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Hamd in Action October 19, 2014</w:t>
      </w:r>
    </w:p>
    <w:p>
      <w:r>
        <w:t>https://youtu.be/8CnKWzV8aBY</w:t>
      </w:r>
    </w:p>
    <w:p>
      <w:r>
        <w:rPr>
          <w:b/>
        </w:rPr>
        <w:t xml:space="preserve">[00:13] </w:t>
      </w:r>
      <w:r>
        <w:t>Bismillah Rehman ur Rahim, wa salallahu ala nabi al kareem.</w:t>
      </w:r>
    </w:p>
    <w:p>
      <w:pPr>
        <w:jc w:val="right"/>
      </w:pPr>
      <w:r>
        <w:t>بسم اللہ الرحمن الرحیم، وصلی اللہ علی النبی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[00:35] </w:t>
      </w:r>
      <w:r>
        <w:t>19 October 2014.</w:t>
      </w:r>
    </w:p>
    <w:p>
      <w:pPr>
        <w:jc w:val="right"/>
      </w:pPr>
      <w:r>
        <w:t>19 اکتوبر 2014۔</w:t>
      </w:r>
    </w:p>
    <w:p>
      <w:r>
        <w:rPr>
          <w:b/>
        </w:rPr>
        <w:t xml:space="preserve">[00:43] </w:t>
      </w:r>
      <w:r>
        <w:t>Aaj itwar ka din hai. Jab bhi itwar ki subah aati hai to main sochta hoon ke aaj ke liye theme kya honi chahiye.</w:t>
      </w:r>
    </w:p>
    <w:p>
      <w:pPr>
        <w:jc w:val="right"/>
      </w:pPr>
      <w:r>
        <w:t>آج اتوار کا دن ہے۔ جب بھی اتوار کی صبح آتی ہے تو میں سوچتا ہوں کہ آج کے لیے تھیم کیا ہونی چاہیے۔</w:t>
      </w:r>
    </w:p>
    <w:p>
      <w:r>
        <w:rPr>
          <w:b/>
        </w:rPr>
        <w:t xml:space="preserve">[00:56] </w:t>
      </w:r>
      <w:r>
        <w:t>To aaj subah bhi isi tarah main soch raha tha, aaj ke liye. Phir apne routine ke mutabiq main ne radio khola.</w:t>
      </w:r>
    </w:p>
    <w:p>
      <w:pPr>
        <w:jc w:val="right"/>
      </w:pPr>
      <w:r>
        <w:t>تو آج صبح بھی اسی طرح میں سوچ رہا تھا، آج کے لیے۔ پھر اپنے روٹین کے مطابق میں نے ریڈیو کھولا۔</w:t>
      </w:r>
    </w:p>
    <w:p>
      <w:r>
        <w:rPr>
          <w:b/>
        </w:rPr>
        <w:t xml:space="preserve">[01:09] </w:t>
      </w:r>
      <w:r>
        <w:t>To radio mein ek aata hai: "Thought of the day". Thought of the day, yani aaj ke liye koi khaas baat.</w:t>
      </w:r>
    </w:p>
    <w:p>
      <w:pPr>
        <w:jc w:val="right"/>
      </w:pPr>
      <w:r>
        <w:t>تو ریڈیو میں ایک آتا ہے: "تھاٹ آف دی ڈے"۔ تھاٹ آف دی ڈے، یعنی آج کے لیے کوئی خاص بات۔</w:t>
      </w:r>
    </w:p>
    <w:p>
      <w:r>
        <w:rPr>
          <w:b/>
        </w:rPr>
        <w:t xml:space="preserve">[01:26] </w:t>
      </w:r>
      <w:r>
        <w:t>To</w:t>
      </w:r>
    </w:p>
    <w:p>
      <w:pPr>
        <w:jc w:val="right"/>
      </w:pPr>
      <w:r>
        <w:t>تو</w:t>
      </w:r>
    </w:p>
    <w:p>
      <w:r>
        <w:rPr>
          <w:b/>
        </w:rPr>
        <w:t xml:space="preserve">[01:31] </w:t>
      </w:r>
      <w:r>
        <w:t>Commentator ne ek baat kahi, isi par khatam kiya apni commentary ko</w:t>
      </w:r>
    </w:p>
    <w:p>
      <w:pPr>
        <w:jc w:val="right"/>
      </w:pPr>
      <w:r>
        <w:t>کمنٹیٹر نے ایک بات کہی، اسی پر ختم کیا اپنی کمنٹری کو</w:t>
      </w:r>
    </w:p>
    <w:p>
      <w:r>
        <w:rPr>
          <w:b/>
        </w:rPr>
        <w:t xml:space="preserve">[01:38] </w:t>
      </w:r>
      <w:r>
        <w:t>. Us ne kaha ke: "Jis din aap bharpoor zindagi guzarein, wahi aap ka din hai.</w:t>
      </w:r>
    </w:p>
    <w:p>
      <w:pPr>
        <w:jc w:val="right"/>
      </w:pPr>
      <w:r>
        <w:t>۔ اس نے کہا کہ: "جس دن آپ بھرپور زندگی گزاریں، وہی آپ کا دن ہے۔</w:t>
      </w:r>
    </w:p>
    <w:p>
      <w:r>
        <w:rPr>
          <w:b/>
        </w:rPr>
        <w:t xml:space="preserve">[01:51] </w:t>
      </w:r>
      <w:r>
        <w:t>baqi sab calendar ki tareekh hai.</w:t>
      </w:r>
    </w:p>
    <w:p>
      <w:pPr>
        <w:jc w:val="right"/>
      </w:pPr>
      <w:r>
        <w:t>باقی سب کیلنڈر کی تاریخ ہے۔</w:t>
      </w:r>
    </w:p>
    <w:p>
      <w:r>
        <w:rPr>
          <w:b/>
        </w:rPr>
        <w:t xml:space="preserve">[01:58] </w:t>
      </w:r>
      <w:r>
        <w:t>jis din aap bharpoor zindagi guzarein, wahi din aap ka din hai.</w:t>
      </w:r>
    </w:p>
    <w:p>
      <w:pPr>
        <w:jc w:val="right"/>
      </w:pPr>
      <w:r>
        <w:t>جس دن آپ بھرپور زندگی گزاریں، وہی دن آپ کا دن ہے۔</w:t>
      </w:r>
    </w:p>
    <w:p>
      <w:r>
        <w:rPr>
          <w:b/>
        </w:rPr>
        <w:t xml:space="preserve">[02:06] </w:t>
      </w:r>
      <w:r>
        <w:t>baqi sab calendar ki date hai." bara ajeeb yeh jumla tha is ka,</w:t>
      </w:r>
    </w:p>
    <w:p>
      <w:pPr>
        <w:jc w:val="right"/>
      </w:pPr>
      <w:r>
        <w:t>باقی سب کیلنڈر کی ڈیٹ ہے۔" بڑا عجیب یہ جملہ تھا اس کا،</w:t>
      </w:r>
    </w:p>
    <w:p>
      <w:r>
        <w:rPr>
          <w:b/>
        </w:rPr>
        <w:t xml:space="preserve">[02:15] </w:t>
      </w:r>
      <w:r>
        <w:t>lekin bohat hi meaningful tha.</w:t>
      </w:r>
    </w:p>
    <w:p>
      <w:pPr>
        <w:jc w:val="right"/>
      </w:pPr>
      <w:r>
        <w:t>لیکن بہت ہی میننگ فل تھا۔</w:t>
      </w:r>
    </w:p>
    <w:p>
      <w:r>
        <w:rPr>
          <w:b/>
        </w:rPr>
        <w:t xml:space="preserve">[02:20] </w:t>
      </w:r>
      <w:r>
        <w:t>us ne yeh baat kahi thi material sense mein. material sense mein.</w:t>
      </w:r>
    </w:p>
    <w:p>
      <w:pPr>
        <w:jc w:val="right"/>
      </w:pPr>
      <w:r>
        <w:t>اس نے یہ بات کہی تھی مٹیریل سینس میں۔ مٹیریل سینس میں۔</w:t>
      </w:r>
    </w:p>
    <w:p>
      <w:r>
        <w:rPr>
          <w:b/>
        </w:rPr>
        <w:t xml:space="preserve">[02:29] </w:t>
      </w:r>
      <w:r>
        <w:t>lekin maine socha ke yahi baat theek, yahi baat durust hai roohaniyat ke sense mein, akhirat ke sense mein, divine culture ke sense mein,</w:t>
      </w:r>
    </w:p>
    <w:p>
      <w:pPr>
        <w:jc w:val="right"/>
      </w:pPr>
      <w:r>
        <w:t>لیکن میں نے سوچا کہ یہی بات ٹھیک، یہی بات درست ہے روحانیت کے سینس میں، آخرت کے سینس میں، ڈیوائن کلچر کے سینس میں،</w:t>
      </w:r>
    </w:p>
    <w:p>
      <w:r>
        <w:rPr>
          <w:b/>
        </w:rPr>
        <w:t xml:space="preserve">[02:45] </w:t>
      </w:r>
      <w:r>
        <w:t>mazhab ke sense mein.</w:t>
      </w:r>
    </w:p>
    <w:p>
      <w:pPr>
        <w:jc w:val="right"/>
      </w:pPr>
      <w:r>
        <w:t>مذہب کے سینس میں۔</w:t>
      </w:r>
    </w:p>
    <w:p>
      <w:r>
        <w:rPr>
          <w:b/>
        </w:rPr>
        <w:t xml:space="preserve">[02:53] </w:t>
      </w:r>
      <w:r>
        <w:t>aaj subah mein kisi se baat kar raha tha, mein ne kaha ke mein ne ek waqia bataya ke dilli mein ek saahab thay, unhon ne bohat paisa kamaya, property banai.</w:t>
      </w:r>
    </w:p>
    <w:p>
      <w:pPr>
        <w:jc w:val="right"/>
      </w:pPr>
      <w:r>
        <w:t>آج صبح میں کسی سے بات کر رہا تھا، میں نے کہا کہ میں نے ایک واقعہ بتایا کہ دلی میں ایک صاحب تھے، انہوں نے بہت پیسہ کمایا، پراپرٹی بنائی۔</w:t>
      </w:r>
    </w:p>
    <w:p>
      <w:r>
        <w:rPr>
          <w:b/>
        </w:rPr>
        <w:t xml:space="preserve">[03:08] </w:t>
      </w:r>
      <w:r>
        <w:t>to phir woh bimar hue. jab bimar hue to un ki maa, jo kisi aur maqam par rehti theen, woh dilli aaein un ko dekhne ke liye.</w:t>
      </w:r>
    </w:p>
    <w:p>
      <w:pPr>
        <w:jc w:val="right"/>
      </w:pPr>
      <w:r>
        <w:t>تو پھر وہ بیمار ہوئے۔ جب بیمار ہوئے تو ان کی ماں، جو کسی اور مقام پر رہتی تھیں، وہ دلی آئیں ان کو دیکھنے کے لیے۔</w:t>
      </w:r>
    </w:p>
    <w:p>
      <w:r>
        <w:rPr>
          <w:b/>
        </w:rPr>
        <w:t xml:space="preserve">[03:21] </w:t>
      </w:r>
      <w:r>
        <w:t>to mujhe maloom hua ke woh aksar yeh kehti theen ke: "mere bete ki daulat kaun lega?" kyunke un ki aulaad nahi thi, un ka beta jo tha be aulaad tha.</w:t>
      </w:r>
    </w:p>
    <w:p>
      <w:pPr>
        <w:jc w:val="right"/>
      </w:pPr>
      <w:r>
        <w:t>تو مجھے معلوم ہوا کہ وہ اکثر یہ کہتی تھیں کہ: "میرے بیٹے کی دولت کون لے گا؟" کیونکہ ان کی اولاد نہیں تھی، ان کا بیٹا جو تھا بے اولاد تھا۔</w:t>
      </w:r>
    </w:p>
    <w:p>
      <w:r>
        <w:rPr>
          <w:b/>
        </w:rPr>
        <w:t xml:space="preserve">[03:37] </w:t>
      </w:r>
      <w:r>
        <w:t>to keh rahi theen ke: "mere bete ki daulat kaun lega?"</w:t>
      </w:r>
    </w:p>
    <w:p>
      <w:pPr>
        <w:jc w:val="right"/>
      </w:pPr>
      <w:r>
        <w:t>تو کہہ رہی تھیں کہ: "میرے بیٹے کی دولت کون لے گا؟"</w:t>
      </w:r>
    </w:p>
    <w:p>
      <w:r>
        <w:rPr>
          <w:b/>
        </w:rPr>
        <w:t xml:space="preserve">[03:43] </w:t>
      </w:r>
      <w:r>
        <w:t>maine jab suna is qisse ko to maine socha ke asal sawal beti ki daulat ka nahi hai, khud bete ka hai.</w:t>
      </w:r>
    </w:p>
    <w:p>
      <w:pPr>
        <w:jc w:val="right"/>
      </w:pPr>
      <w:r>
        <w:t>میں نے جب سنا اس قصے کو تو میں نے سوچا کہ اصل سوال بیٹی کی دولت کا نہیں ہے، خود بیٹے کا ہے۔</w:t>
      </w:r>
    </w:p>
    <w:p>
      <w:r>
        <w:rPr>
          <w:b/>
        </w:rPr>
        <w:t xml:space="preserve">[03:58] </w:t>
      </w:r>
      <w:r>
        <w:t>asal sawal yeh hai ke maut se pehle unhon ne bohat kuch kiya, paisa kamaya, property banai. lekin jab maut aai tab to sab kuch chhod ke chale gaye woh.</w:t>
      </w:r>
    </w:p>
    <w:p>
      <w:pPr>
        <w:jc w:val="right"/>
      </w:pPr>
      <w:r>
        <w:t>اصل سوال یہ ہے کہ موت سے پہلے انہوں نے بہت کچھ کیا، پیسہ کمایا، پراپرٹی بنائی۔ لیکن جب موت آئی تب تو سب کچھ چھوڑ کے چلے گئے وہ۔</w:t>
      </w:r>
    </w:p>
    <w:p>
      <w:r>
        <w:rPr>
          <w:b/>
        </w:rPr>
        <w:t xml:space="preserve">[04:16] </w:t>
      </w:r>
      <w:r>
        <w:t>maut jab aai to woh kuch le kar nahi gaye. to agli duniya mein pahunche to woh</w:t>
      </w:r>
    </w:p>
    <w:p>
      <w:pPr>
        <w:jc w:val="right"/>
      </w:pPr>
      <w:r>
        <w:t>موت جب آئی تو وہ کچھ لے کر نہیں گئے۔ تو اگلی دنیا میں پہنچے تو وہ</w:t>
      </w:r>
    </w:p>
    <w:p>
      <w:r>
        <w:rPr>
          <w:b/>
        </w:rPr>
        <w:t xml:space="preserve">[04:24] </w:t>
      </w:r>
      <w:r>
        <w:t>khaali haath. to masla yeh hai ke yahan to aadmi ne bohat kuch kamaya, bohat property banai, bank balance banaya,</w:t>
      </w:r>
    </w:p>
    <w:p>
      <w:pPr>
        <w:jc w:val="right"/>
      </w:pPr>
      <w:r>
        <w:t>خالی ہاتھ۔ تو مسئلہ یہ ہے کہ یہاں تو آدمی نے بہت کچھ کمایا، بہت پراپرٹی بنائی، بینک بیلنس بنایا،</w:t>
      </w:r>
    </w:p>
    <w:p>
      <w:r>
        <w:rPr>
          <w:b/>
        </w:rPr>
        <w:t xml:space="preserve">[04:39] </w:t>
      </w:r>
      <w:r>
        <w:t>aur kya aur kya aur kya, position banai. lekin maut jo aati hai to woh bohat ajeeb o ghareeb cheez hoti hai.</w:t>
      </w:r>
    </w:p>
    <w:p>
      <w:pPr>
        <w:jc w:val="right"/>
      </w:pPr>
      <w:r>
        <w:t>اور کیا اور کیا اور کیا، پوزیشن بنائی۔ لیکن موت جو آتی ہے تو وہ بہت عجیب و غریب چیز ہوتی ہے۔</w:t>
      </w:r>
    </w:p>
    <w:p>
      <w:r>
        <w:rPr>
          <w:b/>
        </w:rPr>
        <w:t xml:space="preserve">[04:50] </w:t>
      </w:r>
      <w:r>
        <w:t>hadees mein aata hai ke: "aksiru zikr hadim al-lazat".</w:t>
      </w:r>
    </w:p>
    <w:p>
      <w:pPr>
        <w:jc w:val="right"/>
      </w:pPr>
      <w:r>
        <w:t>حدیث میں آتا ہے کہ: "اکثرو ذکر ہادم اللذات"۔</w:t>
      </w:r>
    </w:p>
    <w:p>
      <w:r>
        <w:rPr>
          <w:b/>
        </w:rPr>
        <w:t xml:space="preserve">[04:57] </w:t>
      </w:r>
      <w:r>
        <w:t>maut ko bataya ke woh lazzaton ko utha dene wali hai. is ka matlab yeh hai ke</w:t>
      </w:r>
    </w:p>
    <w:p>
      <w:pPr>
        <w:jc w:val="right"/>
      </w:pPr>
      <w:r>
        <w:t>موت کو بتایا کہ وہ لذتوں کو اٹھا دینے والی ہے۔ اس کا مطلب یہ ہے کہ</w:t>
      </w:r>
    </w:p>
    <w:p>
      <w:r>
        <w:rPr>
          <w:b/>
        </w:rPr>
        <w:t xml:space="preserve">[05:07] </w:t>
      </w:r>
      <w:r>
        <w:t>sab kuch tum se chhoot jata hai. har cheez se detach ho kar tum maut ke darwaze mein dakhil ho jate ho.</w:t>
      </w:r>
    </w:p>
    <w:p>
      <w:pPr>
        <w:jc w:val="right"/>
      </w:pPr>
      <w:r>
        <w:t>سب کچھ تم سے چھوٹ جاتا ہے۔ ہر چیز سے ڈیٹیچ ہو کر تم موت کے دروازے میں داخل ہو جاتے ہو۔</w:t>
      </w:r>
    </w:p>
    <w:p>
      <w:r>
        <w:rPr>
          <w:b/>
        </w:rPr>
        <w:t xml:space="preserve">[05:20] </w:t>
      </w:r>
      <w:r>
        <w:t>to mein sochta hoon ke jo baat radio wale ne kahi woh akhirat ke aitbaar se aur zyada durust hai ke jo kuch aap ne akhirat ke liye kamaya,</w:t>
      </w:r>
    </w:p>
    <w:p>
      <w:pPr>
        <w:jc w:val="right"/>
      </w:pPr>
      <w:r>
        <w:t>تو میں سوچتا ہوں کہ جو بات ریڈیو والے نے کہی وہ آخرت کے اعتبار سے اور زیادہ درست ہے کہ جو کچھ آپ نے آخرت کے لیے کمایا،</w:t>
      </w:r>
    </w:p>
    <w:p>
      <w:r>
        <w:rPr>
          <w:b/>
        </w:rPr>
        <w:t xml:space="preserve">[05:34] </w:t>
      </w:r>
      <w:r>
        <w:t>wahi aap ki kamai hai.</w:t>
      </w:r>
    </w:p>
    <w:p>
      <w:pPr>
        <w:jc w:val="right"/>
      </w:pPr>
      <w:r>
        <w:t>وہی آپ کی کمائی ہے۔</w:t>
      </w:r>
    </w:p>
    <w:p>
      <w:r>
        <w:rPr>
          <w:b/>
        </w:rPr>
        <w:t xml:space="preserve">[05:38] </w:t>
      </w:r>
      <w:r>
        <w:t>baqi sab kuch bhi nahi, nothing hai.</w:t>
      </w:r>
    </w:p>
    <w:p>
      <w:pPr>
        <w:jc w:val="right"/>
      </w:pPr>
      <w:r>
        <w:t>باقی سب کچھ بھی نہیں، نتھنگ ہے۔</w:t>
      </w:r>
    </w:p>
    <w:p>
      <w:r>
        <w:rPr>
          <w:b/>
        </w:rPr>
        <w:t xml:space="preserve">[05:46] </w:t>
      </w:r>
      <w:r>
        <w:t>yeh hai sochne ki baat.</w:t>
      </w:r>
    </w:p>
    <w:p>
      <w:pPr>
        <w:jc w:val="right"/>
      </w:pPr>
      <w:r>
        <w:t>یہ ہے سوچنے کی بات۔</w:t>
      </w:r>
    </w:p>
    <w:p>
      <w:r>
        <w:rPr>
          <w:b/>
        </w:rPr>
        <w:t xml:space="preserve">[05:52] </w:t>
      </w:r>
      <w:r>
        <w:t>yeh hai sochne ki baat.</w:t>
      </w:r>
    </w:p>
    <w:p>
      <w:pPr>
        <w:jc w:val="right"/>
      </w:pPr>
      <w:r>
        <w:t>یہ ہے سوچنے کی بات۔</w:t>
      </w:r>
    </w:p>
    <w:p>
      <w:r>
        <w:rPr>
          <w:b/>
        </w:rPr>
        <w:t xml:space="preserve">[06:00] </w:t>
      </w:r>
      <w:r>
        <w:t>woh cheez jo aap ne kamai, jo akhirat mein aap ke kaam aane wali hai, wahi aap ki kamai hai.</w:t>
      </w:r>
    </w:p>
    <w:p>
      <w:pPr>
        <w:jc w:val="right"/>
      </w:pPr>
      <w:r>
        <w:t>وہ چیز جو آپ نے کمائی، جو آخرت میں آپ کے کام آنے والی ہے، وہی آپ کی کمائی ہے۔</w:t>
      </w:r>
    </w:p>
    <w:p>
      <w:r>
        <w:rPr>
          <w:b/>
        </w:rPr>
        <w:t xml:space="preserve">[06:11] </w:t>
      </w:r>
      <w:r>
        <w:t>baqi to sab kuch bhi nahi, kyunke ab mout aai aur sab chhoot gaya. ab mout 70 saal, 80 saal aadmi jeeta hai, sab kuch chhoot gaya.</w:t>
      </w:r>
    </w:p>
    <w:p>
      <w:pPr>
        <w:jc w:val="right"/>
      </w:pPr>
      <w:r>
        <w:t>باقی تو سب کچھ بھی نہیں، کیونکہ اب موت آئی اور سب چھوٹ گیا۔ اب موت 70 سال، 80 سال آدمی جیتا ہے، سب کچھ چھوٹ گیا۔</w:t>
      </w:r>
    </w:p>
    <w:p>
      <w:r>
        <w:rPr>
          <w:b/>
        </w:rPr>
        <w:t xml:space="preserve">[06:32] </w:t>
      </w:r>
      <w:r>
        <w:t>a</w:t>
      </w:r>
    </w:p>
    <w:p>
      <w:pPr>
        <w:jc w:val="right"/>
      </w:pPr>
      <w:r>
        <w:t>آ</w:t>
      </w:r>
    </w:p>
    <w:p>
      <w:r>
        <w:rPr>
          <w:b/>
        </w:rPr>
        <w:t xml:space="preserve">[06:33] </w:t>
      </w:r>
      <w:r>
        <w:t>j mein subah fajar ki namaz parh raha tha to mujhe ek hadith yaad aai: "qurat qurat aaini fi al-salat".</w:t>
      </w:r>
    </w:p>
    <w:p>
      <w:pPr>
        <w:jc w:val="right"/>
      </w:pPr>
      <w:r>
        <w:t>ج میں صبح فجر کی نماز پڑھ رہا تھا تو مجھے ایک حدیث یاد آئی: "جولت قرت عینی فی الصلوۃ"۔</w:t>
      </w:r>
    </w:p>
    <w:p>
      <w:r>
        <w:rPr>
          <w:b/>
        </w:rPr>
        <w:t xml:space="preserve">[06:47] </w:t>
      </w:r>
      <w:r>
        <w:t>mere liye namaz mein aankh ki thandak rakhi gayi hai. maine socha ke yeh fazilat rasool nahi hai,</w:t>
      </w:r>
    </w:p>
    <w:p>
      <w:pPr>
        <w:jc w:val="right"/>
      </w:pPr>
      <w:r>
        <w:t>میرے لیے نماز میں آنکھ کی ٹھنڈک رکھی گئی ہے۔ میں نے سوچا کہ یہ فضیلت رسول نہیں ہے،</w:t>
      </w:r>
    </w:p>
    <w:p>
      <w:r>
        <w:rPr>
          <w:b/>
        </w:rPr>
        <w:t xml:space="preserve">[07:00] </w:t>
      </w:r>
      <w:r>
        <w:t>yeh khusoosan uswa-e-rasool hai.</w:t>
      </w:r>
    </w:p>
    <w:p>
      <w:pPr>
        <w:jc w:val="right"/>
      </w:pPr>
      <w:r>
        <w:t>یہ خصوصاً اسوہ رسول ہے۔</w:t>
      </w:r>
    </w:p>
    <w:p>
      <w:r>
        <w:rPr>
          <w:b/>
        </w:rPr>
        <w:t xml:space="preserve">[07:04] </w:t>
      </w:r>
      <w:r>
        <w:t>yaani momin woh hai jiske liye namaz aankh ki thandak ban jaye.</w:t>
      </w:r>
    </w:p>
    <w:p>
      <w:pPr>
        <w:jc w:val="right"/>
      </w:pPr>
      <w:r>
        <w:t>یعنی مومن وہ ہے جس کے لیے نماز آنکھ کی ٹھنڈک بن جائے۔</w:t>
      </w:r>
    </w:p>
    <w:p>
      <w:r>
        <w:rPr>
          <w:b/>
        </w:rPr>
        <w:t xml:space="preserve">[07:12] </w:t>
      </w:r>
      <w:r>
        <w:t>momin woh hai jiske liye namaz aankh ki thandak ban jaye. yeh soch raha tha mein, phir jab maine fajar ki namaz shuru ki tab samajh mein aaya ke kya cheez hai aankh ki thandak.</w:t>
      </w:r>
    </w:p>
    <w:p>
      <w:pPr>
        <w:jc w:val="right"/>
      </w:pPr>
      <w:r>
        <w:t>مومن وہ ہے جس کے لیے نماز آنکھ کی ٹھنڈک بن جائے۔ یہ سوچ رہا تھا میں، پھر جب میں نے فجر کی نماز شروع کی تب سمجھ میں آیا کہ کیا چیز ہے آنکھ کی ٹھنڈک۔</w:t>
      </w:r>
    </w:p>
    <w:p>
      <w:r>
        <w:rPr>
          <w:b/>
        </w:rPr>
        <w:t xml:space="preserve">[07:29] </w:t>
      </w:r>
      <w:r>
        <w:t>achanak ek ek soch jaagi mere andar</w:t>
      </w:r>
    </w:p>
    <w:p>
      <w:pPr>
        <w:jc w:val="right"/>
      </w:pPr>
      <w:r>
        <w:t>اچانک ایک ایک سوچ جاگی میرے اندر</w:t>
      </w:r>
    </w:p>
    <w:p>
      <w:r>
        <w:rPr>
          <w:b/>
        </w:rPr>
        <w:t xml:space="preserve">[07:36] </w:t>
      </w:r>
      <w:r>
        <w:t>ke maine wuzu kiya to mere haath harkat kar rahe the, pani le raha tha mein. to kaise harkat ho rahi hai?</w:t>
      </w:r>
    </w:p>
    <w:p>
      <w:pPr>
        <w:jc w:val="right"/>
      </w:pPr>
      <w:r>
        <w:t>کہ میں نے وضو کیا تو میرے ہاتھ حرکت کر رہے تھے، پانی لے رہا تھا میں۔ تو کیسے حرکت ہو رہی ہے؟</w:t>
      </w:r>
    </w:p>
    <w:p>
      <w:r>
        <w:rPr>
          <w:b/>
        </w:rPr>
        <w:t xml:space="preserve">[07:46] </w:t>
      </w:r>
      <w:r>
        <w:t>kaise mera haath harkat kar raha hai, pani le raha hai? yeh ek anokha ajuba hai.</w:t>
      </w:r>
    </w:p>
    <w:p>
      <w:pPr>
        <w:jc w:val="right"/>
      </w:pPr>
      <w:r>
        <w:t>کیسے میرا ہاتھ حرکت کر رہا ہے، پانی لے رہا ہے؟ یہ ایک انوکھا عجوبہ ہے۔</w:t>
      </w:r>
    </w:p>
    <w:p>
      <w:r>
        <w:rPr>
          <w:b/>
        </w:rPr>
        <w:t xml:space="preserve">[07:57] </w:t>
      </w:r>
      <w:r>
        <w:t>phir jab maine qirat ki to maine socha ke kaise mera mind in alfaz ko sochta hai, kaise woh memory mein maujood hai, kaise mein dohrata hoon, kaise woh zuban chalata hai,</w:t>
      </w:r>
    </w:p>
    <w:p>
      <w:pPr>
        <w:jc w:val="right"/>
      </w:pPr>
      <w:r>
        <w:t>پھر جب میں نے قرأت کی تو میں نے سوچا کہ کیسے میرا مائنڈ ان الفاظ کو سوچتا ہے، کیسے وہ میموری میں موجود ہے، کیسے میں دہراتا ہوں، کیسے وہ زبان چلاتا ہے،</w:t>
      </w:r>
    </w:p>
    <w:p>
      <w:r>
        <w:rPr>
          <w:b/>
        </w:rPr>
        <w:t xml:space="preserve">[08:13] </w:t>
      </w:r>
      <w:r>
        <w:t>kaise mein sunta hoon, kaise mein dekhta hoon, kaise mein chalta hoon.</w:t>
      </w:r>
    </w:p>
    <w:p>
      <w:pPr>
        <w:jc w:val="right"/>
      </w:pPr>
      <w:r>
        <w:t>کیسے میں سنتا ہوں، کیسے میں دیکھتا ہوں، کیسے میں چلتا ہوں۔</w:t>
      </w:r>
    </w:p>
    <w:p>
      <w:r>
        <w:rPr>
          <w:b/>
        </w:rPr>
        <w:t xml:space="preserve">[08:17] </w:t>
      </w:r>
      <w:r>
        <w:t>yeh sari cheez jo hai itni ajeeb hai, itni miraculous hai ke aap sochein to aap ko idhar ek thrilling shukr aaye ga.</w:t>
      </w:r>
    </w:p>
    <w:p>
      <w:pPr>
        <w:jc w:val="right"/>
      </w:pPr>
      <w:r>
        <w:t>یہ ساری چیز جو ہے اتنی عجیب ہے، اتنی میریکولس ہے کہ آپ سوچیں تو آپ کو ادھر ایک تھرلنگ شکر آئے گا۔</w:t>
      </w:r>
    </w:p>
    <w:p>
      <w:r>
        <w:rPr>
          <w:b/>
        </w:rPr>
        <w:t xml:space="preserve">[08:28] </w:t>
      </w:r>
      <w:r>
        <w:t>aap ke andar isi thrilling shukr ko rasool Allah ne kaha: "qurat aaini fi al-salat". aankh ki thandak.</w:t>
      </w:r>
    </w:p>
    <w:p>
      <w:pPr>
        <w:jc w:val="right"/>
      </w:pPr>
      <w:r>
        <w:t>آپ کے اندر اسی تھرلنگ شکر کو رسول اللہ نے کہا: "قرت عینی فی الصلوۃ"۔ آنکھ کی ٹھنڈک۔</w:t>
      </w:r>
    </w:p>
    <w:p>
      <w:r>
        <w:rPr>
          <w:b/>
        </w:rPr>
        <w:t xml:space="preserve">[08:40] </w:t>
      </w:r>
      <w:r>
        <w:t>to poora shuru se aakhir tak namaz jo hai ek shukr ki kaifiyat mein ada hoti hai.</w:t>
      </w:r>
    </w:p>
    <w:p>
      <w:pPr>
        <w:jc w:val="right"/>
      </w:pPr>
      <w:r>
        <w:t>تو پورا شروع سے آخر تک نماز جو ہے ایک شکر کی کیفیت میں ادا ہوتی ہے۔</w:t>
      </w:r>
    </w:p>
    <w:p>
      <w:r>
        <w:rPr>
          <w:b/>
        </w:rPr>
        <w:t xml:space="preserve">[08:52] </w:t>
      </w:r>
      <w:r>
        <w:t>to maine socha ke yeh hai hamd in action. hamd in action. yaani hamd maani shukr.</w:t>
      </w:r>
    </w:p>
    <w:p>
      <w:pPr>
        <w:jc w:val="right"/>
      </w:pPr>
      <w:r>
        <w:t>تو میں نے سوچا کہ یہ ہے حمد ان ایکشن۔ حمد ان ایکشن۔ یعنی حمد معنی شکر۔</w:t>
      </w:r>
    </w:p>
    <w:p>
      <w:r>
        <w:rPr>
          <w:b/>
        </w:rPr>
        <w:t xml:space="preserve">[09:03] </w:t>
      </w:r>
      <w:r>
        <w:t>yeh sara jo aap namaz mein jo kuch karte hain, haath ka hilna, paon ka chalna, dimagh ka sochna, zuban ka bolna, jo kuch bhi hai woh hamd in action hai.</w:t>
      </w:r>
    </w:p>
    <w:p>
      <w:pPr>
        <w:jc w:val="right"/>
      </w:pPr>
      <w:r>
        <w:t>یہ سارا جو آپ نماز میں جو کچھ کرتے ہیں، ہاتھ کا ہلنا، پاؤں کا چلنا، دماغ کا سوچنا، زبان کا بولنا، جو کچھ بھی ہے وہ حمد ان ایکشن ہے۔</w:t>
      </w:r>
    </w:p>
    <w:p>
      <w:r>
        <w:rPr>
          <w:b/>
        </w:rPr>
        <w:t xml:space="preserve">[09:17] </w:t>
      </w:r>
      <w:r>
        <w:t>apne body ko, apni body ko aap mukhtalif qism ki movement karte hain, body ka, zuban ka, dimagh ka.</w:t>
      </w:r>
    </w:p>
    <w:p>
      <w:pPr>
        <w:jc w:val="right"/>
      </w:pPr>
      <w:r>
        <w:t>اپنے باڈی کو، اپنی باڈی کو آپ مختلف قسم کی موومنٹ کرتے ہیں، باڈی کا، زبان کا، دماغ کا۔</w:t>
      </w:r>
    </w:p>
    <w:p>
      <w:r>
        <w:rPr>
          <w:b/>
        </w:rPr>
        <w:t xml:space="preserve">[09:29] </w:t>
      </w:r>
      <w:r>
        <w:t>woh hai hamd in action.</w:t>
      </w:r>
    </w:p>
    <w:p>
      <w:pPr>
        <w:jc w:val="right"/>
      </w:pPr>
      <w:r>
        <w:t>وہ ہے حمد ان ایکشن۔</w:t>
      </w:r>
    </w:p>
    <w:p>
      <w:r>
        <w:rPr>
          <w:b/>
        </w:rPr>
        <w:t xml:space="preserve">[09:32] </w:t>
      </w:r>
      <w:r>
        <w:t>to is ko agar aap soch samajh ke karein</w:t>
      </w:r>
    </w:p>
    <w:p>
      <w:pPr>
        <w:jc w:val="right"/>
      </w:pPr>
      <w:r>
        <w:t>تو اس کو اگر آپ سوچ سمجھ کے کریں</w:t>
      </w:r>
    </w:p>
    <w:p>
      <w:r>
        <w:rPr>
          <w:b/>
        </w:rPr>
        <w:t xml:space="preserve">[09:37] </w:t>
      </w:r>
      <w:r>
        <w:t>to ek ajeeb o ghareeb aap ko thrill aaye ga. dekhein sochne ka matlab kya hai? sochne ka matlab yeh hai</w:t>
      </w:r>
    </w:p>
    <w:p>
      <w:pPr>
        <w:jc w:val="right"/>
      </w:pPr>
      <w:r>
        <w:t>تو ایک عجیب و غریب آپ کو تھرل آئے گا۔ دیکھیں سوچنے کا مطلب کیا ہے؟ سوچنے کا مطلب یہ ہے</w:t>
      </w:r>
    </w:p>
    <w:p>
      <w:r>
        <w:rPr>
          <w:b/>
        </w:rPr>
        <w:t xml:space="preserve">[09:50] </w:t>
      </w:r>
      <w:r>
        <w:t>ke maine socha ke agar mein pathar hota,</w:t>
      </w:r>
    </w:p>
    <w:p>
      <w:pPr>
        <w:jc w:val="right"/>
      </w:pPr>
      <w:r>
        <w:t>کہ میں نے سوچا کہ اگر میں پتھر ہوتا،</w:t>
      </w:r>
    </w:p>
    <w:p>
      <w:r>
        <w:rPr>
          <w:b/>
        </w:rPr>
        <w:t xml:space="preserve">[09:55] </w:t>
      </w:r>
      <w:r>
        <w:t>jab mein namaz ke liye khara hua, is se pehle mein pathar hota.</w:t>
      </w:r>
    </w:p>
    <w:p>
      <w:pPr>
        <w:jc w:val="right"/>
      </w:pPr>
      <w:r>
        <w:t>جب میں نماز کے لیے کھڑا ہوا، اس سے پہلے میں پتھر ہوتا۔</w:t>
      </w:r>
    </w:p>
    <w:p>
      <w:r>
        <w:rPr>
          <w:b/>
        </w:rPr>
        <w:t xml:space="preserve">[10:01] </w:t>
      </w:r>
      <w:r>
        <w:t>achanak mujhe zindagi mil jati.</w:t>
      </w:r>
    </w:p>
    <w:p>
      <w:pPr>
        <w:jc w:val="right"/>
      </w:pPr>
      <w:r>
        <w:t>اچانک مجھے زندگی مل جاتی۔</w:t>
      </w:r>
    </w:p>
    <w:p>
      <w:r>
        <w:rPr>
          <w:b/>
        </w:rPr>
        <w:t xml:space="preserve">[10:06] </w:t>
      </w:r>
      <w:r>
        <w:t>yahi wajood hota lekin yeh pathar hota. phir is mein jaan aa jati, rooh aa jati, mind aa jata.</w:t>
      </w:r>
    </w:p>
    <w:p>
      <w:pPr>
        <w:jc w:val="right"/>
      </w:pPr>
      <w:r>
        <w:t>یہی وجود ہوتا لیکن یہ پتھر ہوتا۔ پھر اس میں جان آ جاتی، روح آ جاتی، مائنڈ آ جاتا۔</w:t>
      </w:r>
    </w:p>
    <w:p>
      <w:r>
        <w:rPr>
          <w:b/>
        </w:rPr>
        <w:t xml:space="preserve">[10:17] </w:t>
      </w:r>
      <w:r>
        <w:t>to mujhe ajeeb ek hairaani hoti hai ke kaisa tha yeh? yeh pathar bolne laga, pathar dekhne laga, pathar sunne laga, pathar chalne laga, pathar mehsoos karne laga.</w:t>
      </w:r>
    </w:p>
    <w:p>
      <w:pPr>
        <w:jc w:val="right"/>
      </w:pPr>
      <w:r>
        <w:t>تو مجھے عجیب ایک حیرانی ہوتی ہے کہ کیسا تھا یہ؟ یہ پتھر بولنے لگا، پتھر دیکھنے لگا، پتھر سننے لگا، پتھر چلنے لگا، پتھر محسوس کرنے لگا۔</w:t>
      </w:r>
    </w:p>
    <w:p>
      <w:r>
        <w:rPr>
          <w:b/>
        </w:rPr>
        <w:t xml:space="preserve">[10:31] </w:t>
      </w:r>
      <w:r>
        <w:t>pathar mein aisi ajeeb o ghareeb pata nahi qualities. to aap ko apne is wajood par tharal aayega ke pathar mein yeh sab quality aa gayi.</w:t>
      </w:r>
    </w:p>
    <w:p>
      <w:pPr>
        <w:jc w:val="right"/>
      </w:pPr>
      <w:r>
        <w:t>پتھر میں ایسی عجیب و غریب پتہ نہیں کوالٹیز۔ تو آپ کو اپنے اس وجود پر تھرل آئے گا کہ پتھر میں یہ سب کوالٹی آ گئی۔</w:t>
      </w:r>
    </w:p>
    <w:p>
      <w:r>
        <w:rPr>
          <w:b/>
        </w:rPr>
        <w:t xml:space="preserve">[10:45] </w:t>
      </w:r>
      <w:r>
        <w:t>kaisi ajeeb rehmat Allah taala ki hai ke ek pathar ke andar yeh saari quality de di ke woh sochta hai, woh bolta hai, woh dekhta hai, woh sunta hai,</w:t>
      </w:r>
    </w:p>
    <w:p>
      <w:pPr>
        <w:jc w:val="right"/>
      </w:pPr>
      <w:r>
        <w:t>کیسی عجیب رحمت اللہ تعالیٰ کی ہے کہ ایک پتھر کے اندر یہ ساری کوالٹی دے دی کہ وہ سوچتا ہے، وہ بولتا ہے، وہ دیکھتا ہے، وہ سنتا ہے،</w:t>
      </w:r>
    </w:p>
    <w:p>
      <w:r>
        <w:rPr>
          <w:b/>
        </w:rPr>
        <w:t xml:space="preserve">[11:00] </w:t>
      </w:r>
      <w:r>
        <w:t>woh is ko move karta hai. aur aap sochein aur sochenge aap to woh khana khata, woh digest hota hai, wahan mein saans leta hoon aur oxygen andar is ke ja raha hai.</w:t>
      </w:r>
    </w:p>
    <w:p>
      <w:pPr>
        <w:jc w:val="right"/>
      </w:pPr>
      <w:r>
        <w:t>وہ اس کو موو کرتا ہے۔ اور آپ سوچیں اور سوچیں گے آپ تو وہ کھانا کھاتا، وہ ڈائجسٹ ہوتا ہے، وہاں میں سانس لیتا ہوں اور آکسیجن اندر اس کے جا رہا ہے۔</w:t>
      </w:r>
    </w:p>
    <w:p>
      <w:r>
        <w:rPr>
          <w:b/>
        </w:rPr>
        <w:t xml:space="preserve">[11:17] </w:t>
      </w:r>
      <w:r>
        <w:t>ek ek cheez aap sochte jaiye to kal tak aap pathar ki soorat mein thay, aaj ek ek living insaan ki shakal mein hain.</w:t>
      </w:r>
    </w:p>
    <w:p>
      <w:pPr>
        <w:jc w:val="right"/>
      </w:pPr>
      <w:r>
        <w:t>ایک ایک چیز آپ سوچتے جائیے تو کل تک آپ پتھر کی صورت میں تھے، آج ایک ایک لیونگ انسان کی شکل میں ہیں۔</w:t>
      </w:r>
    </w:p>
    <w:p>
      <w:r>
        <w:rPr>
          <w:b/>
        </w:rPr>
        <w:t xml:space="preserve">[11:28] </w:t>
      </w:r>
      <w:r>
        <w:t>to yeh kis ne diya hai? kis ne diya? yeh giver hai. jab giver ko aap sochenge to ajeeb ehsaas paida hoga.</w:t>
      </w:r>
    </w:p>
    <w:p>
      <w:pPr>
        <w:jc w:val="right"/>
      </w:pPr>
      <w:r>
        <w:t>تو یہ کس نے دیا ہے؟ کس نے دیا؟ یہ گیور ہے۔ جب گیور کو آپ سوچیں گے تو عجیب احساس پیدا ہوگا۔</w:t>
      </w:r>
    </w:p>
    <w:p>
      <w:r>
        <w:rPr>
          <w:b/>
        </w:rPr>
        <w:t xml:space="preserve">[11:38] </w:t>
      </w:r>
      <w:r>
        <w:t>hum giver ke liye, hum giver ke liye shukr</w:t>
      </w:r>
    </w:p>
    <w:p>
      <w:pPr>
        <w:jc w:val="right"/>
      </w:pPr>
      <w:r>
        <w:t>ہم گیور کے لیے، ہم گیور کے لیے شکر</w:t>
      </w:r>
    </w:p>
    <w:p>
      <w:r>
        <w:rPr>
          <w:b/>
        </w:rPr>
        <w:t xml:space="preserve">[11:43] </w:t>
      </w:r>
      <w:r>
        <w:t>. jab aadmi kehta hai namaz mein Allah o Akbar to giver ki giving ka aitraaf karta hai. woh Allah o Akbar kuch alfaaz nahi hain.</w:t>
      </w:r>
    </w:p>
    <w:p>
      <w:pPr>
        <w:jc w:val="right"/>
      </w:pPr>
      <w:r>
        <w:t>۔ جب آدمی کہتا ہے نماز میں اللہ اکبر تو گیور کی گیونگ کا اعتراف کرتا ہے۔ وہ اللہ اکبر کچھ الفاظ نہیں ہیں۔</w:t>
      </w:r>
    </w:p>
    <w:p>
      <w:r>
        <w:rPr>
          <w:b/>
        </w:rPr>
        <w:t xml:space="preserve">[11:58] </w:t>
      </w:r>
      <w:r>
        <w:t>woh giver ki giving ka aitraaf hai, dene wale ki atiyye ka aitraaf hai.</w:t>
      </w:r>
    </w:p>
    <w:p>
      <w:pPr>
        <w:jc w:val="right"/>
      </w:pPr>
      <w:r>
        <w:t>وہ گیور کی گیونگ کا اعتراف ہے، دینے والے کی عطیے کا اعتراف ہے۔</w:t>
      </w:r>
    </w:p>
    <w:p>
      <w:r>
        <w:rPr>
          <w:b/>
        </w:rPr>
        <w:t xml:space="preserve">[12:10] </w:t>
      </w:r>
      <w:r>
        <w:t>yeh hai bharpoor zindagi jeena.</w:t>
      </w:r>
    </w:p>
    <w:p>
      <w:pPr>
        <w:jc w:val="right"/>
      </w:pPr>
      <w:r>
        <w:t>یہ ہے بھرپور زندگی جینا۔</w:t>
      </w:r>
    </w:p>
    <w:p>
      <w:r>
        <w:rPr>
          <w:b/>
        </w:rPr>
        <w:t xml:space="preserve">[12:14] </w:t>
      </w:r>
      <w:r>
        <w:t>to aisi zindagi jis ko mili to uska din ab us ne avail kiya apne din ko, warna din bekaar chala gaya.</w:t>
      </w:r>
    </w:p>
    <w:p>
      <w:pPr>
        <w:jc w:val="right"/>
      </w:pPr>
      <w:r>
        <w:t>تو ایسی زندگی جس کو ملی تو اس کا دن اب اس نے اویل کیا اپنے دن کو، ورنہ دن بیکار چلا گیا۔</w:t>
      </w:r>
    </w:p>
    <w:p>
      <w:r>
        <w:rPr>
          <w:b/>
        </w:rPr>
        <w:t xml:space="preserve">[12:29] </w:t>
      </w:r>
      <w:r>
        <w:t>to us ne jo kaha subah ko ke jis din aap bharpoor zindagi jiyen, wohi din aap ka din hai.</w:t>
      </w:r>
    </w:p>
    <w:p>
      <w:pPr>
        <w:jc w:val="right"/>
      </w:pPr>
      <w:r>
        <w:t>تو اس نے جو کہا صبح کو کہ جس دن آپ بھرپور زندگی جئیں، وہی دن آپ کا دن ہے۔</w:t>
      </w:r>
    </w:p>
    <w:p>
      <w:r>
        <w:rPr>
          <w:b/>
        </w:rPr>
        <w:t xml:space="preserve">[12:40] </w:t>
      </w:r>
      <w:r>
        <w:t>baqi sab calendar ki tareekh hai.</w:t>
      </w:r>
    </w:p>
    <w:p>
      <w:pPr>
        <w:jc w:val="right"/>
      </w:pPr>
      <w:r>
        <w:t>باقی سب کیلنڈر کی تاریخ ہے۔</w:t>
      </w:r>
    </w:p>
    <w:p>
      <w:r>
        <w:rPr>
          <w:b/>
        </w:rPr>
        <w:t xml:space="preserve">[12:46] </w:t>
      </w:r>
      <w:r>
        <w:t>yeh baat us ne kahi duniya ke aitbaar se. main kahoon ke yahi baat aakhirat ke aitbaar se hai ke jis din aap ek aisi zindagi jiye, aisi cheez aap ne achieve ki,</w:t>
      </w:r>
    </w:p>
    <w:p>
      <w:pPr>
        <w:jc w:val="right"/>
      </w:pPr>
      <w:r>
        <w:t>یہ بات اس نے کہی دنیا کے اعتبار سے۔ میں کہوں کہ یہی بات آخرت کے اعتبار سے ہے کہ جس دن آپ ایک ایسی زندگی جیئے، ایسی چیز آپ نے اچیو کی،</w:t>
      </w:r>
    </w:p>
    <w:p>
      <w:r>
        <w:rPr>
          <w:b/>
        </w:rPr>
        <w:t xml:space="preserve">[12:59] </w:t>
      </w:r>
      <w:r>
        <w:t>aisa experience aap ko hua, Hazrat thought aap ke mind mein aaye</w:t>
      </w:r>
    </w:p>
    <w:p>
      <w:pPr>
        <w:jc w:val="right"/>
      </w:pPr>
      <w:r>
        <w:t>ایسا ایکسپیرینس آپ کو ہوا، حضرت تھاٹ آپ کے مائنڈ میں آئے</w:t>
      </w:r>
    </w:p>
    <w:p>
      <w:r>
        <w:rPr>
          <w:b/>
        </w:rPr>
        <w:t xml:space="preserve">[13:05] </w:t>
      </w:r>
      <w:r>
        <w:t>jo aakhirat mein kaam aane wale hain to woh din aap ke liye din tha. aur jis din aap ko is qism ka experience nahi hua to just like anmol aap jeete rahe to kuch bhi nahi, woh din aap ka khoya gaya kyunke is mein jo kuch aap ne paya woh to jaane wala hai nahi aap ke saath.</w:t>
      </w:r>
    </w:p>
    <w:p>
      <w:pPr>
        <w:jc w:val="right"/>
      </w:pPr>
      <w:r>
        <w:t>جو آخرت میں کام آنے والے ہیں تو وہ دن آپ کے لیے دن تھا۔ اور جس دن آپ کو اس قسم کا ایکسپیرینس نہیں ہوا تو جسٹ لائک انمول آپ جیتے رہے تو کچھ بھی نہیں، وہ دن آپ کا کھویا گیا کیونکہ اس میں جو کچھ آپ نے پایا وہ تو جانے والا ہے نہیں آپ کے ساتھ۔</w:t>
      </w:r>
    </w:p>
    <w:p>
      <w:r>
        <w:rPr>
          <w:b/>
        </w:rPr>
        <w:t xml:space="preserve">[13:34] </w:t>
      </w:r>
      <w:r>
        <w:t>phir dekhiye ek baat bohat hi ajeeb hai ke jab aap ko mind activate hota hai, kisi ek cheez ko le kar aap activate ho to phir hazaron darwaze khulte chale aate hain.</w:t>
      </w:r>
    </w:p>
    <w:p>
      <w:pPr>
        <w:jc w:val="right"/>
      </w:pPr>
      <w:r>
        <w:t>پھر دیکھیے ایک بات بہت ہی عجیب ہے کہ جب آپ کو مائنڈ ایکٹیویٹ ہوتا ہے، کسی ایک چیز کو لے کر آپ ایکٹیویٹ ہو تو پھر ہزاروں دروازے کھلتے چلے آتے ہیں۔</w:t>
      </w:r>
    </w:p>
    <w:p>
      <w:r>
        <w:rPr>
          <w:b/>
        </w:rPr>
        <w:t xml:space="preserve">[13:47] </w:t>
      </w:r>
      <w:r>
        <w:t>ek hi cheez nahi hai, ek hi darwaza nahi hai.</w:t>
      </w:r>
    </w:p>
    <w:p>
      <w:pPr>
        <w:jc w:val="right"/>
      </w:pPr>
      <w:r>
        <w:t>ایک ہی چیز نہیں ہے، ایک ہی دروازہ نہیں ہے۔</w:t>
      </w:r>
    </w:p>
    <w:p>
      <w:r>
        <w:rPr>
          <w:b/>
        </w:rPr>
        <w:t xml:space="preserve">[13:54] </w:t>
      </w:r>
      <w:r>
        <w:t>aap aap aap pani ko le kar sochein ke do gas pani kaise ban gaya?</w:t>
      </w:r>
    </w:p>
    <w:p>
      <w:pPr>
        <w:jc w:val="right"/>
      </w:pPr>
      <w:r>
        <w:t>آپ آپ آپ پانی کو لے کر سوچیں کہ دو گیس پانی کیسے بن گیا؟</w:t>
      </w:r>
    </w:p>
    <w:p>
      <w:r>
        <w:rPr>
          <w:b/>
        </w:rPr>
        <w:t xml:space="preserve">[14:02] </w:t>
      </w:r>
      <w:r>
        <w:t>yaani liquid water kaise ban gaya? aur phir mujhe itna zyada mufeed kyun hai mere liye? to woh sirf pani ke bare mein nahi hoga, aap ka mind activate hoga aur phir sochte chale jayega us ko kya kya baatein aap ka mind mein aati chali jayengi.</w:t>
      </w:r>
    </w:p>
    <w:p>
      <w:pPr>
        <w:jc w:val="right"/>
      </w:pPr>
      <w:r>
        <w:t>یعنی لیکوڈ واٹر کیسے بن گیا؟ اور پھر مجھے اتنا زیادہ مفید کیوں ہے میرے لیے؟ تو وہ صرف پانی کے بارے میں نہیں ہوگا، آپ کا مائنڈ ایکٹیویٹ ہوگا اور پھر سوچتے چلے جائے گا اس کو کیا کیا باتیں آپ کا مائنڈ میں آتی چلی جائیں گی۔</w:t>
      </w:r>
    </w:p>
    <w:p>
      <w:r>
        <w:rPr>
          <w:b/>
        </w:rPr>
        <w:t xml:space="preserve">[14:23] </w:t>
      </w:r>
      <w:r>
        <w:t>jaise main aap ko kal ka tajurba batata hoon. kal main yeh soch raha tha</w:t>
      </w:r>
    </w:p>
    <w:p>
      <w:pPr>
        <w:jc w:val="right"/>
      </w:pPr>
      <w:r>
        <w:t>جیسے میں آپ کو کل کا تجربہ بتاتا ہوں۔ کل میں یہ سوچ رہا تھا</w:t>
      </w:r>
    </w:p>
    <w:p>
      <w:r>
        <w:rPr>
          <w:b/>
        </w:rPr>
        <w:t xml:space="preserve">[14:31] </w:t>
      </w:r>
      <w:r>
        <w:t xml:space="preserve">ke Quran mein jannat ke bare mein hai ke la ta'lamu nafsun ma khaffat. </w:t>
      </w:r>
    </w:p>
    <w:p>
      <w:pPr>
        <w:jc w:val="right"/>
      </w:pPr>
      <w:r>
        <w:t>کہ قرآن میں جنت کے بارے میں ہے کہ لا تعلم نفس من قرت عین۔</w:t>
      </w:r>
    </w:p>
    <w:p>
      <w:r>
        <w:rPr>
          <w:b/>
        </w:rPr>
        <w:t xml:space="preserve">[14:44] </w:t>
      </w:r>
      <w:r>
        <w:t>koi aadmi nahi janta ke Allah ne jannat ki shakal mein is ke liye kaisi kaisi aankhon ki thandak rakhi hai.</w:t>
      </w:r>
    </w:p>
    <w:p>
      <w:pPr>
        <w:jc w:val="right"/>
      </w:pPr>
      <w:r>
        <w:t>کوئی آدمی نہیں جانتا کہ اللہ نے جنت کی شکل میں اس کے لیے کیسی کیسی آنکھوں کی ٹھنڈک رکھی ہے۔</w:t>
      </w:r>
    </w:p>
    <w:p>
      <w:r>
        <w:rPr>
          <w:b/>
        </w:rPr>
        <w:t xml:space="preserve">[14:56] </w:t>
      </w:r>
      <w:r>
        <w:t>yahan aankhon ki thandak ka matlab hai pressure.</w:t>
      </w:r>
    </w:p>
    <w:p>
      <w:pPr>
        <w:jc w:val="right"/>
      </w:pPr>
      <w:r>
        <w:t>یہاں آنکھوں کی ٹھنڈک کا مطلب ہے پریشر۔</w:t>
      </w:r>
    </w:p>
    <w:p>
      <w:r>
        <w:rPr>
          <w:b/>
        </w:rPr>
        <w:t xml:space="preserve">[15:02] </w:t>
      </w:r>
      <w:r>
        <w:t>to phir maine socha ke Quran mein ek aur ayat hai ke jannat walon ko jab jannat ki cheezein milengi to woh kahenge ke "hazaa allathi ruziqna min qablu wa uto bihi mutashabiha" ke yeh cheezein hamein wahan pe bhi mili theen, duniya mein mili theen, yeh sab cheezein.</w:t>
      </w:r>
    </w:p>
    <w:p>
      <w:pPr>
        <w:jc w:val="right"/>
      </w:pPr>
      <w:r>
        <w:t>تو پھر میں نے سوچا کہ قرآن میں ایک اور آیت ہے کہ جنت والوں کو جب جنت کی چیزیں ملیں گی تو وہ کہیں گے کہھذا الذی رزقنا من قبل وطیب متشابہ کہ یہ چیزیں ہمیں وہاں پہ بھی ملی تھیں، دنیا میں ملی تھیں، یہ سب چیزیں۔</w:t>
      </w:r>
    </w:p>
    <w:p>
      <w:r>
        <w:rPr>
          <w:b/>
        </w:rPr>
        <w:t xml:space="preserve">[15:24] </w:t>
      </w:r>
      <w:r>
        <w:t>ab sawal yeh hai ke quran ek taraf kehta hai ke jannat mein aisi cheezein milein gi jis ko tum jante nahi aur doosri taraf ahl-e-jannat ki zuban se yeh naqal hua hai ke woh kahengay yeh cheezein aap ko dunya mein mili theen aur main ne socha ke kya matlab hai is ka?</w:t>
      </w:r>
    </w:p>
    <w:p>
      <w:pPr>
        <w:jc w:val="right"/>
      </w:pPr>
      <w:r>
        <w:t>اب سوال یہ ہے کہ قرآن ایک طرف کہتا ہے کہ جنت میں ایسی چیزیں ملیں گی جس کو تم جانتے نہیں اور دوسری طرف اہل جنت کی زبان سے یہ نقل ہوا ہے کہ وہ کہیں گے یہ چیزیں آپ کو دنیا میں ملی تھیں اور میں نے سوچا کہ کیا مطلب ہے اس کا؟</w:t>
      </w:r>
    </w:p>
    <w:p>
      <w:r>
        <w:rPr>
          <w:b/>
        </w:rPr>
        <w:t xml:space="preserve">[15:46] </w:t>
      </w:r>
      <w:r>
        <w:t>is par mera dimagh sochne laga to sochte sochte ek anokhi baat daryaft hui.</w:t>
      </w:r>
    </w:p>
    <w:p>
      <w:pPr>
        <w:jc w:val="right"/>
      </w:pPr>
      <w:r>
        <w:t>اس پر میرا دماغ سوچنے لگا تو سوچتے سوچتے ایک انوکھی بات دریافت ہوئی۔</w:t>
      </w:r>
    </w:p>
    <w:p>
      <w:r>
        <w:rPr>
          <w:b/>
        </w:rPr>
        <w:t xml:space="preserve">[15:54] </w:t>
      </w:r>
      <w:r>
        <w:t>jannat jo hai</w:t>
      </w:r>
    </w:p>
    <w:p>
      <w:pPr>
        <w:jc w:val="right"/>
      </w:pPr>
      <w:r>
        <w:t>جنت جو ہے</w:t>
      </w:r>
    </w:p>
    <w:p>
      <w:r>
        <w:rPr>
          <w:b/>
        </w:rPr>
        <w:t xml:space="preserve">[15:58] </w:t>
      </w:r>
      <w:r>
        <w:t>in terms of item different nahi hai</w:t>
      </w:r>
    </w:p>
    <w:p>
      <w:pPr>
        <w:jc w:val="right"/>
      </w:pPr>
      <w:r>
        <w:t>ان ٹرمز آف آئٹم ڈفرنٹ نہیں ہے</w:t>
      </w:r>
    </w:p>
    <w:p>
      <w:r>
        <w:rPr>
          <w:b/>
        </w:rPr>
        <w:t xml:space="preserve">[16:04] </w:t>
      </w:r>
      <w:r>
        <w:t>ke yahan drakht hai to wahan kuch aur hoga, yahan pani hai to wahan kuch aur hoga, yahan mewa hai to wahan kuch aur hoga. nahi, in terms of item different nahi hai.</w:t>
      </w:r>
    </w:p>
    <w:p>
      <w:pPr>
        <w:jc w:val="right"/>
      </w:pPr>
      <w:r>
        <w:t>کہ یہاں درخت ہے تو وہاں کچھ اور ہوگا، یہاں پانی ہے تو وہاں کچھ اور ہوگا، یہاں میوہ ہے تو وہاں کچھ اور ہوگا۔ نہیں، ان ٹرمز آف آئٹم ڈفرنٹ نہیں ہے۔</w:t>
      </w:r>
    </w:p>
    <w:p>
      <w:r>
        <w:rPr>
          <w:b/>
        </w:rPr>
        <w:t xml:space="preserve">[16:21] </w:t>
      </w:r>
      <w:r>
        <w:t>same item wahan bhi honge.</w:t>
      </w:r>
    </w:p>
    <w:p>
      <w:pPr>
        <w:jc w:val="right"/>
      </w:pPr>
      <w:r>
        <w:t>سیم آئٹم وہاں بھی ہوں گے۔</w:t>
      </w:r>
    </w:p>
    <w:p>
      <w:r>
        <w:rPr>
          <w:b/>
        </w:rPr>
        <w:t xml:space="preserve">[16:26] </w:t>
      </w:r>
      <w:r>
        <w:t>in terms of pleasure different hai.</w:t>
      </w:r>
    </w:p>
    <w:p>
      <w:pPr>
        <w:jc w:val="right"/>
      </w:pPr>
      <w:r>
        <w:t>ان ٹرمز آف پلیزر ڈفرنٹ ہے۔</w:t>
      </w:r>
    </w:p>
    <w:p>
      <w:r>
        <w:rPr>
          <w:b/>
        </w:rPr>
        <w:t xml:space="preserve">[16:31] </w:t>
      </w:r>
      <w:r>
        <w:t>same item different pleasure. bohat anokhi baat hai.</w:t>
      </w:r>
    </w:p>
    <w:p>
      <w:pPr>
        <w:jc w:val="right"/>
      </w:pPr>
      <w:r>
        <w:t>سیم آئٹم ڈفرنٹ پلیزر۔ بہت انوکھی بات ہے۔</w:t>
      </w:r>
    </w:p>
    <w:p>
      <w:r>
        <w:rPr>
          <w:b/>
        </w:rPr>
        <w:t xml:space="preserve">[16:42] </w:t>
      </w:r>
      <w:r>
        <w:t>yani jannat mein bhi yani quran ki is ayat ke mutabiq jannat bhi drakht honge, jannat mein bhi chirya hongi, jannat mein bhi khane ke item honge, meway honge,</w:t>
      </w:r>
    </w:p>
    <w:p>
      <w:pPr>
        <w:jc w:val="right"/>
      </w:pPr>
      <w:r>
        <w:t>یعنی جنت میں بھی یعنی قرآن کی اس آیت کے مطابق جنت بھی درخت ہوں گے، جنت میں بھی چڑیا ہوں گی، جنت میں بھی کھانے کے آئٹم ہوں گے، میوے ہوں گے،</w:t>
      </w:r>
    </w:p>
    <w:p>
      <w:r>
        <w:rPr>
          <w:b/>
        </w:rPr>
        <w:t xml:space="preserve">[16:58] </w:t>
      </w:r>
      <w:r>
        <w:t>saathi honge, har cheez hogi. lekin wahan ka jo pleasure hoga woh bohat hi different hoga.</w:t>
      </w:r>
    </w:p>
    <w:p>
      <w:pPr>
        <w:jc w:val="right"/>
      </w:pPr>
      <w:r>
        <w:t>ساتھی ہوں گے، ہر چیز ہوگی۔ لیکن وہاں کا جو پلیزر ہوگا وہ بہت ہی ڈفرنٹ ہوگا۔</w:t>
      </w:r>
    </w:p>
    <w:p>
      <w:r>
        <w:rPr>
          <w:b/>
        </w:rPr>
        <w:t xml:space="preserve">[17:08] </w:t>
      </w:r>
      <w:r>
        <w:t>jaise main aap ko kuch apna tajruba batata hoon. jaise yeh pani hum jo jahan peete hain dilli mein to is ko hum peete hain yaad bhujhane ke liye.</w:t>
      </w:r>
    </w:p>
    <w:p>
      <w:pPr>
        <w:jc w:val="right"/>
      </w:pPr>
      <w:r>
        <w:t>جیسے میں آپ کو کچھ اپنا تجربہ بتاتا ہوں۔ جیسے یہ پانی ہم جو جہاں پیتے ہیں دلی میں تو اس کو ہم پیتے ہیں یاد بجھانے کے لیے۔</w:t>
      </w:r>
    </w:p>
    <w:p>
      <w:r>
        <w:rPr>
          <w:b/>
        </w:rPr>
        <w:t xml:space="preserve">[17:24] </w:t>
      </w:r>
      <w:r>
        <w:t>main jab turkey gaya to wahan ek hotel tha, ek hilly place par. wahan jo pani dete thay woh</w:t>
      </w:r>
    </w:p>
    <w:p>
      <w:pPr>
        <w:jc w:val="right"/>
      </w:pPr>
      <w:r>
        <w:t>میں جب ترکی گیا تو وہاں ایک ہوٹل تھا، ایک ہیلی پلیس پر۔ وہاں جو پانی دیتے تھے وہ</w:t>
      </w:r>
    </w:p>
    <w:p>
      <w:r>
        <w:rPr>
          <w:b/>
        </w:rPr>
        <w:t xml:space="preserve">[17:36] </w:t>
      </w:r>
      <w:r>
        <w:t>bohat hi pure water, natural water. itna different hota tha is se ke wahan par mez par hotel mein bohat se drink rakhe hue thay.</w:t>
      </w:r>
    </w:p>
    <w:p>
      <w:pPr>
        <w:jc w:val="right"/>
      </w:pPr>
      <w:r>
        <w:t>بہت ہی پیور واٹر، نیچرل واٹر۔ اتنا ڈفرنٹ ہوتا تھا اس سے کہ وہاں پر میز پر ہوٹل میں بہت سے ڈرنک رکھے ہوئے تھے۔</w:t>
      </w:r>
    </w:p>
    <w:p>
      <w:r>
        <w:rPr>
          <w:b/>
        </w:rPr>
        <w:t xml:space="preserve">[17:51] </w:t>
      </w:r>
      <w:r>
        <w:t>bohat se seb ka juice, narangi ka juice aur ananas ka juice. main koi juice le liya nahi hai, main ne pani peeta raha hoon.</w:t>
      </w:r>
    </w:p>
    <w:p>
      <w:pPr>
        <w:jc w:val="right"/>
      </w:pPr>
      <w:r>
        <w:t>بہت سے سیب کا جوس، نارنگی کا جوس اور اناناس کا جوس۔ میں کوئی جوس لے لیا نہیں ہے، میں نے پانی پیتا رہا ہوں۔</w:t>
      </w:r>
    </w:p>
    <w:p>
      <w:r>
        <w:rPr>
          <w:b/>
        </w:rPr>
        <w:t xml:space="preserve">[18:02] </w:t>
      </w:r>
      <w:r>
        <w:t>itna lazeez tha woh pani. is pani se bilkul different.</w:t>
      </w:r>
    </w:p>
    <w:p>
      <w:pPr>
        <w:jc w:val="right"/>
      </w:pPr>
      <w:r>
        <w:t>اتنا لذیذ تھا وہ پانی۔ اس پانی سے بالکل ڈفرنٹ۔</w:t>
      </w:r>
    </w:p>
    <w:p>
      <w:r>
        <w:rPr>
          <w:b/>
        </w:rPr>
        <w:t xml:space="preserve">[18:10] </w:t>
      </w:r>
      <w:r>
        <w:t>aisi kai bar mujhe tajrube hue hain. ek bar ka tajruba yeh tha ke woh saudi airline mein safar kar raha tha main.</w:t>
      </w:r>
    </w:p>
    <w:p>
      <w:pPr>
        <w:jc w:val="right"/>
      </w:pPr>
      <w:r>
        <w:t>ایسی کئی بار مجھے تجربے ہوئے ہیں۔ ایک بار کا تجربہ یہ تھا کہ وہ سعودی ایئر لائن میں سفر کر رہا تھا میں۔</w:t>
      </w:r>
    </w:p>
    <w:p>
      <w:r>
        <w:rPr>
          <w:b/>
        </w:rPr>
        <w:t xml:space="preserve">[18:20] </w:t>
      </w:r>
      <w:r>
        <w:t>main first class mein tha to first class walon ko bohat acha khana diya jata hai. bohat acha khana.</w:t>
      </w:r>
    </w:p>
    <w:p>
      <w:pPr>
        <w:jc w:val="right"/>
      </w:pPr>
      <w:r>
        <w:t>میں فرسٹ کلاس میں تھا تو فرسٹ کلاس والوں کو بہت اچھا کھانا دیا جاتا ہے۔ بہت اچھا کھانا۔</w:t>
      </w:r>
    </w:p>
    <w:p>
      <w:r>
        <w:rPr>
          <w:b/>
        </w:rPr>
        <w:t xml:space="preserve">[18:30] </w:t>
      </w:r>
      <w:r>
        <w:t>to air hostess jo hai ek tray mein anjeer layi. anjeer bohat hi bilkul tayyar anjeer lagta tha ke abhi bhi drakht toda gaya hai.</w:t>
      </w:r>
    </w:p>
    <w:p>
      <w:pPr>
        <w:jc w:val="right"/>
      </w:pPr>
      <w:r>
        <w:t>تو ایئر ہاسٹل جو ہے ایک ٹرے میں انجیر لائی۔ انجیر بہت ہی بالکل تیار انجیر لگتا تھا کہ ابھی بھی درخت توڑا گیا ہے۔</w:t>
      </w:r>
    </w:p>
    <w:p>
      <w:r>
        <w:rPr>
          <w:b/>
        </w:rPr>
        <w:t xml:space="preserve">[18:43] </w:t>
      </w:r>
      <w:r>
        <w:t>to ek anjeer main ne liya to mujhe bohat acha laga. to main chaha ke doosra anjeer loon.</w:t>
      </w:r>
    </w:p>
    <w:p>
      <w:pPr>
        <w:jc w:val="right"/>
      </w:pPr>
      <w:r>
        <w:t>تو ایک انجیر میں نے لیا تو مجھے بہت اچھا لگا۔ تو میں چاہا کہ دوسرا انجیر لوں۔</w:t>
      </w:r>
    </w:p>
    <w:p>
      <w:r>
        <w:rPr>
          <w:b/>
        </w:rPr>
        <w:t xml:space="preserve">[18:51] </w:t>
      </w:r>
      <w:r>
        <w:t>to air hostess se foran air hostess se only one.</w:t>
      </w:r>
    </w:p>
    <w:p>
      <w:pPr>
        <w:jc w:val="right"/>
      </w:pPr>
      <w:r>
        <w:t>تو ایئر ہاسٹل سے فوراً ایئر ہاسٹل سے اونلی ون۔</w:t>
      </w:r>
    </w:p>
    <w:p>
      <w:r>
        <w:rPr>
          <w:b/>
        </w:rPr>
        <w:t xml:space="preserve">[18:57] </w:t>
      </w:r>
      <w:r>
        <w:t>yani first class mein bhi woh anjeer sirf ek milta tha ek ek musafir ko. only one. waisa anjeer main ne aap bohat bar anjeer khaye, waisa anjeer nahi mila mujhe.</w:t>
      </w:r>
    </w:p>
    <w:p>
      <w:pPr>
        <w:jc w:val="right"/>
      </w:pPr>
      <w:r>
        <w:t>یعنی فرسٹ کلاس میں بھی وہ انجیر صرف ایک ملتا تھا ایک ایک مسافر کو۔ اونلی ون۔ ویسا انجیر میں نے آپ بہت بار انجیر کھائے، ویسا انجیر نہیں ملا مجھے۔</w:t>
      </w:r>
    </w:p>
    <w:p>
      <w:r>
        <w:rPr>
          <w:b/>
        </w:rPr>
        <w:t xml:space="preserve">[19:12] </w:t>
      </w:r>
      <w:r>
        <w:t>matlab cheezein mein yeh isi dunya mein hum dekh rahe hain ke same item hota hai lekin in terms of pleasure bilkul different hota hai.</w:t>
      </w:r>
    </w:p>
    <w:p>
      <w:pPr>
        <w:jc w:val="right"/>
      </w:pPr>
      <w:r>
        <w:t>مطلب چیزیں میں یہ اسی دنیا میں ہم دیکھ رہے ہیں کہ سیم آئٹم ہوتا ہے لیکن ان ٹرمز آف پلیزر بالکل ڈفرنٹ ہوتا ہے۔</w:t>
      </w:r>
    </w:p>
    <w:p>
      <w:r>
        <w:rPr>
          <w:b/>
        </w:rPr>
        <w:t xml:space="preserve">[19:21] </w:t>
      </w:r>
      <w:r>
        <w:t>woh</w:t>
      </w:r>
    </w:p>
    <w:p>
      <w:pPr>
        <w:jc w:val="right"/>
      </w:pPr>
      <w:r>
        <w:t>وہ</w:t>
      </w:r>
    </w:p>
    <w:p>
      <w:r>
        <w:rPr>
          <w:b/>
        </w:rPr>
        <w:t xml:space="preserve">[19:25] </w:t>
      </w:r>
      <w:r>
        <w:t>yahi yahi dilli mein hum oxygen mein saans lete hain. lekin main jab gaya kisi pahari maqam par jahan bilkul pure hawa thi</w:t>
      </w:r>
    </w:p>
    <w:p>
      <w:pPr>
        <w:jc w:val="right"/>
      </w:pPr>
      <w:r>
        <w:t>یہی یہی دلی میں ہم آکسیجن میں سانس لیتے ہیں۔ لیکن میں جب گیا کسی پہاڑی مقام پر جہاں بالکل پیور ہوا تھ</w:t>
      </w:r>
    </w:p>
    <w:p>
      <w:r>
        <w:rPr>
          <w:b/>
        </w:rPr>
        <w:t xml:space="preserve">[19:39] </w:t>
      </w:r>
      <w:r>
        <w:t>woh wahan saans lena bohat hi ek ek ek ajeeb tajruba tha. bohat hi present tajruba. yahan bhi hum oxygen le rahe hain lekin wahan jo oxygen liya main ne woh pahari maqam par to woh ek ajeeb hi is ke andar ek present tajruba tha.</w:t>
      </w:r>
    </w:p>
    <w:p>
      <w:pPr>
        <w:jc w:val="right"/>
      </w:pPr>
      <w:r>
        <w:t>ی، وہ وہاں سانس لینا بہت ہی ایک ایک ایک عجیب تجربہ تھا۔ بہت ہی پریزنٹ تجربہ۔ یہاں بھی ہم آکسیجن لے رہے ہیں لیکن وہاں جو آکسیجن لیا میں نے وہ پہاڑی مقام پر تو وہ ایک عجیب ہی اس کے اندر ایک پریزنٹ تجربہ تھا۔</w:t>
      </w:r>
    </w:p>
    <w:p>
      <w:r>
        <w:rPr>
          <w:b/>
        </w:rPr>
        <w:t xml:space="preserve">[20:00] </w:t>
      </w:r>
      <w:r>
        <w:t>to meri samajh mein aaya ke quran ki jo do aayatein different maloom hoti hain ke ek ek aayat se maloom hota hai ke jannat mein same item honge</w:t>
      </w:r>
    </w:p>
    <w:p>
      <w:pPr>
        <w:jc w:val="right"/>
      </w:pPr>
      <w:r>
        <w:t>تو میری سمجھ میں آیا کہ قرآن کی جو دو آیتیں ڈفرنٹ معلوم ہوتی ہیں کہ ایک ایک آیت سے معلوم ہوتا ہے کہ جنت میں سیم آئٹم ہوں گے</w:t>
      </w:r>
    </w:p>
    <w:p>
      <w:r>
        <w:rPr>
          <w:b/>
        </w:rPr>
        <w:t xml:space="preserve">[20:15] </w:t>
      </w:r>
      <w:r>
        <w:t>shakal ke aitbaar se. wahi same item lekin lazzat ke aitbaar se bohat mukhtalif honge.</w:t>
      </w:r>
    </w:p>
    <w:p>
      <w:pPr>
        <w:jc w:val="right"/>
      </w:pPr>
      <w:r>
        <w:t>شکل کے اعتبار سے۔ وہی سیم آئٹم لیکن لذت کے اعتبار سے بہت مختلف ہوں گے۔</w:t>
      </w:r>
    </w:p>
    <w:p>
      <w:r>
        <w:rPr>
          <w:b/>
        </w:rPr>
        <w:t xml:space="preserve">[20:27] </w:t>
      </w:r>
      <w:r>
        <w:t>tab meri samajh mein aaya ke jannat jo hai koi koi shakal ke aitbaar se bilkul different nahi hogi. wahan bhi khana, wahan bhi mewa, wahan bhi pani, wahan bhi hamare saathi, wahan bhi had tak mein samajhta hoon ke wahan bhi program honge, wahan classes honge,</w:t>
      </w:r>
    </w:p>
    <w:p>
      <w:pPr>
        <w:jc w:val="right"/>
      </w:pPr>
      <w:r>
        <w:t>تب میری سمجھ میں آیا کہ جنت جو ہے کوئی کوئی شکل کے اعتبار سے بالکل ڈفرنٹ نہیں ہوگی۔ وہاں بھی کھانا، وہاں بھی میوہ، وہاں بھی پانی، وہاں بھی ہمارے ساتھی، وہاں بھی حد تک میں سمجھتا ہوں کہ وہاں بھی پروگرام ہوں گے، وہاں کلاسز ہوں گے،</w:t>
      </w:r>
    </w:p>
    <w:p>
      <w:r>
        <w:rPr>
          <w:b/>
        </w:rPr>
        <w:t xml:space="preserve">[20:46] </w:t>
      </w:r>
      <w:r>
        <w:t>wahan meeting hogi, wahan safar hoga, sab kuch hoga.</w:t>
      </w:r>
    </w:p>
    <w:p>
      <w:pPr>
        <w:jc w:val="right"/>
      </w:pPr>
      <w:r>
        <w:t>وہاں میٹنگ ہوگی، وہاں سفر ہوگا، سب کچھ ہوگا۔</w:t>
      </w:r>
    </w:p>
    <w:p>
      <w:r>
        <w:rPr>
          <w:b/>
        </w:rPr>
        <w:t xml:space="preserve">[20:52] </w:t>
      </w:r>
      <w:r>
        <w:t>yani item bhi sab kuch wahi honge, activities bhi sab kuch wahi hongi lekin in terms of pleasure bilkul different hoga.</w:t>
      </w:r>
    </w:p>
    <w:p>
      <w:pPr>
        <w:jc w:val="right"/>
      </w:pPr>
      <w:r>
        <w:t>یعنی آئٹم بھی سب کچھ وہی ہوں گے، ایکٹیویٹیز بھی سب کچھ وہی ہوں گی لیکن ان ٹرمز آف پلیزر بالکل ڈفرنٹ ہوگا۔</w:t>
      </w:r>
    </w:p>
    <w:p>
      <w:r>
        <w:rPr>
          <w:b/>
        </w:rPr>
        <w:t xml:space="preserve">[21:02] </w:t>
      </w:r>
      <w:r>
        <w:t>ek anokha per ek anokha is mein lazzat lazzat milegi.</w:t>
      </w:r>
    </w:p>
    <w:p>
      <w:pPr>
        <w:jc w:val="right"/>
      </w:pPr>
      <w:r>
        <w:t>ایک انوکھا پر ایک انوکھا اس میں لذت لذت ملے گی۔</w:t>
      </w:r>
    </w:p>
    <w:p>
      <w:r>
        <w:rPr>
          <w:b/>
        </w:rPr>
        <w:t xml:space="preserve">[21:14] </w:t>
      </w:r>
      <w:r>
        <w:t>yeh soch kar ek ajeeb thrill aaya mujhe. ajeeb thrill.</w:t>
      </w:r>
    </w:p>
    <w:p>
      <w:pPr>
        <w:jc w:val="right"/>
      </w:pPr>
      <w:r>
        <w:t>یہ سوچ کر ایک عجیب تھرل آیا مجھے۔ عجیب تھرل۔</w:t>
      </w:r>
    </w:p>
    <w:p>
      <w:r>
        <w:rPr>
          <w:b/>
        </w:rPr>
        <w:t xml:space="preserve">[21:23] </w:t>
      </w:r>
      <w:r>
        <w:t>to main samajhta hoon ke woh jo baat us ne kahi ke jo din aap ka aisa guzre ke aap ne bharpoor zindagi bitai ho, us din wahi aap ka din hai.</w:t>
      </w:r>
    </w:p>
    <w:p>
      <w:pPr>
        <w:jc w:val="right"/>
      </w:pPr>
      <w:r>
        <w:t>تو میں سمجھتا ہوں کہ وہ جو بات اس نے کہی کہ جو دن آپ کا ایسا گزرے کہ آپ نے بھرپور زندگی بتائی ہو، اس دن وہی آپ کا دن ہے۔</w:t>
      </w:r>
    </w:p>
    <w:p>
      <w:r>
        <w:rPr>
          <w:b/>
        </w:rPr>
        <w:t xml:space="preserve">[21:35] </w:t>
      </w:r>
      <w:r>
        <w:t>baqi sab calendar ki tareekh hai. to yahi baat aakhirat ke bare mein bhi sahi hai.</w:t>
      </w:r>
    </w:p>
    <w:p>
      <w:pPr>
        <w:jc w:val="right"/>
      </w:pPr>
      <w:r>
        <w:t>باقی سب کیلنڈر کی تاریخ ہے۔ تو یہی بات آخرت کے بارے میں بھی صحیح ہے۔</w:t>
      </w:r>
    </w:p>
    <w:p>
      <w:r>
        <w:rPr>
          <w:b/>
        </w:rPr>
        <w:t xml:space="preserve">[21:42] </w:t>
      </w:r>
      <w:r>
        <w:t>jis din aap ka aisa guzre ke aap ne kuch aakhirat ka food mila ho, aap ko kuch aakhirat ki thinking aap ke andar aayi ho, aakhirat ke aitbaar se koi aap ko anokha experience hua ho, koi nayi discovery hui ho,</w:t>
      </w:r>
    </w:p>
    <w:p>
      <w:pPr>
        <w:jc w:val="right"/>
      </w:pPr>
      <w:r>
        <w:t>جس دن آپ کا ایسا گزرے کہ آپ نے کچھ آخرت کا فوڈ ملا ہو، آپ کو کچھ آخرت کی تھنکنگ آپ کے اندر آئی ہو، آخرت کے اعتبار سے کوئی آپ کو انوکھا ایکسپیرینس ہوا ہو، کوئی نئی ڈسکوری ہوئی ہو،</w:t>
      </w:r>
    </w:p>
    <w:p>
      <w:r>
        <w:rPr>
          <w:b/>
        </w:rPr>
        <w:t xml:space="preserve">[21:58] </w:t>
      </w:r>
      <w:r>
        <w:t>wahi din aap ka din hai kyunke wahi aap ke saath jayega. baqi to sab zaya ho gaya,</w:t>
      </w:r>
    </w:p>
    <w:p>
      <w:pPr>
        <w:jc w:val="right"/>
      </w:pPr>
      <w:r>
        <w:t>وہی دن آپ کا دن ہے کیونکہ وہی آپ کے ساتھ جائے گا۔ باقی تو سب ضائع ہو گیا،</w:t>
      </w:r>
    </w:p>
    <w:p>
      <w:r>
        <w:rPr>
          <w:b/>
        </w:rPr>
        <w:t xml:space="preserve">[22:07] </w:t>
      </w:r>
      <w:r>
        <w:t>un avail chala gaya. yani wahi din avail hua jis din aap ne kuch aakhirat ke aitbaar se kuch kuch cheez, kuch experience hua, aap ko kuch cheez daryaft hui.</w:t>
      </w:r>
    </w:p>
    <w:p>
      <w:pPr>
        <w:jc w:val="right"/>
      </w:pPr>
      <w:r>
        <w:t>ان اویل چلا گیا۔ یعنی وہی دن اویل ہوا جس دن آپ نے کچھ آخرت کے اعتبار سے کچھ کچھ چیز، کچھ ایکسپیرینس ہوا، آپ کو کچھ چیز دریافت ہوئی۔</w:t>
      </w:r>
    </w:p>
    <w:p>
      <w:r>
        <w:rPr>
          <w:b/>
        </w:rPr>
        <w:t xml:space="preserve">[22:19] </w:t>
      </w:r>
      <w:r>
        <w:t>aap ko ab baqi din jo hai woh un avail chale gaye, unaviled.</w:t>
      </w:r>
    </w:p>
    <w:p>
      <w:pPr>
        <w:jc w:val="right"/>
      </w:pPr>
      <w:r>
        <w:t>آپ کو اب باقی دن جو ہے وہ ان اویل چلے گئے، ان اویلڈ۔</w:t>
      </w:r>
    </w:p>
    <w:p>
      <w:r>
        <w:rPr>
          <w:b/>
        </w:rPr>
        <w:t xml:space="preserve">[22:32] </w:t>
      </w:r>
      <w:r>
        <w:t>to yeh main kaha karta hoon aksar ke mind trigger hota hai.</w:t>
      </w:r>
    </w:p>
    <w:p>
      <w:pPr>
        <w:jc w:val="right"/>
      </w:pPr>
      <w:r>
        <w:t>تو یہ میں کہا کرتا ہوں اکثر کہ مائنڈ ٹریگر ہوتا ہے۔</w:t>
      </w:r>
    </w:p>
    <w:p>
      <w:r>
        <w:rPr>
          <w:b/>
        </w:rPr>
        <w:t xml:space="preserve">[22:38] </w:t>
      </w:r>
      <w:r>
        <w:t>ek prepared mind ho to trigger hoga, trigger hoga. to radio ke announcer ne ek baat kahi material sense mein, duniya ke sense mein.</w:t>
      </w:r>
    </w:p>
    <w:p>
      <w:pPr>
        <w:jc w:val="right"/>
      </w:pPr>
      <w:r>
        <w:t>ایک پریپیرڈ مائنڈ ہو تو ٹریگر ہوگا، ٹریگر ہوگا۔ تو ریڈیو کے اناؤنسر نے ایک بات کہی مٹیریل سینس میں، دنیا کے سینس میں۔</w:t>
      </w:r>
    </w:p>
    <w:p>
      <w:r>
        <w:rPr>
          <w:b/>
        </w:rPr>
        <w:t xml:space="preserve">[22:51] </w:t>
      </w:r>
      <w:r>
        <w:t>lekin jab mind trigger hoga to woh kahin rukega nahi. mind jab trigger hoga to woh bohat si baat daryaft karega aur aakhirat tak pahunch jayega.</w:t>
      </w:r>
    </w:p>
    <w:p>
      <w:pPr>
        <w:jc w:val="right"/>
      </w:pPr>
      <w:r>
        <w:t>لیکن جب مائنڈ ٹریگر ہوگا تو وہ کہیں رکے گا نہیں۔ مائنڈ جب ٹریگر ہوگا تو وہ بہت سی بات دریافت کرے گا اور آخرت تک پہنچ جائے گا۔</w:t>
      </w:r>
    </w:p>
    <w:p>
      <w:r>
        <w:rPr>
          <w:b/>
        </w:rPr>
        <w:t xml:space="preserve">[23:07] </w:t>
      </w:r>
      <w:r>
        <w:t>aakhirat tak pahunch jayega.</w:t>
      </w:r>
    </w:p>
    <w:p>
      <w:pPr>
        <w:jc w:val="right"/>
      </w:pPr>
      <w:r>
        <w:t>آخرت تک پہنچ جائے گا۔</w:t>
      </w:r>
    </w:p>
    <w:p>
      <w:r>
        <w:rPr>
          <w:b/>
        </w:rPr>
        <w:t xml:space="preserve">[23:14] </w:t>
      </w:r>
      <w:r>
        <w:t>to dekhiye agar hamein</w:t>
      </w:r>
    </w:p>
    <w:p>
      <w:pPr>
        <w:jc w:val="right"/>
      </w:pPr>
      <w:r>
        <w:t>تو دیکھیے اگر ہمیں</w:t>
      </w:r>
    </w:p>
    <w:p>
      <w:r>
        <w:rPr>
          <w:b/>
        </w:rPr>
        <w:t xml:space="preserve">[23:18] </w:t>
      </w:r>
      <w:r>
        <w:t>apni aakhirat ko kamyab karna hai, agar hamein maut ke baad wali zindagi ko, mein jo hamare liye aankhon ki thandak rakhi gayi hai, us ko hamein paana hai</w:t>
      </w:r>
    </w:p>
    <w:p>
      <w:pPr>
        <w:jc w:val="right"/>
      </w:pPr>
      <w:r>
        <w:t>اپنی آخرت کو کامیاب کرنا ہے، اگر ہمیں موت کے بعد والی زندگی کو، میں جو ہمارے لیے آنکھوں کی ٹھنڈک رکھی گئی ہے، اس کو ہمیں پانا ہے</w:t>
      </w:r>
    </w:p>
    <w:p>
      <w:r>
        <w:rPr>
          <w:b/>
        </w:rPr>
        <w:t xml:space="preserve">[23:36] </w:t>
      </w:r>
      <w:r>
        <w:t>jis ko paradise kaha jata hai,</w:t>
      </w:r>
    </w:p>
    <w:p>
      <w:pPr>
        <w:jc w:val="right"/>
      </w:pPr>
      <w:r>
        <w:t>جس کو پیرائیڈ کہا جاتا ہے،</w:t>
      </w:r>
    </w:p>
    <w:p>
      <w:r>
        <w:rPr>
          <w:b/>
        </w:rPr>
        <w:t xml:space="preserve">[23:42] </w:t>
      </w:r>
      <w:r>
        <w:t>to is ki tayyari isi duniya mein hogi.</w:t>
      </w:r>
    </w:p>
    <w:p>
      <w:pPr>
        <w:jc w:val="right"/>
      </w:pPr>
      <w:r>
        <w:t>تو اس کی تیاری اسی دنیا میں ہوگی۔</w:t>
      </w:r>
    </w:p>
    <w:p>
      <w:r>
        <w:rPr>
          <w:b/>
        </w:rPr>
        <w:t xml:space="preserve">[23:49] </w:t>
      </w:r>
      <w:r>
        <w:t>isi ki tayyari isi duniya mein hogi.</w:t>
      </w:r>
    </w:p>
    <w:p>
      <w:pPr>
        <w:jc w:val="right"/>
      </w:pPr>
      <w:r>
        <w:t>اسی کی تیاری اسی دنیا میں ہوگی۔</w:t>
      </w:r>
    </w:p>
    <w:p>
      <w:r>
        <w:rPr>
          <w:b/>
        </w:rPr>
        <w:t xml:space="preserve">[23:54] </w:t>
      </w:r>
      <w:r>
        <w:t>abhi ek hadith maine aaj subah dekhi. woh hadith yeh hai ke kuch log jannat mein jayenge zanjeeron bandhi hui,</w:t>
      </w:r>
    </w:p>
    <w:p>
      <w:pPr>
        <w:jc w:val="right"/>
      </w:pPr>
      <w:r>
        <w:t>ابھی ایک حدیث میں نے آج صبح دیکھی۔ وہ حدیث یہ ہے کہ کچھ لوگ جنت میں جائیں گے زنجیروں بندھی ہوئی،</w:t>
      </w:r>
    </w:p>
    <w:p>
      <w:r>
        <w:rPr>
          <w:b/>
        </w:rPr>
        <w:t xml:space="preserve">[24:08] </w:t>
      </w:r>
      <w:r>
        <w:t>salsal mein bandhi hui. to log samajhte hain ke sach much zanjeeron bandhi hui jayenge aur un ko baandh baandh kar jannat mein dala jayega.</w:t>
      </w:r>
    </w:p>
    <w:p>
      <w:pPr>
        <w:jc w:val="right"/>
      </w:pPr>
      <w:r>
        <w:t>سلاسل میں بندھی ہوئی۔ تو لوگ سمجھتے ہیں کہ سچ مچ زنجیروں بندھی ہوئی جائیں گے اور ان کو باندھ باندھ کر جنت میں ڈالا جائے گا۔</w:t>
      </w:r>
    </w:p>
    <w:p>
      <w:r>
        <w:rPr>
          <w:b/>
        </w:rPr>
        <w:t xml:space="preserve">[24:20] </w:t>
      </w:r>
      <w:r>
        <w:t>hargiz hargiz is ka yeh matlab nahi hai.</w:t>
      </w:r>
    </w:p>
    <w:p>
      <w:pPr>
        <w:jc w:val="right"/>
      </w:pPr>
      <w:r>
        <w:t>ہرگز ہرگز اس کا یہ مطلب نہیں ہے۔</w:t>
      </w:r>
    </w:p>
    <w:p>
      <w:r>
        <w:rPr>
          <w:b/>
        </w:rPr>
        <w:t xml:space="preserve">[24:24] </w:t>
      </w:r>
      <w:r>
        <w:t>aap ghor kijiye ke agar aap jannat ke gate ke samne khare kar diye gaye, woh jannat jo la ain raat wa la uzr samait wali jannat hogi,</w:t>
      </w:r>
    </w:p>
    <w:p>
      <w:pPr>
        <w:jc w:val="right"/>
      </w:pPr>
      <w:r>
        <w:t>آپ غور کیجئے کہ اگر آپ جنت کے گیٹ کے سامنے کھڑے کر دیے گئے، وہ جنت جو لا عین رات ولا عذر سمیت والی جنت ہوگی،</w:t>
      </w:r>
    </w:p>
    <w:p>
      <w:r>
        <w:rPr>
          <w:b/>
        </w:rPr>
        <w:t xml:space="preserve">[24:43] </w:t>
      </w:r>
      <w:r>
        <w:t>yani bohat hi zyada beauty is ke andar, bohat zyada is ke andar pleasure, bohat zyada perfection, har cheez ideal, us ke gate ke samne aap khare hogaye to kya dhakela jayega?</w:t>
      </w:r>
    </w:p>
    <w:p>
      <w:pPr>
        <w:jc w:val="right"/>
      </w:pPr>
      <w:r>
        <w:t>یعنی بہت ہی زیادہ بیوٹی اس کے اندر، بہت زیادہ اس کے اندر پلیزر، بہت زیادہ پرفیکشن، ہر چیز آئیڈیل، اس کے گیٹ کے سامنے آپ کھڑے ہوگئے تو کیا دھکیلا جائے گا؟</w:t>
      </w:r>
    </w:p>
    <w:p>
      <w:r>
        <w:rPr>
          <w:b/>
        </w:rPr>
        <w:t xml:space="preserve">[24:57] </w:t>
      </w:r>
      <w:r>
        <w:t>tab aap jayenge us ke andar.</w:t>
      </w:r>
    </w:p>
    <w:p>
      <w:pPr>
        <w:jc w:val="right"/>
      </w:pPr>
      <w:r>
        <w:t>تب آپ جائیں گے اس کے اندر۔</w:t>
      </w:r>
    </w:p>
    <w:p>
      <w:r>
        <w:rPr>
          <w:b/>
        </w:rPr>
        <w:t xml:space="preserve">[25:04] </w:t>
      </w:r>
      <w:r>
        <w:t>ek sahab se maine kaha, ek naujawan se ke aap chale gaye bahar, das saal aap bahar rahe, wahan se wapas aaye aap to jab jab aap ko gate par pahunchaya gaya to gate par pahunchane ke baad kya aap ko baat baat ka andar le jana padega?</w:t>
      </w:r>
    </w:p>
    <w:p>
      <w:pPr>
        <w:jc w:val="right"/>
      </w:pPr>
      <w:r>
        <w:t>ایک صاحب سے میں نے کہا، ایک نوجوان سے کہ آپ چلے گئے باہر، دس سال آپ باہر رہے، وہاں سے واپس آئے آپ تو جب جب آپ کو گیٹ پر پہنچایا گیا تو گیٹ پر پہنچانے کے بعد کیا آپ کو بات بات کا اندر لے جانا پڑے گا؟</w:t>
      </w:r>
    </w:p>
    <w:p>
      <w:r>
        <w:rPr>
          <w:b/>
        </w:rPr>
        <w:t xml:space="preserve">[25:21] </w:t>
      </w:r>
      <w:r>
        <w:t>ghar ke andar aap ke jo maa baap hain, aap ke bhai behan hain to aap daudenge? kahin main apne ghar pe pahunch gaya, baat nahi jayega.</w:t>
      </w:r>
    </w:p>
    <w:p>
      <w:pPr>
        <w:jc w:val="right"/>
      </w:pPr>
      <w:r>
        <w:t>گھر کے اندر آپ کے جو ماں باپ ہیں، آپ کے بھائی بہن ہیں تو آپ دوڑیں گے؟ کہیں میں اپنے گھر پہ پہنچ گیا، بات نہیں جائے گا۔</w:t>
      </w:r>
    </w:p>
    <w:p>
      <w:r>
        <w:rPr>
          <w:b/>
        </w:rPr>
        <w:t xml:space="preserve">[25:33] </w:t>
      </w:r>
      <w:r>
        <w:t>to dekhen yahan par jo hai ke baat kar to main samajhta hoon ke har jannati baat hi kar jannat tak jayega.</w:t>
      </w:r>
    </w:p>
    <w:p>
      <w:pPr>
        <w:jc w:val="right"/>
      </w:pPr>
      <w:r>
        <w:t>تو دیکھیں یہاں پر جو ہے کہ بات کر تو میں سمجھتا ہوں کہ ہر جنتی بات ہی کر جنت تک جائے گا۔</w:t>
      </w:r>
    </w:p>
    <w:p>
      <w:r>
        <w:rPr>
          <w:b/>
        </w:rPr>
        <w:t xml:space="preserve">[25:46] </w:t>
      </w:r>
      <w:r>
        <w:t>ek hadith is mein aisi bhi hai jis mein umoom hai, ek riwayat mein umoom ke alfaaz bhi hain.</w:t>
      </w:r>
    </w:p>
    <w:p>
      <w:pPr>
        <w:jc w:val="right"/>
      </w:pPr>
      <w:r>
        <w:t>ایک حدیث اس میں ایسی بھی ہے جس میں عموم ہے، ایک روایت میں عموم کے الفاظ بھی ہیں۔</w:t>
      </w:r>
    </w:p>
    <w:p>
      <w:r>
        <w:rPr>
          <w:b/>
        </w:rPr>
        <w:t xml:space="preserve">[25:56] </w:t>
      </w:r>
      <w:r>
        <w:t>dekhen is dunya mein itna zyada temptation hai, itna distraction hai, itna zyada</w:t>
      </w:r>
    </w:p>
    <w:p>
      <w:pPr>
        <w:jc w:val="right"/>
      </w:pPr>
      <w:r>
        <w:t>دیکھیں اس دنیا میں اتنا زیادہ ٹیمپیٹیشن ہے، اتنا ڈسٹریکشن ہے، اتنا زیادہ</w:t>
      </w:r>
    </w:p>
    <w:p>
      <w:r>
        <w:rPr>
          <w:b/>
        </w:rPr>
        <w:t xml:space="preserve">[26:13] </w:t>
      </w:r>
      <w:r>
        <w:t>behkaane wali cheezein hain</w:t>
      </w:r>
    </w:p>
    <w:p>
      <w:pPr>
        <w:jc w:val="right"/>
      </w:pPr>
      <w:r>
        <w:t>بہکانے والی چیزیں ہیں</w:t>
      </w:r>
    </w:p>
    <w:p>
      <w:r>
        <w:rPr>
          <w:b/>
        </w:rPr>
        <w:t xml:space="preserve">[26:17] </w:t>
      </w:r>
      <w:r>
        <w:t>ke haqeeqat yeh hai ke Allah ki madad ke baghair koi na to sachai pata aur na jannat mein jata.</w:t>
      </w:r>
    </w:p>
    <w:p>
      <w:pPr>
        <w:jc w:val="right"/>
      </w:pPr>
      <w:r>
        <w:t>کہ حقیقت یہ ہے کہ اللہ کی مدد کے بغیر کوئی نہ تو سچائی پاتا اور نہ جنت میں جاتا۔</w:t>
      </w:r>
    </w:p>
    <w:p>
      <w:r>
        <w:rPr>
          <w:b/>
        </w:rPr>
        <w:t xml:space="preserve">[26:28] </w:t>
      </w:r>
      <w:r>
        <w:t>lekin madad ka ek usool hai, aasani ke baad koi quraandazi hoti hai madad ke liye jis ke qura padha us ko de do.</w:t>
      </w:r>
    </w:p>
    <w:p>
      <w:pPr>
        <w:jc w:val="right"/>
      </w:pPr>
      <w:r>
        <w:t>لیکن مدد کا ایک اصول ہے، آسانی کے بعد کوئی قرعہ اندازی ہوتی ہے مدد کے لیے جس کے قرعہ پڑھا اس کو دے دو۔</w:t>
      </w:r>
    </w:p>
    <w:p>
      <w:r>
        <w:rPr>
          <w:b/>
        </w:rPr>
        <w:t xml:space="preserve">[26:38] </w:t>
      </w:r>
      <w:r>
        <w:t>yeh koi lottery nahi hai. jannat ka mamla lottery ka mamla nahi hai.</w:t>
      </w:r>
    </w:p>
    <w:p>
      <w:pPr>
        <w:jc w:val="right"/>
      </w:pPr>
      <w:r>
        <w:t>یہ کوئی لاٹری نہیں ہے۔ جنت کا معاملہ لاٹری کا معاملہ نہیں ہے۔</w:t>
      </w:r>
    </w:p>
    <w:p>
      <w:r>
        <w:rPr>
          <w:b/>
        </w:rPr>
        <w:t xml:space="preserve">[26:46] </w:t>
      </w:r>
      <w:r>
        <w:t>asal cheez yeh hai ke koi chingari aap ke andar ho, koi potential aap ke andar maujood ho, us ko Allah activate karta hai.</w:t>
      </w:r>
    </w:p>
    <w:p>
      <w:pPr>
        <w:jc w:val="right"/>
      </w:pPr>
      <w:r>
        <w:t>اصل چیز یہ ہے کہ کوئی چنگاری آپ کے اندر ہو، کوئی پوٹینشل آپ کے اندر موجود ہو، اس کو اللہ ایکٹیویٹ کرتا ہے۔</w:t>
      </w:r>
    </w:p>
    <w:p>
      <w:r>
        <w:rPr>
          <w:b/>
        </w:rPr>
        <w:t xml:space="preserve">[26:59] </w:t>
      </w:r>
      <w:r>
        <w:t>agar insaan ko azaad chhod diya jaye to main samajhta hoon ke khud apne</w:t>
      </w:r>
    </w:p>
    <w:p>
      <w:pPr>
        <w:jc w:val="right"/>
      </w:pPr>
      <w:r>
        <w:t>اگر انسان کو آزاد چھوڑ دیا جائے تو میں سمجھتا ہوں کہ خود اپنے</w:t>
      </w:r>
    </w:p>
    <w:p>
      <w:r>
        <w:rPr>
          <w:b/>
        </w:rPr>
        <w:t xml:space="preserve">[27:09] </w:t>
      </w:r>
      <w:r>
        <w:t>apne aap na to woh sachai ko payega na woh jannat mein pahunch pahunchega. asal cheez yeh hai ke aap ko yeh yeh prove karna hai ke you wear seeker of truth.</w:t>
      </w:r>
    </w:p>
    <w:p>
      <w:pPr>
        <w:jc w:val="right"/>
      </w:pPr>
      <w:r>
        <w:t>اپنے آپ نہ تو وہ سچائی کو پائے گا نہ وہ جنت میں پہنچ پہنچے گا۔ اصل چیز یہ ہے کہ آپ کو یہ یہ پروف کرنا ہے کہ یو ویئر سیکر آف ٹروتھ۔</w:t>
      </w:r>
    </w:p>
    <w:p>
      <w:r>
        <w:rPr>
          <w:b/>
        </w:rPr>
        <w:t xml:space="preserve">[27:24] </w:t>
      </w:r>
      <w:r>
        <w:t>agar aap ke andar seeking spirit hai to aap ke andar potential maujood hai. seeking spirit ka aap ko proof dena padta hai.</w:t>
      </w:r>
    </w:p>
    <w:p>
      <w:pPr>
        <w:jc w:val="right"/>
      </w:pPr>
      <w:r>
        <w:t>اگر آپ کے اندر سیکنگ اسپرٹ ہے تو آپ کے اندر پوٹینشل موجود ہے۔ سیکنگ اسپرٹ کا آپ کو پروف دینا پڑتا ہے۔</w:t>
      </w:r>
    </w:p>
    <w:p>
      <w:r>
        <w:rPr>
          <w:b/>
        </w:rPr>
        <w:t xml:space="preserve">[27:37] </w:t>
      </w:r>
      <w:r>
        <w:t>agar aap seeker nahi hain, aap</w:t>
      </w:r>
    </w:p>
    <w:p>
      <w:pPr>
        <w:jc w:val="right"/>
      </w:pPr>
      <w:r>
        <w:t>اگر آپ سیکر نہیں ہیں، آپ</w:t>
      </w:r>
    </w:p>
    <w:p>
      <w:r>
        <w:rPr>
          <w:b/>
        </w:rPr>
        <w:t xml:space="preserve">[27:43] </w:t>
      </w:r>
      <w:r>
        <w:t>aap ko parwah nahi hai sachai kya hai, sachai kya nahi hai</w:t>
      </w:r>
    </w:p>
    <w:p>
      <w:pPr>
        <w:jc w:val="right"/>
      </w:pPr>
      <w:r>
        <w:t>آپ کو پرواہ نہیں ہے سچائی کیا ہے، سچائی کیا نہیں ہے</w:t>
      </w:r>
    </w:p>
    <w:p>
      <w:r>
        <w:rPr>
          <w:b/>
        </w:rPr>
        <w:t xml:space="preserve">[27:49] </w:t>
      </w:r>
      <w:r>
        <w:t>to aap ko Allah ki blessing bhi nahi aayegi.</w:t>
      </w:r>
    </w:p>
    <w:p>
      <w:pPr>
        <w:jc w:val="right"/>
      </w:pPr>
      <w:r>
        <w:t>تو آپ کو اللہ کی بلیسنگ بھی نہیں آئے گی۔</w:t>
      </w:r>
    </w:p>
    <w:p>
      <w:r>
        <w:rPr>
          <w:b/>
        </w:rPr>
        <w:t xml:space="preserve">[27:54] </w:t>
      </w:r>
      <w:r>
        <w:t>aap ke liye sachai ka darwaza bhi nahi khulega. aap ko jannat ki taraf baat kar le bhi nahi jayega.</w:t>
      </w:r>
    </w:p>
    <w:p>
      <w:pPr>
        <w:jc w:val="right"/>
      </w:pPr>
      <w:r>
        <w:t>آپ کے لیے سچائی کا دروازہ بھی نہیں کھلے گا۔ آپ کو جنت کی طرف بات کر لے بھی نہیں جائے جائے گا۔</w:t>
      </w:r>
    </w:p>
    <w:p>
      <w:r>
        <w:rPr>
          <w:b/>
        </w:rPr>
        <w:t xml:space="preserve">[28:03] </w:t>
      </w:r>
      <w:r>
        <w:t>baat kar jaane ka matlab hai ke compression create karna. compression create karna. kal ek sahab ko main yeh yahi hadith bata raha tha apne office mein ke compression create karne ka matlab kya hai.</w:t>
      </w:r>
    </w:p>
    <w:p>
      <w:pPr>
        <w:jc w:val="right"/>
      </w:pPr>
      <w:r>
        <w:t>بات کر جانے کا معنی ہے کہ کمپرشن کریٹ کرنا۔ کمپرشن کریٹ کرنا۔ کل ایک صاحب کو میں یہ یہی حدیث بتا رہا تھا اپنے آفس میں کہ کمپرشن کریٹ کرنے کا مطلب کیا ہے۔</w:t>
      </w:r>
    </w:p>
    <w:p>
      <w:r>
        <w:rPr>
          <w:b/>
        </w:rPr>
        <w:t xml:space="preserve">[28:25] </w:t>
      </w:r>
      <w:r>
        <w:t>to</w:t>
      </w:r>
    </w:p>
    <w:p>
      <w:pPr>
        <w:jc w:val="right"/>
      </w:pPr>
      <w:r>
        <w:t>تو</w:t>
      </w:r>
    </w:p>
    <w:p>
      <w:r>
        <w:rPr>
          <w:b/>
        </w:rPr>
        <w:t xml:space="preserve">[28:26] </w:t>
      </w:r>
      <w:r>
        <w:t>main ne apna do waqia bataya. main ne kaha ke 1942 mein isi dilli mein aaya tha main jahan mein jamia mein admission lene ke liye.</w:t>
      </w:r>
    </w:p>
    <w:p>
      <w:pPr>
        <w:jc w:val="right"/>
      </w:pPr>
      <w:r>
        <w:t>میں نے اپنا دو واقعہ بتایا۔ میں نے کہا کہ 1942 میں اسی دلی میں آیا تھا میں جہاں میں ملیا میں ایڈمیشن لینے کے لیے۔</w:t>
      </w:r>
    </w:p>
    <w:p>
      <w:r>
        <w:rPr>
          <w:b/>
        </w:rPr>
        <w:t xml:space="preserve">[28:40] </w:t>
      </w:r>
      <w:r>
        <w:t>us waqt us ke jo vice chancellor the woh the doctor zakir hussain. woh mere jo bade bhai the iqbal ahmed sohail, un ke bohat khaas friend the aligarh ke zamane mein.</w:t>
      </w:r>
    </w:p>
    <w:p>
      <w:pPr>
        <w:jc w:val="right"/>
      </w:pPr>
      <w:r>
        <w:t>اس وقت اس کے جو وائس چانسلر تھے وہ تھے ڈاکٹر ذاکر حسین۔ وہ میرے جو بڑے بھائی تھے اقبال احمد سہیل، ان کے بہت خاص فرینڈ تھے علی گڑھ کے زمانے میں۔</w:t>
      </w:r>
    </w:p>
    <w:p>
      <w:r>
        <w:rPr>
          <w:b/>
        </w:rPr>
        <w:t xml:space="preserve">[28:55] </w:t>
      </w:r>
      <w:r>
        <w:t>balkeh aligarh ke zamane mein un ko itna zyada woh respect dete the mere bhai ko ke un ko murshid kehte the. murshid ke maani guru. guru.</w:t>
      </w:r>
    </w:p>
    <w:p>
      <w:pPr>
        <w:jc w:val="right"/>
      </w:pPr>
      <w:r>
        <w:t>بلکہ علی گڑھ کے زمانے میں ان کو اتنا زیادہ وہ ریسپیکٹ دیتے تھے میرے بھائی کو کہ ان کو مرشد کہتے تھے۔ مرشد کے معنی گرو۔ گرو۔</w:t>
      </w:r>
    </w:p>
    <w:p>
      <w:r>
        <w:rPr>
          <w:b/>
        </w:rPr>
        <w:t xml:space="preserve">[29:05] </w:t>
      </w:r>
      <w:r>
        <w:t>un ka letter le ke aaya mein ke un ko admission jamia mein de do. to mujhe achi tarah yaad hai ke jab mein un ke room mein dakhil hua, woh ek kursi par bethe hue thay.</w:t>
      </w:r>
    </w:p>
    <w:p>
      <w:pPr>
        <w:jc w:val="right"/>
      </w:pPr>
      <w:r>
        <w:t>ان کا لیٹر لے کے آیا میں کہ ان کو ایڈمیشن جامعہ میں دے دو۔ تو مجھے اچھی طرح یاد ہے کہ جب میں ان کے روم میں داخل ہوا، وہ ایک کرسی پر بیٹھے ہوئے تھے۔</w:t>
      </w:r>
    </w:p>
    <w:p>
      <w:r>
        <w:rPr>
          <w:b/>
        </w:rPr>
        <w:t xml:space="preserve">[29:19] </w:t>
      </w:r>
      <w:r>
        <w:t>mein khara hua un ke paas aur mein ne un ka woh letter diya iqbal sohail sahib ko. letter ko parha unho ne.</w:t>
      </w:r>
    </w:p>
    <w:p>
      <w:pPr>
        <w:jc w:val="right"/>
      </w:pPr>
      <w:r>
        <w:t>میں کھڑا ہوا ان کے پاس اور میں نے ان کا وہ لیٹر دیا اقبال سہیل صاحب کو۔ لیٹر کو پڑھا انہوں نے۔</w:t>
      </w:r>
    </w:p>
    <w:p>
      <w:r>
        <w:rPr>
          <w:b/>
        </w:rPr>
        <w:t xml:space="preserve">[29:29] </w:t>
      </w:r>
      <w:r>
        <w:t>is ke baad yeh keh diya sirf ek hi jumla bolay: "admission nahi ho sakta." bas</w:t>
      </w:r>
    </w:p>
    <w:p>
      <w:pPr>
        <w:jc w:val="right"/>
      </w:pPr>
      <w:r>
        <w:t>اس کے بعد یہ کہہ دیا صرف ایک ہی جملہ بولے: "ایڈمیشن نہیں ہو سکتا۔" بس</w:t>
      </w:r>
    </w:p>
    <w:p>
      <w:r>
        <w:rPr>
          <w:b/>
        </w:rPr>
        <w:t xml:space="preserve">[29:38] </w:t>
      </w:r>
      <w:r>
        <w:t>jaise ke un ke dil ko kisi ne rok rakha hai ke dekho un ko admission mat dena.</w:t>
      </w:r>
    </w:p>
    <w:p>
      <w:pPr>
        <w:jc w:val="right"/>
      </w:pPr>
      <w:r>
        <w:t>جیسے کہ ان کے دل کو کسی نے روک رکھا ہے کہ دیکھو ان کو ایڈمیشن مت دینا۔</w:t>
      </w:r>
    </w:p>
    <w:p>
      <w:r>
        <w:rPr>
          <w:b/>
        </w:rPr>
        <w:t xml:space="preserve">[29:47] </w:t>
      </w:r>
      <w:r>
        <w:t>phir mein ne socha woh jis se baat ho rahi thi un se mein ne kaha ke farz kijiye ke mein jahan mein milia mein ya kisi aur university mein degree degree le leta, phir mein amreeka jata hoon, harvard university mein koi doctor karta to na cps</w:t>
      </w:r>
    </w:p>
    <w:p>
      <w:pPr>
        <w:jc w:val="right"/>
      </w:pPr>
      <w:r>
        <w:t>پھر میں نے سوچا وہ جس سے بات ہو رہی تھی ان سے میں نے کہا کہ فرض کیجئے کہ میں جہاں میں ملیا میں یا کسی اور یونیورسٹی میں ڈگری ڈگری لے لیتا، پھر میں امریکہ جاتا ہوں، ہارورڈ یونیورسٹی میں کوئی ڈاکٹر کرتا تو نہ سی پی ایس</w:t>
      </w:r>
    </w:p>
    <w:p>
      <w:r>
        <w:rPr>
          <w:b/>
        </w:rPr>
        <w:t xml:space="preserve">[30:09] </w:t>
      </w:r>
      <w:r>
        <w:t>mujhe yaad aata, na dawat yaad aati hai, kuch bhi yaad nahi aata.</w:t>
      </w:r>
    </w:p>
    <w:p>
      <w:pPr>
        <w:jc w:val="right"/>
      </w:pPr>
      <w:r>
        <w:t>مجھے یاد آتا، نہ دعوت یاد آتی ہے، کچھ بھی یاد نہیں آتا۔</w:t>
      </w:r>
    </w:p>
    <w:p>
      <w:r>
        <w:rPr>
          <w:b/>
        </w:rPr>
        <w:t xml:space="preserve">[30:15] </w:t>
      </w:r>
      <w:r>
        <w:t>harvard university mein doctory karne ke baad har taraf mere liye achay job ke darwazay khule hue thay. usi waqt jaise log jatay hain, hawa bhi chalaya tha usi mein.</w:t>
      </w:r>
    </w:p>
    <w:p>
      <w:pPr>
        <w:jc w:val="right"/>
      </w:pPr>
      <w:r>
        <w:t>ہارورڈ یونیورسٹی میں ڈاکٹری کرنے کے بعد ہر طرف میرے لیے اچھے جاب کے دروازے کھلے ہوئے تھے۔ اسی وقت جیسے لوگ جاتے ہیں، ہوا بھی چلایا تھا اسی میں۔</w:t>
      </w:r>
    </w:p>
    <w:p>
      <w:r>
        <w:rPr>
          <w:b/>
        </w:rPr>
        <w:t xml:space="preserve">[30:26] </w:t>
      </w:r>
      <w:r>
        <w:t>to Allah Taala ne compression create kiya. Mujh ko jahan mein milia mein dakhla nahi dilwaya. Bahar mujhe janay mein jata chahta tha, bahar jana jane nahi diya.</w:t>
      </w:r>
    </w:p>
    <w:p>
      <w:pPr>
        <w:jc w:val="right"/>
      </w:pPr>
      <w:r>
        <w:t>تو اللہ تعالی نے کمپریشن کریٹ کیا۔ مجھ کو جہاں میں ملیا میں داخلہ نہیں دلوایا۔ باہر مجھے جانے میں جاتا چاہتا تھا، باہر جانا جانے نہیں دیا۔</w:t>
      </w:r>
    </w:p>
    <w:p>
      <w:r>
        <w:rPr>
          <w:b/>
        </w:rPr>
        <w:t xml:space="preserve">[30:40] </w:t>
      </w:r>
      <w:r>
        <w:t>bohat se waqiat hain jis se mein ne samajhta hoon ke allah taala ne compreshan create kiya ke yahi yahi kaam mein karoon, dawat ka kaam, cps ka kaam, arsal mission ka kaam.</w:t>
      </w:r>
    </w:p>
    <w:p>
      <w:pPr>
        <w:jc w:val="right"/>
      </w:pPr>
      <w:r>
        <w:t>بہت سے واقعات ہیں جس سے میں نے سمجھتا ہوں کہ اللہ تعالی نے کمپرشن کریٹ کیا کہ یہی یہی کام میں کروں، دعوت کا کام، سی پی ایس کا کام، ارسل مشن کا کام۔</w:t>
      </w:r>
    </w:p>
    <w:p>
      <w:r>
        <w:rPr>
          <w:b/>
        </w:rPr>
        <w:t xml:space="preserve">[30:59] </w:t>
      </w:r>
      <w:r>
        <w:t>to salasel ka matlab yeh hai.</w:t>
      </w:r>
    </w:p>
    <w:p>
      <w:pPr>
        <w:jc w:val="right"/>
      </w:pPr>
      <w:r>
        <w:t>تو سلاسل کا مطلب یہ ہے۔</w:t>
      </w:r>
    </w:p>
    <w:p>
      <w:r>
        <w:rPr>
          <w:b/>
        </w:rPr>
        <w:t xml:space="preserve">[31:02] </w:t>
      </w:r>
      <w:r>
        <w:t>to jab aap is tarah jiyen ke apne har din ko aap akhirat ke aitbar se avail karen</w:t>
      </w:r>
    </w:p>
    <w:p>
      <w:pPr>
        <w:jc w:val="right"/>
      </w:pPr>
      <w:r>
        <w:t>تو جب آپ اس طرح جئیں کہ اپنے ہر دن کو آپ آخرت کے اعتبار سے اویل کریں</w:t>
      </w:r>
    </w:p>
    <w:p>
      <w:r>
        <w:rPr>
          <w:b/>
        </w:rPr>
        <w:t xml:space="preserve">[31:15] </w:t>
      </w:r>
      <w:r>
        <w:t>to aap ki spirit jo hai woh activate hogi. woh spirit aap ko discovery tak pohnche gi. aap</w:t>
      </w:r>
    </w:p>
    <w:p>
      <w:pPr>
        <w:jc w:val="right"/>
      </w:pPr>
      <w:r>
        <w:t>تو آپ کی اسپرٹ جو ہے وہ ایکٹیویٹ ہوگی۔ وہ اسپرٹ آپ کو ڈسکوری تک پہنچے گی۔ آپ</w:t>
      </w:r>
    </w:p>
    <w:p>
      <w:r>
        <w:rPr>
          <w:b/>
        </w:rPr>
        <w:t xml:space="preserve">[31:25] </w:t>
      </w:r>
      <w:r>
        <w:t>ko khuda ki discovery hogi, sachai ki discovery hogi, quran ki discovery hogi, hadith ki discovery hogi. is ke darmiyan aap ki personality develop karti chali jayegi.</w:t>
      </w:r>
    </w:p>
    <w:p>
      <w:pPr>
        <w:jc w:val="right"/>
      </w:pPr>
      <w:r>
        <w:t>کو خدا کی ڈسکوری ہوگی، سچائی کی ڈسکوری ہوگی، قرآن کی ڈسکوری ہوگی، حدیث کی ڈسکوری ہوگی۔ اس کے درمیان آپ کی پرسنیلٹی ڈیولپ کرتی چلی جائے گی۔</w:t>
      </w:r>
    </w:p>
    <w:p>
      <w:r>
        <w:rPr>
          <w:b/>
        </w:rPr>
        <w:t xml:space="preserve">[31:41] </w:t>
      </w:r>
      <w:r>
        <w:t>yahan tak ke woh personality banegi jo jannat ke liye deserve karti ho, jo jannat ke liye ek deserving candidate ho.</w:t>
      </w:r>
    </w:p>
    <w:p>
      <w:pPr>
        <w:jc w:val="right"/>
      </w:pPr>
      <w:r>
        <w:t>یہاں تک کہ وہ پرسنیلٹی بنے گی جو جنت کے لیے ڈیزرو کرتی ہو، جو جنت کے لیے ایک ڈیزروئنگ کینڈیڈیٹ ہو۔</w:t>
      </w:r>
    </w:p>
    <w:p>
      <w:r>
        <w:rPr>
          <w:b/>
        </w:rPr>
        <w:t xml:space="preserve">[31:50] </w:t>
      </w:r>
      <w:r>
        <w:t>yeh hai.</w:t>
      </w:r>
    </w:p>
    <w:p>
      <w:pPr>
        <w:jc w:val="right"/>
      </w:pPr>
      <w:r>
        <w:t>یہ ہے۔</w:t>
      </w:r>
    </w:p>
    <w:p>
      <w:r>
        <w:rPr>
          <w:b/>
        </w:rPr>
        <w:t xml:space="preserve">[31:59] </w:t>
      </w:r>
      <w:r>
        <w:t>to mein samajhta hoon ke salasel yani zanjeer ka muamla har ek ka muamla hai. yeh allah ki rehmat hai jo hum ko sachai milti hai.</w:t>
      </w:r>
    </w:p>
    <w:p>
      <w:pPr>
        <w:jc w:val="right"/>
      </w:pPr>
      <w:r>
        <w:t>تو میں سمجھتا ہوں کہ سلاسل یعنی زنجیر کا معاملہ ہر ایک کا معاملہ ہے۔ یہ اللہ کی رحمت ہے جو ہم کو سچائی ملتی ہے۔</w:t>
      </w:r>
    </w:p>
    <w:p>
      <w:r>
        <w:rPr>
          <w:b/>
        </w:rPr>
        <w:t xml:space="preserve">[32:09] </w:t>
      </w:r>
      <w:r>
        <w:t>yeh allah ki rehmat hai jo hum mein se koi shakhs jannat mein dakhil hoga. woh rehmat ka matlab kya hai? salasel ka matlab kya hai?</w:t>
      </w:r>
    </w:p>
    <w:p>
      <w:pPr>
        <w:jc w:val="right"/>
      </w:pPr>
      <w:r>
        <w:t>یہ اللہ کی رحمت ہے جو ہم میں سے کوئی شخص جنت میں داخل ہوگا۔ وہ رحمت کا مطلب کیا ہے؟ سلاسل کا مطلب کیا ہے؟</w:t>
      </w:r>
    </w:p>
    <w:p>
      <w:r>
        <w:rPr>
          <w:b/>
        </w:rPr>
        <w:t xml:space="preserve">[32:18] </w:t>
      </w:r>
      <w:r>
        <w:t>comprehension create karna. comprehension create karna. mein ne business ki business mera fail ho gaya.</w:t>
      </w:r>
    </w:p>
    <w:p>
      <w:pPr>
        <w:jc w:val="right"/>
      </w:pPr>
      <w:r>
        <w:t>کمپرشن کریٹ کرنا۔ کمپرشن کریٹ کرنا۔ میں نے بزنس کی بزنس میرا فیل ہو گیا۔</w:t>
      </w:r>
    </w:p>
    <w:p>
      <w:r>
        <w:rPr>
          <w:b/>
        </w:rPr>
        <w:t xml:space="preserve">[32:27] </w:t>
      </w:r>
      <w:r>
        <w:t>university mein dakhla lena chaha, mujhe admission nahi mila. Ek waqt ek job ke liye mein gaya, ek job tha to jo is job ka jo incharge tha,</w:t>
      </w:r>
    </w:p>
    <w:p>
      <w:pPr>
        <w:jc w:val="right"/>
      </w:pPr>
      <w:r>
        <w:t>یونیورسٹی میں داخلہ لینا چاہا، مجھے ایڈمیشن نہیں ملا۔ ایک وقت ایک جاب کے لیے میں گیا، ایک جاب تھا تو جو اس جاب کا جو انچارج تھا،</w:t>
      </w:r>
    </w:p>
    <w:p>
      <w:r>
        <w:rPr>
          <w:b/>
        </w:rPr>
        <w:t xml:space="preserve">[32:43] </w:t>
      </w:r>
      <w:r>
        <w:t>yeh waqia hai gorakhpur ka, yeh second walar ke zamanay ka. mein bilkul competent tha is job ke liye.</w:t>
      </w:r>
    </w:p>
    <w:p>
      <w:pPr>
        <w:jc w:val="right"/>
      </w:pPr>
      <w:r>
        <w:t>یہ واقعہ ہے گورکھ پور کا، یہ سیکنڈ ولوار کے زمانے کا۔ میں بالکل کمپیٹنٹ تھا اس جاب کے لیے۔</w:t>
      </w:r>
    </w:p>
    <w:p>
      <w:r>
        <w:rPr>
          <w:b/>
        </w:rPr>
        <w:t xml:space="preserve">[32:51] </w:t>
      </w:r>
      <w:r>
        <w:t>wahan hamaray aik rishtedar thay mr faikh, jo dts thay, bohat hi baray afsar thay woh. to unho ne letter likha is aadmi ke naam ke un ko service de do.</w:t>
      </w:r>
    </w:p>
    <w:p>
      <w:pPr>
        <w:jc w:val="right"/>
      </w:pPr>
      <w:r>
        <w:t>وہاں ہمارے ایک رشتہ دار تھے مسٹر فائق، جو ڈی ٹی ایس تھے، بہت ہی بڑے افسر تھے وہ۔ تو انہوں نے لیٹر لکھا اس آدمی کے نام کہ ان کو سروس دے دو۔</w:t>
      </w:r>
    </w:p>
    <w:p>
      <w:r>
        <w:rPr>
          <w:b/>
        </w:rPr>
        <w:t xml:space="preserve">[33:09] </w:t>
      </w:r>
      <w:r>
        <w:t>to pehle din us ne us ko mujhe service nahi di. do teen din gaya mein.</w:t>
      </w:r>
    </w:p>
    <w:p>
      <w:pPr>
        <w:jc w:val="right"/>
      </w:pPr>
      <w:r>
        <w:t>تو پہلے دن اس نے اس کو مجھے سروس نہیں دی۔ دو تین دن گیا میں۔</w:t>
      </w:r>
    </w:p>
    <w:p>
      <w:r>
        <w:rPr>
          <w:b/>
        </w:rPr>
        <w:t xml:space="preserve">[33:16] </w:t>
      </w:r>
      <w:r>
        <w:t>phir mein gaya faikh sahib ke paas ke aaj falan baat hai, aaj mujhe mauqa hai ke shayad aaj mujhe service mil jaye. to unho ne ek bohat hi strong recommendation ka khat likha.</w:t>
      </w:r>
    </w:p>
    <w:p>
      <w:pPr>
        <w:jc w:val="right"/>
      </w:pPr>
      <w:r>
        <w:t>پھر میں گیا فائق صاحب کے پاس کہ آج فلاں بات ہے، آج مجھے موقع ہے کہ شاید آج مجھے سروس مل جائے۔ تو انہوں نے ایک بہت ہی سٹرانگ ریکمنڈیشن کا خط لکھا۔</w:t>
      </w:r>
    </w:p>
    <w:p>
      <w:r>
        <w:rPr>
          <w:b/>
        </w:rPr>
        <w:t xml:space="preserve">[33:27] </w:t>
      </w:r>
      <w:r>
        <w:t>is ka ek jumla ab tak mujhe yaad hai: "i hope you will take him in today." woh bohat baray afsar thay, woh dts thay, woh railway mein.</w:t>
      </w:r>
    </w:p>
    <w:p>
      <w:pPr>
        <w:jc w:val="right"/>
      </w:pPr>
      <w:r>
        <w:t>اس کا ایک جملہ اب تک مجھے یاد ہے: "آئی ہوپ یو ویل ٹیک ہم ان ٹوڈے۔" وہ بہت بڑے افسر تھے، وہ ڈی ٹی ایس تھے، وہ ریلوے میں۔</w:t>
      </w:r>
    </w:p>
    <w:p>
      <w:r>
        <w:rPr>
          <w:b/>
        </w:rPr>
        <w:t xml:space="preserve">[33:39] </w:t>
      </w:r>
      <w:r>
        <w:t>"i hope you will take him in today." us ne liya nahi mujh ko.</w:t>
      </w:r>
    </w:p>
    <w:p>
      <w:pPr>
        <w:jc w:val="right"/>
      </w:pPr>
      <w:r>
        <w:t>"آئی ہوپ یو ویل ٹیک ہم ان ٹوڈے۔" اس نے لیا نہیں مجھ کو۔</w:t>
      </w:r>
    </w:p>
    <w:p>
      <w:r>
        <w:rPr>
          <w:b/>
        </w:rPr>
        <w:t xml:space="preserve">[33:44] </w:t>
      </w:r>
      <w:r>
        <w:t>agar woh le leta to meri zindagi badal jati. ek aur hi rukh mein chal parta hoon mein.</w:t>
      </w:r>
    </w:p>
    <w:p>
      <w:pPr>
        <w:jc w:val="right"/>
      </w:pPr>
      <w:r>
        <w:t>اگر وہ لے لیتا تو میری زندگی بدل جاتی۔ ایک اور ہی رخ میں چل پڑتا ہوں میں۔</w:t>
      </w:r>
    </w:p>
    <w:p>
      <w:r>
        <w:rPr>
          <w:b/>
        </w:rPr>
        <w:t xml:space="preserve">[33:53] </w:t>
      </w:r>
      <w:r>
        <w:t>to yeh hai salasul ka matlab ke aap ko compression create kiya jata hai ke aap idhar na idhar ja payein, idhar ja payein, na peechay ja payein. sachai ki taraf chalte rahein, chalte rahein, chalte rahein.</w:t>
      </w:r>
    </w:p>
    <w:p>
      <w:pPr>
        <w:jc w:val="right"/>
      </w:pPr>
      <w:r>
        <w:t>تو یہ ہے سلاسل کا مطلب کہ آپ کو کمپرشن کریٹ کیا جاتا ہے کہ آپ ادھر نہ ادھر جا پائیں، ادھر جا پائیں، نہ پیچھے جا پائیں۔ سچائی کی طرف چلتے رہیں، چلتے رہیں، چلتے رہیں۔</w:t>
      </w:r>
    </w:p>
    <w:p>
      <w:r>
        <w:rPr>
          <w:b/>
        </w:rPr>
        <w:t xml:space="preserve">[34:06] </w:t>
      </w:r>
      <w:r>
        <w:t>aap ko quran ki daryaft ho, aap ko hadith ki daryaft ho, aap ko peghambar ki daryaft ho, har cheez ki daryaft ho.</w:t>
      </w:r>
    </w:p>
    <w:p>
      <w:pPr>
        <w:jc w:val="right"/>
      </w:pPr>
      <w:r>
        <w:t>آپ کو قرآن کی دریافت ہو، آپ کو حدیث کی دریافت ہو، آپ کو پیغمبر کی دریافت ہو، ہر چیز کی دریافت ہو۔</w:t>
      </w:r>
    </w:p>
    <w:p>
      <w:r>
        <w:rPr>
          <w:b/>
        </w:rPr>
        <w:t xml:space="preserve">[34:23] </w:t>
      </w:r>
      <w:r>
        <w:t>ab aaj mislan ek ajib o gharib baat mere zehn mein aai. aaj maine fajar mein woh ayat padhi surah aal irfan ka jo aakhri ruku hai</w:t>
      </w:r>
    </w:p>
    <w:p>
      <w:pPr>
        <w:jc w:val="right"/>
      </w:pPr>
      <w:r>
        <w:t>اب آج مثلاً ایک عجیب و غریب بات میرے ذہن میں آئی۔ آج میں نے فجر میں وہ آیت پڑھی سورہ آل عرفان کا جو آخری رکوع ہے</w:t>
      </w:r>
    </w:p>
    <w:p>
      <w:r>
        <w:rPr>
          <w:b/>
        </w:rPr>
        <w:t xml:space="preserve">[34:34] </w:t>
      </w:r>
      <w:r>
        <w:t>ke "rabbana innana samina munadi anadi lil-iman inam birabbika fa-awwina" ke aye Allah, hum ne suna ek ek munadi ko, ek pukarne wale ko, woh pukar raha tha sachai ke liye.</w:t>
      </w:r>
    </w:p>
    <w:p>
      <w:pPr>
        <w:jc w:val="right"/>
      </w:pPr>
      <w:r>
        <w:t>کہ "ربنا اننا سمینا منادی عنادی للایمان انعام بربک فاوننا" کہ اے اللہ، ہم نے سنا ایک ایک منادی کو، ایک پکارنے والے کو، وہ پکار رہا تھا سچائی کے لیے۔</w:t>
      </w:r>
    </w:p>
    <w:p>
      <w:r>
        <w:rPr>
          <w:b/>
        </w:rPr>
        <w:t xml:space="preserve">[34:48] </w:t>
      </w:r>
      <w:r>
        <w:t>to hum hum ne us ki pukar par labbaik kaha.</w:t>
      </w:r>
    </w:p>
    <w:p>
      <w:pPr>
        <w:jc w:val="right"/>
      </w:pPr>
      <w:r>
        <w:t>تو ہم ہم نے اس کی پکار پر لبیک کہا۔</w:t>
      </w:r>
    </w:p>
    <w:p>
      <w:r>
        <w:rPr>
          <w:b/>
        </w:rPr>
        <w:t xml:space="preserve">[34:55] </w:t>
      </w:r>
      <w:r>
        <w:t>yeh bohat anokha ek tajurba mujhe aaj hua ke aye Allah, hum ne suna ek munadi ko, ek pukarne wale ko, woh pukar raha tha ke aao sachai ki taraf.</w:t>
      </w:r>
    </w:p>
    <w:p>
      <w:pPr>
        <w:jc w:val="right"/>
      </w:pPr>
      <w:r>
        <w:t>یہ بہت انوکھا ایک تجربہ مجھے آج ہوا کہ اے اللہ، ہم نے سنا ایک منادی کو، ایک پکارنے والے کو، وہ پکار رہا تھا کہ آؤ سچائی کی طرف۔</w:t>
      </w:r>
    </w:p>
    <w:p>
      <w:r>
        <w:rPr>
          <w:b/>
        </w:rPr>
        <w:t xml:space="preserve">[35:08] </w:t>
      </w:r>
      <w:r>
        <w:t>to hum ne labbaik kaha aur us ka sath diya. hum ne</w:t>
      </w:r>
    </w:p>
    <w:p>
      <w:pPr>
        <w:jc w:val="right"/>
      </w:pPr>
      <w:r>
        <w:t>تو ہم نے لبیک کہا اور اس کا ساتھ دیا۔ ہم نے</w:t>
      </w:r>
    </w:p>
    <w:p>
      <w:r>
        <w:rPr>
          <w:b/>
        </w:rPr>
        <w:t xml:space="preserve">[35:13] </w:t>
      </w:r>
      <w:r>
        <w:t>to main samjha ke is ko log bohat jaldi samajhte hain ke ek ke is se murad rasool Allah hain aur jawab de sahaba hain.</w:t>
      </w:r>
    </w:p>
    <w:p>
      <w:pPr>
        <w:jc w:val="right"/>
      </w:pPr>
      <w:r>
        <w:t>تو میں سمجھا کہ اس کو لوگ بہت جلدی سمجھتے ہیں کہ ایک کہ اس سے مراد رسول اللہ ہیں اور جواب دہ صحابہ ہیں۔</w:t>
      </w:r>
    </w:p>
    <w:p>
      <w:r>
        <w:rPr>
          <w:b/>
        </w:rPr>
        <w:t xml:space="preserve">[35:22] </w:t>
      </w:r>
      <w:r>
        <w:t>bas itna hi samajhte hain. munadi ka matlab samajhte hain ke rasool Allah. maine kaha ke nahi, yeh law of nature hai. har daur mein, har zamane mein koi munadi uthega, koi pukarne wala uthega.</w:t>
      </w:r>
    </w:p>
    <w:p>
      <w:pPr>
        <w:jc w:val="right"/>
      </w:pPr>
      <w:r>
        <w:t>بس اتنا ہی سمجھتے ہیں۔ منادی کا مطلب سمجھتے ہیں کہ رسول اللہ۔ میں نے کہا کہ نہیں، یہ لاء آف نیچر ہے۔ ہر دور میں، ہر زمانے میں کوئی منادی اٹھے گا، کوئی پکارنے والا اٹھے گا۔</w:t>
      </w:r>
    </w:p>
    <w:p>
      <w:r>
        <w:rPr>
          <w:b/>
        </w:rPr>
        <w:t xml:space="preserve">[35:38] </w:t>
      </w:r>
      <w:r>
        <w:t>to maine socha ke jab aadmi pukarne wale ki pukar ko sunta hai aur us ko labbaik kehta hai to us ko sahabaat ka ek tajurba hota hai.</w:t>
      </w:r>
    </w:p>
    <w:p>
      <w:pPr>
        <w:jc w:val="right"/>
      </w:pPr>
      <w:r>
        <w:t>تو میں نے سوچا کہ جب آدمی پکارنے والے کی پکار کو سنتا ہے اور اس کو لبیک کہتا ہے تو اس کو صحابیت کا ایک تجربہ ہوتا ہے۔</w:t>
      </w:r>
    </w:p>
    <w:p>
      <w:r>
        <w:rPr>
          <w:b/>
        </w:rPr>
        <w:t xml:space="preserve">[35:52] </w:t>
      </w:r>
      <w:r>
        <w:t>yeh tajurba sahabaat hai. yeh</w:t>
      </w:r>
    </w:p>
    <w:p>
      <w:pPr>
        <w:jc w:val="right"/>
      </w:pPr>
      <w:r>
        <w:t>یہ تجربہ صحابیت ہے۔ یہ</w:t>
      </w:r>
    </w:p>
    <w:p>
      <w:r>
        <w:rPr>
          <w:b/>
        </w:rPr>
        <w:t xml:space="preserve">[35:55] </w:t>
      </w:r>
      <w:r>
        <w:t>kis tarah sahaba jo the, woh bhi jo is dunya mein jee rahe the, un ke bhi bohat sare baatein theen. lekin jab unhone sachai ki awaz suni to un ka mind khul gaya aur daude us ki taraf aur kaha ke hum is sachai ko mante hain.</w:t>
      </w:r>
    </w:p>
    <w:p>
      <w:pPr>
        <w:jc w:val="right"/>
      </w:pPr>
      <w:r>
        <w:t>کس طرح صحابہ جو تھے، وہ بھی جو اس دنیا میں جی رہے تھے، ان کے بھی بہت سارے باتیں تھیں۔ لیکن جب انہوں نے سچائی کی آواز سنی تو ان کا مائنڈ کھل گیا اور دوڑے اس کی طرف اور کہا کہ ہم اس سچائی کو مانتے ہیں۔</w:t>
      </w:r>
    </w:p>
    <w:p>
      <w:r>
        <w:rPr>
          <w:b/>
        </w:rPr>
        <w:t xml:space="preserve">[36:12] </w:t>
      </w:r>
      <w:r>
        <w:t>apne ko is ke liye dedicate kiya, qurbaniyan dein.</w:t>
      </w:r>
    </w:p>
    <w:p>
      <w:pPr>
        <w:jc w:val="right"/>
      </w:pPr>
      <w:r>
        <w:t>اپنے کو اس کے لیے ڈیڈیکیٹ کیا، قربانیاں دیں۔</w:t>
      </w:r>
    </w:p>
    <w:p>
      <w:r>
        <w:rPr>
          <w:b/>
        </w:rPr>
        <w:t xml:space="preserve">[36:17] </w:t>
      </w:r>
      <w:r>
        <w:t>to aaj bhi agar koi aadmi sachai ki pukar par labbaik kehta hai to us ko sahabaat ka tajurba hoga.</w:t>
      </w:r>
    </w:p>
    <w:p>
      <w:pPr>
        <w:jc w:val="right"/>
      </w:pPr>
      <w:r>
        <w:t>تو آج بھی اگر کوئی آدمی سچائی کی پکار پر لبیک کہتا ہے تو اس کو صحابیت کا تجربہ ہوگا۔</w:t>
      </w:r>
    </w:p>
    <w:p>
      <w:r>
        <w:rPr>
          <w:b/>
        </w:rPr>
        <w:t xml:space="preserve">[36:28] </w:t>
      </w:r>
      <w:r>
        <w:t>aur phir anokhe is ke upar anokhe rabbaniyat ke bhed khulein ge. yahi sab hai din ko avail karna.</w:t>
      </w:r>
    </w:p>
    <w:p>
      <w:pPr>
        <w:jc w:val="right"/>
      </w:pPr>
      <w:r>
        <w:t>اور پھر انوکھے اس کے اوپر انوکھے ربانیت کے بھید کھلیں گے۔ یہی سب ہے دن کو اویل کرنا۔</w:t>
      </w:r>
    </w:p>
    <w:p>
      <w:r>
        <w:rPr>
          <w:b/>
        </w:rPr>
        <w:t xml:space="preserve">[36:41] </w:t>
      </w:r>
      <w:r>
        <w:t>yeh jo subah maine aap se arz kiya ke radio mein kisi ne yeh jumla kaha ke jis din aap bharpoor zindagi guzarein, wahi din aap ka din hai.</w:t>
      </w:r>
    </w:p>
    <w:p>
      <w:pPr>
        <w:jc w:val="right"/>
      </w:pPr>
      <w:r>
        <w:t>یہ جو صبح میں نے آپ سے عرض کیا کہ ریڈیو میں کسی نے یہ جملہ کہا کہ جس دن آپ بھرپور زندگی گزاریں، وہی دن آپ کا دن ہے۔</w:t>
      </w:r>
    </w:p>
    <w:p>
      <w:r>
        <w:rPr>
          <w:b/>
        </w:rPr>
        <w:t xml:space="preserve">[36:53] </w:t>
      </w:r>
      <w:r>
        <w:t>baqi sab calendar ki tareekh hai. to yahi yahi sab woh cheez hai jo us ne kahi thi baat material sense mein.</w:t>
      </w:r>
    </w:p>
    <w:p>
      <w:pPr>
        <w:jc w:val="right"/>
      </w:pPr>
      <w:r>
        <w:t>باقی سب کیلنڈر کی تاریخ ہے۔ تو یہی یہی سب وہ چیز ہے جو اس نے کہی تھی بات مٹیریل سینس میں۔</w:t>
      </w:r>
    </w:p>
    <w:p>
      <w:r>
        <w:rPr>
          <w:b/>
        </w:rPr>
        <w:t xml:space="preserve">[37:05] </w:t>
      </w:r>
      <w:r>
        <w:t>lekin main isi ko liya, maine akhirat ke sense mein.</w:t>
      </w:r>
    </w:p>
    <w:p>
      <w:pPr>
        <w:jc w:val="right"/>
      </w:pPr>
      <w:r>
        <w:t>لیکن میں اسی کو لیا، میں نے آخرت کے سینس میں۔</w:t>
      </w:r>
    </w:p>
    <w:p>
      <w:r>
        <w:rPr>
          <w:b/>
        </w:rPr>
        <w:t xml:space="preserve">[37:12] </w:t>
      </w:r>
      <w:r>
        <w:t>to aap mein se har shakhs ko yahi kahunga ke woh</w:t>
      </w:r>
    </w:p>
    <w:p>
      <w:pPr>
        <w:jc w:val="right"/>
      </w:pPr>
      <w:r>
        <w:t>تو آپ میں سے ہر شخص کو یہی کہوں گا کہ وہ</w:t>
      </w:r>
    </w:p>
    <w:p>
      <w:r>
        <w:rPr>
          <w:b/>
        </w:rPr>
        <w:t xml:space="preserve">[37:19] </w:t>
      </w:r>
      <w:r>
        <w:t>apne din ko, har din apne din ko avail kare. woh har lamha ko avail kare. woh is ka koi din, koi lamha un avail nahi chala jaye.</w:t>
      </w:r>
    </w:p>
    <w:p>
      <w:pPr>
        <w:jc w:val="right"/>
      </w:pPr>
      <w:r>
        <w:t>اپنے دن کو، ہر دن اپنے دن کو اویل کرے۔ وہ ہر لمحہ کو اویل کرے۔ وہ اس کا کوئی دن، کوئی لمحہ ان اویل نہیں چلا جائے۔</w:t>
      </w:r>
    </w:p>
    <w:p>
      <w:r>
        <w:rPr>
          <w:b/>
        </w:rPr>
        <w:t xml:space="preserve">[37:33] </w:t>
      </w:r>
      <w:r>
        <w:t>un avail na chala jaye.</w:t>
      </w:r>
    </w:p>
    <w:p>
      <w:pPr>
        <w:jc w:val="right"/>
      </w:pPr>
      <w:r>
        <w:t>ان اویل نہ چلا جائے۔</w:t>
      </w:r>
    </w:p>
    <w:p>
      <w:r>
        <w:rPr>
          <w:b/>
        </w:rPr>
        <w:t xml:space="preserve">[37:40] </w:t>
      </w:r>
      <w:r>
        <w:t>jab aap apne din ko avail karein ge to aap ke andar creativity aayegi, intellectual development hoga, spiritual development hoga.</w:t>
      </w:r>
    </w:p>
    <w:p>
      <w:pPr>
        <w:jc w:val="right"/>
      </w:pPr>
      <w:r>
        <w:t>جب آپ اپنے دن کو اویل کریں گے تو آپ کے اندر کریٹیوٹی آئے گی، انٹلیکچول ڈیولپمنٹ ہوگا، اسپیریچول ڈیولپمنٹ ہوگا۔</w:t>
      </w:r>
    </w:p>
    <w:p>
      <w:r>
        <w:rPr>
          <w:b/>
        </w:rPr>
        <w:t xml:space="preserve">[37:51] </w:t>
      </w:r>
      <w:r>
        <w:t>aap kehte ho personality banegi, woh personality jis ko kaha gaya hai ke "ala man atallaha bi-qalbin saleem" yani jannat mein woh dakhil kiya jaye ga jo wahan pohanche qalb saleem ke sath.</w:t>
      </w:r>
    </w:p>
    <w:p>
      <w:pPr>
        <w:jc w:val="right"/>
      </w:pPr>
      <w:r>
        <w:t>آپ کہتے ہو پرسنیلٹی بنے گی، وہ پرسنیلٹی جس کو کہا گیا ہے کہ "الا من ات اللہ بقلب سلیم" یعنی جنت میں وہ داخل کیا جائے گا جو وہاں پہنچے قلب سلیم کے ساتھ۔</w:t>
      </w:r>
    </w:p>
    <w:p>
      <w:r>
        <w:rPr>
          <w:b/>
        </w:rPr>
        <w:t xml:space="preserve">[38:08] </w:t>
      </w:r>
      <w:r>
        <w:t>yahan qalb se murad hai wahi jis ko main kaha ke to personality yani sachi personality ke sath isi ko dakhila mile ga.</w:t>
      </w:r>
    </w:p>
    <w:p>
      <w:pPr>
        <w:jc w:val="right"/>
      </w:pPr>
      <w:r>
        <w:t>یہاں قلب سے مراد ہے وہی جس کو میں کہا کہ تو پرسنیلٹی یعنی سچی پرسنیلٹی کے ساتھ اسی کو داخلہ ملے گا۔</w:t>
      </w:r>
    </w:p>
    <w:p>
      <w:r>
        <w:rPr>
          <w:b/>
        </w:rPr>
        <w:t xml:space="preserve">[38:19] </w:t>
      </w:r>
      <w:r>
        <w:t>wahan</w:t>
      </w:r>
    </w:p>
    <w:p>
      <w:pPr>
        <w:jc w:val="right"/>
      </w:pPr>
      <w:r>
        <w:t>وہاں</w:t>
      </w:r>
    </w:p>
    <w:p>
      <w:r>
        <w:rPr>
          <w:b/>
        </w:rPr>
        <w:t xml:space="preserve">[38:26] </w:t>
      </w:r>
      <w:r>
        <w:t>to har din hamari zindagi mein aik process chalna chahiye, aik thinking process.</w:t>
      </w:r>
    </w:p>
    <w:p>
      <w:pPr>
        <w:jc w:val="right"/>
      </w:pPr>
      <w:r>
        <w:t>تو ہر دن ہماری زندگی میں ایک پروسیس چلنا چاہیے، ایک تھنکنگ پروسیس۔</w:t>
      </w:r>
    </w:p>
    <w:p>
      <w:r>
        <w:rPr>
          <w:b/>
        </w:rPr>
        <w:t xml:space="preserve">[38:32] </w:t>
      </w:r>
      <w:r>
        <w:t>har din, subah, shaam, raat, din, sotay, jaagtay, uthtay, baithtay, aik process chalna chahiye.</w:t>
      </w:r>
    </w:p>
    <w:p>
      <w:pPr>
        <w:jc w:val="right"/>
      </w:pPr>
      <w:r>
        <w:t>ہر دن، صبح، شام، رات، دن، سوتے، جاگتے، اٹھتے، بیٹھتے، ایک پروسیس چلنا چاہیے۔</w:t>
      </w:r>
    </w:p>
    <w:p>
      <w:r>
        <w:rPr>
          <w:b/>
        </w:rPr>
        <w:t xml:space="preserve">[38:44] </w:t>
      </w:r>
      <w:r>
        <w:t>woh process yahi hai ke aap aap apne din ko avail kar rahay hon, apne lamhaat ko aap avail kar rahay hon, apne tajurbaat ko aap avail kar rahay hon, apne observation ko aap avail kar rahay hon,</w:t>
      </w:r>
    </w:p>
    <w:p>
      <w:pPr>
        <w:jc w:val="right"/>
      </w:pPr>
      <w:r>
        <w:t>وہ پراسیس یہی ہے کہ آپ آپ اپنے دن کو اویل کر رہے ہوں، اپنے لمحات کو آپ اویل کر رہے ہوں، اپنے تجربات کو آپ اویل کر رہے ہوں، اپنے ابزرویشن کو آپ اویل کر رہے ہوں،</w:t>
      </w:r>
    </w:p>
    <w:p>
      <w:r>
        <w:rPr>
          <w:b/>
        </w:rPr>
        <w:t xml:space="preserve">[38:59] </w:t>
      </w:r>
      <w:r>
        <w:t>har cheez ko aap utilize kar rahay hon. aisa hona chahiye.</w:t>
      </w:r>
    </w:p>
    <w:p>
      <w:pPr>
        <w:jc w:val="right"/>
      </w:pPr>
      <w:r>
        <w:t>ہر چیز کو آپ یوٹیلائز کر رہے ہوں۔ ایسا ہونا چاہیے۔</w:t>
      </w:r>
    </w:p>
    <w:p>
      <w:r>
        <w:rPr>
          <w:b/>
        </w:rPr>
        <w:t xml:space="preserve">[39:11] </w:t>
      </w:r>
      <w:r>
        <w:t>to yaad rakhiye, yeh yeh jo muamla hai sachai ka, akhirat ka, jannat ka, yeh aisa nahi ke bas apne aap hi mil jaye kisi ko.</w:t>
      </w:r>
    </w:p>
    <w:p>
      <w:pPr>
        <w:jc w:val="right"/>
      </w:pPr>
      <w:r>
        <w:t>تو یاد رکھیے، یہ یہ جو معاملہ ہے سچائی کا، آخرت کا، جنت کا، یہ ایسا نہیں کہ بس اپنے آپ ہی مل جائے کسی کو۔</w:t>
      </w:r>
    </w:p>
    <w:p>
      <w:r>
        <w:rPr>
          <w:b/>
        </w:rPr>
        <w:t xml:space="preserve">[39:25] </w:t>
      </w:r>
      <w:r>
        <w:t>us ke liye effort karni hai, us ke liye bohat hi planning ke sath aik zindagi guzarna hai.</w:t>
      </w:r>
    </w:p>
    <w:p>
      <w:pPr>
        <w:jc w:val="right"/>
      </w:pPr>
      <w:r>
        <w:t>اس کے لیے ایفرٹ کرنی ہے، اس کے لیے بہت ہی پلاننگ کے ساتھ ایک زندگی گزارنا ہے۔</w:t>
      </w:r>
    </w:p>
    <w:p>
      <w:r>
        <w:rPr>
          <w:b/>
        </w:rPr>
        <w:t xml:space="preserve">[39:37] </w:t>
      </w:r>
      <w:r>
        <w:t>aur sab se ahem cheez jo maine zindagi mein tajurba kiya hai, hai woh introspection. sab se ahem cheez hai introspection, apna muhasiba, apne baray mein rethinking karna.</w:t>
      </w:r>
    </w:p>
    <w:p>
      <w:pPr>
        <w:jc w:val="right"/>
      </w:pPr>
      <w:r>
        <w:t>اور سب سے اہم چیز جو میں نے زندگی میں تجربہ کیا ہے، ہے وہ انٹروسپیکشن۔ سب سے اہم چیز ہے انٹروسپیکشن، اپنا محاسبہ، اپنے بارے میں ری تھنکنگ کرنا۔</w:t>
      </w:r>
    </w:p>
    <w:p>
      <w:r>
        <w:rPr>
          <w:b/>
        </w:rPr>
        <w:t xml:space="preserve">[39:54] </w:t>
      </w:r>
      <w:r>
        <w:t>maine paya hai ke beshtar log jo hain, doosray ke baray mein to khoob criticize karte hain, doosray ke baray mein apne baray mein sochtay hi nahi. jis ko dekhen, us ka haal yeh hai ke doosray ke baray mein criticize karne ke badshah bana hua hai aur khud apne baray mein kuch sochtay nahi.</w:t>
      </w:r>
    </w:p>
    <w:p>
      <w:pPr>
        <w:jc w:val="right"/>
      </w:pPr>
      <w:r>
        <w:t>میں نے پایا ہے کہ بیشتر لوگ جو ہیں، دوسرے کے بارے میں تو خوب کریٹیسائز کرتے ہیں، دوسرے کے بارے میں اپنے بارے میں سوچتے ہی نہیں۔ جس کو دیکھیں، اس کا حال یہ ہے کہ دوسرے کے بارے میں کریٹیسائز کرنے کے بادشاہ بنا ہوا ہے اور خود اپنے بارے میں کچھ سوچتے نہیں۔</w:t>
      </w:r>
    </w:p>
    <w:p>
      <w:r>
        <w:rPr>
          <w:b/>
        </w:rPr>
        <w:t xml:space="preserve">[40:14] </w:t>
      </w:r>
      <w:r>
        <w:t>woh</w:t>
      </w:r>
    </w:p>
    <w:p>
      <w:pPr>
        <w:jc w:val="right"/>
      </w:pPr>
      <w:r>
        <w:t>وہ</w:t>
      </w:r>
    </w:p>
    <w:p>
      <w:r>
        <w:rPr>
          <w:b/>
        </w:rPr>
        <w:t xml:space="preserve">[40:19] </w:t>
      </w:r>
      <w:r>
        <w:t>sab se bara, main samajhta hoon ke jo kaam karna hai aadmi ko, woh hai introspection, apna muhasiba, apne aap ko revise karna, apne ko har har roz apne ko reassess karna.</w:t>
      </w:r>
    </w:p>
    <w:p>
      <w:pPr>
        <w:jc w:val="right"/>
      </w:pPr>
      <w:r>
        <w:t>سب سے بڑا، میں سمجھتا ہوں کہ جو کام کرنا ہے آدمی کو، وہ ہے انٹروسپیکشن، اپنا محاسبہ، اپنے آپ کو ریوائز کرنا، اپنے کو ہر ہر روز اپنے کو ری اسیس کرنا۔</w:t>
      </w:r>
    </w:p>
    <w:p>
      <w:r>
        <w:rPr>
          <w:b/>
        </w:rPr>
        <w:t xml:space="preserve">[40:40] </w:t>
      </w:r>
      <w:r>
        <w:t>kyunke hadees mein aata hai ke "kul bani adam khattaun wa khair ul khattai al tawwabun" yani insan jo hai</w:t>
      </w:r>
    </w:p>
    <w:p>
      <w:pPr>
        <w:jc w:val="right"/>
      </w:pPr>
      <w:r>
        <w:t>کیونکہ حدیث میں آتا ہے کہ "کل بنی آدم خطاون وخیر الخطائی التوابون" یعنی انسان جو ہے</w:t>
      </w:r>
    </w:p>
    <w:p>
      <w:r>
        <w:rPr>
          <w:b/>
        </w:rPr>
        <w:t xml:space="preserve">[40:59] </w:t>
      </w:r>
      <w:r>
        <w:t>aur insan murakkab ul khata wal insan yani har din, har din hum ghaltiyan karte hain.</w:t>
      </w:r>
    </w:p>
    <w:p>
      <w:pPr>
        <w:jc w:val="right"/>
      </w:pPr>
      <w:r>
        <w:t>اور انسان مرکب الخطا والنسان یعنی ہر دن، ہر دن ہم غلطیاں کرتے ہیں۔</w:t>
      </w:r>
    </w:p>
    <w:p>
      <w:r>
        <w:rPr>
          <w:b/>
        </w:rPr>
        <w:t xml:space="preserve">[41:06] </w:t>
      </w:r>
      <w:r>
        <w:t>sochnay ki ghalti, bolnay ki ghalti, akhlaq ke aitbar se ghalti, dealing ke aitbar se ghalti. to to eries human to ghaltiyan to karte hi karte hain hum rozana,</w:t>
      </w:r>
    </w:p>
    <w:p>
      <w:pPr>
        <w:jc w:val="right"/>
      </w:pPr>
      <w:r>
        <w:t>سوچنے کی غلطی، بولنے کی غلطی، اخلاق کے اعتبار سے غلطی، ڈیلنگ کے اعتبار سے غلطی۔ ٹو ٹو ایریز ہیومن تو غلطیاں تو کرتے ہی کرتے ہیں ہم روزانہ،</w:t>
      </w:r>
    </w:p>
    <w:p>
      <w:r>
        <w:rPr>
          <w:b/>
        </w:rPr>
        <w:t xml:space="preserve">[41:21] </w:t>
      </w:r>
      <w:r>
        <w:t>lekin cheez kya hai? hum apni ghalti ko discover karen. hum janen ke yahan hum se ghalti ho gayi,</w:t>
      </w:r>
    </w:p>
    <w:p>
      <w:pPr>
        <w:jc w:val="right"/>
      </w:pPr>
      <w:r>
        <w:t>لیکن چیز کیا ہے؟ ہم اپنی غلطی کو ڈسکور کریں۔ ہم جانیں کہ یہاں ہم سے غلطی ہو گئی،</w:t>
      </w:r>
    </w:p>
    <w:p>
      <w:r>
        <w:rPr>
          <w:b/>
        </w:rPr>
        <w:t xml:space="preserve">[41:28] </w:t>
      </w:r>
      <w:r>
        <w:t>yahan hum ghalat bolay, yahan hum ne ghalat socha, yahan hum ne ghalat dealing ki, yahan hum ne ghalat response diya. yeh kab hoga?</w:t>
      </w:r>
    </w:p>
    <w:p>
      <w:pPr>
        <w:jc w:val="right"/>
      </w:pPr>
      <w:r>
        <w:t>یہاں ہم غلط بولے، یہاں ہم نے غلط سوچا، یہاں ہم نے غلط ڈیلنگ کی، یہاں ہم نے غلط رسپانس دیا۔ یہ کب ہوگا؟</w:t>
      </w:r>
    </w:p>
    <w:p>
      <w:r>
        <w:rPr>
          <w:b/>
        </w:rPr>
        <w:t xml:space="preserve">[41:38] </w:t>
      </w:r>
      <w:r>
        <w:t>jab aap apne aap ko inspection karte rahengay.</w:t>
      </w:r>
    </w:p>
    <w:p>
      <w:pPr>
        <w:jc w:val="right"/>
      </w:pPr>
      <w:r>
        <w:t>جب آپ اپنے آپ کو انسپیکشن کرتے رہیں گے۔</w:t>
      </w:r>
    </w:p>
    <w:p>
      <w:r>
        <w:rPr>
          <w:b/>
        </w:rPr>
        <w:t xml:space="preserve">[41:52] </w:t>
      </w:r>
      <w:r>
        <w:t>to yeh yeh isi ko bharpoor zindagi guzarna mein kahunga.</w:t>
      </w:r>
    </w:p>
    <w:p>
      <w:pPr>
        <w:jc w:val="right"/>
      </w:pPr>
      <w:r>
        <w:t>تو یہ یہ اسی کو بھرپور زندگی گزارنا میں کہوں گا۔</w:t>
      </w:r>
    </w:p>
    <w:p>
      <w:r>
        <w:rPr>
          <w:b/>
        </w:rPr>
        <w:t xml:space="preserve">[41:58] </w:t>
      </w:r>
      <w:r>
        <w:t>is aadmi ne bharpoor zindagi ka lafz bola, woh material sense mein. material sense mein main kahunga, bharpoor zindagi ka lafz aap istemal kijiye, akhirat ke sense mein,</w:t>
      </w:r>
    </w:p>
    <w:p>
      <w:pPr>
        <w:jc w:val="right"/>
      </w:pPr>
      <w:r>
        <w:t>اس آدمی نے بھرپور زندگی کا لفظ بولا، وہ مٹیریل سینس میں۔ مٹیریل سینس میں میں کہوں گا، بھرپور زندگی کا لفظ آپ استعمال کیجئے، آخرت کے سینس میں،</w:t>
      </w:r>
    </w:p>
    <w:p>
      <w:r>
        <w:rPr>
          <w:b/>
        </w:rPr>
        <w:t xml:space="preserve">[42:12] </w:t>
      </w:r>
      <w:r>
        <w:t>deen culture ke sense mein.</w:t>
      </w:r>
    </w:p>
    <w:p>
      <w:pPr>
        <w:jc w:val="right"/>
      </w:pPr>
      <w:r>
        <w:t>ڈیوان کلچر کے سینس میں۔</w:t>
      </w:r>
    </w:p>
    <w:p>
      <w:r>
        <w:rPr>
          <w:b/>
        </w:rPr>
        <w:t xml:space="preserve">[42:19] </w:t>
      </w:r>
      <w:r>
        <w:t>to jitna zaroori hai dunya mein aik kamyab zindagi hasil karne ke liye, isi tarah se zaroori hai akhirat ke aitbar se kamyab zindagi ke liye aik bharpoor zindagi, aik bohat hi planned way mein jeena.</w:t>
      </w:r>
    </w:p>
    <w:p>
      <w:pPr>
        <w:jc w:val="right"/>
      </w:pPr>
      <w:r>
        <w:t>تو جتنا ضروری ہے دنیا میں ایک کامیاب زندگی حاصل کرنے کے لیے، اسی طرح سے ضروری ہے آخرت کے اعتبار سے کامیاب زندگی کے لیے ایک بھرپور زندگی، ایک بہت ہی پلانڈ وے میں جینا۔</w:t>
      </w:r>
    </w:p>
    <w:p>
      <w:r>
        <w:rPr>
          <w:b/>
        </w:rPr>
        <w:t xml:space="preserve">[42:37] </w:t>
      </w:r>
      <w:r>
        <w:t>har lamha apna apne aap ko reassess karte rehna.</w:t>
      </w:r>
    </w:p>
    <w:p>
      <w:pPr>
        <w:jc w:val="right"/>
      </w:pPr>
      <w:r>
        <w:t>ہر لمحہ اپنا اپنے آپ کو ری اسیس کرتے رہنا۔</w:t>
      </w:r>
    </w:p>
    <w:p>
      <w:r>
        <w:rPr>
          <w:b/>
        </w:rPr>
        <w:t xml:space="preserve">[42:54] </w:t>
      </w:r>
      <w:r>
        <w:t>logon ka jo maine jo logon se ki jo jo jo logon ki taqreeren suni, logon ki kitaben parhin, logon ke se jo discuss hua poori zindagi mein, to maine yeh paya ke log samajhtay hain ke kuch aik form hai, us form ka naam Islam hai.</w:t>
      </w:r>
    </w:p>
    <w:p>
      <w:pPr>
        <w:jc w:val="right"/>
      </w:pPr>
      <w:r>
        <w:t>لوگوں کا جو میں نے جو لوگوں سے کی جو جو جو لوگوں کی تقریریں سنی، لوگوں کی کتابیں پڑھیں، لوگوں کے سے جو ڈسکس ہوا پوری زندگی میں، تو میں نے یہ پایا کہ لوگ سمجھتے ہیں کہ کچھ ایک فارم ہے، اس فارم کا نام اسلام ہے۔</w:t>
      </w:r>
    </w:p>
    <w:p>
      <w:r>
        <w:rPr>
          <w:b/>
        </w:rPr>
        <w:t xml:space="preserve">[43:17] </w:t>
      </w:r>
      <w:r>
        <w:t>us form ko dohra do to bas us ke baad</w:t>
      </w:r>
    </w:p>
    <w:p>
      <w:pPr>
        <w:jc w:val="right"/>
      </w:pPr>
      <w:r>
        <w:t>اس فارم کو دہرا دو تو بس اس کے بعد</w:t>
      </w:r>
    </w:p>
    <w:p>
      <w:r>
        <w:rPr>
          <w:b/>
        </w:rPr>
        <w:t xml:space="preserve">[43:23] </w:t>
      </w:r>
      <w:r>
        <w:t>mere paas phir aik telephone aaya Makkah se. hamaray aik saathi gaye hue hain Makkah Hajj karne ke liye, to unhon ne apne sath le gaye thay hamari jo kitab hai "Haqeeqat e Hajj".</w:t>
      </w:r>
    </w:p>
    <w:p>
      <w:pPr>
        <w:jc w:val="right"/>
      </w:pPr>
      <w:r>
        <w:t>میرے پاس پھر ایک ٹیلی فون آیا مکہ سے۔ ہمارے ایک ساتھی گئے ہوئے ہیں مکہ حج کرنے کے لیے، تو انہوں نے اپنے ساتھ لے گئے تھے ہماری جو کتاب ہے "حقیقت حج"۔</w:t>
      </w:r>
    </w:p>
    <w:p>
      <w:r>
        <w:rPr>
          <w:b/>
        </w:rPr>
        <w:t xml:space="preserve">[43:37] </w:t>
      </w:r>
      <w:r>
        <w:t>to unhon ne kaha "haqeeqat hajj" ko mein bar bar parhta hoon,</w:t>
      </w:r>
    </w:p>
    <w:p>
      <w:pPr>
        <w:jc w:val="right"/>
      </w:pPr>
      <w:r>
        <w:t>تو انہوں نے کہا "حقیقت حج" کو میں بار بار پڑھتا ہوں،</w:t>
      </w:r>
    </w:p>
    <w:p>
      <w:r>
        <w:rPr>
          <w:b/>
        </w:rPr>
        <w:t xml:space="preserve">[43:40] </w:t>
      </w:r>
      <w:r>
        <w:t>is mein hajj ki sachi taaruf mujhe milta hai. lekin maine kaha, unhon ne kaha ke haan, jitne log hain, bheed ki bheed wahan par hai, kisi ko hajj ki haqeeqat se koi dilchaspi nahi, bas duaen dat rahay hain.</w:t>
      </w:r>
    </w:p>
    <w:p>
      <w:pPr>
        <w:jc w:val="right"/>
      </w:pPr>
      <w:r>
        <w:t>اس میں حج کی سچی تعارف مجھے ملتا ہے۔ لیکن میں نے کہا، انہوں نے کہا کہ ہاں، جتنے لوگ ہیں، بھیڑ کی بھیڑ وہاں پر ہے، کسی کو حج کی حقیقت سے کوئی دلچسپی نہیں، بس دعائیں ڈٹ رہے ہیں۔</w:t>
      </w:r>
    </w:p>
    <w:p>
      <w:r>
        <w:rPr>
          <w:b/>
        </w:rPr>
        <w:t xml:space="preserve">[43:54] </w:t>
      </w:r>
      <w:r>
        <w:t>yahan yeh dua parh raha hai, wahan woh alfaaz bol raha hai, wahan woh kar raha hai, yahan woh kar raha hai. bas form, ek form ka naam unhon ne "hajj" rakh rakha hai, yaani spirit of hajj se bekhabar, form of hajj ki dhoom,</w:t>
      </w:r>
    </w:p>
    <w:p>
      <w:pPr>
        <w:jc w:val="right"/>
      </w:pPr>
      <w:r>
        <w:t>یہاں یہ دعا پڑھ رہا ہے، وہاں وہ الفاظ بول رہا ہے، وہاں وہ کر رہا ہے، یہاں وہ کر رہا ہے۔ بس فارم، ایک فارم کا نام انہوں نے "حج" رکھ رکھا ہے، یعنی اسپیٹ آف حج سے بے خبر، فارم آف حج کی دھوم،</w:t>
      </w:r>
    </w:p>
    <w:p>
      <w:r>
        <w:rPr>
          <w:b/>
        </w:rPr>
        <w:t xml:space="preserve">[44:09] </w:t>
      </w:r>
      <w:r>
        <w:t>hajj ke form ki dhoom aur hajj ki spirit se bilkul bekhabar. yeh makkah ki baaten, yahi tha shayad dunya ki baaten.</w:t>
      </w:r>
    </w:p>
    <w:p>
      <w:pPr>
        <w:jc w:val="right"/>
      </w:pPr>
      <w:r>
        <w:t>حج کے فارم کی دھوم اور حج کی اسپیڈ سے بالکل بے خبر۔ یہ مکہ کی باتیں، یہی تھا شاید دنیا کی باتیں۔</w:t>
      </w:r>
    </w:p>
    <w:p>
      <w:r>
        <w:rPr>
          <w:b/>
        </w:rPr>
        <w:t xml:space="preserve">[44:19] </w:t>
      </w:r>
      <w:r>
        <w:t>yeh to mein arz kar raha hoon ke hum mein se har shakhs ko soch samajhi zindagi guzarna hai.</w:t>
      </w:r>
    </w:p>
    <w:p>
      <w:pPr>
        <w:jc w:val="right"/>
      </w:pPr>
      <w:r>
        <w:t>یہ تو میں عرض کر رہا ہوں کہ ہم میں سے ہر شخص کو سوچی سمجھی زندگی گزارنا ہے۔</w:t>
      </w:r>
    </w:p>
    <w:p>
      <w:r>
        <w:rPr>
          <w:b/>
        </w:rPr>
        <w:t xml:space="preserve">[44:29] </w:t>
      </w:r>
      <w:r>
        <w:t>Allah taala mujh ko aur aap ko tofeeq de ke hum maut se pehle is din ki tayari kar len jo maut ke baad pesh aanay wala hai.</w:t>
      </w:r>
    </w:p>
    <w:p>
      <w:pPr>
        <w:jc w:val="right"/>
      </w:pPr>
      <w:r>
        <w:t>اللہ تعالی مجھ کو اور آپ کو توفیق دے کہ ہم موت سے پہلے اس دن کی تیاری کر لیں جو موت کے بعد پیش آنے والا ہے۔</w:t>
      </w:r>
    </w:p>
    <w:p>
      <w:r>
        <w:rPr>
          <w:b/>
        </w:rPr>
        <w:t xml:space="preserve">[44:43] </w:t>
      </w:r>
      <w:r>
        <w:t>assalam o alaikum wa rehmatullah.</w:t>
      </w:r>
    </w:p>
    <w:p>
      <w:pPr>
        <w:jc w:val="right"/>
      </w:pPr>
      <w:r>
        <w:t>السلام علیکم ورحمۃ اللہ۔</w:t>
      </w:r>
    </w:p>
    <w:p>
      <w:r>
        <w:rPr>
          <w:b/>
        </w:rPr>
        <w:t xml:space="preserve">[45:00] </w:t>
      </w:r>
      <w:r>
        <w:t>we are starting with the question answer session now. i request our online viewers to please send in the questions at info at cpsglobal dot org.</w:t>
      </w:r>
    </w:p>
    <w:p>
      <w:pPr>
        <w:jc w:val="right"/>
      </w:pPr>
      <w:r>
        <w:t>وی آر سٹارٹنگ ود دا کوسچن انسر سیشن ناؤ۔ آئی ریکویسٹ اور آن لائن ویوورز ٹو پلیز سینڈ ان دا کوسچنز ایٹ انفو ایٹ سی پی ایس گلوبل ڈاٹ او آر جی۔</w:t>
      </w:r>
    </w:p>
    <w:p>
      <w:r>
        <w:rPr>
          <w:b/>
        </w:rPr>
        <w:t xml:space="preserve">[45:16] </w:t>
      </w:r>
      <w:r>
        <w:t>maulana, yeh pehla question aaya hai doctor farida khanam ka new delhi se: what is the viewpoint of islam on secularism?</w:t>
      </w:r>
    </w:p>
    <w:p>
      <w:pPr>
        <w:jc w:val="right"/>
      </w:pPr>
      <w:r>
        <w:t>مولانا، یہ پہلا کوسچن آیا ہے ڈاکٹر فریدہ خانم کا نیو دہلی سے: واٹ از دا ویو پوائنٹ آف اسلام ان سیکولرزم؟</w:t>
      </w:r>
    </w:p>
    <w:p>
      <w:r>
        <w:rPr>
          <w:b/>
        </w:rPr>
        <w:t xml:space="preserve">[45:31] </w:t>
      </w:r>
      <w:r>
        <w:t>dekhen,</w:t>
      </w:r>
    </w:p>
    <w:p>
      <w:pPr>
        <w:jc w:val="right"/>
      </w:pPr>
      <w:r>
        <w:t>دیکھیں،</w:t>
      </w:r>
    </w:p>
    <w:p>
      <w:r>
        <w:rPr>
          <w:b/>
        </w:rPr>
        <w:t xml:space="preserve">[45:35] </w:t>
      </w:r>
      <w:r>
        <w:t>ulama ka jo stand hai is mamle mein, woh secularism ke khilaf hai. woh secularism ko kehte hain "ladeeniyat", lekin mein samajhta hoon ke yeh bekhabari ki baat hai.</w:t>
      </w:r>
    </w:p>
    <w:p>
      <w:pPr>
        <w:jc w:val="right"/>
      </w:pPr>
      <w:r>
        <w:t>علماء کا جو اسٹینڈ ہے اس معاملے میں، وہ سیکولرزم کے خلاف ہے۔ وہ سیکولرزم کو کہتے ہیں "لادینیت"، لیکن میں سمجھتا ہوں کہ یہ بے خبری کی بات ہے۔</w:t>
      </w:r>
    </w:p>
    <w:p>
      <w:r>
        <w:rPr>
          <w:b/>
        </w:rPr>
        <w:t xml:space="preserve">[45:51] </w:t>
      </w:r>
      <w:r>
        <w:t>yeh "al-nas wa ada" jahlu ka misdaq hai.</w:t>
      </w:r>
    </w:p>
    <w:p>
      <w:pPr>
        <w:jc w:val="right"/>
      </w:pPr>
      <w:r>
        <w:t>یہ "الناس و ادا" جہلو کا مصداق ہے۔</w:t>
      </w:r>
    </w:p>
    <w:p>
      <w:r>
        <w:rPr>
          <w:b/>
        </w:rPr>
        <w:t xml:space="preserve">[45:57] </w:t>
      </w:r>
      <w:r>
        <w:t>secularism ka koi secularism, koi aqeeday ka mamla nahi, mazhab ka mamla nahi. secularism ek ek ek settlement ka mamla hai,</w:t>
      </w:r>
    </w:p>
    <w:p>
      <w:pPr>
        <w:jc w:val="right"/>
      </w:pPr>
      <w:r>
        <w:t>سیکولرزم کا کوئی سیکولرزم، کوئی عقیدے کا معاملہ نہیں، مذہب کا معاملہ نہیں۔ سیکولرزم ایک ایک ایک سیٹلمنٹ کا معاملہ ہے،</w:t>
      </w:r>
    </w:p>
    <w:p>
      <w:r>
        <w:rPr>
          <w:b/>
        </w:rPr>
        <w:t xml:space="preserve">[46:10] </w:t>
      </w:r>
      <w:r>
        <w:t>yaani encyclopedia of religion ethics mein is ko sahi is ko diya hai ke yeh hai "policy of non interference in matters of religion".</w:t>
      </w:r>
    </w:p>
    <w:p>
      <w:pPr>
        <w:jc w:val="right"/>
      </w:pPr>
      <w:r>
        <w:t>یعنی انسائیکلوپیڈیا آف ریلیجن ایتھکس میں اس کو صحیح اس کو دیا ہے کہ یہ ہے "پالیسی آف نان انٹرفیرنس ان میٹرز آف ریلیجن"۔</w:t>
      </w:r>
    </w:p>
    <w:p>
      <w:r>
        <w:rPr>
          <w:b/>
        </w:rPr>
        <w:t xml:space="preserve">[46:26] </w:t>
      </w:r>
      <w:r>
        <w:t>yeh hai to asal cheez yeh hai ke hazaron saal se logon ne dekha ke log ladte hain, ladte hain, ladte hain.</w:t>
      </w:r>
    </w:p>
    <w:p>
      <w:pPr>
        <w:jc w:val="right"/>
      </w:pPr>
      <w:r>
        <w:t>یہ ہے تو اصل چیز یہ ہے کہ ہزاروں سال سے لوگوں نے دیکھا کہ لوگ لڑتے ہیں، لڑتے ہیں، لڑتے ہیں۔</w:t>
      </w:r>
    </w:p>
    <w:p>
      <w:r>
        <w:rPr>
          <w:b/>
        </w:rPr>
        <w:t xml:space="preserve">[46:35] </w:t>
      </w:r>
      <w:r>
        <w:t>to ladai ko band karne ka formula daryaft kar kiya aur logon ne secularism ki shakal mein, yaani secular democracy ho gaya hai ke har aadmi ko azadi apne mazhab ke aqeeday ke mamle mein,</w:t>
      </w:r>
    </w:p>
    <w:p>
      <w:pPr>
        <w:jc w:val="right"/>
      </w:pPr>
      <w:r>
        <w:t>تو لڑائی کو بند کرنے کا فارمولا دریافت کر کیا اور لوگوں نے سیکولرزم کی شکل میں، یعنی سیکولر ڈیموکریسی ہو گیا ہے کہ ہر آدمی کو آزادی اپنے مذہب کے عقیدے کے معاملے میں،</w:t>
      </w:r>
    </w:p>
    <w:p>
      <w:r>
        <w:rPr>
          <w:b/>
        </w:rPr>
        <w:t xml:space="preserve">[46:54] </w:t>
      </w:r>
      <w:r>
        <w:t>agar woh violence na kare to mazhab ki tableegh ki bhi azadi.</w:t>
      </w:r>
    </w:p>
    <w:p>
      <w:pPr>
        <w:jc w:val="right"/>
      </w:pPr>
      <w:r>
        <w:t>اگر وہ وائنس نہ کرے تو مذہب کی تبلیغ کی بھی آزادی۔</w:t>
      </w:r>
    </w:p>
    <w:p>
      <w:r>
        <w:rPr>
          <w:b/>
        </w:rPr>
        <w:t xml:space="preserve">[47:03] </w:t>
      </w:r>
      <w:r>
        <w:t>lekin jahan tak socio political system ka mamla hai, woh democratic process se tay kiya jaye ga, yaani har paanch saal ke baad ek election ho,</w:t>
      </w:r>
    </w:p>
    <w:p>
      <w:pPr>
        <w:jc w:val="right"/>
      </w:pPr>
      <w:r>
        <w:t>لیکن جہاں تک سوشیو پولیٹیکل سسٹم کا معاملہ ہے، وہ ڈیموکریٹک پراسیس سے طے کیا جائے گا، یعنی ہر پانچ سال کے بعد ایک الیکشن ہو،</w:t>
      </w:r>
    </w:p>
    <w:p>
      <w:r>
        <w:rPr>
          <w:b/>
        </w:rPr>
        <w:t xml:space="preserve">[47:18] </w:t>
      </w:r>
      <w:r>
        <w:t>logon ki majority us ko elect kare, woh rule kare. that is the way of settlement.</w:t>
      </w:r>
    </w:p>
    <w:p>
      <w:pPr>
        <w:jc w:val="right"/>
      </w:pPr>
      <w:r>
        <w:t>لوگوں کی میجورٹی اس کو الیکٹ کرے، وہ رول کرے۔ دیٹ از دا اوے آف سیٹلمنٹ۔</w:t>
      </w:r>
    </w:p>
    <w:p>
      <w:r>
        <w:rPr>
          <w:b/>
        </w:rPr>
        <w:t xml:space="preserve">[47:28] </w:t>
      </w:r>
      <w:r>
        <w:t>yeh koi na mazhab hai, na aqeedah hai.</w:t>
      </w:r>
    </w:p>
    <w:p>
      <w:pPr>
        <w:jc w:val="right"/>
      </w:pPr>
      <w:r>
        <w:t>یہ کوئی نہ مذہب ہے، نہ عقیدہ ہے۔</w:t>
      </w:r>
    </w:p>
    <w:p>
      <w:r>
        <w:rPr>
          <w:b/>
        </w:rPr>
        <w:t xml:space="preserve">[47:31] </w:t>
      </w:r>
      <w:r>
        <w:t>to mein samajhta hoon ke yeh islam ke bilkul favor mein hai. yeh baat pehle zamanay mein chounke religion aur state alag nahi hua karte thay, to bohat ziyada pabandi thi.</w:t>
      </w:r>
    </w:p>
    <w:p>
      <w:pPr>
        <w:jc w:val="right"/>
      </w:pPr>
      <w:r>
        <w:t>تو میں سمجھتا ہوں کہ یہ اسلام کے بالکل فیور میں ہے۔ یہ بات پہلے زمانے میں چونکہ ریلیجن اور اسٹیٹ الگ نہیں ہوا کرتے تھے، تو بہت زیادہ پابندی تھی۔</w:t>
      </w:r>
    </w:p>
    <w:p>
      <w:r>
        <w:rPr>
          <w:b/>
        </w:rPr>
        <w:t xml:space="preserve">[47:43] </w:t>
      </w:r>
      <w:r>
        <w:t>religious persecution ka zamanah tha, woh isi liye ke official religion ke siwa koi aur religion aap ikhtiyar nahi kar sakte thay.</w:t>
      </w:r>
    </w:p>
    <w:p>
      <w:pPr>
        <w:jc w:val="right"/>
      </w:pPr>
      <w:r>
        <w:t>ریلیجس پرسیکیوشن کا زمانہ تھا، وہ اسی لیے کہ افیشل ریلیجن کے سوا کوئی اور ریلیجن آپ اختیار نہیں کر دیتے تھے۔</w:t>
      </w:r>
    </w:p>
    <w:p>
      <w:r>
        <w:rPr>
          <w:b/>
        </w:rPr>
        <w:t xml:space="preserve">[47:57] </w:t>
      </w:r>
      <w:r>
        <w:t>to mein samajhta hoon ke yeh bohat achhi baat thi</w:t>
      </w:r>
    </w:p>
    <w:p>
      <w:pPr>
        <w:jc w:val="right"/>
      </w:pPr>
      <w:r>
        <w:t>تو میں سمجھتا ہوں کہ یہ بہت اچھی بات تھی</w:t>
      </w:r>
    </w:p>
    <w:p>
      <w:r>
        <w:rPr>
          <w:b/>
        </w:rPr>
        <w:t xml:space="preserve">[48:02] </w:t>
      </w:r>
      <w:r>
        <w:t>ke socio political jo mamla hai, is mein democracy ke zariye se bar har paanch saal ke baad ek team aaye, us ke baad phir doosri team aaye, woh us ko kare.</w:t>
      </w:r>
    </w:p>
    <w:p>
      <w:pPr>
        <w:jc w:val="right"/>
      </w:pPr>
      <w:r>
        <w:t>کہ سوشیو پولیٹیکل جو معاملہ ہے، اس میں ڈیموکریسی کے ذریعے سے بار ہر پانچ سال کے بعد ایک ٹیم آئے، اس کے بعد پھر دوسری ٹیم آئے، وہ اس کو کرے۔</w:t>
      </w:r>
    </w:p>
    <w:p>
      <w:r>
        <w:rPr>
          <w:b/>
        </w:rPr>
        <w:t xml:space="preserve">[48:19] </w:t>
      </w:r>
      <w:r>
        <w:t>aam log jo hain, apne mazhab ke liye azaad hon. isi liye dekhen, hum yahan par kaam kar rahe hain,</w:t>
      </w:r>
    </w:p>
    <w:p>
      <w:pPr>
        <w:jc w:val="right"/>
      </w:pPr>
      <w:r>
        <w:t>عام لوگ جو ہیں، اپنے مذہب کے لیے آزاد ہوں۔ اسی لیے دیکھیں، ہم یہاں پر کام کر رہے ہیں،</w:t>
      </w:r>
    </w:p>
    <w:p>
      <w:r>
        <w:rPr>
          <w:b/>
        </w:rPr>
        <w:t xml:space="preserve">[48:27] </w:t>
      </w:r>
      <w:r>
        <w:t>koi rukawat nahin. isi liye kahan secularism hai. agar India mein secularism na hota to hum kaam nahin kar sakte thay. to mein to secularism ko apnay liye aik boon samajhta hoon, B double O N boon.</w:t>
      </w:r>
    </w:p>
    <w:p>
      <w:pPr>
        <w:jc w:val="right"/>
      </w:pPr>
      <w:r>
        <w:t>کوئی رکاوٹ نہیں۔ اسی لیے کہاں سیکولرزم ہے۔ اگر انڈیا میں سیکولرزم نہ ہوتا تو ہم کام نہیں کر سکتے تھے۔ تو میں تو سیکولرزم کو اپنے لیے ایک بون سمجھتا ہوں، بی ڈبل او این بون۔</w:t>
      </w:r>
    </w:p>
    <w:p>
      <w:r>
        <w:rPr>
          <w:b/>
        </w:rPr>
        <w:t xml:space="preserve">[48:44] </w:t>
      </w:r>
      <w:r>
        <w:t>hamara agla question aaya hai miss mariya khan ka new delhi se</w:t>
      </w:r>
    </w:p>
    <w:p>
      <w:pPr>
        <w:jc w:val="right"/>
      </w:pPr>
      <w:r>
        <w:t>ہمارا اگلا کوسچن آیا ہے مس ماریہ خان کا نیو دہلی سے</w:t>
      </w:r>
    </w:p>
    <w:p>
      <w:r>
        <w:rPr>
          <w:b/>
        </w:rPr>
        <w:t xml:space="preserve">[48:50] </w:t>
      </w:r>
      <w:r>
        <w:t>: what should one do when one realizes that one's concern is not God but something else?</w:t>
      </w:r>
    </w:p>
    <w:p>
      <w:pPr>
        <w:jc w:val="right"/>
      </w:pPr>
      <w:r>
        <w:t>: واٹ شوڈ ون ڈو وین ون ریلائزز دیٹ ونز کنسرن از ناٹ گاڈ بٹ سمتھنگ ایلس؟</w:t>
      </w:r>
    </w:p>
    <w:p>
      <w:r>
        <w:rPr>
          <w:b/>
        </w:rPr>
        <w:t xml:space="preserve">[48:59] </w:t>
      </w:r>
      <w:r>
        <w:t>bhai to is ko introspection karna chahiye, phir se yaani phir se sochna chahiye, kyunke jo hamare creator hain,</w:t>
      </w:r>
    </w:p>
    <w:p>
      <w:pPr>
        <w:jc w:val="right"/>
      </w:pPr>
      <w:r>
        <w:t>بھئی تو اس کو انٹراسپیکشن کرنا چاہیے، پھر سے یعنی پھر سے سوچنا چاہیے، کیونکہ جو ہمارے کریٹر ہیں،</w:t>
      </w:r>
    </w:p>
    <w:p>
      <w:r>
        <w:rPr>
          <w:b/>
        </w:rPr>
        <w:t xml:space="preserve">[49:12] </w:t>
      </w:r>
      <w:r>
        <w:t>agar wohi hamare concern na hon to zindagi to hamari bilkul worthless ho gayi.</w:t>
      </w:r>
    </w:p>
    <w:p>
      <w:pPr>
        <w:jc w:val="right"/>
      </w:pPr>
      <w:r>
        <w:t>اگر وہی ہمارے کنسرن نہ ہوں تو زندگی تو ہماری بالکل ورتھ لیس ہو گئی۔</w:t>
      </w:r>
    </w:p>
    <w:p>
      <w:r>
        <w:rPr>
          <w:b/>
        </w:rPr>
        <w:t xml:space="preserve">[49:21] </w:t>
      </w:r>
      <w:r>
        <w:t>God hamare creator hain, is ko hamein apna concern banana hai. to agar hum discover karein ke hum aisi zindagi hamari hai ke hum abhi tak apne creator ko apna concern na bana sake, to sochna chahiye.</w:t>
      </w:r>
    </w:p>
    <w:p>
      <w:pPr>
        <w:jc w:val="right"/>
      </w:pPr>
      <w:r>
        <w:t>گاڈ ہمارے کریٹر ہیں، اس کو ہمیں اپنا کنسرن بنانا ہے۔ تو اگر ہم ڈسکور کریں کہ ہم ایسی زندگی ہماری ہے کہ ہم ابھی تک اپنے کریٹر کو اپنا کنسرن نہ بنا سکے، تو سوچنا چاہیے۔</w:t>
      </w:r>
    </w:p>
    <w:p>
      <w:r>
        <w:rPr>
          <w:b/>
        </w:rPr>
        <w:t xml:space="preserve">[49:39] </w:t>
      </w:r>
      <w:r>
        <w:t>isi ko kaha gaya tha tauba aur study kare aadmi, aur zyada discussion kare, aur zyada</w:t>
      </w:r>
    </w:p>
    <w:p>
      <w:pPr>
        <w:jc w:val="right"/>
      </w:pPr>
      <w:r>
        <w:t>اسی کو کہا گیا تھا توبہ اور اسٹڈی کرے آدمی، اور زیادہ ڈسکشن کرے، اور زیادہ</w:t>
      </w:r>
    </w:p>
    <w:p>
      <w:r>
        <w:rPr>
          <w:b/>
        </w:rPr>
        <w:t xml:space="preserve">[49:51] </w:t>
      </w:r>
      <w:r>
        <w:t>tahqeeq kare. lekin aajib bhai ke hisab se keh raha tha ke log hote hain, aam taur par monologer, dialoguer nahin hote, yaani do tarafah baat cheet nahin kar sakte aap logon se.</w:t>
      </w:r>
    </w:p>
    <w:p>
      <w:pPr>
        <w:jc w:val="right"/>
      </w:pPr>
      <w:r>
        <w:t>تحقیق کرے۔ لیکن عاجب بھائی کے حساب سے کہہ رہا تھا کہ لوگ ہوتے ہیں، عام طور پر مونو لاگر، ڈائیلاگر نہیں ہوتے، یعنی دو طرفہ بات چیت نہیں کر سکتے آپ لوگوں سے۔</w:t>
      </w:r>
    </w:p>
    <w:p>
      <w:r>
        <w:rPr>
          <w:b/>
        </w:rPr>
        <w:t xml:space="preserve">[50:07] </w:t>
      </w:r>
      <w:r>
        <w:t>bas un ki sunte rahiye, un ki sunte rahiye, un ki sunte rahiye. to jo log monologer hon, woh to kabhi bhi sachai ko nahin paayenge.</w:t>
      </w:r>
    </w:p>
    <w:p>
      <w:pPr>
        <w:jc w:val="right"/>
      </w:pPr>
      <w:r>
        <w:t>بس ان کی سنتے رہیے، ان کی سنتے رہیے، ان کی سنتے رہیے۔ تو جو لوگ مونو لاگر ہوں، وہ تو کبھی بھی سچائی کو نہیں پائیں گے۔</w:t>
      </w:r>
    </w:p>
    <w:p>
      <w:r>
        <w:rPr>
          <w:b/>
        </w:rPr>
        <w:t xml:space="preserve">[50:20] </w:t>
      </w:r>
      <w:r>
        <w:t>monologer ko kabhi sachai nahin milegi. apna hi bolta rahega, doosre ki sune ga nahin. woh</w:t>
      </w:r>
    </w:p>
    <w:p>
      <w:pPr>
        <w:jc w:val="right"/>
      </w:pPr>
      <w:r>
        <w:t>مونو لاگر کو کبھی سچائی نہیں ملے گی۔ اپنا ہی بولتا رہے گا، دوسرے کی سنے گا نہیں۔ وہ</w:t>
      </w:r>
    </w:p>
    <w:p>
      <w:r>
        <w:rPr>
          <w:b/>
        </w:rPr>
        <w:t xml:space="preserve">[50:27] </w:t>
      </w:r>
      <w:r>
        <w:t>to mein samajhta hoon ke sab se zaroori cheez hai ke aap dialogue karein, discuss karein, sochein, research karein, aur objective mind ke sath, objective mind ke sath,</w:t>
      </w:r>
    </w:p>
    <w:p>
      <w:pPr>
        <w:jc w:val="right"/>
      </w:pPr>
      <w:r>
        <w:t>تو میں سمجھتا ہوں کہ سب سے ضروری چیز ہے کہ آپ ڈائیلاگ کریں، ڈسکس کریں، سوچیں، ریسرچ کریں، اور ابجیکٹو مائنڈ کے ساتھ، ابجیکٹو مائنڈ کے ساتھ،</w:t>
      </w:r>
    </w:p>
    <w:p>
      <w:r>
        <w:rPr>
          <w:b/>
        </w:rPr>
        <w:t xml:space="preserve">[50:42] </w:t>
      </w:r>
      <w:r>
        <w:t>aur dua karein. to yaqeeni taur par aap ko sachai ki rehnumai hasil ho jayegi Allah ki taraf se, aap ke nature ki taraf se.</w:t>
      </w:r>
    </w:p>
    <w:p>
      <w:pPr>
        <w:jc w:val="right"/>
      </w:pPr>
      <w:r>
        <w:t>اور دعا کریں۔ تو یقینی طور پر آپ کو سچائی کی رہنمائی حاصل ہو جائے گی اللہ کی طرف سے، آپ کے نیچر کی طرف سے۔</w:t>
      </w:r>
    </w:p>
    <w:p>
      <w:r>
        <w:rPr>
          <w:b/>
        </w:rPr>
        <w:t xml:space="preserve">[50:55] </w:t>
      </w:r>
      <w:r>
        <w:t>Maulana, yeh agla comment bhi hai, woh Quran request ke sath hi associated hai ke Mr. Eric ne bheja hai Wisconsin, US se: "I am Eric and I am searching for knowledge about Islam.</w:t>
      </w:r>
    </w:p>
    <w:p>
      <w:pPr>
        <w:jc w:val="right"/>
      </w:pPr>
      <w:r>
        <w:t>مولانا، یہ اگلا کمنٹ بھی ہے، وہ قرآن ریکویسٹ کے ساتھ ہی ایسوسیٹڈ ہے کہ مسٹر ایرک نے بھیجا ہے ویسکانسن، یو ایس سے: "آئی ایم ایرک اینڈ آئی ایم سرچنگ فار نالج اباؤٹ اسلام۔</w:t>
      </w:r>
    </w:p>
    <w:p>
      <w:r>
        <w:rPr>
          <w:b/>
        </w:rPr>
        <w:t xml:space="preserve">[51:09] </w:t>
      </w:r>
      <w:r>
        <w:t>I need to educate those around me because America is becoming a place of hatred. If I can prove that Islam isn't a religion of hate, maybe I can disprove the stereotypes that have been given over."</w:t>
      </w:r>
    </w:p>
    <w:p>
      <w:pPr>
        <w:jc w:val="right"/>
      </w:pPr>
      <w:r>
        <w:t>آئی نیڈ ٹو ایجوکیٹ دوز اراؤنڈ می بیکاز امریکہ از بیکمنگ ا پلیس اف ہیٹریڈ۔ اف آئی کین پروف دیٹ اسلام ازنٹ ا ریلیجن اف ہیٹ، می بی آئی کین ڈس اپروو دی سٹیریو ٹائپس دیٹ ہیو بین گیون اوے۔"</w:t>
      </w:r>
    </w:p>
    <w:p>
      <w:r>
        <w:rPr>
          <w:b/>
        </w:rPr>
        <w:t xml:space="preserve">[51:29] </w:t>
      </w:r>
      <w:r>
        <w:t>dekhein bhai, is ko nemat hai ke America jo hai, wahan hate log hateful ho gaye hain. yeh baat sahi nahin hai.</w:t>
      </w:r>
    </w:p>
    <w:p>
      <w:pPr>
        <w:jc w:val="right"/>
      </w:pPr>
      <w:r>
        <w:t>دیکھیں بھائی، اس کو نعمت ہے کہ امریکہ جو ہے، وہاں ہیٹ لوگ ہیٹ فل ہو گئے ہیں۔ یہ بات صحیح نہیں ہے۔</w:t>
      </w:r>
    </w:p>
    <w:p>
      <w:r>
        <w:rPr>
          <w:b/>
        </w:rPr>
        <w:t xml:space="preserve">[51:37] </w:t>
      </w:r>
      <w:r>
        <w:t>hate to dekhein, part of nature hai. hate to hamesha hi rehti hai, koi America ki baat nahin hai. hate is part of nature.</w:t>
      </w:r>
    </w:p>
    <w:p>
      <w:pPr>
        <w:jc w:val="right"/>
      </w:pPr>
      <w:r>
        <w:t>ہیٹ تو دیکھیں، پارٹ آف نیچر ہے۔ ہیٹ تو ہمیشہ ہی رہتی ہے، کوئی امریکہ کی بات نہیں ہے۔ ہیٹ از پارٹ آف نیچر۔</w:t>
      </w:r>
    </w:p>
    <w:p>
      <w:r>
        <w:rPr>
          <w:b/>
        </w:rPr>
        <w:t xml:space="preserve">[51:49] </w:t>
      </w:r>
      <w:r>
        <w:t>to hate ke hote hue hamein apna kaam karna parta hai.</w:t>
      </w:r>
    </w:p>
    <w:p>
      <w:pPr>
        <w:jc w:val="right"/>
      </w:pPr>
      <w:r>
        <w:t>تو ہیٹ کے ہوتے ہوئے ہمیں اپنا کام کرنا پڑتا ہے۔</w:t>
      </w:r>
    </w:p>
    <w:p>
      <w:r>
        <w:rPr>
          <w:b/>
        </w:rPr>
        <w:t xml:space="preserve">[51:53] </w:t>
      </w:r>
      <w:r>
        <w:t>dekhein, hate ka mamla yeh hai ke agar aap is ko activate na karein, hate hamesha rehti hai dormant position mein, dormant soyi hui.</w:t>
      </w:r>
    </w:p>
    <w:p>
      <w:pPr>
        <w:jc w:val="right"/>
      </w:pPr>
      <w:r>
        <w:t>دیکھیں، ہیٹ کا معاملہ یہ ہے کہ اگر آپ اس کو ایکٹیویٹ نہ کریں، ہیٹ ہمیشہ رہتی ہے ڈائمنڈ پوزیشن میں، ڈائمنڈ سوئی ہوئی۔</w:t>
      </w:r>
    </w:p>
    <w:p>
      <w:r>
        <w:rPr>
          <w:b/>
        </w:rPr>
        <w:t xml:space="preserve">[52:05] </w:t>
      </w:r>
      <w:r>
        <w:t>hate koi bharkta hua angara nahin hai, woh raakh mein chupi hua angara hai.</w:t>
      </w:r>
    </w:p>
    <w:p>
      <w:pPr>
        <w:jc w:val="right"/>
      </w:pPr>
      <w:r>
        <w:t>ہیٹ کوئی بھڑکتا ہوا انگارہ نہیں ہے، وہ راکھ میں چھپی ہوا انگارہ ہے۔</w:t>
      </w:r>
    </w:p>
    <w:p>
      <w:r>
        <w:rPr>
          <w:b/>
        </w:rPr>
        <w:t xml:space="preserve">[52:14] </w:t>
      </w:r>
      <w:r>
        <w:t>hate jo hai, bharkta hua angara nahin hai, balkeh raakh mein chupa hua hai. aap is ko mat bharkaiye to apni jagah par rahega, waisi ki waisi.</w:t>
      </w:r>
    </w:p>
    <w:p>
      <w:pPr>
        <w:jc w:val="right"/>
      </w:pPr>
      <w:r>
        <w:t>ہیٹ جو ہے، بھڑکتا ہوا انگارہ نہیں ہے، بلکہ راکھ چھپا ہوا ہے۔ آپ اس کو مت بھڑکائیے تو اپنی جگہ پر رہے گا، ویسی کی ویسی۔</w:t>
      </w:r>
    </w:p>
    <w:p>
      <w:r>
        <w:rPr>
          <w:b/>
        </w:rPr>
        <w:t xml:space="preserve">[52:28] </w:t>
      </w:r>
      <w:r>
        <w:t>hamare saathi dekhe jaate hain har mazhab ke logon ke darmiyan, har mazhab ke logon ke darmiyan. to wahan kisi ko bharkate nahin hain, woh to woh normal tareeqe se wahan woh kaam</w:t>
      </w:r>
    </w:p>
    <w:p>
      <w:pPr>
        <w:jc w:val="right"/>
      </w:pPr>
      <w:r>
        <w:t>ہمارے ساتھی دیکھے جاتے ہیں ہر مذہب کے لوگوں کے درمیان، ہر مذہب کے لوگوں کے درمیان۔ تو وہاں کسی کو بھڑکاتے نہیں ہیں، وہ تو وہ نارمل طریقے سے وہاں وہ کام</w:t>
      </w:r>
    </w:p>
    <w:p>
      <w:r>
        <w:rPr>
          <w:b/>
        </w:rPr>
        <w:t xml:space="preserve">[52:41] </w:t>
      </w:r>
      <w:r>
        <w:t>kar rahe hain. abhi subah mere paas telephone aaya aik sahib ka, aik bare sheher se telephone aaya ke wahan par aik aik aik meeting thi jis mein police officer, sab pure state ke police officer wahan maujood thay,</w:t>
      </w:r>
    </w:p>
    <w:p>
      <w:pPr>
        <w:jc w:val="right"/>
      </w:pPr>
      <w:r>
        <w:t>کر رہے ہیں۔ ابھی صبح میرے پاس ٹیلی فون آیا ایک صاحب کا، ایک بڑے شہر سے ٹیلی فون آیا کہ وہاں پر ایک ایک ایک میٹنگ تھی جس میں پولیس افسر، سب پورے اسٹیٹ کے پولیس افسر وہاں موجود تھے،</w:t>
      </w:r>
    </w:p>
    <w:p>
      <w:r>
        <w:rPr>
          <w:b/>
        </w:rPr>
        <w:t xml:space="preserve">[52:57] </w:t>
      </w:r>
      <w:r>
        <w:t>woh minister bhi aaye hue thay. to bataya ke wahan par sakht security thi, kisi ko jaane ki ijazat nahin thi. hum wahan pohanche</w:t>
      </w:r>
    </w:p>
    <w:p>
      <w:pPr>
        <w:jc w:val="right"/>
      </w:pPr>
      <w:r>
        <w:t>وہ منسٹر بھی آئے ہوئے تھے۔ تو بتایا کہ وہاں پر سخت سیکیورٹی تھی، کسی کو جانے کی اجازت نہیں تھی۔ ہم وہاں پہنچے</w:t>
      </w:r>
    </w:p>
    <w:p>
      <w:r>
        <w:rPr>
          <w:b/>
        </w:rPr>
        <w:t xml:space="preserve">[53:09] </w:t>
      </w:r>
      <w:r>
        <w:t>to unhon ne kaha ke kya purpose hai aap ka? unhon ne kaha ke dekhein, yeh Quran hai, hum logon ko dena chahein. to unhon ne kaha jaiye, jaiye, jaiye. halankeh woh police officer thay, aap sab ke sab aur non-muslim thay.</w:t>
      </w:r>
    </w:p>
    <w:p>
      <w:pPr>
        <w:jc w:val="right"/>
      </w:pPr>
      <w:r>
        <w:t>تو انہوں نے کہا کہ کیا پرپس ہے آپ کا؟ انہوں نے کہا کہ دیکھیں، یہ قرآن ہے، ہم لوگوں کو دینا چاہیں۔ تو انہوں نے کہا جائیے، جائیے، جائیے۔ حالانکہ وہ پولیس افسر تھے، آپ سب کے سب اور نان مسلم تھے۔</w:t>
      </w:r>
    </w:p>
    <w:p>
      <w:r>
        <w:rPr>
          <w:b/>
        </w:rPr>
        <w:t xml:space="preserve">[53:23] </w:t>
      </w:r>
      <w:r>
        <w:t>mein samajhta hoon ke aadmi ke andar jo ego hai ya hate hai ya koi bhi negative thought hai, woh hamesha rehta hai dormant position mein, soyi hui halat mein.</w:t>
      </w:r>
    </w:p>
    <w:p>
      <w:pPr>
        <w:jc w:val="right"/>
      </w:pPr>
      <w:r>
        <w:t>میں سمجھتا ہوں کہ آدمی کے اندر جو ایگو ہے یا ہیٹ ہے یا کوئی بھی نیگیٹیو تھاٹ ہے، وہ ہمیشہ رہتا ہے ڈائمنڈ پوزیشن میں، سوئی ہوئی حالت میں۔</w:t>
      </w:r>
    </w:p>
    <w:p>
      <w:r>
        <w:rPr>
          <w:b/>
        </w:rPr>
        <w:t xml:space="preserve">[53:36] </w:t>
      </w:r>
      <w:r>
        <w:t>bas is ko bharkaiye mat.</w:t>
      </w:r>
    </w:p>
    <w:p>
      <w:pPr>
        <w:jc w:val="right"/>
      </w:pPr>
      <w:r>
        <w:t>بس اس کو بھڑکائیے مت۔</w:t>
      </w:r>
    </w:p>
    <w:p>
      <w:r>
        <w:rPr>
          <w:b/>
        </w:rPr>
        <w:t xml:space="preserve">[53:39] </w:t>
      </w:r>
      <w:r>
        <w:t>aaj kal jo musalman jagah jagah musalmanon ke sath jo sulook ho raha hai, jis par shikayat karte hain, woh main samajhta hoon ke har jagah unhon ne aap bul mujhe bahar ki policy chala rakhi hai.</w:t>
      </w:r>
    </w:p>
    <w:p>
      <w:pPr>
        <w:jc w:val="right"/>
      </w:pPr>
      <w:r>
        <w:t>آج کل جو مسلمان جگہ جگہ مسلمانوں کے ساتھ جو سلوک ہو رہا ہے، جس پر شکایت کرتے ہیں، وہ میں سمجھتا ہوں کہ ہر جگہ انہوں نے آپ بل مجھے باہر کی پالیسی چلا رکھی ہے۔</w:t>
      </w:r>
    </w:p>
    <w:p>
      <w:r>
        <w:rPr>
          <w:b/>
        </w:rPr>
        <w:t xml:space="preserve">[53:50] </w:t>
      </w:r>
      <w:r>
        <w:t>aap bul mujhe bahar, yaani khwamkhwah logon ko bharkana. jab bharkayenge to bhark uthega, woh jab tak aap na bharkaiye, tab tak kuch nahi hai.</w:t>
      </w:r>
    </w:p>
    <w:p>
      <w:pPr>
        <w:jc w:val="right"/>
      </w:pPr>
      <w:r>
        <w:t>آپ بل مجھے باہر، یعنی خوامخواہ لوگوں کو بھڑکانا۔ جب بھڑکائیں گے تو بھڑک اٹھے گا، وہ جب تک آپ نہ بھڑکائیے، تب تک کچھ نہیں ہے۔</w:t>
      </w:r>
    </w:p>
    <w:p>
      <w:r>
        <w:rPr>
          <w:b/>
        </w:rPr>
        <w:t xml:space="preserve">[54:05] </w:t>
      </w:r>
      <w:r>
        <w:t>mera tajurba zindagi bhar ka yahi hai ke koi aadmi duniya mein aisa nahi hai jo mera dushman ho. koi aadmi aisa nahi.</w:t>
      </w:r>
    </w:p>
    <w:p>
      <w:pPr>
        <w:jc w:val="right"/>
      </w:pPr>
      <w:r>
        <w:t>میرا تجربہ زندگی بھر کا یہی ہے کہ کوئی آدمی دنیا میں ایسا نہیں ہے جو میرا دشمن ہو۔ کوئی آدمی ایسا نہیں۔</w:t>
      </w:r>
    </w:p>
    <w:p>
      <w:r>
        <w:rPr>
          <w:b/>
        </w:rPr>
        <w:t xml:space="preserve">[54:16] </w:t>
      </w:r>
      <w:r>
        <w:t>isi dili ka waqia batata hoon main aap ko. jab main rehta tha wahan jameed building mein to sham ka waqt tha, maghrib baad ka.</w:t>
      </w:r>
    </w:p>
    <w:p>
      <w:pPr>
        <w:jc w:val="right"/>
      </w:pPr>
      <w:r>
        <w:t>اسی دلی کا واقعہ بتاتا ہوں میں آپ کو۔ جب میں رہتا تھا وہاں جمید بلڈنگ میں تو شام کا وقت تھا، مغرب بعد کا۔</w:t>
      </w:r>
    </w:p>
    <w:p>
      <w:r>
        <w:rPr>
          <w:b/>
        </w:rPr>
        <w:t xml:space="preserve">[54:28] </w:t>
      </w:r>
      <w:r>
        <w:t>ek shakhs mere paas aaya, woh hindu tha.</w:t>
      </w:r>
    </w:p>
    <w:p>
      <w:pPr>
        <w:jc w:val="right"/>
      </w:pPr>
      <w:r>
        <w:t>ایک شخص میرے پاس آیا، وہ ہندو تھا۔</w:t>
      </w:r>
    </w:p>
    <w:p>
      <w:r>
        <w:rPr>
          <w:b/>
        </w:rPr>
        <w:t xml:space="preserve">[54:31] </w:t>
      </w:r>
      <w:r>
        <w:t>us ne kaha ke hum ne apne haan ek jalsa rakha tha aur ek molvi sahib ko wahan le jana tha. woh unhon ne kaha tha ke hum chalenge, un ko lene ke liye aaya tha.</w:t>
      </w:r>
    </w:p>
    <w:p>
      <w:pPr>
        <w:jc w:val="right"/>
      </w:pPr>
      <w:r>
        <w:t>اس نے کہا کہ ہم نے اپنے ہاں ایک جلسہ رکھا تھا اور ایک مولوی صاحب کو وہاں لے جانا تھا۔ وہ انہوں نے کہا تھا کہ ہم چلیں گے، ان کو لینے کے لیے آیا تھا۔</w:t>
      </w:r>
    </w:p>
    <w:p>
      <w:r>
        <w:rPr>
          <w:b/>
        </w:rPr>
        <w:t xml:space="preserve">[54:42] </w:t>
      </w:r>
      <w:r>
        <w:t>main woh purane dilli mein rehte the, woh molvi sahib, ab un ka intqaal ho gaya hai, un ki death ho gayi hai. to unhon ne inkar kar diya kyunke wahan se khabar aayi ke wahan hindu muslim fasad ka dar hai.</w:t>
      </w:r>
    </w:p>
    <w:p>
      <w:pPr>
        <w:jc w:val="right"/>
      </w:pPr>
      <w:r>
        <w:t>میں وہ پرانے دلی میں رہتے تھے، وہ مولوی صاحب، اب ان کا انتقال ہو گیا ہے، ان کی ڈیتھ ہو گئی ہے۔ تو انہوں نے انکار کر دیا کیونکہ وہاں سے خبر آئی کہ وہاں ہندو مسلم فساد کا ڈر ہے۔</w:t>
      </w:r>
    </w:p>
    <w:p>
      <w:r>
        <w:rPr>
          <w:b/>
        </w:rPr>
        <w:t xml:space="preserve">[54:56] </w:t>
      </w:r>
      <w:r>
        <w:t>kisi ne molana sahib se keh diya ke wahan par hindu muslim muslim fasad ka dar hai. to unhon ne kaha ke bhai, main main nahi jaunga wahan par.</w:t>
      </w:r>
    </w:p>
    <w:p>
      <w:pPr>
        <w:jc w:val="right"/>
      </w:pPr>
      <w:r>
        <w:t>کسی نے مولانا صاحب سے کہہ دیا کہ وہاں پر ہندو مسلم مسلم فساد کا ڈر ہے۔ تو انہوں نے کہا کہ بھئی، میں میں نہیں جاؤں گا وہاں پر۔</w:t>
      </w:r>
    </w:p>
    <w:p>
      <w:r>
        <w:rPr>
          <w:b/>
        </w:rPr>
        <w:t xml:space="preserve">[55:07] </w:t>
      </w:r>
      <w:r>
        <w:t>to main razi ho gaya ke main chalta hoon. jab main chala, us waqt maghrib baad ka waqt tha, yaani andhera ho chuka tha. to mujhe mehsoos hua ke mere peeche kuch chal raha hai.</w:t>
      </w:r>
    </w:p>
    <w:p>
      <w:pPr>
        <w:jc w:val="right"/>
      </w:pPr>
      <w:r>
        <w:t>تو میں راضی ہو گیا کہ میں چلتا ہوں۔ جب میں چلا، اس وقت مغرب بعد کا وقت تھا، یعنی اندھیرا ہو چکا تھا۔ تو مجھے محسوس ہوا کہ میرے پیچھے کچھ چل رہا ہے۔</w:t>
      </w:r>
    </w:p>
    <w:p>
      <w:r>
        <w:rPr>
          <w:b/>
        </w:rPr>
        <w:t xml:space="preserve">[55:19] </w:t>
      </w:r>
      <w:r>
        <w:t>to do ladke mere peeche chal rahe the,</w:t>
      </w:r>
    </w:p>
    <w:p>
      <w:pPr>
        <w:jc w:val="right"/>
      </w:pPr>
      <w:r>
        <w:t>تو دو لڑکے میرے پیچھے چل رہے تھے،</w:t>
      </w:r>
    </w:p>
    <w:p>
      <w:r>
        <w:rPr>
          <w:b/>
        </w:rPr>
        <w:t xml:space="preserve">[55:22] </w:t>
      </w:r>
      <w:r>
        <w:t>woh the anis aur raees. do ladke wahan raha karte the, woh mujh se aate jate the, mere paas mujh se taluq tha un ko.</w:t>
      </w:r>
    </w:p>
    <w:p>
      <w:pPr>
        <w:jc w:val="right"/>
      </w:pPr>
      <w:r>
        <w:t>وہ تھے انیس اور رئیس۔ دو لڑکے وہاں رہا کرتے تھے، وہ مجھ سے آتے جاتے تھے، میرے پاس مجھ سے تعلق تھا ان کو۔</w:t>
      </w:r>
    </w:p>
    <w:p>
      <w:r>
        <w:rPr>
          <w:b/>
        </w:rPr>
        <w:t xml:space="preserve">[55:32] </w:t>
      </w:r>
      <w:r>
        <w:t>to main ne kaha, aap log kahan ja rahe hain? to unhon ne kaha ke wahan kuch ho jaye to aap ko to us ke liye hum chal rahe hain, hamari safety ke liye, security ke liye.</w:t>
      </w:r>
    </w:p>
    <w:p>
      <w:pPr>
        <w:jc w:val="right"/>
      </w:pPr>
      <w:r>
        <w:t>تو میں نے کہا، آپ لوگ کہاں جا رہے ہیں؟ تو انہوں نے کہا کہ وہاں کچھ ہو جائے تو آپ کو تو اس کے لیے ہم چل رہے ہیں، ہماری سیفٹی کے لیے، سیکیورٹی کے لیے۔</w:t>
      </w:r>
    </w:p>
    <w:p>
      <w:r>
        <w:rPr>
          <w:b/>
        </w:rPr>
        <w:t xml:space="preserve">[55:43] </w:t>
      </w:r>
      <w:r>
        <w:t>main ne kaha nahi, aap logon ko jane ki zaroorat</w:t>
      </w:r>
    </w:p>
    <w:p>
      <w:pPr>
        <w:jc w:val="right"/>
      </w:pPr>
      <w:r>
        <w:t>میں نے کہا نہیں، آپ لوگوں کو جانے کی ضرورت</w:t>
      </w:r>
    </w:p>
    <w:p>
      <w:r>
        <w:rPr>
          <w:b/>
        </w:rPr>
        <w:t xml:space="preserve">[55:45] </w:t>
      </w:r>
      <w:r>
        <w:t>nahi. main zabardasti unhein rok diya, jaiye aap. aur isi an, isi hindu ke sath jis se meri koi jaan na pehchan, kuch bhi nahi.</w:t>
      </w:r>
    </w:p>
    <w:p>
      <w:pPr>
        <w:jc w:val="right"/>
      </w:pPr>
      <w:r>
        <w:t>نہیں۔ میں زبردستی انہیں روک دیا، جائیے آپ۔ اور اسی ان، اسی ہندو کے ساتھ جس سے میری کوئی جان نہ پہچان، کچھ بھی نہیں۔</w:t>
      </w:r>
    </w:p>
    <w:p>
      <w:r>
        <w:rPr>
          <w:b/>
        </w:rPr>
        <w:t xml:space="preserve">[55:54] </w:t>
      </w:r>
      <w:r>
        <w:t>aur jana tha najaf garh, bilkul pehchan nahi thi un se. to unhi ke sath main bus par le gaya, mujh ko woh najaf garh gaya.</w:t>
      </w:r>
    </w:p>
    <w:p>
      <w:pPr>
        <w:jc w:val="right"/>
      </w:pPr>
      <w:r>
        <w:t>اور جانا تھا نجف گڑھ، بالکل پہچان نہیں تھی ان سے۔ تو انہی کے ساتھ میں بس پر لے گیا، مجھ کو وہ نجف گڑھ گیا۔</w:t>
      </w:r>
    </w:p>
    <w:p>
      <w:r>
        <w:rPr>
          <w:b/>
        </w:rPr>
        <w:t xml:space="preserve">[56:05] </w:t>
      </w:r>
      <w:r>
        <w:t>gaya main wahan par, ek kuch log aktha hue the, wahan kuch main ne taqreer ki aur raat guzari wahan aur subah wapas aaya.</w:t>
      </w:r>
    </w:p>
    <w:p>
      <w:pPr>
        <w:jc w:val="right"/>
      </w:pPr>
      <w:r>
        <w:t>گیا میں وہاں پر، ایک کچھ لوگ اکٹھا ہوئے تھے، وہاں کچھ میں نے تقریر کی اور رات گزاری وہاں اور صبح واپس آیا۔</w:t>
      </w:r>
    </w:p>
    <w:p>
      <w:r>
        <w:rPr>
          <w:b/>
        </w:rPr>
        <w:t xml:space="preserve">[56:16] </w:t>
      </w:r>
      <w:r>
        <w:t>to main ne un bachon se kaha tha jo mere sath the, mere sath kaha ke mere dil mein kisi ke khilaf koi heat hai hi nahi. to dusra kyun mujhe heat karega? mere dil mein kisi ke khilaf koi bura khayal hai hi nahi.</w:t>
      </w:r>
    </w:p>
    <w:p>
      <w:pPr>
        <w:jc w:val="right"/>
      </w:pPr>
      <w:r>
        <w:t>تو میں نے ان بچوں سے کہا تھا جو میرے ساتھ تھے، میرے ساتھ کہا کہ میرے دل میں کسی کے خلاف کوئی ہیٹ ہے ہی نہیں۔ تو دوسرا کیوں مجھے ہیٹ کرے گا؟ میرے دل میں کسی کے خلاف کوئی برا خیال ہے ہی نہیں۔</w:t>
      </w:r>
    </w:p>
    <w:p>
      <w:r>
        <w:rPr>
          <w:b/>
        </w:rPr>
        <w:t xml:space="preserve">[56:29] </w:t>
      </w:r>
      <w:r>
        <w:t>dusra kyun mere khilaf bura khayal karega?</w:t>
      </w:r>
    </w:p>
    <w:p>
      <w:pPr>
        <w:jc w:val="right"/>
      </w:pPr>
      <w:r>
        <w:t>دوسرا کیوں میرے خلاف برا خیال کرے گا؟</w:t>
      </w:r>
    </w:p>
    <w:p>
      <w:r>
        <w:rPr>
          <w:b/>
        </w:rPr>
        <w:t xml:space="preserve">[56:32] </w:t>
      </w:r>
      <w:r>
        <w:t>mujhe to main ne un se kaha ke apne apne ko dekhiye, yeh mat dekhiye ke wahan koi aap ka dushman hai, apne ko dekhiye. agar aap ke andar kisi ke khilaf heat nahi hai to koi aap se heat karne wala nahi hai.</w:t>
      </w:r>
    </w:p>
    <w:p>
      <w:pPr>
        <w:jc w:val="right"/>
      </w:pPr>
      <w:r>
        <w:t>مجھے تو میں نے ان سے کہا کہ اپنے اپنے کو دیکھیے، یہ مت دیکھیے کہ وہاں کوئی آپ کا دشمن ہے، اپنے کو دیکھیے۔ اگر آپ کے اندر کسی کے خلاف ہیٹ نہیں ہے تو کوئی آپ سے ہیٹ کرنے والا نہیں ہے۔</w:t>
      </w:r>
    </w:p>
    <w:p>
      <w:r>
        <w:rPr>
          <w:b/>
        </w:rPr>
        <w:t xml:space="preserve">[56:46] </w:t>
      </w:r>
      <w:r>
        <w:t>mera yahi philosophy hai aur meri zindagi isi tareeqe se guzri hai, ab bhi guzar rahi hai, Allah ke fazal se.</w:t>
      </w:r>
    </w:p>
    <w:p>
      <w:pPr>
        <w:jc w:val="right"/>
      </w:pPr>
      <w:r>
        <w:t>میرا یہی فلسفہ ہے اور میری زندگی اسی طریقے سے گزری ہے، اب بھی گزر رہی ہے، اللہ کے فضل سے۔</w:t>
      </w:r>
    </w:p>
    <w:p>
      <w:r>
        <w:rPr>
          <w:b/>
        </w:rPr>
        <w:t xml:space="preserve">[56:55] </w:t>
      </w:r>
      <w:r>
        <w:t>molana, yeh agla question aaya hai doctor farida khanoom ka new delhi se</w:t>
      </w:r>
    </w:p>
    <w:p>
      <w:pPr>
        <w:jc w:val="right"/>
      </w:pPr>
      <w:r>
        <w:t>مولانا، یہ اگلا کوسچن آیا ہے ڈاکٹر فریدہ خانم کا نیو دہلی سے</w:t>
      </w:r>
    </w:p>
    <w:p>
      <w:r>
        <w:rPr>
          <w:b/>
        </w:rPr>
        <w:t xml:space="preserve">[57:01] </w:t>
      </w:r>
      <w:r>
        <w:t>: "Why are Muslims not able to run English magazines successfully?"</w:t>
      </w:r>
    </w:p>
    <w:p>
      <w:pPr>
        <w:jc w:val="right"/>
      </w:pPr>
      <w:r>
        <w:t>: "وائی آر مسلمز ناٹ ایبل ٹو رن انگلش میگزین سکسیس فلی؟"</w:t>
      </w:r>
    </w:p>
    <w:p>
      <w:r>
        <w:rPr>
          <w:b/>
        </w:rPr>
        <w:t xml:space="preserve">[57:11] </w:t>
      </w:r>
      <w:r>
        <w:t>haan, dekhen, aaj kal bohat se article chhape hain is mein kyunke india mein musalmanon ne bohat se inglish magzeen nikale, sab band hue, band hue.</w:t>
      </w:r>
    </w:p>
    <w:p>
      <w:pPr>
        <w:jc w:val="right"/>
      </w:pPr>
      <w:r>
        <w:t>ہاں، دیکھیں، آج کل بہت سے آرٹیکل چھپے ہیں اس میں کیونکہ انڈیا میں مسلمانوں نے بہت سے انگلش میگزین نکالے، سب بند ہوئے، بند ہوئے۔</w:t>
      </w:r>
    </w:p>
    <w:p>
      <w:r>
        <w:rPr>
          <w:b/>
        </w:rPr>
        <w:t xml:space="preserve">[57:23] </w:t>
      </w:r>
      <w:r>
        <w:t>ek do jo chal raha hai to woh bhi koi chalna nahi kaha jayega kyunke leadership bohat hi kam, leadership bohat hi kam.</w:t>
      </w:r>
    </w:p>
    <w:p>
      <w:pPr>
        <w:jc w:val="right"/>
      </w:pPr>
      <w:r>
        <w:t>ایک دو جو چل رہا ہے تو وہ بھی کوئی چلنا نہیں کہا جائے گا کیونکہ لیڈرشپ بہت ہی کم، لیڈرشپ بہت ہی کم۔</w:t>
      </w:r>
    </w:p>
    <w:p>
      <w:r>
        <w:rPr>
          <w:b/>
        </w:rPr>
        <w:t xml:space="preserve">[57:32] </w:t>
      </w:r>
      <w:r>
        <w:t>to kiya wajah hai ke koi musalmanon ka magazine english mein chal nahin pata? ya to band ho gaya ya chal raha hai to is ki koi leadership nahin.</w:t>
      </w:r>
    </w:p>
    <w:p>
      <w:pPr>
        <w:jc w:val="right"/>
      </w:pPr>
      <w:r>
        <w:t>تو کیا وجہ ہے کہ کوئی مسلمانوں کا میگزین انگلش میں چل نہیں پاتا؟ یا تو بند ہو گیا یا چل رہا ہے تو اس کی کوئی لیڈرشپ نہیں۔</w:t>
      </w:r>
    </w:p>
    <w:p>
      <w:r>
        <w:rPr>
          <w:b/>
        </w:rPr>
        <w:t xml:space="preserve">[57:47] </w:t>
      </w:r>
      <w:r>
        <w:t>is ki wajah mein ne dekhi wahi hai jo kamal, is is bohat is is topic par ek sahib ka ek article chha hai, un ka naam hai kamal khwaja.</w:t>
      </w:r>
    </w:p>
    <w:p>
      <w:pPr>
        <w:jc w:val="right"/>
      </w:pPr>
      <w:r>
        <w:t>اس کی وجہ میں نے دیکھی وہی ہے جو کمال، اس اس بہت اس اس ٹاپک پر ایک صاحب کا ایک آرٹیکل چھپا ہے، ان کا نام ہے کمال خواجہ۔</w:t>
      </w:r>
    </w:p>
    <w:p>
      <w:r>
        <w:rPr>
          <w:b/>
        </w:rPr>
        <w:t xml:space="preserve">[57:58] </w:t>
      </w:r>
      <w:r>
        <w:t>woh america mein rehte hain,</w:t>
      </w:r>
    </w:p>
    <w:p>
      <w:pPr>
        <w:jc w:val="right"/>
      </w:pPr>
      <w:r>
        <w:t>وہ امریکہ میں رہتے ہیں،</w:t>
      </w:r>
    </w:p>
    <w:p>
      <w:r>
        <w:rPr>
          <w:b/>
        </w:rPr>
        <w:t xml:space="preserve">[58:02] </w:t>
      </w:r>
      <w:r>
        <w:t>america mein settle ho gaye hain lekin is isi topic par ek article unhon ne likha english mein, woh chha chuka hai.</w:t>
      </w:r>
    </w:p>
    <w:p>
      <w:pPr>
        <w:jc w:val="right"/>
      </w:pPr>
      <w:r>
        <w:t>امریکہ میں سیٹل ہو گئے ہیں لیکن اس اسی ٹاپک پر ایک آرٹیکل انہوں نے لکھا انگلش میں، وہ چھپ چکا ہے۔</w:t>
      </w:r>
    </w:p>
    <w:p>
      <w:r>
        <w:rPr>
          <w:b/>
        </w:rPr>
        <w:t xml:space="preserve">[58:11] </w:t>
      </w:r>
      <w:r>
        <w:t>is mein unhon ne bohat sahi baat kahi hai ke ab musalmanon ke jo magazine english mein nikle, us waqt se le kar jo jo unhon ne muhammad ali johar ne nikala tha, comrade, tab se ab tak jitne nikle hain, woh sab complaint magazine hote hain.</w:t>
      </w:r>
    </w:p>
    <w:p>
      <w:pPr>
        <w:jc w:val="right"/>
      </w:pPr>
      <w:r>
        <w:t>اس میں انہوں نے بہت صحیح بات کہی ہے کہ اب مسلمانوں کے جو میگزین انگلش میں نکلے، اس وقت سے لے کر جو جو انہوں نے محمد علی جوہر نے نکالا تھا، کامریڈ، تب سے اب تک جتنے نکلے ہیں، وہ سب کمپلینٹ میگزین ہوتے ہیں۔</w:t>
      </w:r>
    </w:p>
    <w:p>
      <w:r>
        <w:rPr>
          <w:b/>
        </w:rPr>
        <w:t xml:space="preserve">[58:32] </w:t>
      </w:r>
      <w:r>
        <w:t>yeh in ka lafz nahin hai, mera lafz hai, protest magazine, complaint magazine.</w:t>
      </w:r>
    </w:p>
    <w:p>
      <w:pPr>
        <w:jc w:val="right"/>
      </w:pPr>
      <w:r>
        <w:t>یہ ان کا لفظ نہیں ہے، میرا لفظ ہے، پروٹیسٹ میگزین، کمپلینٹ میگزین۔</w:t>
      </w:r>
    </w:p>
    <w:p>
      <w:r>
        <w:rPr>
          <w:b/>
        </w:rPr>
        <w:t xml:space="preserve">[58:37] </w:t>
      </w:r>
      <w:r>
        <w:t>bas musalmanon par zulm ho raha hai, musalmanon par sataya ja raha hai, musalman under siege, ab yahi sab rehta hai is ke andar. to unhon ne kaha ke musalmanon ko kuch creative cheez do,</w:t>
      </w:r>
    </w:p>
    <w:p>
      <w:pPr>
        <w:jc w:val="right"/>
      </w:pPr>
      <w:r>
        <w:t>بس مسلمانوں پر ظلم ہو رہا ہے، مسلمانوں پر ستایا جا رہا ہے، مسلمان انڈر سیج، اب یہی سب رہتا ہے اس کے اندر۔ تو انہوں نے کہا کہ مسلمانوں کو کچھ کریٹیو چیز دو،</w:t>
      </w:r>
    </w:p>
    <w:p>
      <w:r>
        <w:rPr>
          <w:b/>
        </w:rPr>
        <w:t xml:space="preserve">[58:52] </w:t>
      </w:r>
      <w:r>
        <w:t>duniya taraqqi kar rahi hai to musalmanon ko batao ke hum kaise taraqqi karein.</w:t>
      </w:r>
    </w:p>
    <w:p>
      <w:pPr>
        <w:jc w:val="right"/>
      </w:pPr>
      <w:r>
        <w:t>دنیا ترقی کر رہی ہے تو مسلمانوں کو بتاؤ کہ ہم کیسے ترقی کریں۔</w:t>
      </w:r>
    </w:p>
    <w:p>
      <w:r>
        <w:rPr>
          <w:b/>
        </w:rPr>
        <w:t xml:space="preserve">[58:57] </w:t>
      </w:r>
      <w:r>
        <w:t>kuch aisi cheez do jis mein musalmanon ko kuch hope dikhai de, kuch un ko lage ke hum bhi kuch duniya mein apni jagah pa sakte hain.</w:t>
      </w:r>
    </w:p>
    <w:p>
      <w:pPr>
        <w:jc w:val="right"/>
      </w:pPr>
      <w:r>
        <w:t>کچھ ایسی چیز دو جس میں مسلمانوں کو کچھ ہوپ دکھائی دے، کچھ ان کو لگے کہ ہم بھی کچھ دنیا میں اپنی جگہ پا سکتے ہیں۔</w:t>
      </w:r>
    </w:p>
    <w:p>
      <w:r>
        <w:rPr>
          <w:b/>
        </w:rPr>
        <w:t xml:space="preserve">[59:08] </w:t>
      </w:r>
      <w:r>
        <w:t>yeh mera alfaaz hai, un ko in ka gist hai yeh. to jitne parche nikle, sab ke sab shikayat nama the. abhi bhi koi parcha agar zinda hai to shikayat nama hi hai, naam chahe kuch bhi ho lekin sab shikayat nama, shikayat nama, zulm ki dastan.</w:t>
      </w:r>
    </w:p>
    <w:p>
      <w:pPr>
        <w:jc w:val="right"/>
      </w:pPr>
      <w:r>
        <w:t>یہ میرا الفاظ ہے، ان کو ان کا جسٹ ہے یہ۔ تو جتنے پرچے نکلے، سب کے سب شکایت نامہ تھے۔ ابھی بھی کوئی پرچہ اگر زندہ ہے تو شکایت نامہ ہی ہے، نام چاہے کچھ بھی ہو لیکن سب شکایت نامہ، شکایت نامہ، ظلم کی داستان۔</w:t>
      </w:r>
    </w:p>
    <w:p>
      <w:r>
        <w:rPr>
          <w:b/>
        </w:rPr>
        <w:t xml:space="preserve">[59:28] </w:t>
      </w:r>
      <w:r>
        <w:t>to aaj ka jo musalman hai, is paas dekh raha hai ke log taraqqi kar rahe hain, hari jan taraqqi kar rahe hain, dili taraqqi kar rahe hain, sikh taraqqi kar rahe hain.</w:t>
      </w:r>
    </w:p>
    <w:p>
      <w:pPr>
        <w:jc w:val="right"/>
      </w:pPr>
      <w:r>
        <w:t>تو آج کا جو مسلمان ہے، اس پاس دیکھ رہا ہے کہ لوگ ترقی کر رہے ہیں، ہری جان ترقی کر رہے ہیں، دلی ترقی کر رہے ہیں، سکھ ترقی کر رہے ہیں۔</w:t>
      </w:r>
    </w:p>
    <w:p>
      <w:r>
        <w:rPr>
          <w:b/>
        </w:rPr>
        <w:t xml:space="preserve">[59:38] </w:t>
      </w:r>
      <w:r>
        <w:t>humein, hum, humein, humein, hamari kya musibat hai ke hum taraqqi nahin karein ge? to woh taraqqi ki taraf rasta dhoondh raha hai, aap is ko taraqqi bataiye.</w:t>
      </w:r>
    </w:p>
    <w:p>
      <w:pPr>
        <w:jc w:val="right"/>
      </w:pPr>
      <w:r>
        <w:t>ہمیں، ہم، ہمیں، ہمیں، ہماری کیا مصیبت ہے کہ ہم ترقی نہیں کریں گے؟ تو وہ ترقی کی طرف راستہ ڈھونڈ رہا ہے، آپ اس کو ترقی بتائیے۔</w:t>
      </w:r>
    </w:p>
    <w:p>
      <w:r>
        <w:rPr>
          <w:b/>
        </w:rPr>
        <w:t xml:space="preserve">[59:49] </w:t>
      </w:r>
      <w:r>
        <w:t>jaise ke mein, mein kya karta hoon, mere paas jo log aate hain, mein kehta hoon ke yahi jo naboodi newast colony hai, yeh bata rahi hai ke aap ko karna kya chahiye.</w:t>
      </w:r>
    </w:p>
    <w:p>
      <w:pPr>
        <w:jc w:val="right"/>
      </w:pPr>
      <w:r>
        <w:t>جیسے کہ میں، میں کیا کرتا ہوں، میرے پاس جو لوگ آتے ہیں، میں کہتا ہوں کہ یہی جو نابودی نیوست کالونی ہے، یہ بتا رہی ہے کہ آپ کو کرنا کیا چاہیے۔</w:t>
      </w:r>
    </w:p>
    <w:p>
      <w:r>
        <w:rPr>
          <w:b/>
        </w:rPr>
        <w:t xml:space="preserve">[1:00:00] </w:t>
      </w:r>
      <w:r>
        <w:t>mein ne kaha yeh colony jab bani thi partition ke baad to yahan sab ke sab hindu the. aaj majority haan musalmanon ki hai.</w:t>
      </w:r>
    </w:p>
    <w:p>
      <w:pPr>
        <w:jc w:val="right"/>
      </w:pPr>
      <w:r>
        <w:t>میں نے کہا یہ کالونی جب بنی تھی پارٹیشن کے بعد تو یہاں سب کے سب ہندو تھے۔ آج میجورٹی ہاں مسلمانوں کی ہے۔</w:t>
      </w:r>
    </w:p>
    <w:p>
      <w:r>
        <w:rPr>
          <w:b/>
        </w:rPr>
        <w:t xml:space="preserve">[1:00:08] </w:t>
      </w:r>
      <w:r>
        <w:t>aisa kaise ho gaya? yeh dekhein, musalmanon ne paisa kama hai, paisa kama kar ke khoob unhon ne buildingen khareed di hain. ab, ab yeh colony jo pehle hindu colony thi, ab muslim colony ban gayi hai.</w:t>
      </w:r>
    </w:p>
    <w:p>
      <w:pPr>
        <w:jc w:val="right"/>
      </w:pPr>
      <w:r>
        <w:t>ایسا کیسے ہو گیا؟ یہ دیکھیں، مسلمانوں نے پیسہ کما ہے، پیسہ کما کر کے خوب انہوں نے بلڈنگیں خرید دی ہیں۔ اب، اب یہ کالونی جو پہلے ہندو کالونی تھی، اب مسلم کالونی بن گئی ہے۔</w:t>
      </w:r>
    </w:p>
    <w:p>
      <w:r>
        <w:rPr>
          <w:b/>
        </w:rPr>
        <w:t xml:space="preserve">[1:00:21] </w:t>
      </w:r>
      <w:r>
        <w:t>to mehnat kijiye, mehnat kar ke paisa kamaiye, shikayat se koi faida nahin.</w:t>
      </w:r>
    </w:p>
    <w:p>
      <w:pPr>
        <w:jc w:val="right"/>
      </w:pPr>
      <w:r>
        <w:t>تو محنت کیجئے، محنت کر کے پیسہ کمائیے، شکایت سے کوئی فائدہ نہیں۔</w:t>
      </w:r>
    </w:p>
    <w:p>
      <w:r>
        <w:rPr>
          <w:b/>
        </w:rPr>
        <w:t xml:space="preserve">[1:00:28] </w:t>
      </w:r>
      <w:r>
        <w:t>to english magazine jo chale nahin, is ki wajah hai ke jitne english magazine hain, kisi mein koi positive baat nahin hoti, chahe maulana muhammad ali johar ka hamdard ho ya aaj ka jo radiance ho, sab negative baat, negative baat, negative baat.</w:t>
      </w:r>
    </w:p>
    <w:p>
      <w:pPr>
        <w:jc w:val="right"/>
      </w:pPr>
      <w:r>
        <w:t>تو انگلش میگزین جو چلے نہیں، اس کی وجہ ہے کہ جتنے انگلش میگزین ہیں، کسی میں کوئی پوزیٹیو بات نہیں ہوتی، چاہے مولانا محمد علی جوہر کا ہمدرد ہو یا آج کا جو ریڈینس ہو، سب نیگیٹیو بات، نیگیٹیو بات، نیگیٹیو بات۔</w:t>
      </w:r>
    </w:p>
    <w:p>
      <w:r>
        <w:rPr>
          <w:b/>
        </w:rPr>
        <w:t xml:space="preserve">[1:00:47] </w:t>
      </w:r>
      <w:r>
        <w:t>yani negative magazine ek hi naam sab ka hai, negative magazine, negative magazine.</w:t>
      </w:r>
    </w:p>
    <w:p>
      <w:pPr>
        <w:jc w:val="right"/>
      </w:pPr>
      <w:r>
        <w:t>یعنی نیگیٹیو میگزین ایک ہی نام سب کا ہے، نیگیٹیو میگزین، نیگیٹیو میگزین۔</w:t>
      </w:r>
    </w:p>
    <w:p>
      <w:r>
        <w:rPr>
          <w:b/>
        </w:rPr>
        <w:t xml:space="preserve">[1:00:52] </w:t>
      </w:r>
      <w:r>
        <w:t>to kamal khwaja sahib ne bohat sahi baat likhi hai ke tum positive magazine likho, positive magazine nikalo to chalega, kaise nahin chalega?</w:t>
      </w:r>
    </w:p>
    <w:p>
      <w:pPr>
        <w:jc w:val="right"/>
      </w:pPr>
      <w:r>
        <w:t>تو کمال خواجہ صاحب نے بہت صحیح بات لکھی ہے کہ تم پوزیٹیو میگزین لکھو، پوزیٹیو میگزین نکالو تو چلے گا، کیسے نہیں چلے گا؟</w:t>
      </w:r>
    </w:p>
    <w:p>
      <w:r>
        <w:rPr>
          <w:b/>
        </w:rPr>
        <w:t xml:space="preserve">[1:01:00] </w:t>
      </w:r>
      <w:r>
        <w:t>woh unhon ne misaal bhi di hai ke doosri communities ke magazine chal rahe hain, isi mein, isi mulk mein doosri communities ke magazine chal rahe hain kyunke woh apni, apni communities ko kuch dete hain.</w:t>
      </w:r>
    </w:p>
    <w:p>
      <w:pPr>
        <w:jc w:val="right"/>
      </w:pPr>
      <w:r>
        <w:t>وہ انہوں نے مثال بھی دی ہے کہ دوسری کمیونٹیز کے میگزین چل رہے ہیں، اسی میں، اسی ملک میں دوسری کمیونٹیز کے میگزین چل رہے ہیں کیونکہ وہ اپنی، اپنی کمیونٹیز کو کچھ دیتے ہیں۔</w:t>
      </w:r>
    </w:p>
    <w:p>
      <w:r>
        <w:rPr>
          <w:b/>
        </w:rPr>
        <w:t xml:space="preserve">[1:01:14] </w:t>
      </w:r>
      <w:r>
        <w:t>woh to asal raaz yeh hai ke musalman nikalte hain negative magazine,</w:t>
      </w:r>
    </w:p>
    <w:p>
      <w:pPr>
        <w:jc w:val="right"/>
      </w:pPr>
      <w:r>
        <w:t>وہ تو اصل راز یہ ہے کہ مسلمان نکالتے ہیں نیگیٹیو میگزین،</w:t>
      </w:r>
    </w:p>
    <w:p>
      <w:r>
        <w:rPr>
          <w:b/>
        </w:rPr>
        <w:t xml:space="preserve">[1:01:22] </w:t>
      </w:r>
      <w:r>
        <w:t>aaj ka insan chahta hai positive magazine to woh is ka, yani is se koi interest nahin leta, is ka woh leadership bhi nahin banti, is ki kuch yeh hai raaz.</w:t>
      </w:r>
    </w:p>
    <w:p>
      <w:pPr>
        <w:jc w:val="right"/>
      </w:pPr>
      <w:r>
        <w:t>آج کا انسان چاہتا ہے پوزیٹیو میگزین تو وہ اس کا، یعنی اس سے کوئی انٹرسٹ نہیں لیتا، اس کا وہ لیڈرشپ بھی نہیں بنتی، اس کی کچھ یہ ہے راز۔</w:t>
      </w:r>
    </w:p>
    <w:p>
      <w:r>
        <w:rPr>
          <w:b/>
        </w:rPr>
        <w:t xml:space="preserve">[1:01:36] </w:t>
      </w:r>
      <w:r>
        <w:t>maulana, yeh agla question aaya hai mr. vikrant ka new delhi se: "how to deal with stress in office?" haan, "how to deal with stress in of</w:t>
      </w:r>
    </w:p>
    <w:p>
      <w:pPr>
        <w:jc w:val="right"/>
      </w:pPr>
      <w:r>
        <w:t>مولانا، یہ اگلا کوسچن آیا ہے مسٹر وکرانت کا نیو دہلی سے: "ہاؤ ٹو ڈیل ود سٹریس ان افس؟" ہاں، "ہاؤ ٹو ڈیل ود سٹریس ان اف</w:t>
      </w:r>
    </w:p>
    <w:p>
      <w:r>
        <w:rPr>
          <w:b/>
        </w:rPr>
        <w:t xml:space="preserve">[1:01:47] </w:t>
      </w:r>
      <w:r>
        <w:t>fice?" achha, dekhein, office ki baat nahin hai, zindagi ki baat hai. zindagi mein stress rehta hi rehta hai,</w:t>
      </w:r>
    </w:p>
    <w:p>
      <w:pPr>
        <w:jc w:val="right"/>
      </w:pPr>
      <w:r>
        <w:t>س؟" اچھا، دیکھیں، افس کی بات نہیں ہے، زندگی کی بات ہے۔ زندگی میں سٹریس رہتا ہی رہتا ہے،</w:t>
      </w:r>
    </w:p>
    <w:p>
      <w:r>
        <w:rPr>
          <w:b/>
        </w:rPr>
        <w:t xml:space="preserve">[1:02:00] </w:t>
      </w:r>
      <w:r>
        <w:t>aap road par chal rahe hon, tab bhi stress hai. to is ka hal kya hai? take it easy. is ko aap hota yeh hai ke is jo stress aaya, aadmi ko kisi doosre par daal deta hai.</w:t>
      </w:r>
    </w:p>
    <w:p>
      <w:pPr>
        <w:jc w:val="right"/>
      </w:pPr>
      <w:r>
        <w:t>آپ روڈ پر چل رہے ہوں، تب بھی سٹریس ہے۔ تو اس کا حل کیا ہے؟ ٹیک اٹ ایزی۔ اس کو آپ ہوتا یہ ہے کہ اس جو سٹریس آیا، آدمی کو کسی دوسرے پر ڈال دیتا ہے۔</w:t>
      </w:r>
    </w:p>
    <w:p>
      <w:r>
        <w:rPr>
          <w:b/>
        </w:rPr>
        <w:t xml:space="preserve">[1:02:16] </w:t>
      </w:r>
      <w:r>
        <w:t>falan baas, falan baas ne aisa kiya jis se mujhe stress aaya, mere ghar mein meri biwi ne aisa kiya, is se stress aaya, ya mere neighborhood ne aisa kiya to stress to doosron par dalta rehta hai.</w:t>
      </w:r>
    </w:p>
    <w:p>
      <w:pPr>
        <w:jc w:val="right"/>
      </w:pPr>
      <w:r>
        <w:t>فلاں باس، فلاں باس نے ایسا کیا جس سے مجھے سٹریس آیا، میرے گھر میں میری بیوی نے ایسا کیا، اس سے سٹریس آیا، یا میرے نیبرہڈ نے ایسا کیا تو سٹریس تو دوسروں پر ڈالتا رہتا ہے۔</w:t>
      </w:r>
    </w:p>
    <w:p>
      <w:r>
        <w:rPr>
          <w:b/>
        </w:rPr>
        <w:t xml:space="preserve">[1:02:30] </w:t>
      </w:r>
      <w:r>
        <w:t>aap is ko dalti hain nature par, woh sab part of nature hai. jaise jaara aaya to thandak aayi, to main thandak ko bas samajhta hoon ke part of nature hai.</w:t>
      </w:r>
    </w:p>
    <w:p>
      <w:pPr>
        <w:jc w:val="right"/>
      </w:pPr>
      <w:r>
        <w:t>آپ اس کو ڈالتی ہیں نیچر پر، وہ سب پارٹ آف نیچر ہے۔ جیسے جاڑا آیا تو ٹھنڈک آئی، تو میں ٹھنڈک کو بس سمجھتا ہوں کہ پارٹ آف نیچر ہے۔</w:t>
      </w:r>
    </w:p>
    <w:p>
      <w:r>
        <w:rPr>
          <w:b/>
        </w:rPr>
        <w:t xml:space="preserve">[1:02:45] </w:t>
      </w:r>
      <w:r>
        <w:t>garmi aayi to</w:t>
      </w:r>
    </w:p>
    <w:p>
      <w:pPr>
        <w:jc w:val="right"/>
      </w:pPr>
      <w:r>
        <w:t>گرمی آئی تو</w:t>
      </w:r>
    </w:p>
    <w:p>
      <w:r>
        <w:rPr>
          <w:b/>
        </w:rPr>
        <w:t xml:space="preserve">[1:02:48] </w:t>
      </w:r>
      <w:r>
        <w:t>may june ka zamana aaya to garmi aayi, to wahi part of nature hai. gulab ke phool mein kaante hain, to wahi part of nature hai.</w:t>
      </w:r>
    </w:p>
    <w:p>
      <w:pPr>
        <w:jc w:val="right"/>
      </w:pPr>
      <w:r>
        <w:t>مئی جون کا زمانہ آیا تو گرمی آئی، تو وہی پارٹ آف نیچر ہے۔ گلاب کے پھول میں کانٹے ہیں، تو وہی پارٹ آف نیچر ہے۔</w:t>
      </w:r>
    </w:p>
    <w:p>
      <w:r>
        <w:rPr>
          <w:b/>
        </w:rPr>
        <w:t xml:space="preserve">[1:02:58] </w:t>
      </w:r>
      <w:r>
        <w:t>to jin cheezon par logon ko stress ho jata hai, tension ho jata hai, woh sab part of nature hai. woh kisi fard ya kisi society ya kisi office ka creation nahi hota.</w:t>
      </w:r>
    </w:p>
    <w:p>
      <w:pPr>
        <w:jc w:val="right"/>
      </w:pPr>
      <w:r>
        <w:t>تو جن چیزوں پر لوگوں کو سٹریس ہو جاتا ہے، ٹینشن ہو جاتا ہے، وہ سب پارٹ آف نیچر ہے۔ وہ کسی فرد یا کسی سوسائٹی یا کسی افس کا کریشن نہیں ہوتا۔</w:t>
      </w:r>
    </w:p>
    <w:p>
      <w:r>
        <w:rPr>
          <w:b/>
        </w:rPr>
        <w:t xml:space="preserve">[1:03:11] </w:t>
      </w:r>
      <w:r>
        <w:t>woh</w:t>
      </w:r>
    </w:p>
    <w:p>
      <w:pPr>
        <w:jc w:val="right"/>
      </w:pPr>
      <w:r>
        <w:t>وہ</w:t>
      </w:r>
    </w:p>
    <w:p>
      <w:r>
        <w:rPr>
          <w:b/>
        </w:rPr>
        <w:t xml:space="preserve">[1:03:12] </w:t>
      </w:r>
      <w:r>
        <w:t>jaise aap yeh sochen ge, bilkul aap normal ho jayen ge. mera to yahi formula hai, mera formula yahi hai ke is ko main dal deta hoon nature ke khane mein, to main bilkul normal ho jata hoon.</w:t>
      </w:r>
    </w:p>
    <w:p>
      <w:pPr>
        <w:jc w:val="right"/>
      </w:pPr>
      <w:r>
        <w:t>جیسے آپ یہ سوچیں گے، بالکل آپ نارمل ہو جائیں گے۔ میرا تو یہی فارمولا ہے، میرا فارمولا یہی ہے کہ اس کو میں ڈال دیتا ہوں نیچر کے خانے میں، تو میں بالکل نارمل ہو جاتا ہوں۔</w:t>
      </w:r>
    </w:p>
    <w:p>
      <w:r>
        <w:rPr>
          <w:b/>
        </w:rPr>
        <w:t xml:space="preserve">[1:03:30] </w:t>
      </w:r>
      <w:r>
        <w:t>maulana, yeh agla question aaya hai maulana iqbal umri ka chennai se: "maulana, apna muhasba karna bohat mushkil hota hai,</w:t>
      </w:r>
    </w:p>
    <w:p>
      <w:pPr>
        <w:jc w:val="right"/>
      </w:pPr>
      <w:r>
        <w:t>مولانا، یہ اگلا کوسچن آیا ہے مولانا اقبال عمری کا چینئی سے: "مولانا، اپنا محاسبہ کرنا بہت مشکل ہوتا ہے،</w:t>
      </w:r>
    </w:p>
    <w:p>
      <w:r>
        <w:rPr>
          <w:b/>
        </w:rPr>
        <w:t xml:space="preserve">[1:03:40] </w:t>
      </w:r>
      <w:r>
        <w:t>muhasbe ka tareeqa kya hai?"</w:t>
      </w:r>
    </w:p>
    <w:p>
      <w:pPr>
        <w:jc w:val="right"/>
      </w:pPr>
      <w:r>
        <w:t>محاسبے کا طریقہ کیا ہے؟"</w:t>
      </w:r>
    </w:p>
    <w:p>
      <w:r>
        <w:rPr>
          <w:b/>
        </w:rPr>
        <w:t xml:space="preserve">[1:03:47] </w:t>
      </w:r>
      <w:r>
        <w:t>muhasba ka tareeqa yeh hai ke aap yeh sochen ke hamare liye koi aur option nahi, doosra hum apne hi kiye ko bhugte hain, hamein apne hi kiye ko bhugna hai.</w:t>
      </w:r>
    </w:p>
    <w:p>
      <w:pPr>
        <w:jc w:val="right"/>
      </w:pPr>
      <w:r>
        <w:t>محاسبہ کا طریقہ یہ ہے کہ آپ یہ سوچیں کہ ہمارے لیے کوئی اور آپشن نہیں، دوسرا ہم اپنے ہی کیے کو بھگتتے ہیں، ہمیں اپنے ہی کیے کو بھگتنا ہے۔</w:t>
      </w:r>
    </w:p>
    <w:p>
      <w:r>
        <w:rPr>
          <w:b/>
        </w:rPr>
        <w:t xml:space="preserve">[1:04:01] </w:t>
      </w:r>
      <w:r>
        <w:t>less insaan illa ma so, koi na hamein bigadne wala hai, na koi hamein banane wala hai.</w:t>
      </w:r>
    </w:p>
    <w:p>
      <w:pPr>
        <w:jc w:val="right"/>
      </w:pPr>
      <w:r>
        <w:t>لیس الانسان الا ما سو، کوئی نہ ہمیں بگاڑنے والا ہے، نہ کوئی ہمیں بنانے والا ہے۔</w:t>
      </w:r>
    </w:p>
    <w:p>
      <w:r>
        <w:rPr>
          <w:b/>
        </w:rPr>
        <w:t xml:space="preserve">[1:04:10] </w:t>
      </w:r>
      <w:r>
        <w:t>apne hi kiye ko hamein bhugna hai, to is ka matlab hai ke yeh hamare apne hi interest ki baat hai ke hum muhasba karein, introspection karein.</w:t>
      </w:r>
    </w:p>
    <w:p>
      <w:pPr>
        <w:jc w:val="right"/>
      </w:pPr>
      <w:r>
        <w:t>اپنے ہی کیے کو ہمیں بھگتنا ہے، تو اس کا مطلب ہے کہ یہ ہمارے اپنے ہی انٹرسٹ کی بات ہے کہ ہم محاسبہ کریں، انٹراسپیکشن کریں۔</w:t>
      </w:r>
    </w:p>
    <w:p>
      <w:r>
        <w:rPr>
          <w:b/>
        </w:rPr>
        <w:t xml:space="preserve">[1:04:21] </w:t>
      </w:r>
      <w:r>
        <w:t>apne hi faide ki baat hai, apne interest ki baat hai. yaani is ke siwa koi aur cheez hai hi nahi</w:t>
      </w:r>
    </w:p>
    <w:p>
      <w:pPr>
        <w:jc w:val="right"/>
      </w:pPr>
      <w:r>
        <w:t>اپنے ہی فائدے کی بات ہے، اپنے انٹرسٹ کی بات ہے۔ یعنی اس کے سوا کوئی اور چیز ہے ہی نہیں</w:t>
      </w:r>
    </w:p>
    <w:p>
      <w:r>
        <w:rPr>
          <w:b/>
        </w:rPr>
        <w:t xml:space="preserve">[1:04:33] </w:t>
      </w:r>
      <w:r>
        <w:t>jo hamare option bane hain. bhai</w:t>
      </w:r>
    </w:p>
    <w:p>
      <w:pPr>
        <w:jc w:val="right"/>
      </w:pPr>
      <w:r>
        <w:t>جو ہمارے آپشن بنے ہیں۔ بھائی</w:t>
      </w:r>
    </w:p>
    <w:p>
      <w:r>
        <w:rPr>
          <w:b/>
        </w:rPr>
        <w:t xml:space="preserve">[1:04:35] </w:t>
      </w:r>
      <w:r>
        <w:t>, ek martaba main kahin safar kar raha tha to taxi se safar kar raha tha. main to taxi wala jo hai, woh woh woh rasta us ke liye naya tha.</w:t>
      </w:r>
    </w:p>
    <w:p>
      <w:pPr>
        <w:jc w:val="right"/>
      </w:pPr>
      <w:r>
        <w:t>، ایک مرتبہ میں کہیں سفر کر رہا تھا تو ٹیکسی سے سفر کر رہا تھا۔ میں تو ٹیکسی والا جو ہے، وہ وہ وہ راستہ اس کے لیے نیا تھا۔</w:t>
      </w:r>
    </w:p>
    <w:p>
      <w:r>
        <w:rPr>
          <w:b/>
        </w:rPr>
        <w:t xml:space="preserve">[1:04:49] </w:t>
      </w:r>
      <w:r>
        <w:t>to tez daudate hue woh ek aur galat raste par chala chala gaya aur taqreeban das kilometer zyada chala gaya.</w:t>
      </w:r>
    </w:p>
    <w:p>
      <w:pPr>
        <w:jc w:val="right"/>
      </w:pPr>
      <w:r>
        <w:t>تو تیز دوڑاتے ہوئے وہ ایک اور غلط راستے پر چلا چلا گیا اور تقریباً دس کلومیٹر زیادہ چلا گیا۔</w:t>
      </w:r>
    </w:p>
    <w:p>
      <w:r>
        <w:rPr>
          <w:b/>
        </w:rPr>
        <w:t xml:space="preserve">[1:05:00] </w:t>
      </w:r>
      <w:r>
        <w:t>to maine us se kaha ke bhai, yeh mujhe lagta hai ke hum sahi nahi ja rahe hain.</w:t>
      </w:r>
    </w:p>
    <w:p>
      <w:pPr>
        <w:jc w:val="right"/>
      </w:pPr>
      <w:r>
        <w:t>تو میں نے اس سے کہا کہ بھئی، یہ مجھے لگتا ہے کہ ہم صحیح نہیں جا رہے ہیں۔</w:t>
      </w:r>
    </w:p>
    <w:p>
      <w:r>
        <w:rPr>
          <w:b/>
        </w:rPr>
        <w:t xml:space="preserve">[1:05:04] </w:t>
      </w:r>
      <w:r>
        <w:t>to maine kaha, aap utar rahi hain, idhar poochye logon se. to poocha us ne, to logon ne bataya ke tum to idhar chale ja ja rahe ho, woh road to doosra tha.</w:t>
      </w:r>
    </w:p>
    <w:p>
      <w:pPr>
        <w:jc w:val="right"/>
      </w:pPr>
      <w:r>
        <w:t>تو میں نے کہا، آپ اتر رہی ہیں، ادھر پوچھئے لوگوں سے۔ تو پوچھا اس نے، تو لوگوں نے بتایا کہ تم تو ادھر چلے جا جا رہے ہو، وہ روڈ تو دوسرا تھا۔</w:t>
      </w:r>
    </w:p>
    <w:p>
      <w:r>
        <w:rPr>
          <w:b/>
        </w:rPr>
        <w:t xml:space="preserve">[1:05:15] </w:t>
      </w:r>
      <w:r>
        <w:t>to ab dekhen, humne foran faisla kiya ke hamein u-turn lena chahiye.</w:t>
      </w:r>
    </w:p>
    <w:p>
      <w:pPr>
        <w:jc w:val="right"/>
      </w:pPr>
      <w:r>
        <w:t>تو اب دیکھیں، ہم نے فوراً فیصلہ کیا کہ ہمیں یو ٹرن لینا چاہیے۔</w:t>
      </w:r>
    </w:p>
    <w:p>
      <w:r>
        <w:rPr>
          <w:b/>
        </w:rPr>
        <w:t xml:space="preserve">[1:05:22] </w:t>
      </w:r>
      <w:r>
        <w:t>yahi hamein zindagi mein karna hai ke hum sochen aur jaise hi mehsoos ho ke hum galti ki to u-turn lein. yeh hamare best interest mein yahi baat hai.</w:t>
      </w:r>
    </w:p>
    <w:p>
      <w:pPr>
        <w:jc w:val="right"/>
      </w:pPr>
      <w:r>
        <w:t>یہی ہمیں زندگی میں کرنا ہے کہ ہم سوچیں اور جیسے ہی محسوس ہو کہ ہم غلطی کی تو یو ٹرن لیں۔ یہ ہمارے بیسٹ انٹرسٹ میں یہی بات ہے۔</w:t>
      </w:r>
    </w:p>
    <w:p>
      <w:r>
        <w:rPr>
          <w:b/>
        </w:rPr>
        <w:t xml:space="preserve">[1:05:33] </w:t>
      </w:r>
      <w:r>
        <w:t>agar hum aisa nahi karein ge to hum khud hi is ki price bhugtein ge, is ka nuksan hum ko khud uthana pare ga. to yeh masla sach poochien to apne self interest ka hai, lekin aap doosre par ilzaam dete rehte hain, is ki wajah se yeh aisa hota hai.</w:t>
      </w:r>
    </w:p>
    <w:p>
      <w:pPr>
        <w:jc w:val="right"/>
      </w:pPr>
      <w:r>
        <w:t>اگر ہم ایسا نہیں کریں گے تو ہم خود ہی اس کی پرائس بھگتیں گے، اس کا نقصان ہم کو خود اٹھانا پڑے گا۔ تو یہ مسئلہ سچ پوچھیں تو اپنے سیلف انٹرسٹ کا ہے، لیکن آپ دوسرے پر الزام دیتے رہتے ہیں، اس کی وجہ سے یہ ایسا ہوتا ہے۔</w:t>
      </w:r>
    </w:p>
    <w:p>
      <w:r>
        <w:rPr>
          <w:b/>
        </w:rPr>
        <w:t xml:space="preserve">[1:05:52] </w:t>
      </w:r>
      <w:r>
        <w:t>doosre par ilzaam dene ki wajah se.</w:t>
      </w:r>
    </w:p>
    <w:p>
      <w:pPr>
        <w:jc w:val="right"/>
      </w:pPr>
      <w:r>
        <w:t>دوسرے پر الزام دینے کی وجہ سے۔</w:t>
      </w:r>
    </w:p>
    <w:p>
      <w:r>
        <w:rPr>
          <w:b/>
        </w:rPr>
        <w:t xml:space="preserve">[1:05:56] </w:t>
      </w:r>
      <w:r>
        <w:t>maulana, yeh agla question hai miss naghma siddiqui ka new delhi se</w:t>
      </w:r>
    </w:p>
    <w:p>
      <w:pPr>
        <w:jc w:val="right"/>
      </w:pPr>
      <w:r>
        <w:t>مولانا، یہ اگلا کوسچن ہے مس نغمہ صدیقی کا نیو دہلی سے</w:t>
      </w:r>
    </w:p>
    <w:p>
      <w:r>
        <w:rPr>
          <w:b/>
        </w:rPr>
        <w:t xml:space="preserve">[1:06:02] </w:t>
      </w:r>
      <w:r>
        <w:t>: "when Maulana, when you ask us to share any new experience with you, is it to see if we have availed today to receive God's marifat?" haan, aksar mein aisa hota hai ke koi milta hai to main keh keh koi news bataiye,</w:t>
      </w:r>
    </w:p>
    <w:p>
      <w:pPr>
        <w:jc w:val="right"/>
      </w:pPr>
      <w:r>
        <w:t>: "وین مولانا، وین یو اسک اس ٹو شیئر اینی نیو ایکسپیرینس ود یو، از اٹ ٹو سی اف وی ہیو اویلڈ ٹوڈے ٹو ریسیو گاڈز معرفت؟" ہاں، اکثر میں ایسا ہوتا ہے کہ کوئی ملتا ہے تو میں کہ کہ کوئی نیوز بتائیے،</w:t>
      </w:r>
    </w:p>
    <w:p>
      <w:r>
        <w:rPr>
          <w:b/>
        </w:rPr>
        <w:t xml:space="preserve">[1:06:20] </w:t>
      </w:r>
      <w:r>
        <w:t>koi tajruba bataiye. aksar main poochta hoon har ek se, to woh woh usi ma'ne mein rehta hai ke aaj aap ki discovery kya hai, aaj aap ki marifat kya hai.</w:t>
      </w:r>
    </w:p>
    <w:p>
      <w:pPr>
        <w:jc w:val="right"/>
      </w:pPr>
      <w:r>
        <w:t>کوئی تجربہ بتائیے۔ اکثر میں پوچھتا ہوں ہر ایک سے، تو وہ وہ اسی معنی میں رہتا ہے کہ آج آپ کی ڈسکوری کیا ہے، آج آپ کی معرفت کیا ہے۔</w:t>
      </w:r>
    </w:p>
    <w:p>
      <w:r>
        <w:rPr>
          <w:b/>
        </w:rPr>
        <w:t xml:space="preserve">[1:06:32] </w:t>
      </w:r>
      <w:r>
        <w:t>kyunke dekhen, quran mein hai: "kal yom hua fi shan"۔ allah ta'ala ki taraf se har moment inspiration bheja ja raha hai, har moment.</w:t>
      </w:r>
    </w:p>
    <w:p>
      <w:pPr>
        <w:jc w:val="right"/>
      </w:pPr>
      <w:r>
        <w:t>کیونکہ دیکھیں، قرآن میں ہے: "کل یوم ہوا فی شان"۔ اللہ تعالی کی طرف سے ہر مومنٹ انسپیریشن بھیجا جا رہا ہے، ہر مومنٹ۔</w:t>
      </w:r>
    </w:p>
    <w:p>
      <w:r>
        <w:rPr>
          <w:b/>
        </w:rPr>
        <w:t xml:space="preserve">[1:06:43] </w:t>
      </w:r>
      <w:r>
        <w:t>yeh suraj nikla hua ho to har moment woh roshni bhej raha hai. yaani ek second ke, yaani fraction ke barabar bhi roshni rukti nahi hai, aa rahi hai, aa rahi hai, aa rahi hai.</w:t>
      </w:r>
    </w:p>
    <w:p>
      <w:pPr>
        <w:jc w:val="right"/>
      </w:pPr>
      <w:r>
        <w:t>یہ سورج نکلا ہوا ہو تو ہر مومنٹ وہ روشنی بھیج رہا ہے۔ یعنی ایک سیکنڈ کے، یعنی فریکشن کے برابر بھی روشنی رکتی نہیں ہے، آ رہی ہے، آ رہی ہے، آ رہی ہے۔</w:t>
      </w:r>
    </w:p>
    <w:p>
      <w:r>
        <w:rPr>
          <w:b/>
        </w:rPr>
        <w:t xml:space="preserve">[1:06:59] </w:t>
      </w:r>
      <w:r>
        <w:t>to is tarah se allah ki rehmat barabar aa rahi hai, aa rahi hai, aa rahi hai. "kal yom hua fi shan" har moment to hamein receive karna chahiye? to mera matlab yeh hota hai ke aaj aap ne allah ki rehmat se ka kaun sa item receive kiya?</w:t>
      </w:r>
    </w:p>
    <w:p>
      <w:pPr>
        <w:jc w:val="right"/>
      </w:pPr>
      <w:r>
        <w:t>تو اس طرح سے اللہ کی رحمت برابر آ رہی ہے، آ رہی ہے، آ رہی ہے۔ "کل یوم ہوا فی شان" ہر مومنٹ تو ہمیں ریسیو کرنا چاہیے۔ تو میرا مطلب یہ ہوتا ہے کہ آج آپ نے اللہ کی رحمت سے کا کون سا آئٹم ریسیو کیا؟</w:t>
      </w:r>
    </w:p>
    <w:p>
      <w:r>
        <w:rPr>
          <w:b/>
        </w:rPr>
        <w:t xml:space="preserve">[1:07:16] </w:t>
      </w:r>
      <w:r>
        <w:t>jab mein sochta hoon ke apna koi experience bataiye, koi news bataiye, to us ko pata yeh hota hai ke aaj jo hai, jo allah ka inspiration aa raha hai, jo rehmat allah ki barabar aa rahi hai, to aaj aap ne kaun sa item is mein se receive kiya?</w:t>
      </w:r>
    </w:p>
    <w:p>
      <w:pPr>
        <w:jc w:val="right"/>
      </w:pPr>
      <w:r>
        <w:t>جب میں سوچتا ہوں کہ اپنا کوئی ایکسپیرینس بتائیے، کوئی نیوز بتائیے، تو اس کو پتہ یہ ہوتا ہے کہ آج جو ہے، جو اللہ کا انسپیریشن آ رہا ہے، جو رحمت اللہ کی برابر آ رہی ہے، تو آج آپ نے کون سا آئٹم اس میں سے ریسیو کیا؟</w:t>
      </w:r>
    </w:p>
    <w:p>
      <w:r>
        <w:rPr>
          <w:b/>
        </w:rPr>
        <w:t xml:space="preserve">[1:07:34] </w:t>
      </w:r>
      <w:r>
        <w:t>aur mein samajhta hoon har aadmi ko sochna chahiye, har aadmi ko sochna chahiye ke aaj us ne allah ki rehmat ka kaun sa item receive kiya.</w:t>
      </w:r>
    </w:p>
    <w:p>
      <w:pPr>
        <w:jc w:val="right"/>
      </w:pPr>
      <w:r>
        <w:t>اور میں سمجھتا ہوں ہر آدمی کو سوچنا چاہیے، ہر آدمی کو سوچنا چاہیے کہ آج اس نے اللہ کی رحمت کا کون سا آئٹم ریسیو کیا۔</w:t>
      </w:r>
    </w:p>
    <w:p>
      <w:r>
        <w:rPr>
          <w:b/>
        </w:rPr>
        <w:t xml:space="preserve">[1:07:44] </w:t>
      </w:r>
      <w:r>
        <w:t>kyunke idhar se to aa raha hai.</w:t>
      </w:r>
    </w:p>
    <w:p>
      <w:pPr>
        <w:jc w:val="right"/>
      </w:pPr>
      <w:r>
        <w:t>کیونکہ ادھر سے تو آ رہا ہے۔</w:t>
      </w:r>
    </w:p>
    <w:p>
      <w:r>
        <w:rPr>
          <w:b/>
        </w:rPr>
        <w:t xml:space="preserve">[1:07:50] </w:t>
      </w:r>
      <w:r>
        <w:t>hadith mein aata hai ke har din allah ta'ala aasman dunya par nazar dalta hai aur kehta hai: "haye! koi lene wala, lene wala, us ko mein doon?" yeh ek tamseel ki zaban hai.</w:t>
      </w:r>
    </w:p>
    <w:p>
      <w:pPr>
        <w:jc w:val="right"/>
      </w:pPr>
      <w:r>
        <w:t>حدیث میں آتا ہے کہ ہر دن اللہ تعالی آسمان دنیا پر نظر ڈالتا ہے اور کہتا ہے: "ہائے! کوئی لینے والا، لینے والا، اس کو میں دوں؟" یہ ایک تمثیل کی زبان ہے۔</w:t>
      </w:r>
    </w:p>
    <w:p>
      <w:r>
        <w:rPr>
          <w:b/>
        </w:rPr>
        <w:t xml:space="preserve">[1:08:02] </w:t>
      </w:r>
      <w:r>
        <w:t>allah ta'ala yeh nahi ke wahan se kahin se utar kar wahan aata hai. matlab allah ta'ala har lamha yeh keh raha hai: "koi hai lene wala, aaj us ko mein doon?"</w:t>
      </w:r>
    </w:p>
    <w:p>
      <w:pPr>
        <w:jc w:val="right"/>
      </w:pPr>
      <w:r>
        <w:t>اللہ تعالی یہ نہیں کہ وہاں سے کہیں سے اتر کر وہاں آتا ہے۔ مطلب اللہ تعالی ہر لمحہ یہ کہہ رہا ہے: "کوئی ہے لینے والا، آج اس کو میں دوں؟"</w:t>
      </w:r>
    </w:p>
    <w:p>
      <w:r>
        <w:rPr>
          <w:b/>
        </w:rPr>
        <w:t xml:space="preserve">[1:08:15] </w:t>
      </w:r>
      <w:r>
        <w:t>to yeh to hum se, hamein hamesha sochna chahiye aur hamein hamesha hamesha ko apne ko viayah banayein, jis ko arabi mein kehte hain: "viayah" yaani container.</w:t>
      </w:r>
    </w:p>
    <w:p>
      <w:pPr>
        <w:jc w:val="right"/>
      </w:pPr>
      <w:r>
        <w:t>تو یہ تو ہم سے، ہمیں ہمیشہ سوچنا چاہیے اور ہمیں ہمیشہ ہمیشہ کو اپنے کو ویایہ بنائیں، جس کو عربی میں کہتے ہیں: "ویایہ" یعنی کنٹینر۔</w:t>
      </w:r>
    </w:p>
    <w:p>
      <w:r>
        <w:rPr>
          <w:b/>
        </w:rPr>
        <w:t xml:space="preserve">[1:08:28] </w:t>
      </w:r>
      <w:r>
        <w:t>yaani yeh barish baras rahi ho, toor par jo container ho, tabhi to pani milega hum ko. agar container nahi hai to pani nahi milega hum ko.</w:t>
      </w:r>
    </w:p>
    <w:p>
      <w:pPr>
        <w:jc w:val="right"/>
      </w:pPr>
      <w:r>
        <w:t>یعنی یہ بارش برس رہی ہو، طور پر جو کنٹینر ہو، تبھی تو پانی ملے گا ہم کو۔ اگر کنٹینر نہیں ہے تو پانی نہیں ملے گا ہم کو۔</w:t>
      </w:r>
    </w:p>
    <w:p>
      <w:r>
        <w:rPr>
          <w:b/>
        </w:rPr>
        <w:t xml:space="preserve">[1:08:40] </w:t>
      </w:r>
      <w:r>
        <w:t>to hamein apne ko viayah yaani container banana padega taake allah ta'ala ki jo rehmaton ki barish aa rahi hai, woh hum sambhal sakein.</w:t>
      </w:r>
    </w:p>
    <w:p>
      <w:pPr>
        <w:jc w:val="right"/>
      </w:pPr>
      <w:r>
        <w:t>تو ہمیں اپنے کو ویایہ یعنی کنٹینر بنانا پڑے گا تاکہ اللہ تعالی کی جو رحمتوں کی بارش آ رہی ہے، وہ ہم سنبھال سکیں۔</w:t>
      </w:r>
    </w:p>
    <w:p>
      <w:r>
        <w:rPr>
          <w:b/>
        </w:rPr>
        <w:t xml:space="preserve">[1:08:49] </w:t>
      </w:r>
      <w:r>
        <w:t>us ko us ka koi hissa hamein hasil hasil ho jaye. yeh sab sochne ki baatein hain. jis ko yaani apni zindagi ko useful banana hai,</w:t>
      </w:r>
    </w:p>
    <w:p>
      <w:pPr>
        <w:jc w:val="right"/>
      </w:pPr>
      <w:r>
        <w:t>اس کو اس کا کوئی حصہ ہمیں حاصل حاصل ہو جائے۔ یہ سب سوچنے کی باتیں ہیں۔ جس کو یعنی اپنی زندگی کو یوزفل بنانا ہے،</w:t>
      </w:r>
    </w:p>
    <w:p>
      <w:r>
        <w:rPr>
          <w:b/>
        </w:rPr>
        <w:t xml:space="preserve">[1:09:04] </w:t>
      </w:r>
      <w:r>
        <w:t>apni zindagi ko karamad banana hai, to woh sochen.</w:t>
      </w:r>
    </w:p>
    <w:p>
      <w:pPr>
        <w:jc w:val="right"/>
      </w:pPr>
      <w:r>
        <w:t>اپنی زندگی کو کارآمد بنانا ہے، تو وہ سوچیں۔</w:t>
      </w:r>
    </w:p>
    <w:p>
      <w:r>
        <w:rPr>
          <w:b/>
        </w:rPr>
        <w:t xml:space="preserve">[1:09:10] </w:t>
      </w:r>
      <w:r>
        <w:t>maulana, yeh agla question aaya hai miss shahnaz bashir ka karachi pakistan se: "maulana, jo insan is dunya se chala jata hai, to kya hum un ke liye phir kuch nahi kar sakte?" sahi hai,</w:t>
      </w:r>
    </w:p>
    <w:p>
      <w:pPr>
        <w:jc w:val="right"/>
      </w:pPr>
      <w:r>
        <w:t>مولانا، یہ اگلا کوسچن آیا ہے مس شہناز بشیر کا کراچی پاکستان سے: "مولانا، جو انسان اس دنیا سے چلا جاتا ہے، تو کیا ہم ان کے لیے پھر کچھ نہیں کر سکتے؟" صحیح ہے،</w:t>
      </w:r>
    </w:p>
    <w:p>
      <w:r>
        <w:rPr>
          <w:b/>
        </w:rPr>
        <w:t xml:space="preserve">[1:09:27] </w:t>
      </w:r>
      <w:r>
        <w:t>zinda rehne wala mure hue logon ki kuch nahi kar sakta. musalmano, jo esal-e-sawab ka nazariya hai, woh bilkul sar-ta-pa bid'at hai, bilkul absurd hai</w:t>
      </w:r>
    </w:p>
    <w:p>
      <w:pPr>
        <w:jc w:val="right"/>
      </w:pPr>
      <w:r>
        <w:t>زندہ رہنے والا مرے ہوئے لوگوں کی کچھ نہیں کر سکتا۔ مسلمانوں، جو ایصال ثواب کا نظریہ ہے، وہ بالکل سرتابہ بدعت ہے، بالکل ایبسرڈ ہے</w:t>
      </w:r>
    </w:p>
    <w:p>
      <w:r>
        <w:rPr>
          <w:b/>
        </w:rPr>
        <w:t xml:space="preserve">[1:09:40] </w:t>
      </w:r>
      <w:r>
        <w:t>ke yahan se aap quran khwani karein ya kuch karein to woh esal-e-sawab kehte hain. us ko un ka wahan sawab pahunch gaya ke bilkul bila shifa hai, bilkul hi yaani baseless hai, bid'at hai.</w:t>
      </w:r>
    </w:p>
    <w:p>
      <w:pPr>
        <w:jc w:val="right"/>
      </w:pPr>
      <w:r>
        <w:t>کہ یہاں سے آپ قرآن خوانی کریں یا کچھ کریں تو وہ ایصال ثواب کہتے ہیں۔ اس کو ان کا وہاں ثواب پہنچ گیا کہ بالکل بلا شفاء ہے، بالکل ہی یعنی بیسلیس ہے، بدعت ہے۔</w:t>
      </w:r>
    </w:p>
    <w:p>
      <w:r>
        <w:rPr>
          <w:b/>
        </w:rPr>
        <w:t xml:space="preserve">[1:09:55] </w:t>
      </w:r>
      <w:r>
        <w:t>aadmi ne maut se pehle jo kuch kiya hai, wahi us ko milega. bas "laysa lilinsani illa ma so" yaani aadmi ke liye wahi hai jis ko jo khud us ne kiya ho.</w:t>
      </w:r>
    </w:p>
    <w:p>
      <w:pPr>
        <w:jc w:val="right"/>
      </w:pPr>
      <w:r>
        <w:t>آدمی نے موت سے پہلے جو کچھ کیا ہے، وہی اس کو ملے گا۔ بس "لیس للانسان الا ما سو" یعنی آدمی کے لیے وہی ہے جس کو جو خود اس نے کیا ہو۔</w:t>
      </w:r>
    </w:p>
    <w:p>
      <w:r>
        <w:rPr>
          <w:b/>
        </w:rPr>
        <w:t xml:space="preserve">[1:10:07] </w:t>
      </w:r>
      <w:r>
        <w:t>khud</w:t>
      </w:r>
    </w:p>
    <w:p>
      <w:pPr>
        <w:jc w:val="right"/>
      </w:pPr>
      <w:r>
        <w:t>خود</w:t>
      </w:r>
    </w:p>
    <w:p>
      <w:r>
        <w:rPr>
          <w:b/>
        </w:rPr>
        <w:t xml:space="preserve">[1:10:08] </w:t>
      </w:r>
      <w:r>
        <w:t>"laysa lilinsani illa ma so" yaani aadmi ne khud jo kiya apne liye, wahi us ka hai. baqi aur kuch us ko nahi milne wala hai.</w:t>
      </w:r>
    </w:p>
    <w:p>
      <w:pPr>
        <w:jc w:val="right"/>
      </w:pPr>
      <w:r>
        <w:t>"لیس للانسان الا ما سو" یعنی آدمی نے خود جو کیا اپنے لیے، وہی اس کا ہے۔ باقی اور کچھ اس کو نہیں ملنے والا ہے۔</w:t>
      </w:r>
    </w:p>
    <w:p>
      <w:r>
        <w:rPr>
          <w:b/>
        </w:rPr>
        <w:t xml:space="preserve">[1:10:22] </w:t>
      </w:r>
      <w:r>
        <w:t>to behal, mein poore yaqeen ke sath kehta hoon ke esal-e-sawab ka nazariya sar-ta-pa bid'at hai. is se kuch bhi marne wale ko kuch nahi milta,</w:t>
      </w:r>
    </w:p>
    <w:p>
      <w:pPr>
        <w:jc w:val="right"/>
      </w:pPr>
      <w:r>
        <w:t>تو بہرحال، میں پورے یقین کے ساتھ کہتا ہوں کہ ایصال ثواب کا نظریہ سرتابہ بدعت ہے۔ اس سے کچھ بھی مرنے والے کو کچھ نہیں ملتا،</w:t>
      </w:r>
    </w:p>
    <w:p>
      <w:r>
        <w:rPr>
          <w:b/>
        </w:rPr>
        <w:t xml:space="preserve">[1:10:36] </w:t>
      </w:r>
      <w:r>
        <w:t>kuch bhi nahi milta.</w:t>
      </w:r>
    </w:p>
    <w:p>
      <w:pPr>
        <w:jc w:val="right"/>
      </w:pPr>
      <w:r>
        <w:t>کچھ بھی نہیں ملتا۔</w:t>
      </w:r>
    </w:p>
    <w:p>
      <w:r>
        <w:rPr>
          <w:b/>
        </w:rPr>
        <w:t xml:space="preserve">[1:10:38] </w:t>
      </w:r>
      <w:r>
        <w:t>aap ko agar dard hai to dawat kijiye, esal-e-sawab mat kijiye, dawat kijiye, logon ko jagaiye, logon ko amal par ubhariye, logon ko bataiye ke unhein zindagi ko kis tarah ba-maqsad banana hai.</w:t>
      </w:r>
    </w:p>
    <w:p>
      <w:pPr>
        <w:jc w:val="right"/>
      </w:pPr>
      <w:r>
        <w:t>آپ کو اگر درد ہے تو دعوت کیجئے، ایصال ثواب مت کیجئے، دعوت کیجئے، لوگوں کو جگائیے، لوگوں کو عمل پر ابھاریے، لوگوں کو بتائیے کہ انہیں زندگی کو کس طرح بامقصد بنانا ہے۔</w:t>
      </w:r>
    </w:p>
    <w:p>
      <w:r>
        <w:rPr>
          <w:b/>
        </w:rPr>
        <w:t xml:space="preserve">[1:10:53] </w:t>
      </w:r>
      <w:r>
        <w:t>yeh us ka kaam kijiye. esal-e-sawab ke wali se karna yeh koi kaam nahi hai, dawat asal kaam hai, logon ko jagana, logon ko sachai ka ilm dena.</w:t>
      </w:r>
    </w:p>
    <w:p>
      <w:pPr>
        <w:jc w:val="right"/>
      </w:pPr>
      <w:r>
        <w:t>یہ اس کا کام کیجئے۔ ایصال ثواب کے ولی سے کرنا یہ کوئی کام نہیں ہے، دعوت اصل کام ہے، لوگوں کو جگانا، لوگوں کو سچائی کا علم دینا۔</w:t>
      </w:r>
    </w:p>
    <w:p>
      <w:r>
        <w:rPr>
          <w:b/>
        </w:rPr>
        <w:t xml:space="preserve">[1:11:08] </w:t>
      </w:r>
      <w:r>
        <w:t>maulana, yeh agla question aaya hai doctor safina tabassum ka ajmer se: "maulana sahib, i want to know that humiliating defeat of west after two seeds led them to spiritual seeds,</w:t>
      </w:r>
    </w:p>
    <w:p>
      <w:pPr>
        <w:jc w:val="right"/>
      </w:pPr>
      <w:r>
        <w:t>مولانا، یہ اگلا کوسچن آیا ہے ڈاکٹر سفینہ تبسم کا اجمیر سے: "مولانا صاحب، آئی وانٹ ٹو نو دیٹ ہیومیلیٹنگ ڈیفیٹ آف ویسٹ افٹر ٹوسیڈز لیڈ دیم ٹو سپرچول ٹوسیڈز،</w:t>
      </w:r>
    </w:p>
    <w:p>
      <w:r>
        <w:rPr>
          <w:b/>
        </w:rPr>
        <w:t xml:space="preserve">[1:11:25] </w:t>
      </w:r>
      <w:r>
        <w:t>but defeat of muslim world by the colonial powers could not ignite such reaction in muslims. why is this difference?"</w:t>
      </w:r>
    </w:p>
    <w:p>
      <w:pPr>
        <w:jc w:val="right"/>
      </w:pPr>
      <w:r>
        <w:t>بٹ ڈیفیٹ آف مسلم ورلڈ بائی دا کلونیل پاورز کڈ ناٹ اگنائٹ سچ ری ایکشن ان مسلمز۔ وائی از دس ڈیفرنس؟"</w:t>
      </w:r>
    </w:p>
    <w:p>
      <w:r>
        <w:rPr>
          <w:b/>
        </w:rPr>
        <w:t xml:space="preserve">[1:11:36] </w:t>
      </w:r>
      <w:r>
        <w:t>waqi bohat ziyada sochne ki baat hai, bohat ziyada sochne ki baat hai.</w:t>
      </w:r>
    </w:p>
    <w:p>
      <w:pPr>
        <w:jc w:val="right"/>
      </w:pPr>
      <w:r>
        <w:t>واقعی بہت زیادہ سوچنے کی بات ہے، بہت زیادہ سوچنے کی بات ہے۔</w:t>
      </w:r>
    </w:p>
    <w:p>
      <w:r>
        <w:rPr>
          <w:b/>
        </w:rPr>
        <w:t xml:space="preserve">[1:11:44] </w:t>
      </w:r>
      <w:r>
        <w:t>aaj mein, aaj ya kal ki baat hai, mein aik ajeeb o ghareeb baat soch raha tha ke kyun musalman ja rahe hain larnay bharnay ke</w:t>
      </w:r>
    </w:p>
    <w:p>
      <w:pPr>
        <w:jc w:val="right"/>
      </w:pPr>
      <w:r>
        <w:t>آج میں، آج یا کل کی بات ہے، میں ایک عجیب و غریب بات سوچ رہا تھا کہ کیوں مسلمان جا رہے ہیں لڑنے بھڑنے کے</w:t>
      </w:r>
    </w:p>
    <w:p>
      <w:r>
        <w:rPr>
          <w:b/>
        </w:rPr>
        <w:t xml:space="preserve">[1:11:54] </w:t>
      </w:r>
      <w:r>
        <w:t>liye. abhi aap ghor mein parha hoga aap ne ke europe, america ke naujawan jo taleem hasil kar rahe thay, woh dhoom se ja rahe hain yani military se join karne ke liye, islamic state jo aik so called islamic state mein apna sacrifice dene ke liye.</w:t>
      </w:r>
    </w:p>
    <w:p>
      <w:pPr>
        <w:jc w:val="right"/>
      </w:pPr>
      <w:r>
        <w:t>لیے۔ ابھی آپ غور میں پڑھا ہوگا آپ نے کہ یورپ، امریکہ کے نوجوان جو تعلیم حاصل کر رہے تھے، وہ دھوم سے جا رہے ہیں یعنی ملٹری سے جوائن کرنے کے لیے، اسلامک اسٹیٹ جو ایک سو کالڈ اسلامک اسٹیٹ میں اپنا سیکریفائس دینے کے لیے۔</w:t>
      </w:r>
    </w:p>
    <w:p>
      <w:r>
        <w:rPr>
          <w:b/>
        </w:rPr>
        <w:t xml:space="preserve">[1:12:16] </w:t>
      </w:r>
      <w:r>
        <w:t>to mujhe samajh mein aaya ke aik bohat bari ghalti ki hai musalmanon ne, hamare ulama ne. bhayanak ghalti</w:t>
      </w:r>
    </w:p>
    <w:p>
      <w:pPr>
        <w:jc w:val="right"/>
      </w:pPr>
      <w:r>
        <w:t>تو مجھے سمجھ میں آیا کہ ایک بہت بڑی غلطی کی ہے مسلمانوں نے، ہمارے علماء نے۔ بھیانک غلطی</w:t>
      </w:r>
    </w:p>
    <w:p>
      <w:r>
        <w:rPr>
          <w:b/>
        </w:rPr>
        <w:t xml:space="preserve">[1:12:23] </w:t>
      </w:r>
      <w:r>
        <w:t>woh yeh hai ke islam ki jo tareekh likhi gayi hai, woh sirf sirf achay achay item bataya hai aur jo item doosre thay, negative item, us ka saray se us ko hadaf kar diya.</w:t>
      </w:r>
    </w:p>
    <w:p>
      <w:pPr>
        <w:jc w:val="right"/>
      </w:pPr>
      <w:r>
        <w:t>وہ یہ ہے کہ اسلام کی جو تاریخ لکھی گئی ہے، وہ صرف صرف اچھے اچھے آئٹم بتایا ہے اور جو آئٹم دوسرے تھے، نیگیٹیو آئٹم، اس کا سرے سے اس کو حذف کر دیا۔</w:t>
      </w:r>
    </w:p>
    <w:p>
      <w:r>
        <w:rPr>
          <w:b/>
        </w:rPr>
        <w:t xml:space="preserve">[1:12:38] </w:t>
      </w:r>
      <w:r>
        <w:t>orientalist us ko nikalte hain aur kehte hain, to kehte hain ke musalman yeh dushman hain. jitnay bhi musalmanon ki tareekhein likhi gayi hain, woh sab yeh likhi gayi hain ke achay achay item nikal kar aik tareekh likh diya aur jo laraaiyan huien, aapas mein khoon kharaba hua, aapas mein jo aapas mein loot khusoot hui, woh bhari hui hai muslim tareekh.</w:t>
      </w:r>
    </w:p>
    <w:p>
      <w:pPr>
        <w:jc w:val="right"/>
      </w:pPr>
      <w:r>
        <w:t>اورینٹلسٹ اس کو نکالتے ہیں اور کہتے ہیں، تو کہتے ہیں کہ مسلمان یہ دشمن ہیں۔ جتنے بھی مسلمانوں کی تاریخیں لکھی گئی ہیں، وہ سب یہ لکھی گئی ہیں کہ اچھے اچھے آئٹم نکال کر ایک تاریخ لکھ دیا اور جو لڑائیاں ہوئیں، آپس میں خون خرابہ ہوا، آپس میں جو آپس میں لوٹ کھسوٹ ہوئی، وہ بھری ہوئی ہے مسلم تاریخ۔</w:t>
      </w:r>
    </w:p>
    <w:p>
      <w:r>
        <w:rPr>
          <w:b/>
        </w:rPr>
        <w:t xml:space="preserve">[1:12:59] </w:t>
      </w:r>
      <w:r>
        <w:t>us ko dushman khane mein daal diya. to un ke zehn mein kya hai? jab koi lafz bolta hai islami hukumat, islami khilafat, to samajhte hain ke woh daur wapas aana hai, woh golden daur, jo golden daur koi tha hi nahi,</w:t>
      </w:r>
    </w:p>
    <w:p>
      <w:pPr>
        <w:jc w:val="right"/>
      </w:pPr>
      <w:r>
        <w:t>اس کو دشمن کھانے میں ڈال دیا۔ تو ان کے ذہن میں کیا ہے؟ جب کوئی لفظ بولتا ہے اسلامی حکومت، اسلامی خلافت، تو سمجھتے ہیں کہ وہ دور واپس آنا ہے، وہ گولڈن دور، جو گولڈن دور کوئی تھا ہی نہیں،</w:t>
      </w:r>
    </w:p>
    <w:p>
      <w:r>
        <w:rPr>
          <w:b/>
        </w:rPr>
        <w:t xml:space="preserve">[1:13:15] </w:t>
      </w:r>
      <w:r>
        <w:t>koi golden daur nahi tha. yeh sab hamari khud likhi hui kahaniyan hain.</w:t>
      </w:r>
    </w:p>
    <w:p>
      <w:pPr>
        <w:jc w:val="right"/>
      </w:pPr>
      <w:r>
        <w:t>کوئی گولڈن دور نہیں تھا۔ یہ سب ہماری خود لکھی ہوئی کہانیاں ہیں۔</w:t>
      </w:r>
    </w:p>
    <w:p>
      <w:r>
        <w:rPr>
          <w:b/>
        </w:rPr>
        <w:t xml:space="preserve">[1:13:21] </w:t>
      </w:r>
      <w:r>
        <w:t>jaise aaj kal media mein aap dekhte hain ke sensational news ko select karte hain, jis mein sensational news ko select nahi karte.</w:t>
      </w:r>
    </w:p>
    <w:p>
      <w:pPr>
        <w:jc w:val="right"/>
      </w:pPr>
      <w:r>
        <w:t>جیسے آج کل میڈیا میں آپ دیکھتے ہیں کہ سینسیشنل نیوز کو سلیکٹ کرتے ہیں، جس میں سینسیشنل نیوز کو سلیکٹ نہیں کرتے۔</w:t>
      </w:r>
    </w:p>
    <w:p>
      <w:r>
        <w:rPr>
          <w:b/>
        </w:rPr>
        <w:t xml:space="preserve">[1:13:31] </w:t>
      </w:r>
      <w:r>
        <w:t>yehi hamare historian ne kiya, muslim historian ne ke jis mein un ki tareekh ki ghalti thi, us ko to le liya unhon ne, baqi chhod diya unhon ne.</w:t>
      </w:r>
    </w:p>
    <w:p>
      <w:pPr>
        <w:jc w:val="right"/>
      </w:pPr>
      <w:r>
        <w:t>یہی ہمارے ہسٹورین نے کیا، مسلم ہسٹورین نے کہ جس میں ان کی تاریخ کی غلطی تھی، اس کو تو لے لیا انہوں نے، باقی چھوڑ دیا انہوں نے۔</w:t>
      </w:r>
    </w:p>
    <w:p>
      <w:r>
        <w:rPr>
          <w:b/>
        </w:rPr>
        <w:t xml:space="preserve">[1:13:44] </w:t>
      </w:r>
      <w:r>
        <w:t>orientalist jo hain, woh woh nikal nikal kar us ko laate hain aur poori tareekh likhne ki koshish karte hain, to us ko kehte hain ke dushman hamare hain.</w:t>
      </w:r>
    </w:p>
    <w:p>
      <w:pPr>
        <w:jc w:val="right"/>
      </w:pPr>
      <w:r>
        <w:t>اورینٹلسٹ جو ہیں، وہ وہ نکال نکال کر اس کو لاتے ہیں اور پوری تاریخ لکھنے کی کوشش کرتے ہیں، تو اس کو کہتے ہیں کہ دشمن ہمارے ہیں۔</w:t>
      </w:r>
    </w:p>
    <w:p>
      <w:r>
        <w:rPr>
          <w:b/>
        </w:rPr>
        <w:t xml:space="preserve">[1:13:54] </w:t>
      </w:r>
      <w:r>
        <w:t>to har aadmi aik false food mein jee raha hai, false food mein. sab se bari musibat hai ke sari muslim ummat jo hai, false food mein jee rahi hai, false food mein jee rahi hai.</w:t>
      </w:r>
    </w:p>
    <w:p>
      <w:pPr>
        <w:jc w:val="right"/>
      </w:pPr>
      <w:r>
        <w:t>تو ہر آدمی ایک فالس فوڈ میں جی رہا ہے، فالس فوڈ میں۔ سب سے بڑی مصیبت ہے کہ ساری مسلم امت جو ہے، فالس فوڈ میں جی رہی ہے، فالس فوڈ میں جی رہی ہے۔</w:t>
      </w:r>
    </w:p>
    <w:p>
      <w:r>
        <w:rPr>
          <w:b/>
        </w:rPr>
        <w:t xml:space="preserve">[1:14:06] </w:t>
      </w:r>
      <w:r>
        <w:t>yani doosron ke baray mein woh rai jo haqeeqat ke khilaf</w:t>
      </w:r>
    </w:p>
    <w:p>
      <w:pPr>
        <w:jc w:val="right"/>
      </w:pPr>
      <w:r>
        <w:t>یعنی دوسروں کے بارے میں وہ رائے جو حقیقت کے خلاف</w:t>
      </w:r>
    </w:p>
    <w:p>
      <w:r>
        <w:rPr>
          <w:b/>
        </w:rPr>
        <w:t xml:space="preserve">[1:14:12] </w:t>
      </w:r>
      <w:r>
        <w:t>hai, apne baray mein bhi woh rai jo haqeeqat ke mutabiq nahi hai. apne ko bohat acha bana kar pesh kiya hai aur doosron ko bohat bura bana kar pesh hai.</w:t>
      </w:r>
    </w:p>
    <w:p>
      <w:pPr>
        <w:jc w:val="right"/>
      </w:pPr>
      <w:r>
        <w:t>ہے، اپنے بارے میں بھی وہ رائے جو حقیقت کے مطابق نہیں ہے۔ اپنے کو بہت اچھا بنا کر پیش کیا ہے اور دوسروں کو بہت برا بنا کر پیش ہے۔</w:t>
      </w:r>
    </w:p>
    <w:p>
      <w:r>
        <w:rPr>
          <w:b/>
        </w:rPr>
        <w:t xml:space="preserve">[1:14:21] </w:t>
      </w:r>
      <w:r>
        <w:t>idhar bhi false food, idhar bhi false food,</w:t>
      </w:r>
    </w:p>
    <w:p>
      <w:pPr>
        <w:jc w:val="right"/>
      </w:pPr>
      <w:r>
        <w:t>ادھر بھی فالس فوڈ، ادھر بھی فالس فوڈ،</w:t>
      </w:r>
    </w:p>
    <w:p>
      <w:r>
        <w:rPr>
          <w:b/>
        </w:rPr>
        <w:t xml:space="preserve">[1:14:28] </w:t>
      </w:r>
      <w:r>
        <w:t>donon taraf false food hai. crusaders jo thay, woh wahan ke un ke halaat jo thay, un ko bhi defeat hui.</w:t>
      </w:r>
    </w:p>
    <w:p>
      <w:pPr>
        <w:jc w:val="right"/>
      </w:pPr>
      <w:r>
        <w:t>دونوں طرف فالس فوڈ ہے۔ کروسیڈرز جو تھے، وہ وہاں کے ان کے حالات جو تھے، ان کو بھی ڈیفیٹ ہوئی۔</w:t>
      </w:r>
    </w:p>
    <w:p>
      <w:r>
        <w:rPr>
          <w:b/>
        </w:rPr>
        <w:t xml:space="preserve">[1:14:40] </w:t>
      </w:r>
      <w:r>
        <w:t>to woh mein ne us par likha hai, aise halaat thay, us ki wajah se un ke andar introspection aaya, rethinking aayi.</w:t>
      </w:r>
    </w:p>
    <w:p>
      <w:pPr>
        <w:jc w:val="right"/>
      </w:pPr>
      <w:r>
        <w:t>تو وہ میں نے اس پر لکھا ہے، ایسے حالات تھے، اس کی وجہ سے ان کے اندر انٹراسپیکشن آیا، ری تھنکنگ آئی۔</w:t>
      </w:r>
    </w:p>
    <w:p>
      <w:r>
        <w:rPr>
          <w:b/>
        </w:rPr>
        <w:t xml:space="preserve">[1:14:50] </w:t>
      </w:r>
      <w:r>
        <w:t>musalmanon mein rethink aa hi nahi rahi.</w:t>
      </w:r>
    </w:p>
    <w:p>
      <w:pPr>
        <w:jc w:val="right"/>
      </w:pPr>
      <w:r>
        <w:t>مسلمانوں میں ری تھنک آ ہی نہیں رہی۔</w:t>
      </w:r>
    </w:p>
    <w:p>
      <w:r>
        <w:rPr>
          <w:b/>
        </w:rPr>
        <w:t xml:space="preserve">[1:14:53] </w:t>
      </w:r>
      <w:r>
        <w:t>misal ke tor par, falasteen ke baad par 60 baras se sirf sirf tabah kar rahe hain apne aap ko, apne aap ko tabah kar rahe hain aur rethink aa nahi rahi, rethink aa hi nahi rahi hai.</w:t>
      </w:r>
    </w:p>
    <w:p>
      <w:pPr>
        <w:jc w:val="right"/>
      </w:pPr>
      <w:r>
        <w:t>مثال کے طور پر، فلسطین کے بعد پر 60 برس سے صرف صرف تباہ کر رہے ہیں اپنے آپ کو، اپنے آپ کو تباہ کر رہے ہیں اور ری تھنک آ نہیں رہی، ری تھنک آ ہی نہیں رہی ہے۔</w:t>
      </w:r>
    </w:p>
    <w:p>
      <w:r>
        <w:rPr>
          <w:b/>
        </w:rPr>
        <w:t xml:space="preserve">[1:15:09] </w:t>
      </w:r>
      <w:r>
        <w:t>yeh aik bohat bara sawal hai tareekh ka ke musalmanon mein rethinking kyun nahi aa rahi hai, jabkay doosron mein rethink aati hai.</w:t>
      </w:r>
    </w:p>
    <w:p>
      <w:pPr>
        <w:jc w:val="right"/>
      </w:pPr>
      <w:r>
        <w:t>یہ ایک بہت بڑا سوال ہے تاریخ کا کہ مسلمانوں میں ری تھنکنگ کیوں نہیں آ رہی ہے، جبکہ دوسروں میں ری تھنک آتی ہے۔</w:t>
      </w:r>
    </w:p>
    <w:p>
      <w:r>
        <w:rPr>
          <w:b/>
        </w:rPr>
        <w:t xml:space="preserve">[1:15:22] </w:t>
      </w:r>
      <w:r>
        <w:t>beh-haal, us par mein ne meri aik rai hai, us par mein ne likha hai, aap meri kitab padh lijiye, izhaar-e-deen, us mein us par uska aik jawab dene ki koshish ki gayi hai.</w:t>
      </w:r>
    </w:p>
    <w:p>
      <w:pPr>
        <w:jc w:val="right"/>
      </w:pPr>
      <w:r>
        <w:t>بہرحال، اس پر میں نے میری ایک رائے ہے، اس پر میں نے لکھا ہے، آپ میری کتاب پڑھ لیجئے، اظہار دین، اس میں اس پر اس کا ایک جواب دینے کی کوشش کی گئی ہے۔</w:t>
      </w:r>
    </w:p>
    <w:p>
      <w:r>
        <w:rPr>
          <w:b/>
        </w:rPr>
        <w:t xml:space="preserve">[1:15:36] </w:t>
      </w:r>
      <w:r>
        <w:t>maulana, yeh agla question aaya hai mr ajay ka gurgaon se: "maulana, what is spirituality? can a person be spiritual without following any religion or ideology?"</w:t>
      </w:r>
    </w:p>
    <w:p>
      <w:pPr>
        <w:jc w:val="right"/>
      </w:pPr>
      <w:r>
        <w:t>مولانا، یہ اگلا کوسچن آیا ہے مسٹر اجے کا گڑگاؤں سے: "مولانا، واٹ از سپرچویلٹی؟ کین اے پرسن بی سپرچول ودا آؤٹ فالونگ اینی ریلیجن اور آئیڈیالوجی؟"</w:t>
      </w:r>
    </w:p>
    <w:p>
      <w:r>
        <w:rPr>
          <w:b/>
        </w:rPr>
        <w:t xml:space="preserve">[1:15:53] </w:t>
      </w:r>
      <w:r>
        <w:t>dekhein, spirituality jo hai, us ke yani us ki tareekh ke do hissay hain.</w:t>
      </w:r>
    </w:p>
    <w:p>
      <w:pPr>
        <w:jc w:val="right"/>
      </w:pPr>
      <w:r>
        <w:t>دیکھیں، سپرچویلٹی جو ہے، اس کے یعنی اس کی تاریخ کے دو حصے ہیں۔</w:t>
      </w:r>
    </w:p>
    <w:p>
      <w:r>
        <w:rPr>
          <w:b/>
        </w:rPr>
        <w:t xml:space="preserve">[1:16:04] </w:t>
      </w:r>
      <w:r>
        <w:t>pehlay zamanay mein spirituality ko heart based discipline samjha jata tha, to us ka taluq mazhab se nahi tha.</w:t>
      </w:r>
    </w:p>
    <w:p>
      <w:pPr>
        <w:jc w:val="right"/>
      </w:pPr>
      <w:r>
        <w:t>پہلے زمانے میں سپرچویلٹی کو ہارٹ بیسڈ ڈسپلن سمجھا جاتا تھا، تو اس کا تعلق مذہب سے نہیں تھا۔</w:t>
      </w:r>
    </w:p>
    <w:p>
      <w:r>
        <w:rPr>
          <w:b/>
        </w:rPr>
        <w:t xml:space="preserve">[1:16:13] </w:t>
      </w:r>
      <w:r>
        <w:t>to us mein ecstasy yani spirituality ka matlab tha aik ecstasy ki halat, aik wajd ki halat. to us ka taluq mazhab se nahi tha,</w:t>
      </w:r>
    </w:p>
    <w:p>
      <w:pPr>
        <w:jc w:val="right"/>
      </w:pPr>
      <w:r>
        <w:t>تو اس میں ایکسٹیسی یعنی سپرچویلٹی کا مطلب تھا ایک ایکسٹیسی کی حالت، ایک وجد کی حالت۔ تو اس کا تعلق مذہب سے نہیں تھا،</w:t>
      </w:r>
    </w:p>
    <w:p>
      <w:r>
        <w:rPr>
          <w:b/>
        </w:rPr>
        <w:t xml:space="preserve">[1:16:23] </w:t>
      </w:r>
      <w:r>
        <w:t>lekin main jis ko manta hoon, spirituality woh hai mind based spirituality. to jab mind ko active karen ge, aap soch kar ke, to woh to aap sachai ko janna chahen ge.</w:t>
      </w:r>
    </w:p>
    <w:p>
      <w:pPr>
        <w:jc w:val="right"/>
      </w:pPr>
      <w:r>
        <w:t>لیکن میں جس کو مانتا ہوں، سپرچویلٹی وہ ہے مائنڈ بیسڈ سپرچویلٹی۔ تو جب مائنڈ کو ایکٹیو کریں گے، آپ سوچ کر کے، تو وہ تو آپ سچائی کو جاننا چاہیں گے۔</w:t>
      </w:r>
    </w:p>
    <w:p>
      <w:r>
        <w:rPr>
          <w:b/>
        </w:rPr>
        <w:t xml:space="preserve">[1:16:39] </w:t>
      </w:r>
      <w:r>
        <w:t>jab sachai ko janna chahen ge, to aap mazhab tak pahanch jayen ge. ke pehle zamane mein jo thi spirituality, heart based spirituality thi, to is ka talluq mazhab se nahi hua karta tha.</w:t>
      </w:r>
    </w:p>
    <w:p>
      <w:pPr>
        <w:jc w:val="right"/>
      </w:pPr>
      <w:r>
        <w:t>جب سچائی کو جاننا چاہیں گے، تو آپ مذہب تک پہنچ جائیں گے۔ کہ پہلے زمانے میں جو تھی سپرچویلٹی، ہارٹ بیسڈ سپرچویلٹی تھی، تو اس کا تعلق مذہب سے نہیں ہوا کرتا تھا۔</w:t>
      </w:r>
    </w:p>
    <w:p>
      <w:r>
        <w:rPr>
          <w:b/>
        </w:rPr>
        <w:t xml:space="preserve">[1:16:53] </w:t>
      </w:r>
      <w:r>
        <w:t>lekin yani yeh yeh meri apni yeh soch hai ke main spirituality ko mind based spirituality samajhta hoon.</w:t>
      </w:r>
    </w:p>
    <w:p>
      <w:pPr>
        <w:jc w:val="right"/>
      </w:pPr>
      <w:r>
        <w:t>لیکن یعنی یہ یہ میری اپنی یہ سوچ ہے کہ میں سپرچویلٹی کو مائنڈ بیسڈ سپرچویلٹی سمجھتا ہوں۔</w:t>
      </w:r>
    </w:p>
    <w:p>
      <w:r>
        <w:rPr>
          <w:b/>
        </w:rPr>
        <w:t xml:space="preserve">[1:17:02] </w:t>
      </w:r>
      <w:r>
        <w:t>to is mein thinking ka role ho jata hai. jab thinking ka role ho jayega, to aap zahir hai ke daryaft karen ge ke kya sach hai, kya sach nahi hai.</w:t>
      </w:r>
    </w:p>
    <w:p>
      <w:pPr>
        <w:jc w:val="right"/>
      </w:pPr>
      <w:r>
        <w:t>تو اس میں تھنکنگ کا رول ہو جاتا ہے۔ جب تھنکنگ کا رول ہو جائے گا، تو آپ ظاہر ہے کہ دریافت کریں گے کہ کیا سچ ہے، کیا سچ نہیں ہے۔</w:t>
      </w:r>
    </w:p>
    <w:p>
      <w:r>
        <w:rPr>
          <w:b/>
        </w:rPr>
        <w:t xml:space="preserve">[1:17:12] </w:t>
      </w:r>
      <w:r>
        <w:t>aur jab yeh sab hoga, to aik aik process chalega aap ke mind mein, aur aap bahar mazhab tak pahanchen ge, true mazhab tak.</w:t>
      </w:r>
    </w:p>
    <w:p>
      <w:pPr>
        <w:jc w:val="right"/>
      </w:pPr>
      <w:r>
        <w:t>اور جب یہ سب ہوگا، تو ایک ایک پراسیس چلے گا آپ کے مائنڈ میں، اور آپ باہر مذہب تک پہنچیں گے، ٹرو مذہب تک۔</w:t>
      </w:r>
    </w:p>
    <w:p>
      <w:r>
        <w:rPr>
          <w:b/>
        </w:rPr>
        <w:t xml:space="preserve">[1:17:23] </w:t>
      </w:r>
      <w:r>
        <w:t>maulana, yeh agla question aaya hai muhammad izhar khan ka new delhi se: "maulana, can i visit religious places of other religions?" zaroor,</w:t>
      </w:r>
    </w:p>
    <w:p>
      <w:pPr>
        <w:jc w:val="right"/>
      </w:pPr>
      <w:r>
        <w:t>مولانا، یہ اگلا کوسچن آیا ہے محمد اظہار خان کا نیو دہلی سے: "مولانا، کین آئی وزٹ ریلیجس پلیسز آف ادر ریلیجنز؟" ضرور،</w:t>
      </w:r>
    </w:p>
    <w:p>
      <w:r>
        <w:rPr>
          <w:b/>
        </w:rPr>
        <w:t xml:space="preserve">[1:17:37] </w:t>
      </w:r>
      <w:r>
        <w:t>aap sharab khane mein jaiye. kaun is mein burai kya hai? aap khud apne ko burai se bachaiye. baqi visit to aap sab ki kijiye, dawat dene ke liye, experience lene ke liye, logon se discuss karne ke liye.</w:t>
      </w:r>
    </w:p>
    <w:p>
      <w:pPr>
        <w:jc w:val="right"/>
      </w:pPr>
      <w:r>
        <w:t>آپ شراب خانے میں جائیے۔ کون اس میں برائی کیا ہے؟ آپ خود اپنے کو برائی سے بچائیے۔ باقی وزٹ تو آپ سب کی کیجئے، دعوت دینے کے لیے، ایکسپیرینس لینے کے لیے، لوگوں سے ڈسکس کرنے کے لیے۔</w:t>
      </w:r>
    </w:p>
    <w:p>
      <w:r>
        <w:rPr>
          <w:b/>
        </w:rPr>
        <w:t xml:space="preserve">[1:17:53] </w:t>
      </w:r>
      <w:r>
        <w:t>zaroor jaiye, har jagah jaiye. hum to har jagah jate hain.</w:t>
      </w:r>
    </w:p>
    <w:p>
      <w:pPr>
        <w:jc w:val="right"/>
      </w:pPr>
      <w:r>
        <w:t>ضرور جائیے، ہر جگہ جائیے۔ ہم تو ہر جگہ جاتے ہیں۔</w:t>
      </w:r>
    </w:p>
    <w:p>
      <w:r>
        <w:rPr>
          <w:b/>
        </w:rPr>
        <w:t xml:space="preserve">[1:17:58] </w:t>
      </w:r>
      <w:r>
        <w:t>yani aik to yeh hai ke aap jayen dawat dene ke liye, to bohat achi baat hai. agar aap ko dawat nahi dena hai, tab bhi aap experience lene ke liye jaiye, discuss karne ke liye jaiye, intellectual development ke liye jaiye,</w:t>
      </w:r>
    </w:p>
    <w:p>
      <w:pPr>
        <w:jc w:val="right"/>
      </w:pPr>
      <w:r>
        <w:t>یعنی ایک تو یہ ہے کہ آپ جائیں دعوت دینے کے لیے، تو بہت اچھی بات ہے۔ اگر آپ کو دعوت نہیں دینا ہے، تب بھی آپ ایکسپیرینس لینے کے لیے جائیے، ڈسکس کرنے کے لیے جائیے، انٹلیکچول ڈیولپمنٹ کے لیے جائیے،</w:t>
      </w:r>
    </w:p>
    <w:p>
      <w:r>
        <w:rPr>
          <w:b/>
        </w:rPr>
        <w:t xml:space="preserve">[1:18:12] </w:t>
      </w:r>
      <w:r>
        <w:t>duniya ko samajhne ke liye jaiye ke duniya hai kiya. main mere nazdeek yeh ghetto mentality jo musalmanon mein aa gayi hai, bohat galat samajhta hoon main is ko.</w:t>
      </w:r>
    </w:p>
    <w:p>
      <w:pPr>
        <w:jc w:val="right"/>
      </w:pPr>
      <w:r>
        <w:t>دنیا کو سمجھنے کے لیے جائیے کہ دنیا ہے کیا۔ میں میرے نزدیک یہ گھیٹو مینٹیلٹی جو مسلمانوں میں آ گئی ہے، بہت غلط سمجھتا ہوں میں اس کو۔</w:t>
      </w:r>
    </w:p>
    <w:p>
      <w:r>
        <w:rPr>
          <w:b/>
        </w:rPr>
        <w:t xml:space="preserve">[1:18:25] </w:t>
      </w:r>
      <w:r>
        <w:t>maulana, yeh agla question hai maulana iqbal umri ka chennai se: "maulana, apni ghalti ko agar koi batata hai to ego aa jata hai.</w:t>
      </w:r>
    </w:p>
    <w:p>
      <w:pPr>
        <w:jc w:val="right"/>
      </w:pPr>
      <w:r>
        <w:t>مولانا، یہ اگلا کوسچن ہے مولانا اقبال عمری کا چنئی سے: "مولانا، اپنی غلطی کو اگر کوئی بتاتا ہے تو ایگو آ جاتا ہے۔</w:t>
      </w:r>
    </w:p>
    <w:p>
      <w:r>
        <w:rPr>
          <w:b/>
        </w:rPr>
        <w:t xml:space="preserve">[1:18:36] </w:t>
      </w:r>
      <w:r>
        <w:t>aisa kyun hota hai?"</w:t>
      </w:r>
    </w:p>
    <w:p>
      <w:pPr>
        <w:jc w:val="right"/>
      </w:pPr>
      <w:r>
        <w:t>ایسا کیوں ہوتا ہے؟"</w:t>
      </w:r>
    </w:p>
    <w:p>
      <w:r>
        <w:rPr>
          <w:b/>
        </w:rPr>
        <w:t xml:space="preserve">[1:18:44] </w:t>
      </w:r>
      <w:r>
        <w:t>azam dekhiye, har aadmi har lamha shaitan ke, shaitan ke hamein, hamein, hamare paas hum har waqt shaitan hota hai.</w:t>
      </w:r>
    </w:p>
    <w:p>
      <w:pPr>
        <w:jc w:val="right"/>
      </w:pPr>
      <w:r>
        <w:t>عزم دیکھیے، ہر آدمی ہر لمحہ شیطان کے، شیطان کے ہمیں، ہمیں، ہمارے پاس ہم ہر وقت شیطان ہوتا ہے۔</w:t>
      </w:r>
    </w:p>
    <w:p>
      <w:r>
        <w:rPr>
          <w:b/>
        </w:rPr>
        <w:t xml:space="preserve">[1:18:58] </w:t>
      </w:r>
      <w:r>
        <w:t>har aadmi ke sath shaitan hota hai. to woh woh aadmi shaitan waswasa dalta hai.</w:t>
      </w:r>
    </w:p>
    <w:p>
      <w:pPr>
        <w:jc w:val="right"/>
      </w:pPr>
      <w:r>
        <w:t>ہر آدمی کے ساتھ شیطان ہوتا ہے۔ تو وہ وہ آدمی شیطان وسوسہ ڈالتا ہے۔</w:t>
      </w:r>
    </w:p>
    <w:p>
      <w:r>
        <w:rPr>
          <w:b/>
        </w:rPr>
        <w:t xml:space="preserve">[1:19:06] </w:t>
      </w:r>
      <w:r>
        <w:t>to shaitan ka kaam hai ego ko activate karna, aur angels ka kaam hai consciousness ko ego activate karna.</w:t>
      </w:r>
    </w:p>
    <w:p>
      <w:pPr>
        <w:jc w:val="right"/>
      </w:pPr>
      <w:r>
        <w:t>تو شیطان کا کام ہے ایگو کو ایکٹیویٹ کرنا، اور اینجلز کا کام ہے کانشیس کو ایگو ایکٹیویٹ کرنا۔</w:t>
      </w:r>
    </w:p>
    <w:p>
      <w:r>
        <w:rPr>
          <w:b/>
        </w:rPr>
        <w:t xml:space="preserve">[1:19:17] </w:t>
      </w:r>
      <w:r>
        <w:t>to aadmi ne apne aap ko kis hesiyat se tayyar kiya hai? agar aap ne apne consciousness ko bachaya hai, to aap farishte aap ko activate karenge, aap bach jayen ge is se.</w:t>
      </w:r>
    </w:p>
    <w:p>
      <w:pPr>
        <w:jc w:val="right"/>
      </w:pPr>
      <w:r>
        <w:t>تو آدمی نے اپنے آپ کو کس حیثیت سے تیار کیا ہے؟ اگر آپ نے اپنے کانشیس کو بچایا ہے، تو آپ فرشتے آپ کو ایکٹیویٹ کریں گے، آپ بچ جائیں گے اس سے۔</w:t>
      </w:r>
    </w:p>
    <w:p>
      <w:r>
        <w:rPr>
          <w:b/>
        </w:rPr>
        <w:t xml:space="preserve">[1:19:33] </w:t>
      </w:r>
      <w:r>
        <w:t>agar aap ne consciousness ko nahi bachaya hai, to aap ka ego hi zinda rahega. to shaitan ke is mein aap yani is ke influence mein aap aa jayen ge.</w:t>
      </w:r>
    </w:p>
    <w:p>
      <w:pPr>
        <w:jc w:val="right"/>
      </w:pPr>
      <w:r>
        <w:t>اگر آپ نے کانشیس کو نہیں بچایا ہے، تو آپ کا ایگو ہی زندہ رہے گا۔ تو شیطان کے اس میں آپ یعنی اس کے انفلوئنس میں آپ آ جائیں گے۔</w:t>
      </w:r>
    </w:p>
    <w:p>
      <w:r>
        <w:rPr>
          <w:b/>
        </w:rPr>
        <w:t xml:space="preserve">[1:19:51] </w:t>
      </w:r>
      <w:r>
        <w:t>yeh main bataoon ke yeh apne aap ko prepare karne ki baat hai. jo quran mein ashaddal kuffar yani burai ke muqable mein stubborn ho jana,</w:t>
      </w:r>
    </w:p>
    <w:p>
      <w:pPr>
        <w:jc w:val="right"/>
      </w:pPr>
      <w:r>
        <w:t>یہ میں بتاؤں کہ یہ اپنے آپ کو پریپیئر کرنے کی بات ہے۔ جو قرآن میں ایک اشدہ الکفار یعنی برائی کے مقابلے میں اسٹبرن ہو جانا،</w:t>
      </w:r>
    </w:p>
    <w:p>
      <w:r>
        <w:rPr>
          <w:b/>
        </w:rPr>
        <w:t xml:space="preserve">[1:20:01] </w:t>
      </w:r>
      <w:r>
        <w:t>burai ka influence na lena, woh kab hota hai? jab aap ne ko bachaya yani apne apne apne consciousness ko aap alive rakhen ge.</w:t>
      </w:r>
    </w:p>
    <w:p>
      <w:pPr>
        <w:jc w:val="right"/>
      </w:pPr>
      <w:r>
        <w:t>برائی کا انفلوئنس نہ لینا، وہ کب ہوتا ہے؟ جب آپ نے کو بچایا یعنی اپنے اپنے اپنے کانشیس کو آپ الائیو رکھیں گے۔</w:t>
      </w:r>
    </w:p>
    <w:p>
      <w:r>
        <w:rPr>
          <w:b/>
        </w:rPr>
        <w:t xml:space="preserve">[1:20:11] </w:t>
      </w:r>
      <w:r>
        <w:t>alive to iblis ka ta'zeem ya waswasa aap par aap ko influence nahi kar payega.</w:t>
      </w:r>
    </w:p>
    <w:p>
      <w:pPr>
        <w:jc w:val="right"/>
      </w:pPr>
      <w:r>
        <w:t>الائیو تو ابلیس کا تعظیم یا وسوسہ آپ پر آپ کو انفلوئنس نہیں کر پائے گا۔</w:t>
      </w:r>
    </w:p>
    <w:p>
      <w:r>
        <w:rPr>
          <w:b/>
        </w:rPr>
        <w:t xml:space="preserve">[1:20:20] </w:t>
      </w:r>
      <w:r>
        <w:t>lekin agar agar aap ne apne consciousness ko alive nahi rakha, to aap ka ego alive alive ho jayega. to phir aap foran shaitan ke influence mein aa jayen ge.</w:t>
      </w:r>
    </w:p>
    <w:p>
      <w:pPr>
        <w:jc w:val="right"/>
      </w:pPr>
      <w:r>
        <w:t>لیکن اگر اگر آپ نے اپنے کانشیس کو الائیو نہیں رکھا، تو آپ کا ایگو الائیو الائیو ہو جائے گا۔ تو پھر آپ فوراً شیطان کے انفلوئنس میں آ جائیں گے۔</w:t>
      </w:r>
    </w:p>
    <w:p>
      <w:r>
        <w:rPr>
          <w:b/>
        </w:rPr>
        <w:t xml:space="preserve">[1:20:32] </w:t>
      </w:r>
      <w:r>
        <w:t>yeh yahi quran o hadith mein milta hai, yahi mera tajurba bhi hai. maulana, yeh agla comment aaya hai maulana inayat umri ka chennai se</w:t>
      </w:r>
    </w:p>
    <w:p>
      <w:pPr>
        <w:jc w:val="right"/>
      </w:pPr>
      <w:r>
        <w:t>یہ یہی قرآن و حدیث میں ملتا ہے، یہی میرا تجربہ بھی ہے۔ مولانا، یہ اگلا کمنٹ آیا ہے مولانا عنایت عمری کا چنئی سے</w:t>
      </w:r>
    </w:p>
    <w:p>
      <w:r>
        <w:rPr>
          <w:b/>
        </w:rPr>
        <w:t xml:space="preserve">[1:20:44] </w:t>
      </w:r>
      <w:r>
        <w:t>: "maulana, ulama ne soch par pabandi laga kar aala marifat, aala jannat ka tasawwur, aala ibadat ke tasawwur se mehroom kar diya hai, jis ki wajah se aisa haal ho gaya hai ke ibadat karte hain,</w:t>
      </w:r>
    </w:p>
    <w:p>
      <w:pPr>
        <w:jc w:val="right"/>
      </w:pPr>
      <w:r>
        <w:t>: "مولانا، علماء نے سوچ پر پابندی لگا کر اعلیٰ معرفت، اعلیٰ جنت کا تصور، اعلیٰ عبادت کے تصور سے محروم کر دیا ہے، جس کی وجہ سے ایسا حال ہو گیا ہے کہ عبادت کرتے ہیں،</w:t>
      </w:r>
    </w:p>
    <w:p>
      <w:r>
        <w:rPr>
          <w:b/>
        </w:rPr>
        <w:t xml:space="preserve">[1:21:02] </w:t>
      </w:r>
      <w:r>
        <w:t>tab bhi khuda ka khuda ka live tasawwur nahi paya jata. m</w:t>
      </w:r>
    </w:p>
    <w:p>
      <w:pPr>
        <w:jc w:val="right"/>
      </w:pPr>
      <w:r>
        <w:t>تب بھی خدا کا خدا کا لائیو تصور نہیں پایا جاتا۔ م</w:t>
      </w:r>
    </w:p>
    <w:p>
      <w:r>
        <w:rPr>
          <w:b/>
        </w:rPr>
        <w:t xml:space="preserve">[1:21:09] </w:t>
      </w:r>
      <w:r>
        <w:t>agar aap ki baat se main ne paya ke yahan sirf ibadat nahi, balkeh har waqt living with god ka tajurba ho sakta hai." sahi baat, sahi kahi aap ne.</w:t>
      </w:r>
    </w:p>
    <w:p>
      <w:pPr>
        <w:jc w:val="right"/>
      </w:pPr>
      <w:r>
        <w:t>گر آپ کی بات سے میں نے پایا کہ یہاں صرف عبادت نہیں، بلکہ ہر وقت لیونگ ود گاڈ کا تجربہ ہو سکتا ہے۔" صحیح بات، صحیح کہی آپ نے۔</w:t>
      </w:r>
    </w:p>
    <w:p>
      <w:r>
        <w:rPr>
          <w:b/>
        </w:rPr>
        <w:t xml:space="preserve">[1:21:23] </w:t>
      </w:r>
      <w:r>
        <w:t>jazakumullah. maulana, yeh agla question hai mr khurram qureshi ka new delhi se: "in quran allah says that i test people through fear,</w:t>
      </w:r>
    </w:p>
    <w:p>
      <w:pPr>
        <w:jc w:val="right"/>
      </w:pPr>
      <w:r>
        <w:t>جزاکم اللہ۔ مولانا، یہ اگلا کوسچن ہے مسٹر خرم قریشی کا نیو دہلی سے: "ان قرآن اللہ سیز دیٹ آئی ٹیسٹ پیپل تھرو فیئر،</w:t>
      </w:r>
    </w:p>
    <w:p>
      <w:r>
        <w:rPr>
          <w:b/>
        </w:rPr>
        <w:t xml:space="preserve">[1:21:36] </w:t>
      </w:r>
      <w:r>
        <w:t>but also in other verses allah says satan instills fear in peoples heart, so do not be afraid." maulana, how do we differentiate between the two fears?</w:t>
      </w:r>
    </w:p>
    <w:p>
      <w:pPr>
        <w:jc w:val="right"/>
      </w:pPr>
      <w:r>
        <w:t>بٹ السو ان ادر ورسز اللہ سیز سیٹن انسٹل فیئر ان پیپلز ہارٹ، سو ڈو ناٹ بی افریڈ۔" مولانا، ہاؤ ڈو وی ڈیفرنشیٹ بٹوین دا ٹو فیئرز؟</w:t>
      </w:r>
    </w:p>
    <w:p>
      <w:r>
        <w:rPr>
          <w:b/>
        </w:rPr>
        <w:t xml:space="preserve">[1:21:51] </w:t>
      </w:r>
      <w:r>
        <w:t>main khwahish fear ka matlab yahan par hai andesha.</w:t>
      </w:r>
    </w:p>
    <w:p>
      <w:pPr>
        <w:jc w:val="right"/>
      </w:pPr>
      <w:r>
        <w:t>میں خواہش فیئر کا مطلب یہاں پر ہے اندیشہ۔</w:t>
      </w:r>
    </w:p>
    <w:p>
      <w:r>
        <w:rPr>
          <w:b/>
        </w:rPr>
        <w:t xml:space="preserve">[1:21:59] </w:t>
      </w:r>
      <w:r>
        <w:t>to andesha zindagi mein bar bar aata hai, woh andesha aadmi ko rok deta hai.</w:t>
      </w:r>
    </w:p>
    <w:p>
      <w:pPr>
        <w:jc w:val="right"/>
      </w:pPr>
      <w:r>
        <w:t>تو اندیشہ زندگی میں بار بار آتا ہے، وہ اندیشہ آدمی کو روک دیتا ہے۔</w:t>
      </w:r>
    </w:p>
    <w:p>
      <w:r>
        <w:rPr>
          <w:b/>
        </w:rPr>
        <w:t xml:space="preserve">[1:22:08] </w:t>
      </w:r>
      <w:r>
        <w:t>yani aap ek ek ek ek saccha kaam karne ja rahe hain, wahan shaitan aap ko andeshe mein daalega. is mein itne yeh nuksan hai, is mein woh nuksan hai.</w:t>
      </w:r>
    </w:p>
    <w:p>
      <w:pPr>
        <w:jc w:val="right"/>
      </w:pPr>
      <w:r>
        <w:t>یعنی آپ ایک ایک ایک ایک سچا کام کرنے جا رہے ہیں، وہاں شیطان آپ کو اندیشے میں ڈالے گا۔ اس میں اتنے یہ نقصان ہے، اس میں وہ نقصان ہے۔</w:t>
      </w:r>
    </w:p>
    <w:p>
      <w:r>
        <w:rPr>
          <w:b/>
        </w:rPr>
        <w:t xml:space="preserve">[1:22:20] </w:t>
      </w:r>
      <w:r>
        <w:t>lekin lekin main woh jo quran mein ek walanabluakum minal khawf, hum khauf se tum ko janchein ge.</w:t>
      </w:r>
    </w:p>
    <w:p>
      <w:pPr>
        <w:jc w:val="right"/>
      </w:pPr>
      <w:r>
        <w:t>لیکن لیکن میں وہ جو قرآن میں ایک ولنبکم من الخوف، ہم خوف سے تم کو جانچیں گے۔</w:t>
      </w:r>
    </w:p>
    <w:p>
      <w:r>
        <w:rPr>
          <w:b/>
        </w:rPr>
        <w:t xml:space="preserve">[1:22:29] </w:t>
      </w:r>
      <w:r>
        <w:t>is ka matlab yeh hai ke khauf jo hai, part of life hai,</w:t>
      </w:r>
    </w:p>
    <w:p>
      <w:pPr>
        <w:jc w:val="right"/>
      </w:pPr>
      <w:r>
        <w:t>اس کا مطلب یہ ہے کہ خوف جو ہے، پارٹ آف لائف ہے،</w:t>
      </w:r>
    </w:p>
    <w:p>
      <w:r>
        <w:rPr>
          <w:b/>
        </w:rPr>
        <w:t xml:space="preserve">[1:22:34] </w:t>
      </w:r>
      <w:r>
        <w:t>part of life hai. woh woh is ko aap remove nahin kar sakte zindagi se. to jab aap khauf aata hai, to woh ek test paper hota hai.</w:t>
      </w:r>
    </w:p>
    <w:p>
      <w:pPr>
        <w:jc w:val="right"/>
      </w:pPr>
      <w:r>
        <w:t>پارٹ آف لائف ہے۔ وہ وہ اس کو آپ ریموو نہیں کر سکتے زندگی سے۔ تو جب آپ خوف آتا ہے، تو وہ ایک ٹیسٹ پیپر ہوتا ہے۔</w:t>
      </w:r>
    </w:p>
    <w:p>
      <w:r>
        <w:rPr>
          <w:b/>
        </w:rPr>
        <w:t xml:space="preserve">[1:22:44] </w:t>
      </w:r>
      <w:r>
        <w:t>is ko as a test dekhiye, aur phir apna stand is mein kya hai, is ko take kijiye.</w:t>
      </w:r>
    </w:p>
    <w:p>
      <w:pPr>
        <w:jc w:val="right"/>
      </w:pPr>
      <w:r>
        <w:t>اس کو ایز اے ٹیسٹ دیکھیے، اور پھر اپنا اسٹینڈ اس میں کیا ہے، اس کو ٹیک کیجئے۔</w:t>
      </w:r>
    </w:p>
    <w:p>
      <w:r>
        <w:rPr>
          <w:b/>
        </w:rPr>
        <w:t xml:space="preserve">[1:22:56] </w:t>
      </w:r>
      <w:r>
        <w:t>to khauf jo quran mein jo aaya hai, woh isi mani mein aaya hai ke khauf bhi ek test paper hai.</w:t>
      </w:r>
    </w:p>
    <w:p>
      <w:pPr>
        <w:jc w:val="right"/>
      </w:pPr>
      <w:r>
        <w:t>تو خوف جو قرآن میں جو آیا ہے، وہ اسی معنی میں آیا ہے کہ خوف بھی ایک ٹیسٹ پیپر ہے۔</w:t>
      </w:r>
    </w:p>
    <w:p>
      <w:r>
        <w:rPr>
          <w:b/>
        </w:rPr>
        <w:t xml:space="preserve">[1:23:06] </w:t>
      </w:r>
      <w:r>
        <w:t>aap ko is khauf ko analyze karna hai, is khauf ki halat ko yani samajhna hai ke is mein mera stand kya hona chahiye.</w:t>
      </w:r>
    </w:p>
    <w:p>
      <w:pPr>
        <w:jc w:val="right"/>
      </w:pPr>
      <w:r>
        <w:t>آپ کو اس خوف کو اینالائز کرنا ہے، اس خوف کی حالت کو یعنی سمجھنا ہے کہ اس میں میرا اسٹینڈ کیا ہونا چاہیے۔</w:t>
      </w:r>
    </w:p>
    <w:p>
      <w:r>
        <w:rPr>
          <w:b/>
        </w:rPr>
        <w:t xml:space="preserve">[1:23:17] </w:t>
      </w:r>
      <w:r>
        <w:t>to khauf jo hai, is tarah se ek test paper hai, jis tarah se doosri cheezein test paper hain.</w:t>
      </w:r>
    </w:p>
    <w:p>
      <w:pPr>
        <w:jc w:val="right"/>
      </w:pPr>
      <w:r>
        <w:t>تو خوف جو ہے، اس طرح سے ایک ٹیسٹ پیپر ہے، جس طرح سے دوسری چیزیں ٹیسٹ پیپر ہیں۔</w:t>
      </w:r>
    </w:p>
    <w:p>
      <w:r>
        <w:rPr>
          <w:b/>
        </w:rPr>
        <w:t xml:space="preserve">[1:23:26] </w:t>
      </w:r>
      <w:r>
        <w:t>yeh meri samajh aaya. maulana, in ka agla question hai: "please tell us something about time management."</w:t>
      </w:r>
    </w:p>
    <w:p>
      <w:pPr>
        <w:jc w:val="right"/>
      </w:pPr>
      <w:r>
        <w:t>یہ میری سمجھ آیا۔ مولانا، ان کا اگلا کوسچن ہے: "پلیز ٹیل اس سمتھنگ اباؤٹ ٹائم مینجمنٹ۔"</w:t>
      </w:r>
    </w:p>
    <w:p>
      <w:r>
        <w:rPr>
          <w:b/>
        </w:rPr>
        <w:t xml:space="preserve">[1:23:37] </w:t>
      </w:r>
      <w:r>
        <w:t>time management,</w:t>
      </w:r>
    </w:p>
    <w:p>
      <w:pPr>
        <w:jc w:val="right"/>
      </w:pPr>
      <w:r>
        <w:t>ٹائم مینجمنٹ،</w:t>
      </w:r>
    </w:p>
    <w:p>
      <w:r>
        <w:rPr>
          <w:b/>
        </w:rPr>
        <w:t xml:space="preserve">[1:23:41] </w:t>
      </w:r>
      <w:r>
        <w:t>main samajhta hoon ke yeh</w:t>
      </w:r>
    </w:p>
    <w:p>
      <w:pPr>
        <w:jc w:val="right"/>
      </w:pPr>
      <w:r>
        <w:t>میں سمجھتا ہوں کہ یہ</w:t>
      </w:r>
    </w:p>
    <w:p>
      <w:r>
        <w:rPr>
          <w:b/>
        </w:rPr>
        <w:t xml:space="preserve">[1:23:50] </w:t>
      </w:r>
      <w:r>
        <w:t>is ke liye zaroorat hai ke aadmi yeh soche ke jo time maine khoya, woh phir mujhe dobara milne wala nahin.</w:t>
      </w:r>
    </w:p>
    <w:p>
      <w:pPr>
        <w:jc w:val="right"/>
      </w:pPr>
      <w:r>
        <w:t>اس کے لیے ضرورت ہے کہ آدمی یہ سوچے کہ جو ٹائم میں نے کھویا، وہ پھر مجھے دوبارہ ملنے والا نہیں۔</w:t>
      </w:r>
    </w:p>
    <w:p>
      <w:r>
        <w:rPr>
          <w:b/>
        </w:rPr>
        <w:t xml:space="preserve">[1:24:03] </w:t>
      </w:r>
      <w:r>
        <w:t>jaise maine bachpan mein jab main gaon mein rehta tha, to hum ko ek kitaab padhai gayi thi. shuru ki baat hai, bachpan ki baat hai.</w:t>
      </w:r>
    </w:p>
    <w:p>
      <w:pPr>
        <w:jc w:val="right"/>
      </w:pPr>
      <w:r>
        <w:t>جیسے میں نے بچپن میں جب میں گاؤں میں رہتا تھا، تو ہم کو ایک کتاب پڑھائی گئی تھی۔ شروع کی بات ہے، بچپن کی بات ہے۔</w:t>
      </w:r>
    </w:p>
    <w:p>
      <w:r>
        <w:rPr>
          <w:b/>
        </w:rPr>
        <w:t xml:space="preserve">[1:24:14] </w:t>
      </w:r>
      <w:r>
        <w:t>maulana ismail merathi ki kitaab thi, woh urdu reader is ka naam hota tha. to is mein ek line thi: "gaya waqt, phir haath aata nahin."</w:t>
      </w:r>
    </w:p>
    <w:p>
      <w:pPr>
        <w:jc w:val="right"/>
      </w:pPr>
      <w:r>
        <w:t>مولانا اسماعیل میریٹھی کی کتاب تھی، وہ اردو ریڈر اس کا نام ہوتا تھا۔ تو اس میں ایک لائن تھی: "گیا وقت، پھر ہاتھ آتا نہیں۔"</w:t>
      </w:r>
    </w:p>
    <w:p>
      <w:r>
        <w:rPr>
          <w:b/>
        </w:rPr>
        <w:t xml:space="preserve">[1:24:27] </w:t>
      </w:r>
      <w:r>
        <w:t>aaj tak mujhe yaad hai woh, aur bar bar yaad yaad aata hai: "gaya waqt, phir haath aata nahin." jo waqt chala gaya, woh hum lauta nahin sakte.</w:t>
      </w:r>
    </w:p>
    <w:p>
      <w:pPr>
        <w:jc w:val="right"/>
      </w:pPr>
      <w:r>
        <w:t>آج تک مجھے یاد ہے وہ، اور بار بار یاد یاد آتا ہے: "گیا وقت، پھر ہاتھ آتا نہیں۔" جو وقت چلا گیا، وہ ہم لوٹا نہیں سکتے۔</w:t>
      </w:r>
    </w:p>
    <w:p>
      <w:r>
        <w:rPr>
          <w:b/>
        </w:rPr>
        <w:t xml:space="preserve">[1:24:36] </w:t>
      </w:r>
      <w:r>
        <w:t>is ko isi se aap ke andar time management aayega. jo available time ko kis tarah hum bharpoor istemal karein, that is time management, kyunke woh phir dobara milega nahin hum ko.</w:t>
      </w:r>
    </w:p>
    <w:p>
      <w:pPr>
        <w:jc w:val="right"/>
      </w:pPr>
      <w:r>
        <w:t>اس کو اسی سے آپ کے اندر ٹائم مینجمنٹ آئے گا۔ جو اویلیبل ٹائم کو کس طرح ہم بھرپور استعمال کریں، دیٹ از ٹائم مینجمنٹ، کیونکہ وہ پھر دوبارہ ملے گا نہیں ہم کو۔</w:t>
      </w:r>
    </w:p>
    <w:p>
      <w:r>
        <w:rPr>
          <w:b/>
        </w:rPr>
        <w:t xml:space="preserve">[1:24:57] </w:t>
      </w:r>
      <w:r>
        <w:t>jo available time hai, is ko bharpoor tak bharpoor tor par hum kaise utilize karein, kyunke woh phir dobara nahin lote ga.</w:t>
      </w:r>
    </w:p>
    <w:p>
      <w:pPr>
        <w:jc w:val="right"/>
      </w:pPr>
      <w:r>
        <w:t>جو اویلیبل ٹائم ہے، اس کو بھرپور تک بھرپور طور پر ہم کیسے یوٹیلائز کریں، کیونکہ وہ پھر دوبارہ نہیں لوٹے گا۔</w:t>
      </w:r>
    </w:p>
    <w:p>
      <w:r>
        <w:rPr>
          <w:b/>
        </w:rPr>
        <w:t xml:space="preserve">[1:25:07] </w:t>
      </w:r>
      <w:r>
        <w:t>woh that is time management. to yeh mujh ko bachpan mein is science, us waqt yeh sabak mila: "gaya waqt, phir haath aata nahin." to main allah ke fazl se time wale bohat hi,</w:t>
      </w:r>
    </w:p>
    <w:p>
      <w:pPr>
        <w:jc w:val="right"/>
      </w:pPr>
      <w:r>
        <w:t>وہ دیٹ از ٹائم مینجمنٹ۔ تو یہ مجھ کو بچپن میں اس سائنس، اس وقت یہ سبق ملا: "گیا وقت، پھر ہاتھ آتا نہیں۔" تو میں اللہ کے فضل سے ٹائم والے بہت ہی،</w:t>
      </w:r>
    </w:p>
    <w:p>
      <w:r>
        <w:rPr>
          <w:b/>
        </w:rPr>
        <w:t xml:space="preserve">[1:25:25] </w:t>
      </w:r>
      <w:r>
        <w:t>bohat hi conscious hoon. bohat zyada ek</w:t>
      </w:r>
    </w:p>
    <w:p>
      <w:pPr>
        <w:jc w:val="right"/>
      </w:pPr>
      <w:r>
        <w:t>بہت ہی کانشیس ہوں۔ بہت زیادہ ایک</w:t>
      </w:r>
    </w:p>
    <w:p>
      <w:r>
        <w:rPr>
          <w:b/>
        </w:rPr>
        <w:t xml:space="preserve">[1:25:29] </w:t>
      </w:r>
      <w:r>
        <w:t>second bhi main nahin chahta ke main zaaya karoon, kyunke woh second phir laut kar mere paas aayega nahin.</w:t>
      </w:r>
    </w:p>
    <w:p>
      <w:pPr>
        <w:jc w:val="right"/>
      </w:pPr>
      <w:r>
        <w:t>سیکنڈ بھی میں نہیں چاہتا کہ میں ضائع کروں، کیونکہ وہ سیکنڈ پھر لوٹ کر میرے پاس آئے گا نہیں۔</w:t>
      </w:r>
    </w:p>
    <w:p>
      <w:r>
        <w:rPr>
          <w:b/>
        </w:rPr>
        <w:t xml:space="preserve">[1:25:39] </w:t>
      </w:r>
      <w:r>
        <w:t>to mere nazdeek to yeh jo asal jo baat hai, woh yeh hai ke yeh sochna ke yeh time to laut kar aayega nahin, phir is ko avail karo,</w:t>
      </w:r>
    </w:p>
    <w:p>
      <w:pPr>
        <w:jc w:val="right"/>
      </w:pPr>
      <w:r>
        <w:t>تو میرے نزدیک تو یہ جو اصل جو بات ہے، وہ یہ ہے کہ یہ سوچنا کہ یہ ٹائم تو لوٹ کر آئے گا نہیں، پھر اس کو اویل کرو،</w:t>
      </w:r>
    </w:p>
    <w:p>
      <w:r>
        <w:rPr>
          <w:b/>
        </w:rPr>
        <w:t xml:space="preserve">[1:25:52] </w:t>
      </w:r>
      <w:r>
        <w:t>awwal karo. jo yeh to mein aur aur jo kaha jata hai ke time is money, time is sab kuch hai.</w:t>
      </w:r>
    </w:p>
    <w:p>
      <w:pPr>
        <w:jc w:val="right"/>
      </w:pPr>
      <w:r>
        <w:t>اویل کرو۔ جو یہ تو میں اور اور جو کہا جاتا ہے کہ ٹائم از منی، ٹائم از سب کچھ ہے۔</w:t>
      </w:r>
    </w:p>
    <w:p>
      <w:r>
        <w:rPr>
          <w:b/>
        </w:rPr>
        <w:t xml:space="preserve">[1:26:02] </w:t>
      </w:r>
      <w:r>
        <w:t>isi time mein hum karte hain jo kuch karte hain. time chala gaya to hum kahan karenge?</w:t>
      </w:r>
    </w:p>
    <w:p>
      <w:pPr>
        <w:jc w:val="right"/>
      </w:pPr>
      <w:r>
        <w:t>اسی ٹائم میں ہم کرتے ہیں جو کچھ کرتے ہیں۔ ٹائم چلا گیا تو ہم کہاں کریں گے؟</w:t>
      </w:r>
    </w:p>
    <w:p>
      <w:r>
        <w:rPr>
          <w:b/>
        </w:rPr>
        <w:t xml:space="preserve">[1:26:10] </w:t>
      </w:r>
      <w:r>
        <w:t>to yahi soch agar aadmi ke zehan par chha jaye ke gaya waqt, phir hath aata nahi, to bas apne aap woh time ko manage karne ka spirit us ke andar paida ho jayega.</w:t>
      </w:r>
    </w:p>
    <w:p>
      <w:pPr>
        <w:jc w:val="right"/>
      </w:pPr>
      <w:r>
        <w:t>تو یہی سوچ اگر آدمی کے ذہن پر چھا جائے کہ گیا وقت، پھر ہاتھ آتا نہیں، تو بس اپنے آپ وہ ٹائم کو مینج کرنے کا اسپیٹ اس کے اندر پیدا ہو جائے گی۔</w:t>
      </w:r>
    </w:p>
    <w:p>
      <w:r>
        <w:rPr>
          <w:b/>
        </w:rPr>
        <w:t xml:space="preserve">[1:26:23] </w:t>
      </w:r>
      <w:r>
        <w:t>maulana, yeh agla question hai mehtab sahib ka dhampur se: "maulana sahib, are muslims also invited?"</w:t>
      </w:r>
    </w:p>
    <w:p>
      <w:pPr>
        <w:jc w:val="right"/>
      </w:pPr>
      <w:r>
        <w:t>مولانا، یہ اگلا کوسچن ہے مہتاب صاحب کا دھامپور سے: "مولانا صاحب، آر مسلمز السو مدعو؟"</w:t>
      </w:r>
    </w:p>
    <w:p>
      <w:r>
        <w:rPr>
          <w:b/>
        </w:rPr>
        <w:t xml:space="preserve">[1:26:36] </w:t>
      </w:r>
      <w:r>
        <w:t>haan, madu sabhi hain,</w:t>
      </w:r>
    </w:p>
    <w:p>
      <w:pPr>
        <w:jc w:val="right"/>
      </w:pPr>
      <w:r>
        <w:t>ہاں، مدعو سبھی ہیں،</w:t>
      </w:r>
    </w:p>
    <w:p>
      <w:r>
        <w:rPr>
          <w:b/>
        </w:rPr>
        <w:t xml:space="preserve">[1:26:39] </w:t>
      </w:r>
      <w:r>
        <w:t>madu sab hain. ek ek samajhne ke liye ek aap mukhtalif alfaaz bolte hain, jis se bhi aap sachai ka ki baat kahein, wahi madu aap ka hai.</w:t>
      </w:r>
    </w:p>
    <w:p>
      <w:pPr>
        <w:jc w:val="right"/>
      </w:pPr>
      <w:r>
        <w:t>مدعو سب ہیں۔ ایک ایک سمجھنے کے لیے ایک آپ مختلف الفاظ بولتے ہیں، جس سے بھی آپ سچائی کا کی بات کہیں، وہی مدعو آپ کا ہے۔</w:t>
      </w:r>
    </w:p>
    <w:p>
      <w:r>
        <w:rPr>
          <w:b/>
        </w:rPr>
        <w:t xml:space="preserve">[1:26:52] </w:t>
      </w:r>
      <w:r>
        <w:t>is ka koi muslim, non muslim se koi farq nahi padta.</w:t>
      </w:r>
    </w:p>
    <w:p>
      <w:pPr>
        <w:jc w:val="right"/>
      </w:pPr>
      <w:r>
        <w:t>اس کا کوئی مسلم، نان مسلم سے کوئی فرق نہیں پڑتا۔</w:t>
      </w:r>
    </w:p>
    <w:p>
      <w:r>
        <w:rPr>
          <w:b/>
        </w:rPr>
        <w:t xml:space="preserve">[1:26:58] </w:t>
      </w:r>
      <w:r>
        <w:t>to jo dawat, jab bhi aap koi dawati kaam karein, to jo jis se aap keh rahe hain, woh muslim ho sakta hai, woh non muslim ho sakta hai.</w:t>
      </w:r>
    </w:p>
    <w:p>
      <w:pPr>
        <w:jc w:val="right"/>
      </w:pPr>
      <w:r>
        <w:t>تو جو دعوت، جب بھی آپ کوئی دعوتی کام کریں، تو جو جس سے آپ کہہ رہے ہیں، وہ مسلم ہو سکتا ہے، وہ نان مسلم ہو سکتا ہے۔</w:t>
      </w:r>
    </w:p>
    <w:p>
      <w:r>
        <w:rPr>
          <w:b/>
        </w:rPr>
        <w:t xml:space="preserve">[1:27:11] </w:t>
      </w:r>
      <w:r>
        <w:t>to dono hi madu hain, yani aap ke dawat ka subject.</w:t>
      </w:r>
    </w:p>
    <w:p>
      <w:pPr>
        <w:jc w:val="right"/>
      </w:pPr>
      <w:r>
        <w:t>تو دونوں ہی مدعو ہیں، یعنی آپ کے دعوت کا سبجیکٹ۔</w:t>
      </w:r>
    </w:p>
    <w:p>
      <w:r>
        <w:rPr>
          <w:b/>
        </w:rPr>
        <w:t xml:space="preserve">[1:27:20] </w:t>
      </w:r>
      <w:r>
        <w:t>to mein nahi samajhta ke is mein koi koi sawal paida hota hai.</w:t>
      </w:r>
    </w:p>
    <w:p>
      <w:pPr>
        <w:jc w:val="right"/>
      </w:pPr>
      <w:r>
        <w:t>تو میں نہیں سمجھتا کہ اس میں کوئی کوئی سوال پیدا ہوتا ہے۔</w:t>
      </w:r>
    </w:p>
    <w:p>
      <w:r>
        <w:rPr>
          <w:b/>
        </w:rPr>
        <w:t xml:space="preserve">[1:27:28] </w:t>
      </w:r>
      <w:r>
        <w:t>maulana, yeh agla question hai miss tuti malhotra ka new delhi se: "maulana, you said if god finds spark of a seeking spirit in man, he will create a compulsion to find truth.</w:t>
      </w:r>
    </w:p>
    <w:p>
      <w:pPr>
        <w:jc w:val="right"/>
      </w:pPr>
      <w:r>
        <w:t>مولانا، یہ اگلا کوسچن ہے مس طوطی ملہوترا کا نیو دہلی سے: "مولانا، یو سیڈ اف گاڈ فائنڈز سپارک آف ا سیکنگ سپرٹ ان مین، ہی ویل کریٹ ا کمپلشن ٹو فائنڈ ٹرتھ۔</w:t>
      </w:r>
    </w:p>
    <w:p>
      <w:r>
        <w:rPr>
          <w:b/>
        </w:rPr>
        <w:t xml:space="preserve">[1:27:43] </w:t>
      </w:r>
      <w:r>
        <w:t>please elaborate on this." dekhein, jarr ki baat yeh hai ke aadmi se jab koi baat kahi jaye, to bohat hi dhyan ke sath sun rahe ho.</w:t>
      </w:r>
    </w:p>
    <w:p>
      <w:pPr>
        <w:jc w:val="right"/>
      </w:pPr>
      <w:r>
        <w:t>پلیز الیبوریٹ ان دس۔" دیکھیں، جڑ کی بات یہ ہے کہ آدمی سے جب کوئی بات کہی جائے، تو بہت ہی دھیان کے ساتھ سن رہے ہو۔</w:t>
      </w:r>
    </w:p>
    <w:p>
      <w:r>
        <w:rPr>
          <w:b/>
        </w:rPr>
        <w:t xml:space="preserve">[1:27:54] </w:t>
      </w:r>
      <w:r>
        <w:t>brush brush aside na karein. jarr ki baat yahi hai.</w:t>
      </w:r>
    </w:p>
    <w:p>
      <w:pPr>
        <w:jc w:val="right"/>
      </w:pPr>
      <w:r>
        <w:t>برش برش اسائیڈ نہ کریں۔ جڑ کی بات یہی ہے۔</w:t>
      </w:r>
    </w:p>
    <w:p>
      <w:r>
        <w:rPr>
          <w:b/>
        </w:rPr>
        <w:t xml:space="preserve">[1:27:59] </w:t>
      </w:r>
      <w:r>
        <w:t>generally log kya karte hain ke brush aside kar dete hain. brush aside karne ke jo mizaj hai, wahi mein samajhta hoon ke sab se bari rukawat hai.</w:t>
      </w:r>
    </w:p>
    <w:p>
      <w:pPr>
        <w:jc w:val="right"/>
      </w:pPr>
      <w:r>
        <w:t>جنرلی لوگ کیا کرتے ہیں کہ برش اسائیڈ کر دیتے ہیں۔ برش اسائیڈ کرنے کے جو مزاج ہے، وہی میں سمجھتا ہوں کہ سب سے بڑی رکاوٹ ہے۔</w:t>
      </w:r>
    </w:p>
    <w:p>
      <w:r>
        <w:rPr>
          <w:b/>
        </w:rPr>
        <w:t xml:space="preserve">[1:28:15] </w:t>
      </w:r>
      <w:r>
        <w:t>mera mizaj lag farz yeh hai ke daku bhi koi baat kahe to mein khud dhyan sunta hoon. koi bhi kahe, apne khilaf kahe, mere khilaf, tab bhi mein sunta hoon.</w:t>
      </w:r>
    </w:p>
    <w:p>
      <w:pPr>
        <w:jc w:val="right"/>
      </w:pPr>
      <w:r>
        <w:t>میرا مزاج لگ فرض یہ ہے کہ ڈاکو بھی کوئی بات کہے تو میں خود دھیان سنتا ہوں۔ کوئی بھی کہے، اپنے خلاف کہے، میرے خلاف، تب بھی میں سنتا ہوں۔</w:t>
      </w:r>
    </w:p>
    <w:p>
      <w:r>
        <w:rPr>
          <w:b/>
        </w:rPr>
        <w:t xml:space="preserve">[1:28:26] </w:t>
      </w:r>
      <w:r>
        <w:t>yani empty mind ho ho kar sunta hoon. samajhta hoon ke asal baat yeh hai ke jab aadmi ka yeh sifat ho gayi, to is ke baad Allah ki rehmat aana is ke paas shuru ho jayegi ke dhyan dein, aap baat ko objective tor par sunein,</w:t>
      </w:r>
    </w:p>
    <w:p>
      <w:pPr>
        <w:jc w:val="right"/>
      </w:pPr>
      <w:r>
        <w:t>یعنی ایمپٹی مائنڈ ہو ہو کر سنتا ہوں۔ سمجھتا ہوں کہ اصل بات یہ ہے کہ جب آدمی کا یہ صفت ہو گئی، تو اس کے بعد اللہ کی رحمت آنا اس کے پاس شروع ہو جائے گی کہ دھیان دیں، آپ بات کو ابجیکٹو طور پر سنیں،</w:t>
      </w:r>
    </w:p>
    <w:p>
      <w:r>
        <w:rPr>
          <w:b/>
        </w:rPr>
        <w:t xml:space="preserve">[1:28:48] </w:t>
      </w:r>
      <w:r>
        <w:t>brush aside</w:t>
      </w:r>
    </w:p>
    <w:p>
      <w:pPr>
        <w:jc w:val="right"/>
      </w:pPr>
      <w:r>
        <w:t>برش اسائیڈ</w:t>
      </w:r>
    </w:p>
    <w:p>
      <w:r>
        <w:rPr>
          <w:b/>
        </w:rPr>
        <w:t xml:space="preserve">[1:28:49] </w:t>
      </w:r>
      <w:r>
        <w:t>na karein. jaise hi aap aisa karenge, to Allah ki rehmat aap ki taraf aa jayegi, aur zaroor aap ko Allah ki taraf se blessing hasil hogi.</w:t>
      </w:r>
    </w:p>
    <w:p>
      <w:pPr>
        <w:jc w:val="right"/>
      </w:pPr>
      <w:r>
        <w:t>نہ کریں۔ جیسے ہی آپ ایسا کریں گے، تو اللہ کی رحمت آپ کی طرف آ جائے گی، اور ضرور آپ کو اللہ کی طرف سے بلیسنگ حاصل ہوگی۔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