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and Violence October 12, 2014</w:t>
      </w:r>
    </w:p>
    <w:p>
      <w:r>
        <w:t>https://youtu.be/KmpXYZjPlj8</w:t>
      </w:r>
    </w:p>
    <w:p>
      <w:r>
        <w:rPr>
          <w:b/>
        </w:rPr>
        <w:t xml:space="preserve">[00:14] </w:t>
      </w:r>
      <w:r>
        <w:t>bismillah hir rahman nir rahim. wa salla Allahu ala nabiyyil karim.</w:t>
      </w:r>
    </w:p>
    <w:p>
      <w:pPr>
        <w:jc w:val="right"/>
      </w:pPr>
      <w:r>
        <w:t>بسم اللہ الرحمن الرحیم۔ وصلی اللہ علی النبی الکریم۔</w:t>
      </w:r>
    </w:p>
    <w:p>
      <w:r>
        <w:rPr>
          <w:b/>
        </w:rPr>
        <w:t xml:space="preserve">[00:24] </w:t>
      </w:r>
      <w:r>
        <w:t>rabbi ishrah li sadri, wa yassir li amri, wahlul uqdatan min lisani, yafqahu qawli.</w:t>
      </w:r>
    </w:p>
    <w:p>
      <w:pPr>
        <w:jc w:val="right"/>
      </w:pPr>
      <w:r>
        <w:t>رب اشرح لی صدری، ویسر لی امری، واحل العقدۃ من لسانی، یفقہ قولی۔</w:t>
      </w:r>
    </w:p>
    <w:p>
      <w:r>
        <w:rPr>
          <w:b/>
        </w:rPr>
        <w:t xml:space="preserve">[00:40] </w:t>
      </w:r>
      <w:r>
        <w:t>12 october 2014.</w:t>
      </w:r>
    </w:p>
    <w:p>
      <w:pPr>
        <w:jc w:val="right"/>
      </w:pPr>
      <w:r>
        <w:t>12 اکتوبر 2014۔</w:t>
      </w:r>
    </w:p>
    <w:p>
      <w:r>
        <w:rPr>
          <w:b/>
        </w:rPr>
        <w:t xml:space="preserve">[00:47] </w:t>
      </w:r>
      <w:r>
        <w:t>aaj ka topic hai: Islam and violence.</w:t>
      </w:r>
    </w:p>
    <w:p>
      <w:pPr>
        <w:jc w:val="right"/>
      </w:pPr>
      <w:r>
        <w:t>آج کا ٹاپک ہے: اسلام اینڈ وائلنس۔</w:t>
      </w:r>
    </w:p>
    <w:p>
      <w:r>
        <w:rPr>
          <w:b/>
        </w:rPr>
        <w:t xml:space="preserve">[00:57] </w:t>
      </w:r>
      <w:r>
        <w:t>aap jante hain ke aaj kal media mein ek khabar bohat zyada aa rahi hai,</w:t>
      </w:r>
    </w:p>
    <w:p>
      <w:pPr>
        <w:jc w:val="right"/>
      </w:pPr>
      <w:r>
        <w:t>آپ جانتے ہیں کہ آج کل میڈیا میں ایک خبر بہت زیادہ آ رہی ہے،</w:t>
      </w:r>
    </w:p>
    <w:p>
      <w:r>
        <w:rPr>
          <w:b/>
        </w:rPr>
        <w:t xml:space="preserve">[01:06] </w:t>
      </w:r>
      <w:r>
        <w:t>woh yeh hai ke malala yousafzai ko 2014 ka nobel prize diya gaya.</w:t>
      </w:r>
    </w:p>
    <w:p>
      <w:pPr>
        <w:jc w:val="right"/>
      </w:pPr>
      <w:r>
        <w:t>وہ یہ ہے کہ ملالہ یوسفزئی کو 2014 کا نوبل پرائز دیا گیا۔</w:t>
      </w:r>
    </w:p>
    <w:p>
      <w:r>
        <w:rPr>
          <w:b/>
        </w:rPr>
        <w:t xml:space="preserve">[01:18] </w:t>
      </w:r>
      <w:r>
        <w:t>yeh do logon ko mila kar diya gaya hai: India ke kailash satyarthi aur Pakistan ke malala yousafzai.</w:t>
      </w:r>
    </w:p>
    <w:p>
      <w:pPr>
        <w:jc w:val="right"/>
      </w:pPr>
      <w:r>
        <w:t>یہ دو لوگوں کو ملا کر دیا گیا ہے: انڈیا کے کائلاش ستھارتھی اور پاکستان کے ملالہ یوسفزئی۔</w:t>
      </w:r>
    </w:p>
    <w:p>
      <w:r>
        <w:rPr>
          <w:b/>
        </w:rPr>
        <w:t xml:space="preserve">[01:37] </w:t>
      </w:r>
      <w:r>
        <w:t>to malala yusufzai ka naam ek point of reference ban gaya hai is baat ko janne ke liye ke is zamane ke musalman kis maqam par hain.</w:t>
      </w:r>
    </w:p>
    <w:p>
      <w:pPr>
        <w:jc w:val="right"/>
      </w:pPr>
      <w:r>
        <w:t>تو ملالہ یوسفزئی کا نام ایک پوائنٹ آف ریفرنس بن گیا ہے اس بات کو جاننے کے لیے کہ اس زمانے کے مسلمان کس مقام پر ہیں۔</w:t>
      </w:r>
    </w:p>
    <w:p>
      <w:r>
        <w:rPr>
          <w:b/>
        </w:rPr>
        <w:t xml:space="preserve">[01:55] </w:t>
      </w:r>
      <w:r>
        <w:t>aap ko maloom hai ke do saal pehle, october 2012 mein, malala yusufzai ko swat mein goli maar di gayi.</w:t>
      </w:r>
    </w:p>
    <w:p>
      <w:pPr>
        <w:jc w:val="right"/>
      </w:pPr>
      <w:r>
        <w:t>آپ کو معلوم ہے کہ دو سال پہلے، اکتوبر 2012 میں، ملالہ یوسفزئی کو سوات میں گولی مار دی گئی۔</w:t>
      </w:r>
    </w:p>
    <w:p>
      <w:r>
        <w:rPr>
          <w:b/>
        </w:rPr>
        <w:t xml:space="preserve">[02:08] </w:t>
      </w:r>
      <w:r>
        <w:t>us ke sir mein goli lagi aur bohat hi zyada fatal tha yeh waqia.</w:t>
      </w:r>
    </w:p>
    <w:p>
      <w:pPr>
        <w:jc w:val="right"/>
      </w:pPr>
      <w:r>
        <w:t>اس کے سر میں گولی لگی اور بہت ہی زیادہ فیٹل تھا یہ واقعہ۔</w:t>
      </w:r>
    </w:p>
    <w:p>
      <w:r>
        <w:rPr>
          <w:b/>
        </w:rPr>
        <w:t xml:space="preserve">[02:19] </w:t>
      </w:r>
      <w:r>
        <w:t>pakistan mein is ka ilaaj shuru hua to woh</w:t>
      </w:r>
    </w:p>
    <w:p>
      <w:pPr>
        <w:jc w:val="right"/>
      </w:pPr>
      <w:r>
        <w:t>پاکستان میں اس کا علاج شروع ہوا تو وہ</w:t>
      </w:r>
    </w:p>
    <w:p>
      <w:r>
        <w:rPr>
          <w:b/>
        </w:rPr>
        <w:t xml:space="preserve">[02:24] </w:t>
      </w:r>
      <w:r>
        <w:t>maloom hua ke yahan is ka ilaaj mumkin nahi hai. to phir us ko le gaye birmingham.</w:t>
      </w:r>
    </w:p>
    <w:p>
      <w:pPr>
        <w:jc w:val="right"/>
      </w:pPr>
      <w:r>
        <w:t>معلوم ہوا کہ یہاں اس کا علاج ممکن نہیں ہے۔ تو پھر اس کو لے گئے برمنگھم۔</w:t>
      </w:r>
    </w:p>
    <w:p>
      <w:r>
        <w:rPr>
          <w:b/>
        </w:rPr>
        <w:t xml:space="preserve">[02:31] </w:t>
      </w:r>
      <w:r>
        <w:t>wahan us ko bohat hi high</w:t>
      </w:r>
    </w:p>
    <w:p>
      <w:pPr>
        <w:jc w:val="right"/>
      </w:pPr>
      <w:r>
        <w:t>وہاں اس کو بہت ہی ہائی</w:t>
      </w:r>
    </w:p>
    <w:p>
      <w:r>
        <w:rPr>
          <w:b/>
        </w:rPr>
        <w:t xml:space="preserve">[02:35] </w:t>
      </w:r>
      <w:r>
        <w:t>level par is ka ilaaj kiya gaya aur ab mashallah woh normal ho chuki hai.</w:t>
      </w:r>
    </w:p>
    <w:p>
      <w:pPr>
        <w:jc w:val="right"/>
      </w:pPr>
      <w:r>
        <w:t>لیول پر اس کا علاج کیا گیا اور اب ماشاءاللہ وہ نارمل ہو چکی ہے۔</w:t>
      </w:r>
    </w:p>
    <w:p>
      <w:r>
        <w:rPr>
          <w:b/>
        </w:rPr>
        <w:t xml:space="preserve">[02:42] </w:t>
      </w:r>
      <w:r>
        <w:t>yeh goli kyun maari gayi malala ko? is liye ke woh modern education ko promote kar rahi thi. aap jante hain ke is waqt malala yusufzai ki umar sirf 17 saal hai.</w:t>
      </w:r>
    </w:p>
    <w:p>
      <w:pPr>
        <w:jc w:val="right"/>
      </w:pPr>
      <w:r>
        <w:t>یہ گولی کیوں ماری گئی ملالہ کو؟ اس لیے کہ وہ ماڈرن ایجوکیشن کو پروموٹ کر رہی تھی۔ آپ جانتے ہیں کہ اس وقت ملالہ یوسفزئی کی عمر صرف 17 سال ہے۔</w:t>
      </w:r>
    </w:p>
    <w:p>
      <w:r>
        <w:rPr>
          <w:b/>
        </w:rPr>
        <w:t xml:space="preserve">[02:56] </w:t>
      </w:r>
      <w:r>
        <w:t>sirf 17 saal.</w:t>
      </w:r>
    </w:p>
    <w:p>
      <w:pPr>
        <w:jc w:val="right"/>
      </w:pPr>
      <w:r>
        <w:t>صرف 17 سال۔</w:t>
      </w:r>
    </w:p>
    <w:p>
      <w:r>
        <w:rPr>
          <w:b/>
        </w:rPr>
        <w:t xml:space="preserve">[02:59] </w:t>
      </w:r>
      <w:r>
        <w:t>to is waqt woh 15 saal ki thi. to wahan ki larkiyon ko ubharti thi ke school mein jao, modern education hasil karo.</w:t>
      </w:r>
    </w:p>
    <w:p>
      <w:pPr>
        <w:jc w:val="right"/>
      </w:pPr>
      <w:r>
        <w:t>تو اس وقت وہ 15 سال کی تھی۔ تو وہاں کی لڑکیوں کو ابھارتی تھی کہ اسکول میں جاؤ، ماڈرن ایجوکیشن حاصل کرو۔</w:t>
      </w:r>
    </w:p>
    <w:p>
      <w:r>
        <w:rPr>
          <w:b/>
        </w:rPr>
        <w:t xml:space="preserve">[03:12] </w:t>
      </w:r>
      <w:r>
        <w:t>to aap jante hain ke modern education khas tor par larkiyon ke liye, aaj bhi musalman is ke bare mein zyada positive nahi hain.</w:t>
      </w:r>
    </w:p>
    <w:p>
      <w:pPr>
        <w:jc w:val="right"/>
      </w:pPr>
      <w:r>
        <w:t>تو آپ جانتے ہیں کہ ماڈرن ایجوکیشن خاص طور پر لڑکیوں کے لیے، آج بھی مسلمان اس کے بارے میں زیادہ مثبت نہیں ہیں۔</w:t>
      </w:r>
    </w:p>
    <w:p>
      <w:r>
        <w:rPr>
          <w:b/>
        </w:rPr>
        <w:t xml:space="preserve">[03:26] </w:t>
      </w:r>
      <w:r>
        <w:t>to goli maari gayi to muslim dunya, jahan tak mein janta hoon, yani sahi maano mein kisi ne is ko mazammat nahi kiya. kisi ne kiya to bilawasta tareeqe se.</w:t>
      </w:r>
    </w:p>
    <w:p>
      <w:pPr>
        <w:jc w:val="right"/>
      </w:pPr>
      <w:r>
        <w:t>تو گولی ماری گئی تو مسلم دنیا، جہاں تک میں جانتا ہوں، یعنی صحیح معنوں میں کسی نے اس کو مذمت نہیں کیا۔ کسی نے کیا تو بالواسطہ طریقے سے۔</w:t>
      </w:r>
    </w:p>
    <w:p>
      <w:r>
        <w:rPr>
          <w:b/>
        </w:rPr>
        <w:t xml:space="preserve">[03:41] </w:t>
      </w:r>
      <w:r>
        <w:t>koi chup raha, koi bohat hi</w:t>
      </w:r>
    </w:p>
    <w:p>
      <w:pPr>
        <w:jc w:val="right"/>
      </w:pPr>
      <w:r>
        <w:t>کوئی چپ رہا، کوئی بہت ہی</w:t>
      </w:r>
    </w:p>
    <w:p>
      <w:r>
        <w:rPr>
          <w:b/>
        </w:rPr>
        <w:t xml:space="preserve">[03:49] </w:t>
      </w:r>
      <w:r>
        <w:t>dusron par ilzaam dete hue ke yeh america ne yeh kar rakha hai, war culture muslim dunya mein.</w:t>
      </w:r>
    </w:p>
    <w:p>
      <w:pPr>
        <w:jc w:val="right"/>
      </w:pPr>
      <w:r>
        <w:t>دوسروں پر الزام دیتے ہوئے کہ یہ امریکہ نے یہ کر رکھا ہے، وار کلچر مسلم دنیا میں۔</w:t>
      </w:r>
    </w:p>
    <w:p>
      <w:r>
        <w:rPr>
          <w:b/>
        </w:rPr>
        <w:t xml:space="preserve">[04:01] </w:t>
      </w:r>
      <w:r>
        <w:t>beh-haal yeh bohat hi ek udas kahani hai.</w:t>
      </w:r>
    </w:p>
    <w:p>
      <w:pPr>
        <w:jc w:val="right"/>
      </w:pPr>
      <w:r>
        <w:t>بہرحال یہ بہت ہی ایک اداس کہانی ہے۔</w:t>
      </w:r>
    </w:p>
    <w:p>
      <w:r>
        <w:rPr>
          <w:b/>
        </w:rPr>
        <w:t xml:space="preserve">[04:07] </w:t>
      </w:r>
      <w:r>
        <w:t>to sawal yeh hai ke musalman kyun is zamane ke jo musalman hain, ek taraf se aap dekhen to violent ho gaye hain?</w:t>
      </w:r>
    </w:p>
    <w:p>
      <w:pPr>
        <w:jc w:val="right"/>
      </w:pPr>
      <w:r>
        <w:t>تو سوال یہ ہے کہ مسلمان کیوں اس زمانے کے جو مسلمان ہیں، ایک طرف سے آپ دیکھیں تو وائلنٹ ہو گئے ہیں؟</w:t>
      </w:r>
    </w:p>
    <w:p>
      <w:r>
        <w:rPr>
          <w:b/>
        </w:rPr>
        <w:t xml:space="preserve">[04:21] </w:t>
      </w:r>
      <w:r>
        <w:t>tashaddud pasand. taqreeban sari hi ummat kaha lijiye.</w:t>
      </w:r>
    </w:p>
    <w:p>
      <w:pPr>
        <w:jc w:val="right"/>
      </w:pPr>
      <w:r>
        <w:t>تشدد پسند۔ تقریباً ساری ہی امت کہا لیجئے۔</w:t>
      </w:r>
    </w:p>
    <w:p>
      <w:r>
        <w:rPr>
          <w:b/>
        </w:rPr>
        <w:t xml:space="preserve">[04:28] </w:t>
      </w:r>
      <w:r>
        <w:t>kuch log passive sense mein violent hain, kuch log active sense mein violent hain. yani kuch log baqayda gun aur bomb chala rahe hain, kuch log gun aur bomb ki baatein karte hain, ya kam az kam un ko jaiz theh-rate hain.</w:t>
      </w:r>
    </w:p>
    <w:p>
      <w:pPr>
        <w:jc w:val="right"/>
      </w:pPr>
      <w:r>
        <w:t>کچھ لوگ پیسو سینس میں وائلنٹ ہیں، کچھ لوگ ایکٹیو سینس میں وائلنٹ ہیں۔ یعنی کچھ لوگ باقاعدہ گن اور بم چلا رہے ہیں، کچھ لوگ گن اور بم کی باتیں کرتے ہیں، یا کم از کم ان کو جائز ٹھہراتے ہیں۔</w:t>
      </w:r>
    </w:p>
    <w:p>
      <w:r>
        <w:rPr>
          <w:b/>
        </w:rPr>
        <w:t xml:space="preserve">[04:46] </w:t>
      </w:r>
      <w:r>
        <w:t>to sari muslim ummat maghrib ke khilaf, yani maghrib ke khilaf nafrat mein mubtala hai.</w:t>
      </w:r>
    </w:p>
    <w:p>
      <w:pPr>
        <w:jc w:val="right"/>
      </w:pPr>
      <w:r>
        <w:t>تو ساری مسلم امت مغرب کے خلاف، یعنی مغرب کے خلاف نفرت میں مبتلا ہے۔</w:t>
      </w:r>
    </w:p>
    <w:p>
      <w:r>
        <w:rPr>
          <w:b/>
        </w:rPr>
        <w:t xml:space="preserve">[04:58] </w:t>
      </w:r>
      <w:r>
        <w:t>kal mere paas ek parcha aaya, musalmanon ka ek angrezi parcha hai, woh poora ka poora islamophobia par hai, poora parcha.</w:t>
      </w:r>
    </w:p>
    <w:p>
      <w:pPr>
        <w:jc w:val="right"/>
      </w:pPr>
      <w:r>
        <w:t>کل میرے پاس ایک پرچہ آیا، مسلمانوں کا ایک انگریزی پرچہ ہے، وہ پورا کا پورا اسلاموفوبیا پر ہے، پورا پرچہ۔</w:t>
      </w:r>
    </w:p>
    <w:p>
      <w:r>
        <w:rPr>
          <w:b/>
        </w:rPr>
        <w:t xml:space="preserve">[05:09] </w:t>
      </w:r>
      <w:r>
        <w:t>ke maghrib jo hai woh islamophobia mein mubtala hai. yeh musalmanon ne yeh term banaya hai, yeh term maghribi logon ne nahi banaya hai.</w:t>
      </w:r>
    </w:p>
    <w:p>
      <w:pPr>
        <w:jc w:val="right"/>
      </w:pPr>
      <w:r>
        <w:t>کہ مغرب جو ہے وہ اسلاموفوبیا میں مبتلا ہے۔ یہ مسلمانوں نے یہ ٹرم بنایا ہے، یہ ٹرم مغربی لوگوں نے نہیں بنایا ہے۔</w:t>
      </w:r>
    </w:p>
    <w:p>
      <w:r>
        <w:rPr>
          <w:b/>
        </w:rPr>
        <w:t xml:space="preserve">[05:20] </w:t>
      </w:r>
      <w:r>
        <w:t>yani woh log musalmanon ke violent culture par kuch bolte hain to us ko kehte hain islamophobia.</w:t>
      </w:r>
    </w:p>
    <w:p>
      <w:pPr>
        <w:jc w:val="right"/>
      </w:pPr>
      <w:r>
        <w:t>یعنی وہ لوگ مسلمانوں کے وائلنٹ کلچر پر کچھ بولتے ہیں تو اس کو کہتے ہیں اسلاموفوبیا۔</w:t>
      </w:r>
    </w:p>
    <w:p>
      <w:r>
        <w:rPr>
          <w:b/>
        </w:rPr>
        <w:t xml:space="preserve">[05:30] </w:t>
      </w:r>
      <w:r>
        <w:t>dekhen, yeh bohat zyada gehrai mein jaane ka muamla hai ke kyun musalman violent ho gaye, tashaddud pasand ho gaye.</w:t>
      </w:r>
    </w:p>
    <w:p>
      <w:pPr>
        <w:jc w:val="right"/>
      </w:pPr>
      <w:r>
        <w:t>دیکھیں، یہ بہت زیادہ گہرائی میں جانے کا معاملہ ہے کہ کیوں مسلمان وائلنٹ ہو گئے، تشدد پسند ہو گئے۔</w:t>
      </w:r>
    </w:p>
    <w:p>
      <w:r>
        <w:rPr>
          <w:b/>
        </w:rPr>
        <w:t xml:space="preserve">[05:44] </w:t>
      </w:r>
      <w:r>
        <w:t>aur doosri dunya mein jo scientific daryaften ho rahi hain, wahan taraqqiyat ho rahi hain, aur musalmanon ki muslim dunya mein sirf ladai padhai ho rahi hai har jagah.</w:t>
      </w:r>
    </w:p>
    <w:p>
      <w:pPr>
        <w:jc w:val="right"/>
      </w:pPr>
      <w:r>
        <w:t>اور دوسری دنیا میں جو سائنسی دریافتیں ہو رہی ہیں، وہاں ترقیات ہو رہی ہیں، اور مسلمانوں کی مسلم دنیا میں صرف لڑائی پڑائی ہو رہی ہے ہر جگہ۔</w:t>
      </w:r>
    </w:p>
    <w:p>
      <w:r>
        <w:rPr>
          <w:b/>
        </w:rPr>
        <w:t xml:space="preserve">[05:55] </w:t>
      </w:r>
      <w:r>
        <w:t>jahan ladai, kuch log amalan lad rahe hain, kuch log ladai ki baatein karte hain.</w:t>
      </w:r>
    </w:p>
    <w:p>
      <w:pPr>
        <w:jc w:val="right"/>
      </w:pPr>
      <w:r>
        <w:t>جہاں لڑائی، کچھ لوگ عملاً لڑ رہے ہیں، کچھ لوگ لڑائی کی باتیں کرتے ہیں۔</w:t>
      </w:r>
    </w:p>
    <w:p>
      <w:r>
        <w:rPr>
          <w:b/>
        </w:rPr>
        <w:t xml:space="preserve">[06:02] </w:t>
      </w:r>
      <w:r>
        <w:t>jahan tak mein ne is ko samjha hai, is ke asbab tareekhi hain. yahan mein aik yaad dilaon ke is par bohat si kitaben likhi gai hain ke musalman kyun paspa ho gaye.</w:t>
      </w:r>
    </w:p>
    <w:p>
      <w:pPr>
        <w:jc w:val="right"/>
      </w:pPr>
      <w:r>
        <w:t>جہاں تک میں نے اس کو سمجھا ہے، اس کے اسباب تاریخی ہیں۔ یہاں میں ایک یاد دلاؤں کہ اس پر بہت سی کتابیں لکھی گئی ہیں کہ مسلمان کیوں پسپا ہو گئے۔</w:t>
      </w:r>
    </w:p>
    <w:p>
      <w:r>
        <w:rPr>
          <w:b/>
        </w:rPr>
        <w:t xml:space="preserve">[06:17] </w:t>
      </w:r>
      <w:r>
        <w:t>mislan mashhoor arab mussanif ameer shaqay arsalan ki kitab hai:</w:t>
      </w:r>
    </w:p>
    <w:p>
      <w:pPr>
        <w:jc w:val="right"/>
      </w:pPr>
      <w:r>
        <w:t>مثلاً مشہور عرب مصنف امیر شقے ارسلان کی کتاب ہے:</w:t>
      </w:r>
    </w:p>
    <w:p>
      <w:r>
        <w:rPr>
          <w:b/>
        </w:rPr>
        <w:t xml:space="preserve">[06:31] </w:t>
      </w:r>
      <w:r>
        <w:t>"لماذا تأخر المسلمون وتقدم غيرهم؟" kyun musalman peechay ho gaye aur doosre log agay ho gaye?</w:t>
      </w:r>
    </w:p>
    <w:p>
      <w:pPr>
        <w:jc w:val="right"/>
      </w:pPr>
      <w:r>
        <w:t>"لماذا تأخر المسلمون وتقدم غيرهم؟" کیوں مسلمان پیچھے ہو گئے اور دوسرے لوگ آگے ہو گئے؟</w:t>
      </w:r>
    </w:p>
    <w:p>
      <w:r>
        <w:rPr>
          <w:b/>
        </w:rPr>
        <w:t xml:space="preserve">[06:41] </w:t>
      </w:r>
      <w:r>
        <w:t>mein samajhta hoon sahih unwaan nahi hai.</w:t>
      </w:r>
    </w:p>
    <w:p>
      <w:pPr>
        <w:jc w:val="right"/>
      </w:pPr>
      <w:r>
        <w:t>میں سمجھتا ہوں صحیح عنوان نہیں ہے۔</w:t>
      </w:r>
    </w:p>
    <w:p>
      <w:r>
        <w:rPr>
          <w:b/>
        </w:rPr>
        <w:t xml:space="preserve">[06:45] </w:t>
      </w:r>
      <w:r>
        <w:t>sahih unwaan hai: kyun musalman larai parai mein phanse hue hain aur doosre log saiyensi taraqqi kar rahe hain?</w:t>
      </w:r>
    </w:p>
    <w:p>
      <w:pPr>
        <w:jc w:val="right"/>
      </w:pPr>
      <w:r>
        <w:t>صحیح عنوان ہے: کیوں مسلمان لڑائی پڑائی میں پھنسے ہوئے ہیں اور دوسرے لوگ سائنسی ترقی کر رہے ہیں؟</w:t>
      </w:r>
    </w:p>
    <w:p>
      <w:r>
        <w:rPr>
          <w:b/>
        </w:rPr>
        <w:t xml:space="preserve">[06:54] </w:t>
      </w:r>
      <w:r>
        <w:t>is kitab mein unhon ne yeh likha hai ke musalmanon ke pichlay pan ka sabab yeh hai ke woh jihad chhor diya unhon ne.</w:t>
      </w:r>
    </w:p>
    <w:p>
      <w:pPr>
        <w:jc w:val="right"/>
      </w:pPr>
      <w:r>
        <w:t>اس کتاب میں انہوں نے یہ لکھا ہے کہ مسلمانوں کے پچھلے پن کا سبب یہ ہے کہ وہ جہاد چھوڑ دیا انہوں نے۔</w:t>
      </w:r>
    </w:p>
    <w:p>
      <w:r>
        <w:rPr>
          <w:b/>
        </w:rPr>
        <w:t xml:space="preserve">[07:04] </w:t>
      </w:r>
      <w:r>
        <w:t>ab bohat hi anokhi baat hai. jihad chhora kahan? musalman do so saal se jihad hi to kar rahe hain, aur kya kar rahe hain?</w:t>
      </w:r>
    </w:p>
    <w:p>
      <w:pPr>
        <w:jc w:val="right"/>
      </w:pPr>
      <w:r>
        <w:t>اب بہت ہی انوکھی بات ہے۔ جہاد چھوڑا کہاں؟ مسلمان دو سو سال سے جہاد ہی تو کر رہے ہیں، اور کیا کر رہے ہیں؟</w:t>
      </w:r>
    </w:p>
    <w:p>
      <w:r>
        <w:rPr>
          <w:b/>
        </w:rPr>
        <w:t xml:space="preserve">[07:17] </w:t>
      </w:r>
      <w:r>
        <w:t>jihad, qital. to musalman do so saal se jihad hi to kar rahe hain. sultan teepo aur jo abdullah afghan se le kar aaj tak jihadi jihad chal raha hai.</w:t>
      </w:r>
    </w:p>
    <w:p>
      <w:pPr>
        <w:jc w:val="right"/>
      </w:pPr>
      <w:r>
        <w:t>جہاد، قتال۔ تو مسلمان دو سو سال سے جہاد ہی تو کر رہے ہیں۔ سلطان ٹیپو اور جو عبداللہ افغان سے لے کر آج تک جہادی جہاد چل رہا ہے۔</w:t>
      </w:r>
    </w:p>
    <w:p>
      <w:r>
        <w:rPr>
          <w:b/>
        </w:rPr>
        <w:t xml:space="preserve">[07:33] </w:t>
      </w:r>
      <w:r>
        <w:t>to masla yeh nahi ke jihad musalmanon ne chhor diya. yaad rahe ke jihad kar ke nateeja kyun nahi nikal raha hai?</w:t>
      </w:r>
    </w:p>
    <w:p>
      <w:pPr>
        <w:jc w:val="right"/>
      </w:pPr>
      <w:r>
        <w:t>تو مسئلہ یہ نہیں کہ جہاد مسلمانوں نے چھوڑ دیا۔ یاد رہے کہ جہاد کر کے نتیجہ کیوں نہیں نکل رہا ہے؟</w:t>
      </w:r>
    </w:p>
    <w:p>
      <w:r>
        <w:rPr>
          <w:b/>
        </w:rPr>
        <w:t xml:space="preserve">[07:48] </w:t>
      </w:r>
      <w:r>
        <w:t>yani inspired of great jihad, why have muslims fail to attain the result? masla yeh hai.</w:t>
      </w:r>
    </w:p>
    <w:p>
      <w:pPr>
        <w:jc w:val="right"/>
      </w:pPr>
      <w:r>
        <w:t>یعنی انسپائرڈ آف گریٹ جہاد، وائی ہیو مسلمز فیل ٹو اٹیل دی رزلٹ؟ مسئلہ یہ ہے۔</w:t>
      </w:r>
    </w:p>
    <w:p>
      <w:r>
        <w:rPr>
          <w:b/>
        </w:rPr>
        <w:t xml:space="preserve">[07:59] </w:t>
      </w:r>
      <w:r>
        <w:t>yani ulta kyun ho raha hai? musalman aur un ki tabahi barh rahi hai, aur un ki nakami barh rahi hai. to yeh jihad nahi hai.</w:t>
      </w:r>
    </w:p>
    <w:p>
      <w:pPr>
        <w:jc w:val="right"/>
      </w:pPr>
      <w:r>
        <w:t>یعنی الٹا کیوں ہو رہا ہے؟ مسلمان اور ان کی تباہی بڑھ رہی ہے، اور ان کی ناکامی بڑھ رہی ہے۔ تو یہ جہاد نہیں ہے۔</w:t>
      </w:r>
    </w:p>
    <w:p>
      <w:r>
        <w:rPr>
          <w:b/>
        </w:rPr>
        <w:t xml:space="preserve">[08:09] </w:t>
      </w:r>
      <w:r>
        <w:t>asal baat yeh hai ke jihad hota to Allah ki madad toot parti.</w:t>
      </w:r>
    </w:p>
    <w:p>
      <w:pPr>
        <w:jc w:val="right"/>
      </w:pPr>
      <w:r>
        <w:t>اصل بات یہ ہے کہ جہاد ہوتا تو اللہ کی مدد ٹوٹ پڑتی۔</w:t>
      </w:r>
    </w:p>
    <w:p>
      <w:r>
        <w:rPr>
          <w:b/>
        </w:rPr>
        <w:t xml:space="preserve">[08:16] </w:t>
      </w:r>
      <w:r>
        <w:t>dekhen, jihad aik gehri cheez hai. yani Allah ke liye koshish, Allah ke liye mehnat, Allah ke liye, Allah ke mission mein apna aap ko waqf karna, yeh jihad hai.</w:t>
      </w:r>
    </w:p>
    <w:p>
      <w:pPr>
        <w:jc w:val="right"/>
      </w:pPr>
      <w:r>
        <w:t>دیکھیں، جہاد ایک گہری چیز ہے۔ یعنی اللہ کے لیے کوشش، اللہ کے لیے محنت، اللہ کے لیے، اللہ کے مشن میں اپنا آپ کو وقف کرنا، یہ جہاد ہے۔</w:t>
      </w:r>
    </w:p>
    <w:p>
      <w:r>
        <w:rPr>
          <w:b/>
        </w:rPr>
        <w:t xml:space="preserve">[08:33] </w:t>
      </w:r>
      <w:r>
        <w:t>jihad to aik aisi cheez hai ke agar kuch log karen jihad to Allah ki madad toot paray gi.</w:t>
      </w:r>
    </w:p>
    <w:p>
      <w:pPr>
        <w:jc w:val="right"/>
      </w:pPr>
      <w:r>
        <w:t>جہاد تو ایک ایسی چیز ہے کہ اگر کچھ لوگ کریں جہاد تو اللہ کی مدد ٹوٹ پڑے گی۔</w:t>
      </w:r>
    </w:p>
    <w:p>
      <w:r>
        <w:rPr>
          <w:b/>
        </w:rPr>
        <w:t xml:space="preserve">[08:43] </w:t>
      </w:r>
      <w:r>
        <w:t>to yeh jihad nahi hai.</w:t>
      </w:r>
    </w:p>
    <w:p>
      <w:pPr>
        <w:jc w:val="right"/>
      </w:pPr>
      <w:r>
        <w:t>تو یہ جہاد نہیں ہے۔</w:t>
      </w:r>
    </w:p>
    <w:p>
      <w:r>
        <w:rPr>
          <w:b/>
        </w:rPr>
        <w:t xml:space="preserve">[08:46] </w:t>
      </w:r>
      <w:r>
        <w:t>yaqeeni tor par yeh hai tribal culture. tribal culture.</w:t>
      </w:r>
    </w:p>
    <w:p>
      <w:pPr>
        <w:jc w:val="right"/>
      </w:pPr>
      <w:r>
        <w:t>یقینی طور پر یہ ہے ٹرائبل کلچر۔ ٹرائبل کلچر۔</w:t>
      </w:r>
    </w:p>
    <w:p>
      <w:r>
        <w:rPr>
          <w:b/>
        </w:rPr>
        <w:t xml:space="preserve">[08:55] </w:t>
      </w:r>
      <w:r>
        <w:t>dunya mein qadeem zamanay mein, sari dunya mein tribal nizam tha. tribal nizam mein sab se ahem cheez thi talwar.</w:t>
      </w:r>
    </w:p>
    <w:p>
      <w:pPr>
        <w:jc w:val="right"/>
      </w:pPr>
      <w:r>
        <w:t>دنیا میں قدیم زمانے میں، ساری دنیا میں ٹرائبل نظام تھا۔ ٹرائبل نظام میں سب سے اہم چیز تھی تلوار۔</w:t>
      </w:r>
    </w:p>
    <w:p>
      <w:r>
        <w:rPr>
          <w:b/>
        </w:rPr>
        <w:t xml:space="preserve">[09:07] </w:t>
      </w:r>
      <w:r>
        <w:t>is zamanay mein aur kuch tha hi nahi. aik hi cheez thi woh talwar</w:t>
      </w:r>
    </w:p>
    <w:p>
      <w:pPr>
        <w:jc w:val="right"/>
      </w:pPr>
      <w:r>
        <w:t>اس زمانے میں اور کچھ تھا ہی نہیں۔ ایک ہی چیز تھی وہ تلوار</w:t>
      </w:r>
    </w:p>
    <w:p>
      <w:r>
        <w:rPr>
          <w:b/>
        </w:rPr>
        <w:t xml:space="preserve">[09:11] </w:t>
      </w:r>
      <w:r>
        <w:t>۔ bas jahan kuch baat hui, talwar nikal aai. aur larai honay lagi. to yeh jo tashaddud hai musalmanon mein, yeh yeh jo hai,</w:t>
      </w:r>
    </w:p>
    <w:p>
      <w:pPr>
        <w:jc w:val="right"/>
      </w:pPr>
      <w:r>
        <w:t>۔ بس جہاں کچھ بات ہوئی، تلوار نکل آئی۔ اور لڑائی ہونے لگی۔ تو یہ جو تشدد ہے مسلمانوں میں، یہ یہ جو ہے،</w:t>
      </w:r>
    </w:p>
    <w:p>
      <w:r>
        <w:rPr>
          <w:b/>
        </w:rPr>
        <w:t xml:space="preserve">[09:28] </w:t>
      </w:r>
      <w:r>
        <w:t>yeh</w:t>
      </w:r>
    </w:p>
    <w:p>
      <w:pPr>
        <w:jc w:val="right"/>
      </w:pPr>
      <w:r>
        <w:t>یہ</w:t>
      </w:r>
    </w:p>
    <w:p>
      <w:r>
        <w:rPr>
          <w:b/>
        </w:rPr>
        <w:t xml:space="preserve">[09:32] </w:t>
      </w:r>
      <w:r>
        <w:t>tribal culture ka tasalsul hai. tribal culture ka tasalsul hai.</w:t>
      </w:r>
    </w:p>
    <w:p>
      <w:pPr>
        <w:jc w:val="right"/>
      </w:pPr>
      <w:r>
        <w:t>ٹرائبل کلچر کا تسلسل ہے۔ ٹرائبل کلچر کا تسلسل ہے۔</w:t>
      </w:r>
    </w:p>
    <w:p>
      <w:r>
        <w:rPr>
          <w:b/>
        </w:rPr>
        <w:t xml:space="preserve">[09:41] </w:t>
      </w:r>
      <w:r>
        <w:t>dekhen, hua yeh ke arab mein saatveen sadi ke pehlay sehi mah mein Islam ka zahoor hua.</w:t>
      </w:r>
    </w:p>
    <w:p>
      <w:pPr>
        <w:jc w:val="right"/>
      </w:pPr>
      <w:r>
        <w:t>دیکھیں، ہوا یہ کہ عرب میں ساتویں صدی کے پہلے سہ ماہی میں اسلام کا ظہور ہوا۔</w:t>
      </w:r>
    </w:p>
    <w:p>
      <w:r>
        <w:rPr>
          <w:b/>
        </w:rPr>
        <w:t xml:space="preserve">[09:52] </w:t>
      </w:r>
      <w:r>
        <w:t>yani 610 eesvi mein rasool Allah ne apna mission shuru kiya arab mein. to us waqt arab mein tribal age tha, qabail ka daur tha.</w:t>
      </w:r>
    </w:p>
    <w:p>
      <w:pPr>
        <w:jc w:val="right"/>
      </w:pPr>
      <w:r>
        <w:t>یعنی 610 عیسوی میں رسول اللہ نے اپنا مشن شروع کیا عرب میں۔ تو اس وقت عرب میں ٹرائبل ایج تھا، قبائل کا دور تھا۔</w:t>
      </w:r>
    </w:p>
    <w:p>
      <w:r>
        <w:rPr>
          <w:b/>
        </w:rPr>
        <w:t xml:space="preserve">[10:06] </w:t>
      </w:r>
      <w:r>
        <w:t>aur qabail ke darmiyan jo culture tha, woh tha tashaddud culture.</w:t>
      </w:r>
    </w:p>
    <w:p>
      <w:pPr>
        <w:jc w:val="right"/>
      </w:pPr>
      <w:r>
        <w:t>اور قبائل کے درمیان جو کلچر تھا، وہ تھا تشدد کلچر۔</w:t>
      </w:r>
    </w:p>
    <w:p>
      <w:r>
        <w:rPr>
          <w:b/>
        </w:rPr>
        <w:t xml:space="preserve">[10:12] </w:t>
      </w:r>
      <w:r>
        <w:t>us zamanay ke aik shayar ne kaha tha ke hamara kaam to larna pharna hai. koi doosra na milay to hum apnay logon se larnay lagtay hain.</w:t>
      </w:r>
    </w:p>
    <w:p>
      <w:pPr>
        <w:jc w:val="right"/>
      </w:pPr>
      <w:r>
        <w:t>اس زمانے کے ایک شاعر نے کہا تھا کہ ہمارا کام تو لڑنا پھرنا ہے۔ کوئی دوسرا نہ ملے تو ہم اپنے لوگوں سے لڑنے لگتے ہیں۔</w:t>
      </w:r>
    </w:p>
    <w:p>
      <w:r>
        <w:rPr>
          <w:b/>
        </w:rPr>
        <w:t xml:space="preserve">[10:25] </w:t>
      </w:r>
      <w:r>
        <w:t>waah aalaan ala bikr akhina jab ma lam najad illa akhana kaisi ajeeb baat hai.</w:t>
      </w:r>
    </w:p>
    <w:p>
      <w:pPr>
        <w:jc w:val="right"/>
      </w:pPr>
      <w:r>
        <w:t>وآه عالاً علی بکر أخينا إذا ما لم نجد إلا أخانا کیسی عجیب بات ہے۔</w:t>
      </w:r>
    </w:p>
    <w:p>
      <w:r>
        <w:rPr>
          <w:b/>
        </w:rPr>
        <w:t xml:space="preserve">[10:34] </w:t>
      </w:r>
      <w:r>
        <w:t>yeh tribal culture ki bohat hi sahi tasweer hai. ladna phirna hai in ko</w:t>
      </w:r>
    </w:p>
    <w:p>
      <w:pPr>
        <w:jc w:val="right"/>
      </w:pPr>
      <w:r>
        <w:t>یہ ٹرائبل کلچر کی بہت ہی صحیح تصویر ہے۔ لڑنا پھرنا ہے ان کو</w:t>
      </w:r>
    </w:p>
    <w:p>
      <w:r>
        <w:rPr>
          <w:b/>
        </w:rPr>
        <w:t xml:space="preserve">[10:39] </w:t>
      </w:r>
      <w:r>
        <w:t>. koi aur na milay to apnay logon se larnay shuru kar dain gay.</w:t>
      </w:r>
    </w:p>
    <w:p>
      <w:pPr>
        <w:jc w:val="right"/>
      </w:pPr>
      <w:r>
        <w:t>۔ کوئی اور نہ ملے تو اپنے لوگوں سے لڑنے شروع کر دیں گے۔</w:t>
      </w:r>
    </w:p>
    <w:p>
      <w:r>
        <w:rPr>
          <w:b/>
        </w:rPr>
        <w:t xml:space="preserve">[10:45] </w:t>
      </w:r>
      <w:r>
        <w:t>waah aalaan ala bikr akhina jab ma lam najad illa akhana to tribal culture sort culture tha.</w:t>
      </w:r>
    </w:p>
    <w:p>
      <w:pPr>
        <w:jc w:val="right"/>
      </w:pPr>
      <w:r>
        <w:t>وآه عالاً علی بكر أخينا إذا ما لم نجد إلا أخانا تو ٹرائبل کلچر سورٹ کلچر تھا۔</w:t>
      </w:r>
    </w:p>
    <w:p>
      <w:r>
        <w:rPr>
          <w:b/>
        </w:rPr>
        <w:t xml:space="preserve">[11:00] </w:t>
      </w:r>
      <w:r>
        <w:t>talwar ka. har aadmi ke paas talwar hoti thi us zamanay mein.</w:t>
      </w:r>
    </w:p>
    <w:p>
      <w:pPr>
        <w:jc w:val="right"/>
      </w:pPr>
      <w:r>
        <w:t>تلوار کا۔ ہر آدمی کے پاس تلوار ہوتی تھی اس زمانے میں۔</w:t>
      </w:r>
    </w:p>
    <w:p>
      <w:r>
        <w:rPr>
          <w:b/>
        </w:rPr>
        <w:t xml:space="preserve">[11:04] </w:t>
      </w:r>
      <w:r>
        <w:t>ab to law hum aik aik league, hum aik qanooni nizaam ke tehat rehtay hain, to is mein afraad ko hathiyaar rakhnay ki ijazat nahi hai.</w:t>
      </w:r>
    </w:p>
    <w:p>
      <w:pPr>
        <w:jc w:val="right"/>
      </w:pPr>
      <w:r>
        <w:t>اب تو لا جو ہم ایک ایک لیگ، ہم ایک قانونی نظام کے تحت رہتے ہیں، تو اس میں افراد کو ہتھیار رکھنے کی اجازت نہیں ہے۔</w:t>
      </w:r>
    </w:p>
    <w:p>
      <w:r>
        <w:rPr>
          <w:b/>
        </w:rPr>
        <w:t xml:space="preserve">[11:22] </w:t>
      </w:r>
      <w:r>
        <w:t>ab hathiyaar rehta hai army ke paas, fauj ke paas. is zamanay mein yeh system nahi tha.</w:t>
      </w:r>
    </w:p>
    <w:p>
      <w:pPr>
        <w:jc w:val="right"/>
      </w:pPr>
      <w:r>
        <w:t>اب ہتھیار رہتا ہے آرمی کے پاس، فوج کے پاس۔ اس زمانے میں یہ سسٹم نہیں تھا۔</w:t>
      </w:r>
    </w:p>
    <w:p>
      <w:r>
        <w:rPr>
          <w:b/>
        </w:rPr>
        <w:t xml:space="preserve">[11:30] </w:t>
      </w:r>
      <w:r>
        <w:t>to har aadmi talwar rakhta tha.</w:t>
      </w:r>
    </w:p>
    <w:p>
      <w:pPr>
        <w:jc w:val="right"/>
      </w:pPr>
      <w:r>
        <w:t>تو ہر آدمی تلوار رکھتا تھا۔</w:t>
      </w:r>
    </w:p>
    <w:p>
      <w:r>
        <w:rPr>
          <w:b/>
        </w:rPr>
        <w:t xml:space="preserve">[11:34] </w:t>
      </w:r>
      <w:r>
        <w:t>aur jab koi baat hui, talwar nikal aai. to Islam aik peaceful mazhab tha. mukammal maanon mein peaceful mazhab.</w:t>
      </w:r>
    </w:p>
    <w:p>
      <w:pPr>
        <w:jc w:val="right"/>
      </w:pPr>
      <w:r>
        <w:t>اور جب کوئی بات ہوئی، تلوار نکل آئی۔ تو اسلام ایک پیس فل مذہب تھا۔ مکمل معنوں میں پیس فل مذہب۔</w:t>
      </w:r>
    </w:p>
    <w:p>
      <w:r>
        <w:rPr>
          <w:b/>
        </w:rPr>
        <w:t xml:space="preserve">[11:46] </w:t>
      </w:r>
      <w:r>
        <w:t>Islam mukammal maanon mein peaceful mazhab tha. Islam ka koi talluq tashaddud se nahi.</w:t>
      </w:r>
    </w:p>
    <w:p>
      <w:pPr>
        <w:jc w:val="right"/>
      </w:pPr>
      <w:r>
        <w:t>اسلام مکمل معنوں میں پیس فل مذہب تھا۔ اسلام کا کوئی تعلق تشدد سے نہیں۔</w:t>
      </w:r>
    </w:p>
    <w:p>
      <w:r>
        <w:rPr>
          <w:b/>
        </w:rPr>
        <w:t xml:space="preserve">[11:53] </w:t>
      </w:r>
      <w:r>
        <w:t>Islam to aik tauheed ka aqeedah hai ke aadmi Allah ko discover karay, Allah ki marifat hasil karay, Allah ki mohabbat mein jiye.</w:t>
      </w:r>
    </w:p>
    <w:p>
      <w:pPr>
        <w:jc w:val="right"/>
      </w:pPr>
      <w:r>
        <w:t>اسلام تو ایک توحید کا عقیدہ ہے کہ آدمی اللہ کو ڈسکور کرے، اللہ کی معرفت حاصل کرے، اللہ کی محبت میں جیے۔</w:t>
      </w:r>
    </w:p>
    <w:p>
      <w:r>
        <w:rPr>
          <w:b/>
        </w:rPr>
        <w:t xml:space="preserve">[12:05] </w:t>
      </w:r>
      <w:r>
        <w:t>yani mohabbat-e-khudawandi mein jeenay ka naam Islam hai.</w:t>
      </w:r>
    </w:p>
    <w:p>
      <w:pPr>
        <w:jc w:val="right"/>
      </w:pPr>
      <w:r>
        <w:t>یعنی محبت خداوندی میں جینے کا نام اسلام ہے۔</w:t>
      </w:r>
    </w:p>
    <w:p>
      <w:r>
        <w:rPr>
          <w:b/>
        </w:rPr>
        <w:t xml:space="preserve">[12:10] </w:t>
      </w:r>
      <w:r>
        <w:t>wallazeena aamanoo ashadd hubba lillah to hubb shadeed jahan sab se bari cheez ho, wahan violence ka kia?</w:t>
      </w:r>
    </w:p>
    <w:p>
      <w:pPr>
        <w:jc w:val="right"/>
      </w:pPr>
      <w:r>
        <w:t>والذین آمنوا أشد حبا لله تو حب شدید جہاں سب سے بڑی چیز ہو، وہاں وائلنس کا کیا؟</w:t>
      </w:r>
    </w:p>
    <w:p>
      <w:r>
        <w:rPr>
          <w:b/>
        </w:rPr>
        <w:t xml:space="preserve">[12:22] </w:t>
      </w:r>
      <w:r>
        <w:t>violence ka kia kaam? Quran mein hai ke wallazeena aamanoo ashadd hubba lillah eman walay Allah se bohat ziyada mohabbat karnay walay hotay hain.</w:t>
      </w:r>
    </w:p>
    <w:p>
      <w:pPr>
        <w:jc w:val="right"/>
      </w:pPr>
      <w:r>
        <w:t>وائلنس کا کیا کام؟ قرآن میں ہے کہ والذین آمنوا أشد حبا لله ایمان والے اللہ سے بہت زیادہ محبت کرنے والے ہوتے ہیں۔</w:t>
      </w:r>
    </w:p>
    <w:p>
      <w:r>
        <w:rPr>
          <w:b/>
        </w:rPr>
        <w:t xml:space="preserve">[12:34] </w:t>
      </w:r>
      <w:r>
        <w:t>to Islam to mohabbat culture ka naam hai.</w:t>
      </w:r>
    </w:p>
    <w:p>
      <w:pPr>
        <w:jc w:val="right"/>
      </w:pPr>
      <w:r>
        <w:t>تو اسلام تو محبت کلچر کا نام ہے۔</w:t>
      </w:r>
    </w:p>
    <w:p>
      <w:r>
        <w:rPr>
          <w:b/>
        </w:rPr>
        <w:t xml:space="preserve">[12:39] </w:t>
      </w:r>
      <w:r>
        <w:t>mohabbat culture, peace culture, is ka naam hai Islam. lekin jis jis jis zamanay mein, jis samaj mein Islam aaya, woh log thay tribal culture par.</w:t>
      </w:r>
    </w:p>
    <w:p>
      <w:pPr>
        <w:jc w:val="right"/>
      </w:pPr>
      <w:r>
        <w:t>محبت کلچر، پیس کلچر، اس کا نام ہے اسلام۔ لیکن جس جس جس زمانے میں، جس سماج میں اسلام آیا، وہ لوگ تھے ٹرائبل کلچر پر۔</w:t>
      </w:r>
    </w:p>
    <w:p>
      <w:r>
        <w:rPr>
          <w:b/>
        </w:rPr>
        <w:t xml:space="preserve">[12:55] </w:t>
      </w:r>
      <w:r>
        <w:t>to un ki taraf se talwarein nikli</w:t>
      </w:r>
    </w:p>
    <w:p>
      <w:pPr>
        <w:jc w:val="right"/>
      </w:pPr>
      <w:r>
        <w:t>تو ان کی طرف سے تلواریں نکلی</w:t>
      </w:r>
    </w:p>
    <w:p>
      <w:r>
        <w:rPr>
          <w:b/>
        </w:rPr>
        <w:t xml:space="preserve">[12:58] </w:t>
      </w:r>
      <w:r>
        <w:t>. unhon nay chaha ke kyunkay woh shirk par thay us zamanay mein, to unhon nay chaha ke woh tauheed ki dawat ko kuchal dain.</w:t>
      </w:r>
    </w:p>
    <w:p>
      <w:pPr>
        <w:jc w:val="right"/>
      </w:pPr>
      <w:r>
        <w:t>ں۔ انہوں نے چاہا کہ کیونکہ وہ شرک پر تھے اس زمانے میں، تو انہوں نے چاہا کہ وہ توحید کی دعوت کو کچل دیں۔</w:t>
      </w:r>
    </w:p>
    <w:p>
      <w:r>
        <w:rPr>
          <w:b/>
        </w:rPr>
        <w:t xml:space="preserve">[13:07] </w:t>
      </w:r>
      <w:r>
        <w:t>to talwar lay kar kharay ho gaye. to yani nagzeer difaa ke taur par Rasool aur ashaab-e-Rasool ko ghaz abad mein jana para.</w:t>
      </w:r>
    </w:p>
    <w:p>
      <w:pPr>
        <w:jc w:val="right"/>
      </w:pPr>
      <w:r>
        <w:t>تو تلوار لے کر کھڑے ہو گئے۔ تو یعنی ناگزیر دفاع کے طور پر رسول اور اصحاب رسول کو غاز آباد میں جانا پڑا۔</w:t>
      </w:r>
    </w:p>
    <w:p>
      <w:r>
        <w:rPr>
          <w:b/>
        </w:rPr>
        <w:t xml:space="preserve">[13:26] </w:t>
      </w:r>
      <w:r>
        <w:t>difaa ke taur par. yuqatilullazeena yuqatiloonakum jo tum par attack kar rahay hain, to un se bator difaa jang karo.</w:t>
      </w:r>
    </w:p>
    <w:p>
      <w:pPr>
        <w:jc w:val="right"/>
      </w:pPr>
      <w:r>
        <w:t>دفاع کے طور پر۔ يقاتل الذين يقاتلونكم جو تم پر اٹیک کر رہے ہیں، تو ان سے بطور دفاع جنگ کرو۔</w:t>
      </w:r>
    </w:p>
    <w:p>
      <w:r>
        <w:rPr>
          <w:b/>
        </w:rPr>
        <w:t xml:space="preserve">[13:38] </w:t>
      </w:r>
      <w:r>
        <w:t>bas. adrawise Islam mohabbat ka mazhab hai, peace ka mazhab hai, aman ka mazhab hai. allazeena aamanoo ashadd hubba lillah</w:t>
      </w:r>
    </w:p>
    <w:p>
      <w:pPr>
        <w:jc w:val="right"/>
      </w:pPr>
      <w:r>
        <w:t>بس۔ ادروائز اسلام محبت کا مذہب ہے، پیس کا مذہب ہے، امن کا مذہب ہے۔ الذین آمنوا أشد حبا لله</w:t>
      </w:r>
    </w:p>
    <w:p>
      <w:r>
        <w:rPr>
          <w:b/>
        </w:rPr>
        <w:t xml:space="preserve">[13:48] </w:t>
      </w:r>
      <w:r>
        <w:t>to dainkhay, tashaddud jo tha Islam ka, aik aik temporary hissa tha.</w:t>
      </w:r>
    </w:p>
    <w:p>
      <w:pPr>
        <w:jc w:val="right"/>
      </w:pPr>
      <w:r>
        <w:t>تو دیکھیں، تشدد جو تھا اسلام کا، ایک ایک ٹیمپریری حصہ تھا۔</w:t>
      </w:r>
    </w:p>
    <w:p>
      <w:r>
        <w:rPr>
          <w:b/>
        </w:rPr>
        <w:t xml:space="preserve">[13:57] </w:t>
      </w:r>
      <w:r>
        <w:t>zamanay ke hisab se hissa tha. woh Islam ki taleemat ka hissa nahi tha.</w:t>
      </w:r>
    </w:p>
    <w:p>
      <w:pPr>
        <w:jc w:val="right"/>
      </w:pPr>
      <w:r>
        <w:t>زمانے کے حساب سے حصہ تھا۔ وہ اسلام کی تعلیمات کا حصہ نہیں تھا۔</w:t>
      </w:r>
    </w:p>
    <w:p>
      <w:r>
        <w:rPr>
          <w:b/>
        </w:rPr>
        <w:t xml:space="preserve">[14:04] </w:t>
      </w:r>
      <w:r>
        <w:t>to woh daur khatam hoga, to daur khatam hoga, to tashaddud bhi khatam. ab larnay phirnay ki zaroorat hi nahi.</w:t>
      </w:r>
    </w:p>
    <w:p>
      <w:pPr>
        <w:jc w:val="right"/>
      </w:pPr>
      <w:r>
        <w:t>تو وہ دور ختم ہوگا، تو دور ختم ہوگا، تو تشدد بھی ختم۔ اب لڑنے پھرنے کی ضرورت ہی نہیں۔</w:t>
      </w:r>
    </w:p>
    <w:p>
      <w:r>
        <w:rPr>
          <w:b/>
        </w:rPr>
        <w:t xml:space="preserve">[14:12] </w:t>
      </w:r>
      <w:r>
        <w:t>is maamlay ko samajhnay ke liye ke zamani factor se koi cheez shamil ho jati hai, to us ko samajhnay ki mein aik misaal deta hoon.</w:t>
      </w:r>
    </w:p>
    <w:p>
      <w:pPr>
        <w:jc w:val="right"/>
      </w:pPr>
      <w:r>
        <w:t>اس معاملے کو سمجھنے کے لیے کہ زمانی فیکٹر سے کوئی چیز شامل ہو جاتی ہے، تو اس کو سمجھنے کی میں ایک مثال دیتا ہوں۔</w:t>
      </w:r>
    </w:p>
    <w:p>
      <w:r>
        <w:rPr>
          <w:b/>
        </w:rPr>
        <w:t xml:space="preserve">[14:25] </w:t>
      </w:r>
      <w:r>
        <w:t>dekhen, yeh chahe mission secular mission ho ya mazhabi mission ho, hamesha aisa hota hai ke kis kis kis samaj mein uthta hai woh, kis daur mein uthta hai woh.</w:t>
      </w:r>
    </w:p>
    <w:p>
      <w:pPr>
        <w:jc w:val="right"/>
      </w:pPr>
      <w:r>
        <w:t>دیکھیں، یہ چاہے مشن سیکولر مشن ہو یا مذہبی مشن ہو، ہمیشہ ایسا ہوتا ہے کہ کس کس کس سماج میں اٹھتا ہے وہ، کس دور میں اٹھتا ہے وہ۔</w:t>
      </w:r>
    </w:p>
    <w:p>
      <w:r>
        <w:rPr>
          <w:b/>
        </w:rPr>
        <w:t xml:space="preserve">[14:38] </w:t>
      </w:r>
      <w:r>
        <w:t>to daur ke is waqt, jo daur mein, is zamane mein jo halaat hon, jo culture ho, us ki wajah se is mein kuch baaten samne aati hain.</w:t>
      </w:r>
    </w:p>
    <w:p>
      <w:pPr>
        <w:jc w:val="right"/>
      </w:pPr>
      <w:r>
        <w:t>تو دور کے اس وقت، جو دور میں، اس زمانے میں جو حالات ہوں، جو کلچر ہو، اس کی وجہ سے اس میں کچھ باتیں سامنے آتی ہیں۔</w:t>
      </w:r>
    </w:p>
    <w:p>
      <w:r>
        <w:rPr>
          <w:b/>
        </w:rPr>
        <w:t xml:space="preserve">[14:49] </w:t>
      </w:r>
      <w:r>
        <w:t>misalan dekhen, Mahatma Gandhi ka mission jo tha, woh sara ka sara aain sahib pesh tha, non-violence par pesh tha.</w:t>
      </w:r>
    </w:p>
    <w:p>
      <w:pPr>
        <w:jc w:val="right"/>
      </w:pPr>
      <w:r>
        <w:t>مثلاً دیکھیں، مہاتما گاندھی کا مشن جو تھا، وہ سارا کا سارا ائین صاحب پیش تھا، نان وائلنس پر پیش تھا۔</w:t>
      </w:r>
    </w:p>
    <w:p>
      <w:r>
        <w:rPr>
          <w:b/>
        </w:rPr>
        <w:t xml:space="preserve">[15:00] </w:t>
      </w:r>
      <w:r>
        <w:t>poore poore maanon mein pacifist thay Mahatma Gandhi.</w:t>
      </w:r>
    </w:p>
    <w:p>
      <w:pPr>
        <w:jc w:val="right"/>
      </w:pPr>
      <w:r>
        <w:t>پورے پورے معنوں میں پیسیفسٹ تھے مہاتما گاندھی۔</w:t>
      </w:r>
    </w:p>
    <w:p>
      <w:r>
        <w:rPr>
          <w:b/>
        </w:rPr>
        <w:t xml:space="preserve">[15:04] </w:t>
      </w:r>
      <w:r>
        <w:t>lekin aap jante hain ke unhon ne ek nara diya tha: "civil disobedience", jis ko urdu mein kehte thay "sivi nafarmani".</w:t>
      </w:r>
    </w:p>
    <w:p>
      <w:pPr>
        <w:jc w:val="right"/>
      </w:pPr>
      <w:r>
        <w:t>لیکن آپ جانتے ہیں کہ انہوں نے ایک نعرہ دیا تھا: "سول ڈس اوبیڈینس"، جس کو اردو میں کہتے تھے "سول نافرمانی"۔</w:t>
      </w:r>
    </w:p>
    <w:p>
      <w:r>
        <w:rPr>
          <w:b/>
        </w:rPr>
        <w:t xml:space="preserve">[15:18] </w:t>
      </w:r>
      <w:r>
        <w:t>yani qanoon ko todna, qanoon ke khilaf jalsa jaloos nikalna, legal system jo angrezon ne qaim kar rakha tha, us ke khilaf tehrikain chalana.</w:t>
      </w:r>
    </w:p>
    <w:p>
      <w:pPr>
        <w:jc w:val="right"/>
      </w:pPr>
      <w:r>
        <w:t>یعنی قانون کو توڑنا، قانون کے خلاف جلسہ جلوس نکالنا، لیگل سسٹم جو انگریزوں نے قائم کر رکھا تھا، اس کے خلاف تحریکیں چلانا۔</w:t>
      </w:r>
    </w:p>
    <w:p>
      <w:r>
        <w:rPr>
          <w:b/>
        </w:rPr>
        <w:t xml:space="preserve">[15:31] </w:t>
      </w:r>
      <w:r>
        <w:t>yeh hai "civil disobedience".</w:t>
      </w:r>
    </w:p>
    <w:p>
      <w:pPr>
        <w:jc w:val="right"/>
      </w:pPr>
      <w:r>
        <w:t>یہ ہے "سول ڈس اوبیڈینس"۔</w:t>
      </w:r>
    </w:p>
    <w:p>
      <w:r>
        <w:rPr>
          <w:b/>
        </w:rPr>
        <w:t xml:space="preserve">[15:36] </w:t>
      </w:r>
      <w:r>
        <w:t>to bazahir yeh is ko kehte thay, yani log "passive violence" kehte thay is ko. to passive violence Gandhi ki scheme mein nahi tha.</w:t>
      </w:r>
    </w:p>
    <w:p>
      <w:pPr>
        <w:jc w:val="right"/>
      </w:pPr>
      <w:r>
        <w:t>تو بظاہر یہ اس کو کہتے تھے، یعنی لوگ "پیسیو وائلنس" کہتے تھے اس کو۔ تو پیسیو وائلنس گاندھی کی اسکیم میں نہیں تھا۔</w:t>
      </w:r>
    </w:p>
    <w:p>
      <w:r>
        <w:rPr>
          <w:b/>
        </w:rPr>
        <w:t xml:space="preserve">[15:50] </w:t>
      </w:r>
      <w:r>
        <w:t>Gandhi ki scheme mein passive violence nahi tha. Gandhi scheme mein sirf paise pes tha. lekin us waqt chunke British rule tha aur British gun chalate thay, marte peette thay,</w:t>
      </w:r>
    </w:p>
    <w:p>
      <w:pPr>
        <w:jc w:val="right"/>
      </w:pPr>
      <w:r>
        <w:t>گاندھی کی اسکیم میں پیسیو وائلنس نہیں تھا۔ گاندھی اسکیم میں صرف پیسے پیس تھا۔ لیکن اس وقت چونکہ برٹش رول تھا اور برٹش گن چلاتے تھے، مارتے پیٹتے تھے،</w:t>
      </w:r>
    </w:p>
    <w:p>
      <w:r>
        <w:rPr>
          <w:b/>
        </w:rPr>
        <w:t xml:space="preserve">[16:06] </w:t>
      </w:r>
      <w:r>
        <w:t>to is ke ab Gandhi ko India ko aazad karana tha. to is zamani halaat ki bina par yeh "civil disobedience" ka daur aaya Gandhi ki tehrik mein.</w:t>
      </w:r>
    </w:p>
    <w:p>
      <w:pPr>
        <w:jc w:val="right"/>
      </w:pPr>
      <w:r>
        <w:t>تو اس کے اب گاندھی کو انڈیا کو آزاد کرانا تھا۔ تو اس زمانی حالات کی بنا پر یہ "سول ڈس اوبیڈینس" کا دور آیا گاندھی کی تحریک میں۔</w:t>
      </w:r>
    </w:p>
    <w:p>
      <w:r>
        <w:rPr>
          <w:b/>
        </w:rPr>
        <w:t xml:space="preserve">[16:23] </w:t>
      </w:r>
      <w:r>
        <w:t>jab angrez chale gaye to disobedience, woh yeh yeh bhi khatam ho gaya.</w:t>
      </w:r>
    </w:p>
    <w:p>
      <w:pPr>
        <w:jc w:val="right"/>
      </w:pPr>
      <w:r>
        <w:t>جب انگریز چلے گئے تو ڈس اوبیڈینس، وہ یہ یہ بھی ختم ہو گیا۔</w:t>
      </w:r>
    </w:p>
    <w:p>
      <w:r>
        <w:rPr>
          <w:b/>
        </w:rPr>
        <w:t xml:space="preserve">[16:31] </w:t>
      </w:r>
      <w:r>
        <w:t>to Islam mein dekhen, Islam asal'an tauheed ka mazhab hai. aur tauheed ka mazhab hai ke Allah se marifat hasil karo, Allah se mohabbat karo, Allah ki azmat mein jeena seekho.</w:t>
      </w:r>
    </w:p>
    <w:p>
      <w:pPr>
        <w:jc w:val="right"/>
      </w:pPr>
      <w:r>
        <w:t>تو اسلام میں دیکھیں، اسلام اصلًا توحید کا مذہب ہے۔ اور توحید کا مذہب ہے کہ اللہ سے معرفت حاصل کرو، اللہ سے محبت کرو، اللہ کی عظمت میں جینا سیکھو۔</w:t>
      </w:r>
    </w:p>
    <w:p>
      <w:r>
        <w:rPr>
          <w:b/>
        </w:rPr>
        <w:t xml:space="preserve">[16:47] </w:t>
      </w:r>
      <w:r>
        <w:t>yeh sara ka sara peaceful culture hai.</w:t>
      </w:r>
    </w:p>
    <w:p>
      <w:pPr>
        <w:jc w:val="right"/>
      </w:pPr>
      <w:r>
        <w:t>یہ سارا کا سارا پیس فل کلچر ہے۔</w:t>
      </w:r>
    </w:p>
    <w:p>
      <w:r>
        <w:rPr>
          <w:b/>
        </w:rPr>
        <w:t xml:space="preserve">[16:51] </w:t>
      </w:r>
      <w:r>
        <w:t>lekin chunke is zamane ke logon ne hamle kiye, attack kiya, aggression kiya, to Rasool aur ashab-e-Rasool ko loyal hona para.</w:t>
      </w:r>
    </w:p>
    <w:p>
      <w:pPr>
        <w:jc w:val="right"/>
      </w:pPr>
      <w:r>
        <w:t>لیکن چونکہ اس زمانے کے لوگوں نے حملے کیے، اٹیک کیا، ایگریشن کیا، تو رسول اور اصحاب رسول کو لائل ہونا پڑا۔</w:t>
      </w:r>
    </w:p>
    <w:p>
      <w:r>
        <w:rPr>
          <w:b/>
        </w:rPr>
        <w:t xml:space="preserve">[17:02] </w:t>
      </w:r>
      <w:r>
        <w:t>to yeh yeh yeh waqti Islam ki tareekh ka waqti hissa tha. temporary part tha. yeh Islam ki taleem ka mustaqil hissa nahi tha.</w:t>
      </w:r>
    </w:p>
    <w:p>
      <w:pPr>
        <w:jc w:val="right"/>
      </w:pPr>
      <w:r>
        <w:t>تو یہ یہ یہ وقتی اسلام کی تاریخ کا وقتی حصہ تھا۔ ٹیمپریری پارٹ تھا۔ یہ اسلام کی تعلیم کا مستقل حصہ نہیں تھا۔</w:t>
      </w:r>
    </w:p>
    <w:p>
      <w:r>
        <w:rPr>
          <w:b/>
        </w:rPr>
        <w:t xml:space="preserve">[17:19] </w:t>
      </w:r>
      <w:r>
        <w:t>lekin baaz asbab se woh continue raha, chalta raha. yahan tak ke aaj tak chal raha hai. ab zamana badal gaya.</w:t>
      </w:r>
    </w:p>
    <w:p>
      <w:pPr>
        <w:jc w:val="right"/>
      </w:pPr>
      <w:r>
        <w:t>لیکن بعض اسباب سے وہ کنٹینیو رہا، چلتا رہا۔ یہاں تک کہ آج تک چل رہا ہے۔ اب زمانہ بدل گیا۔</w:t>
      </w:r>
    </w:p>
    <w:p>
      <w:r>
        <w:rPr>
          <w:b/>
        </w:rPr>
        <w:t xml:space="preserve">[17:28] </w:t>
      </w:r>
      <w:r>
        <w:t>ab dunya mein har qism ki opportunities khul gayeen. ab koi rukawat nahi. ab koi aap ko, yani jis ko kehte hain "religious persecution", woh daur hi khatam ho gaya.</w:t>
      </w:r>
    </w:p>
    <w:p>
      <w:pPr>
        <w:jc w:val="right"/>
      </w:pPr>
      <w:r>
        <w:t>اب دنیا میں ہر قسم کی اپرچونیٹیز کھل گئیں۔ اب کوئی رکاوٹ نہیں۔ اب کوئی آپ کو، یعنی جس کو کہتے ہیں "ریلیجس پرسیکیوشن"، وہ دور ہی ختم ہو گیا۔</w:t>
      </w:r>
    </w:p>
    <w:p>
      <w:r>
        <w:rPr>
          <w:b/>
        </w:rPr>
        <w:t xml:space="preserve">[17:42] </w:t>
      </w:r>
      <w:r>
        <w:t>is daur mein religious persecution ka zamana tha.</w:t>
      </w:r>
    </w:p>
    <w:p>
      <w:pPr>
        <w:jc w:val="right"/>
      </w:pPr>
      <w:r>
        <w:t>اس دور میں ریلیجس پرسیکیوشن کا زمانہ تھا۔</w:t>
      </w:r>
    </w:p>
    <w:p>
      <w:r>
        <w:rPr>
          <w:b/>
        </w:rPr>
        <w:t xml:space="preserve">[17:47] </w:t>
      </w:r>
      <w:r>
        <w:t>is ki wajah se in logon ne</w:t>
      </w:r>
    </w:p>
    <w:p>
      <w:pPr>
        <w:jc w:val="right"/>
      </w:pPr>
      <w:r>
        <w:t>اس کی وجہ سے ان لوگوں نے</w:t>
      </w:r>
    </w:p>
    <w:p>
      <w:r>
        <w:rPr>
          <w:b/>
        </w:rPr>
        <w:t xml:space="preserve">[17:52] </w:t>
      </w:r>
      <w:r>
        <w:t>Islam ke khilaf tashaddud kiya. ab to woh daur khatam ho gaya. ab to azadi ka zamana hai. religious freedom ka zamana hai.</w:t>
      </w:r>
    </w:p>
    <w:p>
      <w:pPr>
        <w:jc w:val="right"/>
      </w:pPr>
      <w:r>
        <w:t>اسلام کے خلاف تشدد کیا۔ اب تو وہ دور ختم ہو گیا۔ اب تو آزادی کا زمانہ ہے۔ ریلیجس فریڈم کا زمانہ ہے۔</w:t>
      </w:r>
    </w:p>
    <w:p>
      <w:r>
        <w:rPr>
          <w:b/>
        </w:rPr>
        <w:t xml:space="preserve">[18:04] </w:t>
      </w:r>
      <w:r>
        <w:t>koi sawal hi nahi ke aap ko mazhab ke mamle mein rukawaten koi dale. to ab ladna kya hai? kisi se ladna.</w:t>
      </w:r>
    </w:p>
    <w:p>
      <w:pPr>
        <w:jc w:val="right"/>
      </w:pPr>
      <w:r>
        <w:t>کوئی سوال ہی نہیں کہ آپ کو مذہب کے معاملے میں رکاوٹیں کوئی ڈالے۔ تو اب لڑنا کیا ہے؟ کسی سے لڑنا۔</w:t>
      </w:r>
    </w:p>
    <w:p>
      <w:r>
        <w:rPr>
          <w:b/>
        </w:rPr>
        <w:t xml:space="preserve">[18:12] </w:t>
      </w:r>
      <w:r>
        <w:t>lekin yeh continuation hai isi tribal culture ka jo abhi tak chala ja raha hai.</w:t>
      </w:r>
    </w:p>
    <w:p>
      <w:pPr>
        <w:jc w:val="right"/>
      </w:pPr>
      <w:r>
        <w:t>لیکن یہ کنٹینیویشن ہے اسی ٹرائبل کلچر کا جو ابھی تک چلا جا رہا ہے۔</w:t>
      </w:r>
    </w:p>
    <w:p>
      <w:r>
        <w:rPr>
          <w:b/>
        </w:rPr>
        <w:t xml:space="preserve">[18:22] </w:t>
      </w:r>
      <w:r>
        <w:t>ab doosri taraf dekhen, West ko dekhen.</w:t>
      </w:r>
    </w:p>
    <w:p>
      <w:pPr>
        <w:jc w:val="right"/>
      </w:pPr>
      <w:r>
        <w:t>اب دوسری طرف دیکھیں، ویسٹ کو دیکھیں۔</w:t>
      </w:r>
    </w:p>
    <w:p>
      <w:r>
        <w:rPr>
          <w:b/>
        </w:rPr>
        <w:t xml:space="preserve">[18:29] </w:t>
      </w:r>
      <w:r>
        <w:t>Crusaders ke baad West ko bohat zyada humiliating defeat hui musalmanon ke muqable mein.</w:t>
      </w:r>
    </w:p>
    <w:p>
      <w:pPr>
        <w:jc w:val="right"/>
      </w:pPr>
      <w:r>
        <w:t>کروسیئرز کے بعد ویسٹ کو بہت زیادہ ہیومیڈیٹنگ ڈیفیٹ ہوئی مسلمانوں کے مقابلے میں۔</w:t>
      </w:r>
    </w:p>
    <w:p>
      <w:r>
        <w:rPr>
          <w:b/>
        </w:rPr>
        <w:t xml:space="preserve">[18:38] </w:t>
      </w:r>
      <w:r>
        <w:t>to unhon ne U-turn le liya.</w:t>
      </w:r>
    </w:p>
    <w:p>
      <w:pPr>
        <w:jc w:val="right"/>
      </w:pPr>
      <w:r>
        <w:t>تو انہوں نے یو ٹرن لے لیا۔</w:t>
      </w:r>
    </w:p>
    <w:p>
      <w:r>
        <w:rPr>
          <w:b/>
        </w:rPr>
        <w:t xml:space="preserve">[18:42] </w:t>
      </w:r>
      <w:r>
        <w:t>west ne you turn le liya. unhon ne kaha ke humain, yaani larai se hum kuch paane wale nahi hain. humain doosra kaam karna hai. to crusaders ke baad west mein, europe mein ek naya zehan paida hua ke humain spiritual crusader karna hai.</w:t>
      </w:r>
    </w:p>
    <w:p>
      <w:pPr>
        <w:jc w:val="right"/>
      </w:pPr>
      <w:r>
        <w:t>ویسٹ نے یو ٹرن لے لیا۔ انہوں نے کہا کہ ہمیں، یعنی لڑائی سے ہم کچھ پانے والے نہیں ہیں۔ ہمیں دوسرا کام کرنا ہے۔ تو کروسیئرز کے بعد ویسٹ میں، یورپ میں ایک نیا ذہن پیدا ہوا کہ ہمیں اسپریچول کروسیئر کرنا ہے۔</w:t>
      </w:r>
    </w:p>
    <w:p>
      <w:r>
        <w:rPr>
          <w:b/>
        </w:rPr>
        <w:t xml:space="preserve">[19:02] </w:t>
      </w:r>
      <w:r>
        <w:t>pehle is ka naam rakha gaya tha "spiritual crusader". dhire dhire is ka naam ho gaya "scientific crusader".</w:t>
      </w:r>
    </w:p>
    <w:p>
      <w:pPr>
        <w:jc w:val="right"/>
      </w:pPr>
      <w:r>
        <w:t>پہلے اس کا نام رکھا گیا تھا "اسپیچول کروسیئر"۔ دھیرے دھیرے اس کا نام ہو گیا "سائنٹیفک کروسیئر"۔</w:t>
      </w:r>
    </w:p>
    <w:p>
      <w:r>
        <w:rPr>
          <w:b/>
        </w:rPr>
        <w:t xml:space="preserve">[19:09] </w:t>
      </w:r>
      <w:r>
        <w:t>ab europe to scientific crusader par hai. aur musalman tribal crusader par hain. woh chala chal raha hai in ka.</w:t>
      </w:r>
    </w:p>
    <w:p>
      <w:pPr>
        <w:jc w:val="right"/>
      </w:pPr>
      <w:r>
        <w:t>اب یورپ تو سائنٹیفک کروسیئر پر ہے۔ اور مسلمان ٹرائبل کروسیئر پر ہیں۔ وہ چلا چل رہا ہے ان کا۔</w:t>
      </w:r>
    </w:p>
    <w:p>
      <w:r>
        <w:rPr>
          <w:b/>
        </w:rPr>
        <w:t xml:space="preserve">[19:20] </w:t>
      </w:r>
      <w:r>
        <w:t>musalmanon ne jo kuch jo jeet hui crusaders mein, unhon ne un ke andar yeh zehan bana, shaoori hai, ghaythi tor par ke bas sab se bari cheez talwar hai.</w:t>
      </w:r>
    </w:p>
    <w:p>
      <w:pPr>
        <w:jc w:val="right"/>
      </w:pPr>
      <w:r>
        <w:t>مسلمانوں نے جو کچھ جو جیت ہوئی کروسیئرز میں، انہوں نے ان کے اندر یہ ذہن بنا، شعوری ہے، غیثی طور پر کہ بس سب سے بڑی چیز تلوار ہے۔</w:t>
      </w:r>
    </w:p>
    <w:p>
      <w:r>
        <w:rPr>
          <w:b/>
        </w:rPr>
        <w:t xml:space="preserve">[19:34] </w:t>
      </w:r>
      <w:r>
        <w:t>talwar se sari dunya humain fateh karna hai.</w:t>
      </w:r>
    </w:p>
    <w:p>
      <w:pPr>
        <w:jc w:val="right"/>
      </w:pPr>
      <w:r>
        <w:t>تلوار سے ساری دنیا ہمیں فتح کرنا ہے۔</w:t>
      </w:r>
    </w:p>
    <w:p>
      <w:r>
        <w:rPr>
          <w:b/>
        </w:rPr>
        <w:t xml:space="preserve">[19:37] </w:t>
      </w:r>
      <w:r>
        <w:t>yaani un ke haar ne un ko continue rakha, tribal culture ko. aur west ki jeet, west nahi, musalmanon ki jeet ne un ko tribal culture par aur jama diya.</w:t>
      </w:r>
    </w:p>
    <w:p>
      <w:pPr>
        <w:jc w:val="right"/>
      </w:pPr>
      <w:r>
        <w:t>یعنی ان کے ہار نے ان کو کنٹینیو رکھا، ٹرائبل کلچر کو۔ اور ویسٹ کی جیت، ویسٹ نہیں، مسلمانوں کی جیت نے ان کو ٹرائبل کلچر پر اور جما دیا۔</w:t>
      </w:r>
    </w:p>
    <w:p>
      <w:r>
        <w:rPr>
          <w:b/>
        </w:rPr>
        <w:t xml:space="preserve">[19:53] </w:t>
      </w:r>
      <w:r>
        <w:t>aur west ke haar ne is ko tribal culture chhod kar ke scientific culture ki taraf daal diya. yeh hai poori history ka khulasa.</w:t>
      </w:r>
    </w:p>
    <w:p>
      <w:pPr>
        <w:jc w:val="right"/>
      </w:pPr>
      <w:r>
        <w:t>اور ویسٹ کے ہار نے اس کو ٹرائبل کلچر چھوڑ کر کے سائنٹیفک کلچر کی طرف ڈال دیا۔ یہ ہے پوری ہسٹری کا خلاصہ۔</w:t>
      </w:r>
    </w:p>
    <w:p>
      <w:r>
        <w:rPr>
          <w:b/>
        </w:rPr>
        <w:t xml:space="preserve">[20:03] </w:t>
      </w:r>
      <w:r>
        <w:t>barson tak mein ne is ki study ki hai. is ke baad mein yeh samajh aya hoon ke crusaders jo hai, bohat hi aham thi. crusaders mein musalmanon ka jeetna aur europe ka haarna, yeh bohat bara waqea hai human history ka.</w:t>
      </w:r>
    </w:p>
    <w:p>
      <w:pPr>
        <w:jc w:val="right"/>
      </w:pPr>
      <w:r>
        <w:t>برسوں تک میں نے اس کی اسٹڈی کی ہے۔ اس کے بعد میں یہ سمجھ آیا ہوں کہ کروسیئرز جو ہے، بہت ہی اہم تھی۔ کروسیئرز میں مسلمانوں کا جیتنا اور یورپ کا ہارنا، یہ بہت بڑا واقعہ ہے ہیومن ہسٹری کا۔</w:t>
      </w:r>
    </w:p>
    <w:p>
      <w:r>
        <w:rPr>
          <w:b/>
        </w:rPr>
        <w:t xml:space="preserve">[20:21] </w:t>
      </w:r>
      <w:r>
        <w:t>musalmanon ko jeet hui to un ka yaqeen barh gaya jang ke upar. kaha humain larr kar ke hum jis ko chahe</w:t>
      </w:r>
    </w:p>
    <w:p>
      <w:pPr>
        <w:jc w:val="right"/>
      </w:pPr>
      <w:r>
        <w:t>مسلمانوں کو جیت ہوئی تو ان کا یقین بڑھ گیا جنگ کے اوپر۔ کہا ہمیں لڑ کر کے ہم جس کو چاہے</w:t>
      </w:r>
    </w:p>
    <w:p>
      <w:r>
        <w:rPr>
          <w:b/>
        </w:rPr>
        <w:t xml:space="preserve">[20:28] </w:t>
      </w:r>
      <w:r>
        <w:t>shikast dein, dunya bhar mein hukoomat qaim karein apni. aur europe ko jo haar hui to us ne yeh samjha ke jang se hum kuch pa nahi sakte.</w:t>
      </w:r>
    </w:p>
    <w:p>
      <w:pPr>
        <w:jc w:val="right"/>
      </w:pPr>
      <w:r>
        <w:t>شکست دیں، دنیا بھر میں حکومت قائم کریں اپنی۔ اور یورپ کو جو ہار ہوئی تو اس نے یہ سمجھا کہ جنگ سے ہم کچھ پا نہیں سکتے۔</w:t>
      </w:r>
    </w:p>
    <w:p>
      <w:r>
        <w:rPr>
          <w:b/>
        </w:rPr>
        <w:t xml:space="preserve">[20:39] </w:t>
      </w:r>
      <w:r>
        <w:t>to woh murr gaye peace ki taraf. yaani ilm ki taraf, tehqeeq ki taraf.</w:t>
      </w:r>
    </w:p>
    <w:p>
      <w:pPr>
        <w:jc w:val="right"/>
      </w:pPr>
      <w:r>
        <w:t>تو وہ مڑ گئے پیس کی طرف۔ یعنی علم کی طرف، تحقیق کی طرف۔</w:t>
      </w:r>
    </w:p>
    <w:p>
      <w:r>
        <w:rPr>
          <w:b/>
        </w:rPr>
        <w:t xml:space="preserve">[20:48] </w:t>
      </w:r>
      <w:r>
        <w:t>aur education ki taraf.</w:t>
      </w:r>
    </w:p>
    <w:p>
      <w:pPr>
        <w:jc w:val="right"/>
      </w:pPr>
      <w:r>
        <w:t>اور ایجوکیشن کی طرف۔</w:t>
      </w:r>
    </w:p>
    <w:p>
      <w:r>
        <w:rPr>
          <w:b/>
        </w:rPr>
        <w:t xml:space="preserve">[20:53] </w:t>
      </w:r>
      <w:r>
        <w:t>in in cheezon ki taraf. wahan renaissance jis ko kaha jata hai, renaissance aayi un ke. renaissance aayi. yaani crusaders ke baad europe mein renaissance aayi.</w:t>
      </w:r>
    </w:p>
    <w:p>
      <w:pPr>
        <w:jc w:val="right"/>
      </w:pPr>
      <w:r>
        <w:t>ان ان چیزوں کی طرف۔ وہاں رینساں جس کو کہا جاتا ہے، رینساں آئی ان کے۔ رینساں آئی۔ یعنی کروسیئرز کے بعد یورپ میں رینساں آئی۔</w:t>
      </w:r>
    </w:p>
    <w:p>
      <w:r>
        <w:rPr>
          <w:b/>
        </w:rPr>
        <w:t xml:space="preserve">[21:04] </w:t>
      </w:r>
      <w:r>
        <w:t>aur crusaders ke baad musalmanon mein empire aa gaya. empire aa gaya.</w:t>
      </w:r>
    </w:p>
    <w:p>
      <w:pPr>
        <w:jc w:val="right"/>
      </w:pPr>
      <w:r>
        <w:t>اور کروسیئرز کے بعد مسلمانوں میں ایمپائر آ گیا۔ ایمپائر آ گیا۔</w:t>
      </w:r>
    </w:p>
    <w:p>
      <w:r>
        <w:rPr>
          <w:b/>
        </w:rPr>
        <w:t xml:space="preserve">[21:13] </w:t>
      </w:r>
      <w:r>
        <w:t>lekin yeh ke yeh yeh jo musalmanon mein jo culture chala, woh koi culture islam culture nahi tha, woh woh tribal culture tha.</w:t>
      </w:r>
    </w:p>
    <w:p>
      <w:pPr>
        <w:jc w:val="right"/>
      </w:pPr>
      <w:r>
        <w:t>لیکن یہ کہ یہ یہ جو مسلمانوں میں جو کلچر چلا، وہ کوئی کلچر اسلام کلچر نہیں تھا، وہ وہ ٹرائبل کلچر تھا۔</w:t>
      </w:r>
    </w:p>
    <w:p>
      <w:r>
        <w:rPr>
          <w:b/>
        </w:rPr>
        <w:t xml:space="preserve">[21:24] </w:t>
      </w:r>
      <w:r>
        <w:t>tribal culture continue raha musalmanon mein jihad ke naam par. chuki is ko unhon ne jihad ka naam de diya to woh muqaddas ho gaya.</w:t>
      </w:r>
    </w:p>
    <w:p>
      <w:pPr>
        <w:jc w:val="right"/>
      </w:pPr>
      <w:r>
        <w:t>ٹرائبل کلچر کنٹینیو رہا مسلمانوں میں جہاد کے نام پر۔ چونکہ اس کو انہوں نے جہاد کا نام دے دیا تو وہ مقدس ہو گیا۔</w:t>
      </w:r>
    </w:p>
    <w:p>
      <w:r>
        <w:rPr>
          <w:b/>
        </w:rPr>
        <w:t xml:space="preserve">[21:35] </w:t>
      </w:r>
      <w:r>
        <w:t>aqeeday ka juz ban gaya. aur europe ne, yaani yeh mein kahunga ke agar cooperation aisa hua, yaani bohat soch samajh kar nahi hua,</w:t>
      </w:r>
    </w:p>
    <w:p>
      <w:pPr>
        <w:jc w:val="right"/>
      </w:pPr>
      <w:r>
        <w:t>عقیدے کا جز بن گیا۔ اور یورپ نے، یعنی یہ میں کہوں گا کہ اگر کاپریشن ایسا ہوا، یعنی بہت سوچ سمجھ کر نہیں ہوا،</w:t>
      </w:r>
    </w:p>
    <w:p>
      <w:r>
        <w:rPr>
          <w:b/>
        </w:rPr>
        <w:t xml:space="preserve">[21:49] </w:t>
      </w:r>
      <w:r>
        <w:t>halat ki majboori ke tehat europe ne kaha ke humain to ab aman wali kaam karne hain, aman ke zariye se apna renaissance karna hai.</w:t>
      </w:r>
    </w:p>
    <w:p>
      <w:pPr>
        <w:jc w:val="right"/>
      </w:pPr>
      <w:r>
        <w:t>حالات کی مجبوری کے تحت یورپ نے کہا کہ ہمیں تو اب امن والی کام کرنے ہیں، امن کے ذریعے سے اپنا رینساں کرنا ہے۔</w:t>
      </w:r>
    </w:p>
    <w:p>
      <w:r>
        <w:rPr>
          <w:b/>
        </w:rPr>
        <w:t xml:space="preserve">[21:58] </w:t>
      </w:r>
      <w:r>
        <w:t>to aman ke zariye se unhon ne apne renaissance shuru kiye. pehle is ko kaha gaya tha "spiritual crusaders" aur ab woh hai "scientific crusaders</w:t>
      </w:r>
    </w:p>
    <w:p>
      <w:pPr>
        <w:jc w:val="right"/>
      </w:pPr>
      <w:r>
        <w:t>تو امن کے ذریعے سے انہوں نے اپنے رینساں شروع کیا۔ پہلے اس کو کہا گیا تھا "اسپیچول کروسیئرز" اور اب وہ ہے "سائنٹیفک کروسیئرز</w:t>
      </w:r>
    </w:p>
    <w:p>
      <w:r>
        <w:rPr>
          <w:b/>
        </w:rPr>
        <w:t xml:space="preserve">[22:08] </w:t>
      </w:r>
      <w:r>
        <w:t>"۔ to mein samajhta hoon ke Malala ka jo waqea hai, woh bohat hi, yaani ek taraf Malala ko goli mari gayi aur doosri taraf Malala ka itna zabardast istaqbal hua maghrib mein ke is ka bohat shandar ilaaj kiya gaya.</w:t>
      </w:r>
    </w:p>
    <w:p>
      <w:pPr>
        <w:jc w:val="right"/>
      </w:pPr>
      <w:r>
        <w:t>"۔ تو میں سمجھتا ہوں کہ ملالہ کا جو واقعہ ہے، وہ بہت ہی، یعنی ایک طرف ملالہ کو گولی ماری گئی اور دوسری طرف ملالہ کا اتنا زبردست استقبال ہوا مغرب میں کہ اس کا بہت شاندار علاج کیا گیا۔</w:t>
      </w:r>
    </w:p>
    <w:p>
      <w:r>
        <w:rPr>
          <w:b/>
        </w:rPr>
        <w:t xml:space="preserve">[22:25] </w:t>
      </w:r>
      <w:r>
        <w:t>United Nations mein is ko taqreer ka mauqa diya gaya aur is ki taleem ka aala intezam kiya gaya aur is ko Nobel Peace Prize diya gaya.</w:t>
      </w:r>
    </w:p>
    <w:p>
      <w:pPr>
        <w:jc w:val="right"/>
      </w:pPr>
      <w:r>
        <w:t>میرا نیشنز میں اس کو تقریر کا موقع دیا گیا اور اس کی تعلیم کا اعلیٰ انتظام کیا گیا اور اس کو نوبل پیس پرائز دیا گیا۔</w:t>
      </w:r>
    </w:p>
    <w:p>
      <w:r>
        <w:rPr>
          <w:b/>
        </w:rPr>
        <w:t xml:space="preserve">[22:37] </w:t>
      </w:r>
      <w:r>
        <w:t>to ek taraf musalman is ko goli marte hain aur doosri taraf europe is ka istaqbal karta hai. yeh kya hai? is ka matlab yeh hai ke muslim dunya mein aaj bhi gun aur bomb ko bari cheez samajhte hain.</w:t>
      </w:r>
    </w:p>
    <w:p>
      <w:pPr>
        <w:jc w:val="right"/>
      </w:pPr>
      <w:r>
        <w:t>تو ایک طرف مسلمان اس کو گولی مارتے ہیں اور دوسری طرف یورپ اس کا استقبال کرتا ہے۔ یہ کیا ہے؟ اس کا معنی یہ ہے کہ مسلم دنیا میں آج بھی گن اور بم کو بڑی چیز سمجھتے ہیں۔</w:t>
      </w:r>
    </w:p>
    <w:p>
      <w:r>
        <w:rPr>
          <w:b/>
        </w:rPr>
        <w:t xml:space="preserve">[22:52] </w:t>
      </w:r>
      <w:r>
        <w:t>bari cheez aaj bhi muslim dunya mein gun aur bomb hai aur is ka naam rakha hai jihad. lekin europe aur america mein aisa nahi hai. wahan sab se bari cheez science hai.</w:t>
      </w:r>
    </w:p>
    <w:p>
      <w:pPr>
        <w:jc w:val="right"/>
      </w:pPr>
      <w:r>
        <w:t>بڑی چیز آج بھی مسلم دنیا میں گن اور بم ہے اور اس کا نام رکھا ہے جہاد۔ لیکن یورپ اور امریکہ میں ایسا نہیں ہے۔ وہاں سب سے بڑی چیز سائنس ہے۔</w:t>
      </w:r>
    </w:p>
    <w:p>
      <w:r>
        <w:rPr>
          <w:b/>
        </w:rPr>
        <w:t xml:space="preserve">[23:03] </w:t>
      </w:r>
      <w:r>
        <w:t>wahan sab se bari cheez science hai.</w:t>
      </w:r>
    </w:p>
    <w:p>
      <w:pPr>
        <w:jc w:val="right"/>
      </w:pPr>
      <w:r>
        <w:t>وہاں سب سے بڑی چیز سائنس ہے۔</w:t>
      </w:r>
    </w:p>
    <w:p>
      <w:r>
        <w:rPr>
          <w:b/>
        </w:rPr>
        <w:t xml:space="preserve">[23:06] </w:t>
      </w:r>
      <w:r>
        <w:t>yaani muslim dunya mein jihad ke naam par violent culture chal raha hai. aur western dunya mein ab science culture ko sab se bari zyada ahmiyat hasil hai.</w:t>
      </w:r>
    </w:p>
    <w:p>
      <w:pPr>
        <w:jc w:val="right"/>
      </w:pPr>
      <w:r>
        <w:t>یعنی مسلم دنیا میں جہاد کے نام پر وائلنٹ کلچر چل رہا ہے۔ اور ویسٹرن دنیا میں اب سائنس کلچر کو سب سے بڑی زیادہ اہمیت حاصل ہے۔</w:t>
      </w:r>
    </w:p>
    <w:p>
      <w:r>
        <w:rPr>
          <w:b/>
        </w:rPr>
        <w:t xml:space="preserve">[23:19] </w:t>
      </w:r>
      <w:r>
        <w:t>science, technology, industry, education, in cheezon ki ahmiyat hai.</w:t>
      </w:r>
    </w:p>
    <w:p>
      <w:pPr>
        <w:jc w:val="right"/>
      </w:pPr>
      <w:r>
        <w:t>سائنس، ٹیکنالوجی، انڈسٹری، ایجوکیشن، ان چیزوں کی اہمیت ہے۔</w:t>
      </w:r>
    </w:p>
    <w:p>
      <w:r>
        <w:rPr>
          <w:b/>
        </w:rPr>
        <w:t xml:space="preserve">[23:27] </w:t>
      </w:r>
      <w:r>
        <w:t>to yeh na to islamophobia ki baat hai, na yeh hai ke koi musalmanon ka dushman hai, yeh islam ka dushman hai. Yeh sab bilkul hi baseless baatein hain.</w:t>
      </w:r>
    </w:p>
    <w:p>
      <w:pPr>
        <w:jc w:val="right"/>
      </w:pPr>
      <w:r>
        <w:t>تو یہ نہ تو اسلامو فوبیا کی بات ہے، نہ یہ ہے کہ کوئی مسلمانوں کا دشمن ہے، یہ اسلام کا دشمن ہے۔ یہ سب بالکل ہی بیسلیس باتیں ہیں۔</w:t>
      </w:r>
    </w:p>
    <w:p>
      <w:r>
        <w:rPr>
          <w:b/>
        </w:rPr>
        <w:t xml:space="preserve">[23:40] </w:t>
      </w:r>
      <w:r>
        <w:t>baseless baatein hain. To jo sabak le raha hai main, Malala Yousafzai ka waqia ek sabak hai mere liye. Woh sabak yeh hai ke jihad ke naam par tribal culture ko khatam karo.</w:t>
      </w:r>
    </w:p>
    <w:p>
      <w:pPr>
        <w:jc w:val="right"/>
      </w:pPr>
      <w:r>
        <w:t>بیسلیس باتیں ہیں۔ تو جو سبق لے رہا ہے میں، ملالہ یوسف زئی کا واقعہ ایک سبق ہے میرے لیے۔ وہ سبق یہ ہے کہ جہاد کے نام پر ٹرائبل کلچر کو ختم کرو۔</w:t>
      </w:r>
    </w:p>
    <w:p>
      <w:r>
        <w:rPr>
          <w:b/>
        </w:rPr>
        <w:t xml:space="preserve">[23:54] </w:t>
      </w:r>
      <w:r>
        <w:t>band karo is ko.</w:t>
      </w:r>
    </w:p>
    <w:p>
      <w:pPr>
        <w:jc w:val="right"/>
      </w:pPr>
      <w:r>
        <w:t>بند کرو اس کو۔</w:t>
      </w:r>
    </w:p>
    <w:p>
      <w:r>
        <w:rPr>
          <w:b/>
        </w:rPr>
        <w:t xml:space="preserve">[23:59] </w:t>
      </w:r>
      <w:r>
        <w:t>ab to islam ko scientific daur mein jo naye mawaqe aaye hain, us ke lehaz se islam ko puraman andaaz mein islam ko le kar utho.</w:t>
      </w:r>
    </w:p>
    <w:p>
      <w:pPr>
        <w:jc w:val="right"/>
      </w:pPr>
      <w:r>
        <w:t>اب تو اسلام کو سائنٹیفک دور میں جو نئے مواقع آئے ہیں، اس کے لحاظ سے اسلام کو پرامن انداز میں اسلام کو لے کر اٹھو۔</w:t>
      </w:r>
    </w:p>
    <w:p>
      <w:r>
        <w:rPr>
          <w:b/>
        </w:rPr>
        <w:t xml:space="preserve">[24:10] </w:t>
      </w:r>
      <w:r>
        <w:t>puraman andaaz mein. Tribal culture ke, yaani jihad ke naam par jo tribal culture jaari hai musalmanon mein, us ko khatam karo.</w:t>
      </w:r>
    </w:p>
    <w:p>
      <w:pPr>
        <w:jc w:val="right"/>
      </w:pPr>
      <w:r>
        <w:t>پرامن انداز میں۔ ٹرائبل کلچر کے، یعنی جہاد کے نام پر جو ٹرائبل کلچر جاری ہے مسلمانوں میں، اس کو ختم کرو۔</w:t>
      </w:r>
    </w:p>
    <w:p>
      <w:r>
        <w:rPr>
          <w:b/>
        </w:rPr>
        <w:t xml:space="preserve">[24:25] </w:t>
      </w:r>
      <w:r>
        <w:t>ab peace ka zamana aa gaya hai. Science ka zamana aa gaya hai. Education ka zamana aa gaya hai. Is ko ikhtiyar karo.</w:t>
      </w:r>
    </w:p>
    <w:p>
      <w:pPr>
        <w:jc w:val="right"/>
      </w:pPr>
      <w:r>
        <w:t>اب پیس کا زمانہ آ گیا ہے۔ سائنس کا زمانہ آ گیا ہے۔ ایجوکیشن کا زمانہ آ گیا ہے۔ اس کو اختیار کرو۔</w:t>
      </w:r>
    </w:p>
    <w:p>
      <w:r>
        <w:rPr>
          <w:b/>
        </w:rPr>
        <w:t xml:space="preserve">[24:36] </w:t>
      </w:r>
      <w:r>
        <w:t>main samajhta hoon ke Malala Yousafzai ka waqia agar musalmanon ke liye aankh khol de, woh re-assess karein, woh apni sargarmiyon ko revise karein aur ek naya faisla lein.</w:t>
      </w:r>
    </w:p>
    <w:p>
      <w:pPr>
        <w:jc w:val="right"/>
      </w:pPr>
      <w:r>
        <w:t>میں سمجھتا ہوں کہ ملالہ یوسف زئی کا واقعہ اگر مسلمانوں کے لیے آنکھ کھول دے، وہ ری ایسس کریں، وہ اپنے سرگرمیوں کو ریوائز کریں اور ایک نیا فیصلہ لیں۔</w:t>
      </w:r>
    </w:p>
    <w:p>
      <w:r>
        <w:rPr>
          <w:b/>
        </w:rPr>
        <w:t xml:space="preserve">[24:59] </w:t>
      </w:r>
      <w:r>
        <w:t>jis tarah Europe ne naya faisla liya tha crusaders ke baad, is tarah musalmanon ko naya faisla lena chahiye Malala Yousafzai ke baad.</w:t>
      </w:r>
    </w:p>
    <w:p>
      <w:pPr>
        <w:jc w:val="right"/>
      </w:pPr>
      <w:r>
        <w:t>جس طرح یورپ نے نیا فیصلہ لیا تھا کروسیئرز کے بعد، اس طرح مسلمانوں کو نیا فیصلہ لینا چاہیے ملالہ یوسف زئی کے بعد۔</w:t>
      </w:r>
    </w:p>
    <w:p>
      <w:r>
        <w:rPr>
          <w:b/>
        </w:rPr>
        <w:t xml:space="preserve">[25:10] </w:t>
      </w:r>
      <w:r>
        <w:t>yaani crusaders ke baad Europe peaceful sargarmiyon ki taraf chala gaya. Aise hi ab Malala Yousafzai ke baad musalmanon ko peaceful sargarmiyon ki taraf chala jana chahiye.</w:t>
      </w:r>
    </w:p>
    <w:p>
      <w:pPr>
        <w:jc w:val="right"/>
      </w:pPr>
      <w:r>
        <w:t>یعنی کروسیئرز کے بعد یورپ پیس فل سرگرمیوں کی طرف چلا گیا۔ ایسے ہی اب ملالہ یوسف زئی کے بعد مسلمانوں کو پیس فل سرگرمیوں کی طرف چلا جانا چاہیے۔</w:t>
      </w:r>
    </w:p>
    <w:p>
      <w:r>
        <w:rPr>
          <w:b/>
        </w:rPr>
        <w:t xml:space="preserve">[25:30] </w:t>
      </w:r>
      <w:r>
        <w:t>ab waqt aa gaya ke musalman is hadith ko naye andaaz se mutala karein aur samjhein ke "innallaha yu'ti 'alar rifqi, ma la yu'ti 'alal 'unfi".</w:t>
      </w:r>
    </w:p>
    <w:p>
      <w:pPr>
        <w:jc w:val="right"/>
      </w:pPr>
      <w:r>
        <w:t>اب وقت آ گیا کہ مسلمان اس حدیث کو نئے انداز سے مطالعہ کریں اور سمجھیں کہ "ان اللہ یعطی علی الرفق، مالا یعطی علی العنف"۔</w:t>
      </w:r>
    </w:p>
    <w:p>
      <w:r>
        <w:rPr>
          <w:b/>
        </w:rPr>
        <w:t xml:space="preserve">[25:44] </w:t>
      </w:r>
      <w:r>
        <w:t>is hadith ko phir se yaad karne ki zaroorat hai. Phir se is ko parhne ki zaroorat hai. "Innallaha yu'ti 'alar rifqi, ma la yu'ti 'alal 'unfi".</w:t>
      </w:r>
    </w:p>
    <w:p>
      <w:pPr>
        <w:jc w:val="right"/>
      </w:pPr>
      <w:r>
        <w:t>اس حدیث کو پھر سے یاد کرنے کی ضرورت ہے۔ پھر سے اس کو پڑھنے کی ضرورت ہے۔ "ان اللہ یعطی علی الرفق، مالا یعطی علی العنف"۔</w:t>
      </w:r>
    </w:p>
    <w:p>
      <w:r>
        <w:rPr>
          <w:b/>
        </w:rPr>
        <w:t xml:space="preserve">[25:53] </w:t>
      </w:r>
      <w:r>
        <w:t>yaani Allah peace par woh cheez deta hai jo tashaddud par nahi deta.</w:t>
      </w:r>
    </w:p>
    <w:p>
      <w:pPr>
        <w:jc w:val="right"/>
      </w:pPr>
      <w:r>
        <w:t>یعنی اللہ پیس پر وہ چیز دیتا ہے جو تشدد پر نہیں دیتا۔</w:t>
      </w:r>
    </w:p>
    <w:p>
      <w:r>
        <w:rPr>
          <w:b/>
        </w:rPr>
        <w:t xml:space="preserve">[26:01] </w:t>
      </w:r>
      <w:r>
        <w:t>"God grants to non-violence, what He does not grant to violence". To aap ghor kijiye ke do sau saal se musalman jihad ke naam par ladai mein masroof hain, lekin un ke paas yeh takra, yeh un ke paas aise aise tareeqe nahi hain ke woh Malala Yousafzai ka apna ilaaj kar sakein.</w:t>
      </w:r>
    </w:p>
    <w:p>
      <w:pPr>
        <w:jc w:val="right"/>
      </w:pPr>
      <w:r>
        <w:t>"گاڈ گرانٹس ٹو نان وائلنس، واٹ ہی ڈز ناٹ گرانٹ ٹو وائلنس"۔ تو آپ غور کیجئے کہ دو سو سال سے مسلمان جہاد کے نام پر لڑائی میں مشغول ہیں، لیکن ان کے پاس یہ ٹکرا، یہ ان کے پاس ایسے ایسے طریقے نہیں ہیں کہ وہ ملالہ یوسف زئی کا اپنا علاج کر سکیں۔</w:t>
      </w:r>
    </w:p>
    <w:p>
      <w:r>
        <w:rPr>
          <w:b/>
        </w:rPr>
        <w:t xml:space="preserve">[26:30] </w:t>
      </w:r>
      <w:r>
        <w:t>kisi bhi Muslim country mein Malala Yousafzai ke liye ilaaj ka iqdamaat nahi thay. Woh sirf Britain mein ja kar ke, Birmingham mein ja kar is ka ilaaj hua.</w:t>
      </w:r>
    </w:p>
    <w:p>
      <w:pPr>
        <w:jc w:val="right"/>
      </w:pPr>
      <w:r>
        <w:t>کسی بھی مسلم کنٹری میں ملالہ یوسف زئی کے لیے علاج کا اقدامات نہیں تھے۔ وہ صرف برٹن میں جا کر کے، برمگم میں جا کر اس کا علاج ہوا۔</w:t>
      </w:r>
    </w:p>
    <w:p>
      <w:r>
        <w:rPr>
          <w:b/>
        </w:rPr>
        <w:t xml:space="preserve">[26:41] </w:t>
      </w:r>
      <w:r>
        <w:t>is ko sochne ki baat hai ke hamare do sau saala jang mein hamein kya diya? Kuch bhi nahi diya.</w:t>
      </w:r>
    </w:p>
    <w:p>
      <w:pPr>
        <w:jc w:val="right"/>
      </w:pPr>
      <w:r>
        <w:t>اس کو سوچنے کی بات ہے کہ ہمارے دو سو سالہ جنگ میں ہمیں کیا دیا؟ کچھ بھی نہیں دیا۔</w:t>
      </w:r>
    </w:p>
    <w:p>
      <w:r>
        <w:rPr>
          <w:b/>
        </w:rPr>
        <w:t xml:space="preserve">[26:52] </w:t>
      </w:r>
      <w:r>
        <w:t>to yeh hadith jo hai, main samajhta hoon ke remind kar rahi hai musalmanon ko "innallaha yu'ti 'alar rifqi, ma la yu'ti 'alal 'unfi" ke is dunya mein jo cheez milega, peace se milega, peace se, aman se.</w:t>
      </w:r>
    </w:p>
    <w:p>
      <w:pPr>
        <w:jc w:val="right"/>
      </w:pPr>
      <w:r>
        <w:t>تو یہ حدیث جو ہے، میں سمجھتا ہوں کہ ریمائنڈ کر رہی ہے مسلمانوں کو "ان اللہ یعطی علی الرفق، مالا یعطی علی العنف" کہ اس دنیا میں جو چیز ملے گا، پیس سے ملے گا، پیس سے، امن سے۔</w:t>
      </w:r>
    </w:p>
    <w:p>
      <w:r>
        <w:rPr>
          <w:b/>
        </w:rPr>
        <w:t xml:space="preserve">[27:07] </w:t>
      </w:r>
      <w:r>
        <w:t>tum chahte ho jang se haasil karna to kuch nahi paoge.</w:t>
      </w:r>
    </w:p>
    <w:p>
      <w:pPr>
        <w:jc w:val="right"/>
      </w:pPr>
      <w:r>
        <w:t>تم چاہتے ہو جنگ سے حاصل کرنا تو کچھ نہیں پاؤ گے۔</w:t>
      </w:r>
    </w:p>
    <w:p>
      <w:r>
        <w:rPr>
          <w:b/>
        </w:rPr>
        <w:t xml:space="preserve">[27:12] </w:t>
      </w:r>
      <w:r>
        <w:t>Allah taala ne dunya ko jis tarah banaya hai, to woh is tarah banaya hai ke aap par peace se sab kuch mile, jang se kuch bhi nahi mile.</w:t>
      </w:r>
    </w:p>
    <w:p>
      <w:pPr>
        <w:jc w:val="right"/>
      </w:pPr>
      <w:r>
        <w:t>اللہ تعالی نے دنیا کو جس طرح بنایا ہے، تو وہ اس طرح بنایا ہے کہ آپ پر پیس سے سب کچھ ملے، جنگ سے کچھ بھی نہیں ملے۔</w:t>
      </w:r>
    </w:p>
    <w:p>
      <w:r>
        <w:rPr>
          <w:b/>
        </w:rPr>
        <w:t xml:space="preserve">[27:25] </w:t>
      </w:r>
      <w:r>
        <w:t>aaj ke akhbar mein yeh yeh yeh main ne parha to yeh theme mere zehen mein aayi.</w:t>
      </w:r>
    </w:p>
    <w:p>
      <w:pPr>
        <w:jc w:val="right"/>
      </w:pPr>
      <w:r>
        <w:t>آج کے اخبار میں یہ یہ یہ میں نے پڑھا تو یہ تھیم میرے ذہن میں آئی۔</w:t>
      </w:r>
    </w:p>
    <w:p>
      <w:r>
        <w:rPr>
          <w:b/>
        </w:rPr>
        <w:t xml:space="preserve">[27:32] </w:t>
      </w:r>
      <w:r>
        <w:t>yeh aaj ke akhbar mein jo Malala Yousafzai aur aur Indian India ke</w:t>
      </w:r>
    </w:p>
    <w:p>
      <w:pPr>
        <w:jc w:val="right"/>
      </w:pPr>
      <w:r>
        <w:t>یہ آج کے اخبار میں جو ملالہ یوسف زئی اور اور انڈین انڈیا کے</w:t>
      </w:r>
    </w:p>
    <w:p>
      <w:r>
        <w:rPr>
          <w:b/>
        </w:rPr>
        <w:t xml:space="preserve">[27:42] </w:t>
      </w:r>
      <w:r>
        <w:t>Kailash Satyarthi ko mushtark tor par jo inaam diya gaya hai, us ki khabrein tamam akhbaron mein chhai hui hain.</w:t>
      </w:r>
    </w:p>
    <w:p>
      <w:pPr>
        <w:jc w:val="right"/>
      </w:pPr>
      <w:r>
        <w:t>کلاش شاستری کو مشترک طور پر جو انعام دیا گیا ہے، اس کی خبریں تمام اخباروں میں چھائی ہوئی ہیں۔</w:t>
      </w:r>
    </w:p>
    <w:p>
      <w:r>
        <w:rPr>
          <w:b/>
        </w:rPr>
        <w:t xml:space="preserve">[27:53] </w:t>
      </w:r>
      <w:r>
        <w:t>jaisa ke main aksar kaha karta hoon aap se ke mind trigger hota hai. To is khabar ko parh ke baad jo mera mind trigger hua, to yeh baatein zehen mein aayin ke ek taraf Muslim dunya hai, woh abhi tribal culture pe jee rahi hai aur naam rakh rakha hai jihad ka, lekin jihad ka naam dene se woh woh jihad nahi ban jayega.</w:t>
      </w:r>
    </w:p>
    <w:p>
      <w:pPr>
        <w:jc w:val="right"/>
      </w:pPr>
      <w:r>
        <w:t>جیسا کہ میں اکثر کہا کرتا ہوں آپ سے کہ مائنڈ ٹریگر ہوتا ہے۔ تو اس خبر کو پڑھ کے بعد جو میرا مائنڈ ٹریگر ہوا، تو یہ باتیں ذہن میں آئیں کہ ایک طرف مسلم دنیا ہے، وہ ابھی ٹرائبل کلچر پہ جی رہی ہے اور نام رکھ رکھا ہے جہاد کا، لیکن جہاد کا نام دینے سے وہ وہ جہاد نہیں بن جائے گا۔</w:t>
      </w:r>
    </w:p>
    <w:p>
      <w:r>
        <w:rPr>
          <w:b/>
        </w:rPr>
        <w:t xml:space="preserve">[28:18] </w:t>
      </w:r>
      <w:r>
        <w:t>ek hadith hai, ek hadith hai ke</w:t>
      </w:r>
    </w:p>
    <w:p>
      <w:pPr>
        <w:jc w:val="right"/>
      </w:pPr>
      <w:r>
        <w:t>ایک حدیث ہے، ایک حدیث ہے کہ</w:t>
      </w:r>
    </w:p>
    <w:p>
      <w:r>
        <w:rPr>
          <w:b/>
        </w:rPr>
        <w:t xml:space="preserve">[28:27] </w:t>
      </w:r>
      <w:r>
        <w:t>ke musalman ek zamane mein sharab piyenge. To kisi ne poocha ke musalman sharab kaise piyenge?</w:t>
      </w:r>
    </w:p>
    <w:p>
      <w:pPr>
        <w:jc w:val="right"/>
      </w:pPr>
      <w:r>
        <w:t>کہ مسلمان ایک زمانے میں شراب پیئیں گے۔ تو کسی نے پوچھا کہ مسلمان شراب کیسے پیئیں گے؟</w:t>
      </w:r>
    </w:p>
    <w:p>
      <w:r>
        <w:rPr>
          <w:b/>
        </w:rPr>
        <w:t xml:space="preserve">[28:36] </w:t>
      </w:r>
      <w:r>
        <w:t>yani sharab ko jaiz kar lenge. Hadees mein hai ke ek zamana aayega ke musalman sharab ko jaiz kar lenge. To kisi ne poocha ke aisa kaise hoga ke sharab ko jaiz kar len?</w:t>
      </w:r>
    </w:p>
    <w:p>
      <w:pPr>
        <w:jc w:val="right"/>
      </w:pPr>
      <w:r>
        <w:t>یعنی شراب کو جائز کر لیں گے۔ حدیث میں ہے کہ ایک زمانہ آئے گا کہ مسلمان شراب کو جائز کر لیں گے۔ تو کسی نے پوچھا کہ ایسا کیسے ہوگا کہ شراب کو جائز کر لیں؟</w:t>
      </w:r>
    </w:p>
    <w:p>
      <w:r>
        <w:rPr>
          <w:b/>
        </w:rPr>
        <w:t xml:space="preserve">[28:49] </w:t>
      </w:r>
      <w:r>
        <w:t>To aap ne farmaya: "Ismoonha bighair ismaha thum yuhalliloonaha". Iska naam badal denge, isko woh ijad kar lenge.</w:t>
      </w:r>
    </w:p>
    <w:p>
      <w:pPr>
        <w:jc w:val="right"/>
      </w:pPr>
      <w:r>
        <w:t>تو آپ نے فرمایا: "اسمونہا بغیر اسمہا ثم یحللونہا"۔ اس کا نام بدل دیں گے، اس کو وہ ایجاد کر لیں گے۔</w:t>
      </w:r>
    </w:p>
    <w:p>
      <w:r>
        <w:rPr>
          <w:b/>
        </w:rPr>
        <w:t xml:space="preserve">[29:01] </w:t>
      </w:r>
      <w:r>
        <w:t>To log samajhte hain ke hadees sirf sharab ke liye hai. "Ismoonha bighair ismaha thum yuhalliloonaha".</w:t>
      </w:r>
    </w:p>
    <w:p>
      <w:pPr>
        <w:jc w:val="right"/>
      </w:pPr>
      <w:r>
        <w:t>تو لوگ سمجھتے ہیں کہ حدیث صرف شراب کے لیے ہے۔ "اسمونہا بغیر اسمہا ثم یحللونہا"۔</w:t>
      </w:r>
    </w:p>
    <w:p>
      <w:r>
        <w:rPr>
          <w:b/>
        </w:rPr>
        <w:t xml:space="preserve">[29:10] </w:t>
      </w:r>
      <w:r>
        <w:t>Iska naam badal denge, isko ijad kar lenge. To log samajhte hain ke yeh hadees sharab ke bare mein nahi, kisi bhi cheez ke bare mein ho sakti hai.</w:t>
      </w:r>
    </w:p>
    <w:p>
      <w:pPr>
        <w:jc w:val="right"/>
      </w:pPr>
      <w:r>
        <w:t>اس کا نام بدل دیں گے، اس کو ایجاد کر لیں گے۔ تو لوگ سمجھتے ہیں کہ یہ حدیث شراب کے بارے میں نہیں، کسی بھی چیز کے بارے میں ہو سکتی ہے۔</w:t>
      </w:r>
    </w:p>
    <w:p>
      <w:r>
        <w:rPr>
          <w:b/>
        </w:rPr>
        <w:t xml:space="preserve">[29:21] </w:t>
      </w:r>
      <w:r>
        <w:t>Aur khaas taur par is daur mein to meri samajh mein aata hai ke sab se zyada yeh hadees apply hoti hai isi, yani</w:t>
      </w:r>
    </w:p>
    <w:p>
      <w:pPr>
        <w:jc w:val="right"/>
      </w:pPr>
      <w:r>
        <w:t>اور خاص طور پر اس دورے میں تو میری سمجھ میں آتا ہے کہ سب سے زیادہ یہ حدیث اپلائی ہوتی ہے اسی، یعنی</w:t>
      </w:r>
    </w:p>
    <w:p>
      <w:r>
        <w:rPr>
          <w:b/>
        </w:rPr>
        <w:t xml:space="preserve">[29:30] </w:t>
      </w:r>
      <w:r>
        <w:t>so called jihad par, jo haqeeqat mein tashaddud culture hai. Naam rakh rakha hai iska jihad ko, yani tashaddud culture ko jihad ke naam par ijad kar rakha hai.</w:t>
      </w:r>
    </w:p>
    <w:p>
      <w:pPr>
        <w:jc w:val="right"/>
      </w:pPr>
      <w:r>
        <w:t>سو کالڈ جہاد پر، جو حقیقت میں تشدد کلچر ہے۔ نام رکھ رکھا ہے اس کا جہاد کو، یعنی تشدد کلچر کو جہاد کے نام پر ایجاد کر رکھا ہے۔</w:t>
      </w:r>
    </w:p>
    <w:p>
      <w:r>
        <w:rPr>
          <w:b/>
        </w:rPr>
        <w:t xml:space="preserve">[29:42] </w:t>
      </w:r>
      <w:r>
        <w:t>Tashaddud culture ka naam rakh diya jihad aur phir isko ijad kar liya. Yeh to hai "Ismoonha bighair ismaha thum yuhalliloonaha".</w:t>
      </w:r>
    </w:p>
    <w:p>
      <w:pPr>
        <w:jc w:val="right"/>
      </w:pPr>
      <w:r>
        <w:t>تشدد کلچر کا نام رکھ دیا جہاد اور پھر اس کو ایجاد کر لیا۔ یہ تو ہے "اسمونہا بغیر اسمہا ثم یحللونہا"۔</w:t>
      </w:r>
    </w:p>
    <w:p>
      <w:r>
        <w:rPr>
          <w:b/>
        </w:rPr>
        <w:t xml:space="preserve">[29:53] </w:t>
      </w:r>
      <w:r>
        <w:t>Yeh to hai. To badi ajeeb hadees hai yeh</w:t>
      </w:r>
    </w:p>
    <w:p>
      <w:pPr>
        <w:jc w:val="right"/>
      </w:pPr>
      <w:r>
        <w:t>یہ تو ہے۔ تو بڑی عجیب حدیث ہے یہ</w:t>
      </w:r>
    </w:p>
    <w:p>
      <w:r>
        <w:rPr>
          <w:b/>
        </w:rPr>
        <w:t xml:space="preserve">[29:58] </w:t>
      </w:r>
      <w:r>
        <w:t>ke ek zamana aayega ke musalman galat ko sahi kar lenge. Iski tareeqa tareeqa kya hoga?</w:t>
      </w:r>
    </w:p>
    <w:p>
      <w:pPr>
        <w:jc w:val="right"/>
      </w:pPr>
      <w:r>
        <w:t>کہ ایک زمانہ آئے گا کہ مسلمان غلط کو صحیح کر لیں گے۔ اس کی طریقہ طریقہ کیا ہوگا؟</w:t>
      </w:r>
    </w:p>
    <w:p>
      <w:r>
        <w:rPr>
          <w:b/>
        </w:rPr>
        <w:t xml:space="preserve">[30:07] </w:t>
      </w:r>
      <w:r>
        <w:t>Ke galat kaam ka naam badal denge, tashaddud ko naam badal kar isko jihad kehne lagenge, hangama arai ko Islami hukoomat, Islami tehreek kehne lagenge.</w:t>
      </w:r>
    </w:p>
    <w:p>
      <w:pPr>
        <w:jc w:val="right"/>
      </w:pPr>
      <w:r>
        <w:t>کہ غلط کام کا نام بدل دیں گے، تشدد کو نام بدل کر اس کو جہاد کہنے لگیں گے، ہنگامہ آرائی کو اسلامی حکومت، اسلامی تحریک کہنے لگیں گے۔</w:t>
      </w:r>
    </w:p>
    <w:p>
      <w:r>
        <w:rPr>
          <w:b/>
        </w:rPr>
        <w:t xml:space="preserve">[30:23] </w:t>
      </w:r>
      <w:r>
        <w:t>Aaj kal Muslim dunya mein bohat si tehreekein hain jo hangama arai kar rahi hain.</w:t>
      </w:r>
    </w:p>
    <w:p>
      <w:pPr>
        <w:jc w:val="right"/>
      </w:pPr>
      <w:r>
        <w:t>آج کل مسلم دنیا میں بہت سی تحریکیں ہیں جو ہنگامہ آرائی کر رہی ہیں۔</w:t>
      </w:r>
    </w:p>
    <w:p>
      <w:r>
        <w:rPr>
          <w:b/>
        </w:rPr>
        <w:t xml:space="preserve">[30:28] </w:t>
      </w:r>
      <w:r>
        <w:t>Yani ghoghai, ghoghaiyat unka tareeqa hai. Hangama karna, sarkon par hangama karna, ladna phirna aur naam kya rakha hai ke hum Islami hukoomat qaim karna chahte hain.</w:t>
      </w:r>
    </w:p>
    <w:p>
      <w:pPr>
        <w:jc w:val="right"/>
      </w:pPr>
      <w:r>
        <w:t>یعنی غوغائی، غوغائیت ان کا طریقہ ہے۔ ہنگامہ کرنا، سڑکوں پر ہنگامہ کرنا، لڑنا پھرنا اور نام کیا رکھا ہے کہ ہم اسلامی حکومت قائم کرنا چاہتے ہیں۔</w:t>
      </w:r>
    </w:p>
    <w:p>
      <w:r>
        <w:rPr>
          <w:b/>
        </w:rPr>
        <w:t xml:space="preserve">[30:44] </w:t>
      </w:r>
      <w:r>
        <w:t>To kuch logon ne hangama arai ka naam khilafat rakh diya, kuch logon ne tashaddud ka naam culture rakh diya aur isko ijad kar rakha hai.</w:t>
      </w:r>
    </w:p>
    <w:p>
      <w:pPr>
        <w:jc w:val="right"/>
      </w:pPr>
      <w:r>
        <w:t>تو کچھ لوگوں نے ہنگامہ آرائی کا نام خلافت رکھ دیا، کچھ لوگوں نے تشدد کا نام کلچر رکھ دیا اور اس کو ایجاد کر رکھا ہے۔</w:t>
      </w:r>
    </w:p>
    <w:p>
      <w:r>
        <w:rPr>
          <w:b/>
        </w:rPr>
        <w:t xml:space="preserve">[30:56] </w:t>
      </w:r>
      <w:r>
        <w:t>Yeh hadees aai opener hai.</w:t>
      </w:r>
    </w:p>
    <w:p>
      <w:pPr>
        <w:jc w:val="right"/>
      </w:pPr>
      <w:r>
        <w:t>یہ حدیث آئی اوپنر ہے۔</w:t>
      </w:r>
    </w:p>
    <w:p>
      <w:r>
        <w:rPr>
          <w:b/>
        </w:rPr>
        <w:t xml:space="preserve">[31:04] </w:t>
      </w:r>
      <w:r>
        <w:t>Yeh hadees jo hai, yeh aai opener hai</w:t>
      </w:r>
    </w:p>
    <w:p>
      <w:pPr>
        <w:jc w:val="right"/>
      </w:pPr>
      <w:r>
        <w:t>یہ حدیث جو ہے، یہ آئی اوپنر ہے</w:t>
      </w:r>
    </w:p>
    <w:p>
      <w:r>
        <w:rPr>
          <w:b/>
        </w:rPr>
        <w:t xml:space="preserve">[31:09] </w:t>
      </w:r>
      <w:r>
        <w:t>ke log sharab ko jaiz qarar de denge. To poocha gaya ke aisa kaise hoga? To aap ne farmaya ke "Ismoonha bighair ismaha thum yuhalliloonaha".</w:t>
      </w:r>
    </w:p>
    <w:p>
      <w:pPr>
        <w:jc w:val="right"/>
      </w:pPr>
      <w:r>
        <w:t>کہ لوگ شراب کو جائز قرار دے دیں گے۔ تو پوچھا گیا کہ ایسا کیسے ہوگا؟ تو آپ نے فرمایا کہ "اسمونہا بغیر اسمہا ثم یحللونہا"۔</w:t>
      </w:r>
    </w:p>
    <w:p>
      <w:r>
        <w:rPr>
          <w:b/>
        </w:rPr>
        <w:t xml:space="preserve">[31:23] </w:t>
      </w:r>
      <w:r>
        <w:t>Iska naam badal denge, isko ijad kar lenge. Wahi us waqt, wahi to ho raha hai.</w:t>
      </w:r>
    </w:p>
    <w:p>
      <w:pPr>
        <w:jc w:val="right"/>
      </w:pPr>
      <w:r>
        <w:t>اس کا نام بدل دیں گے، اس کو ایجاد کر لیں گے۔ وہی اس وقت، وہی تو ہو رہا ہے۔</w:t>
      </w:r>
    </w:p>
    <w:p>
      <w:r>
        <w:rPr>
          <w:b/>
        </w:rPr>
        <w:t xml:space="preserve">[31:30] </w:t>
      </w:r>
      <w:r>
        <w:t>Bohat si cheezein aisi hain jo musalmanon mein phaili hui hain, galat lekin naam badal badal rakha hai, naam badal rakha hai.</w:t>
      </w:r>
    </w:p>
    <w:p>
      <w:pPr>
        <w:jc w:val="right"/>
      </w:pPr>
      <w:r>
        <w:t>بہت سی چیزیں ایسی ہیں جو مسلمانوں میں پھیلی ہوئی ہیں، غلط لیکن نام بدل بدل رکھا ہے، نام بدل رکھا ہے۔</w:t>
      </w:r>
    </w:p>
    <w:p>
      <w:r>
        <w:rPr>
          <w:b/>
        </w:rPr>
        <w:t xml:space="preserve">[31:39] </w:t>
      </w:r>
      <w:r>
        <w:t>Aur un mein sab se badi cheez yahi hai ke mislan dekhiye, musalman is zamane mein ek aisa kaam kar rahe hain jo khula hua haram hai:</w:t>
      </w:r>
    </w:p>
    <w:p>
      <w:pPr>
        <w:jc w:val="right"/>
      </w:pPr>
      <w:r>
        <w:t>اور ان میں سب سے بڑی چیز یہی ہے کہ مثلاً دیکھیے، مسلمان اس زمانے میں ایک ایسا کام کر رہے ہیں جو کھلا ہوا حرام ہے:</w:t>
      </w:r>
    </w:p>
    <w:p>
      <w:r>
        <w:rPr>
          <w:b/>
        </w:rPr>
        <w:t xml:space="preserve">[31:53] </w:t>
      </w:r>
      <w:r>
        <w:t>Suicide bombing. Suicide bombing khula hua haram, iski koi shakk hi nahi. Lekin iska naam badal diya, iska naam kya rakh diya?</w:t>
      </w:r>
    </w:p>
    <w:p>
      <w:pPr>
        <w:jc w:val="right"/>
      </w:pPr>
      <w:r>
        <w:t>سوسائیڈ بمبنگ۔ سوسائیڈ بمبنگ کھلا ہوا حرام، اس کی کوئی شک ہی نہیں۔ لیکن اس کا نام بدل دیا، اس کا نام کیا رکھ دیا؟</w:t>
      </w:r>
    </w:p>
    <w:p>
      <w:r>
        <w:rPr>
          <w:b/>
        </w:rPr>
        <w:t xml:space="preserve">[32:03] </w:t>
      </w:r>
      <w:r>
        <w:t>Istishhad.</w:t>
      </w:r>
    </w:p>
    <w:p>
      <w:pPr>
        <w:jc w:val="right"/>
      </w:pPr>
      <w:r>
        <w:t>استشہاد۔</w:t>
      </w:r>
    </w:p>
    <w:p>
      <w:r>
        <w:rPr>
          <w:b/>
        </w:rPr>
        <w:t xml:space="preserve">[32:05] </w:t>
      </w:r>
      <w:r>
        <w:t>Yani bohat hi ajeeb baat maloom hoti hai ke fe'l haram ka bhi jawaz nikal liya unhone. Istishhad ke ma'ne hote hain talab-e-shahadat.</w:t>
      </w:r>
    </w:p>
    <w:p>
      <w:pPr>
        <w:jc w:val="right"/>
      </w:pPr>
      <w:r>
        <w:t>یعنی بہت ہی عجیب بات معلوم ہوتی ہے کہ فعل حرام کا بھی جواز نکال لیا انہوں نے۔ استشہاد کے معنی ہوتے ہیں طلب شہادت۔</w:t>
      </w:r>
    </w:p>
    <w:p>
      <w:r>
        <w:rPr>
          <w:b/>
        </w:rPr>
        <w:t xml:space="preserve">[32:19] </w:t>
      </w:r>
      <w:r>
        <w:t>Talab-e-shahadat yani apne ko shaheed karwana. To main yeh kehta hoon ke Islam mein shaheed hona hai, shaheed karwana nahi hai.</w:t>
      </w:r>
    </w:p>
    <w:p>
      <w:pPr>
        <w:jc w:val="right"/>
      </w:pPr>
      <w:r>
        <w:t>طلب شہادت یعنی اپنے کو شہید کروانا۔ تو میں یہ کہتا ہوں کہ اسلام میں شہید ہونا ہے، شہید کروانا نہیں ہے۔</w:t>
      </w:r>
    </w:p>
    <w:p>
      <w:r>
        <w:rPr>
          <w:b/>
        </w:rPr>
        <w:t xml:space="preserve">[32:28] </w:t>
      </w:r>
      <w:r>
        <w:t>Aap kahin to kahenge: "Lao, main aap bomb marien, woh bomb baandh dein apni body mein aur khud ja ke kisi majme mein usko aur usko active kar dein aur bomb phate, aap mar jayen".</w:t>
      </w:r>
    </w:p>
    <w:p>
      <w:pPr>
        <w:jc w:val="right"/>
      </w:pPr>
      <w:r>
        <w:t>آپ کہیں تو کہیں گے: "لاؤ، میں آپ بم ماریں، وہ بم باندھ دیں اپنی باڈی میں اور خود جا کے کسی مجمعے میں اس کو اور اس کو ایکٹیو کر دیں اور بم پھٹے، آپ مر جائیں"۔</w:t>
      </w:r>
    </w:p>
    <w:p>
      <w:r>
        <w:rPr>
          <w:b/>
        </w:rPr>
        <w:t xml:space="preserve">[32:42] </w:t>
      </w:r>
      <w:r>
        <w:t>To kahenge: "Yeh to yeh to talab-e-shahadat thi". Yani ek fe'l haram ko naam badal kar ke jaiz kar liya hai aur usko kehte hain istishhad hai, yeh talab-e-shahadat hai.</w:t>
      </w:r>
    </w:p>
    <w:p>
      <w:pPr>
        <w:jc w:val="right"/>
      </w:pPr>
      <w:r>
        <w:t>تو کہیں گے: "یہ تو یہ تو طلب شہادت تھی"۔ یعنی ایک فعل حرام کو نام بدل کر کے جائز کر لیا ہے اور اس کو کہتے ہیں استشہاد ہے، یہ طلب شہادت ہے۔</w:t>
      </w:r>
    </w:p>
    <w:p>
      <w:r>
        <w:rPr>
          <w:b/>
        </w:rPr>
        <w:t xml:space="preserve">[32:55] </w:t>
      </w:r>
      <w:r>
        <w:t>khula hua haram hai, is mein koi shakk hi nahin.</w:t>
      </w:r>
    </w:p>
    <w:p>
      <w:pPr>
        <w:jc w:val="right"/>
      </w:pPr>
      <w:r>
        <w:t>کھلا ہوا حرام ہے، اس میں کوئی شک ہی نہیں۔</w:t>
      </w:r>
    </w:p>
    <w:p>
      <w:r>
        <w:rPr>
          <w:b/>
        </w:rPr>
        <w:t xml:space="preserve">[32:58] </w:t>
      </w:r>
      <w:r>
        <w:t>to isi tareeqay se door, yaani yaani qabail ke zamanay ka jo tribal age ka jo tashaddud culture tha, us par chal rahe hain aur naam rakh rakha hai jihad.</w:t>
      </w:r>
    </w:p>
    <w:p>
      <w:pPr>
        <w:jc w:val="right"/>
      </w:pPr>
      <w:r>
        <w:t>تو اسی طریقے سے دور، یعنی یعنی قبائل کے زمانے کا جو ٹرائبل ایج کا جو تشدد کلچر تھا، اس پر چل رہے ہیں اور نام رکھ رکھا ہے جہاد۔</w:t>
      </w:r>
    </w:p>
    <w:p>
      <w:r>
        <w:rPr>
          <w:b/>
        </w:rPr>
        <w:t xml:space="preserve">[33:23] </w:t>
      </w:r>
      <w:r>
        <w:t>tu main samajhta hoon ke aakhri waqt aa gaya hai ke musalman</w:t>
      </w:r>
    </w:p>
    <w:p>
      <w:pPr>
        <w:jc w:val="right"/>
      </w:pPr>
      <w:r>
        <w:t>تو میں سمجھتا ہوں کہ آخری وقت آ گیا ہے کہ مسلمان</w:t>
      </w:r>
    </w:p>
    <w:p>
      <w:r>
        <w:rPr>
          <w:b/>
        </w:rPr>
        <w:t xml:space="preserve">[33:27] </w:t>
      </w:r>
      <w:r>
        <w:t>is se toba karein</w:t>
      </w:r>
    </w:p>
    <w:p>
      <w:pPr>
        <w:jc w:val="right"/>
      </w:pPr>
      <w:r>
        <w:t>اس سے توبہ کریں</w:t>
      </w:r>
    </w:p>
    <w:p>
      <w:r>
        <w:rPr>
          <w:b/>
        </w:rPr>
        <w:t xml:space="preserve">[33:30] </w:t>
      </w:r>
      <w:r>
        <w:t>aur is ghalat rawish ko chhoden</w:t>
      </w:r>
    </w:p>
    <w:p>
      <w:pPr>
        <w:jc w:val="right"/>
      </w:pPr>
      <w:r>
        <w:t>اور اس غلط روش کو چھوڑیں</w:t>
      </w:r>
    </w:p>
    <w:p>
      <w:r>
        <w:rPr>
          <w:b/>
        </w:rPr>
        <w:t xml:space="preserve">[33:36] </w:t>
      </w:r>
      <w:r>
        <w:t>aur Islam ki dawat ko apna peaceful, Islam ki peaceful dawat ko apna</w:t>
      </w:r>
    </w:p>
    <w:p>
      <w:pPr>
        <w:jc w:val="right"/>
      </w:pPr>
      <w:r>
        <w:t>اور اسلام کی دعوت کو اپنا پیس فل، اسلام کی پیس فل دعوت کو اپنا</w:t>
      </w:r>
    </w:p>
    <w:p>
      <w:r>
        <w:rPr>
          <w:b/>
        </w:rPr>
        <w:t xml:space="preserve">[33:45] </w:t>
      </w:r>
      <w:r>
        <w:t>apna nasb ul ain banayein, apna</w:t>
      </w:r>
    </w:p>
    <w:p>
      <w:pPr>
        <w:jc w:val="right"/>
      </w:pPr>
      <w:r>
        <w:t>اپنا نصب العین بنائیں، اپنا</w:t>
      </w:r>
    </w:p>
    <w:p>
      <w:r>
        <w:rPr>
          <w:b/>
        </w:rPr>
        <w:t xml:space="preserve">[33:49] </w:t>
      </w:r>
      <w:r>
        <w:t>apna nishana banayein, us ko apni manzil banayein.</w:t>
      </w:r>
    </w:p>
    <w:p>
      <w:pPr>
        <w:jc w:val="right"/>
      </w:pPr>
      <w:r>
        <w:t>اپنا نشانہ بنائیں، اس کو اپنی منزل بنائیں۔</w:t>
      </w:r>
    </w:p>
    <w:p>
      <w:r>
        <w:rPr>
          <w:b/>
        </w:rPr>
        <w:t xml:space="preserve">[33:55] </w:t>
      </w:r>
      <w:r>
        <w:t>Islam ka mission aik hi mission hai: peaceful da world. Islam ka mission harghiz harghiz ladna phirna nahin hai, hukoomat qaim karne ki ladaaiyan karna nahin hai,</w:t>
      </w:r>
    </w:p>
    <w:p>
      <w:pPr>
        <w:jc w:val="right"/>
      </w:pPr>
      <w:r>
        <w:t>اسلام کا مشن ایک ہی مشن ہے: پیس فل دا ورلڈ۔ اسلام کا مشن ہرگز ہرگز لڑنا پھرنا نہیں ہے، حکومت قائم کرنے کی لڑائیاں کرنا نہیں ہے،</w:t>
      </w:r>
    </w:p>
    <w:p>
      <w:r>
        <w:rPr>
          <w:b/>
        </w:rPr>
        <w:t xml:space="preserve">[34:11] </w:t>
      </w:r>
      <w:r>
        <w:t>harghiz harghiz Islam ka yeh mission nahin hai. Islam ka mission sirf yeh hai ke aap khud Islam par amal karein aur par-aman andaaz mein Islam ki dawat dein.</w:t>
      </w:r>
    </w:p>
    <w:p>
      <w:pPr>
        <w:jc w:val="right"/>
      </w:pPr>
      <w:r>
        <w:t>ہرگز ہرگز اسلام کا یہ مشن نہیں ہے۔ اسلام کا مشن صرف یہ ہے کہ آپ خود اسلام پر عمل کریں اور پرامن انداز میں اسلام کی دعوت دیں۔</w:t>
      </w:r>
    </w:p>
    <w:p>
      <w:r>
        <w:rPr>
          <w:b/>
        </w:rPr>
        <w:t xml:space="preserve">[34:26] </w:t>
      </w:r>
      <w:r>
        <w:t>par-aman andaaz mein Islam ki dawat dein, Quran ko phailayein, Islami literature ko phailayein, yeh sab karein. to is daure mein saari opportunities khul gayi hain.</w:t>
      </w:r>
    </w:p>
    <w:p>
      <w:pPr>
        <w:jc w:val="right"/>
      </w:pPr>
      <w:r>
        <w:t>پرامن انداز میں اسلام کی دعوت دیں، قرآن کو پھیلائیں، اسلامی لٹریچر کو پھیلائیں، یہ سب کریں۔ تو اس دورے میں ساری اپرچونیٹیز کھل گئی ہیں۔</w:t>
      </w:r>
    </w:p>
    <w:p>
      <w:r>
        <w:rPr>
          <w:b/>
        </w:rPr>
        <w:t xml:space="preserve">[34:39] </w:t>
      </w:r>
      <w:r>
        <w:t>printing press ka zamana aa gaya hai, communication ka zamana aa gaya hai, religious freedom ka zamana aa gaya hai, safar ki sahulat ho gayi hai, openness aa gaya hai.</w:t>
      </w:r>
    </w:p>
    <w:p>
      <w:pPr>
        <w:jc w:val="right"/>
      </w:pPr>
      <w:r>
        <w:t>پرنٹنگ پریس کا زمانہ آ گیا ہے، کمیونیکیشن کا زمانہ آ گیا ہے، ریلیجس فریڈم کا زمانہ آ گیا ہے، سفر کی سہولت ہو گئی ہے، اوپننس آ گیا ہے۔</w:t>
      </w:r>
    </w:p>
    <w:p>
      <w:r>
        <w:rPr>
          <w:b/>
        </w:rPr>
        <w:t xml:space="preserve">[34:52] </w:t>
      </w:r>
      <w:r>
        <w:t>log janna chahte hain ke doosre mazahib ab ab kattar par nahin hain. aaj ka aadmi aik mazhab par hote hue bhi doosre mazhab ko janna chahta hai.</w:t>
      </w:r>
    </w:p>
    <w:p>
      <w:pPr>
        <w:jc w:val="right"/>
      </w:pPr>
      <w:r>
        <w:t>لوگ جاننا چاہتے ہیں کہ دوسرے مذاہب اب اب کٹر پر نہیں ہیں۔ آج کا آدمی ایک مذہب پر ہوتے ہوئے بھی دوسرے مذہب کو جاننا چاہتا ہے۔</w:t>
      </w:r>
    </w:p>
    <w:p>
      <w:r>
        <w:rPr>
          <w:b/>
        </w:rPr>
        <w:t xml:space="preserve">[35:03] </w:t>
      </w:r>
      <w:r>
        <w:t>yeh sab baatein pehle nahin theen. to is ko istemal kijiye, is opportunity ko peaceful da work ke liye istemal kijiye,</w:t>
      </w:r>
    </w:p>
    <w:p>
      <w:pPr>
        <w:jc w:val="right"/>
      </w:pPr>
      <w:r>
        <w:t>یہ سب باتیں پہلے نہیں تھیں۔ تو اس کو استعمال کیجئے، اس اپرچونیٹی کو پیس فل دا ورک کے لیے استعمال کیجئے،</w:t>
      </w:r>
    </w:p>
    <w:p>
      <w:r>
        <w:rPr>
          <w:b/>
        </w:rPr>
        <w:t xml:space="preserve">[35:20] </w:t>
      </w:r>
      <w:r>
        <w:t>peaceful da work ke liye istemal kijiye. maine Malala Yousafzai ka interview dekha akhbar mein to us mein us ne kaha hai ke Islam, Islam is a peaceful religion.</w:t>
      </w:r>
    </w:p>
    <w:p>
      <w:pPr>
        <w:jc w:val="right"/>
      </w:pPr>
      <w:r>
        <w:t>پیس فل دا ورک کے لیے استعمال کیجئے۔ میں نے ملالہ یوسف زئی کا انٹرویو دیکھا اخبار میں تو اس میں اس نے کہا ہے کہ اسلام، اسلام از اے پیس فل ریلیجن۔</w:t>
      </w:r>
    </w:p>
    <w:p>
      <w:r>
        <w:rPr>
          <w:b/>
        </w:rPr>
        <w:t xml:space="preserve">[35:34] </w:t>
      </w:r>
      <w:r>
        <w:t>yeh jo maar dhaad hai, yeh Islam nahin hai. Islam is a peaceful religion</w:t>
      </w:r>
    </w:p>
    <w:p>
      <w:pPr>
        <w:jc w:val="right"/>
      </w:pPr>
      <w:r>
        <w:t>یہ جو مار دھاڑ ہے، یہ اسلام نہیں ہے۔ اسلام از اے پیس فل ریلیجن</w:t>
      </w:r>
    </w:p>
    <w:p>
      <w:r>
        <w:rPr>
          <w:b/>
        </w:rPr>
        <w:t xml:space="preserve">[35:41] </w:t>
      </w:r>
      <w:r>
        <w:t>. to maine socha ke hamare koi saathi, hamare haan jo peace par jo kitabein chhapi hain,</w:t>
      </w:r>
    </w:p>
    <w:p>
      <w:pPr>
        <w:jc w:val="right"/>
      </w:pPr>
      <w:r>
        <w:t>۔ تو میں نے سوچا کہ ہمارے کوئی ساتھی، ہمارے ہاں جو پیس پر جو کتابیں چھپی ہیں،</w:t>
      </w:r>
    </w:p>
    <w:p>
      <w:r>
        <w:rPr>
          <w:b/>
        </w:rPr>
        <w:t xml:space="preserve">[35:52] </w:t>
      </w:r>
      <w:r>
        <w:t>kai kitabein hamare haan peace par hain: Prophet of Peace, Religion of Peace, True Jihad waghera.</w:t>
      </w:r>
    </w:p>
    <w:p>
      <w:pPr>
        <w:jc w:val="right"/>
      </w:pPr>
      <w:r>
        <w:t>کئی کتابیں ہمارے ہاں پیس پر ہیں: پرافٹ آف پیس، ریلیجن آف پیس، ٹرو جہاد وغیرہ۔</w:t>
      </w:r>
    </w:p>
    <w:p>
      <w:r>
        <w:rPr>
          <w:b/>
        </w:rPr>
        <w:t xml:space="preserve">[36:02] </w:t>
      </w:r>
      <w:r>
        <w:t>un sab ko hamara koi saathi Malala Yousafzai tak pahunchaye jo us waqt Birmingham mein hain to bohat achha hoga.</w:t>
      </w:r>
    </w:p>
    <w:p>
      <w:pPr>
        <w:jc w:val="right"/>
      </w:pPr>
      <w:r>
        <w:t>ان سب کو ہمارا کوئی ساتھی ملاح یوسف زئی تک پہنچائے جو اس وقت برمگم میں ہیں تو بہت اچھا ہوگا۔</w:t>
      </w:r>
    </w:p>
    <w:p>
      <w:r>
        <w:rPr>
          <w:b/>
        </w:rPr>
        <w:t xml:space="preserve">[36:12] </w:t>
      </w:r>
      <w:r>
        <w:t>main samajhta hoon ke Malala Yousafzai news mein aa gayi hain aur woh Islam ke ambassador ban sakti hain. us waqt Malala Yousafzai news mein aa gayi hain.</w:t>
      </w:r>
    </w:p>
    <w:p>
      <w:pPr>
        <w:jc w:val="right"/>
      </w:pPr>
      <w:r>
        <w:t>میں سمجھتا ہوں کہ ملالہ یوسف زئی نیوز میں آ گئی ہیں اور وہ اسلام کے ایمبیسڈر بن سکتی ہیں۔ اس وقت ملالہ یوسف زئی نیوز میں آ گئی ہیں۔</w:t>
      </w:r>
    </w:p>
    <w:p>
      <w:r>
        <w:rPr>
          <w:b/>
        </w:rPr>
        <w:t xml:space="preserve">[36:24] </w:t>
      </w:r>
      <w:r>
        <w:t>woh jahan bhi jayengi to log un ko sunne ke liye ikattha ho jayenge. to best un ke liye mission main samajhta hoon ke yeh hai Malala Yousafzai ke liye ke duniya ko batayein ke Islam is a peaceful religion.</w:t>
      </w:r>
    </w:p>
    <w:p>
      <w:pPr>
        <w:jc w:val="right"/>
      </w:pPr>
      <w:r>
        <w:t>وہ جہاں بھی جائیں گی تو لوگ ان کو سننے کے لیے اکٹھا ہو جائیں گے۔ تو بیسٹ ان کے لیے مشن میں سمجھتا ہوں کہ یہ ہے ملالہ یوسف زئی کے لیے کہ دنیا کو بتائیں کہ اسلام از اے پیس فل ریلیجن۔</w:t>
      </w:r>
    </w:p>
    <w:p>
      <w:r>
        <w:rPr>
          <w:b/>
        </w:rPr>
        <w:t xml:space="preserve">[36:42] </w:t>
      </w:r>
      <w:r>
        <w:t>rasool Allah aman ke paighambar the, islam aman ka mazhab hai, Quran aman ki kitab hai. is ko logon ko batayen.</w:t>
      </w:r>
    </w:p>
    <w:p>
      <w:pPr>
        <w:jc w:val="right"/>
      </w:pPr>
      <w:r>
        <w:t>رسول اللہ امن کے پیغمبر تھے، اسلام امن کا مذہب ہے، قرآن امن کی کتاب ہے۔ اس کو لوگوں کو بتائیں۔</w:t>
      </w:r>
    </w:p>
    <w:p>
      <w:r>
        <w:rPr>
          <w:b/>
        </w:rPr>
        <w:t xml:space="preserve">[36:56] </w:t>
      </w:r>
      <w:r>
        <w:t>saari duniya mein woh news mein aa gayi hain to jahan bhi woh jayengi, log un ko sunne ke liye ikattha ho jayenge.</w:t>
      </w:r>
    </w:p>
    <w:p>
      <w:pPr>
        <w:jc w:val="right"/>
      </w:pPr>
      <w:r>
        <w:t>ساری دنیا میں وہ نیوز میں آ گئی ہیں تو جہاں بھی وہ جائیں گی، لوگ ان کو سننے کے لیے اکٹھا ہو جائیں گے۔</w:t>
      </w:r>
    </w:p>
    <w:p>
      <w:r>
        <w:rPr>
          <w:b/>
        </w:rPr>
        <w:t xml:space="preserve">[37:04] </w:t>
      </w:r>
      <w:r>
        <w:t>to main samajhta hoon ke sab se bada mission Malala Yousafzai ke liye yahi hai ke woh duniya ke saamne Islam ke peaceful message ko phailayein.</w:t>
      </w:r>
    </w:p>
    <w:p>
      <w:pPr>
        <w:jc w:val="right"/>
      </w:pPr>
      <w:r>
        <w:t>تو میں سمجھتا ہوں کہ سب سے بڑا مشن ملالہ یوسف زئی کے لیے یہی ہے کہ وہ دنیا کے سامنے اسلام کے پیس فل مسج کو پھیلائیں۔</w:t>
      </w:r>
    </w:p>
    <w:p>
      <w:r>
        <w:rPr>
          <w:b/>
        </w:rPr>
        <w:t xml:space="preserve">[37:21] </w:t>
      </w:r>
      <w:r>
        <w:t>is se bada aur koi mission nahin.</w:t>
      </w:r>
    </w:p>
    <w:p>
      <w:pPr>
        <w:jc w:val="right"/>
      </w:pPr>
      <w:r>
        <w:t>اس سے بڑا اور کوئی مشن نہیں۔</w:t>
      </w:r>
    </w:p>
    <w:p>
      <w:r>
        <w:rPr>
          <w:b/>
        </w:rPr>
        <w:t xml:space="preserve">[37:29] </w:t>
      </w:r>
      <w:r>
        <w:t>hamare liye bhi is mein mauqa hai ke is ki wajah se, is waqea ki wajah se sirf Malala Yousafzai news mein nahin aayi hain, Islam bhi news mein aa gaya hai, Quran bhi news mein aa gaya hai.</w:t>
      </w:r>
    </w:p>
    <w:p>
      <w:pPr>
        <w:jc w:val="right"/>
      </w:pPr>
      <w:r>
        <w:t>ہمارے لیے بھی اس میں موقع ہے کہ اس کی وجہ سے، اس واقعے کی وجہ سے صرف ملالہ یوسف زئی نیوز میں نہیں آئی ہیں، اسلام بھی نیوز میں آ گیا ہے، قرآن بھی نیوز میں آ گیا ہے۔</w:t>
      </w:r>
    </w:p>
    <w:p>
      <w:r>
        <w:rPr>
          <w:b/>
        </w:rPr>
        <w:t xml:space="preserve">[37:45] </w:t>
      </w:r>
      <w:r>
        <w:t>to hamare liye mauqa hai ke hum batayein logon ko ke yeh yeh jihad nahin hai. jihad to aik peaceful struggle ka naam hai: wa jahid hum bi jahid kabira.</w:t>
      </w:r>
    </w:p>
    <w:p>
      <w:pPr>
        <w:jc w:val="right"/>
      </w:pPr>
      <w:r>
        <w:t>تو ہمارے لیے موقع ہے کہ ہم بتائیں لوگوں کو کہ یہ یہ جہاد نہیں ہے۔ جہاد تو ایک پیس فل سٹرگل کا نام ہے: وجاہد ہم بے جہاد کبیرہ۔</w:t>
      </w:r>
    </w:p>
    <w:p>
      <w:r>
        <w:rPr>
          <w:b/>
        </w:rPr>
        <w:t xml:space="preserve">[38:01] </w:t>
      </w:r>
      <w:r>
        <w:t>yaani Islam ke par-aman paigham ko duniya mein phailane ke liye peaceful koshish karna, is ka naam jihad hai.</w:t>
      </w:r>
    </w:p>
    <w:p>
      <w:pPr>
        <w:jc w:val="right"/>
      </w:pPr>
      <w:r>
        <w:t>یعنی اسلام کے پرامن پیغام کو دنیا میں پھیلانے کے لیے پیس فل کوشش کرنا، اس کا نام جہاد ہے۔</w:t>
      </w:r>
    </w:p>
    <w:p>
      <w:r>
        <w:rPr>
          <w:b/>
        </w:rPr>
        <w:t xml:space="preserve">[38:14] </w:t>
      </w:r>
      <w:r>
        <w:t>to hamein mauqa hai ke hum is ko batayein.</w:t>
      </w:r>
    </w:p>
    <w:p>
      <w:pPr>
        <w:jc w:val="right"/>
      </w:pPr>
      <w:r>
        <w:t>تو ہمیں موقع ہے کہ ہم اس کو بتائیں۔</w:t>
      </w:r>
    </w:p>
    <w:p>
      <w:r>
        <w:rPr>
          <w:b/>
        </w:rPr>
        <w:t xml:space="preserve">[38:23] </w:t>
      </w:r>
      <w:r>
        <w:t>to yeh bohat hi zyada sochne ki baat hai ke musalman numainda bane hue hain tribal culture ka aur West jo hai woh scientific culture ki ki numaindagi kar raha hai.</w:t>
      </w:r>
    </w:p>
    <w:p>
      <w:pPr>
        <w:jc w:val="right"/>
      </w:pPr>
      <w:r>
        <w:t>تو یہ بہت ہی زیادہ سوچنے کی بات ہے کہ مسلمان نمائندہ بنے ہوئے ہیں ٹرائبل کلچر کا اور ویسٹ جو ہے وہ سائنٹیفک کلچر کی کی نمائندگی کر رہا ہے۔</w:t>
      </w:r>
    </w:p>
    <w:p>
      <w:r>
        <w:rPr>
          <w:b/>
        </w:rPr>
        <w:t xml:space="preserve">[38:46] </w:t>
      </w:r>
      <w:r>
        <w:t>yaani West mein scientific culture ki ahmiyat hai aur Muslim duniya mein aaj bhi tribal culture ki ahmiyat mili hui hai.</w:t>
      </w:r>
    </w:p>
    <w:p>
      <w:pPr>
        <w:jc w:val="right"/>
      </w:pPr>
      <w:r>
        <w:t>یعنی ویسٹ میں سائنٹیفک کلچر کی اہمیت ہے اور مسلم دنیا میں آج بھی ٹرائبل کلچر کی اہمیت ملی ہوئی ہے۔</w:t>
      </w:r>
    </w:p>
    <w:p>
      <w:r>
        <w:rPr>
          <w:b/>
        </w:rPr>
        <w:t xml:space="preserve">[38:59] </w:t>
      </w:r>
      <w:r>
        <w:t>to is soorat-e-haal ko badalna laazim hai. yeh yeh yeh soorat-e-haal ab ab der tak is ko chalaane ka koi koi excuse nahin, koi reason nahin.</w:t>
      </w:r>
    </w:p>
    <w:p>
      <w:pPr>
        <w:jc w:val="right"/>
      </w:pPr>
      <w:r>
        <w:t>تو اس صورتحال کو بدلنا لازم ہے۔ یہ یہ یہ صورتحال اب اب دیر تک اس کو چلانے کا کوئی کوئی ایکسکیوز نہیں، کوئی ریزن نہیں۔</w:t>
      </w:r>
    </w:p>
    <w:p>
      <w:r>
        <w:rPr>
          <w:b/>
        </w:rPr>
        <w:t xml:space="preserve">[39:14] </w:t>
      </w:r>
      <w:r>
        <w:t>jab tabaahi ho rahi hai, tabaahi ho rahi hai, tabaahi ho rahi hai to is ko kisi is ko mazeed extend karna.</w:t>
      </w:r>
    </w:p>
    <w:p>
      <w:pPr>
        <w:jc w:val="right"/>
      </w:pPr>
      <w:r>
        <w:t>جب تباہی ہو رہی ہے، تباہی ہو رہی ہے، تباہی ہو رہی ہے تو اس کو کسی اس کو مزید ایکسٹینڈ کرنا۔</w:t>
      </w:r>
    </w:p>
    <w:p>
      <w:r>
        <w:rPr>
          <w:b/>
        </w:rPr>
        <w:t xml:space="preserve">[39:24] </w:t>
      </w:r>
      <w:r>
        <w:t>log yeh samajhte hain ke musalman jo lad rahe hain, yeh bator defence lad rahe hain. offense hua hai west ki taraf se.</w:t>
      </w:r>
    </w:p>
    <w:p>
      <w:pPr>
        <w:jc w:val="right"/>
      </w:pPr>
      <w:r>
        <w:t>لوگ یہ سمجھتے ہیں کہ مسلمان جو لڑ رہے ہیں، یہ بطور ڈیفنس لڑ رہے ہیں۔ افنس ہوا ہے ویسٹ کی طرف سے۔</w:t>
      </w:r>
    </w:p>
    <w:p>
      <w:r>
        <w:rPr>
          <w:b/>
        </w:rPr>
        <w:t xml:space="preserve">[39:34] </w:t>
      </w:r>
      <w:r>
        <w:t>main samajhta hoon ke intehai had tak besalees baat hai, aakhri had tak besalees baat hai.</w:t>
      </w:r>
    </w:p>
    <w:p>
      <w:pPr>
        <w:jc w:val="right"/>
      </w:pPr>
      <w:r>
        <w:t>میں سمجھتا ہوں کہ انتہائی حد تک بے سلیس بات ہے، آخری حد تک بے سلیس بات ہے۔</w:t>
      </w:r>
    </w:p>
    <w:p>
      <w:r>
        <w:rPr>
          <w:b/>
        </w:rPr>
        <w:t xml:space="preserve">[39:44] </w:t>
      </w:r>
      <w:r>
        <w:t>musalmanon ne nine eleven kiya to woh ab musalmanon ki taraf se offense tha ke un ki taraf se tha,</w:t>
      </w:r>
    </w:p>
    <w:p>
      <w:pPr>
        <w:jc w:val="right"/>
      </w:pPr>
      <w:r>
        <w:t>مسلمانوں نے نائن الیون کیا تو وہ اب مسلمانوں کی طرف سے افنس تھا کہ ان کی طرف سے تھا،</w:t>
      </w:r>
    </w:p>
    <w:p>
      <w:r>
        <w:rPr>
          <w:b/>
        </w:rPr>
        <w:t xml:space="preserve">[39:52] </w:t>
      </w:r>
      <w:r>
        <w:t>musalmanon ki taraf se tha. jab aap is tarah ke waqeaat jagah jagah hue, nine eleven jaise waqeaat jagah jagah hue</w:t>
      </w:r>
    </w:p>
    <w:p>
      <w:pPr>
        <w:jc w:val="right"/>
      </w:pPr>
      <w:r>
        <w:t>مسلمانوں کی طرف سے تھا۔ جب آپ اس طرح کے واقعات جگہ جگہ ہوئے، نائن الیون جیسے واقعات جگہ جگہ ہوئے</w:t>
      </w:r>
    </w:p>
    <w:p>
      <w:r>
        <w:rPr>
          <w:b/>
        </w:rPr>
        <w:t xml:space="preserve">[40:03] </w:t>
      </w:r>
      <w:r>
        <w:t>to yeh to retail ho gaya. un ki taraf se jo kuch hua, retaliation hua. retaliation hatta ke main kahunga ke falasteen mein jo kuch ho raha hai, woh bhi retail detail hai.</w:t>
      </w:r>
    </w:p>
    <w:p>
      <w:pPr>
        <w:jc w:val="right"/>
      </w:pPr>
      <w:r>
        <w:t>تو یہ تو ریٹیل لیٹ گیا۔ ان کی طرف سے جو کچھ ہوا، ریٹیلیشن ہوا۔ ریٹیلیشن حتیٰ کہ میں کہوں گا کہ فلسطین میں جو کچھ ہو رہا ہے، وہ بھی ریٹیل ڈیٹیل ہے۔</w:t>
      </w:r>
    </w:p>
    <w:p>
      <w:r>
        <w:rPr>
          <w:b/>
        </w:rPr>
        <w:t xml:space="preserve">[40:16] </w:t>
      </w:r>
      <w:r>
        <w:t>israel ki taraf jo ho raha hai, woh bhi retaliation hai.</w:t>
      </w:r>
    </w:p>
    <w:p>
      <w:pPr>
        <w:jc w:val="right"/>
      </w:pPr>
      <w:r>
        <w:t>اسرائیل کی طرف جو ہو رہا ہے، وہ بھی ریٹیلیشن ہے۔</w:t>
      </w:r>
    </w:p>
    <w:p>
      <w:r>
        <w:rPr>
          <w:b/>
        </w:rPr>
        <w:t xml:space="preserve">[40:24] </w:t>
      </w:r>
      <w:r>
        <w:t>to hamein yaani musalmanon ko waqt aa gaya ke woh u-turn lein, woh hathiyaar aur gun aur bomb ko chhoden aur peaceful tareeqe par da'wah work karein.</w:t>
      </w:r>
    </w:p>
    <w:p>
      <w:pPr>
        <w:jc w:val="right"/>
      </w:pPr>
      <w:r>
        <w:t>تو ہمیں یعنی مسلمانوں کو وقت آ گیا کہ وہ یو ٹرن لیں، وہ ہتھیار اور گن اور بم کو چھوڑیں اور پیس فل طریقے پر داؤ ورک کریں۔</w:t>
      </w:r>
    </w:p>
    <w:p>
      <w:r>
        <w:rPr>
          <w:b/>
        </w:rPr>
        <w:t xml:space="preserve">[40:43] </w:t>
      </w:r>
      <w:r>
        <w:t>saari opportunities Allah taala ne khol di hain da'wah work ke liye.</w:t>
      </w:r>
    </w:p>
    <w:p>
      <w:pPr>
        <w:jc w:val="right"/>
      </w:pPr>
      <w:r>
        <w:t>ساری اپرچونیٹیز اللہ تعالیٰ نے کھول دی ہیں داؤ ورک کے لیے۔</w:t>
      </w:r>
    </w:p>
    <w:p>
      <w:r>
        <w:rPr>
          <w:b/>
        </w:rPr>
        <w:t xml:space="preserve">[40:50] </w:t>
      </w:r>
      <w:r>
        <w:t>abhi dekhiye, frankfurt mein bohat hi bara woh hota hai</w:t>
      </w:r>
    </w:p>
    <w:p>
      <w:pPr>
        <w:jc w:val="right"/>
      </w:pPr>
      <w:r>
        <w:t>ابھی دیکھیے، فرینکفرٹ میں بہت ہی بڑا وہ ہوتا ہے</w:t>
      </w:r>
    </w:p>
    <w:p>
      <w:r>
        <w:rPr>
          <w:b/>
        </w:rPr>
        <w:t xml:space="preserve">[41:00] </w:t>
      </w:r>
      <w:r>
        <w:t>book fair. bohat hi bara book fair nahin, balke woh har har tarah ke wahan pe industries aur har cheez wahan laai jaati hai.</w:t>
      </w:r>
    </w:p>
    <w:p>
      <w:pPr>
        <w:jc w:val="right"/>
      </w:pPr>
      <w:r>
        <w:t>بک فیئر۔ بہت ہی بڑا بک فیئر نہیں، بلکہ وہ ہر ہر طرح کے وہاں پہ انڈسٹریز اور ہر چیز وہاں لائی جاتی ہے۔</w:t>
      </w:r>
    </w:p>
    <w:p>
      <w:r>
        <w:rPr>
          <w:b/>
        </w:rPr>
        <w:t xml:space="preserve">[41:11] </w:t>
      </w:r>
      <w:r>
        <w:t>is mein kuch hamare saathiyon ne book stall lagaya hai aur masha Allah bohat zabardast tareeqe par wahan par log is se mutawajjah ho rahe hain.</w:t>
      </w:r>
    </w:p>
    <w:p>
      <w:pPr>
        <w:jc w:val="right"/>
      </w:pPr>
      <w:r>
        <w:t>اس میں کچھ ہمارے ساتھیوں نے بک اسٹال لگایا ہے اور ماشاءاللہ بہت زبردست طریقے پر وہاں پر لوگ اس سے متوجہ ہو رہے ہیں۔</w:t>
      </w:r>
    </w:p>
    <w:p>
      <w:r>
        <w:rPr>
          <w:b/>
        </w:rPr>
        <w:t xml:space="preserve">[41:25] </w:t>
      </w:r>
      <w:r>
        <w:t>to kahin rukawat nahin, jahan bhi aap jaayen, hatta ke israel mein bhi rukawat nahin. hamare saathi gaye israel mein to wahan bhi un ki koi koi rukawat nahin hai.</w:t>
      </w:r>
    </w:p>
    <w:p>
      <w:pPr>
        <w:jc w:val="right"/>
      </w:pPr>
      <w:r>
        <w:t>تو کہیں رکاوٹ نہیں، جہاں بھی آپ جائیں، حتیٰ کہ اسرائیل میں بھی رکاوٹ نہیں۔ ہمارے ساتھی گئے اسرائیل میں تو وہاں بھی ان کی کوئی کوئی رکاوٹ نہیں ہے۔</w:t>
      </w:r>
    </w:p>
    <w:p>
      <w:r>
        <w:rPr>
          <w:b/>
        </w:rPr>
        <w:t xml:space="preserve">[41:36] </w:t>
      </w:r>
      <w:r>
        <w:t>to aap print media ke zariye phailaiye, electronic media ke zariye phailaiye, jo bhi tareeqa aap ikhtiyaar karein, peaceful tareeqe se phailaiye.</w:t>
      </w:r>
    </w:p>
    <w:p>
      <w:pPr>
        <w:jc w:val="right"/>
      </w:pPr>
      <w:r>
        <w:t>تو آپ پرنٹ میڈیا کے ذریعے پھیلائیے، الیکٹرانک میڈیا کے ذریعے پھیلائیے، جو بھی طریقہ آپ اختیار کریں، پیس فل طریقے سے پھیلائیے۔</w:t>
      </w:r>
    </w:p>
    <w:p>
      <w:r>
        <w:rPr>
          <w:b/>
        </w:rPr>
        <w:t xml:space="preserve">[41:48] </w:t>
      </w:r>
      <w:r>
        <w:t>is zamane mein yaad rakhiye, ek hi cheez hai jo lawful nahin hai, ab woh hai violence.</w:t>
      </w:r>
    </w:p>
    <w:p>
      <w:pPr>
        <w:jc w:val="right"/>
      </w:pPr>
      <w:r>
        <w:t>اس زمانے میں یاد رکھیے، ایک ہی چیز ہے جو لافل نہیں ہے، اب وہ ہے وائلنس۔</w:t>
      </w:r>
    </w:p>
    <w:p>
      <w:r>
        <w:rPr>
          <w:b/>
        </w:rPr>
        <w:t xml:space="preserve">[41:59] </w:t>
      </w:r>
      <w:r>
        <w:t>violence ke siwa jitni bhi cheezein hain, sab lawful hain.</w:t>
      </w:r>
    </w:p>
    <w:p>
      <w:pPr>
        <w:jc w:val="right"/>
      </w:pPr>
      <w:r>
        <w:t>وائلنس کے سوا جتنی بھی چیزیں ہیں، سب لافل ہیں۔</w:t>
      </w:r>
    </w:p>
    <w:p>
      <w:r>
        <w:rPr>
          <w:b/>
        </w:rPr>
        <w:t xml:space="preserve">[42:04] </w:t>
      </w:r>
      <w:r>
        <w:t>aap da'wah dein, tableegh karein, literature phailayen, quran phailayen, islam ke naam par aap meeting karein, kuch bhi karein, peaceful tareeqe se, is par koi rukawat nahin hai.</w:t>
      </w:r>
    </w:p>
    <w:p>
      <w:pPr>
        <w:jc w:val="right"/>
      </w:pPr>
      <w:r>
        <w:t>آپ دعوت دیں، تبلیغ کریں، لٹریچر پھیلائیں، قرآن پھیلائیں، اسلام کے نام پر آپ میٹنگ کریں، کچھ بھی کریں، پیس فل طریقے سے، اس پر کوئی رکاوٹ نہیں ہے۔</w:t>
      </w:r>
    </w:p>
    <w:p>
      <w:r>
        <w:rPr>
          <w:b/>
        </w:rPr>
        <w:t xml:space="preserve">[42:18] </w:t>
      </w:r>
      <w:r>
        <w:t>to yeh bohat hi anokha zamana hai ke is zamane mein ek hi cheez taboo hai, ek hi cheez jo hai mamnoo hai, woh hai violence.</w:t>
      </w:r>
    </w:p>
    <w:p>
      <w:pPr>
        <w:jc w:val="right"/>
      </w:pPr>
      <w:r>
        <w:t>تو یہ بہت ہی انوکھا زمانہ ہے کہ اس زمانے میں ایک ہی چیز ٹیبو ہے، ایک ہی چیز جو ہے ممنوع ہے، وہ ہے وائلنس۔</w:t>
      </w:r>
    </w:p>
    <w:p>
      <w:r>
        <w:rPr>
          <w:b/>
        </w:rPr>
        <w:t xml:space="preserve">[42:28] </w:t>
      </w:r>
      <w:r>
        <w:t>is se pehle kabhi aisa nahin tha.</w:t>
      </w:r>
    </w:p>
    <w:p>
      <w:pPr>
        <w:jc w:val="right"/>
      </w:pPr>
      <w:r>
        <w:t>اس سے پہلے کبھی ایسا نہیں تھا۔</w:t>
      </w:r>
    </w:p>
    <w:p>
      <w:r>
        <w:rPr>
          <w:b/>
        </w:rPr>
        <w:t xml:space="preserve">[42:33] </w:t>
      </w:r>
      <w:r>
        <w:t>aap dekhiye, quran mein hai ke afarayta allazi yunhaa 'abdan 'idhaa salla, yaani salaat bhi amr mamnoo thi. aap ghaur karein, yaani salaat par bhi mamna'at lagi hui thi, namaz padhne par mamna'at lagi hui thi.</w:t>
      </w:r>
    </w:p>
    <w:p>
      <w:pPr>
        <w:jc w:val="right"/>
      </w:pPr>
      <w:r>
        <w:t>آپ دیکھیے، قرآن میں ہے کہ افرایت جنہا عبدا اذا صلی، یعنی صلاۃ بھی امر ممنوع تھی۔ آپ غور کریں، یعنی صلاۃ پر بھی ممانعت لگی ہوئی تھی، نماز پڑھنے پر ممانعت لگی ہوئی تھی۔</w:t>
      </w:r>
    </w:p>
    <w:p>
      <w:r>
        <w:rPr>
          <w:b/>
        </w:rPr>
        <w:t xml:space="preserve">[42:50] </w:t>
      </w:r>
      <w:r>
        <w:t>afarayta allazi yunhaa 'abdan 'idhaa salla. ab to kuch bhi nahin, koi rukawat nahin.</w:t>
      </w:r>
    </w:p>
    <w:p>
      <w:pPr>
        <w:jc w:val="right"/>
      </w:pPr>
      <w:r>
        <w:t>افرایت الذی عنہ عبداللہ صلی اللہ علیہ وسلم۔ اب تو کچھ بھی نہیں، کوئی رکاوٹ نہیں۔</w:t>
      </w:r>
    </w:p>
    <w:p>
      <w:r>
        <w:rPr>
          <w:b/>
        </w:rPr>
        <w:t xml:space="preserve">[43:00] </w:t>
      </w:r>
      <w:r>
        <w:t>ab sirf ek hi cheez taboo hai, woh hai tashaddud, violence. to woh is ki zaroorat kya hai?</w:t>
      </w:r>
    </w:p>
    <w:p>
      <w:pPr>
        <w:jc w:val="right"/>
      </w:pPr>
      <w:r>
        <w:t>اب صرف ایک ہی چیز ٹیبو ہے، وہ ہے تشدد، وائلنس۔ تو وہ اس کی ضرورت کیا ہے؟</w:t>
      </w:r>
    </w:p>
    <w:p>
      <w:r>
        <w:rPr>
          <w:b/>
        </w:rPr>
        <w:t xml:space="preserve">[43:10] </w:t>
      </w:r>
      <w:r>
        <w:t>peaceful tareeqe se aap saara kaam kar sakte hain,</w:t>
      </w:r>
    </w:p>
    <w:p>
      <w:pPr>
        <w:jc w:val="right"/>
      </w:pPr>
      <w:r>
        <w:t>پیس فل طریقے سے آپ سارا کام کر سکتے ہیں،</w:t>
      </w:r>
    </w:p>
    <w:p>
      <w:r>
        <w:rPr>
          <w:b/>
        </w:rPr>
        <w:t xml:space="preserve">[43:17] </w:t>
      </w:r>
      <w:r>
        <w:t>saara kaam kar sakte hain. peaceful tareeqe se aap da'wah ka kaam kijiye, education ka kaam kijiye. ab dekhiye, glenn sahib hain turkey ke, saari duniya mein unhone school khol rakhe hain, koi koi rukawat nahin hai un ki.</w:t>
      </w:r>
    </w:p>
    <w:p>
      <w:pPr>
        <w:jc w:val="right"/>
      </w:pPr>
      <w:r>
        <w:t>سارا کام کر سکتے ہیں۔ پیس فل طریقے سے آپ دعوت کا کام کیجئے، ایجوکیشن کا کام کیجئے۔ اب دیکھیے، گلین صاحب ہیں ترکی کے، ساری دنیا میں انہوں نے اسکول کھول رکھے ہیں، کوئی کوئی رکاوٹ نہیں ہے ان کی۔</w:t>
      </w:r>
    </w:p>
    <w:p>
      <w:r>
        <w:rPr>
          <w:b/>
        </w:rPr>
        <w:t xml:space="preserve">[43:31] </w:t>
      </w:r>
      <w:r>
        <w:t>turki ke ek muslim reformer, jin ko glean sahib kaha jata hai, to unhon ne education ki field pakar rakhi hai.</w:t>
      </w:r>
    </w:p>
    <w:p>
      <w:pPr>
        <w:jc w:val="right"/>
      </w:pPr>
      <w:r>
        <w:t>ترکی کے ایک مسلم ریفارمر، جن کو گلین صاحب کہا جاتا ہے، تو انہوں نے ایجوکیشن کی فیلڈ پکڑ رکھی ہے۔</w:t>
      </w:r>
    </w:p>
    <w:p>
      <w:r>
        <w:rPr>
          <w:b/>
        </w:rPr>
        <w:t xml:space="preserve">[43:42] </w:t>
      </w:r>
      <w:r>
        <w:t>to sari dunya mein un ke school khule hue hain, bohat achhe tarike se kaam kar rahe hain, koi rukawat nahin. to dawat ka maidan, education ka maidan, taleem ka maidan, industry ka maidan, sab khula hua hai.</w:t>
      </w:r>
    </w:p>
    <w:p>
      <w:pPr>
        <w:jc w:val="right"/>
      </w:pPr>
      <w:r>
        <w:t>تو ساری دنیا میں ان کے اسکول کھلے ہوئے ہیں، بہت اچھے طریقے سے کام کر رہے ہیں، کوئی رکاوٹ نہیں۔ تو دعوت کا میدان، ایجوکیشن کا میدان، تعلیم کا میدان، انڈسٹری کا میدان، سب کھلا ہوا ہے۔</w:t>
      </w:r>
    </w:p>
    <w:p>
      <w:r>
        <w:rPr>
          <w:b/>
        </w:rPr>
        <w:t xml:space="preserve">[44:02] </w:t>
      </w:r>
      <w:r>
        <w:t>to meri dua hai ke Allah taala musalmanon ko aqal de ke woh zamane ko taqaze ko samjhein aur apni taqat ko be faida takrao mein zaya na karein,</w:t>
      </w:r>
    </w:p>
    <w:p>
      <w:pPr>
        <w:jc w:val="right"/>
      </w:pPr>
      <w:r>
        <w:t>تو میری دعا ہے کہ اللہ تعالیٰ مسلمانوں کو عقل دے کہ وہ زمانے کو تقاضے کو سمجھیں اور اپنی طاقت کو بے فائدہ ٹکراؤ میں ضائع نہ کریں،</w:t>
      </w:r>
    </w:p>
    <w:p>
      <w:r>
        <w:rPr>
          <w:b/>
        </w:rPr>
        <w:t xml:space="preserve">[44:21] </w:t>
      </w:r>
      <w:r>
        <w:t>balke peaceful tarike se dawat ka kaam karein, taleem ka kaam karein.</w:t>
      </w:r>
    </w:p>
    <w:p>
      <w:pPr>
        <w:jc w:val="right"/>
      </w:pPr>
      <w:r>
        <w:t>بلکہ پیس فل طریقے سے دعوت کا کام کریں، تعلیم کا کام کریں۔</w:t>
      </w:r>
    </w:p>
    <w:p>
      <w:r>
        <w:rPr>
          <w:b/>
        </w:rPr>
        <w:t xml:space="preserve">[44:31] </w:t>
      </w:r>
      <w:r>
        <w:t>Allah taala musalmanon ko yeh aqal de.</w:t>
      </w:r>
    </w:p>
    <w:p>
      <w:pPr>
        <w:jc w:val="right"/>
      </w:pPr>
      <w:r>
        <w:t>اللہ تعالیٰ مسلمانوں کو یہ عقل دے۔</w:t>
      </w:r>
    </w:p>
    <w:p>
      <w:r>
        <w:rPr>
          <w:b/>
        </w:rPr>
        <w:t xml:space="preserve">[44:38] </w:t>
      </w:r>
      <w:r>
        <w:t>bohat lambi muddat unhon ne zaya kar di hai takrao ke raste par. ab Allah taala unhein aqal de ke woh is raste ko chhoden</w:t>
      </w:r>
    </w:p>
    <w:p>
      <w:pPr>
        <w:jc w:val="right"/>
      </w:pPr>
      <w:r>
        <w:t>بہت لمبی مدت انہوں نے ضائع کر دی ہے ٹکراؤ کے راستے پر۔ اب اللہ تعالیٰ انہیں عقل دے کہ وہ اس راستے کو چھوڑیں</w:t>
      </w:r>
    </w:p>
    <w:p>
      <w:r>
        <w:rPr>
          <w:b/>
        </w:rPr>
        <w:t xml:space="preserve">[44:51] </w:t>
      </w:r>
      <w:r>
        <w:t>aur aur aman ke raste ko</w:t>
      </w:r>
    </w:p>
    <w:p>
      <w:pPr>
        <w:jc w:val="right"/>
      </w:pPr>
      <w:r>
        <w:t>اور اور امن کے راستے کو</w:t>
      </w:r>
    </w:p>
    <w:p>
      <w:r>
        <w:rPr>
          <w:b/>
        </w:rPr>
        <w:t xml:space="preserve">[44:53] </w:t>
      </w:r>
      <w:r>
        <w:t>ikhtiyar karein. hamare jo sathi, jo alaihi salam mission ya CPS mission se jude hue hain, un sab ko khud bhi yahi karna hai, logon ko bhi yahi batana hai.</w:t>
      </w:r>
    </w:p>
    <w:p>
      <w:pPr>
        <w:jc w:val="right"/>
      </w:pPr>
      <w:r>
        <w:t>اختیار کریں۔ ہمارے جو ساتھی، جو علیہ السلام مشن یا سی پی ایس مشن سے جڑے ہوئے ہیں، ان سب کو خود بھی یہی کرنا ہے، لوگوں کو بھی یہی بتانا ہے۔</w:t>
      </w:r>
    </w:p>
    <w:p>
      <w:r>
        <w:rPr>
          <w:b/>
        </w:rPr>
        <w:t xml:space="preserve">[45:08] </w:t>
      </w:r>
      <w:r>
        <w:t>yahi aaj ka sab se bada kaam hai. to meri dua hai ke Allah taala hum sab ko tofeeq de ke hum sirat-e-mustaqeem ko ikhtiyar karein.</w:t>
      </w:r>
    </w:p>
    <w:p>
      <w:pPr>
        <w:jc w:val="right"/>
      </w:pPr>
      <w:r>
        <w:t>یہی آج کا سب سے بڑا کام ہے۔ تو میری دعا ہے کہ اللہ تعالیٰ ہم سب کو توفیق دے کہ ہم صراط مستقیم کو اختیار کریں۔</w:t>
      </w:r>
    </w:p>
    <w:p>
      <w:r>
        <w:rPr>
          <w:b/>
        </w:rPr>
        <w:t xml:space="preserve">[45:21] </w:t>
      </w:r>
      <w:r>
        <w:t>assalam o alaikum wa rehmatullahi wa barakatuh.</w:t>
      </w:r>
    </w:p>
    <w:p>
      <w:pPr>
        <w:jc w:val="right"/>
      </w:pPr>
      <w:r>
        <w:t>السلام علیکم ورحمۃ اللہ وبرکاتہ۔</w:t>
      </w:r>
    </w:p>
    <w:p>
      <w:r>
        <w:rPr>
          <w:b/>
        </w:rPr>
        <w:t xml:space="preserve">[45:37] </w:t>
      </w:r>
      <w:r>
        <w:t>okay, we start with the question answer session now. Maulana, yeh sawal aaya hai Chennai se Maulana Iqbal Umri ka, aur unhon ne likha hai ke Maulana, aaj wazeh hua ke tribal culture ko jihadi culture ka muqaddas naam diya gaya, isi liye aam log dhoke mein rehte hain.</w:t>
      </w:r>
    </w:p>
    <w:p>
      <w:pPr>
        <w:jc w:val="right"/>
      </w:pPr>
      <w:r>
        <w:t>اوکے، وی سٹارٹ ود دی کوئسچن انسر سیشن ناو۔ مولانا، یہ سوال آیا ہے چنئی سے مولانا اقبال عمری کا، اور انہوں نے لکھا ہے کہ مولانا، آج واضح ہوا کہ ٹرائبل کلچر کو جہادی کلچر کا مقدس نام دیا گیا، اسی لیے عام لوگ دھوکے میں رہتے ہیں۔</w:t>
      </w:r>
    </w:p>
    <w:p>
      <w:r>
        <w:rPr>
          <w:b/>
        </w:rPr>
        <w:t xml:space="preserve">[46:02] </w:t>
      </w:r>
      <w:r>
        <w:t>Maulana, jo log passive violence ki rah par hain, un ki ghalati kaise wazeh karein, is ke bare mein bataein.</w:t>
      </w:r>
    </w:p>
    <w:p>
      <w:pPr>
        <w:jc w:val="right"/>
      </w:pPr>
      <w:r>
        <w:t>مولانا، جو لوگ پیسو وائلنس کی راہ پر ہیں، ان کی غلطی کیسے واضح کریں، اس کے بارے میں بتائیں۔</w:t>
      </w:r>
    </w:p>
    <w:p>
      <w:r>
        <w:rPr>
          <w:b/>
        </w:rPr>
        <w:t xml:space="preserve">[46:14] </w:t>
      </w:r>
      <w:r>
        <w:t>wazeh karne ka tareeqa yahi hai ke hum Quran se, Hadees se, is waqt Sunnat se, is ka ghalat hona logon ko bataein.</w:t>
      </w:r>
    </w:p>
    <w:p>
      <w:pPr>
        <w:jc w:val="right"/>
      </w:pPr>
      <w:r>
        <w:t>واضح کرنے کا طریقہ یہی ہے کہ ہم قرآن سے، حدیث سے، اس وقت سنت سے، اس کا غلط ہونا لوگوں کو بتائیں۔</w:t>
      </w:r>
    </w:p>
    <w:p>
      <w:r>
        <w:rPr>
          <w:b/>
        </w:rPr>
        <w:t xml:space="preserve">[46:27] </w:t>
      </w:r>
      <w:r>
        <w:t>yahi tareeqa pehle bhi tha aur ab bhi hai.</w:t>
      </w:r>
    </w:p>
    <w:p>
      <w:pPr>
        <w:jc w:val="right"/>
      </w:pPr>
      <w:r>
        <w:t>یہی طریقہ پہلے بھی تھا اور اب بھی ہے۔</w:t>
      </w:r>
    </w:p>
    <w:p>
      <w:r>
        <w:rPr>
          <w:b/>
        </w:rPr>
        <w:t xml:space="preserve">[46:31] </w:t>
      </w:r>
      <w:r>
        <w:t>hamare paas jo hai, wahi hai: Quran hai, Hadees hai, Seerat-e-Rasool hai, Seerat-e-Sahaba hai. is ke zariye se hum bataein.</w:t>
      </w:r>
    </w:p>
    <w:p>
      <w:pPr>
        <w:jc w:val="right"/>
      </w:pPr>
      <w:r>
        <w:t>ہمارے پاس جو ہے، وہی ہے: قرآن ہے، حدیث ہے، سیرت رسول ہے، سیرت صحابہ ہے۔ اس کے ذریعے سے ہم بتائیں۔</w:t>
      </w:r>
    </w:p>
    <w:p>
      <w:r>
        <w:rPr>
          <w:b/>
        </w:rPr>
        <w:t xml:space="preserve">[46:42] </w:t>
      </w:r>
      <w:r>
        <w:t>abhi main padh raha tha Hazrat Abdullah Ibn Umar ka waqia ke tareekh mein is ko kaha jata hai Fitna Ibn Zubair.</w:t>
      </w:r>
    </w:p>
    <w:p>
      <w:pPr>
        <w:jc w:val="right"/>
      </w:pPr>
      <w:r>
        <w:t>ابھی میں پڑھ رہا تھا حضرت عبداللہ ابن عمر کا واقعہ کہ تاریخ میں اس کو کہا جاتا ہے فتنہ ابن زبیر۔</w:t>
      </w:r>
    </w:p>
    <w:p>
      <w:r>
        <w:rPr>
          <w:b/>
        </w:rPr>
        <w:t xml:space="preserve">[46:55] </w:t>
      </w:r>
      <w:r>
        <w:t>is zamane mein Abdullah Ibn Umar jo the, top ke Sahabi the, lekin is mein shareek nahin the. woh to kuch log un ke paas gaye ke aap yahan jihad ho raha hai, aap is mein shareek nahin hain.</w:t>
      </w:r>
    </w:p>
    <w:p>
      <w:pPr>
        <w:jc w:val="right"/>
      </w:pPr>
      <w:r>
        <w:t>اس زمانے میں عبداللہ ابن عمر جو تھے، ٹاپ کے صحابی تھے، لیکن اس میں شریک نہیں تھے۔ وہ تو کچھ لوگ ان کے پاس گئے کہ آپ یہاں جہاد ہو رہا ہے، آپ اس میں شریک نہیں ہیں۔</w:t>
      </w:r>
    </w:p>
    <w:p>
      <w:r>
        <w:rPr>
          <w:b/>
        </w:rPr>
        <w:t xml:space="preserve">[47:10] </w:t>
      </w:r>
      <w:r>
        <w:t>to unhon ne woh ayat padhi: "qatuluhum hatta la takuna fitnatun wa yakuna ad-deenu lillah"</w:t>
      </w:r>
    </w:p>
    <w:p>
      <w:pPr>
        <w:jc w:val="right"/>
      </w:pPr>
      <w:r>
        <w:t>تو انہوں نے وہ آیت پڑھی: "قاتلو متکون فتنہ کل للہ"</w:t>
      </w:r>
    </w:p>
    <w:p>
      <w:r>
        <w:rPr>
          <w:b/>
        </w:rPr>
        <w:t xml:space="preserve">[47:17] </w:t>
      </w:r>
      <w:r>
        <w:t>. to unhon ne kaha ke woh to ho gaya. woh yeh jis mein is ayat mein jis qital ka zikr hai, woh to ho gaya, woh to khatm ho gaya.</w:t>
      </w:r>
    </w:p>
    <w:p>
      <w:pPr>
        <w:jc w:val="right"/>
      </w:pPr>
      <w:r>
        <w:t>۔ تو انہوں نے کہا کہ وہ تو ہو گیا۔ وہ یہ جس میں اس آیت میں جس قتال کا ذکر ہے، وہ تو ہو گیا، وہ تو ختم ہو گیا۔</w:t>
      </w:r>
    </w:p>
    <w:p>
      <w:r>
        <w:rPr>
          <w:b/>
        </w:rPr>
        <w:t xml:space="preserve">[47:27] </w:t>
      </w:r>
      <w:r>
        <w:t>ab kya hai? ab to daur aa gaya doosra, ab dawat do. to unhon ne kaha: "qatuluhum". yeh Hadees jo hai, Bukhari mein maujood hai, aap dekhiye, is ko bohat anokhi Hadees hai</w:t>
      </w:r>
    </w:p>
    <w:p>
      <w:pPr>
        <w:jc w:val="right"/>
      </w:pPr>
      <w:r>
        <w:t>اب کیا ہے؟ اب تو دور آ گیا دوسرا، اب دعوت دو۔ تو انہوں نے کہا: "قطفالنا"۔ یہ حدیث جو ہے، بخاری میں موجود ہے، آپ دیکھیے، اس کو بہت انوکھی حدیث ہے</w:t>
      </w:r>
    </w:p>
    <w:p>
      <w:r>
        <w:rPr>
          <w:b/>
        </w:rPr>
        <w:t xml:space="preserve">[47:42] </w:t>
      </w:r>
      <w:r>
        <w:t>ke Hazrat Abdullah Ibn Umar, jo top ke Sahabi hain, woh kehte hain ke yeh jo hukm tha qital ka, woh to khatm ho chuka. ab tum ko is ko jaari rakhe hue ho kyunke woh diya gaya tha is par ke persecution ko khatm karne ke liye.</w:t>
      </w:r>
    </w:p>
    <w:p>
      <w:pPr>
        <w:jc w:val="right"/>
      </w:pPr>
      <w:r>
        <w:t>کہ حضرت عبداللہ ابن عمر، جو ٹاپ کے صحابی ہیں، وہ کہتے ہیں کہ یہ جو حکم تھا قتال کا، وہ تو ختم ہو چکا۔ اب تم کو اس کو جاری رکھے ہوئے ہو کیونکہ وہ دیا گیا تھا اس پر کہ لذت پرسیکیوشن کو ختم کرنے کے لیے۔</w:t>
      </w:r>
    </w:p>
    <w:p>
      <w:r>
        <w:rPr>
          <w:b/>
        </w:rPr>
        <w:t xml:space="preserve">[48:04] </w:t>
      </w:r>
      <w:r>
        <w:t>woh to is woh persecution ko khatm ho gaya.</w:t>
      </w:r>
    </w:p>
    <w:p>
      <w:pPr>
        <w:jc w:val="right"/>
      </w:pPr>
      <w:r>
        <w:t>وہ تو اس وہ لذت پرسیکیوشن کو ختم ہو گیا۔</w:t>
      </w:r>
    </w:p>
    <w:p>
      <w:r>
        <w:rPr>
          <w:b/>
        </w:rPr>
        <w:t xml:space="preserve">[48:11] </w:t>
      </w:r>
      <w:r>
        <w:t>to yeh baatein logon ko batai jayein to inshallah un ki samajh mein aayega aur yeh rawish ko chhod kar sahi rasta ikhtiyar kareinge, inshallah.</w:t>
      </w:r>
    </w:p>
    <w:p>
      <w:pPr>
        <w:jc w:val="right"/>
      </w:pPr>
      <w:r>
        <w:t>تو یہ باتیں لوگوں کو بتائی جائیں تو انشاءاللہ ان کی سمجھ میں آئے گا اور یہ روش کو چھوڑ کر صحیح راستہ اختیار کریں گے، انشاءاللہ۔</w:t>
      </w:r>
    </w:p>
    <w:p>
      <w:r>
        <w:rPr>
          <w:b/>
        </w:rPr>
        <w:t xml:space="preserve">[48:25] </w:t>
      </w:r>
      <w:r>
        <w:t>Maulana, agla sawal Maulana Farhad Salafi Sahab ne kiya hai Delhi se,</w:t>
      </w:r>
    </w:p>
    <w:p>
      <w:pPr>
        <w:jc w:val="right"/>
      </w:pPr>
      <w:r>
        <w:t>مولانا، اگلا سوال مولانا فرحاد سلفی صاحب نے کیا ہے دلی سے،</w:t>
      </w:r>
    </w:p>
    <w:p>
      <w:r>
        <w:rPr>
          <w:b/>
        </w:rPr>
        <w:t xml:space="preserve">[48:32] </w:t>
      </w:r>
      <w:r>
        <w:t>aur unhon ne likha hai ke India</w:t>
      </w:r>
    </w:p>
    <w:p>
      <w:pPr>
        <w:jc w:val="right"/>
      </w:pPr>
      <w:r>
        <w:t>اور انہوں نے لکھا ہے کہ انڈیا</w:t>
      </w:r>
    </w:p>
    <w:p>
      <w:r>
        <w:rPr>
          <w:b/>
        </w:rPr>
        <w:t xml:space="preserve">[48:36] </w:t>
      </w:r>
      <w:r>
        <w:t>aur Pakistan ke beech mein jo firing chal rahi hai, usi ke background mein kal ek Hindustan</w:t>
      </w:r>
    </w:p>
    <w:p>
      <w:pPr>
        <w:jc w:val="right"/>
      </w:pPr>
      <w:r>
        <w:t>اور پاکستان کے بیچ میں جو فائرنگ چل رہی ہے، اسی کے بیک گراؤنڈ میں کل ایک ہندوستان</w:t>
      </w:r>
    </w:p>
    <w:p>
      <w:r>
        <w:rPr>
          <w:b/>
        </w:rPr>
        <w:t xml:space="preserve">[48:43] </w:t>
      </w:r>
      <w:r>
        <w:t>Times mein ek news thi jis mein yeh likha tha ke Pakistan ki ek Muslim jamaat ne Pakistan</w:t>
      </w:r>
    </w:p>
    <w:p>
      <w:pPr>
        <w:jc w:val="right"/>
      </w:pPr>
      <w:r>
        <w:t>ٹائمز میں ایک نیوز تھی جس میں یہ لکھا تھا کہ پاکستان کی ایک مسلم جماعت نے پاکستان</w:t>
      </w:r>
    </w:p>
    <w:p>
      <w:r>
        <w:rPr>
          <w:b/>
        </w:rPr>
        <w:t xml:space="preserve">[48:51] </w:t>
      </w:r>
      <w:r>
        <w:t>government se yeh mutalba kiya hai ke hindustan ke khilaf jihad kiya jae.</w:t>
      </w:r>
    </w:p>
    <w:p>
      <w:pPr>
        <w:jc w:val="right"/>
      </w:pPr>
      <w:r>
        <w:t>گورنمنٹ سے یہ مطالبہ کیا ہے کہ ہندوستان کے خلاف جہاد کیا جائے۔</w:t>
      </w:r>
    </w:p>
    <w:p>
      <w:r>
        <w:rPr>
          <w:b/>
        </w:rPr>
        <w:t xml:space="preserve">[48:58] </w:t>
      </w:r>
      <w:r>
        <w:t>is news ko padh kar mere zehan mein baat aayi, yeh baat aayi ke aise log yeh nahin chahte hain ke India mein dawat ka kaam peaceful andaaz mein ho.</w:t>
      </w:r>
    </w:p>
    <w:p>
      <w:pPr>
        <w:jc w:val="right"/>
      </w:pPr>
      <w:r>
        <w:t>اس نیوز کو پڑھ کر میرے ذہن میں بات آئی، یہ بات آئی کہ ایسے لوگ یہ نہیں چاہتے ہیں کہ انڈیا میں دعوت کا کام پیس فل انداز میں ہو۔</w:t>
      </w:r>
    </w:p>
    <w:p>
      <w:r>
        <w:rPr>
          <w:b/>
        </w:rPr>
        <w:t xml:space="preserve">[49:09] </w:t>
      </w:r>
      <w:r>
        <w:t>maulana, is ke bare mein aap kya kahengay? main to samajhta hoon ke yeh ghalati nahi hai, balkay crime hai.</w:t>
      </w:r>
    </w:p>
    <w:p>
      <w:pPr>
        <w:jc w:val="right"/>
      </w:pPr>
      <w:r>
        <w:t>مولانا، اس کے بارے میں آپ کیا کہیں گے؟ میں تو سمجھتا ہوں کہ یہ غلطی نہیں ہے، بلکہ کرائم ہے۔</w:t>
      </w:r>
    </w:p>
    <w:p>
      <w:r>
        <w:rPr>
          <w:b/>
        </w:rPr>
        <w:t xml:space="preserve">[49:19] </w:t>
      </w:r>
      <w:r>
        <w:t>crime</w:t>
      </w:r>
    </w:p>
    <w:p>
      <w:pPr>
        <w:jc w:val="right"/>
      </w:pPr>
      <w:r>
        <w:t>کرائم</w:t>
      </w:r>
    </w:p>
    <w:p>
      <w:r>
        <w:rPr>
          <w:b/>
        </w:rPr>
        <w:t xml:space="preserve">[49:22] </w:t>
      </w:r>
      <w:r>
        <w:t>crime pakistan walon ne pehli ghalati yeh ki ke ke india ke log, jo un ke liye madu ka darja rakhtay thay, un se larai kar ke alag kilwaya.</w:t>
      </w:r>
    </w:p>
    <w:p>
      <w:pPr>
        <w:jc w:val="right"/>
      </w:pPr>
      <w:r>
        <w:t>! پاکستان والوں نے پہلی غلطی یہ کی کہ کہ انڈیا کے لوگ، جو ان کے لیے مدعو کا درجہ رکھتے تھے، ان سے لڑائی کر کے الگ کلوایا۔</w:t>
      </w:r>
    </w:p>
    <w:p>
      <w:r>
        <w:rPr>
          <w:b/>
        </w:rPr>
        <w:t xml:space="preserve">[49:32] </w:t>
      </w:r>
      <w:r>
        <w:t>partition bilashuba is ka islam se koi talluq nahi. islam mein partition ka koi concept hi nahi. koi islam mein partition ka koi concept nahi hai.</w:t>
      </w:r>
    </w:p>
    <w:p>
      <w:pPr>
        <w:jc w:val="right"/>
      </w:pPr>
      <w:r>
        <w:t>پارٹیشن بلاشبہ اس کا اسلام سے کوئی تعلق نہیں۔ اسلام میں پارٹیشن کا کوئی کانسیپٹ ہی نہیں۔ کوئی اسلام میں پارٹیشن کا کوئی کانسیپٹ نہیں ہے۔</w:t>
      </w:r>
    </w:p>
    <w:p>
      <w:r>
        <w:rPr>
          <w:b/>
        </w:rPr>
        <w:t xml:space="preserve">[49:44] </w:t>
      </w:r>
      <w:r>
        <w:t>lar phir kar alag karwaya, halankay india ke logon ke liye madu khenchtay thay.</w:t>
      </w:r>
    </w:p>
    <w:p>
      <w:pPr>
        <w:jc w:val="right"/>
      </w:pPr>
      <w:r>
        <w:t>لڑ پھر کر الگ کروایا، حالانکہ انڈیا کے لوگوں کے لیے مدعو کھینچتے تھے۔</w:t>
      </w:r>
    </w:p>
    <w:p>
      <w:r>
        <w:rPr>
          <w:b/>
        </w:rPr>
        <w:t xml:space="preserve">[49:51] </w:t>
      </w:r>
      <w:r>
        <w:t>to alag karwanay ke baad kam se kam chup chap bethay hain. ab jo jihad ki baatein kar rahay hain, to yeh ghalati nahi hai, yeh crime hai. is ka talluq jihad se kuch bhi nahi hai.</w:t>
      </w:r>
    </w:p>
    <w:p>
      <w:pPr>
        <w:jc w:val="right"/>
      </w:pPr>
      <w:r>
        <w:t>تو الگ کروانے کے بعد کم سے کم چپ چاپ بیٹھے ہیں۔ اب جو جہاد کی باتیں کر رہے ہیں، تو یہ غلطی نہیں ہے، یہ کرائم ہے۔ اس کا تعلق جہاد سے کچھ بھی نہیں ہے۔</w:t>
      </w:r>
    </w:p>
    <w:p>
      <w:r>
        <w:rPr>
          <w:b/>
        </w:rPr>
        <w:t xml:space="preserve">[50:01] </w:t>
      </w:r>
      <w:r>
        <w:t>yeh wohi hai: "yasmunahu bighair asmaa yuhallilunahu"</w:t>
      </w:r>
    </w:p>
    <w:p>
      <w:pPr>
        <w:jc w:val="right"/>
      </w:pPr>
      <w:r>
        <w:t>یہ وہی ہے: "یسمونہ بغیر اسماء یحللونہ"</w:t>
      </w:r>
    </w:p>
    <w:p>
      <w:r>
        <w:rPr>
          <w:b/>
        </w:rPr>
        <w:t xml:space="preserve">[50:08] </w:t>
      </w:r>
      <w:r>
        <w:t>ke tashaddud ka naam rakh diya jihad, aur woh larai chhod rahay hain.</w:t>
      </w:r>
    </w:p>
    <w:p>
      <w:pPr>
        <w:jc w:val="right"/>
      </w:pPr>
      <w:r>
        <w:t>کہ تشدد کا نام رکھ دیا جہاد، اور وہ لڑائی چھوڑ رہے ہیں۔</w:t>
      </w:r>
    </w:p>
    <w:p>
      <w:r>
        <w:rPr>
          <w:b/>
        </w:rPr>
        <w:t xml:space="preserve">[50:16] </w:t>
      </w:r>
      <w:r>
        <w:t>beh-haal, main is mein zara bhi shakk nahi ke pakistan walon ne pehlay sirf ghalati ki thi, ab woh crime kar rahay hain. un ko yeh sab band karna chahiye.</w:t>
      </w:r>
    </w:p>
    <w:p>
      <w:pPr>
        <w:jc w:val="right"/>
      </w:pPr>
      <w:r>
        <w:t>بہرحال، میں اس میں ذرا بھی شک نہیں کہ پاکستان والوں نے پہلے صرف غلطی کی تھی، اب وہ کرائم کر رہے ہیں۔ ان کو یہ سب بند کرنا چاہیے۔</w:t>
      </w:r>
    </w:p>
    <w:p>
      <w:r>
        <w:rPr>
          <w:b/>
        </w:rPr>
        <w:t xml:space="preserve">[50:25] </w:t>
      </w:r>
      <w:r>
        <w:t>border par jo shelling ho rahi hai, woh to itni ghalat cheez hai ke us ko sun kar mujhe samajh nahi aati ke aakhri minus hai ya kya cheez hai.</w:t>
      </w:r>
    </w:p>
    <w:p>
      <w:pPr>
        <w:jc w:val="right"/>
      </w:pPr>
      <w:r>
        <w:t>بارڈر پر جو شیلنگ ہو رہی ہے، وہ تو اتنی غلط چیز ہے کہ اس کو سن کر مجھے سمجھ نہیں آتی کہ آخری مائنس ہے یا کیا چیز ہے۔</w:t>
      </w:r>
    </w:p>
    <w:p>
      <w:r>
        <w:rPr>
          <w:b/>
        </w:rPr>
        <w:t xml:space="preserve">[50:35] </w:t>
      </w:r>
      <w:r>
        <w:t>wahan, wahan, wahan ke logon mein kaun sa culture chal raha hai?</w:t>
      </w:r>
    </w:p>
    <w:p>
      <w:pPr>
        <w:jc w:val="right"/>
      </w:pPr>
      <w:r>
        <w:t>وہاں، وہاں، وہاں کے لوگوں میں کون سا کلچر چل رہا ہے؟</w:t>
      </w:r>
    </w:p>
    <w:p>
      <w:r>
        <w:rPr>
          <w:b/>
        </w:rPr>
        <w:t xml:space="preserve">[50:39] </w:t>
      </w:r>
      <w:r>
        <w:t>mujhe to aisa lagta hai ke pehlay tashaddud culture tha, yani pehlay partition culture aaya, phir tashaddud culture aaya, ab minus culture aa gaya hai.</w:t>
      </w:r>
    </w:p>
    <w:p>
      <w:pPr>
        <w:jc w:val="right"/>
      </w:pPr>
      <w:r>
        <w:t>مجھے تو ایسا لگتا ہے کہ پہلے تشدد کلچر تھا، یعنی پہلے پارٹیشن کلچر آیا، پھر تشدد کلچر آیا، اب مائنس کلچر آ گیا ہے۔</w:t>
      </w:r>
    </w:p>
    <w:p>
      <w:r>
        <w:rPr>
          <w:b/>
        </w:rPr>
        <w:t xml:space="preserve">[50:50] </w:t>
      </w:r>
      <w:r>
        <w:t>maaf kijiyega, main bohat hi is bare mein mera dil dukhi hai. pehlay logon ke haan partition culture tha, phir aaya tashaddud culture, hate culture.</w:t>
      </w:r>
    </w:p>
    <w:p>
      <w:pPr>
        <w:jc w:val="right"/>
      </w:pPr>
      <w:r>
        <w:t>معاف کیجئے گا، میں بہت ہی اس بارے میں میرا دل دکھی ہے۔ پہلے لوگوں کے ہاں پارٹیشن کلچر تھا، پھر آیا تشدد کلچر، ہیٹ کلچر۔</w:t>
      </w:r>
    </w:p>
    <w:p>
      <w:r>
        <w:rPr>
          <w:b/>
        </w:rPr>
        <w:t xml:space="preserve">[51:00] </w:t>
      </w:r>
      <w:r>
        <w:t>ab to yeh jo ho raha hai, yeh crime ho raha hai. crime!</w:t>
      </w:r>
    </w:p>
    <w:p>
      <w:pPr>
        <w:jc w:val="right"/>
      </w:pPr>
      <w:r>
        <w:t>اب تو یہ جو ہو رہا ہے، یہ کرائم ہو رہا ہے۔ کرائم!</w:t>
      </w:r>
    </w:p>
    <w:p>
      <w:r>
        <w:rPr>
          <w:b/>
        </w:rPr>
        <w:t xml:space="preserve">[51:06] </w:t>
      </w:r>
      <w:r>
        <w:t>pakistanion ke liye aik hi jaiz tareeqa hai ke woh india se dosti karen, sari sargarmiyon ko internet ke zariye khatam kar den.</w:t>
      </w:r>
    </w:p>
    <w:p>
      <w:pPr>
        <w:jc w:val="right"/>
      </w:pPr>
      <w:r>
        <w:t>پاکستانیوں کے لیے ایک ہی جائز طریقہ ہے کہ وہ انڈیا سے دوستی کریں، ساری سرگرمیوں کو انٹرنیٹ کے ذریعے ختم کر دیں۔</w:t>
      </w:r>
    </w:p>
    <w:p>
      <w:r>
        <w:rPr>
          <w:b/>
        </w:rPr>
        <w:t xml:space="preserve">[51:16] </w:t>
      </w:r>
      <w:r>
        <w:t>warna mujhe is tarah bhi shakk nahi ke Allah ke haan pakray jayengay. yaqeen kijiye, main is ko soch kar rota hoon ke kitni sakht pakar hogi in pakistanion ki.</w:t>
      </w:r>
    </w:p>
    <w:p>
      <w:pPr>
        <w:jc w:val="right"/>
      </w:pPr>
      <w:r>
        <w:t>ورنہ مجھے اس طرح بھی شک نہیں کہ اللہ کے ہاں پکڑے جائیں گے۔ یقین کیجئے، میں اس کو سوچ کر روتا ہوں کہ کتنی سخت پکڑ ہوگی ان پاکستانیوں کی۔</w:t>
      </w:r>
    </w:p>
    <w:p>
      <w:r>
        <w:rPr>
          <w:b/>
        </w:rPr>
        <w:t xml:space="preserve">[51:26] </w:t>
      </w:r>
      <w:r>
        <w:t>apni tanhaiyon mein rota hoon main</w:t>
      </w:r>
    </w:p>
    <w:p>
      <w:pPr>
        <w:jc w:val="right"/>
      </w:pPr>
      <w:r>
        <w:t>اپنی تنہائیوں میں روتا ہوں میں</w:t>
      </w:r>
    </w:p>
    <w:p>
      <w:r>
        <w:rPr>
          <w:b/>
        </w:rPr>
        <w:t xml:space="preserve">[51:28] </w:t>
      </w:r>
      <w:r>
        <w:t>ke in pakistanion ko Allah ke haan kitni sakht pakar hogi ke jhooti larai tum ne ki hai, us ko jihad keh diya hai, Allah ka naam de diya hai.</w:t>
      </w:r>
    </w:p>
    <w:p>
      <w:pPr>
        <w:jc w:val="right"/>
      </w:pPr>
      <w:r>
        <w:t>کہ ان پاکستانیوں کو اللہ کے ہاں کتنی سخت پکڑ ہوگی کہ جھوٹی لڑائی تم نے کی ہے، اس کو جہاد کہہ دیا ہے، اللہ کا نام دے دیا ہے۔</w:t>
      </w:r>
    </w:p>
    <w:p>
      <w:r>
        <w:rPr>
          <w:b/>
        </w:rPr>
        <w:t xml:space="preserve">[51:39] </w:t>
      </w:r>
      <w:r>
        <w:t>main, mera bohat dukh, dukhi is mamlay mein hoon, aur main koi bhi justification nahi hai musalmanon ko, koi just, koi bhi justification nahi hai pakistanion ke liye india ke khilaf jang karne ka.</w:t>
      </w:r>
    </w:p>
    <w:p>
      <w:pPr>
        <w:jc w:val="right"/>
      </w:pPr>
      <w:r>
        <w:t>میں، میرا بہت دکھ، دکھی اس معاملے میں ہوں، اور میں کوئی بھی جسٹیفیکیشن نہیں ہے مسلمانوں کو، کوئی جسٹ، کوئی بھی جسٹیفیکیشن نہیں ہے پاکستانیوں کے لیے انڈیا کے خلاف جنگ کرنے کا۔</w:t>
      </w:r>
    </w:p>
    <w:p>
      <w:r>
        <w:rPr>
          <w:b/>
        </w:rPr>
        <w:t xml:space="preserve">[51:53] </w:t>
      </w:r>
      <w:r>
        <w:t>koi justification nahi.</w:t>
      </w:r>
    </w:p>
    <w:p>
      <w:pPr>
        <w:jc w:val="right"/>
      </w:pPr>
      <w:r>
        <w:t>کوئی جسٹیفیکیشن نہیں۔</w:t>
      </w:r>
    </w:p>
    <w:p>
      <w:r>
        <w:rPr>
          <w:b/>
        </w:rPr>
        <w:t xml:space="preserve">[51:56] </w:t>
      </w:r>
      <w:r>
        <w:t>maulana, agla sawal aaya hai bhopal se, danish sahib ne kiya hai, aur unhon ne likha hai ke maulana, "it is so clear from quran and the life of prophet of islam that education is important for one and all.</w:t>
      </w:r>
    </w:p>
    <w:p>
      <w:pPr>
        <w:jc w:val="right"/>
      </w:pPr>
      <w:r>
        <w:t>مولانا، اگلا سوال آیا ہے بھوپال سے، دانش صاحب نے کیا ہے، اور انہوں نے لکھا ہے کہ مولانا، "اٹ از سو کلیئر فرام قرآن اینڈ دی لائف اف پرافٹ اف اسلام دیٹ ایجوکیشن از امپورٹنٹ فار ون اینڈ آل۔</w:t>
      </w:r>
    </w:p>
    <w:p>
      <w:r>
        <w:rPr>
          <w:b/>
        </w:rPr>
        <w:t xml:space="preserve">[52:14] </w:t>
      </w:r>
      <w:r>
        <w:t>why cant the taliban understand this simple thing and stop terrorizing the women in going for education?"</w:t>
      </w:r>
    </w:p>
    <w:p>
      <w:pPr>
        <w:jc w:val="right"/>
      </w:pPr>
      <w:r>
        <w:t>وائی کانٹ دا طالبان انڈرسٹینڈ دس سمپل تھنگ اینڈ سٹاپ ٹیررازنگ دا وومن ان گوئنگ فار ایجوکیشن؟"</w:t>
      </w:r>
    </w:p>
    <w:p>
      <w:r>
        <w:rPr>
          <w:b/>
        </w:rPr>
        <w:t xml:space="preserve">[52:23] </w:t>
      </w:r>
      <w:r>
        <w:t>dekhiye, aik arabi ka aik maqoola hai: "al-nas adaa'u ma jahiloo". log us cheez ke dushman ban jatay hain jis ko woh na jantay hon.</w:t>
      </w:r>
    </w:p>
    <w:p>
      <w:pPr>
        <w:jc w:val="right"/>
      </w:pPr>
      <w:r>
        <w:t>دیکھیے، ایک عربی کا ایک مقولہ ہے: "الناس اداء ما جہلو"۔ لوگ اس چیز کے دشمن بن جاتے ہیں جس کو وہ نہ جانتے ہوں۔</w:t>
      </w:r>
    </w:p>
    <w:p>
      <w:r>
        <w:rPr>
          <w:b/>
        </w:rPr>
        <w:t xml:space="preserve">[52:37] </w:t>
      </w:r>
      <w:r>
        <w:t>to yeh log ilm ki qeemat nahi jantay, yeh log sirf talwar aur bandooq ki qeemat jantay hain, woh us tribal culture ki wajah se. tribal culture un ka obsession ban gaya hai.</w:t>
      </w:r>
    </w:p>
    <w:p>
      <w:pPr>
        <w:jc w:val="right"/>
      </w:pPr>
      <w:r>
        <w:t>تو یہ لوگ علم کی قیمت نہیں جانتے، یہ لوگ صرف تلوار اور بندوق کی قیمت جانتے ہیں، وہ اس ٹرائبل کلچر کی وجہ سے۔ ٹرائبل کلچر ان کا ابسیسن بن گیا ہے۔</w:t>
      </w:r>
    </w:p>
    <w:p>
      <w:r>
        <w:rPr>
          <w:b/>
        </w:rPr>
        <w:t xml:space="preserve">[52:48] </w:t>
      </w:r>
      <w:r>
        <w:t>obsession! woh jantay hi nahi ke sab se bari cheez ilm hai,</w:t>
      </w:r>
    </w:p>
    <w:p>
      <w:pPr>
        <w:jc w:val="right"/>
      </w:pPr>
      <w:r>
        <w:t>ابسیسن! وہ جانتے ہی نہیں کہ سب سے بڑی چیز علم ہے،</w:t>
      </w:r>
    </w:p>
    <w:p>
      <w:r>
        <w:rPr>
          <w:b/>
        </w:rPr>
        <w:t xml:space="preserve">[52:55] </w:t>
      </w:r>
      <w:r>
        <w:t>sab se bari cheez education hai. to unhein batane ki zaroorat hai ke un ki source galat hai, aur sab se bari cheez ilm aur education hoti hai.</w:t>
      </w:r>
    </w:p>
    <w:p>
      <w:pPr>
        <w:jc w:val="right"/>
      </w:pPr>
      <w:r>
        <w:t>سب سے بڑی چیز ایجوکیشن ہے۔ تو انہیں بتانے کی ضرورت ہے کہ ان کی سورس غلط ہے، اور سب سے بڑی چیز علم اور ایجوکیشن ہوتی ہے۔</w:t>
      </w:r>
    </w:p>
    <w:p>
      <w:r>
        <w:rPr>
          <w:b/>
        </w:rPr>
        <w:t xml:space="preserve">[53:07] </w:t>
      </w:r>
      <w:r>
        <w:t>jab woh jaan jayenge to chhod denge. abhi to bekhabar hain woh. al-nas! un ka case jo hai, al-nas adaa ma jahiloo ka case hai.</w:t>
      </w:r>
    </w:p>
    <w:p>
      <w:pPr>
        <w:jc w:val="right"/>
      </w:pPr>
      <w:r>
        <w:t>جب وہ جان جائیں گے تو چھوڑ دیں گے۔ ابھی تو بے خبر ہیں وہ۔ الناس! ان کا کیس جو ہے، الناس اداء ما جہلو کا کیس ہے۔</w:t>
      </w:r>
    </w:p>
    <w:p>
      <w:r>
        <w:rPr>
          <w:b/>
        </w:rPr>
        <w:t xml:space="preserve">[53:15] </w:t>
      </w:r>
      <w:r>
        <w:t>un ka</w:t>
      </w:r>
    </w:p>
    <w:p>
      <w:pPr>
        <w:jc w:val="right"/>
      </w:pPr>
      <w:r>
        <w:t>ان کا</w:t>
      </w:r>
    </w:p>
    <w:p>
      <w:r>
        <w:rPr>
          <w:b/>
        </w:rPr>
        <w:t xml:space="preserve">[53:17] </w:t>
      </w:r>
      <w:r>
        <w:t>Maulana, agla sawal aaya hai Zubair sahib ka Pune se, aur unhone likha hai ke Maulana, "Islam is an ideology, but unfortunately, instead of creating and spreading the ideological empire, Muslims want to create and spread the political empire.</w:t>
      </w:r>
    </w:p>
    <w:p>
      <w:pPr>
        <w:jc w:val="right"/>
      </w:pPr>
      <w:r>
        <w:t>مولانا، اگلا سوال آیا ہے زبیر صاحب کا پونے سے، اور انہوں نے لکھا ہے کہ مولانا، "اسلام از این آئیڈیالوجی، بٹ انفارچونیٹلی، انسٹیڈ اف کریٹنگ اینڈ سپریڈنگ دی آئیڈیالوجیکل ایمپائر، مسلمز وانٹ ٹو کریٹ اینڈ سپریڈ دا پولیٹیکل ایمپائر۔</w:t>
      </w:r>
    </w:p>
    <w:p>
      <w:r>
        <w:rPr>
          <w:b/>
        </w:rPr>
        <w:t xml:space="preserve">[53:39] </w:t>
      </w:r>
      <w:r>
        <w:t>Why is it so difficult for them to understand this difference?"</w:t>
      </w:r>
    </w:p>
    <w:p>
      <w:pPr>
        <w:jc w:val="right"/>
      </w:pPr>
      <w:r>
        <w:t>وائی از اٹ سو ڈیفیکلٹ فار دیم ٹو انڈرسٹینڈ دس ڈیفرنس؟"</w:t>
      </w:r>
    </w:p>
    <w:p>
      <w:r>
        <w:rPr>
          <w:b/>
        </w:rPr>
        <w:t xml:space="preserve">[53:45] </w:t>
      </w:r>
      <w:r>
        <w:t>dekhiye, yeh galati bahut peeche tak jati hai. hamare peeche jo ulama the, unhein yeh baat fatwa dena chahiye tha, ailaan karna chahiye tha ke tum log ladai jo kar rahe ho, yeh to tribal culture ka continuation hai, is ko khatm karo.</w:t>
      </w:r>
    </w:p>
    <w:p>
      <w:pPr>
        <w:jc w:val="right"/>
      </w:pPr>
      <w:r>
        <w:t>دیکھیے، یہ غلطی بہت پیچھے تک جاتی ہے۔ ہمارے پیچھے جو علماء تھے، انہیں یہ بات فتوی دینا چاہیے تھا، اعلان کرنا چاہیے تھا کہ کہ تم لوگ لڑائی جو کر رہے ہو، یہ تو ٹرائبل کلچر کا کنٹینیویشن ہے، اس کو ختم کرو۔</w:t>
      </w:r>
    </w:p>
    <w:p>
      <w:r>
        <w:rPr>
          <w:b/>
        </w:rPr>
        <w:t xml:space="preserve">[54:00] </w:t>
      </w:r>
      <w:r>
        <w:t>is ko jaise Ghazi ne ailaan kiya tha ke civil disobedience ka culture khatm, azaadi mil gayi to ab is ka koi, koi is ka maqam nahi hai.</w:t>
      </w:r>
    </w:p>
    <w:p>
      <w:pPr>
        <w:jc w:val="right"/>
      </w:pPr>
      <w:r>
        <w:t>اس کو جیسے غازی نے اعلان کیا تھا کہ سویل ڈس اویرنس کا کلچر ختم، آزادی مل گئی تو اب اس کا کوئی، کوئی اس کا مقام نہیں ہے۔</w:t>
      </w:r>
    </w:p>
    <w:p>
      <w:r>
        <w:rPr>
          <w:b/>
        </w:rPr>
        <w:t xml:space="preserve">[54:15] </w:t>
      </w:r>
      <w:r>
        <w:t>to ulama ko yeh ailaan karna chahiye tha ke yeh jo Islam mein jo ghazwaat hue, jo qital hue, jangain jo huin, woh to tribal culture ki wajah se huin.</w:t>
      </w:r>
    </w:p>
    <w:p>
      <w:pPr>
        <w:jc w:val="right"/>
      </w:pPr>
      <w:r>
        <w:t>تو علماء کو یہ اعلان کرنا چاہیے تھا کہ یہ جو اسلام میں جو غزوات ہوئے، جو قتال ہوئے، جنگیں جو ہوئیں، وہ تو ٹرائبل کلچر کی وجہ سے ہوئیں۔</w:t>
      </w:r>
    </w:p>
    <w:p>
      <w:r>
        <w:rPr>
          <w:b/>
        </w:rPr>
        <w:t xml:space="preserve">[54:28] </w:t>
      </w:r>
      <w:r>
        <w:t>ab to ek naya daur aa gaya hai, ab, ab tribal culture ko in continue rakhne ka koi kaam hi nahi.</w:t>
      </w:r>
    </w:p>
    <w:p>
      <w:pPr>
        <w:jc w:val="right"/>
      </w:pPr>
      <w:r>
        <w:t>اب تو ایک نیا دور آ گیا ہے، اب، اب ٹرائبل کلچر کو ان کنٹینیو رکھنے کا کوئی کام ہی نہیں۔</w:t>
      </w:r>
    </w:p>
    <w:p>
      <w:r>
        <w:rPr>
          <w:b/>
        </w:rPr>
        <w:t xml:space="preserve">[54:37] </w:t>
      </w:r>
      <w:r>
        <w:t>aap peaceful da'wah work karo. to fatwa nahi diya in logon ne, aaj bhi fatwa nahi de rahe hain.</w:t>
      </w:r>
    </w:p>
    <w:p>
      <w:pPr>
        <w:jc w:val="right"/>
      </w:pPr>
      <w:r>
        <w:t>آپ پیس فل داؤ ورک کرو۔ تو فتوی نہیں دیا ان لوگوں نے، آج بھی فتوی نہیں دے رہے ہیں۔</w:t>
      </w:r>
    </w:p>
    <w:p>
      <w:r>
        <w:rPr>
          <w:b/>
        </w:rPr>
        <w:t xml:space="preserve">[54:45] </w:t>
      </w:r>
      <w:r>
        <w:t>to galati behad is mein in logon ki hai jin ko Musalmanon ne akabir bana rakha hai. galati un ki hai, akabir jin ko bana rakha, unhein fatwa dena chahiye tha.</w:t>
      </w:r>
    </w:p>
    <w:p>
      <w:pPr>
        <w:jc w:val="right"/>
      </w:pPr>
      <w:r>
        <w:t>تو غلطی بے حدیک اس میں ان لوگوں کی ہے جن کو مسلمانوں نے اکابر بنا رکھا ہے۔ غلطی ان کی ہے، اکابر جن کو بنا رکھا، انہیں فتوی دینا چاہیے تھا۔</w:t>
      </w:r>
    </w:p>
    <w:p>
      <w:r>
        <w:rPr>
          <w:b/>
        </w:rPr>
        <w:t xml:space="preserve">[55:03] </w:t>
      </w:r>
      <w:r>
        <w:t>yani Ghazi ne yeh kaha ke chhod do yeh sab cheezein, agar chhoti chhoti goli maar di gayi, lekin kaha unhone aisi aur hamare jin logon ko akabir Musalman samajhte hain, un ko fatwa dena chahiye tha ke yeh, yeh tribal culture ko khatm karo.</w:t>
      </w:r>
    </w:p>
    <w:p>
      <w:pPr>
        <w:jc w:val="right"/>
      </w:pPr>
      <w:r>
        <w:t>یعنی غازی نے یہ کہا کہ چھوڑو یہ سب چیزیں، اگر چھوٹی چھوٹی گولی مار دی گئی، لیکن کہا انہوں نے ایسی اور ہمارے جن لوگوں کو اکابر مسلمان سمجھتے ہیں، ان کو فتوی دینا چاہیے تھا کہ یہ، یہ ٹرائبل کلچر کو ختم کرو۔</w:t>
      </w:r>
    </w:p>
    <w:p>
      <w:r>
        <w:rPr>
          <w:b/>
        </w:rPr>
        <w:t xml:space="preserve">[55:18] </w:t>
      </w:r>
      <w:r>
        <w:t>ab to da'wah work ka zamana aa gaya hai. jaisa Hazrat Abdullah Ibn Umar ne yeh baat kahi thi, aur Umar Ibn Aziz bhi yeh</w:t>
      </w:r>
    </w:p>
    <w:p>
      <w:pPr>
        <w:jc w:val="right"/>
      </w:pPr>
      <w:r>
        <w:t>اب تو داؤ ورک کا زمانہ آ گیا ہے۔ جیسا حضرت عبداللہ ابن عمر نے یہ بات کہی تھی، اور عمر ابن عزیز بھی یہ</w:t>
      </w:r>
    </w:p>
    <w:p>
      <w:r>
        <w:rPr>
          <w:b/>
        </w:rPr>
        <w:t xml:space="preserve">[55:29] </w:t>
      </w:r>
      <w:r>
        <w:t>baat kahi thi, kuch logon ne yeh baat kahi thi, lekin koi bade paimane par baat nahi kahi gayi. beharhaal, ab press ka zamana hai.</w:t>
      </w:r>
    </w:p>
    <w:p>
      <w:pPr>
        <w:jc w:val="right"/>
      </w:pPr>
      <w:r>
        <w:t>بات کہی تھی، کچھ لوگوں نے یہ بات کہی تھی، لیکن کوئی بڑے پیمانے پر بات نہیں کہی گئی۔ بہرحال، اب پریس کا زمانہ ہے۔</w:t>
      </w:r>
    </w:p>
    <w:p>
      <w:r>
        <w:rPr>
          <w:b/>
        </w:rPr>
        <w:t xml:space="preserve">[55:39] </w:t>
      </w:r>
      <w:r>
        <w:t>press ke zamane mein hamein mauqa hai ke hum zyada wasee paimane par baaton ko keh saken. ab hamein chahiye ke logon ko batayein, aisi kitabon ko phailayein logon ke darmiyan.</w:t>
      </w:r>
    </w:p>
    <w:p>
      <w:pPr>
        <w:jc w:val="right"/>
      </w:pPr>
      <w:r>
        <w:t>پریس کے زمانے میں ہمیں موقع ہے کہ ہم زیادہ وسیع پیمانے پر باتوں کو کہہ سکیں۔ اب ہمیں چاہیے کہ لوگوں کو بتائیں، ایسی کتابوں کو پھیلائیں لوگوں کے درمیان۔</w:t>
      </w:r>
    </w:p>
    <w:p>
      <w:r>
        <w:rPr>
          <w:b/>
        </w:rPr>
        <w:t xml:space="preserve">[55:51] </w:t>
      </w:r>
      <w:r>
        <w:t>aur ab mein, mein yeh samajhta hoon ke sara case al-nas wa adaa wa ma jahiloo ka hai.</w:t>
      </w:r>
    </w:p>
    <w:p>
      <w:pPr>
        <w:jc w:val="right"/>
      </w:pPr>
      <w:r>
        <w:t>اور اب میں، میں یہ سمجھتا ہوں کہ سارا کیس الناس و ادا و ما جہلو کا ہے۔</w:t>
      </w:r>
    </w:p>
    <w:p>
      <w:r>
        <w:rPr>
          <w:b/>
        </w:rPr>
        <w:t xml:space="preserve">[55:58] </w:t>
      </w:r>
      <w:r>
        <w:t>log bekhabar hain sachai se, is liye woh is mein mashghool hain galat tareeqe mein.</w:t>
      </w:r>
    </w:p>
    <w:p>
      <w:pPr>
        <w:jc w:val="right"/>
      </w:pPr>
      <w:r>
        <w:t>لوگ بے خبر ہیں سچائی سے، اس لیے وہ اس میں مشغول ہیں غلط طریقے میں۔</w:t>
      </w:r>
    </w:p>
    <w:p>
      <w:r>
        <w:rPr>
          <w:b/>
        </w:rPr>
        <w:t xml:space="preserve">[56:06] </w:t>
      </w:r>
      <w:r>
        <w:t>agar woh jaan lein ke sachai kya hai to woh mujhe yaqeen hai ke woh sab chhod denge. is ko Maulana, agla sawal Delhi se kiya hai Miss Naghma Siddiqui ne, aur unhone aapse poocha hai ke "When did the tribal age get over in history in your opinion?"</w:t>
      </w:r>
    </w:p>
    <w:p>
      <w:pPr>
        <w:jc w:val="right"/>
      </w:pPr>
      <w:r>
        <w:t>اگر وہ جان لیں کہ سچائی کیا ہے تو وہ مجھے یقین ہے کہ وہ سب چھوڑ دیں گے۔ اس کو مولانا، اگلا سوال دلی سے کیا ہے مس نغمہ صدیقی نے، اور انہوں نے آپ سے پوچھا ہے کہ "وین ڈیڈ دا ٹرائبل ایج گیٹ اوور ان ہسٹری ان یور اوپینین؟"</w:t>
      </w:r>
    </w:p>
    <w:p>
      <w:r>
        <w:rPr>
          <w:b/>
        </w:rPr>
        <w:t xml:space="preserve">[56:25] </w:t>
      </w:r>
      <w:r>
        <w:t>mere nazdeek to Hazrat Umar ke zamane mein khatm ho chuka tha. is ke baad koi kaam nahi tha, yani tashaddud ka.</w:t>
      </w:r>
    </w:p>
    <w:p>
      <w:pPr>
        <w:jc w:val="right"/>
      </w:pPr>
      <w:r>
        <w:t>میرے نزدیک تو حضرت عمر کے زمانے میں ختم ہو چکا تھا۔ اس کے بعد کوئی کام نہیں تھا، یعنی تشدد کا۔</w:t>
      </w:r>
    </w:p>
    <w:p>
      <w:r>
        <w:rPr>
          <w:b/>
        </w:rPr>
        <w:t xml:space="preserve">[56:36] </w:t>
      </w:r>
      <w:r>
        <w:t>is par maine abhi ek article likha hai ke main samajhta hoon ke Hazrat Umar ke zamane mein woh khatm ho chuka. aur yeh maine liya hai un ke Hazrat Abdullah Ibn Umar ke is se.</w:t>
      </w:r>
    </w:p>
    <w:p>
      <w:pPr>
        <w:jc w:val="right"/>
      </w:pPr>
      <w:r>
        <w:t>اس پر میں نے ابھی ایک آرٹیکل لکھا ہے کہ میں سمجھتا ہوں کہ حضرت عمر کے زمانے میں وہ ختم ہو چکا۔ اور یہ میں نے لیا ہے ان کے حضرت عبداللہ ابن عمر کے اس سے۔</w:t>
      </w:r>
    </w:p>
    <w:p>
      <w:r>
        <w:rPr>
          <w:b/>
        </w:rPr>
        <w:t xml:space="preserve">[56:47] </w:t>
      </w:r>
      <w:r>
        <w:t>Qatalna, woh to kar diya aap ne, woh to ho gaya. ab</w:t>
      </w:r>
    </w:p>
    <w:p>
      <w:pPr>
        <w:jc w:val="right"/>
      </w:pPr>
      <w:r>
        <w:t>قطفالنا، وہ تو کر دیا آپ نے، وہ تو ہو گیا۔ اب</w:t>
      </w:r>
    </w:p>
    <w:p>
      <w:r>
        <w:rPr>
          <w:b/>
        </w:rPr>
        <w:t xml:space="preserve">[56:53] </w:t>
      </w:r>
      <w:r>
        <w:t>yeh abhi maine ek article likha hai is ko le kar ke ke Abdullah Umar ne kyun kaha tha ke Qatalna, woh to hum ne kar diya, woh to ho gaya. ab to peaceful da'wah work karna hai.</w:t>
      </w:r>
    </w:p>
    <w:p>
      <w:pPr>
        <w:jc w:val="right"/>
      </w:pPr>
      <w:r>
        <w:t>یہ ابھی میں نے ایک آرٹیکل لکھا ہے اس کو لے کر کے کہ عبداللہ عمر نے کیوں کہا تھا کہ قطفالنا، وہ تو ہم نے کر دیا، وہ تو ہو گیا۔ اب تو پیس فل داؤ ورک کرنا ہے۔</w:t>
      </w:r>
    </w:p>
    <w:p>
      <w:r>
        <w:rPr>
          <w:b/>
        </w:rPr>
        <w:t xml:space="preserve">[57:09] </w:t>
      </w:r>
      <w:r>
        <w:t>to main samajhta hoon ke Hazrat Abdullah, Hazrat Hazrat Umar ka zamana jo tha, usi waqt is ko khatm ho jana chahiye tha, lekin woh continue raha aur abhi tak continue hai.</w:t>
      </w:r>
    </w:p>
    <w:p>
      <w:pPr>
        <w:jc w:val="right"/>
      </w:pPr>
      <w:r>
        <w:t>تو میں سمجھتا ہوں کہ حضرت عبداللہ، حضرت حضرت عمر کا زمانہ جو تھا، اسی وقت اس کو ختم ہو جانا چاہیے تھا، لیکن وہ کنٹینیو رہا اور ابھی تک کنٹینیو ہے۔</w:t>
      </w:r>
    </w:p>
    <w:p>
      <w:r>
        <w:rPr>
          <w:b/>
        </w:rPr>
        <w:t xml:space="preserve">[57:21] </w:t>
      </w:r>
      <w:r>
        <w:t>to beharhaal, ab hamein waqt aa gaya hai ke aakhri waqt aa gaya hai ke hum is ka ailaan karein, khule taur par ailaan karein ke yeh tribal culture ka continuation hai, is ka Islam se koi ta'alluq nahi hai.</w:t>
      </w:r>
    </w:p>
    <w:p>
      <w:pPr>
        <w:jc w:val="right"/>
      </w:pPr>
      <w:r>
        <w:t>تو بہرحال، اب ہمیں وقت آ گیا ہے کہ آخری وقت آ گیا ہے کہ ہم اس کا اعلان کریں، کھلے طور پر اعلان کریں کہ کہ یہ ٹرائبل کلچر کا کنٹینیویشن ہے، اس کا اسلام سے کوئی تعلق نہیں ہے۔</w:t>
      </w:r>
    </w:p>
    <w:p>
      <w:r>
        <w:rPr>
          <w:b/>
        </w:rPr>
        <w:t xml:space="preserve">[57:34] </w:t>
      </w:r>
      <w:r>
        <w:t>Maulana, agla sawal Delhi se hai Dr. Farida Khanam ka, aur unhone likha hai ke "Some terrorist organizations has called Malala an agent of unbelievers.</w:t>
      </w:r>
    </w:p>
    <w:p>
      <w:pPr>
        <w:jc w:val="right"/>
      </w:pPr>
      <w:r>
        <w:t>مولانا، اگلا سوال دلی سے ہے ڈاکٹر فریدہ خانم کا، اور انہوں نے لکھا ہے کہ "سم ٹیررسٹ ارگنائزیشن ہیز کالڈ ملالہ این ایجنٹ اف ان بیلیورز۔</w:t>
      </w:r>
    </w:p>
    <w:p>
      <w:r>
        <w:rPr>
          <w:b/>
        </w:rPr>
        <w:t xml:space="preserve">[57:49] </w:t>
      </w:r>
      <w:r>
        <w:t>"Why is it that they use such term?" Please comment. Ye sab wahi hai, mere nazdik al-nas wa ada wa majahlu ke log is jante nahin, is liye ye sab batein bolte hain.</w:t>
      </w:r>
    </w:p>
    <w:p>
      <w:pPr>
        <w:jc w:val="right"/>
      </w:pPr>
      <w:r>
        <w:t>وائی از اٹ دیٹ دے یوز سچ ٹرم؟" پلیز کمنٹ۔ یہ سب وہی ہے، میرے نزدیک الناس و ادا و ما جہلو کہ لوگ اس جانتے نہیں، اس لیے یہ سب باتیں بولتے ہیں۔</w:t>
      </w:r>
    </w:p>
    <w:p>
      <w:r>
        <w:rPr>
          <w:b/>
        </w:rPr>
        <w:t xml:space="preserve">[58:06] </w:t>
      </w:r>
      <w:r>
        <w:t>ye sab sab se bari jo ghalti hui ke education nahin musalmanon mein phailai gai. wahi education ke mani un ka ye hoga ke deeni taleem.</w:t>
      </w:r>
    </w:p>
    <w:p>
      <w:pPr>
        <w:jc w:val="right"/>
      </w:pPr>
      <w:r>
        <w:t>یہ سب سب سے بڑی جو غلطی ہوئی کہ ایجوکیشن نہیں مسلمانوں میں پھیلائی گئی۔ وہی ایجوکیشن کے معنی ان کا یہ ہوگا کہ دینی تعلیم۔</w:t>
      </w:r>
    </w:p>
    <w:p>
      <w:r>
        <w:rPr>
          <w:b/>
        </w:rPr>
        <w:t xml:space="preserve">[58:16] </w:t>
      </w:r>
      <w:r>
        <w:t>bas</w:t>
      </w:r>
    </w:p>
    <w:p>
      <w:pPr>
        <w:jc w:val="right"/>
      </w:pPr>
      <w:r>
        <w:t>بس</w:t>
      </w:r>
    </w:p>
    <w:p>
      <w:r>
        <w:rPr>
          <w:b/>
        </w:rPr>
        <w:t xml:space="preserve">[58:18] </w:t>
      </w:r>
      <w:r>
        <w:t>hadis mein aya hai ke "talab talab al-ilm farizah". hadis mein ata hai ke talab al-ilm farizah, ilm ko hasil karna farz hai, lekin yahan par ulma ne ye kiya kehte hain ke is se murad ye ilm deen hai.</w:t>
      </w:r>
    </w:p>
    <w:p>
      <w:pPr>
        <w:jc w:val="right"/>
      </w:pPr>
      <w:r>
        <w:t>حدیث میں آیا ہے کہ "طلب طلب العلم فریضہ"۔ حدیث میں آتا ہے کہ طلب العلم فریضہ، علم کو حاصل کرنا فرض ہے، لیکن یہاں پر علماء نے یہ کیا کہتے ہیں کہ اس سے مراد یہ علم دین ہے۔</w:t>
      </w:r>
    </w:p>
    <w:p>
      <w:r>
        <w:rPr>
          <w:b/>
        </w:rPr>
        <w:t xml:space="preserve">[58:34] </w:t>
      </w:r>
      <w:r>
        <w:t>ye bilkul galat hai. ye</w:t>
      </w:r>
    </w:p>
    <w:p>
      <w:pPr>
        <w:jc w:val="right"/>
      </w:pPr>
      <w:r>
        <w:t>یہ بالکل غلط ہے۔ یہ</w:t>
      </w:r>
    </w:p>
    <w:p>
      <w:r>
        <w:rPr>
          <w:b/>
        </w:rPr>
        <w:t xml:space="preserve">[58:36] </w:t>
      </w:r>
      <w:r>
        <w:t>khud quran mein dekhen, ek ayat hai: "ilm</w:t>
      </w:r>
    </w:p>
    <w:p>
      <w:pPr>
        <w:jc w:val="right"/>
      </w:pPr>
      <w:r>
        <w:t>خود قرآن میں دیکھیں، ایک آیت ہے: "علم</w:t>
      </w:r>
    </w:p>
    <w:p>
      <w:r>
        <w:rPr>
          <w:b/>
        </w:rPr>
        <w:t xml:space="preserve">[58:47] </w:t>
      </w:r>
      <w:r>
        <w:t>al-jibal juwain mukhtalif alwan mukhtalif alwan wa gharab wa sawad innama yakhsh Allah min ibad al-ulama". yahan par dekhiye, ilm al-jibal ko le kar ulma, ilm al-jibal ke mahireen ko ulma kaha gaya hai, aur kaha ke kaha wo inhi mein Allah ka khauf hota hai.</w:t>
      </w:r>
    </w:p>
    <w:p>
      <w:pPr>
        <w:jc w:val="right"/>
      </w:pPr>
      <w:r>
        <w:t>الجبال جویدین مختلف الوان مختلف الوان و غراب وسود انما یخش اللہ من عباد العلماء"۔ یہاں پر دیکھیے، علم الجبال کو لے کر علماء، علم الجبال کے ماہرین کو علماء کہا گیا ہے، اور کہا کہ کہا وہ انہی میں اللہ کا خوف ہوتا ہے۔</w:t>
      </w:r>
    </w:p>
    <w:p>
      <w:r>
        <w:rPr>
          <w:b/>
        </w:rPr>
        <w:t xml:space="preserve">[59:03] </w:t>
      </w:r>
      <w:r>
        <w:t>to ilm al-jibal to ek science ka subject hai. to main talab al-ilm farizah ka jo hadis hai, hargiz hargiz is ka ye matlab nahin hai ke bas deeni ilm.</w:t>
      </w:r>
    </w:p>
    <w:p>
      <w:pPr>
        <w:jc w:val="right"/>
      </w:pPr>
      <w:r>
        <w:t>تو علم الجبال تو ایک سائنس کا سبجیکٹ ہے۔ تو میں طلب العلم فریضۃ کا جو حدیث ہے، ہرگز ہرگز اس کا یہ مطلب نہیں ہے کہ بس دینی علم۔</w:t>
      </w:r>
    </w:p>
    <w:p>
      <w:r>
        <w:rPr>
          <w:b/>
        </w:rPr>
        <w:t xml:space="preserve">[59:17] </w:t>
      </w:r>
      <w:r>
        <w:t>har wo cheez jo ilm hai, haqiqatan is ko farz karna, is ko hasil karna farz hai hamare upar.</w:t>
      </w:r>
    </w:p>
    <w:p>
      <w:pPr>
        <w:jc w:val="right"/>
      </w:pPr>
      <w:r>
        <w:t>ہر وہ چیز جو علم ہے، حقیقتاً اس کو فرض کرنا، اس کو حاصل کرنا فرض ہے ہمارے اوپر۔</w:t>
      </w:r>
    </w:p>
    <w:p>
      <w:r>
        <w:rPr>
          <w:b/>
        </w:rPr>
        <w:t xml:space="preserve">[59:24] </w:t>
      </w:r>
      <w:r>
        <w:t>har wo cheez jo ilm hai, har ilm koi haq nahin kisi ko ke is ko kehe ke nahin deeni ilm. jab hadis ke text mein deeni ka lafz nahin hai, to aap kaun hoge?</w:t>
      </w:r>
    </w:p>
    <w:p>
      <w:pPr>
        <w:jc w:val="right"/>
      </w:pPr>
      <w:r>
        <w:t>ہر وہ چیز جو علم ہے، ہر علم کوئی حق نہیں کسی کو کہ اس کو کہے کہ نہیں دینی علم۔ جب حدیث کے ٹیکسٹ میں دینی کا لفظ نہیں ہے، تو آپ کون ہو گے؟</w:t>
      </w:r>
    </w:p>
    <w:p>
      <w:r>
        <w:rPr>
          <w:b/>
        </w:rPr>
        <w:t xml:space="preserve">[59:37] </w:t>
      </w:r>
      <w:r>
        <w:t>to hote hain is mein izafa karne wale. jab is mein, yani aam hai ke ilm ko hasil karna farz hai musalman ke upar, to aam rakhiye is ko, aap is ko khas kyon banate hain?</w:t>
      </w:r>
    </w:p>
    <w:p>
      <w:pPr>
        <w:jc w:val="right"/>
      </w:pPr>
      <w:r>
        <w:t>تو ہوتے ہیں اس میں اضافہ کرنے والے۔ جب اس میں، یعنی عام ہے کہ علم کو حاصل کرنا فرض ہے مسلمان کے اوپر، تو عام رکھیے اس کو، آپ اس کو خاص کیوں بناتے ہیں؟</w:t>
      </w:r>
    </w:p>
    <w:p>
      <w:r>
        <w:rPr>
          <w:b/>
        </w:rPr>
        <w:t xml:space="preserve">[59:54] </w:t>
      </w:r>
      <w:r>
        <w:t>to yahan se ghalti shuru hui ke is hadis ko logon ne bata diya ke deeni ilm to aap madrasay mein parhna to ilm ban gaya, aur baqi wahan jana wo qatl gah ban gaya.</w:t>
      </w:r>
    </w:p>
    <w:p>
      <w:pPr>
        <w:jc w:val="right"/>
      </w:pPr>
      <w:r>
        <w:t>تو یہاں سے غلطی شروع ہوئی کہ اس حدیث کو لوگوں نے بتا دیا کہ دینی علم تو آپ مدرسے میں پڑھنا تو علم بن گیا، اور باقی وہاں جانا وہ قتل گاہ بن گیا۔</w:t>
      </w:r>
    </w:p>
    <w:p>
      <w:r>
        <w:rPr>
          <w:b/>
        </w:rPr>
        <w:t xml:space="preserve">[1:00:06] </w:t>
      </w:r>
      <w:r>
        <w:t>yani college aur university mein jana qatl gah ban gaya. ye sab, ye sab itni bhayanak ghaltiyan hain, itni bhayanak ghaltiyan hain ke jab tak is ko khul kar aelan na karenge, ye hazrat jinhon ne ye sab kiya, us waqt tak wo pakar se bach nahin sakte.</w:t>
      </w:r>
    </w:p>
    <w:p>
      <w:pPr>
        <w:jc w:val="right"/>
      </w:pPr>
      <w:r>
        <w:t>یعنی کالج اور یونیورسٹی میں جانا قتل گاہ بن گیا۔ یہ سب، یہ سب اتنی بھیانک غلطیاں ہیں، اتنی بھیانک غلطیاں ہیں کہ جب تک اس کو کھل کر اعلان نہ کریں گے، یہ حضرات جنہوں نے یہ سب کیا، اس وقت تک وہ پکڑ سے بچ نہیں سکتے۔</w:t>
      </w:r>
    </w:p>
    <w:p>
      <w:r>
        <w:rPr>
          <w:b/>
        </w:rPr>
        <w:t xml:space="preserve">[1:00:24] </w:t>
      </w:r>
      <w:r>
        <w:t>yani madrasay mein parhna deeni ilm parhna hai, aur college university mein jana qatl gah hai, qatl gah mein jana hai. jin logon ne ye sab batein phailain, un par farz hai, un par farz hai ke wo chala kar aelan karen ke hum hum ne ghalti ki,</w:t>
      </w:r>
    </w:p>
    <w:p>
      <w:pPr>
        <w:jc w:val="right"/>
      </w:pPr>
      <w:r>
        <w:t>یعنی مدرسے میں پڑھنا دینی علم پڑھنا ہے، اور کالج یونیورسٹی میں جانا قتل گاہ ہے، قتل گاہ میں جانا ہے۔ جن لوگوں نے یہ سب باتیں پھیلائیں، ان پر فرض ہے، ان پر فرض ہے کہ وہ چلا کر اعلان کریں کہ ہم ہم نے غلطی کی،</w:t>
      </w:r>
    </w:p>
    <w:p>
      <w:r>
        <w:rPr>
          <w:b/>
        </w:rPr>
        <w:t xml:space="preserve">[1:00:41] </w:t>
      </w:r>
      <w:r>
        <w:t>"we were wrong". warna wo pakre jayenge Allah taala ke haan, kam az kam mera jo ilm hai, wo wo yahi karta hai.</w:t>
      </w:r>
    </w:p>
    <w:p>
      <w:pPr>
        <w:jc w:val="right"/>
      </w:pPr>
      <w:r>
        <w:t>"وی ویر رانگ"۔ ورنہ وہ پکڑے جائیں گے اللہ تعالی کے ہاں، کم از کم میرا جو علم ہے، وہ وہ یہی کرتا ہے۔</w:t>
      </w:r>
    </w:p>
    <w:p>
      <w:r>
        <w:rPr>
          <w:b/>
        </w:rPr>
        <w:t xml:space="preserve">[1:00:51] </w:t>
      </w:r>
      <w:r>
        <w:t>molana, agla sawal dilli se hai molana farhad ahmed sahab ka, aur unhon ne likha hai ke malala yusuf zai ko nobel prize milne par ek musalman ne kaha ke agar dena tha to pakistan ke social worker abdul sattar edhi ko milna chahiye.</w:t>
      </w:r>
    </w:p>
    <w:p>
      <w:pPr>
        <w:jc w:val="right"/>
      </w:pPr>
      <w:r>
        <w:t>مولانا، اگلا سوال دلی سے ہے مولانا فرہاد احمد صاحب کا، اور انہوں نے لکھا ہے کہ ملالہ یوسف زائی کو نوبل پرائز ملنے پر ایک مسلمان نے کہا کہ اگر دینا تھا تو پاکستان کے سوشل ورکر عبدالستار عیدی کو ملنا چاہیے۔</w:t>
      </w:r>
    </w:p>
    <w:p>
      <w:r>
        <w:rPr>
          <w:b/>
        </w:rPr>
        <w:t xml:space="preserve">[1:01:12] </w:t>
      </w:r>
      <w:r>
        <w:t>malala ko dena ek sazish hai. malala yahud ki ay</w:t>
      </w:r>
    </w:p>
    <w:p>
      <w:pPr>
        <w:jc w:val="right"/>
      </w:pPr>
      <w:r>
        <w:t>ملالہ کو دینا ایک سازش ہے۔ ملالہ یہود کی ای</w:t>
      </w:r>
    </w:p>
    <w:p>
      <w:r>
        <w:rPr>
          <w:b/>
        </w:rPr>
        <w:t xml:space="preserve">[1:01:17] </w:t>
      </w:r>
      <w:r>
        <w:t>jent hai. dekhiye, musalman se aql chhin gayi hai, musalman se aql chhin gayi hai. sachi baat ye hai, ek qissa maine bataya tha aap logon ko ke yahud ke riwayat mein ek qissa hai.</w:t>
      </w:r>
    </w:p>
    <w:p>
      <w:pPr>
        <w:jc w:val="right"/>
      </w:pPr>
      <w:r>
        <w:t>جنٹ ہے۔ دیکھیے، مسلمان سے عقل چھن گئی ہے، مسلمان سے عقل چھن گئی ہے۔ سچی بات یہ ہے، ایک قصہ میں نے بتایا تھا آپ لوگوں کو کہ یہود کے روایات میں ایک قصہ ہے۔</w:t>
      </w:r>
    </w:p>
    <w:p>
      <w:r>
        <w:rPr>
          <w:b/>
        </w:rPr>
        <w:t xml:space="preserve">[1:01:33] </w:t>
      </w:r>
      <w:r>
        <w:t>hazrat musa alaihi salam ne Allah se dua ki: "ae Allah! mujh se meri qaum se sab kuch chheenna, aql mat chheenna."</w:t>
      </w:r>
    </w:p>
    <w:p>
      <w:pPr>
        <w:jc w:val="right"/>
      </w:pPr>
      <w:r>
        <w:t>حضرت موسیٰ علیہ السلام نے اللہ سے دعا کی: "اے اللہ! مجھ سے میری قوم سے سب کچھ چھیننا، عقل مت چھیننا۔"</w:t>
      </w:r>
    </w:p>
    <w:p>
      <w:r>
        <w:rPr>
          <w:b/>
        </w:rPr>
        <w:t xml:space="preserve">[1:01:42] </w:t>
      </w:r>
      <w:r>
        <w:t>to Allah ne farmaya ke: "ae musa! jab chheenne ka waqt aata hai, yani jab zawal aata hai, to aql hi to pehle chhanti hai." ke musalman is waqt apne daur zawal mein hai, is se aql chhin gayi hai.</w:t>
      </w:r>
    </w:p>
    <w:p>
      <w:pPr>
        <w:jc w:val="right"/>
      </w:pPr>
      <w:r>
        <w:t>تو اللہ نے فرمایا کہ: "اے موسیٰ! جب چھیننے کا وقت آتا ہے، یعنی جب زوال آتا ہے، تو عقل ہی تو پہلے چھنتی ہے۔" کہ مسلمان اس وقت اپنے دور زوال میں ہے، اس سے عقل چھن گئی ہے۔</w:t>
      </w:r>
    </w:p>
    <w:p>
      <w:r>
        <w:rPr>
          <w:b/>
        </w:rPr>
        <w:t xml:space="preserve">[1:01:55] </w:t>
      </w:r>
      <w:r>
        <w:t>koi aql ki baat in ke samajh mein hi nahin aati, ulti baat in ke samajh mein aati hai.</w:t>
      </w:r>
    </w:p>
    <w:p>
      <w:pPr>
        <w:jc w:val="right"/>
      </w:pPr>
      <w:r>
        <w:t>کوئی عقل کی بات ان کے سمجھ میں ہی نہیں آتی، الٹی بات ان کے سمجھ میں آتی ہے۔</w:t>
      </w:r>
    </w:p>
    <w:p>
      <w:r>
        <w:rPr>
          <w:b/>
        </w:rPr>
        <w:t xml:space="preserve">[1:01:59] </w:t>
      </w:r>
      <w:r>
        <w:t>ye sab bilkul hi koi, is ka koi, yani</w:t>
      </w:r>
    </w:p>
    <w:p>
      <w:pPr>
        <w:jc w:val="right"/>
      </w:pPr>
      <w:r>
        <w:t>یہ سب بالکل ہی کوئی، اس کا کوئی، یعنی</w:t>
      </w:r>
    </w:p>
    <w:p>
      <w:r>
        <w:rPr>
          <w:b/>
        </w:rPr>
        <w:t xml:space="preserve">[1:02:06] </w:t>
      </w:r>
      <w:r>
        <w:t>yani koi, yani beslis batein hain. is tarah bhai, koi is ka buniyadi nahin. is ki baton ka har cheez unhein sazish nazar aati hai.</w:t>
      </w:r>
    </w:p>
    <w:p>
      <w:pPr>
        <w:jc w:val="right"/>
      </w:pPr>
      <w:r>
        <w:t>یعنی کوئی، یعنی بیسلیس باتیں ہیں۔ اس طرح بھائی، کوئی اس کا بنیادی نہیں۔ اس کی باتوں کا ہر چیز انہیں سازش نظر آتی ہے۔</w:t>
      </w:r>
    </w:p>
    <w:p>
      <w:r>
        <w:rPr>
          <w:b/>
        </w:rPr>
        <w:t xml:space="preserve">[1:02:15] </w:t>
      </w:r>
      <w:r>
        <w:t>main is ko, yani haram se zyada buri cheez samajhta hoon ke har cheez ko sazish samjha jaye. aap ko haq nahin sazish karne ka. kis dalil se aap kahenge ke sazish hai?</w:t>
      </w:r>
    </w:p>
    <w:p>
      <w:pPr>
        <w:jc w:val="right"/>
      </w:pPr>
      <w:r>
        <w:t>میں اس کو، یعنی حرام سے زیادہ بری چیز سمجھتا ہوں کہ ہر چیز کو سازش سمجھا جائے۔ آپ کو حق نہیں سازش کرنے کا۔ کس دلیل سے آپ کہیں گے کہ سازش ہے؟</w:t>
      </w:r>
    </w:p>
    <w:p>
      <w:r>
        <w:rPr>
          <w:b/>
        </w:rPr>
        <w:t xml:space="preserve">[1:02:27] </w:t>
      </w:r>
      <w:r>
        <w:t>bilashubah ye ye haram hai ke kisi ke sazish hai, ye sazish hai, wo sazish hai.</w:t>
      </w:r>
    </w:p>
    <w:p>
      <w:pPr>
        <w:jc w:val="right"/>
      </w:pPr>
      <w:r>
        <w:t>بلاشبہ یہ یہ حرام ہے کہ کسی کے سازش ہے، یہ سازش ہے، وہ سازش ہے۔</w:t>
      </w:r>
    </w:p>
    <w:p>
      <w:r>
        <w:rPr>
          <w:b/>
        </w:rPr>
        <w:t xml:space="preserve">[1:02:34] </w:t>
      </w:r>
      <w:r>
        <w:t>jis ko bhi dekhen, woh sazish banate hain. is ko to wahi karte hain ke naam badal dete hain, aur phir is ko ijazat qarar bana dete hain.</w:t>
      </w:r>
    </w:p>
    <w:p>
      <w:pPr>
        <w:jc w:val="right"/>
      </w:pPr>
      <w:r>
        <w:t>جس کو بھی دیکھیں، وہ سازش بناتے ہیں۔ اس کو تو وہی کرتے ہیں کہ نام بدل دیتے ہیں، اور پھر اس کو اجازت قرار بنا دیتے ہیں۔</w:t>
      </w:r>
    </w:p>
    <w:p>
      <w:r>
        <w:rPr>
          <w:b/>
        </w:rPr>
        <w:t xml:space="preserve">[1:02:44] </w:t>
      </w:r>
      <w:r>
        <w:t>maulana, agla sawal hai dilli se doctor farida khanoom ka, aur unhon ne likha hai ke: "why is it that muslims dont fear god?</w:t>
      </w:r>
    </w:p>
    <w:p>
      <w:pPr>
        <w:jc w:val="right"/>
      </w:pPr>
      <w:r>
        <w:t>مولانا، اگلا سوال ہے دلی سے ڈاکٹر فریدہ خانم کا، اور انہوں نے لکھا ہے کہ: "وائی از اٹ دیٹ مسلمز ڈونٹ فیئر گاڈ؟</w:t>
      </w:r>
    </w:p>
    <w:p>
      <w:r>
        <w:rPr>
          <w:b/>
        </w:rPr>
        <w:t xml:space="preserve">[1:02:55] </w:t>
      </w:r>
      <w:r>
        <w:t>is it because they believe that paradise has already been reserved for them?</w:t>
      </w:r>
    </w:p>
    <w:p>
      <w:pPr>
        <w:jc w:val="right"/>
      </w:pPr>
      <w:r>
        <w:t>از اٹ بیکاز دے بیلیو دیٹ پیراڈائز ہیز الریڈی بین ریزروڈ فار دیم؟</w:t>
      </w:r>
    </w:p>
    <w:p>
      <w:r>
        <w:rPr>
          <w:b/>
        </w:rPr>
        <w:t xml:space="preserve">[1:03:01] </w:t>
      </w:r>
      <w:r>
        <w:t>hell is mentioned in the quran in many chapters, still they are not afraid of hell. what is the psychology behind this fearlessness in on the part of muslims?" dekhiye, daur-e-zawal ke bare mein bohat hadisen hain.</w:t>
      </w:r>
    </w:p>
    <w:p>
      <w:pPr>
        <w:jc w:val="right"/>
      </w:pPr>
      <w:r>
        <w:t>ہیل از مینشن ان دا قرآن ان مینی چیپٹرز، سٹل دے آر ناٹ افریڈ اف ہیل۔ واٹ از دا سائیکالوجی بیہائنڈ دس فیئرلیسنس ان ان دا پارٹ اف مسلمز؟" دیکھیے، دور زوال کے بارے میں بہت حدیثیں ہیں۔</w:t>
      </w:r>
    </w:p>
    <w:p>
      <w:r>
        <w:rPr>
          <w:b/>
        </w:rPr>
        <w:t xml:space="preserve">[1:03:22] </w:t>
      </w:r>
      <w:r>
        <w:t>to yeh bataya gaya hai ke ek waqt, ek zamana aayega ke musalmanon mein ek bhi nahi rahega allah se darne wala. allah hatta la tra khash, ek bhi tum nahi paoge allah se darne wala.</w:t>
      </w:r>
    </w:p>
    <w:p>
      <w:pPr>
        <w:jc w:val="right"/>
      </w:pPr>
      <w:r>
        <w:t>تو یہ بتایا گیا ہے کہ ایک وقت، ایک زمانہ آئے گا کہ مسلمانوں میں ایک بھی نہیں رہے گا اللہ سے ڈرنے والا۔ اللہ حتیٰ لا ترا خاش، ایک بھی تم نہیں پاؤ گے اللہ سے ڈرنے والا۔</w:t>
      </w:r>
    </w:p>
    <w:p>
      <w:r>
        <w:rPr>
          <w:b/>
        </w:rPr>
        <w:t xml:space="preserve">[1:03:34] </w:t>
      </w:r>
      <w:r>
        <w:t>to kabhi to waqt aayega,</w:t>
      </w:r>
    </w:p>
    <w:p>
      <w:pPr>
        <w:jc w:val="right"/>
      </w:pPr>
      <w:r>
        <w:t>تو کبھی تو وقت آئے گا،</w:t>
      </w:r>
    </w:p>
    <w:p>
      <w:r>
        <w:rPr>
          <w:b/>
        </w:rPr>
        <w:t xml:space="preserve">[1:03:37] </w:t>
      </w:r>
      <w:r>
        <w:t>hatta la tra khash, ke musalmanon mein ek bhi allah se darne wala baqi nahi rahega. bheed hogi, wa antum qusah, bheed ka daur hoga, masjidain bhi bhari hongi,</w:t>
      </w:r>
    </w:p>
    <w:p>
      <w:pPr>
        <w:jc w:val="right"/>
      </w:pPr>
      <w:r>
        <w:t>حتیٰ لا ترا خاش، کہ مسلمانوں میں ایک بھی اللہ سے ڈرنے والا باقی نہیں رہے گا۔ بھیڑ ہوگی، وانتم قوسہ، بھیڑ کا دور ہوگا، مسجدیں بھی بھری ہوں گی،</w:t>
      </w:r>
    </w:p>
    <w:p>
      <w:r>
        <w:rPr>
          <w:b/>
        </w:rPr>
        <w:t xml:space="preserve">[1:03:52] </w:t>
      </w:r>
      <w:r>
        <w:t>lekin khauf-e-khuda nahi hoga. yeh daur-e-zawal ka phailao hai, jo jis ki paishangoi rasool allah ne kardi thi.</w:t>
      </w:r>
    </w:p>
    <w:p>
      <w:pPr>
        <w:jc w:val="right"/>
      </w:pPr>
      <w:r>
        <w:t>لیکن خوف خدا نہیں ہوگا۔ یہ دور زوال کا پھیلاؤ ہے، جو جس کی پیشنگوئی رسول اللہ نے کر دی تھی۔</w:t>
      </w:r>
    </w:p>
    <w:p>
      <w:r>
        <w:rPr>
          <w:b/>
        </w:rPr>
        <w:t xml:space="preserve">[1:04:00] </w:t>
      </w:r>
      <w:r>
        <w:t>main samajhta hoon ke yahi woh daur hai. itne log bekhauf ho gaye hain, kuch bhi karte hain, itne bekhauf ho gaye hain.</w:t>
      </w:r>
    </w:p>
    <w:p>
      <w:pPr>
        <w:jc w:val="right"/>
      </w:pPr>
      <w:r>
        <w:t>میں سمجھتا ہوں کہ یہی وہ دور ہے۔ اتنے لوگ بے خوف ہو گئے ہیں، کچھ بھی کرتے ہیں، اتنے بے خوف ہو گئے ہیں۔</w:t>
      </w:r>
    </w:p>
    <w:p>
      <w:r>
        <w:rPr>
          <w:b/>
        </w:rPr>
        <w:t xml:space="preserve">[1:04:07] </w:t>
      </w:r>
      <w:r>
        <w:t>jis ne malala ko goli mari, zahir hai ke bekhaufi ka kaam tha. aap ko kya aa gaya ke goli marne ke liye? koi ek insan ko qatl karna, woh goli mari thi qatl karne ke liye.</w:t>
      </w:r>
    </w:p>
    <w:p>
      <w:pPr>
        <w:jc w:val="right"/>
      </w:pPr>
      <w:r>
        <w:t>جس نے ملالہ کو گولی ماری، ظاہر ہے کہ بے خوفی کا کام تھا۔ آپ کو کیا آگیا کہ گولی مارنے کے لیے؟ کوئی ایک انسان کو قتل کرنا، وہ گولی ماری تھی قتل کرنے کے لیے۔</w:t>
      </w:r>
    </w:p>
    <w:p>
      <w:r>
        <w:rPr>
          <w:b/>
        </w:rPr>
        <w:t xml:space="preserve">[1:04:18] </w:t>
      </w:r>
      <w:r>
        <w:t>woh to maghrib ja ke ilaaj hua, bach gayi. woh, woh to mari to, woh to qatl karne ke liye.</w:t>
      </w:r>
    </w:p>
    <w:p>
      <w:pPr>
        <w:jc w:val="right"/>
      </w:pPr>
      <w:r>
        <w:t>وہ تو مغرب جا کے علاج ہوا، بچ گئی۔ وہ، وہ تو ماری تو، وہ تو قتل کرنے کے لیے۔</w:t>
      </w:r>
    </w:p>
    <w:p>
      <w:r>
        <w:rPr>
          <w:b/>
        </w:rPr>
        <w:t xml:space="preserve">[1:04:26] </w:t>
      </w:r>
      <w:r>
        <w:t>aur kahin kisi ko qatl karne ka haq hi nahi hai. quran mein aaya hai ke ek insan ko qatl karna, sare insanon ko qatl karna hai. ek ayat hai ke: "man qatala muhammad fajadannar".</w:t>
      </w:r>
    </w:p>
    <w:p>
      <w:pPr>
        <w:jc w:val="right"/>
      </w:pPr>
      <w:r>
        <w:t>اور کہیں کسی کو قتل کرنے کا حق ہی نہیں ہے۔ قرآن میں آیا ہے کہ ایک انسان کو قتل کرنا، سارے انسانوں کو قتل کرنا ہے۔ ایک آیت ہے کہ: "من قتل محمد فجدا جہنم"۔</w:t>
      </w:r>
    </w:p>
    <w:p>
      <w:r>
        <w:rPr>
          <w:b/>
        </w:rPr>
        <w:t xml:space="preserve">[1:04:39] </w:t>
      </w:r>
      <w:r>
        <w:t>aaj kal dharre se musalman musalman ko qatl kar raha hai. har muslim mulk mein daraz daraz goli marte hain musalman musalman ko. har muslim mulk mein.</w:t>
      </w:r>
    </w:p>
    <w:p>
      <w:pPr>
        <w:jc w:val="right"/>
      </w:pPr>
      <w:r>
        <w:t>آج کل دھڑے سے مسلمان مسلمان کو قتل کر رہا ہے۔ ہر مسلم ملک میں دراز دراز گولی مارتے ہیں مسلمان مسلمان کو۔ ہر مسلم ملک میں۔</w:t>
      </w:r>
    </w:p>
    <w:p>
      <w:r>
        <w:rPr>
          <w:b/>
        </w:rPr>
        <w:t xml:space="preserve">[1:04:49] </w:t>
      </w:r>
      <w:r>
        <w:t>aur quran mein hai ke jis ne jaan boojh kar kisi musalman ko mara, to woh jahannum mein jayega. "man qatala muhammad fajadannar".</w:t>
      </w:r>
    </w:p>
    <w:p>
      <w:pPr>
        <w:jc w:val="right"/>
      </w:pPr>
      <w:r>
        <w:t>اور قرآن میں ہے کہ جس نے جان بوجھ کر کسی مسلمان کو مارا، تو وہ جہنم میں جائے گا۔ "من قتل محمد فجدا جہنم"۔</w:t>
      </w:r>
    </w:p>
    <w:p>
      <w:r>
        <w:rPr>
          <w:b/>
        </w:rPr>
        <w:t xml:space="preserve">[1:05:01] </w:t>
      </w:r>
      <w:r>
        <w:t>main to hairaan hoon ke musalman jo hain, kya yeh? yani main aksar yeh kaha karta hoon ke musalman choti kaatne se darta hoga.</w:t>
      </w:r>
    </w:p>
    <w:p>
      <w:pPr>
        <w:jc w:val="right"/>
      </w:pPr>
      <w:r>
        <w:t>میں تو حیران ہوں کہ مسلمان جو ہیں، کیا یہ؟ یعنی میں اکثر یہ کہا کرتا ہوں کہ مسلمان چوٹی کاٹنے سے ڈرتا ہوگا۔</w:t>
      </w:r>
    </w:p>
    <w:p>
      <w:r>
        <w:rPr>
          <w:b/>
        </w:rPr>
        <w:t xml:space="preserve">[1:05:10] </w:t>
      </w:r>
      <w:r>
        <w:t>musalman allah se darta hoga. jitna darta hai musalman choti kaatne se, utna bhi woh allah se nahi darta.</w:t>
      </w:r>
    </w:p>
    <w:p>
      <w:pPr>
        <w:jc w:val="right"/>
      </w:pPr>
      <w:r>
        <w:t>مسلمان اللہ سے ڈرتا ہوگا۔ جتنا ڈرتا ہے مسلمان چوٹی کاٹنے سے، اتنا بھی وہ اللہ سے نہیں ڈرتا۔</w:t>
      </w:r>
    </w:p>
    <w:p>
      <w:r>
        <w:rPr>
          <w:b/>
        </w:rPr>
        <w:t xml:space="preserve">[1:05:19] </w:t>
      </w:r>
      <w:r>
        <w:t>main to apni tanhaiyon mein rota hoon, aur yeh yeh lafz nikalta hai meri zuban se ke musalman choti kaatne se shayad darte hon, allah se nahi darte.</w:t>
      </w:r>
    </w:p>
    <w:p>
      <w:pPr>
        <w:jc w:val="right"/>
      </w:pPr>
      <w:r>
        <w:t>میں تو اپنی تنہائیوں میں روتا ہوں، اور یہ یہ لفظ نکلتا ہے میری زبان سے کہ مسلمان چوٹی کاٹنے سے شاید ڈرتے ہوں، اللہ سے نہیں ڈرتے۔</w:t>
      </w:r>
    </w:p>
    <w:p>
      <w:r>
        <w:rPr>
          <w:b/>
        </w:rPr>
        <w:t xml:space="preserve">[1:05:29] </w:t>
      </w:r>
      <w:r>
        <w:t>woh</w:t>
      </w:r>
    </w:p>
    <w:p>
      <w:pPr>
        <w:jc w:val="right"/>
      </w:pPr>
      <w:r>
        <w:t>وہ</w:t>
      </w:r>
    </w:p>
    <w:p>
      <w:r>
        <w:rPr>
          <w:b/>
        </w:rPr>
        <w:t xml:space="preserve">[1:05:30] </w:t>
      </w:r>
      <w:r>
        <w:t>kuch bhi karte hain, kuch bhi ilzam laga dein, kuch bhi kisi par aib laga dein, kuch bhi kisi ko keh dein ke yeh yahudi agent hai, yeh aur yeh dushmanon ka agent hai.</w:t>
      </w:r>
    </w:p>
    <w:p>
      <w:pPr>
        <w:jc w:val="right"/>
      </w:pPr>
      <w:r>
        <w:t>کچھ بھی کرتے ہیں، کچھ بھی الزام لگا دیں، کچھ بھی کسی پر عیب لگا دیں، کچھ بھی کسی کو کہہ دیں کہ یہ یہودی ایجنٹ ہے، یہ اور یہ دشمنوں کا ایجنٹ ہے۔</w:t>
      </w:r>
    </w:p>
    <w:p>
      <w:r>
        <w:rPr>
          <w:b/>
        </w:rPr>
        <w:t xml:space="preserve">[1:05:42] </w:t>
      </w:r>
      <w:r>
        <w:t>kisi ko kaha kaha yeh kehne ka, yeh kehne ka aap ko haq nahi hai. lekin chuki dil mein khauf nahi hai, allah ki pakad ka woh nahi hai, is liye khoob kehte hain.</w:t>
      </w:r>
    </w:p>
    <w:p>
      <w:pPr>
        <w:jc w:val="right"/>
      </w:pPr>
      <w:r>
        <w:t>کسی کو کہا کہا یہ کہنے کا، یہ کہنے کا آپ کو حق نہیں ہے۔ لیکن چونکہ دل میں خوف نہیں ہے، اللہ کی پکڑ کا وہ نہیں ہے، اس لیے خوب کہتے ہیں۔</w:t>
      </w:r>
    </w:p>
    <w:p>
      <w:r>
        <w:rPr>
          <w:b/>
        </w:rPr>
        <w:t xml:space="preserve">[1:05:58] </w:t>
      </w:r>
      <w:r>
        <w:t>ek saal ka mere paas telephone aaya to maine un se yahi baat kahi. maine kaha ke musalman is ayat ko bhool gaye hain: "yauma yaqoomu alnnasu birabbi alaalameena".</w:t>
      </w:r>
    </w:p>
    <w:p>
      <w:pPr>
        <w:jc w:val="right"/>
      </w:pPr>
      <w:r>
        <w:t>ایک سال کا میرے پاس ٹیلی فون آیا تو میں نے ان سے یہی بات کہی۔ میں نے کہا کہ مسلمان اس آیت کو بھول گئے ہیں: "یوم یقوم الناس رب العالمین"۔</w:t>
      </w:r>
    </w:p>
    <w:p>
      <w:r>
        <w:rPr>
          <w:b/>
        </w:rPr>
        <w:t xml:space="preserve">[1:06:10] </w:t>
      </w:r>
      <w:r>
        <w:t>jis din khade honge log allah rabb-ul-alameen ke samne, yeh tasawwur bhi kapkapa deta hai ke ek din woh waqt aayega ke jab main allah ke samne khada hounga.</w:t>
      </w:r>
    </w:p>
    <w:p>
      <w:pPr>
        <w:jc w:val="right"/>
      </w:pPr>
      <w:r>
        <w:t>جس دن کھڑے ہوں گے لوگ اللہ رب العالمین کے سامنے، یہ تصور بھی کپکپا دیتا ہے کہ ایک دن وہ وقت آئے گا کہ جب میں اللہ کے سامنے کھڑا ہوں گا۔</w:t>
      </w:r>
    </w:p>
    <w:p>
      <w:r>
        <w:rPr>
          <w:b/>
        </w:rPr>
        <w:t xml:space="preserve">[1:06:21] </w:t>
      </w:r>
      <w:r>
        <w:t>bilkul yeh kapkapi taari ho jati hai, lekin musalmanon ko kuch bhi nahi.</w:t>
      </w:r>
    </w:p>
    <w:p>
      <w:pPr>
        <w:jc w:val="right"/>
      </w:pPr>
      <w:r>
        <w:t>بالکل یہ کپکپی طاری ہو جاتی ہے، لیکن مسلمانوں کو کچھ بھی نہیں۔</w:t>
      </w:r>
    </w:p>
    <w:p>
      <w:r>
        <w:rPr>
          <w:b/>
        </w:rPr>
        <w:t xml:space="preserve">[1:06:26] </w:t>
      </w:r>
      <w:r>
        <w:t>jin ko maine telephone pe baat ki, unhein kuch bhi, kuch bhi nahi. bas bas sun liya, khali unhon ne: "yauma yaqoomu alnnasu birabbi alaalameena".</w:t>
      </w:r>
    </w:p>
    <w:p>
      <w:pPr>
        <w:jc w:val="right"/>
      </w:pPr>
      <w:r>
        <w:t>جن کو میں نے ٹیلی فون پہ بات کی، انہیں کچھ بھی، کچھ بھی نہیں۔ بس بس سن لیا، خالی انہوں نے: "یوم یقوم الناس رب العالمین"۔</w:t>
      </w:r>
    </w:p>
    <w:p>
      <w:r>
        <w:rPr>
          <w:b/>
        </w:rPr>
        <w:t xml:space="preserve">[1:06:35] </w:t>
      </w:r>
      <w:r>
        <w:t>to jirah ki baat yeh hai, mere apne mutale ke mutabiq musalman allah ki pakad se bekhauf ho gaye hain.</w:t>
      </w:r>
    </w:p>
    <w:p>
      <w:pPr>
        <w:jc w:val="right"/>
      </w:pPr>
      <w:r>
        <w:t>تو جرح کی بات یہ ہے، میرے اپنے مطالعے کے مطابق مسلمان اللہ کی پکڑ سے بے خوف ہو گئے ہیں۔</w:t>
      </w:r>
    </w:p>
    <w:p>
      <w:r>
        <w:rPr>
          <w:b/>
        </w:rPr>
        <w:t xml:space="preserve">[1:06:45] </w:t>
      </w:r>
      <w:r>
        <w:t>bazahir namaz ko parhta hai, dor dorai rakhta hai, lambe lambe karte logon ke hain, lekin Allah ka khof dilon mein nahi hai.</w:t>
      </w:r>
    </w:p>
    <w:p>
      <w:pPr>
        <w:jc w:val="right"/>
      </w:pPr>
      <w:r>
        <w:t>بظاہر نماز کو پڑھتا ہے، دوڑ دوڑائی رکھتا ہے، لمبے لمبے کرتے لوگوں کے ہیں، لیکن اللہ کا خوف دلوں میں نہیں ہے۔</w:t>
      </w:r>
    </w:p>
    <w:p>
      <w:r>
        <w:rPr>
          <w:b/>
        </w:rPr>
        <w:t xml:space="preserve">[1:06:53] </w:t>
      </w:r>
      <w:r>
        <w:t>maulana, agla sawal dilli se hai shahab haider sahab ka, aur unhon ne likha hai: "maulana, just for gaining knowledge, if i want to know that if partition of a country in the name of islam is wrong, then how it is it possible to increase the believers of islam</w:t>
      </w:r>
    </w:p>
    <w:p>
      <w:pPr>
        <w:jc w:val="right"/>
      </w:pPr>
      <w:r>
        <w:t>مولانا، اگلا سوال دلی سے ہے شہاب حیدر صاحب کا، اور انہوں نے لکھا ہے: "مولانا، جسٹ فار گیننگ نالج، اف آئی وانٹ ٹو نو دیٹ اف پارٹیشن اف ا کنٹری ان دا نیم اف اسلام از رونگ، دین ہاؤ اٹ از اٹ پوسیبل ٹو انکریز دا بیلیورز اف اسلام</w:t>
      </w:r>
    </w:p>
    <w:p>
      <w:r>
        <w:rPr>
          <w:b/>
        </w:rPr>
        <w:t xml:space="preserve">[1:07:15] </w:t>
      </w:r>
      <w:r>
        <w:t>? because as people accept islamic faith, their population will demand for partition, as other believers would not like the faith and style of islam.</w:t>
      </w:r>
    </w:p>
    <w:p>
      <w:pPr>
        <w:jc w:val="right"/>
      </w:pPr>
      <w:r>
        <w:t>؟ بیکاز ایز پیپل ایکسیپٹ اسلامک فیتھ، دیر پاپولیشن ول ڈیمانڈ فار پارٹیشن، ایز ادر بیلیورز وڈ ناٹ لائک دا فیتھ اینڈ سٹائل اف اسلام۔</w:t>
      </w:r>
    </w:p>
    <w:p>
      <w:r>
        <w:rPr>
          <w:b/>
        </w:rPr>
        <w:t xml:space="preserve">[1:07:28] </w:t>
      </w:r>
      <w:r>
        <w:t>what is your comment?" dekhiye, yeh logic aap ki sahi nahi hai. basic baat yeh aap mujhe bataiye ke partition quran o hadith mein kahan likha hua hai?</w:t>
      </w:r>
    </w:p>
    <w:p>
      <w:pPr>
        <w:jc w:val="right"/>
      </w:pPr>
      <w:r>
        <w:t>واٹ از یور کمنٹ؟" دیکھیے، یہ لاجک آپ کی صحیح نہیں ہے۔ بیسک بات یہ آپ مجھے بتائیے کہ پارٹیشن قرآن و حدیث میں کہاں لکھا ہوا ہے؟</w:t>
      </w:r>
    </w:p>
    <w:p>
      <w:r>
        <w:rPr>
          <w:b/>
        </w:rPr>
        <w:t xml:space="preserve">[1:07:39] </w:t>
      </w:r>
      <w:r>
        <w:t>rasool Allah ne kaha makkah bare mein kaha ke makkah mujhe partition kar ke adha hissa do, mujhe mein madine nahi jaunga. jab makkah walon ne pareshan kiya, aap madine chale gaye to aap kehte hain ke mujhe madina nahi jana, mujhe ek hissa partition kar ke do makkah ka, mein yahan rahunga, mera watan hai yeh.</w:t>
      </w:r>
    </w:p>
    <w:p>
      <w:pPr>
        <w:jc w:val="right"/>
      </w:pPr>
      <w:r>
        <w:t>رسول اللہ نے کہا مکہ بارے میں کہا کہ مکہ مجھے پارٹیشن کر کے ادھا حصہ دو، مجھے میں مدینے نہیں جاؤں گا۔ جب مکے والوں نے پریشان کیا، آپ مدینہ چلے گئے تو آپ کہتے ہیں کہ مجھے مدینہ نہیں جانا، مجھے ایک حصہ پارٹیشن کر کے دو مکہ کا، میں یہاں رہوں گا، میرا وطن ہے یہ۔</w:t>
      </w:r>
    </w:p>
    <w:p>
      <w:r>
        <w:rPr>
          <w:b/>
        </w:rPr>
        <w:t xml:space="preserve">[1:08:00] </w:t>
      </w:r>
      <w:r>
        <w:t>to partition ka concept pehle quran o hadith mein nikaliye, phir is par baatein kahiye. yeh sab logic jo aap ki hai, bilkul irrelevant hai.</w:t>
      </w:r>
    </w:p>
    <w:p>
      <w:pPr>
        <w:jc w:val="right"/>
      </w:pPr>
      <w:r>
        <w:t>تو پارٹیشن کا کانسیپٹ پہلے قرآن و حدیث میں نکالیے، پھر اس پر باتیں کہیے۔ یہ سب لاجک جو آپ کی ہے، بالکل اریلیونٹ ہے۔</w:t>
      </w:r>
    </w:p>
    <w:p>
      <w:r>
        <w:rPr>
          <w:b/>
        </w:rPr>
        <w:t xml:space="preserve">[1:08:10] </w:t>
      </w:r>
      <w:r>
        <w:t>sab se pehla kaam yeh hai ke jo aadmi partition ko sahi samajhta hai, woh mujhe bataye ke quran o hadith mein kahan hai partition concept?</w:t>
      </w:r>
    </w:p>
    <w:p>
      <w:pPr>
        <w:jc w:val="right"/>
      </w:pPr>
      <w:r>
        <w:t>سب سے پہلا کام یہ ہے کہ جو آدمی پارٹیشن کو صحیح سمجھتا ہے، وہ مجھے بتائے کہ قرآن و حدیث میں کہاں ہے پارٹیشن کانسیپٹ؟</w:t>
      </w:r>
    </w:p>
    <w:p>
      <w:r>
        <w:rPr>
          <w:b/>
        </w:rPr>
        <w:t xml:space="preserve">[1:08:19] </w:t>
      </w:r>
      <w:r>
        <w:t>woh to hai hi nahi.</w:t>
      </w:r>
    </w:p>
    <w:p>
      <w:pPr>
        <w:jc w:val="right"/>
      </w:pPr>
      <w:r>
        <w:t>وہ تو ہے ہی نہیں۔</w:t>
      </w:r>
    </w:p>
    <w:p>
      <w:r>
        <w:rPr>
          <w:b/>
        </w:rPr>
        <w:t xml:space="preserve">[1:08:24] </w:t>
      </w:r>
      <w:r>
        <w:t>bilkul yeh yani ajnabi hai yeh tasawwur quran o hadith mein.</w:t>
      </w:r>
    </w:p>
    <w:p>
      <w:pPr>
        <w:jc w:val="right"/>
      </w:pPr>
      <w:r>
        <w:t>بالکل یہ یعنی اجنبی ہے یہ تصور قرآن و حدیث میں۔</w:t>
      </w:r>
    </w:p>
    <w:p>
      <w:r>
        <w:rPr>
          <w:b/>
        </w:rPr>
        <w:t xml:space="preserve">[1:08:30] </w:t>
      </w:r>
      <w:r>
        <w:t>mein ne bar bar parha hai quran o hadith ko, sunnat rasool ko, mujhe to kahin mila nahi. kisi ko mila hai to mujhe bataye, woh kahan woh ayat hai, kahan woh hadith hai jahan partition ka tasawwur maujood hai?</w:t>
      </w:r>
    </w:p>
    <w:p>
      <w:pPr>
        <w:jc w:val="right"/>
      </w:pPr>
      <w:r>
        <w:t>میں نے بار بار پڑھا ہے قرآن و حدیث کو، سنت رسول کو، مجھے تو کہیں ملا نہیں۔ کسی کو ملا ہے تو مجھے بتائے، وہ کہاں وہ آیت ہے، کہاں وہ حدیث ہے جہاں پارٹیشن کا تصور موجود ہے؟</w:t>
      </w:r>
    </w:p>
    <w:p>
      <w:r>
        <w:rPr>
          <w:b/>
        </w:rPr>
        <w:t xml:space="preserve">[1:08:47] </w:t>
      </w:r>
      <w:r>
        <w:t>islam yeh hai ke aap sare insano ko ek samjhein, sari dunya ko Allah ka banda samjhein, aur sab ko yeksan darje mein sab se mohabbat karein.</w:t>
      </w:r>
    </w:p>
    <w:p>
      <w:pPr>
        <w:jc w:val="right"/>
      </w:pPr>
      <w:r>
        <w:t>اسلام یہ ہے کہ آپ سارے انسانوں کو ایک سمجھیں، ساری دنیا کو اللہ کا بندہ سمجھیں، اور سب کو یکساں درجے میں سب سے محبت کریں۔</w:t>
      </w:r>
    </w:p>
    <w:p>
      <w:r>
        <w:rPr>
          <w:b/>
        </w:rPr>
        <w:t xml:space="preserve">[1:09:00] </w:t>
      </w:r>
      <w:r>
        <w:t>sab yeksan darje mein sab ke khair khwahon, aur ek hi cheez aap ka nishana hona chahiye, woh hai Allah ke bhagaon ko bachana. bas aur koi nishana nahi.</w:t>
      </w:r>
    </w:p>
    <w:p>
      <w:pPr>
        <w:jc w:val="right"/>
      </w:pPr>
      <w:r>
        <w:t>سب ایکساں درجے میں سب کے خیر خواہوں، اور ایک ہی چیز آپ کا نشانہ ہونا چاہیے، وہ ہے اللہ کے بھگاؤں کو بچانا۔ بس اور کوئی نشانہ نہیں۔</w:t>
      </w:r>
    </w:p>
    <w:p>
      <w:r>
        <w:rPr>
          <w:b/>
        </w:rPr>
        <w:t xml:space="preserve">[1:09:18] </w:t>
      </w:r>
      <w:r>
        <w:t>maulana, agla sawal doctor muslema siddiqui ka hai dilli se, aur unhon ne likha hai ke: "muslims negativity against the west has gone beyond limit.</w:t>
      </w:r>
    </w:p>
    <w:p>
      <w:pPr>
        <w:jc w:val="right"/>
      </w:pPr>
      <w:r>
        <w:t>مولانا، اگلا سوال ڈاکٹر مسلمہ صدیقی کا ہے دلی سے، اور انہوں نے لکھا ہے کہ: "مسلمز نیگیٹیوٹی اگینسٹ دا ویسٹ ہیز گون بیونڈ لیمٹ۔</w:t>
      </w:r>
    </w:p>
    <w:p>
      <w:r>
        <w:rPr>
          <w:b/>
        </w:rPr>
        <w:t xml:space="preserve">[1:09:31] </w:t>
      </w:r>
      <w:r>
        <w:t>even their good acts are interpreted as acts of conspiracy. how can this situation be reformed?</w:t>
      </w:r>
    </w:p>
    <w:p>
      <w:pPr>
        <w:jc w:val="right"/>
      </w:pPr>
      <w:r>
        <w:t>ایون دیر گڈ ایکٹس ار انٹرپریٹڈ ایز ایکٹس اف کانسپیریسی۔ ہاؤ کین دس سچویشن بی ریفارمڈ؟</w:t>
      </w:r>
    </w:p>
    <w:p>
      <w:r>
        <w:rPr>
          <w:b/>
        </w:rPr>
        <w:t xml:space="preserve">[1:09:40] </w:t>
      </w:r>
      <w:r>
        <w:t>what is your advice?"</w:t>
      </w:r>
    </w:p>
    <w:p>
      <w:pPr>
        <w:jc w:val="right"/>
      </w:pPr>
      <w:r>
        <w:t>واٹ از یور ایڈوائس؟"</w:t>
      </w:r>
    </w:p>
    <w:p>
      <w:r>
        <w:rPr>
          <w:b/>
        </w:rPr>
        <w:t xml:space="preserve">[1:09:44] </w:t>
      </w:r>
      <w:r>
        <w:t>dekhiye, jab mein quran ko parhta hoon ke shaitan ne yeh kaha tha ke: "la la tanka al-dhariyata illa qalila", yani mein apne raste par sab ko daal dunga.</w:t>
      </w:r>
    </w:p>
    <w:p>
      <w:pPr>
        <w:jc w:val="right"/>
      </w:pPr>
      <w:r>
        <w:t>دیکھیے، جب میں قرآن کو پڑھتا ہوں کہ شیطان نے یہ کہا تھا کہ: "لا لا تنک الذریۃ الا قلیلا"، یعنی میں اپنے راستے پر سب کو ڈال دوں گا۔</w:t>
      </w:r>
    </w:p>
    <w:p>
      <w:r>
        <w:rPr>
          <w:b/>
        </w:rPr>
        <w:t xml:space="preserve">[1:09:58] </w:t>
      </w:r>
      <w:r>
        <w:t>phir shaitan ka rasta kya tha? adam ko apna rival banana, apna dushman banana. jo sazish ki aur dushmani ki zuban bolta hai, woh bilashuba shaitan ki pairvi karta hai.</w:t>
      </w:r>
    </w:p>
    <w:p>
      <w:pPr>
        <w:jc w:val="right"/>
      </w:pPr>
      <w:r>
        <w:t>پھر شیطان کا راستہ کیا تھا؟ آدم کو اپنا رائیول بنانا، اپنا دشمن بنانا۔ جو سازش کی اور دشمنی کی زبان بولتا ہے، وہ بلاشبہ شیطان کی پیروی کرتا ہے۔</w:t>
      </w:r>
    </w:p>
    <w:p>
      <w:r>
        <w:rPr>
          <w:b/>
        </w:rPr>
        <w:t xml:space="preserve">[1:10:13] </w:t>
      </w:r>
      <w:r>
        <w:t>yeh yeh jo yeh yeh zuban shaitan ki zuban hai, yeh momin ki zuban hi nahi hai ke falan sazish kar raha hai, falan hamara dushman hai.</w:t>
      </w:r>
    </w:p>
    <w:p>
      <w:pPr>
        <w:jc w:val="right"/>
      </w:pPr>
      <w:r>
        <w:t>یہ یہ جو یہ یہ زبان شیطان کی زبان ہے، یہ مومن کی زبان ہی نہیں ہے کہ فلاں سازش کر رہا ہے، فلاں ہمارا دشمن ہے۔</w:t>
      </w:r>
    </w:p>
    <w:p>
      <w:r>
        <w:rPr>
          <w:b/>
        </w:rPr>
        <w:t xml:space="preserve">[1:10:22] </w:t>
      </w:r>
      <w:r>
        <w:t>yeh shaitani language hai. mein is is language ko bilashuba satanic language samajhta hoon.</w:t>
      </w:r>
    </w:p>
    <w:p>
      <w:pPr>
        <w:jc w:val="right"/>
      </w:pPr>
      <w:r>
        <w:t>یہ شیطانی لینگویج ہے۔ میں اس اس لینگویج کو بلاشبہ سیٹنک لینگویج سمجھتا ہوں۔</w:t>
      </w:r>
    </w:p>
    <w:p>
      <w:r>
        <w:rPr>
          <w:b/>
        </w:rPr>
        <w:t xml:space="preserve">[1:10:32] </w:t>
      </w:r>
      <w:r>
        <w:t>aap dawat dijiye har ek ko. rasool Allah sallallahu alaihi wasallam har ek ko dawat di.</w:t>
      </w:r>
    </w:p>
    <w:p>
      <w:pPr>
        <w:jc w:val="right"/>
      </w:pPr>
      <w:r>
        <w:t>آپ دعوت دیجئے ہر ایک کو۔ رسول اللہ صلی اللہ علیہ وسلم ہر ایک کو دعوت دی۔</w:t>
      </w:r>
    </w:p>
    <w:p>
      <w:r>
        <w:rPr>
          <w:b/>
        </w:rPr>
        <w:t xml:space="preserve">[1:10:39] </w:t>
      </w:r>
      <w:r>
        <w:t>yeh aap ko kis ne haq diya ke aap yeh declare karein ke falan sazish kar raha hai, falan dushman hai, falan ko hamein goli marna hai? yeh kis ne right diya aap ko?</w:t>
      </w:r>
    </w:p>
    <w:p>
      <w:pPr>
        <w:jc w:val="right"/>
      </w:pPr>
      <w:r>
        <w:t>یہ آپ کو کس نے حق دیا کہ آپ یہ ڈیکلیئر کریں کہ فلاں سازش کر رہا ہے، فلاں دشمن ہے، فلاں کو ہمیں گولی مارنا ہے؟ یہ کس نے رائٹ دیا آپ کو؟</w:t>
      </w:r>
    </w:p>
    <w:p>
      <w:r>
        <w:rPr>
          <w:b/>
        </w:rPr>
        <w:t xml:space="preserve">[1:10:50] </w:t>
      </w:r>
      <w:r>
        <w:t>is ke koi mere nazdeek yeh sab ke sab bilkul baseless baatein hain. is ka koi quran o hadith mein is ki koi jagah nahi hai.</w:t>
      </w:r>
    </w:p>
    <w:p>
      <w:pPr>
        <w:jc w:val="right"/>
      </w:pPr>
      <w:r>
        <w:t>اس کے کوئی میرے نزدیک یہ سب کے سب بالکل بیسلیس باتیں ہیں۔ اس کا کوئی قرآن و حدیث میں اس کی کوئی جگہ نہیں ہے۔</w:t>
      </w:r>
    </w:p>
    <w:p>
      <w:r>
        <w:rPr>
          <w:b/>
        </w:rPr>
        <w:t xml:space="preserve">[1:11:00] </w:t>
      </w:r>
      <w:r>
        <w:t>maulana, agla sawal moradabad se farooq sahab ka hai, aur unhon ne likha hai ke: "recently the canada government announce the honorary citizenship for malala yousafzai.</w:t>
      </w:r>
    </w:p>
    <w:p>
      <w:pPr>
        <w:jc w:val="right"/>
      </w:pPr>
      <w:r>
        <w:t>مولانا، اگلا سوال مراد آباد سے فاروق صاحب کا ہے، اور انہوں نے لکھا ہے کہ: "ریسنٹلی دی کینیڈا گورنمنٹ اناؤنس دی آنرری سٹیزن شپ فار ملالہ یوسف زائی۔</w:t>
      </w:r>
    </w:p>
    <w:p>
      <w:r>
        <w:rPr>
          <w:b/>
        </w:rPr>
        <w:t xml:space="preserve">[1:11:14] </w:t>
      </w:r>
      <w:r>
        <w:t>one of my friend mention to me that malala yousafzai should reject the citizenship because islam commands that muslim can not accept citizenship of non islamic countries." yeh kahan?</w:t>
      </w:r>
    </w:p>
    <w:p>
      <w:pPr>
        <w:jc w:val="right"/>
      </w:pPr>
      <w:r>
        <w:t>ون آف مائی فرینڈ مینشن ٹو می دیٹ ملالہ یوسف زائی شوڈ ریجیکٹ دی سٹیزن شپ بیکاز اسلام کمانڈز دیٹ مسلم کین ناٹ ایکسیپٹ سٹیزن شپ اف نان اسلامک کنٹریز۔" یہ کہاں؟</w:t>
      </w:r>
    </w:p>
    <w:p>
      <w:r>
        <w:rPr>
          <w:b/>
        </w:rPr>
        <w:t xml:space="preserve">[1:11:30] </w:t>
      </w:r>
      <w:r>
        <w:t>yeh to bilkul laghu baat hai. kahan islam kehta hai ke wahan wahan wahan woh? yeh kahan se islam? kis kis quran mein likha hua hai? log apni laghu baaton ko islam ki taraf mansoob karte hain.</w:t>
      </w:r>
    </w:p>
    <w:p>
      <w:pPr>
        <w:jc w:val="right"/>
      </w:pPr>
      <w:r>
        <w:t>یہ تو بالکل لغو بات ہے۔ کہاں اسلام کہتا ہے کہ وہاں وہاں وہاں وہ؟ یہ کہاں سے اسلام؟ کس کس قرآن میں لکھا ہوا ہے؟ لوگ اپنی لغو باتوں کو اسلام کی طرف منسوب کرتے ہیں۔</w:t>
      </w:r>
    </w:p>
    <w:p>
      <w:r>
        <w:rPr>
          <w:b/>
        </w:rPr>
        <w:t xml:space="preserve">[1:11:44] </w:t>
      </w:r>
      <w:r>
        <w:t>kahan quran mein likha hua hai ke kisi ke silsile mein? aur sare musalman jo ja ja kar ke amreeka ke selzar bane hue hain, woh jaiz hain ke najaiz hain?</w:t>
      </w:r>
    </w:p>
    <w:p>
      <w:pPr>
        <w:jc w:val="right"/>
      </w:pPr>
      <w:r>
        <w:t>کہاں قرآن میں لکھا ہوا ہے کہ کسی کے سلسلے میں؟ اور سارے مسلمان جو جا جا کر کے امریکہ کے سیلزر بنے ہوئے ہیں، وہ جائز ہیں کہ ناجائز ہیں؟</w:t>
      </w:r>
    </w:p>
    <w:p>
      <w:r>
        <w:rPr>
          <w:b/>
        </w:rPr>
        <w:t xml:space="preserve">[1:11:55] </w:t>
      </w:r>
      <w:r>
        <w:t>aap is ko kyun malale ke oopar apply karte hain? dunya bhar ke musalmanon mein har ghar mein koi na koi ja kar ke wahan europe mein, amreeka mein basa hua, aur wahan ka selzership le rakhi hai.</w:t>
      </w:r>
    </w:p>
    <w:p>
      <w:pPr>
        <w:jc w:val="right"/>
      </w:pPr>
      <w:r>
        <w:t>آپ اس کو کیوں ملالے کے اوپر اپلائی کرتے ہیں؟ دنیا بھر کے مسلمانوں میں ہر گھر میں کوئی نہ کوئی جا کر کے وہاں یورپ میں، امریکہ میں بسا ہوا، اور وہاں کا سیلزر شپ لے رکھی ہے۔</w:t>
      </w:r>
    </w:p>
    <w:p>
      <w:r>
        <w:rPr>
          <w:b/>
        </w:rPr>
        <w:t xml:space="preserve">[1:12:06] </w:t>
      </w:r>
      <w:r>
        <w:t>is ne woh jaiz hai ke najaiz hai?</w:t>
      </w:r>
    </w:p>
    <w:p>
      <w:pPr>
        <w:jc w:val="right"/>
      </w:pPr>
      <w:r>
        <w:t>اس نے وہ جائز ہے کہ ناجائز ہے؟</w:t>
      </w:r>
    </w:p>
    <w:p>
      <w:r>
        <w:rPr>
          <w:b/>
        </w:rPr>
        <w:t xml:space="preserve">[1:12:10] </w:t>
      </w:r>
      <w:r>
        <w:t>yeh sab bohat hi bohat hi ziyada galat baatein hain, aur bilashuba allah ki taraf pakad hogi. aise aise alfaaz bolne par pakad hogi allah taala ki.</w:t>
      </w:r>
    </w:p>
    <w:p>
      <w:pPr>
        <w:jc w:val="right"/>
      </w:pPr>
      <w:r>
        <w:t>یہ سب بہت ہی بہت ہی زیادہ غلط باتیں ہیں، اور بلاشبہ اللہ کی طرف پکڑ ہوگی۔ ایسے ایسے الفاظ بولنے پر پکڑ ہوگی اللہ تعالی کی۔</w:t>
      </w:r>
    </w:p>
    <w:p>
      <w:r>
        <w:rPr>
          <w:b/>
        </w:rPr>
        <w:t xml:space="preserve">[1:12:20] </w:t>
      </w:r>
      <w:r>
        <w:t>yani million billion musalman ja ke wahan reh rahe hain, canada mein, amreeka mein, europe mein, aur selzership le rakhi hai. aur jo sahib ne yeh kaha, un ka bhi koi na koi rishtedar wahan maujood hoga.</w:t>
      </w:r>
    </w:p>
    <w:p>
      <w:pPr>
        <w:jc w:val="right"/>
      </w:pPr>
      <w:r>
        <w:t>یعنی ملین بلین مسلمان جا کے وہاں رہ رہے ہیں، کینیڈا میں، امریکہ میں، یورپ میں، اور سیلزر شپ لے رکھی ہے۔ اور جو صاحب نے یہ کہا، ان کا بھی کوئی نہ کوئی رشتہ دار وہاں موجود ہوگا۔</w:t>
      </w:r>
    </w:p>
    <w:p>
      <w:r>
        <w:rPr>
          <w:b/>
        </w:rPr>
        <w:t xml:space="preserve">[1:12:36] </w:t>
      </w:r>
      <w:r>
        <w:t>mein samajhta hoon ke itne insincere ho gaye hain, muslim itne insincere ho gaye hain, is ki koi had o hisab nahin.</w:t>
      </w:r>
    </w:p>
    <w:p>
      <w:pPr>
        <w:jc w:val="right"/>
      </w:pPr>
      <w:r>
        <w:t>میں سمجھتا ہوں کہ اتنے انسینسئر ہو گئے ہیں، مسلم اتنے انسینسئر ہو گئے ہیں، اس کی کوئی حد و حساب نہیں۔</w:t>
      </w:r>
    </w:p>
    <w:p>
      <w:r>
        <w:rPr>
          <w:b/>
        </w:rPr>
        <w:t xml:space="preserve">[1:12:43] </w:t>
      </w:r>
      <w:r>
        <w:t>maulana, agla ek comment aur question hai jo maulana abdul basit umri ne bheja hai, doha qatar se. unhon ne likha hai: "maulana, kyun aisa hua ke musalman daur science se pehle to islam ki numaindagi karte hue dikhai dete hain, lekin daur science ke baad musalman islam ki numaindagi karne se aajiz hain?</w:t>
      </w:r>
    </w:p>
    <w:p>
      <w:pPr>
        <w:jc w:val="right"/>
      </w:pPr>
      <w:r>
        <w:t>مولانا، اگلا ایک کمنٹ اور کوئسچن ہے جو مولانا عبدالباسط عمری نے بھیجا ہے، دوحہ قطر سے۔ انہوں نے لکھا ہے: "مولانا، کیوں ایسا ہوا کہ مسلمان دور سائنس سے پہلے تو اسلام کی نمائندگی کرتے ہوئے دکھائی دیتے ہیں، لیکن دور سائنس کے بعد مسلمان اسلام کی نمائندگی کرنے سے عاجز ہیں؟</w:t>
      </w:r>
    </w:p>
    <w:p>
      <w:r>
        <w:rPr>
          <w:b/>
        </w:rPr>
        <w:t xml:space="preserve">[1:13:10] </w:t>
      </w:r>
      <w:r>
        <w:t>sirf aap hi ek aalim hain jo jadeed mind ko address karte hain, aur aap ki kitabein aur taqreerein parh kar shukr aur islam par sabit qadmi paida hota hai.</w:t>
      </w:r>
    </w:p>
    <w:p>
      <w:pPr>
        <w:jc w:val="right"/>
      </w:pPr>
      <w:r>
        <w:t>صرف آپ ہی ایک عالم ہیں جو جدید مائنڈ کو ایڈریس کرتے ہیں، اور آپ کی کتابیں اور تقریریں پڑھ کر شکر اور اسلام پر ثابت قدمی پیدا ہوتا ہے۔</w:t>
      </w:r>
    </w:p>
    <w:p>
      <w:r>
        <w:rPr>
          <w:b/>
        </w:rPr>
        <w:t xml:space="preserve">[1:13:24] </w:t>
      </w:r>
      <w:r>
        <w:t>science ne jo shukook o shubhat shubhat paida kiye thay, woh door hote hain."</w:t>
      </w:r>
    </w:p>
    <w:p>
      <w:pPr>
        <w:jc w:val="right"/>
      </w:pPr>
      <w:r>
        <w:t>سائنس نے جو شکوک و شبہات شبہات پیدا کیے تھے، وہ دور ہوتے ہیں۔"</w:t>
      </w:r>
    </w:p>
    <w:p>
      <w:r>
        <w:rPr>
          <w:b/>
        </w:rPr>
        <w:t xml:space="preserve">[1:13:32] </w:t>
      </w:r>
      <w:r>
        <w:t>asal mein dekhiye, jo jis ko kehte hain nauabadi daur, yani colonial colonializm, jis ko kehte hain, us se pehle musalmanon ka yeh haal nahin tha.</w:t>
      </w:r>
    </w:p>
    <w:p>
      <w:pPr>
        <w:jc w:val="right"/>
      </w:pPr>
      <w:r>
        <w:t>اصل میں دیکھیے، جو جس کو کہتے ہیں نوآبادی دور، یعنی کلونیل کلونیلزم، جس کو کہتے ہیں، اس سے پہلے مسلمانوں کا یہ حال نہیں تھا۔</w:t>
      </w:r>
    </w:p>
    <w:p>
      <w:r>
        <w:rPr>
          <w:b/>
        </w:rPr>
        <w:t xml:space="preserve">[1:13:45] </w:t>
      </w:r>
      <w:r>
        <w:t>us ke baad yeh haal hua ke nafrat, nafrat, hate, hate. to colonial period ke baad jo nafratein aayin musalmanon mein, sare alam, har har aadmi, chahe mister ho ya maulvi, nafrat karne laga.</w:t>
      </w:r>
    </w:p>
    <w:p>
      <w:pPr>
        <w:jc w:val="right"/>
      </w:pPr>
      <w:r>
        <w:t>اس کے بعد یہ حال ہوا کہ نفرت، نفرت، ہیٹ، ہیٹ۔ تو کلونیل پیریڈ کے بعد جو نفرتیں آئیں مسلمانوں میں، سارے عالم، ہر ہر آدمی، چاہے مسٹر ہو یا مولوی، نفرت کرنے لگا۔</w:t>
      </w:r>
    </w:p>
    <w:p>
      <w:r>
        <w:rPr>
          <w:b/>
        </w:rPr>
        <w:t xml:space="preserve">[1:13:59] </w:t>
      </w:r>
      <w:r>
        <w:t>is ki wajah se yeh sab masle paida hue hain. is se pehle musalmanon mein aisa nahin tha.</w:t>
      </w:r>
    </w:p>
    <w:p>
      <w:pPr>
        <w:jc w:val="right"/>
      </w:pPr>
      <w:r>
        <w:t>اس کی وجہ سے یہ سب مسئلے پیدا ہوئے ہیں۔ اس سے پہلے مسلمانوں میں ایسا نہیں تھا۔</w:t>
      </w:r>
    </w:p>
    <w:p>
      <w:r>
        <w:rPr>
          <w:b/>
        </w:rPr>
        <w:t xml:space="preserve">[1:14:11] </w:t>
      </w:r>
      <w:r>
        <w:t>maulana, agla sawal bangalore se aaya hai, naseerullah sahib ka, aur unhon ne likha hai: "maulana, mein ek sahib se aman ke sath dawat ki baat kar raha tha to fori unhon ne yeh alfaaz kahe ke haq o batil mein kashmakash to qayamat tak jari rahega.</w:t>
      </w:r>
    </w:p>
    <w:p>
      <w:pPr>
        <w:jc w:val="right"/>
      </w:pPr>
      <w:r>
        <w:t>مولانا، اگلا سوال بینگلور سے آیا ہے، نصیر اللہ صاحب کا، اور انہوں نے لکھا ہے: "مولانا، میں ایک صاحب سے امن کے ساتھ دعوت کی بات کر رہا تھا تو فوری انہوں نے یہ الفاظ کہے کہ حق و باطل میں کشمکش تو قیامت تک جاری رہے گا۔</w:t>
      </w:r>
    </w:p>
    <w:p>
      <w:r>
        <w:rPr>
          <w:b/>
        </w:rPr>
        <w:t xml:space="preserve">[1:14:33] </w:t>
      </w:r>
      <w:r>
        <w:t>maulana, aise alfaaz ka mughalta kaise door karein? is ke bar</w:t>
      </w:r>
    </w:p>
    <w:p>
      <w:pPr>
        <w:jc w:val="right"/>
      </w:pPr>
      <w:r>
        <w:t>مولانا، ایسے الفاظ کا مغالطہ کیسے دور کریں؟ اس کے بار</w:t>
      </w:r>
    </w:p>
    <w:p>
      <w:r>
        <w:rPr>
          <w:b/>
        </w:rPr>
        <w:t xml:space="preserve">[1:14:38] </w:t>
      </w:r>
      <w:r>
        <w:t>e mein bataein." pehle un se yeh poochein, kahan likha hai quran o hadith mein? yeh to un ki apne dimagh ki baatein hain. jo aisa kahe, us se poochein, kahan likha hua hai quran o hadith mein?</w:t>
      </w:r>
    </w:p>
    <w:p>
      <w:pPr>
        <w:jc w:val="right"/>
      </w:pPr>
      <w:r>
        <w:t>ے میں بتائیں۔" پہلے ان سے یہ پوچھیں، کہاں لکھا ہے قرآن و حدیث میں؟ یہ تو ان کی اپنے دماغ کی باتیں ہیں۔ جو ایسا کہے، اس سے پوچھیں، کہاں لکھا ہوا ہے قرآن و حدیث میں؟</w:t>
      </w:r>
    </w:p>
    <w:p>
      <w:r>
        <w:rPr>
          <w:b/>
        </w:rPr>
        <w:t xml:space="preserve">[1:14:49] </w:t>
      </w:r>
      <w:r>
        <w:t>qayamat tak jari rahegi, qayamat tak dawat jari rahegi. yeh to hai ladai jari rahegi qayamat tak.</w:t>
      </w:r>
    </w:p>
    <w:p>
      <w:pPr>
        <w:jc w:val="right"/>
      </w:pPr>
      <w:r>
        <w:t>قیامت تک جاری رہے گی، قیامت تک دعوت جاری رہے گی۔ یہ تو ہے لڑائی جاری رہے گی قیامت تک۔</w:t>
      </w:r>
    </w:p>
    <w:p>
      <w:r>
        <w:rPr>
          <w:b/>
        </w:rPr>
        <w:t xml:space="preserve">[1:14:58] </w:t>
      </w:r>
      <w:r>
        <w:t>yeh to bilkul khud sakhta baatein hain.</w:t>
      </w:r>
    </w:p>
    <w:p>
      <w:pPr>
        <w:jc w:val="right"/>
      </w:pPr>
      <w:r>
        <w:t>یہ تو بالکل خود ساختہ باتیں ہیں۔</w:t>
      </w:r>
    </w:p>
    <w:p>
      <w:r>
        <w:rPr>
          <w:b/>
        </w:rPr>
        <w:t xml:space="preserve">[1:15:01] </w:t>
      </w:r>
      <w:r>
        <w:t>jo kahe, aisi baatein us se us se pehle quran ka reference poochein, hadith ka reference poochein, aur phir mujh ko bataiye to mein bol sakta hoon.</w:t>
      </w:r>
    </w:p>
    <w:p>
      <w:pPr>
        <w:jc w:val="right"/>
      </w:pPr>
      <w:r>
        <w:t>جو کہے، ایسی باتیں اس سے اس سے پہلے قرآن کا ریفرنس پوچھیے، حدیث کا ریفرنس پوچھیے، اور پھر مجھ کو بتائیے تو میں بول سکتا ہوں۔</w:t>
      </w:r>
    </w:p>
    <w:p>
      <w:r>
        <w:rPr>
          <w:b/>
        </w:rPr>
        <w:t xml:space="preserve">[1:15:10] </w:t>
      </w:r>
      <w:r>
        <w:t>abhi to un ke dimagh ki baatein hain. mein jawab doon to kya jawab doon? un se aap agar aap ne poocha hota ke quran ki ayat batao, hadith batao, to mein arz karta ke is ka matlab kya hai?</w:t>
      </w:r>
    </w:p>
    <w:p>
      <w:pPr>
        <w:jc w:val="right"/>
      </w:pPr>
      <w:r>
        <w:t>ابھی تو ان کے دماغ کی باتیں ہیں۔ میں جواب دوں تو کیا جواب دوں؟ ان سے آپ اگر آپ نے پوچھا ہوتا کہ قرآن کی آیت بتاؤ، حدیث بتاؤ، تو میں عرض کرتا کہ اس کا مطلب کیا ہے؟</w:t>
      </w:r>
    </w:p>
    <w:p>
      <w:r>
        <w:rPr>
          <w:b/>
        </w:rPr>
        <w:t xml:space="preserve">[1:15:23] </w:t>
      </w:r>
      <w:r>
        <w:t>ab se mujh se poochein, agle sunday ko mujhe bataiye ke kis ayat, kis ayat hadith se yeh masla nikala hai unhon ne?</w:t>
      </w:r>
    </w:p>
    <w:p>
      <w:pPr>
        <w:jc w:val="right"/>
      </w:pPr>
      <w:r>
        <w:t>اب سے مجھ سے پوچھیے، اگلے سنڈے کو مجھے بتائیے کہ کس آیت، کس آیت حدیث سے یہ مسئلہ نکالا ہے انہوں نے؟</w:t>
      </w:r>
    </w:p>
    <w:p>
      <w:r>
        <w:rPr>
          <w:b/>
        </w:rPr>
        <w:t xml:space="preserve">[1:15:33] </w:t>
      </w:r>
      <w:r>
        <w:t>to bilkul hi laغو baat hai, bilkul be silees baat hai.</w:t>
      </w:r>
    </w:p>
    <w:p>
      <w:pPr>
        <w:jc w:val="right"/>
      </w:pPr>
      <w:r>
        <w:t>تو بالکل ہی لغو بات ہے، بالکل بے سلیس بات ہے۔</w:t>
      </w:r>
    </w:p>
    <w:p>
      <w:r>
        <w:rPr>
          <w:b/>
        </w:rPr>
        <w:t xml:space="preserve">[1:15:37] </w:t>
      </w:r>
      <w:r>
        <w:t>maulana, agla sawal naseem khan sahib ka hai, mumbai se, aur unhon ne likha hai: "maulana, al imran mein kaha gaya hai tum mein ek jamaat aisi honi chahiye jo logon ko khair ki taraf bulaye,</w:t>
      </w:r>
    </w:p>
    <w:p>
      <w:pPr>
        <w:jc w:val="right"/>
      </w:pPr>
      <w:r>
        <w:t>مولانا، اگلا سوال نسیم خان صاحب کا ہے، ممبئی سے، اور انہوں نے لکھا ہے: "مولانا، ال عمران میں کہا گیا ہے تم میں ایک جماعت ایسی ہونی چاہیے جو لوگوں کو خیر کی طرف بلائے،</w:t>
      </w:r>
    </w:p>
    <w:p>
      <w:r>
        <w:rPr>
          <w:b/>
        </w:rPr>
        <w:t xml:space="preserve">[1:15:55] </w:t>
      </w:r>
      <w:r>
        <w:t>bhalaai ka hukum de, aur buraiyon buraiyon se roke. yahi log kamyab hone wale hain.</w:t>
      </w:r>
    </w:p>
    <w:p>
      <w:pPr>
        <w:jc w:val="right"/>
      </w:pPr>
      <w:r>
        <w:t>بھلائی کا حکم دے، اور برائیوں برائیوں سے روکے۔ یہی لوگ کامیاب ہونے والے ہیں۔</w:t>
      </w:r>
    </w:p>
    <w:p>
      <w:r>
        <w:rPr>
          <w:b/>
        </w:rPr>
        <w:t xml:space="preserve">[1:16:04] </w:t>
      </w:r>
      <w:r>
        <w:t>mein yeh janna chahta hoon ke yeh jamaat abhi koi hai ya nahin hai, ya banane ki koshish ki jaye, aur koshish ki jaye to woh tanzeemi satah par ho ya tehreeki satah par?</w:t>
      </w:r>
    </w:p>
    <w:p>
      <w:pPr>
        <w:jc w:val="right"/>
      </w:pPr>
      <w:r>
        <w:t>میں یہ جاننا چاہتا ہوں کہ یہ جماعت ابھی کوئی ہے یا نہیں ہے، یا بنانے کی کوشش کی جائے، اور کوشش کی جائے تو وہ تنظیمی سطح پر ہو یا تحریکی سطح پر؟</w:t>
      </w:r>
    </w:p>
    <w:p>
      <w:r>
        <w:rPr>
          <w:b/>
        </w:rPr>
        <w:t xml:space="preserve">[1:16:18] </w:t>
      </w:r>
      <w:r>
        <w:t>baraye karam bataein." dekhiye, mein to yahi manta hoon ke tehreeki satah par, tanzeemi satah par nahin.</w:t>
      </w:r>
    </w:p>
    <w:p>
      <w:pPr>
        <w:jc w:val="right"/>
      </w:pPr>
      <w:r>
        <w:t>برائے کرم بتائیں۔" دیکھیے، میں تو یہی مانتا ہوں کہ تحریکی سطح پر، تنظیمی سطح پر نہیں۔</w:t>
      </w:r>
    </w:p>
    <w:p>
      <w:r>
        <w:rPr>
          <w:b/>
        </w:rPr>
        <w:t xml:space="preserve">[1:16:26] </w:t>
      </w:r>
      <w:r>
        <w:t>is aayat mein yeh nahin keh lafz jamaat ka matlab yeh nahin keh woh organization jo aaj kal samjha jata hai keh log member hon, un ka register ho.</w:t>
      </w:r>
    </w:p>
    <w:p>
      <w:pPr>
        <w:jc w:val="right"/>
      </w:pPr>
      <w:r>
        <w:t>اس آیت میں یہ نہیں کہ لفظ جماعت کا مطلب یہ نہیں کہ وہ آرگنائزیشن جو آج کل سمجھا جاتا ہے کہ لوگ ممبر ہوں، ان کا رجسٹر ہو۔</w:t>
      </w:r>
    </w:p>
    <w:p>
      <w:r>
        <w:rPr>
          <w:b/>
        </w:rPr>
        <w:t xml:space="preserve">[1:16:37] </w:t>
      </w:r>
      <w:r>
        <w:t>is mani mein nahin hai. matlab jamaat log ke mani mein hai. aise log hone chahiye jo yeh kaam karen. bas musalmanon ke andar jamaat banana, yeh mein is ko sahi nahin samajhta.</w:t>
      </w:r>
    </w:p>
    <w:p>
      <w:pPr>
        <w:jc w:val="right"/>
      </w:pPr>
      <w:r>
        <w:t>اس معنی میں نہیں ہے۔ مطلب جماعت لوگ کے معنی میں ہے۔ ایسے لوگ ہونے چاہیے جو یہ کام کریں۔ بس مسلمانوں کے اندر جماعت بنانا، یہ میں اس کو صحیح نہیں سمجھتا۔</w:t>
      </w:r>
    </w:p>
    <w:p>
      <w:r>
        <w:rPr>
          <w:b/>
        </w:rPr>
        <w:t xml:space="preserve">[1:16:51] </w:t>
      </w:r>
      <w:r>
        <w:t>jo musalmanon ki ummat-e-muslima hai, wohi jamaat hai.</w:t>
      </w:r>
    </w:p>
    <w:p>
      <w:pPr>
        <w:jc w:val="right"/>
      </w:pPr>
      <w:r>
        <w:t>جو مسلمانوں کی امت مسلمہ ہے، وہی جماعت ہے۔</w:t>
      </w:r>
    </w:p>
    <w:p>
      <w:r>
        <w:rPr>
          <w:b/>
        </w:rPr>
        <w:t xml:space="preserve">[1:16:55] </w:t>
      </w:r>
      <w:r>
        <w:t>ab jis ko kaam karna hai, woh kare, baghair yani tanzeem banaye, baghair kare. mein is ka qael hoon keh musalmanon ke andar double tanzeem banaye, yeh yeh isi se firqa paida hota hai, firqabandi hoti hai.</w:t>
      </w:r>
    </w:p>
    <w:p>
      <w:pPr>
        <w:jc w:val="right"/>
      </w:pPr>
      <w:r>
        <w:t>اب جس کو کام کرنا ہے، وہ کرے، بغیر یعنی تنظیم بنائے، بغیر کرے۔ میں اس کا قائل ہوں کہ مسلمانوں کے اندر ڈبل تنظیم بنا، یہ یہ اسی سے فرقہ پیدا ہوتا ہے، فرقہ بندی ہوتی ہے۔</w:t>
      </w:r>
    </w:p>
    <w:p>
      <w:r>
        <w:rPr>
          <w:b/>
        </w:rPr>
        <w:t xml:space="preserve">[1:17:10] </w:t>
      </w:r>
      <w:r>
        <w:t>to is aayat ko jo aap ne farmaya, is se murad bilashuba historical pattern hai, jamaati pattern nahin hai.</w:t>
      </w:r>
    </w:p>
    <w:p>
      <w:pPr>
        <w:jc w:val="right"/>
      </w:pPr>
      <w:r>
        <w:t>تو اس آیت کو جو آپ نے فرمایا، اس سے مراد بلاشبہ تاریخی پیٹرن ہے، جماعتی پیٹرن نہیں ہے۔</w:t>
      </w:r>
    </w:p>
    <w:p>
      <w:r>
        <w:rPr>
          <w:b/>
        </w:rPr>
        <w:t xml:space="preserve">[1:17:20] </w:t>
      </w:r>
      <w:r>
        <w:t>maulana, agla sawal dilli se hai, doctor farida khanoom ka, aur unhon ne likha hai: "muslims think that Islam is a complete system of life, but it is strange that in their affairs they do not seek guidance from the Quran and Hadith.</w:t>
      </w:r>
    </w:p>
    <w:p>
      <w:pPr>
        <w:jc w:val="right"/>
      </w:pPr>
      <w:r>
        <w:t>مولانا، اگلا سوال دلی سے ہے، ڈاکٹر فریدہ خانم کا، اور انہوں نے لکھا ہے: "مسلمز تھنک دیٹ اسلام از ا کمپلیٹ سسٹم اف لائف، بٹ اٹ از سٹرینج دیٹ ان دیر افیئرز دے ڈو ناٹ سیک گائیڈنس فرام دی قرآن اینڈ حدیث۔</w:t>
      </w:r>
    </w:p>
    <w:p>
      <w:r>
        <w:rPr>
          <w:b/>
        </w:rPr>
        <w:t xml:space="preserve">[1:17:40] </w:t>
      </w:r>
      <w:r>
        <w:t>the partition is a case in point." Maulana, what is your opinion on this?</w:t>
      </w:r>
    </w:p>
    <w:p>
      <w:pPr>
        <w:jc w:val="right"/>
      </w:pPr>
      <w:r>
        <w:t>دی پارٹیشن از ا کیس ان پوائنٹ۔" مولانا، واٹ از یور اوپینین ان دس؟</w:t>
      </w:r>
    </w:p>
    <w:p>
      <w:r>
        <w:rPr>
          <w:b/>
        </w:rPr>
        <w:t xml:space="preserve">[1:17:46] </w:t>
      </w:r>
      <w:r>
        <w:t>haan, mera experience yahi hai keh musalman dar se ek baat keh denge, aur jab poochhen kahan se keh rahe ho, to us par koi Quran o Hadith se koi daleel nahin hogi. mislan, ek Islam mukammal nizam hai.</w:t>
      </w:r>
    </w:p>
    <w:p>
      <w:pPr>
        <w:jc w:val="right"/>
      </w:pPr>
      <w:r>
        <w:t>ہاں، میرا ایکسپیرینس یہی ہے کہ مسلمان ڈر سے ایک بات کہہ دیں گے، اور جب پوچھیں کہاں سے کہہ رہے ہو، تو اس پر کوئی قرآن و حدیث سے کوئی دلیل نہیں ہوگی۔ مثلاً، ایک اسلام مکمل نظام ہے۔</w:t>
      </w:r>
    </w:p>
    <w:p>
      <w:r>
        <w:rPr>
          <w:b/>
        </w:rPr>
        <w:t xml:space="preserve">[1:17:57] </w:t>
      </w:r>
      <w:r>
        <w:t>kon si aayat hai Quran o Hadith ki aayaten bhi istemal ki gayi hain? mukammal nizam par kahan hai? na koi aayat hai, na koi hadith hai.</w:t>
      </w:r>
    </w:p>
    <w:p>
      <w:pPr>
        <w:jc w:val="right"/>
      </w:pPr>
      <w:r>
        <w:t>کون سی آیت ہے قرآن و حدیث کی آیتیں بھی استعمال کی گئی ہیں؟ مکمل نظام پر کہاں ہے؟ نہ کوئی آیت ہے، نہ کوئی حدیث ہے۔</w:t>
      </w:r>
    </w:p>
    <w:p>
      <w:r>
        <w:rPr>
          <w:b/>
        </w:rPr>
        <w:t xml:space="preserve">[1:18:07] </w:t>
      </w:r>
      <w:r>
        <w:t>yeh yeh jo taabeer hai mukammal nizam ki, to Quran o Hadith mein ajnabi hai.</w:t>
      </w:r>
    </w:p>
    <w:p>
      <w:pPr>
        <w:jc w:val="right"/>
      </w:pPr>
      <w:r>
        <w:t>یہ یہ جو تعبیر ہے مکمل نظام کی، تو قرآن و حدیث میں اجنبی ہے۔</w:t>
      </w:r>
    </w:p>
    <w:p>
      <w:r>
        <w:rPr>
          <w:b/>
        </w:rPr>
        <w:t xml:space="preserve">[1:18:14] </w:t>
      </w:r>
      <w:r>
        <w:t>aise hi partition ka mamla Quran o Hadith mein kahan hai? kahin nahin hai keh partition karvao. Quran mein to "ae naas" bola, "ae naas, ae naas, ae logon, ae insano, saare insaan sab ek hain, sari dunya ek hai." to mein aap sab logon se kahoon keh jab bhi koi baat kahe, koi shakhs, us se full full Quran ka reference poochhen, Hadith ka reference poochhen.</w:t>
      </w:r>
    </w:p>
    <w:p>
      <w:pPr>
        <w:jc w:val="right"/>
      </w:pPr>
      <w:r>
        <w:t>ایسے ہی پارٹیشن کا معاملہ قرآن و حدیث میں کہاں ہے؟ کہیں نہیں ہے کہ پارٹیشن کرواؤ۔ قرآن میں تو "اے الناس" بولا، "اے الناس، اے الناس، اے لوگوں، اے انسانوں، سارے انسان سب ایک ہیں، ساری دنیا ایک ہے۔" تو میں آپ سب لوگوں سے کہوں کہ جب بھی کوئی بات کہے، کوئی شخص، اس سے فل فل قرآن کا ریفرنس پوچھیے، حدیث کا ریفرنس پوچھیے۔</w:t>
      </w:r>
    </w:p>
    <w:p>
      <w:r>
        <w:rPr>
          <w:b/>
        </w:rPr>
        <w:t xml:space="preserve">[1:18:44] </w:t>
      </w:r>
      <w:r>
        <w:t>yeh hum Allah taala ka fazl hai keh hamare paas mehfooz Quran maujood hai, mehfooz Hadith ki kitaben mehfooz hain, sab ke paas se chhipi hui hain.</w:t>
      </w:r>
    </w:p>
    <w:p>
      <w:pPr>
        <w:jc w:val="right"/>
      </w:pPr>
      <w:r>
        <w:t>یہ ہم اللہ تعالی کا فضل ہے کہ ہمارے پاس محفوظ قرآن موجود ہے، محفوظ حدیث کی کتابیں محفوظ ہیں، سب کے پاس سے چھپی ہوئی ہیں۔</w:t>
      </w:r>
    </w:p>
    <w:p>
      <w:r>
        <w:rPr>
          <w:b/>
        </w:rPr>
        <w:t xml:space="preserve">[1:18:54] </w:t>
      </w:r>
      <w:r>
        <w:t>to jab bhi koi shakhs koi baat kahe, to foran us se poochhen keh batao, koi Quran ki kis aayat se yeh baat nikalti hai? kaun si Hadith hai jo is se yeh baat nikalti hai?</w:t>
      </w:r>
    </w:p>
    <w:p>
      <w:pPr>
        <w:jc w:val="right"/>
      </w:pPr>
      <w:r>
        <w:t>تو جب بھی کوئی شخص کوئی بات کہے، تو فوراً اس سے پوچھیں کہ بتاؤ، کوئی قرآن کی کس آیت سے یہ بات نکلتی ہے؟ کون سی حدیث ہے جو اس سے یہ بات نکلتی ہے؟</w:t>
      </w:r>
    </w:p>
    <w:p>
      <w:r>
        <w:rPr>
          <w:b/>
        </w:rPr>
        <w:t xml:space="preserve">[1:19:03] </w:t>
      </w:r>
      <w:r>
        <w:t>yeh zaroor poochhen us se. apne dimagh se agar bol raha hai to bataye keh us ko bataiye keh tumhare dimagh se, apne dimagh se tum keh rahe ho, to is se koi sabit nahin hota.</w:t>
      </w:r>
    </w:p>
    <w:p>
      <w:pPr>
        <w:jc w:val="right"/>
      </w:pPr>
      <w:r>
        <w:t>یہ ضرور پوچھیے اس سے۔ اپنے دماغ سے اگر بول رہا ہے تو بتائے کہ اس کو بتائیے کہ تمہارے دماغ سے، اپنے دماغ سے تم کہہ رہے ہو، تو اس سے کوئی ثابت نہیں ہوتا۔</w:t>
      </w:r>
    </w:p>
    <w:p>
      <w:r>
        <w:rPr>
          <w:b/>
        </w:rPr>
        <w:t xml:space="preserve">[1:19:15] </w:t>
      </w:r>
      <w:r>
        <w:t>sabit to jab hoga jab koi Quran Hadith se woh cheez</w:t>
      </w:r>
    </w:p>
    <w:p>
      <w:pPr>
        <w:jc w:val="right"/>
      </w:pPr>
      <w:r>
        <w:t>ثابت تو جب ہوگا جب کوئی قرآن حدیث سے وہ چیز</w:t>
      </w:r>
    </w:p>
    <w:p>
      <w:r>
        <w:rPr>
          <w:b/>
        </w:rPr>
        <w:t xml:space="preserve">[1:19:18] </w:t>
      </w:r>
      <w:r>
        <w:t>nikle.</w:t>
      </w:r>
    </w:p>
    <w:p>
      <w:pPr>
        <w:jc w:val="right"/>
      </w:pPr>
      <w:r>
        <w:t>نکلے۔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