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Lesson of History September 21, 2014</w:t>
      </w:r>
    </w:p>
    <w:p>
      <w:r>
        <w:t>https://youtu.be/aMVHLKMkhcQ</w:t>
      </w:r>
    </w:p>
    <w:p>
      <w:r>
        <w:rPr>
          <w:b/>
        </w:rPr>
        <w:t xml:space="preserve">[00:13] </w:t>
      </w:r>
      <w:r>
        <w:t>bismillah-ir-rehman-ir-rahim. wa salla Allahu ala nabiyyi al-kareem. rab-ish-rah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21 September 2014.</w:t>
      </w:r>
    </w:p>
    <w:p>
      <w:pPr>
        <w:jc w:val="right"/>
      </w:pPr>
      <w:r>
        <w:t>21 ستمبر 2014۔</w:t>
      </w:r>
    </w:p>
    <w:p>
      <w:r>
        <w:rPr>
          <w:b/>
        </w:rPr>
        <w:t xml:space="preserve">[00:43] </w:t>
      </w:r>
      <w:r>
        <w:t>aaj ka topic hai: tareekh ka sabaq. aap jante hain keh kal ke akhbaron mein ek bahut badi khabar thi:</w:t>
      </w:r>
    </w:p>
    <w:p>
      <w:pPr>
        <w:jc w:val="right"/>
      </w:pPr>
      <w:r>
        <w:t>آج کا ٹاپک ہے: تاریخ کا سبق۔ آپ جانتے ہیں کہ کل کے اخباروں میں ایک بہت بڑی خبر تھی:</w:t>
      </w:r>
    </w:p>
    <w:p>
      <w:r>
        <w:rPr>
          <w:b/>
        </w:rPr>
        <w:t xml:space="preserve">[00:58] </w:t>
      </w:r>
      <w:r>
        <w:t>Scotland aur England 300 saal se ek doosre ka hissa the, wahid mulk bane hue the.</w:t>
      </w:r>
    </w:p>
    <w:p>
      <w:pPr>
        <w:jc w:val="right"/>
      </w:pPr>
      <w:r>
        <w:t>اسکاٹ لینڈ اور انگلینڈ 300 سال سے ایک دوسرے کا حصہ تھے، واحد ملک بنے ہوئے تھے۔</w:t>
      </w:r>
    </w:p>
    <w:p>
      <w:r>
        <w:rPr>
          <w:b/>
        </w:rPr>
        <w:t xml:space="preserve">[01:12] </w:t>
      </w:r>
      <w:r>
        <w:t>to lekin dono ke darmiyan ikhtilafat paida hue, aur chalte rahe, chalte rahe, yahan tak keh yeh tay kiya gaya keh referendum ho.</w:t>
      </w:r>
    </w:p>
    <w:p>
      <w:pPr>
        <w:jc w:val="right"/>
      </w:pPr>
      <w:r>
        <w:t>تو لیکن دونوں کے درمیان اختلافات پیدا ہوئے، اور چلتے رہے، چلتے رہے، یہاں تک کہ یہ طے کیا گیا کہ ریفرنڈم ہو۔</w:t>
      </w:r>
    </w:p>
    <w:p>
      <w:r>
        <w:rPr>
          <w:b/>
        </w:rPr>
        <w:t xml:space="preserve">[01:25] </w:t>
      </w:r>
      <w:r>
        <w:t>referendum ke zariye se tay kiya jaye keh yeh dono ki unity baqi rahe ya dono ko split kar diya jaye.</w:t>
      </w:r>
    </w:p>
    <w:p>
      <w:pPr>
        <w:jc w:val="right"/>
      </w:pPr>
      <w:r>
        <w:t>ریفرنڈم کے ذریعے سے طے کیا جائے کہ یہ دونوں کی یونٹی باقی رہے یا دونوں کو سپرٹ کر دیا جائے۔</w:t>
      </w:r>
    </w:p>
    <w:p>
      <w:r>
        <w:rPr>
          <w:b/>
        </w:rPr>
        <w:t xml:space="preserve">[01:36] </w:t>
      </w:r>
      <w:r>
        <w:t>to</w:t>
      </w:r>
    </w:p>
    <w:p>
      <w:pPr>
        <w:jc w:val="right"/>
      </w:pPr>
      <w:r>
        <w:t>تو</w:t>
      </w:r>
    </w:p>
    <w:p>
      <w:r>
        <w:rPr>
          <w:b/>
        </w:rPr>
        <w:t xml:space="preserve">[01:37] </w:t>
      </w:r>
      <w:r>
        <w:t>kal ke akhbaron mein is ka result aaya. jaisa keh aap jante hain keh Scotland ke 55 feesad logon ne ittehad ke haq mein vote diya,</w:t>
      </w:r>
    </w:p>
    <w:p>
      <w:pPr>
        <w:jc w:val="right"/>
      </w:pPr>
      <w:r>
        <w:t>کل کے اخباروں میں اس کا رزلٹ آیا۔ جیسا کہ آپ جانتے ہیں کہ اسکاٹ لینڈ کے 55 فیصد لوگوں نے اتحاد کے حق میں ووٹ دیا،</w:t>
      </w:r>
    </w:p>
    <w:p>
      <w:r>
        <w:rPr>
          <w:b/>
        </w:rPr>
        <w:t xml:space="preserve">[01:58] </w:t>
      </w:r>
      <w:r>
        <w:t>aur 45 feesad logon ne yeh vote diya ke dono ko alag kar diya jaye.</w:t>
      </w:r>
    </w:p>
    <w:p>
      <w:pPr>
        <w:jc w:val="right"/>
      </w:pPr>
      <w:r>
        <w:t>اور 45 فیصد لوگوں نے یہ ووٹ دیا کہ دونوں کو الگ کر دیا جائے۔</w:t>
      </w:r>
    </w:p>
    <w:p>
      <w:r>
        <w:rPr>
          <w:b/>
        </w:rPr>
        <w:t xml:space="preserve">[02:05] </w:t>
      </w:r>
      <w:r>
        <w:t>to chounke aap jante hain ke yeh democracy ka zamana hai, aur democracy mein majority se faisla hota hai, to majority ke usool par yeh tay hua ke ittehad ko baqi rakha jaye.</w:t>
      </w:r>
    </w:p>
    <w:p>
      <w:pPr>
        <w:jc w:val="right"/>
      </w:pPr>
      <w:r>
        <w:t>تو چونکہ آپ جانتے ہیں کہ یہ ڈیموکریسی کا زمانہ ہے، اور ڈیموکریسی میں میجورٹی سے فیصلہ ہوتا ہے، تو میجورٹی کے اصول پر یہ طے ہوا کہ اتحاد کو باقی رکھا جائے۔</w:t>
      </w:r>
    </w:p>
    <w:p>
      <w:r>
        <w:rPr>
          <w:b/>
        </w:rPr>
        <w:t xml:space="preserve">[02:24] </w:t>
      </w:r>
      <w:r>
        <w:t>jaisa ke mein aksar aap se kehta rehta hoon ke is Quran mein ek bohat hi bara principle diya gaya hai: tosam.</w:t>
      </w:r>
    </w:p>
    <w:p>
      <w:pPr>
        <w:jc w:val="right"/>
      </w:pPr>
      <w:r>
        <w:t>جیسا کہ میں اکثر آپ سے کہتا رہتا ہوں کہ اس قرآن میں ایک بہت ہی بڑا پرنسپل دیا گیا ہے: توسم۔</w:t>
      </w:r>
    </w:p>
    <w:p>
      <w:r>
        <w:rPr>
          <w:b/>
        </w:rPr>
        <w:t xml:space="preserve">[02:34] </w:t>
      </w:r>
      <w:r>
        <w:t>tosam ko mein samjhaon ke iska matlab wahi hai jo kehte hain trigger hona, mind ka trigger ho jana. to waqiat jo paish aate hain woh aap ke mind ko trigger kar sakte hain, agar aap ka mind developed hai.</w:t>
      </w:r>
    </w:p>
    <w:p>
      <w:pPr>
        <w:jc w:val="right"/>
      </w:pPr>
      <w:r>
        <w:t>توسم کو میں سمجھاؤں کہ اس کا مطلب وہی ہے جو کہتے ہیں ٹریگر ہونا، مائنڈ کا ٹریگر ہو جانا۔ تو واقعات جو پیش آتے ہیں وہ آپ کے مائنڈ کو ٹریگر کر سکتے ہیں، اگر آپ کا مائنڈ ڈویلپڈ ہو۔</w:t>
      </w:r>
    </w:p>
    <w:p>
      <w:r>
        <w:rPr>
          <w:b/>
        </w:rPr>
        <w:t xml:space="preserve">[02:49] </w:t>
      </w:r>
      <w:r>
        <w:t>aur phir bari bari baatein samajh mein aati hain. bari bari baatein.</w:t>
      </w:r>
    </w:p>
    <w:p>
      <w:pPr>
        <w:jc w:val="right"/>
      </w:pPr>
      <w:r>
        <w:t>اور پھر بڑی بڑی باتیں سمجھ میں آتی ہیں۔ بڑی بڑی باتیں۔</w:t>
      </w:r>
    </w:p>
    <w:p>
      <w:r>
        <w:rPr>
          <w:b/>
        </w:rPr>
        <w:t xml:space="preserve">[02:57] </w:t>
      </w:r>
      <w:r>
        <w:t>to mein sochne laga, ek comparison mere zehn mein aaya, comparison. yani secular world ka aur Muslim world ka.</w:t>
      </w:r>
    </w:p>
    <w:p>
      <w:pPr>
        <w:jc w:val="right"/>
      </w:pPr>
      <w:r>
        <w:t>تو میں سوچنے لگا، ایک کمپیریزن میرے ذہن میں آیا، کمپیریزن۔ یعنی سیکولر ورلڈ کا اور مسلم ورلڈ کا۔</w:t>
      </w:r>
    </w:p>
    <w:p>
      <w:r>
        <w:rPr>
          <w:b/>
        </w:rPr>
        <w:t xml:space="preserve">[03:08] </w:t>
      </w:r>
      <w:r>
        <w:t>comparison. secular world mein maine dekha ke bohat se waqiat aise hote hain ke log rethink karte hain.</w:t>
      </w:r>
    </w:p>
    <w:p>
      <w:pPr>
        <w:jc w:val="right"/>
      </w:pPr>
      <w:r>
        <w:t>کمپیریزن۔ سیکولر ورلڈ میں میں نے دیکھا کہ بہت سے واقعات ایسے ہوتے ہیں کہ لوگ ری تھنک کرتے ہیں۔</w:t>
      </w:r>
    </w:p>
    <w:p>
      <w:r>
        <w:rPr>
          <w:b/>
        </w:rPr>
        <w:t xml:space="preserve">[03:20] </w:t>
      </w:r>
      <w:r>
        <w:t>Muslim world mein rethinking nahi hoti.</w:t>
      </w:r>
    </w:p>
    <w:p>
      <w:pPr>
        <w:jc w:val="right"/>
      </w:pPr>
      <w:r>
        <w:t>مسلم ورلڈ میں ری تھنکنگ نہیں ہوتی۔</w:t>
      </w:r>
    </w:p>
    <w:p>
      <w:r>
        <w:rPr>
          <w:b/>
        </w:rPr>
        <w:t xml:space="preserve">[03:24] </w:t>
      </w:r>
      <w:r>
        <w:t>misalan dekhiye, Scotland mein itna 300 saal se chal raha tha yeh, lekin unhon ne rethink kiya ke hamare liye alag hone mein koi faida nahi hai,</w:t>
      </w:r>
    </w:p>
    <w:p>
      <w:pPr>
        <w:jc w:val="right"/>
      </w:pPr>
      <w:r>
        <w:t>مثلاً دیکھیے، اسکاٹ لینڈ میں اتنا 300 سال سے چل رہا تھا یہ، لیکن انہوں نے ری تھنک کیا کہ ہمارے لیے الگ ہونے میں کوئی فائدہ نہیں ہے،</w:t>
      </w:r>
    </w:p>
    <w:p>
      <w:r>
        <w:rPr>
          <w:b/>
        </w:rPr>
        <w:t xml:space="preserve">[03:39] </w:t>
      </w:r>
      <w:r>
        <w:t>ittehad mein faida hai. to rethink kar ke unhon ne ittehad ke haq mein faisla diya.</w:t>
      </w:r>
    </w:p>
    <w:p>
      <w:pPr>
        <w:jc w:val="right"/>
      </w:pPr>
      <w:r>
        <w:t>اتحاد میں فائدہ ہے۔ تو ری تھنک کر کے انہوں نے اتحاد کے حق میں فیصلہ دیا۔</w:t>
      </w:r>
    </w:p>
    <w:p>
      <w:r>
        <w:rPr>
          <w:b/>
        </w:rPr>
        <w:t xml:space="preserve">[03:46] </w:t>
      </w:r>
      <w:r>
        <w:t>aise hi dekhiye, second world war ke baad Germany do hisse ho gaya tha, East Germany, West Germany. wahan bhi rethinking paida hui ke yeh mufeed nahi hai hamare nation ke liye.</w:t>
      </w:r>
    </w:p>
    <w:p>
      <w:pPr>
        <w:jc w:val="right"/>
      </w:pPr>
      <w:r>
        <w:t>ایسے ہی دیکھیے، سیکنڈ ورلڈ وار کے بعد جرمنی دو حصے ہو گیا تھا، ایسٹ جرمنی، ویسٹ جرمنی۔ وہاں بھی ری تھنکنگ پیدا ہوئی کہ یہ مفید نہیں ہے ہمارے نیشن کے لیے۔</w:t>
      </w:r>
    </w:p>
    <w:p>
      <w:r>
        <w:rPr>
          <w:b/>
        </w:rPr>
        <w:t xml:space="preserve">[04:02] </w:t>
      </w:r>
      <w:r>
        <w:t>to phir Germany dobara unite ho gaya, dono mil gaye.</w:t>
      </w:r>
    </w:p>
    <w:p>
      <w:pPr>
        <w:jc w:val="right"/>
      </w:pPr>
      <w:r>
        <w:t>تو پھر جرمنی دوبارہ یونائٹ ہو گیا، دونوں مل گئے۔</w:t>
      </w:r>
    </w:p>
    <w:p>
      <w:r>
        <w:rPr>
          <w:b/>
        </w:rPr>
        <w:t xml:space="preserve">[04:10] </w:t>
      </w:r>
      <w:r>
        <w:t>aap dekhiye, yani Japan mein second world war se pehle bari militancy thi, unki soch jo thi bohat hi aksariyat wali soch thi.</w:t>
      </w:r>
    </w:p>
    <w:p>
      <w:pPr>
        <w:jc w:val="right"/>
      </w:pPr>
      <w:r>
        <w:t>آپ دیکھیے، یعنی جاپان میں سیکنڈ ورلڈ وار سے پہلے بڑی ملٹینسی تھی، ان کی سوچ جو تھی بہت ہی اکثریت والی سوچ تھی۔</w:t>
      </w:r>
    </w:p>
    <w:p>
      <w:r>
        <w:rPr>
          <w:b/>
        </w:rPr>
        <w:t xml:space="preserve">[04:24] </w:t>
      </w:r>
      <w:r>
        <w:t>lad gaye aur kya kya hua. lekin second world war ke baad unhon ne rethink kiya, aur faisla kiya ke nahi, chodo militancy ko, ab hamein peaceful tareeqe se kaam karna hai.</w:t>
      </w:r>
    </w:p>
    <w:p>
      <w:pPr>
        <w:jc w:val="right"/>
      </w:pPr>
      <w:r>
        <w:t>لڑ گئے اور کیا کیا ہوا۔ لیکن سیکنڈ ورلڈ وار کے بعد انہوں نے ری تھنک کیا، اور فیصلہ کیا کہ نہیں، چھوڑو ملٹینسی کو، اب ہمیں پیس فل طریقے سے کام کرنا ہے۔</w:t>
      </w:r>
    </w:p>
    <w:p>
      <w:r>
        <w:rPr>
          <w:b/>
        </w:rPr>
        <w:t xml:space="preserve">[04:39] </w:t>
      </w:r>
      <w:r>
        <w:t>chote paimane par aap ne Punjab mein dekha ke Sikh state ka mutalba wahan hua, India se alag ho kar.</w:t>
      </w:r>
    </w:p>
    <w:p>
      <w:pPr>
        <w:jc w:val="right"/>
      </w:pPr>
      <w:r>
        <w:t>چھوٹے پیمانے پر آپ نے پنجاب میں دیکھا کہ سکھ اسٹیٹ کا مطالبہ وہاں ہوا، انڈیا سے الگ ہو کر۔</w:t>
      </w:r>
    </w:p>
    <w:p>
      <w:r>
        <w:rPr>
          <w:b/>
        </w:rPr>
        <w:t xml:space="preserve">[04:50] </w:t>
      </w:r>
      <w:r>
        <w:t>lekin unhon ne dekha ke Sikh state to hamara koi faida is mein nahi, nuksan hai hamein. to Sikh state ko unhon ne chhod diya. ab woh India ka hissa hain.</w:t>
      </w:r>
    </w:p>
    <w:p>
      <w:pPr>
        <w:jc w:val="right"/>
      </w:pPr>
      <w:r>
        <w:t>لیکن انہوں نے دیکھا کہ سکھ اسٹیٹ تو ہمارا کوئی فائدہ اس میں نہیں، نقصان ہے ہمیں۔ تو سکھ اسٹیٹ کو انہوں نے چھوڑ دیا۔ اب وہ انڈیا کا حصہ ہیں۔</w:t>
      </w:r>
    </w:p>
    <w:p>
      <w:r>
        <w:rPr>
          <w:b/>
        </w:rPr>
        <w:t xml:space="preserve">[05:00] </w:t>
      </w:r>
      <w:r>
        <w:t>to is tarah ke waqiat bajaye secular world mein bohat se nazar aate hain</w:t>
      </w:r>
    </w:p>
    <w:p>
      <w:pPr>
        <w:jc w:val="right"/>
      </w:pPr>
      <w:r>
        <w:t>تو اس طرح کے واقعات بجائے سیکولر ورلڈ میں بہت سے نظر آتے ہیں</w:t>
      </w:r>
    </w:p>
    <w:p>
      <w:r>
        <w:rPr>
          <w:b/>
        </w:rPr>
        <w:t xml:space="preserve">[05:05] </w:t>
      </w:r>
      <w:r>
        <w:t>ke logon ne rethink kiya. lekin Muslim dunya mein rethink nahi hoti.</w:t>
      </w:r>
    </w:p>
    <w:p>
      <w:pPr>
        <w:jc w:val="right"/>
      </w:pPr>
      <w:r>
        <w:t>کہ لوگوں نے ری تھنک کیا۔ لیکن مسلم دنیا میں ری تھنک نہیں ہوتی۔</w:t>
      </w:r>
    </w:p>
    <w:p>
      <w:r>
        <w:rPr>
          <w:b/>
        </w:rPr>
        <w:t xml:space="preserve">[05:14] </w:t>
      </w:r>
      <w:r>
        <w:t>rethink nahi hoti. misalan dekhiye, Pakistan bana isi usool par, yani separation ke usool par, lekin Pakistaniyon mein aaj tak rethinking nahi aayi.</w:t>
      </w:r>
    </w:p>
    <w:p>
      <w:pPr>
        <w:jc w:val="right"/>
      </w:pPr>
      <w:r>
        <w:t>ری تھنک نہیں ہوتی۔ مثلاً دیکھیے، پاکستان بنا اسی اصول پر، یعنی سیپریشن کے اصول پر، لیکن پاکستانیوں میں آج تک ری تھنکنگ نہیں آئی۔</w:t>
      </w:r>
    </w:p>
    <w:p>
      <w:r>
        <w:rPr>
          <w:b/>
        </w:rPr>
        <w:t xml:space="preserve">[05:29] </w:t>
      </w:r>
      <w:r>
        <w:t>Bangladesh bana isi usool par, Bangladeshiyon mein aaj tak rethinking nahi aayi.</w:t>
      </w:r>
    </w:p>
    <w:p>
      <w:pPr>
        <w:jc w:val="right"/>
      </w:pPr>
      <w:r>
        <w:t>بنگلہ دیش بنا اسی اصول پر، بنگلہ دیشیوں میں آج تک ری تھنکنگ نہیں آئی۔</w:t>
      </w:r>
    </w:p>
    <w:p>
      <w:r>
        <w:rPr>
          <w:b/>
        </w:rPr>
        <w:t xml:space="preserve">[05:35] </w:t>
      </w:r>
      <w:r>
        <w:t>itna hungama hua tha Bosnia ka, ke Muslim state, Muslim state, aur phir wahan bombardment hui, kya kya hua. lekin rethinking to aayi nahi, abhi bhi wahi soch hai unke, wahan ke Musalmanon mein.</w:t>
      </w:r>
    </w:p>
    <w:p>
      <w:pPr>
        <w:jc w:val="right"/>
      </w:pPr>
      <w:r>
        <w:t>اتنا ہنگامہ ہوا تھا بوسنیا کا، کہ مسلم اسٹیٹ، مسلم اسٹیٹ، اور پھر وہاں بمبارمنٹ ہوئی، کیا کیا ہوا۔ لیکن ری تھنکنگ تو آئی نہیں، ابھی بھی وہی سوچ ہے ان کے، وہاں کے مسلمانوں میں۔</w:t>
      </w:r>
    </w:p>
    <w:p>
      <w:r>
        <w:rPr>
          <w:b/>
        </w:rPr>
        <w:t xml:space="preserve">[05:50] </w:t>
      </w:r>
      <w:r>
        <w:t>Palestiniyon mein 60 saal se lad rahe hain, mar rahe hain, lekin rethinking nahi aayi. Kashmiriyon mein dekhiye, lad rahe hain, mar rahe hain, rethinking nahi aayi.</w:t>
      </w:r>
    </w:p>
    <w:p>
      <w:pPr>
        <w:jc w:val="right"/>
      </w:pPr>
      <w:r>
        <w:t>فلسطینیوں میں 60 سال سے لڑ رہے ہیں، مر رہے ہیں، لیکن ری تھنکنگ نہیں آئی۔ کشمیریوں میں دیکھیے، لڑ رہے ہیں، مر رہے ہیں، ری تھنکنگ نہیں آئی۔</w:t>
      </w:r>
    </w:p>
    <w:p>
      <w:r>
        <w:rPr>
          <w:b/>
        </w:rPr>
        <w:t xml:space="preserve">[06:02] </w:t>
      </w:r>
      <w:r>
        <w:t>aise hi dekhiye, Burma mein, Arakan mein chahte hain alag Muslim state, lekin rethinking nahi aaj tak aayi. nuksan utha rahe hain.</w:t>
      </w:r>
    </w:p>
    <w:p>
      <w:pPr>
        <w:jc w:val="right"/>
      </w:pPr>
      <w:r>
        <w:t>ایسے ہی دیکھیے، برما میں، اراکان میں چاہتے ہیں الگ مسلم اسٹیٹ، لیکن ری تھنکنگ نہیں آج تک آئی۔ نقصان اٹھا رہے ہیں۔</w:t>
      </w:r>
    </w:p>
    <w:p>
      <w:r>
        <w:rPr>
          <w:b/>
        </w:rPr>
        <w:t xml:space="preserve">[06:12] </w:t>
      </w:r>
      <w:r>
        <w:t>Philippines mein, jo West Philippines hai, is mein kuch Musalman zyada hain. to wahan pe alag state chal rahi hai, wahan bhi rethinking nahi aa rahi.</w:t>
      </w:r>
    </w:p>
    <w:p>
      <w:pPr>
        <w:jc w:val="right"/>
      </w:pPr>
      <w:r>
        <w:t>فلپائن میں، جو ویسٹ فلپائن ہے، اس میں کچھ مسلمان زیادہ ہیں۔ تو وہاں پہ الگ اسٹیٹ چل رہی ہے، وہاں بھی ری تھنکنگ نہیں آ رہی۔</w:t>
      </w:r>
    </w:p>
    <w:p>
      <w:r>
        <w:rPr>
          <w:b/>
        </w:rPr>
        <w:t xml:space="preserve">[06:22] </w:t>
      </w:r>
      <w:r>
        <w:t>aise hi dekhiye, China mein jo Sincheng ka ilaaqa hai, wahan Musalman kuch zyada hain. to wahan bhi Muslim state</w:t>
      </w:r>
    </w:p>
    <w:p>
      <w:pPr>
        <w:jc w:val="right"/>
      </w:pPr>
      <w:r>
        <w:t>ایسے ہی دیکھیے، چائنہ میں جو سینکانگ کا علاقہ ہے، وہاں مسلمان کچھ زیادہ ہیں۔ تو وہاں بھی مسلم اسٹیٹ</w:t>
      </w:r>
    </w:p>
    <w:p>
      <w:r>
        <w:rPr>
          <w:b/>
        </w:rPr>
        <w:t xml:space="preserve">[06:29] </w:t>
      </w:r>
      <w:r>
        <w:t>. to yeh is tarah ke kitne saare misalein hain ke jo musalmanon mein tehrikein chalin, aur bohat ziyada tabahi hui, tabahi.</w:t>
      </w:r>
    </w:p>
    <w:p>
      <w:pPr>
        <w:jc w:val="right"/>
      </w:pPr>
      <w:r>
        <w:t>۔ تو یہ اس طرح کے کتنے سارے مثالیں ہیں کہ جو مسلمانوں میں تحریکیں چلیں، اور بہت زیادہ تباہی ہوئی، تباہی۔</w:t>
      </w:r>
    </w:p>
    <w:p>
      <w:r>
        <w:rPr>
          <w:b/>
        </w:rPr>
        <w:t xml:space="preserve">[06:42] </w:t>
      </w:r>
      <w:r>
        <w:t>lekin rethinking nahin. yaani you turn nahin lete. you turn nahin lete. is ke sabab kya hain?</w:t>
      </w:r>
    </w:p>
    <w:p>
      <w:pPr>
        <w:jc w:val="right"/>
      </w:pPr>
      <w:r>
        <w:t>لیکن ری تھنکنگ نہیں۔ یعنی یو ٹرن نہیں لیتے۔ یو ٹرن نہیں لیتے۔ اس کے سبب کیا ہیں؟</w:t>
      </w:r>
    </w:p>
    <w:p>
      <w:r>
        <w:rPr>
          <w:b/>
        </w:rPr>
        <w:t xml:space="preserve">[06:53] </w:t>
      </w:r>
      <w:r>
        <w:t>yeh bohat ziyada sochne ki baat hai.</w:t>
      </w:r>
    </w:p>
    <w:p>
      <w:pPr>
        <w:jc w:val="right"/>
      </w:pPr>
      <w:r>
        <w:t>یہ بہت زیادہ سوچنے کی بات ہے۔</w:t>
      </w:r>
    </w:p>
    <w:p>
      <w:r>
        <w:rPr>
          <w:b/>
        </w:rPr>
        <w:t xml:space="preserve">[06:56] </w:t>
      </w:r>
      <w:r>
        <w:t>kyun ke dekhiye,</w:t>
      </w:r>
    </w:p>
    <w:p>
      <w:pPr>
        <w:jc w:val="right"/>
      </w:pPr>
      <w:r>
        <w:t>کیونکہ دیکھیے،</w:t>
      </w:r>
    </w:p>
    <w:p>
      <w:r>
        <w:rPr>
          <w:b/>
        </w:rPr>
        <w:t xml:space="preserve">[07:02] </w:t>
      </w:r>
      <w:r>
        <w:t>insan behrahal ghalati karta hai. to err is human. hadith mein aata hai ke kul bani adam khattaun wa khair ul khattaun al tawwabun.</w:t>
      </w:r>
    </w:p>
    <w:p>
      <w:pPr>
        <w:jc w:val="right"/>
      </w:pPr>
      <w:r>
        <w:t>انسان بہرحال غلطی کرتا ہے۔ ٹو ایریز ہیومن۔ حدیث میں آتا ہے کہ کل بنی آدم خطاون و خیر الخطا التواون۔</w:t>
      </w:r>
    </w:p>
    <w:p>
      <w:r>
        <w:rPr>
          <w:b/>
        </w:rPr>
        <w:t xml:space="preserve">[07:15] </w:t>
      </w:r>
      <w:r>
        <w:t>insan behrahal ghalati karta hai. to agar insan ke andar rethinking na ho to bohat badi tabahi is ko uthani pare gi.</w:t>
      </w:r>
    </w:p>
    <w:p>
      <w:pPr>
        <w:jc w:val="right"/>
      </w:pPr>
      <w:r>
        <w:t>انسان بہرحال غلطی کرتا ہے۔ تو اگر انسان کے اندر ری تھنکنگ نہ ہو تو بہت بڑی تباہی اس کو اٹھانی پڑے گی۔</w:t>
      </w:r>
    </w:p>
    <w:p>
      <w:r>
        <w:rPr>
          <w:b/>
        </w:rPr>
        <w:t xml:space="preserve">[07:24] </w:t>
      </w:r>
      <w:r>
        <w:t>ke ek ghul</w:t>
      </w:r>
    </w:p>
    <w:p>
      <w:pPr>
        <w:jc w:val="right"/>
      </w:pPr>
      <w:r>
        <w:t>کہ ایک غل</w:t>
      </w:r>
    </w:p>
    <w:p>
      <w:r>
        <w:rPr>
          <w:b/>
        </w:rPr>
        <w:t xml:space="preserve">[07:25] </w:t>
      </w:r>
      <w:r>
        <w:t>ti kar diya to woh isi mein phanse hi hue hain, phanse hi hue hain, phanse hi hue hain.</w:t>
      </w:r>
    </w:p>
    <w:p>
      <w:pPr>
        <w:jc w:val="right"/>
      </w:pPr>
      <w:r>
        <w:t>طی کر دیا تو وہ اسی میں پھنسے ہی ہوئے ہیں، پھنسے ہی ہوئے ہیں، پھنسے ہی ہوئے ہیں۔</w:t>
      </w:r>
    </w:p>
    <w:p>
      <w:r>
        <w:rPr>
          <w:b/>
        </w:rPr>
        <w:t xml:space="preserve">[07:30] </w:t>
      </w:r>
      <w:r>
        <w:t>to quran mein hai ke.</w:t>
      </w:r>
    </w:p>
    <w:p>
      <w:pPr>
        <w:jc w:val="right"/>
      </w:pPr>
      <w:r>
        <w:t>تو قرآن میں ہے کہ۔</w:t>
      </w:r>
    </w:p>
    <w:p>
      <w:r>
        <w:rPr>
          <w:b/>
        </w:rPr>
        <w:t xml:space="preserve">[07:37] </w:t>
      </w:r>
      <w:r>
        <w:t>ke nadani se ghalati kar bethe hain, phir toba. toba kya hai? toba rethinking hai. toba koi mysterious cheez nahin hai.</w:t>
      </w:r>
    </w:p>
    <w:p>
      <w:pPr>
        <w:jc w:val="right"/>
      </w:pPr>
      <w:r>
        <w:t>کہ نادانی سے غلطی کر بیٹھے ہیں، پھر توبہ۔ توبہ کیا ہے؟ توبہ ری تھنکنگ ہے۔ توبہ کوئی مسٹیریس چیز نہیں ہے۔</w:t>
      </w:r>
    </w:p>
    <w:p>
      <w:r>
        <w:rPr>
          <w:b/>
        </w:rPr>
        <w:t xml:space="preserve">[07:50] </w:t>
      </w:r>
      <w:r>
        <w:t>toba mysterious nahin hai. toba, toba, toba. bolne ka naam toba nahin hai.</w:t>
      </w:r>
    </w:p>
    <w:p>
      <w:pPr>
        <w:jc w:val="right"/>
      </w:pPr>
      <w:r>
        <w:t>توبہ مسٹیریس نہیں ہے۔ توبہ، توبہ، توبہ۔ بولنے کا نام توبہ نہیں ہے۔</w:t>
      </w:r>
    </w:p>
    <w:p>
      <w:r>
        <w:rPr>
          <w:b/>
        </w:rPr>
        <w:t xml:space="preserve">[07:55] </w:t>
      </w:r>
      <w:r>
        <w:t>toba means rethinking, reassessment, revise karna. to</w:t>
      </w:r>
    </w:p>
    <w:p>
      <w:pPr>
        <w:jc w:val="right"/>
      </w:pPr>
      <w:r>
        <w:t>توبہ مینز ری تھنکنگ، ری اسسمنٹ، ریوائز کرنا۔ تو</w:t>
      </w:r>
    </w:p>
    <w:p>
      <w:r>
        <w:rPr>
          <w:b/>
        </w:rPr>
        <w:t xml:space="preserve">[08:05] </w:t>
      </w:r>
      <w:r>
        <w:t>jab insan ghalati, allah taala ki takhleeq ke mutabiq insan ghalati karta hai, to is ka solution kya hai?</w:t>
      </w:r>
    </w:p>
    <w:p>
      <w:pPr>
        <w:jc w:val="right"/>
      </w:pPr>
      <w:r>
        <w:t>جب انسان غلطی، اللہ تعالیٰ کی تخلیق کے مطابق انسان غلطی کرتا ہے، تو اس کا سلوشن کیا ہے؟</w:t>
      </w:r>
    </w:p>
    <w:p>
      <w:r>
        <w:rPr>
          <w:b/>
        </w:rPr>
        <w:t xml:space="preserve">[08:13] </w:t>
      </w:r>
      <w:r>
        <w:t>solution yeh hai ke rethink karo, you turn lo, correction karo apna.</w:t>
      </w:r>
    </w:p>
    <w:p>
      <w:pPr>
        <w:jc w:val="right"/>
      </w:pPr>
      <w:r>
        <w:t>سلوشن یہ ہے کہ ری تھنک کرو، یو ٹرن لو، کریکشن کرو اپنا۔</w:t>
      </w:r>
    </w:p>
    <w:p>
      <w:r>
        <w:rPr>
          <w:b/>
        </w:rPr>
        <w:t xml:space="preserve">[08:19] </w:t>
      </w:r>
      <w:r>
        <w:t>lekin musalmanon mein aap dekhiye, saare muslim world mein, mujhe maloom nahin koi ek bhi waqea, single waqea, jab ke musalmanon mein rethinking aayi ho.</w:t>
      </w:r>
    </w:p>
    <w:p>
      <w:pPr>
        <w:jc w:val="right"/>
      </w:pPr>
      <w:r>
        <w:t>لیکن مسلمانوں میں آپ دیکھیے، سارے مسلم ورلڈ میں، مجھے معلوم نہیں کوئی ایک بھی واقعہ، سنگل واقعہ، جب کہ مسلمانوں میں ری تھنکنگ آئی ہو۔</w:t>
      </w:r>
    </w:p>
    <w:p>
      <w:r>
        <w:rPr>
          <w:b/>
        </w:rPr>
        <w:t xml:space="preserve">[08:29] </w:t>
      </w:r>
      <w:r>
        <w:t>wohi chale ja rahe hain, wohi chale ja rahe hain. america ka dushman civilian hai, dushman nahin chale ja rahe. yaani rethinking nahin aayi ke america dushman kaise hai jab ke woh lakhon lakh musalman wahan that se reh rahe hain, to dushman kaise hai?</w:t>
      </w:r>
    </w:p>
    <w:p>
      <w:pPr>
        <w:jc w:val="right"/>
      </w:pPr>
      <w:r>
        <w:t>وہی چلے جا رہے ہیں، وہی چلے جا رہے ہیں۔ امریکہ کا دشمن سویلین ہے، دشمن نہیں چلے جا رہے۔ یعنی ری تھنکنگ نہیں آئی کہ امریکہ دشمن کیسے ہے جب کہ وہ لاکھوں لاکھ مسلمان وہاں ٹھاٹ سے رہ رہے ہیں، تو دشمن کیسے ہے؟</w:t>
      </w:r>
    </w:p>
    <w:p>
      <w:r>
        <w:rPr>
          <w:b/>
        </w:rPr>
        <w:t xml:space="preserve">[08:44] </w:t>
      </w:r>
      <w:r>
        <w:t>har aadmi apne bhai band ko wahin bhejta hai, jis ko dekhiye, apne bete ko wahin bhejta hai, apne bete ko wahin bhejta hai. to dushman kaise hai woh?</w:t>
      </w:r>
    </w:p>
    <w:p>
      <w:pPr>
        <w:jc w:val="right"/>
      </w:pPr>
      <w:r>
        <w:t>ہر آدمی اپنے بھائی بند کو وہیں بھیجتا ہے، جس کو دیکھیے، اپنے بیٹے کو وہیں بھیجتا ہے، اپنے بیٹے کو وہیں بھیجتا ہے۔ تو دشمن کیسے ہے وہ؟</w:t>
      </w:r>
    </w:p>
    <w:p>
      <w:r>
        <w:rPr>
          <w:b/>
        </w:rPr>
        <w:t xml:space="preserve">[08:54] </w:t>
      </w:r>
      <w:r>
        <w:t>lekin rethinking nahin hai. dekhiye, is ka raaz bohat gehra hai.</w:t>
      </w:r>
    </w:p>
    <w:p>
      <w:pPr>
        <w:jc w:val="right"/>
      </w:pPr>
      <w:r>
        <w:t>لیکن ری تھنکنگ نہیں ہے۔ دیکھیے، اس کا راز بہت گہرا ہے۔</w:t>
      </w:r>
    </w:p>
    <w:p>
      <w:r>
        <w:rPr>
          <w:b/>
        </w:rPr>
        <w:t xml:space="preserve">[09:02] </w:t>
      </w:r>
      <w:r>
        <w:t>is ka raaz yeh hai ke musalman,</w:t>
      </w:r>
    </w:p>
    <w:p>
      <w:pPr>
        <w:jc w:val="right"/>
      </w:pPr>
      <w:r>
        <w:t>اس کا راز یہ ہے کہ مسلمان،</w:t>
      </w:r>
    </w:p>
    <w:p>
      <w:r>
        <w:rPr>
          <w:b/>
        </w:rPr>
        <w:t xml:space="preserve">[09:08] </w:t>
      </w:r>
      <w:r>
        <w:t>agar musalmanon ka ek masla aqeeday ka masla hai, ek cheez hai aqeedah, to kisi cheez ko aap aqeeday ka masla bana lein, to is ke baray mein aap rethink nahin karen ge.</w:t>
      </w:r>
    </w:p>
    <w:p>
      <w:pPr>
        <w:jc w:val="right"/>
      </w:pPr>
      <w:r>
        <w:t>اگر مسلمانوں کا ایک مسئلہ عقیدے کا مسئلہ ہے، ایک چیز ہے عقیدہ، تو کسی چیز کو آپ عقیدے کا مسئلہ بنا لیں، تو اس کے بارے میں آپ ری تھنک نہیں کریں گے۔</w:t>
      </w:r>
    </w:p>
    <w:p>
      <w:r>
        <w:rPr>
          <w:b/>
        </w:rPr>
        <w:t xml:space="preserve">[09:24] </w:t>
      </w:r>
      <w:r>
        <w:t>jaise misal ke taur par dekhiye, hum allah ko ek mante hain, yeh hamare aqeeday ka masla hai, to kya aap rethink</w:t>
      </w:r>
    </w:p>
    <w:p>
      <w:pPr>
        <w:jc w:val="right"/>
      </w:pPr>
      <w:r>
        <w:t>جیسے مثال کے طور پر دیکھیے، ہم اللہ کو ایک مانتے ہیں، یہ ہمارے عقیدے کا مسئلہ ہے، تو کیا آپ ری تھنک</w:t>
      </w:r>
    </w:p>
    <w:p>
      <w:r>
        <w:rPr>
          <w:b/>
        </w:rPr>
        <w:t xml:space="preserve">[09:31] </w:t>
      </w:r>
      <w:r>
        <w:t>karen ge ke allah ka hai tha, do bhi ho? rethink nahin karen ge aap. aise hi aap samajhte hain ke Muhammad sallallahu alaihi wasallam khatam un nabiyyin hain, to kya yeh aqeeday ka masla hai?</w:t>
      </w:r>
    </w:p>
    <w:p>
      <w:pPr>
        <w:jc w:val="right"/>
      </w:pPr>
      <w:r>
        <w:t>کریں گے کہ اللہ کا ہے تھا، دو بھی ہو؟ ری تھنک نہیں کریں گے آپ۔ ایسے ہی آپ سمجھتے ہیں کہ محمد صلی اللہ علیہ وسلم خاتم النبیین ہیں، تو کیا یہ عقیدے کا مسئلہ ہے؟</w:t>
      </w:r>
    </w:p>
    <w:p>
      <w:r>
        <w:rPr>
          <w:b/>
        </w:rPr>
        <w:t xml:space="preserve">[09:42] </w:t>
      </w:r>
      <w:r>
        <w:t>to kya aap rethinking karen ge ke shayad woh khatam un nabiyyin na hon?</w:t>
      </w:r>
    </w:p>
    <w:p>
      <w:pPr>
        <w:jc w:val="right"/>
      </w:pPr>
      <w:r>
        <w:t>تو کیا آپ ری تھنکنگ کریں گے کہ شاید وہ خاتم النبیین نہ ہوں؟</w:t>
      </w:r>
    </w:p>
    <w:p>
      <w:r>
        <w:rPr>
          <w:b/>
        </w:rPr>
        <w:t xml:space="preserve">[09:49] </w:t>
      </w:r>
      <w:r>
        <w:t>aise hi dekhiye, jannat jahannum ka masla hai, woh bhi aqeeday ka masla hai.</w:t>
      </w:r>
    </w:p>
    <w:p>
      <w:pPr>
        <w:jc w:val="right"/>
      </w:pPr>
      <w:r>
        <w:t>ایسے ہی دیکھیے، جنت جہنم کا مسئلہ ہے، وہ بھی عقیدے کا مسئلہ ہے۔</w:t>
      </w:r>
    </w:p>
    <w:p>
      <w:r>
        <w:rPr>
          <w:b/>
        </w:rPr>
        <w:t xml:space="preserve">[09:53] </w:t>
      </w:r>
      <w:r>
        <w:t>aap yeh think nahin kar sakte ke shayad jannat jannat na ho, shayad jahannum na ho. to kisi cheez ko aqeeday ka masla banane ke baad rethinking ka process khatam ho jata hai.</w:t>
      </w:r>
    </w:p>
    <w:p>
      <w:pPr>
        <w:jc w:val="right"/>
      </w:pPr>
      <w:r>
        <w:t>آپ یہ تھنک نہیں کر سکتے کہ شاید جنت جنت نہ ہو، شاید جہنم نہ ہو۔ تو کسی چیز کو عقیدے کا مسئلہ بنانے کے بعد ری تھنکنگ کا پراسیس ختم ہو جاتا ہے۔</w:t>
      </w:r>
    </w:p>
    <w:p>
      <w:r>
        <w:rPr>
          <w:b/>
        </w:rPr>
        <w:t xml:space="preserve">[10:09] </w:t>
      </w:r>
      <w:r>
        <w:t>yeh hai. acha, secular logon ke haan aqeeday ka masla hi nahin. wahan har cheez jo hai, woh to aik material cheez hai, secular cheez hai.</w:t>
      </w:r>
    </w:p>
    <w:p>
      <w:pPr>
        <w:jc w:val="right"/>
      </w:pPr>
      <w:r>
        <w:t>یہ ہے۔ اچھا، سیکولر لوگوں کے ہاں عقیدے کا مسئلہ ہی نہیں۔ وہاں ہر چیز جو ہے، وہ تو ایک مٹیریل چیز ہے، سیکولر چیز ہے۔</w:t>
      </w:r>
    </w:p>
    <w:p>
      <w:r>
        <w:rPr>
          <w:b/>
        </w:rPr>
        <w:t xml:space="preserve">[10:21] </w:t>
      </w:r>
      <w:r>
        <w:t>to woh rethinking karte rehte hain, badalte rehte hain.</w:t>
      </w:r>
    </w:p>
    <w:p>
      <w:pPr>
        <w:jc w:val="right"/>
      </w:pPr>
      <w:r>
        <w:t>تو وہ ری تھنکنگ کرتے رہتے ہیں، بدلتے رہتے ہیں۔</w:t>
      </w:r>
    </w:p>
    <w:p>
      <w:r>
        <w:rPr>
          <w:b/>
        </w:rPr>
        <w:t xml:space="preserve">[10:29] </w:t>
      </w:r>
      <w:r>
        <w:t>to is ka raaz kya hai? is ko isi ko ghuloo kaha gaya hai. ke musalmanon mein ya qaumon mein ghuloo aa jata hai.</w:t>
      </w:r>
    </w:p>
    <w:p>
      <w:pPr>
        <w:jc w:val="right"/>
      </w:pPr>
      <w:r>
        <w:t>تو اس کا راز کیا ہے؟ اس کو اسی کو غلو کہا گیا ہے۔ کہ مسلمانوں میں یا قوموں میں غلو آ جاتا ہے۔</w:t>
      </w:r>
    </w:p>
    <w:p>
      <w:r>
        <w:rPr>
          <w:b/>
        </w:rPr>
        <w:t xml:space="preserve">[10:40] </w:t>
      </w:r>
      <w:r>
        <w:t>hadees mein aata hai ke ayyakum wal ghuloo fid deen wa innama khaliqa min khaliq min kan qablakum bil ghuloo fid deen ke ummat e muslema ko Allah taala ne farmaya ke dekho, tum ghuloo ka shikar na hona.</w:t>
      </w:r>
    </w:p>
    <w:p>
      <w:pPr>
        <w:jc w:val="right"/>
      </w:pPr>
      <w:r>
        <w:t>حدیث میں آتا ہے کہ ایاکم والغلو فی الدین وانما خلق من خالق من کان قبلکم بالغو فی الدین کہ امت مسلمہ کو اللہ تعالیٰ نے فرمایا کہ دیکھو، تم غلو کا شکار نہ ہونا۔</w:t>
      </w:r>
    </w:p>
    <w:p>
      <w:r>
        <w:rPr>
          <w:b/>
        </w:rPr>
        <w:t xml:space="preserve">[10:57] </w:t>
      </w:r>
      <w:r>
        <w:t>kyunke doosri qaumein jo halak huin, ghuloo se halak huin. dekhiye, ghuloo kya hai? ghuloo asal an yahi hai.</w:t>
      </w:r>
    </w:p>
    <w:p>
      <w:pPr>
        <w:jc w:val="right"/>
      </w:pPr>
      <w:r>
        <w:t>کیونکہ دوسری قومیں جو ہلاک ہوئیں، غلو سے ہلاک ہوئیں۔ دیکھیے، غلو کیا ہے؟ غلو اصلًا یہی ہے۔</w:t>
      </w:r>
    </w:p>
    <w:p>
      <w:r>
        <w:rPr>
          <w:b/>
        </w:rPr>
        <w:t xml:space="preserve">[11:05] </w:t>
      </w:r>
      <w:r>
        <w:t>ghuloo ke lafzi maani hain extremism, inteha pasandi. lekin inteha pasandi ya extremism aata kaise hai?</w:t>
      </w:r>
    </w:p>
    <w:p>
      <w:pPr>
        <w:jc w:val="right"/>
      </w:pPr>
      <w:r>
        <w:t>غلو کے لفظی معنی ہیں ایکسٹریمزم، انتہا پسندی۔ لیکن انتہا پسندی یا ایکسٹریمزم آتا کیسے ہے؟</w:t>
      </w:r>
    </w:p>
    <w:p>
      <w:r>
        <w:rPr>
          <w:b/>
        </w:rPr>
        <w:t xml:space="preserve">[11:15] </w:t>
      </w:r>
      <w:r>
        <w:t>aata is tarah ke kisi cheez ko aap bana dete hain aqeeday ka masla. jaise 1927 se pehle mein jo dekhta tha har jagah, ladke dhanda le le kar daurte the aur naare lagate the,</w:t>
      </w:r>
    </w:p>
    <w:p>
      <w:pPr>
        <w:jc w:val="right"/>
      </w:pPr>
      <w:r>
        <w:t>آتا اس طرح کہ کسی چیز کو آپ بنا دیتے ہیں عقیدے کا مسئلہ۔ جیسے 1927 سے پہلے میں جو دیکھتا تھا ہر جگہ، لڑکے دھنڈا لے لے کر دوڑتے تھے اور نعرے لگاتے تھے،</w:t>
      </w:r>
    </w:p>
    <w:p>
      <w:r>
        <w:rPr>
          <w:b/>
        </w:rPr>
        <w:t xml:space="preserve">[11:30] </w:t>
      </w:r>
      <w:r>
        <w:t>Pakistan ka matlab kya hai? la ilaha illallah Pakistan ka matlab kya hai? la ilaha illallah. yaani Pakistan aik qaumi issue tha, us ko bana diya mazhabi issue.</w:t>
      </w:r>
    </w:p>
    <w:p>
      <w:pPr>
        <w:jc w:val="right"/>
      </w:pPr>
      <w:r>
        <w:t>پاکستان کا مطلب کیا ہے؟ لا الہ الا اللہ پاکستان کا مطلب کیا ہے؟ لا الہ الا اللہ۔ یعنی پاکستان ایک قومی ایشو تھا، اس کو بنا دیا مذہبی ایشو۔</w:t>
      </w:r>
    </w:p>
    <w:p>
      <w:r>
        <w:rPr>
          <w:b/>
        </w:rPr>
        <w:t xml:space="preserve">[11:43] </w:t>
      </w:r>
      <w:r>
        <w:t>Pakistan poori tarah se aik qaumi issue tha, is ka Islam se koi taalluq nahin tha. lekin jab aap ne kaha ke Pakistan ka matlab kya hai? la ilaha illallah, to aap ne Pakistani tehreek ko aqeeday ka masla bana diya.</w:t>
      </w:r>
    </w:p>
    <w:p>
      <w:pPr>
        <w:jc w:val="right"/>
      </w:pPr>
      <w:r>
        <w:t>پاکستان پوری طریقے سے ایک قومی ایشو تھا، اس کا اسلام سے کوئی تعلق نہیں تھا۔ لیکن جب آپ نے کہا کہ پاکستان کا مطلب کیا ہے؟ لا الہ الا اللہ، تو آپ نے پاکستانی تحریک کو عقیدے کا مسئلہ بنا دیا۔</w:t>
      </w:r>
    </w:p>
    <w:p>
      <w:r>
        <w:rPr>
          <w:b/>
        </w:rPr>
        <w:t xml:space="preserve">[11:59] </w:t>
      </w:r>
      <w:r>
        <w:t>isi liye aaj tak Pakistan mein rethinking nahin aayi. rethinking nahin aayi. aise hi Kashmir mein dekhiye, unhon ne jo tehreek chalayi, us ko naam rakh diya Nizam e Mustafa.</w:t>
      </w:r>
    </w:p>
    <w:p>
      <w:pPr>
        <w:jc w:val="right"/>
      </w:pPr>
      <w:r>
        <w:t>اسی لیے آج تک پاکستان میں ری تھنکنگ نہیں آئی۔ ری تھنکنگ نہیں آئی۔ ایسے ہی کشمیر میں دیکھیے، انہوں نے جو تحریک چلائی، اس کو نام رکھ دیا نظام مصطفیٰ۔</w:t>
      </w:r>
    </w:p>
    <w:p>
      <w:r>
        <w:rPr>
          <w:b/>
        </w:rPr>
        <w:t xml:space="preserve">[12:14] </w:t>
      </w:r>
      <w:r>
        <w:t>Pakistan ki tarah Kashmir ki tehreek bhi mukammal taur par Kashmiri qaumiyat ki tehreek thi. qaumiyat ki. lekin jab unhon ne kaha ke Nizam e Mustafa, to us ko aap unhon ne aqeeday ka masla bana diya.</w:t>
      </w:r>
    </w:p>
    <w:p>
      <w:pPr>
        <w:jc w:val="right"/>
      </w:pPr>
      <w:r>
        <w:t>پاکستان کی طرح کشمیر کی تحریک بھی مکمل طور پر کشمیری قومیت کی تحریک تھی۔ قومیت کی۔ لیکن جب انہوں نے کہا کہ نظام مصطفیٰ، تو اس کو آپ انہوں نے عقیدے کا مسئلہ بنا دیا۔</w:t>
      </w:r>
    </w:p>
    <w:p>
      <w:r>
        <w:rPr>
          <w:b/>
        </w:rPr>
        <w:t xml:space="preserve">[12:28] </w:t>
      </w:r>
      <w:r>
        <w:t>aqeeday ka masla. matlab hamare deen ka masla hai, shariyat ka masla hai. isi mein jannat jahannum ka inhisaar hai. to koi sochega nahin.</w:t>
      </w:r>
    </w:p>
    <w:p>
      <w:pPr>
        <w:jc w:val="right"/>
      </w:pPr>
      <w:r>
        <w:t>عقیدے کا مسئلہ۔ مطلب ہمارے دین کا مسئلہ ہے، شریعت کا مسئلہ ہے۔ اسی میں جنت جہنم کا انحصار ہے۔ تو کوئی سوچے گا نہیں۔</w:t>
      </w:r>
    </w:p>
    <w:p>
      <w:r>
        <w:rPr>
          <w:b/>
        </w:rPr>
        <w:t xml:space="preserve">[12:37] </w:t>
      </w:r>
      <w:r>
        <w:t>to aaj tak Kashmiriyon mein sahi maanon mein rethinking nahin aayi. kyunke is ko unhon ne bana diya aqeeday ka masla. yahi ghuloo hai.</w:t>
      </w:r>
    </w:p>
    <w:p>
      <w:pPr>
        <w:jc w:val="right"/>
      </w:pPr>
      <w:r>
        <w:t>تو آج تک کشمیریوں میں صحیح معنوں میں ری تھنکنگ نہیں آئی۔ کیونکہ اس کو انہوں نے بنا دیا عقیدے کا مسئلہ۔ یہی غلو ہے۔</w:t>
      </w:r>
    </w:p>
    <w:p>
      <w:r>
        <w:rPr>
          <w:b/>
        </w:rPr>
        <w:t xml:space="preserve">[12:46] </w:t>
      </w:r>
      <w:r>
        <w:t>Rasool Allah ne farmaya tha ke dekho, ghuloo mat karna. kyunke ghuloo mein qaumein halak hoti hain. ghuloo ka matlab yeh hai ke aik cheez jo aik aik aik aam tarz ki baat ho, aik amli baat ho, aik dunyawi baat ho, aik secular baat ho, us ko aap bana dein aqeeday ki baat.</w:t>
      </w:r>
    </w:p>
    <w:p>
      <w:pPr>
        <w:jc w:val="right"/>
      </w:pPr>
      <w:r>
        <w:t>رسول اللہ نے فرمایا تھا کہ دیکھو، غلو مت کرنا۔ کیونکہ غلو میں قومیں ہلاک ہوتی ہیں۔ غلو کا مطلب یہ ہے کہ ایک چیز جو ایک ایک ایک عام طرز کی بات ہو، ایک عملی بات ہو، ایک دنیاوی بات ہو، ایک سیکولر بات ہو، اس کو آپ بنا دیں عقیدے کی بات۔</w:t>
      </w:r>
    </w:p>
    <w:p>
      <w:r>
        <w:rPr>
          <w:b/>
        </w:rPr>
        <w:t xml:space="preserve">[13:07] </w:t>
      </w:r>
      <w:r>
        <w:t>to aqeeday ki baat sirf wohi hai jo Quran mein hai. aap izafa karenge to aap ghalati karenge. yaad rakhiye, Quran mein kahin likha nahin hai ke Pakistan banwao to woh aqeedah nahin ho sakta.</w:t>
      </w:r>
    </w:p>
    <w:p>
      <w:pPr>
        <w:jc w:val="right"/>
      </w:pPr>
      <w:r>
        <w:t>تو عقیدے کی بات صرف وہی ہے جو قرآن میں ہے۔ آپ اضافہ کریں گے تو آپ غلطی کریں گے۔ یاد رکھیے، قرآن میں کہیں لکھا نہیں ہے کہ پاکستان بنواؤ تو وہ عقیدہ نہیں ہو سکتا۔</w:t>
      </w:r>
    </w:p>
    <w:p>
      <w:r>
        <w:rPr>
          <w:b/>
        </w:rPr>
        <w:t xml:space="preserve">[13:24] </w:t>
      </w:r>
      <w:r>
        <w:t>Quran mein yeh likha hua nahin ke Kashmir mein Nizam e Mustafa chalao to aqeedah nahin ho sakta. aqeedah jitna bhi hai, sab Quran mein bata diya</w:t>
      </w:r>
    </w:p>
    <w:p>
      <w:pPr>
        <w:jc w:val="right"/>
      </w:pPr>
      <w:r>
        <w:t>قرآن میں یہ لکھا ہوا نہیں کہ کشمیر میں نظام مصطفیٰ چلاؤ تو عقیدہ نہیں ہو سکتا۔ عقیدہ جتنا بھی ہے، سب قرآن میں بتا دیا</w:t>
      </w:r>
    </w:p>
    <w:p>
      <w:r>
        <w:rPr>
          <w:b/>
        </w:rPr>
        <w:t xml:space="preserve">[13:34] </w:t>
      </w:r>
      <w:r>
        <w:t>gaya hai. ab kisi aur cheez ko aap aqeedah banayein to ghalati aap ki hogi, ghuloo hoga woh. aise hi dekhiye, Falasteen ke masle mein ko Arabon mein aaj tak rethinking nahin aayi.</w:t>
      </w:r>
    </w:p>
    <w:p>
      <w:pPr>
        <w:jc w:val="right"/>
      </w:pPr>
      <w:r>
        <w:t>گیا ہے۔ اب کسی اور چیز کو آپ عقیدہ بنائیں تو غلطی آپ کی ہوگی، غلو ہوگا وہ۔ ایسے ہی دیکھیے، فلسطین کے مسئلے میں کو عربوں میں آج تک ری تھنکنگ نہیں آئی۔</w:t>
      </w:r>
    </w:p>
    <w:p>
      <w:r>
        <w:rPr>
          <w:b/>
        </w:rPr>
        <w:t xml:space="preserve">[13:46] </w:t>
      </w:r>
      <w:r>
        <w:t>is ki wajah kya hai? Falasteen ka issue mere nazdeek mukammal taur par qaumi issue hai. Arab qaumiyat ka issue hai. bas. is ka Islam se koi taalluq nahin hai.</w:t>
      </w:r>
    </w:p>
    <w:p>
      <w:pPr>
        <w:jc w:val="right"/>
      </w:pPr>
      <w:r>
        <w:t>اس کی وجہ کیا ہے؟ فلسطین کا ایشو میرے نزدیک مکمل طور پر قومی ایشو ہے۔ عرب قومیت کا ایشو ہے۔ بس۔ اس کا اسلام سے کوئی تعلق نہیں ہے۔</w:t>
      </w:r>
    </w:p>
    <w:p>
      <w:r>
        <w:rPr>
          <w:b/>
        </w:rPr>
        <w:t xml:space="preserve">[13:57] </w:t>
      </w:r>
      <w:r>
        <w:t>lekin jitne leader hain, kya karte hain?</w:t>
      </w:r>
    </w:p>
    <w:p>
      <w:pPr>
        <w:jc w:val="right"/>
      </w:pPr>
      <w:r>
        <w:t>لیکن جتنے لیڈر ہیں، کیا کرتے ہیں؟</w:t>
      </w:r>
    </w:p>
    <w:p>
      <w:r>
        <w:rPr>
          <w:b/>
        </w:rPr>
        <w:t xml:space="preserve">[14:01] </w:t>
      </w:r>
      <w:r>
        <w:t>woh kehte hain ke yeh Masjid Aqsa ki baazyabi ka masla hai. yaani agar yeh kehte hain ke Arab qaumiyat ka masla hai to woh secular rehta, aap us par rethinking kar sakte the.</w:t>
      </w:r>
    </w:p>
    <w:p>
      <w:pPr>
        <w:jc w:val="right"/>
      </w:pPr>
      <w:r>
        <w:t>وہ کہتے ہیں کہ یہ مسجد اقصیٰ کی بازیابی کا مسئلہ ہے۔ یعنی اگر یہ کہتے ہیں کہ عرب قومیت کا مسئلہ ہے تو وہ سیکولر رہتا، آپ اس پر ری تھنکنگ کر سکتے تھے۔</w:t>
      </w:r>
    </w:p>
    <w:p>
      <w:r>
        <w:rPr>
          <w:b/>
        </w:rPr>
        <w:t xml:space="preserve">[14:14] </w:t>
      </w:r>
      <w:r>
        <w:t>lekin jab aap ne yeh keh diya ke yeh to hamari qibla awwal ki baazyabi ka masla hai, to aqeeday ka masla bana diya aap ne. phir aap kabhi rethink nahin karenge.</w:t>
      </w:r>
    </w:p>
    <w:p>
      <w:pPr>
        <w:jc w:val="right"/>
      </w:pPr>
      <w:r>
        <w:t>لیکن جب آپ نے یہ کہہ دیا کہ یہ تو ہماری قبلہ اول کی بازیابی کا مسئلہ ہے، تو عقیدے کا مسئلہ بنا دیا آپ نے۔ پھر آپ کبھی ری تھنک نہیں کریں گے۔</w:t>
      </w:r>
    </w:p>
    <w:p>
      <w:r>
        <w:rPr>
          <w:b/>
        </w:rPr>
        <w:t xml:space="preserve">[14:24] </w:t>
      </w:r>
      <w:r>
        <w:t>marein, kaatein, tabaah hon, aap rethink nahin karenge.</w:t>
      </w:r>
    </w:p>
    <w:p>
      <w:pPr>
        <w:jc w:val="right"/>
      </w:pPr>
      <w:r>
        <w:t>مرے، کٹیں، تباہ ہوں، آپ ری تھنک نہیں کریں گے۔</w:t>
      </w:r>
    </w:p>
    <w:p>
      <w:r>
        <w:rPr>
          <w:b/>
        </w:rPr>
        <w:t xml:space="preserve">[14:29] </w:t>
      </w:r>
      <w:r>
        <w:t>jaise Rasool Allah Khatam un Nabiyyin hain, to koi aap ko maare, kaate, kuch bhi kare, aap chhodenge nahin, us ko nahin chhodenge. kyunke ab aqeedah isi se juda hua hai.</w:t>
      </w:r>
    </w:p>
    <w:p>
      <w:pPr>
        <w:jc w:val="right"/>
      </w:pPr>
      <w:r>
        <w:t>جیسے رسول اللہ خاتم النبیین ہیں، تو کوئی آپ کو مارے، کاٹے، کچھ بھی کرے، آپ چھوڑیں گے نہیں، اس کو نہیں چھوڑیں گے۔ کیونکہ اب عقیدہ اسی سے جڑا ہوا ہے۔</w:t>
      </w:r>
    </w:p>
    <w:p>
      <w:r>
        <w:rPr>
          <w:b/>
        </w:rPr>
        <w:t xml:space="preserve">[14:41] </w:t>
      </w:r>
      <w:r>
        <w:t>to Falasteen ka masla jo yaqeeni taur par tha, Arab qaumiyat ka masla. dekhiye, hota yeh hai, agar aap aqeeday ka masla na banayein to aap result ko le kar sochte hain.</w:t>
      </w:r>
    </w:p>
    <w:p>
      <w:pPr>
        <w:jc w:val="right"/>
      </w:pPr>
      <w:r>
        <w:t>تو فلسطین کا مسئلہ جو یقینی طور پر تھا، عرب قومیت کا مسئلہ۔ دیکھیے، ہوتا یہ ہے، اگر آپ عقیدے کا مسئلہ نہ بنائیں تو آپ رزلٹ کو لے کر سوچتے ہیں۔</w:t>
      </w:r>
    </w:p>
    <w:p>
      <w:r>
        <w:rPr>
          <w:b/>
        </w:rPr>
        <w:t xml:space="preserve">[14:57] </w:t>
      </w:r>
      <w:r>
        <w:t>aqeeday ka masla na banayein to result ko le kar sochte hain. Falasteen ka masla agar aap rakhte, Arab qaumiyat ka masla, to aap result ko le kar sochte hain ke sab yeh to tabaahi, tabaahi ho rahi hai, chhod do.</w:t>
      </w:r>
    </w:p>
    <w:p>
      <w:pPr>
        <w:jc w:val="right"/>
      </w:pPr>
      <w:r>
        <w:t>عقیدے کا مسئلہ نہ بنائیں تو رزلٹ کو لے کر سوچتے ہیں۔ فلسطین کا مسئلہ اگر آپ رکھتے، عرب قومیت کا مسئلہ، تو آپ رزلٹ کو لے کر سوچتے ہیں کہ سب یہ تو تباہی، تباہی ہو رہی ہے، چھوڑو۔</w:t>
      </w:r>
    </w:p>
    <w:p>
      <w:r>
        <w:rPr>
          <w:b/>
        </w:rPr>
        <w:t xml:space="preserve">[15:11] </w:t>
      </w:r>
      <w:r>
        <w:t>tabahi se kya faida? jab bhi aap dekhiye, aqide se bahar koi masla rahega to woh result ko lekar usko aap judge karenge.</w:t>
      </w:r>
    </w:p>
    <w:p>
      <w:pPr>
        <w:jc w:val="right"/>
      </w:pPr>
      <w:r>
        <w:t>تباہی سے کیا فائدہ؟ جب بھی آپ دیکھیے، عقیدے سے باہر کوئی مسئلہ رہے گا تو وہ رزلٹ کو لے کر اس کو آپ جج کریں گے۔</w:t>
      </w:r>
    </w:p>
    <w:p>
      <w:r>
        <w:rPr>
          <w:b/>
        </w:rPr>
        <w:t xml:space="preserve">[15:23] </w:t>
      </w:r>
      <w:r>
        <w:t>result ko lekar judge karenge.</w:t>
      </w:r>
    </w:p>
    <w:p>
      <w:pPr>
        <w:jc w:val="right"/>
      </w:pPr>
      <w:r>
        <w:t>رزلٹ کو لے کر جج کریں گے۔</w:t>
      </w:r>
    </w:p>
    <w:p>
      <w:r>
        <w:rPr>
          <w:b/>
        </w:rPr>
        <w:t xml:space="preserve">[15:25] </w:t>
      </w:r>
      <w:r>
        <w:t>result nikla to theek hai, nahi nikla to chhod denge isko. lekin jab isko aqide ka masla bana denge aap, to aap kabhi result lekar nahi sochenge.</w:t>
      </w:r>
    </w:p>
    <w:p>
      <w:pPr>
        <w:jc w:val="right"/>
      </w:pPr>
      <w:r>
        <w:t>رزلٹ نکلا تو ٹھیک ہے، نہیں نکلا تو چھوڑ دیں گے اس کو۔ لیکن جب اس کو عقیدے کا مسئلہ بنا دیں گے آپ، تو آپ کبھی رزلٹ لے کر نہیں سوچیں گے۔</w:t>
      </w:r>
    </w:p>
    <w:p>
      <w:r>
        <w:rPr>
          <w:b/>
        </w:rPr>
        <w:t xml:space="preserve">[15:35] </w:t>
      </w:r>
      <w:r>
        <w:t>yeh to marenge, katenge, samajhte hain ke jannat mil to phir bhi mil jayegi, marne ke baad. to yeh hai Allah, Rasool Allah salallahu alaihi wasallam ne isi ko bataya tha ke dekho tum ghalu mat karna.</w:t>
      </w:r>
    </w:p>
    <w:p>
      <w:pPr>
        <w:jc w:val="right"/>
      </w:pPr>
      <w:r>
        <w:t>یہ تو مریں گے، کٹیں گے، سمجھتے ہیں کہ جنت مل تو پھر بھی مل جائے گی، مرنے کے بعد۔ تو یہ ہے اللہ، رسول اللہ صلی اللہ علیہ وسلم نے اسی کو بتایا تھا کہ دیکھو تم غلو مت کرنا۔</w:t>
      </w:r>
    </w:p>
    <w:p>
      <w:r>
        <w:rPr>
          <w:b/>
        </w:rPr>
        <w:t xml:space="preserve">[15:48] </w:t>
      </w:r>
      <w:r>
        <w:t>ghalu ke lafzi maane inteha pasandi, extreme</w:t>
      </w:r>
    </w:p>
    <w:p>
      <w:pPr>
        <w:jc w:val="right"/>
      </w:pPr>
      <w:r>
        <w:t>غلو کے لفظی معنی انتہا پسندی، ایکسٹری</w:t>
      </w:r>
    </w:p>
    <w:p>
      <w:r>
        <w:rPr>
          <w:b/>
        </w:rPr>
        <w:t xml:space="preserve">[15:51] </w:t>
      </w:r>
      <w:r>
        <w:t>ism. yani ek cheez jo aqide ka masla nahi hai, usko badalna aqide ka masla hai. yahi to extremism hai. ek cheez jo haqiqatan aqide ka masla nahi hai,</w:t>
      </w:r>
    </w:p>
    <w:p>
      <w:pPr>
        <w:jc w:val="right"/>
      </w:pPr>
      <w:r>
        <w:t>مزم۔ یعنی ایک چیز جو عقیدے کا مسئلہ نہیں ہے، اس کو بدلنا عقیدے کا مسئلہ ہے۔ یہی تو ایکسٹریمزم ہے۔ ایک چیز جو حقیقتاً عقیدے کا مسئلہ نہیں ہے،</w:t>
      </w:r>
    </w:p>
    <w:p>
      <w:r>
        <w:rPr>
          <w:b/>
        </w:rPr>
        <w:t xml:space="preserve">[16:05] </w:t>
      </w:r>
      <w:r>
        <w:t>usko aap bana dein aqide ka masla. yeh ghalu hai. maslan koi family ka masla hai, business ka masla hai, job ka masla hai, qaumi masla hai, to usko aap rethinking karenge.</w:t>
      </w:r>
    </w:p>
    <w:p>
      <w:pPr>
        <w:jc w:val="right"/>
      </w:pPr>
      <w:r>
        <w:t>اس کو آپ بنا دیں عقیدے کا مسئلہ۔ یہ غلو ہے۔ مثلاً کوئی فیملی کا مسئلہ ہے، بزنس کا مسئلہ ہے، جاب کا مسئلہ ہے، قومی مسئلہ ہے، تو اس کو آپ ری تھنکنگ کریں گے۔</w:t>
      </w:r>
    </w:p>
    <w:p>
      <w:r>
        <w:rPr>
          <w:b/>
        </w:rPr>
        <w:t xml:space="preserve">[16:20] </w:t>
      </w:r>
      <w:r>
        <w:t>beshtar masle aise hi hote hain ke woh family ka masla hota hai, business ka masla hota hai, job ka masla hota hai, qaumi masla hota hai.</w:t>
      </w:r>
    </w:p>
    <w:p>
      <w:pPr>
        <w:jc w:val="right"/>
      </w:pPr>
      <w:r>
        <w:t>بیشتر مسئلے ایسے ہی ہوتے ہیں کہ وہ فیملی کا مسئلہ ہوتا ہے، بزنس کا مسئلہ ہوتا ہے، جاب کا مسئلہ ہوتا ہے، قومی مسئلہ ہوتا ہے۔</w:t>
      </w:r>
    </w:p>
    <w:p>
      <w:r>
        <w:rPr>
          <w:b/>
        </w:rPr>
        <w:t xml:space="preserve">[16:30] </w:t>
      </w:r>
      <w:r>
        <w:t>to usko aap wahi darja dijiye taake aap rethink kar saken. aur jab aur jab natija ulta nikle, jis ko kehte hain counter productive,</w:t>
      </w:r>
    </w:p>
    <w:p>
      <w:pPr>
        <w:jc w:val="right"/>
      </w:pPr>
      <w:r>
        <w:t>تو اس کو آپ وہی درجہ دیجیے تاکہ آپ ری تھنک کر سکیں۔ اور جب اور جب نتیجہ الٹا نکلے، جس کو کہتے ہیں کاؤنٹر پروڈکٹیو،</w:t>
      </w:r>
    </w:p>
    <w:p>
      <w:r>
        <w:rPr>
          <w:b/>
        </w:rPr>
        <w:t xml:space="preserve">[16:44] </w:t>
      </w:r>
      <w:r>
        <w:t>ulta natija nikle to aap rethink karen, chhoden isko.</w:t>
      </w:r>
    </w:p>
    <w:p>
      <w:pPr>
        <w:jc w:val="right"/>
      </w:pPr>
      <w:r>
        <w:t>الٹا نتیجہ نکلے تو آپ ری تھنک کریں، چھوڑیں اس کو۔</w:t>
      </w:r>
    </w:p>
    <w:p>
      <w:r>
        <w:rPr>
          <w:b/>
        </w:rPr>
        <w:t xml:space="preserve">[16:50] </w:t>
      </w:r>
      <w:r>
        <w:t>to Allah taala ne jo kitaab utari hai, Quran, us mein kuch hi masle aise hain jo aqide ke masle hain. ke Allah ek hai, Rasool Allah aakhri nabi hain, jannat hone wali hai, jahannum hone wali hai.</w:t>
      </w:r>
    </w:p>
    <w:p>
      <w:pPr>
        <w:jc w:val="right"/>
      </w:pPr>
      <w:r>
        <w:t>تو اللہ تعالیٰ نے جو کتاب اتاری ہے، قرآن، اس میں کچھ ہی مسئلے ایسے ہیں جو عقیدے کے مسئلے ہیں۔ کہ اللہ ایک ہے، رسول اللہ آخری نبی ہیں، جنت ہونے والی ہے، جہنم ہونے والی ہے۔</w:t>
      </w:r>
    </w:p>
    <w:p>
      <w:r>
        <w:rPr>
          <w:b/>
        </w:rPr>
        <w:t xml:space="preserve">[17:05] </w:t>
      </w:r>
      <w:r>
        <w:t>kuch hi masle</w:t>
      </w:r>
    </w:p>
    <w:p>
      <w:pPr>
        <w:jc w:val="right"/>
      </w:pPr>
      <w:r>
        <w:t>کچھ ہی مسئلے</w:t>
      </w:r>
    </w:p>
    <w:p>
      <w:r>
        <w:rPr>
          <w:b/>
        </w:rPr>
        <w:t xml:space="preserve">[17:06] </w:t>
      </w:r>
      <w:r>
        <w:t>hain. ab saare maslon ko aap ne bana diya aqide ka masla. ke Pakistan ka matlab kya? la ilaha illallah. Falasteen ka matlab kya?</w:t>
      </w:r>
    </w:p>
    <w:p>
      <w:pPr>
        <w:jc w:val="right"/>
      </w:pPr>
      <w:r>
        <w:t>ہیں۔ اب سارے مسئلوں کو آپ نے بنا دیا عقیدے کا مسئلہ۔ کہ پاکستان کا مطلب کیا؟ لا الہ الا اللہ۔ فلسطین کا مطلب کیا؟</w:t>
      </w:r>
    </w:p>
    <w:p>
      <w:r>
        <w:rPr>
          <w:b/>
        </w:rPr>
        <w:t xml:space="preserve">[17:15] </w:t>
      </w:r>
      <w:r>
        <w:t>qibla awwal ki wapsi. Kashmir ka masla kya? nizam e mustafa qaim karna. har jagah yahi kar rakha hai.</w:t>
      </w:r>
    </w:p>
    <w:p>
      <w:pPr>
        <w:jc w:val="right"/>
      </w:pPr>
      <w:r>
        <w:t>قبلہ اول کی واپسی۔ کشمیر کا مسئلہ کیا؟ نظام مصطفیٰ قائم کرنا۔ ہر جگہ یہی کر رکھا ہے۔</w:t>
      </w:r>
    </w:p>
    <w:p>
      <w:r>
        <w:rPr>
          <w:b/>
        </w:rPr>
        <w:t xml:space="preserve">[17:26] </w:t>
      </w:r>
      <w:r>
        <w:t>yeh jo jagah jagah jo separatism hai, jaise Xinjiang mein, Arakan mein, Philippines mein, aur Bosnia mein, sab ka sab tha qaumi masla.</w:t>
      </w:r>
    </w:p>
    <w:p>
      <w:pPr>
        <w:jc w:val="right"/>
      </w:pPr>
      <w:r>
        <w:t>یہ جو جگہ جگہ جو سیپریٹزم ہے، جیسے سینکیانگ میں، اراکان میں، فلپائن میں، اور بوسنیا میں، سب کا سب تھا قومی مسئلہ۔</w:t>
      </w:r>
    </w:p>
    <w:p>
      <w:r>
        <w:rPr>
          <w:b/>
        </w:rPr>
        <w:t xml:space="preserve">[17:41] </w:t>
      </w:r>
      <w:r>
        <w:t>bana diya Islami state, Muslim state. to ab isi par lad rahe hain, mar rahe hain, kar rahe hain. ab wapsi nahi lete.</w:t>
      </w:r>
    </w:p>
    <w:p>
      <w:pPr>
        <w:jc w:val="right"/>
      </w:pPr>
      <w:r>
        <w:t>بنا دیا اسلامی اسٹیٹ، مسلم اسٹیٹ۔ تو اب اسی پر لڑ رہے ہیں، مر رہے ہیں، کر رہے ہیں۔ اب واپسی نہیں لیتے۔</w:t>
      </w:r>
    </w:p>
    <w:p>
      <w:r>
        <w:rPr>
          <w:b/>
        </w:rPr>
        <w:t xml:space="preserve">[17:51] </w:t>
      </w:r>
      <w:r>
        <w:t>to jab aap kisi maamle ko aqide se bahar rakhen to aap sochenge you turn lenge.</w:t>
      </w:r>
    </w:p>
    <w:p>
      <w:pPr>
        <w:jc w:val="right"/>
      </w:pPr>
      <w:r>
        <w:t>تو جب آپ کسی معاملے کو عقیدے سے باہر رکھیں تو آپ سوچیں گے یو ٹرن لیں گے۔</w:t>
      </w:r>
    </w:p>
    <w:p>
      <w:r>
        <w:rPr>
          <w:b/>
        </w:rPr>
        <w:t xml:space="preserve">[18:02] </w:t>
      </w:r>
      <w:r>
        <w:t>aur aqide ka masla bana dein to aap na sochenge, na you turn lenge, isi marte karte rahenge.</w:t>
      </w:r>
    </w:p>
    <w:p>
      <w:pPr>
        <w:jc w:val="right"/>
      </w:pPr>
      <w:r>
        <w:t>اور عقیدے کا مسئلہ بنا دیں تو آپ نہ سوچیں گے، نہ یو ٹرن لیں گے، اسی مرتے کرتے رہیں گے۔</w:t>
      </w:r>
    </w:p>
    <w:p>
      <w:r>
        <w:rPr>
          <w:b/>
        </w:rPr>
        <w:t xml:space="preserve">[18:11] </w:t>
      </w:r>
      <w:r>
        <w:t>to yeh jo Scotland aur England ka masla tha, isko unhon ne aqide ka masla nahi banaya.</w:t>
      </w:r>
    </w:p>
    <w:p>
      <w:pPr>
        <w:jc w:val="right"/>
      </w:pPr>
      <w:r>
        <w:t>تو یہ جو اسکاٹ لینڈ اور انگلینڈ کا مسئلہ تھا، اس کو انہوں نے عقیدے کا مسئلہ نہیں بنایا۔</w:t>
      </w:r>
    </w:p>
    <w:p>
      <w:r>
        <w:rPr>
          <w:b/>
        </w:rPr>
        <w:t xml:space="preserve">[18:21] </w:t>
      </w:r>
      <w:r>
        <w:t>to to socha, socha, socha, badi bahasen huin. badi bahasen huin, bahut unke literature aap dekhiye. Scotland aur England mein badi bahasen hoti rahin.</w:t>
      </w:r>
    </w:p>
    <w:p>
      <w:pPr>
        <w:jc w:val="right"/>
      </w:pPr>
      <w:r>
        <w:t>تو تو سوچا، سوچا، سوچا، بڑی بحثیں ہوئیں۔ بڑی بحثیں ہوئیں، بہت ان کے لٹریچر آپ دیکھیے۔ اسکاٹ لینڈ اور انگلینڈ میں بڑی بحثیں ہوتی رہیں۔</w:t>
      </w:r>
    </w:p>
    <w:p>
      <w:r>
        <w:rPr>
          <w:b/>
        </w:rPr>
        <w:t xml:space="preserve">[18:33] </w:t>
      </w:r>
      <w:r>
        <w:t>bas woh karte karte pata chala ke bhai alag honge to hamara nuksan hoga. is se achha hai chalne do, jo ittehad ho, unka chalne do.</w:t>
      </w:r>
    </w:p>
    <w:p>
      <w:pPr>
        <w:jc w:val="right"/>
      </w:pPr>
      <w:r>
        <w:t>بس وہ کرتے کرتے پتہ چلا کہ بھئی الگ ہوں گے تو ہمارا نقصان ہوگا۔ اس سے اچھا ہے چلنے دو، جو اتحاد ہو، ان کا چلنے دو۔</w:t>
      </w:r>
    </w:p>
    <w:p>
      <w:r>
        <w:rPr>
          <w:b/>
        </w:rPr>
        <w:t xml:space="preserve">[18:45] </w:t>
      </w:r>
      <w:r>
        <w:t>yeh hai sabak sochne ka.</w:t>
      </w:r>
    </w:p>
    <w:p>
      <w:pPr>
        <w:jc w:val="right"/>
      </w:pPr>
      <w:r>
        <w:t>یہ ہے سبق سوچنے کا۔</w:t>
      </w:r>
    </w:p>
    <w:p>
      <w:r>
        <w:rPr>
          <w:b/>
        </w:rPr>
        <w:t xml:space="preserve">[18:50] </w:t>
      </w:r>
      <w:r>
        <w:t>ke qaum poori ki poori ghalu mein utra ho gayi hai, ghalu mein. yani jo cheez, jis cheez ka taalluq aqide se nahi tha, us ko aqide ka masla bana diya.</w:t>
      </w:r>
    </w:p>
    <w:p>
      <w:pPr>
        <w:jc w:val="right"/>
      </w:pPr>
      <w:r>
        <w:t>کہ قوم پوری کی پوری غلو میں اترا ہو گئی ہے، غلو میں۔ یعنی جو چیز، جس چیز کا تعلق عقیدے سے نہیں تھا، اس کو عقیدے کا مسئلہ بنا دیا۔</w:t>
      </w:r>
    </w:p>
    <w:p>
      <w:r>
        <w:rPr>
          <w:b/>
        </w:rPr>
        <w:t xml:space="preserve">[19:01] </w:t>
      </w:r>
      <w:r>
        <w:t>yahi ghalu hai.</w:t>
      </w:r>
    </w:p>
    <w:p>
      <w:pPr>
        <w:jc w:val="right"/>
      </w:pPr>
      <w:r>
        <w:t>یہی غلو ہے۔</w:t>
      </w:r>
    </w:p>
    <w:p>
      <w:r>
        <w:rPr>
          <w:b/>
        </w:rPr>
        <w:t xml:space="preserve">[19:03] </w:t>
      </w:r>
      <w:r>
        <w:t>had se tajawuz kar jana. extreme bhi, extreme position le lena.</w:t>
      </w:r>
    </w:p>
    <w:p>
      <w:pPr>
        <w:jc w:val="right"/>
      </w:pPr>
      <w:r>
        <w:t>حد سے تجاوز کر جانا۔ ایکسٹریم بھی، ایکسٹریم پوزیشن لے لینا۔</w:t>
      </w:r>
    </w:p>
    <w:p>
      <w:r>
        <w:rPr>
          <w:b/>
        </w:rPr>
        <w:t xml:space="preserve">[19:13] </w:t>
      </w:r>
      <w:r>
        <w:t>to poori duniya ke musalmanon ka hasil yeh hai ke woh cheezon ko aqeeday se, jo cheez aqeeday ke bahar thi, us ko aqeeday se link kar diya hai.</w:t>
      </w:r>
    </w:p>
    <w:p>
      <w:pPr>
        <w:jc w:val="right"/>
      </w:pPr>
      <w:r>
        <w:t>تو پوری دنیا کے مسلمانوں کا حاصل یہ ہے کہ وہ چیزوں کو عقیدے سے، جو چیز عقیدے کے باہر تھی، اس کو عقیدے سے لنک کر دیا ہے۔</w:t>
      </w:r>
    </w:p>
    <w:p>
      <w:r>
        <w:rPr>
          <w:b/>
        </w:rPr>
        <w:t xml:space="preserve">[19:25] </w:t>
      </w:r>
      <w:r>
        <w:t>acha misaal ke taur par dekhiye, falasteen jo hai, kehte hain ke qibla awwal ki wapsi ka mas</w:t>
      </w:r>
    </w:p>
    <w:p>
      <w:pPr>
        <w:jc w:val="right"/>
      </w:pPr>
      <w:r>
        <w:t>اچھا مثال کے طور پر دیکھیے، فلسطین جو ہے، کہتے ہیں کہ قبلہ اول کی واپسی کا مسئ</w:t>
      </w:r>
    </w:p>
    <w:p>
      <w:r>
        <w:rPr>
          <w:b/>
        </w:rPr>
        <w:t xml:space="preserve">[19:30] </w:t>
      </w:r>
      <w:r>
        <w:t>la hai. yeh saara false word parchain hai. yaani masjid aqsa kabhi bhi qibla nahi thi.</w:t>
      </w:r>
    </w:p>
    <w:p>
      <w:pPr>
        <w:jc w:val="right"/>
      </w:pPr>
      <w:r>
        <w:t>لہ ہے۔ یہ سارا فالس ورڈ پرچین ہے۔ یعنی مسجد اقصیٰ کبھی بھی قبلہ نہیں تھی۔</w:t>
      </w:r>
    </w:p>
    <w:p>
      <w:r>
        <w:rPr>
          <w:b/>
        </w:rPr>
        <w:t xml:space="preserve">[19:39] </w:t>
      </w:r>
      <w:r>
        <w:t>yeh kehna hi galat hai ke masjid aqsa qibla awwal thi. qibla awwal to kaaba tha.</w:t>
      </w:r>
    </w:p>
    <w:p>
      <w:pPr>
        <w:jc w:val="right"/>
      </w:pPr>
      <w:r>
        <w:t>یہ کہنا ہی غلط ہے کہ مسجد اقصیٰ قبلہ اول تھی۔ قبلہ اول تو کعبہ تھا۔</w:t>
      </w:r>
    </w:p>
    <w:p>
      <w:r>
        <w:rPr>
          <w:b/>
        </w:rPr>
        <w:t xml:space="preserve">[19:50] </w:t>
      </w:r>
      <w:r>
        <w:t>rasool Allah sal Allah alayh wasallam 13 saal tak jab thay makka mein to kaaba ki kitaab namaz ko parhte thay. to qibla awwal kaaba tha.</w:t>
      </w:r>
    </w:p>
    <w:p>
      <w:pPr>
        <w:jc w:val="right"/>
      </w:pPr>
      <w:r>
        <w:t>رسول اللہ صلی اللہ علیہ وسلم تیرہ سال تک جب تھے مکہ میں تو کعبہ کی کتاب نماز کو پڑھتے تھے۔ تو قبلہ اول کعبہ تھا۔</w:t>
      </w:r>
    </w:p>
    <w:p>
      <w:r>
        <w:rPr>
          <w:b/>
        </w:rPr>
        <w:t xml:space="preserve">[19:59] </w:t>
      </w:r>
      <w:r>
        <w:t>acha madine jab hijrat kar gaye to aap ne kaha ke chalo bhai yahudiyon ke qibla ko yahan qibla bana lete hain. yaani 13 saal ke baad jo daur aaya hai, madni daur,</w:t>
      </w:r>
    </w:p>
    <w:p>
      <w:pPr>
        <w:jc w:val="right"/>
      </w:pPr>
      <w:r>
        <w:t>اچھا مدینے جب ہجرت کر گئے تو آپ نے کہا کہ چلو بھئی یہودیوں کے قبلہ کو یہاں قبلہ بنا لیتے ہیں۔ یعنی تیرہ سال کے بعد جو دور آیا ہے، مدنی دور،</w:t>
      </w:r>
    </w:p>
    <w:p>
      <w:r>
        <w:rPr>
          <w:b/>
        </w:rPr>
        <w:t xml:space="preserve">[20:12] </w:t>
      </w:r>
      <w:r>
        <w:t>wahan aap ne yahudiyon ke qibla ko. acha yahudiyon ke qibla kya tha? yahudiyon ke qibla hargiz masjid aqsa nahi thi. jo aisa kahe woh kuch jaanta nahi hai.</w:t>
      </w:r>
    </w:p>
    <w:p>
      <w:pPr>
        <w:jc w:val="right"/>
      </w:pPr>
      <w:r>
        <w:t>وہاں آپ نے یہودیوں کے قبلہ کو۔ اچھا یہودیوں کے قبلہ کیا تھا؟ یہودیوں کے قبلہ ہرگز مسجد اقصیٰ نہیں تھی۔ جو ایسا کہے وہ کچھ جانتا نہیں ہے۔</w:t>
      </w:r>
    </w:p>
    <w:p>
      <w:r>
        <w:rPr>
          <w:b/>
        </w:rPr>
        <w:t xml:space="preserve">[20:25] </w:t>
      </w:r>
      <w:r>
        <w:t>yahudiyon ke qibla tha qubbat al-sakhrah, dome of rock.</w:t>
      </w:r>
    </w:p>
    <w:p>
      <w:pPr>
        <w:jc w:val="right"/>
      </w:pPr>
      <w:r>
        <w:t>یہودیوں کے قبلہ تھا قبة الصخرة، ڈوم آف راک۔</w:t>
      </w:r>
    </w:p>
    <w:p>
      <w:r>
        <w:rPr>
          <w:b/>
        </w:rPr>
        <w:t xml:space="preserve">[20:30] </w:t>
      </w:r>
      <w:r>
        <w:t>woh ek alag building hai. woh masjid aqsa se alag ek building hai jis ko woh muqaddas samajhte hain. us ko kehte hain qubbat al-sakhrah.</w:t>
      </w:r>
    </w:p>
    <w:p>
      <w:pPr>
        <w:jc w:val="right"/>
      </w:pPr>
      <w:r>
        <w:t>وہ ایک الگ بلڈنگ ہے۔ وہ مسجد اقصیٰ سے الگ ایک بلڈنگ ہے جس کو وہ مقدس سمجھتے ہیں۔ اس کو کہتے ہیں قبة الصخرة۔</w:t>
      </w:r>
    </w:p>
    <w:p>
      <w:r>
        <w:rPr>
          <w:b/>
        </w:rPr>
        <w:t xml:space="preserve">[20:41] </w:t>
      </w:r>
      <w:r>
        <w:t>main ne is ko dekha hai, ek chowkor qism ka pathar hai, us ko muqaddas samajhte hain. jab tak yahan par hazrat ibrahim ne, ishaq ke, un ko woh ishaq ko mante hain, zibah, woh ishaq ko mante hain, wahan qurbani di thi.</w:t>
      </w:r>
    </w:p>
    <w:p>
      <w:pPr>
        <w:jc w:val="right"/>
      </w:pPr>
      <w:r>
        <w:t>میں نے اس کو دیکھا ہے، ایک چوکور قسم کا پتھر ہے، اس کو مقدس سمجھتے ہیں۔ جب تک یہاں پر حضرت ابراہیم نے، اسحاق کے، ان کو وہ اسحاق کو مانتے ہیں، ذبیح، وہ اسحاق کو مانتے ہیں، وہاں قربانی دی تھی۔</w:t>
      </w:r>
    </w:p>
    <w:p>
      <w:r>
        <w:rPr>
          <w:b/>
        </w:rPr>
        <w:t xml:space="preserve">[20:57] </w:t>
      </w:r>
      <w:r>
        <w:t>to is pathar ke oopar ek dome bana hua hai. usay kehte hain qubbat al-sakhrah. sakhrah mani chattan. yaani chattan ke oopar gumbad.</w:t>
      </w:r>
    </w:p>
    <w:p>
      <w:pPr>
        <w:jc w:val="right"/>
      </w:pPr>
      <w:r>
        <w:t>تو اس پتھر کے اوپر ایک ڈوم بنا ہوا ہے۔ اسے کہتے ہیں قبة الصخرة۔ صخرة معنی چٹان۔ یعنی چٹان کے اوپر گنبد۔</w:t>
      </w:r>
    </w:p>
    <w:p>
      <w:r>
        <w:rPr>
          <w:b/>
        </w:rPr>
        <w:t xml:space="preserve">[21:09] </w:t>
      </w:r>
      <w:r>
        <w:t>to yahudiyon ka jo qibla tha ya hai, woh qubbat al-sakhrah hai. masjid aqsa hargiz nahi hai. ab is ko jab aap sachai se hatayenge to ajeeb ajeeb galatiyan karenge.</w:t>
      </w:r>
    </w:p>
    <w:p>
      <w:pPr>
        <w:jc w:val="right"/>
      </w:pPr>
      <w:r>
        <w:t>تو یہودیوں کا جو قبلہ تھا یا ہے، وہ قبة الصخرة ہے۔ مسجد اقصیٰ ہرگز نہیں ہے۔ اب اس کو جب آپ سچائی سے ہٹائیں گے تو عجیب عجیب غلطیاں کریں گے۔</w:t>
      </w:r>
    </w:p>
    <w:p>
      <w:r>
        <w:rPr>
          <w:b/>
        </w:rPr>
        <w:t xml:space="preserve">[21:25] </w:t>
      </w:r>
      <w:r>
        <w:t>ajeeb ajeeb galatiyan karenge.</w:t>
      </w:r>
    </w:p>
    <w:p>
      <w:pPr>
        <w:jc w:val="right"/>
      </w:pPr>
      <w:r>
        <w:t>عجیب عجیب غلطیاں کریں گے۔</w:t>
      </w:r>
    </w:p>
    <w:p>
      <w:r>
        <w:rPr>
          <w:b/>
        </w:rPr>
        <w:t xml:space="preserve">[21:27] </w:t>
      </w:r>
      <w:r>
        <w:t>to behal basic baat jo main kehna chahta hoon woh yeh hai ke musalmanon ne agar in masail ko aqeeday se na joda hota, mazhab se na joda hota, deen se na joda hota,</w:t>
      </w:r>
    </w:p>
    <w:p>
      <w:pPr>
        <w:jc w:val="right"/>
      </w:pPr>
      <w:r>
        <w:t>تو بہرحال بیسک بات جو میں کہنا چاہتا ہوں وہ یہ ہے کہ مسلمانوں نے اگر ان مسائل کو عقیدے سے نہ جوڑا ہوتا، مذہب سے نہ جوڑا ہوتا، دین سے نہ جوڑا ہوتا،</w:t>
      </w:r>
    </w:p>
    <w:p>
      <w:r>
        <w:rPr>
          <w:b/>
        </w:rPr>
        <w:t xml:space="preserve">[21:43] </w:t>
      </w:r>
      <w:r>
        <w:t>misalan america hai, farz kijiye, kya kehte hain? america adu al-islam raqam wahid. arab log kehte hain ke america adu al-islam raqam wahid.</w:t>
      </w:r>
    </w:p>
    <w:p>
      <w:pPr>
        <w:jc w:val="right"/>
      </w:pPr>
      <w:r>
        <w:t>مثلاً امریکہ ہے، فرض کیجیے، کیا کہتے ہیں؟ امریکہ عدو الاسلام رقم واحد۔ عرب لوگ کہتے ہیں کہ امریکہ عدو الاسلام رقم واحد۔</w:t>
      </w:r>
    </w:p>
    <w:p>
      <w:r>
        <w:rPr>
          <w:b/>
        </w:rPr>
        <w:t xml:space="preserve">[21:54] </w:t>
      </w:r>
      <w:r>
        <w:t>america is enemy number of one of Islam.</w:t>
      </w:r>
    </w:p>
    <w:p>
      <w:pPr>
        <w:jc w:val="right"/>
      </w:pPr>
      <w:r>
        <w:t>امریکہ از اینمی نمبر آف ون آف اسلام۔</w:t>
      </w:r>
    </w:p>
    <w:p>
      <w:r>
        <w:rPr>
          <w:b/>
        </w:rPr>
        <w:t xml:space="preserve">[21:58] </w:t>
      </w:r>
      <w:r>
        <w:t>yeh to Islam ka enemy bana diya. agar farz kijiye yeh kehte hain ke muslim qaum ka enemy, tab bhi aap rethink nahi karte.</w:t>
      </w:r>
    </w:p>
    <w:p>
      <w:pPr>
        <w:jc w:val="right"/>
      </w:pPr>
      <w:r>
        <w:t>یہ تو اسلام کا اینمی بنا دیا۔ اگر فرض کیجیے یہ کہتے ہیں کہ مسلم قوم کا اینمی، تب بھی آپ ری تھنک نہیں کرتے۔</w:t>
      </w:r>
    </w:p>
    <w:p>
      <w:r>
        <w:rPr>
          <w:b/>
        </w:rPr>
        <w:t xml:space="preserve">[22:07] </w:t>
      </w:r>
      <w:r>
        <w:t>ab Islam ka enemy bana diya to rethink nahi karenge aap. us ko dushman hi samajhte rahenge aap. aur koi qaum yeh bilkul lagho baat hai ke Islam koi dushman hai.</w:t>
      </w:r>
    </w:p>
    <w:p>
      <w:pPr>
        <w:jc w:val="right"/>
      </w:pPr>
      <w:r>
        <w:t>اب اسلام کا اینمی بنا دیا تو ری تھنک نہیں کریں گے آپ۔ اس کو دشمن ہی سمجھتے رہیں گے آپ۔ اور کوئی قوم یہ بالکل لغو بات ہے کہ اسلام کوئی دشمن ہے۔</w:t>
      </w:r>
    </w:p>
    <w:p>
      <w:r>
        <w:rPr>
          <w:b/>
        </w:rPr>
        <w:t xml:space="preserve">[22:21] </w:t>
      </w:r>
      <w:r>
        <w:t>Islam koi dushman to arab ke kuffar o mushrik bhi nahi thay.</w:t>
      </w:r>
    </w:p>
    <w:p>
      <w:pPr>
        <w:jc w:val="right"/>
      </w:pPr>
      <w:r>
        <w:t>اسلام کوئی دشمن تو عرب کے کافر و مشرک بھی نہیں تھے۔</w:t>
      </w:r>
    </w:p>
    <w:p>
      <w:r>
        <w:rPr>
          <w:b/>
        </w:rPr>
        <w:t xml:space="preserve">[22:28] </w:t>
      </w:r>
      <w:r>
        <w:t>woh yeh samajhte thay ke hamari lead hi chal jayegi. hargiz hargiz dushman nahi thay woh Islam. koi bhi Islam ko dushman nahi hota.</w:t>
      </w:r>
    </w:p>
    <w:p>
      <w:pPr>
        <w:jc w:val="right"/>
      </w:pPr>
      <w:r>
        <w:t>وہ یہ سمجھتے تھے کہ ہماری لیڈ ہی چل جائے گی۔ ہرگز ہرگز دشمن نہیں تھے وہ اسلام۔ کوئی بھی اسلام کو دشمن نہیں ہوتا۔</w:t>
      </w:r>
    </w:p>
    <w:p>
      <w:r>
        <w:rPr>
          <w:b/>
        </w:rPr>
        <w:t xml:space="preserve">[22:39] </w:t>
      </w:r>
      <w:r>
        <w:t>to America Islam ko dushman hai, yeh ek false fitting jeena hai. isi ki wajah se rethinking nahi aati.</w:t>
      </w:r>
    </w:p>
    <w:p>
      <w:pPr>
        <w:jc w:val="right"/>
      </w:pPr>
      <w:r>
        <w:t>تو امریکہ اسلام کو دشمن ہے، یہ ایک فالس فٹ جینا ہے۔ اسی کی وجہ سے ری تھنکنگ نہیں آتی۔</w:t>
      </w:r>
    </w:p>
    <w:p>
      <w:r>
        <w:rPr>
          <w:b/>
        </w:rPr>
        <w:t xml:space="preserve">[22:48] </w:t>
      </w:r>
      <w:r>
        <w:t>aur is se nateeja kya? munafiq ban jana padta hai.</w:t>
      </w:r>
    </w:p>
    <w:p>
      <w:pPr>
        <w:jc w:val="right"/>
      </w:pPr>
      <w:r>
        <w:t>اور اس سے نتیجہ کیا؟ منافق بن جانا پڑتا ہے۔</w:t>
      </w:r>
    </w:p>
    <w:p>
      <w:r>
        <w:rPr>
          <w:b/>
        </w:rPr>
        <w:t xml:space="preserve">[22:50] </w:t>
      </w:r>
      <w:r>
        <w:t>yaani ek taraf to aap samajhte hain ke America Islam dushman hai, aur doosra apne bachon ko wahin bhejte hain. khud wahin jana chahte hain. wahin se parcel late hain.</w:t>
      </w:r>
    </w:p>
    <w:p>
      <w:pPr>
        <w:jc w:val="right"/>
      </w:pPr>
      <w:r>
        <w:t>یعنی ایک طرف تو آپ سمجھتے ہیں کہ امریکہ اسلام دشمن ہے، اور دوسرا اپنے بچوں کو وہیں بھیجتے ہیں۔ خود وہیں جانا چاہتے ہیں۔ وہیں سے پارسل لاتے ہیں۔</w:t>
      </w:r>
    </w:p>
    <w:p>
      <w:r>
        <w:rPr>
          <w:b/>
        </w:rPr>
        <w:t xml:space="preserve">[23:00] </w:t>
      </w:r>
      <w:r>
        <w:t>yeh munafiqat hai.</w:t>
      </w:r>
    </w:p>
    <w:p>
      <w:pPr>
        <w:jc w:val="right"/>
      </w:pPr>
      <w:r>
        <w:t>یہ منافقت ہے۔</w:t>
      </w:r>
    </w:p>
    <w:p>
      <w:r>
        <w:rPr>
          <w:b/>
        </w:rPr>
        <w:t xml:space="preserve">[23:06] </w:t>
      </w:r>
      <w:r>
        <w:t>to humein dekhiye sab se zyada is se bachna hai ke hum ghulu ka tareeqa ikhtiyar karein. yaani kisi hukum ko ya kisi maamle ko woh darja dein jo darja is ka nahi hai.</w:t>
      </w:r>
    </w:p>
    <w:p>
      <w:pPr>
        <w:jc w:val="right"/>
      </w:pPr>
      <w:r>
        <w:t>تو ہمیں دیکھیے سب سے زیادہ اس سے بچنا ہے کہ ہم غلو کا طریقہ اختیار کریں۔ یعنی کسی حکم کو یا کسی معاملے کو وہ درجہ دیں جو درجہ اس کا نہیں ہے۔</w:t>
      </w:r>
    </w:p>
    <w:p>
      <w:r>
        <w:rPr>
          <w:b/>
        </w:rPr>
        <w:t xml:space="preserve">[23:18] </w:t>
      </w:r>
      <w:r>
        <w:t>woh aqeeday se bahir ka masla hai, hum us ko bana dein aqeeday ka masla.</w:t>
      </w:r>
    </w:p>
    <w:p>
      <w:pPr>
        <w:jc w:val="right"/>
      </w:pPr>
      <w:r>
        <w:t>وہ عقیدے سے باہر کا مسئلہ ہے، ہم اس کو بنا دیں عقیدے کا مسئلہ۔</w:t>
      </w:r>
    </w:p>
    <w:p>
      <w:r>
        <w:rPr>
          <w:b/>
        </w:rPr>
        <w:t xml:space="preserve">[23:26] </w:t>
      </w:r>
      <w:r>
        <w:t>sara jhagda fasad. ab dekhiye jo jo fiqhi buniyad par jo firqay ban gaye hain, aap jante hain ke aksar log poochte hain ke musalmanon mein itne firqay kyun hain?</w:t>
      </w:r>
    </w:p>
    <w:p>
      <w:pPr>
        <w:jc w:val="right"/>
      </w:pPr>
      <w:r>
        <w:t>سارا جھگڑا فساد۔ اب دیکھیے جو جو فقہی بنیاد پر جو فرقے بن گئے ہیں، آپ جانتے ہیں کہ اکثر لوگ پوچھتے ہیں کہ مسلمانوں میں اتنے فرقے کیوں ہیں؟</w:t>
      </w:r>
    </w:p>
    <w:p>
      <w:r>
        <w:rPr>
          <w:b/>
        </w:rPr>
        <w:t xml:space="preserve">[23:42] </w:t>
      </w:r>
      <w:r>
        <w:t>wahan bhi aisa hi hai ke koi cheez jo aqeeday ka masla nahi thi, us ko bana diya aqeeday ka masla.</w:t>
      </w:r>
    </w:p>
    <w:p>
      <w:pPr>
        <w:jc w:val="right"/>
      </w:pPr>
      <w:r>
        <w:t>وہاں بھی ایسا ہی ہے کہ کوئی چیز جو عقیدے کا مسئلہ نہیں تھی، اس کو بنا دیا عقیدے کا مسئلہ۔</w:t>
      </w:r>
    </w:p>
    <w:p>
      <w:r>
        <w:rPr>
          <w:b/>
        </w:rPr>
        <w:t xml:space="preserve">[23:49] </w:t>
      </w:r>
      <w:r>
        <w:t>yani ibadat mein kuch ikhtilafat hain. mislan aik ikhtilaf hai ke jab aap hath bandh, niyat bandhein to kya kaise uthayein?</w:t>
      </w:r>
    </w:p>
    <w:p>
      <w:pPr>
        <w:jc w:val="right"/>
      </w:pPr>
      <w:r>
        <w:t>یعنی عبادت میں کچھ اختلافات ہیں۔ مثلاً ایک اختلاف ہے کہ جب آپ ہاتھ باندھ، نیت باندھیں تو کیا کیسے اٹھائیں؟</w:t>
      </w:r>
    </w:p>
    <w:p>
      <w:r>
        <w:rPr>
          <w:b/>
        </w:rPr>
        <w:t xml:space="preserve">[23:58] </w:t>
      </w:r>
      <w:r>
        <w:t>to aik hai ke aise utha liya to ho gaya. aik hai ke aisa karna chahiye. yani kaan ki taraf aap ka yeh ho, aap ka angotha aur ungliyan bilkul aasman ki taraf hon.</w:t>
      </w:r>
    </w:p>
    <w:p>
      <w:pPr>
        <w:jc w:val="right"/>
      </w:pPr>
      <w:r>
        <w:t>تو ایک ہے کہ ایسے اٹھا لیا تو ہو گیا۔ ایک ہے کہ ایسا کرنا چاہیے۔ یعنی کان کی طرف آپ کا یہ ہو، آپ کا انگوٹھا اور انگلیاں بالکل آسمان کی طرف ہوں۔</w:t>
      </w:r>
    </w:p>
    <w:p>
      <w:r>
        <w:rPr>
          <w:b/>
        </w:rPr>
        <w:t xml:space="preserve">[24:10] </w:t>
      </w:r>
      <w:r>
        <w:t>kuch koi log kehte hain ke bhai aise kar liya to ho gaya.</w:t>
      </w:r>
    </w:p>
    <w:p>
      <w:pPr>
        <w:jc w:val="right"/>
      </w:pPr>
      <w:r>
        <w:t>کچھ کوئی لوگ کہتے ہیں کہ بھئی ایسے کر لیا تو ہو گیا۔</w:t>
      </w:r>
    </w:p>
    <w:p>
      <w:r>
        <w:rPr>
          <w:b/>
        </w:rPr>
        <w:t xml:space="preserve">[24:13] </w:t>
      </w:r>
      <w:r>
        <w:t>ab is mein ikhtilaf. is ko bana diya hai ke aisa nahi kiya to aisa nahi kiya to woh namaz hi nahi hogi.</w:t>
      </w:r>
    </w:p>
    <w:p>
      <w:pPr>
        <w:jc w:val="right"/>
      </w:pPr>
      <w:r>
        <w:t>اب اس میں اختلاف۔ اس کو بنا دیا ہے کہ ایسا نہیں کیا تو ایسا نہیں کیا تو وہ نماز ہی نہیں ہوگی۔</w:t>
      </w:r>
    </w:p>
    <w:p>
      <w:r>
        <w:rPr>
          <w:b/>
        </w:rPr>
        <w:t xml:space="preserve">[24:25] </w:t>
      </w:r>
      <w:r>
        <w:t>to jo cheezon ka talluq aqeeday se nahi hai, us ko kabhi bhi aqeeday ka masla na banaiye.</w:t>
      </w:r>
    </w:p>
    <w:p>
      <w:pPr>
        <w:jc w:val="right"/>
      </w:pPr>
      <w:r>
        <w:t>تو جو چیزوں کا تعلق عقیدہ سے نہیں ہے، اس کو کبھی بھی عقیدے کا مسئلہ نہ بنائیے۔</w:t>
      </w:r>
    </w:p>
    <w:p>
      <w:r>
        <w:rPr>
          <w:b/>
        </w:rPr>
        <w:t xml:space="preserve">[24:33] </w:t>
      </w:r>
      <w:r>
        <w:t>jin cheezon ka talluq aqeeday se nahi hai, us ko kabhi bhi aqeeday se na joriye. warna kya hoga? aap rethink nahi karenge.</w:t>
      </w:r>
    </w:p>
    <w:p>
      <w:pPr>
        <w:jc w:val="right"/>
      </w:pPr>
      <w:r>
        <w:t>جن چیزوں کا تعلق عقیدہ سے نہیں ہے، اس کو کبھی بھی عقیدہ سے نہ جوڑیے۔ ورنہ کیا ہوگا؟ آپ ری تھنک نہیں کریں گے۔</w:t>
      </w:r>
    </w:p>
    <w:p>
      <w:r>
        <w:rPr>
          <w:b/>
        </w:rPr>
        <w:t xml:space="preserve">[24:43] </w:t>
      </w:r>
      <w:r>
        <w:t>aap reassess nahi karenge. nazar sani nahi karenge. aur isi mein marte rahenge, marte rahenge, marte rahenge. tabaah hote rahenge.</w:t>
      </w:r>
    </w:p>
    <w:p>
      <w:pPr>
        <w:jc w:val="right"/>
      </w:pPr>
      <w:r>
        <w:t>آپ ری ایسس نہیں کریں گے۔ نظر ثانی نہیں کریں گے۔ اور اسی میں مرتے رہیں گے، مرتے رہیں گے، مرتے رہیں گے۔ تباہ ہوتے رہیں گے۔</w:t>
      </w:r>
    </w:p>
    <w:p>
      <w:r>
        <w:rPr>
          <w:b/>
        </w:rPr>
        <w:t xml:space="preserve">[24:53] </w:t>
      </w:r>
      <w:r>
        <w:t>is ki misal hai Kashmir, is ki misal hai Pakistan, is ki misal hai yeh sare Muslim mulk, sare mulkon mein jo ladai ho rahi hai, kyun ho rahi hai?</w:t>
      </w:r>
    </w:p>
    <w:p>
      <w:pPr>
        <w:jc w:val="right"/>
      </w:pPr>
      <w:r>
        <w:t>اس کی مثال ہے کشمیر، اس کی مثال ہے پاکستان، اس کی مثال ہے یہ سارے مسلم ملک، سارے ملکوں میں جو لڑائی ہو رہی ہے، کیوں ہو رہی ہے؟</w:t>
      </w:r>
    </w:p>
    <w:p>
      <w:r>
        <w:rPr>
          <w:b/>
        </w:rPr>
        <w:t xml:space="preserve">[25:03] </w:t>
      </w:r>
      <w:r>
        <w:t>isi liye ke cheezon ko unhon ne aqeeday ka masla bana rakha hai. mislan dekhiye sab se bari jo museebat nazil hai musalmanon ke upar ke unhon ne yeh samajh liya ke musalmanon ka farz yeh hai ke woh Islami hukumat qaim karein.</w:t>
      </w:r>
    </w:p>
    <w:p>
      <w:pPr>
        <w:jc w:val="right"/>
      </w:pPr>
      <w:r>
        <w:t>اسی لیے کہ چیزوں کو انہوں نے عقیدے کا مسئلہ بنا رکھا ہے۔ مثلاً دیکھیے سب سے بڑی جو مصیبت نازل ہے مسلمانوں کے اوپر کہ انہوں نے یہ سمجھ لیا کہ مسلمانوں کا فرض یہ ہے کہ وہ اسلامی حکومت قائم کریں۔</w:t>
      </w:r>
    </w:p>
    <w:p>
      <w:r>
        <w:rPr>
          <w:b/>
        </w:rPr>
        <w:t xml:space="preserve">[25:21] </w:t>
      </w:r>
      <w:r>
        <w:t>kal mere pas telephone aya aik sahab ka Bombay se. unhon ne kaha ke kaise aap kehte hain? yeh to farz hai hamara ke hum dunya bhar mein Islami hukumat qaim karein.</w:t>
      </w:r>
    </w:p>
    <w:p>
      <w:pPr>
        <w:jc w:val="right"/>
      </w:pPr>
      <w:r>
        <w:t>کل میرے پاس ٹیلی فون آیا ایک صاحب کا بمبئی سے۔ انہوں نے کہا کہ کیسے آپ کہتے ہیں؟ یہ تو فرض ہے ہمارا کہ ہم دنیا بھر میں اسلامی حکومت قائم کریں۔</w:t>
      </w:r>
    </w:p>
    <w:p>
      <w:r>
        <w:rPr>
          <w:b/>
        </w:rPr>
        <w:t xml:space="preserve">[25:31] </w:t>
      </w:r>
      <w:r>
        <w:t>ab is ko aqeeday ka masla bana liya. nateeja yeh hai ke lad rahe hain, mar rahe hain.</w:t>
      </w:r>
    </w:p>
    <w:p>
      <w:pPr>
        <w:jc w:val="right"/>
      </w:pPr>
      <w:r>
        <w:t>اب اس کو عقیدے کا مسئلہ بنا لیا۔ نتیجہ یہ ہے کہ لڑ رہے ہیں، مر رہے ہیں۔</w:t>
      </w:r>
    </w:p>
    <w:p>
      <w:r>
        <w:rPr>
          <w:b/>
        </w:rPr>
        <w:t xml:space="preserve">[25:38] </w:t>
      </w:r>
      <w:r>
        <w:t>Quran mein aap dekhiye itna sahi lafz Quran majeed mein hai allazeena makkannaoo fil arz ke woh log jin ko agar hum zameen mein iqtidaar dein.</w:t>
      </w:r>
    </w:p>
    <w:p>
      <w:pPr>
        <w:jc w:val="right"/>
      </w:pPr>
      <w:r>
        <w:t>قرآن میں آپ دیکھیے اتنا صحیح لفظ قرآن مجید میں ہے الَّذِينَ اِمَّكَّ النَّعُومُ فِي الْلَرْضِ کہ وہ لوگ جن کو اگر ہم زمین میں اقتدار دیں۔</w:t>
      </w:r>
    </w:p>
    <w:p>
      <w:r>
        <w:rPr>
          <w:b/>
        </w:rPr>
        <w:t xml:space="preserve">[25:53] </w:t>
      </w:r>
      <w:r>
        <w:t>is ke mani kya hue? iqtidaar jo hai woh kabhi rahega aap ke pas, kabhi nahi rahega. woh koi aqeeday ki baat nahi hai. wa tilka al ayyamu nudaoo walawla banu al nas</w:t>
      </w:r>
    </w:p>
    <w:p>
      <w:pPr>
        <w:jc w:val="right"/>
      </w:pPr>
      <w:r>
        <w:t>اس کے معنی کیا ہوئے؟ اقتدار جو ہے وہ کبھی رہے گا آپ کے پاس، کبھی نہیں رہے گا۔ وہ کوئی عقیدے کی بات نہیں ہے۔ وَتِلْكُ الْأَيَّامُ نُدَعُو وُلَوْا بَنَى النَّاسِ</w:t>
      </w:r>
    </w:p>
    <w:p>
      <w:r>
        <w:rPr>
          <w:b/>
        </w:rPr>
        <w:t xml:space="preserve">[26:09] </w:t>
      </w:r>
      <w:r>
        <w:t>to is ko mein, is ko mein yun kahunga ke siyasi iqtidaar Islam mein amr matloob nahi hai balke amr maqsood hai.</w:t>
      </w:r>
    </w:p>
    <w:p>
      <w:pPr>
        <w:jc w:val="right"/>
      </w:pPr>
      <w:r>
        <w:t>تو اس کو میں، اس کو میں یوں کہوں گا کہ سیاسی اقتدار اسلام میں امر مطلوب نہیں ہے بلکہ امر مقصود ہے۔</w:t>
      </w:r>
    </w:p>
    <w:p>
      <w:r>
        <w:rPr>
          <w:b/>
        </w:rPr>
        <w:t xml:space="preserve">[26:22] </w:t>
      </w:r>
      <w:r>
        <w:t>yani woh aqeeday ka masla nahi hai. halaat ke mutabiq agar aap ka iqtidaar ho jaye to aap wahan hukumat kijiye. nahi to doosra ka iqtidaar hai, doosre ke sath mil ke kaam kijiye.</w:t>
      </w:r>
    </w:p>
    <w:p>
      <w:pPr>
        <w:jc w:val="right"/>
      </w:pPr>
      <w:r>
        <w:t>یعنی وہ عقیدے کا مسئلہ نہیں ہے۔ حالات کے مطابق اگر آپ کا اقتدار ہو جائے تو آپ وہاں حکومت کیجیے۔ نہیں تو دوسرا کا اقتدار ہے، دوسرے کے ساتھ مل کے کام کیجیے۔</w:t>
      </w:r>
    </w:p>
    <w:p>
      <w:r>
        <w:rPr>
          <w:b/>
        </w:rPr>
        <w:t xml:space="preserve">[26:35] </w:t>
      </w:r>
      <w:r>
        <w:t>agar doosron ko, doosre log wazir-e-azam ban jayein, doosre log prime minister ban jayein to to aap un ke sath mil ke kaam kijiye. kyunke kabhi un ka rahega, kabhi aap ka rahega.</w:t>
      </w:r>
    </w:p>
    <w:p>
      <w:pPr>
        <w:jc w:val="right"/>
      </w:pPr>
      <w:r>
        <w:t>اگر دوسروں کو، دوسرے لوگ وزیراعظم بن جائیں، دوسرے لوگ پرائم منسٹر بن جائیں تو تو آپ ان کے ساتھ مل کے کام کیجیے۔ کیونکہ کبھی ان کا رہے گا، کبھی آپ کا رہے گا۔</w:t>
      </w:r>
    </w:p>
    <w:p>
      <w:r>
        <w:rPr>
          <w:b/>
        </w:rPr>
        <w:t xml:space="preserve">[26:49] </w:t>
      </w:r>
      <w:r>
        <w:t>to allazeena makkannaoo fil arz agar hum dein un ko iqtidaar. aur Quran mein dekhiye doosri ayat hai ke mulk, mulk kehte hain iqtidaar ko.</w:t>
      </w:r>
    </w:p>
    <w:p>
      <w:pPr>
        <w:jc w:val="right"/>
      </w:pPr>
      <w:r>
        <w:t>تو الَّذِينَ اِمَّكَّ النَّعُومُ فِي الْلَرْضِ اگر ہم دیں ان کو اقتدار۔ اور قرآن میں دیکھیے دوسری آیت ہے کہ ملک، ملک کہتے ہیں اقتدار کو۔</w:t>
      </w:r>
    </w:p>
    <w:p>
      <w:r>
        <w:rPr>
          <w:b/>
        </w:rPr>
        <w:t xml:space="preserve">[27:06] </w:t>
      </w:r>
      <w:r>
        <w:t>ke mulk Allah ka hai, kabhi un ko deta hai, kabhi un ko deta hai.</w:t>
      </w:r>
    </w:p>
    <w:p>
      <w:pPr>
        <w:jc w:val="right"/>
      </w:pPr>
      <w:r>
        <w:t>کہ ملک اللہ کا ہے، کبھی ان کو دیتا ہے، کبھی ان کو دیتا ہے۔</w:t>
      </w:r>
    </w:p>
    <w:p>
      <w:r>
        <w:rPr>
          <w:b/>
        </w:rPr>
        <w:t xml:space="preserve">[27:15] </w:t>
      </w:r>
      <w:r>
        <w:t>kabhi un se leta hai, kabhi un ko deta hai. tanzao al mulka miman tasha o wa tooti al mulka m</w:t>
      </w:r>
    </w:p>
    <w:p>
      <w:pPr>
        <w:jc w:val="right"/>
      </w:pPr>
      <w:r>
        <w:t>کبھی ان سے لیتا ہے، کبھی ان کو دیتا ہے۔ تَنْزَعُ الْمِلْكَ مِنْ مَنْ تَشَاءُ وَتُوتِي الْمُلْكَ م</w:t>
      </w:r>
    </w:p>
    <w:p>
      <w:r>
        <w:rPr>
          <w:b/>
        </w:rPr>
        <w:t xml:space="preserve">[27:22] </w:t>
      </w:r>
      <w:r>
        <w:t>an tasha. aye Khuda! to kabhi kisi ko hukumat deta hai, kabhi kisi ko hukumat chheen leta hai. is ke mani hain ke hukumat aqeeday ka masla nahi hai.</w:t>
      </w:r>
    </w:p>
    <w:p>
      <w:pPr>
        <w:jc w:val="right"/>
      </w:pPr>
      <w:r>
        <w:t>َنْ تَشَاءُ اے خدا! تو کبھی کسی کو حکومت دیتا ہے، کبھی کسی کو حکومت چھین لیتا ہے۔ اس کے معنی ہیں کہ حکومت عقیدے کا مسئلہ نہیں ہے۔</w:t>
      </w:r>
    </w:p>
    <w:p>
      <w:r>
        <w:rPr>
          <w:b/>
        </w:rPr>
        <w:t xml:space="preserve">[27:32] </w:t>
      </w:r>
      <w:r>
        <w:t>yeh political portal settlement ka masla hai. hukumat jo hai woh aqeeday ka masla nahi hai, woh political settlement ka masla hai.</w:t>
      </w:r>
    </w:p>
    <w:p>
      <w:pPr>
        <w:jc w:val="right"/>
      </w:pPr>
      <w:r>
        <w:t>یہ پولیٹیکل پورٹل سیٹلمنٹ کا مسئلہ ہے۔ حکومت جو ہے وہ عقیدے کا مسئلہ نہیں ہے، وہ پولیٹیکل سیٹلمنٹ کا مسئلہ ہے۔</w:t>
      </w:r>
    </w:p>
    <w:p>
      <w:r>
        <w:rPr>
          <w:b/>
        </w:rPr>
        <w:t xml:space="preserve">[27:45] </w:t>
      </w:r>
      <w:r>
        <w:t>It depends yani according to the situation. kabhi halaat ke mutabiq aap ki hukumat ho jaye gi, kabhi halaat ke mutabiq kisi aur ki hukumat ho jaye gi.</w:t>
      </w:r>
    </w:p>
    <w:p>
      <w:pPr>
        <w:jc w:val="right"/>
      </w:pPr>
      <w:r>
        <w:t>It depends یعنی according to the situation۔ کبھی حالات کے مطابق آپ کی حکومت ہو جائے گی، کبھی حالات کے مطابق کسی اور کی حکومت ہو جائے گی۔</w:t>
      </w:r>
    </w:p>
    <w:p>
      <w:r>
        <w:rPr>
          <w:b/>
        </w:rPr>
        <w:t xml:space="preserve">[27:54] </w:t>
      </w:r>
      <w:r>
        <w:t>is ko bhi qabool kar lijie aap. kisi aur ki hukoomat ban jaye to is ko qabool kar lijie.</w:t>
      </w:r>
    </w:p>
    <w:p>
      <w:pPr>
        <w:jc w:val="right"/>
      </w:pPr>
      <w:r>
        <w:t>اس کو بھی قبول کر لیجیے آپ۔ کسی اور کی حکومت بن جائے تو اس کو قبول کر لیجیے۔</w:t>
      </w:r>
    </w:p>
    <w:p>
      <w:r>
        <w:rPr>
          <w:b/>
        </w:rPr>
        <w:t xml:space="preserve">[28:01] </w:t>
      </w:r>
      <w:r>
        <w:t>allahumma malik al mulk tuti al mulka man tasha'u wa tanza' al milka man tasha'u biyadika al khair.</w:t>
      </w:r>
    </w:p>
    <w:p>
      <w:pPr>
        <w:jc w:val="right"/>
      </w:pPr>
      <w:r>
        <w:t>اللَّهُمَّ مَالِكُ الْمُلْكِ تُوتِي الْمُلْكَ مَنْ تَشَاءُ وَتَنْزَعُ الْمِلْكَ مَنْ تَشَاءُ بِعَدِكَ الْخَيْرُ۔</w:t>
      </w:r>
    </w:p>
    <w:p>
      <w:r>
        <w:rPr>
          <w:b/>
        </w:rPr>
        <w:t xml:space="preserve">[28:12] </w:t>
      </w:r>
      <w:r>
        <w:t>is ayat ka matlab yeh hai ke Allah ke hath mein hai political power. kabhi ek se cheenta hai, kabhi doosre ko deta hai. to phir aap is ka matlab kya hua?</w:t>
      </w:r>
    </w:p>
    <w:p>
      <w:pPr>
        <w:jc w:val="right"/>
      </w:pPr>
      <w:r>
        <w:t>اس آیت کا مطلب یہ ہے کہ اللہ کے ہاتھ میں ہے پولیٹیکل پاور۔ کبھی ایک سے چھینتا ہے، کبھی دوسرے کو دیتا ہے۔ تو پھر آپ اس کا مطلب کیا ہوا؟</w:t>
      </w:r>
    </w:p>
    <w:p>
      <w:r>
        <w:rPr>
          <w:b/>
        </w:rPr>
        <w:t xml:space="preserve">[28:25] </w:t>
      </w:r>
      <w:r>
        <w:t>ke hukoomat ka mamla aqide ka mamla nahi hai.</w:t>
      </w:r>
    </w:p>
    <w:p>
      <w:pPr>
        <w:jc w:val="right"/>
      </w:pPr>
      <w:r>
        <w:t>کہ حکومت کا معاملہ عقیدے کا معاملہ نہیں ہے۔</w:t>
      </w:r>
    </w:p>
    <w:p>
      <w:r>
        <w:rPr>
          <w:b/>
        </w:rPr>
        <w:t xml:space="preserve">[28:32] </w:t>
      </w:r>
      <w:r>
        <w:t>hukoomat ka mamla halaat par depend karta hai. halaat par depend karta hai. yani jaise halaat, waise hukoomat.</w:t>
      </w:r>
    </w:p>
    <w:p>
      <w:pPr>
        <w:jc w:val="right"/>
      </w:pPr>
      <w:r>
        <w:t>حکومت کا معاملہ حالات پر ڈیپینڈ کرتا ہے۔ حالات پر ڈیپینڈ کرتا ہے۔ یعنی جیسے حالات، ویسے حکومت۔</w:t>
      </w:r>
    </w:p>
    <w:p>
      <w:r>
        <w:rPr>
          <w:b/>
        </w:rPr>
        <w:t xml:space="preserve">[28:43] </w:t>
      </w:r>
      <w:r>
        <w:t>kitni bari bhool hai yeh. aur shayad dunya ke musalmanon mein yeh daal diya logon ke dimaghon mein ke hamara farz hai, ke hamare aqide ka masla hai ke dunya mein hum khudai hukoomat qaim karein.</w:t>
      </w:r>
    </w:p>
    <w:p>
      <w:pPr>
        <w:jc w:val="right"/>
      </w:pPr>
      <w:r>
        <w:t>کتنی بڑی بھول ہے یہ۔ اور شاید دنیا کے مسلمانوں میں یہ ڈال دیا لوگوں کے دماغوں میں کہ ہمارا فرض ہے، کہ ہمارے عقیدے کا مسئلہ ہے کہ دنیا میں ہم خدائی حکومت قائم کریں۔</w:t>
      </w:r>
    </w:p>
    <w:p>
      <w:r>
        <w:rPr>
          <w:b/>
        </w:rPr>
        <w:t xml:space="preserve">[28:56] </w:t>
      </w:r>
      <w:r>
        <w:t>ke hum kingdom of god qaim karein. yeh bilkul false fit mein jeena hai.</w:t>
      </w:r>
    </w:p>
    <w:p>
      <w:pPr>
        <w:jc w:val="right"/>
      </w:pPr>
      <w:r>
        <w:t>کہ ہم کنگڈم آف گاڈ قائم کریں۔ یہ بالکل فالس فٹ میں جینا ہے۔</w:t>
      </w:r>
    </w:p>
    <w:p>
      <w:r>
        <w:rPr>
          <w:b/>
        </w:rPr>
        <w:t xml:space="preserve">[29:05] </w:t>
      </w:r>
      <w:r>
        <w:t>jitne masle musalmanon ke is waqt jis ko maslak samajhte hain musalman, woh un ke apne paida karte hain. aur un sab ki jar yeh hai ke jis cheez ka talluq aqide se nahi tha, aqide us ko aqide ka masla bana diya.</w:t>
      </w:r>
    </w:p>
    <w:p>
      <w:pPr>
        <w:jc w:val="right"/>
      </w:pPr>
      <w:r>
        <w:t>جتنے مسئلے مسلمانوں کے اس وقت جس کو مسلک سمجھتے ہیں مسلمان، وہ ان کے اپنے پیدا کرتے ہیں۔ اور ان سب کی جڑ یہی ہے کہ جس چیز کا تعلق عقیدے سے نہیں تھا، عقیدے اس کو عقیدے کا مسئلہ بنا دیا۔</w:t>
      </w:r>
    </w:p>
    <w:p>
      <w:r>
        <w:rPr>
          <w:b/>
        </w:rPr>
        <w:t xml:space="preserve">[29:23] </w:t>
      </w:r>
      <w:r>
        <w:t>misal ke taur par main ek aur baat misal deta hoon aap ko. ke Babri Masjid ke sawal par musalmanon ne itna, yani itna zyada hungama kiya.</w:t>
      </w:r>
    </w:p>
    <w:p>
      <w:pPr>
        <w:jc w:val="right"/>
      </w:pPr>
      <w:r>
        <w:t>مثال کے طور پر میں ایک اور بات مثال دیتا ہوں آپ کو۔ کہ بابری مسجد کے سوال پر مسلمانوں نے اتنا، یعنی اتنا زیادہ ہنگامہ کیا۔</w:t>
      </w:r>
    </w:p>
    <w:p>
      <w:r>
        <w:rPr>
          <w:b/>
        </w:rPr>
        <w:t xml:space="preserve">[29:36] </w:t>
      </w:r>
      <w:r>
        <w:t>hazaron hazar musalman mare gaye. abhi bhi kehte hain musalman jailon mein hain. kehte hain khandan tabah ho gaye. kyun? aqide ka masla bana liya.</w:t>
      </w:r>
    </w:p>
    <w:p>
      <w:pPr>
        <w:jc w:val="right"/>
      </w:pPr>
      <w:r>
        <w:t>ہزاروں ہزار مسلمان مارے گئے۔ ابھی بھی کہتے ہیں مسلمان جیلوں میں ہیں۔ کہتے ہیں خاندان تباہ ہو گئے۔ کیوں؟ عقیدے کا مسئلہ بنا لیا۔</w:t>
      </w:r>
    </w:p>
    <w:p>
      <w:r>
        <w:rPr>
          <w:b/>
        </w:rPr>
        <w:t xml:space="preserve">[29:46] </w:t>
      </w:r>
      <w:r>
        <w:t>aqide ka masla yeh hai ke masjid jahan ban gayi, woh masjid wahin rahegi. halanke na Quran mein hai, na Hadees mein hai.</w:t>
      </w:r>
    </w:p>
    <w:p>
      <w:pPr>
        <w:jc w:val="right"/>
      </w:pPr>
      <w:r>
        <w:t>عقیدے کا مسئلہ یہ ہے کہ مسجد جہاں بن گئی، وہ مسجد وہیں رہے گی۔ حالانکہ نہ قرآن میں ہے، نہ حدیث میں ہے۔</w:t>
      </w:r>
    </w:p>
    <w:p>
      <w:r>
        <w:rPr>
          <w:b/>
        </w:rPr>
        <w:t xml:space="preserve">[29:54] </w:t>
      </w:r>
      <w:r>
        <w:t>yeh baad ke zamane mein logon ne banaya masla. yeh jo banaya masla hai na, ke masjid jahan hai, woh masjid wahin rahegi. is ka talluq Quran o Hadees se nahi hai.</w:t>
      </w:r>
    </w:p>
    <w:p>
      <w:pPr>
        <w:jc w:val="right"/>
      </w:pPr>
      <w:r>
        <w:t>یہ بعد کے زمانے میں لوگوں نے بنایا مسئلہ۔ یہ جو بنایا مسئلہ ہے نا، کہ مسجد جہاں ہے، وہ مسجد وہیں رہے گی۔ اس کا تعلق قرآن و حدیث سے نہیں ہے۔</w:t>
      </w:r>
    </w:p>
    <w:p>
      <w:r>
        <w:rPr>
          <w:b/>
        </w:rPr>
        <w:t xml:space="preserve">[30:06] </w:t>
      </w:r>
      <w:r>
        <w:t>baad ko logon ne aisa masla banaya aur is ko aqida bana diya. to ab yeh aqide ka masla ban gaya ke masjid jahan hai, wahan rehni chahiye, warna hamara aqida hi kharab hai.</w:t>
      </w:r>
    </w:p>
    <w:p>
      <w:pPr>
        <w:jc w:val="right"/>
      </w:pPr>
      <w:r>
        <w:t>بعد کو لوگوں نے ایسا مسئلہ بنایا اور اس کو عقیدہ بنا دیا۔ تو اب یہ عقیدے کا مسئلہ بن گیا کہ مسجد جہاں ہے، وہاں رہنی چاہیے، ورنہ ہمارا عقیدہ ہی خراب ہے۔</w:t>
      </w:r>
    </w:p>
    <w:p>
      <w:r>
        <w:rPr>
          <w:b/>
        </w:rPr>
        <w:t xml:space="preserve">[30:19] </w:t>
      </w:r>
      <w:r>
        <w:t>nihayat aasani se is ka hal yeh ho sakta tha ke aap relocation par razi ho jayein. relocation par razi ho jayein.</w:t>
      </w:r>
    </w:p>
    <w:p>
      <w:pPr>
        <w:jc w:val="right"/>
      </w:pPr>
      <w:r>
        <w:t>نہایت آسانی سے اس کا حل یہ ہو سکتا تھا کہ آپ ری لوکیشن پر راضی ہو جائیں۔ ری لوکیشن پر راضی ہو جائیں۔</w:t>
      </w:r>
    </w:p>
    <w:p>
      <w:r>
        <w:rPr>
          <w:b/>
        </w:rPr>
        <w:t xml:space="preserve">[30:31] </w:t>
      </w:r>
      <w:r>
        <w:t>yeh masjid wahan hai, woh ek aur zameen de do hum ko, wahan hum masjid bana lein</w:t>
      </w:r>
    </w:p>
    <w:p>
      <w:pPr>
        <w:jc w:val="right"/>
      </w:pPr>
      <w:r>
        <w:t>یہ مسجد وہاں ہے، وہ ایک اور زمین دے دو ہم کو، وہاں ہم مسجد بنا لیں</w:t>
      </w:r>
    </w:p>
    <w:p>
      <w:r>
        <w:rPr>
          <w:b/>
        </w:rPr>
        <w:t xml:space="preserve">[30:36] </w:t>
      </w:r>
      <w:r>
        <w:t>gaye. jaise aap apne ghar ko relocate karte hain. kitne log hain jo rehte the purani Dilli mein, ab woh Nizamuddin rehte hain. Nizamuddin East mein, Nizamuddin West mein.</w:t>
      </w:r>
    </w:p>
    <w:p>
      <w:pPr>
        <w:jc w:val="right"/>
      </w:pPr>
      <w:r>
        <w:t>گے۔ جیسے آپ اپنے گھر کو ری لوکیٹ کرتے ہیں۔ کتنے لوگ ہیں جو رہتے تھے پرانی دلی میں، اب وہ نظام الدین رہتے ہیں۔ نظام الدین ایسٹ میں، نظام الدین ویسٹ میں۔</w:t>
      </w:r>
    </w:p>
    <w:p>
      <w:r>
        <w:rPr>
          <w:b/>
        </w:rPr>
        <w:t xml:space="preserve">[30:47] </w:t>
      </w:r>
      <w:r>
        <w:t>to unhone apne ghar ko relocate kiya.</w:t>
      </w:r>
    </w:p>
    <w:p>
      <w:pPr>
        <w:jc w:val="right"/>
      </w:pPr>
      <w:r>
        <w:t>تو انہوں نے اپنے گھر کو ری لوکیٹ کیا۔</w:t>
      </w:r>
    </w:p>
    <w:p>
      <w:r>
        <w:rPr>
          <w:b/>
        </w:rPr>
        <w:t xml:space="preserve">[30:51] </w:t>
      </w:r>
      <w:r>
        <w:t>aisa hi hai masla masjid ka. agar koi niza' qaim ho jaye, niza', aur isi par musalmanon ki janen qurban karni paden, to relocate kar lo.</w:t>
      </w:r>
    </w:p>
    <w:p>
      <w:pPr>
        <w:jc w:val="right"/>
      </w:pPr>
      <w:r>
        <w:t>ایسا ہی ہے مسئلہ مسجد کا۔ اگر کوئی نزاع قائم ہو جائے، نزاع، اور اسی پر مسلمانوں کی جانیں قربان کرنی پڑیں، تو ری لوکیٹ کر لو۔</w:t>
      </w:r>
    </w:p>
    <w:p>
      <w:r>
        <w:rPr>
          <w:b/>
        </w:rPr>
        <w:t xml:space="preserve">[31:07] </w:t>
      </w:r>
      <w:r>
        <w:t>relocate kar lo. khud Kaba bhi relocate kiya gaya hai. bohat aap ko anokha maloom hogi yeh baat. Kaba bhi relocate kiya gaya.</w:t>
      </w:r>
    </w:p>
    <w:p>
      <w:pPr>
        <w:jc w:val="right"/>
      </w:pPr>
      <w:r>
        <w:t>ری لوکیٹ کر لو۔ خود کعبہ بھی ری لوکیٹ کیا گیا ہے۔ بہت آپ کو انوکھا معلوم ہوگی یہ بات۔ کعبہ بھی ری لوکیٹ کیا گیا۔</w:t>
      </w:r>
    </w:p>
    <w:p>
      <w:r>
        <w:rPr>
          <w:b/>
        </w:rPr>
        <w:t xml:space="preserve">[31:20] </w:t>
      </w:r>
      <w:r>
        <w:t>yani Kaba banaya tha Hazrat Ibrahim (AS) ne aur Ismail (AS) ne mil kar ke. aap jante hain.</w:t>
      </w:r>
    </w:p>
    <w:p>
      <w:pPr>
        <w:jc w:val="right"/>
      </w:pPr>
      <w:r>
        <w:t>یعنی کعبہ بنایا تھا حضرت ابراہیم علیہ السلام نے اور اسماعیل علیہ السلام نے مل کر کے۔ آپ جانتے ہیں۔</w:t>
      </w:r>
    </w:p>
    <w:p>
      <w:r>
        <w:rPr>
          <w:b/>
        </w:rPr>
        <w:t xml:space="preserve">[31:30] </w:t>
      </w:r>
      <w:r>
        <w:t>lekin jo banaya tha Kaba unhone, woh woh ouj shakal ka tha. woh woh lamba tha.</w:t>
      </w:r>
    </w:p>
    <w:p>
      <w:pPr>
        <w:jc w:val="right"/>
      </w:pPr>
      <w:r>
        <w:t>لیکن جو بنایا تھا کعبہ انہوں نے، وہ وہ اوج شکل کا تھا۔ وہ وہ لمبا تھا۔</w:t>
      </w:r>
    </w:p>
    <w:p>
      <w:r>
        <w:rPr>
          <w:b/>
        </w:rPr>
        <w:t xml:space="preserve">[31:40] </w:t>
      </w:r>
      <w:r>
        <w:t>aap bas jin logon ne Hajj kiya hoga ya Umrah kiya hoga, woh jante honge ke is waqt jo Kaba hai, woh chowkor hai. murabba hai, square hai.</w:t>
      </w:r>
    </w:p>
    <w:p>
      <w:pPr>
        <w:jc w:val="right"/>
      </w:pPr>
      <w:r>
        <w:t>آپ بس جن لوگوں نے حج کیا ہوگا یا عمرہ کیا ہوگا، وہ جانتے ہوں گے کہ اس وقت جو کعبہ ہے، وہ چوکور ہے۔ مربع ہے، اسکوئر ہے۔</w:t>
      </w:r>
    </w:p>
    <w:p>
      <w:r>
        <w:rPr>
          <w:b/>
        </w:rPr>
        <w:t xml:space="preserve">[31:49] </w:t>
      </w:r>
      <w:r>
        <w:t>Hazrat Ibrahim ne square nahi banaya tha. woh aisa lamba banaya tha. to wahan jis zamane mein mushrikeen ka ghalba tha, to ek zamane mein aise kuch asbab hue ke unhone relocate kiya Kaba ko.</w:t>
      </w:r>
    </w:p>
    <w:p>
      <w:pPr>
        <w:jc w:val="right"/>
      </w:pPr>
      <w:r>
        <w:t>حضرت ابراہیم نے اسکوئر نہیں بنایا تھا۔ وہ ایسا لمبا بنایا تھا۔ تو وہاں جس زمانے میں مشرکین کا غلبہ تھا، تو ایک زمانے میں ایسے کچھ اسباب ہوئے کہ انہوں نے ری لوکیٹ کیا کعبہ کو۔</w:t>
      </w:r>
    </w:p>
    <w:p>
      <w:r>
        <w:rPr>
          <w:b/>
        </w:rPr>
        <w:t xml:space="preserve">[32:02] </w:t>
      </w:r>
      <w:r>
        <w:t>yani is ko aadha banaya, aadha chhod diya. isi par qaim hai. to Kaba bhi to relocate kiya gaya hai.</w:t>
      </w:r>
    </w:p>
    <w:p>
      <w:pPr>
        <w:jc w:val="right"/>
      </w:pPr>
      <w:r>
        <w:t>یعنی اس کو آدھا بنایا، آدھا چھوڑ دیا۔ اسی پر قائم ہے۔ تو کعبہ بھی تو ری لوکیٹ کیا گیا ہے۔</w:t>
      </w:r>
    </w:p>
    <w:p>
      <w:r>
        <w:rPr>
          <w:b/>
        </w:rPr>
        <w:t xml:space="preserve">[32:15] </w:t>
      </w:r>
      <w:r>
        <w:t>to sab se bada masla yeh hai ke musalman ghalu se bahar ayein. ghalu se bahar ayein. ke jis cheez ka talluq aqide se nahi hai, us ko aqide ka masla na banayein.</w:t>
      </w:r>
    </w:p>
    <w:p>
      <w:pPr>
        <w:jc w:val="right"/>
      </w:pPr>
      <w:r>
        <w:t>تو سب سے بڑا مسئلہ یہ ہے کہ مسلمان غلو سے باہر آئیں۔ غلو سے باہر آئیں۔ کہ جس چیز کا تعلق عقیدے سے نہیں ہے، اس کو عقیدے کا مسئلہ نہ بنائیں۔</w:t>
      </w:r>
    </w:p>
    <w:p>
      <w:r>
        <w:rPr>
          <w:b/>
        </w:rPr>
        <w:t xml:space="preserve">[32:28] </w:t>
      </w:r>
      <w:r>
        <w:t>is ko aqeeday ka masla na banaein.</w:t>
      </w:r>
    </w:p>
    <w:p>
      <w:pPr>
        <w:jc w:val="right"/>
      </w:pPr>
      <w:r>
        <w:t>اس کو عقیدے کا مسئلہ نہ بنائیں۔</w:t>
      </w:r>
    </w:p>
    <w:p>
      <w:r>
        <w:rPr>
          <w:b/>
        </w:rPr>
        <w:t xml:space="preserve">[32:33] </w:t>
      </w:r>
      <w:r>
        <w:t>is ke baad sara takrao, nafrat aur inteqam aur larai, hate, yeh sab khatam ho jayega.</w:t>
      </w:r>
    </w:p>
    <w:p>
      <w:pPr>
        <w:jc w:val="right"/>
      </w:pPr>
      <w:r>
        <w:t>اس کے بعد سارا ٹکراؤ، نفرت اور انتقام اور لڑائی، ہیٹ، یہ سب ختم ہو جائے گا۔</w:t>
      </w:r>
    </w:p>
    <w:p>
      <w:r>
        <w:rPr>
          <w:b/>
        </w:rPr>
        <w:t xml:space="preserve">[32:42] </w:t>
      </w:r>
      <w:r>
        <w:t>sab isi ki wajah se ho raha hai.</w:t>
      </w:r>
    </w:p>
    <w:p>
      <w:pPr>
        <w:jc w:val="right"/>
      </w:pPr>
      <w:r>
        <w:t>سب اسی کی وجہ سے ہو رہا ہے۔</w:t>
      </w:r>
    </w:p>
    <w:p>
      <w:r>
        <w:rPr>
          <w:b/>
        </w:rPr>
        <w:t xml:space="preserve">[32:47] </w:t>
      </w:r>
      <w:r>
        <w:t>ab kuch ek tabqa nikla hai, woh yeh kehta hai ke muslim empire ke zamanay mein jahan jahan musalmanon ki hukumat thi, woh sab hamari hai.</w:t>
      </w:r>
    </w:p>
    <w:p>
      <w:pPr>
        <w:jc w:val="right"/>
      </w:pPr>
      <w:r>
        <w:t>اب کچھ ایک طبقہ نکلا ہے، وہ یہ کہتا ہے کہ مسلم ایمپائر کے زمانے میں جہاں جہاں مسلمانوں کی حکومت تھی، وہ سب ہماری ہے۔</w:t>
      </w:r>
    </w:p>
    <w:p>
      <w:r>
        <w:rPr>
          <w:b/>
        </w:rPr>
        <w:t xml:space="preserve">[32:58] </w:t>
      </w:r>
      <w:r>
        <w:t>yani woh bhi aqeeday ka masla bana liya. is ko humein regain karna hai. is par waqai kitabein chhapi hain is ke upar. mere paas maujood hai ek kitab.</w:t>
      </w:r>
    </w:p>
    <w:p>
      <w:pPr>
        <w:jc w:val="right"/>
      </w:pPr>
      <w:r>
        <w:t>یعنی وہ بھی عقیدے کا مسئلہ بنا لیا۔ اس کو ہمیں ری گین کرنا ہے۔ اس پر واقعی کتابیں چھپی ہیں اس کے اوپر۔ میرے پاس موجود ہے ایک کتاب۔</w:t>
      </w:r>
    </w:p>
    <w:p>
      <w:r>
        <w:rPr>
          <w:b/>
        </w:rPr>
        <w:t xml:space="preserve">[33:08] </w:t>
      </w:r>
      <w:r>
        <w:t>ke woh hamare hamare liye farz hai ke is ko regain karein.</w:t>
      </w:r>
    </w:p>
    <w:p>
      <w:pPr>
        <w:jc w:val="right"/>
      </w:pPr>
      <w:r>
        <w:t>کہ وہ ہمارے ہمارے لیے فرض ہے کہ اس کو ری گین کریں۔</w:t>
      </w:r>
    </w:p>
    <w:p>
      <w:r>
        <w:rPr>
          <w:b/>
        </w:rPr>
        <w:t xml:space="preserve">[33:13] </w:t>
      </w:r>
      <w:r>
        <w:t>is ke larein, lar lar ke is ko wapas laein.</w:t>
      </w:r>
    </w:p>
    <w:p>
      <w:pPr>
        <w:jc w:val="right"/>
      </w:pPr>
      <w:r>
        <w:t>اس کے لڑیں، لڑ لڑ کے اس کو واپس لیں۔</w:t>
      </w:r>
    </w:p>
    <w:p>
      <w:r>
        <w:rPr>
          <w:b/>
        </w:rPr>
        <w:t xml:space="preserve">[33:21] </w:t>
      </w:r>
      <w:r>
        <w:t>to khulasa yeh hai ke dekhiye ke rasool Allah ne farmaya ke pichli qaumein ghulu ki wajah se tabah huin.</w:t>
      </w:r>
    </w:p>
    <w:p>
      <w:pPr>
        <w:jc w:val="right"/>
      </w:pPr>
      <w:r>
        <w:t>تو خلاصہ یہ ہے کہ دیکھیے کہ رسول اللہ نے فرمایا کہ پچھلی قومیں غلو کی وجہ سے تباہ ہوئیں۔</w:t>
      </w:r>
    </w:p>
    <w:p>
      <w:r>
        <w:rPr>
          <w:b/>
        </w:rPr>
        <w:t xml:space="preserve">[33:33] </w:t>
      </w:r>
      <w:r>
        <w:t>aur ghulu kya hai? ghulu ke lafzi maani hain extremism, inteha pasandi. extremes ka matlab</w:t>
      </w:r>
    </w:p>
    <w:p>
      <w:pPr>
        <w:jc w:val="right"/>
      </w:pPr>
      <w:r>
        <w:t>اور غلو کیا ہے؟ غلو کے لفظی معنی ہیں ایکسٹریمزم، انتہا پسندی۔ ایکسٹریمز کا مطلب</w:t>
      </w:r>
    </w:p>
    <w:p>
      <w:r>
        <w:rPr>
          <w:b/>
        </w:rPr>
        <w:t xml:space="preserve">[33:40] </w:t>
      </w:r>
      <w:r>
        <w:t>kya hai? jis cheez ka talluq aqeeday se nahi hai, us ko aqeeda bana dena.</w:t>
      </w:r>
    </w:p>
    <w:p>
      <w:pPr>
        <w:jc w:val="right"/>
      </w:pPr>
      <w:r>
        <w:t>کیا ہے؟ جس چیز کا تعلق عقیدے سے نہیں ہے، اس کو عقیدہ بنا دینا۔</w:t>
      </w:r>
    </w:p>
    <w:p>
      <w:r>
        <w:rPr>
          <w:b/>
        </w:rPr>
        <w:t xml:space="preserve">[33:47] </w:t>
      </w:r>
      <w:r>
        <w:t>jis cheez ka talluq aqeeday se nahi hai, us ko aqeeday ka masla bana dena.</w:t>
      </w:r>
    </w:p>
    <w:p>
      <w:pPr>
        <w:jc w:val="right"/>
      </w:pPr>
      <w:r>
        <w:t>جس چیز کا تعلق عقیدے سے نہیں ہے، اس کو عقیدے کا مسئلہ بنا دینا۔</w:t>
      </w:r>
    </w:p>
    <w:p>
      <w:r>
        <w:rPr>
          <w:b/>
        </w:rPr>
        <w:t xml:space="preserve">[33:57] </w:t>
      </w:r>
      <w:r>
        <w:t>to kya hoga ke dunya mein to, yani dunya mein to halaat badalte rahenge. Allah taala ne kaha ke dunya mein halaat badalte hain.</w:t>
      </w:r>
    </w:p>
    <w:p>
      <w:pPr>
        <w:jc w:val="right"/>
      </w:pPr>
      <w:r>
        <w:t>تو کیا ہوگا کہ دنیا میں تو، یعنی دنیا میں تو حالات بدلتے رہیں گے۔ اللہ تعالیٰ نے کہا کہ دنیا میں حالات بدلتے ہیں۔</w:t>
      </w:r>
    </w:p>
    <w:p>
      <w:r>
        <w:rPr>
          <w:b/>
        </w:rPr>
        <w:t xml:space="preserve">[34:07] </w:t>
      </w:r>
      <w:r>
        <w:t>to jab badlenge to aap rethinking nahi karenge. kyunke is ko aap aqeeday ka masla rakha hoga aap ne. to yaad rakhiye, aqeeday ka masla sirf woh hai jo Quran mein bataya gaya.</w:t>
      </w:r>
    </w:p>
    <w:p>
      <w:pPr>
        <w:jc w:val="right"/>
      </w:pPr>
      <w:r>
        <w:t>تو جب بدلیں گے تو آپ ری تھنکنگ نہیں کریں گے۔ کیونکہ اس کو آپ عقیدے کا مسئلہ رکھا ہوگا آپ نے۔ تو یاد رکھیے، عقیدے کا مسئلہ صرف وہ ہے جو قرآن میں بتایا گیا۔</w:t>
      </w:r>
    </w:p>
    <w:p>
      <w:r>
        <w:rPr>
          <w:b/>
        </w:rPr>
        <w:t xml:space="preserve">[34:22] </w:t>
      </w:r>
      <w:r>
        <w:t>baqi jo hai, woh hai matter of convenience. convenience ke mutabiq aap faisla kar li jiye. kabhi aisa kar li jiye, kabhi waisa kar li jiye.</w:t>
      </w:r>
    </w:p>
    <w:p>
      <w:pPr>
        <w:jc w:val="right"/>
      </w:pPr>
      <w:r>
        <w:t>باقی جو ہے، وہ ہے میٹر آف کنوینینس۔ کنوینینس کے مطابق آپ فیصلہ کر لیجیے۔ کبھی ایسا کر لیجیے، کبھی ویسا کر لیجیے۔</w:t>
      </w:r>
    </w:p>
    <w:p>
      <w:r>
        <w:rPr>
          <w:b/>
        </w:rPr>
        <w:t xml:space="preserve">[34:36] </w:t>
      </w:r>
      <w:r>
        <w:t>to yeh jo aaya hai waqia, jo kal akhbaron mein, is ki yeh, is ki yeh tasweer aap dekh rahe hain.</w:t>
      </w:r>
    </w:p>
    <w:p>
      <w:pPr>
        <w:jc w:val="right"/>
      </w:pPr>
      <w:r>
        <w:t>تو یہ جو آیا ہے واقعہ، جو کل اخباروں میں، اس کی یہ، اس کی یہ تصویر آپ دیکھ رہے ہیں۔</w:t>
      </w:r>
    </w:p>
    <w:p>
      <w:r>
        <w:rPr>
          <w:b/>
        </w:rPr>
        <w:t xml:space="preserve">[34:47] </w:t>
      </w:r>
      <w:r>
        <w:t>is mein upar scotland hai, neeche newland hai. yani teen sau saal pehle, yani 1707 mein, in mein political ittehad hua tha.</w:t>
      </w:r>
    </w:p>
    <w:p>
      <w:pPr>
        <w:jc w:val="right"/>
      </w:pPr>
      <w:r>
        <w:t>اس میں اوپر اسکاٹ لینڈ ہے، نیچے نیو لینڈ ہے۔ یعنی تین سو سال پہلے، یعنی 1707 میں، ان میں پولیٹیکل اتحاد ہوا تھا۔</w:t>
      </w:r>
    </w:p>
    <w:p>
      <w:r>
        <w:rPr>
          <w:b/>
        </w:rPr>
        <w:t xml:space="preserve">[35:02] </w:t>
      </w:r>
      <w:r>
        <w:t>1707 mein.</w:t>
      </w:r>
    </w:p>
    <w:p>
      <w:pPr>
        <w:jc w:val="right"/>
      </w:pPr>
      <w:r>
        <w:t>1707 میں۔</w:t>
      </w:r>
    </w:p>
    <w:p>
      <w:r>
        <w:rPr>
          <w:b/>
        </w:rPr>
        <w:t xml:space="preserve">[35:04] </w:t>
      </w:r>
      <w:r>
        <w:t>is waqt se woh ek mulk thay jo kehte thay united kingdom, UK. is ka naam hai UK, united kingdom.</w:t>
      </w:r>
    </w:p>
    <w:p>
      <w:pPr>
        <w:jc w:val="right"/>
      </w:pPr>
      <w:r>
        <w:t>اس وقت سے وہ ایک ملک تھے جو کہتے تھے یونائٹڈ کنگڈم، یو کے۔ اس کا نام ہے یو کے، یونائٹڈ کنگڈم۔</w:t>
      </w:r>
    </w:p>
    <w:p>
      <w:r>
        <w:rPr>
          <w:b/>
        </w:rPr>
        <w:t xml:space="preserve">[35:16] </w:t>
      </w:r>
      <w:r>
        <w:t>to</w:t>
      </w:r>
    </w:p>
    <w:p>
      <w:pPr>
        <w:jc w:val="right"/>
      </w:pPr>
      <w:r>
        <w:t>تو</w:t>
      </w:r>
    </w:p>
    <w:p>
      <w:r>
        <w:rPr>
          <w:b/>
        </w:rPr>
        <w:t xml:space="preserve">[35:19] </w:t>
      </w:r>
      <w:r>
        <w:t>lekin aap jante hain ke har jagah ikhtilafat hote hain. wahan bhi ikhtilafat hue. aur kuch log kaha ke nahi, hum is ko todenge, hum ittehad khatam karenge.</w:t>
      </w:r>
    </w:p>
    <w:p>
      <w:pPr>
        <w:jc w:val="right"/>
      </w:pPr>
      <w:r>
        <w:t>لیکن آپ جانتے ہیں کہ ہر جگہ اختلافات ہوتے ہیں۔ وہاں بھی اختلافات ہوئے۔ اور کچھ لوگ کہا کہ نہیں، ہم اس کو توڑیں گے، ہم اتحاد ختم کریں گ</w:t>
      </w:r>
    </w:p>
    <w:p>
      <w:r>
        <w:rPr>
          <w:b/>
        </w:rPr>
        <w:t xml:space="preserve">[35:29] </w:t>
      </w:r>
      <w:r>
        <w:t>scotland alag hoga, england alag, scotland alag. lekin isi mein aise log bhi paida hue hain jo kehte thay ke is ko, yani sochiye ke faida kis mein hai.</w:t>
      </w:r>
    </w:p>
    <w:p>
      <w:pPr>
        <w:jc w:val="right"/>
      </w:pPr>
      <w:r>
        <w:t>ے۔ اسکاٹ لینڈ الگ ہوگا، انگلینڈ الگ، اسکاٹ لینڈ الگ۔ لیکن اسی میں ایسے لوگ بھی پیدا ہوئے ہیں جو کہتے تھے کہ اس کو، یعنی سوچو کہ فائدہ کس میں ہے۔</w:t>
      </w:r>
    </w:p>
    <w:p>
      <w:r>
        <w:rPr>
          <w:b/>
        </w:rPr>
        <w:t xml:space="preserve">[35:46] </w:t>
      </w:r>
      <w:r>
        <w:t>agar woh aqeeday ka masla hota to na sochte woh. to maloom hua ke faida isi mein hai ke hum ek mulk bane rahein. aisa hi hua punjab mein.</w:t>
      </w:r>
    </w:p>
    <w:p>
      <w:pPr>
        <w:jc w:val="right"/>
      </w:pPr>
      <w:r>
        <w:t>اگر وہ عقیدے کا مسئلہ ہوتا تو نہ سوچتے وہ۔ تو معلوم ہوا کہ فائدہ اسی میں ہے کہ ہم ایک ملک بنے رہیں۔ ایسا ہی ہوا پنجاب میں۔</w:t>
      </w:r>
    </w:p>
    <w:p>
      <w:r>
        <w:rPr>
          <w:b/>
        </w:rPr>
        <w:t xml:space="preserve">[35:58] </w:t>
      </w:r>
      <w:r>
        <w:t>mujhe kuch sikh leaders se baat hui meri. to unhone kaha jo khasa khalsa momin chali thi hamare haan, us mein kafi kafi log mare gaye thay.</w:t>
      </w:r>
    </w:p>
    <w:p>
      <w:pPr>
        <w:jc w:val="right"/>
      </w:pPr>
      <w:r>
        <w:t>مجھے کچھ سکھ لیڈروں سے بات ہوئی میری۔ تو انہوں نے کہا جو خاصہ خالصہ مومن چلی تھی ہمارے ہاں، اس میں کافی کافی لوگ مارے گئے تھے۔</w:t>
      </w:r>
    </w:p>
    <w:p>
      <w:r>
        <w:rPr>
          <w:b/>
        </w:rPr>
        <w:t xml:space="preserve">[36:10] </w:t>
      </w:r>
      <w:r>
        <w:t>to baat ko khud sardaron mein aise log paida hue. unhone kaha ke bhai is ko phir se sochiye, rethink karo. kyunke us waqt hum India mein sirf 2% hain.</w:t>
      </w:r>
    </w:p>
    <w:p>
      <w:pPr>
        <w:jc w:val="right"/>
      </w:pPr>
      <w:r>
        <w:t>تو بات کو خود سرداروں میں ایسے لوگ پیدا ہوئے۔ انہوں نے کہا کہ بھئی اس کو پھر سے سوچو، ری تھنک کرو۔ کیونکہ اس وقت ہم انڈیا میں صرف 2% ہیں۔</w:t>
      </w:r>
    </w:p>
    <w:p>
      <w:r>
        <w:rPr>
          <w:b/>
        </w:rPr>
        <w:t xml:space="preserve">[36:23] </w:t>
      </w:r>
      <w:r>
        <w:t>sardar log India mein sirf 2% hain. aur hum India mein 20% economy ko control karte hain. yani 2% minority mulk ki 20% economy ko control karti hai.</w:t>
      </w:r>
    </w:p>
    <w:p>
      <w:pPr>
        <w:jc w:val="right"/>
      </w:pPr>
      <w:r>
        <w:t>سردار لوگ انڈیا میں صرف 2% ہیں۔ اور ہم انڈیا میں 20% اکانومی کو کنٹرول کرتے ہیں۔ یعنی 2% مائنورٹی ملک کی 20% اکانومی کو کنٹرول کرتی ہے۔</w:t>
      </w:r>
    </w:p>
    <w:p>
      <w:r>
        <w:rPr>
          <w:b/>
        </w:rPr>
        <w:t xml:space="preserve">[36:39] </w:t>
      </w:r>
      <w:r>
        <w:t>to hamein alag hone ki zaroorat kya hai? alag hona apne ko reduce karna hai? hum reduce kyun karein apne aap ko</w:t>
      </w:r>
    </w:p>
    <w:p>
      <w:pPr>
        <w:jc w:val="right"/>
      </w:pPr>
      <w:r>
        <w:t>تو ہمیں الگ ہونے کی ضرورت کیا ہے؟ الگ ہونا اپنے کو ریڈیوس کرنا ہے؟ ہم ریڈیوس کیوں کریں اپنے آپ کو</w:t>
      </w:r>
    </w:p>
    <w:p>
      <w:r>
        <w:rPr>
          <w:b/>
        </w:rPr>
        <w:t xml:space="preserve">[36:46] </w:t>
      </w:r>
      <w:r>
        <w:t>? to unhone chhod diya khalisah momin. khalisah momin khatm ho gayi. yeh rethinking musalmanon mein aa hi nahi rahi.</w:t>
      </w:r>
    </w:p>
    <w:p>
      <w:pPr>
        <w:jc w:val="right"/>
      </w:pPr>
      <w:r>
        <w:t>؟ تو انہوں نے چھوڑ دیا خالصہ مومن۔ خالصہ مومن ختم ہو گئی۔ یہ ری تھنکنگ مسلمانوں میں آ ہی نہیں رہی۔</w:t>
      </w:r>
    </w:p>
    <w:p>
      <w:r>
        <w:rPr>
          <w:b/>
        </w:rPr>
        <w:t xml:space="preserve">[36:56] </w:t>
      </w:r>
      <w:r>
        <w:t>sau saal se lad rahe hain, mar rahe hain, kar rahe hain. kyun? cheezon ko unhone aqide ka masla bana rakha hai.</w:t>
      </w:r>
    </w:p>
    <w:p>
      <w:pPr>
        <w:jc w:val="right"/>
      </w:pPr>
      <w:r>
        <w:t>سو سال سے لڑ رہے ہیں، مر رہے ہیں، کر رہے ہیں۔ کیوں؟ چیزوں کو انہوں نے عقیدے کا مسئلہ بنا رکھا ہے۔</w:t>
      </w:r>
    </w:p>
    <w:p>
      <w:r>
        <w:rPr>
          <w:b/>
        </w:rPr>
        <w:t xml:space="preserve">[37:08] </w:t>
      </w:r>
      <w:r>
        <w:t>is ke, is ka, is ka jo nuksan hai, dekhiye. do bahut hi bade bade nuksan hain.</w:t>
      </w:r>
    </w:p>
    <w:p>
      <w:pPr>
        <w:jc w:val="right"/>
      </w:pPr>
      <w:r>
        <w:t>اس کے، اس کا، اس کا جو نقصان ہے، دیکھیے۔ دو بہت ہی بڑے بڑے نقصان ہیں۔</w:t>
      </w:r>
    </w:p>
    <w:p>
      <w:r>
        <w:rPr>
          <w:b/>
        </w:rPr>
        <w:t xml:space="preserve">[37:15] </w:t>
      </w:r>
      <w:r>
        <w:t>ek nuksan to yeh hai ke musalsal taur par musalman jee rahe hain negative thinking mein. musalsal taur par.</w:t>
      </w:r>
    </w:p>
    <w:p>
      <w:pPr>
        <w:jc w:val="right"/>
      </w:pPr>
      <w:r>
        <w:t>ایک نقصان تو یہ ہے کہ مسلسل طور پر مسلمان جی رہے ہیں نیگیٹیو تھنکنگ میں۔ مسلسل طور پر۔</w:t>
      </w:r>
    </w:p>
    <w:p>
      <w:r>
        <w:rPr>
          <w:b/>
        </w:rPr>
        <w:t xml:space="preserve">[37:24] </w:t>
      </w:r>
      <w:r>
        <w:t>ke hum mehroom community hain, hum siege mein hain, hum under siege hain, hum se yeh chheena ja raha hai, hum se woh chheena ja raha hai, hum mazloom hain, hum mehroom hain.</w:t>
      </w:r>
    </w:p>
    <w:p>
      <w:pPr>
        <w:jc w:val="right"/>
      </w:pPr>
      <w:r>
        <w:t>کہ ہم محروم کمیونٹی ہیں، ہم سیج میں ہیں، ہم انڈر سیج ہیں، ہم سے یہ چھینا جا رہا ہے، ہم سے وہ چھینا جا رہا ہے، ہم مظلوم ہیں، ہم محروم ہیں۔</w:t>
      </w:r>
    </w:p>
    <w:p>
      <w:r>
        <w:rPr>
          <w:b/>
        </w:rPr>
        <w:t xml:space="preserve">[37:34] </w:t>
      </w:r>
      <w:r>
        <w:t>to musalsal taur par poori muslim community jo hai, negativity mein jee rahi hai.</w:t>
      </w:r>
    </w:p>
    <w:p>
      <w:pPr>
        <w:jc w:val="right"/>
      </w:pPr>
      <w:r>
        <w:t>تو مسلسل طور پر پوری مسلم کمیونٹی جو ہے، نیگیٹیوٹی میں جی رہی ہے۔</w:t>
      </w:r>
    </w:p>
    <w:p>
      <w:r>
        <w:rPr>
          <w:b/>
        </w:rPr>
        <w:t xml:space="preserve">[37:41] </w:t>
      </w:r>
      <w:r>
        <w:t>positive thinking khatm ho gayi musalmanon se. aur is ki jad mein ghalu hai. duniya mein kahin bhi jaiye, musalmanon mein aap positive thinking nahi paayenge.</w:t>
      </w:r>
    </w:p>
    <w:p>
      <w:pPr>
        <w:jc w:val="right"/>
      </w:pPr>
      <w:r>
        <w:t>پازیٹیو تھنکنگ ختم ہو گئی مسلمانوں سے۔ اور اس کی جڑ میں غلو ہے۔ دنیا میں کہیں بھی جائیے، مسلمانوں میں آپ پازیٹیو تھنکنگ نہیں پائیں گے۔</w:t>
      </w:r>
    </w:p>
    <w:p>
      <w:r>
        <w:rPr>
          <w:b/>
        </w:rPr>
        <w:t xml:space="preserve">[37:54] </w:t>
      </w:r>
      <w:r>
        <w:t>aur jahan positive thinking na ho, wahan marifat hi khatm ho jati hai. Allah ki marifat, jo sab se badi cheez hai, woh bhi khatm ho jati hai.</w:t>
      </w:r>
    </w:p>
    <w:p>
      <w:pPr>
        <w:jc w:val="right"/>
      </w:pPr>
      <w:r>
        <w:t>اور جہاں پازیٹیو تھنکنگ نہ ہو، وہاں معرفت ہی ختم ہو جاتی ہے۔ اللہ کی معرفت، جو سب سے بڑی چیز ہے، وہ بھی ختم ہو جاتی ہے۔</w:t>
      </w:r>
    </w:p>
    <w:p>
      <w:r>
        <w:rPr>
          <w:b/>
        </w:rPr>
        <w:t xml:space="preserve">[38:06] </w:t>
      </w:r>
      <w:r>
        <w:t>aur sari duniya ke musalmanon ka yahi haal hai.</w:t>
      </w:r>
    </w:p>
    <w:p>
      <w:pPr>
        <w:jc w:val="right"/>
      </w:pPr>
      <w:r>
        <w:t>اور ساری دنیا کے مسلمانوں کا یہی حال ہے۔</w:t>
      </w:r>
    </w:p>
    <w:p>
      <w:r>
        <w:rPr>
          <w:b/>
        </w:rPr>
        <w:t xml:space="preserve">[38:09] </w:t>
      </w:r>
      <w:r>
        <w:t>doosri jo bhari qeemat de rahe hain musalman, woh kya hai? dawat-e-ilallah ka zehan khatm ho gaya. kyunke doosri qaumon ko bana liya aap ne rival, dushman, takraao paida kar liya un se.</w:t>
      </w:r>
    </w:p>
    <w:p>
      <w:pPr>
        <w:jc w:val="right"/>
      </w:pPr>
      <w:r>
        <w:t>دوسری جو بھاری قیمت دے رہے ہیں مسلمان، وہ کیا ہے؟ دعوت اللہ کا ذہن ختم ہو گیا۔ کیونکہ دوسری قوموں کو بنا لیا آپ نے رائیول، دشمن، ٹکراؤ پیدا کر لیا ان سے۔</w:t>
      </w:r>
    </w:p>
    <w:p>
      <w:r>
        <w:rPr>
          <w:b/>
        </w:rPr>
        <w:t xml:space="preserve">[38:24] </w:t>
      </w:r>
      <w:r>
        <w:t>to dawat chalti hai khair khwahi par.</w:t>
      </w:r>
    </w:p>
    <w:p>
      <w:pPr>
        <w:jc w:val="right"/>
      </w:pPr>
      <w:r>
        <w:t>تو دعوت چلتی ہے خیر خواہی پر۔</w:t>
      </w:r>
    </w:p>
    <w:p>
      <w:r>
        <w:rPr>
          <w:b/>
        </w:rPr>
        <w:t xml:space="preserve">[38:30] </w:t>
      </w:r>
      <w:r>
        <w:t>dawat chalti hai khair khwahi par. khair khwahi nahi to dawat bhi nahi.</w:t>
      </w:r>
    </w:p>
    <w:p>
      <w:pPr>
        <w:jc w:val="right"/>
      </w:pPr>
      <w:r>
        <w:t>دعوت چلتی ہے خیر خواہی پر۔ خیر خواہی نہیں تو دعوت بھی نہیں۔</w:t>
      </w:r>
    </w:p>
    <w:p>
      <w:r>
        <w:rPr>
          <w:b/>
        </w:rPr>
        <w:t xml:space="preserve">[38:36] </w:t>
      </w:r>
      <w:r>
        <w:t>quran mein hai ke "inni lakum nasir" mein tumhara khair khwah hoon. aye to yeh jo ghalu kar ke musalmanon ne jo masle khade kiye farzi, is ke nateeje mein kya hua?</w:t>
      </w:r>
    </w:p>
    <w:p>
      <w:pPr>
        <w:jc w:val="right"/>
      </w:pPr>
      <w:r>
        <w:t>قرآن میں ہے کہ "إني لكم ناصر" میں تمہارا خیر خواہ ہوں۔ اے تو یہ جو غلو کر کے مسلمانوں نے جو مسئلے کھڑے کیے فرضی، اس کے نتیجے میں کیا ہوا؟</w:t>
      </w:r>
    </w:p>
    <w:p>
      <w:r>
        <w:rPr>
          <w:b/>
        </w:rPr>
        <w:t xml:space="preserve">[38:48] </w:t>
      </w:r>
      <w:r>
        <w:t>ke sari duniya se unhein nafrat ho gayi. to daai mad'u ka talluq khatm ho gaya. daai mad'u ka talluq khatm ho gaya.</w:t>
      </w:r>
    </w:p>
    <w:p>
      <w:pPr>
        <w:jc w:val="right"/>
      </w:pPr>
      <w:r>
        <w:t>کہ ساری دنیا سے انہیں نفرت ہو گئی۔ تو داعی مدعو کا تعلق ختم ہو گیا۔ داعی مدعو کا تعلق ختم ہو گیا۔</w:t>
      </w:r>
    </w:p>
    <w:p>
      <w:r>
        <w:rPr>
          <w:b/>
        </w:rPr>
        <w:t xml:space="preserve">[39:00] </w:t>
      </w:r>
      <w:r>
        <w:t>ab kya hai? harif ka talluq, harif aur raqeeb ka talluq qaim ho gaya. sari duniya aap ko dushman nazar aati hai, harif nazar aati hai, raqeeb nazar aati hai, rival nazar aati hai.</w:t>
      </w:r>
    </w:p>
    <w:p>
      <w:pPr>
        <w:jc w:val="right"/>
      </w:pPr>
      <w:r>
        <w:t>اب کیا ہے؟ حریف کا تعلق، حریف اور رقیب کا تعلق قائم ہو گیا۔ ساری دنیا آپ کو دشمن نظر آتی ہے، حریف نظر آتی ہے، رقیب نظر آتی ہے، رائیول نظر آتی ہے۔</w:t>
      </w:r>
    </w:p>
    <w:p>
      <w:r>
        <w:rPr>
          <w:b/>
        </w:rPr>
        <w:t xml:space="preserve">[39:11] </w:t>
      </w:r>
      <w:r>
        <w:t>to dawat ka jazba kahan se aayega?</w:t>
      </w:r>
    </w:p>
    <w:p>
      <w:pPr>
        <w:jc w:val="right"/>
      </w:pPr>
      <w:r>
        <w:t>تو دعوت کا جذبہ کہاں سے آئے گا؟</w:t>
      </w:r>
    </w:p>
    <w:p>
      <w:r>
        <w:rPr>
          <w:b/>
        </w:rPr>
        <w:t xml:space="preserve">[39:18] </w:t>
      </w:r>
      <w:r>
        <w:t>dawat ka jazba kahan se aayega? aur phir ek aur baat dekhiye. ek bahut hi badi baat yeh hai ke yeh jo age hai, age of globalization hai.</w:t>
      </w:r>
    </w:p>
    <w:p>
      <w:pPr>
        <w:jc w:val="right"/>
      </w:pPr>
      <w:r>
        <w:t>دعوت کا جذبہ کہاں سے آئے گا؟ اور پھر ایک اور بات دیکھیے۔ ایک بہت ہی بڑی بات یہ ہے کہ یہ جو ایج ہے، ایج آف گلوبلائزیشن ہے۔</w:t>
      </w:r>
    </w:p>
    <w:p>
      <w:r>
        <w:rPr>
          <w:b/>
        </w:rPr>
        <w:t xml:space="preserve">[39:32] </w:t>
      </w:r>
      <w:r>
        <w:t>kaha jata hai ke poori duniya ek ek village ban gayi hai. global village.</w:t>
      </w:r>
    </w:p>
    <w:p>
      <w:pPr>
        <w:jc w:val="right"/>
      </w:pPr>
      <w:r>
        <w:t>کہا جاتا ہے کہ پوری دنیا ایک ایک ولیج بن گئی ہے۔ گلوبل ولیج۔</w:t>
      </w:r>
    </w:p>
    <w:p>
      <w:r>
        <w:rPr>
          <w:b/>
        </w:rPr>
        <w:t xml:space="preserve">[39:40] </w:t>
      </w:r>
      <w:r>
        <w:t>to is ke ma'ne kya hue? is zamane mein business, tijarat aur jo activities hoti hain, woh sab globalize ho chuka hai, globalization ho chuka hai in ka.</w:t>
      </w:r>
    </w:p>
    <w:p>
      <w:pPr>
        <w:jc w:val="right"/>
      </w:pPr>
      <w:r>
        <w:t>تو اس کے معنی کیا ہوئے؟ اس زمانے میں بزنس، تجارت اور جو ایکٹیویٹیز ہوتی ہیں، وہ سب گلوبلائز ہو چکا ہے، گلوبلائزیشن ہو چکا ہے ان کا۔</w:t>
      </w:r>
    </w:p>
    <w:p>
      <w:r>
        <w:rPr>
          <w:b/>
        </w:rPr>
        <w:t xml:space="preserve">[39:52] </w:t>
      </w:r>
      <w:r>
        <w:t>global level par aap ko planning karni padti hai. global, jo global planning karta hai, wahi badi taraqqi hasil karega. aaj kal jo aap dekhte hain, jin ko kehte hain multinational.</w:t>
      </w:r>
    </w:p>
    <w:p>
      <w:pPr>
        <w:jc w:val="right"/>
      </w:pPr>
      <w:r>
        <w:t>گلوبل لیول پر آپ کو پلاننگ کرنی پڑتی ہے۔ گلوبل، جو گلوبل پلاننگ کرتا ہے، وہی بڑی ترقی حاصل کرے گا۔ آج کل جو آپ دیکھتے ہیں، جن کو کہتے ہیں ملٹی نیشنل۔</w:t>
      </w:r>
    </w:p>
    <w:p>
      <w:r>
        <w:rPr>
          <w:b/>
        </w:rPr>
        <w:t xml:space="preserve">[40:04] </w:t>
      </w:r>
      <w:r>
        <w:t>multinational kya hai?</w:t>
      </w:r>
    </w:p>
    <w:p>
      <w:pPr>
        <w:jc w:val="right"/>
      </w:pPr>
      <w:r>
        <w:t>ملٹی نیشنل کیا ہے؟</w:t>
      </w:r>
    </w:p>
    <w:p>
      <w:r>
        <w:rPr>
          <w:b/>
        </w:rPr>
        <w:t xml:space="preserve">[40:06] </w:t>
      </w:r>
      <w:r>
        <w:t>multinational par aap service mil jaye to log bahut badi baat samajhte hain. lekin multinational hai kya cheez? That is a phenomenon of globalization.</w:t>
      </w:r>
    </w:p>
    <w:p>
      <w:pPr>
        <w:jc w:val="right"/>
      </w:pPr>
      <w:r>
        <w:t>ملٹی نیشنل پر آپ سروس مل جائے تو لوگ بہت بڑی بات سمجھتے ہیں۔ لیکن ملٹی نیشنل ہے کیا چیز؟ That is a phenomenon of globalization.</w:t>
      </w:r>
    </w:p>
    <w:p>
      <w:r>
        <w:rPr>
          <w:b/>
        </w:rPr>
        <w:t xml:space="preserve">[40:19] </w:t>
      </w:r>
      <w:r>
        <w:t>hamare bachpan ke zamane mein hum dekhte the ke business kya the? gaon mein log kuch bechte hote the, chhoti chhoti cheezein.</w:t>
      </w:r>
    </w:p>
    <w:p>
      <w:pPr>
        <w:jc w:val="right"/>
      </w:pPr>
      <w:r>
        <w:t>ہمارے بچپن کے زمانے میں ہم دیکھتے تھے کہ بزنس کیا تھے؟ گاؤں میں لوگ کچھ بیچتے ہوتے تھے، چھوٹی چھوٹی چیزیں۔</w:t>
      </w:r>
    </w:p>
    <w:p>
      <w:r>
        <w:rPr>
          <w:b/>
        </w:rPr>
        <w:t xml:space="preserve">[40:29] </w:t>
      </w:r>
      <w:r>
        <w:t>business ek gaon ki cheez hua karti thi, gaon ki. aaj business aalami ban gaya.</w:t>
      </w:r>
    </w:p>
    <w:p>
      <w:pPr>
        <w:jc w:val="right"/>
      </w:pPr>
      <w:r>
        <w:t>بزنس ایک گاؤں کی چیز ہوا کرتی تھی، گاؤں کی۔ آج بزنس عالمی بن گئی۔</w:t>
      </w:r>
    </w:p>
    <w:p>
      <w:r>
        <w:rPr>
          <w:b/>
        </w:rPr>
        <w:t xml:space="preserve">[40:35] </w:t>
      </w:r>
      <w:r>
        <w:t>is se multinational wajood mein aaye. to aaj hai age of globalization. poori dunya ko le kar apni planning karna.</w:t>
      </w:r>
    </w:p>
    <w:p>
      <w:pPr>
        <w:jc w:val="right"/>
      </w:pPr>
      <w:r>
        <w:t>اس سے ملٹی نیشنل وجود میں آئے۔ تو آج ہے ایج آف گلوبلائزیشن۔ پوری دنیا میں کو لے کر اپنی پلاننگ کرنا۔</w:t>
      </w:r>
    </w:p>
    <w:p>
      <w:r>
        <w:rPr>
          <w:b/>
        </w:rPr>
        <w:t xml:space="preserve">[40:47] </w:t>
      </w:r>
      <w:r>
        <w:t>lekin ghalu ke nateejay mein kya hua? aap musalmanon ke andar aa gayi ghetto mentality. ghetto mentality. har jagah aap ka alag. shehron mein alag mehlay banayenge.</w:t>
      </w:r>
    </w:p>
    <w:p>
      <w:pPr>
        <w:jc w:val="right"/>
      </w:pPr>
      <w:r>
        <w:t>لیکن غلو کے نتیجے میں کیا ہوا؟ آپ مسلمانوں کے اندر آ گئی گھیٹو مینٹیلیٹی۔ گھیٹو مینٹیلیٹی۔ ہر جگہ آپ کا الگ۔ شہروں میں الگ محلے بنائیں گے۔</w:t>
      </w:r>
    </w:p>
    <w:p>
      <w:r>
        <w:rPr>
          <w:b/>
        </w:rPr>
        <w:t xml:space="preserve">[40:57] </w:t>
      </w:r>
      <w:r>
        <w:t>mulkon mein apna alag batwara karvayenge. har jagah bas ghetto mentality chal rahi hai musalmanon mein.</w:t>
      </w:r>
    </w:p>
    <w:p>
      <w:pPr>
        <w:jc w:val="right"/>
      </w:pPr>
      <w:r>
        <w:t>ملکوں میں اپنا الگ بٹوارہ کروائیں گے۔ ہر جگہ بس گھیٹو مینٹیلیٹی چل رہی ہے مسلمانوں میں۔</w:t>
      </w:r>
    </w:p>
    <w:p>
      <w:r>
        <w:rPr>
          <w:b/>
        </w:rPr>
        <w:t xml:space="preserve">[41:06] </w:t>
      </w:r>
      <w:r>
        <w:t>to ghalu se ghetto mentality aur ghetto mentality se, yaani global thinking khatam.</w:t>
      </w:r>
    </w:p>
    <w:p>
      <w:pPr>
        <w:jc w:val="right"/>
      </w:pPr>
      <w:r>
        <w:t>تو غلو سے گھیٹو مینٹیلیٹی اور گھیٹو مینٹیلیٹی سے، یعنی گلوبل تھنکنگ ختم۔</w:t>
      </w:r>
    </w:p>
    <w:p>
      <w:r>
        <w:rPr>
          <w:b/>
        </w:rPr>
        <w:t xml:space="preserve">[41:18] </w:t>
      </w:r>
      <w:r>
        <w:t>global thinking khatam. dekhen baat kahan se kahan tak pahunchti hai?</w:t>
      </w:r>
    </w:p>
    <w:p>
      <w:pPr>
        <w:jc w:val="right"/>
      </w:pPr>
      <w:r>
        <w:t>گلوبل تھنکنگ ختم۔ دیکھیں بات کہاں سے کہاں تک پہنچتی ہے؟</w:t>
      </w:r>
    </w:p>
    <w:p>
      <w:r>
        <w:rPr>
          <w:b/>
        </w:rPr>
        <w:t xml:space="preserve">[41:27] </w:t>
      </w:r>
      <w:r>
        <w:t>aaghaaz hua yahan se ke aap ne mazhab ke maamle mein aisi cheezon ko aqeedah bana liya jo aqeedah ka masla nahi tha.</w:t>
      </w:r>
    </w:p>
    <w:p>
      <w:pPr>
        <w:jc w:val="right"/>
      </w:pPr>
      <w:r>
        <w:t>آغاز ہوا یہاں سے کہ آپ نے مذہب کے معاملے میں ایسی چیزوں کو عقیدہ بنا لیا جو عقیدہ کا مسئلہ نہیں تھا۔</w:t>
      </w:r>
    </w:p>
    <w:p>
      <w:r>
        <w:rPr>
          <w:b/>
        </w:rPr>
        <w:t xml:space="preserve">[41:37] </w:t>
      </w:r>
      <w:r>
        <w:t>is tarah aap ghalu ka shikaar hue. jab ghalu ka shikaar hue to aap logon se nafratein ho gayi. logon se ladne lage. logon ko apna ghair samajhne lage.</w:t>
      </w:r>
    </w:p>
    <w:p>
      <w:pPr>
        <w:jc w:val="right"/>
      </w:pPr>
      <w:r>
        <w:t>اس طرح آپ غلو کا شکار ہوئے۔ جب غلو کا شکار ہوئے تو آپ لوگوں سے نفرتیں ہو گئیں۔ لوگوں سے لڑنے لگے۔ لوگوں کا اپنا غیر سمجھنے لگے۔</w:t>
      </w:r>
    </w:p>
    <w:p>
      <w:r>
        <w:rPr>
          <w:b/>
        </w:rPr>
        <w:t xml:space="preserve">[41:46] </w:t>
      </w:r>
      <w:r>
        <w:t>we and they concept paida hua. yaani we and we concept khatam ho gaya. we and they concept paida hua.</w:t>
      </w:r>
    </w:p>
    <w:p>
      <w:pPr>
        <w:jc w:val="right"/>
      </w:pPr>
      <w:r>
        <w:t>We and they concept پیدا ہوا۔ یعنی We and we concept ختم ہو گیا۔ We and they concept پیدا ہوا۔</w:t>
      </w:r>
    </w:p>
    <w:p>
      <w:r>
        <w:rPr>
          <w:b/>
        </w:rPr>
        <w:t xml:space="preserve">[41:55] </w:t>
      </w:r>
      <w:r>
        <w:t>to, to yaani aap musalman yeh samajh nahi nahi paaye ke yeh age of yeh hai, yeh woh hai, globalization ki age hai.</w:t>
      </w:r>
    </w:p>
    <w:p>
      <w:pPr>
        <w:jc w:val="right"/>
      </w:pPr>
      <w:r>
        <w:t>تو، تو یعنی آپ مسلمان یہ سمجھ نہیں نہیں پائے کہ یہ ایج آف یہ ہے، یہ وہ ہے، گلوبلائزیشن کی ایج ہے۔</w:t>
      </w:r>
    </w:p>
    <w:p>
      <w:r>
        <w:rPr>
          <w:b/>
        </w:rPr>
        <w:t xml:space="preserve">[42:09] </w:t>
      </w:r>
      <w:r>
        <w:t>yeh samajh nahi sake. main to yeh lafz hi nahi kisi musalman ne suna ke yeh age of globalization hai.</w:t>
      </w:r>
    </w:p>
    <w:p>
      <w:pPr>
        <w:jc w:val="right"/>
      </w:pPr>
      <w:r>
        <w:t>یہ سمجھ نہیں سکے۔ میں تو یہ لفظ ہی نہیں کسی مسلمان نے سنا کہ یہ ایج آف گلوبلائزیشن ہے۔</w:t>
      </w:r>
    </w:p>
    <w:p>
      <w:r>
        <w:rPr>
          <w:b/>
        </w:rPr>
        <w:t xml:space="preserve">[42:16] </w:t>
      </w:r>
      <w:r>
        <w:t>bas wohi ghetto mentality ki baatein hoti hain har jagah. separatism ki baatein hoti hain. har jagah hamara alag, hamari colony honi chahiye. alag hamara country hona chahiye.</w:t>
      </w:r>
    </w:p>
    <w:p>
      <w:pPr>
        <w:jc w:val="right"/>
      </w:pPr>
      <w:r>
        <w:t>بس وہی گھیٹو مینٹیلیٹی کی باتیں ہوتی ہیں ہر جگہ۔ سیپریٹیزم کی باتیں ہوتی ہیں۔ ہر جگہ ہمارا الگ، ہماری کالونی ہونی چاہیے۔ الگ ہمارا کنٹری ہونا چاہیے۔</w:t>
      </w:r>
    </w:p>
    <w:p>
      <w:r>
        <w:rPr>
          <w:b/>
        </w:rPr>
        <w:t xml:space="preserve">[42:28] </w:t>
      </w:r>
      <w:r>
        <w:t>har cheez alagay, alagay, separatism.</w:t>
      </w:r>
    </w:p>
    <w:p>
      <w:pPr>
        <w:jc w:val="right"/>
      </w:pPr>
      <w:r>
        <w:t>ہر چیز علیحدگی، علیحدگی، سیپریٹیزم۔</w:t>
      </w:r>
    </w:p>
    <w:p>
      <w:r>
        <w:rPr>
          <w:b/>
        </w:rPr>
        <w:t xml:space="preserve">[42:35] </w:t>
      </w:r>
      <w:r>
        <w:t>to main samajhta hoon ke aakhri waqt aa gaya hai ke hum yeh sochen, rethink karen.</w:t>
      </w:r>
    </w:p>
    <w:p>
      <w:pPr>
        <w:jc w:val="right"/>
      </w:pPr>
      <w:r>
        <w:t>تو میں سمجھتا ہوں کہ آخری وقت آ گیا ہے کہ ہم یہ سوچیں، ری تھنک کریں۔</w:t>
      </w:r>
    </w:p>
    <w:p>
      <w:r>
        <w:rPr>
          <w:b/>
        </w:rPr>
        <w:t xml:space="preserve">[42:43] </w:t>
      </w:r>
      <w:r>
        <w:t>rethinking is waqt zaroorat hai, process of rethinking ki sab se zyada. hum ko apne aap ko ghalu se bahar lana hai.</w:t>
      </w:r>
    </w:p>
    <w:p>
      <w:pPr>
        <w:jc w:val="right"/>
      </w:pPr>
      <w:r>
        <w:t>ری تھنکنگ اس وقت ضرورت ہے، پروسیس آف ری تھنکنگ کی سب سے زیادہ۔ ہم کو اپنے آپ کو غلو سے باہر لانا ہے۔</w:t>
      </w:r>
    </w:p>
    <w:p>
      <w:r>
        <w:rPr>
          <w:b/>
        </w:rPr>
        <w:t xml:space="preserve">[42:54] </w:t>
      </w:r>
      <w:r>
        <w:t>ghalu ke phanday se nikalna hai apne aap ko.</w:t>
      </w:r>
    </w:p>
    <w:p>
      <w:pPr>
        <w:jc w:val="right"/>
      </w:pPr>
      <w:r>
        <w:t>غلو کے پھندے سے نکالنا ہے اپنے آپ کو۔</w:t>
      </w:r>
    </w:p>
    <w:p>
      <w:r>
        <w:rPr>
          <w:b/>
        </w:rPr>
        <w:t xml:space="preserve">[42:58] </w:t>
      </w:r>
      <w:r>
        <w:t>tab ja kar nayi soch aayegi. tab ja kar hum deen ko sahi taur par samjhenge. tab ja kar hum ko dawat Allah ki ahmiyat maloom hogi.</w:t>
      </w:r>
    </w:p>
    <w:p>
      <w:pPr>
        <w:jc w:val="right"/>
      </w:pPr>
      <w:r>
        <w:t>تب جا کر نئی سوچ آئے گی۔ تب جا کر ہم دین کو صحیح طور پر سمجھیں گے۔ تب جا کر ہم کو دعوت اللہ کی اہمیت معلوم ہوگی۔</w:t>
      </w:r>
    </w:p>
    <w:p>
      <w:r>
        <w:rPr>
          <w:b/>
        </w:rPr>
        <w:t xml:space="preserve">[43:08] </w:t>
      </w:r>
      <w:r>
        <w:t>tab ja kar hum replanning karenge. tab ja kar hum ko yeh hoga ke aaj ke daur mein jo opportunities hain, us ko hum avail kar payenge.</w:t>
      </w:r>
    </w:p>
    <w:p>
      <w:pPr>
        <w:jc w:val="right"/>
      </w:pPr>
      <w:r>
        <w:t>تب جا کر ہم ری پلاننگ کریں گے۔ تب جا کر ہم کو یہ ہوگا کہ آج کے دور میں جو اپرچونیٹیز ہیں، اس کو ہم اویل کر پائیں گے۔</w:t>
      </w:r>
    </w:p>
    <w:p>
      <w:r>
        <w:rPr>
          <w:b/>
        </w:rPr>
        <w:t xml:space="preserve">[43:18] </w:t>
      </w:r>
      <w:r>
        <w:t>yeh saari baatein is se juri hui hain.</w:t>
      </w:r>
    </w:p>
    <w:p>
      <w:pPr>
        <w:jc w:val="right"/>
      </w:pPr>
      <w:r>
        <w:t>یہ ساری باتیں اس سے جڑی ہوئی ہیں۔</w:t>
      </w:r>
    </w:p>
    <w:p>
      <w:r>
        <w:rPr>
          <w:b/>
        </w:rPr>
        <w:t xml:space="preserve">[43:23] </w:t>
      </w:r>
      <w:r>
        <w:t>to main dua karta hoon ke Allah taala mujh ko aur aap ko tofeeq de ke hum is ko quran mein tauba kaha gaya hai.</w:t>
      </w:r>
    </w:p>
    <w:p>
      <w:pPr>
        <w:jc w:val="right"/>
      </w:pPr>
      <w:r>
        <w:t>تو میں دعا کرتا ہوں کہ اللہ تعالیٰ مجھ کو اور آپ کو توفیق دے کہ ہم اس کو قرآن میں توبہ کہا گیا ہے۔</w:t>
      </w:r>
    </w:p>
    <w:p>
      <w:r>
        <w:rPr>
          <w:b/>
        </w:rPr>
        <w:t xml:space="preserve">[43:33] </w:t>
      </w:r>
      <w:r>
        <w:t>to hum tofeeq de ke hum tauba karen. yaani rethinking karen. phir se sochen. phir se planning karen.</w:t>
      </w:r>
    </w:p>
    <w:p>
      <w:pPr>
        <w:jc w:val="right"/>
      </w:pPr>
      <w:r>
        <w:t>تو ہم توفیق دے کہ ہم توبہ کریں۔ یعنی ری تھنکنگ کریں۔ پھر سے سوچیں۔ پھر سے پلاننگ کریں۔</w:t>
      </w:r>
    </w:p>
    <w:p>
      <w:r>
        <w:rPr>
          <w:b/>
        </w:rPr>
        <w:t xml:space="preserve">[43:44] </w:t>
      </w:r>
      <w:r>
        <w:t>replanning waqt ki sab se bari zaroorat hai.</w:t>
      </w:r>
    </w:p>
    <w:p>
      <w:pPr>
        <w:jc w:val="right"/>
      </w:pPr>
      <w:r>
        <w:t>ری پلاننگ وقت کی سب سے بڑی ضرورت ہے۔</w:t>
      </w:r>
    </w:p>
    <w:p>
      <w:r>
        <w:rPr>
          <w:b/>
        </w:rPr>
        <w:t xml:space="preserve">[43:50] </w:t>
      </w:r>
      <w:r>
        <w:t>to main isi ki dua karta hoon apne liye, aap sab logon ke liye aur saare musalmanon ke liye. kyunke yeh yahi woh, yaani yahi yahi yeh right starting point hai.</w:t>
      </w:r>
    </w:p>
    <w:p>
      <w:pPr>
        <w:jc w:val="right"/>
      </w:pPr>
      <w:r>
        <w:t>تو میں اسی کی دعا کرتا ہوں اپنے لیے، آپ سب لوگوں کے لیے اور سارے مسلمانوں کے لیے۔ کیونکہ یہ یہی وہ، یعنی یہی یہی یہ رائٹ اسٹارٹنگ پوائنٹ ہے۔</w:t>
      </w:r>
    </w:p>
    <w:p>
      <w:r>
        <w:rPr>
          <w:b/>
        </w:rPr>
        <w:t xml:space="preserve">[44:08] </w:t>
      </w:r>
      <w:r>
        <w:t>musalmanon ke liye islaah ka kal mein ek ek bara lamba mazmoon parh raha tha. islaah ummat kaise ho?</w:t>
      </w:r>
    </w:p>
    <w:p>
      <w:pPr>
        <w:jc w:val="right"/>
      </w:pPr>
      <w:r>
        <w:t>مسلمانوں کے لیے اصلاح کا کل میں ایک ایک بڑا لمبا مضمون پڑھ رہا تھا۔ اصلاح امت کیسے ہو؟</w:t>
      </w:r>
    </w:p>
    <w:p>
      <w:r>
        <w:rPr>
          <w:b/>
        </w:rPr>
        <w:t xml:space="preserve">[44:17] </w:t>
      </w:r>
      <w:r>
        <w:t>to bhi yahi baat ghayab</w:t>
      </w:r>
    </w:p>
    <w:p>
      <w:pPr>
        <w:jc w:val="right"/>
      </w:pPr>
      <w:r>
        <w:t>تو بھی یہی بات غائب</w:t>
      </w:r>
    </w:p>
    <w:p>
      <w:r>
        <w:rPr>
          <w:b/>
        </w:rPr>
        <w:t xml:space="preserve">[44:18] </w:t>
      </w:r>
      <w:r>
        <w:t>thi. islaah ummat kaise ho? ke maani hone sab se pehla sawal yeh hai ke, yaani ke starting point kya hai?</w:t>
      </w:r>
    </w:p>
    <w:p>
      <w:pPr>
        <w:jc w:val="right"/>
      </w:pPr>
      <w:r>
        <w:t>تھی۔ اصلاح امت کیسے ہو؟ کے معنی ہونے سب سے پہلا سوال یہ ہے کہ، یعنی کہ اسٹارٹنگ پوائنٹ کیا ہے؟</w:t>
      </w:r>
    </w:p>
    <w:p>
      <w:r>
        <w:rPr>
          <w:b/>
        </w:rPr>
        <w:t xml:space="preserve">[44:28] </w:t>
      </w:r>
      <w:r>
        <w:t>is ko daryaft karo. sab se bara masla hai ke aap yeh daryaft karen ke starting point kya hai? jis ko kehte hain arabi mein ke min min ain nabda .</w:t>
      </w:r>
    </w:p>
    <w:p>
      <w:pPr>
        <w:jc w:val="right"/>
      </w:pPr>
      <w:r>
        <w:t>اس کو دریافت کرو۔ سب سے بڑا مسئلہ ہے کہ آپ یہ دریافت کریں کہ اسٹارٹنگ پوائنٹ کیا ہے؟ جس کو کہتے ہیں عربی میں کہ من من اين نبدا ۔</w:t>
      </w:r>
    </w:p>
    <w:p>
      <w:r>
        <w:rPr>
          <w:b/>
        </w:rPr>
        <w:t xml:space="preserve">[44:41] </w:t>
      </w:r>
      <w:r>
        <w:t>starting point yeh hai min ain nabda. From where to begin.</w:t>
      </w:r>
    </w:p>
    <w:p>
      <w:pPr>
        <w:jc w:val="right"/>
      </w:pPr>
      <w:r>
        <w:t>اسٹارٹنگ پوائنٹ یہ ہے من اين نبدا ۔ فرام ویر ٹو بیگن۔</w:t>
      </w:r>
    </w:p>
    <w:p>
      <w:r>
        <w:rPr>
          <w:b/>
        </w:rPr>
        <w:t xml:space="preserve">[44:47] </w:t>
      </w:r>
      <w:r>
        <w:t>from wear to begin. to mein dua karta hoon apne liye, aap sab logon ke liye, tamam musalmanon ke liye ke hamare andar right thinking aaye.</w:t>
      </w:r>
    </w:p>
    <w:p>
      <w:pPr>
        <w:jc w:val="right"/>
      </w:pPr>
      <w:r>
        <w:t>فرام ویر ٹو بیگن۔ تو میں دعا کرتا ہوں اپنے لیے، آپ سب لوگوں کے لیے، تمام مسلمانوں کے لیے کہ ہمارے اندر رائٹ تھنکنگ آئے۔</w:t>
      </w:r>
    </w:p>
    <w:p>
      <w:r>
        <w:rPr>
          <w:b/>
        </w:rPr>
        <w:t xml:space="preserve">[45:03] </w:t>
      </w:r>
      <w:r>
        <w:t>hum sa'adat mustaqeem ko daryaft kar saken aur is rah par chalne ka faisla kar saken jo hamein Allah ki taraf le jaane wala hai.</w:t>
      </w:r>
    </w:p>
    <w:p>
      <w:pPr>
        <w:jc w:val="right"/>
      </w:pPr>
      <w:r>
        <w:t>ہم سعادت مستقیم کو دریافت کر سکیں اور اس راہ پر چلنے کا فیصلہ کر سکیں جو ہمیں اللہ کی طرف لے جانے والا ہے۔</w:t>
      </w:r>
    </w:p>
    <w:p>
      <w:r>
        <w:rPr>
          <w:b/>
        </w:rPr>
        <w:t xml:space="preserve">[45:18] </w:t>
      </w:r>
      <w:r>
        <w:t>jis mein dunya mein Allah ki rehmaten hain aur akhirat mein Allah ki jannat hai. Assalam o alaikum wa rehmatullah</w:t>
      </w:r>
    </w:p>
    <w:p>
      <w:pPr>
        <w:jc w:val="right"/>
      </w:pPr>
      <w:r>
        <w:t>جس میں دنیا میں اللہ کی رحمتیں ہیں اور آخرت میں اللہ کی جنت ہے۔ السلام علیکم ورحمۃ اللہ</w:t>
      </w:r>
    </w:p>
    <w:p>
      <w:r>
        <w:rPr>
          <w:b/>
        </w:rPr>
        <w:t xml:space="preserve">[45:40] </w:t>
      </w:r>
      <w:r>
        <w:t>Pakistan se aamir bin yusuf sahab ne kiya hai aur unhon ne aap se poocha hai ke Allah par hum apna unshakable imaan la saken, us ki kya requirement hai?</w:t>
      </w:r>
    </w:p>
    <w:p>
      <w:pPr>
        <w:jc w:val="right"/>
      </w:pPr>
      <w:r>
        <w:t>پاکستان سے عامر بن یوسف صاحب نے کیا ہے اور انہوں نے آپ سے پوچھا ہے کہ اللہ پر ہم اپنا ان شیک ایبل ایمان لا سکیں، اس کی کیا ریکوائرمنٹ ہے؟</w:t>
      </w:r>
    </w:p>
    <w:p>
      <w:r>
        <w:rPr>
          <w:b/>
        </w:rPr>
        <w:t xml:space="preserve">[45:53] </w:t>
      </w:r>
      <w:r>
        <w:t>is ke baray mein batayen. dekhen, jab hum kalma parhte hain to hum kya kehte hain? la ilaha illallah .</w:t>
      </w:r>
    </w:p>
    <w:p>
      <w:pPr>
        <w:jc w:val="right"/>
      </w:pPr>
      <w:r>
        <w:t>اس کے بارے میں بتائیں۔ دیکھیں، جب ہم کلمہ پڑھتے ہیں تو ہم کیا کہتے ہیں؟ لا الہ الا اللہ ۔</w:t>
      </w:r>
    </w:p>
    <w:p>
      <w:r>
        <w:rPr>
          <w:b/>
        </w:rPr>
        <w:t xml:space="preserve">[46:04] </w:t>
      </w:r>
      <w:r>
        <w:t>isi mein irada bataya gaya hai.</w:t>
      </w:r>
    </w:p>
    <w:p>
      <w:pPr>
        <w:jc w:val="right"/>
      </w:pPr>
      <w:r>
        <w:t>اسی میں اراد بتایا گیا ہے۔</w:t>
      </w:r>
    </w:p>
    <w:p>
      <w:r>
        <w:rPr>
          <w:b/>
        </w:rPr>
        <w:t xml:space="preserve">[46:08] </w:t>
      </w:r>
      <w:r>
        <w:t>la ilaha illallah . is ke ma'ne hain ke Allah par yaqeen laane se pehle jo ghair Khuda hai, use apne ko hatana parta hai.</w:t>
      </w:r>
    </w:p>
    <w:p>
      <w:pPr>
        <w:jc w:val="right"/>
      </w:pPr>
      <w:r>
        <w:t>لا الہ الا اللہ ۔ اس کے معنی ہیں کہ اللہ پر یقین لانے سے پہلے جو غیر خدا ہے، اسے اپنے کو ہٹانا پڑتا ہے۔</w:t>
      </w:r>
    </w:p>
    <w:p>
      <w:r>
        <w:rPr>
          <w:b/>
        </w:rPr>
        <w:t xml:space="preserve">[46:22] </w:t>
      </w:r>
      <w:r>
        <w:t>isi ko, jis ko mein aaj kal ki zaban mein kehta hoon, apne ko distraction se bachana.</w:t>
      </w:r>
    </w:p>
    <w:p>
      <w:pPr>
        <w:jc w:val="right"/>
      </w:pPr>
      <w:r>
        <w:t>اسی کو، جس کو میں آج کل کی زبان میں کہتا ہوں، اپنے کو ڈسٹریکشن سے بچانا۔</w:t>
      </w:r>
    </w:p>
    <w:p>
      <w:r>
        <w:rPr>
          <w:b/>
        </w:rPr>
        <w:t xml:space="preserve">[46:30] </w:t>
      </w:r>
      <w:r>
        <w:t>pehle la ilaha aata hai, phir illallah aata hai.</w:t>
      </w:r>
    </w:p>
    <w:p>
      <w:pPr>
        <w:jc w:val="right"/>
      </w:pPr>
      <w:r>
        <w:t>پہلے لا الہ آتا ہے، پھر الا اللہ آتا ہے۔</w:t>
      </w:r>
    </w:p>
    <w:p>
      <w:r>
        <w:rPr>
          <w:b/>
        </w:rPr>
        <w:t xml:space="preserve">[46:34] </w:t>
      </w:r>
      <w:r>
        <w:t>pehle aap ghair Khuda se apne ko kaat'te hain, tab aap ko Khuda milta hai.</w:t>
      </w:r>
    </w:p>
    <w:p>
      <w:pPr>
        <w:jc w:val="right"/>
      </w:pPr>
      <w:r>
        <w:t>پہلے آپ غیر خدا سے اپنے کو کاٹتے ہیں، تب آپ کو خدا ملتا ہے۔</w:t>
      </w:r>
    </w:p>
    <w:p>
      <w:r>
        <w:rPr>
          <w:b/>
        </w:rPr>
        <w:t xml:space="preserve">[46:41] </w:t>
      </w:r>
      <w:r>
        <w:t>to isi ko mein kehta hoon aaj kal ki zaban mein ke apne ko distraction se bachaiye. sara jo mu'amla hai, woh hai distraction.</w:t>
      </w:r>
    </w:p>
    <w:p>
      <w:pPr>
        <w:jc w:val="right"/>
      </w:pPr>
      <w:r>
        <w:t>تو اسی کو میں کہتا ہوں آج کل کی زبان میں کہ اپنے کو ڈسٹریکشن سے بچائیے۔ سارا جو معاملہ ہے، وہ ہے ڈسٹریکشن۔</w:t>
      </w:r>
    </w:p>
    <w:p>
      <w:r>
        <w:rPr>
          <w:b/>
        </w:rPr>
        <w:t xml:space="preserve">[46:52] </w:t>
      </w:r>
      <w:r>
        <w:t>aadmi phansa rehta hai is mein, is mein, is mein, is mein, is mein.</w:t>
      </w:r>
    </w:p>
    <w:p>
      <w:pPr>
        <w:jc w:val="right"/>
      </w:pPr>
      <w:r>
        <w:t>آدمی پھنسا رہتا ہے اس میں، اس میں، اس میں، اس میں، اس میں۔</w:t>
      </w:r>
    </w:p>
    <w:p>
      <w:r>
        <w:rPr>
          <w:b/>
        </w:rPr>
        <w:t xml:space="preserve">[46:57] </w:t>
      </w:r>
      <w:r>
        <w:t>to agar kisi ko waqe'atan yeh matloob hai ke Allah se uska sachha ta'alluq ho, us ke andar akhirat ki sachhi fikr ho, jannat uska maqsood bane,</w:t>
      </w:r>
    </w:p>
    <w:p>
      <w:pPr>
        <w:jc w:val="right"/>
      </w:pPr>
      <w:r>
        <w:t>تو اگر کسی کو واقعتاً یہ مطلوب ہے کہ اللہ سے اس کا سچا تعلق ہو، اس کے اندر آخرت کی سچی فکر ہو، جنت اس کا مقصود بنے،</w:t>
      </w:r>
    </w:p>
    <w:p>
      <w:r>
        <w:rPr>
          <w:b/>
        </w:rPr>
        <w:t xml:space="preserve">[47:12] </w:t>
      </w:r>
      <w:r>
        <w:t>yeh sab jo values hain, agar koi shakhs is ka haris hai to us ki qeemat yahi deni paregi ke woh apne aap ko mukammal tor par distraction se bachaye.</w:t>
      </w:r>
    </w:p>
    <w:p>
      <w:pPr>
        <w:jc w:val="right"/>
      </w:pPr>
      <w:r>
        <w:t>یہ سب جو ویلیوز ہیں، اگر کوئی شخص اس کا حریص ہے تو اس کی قیمت یہی دینی پڑے گی کہ وہ اپنے آپ کو مکمل طور پر ڈسٹریکشن سے بچائے۔</w:t>
      </w:r>
    </w:p>
    <w:p>
      <w:r>
        <w:rPr>
          <w:b/>
        </w:rPr>
        <w:t xml:space="preserve">[47:23] </w:t>
      </w:r>
      <w:r>
        <w:t>jab tak aap distraction mein phanse rahenge, tab tak mumkin nahin ke aap ko yeh jo high values hain, woh aap ko hasil hon.</w:t>
      </w:r>
    </w:p>
    <w:p>
      <w:pPr>
        <w:jc w:val="right"/>
      </w:pPr>
      <w:r>
        <w:t>جب تک آپ ڈسٹریکشن میں پھنسے رہیں گے، تب تک ممکن نہیں کہ آپ کو یہ جو ہائی ویلیوز ہیں، وہ آپ کو حاصل ہوں۔</w:t>
      </w:r>
    </w:p>
    <w:p>
      <w:r>
        <w:rPr>
          <w:b/>
        </w:rPr>
        <w:t xml:space="preserve">[47:37] </w:t>
      </w:r>
      <w:r>
        <w:t>quran agla sawal doctor hanna ne karaya hai UK se.</w:t>
      </w:r>
    </w:p>
    <w:p>
      <w:pPr>
        <w:jc w:val="right"/>
      </w:pPr>
      <w:r>
        <w:t>قرآن اگلا سوال ڈاکٹر حنا نے کرایا ہے یو کے سے۔</w:t>
      </w:r>
    </w:p>
    <w:p>
      <w:r>
        <w:rPr>
          <w:b/>
        </w:rPr>
        <w:t xml:space="preserve">[47:41] </w:t>
      </w:r>
      <w:r>
        <w:t>unhon ne likha hai ke</w:t>
      </w:r>
    </w:p>
    <w:p>
      <w:pPr>
        <w:jc w:val="right"/>
      </w:pPr>
      <w:r>
        <w:t>انہوں نے لکھا ہے کہ</w:t>
      </w:r>
    </w:p>
    <w:p>
      <w:r>
        <w:rPr>
          <w:b/>
        </w:rPr>
        <w:t xml:space="preserve">[47:44] </w:t>
      </w:r>
      <w:r>
        <w:t>For Pakistan it has always been said that it came into being after two hundred years of jang</w:t>
      </w:r>
    </w:p>
    <w:p>
      <w:pPr>
        <w:jc w:val="right"/>
      </w:pPr>
      <w:r>
        <w:t>For Pakistan it has always been said that it came into being after two hundred years of جنگ</w:t>
      </w:r>
    </w:p>
    <w:p>
      <w:r>
        <w:rPr>
          <w:b/>
        </w:rPr>
        <w:t xml:space="preserve">[47:52] </w:t>
      </w:r>
      <w:r>
        <w:t>azadi on twenty-seventh Ramadan after laila tul qadr so it was a reply from God of the long-standing duas</w:t>
      </w:r>
    </w:p>
    <w:p>
      <w:pPr>
        <w:jc w:val="right"/>
      </w:pPr>
      <w:r>
        <w:t>آزادی on twenty-seventh Ramadan after لیلۃ القدر So it was a reply from God of the long-standing duas</w:t>
      </w:r>
    </w:p>
    <w:p>
      <w:r>
        <w:rPr>
          <w:b/>
        </w:rPr>
        <w:t xml:space="preserve">[48:02] </w:t>
      </w:r>
      <w:r>
        <w:t>of millions of Muslim men, women, and children for a place where they could live as Muslims without</w:t>
      </w:r>
    </w:p>
    <w:p>
      <w:pPr>
        <w:jc w:val="right"/>
      </w:pPr>
      <w:r>
        <w:t>of millions of Muslim men, women, and children for a place where they could live as Muslims without</w:t>
      </w:r>
    </w:p>
    <w:p>
      <w:r>
        <w:rPr>
          <w:b/>
        </w:rPr>
        <w:t xml:space="preserve">[48:10] </w:t>
      </w:r>
      <w:r>
        <w:t>oppression.</w:t>
      </w:r>
    </w:p>
    <w:p>
      <w:pPr>
        <w:jc w:val="right"/>
      </w:pPr>
      <w:r>
        <w:t>oppression.</w:t>
      </w:r>
    </w:p>
    <w:p>
      <w:r>
        <w:rPr>
          <w:b/>
        </w:rPr>
        <w:t xml:space="preserve">[48:11] </w:t>
      </w:r>
      <w:r>
        <w:t>So Muslims of Pakistan still believe this that it's a reply of their grandparents and forefathers' long-standing duas and prayers and hence connected to religion.</w:t>
      </w:r>
    </w:p>
    <w:p>
      <w:pPr>
        <w:jc w:val="right"/>
      </w:pPr>
      <w:r>
        <w:t>So Muslims of Pakistan still believe this that it's a reply of their grandparents and forefathers' long-standing duas and prayers and hence connected to religion.</w:t>
      </w:r>
    </w:p>
    <w:p>
      <w:r>
        <w:rPr>
          <w:b/>
        </w:rPr>
        <w:t xml:space="preserve">[48:24] </w:t>
      </w:r>
      <w:r>
        <w:t>maulana, kaisi dua hai ke aaj to Pakistan mein aapas mein musalman is se bhi zyada lad rahe hain jitna ke India mein kaha jata tha ke hindu mus</w:t>
      </w:r>
    </w:p>
    <w:p>
      <w:pPr>
        <w:jc w:val="right"/>
      </w:pPr>
      <w:r>
        <w:t>مولانا، کیسی دعا ہے کہ آج تو پاکستان میں آپس میں مسلمان اس سے بھی زیادہ لڑ رہے ہیں جتنا کہ انڈیا میں کہا جاتا تھا کہ ہندو مس</w:t>
      </w:r>
    </w:p>
    <w:p>
      <w:r>
        <w:rPr>
          <w:b/>
        </w:rPr>
        <w:t xml:space="preserve">[48:36] </w:t>
      </w:r>
      <w:r>
        <w:t>alman ki jo batai jati thi, us se hazar guna zyada musalman hi aapas mein lad rahe hain Pakistan mein. yeh kaisi dua qabool hui aur kaisi Allah taala ne use kiya?</w:t>
      </w:r>
    </w:p>
    <w:p>
      <w:pPr>
        <w:jc w:val="right"/>
      </w:pPr>
      <w:r>
        <w:t>لمان کی جو بتائی جاتی تھی، اس سے ہزار گنا زیادہ مسلمان ہی آپس میں لڑ رہے ہیں پاکستان میں۔ یہ کیسی دعا قبول ہوئی اور کیسی اللہ تعالیٰ نے اسے کی؟</w:t>
      </w:r>
    </w:p>
    <w:p>
      <w:r>
        <w:rPr>
          <w:b/>
        </w:rPr>
        <w:t xml:space="preserve">[48:48] </w:t>
      </w:r>
      <w:r>
        <w:t>dekhen, mein ek bar tak gaya tha Iraq to wahan par mujhe ek ek Pakistani mile jo shia the aur woh, ya'ni meri umr ke the, woh senior the.</w:t>
      </w:r>
    </w:p>
    <w:p>
      <w:pPr>
        <w:jc w:val="right"/>
      </w:pPr>
      <w:r>
        <w:t>دیکھیں، میں ایک بار تک گیا تھا عراق تو وہاں پر مجھے ایک ایک پاکستانی ملے جو شیعہ تھے اور وہ، یعنی میری عمر کے تھے، وہ سینئر تھے۔</w:t>
      </w:r>
    </w:p>
    <w:p>
      <w:r>
        <w:rPr>
          <w:b/>
        </w:rPr>
        <w:t xml:space="preserve">[49:02] </w:t>
      </w:r>
      <w:r>
        <w:t>to unhon ne bataya ke mein paida hua tha Delhi mein, phir Pakistan bana to mein yahan aa gaya Pakistan. to wahan woh gaye the, woh safar mein kyunke wahan par mazar hai.</w:t>
      </w:r>
    </w:p>
    <w:p>
      <w:pPr>
        <w:jc w:val="right"/>
      </w:pPr>
      <w:r>
        <w:t>تو انہوں نے بتایا کہ میں پیدا ہوا تھا دلی میں، پھر پاکستان بنا تو میں یہاں آ گیا پاکستان۔ تو وہاں وہ گئے تھے، وہ سفر میں کیونکہ وہاں پر مزار ہے۔</w:t>
      </w:r>
    </w:p>
    <w:p>
      <w:r>
        <w:rPr>
          <w:b/>
        </w:rPr>
        <w:t xml:space="preserve">[49:19] </w:t>
      </w:r>
      <w:r>
        <w:t>to mein ne un se poocha ke aap ne Pakistan ko bhi dekha hai aur India ko bhi dekha hai, dono mein kya farq hai?</w:t>
      </w:r>
    </w:p>
    <w:p>
      <w:pPr>
        <w:jc w:val="right"/>
      </w:pPr>
      <w:r>
        <w:t>تو میں نے ان سے پوچھا کہ آپ نے پاکستان کو بھی دیکھا ہے اور انڈیا کو بھی دیکھا ہے، دونوں میں کیا فرق ہے؟</w:t>
      </w:r>
    </w:p>
    <w:p>
      <w:r>
        <w:rPr>
          <w:b/>
        </w:rPr>
        <w:t xml:space="preserve">[49:29] </w:t>
      </w:r>
      <w:r>
        <w:t>yani pakistan banne se pehle ka india bhi dekha hai aur pakistan banne ka bhi daur dekha hai, aap ne kya farq hai? to aap yaqeen kijiyega, woh aadmi rone laga.</w:t>
      </w:r>
    </w:p>
    <w:p>
      <w:pPr>
        <w:jc w:val="right"/>
      </w:pPr>
      <w:r>
        <w:t>یعنی پاکستان بننے سے پہلے کا انڈیا بھی دیکھا ہے اور پاکستان بننے کا بھی دور دیکھا ہے، آپ نے کیا فرق ہے؟ تو آپ یقین کیجئے گا، وہ آدمی رونے لگا۔</w:t>
      </w:r>
    </w:p>
    <w:p>
      <w:r>
        <w:rPr>
          <w:b/>
        </w:rPr>
        <w:t xml:space="preserve">[49:43] </w:t>
      </w:r>
      <w:r>
        <w:t>rone laga, ro kar us ne kaha ke mujhe to is ka is waqt koi farq nahi nazar aata ke india mein hindu muslim ladte the ya shia sunni lad rahe hain.</w:t>
      </w:r>
    </w:p>
    <w:p>
      <w:pPr>
        <w:jc w:val="right"/>
      </w:pPr>
      <w:r>
        <w:t>رونے لگا، رو کر اس نے کہا کہ مجھے تو اس کا اس وقت کوئی فرق نہیں نظر آتا کہ انڈیا میں ہندو مسلم لڑتے تھے یا شیعہ سنی لڑ رہے ہیں۔</w:t>
      </w:r>
    </w:p>
    <w:p>
      <w:r>
        <w:rPr>
          <w:b/>
        </w:rPr>
        <w:t xml:space="preserve">[49:57] </w:t>
      </w:r>
      <w:r>
        <w:t>to yeh kaisi dua qabool hui?</w:t>
      </w:r>
    </w:p>
    <w:p>
      <w:pPr>
        <w:jc w:val="right"/>
      </w:pPr>
      <w:r>
        <w:t>تو یہ کیسی دعا قبول ہوئی؟</w:t>
      </w:r>
    </w:p>
    <w:p>
      <w:r>
        <w:rPr>
          <w:b/>
        </w:rPr>
        <w:t xml:space="preserve">[49:59] </w:t>
      </w:r>
      <w:r>
        <w:t>yeh to false food mein jeete hain musalman, isi ki misaal yeh bhi hai. musalman false food mein jeete hain, is ki ek misaal yeh hai.</w:t>
      </w:r>
    </w:p>
    <w:p>
      <w:pPr>
        <w:jc w:val="right"/>
      </w:pPr>
      <w:r>
        <w:t>یہ تو فالس فوڈ میں جیتے ہیں مسلمان، اسی کی مثال یہ بھی ہے۔ مسلمان فالس فوڈ میں جیتے ہیں، اس کی ایک مثال یہ ہے۔</w:t>
      </w:r>
    </w:p>
    <w:p>
      <w:r>
        <w:rPr>
          <w:b/>
        </w:rPr>
        <w:t xml:space="preserve">[50:09] </w:t>
      </w:r>
      <w:r>
        <w:t>bilkul yeh ghalat hai ke pakistan ko duaon se bana hai. yani Allah taala ka matlab yeh nahi ke aap separate land banayein, ke aap Allah taala ka matlab hai ke saath jo hai islam phailayein, dawat work karein.</w:t>
      </w:r>
    </w:p>
    <w:p>
      <w:pPr>
        <w:jc w:val="right"/>
      </w:pPr>
      <w:r>
        <w:t>بالکل یہ غلط ہے کہ پاکستان کو دعاؤں سے بنا ہے۔ یعنی اللہ تعالیٰ کا مطلوب یہ نہیں کہ آپ سیپریٹ لینڈ بنائیں، کہ آپ اللہ تعالیٰ کا مطلوب ہے کہ ساتھ جو ہے اسلام پھیلائیں، دعوت ورک کریں۔</w:t>
      </w:r>
    </w:p>
    <w:p>
      <w:r>
        <w:rPr>
          <w:b/>
        </w:rPr>
        <w:t xml:space="preserve">[50:22] </w:t>
      </w:r>
      <w:r>
        <w:t>yeh to Allah ki marzi ke khilaf hai ke aap tukre tukre karein aur nateeja kya hoga? dawat ka kaam ruk j</w:t>
      </w:r>
    </w:p>
    <w:p>
      <w:pPr>
        <w:jc w:val="right"/>
      </w:pPr>
      <w:r>
        <w:t>یہ تو اللہ کی مرضی کے خلاف ہے کہ آپ ٹکڑے ٹکڑے کریں اور نتیجہ کیا ہوگا؟ دعوت کا کام رک ج</w:t>
      </w:r>
    </w:p>
    <w:p>
      <w:r>
        <w:rPr>
          <w:b/>
        </w:rPr>
        <w:t xml:space="preserve">[50:29] </w:t>
      </w:r>
      <w:r>
        <w:t>aye. jab se pakistan bana hai, dawat ka kaam bilkul jeopardized ho gaya hai. yeh konsa Allah ki marzi hai?</w:t>
      </w:r>
    </w:p>
    <w:p>
      <w:pPr>
        <w:jc w:val="right"/>
      </w:pPr>
      <w:r>
        <w:t>ائے۔ جب سے پاکستان بنا ہے، دعوت کا کام بالکل جیپرٹائز ہو گیا ہے۔ یہ کون سا اللہ کی مرضی ہے؟</w:t>
      </w:r>
    </w:p>
    <w:p>
      <w:r>
        <w:rPr>
          <w:b/>
        </w:rPr>
        <w:t xml:space="preserve">[50:39] </w:t>
      </w:r>
      <w:r>
        <w:t>yeh bilkul hi false muslim. saare pakistani false food mein jeete hain. saare pakistani false food mein jeete hain. is mein mujhe koi shaq nahi hai.</w:t>
      </w:r>
    </w:p>
    <w:p>
      <w:pPr>
        <w:jc w:val="right"/>
      </w:pPr>
      <w:r>
        <w:t>یہ بالکل ہی فالس مسلم۔ سارے پاکستانی فالس فوڈ میں جیتے ہیں۔ سارے پاکستانی فالس فوڈ میں جیتے ہیں۔ اس میں مجھے کوئی شک نہیں ہے۔</w:t>
      </w:r>
    </w:p>
    <w:p>
      <w:r>
        <w:rPr>
          <w:b/>
        </w:rPr>
        <w:t xml:space="preserve">[50:48] </w:t>
      </w:r>
      <w:r>
        <w:t>agar aap ko is mein koi tafseel janna ho to meri kitab padhiyega, hind pak diary. meri kitab hai hind pak diary</w:t>
      </w:r>
    </w:p>
    <w:p>
      <w:pPr>
        <w:jc w:val="right"/>
      </w:pPr>
      <w:r>
        <w:t>اگر آپ کو اس میں کوئی تفصیل جاننا ہو تو میری کتاب پڑھیے گا، ہند پاک ڈائری۔ میری کتاب ہے ہند پاک ڈائری</w:t>
      </w:r>
    </w:p>
    <w:p>
      <w:r>
        <w:rPr>
          <w:b/>
        </w:rPr>
        <w:t xml:space="preserve">[50:57] </w:t>
      </w:r>
      <w:r>
        <w:t>. is mein aap jaanein ke saare pakistan false food mein jeete hain. is mein aap is ki tafseel janna chahte hain to is kitab ko padhiyega.</w:t>
      </w:r>
    </w:p>
    <w:p>
      <w:pPr>
        <w:jc w:val="right"/>
      </w:pPr>
      <w:r>
        <w:t>۔ اس میں آپ جانیں کہ سارے پاکستان فالس فوڈ میں جیتے ہیں۔ اس میں آپ اس کی تفصیل جاننا چاہتے ہیں تو اس کتاب کو پڑھیے گا۔</w:t>
      </w:r>
    </w:p>
    <w:p>
      <w:r>
        <w:rPr>
          <w:b/>
        </w:rPr>
        <w:t xml:space="preserve">[51:11] </w:t>
      </w:r>
      <w:r>
        <w:t>maulana, agla sawal ajmer se kya hai doctor safina tabassum ne aur woh aap se yeh janna chahti hain ke What is the criteria of differentiating social issues with the issues of faith?</w:t>
      </w:r>
    </w:p>
    <w:p>
      <w:pPr>
        <w:jc w:val="right"/>
      </w:pPr>
      <w:r>
        <w:t>مولانا، اگلا سوال اجمیر سے کیا ہے ڈاکٹر سفینہ تبسم نے اور وہ آپ سے یہ جاننا چاہتی ہیں کہ What is the criteria of differentiating social issues with the issues of faith?</w:t>
      </w:r>
    </w:p>
    <w:p>
      <w:r>
        <w:rPr>
          <w:b/>
        </w:rPr>
        <w:t xml:space="preserve">[51:25] </w:t>
      </w:r>
      <w:r>
        <w:t>is ke bare mein batayein.</w:t>
      </w:r>
    </w:p>
    <w:p>
      <w:pPr>
        <w:jc w:val="right"/>
      </w:pPr>
      <w:r>
        <w:t>اس کے بارے میں بتائیں۔</w:t>
      </w:r>
    </w:p>
    <w:p>
      <w:r>
        <w:rPr>
          <w:b/>
        </w:rPr>
        <w:t xml:space="preserve">[51:29] </w:t>
      </w:r>
      <w:r>
        <w:t>dekhein, criteria to bohat asaan hai. dawat work, jo is ko hum kehte hain, is ka taluq tamam tar akhirat se hai.</w:t>
      </w:r>
    </w:p>
    <w:p>
      <w:pPr>
        <w:jc w:val="right"/>
      </w:pPr>
      <w:r>
        <w:t>دیکھیں، کرائٹیریا تو بہت آسان ہے۔ دعویٰ ورک، جو اس کو ہم کہتے ہیں، اس کا تعلق تمام تر آخرت سے ہے۔</w:t>
      </w:r>
    </w:p>
    <w:p>
      <w:r>
        <w:rPr>
          <w:b/>
        </w:rPr>
        <w:t xml:space="preserve">[51:40] </w:t>
      </w:r>
      <w:r>
        <w:t>quran mein hai ke inzar aur tafsir, yani inzar ka matlab hai aise kaam na karo jis ki wajah se tum jahannum mein chale jao.</w:t>
      </w:r>
    </w:p>
    <w:p>
      <w:pPr>
        <w:jc w:val="right"/>
      </w:pPr>
      <w:r>
        <w:t>قرآن میں ہے کہ انظار اور تفسیر، یعنی انظار کا مطلب ہے ایسے کام نہ کرو جس کی وجہ سے تم جہنم میں چلے جاؤ۔</w:t>
      </w:r>
    </w:p>
    <w:p>
      <w:r>
        <w:rPr>
          <w:b/>
        </w:rPr>
        <w:t xml:space="preserve">[51:51] </w:t>
      </w:r>
      <w:r>
        <w:t>tafsir ka matlab hai woh kaam karo jo tum ko jann</w:t>
      </w:r>
    </w:p>
    <w:p>
      <w:pPr>
        <w:jc w:val="right"/>
      </w:pPr>
      <w:r>
        <w:t>تفسیر کا مطلب ہے وہ کام کرو جو تم کو جن</w:t>
      </w:r>
    </w:p>
    <w:p>
      <w:r>
        <w:rPr>
          <w:b/>
        </w:rPr>
        <w:t xml:space="preserve">[51:54] </w:t>
      </w:r>
      <w:r>
        <w:t>at mein pahunchaye. isi ka naam dawat hai. aur yeh so called social, kya kehte hain? social service?</w:t>
      </w:r>
    </w:p>
    <w:p>
      <w:pPr>
        <w:jc w:val="right"/>
      </w:pPr>
      <w:r>
        <w:t>ت میں پہنچائے۔ اسی کا نام دعوت ہے۔ اور یہ سو کالڈ سوشل، کیا کہتے ہیں؟ سوشل سروس؟</w:t>
      </w:r>
    </w:p>
    <w:p>
      <w:r>
        <w:rPr>
          <w:b/>
        </w:rPr>
        <w:t xml:space="preserve">[52:04] </w:t>
      </w:r>
      <w:r>
        <w:t>kya hai? social issues aur haan, social issues to ek ledri hai. maine social issues se aaj tak kuch hua hai.</w:t>
      </w:r>
    </w:p>
    <w:p>
      <w:pPr>
        <w:jc w:val="right"/>
      </w:pPr>
      <w:r>
        <w:t>کیا ہے؟ سوشل ایشوز اور ہاں، سوشل ایشوز تو ایک لیڈری ہے۔ میں نے سوشل ایشوز سے آج تک کچھ ہوا ہے۔</w:t>
      </w:r>
    </w:p>
    <w:p>
      <w:r>
        <w:rPr>
          <w:b/>
        </w:rPr>
        <w:t xml:space="preserve">[52:13] </w:t>
      </w:r>
      <w:r>
        <w:t>main is ko ledri samajhta hoon. ek hi kaam karne ka hai, woh education. baqi social issues kuch bhi nahi. main is ko nahi manta.</w:t>
      </w:r>
    </w:p>
    <w:p>
      <w:pPr>
        <w:jc w:val="right"/>
      </w:pPr>
      <w:r>
        <w:t>میں اس کو لیڈری سمجھتا ہوں۔ ایک ہی کام کرنے کا ہے، وہ ایجوکیشن۔ باقی سوشل ایشوز کچھ بھی نہیں۔ میں اس کو نہیں مانتا۔</w:t>
      </w:r>
    </w:p>
    <w:p>
      <w:r>
        <w:rPr>
          <w:b/>
        </w:rPr>
        <w:t xml:space="preserve">[52:23] </w:t>
      </w:r>
      <w:r>
        <w:t>social issues, yani kuch kuch sawal nikal nikal ke, kuch negative point nikal nikal ke, is ledri karna hai.</w:t>
      </w:r>
    </w:p>
    <w:p>
      <w:pPr>
        <w:jc w:val="right"/>
      </w:pPr>
      <w:r>
        <w:t>سوشل ایشوز، یعنی کچھ کچھ سوال نکال نکال کے، کچھ نیگیٹیو پوائنٹ نکال نکال کے، اس لیڈری کرنا ہے۔</w:t>
      </w:r>
    </w:p>
    <w:p>
      <w:r>
        <w:rPr>
          <w:b/>
        </w:rPr>
        <w:t xml:space="preserve">[52:32] </w:t>
      </w:r>
      <w:r>
        <w:t>ek sath se baat hui jo social activist the, woh bohat bohat dinon se. to unhone kaha ke maine social activist tha, mujhe ab chhod diya.</w:t>
      </w:r>
    </w:p>
    <w:p>
      <w:pPr>
        <w:jc w:val="right"/>
      </w:pPr>
      <w:r>
        <w:t>ایک ساتھ سے بات ہوئی جو سوشل ایکٹیوسٹ تھے، وہ بہت بہت دنوں سے۔ تو انہوں نے کہا کہ میں نے سوشل ایکٹیوسٹ تھا، مجھے اب چھوڑ دیا۔</w:t>
      </w:r>
    </w:p>
    <w:p>
      <w:r>
        <w:rPr>
          <w:b/>
        </w:rPr>
        <w:t xml:space="preserve">[52:41] </w:t>
      </w:r>
      <w:r>
        <w:t>maine, maine kaha kyun? unhone kaha ke maine jab dekha to maine samjha ke main to social activist nahi hoon, social critic hoon.</w:t>
      </w:r>
    </w:p>
    <w:p>
      <w:pPr>
        <w:jc w:val="right"/>
      </w:pPr>
      <w:r>
        <w:t>میں نے، میں نے کہا کیوں؟ انہوں نے کہا کہ میں نے جب دیکھا تو میں نے سمجھا کہ میں تو سوشل ایکٹیوسٹ نہیں ہوں، سوشل کریٹک ہوں۔</w:t>
      </w:r>
    </w:p>
    <w:p>
      <w:r>
        <w:rPr>
          <w:b/>
        </w:rPr>
        <w:t xml:space="preserve">[52:52] </w:t>
      </w:r>
      <w:r>
        <w:t>khud unhone kaha, aap chahein to un ka naam bata sakta hoon, main un ka telephone number de sakta hoon aap ko. unhone kaha ke maine jab ghor kiya to maine kaha ke main itne dinon se kaam kar raha hoon, aap ne social activist kehta hoon, lekin kya kiya maine?</w:t>
      </w:r>
    </w:p>
    <w:p>
      <w:pPr>
        <w:jc w:val="right"/>
      </w:pPr>
      <w:r>
        <w:t>خود انہوں نے کہا، آپ چاہیں تو ان کا نام بتا سکتا ہوں، میں ان کا ٹیلی فون نمبر دے سکتا ہوں آپ کو۔ انہوں نے کہا کہ میں نے جب غور کیا تو میں نے کہا کہ میں اتنے دنوں سے کام کر رہا ہوں، آپ نے سوشل ایکٹیوسٹ کہتا ہوں، لیکن کیا کیا میں نے؟</w:t>
      </w:r>
    </w:p>
    <w:p>
      <w:r>
        <w:rPr>
          <w:b/>
        </w:rPr>
        <w:t xml:space="preserve">[53:09] </w:t>
      </w:r>
      <w:r>
        <w:t>social critic bana hua hoon main. to saare jo yeh is line mein hain, woh social critic hain. woh mah</w:t>
      </w:r>
    </w:p>
    <w:p>
      <w:pPr>
        <w:jc w:val="right"/>
      </w:pPr>
      <w:r>
        <w:t>سوشل کریٹک بنا ہوا ہوں میں۔ تو سارے جو یہ اس لائن میں ہیں، وہ سوشل کریٹک ہیں۔ وہ مح</w:t>
      </w:r>
    </w:p>
    <w:p>
      <w:r>
        <w:rPr>
          <w:b/>
        </w:rPr>
        <w:t xml:space="preserve">[53:17] </w:t>
      </w:r>
      <w:r>
        <w:t>az ek jo ek hi kaam karne ka hai, education, jo india mein hai nahi. kyunke india mein dekhein, aala standard ki education hai hi nahi.</w:t>
      </w:r>
    </w:p>
    <w:p>
      <w:pPr>
        <w:jc w:val="right"/>
      </w:pPr>
      <w:r>
        <w:t>ض ایک جو ایک ہی کام کرنے کا ہے، ایجوکیشن، جو انڈیا میں ہے نہیں۔ کیونکہ انڈیا میں دیکھیں، اعلیٰ سٹینڈرڈ کی ایجوکیشن ہے ہی نہیں۔</w:t>
      </w:r>
    </w:p>
    <w:p>
      <w:r>
        <w:rPr>
          <w:b/>
        </w:rPr>
        <w:t xml:space="preserve">[53:29] </w:t>
      </w:r>
      <w:r>
        <w:t>abhi akhbar mein aaya tha ke dunya ki behtareen universityon ki ek list banayi gayi, so dunya ki so achhi aala universityan, us mein ek bhi india ki university nahi hai.</w:t>
      </w:r>
    </w:p>
    <w:p>
      <w:pPr>
        <w:jc w:val="right"/>
      </w:pPr>
      <w:r>
        <w:t>ابھی اخبار میں آیا تھا کہ دنیا کی بہترین یونیورسٹیوں کی ایک لسٹ بنائی گئی، سو دنیا کی سو اچھی اعلیٰ یونیورسٹیاں، اس میں ایک بھی انڈیا کی یونیورسٹی نہیں ہے۔</w:t>
      </w:r>
    </w:p>
    <w:p>
      <w:r>
        <w:rPr>
          <w:b/>
        </w:rPr>
        <w:t xml:space="preserve">[53:43] </w:t>
      </w:r>
      <w:r>
        <w:t>dunya ke top hundred universityon mein se ek bhi india ki university nahi hai. to india to talib-e-naukhair hai. to kya social activist ka yeh activist, woh activist, yeh saare activist ko bhaad mein daalo aur india mein aala darje ki education lao.</w:t>
      </w:r>
    </w:p>
    <w:p>
      <w:pPr>
        <w:jc w:val="right"/>
      </w:pPr>
      <w:r>
        <w:t>دنیا کے ٹاپ ہنڈرڈ یونیورسٹیوں میں سے ایک بھی انڈیا کی یونیورسٹی نہیں ہے۔ تو انڈیا تو طالبِ نوحیر ہے۔ تو کیا سوشل ایکٹیوسٹ کا یہ ایکٹیوسٹ، وہ ایکٹیوسٹ، یہ سارے ایکٹیوسٹ کو بھاڑ میں ڈالو اور انڈیا میں اعلیٰ درجے کی ایجوکیشن لاؤ۔</w:t>
      </w:r>
    </w:p>
    <w:p>
      <w:r>
        <w:rPr>
          <w:b/>
        </w:rPr>
        <w:t xml:space="preserve">[54:05] </w:t>
      </w:r>
      <w:r>
        <w:t>aur mein aap ko ek aur baat arz karoon ke india mein education kyun nahi hai?</w:t>
      </w:r>
    </w:p>
    <w:p>
      <w:pPr>
        <w:jc w:val="right"/>
      </w:pPr>
      <w:r>
        <w:t>اور میں آپ کو ایک اور بات عرض کروں کہ انڈیا میں ایجوکیشن کیوں نہیں ہے؟</w:t>
      </w:r>
    </w:p>
    <w:p>
      <w:r>
        <w:rPr>
          <w:b/>
        </w:rPr>
        <w:t xml:space="preserve">[54:12] </w:t>
      </w:r>
      <w:r>
        <w:t>abhi ek sab mujhe maloom hua ke ek sahab aaye thay, ek ek lady aayi thi america se, professor, ek amriki professor aayi thi india mein ek university mein.</w:t>
      </w:r>
    </w:p>
    <w:p>
      <w:pPr>
        <w:jc w:val="right"/>
      </w:pPr>
      <w:r>
        <w:t>ابھی ایک سب مجھے معلوم ہوا کہ ایک صاحب آئے تھے، ایک ایک لیڈی آئی تھی امریکہ سے، پروفیسر، ایک امریکی پروفیسر آئی تھی انڈیا میں ایک یونیورسٹی میں۔</w:t>
      </w:r>
    </w:p>
    <w:p>
      <w:r>
        <w:rPr>
          <w:b/>
        </w:rPr>
        <w:t xml:space="preserve">[54:24] </w:t>
      </w:r>
      <w:r>
        <w:t>abhi ek do haftay ki baat thi. to ek muslim student un se milay, unhon ne kaha ke mein america mein jata hoon parhnay ke liye, mujhe wahan par admission dilwaiye.</w:t>
      </w:r>
    </w:p>
    <w:p>
      <w:pPr>
        <w:jc w:val="right"/>
      </w:pPr>
      <w:r>
        <w:t>ابھی ایک دو ہفتے کی بات تھی۔ تو ایک مسلم اسٹوڈنٹ ان سے ملے، انہوں نے کہا کہ میں امریکہ میں جاتا ہوں پڑھنے کے لیے، مجھے وہاں پر ایڈمیشن دلوائیے۔</w:t>
      </w:r>
    </w:p>
    <w:p>
      <w:r>
        <w:rPr>
          <w:b/>
        </w:rPr>
        <w:t xml:space="preserve">[54:37] </w:t>
      </w:r>
      <w:r>
        <w:t>yeh sacha qissa bata raha hoon aap ko</w:t>
      </w:r>
    </w:p>
    <w:p>
      <w:pPr>
        <w:jc w:val="right"/>
      </w:pPr>
      <w:r>
        <w:t>یہ سچا قصہ بتا رہا ہوں آپ کو</w:t>
      </w:r>
    </w:p>
    <w:p>
      <w:r>
        <w:rPr>
          <w:b/>
        </w:rPr>
        <w:t xml:space="preserve">[54:41] </w:t>
      </w:r>
      <w:r>
        <w:t>ke yaani lady professor hain, woh american hain, woh america mein parhati hain, india mein aayi theen, ek university mein lecture tha un ka. to ek muslim student ne un se kaha ke mein america jana chahta hoon parhnay ke liye, to mujhe wahan admission dilwaiye.</w:t>
      </w:r>
    </w:p>
    <w:p>
      <w:pPr>
        <w:jc w:val="right"/>
      </w:pPr>
      <w:r>
        <w:t>کہ یعنی لیڈی پروفیسر ہیں، وہ امریکن ہیں، وہ امریکہ میں پڑھاتی ہیں، انڈیا میں آئی تھیں، ایک یونیورسٹی میں لیکچر تھا ان کا۔ تو ایک مسلم اسٹوڈنٹ نے ان سے کہا کہ میں امریکہ جانا چاہتا ہوں پڑھنے کے لیے، تو مجھے وہاں ایڈمیشن دلوائیے۔</w:t>
      </w:r>
    </w:p>
    <w:p>
      <w:r>
        <w:rPr>
          <w:b/>
        </w:rPr>
        <w:t xml:space="preserve">[54:58] </w:t>
      </w:r>
      <w:r>
        <w:t>to us ne bohat seriously kaha ke mere bhai, america india nahi hai. america mein saari cheez merit par hoti hai.</w:t>
      </w:r>
    </w:p>
    <w:p>
      <w:pPr>
        <w:jc w:val="right"/>
      </w:pPr>
      <w:r>
        <w:t>تو اس نے بہت سیریسلی کہا کہ میرے بھائی، امریکہ انڈیا نہیں ہے۔ امریکہ میں ساری چیز میرٹ پر ہوتی ہے۔</w:t>
      </w:r>
    </w:p>
    <w:p>
      <w:r>
        <w:rPr>
          <w:b/>
        </w:rPr>
        <w:t xml:space="preserve">[55:07] </w:t>
      </w:r>
      <w:r>
        <w:t>merit par.</w:t>
      </w:r>
    </w:p>
    <w:p>
      <w:pPr>
        <w:jc w:val="right"/>
      </w:pPr>
      <w:r>
        <w:t>میرٹ پر۔</w:t>
      </w:r>
    </w:p>
    <w:p>
      <w:r>
        <w:rPr>
          <w:b/>
        </w:rPr>
        <w:t xml:space="preserve">[55:09] </w:t>
      </w:r>
      <w:r>
        <w:t>wahan aise safai safai kar ke admission nahi milta wahan par. agar aap merit par honge to aap zaroor mil jayega, nahi to nahi milne wale.</w:t>
      </w:r>
    </w:p>
    <w:p>
      <w:pPr>
        <w:jc w:val="right"/>
      </w:pPr>
      <w:r>
        <w:t>وہاں ایسے صفائی صفائی کر کے ایڈمیشن نہیں ملتا وہاں پر۔ اگر آپ میرٹ پر ہوں گے تو آپ ضرور مل جائے گا، نہیں تو نہیں ملنے والے۔</w:t>
      </w:r>
    </w:p>
    <w:p>
      <w:r>
        <w:rPr>
          <w:b/>
        </w:rPr>
        <w:t xml:space="preserve">[55:19] </w:t>
      </w:r>
      <w:r>
        <w:t>aap ko president of america bhi aap ko admission nahi dila sakta. to india mein sab se bari museebat thi ke reservation, riayatein, aur yeh us jo chala india mein, is ne tabah kar diya yahan ke nizaam ko.</w:t>
      </w:r>
    </w:p>
    <w:p>
      <w:pPr>
        <w:jc w:val="right"/>
      </w:pPr>
      <w:r>
        <w:t>آپ کو پریزیڈنٹ آف امریکہ بھی آپ کو ایڈمیشن نہیں دلا سکتا۔ تو انڈیا میں سب سے بڑی مصیبت تھی کہ ریزرویشن، رعایتیں، اور یہ اس جو چلا انڈیا میں، اس نے تباہ کر دیا یہاں کے نظام کو۔</w:t>
      </w:r>
    </w:p>
    <w:p>
      <w:r>
        <w:rPr>
          <w:b/>
        </w:rPr>
        <w:t xml:space="preserve">[55:35] </w:t>
      </w:r>
      <w:r>
        <w:t>aur america mein kyun behtareen education hoti hai?</w:t>
      </w:r>
    </w:p>
    <w:p>
      <w:pPr>
        <w:jc w:val="right"/>
      </w:pPr>
      <w:r>
        <w:t>اور امریکہ میں کیوں بہترین ایجوکیشن ہوتی ہے؟</w:t>
      </w:r>
    </w:p>
    <w:p>
      <w:r>
        <w:rPr>
          <w:b/>
        </w:rPr>
        <w:t xml:space="preserve">[55:38] </w:t>
      </w:r>
      <w:r>
        <w:t>wahan sab kuch merit par hai. competitor perish. mein bohat ziyada is ka wakil hoon ke yeh jo formula hai, competitor perish, yahi india mein hona chahiye aur isi tarah ki hoti hai.</w:t>
      </w:r>
    </w:p>
    <w:p>
      <w:pPr>
        <w:jc w:val="right"/>
      </w:pPr>
      <w:r>
        <w:t>وہاں سب کچھ میرٹ پر ہے۔ کمپیٹر پیرش۔ میں بہت زیادہ اس کا وکیل ہوں کہ یہ جو فارمولا ہے، کمپیٹر پیرش، یہی انڈیا میں ہونا چاہیے اور اسی طرح کی ہوتی ہے۔</w:t>
      </w:r>
    </w:p>
    <w:p>
      <w:r>
        <w:rPr>
          <w:b/>
        </w:rPr>
        <w:t xml:space="preserve">[55:52] </w:t>
      </w:r>
      <w:r>
        <w:t>competitor perish. to is liye american lady ne kaha ke wahan par yeh sab nahi hota jo aap india mein sochtay honge ke koi safai kar de to aap ko admission mil jayega, safai kar de to aap ko service mil jayegi.</w:t>
      </w:r>
    </w:p>
    <w:p>
      <w:pPr>
        <w:jc w:val="right"/>
      </w:pPr>
      <w:r>
        <w:t>کمپیٹر پیرش۔ تو اس لیے امریکن لیڈی نے کہا کہ وہاں پر یہ سب نہیں ہوتا جو آپ انڈیا میں سوچتے ہوں گے کہ کوئی صفائی کر دے تو آپ کو ایڈمیشن مل جائے گا، صفائی کر دے تو آپ کو سروس مل جائے گی۔</w:t>
      </w:r>
    </w:p>
    <w:p>
      <w:r>
        <w:rPr>
          <w:b/>
        </w:rPr>
        <w:t xml:space="preserve">[56:08] </w:t>
      </w:r>
      <w:r>
        <w:t>wahan na to service milegi safai se, na admission. sab kuch merit par hota hai wahan. wahan ka usool hai competitor perish.</w:t>
      </w:r>
    </w:p>
    <w:p>
      <w:pPr>
        <w:jc w:val="right"/>
      </w:pPr>
      <w:r>
        <w:t>وہاں نہ تو سروس ملے گی صفائی سے، نہ ایڈمیشن۔ سب کچھ میرٹ پر ہوتا ہے وہاں۔ وہاں کا اصول ہے کمپیٹر پیرش۔</w:t>
      </w:r>
    </w:p>
    <w:p>
      <w:r>
        <w:rPr>
          <w:b/>
        </w:rPr>
        <w:t xml:space="preserve">[56:20] </w:t>
      </w:r>
      <w:r>
        <w:t>to india mein mein samajhta hoon ke sab se bari jo ghalti hui hai, woh yeh hai ke unhon ne american model, jo fitri model hai, natural model, is ko nahi liya aur Russian model ko le liya.</w:t>
      </w:r>
    </w:p>
    <w:p>
      <w:pPr>
        <w:jc w:val="right"/>
      </w:pPr>
      <w:r>
        <w:t>تو انڈیا میں میں سمجھتا ہوں کہ سب سے بڑی جو غلطی ہوئی ہے، وہ یہ ہے کہ انہوں نے امریکن ماڈل، جو فطری ماڈل ہے، نیچرل ماڈل، اس کو نہیں لیا اور رشین ماڈل کو لے لیا۔</w:t>
      </w:r>
    </w:p>
    <w:p>
      <w:r>
        <w:rPr>
          <w:b/>
        </w:rPr>
        <w:t xml:space="preserve">[56:32] </w:t>
      </w:r>
      <w:r>
        <w:t>Russian model ko. roos bhi tabah hai, india bhi tabah hai.</w:t>
      </w:r>
    </w:p>
    <w:p>
      <w:pPr>
        <w:jc w:val="right"/>
      </w:pPr>
      <w:r>
        <w:t>رشین ماڈل کو۔ روس بھی تباہ ہے، انڈیا بھی تباہ ہے۔</w:t>
      </w:r>
    </w:p>
    <w:p>
      <w:r>
        <w:rPr>
          <w:b/>
        </w:rPr>
        <w:t xml:space="preserve">[56:39] </w:t>
      </w:r>
      <w:r>
        <w:t>ek hi principle, fitri principle hai, competitor perish. mein is ko islami samajhta hoon aur america ne is ko qabool kiya to woh itni taraqqi ho gayi.</w:t>
      </w:r>
    </w:p>
    <w:p>
      <w:pPr>
        <w:jc w:val="right"/>
      </w:pPr>
      <w:r>
        <w:t>ایک ہی پرنسپل، فطری پرنسپل ہے، کمپیٹر پیرش۔ میں اس کو اسلامی سمجھتا ہوں اور امریکہ نے اس کو قبول کیا تو وہ اتنی ترقی ہو گئی۔</w:t>
      </w:r>
    </w:p>
    <w:p>
      <w:r>
        <w:rPr>
          <w:b/>
        </w:rPr>
        <w:t xml:space="preserve">[56:49] </w:t>
      </w:r>
      <w:r>
        <w:t>magar aur india mein Russian model le liya unhon ne. to roos bhi tabah hai aur india bhi tabah hai.</w:t>
      </w:r>
    </w:p>
    <w:p>
      <w:pPr>
        <w:jc w:val="right"/>
      </w:pPr>
      <w:r>
        <w:t>مگر اور انڈیا میں رشین ماڈل لے لیا انہوں نے۔ تو روس بھی تباہ ہے اور انڈیا بھی تباہ ہے۔</w:t>
      </w:r>
    </w:p>
    <w:p>
      <w:r>
        <w:rPr>
          <w:b/>
        </w:rPr>
        <w:t xml:space="preserve">[56:59] </w:t>
      </w:r>
      <w:r>
        <w:t>beh-haal yeh meri soch hai. ab aap log is par ghor kijiye.</w:t>
      </w:r>
    </w:p>
    <w:p>
      <w:pPr>
        <w:jc w:val="right"/>
      </w:pPr>
      <w:r>
        <w:t>بہرحال یہ میری سوچ ہے۔ اب آپ لوگ اس پر غور کیجئے۔</w:t>
      </w:r>
    </w:p>
    <w:p>
      <w:r>
        <w:rPr>
          <w:b/>
        </w:rPr>
        <w:t xml:space="preserve">[57:07] </w:t>
      </w:r>
      <w:r>
        <w:t>maulana, agla sawal dilli se hai. maulana farhad ahmed sahab ka. aur unhon ne aap se poocha hai ke kya rethinking ka matlab tauba karna ho sakta hai?</w:t>
      </w:r>
    </w:p>
    <w:p>
      <w:pPr>
        <w:jc w:val="right"/>
      </w:pPr>
      <w:r>
        <w:t>مولانا، اگلا سوال دلی سے ہے۔ مولانا فرہاد احمد صاحب کا۔ اور انہوں نے آپ سے پوچھا ہے کہ کیا ری تھنکنگ کا مطلب توبہ کرنا ہو سکتا ہے؟</w:t>
      </w:r>
    </w:p>
    <w:p>
      <w:r>
        <w:rPr>
          <w:b/>
        </w:rPr>
        <w:t xml:space="preserve">[57:19] </w:t>
      </w:r>
      <w:r>
        <w:t>is ke baray mein batayein. dono ek hi cheez hain. tauba ka matlab bhi hai rethinking. dekhiye, jab rethinking karenge aap to aap sochen ge ke mein ne kya ghalti ki.</w:t>
      </w:r>
    </w:p>
    <w:p>
      <w:pPr>
        <w:jc w:val="right"/>
      </w:pPr>
      <w:r>
        <w:t>اس کے بارے میں بتائیں۔ دونوں ایک ہی چیز ہیں۔ توبہ کا مطلب بھی ہے ری تھنکنگ۔ دیکھیں، جب ری تھنکنگ کریں گے آپ تو آپ سوچیں گے کہ میں نے کیا غلطی کی۔</w:t>
      </w:r>
    </w:p>
    <w:p>
      <w:r>
        <w:rPr>
          <w:b/>
        </w:rPr>
        <w:t xml:space="preserve">[57:33] </w:t>
      </w:r>
      <w:r>
        <w:t>is ghalti ko phir aap correction karenge is ka. is tarah se aap ne phir dobara theek karenge. yaani bhatke hain to aap sahi rastay par aayenge.</w:t>
      </w:r>
    </w:p>
    <w:p>
      <w:pPr>
        <w:jc w:val="right"/>
      </w:pPr>
      <w:r>
        <w:t>اس غلطی کو پھر آپ کریکشن کریں گے اس کا۔ اس طرح سے آپ نے پھر دوبارہ ٹھیک کریں گے۔ یعنی بھٹکے ہیں تو آپ صحیح راستے پر آئیں گے۔</w:t>
      </w:r>
    </w:p>
    <w:p>
      <w:r>
        <w:rPr>
          <w:b/>
        </w:rPr>
        <w:t xml:space="preserve">[57:45] </w:t>
      </w:r>
      <w:r>
        <w:t>mein samajhta hoon ke tauba jo hai, woh isi cheez ka naam hai jis ko mein rethinking keh raha hoon</w:t>
      </w:r>
    </w:p>
    <w:p>
      <w:pPr>
        <w:jc w:val="right"/>
      </w:pPr>
      <w:r>
        <w:t>میں سمجھتا ہوں کہ توبہ جو ہے، وہ اسی چیز کا نام ہے جس کو میں ری تھنکنگ کہہ رہا ہوں</w:t>
      </w:r>
    </w:p>
    <w:p>
      <w:r>
        <w:rPr>
          <w:b/>
        </w:rPr>
        <w:t xml:space="preserve">[57:53] </w:t>
      </w:r>
      <w:r>
        <w:t>. ek aur baat mein arz karunga ke quran mein hai ke summa yatubuna min qareeb jo jald hi karte hain tauba.</w:t>
      </w:r>
    </w:p>
    <w:p>
      <w:pPr>
        <w:jc w:val="right"/>
      </w:pPr>
      <w:r>
        <w:t>۔ ایک اور بات میں عرض کروں گا کہ قرآن میں ہے کہ ثُمَّ يَتُوبُونَ مِنْ قَرِيبٍ جو جلد ہی کرتے ہیں توبہ۔</w:t>
      </w:r>
    </w:p>
    <w:p>
      <w:r>
        <w:rPr>
          <w:b/>
        </w:rPr>
        <w:t xml:space="preserve">[58:03] </w:t>
      </w:r>
      <w:r>
        <w:t>to rethinking bohat jald karni chahiye. kyunke hota yeh hai ke agar aap ne tauba qareeb nahi kiya aap ne to aap ke andar aap conditioning ki wajah se aap pakka ho jayenge isi mein.</w:t>
      </w:r>
    </w:p>
    <w:p>
      <w:pPr>
        <w:jc w:val="right"/>
      </w:pPr>
      <w:r>
        <w:t>تو ری تھنکنگ بہت جلد کرنی چاہیے۔ کیونکہ ہوتا یہ ہے کہ اگر آپ نے توبہ قریب نہیں کیا آپ نے تو آپ کے اندر آپ کنڈیشننگ کی وجہ سے آپ پکا ہو جائیں گے اسی میں۔</w:t>
      </w:r>
    </w:p>
    <w:p>
      <w:r>
        <w:rPr>
          <w:b/>
        </w:rPr>
        <w:t xml:space="preserve">[58:14] </w:t>
      </w:r>
      <w:r>
        <w:t>phir toba ki tofeeq hi nahi hogi aap ko. thumma y</w:t>
      </w:r>
    </w:p>
    <w:p>
      <w:pPr>
        <w:jc w:val="right"/>
      </w:pPr>
      <w:r>
        <w:t>پھر توبہ کی توفیق ہی نہیں ہوگی آپ کو۔ ثُمَّ ي</w:t>
      </w:r>
    </w:p>
    <w:p>
      <w:r>
        <w:rPr>
          <w:b/>
        </w:rPr>
        <w:t xml:space="preserve">[58:19] </w:t>
      </w:r>
      <w:r>
        <w:t>atuboona min qareeb yani ghalati kiya to jaldi se toba karo. jaldi se phir se socho. nahi to kya hoga? conditioning ka process shuru ho jayega.</w:t>
      </w:r>
    </w:p>
    <w:p>
      <w:pPr>
        <w:jc w:val="right"/>
      </w:pPr>
      <w:r>
        <w:t>َتُوبُونَ مِنْ قَرِيبٍ یعنی غلطی کیا تو جلدی سے توبہ کرو۔ جلدی سے پھر سے سوچو۔ نہیں تو کیا ہوگا؟ کنڈیشننگ کا پروسیس شروع ہو جائے گا۔</w:t>
      </w:r>
    </w:p>
    <w:p>
      <w:r>
        <w:rPr>
          <w:b/>
        </w:rPr>
        <w:t xml:space="preserve">[58:32] </w:t>
      </w:r>
      <w:r>
        <w:t>agar aap ne toba qareeb nahi kiya to conditioning ka process shuru ho jayega. aur dheere dheere aap ka ehsas barh jayega. ehsas yeh barh jayega ke aap ne ghalati ki thi.</w:t>
      </w:r>
    </w:p>
    <w:p>
      <w:pPr>
        <w:jc w:val="right"/>
      </w:pPr>
      <w:r>
        <w:t>اگر آپ نے توبہ قریب نہیں کیا تو کنڈیشننگ کا پروسیس شروع ہو جائے گا۔ اور دھیرے دھیرے آپ کا احساس بڑھ جائے گا۔ احساس یہ بڑھ جائے گا کہ آپ نے غلطی کی تھی۔</w:t>
      </w:r>
    </w:p>
    <w:p>
      <w:r>
        <w:rPr>
          <w:b/>
        </w:rPr>
        <w:t xml:space="preserve">[58:43] </w:t>
      </w:r>
      <w:r>
        <w:t>yani ghalati ka ehsas barh jayega. agar aap toba qareeb nahi kiya aap ne.</w:t>
      </w:r>
    </w:p>
    <w:p>
      <w:pPr>
        <w:jc w:val="right"/>
      </w:pPr>
      <w:r>
        <w:t>یعنی غلطی کا احساس بڑھ جائے گا۔ اگر آپ توبہ قریب نہیں کیا آپ نے۔</w:t>
      </w:r>
    </w:p>
    <w:p>
      <w:r>
        <w:rPr>
          <w:b/>
        </w:rPr>
        <w:t xml:space="preserve">[58:48] </w:t>
      </w:r>
      <w:r>
        <w:t>yeh bohat ahem ayat hai yeh quran majeed ki. thumma yatuboona min qareeb ke jab ghalati ho jaye to foran toba karo. foran dobara socho.</w:t>
      </w:r>
    </w:p>
    <w:p>
      <w:pPr>
        <w:jc w:val="right"/>
      </w:pPr>
      <w:r>
        <w:t>یہ بہت اہم آیت ہے یہ قرآن مجید کی۔ ثُمَّ يَتُوبُونَ مِنْ قَرِيبٍ کہ جب غلطی ہو جائے تو فوراً توبہ کرو۔ فوراً دوبارہ سوچو۔</w:t>
      </w:r>
    </w:p>
    <w:p>
      <w:r>
        <w:rPr>
          <w:b/>
        </w:rPr>
        <w:t xml:space="preserve">[59:01] </w:t>
      </w:r>
      <w:r>
        <w:t>nahi to isi mein tum conditioned ho jaoge aur phir toba ki tofeeq bhi qubool nahi hogi.</w:t>
      </w:r>
    </w:p>
    <w:p>
      <w:pPr>
        <w:jc w:val="right"/>
      </w:pPr>
      <w:r>
        <w:t>نہیں تو اسی میں تم کنڈیشنڈ ہو جاؤ گے اور پھر توبہ کی توفیق بھی قبول نہیں ہوگی۔</w:t>
      </w:r>
    </w:p>
    <w:p>
      <w:r>
        <w:rPr>
          <w:b/>
        </w:rPr>
        <w:t xml:space="preserve">[59:14] </w:t>
      </w:r>
      <w:r>
        <w:t>maulana, agla sawal lene se pehle yeh comment parhna chahenge jo iqbal umri sahib ne bheja hai. jo abhi is waqt amravati, maharashtra mein hain aur yeh program dekh rahe hain kuch logon ke sath.</w:t>
      </w:r>
    </w:p>
    <w:p>
      <w:pPr>
        <w:jc w:val="right"/>
      </w:pPr>
      <w:r>
        <w:t>مولانا، اگلا سوال لینے سے پہلے یہ کمنٹ پڑھنا چاہیں گے جو اقبال عمری صاحب نے بھیجا ہے۔ جو ابھی اس وقت امراوتی، مہاراشٹرہ میں ہیں اور یہ پروگرام دیکھ رہے ہیں کچھ لوگوں کے ساتھ۔</w:t>
      </w:r>
    </w:p>
    <w:p>
      <w:r>
        <w:rPr>
          <w:b/>
        </w:rPr>
        <w:t xml:space="preserve">[59:25] </w:t>
      </w:r>
      <w:r>
        <w:t>unhone likha hai ke maulana aaj pehli bar glo kya hota hai, yeh hum logon ne jana. aur amravati, maharashtra se hi maulana shafiq qasmi sahib ka bhi sawal hai.</w:t>
      </w:r>
    </w:p>
    <w:p>
      <w:pPr>
        <w:jc w:val="right"/>
      </w:pPr>
      <w:r>
        <w:t>انہوں نے لکھا ہے کہ مولانا آج پہلی بار گلو کیا ہوتا ہے، یہ ہم لوگوں نے جانا۔ اور امراوتی، مہاراشٹرہ سے ہی مولانا شفیق قاسمی صاحب کا بھی سوال ہے۔</w:t>
      </w:r>
    </w:p>
    <w:p>
      <w:r>
        <w:rPr>
          <w:b/>
        </w:rPr>
        <w:t xml:space="preserve">[59:37] </w:t>
      </w:r>
      <w:r>
        <w:t>unhone likha hai ke Should Muslims not try to establish deen-e-islam in a country where they are living? please comment.</w:t>
      </w:r>
    </w:p>
    <w:p>
      <w:pPr>
        <w:jc w:val="right"/>
      </w:pPr>
      <w:r>
        <w:t>انہوں نے لکھا ہے کہ Should Muslims not try to establish دینِ اسلام in a country where they are living? پلیز کمنٹ۔</w:t>
      </w:r>
    </w:p>
    <w:p>
      <w:r>
        <w:rPr>
          <w:b/>
        </w:rPr>
        <w:t xml:space="preserve">[59:47] </w:t>
      </w:r>
      <w:r>
        <w:t>dekhen, deen ko establish karna yeh ek bidati tasawwur hai. deen ko follow karna,</w:t>
      </w:r>
    </w:p>
    <w:p>
      <w:pPr>
        <w:jc w:val="right"/>
      </w:pPr>
      <w:r>
        <w:t>دیکھیں، دین کو establish کرنا یہ ایک بدعتی تصور ہے۔ دین کو follow کرنا،</w:t>
      </w:r>
    </w:p>
    <w:p>
      <w:r>
        <w:rPr>
          <w:b/>
        </w:rPr>
        <w:t xml:space="preserve">[59:55] </w:t>
      </w:r>
      <w:r>
        <w:t>yeh to is zamane mein jo paida hui hui political thinker, unhone yeh bidat phaila rakhi hai ke deen ko nafiz karna, deen ko implement karna, deen ko yeh jo hai tasawwur, is ke is mein to saraliyan ho rahi hain.</w:t>
      </w:r>
    </w:p>
    <w:p>
      <w:pPr>
        <w:jc w:val="right"/>
      </w:pPr>
      <w:r>
        <w:t>یہ تو اس زمانے میں جو پیدا ہوئی ہوئی پولیٹیکل تھنکر، انہوں نے یہ بدعت پھیلا رکھی ہے کہ دین کو نافذ کرنا، دین کو implement کرنا، دین کو یہ جو ہے تصور، اس کے اس میں تو سڑالیاں ہو رہی ہیں۔</w:t>
      </w:r>
    </w:p>
    <w:p>
      <w:r>
        <w:rPr>
          <w:b/>
        </w:rPr>
        <w:t xml:space="preserve">[1:00:10] </w:t>
      </w:r>
      <w:r>
        <w:t>quran ka jo tasawwur hai ke deen ko follow karo, deen ki pairvi karo, deen ki itaat karo. deen ko karna hai, deen ko karwana nahi hai.</w:t>
      </w:r>
    </w:p>
    <w:p>
      <w:pPr>
        <w:jc w:val="right"/>
      </w:pPr>
      <w:r>
        <w:t>قرآن کا جو تصور ہے کہ دین کو follow کرو، دین کی پیروی کرو، دین کی اطاعت کرو۔ دین کو کرنا ہے، دین کو کروانا نہیں ہے۔</w:t>
      </w:r>
    </w:p>
    <w:p>
      <w:r>
        <w:rPr>
          <w:b/>
        </w:rPr>
        <w:t xml:space="preserve">[1:00:23] </w:t>
      </w:r>
      <w:r>
        <w:t>isi se sari buraiyan paida ho</w:t>
      </w:r>
    </w:p>
    <w:p>
      <w:pPr>
        <w:jc w:val="right"/>
      </w:pPr>
      <w:r>
        <w:t>اسی سے ساری برائیاں پیدا ہوئ</w:t>
      </w:r>
    </w:p>
    <w:p>
      <w:r>
        <w:rPr>
          <w:b/>
        </w:rPr>
        <w:t xml:space="preserve">[1:00:25] </w:t>
      </w:r>
      <w:r>
        <w:t>een. musalman jahan bhi hain, chahe woh india mein hon, kahin bhi hon, follow kar rahe hain un ko. aur follow karne mein koi rukawat nahi hai. rukawat hai jab aap kahin ke tum political seat chhado, hamein prime minister banna hai, to wahan jhagda paida hota hai.</w:t>
      </w:r>
    </w:p>
    <w:p>
      <w:pPr>
        <w:jc w:val="right"/>
      </w:pPr>
      <w:r>
        <w:t>یں۔ مسلمان جہاں بھی ہیں، چاہے وہ انڈیا میں ہوں، کہیں بھی ہوں، follow کر رہے ہیں ان کو۔ اور follow کرنے میں کوئی رکاوٹ نہیں ہے۔ رکاوٹ ہے جب آپ کہیں کہ تم پولیٹیکل سیٹ چھاڑو، ہمیں پرائم منسٹر بننا ہے، تو وہاں جھگڑا پیدا ہوتا ہے۔</w:t>
      </w:r>
    </w:p>
    <w:p>
      <w:r>
        <w:rPr>
          <w:b/>
        </w:rPr>
        <w:t xml:space="preserve">[1:00:47] </w:t>
      </w:r>
      <w:r>
        <w:t>maulana, agla sawal lahore se tariq badar sahib ne kiya hai. aur unhone ek comment aur phir apna sawal poocha hai.</w:t>
      </w:r>
    </w:p>
    <w:p>
      <w:pPr>
        <w:jc w:val="right"/>
      </w:pPr>
      <w:r>
        <w:t>مولانا، اگلا سوال لاہور سے طارق بدر صاحب نے کیا ہے۔ اور انہوں نے ایک کمنٹ اور پھر اپنا سوال پوچھا ہے۔</w:t>
      </w:r>
    </w:p>
    <w:p>
      <w:r>
        <w:rPr>
          <w:b/>
        </w:rPr>
        <w:t xml:space="preserve">[1:00:57] </w:t>
      </w:r>
      <w:r>
        <w:t>un ka comment is tarah se hai, unhone likha hai ke jazakallah no scholar in the whole world recognizes the opportunities related to the globalization and dawah.</w:t>
      </w:r>
    </w:p>
    <w:p>
      <w:pPr>
        <w:jc w:val="right"/>
      </w:pPr>
      <w:r>
        <w:t>ان کا کمنٹ اس طریقے سے ہے، انہوں نے لکھا ہے کہ جزاک اللہ no scholar in the whole world recognizes the opportunities related to the globalization and dawah.</w:t>
      </w:r>
    </w:p>
    <w:p>
      <w:r>
        <w:rPr>
          <w:b/>
        </w:rPr>
        <w:t xml:space="preserve">[1:01:09] </w:t>
      </w:r>
      <w:r>
        <w:t>may allah give us strength to spread this message in the whole world. phir unhone apna sawal likha hai, mol</w:t>
      </w:r>
    </w:p>
    <w:p>
      <w:pPr>
        <w:jc w:val="right"/>
      </w:pPr>
      <w:r>
        <w:t>May Allah give us strength to spread this message in the whole world. پھر انہوں نے اپنا سوال لکھا ہے، مول</w:t>
      </w:r>
    </w:p>
    <w:p>
      <w:r>
        <w:rPr>
          <w:b/>
        </w:rPr>
        <w:t xml:space="preserve">[1:01:17] </w:t>
      </w:r>
      <w:r>
        <w:t>ana, unhone kaha hai ke my question is in reference to the last Sunday lecture titled Kashmir Lesson. maulana, you mentioned that all of the people in the world spend their efforts to achieve ideal systems in terms of justice, rights, society,</w:t>
      </w:r>
    </w:p>
    <w:p>
      <w:pPr>
        <w:jc w:val="right"/>
      </w:pPr>
      <w:r>
        <w:t>انا، انہوں نے کہا ہے کہ my question is in reference to the last Sunday lecture titled Kashmir Lesson. مولانا، you mentioned that all of the people in the world spend their efforts to achieve ideal systems in terms of justice, rights, society,</w:t>
      </w:r>
    </w:p>
    <w:p>
      <w:r>
        <w:rPr>
          <w:b/>
        </w:rPr>
        <w:t xml:space="preserve">[1:01:35] </w:t>
      </w:r>
      <w:r>
        <w:t>development, etc. but current progress of the world or West is the result of their continuous efforts towards achieving the ideal system.</w:t>
      </w:r>
    </w:p>
    <w:p>
      <w:pPr>
        <w:jc w:val="right"/>
      </w:pPr>
      <w:r>
        <w:t>development, etc. But current progress of the world or West is the result of their continuous efforts towards achieving the ideal system.</w:t>
      </w:r>
    </w:p>
    <w:p>
      <w:r>
        <w:rPr>
          <w:b/>
        </w:rPr>
        <w:t xml:space="preserve">[1:01:46] </w:t>
      </w:r>
      <w:r>
        <w:t>wh</w:t>
      </w:r>
    </w:p>
    <w:p>
      <w:pPr>
        <w:jc w:val="right"/>
      </w:pPr>
      <w:r>
        <w:t>Wh</w:t>
      </w:r>
    </w:p>
    <w:p>
      <w:r>
        <w:rPr>
          <w:b/>
        </w:rPr>
        <w:t xml:space="preserve">[1:01:47] </w:t>
      </w:r>
      <w:r>
        <w:t>at is your comment on this? dekhen, ideal system to kahin bhi nahi hai. america mein bhi nahi hai, Europe mein bhi nahi hai. kisi bhi country mein ideal system nahi hai.</w:t>
      </w:r>
    </w:p>
    <w:p>
      <w:pPr>
        <w:jc w:val="right"/>
      </w:pPr>
      <w:r>
        <w:t>at is your comment on this? دیکھیں، ideal system تو کہیں بھی نہیں ہے۔ امریکہ میں بھی نہیں ہے، یورپ میں بھی نہیں ہے۔ کسی بھی country میں ideal system نہیں ہے۔</w:t>
      </w:r>
    </w:p>
    <w:p>
      <w:r>
        <w:rPr>
          <w:b/>
        </w:rPr>
        <w:t xml:space="preserve">[1:02:01] </w:t>
      </w:r>
      <w:r>
        <w:t>har jagah less than ideal hai. ke jahan tak islam ka taluq hai to main yeh kahunga ke yeh bilkul mubtadiyana tasawwur hai ke adl ko qaim karo.</w:t>
      </w:r>
    </w:p>
    <w:p>
      <w:pPr>
        <w:jc w:val="right"/>
      </w:pPr>
      <w:r>
        <w:t>ہر جگہ less than ideal ہے۔ کہ جہاں تک اسلام کا تعلق ہے تو میں یہ کہوں گا کہ یہ بالکل مبتدیانہ تصور ہے کہ عدل کو قائم کرو۔</w:t>
      </w:r>
    </w:p>
    <w:p>
      <w:r>
        <w:rPr>
          <w:b/>
        </w:rPr>
        <w:t xml:space="preserve">[1:02:14] </w:t>
      </w:r>
      <w:r>
        <w:t>quran ka tasawwur hai ke adl ko follow karo.</w:t>
      </w:r>
    </w:p>
    <w:p>
      <w:pPr>
        <w:jc w:val="right"/>
      </w:pPr>
      <w:r>
        <w:t>قرآن کا تصور ہے کہ عدل کو follow کرو۔</w:t>
      </w:r>
    </w:p>
    <w:p>
      <w:r>
        <w:rPr>
          <w:b/>
        </w:rPr>
        <w:t xml:space="preserve">[1:02:17] </w:t>
      </w:r>
      <w:r>
        <w:t>quran mein dekhen hai li yaqoom un naasu bil qist ta ke log qist ki pairvi karen. adlu adl ki pairvi karo.</w:t>
      </w:r>
    </w:p>
    <w:p>
      <w:pPr>
        <w:jc w:val="right"/>
      </w:pPr>
      <w:r>
        <w:t>قرآن میں دیکھیں ہے لِيَعْقُوبَ النَّاسُ بِالْقِسْطِ تاکہ لوگ قسط کی پیروی کریں۔ اَعْدَلُوا عدل کی پیروی کرو۔</w:t>
      </w:r>
    </w:p>
    <w:p>
      <w:r>
        <w:rPr>
          <w:b/>
        </w:rPr>
        <w:t xml:space="preserve">[1:02:29] </w:t>
      </w:r>
      <w:r>
        <w:t>kahin bhi sare quran mein nahi ke adl ka nizam qaim karo. dunya mein adl ka nizam qaim karo. dunya mein adl ki hukumat qaim karo.</w:t>
      </w:r>
    </w:p>
    <w:p>
      <w:pPr>
        <w:jc w:val="right"/>
      </w:pPr>
      <w:r>
        <w:t>کہیں بھی سارے قرآن میں نہیں کہ عدل کا نظام قائم کرو۔ دنیا میں عدل کا نظام قائم کرو۔ دنیا میں عدل کی حکومت قائم کرو۔</w:t>
      </w:r>
    </w:p>
    <w:p>
      <w:r>
        <w:rPr>
          <w:b/>
        </w:rPr>
        <w:t xml:space="preserve">[1:02:39] </w:t>
      </w:r>
      <w:r>
        <w:t>yeh bilkul hi is ka alien hai quran majeed mein yeh baat. saara fasaad isi se paida hua hai ke musalmanon ko bataya gaya ke tumhara kaam hai ke tum dunya mein adl ki hukoomat qaim karo.</w:t>
      </w:r>
    </w:p>
    <w:p>
      <w:pPr>
        <w:jc w:val="right"/>
      </w:pPr>
      <w:r>
        <w:t>یہ بالکل ہی اس کا alien ہے قرآن مجید میں یہ بات۔ سارا فساد اسی سے پیدا ہوا ہے کہ مسلمانوں کو بتایا گیا کہ تمہارا کام ہے کہ تم دنیا میں عدل کی حکومت قائم کرو۔</w:t>
      </w:r>
    </w:p>
    <w:p>
      <w:r>
        <w:rPr>
          <w:b/>
        </w:rPr>
        <w:t xml:space="preserve">[1:02:52] </w:t>
      </w:r>
      <w:r>
        <w:t>ab lar rahe hain log, lar rahe hain log. yeh islami tasawwur nahi hai. islam ka tasawwur yeh hai ke adl ko follow karo, justice ko follow karo, qist ko follow karo.</w:t>
      </w:r>
    </w:p>
    <w:p>
      <w:pPr>
        <w:jc w:val="right"/>
      </w:pPr>
      <w:r>
        <w:t>اب لڑ رہے ہیں لوگ، لڑ رہے ہیں لوگ۔ یہ اسلامی تصور نہیں ہے۔ اسلام کا تصور یہ ہے کہ عدل کو follow کرو، justice کو follow کرو، قسط کو follow کرو۔</w:t>
      </w:r>
    </w:p>
    <w:p>
      <w:r>
        <w:rPr>
          <w:b/>
        </w:rPr>
        <w:t xml:space="preserve">[1:03:04] </w:t>
      </w:r>
      <w:r>
        <w:t>itni bari tehreek arab mein hai justice party, justice ko qaim karne ke liye. woh saari ki saari mubtadiyana hai. islam se is ka koi talluq nahi hai.</w:t>
      </w:r>
    </w:p>
    <w:p>
      <w:pPr>
        <w:jc w:val="right"/>
      </w:pPr>
      <w:r>
        <w:t>اتنی بڑی تحریک عرب میں ہے justice party، justice کو قائم کرنے کے لیے۔ وہ ساری کی ساری مبتدیانہ ہے۔ اسلام سے اس کا کوئی تعلق نہیں ہے۔</w:t>
      </w:r>
    </w:p>
    <w:p>
      <w:r>
        <w:rPr>
          <w:b/>
        </w:rPr>
        <w:t xml:space="preserve">[1:03:16] </w:t>
      </w:r>
      <w:r>
        <w:t>koi talluq nahi hai. koi bhi ayat aap nahi bata sakte quran majeed mein jahan yeh bataya gaya ke aye musalmano, tumhara farz hai ke tum adl ka nizam qaim karo.</w:t>
      </w:r>
    </w:p>
    <w:p>
      <w:pPr>
        <w:jc w:val="right"/>
      </w:pPr>
      <w:r>
        <w:t>کوئی تعلق نہیں ہے۔ کوئی بھی آیت آپ نہیں بتا سکتے قرآن مجید میں جہاں یہ بتایا گیا کہ اے مسلمانوں، تمہارا فرض ہے کہ تم عدل کا نظام قائم کرو۔</w:t>
      </w:r>
    </w:p>
    <w:p>
      <w:r>
        <w:rPr>
          <w:b/>
        </w:rPr>
        <w:t xml:space="preserve">[1:03:28] </w:t>
      </w:r>
      <w:r>
        <w:t>jitni ayatein hain is mein aik aye musalmano, tum ko chahiye ke tum adl ki pairwi karo, adl ko follow karo.</w:t>
      </w:r>
    </w:p>
    <w:p>
      <w:pPr>
        <w:jc w:val="right"/>
      </w:pPr>
      <w:r>
        <w:t>جتنی آیتیں ہیں اس میں ایک اے مسلمانوں، تم کو چاہیے کہ تم عدل کی پیروی کرو، عدل کو follow کرو۔</w:t>
      </w:r>
    </w:p>
    <w:p>
      <w:r>
        <w:rPr>
          <w:b/>
        </w:rPr>
        <w:t xml:space="preserve">[1:03:39] </w:t>
      </w:r>
      <w:r>
        <w:t>maulana, agla sawal lene se pehle aik comment parhna chahenge jo doctor farida khanam ne bheja hai dilli se. aur unhon ne likha hai ke Today's lecture was an eye-opener.</w:t>
      </w:r>
    </w:p>
    <w:p>
      <w:pPr>
        <w:jc w:val="right"/>
      </w:pPr>
      <w:r>
        <w:t>مولانا، اگلا سوال لینے سے پہلے ایک کمنٹ پڑھنا چاہیں گے جو ڈاکٹر فریدہ خانم نے بھیجا ہے دلی سے۔ اور انہوں نے لکھا ہے کہ Today's lecture was an eye-opener.</w:t>
      </w:r>
    </w:p>
    <w:p>
      <w:r>
        <w:rPr>
          <w:b/>
        </w:rPr>
        <w:t xml:space="preserve">[1:03:52] </w:t>
      </w:r>
      <w:r>
        <w:t>It has become very clear as to how Muslims who are stuck in a blind alley and are groping in the dark can find the way to solve their problems and save themselves from destruction.</w:t>
      </w:r>
    </w:p>
    <w:p>
      <w:pPr>
        <w:jc w:val="right"/>
      </w:pPr>
      <w:r>
        <w:t>It has become very clear as to how Muslims who are stuck in a blind alley and are groping in the dark can find the way to solve their problems and save themselves from destruction.</w:t>
      </w:r>
    </w:p>
    <w:p>
      <w:r>
        <w:rPr>
          <w:b/>
        </w:rPr>
        <w:t xml:space="preserve">[1:04:07] </w:t>
      </w:r>
      <w:r>
        <w:t>maulana, agla sawal jameel akhtar sahib ne kiya hai dilli se. aur unhon ne likha hai ke masjid jahan ban gayi, wahan ban gayi. woh jagah qayamat ke liye masjid hi hai.</w:t>
      </w:r>
    </w:p>
    <w:p>
      <w:pPr>
        <w:jc w:val="right"/>
      </w:pPr>
      <w:r>
        <w:t>مولانا، اگلا سوال جمیل اختر صاحب نے کیا ہے دلی سے۔ اور انہوں نے لکھا ہے کہ مسجد جہاں بن گئی، وہاں بن گئی۔ وہ جگہ قیامت کے لیے مسجد ہی ہے۔</w:t>
      </w:r>
    </w:p>
    <w:p>
      <w:r>
        <w:rPr>
          <w:b/>
        </w:rPr>
        <w:t xml:space="preserve">[1:04:18] </w:t>
      </w:r>
      <w:r>
        <w:t>kya yeh hadith hai ya kisi ka qaul hai? wazahat karen</w:t>
      </w:r>
    </w:p>
    <w:p>
      <w:pPr>
        <w:jc w:val="right"/>
      </w:pPr>
      <w:r>
        <w:t>کیا یہ حدیث ہے یا کسی کا قول ہے؟ وضاحت کریں</w:t>
      </w:r>
    </w:p>
    <w:p>
      <w:r>
        <w:rPr>
          <w:b/>
        </w:rPr>
        <w:t xml:space="preserve">[1:04:22] </w:t>
      </w:r>
      <w:r>
        <w:t>dekhen, yeh baat jo hai na to quran mein hai na hadith mein. baad ke zamane mein jo fiqh bani us mein yeh masla unhon ne banaya hai.</w:t>
      </w:r>
    </w:p>
    <w:p>
      <w:pPr>
        <w:jc w:val="right"/>
      </w:pPr>
      <w:r>
        <w:t>۔ دیکھیں، یہ بات جو ہے نہ تو قرآن میں ہے نہ حدیث میں۔ بعد کے زمانے میں جو فقہ بنی اس میں یہ مسئلہ انہوں نے بنایا ہے۔</w:t>
      </w:r>
    </w:p>
    <w:p>
      <w:r>
        <w:rPr>
          <w:b/>
        </w:rPr>
        <w:t xml:space="preserve">[1:04:31] </w:t>
      </w:r>
      <w:r>
        <w:t>yeh masla banaya hai. lekin mein is ko, mein is ko islami nahi samajhta. aik baad ko banne wali fiqh ka juz samajhta hoon.</w:t>
      </w:r>
    </w:p>
    <w:p>
      <w:pPr>
        <w:jc w:val="right"/>
      </w:pPr>
      <w:r>
        <w:t>یہ مسئلہ بنایا ہے۔ لیکن میں اس کو، میں اس کو اسلامی نہیں سمجھتا۔ ایک بعد کو بننے والی فقہ کا جز سمجھتا ہوں۔</w:t>
      </w:r>
    </w:p>
    <w:p>
      <w:r>
        <w:rPr>
          <w:b/>
        </w:rPr>
        <w:t xml:space="preserve">[1:04:41] </w:t>
      </w:r>
      <w:r>
        <w:t>lekin aik aur baat mein kehta hoon. isi fiqh ka yeh masla hai, isi fiqh ka. ke الضرورات تبيع المحظورات</w:t>
      </w:r>
    </w:p>
    <w:p>
      <w:pPr>
        <w:jc w:val="right"/>
      </w:pPr>
      <w:r>
        <w:t>لیکن ایک اور بات میں کہتا ہوں۔ اسی فقہ کا یہ مسئلہ ہے، اسی فقہ کا۔ کہ الضرورات تبيع المحظورات</w:t>
      </w:r>
    </w:p>
    <w:p>
      <w:r>
        <w:rPr>
          <w:b/>
        </w:rPr>
        <w:t xml:space="preserve">[1:04:54] </w:t>
      </w:r>
      <w:r>
        <w:t>yani necessity jab paida ho jaye to haram halal ho jayega. to sawal yeh hai ke aik building ko bachane ke liye agar hazaron musalman mare ja rahe hain to woh necessity nahi hai.</w:t>
      </w:r>
    </w:p>
    <w:p>
      <w:pPr>
        <w:jc w:val="right"/>
      </w:pPr>
      <w:r>
        <w:t>یعنی necessity جب پیدا ہو جائے تو حرام حلال ہو جائے گا۔ تو سوال یہ ہے کہ ایک بلڈنگ کو بچانے کے لیے اگر ہزاروں مسلمان مارے جا رہے ہیں تو وہ necessity نہیں ہے۔</w:t>
      </w:r>
    </w:p>
    <w:p>
      <w:r>
        <w:rPr>
          <w:b/>
        </w:rPr>
        <w:t xml:space="preserve">[1:05:07] </w:t>
      </w:r>
      <w:r>
        <w:t>woh, woh, woh nahi hai jis mein ke aap apne hukum ko badlen. yani necessity makes unlawful lawful is ko aap log apply kyun nahi karte?</w:t>
      </w:r>
    </w:p>
    <w:p>
      <w:pPr>
        <w:jc w:val="right"/>
      </w:pPr>
      <w:r>
        <w:t>وہ، وہ، وہ نہیں ہے جس میں کہ آپ اپنے حکم کو بدلیں۔ یعنی necessity makes unlawful lawful اس کو آپ لوگ اپلائی کیوں نہیں کرتے؟</w:t>
      </w:r>
    </w:p>
    <w:p>
      <w:r>
        <w:rPr>
          <w:b/>
        </w:rPr>
        <w:t xml:space="preserve">[1:05:21] </w:t>
      </w:r>
      <w:r>
        <w:t>mein, yani do baaten mein kahunga. ke mere nazdeek to masjid jahan ban gayi, wahin masjid hamesha rahegi. yeh quran ka masla nahi, hadith ka masla nahi.</w:t>
      </w:r>
    </w:p>
    <w:p>
      <w:pPr>
        <w:jc w:val="right"/>
      </w:pPr>
      <w:r>
        <w:t>میں، یعنی دو باتیں میں کہوں گا۔ کہ میرے نزدیک تو مسجد جہاں بن گئی، وہیں مسجد ہمیشہ رہے گی۔ یہ قرآن کا مسئلہ نہیں، حدیث کا مسئلہ نہیں۔</w:t>
      </w:r>
    </w:p>
    <w:p>
      <w:r>
        <w:rPr>
          <w:b/>
        </w:rPr>
        <w:t xml:space="preserve">[1:05:32] </w:t>
      </w:r>
      <w:r>
        <w:t>fiqh mein bhi ikhtilafi masla hai. aap arab jaiye to misr mein, sham mein, saudi arab mein bohat si masjidon ko relocate kiya gaya hai.</w:t>
      </w:r>
    </w:p>
    <w:p>
      <w:pPr>
        <w:jc w:val="right"/>
      </w:pPr>
      <w:r>
        <w:t>فقہ میں بھی اختلافی مسئلہ ہے۔ آپ عرب جائیے تو مصر میں، شام میں، سعودی عرب میں بہت سی مسجدوں کو relocate کیا گیا ہے۔</w:t>
      </w:r>
    </w:p>
    <w:p>
      <w:r>
        <w:rPr>
          <w:b/>
        </w:rPr>
        <w:t xml:space="preserve">[1:05:43] </w:t>
      </w:r>
      <w:r>
        <w:t>bohat si masjidें, aik do masjid nahi hain.</w:t>
      </w:r>
    </w:p>
    <w:p>
      <w:pPr>
        <w:jc w:val="right"/>
      </w:pPr>
      <w:r>
        <w:t>بہت سی مسجدیں، ایک دو مسجد نہیں ہیں۔</w:t>
      </w:r>
    </w:p>
    <w:p>
      <w:r>
        <w:rPr>
          <w:b/>
        </w:rPr>
        <w:t xml:space="preserve">[1:05:46] </w:t>
      </w:r>
      <w:r>
        <w:t>dekhen, mein batata hoon aap ko. ke pehle zamane mein jab yeh haal tha ke chhote chhote ghar hote the, galiyan hoti theen, road nahi hoti theen.</w:t>
      </w:r>
    </w:p>
    <w:p>
      <w:pPr>
        <w:jc w:val="right"/>
      </w:pPr>
      <w:r>
        <w:t>دیکھیں، میں بتاتا ہوں آپ کو۔ کہ پہلے زمانے میں جب یہ حال تھا کہ چھوٹے چھوٹے گھر ہوتے تھے، گلیاں ہوتی تھیں، روڈ نہیں ہوتی تھی۔</w:t>
      </w:r>
    </w:p>
    <w:p>
      <w:r>
        <w:rPr>
          <w:b/>
        </w:rPr>
        <w:t xml:space="preserve">[1:05:58] </w:t>
      </w:r>
      <w:r>
        <w:t>to logon ne jagah jagah masjidें bana liya</w:t>
      </w:r>
    </w:p>
    <w:p>
      <w:pPr>
        <w:jc w:val="right"/>
      </w:pPr>
      <w:r>
        <w:t>تو لوگوں نے جگہ جگہ مسجدیں بنا لیا</w:t>
      </w:r>
    </w:p>
    <w:p>
      <w:r>
        <w:rPr>
          <w:b/>
        </w:rPr>
        <w:t xml:space="preserve">[1:06:01] </w:t>
      </w:r>
      <w:r>
        <w:t>pehle. ab jab petrol aaya arab mein aur unhon ne city planning ka naya concept apnana chaha.</w:t>
      </w:r>
    </w:p>
    <w:p>
      <w:pPr>
        <w:jc w:val="right"/>
      </w:pPr>
      <w:r>
        <w:t>۔ پہلے۔ اب جب پٹرول آیا عرب میں اور انہوں نے city planning کا نیا concept اپنانا چاہا۔</w:t>
      </w:r>
    </w:p>
    <w:p>
      <w:r>
        <w:rPr>
          <w:b/>
        </w:rPr>
        <w:t xml:space="preserve">[1:06:10] </w:t>
      </w:r>
      <w:r>
        <w:t>to is mein unhon ne planning ki. to dekha ke jahan mein hostel banana hai, wahan aik masjid hai. jahan mein park banana hai, wahan aik masjid hai. to sainkaron sainkaron masjidें relocate ki gaeen.</w:t>
      </w:r>
    </w:p>
    <w:p>
      <w:pPr>
        <w:jc w:val="right"/>
      </w:pPr>
      <w:r>
        <w:t>تو اس میں انہوں نے planning کی۔ تو دیکھا کہ جہاں میں ہاسٹل بنانا ہے، وہاں ایک مسجد ہے۔ جہاں میں پارک بنانا ہے، وہاں ایک مسجد ہے۔ تو سینکڑوں سینکڑوں مسجدیں relocate کی گئیں۔</w:t>
      </w:r>
    </w:p>
    <w:p>
      <w:r>
        <w:rPr>
          <w:b/>
        </w:rPr>
        <w:t xml:space="preserve">[1:06:24] </w:t>
      </w:r>
      <w:r>
        <w:t>arab mein, yani makkah madinah mein aur sham mein, misr mein, taqreeban har har arab country mein.</w:t>
      </w:r>
    </w:p>
    <w:p>
      <w:pPr>
        <w:jc w:val="right"/>
      </w:pPr>
      <w:r>
        <w:t>عرب میں، یعنی مکہ مدینے میں اور شام میں، مصر میں، تقریباً ہر ہر عرب country میں۔</w:t>
      </w:r>
    </w:p>
    <w:p>
      <w:r>
        <w:rPr>
          <w:b/>
        </w:rPr>
        <w:t xml:space="preserve">[1:06:34] </w:t>
      </w:r>
      <w:r>
        <w:t>to kya yeh india ka islam alag hai? india ka islam alag hai? masjidon ko relocate karna already tamam arab countries mein is yeh is ko kehte hain mamool bihi.</w:t>
      </w:r>
    </w:p>
    <w:p>
      <w:pPr>
        <w:jc w:val="right"/>
      </w:pPr>
      <w:r>
        <w:t>تو کیا یہ انڈیا کا اسلام الگ ہے؟ انڈیا کا اسلام الگ ہے؟ مسجدوں کو relocate کرنا already تمام عرب countries میں اس یہ اس کو کہتے ہیں معمول بہی۔</w:t>
      </w:r>
    </w:p>
    <w:p>
      <w:r>
        <w:rPr>
          <w:b/>
        </w:rPr>
        <w:t xml:space="preserve">[1:06:48] </w:t>
      </w:r>
      <w:r>
        <w:t>is par amal ho raha hai baqayda. yeh mamool bihi hai yeh.</w:t>
      </w:r>
    </w:p>
    <w:p>
      <w:pPr>
        <w:jc w:val="right"/>
      </w:pPr>
      <w:r>
        <w:t>اس پر عمل ہو رہا ہے باقاعدہ۔ یہ معمول بہی ہے یہ۔</w:t>
      </w:r>
    </w:p>
    <w:p>
      <w:r>
        <w:rPr>
          <w:b/>
        </w:rPr>
        <w:t xml:space="preserve">[1:06:52] </w:t>
      </w:r>
      <w:r>
        <w:t>to india hi mein alag alag islam rahega ya marte raho, karte raho aur masjid relocate nahi ki jayegi? to aik to yeh masla hai.</w:t>
      </w:r>
    </w:p>
    <w:p>
      <w:pPr>
        <w:jc w:val="right"/>
      </w:pPr>
      <w:r>
        <w:t>تو انڈیا ہی میں الگ الگ اسلام رہے گا یا مرتے رہو، کرتے رہو اور مسجد relocate نہیں کی جائے گی؟ تو ایک تو یہ مسئلہ ہے۔</w:t>
      </w:r>
    </w:p>
    <w:p>
      <w:r>
        <w:rPr>
          <w:b/>
        </w:rPr>
        <w:t xml:space="preserve">[1:07:01] </w:t>
      </w:r>
      <w:r>
        <w:t>dusra yeh ke agar hum koi fiqah ke masle ko manta ho tab bhi us ko us par follow karna chahiye ke al-zarurat tbi al-mahzurat</w:t>
      </w:r>
    </w:p>
    <w:p>
      <w:pPr>
        <w:jc w:val="right"/>
      </w:pPr>
      <w:r>
        <w:t>دوسرا یہ کہ اگر ہم کوئی فقہ کے مسئلے کو مانتا ہو تب بھی اس کو اس پر follow کرنا چاہیے کہ الضرورات تبيع المحظورات</w:t>
      </w:r>
    </w:p>
    <w:p>
      <w:r>
        <w:rPr>
          <w:b/>
        </w:rPr>
        <w:t xml:space="preserve">[1:07:16] </w:t>
      </w:r>
      <w:r>
        <w:t>molana, agla sawal lene se pehle ek comment parhna chahenge jo dilli se bheja hai mushtaq ahmed wani sahab ne. aur unhone likha hai ke I am so happy today to have got answered to the many questions I had regarding contemporary issues.</w:t>
      </w:r>
    </w:p>
    <w:p>
      <w:pPr>
        <w:jc w:val="right"/>
      </w:pPr>
      <w:r>
        <w:t>مولانا، اگلا سوال لینے سے پہلے ایک کمنٹ پڑھنا چاہیں گے جو دلی سے بھیجا ہے مشتاق احمد وانی صاحب نے۔ اور انہوں نے لکھا ہے کہ I am so happy today to have got answered to the many questions I had regarding contemporary issues.</w:t>
      </w:r>
    </w:p>
    <w:p>
      <w:r>
        <w:rPr>
          <w:b/>
        </w:rPr>
        <w:t xml:space="preserve">[1:07:34] </w:t>
      </w:r>
      <w:r>
        <w:t>My experience as a dai at my former university enlightened me to the fact that politics and religion are two separate things.</w:t>
      </w:r>
    </w:p>
    <w:p>
      <w:pPr>
        <w:jc w:val="right"/>
      </w:pPr>
      <w:r>
        <w:t>My experience as a dai at my former university enlightened me to the fact that politics and religion are two separate things.</w:t>
      </w:r>
    </w:p>
    <w:p>
      <w:r>
        <w:rPr>
          <w:b/>
        </w:rPr>
        <w:t xml:space="preserve">[1:07:45] </w:t>
      </w:r>
      <w:r>
        <w:t>The biggest hurdle in the dawah mission for me was this thing only. I now regret that had I been more cautious in this matter, I would have been more successful and satisfied.</w:t>
      </w:r>
    </w:p>
    <w:p>
      <w:pPr>
        <w:jc w:val="right"/>
      </w:pPr>
      <w:r>
        <w:t>The biggest hurdle in the dawah mission for me was this thing only. I now regret that had I been more cautious in this matter, I would have been more successful and satisfied.</w:t>
      </w:r>
    </w:p>
    <w:p>
      <w:r>
        <w:rPr>
          <w:b/>
        </w:rPr>
        <w:t xml:space="preserve">[1:07:59] </w:t>
      </w:r>
      <w:r>
        <w:t>mein Allah bless you</w:t>
      </w:r>
    </w:p>
    <w:p>
      <w:pPr>
        <w:jc w:val="right"/>
      </w:pPr>
      <w:r>
        <w:t>میں اللہ bless you</w:t>
      </w:r>
    </w:p>
    <w:p>
      <w:r>
        <w:rPr>
          <w:b/>
        </w:rPr>
        <w:t xml:space="preserve">[1:08:00] </w:t>
      </w:r>
      <w:r>
        <w:t>molana, agla sawal waseem ahmed sahab ne kiya hai dilli se. aur unhone likha hai ke molana sahab, qubat al-sakhra ko yahudiyon ne apne aap apna qibla banaya ya Allah ki taraf se is ka hukum tha?</w:t>
      </w:r>
    </w:p>
    <w:p>
      <w:pPr>
        <w:jc w:val="right"/>
      </w:pPr>
      <w:r>
        <w:t>۔ مولانا، اگلا سوال وسیم احمد صاحب نے کیا ہے دلی سے۔ اور انہوں نے لکھا ہے کہ مولانا صاحب، قبت السخرا کو یہودیوں نے اپنے آپ اپنا قبلہ بنایا یا اللہ کی طرف سے اس کا حکم تھا؟</w:t>
      </w:r>
    </w:p>
    <w:p>
      <w:r>
        <w:rPr>
          <w:b/>
        </w:rPr>
        <w:t xml:space="preserve">[1:08:16] </w:t>
      </w:r>
      <w:r>
        <w:t>isko wazeh karen bhai, yeh is ki to kitabon mein, is ki yeh to koi ek technical sawal hai.</w:t>
      </w:r>
    </w:p>
    <w:p>
      <w:pPr>
        <w:jc w:val="right"/>
      </w:pPr>
      <w:r>
        <w:t>اس کو واضح کریں۔ بھائی، یہ اس کی تو کتابوں میں، اس کی یہ تو کوئی ایک technical سوال ہے۔</w:t>
      </w:r>
    </w:p>
    <w:p>
      <w:r>
        <w:rPr>
          <w:b/>
        </w:rPr>
        <w:t xml:space="preserve">[1:08:25] </w:t>
      </w:r>
      <w:r>
        <w:t>yeh jo aap farma rahe hain ke technical sawal hai,</w:t>
      </w:r>
    </w:p>
    <w:p>
      <w:pPr>
        <w:jc w:val="right"/>
      </w:pPr>
      <w:r>
        <w:t>یہ جو آپ فرما رہے ہیں کہ technical سوال ہے،</w:t>
      </w:r>
    </w:p>
    <w:p>
      <w:r>
        <w:rPr>
          <w:b/>
        </w:rPr>
        <w:t xml:space="preserve">[1:08:30] </w:t>
      </w:r>
      <w:r>
        <w:t>jo tareekh hai, yahudiyon ki tareekh, us mein yeh hai ke un ke aqeeday ke mutabiq zibah jo hain woh ismail nahi hain balke ishaq hain.</w:t>
      </w:r>
    </w:p>
    <w:p>
      <w:pPr>
        <w:jc w:val="right"/>
      </w:pPr>
      <w:r>
        <w:t>جو تاریخ ہے، یہودیوں کی تاریخ، اس میں یہ ہے کہ ان کے عقیدے کے مطابق ذبیح جو ہیں وہ اسماعیل نہیں ہیں بلکہ اسحاق ہیں۔</w:t>
      </w:r>
    </w:p>
    <w:p>
      <w:r>
        <w:rPr>
          <w:b/>
        </w:rPr>
        <w:t xml:space="preserve">[1:08:41] </w:t>
      </w:r>
      <w:r>
        <w:t>aap jante hain ke hazrat ibrahim ke do bete the, ismail aur ishaq. to aam musalman mante hain zibah hazrat ismail ko, yahudi mante hain hazrat ishaq ko.</w:t>
      </w:r>
    </w:p>
    <w:p>
      <w:pPr>
        <w:jc w:val="right"/>
      </w:pPr>
      <w:r>
        <w:t>آپ جانتے ہیں کہ حضرت ابراہیم کے دو بیٹے تھے، اسماعیل اور اسحاق۔ تو عام مسلمان مانتے ہیں ذبیح حضرت اسماعیل کو، یہودی مانتے ہیں حضرت اسحاق کو۔</w:t>
      </w:r>
    </w:p>
    <w:p>
      <w:r>
        <w:rPr>
          <w:b/>
        </w:rPr>
        <w:t xml:space="preserve">[1:08:52] </w:t>
      </w:r>
      <w:r>
        <w:t>musalmanon mein bhi baz afraad, mislan imam razi jo hain, woh ishaq ko zibah mante hain.</w:t>
      </w:r>
    </w:p>
    <w:p>
      <w:pPr>
        <w:jc w:val="right"/>
      </w:pPr>
      <w:r>
        <w:t>مسلمانوں میں بھی بعض افراد، مثلاً امام رازی جو ہیں، وہ اسحاق کو ذبیح مانتے ہیں۔</w:t>
      </w:r>
    </w:p>
    <w:p>
      <w:r>
        <w:rPr>
          <w:b/>
        </w:rPr>
        <w:t xml:space="preserve">[1:08:58] </w:t>
      </w:r>
      <w:r>
        <w:t>jo mashhoor mufassir jo hain, imam razi. to yahudi aqeeday ke mutabiq hazrat ibrahim ne apne bete ishaq ko ek chattan par zibah karne ke liye lataya tha.</w:t>
      </w:r>
    </w:p>
    <w:p>
      <w:pPr>
        <w:jc w:val="right"/>
      </w:pPr>
      <w:r>
        <w:t>جو مشہور مفسر جو ہیں، امام رازی۔ تو یہودی عقیدے کے مطابق حضرت ابراہیم نے اپنے بیٹے اسحاق کو ایک چٹان پر ذبح کرنے کے لیے لٹایا تھا۔</w:t>
      </w:r>
    </w:p>
    <w:p>
      <w:r>
        <w:rPr>
          <w:b/>
        </w:rPr>
        <w:t xml:space="preserve">[1:09:14] </w:t>
      </w:r>
      <w:r>
        <w:t>woh bari si chokor chattan hai, woh mein ne dekha hai wahan par, us par lataya tha.</w:t>
      </w:r>
    </w:p>
    <w:p>
      <w:pPr>
        <w:jc w:val="right"/>
      </w:pPr>
      <w:r>
        <w:t>وہ بڑی سی چوکور چٹان ہے، وہ میں نے دیکھا ہے وہاں پر، اس پر لٹایا تھا۔</w:t>
      </w:r>
    </w:p>
    <w:p>
      <w:r>
        <w:rPr>
          <w:b/>
        </w:rPr>
        <w:t xml:space="preserve">[1:09:21] </w:t>
      </w:r>
      <w:r>
        <w:t>to is bana par woh chattan muqaddas ho gayi. aur is muqaddas jagah ko unhone apne qibla banaya.</w:t>
      </w:r>
    </w:p>
    <w:p>
      <w:pPr>
        <w:jc w:val="right"/>
      </w:pPr>
      <w:r>
        <w:t>تو اس بنا پر وہ چٹان مقدس ہو گئی۔ اور اس مقدس جگہ کو انہوں نے اپنے قبلہ بنایا۔</w:t>
      </w:r>
    </w:p>
    <w:p>
      <w:r>
        <w:rPr>
          <w:b/>
        </w:rPr>
        <w:t xml:space="preserve">[1:09:32] </w:t>
      </w:r>
      <w:r>
        <w:t>ab yeh baat tareekh mein likhi hui nahi, jahan tak mein janta hoon ke Allah ne hukum diya tha ke unhone khud banaya tha. lekin qiyasan Allah ne hukum diya hoga ke us ko qibla banao apna.</w:t>
      </w:r>
    </w:p>
    <w:p>
      <w:pPr>
        <w:jc w:val="right"/>
      </w:pPr>
      <w:r>
        <w:t>اب یہ بات تاریخ میں لکھی ہوئی نہیں، جہاں تک میں جانتا ہوں کہ اللہ نے حکم دیا تھا کہ انہوں نے خود بنایا تھا۔ لیکن قیاساً اللہ نے حکم دیا ہوگا کہ اس کو قبلہ بناؤ اپنا۔</w:t>
      </w:r>
    </w:p>
    <w:p>
      <w:r>
        <w:rPr>
          <w:b/>
        </w:rPr>
        <w:t xml:space="preserve">[1:09:45] </w:t>
      </w:r>
      <w:r>
        <w:t>lekin yeh yaqini hai ke masjid aqsa yahudi qibla</w:t>
      </w:r>
    </w:p>
    <w:p>
      <w:pPr>
        <w:jc w:val="right"/>
      </w:pPr>
      <w:r>
        <w:t>لیکن یہ یقینی ہے کہ مسجد اقصیٰ یہودی قبلہ</w:t>
      </w:r>
    </w:p>
    <w:p>
      <w:r>
        <w:rPr>
          <w:b/>
        </w:rPr>
        <w:t xml:space="preserve">[1:09:49] </w:t>
      </w:r>
      <w:r>
        <w:t>nahi tha. yahudi qibla tha qubat al-sakhra. molana, agla sawal idrees sahab ne kiya hai raipur se.</w:t>
      </w:r>
    </w:p>
    <w:p>
      <w:pPr>
        <w:jc w:val="right"/>
      </w:pPr>
      <w:r>
        <w:t>نہیں تھا۔ یہودی قبلہ تھا قبت السخرا۔ مولانا، اگلا سوال ادریس صاحب نے کیا ہے رائے پور سے۔</w:t>
      </w:r>
    </w:p>
    <w:p>
      <w:r>
        <w:rPr>
          <w:b/>
        </w:rPr>
        <w:t xml:space="preserve">[1:10:01] </w:t>
      </w:r>
      <w:r>
        <w:t>aur unhone unhone likha hai ke In today's lecture, it was mentioned that rather than social activities, efforts should be put for education.</w:t>
      </w:r>
    </w:p>
    <w:p>
      <w:pPr>
        <w:jc w:val="right"/>
      </w:pPr>
      <w:r>
        <w:t>اور انہوں نے انہوں نے لکھا ہے کہ In today's lecture, it was mentioned that rather than social activities, efforts should be put for education.</w:t>
      </w:r>
    </w:p>
    <w:p>
      <w:r>
        <w:rPr>
          <w:b/>
        </w:rPr>
        <w:t xml:space="preserve">[1:10:14] </w:t>
      </w:r>
      <w:r>
        <w:t>Importance of education is also highlighted in Hadith, but traditional Muslims argue that it refers to Islamic education.</w:t>
      </w:r>
    </w:p>
    <w:p>
      <w:pPr>
        <w:jc w:val="right"/>
      </w:pPr>
      <w:r>
        <w:t>Importance of education is also highlighted in Hadith, but traditional Muslims argue that it refers to Islamic education.</w:t>
      </w:r>
    </w:p>
    <w:p>
      <w:r>
        <w:rPr>
          <w:b/>
        </w:rPr>
        <w:t xml:space="preserve">[1:10:25] </w:t>
      </w:r>
      <w:r>
        <w:t>Please advise, what if the word education here means only Islamic education or does it have a wider scope and includes scientific, moral, English language, secular and religious education, etc.?</w:t>
      </w:r>
    </w:p>
    <w:p>
      <w:pPr>
        <w:jc w:val="right"/>
      </w:pPr>
      <w:r>
        <w:t>Please advise, what if the word education here means only Islamic education or does it have a wider scope and includes scientific, moral, English language, secular and religious education, etc.?</w:t>
      </w:r>
    </w:p>
    <w:p>
      <w:r>
        <w:rPr>
          <w:b/>
        </w:rPr>
        <w:t xml:space="preserve">[1:10:43] </w:t>
      </w:r>
      <w:r>
        <w:t>dekhen, yani deeni taleem zahir hai ke bohat zaroori hai. woh koi us ko inkar nahi kar sakta. lekin mein ek ayat batata hoon aap ko, ja kar quran khol kar parhiye ga us ko.</w:t>
      </w:r>
    </w:p>
    <w:p>
      <w:pPr>
        <w:jc w:val="right"/>
      </w:pPr>
      <w:r>
        <w:t>دیکھیں، یعنی دینی تعلیم ظاہر ہے کہ بہت ضروری ہے۔ وہ کوئی اس کو انکار نہیں کر سکتا۔ لیکن میں ایک آیت بتاتا ہوں آپ کو، جا کر قرآن کھول کر پڑھئے گا اس کو۔</w:t>
      </w:r>
    </w:p>
    <w:p>
      <w:r>
        <w:rPr>
          <w:b/>
        </w:rPr>
        <w:t xml:space="preserve">[1:10:54] </w:t>
      </w:r>
      <w:r>
        <w:t>dekhen, quran ki surah fatir, f-a-l-f-t-r. quran ki surah fatir mein ayat number 27-28 parhiye aap.</w:t>
      </w:r>
    </w:p>
    <w:p>
      <w:pPr>
        <w:jc w:val="right"/>
      </w:pPr>
      <w:r>
        <w:t>دیکھیں، قرآن کی سورہ فاطر، ف-ا-ل-ف-ت-ر۔ قرآن کی سورہ فاطر میں آیت نمبر 27-28 پڑھئے آپ۔</w:t>
      </w:r>
    </w:p>
    <w:p>
      <w:r>
        <w:rPr>
          <w:b/>
        </w:rPr>
        <w:t xml:space="preserve">[1:11:05] </w:t>
      </w:r>
      <w:r>
        <w:t>fatir, 27-28</w:t>
      </w:r>
    </w:p>
    <w:p>
      <w:pPr>
        <w:jc w:val="right"/>
      </w:pPr>
      <w:r>
        <w:t>فاطر، 27-28</w:t>
      </w:r>
    </w:p>
    <w:p>
      <w:r>
        <w:rPr>
          <w:b/>
        </w:rPr>
        <w:t xml:space="preserve">[1:11:08] </w:t>
      </w:r>
      <w:r>
        <w:t>woh yeh hai ke wa amr al-jibali judadun bidun humurun mukhtalifun alwanuha wa gharabiyun busutun innama yakhsha allaha min al-abadi al-alwanu</w:t>
      </w:r>
    </w:p>
    <w:p>
      <w:pPr>
        <w:jc w:val="right"/>
      </w:pPr>
      <w:r>
        <w:t>۔ وہ یہ ہے کہ وَأَمْرَ الْجَبَالَ جُدَدٌ بِيْدٍ حُمُرٌ مُخْتَلِفٌ أَلْوَانْهَا وَغَرَابِي بَسُوطٌ إِنَّمَا يَخْشَى اللَّهَ مِنْ الْعَبَادِ الْأَلَوْنَ</w:t>
      </w:r>
    </w:p>
    <w:p>
      <w:r>
        <w:rPr>
          <w:b/>
        </w:rPr>
        <w:t xml:space="preserve">[1:11:25] </w:t>
      </w:r>
      <w:r>
        <w:t>ayat ka matlab yeh hai ke pahadon mein kai kai rang ke pahad hote hain. safed bhi, kale bhi, lal bhi. yeh phenomena bataya gaya.</w:t>
      </w:r>
    </w:p>
    <w:p>
      <w:pPr>
        <w:jc w:val="right"/>
      </w:pPr>
      <w:r>
        <w:t>آیت کا مطلب یہ ہے کہ پہاڑوں میں کئی کئی رنگ کے پہاڑ ہوتے ہیں۔ سفید بھی، کالے بھی، لال بھی۔ یہ فینامینا بتایا گیا۔</w:t>
      </w:r>
    </w:p>
    <w:p>
      <w:r>
        <w:rPr>
          <w:b/>
        </w:rPr>
        <w:t xml:space="preserve">[1:11:37] </w:t>
      </w:r>
      <w:r>
        <w:t>yani pahaar ka yeh phenomenon. is ke baad farmate hain ke innama yakhshallaaha min ibaadil ulamaa Allah se darte hain sirf ulama.</w:t>
      </w:r>
    </w:p>
    <w:p>
      <w:pPr>
        <w:jc w:val="right"/>
      </w:pPr>
      <w:r>
        <w:t>یعنی پہاڑ کا یہ فینامینا۔ اس کے بعد فرماتے ہیں کہ إِنَّمَا يَخْشَى اللَّهَ مِنْ عِبَادِ الْعُلَمَاءِ اللہ سے ڈرتے ہیں صرف علماء۔</w:t>
      </w:r>
    </w:p>
    <w:p>
      <w:r>
        <w:rPr>
          <w:b/>
        </w:rPr>
        <w:t xml:space="preserve">[1:11:48] </w:t>
      </w:r>
      <w:r>
        <w:t>is context mein ulama se muraad aalim al jibaal hai. koi doosra matlab nahi ho sakta. aalim al fiqh nahi le sakte aap is ka matlab aap.</w:t>
      </w:r>
    </w:p>
    <w:p>
      <w:pPr>
        <w:jc w:val="right"/>
      </w:pPr>
      <w:r>
        <w:t>اس کانٹیکسٹ میں علماء سے مراد عالم الجبال ہے۔ کوئی دوسرا مطلب نہیں ہو سکتا۔ عالم الفقہ نہیں لے سکتے آپ اس کا مطلب آپ۔</w:t>
      </w:r>
    </w:p>
    <w:p>
      <w:r>
        <w:rPr>
          <w:b/>
        </w:rPr>
        <w:t xml:space="preserve">[1:12:02] </w:t>
      </w:r>
      <w:r>
        <w:t>yahan aap yeh nahi le sakte ke jo fiqh ka aalim ho, yeh nahi le sakte aap. kyunke wahan par jo jo is ka jo context hai, woh yeh hai ke wahan pahaadon ko refer kar ke keh rahe hain ke jo jo ilm wale hain, woh wahi Allah se darte hain.</w:t>
      </w:r>
    </w:p>
    <w:p>
      <w:pPr>
        <w:jc w:val="right"/>
      </w:pPr>
      <w:r>
        <w:t>یہاں آپ یہ نہیں لے سکتے کہ جو فقہ کا عالم ہو، یہ نہیں لے سکتے آپ۔ کیونکہ وہاں پر جو جو اس کا جو کانٹیکسٹ ہے، وہ یہ ہے کہ وہاں پہاڑوں کو ریفر کر کے کہہ رہے ہیں کہ جو جو علم والے ہیں، وہ وہی اللہ سے ڈرتے ہیں۔</w:t>
      </w:r>
    </w:p>
    <w:p>
      <w:r>
        <w:rPr>
          <w:b/>
        </w:rPr>
        <w:t xml:space="preserve">[1:12:23] </w:t>
      </w:r>
      <w:r>
        <w:t>yani matlab jo jo is raat ko jaane ke Allah ne kis tarah zameen banai, kis tarah pahaad banaya, kis tarah pahaadon mein tabqaat hote hain waghera waghera. to is se saabit hota hai ke ilm deen apni jagah bilashuba aham hai, lekin doosre jo uloom hain, jo insaan ke liye mufeed hain, woh bhi lazman Islam mein daakhil hain.</w:t>
      </w:r>
    </w:p>
    <w:p>
      <w:pPr>
        <w:jc w:val="right"/>
      </w:pPr>
      <w:r>
        <w:t>یعنی مطلب جو جو اس رات کو جانے کہ اللہ نے کس طرح زمین بنائی، کس طرح پہاڑ بنایا، کس طرح پہاڑوں میں طبقات ہوتے ہیں وغیرہ وغیرہ۔ تو اس سے ثابت ہوتا ہے کہ علم دین اپنی جگہ بلاشبہ اہم ہے، لیکن دوسرے جو علوم ہیں، جو انسان کے لیے مفید ہیں، وہ بھی لازماً اسلام میں داخل ہیں۔</w:t>
      </w:r>
    </w:p>
    <w:p>
      <w:r>
        <w:rPr>
          <w:b/>
        </w:rPr>
        <w:t xml:space="preserve">[1:12:43] </w:t>
      </w:r>
      <w:r>
        <w:t>woh Islam se bahar nahi hain.</w:t>
      </w:r>
    </w:p>
    <w:p>
      <w:pPr>
        <w:jc w:val="right"/>
      </w:pPr>
      <w:r>
        <w:t>وہ اسلام سے باہر نہیں ہیں۔</w:t>
      </w:r>
    </w:p>
    <w:p>
      <w:r>
        <w:rPr>
          <w:b/>
        </w:rPr>
        <w:t xml:space="preserve">[1:12:48] </w:t>
      </w:r>
      <w:r>
        <w:t>Maulana, agla sawal Dr. Saleema Siddiqui ne kiya hai Delhi se. aur unhone likha hai ke Please comment on this fact that if Muslims had finally succeeded after a long and hard struggle to carve out a separate land for themselves and lead a religious life, then why is it that all the Pakistanis leave Pakistan at the very first opportunity available to them?</w:t>
      </w:r>
    </w:p>
    <w:p>
      <w:pPr>
        <w:jc w:val="right"/>
      </w:pPr>
      <w:r>
        <w:t>مولانا، اگلا سوال ڈاکٹر مسلمہ صدیقی نے کیا ہے دلی سے۔ اور انہوں نے لکھا ہے کہ Please comment on this fact that if Muslims had finally succeeded after a long and hard struggle to carve out a separate land for themselves and lead a religious life, then why is it that all the Pakistanis leave Pakistan at the very first opportunity available to them?</w:t>
      </w:r>
    </w:p>
    <w:p>
      <w:r>
        <w:rPr>
          <w:b/>
        </w:rPr>
        <w:t xml:space="preserve">[1:13:16] </w:t>
      </w:r>
      <w:r>
        <w:t>dekhen, Pakistan banwaya gaya tha mazhab ke naam par, lekin is ka mazhab se koi ta'alluq nahi tha. woh to ek jazbati qaumiyat, yani qaumiyat bhi nahi thi.</w:t>
      </w:r>
    </w:p>
    <w:p>
      <w:pPr>
        <w:jc w:val="right"/>
      </w:pPr>
      <w:r>
        <w:t>دیکھیں، پاکستان بنوایا گیا تھا مذہب کے نام پر، لیکن اس کا مذہب سے کوئی تعلق نہیں تھا۔ وہ تو ایک جذباتی قومیت، یعنی قومیت بھی نہیں تھی۔</w:t>
      </w:r>
    </w:p>
    <w:p>
      <w:r>
        <w:rPr>
          <w:b/>
        </w:rPr>
        <w:t xml:space="preserve">[1:13:26] </w:t>
      </w:r>
      <w:r>
        <w:t>is</w:t>
      </w:r>
    </w:p>
    <w:p>
      <w:pPr>
        <w:jc w:val="right"/>
      </w:pPr>
      <w:r>
        <w:t>اس</w:t>
      </w:r>
    </w:p>
    <w:p>
      <w:r>
        <w:rPr>
          <w:b/>
        </w:rPr>
        <w:t xml:space="preserve">[1:13:30] </w:t>
      </w:r>
      <w:r>
        <w:t>ka mazhab se koi ta'alluq nahi, Islam se koi ta'alluq nahi. to wahan jo gaye log, bhaag bhaag kar ke, dekha ke Pakistan mein zyada mawaqe nahi hain aur Europe mein zyada mawaqe hain, America mein zyada mawaqe hain, to wahan bhaag bhaag gaye.</w:t>
      </w:r>
    </w:p>
    <w:p>
      <w:pPr>
        <w:jc w:val="right"/>
      </w:pPr>
      <w:r>
        <w:t>کا مذہب سے کوئی تعلق نہیں، اسلام سے کوئی تعلق نہیں۔ تو وہاں جو گئے لوگ، بھاگ بھاگ کر کے، دیکھا کہ پاکستان میں زیادہ مواقع نہیں ہیں اور یورپ میں زیادہ مواقع ہیں، امریکہ میں زیادہ مواقع ہیں، تو وہاں بھاگ بھاگ گئے۔</w:t>
      </w:r>
    </w:p>
    <w:p>
      <w:r>
        <w:rPr>
          <w:b/>
        </w:rPr>
        <w:t xml:space="preserve">[1:13:43] </w:t>
      </w:r>
      <w:r>
        <w:t>kyunke koi zehan to barabar tha nahi.</w:t>
      </w:r>
    </w:p>
    <w:p>
      <w:pPr>
        <w:jc w:val="right"/>
      </w:pPr>
      <w:r>
        <w:t>کیونکہ کوئی ذہن تو برابر تھا نہیں۔</w:t>
      </w:r>
    </w:p>
    <w:p>
      <w:r>
        <w:rPr>
          <w:b/>
        </w:rPr>
        <w:t xml:space="preserve">[1:13:47] </w:t>
      </w:r>
      <w:r>
        <w:t>na Pakistan banne se pehle, na Pakistan banne ke baad, un ke andar koi deeni zehan tha. deeni zehan ka matlab hai ke dawat Allah ka kaam karne ka zehan.</w:t>
      </w:r>
    </w:p>
    <w:p>
      <w:pPr>
        <w:jc w:val="right"/>
      </w:pPr>
      <w:r>
        <w:t>نہ پاکستان بننے سے پہلے، نہ پاکستان بننے کے بعد، ان کے اندر کوئی دینی ذہن تھا۔ دینی ذہن کا مطلب ہے کہ دعوت اللہ کا کام کرنے کا ذہن۔</w:t>
      </w:r>
    </w:p>
    <w:p>
      <w:r>
        <w:rPr>
          <w:b/>
        </w:rPr>
        <w:t xml:space="preserve">[1:13:56] </w:t>
      </w:r>
      <w:r>
        <w:t>mislan, yeh tha hi nahi. woh to, yani un ka maadi zehan pehle bhi tha, maadi zehan ab bhi tha. yani pre Pakistan bhi maadi zehan tha, post Pakistani maadi zehan tha.</w:t>
      </w:r>
    </w:p>
    <w:p>
      <w:pPr>
        <w:jc w:val="right"/>
      </w:pPr>
      <w:r>
        <w:t>مثلاً، یہ تھا ہی نہیں۔ وہ تو، یعنی ان کا مادی ذہن پہلے بھی تھا، مادی ذہن اب بھی تھا۔ یعنی پری پاکستان بھی مادی ذہن تھا، پوسٹ پاکستانی مادی ذہن تھا۔</w:t>
      </w:r>
    </w:p>
    <w:p>
      <w:r>
        <w:rPr>
          <w:b/>
        </w:rPr>
        <w:t xml:space="preserve">[1:14:12] </w:t>
      </w:r>
      <w:r>
        <w:t>to jahan dekha ke jahan kamai hai, wahan bhaag bhaag rahe hain.</w:t>
      </w:r>
    </w:p>
    <w:p>
      <w:pPr>
        <w:jc w:val="right"/>
      </w:pPr>
      <w:r>
        <w:t>تو جہاں دیکھا کہ جہاں کمائی ہے، وہاں بھاگ بھاگ رہے ہیں۔</w:t>
      </w:r>
    </w:p>
    <w:p>
      <w:r>
        <w:rPr>
          <w:b/>
        </w:rPr>
        <w:t xml:space="preserve">[1:14:16] </w:t>
      </w:r>
      <w:r>
        <w:t>Pakistan ka yeh yeh to naarah sirf tha ke Pakistan ka matlab La Ilaha Illallah. yeh sirf naarah tha, is ka Islam se koi ta'alluq nahi tha. aur dekhen, yeh bid'at hai.</w:t>
      </w:r>
    </w:p>
    <w:p>
      <w:pPr>
        <w:jc w:val="right"/>
      </w:pPr>
      <w:r>
        <w:t>پاکستان کا یہ یہ تو نعرہ صرف تھا کہ پاکستان کا مطلب لا الہ الا اللہ۔ یہ صرف نعرہ تھا، اس کا اسلام سے کوئی تعلق نہیں تھا۔ اور دیکھیں، یہ بدعت ہے۔</w:t>
      </w:r>
    </w:p>
    <w:p>
      <w:r>
        <w:rPr>
          <w:b/>
        </w:rPr>
        <w:t xml:space="preserve">[1:14:27] </w:t>
      </w:r>
      <w:r>
        <w:t>kyunke mazhab ke naam par koi ilaqa alag karwana, yeh to kisi paighambar ne nahi kiya. Rasool Allah ne, Sahaba ne aisa kabhi bhi nahi kiya ke Islam ke naam par kahein ke hum ko itna hissa baant kar do.</w:t>
      </w:r>
    </w:p>
    <w:p>
      <w:pPr>
        <w:jc w:val="right"/>
      </w:pPr>
      <w:r>
        <w:t>کیونکہ مذہب کے نام پر کوئی علاقہ الگ کروانا، یہ تو کسی پیغمبر نے نہیں کیا۔ رسول اللہ نے، صحابہ نے ایسا کبھی بھی نہیں کیا کہ اسلام کے نام پر کہیں کہ ہم کو اتنا حصہ بانٹ کر دو۔</w:t>
      </w:r>
    </w:p>
    <w:p>
      <w:r>
        <w:rPr>
          <w:b/>
        </w:rPr>
        <w:t xml:space="preserve">[1:14:41] </w:t>
      </w:r>
      <w:r>
        <w:t>yeh to ek is qism ki siyasat to is ka Islam se koi ta'alluq nahi hai.</w:t>
      </w:r>
    </w:p>
    <w:p>
      <w:pPr>
        <w:jc w:val="right"/>
      </w:pPr>
      <w:r>
        <w:t>یہ تو ایک اس قسم کی سیاست تو اس کا اسلام سے کوئی تعلق نہیں ہے۔</w:t>
      </w:r>
    </w:p>
    <w:p>
      <w:r>
        <w:rPr>
          <w:b/>
        </w:rPr>
        <w:t xml:space="preserve">[1:14:47] </w:t>
      </w:r>
      <w:r>
        <w:t>taqseem ki siyasat bilashuba is ka Islam se koi ta'alluq nahi hai. yani parties of partition, is ka Islam se koi ta'alluq nahi hai.</w:t>
      </w:r>
    </w:p>
    <w:p>
      <w:pPr>
        <w:jc w:val="right"/>
      </w:pPr>
      <w:r>
        <w:t>تقسیم کی سیاست بلاشبہ اس کا اسلام سے کوئی تعلق نہیں ہے۔ یعنی پارٹیز آف پارٹیشن، اس کا اسلام سے کوئی تعلق نہیں ہے۔</w:t>
      </w:r>
    </w:p>
    <w:p>
      <w:r>
        <w:rPr>
          <w:b/>
        </w:rPr>
        <w:t xml:space="preserve">[1:14:55] </w:t>
      </w:r>
      <w:r>
        <w:t>to jab Islam se ta'alluq hi is ka nahi hai, to wahan Islam kahan se aaye ga? jab parties of partition jo hain, it itself was unislamic, to kaise mumkin hai ke wahan Islam aa jaye?</w:t>
      </w:r>
    </w:p>
    <w:p>
      <w:pPr>
        <w:jc w:val="right"/>
      </w:pPr>
      <w:r>
        <w:t>تو جب اسلام سے تعلق ہی اس کا نہیں ہے، تو وہاں اسلام کہاں سے آئے گا؟ جب پارٹیز آف پارٹیشن جو ہیں، اٹ سیلف واز ان اسلامک، تو کیسے ممکن ہے کہ وہاں اسلام آ جائے؟</w:t>
      </w:r>
    </w:p>
    <w:p>
      <w:r>
        <w:rPr>
          <w:b/>
        </w:rPr>
        <w:t xml:space="preserve">[1:15:09] </w:t>
      </w:r>
      <w:r>
        <w:t>to yeh to ek ek hungama tha, is ka koi ta'alluq aqal se bhi nahi tha.</w:t>
      </w:r>
    </w:p>
    <w:p>
      <w:pPr>
        <w:jc w:val="right"/>
      </w:pPr>
      <w:r>
        <w:t>تو یہ تو ایک ایک ہنگامہ تھا، اس کا کوئی تعلق عقل سے بھی نہیں تھا۔</w:t>
      </w:r>
    </w:p>
    <w:p>
      <w:r>
        <w:rPr>
          <w:b/>
        </w:rPr>
        <w:t xml:space="preserve">[1:15:15] </w:t>
      </w:r>
      <w:r>
        <w:t>Islam to bohat door ki baat hai. aaj dekhen, Pakistan ek failed state hai. failed state hai woh. is se zyada tar harkatein India mein hui hain.</w:t>
      </w:r>
    </w:p>
    <w:p>
      <w:pPr>
        <w:jc w:val="right"/>
      </w:pPr>
      <w:r>
        <w:t>اسلام تو بہت دور کی بات ہے۔ آج دیکھیں، پاکستان ایک فیلڈ اسٹیٹ ہے۔ فیلڈ اسٹیٹ ہے وہ۔ اس سے زیادہ تر حرکتیں انڈیا میں ہوئی ہیں۔</w:t>
      </w:r>
    </w:p>
    <w:p>
      <w:r>
        <w:rPr>
          <w:b/>
        </w:rPr>
        <w:t xml:space="preserve">[1:15:28] </w:t>
      </w:r>
      <w:r>
        <w:t>to yeh is ka ta'alluq na to Pakistan, is ka ta'alluq na to Islam se hai, na aqal se hai. yeh ek jazbati hungama tha, pehle bhi aur ab bhi hai.</w:t>
      </w:r>
    </w:p>
    <w:p>
      <w:pPr>
        <w:jc w:val="right"/>
      </w:pPr>
      <w:r>
        <w:t>تو یہ اس کا تعلق نہ تو پاکستان، اس کا تعلق نہ تو اسلام سے ہے، نہ عقل سے ہے۔ یہ ایک جذباتی ہنگامہ تھا، پہلے بھی اور اب بھی ہے۔</w:t>
      </w:r>
    </w:p>
    <w:p>
      <w:r>
        <w:rPr>
          <w:b/>
        </w:rPr>
        <w:t xml:space="preserve">[1:15:40] </w:t>
      </w:r>
      <w:r>
        <w:t>Maulana, agla sawal Dr. Fareeda Khanam ne Delhi se kiya hai. aur unhone likha hai ke Muslims do not raise any objection to the relocation of masjid in Arab countries, but they do not accept the same principle for India.</w:t>
      </w:r>
    </w:p>
    <w:p>
      <w:pPr>
        <w:jc w:val="right"/>
      </w:pPr>
      <w:r>
        <w:t>مولانا، اگلا سوال ڈاکٹر فریدہ خانم نے دلی سے کیا ہے۔ اور انہوں نے لکھا ہے کہ Muslims do not raise any objection to the relocation of مسجد in Arab countries, but they do not accept the same principle for India.</w:t>
      </w:r>
    </w:p>
    <w:p>
      <w:r>
        <w:rPr>
          <w:b/>
        </w:rPr>
        <w:t xml:space="preserve">[1:15:56] </w:t>
      </w:r>
      <w:r>
        <w:t>Why is this difference in their attitude? is zamane mein maine likha tha is par article.</w:t>
      </w:r>
    </w:p>
    <w:p>
      <w:pPr>
        <w:jc w:val="right"/>
      </w:pPr>
      <w:r>
        <w:t>Why is this difference in their attitude? اس زمانے میں میں نے لکھا تھا اس پر آرٹیکل۔</w:t>
      </w:r>
    </w:p>
    <w:p>
      <w:r>
        <w:rPr>
          <w:b/>
        </w:rPr>
        <w:t xml:space="preserve">[1:16:04] </w:t>
      </w:r>
      <w:r>
        <w:t>to Hindustan ke jo yeh jo is zamane mein jo aa gaye the Babri Masjid ke tehreek mein, unhone kaha ke woh Arab wale Arab jaane.</w:t>
      </w:r>
    </w:p>
    <w:p>
      <w:pPr>
        <w:jc w:val="right"/>
      </w:pPr>
      <w:r>
        <w:t>تو ہندوستان کے جو یہ جو اس زمانے میں جو آگئے تھے بابری مسجد کے تحریک میں، انہوں نے کہا کہ وہ عرب والے عرب جانے۔</w:t>
      </w:r>
    </w:p>
    <w:p>
      <w:r>
        <w:rPr>
          <w:b/>
        </w:rPr>
        <w:t xml:space="preserve">[1:16:17] </w:t>
      </w:r>
      <w:r>
        <w:t>hum hum yahan India mein, hamara Islam, hamara yani India mein in ka Islam alag hai, Arab wale in ka Islam alag hai.</w:t>
      </w:r>
    </w:p>
    <w:p>
      <w:pPr>
        <w:jc w:val="right"/>
      </w:pPr>
      <w:r>
        <w:t>ہم ہم یہاں انڈیا میں، ہمارا اسلام، ہمارا یعنی انڈیا میں ان کا اسلام الگ ہے، عرب والے ان کا اسلام الگ ہے۔</w:t>
      </w:r>
    </w:p>
    <w:p>
      <w:r>
        <w:rPr>
          <w:b/>
        </w:rPr>
        <w:t xml:space="preserve">[1:16:27] </w:t>
      </w:r>
      <w:r>
        <w:t>yeh kitni imkan jawab hai yeh. yeh koi jawab hai ke arab ka islam jo bhi ho, hamara islam alag hai.</w:t>
      </w:r>
    </w:p>
    <w:p>
      <w:pPr>
        <w:jc w:val="right"/>
      </w:pPr>
      <w:r>
        <w:t>یہ کتنی امکان جواب ہے یہ۔ یہ کوئی جواب ہے کہ عرب کا اسلام جو بھی ہو، ہمارا اسلام الگ ہے۔</w:t>
      </w:r>
    </w:p>
    <w:p>
      <w:r>
        <w:rPr>
          <w:b/>
        </w:rPr>
        <w:t xml:space="preserve">[1:16:37] </w:t>
      </w:r>
      <w:r>
        <w:t>toh is ke koi logic nahi, koi is ki koi daleel nahi, kuch bhi nahi. yeh ek ek ek hadd dharmi ki baat hai.</w:t>
      </w:r>
    </w:p>
    <w:p>
      <w:pPr>
        <w:jc w:val="right"/>
      </w:pPr>
      <w:r>
        <w:t>تو اس کے کوئی لاجک نہیں، کوئی اس کی کوئی دلیل نہیں، کچھ بھی نہیں۔ یہ ایک ایک ایک ہٹ دھرمی کی بات ہے۔</w:t>
      </w:r>
    </w:p>
    <w:p>
      <w:r>
        <w:rPr>
          <w:b/>
        </w:rPr>
        <w:t xml:space="preserve">[1:16:49] </w:t>
      </w:r>
      <w:r>
        <w:t>is mein toh mein bohat zyada mein yani india mein safar kiya tha, taqreerein ki thi, mazmoon likhe thay. aur koi ek bhi musalman india mein mujhe nahi mila, na ab bhi hai, jo babri masjid ke baray mein sahi maano mein deeni andaaz mein sochta ho.</w:t>
      </w:r>
    </w:p>
    <w:p>
      <w:pPr>
        <w:jc w:val="right"/>
      </w:pPr>
      <w:r>
        <w:t>اس میں تو میں بہت زیادہ میں یعنی انڈیا میں سفر کیا تھا، تقریریں کی تھیں، مضمون لکھے تھے۔ اور کوئی ایک بھی مسلمان انڈیا میں مجھے نہیں ملا، نہ اب بھی ہے، جو بابری مسجد کے بارے میں صحیح معنوں میں دینی انداز میں سوچتا ہو۔</w:t>
      </w:r>
    </w:p>
    <w:p>
      <w:r>
        <w:rPr>
          <w:b/>
        </w:rPr>
        <w:t xml:space="preserve">[1:17:06] </w:t>
      </w:r>
      <w:r>
        <w:t>sirf jazbati sochte hain log. aaj bhi mujhe nahi maloom ke babri masjid ke naam aate hain, bhadak uthte hain. yeh na is ka taluq na islam se hai, na aqal se hai, kisi</w:t>
      </w:r>
    </w:p>
    <w:p>
      <w:pPr>
        <w:jc w:val="right"/>
      </w:pPr>
      <w:r>
        <w:t>صرف جذباتی سوچتے ہیں لوگ۔ آج بھی مجھے نہیں معلوم کہ بابری مسجد کے نام آتے ہیں، بھڑک اٹھتے ہیں۔ یہ نہ اس کا تعلق نہ اسلام سے ہے، نہ عقل سے ہے، کسی</w:t>
      </w:r>
    </w:p>
    <w:p>
      <w:r>
        <w:rPr>
          <w:b/>
        </w:rPr>
        <w:t xml:space="preserve">[1:17:18] </w:t>
      </w:r>
      <w:r>
        <w:t>cheez se nahi. ek jazb, ek toh ek stripped emotionalism hai. emotionalism bhi koi hoti hogi, sahi.</w:t>
      </w:r>
    </w:p>
    <w:p>
      <w:pPr>
        <w:jc w:val="right"/>
      </w:pPr>
      <w:r>
        <w:t>چیز سے نہیں۔ ایک جذب، ایک تو ایک اسٹریپڈ ایموشنلزم ہے۔ ایموشنلزم بھی کوئی ہوتی ہوگی، صحیح۔</w:t>
      </w:r>
    </w:p>
    <w:p>
      <w:r>
        <w:rPr>
          <w:b/>
        </w:rPr>
        <w:t xml:space="preserve">[1:17:27] </w:t>
      </w:r>
      <w:r>
        <w:t>lekin yeh musalmanon ke jo hai, stripped emotionalism hai. koi sar na paye is emotionalism ka.</w:t>
      </w:r>
    </w:p>
    <w:p>
      <w:pPr>
        <w:jc w:val="right"/>
      </w:pPr>
      <w:r>
        <w:t>لیکن یہ مسلمانوں کے جو ہے، اسٹریپڈ ایموشنلزم ہے۔ کوئی سر نہ پائے اس ایموشنلزم کا۔</w:t>
      </w:r>
    </w:p>
    <w:p>
      <w:r>
        <w:rPr>
          <w:b/>
        </w:rPr>
        <w:t xml:space="preserve">[1:17:36] </w:t>
      </w:r>
      <w:r>
        <w:t>maulana, agla sawal bangalore se maulana inayatullah umri sahib ne kiya hai. aur unhon ne likha hai ke maulana, kya sari baatein jo hadith mein aayi hain, un ka taluq aqeeday se hai?</w:t>
      </w:r>
    </w:p>
    <w:p>
      <w:pPr>
        <w:jc w:val="right"/>
      </w:pPr>
      <w:r>
        <w:t>مولانا، اگلا سوال بنگلور سے مولانا عنایت اللہ عمری صاحب نے کیا ہے۔ اور انہوں نے لکھا ہے کہ مولانا، کیا ساری باتیں جو حدیث میں آئیں ہیں، ان کا تعلق عقیدے سے ہے؟</w:t>
      </w:r>
    </w:p>
    <w:p>
      <w:r>
        <w:rPr>
          <w:b/>
        </w:rPr>
        <w:t xml:space="preserve">[1:17:50] </w:t>
      </w:r>
      <w:r>
        <w:t>ya sirf wohi baatein jo quran aur hadith mein mushtarik hain? is ke baray mein batayein.</w:t>
      </w:r>
    </w:p>
    <w:p>
      <w:pPr>
        <w:jc w:val="right"/>
      </w:pPr>
      <w:r>
        <w:t>یا صرف وہی باتیں جو قرآن اور حدیث میں مشترک ہیں؟ اس کے بارے میں بتائیں۔</w:t>
      </w:r>
    </w:p>
    <w:p>
      <w:r>
        <w:rPr>
          <w:b/>
        </w:rPr>
        <w:t xml:space="preserve">[1:17:58] </w:t>
      </w:r>
      <w:r>
        <w:t>dekhein, jo sarahatan jis ko quran o hadith mein, hadith mein bhi aisa mil sakta hai,</w:t>
      </w:r>
    </w:p>
    <w:p>
      <w:pPr>
        <w:jc w:val="right"/>
      </w:pPr>
      <w:r>
        <w:t>دیکھیں، جو صراحتاً جس کو قرآن و حدیث میں، حدیث میں بھی ایسا مل سکتا ہے،</w:t>
      </w:r>
    </w:p>
    <w:p>
      <w:r>
        <w:rPr>
          <w:b/>
        </w:rPr>
        <w:t xml:space="preserve">[1:18:04] </w:t>
      </w:r>
      <w:r>
        <w:t>sarahatan sabit hota ho ke yeh aqeeday ka masla hai, wohi aqeeday ka masla rahega. hum agar apni taraf se banayein is ko aqeeday ka masla toh aqeeday ka masla nahi hoga.</w:t>
      </w:r>
    </w:p>
    <w:p>
      <w:pPr>
        <w:jc w:val="right"/>
      </w:pPr>
      <w:r>
        <w:t>صراحتاً ثابت ہوتا ہو کہ یہ عقیدے کا مسئلہ ہے، وہی عقیدے کا مسئلہ رہے گا۔ ہم اگر اپنی طرف سے بنائیں اس کو عقیدے کا مسئلہ تو عقیدے کا مسئلہ نہیں ہوگا۔</w:t>
      </w:r>
    </w:p>
    <w:p>
      <w:r>
        <w:rPr>
          <w:b/>
        </w:rPr>
        <w:t xml:space="preserve">[1:18:16] </w:t>
      </w:r>
      <w:r>
        <w:t>aqeeday ka masla maani kya hai? yeh bhi mein arz kar doon. aqeeday ka masla woh hai jis ka jis par aap ki akhirat ki kamyabi ka inhisaar ho.</w:t>
      </w:r>
    </w:p>
    <w:p>
      <w:pPr>
        <w:jc w:val="right"/>
      </w:pPr>
      <w:r>
        <w:t>عقیدے کا مسئلہ معنی کیا ہے؟ یہ بھی میں عرض کر دوں۔ عقیدے کا مسئلہ وہ ہے جس کا جس پر آپ کی آخرت کی کامیابی کا انحصار ہو۔</w:t>
      </w:r>
    </w:p>
    <w:p>
      <w:r>
        <w:rPr>
          <w:b/>
        </w:rPr>
        <w:t xml:space="preserve">[1:18:27] </w:t>
      </w:r>
      <w:r>
        <w:t>aqeeday ka masla woh hai.</w:t>
      </w:r>
    </w:p>
    <w:p>
      <w:pPr>
        <w:jc w:val="right"/>
      </w:pPr>
      <w:r>
        <w:t>عقیدے کا مسئلہ وہ ہے۔</w:t>
      </w:r>
    </w:p>
    <w:p>
      <w:r>
        <w:rPr>
          <w:b/>
        </w:rPr>
        <w:t xml:space="preserve">[1:18:30] </w:t>
      </w:r>
      <w:r>
        <w:t>mere nazdeek jo tareef hai aqeeday ke maslay ki, woh yeh hai ke har woh cheez aqeeday ka masla hai jis se aap ki jannat khatray mein padti ho.</w:t>
      </w:r>
    </w:p>
    <w:p>
      <w:pPr>
        <w:jc w:val="right"/>
      </w:pPr>
      <w:r>
        <w:t>میرے نزدیک جو تعریف ہے عقیدے کے مسئلے کی، وہ یہ ہے کہ ہر وہ چیز عقیدے کا مسئلہ ہے جس سے آپ کی جنت خطرے میں پڑتی ہو۔</w:t>
      </w:r>
    </w:p>
    <w:p>
      <w:r>
        <w:rPr>
          <w:b/>
        </w:rPr>
        <w:t xml:space="preserve">[1:18:41] </w:t>
      </w:r>
      <w:r>
        <w:t>woh woh aqeeday ka masla hai. baqi aqeeday ka masla nahi hai. misaal ke taur par agar hum Allah ko do maanein toh hamari jannat nahi milegi hum ko.</w:t>
      </w:r>
    </w:p>
    <w:p>
      <w:pPr>
        <w:jc w:val="right"/>
      </w:pPr>
      <w:r>
        <w:t>وہ وہ عقیدے کا مسئلہ ہے۔ باقی عقیدے کا مسئلہ نہیں ہے۔ مثلاً اگر ہم اللہ کو دو مانیں تو ہماری جنت نہیں ملے گی ہم کو۔</w:t>
      </w:r>
    </w:p>
    <w:p>
      <w:r>
        <w:rPr>
          <w:b/>
        </w:rPr>
        <w:t xml:space="preserve">[1:18:51] </w:t>
      </w:r>
      <w:r>
        <w:t>rasool Allah par maanein ke rasool Allah par nabuwat khatm nahi hui toh hum jannat nahi payenge.</w:t>
      </w:r>
    </w:p>
    <w:p>
      <w:pPr>
        <w:jc w:val="right"/>
      </w:pPr>
      <w:r>
        <w:t>رسول اللہ پر مانیں کہ رسول اللہ پر نبوت ختم نہیں ہوئی تو ہم جنت نہیں پائیں گے۔</w:t>
      </w:r>
    </w:p>
    <w:p>
      <w:r>
        <w:rPr>
          <w:b/>
        </w:rPr>
        <w:t xml:space="preserve">[1:18:56] </w:t>
      </w:r>
      <w:r>
        <w:t>agar hum maanein ke ke yani isi tarah ke jo jin baaton par quran o hadith se sabit ho ke is par hamein hamara yani jannat chhin jayegi hamari, woh aqeeday ka masla hai.</w:t>
      </w:r>
    </w:p>
    <w:p>
      <w:pPr>
        <w:jc w:val="right"/>
      </w:pPr>
      <w:r>
        <w:t>اگر ہم مانیں کہ کہ یعنی اسی طرح کے جو جن باتوں پر قرآن و حدیث سے ثابت ہو کہ اس پر ہمیں ہمارا یعنی جنت چھن جائے گی ہماری، وہ عقیدے کا مسئلہ ہے۔</w:t>
      </w:r>
    </w:p>
    <w:p>
      <w:r>
        <w:rPr>
          <w:b/>
        </w:rPr>
        <w:t xml:space="preserve">[1:19:15] </w:t>
      </w:r>
      <w:r>
        <w:t>misal ke taur par dekhein, sari quran o hadith mein kahin yeh nahi likha hua hai ke tum log apne liye alag mulk banao.</w:t>
      </w:r>
    </w:p>
    <w:p>
      <w:pPr>
        <w:jc w:val="right"/>
      </w:pPr>
      <w:r>
        <w:t>مثال کے طور پر دیکھیں، سارے قرآن و حدیث میں کہیں یہ نہیں لکھا ہوا ہے کہ تم لوگ اپنے لیے الگ ملک بناؤ۔</w:t>
      </w:r>
    </w:p>
    <w:p>
      <w:r>
        <w:rPr>
          <w:b/>
        </w:rPr>
        <w:t xml:space="preserve">[1:19:26] </w:t>
      </w:r>
      <w:r>
        <w:t>toh taqseem ka jo nazariya hai, woh sari quran o hadith mein kahin nahi hai. is liye aqeeday ka masla nahi rahega woh. aise hi quran o hadith mein kahin nahi hai ke ke aye musalmano, tum nizam e mustafa qaim karo.</w:t>
      </w:r>
    </w:p>
    <w:p>
      <w:pPr>
        <w:jc w:val="right"/>
      </w:pPr>
      <w:r>
        <w:t>تو تقسیم کا جو نظریہ ہے، وہ سارے قرآن و حدیث میں کہیں نہیں ہے۔ اس لیے عقیدے کا مسئلہ نہیں رہے گا وہ۔ ایسے ہی قرآن و حدیث میں کہیں نہیں ہے کہ کہ اے مسلمانوں، تم نظام مصطفیٰ قائم کرو۔</w:t>
      </w:r>
    </w:p>
    <w:p>
      <w:r>
        <w:rPr>
          <w:b/>
        </w:rPr>
        <w:t xml:space="preserve">[1:19:38] </w:t>
      </w:r>
      <w:r>
        <w:t>yeh aqeeday ka masla nahi rahega yeh. aise hi kahin bhi nahi hai ke aye musalmano, tum sari dunya mein islami hukumat qaim karo. yeh bhi nahi hai. toh bhi aqeeday ka masla nahi rahega.</w:t>
      </w:r>
    </w:p>
    <w:p>
      <w:pPr>
        <w:jc w:val="right"/>
      </w:pPr>
      <w:r>
        <w:t>یہ عقیدے کا مسئلہ نہیں رہے گا یہ۔ ایسے ہی کہیں بھی نہیں ہے کہ اے مسلمانوں، تم ساری دنیا میں اسلامی حکومت قائم کرو۔ یہ بھی نہیں ہے۔ تو بھی عقیدے کا مسئلہ نہیں رہے گا۔</w:t>
      </w:r>
    </w:p>
    <w:p>
      <w:r>
        <w:rPr>
          <w:b/>
        </w:rPr>
        <w:t xml:space="preserve">[1:19:49] </w:t>
      </w:r>
      <w:r>
        <w:t>toh koi bhi aisi cheez jis ka zikr quran o hadith mein is hesiyat se na ho ke woh kya toh jannat milegi, nahi kiya toh jannat chhin jayegi, woh aqeeday ka masla hai.</w:t>
      </w:r>
    </w:p>
    <w:p>
      <w:pPr>
        <w:jc w:val="right"/>
      </w:pPr>
      <w:r>
        <w:t>تو کوئی بھی ایسی چیز جس کا ذکر قرآن و حدیث میں اس حیثیت سے نہ ہو کہ وہ کیا تو جنت ملے گی، نہیں کیا تو جنت چھن جائے گی، وہ عقیدے کا مسئلہ ہے۔</w:t>
      </w:r>
    </w:p>
    <w:p>
      <w:r>
        <w:rPr>
          <w:b/>
        </w:rPr>
        <w:t xml:space="preserve">[1:20:01] </w:t>
      </w:r>
      <w:r>
        <w:t>apni taraf se hum koi is list mein izafa nahi kar sakte. apni taraf se hum is list mein izafa nahi kar sakte. misaal ke taur par mein agar farz ke ek jhoota aqeedah banaoon ke ke jo log sunday class mein aayein, un ki jannat jannat pakki hai,</w:t>
      </w:r>
    </w:p>
    <w:p>
      <w:pPr>
        <w:jc w:val="right"/>
      </w:pPr>
      <w:r>
        <w:t>اپنی طرف سے ہم کوئی اس لسٹ میں اضافہ نہیں کر سکتے۔ اپنی طرف سے ہم اس لسٹ میں اضافہ نہیں کر سکتے۔ مثلاً میں اگر فرض کے ایک جھوٹا عقیدہ بناؤں کہ کہ جو لوگ سنڈے کلاس میں آئیں، ان کی جنت جنت پکی ہے،</w:t>
      </w:r>
    </w:p>
    <w:p>
      <w:r>
        <w:rPr>
          <w:b/>
        </w:rPr>
        <w:t xml:space="preserve">[1:20:15] </w:t>
      </w:r>
      <w:r>
        <w:t>toh yeh batil qarar payega. kyun? quran o hadith mein kahin aisa likha hua nahi hai ke jo sunday class mein aayega, woh jannati hai. toh yeh yeh yeh yeh jhoota aqeedah hoga agar agar mein aisa banaoon toh.</w:t>
      </w:r>
    </w:p>
    <w:p>
      <w:pPr>
        <w:jc w:val="right"/>
      </w:pPr>
      <w:r>
        <w:t>تو یہ باطل قرار پائے گا۔ کیوں؟ قرآن و حدیث میں کہیں ایسا لکھا ہوا نہیں ہے کہ جو سنڈے کلاس میں آئے گا، وہ جنتی ہے۔ تو یہ یہ یہ یہ جھوٹا عقیدہ ہوگا اگر اگر میں ایسا بناؤں تو۔</w:t>
      </w:r>
    </w:p>
    <w:p>
      <w:r>
        <w:rPr>
          <w:b/>
        </w:rPr>
        <w:t xml:space="preserve">[1:20:28] </w:t>
      </w:r>
      <w:r>
        <w:t>toh achhi tarah samajh lijiye ke aqeeday ka masla sirf woh hai jis ke baray mein quran o hadith se sabit ho jaye ke woh kya toh jannat milegi, woh nahi kiya toh jannat nahi milegi.</w:t>
      </w:r>
    </w:p>
    <w:p>
      <w:pPr>
        <w:jc w:val="right"/>
      </w:pPr>
      <w:r>
        <w:t>تو اچھی طرح سمجھ لیجئے کہ عقیدے کا مسئلہ صرف وہ ہے جس کے بارے میں قرآن و حدیث سے ثابت ہو جائے کہ وہ کیا تو جنت ملے گی، وہ نہیں کیا تو جنت نہیں ملے گی۔</w:t>
      </w:r>
    </w:p>
    <w:p>
      <w:r>
        <w:rPr>
          <w:b/>
        </w:rPr>
        <w:t xml:space="preserve">[1:20:41] </w:t>
      </w:r>
      <w:r>
        <w:t>baqi toh aap hamari bidatein hain. ab agar kisi ko kisi cheez ko add karna hai toh sabit karna padega us ko ke quran o hadith mein yeh likha hua hai.</w:t>
      </w:r>
    </w:p>
    <w:p>
      <w:pPr>
        <w:jc w:val="right"/>
      </w:pPr>
      <w:r>
        <w:t>باقی تو آپ ہماری بدعتیں ہیں۔ اب اگر کسی کو کسی چیز کو ایڈ کرنا ہے تو ثابت کرنا پڑے گا اس کو کہ قرآن و حدیث میں یہ لکھا ہوا ہے۔</w:t>
      </w:r>
    </w:p>
    <w:p>
      <w:r>
        <w:rPr>
          <w:b/>
        </w:rPr>
        <w:t xml:space="preserve">[1:20:51] </w:t>
      </w:r>
      <w:r>
        <w:t>misal ke taur par pakistanion ne chalaya tha nizam e mustafa, toh pehle yeh sabit karo ke nizam e mustafa ki tehreek chalayoge toh jannat mile</w:t>
      </w:r>
    </w:p>
    <w:p>
      <w:pPr>
        <w:jc w:val="right"/>
      </w:pPr>
      <w:r>
        <w:t>مثلاً پاکستانیوں نے چلایا تھا نظام مصطفیٰ، تو پہلے یہ ثابت کرو کہ نظام مصطفیٰ کی تحریک چلاؤ گے تو جنت ملے</w:t>
      </w:r>
    </w:p>
    <w:p>
      <w:r>
        <w:rPr>
          <w:b/>
        </w:rPr>
        <w:t xml:space="preserve">[1:20:58] </w:t>
      </w:r>
      <w:r>
        <w:t>gi. sabat karo ke quran o hadith se. sare pakistan mein aur sare kashmir mein, dono mulkon mein, kashmir mein aur pakistan mein nizam e mustafa, nizam e mustafa hangama tha.</w:t>
      </w:r>
    </w:p>
    <w:p>
      <w:pPr>
        <w:jc w:val="right"/>
      </w:pPr>
      <w:r>
        <w:t>گی۔ ثابت کرو کہ قرآن و حدیث سے۔ سارے پاکستان میں اور سارے کشمیر میں، دونوں ملکوں میں، کشمیر میں اور پاکستان میں نظام مصطفیٰ، نظام مصطفیٰ ہنگامہ تھا۔</w:t>
      </w:r>
    </w:p>
    <w:p>
      <w:r>
        <w:rPr>
          <w:b/>
        </w:rPr>
        <w:t xml:space="preserve">[1:21:10] </w:t>
      </w:r>
      <w:r>
        <w:t>ek zamana tha ke nizam e mustafa ka hangama pakistan mein bhi tha, kashmir mein bhi tha. to mera dekhen, iska islam se koi talluq nahin. kyunke sare quran o hadith mein kahin likha hua nahin hai ke tum nizam e mustafa qaim karo.</w:t>
      </w:r>
    </w:p>
    <w:p>
      <w:pPr>
        <w:jc w:val="right"/>
      </w:pPr>
      <w:r>
        <w:t>ایک زمانہ تھا کہ نظام مصطفیٰ کا ہنگامہ پاکستان میں بھی تھا، کشمیر میں بھی تھا۔ تو میرا دیکھیں، اس کا اسلام سے کوئی تعلق نہیں۔ کیونکہ سارے قرآن و حدیث میں کہیں لکھا ہوا نہیں ہے کہ تم نظام مصطفیٰ قائم کرو۔</w:t>
      </w:r>
    </w:p>
    <w:p>
      <w:r>
        <w:rPr>
          <w:b/>
        </w:rPr>
        <w:t xml:space="preserve">[1:21:23] </w:t>
      </w:r>
      <w:r>
        <w:t>to khulasa yeh hai ke aqide ka masla sirf woh hai jiske bare mein yani yeh sabat kar saken aap ke quran o hadith mein isko jannat se joda gaya hai.</w:t>
      </w:r>
    </w:p>
    <w:p>
      <w:pPr>
        <w:jc w:val="right"/>
      </w:pPr>
      <w:r>
        <w:t>تو خلاصہ یہ ہے کہ عقیدے کا مسئلہ صرف وہ ہے جس کے بارے میں یعنی یہ ثابت کر سکیں آپ کہ قرآن و حدیث میں اس کو جنت سے جوڑا گیا ہے۔</w:t>
      </w:r>
    </w:p>
    <w:p>
      <w:r>
        <w:rPr>
          <w:b/>
        </w:rPr>
        <w:t xml:space="preserve">[1:21:39] </w:t>
      </w:r>
      <w:r>
        <w:t>yeh matlab nijat se, salvation se. yeh zyada sahi lafz hai, salvation. har woh cheez aqide ka hai, masla hai jiska talluq salvation se ho.</w:t>
      </w:r>
    </w:p>
    <w:p>
      <w:pPr>
        <w:jc w:val="right"/>
      </w:pPr>
      <w:r>
        <w:t>یہ مطلب نجات سے، سالویشن سے۔ یہ زیادہ صحیح لفظ ہے، سالویشن۔ ہر وہ چیز عقیدے کا ہے، مسئلہ ہے جس کا تعلق سالویشن سے ہو۔</w:t>
      </w:r>
    </w:p>
    <w:p>
      <w:r>
        <w:rPr>
          <w:b/>
        </w:rPr>
        <w:t xml:space="preserve">[1:21:51] </w:t>
      </w:r>
      <w:r>
        <w:t>agar salvation se iska talluq nahin hai to aqide ka masla bhi nahin woh. to jin cheezon ka talluq salvation se na ho, nijat akhirat se na ho, woh aqide se bahar qarar paegi.</w:t>
      </w:r>
    </w:p>
    <w:p>
      <w:pPr>
        <w:jc w:val="right"/>
      </w:pPr>
      <w:r>
        <w:t>اگر سالویشن سے اس کا تعلق نہیں ہے تو عقیدے کا مسئلہ بھی نہیں وہ۔ تو جن چیزوں کا تعلق سالویشن سے نہ ہو، نجات آخرت سے نہ ہو، وہ عقیدے سے باہر قرار پائے گی۔</w:t>
      </w:r>
    </w:p>
    <w:p>
      <w:r>
        <w:rPr>
          <w:b/>
        </w:rPr>
        <w:t xml:space="preserve">[1:22:04] </w:t>
      </w:r>
      <w:r>
        <w:t>aur is mein hum halaat ke aitbar se ek ravaiyya qaim karenge. koi is mein ab koi is mein koi cheez absolute nahin hogi.</w:t>
      </w:r>
    </w:p>
    <w:p>
      <w:pPr>
        <w:jc w:val="right"/>
      </w:pPr>
      <w:r>
        <w:t>اور اس میں ہم حالات کے اعتبار سے ایک رویہ قائم کریں گے۔ کوئی اس میں اب کوئی اس میں کوئی چیز absolute نہیں ہوگی۔</w:t>
      </w:r>
    </w:p>
    <w:p>
      <w:r>
        <w:rPr>
          <w:b/>
        </w:rPr>
        <w:t xml:space="preserve">[1:22:19] </w:t>
      </w:r>
      <w:r>
        <w:t>jo cheez ka talluq salvation se hoga, woh lazman absolute qarar paegi. jiska talluq salvation se na hoga, woh absolute nahin hogi.</w:t>
      </w:r>
    </w:p>
    <w:p>
      <w:pPr>
        <w:jc w:val="right"/>
      </w:pPr>
      <w:r>
        <w:t>جو چیز کا تعلق سالویشن سے ہوگا، وہ لازماً absolute قرار پائے گی۔ جس کا تعلق سالویشن سے نہ ہوگا، وہ absolute نہیں ہوگی۔</w:t>
      </w:r>
    </w:p>
    <w:p>
      <w:r>
        <w:rPr>
          <w:b/>
        </w:rPr>
        <w:t xml:space="preserve">[1:22:30] </w:t>
      </w:r>
      <w:r>
        <w:t>maulana, agla sawal dilli se hai. Ms. naghma siddiqui ne kiya hai. aur unhone likha hai ke it is a fact that there is no nifas in islam.</w:t>
      </w:r>
    </w:p>
    <w:p>
      <w:pPr>
        <w:jc w:val="right"/>
      </w:pPr>
      <w:r>
        <w:t>مولانا، اگلا سوال دلی سے ہے۔ Ms. نغمہ صدیقی نے کیا ہے۔ اور انہوں نے لکھا ہے کہ It is a fact that there is no nifas in Islam.</w:t>
      </w:r>
    </w:p>
    <w:p>
      <w:r>
        <w:rPr>
          <w:b/>
        </w:rPr>
        <w:t xml:space="preserve">[1:22:41] </w:t>
      </w:r>
      <w:r>
        <w:t>can we say we have to follow din and educate others on din and da'wah?</w:t>
      </w:r>
    </w:p>
    <w:p>
      <w:pPr>
        <w:jc w:val="right"/>
      </w:pPr>
      <w:r>
        <w:t>Can we say we have to follow din and educate others on din and da'wah?</w:t>
      </w:r>
    </w:p>
    <w:p>
      <w:r>
        <w:rPr>
          <w:b/>
        </w:rPr>
        <w:t xml:space="preserve">[1:22:47] </w:t>
      </w:r>
      <w:r>
        <w:t>implementation kehte hain urdu mein nifaz. dekhen, ek hai nifaz, ek hai pairvi. ek hai implementation, ek hai follow karna.</w:t>
      </w:r>
    </w:p>
    <w:p>
      <w:pPr>
        <w:jc w:val="right"/>
      </w:pPr>
      <w:r>
        <w:t>Implementation کہتے ہیں اردو میں نفاذ۔ دیکھیں، ایک ہے نفاذ، ایک ہے پیروی۔ ایک ہے implementation، ایک ہے follow کرنا۔</w:t>
      </w:r>
    </w:p>
    <w:p>
      <w:r>
        <w:rPr>
          <w:b/>
        </w:rPr>
        <w:t xml:space="preserve">[1:23:00] </w:t>
      </w:r>
      <w:r>
        <w:t>to yaad rakhiye, jo bhi talimat e islam ki hain, woh sab ki sab pairvi karne ke liye hain.</w:t>
      </w:r>
    </w:p>
    <w:p>
      <w:pPr>
        <w:jc w:val="right"/>
      </w:pPr>
      <w:r>
        <w:t>تو یاد رکھیے، جو بھی تعلیمات اسلام کی ہیں، وہ سب کی سب پیروی کرنے کے لیے ہیں۔</w:t>
      </w:r>
    </w:p>
    <w:p>
      <w:r>
        <w:rPr>
          <w:b/>
        </w:rPr>
        <w:t xml:space="preserve">[1:23:11] </w:t>
      </w:r>
      <w:r>
        <w:t>pairvi karna, unko nafiz karna nahin hai.</w:t>
      </w:r>
    </w:p>
    <w:p>
      <w:pPr>
        <w:jc w:val="right"/>
      </w:pPr>
      <w:r>
        <w:t>پیروی کرنا، ان کو نافذ کرنا نہیں ہے۔</w:t>
      </w:r>
    </w:p>
    <w:p>
      <w:r>
        <w:rPr>
          <w:b/>
        </w:rPr>
        <w:t xml:space="preserve">[1:23:15] </w:t>
      </w:r>
      <w:r>
        <w:t>albata agar allah taala aise halaat paida karen ke kahin kisi kisi musalman ko hakim ka darja mil jaye, to hakim hone ki hesiyat se iske farz hoga ke woh dekhe samaj mein ke burai na phailay.</w:t>
      </w:r>
    </w:p>
    <w:p>
      <w:pPr>
        <w:jc w:val="right"/>
      </w:pPr>
      <w:r>
        <w:t>البتہ اگر اللہ تعالیٰ ایسے حالات پیدا کریں کہ کہیں کسی کسی مسلمان کو حاکم کا درجہ مل جائے، تو حاکم ہونے کے حیثیت سے اس کے فرض ہوگا کہ وہ دیکھے سماج میں کہ برائی نہ پھیلے۔</w:t>
      </w:r>
    </w:p>
    <w:p>
      <w:r>
        <w:rPr>
          <w:b/>
        </w:rPr>
        <w:t xml:space="preserve">[1:23:33] </w:t>
      </w:r>
      <w:r>
        <w:t>burai mein isha'at e fahisha na ho. to agar isko allah taala ne hakim ki seat par pahuncha diya, tab yeh nahin hai ke aap hakim banne ke liye tehrikain chalayen.</w:t>
      </w:r>
    </w:p>
    <w:p>
      <w:pPr>
        <w:jc w:val="right"/>
      </w:pPr>
      <w:r>
        <w:t>برائی میں اشاعت فحاشہ نہ ہو۔ تو اگر اس کو اللہ تعالیٰ نے حاکم کی سیٹ پر پہنچا دیا، تب یہ نہیں ہے کہ آپ حاکم بننے کے لیے تحریکیں چلائیں۔</w:t>
      </w:r>
    </w:p>
    <w:p>
      <w:r>
        <w:rPr>
          <w:b/>
        </w:rPr>
        <w:t xml:space="preserve">[1:23:45] </w:t>
      </w:r>
      <w:r>
        <w:t>dekhen, dono baaten alag alag hain. ek hai hakim banne ki tehrik chalana, woh islam mein nahin hai. lekin agar halaat ke tehat wa imma annu'umu fil ard allah taala aise halaat paida kare ke aap hakim ki seat par pahunchayen, to aap ka yeh farz hoga ke aap isha'at e fahisha ko roken.</w:t>
      </w:r>
    </w:p>
    <w:p>
      <w:pPr>
        <w:jc w:val="right"/>
      </w:pPr>
      <w:r>
        <w:t>دیکھیں، دونوں باتیں الگ الگ ہیں۔ ایک ہے حاکم بننے کی تحریک چلانا، وہ اسلام میں نہیں ہے۔ لیکن اگر حالات کے تحت وَإِمَّكَّ النَّعُومُ فِي الَّرْضِ اللہ تعالیٰ ایسے حالات پیدا کرے کہ آپ حاکم کی سیٹ پر پہنچائیں، تو آپ کا یہ فرض ہوگا کہ آپ اشاعت فحاشہ کو روکیں۔</w:t>
      </w:r>
    </w:p>
    <w:p>
      <w:r>
        <w:rPr>
          <w:b/>
        </w:rPr>
        <w:t xml:space="preserve">[1:24:06] </w:t>
      </w:r>
      <w:r>
        <w:t>maulana, agla sawal lete hain. yeh shukr ur rehman sahib ne dilli se kiya hai.</w:t>
      </w:r>
    </w:p>
    <w:p>
      <w:pPr>
        <w:jc w:val="right"/>
      </w:pPr>
      <w:r>
        <w:t>مولانا، اگلا سوال لیتے ہیں۔ یہ شکر الرحمن صاحب نے دلی سے کیا ہے۔</w:t>
      </w:r>
    </w:p>
    <w:p>
      <w:r>
        <w:rPr>
          <w:b/>
        </w:rPr>
        <w:t xml:space="preserve">[1:24:13] </w:t>
      </w:r>
      <w:r>
        <w:t>unhone likha hai ke i have heard that most of the islamic scholars claim that a muslim should be a fundamentalist towards anti-social elements in the society.</w:t>
      </w:r>
    </w:p>
    <w:p>
      <w:pPr>
        <w:jc w:val="right"/>
      </w:pPr>
      <w:r>
        <w:t>انہوں نے لکھا ہے کہ I have heard that most of the Islamic scholars claim that a Muslim should be a fundamentalist towards anti-social elements in the society.</w:t>
      </w:r>
    </w:p>
    <w:p>
      <w:r>
        <w:rPr>
          <w:b/>
        </w:rPr>
        <w:t xml:space="preserve">[1:24:25] </w:t>
      </w:r>
      <w:r>
        <w:t>how far is this statement valid in the present context? dekhen, masla yeh hai ke kis ayat se yeh nikli hui baat hai?</w:t>
      </w:r>
    </w:p>
    <w:p>
      <w:pPr>
        <w:jc w:val="right"/>
      </w:pPr>
      <w:r>
        <w:t>How far is this statement valid in the present context? دیکھیں، مسئلہ یہ ہے کہ کس آیت سے یہ نکلی ہوئی بات ہے؟</w:t>
      </w:r>
    </w:p>
    <w:p>
      <w:r>
        <w:rPr>
          <w:b/>
        </w:rPr>
        <w:t xml:space="preserve">[1:24:35] </w:t>
      </w:r>
      <w:r>
        <w:t>jab tak aap woh ayat na batayen, to main kya is bare mein kya keh sakta hoon?</w:t>
      </w:r>
    </w:p>
    <w:p>
      <w:pPr>
        <w:jc w:val="right"/>
      </w:pPr>
      <w:r>
        <w:t>جب تک آپ وہ آیت نہ بتائیں، تو میں کیا اس بارے میں کیا کہہ سکتا ہوں؟</w:t>
      </w:r>
    </w:p>
    <w:p>
      <w:r>
        <w:rPr>
          <w:b/>
        </w:rPr>
        <w:t xml:space="preserve">[1:24:40] </w:t>
      </w:r>
      <w:r>
        <w:t>jo yeh aisa kahe, to isko woh ayat pesh karni chahiye, woh hadith pesh karni chahiye. tab main bataunga ke is hadith ka kya matlab hai, us ayat ka kya matlab hai.</w:t>
      </w:r>
    </w:p>
    <w:p>
      <w:pPr>
        <w:jc w:val="right"/>
      </w:pPr>
      <w:r>
        <w:t>جو یہ ایسا کہے، تو اس کو وہ آیت پیش کرنی چاہیے، وہ حدیث پیش کرنی چاہیے۔ تب میں بتاؤں کہ اس حدیث کا کیا مطلب ہے، اس آیت کا کیا مطلب ہے۔</w:t>
      </w:r>
    </w:p>
    <w:p>
      <w:r>
        <w:rPr>
          <w:b/>
        </w:rPr>
        <w:t xml:space="preserve">[1:24:50] </w:t>
      </w:r>
      <w:r>
        <w:t>baghair iske to hum kuch bol nahin sakte iske upar.</w:t>
      </w:r>
    </w:p>
    <w:p>
      <w:pPr>
        <w:jc w:val="right"/>
      </w:pPr>
      <w:r>
        <w:t>بغیر اس کے تو ہم کچھ بول نہیں سکتے اس کے اوپر۔</w:t>
      </w:r>
    </w:p>
    <w:p>
      <w:r>
        <w:rPr>
          <w:b/>
        </w:rPr>
        <w:t xml:space="preserve">[1:24:56] </w:t>
      </w:r>
      <w:r>
        <w:t>maulana, yeh aakhri sawal hai. eh, shahab haider sahib ne kiya hai dilli se. aur unhone likha hai ke maulana, you areright to suggest us to abstain from false religious ego.</w:t>
      </w:r>
    </w:p>
    <w:p>
      <w:pPr>
        <w:jc w:val="right"/>
      </w:pPr>
      <w:r>
        <w:t>مولانا، یہ آخری سوال ہے۔ اہ، شہاب حیدر صاحب نے کیا ہے دلی سے۔ اور انہوں نے لکھا ہے کہ مولانا، you areright to suggest us to abstain from false religious ego.</w:t>
      </w:r>
    </w:p>
    <w:p>
      <w:r>
        <w:rPr>
          <w:b/>
        </w:rPr>
        <w:t xml:space="preserve">[1:25:09] </w:t>
      </w:r>
      <w:r>
        <w:t>yes, i agree with you to be free from glue. but when conspiracy and enmity against the islam exist, what should we do?</w:t>
      </w:r>
    </w:p>
    <w:p>
      <w:pPr>
        <w:jc w:val="right"/>
      </w:pPr>
      <w:r>
        <w:t>Yes, I agree with you to be free from glue. But when conspiracy and enmity against the Islam exist, what should we do?</w:t>
      </w:r>
    </w:p>
    <w:p>
      <w:r>
        <w:rPr>
          <w:b/>
        </w:rPr>
        <w:t xml:space="preserve">[1:25:20] </w:t>
      </w:r>
      <w:r>
        <w:t>please advise. haan, dekhen, is sawal ka jawab quran mein bilkul bohat hi clear taur par maujood hai.</w:t>
      </w:r>
    </w:p>
    <w:p>
      <w:pPr>
        <w:jc w:val="right"/>
      </w:pPr>
      <w:r>
        <w:t>Please advise. ہاں، دیکھیں، اس سوال کا جواب قرآن میں بالکل بہت ہی clear طور پر موجود ہے۔</w:t>
      </w:r>
    </w:p>
    <w:p>
      <w:r>
        <w:rPr>
          <w:b/>
        </w:rPr>
        <w:t xml:space="preserve">[1:25:31] </w:t>
      </w:r>
      <w:r>
        <w:t>quran ki ek ayat hai wa in tasbiru wa tattaqu la yuzilukum q</w:t>
      </w:r>
    </w:p>
    <w:p>
      <w:pPr>
        <w:jc w:val="right"/>
      </w:pPr>
      <w:r>
        <w:t>قرآن کی ایک آیت ہے وَإِنْ تَصْبِرُوا وَتَتَّقُوا لَا يُذُلُّكُمْ قَ</w:t>
      </w:r>
    </w:p>
    <w:p>
      <w:r>
        <w:rPr>
          <w:b/>
        </w:rPr>
        <w:t xml:space="preserve">[1:25:37] </w:t>
      </w:r>
      <w:r>
        <w:t>yiduhum shai'an jis mein lafz qaid jo hai, us ke ma'ni wahi hain jo kehte hain conspiracy, ma'amla, saazish. is ka matlab hai ke agar tumhare andar sabr ki sifat ho aur taqwa ki sifat ho,</w:t>
      </w:r>
    </w:p>
    <w:p>
      <w:pPr>
        <w:jc w:val="right"/>
      </w:pPr>
      <w:r>
        <w:t>يْدُهُمْ شَيْئًا جس میں لفظ قید جو ہے، اس کے معنی وہی ہیں جو کہتے ہیں conspiracy، معامرہ، سازش۔ اس کا مطلب ہے کہ اگر تمہارے اندر صبر کی صفت ہو اور تقویٰ کی صفت ہو،</w:t>
      </w:r>
    </w:p>
    <w:p>
      <w:r>
        <w:rPr>
          <w:b/>
        </w:rPr>
        <w:t xml:space="preserve">[1:25:52] </w:t>
      </w:r>
      <w:r>
        <w:t>to logon ki saazish tum ko kuch bhi nuqsan nahi pahunchayegi. is ka ma'ni kya hai? ke hamein yeh dekhna chahiye, ya'ni yeh nahi dekhna chahiye ke koi saazish kar raha hai.</w:t>
      </w:r>
    </w:p>
    <w:p>
      <w:pPr>
        <w:jc w:val="right"/>
      </w:pPr>
      <w:r>
        <w:t>تو لوگوں کی سازش تم کو کچھ بھی نقصان نہیں پہنچائے گی۔ اس کا معنی کیا ہے؟ کہ ہمیں یہ دیکھنا چاہیے، یعنی یہ نہیں دیکھنا چاہیے کہ کوئی سازش کر رہا ہے۔</w:t>
      </w:r>
    </w:p>
    <w:p>
      <w:r>
        <w:rPr>
          <w:b/>
        </w:rPr>
        <w:t xml:space="preserve">[1:26:06] </w:t>
      </w:r>
      <w:r>
        <w:t>saazish karne wale saaz</w:t>
      </w:r>
    </w:p>
    <w:p>
      <w:pPr>
        <w:jc w:val="right"/>
      </w:pPr>
      <w:r>
        <w:t>سازش کرنے والے ساز</w:t>
      </w:r>
    </w:p>
    <w:p>
      <w:r>
        <w:rPr>
          <w:b/>
        </w:rPr>
        <w:t xml:space="preserve">[1:26:07] </w:t>
      </w:r>
      <w:r>
        <w:t>sh karte rahenge. cheez ek is ka effective hona. quran yeh nahi keh raha ke saazish dunya mein na hogi. yeh nahi keh raha.</w:t>
      </w:r>
    </w:p>
    <w:p>
      <w:pPr>
        <w:jc w:val="right"/>
      </w:pPr>
      <w:r>
        <w:t>ش کرتے رہیں گے۔ چیز ایک اس کا effective ہونا۔ قرآن یہ نہیں کہہ رہا کہ سازش دنیا میں نہ ہوگی۔ یہ نہیں کہہ رہا۔</w:t>
      </w:r>
    </w:p>
    <w:p>
      <w:r>
        <w:rPr>
          <w:b/>
        </w:rPr>
        <w:t xml:space="preserve">[1:26:17] </w:t>
      </w:r>
      <w:r>
        <w:t>saazish to hogi. shaitan ne saazish kar ke adam ko nikala, hawa ko nikala jannat se. to saazish ya conspiracy is part of nature.</w:t>
      </w:r>
    </w:p>
    <w:p>
      <w:pPr>
        <w:jc w:val="right"/>
      </w:pPr>
      <w:r>
        <w:t>سازش تو ہوگی۔ شیطان نے سازش کر کے آدم کو نکالا، حوا کو نکالا جنت سے۔ تو سازش یا conspiracy is part of nature۔</w:t>
      </w:r>
    </w:p>
    <w:p>
      <w:r>
        <w:rPr>
          <w:b/>
        </w:rPr>
        <w:t xml:space="preserve">[1:26:28] </w:t>
      </w:r>
      <w:r>
        <w:t>You cannot remove conspiracy. yeh yeh impossible hai. woh hamesha rahegi.</w:t>
      </w:r>
    </w:p>
    <w:p>
      <w:pPr>
        <w:jc w:val="right"/>
      </w:pPr>
      <w:r>
        <w:t>You cannot remove conspiracy. یہ یہ impossible ہے۔ وہ ہمیشہ رہے گی۔</w:t>
      </w:r>
    </w:p>
    <w:p>
      <w:r>
        <w:rPr>
          <w:b/>
        </w:rPr>
        <w:t xml:space="preserve">[1:26:36] </w:t>
      </w:r>
      <w:r>
        <w:t>paighambar ke zamane mein thi, adam ke zamane mein thi, aaj bhi rahegi. to quran yeh batata hai ke yeh mat dekho ke dunya mein conspiracy ho rahi hai. yeh dekho ke tumhare andar sabr aur taqwa ki sifat hai ke nahi.</w:t>
      </w:r>
    </w:p>
    <w:p>
      <w:pPr>
        <w:jc w:val="right"/>
      </w:pPr>
      <w:r>
        <w:t>پیغمبر کے زمانے میں تھی، آدم کے زمانے میں تھی، آج بھی رہے گی۔ تو قرآن یہ بتاتا ہے کہ یہ مت دیکھو کہ دنیا میں conspiracy ہو رہی ہے۔ یہ دیکھو کہ تمہارے اندر صبر اور تقویٰ کی صفت ہے کہ نہیں۔</w:t>
      </w:r>
    </w:p>
    <w:p>
      <w:r>
        <w:rPr>
          <w:b/>
        </w:rPr>
        <w:t xml:space="preserve">[1:26:49] </w:t>
      </w:r>
      <w:r>
        <w:t>to kaha ke masla sabr aur taqwa ka na hona hai. saazish ka hona yeh masla nahi hai. woh to rahega. That is part of nature.</w:t>
      </w:r>
    </w:p>
    <w:p>
      <w:pPr>
        <w:jc w:val="right"/>
      </w:pPr>
      <w:r>
        <w:t>تو کہا کہ مسئلہ صبر اور تقویٰ کا نہ ہونا ہے۔ سازش کا ہونا یہ مسئلہ نہیں ہے۔ وہ تو رہے گا۔ That is part of nature.</w:t>
      </w:r>
    </w:p>
    <w:p>
      <w:r>
        <w:rPr>
          <w:b/>
        </w:rPr>
        <w:t xml:space="preserve">[1:26:59] </w:t>
      </w:r>
      <w:r>
        <w:t>dunya mein jab shaitan hai, dunya mein jab insan ko azadi mili hui hai, dunya mein jab clash of interest ka mahol hai, to log karenge saazish?</w:t>
      </w:r>
    </w:p>
    <w:p>
      <w:pPr>
        <w:jc w:val="right"/>
      </w:pPr>
      <w:r>
        <w:t>دنیا میں جب شیطان ہے، دنیا میں جب انسان کو آزادی ملی ہوئی ہے، دنیا میں جب clash of interest کا ماحول ہے، تو لوگ کریں گے سازش؟</w:t>
      </w:r>
    </w:p>
    <w:p>
      <w:r>
        <w:rPr>
          <w:b/>
        </w:rPr>
        <w:t xml:space="preserve">[1:27:13] </w:t>
      </w:r>
      <w:r>
        <w:t>to quran mein yeh nahi kahin kaha gaya hai ke dunya mein saazish na hogi ya tum saazish ko khatam karo. yeh kahin nahi hai. saazish ko lad kar khatam karo, yeh kahin quran mein nahi hai.</w:t>
      </w:r>
    </w:p>
    <w:p>
      <w:pPr>
        <w:jc w:val="right"/>
      </w:pPr>
      <w:r>
        <w:t>تو قرآن میں یہ نہیں کہیں کہا گیا ہے کہ دنیا میں سازش نہ ہوگی یا تم سازش کو ختم کرو۔ یہ کہیں نہیں ہے۔ سازش کو لڑ کر ختم کرو، یہ کہیں قرآن میں نہیں ہے۔</w:t>
      </w:r>
    </w:p>
    <w:p>
      <w:r>
        <w:rPr>
          <w:b/>
        </w:rPr>
        <w:t xml:space="preserve">[1:27:25] </w:t>
      </w:r>
      <w:r>
        <w:t>balkeh ek apne andar sabr ki aur taqwa ki sifat paida karo. to saazish tumhare liye ineffective ho jayegi. to quran ka formula yeh nahi hai.</w:t>
      </w:r>
    </w:p>
    <w:p>
      <w:pPr>
        <w:jc w:val="right"/>
      </w:pPr>
      <w:r>
        <w:t>بلکہ ایک اپنے اندر صبر کی اور تقویٰ کی صفت پیدا کرو۔ تو سازش تمہارے لیے ineffective ہو جائے گی۔ تو قرآن کا فارمولا یہ نہیں ہے۔</w:t>
      </w:r>
    </w:p>
    <w:p>
      <w:r>
        <w:rPr>
          <w:b/>
        </w:rPr>
        <w:t xml:space="preserve">[1:27:34] </w:t>
      </w:r>
      <w:r>
        <w:t>yaad rakhiye ke jahan hum saazish dekhen, wahan lad jayein is se. jahan hum dekhen ke yahan conspiracy ho rahi hai, to use ladai chhod dein. yeh nahi hai quran.</w:t>
      </w:r>
    </w:p>
    <w:p>
      <w:pPr>
        <w:jc w:val="right"/>
      </w:pPr>
      <w:r>
        <w:t>یاد رکھیے کہ جہاں ہم سازش دیکھیں، وہاں لڑ جائیں اس سے۔ جہاں ہم دیکھیں کہ یہاں conspiracy ہو رہی ہے، تو اسے لڑائی چھوڑ دیں۔ یہ نہیں ہے قرآن۔</w:t>
      </w:r>
    </w:p>
    <w:p>
      <w:r>
        <w:rPr>
          <w:b/>
        </w:rPr>
        <w:t xml:space="preserve">[1:27:45] </w:t>
      </w:r>
      <w:r>
        <w:t>balkeh jab bhi aap dekhen ke kahin aap ke khilaf conspiracy ho rahi hai, to apne logon mein dhoondhiye ke kahin aisa to nahi ke sabr kam ho kam ho gaya, taqwa kam ho gaya?</w:t>
      </w:r>
    </w:p>
    <w:p>
      <w:pPr>
        <w:jc w:val="right"/>
      </w:pPr>
      <w:r>
        <w:t>بلکہ جب بھی آپ دیکھیں کہ کہیں آپ کے خلاف conspiracy ہو رہی ہے، تو اپنے لوگوں میں ڈھونڈیے کہ کہیں ایسا تو نہیں کہ صبر کم ہو کم ہو گیا، تقویٰ کم ہو گیا؟</w:t>
      </w:r>
    </w:p>
    <w:p>
      <w:r>
        <w:rPr>
          <w:b/>
        </w:rPr>
        <w:t xml:space="preserve">[1:28:00] </w:t>
      </w:r>
      <w:r>
        <w:t>So lack of sabr and taqwa is the problem. Presence of conspiracy is not the problem.</w:t>
      </w:r>
    </w:p>
    <w:p>
      <w:pPr>
        <w:jc w:val="right"/>
      </w:pPr>
      <w:r>
        <w:t>So lack of صبر and تقویٰ is the problem. Presence of conspiracy is not the problem.</w:t>
      </w:r>
    </w:p>
    <w:p>
      <w:r>
        <w:rPr>
          <w:b/>
        </w:rPr>
        <w:t xml:space="preserve">[1:28:09] </w:t>
      </w:r>
      <w:r>
        <w:t>quran ke mutabiq. ya'ni sabr aur taqwa ka fuqdan problem hai.</w:t>
      </w:r>
    </w:p>
    <w:p>
      <w:pPr>
        <w:jc w:val="right"/>
      </w:pPr>
      <w:r>
        <w:t>قرآن کے مطابق۔ یعنی صبر اور تقویٰ کا فقدان problem ہے۔</w:t>
      </w:r>
    </w:p>
    <w:p>
      <w:r>
        <w:rPr>
          <w:b/>
        </w:rPr>
        <w:t xml:space="preserve">[1:28:15] </w:t>
      </w:r>
      <w:r>
        <w:t>saazish ki maujoodgi problem nahi hai. yeh aap ayat ko ja kar dekhiye ga quran o hadith mein. aur aap yeh baat is mein aap clear ho jayegi aap ko.</w:t>
      </w:r>
    </w:p>
    <w:p>
      <w:pPr>
        <w:jc w:val="right"/>
      </w:pPr>
      <w:r>
        <w:t>سازش کی موجودگی problem نہیں ہے۔ یہ آپ آیت کو جا کر دیکھیے گا قرآن و حدیث میں۔ اور آپ یہ بات اس میں آپ clear ہو جائے گی آپ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