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Wisdom September 20, 2015</w:t>
      </w:r>
    </w:p>
    <w:p>
      <w:r>
        <w:t>https://youtu.be/Xgk_3YvTkSQ</w:t>
      </w:r>
    </w:p>
    <w:p>
      <w:r>
        <w:rPr>
          <w:b/>
        </w:rPr>
        <w:t xml:space="preserve">[00:13] </w:t>
      </w:r>
      <w:r>
        <w:t>bismillah rahman rahim, wa salla Allahu ala nabiyyil karim. rab ishrah li sadri, wa yassir li amri, wah 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[00:29] </w:t>
      </w:r>
      <w:r>
        <w:t>yaf qahu qawli.</w:t>
      </w:r>
    </w:p>
    <w:p>
      <w:pPr>
        <w:jc w:val="right"/>
      </w:pPr>
      <w:r>
        <w:t>یفقہ قولی۔</w:t>
      </w:r>
    </w:p>
    <w:p>
      <w:r>
        <w:rPr>
          <w:b/>
        </w:rPr>
        <w:t xml:space="preserve">[00:35] </w:t>
      </w:r>
      <w:r>
        <w:t>aaj ka topic hai</w:t>
      </w:r>
    </w:p>
    <w:p>
      <w:pPr>
        <w:jc w:val="right"/>
      </w:pPr>
      <w:r>
        <w:t>آج کا ٹاپک ہے</w:t>
      </w:r>
    </w:p>
    <w:p>
      <w:r>
        <w:rPr>
          <w:b/>
        </w:rPr>
        <w:t xml:space="preserve">[00:42] </w:t>
      </w:r>
      <w:r>
        <w:t>wisdom.</w:t>
      </w:r>
    </w:p>
    <w:p>
      <w:pPr>
        <w:jc w:val="right"/>
      </w:pPr>
      <w:r>
        <w:t>وزڈم۔</w:t>
      </w:r>
    </w:p>
    <w:p>
      <w:r>
        <w:rPr>
          <w:b/>
        </w:rPr>
        <w:t xml:space="preserve">[00:47] </w:t>
      </w:r>
      <w:r>
        <w:t>dekhiye, hadith ki kitabon mein rasool Allah sal Allahu alaihi wasallam ki ek lambi hadith aayi hai, us mein ek hissa yeh hai: "wa ala al-aqili an yakuna basiran bizamanih" .</w:t>
      </w:r>
    </w:p>
    <w:p>
      <w:pPr>
        <w:jc w:val="right"/>
      </w:pPr>
      <w:r>
        <w:t>دیکھیے، حدیث کی کتابوں میں رسول اللہ صلی اللہ علیہ وسلم کی ایک طویل حدیث آئی ہے، اس میں ایک حصہ یہ ہے: "وعلى العاقل أن يكون بصيراً بزمانه" ۔</w:t>
      </w:r>
    </w:p>
    <w:p>
      <w:r>
        <w:rPr>
          <w:b/>
        </w:rPr>
        <w:t xml:space="preserve">[01:08] </w:t>
      </w:r>
      <w:r>
        <w:t>aur</w:t>
      </w:r>
    </w:p>
    <w:p>
      <w:pPr>
        <w:jc w:val="right"/>
      </w:pPr>
      <w:r>
        <w:t>اور</w:t>
      </w:r>
    </w:p>
    <w:p>
      <w:r>
        <w:rPr>
          <w:b/>
        </w:rPr>
        <w:t xml:space="preserve">[01:09] </w:t>
      </w:r>
      <w:r>
        <w:t>aqalmand insan par, aqalmand insan ko chahiye ke woh</w:t>
      </w:r>
    </w:p>
    <w:p>
      <w:pPr>
        <w:jc w:val="right"/>
      </w:pPr>
      <w:r>
        <w:t>عقلمند انسان پر، عقلمند انسان کو چاہیے کہ وہ</w:t>
      </w:r>
    </w:p>
    <w:p>
      <w:r>
        <w:rPr>
          <w:b/>
        </w:rPr>
        <w:t xml:space="preserve">[01:18] </w:t>
      </w:r>
      <w:r>
        <w:t>apne zamane ko janne wala ho, us ko apne zamane ki ma'rifat hasil ho.</w:t>
      </w:r>
    </w:p>
    <w:p>
      <w:pPr>
        <w:jc w:val="right"/>
      </w:pPr>
      <w:r>
        <w:t>اپنے زمانے کو جاننے والا ہو، اس کو اپنے زمانے کی معرفت حاصل ہو۔</w:t>
      </w:r>
    </w:p>
    <w:p>
      <w:r>
        <w:rPr>
          <w:b/>
        </w:rPr>
        <w:t xml:space="preserve">[01:28] </w:t>
      </w:r>
      <w:r>
        <w:t>yeh hadith batati hai ke kyun quran mein hadith ko hikmat kaha gaya hai. yeh ek misaal hai.</w:t>
      </w:r>
    </w:p>
    <w:p>
      <w:pPr>
        <w:jc w:val="right"/>
      </w:pPr>
      <w:r>
        <w:t>یہ حدیث بتاتی ہے کہ کیوں قرآن میں حدیث کو حکمت کہا گیا ہے۔ یہ ایک مثال ہے۔</w:t>
      </w:r>
    </w:p>
    <w:p>
      <w:r>
        <w:rPr>
          <w:b/>
        </w:rPr>
        <w:t xml:space="preserve">[01:39] </w:t>
      </w:r>
      <w:r>
        <w:t>quran mein char jagah ek ayat aayi hai: "wa yuallimuhum al-kitaba wal-hikmah" .</w:t>
      </w:r>
    </w:p>
    <w:p>
      <w:pPr>
        <w:jc w:val="right"/>
      </w:pPr>
      <w:r>
        <w:t>قرآن میں چار جگہ ایک آیت آئی ہے: "ويولموا الكتاب والحکمہ" ۔</w:t>
      </w:r>
    </w:p>
    <w:p>
      <w:r>
        <w:rPr>
          <w:b/>
        </w:rPr>
        <w:t xml:space="preserve">[01:48] </w:t>
      </w:r>
      <w:r>
        <w:t>allah ne apne rasool ko bheja ke woh logon ko kitab aur hikmat ki taleem de. to kitab se murad hai quran, hikmat se murad quran ke ilawa hai.</w:t>
      </w:r>
    </w:p>
    <w:p>
      <w:pPr>
        <w:jc w:val="right"/>
      </w:pPr>
      <w:r>
        <w:t>اللہ نے اپنے رسول کو بھیجا کہ وہ لوگوں کو کتاب اور حکمت کی تعلیم دے۔ تو کتاب سے مراد ہے قرآن، حکمت سے مراد قرآن کے علاوہ ہے۔</w:t>
      </w:r>
    </w:p>
    <w:p>
      <w:r>
        <w:rPr>
          <w:b/>
        </w:rPr>
        <w:t xml:space="preserve">[02:06] </w:t>
      </w:r>
      <w:r>
        <w:t>yani quran to ek</w:t>
      </w:r>
    </w:p>
    <w:p>
      <w:pPr>
        <w:jc w:val="right"/>
      </w:pPr>
      <w:r>
        <w:t>یعنی قرآن تو ایک</w:t>
      </w:r>
    </w:p>
    <w:p>
      <w:r>
        <w:rPr>
          <w:b/>
        </w:rPr>
        <w:t xml:space="preserve">[02:11] </w:t>
      </w:r>
      <w:r>
        <w:t>wahi matloob hai, jibril ke zariye aaya, woh rasool allah ne hum ko, insan ko de diya. lekin is ke ilawa khud rasool allah sallallahu alaihi wasallam jo farmate the, jin ko hum hadith kehte hain,</w:t>
      </w:r>
    </w:p>
    <w:p>
      <w:pPr>
        <w:jc w:val="right"/>
      </w:pPr>
      <w:r>
        <w:t>وحی مطلوب ہے، جبرائیل کے ذریعے آیا، وہ رسول اللہ نے ہم کو، انسان کو دے دیا۔ لیکن اس کے علاوہ خود رسول اللہ صلی اللہ علیہ وسلم جو فرماتے تھے، جن کو ہم حدیث کہتے ہیں،</w:t>
      </w:r>
    </w:p>
    <w:p>
      <w:r>
        <w:rPr>
          <w:b/>
        </w:rPr>
        <w:t xml:space="preserve">[02:25] </w:t>
      </w:r>
      <w:r>
        <w:t>is ko quran mein hikmat kaha gaya hai. hikmat ka matlab hota hai wisdom. wisdom.</w:t>
      </w:r>
    </w:p>
    <w:p>
      <w:pPr>
        <w:jc w:val="right"/>
      </w:pPr>
      <w:r>
        <w:t>اس کو قرآن میں حکمت کہا گیا ہے۔ حکمت کا مطلب ہوتا ہے وزڈم۔ وزڈم۔</w:t>
      </w:r>
    </w:p>
    <w:p>
      <w:r>
        <w:rPr>
          <w:b/>
        </w:rPr>
        <w:t xml:space="preserve">[02:36] </w:t>
      </w:r>
      <w:r>
        <w:t>is ka matlab yeh hai ke quran jo hai, woh allah ke arshadat ka majmooa hai. aur hadith hai zindagi ki hikmat, zindagi ki wisdom.</w:t>
      </w:r>
    </w:p>
    <w:p>
      <w:pPr>
        <w:jc w:val="right"/>
      </w:pPr>
      <w:r>
        <w:t>اس کا مطلب یہ ہے کہ قرآن جو ہے، وہ اللہ کے ارشادات کا مجموعہ ہے۔ اور حدیث ہے زندگی کی حکمت، زندگی کی وزڈم۔</w:t>
      </w:r>
    </w:p>
    <w:p>
      <w:r>
        <w:rPr>
          <w:b/>
        </w:rPr>
        <w:t xml:space="preserve">[02:56] </w:t>
      </w:r>
      <w:r>
        <w:t>agar aap hadith ko alag kar dein aur kahein ke quran hamare liye kafi hai, jaise ek ek zamane mein kuch logon ne kaha tha: "hasbunallahu al-kitab" .</w:t>
      </w:r>
    </w:p>
    <w:p>
      <w:pPr>
        <w:jc w:val="right"/>
      </w:pPr>
      <w:r>
        <w:t>اگر آپ حدیث کو الگ کر دیں اور کہیں کہ قرآن ہمارے لیے کافی ہے، جیسے ایک ایک زمانے میں کچھ لوگوں نے کہا تھا: "حسبنا كتاب الله" ۔</w:t>
      </w:r>
    </w:p>
    <w:p>
      <w:r>
        <w:rPr>
          <w:b/>
        </w:rPr>
        <w:t xml:space="preserve">[03:09] </w:t>
      </w:r>
      <w:r>
        <w:t>to yeh bekhabari ki baat hai.</w:t>
      </w:r>
    </w:p>
    <w:p>
      <w:pPr>
        <w:jc w:val="right"/>
      </w:pPr>
      <w:r>
        <w:t>تو یہ بے خبری کی بات ہے۔</w:t>
      </w:r>
    </w:p>
    <w:p>
      <w:r>
        <w:rPr>
          <w:b/>
        </w:rPr>
        <w:t xml:space="preserve">[03:15] </w:t>
      </w:r>
      <w:r>
        <w:t>hadith zindagi ki hikmat hai, zindagi ki wisdom hai, zindagi ki baseerat hai.</w:t>
      </w:r>
    </w:p>
    <w:p>
      <w:pPr>
        <w:jc w:val="right"/>
      </w:pPr>
      <w:r>
        <w:t>حدیث زندگی کی حکمت ہے، زندگی کی وزڈم ہے، زندگی کی بصیرت ہے۔</w:t>
      </w:r>
    </w:p>
    <w:p>
      <w:r>
        <w:rPr>
          <w:b/>
        </w:rPr>
        <w:t xml:space="preserve">[03:22] </w:t>
      </w:r>
      <w:r>
        <w:t>agar aap hadith ko chhod denge to aap hikmat se mehroom ho jayenge. lekin hikmat kya hai?</w:t>
      </w:r>
    </w:p>
    <w:p>
      <w:pPr>
        <w:jc w:val="right"/>
      </w:pPr>
      <w:r>
        <w:t>اگر آپ حدیث کو چھوڑ دیں گے تو آپ حکمت سے محروم ہو جائیں گے۔ لیکن حکمت کیا ہے؟</w:t>
      </w:r>
    </w:p>
    <w:p>
      <w:r>
        <w:rPr>
          <w:b/>
        </w:rPr>
        <w:t xml:space="preserve">[03:33] </w:t>
      </w:r>
      <w:r>
        <w:t>hikmat koi qanooni zaban mein nahi hoti. hikmat aap ko tadabbur kar ke maloom hoti hai. tadabbur.</w:t>
      </w:r>
    </w:p>
    <w:p>
      <w:pPr>
        <w:jc w:val="right"/>
      </w:pPr>
      <w:r>
        <w:t>حکمت کوئی قانونی زبان میں نہیں ہوتی۔ حکمت آپ کو تدبر کر کے معلوم ہوتی ہے۔ تدبر۔</w:t>
      </w:r>
    </w:p>
    <w:p>
      <w:r>
        <w:rPr>
          <w:b/>
        </w:rPr>
        <w:t xml:space="preserve">[03:46] </w:t>
      </w:r>
      <w:r>
        <w:t>main aap ko ek misaal deta hoon is ki wazahat ke liye.</w:t>
      </w:r>
    </w:p>
    <w:p>
      <w:pPr>
        <w:jc w:val="right"/>
      </w:pPr>
      <w:r>
        <w:t>میں آپ کو ایک مثال دیتا ہوں اس کی وضاحت کے لیے۔</w:t>
      </w:r>
    </w:p>
    <w:p>
      <w:r>
        <w:rPr>
          <w:b/>
        </w:rPr>
        <w:t xml:space="preserve">[03:53] </w:t>
      </w:r>
      <w:r>
        <w:t>aap ko maloom hai ke abhi main pichhle hafte america gaya tha, wahan do hafte raha. to america ke airport par, yani jahan hum utre,</w:t>
      </w:r>
    </w:p>
    <w:p>
      <w:pPr>
        <w:jc w:val="right"/>
      </w:pPr>
      <w:r>
        <w:t>آپ کو معلوم ہے کہ ابھی میں پچھلے ہفتہ امریکہ گیا تھا، وہاں دو ہفتے رہا۔ تو امریکہ کے ایئرپورٹ پر، یعنی جہاں ہم اترے،</w:t>
      </w:r>
    </w:p>
    <w:p>
      <w:r>
        <w:rPr>
          <w:b/>
        </w:rPr>
        <w:t xml:space="preserve">[04:08] </w:t>
      </w:r>
      <w:r>
        <w:t>new york airport par, to wahan par jo checking hoti hai, bohat sakht checking hoti hai.</w:t>
      </w:r>
    </w:p>
    <w:p>
      <w:pPr>
        <w:jc w:val="right"/>
      </w:pPr>
      <w:r>
        <w:t>نیویارک ایئرپورٹ پر، تو وہاں پر جو چیکنگ ہوتی ہے، بہت سخت چیکنگ ہوتی ہے۔</w:t>
      </w:r>
    </w:p>
    <w:p>
      <w:r>
        <w:rPr>
          <w:b/>
        </w:rPr>
        <w:t xml:space="preserve">[04:20] </w:t>
      </w:r>
      <w:r>
        <w:t>to is ka ek item yeh hota hai ke aadmi ka joota utarwate hain, kyunke koi cheez aadmi joote mein chhupa ke la sakta hai.</w:t>
      </w:r>
    </w:p>
    <w:p>
      <w:pPr>
        <w:jc w:val="right"/>
      </w:pPr>
      <w:r>
        <w:t>تو اس کا ایک آئٹم یہ ہوتا ہے کہ آدمی کا جوتا اترواتے ہیں، کیونکہ کوئی چیز آدمی جوتے میں چھپا کے لا سکتا ہے۔</w:t>
      </w:r>
    </w:p>
    <w:p>
      <w:r>
        <w:rPr>
          <w:b/>
        </w:rPr>
        <w:t xml:space="preserve">[04:33] </w:t>
      </w:r>
      <w:r>
        <w:t>to aap ko yaad hoga ke is se pehle india ke do mashhoor</w:t>
      </w:r>
    </w:p>
    <w:p>
      <w:pPr>
        <w:jc w:val="right"/>
      </w:pPr>
      <w:r>
        <w:t>تو آپ کو یاد ہوگا کہ اس سے پہلے انڈیا کے دو مشہور</w:t>
      </w:r>
    </w:p>
    <w:p>
      <w:r>
        <w:rPr>
          <w:b/>
        </w:rPr>
        <w:t xml:space="preserve">[04:41] </w:t>
      </w:r>
      <w:r>
        <w:t>aadmi ko america ke airport par un ka joota utara gaya. dono mashhoor log the.</w:t>
      </w:r>
    </w:p>
    <w:p>
      <w:pPr>
        <w:jc w:val="right"/>
      </w:pPr>
      <w:r>
        <w:t>آدمی کو امریکہ کے ایئرپورٹ پر ان کا جوتا اتارا گیا۔ دونوں مشہور لوگ تھے۔</w:t>
      </w:r>
    </w:p>
    <w:p>
      <w:r>
        <w:rPr>
          <w:b/>
        </w:rPr>
        <w:t xml:space="preserve">[04:52] </w:t>
      </w:r>
      <w:r>
        <w:t>unhone is baat ko media mein keh diya. woh bada shor o ghul macha. kyun? unhone samjha ke yeh ek indian insaan ki</w:t>
      </w:r>
    </w:p>
    <w:p>
      <w:pPr>
        <w:jc w:val="right"/>
      </w:pPr>
      <w:r>
        <w:t>انہوں نے اس بات کو میڈیا میں کہہ دیا۔ وہ بڑا شور و غل مچا۔ کیوں؟ انہوں نے سمجھا کہ یہ ایک انڈین انسان کی</w:t>
      </w:r>
    </w:p>
    <w:p>
      <w:r>
        <w:rPr>
          <w:b/>
        </w:rPr>
        <w:t xml:space="preserve">[05:04] </w:t>
      </w:r>
      <w:r>
        <w:t>tauheen thi. indian insaan ki behurmati thi. beizzati kiya kiya unhone india ke ek aadmi ko.</w:t>
      </w:r>
    </w:p>
    <w:p>
      <w:pPr>
        <w:jc w:val="right"/>
      </w:pPr>
      <w:r>
        <w:t>توہین تھی۔ انڈین انسان کی بے حرمتی تھی۔ بے عزت کیا کیا انہوں نے انڈیا کے ایک آدمی کو۔</w:t>
      </w:r>
    </w:p>
    <w:p>
      <w:r>
        <w:rPr>
          <w:b/>
        </w:rPr>
        <w:t xml:space="preserve">[05:17] </w:t>
      </w:r>
      <w:r>
        <w:t>to jab main wahan airport par tha aur meri, mere saath bhi yahi hua. hua.</w:t>
      </w:r>
    </w:p>
    <w:p>
      <w:pPr>
        <w:jc w:val="right"/>
      </w:pPr>
      <w:r>
        <w:t>تو جب میں وہاں ایئرپورٹ پر تھا اور میری، میرے ساتھ بھی یہی ہوا، ہوا۔</w:t>
      </w:r>
    </w:p>
    <w:p>
      <w:r>
        <w:rPr>
          <w:b/>
        </w:rPr>
        <w:t xml:space="preserve">[05:26] </w:t>
      </w:r>
      <w:r>
        <w:t>unhone mera joota utarne ko kaha. security ka aadmi hota hai.</w:t>
      </w:r>
    </w:p>
    <w:p>
      <w:pPr>
        <w:jc w:val="right"/>
      </w:pPr>
      <w:r>
        <w:t>انہوں نے میرا جوتا اتارنے کو کہا۔ سیکیورٹی کا آدمی ہوتا ہے۔</w:t>
      </w:r>
    </w:p>
    <w:p>
      <w:r>
        <w:rPr>
          <w:b/>
        </w:rPr>
        <w:t xml:space="preserve">[05:37] </w:t>
      </w:r>
      <w:r>
        <w:t>to main ne foran apna joota utar diya. balke ek joota main ne utara tha to doosre joote ko us ne muskurate hue mana kar diya.</w:t>
      </w:r>
    </w:p>
    <w:p>
      <w:pPr>
        <w:jc w:val="right"/>
      </w:pPr>
      <w:r>
        <w:t>تو میں نے فوراً اپنا جوتا اتار دیا۔ بلکہ ایک جوتا میں نے اتارا تھا تو دوسرے جوتے کو اس نے مسکراتے ہوئے منع کر دیا۔</w:t>
      </w:r>
    </w:p>
    <w:p>
      <w:r>
        <w:rPr>
          <w:b/>
        </w:rPr>
        <w:t xml:space="preserve">[05:49] </w:t>
      </w:r>
      <w:r>
        <w:t>ke bas ek kafi hai.</w:t>
      </w:r>
    </w:p>
    <w:p>
      <w:pPr>
        <w:jc w:val="right"/>
      </w:pPr>
      <w:r>
        <w:t>کہ بس ایک کافی ہے۔</w:t>
      </w:r>
    </w:p>
    <w:p>
      <w:r>
        <w:rPr>
          <w:b/>
        </w:rPr>
        <w:t xml:space="preserve">[05:53] </w:t>
      </w:r>
      <w:r>
        <w:t>to main ne socha ke kyun aisa hua? ke main ne apne joota utarne ke waqeye ko beizzati nahi samjha, mujhe gussa nahi aaya.</w:t>
      </w:r>
    </w:p>
    <w:p>
      <w:pPr>
        <w:jc w:val="right"/>
      </w:pPr>
      <w:r>
        <w:t>تو میں نے سوچا کہ کیوں ایسا ہوا؟ کہ میں نے اپنے جوتا اتارنے کے واقعے کو کو بے عزتی نہیں سمجھا، مجھے غصہ نہیں آیا۔</w:t>
      </w:r>
    </w:p>
    <w:p>
      <w:r>
        <w:rPr>
          <w:b/>
        </w:rPr>
        <w:t xml:space="preserve">[06:08] </w:t>
      </w:r>
      <w:r>
        <w:t>aur woh doosre sahiban us ko gussa ho gaye is par. to jaise isi ka naam wisdom hai.</w:t>
      </w:r>
    </w:p>
    <w:p>
      <w:pPr>
        <w:jc w:val="right"/>
      </w:pPr>
      <w:r>
        <w:t>اور وہ دوسرے صاحبان اس کو غصہ ہو گئے اس پر۔ تو جیسے اسی کا نام وزڈم ہے۔</w:t>
      </w:r>
    </w:p>
    <w:p>
      <w:r>
        <w:rPr>
          <w:b/>
        </w:rPr>
        <w:t xml:space="preserve">[06:19] </w:t>
      </w:r>
      <w:r>
        <w:t>cheezon ko right angle mein dekhna, yeh wisdom hai. har cheez ko dekhne ke</w:t>
      </w:r>
    </w:p>
    <w:p>
      <w:pPr>
        <w:jc w:val="right"/>
      </w:pPr>
      <w:r>
        <w:t>چیزوں کو رائٹ اینگل میں دیکھنا، یہ وزڈم ہے۔ ہر چیز کو دیکھنے کے</w:t>
      </w:r>
    </w:p>
    <w:p>
      <w:r>
        <w:rPr>
          <w:b/>
        </w:rPr>
        <w:t xml:space="preserve">[06:30] </w:t>
      </w:r>
      <w:r>
        <w:t>do angle hotay hain: ghalat angle, sahi angle.</w:t>
      </w:r>
    </w:p>
    <w:p>
      <w:pPr>
        <w:jc w:val="right"/>
      </w:pPr>
      <w:r>
        <w:t>دو اینگل ہوتے ہیں: غلط اینگل، صحیح اینگل۔</w:t>
      </w:r>
    </w:p>
    <w:p>
      <w:r>
        <w:rPr>
          <w:b/>
        </w:rPr>
        <w:t xml:space="preserve">[06:36] </w:t>
      </w:r>
      <w:r>
        <w:t>wisdom yeh hai ke aap cheezon ko sahi angle se dekh saken. yeh wisdom hai.</w:t>
      </w:r>
    </w:p>
    <w:p>
      <w:pPr>
        <w:jc w:val="right"/>
      </w:pPr>
      <w:r>
        <w:t>وزڈم یہ ہے کہ آپ چیزوں کو صحیح اینگل سے دیکھ سکیں۔ یہ وزڈم ہے۔</w:t>
      </w:r>
    </w:p>
    <w:p>
      <w:r>
        <w:rPr>
          <w:b/>
        </w:rPr>
        <w:t xml:space="preserve">[06:44] </w:t>
      </w:r>
      <w:r>
        <w:t>jaisay jin logon ne, jo log joota utarne par ghussa hue, unhon ne joota utarne ke waqeye ko in terms of insult liya.</w:t>
      </w:r>
    </w:p>
    <w:p>
      <w:pPr>
        <w:jc w:val="right"/>
      </w:pPr>
      <w:r>
        <w:t>جیسے جن لوگوں نے، جو لوگ جوتا اتارنے پر غصہ ہوئے، انہوں نے جوتا اتارنے کے واقعے کو ان ٹرمز آف انسلٹ لیا۔</w:t>
      </w:r>
    </w:p>
    <w:p>
      <w:r>
        <w:rPr>
          <w:b/>
        </w:rPr>
        <w:t xml:space="preserve">[07:00] </w:t>
      </w:r>
      <w:r>
        <w:t>yani be-izzati ke angle se is ko dekha.</w:t>
      </w:r>
    </w:p>
    <w:p>
      <w:pPr>
        <w:jc w:val="right"/>
      </w:pPr>
      <w:r>
        <w:t>یعنی بے عزتی کے اینگل سے اس کو دیکھا۔</w:t>
      </w:r>
    </w:p>
    <w:p>
      <w:r>
        <w:rPr>
          <w:b/>
        </w:rPr>
        <w:t xml:space="preserve">[07:06] </w:t>
      </w:r>
      <w:r>
        <w:t>in terms of insult.</w:t>
      </w:r>
    </w:p>
    <w:p>
      <w:pPr>
        <w:jc w:val="right"/>
      </w:pPr>
      <w:r>
        <w:t>ان ٹرمز آف انسلٹ۔</w:t>
      </w:r>
    </w:p>
    <w:p>
      <w:r>
        <w:rPr>
          <w:b/>
        </w:rPr>
        <w:t xml:space="preserve">[07:11] </w:t>
      </w:r>
      <w:r>
        <w:t>acha, mera aik muamla kya hua ke maine is ko is aitbaar se nahi dekha, balkay is aitbaar se dekha ke yeh airport par jo security ka system hai,</w:t>
      </w:r>
    </w:p>
    <w:p>
      <w:pPr>
        <w:jc w:val="right"/>
      </w:pPr>
      <w:r>
        <w:t>اچھا، میرا ایک معاملہ کیا ہوا کہ میں نے اس کو اس اعتبار سے نہیں دیکھا، بلکہ اس اعتبار سے دیکھا کہ یہ ایئرپورٹ پر جو سیکیورٹی کا سسٹم ہے،</w:t>
      </w:r>
    </w:p>
    <w:p>
      <w:r>
        <w:rPr>
          <w:b/>
        </w:rPr>
        <w:t xml:space="preserve">[07:25] </w:t>
      </w:r>
      <w:r>
        <w:t>iska aik juz yeh bhi hai, aik juz is ka yeh bhi hai. to maine is ko in terms of discipline liya. yani is ko discipline ke aitbaar se dekha.</w:t>
      </w:r>
    </w:p>
    <w:p>
      <w:pPr>
        <w:jc w:val="right"/>
      </w:pPr>
      <w:r>
        <w:t>اس کا ایک جز یہ بھی ہے، ایک جز اس کا یہ بھی ہے۔ تو میں نے اس کو ان ٹرمز آف ڈسپلن لیا۔ یعنی اس کو ڈسپلن کے اعتبار سے دیکھا۔</w:t>
      </w:r>
    </w:p>
    <w:p>
      <w:r>
        <w:rPr>
          <w:b/>
        </w:rPr>
        <w:t xml:space="preserve">[07:37] </w:t>
      </w:r>
      <w:r>
        <w:t>to mujhe koi ghussa nahi aaya.</w:t>
      </w:r>
    </w:p>
    <w:p>
      <w:pPr>
        <w:jc w:val="right"/>
      </w:pPr>
      <w:r>
        <w:t>تو مجھے کوئی غصہ نہیں آیا۔</w:t>
      </w:r>
    </w:p>
    <w:p>
      <w:r>
        <w:rPr>
          <w:b/>
        </w:rPr>
        <w:t xml:space="preserve">[07:43] </w:t>
      </w:r>
      <w:r>
        <w:t>agar aap kisi cheez ko ghalat angle se dekhen to aap negative ho jayenge. sahi angle se dekhen to aap ki positivity baqi rahegi.</w:t>
      </w:r>
    </w:p>
    <w:p>
      <w:pPr>
        <w:jc w:val="right"/>
      </w:pPr>
      <w:r>
        <w:t>اگر آپ کسی چیز کو غلط اینگل سے دیکھیں تو آپ نیگیٹو ہو جائیں گے۔ صحیح اینگل سے دیکھیں تو آپ کی پازیٹیوٹی باقی رہے گی۔</w:t>
      </w:r>
    </w:p>
    <w:p>
      <w:r>
        <w:rPr>
          <w:b/>
        </w:rPr>
        <w:t xml:space="preserve">[07:57] </w:t>
      </w:r>
      <w:r>
        <w:t>yeh hai wisdom. yeh hai wisdom. aur is ka talluq poori zindagi se hai.</w:t>
      </w:r>
    </w:p>
    <w:p>
      <w:pPr>
        <w:jc w:val="right"/>
      </w:pPr>
      <w:r>
        <w:t>یہ ہے وزڈم۔ یہ ہے وزڈم۔ اور اس کا تعلق پوری زندگی سے ہے۔</w:t>
      </w:r>
    </w:p>
    <w:p>
      <w:r>
        <w:rPr>
          <w:b/>
        </w:rPr>
        <w:t xml:space="preserve">[08:08] </w:t>
      </w:r>
      <w:r>
        <w:t>poori zindagi se.</w:t>
      </w:r>
    </w:p>
    <w:p>
      <w:pPr>
        <w:jc w:val="right"/>
      </w:pPr>
      <w:r>
        <w:t>پوری زندگی سے۔</w:t>
      </w:r>
    </w:p>
    <w:p>
      <w:r>
        <w:rPr>
          <w:b/>
        </w:rPr>
        <w:t xml:space="preserve">[08:14] </w:t>
      </w:r>
      <w:r>
        <w:t>to jo log America ke baray mein</w:t>
      </w:r>
    </w:p>
    <w:p>
      <w:pPr>
        <w:jc w:val="right"/>
      </w:pPr>
      <w:r>
        <w:t>تو جو لوگ امریکہ کے بارے میں</w:t>
      </w:r>
    </w:p>
    <w:p>
      <w:r>
        <w:rPr>
          <w:b/>
        </w:rPr>
        <w:t xml:space="preserve">[08:20] </w:t>
      </w:r>
      <w:r>
        <w:t>negative, negative rai rakhte hain, kehte hain ke Islam dushman hai America, woh asal mein yeh karte hain ke cheezon ko ghalat angle se dekhte hain.</w:t>
      </w:r>
    </w:p>
    <w:p>
      <w:pPr>
        <w:jc w:val="right"/>
      </w:pPr>
      <w:r>
        <w:t>نیگیٹو، نیگیٹیو رائے رکھتے ہیں، کہتے ہیں کہ اسلام دشمن ہے امریکہ، وہ اصل میں یہ کرتے ہیں کہ چیزوں کو غلط اینگل سے دیکھتے ہیں۔</w:t>
      </w:r>
    </w:p>
    <w:p>
      <w:r>
        <w:rPr>
          <w:b/>
        </w:rPr>
        <w:t xml:space="preserve">[08:35] </w:t>
      </w:r>
      <w:r>
        <w:t>ghalat angle se dekhenge to aap ki rai ghalat ho jayegi.</w:t>
      </w:r>
    </w:p>
    <w:p>
      <w:pPr>
        <w:jc w:val="right"/>
      </w:pPr>
      <w:r>
        <w:t>غلط اینگل سے دیکھیں گے تو آپ کی رائے غلط ہو جائے گی۔</w:t>
      </w:r>
    </w:p>
    <w:p>
      <w:r>
        <w:rPr>
          <w:b/>
        </w:rPr>
        <w:t xml:space="preserve">[08:39] </w:t>
      </w:r>
      <w:r>
        <w:t>is ki aik misaal abhi mere haath mein yeh, yeh English daily hai.</w:t>
      </w:r>
    </w:p>
    <w:p>
      <w:pPr>
        <w:jc w:val="right"/>
      </w:pPr>
      <w:r>
        <w:t>اس کی ایک مثال ابھی میرے ہاتھ میں یہ، یہ انگلش ڈیلی ہے۔</w:t>
      </w:r>
    </w:p>
    <w:p>
      <w:r>
        <w:rPr>
          <w:b/>
        </w:rPr>
        <w:t xml:space="preserve">[08:49] </w:t>
      </w:r>
      <w:r>
        <w:t>to 18 September ko is mein aik waqea chupa hai, America ka. 18 September ko.</w:t>
      </w:r>
    </w:p>
    <w:p>
      <w:pPr>
        <w:jc w:val="right"/>
      </w:pPr>
      <w:r>
        <w:t>تو 18 ستمبر کو اس میں ایک واقعہ چھپا ہے، امریکہ کا۔ 18 ستمبر کو۔</w:t>
      </w:r>
    </w:p>
    <w:p>
      <w:r>
        <w:rPr>
          <w:b/>
        </w:rPr>
        <w:t xml:space="preserve">[09:00] </w:t>
      </w:r>
      <w:r>
        <w:t>wahan par aik family Sudan se migrate kar ke America gayi, wahan Pennsylvania mein rehti hai woh.</w:t>
      </w:r>
    </w:p>
    <w:p>
      <w:pPr>
        <w:jc w:val="right"/>
      </w:pPr>
      <w:r>
        <w:t>وہاں پر ایک فیملی سوڈان سے مائیگریٹ کر کے امریکہ گئی، وہاں پینسلواریا میں رہتی ہے وہ۔</w:t>
      </w:r>
    </w:p>
    <w:p>
      <w:r>
        <w:rPr>
          <w:b/>
        </w:rPr>
        <w:t xml:space="preserve">[09:11] </w:t>
      </w:r>
      <w:r>
        <w:t>Sudani hain woh log, Musalman. to un ka aik bachcha hai jo 14 saal ka hai. 14 years ka.</w:t>
      </w:r>
    </w:p>
    <w:p>
      <w:pPr>
        <w:jc w:val="right"/>
      </w:pPr>
      <w:r>
        <w:t>سوڈانی ہیں وہ لوگ، مسلمان۔ تو ان کا ایک بچہ ہے جو 14 سال کا ہے۔ 14 ایئرز کا۔</w:t>
      </w:r>
    </w:p>
    <w:p>
      <w:r>
        <w:rPr>
          <w:b/>
        </w:rPr>
        <w:t xml:space="preserve">[09:21] </w:t>
      </w:r>
      <w:r>
        <w:t>woh school mein parhta hai. us ne wahan aik din aik clock banai, clock.</w:t>
      </w:r>
    </w:p>
    <w:p>
      <w:pPr>
        <w:jc w:val="right"/>
      </w:pPr>
      <w:r>
        <w:t>وہ اسکول میں پڑھتا ہے۔ اس نے وہاں ایک دن ایک کلاک بنائی، کلاک۔</w:t>
      </w:r>
    </w:p>
    <w:p>
      <w:r>
        <w:rPr>
          <w:b/>
        </w:rPr>
        <w:t xml:space="preserve">[09:32] </w:t>
      </w:r>
      <w:r>
        <w:t>ghari jo hoti hai, bari.</w:t>
      </w:r>
    </w:p>
    <w:p>
      <w:pPr>
        <w:jc w:val="right"/>
      </w:pPr>
      <w:r>
        <w:t>گھڑی جو ہوتی ہے، بڑی۔</w:t>
      </w:r>
    </w:p>
    <w:p>
      <w:r>
        <w:rPr>
          <w:b/>
        </w:rPr>
        <w:t xml:space="preserve">[09:39] </w:t>
      </w:r>
      <w:r>
        <w:t>aur 20 minute mein us ne bana diya. apne bedroom mein. aik pencil box liya, kuch mamooli saman liya, aur kuch taar liya, jor jor ke us ne aik clock banai.</w:t>
      </w:r>
    </w:p>
    <w:p>
      <w:pPr>
        <w:jc w:val="right"/>
      </w:pPr>
      <w:r>
        <w:t>اور بیس منٹ میں اس نے بنا دیا۔ اپنے بیڈ روم میں۔ ایک پینسل باکس لیا، کچھ معمولی سامان لیا، اور کچھ تار لیا، جوڑ جوڑ کے اس نے ایک کلاک بنا دی۔</w:t>
      </w:r>
    </w:p>
    <w:p>
      <w:r>
        <w:rPr>
          <w:b/>
        </w:rPr>
        <w:t xml:space="preserve">[09:56] </w:t>
      </w:r>
      <w:r>
        <w:t>to is clock ko le kar ke woh gaya school mein.</w:t>
      </w:r>
    </w:p>
    <w:p>
      <w:pPr>
        <w:jc w:val="right"/>
      </w:pPr>
      <w:r>
        <w:t>تو اس کلاک کو لے کر کے وہ گیا اسکول میں۔</w:t>
      </w:r>
    </w:p>
    <w:p>
      <w:r>
        <w:rPr>
          <w:b/>
        </w:rPr>
        <w:t xml:space="preserve">[10:01] </w:t>
      </w:r>
      <w:r>
        <w:t>bohat khush ho, usay dikhaya teacher ko. yani American teacher. ke maine is ko 20 minute mein banaya hai.</w:t>
      </w:r>
    </w:p>
    <w:p>
      <w:pPr>
        <w:jc w:val="right"/>
      </w:pPr>
      <w:r>
        <w:t>بہت خوش ہو، اسے دکھایا ٹیچر کو۔ یعنی امریکن ٹیچر۔ کہ میں نے اس کو بیس منٹ میں بنایا ہے۔</w:t>
      </w:r>
    </w:p>
    <w:p>
      <w:r>
        <w:rPr>
          <w:b/>
        </w:rPr>
        <w:t xml:space="preserve">[10:12] </w:t>
      </w:r>
      <w:r>
        <w:t>to woh teacher jo tha,</w:t>
      </w:r>
    </w:p>
    <w:p>
      <w:pPr>
        <w:jc w:val="right"/>
      </w:pPr>
      <w:r>
        <w:t>تو وہ ٹیچر جو تھا،</w:t>
      </w:r>
    </w:p>
    <w:p>
      <w:r>
        <w:rPr>
          <w:b/>
        </w:rPr>
        <w:t xml:space="preserve">[10:16] </w:t>
      </w:r>
      <w:r>
        <w:t>ghussa ho gaya. ghussa matlab yeh ke woh koi dar gaya woh.</w:t>
      </w:r>
    </w:p>
    <w:p>
      <w:pPr>
        <w:jc w:val="right"/>
      </w:pPr>
      <w:r>
        <w:t>غصہ ہو گیا۔ غصہ مطلب یہ کہ وہ کوئی ڈر گیا وہ۔</w:t>
      </w:r>
    </w:p>
    <w:p>
      <w:r>
        <w:rPr>
          <w:b/>
        </w:rPr>
        <w:t xml:space="preserve">[10:25] </w:t>
      </w:r>
      <w:r>
        <w:t>kyun? is liye ke woh clock jo tha, us ko dekhne mein laga ke yeh to bomb hai.</w:t>
      </w:r>
    </w:p>
    <w:p>
      <w:pPr>
        <w:jc w:val="right"/>
      </w:pPr>
      <w:r>
        <w:t>کیوں؟ اس لیے کہ وہ کلاک جو تھا، اس کو دیکھنے میں لگا کہ یہ تو بم ہے۔</w:t>
      </w:r>
    </w:p>
    <w:p>
      <w:r>
        <w:rPr>
          <w:b/>
        </w:rPr>
        <w:t xml:space="preserve">[10:30] </w:t>
      </w:r>
      <w:r>
        <w:t>woh jo us ke zahiri khol tha, us ka jo case, jis case mein banaya tha us ne, pencil box mein. to bazahir us ko laga ke yeh shayad bomb hai.</w:t>
      </w:r>
    </w:p>
    <w:p>
      <w:pPr>
        <w:jc w:val="right"/>
      </w:pPr>
      <w:r>
        <w:t>وہ جو اس کے ظاہری خول تھا، اس کا جو کیس، جس کیس میں بنایا تھا اس نے، پینسل باکس میں۔ تو بظاہر اس کو لگا کہ یہ شاید بم ہے۔</w:t>
      </w:r>
    </w:p>
    <w:p>
      <w:r>
        <w:rPr>
          <w:b/>
        </w:rPr>
        <w:t xml:space="preserve">[10:42] </w:t>
      </w:r>
      <w:r>
        <w:t>to us ko dar gaya ke bomb hai, dhamaka hoga, main marunga, is ko kaloo badhe gi. to jaldi se us ne telephone kar diya police ko.</w:t>
      </w:r>
    </w:p>
    <w:p>
      <w:pPr>
        <w:jc w:val="right"/>
      </w:pPr>
      <w:r>
        <w:t>تو اس کو ڈر گیا کہ بم ہے، دھماکہ ہوگا، میں مروں گا، اس کول کولو بڑھے گی۔ تو جلدی سے اس نے ٹیلی فون کر دیا پولیس کو۔</w:t>
      </w:r>
    </w:p>
    <w:p>
      <w:r>
        <w:rPr>
          <w:b/>
        </w:rPr>
        <w:t xml:space="preserve">[10:55] </w:t>
      </w:r>
      <w:r>
        <w:t>ab police aa gayi, wahan bohat tezi se kaam hota hai.</w:t>
      </w:r>
    </w:p>
    <w:p>
      <w:pPr>
        <w:jc w:val="right"/>
      </w:pPr>
      <w:r>
        <w:t>اب پولیس آ گئی، وہاں بہت تیزی سے کام ہوتا ہے۔</w:t>
      </w:r>
    </w:p>
    <w:p>
      <w:r>
        <w:rPr>
          <w:b/>
        </w:rPr>
        <w:t xml:space="preserve">[11:00] </w:t>
      </w:r>
      <w:r>
        <w:t>with in minute police aati hai, with in minute.</w:t>
      </w:r>
    </w:p>
    <w:p>
      <w:pPr>
        <w:jc w:val="right"/>
      </w:pPr>
      <w:r>
        <w:t>ود ان منٹ پولیس آتی ہے، ود ان منٹ۔</w:t>
      </w:r>
    </w:p>
    <w:p>
      <w:r>
        <w:rPr>
          <w:b/>
        </w:rPr>
        <w:t xml:space="preserve">[11:06] </w:t>
      </w:r>
      <w:r>
        <w:t>to police ne us ke hath mein hathkadi daal di. hathkadi daal ke us ko arrest kar liya hai, is bachche ko. 14 saal ke bachche ko.</w:t>
      </w:r>
    </w:p>
    <w:p>
      <w:pPr>
        <w:jc w:val="right"/>
      </w:pPr>
      <w:r>
        <w:t>تو پولیس نے اس کے ہاتھ میں ہتھکڑی ڈال دی۔ ہتھکڑی ڈال کے اس کو اریسٹ کر لیا ہے، اس بچے کو۔ 14 سال کے بچے کو۔</w:t>
      </w:r>
    </w:p>
    <w:p>
      <w:r>
        <w:rPr>
          <w:b/>
        </w:rPr>
        <w:t xml:space="preserve">[11:17] </w:t>
      </w:r>
      <w:r>
        <w:t>phir maloom hua jab us ko check kiya gaya to maloom hua ke to ghari thi, yeh bomb nahi tha.</w:t>
      </w:r>
    </w:p>
    <w:p>
      <w:pPr>
        <w:jc w:val="right"/>
      </w:pPr>
      <w:r>
        <w:t>پھر معلوم ہوا جب اس کو چیک کیا گیا تو معلوم ہوا کہ تو گھڑی تھی، یہ بم نہیں تھا۔</w:t>
      </w:r>
    </w:p>
    <w:p>
      <w:r>
        <w:rPr>
          <w:b/>
        </w:rPr>
        <w:t xml:space="preserve">[11:23] </w:t>
      </w:r>
      <w:r>
        <w:t>to yeh khabar foran poore America phail gayi. kyunke aap kya jante hain aap ke media jo hai, with in second, with in minute, cheezon ko phaila deta hai.</w:t>
      </w:r>
    </w:p>
    <w:p>
      <w:pPr>
        <w:jc w:val="right"/>
      </w:pPr>
      <w:r>
        <w:t>تو یہ خبر فی الفور پورے امریکہ پھیل گئی۔ کیونکہ آپ کیا جانتے ہیں آپ کہ میڈیا جو ہے، ود ان سیکنڈ، ود ان منٹ، چیزوں کو پھیلا دیتا ہے۔</w:t>
      </w:r>
    </w:p>
    <w:p>
      <w:r>
        <w:rPr>
          <w:b/>
        </w:rPr>
        <w:t xml:space="preserve">[11:35] </w:t>
      </w:r>
      <w:r>
        <w:t>to saare America mein kohram mach gaya. ke kyun us ko arrest kiya?</w:t>
      </w:r>
    </w:p>
    <w:p>
      <w:pPr>
        <w:jc w:val="right"/>
      </w:pPr>
      <w:r>
        <w:t>تو سارے امریکہ میں کونام مچ گیا۔ کہ کیوں اس کو اریسٹ کیا؟</w:t>
      </w:r>
    </w:p>
    <w:p>
      <w:r>
        <w:rPr>
          <w:b/>
        </w:rPr>
        <w:t xml:space="preserve">[11:43] </w:t>
      </w:r>
      <w:r>
        <w:t>yahan tak ke Obama tak baat pohnchi. Obama ne is bachche ko apne haazir e khidmat bulaya. aur is bachche ke liye bohat bara, yaani dhai lakh rupay, dhai lakh dollar us ke liye diya ek company ne ke is ke taleem ke liye hum dete hain.</w:t>
      </w:r>
    </w:p>
    <w:p>
      <w:pPr>
        <w:jc w:val="right"/>
      </w:pPr>
      <w:r>
        <w:t>یہاں تک کہ اوباما تک بات پہنچی۔ اوباما نے اس بچے کو اپنے حافظے بلایا۔ اور اس بچے کے لیے بہت بڑا، یعنی ڈھائی لاکھ روپے، ڈھائی لاکھ ڈالر اس کے لیے دیا ایک کمپنی نے کہ اس کے تعلیم کے لیے ہم دیتے ہیں۔</w:t>
      </w:r>
    </w:p>
    <w:p>
      <w:r>
        <w:rPr>
          <w:b/>
        </w:rPr>
        <w:t xml:space="preserve">[12:04] </w:t>
      </w:r>
      <w:r>
        <w:t>aur us ko bohat acha intezam kiya gaya us ki taleem ka waghera.</w:t>
      </w:r>
    </w:p>
    <w:p>
      <w:pPr>
        <w:jc w:val="right"/>
      </w:pPr>
      <w:r>
        <w:t>اور اس کو بہت اچھا انتظام کیا گیا اس کی تعلیم کا وغیرہ۔</w:t>
      </w:r>
    </w:p>
    <w:p>
      <w:r>
        <w:rPr>
          <w:b/>
        </w:rPr>
        <w:t xml:space="preserve">[12:10] </w:t>
      </w:r>
      <w:r>
        <w:t>to yeh kyun? ek taraf hathkadi dala, aur doosri taraf us ko itna bara izaz diya. kyun aisa hua? to main ne mehsoos kiya America ke ke mutaliq ke baad ke America ke log do bohat zabardast un ke andar soch hain.</w:t>
      </w:r>
    </w:p>
    <w:p>
      <w:pPr>
        <w:jc w:val="right"/>
      </w:pPr>
      <w:r>
        <w:t>تو یہ کیوں؟ ایک طرف ہتھکڑی ڈالا، اور دوسری طرف اس کو اتنا بڑا اعزاز دیا۔ کیوں ایسا ہوا؟ تو میں نے محسوس کیا امریکہ کے کے متعلق کے بعد کہ امریکہ کے لوگ دو بہت زبردست ان کے اندر سوچ ہیں۔</w:t>
      </w:r>
    </w:p>
    <w:p>
      <w:r>
        <w:rPr>
          <w:b/>
        </w:rPr>
        <w:t xml:space="preserve">[12:33] </w:t>
      </w:r>
      <w:r>
        <w:t>ek hai human dignity, insani waqar.</w:t>
      </w:r>
    </w:p>
    <w:p>
      <w:pPr>
        <w:jc w:val="right"/>
      </w:pPr>
      <w:r>
        <w:t>ایک ہے ہیومن ڈگنٹی، انسانی وقار۔</w:t>
      </w:r>
    </w:p>
    <w:p>
      <w:r>
        <w:rPr>
          <w:b/>
        </w:rPr>
        <w:t xml:space="preserve">[12:39] </w:t>
      </w:r>
      <w:r>
        <w:t>human dignity ko bohat zyada mante hain woh. bohat zyada. aur doosri taraf un ka apna system.</w:t>
      </w:r>
    </w:p>
    <w:p>
      <w:pPr>
        <w:jc w:val="right"/>
      </w:pPr>
      <w:r>
        <w:t>ہیومن ڈگنٹی کو بہت زیادہ مانتے ہیں وہ۔ بہت زیادہ۔ اور دوسری طرف ان کا اپنا سسٹم۔</w:t>
      </w:r>
    </w:p>
    <w:p>
      <w:r>
        <w:rPr>
          <w:b/>
        </w:rPr>
        <w:t xml:space="preserve">[12:47] </w:t>
      </w:r>
      <w:r>
        <w:t>system unhon ne jo banaya hai woh bohat hi aala darjay ka hai.</w:t>
      </w:r>
    </w:p>
    <w:p>
      <w:pPr>
        <w:jc w:val="right"/>
      </w:pPr>
      <w:r>
        <w:t>سسٹم انہوں نے جو بنایا ہے وہ بہت ہی اعلیٰ درجے کا ہے۔</w:t>
      </w:r>
    </w:p>
    <w:p>
      <w:r>
        <w:rPr>
          <w:b/>
        </w:rPr>
        <w:t xml:space="preserve">[12:53] </w:t>
      </w:r>
      <w:r>
        <w:t>shayad duniya mein sab se aala darjay ka system America mein hai. to system ke bare mein bohat sensitive hain woh. zara bhi sensitive system mein koi un ko risk mehsoos ho to foran woh active ho jate hain.</w:t>
      </w:r>
    </w:p>
    <w:p>
      <w:pPr>
        <w:jc w:val="right"/>
      </w:pPr>
      <w:r>
        <w:t>شاید دنیا میں سب سے اعلیٰ درجے کا سسٹم امریکہ میں ہے۔ تو سسٹم کے بارے میں بہت سینسٹیو ہیں وہ۔ ذرا بھی سینسٹیو سسٹم میں کوئی ان کو رسک محسوس ہو تو فوراً وہ ایکٹیو ہو جاتے ہیں۔</w:t>
      </w:r>
    </w:p>
    <w:p>
      <w:r>
        <w:rPr>
          <w:b/>
        </w:rPr>
        <w:t xml:space="preserve">[13:10] </w:t>
      </w:r>
      <w:r>
        <w:t>to ek taraf system ke bare mein sensitive hain, aur doosri taraf human dignity ke bare mein bhi sensitive hain. to is bachche ne jo clock pesh ki, to jab un ko laga ke yeh to bomb hai, to foran woh active ho gaye.</w:t>
      </w:r>
    </w:p>
    <w:p>
      <w:pPr>
        <w:jc w:val="right"/>
      </w:pPr>
      <w:r>
        <w:t>تو ایک طرف سسٹم کے بارے میں سینسٹیو ہیں، اور دوسری طرف ہیومن ڈگنٹی کے بارے میں بھی سینسٹیو ہیں۔ تو اس بچے نے جو کلاک پیش کی، تو جب ان کو لگا کہ یہ تو بم ہے، تو فوراً وہ ایکٹیو ہو گئے۔</w:t>
      </w:r>
    </w:p>
    <w:p>
      <w:r>
        <w:rPr>
          <w:b/>
        </w:rPr>
        <w:t xml:space="preserve">[13:27] </w:t>
      </w:r>
      <w:r>
        <w:t>kyun ke un ka jo system hai, us mein woh bomb nahi pasand karte. lekin jaise hi unhein pata chala ke bomb nahi tha, yeh to insan, yaani us ki expertise kamal tha,</w:t>
      </w:r>
    </w:p>
    <w:p>
      <w:pPr>
        <w:jc w:val="right"/>
      </w:pPr>
      <w:r>
        <w:t>کیونکہ ان کا جو سسٹم ہے، اس میں وہ بم نہیں پسند کرتے۔ لیکن جیسے ہی انہیں پتہ چلا کہ بم نہیں تھا، یہ تو انسان، یعنی اس کی ایکسپرٹیز کمال تھا،</w:t>
      </w:r>
    </w:p>
    <w:p>
      <w:r>
        <w:rPr>
          <w:b/>
        </w:rPr>
        <w:t xml:space="preserve">[13:40] </w:t>
      </w:r>
      <w:r>
        <w:t>to foran badal gaye woh. aur is ke baad us ko bohat bara darja diya gaya. present Obama ke office mein us ko le jaya gaya, aur bohat zyada us ko tareefen ki gayeen.</w:t>
      </w:r>
    </w:p>
    <w:p>
      <w:pPr>
        <w:jc w:val="right"/>
      </w:pPr>
      <w:r>
        <w:t>تو فوراً بدل گئے وہ۔ اور اس کے بعد اس کو بہت بڑا درجہ دیا گیا۔ پریزنٹ اوباما کے آفس میں اس کو لے جایا گیا، اور بہت زیادہ اس کو تعریفیں کی گئیں۔</w:t>
      </w:r>
    </w:p>
    <w:p>
      <w:r>
        <w:rPr>
          <w:b/>
        </w:rPr>
        <w:t xml:space="preserve">[13:55] </w:t>
      </w:r>
      <w:r>
        <w:t>khud mujh ko bhi ek chota sa tajurba hua is safar mein.</w:t>
      </w:r>
    </w:p>
    <w:p>
      <w:pPr>
        <w:jc w:val="right"/>
      </w:pPr>
      <w:r>
        <w:t>خود مجھ کو بھی ایک چھوٹا سا تجربہ ہوا اس سفر میں۔</w:t>
      </w:r>
    </w:p>
    <w:p>
      <w:r>
        <w:rPr>
          <w:b/>
        </w:rPr>
        <w:t xml:space="preserve">[14:00] </w:t>
      </w:r>
      <w:r>
        <w:t>New York airport par unhon ne mujh ko ek khasoosi checking ke un ka ek hissa tha, ek ek bohat bara kamra, wahan le gaye mujh ko, wahan bithadiya.</w:t>
      </w:r>
    </w:p>
    <w:p>
      <w:pPr>
        <w:jc w:val="right"/>
      </w:pPr>
      <w:r>
        <w:t>نیویارک ایئرپورٹ پر انہوں نے مجھے ایک خصوصی چیکنگ کے ان کا ایک حصہ تھا، ایک ایک بہت بڑا کمرہ، وہاں لے گئے مجھ کو، وہاں بٹھا دیا۔</w:t>
      </w:r>
    </w:p>
    <w:p>
      <w:r>
        <w:rPr>
          <w:b/>
        </w:rPr>
        <w:t xml:space="preserve">[14:14] </w:t>
      </w:r>
      <w:r>
        <w:t>to baat kya thi? mere jo papers the, us mein ek jagah likha hua tha Maulana Wahiduddin, ek mein likha tha Maulana Khan.</w:t>
      </w:r>
    </w:p>
    <w:p>
      <w:pPr>
        <w:jc w:val="right"/>
      </w:pPr>
      <w:r>
        <w:t>تو بات کیا تھی؟ میرے جو پیپرز تھے، اس میں ایک جگہ لکھا ہوا تھا مولانا وحید الدین، ایک میں لکھا تھا مولانا خان۔</w:t>
      </w:r>
    </w:p>
    <w:p>
      <w:r>
        <w:rPr>
          <w:b/>
        </w:rPr>
        <w:t xml:space="preserve">[14:25] </w:t>
      </w:r>
      <w:r>
        <w:t>ab un ko yeh hua ke ek aadmi ke do naam to ho nahi sakte.</w:t>
      </w:r>
    </w:p>
    <w:p>
      <w:pPr>
        <w:jc w:val="right"/>
      </w:pPr>
      <w:r>
        <w:t>اب ان کو یہ ہوا کہ ایک آدمی کے دو نام تو ہو نہیں سکتے۔</w:t>
      </w:r>
    </w:p>
    <w:p>
      <w:r>
        <w:rPr>
          <w:b/>
        </w:rPr>
        <w:t xml:space="preserve">[14:30] </w:t>
      </w:r>
      <w:r>
        <w:t>to mere bare mein kuch shakk ho gaya ke kya hai yeh aadmi. to bithadiya un ko, mujh ko, aur bohat der tak bithaye rahe, aur checking karte rahe.</w:t>
      </w:r>
    </w:p>
    <w:p>
      <w:pPr>
        <w:jc w:val="right"/>
      </w:pPr>
      <w:r>
        <w:t>تو میرے بارے میں کچھ شک ہو گیا کہ کیا ہے یہ آدمی۔ تو بٹھا دیا ان کو، مجھ کو، اور بہت دیر تک بٹھائے رہے، اور چیکنگ کرتے رہے۔</w:t>
      </w:r>
    </w:p>
    <w:p>
      <w:r>
        <w:rPr>
          <w:b/>
        </w:rPr>
        <w:t xml:space="preserve">[14:40] </w:t>
      </w:r>
      <w:r>
        <w:t>to mere saath saadia thi, saadia se maine kaha ke ja kar un se kaho ke woh blood pressure ke mareez hain. to is tarah se to ho sakta hai ke blood pressure barh jayega un ka, to kya hoga?</w:t>
      </w:r>
    </w:p>
    <w:p>
      <w:pPr>
        <w:jc w:val="right"/>
      </w:pPr>
      <w:r>
        <w:t>تو میرے ساتھ سعدیہ تھی، سعدیہ سے میں نے کہا کہ جا کر ان سے کہو کہ وہ بلڈ پریشر کے مریض ہیں۔ تو اس طرح سے تو ہو سکتا ہے کہ بلڈ پریشر بڑھ جائے گا ان کا، تو کیا ہوگا؟</w:t>
      </w:r>
    </w:p>
    <w:p>
      <w:r>
        <w:rPr>
          <w:b/>
        </w:rPr>
        <w:t xml:space="preserve">[14:51] </w:t>
      </w:r>
      <w:r>
        <w:t>to jaise hi us ne kaha, fi'l-faur us ne woh passport de diya ke woh jayen, aur us ko telephone kar ke wohi bula diya, yeh wheel chair bhi.</w:t>
      </w:r>
    </w:p>
    <w:p>
      <w:pPr>
        <w:jc w:val="right"/>
      </w:pPr>
      <w:r>
        <w:t>تو جیسے ہی اس نے کہا، فی الفور اس نے وہ پاسپورٹ دے دیا کہ وہ جائیں، اور اس کو ٹیلی فون کر کے وہی بلا دیا، یہ ویل چیئر بھی۔</w:t>
      </w:r>
    </w:p>
    <w:p>
      <w:r>
        <w:rPr>
          <w:b/>
        </w:rPr>
        <w:t xml:space="preserve">[15:06] </w:t>
      </w:r>
      <w:r>
        <w:t>to jab tak un ko apne system ke bare mein shakk tha, to unhon ne detain kiya mujh ko. jab yeh laga ke meri meri human dignity ka mamla hai, meri health ka mamla hai, to foran badal gaye woh.</w:t>
      </w:r>
    </w:p>
    <w:p>
      <w:pPr>
        <w:jc w:val="right"/>
      </w:pPr>
      <w:r>
        <w:t>تو جب تک ان کو اپنے سسٹم کے بارے میں شک تھا، تو انہوں نے ڈیٹین کیا مجھ کو۔ جب یہ لگا کہ میری میری ہیومن ڈگنٹی کا معاملہ ہے، میری ہیلتھ کا معاملہ ہے، تو فوراً بدل گئے وہ۔</w:t>
      </w:r>
    </w:p>
    <w:p>
      <w:r>
        <w:rPr>
          <w:b/>
        </w:rPr>
        <w:t xml:space="preserve">[15:22] </w:t>
      </w:r>
      <w:r>
        <w:t>to wisdom agar ho hamare andar, tabhi hum kaam kamyab ho sakte hain is duniya mein.</w:t>
      </w:r>
    </w:p>
    <w:p>
      <w:pPr>
        <w:jc w:val="right"/>
      </w:pPr>
      <w:r>
        <w:t>تو وزڈم اگر ہو ہمارے اندر، تبھی ہم کام کامیاب ہو سکتے ہیں اس دنیا میں۔</w:t>
      </w:r>
    </w:p>
    <w:p>
      <w:r>
        <w:rPr>
          <w:b/>
        </w:rPr>
        <w:t xml:space="preserve">[15:32] </w:t>
      </w:r>
      <w:r>
        <w:t>saara mamla yeh hai ke wisdom hamare andar nahi hai. aur ek hadith bhi hai ke aakhri zamane mein meri ummat se aap ne farmaya ke meri ummat se do cheezen nikal j</w:t>
      </w:r>
    </w:p>
    <w:p>
      <w:pPr>
        <w:jc w:val="right"/>
      </w:pPr>
      <w:r>
        <w:t>سارا معاملہ یہ ہے کہ وزڈم ہمارے اندر نہیں ہے۔ اور ایک حدیث بھی ہے کہ آخری زمانے میں میری امت سے آپ نے فرمایا کہ میری امت سے دو چیزیں نکل ج</w:t>
      </w:r>
    </w:p>
    <w:p>
      <w:r>
        <w:rPr>
          <w:b/>
        </w:rPr>
        <w:t xml:space="preserve">[15:46] </w:t>
      </w:r>
      <w:r>
        <w:t>ayengi: ek hukm, aur doosre salat, yani hikmat aur namaz. to wahan hukm jo hai, hikmat ke ma'ne mein hai, yani wisdom ke ma'ne mein hai.</w:t>
      </w:r>
    </w:p>
    <w:p>
      <w:pPr>
        <w:jc w:val="right"/>
      </w:pPr>
      <w:r>
        <w:t>ائیں گی: ایک حکم، اور دوسرے صلاۃ، یعنی حکمت اور نماز۔ تو وہاں حکم جو ہے، حکمت کے معنی میں ہے، یعنی وزڈم کے معنی میں ہے۔</w:t>
      </w:r>
    </w:p>
    <w:p>
      <w:r>
        <w:rPr>
          <w:b/>
        </w:rPr>
        <w:t xml:space="preserve">[15:58] </w:t>
      </w:r>
      <w:r>
        <w:t>wisdom ke ma'ne mein hai. aur is waqt jo saari duniya ke musalman lad rahe hain, lad rahe hain, lad rahe hain, woh kyun?</w:t>
      </w:r>
    </w:p>
    <w:p>
      <w:pPr>
        <w:jc w:val="right"/>
      </w:pPr>
      <w:r>
        <w:t>وزڈم کے معنی میں ہے۔ اور اس وقت جو ساری دنیا کے مسلمان لڑ رہے ہیں، لڑ رہے ہیں، لڑ رہے ہیں، وہ کیوں؟</w:t>
      </w:r>
    </w:p>
    <w:p>
      <w:r>
        <w:rPr>
          <w:b/>
        </w:rPr>
        <w:t xml:space="preserve">[16:06] </w:t>
      </w:r>
      <w:r>
        <w:t>waqe'a yeh hai ke wisdom se khaali ho gaye hain. cheezon ko wisdom ki nazar se dekhna un ko nahi aata.</w:t>
      </w:r>
    </w:p>
    <w:p>
      <w:pPr>
        <w:jc w:val="right"/>
      </w:pPr>
      <w:r>
        <w:t>واقعہ یہ ہے کہ وزڈم سے خالی ہو گئے ہیں۔ چیزوں کو وزڈم کی نظر سے دیکھنا ان کو نہیں آتا۔</w:t>
      </w:r>
    </w:p>
    <w:p>
      <w:r>
        <w:rPr>
          <w:b/>
        </w:rPr>
        <w:t xml:space="preserve">[16:16] </w:t>
      </w:r>
      <w:r>
        <w:t>aaj ki duniya mein samajhta hoon ke pro Islam hai. aaj ki tamam tarqqiyan, aaj ki modern civilization, sab kuch pro Islam</w:t>
      </w:r>
    </w:p>
    <w:p>
      <w:pPr>
        <w:jc w:val="right"/>
      </w:pPr>
      <w:r>
        <w:t>آج کی دنیا میں سمجھتا ہوں کہ پرو اسلام ہے۔ آج کی تمام ترقیاں، آج کی ماڈرن سویلائزیشن، سب کچھ پرو اسلام</w:t>
      </w:r>
    </w:p>
    <w:p>
      <w:r>
        <w:rPr>
          <w:b/>
        </w:rPr>
        <w:t xml:space="preserve">[16:30] </w:t>
      </w:r>
      <w:r>
        <w:t>hai. hamare liye woh, hamare liye woh hairat angez tor se kuch support dene wali hai.</w:t>
      </w:r>
    </w:p>
    <w:p>
      <w:pPr>
        <w:jc w:val="right"/>
      </w:pPr>
      <w:r>
        <w:t>ہے۔ ہمارے لیے وہ، ہمارے لیے وہ حیرت انگیز طور سے کچھ سپورٹ دینے والی ہے۔</w:t>
      </w:r>
    </w:p>
    <w:p>
      <w:r>
        <w:rPr>
          <w:b/>
        </w:rPr>
        <w:t xml:space="preserve">[16:39] </w:t>
      </w:r>
      <w:r>
        <w:t>lekin wisdom na hone ki wajah se khatm hai ke yeh dushman hai hamari, dushman hai, aur negative ho gaye hain.</w:t>
      </w:r>
    </w:p>
    <w:p>
      <w:pPr>
        <w:jc w:val="right"/>
      </w:pPr>
      <w:r>
        <w:t>لیکن وزڈم نہ ہونے کی وجہ سے ختم ہے کہ یہ دشمن ہے ہماری، دشمن ہے، اور نیگیٹو ہو گئے ہیں۔</w:t>
      </w:r>
    </w:p>
    <w:p>
      <w:r>
        <w:rPr>
          <w:b/>
        </w:rPr>
        <w:t xml:space="preserve">[16:52] </w:t>
      </w:r>
      <w:r>
        <w:t>to America ke is safar mein mujhe kai tajrube hue, bohat hi anokhe tajrube hue.</w:t>
      </w:r>
    </w:p>
    <w:p>
      <w:pPr>
        <w:jc w:val="right"/>
      </w:pPr>
      <w:r>
        <w:t>تو امریکہ کے اس سفر میں مجھے کئی تجربے ہوئے، بہت ہی انوکھے تجربے ہوئے۔</w:t>
      </w:r>
    </w:p>
    <w:p>
      <w:r>
        <w:rPr>
          <w:b/>
        </w:rPr>
        <w:t xml:space="preserve">[17:00] </w:t>
      </w:r>
      <w:r>
        <w:t>misal ke taur par dekhiye, jab main Chicago airport pe utra to wahan par ek Turk logon ne, jo un ke manne wale hain, brother Glenn ke manne wale hain,</w:t>
      </w:r>
    </w:p>
    <w:p>
      <w:pPr>
        <w:jc w:val="right"/>
      </w:pPr>
      <w:r>
        <w:t>مثلاً دیکھیے، جب میں شکاگو ایئرپورٹ پہ اترا تو وہاں پر ایک ترک لوگوں نے، جو ان کے ماننے والے ہیں، برادر گلین کے ماننے والے ہیں،</w:t>
      </w:r>
    </w:p>
    <w:p>
      <w:r>
        <w:rPr>
          <w:b/>
        </w:rPr>
        <w:t xml:space="preserve">[17:16] </w:t>
      </w:r>
      <w:r>
        <w:t>unhon ne ek center banaya hai, Turkish American Center. woh Chicago airport ke bohat qareeb hai, Turkish American Center.</w:t>
      </w:r>
    </w:p>
    <w:p>
      <w:pPr>
        <w:jc w:val="right"/>
      </w:pPr>
      <w:r>
        <w:t>انہوں نے ایک سینٹر بنایا ہے، ٹرکش امریکن سینٹر۔ وہ شکاگو ایئرپورٹ کے بہت قریب ہے، ٹرکش امریکن سینٹر۔</w:t>
      </w:r>
    </w:p>
    <w:p>
      <w:r>
        <w:rPr>
          <w:b/>
        </w:rPr>
        <w:t xml:space="preserve">[17:27] </w:t>
      </w:r>
      <w:r>
        <w:t>to</w:t>
      </w:r>
    </w:p>
    <w:p>
      <w:pPr>
        <w:jc w:val="right"/>
      </w:pPr>
      <w:r>
        <w:t>تو</w:t>
      </w:r>
    </w:p>
    <w:p>
      <w:r>
        <w:rPr>
          <w:b/>
        </w:rPr>
        <w:t xml:space="preserve">[17:28] </w:t>
      </w:r>
      <w:r>
        <w:t>aap jante hain ke yeh Glenn ki jo party hai, woh saari duniya mein school chalati hai, bohat hi achhe mayar, standard ke school, hazaron hazaron ki tadad mein.</w:t>
      </w:r>
    </w:p>
    <w:p>
      <w:pPr>
        <w:jc w:val="right"/>
      </w:pPr>
      <w:r>
        <w:t>آپ جانتے ہیں کہ یہ گلین کی جو پارٹی ہے، وہ ساری دنیا میں اسکول چلاتی ہے، بہت ہی اچھے معیار، اسٹینڈرڈ کے اسکول، ہزاروں ہزاروں کی تعداد میں۔</w:t>
      </w:r>
    </w:p>
    <w:p>
      <w:r>
        <w:rPr>
          <w:b/>
        </w:rPr>
        <w:t xml:space="preserve">[17:43] </w:t>
      </w:r>
      <w:r>
        <w:t>to Chicago airport ke paas unhon ne ek bohat achha school khola hai, wahan par center banaya hai, is ka naam hai Turkish American Center.</w:t>
      </w:r>
    </w:p>
    <w:p>
      <w:pPr>
        <w:jc w:val="right"/>
      </w:pPr>
      <w:r>
        <w:t>تو شکاگو ایئرپورٹ کے پاس انہوں نے ایک بہت اچھا اسکول کھولا ہے، وہاں پر سینٹر بنایا ہے، اس کا نام ہے ٹرکش امریکن سینٹر۔</w:t>
      </w:r>
    </w:p>
    <w:p>
      <w:r>
        <w:rPr>
          <w:b/>
        </w:rPr>
        <w:t xml:space="preserve">[17:54] </w:t>
      </w:r>
      <w:r>
        <w:t>to wahan mujhe le gaye woh.</w:t>
      </w:r>
    </w:p>
    <w:p>
      <w:pPr>
        <w:jc w:val="right"/>
      </w:pPr>
      <w:r>
        <w:t>تو وہاں مجھے لے گئے وہ۔</w:t>
      </w:r>
    </w:p>
    <w:p>
      <w:r>
        <w:rPr>
          <w:b/>
        </w:rPr>
        <w:t xml:space="preserve">[17:56] </w:t>
      </w:r>
      <w:r>
        <w:t>woh itna shandar tha, itna shandar tha ke dekh kar mere zuban se jo nikla, jo lafz, woh yeh tha ke</w:t>
      </w:r>
    </w:p>
    <w:p>
      <w:pPr>
        <w:jc w:val="right"/>
      </w:pPr>
      <w:r>
        <w:t>وہ اتنا شاندار تھا، اتنا شاندار تھا کہ دیکھ کر میرے زبان سے جو نکلا، جو لفظ، وہ یہ تھا کہ</w:t>
      </w:r>
    </w:p>
    <w:p>
      <w:r>
        <w:rPr>
          <w:b/>
        </w:rPr>
        <w:t xml:space="preserve">[18:10] </w:t>
      </w:r>
      <w:r>
        <w:t>woh yeh tha ke</w:t>
      </w:r>
    </w:p>
    <w:p>
      <w:pPr>
        <w:jc w:val="right"/>
      </w:pPr>
      <w:r>
        <w:t>وہ یہ تھا کہ</w:t>
      </w:r>
    </w:p>
    <w:p>
      <w:r>
        <w:rPr>
          <w:b/>
        </w:rPr>
        <w:t xml:space="preserve">[18:16] </w:t>
      </w:r>
      <w:r>
        <w:t>superpower with in superpower. yani America khud ek superpower hai,</w:t>
      </w:r>
    </w:p>
    <w:p>
      <w:pPr>
        <w:jc w:val="right"/>
      </w:pPr>
      <w:r>
        <w:t>سپر پاور ود ان سپر پاور۔ یعنی امریکہ خود ایک سپر پاور ہے،</w:t>
      </w:r>
    </w:p>
    <w:p>
      <w:r>
        <w:rPr>
          <w:b/>
        </w:rPr>
        <w:t xml:space="preserve">[18:24] </w:t>
      </w:r>
      <w:r>
        <w:t>is ke andar ek ek aur ek aur superpower bana bana hua hai, yani American superpower ke andar ke in logon ne jo yeh log jo kaam kar rahe hain taleem ka, woh itna bada hai ke is ko aap keh sakte hain ke educational empire.</w:t>
      </w:r>
    </w:p>
    <w:p>
      <w:pPr>
        <w:jc w:val="right"/>
      </w:pPr>
      <w:r>
        <w:t>اس کے اندر ایک ایک اور ایک اور سپر پاور بنا بنا ہوا ہے، یعنی امریکن سپر پاور کے اندر کہ ان لوگوں نے جو یہ لوگ جو کام کر رہے ہیں تعلیم کا، وہ اتنا بڑا ہے کہ اس کو آپ کہہ سکتے ہیں کہ ایجوکیشنل ایمپائر۔</w:t>
      </w:r>
    </w:p>
    <w:p>
      <w:r>
        <w:rPr>
          <w:b/>
        </w:rPr>
        <w:t xml:space="preserve">[18:47] </w:t>
      </w:r>
      <w:r>
        <w:t>to empire with in empire hai, woh empire with in empire.</w:t>
      </w:r>
    </w:p>
    <w:p>
      <w:pPr>
        <w:jc w:val="right"/>
      </w:pPr>
      <w:r>
        <w:t>تو ایمپائر ود ان ایمپائر ہے، وہ ایمپائر ود ان ایمپائر۔</w:t>
      </w:r>
    </w:p>
    <w:p>
      <w:r>
        <w:rPr>
          <w:b/>
        </w:rPr>
        <w:t xml:space="preserve">[18:55] </w:t>
      </w:r>
      <w:r>
        <w:t>to is ke ma'ne yeh hain ke America apni apni security ke liye bohat hassas hai, apni security ke liye be hadd hassas hai.</w:t>
      </w:r>
    </w:p>
    <w:p>
      <w:pPr>
        <w:jc w:val="right"/>
      </w:pPr>
      <w:r>
        <w:t>تو اس کے معنی یہ ہیں کہ امریکہ اپنی اپنی سیکیورٹی کے لیے بہت حساس ہے، اپنی سیکیورٹی کے لیے بے حد حساس ہے۔</w:t>
      </w:r>
    </w:p>
    <w:p>
      <w:r>
        <w:rPr>
          <w:b/>
        </w:rPr>
        <w:t xml:space="preserve">[19:08] </w:t>
      </w:r>
      <w:r>
        <w:t>isi ke saath woh insaan ko azadi bhi kafi deta hai,</w:t>
      </w:r>
    </w:p>
    <w:p>
      <w:pPr>
        <w:jc w:val="right"/>
      </w:pPr>
      <w:r>
        <w:t>اسی کے ساتھ وہ انسان کو آزادی بھی کافی دیتا ہے،</w:t>
      </w:r>
    </w:p>
    <w:p>
      <w:r>
        <w:rPr>
          <w:b/>
        </w:rPr>
        <w:t xml:space="preserve">[19:15] </w:t>
      </w:r>
      <w:r>
        <w:t>insaan ko poori azaadi. to turkon ko yeh azaadi haasil hai ke woh amreeka mein school banayein, bohat se aala darjay ke school, aur itnay baray paimaanay par is ka nizaam banaye ke woh goya ke aik educational empire ban jaye,</w:t>
      </w:r>
    </w:p>
    <w:p>
      <w:pPr>
        <w:jc w:val="right"/>
      </w:pPr>
      <w:r>
        <w:t>انسان کو پوری آزادی۔ تو ترکوں کو یہ آزادی حاصل ہے کہ وہ امریکہ میں اسکول بنائیں، بہت سے اعلیٰ درجے کے اسکول، اور اتنے بڑے پیمانے پر اس کا نظام بنائیں کہ وہ گویا کہ ایک ایجوکیشنل ایمپائر بن جائے،</w:t>
      </w:r>
    </w:p>
    <w:p>
      <w:r>
        <w:rPr>
          <w:b/>
        </w:rPr>
        <w:t xml:space="preserve">[19:33] </w:t>
      </w:r>
      <w:r>
        <w:t>jaisa ke hai is waqt. yeh yeh yeh zamanay ki baat hai.</w:t>
      </w:r>
    </w:p>
    <w:p>
      <w:pPr>
        <w:jc w:val="right"/>
      </w:pPr>
      <w:r>
        <w:t>جیسا کہ ہے اس وقت۔ یہ یہ یہ زمانے کی بات ہے۔</w:t>
      </w:r>
    </w:p>
    <w:p>
      <w:r>
        <w:rPr>
          <w:b/>
        </w:rPr>
        <w:t xml:space="preserve">[19:41] </w:t>
      </w:r>
      <w:r>
        <w:t>to agar amreeka apni security ke aitbaar se kahin aap ke khilaaf koi baat karta hai to aap us par ghussa ho jatay hain, yeh nahi sochtay ke doosra pehlu aur bhi hai ke security ke part hai, usay woh bohat ziyada hassas hain aur hona chahiye apne system ki hifaazat ke liye.</w:t>
      </w:r>
    </w:p>
    <w:p>
      <w:pPr>
        <w:jc w:val="right"/>
      </w:pPr>
      <w:r>
        <w:t>تو اگر امریکہ اپنی سیکیورٹی کے اعتبار سے کہیں آپ کے خلاف کوئی بات کرتا ہے تو آپ اس پر غصہ ہو جاتے ہیں، یہ نہیں سوچتے کہ دوسرا پہلو اور بھی ہے کہ سیکیورٹی کے پارٹ ہے، اسے وہ بہت زیادہ حساس ہیں اور ہونا چاہیے اپنے سسٹم کی حفاظت کے لیے۔</w:t>
      </w:r>
    </w:p>
    <w:p>
      <w:r>
        <w:rPr>
          <w:b/>
        </w:rPr>
        <w:t xml:space="preserve">[20:02] </w:t>
      </w:r>
      <w:r>
        <w:t>lekan doosra jo pehlu hai, woh hai insaan ki azaadi. woh</w:t>
      </w:r>
    </w:p>
    <w:p>
      <w:pPr>
        <w:jc w:val="right"/>
      </w:pPr>
      <w:r>
        <w:t>لیکن دوسرا جو پہلو ہے، وہ ہے انسان کی آزادی۔ وہ</w:t>
      </w:r>
    </w:p>
    <w:p>
      <w:r>
        <w:rPr>
          <w:b/>
        </w:rPr>
        <w:t xml:space="preserve">[20:07] </w:t>
      </w:r>
      <w:r>
        <w:t>aap ko azaadi de rahay hain ke agar aap violence na karein, tashaddud na karein to un ke empire ke andar aik aur empire bana sakte hain, un ke political empire ke andar aik non political empire bana sakte hain.</w:t>
      </w:r>
    </w:p>
    <w:p>
      <w:pPr>
        <w:jc w:val="right"/>
      </w:pPr>
      <w:r>
        <w:t>آپ کو آزادی دے رہے ہیں کہ اگر آپ وائنس نہ کریں، تشدد نہ کریں تو ان کے ایمپائر کے اندر ایک اور ایمپائر بنا سکتے ہیں، ان کے پولیٹیکل ایمپائر کے اندر ایک نان پولیٹیکل ایمپائر بنا سکتے ہیں۔</w:t>
      </w:r>
    </w:p>
    <w:p>
      <w:r>
        <w:rPr>
          <w:b/>
        </w:rPr>
        <w:t xml:space="preserve">[20:21] </w:t>
      </w:r>
      <w:r>
        <w:t>itna bara moqa dete hain aap ko. yeh hai wisdom, cheezon ko sahi angle se dekhna,</w:t>
      </w:r>
    </w:p>
    <w:p>
      <w:pPr>
        <w:jc w:val="right"/>
      </w:pPr>
      <w:r>
        <w:t>اتنا بڑا موقع دیتے ہیں آپ کو۔ یہ ہے وزڈم، چیزوں کو صحیح اینگل سے دیکھنا،</w:t>
      </w:r>
    </w:p>
    <w:p>
      <w:r>
        <w:rPr>
          <w:b/>
        </w:rPr>
        <w:t xml:space="preserve">[20:32] </w:t>
      </w:r>
      <w:r>
        <w:t>sahi angle se dekhna.</w:t>
      </w:r>
    </w:p>
    <w:p>
      <w:pPr>
        <w:jc w:val="right"/>
      </w:pPr>
      <w:r>
        <w:t>صحیح اینگل سے دیکھنا۔</w:t>
      </w:r>
    </w:p>
    <w:p>
      <w:r>
        <w:rPr>
          <w:b/>
        </w:rPr>
        <w:t xml:space="preserve">[20:37] </w:t>
      </w:r>
      <w:r>
        <w:t>mein samajhta hoon ke maujooda zamanay mein musalman jo negative ho gaye hain, jagah jagah violence kar rahay hain, yahan tak ke society bomb bhi karte hain, is ki wajah hai ke maujooda daur ko woh sahi angle se dekh nahi sakay,</w:t>
      </w:r>
    </w:p>
    <w:p>
      <w:pPr>
        <w:jc w:val="right"/>
      </w:pPr>
      <w:r>
        <w:t>میں سمجھتا ہوں کہ موجودہ زمانے میں مسلمان جو نیگیٹیو ہو گئے ہیں، جگہ جگہ وائنس کر رہے ہیں، یہاں تک کہ سوسائٹی بم بھی کرتے ہیں، اس کی وجہ ہے کہ موجودہ دور کو وہ صحیح اینگل سے دیکھ نہیں سکے،</w:t>
      </w:r>
    </w:p>
    <w:p>
      <w:r>
        <w:rPr>
          <w:b/>
        </w:rPr>
        <w:t xml:space="preserve">[20:53] </w:t>
      </w:r>
      <w:r>
        <w:t>maujooda zamanay ko sahi angle se dekh nahi sakay. is zamanay mein logon ne apne apne system ko itna develop kiya hai,</w:t>
      </w:r>
    </w:p>
    <w:p>
      <w:pPr>
        <w:jc w:val="right"/>
      </w:pPr>
      <w:r>
        <w:t>موجودہ زمانے کو صحیح اینگل سے دیکھ نہیں سکے۔ اس زمانے میں لوگوں نے اپنے اپنے سسٹم کو اتنا ڈویلپ کیا ہے،</w:t>
      </w:r>
    </w:p>
    <w:p>
      <w:r>
        <w:rPr>
          <w:b/>
        </w:rPr>
        <w:t xml:space="preserve">[21:03] </w:t>
      </w:r>
      <w:r>
        <w:t>itna ehtiyaat, us ko comfort aur luxury se us ko wahan banaya hai.</w:t>
      </w:r>
    </w:p>
    <w:p>
      <w:pPr>
        <w:jc w:val="right"/>
      </w:pPr>
      <w:r>
        <w:t>اتنا احتیاط، اس کو کمفرٹ اور لگزری سے اس کو وہاں بنایا ہے۔</w:t>
      </w:r>
    </w:p>
    <w:p>
      <w:r>
        <w:rPr>
          <w:b/>
        </w:rPr>
        <w:t xml:space="preserve">[21:12] </w:t>
      </w:r>
      <w:r>
        <w:t>woh chahtay hain ke hamari zindagi bohat hi comfortable ho, bohat hi hum sukoon hon, security hum ko poori maani mein ho, hamara saara maamla durust ho.</w:t>
      </w:r>
    </w:p>
    <w:p>
      <w:pPr>
        <w:jc w:val="right"/>
      </w:pPr>
      <w:r>
        <w:t>وہ چاہتے ہیں کہ ہماری زندگی بہت ہی کمفرٹیبل ہو، بہت ہی ہم سکون ہوں، سیکیورٹی ہم کو پوری معنی میں ہو، ہمارا سارا معاملہ درست ہو۔</w:t>
      </w:r>
    </w:p>
    <w:p>
      <w:r>
        <w:rPr>
          <w:b/>
        </w:rPr>
        <w:t xml:space="preserve">[21:22] </w:t>
      </w:r>
      <w:r>
        <w:t>to dunya ko woh jannat banana chahtay hain, yeh un ka nazariya hai. haan, mein matlab yeh nahi ke dunya dunya mein jannat ban sakti hai, yeh mein nahi keh raha hoon</w:t>
      </w:r>
    </w:p>
    <w:p>
      <w:pPr>
        <w:jc w:val="right"/>
      </w:pPr>
      <w:r>
        <w:t>تو دنیا کو وہ جنت بنانا چاہتے ہیں، یہ ان کا نظریہ ہے۔ ہاں، میں مطلب یہ نہیں کہ دنیا دنیا میں جنت بن سکتی ہے، یہ میں نہیں کہہ رہا ہوں</w:t>
      </w:r>
    </w:p>
    <w:p>
      <w:r>
        <w:rPr>
          <w:b/>
        </w:rPr>
        <w:t xml:space="preserve">[21:33] </w:t>
      </w:r>
      <w:r>
        <w:t>. woh apni samajh ke mutabiq dunya mein chahtay hain ke aik bohat hi beautiful world banayein, jis mein har qism ki comfort ho, har qism ki luxury ho.</w:t>
      </w:r>
    </w:p>
    <w:p>
      <w:pPr>
        <w:jc w:val="right"/>
      </w:pPr>
      <w:r>
        <w:t>۔ وہ اپنی سمجھتی کے مطابق دنیا میں چاہتے ہیں کہ ایک بہت ہی بیوٹی فل ورلڈ بنائیں، جس میں ہر قسم کی کمفرٹ ہو، ہر قسم کی لگزری ہو۔</w:t>
      </w:r>
    </w:p>
    <w:p>
      <w:r>
        <w:rPr>
          <w:b/>
        </w:rPr>
        <w:t xml:space="preserve">[21:43] </w:t>
      </w:r>
      <w:r>
        <w:t>to bohat hassas hai woh is maamlay mein ke us ke koi khalal na waqe ho, koi us ka origin na ho. wahan bohat hi jazbati andaaz mein react karte hain woh.</w:t>
      </w:r>
    </w:p>
    <w:p>
      <w:pPr>
        <w:jc w:val="right"/>
      </w:pPr>
      <w:r>
        <w:t>تو بہت حساس ہے وہ اس معاملے میں کہ اس کے کوئی خلل نہ واقع ہو، کوئی اس کا اریجن نہ ہو۔ وہاں بہت ہی جذباتی انداز میں ری ایکٹ کرتے ہیں وہ۔</w:t>
      </w:r>
    </w:p>
    <w:p>
      <w:r>
        <w:rPr>
          <w:b/>
        </w:rPr>
        <w:t xml:space="preserve">[21:56] </w:t>
      </w:r>
      <w:r>
        <w:t>lekan theek isi waqt, theek isi waqt woh aap ko azaadi dete hain, aap ki dignity ko maantay hain, isi darjay mein.</w:t>
      </w:r>
    </w:p>
    <w:p>
      <w:pPr>
        <w:jc w:val="right"/>
      </w:pPr>
      <w:r>
        <w:t>لیکن ٹھیک اسی وقت، ٹھیک اسی وقت وہ آپ کو آزادی دیتے ہیں، آپ کی ڈگنٹی کو مانتے ہیں، اسی درجے میں۔</w:t>
      </w:r>
    </w:p>
    <w:p>
      <w:r>
        <w:rPr>
          <w:b/>
        </w:rPr>
        <w:t xml:space="preserve">[22:07] </w:t>
      </w:r>
      <w:r>
        <w:t>to aap un ki sensitivity ko touch nahi kijiye. mein jo taqreer hui thi wahan par is tarah ke jalsay mein to mein ne woh mashhoor qissa sunaya ke "your freedom means where my nose begins"</w:t>
      </w:r>
    </w:p>
    <w:p>
      <w:pPr>
        <w:jc w:val="right"/>
      </w:pPr>
      <w:r>
        <w:t>تو آپ ان کی سینسٹیو کو ٹچ نہیں کیجئے۔ میں جو تقریر ہوئی تھی وہاں پر اس طرح کے جلسے میں تو میں نے وہ مشہور قصہ سنایا کہ "یور فریڈم مینٹس ویر مائی نوز بیگنز"</w:t>
      </w:r>
    </w:p>
    <w:p>
      <w:r>
        <w:rPr>
          <w:b/>
        </w:rPr>
        <w:t xml:space="preserve">[22:24] </w:t>
      </w:r>
      <w:r>
        <w:t>ke insaan ko poori azaadi hai lekin doosray ki naak ko touch karne ki azaadi nahi hai. to mein ne kaha ke ke "nine eleven was a kind of industrial heating of a hate of America".</w:t>
      </w:r>
    </w:p>
    <w:p>
      <w:pPr>
        <w:jc w:val="right"/>
      </w:pPr>
      <w:r>
        <w:t>کہ انسان کو پوری آزادی ہے لیکن دوسرے کی ناک کو ٹچ کرنے کی آزادی نہیں ہے۔ تو میں نے کہا کہ کہ "نائن الیون واز ا کائنڈ آف انڈسٹریل ہیٹنگ آف ا ہیٹ آف امریکہ"۔</w:t>
      </w:r>
    </w:p>
    <w:p>
      <w:r>
        <w:rPr>
          <w:b/>
        </w:rPr>
        <w:t xml:space="preserve">[22:44] </w:t>
      </w:r>
      <w:r>
        <w:t>"nine eleven was like hitting the industrial nose of America".</w:t>
      </w:r>
    </w:p>
    <w:p>
      <w:pPr>
        <w:jc w:val="right"/>
      </w:pPr>
      <w:r>
        <w:t>"نائن الیون واز لائک ہیٹنگ دا انڈسٹریل نوز آف امریکہ"۔ "نائن الیون واز لائک ہیٹنگ دا انڈسٹریل نوز ഓഫ് امریکہ"۔</w:t>
      </w:r>
    </w:p>
    <w:p>
      <w:r>
        <w:rPr>
          <w:b/>
        </w:rPr>
        <w:t xml:space="preserve">[22:58] </w:t>
      </w:r>
      <w:r>
        <w:t>to jab aap industrial nose ko hit karein ge to woh react kare ga. to aap kahein ge ke woh dushman hai, hamara dushman hai, dushman nahi hai, woh woh pro America hai.</w:t>
      </w:r>
    </w:p>
    <w:p>
      <w:pPr>
        <w:jc w:val="right"/>
      </w:pPr>
      <w:r>
        <w:t>تو جب آپ انڈسٹریل نوز کو ہٹ کریں گے تو وہ ری ایکٹ کرے گا۔ تو آپ کہیں گے کہ وہ دشمن ہے، ہمارا دشمن ہے، دشمن نہیں ہے، وہ وہ پرو امریکہ ہے۔</w:t>
      </w:r>
    </w:p>
    <w:p>
      <w:r>
        <w:rPr>
          <w:b/>
        </w:rPr>
        <w:t xml:space="preserve">[23:11] </w:t>
      </w:r>
      <w:r>
        <w:t>un ke pro America hone ko aap samajhtay thay ke hamara dushman hai woh.</w:t>
      </w:r>
    </w:p>
    <w:p>
      <w:pPr>
        <w:jc w:val="right"/>
      </w:pPr>
      <w:r>
        <w:t>ان کے پرو امریکہ ہونے کو آپ سمجھتے تھے کہ ہمارا دشمن ہے وہ۔</w:t>
      </w:r>
    </w:p>
    <w:p>
      <w:r>
        <w:rPr>
          <w:b/>
        </w:rPr>
        <w:t xml:space="preserve">[23:18] </w:t>
      </w:r>
      <w:r>
        <w:t>to yeh hadees jo hai mujhe itni ziyada important lagti hai: "wal aql yaani baseerat biz-zamani".</w:t>
      </w:r>
    </w:p>
    <w:p>
      <w:pPr>
        <w:jc w:val="right"/>
      </w:pPr>
      <w:r>
        <w:t>تو یہ حدیث جو ہے مجھے اتنی زیادہ امپورٹنٹ لگتی ہے: "والعقل یعنی بصیرت بزمانی"۔</w:t>
      </w:r>
    </w:p>
    <w:p>
      <w:r>
        <w:rPr>
          <w:b/>
        </w:rPr>
        <w:t xml:space="preserve">[23:28] </w:t>
      </w:r>
      <w:r>
        <w:t>agar aap</w:t>
      </w:r>
    </w:p>
    <w:p>
      <w:pPr>
        <w:jc w:val="right"/>
      </w:pPr>
      <w:r>
        <w:t>اگر آپ</w:t>
      </w:r>
    </w:p>
    <w:p>
      <w:r>
        <w:rPr>
          <w:b/>
        </w:rPr>
        <w:t xml:space="preserve">[23:33] </w:t>
      </w:r>
      <w:r>
        <w:t>jaantay hon zamanay ki marifat aap ko ho, tab bhi aap waiz aadmi hain, warna waiz aadmi nahi.</w:t>
      </w:r>
    </w:p>
    <w:p>
      <w:pPr>
        <w:jc w:val="right"/>
      </w:pPr>
      <w:r>
        <w:t>جانتے ہوں زمانے کی معرفت آپ کو ہو، تب بھی آپ واعظ آدمی ہیں، ورنہ واعظ آدمی نہیں۔</w:t>
      </w:r>
    </w:p>
    <w:p>
      <w:r>
        <w:rPr>
          <w:b/>
        </w:rPr>
        <w:t xml:space="preserve">[23:44] </w:t>
      </w:r>
      <w:r>
        <w:t>aur waiz bnnay ke liye aik hi shart hai jo aik aur hadees mein milti hai hum ko,</w:t>
      </w:r>
    </w:p>
    <w:p>
      <w:pPr>
        <w:jc w:val="right"/>
      </w:pPr>
      <w:r>
        <w:t>اور واعظ بننے کے لیے ایک ہی شرط ہے جو ایک اور حدیث میں ملتی ہے ہم کو،</w:t>
      </w:r>
    </w:p>
    <w:p>
      <w:r>
        <w:rPr>
          <w:b/>
        </w:rPr>
        <w:t xml:space="preserve">[23:51] </w:t>
      </w:r>
      <w:r>
        <w:t>woh hai</w:t>
      </w:r>
    </w:p>
    <w:p>
      <w:pPr>
        <w:jc w:val="right"/>
      </w:pPr>
      <w:r>
        <w:t>وہ ہے</w:t>
      </w:r>
    </w:p>
    <w:p>
      <w:r>
        <w:rPr>
          <w:b/>
        </w:rPr>
        <w:t xml:space="preserve">[23:56] </w:t>
      </w:r>
      <w:r>
        <w:t>aik hadith hai is mein ke "waral waral waral ashya kama hai". aur hum ko dekha cheezen waisi hi jaisa ke woh hain, yaani "as it is".</w:t>
      </w:r>
    </w:p>
    <w:p>
      <w:pPr>
        <w:jc w:val="right"/>
      </w:pPr>
      <w:r>
        <w:t>ایک حدیث ہے اس میں کہ "وارل وارل وارل اشیاء کما ہے"۔ اور ہم کو دیکھا چیزیں ویسی ہی جیسا کہ وہ ہیں، یعنی "ایز اٹ از"۔</w:t>
      </w:r>
    </w:p>
    <w:p>
      <w:r>
        <w:rPr>
          <w:b/>
        </w:rPr>
        <w:t xml:space="preserve">[24:08] </w:t>
      </w:r>
      <w:r>
        <w:t>cheezen ko "as it is" dekhna, "waral ashya kama hai". cheezen ko "as it is" dekhna, yeh yeh wisdom hai.</w:t>
      </w:r>
    </w:p>
    <w:p>
      <w:pPr>
        <w:jc w:val="right"/>
      </w:pPr>
      <w:r>
        <w:t>چیزوں کو "ایز اٹ از" دیکھنا، "وارل اشیاء کما ہے"۔ چیزوں کو "ایز اٹ از" دیکھنا، یہ یہ وزڈم ہے۔</w:t>
      </w:r>
    </w:p>
    <w:p>
      <w:r>
        <w:rPr>
          <w:b/>
        </w:rPr>
        <w:t xml:space="preserve">[24:18] </w:t>
      </w:r>
      <w:r>
        <w:t>cheezen ko "as it is" dekhna, yeh wisdom hai.</w:t>
      </w:r>
    </w:p>
    <w:p>
      <w:pPr>
        <w:jc w:val="right"/>
      </w:pPr>
      <w:r>
        <w:t>چیزوں کو "ایز اٹ از" دیکھنا، یہ وزڈم ہے۔</w:t>
      </w:r>
    </w:p>
    <w:p>
      <w:r>
        <w:rPr>
          <w:b/>
        </w:rPr>
        <w:t xml:space="preserve">[24:23] </w:t>
      </w:r>
      <w:r>
        <w:t>jab aap yeh ghalti kar rahay hain ke cheezen ko "as it is" na dekh sakein, wohi aap baseerat se mehroom ho jatay hain. aur jab aap cheezen ko "as it is" dekhte hain to aap ki planning wise planning hoti hai.</w:t>
      </w:r>
    </w:p>
    <w:p>
      <w:pPr>
        <w:jc w:val="right"/>
      </w:pPr>
      <w:r>
        <w:t>جب آپ یہ غلطی کر رہے ہیں کہ چیزوں کو "ایز اٹ از" نہ دیکھ سکیں، وہی آپ بصیرت سے محروم ہو جاتے ہیں۔ اور جب آپ چیزوں کو "ایز اٹ از" دیکھتے ہیں تو آپ کی پلاننگ وائز پلاننگ ہوتی ہے۔</w:t>
      </w:r>
    </w:p>
    <w:p>
      <w:r>
        <w:rPr>
          <w:b/>
        </w:rPr>
        <w:t xml:space="preserve">[24:42] </w:t>
      </w:r>
      <w:r>
        <w:t>to mein samajhta hoon ke yeh isi as is aik hadith ko agar musalman ghor karein, "wal aql yaani baseerat bazmani" to sara moamla un ka durust ho jaye.</w:t>
      </w:r>
    </w:p>
    <w:p>
      <w:pPr>
        <w:jc w:val="right"/>
      </w:pPr>
      <w:r>
        <w:t>تو میں سمجھتا ہوں کہ یہ اسی اس اس ایک حدیث کو اگر مسلمان غور کریں، "والعقل یعنی بصیرت بزمانی" تو سارا معاملہ ان کا درست ہو جائے۔</w:t>
      </w:r>
    </w:p>
    <w:p>
      <w:r>
        <w:rPr>
          <w:b/>
        </w:rPr>
        <w:t xml:space="preserve">[24:54] </w:t>
      </w:r>
      <w:r>
        <w:t>sara moamla misaal ke ooper dekhiye, jo Denmark mein aik aik akhbar mein aik cartoon chhap gaya tha, to aap ko yaad hoga,</w:t>
      </w:r>
    </w:p>
    <w:p>
      <w:pPr>
        <w:jc w:val="right"/>
      </w:pPr>
      <w:r>
        <w:t>سارا معاملہ مثال کے اوپر دیکھیے، جو ڈنمارک میں ایک ایک اخبار میں ایک کارٹون چھپ گیا تھا، تو آپ کو یاد ہوگا،</w:t>
      </w:r>
    </w:p>
    <w:p>
      <w:r>
        <w:rPr>
          <w:b/>
        </w:rPr>
        <w:t xml:space="preserve">[25:09] </w:t>
      </w:r>
      <w:r>
        <w:t>sare muslim dunya mein bara hungama hua tha. kuch log ghus gaye wahan par marne ke liye us ko cartoon. us ko yeh kyun?</w:t>
      </w:r>
    </w:p>
    <w:p>
      <w:pPr>
        <w:jc w:val="right"/>
      </w:pPr>
      <w:r>
        <w:t>سارے مسلم دنیا میں بڑا ہنگامہ ہوا تھا۔ کچھ لوگ گھس گئے وہاں پر مارنے کے لیے اس کو کارٹون۔ اس کو یہ کیوں؟</w:t>
      </w:r>
    </w:p>
    <w:p>
      <w:r>
        <w:rPr>
          <w:b/>
        </w:rPr>
        <w:t xml:space="preserve">[25:20] </w:t>
      </w:r>
      <w:r>
        <w:t>aisay aur bhi waqeat kai ho chukay hain ke us ko liya unhon ne "ya rasool" ke mani mein, yaani ghalat angle se liya.</w:t>
      </w:r>
    </w:p>
    <w:p>
      <w:pPr>
        <w:jc w:val="right"/>
      </w:pPr>
      <w:r>
        <w:t>ایسے اور بھی واقعات کئی ہو چکے ہیں کہ اس کو لیا انہوں نے "یا رسول" کے معنی میں، یعنی غلط اینگل سے لیا۔</w:t>
      </w:r>
    </w:p>
    <w:p>
      <w:r>
        <w:rPr>
          <w:b/>
        </w:rPr>
        <w:t xml:space="preserve">[25:32] </w:t>
      </w:r>
      <w:r>
        <w:t>woh jo cartoon chhapa tha unhon ne, is liye nahi ke un ko rasool Allah ki nauzubillah ayadat chahte thay karna. woh us ko jantay hi nahi, ayadat ka tasawwur ko jantay hi nahi.</w:t>
      </w:r>
    </w:p>
    <w:p>
      <w:pPr>
        <w:jc w:val="right"/>
      </w:pPr>
      <w:r>
        <w:t>وہ جو کارٹون چھاپا تھا انہوں نے، اس لیے نہیں کہ ان کو رسول اللہ کی نعوذ باللہ عیادت چاہتے تھے کرنا۔ وہ اس کو جانتے ہی نہیں، عیادت کا تصور کو جانتے ہی نہیں۔</w:t>
      </w:r>
    </w:p>
    <w:p>
      <w:r>
        <w:rPr>
          <w:b/>
        </w:rPr>
        <w:t xml:space="preserve">[25:44] </w:t>
      </w:r>
      <w:r>
        <w:t>woh</w:t>
      </w:r>
    </w:p>
    <w:p>
      <w:pPr>
        <w:jc w:val="right"/>
      </w:pPr>
      <w:r>
        <w:t>وہ</w:t>
      </w:r>
    </w:p>
    <w:p>
      <w:r>
        <w:rPr>
          <w:b/>
        </w:rPr>
        <w:t xml:space="preserve">[25:47] </w:t>
      </w:r>
      <w:r>
        <w:t>woh to yeh hai ke akhbaron mein aik tareeqa hai ke har din aik aik aisi cheez chhapi jati hai jo aadmi, jo aik light item mein kehta hoon, light item.</w:t>
      </w:r>
    </w:p>
    <w:p>
      <w:pPr>
        <w:jc w:val="right"/>
      </w:pPr>
      <w:r>
        <w:t>وہ تو یہ ہے کہ اخباروں میں ایک طریقہ ہے کہ ہر دن ایک ایک ایسی چیز چھاپی جاتی ہے جو آدمی، جو ایک لائٹ آئٹم میں کہتا ہوں، لائٹ آئٹم۔</w:t>
      </w:r>
    </w:p>
    <w:p>
      <w:r>
        <w:rPr>
          <w:b/>
        </w:rPr>
        <w:t xml:space="preserve">[26:02] </w:t>
      </w:r>
      <w:r>
        <w:t>woh cartoon aik light item hota hai taake log us ko dekhein, thora muskara dein.</w:t>
      </w:r>
    </w:p>
    <w:p>
      <w:pPr>
        <w:jc w:val="right"/>
      </w:pPr>
      <w:r>
        <w:t>وہ کارٹون ایک لائٹ آئٹم ہوتا ہے تاکہ لوگ اس کو دیکھیں، تھوڑا مسکرا دیں۔</w:t>
      </w:r>
    </w:p>
    <w:p>
      <w:r>
        <w:rPr>
          <w:b/>
        </w:rPr>
        <w:t xml:space="preserve">[26:10] </w:t>
      </w:r>
      <w:r>
        <w:t>to aap agar is nazar se dekhte ke woh woh to akhbar ka aik light item hai, to aap ghussa na hotay. lekin aap ne is angle se dekha ke woh rasool Allah ki ayadat tha, to aap ghussa ho gaye.</w:t>
      </w:r>
    </w:p>
    <w:p>
      <w:pPr>
        <w:jc w:val="right"/>
      </w:pPr>
      <w:r>
        <w:t>تو آپ اگر اس نظر سے دیکھتے کہ وہ وہ تو اخبار کا ایک لائٹ آئٹم ہے، تو آپ غصہ نہ ہوتے۔ لیکن آپ نے اس اینگل سے دیکھا کہ وہ رسول اللہ کی عیادت تھا، تو آپ غصہ ہو گئے۔</w:t>
      </w:r>
    </w:p>
    <w:p>
      <w:r>
        <w:rPr>
          <w:b/>
        </w:rPr>
        <w:t xml:space="preserve">[26:24] </w:t>
      </w:r>
      <w:r>
        <w:t>yehi hai wisdom ke cheezen ko right angle se dekhna.</w:t>
      </w:r>
    </w:p>
    <w:p>
      <w:pPr>
        <w:jc w:val="right"/>
      </w:pPr>
      <w:r>
        <w:t>یہی ہے وزڈم کہ چیزوں کو رائٹ اینگل سے دیکھنا۔</w:t>
      </w:r>
    </w:p>
    <w:p>
      <w:r>
        <w:rPr>
          <w:b/>
        </w:rPr>
        <w:t xml:space="preserve">[26:32] </w:t>
      </w:r>
      <w:r>
        <w:t>aur yeh bohat zabardast aik aik dua aayi hai hadith mein ke "Allahumma ar ar al haq haqan wa tarteq tubah wa ar al batil batilan wa tarteq tubah janab wa tarteq ashya kama hai".</w:t>
      </w:r>
    </w:p>
    <w:p>
      <w:pPr>
        <w:jc w:val="right"/>
      </w:pPr>
      <w:r>
        <w:t>اور یہ بہت زبردست ایک ایک دعا آئی ہے حدیث میں کہ "اللہم ار ار الحق حقا ورتق تباہ وار باطل باطلا ورتق تباہ جناب ورتقن جناب وار اشیاء کما ہے"۔</w:t>
      </w:r>
    </w:p>
    <w:p>
      <w:r>
        <w:rPr>
          <w:b/>
        </w:rPr>
        <w:t xml:space="preserve">[26:53] </w:t>
      </w:r>
      <w:r>
        <w:t>ae Allah, mujh ko haq ko haq ke roop mein dikha aur us ki pervi ki tofeeq de.</w:t>
      </w:r>
    </w:p>
    <w:p>
      <w:pPr>
        <w:jc w:val="right"/>
      </w:pPr>
      <w:r>
        <w:t>اے اللہ، مجھ کو حق کو حق کے روپ میں دکھا اور اس کی پیروی کی توفیق دے۔</w:t>
      </w:r>
    </w:p>
    <w:p>
      <w:r>
        <w:rPr>
          <w:b/>
        </w:rPr>
        <w:t xml:space="preserve">[27:03] </w:t>
      </w:r>
      <w:r>
        <w:t>aur Allah, mujh ko batil ko batil ke roop mein dikha aur us ke us se bachne ki tofeeq de. aur ae Allah, mujh ko cheezen ko waisay hi dikha jaisa ke woh hain.</w:t>
      </w:r>
    </w:p>
    <w:p>
      <w:pPr>
        <w:jc w:val="right"/>
      </w:pPr>
      <w:r>
        <w:t>اور اللہ، مجھ کو باطل کو باطل کے روپ میں دکھا اور اس کے اس سے بچنے کی توفیق دے۔ اور اے اللہ، مجھ کو چیزوں کو ویسے ہی دکھا جیسا کہ وہ ہیں۔</w:t>
      </w:r>
    </w:p>
    <w:p>
      <w:r>
        <w:rPr>
          <w:b/>
        </w:rPr>
        <w:t xml:space="preserve">[27:17] </w:t>
      </w:r>
      <w:r>
        <w:t>to us ko agar mein lafz badal ke kahoon to mein kahoon ga ke cheezen ko right angle se dikha.</w:t>
      </w:r>
    </w:p>
    <w:p>
      <w:pPr>
        <w:jc w:val="right"/>
      </w:pPr>
      <w:r>
        <w:t>تو اس کو اگر میں لفظ بدل کے کہوں تو میں کہوں گا کہ چیزوں کو رائٹ اینگل سے دکھا۔</w:t>
      </w:r>
    </w:p>
    <w:p>
      <w:r>
        <w:rPr>
          <w:b/>
        </w:rPr>
        <w:t xml:space="preserve">[27:25] </w:t>
      </w:r>
      <w:r>
        <w:t>is dua ka khulasa yeh hai: ae Allah, hum ko cheezen ko right angle se dikha, ghalat angle se na dikha.</w:t>
      </w:r>
    </w:p>
    <w:p>
      <w:pPr>
        <w:jc w:val="right"/>
      </w:pPr>
      <w:r>
        <w:t>اس دعا کا خلاصہ یہ ہے: اے اللہ، ہم کو چیزوں کو رائٹ اینگل سے دکھا، غلط اینگل سے نہ دکھا۔</w:t>
      </w:r>
    </w:p>
    <w:p>
      <w:r>
        <w:rPr>
          <w:b/>
        </w:rPr>
        <w:t xml:space="preserve">[27:36] </w:t>
      </w:r>
      <w:r>
        <w:t>mein samajhta hoon ke yeh super wisdom hai, super wisdom hai. har har moamle mein aisay hota hai.</w:t>
      </w:r>
    </w:p>
    <w:p>
      <w:pPr>
        <w:jc w:val="right"/>
      </w:pPr>
      <w:r>
        <w:t>میں سمجھتا ہوں کہ یہ سپر وزڈم ہے، سپر وزڈم ہے۔ ہر ہر معاملے میں ایسے ہوتا ہے۔</w:t>
      </w:r>
    </w:p>
    <w:p>
      <w:r>
        <w:rPr>
          <w:b/>
        </w:rPr>
        <w:t xml:space="preserve">[27:47] </w:t>
      </w:r>
      <w:r>
        <w:t>misalan aik aadmi taqreer kar raha hai, us mein quran ka hawala de raha hai, hadith ka hawala de raha hai.</w:t>
      </w:r>
    </w:p>
    <w:p>
      <w:pPr>
        <w:jc w:val="right"/>
      </w:pPr>
      <w:r>
        <w:t>مثلاً ایک آدمی تقریر کر رہا ہے، اس میں قرآن کا حوالہ دے رہا ہے، حدیث کا حوالہ دے رہا ہے۔</w:t>
      </w:r>
    </w:p>
    <w:p>
      <w:r>
        <w:rPr>
          <w:b/>
        </w:rPr>
        <w:t xml:space="preserve">[27:54] </w:t>
      </w:r>
      <w:r>
        <w:t>ab aap kahein ke yeh dekho, apni qabliyat, apni qabliyat dikhane ki kar raha hai yeh, to us se aap ko nafrat ho jaye gi. is muqarrir se aap ko nafrat ho jaye gi ke apni qabliyat dikhane ke liye sab kar raha hai.</w:t>
      </w:r>
    </w:p>
    <w:p>
      <w:pPr>
        <w:jc w:val="right"/>
      </w:pPr>
      <w:r>
        <w:t>اب آپ کہیں کہ یہ دیکھو، اپنی قابلیت، اپنی قابلیت دکھانے کی کر رہا ہے یہ، تو اس سے آپ کو نفرت ہو جائے گی۔ اس مقرر سے آپ کو نفرت ہو جائے گی کہ اپنی قابلیت دکھانے کے لیے سب کر رہا ہے۔</w:t>
      </w:r>
    </w:p>
    <w:p>
      <w:r>
        <w:rPr>
          <w:b/>
        </w:rPr>
        <w:t xml:space="preserve">[28:08] </w:t>
      </w:r>
      <w:r>
        <w:t>acha, agar aap yeh sochein ke is aadmi ke andar dard hai islah ka, aur islah ke dard ke tehat logon ko bata raha hai ke bhai dekho, quran mein yeh hai, hadith mein yeh hai, to aap ko is insaan se mohabbat ho jaye gi.</w:t>
      </w:r>
    </w:p>
    <w:p>
      <w:pPr>
        <w:jc w:val="right"/>
      </w:pPr>
      <w:r>
        <w:t>اچھا، اگر آپ یہ سوچیں کہ اس آدمی کے اندر درد ہے اصلاح کا، اور اصلاح کے درد کے تحت لوگوں کو بتا رہا ہے کہ بھئی دیکھو، قرآن میں یہ ہے، حدیث میں یہ ہے، تو آپ کو اس انسان سے محبت ہو جائے گی۔</w:t>
      </w:r>
    </w:p>
    <w:p>
      <w:r>
        <w:rPr>
          <w:b/>
        </w:rPr>
        <w:t xml:space="preserve">[28:24] </w:t>
      </w:r>
      <w:r>
        <w:t>yaani aik hi waqea hai, aik hi waqea, aik angle se mohabbat aati hai, doosre angle se nafrat aati hai.</w:t>
      </w:r>
    </w:p>
    <w:p>
      <w:pPr>
        <w:jc w:val="right"/>
      </w:pPr>
      <w:r>
        <w:t>یعنی ایک ہی واقعہ ہے، ایک ہی واقعہ، ایک اینگل سے محبت آتی ہے، دوسرے اینگل سے نفرت آتی ہے۔</w:t>
      </w:r>
    </w:p>
    <w:p>
      <w:r>
        <w:rPr>
          <w:b/>
        </w:rPr>
        <w:t xml:space="preserve">[28:36] </w:t>
      </w:r>
      <w:r>
        <w:t>aisay jo British government, British rule aaya tha India mein, mein us ko bohat parha. sare logon ne us ko se samjha ke yeh, yaani us ko negative angle se dekha ke hum ko ghulam banane ke liye aaye thay.</w:t>
      </w:r>
    </w:p>
    <w:p>
      <w:pPr>
        <w:jc w:val="right"/>
      </w:pPr>
      <w:r>
        <w:t>ایسے جو برٹش گورنمنٹ، برٹش رول آیا تھا انڈیا میں، میں اس کو بہت پڑھا۔ سارے لوگوں نے اس کو سے سمجھا کہ یہ، یعنی اس کو نیگیٹیو اینگل سے دیکھا کہ ہم کو غلام بنانے کے لیے آئے تھے۔</w:t>
      </w:r>
    </w:p>
    <w:p>
      <w:r>
        <w:rPr>
          <w:b/>
        </w:rPr>
        <w:t xml:space="preserve">[28:53] </w:t>
      </w:r>
      <w:r>
        <w:t>saare logon ne yeh samjha ke britishz hum ko ghulam banane ke liye aaye hain. lekin jab main is ko parha to main ne paya ke woh to aaye the india ko, india ko modernize karne ke liye,</w:t>
      </w:r>
    </w:p>
    <w:p>
      <w:pPr>
        <w:jc w:val="right"/>
      </w:pPr>
      <w:r>
        <w:t>سارے لوگوں نے یہ سمجھا کہ برٹشز ہم کو غلام بنانے کے لیے آئے ہیں۔ لیکن جب میں اس کو پڑھا تو میں نے پایا کہ وہ تو آئے تھے انڈیا کو، انڈیا کو مارنائز کرنے کے لیے،</w:t>
      </w:r>
    </w:p>
    <w:p>
      <w:r>
        <w:rPr>
          <w:b/>
        </w:rPr>
        <w:t xml:space="preserve">[29:08] </w:t>
      </w:r>
      <w:r>
        <w:t>yaani modern tohfa dene ke liye. modern tohfa, modern tohfa kya tha?</w:t>
      </w:r>
    </w:p>
    <w:p>
      <w:pPr>
        <w:jc w:val="right"/>
      </w:pPr>
      <w:r>
        <w:t>یعنی ماڈرن تحفہ دینے کے لیے۔ ماڈرن تحفہ، ماڈرن تحفہ کیا تھا؟</w:t>
      </w:r>
    </w:p>
    <w:p>
      <w:r>
        <w:rPr>
          <w:b/>
        </w:rPr>
        <w:t xml:space="preserve">[29:16] </w:t>
      </w:r>
      <w:r>
        <w:t>ke hum chalaate the apni kashtiyon ko chapu se. unhon ne technique nikali thi ke kashtiyon ko</w:t>
      </w:r>
    </w:p>
    <w:p>
      <w:pPr>
        <w:jc w:val="right"/>
      </w:pPr>
      <w:r>
        <w:t>کہ ہم چلاتے تھے اپنی کشتیوں کو چپو سے۔ انہوں نے ٹیکنیک نکالی تھی کہ کشتیوں کو</w:t>
      </w:r>
    </w:p>
    <w:p>
      <w:r>
        <w:rPr>
          <w:b/>
        </w:rPr>
        <w:t xml:space="preserve">[29:29] </w:t>
      </w:r>
      <w:r>
        <w:t>is se steam steam power se chalane ke liye. to chapu kashti ko steam ship bana diya unhon ne. woh woh technique aa ke bataya india mein.</w:t>
      </w:r>
    </w:p>
    <w:p>
      <w:pPr>
        <w:jc w:val="right"/>
      </w:pPr>
      <w:r>
        <w:t>اس سے اسٹیپ اسٹیپ پاور سے چلانے کے لیے۔ تو چپو کشتی کو اسٹیپ شپ بنا دیا انہوں نے۔ وہ وہ ٹیکنیک آ کے بتایا انڈیا میں۔</w:t>
      </w:r>
    </w:p>
    <w:p>
      <w:r>
        <w:rPr>
          <w:b/>
        </w:rPr>
        <w:t xml:space="preserve">[29:38] </w:t>
      </w:r>
      <w:r>
        <w:t>unhon ne</w:t>
      </w:r>
    </w:p>
    <w:p>
      <w:pPr>
        <w:jc w:val="right"/>
      </w:pPr>
      <w:r>
        <w:t>انہوں نے</w:t>
      </w:r>
    </w:p>
    <w:p>
      <w:r>
        <w:rPr>
          <w:b/>
        </w:rPr>
        <w:t xml:space="preserve">[29:41] </w:t>
      </w:r>
      <w:r>
        <w:t>woh india mein telegraph laye, india mein telephone laye, india mein woh bijli laye, india mein woh railway laye, india mein woh car laye.</w:t>
      </w:r>
    </w:p>
    <w:p>
      <w:pPr>
        <w:jc w:val="right"/>
      </w:pPr>
      <w:r>
        <w:t>وہ انڈیا میں ٹیلی گراف لائے، انڈیا میں ٹیلی فون لائے، انڈیا میں وہ بجلی لائے، انڈیا میں وہ ریلوے لائے، انڈیا میں وہ کار لائے۔</w:t>
      </w:r>
    </w:p>
    <w:p>
      <w:r>
        <w:rPr>
          <w:b/>
        </w:rPr>
        <w:t xml:space="preserve">[29:52] </w:t>
      </w:r>
      <w:r>
        <w:t>yeh sab modern item the, woh aaye the india ko modernize karne ke liye. lekin hum ne dekha kis angle se ke india aaye hain hum ko ghulam banane ke liye.</w:t>
      </w:r>
    </w:p>
    <w:p>
      <w:pPr>
        <w:jc w:val="right"/>
      </w:pPr>
      <w:r>
        <w:t>یہ سب ماڈرن آئٹم تھے، وہ آئے تھے انڈیا کو ماڈرنائز کرنے کے لیے۔ لیکن ہم نے دیکھا کس اینگل سے کہ انڈیا آئے ہیں ہم کو غلام بنانے کے لیے۔</w:t>
      </w:r>
    </w:p>
    <w:p>
      <w:r>
        <w:rPr>
          <w:b/>
        </w:rPr>
        <w:t xml:space="preserve">[30:05] </w:t>
      </w:r>
      <w:r>
        <w:t>mere nazdeek dekhen, aap jab kisi ko kuch faida pahunchayenge to aap ko bhi kuch faida pahunch jayega. yeh bilateral mamla hai.</w:t>
      </w:r>
    </w:p>
    <w:p>
      <w:pPr>
        <w:jc w:val="right"/>
      </w:pPr>
      <w:r>
        <w:t>میرے نزدیک دیکھیں، آپ جب کسی کو کچھ فائدہ پہنچائیں گے تو آپ کو بھی کچھ فائدہ پہنچ جائے گا۔ یہ بائی لیٹرل معاملہ ہے۔</w:t>
      </w:r>
    </w:p>
    <w:p>
      <w:r>
        <w:rPr>
          <w:b/>
        </w:rPr>
        <w:t xml:space="preserve">[30:15] </w:t>
      </w:r>
      <w:r>
        <w:t>to unhon ne jab india ko faida pahunchaya to un ko bhi kuch faida pahunch gaya.</w:t>
      </w:r>
    </w:p>
    <w:p>
      <w:pPr>
        <w:jc w:val="right"/>
      </w:pPr>
      <w:r>
        <w:t>تو انہوں نے جب انڈیا کو فائدہ پہنچایا تو ان کو بھی کچھ فائدہ پہنچ گیا۔</w:t>
      </w:r>
    </w:p>
    <w:p>
      <w:r>
        <w:rPr>
          <w:b/>
        </w:rPr>
        <w:t xml:space="preserve">[30:20] </w:t>
      </w:r>
      <w:r>
        <w:t>lekin main ne apne mutale mein paya ke woh jo nazariya tha us zamane mein, woh white collar ka nazariya,</w:t>
      </w:r>
    </w:p>
    <w:p>
      <w:pPr>
        <w:jc w:val="right"/>
      </w:pPr>
      <w:r>
        <w:t>لیکن میں نے اپنے مطالعے میں پایا کہ وہ جو نظریہ تھا اس زمانے میں، وہ وائٹ کالر کا نظریہ،</w:t>
      </w:r>
    </w:p>
    <w:p>
      <w:r>
        <w:rPr>
          <w:b/>
        </w:rPr>
        <w:t xml:space="preserve">[30:36] </w:t>
      </w:r>
      <w:r>
        <w:t>woh bilkul sahi tha, bilkul sahi tha. yaani india ko aaye the is liye ke modern tohfa dein india ko.</w:t>
      </w:r>
    </w:p>
    <w:p>
      <w:pPr>
        <w:jc w:val="right"/>
      </w:pPr>
      <w:r>
        <w:t>وہ بالکل صحیح تھا، بالکل صحیح تھا۔ یعنی انڈیا کو آئے تھے اس لیے کہ ماڈرن تحفہ دیں انڈیا کو۔</w:t>
      </w:r>
    </w:p>
    <w:p>
      <w:r>
        <w:rPr>
          <w:b/>
        </w:rPr>
        <w:t xml:space="preserve">[30:50] </w:t>
      </w:r>
      <w:r>
        <w:t>lekin logon ne dekha is ko ke yeh india ko ghulam banane ke liye aaye hain. main ne dekha ke india ko aaye the woh, yaani modern taraqqiyat dene ke liye.</w:t>
      </w:r>
    </w:p>
    <w:p>
      <w:pPr>
        <w:jc w:val="right"/>
      </w:pPr>
      <w:r>
        <w:t>لیکن لوگوں نے دیکھا اس کو کہ یہ انڈیا کو غلام بنانے کے لیے آئے ہیں۔ میں نے دیکھا کہ انڈیا کو آئے تھے وہ، یعنی ماڈرن ترقیات دینے کے لیے۔</w:t>
      </w:r>
    </w:p>
    <w:p>
      <w:r>
        <w:rPr>
          <w:b/>
        </w:rPr>
        <w:t xml:space="preserve">[31:03] </w:t>
      </w:r>
      <w:r>
        <w:t>to mujhe koi nafrat nahi hui angrezon se</w:t>
      </w:r>
    </w:p>
    <w:p>
      <w:pPr>
        <w:jc w:val="right"/>
      </w:pPr>
      <w:r>
        <w:t>تو مجھے کوئی نفرت نہیں ہوئی انگریزوں سے</w:t>
      </w:r>
    </w:p>
    <w:p>
      <w:r>
        <w:rPr>
          <w:b/>
        </w:rPr>
        <w:t xml:space="preserve">[31:05] </w:t>
      </w:r>
      <w:r>
        <w:t>, na pehle, na ab.</w:t>
      </w:r>
    </w:p>
    <w:p>
      <w:pPr>
        <w:jc w:val="right"/>
      </w:pPr>
      <w:r>
        <w:t>، نہ پہلے، نہ اب۔</w:t>
      </w:r>
    </w:p>
    <w:p>
      <w:r>
        <w:rPr>
          <w:b/>
        </w:rPr>
        <w:t xml:space="preserve">[31:10] </w:t>
      </w:r>
      <w:r>
        <w:t>to behal main apne mutale se hum samjha hoon ke jo hadisen hain, woh deen ki hikmat batati hain, wisdom.</w:t>
      </w:r>
    </w:p>
    <w:p>
      <w:pPr>
        <w:jc w:val="right"/>
      </w:pPr>
      <w:r>
        <w:t>تو بہرحال میں اپنے مطالعے سے ہم سمجھا ہوں کہ جو حدیثیں ہیں، وہ دین کی حکمت بتاتی ہیں، وزڈم۔</w:t>
      </w:r>
    </w:p>
    <w:p>
      <w:r>
        <w:rPr>
          <w:b/>
        </w:rPr>
        <w:t xml:space="preserve">[31:23] </w:t>
      </w:r>
      <w:r>
        <w:t>isi liye mera irada hai ek kitab likhne ka, is ka title hoga inshallah "prophetic wisdom", "paighambaraana hikmat".</w:t>
      </w:r>
    </w:p>
    <w:p>
      <w:pPr>
        <w:jc w:val="right"/>
      </w:pPr>
      <w:r>
        <w:t>اسی لیے میرا ارادہ ہے ایک کتاب لکھنے کا، اس کا ٹائٹل ہوگا انشاءاللہ "پرافٹک وزڈم"، "پیغمبرانہ حکمت"۔</w:t>
      </w:r>
    </w:p>
    <w:p>
      <w:r>
        <w:rPr>
          <w:b/>
        </w:rPr>
        <w:t xml:space="preserve">[31:37] </w:t>
      </w:r>
      <w:r>
        <w:t>main ne is par bohat si hadison ko le ke likha bhi hai. is se pehle ab main ek baqayda kitab ki shakal mein likhna chahta hoon "prophetic wisdom", yaani "paighambaraana hikmat".</w:t>
      </w:r>
    </w:p>
    <w:p>
      <w:pPr>
        <w:jc w:val="right"/>
      </w:pPr>
      <w:r>
        <w:t>میں نے اس پر بہت سی حدیثوں کو لے کے لکھا بھی ہے۔ اس سے پہلے اب میں ایک باقاعدہ کتاب کی شکل میں لکھنا چاہتا ہوں "پرافٹک وزڈم"، یعنی "پیغمبرانہ حکمت"۔</w:t>
      </w:r>
    </w:p>
    <w:p>
      <w:r>
        <w:rPr>
          <w:b/>
        </w:rPr>
        <w:t xml:space="preserve">[31:53] </w:t>
      </w:r>
      <w:r>
        <w:t>to hikmat to yeh jo hadisen hain, saari hadisen hikmat ka majmooa hain. saari hadisen yeh kal mein kal ek saath ek waqea pesh aaya khud mere saath.</w:t>
      </w:r>
    </w:p>
    <w:p>
      <w:pPr>
        <w:jc w:val="right"/>
      </w:pPr>
      <w:r>
        <w:t>تو حکمت تو یہ جو حدیثیں ہیں، ساری حدیثیں حکمت کا مجموعہ ہیں۔ ساری حدیثیں یہ کل میں کل ایک ساتھ ایک واقعہ پیش آیا خود میرے ساتھ۔</w:t>
      </w:r>
    </w:p>
    <w:p>
      <w:r>
        <w:rPr>
          <w:b/>
        </w:rPr>
        <w:t xml:space="preserve">[32:09] </w:t>
      </w:r>
      <w:r>
        <w:t>to mujhe ek hadis yaad aayi. to achaanak main bilkul thanda ho gaya. woh hadis yeh thi ke "abd al-ibadat intizar al-faraj".</w:t>
      </w:r>
    </w:p>
    <w:p>
      <w:pPr>
        <w:jc w:val="right"/>
      </w:pPr>
      <w:r>
        <w:t>تو مجھے ایک حدیث یاد آئی۔ تو اچانک میں بالکل ٹھنڈا ہو گیا۔ وہ حدیث یہ تھی کہ "عبدالعبادت انتظار الفرج"۔</w:t>
      </w:r>
    </w:p>
    <w:p>
      <w:r>
        <w:rPr>
          <w:b/>
        </w:rPr>
        <w:t xml:space="preserve">[32:25] </w:t>
      </w:r>
      <w:r>
        <w:t>"abd al-ibadat intizar al-faraj" yeh bhi ibadat hai ke insaan kushadgi ka intizar kare. yaani aaj aap ko ek problem pesh aaya hai, ek problem jo aap ko sata raha hai,</w:t>
      </w:r>
    </w:p>
    <w:p>
      <w:pPr>
        <w:jc w:val="right"/>
      </w:pPr>
      <w:r>
        <w:t>"عبدالعبادت انتظار الفرج" یہ بھی عبادت ہے کہ انسان کشادگی کا انتظار کرے۔ یعنی آج آپ کو ایک پرابلم پیش آیا ہے، ایک پرابلم جو آپ کو ستا رہا ہے،</w:t>
      </w:r>
    </w:p>
    <w:p>
      <w:r>
        <w:rPr>
          <w:b/>
        </w:rPr>
        <w:t xml:space="preserve">[32:40] </w:t>
      </w:r>
      <w:r>
        <w:t>ek problem jo aap ko lagta hai ke yeh museebat hai. lekin yeh hadis batati hai ke har problem waqti hota hai.</w:t>
      </w:r>
    </w:p>
    <w:p>
      <w:pPr>
        <w:jc w:val="right"/>
      </w:pPr>
      <w:r>
        <w:t>ایک پرابلم جو آپ کو لگتا ہے کہ یہ مصیبت ہے۔ لیکن یہ حدیث بتاتی ہے کہ ہر پرابلم وقتی ہوتا ہے۔</w:t>
      </w:r>
    </w:p>
    <w:p>
      <w:r>
        <w:rPr>
          <w:b/>
        </w:rPr>
        <w:t xml:space="preserve">[32:54] </w:t>
      </w:r>
      <w:r>
        <w:t>yeh jo jo zindagi ka jo course hai, jo Allah ne chala rakha hai duniya mein, is mein hamesha halaat badalte rehte hain, hamesha badalte rehte hain halaat.</w:t>
      </w:r>
    </w:p>
    <w:p>
      <w:pPr>
        <w:jc w:val="right"/>
      </w:pPr>
      <w:r>
        <w:t>یہ جو جو زندگی کا جو کورس ہے، جو اللہ نے چلا رکھا ہے دنیا میں، اس میں ہمیشہ حالات بدلتے رہتے ہیں، ہمیشہ بدلتے رہتے ہیں حالات۔</w:t>
      </w:r>
    </w:p>
    <w:p>
      <w:r>
        <w:rPr>
          <w:b/>
        </w:rPr>
        <w:t xml:space="preserve">[33:08] </w:t>
      </w:r>
      <w:r>
        <w:t>to is hadis mein yeh bataya gaya hai ke agar tum koi problem pesh aaye to negative mat ban jao, intizar karo, intizar karo, kyunke agle agle halaat jo hain, tumhare favor mein ho jayen</w:t>
      </w:r>
    </w:p>
    <w:p>
      <w:pPr>
        <w:jc w:val="right"/>
      </w:pPr>
      <w:r>
        <w:t>تو اس حدیث میں یہ بتایا گیا ہے کہ اگر تم کوئی پرابلم پیش آئے تو نیگیٹیو مت بن جاؤ، انتظار کرو، انتظار کرو، کیونکہ اگلے اگلے حالات جو ہیں، تمہارے فیور میں ہو جائیں</w:t>
      </w:r>
    </w:p>
    <w:p>
      <w:r>
        <w:rPr>
          <w:b/>
        </w:rPr>
        <w:t xml:space="preserve">[33:23] </w:t>
      </w:r>
      <w:r>
        <w:t>ge. yaani present mein agar tum ko pareshani ho rahi hai to future mein pareshani khatam ho jayegi. "abd al-ibadat intizar al-faraj" hai.</w:t>
      </w:r>
    </w:p>
    <w:p>
      <w:pPr>
        <w:jc w:val="right"/>
      </w:pPr>
      <w:r>
        <w:t>گے۔ یعنی پریزنٹ میں اگر تم کو پریشانی ہو رہی ہے تو فیوچر میں پریشانی ختم ہو جائے گی۔ "عبدالعبادت انتظار الفرج" ہے۔</w:t>
      </w:r>
    </w:p>
    <w:p>
      <w:r>
        <w:rPr>
          <w:b/>
        </w:rPr>
        <w:t xml:space="preserve">[33:33] </w:t>
      </w:r>
      <w:r>
        <w:t>to main ne socha ke kitni bari hikmat is ke andar hai. aap ko tension se bachati hai, aap ko stress se bachati hai, aap ko ghussa se bachati hai.</w:t>
      </w:r>
    </w:p>
    <w:p>
      <w:pPr>
        <w:jc w:val="right"/>
      </w:pPr>
      <w:r>
        <w:t>تو میں نے سوچا کہ کتنی بڑی حکمت اس کے اندر ہے۔ آپ کو ٹینشن سے بچاتی ہے، آپ کو اسٹریس سے بچاتی ہے، آپ کو غصہ سے بچاتی ہے۔</w:t>
      </w:r>
    </w:p>
    <w:p>
      <w:r>
        <w:rPr>
          <w:b/>
        </w:rPr>
        <w:t xml:space="preserve">[33:46] </w:t>
      </w:r>
      <w:r>
        <w:t>jab bhi aadmi ko ghussa hota hai ya tension hota hai, kisi waqti haalat ki wajah se hota hai, waqti haalat.</w:t>
      </w:r>
    </w:p>
    <w:p>
      <w:pPr>
        <w:jc w:val="right"/>
      </w:pPr>
      <w:r>
        <w:t>جب بھی آدمی کو غصہ ہوتا ہے یا ٹینشن ہوتا ہے، کسی وقتی حالت کی وجہ سے ہوتا ہے، وقتی حالت۔</w:t>
      </w:r>
    </w:p>
    <w:p>
      <w:r>
        <w:rPr>
          <w:b/>
        </w:rPr>
        <w:t xml:space="preserve">[33:54] </w:t>
      </w:r>
      <w:r>
        <w:t>to yeh hadith bata rahi hai ke waqti haalat ko le kar ke yeh na bas samjho, yeh na samjho ke yeh hamesha rahega, yeh badlega. Jo badlega, jaise raat hamesha nahi rehti,</w:t>
      </w:r>
    </w:p>
    <w:p>
      <w:pPr>
        <w:jc w:val="right"/>
      </w:pPr>
      <w:r>
        <w:t>تو یہ حدیث بتا رہی ہے کہ وقتی حالت کو لے کر کے یہ نہ بس سمجھو، یہ نہ سمجھو کہ یہ ہمیشہ رہے گا، یہ بدلے گا۔ جو بدلے گا، جیسے رات ہمیشہ نہیں رہتی،</w:t>
      </w:r>
    </w:p>
    <w:p>
      <w:r>
        <w:rPr>
          <w:b/>
        </w:rPr>
        <w:t xml:space="preserve">[34:09] </w:t>
      </w:r>
      <w:r>
        <w:t>jo din aata hai.</w:t>
      </w:r>
    </w:p>
    <w:p>
      <w:pPr>
        <w:jc w:val="right"/>
      </w:pPr>
      <w:r>
        <w:t>جو دن آتا ہے۔</w:t>
      </w:r>
    </w:p>
    <w:p>
      <w:r>
        <w:rPr>
          <w:b/>
        </w:rPr>
        <w:t xml:space="preserve">[34:14] </w:t>
      </w:r>
      <w:r>
        <w:t>to aaj mein subah radio maine khola to us mein ek ek geet aa raha tha. To us mein yahi baat thi ke kis ke roke ruke ruka hai savera?</w:t>
      </w:r>
    </w:p>
    <w:p>
      <w:pPr>
        <w:jc w:val="right"/>
      </w:pPr>
      <w:r>
        <w:t>تو آج میں صبح ریڈیو میں نے کھولا تو اس میں ایک ایک گیت آ رہا تھا۔ تو اس میں یہی بات تھی کہ کس کے روکے رکے رکا ہے سویرہ؟</w:t>
      </w:r>
    </w:p>
    <w:p>
      <w:r>
        <w:rPr>
          <w:b/>
        </w:rPr>
        <w:t xml:space="preserve">[34:26] </w:t>
      </w:r>
      <w:r>
        <w:t>kis ke roke ruke ruka hai savera? Matlab raat aati hai to raat mustaqil nahi rehti, phir subah ho jati hai. To us mein ek line thi ke kis ke roke ruke ruka hai savera?</w:t>
      </w:r>
    </w:p>
    <w:p>
      <w:pPr>
        <w:jc w:val="right"/>
      </w:pPr>
      <w:r>
        <w:t>کس کے روکے رکا ہے سویرہ؟ مطلب رات آتی ہے تو رات مستقل نہیں رہتی، پھر صبح ہو جاتی ہے۔ تو اس میں ایک لائن تھی کہ کس کے روکے رکا ہے سویرہ؟</w:t>
      </w:r>
    </w:p>
    <w:p>
      <w:r>
        <w:rPr>
          <w:b/>
        </w:rPr>
        <w:t xml:space="preserve">[34:41] </w:t>
      </w:r>
      <w:r>
        <w:t>inhi baaton ka naam wisdom hai. To Quran mein Allah taala ke farman hain, ek badshah kainat ki zaban hai.</w:t>
      </w:r>
    </w:p>
    <w:p>
      <w:pPr>
        <w:jc w:val="right"/>
      </w:pPr>
      <w:r>
        <w:t>انہی باتوں کا نام وزڈم ہے۔ تو قرآن میں اللہ تعالیٰ کے فرمان ہیں، ایک بادشاہ کائنات کی زبان ہے۔</w:t>
      </w:r>
    </w:p>
    <w:p>
      <w:r>
        <w:rPr>
          <w:b/>
        </w:rPr>
        <w:t xml:space="preserve">[34:52] </w:t>
      </w:r>
      <w:r>
        <w:t>us mein</w:t>
      </w:r>
    </w:p>
    <w:p>
      <w:pPr>
        <w:jc w:val="right"/>
      </w:pPr>
      <w:r>
        <w:t>اس میں</w:t>
      </w:r>
    </w:p>
    <w:p>
      <w:r>
        <w:rPr>
          <w:b/>
        </w:rPr>
        <w:t xml:space="preserve">[34:55] </w:t>
      </w:r>
      <w:r>
        <w:t>badshah kainat jo farman deta hai, us ko hum Quran mein paate hain. Aur hadith jo hai, ek insan jo duniya mein zindagi guzarta hai, us zindagi guzarte hue us ko jo haalat pesh aate hain, us mein woh kis tarah wisdom ke sath haalat ko samna karta hai,</w:t>
      </w:r>
    </w:p>
    <w:p>
      <w:pPr>
        <w:jc w:val="right"/>
      </w:pPr>
      <w:r>
        <w:t>بادشاہ کائنات جو فرمان دیتا ہے، اس کو ہم قرآن میں پاتے ہیں۔ اور حدیث جو ہے، ایک انسان جو دنیا میں زندگی گزارتا ہے، اس زندگی گزارتے ہوئے اس کو جو حالات پیش آتے ہیں، اس میں وہ کس طرح وزڈم کے ساتھ حالات کو سامنا کرتا ہے،</w:t>
      </w:r>
    </w:p>
    <w:p>
      <w:r>
        <w:rPr>
          <w:b/>
        </w:rPr>
        <w:t xml:space="preserve">[35:17] </w:t>
      </w:r>
      <w:r>
        <w:t>woh hadith mein hai.</w:t>
      </w:r>
    </w:p>
    <w:p>
      <w:pPr>
        <w:jc w:val="right"/>
      </w:pPr>
      <w:r>
        <w:t>وہ حدیث میں ہے۔</w:t>
      </w:r>
    </w:p>
    <w:p>
      <w:r>
        <w:rPr>
          <w:b/>
        </w:rPr>
        <w:t xml:space="preserve">[35:21] </w:t>
      </w:r>
      <w:r>
        <w:t>to hadithien poori ki poori hikmat ka majmooa hain, wisdom ka majmooa hain.</w:t>
      </w:r>
    </w:p>
    <w:p>
      <w:pPr>
        <w:jc w:val="right"/>
      </w:pPr>
      <w:r>
        <w:t>تو حدیثیں پوری کی پوری حکمت کا مجموعہ ہیں، وزڈم کا مجموعہ ہیں۔</w:t>
      </w:r>
    </w:p>
    <w:p>
      <w:r>
        <w:rPr>
          <w:b/>
        </w:rPr>
        <w:t xml:space="preserve">[35:31] </w:t>
      </w:r>
      <w:r>
        <w:t>bohat arsa hua, ek Arab ne ek kitab, choti si kitab, ek pamphlet chhapa tha Arabi mein.</w:t>
      </w:r>
    </w:p>
    <w:p>
      <w:pPr>
        <w:jc w:val="right"/>
      </w:pPr>
      <w:r>
        <w:t>بہت عرصہ ہوا، ایک عرب نے ایک کتاب، چھوٹی سی کتاب، ایک پمفلیٹ چھاپا تھا عربی میں۔</w:t>
      </w:r>
    </w:p>
    <w:p>
      <w:r>
        <w:rPr>
          <w:b/>
        </w:rPr>
        <w:t xml:space="preserve">[35:41] </w:t>
      </w:r>
      <w:r>
        <w:t>Arabi mein us mein kuch hadithon ka majmooa tha, sirf us mein koi sharah nahi thi. Hadithon ka majmooa</w:t>
      </w:r>
    </w:p>
    <w:p>
      <w:pPr>
        <w:jc w:val="right"/>
      </w:pPr>
      <w:r>
        <w:t>عربی میں اس میں کچھ حدیثوں کا مجموعہ تھا، صرف اس میں کوئی شرح نہیں تھی۔ حدیثوں کا مجموعہ</w:t>
      </w:r>
    </w:p>
    <w:p>
      <w:r>
        <w:rPr>
          <w:b/>
        </w:rPr>
        <w:t xml:space="preserve">[35:48] </w:t>
      </w:r>
      <w:r>
        <w:t>to us ka title likha tha unhon ne "La'ali al-Hikmah". Hikmat ke mazmoon moti, "La'ali" maani moti, "La'ali al-Hikmah" hikmat ke moti, yani woh hadithien jo thi, woh hikmat ke moti thi.</w:t>
      </w:r>
    </w:p>
    <w:p>
      <w:pPr>
        <w:jc w:val="right"/>
      </w:pPr>
      <w:r>
        <w:t>تو اس کا ٹائٹل لکھا تھا انہوں نے "لا علی الحکم"۔ حکمت کے مضمون موتی، "لا علی" معنی موتی، "لا علی الحکم" حکمت کے موتی، یعنی وہ حدیثیں جو تھیں، وہ حکمت کے موتی تھیں۔</w:t>
      </w:r>
    </w:p>
    <w:p>
      <w:r>
        <w:rPr>
          <w:b/>
        </w:rPr>
        <w:t xml:space="preserve">[36:04] </w:t>
      </w:r>
      <w:r>
        <w:t>to woh choti si kitab thi, pamphlet. To meri mera irada hai ke inshallah ke mein "La'ali al-Hikmah" ke usool par ek bari kitab likhoon, us mein dikhaoon ke hadithien kis tarah wisdom ka majmooa hain,</w:t>
      </w:r>
    </w:p>
    <w:p>
      <w:pPr>
        <w:jc w:val="right"/>
      </w:pPr>
      <w:r>
        <w:t>تو وہ چھوٹی سی کتاب تھی، پمفلیٹ۔ تو میری میرا ارادہ ہے کہ انشاءاللہ کہ میں "لا علی الحکم" کے اصول پر ایک بڑی کتاب لکھوں، اس میں دکھاؤں کہ حدیثیں کس طرح وزڈم کا مجموعہ ہیں،</w:t>
      </w:r>
    </w:p>
    <w:p>
      <w:r>
        <w:rPr>
          <w:b/>
        </w:rPr>
        <w:t xml:space="preserve">[36:22] </w:t>
      </w:r>
      <w:r>
        <w:t>wisdom ka majmooa jis</w:t>
      </w:r>
    </w:p>
    <w:p>
      <w:pPr>
        <w:jc w:val="right"/>
      </w:pPr>
      <w:r>
        <w:t>وزڈم کا مجموعہ جس</w:t>
      </w:r>
    </w:p>
    <w:p>
      <w:r>
        <w:rPr>
          <w:b/>
        </w:rPr>
        <w:t xml:space="preserve">[36:26] </w:t>
      </w:r>
      <w:r>
        <w:t>tarah Quran hamare liye important hai, is tarah hadithien bhi equal darje mein important hain.</w:t>
      </w:r>
    </w:p>
    <w:p>
      <w:pPr>
        <w:jc w:val="right"/>
      </w:pPr>
      <w:r>
        <w:t>طرح قرآن ہمارے لیے امپورٹنٹ ہے، اس طرح حدیثیں بھی ایکول درجے میں امپورٹنٹ ہیں۔</w:t>
      </w:r>
    </w:p>
    <w:p>
      <w:r>
        <w:rPr>
          <w:b/>
        </w:rPr>
        <w:t xml:space="preserve">[36:36] </w:t>
      </w:r>
      <w:r>
        <w:t>isi liye hadith mein aata hai ke Rasool Allah ne aakhri zamaney mein farmaya tha "Taraktufikum amrain". Ek aur hadith mein hai ke "Taraktufikum thaqalain".</w:t>
      </w:r>
    </w:p>
    <w:p>
      <w:pPr>
        <w:jc w:val="right"/>
      </w:pPr>
      <w:r>
        <w:t>اسی لیے حدیث میں آتا ہے کہ رسول اللہ نے آخری زمانے میں فرمایا تھا "ترکتفیکم امرین"۔ ایک اور حدیث میں ہے کہ "ترکتفیکم ثقلین"۔</w:t>
      </w:r>
    </w:p>
    <w:p>
      <w:r>
        <w:rPr>
          <w:b/>
        </w:rPr>
        <w:t xml:space="preserve">[36:49] </w:t>
      </w:r>
      <w:r>
        <w:t>tumhare paas mein do bari cheezein chhod ke ja raha hoon:</w:t>
      </w:r>
    </w:p>
    <w:p>
      <w:pPr>
        <w:jc w:val="right"/>
      </w:pPr>
      <w:r>
        <w:t>تمہارے پاس میں دو بڑی چیزیں چھوڑ کے جا رہا ہوں:</w:t>
      </w:r>
    </w:p>
    <w:p>
      <w:r>
        <w:rPr>
          <w:b/>
        </w:rPr>
        <w:t xml:space="preserve">[36:54] </w:t>
      </w:r>
      <w:r>
        <w:t>Kitab Allah wa Sunnati, Allah ki kitab aur Rasool ki sunnat.</w:t>
      </w:r>
    </w:p>
    <w:p>
      <w:pPr>
        <w:jc w:val="right"/>
      </w:pPr>
      <w:r>
        <w:t>کتاب اللہ و سنتی، اللہ کی کتاب اور رسول کی سنت۔</w:t>
      </w:r>
    </w:p>
    <w:p>
      <w:r>
        <w:rPr>
          <w:b/>
        </w:rPr>
        <w:t xml:space="preserve">[37:07] </w:t>
      </w:r>
      <w:r>
        <w:t>to behal mein apne madaris se yeh samjha hoon ke jis aadmi ko wisdom chahiye, hikmat chahiye, baseerat chahiye, to us ko gehrai ke sath hadith ka mutala karna hoga.</w:t>
      </w:r>
    </w:p>
    <w:p>
      <w:pPr>
        <w:jc w:val="right"/>
      </w:pPr>
      <w:r>
        <w:t>تو بہرحال میں اپنے مدارس سے یہ سمجھا ہوں کہ جس آدمی کو وزڈم چاہیے، حکمت چاہیے، بصیرت چاہیے، تو اس کو گہرائی کے ساتھ حدیث کا مطالعہ کرنا کرنا ہوگا۔</w:t>
      </w:r>
    </w:p>
    <w:p>
      <w:r>
        <w:rPr>
          <w:b/>
        </w:rPr>
        <w:t xml:space="preserve">[37:25] </w:t>
      </w:r>
      <w:r>
        <w:t>kyun ke Quran mein hum Allah ke farman paate hain aur hadith mein hum zindagi ki hikmat paate hain. Hikmat</w:t>
      </w:r>
    </w:p>
    <w:p>
      <w:pPr>
        <w:jc w:val="right"/>
      </w:pPr>
      <w:r>
        <w:t>کیونکہ قرآن میں ہم اللہ کے فرمان پاتے ہیں اور حدیث میں ہم زندگی کی حکمت پاتے ہیں۔ حکمت</w:t>
      </w:r>
    </w:p>
    <w:p>
      <w:r>
        <w:rPr>
          <w:b/>
        </w:rPr>
        <w:t xml:space="preserve">[37:36] </w:t>
      </w:r>
      <w:r>
        <w:t>hikmat ke baghair insan is duniya mein kamyab nahi ho sakta.</w:t>
      </w:r>
    </w:p>
    <w:p>
      <w:pPr>
        <w:jc w:val="right"/>
      </w:pPr>
      <w:r>
        <w:t>حکمت کے بغیر انسان اس دنیا میں کامیاب نہیں ہو سکتا۔</w:t>
      </w:r>
    </w:p>
    <w:p>
      <w:r>
        <w:rPr>
          <w:b/>
        </w:rPr>
        <w:t xml:space="preserve">[37:46] </w:t>
      </w:r>
      <w:r>
        <w:t>ab ab kal ka waqia mein arz karta hoon. Kal ek sahab se mulaqat hui to woh apni shadi shuda zindagi ke kuch masail batane lage, shadi ke masail.</w:t>
      </w:r>
    </w:p>
    <w:p>
      <w:pPr>
        <w:jc w:val="right"/>
      </w:pPr>
      <w:r>
        <w:t>اب اب کل کا واقعہ میں عرض کرتا ہوں۔ کل ایک صاحب سے ملاقات ہوئی تو وہ اپنی شادی شدہ زندگی کے کچھ مسائل بتانے لگے، شادی کے مسائل۔</w:t>
      </w:r>
    </w:p>
    <w:p>
      <w:r>
        <w:rPr>
          <w:b/>
        </w:rPr>
        <w:t xml:space="preserve">[38:01] </w:t>
      </w:r>
      <w:r>
        <w:t>to wahan bhi unhon ne bataya ke dekhein hikmat kya hai is maamle mein.</w:t>
      </w:r>
    </w:p>
    <w:p>
      <w:pPr>
        <w:jc w:val="right"/>
      </w:pPr>
      <w:r>
        <w:t>تو وہاں بھی انہوں نے بتایا کہ دیکھیں حکمت کیا ہے اس معاملے میں۔</w:t>
      </w:r>
    </w:p>
    <w:p>
      <w:r>
        <w:rPr>
          <w:b/>
        </w:rPr>
        <w:t xml:space="preserve">[38:06] </w:t>
      </w:r>
      <w:r>
        <w:t>hota yeh hai ke ek ladka aur ek ladki, do families paida huin.</w:t>
      </w:r>
    </w:p>
    <w:p>
      <w:pPr>
        <w:jc w:val="right"/>
      </w:pPr>
      <w:r>
        <w:t>ہوتا یہ ہے کہ ایک لڑکا اور ایک لڑکی، دو فیملیں پیدا ہوئیں۔</w:t>
      </w:r>
    </w:p>
    <w:p>
      <w:r>
        <w:rPr>
          <w:b/>
        </w:rPr>
        <w:t xml:space="preserve">[38:15] </w:t>
      </w:r>
      <w:r>
        <w:t>to khoni rishte ke aitbaar se dono ka talluq alag alag family se hai. phir woh dono ka ekja ho gaye shadi ke zariye se. to is ka matlab kya hua?</w:t>
      </w:r>
    </w:p>
    <w:p>
      <w:pPr>
        <w:jc w:val="right"/>
      </w:pPr>
      <w:r>
        <w:t>تو خونی رشتے کے اعتبار سے دونوں کا تعلق الگ الگ فیملی سے ہے۔ پھر وہ دونوں کا ایکجا ہو گئے شادی کے ذریعے سے۔ تو اس کا معنی کیا ہوا؟</w:t>
      </w:r>
    </w:p>
    <w:p>
      <w:r>
        <w:rPr>
          <w:b/>
        </w:rPr>
        <w:t xml:space="preserve">[38:27] </w:t>
      </w:r>
      <w:r>
        <w:t>yeh ke dono jo hain, ghair khoni rishte ke sath ekja ho</w:t>
      </w:r>
    </w:p>
    <w:p>
      <w:pPr>
        <w:jc w:val="right"/>
      </w:pPr>
      <w:r>
        <w:t>یہ کہ دونوں جو ہیں، غیر خونی رشتے کے ساتھ ایکجا ہو</w:t>
      </w:r>
    </w:p>
    <w:p>
      <w:r>
        <w:rPr>
          <w:b/>
        </w:rPr>
        <w:t xml:space="preserve">[38:32] </w:t>
      </w:r>
      <w:r>
        <w:t>iye. yani is se pehle woh rehte thay khoni rishte ke sath, yani blood relationship ke sath. ab un ko rehna para ghair khoni rishte ke sath.</w:t>
      </w:r>
    </w:p>
    <w:p>
      <w:pPr>
        <w:jc w:val="right"/>
      </w:pPr>
      <w:r>
        <w:t>ئے۔ یعنی اس سے پہلے وہ رہتے تھے خونی رشتے کے ساتھ، یعنی بلڈ ریلیشن شپ کے ساتھ۔ اب ان کو رہنا پڑا غیر خونی رشتے کے ساتھ۔</w:t>
      </w:r>
    </w:p>
    <w:p>
      <w:r>
        <w:rPr>
          <w:b/>
        </w:rPr>
        <w:t xml:space="preserve">[38:43] </w:t>
      </w:r>
      <w:r>
        <w:t>is ki wajah se problem aate hain. woh aadi thay is mein ke woh khoni rishte ke sath rahen. ab un ko rehna para hai ghair khoni rishte ke sath.</w:t>
      </w:r>
    </w:p>
    <w:p>
      <w:pPr>
        <w:jc w:val="right"/>
      </w:pPr>
      <w:r>
        <w:t>اس کی وجہ سے پرابلم آتے ہیں۔ وہ عادی تھے اس میں کہ وہ خونی رشتے کے ساتھ رہیں۔ اب ان کو رہنا پڑ رہا ہے غیر خونی رشتے کے ساتھ۔</w:t>
      </w:r>
    </w:p>
    <w:p>
      <w:r>
        <w:rPr>
          <w:b/>
        </w:rPr>
        <w:t xml:space="preserve">[38:57] </w:t>
      </w:r>
      <w:r>
        <w:t>in laws bhi ghair khoni hote hain, biwi bhi ghair khoni hoti hai.</w:t>
      </w:r>
    </w:p>
    <w:p>
      <w:pPr>
        <w:jc w:val="right"/>
      </w:pPr>
      <w:r>
        <w:t>ان لاز بھی غیر خونی ہوتے ہیں، بیوی بھی غیر خونی ہوتی ہے۔</w:t>
      </w:r>
    </w:p>
    <w:p>
      <w:r>
        <w:rPr>
          <w:b/>
        </w:rPr>
        <w:t xml:space="preserve">[39:02] </w:t>
      </w:r>
      <w:r>
        <w:t>is ko agar jaan le aadmi ke Allah ke qanoon ke mutabiq yeh nikah ka tareeqa hai, jis mein aadmi ko ek waqt aata hai ke is ko khoni rishton se nikal kar ghair khoni rishte mein rehna parta hai,</w:t>
      </w:r>
    </w:p>
    <w:p>
      <w:pPr>
        <w:jc w:val="right"/>
      </w:pPr>
      <w:r>
        <w:t>اس کو اگر جان لے آدمی کہ اللہ کے قانون کے مطابق یہ نکاح کا طریقہ ہے، جس میں آدمی کو ایک وقت آتا ہے کہ اس کو خونی رشتوں سے نکل کر غیر خونی رشتے میں رہنا پڑتا ہے،</w:t>
      </w:r>
    </w:p>
    <w:p>
      <w:r>
        <w:rPr>
          <w:b/>
        </w:rPr>
        <w:t xml:space="preserve">[39:19] </w:t>
      </w:r>
      <w:r>
        <w:t>is ko woh jaan le as a divine plan. to bilkul har cheez ko, har cheez ko woh normal samjhega.</w:t>
      </w:r>
    </w:p>
    <w:p>
      <w:pPr>
        <w:jc w:val="right"/>
      </w:pPr>
      <w:r>
        <w:t>اس کو وہ جان لے ایز اے ڈیوائن پلان۔ تو بالکل ہر چیز کو، ہر چیز کو وہ نارمل سمجھے گا۔</w:t>
      </w:r>
    </w:p>
    <w:p>
      <w:r>
        <w:rPr>
          <w:b/>
        </w:rPr>
        <w:t xml:space="preserve">[39:30] </w:t>
      </w:r>
      <w:r>
        <w:t>yani jin cheezon se aadmi ghussa ho jata hai, jin se is ke andar negativity aa jati hai, us ko woh normal samjhega aur bohat ache tareeqe se woh nibha sakega apni married life ko.</w:t>
      </w:r>
    </w:p>
    <w:p>
      <w:pPr>
        <w:jc w:val="right"/>
      </w:pPr>
      <w:r>
        <w:t>یعنی جس چیزوں سے آدمی غصہ ہو جاتا ہے، جن سے اس کے اندر نیگیٹیو نیگیٹیوٹی آ جاتی ہے، اس کو وہ نارمل سمجھے گا اور بہت اچھے طریقے سے وہ نبھا سکے گا اپنی میریڈ لائف کو۔</w:t>
      </w:r>
    </w:p>
    <w:p>
      <w:r>
        <w:rPr>
          <w:b/>
        </w:rPr>
        <w:t xml:space="preserve">[39:48] </w:t>
      </w:r>
      <w:r>
        <w:t>to main samajhta hoon ke zindagi guzarne ke liye do cheezon ki zaroorat hai. ek to hai ahkam elahiya, jo Allah ke ahkam hain, woh hum janen is ko.</w:t>
      </w:r>
    </w:p>
    <w:p>
      <w:pPr>
        <w:jc w:val="right"/>
      </w:pPr>
      <w:r>
        <w:t>تو میں سمجھتا ہوں کہ زندگی گزارنے کے لیے دو چیزوں کی ضرورت ہے۔ ایک تو ہے احکام الہیہ، جو اللہ کے احکام ہیں، وہ ہم جانیں اس کو۔</w:t>
      </w:r>
    </w:p>
    <w:p>
      <w:r>
        <w:rPr>
          <w:b/>
        </w:rPr>
        <w:t xml:space="preserve">[40:03] </w:t>
      </w:r>
      <w:r>
        <w:t>aur doosri hai wisdom, zindagi ki wisdom. to ahkam elahiya hum ko milte hain Quran se aur wisdom hum ko milte hain hadith se.</w:t>
      </w:r>
    </w:p>
    <w:p>
      <w:pPr>
        <w:jc w:val="right"/>
      </w:pPr>
      <w:r>
        <w:t>اور دوسری ہے وزڈم، زندگی کی وزڈم۔ تو احکام الہیہ ہم کو ملتے ہیں قرآن سے اور وزڈم ہم کو ملتے ہیں حدیث سے۔</w:t>
      </w:r>
    </w:p>
    <w:p>
      <w:r>
        <w:rPr>
          <w:b/>
        </w:rPr>
        <w:t xml:space="preserve">[40:14] </w:t>
      </w:r>
      <w:r>
        <w:t>to dono ek sath tor par zaroori hain.</w:t>
      </w:r>
    </w:p>
    <w:p>
      <w:pPr>
        <w:jc w:val="right"/>
      </w:pPr>
      <w:r>
        <w:t>تو دونوں ایک ساتھ طور پر ضروری ہیں۔</w:t>
      </w:r>
    </w:p>
    <w:p>
      <w:r>
        <w:rPr>
          <w:b/>
        </w:rPr>
        <w:t xml:space="preserve">[40:22] </w:t>
      </w:r>
      <w:r>
        <w:t>to hamara jo</w:t>
      </w:r>
    </w:p>
    <w:p>
      <w:pPr>
        <w:jc w:val="right"/>
      </w:pPr>
      <w:r>
        <w:t>تو ہمارا جو</w:t>
      </w:r>
    </w:p>
    <w:p>
      <w:r>
        <w:rPr>
          <w:b/>
        </w:rPr>
        <w:t xml:space="preserve">[40:27] </w:t>
      </w:r>
      <w:r>
        <w:t>abhi jo meri, abhi jo meri latest book chhapi hai, is ka naam hai "age of peace".</w:t>
      </w:r>
    </w:p>
    <w:p>
      <w:pPr>
        <w:jc w:val="right"/>
      </w:pPr>
      <w:r>
        <w:t>ابھی جو میری، ابھی جو میری لیٹسٹ بک چھپی ہے، اس کا نام ہے "ایج آف پیس"۔</w:t>
      </w:r>
    </w:p>
    <w:p>
      <w:r>
        <w:rPr>
          <w:b/>
        </w:rPr>
        <w:t xml:space="preserve">[40:37] </w:t>
      </w:r>
      <w:r>
        <w:t>"age of peace"</w:t>
      </w:r>
    </w:p>
    <w:p>
      <w:pPr>
        <w:jc w:val="right"/>
      </w:pPr>
      <w:r>
        <w:t>"ایج آف پیس"</w:t>
      </w:r>
    </w:p>
    <w:p>
      <w:r>
        <w:rPr>
          <w:b/>
        </w:rPr>
        <w:t xml:space="preserve">[40:41] </w:t>
      </w:r>
      <w:r>
        <w:t>to aap yahan se le sakte hain. aap "age of peace" neeche mil jayegi aap ko.</w:t>
      </w:r>
    </w:p>
    <w:p>
      <w:pPr>
        <w:jc w:val="right"/>
      </w:pPr>
      <w:r>
        <w:t>تو آپ یہاں سے لے سکتے ہیں۔ آپ "ایج آف پیس" نیچے مل جائے گی آپ کو۔</w:t>
      </w:r>
    </w:p>
    <w:p>
      <w:r>
        <w:rPr>
          <w:b/>
        </w:rPr>
        <w:t xml:space="preserve">[40:53] </w:t>
      </w:r>
      <w:r>
        <w:t>is kitab ka khulasa kya hai? aam tor par musalmanon ka zehan yeh hai ke maujooda zamana hamare liye hamara dushman zamana hai, hamare khilaf sazish karta hai, hamare khilaf sargarmiyan dikhata hai.</w:t>
      </w:r>
    </w:p>
    <w:p>
      <w:pPr>
        <w:jc w:val="right"/>
      </w:pPr>
      <w:r>
        <w:t>اس کتاب کا خلاصہ کیا ہے؟ عام طور پر مسلمانوں کا ذہن یہ ہے کہ موجودہ زمانہ ہمارے لیے ہمارا دشمن زمانہ ہے، ہمارے خلاف سازش کرتا ہے، ہمارے خلاف سرگرمیاں دکھاتا ہے۔</w:t>
      </w:r>
    </w:p>
    <w:p>
      <w:r>
        <w:rPr>
          <w:b/>
        </w:rPr>
        <w:t xml:space="preserve">[41:11] </w:t>
      </w:r>
      <w:r>
        <w:t>"we are under siege" aam tor par yeh kehta hai ke "we are under siege". is kitab mein maine dikhaya hai ke maujooda zamana peace ka zamana hai.</w:t>
      </w:r>
    </w:p>
    <w:p>
      <w:pPr>
        <w:jc w:val="right"/>
      </w:pPr>
      <w:r>
        <w:t>"وی آر انڈر سیج" عام طور پر یہ کہتا ہے کہ "وی آر انڈر سیج"۔ اس کتاب میں میں نے دکھایا ہے کہ موجودہ زمانہ پیس کا زمانہ ہے۔</w:t>
      </w:r>
    </w:p>
    <w:p>
      <w:r>
        <w:rPr>
          <w:b/>
        </w:rPr>
        <w:t xml:space="preserve">[41:23] </w:t>
      </w:r>
      <w:r>
        <w:t>peace aur peace ka matlab kya hai? peace ka matlab hai ke open opportunities. peace ka matlab hai ke sari opportunities sare ke liye.</w:t>
      </w:r>
    </w:p>
    <w:p>
      <w:pPr>
        <w:jc w:val="right"/>
      </w:pPr>
      <w:r>
        <w:t>پیس اور پیس کا مطلب کیا ہے؟ پیس کا مطلب ہے کہ اوپن اپرچونیٹیز۔ پیس کا مطلب ہے کہ ساری اپرچونیٹیز سارے کے لیے۔</w:t>
      </w:r>
    </w:p>
    <w:p>
      <w:r>
        <w:rPr>
          <w:b/>
        </w:rPr>
        <w:t xml:space="preserve">[41:36] </w:t>
      </w:r>
      <w:r>
        <w:t>pehlay zamanay mein aisa nahi hota tha. pehlay zamanay mein aisa nahi hota tha. opportunities jo theen, woh sirf baray logon ki hoti theen, badshah ke liye aur jo baray log hotay hain, un ke liye.</w:t>
      </w:r>
    </w:p>
    <w:p>
      <w:pPr>
        <w:jc w:val="right"/>
      </w:pPr>
      <w:r>
        <w:t>پہلے زمانے میں ایسا نہیں ہوتا تھا۔ پہلے زمانے میں ایسا نہیں ہوتا تھا۔ اپرچونیٹیز جو تھیں، وہ صرف بڑے لوگوں کی ہوتی تھیں، بادشاہ کے لیے اور جو بڑے لوگ ہوتے ہیں، ان کے لیے۔</w:t>
      </w:r>
    </w:p>
    <w:p>
      <w:r>
        <w:rPr>
          <w:b/>
        </w:rPr>
        <w:t xml:space="preserve">[41:49] </w:t>
      </w:r>
      <w:r>
        <w:t>aam logon ke liye koi opportunity nahi.</w:t>
      </w:r>
    </w:p>
    <w:p>
      <w:pPr>
        <w:jc w:val="right"/>
      </w:pPr>
      <w:r>
        <w:t>عام لوگوں کے لیے کوئی اپرچونیٹی نہیں۔</w:t>
      </w:r>
    </w:p>
    <w:p>
      <w:r>
        <w:rPr>
          <w:b/>
        </w:rPr>
        <w:t xml:space="preserve">[41:53] </w:t>
      </w:r>
      <w:r>
        <w:t>to peace ka matlab yeh hai ke sari opportunities sab logon ke liye ho gayi. yani manipulation of opportunities.</w:t>
      </w:r>
    </w:p>
    <w:p>
      <w:pPr>
        <w:jc w:val="right"/>
      </w:pPr>
      <w:r>
        <w:t>تو پیس کا مطلب یہ ہے کہ ساری اپرچونیٹیز سب لوگوں کے لیے ہو گئی۔ یعنی ڈی مینیپولیشن آف اپرچونیٹیز۔</w:t>
      </w:r>
    </w:p>
    <w:p>
      <w:r>
        <w:rPr>
          <w:b/>
        </w:rPr>
        <w:t xml:space="preserve">[42:05] </w:t>
      </w:r>
      <w:r>
        <w:t>yani maujooda zamana jo hai, manipulation of opportunities ka zamana hai. yeh kitni bari baat hai! is se pehle to kabhi tha hi nahi aisa.</w:t>
      </w:r>
    </w:p>
    <w:p>
      <w:pPr>
        <w:jc w:val="right"/>
      </w:pPr>
      <w:r>
        <w:t>یعنی موجودہ زمانہ جو ہے، ڈی مینیپولیشن آف اپرچونیٹیز کا زمانہ ہے۔ یہ کتنی بڑی بات ہے! اس سے پہلے تو کبھی تھا ہی نہیں ایسا۔</w:t>
      </w:r>
    </w:p>
    <w:p>
      <w:r>
        <w:rPr>
          <w:b/>
        </w:rPr>
        <w:t xml:space="preserve">[42:21] </w:t>
      </w:r>
      <w:r>
        <w:t>yani khud Rasool Allah ke zuban mein aap dekhiye, Quran mein hai: "alladhi anha Allah" ke Kaba mein namaz parhne par rukawat thi.</w:t>
      </w:r>
    </w:p>
    <w:p>
      <w:pPr>
        <w:jc w:val="right"/>
      </w:pPr>
      <w:r>
        <w:t>یعنی خود رسول اللہ کے زبان میں آپ دیکھیے، قرآن میں ہے: "الذی عنہا اللہ" کہ کعبہ میں نماز پڑھنے پر رکاوٹ تھی۔</w:t>
      </w:r>
    </w:p>
    <w:p>
      <w:r>
        <w:rPr>
          <w:b/>
        </w:rPr>
        <w:t xml:space="preserve">[42:33] </w:t>
      </w:r>
      <w:r>
        <w:t>wahan rokte thay, marte peet te thay.</w:t>
      </w:r>
    </w:p>
    <w:p>
      <w:pPr>
        <w:jc w:val="right"/>
      </w:pPr>
      <w:r>
        <w:t>وہاں روکتے تھے، مارتے پیٹتے تھے۔</w:t>
      </w:r>
    </w:p>
    <w:p>
      <w:r>
        <w:rPr>
          <w:b/>
        </w:rPr>
        <w:t xml:space="preserve">[42:39] </w:t>
      </w:r>
      <w:r>
        <w:t>Kaba mein jo bhi Hazrat Ibrahim ne banaya tha, tauheed ke ghar ke tor par, to aisi rukawaten theen ke Kaba mein aap ko namaz parhne ki ijazat nahi thi.</w:t>
      </w:r>
    </w:p>
    <w:p>
      <w:pPr>
        <w:jc w:val="right"/>
      </w:pPr>
      <w:r>
        <w:t>کعبہ میں جو بھی حضرت ابراہیم نے بنایا تھا، توحید کے گھر کے طور پر، تو ایسی رکاوٹیں تھیں کہ کعبہ میں آپ کو نماز پڑھنے کی اجازت نہیں تھی۔</w:t>
      </w:r>
    </w:p>
    <w:p>
      <w:r>
        <w:rPr>
          <w:b/>
        </w:rPr>
        <w:t xml:space="preserve">[42:50] </w:t>
      </w:r>
      <w:r>
        <w:t>ab to aap white house mein namaz parhiye, koi rokne wala nahi hai aap ko. hum america gaye to 15 din ke andar jahan bhi hum hotay thay, wahin namaz parh letay thay.</w:t>
      </w:r>
    </w:p>
    <w:p>
      <w:pPr>
        <w:jc w:val="right"/>
      </w:pPr>
      <w:r>
        <w:t>اب تو آپ وائٹ ہاؤس میں نماز پڑھیے، کوئی روکنے والا نہیں ہے آپ کو۔ ہم امریکہ گئے تو 15 دن کے اندر جہاں بھی ہم ہوتے تھے، وہیں نماز پڑھ لیتے تھے۔</w:t>
      </w:r>
    </w:p>
    <w:p>
      <w:r>
        <w:rPr>
          <w:b/>
        </w:rPr>
        <w:t xml:space="preserve">[43:01] </w:t>
      </w:r>
      <w:r>
        <w:t>koi hamein rokne wala nahi tha.</w:t>
      </w:r>
    </w:p>
    <w:p>
      <w:pPr>
        <w:jc w:val="right"/>
      </w:pPr>
      <w:r>
        <w:t>کوئی ہمیں روکنے والا نہیں تھا۔</w:t>
      </w:r>
    </w:p>
    <w:p>
      <w:r>
        <w:rPr>
          <w:b/>
        </w:rPr>
        <w:t xml:space="preserve">[43:05] </w:t>
      </w:r>
      <w:r>
        <w:t>to "age of peace" ka khulasa yeh hai ke maujooda zamanay</w:t>
      </w:r>
    </w:p>
    <w:p>
      <w:pPr>
        <w:jc w:val="right"/>
      </w:pPr>
      <w:r>
        <w:t>تو "ایج آف پیس" کا خلاصہ یہ ہے کہ موجودہ زمانہ</w:t>
      </w:r>
    </w:p>
    <w:p>
      <w:r>
        <w:rPr>
          <w:b/>
        </w:rPr>
        <w:t xml:space="preserve">[43:14] </w:t>
      </w:r>
      <w:r>
        <w:t>mowaqe ka zamanay hai, aman ka zamanay hai, azadi ka zamanay hai, de manipulation ka zamanay hai.</w:t>
      </w:r>
    </w:p>
    <w:p>
      <w:pPr>
        <w:jc w:val="right"/>
      </w:pPr>
      <w:r>
        <w:t>مواقع کا زمانہ ہے، امن کا زمانہ ہے، آزادی کا زمانہ ہے، ڈی مینیپولیشن کا زمانہ ہے۔</w:t>
      </w:r>
    </w:p>
    <w:p>
      <w:r>
        <w:rPr>
          <w:b/>
        </w:rPr>
        <w:t xml:space="preserve">[43:25] </w:t>
      </w:r>
      <w:r>
        <w:t>pehlay zamanay mein cheezain khaas logon</w:t>
      </w:r>
    </w:p>
    <w:p>
      <w:pPr>
        <w:jc w:val="right"/>
      </w:pPr>
      <w:r>
        <w:t>پہلے زمانے میں چیزیں خاص لوگوں</w:t>
      </w:r>
    </w:p>
    <w:p>
      <w:r>
        <w:rPr>
          <w:b/>
        </w:rPr>
        <w:t xml:space="preserve">[43:30] </w:t>
      </w:r>
      <w:r>
        <w:t>ke liye hua karti theen, ab sab ke liye, sab logon ke liye hain. lekin is is opportunity ko avail karne ke liye wisdom chahiye.</w:t>
      </w:r>
    </w:p>
    <w:p>
      <w:pPr>
        <w:jc w:val="right"/>
      </w:pPr>
      <w:r>
        <w:t>کے لیے ہوا کرتی تھیں، اب سب کے لیے، سب لوگوں کے لیے ہیں۔ لیکن اس اس اپرچونیٹی کو اویل کرنے کے لیے وزڈم چاہیے۔</w:t>
      </w:r>
    </w:p>
    <w:p>
      <w:r>
        <w:rPr>
          <w:b/>
        </w:rPr>
        <w:t xml:space="preserve">[43:42] </w:t>
      </w:r>
      <w:r>
        <w:t>is opportunity ko avail karne ke liye wisdom chahiye.</w:t>
      </w:r>
    </w:p>
    <w:p>
      <w:pPr>
        <w:jc w:val="right"/>
      </w:pPr>
      <w:r>
        <w:t>اس اپرچونیٹی کو اویل کرنے کے لیے وزڈم چاہیے۔</w:t>
      </w:r>
    </w:p>
    <w:p>
      <w:r>
        <w:rPr>
          <w:b/>
        </w:rPr>
        <w:t xml:space="preserve">[43:49] </w:t>
      </w:r>
      <w:r>
        <w:t>wisdom ka matlab hai hum sahi angle se cheezon ko dekhna seekh lein,</w:t>
      </w:r>
    </w:p>
    <w:p>
      <w:pPr>
        <w:jc w:val="right"/>
      </w:pPr>
      <w:r>
        <w:t>وزڈم کا مطلب ہے ہم صحیح اینگل سے چیزوں کو دیکھنا سیکھ لیں،</w:t>
      </w:r>
    </w:p>
    <w:p>
      <w:r>
        <w:rPr>
          <w:b/>
        </w:rPr>
        <w:t xml:space="preserve">[44:00] </w:t>
      </w:r>
      <w:r>
        <w:t>sahi angle se cheezon ko dekhna seekh lein. to har cheez mein hamare liye, har cheez hamare liye hai. aisa laga hai ke har cheez hamare liye ho gayi hai.</w:t>
      </w:r>
    </w:p>
    <w:p>
      <w:pPr>
        <w:jc w:val="right"/>
      </w:pPr>
      <w:r>
        <w:t>صحیح اینگل سے چیزوں کو دیکھنا سیکھ لیں۔ تو ہر چیز میں ہمارے لیے، ہر چیز ہمارے لیے ہے۔ ایسا لگا ہے کہ ہر چیز ہمارے لیے ہو گئی ہے۔</w:t>
      </w:r>
    </w:p>
    <w:p>
      <w:r>
        <w:rPr>
          <w:b/>
        </w:rPr>
        <w:t xml:space="preserve">[44:15] </w:t>
      </w:r>
      <w:r>
        <w:t>to mein dua karta hoon ke Allah taala hum ko wisdom de, aqal de, baseerat de taake hum</w:t>
      </w:r>
    </w:p>
    <w:p>
      <w:pPr>
        <w:jc w:val="right"/>
      </w:pPr>
      <w:r>
        <w:t>تو میں دعا کرتا ہوں کہ اللہ تعالیٰ ہم کو وزڈم دے، عقل دے، بصیرت دے تاکہ ہم</w:t>
      </w:r>
    </w:p>
    <w:p>
      <w:r>
        <w:rPr>
          <w:b/>
        </w:rPr>
        <w:t xml:space="preserve">[44:29] </w:t>
      </w:r>
      <w:r>
        <w:t>cheezon ko sahi angle se dekhein aur apni zindagi ko waqai maanon mein kamyab bana sakein aur dawat Allah ka kaam bhi hum kamyabi ke sath kar sakein.</w:t>
      </w:r>
    </w:p>
    <w:p>
      <w:pPr>
        <w:jc w:val="right"/>
      </w:pPr>
      <w:r>
        <w:t>چیزوں کو صحیح اینگل سے دیکھیں اور اپنی زندگی کو واقعی معنوں میں کامیاب بنا سکیں اور دعوت اللہ کا کام بھی ہم کامیابی کے ساتھ کر سکیں۔</w:t>
      </w:r>
    </w:p>
    <w:p>
      <w:r>
        <w:rPr>
          <w:b/>
        </w:rPr>
        <w:t xml:space="preserve">[44:43] </w:t>
      </w:r>
      <w:r>
        <w:t>to mein dua karta hoon isi ke liye apne liye aur aap ke liye. Assalam o alaikum wa rehmatullah.</w:t>
      </w:r>
    </w:p>
    <w:p>
      <w:pPr>
        <w:jc w:val="right"/>
      </w:pPr>
      <w:r>
        <w:t>تو میں دعا کرتا ہوں اسی کے لیے اپنے لیے اور آپ کے لیے۔ السلام علیکم ورحمۃ اللہ۔</w:t>
      </w:r>
    </w:p>
    <w:p>
      <w:r>
        <w:rPr>
          <w:b/>
        </w:rPr>
        <w:t xml:space="preserve">[45:07] </w:t>
      </w:r>
      <w:r>
        <w:t>dekhiye, ek cheez Quran majeed mein hai ke jannat milegi un logon ko jo sabr karein aur shukr karein.</w:t>
      </w:r>
    </w:p>
    <w:p>
      <w:pPr>
        <w:jc w:val="right"/>
      </w:pPr>
      <w:r>
        <w:t>دیکھیے، ایک چیز قرآن مجید میں ہے کہ جنت ملے گی ان لوگوں کو جو صبر کریں اور شکر کریں۔</w:t>
      </w:r>
    </w:p>
    <w:p>
      <w:r>
        <w:rPr>
          <w:b/>
        </w:rPr>
        <w:t xml:space="preserve">[45:16] </w:t>
      </w:r>
      <w:r>
        <w:t>donon baatein hain. to mein bohat dinon tak sochta raha ke shukr to samajh mein aata hai, sabr kyun? jaisay ke aap Allah taala ne aap ko paida kiya, aap ko sehat di to aap shukr karein,</w:t>
      </w:r>
    </w:p>
    <w:p>
      <w:pPr>
        <w:jc w:val="right"/>
      </w:pPr>
      <w:r>
        <w:t>دونوں باتیں ہیں۔ تو میں بہت دنوں تک سوچتا رہا کہ شکر تو سمجھ میں آتا ہے، صبر کیوں؟ جیسے کہ آپ اللہ تعالیٰ نے آپ کو پیدا کیا، آپ کو صحت دی تو آپ شکر کریں،</w:t>
      </w:r>
    </w:p>
    <w:p>
      <w:r>
        <w:rPr>
          <w:b/>
        </w:rPr>
        <w:t xml:space="preserve">[45:30] </w:t>
      </w:r>
      <w:r>
        <w:t>aap shukr karein. to sabr jannat ki qeemat kyun hai?</w:t>
      </w:r>
    </w:p>
    <w:p>
      <w:pPr>
        <w:jc w:val="right"/>
      </w:pPr>
      <w:r>
        <w:t>آپ شکر کریں۔ تو صبر جنت کی قیمت کیوں ہے؟</w:t>
      </w:r>
    </w:p>
    <w:p>
      <w:r>
        <w:rPr>
          <w:b/>
        </w:rPr>
        <w:t xml:space="preserve">[45:38] </w:t>
      </w:r>
      <w:r>
        <w:t>kehta hai aap yeh sawal paida hota hai? nahi, phir bilkul paida hota hai. haan, to mere samnay aaya ke sabr ke baghair aap shukr kar nahi sakte.</w:t>
      </w:r>
    </w:p>
    <w:p>
      <w:pPr>
        <w:jc w:val="right"/>
      </w:pPr>
      <w:r>
        <w:t>کہتا ہے آپ یہ سوال پیدا ہوتا ہے؟ نہیں، پھر بالکل پیدا ہوتا ہے۔ ہاں، تو میرے سامنے آیا کہ صبر کے بغیر آپ شکر کر نہیں سکتے۔</w:t>
      </w:r>
    </w:p>
    <w:p>
      <w:r>
        <w:rPr>
          <w:b/>
        </w:rPr>
        <w:t xml:space="preserve">[45:51] </w:t>
      </w:r>
      <w:r>
        <w:t>sabr ke baghair aap shukr nahi kar sakte. kyun? jis duniya mein Allah ne aap ko rakha hai, woh duniya masail ki duniya hai.</w:t>
      </w:r>
    </w:p>
    <w:p>
      <w:pPr>
        <w:jc w:val="right"/>
      </w:pPr>
      <w:r>
        <w:t>صبر کے بغیر آپ شکر نہیں کر سکتے۔ کیوں؟ جس دنیا میں اللہ نے آپ کو رکھا ہے، وہ دنیا مسائل کی دنیا ہے۔</w:t>
      </w:r>
    </w:p>
    <w:p>
      <w:r>
        <w:rPr>
          <w:b/>
        </w:rPr>
        <w:t xml:space="preserve">[46:03] </w:t>
      </w:r>
      <w:r>
        <w:t>laqad khalaqnal insana fi kabad, problem, problem, problem.</w:t>
      </w:r>
    </w:p>
    <w:p>
      <w:pPr>
        <w:jc w:val="right"/>
      </w:pPr>
      <w:r>
        <w:t>لقد خلقت الانسان فی کبد، پرابلم، پرابلم، پرابلم۔</w:t>
      </w:r>
    </w:p>
    <w:p>
      <w:r>
        <w:rPr>
          <w:b/>
        </w:rPr>
        <w:t xml:space="preserve">[46:08] </w:t>
      </w:r>
      <w:r>
        <w:t>ghar mein problem, shohar biwi ke darmiyan, society mein problem, apne parosiyon ke darmiyan, poori zindagi yeh problem.</w:t>
      </w:r>
    </w:p>
    <w:p>
      <w:pPr>
        <w:jc w:val="right"/>
      </w:pPr>
      <w:r>
        <w:t>گھر میں پرابلم، شوہر بیوی کے درمیان، سوسائٹی میں پرابلم، اپنے پڑوسیوں کے درمیان، پوری زندگی یہ پرابلم۔</w:t>
      </w:r>
    </w:p>
    <w:p>
      <w:r>
        <w:rPr>
          <w:b/>
        </w:rPr>
        <w:t xml:space="preserve">[46:19] </w:t>
      </w:r>
      <w:r>
        <w:t>kyun? problem kyun hai? jis tarah aap ko azadi mili hui hai, doosron ko bhi azadi mili hui hai. ab to apni azadi ko aap se pooch kar istemal nahi karega.</w:t>
      </w:r>
    </w:p>
    <w:p>
      <w:pPr>
        <w:jc w:val="right"/>
      </w:pPr>
      <w:r>
        <w:t>کیوں؟ پرابلم کیوں ہے؟ جس طرح آپ کو آزادی ملی ہوئی ہے، دوسروں کو بھی آزادی ملی ہوئی ہے۔ اب تو اپنی آزادی کو آپ سے پوچھ کر استعمال نہیں کرے گا۔</w:t>
      </w:r>
    </w:p>
    <w:p>
      <w:r>
        <w:rPr>
          <w:b/>
        </w:rPr>
        <w:t xml:space="preserve">[46:32] </w:t>
      </w:r>
      <w:r>
        <w:t>kehta hai mujh se khud: "haan ji, sahi baat hai." doosra aadmi apni azadi ko aap se poochay ga nahi istemal karne ke li</w:t>
      </w:r>
    </w:p>
    <w:p>
      <w:pPr>
        <w:jc w:val="right"/>
      </w:pPr>
      <w:r>
        <w:t>کہتا ہے مجھ سے خود: "ہاں جی، صحیح بات ہے۔" دوسرا آدمی اپنی آزادی کو آپ سے پوچھے گا نہیں استعمال کرنے کے لی</w:t>
      </w:r>
    </w:p>
    <w:p>
      <w:r>
        <w:rPr>
          <w:b/>
        </w:rPr>
        <w:t xml:space="preserve">[46:38] </w:t>
      </w:r>
      <w:r>
        <w:t>ye. ji, woh to jab chahe ga, woh kare ga. bilkul sahi hai, bilkul sahi hai. jaisay mein ne ek martaba ek pilot se meri mulaqat hui thi, to us ne bataya ke woh idhar ka jo jahaz la raha tha, woh aadmi dono ek range mein aa gaye.</w:t>
      </w:r>
    </w:p>
    <w:p>
      <w:pPr>
        <w:jc w:val="right"/>
      </w:pPr>
      <w:r>
        <w:t>ے۔ جی، وہ تو جب چاہے گا، وہ کرے گا۔ بالکل صحیح ہے، بالکل صحیح ہے۔ جیسے میں نے ایک مرتبہ ایک پائلٹ سے میری ملاقات ہوئی تھی، تو اس نے بتایا کہ وہ ادھر کا جو جہاز لا رہا تھا، وہ آدمی دونوں ایک رینج میں آ گئے۔</w:t>
      </w:r>
    </w:p>
    <w:p>
      <w:r>
        <w:rPr>
          <w:b/>
        </w:rPr>
        <w:t xml:space="preserve">[46:56] </w:t>
      </w:r>
      <w:r>
        <w:t>aisa ittefaq pada to us ne us ko, mein ne usay bhi pooch ke thori aap se urraye ga woh ab mein ura raha hoon. to mein ne kaha: "phir aap ne kiya kiya?</w:t>
      </w:r>
    </w:p>
    <w:p>
      <w:pPr>
        <w:jc w:val="right"/>
      </w:pPr>
      <w:r>
        <w:t>ایسا اتفاق پڑا تو اس نے اس کو، میں نے اسے بھی پوچھ کے تھوڑی آپ سے اڑائے گا۔ وہ اب میں اڑا رہا ہوں۔ تو میں نے کہا: "پھر آپ نے کیا کیا؟</w:t>
      </w:r>
    </w:p>
    <w:p>
      <w:r>
        <w:rPr>
          <w:b/>
        </w:rPr>
        <w:t xml:space="preserve">[47:06] </w:t>
      </w:r>
      <w:r>
        <w:t>" to unhon ne kaha ke hum ne apne jahaz ko neechay kar liya. aisa system koi hota hoga. ji, matlab yani us ki, us ka, us ka jo satah hai, oopar ho gayi, hamari satah neechay ho gayi.</w:t>
      </w:r>
    </w:p>
    <w:p>
      <w:pPr>
        <w:jc w:val="right"/>
      </w:pPr>
      <w:r>
        <w:t>" تو انہوں نے کہا کہ ہم نے اپنے جہاز کو نیچے کر لیا۔ ایسا سسٹم کوئی ہوتا ہوگا۔ جی، مطلب یعنی اس کی، اس کا، اس کا جو سطح ہے، اوپر ہو گئی، ہماری سطح نیچے ہو گئی۔</w:t>
      </w:r>
    </w:p>
    <w:p>
      <w:r>
        <w:rPr>
          <w:b/>
        </w:rPr>
        <w:t xml:space="preserve">[47:19] </w:t>
      </w:r>
      <w:r>
        <w:t>to idhar chala gaya, idhar chalay gaye. ji, to matlab duniya mein beshumar log hain, koi aadmi aap se poochne nahi aaye ga ke mein kaisay rahoon?</w:t>
      </w:r>
    </w:p>
    <w:p>
      <w:pPr>
        <w:jc w:val="right"/>
      </w:pPr>
      <w:r>
        <w:t>تو ادھر چلا گیا، ادھر چلے گئے۔ جی، تو مطلب دنیا میں بے شمار لوگ ہیں، کوئی آدمی آپ سے پوچھنے نہیں آئے گا کہ میں کیسے رہوں؟</w:t>
      </w:r>
    </w:p>
    <w:p>
      <w:r>
        <w:rPr>
          <w:b/>
        </w:rPr>
        <w:t xml:space="preserve">[47:31] </w:t>
      </w:r>
      <w:r>
        <w:t>apni azadi ka istemal karun, apni marzi ko karega. woh</w:t>
      </w:r>
    </w:p>
    <w:p>
      <w:pPr>
        <w:jc w:val="right"/>
      </w:pPr>
      <w:r>
        <w:t>اپنی آزادی کا استعمال کروں، اپنی مرضی کو کرے گا۔ وہ</w:t>
      </w:r>
    </w:p>
    <w:p>
      <w:r>
        <w:rPr>
          <w:b/>
        </w:rPr>
        <w:t xml:space="preserve">[47:37] </w:t>
      </w:r>
      <w:r>
        <w:t>that creates problem for his neighbors.</w:t>
      </w:r>
    </w:p>
    <w:p>
      <w:pPr>
        <w:jc w:val="right"/>
      </w:pPr>
      <w:r>
        <w:t>دیٹ کریٹس پرابلم فار ہز نیبرز۔</w:t>
      </w:r>
    </w:p>
    <w:p>
      <w:r>
        <w:rPr>
          <w:b/>
        </w:rPr>
        <w:t xml:space="preserve">[47:44] </w:t>
      </w:r>
      <w:r>
        <w:t>to agar aap isi mein uljhe rahen, isi mein uljhe rahen to kya hoga? to shukr kahan? shukr kahan aega?</w:t>
      </w:r>
    </w:p>
    <w:p>
      <w:pPr>
        <w:jc w:val="right"/>
      </w:pPr>
      <w:r>
        <w:t>تو اگر آپ اسی میں الجھے رہیں، اسی میں الجھے رہیں تو کیا ہوگا؟ تو شکر کہاں؟ شکر کہاں آئے گا؟</w:t>
      </w:r>
    </w:p>
    <w:p>
      <w:r>
        <w:rPr>
          <w:b/>
        </w:rPr>
        <w:t xml:space="preserve">[47:54] </w:t>
      </w:r>
      <w:r>
        <w:t>jaise maine ek akhbar mein padha, ek qissa, ek shadi ka qissa, ek urdu akhbar mein tha ke ek ek ghar yahan hai, ek ghar wahan hai.</w:t>
      </w:r>
    </w:p>
    <w:p>
      <w:pPr>
        <w:jc w:val="right"/>
      </w:pPr>
      <w:r>
        <w:t>جیسے میں نے ایک اخبار میں پڑھا، ایک قصہ، ایک شادی کا قصہ، ایک اردو اخبار میں تھا کہ ایک ایک گھر یہاں ہے، ایک گھر وہاں ہے۔</w:t>
      </w:r>
    </w:p>
    <w:p>
      <w:r>
        <w:rPr>
          <w:b/>
        </w:rPr>
        <w:t xml:space="preserve">[48:10] </w:t>
      </w:r>
      <w:r>
        <w:t>to yahan jo ghar tha, wahan usko zyada dhuwan aane laga kyunke wahan shadi ho rahi thi aur khana pakwa rahe the. woh</w:t>
      </w:r>
    </w:p>
    <w:p>
      <w:pPr>
        <w:jc w:val="right"/>
      </w:pPr>
      <w:r>
        <w:t>تو یہاں جو گھر تھا، وہاں اس کو زیادہ دھواں آنے لگا کیونکہ وہاں شادی ہو رہی تھی اور کھانا پکوا رہے تھے۔ وہ</w:t>
      </w:r>
    </w:p>
    <w:p>
      <w:r>
        <w:rPr>
          <w:b/>
        </w:rPr>
        <w:t xml:space="preserve">[48:20] </w:t>
      </w:r>
      <w:r>
        <w:t>to unhon ne mana kiya ke dhuwan band karo. to woh dhuwan to band nahin kar sakta tha, woh woh khana pak raha tha bahar, ghar ke bahar.</w:t>
      </w:r>
    </w:p>
    <w:p>
      <w:pPr>
        <w:jc w:val="right"/>
      </w:pPr>
      <w:r>
        <w:t>تو انہوں نے منع کیا کہ دھواں بند کرو۔ تو وہ دھواں تو بند نہیں کر سکتا تھا، وہ وہ کھانا پک رہا تھا باہر، گھر کے باہر۔</w:t>
      </w:r>
    </w:p>
    <w:p>
      <w:r>
        <w:rPr>
          <w:b/>
        </w:rPr>
        <w:t xml:space="preserve">[48:30] </w:t>
      </w:r>
      <w:r>
        <w:t>to dhuwan to aane hi aane tha. to ek do bar unhon ne band kiya, band kiya. iske baad kya kiya? ghar mein unki gun thi, ek sacha qissa.</w:t>
      </w:r>
    </w:p>
    <w:p>
      <w:pPr>
        <w:jc w:val="right"/>
      </w:pPr>
      <w:r>
        <w:t>تو دھواں تو آنے ہی آنے تھا۔ تو ایک دو بار انہوں نے بند کیا، بند کیا۔ اس کے بعد کیا کیا؟ گھر میں ان کی گن تھی، ایک سچا قصہ۔</w:t>
      </w:r>
    </w:p>
    <w:p>
      <w:r>
        <w:rPr>
          <w:b/>
        </w:rPr>
        <w:t xml:space="preserve">[48:40] </w:t>
      </w:r>
      <w:r>
        <w:t>gun le ke nikle aur aur usko mara, woh mar gaya. woh jo malik ka makan tha.</w:t>
      </w:r>
    </w:p>
    <w:p>
      <w:pPr>
        <w:jc w:val="right"/>
      </w:pPr>
      <w:r>
        <w:t>گن لے کے نکلے اور اور اس کو مارا، وہ مر گیا۔ وہ جو مالک کا مکان تھا۔</w:t>
      </w:r>
    </w:p>
    <w:p>
      <w:r>
        <w:rPr>
          <w:b/>
        </w:rPr>
        <w:t xml:space="preserve">[48:48] </w:t>
      </w:r>
      <w:r>
        <w:t>to kya hua? problem ghata nahin hai, problem barha. to police aayi, unko pakad ke le gaye, unko phir muqadma chala. barson tak qissa raha.</w:t>
      </w:r>
    </w:p>
    <w:p>
      <w:pPr>
        <w:jc w:val="right"/>
      </w:pPr>
      <w:r>
        <w:t>تو کیا ہوا؟ پرابلم گھٹا نہیں ہے، پرابلم بڑھا۔ تو پولیس آئی، ان کو پکڑ کے لے گئے، ان کو پھر مقدمہ چلا۔ برسوں تک قصہ رہا۔</w:t>
      </w:r>
    </w:p>
    <w:p>
      <w:r>
        <w:rPr>
          <w:b/>
        </w:rPr>
        <w:t xml:space="preserve">[48:58] </w:t>
      </w:r>
      <w:r>
        <w:t>to agar woh sabr karte to thori der ke baad khatm ho jata mamla. na na gun chalti hai, na maut hoti hai, na police aati hai, na case banta.</w:t>
      </w:r>
    </w:p>
    <w:p>
      <w:pPr>
        <w:jc w:val="right"/>
      </w:pPr>
      <w:r>
        <w:t>تو اگر وہ صبر کرتے تو تھوڑی دیر کے بعد ختم ہو جاتا معاملہ۔ نہ نہ گن چلتی ہے، نہ موت ہوتی ہے، نہ پولیس آتی ہے، نہ کیس بنتا۔</w:t>
      </w:r>
    </w:p>
    <w:p>
      <w:r>
        <w:rPr>
          <w:b/>
        </w:rPr>
        <w:t xml:space="preserve">[49:12] </w:t>
      </w:r>
      <w:r>
        <w:t>to dekhiye, jannat shukr par milti</w:t>
      </w:r>
    </w:p>
    <w:p>
      <w:pPr>
        <w:jc w:val="right"/>
      </w:pPr>
      <w:r>
        <w:t>تو دیکھیے، جنت شکر پر ملتی</w:t>
      </w:r>
    </w:p>
    <w:p>
      <w:r>
        <w:rPr>
          <w:b/>
        </w:rPr>
        <w:t xml:space="preserve">[49:17] </w:t>
      </w:r>
      <w:r>
        <w:t>hai. shukr ka matlab kya hai? jannat ke khaliq ka etraf, jannat ke khaliq ka ko acknowledge karna.</w:t>
      </w:r>
    </w:p>
    <w:p>
      <w:pPr>
        <w:jc w:val="right"/>
      </w:pPr>
      <w:r>
        <w:t>ہے۔ شکر کا مطلب کیا ہے؟ جنت کے خالق کا اعتراف، جنت کے خالق کا کو اکنالج کرنا۔</w:t>
      </w:r>
    </w:p>
    <w:p>
      <w:r>
        <w:rPr>
          <w:b/>
        </w:rPr>
        <w:t xml:space="preserve">[49:26] </w:t>
      </w:r>
      <w:r>
        <w:t>kaisa ajib hai woh khuda jisne mujh ko banaya, jisne duniya ko banaya, jisne jannat ko banaya, jisne mujh ko mauqa diya ke main aise aamal karun ke jannat mein pahunchun.</w:t>
      </w:r>
    </w:p>
    <w:p>
      <w:pPr>
        <w:jc w:val="right"/>
      </w:pPr>
      <w:r>
        <w:t>کیسا عجیب ہے وہ خدا جس نے مجھ کو بنایا، جس نے دنیا کو بنایا، جس نے جنت کو بنایا، جس نے مجھ کو موقع دیا کہ میں ایسے اعمال کروں کہ جنت میں پہنچوں۔</w:t>
      </w:r>
    </w:p>
    <w:p>
      <w:r>
        <w:rPr>
          <w:b/>
        </w:rPr>
        <w:t xml:space="preserve">[49:39] </w:t>
      </w:r>
      <w:r>
        <w:t>yeh shukr karna hai aap ko.</w:t>
      </w:r>
    </w:p>
    <w:p>
      <w:pPr>
        <w:jc w:val="right"/>
      </w:pPr>
      <w:r>
        <w:t>یہ شکر کرنا ہے آپ کو۔</w:t>
      </w:r>
    </w:p>
    <w:p>
      <w:r>
        <w:rPr>
          <w:b/>
        </w:rPr>
        <w:t xml:space="preserve">[49:42] </w:t>
      </w:r>
      <w:r>
        <w:t>shukr ka matlab hai acknowledge karna. lekin jab aap ke charon taraf problem hai, problem, problem hai to aap shukr kar nahin paenge.</w:t>
      </w:r>
    </w:p>
    <w:p>
      <w:pPr>
        <w:jc w:val="right"/>
      </w:pPr>
      <w:r>
        <w:t>شکر کا مطلب ہے اکنالج کرنا۔ لیکن جب آپ کے چاروں طرف پرابلم ہے، پرابلم، پرابلم ہے تو آپ شکر کر نہیں پائیں گے۔</w:t>
      </w:r>
    </w:p>
    <w:p>
      <w:r>
        <w:rPr>
          <w:b/>
        </w:rPr>
        <w:t xml:space="preserve">[49:51] </w:t>
      </w:r>
      <w:r>
        <w:t>agar aap problem se ulajhte rahen to to wahan sabr ka matlab hai patience.</w:t>
      </w:r>
    </w:p>
    <w:p>
      <w:pPr>
        <w:jc w:val="right"/>
      </w:pPr>
      <w:r>
        <w:t>اگر آپ پرابلم سے الجھتے رہیں تو تو وہاں صبر کا مطلب ہے پیشنس۔</w:t>
      </w:r>
    </w:p>
    <w:p>
      <w:r>
        <w:rPr>
          <w:b/>
        </w:rPr>
        <w:t xml:space="preserve">[50:01] </w:t>
      </w:r>
      <w:r>
        <w:t>patience</w:t>
      </w:r>
    </w:p>
    <w:p>
      <w:pPr>
        <w:jc w:val="right"/>
      </w:pPr>
      <w:r>
        <w:t>پیشنس</w:t>
      </w:r>
    </w:p>
    <w:p>
      <w:r>
        <w:rPr>
          <w:b/>
        </w:rPr>
        <w:t xml:space="preserve">[50:02] </w:t>
      </w:r>
      <w:r>
        <w:t>to aap ko apne aap ko patient banana padega, sabir banana padega taake aap ke andar ghussa na aaye, negative thought na aaein.</w:t>
      </w:r>
    </w:p>
    <w:p>
      <w:pPr>
        <w:jc w:val="right"/>
      </w:pPr>
      <w:r>
        <w:t>تو آپ کو اپنے آپ کو پیشنٹ بنانا پڑے گا، صابر بنانا پڑے گا تاکہ آپ کے اندر غصہ نہ آئے، نیگیٹیو تھاٹ نہ آئے۔</w:t>
      </w:r>
    </w:p>
    <w:p>
      <w:r>
        <w:rPr>
          <w:b/>
        </w:rPr>
        <w:t xml:space="preserve">[50:16] </w:t>
      </w:r>
      <w:r>
        <w:t>banduq le kar niklen, kapde aap usko award kar ke, award kar ke aap sochen. to yaad rakhiye, zindagi isi do cheezon ka imtehan hai: shabr, shukr aur sabr.</w:t>
      </w:r>
    </w:p>
    <w:p>
      <w:pPr>
        <w:jc w:val="right"/>
      </w:pPr>
      <w:r>
        <w:t>بندوق لے کر نکلیں، کپڑے آپ اس کو اوارڈ کر کے، اوارڈ کر کے آپ سوچیں۔ تو یاد رکھیے، زندگی اسی دو چیزوں کا امتحان ہے: شبر، شکر اور صبر۔</w:t>
      </w:r>
    </w:p>
    <w:p>
      <w:r>
        <w:rPr>
          <w:b/>
        </w:rPr>
        <w:t xml:space="preserve">[50:32] </w:t>
      </w:r>
      <w:r>
        <w:t>aisi cheez to jo chahiye woh shukr hai, lekin shukr karne ke liye aap ko sabr karna padta hai. sabr na karen to shukr, yani shukr ka mani khatm ho jaega.</w:t>
      </w:r>
    </w:p>
    <w:p>
      <w:pPr>
        <w:jc w:val="right"/>
      </w:pPr>
      <w:r>
        <w:t>ایسی چیز تو جو چاہیے وہ شکر ہے، لیکن شکر کرنے کے لیے آپ کو صبر کرنا پڑتا ہے۔ صبر نہ کریں تو شکر، یعنی شکر کا معنی ختم ہو جائے گا۔</w:t>
      </w:r>
    </w:p>
    <w:p>
      <w:r>
        <w:rPr>
          <w:b/>
        </w:rPr>
        <w:t xml:space="preserve">[50:52] </w:t>
      </w:r>
      <w:r>
        <w:t>to yeh sabr ka mani yeh bhi hai: manage karna. agar aap barah-e-rast bande ke mashhoor nahin hain to avoid kijiye.</w:t>
      </w:r>
    </w:p>
    <w:p>
      <w:pPr>
        <w:jc w:val="right"/>
      </w:pPr>
      <w:r>
        <w:t>تو یہ صبر کا معنی یہ بھی ہے: مینج کرنا۔ اگر آپ براہ راست بندے کے مشہور نہیں ہیں تو اوائڈ کیجئے۔</w:t>
      </w:r>
    </w:p>
    <w:p>
      <w:r>
        <w:rPr>
          <w:b/>
        </w:rPr>
        <w:t xml:space="preserve">[50:59] </w:t>
      </w:r>
      <w:r>
        <w:t>agar bande ke bas bande lijie, yani sabr ka mani hai manage karna, unwanted situation ko manage karna. jaise manage kar paen aap, manage nahin padhenge, karenge nahin to uljhe rahenge, ghussa aega.</w:t>
      </w:r>
    </w:p>
    <w:p>
      <w:pPr>
        <w:jc w:val="right"/>
      </w:pPr>
      <w:r>
        <w:t>اگر بندے کے بس بند لیجئے، یعنی صبر کا معنی ہے مینج کرنا، ان وانٹڈ سچویشن کو مینج کرنا۔ جیسے مینج کر پائیں آپ، مینج نہیں پڑھیں گے، کریں گے نہیں تو الجھے رہیں گے، غصہ آئے گا۔</w:t>
      </w:r>
    </w:p>
    <w:p>
      <w:r>
        <w:rPr>
          <w:b/>
        </w:rPr>
        <w:t xml:space="preserve">[51:16] </w:t>
      </w:r>
      <w:r>
        <w:t>jab duniya aisi duniya hai jahan aise log hain aap ke siwa bahut sare jo aap se pooch ke kaam nahin karte, unhon ne aap se poochna nahin hai, unki jo samajh mein aega woh karenge.</w:t>
      </w:r>
    </w:p>
    <w:p>
      <w:pPr>
        <w:jc w:val="right"/>
      </w:pPr>
      <w:r>
        <w:t>جب دنیا ایسی دنیا ہے جہاں ایسے لوگ ہیں آپ کے سوا بہت سارے جو آپ سے پوچھ کے کام نہیں کرتے، انہوں نے آپ سے پوچھنا نہیں ہے، ان کی جو سمجھ میں آئے گا وہ کریں گے۔</w:t>
      </w:r>
    </w:p>
    <w:p>
      <w:r>
        <w:rPr>
          <w:b/>
        </w:rPr>
        <w:t xml:space="preserve">[51:32] </w:t>
      </w:r>
      <w:r>
        <w:t>achha, aap unka hath rok nahin sakte</w:t>
      </w:r>
    </w:p>
    <w:p>
      <w:pPr>
        <w:jc w:val="right"/>
      </w:pPr>
      <w:r>
        <w:t>اچھا، آپ ان کا ہاتھ روک نہیں سکتے</w:t>
      </w:r>
    </w:p>
    <w:p>
      <w:r>
        <w:rPr>
          <w:b/>
        </w:rPr>
        <w:t xml:space="preserve">[51:37] </w:t>
      </w:r>
      <w:r>
        <w:t>to aap ko avoid karna padega, aap ko bardasht karna padega. aur koi koi chara nahin hai, nahin karenge to uljhiye, ladiye, khoon kharab kijiye.</w:t>
      </w:r>
    </w:p>
    <w:p>
      <w:pPr>
        <w:jc w:val="right"/>
      </w:pPr>
      <w:r>
        <w:t>تو آپ کو اوائڈ کرنا پڑے گا، آپ کو برداشت کرنا پڑے گا۔ اور کوئی کوئی چارہ نہیں ہے، نہیں کریں گے تو الجھیے، لڑیے، خون خراب کیجئے۔</w:t>
      </w:r>
    </w:p>
    <w:p>
      <w:r>
        <w:rPr>
          <w:b/>
        </w:rPr>
        <w:t xml:space="preserve">[51:54] </w:t>
      </w:r>
      <w:r>
        <w:t>to meri samajh se quran ke mutaliq se jo baat aai hai woh yeh hai ke asal cheez to insan ke liye shukr hai, asal cheez apne khaliq ka acknowledge karna.</w:t>
      </w:r>
    </w:p>
    <w:p>
      <w:pPr>
        <w:jc w:val="right"/>
      </w:pPr>
      <w:r>
        <w:t>تو میری سمجھ سے قرآن کے متعلق سے جو بات آئی ہے وہ یہ ہے کہ اصل چیز تو انسان کے لیے شکر ہے، اصل چیز اپنے خالق کا اکنالج کرنا۔</w:t>
      </w:r>
    </w:p>
    <w:p>
      <w:r>
        <w:rPr>
          <w:b/>
        </w:rPr>
        <w:t xml:space="preserve">[52:06] </w:t>
      </w:r>
      <w:r>
        <w:t>lekin rehna hai aap ko is dunya mein to yeh is dunya mein to har waqt unwanted situation hai, to is liye sabr karna parta hai.</w:t>
      </w:r>
    </w:p>
    <w:p>
      <w:pPr>
        <w:jc w:val="right"/>
      </w:pPr>
      <w:r>
        <w:t>لیکن رہنا ہے آپ کو اس دنیا میں تو یہ اس دنیا میں تو ہر وقت ان وانٹڈ سچویشن ہے، تو اس لیے صبر کرنا پڑتا ہے۔</w:t>
      </w:r>
    </w:p>
    <w:p>
      <w:r>
        <w:rPr>
          <w:b/>
        </w:rPr>
        <w:t xml:space="preserve">[52:20] </w:t>
      </w:r>
      <w:r>
        <w:t>kyun ke sabr jo hai shukr ki qeemat hai, sabr jo hai woh shukr ki qeemat hai. quran mein dekhiye: "zaliq jazana hum bima sabaru" jannat di hum ne un ko is liye ke unhon ne sabr kiya.</w:t>
      </w:r>
    </w:p>
    <w:p>
      <w:pPr>
        <w:jc w:val="right"/>
      </w:pPr>
      <w:r>
        <w:t>کیونکہ صبر جو ہے شکر کی قیمت ہے، صبر جو ہے وہ شکر کی قیمت ہے۔ قرآن میں دیکھیے: "ذالک جزناهم بما صبروا" جنت دی ہم نے ان کو اس لیے کہ انہوں نے صبر کیا۔</w:t>
      </w:r>
    </w:p>
    <w:p>
      <w:r>
        <w:rPr>
          <w:b/>
        </w:rPr>
        <w:t xml:space="preserve">[52:37] </w:t>
      </w:r>
      <w:r>
        <w:t>sabr kiya hai? ka mani kya hai? jo unhein karna tha, shukr karna tha, dawat karna tha, logon se mohabbat karna tha.</w:t>
      </w:r>
    </w:p>
    <w:p>
      <w:pPr>
        <w:jc w:val="right"/>
      </w:pPr>
      <w:r>
        <w:t>صبر کیا ہے؟ کا معنی کیا ہے؟ جو انہیں کرنا تھا، شکر کرنا تھا، دعوت کرنا تھا، لوگوں سے محبت کرنا تھا۔</w:t>
      </w:r>
    </w:p>
    <w:p>
      <w:r>
        <w:rPr>
          <w:b/>
        </w:rPr>
        <w:t xml:space="preserve">[52:46] </w:t>
      </w:r>
      <w:r>
        <w:t>is mein arr arr aata tha logon ka rawaiyya,</w:t>
      </w:r>
    </w:p>
    <w:p>
      <w:pPr>
        <w:jc w:val="right"/>
      </w:pPr>
      <w:r>
        <w:t>اس میں اڑ اڑ آتا تھا لوگوں کا رویہ،</w:t>
      </w:r>
    </w:p>
    <w:p>
      <w:r>
        <w:rPr>
          <w:b/>
        </w:rPr>
        <w:t xml:space="preserve">[52:50] </w:t>
      </w:r>
      <w:r>
        <w:t>to rawaiyya mein shukr kiya. to dekhiye, rasool allah, rasool allah sallallahu alaihi wasallam makkah mein thay to hadith woh kitabon mein aata hai ke kuch wahan mukhalif thay aap ke, unhon ne aap ke rastay mein kaanta daal diya.</w:t>
      </w:r>
    </w:p>
    <w:p>
      <w:pPr>
        <w:jc w:val="right"/>
      </w:pPr>
      <w:r>
        <w:t>تو رویہ میں شکر کیا۔ تو دیکھیے، رسول اللہ، رسول اللہ صلی اللہ علیہ وسلم مکہ میں تھے تو حدیث وہ کتابوں میں آتا ہے کہ کچھ وہاں مخالف تھے آپ کے، انہوں نے آپ کے راستے میں کاٹا ڈال دیا۔</w:t>
      </w:r>
    </w:p>
    <w:p>
      <w:r>
        <w:rPr>
          <w:b/>
        </w:rPr>
        <w:t xml:space="preserve">[53:10] </w:t>
      </w:r>
      <w:r>
        <w:t>roz nahi karte thay aisa, kabhi kaanta bhi daal diya. to aap nikle, wahan street light to hoti nahi thi,</w:t>
      </w:r>
    </w:p>
    <w:p>
      <w:pPr>
        <w:jc w:val="right"/>
      </w:pPr>
      <w:r>
        <w:t>روز نہیں کرتے تھے ایسا، کبھی کاٹا بھی ڈال دیا۔ تو آپ نکلے، وہاں اسٹریٹ لائٹ تو ہوتی نہیں تھی،</w:t>
      </w:r>
    </w:p>
    <w:p>
      <w:r>
        <w:rPr>
          <w:b/>
        </w:rPr>
        <w:t xml:space="preserve">[53:20] </w:t>
      </w:r>
      <w:r>
        <w:t>street light to ab hoti hai. to pareshani hui aap ko, to aap ki zuban se nikla ke "be asal aseerat ya quraish".</w:t>
      </w:r>
    </w:p>
    <w:p>
      <w:pPr>
        <w:jc w:val="right"/>
      </w:pPr>
      <w:r>
        <w:t>اسٹریٹ لائٹ تو اب ہوتی ہے۔ تو پریشانی ہوئی آپ کو، تو آپ کی زبان سے نکلا کہ "بے اصل اسیرت یا قریش"۔</w:t>
      </w:r>
    </w:p>
    <w:p>
      <w:r>
        <w:rPr>
          <w:b/>
        </w:rPr>
        <w:t xml:space="preserve">[53:35] </w:t>
      </w:r>
      <w:r>
        <w:t>be asal aseerat ya quraish, yani aye quraish, tumhara paros kuta bura paros hai.</w:t>
      </w:r>
    </w:p>
    <w:p>
      <w:pPr>
        <w:jc w:val="right"/>
      </w:pPr>
      <w:r>
        <w:t>بے اصل اسیرت یا قریش، یعنی اے قریش، تمہارا پڑوس کتا برا پڑوس ہے۔</w:t>
      </w:r>
    </w:p>
    <w:p>
      <w:r>
        <w:rPr>
          <w:b/>
        </w:rPr>
        <w:t xml:space="preserve">[53:44] </w:t>
      </w:r>
      <w:r>
        <w:t>yeh aap ke waqti aitbar se nikla aap ka, lekin aap ne bad dua nahi ki ya un se larai nahi ki, un se kharab jang nahi chori. bas is ke baad aap ne apne ko muaddal bana liya.</w:t>
      </w:r>
    </w:p>
    <w:p>
      <w:pPr>
        <w:jc w:val="right"/>
      </w:pPr>
      <w:r>
        <w:t>یہ آپ کے وقتی اعتبار سے نکلا آپ کا، لیکن آپ نے بد دعا نہیں کی یا ان سے لڑائی نہیں کی، ان سے خراب جنگ نہیں چھوڑی۔ بس اس کے بعد آپ نے اپنے کو معدل بنا لیا۔</w:t>
      </w:r>
    </w:p>
    <w:p>
      <w:r>
        <w:rPr>
          <w:b/>
        </w:rPr>
        <w:t xml:space="preserve">[53:59] </w:t>
      </w:r>
      <w:r>
        <w:t>kya to sabr karne ka matlab yeh hota hai ke positivity apna bhang nahi hone de? haan, yeh yeh hota hai.</w:t>
      </w:r>
    </w:p>
    <w:p>
      <w:pPr>
        <w:jc w:val="right"/>
      </w:pPr>
      <w:r>
        <w:t>کیا تو صبر کرنے کا مطلب یہ ہوتا ہے کہ پوزیٹیوٹی اپنا بھنگ نہیں ہونے دے؟ ہاں، یہ یہ ہوتا ہے۔</w:t>
      </w:r>
    </w:p>
    <w:p>
      <w:r>
        <w:rPr>
          <w:b/>
        </w:rPr>
        <w:t xml:space="preserve">[54:10] </w:t>
      </w:r>
      <w:r>
        <w:t>non stop positive thinking non stop chalti rahe.</w:t>
      </w:r>
    </w:p>
    <w:p>
      <w:pPr>
        <w:jc w:val="right"/>
      </w:pPr>
      <w:r>
        <w:t>نان اسٹاپ پازیٹیو تھنکنگ نان اسٹاپ چلتی رہے۔</w:t>
      </w:r>
    </w:p>
    <w:p>
      <w:r>
        <w:rPr>
          <w:b/>
        </w:rPr>
        <w:t xml:space="preserve">[54:19] </w:t>
      </w:r>
      <w:r>
        <w:t>jaise maine qissa bataya ke maine joota utar diya, unhein mujhe ghussa aata, wahan se yahan aata, yahan bhi logon se batata, akhbar mein statement deta.</w:t>
      </w:r>
    </w:p>
    <w:p>
      <w:pPr>
        <w:jc w:val="right"/>
      </w:pPr>
      <w:r>
        <w:t>جیسے میں نے قصہ بتایا کہ میں نے جوتا اتار دیا، انہیں مجھے غصہ آتا، وہاں سے یہاں آتا، یہاں بھی لوگوں سے بتاتا، اخبار میں سٹیٹمنٹ دیتا۔</w:t>
      </w:r>
    </w:p>
    <w:p>
      <w:r>
        <w:rPr>
          <w:b/>
        </w:rPr>
        <w:t xml:space="preserve">[54:29] </w:t>
      </w:r>
      <w:r>
        <w:t>wohin ke wohin maine is ko, wohin ke wohin is ko diffuse kar diya ke abhi yeh to disciplined hai, disciplined hai, woh karenge as</w:t>
      </w:r>
    </w:p>
    <w:p>
      <w:pPr>
        <w:jc w:val="right"/>
      </w:pPr>
      <w:r>
        <w:t>وہیں کے وہیں میں نے اس کو، وہیں کے وہیں اس کو ڈیفیوز کر دیا کہ ابھی یہ تو ڈسپلنڈ ہے، ڈسپلنڈ ہے، وہ کریں گے ایس</w:t>
      </w:r>
    </w:p>
    <w:p>
      <w:r>
        <w:rPr>
          <w:b/>
        </w:rPr>
        <w:t xml:space="preserve">[54:37] </w:t>
      </w:r>
      <w:r>
        <w:t>a. humein, humein kya? humein kya aitraz hai is par?</w:t>
      </w:r>
    </w:p>
    <w:p>
      <w:pPr>
        <w:jc w:val="right"/>
      </w:pPr>
      <w:r>
        <w:t>ا۔ ہمیں، ہمیں کیا؟ ہمیں کیا اعتراض ہے اس پر؟</w:t>
      </w:r>
    </w:p>
    <w:p>
      <w:r>
        <w:rPr>
          <w:b/>
        </w:rPr>
        <w:t xml:space="preserve">[54:43] </w:t>
      </w:r>
      <w:r>
        <w:t>ek cheez aap positive thinking ko, yani non stop chalte chalte rahe.</w:t>
      </w:r>
    </w:p>
    <w:p>
      <w:pPr>
        <w:jc w:val="right"/>
      </w:pPr>
      <w:r>
        <w:t>ایک چیز آپ پازیٹیو تھنکنگ کو، یعنی نان اسٹاپ چلتے چلتے رہے۔</w:t>
      </w:r>
    </w:p>
    <w:p>
      <w:r>
        <w:rPr>
          <w:b/>
        </w:rPr>
        <w:t xml:space="preserve">[54:50] </w:t>
      </w:r>
      <w:r>
        <w:t>main khud, main khud apna qissa batata hoon aap ko. jab main chota tha, chota matlab naujawani ki umar mein, to hamare ghar ke bahar ek bagh hota tha.</w:t>
      </w:r>
    </w:p>
    <w:p>
      <w:pPr>
        <w:jc w:val="right"/>
      </w:pPr>
      <w:r>
        <w:t>میں خود، میں خود اپنا قصہ بتاتا ہوں آپ کو۔ جب میں چھوٹا تھا، چھوٹا مطلب نوجوانی کی عمر میں، تو ہمارے گھر کے باہر ایک باغ ہوتا تھا۔</w:t>
      </w:r>
    </w:p>
    <w:p>
      <w:r>
        <w:rPr>
          <w:b/>
        </w:rPr>
        <w:t xml:space="preserve">[55:04] </w:t>
      </w:r>
      <w:r>
        <w:t>to ghar mein to woh aam ka bagh, to ghar mein to peir nahi tha, lekin ghar ke bahar bagh tha, woh to peir thay.</w:t>
      </w:r>
    </w:p>
    <w:p>
      <w:pPr>
        <w:jc w:val="right"/>
      </w:pPr>
      <w:r>
        <w:t>تو گھر میں تو وہ آم کا باغ، تو گھر میں تو پیڑ نہیں تھا، لیکن گھر کے باہر باغ تھا، وہ تو پیڑ تھے۔</w:t>
      </w:r>
    </w:p>
    <w:p>
      <w:r>
        <w:rPr>
          <w:b/>
        </w:rPr>
        <w:t xml:space="preserve">[55:14] </w:t>
      </w:r>
      <w:r>
        <w:t>to ab woh bachpan ka zamana tha,</w:t>
      </w:r>
    </w:p>
    <w:p>
      <w:pPr>
        <w:jc w:val="right"/>
      </w:pPr>
      <w:r>
        <w:t>تو اب وہ بچپن کا زمانہ تھا،</w:t>
      </w:r>
    </w:p>
    <w:p>
      <w:r>
        <w:rPr>
          <w:b/>
        </w:rPr>
        <w:t xml:space="preserve">[55:17] </w:t>
      </w:r>
      <w:r>
        <w:t>hum ko shauq hua ke ek drakht hamare ghar ke andar ho, ghar ke aangan mein ek ek aam ka peir ho. to log ghar wale mujh ko bohat mante thay, lekin mujh ko mana nahi kiya ke jo karta hai, karne do.</w:t>
      </w:r>
    </w:p>
    <w:p>
      <w:pPr>
        <w:jc w:val="right"/>
      </w:pPr>
      <w:r>
        <w:t>ہم کو شوق ہوا کہ ایک درخت ہمارے گھر کے اندر ہو، گھر کے آنگن میں ایک ایک آم کا پیڑ ہو۔ تو لوگ گھر والے مجھ کو بہت مانتے تھے، لیکن مجھ کو منع نہیں کیا کہ جو کرتا ہے، کرنے دو۔</w:t>
      </w:r>
    </w:p>
    <w:p>
      <w:r>
        <w:rPr>
          <w:b/>
        </w:rPr>
        <w:t xml:space="preserve">[55:33] </w:t>
      </w:r>
      <w:r>
        <w:t>to hamare wahan par zimmedari thi, kai mulazim hotay thay. to ek ek ek ek peir tha bagh mein, chota, jaldi lagaya gaya tha, woh chota tha</w:t>
      </w:r>
    </w:p>
    <w:p>
      <w:pPr>
        <w:jc w:val="right"/>
      </w:pPr>
      <w:r>
        <w:t>تو ہمارے وہاں پر ذمہ داری تھی، کئی ملازم ہوتے تھے۔ تو ایک ایک ایک ایک پیڑ تھا باغ میں، چھوٹا، جلدی لگایا گیا تھا، وہ چھوٹا تھا</w:t>
      </w:r>
    </w:p>
    <w:p>
      <w:r>
        <w:rPr>
          <w:b/>
        </w:rPr>
        <w:t xml:space="preserve">[55:47] </w:t>
      </w:r>
      <w:r>
        <w:t>, shayad itna bara na hoga. to hum ne kaha ke is ko ab khod kar le jayenge. ab apne mulazimon ko laga diya wahan, aur mujhe yaad hai ke din bhar woh kaam hota raha,</w:t>
      </w:r>
    </w:p>
    <w:p>
      <w:pPr>
        <w:jc w:val="right"/>
      </w:pPr>
      <w:r>
        <w:t>، شاید اتنا بڑا نہ ہوگا۔ تو ہم نے کہا کہ اس کو اب کھود کر لے جائیں گے۔ اب اپنے ملازموں کو لگا دیا وہاں، اور مجھے یاد ہے کہ دن بھر وہ کام ہوتا رہا،</w:t>
      </w:r>
    </w:p>
    <w:p>
      <w:r>
        <w:rPr>
          <w:b/>
        </w:rPr>
        <w:t xml:space="preserve">[56:03] </w:t>
      </w:r>
      <w:r>
        <w:t>kyun ke khodne ke mani thay ke jarrein na katain is ki. is ki jo jarrein kat jayen to phir chal nahi sakta tha. to bara sa nikala gaya, aur sham ho gayi, phir woh nikal kar ke woh peir wahan se hamare aangan mein laya gaya,</w:t>
      </w:r>
    </w:p>
    <w:p>
      <w:pPr>
        <w:jc w:val="right"/>
      </w:pPr>
      <w:r>
        <w:t>کیونکہ کھودنے کے معنی تھے کہ جڑیں نہ کٹیں اس کی۔ اس کی جو جڑیں کٹ جائیں تو پھر چل نہیں سکتا تھا۔ تو بڑا سا نکالا گیا، اور شام ہو گئی، پھر وہ نکال کر کے وہ پیڑ وہاں سے ہمارے آنگن میں لایا گیا،</w:t>
      </w:r>
    </w:p>
    <w:p>
      <w:r>
        <w:rPr>
          <w:b/>
        </w:rPr>
        <w:t xml:space="preserve">[56:19] </w:t>
      </w:r>
      <w:r>
        <w:t>yahan laga diya gaya. to</w:t>
      </w:r>
    </w:p>
    <w:p>
      <w:pPr>
        <w:jc w:val="right"/>
      </w:pPr>
      <w:r>
        <w:t>یہاں لگا دیا گیا۔ تو</w:t>
      </w:r>
    </w:p>
    <w:p>
      <w:r>
        <w:rPr>
          <w:b/>
        </w:rPr>
        <w:t xml:space="preserve">[56:23] </w:t>
      </w:r>
      <w:r>
        <w:t>hum bohat khush thay ke ke ek bara sa peir hamare aangan mein lag gaya hai, lekin subah ko jab dekha to usay patte bars bars gaye thay.</w:t>
      </w:r>
    </w:p>
    <w:p>
      <w:pPr>
        <w:jc w:val="right"/>
      </w:pPr>
      <w:r>
        <w:t>ہم بہت خوش تھے کہ کہ ایک بڑا سا پیڑ ہمارے آنگن میں لگ گیا ہے، لیکن صبح کو جب دیکھا تو اسے پتے برس برسا گئے تھے۔</w:t>
      </w:r>
    </w:p>
    <w:p>
      <w:r>
        <w:rPr>
          <w:b/>
        </w:rPr>
        <w:t xml:space="preserve">[56:35] </w:t>
      </w:r>
      <w:r>
        <w:t>yeh mera apna qissa yeh hai. to isi zamane mein maine isi qism ki ek kahani padhi thi, is mein reader's digest mein, ek dafa yahi exactly.</w:t>
      </w:r>
    </w:p>
    <w:p>
      <w:pPr>
        <w:jc w:val="right"/>
      </w:pPr>
      <w:r>
        <w:t>یہ میرا اپنا قصہ یہ ہے۔ تو اسی زمانے میں میں نے اسی قسم کی ایک کہانی پڑھی تھی، اس میں ریڈر ڈائجسٹ میں، ایک دفعہ یہی ایگزیکٹلی۔</w:t>
      </w:r>
    </w:p>
    <w:p>
      <w:r>
        <w:rPr>
          <w:b/>
        </w:rPr>
        <w:t xml:space="preserve">[56:47] </w:t>
      </w:r>
      <w:r>
        <w:t>to is mein ek shakhs ne aise hi kiya tha, aur uska peir bhi barsa gaya tha. to ek din jo subah ko ek uska dost aaya, use dekha to bohat pareshan lag raha hai, kya baat hai?</w:t>
      </w:r>
    </w:p>
    <w:p>
      <w:pPr>
        <w:jc w:val="right"/>
      </w:pPr>
      <w:r>
        <w:t>تو اس میں ایک شخص نے ایسے ہی کیا تھا، اور اس کا پیڑ بھی برسا گیا تھا۔ تو ایک دن جو صبح کو ایک اس کا دوست آیا، اسے دیکھا تو بہت پریشان لگ رہا ہے، کیا بات ہے؟</w:t>
      </w:r>
    </w:p>
    <w:p>
      <w:r>
        <w:rPr>
          <w:b/>
        </w:rPr>
        <w:t xml:space="preserve">[57:01] </w:t>
      </w:r>
      <w:r>
        <w:t>to us ne kaha tha us waqt yeh chupa tha qissa, ek dafa exactly mere sath hua: "I am in hurry but God isn't".</w:t>
      </w:r>
    </w:p>
    <w:p>
      <w:pPr>
        <w:jc w:val="right"/>
      </w:pPr>
      <w:r>
        <w:t>تو اس نے کہا تھا اس وقت یہ چھپا تھا قصہ، ایک دفعہ ایگزیکٹلی میرے ساتھ ہوا: "آئی ایم ان ہیری بٹ گاڈ ازنٹ"۔</w:t>
      </w:r>
    </w:p>
    <w:p>
      <w:r>
        <w:rPr>
          <w:b/>
        </w:rPr>
        <w:t xml:space="preserve">[57:11] </w:t>
      </w:r>
      <w:r>
        <w:t>main jaldi hoon magar Khuda jaldi mein nahin.</w:t>
      </w:r>
    </w:p>
    <w:p>
      <w:pPr>
        <w:jc w:val="right"/>
      </w:pPr>
      <w:r>
        <w:t>میں جلدی ہوں مگر خدا جلدی میں نہیں۔</w:t>
      </w:r>
    </w:p>
    <w:p>
      <w:r>
        <w:rPr>
          <w:b/>
        </w:rPr>
        <w:t xml:space="preserve">[57:15] </w:t>
      </w:r>
      <w:r>
        <w:t>"I am in hurry but God isn't" matlab Khuda chahta hai ke peir jo hai, beej dala jaye, dheere dheere barhe, das saal, bees saal mein, aur main chahta hoon ke ek hi din mein ho jaye jaldi.</w:t>
      </w:r>
    </w:p>
    <w:p>
      <w:pPr>
        <w:jc w:val="right"/>
      </w:pPr>
      <w:r>
        <w:t>"آئی ایم ان ہیری بٹ گاڈ ازنٹ" مطلب خدا چاہتا ہے کہ پیڑ جو ہے، بیج ڈالا جائے، دھیرے دھیرے بڑھے، دس سال، بیس سال میں، اور میں چاہتا ہوں کہ ایک ہی دن میں ہو جائے جلدی۔</w:t>
      </w:r>
    </w:p>
    <w:p>
      <w:r>
        <w:rPr>
          <w:b/>
        </w:rPr>
        <w:t xml:space="preserve">[57:31] </w:t>
      </w:r>
      <w:r>
        <w:t>to yeh Khuda ki scheme of thinking se mutabiq nahin, Khuda ka naqsha takhleeq ke mutabiq nahin. to us ne kaha tha: "I am in hurry but God isn't".</w:t>
      </w:r>
    </w:p>
    <w:p>
      <w:pPr>
        <w:jc w:val="right"/>
      </w:pPr>
      <w:r>
        <w:t>تو یہ خدا کی اسکیم آف تھنک سے مطابق نہیں، خدا کا نقشہ تخلیق کے مطابق نہیں۔ تو اس نے کہا تھا: "آئی ایم ان ہیری بٹ گاڈ ازنٹ"۔</w:t>
      </w:r>
    </w:p>
    <w:p>
      <w:r>
        <w:rPr>
          <w:b/>
        </w:rPr>
        <w:t xml:space="preserve">[57:43] </w:t>
      </w:r>
      <w:r>
        <w:t>to hum sab log kahin na kahin isi ke shikar ho jate hain, kahin na kahin. aur wahan farishta kehta hai ke tum jaldi ho, Khuda koi jaldi nahin hai.</w:t>
      </w:r>
    </w:p>
    <w:p>
      <w:pPr>
        <w:jc w:val="right"/>
      </w:pPr>
      <w:r>
        <w:t>تو ہم سب لوگ کہیں نہ کہیں اسی کے شکار ہو جاتے ہیں، کہیں نہ کہیں۔ اور وہاں فرشتہ کہتا ہے کہ تم جلدی ہو، خدا کوئی جلدی نہیں ہے۔</w:t>
      </w:r>
    </w:p>
    <w:p>
      <w:r>
        <w:rPr>
          <w:b/>
        </w:rPr>
        <w:t xml:space="preserve">[57:53] </w:t>
      </w:r>
      <w:r>
        <w:t>hain, hum sab log kahin na kahin shikar ho jate hain. khud mein kal shikar hua, ek ek baat hui thi is ko le kar ke bechara jaldi aur jaldi nahin ho raha tha.</w:t>
      </w:r>
    </w:p>
    <w:p>
      <w:pPr>
        <w:jc w:val="right"/>
      </w:pPr>
      <w:r>
        <w:t>ہیں، ہم سب لوگ کہیں نہ کہیں شکار ہو جاتے ہیں۔ خود میں کل شکار ہوا، ایک ایک بات ہوئی تھی اس کو لے کر کہ بیچارہ جلدی اور جلدی نہیں ہو رہا تھا۔</w:t>
      </w:r>
    </w:p>
    <w:p>
      <w:r>
        <w:rPr>
          <w:b/>
        </w:rPr>
        <w:t xml:space="preserve">[58:08] </w:t>
      </w:r>
      <w:r>
        <w:t>to mujhe yeh sab baatein yaad aayin, to main thanda ho gaya.</w:t>
      </w:r>
    </w:p>
    <w:p>
      <w:pPr>
        <w:jc w:val="right"/>
      </w:pPr>
      <w:r>
        <w:t>تو مجھے یہ سب باتیں یاد آئیں، تو میں ٹھنڈا ہو گیا۔</w:t>
      </w:r>
    </w:p>
    <w:p>
      <w:r>
        <w:rPr>
          <w:b/>
        </w:rPr>
        <w:t xml:space="preserve">[58:13] </w:t>
      </w:r>
      <w:r>
        <w:t>to kahin na kahin hum log chahte hain ke Allah ke naqsha takhleeq ke mutabiq jo baat das saal, bees saal mein ho, woh jaldi se ho jaye.</w:t>
      </w:r>
    </w:p>
    <w:p>
      <w:pPr>
        <w:jc w:val="right"/>
      </w:pPr>
      <w:r>
        <w:t>تو کہیں نہ کہیں ہم لوگ چاہتے ہیں کہ اللہ کے نقشہ تخلیق کے مطابق جو بات دس سال، بیس سال میں ہو، وہ جلدی سے ہو جائے۔</w:t>
      </w:r>
    </w:p>
    <w:p>
      <w:r>
        <w:rPr>
          <w:b/>
        </w:rPr>
        <w:t xml:space="preserve">[58:26] </w:t>
      </w:r>
      <w:r>
        <w:t>to wahan farishta keh raha hota hai ke "you are in hurry but God isn't". jab bhi aap jaldi karte hain na, to koi farishta awaz deta hai: "you are in hurry but God isn't".</w:t>
      </w:r>
    </w:p>
    <w:p>
      <w:pPr>
        <w:jc w:val="right"/>
      </w:pPr>
      <w:r>
        <w:t>تو وہاں فرشتہ کہہ رہا ہوتا ہے کہ "یو آر ان ہیری بٹ گاڈ ازنٹ"۔ جب بھی آپ جلدی کرتے ہیں نا، تو کوئی فرشتہ آواز دیتا ہے: "یو آر ان ہیری بٹ گاڈ ازنٹ"۔</w:t>
      </w:r>
    </w:p>
    <w:p>
      <w:r>
        <w:rPr>
          <w:b/>
        </w:rPr>
        <w:t xml:space="preserve">[58:45] </w:t>
      </w:r>
      <w:r>
        <w:t>to jis ko jo kaan rakhte hain, sun lete hain, woh aur foran apni correction kar lete hain. dekhein, dawat ke mamle mein bhi yahi hai. aksar hum log jo hai, dawat jab dete hain aur result nahin aata samne,</w:t>
      </w:r>
    </w:p>
    <w:p>
      <w:pPr>
        <w:jc w:val="right"/>
      </w:pPr>
      <w:r>
        <w:t>تو جس کو جو کان رکھتے ہیں، سن لیتے ہیں، وہ اور فوراً اپنی کریکشن کر لیتے ہیں۔ دیکھیں، دعوت کے معاملے میں بھی یہی ہے۔ اکثر ہم لوگ جو ہے، دعوت جب دیتے ہیں اور رزلٹ نہیں آتا سامنے،</w:t>
      </w:r>
    </w:p>
    <w:p>
      <w:r>
        <w:rPr>
          <w:b/>
        </w:rPr>
        <w:t xml:space="preserve">[58:59] </w:t>
      </w:r>
      <w:r>
        <w:t>to hum samajhte hain ke yaani negative thought aa jate hain hamare andar. to wahan bhi sabr karna parta hai.</w:t>
      </w:r>
    </w:p>
    <w:p>
      <w:pPr>
        <w:jc w:val="right"/>
      </w:pPr>
      <w:r>
        <w:t>تو ہم سمجھتے ہیں کہ یعنی نیگیٹیو تھاٹ آ جاتے ہیں ہمارے اندر۔ تو وہاں بھی صبر کرنا پڑتا ہے۔</w:t>
      </w:r>
    </w:p>
    <w:p>
      <w:r>
        <w:rPr>
          <w:b/>
        </w:rPr>
        <w:t xml:space="preserve">[59:09] </w:t>
      </w:r>
      <w:r>
        <w:t>Quran mein bar bar yeh hai: "wa li rabbika fasbir". dekhein, woh woh ayat jo utri thi shuru mein: "ya ayyuhal muddathir, qum fadhir, wa rabbaka fakabbir, wa thiyabaka fatahhir, war rujza fajtur, wa la tamnun tastaksir".</w:t>
      </w:r>
    </w:p>
    <w:p>
      <w:pPr>
        <w:jc w:val="right"/>
      </w:pPr>
      <w:r>
        <w:t>قرآن میں بار بار یہ ہے: "ولربک فضل"۔ دیکھیں، وہ وہ آیت جو اتری تھی شروع میں: "یا ایہا المدثر، قم فاضر، وربک فکبر، وصحابک فطاہر، ورجل فاجر، ولا تمن تستغفر"۔</w:t>
      </w:r>
    </w:p>
    <w:p>
      <w:r>
        <w:rPr>
          <w:b/>
        </w:rPr>
        <w:t xml:space="preserve">[59:26] </w:t>
      </w:r>
      <w:r>
        <w:t>wa li rabbika fasbir. dawat hukum diya, woh kaha ke: "wa li rabbika fasbir". rabb ke liye sabr karo.</w:t>
      </w:r>
    </w:p>
    <w:p>
      <w:pPr>
        <w:jc w:val="right"/>
      </w:pPr>
      <w:r>
        <w:t>ولی ربک فضل۔ دعوت حکم دیا، وہ کہا کہ: "ولربک فضل"۔ رب کے لیے صبر کرو۔</w:t>
      </w:r>
    </w:p>
    <w:p>
      <w:r>
        <w:rPr>
          <w:b/>
        </w:rPr>
        <w:t xml:space="preserve">[59:36] </w:t>
      </w:r>
      <w:r>
        <w:t>to sabr jo hai, dawat ke liye bhi hai, ghar ke mamle ke liye bhi hai, har mamle mein.</w:t>
      </w:r>
    </w:p>
    <w:p>
      <w:pPr>
        <w:jc w:val="right"/>
      </w:pPr>
      <w:r>
        <w:t>تو صبر جو ہے، دعوت کے لیے بھی ہے، گھر کے معاملے کے لیے بھی ہے، ہر معاملے میں۔</w:t>
      </w:r>
    </w:p>
    <w:p>
      <w:r>
        <w:rPr>
          <w:b/>
        </w:rPr>
        <w:t xml:space="preserve">[59:46] </w:t>
      </w:r>
      <w:r>
        <w:t>hum log jo dawat ka kaam karte hain, to hamein sabr karna parega, nahin to chalne wala nahin kaam. jis Hazrat Yunus aleh salam ghussa ho gaye aur chhod ke chale gaye apni qaum ko,</w:t>
      </w:r>
    </w:p>
    <w:p>
      <w:pPr>
        <w:jc w:val="right"/>
      </w:pPr>
      <w:r>
        <w:t>ہم لوگ جو دعوت کا کام کرتے ہیں، تو ہمیں صبر کرنا پڑے گا، نہیں تو چلنے والا نہیں کام۔ جس حضرت انیس علیہ السلام غصہ ہو گئے اور چھوڑ کے چلے گئے اپنی قوم کو،</w:t>
      </w:r>
    </w:p>
    <w:p>
      <w:r>
        <w:rPr>
          <w:b/>
        </w:rPr>
        <w:t xml:space="preserve">[1:00:03] </w:t>
      </w:r>
      <w:r>
        <w:t>koi ghussa ka lafz Quran mein maujood hai? kya ghussa ka lafz kya hai Hazrat Yunus ke bare mein? "izdhaba mughadiban".</w:t>
      </w:r>
    </w:p>
    <w:p>
      <w:pPr>
        <w:jc w:val="right"/>
      </w:pPr>
      <w:r>
        <w:t>کوئی غصہ کا لفظ قرآن میں موجود ہے؟ کیا غصہ کا لفظ کیا ہے حضرت انیس کے بارے میں؟ "ازدہاب مغاضبا"۔</w:t>
      </w:r>
    </w:p>
    <w:p>
      <w:r>
        <w:rPr>
          <w:b/>
        </w:rPr>
        <w:t xml:space="preserve">[1:00:11] </w:t>
      </w:r>
      <w:r>
        <w:t>ji hain, ji "izdhaba mughadiban". ghazab, ghazab. to hua nahin kuch, lotna para un ko.</w:t>
      </w:r>
    </w:p>
    <w:p>
      <w:pPr>
        <w:jc w:val="right"/>
      </w:pPr>
      <w:r>
        <w:t>جی ہیں، جی "ازدہاب مغاضبا"۔ غضب، غضب۔ تو ہوا نہیں کچھ، لوٹنا پڑا ان کو۔</w:t>
      </w:r>
    </w:p>
    <w:p>
      <w:r>
        <w:rPr>
          <w:b/>
        </w:rPr>
        <w:t xml:space="preserve">[1:00:22] </w:t>
      </w:r>
      <w:r>
        <w:t>to yaad rakhein, chahe ghar ka mamla ho, bahar ka mamla ho, ya dawat ka mamla ho, dawat ka sabr hi se kaam banega.</w:t>
      </w:r>
    </w:p>
    <w:p>
      <w:pPr>
        <w:jc w:val="right"/>
      </w:pPr>
      <w:r>
        <w:t>تو یاد رکھیں، چاہے گھر کا معاملہ ہو، باہر کا معاملہ ہو، یا دعوت کا معاملہ ہو، دعوت کا صبر ہی سے کام بنے گا۔</w:t>
      </w:r>
    </w:p>
    <w:p>
      <w:r>
        <w:rPr>
          <w:b/>
        </w:rPr>
        <w:t xml:space="preserve">[1:00:33] </w:t>
      </w:r>
      <w:r>
        <w:t>sabr nahin to kaam bhi nahin banne wala hai.</w:t>
      </w:r>
    </w:p>
    <w:p>
      <w:pPr>
        <w:jc w:val="right"/>
      </w:pPr>
      <w:r>
        <w:t>صبر نہیں تو کام بھی نہیں بننے والا ہے۔</w:t>
      </w:r>
    </w:p>
    <w:p>
      <w:r>
        <w:rPr>
          <w:b/>
        </w:rPr>
        <w:t xml:space="preserve">[1:00:42] </w:t>
      </w:r>
      <w:r>
        <w:t>chalen ji, to main bol raha hoon, aap hazrat kuch farmayein. to main is ko Maulana, mera ek ishkāl yeh hai: ji,</w:t>
      </w:r>
    </w:p>
    <w:p>
      <w:pPr>
        <w:jc w:val="right"/>
      </w:pPr>
      <w:r>
        <w:t>چلیں جی، تو میں بول رہا ہوں، آپ حضرات کچھ فرمائیں۔ تو میں اس کو مولانا، میرا ایک اشکال یہ ہے: جی،</w:t>
      </w:r>
    </w:p>
    <w:p>
      <w:r>
        <w:rPr>
          <w:b/>
        </w:rPr>
        <w:t xml:space="preserve">[1:00:48] </w:t>
      </w:r>
      <w:r>
        <w:t>aarzi taur pe halaat agar mukhalif hain to un mukhalif halaat ke muwafiq ho jana kya sabr hai? jaise is ki misaal yeh le lijiye, main main actually Indian Navy mein service karta h</w:t>
      </w:r>
    </w:p>
    <w:p>
      <w:pPr>
        <w:jc w:val="right"/>
      </w:pPr>
      <w:r>
        <w:t>عارضی طور پہ حالات اگر مخالف ہیں تو ان مخالف حالات کے موافق ہو جانا کیا صبر ہے؟ جیسے اس کی مثال یہ لے لیجئے، میں میں ایکچولی انڈین نیوی میں سروس کرتا ہ</w:t>
      </w:r>
    </w:p>
    <w:p>
      <w:r>
        <w:rPr>
          <w:b/>
        </w:rPr>
        <w:t xml:space="preserve">[1:01:00] </w:t>
      </w:r>
      <w:r>
        <w:t>oon. to hum log recreational taur pe boats, jo badbani kashtiyan hoti hain, choti, un ko sail karate hain. to jab hawa bohat zyada mukhalif ho jati hai to hum mukhalif hawa ke muwafiq hone ka intezar karte hain, aur jab tak mukhalif hawa ke sath sail karte hain.</w:t>
      </w:r>
    </w:p>
    <w:p>
      <w:pPr>
        <w:jc w:val="right"/>
      </w:pPr>
      <w:r>
        <w:t>وں۔ تو ہم لوگ ریکریشنل طور پہ بوٹس، جو بادبانی کشتیاں ہوتی ہیں، چھوٹی، ان کو سیل کراتے ہیں۔ تو جب ہوا بہت زیادہ مخالف ہو جاتی ہے تو ہم مخالف ہوا کے موافق ہونے کا انتظار کرتے ہیں، اور جب تک مخالف ہوا کے ساتھ سیل کرتے ہیں۔</w:t>
      </w:r>
    </w:p>
    <w:p>
      <w:r>
        <w:rPr>
          <w:b/>
        </w:rPr>
        <w:t xml:space="preserve">[1:01:16] </w:t>
      </w:r>
      <w:r>
        <w:t>to is tarah se mukhalif mahol ke muwafiq ho jana kya sabr hai? sahi waqt ka intezar karte hain.</w:t>
      </w:r>
    </w:p>
    <w:p>
      <w:pPr>
        <w:jc w:val="right"/>
      </w:pPr>
      <w:r>
        <w:t>تو اس طرح سے مخالف ماحول کے موافق ہو جانا کیا صبر ہے؟ صحیح وقت کا انتظار کرتے ہیں۔</w:t>
      </w:r>
    </w:p>
    <w:p>
      <w:r>
        <w:rPr>
          <w:b/>
        </w:rPr>
        <w:t xml:space="preserve">[1:01:24] </w:t>
      </w:r>
      <w:r>
        <w:t>sabr is mani mein hai ke intezar, intezar bhi sabr hai.</w:t>
      </w:r>
    </w:p>
    <w:p>
      <w:pPr>
        <w:jc w:val="right"/>
      </w:pPr>
      <w:r>
        <w:t>صبر اس معنی میں ہے کہ انتظار، انتظار بھی صبر ہے۔</w:t>
      </w:r>
    </w:p>
    <w:p>
      <w:r>
        <w:rPr>
          <w:b/>
        </w:rPr>
        <w:t xml:space="preserve">[1:01:28] </w:t>
      </w:r>
      <w:r>
        <w:t>agar aap sabr na karein to</w:t>
      </w:r>
    </w:p>
    <w:p>
      <w:pPr>
        <w:jc w:val="right"/>
      </w:pPr>
      <w:r>
        <w:t>اگر آپ صبر نہ کریں تو</w:t>
      </w:r>
    </w:p>
    <w:p>
      <w:r>
        <w:rPr>
          <w:b/>
        </w:rPr>
        <w:t xml:space="preserve">[1:01:32] </w:t>
      </w:r>
      <w:r>
        <w:t>isi isi baat pe ko chahein ke mukhalif hawa se larein to larr kar aap jeeteinge nahin. to woh bhi sabr hai.</w:t>
      </w:r>
    </w:p>
    <w:p>
      <w:pPr>
        <w:jc w:val="right"/>
      </w:pPr>
      <w:r>
        <w:t>اسی اسی بات پہ کو چاہیں کہ مخالف ہوا سے لڑیں تو لڑ کر آپ جیتیں گے نہیں۔ تو وہ بھی صبر ہے۔</w:t>
      </w:r>
    </w:p>
    <w:p>
      <w:r>
        <w:rPr>
          <w:b/>
        </w:rPr>
        <w:t xml:space="preserve">[1:01:43] </w:t>
      </w:r>
      <w:r>
        <w:t>kaisa sahi hua? ek kind of patience to hai, woh ek kind of patience.</w:t>
      </w:r>
    </w:p>
    <w:p>
      <w:pPr>
        <w:jc w:val="right"/>
      </w:pPr>
      <w:r>
        <w:t>کیسا صحیح ہوا؟ ایک کائنڈ آف پیشنس تو ہے، وہ ایک کائنڈ آف پیشنس۔</w:t>
      </w:r>
    </w:p>
    <w:p>
      <w:r>
        <w:rPr>
          <w:b/>
        </w:rPr>
        <w:t xml:space="preserve">[1:01:55] </w:t>
      </w:r>
      <w:r>
        <w:t>lekin mein agar aap ki jagah pe hota to mein kya karta? is mein shukr ka item nikalta aur west ke bare mein shukr karta ke west, west kitna bara is ne kaam kiya hai poori insaniyat, poori humanity ke liye ke hazaron saal se kashtiyan chalti theen badhban ke upar, yani hawa ki taraf pe chalti theen.</w:t>
      </w:r>
    </w:p>
    <w:p>
      <w:pPr>
        <w:jc w:val="right"/>
      </w:pPr>
      <w:r>
        <w:t>لیکن میں اگر آپ کی جگہ پہ ہوتا تو میں کیا کرتا؟ اس میں شکر کا آئٹم نکالتا اور ویسٹ کے بارے میں شکر کرتا کہ ویسٹ، ویسٹ کتنا بڑا اس نے کام کیا ہے پوری انسانیت، پوری ہیومینٹی کے لیے کہ ہزاروں سال سے کشتیاں چلتی تھیں بادبان کے اوپر، یعنی ہوا کی طرف پہ چلتی تھیں۔</w:t>
      </w:r>
    </w:p>
    <w:p>
      <w:r>
        <w:rPr>
          <w:b/>
        </w:rPr>
        <w:t xml:space="preserve">[1:02:24] </w:t>
      </w:r>
      <w:r>
        <w:t>ab west mein steam power nikala, woh hawa idhar chale ya idhar chale, phir bhi jahaz chalta hai aap ka. to yeh west ka kitna bara tohfa hai?</w:t>
      </w:r>
    </w:p>
    <w:p>
      <w:pPr>
        <w:jc w:val="right"/>
      </w:pPr>
      <w:r>
        <w:t>اب ویسٹ میں اسٹیم پاور نکالا، وہ ہوا ادھر چلے یا ادھر چلے، پھر بھی جہاز چلتا ہے آپ کا۔ تو یہ ویسٹ کا کتنا بڑا تحفہ ہے؟</w:t>
      </w:r>
    </w:p>
    <w:p>
      <w:r>
        <w:rPr>
          <w:b/>
        </w:rPr>
        <w:t xml:space="preserve">[1:02:35] </w:t>
      </w:r>
      <w:r>
        <w:t>jis west se hum nafrat karte hain, us west mein kitna bara tohfa diya hai?</w:t>
      </w:r>
    </w:p>
    <w:p>
      <w:pPr>
        <w:jc w:val="right"/>
      </w:pPr>
      <w:r>
        <w:t>جس ویسٹ سے ہم نفرت کرتے ہیں، اس ویسٹ میں کتنا بڑا تحفہ دیا ہے؟</w:t>
      </w:r>
    </w:p>
    <w:p>
      <w:r>
        <w:rPr>
          <w:b/>
        </w:rPr>
        <w:t xml:space="preserve">[1:02:44] </w:t>
      </w:r>
      <w:r>
        <w:t>hazaron saal se kashtiyan duniya mein hain, lekin jo jis ko kehte hain badhban,</w:t>
      </w:r>
    </w:p>
    <w:p>
      <w:pPr>
        <w:jc w:val="right"/>
      </w:pPr>
      <w:r>
        <w:t>ہزاروں سال سے کشتیاں دنیا میں ہیں، لیکن جو جس کو کہتے ہیں بادبان،</w:t>
      </w:r>
    </w:p>
    <w:p>
      <w:r>
        <w:rPr>
          <w:b/>
        </w:rPr>
        <w:t xml:space="preserve">[1:02:53] </w:t>
      </w:r>
      <w:r>
        <w:t>badhban isi ke liye hota hai ke hawa, hawa ko control karne ke liye. to jis rukh par hawa hoti to us pe chalti thi, nahin to nahin chal pati thi.</w:t>
      </w:r>
    </w:p>
    <w:p>
      <w:pPr>
        <w:jc w:val="right"/>
      </w:pPr>
      <w:r>
        <w:t>بادبان اسی کے لیے ہوتا ہے کہ ہوا، ہوا کو کنٹرول کرنے کے لیے۔ تو جس رخ پر ہوا ہوتی تو اس پہ چلتی تھی، نہیں تو نہیں چل پاتی تھی۔</w:t>
      </w:r>
    </w:p>
    <w:p>
      <w:r>
        <w:rPr>
          <w:b/>
        </w:rPr>
        <w:t xml:space="preserve">[1:03:05] </w:t>
      </w:r>
      <w:r>
        <w:t>ab steam power ke sath jo jahaz chalte hain, woh hawa idhar chale ya idhar chale, chalte rehte hain. kaisa theek hai?</w:t>
      </w:r>
    </w:p>
    <w:p>
      <w:pPr>
        <w:jc w:val="right"/>
      </w:pPr>
      <w:r>
        <w:t>اب اسٹیم پاور کے ساتھ جو جہاز چلتے ہیں، وہ ہوا ادھر چلے یا ادھر چلے، چلتے رہتے ہیں۔ کیسا ٹھیک ہے؟</w:t>
      </w:r>
    </w:p>
    <w:p>
      <w:r>
        <w:rPr>
          <w:b/>
        </w:rPr>
        <w:t xml:space="preserve">[1:03:13] </w:t>
      </w:r>
      <w:r>
        <w:t>yeh</w:t>
      </w:r>
    </w:p>
    <w:p>
      <w:pPr>
        <w:jc w:val="right"/>
      </w:pPr>
      <w:r>
        <w:t>یہ</w:t>
      </w:r>
    </w:p>
    <w:p>
      <w:r>
        <w:rPr>
          <w:b/>
        </w:rPr>
        <w:t xml:space="preserve">[1:03:14] </w:t>
      </w:r>
      <w:r>
        <w:t>ji hazrat, agar hamare andar taqat hai mukhalif jaane ki to tab mukhalif jayya jaye, aur agar nahin hai to phir mukhalif mahol ke muwafiq chala jaye. is se to yeh natija haan hota hai.</w:t>
      </w:r>
    </w:p>
    <w:p>
      <w:pPr>
        <w:jc w:val="right"/>
      </w:pPr>
      <w:r>
        <w:t>جی حضرت، اگر ہمارے اندر طاقت ہے مخالف جانے کی تو تب مخالف جایا جائے، اور اگر نہیں ہے تو پھر مخالف ماحول کے موافق چلا جائے۔ اس سے تو یہ نتیجہ ہاں ہوتا ہے۔</w:t>
      </w:r>
    </w:p>
    <w:p>
      <w:r>
        <w:rPr>
          <w:b/>
        </w:rPr>
        <w:t xml:space="preserve">[1:03:27] </w:t>
      </w:r>
      <w:r>
        <w:t>maulana ke ji, agar avoid, agar rasta badalne ki position mein nahin hai to phir intezar kiya jaye, kyunke phir manzil bhi pahunch jaye. isi ka naam to wisdom hai.</w:t>
      </w:r>
    </w:p>
    <w:p>
      <w:pPr>
        <w:jc w:val="right"/>
      </w:pPr>
      <w:r>
        <w:t>مولانا کہ جی، اگر اوائڈ، اگر راستہ بدلنے کی پوزیشن میں نہیں ہے تو پھر انتظار کیا جائے، کیونکہ پھر منزل بھی پہنچ جائے۔ اسی کا نام تو وزڈم ہے۔</w:t>
      </w:r>
    </w:p>
    <w:p>
      <w:r>
        <w:rPr>
          <w:b/>
        </w:rPr>
        <w:t xml:space="preserve">[1:03:36] </w:t>
      </w:r>
      <w:r>
        <w:t>jaise halaat, waisi planning. jaise halaat, waisi planning. isi ka naam wisdom hai.</w:t>
      </w:r>
    </w:p>
    <w:p>
      <w:pPr>
        <w:jc w:val="right"/>
      </w:pPr>
      <w:r>
        <w:t>جیسے حالات، ویسی پلاننگ۔ جیسے حالات، ویسی پلاننگ۔ اسی کا نام وزڈم ہے۔</w:t>
      </w:r>
    </w:p>
    <w:p>
      <w:r>
        <w:rPr>
          <w:b/>
        </w:rPr>
        <w:t xml:space="preserve">[1:03:43] </w:t>
      </w:r>
      <w:r>
        <w:t>aap ke jo halaat hon, us ke mutabiq planning kijiye. isi ka naam wisdom hai. aur koi sahab kuch farmate hain?</w:t>
      </w:r>
    </w:p>
    <w:p>
      <w:pPr>
        <w:jc w:val="right"/>
      </w:pPr>
      <w:r>
        <w:t>آپ کے جو حالات ہوں، اس کے مطابق پلاننگ کیجئے۔ اسی کا نام وزڈم ہے۔ اور کوئی صاحب کچھ فرماتے ہیں؟</w:t>
      </w:r>
    </w:p>
    <w:p>
      <w:r>
        <w:rPr>
          <w:b/>
        </w:rPr>
        <w:t xml:space="preserve">[1:03:53] </w:t>
      </w:r>
      <w:r>
        <w:t>aur maulana, agar hum planning hi nahin kar rahe hain to woh phir let back attitude mein aa jayega. hain, kya kaha unhon ne? ek cheez hoti hai patience ke hum ne apna rasta badla, hum ne apni positive thinking kari, aur ek cheez hoti hai let back attitude ke hum kuch kar hi nahin rahe.</w:t>
      </w:r>
    </w:p>
    <w:p>
      <w:pPr>
        <w:jc w:val="right"/>
      </w:pPr>
      <w:r>
        <w:t>اور مولانا، اگر ہم پلاننگ ہی نہیں کر رہے ہیں تو وہ پھر لیٹ بیک ایٹیٹیوڈ میں آ جائے گا۔ ہیں، کیا کہا انہوں نے؟ ایک چیز ہوتی ہے پیشنس کہ ہم نے اپنا راستہ بدلا، ہم نے اپنی پازیٹیو تھنکنگ کری، اور ایک چیز ہوتی ہے لیٹ بیک ایٹیٹیوڈ کہ ہم کچھ کر ہی نہیں رہے۔</w:t>
      </w:r>
    </w:p>
    <w:p>
      <w:r>
        <w:rPr>
          <w:b/>
        </w:rPr>
        <w:t xml:space="preserve">[1:04:10] </w:t>
      </w:r>
      <w:r>
        <w:t>kya kar rahe hain</w:t>
      </w:r>
    </w:p>
    <w:p>
      <w:pPr>
        <w:jc w:val="right"/>
      </w:pPr>
      <w:r>
        <w:t>کیا کر رہے ہیں</w:t>
      </w:r>
    </w:p>
    <w:p>
      <w:r>
        <w:rPr>
          <w:b/>
        </w:rPr>
        <w:t xml:space="preserve">[1:04:11] </w:t>
      </w:r>
      <w:r>
        <w:t>? yeh keh raha hai maulana ke ek to hota hai manage karna situation ko, aur doosra yeh hai ke hum kuch karein hi na, kuch plan hi na karein. to woh let back attitude ki baat kar raha hai maulana.</w:t>
      </w:r>
    </w:p>
    <w:p>
      <w:pPr>
        <w:jc w:val="right"/>
      </w:pPr>
      <w:r>
        <w:t>؟ یہ کہہ رہا ہے مولانا کہ ایک تو ہوتا ہے مینج کرنا سچوئیشن کو، اور دوسرا یہ ہے کہ ہم کچھ کریں ہی نہ، کچھ پلان ہی نہ کریں۔ تو وہ لیٹ بیک ایٹیٹیوڈ کی بات کر رہا ہے مولانا۔</w:t>
      </w:r>
    </w:p>
    <w:p>
      <w:r>
        <w:rPr>
          <w:b/>
        </w:rPr>
        <w:t xml:space="preserve">[1:04:21] </w:t>
      </w:r>
      <w:r>
        <w:t>hain, is ko bol rahe hain let back attitude. agar hum kuch karein hi na to kya hoga? haan, to is mein to halaat ka hi shikar ho jayega insan. hath par hath dharay bethay rehte hain. basically,</w:t>
      </w:r>
    </w:p>
    <w:p>
      <w:pPr>
        <w:jc w:val="right"/>
      </w:pPr>
      <w:r>
        <w:t>ہیں، اس کو بول رہے ہیں لیٹ بیک ایٹیٹیوڈ۔ اگر ہم کچھ کریں ہی نہ تو کیا ہوگا؟ ہاں، تو اس میں تو حالات کا ہی شکار ہو جائے گا انسان۔ ہاتھ پر ہاتھ دھرے بیٹھے رہے ہیں۔ بیسیکلی،</w:t>
      </w:r>
    </w:p>
    <w:p>
      <w:r>
        <w:rPr>
          <w:b/>
        </w:rPr>
        <w:t xml:space="preserve">[1:04:30] </w:t>
      </w:r>
      <w:r>
        <w:t>dekhiye, Allah taala ne jo jo account banaya hai, woh hai: "Laisa lil insani illa ma sa"a". aadmi ko milega us ki koshish ke barabar.</w:t>
      </w:r>
    </w:p>
    <w:p>
      <w:pPr>
        <w:jc w:val="right"/>
      </w:pPr>
      <w:r>
        <w:t>دیکھیے، اللہ تعالی نے جو جو اکاؤنٹ بنایا ہے، وہ ہے: "لیس للانسان الا ما صا"۔ آدمی کو ملے گا اس کی کوشش کے برابر۔</w:t>
      </w:r>
    </w:p>
    <w:p>
      <w:r>
        <w:rPr>
          <w:b/>
        </w:rPr>
        <w:t xml:space="preserve">[1:04:42] </w:t>
      </w:r>
      <w:r>
        <w:t>yeh ayat hai Quran majeed ki: "Laisa lil insani illa ma sa"a". aadmi ko wahi milega jis ki us ne koshish ki.</w:t>
      </w:r>
    </w:p>
    <w:p>
      <w:pPr>
        <w:jc w:val="right"/>
      </w:pPr>
      <w:r>
        <w:t>یہ آیت ہے قرآن مجید کی: "لیس للانسان الا ما صا"۔ آدمی کو وہی ملے گا جس کی اس نے کوشش کی۔</w:t>
      </w:r>
    </w:p>
    <w:p>
      <w:r>
        <w:rPr>
          <w:b/>
        </w:rPr>
        <w:t xml:space="preserve">[1:04:52] </w:t>
      </w:r>
      <w:r>
        <w:t>to yeh to Khuda ke qanoon ke khilaf hai.</w:t>
      </w:r>
    </w:p>
    <w:p>
      <w:pPr>
        <w:jc w:val="right"/>
      </w:pPr>
      <w:r>
        <w:t>تو یہ تو خدا کے قانون کے خلاف ہے۔</w:t>
      </w:r>
    </w:p>
    <w:p>
      <w:r>
        <w:rPr>
          <w:b/>
        </w:rPr>
        <w:t xml:space="preserve">[1:04:55] </w:t>
      </w:r>
      <w:r>
        <w:t>koshish na karein</w:t>
      </w:r>
    </w:p>
    <w:p>
      <w:pPr>
        <w:jc w:val="right"/>
      </w:pPr>
      <w:r>
        <w:t>کوشش نہ کریں</w:t>
      </w:r>
    </w:p>
    <w:p>
      <w:r>
        <w:rPr>
          <w:b/>
        </w:rPr>
        <w:t xml:space="preserve">[1:04:59] </w:t>
      </w:r>
      <w:r>
        <w:t>to koshish nahin kareinge to aap us ki, aap ko us ki price deni paregi. hmm, us ki price deni paregi.</w:t>
      </w:r>
    </w:p>
    <w:p>
      <w:pPr>
        <w:jc w:val="right"/>
      </w:pPr>
      <w:r>
        <w:t>تو کوشش نہیں کریں گے تو آپ اس کی، آپ کو اس کی پرائز دینی پڑے گی۔ ہمم، اس کی پرائز دینی پڑے گی۔</w:t>
      </w:r>
    </w:p>
    <w:p>
      <w:r>
        <w:rPr>
          <w:b/>
        </w:rPr>
        <w:t xml:space="preserve">[1:05:12] </w:t>
      </w:r>
      <w:r>
        <w:t>koshish honi chahiye halaat ko samajh kar, mutabiq halaat planning.</w:t>
      </w:r>
    </w:p>
    <w:p>
      <w:pPr>
        <w:jc w:val="right"/>
      </w:pPr>
      <w:r>
        <w:t>کوشش ہونی چاہیے حالات کو سمجھ کر، مطابق حالات پلاننگ۔</w:t>
      </w:r>
    </w:p>
    <w:p>
      <w:r>
        <w:rPr>
          <w:b/>
        </w:rPr>
        <w:t xml:space="preserve">[1:05:22] </w:t>
      </w:r>
      <w:r>
        <w:t>mutabiq halaat planning.</w:t>
      </w:r>
    </w:p>
    <w:p>
      <w:pPr>
        <w:jc w:val="right"/>
      </w:pPr>
      <w:r>
        <w:t>مطابق حالات پلاننگ۔</w:t>
      </w:r>
    </w:p>
    <w:p>
      <w:r>
        <w:rPr>
          <w:b/>
        </w:rPr>
        <w:t xml:space="preserve">[1:05:26] </w:t>
      </w:r>
      <w:r>
        <w:t>aur koi sahib?</w:t>
      </w:r>
    </w:p>
    <w:p>
      <w:pPr>
        <w:jc w:val="right"/>
      </w:pPr>
      <w:r>
        <w:t>اور کوئی صاحب؟</w:t>
      </w:r>
    </w:p>
    <w:p>
      <w:r>
        <w:rPr>
          <w:b/>
        </w:rPr>
        <w:t xml:space="preserve">[1:05:31] </w:t>
      </w:r>
      <w:r>
        <w:t>aik sawal tha Maulana sahib ke aap hain ke aik aadmi agar sabr kar raha hai, kuch kaafi taweel waqt se sabr karay ja raha hai, aur kisi aisay lamhay mein usay laga ke ab is se ziyada sabr nahi</w:t>
      </w:r>
    </w:p>
    <w:p>
      <w:pPr>
        <w:jc w:val="right"/>
      </w:pPr>
      <w:r>
        <w:t>ایک سوال تھا مولانا صاحب کہ آپ ہیں کہ ایک آدمی اگر صبر کر رہا ہے، کچھ کافی طویل وقت سے صبر کرے جا رہا ہے، اور کسی ایسے لمحے میں اسے لگا کہ اب اس سے زیادہ صبر نہیں</w:t>
      </w:r>
    </w:p>
    <w:p>
      <w:r>
        <w:rPr>
          <w:b/>
        </w:rPr>
        <w:t xml:space="preserve">[1:05:47] </w:t>
      </w:r>
      <w:r>
        <w:t>hoga ke us ne apni saari quwwat sabr karne mein laga di, aur kaafi arsay ke baad usay aisa laga ke ab is se ziyada sabr nahi kar sakta hai, to us waqt woh kya kare?</w:t>
      </w:r>
    </w:p>
    <w:p>
      <w:pPr>
        <w:jc w:val="right"/>
      </w:pPr>
      <w:r>
        <w:t>ہوگا کہ اس نے اپنی ساری قوت صبر کرنے میں لگا دی، اور کافی عرصے کے بعد اسے ایسا لگا کہ اب اس سے زیادہ صبر نہیں کر سکتا ہے، تو اس وقت وہ کیا کرے؟</w:t>
      </w:r>
    </w:p>
    <w:p>
      <w:r>
        <w:rPr>
          <w:b/>
        </w:rPr>
        <w:t xml:space="preserve">[1:05:58] </w:t>
      </w:r>
      <w:r>
        <w:t>apna sab tod de ya isi mayoosi mein chala jaye?</w:t>
      </w:r>
    </w:p>
    <w:p>
      <w:pPr>
        <w:jc w:val="right"/>
      </w:pPr>
      <w:r>
        <w:t>اپنا سب توڑ دے یا اسی مایوسی میں چلا جائے؟</w:t>
      </w:r>
    </w:p>
    <w:p>
      <w:r>
        <w:rPr>
          <w:b/>
        </w:rPr>
        <w:t xml:space="preserve">[1:06:08] </w:t>
      </w:r>
      <w:r>
        <w:t>mein yeh samjhaun aap ki baat, is ke mutabiq mein yeh kahunga ke woh re-assess kare, apne amal par nishani kare, re-assess kare.</w:t>
      </w:r>
    </w:p>
    <w:p>
      <w:pPr>
        <w:jc w:val="right"/>
      </w:pPr>
      <w:r>
        <w:t>میں یہ سمجھاؤں آپ کی بات، اس کے مطابق میں یہ کہوں گا کہ وہ ری ایسس کرے، اپنے عمل پر نرسانی کرے، ری ایسس کرے۔</w:t>
      </w:r>
    </w:p>
    <w:p>
      <w:r>
        <w:rPr>
          <w:b/>
        </w:rPr>
        <w:t xml:space="preserve">[1:06:22] </w:t>
      </w:r>
      <w:r>
        <w:t>jaise waqia kaisa batata hun aap ko: nojwanai ke umar mein aik baar mein chala gaya Lahore, jab Pakistan nahi bana tha, tab ki baat hai, shayad yeh 1942 ki baat hogi.</w:t>
      </w:r>
    </w:p>
    <w:p>
      <w:pPr>
        <w:jc w:val="right"/>
      </w:pPr>
      <w:r>
        <w:t>جیسے واقعہ کیسا بتاتا ہوں آپ کو: نوجوانی کے عمر میں ایک بار میں چلا گیا لاہور، جب پاکستان نہیں بنا تھا، تب کی بات ہے، شاید یہ 1942 کی بات ہوگی۔</w:t>
      </w:r>
    </w:p>
    <w:p>
      <w:r>
        <w:rPr>
          <w:b/>
        </w:rPr>
        <w:t xml:space="preserve">[1:06:37] </w:t>
      </w:r>
      <w:r>
        <w:t>to wahan bilkul aisay hi, yaani nojwan aadmi jaisa hota hai, waisay hi aik aik road pe chalta raha, chal raha tha. mein chalte chalte aik jagah pahuncha to wahan likha hua tha aik ghar ke samne jo takhti lagate hain na, name plate hain: "Allama Iqbal".</w:t>
      </w:r>
    </w:p>
    <w:p>
      <w:pPr>
        <w:jc w:val="right"/>
      </w:pPr>
      <w:r>
        <w:t>تو وہاں بالکل ایسے ہی، یعنی نوجوان آدمی جیسا ہوتا ہے، ویسے ہی ایک ایک روڈ پہ چلتا رہا، چل رہا تھا۔ میں چلتے چلتے ایک جگہ پہنچا تو وہاں لکھا ہوا تھا ایک گھر کے سامنے جو تختی لگاتے ہیں نا، نیم پلیٹ ہیں: "علامہ اقبال"۔</w:t>
      </w:r>
    </w:p>
    <w:p>
      <w:r>
        <w:rPr>
          <w:b/>
        </w:rPr>
        <w:t xml:space="preserve">[1:06:57] </w:t>
      </w:r>
      <w:r>
        <w:t>to Allama Iqbal ke lafz aik theher gaya wahan par ke Iqbal yahan rehte thay. acha, us waqt piyas lagi hui thi, bohat piyas.</w:t>
      </w:r>
    </w:p>
    <w:p>
      <w:pPr>
        <w:jc w:val="right"/>
      </w:pPr>
      <w:r>
        <w:t>تو علامہ اقبال کے لفظ ایک ٹھہر گیا وہاں پر کہ اقبال یہاں رہتے تھے۔ اچھا، اس وقت پیاس لگی ہوئی تھی، بہت پیاس۔</w:t>
      </w:r>
    </w:p>
    <w:p>
      <w:r>
        <w:rPr>
          <w:b/>
        </w:rPr>
        <w:t xml:space="preserve">[1:07:08] </w:t>
      </w:r>
      <w:r>
        <w:t>to un ke ghar se mila hua aik choti si masjid thi. us masjid mein hand pump tha, woh zamana tha hand pump ka zamana. to piyas lagi hui thi.</w:t>
      </w:r>
    </w:p>
    <w:p>
      <w:pPr>
        <w:jc w:val="right"/>
      </w:pPr>
      <w:r>
        <w:t>تو ان کے گھر سے ملا ہوا ایک چھوٹی سی مسجد تھی۔ اس مسجد میں ہینڈ پمپ تھا، وہ زمانہ تھا ہینڈ پمپ کا زمانہ۔ تو پیاس لگی ہوئی تھی۔</w:t>
      </w:r>
    </w:p>
    <w:p>
      <w:r>
        <w:rPr>
          <w:b/>
        </w:rPr>
        <w:t xml:space="preserve">[1:07:20] </w:t>
      </w:r>
      <w:r>
        <w:t>mein mein chah ke hand pump pani karoon, piyoon. to mein chala raha tha aur pani nikalta nahi tha. chala raha hun, chala raha hun, pani nikalti nahi.</w:t>
      </w:r>
    </w:p>
    <w:p>
      <w:pPr>
        <w:jc w:val="right"/>
      </w:pPr>
      <w:r>
        <w:t>میں میں چاہ کے ہینڈ پمپ پانی کروں، پیوں۔ تو میں چلا رہا تھا اور پانی نکلتا نہیں تھا۔ چلا رہا ہوں، چلا رہا ہوں، پانی نکلتی نہیں۔</w:t>
      </w:r>
    </w:p>
    <w:p>
      <w:r>
        <w:rPr>
          <w:b/>
        </w:rPr>
        <w:t xml:space="preserve">[1:07:31] </w:t>
      </w:r>
      <w:r>
        <w:t>lekin mein apni piyas mein tha, kuch soch nahi paya.</w:t>
      </w:r>
    </w:p>
    <w:p>
      <w:pPr>
        <w:jc w:val="right"/>
      </w:pPr>
      <w:r>
        <w:t>لیکن میں اپنی پیاس میں تھا، کچھ سوچ نہیں پایا۔</w:t>
      </w:r>
    </w:p>
    <w:p>
      <w:r>
        <w:rPr>
          <w:b/>
        </w:rPr>
        <w:t xml:space="preserve">[1:07:36] </w:t>
      </w:r>
      <w:r>
        <w:t>to aik aadmi aaya, us ne kaha ke aap chala rahe hain to pani is liye nahi aa raha ke is ka doosra sira aik house mein jata hai, aag ka pani house mein gir raha hai, bahar aata nahi.</w:t>
      </w:r>
    </w:p>
    <w:p>
      <w:pPr>
        <w:jc w:val="right"/>
      </w:pPr>
      <w:r>
        <w:t>تو ایک آدمی آیا، اس نے کہا کہ آپ چلا رہے ہیں تو پانی اس لیے نہیں آ رہا کہ اس کا دوسرا سرا ایک ہاؤس میں جاتا ہے، آگ کا پانی ہاؤس میں گر رہا ہے، باہر آتا نہیں۔</w:t>
      </w:r>
    </w:p>
    <w:p>
      <w:r>
        <w:rPr>
          <w:b/>
        </w:rPr>
        <w:t xml:space="preserve">[1:07:48] </w:t>
      </w:r>
      <w:r>
        <w:t>aur is mein do tap thay, aik tap meri taraf tha, aik house ki taraf tha. house ki taraf khula hua tha woh. to mein chalata tha, pani to aata tha woh, lekin girta tha house mein, mujh ko nahi milta</w:t>
      </w:r>
    </w:p>
    <w:p>
      <w:pPr>
        <w:jc w:val="right"/>
      </w:pPr>
      <w:r>
        <w:t>اور اس میں دو ٹیپ تھے، ایک ٹیپ میری طرف تھا، ایک ہاؤس کی طرف تھا۔ ہاؤس کی طرف کھلا ہوا تھا وہ۔ تو میں چلاتا تھا، پانی تو آتا تھا وہ، لیکن گرتا تھا ہاؤس میں، مجھ کو نہیں ملتا</w:t>
      </w:r>
    </w:p>
    <w:p>
      <w:r>
        <w:rPr>
          <w:b/>
        </w:rPr>
        <w:t xml:space="preserve">[1:08:01] </w:t>
      </w:r>
      <w:r>
        <w:t>tha. to us ne house ki taraf tap band kar diya. to aanay laga: "that is re-assessment". jab aap ko result na mil raha ho, then you have to revise all your your planning ke kahin na kahin ghalati hai.</w:t>
      </w:r>
    </w:p>
    <w:p>
      <w:pPr>
        <w:jc w:val="right"/>
      </w:pPr>
      <w:r>
        <w:t>تھا۔ تو اس نے ہاؤس کی طرف ٹیپ بند کر دیا۔ تو آنے لگا: "دیٹ از ری ایسسمنٹ"۔ جب آپ کو رزلٹ نہ مل رہا ہو، دین یو ہیو ٹو ریوائز ال یور یور پلاننگ کہ کہیں نہ کہیں غلطی ہے۔</w:t>
      </w:r>
    </w:p>
    <w:p>
      <w:r>
        <w:rPr>
          <w:b/>
        </w:rPr>
        <w:t xml:space="preserve">[1:08:20] </w:t>
      </w:r>
      <w:r>
        <w:t>apne jo aap kar rahe thay, us ko phir se re-plan karna parega. aap ko re-plan</w:t>
      </w:r>
    </w:p>
    <w:p>
      <w:pPr>
        <w:jc w:val="right"/>
      </w:pPr>
      <w:r>
        <w:t>اپنے جو آپ کر رہے تھے، اس کو پھر سے ری پلان کرنا پڑے گا۔ آپ کو ری پلان ج</w:t>
      </w:r>
    </w:p>
    <w:p>
      <w:r>
        <w:rPr>
          <w:b/>
        </w:rPr>
        <w:t xml:space="preserve">[1:08:27] </w:t>
      </w:r>
      <w:r>
        <w:t>yesay musalman aaj kal lad rahe hain, lad rahe hain, ladte hain, kuch nahi. to re-plan karna hai musalmanon ke liye, saari duniya ke musalmanon ke liye. waqt aaya hai ke woh re-assess karein, revise karein taake woh re-plan karein.</w:t>
      </w:r>
    </w:p>
    <w:p>
      <w:pPr>
        <w:jc w:val="right"/>
      </w:pPr>
      <w:r>
        <w:t>یسے مسلمان آج کل لڑ رہے ہیں، لڑ رہے ہیں، لڑتے ہیں، کچھ نہیں۔ تو ری پلان کرنا ہے مسلمانوں کے لیے، ساری دنیا کے مسلمانوں کے لیے۔ وقت آیا ہے کہ وہ ری ایسس کریں، ریوائز کریں تاکہ وہ ری پلان کریں۔</w:t>
      </w:r>
    </w:p>
    <w:p>
      <w:r>
        <w:rPr>
          <w:b/>
        </w:rPr>
        <w:t xml:space="preserve">[1:08:41] </w:t>
      </w:r>
      <w:r>
        <w:t>to phir kamyabi ho jayegi. zindagi mein hamesha aadmi ko apne amal ki revise karni parti hai.</w:t>
      </w:r>
    </w:p>
    <w:p>
      <w:pPr>
        <w:jc w:val="right"/>
      </w:pPr>
      <w:r>
        <w:t>تو پھر کامیابی ہو جائے گی۔ زندگی میں ہمیشہ آدمی کو اپنے عمل کی ریوائز کرنی پڑتی ہے۔</w:t>
      </w:r>
    </w:p>
    <w:p>
      <w:r>
        <w:rPr>
          <w:b/>
        </w:rPr>
        <w:t xml:space="preserve">[1:08:53] </w:t>
      </w:r>
      <w:r>
        <w:t>kaisa sahib, kya khayal hai aap ka? bilkul sahi</w:t>
      </w:r>
    </w:p>
    <w:p>
      <w:pPr>
        <w:jc w:val="right"/>
      </w:pPr>
      <w:r>
        <w:t>کیسا صاحب، کیا خیال ہے آپ کا؟ بالکل صحیح</w:t>
      </w:r>
    </w:p>
    <w:p>
      <w:r>
        <w:rPr>
          <w:b/>
        </w:rPr>
        <w:t xml:space="preserve">[1:08:56] </w:t>
      </w:r>
      <w:r>
        <w:t>hain, bilkul sahi hai. haan, rigid nahi hona chahiye. natija na nikalna. dekhiye, jab natija na nikal raha ho to kis baat ka woh saboot hai ke planning mein kahin na kahin kharabi hai?</w:t>
      </w:r>
    </w:p>
    <w:p>
      <w:pPr>
        <w:jc w:val="right"/>
      </w:pPr>
      <w:r>
        <w:t>ہیں، بالکل صحیح ہے۔ ہاں، ریجڈ نہیں ہونا چاہیے۔ نتیجہ نہ نکلنا۔ دیکھیے، جب نتیجہ نہ نکل رہا ہو تو کس بات کا وہ ثبوت ہے کہ پلاننگ میں کہیں نہ کہیں خرابی ہے؟</w:t>
      </w:r>
    </w:p>
    <w:p>
      <w:r>
        <w:rPr>
          <w:b/>
        </w:rPr>
        <w:t xml:space="preserve">[1:09:13] </w:t>
      </w:r>
      <w:r>
        <w:t>planning mein kahin na kahin kharabi hai to re-plan kijiye. maa, poore maloom ko phir samhein. wisdom pe mera aik ishkal yeh hai ke wisdom,</w:t>
      </w:r>
    </w:p>
    <w:p>
      <w:pPr>
        <w:jc w:val="right"/>
      </w:pPr>
      <w:r>
        <w:t>پلاننگ میں کہیں نہ کہیں خرابی ہے تو ری پلان کیجئے۔ ماں، پورے معلوم کو پھر سمجھیں۔ وزڈم پہ میرا ایک اشکال یہ ہے کہ وزڈم،</w:t>
      </w:r>
    </w:p>
    <w:p>
      <w:r>
        <w:rPr>
          <w:b/>
        </w:rPr>
        <w:t xml:space="preserve">[1:09:26] </w:t>
      </w:r>
      <w:r>
        <w:t>wisdom, haan, wisdom insan apni apne khud ke tadabbur se pata hai. aur Quran aur Sunnat, Quran aur Hadees jo hai, yeh Allah ke, Allah aur Rasool ke tadabbur ki woh hai, pedawar hai.</w:t>
      </w:r>
    </w:p>
    <w:p>
      <w:pPr>
        <w:jc w:val="right"/>
      </w:pPr>
      <w:r>
        <w:t>وزڈم، ہاں، وزڈم انسان اپنی اپنے خود کے تدبر سے پاتا ہے۔ اور قرآن اور سنت، قرآن اور حدیث جو ہے، یہ اللہ کے، اللہ اور رسول کے تدبر کی وہ ہے، پیداوار ہے۔</w:t>
      </w:r>
    </w:p>
    <w:p>
      <w:r>
        <w:rPr>
          <w:b/>
        </w:rPr>
        <w:t xml:space="preserve">[1:09:44] </w:t>
      </w:r>
      <w:r>
        <w:t>to kabhi aisa waqt aaye to insan apni wisdom se Quran aur Hadees ke khilaf ja kar amal kar sakta hai</w:t>
      </w:r>
    </w:p>
    <w:p>
      <w:pPr>
        <w:jc w:val="right"/>
      </w:pPr>
      <w:r>
        <w:t>تو کبھی ایسا وقت آئے تو انسان اپنی وزڈم سے قرآن اور حدیث کے خلاف جا کر عمل کر سکتا ہے</w:t>
      </w:r>
    </w:p>
    <w:p>
      <w:r>
        <w:rPr>
          <w:b/>
        </w:rPr>
        <w:t xml:space="preserve">[1:09:56] </w:t>
      </w:r>
      <w:r>
        <w:t>?</w:t>
      </w:r>
    </w:p>
    <w:p>
      <w:pPr>
        <w:jc w:val="right"/>
      </w:pPr>
      <w:r>
        <w:t>؟ نہیں، نہیں۔ دیکھیے، وزڈم کیا ہے؟ میں نے عرض کیا کہ چیزوں کو رائٹ اینگل سے دیکھنا۔</w:t>
      </w:r>
    </w:p>
    <w:p>
      <w:r>
        <w:rPr>
          <w:b/>
        </w:rPr>
        <w:t xml:space="preserve">[1:10:06] </w:t>
      </w:r>
      <w:r>
        <w:t>nahi, nahi. dekhiye, wisdom kya hai? mein ne arz kiya ke cheezon ko right angle se dekhna.</w:t>
      </w:r>
    </w:p>
    <w:p>
      <w:pPr>
        <w:jc w:val="right"/>
      </w:pPr>
      <w:r>
        <w:t>تو قرآن و حدیث میں وہی بتایا گیا ہے کہ رائٹ اینگل دیکھنا کیا ہے، رانگ اینگل دیکھنا کیا ہے۔</w:t>
      </w:r>
    </w:p>
    <w:p>
      <w:r>
        <w:rPr>
          <w:b/>
        </w:rPr>
        <w:t xml:space="preserve">[1:10:16] </w:t>
      </w:r>
      <w:r>
        <w:t>misalan yahi baat hai jo yeh misaal di maine</w:t>
      </w:r>
    </w:p>
    <w:p>
      <w:pPr>
        <w:jc w:val="right"/>
      </w:pPr>
      <w:r>
        <w:t>مثلاً یہی بات ہے جو یہ مثال دی میں نے</w:t>
      </w:r>
    </w:p>
    <w:p>
      <w:r>
        <w:rPr>
          <w:b/>
        </w:rPr>
        <w:t xml:space="preserve">[1:10:21] </w:t>
      </w:r>
      <w:r>
        <w:t>ke allah taala ka tareeqa yeh hai ke ek darakht jo hai, beej lagaya jaye to 25 saal mein woh tayyar ho ya aur zyada.</w:t>
      </w:r>
    </w:p>
    <w:p>
      <w:pPr>
        <w:jc w:val="right"/>
      </w:pPr>
      <w:r>
        <w:t>کہ اللہ تعالی کا طریقہ یہ ہے کہ ایک درخت جو ہے، بیج لگایا جائے تو 25 سال میں وہ تیار ہو یا اور زیادہ۔</w:t>
      </w:r>
    </w:p>
    <w:p>
      <w:r>
        <w:rPr>
          <w:b/>
        </w:rPr>
        <w:t xml:space="preserve">[1:10:31] </w:t>
      </w:r>
      <w:r>
        <w:t>to yeh bataya gaya hai ke bhai jald jald baazi na karo. aap ban haraib bin gardzan ka matlab yeh hai ke khuda ke plan ke mutabiq jab jaldi nahi ho sakti to woh sochein, jaldi kaise ho jayegi?</w:t>
      </w:r>
    </w:p>
    <w:p>
      <w:pPr>
        <w:jc w:val="right"/>
      </w:pPr>
      <w:r>
        <w:t>تو یہ بتایا گیا ہے کہ بھئی جلد جلد بازی نہ کرو۔ آپ بن حریب بن گارڈزن کا مطلب یہ ہے کہ خدا کے پلان کے مطابق جب جلدی نہیں ہو سکتی تو وہ سوچیں، جلدی کیسے ہو جائے گی؟</w:t>
      </w:r>
    </w:p>
    <w:p>
      <w:r>
        <w:rPr>
          <w:b/>
        </w:rPr>
        <w:t xml:space="preserve">[1:10:46] </w:t>
      </w:r>
      <w:r>
        <w:t>to apni wisdom ko sahi rokh pe chalana yeh maloom hota hai hum ko quran o sunnat se.</w:t>
      </w:r>
    </w:p>
    <w:p>
      <w:pPr>
        <w:jc w:val="right"/>
      </w:pPr>
      <w:r>
        <w:t>تو اپنی وزڈم کو صحیح رخ پہ چلانا یہ معلوم ہوتا ہے ہم کو قرآن و سنت سے۔</w:t>
      </w:r>
    </w:p>
    <w:p>
      <w:r>
        <w:rPr>
          <w:b/>
        </w:rPr>
        <w:t xml:space="preserve">[1:10:55] </w:t>
      </w:r>
      <w:r>
        <w:t>agar aap quran o sunnat se rehnumai na lein to wisdom jo hai, woh woh sahi shift to nahi chalegi.</w:t>
      </w:r>
    </w:p>
    <w:p>
      <w:pPr>
        <w:jc w:val="right"/>
      </w:pPr>
      <w:r>
        <w:t>اگر آپ قرآن و سنت سے رہنمائی نہ لیں تو وزڈم جو ہے، وہ وہ صحیح شفٹ تو نہیں چلے گی۔</w:t>
      </w:r>
    </w:p>
    <w:p>
      <w:r>
        <w:rPr>
          <w:b/>
        </w:rPr>
        <w:t xml:space="preserve">[1:11:05] </w:t>
      </w:r>
      <w:r>
        <w:t>phir wahi ghussa aayega aur inteqaam aayega, yeh aata rahega. jaise ek hadith mein aayi ke ek shakhs ne poocha rasool allah sallallahu alaihi wasallam se ke main kya karoon</w:t>
      </w:r>
    </w:p>
    <w:p>
      <w:pPr>
        <w:jc w:val="right"/>
      </w:pPr>
      <w:r>
        <w:t>پھر وہی غصہ آئے گا اور انتقام آئے گا، یہ آتا رہے گا۔ جیسے ایک حدیث میں آئی کہ ایک شخص نے پوچھا رسول اللہ صلی اللہ علیہ وسلم سے کہ میں کیا کروں</w:t>
      </w:r>
    </w:p>
    <w:p>
      <w:r>
        <w:rPr>
          <w:b/>
        </w:rPr>
        <w:t xml:space="preserve">[1:11:15] </w:t>
      </w:r>
      <w:r>
        <w:t>? to aap ne ek hi jab kaha: "la taghzab", ghussa mat karo. dekhein, matlab kya hai is ka? is ka matlab hai react na karo. ghaur karo ke kahan ghalti hui hai.</w:t>
      </w:r>
    </w:p>
    <w:p>
      <w:pPr>
        <w:jc w:val="right"/>
      </w:pPr>
      <w:r>
        <w:t>؟ تو آپ نے ایک ہی جب کہا: "لا تغضب"، غصہ مت کرو۔ دیکھیں، مطلب کیا ہے اس کا؟ اس کا مطلب ہے ری ایکٹ نہ کرو۔ غور کرو کہ کہاں غلطی ہوئی ہے۔</w:t>
      </w:r>
    </w:p>
    <w:p>
      <w:r>
        <w:rPr>
          <w:b/>
        </w:rPr>
        <w:t xml:space="preserve">[1:11:30] </w:t>
      </w:r>
      <w:r>
        <w:t>is "la taghzab" ka mani kya hai?</w:t>
      </w:r>
    </w:p>
    <w:p>
      <w:pPr>
        <w:jc w:val="right"/>
      </w:pPr>
      <w:r>
        <w:t>اس "لا تغضب" کا معنی کیا ہے؟</w:t>
      </w:r>
    </w:p>
    <w:p>
      <w:r>
        <w:rPr>
          <w:b/>
        </w:rPr>
        <w:t xml:space="preserve">[1:11:33] </w:t>
      </w:r>
      <w:r>
        <w:t>ke koi situation pesh aati hai to ghussa mat karo, bhadko mat, mushtael na ho jao, balkeh socho. soch kar ke jab socho ge to raasta raasta mil jayega.</w:t>
      </w:r>
    </w:p>
    <w:p>
      <w:pPr>
        <w:jc w:val="right"/>
      </w:pPr>
      <w:r>
        <w:t>کہ کوئی سچوئیشن پیش آتی ہے تو غصہ مت کرو، بھڑکو مت، مشتعل نہ ہو جاؤ، بلکہ سوچو۔ سوچ کر کے جب سوچو گے تو راستہ راستہ مل جائے گا۔</w:t>
      </w:r>
    </w:p>
    <w:p>
      <w:r>
        <w:rPr>
          <w:b/>
        </w:rPr>
        <w:t xml:space="preserve">[1:11:48] </w:t>
      </w:r>
      <w:r>
        <w:t>"think think think", "there must be better way".</w:t>
      </w:r>
    </w:p>
    <w:p>
      <w:pPr>
        <w:jc w:val="right"/>
      </w:pPr>
      <w:r>
        <w:t>"تھنک تھنک تھنک"، "دیر مسٹ بی بٹر وے"۔</w:t>
      </w:r>
    </w:p>
    <w:p>
      <w:r>
        <w:rPr>
          <w:b/>
        </w:rPr>
        <w:t xml:space="preserve">[1:11:54] </w:t>
      </w:r>
      <w:r>
        <w:t>aam taur par log jo hain, is is raaz ko nahi jante ke hamein apne aap ko revise karna padta hai, re assess karna padta hai.</w:t>
      </w:r>
    </w:p>
    <w:p>
      <w:pPr>
        <w:jc w:val="right"/>
      </w:pPr>
      <w:r>
        <w:t>عام طور پر لوگ جو ہیں، اس اس راز کو نہیں جانتے کہ ہمیں اپنے آپ کو ریوائز کرنا پڑتا ہے، ری ایسس کرنا پڑتا ہے۔</w:t>
      </w:r>
    </w:p>
    <w:p>
      <w:r>
        <w:rPr>
          <w:b/>
        </w:rPr>
        <w:t xml:space="preserve">[1:12:04] </w:t>
      </w:r>
      <w:r>
        <w:t>yeh bhi sabr ka ek hissa hai.</w:t>
      </w:r>
    </w:p>
    <w:p>
      <w:pPr>
        <w:jc w:val="right"/>
      </w:pPr>
      <w:r>
        <w:t>یہ بھی صبر کا ایک حصہ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