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(Al-Baqarah (The Heifer) 2 20-29 August 2, 2015</w:t>
      </w:r>
    </w:p>
    <w:p>
      <w:r>
        <w:t>https://youtu.be/HHIsKpSiODQ</w:t>
      </w:r>
    </w:p>
    <w:p>
      <w:r>
        <w:rPr>
          <w:b/>
        </w:rPr>
        <w:t xml:space="preserve">[00:11] </w:t>
      </w:r>
      <w:r>
        <w:t>bismillah hir rahman nir rahim, wa sallallahu ala nabiyil karim. rab ishrah li sadri, wa yassir li amri, wah lul uqdatan min lisani yafqahu qawli.</w:t>
      </w:r>
    </w:p>
    <w:p>
      <w:pPr>
        <w:jc w:val="right"/>
      </w:pPr>
      <w:r>
        <w:t>بسماللہ الرحمن الرحیم، وصلیاللہ علی نبیالکریم ۔ رب اشرحلی صدری ، و یسرلیام ری، واحلالعقدۃ منلسانی یفقہ قولی۔</w:t>
      </w:r>
    </w:p>
    <w:p>
      <w:r>
        <w:rPr>
          <w:b/>
        </w:rPr>
        <w:t xml:space="preserve">[00:27] </w:t>
      </w:r>
      <w:r>
        <w:t>2 August 2 0 15. aaj Surah Al Baqarah ki ayat 20 se, inshallah, dars hoga.</w:t>
      </w:r>
    </w:p>
    <w:p>
      <w:pPr>
        <w:jc w:val="right"/>
      </w:pPr>
      <w:r>
        <w:t>2 اگست 2 0 15 ۔ آج سورہ البقرہ کیآیت 20سے ،انشاءاللہ، درسہوگا۔</w:t>
      </w:r>
    </w:p>
    <w:p>
      <w:r>
        <w:rPr>
          <w:b/>
        </w:rPr>
        <w:t xml:space="preserve">[00:43] </w:t>
      </w:r>
      <w:r>
        <w:t>dars se pehle mein ek baat arz karna chahta hoon, woh yeh ke Quran kisi aasmani zabaan mein nahi hai, yeh malaika ki zabaan mein nahi hai, woh insaan ki zabaan mein hai.</w:t>
      </w:r>
    </w:p>
    <w:p>
      <w:pPr>
        <w:jc w:val="right"/>
      </w:pPr>
      <w:r>
        <w:t>درس سےپہلے میں ایک باتعرضکرناچاہتاہوں، وہیہکہ قرآن کسی آسمانیزبان میںنہیں ہے، یہ ملائ کہکیزبان میںنہیںہے، وہ انسان کیزبان میں ہے۔</w:t>
      </w:r>
    </w:p>
    <w:p>
      <w:r>
        <w:rPr>
          <w:b/>
        </w:rPr>
        <w:t xml:space="preserve">[01:01] </w:t>
      </w:r>
      <w:r>
        <w:t>jo Quran mein huroof-e-muqatta'at hain, Alif Lam Meem, Alif Lam Meem Ra waghera, to woh kya hain?</w:t>
      </w:r>
    </w:p>
    <w:p>
      <w:pPr>
        <w:jc w:val="right"/>
      </w:pPr>
      <w:r>
        <w:t>جو قرآنمیں ح روف ِمق طعاتہیں، الف لاممیم،الف لاممیمرا وغیرہ، تووہکیاہیں؟</w:t>
      </w:r>
    </w:p>
    <w:p>
      <w:r>
        <w:rPr>
          <w:b/>
        </w:rPr>
        <w:t xml:space="preserve">[01:09] </w:t>
      </w:r>
      <w:r>
        <w:t>huroof-e-tahajji hain, yani alphabets.</w:t>
      </w:r>
    </w:p>
    <w:p>
      <w:pPr>
        <w:jc w:val="right"/>
      </w:pPr>
      <w:r>
        <w:t>حروف ِتہجیہیں، یعنیالفابی ٹس۔</w:t>
      </w:r>
    </w:p>
    <w:p>
      <w:r>
        <w:rPr>
          <w:b/>
        </w:rPr>
        <w:t xml:space="preserve">[01:13] </w:t>
      </w:r>
      <w:r>
        <w:t>is baat ki alamat hai yeh ke Quran ki zabaan insaan ki zabaan hai, koi farishton ki zabaan mein nahi hai.</w:t>
      </w:r>
    </w:p>
    <w:p>
      <w:pPr>
        <w:jc w:val="right"/>
      </w:pPr>
      <w:r>
        <w:t>اسبات کی علامتہےیہکہ قرآن کیزبان انسان کیزبان ہے، کوئیفرشتوںکیزبان میںنہیںہے۔</w:t>
      </w:r>
    </w:p>
    <w:p>
      <w:r>
        <w:rPr>
          <w:b/>
        </w:rPr>
        <w:t xml:space="preserve">[01:22] </w:t>
      </w:r>
      <w:r>
        <w:t>is ka matlab hai ke insaan ki zabaan ko samajhne ke liye jo usloob ikhtiyar kiya jata hai, woh ya usloob Quran ko samajhne ke liye ikhtiyar kiya jayega.</w:t>
      </w:r>
    </w:p>
    <w:p>
      <w:pPr>
        <w:jc w:val="right"/>
      </w:pPr>
      <w:r>
        <w:t>اسکامطلبہےکہ انسان کی زبان کو سمجھنےکےلیے جو اسلوب اختیارکیاجاتاہے، وہیاسلوبقرآنکوسمجھنےکےلیےاختیارکیاجائےگا۔</w:t>
      </w:r>
    </w:p>
    <w:p>
      <w:r>
        <w:rPr>
          <w:b/>
        </w:rPr>
        <w:t xml:space="preserve">[01:34] </w:t>
      </w:r>
      <w:r>
        <w:t>misal ke taur par dekhein,</w:t>
      </w:r>
    </w:p>
    <w:p>
      <w:pPr>
        <w:jc w:val="right"/>
      </w:pPr>
      <w:r>
        <w:t>مثال کےطورپردیکھیں،</w:t>
      </w:r>
    </w:p>
    <w:p>
      <w:r>
        <w:rPr>
          <w:b/>
        </w:rPr>
        <w:t xml:space="preserve">[01:39] </w:t>
      </w:r>
      <w:r>
        <w:t>ek shakhs ek kamre mein aaye aur woh kahe ke aap kursi par ek aadmi baitha hua Quran ka dars de raha hai, dars de raha hai.</w:t>
      </w:r>
    </w:p>
    <w:p>
      <w:pPr>
        <w:jc w:val="right"/>
      </w:pPr>
      <w:r>
        <w:t>ایک شخص ایکاسکمرےمیںآئے اوروہکہے کہ آپکرسی پرایکآدمیبیٹھاہوا قرآنکا درسدےرہاہے، درسدےرہاہے۔</w:t>
      </w:r>
    </w:p>
    <w:p>
      <w:r>
        <w:rPr>
          <w:b/>
        </w:rPr>
        <w:t xml:space="preserve">[01:50] </w:t>
      </w:r>
      <w:r>
        <w:t>ab deikhein, deenake maani kiya hain? to giyo, yani kuch dena, jaisay mein yeh kisi ko doon. to is maanimien to dars nahin hai.</w:t>
      </w:r>
    </w:p>
    <w:p>
      <w:pPr>
        <w:jc w:val="right"/>
      </w:pPr>
      <w:r>
        <w:t>ابدیکھیں،دیناکےمعنیکیاہیں؟ ٹوگیو، یعنیکچھدینا، جیسےمیں یہکسی کودوں۔ تواس معنیمیںتودرسنہیںہے۔</w:t>
      </w:r>
    </w:p>
    <w:p>
      <w:r>
        <w:rPr>
          <w:b/>
        </w:rPr>
        <w:t xml:space="preserve">[02:02] </w:t>
      </w:r>
      <w:r>
        <w:t>yahan yahan deena ka jab woh hai, woh bayan karne ke maanimien, yani quran ki tafseer bayan kar raha hai. to lafz deena hai, deikhein matlab kiya hai?</w:t>
      </w:r>
    </w:p>
    <w:p>
      <w:pPr>
        <w:jc w:val="right"/>
      </w:pPr>
      <w:r>
        <w:t>یہاں یہاںدینا کاجبجوہے، وہ بیانکرنے کےمعنیمیں،یعنیقرآن کی تفسیربیانکررہاہے۔ تو لفظدیناہے، دیکھیںمطلبکیاہے؟</w:t>
      </w:r>
    </w:p>
    <w:p>
      <w:r>
        <w:rPr>
          <w:b/>
        </w:rPr>
        <w:t xml:space="preserve">[02:14] </w:t>
      </w:r>
      <w:r>
        <w:t>aik shakhs quran ki tafseer bayan kar raha hai. isi liye quran mein aik quran utara gaya hai ke la quludubru ayati.</w:t>
      </w:r>
    </w:p>
    <w:p>
      <w:pPr>
        <w:jc w:val="right"/>
      </w:pPr>
      <w:r>
        <w:t>ایکشخص قرآنکیتفسیر بیانکررہاہے۔ اسیلیےقرآنمیںایک قرآناتاراگیاہےکہل دبر آیتی۔</w:t>
      </w:r>
    </w:p>
    <w:p>
      <w:r>
        <w:rPr>
          <w:b/>
        </w:rPr>
        <w:t xml:space="preserve">[02:23] </w:t>
      </w:r>
      <w:r>
        <w:t>log ghor karein iski ayaton par. agar lafzon ko le kar baith jayenge to quran samajh mein nahin aayega.</w:t>
      </w:r>
    </w:p>
    <w:p>
      <w:pPr>
        <w:jc w:val="right"/>
      </w:pPr>
      <w:r>
        <w:t>لوگ غورکریں اسکیآیتوںپر ۔ اگر لفظوںکولےکر بیٹھجائیںگےتوقرآنسمجھمیںنہیںآئےگا۔</w:t>
      </w:r>
    </w:p>
    <w:p>
      <w:r>
        <w:rPr>
          <w:b/>
        </w:rPr>
        <w:t xml:space="preserve">[02:30] </w:t>
      </w:r>
      <w:r>
        <w:t>tadabur karenge tab samajh aayega quran. tadabur. to yeh aik bani adabi thi jo maine arz ki.</w:t>
      </w:r>
    </w:p>
    <w:p>
      <w:pPr>
        <w:jc w:val="right"/>
      </w:pPr>
      <w:r>
        <w:t>تد برکریںگےتبسمجھآئےگاقرآن۔ تد بر۔ تویہ ایک بنی ادیباتتھیجومیںنےعرضکی۔</w:t>
      </w:r>
    </w:p>
    <w:p>
      <w:r>
        <w:rPr>
          <w:b/>
        </w:rPr>
        <w:t xml:space="preserve">[02:40] </w:t>
      </w:r>
      <w:r>
        <w:t>ab chaliye woh ayaten lijiye. yak ad al barqi yakhtaf absarah.</w:t>
      </w:r>
    </w:p>
    <w:p>
      <w:pPr>
        <w:jc w:val="right"/>
      </w:pPr>
      <w:r>
        <w:t>اب چلیےوہ آیتیںلیجئے۔ یک اد البر قیختف ابصارہ ۔</w:t>
      </w:r>
    </w:p>
    <w:p>
      <w:r>
        <w:rPr>
          <w:b/>
        </w:rPr>
        <w:t xml:space="preserve">[02:49] </w:t>
      </w:r>
      <w:r>
        <w:t>yeh ayat woh hai pichhle silsile se mutalliq hai. pichhle silsile mein, yani pichhli ayaton mein jo baat kahi gayi hai, wohi judti hai yeh ayat.</w:t>
      </w:r>
    </w:p>
    <w:p>
      <w:pPr>
        <w:jc w:val="right"/>
      </w:pPr>
      <w:r>
        <w:t>یہ آیتجوہے پچھلے سلسلےسے متعلقہے۔ پچھلےسلسلےمیں ،یعنیپچھلیآیتوںمیںجوباتکہیگئیہے، وہی جڑتیہےیہآیت۔</w:t>
      </w:r>
    </w:p>
    <w:p>
      <w:r>
        <w:rPr>
          <w:b/>
        </w:rPr>
        <w:t xml:space="preserve">[02:58] </w:t>
      </w:r>
      <w:r>
        <w:t>phir se padhiye?</w:t>
      </w:r>
    </w:p>
    <w:p>
      <w:pPr>
        <w:jc w:val="right"/>
      </w:pPr>
      <w:r>
        <w:t>پھرسےپڑھیے؟</w:t>
      </w:r>
    </w:p>
    <w:p>
      <w:r>
        <w:rPr>
          <w:b/>
        </w:rPr>
        <w:t xml:space="preserve">[03:00] </w:t>
      </w:r>
      <w:r>
        <w:t>yak ad al barqi yakhtaf absarah. haan, yeh ismein barq, yani bijli itni chamak rahi hai ke ho sakta hai aisa lagta hai ke unki aankhen chali jayengi.</w:t>
      </w:r>
    </w:p>
    <w:p>
      <w:pPr>
        <w:jc w:val="right"/>
      </w:pPr>
      <w:r>
        <w:t>یک اد البرقیختف ابصارہ۔ ہاں، یہ اسمیں برق ،یعنی بجلی اتنیچمکرہیہےکہ ہو سکتاہے ایسالگتاہےکہانکی آنکھیںچلیجائیںگی۔</w:t>
      </w:r>
    </w:p>
    <w:p>
      <w:r>
        <w:rPr>
          <w:b/>
        </w:rPr>
        <w:t xml:space="preserve">[03:15] </w:t>
      </w:r>
      <w:r>
        <w:t>to yeh barish ki misaal de kar ismein wahi ko bataya gaya hai ke Allah ki wahi utri, quran utra, to aik noor hidayat ka phaila, hidayat ki roshni phaili.</w:t>
      </w:r>
    </w:p>
    <w:p>
      <w:pPr>
        <w:jc w:val="right"/>
      </w:pPr>
      <w:r>
        <w:t>تو یہ بارشکیمثالدےکراسمیں وحیکو بت ایاگیاہے کہاللہ کیوحیاتری، قرآناترا، تو ایک نور ہدایت کاپھیلا، ہدایت کیروشنیپھیلی۔</w:t>
      </w:r>
    </w:p>
    <w:p>
      <w:r>
        <w:rPr>
          <w:b/>
        </w:rPr>
        <w:t xml:space="preserve">[03:29] </w:t>
      </w:r>
      <w:r>
        <w:t>to kuch logon ko to is se hidayat mili aur kuch log aise the jo isko accept na kar sake, to tarah tarah iske khilaf baaten bolne lage.</w:t>
      </w:r>
    </w:p>
    <w:p>
      <w:pPr>
        <w:jc w:val="right"/>
      </w:pPr>
      <w:r>
        <w:t>تو کچھلوگوںکوتواسسےہدایتملی اورکچھلوگ ایسےتھے جو اسکوایکسیپٹنہکرسکے، تو طرحطرح اسکےخلاف باتیںبولنےلگے۔</w:t>
      </w:r>
    </w:p>
    <w:p>
      <w:r>
        <w:rPr>
          <w:b/>
        </w:rPr>
        <w:t xml:space="preserve">[03:43] </w:t>
      </w:r>
      <w:r>
        <w:t>inhi ke bare mein yeh baat hai ke wahi ki roshni se inko roshni nahin mili kyunke woh zehan, inka mizaj bigda hua tha.</w:t>
      </w:r>
    </w:p>
    <w:p>
      <w:pPr>
        <w:jc w:val="right"/>
      </w:pPr>
      <w:r>
        <w:t>انہیکےبارےمیںیہباتہے کہ وحیکیروشنیسے انکو روشنینہیںملی کیونکہ وہ ذہن،انکازر خبگڑاہواتھا۔</w:t>
      </w:r>
    </w:p>
    <w:p>
      <w:r>
        <w:rPr>
          <w:b/>
        </w:rPr>
        <w:t xml:space="preserve">[03:52] </w:t>
      </w:r>
      <w:r>
        <w:t>jin ko hum kehte hain munafiq, yeh inka bayan hai. to munafiq koi aisa nahin ke qadeem zamane mein koi aik firqa tha jo munafiqat karta tha.</w:t>
      </w:r>
    </w:p>
    <w:p>
      <w:pPr>
        <w:jc w:val="right"/>
      </w:pPr>
      <w:r>
        <w:t>جنکوہمکہتےہیںمنافق، یہانکا بیانہے۔ تو منافقکوئی ایسانہیںکہ قدیم زمانےمیں کوئیایک فرقہتھا جو منافقتکرتاتھا۔</w:t>
      </w:r>
    </w:p>
    <w:p>
      <w:r>
        <w:rPr>
          <w:b/>
        </w:rPr>
        <w:t xml:space="preserve">[04:03] </w:t>
      </w:r>
      <w:r>
        <w:t>nahin, har zamane mein yeh aik aik insani phenomenon hai.</w:t>
      </w:r>
    </w:p>
    <w:p>
      <w:pPr>
        <w:jc w:val="right"/>
      </w:pPr>
      <w:r>
        <w:t>نہیں،ہرزمان ےمیں یہ ایک ایک انسانی فیناومیناہے۔</w:t>
      </w:r>
    </w:p>
    <w:p>
      <w:r>
        <w:rPr>
          <w:b/>
        </w:rPr>
        <w:t xml:space="preserve">[04:08] </w:t>
      </w:r>
      <w:r>
        <w:t>yeh insaan ka aik phenomenon jo har zamane mein hota hai, hota rahega. yani jo log sachai ko dil se accept na kar payein, lekin saaf saaf inkar bhi karne ki himmat na unke andar ho, unko kehte hain munafiq.</w:t>
      </w:r>
    </w:p>
    <w:p>
      <w:pPr>
        <w:jc w:val="right"/>
      </w:pPr>
      <w:r>
        <w:t>یہ انسان کاایک فیناومیناجوہرزمان ےمیںہوتاہے، ہوتارہےگا۔ یعنیجولوگ سچائیکو دل سے ایکسیپٹنہکرپائیں، لیکن صافصافانکاربھیکرنے کیہمتنہانکےاندرہو، انکو کہتےہیں منافق۔</w:t>
      </w:r>
    </w:p>
    <w:p>
      <w:r>
        <w:rPr>
          <w:b/>
        </w:rPr>
        <w:t xml:space="preserve">[04:25] </w:t>
      </w:r>
      <w:r>
        <w:t>to na to saaf saaf inkar aur na dil se manna isko. to tarah tarah ki baaten karte hain woh</w:t>
      </w:r>
    </w:p>
    <w:p>
      <w:pPr>
        <w:jc w:val="right"/>
      </w:pPr>
      <w:r>
        <w:t>تو نہ توصاف صاف ان کار اورنہدلسےماننااسکو ۔ تو طرحطرحکیباتیںکرتےہیںوہ</w:t>
      </w:r>
    </w:p>
    <w:p>
      <w:r>
        <w:rPr>
          <w:b/>
        </w:rPr>
        <w:t xml:space="preserve">[04:32] </w:t>
      </w:r>
      <w:r>
        <w:t>. isiko kaha gaya hai ke aisa lagta hai ke roshni se unki aankhen chali jayengi, yani chakachaundh ho jayengi. yani unki aankhen ya unka mind tahammul nahin kar sakta, kar raha hai is sachai ko jo unki khwahishat ke against mein hai,</w:t>
      </w:r>
    </w:p>
    <w:p>
      <w:pPr>
        <w:jc w:val="right"/>
      </w:pPr>
      <w:r>
        <w:t>۔ اسیکوکہاگیاہےکہ ایسالگتاہےکہروشنیسےانکیآنکھیںچلیجائیںگی، یعنیچکاجودہوجائیںگی۔ یعنیانکی آنکھیں یا انکا مائنڈ تحمل نہیںکرسکتا،کررہاہے اسسچائیکو جو انکی خواہشات کے اگینسٹمیںہے،</w:t>
      </w:r>
    </w:p>
    <w:p>
      <w:r>
        <w:rPr>
          <w:b/>
        </w:rPr>
        <w:t xml:space="preserve">[04:51] </w:t>
      </w:r>
      <w:r>
        <w:t>jo unke unke jazbat hain, uske against mein hai. to tahammul nahin kar saka, usko maane to tarah tarah ki baaten karte hain. ilmunashu wafihi</w:t>
      </w:r>
    </w:p>
    <w:p>
      <w:pPr>
        <w:jc w:val="right"/>
      </w:pPr>
      <w:r>
        <w:t>جو انکے انکے ج ذباتہیں،اسکےاگینسٹمیںہے۔ تو تحملنہیںکرسکا،اسکومانےتو طرح طرحکیباتیںکرتے ہیں۔ علم اء ش وفیہ</w:t>
      </w:r>
    </w:p>
    <w:p>
      <w:r>
        <w:rPr>
          <w:b/>
        </w:rPr>
        <w:t xml:space="preserve">[05:02] </w:t>
      </w:r>
      <w:r>
        <w:t>. jab roshni hoti hai to chal padte hain. idha alayhim qamu. aur jab roshni nahin hoti to theher jaate hain.</w:t>
      </w:r>
    </w:p>
    <w:p>
      <w:pPr>
        <w:jc w:val="right"/>
      </w:pPr>
      <w:r>
        <w:t>۔جب روشنیہوتیہےتوچلپڑتےہیں۔ ا ذلم علی ہم قامو۔اورجبروشنینہہوتو ٹھہرجاتےہیں۔</w:t>
      </w:r>
    </w:p>
    <w:p>
      <w:r>
        <w:rPr>
          <w:b/>
        </w:rPr>
        <w:t xml:space="preserve">[05:11] </w:t>
      </w:r>
      <w:r>
        <w:t>yeh lafzi taur par nahin, yeh baat kahi gayi hai. yeh misaal hai ke barish ho, barish bijli chamak rahi ho to aadmi aisa karega ke jo andhi raah, roshni hui to chal pada, phir andhi raah hui to ruk gaya.</w:t>
      </w:r>
    </w:p>
    <w:p>
      <w:pPr>
        <w:jc w:val="right"/>
      </w:pPr>
      <w:r>
        <w:t>یہ لفظیطورپرنہیں،یہباتکہیگئیہے۔ یہ تمثیلہے کہ بارشہو ، بارش بجلیچمکرہیہو تو آدمیایساکرےگا کہ جو اندھیراہے، روشنیہوئیتوچلپڑا، پھراندھیراہواتورکگیا۔</w:t>
      </w:r>
    </w:p>
    <w:p>
      <w:r>
        <w:rPr>
          <w:b/>
        </w:rPr>
        <w:t xml:space="preserve">[05:26] </w:t>
      </w:r>
      <w:r>
        <w:t>aise hi inka haal hai ke kuch ayaten aisi agar inko aati hain jo inko samajh mein aati hain, jo inki khwahishat se takrati nahin hain, to aage badhte hain. kuch</w:t>
      </w:r>
    </w:p>
    <w:p>
      <w:pPr>
        <w:jc w:val="right"/>
      </w:pPr>
      <w:r>
        <w:t>ایسےہیانکاحالہے کہ کچھ آیتیںایسی اگر انکوآتیہیں جوانکیسمجھمیںآتیہیں،جوانکیخواہشاتٹکراتینہیںہیں، تو آگےبڑھتےہیں۔کچھ</w:t>
      </w:r>
    </w:p>
    <w:p>
      <w:r>
        <w:rPr>
          <w:b/>
        </w:rPr>
        <w:t xml:space="preserve">[05:36] </w:t>
      </w:r>
      <w:r>
        <w:t>jab dekhte hain ke aisi ayaten aa rahi hain, aisi baaten kahi ja rahi hain jo inko khwahishat takrati hain, jo inko galat lagti hain, to wahan par theher jaate hain, woh ruk jaate hain.</w:t>
      </w:r>
    </w:p>
    <w:p>
      <w:pPr>
        <w:jc w:val="right"/>
      </w:pPr>
      <w:r>
        <w:t>جبدیکھتےہیںکہایسی آیتیںآرہیہیں،ایسیباتیںکہیجارہیہیں جوانکو خواہشاتٹکر اتیہیں، جوانکوغلطبت اتیہیں،تو وہاںپرٹھ ہرجاتےہیں،وہرکجاتےہیں۔</w:t>
      </w:r>
    </w:p>
    <w:p>
      <w:r>
        <w:rPr>
          <w:b/>
        </w:rPr>
        <w:t xml:space="preserve">[05:48] </w:t>
      </w:r>
      <w:r>
        <w:t>yeh yeh matlab hai iska. Allah aur Allah agar chahta to unke aankh aur kaan le leta.</w:t>
      </w:r>
    </w:p>
    <w:p>
      <w:pPr>
        <w:jc w:val="right"/>
      </w:pPr>
      <w:r>
        <w:t>یہ یہمطلبہےاسکا۔ اللہ اور اللہ اگرچاہتاتوانکے آنکھاورکانلےلیتا۔</w:t>
      </w:r>
    </w:p>
    <w:p>
      <w:r>
        <w:rPr>
          <w:b/>
        </w:rPr>
        <w:t xml:space="preserve">[05:58] </w:t>
      </w:r>
      <w:r>
        <w:t>iska matlab yeh nahin ke inko andha waghera bana deta. yeh matlab nahin hai.</w:t>
      </w:r>
    </w:p>
    <w:p>
      <w:pPr>
        <w:jc w:val="right"/>
      </w:pPr>
      <w:r>
        <w:t>اسکامطلبیہنہیںکہانکو اندھاوغیرہبنادیتا۔یہمطلبنہیںہے۔</w:t>
      </w:r>
    </w:p>
    <w:p>
      <w:r>
        <w:rPr>
          <w:b/>
        </w:rPr>
        <w:t xml:space="preserve">[06:02] </w:t>
      </w:r>
      <w:r>
        <w:t>iska matlab hai ke inko aur bhi zyada gumrahi mein pad jayenge. woh kuch samajh nahin aata inko, yani condition ki aakhri hadd par. kyunke Allah yeh nahin chahta ke woh condition ki aakhri hadd tak pahunch jayen, balke inko mauqa de raha hai, mauqa de raha hai, mauqa de raha hai.</w:t>
      </w:r>
    </w:p>
    <w:p>
      <w:pPr>
        <w:jc w:val="right"/>
      </w:pPr>
      <w:r>
        <w:t>اسکامطلبہےکہانکو اور بھیزیادہ گمراہیمیں پڑجاتےہیں۔وہ کچھسمجھہینہیںآتاانکو، یعنیکنڈیشنکیآخریحدپر۔ کیونکہاللہ یہنہیںچاہتاکہوہ کنڈیشن کیآخریحد تکپہنچجائیں، بلکہانکوموقعدےرہاہے،موقعدےرہاہے،موقعدےرہاہے۔</w:t>
      </w:r>
    </w:p>
    <w:p>
      <w:r>
        <w:rPr>
          <w:b/>
        </w:rPr>
        <w:t xml:space="preserve">[06:18] </w:t>
      </w:r>
      <w:r>
        <w:t>yeh matlab hai iska. Allah sub ko mauqa deta hai, mauqa cheenta nahi. Allah har cheez par qadir hai, yani mauqa dene par bhi qadir hai, mauqa cheenne par bhi qadir hai.</w:t>
      </w:r>
    </w:p>
    <w:p>
      <w:pPr>
        <w:jc w:val="right"/>
      </w:pPr>
      <w:r>
        <w:t>یہمطلبہےاسکا ۔ ان اللہ علی کل شی قدیر ۔اللہ قادر ہےہرچیزپر ،یعنیموقعدینےپربھیقادرہے،موقعچھیننےپربھیقادرہے۔</w:t>
      </w:r>
    </w:p>
    <w:p>
      <w:r>
        <w:rPr>
          <w:b/>
        </w:rPr>
        <w:t xml:space="preserve">[06:29] </w:t>
      </w:r>
      <w:r>
        <w:t>lekin Allah mauqa cheenta nahi.</w:t>
      </w:r>
    </w:p>
    <w:p>
      <w:pPr>
        <w:jc w:val="right"/>
      </w:pPr>
      <w:r>
        <w:t>لیکن اللہ موقع چھینتانہیں۔</w:t>
      </w:r>
    </w:p>
    <w:p>
      <w:r>
        <w:rPr>
          <w:b/>
        </w:rPr>
        <w:t xml:space="preserve">[06:32] </w:t>
      </w:r>
      <w:r>
        <w:t>aur mauqa deta hai, mauqa deta hai, mauqa deta hai, aakhir waqt tak. Yahan tak ke jab insan, yani poori tarah se,</w:t>
      </w:r>
    </w:p>
    <w:p>
      <w:pPr>
        <w:jc w:val="right"/>
      </w:pPr>
      <w:r>
        <w:t>وہموقعدیتاہے،موقعدیتاہے،موقعدیتاہے، آخر وقت تک۔ یہاںتککہجبانسان ،یعنیپوریطرح سے،</w:t>
      </w:r>
    </w:p>
    <w:p>
      <w:r>
        <w:rPr>
          <w:b/>
        </w:rPr>
        <w:t xml:space="preserve">[06:43] </w:t>
      </w:r>
      <w:r>
        <w:t>poori tarah munafiqat ka rukh ikhtiyar karta hai. Munafiqat ka matlab hai ke, yani yeh jaante hue ke sachai hai, woh uska saath na dena.</w:t>
      </w:r>
    </w:p>
    <w:p>
      <w:pPr>
        <w:jc w:val="right"/>
      </w:pPr>
      <w:r>
        <w:t>پوری طرح منافقتکارخاختیارکرتاہے۔ منافقتکامعنیہےکہ، یعنی یہجانتےہوئےکہسچائیہے، وہاسکاساتھنہدینا۔</w:t>
      </w:r>
    </w:p>
    <w:p>
      <w:r>
        <w:rPr>
          <w:b/>
        </w:rPr>
        <w:t xml:space="preserve">[06:53] </w:t>
      </w:r>
      <w:r>
        <w:t>tab usko Allah ta'ala maaf kar deta hai. Ya ayyuhannasu abdu rabbakum alladhi</w:t>
      </w:r>
    </w:p>
    <w:p>
      <w:pPr>
        <w:jc w:val="right"/>
      </w:pPr>
      <w:r>
        <w:t>تب اسکواللہ تعالیمع روفکردیتاہے۔ یا ایہاالناسعبد وربکمالذی</w:t>
      </w:r>
    </w:p>
    <w:p>
      <w:r>
        <w:rPr>
          <w:b/>
        </w:rPr>
        <w:t xml:space="preserve">[07:00] </w:t>
      </w:r>
      <w:r>
        <w:t>khalakum. Ae logon! Ibadat karo Allah ki jisne tum ko paida kiya hai. Walladhina min qablikum la'allakum tattaqun. Aur tum se pichhle logon ko paida kiya hai.</w:t>
      </w:r>
    </w:p>
    <w:p>
      <w:pPr>
        <w:jc w:val="right"/>
      </w:pPr>
      <w:r>
        <w:t>خلق کم۔ اےلوگوں! عبادتکرو اللہ کی جسنےتمکو پیدا کیا ہے۔ وال ذین منقبل کملعلكمتت قون۔اورتم سے پچھلےلوگوںکوپیدا کیاہے۔</w:t>
      </w:r>
    </w:p>
    <w:p>
      <w:r>
        <w:rPr>
          <w:b/>
        </w:rPr>
        <w:t xml:space="preserve">[07:15] </w:t>
      </w:r>
      <w:r>
        <w:t>shayad tum muttaqi insan ban jao. Ab yahan par dawat shuru ho rahi hai ke dawat-e-Quran ki kya hai?</w:t>
      </w:r>
    </w:p>
    <w:p>
      <w:pPr>
        <w:jc w:val="right"/>
      </w:pPr>
      <w:r>
        <w:t>شایدتم مت قیانسانبنجاؤ۔ ابیہاںپر دعوتشروعہورہیہے کہدعوت قرآنکیکیاہے؟</w:t>
      </w:r>
    </w:p>
    <w:p>
      <w:r>
        <w:rPr>
          <w:b/>
        </w:rPr>
        <w:t xml:space="preserve">[07:25] </w:t>
      </w:r>
      <w:r>
        <w:t>woh sirf ek hai: insan Allah ki ibadat kare.</w:t>
      </w:r>
    </w:p>
    <w:p>
      <w:pPr>
        <w:jc w:val="right"/>
      </w:pPr>
      <w:r>
        <w:t>وہصرفایک ہے: انسان اللہ کی عبادتکرے۔</w:t>
      </w:r>
    </w:p>
    <w:p>
      <w:r>
        <w:rPr>
          <w:b/>
        </w:rPr>
        <w:t xml:space="preserve">[07:30] </w:t>
      </w:r>
      <w:r>
        <w:t>kyun kare? Is liye ke Allah ne paida kiya usko. Jo khaliq hai, jo malik hai, jo raziq hai, usi ka haq hai ke hum uski ibadat karen.</w:t>
      </w:r>
    </w:p>
    <w:p>
      <w:pPr>
        <w:jc w:val="right"/>
      </w:pPr>
      <w:r>
        <w:t>کیوں کرے؟اسلیےکہاللہنےپیدا کیا اسکو ۔ جو خالقہے، جو مالکہے، جو رازقہے، اسیکوحقہےکہہماسکیعبادتکریں۔</w:t>
      </w:r>
    </w:p>
    <w:p>
      <w:r>
        <w:rPr>
          <w:b/>
        </w:rPr>
        <w:t xml:space="preserve">[07:41] </w:t>
      </w:r>
      <w:r>
        <w:t>Ibadat ke maani dekhen, ibadat ki ek shakal hoti hai jis ko hum dekhte hain masjidon mein, ibadat khano mein, lekin woh woh woh asal shakal nahi hai, koi farigh asal nahi hai.</w:t>
      </w:r>
    </w:p>
    <w:p>
      <w:pPr>
        <w:jc w:val="right"/>
      </w:pPr>
      <w:r>
        <w:t>عبادتکےمعنیدیکھیں، عبادتکیایک شکلہوتیہے جسکوہم دیکھتےہیں مسجدوںمیں، عبادتخان وںمیں، لیکن وہ وہ وہیشکلاصلنہیںہے، کوئیفارغاصلنہیں۔</w:t>
      </w:r>
    </w:p>
    <w:p>
      <w:r>
        <w:rPr>
          <w:b/>
        </w:rPr>
        <w:t xml:space="preserve">[07:57] </w:t>
      </w:r>
      <w:r>
        <w:t>is farigh ke peeche jo yeh spirit hai, woh asal hai. Woh spirit kya hai? Taqwa. Yani Allah ki daryaft karna is aitbaar se ke Allah hamara khaliq hai, woh hamara raziq hai, hamara malik hai, aur phir usko apna concern banana,</w:t>
      </w:r>
    </w:p>
    <w:p>
      <w:pPr>
        <w:jc w:val="right"/>
      </w:pPr>
      <w:r>
        <w:t>اس فارغ کےپیچھے جو یہ سپرٹہے،وہ اصلہے۔ وہسپرٹکیاہے؟تقویٰ۔ یعنیاللہ کیدریا فت کرنا اساعتبارسے کہاللہ ہماراخالقہے، وہہمارا رازقہے،ہمارامالکہے، اورپھراسکواپنا کنسرنبنانا،</w:t>
      </w:r>
    </w:p>
    <w:p>
      <w:r>
        <w:rPr>
          <w:b/>
        </w:rPr>
        <w:t xml:space="preserve">[08:16] </w:t>
      </w:r>
      <w:r>
        <w:t>uska yani woh ibadat guzar ban jana.</w:t>
      </w:r>
    </w:p>
    <w:p>
      <w:pPr>
        <w:jc w:val="right"/>
      </w:pPr>
      <w:r>
        <w:t>اسکا یعنی وہ عبادتگزاربنجانا۔</w:t>
      </w:r>
    </w:p>
    <w:p>
      <w:r>
        <w:rPr>
          <w:b/>
        </w:rPr>
        <w:t xml:space="preserve">[08:20] </w:t>
      </w:r>
      <w:r>
        <w:t>jab aisa karenge to uska ek form bhi hoga, lekin jab aisa karenge to ek spirit andar aayegi insan ke.</w:t>
      </w:r>
    </w:p>
    <w:p>
      <w:pPr>
        <w:jc w:val="right"/>
      </w:pPr>
      <w:r>
        <w:t>جب ایساکریںگے تواسکاایک فارمبھیہوگا، لیکن جب ایساکریںگےتوایک سپرٹ اندرآئےگیانسانکے۔</w:t>
      </w:r>
    </w:p>
    <w:p>
      <w:r>
        <w:rPr>
          <w:b/>
        </w:rPr>
        <w:t xml:space="preserve">[08:29] </w:t>
      </w:r>
      <w:r>
        <w:t>woh spirit taqwa ki spirit hogi. Taqwa ka matlab yeh hai ke Allah se insan ko mohabbat ho jaye, Allah se insan darne lage, Allah ke aage insan apne ko accountable banane lage,</w:t>
      </w:r>
    </w:p>
    <w:p>
      <w:pPr>
        <w:jc w:val="right"/>
      </w:pPr>
      <w:r>
        <w:t>وہسپرٹتقویٰکیسپرٹہوگی۔ تقویٰکامطلبیہہے کہ اللہ سے انسانکو محبتہوجائے، اللہ سے انسان ڈرنےلگے، اللہ کےآگےانسان اپنے کو اکاؤنٹیبلبننےلگے،</w:t>
      </w:r>
    </w:p>
    <w:p>
      <w:r>
        <w:rPr>
          <w:b/>
        </w:rPr>
        <w:t xml:space="preserve">[08:43] </w:t>
      </w:r>
      <w:r>
        <w:t>accountable samajhne lage. Yeh sab hoga.</w:t>
      </w:r>
    </w:p>
    <w:p>
      <w:pPr>
        <w:jc w:val="right"/>
      </w:pPr>
      <w:r>
        <w:t>اکاؤنٹیبلسمجھنےلگے۔ یہسبہوگا۔</w:t>
      </w:r>
    </w:p>
    <w:p>
      <w:r>
        <w:rPr>
          <w:b/>
        </w:rPr>
        <w:t xml:space="preserve">[08:46] </w:t>
      </w:r>
      <w:r>
        <w:t>to pehli baat jo hai woh yeh hai ke insan daryaft kare Allah ko creator ki haisiyat se, phir daryaft kare ke wohi malik hai, wohi raziq hai, wohi dene wala hai.</w:t>
      </w:r>
    </w:p>
    <w:p>
      <w:pPr>
        <w:jc w:val="right"/>
      </w:pPr>
      <w:r>
        <w:t>تو پہلیبات جوہے وہیہہےکہانسان دریا فت کرے اللہ کو کریٹرکےحیثیتسے، پھردریافتکرےکہوہیمالکہے،وہیرازقہے، وہیدینےوالاہے۔</w:t>
      </w:r>
    </w:p>
    <w:p>
      <w:r>
        <w:rPr>
          <w:b/>
        </w:rPr>
        <w:t xml:space="preserve">[08:58] </w:t>
      </w:r>
      <w:r>
        <w:t>to phir uska ta'alluq qaim hoga Allah se ibadat ka. Jab ta'alluq qaim hoga aur ibadat guzar banega woh, to phir kya hoga?</w:t>
      </w:r>
    </w:p>
    <w:p>
      <w:pPr>
        <w:jc w:val="right"/>
      </w:pPr>
      <w:r>
        <w:t>تو پھراسکا تعلق قائمہوگااللہ سے عبادتکا ۔جب تعلققائمہوگا اورعبادتگزاربنےگاوہ، تو پھرکیاہوگا؟</w:t>
      </w:r>
    </w:p>
    <w:p>
      <w:r>
        <w:rPr>
          <w:b/>
        </w:rPr>
        <w:t xml:space="preserve">[09:09] </w:t>
      </w:r>
      <w:r>
        <w:t>uska taqwa paida hoga.</w:t>
      </w:r>
    </w:p>
    <w:p>
      <w:pPr>
        <w:jc w:val="right"/>
      </w:pPr>
      <w:r>
        <w:t>اسکا تقویٰپیدا ہوگا۔</w:t>
      </w:r>
    </w:p>
    <w:p>
      <w:r>
        <w:rPr>
          <w:b/>
        </w:rPr>
        <w:t xml:space="preserve">[09:11] </w:t>
      </w:r>
      <w:r>
        <w:t>yani woh spirit jis ko do lafzon mein kaha jata hai ke Allah se mohabbat aur Allah se khauf. Alladhi yaj'al lakum al-arda firaashan was-samaa'a binaa'.</w:t>
      </w:r>
    </w:p>
    <w:p>
      <w:pPr>
        <w:jc w:val="right"/>
      </w:pPr>
      <w:r>
        <w:t>یعنیوہ سپرٹ جسکو دولفظمیںکہاجاتاہےکہاللہ سےمحبت اور اللہ سےخوف۔ الذ یجعل کمالارضفیالاعشم والسماءبنا۔</w:t>
      </w:r>
    </w:p>
    <w:p>
      <w:r>
        <w:rPr>
          <w:b/>
        </w:rPr>
        <w:t xml:space="preserve">[09:22] </w:t>
      </w:r>
      <w:r>
        <w:t>haan, jisne zameen banai to wali farsh aur aasman ko banaya to wali chhat. Yeh farsh aur chhat yeh tafsir ki zuban hai.</w:t>
      </w:r>
    </w:p>
    <w:p>
      <w:pPr>
        <w:jc w:val="right"/>
      </w:pPr>
      <w:r>
        <w:t>ہاں، جسنے زمین بنائیتووالی فرش اور آسمان کوبنایاتووالی چھت۔ یہ فرشاورچھتیہتفسیرکیزبان ہے۔</w:t>
      </w:r>
    </w:p>
    <w:p>
      <w:r>
        <w:rPr>
          <w:b/>
        </w:rPr>
        <w:t xml:space="preserve">[09:34] </w:t>
      </w:r>
      <w:r>
        <w:t>matlab yeh jo planet earth hai, yeh bohat hi unique</w:t>
      </w:r>
    </w:p>
    <w:p>
      <w:pPr>
        <w:jc w:val="right"/>
      </w:pPr>
      <w:r>
        <w:t>مطلبیہ جو پلینٹارتھہے، یہبہتہییون یک</w:t>
      </w:r>
    </w:p>
    <w:p>
      <w:r>
        <w:rPr>
          <w:b/>
        </w:rPr>
        <w:t xml:space="preserve">[09:38] </w:t>
      </w:r>
      <w:r>
        <w:t>planet hai. Shayad duniya mein beshumar stars hain aur planets hain, lekin zameen jaisa koi nahi hai ab tak ki discovery ke mutabiq.</w:t>
      </w:r>
    </w:p>
    <w:p>
      <w:pPr>
        <w:jc w:val="right"/>
      </w:pPr>
      <w:r>
        <w:t>پلینٹہے۔ شایددنیا میں بےشمار اسٹارزہیں اور پلینٹسہیں،لیکن زمین جیساکوئینہیںہےابتککی ڈسکوریکےمطابق۔</w:t>
      </w:r>
    </w:p>
    <w:p>
      <w:r>
        <w:rPr>
          <w:b/>
        </w:rPr>
        <w:t xml:space="preserve">[09:48] </w:t>
      </w:r>
      <w:r>
        <w:t>to yeh tum ko banaya. Yani insan agar paida kar diya jata aur kuch iske liye planet earth na hoti to kya hota?</w:t>
      </w:r>
    </w:p>
    <w:p>
      <w:pPr>
        <w:jc w:val="right"/>
      </w:pPr>
      <w:r>
        <w:t>تویہتمکوبنایا۔ یعنیانسان اگر پیدا کردیا جاتا اور کچھ اسکےلیے پلینٹارتھنہہوتی توکیاہوتا؟</w:t>
      </w:r>
    </w:p>
    <w:p>
      <w:r>
        <w:rPr>
          <w:b/>
        </w:rPr>
        <w:t xml:space="preserve">[10:00] </w:t>
      </w:r>
      <w:r>
        <w:t>tamam jo universe hai phaili hui, ismein ya to stars hain jo aage aage hain, aage aage hain, ismein aap reh nahi sakte, ya planet hai jo chattan hai, khushk chattanein hain, wahan bhi nahi reh sakte.</w:t>
      </w:r>
    </w:p>
    <w:p>
      <w:pPr>
        <w:jc w:val="right"/>
      </w:pPr>
      <w:r>
        <w:t>تمام جو یونیورس ہےپھیلیہوئی، اسمیںیاتو اسٹارہیں جو آگےآگےہیں،آگےآگےہیں، اسمیںآپرہنہیںسکتے، یا پلینٹہے جو چٹانہے، خشکچٹانیںہیں،وہاںبھینہیں رہسکتے۔</w:t>
      </w:r>
    </w:p>
    <w:p>
      <w:r>
        <w:rPr>
          <w:b/>
        </w:rPr>
        <w:t xml:space="preserve">[10:16] </w:t>
      </w:r>
      <w:r>
        <w:t>to zameen ek aisa kura hai jahan hamare liye life support system hai. Yahan pani hai, yahan ghalla paida hota hai, yahan roshni hai jis ko kehte hain life support system.</w:t>
      </w:r>
    </w:p>
    <w:p>
      <w:pPr>
        <w:jc w:val="right"/>
      </w:pPr>
      <w:r>
        <w:t>تو زمین ایکایسا کرہہے جہاںہمارےلیے لائفسپورٹسسٹمہے۔ یہاں پانیہے، یہاںغ لہپیدا ہوتاہے، یہاںروشنیہے جسکو کہتےہیں لائفسپورٹسسٹم۔</w:t>
      </w:r>
    </w:p>
    <w:p>
      <w:r>
        <w:rPr>
          <w:b/>
        </w:rPr>
        <w:t xml:space="preserve">[10:30] </w:t>
      </w:r>
      <w:r>
        <w:t>tu</w:t>
      </w:r>
    </w:p>
    <w:p>
      <w:pPr>
        <w:jc w:val="right"/>
      </w:pPr>
      <w:r>
        <w:t>تو</w:t>
      </w:r>
    </w:p>
    <w:p>
      <w:r>
        <w:rPr>
          <w:b/>
        </w:rPr>
        <w:t xml:space="preserve">[10:33] </w:t>
      </w:r>
      <w:r>
        <w:t>planet Earth with life system. Yeh diya to aapko isko discover karo aur isko mano, tab tum Allah ke ibadat karnay walay bano gay.</w:t>
      </w:r>
    </w:p>
    <w:p>
      <w:pPr>
        <w:jc w:val="right"/>
      </w:pPr>
      <w:r>
        <w:t>پلینٹارتھ ود لائفسپورٹسسٹم یہ دیا تو اساسکو اسکو ڈسکورکرو اور اسکو مان و، تب تم اللہ کے عبادتکرنے والےبنوگے۔</w:t>
      </w:r>
    </w:p>
    <w:p>
      <w:r>
        <w:rPr>
          <w:b/>
        </w:rPr>
        <w:t xml:space="preserve">[10:46] </w:t>
      </w:r>
      <w:r>
        <w:t>wanzalna min al-sama min al-thmarat rizq. aur aasman say utara pani, aasman say utara pani aur phir tumharay liye rizq paida kiya.</w:t>
      </w:r>
    </w:p>
    <w:p>
      <w:pPr>
        <w:jc w:val="right"/>
      </w:pPr>
      <w:r>
        <w:t>وانزلمن السماءمن الثمرات رزق۔ اور آس مانسےاتاراپانی، آسمانسےاتاراپانی اورپھرتمہارےلیے رزقپیدا کیا۔</w:t>
      </w:r>
    </w:p>
    <w:p>
      <w:r>
        <w:rPr>
          <w:b/>
        </w:rPr>
        <w:t xml:space="preserve">[11:00] </w:t>
      </w:r>
      <w:r>
        <w:t>tu</w:t>
      </w:r>
    </w:p>
    <w:p>
      <w:pPr>
        <w:jc w:val="right"/>
      </w:pPr>
      <w:r>
        <w:t>تو</w:t>
      </w:r>
    </w:p>
    <w:p>
      <w:r>
        <w:rPr>
          <w:b/>
        </w:rPr>
        <w:t xml:space="preserve">[11:03] </w:t>
      </w:r>
      <w:r>
        <w:t>Allah ka kisi ko aik walih na banao, humsar na banao, haal ankay tum jantay ho.</w:t>
      </w:r>
    </w:p>
    <w:p>
      <w:pPr>
        <w:jc w:val="right"/>
      </w:pPr>
      <w:r>
        <w:t>اللہ کا کسی کو ایک ولنہبناؤ، ہمسرنہبناؤ، حال انکہتمجانتےہو۔</w:t>
      </w:r>
    </w:p>
    <w:p>
      <w:r>
        <w:rPr>
          <w:b/>
        </w:rPr>
        <w:t xml:space="preserve">[11:12] </w:t>
      </w:r>
      <w:r>
        <w:t>abhi yahan per dekhiye, Allah ko humain kyun khaliq manna hai? Allah ko humain kyun ilah manna hai? iski waja batayi hai.</w:t>
      </w:r>
    </w:p>
    <w:p>
      <w:pPr>
        <w:jc w:val="right"/>
      </w:pPr>
      <w:r>
        <w:t>ابیہاںپردیکھیے، اللہ کوہمیں کیوں خالق مانناہے؟اللہکوہمیںکیوں الہمانناہے؟ اسکی سبببتایاہے۔</w:t>
      </w:r>
    </w:p>
    <w:p>
      <w:r>
        <w:rPr>
          <w:b/>
        </w:rPr>
        <w:t xml:space="preserve">[11:23] </w:t>
      </w:r>
      <w:r>
        <w:t>ilah is liye manna hai ke is ne to sab kuch diya tum ko.</w:t>
      </w:r>
    </w:p>
    <w:p>
      <w:pPr>
        <w:jc w:val="right"/>
      </w:pPr>
      <w:r>
        <w:t>الہاسلیےمانناہےکہ اسینےتوسبکچھدیا تمکو۔</w:t>
      </w:r>
    </w:p>
    <w:p>
      <w:r>
        <w:rPr>
          <w:b/>
        </w:rPr>
        <w:t xml:space="preserve">[11:27] </w:t>
      </w:r>
      <w:r>
        <w:t>sab kuch denay wala wohi hai. tu jab denay wala Khuda hai to kisi aur ko kaisay ilah bana saktay ho? koi aur kaisay tumhara ilah ban sakta hai?</w:t>
      </w:r>
    </w:p>
    <w:p>
      <w:pPr>
        <w:jc w:val="right"/>
      </w:pPr>
      <w:r>
        <w:t>سبکچھ دینےوالاوہیہے۔ تو جب دینےوالاخداہےتو کسی اورکو کیسے الہبناسکتےہو ؟ کوئیاور کیسے تمہاراالہبنسکتاہے؟</w:t>
      </w:r>
    </w:p>
    <w:p>
      <w:r>
        <w:rPr>
          <w:b/>
        </w:rPr>
        <w:t xml:space="preserve">[11:40] </w:t>
      </w:r>
      <w:r>
        <w:t>yeh alfaaz batatay hain ke humain hamara, yani marifat ka process kiya hona chahiye?</w:t>
      </w:r>
    </w:p>
    <w:p>
      <w:pPr>
        <w:jc w:val="right"/>
      </w:pPr>
      <w:r>
        <w:t>یہ الفاظبتاتےہیںکہہمیں ہمارا، یعنی معرفت کا پراسیسکیاہوناچ</w:t>
      </w:r>
    </w:p>
    <w:p>
      <w:r>
        <w:rPr>
          <w:b/>
        </w:rPr>
        <w:t xml:space="preserve">[11:47] </w:t>
      </w:r>
      <w:r>
        <w:t>chahiye? marifat ka process, yani hum apnay baray mein sochay, phir khaliq ko daryaft karay, phir daryaft karay zameen ko ke hamaray liye bohat hi muafiq zameen di gayi hai.</w:t>
      </w:r>
    </w:p>
    <w:p>
      <w:pPr>
        <w:jc w:val="right"/>
      </w:pPr>
      <w:r>
        <w:t>اہیے؟ معرفتکاپراسیس، یعنیہماپنےبارےمیںسوچیں، پھرخالقکودریافتکریں، پھردریا فت کریںزمین کو کہہمارےلیےبہتہی موفقزمین دیگئیہے۔</w:t>
      </w:r>
    </w:p>
    <w:p>
      <w:r>
        <w:rPr>
          <w:b/>
        </w:rPr>
        <w:t xml:space="preserve">[11:59] </w:t>
      </w:r>
      <w:r>
        <w:t>phir daryaft karay ke kiya kiya nam thay Allah ta'ala ke? pani hai, roshni hai, phall hai, khana khanay ka saman hai. tu sari cheezain jab daryaft karay gay hum to isi daryaft ka naam</w:t>
      </w:r>
    </w:p>
    <w:p>
      <w:pPr>
        <w:jc w:val="right"/>
      </w:pPr>
      <w:r>
        <w:t>پھردریافتکریںکہکیاکیانامتھےاللہتعالیکے؟پانیہے،روشنیہے، پھلہے، کھ انا کھانےکاسامانہے۔ تو ساریچیزیںجب دریا فتکریںگےہم تواسیدریافتکانام</w:t>
      </w:r>
    </w:p>
    <w:p>
      <w:r>
        <w:rPr>
          <w:b/>
        </w:rPr>
        <w:t xml:space="preserve">[12:11] </w:t>
      </w:r>
      <w:r>
        <w:t>hai marifat. isi marifat se niklay ga woh sara jazba jis ko ibadat kaha jata hai. wa in kuntum fi rabb mimma nazzalna 'ala 'abdina.</w:t>
      </w:r>
    </w:p>
    <w:p>
      <w:pPr>
        <w:jc w:val="right"/>
      </w:pPr>
      <w:r>
        <w:t>ہےمعرفت ۔ اسی معرفتسے نکلےگا وہ سارا جذبہجسکو عبادتکہاجاتاہے۔ و انکنتم فی رب مما نزلناعلی عبد نا۔</w:t>
      </w:r>
    </w:p>
    <w:p>
      <w:r>
        <w:rPr>
          <w:b/>
        </w:rPr>
        <w:t xml:space="preserve">[12:23] </w:t>
      </w:r>
      <w:r>
        <w:t>abhi yeh Quran ki baat aa gayi, yani Quran mein yeh taleem di gayi hai, yeh nazariya hayat bataya gaya hai.</w:t>
      </w:r>
    </w:p>
    <w:p>
      <w:pPr>
        <w:jc w:val="right"/>
      </w:pPr>
      <w:r>
        <w:t>ابیہقرآنکیباتآگئی،یعنیقرآنمیںیہتعلیم دیگئیہے، یہ نظریہحیات بتایاگیاہے۔</w:t>
      </w:r>
    </w:p>
    <w:p>
      <w:r>
        <w:rPr>
          <w:b/>
        </w:rPr>
        <w:t xml:space="preserve">[12:31] </w:t>
      </w:r>
      <w:r>
        <w:t>tu agar tum ko shakk ho Quran per, shakk ka matlab yeh hai ke Quran is tarah nahi utra ke koi aasman se hum dekhein, aankh se ke koi utar raha hai, utar raha hai, koi farishtay la kar ke de diya kitab.</w:t>
      </w:r>
    </w:p>
    <w:p>
      <w:pPr>
        <w:jc w:val="right"/>
      </w:pPr>
      <w:r>
        <w:t>تواگر تم کو شک ہوقرآنپر ،شک کامطلبیہہے کہ قرآناسطرحنہیں اترا کہکوئی آسمان سےہمدیکھیں،آنکھسے کہکوئیاتررہاہے،اتررہاہے،کوئیفرشتہ لاکرکےدےدیاکتاب ۔</w:t>
      </w:r>
    </w:p>
    <w:p>
      <w:r>
        <w:rPr>
          <w:b/>
        </w:rPr>
        <w:t xml:space="preserve">[12:44] </w:t>
      </w:r>
      <w:r>
        <w:t>aisa nahi hota, balkay woh aik insani waqea hai. yani aik paighambar kehta hai ke mujh per wahi aa rahi hai aur woh wahi Quran hai.</w:t>
      </w:r>
    </w:p>
    <w:p>
      <w:pPr>
        <w:jc w:val="right"/>
      </w:pPr>
      <w:r>
        <w:t>ایسانہیںہوتا، بل کہوہ ایک انسین واقع ہہے۔ یعنیایک پیغمبرکہتاہےکہمجھپروحیاتریہے اوروہ وحی قرآنہے۔</w:t>
      </w:r>
    </w:p>
    <w:p>
      <w:r>
        <w:rPr>
          <w:b/>
        </w:rPr>
        <w:t xml:space="preserve">[12:56] </w:t>
      </w:r>
      <w:r>
        <w:t>tu aik insani waqea hai.</w:t>
      </w:r>
    </w:p>
    <w:p>
      <w:pPr>
        <w:jc w:val="right"/>
      </w:pPr>
      <w:r>
        <w:t>توایک انسین واقعہیہہے۔</w:t>
      </w:r>
    </w:p>
    <w:p>
      <w:r>
        <w:rPr>
          <w:b/>
        </w:rPr>
        <w:t xml:space="preserve">[12:58] </w:t>
      </w:r>
      <w:r>
        <w:t>is mein logon ko shakk hota tha ke pata nahi kiya baat hai. tu farmaya ke agar tum ko shakk hai is Quran per ke Allah ki taraf se hai ke nahi hai, to is ki aik jaanch hai.</w:t>
      </w:r>
    </w:p>
    <w:p>
      <w:pPr>
        <w:jc w:val="right"/>
      </w:pPr>
      <w:r>
        <w:t>اسمیںلوگوںکوشکہوتاتھاکہپتہنہیں کیاباتہے۔ تو فرمایاکہاگر تم کوشک ہے اسقرآنپر کہاللہ کیطرف سےہےکہنہیںہے، تو اسکیایک جانچہے۔</w:t>
      </w:r>
    </w:p>
    <w:p>
      <w:r>
        <w:rPr>
          <w:b/>
        </w:rPr>
        <w:t xml:space="preserve">[13:10] </w:t>
      </w:r>
      <w:r>
        <w:t>is ko jaanch kar ke dekh lo, woh kiya hai? Quran jaisi kitab koi insan nahi bana sakta. is ka matlab kiya hai?</w:t>
      </w:r>
    </w:p>
    <w:p>
      <w:pPr>
        <w:jc w:val="right"/>
      </w:pPr>
      <w:r>
        <w:t>اسکوجانچکرکےدیکھلو، وہکیاہے؟ قرآن جیسی کتاب کوئیانساننہیںبناسکتا۔ اسکامطلبکیاہے؟</w:t>
      </w:r>
    </w:p>
    <w:p>
      <w:r>
        <w:rPr>
          <w:b/>
        </w:rPr>
        <w:t xml:space="preserve">[13:22] </w:t>
      </w:r>
      <w:r>
        <w:t>dekhiye, is per mein ne tafseel se likha hai aap ki kitabon mein</w:t>
      </w:r>
    </w:p>
    <w:p>
      <w:pPr>
        <w:jc w:val="right"/>
      </w:pPr>
      <w:r>
        <w:t>دیکھیے، اسپر میں نے تفصیل سےلکھاہےآپکیکتاب وںمیں</w:t>
      </w:r>
    </w:p>
    <w:p>
      <w:r>
        <w:rPr>
          <w:b/>
        </w:rPr>
        <w:t xml:space="preserve">[13:27] </w:t>
      </w:r>
      <w:r>
        <w:t>ke Quran aik aisi kitab hai jo ab se taqreeban deyrh hazar saal per utri. Quran ke siwa koi aisi kitab nahi hai jis ke statements ab tak valid hon.</w:t>
      </w:r>
    </w:p>
    <w:p>
      <w:pPr>
        <w:jc w:val="right"/>
      </w:pPr>
      <w:r>
        <w:t>کہقرآن ایک ایسیکتاب ہے جو ابسے تقریباً ڈیڑھہزارسال پر پڑیاتری۔ قرآن کےسواکوئیایسیکتاب نہیں ہے جسکے اسٹیٹمنٹ ابتکویلڈہوں۔</w:t>
      </w:r>
    </w:p>
    <w:p>
      <w:r>
        <w:rPr>
          <w:b/>
        </w:rPr>
        <w:t xml:space="preserve">[13:41] </w:t>
      </w:r>
      <w:r>
        <w:t>yani lambay muddat guzarne ke baad bhi is ke tamam statements valid hain. Quran mein dekhiye, history ke baray mein kayi references hain, science ke baray mein kayi references hain,</w:t>
      </w:r>
    </w:p>
    <w:p>
      <w:pPr>
        <w:jc w:val="right"/>
      </w:pPr>
      <w:r>
        <w:t>یعنیلمبےمدتگزرنےکےبعد بھیاسکےتمام اسٹیٹمنٹویلڈہیں۔ قرآنمیںدیکھیے، ہسٹریکےبارےمیں کئیریفر نسزہیں، سائنسکےبارےمیںکئیریفر نسزہیں،</w:t>
      </w:r>
    </w:p>
    <w:p>
      <w:r>
        <w:rPr>
          <w:b/>
        </w:rPr>
        <w:t xml:space="preserve">[13:54] </w:t>
      </w:r>
      <w:r>
        <w:t>jo mukhtalif qism ke jo disciplines hain, woh woh un ke baray mein references hain. lekin aaj tak woh references apni validity ko baqi rakhi hui hain.</w:t>
      </w:r>
    </w:p>
    <w:p>
      <w:pPr>
        <w:jc w:val="right"/>
      </w:pPr>
      <w:r>
        <w:t>جو مختلف قسم کے جو ڈسپلنہیں، وہ وہ انکےبارےمیںریفر نسزہیں۔ لیکن آجتک وہ ریفر نسز اپنی ویلڈٹیکو باقیرکھیہوئیہیں۔</w:t>
      </w:r>
    </w:p>
    <w:p>
      <w:r>
        <w:rPr>
          <w:b/>
        </w:rPr>
        <w:t xml:space="preserve">[14:08] </w:t>
      </w:r>
      <w:r>
        <w:t>is mein koi farq nahi aaya. tu koi koi insan aisi kitab nahi likh sakta jo kitab itni lambi muddat tak apni validity ko baqi rakhi hui ho.</w:t>
      </w:r>
    </w:p>
    <w:p>
      <w:pPr>
        <w:jc w:val="right"/>
      </w:pPr>
      <w:r>
        <w:t>اسمیںکوئیفرقنہیںآیا۔ تو کوئی کوئیانسان ایسیکتاب نہیں لکھسکتا جو کتاب اتنیلمبیمد تتک اپنی ویلڈٹیکوباقیرکھیہوئیہو۔</w:t>
      </w:r>
    </w:p>
    <w:p>
      <w:r>
        <w:rPr>
          <w:b/>
        </w:rPr>
        <w:t xml:space="preserve">[14:21] </w:t>
      </w:r>
      <w:r>
        <w:t>kuch dinon ke baad khatam ho jata hai.</w:t>
      </w:r>
    </w:p>
    <w:p>
      <w:pPr>
        <w:jc w:val="right"/>
      </w:pPr>
      <w:r>
        <w:t>کچھدنوںکےبعد ختمہوجاتا ہے۔</w:t>
      </w:r>
    </w:p>
    <w:p>
      <w:r>
        <w:rPr>
          <w:b/>
        </w:rPr>
        <w:t xml:space="preserve">[14:23] </w:t>
      </w:r>
      <w:r>
        <w:t>aisi zaban bhi dekhiye, Quran ki zaban jo hai, deyrh hazar saal se waisi ki waisi hai. duniya mein koi zaban aisi nahi hai jo deyrh hazar saal se waisi ki waisi baqi ho. tamam zabanein badal gayeen.</w:t>
      </w:r>
    </w:p>
    <w:p>
      <w:pPr>
        <w:jc w:val="right"/>
      </w:pPr>
      <w:r>
        <w:t>ایسی زبان بھیدیکھیے، قرآنکیزبان جوہے، ڈیڑھہزارسالسےویسیکیویسیہے۔ دنیا میںکوئی زبان ایسینہیںہے جو ڈیڑھہزارسالسے ویسیکیویسیباقیہو۔تمام زبان یںبدلگئیں۔</w:t>
      </w:r>
    </w:p>
    <w:p>
      <w:r>
        <w:rPr>
          <w:b/>
        </w:rPr>
        <w:t xml:space="preserve">[14:37] </w:t>
      </w:r>
      <w:r>
        <w:t>tamam zaban ain, jo zaban angrez,misaltu ang rez,angrezi zaban jo hai,misal ke oopar jo zaban bolte the, cha asar ya shakespeare, woh zaban nahi hai. aaj aaj mukhtalif ho chuki hai.</w:t>
      </w:r>
    </w:p>
    <w:p>
      <w:pPr>
        <w:jc w:val="right"/>
      </w:pPr>
      <w:r>
        <w:t>تمام زبان یں، جو زبان انگریز،مثالتو انگ ریز،انگریزیزبان جوہے،مثالکےاوپر جو زبان بولتےتھے، چ اثر یا شکسپیر، وہ زبان نہیںہے۔آجآجمختلف ہوچکیہے۔</w:t>
      </w:r>
    </w:p>
    <w:p>
      <w:r>
        <w:rPr>
          <w:b/>
        </w:rPr>
        <w:t xml:space="preserve">[14:50] </w:t>
      </w:r>
      <w:r>
        <w:t>halankeh shakespeare ka zamana sirf teen sau saal hai, cha asar cha asar ka zamana paanch sau saal hai, aur aur arabi zaban dedh hazar saal se waisi ki waisi hai.</w:t>
      </w:r>
    </w:p>
    <w:p>
      <w:pPr>
        <w:jc w:val="right"/>
      </w:pPr>
      <w:r>
        <w:t>حالانکہ شکسپیرکازمانہصرفتینسوسالہے، چا ثرچاثرکازمانہپانچسوسالہے، اور اور عربیزبان ڈیڑھہزارسالسےویسیکیویسیہے۔</w:t>
      </w:r>
    </w:p>
    <w:p>
      <w:r>
        <w:rPr>
          <w:b/>
        </w:rPr>
        <w:t xml:space="preserve">[15:01] </w:t>
      </w:r>
      <w:r>
        <w:t>yani jo zaban bolte the rasool Allah, sahaba, woh hi zaban aaj bhi boli jati hai, woh hi samjhi jati hai, woh hi is hi zaban mein aaj bhi kitaben likhi jati hain.</w:t>
      </w:r>
    </w:p>
    <w:p>
      <w:pPr>
        <w:jc w:val="right"/>
      </w:pPr>
      <w:r>
        <w:t>یعنیجو زبان بولتےتھے رسولاللہ ،صحابہ، وہیزبان آجبھیبولیجاتیہے،وہیسمجھیجاتیہے، وہی اسیزبان میںآجبھی کتاب یںلکھیجاتیہیں۔</w:t>
      </w:r>
    </w:p>
    <w:p>
      <w:r>
        <w:rPr>
          <w:b/>
        </w:rPr>
        <w:t xml:space="preserve">[15:12] </w:t>
      </w:r>
      <w:r>
        <w:t>mamooli farq hai, is mamooli farq ko zaman e ke lihaz se hoga. masalan telephone zaban mein nahi tha, to ab ek lafz ka izafa ho jayega.</w:t>
      </w:r>
    </w:p>
    <w:p>
      <w:pPr>
        <w:jc w:val="right"/>
      </w:pPr>
      <w:r>
        <w:t>معمولیفرقہے، اس معمولیفرقکو تو زمان ےکےلحاظسےہوگا۔ مثلاً ٹیلیفونزبان میںنہیںتھا، توابایکلفظ کا اضاف ہہوجائےگا۔</w:t>
      </w:r>
    </w:p>
    <w:p>
      <w:r>
        <w:rPr>
          <w:b/>
        </w:rPr>
        <w:t xml:space="preserve">[15:24] </w:t>
      </w:r>
      <w:r>
        <w:t>arabi mein kehte hain telephone, aur arabi mein kehte the hatif. to aisa hota hai, asal zaban to wohi koi hai, asal zaban mein koi farq nahi hai.</w:t>
      </w:r>
    </w:p>
    <w:p>
      <w:pPr>
        <w:jc w:val="right"/>
      </w:pPr>
      <w:r>
        <w:t>عربیمیںکہتےہیںتلف ون، اور عربیمیںکہاتھاحاتف۔ توایساہوتاہے، اصلزبان تووہیکوئیہے، اصلزبان میںکوئیفرقنہیںہے۔</w:t>
      </w:r>
    </w:p>
    <w:p>
      <w:r>
        <w:rPr>
          <w:b/>
        </w:rPr>
        <w:t xml:space="preserve">[15:35] </w:t>
      </w:r>
      <w:r>
        <w:t>to yeh is baat ka saboot hai keh yeh koi insani kitab nahi hai.</w:t>
      </w:r>
    </w:p>
    <w:p>
      <w:pPr>
        <w:jc w:val="right"/>
      </w:pPr>
      <w:r>
        <w:t>تو یہاسباتکاثبوتہے کہیہکوئیانسانیکتاب نہیںہے۔</w:t>
      </w:r>
    </w:p>
    <w:p>
      <w:r>
        <w:rPr>
          <w:b/>
        </w:rPr>
        <w:t xml:space="preserve">[15:47] </w:t>
      </w:r>
      <w:r>
        <w:t>to agar tum ko shakk hai keh yeh quran khuda ki kitab hai keh nahi, to aise hi ek quran bana ke lao, aise hi ek quran jo apni apni apni zaban ko, apne mani ko baqi rakhe itni lambi muddat tak.</w:t>
      </w:r>
    </w:p>
    <w:p>
      <w:pPr>
        <w:jc w:val="right"/>
      </w:pPr>
      <w:r>
        <w:t>تواگرتم کو شک ہےکہیہقرآنخداکیکتاب ہےکہنہیں ،تو ایسےہیایکقرآنبناکےلاؤ، ایسےہیایکقرآن جو اپنی اپنی اپنی زبان کو ، اپنے معنیکو باقیرکھ ےات نی لمبیمدتتک۔</w:t>
      </w:r>
    </w:p>
    <w:p>
      <w:r>
        <w:rPr>
          <w:b/>
        </w:rPr>
        <w:t xml:space="preserve">[16:07] </w:t>
      </w:r>
      <w:r>
        <w:t>to tum yeh aesa nahi kar sakoge, chahe tum tumhare bahut se helper ikattha kar lo, tab bhi. wadushuhadaa mindon allah inkuntum sadiqeen.</w:t>
      </w:r>
    </w:p>
    <w:p>
      <w:pPr>
        <w:jc w:val="right"/>
      </w:pPr>
      <w:r>
        <w:t>تو تم ہیںایسانہیںکرسکوگے،چاہےتم تمہارےبہتسےہیلپراکٹھاکرلو،تببھی ۔ودوشہداء مندون اللہ انکنتم صادقین۔</w:t>
      </w:r>
    </w:p>
    <w:p>
      <w:r>
        <w:rPr>
          <w:b/>
        </w:rPr>
        <w:t xml:space="preserve">[16:17] </w:t>
      </w:r>
      <w:r>
        <w:t>yahan shuhada hamara helper hai, lao jo helper tumhare paas ho, apne helper ko bulao, allah ke sath. to tum kamyab nahi hoge aesi kitab banane mein.</w:t>
      </w:r>
    </w:p>
    <w:p>
      <w:pPr>
        <w:jc w:val="right"/>
      </w:pPr>
      <w:r>
        <w:t>یہاںشہداءہماراہیلپرہے، لاؤ جوہیلپرتمہارےپاسہو ، اپنےہیلپرکوبلاؤ، اللہ کے ساتھ ۔تو تم کامیابنہیں ہوگئےایسی کتاب بنانےمیں۔</w:t>
      </w:r>
    </w:p>
    <w:p>
      <w:r>
        <w:rPr>
          <w:b/>
        </w:rPr>
        <w:t xml:space="preserve">[16:35] </w:t>
      </w:r>
      <w:r>
        <w:t>tareekh mein aesi misalen hain keh kuch logon ne quran jaisi kitab likhne ki koshish ki. masalan qadeem zaman e mein rasool Allah ke zaman e mein ek tha musaibah, us ne chaha keh quran jaisi ek kitab likhe, lekin woh fail ho gaya.</w:t>
      </w:r>
    </w:p>
    <w:p>
      <w:pPr>
        <w:jc w:val="right"/>
      </w:pPr>
      <w:r>
        <w:t>تاریخ میں ایسیمثالیںہیں کہکچھلوگوںنے قرآنجیسیکتاب لکھنےکیکوششکی۔ مثلاً قدیمزمان ےمیں رسولاللہکےزمانےمیںایکتھا مصائبہ، اسنےچاہاکہ قرآنجیسیایککتاب لکھ ے،لیکنوہفیل ہوگیا۔</w:t>
      </w:r>
    </w:p>
    <w:p>
      <w:r>
        <w:rPr>
          <w:b/>
        </w:rPr>
        <w:t xml:space="preserve">[16:50] </w:t>
      </w:r>
      <w:r>
        <w:t>baad ke zaman e mein ek tha ibn waqfah, us ne bhi likhne ki koshish ki quran jaisi ek kitab, lekin woh fail ho gaya. to quran ek ajibo gharib kitab hai jo bilkul sada, bilkul sada kitab lagti hai. sada,</w:t>
      </w:r>
    </w:p>
    <w:p>
      <w:pPr>
        <w:jc w:val="right"/>
      </w:pPr>
      <w:r>
        <w:t>بعد کےزمان ےمیںایکتھا ابن وق فہ، اسنےبھیلکھ نےکی کوششکیقرآنجیسیایککتاب ،لیکنوہفیل ہوگیا۔ تو قرآن ایک عجیبوغریبکتاب ہے جو بالکل سادہ،بال کلسادہکتاب لگتیہے۔سادہ،</w:t>
      </w:r>
    </w:p>
    <w:p>
      <w:r>
        <w:rPr>
          <w:b/>
        </w:rPr>
        <w:t xml:space="preserve">[17:08] </w:t>
      </w:r>
      <w:r>
        <w:t>har aadmi samajh sakta hai is ko, lekin is ke bawajood woh bahut hi anokhi kitab hai. ek moajazah maloom hota hai, jo bhi jo bhi padhega, us ko moajazah maloom hoga.</w:t>
      </w:r>
    </w:p>
    <w:p>
      <w:pPr>
        <w:jc w:val="right"/>
      </w:pPr>
      <w:r>
        <w:t>ہرآدمیسمجھسکتاہےاسکو، لیکناسکےباوجود وہبہت ہی انوکھیکتاب ہے۔ ایک معجزہمعلومہوتاہے، جوبھی جوبھیپڑھےگا،اسکو معجزہمعلومہوگا۔</w:t>
      </w:r>
    </w:p>
    <w:p>
      <w:r>
        <w:rPr>
          <w:b/>
        </w:rPr>
        <w:t xml:space="preserve">[17:21] </w:t>
      </w:r>
      <w:r>
        <w:t>jaise misal ke taur par dekhiye, harbury ek angrez tha, woh morocco gaya, wahan kisi hotel mein thehra.</w:t>
      </w:r>
    </w:p>
    <w:p>
      <w:pPr>
        <w:jc w:val="right"/>
      </w:pPr>
      <w:r>
        <w:t>جیسےمثالکےطورپردیکھیے، ہاربریایکانگ ریزتھا، وہمراکشگیا، وہاں کسیہوٹلمیںٹھہرا۔</w:t>
      </w:r>
    </w:p>
    <w:p>
      <w:r>
        <w:rPr>
          <w:b/>
        </w:rPr>
        <w:t xml:space="preserve">[17:31] </w:t>
      </w:r>
      <w:r>
        <w:t>to mile hue kamre mein ek arab wahan muqeem tha, us ne quran ki tilawat is par</w:t>
      </w:r>
    </w:p>
    <w:p>
      <w:pPr>
        <w:jc w:val="right"/>
      </w:pPr>
      <w:r>
        <w:t>تو ملےہوئے کمرےمیںایکعرب وہاں مقیمتھا، اسنے قرآنکیتلاوت اسپر</w:t>
      </w:r>
    </w:p>
    <w:p>
      <w:r>
        <w:rPr>
          <w:b/>
        </w:rPr>
        <w:t xml:space="preserve">[17:45] </w:t>
      </w:r>
      <w:r>
        <w:t>, woh cassette bajane laga apne kamre mein. kis ne suna? harbury ne</w:t>
      </w:r>
    </w:p>
    <w:p>
      <w:pPr>
        <w:jc w:val="right"/>
      </w:pPr>
      <w:r>
        <w:t>،وہکا ٹیپس بجانےلگااپنےکمرےمیں۔ کسنےسنا؟ہاربرینے</w:t>
      </w:r>
    </w:p>
    <w:p>
      <w:r>
        <w:rPr>
          <w:b/>
        </w:rPr>
        <w:t xml:space="preserve">[17:51] </w:t>
      </w:r>
      <w:r>
        <w:t>. to us ko laga keh yeh deaf front type ka kalam hai, yani mirror sound word front. to us ne kaha keh yeh to koi aur hi kitab maloom hoti hai.</w:t>
      </w:r>
    </w:p>
    <w:p>
      <w:pPr>
        <w:jc w:val="right"/>
      </w:pPr>
      <w:r>
        <w:t>۔ تواسکولگاکہیہڈفرنٹ ٹائپکاکلامہے، یعنیمیرز ساؤنڈوارڈفرنٹ۔ تو اسنےکہاکہ یہتوکوئی اورہیکتاب معلومہوتیہے۔</w:t>
      </w:r>
    </w:p>
    <w:p>
      <w:r>
        <w:rPr>
          <w:b/>
        </w:rPr>
        <w:t xml:space="preserve">[18:02] </w:t>
      </w:r>
      <w:r>
        <w:t>to phir us ne tehqeeq ki to maloom hua keh yeh to quran tha. phir us ne arabi zaban seekhi, arabi zaban seekh kar quran ko samjha. phir us ne angrezi mein is ek quran ka tarjuma kiya.</w:t>
      </w:r>
    </w:p>
    <w:p>
      <w:pPr>
        <w:jc w:val="right"/>
      </w:pPr>
      <w:r>
        <w:t>توپھراسنےتحقیقکیتومعلومہواکہیہتوقرآنتھا۔ پھراسنےعربیزبان سیکھی، عربیزبان سیکھکرقرآنکوسمجھا۔ پھراسنےانگریزیمیں اس ایکقرآنکاترجمہکیا۔</w:t>
      </w:r>
    </w:p>
    <w:p>
      <w:r>
        <w:rPr>
          <w:b/>
        </w:rPr>
        <w:t xml:space="preserve">[18:14] </w:t>
      </w:r>
      <w:r>
        <w:t>to quran ka jo mukhtalif zaban, mukhtalif usloob, mukhtalif awaz, yeh sab jo cheezen hain, yeh insaan ko majboor karti hain sochne ke liye keh yeh insani kalam nahi hai.</w:t>
      </w:r>
    </w:p>
    <w:p>
      <w:pPr>
        <w:jc w:val="right"/>
      </w:pPr>
      <w:r>
        <w:t>تو قرآنکاجو مختلف زبان ،مختلف اسلوب ،مختلف آواز، یہسبجوچیزیںہیں، یہ انسانکو مجبورکرتیہیں سوچنےکےلیے کہ یہانسانیکلامنہیںہے۔</w:t>
      </w:r>
    </w:p>
    <w:p>
      <w:r>
        <w:rPr>
          <w:b/>
        </w:rPr>
        <w:t xml:space="preserve">[18:33] </w:t>
      </w:r>
      <w:r>
        <w:t>fana taf aluna taf aluna</w:t>
      </w:r>
    </w:p>
    <w:p>
      <w:pPr>
        <w:jc w:val="right"/>
      </w:pPr>
      <w:r>
        <w:t>فان تفعلونتف علون</w:t>
      </w:r>
    </w:p>
    <w:p>
      <w:r>
        <w:rPr>
          <w:b/>
        </w:rPr>
        <w:t xml:space="preserve">[18:39] </w:t>
      </w:r>
      <w:r>
        <w:t>. tum aesa nahi kar sakoge, yani quran jaisi kitab nahi bana paoge. to daro us aag se jis ka indhan banenge insaan aur pathar.</w:t>
      </w:r>
    </w:p>
    <w:p>
      <w:pPr>
        <w:jc w:val="right"/>
      </w:pPr>
      <w:r>
        <w:t>۔ تمای سا نہیں کرسکوگے، یعنیقرآنجیسیکتاب نہیںبناپاؤگے۔ تو ڈرو اس آگسے جسکا ایندھنبنیںگے انسان اور پتھر ۔</w:t>
      </w:r>
    </w:p>
    <w:p>
      <w:r>
        <w:rPr>
          <w:b/>
        </w:rPr>
        <w:t xml:space="preserve">[18:53] </w:t>
      </w:r>
      <w:r>
        <w:t>is ka matlab yeh nahi keh sach much pathar pe jal jayenge</w:t>
      </w:r>
    </w:p>
    <w:p>
      <w:pPr>
        <w:jc w:val="right"/>
      </w:pPr>
      <w:r>
        <w:t>اسکامطلبیہنہیںکہسچمچپتھرپہجلاجائیںگ</w:t>
      </w:r>
    </w:p>
    <w:p>
      <w:r>
        <w:rPr>
          <w:b/>
        </w:rPr>
        <w:t xml:space="preserve">[18:56] </w:t>
      </w:r>
      <w:r>
        <w:t>. yeh usloob kehne ka matlab hai keh agar tum itne khule khule nishaniyon ke bawajood na mano, to phir yaad rakho, is ke baad tumhari pakad hogi aur tum ko sakht saza milegi.</w:t>
      </w:r>
    </w:p>
    <w:p>
      <w:pPr>
        <w:jc w:val="right"/>
      </w:pPr>
      <w:r>
        <w:t>ے۔ یہ اسلوب کہنےکا مطلبہےکہاگرتم اتنےکھلےکھلے نش انی وںکےباوجود نہ مانو، توپھریادرکھو،اسکےبعد تمہاریپکڑہوگی اور تم کوسختسزاملےگی۔</w:t>
      </w:r>
    </w:p>
    <w:p>
      <w:r>
        <w:rPr>
          <w:b/>
        </w:rPr>
        <w:t xml:space="preserve">[19:10] </w:t>
      </w:r>
      <w:r>
        <w:t>waadatul lil kafireen. haan, woh woh aag, woh aag jo tayyar ki gayi hai kafir munkir ke liye. munkir in ke mani kiya</w:t>
      </w:r>
    </w:p>
    <w:p>
      <w:pPr>
        <w:jc w:val="right"/>
      </w:pPr>
      <w:r>
        <w:t>وعدتلل کافرین۔ ہاں، وہ وہ آگ، وہ آگجو تیار کیگئیہے کافر منکرینکےلیے۔ منکر ینکےمعنیکیا</w:t>
      </w:r>
    </w:p>
    <w:p>
      <w:r>
        <w:rPr>
          <w:b/>
        </w:rPr>
        <w:t xml:space="preserve">[19:21] </w:t>
      </w:r>
      <w:r>
        <w:t>hain? munkir koi qaum nahi hai, yani jo haqeeqat ko wazeh taur par samne aane ke bawajood jo us ko na mane, uska inkar kare, un ke liye tayyar ki gayi hai.</w:t>
      </w:r>
    </w:p>
    <w:p>
      <w:pPr>
        <w:jc w:val="right"/>
      </w:pPr>
      <w:r>
        <w:t>ہیں؟منکر کوئیقومنہیںہے، یعنیجو حقیقت کو واضحطورپر سامنےآنےکےباوجود جو اسکونہمانے،اسکاانکارکرے، انکےلیےتیارکیگئیہے۔</w:t>
      </w:r>
    </w:p>
    <w:p>
      <w:r>
        <w:rPr>
          <w:b/>
        </w:rPr>
        <w:t xml:space="preserve">[19:33] </w:t>
      </w:r>
      <w:r>
        <w:t>wa bashir allatheena amanoo wa amilus salihaat. aur basharat de do, khushkhabri de do un logon ko jo iman laye aur amal saleh kiya.</w:t>
      </w:r>
    </w:p>
    <w:p>
      <w:pPr>
        <w:jc w:val="right"/>
      </w:pPr>
      <w:r>
        <w:t>وب شر الذ ینآمنوا وعملواالصالحات ۔ اور بش ارتدےدو،خوشخبریدےدو انلوگوںکو جو ایمان لائے اور عمل صالحکیا۔</w:t>
      </w:r>
    </w:p>
    <w:p>
      <w:r>
        <w:rPr>
          <w:b/>
        </w:rPr>
        <w:t xml:space="preserve">[19:46] </w:t>
      </w:r>
      <w:r>
        <w:t>anjannat tajri min tahtihim ul anhar. lahum fiha min kulli thamarati ar rizq. 'ilma' arzuqamunha min thamarati ar rizq.</w:t>
      </w:r>
    </w:p>
    <w:p>
      <w:pPr>
        <w:jc w:val="right"/>
      </w:pPr>
      <w:r>
        <w:t>انجناتتجریمنتحت۔انکےلیے جن ت ہیں کہ باغاتہیں جسمیںنہریںجاریہوںگی۔ علم اءرزقوامنہامن ثمرۃ الرزق۔</w:t>
      </w:r>
    </w:p>
    <w:p>
      <w:r>
        <w:rPr>
          <w:b/>
        </w:rPr>
        <w:t xml:space="preserve">[19:57] </w:t>
      </w:r>
      <w:r>
        <w:t>to dekhiye, yahan par imaan aur misaalain ka lafz jo hai, is par ghore kijiye. imaan ka matlab kya hai? imaan ka matlab yeh nahi ke ek ek kalma hai, iske alfaaz ko parh dijiye to imaan haasil ho gaya.</w:t>
      </w:r>
    </w:p>
    <w:p>
      <w:pPr>
        <w:jc w:val="right"/>
      </w:pPr>
      <w:r>
        <w:t>تودیکھیے،یہاںپر ایمان اور مثالیںکالفظجوہے، اسپر غورکیجئے۔ ایمانکامطلبکیاہے ؟ ایمانکامطلبیہنہیںکہایک ایککلمہہے، اسکےالفاظکوپڑھدیجئے توایمانحاصل ہوگیا۔</w:t>
      </w:r>
    </w:p>
    <w:p>
      <w:r>
        <w:rPr>
          <w:b/>
        </w:rPr>
        <w:t xml:space="preserve">[20:09] </w:t>
      </w:r>
      <w:r>
        <w:t>nahi, imaan ka matlab hai daryaft, discovery, ma'rifat.</w:t>
      </w:r>
    </w:p>
    <w:p>
      <w:pPr>
        <w:jc w:val="right"/>
      </w:pPr>
      <w:r>
        <w:t>نہیں،ایمانکامطلب ہے دریا فت ،ڈسکوری، معرفت ۔</w:t>
      </w:r>
    </w:p>
    <w:p>
      <w:r>
        <w:rPr>
          <w:b/>
        </w:rPr>
        <w:t xml:space="preserve">[20:15] </w:t>
      </w:r>
      <w:r>
        <w:t>yani woh log jinhone apni aql ko istemaal kiya, jinhone mutala kiya, soch samajha, baaton ko gehraai mein janne ki koshish ki, phir un par ma'rifat hui Allah ki ma'rifat mein, aur phir woh imaan laaye.</w:t>
      </w:r>
    </w:p>
    <w:p>
      <w:pPr>
        <w:jc w:val="right"/>
      </w:pPr>
      <w:r>
        <w:t>یعنیوہلوگ جنہوںنے اپنی عقلکواستعمال کیا، جنہوںنے مطالعہکیا،سوچاسمجھا، باتوںکو گہرائیمیں جاننےکیکوششکی، پھرانپرمعرفتانکوہوئی اللہ کیمعرفت میں، اورپھروہایمانلائے۔</w:t>
      </w:r>
    </w:p>
    <w:p>
      <w:r>
        <w:rPr>
          <w:b/>
        </w:rPr>
        <w:t xml:space="preserve">[20:32] </w:t>
      </w:r>
      <w:r>
        <w:t>to imaan ka matlab hai discovery. discovery ke darje mein jab unko ma'rifat haasil hoti hai to usko kehte hain imaan.</w:t>
      </w:r>
    </w:p>
    <w:p>
      <w:pPr>
        <w:jc w:val="right"/>
      </w:pPr>
      <w:r>
        <w:t>تو ایمان کامطلبہےڈسکوری۔ ڈسکوریکےدرج ےمیںجبانکو معرفت حاصل ہوتیہے تو اسکوکہتےہیںایمان۔</w:t>
      </w:r>
    </w:p>
    <w:p>
      <w:r>
        <w:rPr>
          <w:b/>
        </w:rPr>
        <w:t xml:space="preserve">[20:42] </w:t>
      </w:r>
      <w:r>
        <w:t>aur amal saleh ka matlab hai imaan ke mutabiq amal karna. imaan ke mutabiq amal karna kya hai? imaan yeh kehta hai ke aap ka insaan jo hai, Allah ke aage jawab deh hai, yani responsible hai, accountable hai.</w:t>
      </w:r>
    </w:p>
    <w:p>
      <w:pPr>
        <w:jc w:val="right"/>
      </w:pPr>
      <w:r>
        <w:t>اور عمل صالحکامطلبہے ایمان کے مطابق عملکرنا۔ ایمانکےمطابقعمل کرناکیاہے؟ ایمان یہ کہتاہےکہآپ کاانسانجوہے،اللہ کےآگے جوابدہ ہے، یعنی ریسپانسبلہے، اکاؤنٹیبل ہے۔</w:t>
      </w:r>
    </w:p>
    <w:p>
      <w:r>
        <w:rPr>
          <w:b/>
        </w:rPr>
        <w:t xml:space="preserve">[21:01] </w:t>
      </w:r>
      <w:r>
        <w:t>to ab aap ka mamla yeh ho jaye imaan ke baad ke jab bhi aap koi kaam karein to sochein ke kya main Allah ke saamne apne ko justify kar sakta hoon is kaam ke liye.</w:t>
      </w:r>
    </w:p>
    <w:p>
      <w:pPr>
        <w:jc w:val="right"/>
      </w:pPr>
      <w:r>
        <w:t>تو ابآپ کامعاملہیہہوجائے ایمانکےبعد کہ جب بھیآپکوئیکام کریںتو سوچیں کہکیامیںاللہ کےسامنےاپنے کو جسٹیفائیکرسکتاہوںاسکامکےلیے۔</w:t>
      </w:r>
    </w:p>
    <w:p>
      <w:r>
        <w:rPr>
          <w:b/>
        </w:rPr>
        <w:t xml:space="preserve">[21:12] </w:t>
      </w:r>
      <w:r>
        <w:t>yani imaan ne aap ko yeh tasawwur diya ke tum apne tamam aamaal ke liye Allah ke saamne accountable ho. to ab kya hai? aap jab kuch bolein, kuch karein, kuch planning karein to sochein ke kya meri yeh planning jo hai, Allah ke haan mein justify hoonga iske liye?</w:t>
      </w:r>
    </w:p>
    <w:p>
      <w:pPr>
        <w:jc w:val="right"/>
      </w:pPr>
      <w:r>
        <w:t>یعنیایماننےآپکو یہتص وردیا کہتم اپنےتمام اعمالکےلیے اللہ کےسامنے اکاؤنٹیبلہو ۔ تو ابکیاہے؟آپجب کچھبول یں، کچھکریں، کچھ پلاننگکریں تو سوچیںکہکیامیرییہپلاننگجوہے، اللہ کےہاں میں جسٹیفائیرہوںگا اسکےلیے؟</w:t>
      </w:r>
    </w:p>
    <w:p>
      <w:r>
        <w:rPr>
          <w:b/>
        </w:rPr>
        <w:t xml:space="preserve">[21:33] </w:t>
      </w:r>
      <w:r>
        <w:t>wahan pakad nahi hogi meri? ya iske mutabiq amal karna?</w:t>
      </w:r>
    </w:p>
    <w:p>
      <w:pPr>
        <w:jc w:val="right"/>
      </w:pPr>
      <w:r>
        <w:t>وہاںپکڑنہیںہوگیمیری ؟یا اسکےمطابقعمل کرنا؟</w:t>
      </w:r>
    </w:p>
    <w:p>
      <w:r>
        <w:rPr>
          <w:b/>
        </w:rPr>
        <w:t xml:space="preserve">[21:37] </w:t>
      </w:r>
      <w:r>
        <w:t>to imaan aur amal saleh, yani haqeeqat haqeeqat ki daryaft karke jo banta hai mind, usko imaan kaha gaya hai, aur iske mutabiq jo amal hota hai, usko amal saleh kaha gaya hai.</w:t>
      </w:r>
    </w:p>
    <w:p>
      <w:pPr>
        <w:jc w:val="right"/>
      </w:pPr>
      <w:r>
        <w:t>تو ایماناور عمل صالح، یعنی حقی قت حقیقت کیدریا فت کرکے جو بنتاہے مائنڈ،اسکو ایمانکہاگیاہے، اوراسکےمطابقجوعملہوتاہے،اسکو عمل صالحکہاگیاہے۔</w:t>
      </w:r>
    </w:p>
    <w:p>
      <w:r>
        <w:rPr>
          <w:b/>
        </w:rPr>
        <w:t xml:space="preserve">[21:54] </w:t>
      </w:r>
      <w:r>
        <w:t>yeh woh log hain jinke liye basharat hai aur jinke liye jannat hai.</w:t>
      </w:r>
    </w:p>
    <w:p>
      <w:pPr>
        <w:jc w:val="right"/>
      </w:pPr>
      <w:r>
        <w:t>یہ وہلوگ ہیںجنکےلیےبش ارتہے اور جن کےلیےجنتہے۔</w:t>
      </w:r>
    </w:p>
    <w:p>
      <w:r>
        <w:rPr>
          <w:b/>
        </w:rPr>
        <w:t xml:space="preserve">[22:00] </w:t>
      </w:r>
      <w:r>
        <w:t>'ilma' arzuqamunha min thamarati ar rizq. jab unko jannat mein koi rizq diya jayega to kahenge yeh rizq to hum ko dunya mein bhi mila tha,</w:t>
      </w:r>
    </w:p>
    <w:p>
      <w:pPr>
        <w:jc w:val="right"/>
      </w:pPr>
      <w:r>
        <w:t>علم اءرزقوامنہامنثمرۃ الرزق۔ جبانکوجنتمیںکوئیرزقدیاجائےگا تو کہیںگے یہ رزقتوہمکو دنیا میںبھی ملاتھا،</w:t>
      </w:r>
    </w:p>
    <w:p>
      <w:r>
        <w:rPr>
          <w:b/>
        </w:rPr>
        <w:t xml:space="preserve">[22:13] </w:t>
      </w:r>
      <w:r>
        <w:t>aur wahan ka jannat ki nematein dunya ki nematon ke mushabeh hongi.</w:t>
      </w:r>
    </w:p>
    <w:p>
      <w:pPr>
        <w:jc w:val="right"/>
      </w:pPr>
      <w:r>
        <w:t>اور وہاں کا جنت کی نعمتیںدنیا کینعمتوںکےمشابہہوںگی۔</w:t>
      </w:r>
    </w:p>
    <w:p>
      <w:r>
        <w:rPr>
          <w:b/>
        </w:rPr>
        <w:t xml:space="preserve">[22:22] </w:t>
      </w:r>
      <w:r>
        <w:t>qalu hadha alladhi ruziqna min qablu wa utu bihi mutashabiha. jannat mein woh kahenge ke aise hi milta chalta rizq hum ko dunya mein bhi mila tha, to akhirat ki nematein dunya ki nematon ke mushabeh hongi.</w:t>
      </w:r>
    </w:p>
    <w:p>
      <w:pPr>
        <w:jc w:val="right"/>
      </w:pPr>
      <w:r>
        <w:t>قالوھذا الذیرزقنامن قبل ووتوبہ متشابہ۔ جنتمیںوہکہیںگے کہ ایسےہیملتا جلتارزقہمکودنیا میںبھیملاتھا، تو آخرت کی نعمتیںدنیا کینعمتوںکےمشابہہوںگی۔</w:t>
      </w:r>
    </w:p>
    <w:p>
      <w:r>
        <w:rPr>
          <w:b/>
        </w:rPr>
        <w:t xml:space="preserve">[22:38] </w:t>
      </w:r>
      <w:r>
        <w:t>mushabeh matlab hai ke shakal ke aitbaar se mushabeh, lekin taste ke aitbaar se aur enjoy ke aitbaar se bohat mukhtalif, bohat mukhtalif, bohat mukhtalif.</w:t>
      </w:r>
    </w:p>
    <w:p>
      <w:pPr>
        <w:jc w:val="right"/>
      </w:pPr>
      <w:r>
        <w:t>مشابہتمعنیہے کہ شکلکےاعتبارسےمشابہ، لیکن ٹیسٹ کےاعتبارسے اور انجوائے کےاعتبارسےبہت مختلف ،بہت مختلف ،بہتمختلف ۔</w:t>
      </w:r>
    </w:p>
    <w:p>
      <w:r>
        <w:rPr>
          <w:b/>
        </w:rPr>
        <w:t xml:space="preserve">[22:48] </w:t>
      </w:r>
      <w:r>
        <w:t>misal ke taur par yahan ka jo pani hota hai, wahan bhi pani hoga, lekin wahan ka jo pani hoga, bohat zyada uska taste bohat aala hoga.</w:t>
      </w:r>
    </w:p>
    <w:p>
      <w:pPr>
        <w:jc w:val="right"/>
      </w:pPr>
      <w:r>
        <w:t>مثلاًیہاں کاجوپانیہوتاہے، وہاںبھیپانیہوگا، لیکن وہاںکاجوپانیہوگا، بہت زیادہ اسکا ٹیسٹ بہت اعلیٰہوگا۔</w:t>
      </w:r>
    </w:p>
    <w:p>
      <w:r>
        <w:rPr>
          <w:b/>
        </w:rPr>
        <w:t xml:space="preserve">[22:58] </w:t>
      </w:r>
      <w:r>
        <w:t>wa lahum fiha azwajun mutahharatun wa hum fiha khalidun. wahan unke liye azwaj hongi bohat hi pakiza,</w:t>
      </w:r>
    </w:p>
    <w:p>
      <w:pPr>
        <w:jc w:val="right"/>
      </w:pPr>
      <w:r>
        <w:t>ول ہم فیہاازواج مط ہرہ وہمفیہاخالدون ۔ وہاںانکےلیے از واج ہوںگیبہتہی پاک یزہ،</w:t>
      </w:r>
    </w:p>
    <w:p>
      <w:r>
        <w:rPr>
          <w:b/>
        </w:rPr>
        <w:t xml:space="preserve">[23:11] </w:t>
      </w:r>
      <w:r>
        <w:t>woh ismein hamesha rahenge. dekhiye, azwaj jo hai, arabi zaban mein zawj ke ma'ne hote hain spouse. zawj ke ma'ne biwi ke nahi hain, spouse yeh dono ke liye hai, mard ke liye bhi, aurat ke liye bhi.</w:t>
      </w:r>
    </w:p>
    <w:p>
      <w:pPr>
        <w:jc w:val="right"/>
      </w:pPr>
      <w:r>
        <w:t>وہ اسمیںہمیشہرہیںگے۔ دیکھیے،ازواججوہے، عربیزبان میں زوج کےمعنیہوتےہیں اسپاؤز۔ زوجکےمعنی بیویکےنہیںہیں، اسپاؤز یہدونوںکےلیےہے، مردکےلیےبھی،عورتکےلیےبھی۔</w:t>
      </w:r>
    </w:p>
    <w:p>
      <w:r>
        <w:rPr>
          <w:b/>
        </w:rPr>
        <w:t xml:space="preserve">[23:27] </w:t>
      </w:r>
      <w:r>
        <w:t>zawj ka lafz dono ke liye hai, mardon ke liye behtareen pair honge aurat ki shakal mein, auraton ke liye behtareen pair honge mardon ki shakal mein.</w:t>
      </w:r>
    </w:p>
    <w:p>
      <w:pPr>
        <w:jc w:val="right"/>
      </w:pPr>
      <w:r>
        <w:t>زوجکالفظدونوںکےلیےہے، مرد وںکےلیے بہترین پیئرہوںگے عورتکیشکلمیں، عورتوںکےلیےبہترین پیئرہوںگےمردوںکیشکلمیں۔</w:t>
      </w:r>
    </w:p>
    <w:p>
      <w:r>
        <w:rPr>
          <w:b/>
        </w:rPr>
        <w:t xml:space="preserve">[23:40] </w:t>
      </w:r>
      <w:r>
        <w:t>yeh matlab hai iska. to bohat si nematein jahan se hongi, ismein se ek nemat hogi ke wahan wahan par aap ko apni apni apni desire ke mutabiq, apne chahne ke mutabiq, wahan aap ko partner mile</w:t>
      </w:r>
    </w:p>
    <w:p>
      <w:pPr>
        <w:jc w:val="right"/>
      </w:pPr>
      <w:r>
        <w:t>یہمطلبہےاسکا۔ تو بہت سینعمتیںجہاںسےہوںگی،اسمیںسےایکنعمتہوگیکہوہاں وہاںپر آپکو اپنی اپنی اپنی ڈیزائرکےمطابق ،اپنے چاہنےکےمطابق،وہاںآپکو پارٹنرملے</w:t>
      </w:r>
    </w:p>
    <w:p>
      <w:r>
        <w:rPr>
          <w:b/>
        </w:rPr>
        <w:t xml:space="preserve">[23:54] </w:t>
      </w:r>
      <w:r>
        <w:t>ga, life partner. dunya mein aap jante hain ke aap ko partner nahi milta, apne matlab ka partner, wahan bilkul apne matlab ka partner milega aap ko.</w:t>
      </w:r>
    </w:p>
    <w:p>
      <w:pPr>
        <w:jc w:val="right"/>
      </w:pPr>
      <w:r>
        <w:t>گا، لائفپارٹنر۔ دنیا میں آپجانتےہیںکہ آپکو پارٹنرنہیںملتا، اپنےمطلبکاپارٹنر، وہاں بالکل اپنے مطلبکا پارٹنرملےگاآپکو۔</w:t>
      </w:r>
    </w:p>
    <w:p>
      <w:r>
        <w:rPr>
          <w:b/>
        </w:rPr>
        <w:t xml:space="preserve">[24:09] </w:t>
      </w:r>
      <w:r>
        <w:t>innallaha la yastahyi an yadriba mathalam ma ba'udhu. abi ne farmaya ke Allah is par nahi sharmata ke woh misaal de makkhi ki, machhar ki.</w:t>
      </w:r>
    </w:p>
    <w:p>
      <w:pPr>
        <w:jc w:val="right"/>
      </w:pPr>
      <w:r>
        <w:t>ان اللہ لایستحی انیدری مثلمابعوذ ۔ابیہ فرمایاکہ اللہ اسپرنہیںشرماتا کہوہمثال دے مکھیکی، مچھرکی۔</w:t>
      </w:r>
    </w:p>
    <w:p>
      <w:r>
        <w:rPr>
          <w:b/>
        </w:rPr>
        <w:t xml:space="preserve">[24:22] </w:t>
      </w:r>
      <w:r>
        <w:t>makkhi machhar ki misaal dene mein Allah nahi sharmata, ya aur bhi kisi haqeer cheez ki. to iska qissa yeh tha ke Quran majeed mein aisi ayat thi ke jin jin par tum bharosa karte ho,</w:t>
      </w:r>
    </w:p>
    <w:p>
      <w:pPr>
        <w:jc w:val="right"/>
      </w:pPr>
      <w:r>
        <w:t>مکھیمچھرکیمثال دینےمیںاللہ نہیںشرماتا، یا اور بھیکسی حق یرچیزکی۔ تو اسکا قصہیہتھاکہ قرآنمجیدمیںایسیآیتتھی کہ جن جن پرتمبھروسہکرتے ہو،</w:t>
      </w:r>
    </w:p>
    <w:p>
      <w:r>
        <w:rPr>
          <w:b/>
        </w:rPr>
        <w:t xml:space="preserve">[24:41] </w:t>
      </w:r>
      <w:r>
        <w:t>yani jinko tumne Allah ka shareek bana rakha hai, woh woh bilkul za'eef hai, woh woh makdi se bhi za'eef hai.</w:t>
      </w:r>
    </w:p>
    <w:p>
      <w:pPr>
        <w:jc w:val="right"/>
      </w:pPr>
      <w:r>
        <w:t>یعنی جنکوتمنےاللہ کا مشترک بنارکھاہے، وہ وہبالکلضعیفہے، وہ ان وہ مک ڑی سےبھیضعیفہے۔</w:t>
      </w:r>
    </w:p>
    <w:p>
      <w:r>
        <w:rPr>
          <w:b/>
        </w:rPr>
        <w:t xml:space="preserve">[24:54] </w:t>
      </w:r>
      <w:r>
        <w:t>to usi ki taraf ishara hai, yani usko unhone woh woh ridicule karte the ke kya misaal hai ke kaisa Quran hai ke makkhi machhar ki misaal deta hai, makdi ki misaal deta hai.</w:t>
      </w:r>
    </w:p>
    <w:p>
      <w:pPr>
        <w:jc w:val="right"/>
      </w:pPr>
      <w:r>
        <w:t>تو اسیکیطرفاشار ہہے،یعنیاسکو انہوںنے وہ وہ ریڈیکولکرتےتھے کہکیا مثال ہے کہ کساقرآنہے کہمکھی مچھرکیمثالدیتاہے، مک ڑیکیمثالدیتاہے۔</w:t>
      </w:r>
    </w:p>
    <w:p>
      <w:r>
        <w:rPr>
          <w:b/>
        </w:rPr>
        <w:t xml:space="preserve">[25:07] </w:t>
      </w:r>
      <w:r>
        <w:t>to yahanpar kya bataya gaya? al-lazina amanu al-haqqu mirabbihim. haan, jo imaanwale hain, matlab jinko sachai ki daryaft ho chuki hai, woh isko sachai sach samajhte hain, haq samajh</w:t>
      </w:r>
    </w:p>
    <w:p>
      <w:pPr>
        <w:jc w:val="right"/>
      </w:pPr>
      <w:r>
        <w:t>تو یہاںپرکیا بتایاگیا ؟ الذ ین آمنوا الحق منربہم۔ ہاں،جو ایمانوالے ہیں، مطلبجنکو سچائیکیدریافت ہوچکیہے، وہاسکوسچائی سچسمجھتےہیں، حق سمجھ</w:t>
      </w:r>
    </w:p>
    <w:p>
      <w:r>
        <w:rPr>
          <w:b/>
        </w:rPr>
        <w:t xml:space="preserve">[25:20] </w:t>
      </w:r>
      <w:r>
        <w:t>te hain. haq ke maani iska matlab kya hai ke inko yeh aqal hasil ho jati hai ke woh samjhein ke is tarah ki misalein jo deti hain, woh is aitbaar se hain ke ek cheez afzal hai ke ghair afzal, aala hai ke ghair aala.</w:t>
      </w:r>
    </w:p>
    <w:p>
      <w:pPr>
        <w:jc w:val="right"/>
      </w:pPr>
      <w:r>
        <w:t>تےہیں۔ حق کےمعنی اسکامطلبکیاہے کہ انکو یہعقل حاصل ہوجاتیہےکہوہ سمجھیں کہاسطرحکیمثالیںجودیتیہیں، وہ اس اعتبارسےہیں کہایک چیز افضلہےکہغیر افضل ، اعلیٰہےکہغیر اعلیٰ۔</w:t>
      </w:r>
    </w:p>
    <w:p>
      <w:r>
        <w:rPr>
          <w:b/>
        </w:rPr>
        <w:t xml:space="preserve">[25:38] </w:t>
      </w:r>
      <w:r>
        <w:t>matlab balkeh ek ek cheez ko instruct karne ke liye misaal h mehma hoti hai kisi point ko illustrate karne ke</w:t>
      </w:r>
    </w:p>
    <w:p>
      <w:pPr>
        <w:jc w:val="right"/>
      </w:pPr>
      <w:r>
        <w:t>مطلب بلکہ ایک ایکچیز کو انسٹرکٹکرنے کےلیے مثال ہ مہمیشہہوتیہےکسیپوائنٹکو السٹریٹکرنےکے</w:t>
      </w:r>
    </w:p>
    <w:p>
      <w:r>
        <w:rPr>
          <w:b/>
        </w:rPr>
        <w:t xml:space="preserve">[25:46] </w:t>
      </w:r>
      <w:r>
        <w:t>liye. to yeh dekho ke kya is misaal se woh point illustrate ho raha hai. yeh dekho, baqi woh choti cheez hai, bari cheez, is aitbaar se mat dekho isko.</w:t>
      </w:r>
    </w:p>
    <w:p>
      <w:pPr>
        <w:jc w:val="right"/>
      </w:pPr>
      <w:r>
        <w:t>لیے۔ تویہدیکھوکہکیا اس مثالسے وہپوائنٹ السٹریٹہورہاہے۔ یہدیکھو، باقیوہ چھوٹیچیزہے،بڑیچیز، اس اعت بار سے متدیکھواسکو۔</w:t>
      </w:r>
    </w:p>
    <w:p>
      <w:r>
        <w:rPr>
          <w:b/>
        </w:rPr>
        <w:t xml:space="preserve">[26:00] </w:t>
      </w:r>
      <w:r>
        <w:t>wa amma allazina kafaroo fayaquluna madha arad Allahu bihadha mathala jo ahle inkar hain, woh iska mazaaq udate hain, lekin jo ahle imaan hain, woh samajh lete hain ke yeh toh misaal hai, misaal ki kisi kisi bhi cheez ki di ja sakti hai,</w:t>
      </w:r>
    </w:p>
    <w:p>
      <w:pPr>
        <w:jc w:val="right"/>
      </w:pPr>
      <w:r>
        <w:t>و اما الذینکفرو فیقولون ماذا اراد اللہ بهذا مثلا جو اہلانکار ہیں، وہ اسکامذاقاڑاتےہیں،لیکن جواہلایمانہیں،وہ سمجھلیتےہیںکہیہتومثالہے، مثال کی کسی کسی بھیچیزکیدیجاسکتیہے،</w:t>
      </w:r>
    </w:p>
    <w:p>
      <w:r>
        <w:rPr>
          <w:b/>
        </w:rPr>
        <w:t xml:space="preserve">[26:13] </w:t>
      </w:r>
      <w:r>
        <w:t>yeh afzal o ghair afzal ka maamla nahi hai.</w:t>
      </w:r>
    </w:p>
    <w:p>
      <w:pPr>
        <w:jc w:val="right"/>
      </w:pPr>
      <w:r>
        <w:t>یہافضلوغیرہافضلکامعاملہنہیںہے۔</w:t>
      </w:r>
    </w:p>
    <w:p>
      <w:r>
        <w:rPr>
          <w:b/>
        </w:rPr>
        <w:t xml:space="preserve">[26:19] </w:t>
      </w:r>
      <w:r>
        <w:t>yudillu bihi kathiran wa yahdi bihi kathira haan, Allah isi ke zariye se, yaani ek hi cheez ke zariye se, kisi ko hidayat deta hai, kisi ko gumrah karta hai.</w:t>
      </w:r>
    </w:p>
    <w:p>
      <w:pPr>
        <w:jc w:val="right"/>
      </w:pPr>
      <w:r>
        <w:t>یضل بہ کثیرا وی ہدیبہکثیرا ہاں ،اللہ اسی کےذریعےسے،یعنیایکہیچیزکےذریعےسے، کسی کوہدایتدیتاہے، کسی کو گمراہکرتاہے۔</w:t>
      </w:r>
    </w:p>
    <w:p>
      <w:r>
        <w:rPr>
          <w:b/>
        </w:rPr>
        <w:t xml:space="preserve">[26:29] </w:t>
      </w:r>
      <w:r>
        <w:t>wa ma yudillu bihi illa aur gunah karta hai sirf fasiqon ko. dekhiye, iska matlab kya hai? yeh matlab nahi ke Allah qasdan kisi ko gumrah kar deta hai aur qasdan kisi ko hidayat de deta hai. yeh matlab nahi hai.</w:t>
      </w:r>
    </w:p>
    <w:p>
      <w:pPr>
        <w:jc w:val="right"/>
      </w:pPr>
      <w:r>
        <w:t>ومایضلبہ الا اورگناہکرتاہےصرففاسقوںکو ۔ دیکھیے،اسکامطلبکیاہے؟ یہمطلبنہیںکہاللہ قصداًکسی کو گمراہکردیتاہے اور قصداًکسیکوہدایتدےدیتاہے۔یہمطلبنہیںہے۔</w:t>
      </w:r>
    </w:p>
    <w:p>
      <w:r>
        <w:rPr>
          <w:b/>
        </w:rPr>
        <w:t xml:space="preserve">[26:44] </w:t>
      </w:r>
      <w:r>
        <w:t>matlab yeh hai ke jo aadmi, jis aadmi ne apni aqal ko prepare kiya ho, apne andar wisdom pehda ki ho, apne andar knowledge, yaani apna intellectual development kiya ho, woh samajh leta hai ke misaal toh illustrate karne ke liye hoti</w:t>
      </w:r>
    </w:p>
    <w:p>
      <w:pPr>
        <w:jc w:val="right"/>
      </w:pPr>
      <w:r>
        <w:t>مطلبیہہےکہ جو آدمی، جسآدمینے اپنی عقلکو پریپیئرکیا ہو، اپنےاندر وز ڈمپیدا کیہو ، اپنے اندردس ،یعنی اپنا انٹلیکچولڈیولپمنٹکیاہو ، وہسمجھلیتاہےکہمثال توالسٹریٹکرنےکےلیےہوت</w:t>
      </w:r>
    </w:p>
    <w:p>
      <w:r>
        <w:rPr>
          <w:b/>
        </w:rPr>
        <w:t xml:space="preserve">[27:02] </w:t>
      </w:r>
      <w:r>
        <w:t>hai, afzaliyat batane ke liye nahi hoti. aur jo aise log hain jinhone apne aap ko, yaani jo intellectualy weak log nahi hain,</w:t>
      </w:r>
    </w:p>
    <w:p>
      <w:pPr>
        <w:jc w:val="right"/>
      </w:pPr>
      <w:r>
        <w:t>یہے، افضلیت بت انےکےلیےنہیںہوتی۔ اور جو ایسےلوگہیں جنہوںنےاپنےآپکو ،یعنی جو انٹلیکچولیاویکن لوگنہیںہیں،</w:t>
      </w:r>
    </w:p>
    <w:p>
      <w:r>
        <w:rPr>
          <w:b/>
        </w:rPr>
        <w:t xml:space="preserve">[27:15] </w:t>
      </w:r>
      <w:r>
        <w:t>jinki jinhone apni aqal ko tarbiyat nahi di hai, to woh isse galat fehmi pad jaate hain aur isko, ismein gumrahi ki ghiza le lete hain. ismein se to agar che yahan par mansoob kiya gaya Allah ki taraf, lekin haqiqatan mein woh unhi ka maamla hota</w:t>
      </w:r>
    </w:p>
    <w:p>
      <w:pPr>
        <w:jc w:val="right"/>
      </w:pPr>
      <w:r>
        <w:t>جن کیجنہوںنےاپنیعقلکوترب یتنہیںدیہے، تو وہاسسے غلطفہمیپڑجاتےہیں اور اسکو، اسمیں گمراہی کیغذالےلیتےہیں۔اسمیںسے تو اگر چہیہاںپر منسوبکیا گیااللہکیطرف ،لیکن حقیقتاًمیں وہانہیکا معاملہہوتا</w:t>
      </w:r>
    </w:p>
    <w:p>
      <w:r>
        <w:rPr>
          <w:b/>
        </w:rPr>
        <w:t xml:space="preserve">[27:32] </w:t>
      </w:r>
      <w:r>
        <w:t>hai. isi ko maine kaha ke ke yeh Quran insani zaban mein hai, yeh kisi malak ki zaban mein nahi hai.</w:t>
      </w:r>
    </w:p>
    <w:p>
      <w:pPr>
        <w:jc w:val="right"/>
      </w:pPr>
      <w:r>
        <w:t>ہے۔ اسیکومیںنےکہاکہ کہیہقرآن انسانیزبان میںہے، یہ کسی مل ائکہکیزبان میںنہیںہے۔</w:t>
      </w:r>
    </w:p>
    <w:p>
      <w:r>
        <w:rPr>
          <w:b/>
        </w:rPr>
        <w:t xml:space="preserve">[27:40] </w:t>
      </w:r>
      <w:r>
        <w:t>yeh usool aam insani zaban mein, yeh usool aama hai. is tarike se baatein kahi jaati hain. al-lazina yaqduuna ahdallahi mim ba'di mithaqihi wa yaqta'una ma amara Allahu bihi an yusala</w:t>
      </w:r>
    </w:p>
    <w:p>
      <w:pPr>
        <w:jc w:val="right"/>
      </w:pPr>
      <w:r>
        <w:t>یہاصول عام انسانیزبان میں،یہاصولعامہے۔ اسطریقےسےباتیںکہیجاتیہیں۔ الذ ین یق ضونعہداللہ منبعد میثاقہ وی فتعون ما امراللہ ان یصل</w:t>
      </w:r>
    </w:p>
    <w:p>
      <w:r>
        <w:rPr>
          <w:b/>
        </w:rPr>
        <w:t xml:space="preserve">[27:54] </w:t>
      </w:r>
      <w:r>
        <w:t>ab dekhiye,</w:t>
      </w:r>
    </w:p>
    <w:p>
      <w:pPr>
        <w:jc w:val="right"/>
      </w:pPr>
      <w:r>
        <w:t>ابدیکھیے،</w:t>
      </w:r>
    </w:p>
    <w:p>
      <w:r>
        <w:rPr>
          <w:b/>
        </w:rPr>
        <w:t xml:space="preserve">[27:57] </w:t>
      </w:r>
      <w:r>
        <w:t>woh log jo ke ahad ko todte hain, baad iske ke us ahad ko pakka kiya ja chuka hai, aur qata' karte hain is amr ko jis ko jodne ke liye Allah ne hukum diya hai.</w:t>
      </w:r>
    </w:p>
    <w:p>
      <w:pPr>
        <w:jc w:val="right"/>
      </w:pPr>
      <w:r>
        <w:t>وہلوگ جو کہ عہدکوتوڑتےہیں، بعد اسکے کہ اسعہدکو پختہ کیا جاچکاہے، اور قطعکرتے ہیں اس امرکو جسکو جوڑنےکےلیے اللہنےحکمدیاہے۔</w:t>
      </w:r>
    </w:p>
    <w:p>
      <w:r>
        <w:rPr>
          <w:b/>
        </w:rPr>
        <w:t xml:space="preserve">[28:14] </w:t>
      </w:r>
      <w:r>
        <w:t>yeh bohat, yeh bhi wahi wahi baat hai jo insani zaban mein maine kaha ke pehle jumle mein un un ahad fitrat ke zikr hai, ahad fitrat, yaani Allah se ahad fitrat insaan ka ho chuka hai ke woh Allah ko Ilah manega.</w:t>
      </w:r>
    </w:p>
    <w:p>
      <w:pPr>
        <w:jc w:val="right"/>
      </w:pPr>
      <w:r>
        <w:t>یہ بہت ،یہبھی وہی وہیباتہےجو انسانیزبان میں میںنےکہا کہ پہلے جملےمیں ان ان عہدفطرتکےذکرہے، عہدفطرت ،یعنی اللہ سے عہدفطرت انسانکاہوچکاہے کہ وہاللہ کو الہمانےگا۔</w:t>
      </w:r>
    </w:p>
    <w:p>
      <w:r>
        <w:rPr>
          <w:b/>
        </w:rPr>
        <w:t xml:space="preserve">[28:34] </w:t>
      </w:r>
      <w:r>
        <w:t>dekhiye, jaisa Quran majeed mein hai ke Allah ne jab insaan ko paida kiya to saare insaanon ko ikattha karke usse ahad liya. to</w:t>
      </w:r>
    </w:p>
    <w:p>
      <w:pPr>
        <w:jc w:val="right"/>
      </w:pPr>
      <w:r>
        <w:t>دیکھیے،جیساقرآنمجیدمیںہےکہاللہنے جبانسانکوپیدا کیا تو سارےانسانوںکو اکٹھاکرکےاسے عہدلیا۔ تو</w:t>
      </w:r>
    </w:p>
    <w:p>
      <w:r>
        <w:rPr>
          <w:b/>
        </w:rPr>
        <w:t xml:space="preserve">[28:42] </w:t>
      </w:r>
      <w:r>
        <w:t>yeh humne yeh waqea toh nahi dekha, lekin ek cheez hai jo hum mein har shakhs jaanta hai, woh kya?</w:t>
      </w:r>
    </w:p>
    <w:p>
      <w:pPr>
        <w:jc w:val="right"/>
      </w:pPr>
      <w:r>
        <w:t>یہ ہمنےیہواقع ہتونہیںدیکھا، لیکن ایک چیزہےجو ہم میں ہرشخصجانتاہے، وہکیا ؟</w:t>
      </w:r>
    </w:p>
    <w:p>
      <w:r>
        <w:rPr>
          <w:b/>
        </w:rPr>
        <w:t xml:space="preserve">[28:52] </w:t>
      </w:r>
      <w:r>
        <w:t>ke woh ahad-e-alast, jisko hum kehte hain, woh insaan ki fitrat mein introven hai, insaan ke consciousness mein introven hai, insaan ke neechre mein introven hai.</w:t>
      </w:r>
    </w:p>
    <w:p>
      <w:pPr>
        <w:jc w:val="right"/>
      </w:pPr>
      <w:r>
        <w:t>کہ وہ عہد الست،جسکوہمکہتےہیں، وہ انسان کیفطرتمیںانٹروون ہے، انسان کے کانشیسمیںانٹروونہے، انسان کےنیچرمیںانٹرو ونہے۔</w:t>
      </w:r>
    </w:p>
    <w:p>
      <w:r>
        <w:rPr>
          <w:b/>
        </w:rPr>
        <w:t xml:space="preserve">[29:06] </w:t>
      </w:r>
      <w:r>
        <w:t>isi liye aadmi iske isse bahar nahi aapata.</w:t>
      </w:r>
    </w:p>
    <w:p>
      <w:pPr>
        <w:jc w:val="right"/>
      </w:pPr>
      <w:r>
        <w:t>اسیلیےآدمیاسکےاسسے باہرنہیںآپاتا۔</w:t>
      </w:r>
    </w:p>
    <w:p>
      <w:r>
        <w:rPr>
          <w:b/>
        </w:rPr>
        <w:t xml:space="preserve">[29:09] </w:t>
      </w:r>
      <w:r>
        <w:t>to woh jab aadmi Allah ke siwa kisi aur ko Ilah banata hai to woh jo andar ka insaan hai, jo insaan ka jo neechre hai, insaan ka jo consciousness hai, woh usko tokta hai, usko usko batata hai.</w:t>
      </w:r>
    </w:p>
    <w:p>
      <w:pPr>
        <w:jc w:val="right"/>
      </w:pPr>
      <w:r>
        <w:t>تو وہ جب آدمی اللہ کےسواکسی اورکو الہبناتاہے تو وہجو اندرکا انسان ہے، جو انسان کاجو نیچرہے،انسانکاجوکانشیسہے، وہ اسکوٹوکتاہے،اسکواسکوبتاتاہے۔</w:t>
      </w:r>
    </w:p>
    <w:p>
      <w:r>
        <w:rPr>
          <w:b/>
        </w:rPr>
        <w:t xml:space="preserve">[29:25] </w:t>
      </w:r>
      <w:r>
        <w:t>lekin insaan apne interest ki khatir isko nazar andaz karke apna apna rawish ko badalta nahi hain. aur woh qata' karte hain is cheez ko jis ko Allah ne hukum diya hai ke isko qata' na kiya</w:t>
      </w:r>
    </w:p>
    <w:p>
      <w:pPr>
        <w:jc w:val="right"/>
      </w:pPr>
      <w:r>
        <w:t>لیکن انسان اپنے انٹرسٹکیخاطر اسکو نظر اندازکرکےاپنا اباپنیروشکوبدلتانہیں۔اور وہ قطعکرتے ہیں اسچیزکو جسکواللہ نے حکم دیاہےکہاسکو قطعنہکیا</w:t>
      </w:r>
    </w:p>
    <w:p>
      <w:r>
        <w:rPr>
          <w:b/>
        </w:rPr>
        <w:t xml:space="preserve">[29:39] </w:t>
      </w:r>
      <w:r>
        <w:t>jaye. yeh kya cheez hai? dekhiye, dono dono hathon par maine ghaur kiya hai, dono jumlon par. to pehle hisse mein huqooq Allah ki baat hai, doosre hisse mein huqooq al-عباد ki baat hai.</w:t>
      </w:r>
    </w:p>
    <w:p>
      <w:pPr>
        <w:jc w:val="right"/>
      </w:pPr>
      <w:r>
        <w:t>جائے۔ یہکیاچیزہے؟ دیکھیے،دون وںہاتھوںپرنےغورکیاہے، دونوں جملوںپر۔ توپہلے حصےمیں حقوق اللہ کیباتہے، دوسرےحصےمیںحقوق العبادکیباتہے۔</w:t>
      </w:r>
    </w:p>
    <w:p>
      <w:r>
        <w:rPr>
          <w:b/>
        </w:rPr>
        <w:t xml:space="preserve">[29:53] </w:t>
      </w:r>
      <w:r>
        <w:t>yeh do hisse yahan par hain ke woh Allah ke ahad ko todte hain.</w:t>
      </w:r>
    </w:p>
    <w:p>
      <w:pPr>
        <w:jc w:val="right"/>
      </w:pPr>
      <w:r>
        <w:t>یہدوحصےیہاںپرہیں کہوہ اللہ کے عہدکوتوڑتےہیں۔</w:t>
      </w:r>
    </w:p>
    <w:p>
      <w:r>
        <w:rPr>
          <w:b/>
        </w:rPr>
        <w:t xml:space="preserve">[29:59] </w:t>
      </w:r>
      <w:r>
        <w:t>iska matlab yeh hai ke Allah ka jo haq hai, us haq ki khilaf warzi karte hain. aur doosri jagah hai qata' karte hain, yaani insani</w:t>
      </w:r>
    </w:p>
    <w:p>
      <w:pPr>
        <w:jc w:val="right"/>
      </w:pPr>
      <w:r>
        <w:t>اسکامطلبیہہےکہاللہ کاجو حق ہے، اس حق کیخلاف ورزیکرتے ہیں۔ اور دوسریجگہہے قطعکرتےہیں، یعنیانسانی</w:t>
      </w:r>
    </w:p>
    <w:p>
      <w:r>
        <w:rPr>
          <w:b/>
        </w:rPr>
        <w:t xml:space="preserve">[30:10] </w:t>
      </w:r>
      <w:r>
        <w:t>ta'alluq ko. yahan par kya hai? huqooq insani ko nazar andaaz karna. to Allah se, Allah ke se jo ta'alluq billah je woh hai, Allah ka jo haq hai,</w:t>
      </w:r>
    </w:p>
    <w:p>
      <w:pPr>
        <w:jc w:val="right"/>
      </w:pPr>
      <w:r>
        <w:t>تعلقکو۔یہاںپرکیاہے؟ حقوق انسانیکو نظر انداز کرنا۔ تو اللہ سے ،اللہ کے سے جو تعلق باللہجوہے، اللہ کاجو حق ہے،</w:t>
      </w:r>
    </w:p>
    <w:p>
      <w:r>
        <w:rPr>
          <w:b/>
        </w:rPr>
        <w:t xml:space="preserve">[30:24] </w:t>
      </w:r>
      <w:r>
        <w:t>insan ke upar Allah ka jo haq hai, wahi hai ke Allah ke siwa kisi se hum mohabbat na karein, Allah ke siwa kisi se, yaani khauf rakhein, Allah ke siwa kisi ko apna sole consigner na banayein.</w:t>
      </w:r>
    </w:p>
    <w:p>
      <w:pPr>
        <w:jc w:val="right"/>
      </w:pPr>
      <w:r>
        <w:t>انسانکےاوپراللہکاجوحقہے،وہیہہےکہ اللہ کےسواکسی سے ہممحبتنہکریں، اللہ کےسواکسی سے ،یعنیخوف رکھ یں، اللہ کےسواکسیکواپنا سولکنسرننہبنائیں۔</w:t>
      </w:r>
    </w:p>
    <w:p>
      <w:r>
        <w:rPr>
          <w:b/>
        </w:rPr>
        <w:t xml:space="preserve">[30:36] </w:t>
      </w:r>
      <w:r>
        <w:t>yeh haq hai Allah ta'ala ka. lekin insan apne, yaani duniya mein fehm ki khatir is se hat jata hai. to huqooq Allah yeh hai ke aap Allah ko apna ilaah banayein, apna sole consigner banayein,</w:t>
      </w:r>
    </w:p>
    <w:p>
      <w:pPr>
        <w:jc w:val="right"/>
      </w:pPr>
      <w:r>
        <w:t>یہحق ہےاللہتعالیکا ۔ لیکن انسان اپنے ،یعنی دنیا میںفہمکیخاطر اسسےہٹجاتاہے۔ تو حقوق اللہیہہےکہآپاللہ کو اپنا الہبنائیں، اپناسولکنسرنبنائیں،</w:t>
      </w:r>
    </w:p>
    <w:p>
      <w:r>
        <w:rPr>
          <w:b/>
        </w:rPr>
        <w:t xml:space="preserve">[30:51] </w:t>
      </w:r>
      <w:r>
        <w:t>is se mohabbat rakhein, is se khauf rakhein. yeh hai Allah ka haq. lekin is ko insan tod deta hai. halanke andar insan ka jo fitrat hai, woh kuch waqt is ko hoshiyar karti hai, fitrat batati hai ke tum galat kar rahe ho,</w:t>
      </w:r>
    </w:p>
    <w:p>
      <w:pPr>
        <w:jc w:val="right"/>
      </w:pPr>
      <w:r>
        <w:t>اسیسے محبترکھیں،اسیسےخوفکھائیں۔ یہہےاللہ کاحق ۔لیکن اسکو انسان توڑدیتاہے۔حالانکہاندر انسانکاجونیچرہے، وہ کچھوقت اسکو ہوشیارکرتیہے، نیچربت اتیہےکہتم غلطکررہےہو،</w:t>
      </w:r>
    </w:p>
    <w:p>
      <w:r>
        <w:rPr>
          <w:b/>
        </w:rPr>
        <w:t xml:space="preserve">[31:06] </w:t>
      </w:r>
      <w:r>
        <w:t>tum</w:t>
      </w:r>
    </w:p>
    <w:p>
      <w:pPr>
        <w:jc w:val="right"/>
      </w:pPr>
      <w:r>
        <w:t>تم</w:t>
      </w:r>
    </w:p>
    <w:p>
      <w:r>
        <w:rPr>
          <w:b/>
        </w:rPr>
        <w:t xml:space="preserve">[31:07] </w:t>
      </w:r>
      <w:r>
        <w:t>galat kar rahe ho. Allah ke sath doosre ko jo apna consigner banaya hai, woh sahi nahi kar rahe ho. kyunke woh andar intervention hai, woh woh cheez, woh ahad-e-alast.</w:t>
      </w:r>
    </w:p>
    <w:p>
      <w:pPr>
        <w:jc w:val="right"/>
      </w:pPr>
      <w:r>
        <w:t>غلطکررہےہو۔اللہکےساتھ دوسرےکوجو اپناکنسرنبنایاہے،وہصحیحنہیںکررہےہو۔ کیونکہوہاندر انٹروونہے،وہ وہچیز ،وہ عہدال ست۔</w:t>
      </w:r>
    </w:p>
    <w:p>
      <w:r>
        <w:rPr>
          <w:b/>
        </w:rPr>
        <w:t xml:space="preserve">[31:18] </w:t>
      </w:r>
      <w:r>
        <w:t>lekin insan apne mafad ki khatir is ki parwah nahi karta. yeh hai muamla insan ka. agle hisse mein jo baat kahi gayi, us se murad hai huqooq al-ibad, insan ke huqooq.</w:t>
      </w:r>
    </w:p>
    <w:p>
      <w:pPr>
        <w:jc w:val="right"/>
      </w:pPr>
      <w:r>
        <w:t>لیکن انسان اپنے مفادکیخاطر اسکیپرواہنہیںکرتا۔ یہیمعاملہانسان کاہے۔ اگلےحصےمیں جو باتکہیگئی،اسسےمرادہے حقوق العباد، انسان کےحقوق ۔</w:t>
      </w:r>
    </w:p>
    <w:p>
      <w:r>
        <w:rPr>
          <w:b/>
        </w:rPr>
        <w:t xml:space="preserve">[31:30] </w:t>
      </w:r>
      <w:r>
        <w:t>insan ke huqooq kya hain?</w:t>
      </w:r>
    </w:p>
    <w:p>
      <w:pPr>
        <w:jc w:val="right"/>
      </w:pPr>
      <w:r>
        <w:t>انسان کےحقوق کیاہیں؟</w:t>
      </w:r>
    </w:p>
    <w:p>
      <w:r>
        <w:rPr>
          <w:b/>
        </w:rPr>
        <w:t xml:space="preserve">[31:33] </w:t>
      </w:r>
      <w:r>
        <w:t>insan ke huqooq yeh hain ke aap doosre insan ke sath adl ka muamla karein, justice ka muamla karein. doosre insan ke liye aap ke andar predictable character ho ke aap us ko gaali nahi denge, aap us ke khilaf jhoota propaganda nahi karenge, aap us ka maal nahi kha jayenge, us ki property hasil nahi kar lenge.</w:t>
      </w:r>
    </w:p>
    <w:p>
      <w:pPr>
        <w:jc w:val="right"/>
      </w:pPr>
      <w:r>
        <w:t>انسان کےحقوق یہہیںکہ آپ دوسرےانسان کےساتھ عدلکامعاملہکریں، جسٹسکا معاملہکریں۔ دوسرےانسانکےلیےآپ کےاندر پریڈکٹیبلکریکٹرہو کہآپاسکوگالینہیںدیںگے، آپاسکو اسکےخلاف جھوٹاپروپیگنڈانہیںکریںگے، آپاسکامال نہیں کھاجائیںگے،اسکیپراپرٹیحاصل نہیںکرلیںگے۔</w:t>
      </w:r>
    </w:p>
    <w:p>
      <w:r>
        <w:rPr>
          <w:b/>
        </w:rPr>
        <w:t xml:space="preserve">[31:56] </w:t>
      </w:r>
      <w:r>
        <w:t>yeh insan ke huqooq hain.</w:t>
      </w:r>
    </w:p>
    <w:p>
      <w:pPr>
        <w:jc w:val="right"/>
      </w:pPr>
      <w:r>
        <w:t>یہ انسان کےحقوق ہیں۔</w:t>
      </w:r>
    </w:p>
    <w:p>
      <w:r>
        <w:rPr>
          <w:b/>
        </w:rPr>
        <w:t xml:space="preserve">[31:59] </w:t>
      </w:r>
      <w:r>
        <w:t>to yeh yeh yeh huqooq bhi insan ke fitrat mein pirost hain aur sath sath shariat mein bata diye gaye hain.</w:t>
      </w:r>
    </w:p>
    <w:p>
      <w:pPr>
        <w:jc w:val="right"/>
      </w:pPr>
      <w:r>
        <w:t>تو یہ یہ یہحقوق بھی انسان کے نیچرمیںپیوستہیں اور ساتھ ساتھشریعتمیںبتادیےگئےہیں۔</w:t>
      </w:r>
    </w:p>
    <w:p>
      <w:r>
        <w:rPr>
          <w:b/>
        </w:rPr>
        <w:t xml:space="preserve">[32:09] </w:t>
      </w:r>
      <w:r>
        <w:t>shariat mein. lekin insan apne mafad ki khatir, apni zid ki khatir, apni sarkashi ki khatir in ke khilaf amal karta hai.</w:t>
      </w:r>
    </w:p>
    <w:p>
      <w:pPr>
        <w:jc w:val="right"/>
      </w:pPr>
      <w:r>
        <w:t>شریعتمیں ۔لیکن انسان اپنے مفادکیخاطر،اپنی ضدکیخاطر، اپنیسرکشیکیخاطر انکےخلاف عمل کرتاہے۔</w:t>
      </w:r>
    </w:p>
    <w:p>
      <w:r>
        <w:rPr>
          <w:b/>
        </w:rPr>
        <w:t xml:space="preserve">[32:19] </w:t>
      </w:r>
      <w:r>
        <w:t>to yeh do lafzon mein bataya gaya, jo baat batayi gayi hai, us ko agle lafzon mein, agle lafzon mein isi ko zahir kiya gaya hai ke woh fasad phailata hai, fasad phailata rehta hai.</w:t>
      </w:r>
    </w:p>
    <w:p>
      <w:pPr>
        <w:jc w:val="right"/>
      </w:pPr>
      <w:r>
        <w:t>تویہ دولفظمیں بتایاگیا، جو باتبتائیگئیہے، اسکواگلےلفظمیں،اگلے لفظمیں اسیکو ظاہرکیاگیاہے کہ وہ فسادپھیلتاہے، فسادپھیلارہتاہے۔</w:t>
      </w:r>
    </w:p>
    <w:p>
      <w:r>
        <w:rPr>
          <w:b/>
        </w:rPr>
        <w:t xml:space="preserve">[32:33] </w:t>
      </w:r>
      <w:r>
        <w:t>aayat kya hai? woh fi haan, woh zameen mein fasad phailate hain. dekhein, fasad ka matlab yeh nahi ke woh ladai karte hain, tashaddud karte hain, bomb marte hain. yahan yeh yeh yeh cheez nahi hai.</w:t>
      </w:r>
    </w:p>
    <w:p>
      <w:pPr>
        <w:jc w:val="right"/>
      </w:pPr>
      <w:r>
        <w:t>آیتکیاہے؟وہ فی ہاں،وہزمین میں فسادپھیلاتےہیں۔ دیکھیں،فسادکامطلبیہنہیںکہوہلڑائیکرتےہیں، تشددکرتے ہیں، بممارتےہیں۔یہاں یہ اںیہچیزنہیںہے۔</w:t>
      </w:r>
    </w:p>
    <w:p>
      <w:r>
        <w:rPr>
          <w:b/>
        </w:rPr>
        <w:t xml:space="preserve">[32:45] </w:t>
      </w:r>
      <w:r>
        <w:t>yahan yeh hai ke Allah ke jo us ki woh things hain, use kharab karte hain.</w:t>
      </w:r>
    </w:p>
    <w:p>
      <w:pPr>
        <w:jc w:val="right"/>
      </w:pPr>
      <w:r>
        <w:t>یہاںیہہےکہ اللہ کےجو اسکیوہتھنگزہیں،اسےخرابکرتےہیں۔</w:t>
      </w:r>
    </w:p>
    <w:p>
      <w:r>
        <w:rPr>
          <w:b/>
        </w:rPr>
        <w:t xml:space="preserve">[32:50] </w:t>
      </w:r>
      <w:r>
        <w:t>Allah ka jo creation plan hai, use kharab karte hain. yahan fasad phir ke maani hain ke Allah ne zameen ko banaya, insan ko yahan abad kiya.</w:t>
      </w:r>
    </w:p>
    <w:p>
      <w:pPr>
        <w:jc w:val="right"/>
      </w:pPr>
      <w:r>
        <w:t>اللہ کاجو کرشنپلانہے، اسے خرابکرتےہیں۔ یہاںفسادپھر کےمعنیہیںکہاللہ نے زمین کو بنایا، انسانکویہاںآباد کیا۔</w:t>
      </w:r>
    </w:p>
    <w:p>
      <w:r>
        <w:rPr>
          <w:b/>
        </w:rPr>
        <w:t xml:space="preserve">[32:59] </w:t>
      </w:r>
      <w:r>
        <w:t>to Allah ki taraf se insan ki fitrat mein rakh diya ke tum ko aise aise rehna hai. aur shariat ki zuban mein peghambar ke zariye us ko bata bhediya gaya, phir bhi use kharab karta hai. woh</w:t>
      </w:r>
    </w:p>
    <w:p>
      <w:pPr>
        <w:jc w:val="right"/>
      </w:pPr>
      <w:r>
        <w:t>تو اللہ کیطرف سے انسان کی فطرت میں رکھ دیا کہتمکوایسےایسےرہناہے۔ اور شریعتکیزبان میں پیغمبرکے ذریعےاسکوبتابھیدیاگیا، پھربھیاسےخرابکرتاہے۔وہ</w:t>
      </w:r>
    </w:p>
    <w:p>
      <w:r>
        <w:rPr>
          <w:b/>
        </w:rPr>
        <w:t xml:space="preserve">[33:13] </w:t>
      </w:r>
      <w:r>
        <w:t>to is ke khilaf karna, yaani Allah ki jo jo naqsh-e-takhlīq hai, us ke khilaf rehna duniya mein, yeh fasad fil arz hai.</w:t>
      </w:r>
    </w:p>
    <w:p>
      <w:pPr>
        <w:jc w:val="right"/>
      </w:pPr>
      <w:r>
        <w:t>تو اس کےخلاف کرنا ،یعنیاللہ کی جو جو نقش ہتخلیقہے، اسکےخلاف رہنادنیا میں،یہفسادفیالارضہے۔</w:t>
      </w:r>
    </w:p>
    <w:p>
      <w:r>
        <w:rPr>
          <w:b/>
        </w:rPr>
        <w:t xml:space="preserve">[33:25] </w:t>
      </w:r>
      <w:r>
        <w:t>misalan, aap insan doosre insano se mohabbat na karein, balke dushmani karein. doosre insano ke maal ki hifazat na karein, balke un ke maal ko kharab kar dein.</w:t>
      </w:r>
    </w:p>
    <w:p>
      <w:pPr>
        <w:jc w:val="right"/>
      </w:pPr>
      <w:r>
        <w:t>مثلاً،آپ انسان دوسرےانسان وںسےمح بت نہکریں،بلکہدشمنیکریں۔ دوسرےانسان وںکے مال کیحفاظتنہکریں،بلکہانکےمالکوخراب کرلیں۔</w:t>
      </w:r>
    </w:p>
    <w:p>
      <w:r>
        <w:rPr>
          <w:b/>
        </w:rPr>
        <w:t xml:space="preserve">[33:37] </w:t>
      </w:r>
      <w:r>
        <w:t>aap doosre insan ki ab roo baroo razi karein,</w:t>
      </w:r>
    </w:p>
    <w:p>
      <w:pPr>
        <w:jc w:val="right"/>
      </w:pPr>
      <w:r>
        <w:t>آپدوسرےانسان کی اب رو ابرورضیکریں،</w:t>
      </w:r>
    </w:p>
    <w:p>
      <w:r>
        <w:rPr>
          <w:b/>
        </w:rPr>
        <w:t xml:space="preserve">[33:41] </w:t>
      </w:r>
      <w:r>
        <w:t>us ko us se ahad karein aur ahad karke phir jayein. doosre insan ke sath aap munfi muamla karein waghera.</w:t>
      </w:r>
    </w:p>
    <w:p>
      <w:pPr>
        <w:jc w:val="right"/>
      </w:pPr>
      <w:r>
        <w:t>اسکو اسسےعہدکریںاورعہدکرکےپھرجائیں۔ دوسرےانسان کےساتھ آپ منفیمعاملہکریں وغیرہ۔</w:t>
      </w:r>
    </w:p>
    <w:p>
      <w:r>
        <w:rPr>
          <w:b/>
        </w:rPr>
        <w:t xml:space="preserve">[33:52] </w:t>
      </w:r>
      <w:r>
        <w:t>to yeh hai fasad fil arz. fasad fil arz koi ladai bhadai ki baat nahi hai. yeh insan ke muamle mein mein apne lafzon mein kahunga ke predictable character na hona.</w:t>
      </w:r>
    </w:p>
    <w:p>
      <w:pPr>
        <w:jc w:val="right"/>
      </w:pPr>
      <w:r>
        <w:t>تویہہے فسادفیالارض۔ فسادفیالارضکوئی لڑائیبھڑائیکیباتنہیںہے۔ یہ انسان کےمعاملےمیں میں اپنےلفظوںمیںکہوںگا کہ پریڈکٹیبلکریکٹرنہہونا۔</w:t>
      </w:r>
    </w:p>
    <w:p>
      <w:r>
        <w:rPr>
          <w:b/>
        </w:rPr>
        <w:t xml:space="preserve">[34:06] </w:t>
      </w:r>
      <w:r>
        <w:t>insan ki nisbat se yahi fasad fil arz hai ke aap ke andar predictable character na ho. aap ke khandan wale, aap ke paros wale, jin insano se aap ka muamla hai, woh sab aapse ek predict karte hain ke aap aisa karenge, aisa karenge, aisa karenge,</w:t>
      </w:r>
    </w:p>
    <w:p>
      <w:pPr>
        <w:jc w:val="right"/>
      </w:pPr>
      <w:r>
        <w:t>انسان کینسب تسےیہی فسادفیالارضہے کہآپکےاندرپریڈکٹی بلکریک ٹرنہہو۔ آپکےخاندان والے ،آپ کے پڑوسوالے، جنانسانوںسےآپکامعاملہہے، وہ سبآپسے ایک پریڈکٹکرتےہیںکہآپایساکریںگے،ایساکریںگے،ایساکریںگے،</w:t>
      </w:r>
    </w:p>
    <w:p>
      <w:r>
        <w:rPr>
          <w:b/>
        </w:rPr>
        <w:t xml:space="preserve">[34:24] </w:t>
      </w:r>
      <w:r>
        <w:t>justice karenge. aap us ko kharab karein to yahi fasad fil arz hai. aur fasad fil arz Allah ki nazar mein bohat bada jurm hai.</w:t>
      </w:r>
    </w:p>
    <w:p>
      <w:pPr>
        <w:jc w:val="right"/>
      </w:pPr>
      <w:r>
        <w:t>جسٹس کریںگے۔ آپاسکوخرابکریں تویہیفسادفیالارضہے۔ اورفسادفیالارضاللہکینظر میںبہت بڑاجرمہے۔</w:t>
      </w:r>
    </w:p>
    <w:p>
      <w:r>
        <w:rPr>
          <w:b/>
        </w:rPr>
        <w:t xml:space="preserve">[34:33] </w:t>
      </w:r>
      <w:r>
        <w:t>falā'i'k al-khāsirūn ghate wale log hain. ghata khatre wale, ghate wala.</w:t>
      </w:r>
    </w:p>
    <w:p>
      <w:pPr>
        <w:jc w:val="right"/>
      </w:pPr>
      <w:r>
        <w:t>فلایک م الخاسرون گھاٹےوالےلوگ ہیں۔ گھاٹا خاطرےوالے،گھاٹےوالا۔</w:t>
      </w:r>
    </w:p>
    <w:p>
      <w:r>
        <w:rPr>
          <w:b/>
        </w:rPr>
        <w:t xml:space="preserve">[34:42] </w:t>
      </w:r>
      <w:r>
        <w:t>to dunya mein aik woh log hain jo faiz hain. faiz maani kaamyaab. aik doosray khaasrahain, nakaam .</w:t>
      </w:r>
    </w:p>
    <w:p>
      <w:pPr>
        <w:jc w:val="right"/>
      </w:pPr>
      <w:r>
        <w:t>تو دنیا میں ایک وہ لوگ ہیں جو فائز ہیں۔ فائز معنی کامیاب۔ ایک دوسرےخاسرہیں، ناکام ۔</w:t>
      </w:r>
    </w:p>
    <w:p>
      <w:r>
        <w:rPr>
          <w:b/>
        </w:rPr>
        <w:t xml:space="preserve">[34:52] </w:t>
      </w:r>
      <w:r>
        <w:t>to faiz wohloghain jinhon ne allah ki daryaft kiya,</w:t>
      </w:r>
    </w:p>
    <w:p>
      <w:pPr>
        <w:jc w:val="right"/>
      </w:pPr>
      <w:r>
        <w:t>تو فائز وہلوگہیں جنہوںنے اللہ کیدریافت کیا،</w:t>
      </w:r>
    </w:p>
    <w:p>
      <w:r>
        <w:rPr>
          <w:b/>
        </w:rPr>
        <w:t xml:space="preserve">[34:56] </w:t>
      </w:r>
      <w:r>
        <w:t>allah ke hukum ke mutabiq chlay dunya mein, allah ke naqsh takhleeq ki pairwi ki. to woh faiz hain, kaamyaab . aur jo is ke khilaaf chlay aur apnay mafaad ki pairwi, khwahish ki pairwi, to woh khaasrahain, yaani nakaam .</w:t>
      </w:r>
    </w:p>
    <w:p>
      <w:pPr>
        <w:jc w:val="right"/>
      </w:pPr>
      <w:r>
        <w:t>اللہ کے حکمکےمطابقچلےدنیا میں، اللہ کے نقش تخلیقکیپیرویکی۔ تووہفائز ہیں، کامیاب ۔ اور جو اسکےخلاف چلے اور اپنے مفاد کی پیرویکی، خواہشکیپیرویکی، تووہخاسرہیں، یعنیناکام ۔</w:t>
      </w:r>
    </w:p>
    <w:p>
      <w:r>
        <w:rPr>
          <w:b/>
        </w:rPr>
        <w:t xml:space="preserve">[35:14] </w:t>
      </w:r>
      <w:r>
        <w:t>yeh do groh is dunya mein bantay hain aur in ka anjaam aakhirat mein saamnay aaye ga.</w:t>
      </w:r>
    </w:p>
    <w:p>
      <w:pPr>
        <w:jc w:val="right"/>
      </w:pPr>
      <w:r>
        <w:t>یہ دو گروہ اسیدنیا میںبنتےہیں اور انکا انجام آخرتمیںسامنےآئےگا۔</w:t>
      </w:r>
    </w:p>
    <w:p>
      <w:r>
        <w:rPr>
          <w:b/>
        </w:rPr>
        <w:t xml:space="preserve">[35:22] </w:t>
      </w:r>
      <w:r>
        <w:t>ki fatakfuru billahi wa kuntum amwaata afaahyakum kaisay tum inkaar karogay allah ka , haalankay tum , yaani marray huway thay, allah ne tum ko zindagi di. yahan marray huway ka matlab yeh nahi kay marray huway, kay tum maujood nahi thay.</w:t>
      </w:r>
    </w:p>
    <w:p>
      <w:pPr>
        <w:jc w:val="right"/>
      </w:pPr>
      <w:r>
        <w:t>کی فتکفر ون باللہ وکنتم اموات افاحیا کم کیسےتم انکارکروگے اللہ کا ،حالانکہتم ،یعنی مرےہوئےتھے،اللہ نےتمکو زندگی دی۔یہاںمرےہوئےکامطلبیہنہیںکہ مرےہوئے، کہتمموجود نہیںتھے۔</w:t>
      </w:r>
    </w:p>
    <w:p>
      <w:r>
        <w:rPr>
          <w:b/>
        </w:rPr>
        <w:t xml:space="preserve">[35:42] </w:t>
      </w:r>
      <w:r>
        <w:t>tum ghair maujood thay, tum ko maujood kar diya. yahan jo lafz istemaal kiya hai, yaani</w:t>
      </w:r>
    </w:p>
    <w:p>
      <w:pPr>
        <w:jc w:val="right"/>
      </w:pPr>
      <w:r>
        <w:t>تم غیر موجود تھے،تمکوموجود کردیا۔ یہاںجو لفظاستعمال کیا ہے، یعنی</w:t>
      </w:r>
    </w:p>
    <w:p>
      <w:r>
        <w:rPr>
          <w:b/>
        </w:rPr>
        <w:t xml:space="preserve">[35:51] </w:t>
      </w:r>
      <w:r>
        <w:t>maut ka aur zindagi ka, woh is maani mein hai kay tum ghair maujood thay, tumhara koi wajood nahi tha. phir tum ko paida kiya aur zameen par basaya.</w:t>
      </w:r>
    </w:p>
    <w:p>
      <w:pPr>
        <w:jc w:val="right"/>
      </w:pPr>
      <w:r>
        <w:t>موتکااورزندگی کا، وہاسمعنیمیںہے کہتم غیر موجود تھے،تمہاراکوئیوجود نہیںتھا۔ پھرتم کوپیدا کیا اورزمین پر بسایا۔</w:t>
      </w:r>
    </w:p>
    <w:p>
      <w:r>
        <w:rPr>
          <w:b/>
        </w:rPr>
        <w:t xml:space="preserve">[36:00] </w:t>
      </w:r>
      <w:r>
        <w:t>to yeh kitni bari nemat tumhari hai, allah ki tumharay oopar hai.</w:t>
      </w:r>
    </w:p>
    <w:p>
      <w:pPr>
        <w:jc w:val="right"/>
      </w:pPr>
      <w:r>
        <w:t>تویہکتنیبڑینعمتتمہاریہے، اللہ کی تمہارےاوپرہے۔</w:t>
      </w:r>
    </w:p>
    <w:p>
      <w:r>
        <w:rPr>
          <w:b/>
        </w:rPr>
        <w:t xml:space="preserve">[36:06] </w:t>
      </w:r>
      <w:r>
        <w:t>thumma yuyitukum thumma yuhyeekum phir allah tum ko maut de ga aur phir zinda kare ga. yaani is dunya mein aik aik bohat muddat ke liye tum ko rehna hai,</w:t>
      </w:r>
    </w:p>
    <w:p>
      <w:pPr>
        <w:jc w:val="right"/>
      </w:pPr>
      <w:r>
        <w:t>ثم يم یت کمثم یحییکم پھراللہ تم کوموتدےگااورپھرزندہکرےگا۔ یعنی اسدنیا میں ایک ایک بہتمد تکےلیے تم کورہناہے،</w:t>
      </w:r>
    </w:p>
    <w:p>
      <w:r>
        <w:rPr>
          <w:b/>
        </w:rPr>
        <w:t xml:space="preserve">[36:22] </w:t>
      </w:r>
      <w:r>
        <w:t>lekin is ke baad tum ko phir jaana hai allah ki taraf . wahan hisab kitaab ho ga. to yeh jo dunya mein jo zindagi hai,</w:t>
      </w:r>
    </w:p>
    <w:p>
      <w:pPr>
        <w:jc w:val="right"/>
      </w:pPr>
      <w:r>
        <w:t>لیکن اسکےبعد تم کوپھر جاناہےاللہ کیطرف ۔ وہاں حسابکتاب ہوگا۔ تو یہجو دنیا میںجوزندگی ہے،</w:t>
      </w:r>
    </w:p>
    <w:p>
      <w:r>
        <w:rPr>
          <w:b/>
        </w:rPr>
        <w:t xml:space="preserve">[36:34] </w:t>
      </w:r>
      <w:r>
        <w:t>maut yaad dilati hai kay aadmi is dunya mein hamesha ke liye nahi hai.</w:t>
      </w:r>
    </w:p>
    <w:p>
      <w:pPr>
        <w:jc w:val="right"/>
      </w:pPr>
      <w:r>
        <w:t>موت یاددلاتیہےکہ آدمی اسدنیا میں ہمیشہکےلیےنہیںہے۔</w:t>
      </w:r>
    </w:p>
    <w:p>
      <w:r>
        <w:rPr>
          <w:b/>
        </w:rPr>
        <w:t xml:space="preserve">[36:41] </w:t>
      </w:r>
      <w:r>
        <w:t>to jo average umar batai gai hai insaan ki , woh to taqreeban 70 saal batai gai, lekin yeh yeh average hai.</w:t>
      </w:r>
    </w:p>
    <w:p>
      <w:pPr>
        <w:jc w:val="right"/>
      </w:pPr>
      <w:r>
        <w:t>تو جو ایوریج عمر بتائیگئیہےانسانکی ،وہتو تقریباً70سال بتائیگئی، لیکن یہ یہایوریجہے۔</w:t>
      </w:r>
    </w:p>
    <w:p>
      <w:r>
        <w:rPr>
          <w:b/>
        </w:rPr>
        <w:t xml:space="preserve">[36:52] </w:t>
      </w:r>
      <w:r>
        <w:t>koi is se kam mar jaata hai, koi is se ziyada mar jaata hai. aur mujhe jo abhi doctor abdul kalam ki jo maut hui hai, woh aik aur cheez ki yaad dilati hai.</w:t>
      </w:r>
    </w:p>
    <w:p>
      <w:pPr>
        <w:jc w:val="right"/>
      </w:pPr>
      <w:r>
        <w:t>کوئی اسسےکم مر جاتاہے،کوئی اسسےزیادہ مرجاتاہے۔ اور مجھےجو ابھی ڈاکٹرعبدالکلامکیجوموتہوئیہے، وہایکاورچیزکی یاددلاتیہے۔</w:t>
      </w:r>
    </w:p>
    <w:p>
      <w:r>
        <w:rPr>
          <w:b/>
        </w:rPr>
        <w:t xml:space="preserve">[37:04] </w:t>
      </w:r>
      <w:r>
        <w:t>achanak maut.</w:t>
      </w:r>
    </w:p>
    <w:p>
      <w:pPr>
        <w:jc w:val="right"/>
      </w:pPr>
      <w:r>
        <w:t>اچانکموت۔</w:t>
      </w:r>
    </w:p>
    <w:p>
      <w:r>
        <w:rPr>
          <w:b/>
        </w:rPr>
        <w:t xml:space="preserve">[37:07] </w:t>
      </w:r>
      <w:r>
        <w:t xml:space="preserve">yaani aik to yeh hai kay aadmi kisi hadsay ka shikaar ho jaye, us waqt is ki maut ho jaye. woh beemar paray, beemar paray, maut ho jaye, ya boorha ho jaye, boorha ho kar ke mar jaye. </w:t>
      </w:r>
    </w:p>
    <w:p>
      <w:pPr>
        <w:jc w:val="right"/>
      </w:pPr>
      <w:r>
        <w:t>یعنیایک تو یہہےکہ آدمی کسی حادثےکاشکارہوجائے، اسوقتاسکیموتہوجائے۔ وہ بیمارپڑارہے،بیمار پڑے،موتہوجائے، یابوڑھاہوجائے،بوڑھاہوکرکے مرجائے۔</w:t>
      </w:r>
    </w:p>
    <w:p>
      <w:r>
        <w:rPr>
          <w:b/>
        </w:rPr>
        <w:t xml:space="preserve">[37:21] </w:t>
      </w:r>
      <w:r>
        <w:t>yeh is ko kehtay hain natural death. natural death. lekin aik maut woh achanak ho, bilkul aik dam, aik dam , us waqt second ho jaye.</w:t>
      </w:r>
    </w:p>
    <w:p>
      <w:pPr>
        <w:jc w:val="right"/>
      </w:pPr>
      <w:r>
        <w:t>یہ اسکوکہتےہیں نیچرل ڈیتھ۔ نیچرلڈیتھ۔ لیکن ایک موتوہیاچانکہو،بالکل ایکدم، ایکدم ،اس ودانسیکنڈہوجائے۔</w:t>
      </w:r>
    </w:p>
    <w:p>
      <w:r>
        <w:rPr>
          <w:b/>
        </w:rPr>
        <w:t xml:space="preserve">[37:32] </w:t>
      </w:r>
      <w:r>
        <w:t>yeh thi doctor abdul kalam ki maut.</w:t>
      </w:r>
    </w:p>
    <w:p>
      <w:pPr>
        <w:jc w:val="right"/>
      </w:pPr>
      <w:r>
        <w:t>یہ تھی ڈاکٹرعبدالکلامکیموت۔</w:t>
      </w:r>
    </w:p>
    <w:p>
      <w:r>
        <w:rPr>
          <w:b/>
        </w:rPr>
        <w:t xml:space="preserve">[37:35] </w:t>
      </w:r>
      <w:r>
        <w:t>aap jantay hain kay woh new delhi se gaye shillong speed lecture dainay ke liye.</w:t>
      </w:r>
    </w:p>
    <w:p>
      <w:pPr>
        <w:jc w:val="right"/>
      </w:pPr>
      <w:r>
        <w:t>آپجانتےہیںکہوہ نئیدہلیسےگئے شیلانگ اسپیڈ لیکچردینےکےلیے۔</w:t>
      </w:r>
    </w:p>
    <w:p>
      <w:r>
        <w:rPr>
          <w:b/>
        </w:rPr>
        <w:t xml:space="preserve">[37:45] </w:t>
      </w:r>
      <w:r>
        <w:t>to jab woh kharray huway stage par aur bolna shuru kiya, unhon ne to paanch minute bolay thay kay is ke baad woh gir paray.</w:t>
      </w:r>
    </w:p>
    <w:p>
      <w:pPr>
        <w:jc w:val="right"/>
      </w:pPr>
      <w:r>
        <w:t>توجبوہکھڑےہوئے اسٹیجپر اوربولناشروعکیا،انہوںنے تو پانچمنٹبولےتھے کہاسکےبعد وہگرپڑے۔</w:t>
      </w:r>
    </w:p>
    <w:p>
      <w:r>
        <w:rPr>
          <w:b/>
        </w:rPr>
        <w:t xml:space="preserve">[37:57] </w:t>
      </w:r>
      <w:r>
        <w:t>aik jumla bol rahay thay, woh jiska aakhri lafz tha "foreign". is jumlay ka abhi mukammal nahi tha.</w:t>
      </w:r>
    </w:p>
    <w:p>
      <w:pPr>
        <w:jc w:val="right"/>
      </w:pPr>
      <w:r>
        <w:t>ایک جملہ بولرہےتھے،وہجسکاآخریلفظتھا "فارن"۔ اسجملے کا ابھی مک ملنہیںہواتھا۔</w:t>
      </w:r>
    </w:p>
    <w:p>
      <w:r>
        <w:rPr>
          <w:b/>
        </w:rPr>
        <w:t xml:space="preserve">[38:05] </w:t>
      </w:r>
      <w:r>
        <w:t>"foreign" ke aagay kiya kehna chahtay thay, woh nahi keh paaye thay. to jumlay ka aik lafz "foreign" kaha ho to gir paray woh. aur achanak phir khatam ho gaye. woh doctor ne dekha to usay declare kiya kay woh mar chukay hain.</w:t>
      </w:r>
    </w:p>
    <w:p>
      <w:pPr>
        <w:jc w:val="right"/>
      </w:pPr>
      <w:r>
        <w:t>"فارن"کےآگے کیا کہنا چاہتےتھے،وہنہیں کہہپائےتھے۔ تو جملےکا ایک لفظ"فارن"کہاہوتوگرپڑےوہ۔اوراچانکپھرختمہوگئے۔وہ ڈاکٹرنےدیکھاتو اسےڈیکلیئرکیا کہوہمرچکےہیں۔</w:t>
      </w:r>
    </w:p>
    <w:p>
      <w:r>
        <w:rPr>
          <w:b/>
        </w:rPr>
        <w:t xml:space="preserve">[38:20] </w:t>
      </w:r>
      <w:r>
        <w:t>to maut , yaani natural death bhi hoti hai, achanak bhi hoti hai.</w:t>
      </w:r>
    </w:p>
    <w:p>
      <w:pPr>
        <w:jc w:val="right"/>
      </w:pPr>
      <w:r>
        <w:t>تو موت ، یعنی نیچرلڈیتھبھیہوتیہے،اچانکبھیہوتیہے۔</w:t>
      </w:r>
    </w:p>
    <w:p>
      <w:r>
        <w:rPr>
          <w:b/>
        </w:rPr>
        <w:t xml:space="preserve">[38:26] </w:t>
      </w:r>
      <w:r>
        <w:t>to asal cheez jo zindagi ke baray mein sochna hai, woh aakhirat hai. kyunkay aakhirat hi eternal hai aur wahin par insaan ko ya to jahannum pesh aaye gi ya jannat pesh aaye gi.</w:t>
      </w:r>
    </w:p>
    <w:p>
      <w:pPr>
        <w:jc w:val="right"/>
      </w:pPr>
      <w:r>
        <w:t>تو اصلچیزجو زندگی کےبارےمیںسوچناہے، وہ آخرتہے۔ کیونکہآخرتبھی ایٹرنلہے اوروہیںپرانسانکو یاتو جہنمپیشآئےگی یا جنتپیشآئےگی۔</w:t>
      </w:r>
    </w:p>
    <w:p>
      <w:r>
        <w:rPr>
          <w:b/>
        </w:rPr>
        <w:t xml:space="preserve">[38:40] </w:t>
      </w:r>
      <w:r>
        <w:t>thumma ilayhi turja'oon phir tum allah ki taraf lotaye jao gay. yaani dunya mein kuch din guzaarnay ke baad khatam nahi ho jao gay.</w:t>
      </w:r>
    </w:p>
    <w:p>
      <w:pPr>
        <w:jc w:val="right"/>
      </w:pPr>
      <w:r>
        <w:t>ثم الیہترجعون پھرتم اللہکیطرفلوٹائےجاؤگے۔ یعنیدنیا میںکچھدن گزارنےکےبعد ختمنہیںہوجاؤگے۔</w:t>
      </w:r>
    </w:p>
    <w:p>
      <w:r>
        <w:rPr>
          <w:b/>
        </w:rPr>
        <w:t xml:space="preserve">[38:49] </w:t>
      </w:r>
      <w:r>
        <w:t>yaani maut tum ko khatam nahi kar deti, balkay woh lota deti hai.</w:t>
      </w:r>
    </w:p>
    <w:p>
      <w:pPr>
        <w:jc w:val="right"/>
      </w:pPr>
      <w:r>
        <w:t>یعنیموت تمکوختمنہیںکردیتی، بلکہوہلوٹا دیہے۔</w:t>
      </w:r>
    </w:p>
    <w:p>
      <w:r>
        <w:rPr>
          <w:b/>
        </w:rPr>
        <w:t xml:space="preserve">[38:54] </w:t>
      </w:r>
      <w:r>
        <w:t>yahansay wahan tum ko pohanchadia jata hai. maut zindagi ka khatma nahi hai, balkay maut aik aur daur-e-hayat ka aaghaz hai.</w:t>
      </w:r>
    </w:p>
    <w:p>
      <w:pPr>
        <w:jc w:val="right"/>
      </w:pPr>
      <w:r>
        <w:t>یہاںسے وہاں تم کو پہنچادیا جاتاہے۔ موت زندگی کاخاتمہنہیںہے، بلکہ موت ایکاور دور حیاتکا آغاز ہے۔</w:t>
      </w:r>
    </w:p>
    <w:p>
      <w:r>
        <w:rPr>
          <w:b/>
        </w:rPr>
        <w:t xml:space="preserve">[39:07] </w:t>
      </w:r>
      <w:r>
        <w:t>walzi khalaqa laka ma fil ardi jameea wohi hai jisne paida kiya tumhari zameen ki tamam cheezon ko.</w:t>
      </w:r>
    </w:p>
    <w:p>
      <w:pPr>
        <w:jc w:val="right"/>
      </w:pPr>
      <w:r>
        <w:t>وال ذیخلق لک مافیالارضجمیعا وہیہےجسنےپیدا کیاتمہاری زمین کیتمامچیزیں۔</w:t>
      </w:r>
    </w:p>
    <w:p>
      <w:r>
        <w:rPr>
          <w:b/>
        </w:rPr>
        <w:t xml:space="preserve">[39:16] </w:t>
      </w:r>
      <w:r>
        <w:t>usne paida kiya tumko zameen ki tamam cheezon ko. mein aksar sochta hoon ke koi aik cheez kya mein daryaft kar sakta hoon jo Allah ne paida ki ho?</w:t>
      </w:r>
    </w:p>
    <w:p>
      <w:pPr>
        <w:jc w:val="right"/>
      </w:pPr>
      <w:r>
        <w:t>اسینےپیدا کیا تمکوزمین کیتمامچیزیں۔ میںاکثرسوچتاہوں کہ کوئیایکچیز کیا میںدریافتکرسکتاہوں جو اللہ نے پیدا کیہو ؟</w:t>
      </w:r>
    </w:p>
    <w:p>
      <w:r>
        <w:rPr>
          <w:b/>
        </w:rPr>
        <w:t xml:space="preserve">[39:26] </w:t>
      </w:r>
      <w:r>
        <w:t>kya koi baal, koi koinakhun, koi pati, koi cheez nahi. har cheez ko paida karne wali aik hi hasti hai.</w:t>
      </w:r>
    </w:p>
    <w:p>
      <w:pPr>
        <w:jc w:val="right"/>
      </w:pPr>
      <w:r>
        <w:t>کیا کوئیبال ،کوئیکوئیناخن، کوئی پتی ،کوئیچیزنہیں ۔ ہرچیز کو پیدا کرنے والیایکہیہستیہے۔</w:t>
      </w:r>
    </w:p>
    <w:p>
      <w:r>
        <w:rPr>
          <w:b/>
        </w:rPr>
        <w:t xml:space="preserve">[39:36] </w:t>
      </w:r>
      <w:r>
        <w:t>to kaisi ajeeb cheez hai jab aadmi usko daryaft karta hai ke har cheez ko paida karne wala sirf aik hi hasti hai. to yahin se imaan ka aaghaz hota hai.</w:t>
      </w:r>
    </w:p>
    <w:p>
      <w:pPr>
        <w:jc w:val="right"/>
      </w:pPr>
      <w:r>
        <w:t>تو کیسیعجیبچیزہےجبآدمیاسکودریافتکرتاہے کہہرچیزکوپیدا کرنے والاصرفایکہستیہے۔ تویہیںسے ایمانکاآغاز ہوتاہے۔</w:t>
      </w:r>
    </w:p>
    <w:p>
      <w:r>
        <w:rPr>
          <w:b/>
        </w:rPr>
        <w:t xml:space="preserve">[39:45] </w:t>
      </w:r>
      <w:r>
        <w:t>yahin se aadmi ke andar Khuda ke liye surrender karna shuru hota hai. thumma-stawā ilā-s-samā'i fa-sawwā-huna sab'a samāwāt. phir woh mutawajjah hua aasman ki taraf aur usko saat aasman banaya.</w:t>
      </w:r>
    </w:p>
    <w:p>
      <w:pPr>
        <w:jc w:val="right"/>
      </w:pPr>
      <w:r>
        <w:t>یہیںسےآدمیکےاندر خداکےلیےسرنڈرکرنا شروعہوتاہے۔ ثم استوى الىالسماء فسواسب عسماوات پھروہ متوجہہوا آسمانکیطرف اوراسکو ساتآسمانبن ائے۔</w:t>
      </w:r>
    </w:p>
    <w:p>
      <w:r>
        <w:rPr>
          <w:b/>
        </w:rPr>
        <w:t xml:space="preserve">[39:57] </w:t>
      </w:r>
      <w:r>
        <w:t>yeh saat aasman ka muamla abhi tak</w:t>
      </w:r>
    </w:p>
    <w:p>
      <w:pPr>
        <w:jc w:val="right"/>
      </w:pPr>
      <w:r>
        <w:t>یہ ساتآسمانکامعاملہابھیتک</w:t>
      </w:r>
    </w:p>
    <w:p>
      <w:r>
        <w:rPr>
          <w:b/>
        </w:rPr>
        <w:t xml:space="preserve">[40:00] </w:t>
      </w:r>
      <w:r>
        <w:t>science daryaft nahi kar saki hai. lekin hum aqeeda hamara yahi hai ke koi aisi cheez hai jis ko saat aasman Quran mein bhi kaha gaya hai.</w:t>
      </w:r>
    </w:p>
    <w:p>
      <w:pPr>
        <w:jc w:val="right"/>
      </w:pPr>
      <w:r>
        <w:t>سائنسدریا فتنہیںکرسکیہے۔ لیکن ہم عقیدہہمارایہیہےکہ کوئیایسیچیزہے جسکو ساتآسمان قرآنمیںبھیکہاگیاہے۔</w:t>
      </w:r>
    </w:p>
    <w:p>
      <w:r>
        <w:rPr>
          <w:b/>
        </w:rPr>
        <w:t xml:space="preserve">[40:09] </w:t>
      </w:r>
      <w:r>
        <w:t>kyunki universe bohat hi wasee, bohat hi wasee hai, bohat hi vast hai. to abhi tak koi khudbeen ya doorbeen usko dekh nahi pai hai.</w:t>
      </w:r>
    </w:p>
    <w:p>
      <w:pPr>
        <w:jc w:val="right"/>
      </w:pPr>
      <w:r>
        <w:t>کیونکہ یونیورس بہت ہی وسیع،بہتہیوسیعہے، بہت ہی واسٹہے۔ تو ابھیتک کوئی خود بین یا دور بین اسکو دیکھنہیںپائیہے۔</w:t>
      </w:r>
    </w:p>
    <w:p>
      <w:r>
        <w:rPr>
          <w:b/>
        </w:rPr>
        <w:t xml:space="preserve">[40:22] </w:t>
      </w:r>
      <w:r>
        <w:t>to kya woh waqai daryaft nahi ho? hamare mulk ke saat aasman ki haqeeqat yeh thi. lekin behal humein aqeeda hi rakhna hai ke aasman jo hain, hum hamari wujood se bahar, woh saat tabaqat uske hain.</w:t>
      </w:r>
    </w:p>
    <w:p>
      <w:pPr>
        <w:jc w:val="right"/>
      </w:pPr>
      <w:r>
        <w:t>تو کیا وہ واقعی دریا فتیںہوں؟ہمارےملککے ساتآسمان کی حقیقتیہتھی۔ لیکن بہرحالہمیںعقیدہیہیرکھناہے کہ آسمان جوہیں، ہمہماریوجود سےباہر ،وہ سات طبقات اسکےہیں۔</w:t>
      </w:r>
    </w:p>
    <w:p>
      <w:r>
        <w:rPr>
          <w:b/>
        </w:rPr>
        <w:t xml:space="preserve">[40:37] </w:t>
      </w:r>
      <w:r>
        <w:t>koi aisi muamla hai jis ko Allah Ta'ala ne saat mein taqseem kiya hai. to saat aasman banaye. wa huwa bi kulli shay'in aleem. har cheez par khabar hai. woh yani aleem ka lafz ba-ma'ni hai yahan par ke kisi kisi kisi ilm ke barabar sa kya hai. usne agarche humein abhi nahi maloom ke yeh Allah Ta'ala ne jo saat taqseem kiye aasmanon ki, woh usmein kya hikmat hai.</w:t>
      </w:r>
    </w:p>
    <w:p>
      <w:pPr>
        <w:jc w:val="right"/>
      </w:pPr>
      <w:r>
        <w:t>کوئیایسا معاملہہےجسکو اللہتعالینےسات میںتقسیمکیا ہے۔ تو ساتآسمان بنائے۔ وھوبکل شیء علیم ہرچیز پر باخبرہے۔وہ یعنی علیمکالفظب امعنیہےیہاںپر کہکسی کسی کسی علم کےبرابر ساکیاہے۔اسنے اگر چہہمیںابھینہیںمعلوم کہ یہاللہتعالینےجو سات تقسیمکیےآسمانوںکی،وہ اسمیںکیا حکمتہے۔</w:t>
      </w:r>
    </w:p>
    <w:p>
      <w:r>
        <w:rPr>
          <w:b/>
        </w:rPr>
        <w:t xml:space="preserve">[41:05] </w:t>
      </w:r>
      <w:r>
        <w:t>humein abhi pata nahi hai.</w:t>
      </w:r>
    </w:p>
    <w:p>
      <w:pPr>
        <w:jc w:val="right"/>
      </w:pPr>
      <w:r>
        <w:t>ہمیںابھیپتہنہیںہے۔</w:t>
      </w:r>
    </w:p>
    <w:p>
      <w:r>
        <w:rPr>
          <w:b/>
        </w:rPr>
        <w:t xml:space="preserve">[41:06] </w:t>
      </w:r>
      <w:r>
        <w:t>aagay science inshallah bataye gi. to kya is saat taqseem jo aasmanon ke hain, usmein bohat bari hikmat hai? apne ilm-e-bartar ke tehat Allah Ta'ala ne aisa kiya hai.</w:t>
      </w:r>
    </w:p>
    <w:p>
      <w:pPr>
        <w:jc w:val="right"/>
      </w:pPr>
      <w:r>
        <w:t>آئندہ سائنس انشاءاللہبتائےگی۔ تو کیا اس سات تقسیم جوآس مانوںکےہیں،اسمیںبہت بڑیحکمتہے؟ اپنے علم برترکےتحت اللہتعالینےایساکیاہے۔</w:t>
      </w:r>
    </w:p>
    <w:p>
      <w:r>
        <w:rPr>
          <w:b/>
        </w:rPr>
        <w:t xml:space="preserve">[41:21] </w:t>
      </w:r>
      <w:r>
        <w:t>to aaj ka dars-e-Quran yahin tak 39 par khatam hua hai. agla dars inshallah 30 se hoga</w:t>
      </w:r>
    </w:p>
    <w:p>
      <w:pPr>
        <w:jc w:val="right"/>
      </w:pPr>
      <w:r>
        <w:t>تو آجکا درسقرآن یہیںتک 3 9 پرختمہواہے۔ اگلا درسانشاءاللہ 30سےہوگ</w:t>
      </w:r>
    </w:p>
    <w:p>
      <w:r>
        <w:rPr>
          <w:b/>
        </w:rPr>
        <w:t xml:space="preserve">[41:30] </w:t>
      </w:r>
      <w:r>
        <w:t>a. 30 yani Al-Baqarah ayat number 30 se agla dars shuru hoga. aur mein phir usiko dohraunga ke Quran ko samajhne ke liye bohat hi zaroori hai ke aap yeh janen ke Quran kisi kisi aur zuban mein nahi, kisi aasmani zuban mein nahi hai, woh insani zuban mein hai.</w:t>
      </w:r>
    </w:p>
    <w:p>
      <w:pPr>
        <w:jc w:val="right"/>
      </w:pPr>
      <w:r>
        <w:t>ا۔30 یعنی البقرہ آیتنمبر30سے اگلادرس شروع ہوگا۔ اور میں پھراسیکودہراؤںگا کہ قرآنکو سمجھنےکےلیے بہت ہیضروریہے کہآپیہجان یں کہقرآن کسی کسی اور زبان میںنہیں،کسی آسمانیزبان میںنہیںہے، وہ انسانیزبان میںہے۔</w:t>
      </w:r>
    </w:p>
    <w:p>
      <w:r>
        <w:rPr>
          <w:b/>
        </w:rPr>
        <w:t xml:space="preserve">[41:52] </w:t>
      </w:r>
      <w:r>
        <w:t>kyunki yeh yeh yeh janay baghair aap Quran ki hikmaton ko daryaft nahi kar sakte.</w:t>
      </w:r>
    </w:p>
    <w:p>
      <w:pPr>
        <w:jc w:val="right"/>
      </w:pPr>
      <w:r>
        <w:t>کیونکہیہ یہ یہ جانےبغیرآپ قرآنکے حکمتوںکودریافتنہیںکرسکتے۔</w:t>
      </w:r>
    </w:p>
    <w:p>
      <w:r>
        <w:rPr>
          <w:b/>
        </w:rPr>
        <w:t xml:space="preserve">[41:59] </w:t>
      </w:r>
      <w:r>
        <w:t>lafzon mein phanse rahenge aap. lafzon mein phanse rahenge. jaise maine misal di aapko ke koi kahe ke yahan aik shakhs dars-e-Quran de raha hai to aap dene par phans jayenge. aapko dede ke aati hai ji tera gaas de raha hai, qalb de raha hai.</w:t>
      </w:r>
    </w:p>
    <w:p>
      <w:pPr>
        <w:jc w:val="right"/>
      </w:pPr>
      <w:r>
        <w:t>لفظوںمیںپھنسےرہیںگےآپ۔ لفظوںمیںپھنسےرہیںگے۔ جیسےمیںنے مثالدیآپکو کہکوئیکہےکہیہاںایک شخص درسقرآندےرہاہے تو آپ دینے پر پھنسجائیںگے۔آپکودےدےکےآتیہےجیتیراگلاسدےرہاہے، قلبدےرہاہے۔</w:t>
      </w:r>
    </w:p>
    <w:p>
      <w:r>
        <w:rPr>
          <w:b/>
        </w:rPr>
        <w:t xml:space="preserve">[42:14] </w:t>
      </w:r>
      <w:r>
        <w:t>wahan dena trick ke ma'ni mein nahi hai, balkay bayan ke ma'ni mein hai. to yeh andaaz jo hai insani zuban mein hota hai, yahi andaaz Quran mein bhi hai.</w:t>
      </w:r>
    </w:p>
    <w:p>
      <w:pPr>
        <w:jc w:val="right"/>
      </w:pPr>
      <w:r>
        <w:t>وہاںدینا ٹرکیکےمعنیمیںنہیںہے، بلکہ بیانکےمعنیمیںہے۔ تو یہ اندازجوہے انسانیزبان میںہوتاہے، یہیانداز قرآنمیںبھیہے۔</w:t>
      </w:r>
    </w:p>
    <w:p>
      <w:r>
        <w:rPr>
          <w:b/>
        </w:rPr>
        <w:t xml:space="preserve">[42:28] </w:t>
      </w:r>
      <w:r>
        <w:t>to main sochta hoon ke aap Allah Ta'ala se, main Allah Ta'ala se dua karta hoon ke Allah Ta'ala aapko Allah ke Quran ki fahm ki taufeeq de.</w:t>
      </w:r>
    </w:p>
    <w:p>
      <w:pPr>
        <w:jc w:val="right"/>
      </w:pPr>
      <w:r>
        <w:t>تو میںسوچتاہوںکہآپ اللہ تعالی سے ،میںاللہتعالیسےدعاکرتاہوںکہاللہتعالیآپکو اللہ کے قرآن کیفہمکیتوفیق دے۔</w:t>
      </w:r>
    </w:p>
    <w:p>
      <w:r>
        <w:rPr>
          <w:b/>
        </w:rPr>
        <w:t xml:space="preserve">[42:37] </w:t>
      </w:r>
      <w:r>
        <w:t>aur Quran jitna gehrai ke sath aap samjhenge, utni gehrai ke sath aapke andar ma'rifat aur imaan paida hoga. Assalamu Alaikum wa Rahmatullahi.</w:t>
      </w:r>
    </w:p>
    <w:p>
      <w:pPr>
        <w:jc w:val="right"/>
      </w:pPr>
      <w:r>
        <w:t>اور قرآن جتناگہرائیکےساتھ آپسمجھیںگے، اتنیگہرائیکےساتھآپکےاندر معرفتاورایمانپیدا ہوگا۔ السلامعلیکم ورحمۃاللہ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