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Message of The Quran March 29, 2015</w:t>
      </w:r>
    </w:p>
    <w:p>
      <w:r>
        <w:t>https://youtu.be/61ANCBxSPHs</w:t>
      </w:r>
    </w:p>
    <w:p>
      <w:r>
        <w:rPr>
          <w:b/>
        </w:rPr>
        <w:t xml:space="preserve">[00:14] </w:t>
      </w:r>
      <w:r>
        <w:t>bismillah rahman rahim. wa sallallahu ala nabiyyil karim. rab ishrah li sadri, wa yassir li amri, wah lul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[00:30] </w:t>
      </w:r>
      <w:r>
        <w:t>yafqa qawli. 29 march 2015.</w:t>
      </w:r>
    </w:p>
    <w:p>
      <w:pPr>
        <w:jc w:val="right"/>
      </w:pPr>
      <w:r>
        <w:t>یفقہ قولی۔ 29 مارچ 2015۔</w:t>
      </w:r>
    </w:p>
    <w:p>
      <w:r>
        <w:rPr>
          <w:b/>
        </w:rPr>
        <w:t xml:space="preserve">[00:40] </w:t>
      </w:r>
      <w:r>
        <w:t>aaj ka topic hai: quran ka paigham, ya "message of the quran".</w:t>
      </w:r>
    </w:p>
    <w:p>
      <w:pPr>
        <w:jc w:val="right"/>
      </w:pPr>
      <w:r>
        <w:t>آج کا ٹاپک ہے: قرآن کا پیغام، یا "Message of the Quran"۔</w:t>
      </w:r>
    </w:p>
    <w:p>
      <w:r>
        <w:rPr>
          <w:b/>
        </w:rPr>
        <w:t xml:space="preserve">[00:56] </w:t>
      </w:r>
      <w:r>
        <w:t>aaj main apni baat ko ek waqeye se shuru karta hoon.</w:t>
      </w:r>
    </w:p>
    <w:p>
      <w:pPr>
        <w:jc w:val="right"/>
      </w:pPr>
      <w:r>
        <w:t>آج میں اپنی بات کو ایک واقعے سے شروع کرتا ہوں۔</w:t>
      </w:r>
    </w:p>
    <w:p>
      <w:r>
        <w:rPr>
          <w:b/>
        </w:rPr>
        <w:t xml:space="preserve">[01:04] </w:t>
      </w:r>
      <w:r>
        <w:t>meri mulaqat misr ke ek journalist se hui. woh bohat parhe likhe aadmi the. arabi zaban to un ki maadri zaban thi, us ke ilawa english bhi woh achhi jante the.</w:t>
      </w:r>
    </w:p>
    <w:p>
      <w:pPr>
        <w:jc w:val="right"/>
      </w:pPr>
      <w:r>
        <w:t>میری ملاقات مصر کے ایک جرنلسٹ سے ہوئی۔ وہ بہت پڑھے لکھے آدمی تھے۔ عربی زبان تو ان کی مادری زبان تھی، اس کے علاوہ انگلش بھی وہ اچھی جانتے تھے۔</w:t>
      </w:r>
    </w:p>
    <w:p>
      <w:r>
        <w:rPr>
          <w:b/>
        </w:rPr>
        <w:t xml:space="preserve">[01:21] </w:t>
      </w:r>
      <w:r>
        <w:t>un ka naam tha mister abdul rahman. to woh ikhwani khayalat se kuch mutasir the.</w:t>
      </w:r>
    </w:p>
    <w:p>
      <w:pPr>
        <w:jc w:val="right"/>
      </w:pPr>
      <w:r>
        <w:t>ان کا نام تھا مسٹر عبدالرحمن۔ تو وہ اخوانی خیالات سے کچھ متاثر تھے۔</w:t>
      </w:r>
    </w:p>
    <w:p>
      <w:r>
        <w:rPr>
          <w:b/>
        </w:rPr>
        <w:t xml:space="preserve">[01:33] </w:t>
      </w:r>
      <w:r>
        <w:t>to maine guftagu ke douran kaha ke ikhwan ke leader sayyid qutb ki kitab hai: "al atalata al ijtimaia fi al islam".</w:t>
      </w:r>
    </w:p>
    <w:p>
      <w:pPr>
        <w:jc w:val="right"/>
      </w:pPr>
      <w:r>
        <w:t>تو میں نے گفتگو کے دوران کہا کہ اخوان کے لیڈر سید قطب کی کتاب ہے: "الاطالۃ الاجتماعیہ فی الاسلام"۔</w:t>
      </w:r>
    </w:p>
    <w:p>
      <w:r>
        <w:rPr>
          <w:b/>
        </w:rPr>
        <w:t xml:space="preserve">[01:47] </w:t>
      </w:r>
      <w:r>
        <w:t>social justice in islam.</w:t>
      </w:r>
    </w:p>
    <w:p>
      <w:pPr>
        <w:jc w:val="right"/>
      </w:pPr>
      <w:r>
        <w:t>Social Justice in Islam۔</w:t>
      </w:r>
    </w:p>
    <w:p>
      <w:r>
        <w:rPr>
          <w:b/>
        </w:rPr>
        <w:t xml:space="preserve">[01:52] </w:t>
      </w:r>
      <w:r>
        <w:t>to maine kaha ke is kitab mein bazahir to yeh kaha gaya hai ke islam ka social justice ka nizam batana is ka mauzu hai.</w:t>
      </w:r>
    </w:p>
    <w:p>
      <w:pPr>
        <w:jc w:val="right"/>
      </w:pPr>
      <w:r>
        <w:t>تو میں نے کہا کہ اس کتاب میں بظاہر تو یہ کہا گیا ہے کہ اسلام کا Social Justice کا نظام بتانا اس کا موضوع ہے۔</w:t>
      </w:r>
    </w:p>
    <w:p>
      <w:r>
        <w:rPr>
          <w:b/>
        </w:rPr>
        <w:t xml:space="preserve">[02:05] </w:t>
      </w:r>
      <w:r>
        <w:t>lekin aap poori kitab padh daliye to is mein aap ko wahi cheez nahi milegi jo asal matloob hai. yani well-structured system of social justice.</w:t>
      </w:r>
    </w:p>
    <w:p>
      <w:pPr>
        <w:jc w:val="right"/>
      </w:pPr>
      <w:r>
        <w:t>لیکن آپ پوری کتاب پڑھ ڈالیے تو اس میں آپ کو وہی چیز نہیں ملے گی جو اصل مطلوب ہے۔ یعنی well-structured system of Social Justice۔</w:t>
      </w:r>
    </w:p>
    <w:p>
      <w:r>
        <w:rPr>
          <w:b/>
        </w:rPr>
        <w:t xml:space="preserve">[02:22] </w:t>
      </w:r>
      <w:r>
        <w:t>to unhone kuch der socha. is ke baad kaha ke yeh to un ki sab kitabon ka haal hai. well-structured</w:t>
      </w:r>
    </w:p>
    <w:p>
      <w:pPr>
        <w:jc w:val="right"/>
      </w:pPr>
      <w:r>
        <w:t>تو انہوں نے کچھ دیر سوچا۔ اس کے بعد کہا کہ یہ تو ان کی سب کتابوں کا حال ہے۔ Well-structured</w:t>
      </w:r>
    </w:p>
    <w:p>
      <w:r>
        <w:rPr>
          <w:b/>
        </w:rPr>
        <w:t xml:space="preserve">[02:34] </w:t>
      </w:r>
      <w:r>
        <w:t>system to un ki kisi kitab mein nahi milta. halankeh woh is ke daai hain ke islam ek social justice qaim karna chahta hai.</w:t>
      </w:r>
    </w:p>
    <w:p>
      <w:pPr>
        <w:jc w:val="right"/>
      </w:pPr>
      <w:r>
        <w:t>system تو ان کی کسی کتاب میں نہیں ملتا۔ حالانکہ وہ اس کے داعی ہیں کہ اسلام ایک Social Justice قائم کرنا چاہتا ہے۔</w:t>
      </w:r>
    </w:p>
    <w:p>
      <w:r>
        <w:rPr>
          <w:b/>
        </w:rPr>
        <w:t xml:space="preserve">[02:48] </w:t>
      </w:r>
      <w:r>
        <w:t>to phir maine socha, is ke baad to woh tamam log jo islam ko system ke andaaz mein pesh karte hain, un ki sab ka yahi haal hai.</w:t>
      </w:r>
    </w:p>
    <w:p>
      <w:pPr>
        <w:jc w:val="right"/>
      </w:pPr>
      <w:r>
        <w:t>تو پھر میں نے سوچا، اس کے بعد تو وہ تمام لوگ جو اسلام کو سسٹم کے انداز میں پیش کرتے ہیں، ان کی سب کا یہی حال ہے۔</w:t>
      </w:r>
    </w:p>
    <w:p>
      <w:r>
        <w:rPr>
          <w:b/>
        </w:rPr>
        <w:t xml:space="preserve">[03:01] </w:t>
      </w:r>
      <w:r>
        <w:t>un ki sab kitabon ka. ke woh kehte hain ke islam eiktsadi nizam hai, islam samaji nizam hai, islam political nizam hai.</w:t>
      </w:r>
    </w:p>
    <w:p>
      <w:pPr>
        <w:jc w:val="right"/>
      </w:pPr>
      <w:r>
        <w:t>ان کی سب کتابوں کا۔ کہ وہ کہتے ہیں کہ اسلام اقتصادی نظام ہے، اسلام سماجی نظام ہے، اسلام Political نظام ہے۔</w:t>
      </w:r>
    </w:p>
    <w:p>
      <w:r>
        <w:rPr>
          <w:b/>
        </w:rPr>
        <w:t xml:space="preserve">[03:13] </w:t>
      </w:r>
      <w:r>
        <w:t>lekin un ki kitabon ko aap parhiye aap to kisi kitab mein koi well-structured system nahi milta.</w:t>
      </w:r>
    </w:p>
    <w:p>
      <w:pPr>
        <w:jc w:val="right"/>
      </w:pPr>
      <w:r>
        <w:t>لیکن ان کی کتابوں کو آپ پڑھیے آپ تو کسی کتاب میں کوئی well-structured system نہیں ملتا۔</w:t>
      </w:r>
    </w:p>
    <w:p>
      <w:r>
        <w:rPr>
          <w:b/>
        </w:rPr>
        <w:t xml:space="preserve">[03:25] </w:t>
      </w:r>
      <w:r>
        <w:t>bas bayania andaz hota hai, kuch waqiat hote hain inforadi. bas.</w:t>
      </w:r>
    </w:p>
    <w:p>
      <w:pPr>
        <w:jc w:val="right"/>
      </w:pPr>
      <w:r>
        <w:t>بس بیانیہ انداز ہوتا ہے، کچھ واقعات ہوتے ہیں انفرادی۔ بس۔</w:t>
      </w:r>
    </w:p>
    <w:p>
      <w:r>
        <w:rPr>
          <w:b/>
        </w:rPr>
        <w:t xml:space="preserve">[03:33] </w:t>
      </w:r>
      <w:r>
        <w:t>ek bohat hi mashhoor writer hain, murad hoffman. murad hoffman ki kitabein bohat important samjhi jati hain.</w:t>
      </w:r>
    </w:p>
    <w:p>
      <w:pPr>
        <w:jc w:val="right"/>
      </w:pPr>
      <w:r>
        <w:t>ایک بہت ہی مشہور Writer ہیں، مراد ہاف مین۔ مراد ہاف مین کی کتابیں بہت Important سمجھاتی ہیں۔</w:t>
      </w:r>
    </w:p>
    <w:p>
      <w:r>
        <w:rPr>
          <w:b/>
        </w:rPr>
        <w:t xml:space="preserve">[03:47] </w:t>
      </w:r>
      <w:r>
        <w:t>to un ki ek kitab hai: "islam the alternative". islam the alternative.</w:t>
      </w:r>
    </w:p>
    <w:p>
      <w:pPr>
        <w:jc w:val="right"/>
      </w:pPr>
      <w:r>
        <w:t>تو ان کی ایک کتاب ہے: "اسلام the Alternative"۔ Islam the Alternative۔</w:t>
      </w:r>
    </w:p>
    <w:p>
      <w:r>
        <w:rPr>
          <w:b/>
        </w:rPr>
        <w:t xml:space="preserve">[03:57] </w:t>
      </w:r>
      <w:r>
        <w:t>ek sahab ne is kitab ki bohat tareef ki aur mujhe diya ke is ko parhiye. maine is ko parha to is mein bhi koi well-structured system nahi mila.</w:t>
      </w:r>
    </w:p>
    <w:p>
      <w:pPr>
        <w:jc w:val="right"/>
      </w:pPr>
      <w:r>
        <w:t>ایک صاحب نے اس کتاب کی بہت تعریف کی اور مجھے دیا کہ اس کو پڑھیے۔ میں نے اس کو پڑھا تو اس میں بھی کوئی well-structured system نہیں ملا۔</w:t>
      </w:r>
    </w:p>
    <w:p>
      <w:r>
        <w:rPr>
          <w:b/>
        </w:rPr>
        <w:t xml:space="preserve">[04:09] </w:t>
      </w:r>
      <w:r>
        <w:t>aur is se zyada ajeeb baat yeh thi ke maghrib ke khilaf baat hai. maghrib islam ke khilaf hai, maghrib islam ke dushman hai.</w:t>
      </w:r>
    </w:p>
    <w:p>
      <w:pPr>
        <w:jc w:val="right"/>
      </w:pPr>
      <w:r>
        <w:t>اور اس سے زیادہ عجیب بات یہ تھی کہ مغرب کے خلاف بات ہے۔ مغرب اسلام کے خلاف ہے، مغرب اسلام کے دشمن ہے۔</w:t>
      </w:r>
    </w:p>
    <w:p>
      <w:r>
        <w:rPr>
          <w:b/>
        </w:rPr>
        <w:t xml:space="preserve">[04:17] </w:t>
      </w:r>
      <w:r>
        <w:t>halanke mozu se is ka koi talluq nahi. to phir main sochne laga ke sare log jo islam ko system ke roop mein ya nizam ke roop mein pesh karte hain, un ke sab ke kitabon ka yahi hal kyon hai?</w:t>
      </w:r>
    </w:p>
    <w:p>
      <w:pPr>
        <w:jc w:val="right"/>
      </w:pPr>
      <w:r>
        <w:t>حالانکہ موضوع سے اس کا کوئی تعلق نہیں۔ تو پھر میں سوچنے لگا کہ سارے لوگ جو اسلام کو سسٹم کے روپ میں یا نظام کے روپ میں پیش کرتے ہیں، ان کے سب کے کتابوں کا یہی حال کیوں ہے؟</w:t>
      </w:r>
    </w:p>
    <w:p>
      <w:r>
        <w:rPr>
          <w:b/>
        </w:rPr>
        <w:t xml:space="preserve">[04:35] </w:t>
      </w:r>
      <w:r>
        <w:t>yahi hal kyon hai?</w:t>
      </w:r>
    </w:p>
    <w:p>
      <w:pPr>
        <w:jc w:val="right"/>
      </w:pPr>
      <w:r>
        <w:t>یہی حال کیوں ہے؟</w:t>
      </w:r>
    </w:p>
    <w:p>
      <w:r>
        <w:rPr>
          <w:b/>
        </w:rPr>
        <w:t xml:space="preserve">[04:41] </w:t>
      </w:r>
      <w:r>
        <w:t>to main is nateejay pohancha ke yeh ek aisi baat hai jo quran mein hai hi nahi. to kahan se woh system dikhayenge? to kya hai phir insha bardari karte hain.</w:t>
      </w:r>
    </w:p>
    <w:p>
      <w:pPr>
        <w:jc w:val="right"/>
      </w:pPr>
      <w:r>
        <w:t>تو میں اس نتیجے پہنچا کہ یہ ایک ایسی بات ہے جو قرآن میں ہے ہی نہیں۔ تو کہاں سے وہ سسٹم دکھائیں گے؟ تو کیا ہے پھر انشاءبرداری کرتے ہیں۔</w:t>
      </w:r>
    </w:p>
    <w:p>
      <w:r>
        <w:rPr>
          <w:b/>
        </w:rPr>
        <w:t xml:space="preserve">[04:55] </w:t>
      </w:r>
      <w:r>
        <w:t>ek martaba ek misri se maine yeh baat kahi syed qutb ki kitab ke bare mein. to maine kaha is mein to insha bardari hoti hai. to kaha la ya sheikh, la ya sheikh.</w:t>
      </w:r>
    </w:p>
    <w:p>
      <w:pPr>
        <w:jc w:val="right"/>
      </w:pPr>
      <w:r>
        <w:t>ایک مرتبہ ایک مصری سے میں نے یہ بات کہی سید قطب کی کتاب کے بارے میں۔ تو میں نے کہا اس میں تو انشاءبرداری ہوتی ہے۔ تو کہا لا یا شیخ، لا یا شیخ۔</w:t>
      </w:r>
    </w:p>
    <w:p>
      <w:r>
        <w:rPr>
          <w:b/>
        </w:rPr>
        <w:t xml:space="preserve">[05:08] </w:t>
      </w:r>
      <w:r>
        <w:t>phir yeh hayawiya, aisi kaha tha unhone, yeh hayawiya. is mein zindagi hoti hai. to zindagi kya hai?</w:t>
      </w:r>
    </w:p>
    <w:p>
      <w:pPr>
        <w:jc w:val="right"/>
      </w:pPr>
      <w:r>
        <w:t>پھر یہ حیویہ، ایسی کہا تھا انہوں نے، یہ حیویہ۔ اس میں زندگی ہوتی ہے۔ تو زندگی کیا ہے؟</w:t>
      </w:r>
    </w:p>
    <w:p>
      <w:r>
        <w:rPr>
          <w:b/>
        </w:rPr>
        <w:t xml:space="preserve">[05:18] </w:t>
      </w:r>
      <w:r>
        <w:t>insha bardari hoti hai.</w:t>
      </w:r>
    </w:p>
    <w:p>
      <w:pPr>
        <w:jc w:val="right"/>
      </w:pPr>
      <w:r>
        <w:t>انشاءبرداری ہوتی ہے۔</w:t>
      </w:r>
    </w:p>
    <w:p>
      <w:r>
        <w:rPr>
          <w:b/>
        </w:rPr>
        <w:t xml:space="preserve">[05:22] </w:t>
      </w:r>
      <w:r>
        <w:t>to daawa to karte hain ke islam ek system hai. lekin jo kitabein likhte hain to is mein koi system nahi milta. is ki wajah kya hai?</w:t>
      </w:r>
    </w:p>
    <w:p>
      <w:pPr>
        <w:jc w:val="right"/>
      </w:pPr>
      <w:r>
        <w:t>تو دعویٰ تو کرتے ہیں کہ اسلام ایک سسٹم ہے۔ لیکن جو کتابیں لکھتے ہیں تو اس میں کوئی سسٹم نہیں ملتا۔ اس کی وجہ کیا ہے؟</w:t>
      </w:r>
    </w:p>
    <w:p>
      <w:r>
        <w:rPr>
          <w:b/>
        </w:rPr>
        <w:t xml:space="preserve">[05:33] </w:t>
      </w:r>
      <w:r>
        <w:t>quran koi book of system hai hi nahi.</w:t>
      </w:r>
    </w:p>
    <w:p>
      <w:pPr>
        <w:jc w:val="right"/>
      </w:pPr>
      <w:r>
        <w:t>قرآن کوئی Book of System ہے ہی نہیں۔</w:t>
      </w:r>
    </w:p>
    <w:p>
      <w:r>
        <w:rPr>
          <w:b/>
        </w:rPr>
        <w:t xml:space="preserve">[05:37] </w:t>
      </w:r>
      <w:r>
        <w:t>quran to book of spirituality hai.</w:t>
      </w:r>
    </w:p>
    <w:p>
      <w:pPr>
        <w:jc w:val="right"/>
      </w:pPr>
      <w:r>
        <w:t>قرآن تو Book of Spirituality ہے۔</w:t>
      </w:r>
    </w:p>
    <w:p>
      <w:r>
        <w:rPr>
          <w:b/>
        </w:rPr>
        <w:t xml:space="preserve">[05:42] </w:t>
      </w:r>
      <w:r>
        <w:t>kyun ke un ki base to quran hai, quran se nikalna hai un ko. lekin jab quran mein khud koi well-structured system bataya hi na gaya ho to aap kya karenge?</w:t>
      </w:r>
    </w:p>
    <w:p>
      <w:pPr>
        <w:jc w:val="right"/>
      </w:pPr>
      <w:r>
        <w:t>کیونکہ ان کی Base تو قرآن ہے، قرآن سے نکالنا ہے ان کو۔ لیکن جب قرآن میں خود کوئی well-structured system بتایا ہی نہ گیا ہو تو آپ کیا کریں گے؟</w:t>
      </w:r>
    </w:p>
    <w:p>
      <w:r>
        <w:rPr>
          <w:b/>
        </w:rPr>
        <w:t xml:space="preserve">[05:56] </w:t>
      </w:r>
      <w:r>
        <w:t>phir insha bardari karenge aap? phir maine is nazariye se pure quran ko parha.</w:t>
      </w:r>
    </w:p>
    <w:p>
      <w:pPr>
        <w:jc w:val="right"/>
      </w:pPr>
      <w:r>
        <w:t>پھر انشاءبرداری کریں گے آپ؟ پھر میں نے اس نظریے سے پورے قرآن کو پڑھا۔</w:t>
      </w:r>
    </w:p>
    <w:p>
      <w:r>
        <w:rPr>
          <w:b/>
        </w:rPr>
        <w:t xml:space="preserve">[06:04] </w:t>
      </w:r>
      <w:r>
        <w:t>to maloom hua ke quran mein to spirit ki baatein hain, ideology ki baatein hain, tadabbur ki baatein hain. system ki baat hi nahi is race mein.</w:t>
      </w:r>
    </w:p>
    <w:p>
      <w:pPr>
        <w:jc w:val="right"/>
      </w:pPr>
      <w:r>
        <w:t>تو معلوم ہوا کہ قرآن میں تو Spirit کی باتیں ہیں، Ideology کی باتیں ہیں، تدبر کی باتیں ہیں۔ سسٹم کی بات ہی نہیں اس ریسے۔</w:t>
      </w:r>
    </w:p>
    <w:p>
      <w:r>
        <w:rPr>
          <w:b/>
        </w:rPr>
        <w:t xml:space="preserve">[06:18] </w:t>
      </w:r>
      <w:r>
        <w:t>system ki baat hi nahi. quran mein dekhiye, ek ayat hai ke quran kyon utara gaya. to is mein yeh hai ke: "لَتَدَبَّرُوا آيَاتِهِ وَلَيَتَذَكَّرُوا الْأَلْبَابَ</w:t>
      </w:r>
    </w:p>
    <w:p>
      <w:pPr>
        <w:jc w:val="right"/>
      </w:pPr>
      <w:r>
        <w:t>سسٹم کی بات ہی نہیں۔ قرآن میں دیکھیے، ایک آیت ہے کہ قرآن کیوں اتارا گیا۔ تو اس میں یہ ہے کہ: "لَتَدَبَّرُوا آيَاتِهِ وَلَيَتَذَكَّرُوا الْأَلْبَابَ</w:t>
      </w:r>
    </w:p>
    <w:p>
      <w:r>
        <w:rPr>
          <w:b/>
        </w:rPr>
        <w:t xml:space="preserve">[06:34] </w:t>
      </w:r>
      <w:r>
        <w:t>". yani quran utara gaya is liye ke log is par tadabbur karein. tadabbur ka matlab hai contemplation. aur aql wale is se naseehat nikalein.</w:t>
      </w:r>
    </w:p>
    <w:p>
      <w:pPr>
        <w:jc w:val="right"/>
      </w:pPr>
      <w:r>
        <w:t>"۔ یعنی قرآن اتارا گیا اس لیے کہ لوگ اس پر تدبر کریں۔ تدبر کا مطلب ہے Contemplation۔ اور عقل والے اس سے نصیحت نکالیں۔</w:t>
      </w:r>
    </w:p>
    <w:p>
      <w:r>
        <w:rPr>
          <w:b/>
        </w:rPr>
        <w:t xml:space="preserve">[06:47] </w:t>
      </w:r>
      <w:r>
        <w:t>goya quran ka jo khitab hai woh system se nahi hai, aql se hai. aql ek individual ke paas hoti hai.</w:t>
      </w:r>
    </w:p>
    <w:p>
      <w:pPr>
        <w:jc w:val="right"/>
      </w:pPr>
      <w:r>
        <w:t>گویا قرآن کا جو خطاب ہے وہ سسٹم سے نہیں ہے، عقل سے ہے۔ عقل ایک Individual کے پاس ہوتی ہے۔</w:t>
      </w:r>
    </w:p>
    <w:p>
      <w:r>
        <w:rPr>
          <w:b/>
        </w:rPr>
        <w:t xml:space="preserve">[06:57] </w:t>
      </w:r>
      <w:r>
        <w:t>to quran mein nishaniyan hain, clues hain. quran mein principles hain.</w:t>
      </w:r>
    </w:p>
    <w:p>
      <w:pPr>
        <w:jc w:val="right"/>
      </w:pPr>
      <w:r>
        <w:t>تو قرآن میں نشانیاں ہیں، Clues ہیں۔ قرآن میں Principles ہیں۔</w:t>
      </w:r>
    </w:p>
    <w:p>
      <w:r>
        <w:rPr>
          <w:b/>
        </w:rPr>
        <w:t xml:space="preserve">[07:09] </w:t>
      </w:r>
      <w:r>
        <w:t>aur allah taala ka jo creation plan hai is ke bare mein bataya gaya hai. to is par insan soche.</w:t>
      </w:r>
    </w:p>
    <w:p>
      <w:pPr>
        <w:jc w:val="right"/>
      </w:pPr>
      <w:r>
        <w:t>اور اللہ تعالیٰ کا جو Creation Plan ہے اس کے بارے میں بتایا گیا ہے۔ تو اس پر انسان سوچے۔</w:t>
      </w:r>
    </w:p>
    <w:p>
      <w:r>
        <w:rPr>
          <w:b/>
        </w:rPr>
        <w:t xml:space="preserve">[07:20] </w:t>
      </w:r>
      <w:r>
        <w:t>to in quran ka maqsad aql ko diaddress karna hai, system ko nahi.</w:t>
      </w:r>
    </w:p>
    <w:p>
      <w:pPr>
        <w:jc w:val="right"/>
      </w:pPr>
      <w:r>
        <w:t>تو ان قرآن کا مقصد عقل کو Diaddress کرنا ہے، سسٹم کو نہیں۔</w:t>
      </w:r>
    </w:p>
    <w:p>
      <w:r>
        <w:rPr>
          <w:b/>
        </w:rPr>
        <w:t xml:space="preserve">[07:30] </w:t>
      </w:r>
      <w:r>
        <w:t>jo log yeh samajhte hain ke quran system base kitaab hai to woh kuch saabit nahi kar paate. kyunke is mein hai hi nahi yeh baat.</w:t>
      </w:r>
    </w:p>
    <w:p>
      <w:pPr>
        <w:jc w:val="right"/>
      </w:pPr>
      <w:r>
        <w:t>جو لوگ یہ سمجھتے ہیں کہ قرآن سسٹم Base کتاب ہے تو وہ کچھ ثابت نہیں کر پاتے۔ کیونکہ اس میں ہے ہی نہیں یہ بات۔</w:t>
      </w:r>
    </w:p>
    <w:p>
      <w:r>
        <w:rPr>
          <w:b/>
        </w:rPr>
        <w:t xml:space="preserve">[07:45] </w:t>
      </w:r>
      <w:r>
        <w:t>to quran is liye utara gaya ke log is par tadabbur karein. sochein. is ke andar jo hidden maani hain woh daryaft karein.</w:t>
      </w:r>
    </w:p>
    <w:p>
      <w:pPr>
        <w:jc w:val="right"/>
      </w:pPr>
      <w:r>
        <w:t>تو قرآن اس لیے اتارا گیا کہ لوگ اس پر تدبر کریں۔ سوچیں۔ اس کے اندر جو Hidden معنی ہیں وہ دریافت کریں۔</w:t>
      </w:r>
    </w:p>
    <w:p>
      <w:r>
        <w:rPr>
          <w:b/>
        </w:rPr>
        <w:t xml:space="preserve">[08:00] </w:t>
      </w:r>
      <w:r>
        <w:t>to is ko mein agar lafz badal kar kahoon to yeh kahoon ga ke quran ka maqsad insaan ko insaan kehte hain creative thinking laana hai.</w:t>
      </w:r>
    </w:p>
    <w:p>
      <w:pPr>
        <w:jc w:val="right"/>
      </w:pPr>
      <w:r>
        <w:t>تو اس کو میں اگر لفظ بدل کر کہوں تو یہ کہوں گا کہ قرآن کا مقصد انسان کو انسان کہتے ہیں Creative Thinking لانا ہے۔</w:t>
      </w:r>
    </w:p>
    <w:p>
      <w:r>
        <w:rPr>
          <w:b/>
        </w:rPr>
        <w:t xml:space="preserve">[08:14] </w:t>
      </w:r>
      <w:r>
        <w:t>yeh khud insaan ko creative banana hai. aisa nahi ke koi system bata diya jaye ke is ko implement karo. jaise ek law banta hai.</w:t>
      </w:r>
    </w:p>
    <w:p>
      <w:pPr>
        <w:jc w:val="right"/>
      </w:pPr>
      <w:r>
        <w:t>یہ خود انسان کو Creative بنانا ہے۔ ایسا نہیں کہ کوئی سسٹم بتا دیا جائے کہ اس کو Implement کرو۔ جیسے ایک لا بنتا ہے۔</w:t>
      </w:r>
    </w:p>
    <w:p>
      <w:r>
        <w:rPr>
          <w:b/>
        </w:rPr>
        <w:t xml:space="preserve">[08:24] </w:t>
      </w:r>
      <w:r>
        <w:t>to law jab banta hai to is mein ek ek system bata diya jata hai. aur kaha jata hai ke is ko imp</w:t>
      </w:r>
    </w:p>
    <w:p>
      <w:pPr>
        <w:jc w:val="right"/>
      </w:pPr>
      <w:r>
        <w:t>تو لا جب بنتا ہے تو اس میں ایک ایک سسٹم بتا دیا جاتا ہے۔ اور کہا جاتا ہے کہ اس کو Imp</w:t>
      </w:r>
    </w:p>
    <w:p>
      <w:r>
        <w:rPr>
          <w:b/>
        </w:rPr>
        <w:t xml:space="preserve">[08:31] </w:t>
      </w:r>
      <w:r>
        <w:t>lement karo. aisa nahi hai quran ka maamla.</w:t>
      </w:r>
    </w:p>
    <w:p>
      <w:pPr>
        <w:jc w:val="right"/>
      </w:pPr>
      <w:r>
        <w:t>lement کرو۔ ایسا نہیں ہے قرآن کا معاملہ۔</w:t>
      </w:r>
    </w:p>
    <w:p>
      <w:r>
        <w:rPr>
          <w:b/>
        </w:rPr>
        <w:t xml:space="preserve">[08:36] </w:t>
      </w:r>
      <w:r>
        <w:t>ke quran mein koi system bata diya gaya ho, koi social political system, ab usman se kaha gaya ho ke is ko implement karo, is ko impose karo.</w:t>
      </w:r>
    </w:p>
    <w:p>
      <w:pPr>
        <w:jc w:val="right"/>
      </w:pPr>
      <w:r>
        <w:t>کہ قرآن میں کوئی سسٹم بتا دیا گیا ہو، کوئی Social Political System، اب عثمان سے کہا گیا ہو کہ اس کو Implement کرو، اس کو Impose کرو۔</w:t>
      </w:r>
    </w:p>
    <w:p>
      <w:r>
        <w:rPr>
          <w:b/>
        </w:rPr>
        <w:t xml:space="preserve">[08:49] </w:t>
      </w:r>
      <w:r>
        <w:t>aisa maamla quran ka nahi hai. saare quran mein aap dekhenge ke quran baar baar aql ko khitaab karta hai.</w:t>
      </w:r>
    </w:p>
    <w:p>
      <w:pPr>
        <w:jc w:val="right"/>
      </w:pPr>
      <w:r>
        <w:t>ایسا معاملہ قرآن کا نہیں ہے۔ سارے قرآن میں آپ دیکھیں گے کہ قرآن بار بار عقل کو خطاب کرتا ہے۔</w:t>
      </w:r>
    </w:p>
    <w:p>
      <w:r>
        <w:rPr>
          <w:b/>
        </w:rPr>
        <w:t xml:space="preserve">[09:03] </w:t>
      </w:r>
      <w:r>
        <w:t>ulul albab ko khitaab karta hai. in fi</w:t>
      </w:r>
    </w:p>
    <w:p>
      <w:pPr>
        <w:jc w:val="right"/>
      </w:pPr>
      <w:r>
        <w:t>اول الالباب کو خطاب کرتا ہے۔ ان فی</w:t>
      </w:r>
    </w:p>
    <w:p>
      <w:r>
        <w:rPr>
          <w:b/>
        </w:rPr>
        <w:t xml:space="preserve">[09:10] </w:t>
      </w:r>
      <w:r>
        <w:t>maani aql. to aql ko jo kitaab khitaab karti ho, in terms of result kya hoga?</w:t>
      </w:r>
    </w:p>
    <w:p>
      <w:pPr>
        <w:jc w:val="right"/>
      </w:pPr>
      <w:r>
        <w:t>معنی عقل۔ تو عقل کو جو کتاب خطاب کرتی ہو، in terms of result کیا ہوگا؟</w:t>
      </w:r>
    </w:p>
    <w:p>
      <w:r>
        <w:rPr>
          <w:b/>
        </w:rPr>
        <w:t xml:space="preserve">[09:21] </w:t>
      </w:r>
      <w:r>
        <w:t>yani aql wale agar is mein tadabbur karenge to kya hoga is ka nateeja? kyunke creative hai, un ko kehte hain creativity aayegi.</w:t>
      </w:r>
    </w:p>
    <w:p>
      <w:pPr>
        <w:jc w:val="right"/>
      </w:pPr>
      <w:r>
        <w:t>یعنی عقل والے اگر اس میں تدبر کریں گے تو کیا ہوگا اس کا نتیجہ؟ کیونکہ Creative ہے، ان کو کہتے ہیں Creativity آئے گی۔</w:t>
      </w:r>
    </w:p>
    <w:p>
      <w:r>
        <w:rPr>
          <w:b/>
        </w:rPr>
        <w:t xml:space="preserve">[09:32] </w:t>
      </w:r>
      <w:r>
        <w:t>to quran ka maqsad hai creative insaan banana. quran ka maqsad hai creative insaan banana.</w:t>
      </w:r>
    </w:p>
    <w:p>
      <w:pPr>
        <w:jc w:val="right"/>
      </w:pPr>
      <w:r>
        <w:t>تو قرآن کا مقصد ہے Creative انسان بنانا۔ قرآن کا مقصد ہے Creative انسان بنانا۔</w:t>
      </w:r>
    </w:p>
    <w:p>
      <w:r>
        <w:rPr>
          <w:b/>
        </w:rPr>
        <w:t xml:space="preserve">[09:41] </w:t>
      </w:r>
      <w:r>
        <w:t>creative insaan banana. maslan aap dekhiye, ek ayat lijiye. surah al baqarah ki ayat hai shuru mein: "dhalikal kitabu la raiba feeh hudan lil muttaqeen".</w:t>
      </w:r>
    </w:p>
    <w:p>
      <w:pPr>
        <w:jc w:val="right"/>
      </w:pPr>
      <w:r>
        <w:t>Creative انسان بنانا۔ مثلاً آپ دیکھیے، ایک آیت لیجیے۔ سورہ البقرہ کی آیت ہے شروع میں: "ذٰلِكَ الْكِتَابُ لَا رَبَ فِيهِ هُدًى لِلْمُتَّقِينَ"۔</w:t>
      </w:r>
    </w:p>
    <w:p>
      <w:r>
        <w:rPr>
          <w:b/>
        </w:rPr>
        <w:t xml:space="preserve">[10:03] </w:t>
      </w:r>
      <w:r>
        <w:t>yani quran jo hai un logon ko khitaab karta hai jo ghayb par iman laayein.</w:t>
      </w:r>
    </w:p>
    <w:p>
      <w:pPr>
        <w:jc w:val="right"/>
      </w:pPr>
      <w:r>
        <w:t>یعنی قرآن جو ہے ان لوگوں کو خطاب کرتا ہے جو غیب پر ایمان لائیں۔</w:t>
      </w:r>
    </w:p>
    <w:p>
      <w:r>
        <w:rPr>
          <w:b/>
        </w:rPr>
        <w:t xml:space="preserve">[10:12] </w:t>
      </w:r>
      <w:r>
        <w:t>ghayb hota hai unseen. to unseen par iman laana kya hai? yeh baat koi aqeedati baat to nahi hai. ke bila daleel, bila hujjat bas maan lo.</w:t>
      </w:r>
    </w:p>
    <w:p>
      <w:pPr>
        <w:jc w:val="right"/>
      </w:pPr>
      <w:r>
        <w:t>غیب ہوتا ہے Unseen۔ تو Unseen پر ایمان لانا کیا ہے؟ یہ بات کوئی اعتقادی بات تو نہیں ہے۔ کہ بلا دلیل، بلا حجت بس مان لو۔</w:t>
      </w:r>
    </w:p>
    <w:p>
      <w:r>
        <w:rPr>
          <w:b/>
        </w:rPr>
        <w:t xml:space="preserve">[10:28] </w:t>
      </w:r>
      <w:r>
        <w:t>nahi. ghayb par iman laane ka maani hai ke aap aap tadabbur karein, ghore o fikr karein.</w:t>
      </w:r>
    </w:p>
    <w:p>
      <w:pPr>
        <w:jc w:val="right"/>
      </w:pPr>
      <w:r>
        <w:t>نہیں۔ غیب پر ایمان لانے کا معنی ہے کہ آپ آپ تدبر کریں، غور و فکر کریں۔</w:t>
      </w:r>
    </w:p>
    <w:p>
      <w:r>
        <w:rPr>
          <w:b/>
        </w:rPr>
        <w:t xml:space="preserve">[10:38] </w:t>
      </w:r>
      <w:r>
        <w:t>apne andar creativity paida karein. aur phir aap ko pata chalega ke jo cheez ghayb mein hai us ka maamla kya hai.</w:t>
      </w:r>
    </w:p>
    <w:p>
      <w:pPr>
        <w:jc w:val="right"/>
      </w:pPr>
      <w:r>
        <w:t>اپنے اندر Creativity پیدا کریں۔ اور پھر آپ کو پتہ چلے گا کہ جو چیز غیب میں ہے اس کا معاملہ کیا ہے۔</w:t>
      </w:r>
    </w:p>
    <w:p>
      <w:r>
        <w:rPr>
          <w:b/>
        </w:rPr>
        <w:t xml:space="preserve">[10:54] </w:t>
      </w:r>
      <w:r>
        <w:t>yani jo cheez ghayb mein hai us ke signs, us ka demonstration maujood hai visible world mein.</w:t>
      </w:r>
    </w:p>
    <w:p>
      <w:pPr>
        <w:jc w:val="right"/>
      </w:pPr>
      <w:r>
        <w:t>یعنی جو چیز غیب میں ہے اس کے Signs، اس کا Demonstration موجود ہے Visible World میں۔</w:t>
      </w:r>
    </w:p>
    <w:p>
      <w:r>
        <w:rPr>
          <w:b/>
        </w:rPr>
        <w:t xml:space="preserve">[11:05] </w:t>
      </w:r>
      <w:r>
        <w:t>to ghayb par iman laane ke maani hain ke jo duniya tum dekh rahe ho, jo yeh jo creation aap ko nazar aa raha hai zameen aur aasman ke andar, us par ghor karo to us ke andar tum creator ko paoge.</w:t>
      </w:r>
    </w:p>
    <w:p>
      <w:pPr>
        <w:jc w:val="right"/>
      </w:pPr>
      <w:r>
        <w:t>تو غیب پر ایمان لانے کے معنی ہیں کہ جو دنیا تم دیکھ رہے ہو، جو یہ جو Creation آپ کو نظر آ رہا ہے زمین اور آسمان کے اندر، اس پر غور کرو تو اس کے اندر تم Creator کو پاؤ گے۔</w:t>
      </w:r>
    </w:p>
    <w:p>
      <w:r>
        <w:rPr>
          <w:b/>
        </w:rPr>
        <w:t xml:space="preserve">[11:26] </w:t>
      </w:r>
      <w:r>
        <w:t>jis ka matlab hai: "to see the unseen through the seen world". yani jo duniya dikhai de rahi hai woh kisi creator ka creation hai.</w:t>
      </w:r>
    </w:p>
    <w:p>
      <w:pPr>
        <w:jc w:val="right"/>
      </w:pPr>
      <w:r>
        <w:t>جس کا مطلب ہے کہ: "To see the unseen through the seen world"۔ یعنی جو دنیا دکھائی دے رہی ہے وہ کسی Creator کا Creation ہے۔</w:t>
      </w:r>
    </w:p>
    <w:p>
      <w:r>
        <w:rPr>
          <w:b/>
        </w:rPr>
        <w:t xml:space="preserve">[11:39] </w:t>
      </w:r>
      <w:r>
        <w:t>woh kisi creator ka creation hai. to creation ko aap dekh rahe hain. creation aap ke liye ek observable cheez hai.</w:t>
      </w:r>
    </w:p>
    <w:p>
      <w:pPr>
        <w:jc w:val="right"/>
      </w:pPr>
      <w:r>
        <w:t>وہ کسی Creator کا Creation ہے۔ تو Creation کو آپ دیکھ رہے ہیں۔ Creation آپ کے لیے ایک Observable چیز ہے۔</w:t>
      </w:r>
    </w:p>
    <w:p>
      <w:r>
        <w:rPr>
          <w:b/>
        </w:rPr>
        <w:t xml:space="preserve">[11:50] </w:t>
      </w:r>
      <w:r>
        <w:t>aankh se to kam dekhte hain lekin aap microscope se aur telescope se bohat zyada dekhte hain, bohat zyada dekhte hain.</w:t>
      </w:r>
    </w:p>
    <w:p>
      <w:pPr>
        <w:jc w:val="right"/>
      </w:pPr>
      <w:r>
        <w:t>آنکھ سے تو کم دیکھتے ہیں لیکن آپ مائیکروسکوپ سے اور ٹیلیسکوپ سے بہت زیادہ دیکھتے ہیں، بہت زیادہ دیکھتے ہیں۔</w:t>
      </w:r>
    </w:p>
    <w:p>
      <w:r>
        <w:rPr>
          <w:b/>
        </w:rPr>
        <w:t xml:space="preserve">[11:59] </w:t>
      </w:r>
      <w:r>
        <w:t>yeh jo yeh jo aap ka observation hai us ke through aap dekhte hain creator ko jo observation mein nahi aati.</w:t>
      </w:r>
    </w:p>
    <w:p>
      <w:pPr>
        <w:jc w:val="right"/>
      </w:pPr>
      <w:r>
        <w:t>یہ جو یہ جو آپ کا Observation ہے اس کے Through آپ دیکھتے ہیں Creator کو جو Observation میں نہیں آتی۔</w:t>
      </w:r>
    </w:p>
    <w:p>
      <w:r>
        <w:rPr>
          <w:b/>
        </w:rPr>
        <w:t xml:space="preserve">[12:10] </w:t>
      </w:r>
      <w:r>
        <w:t>kyunke creator to dekhiye, yeh jo yeh world hai, yeh universe hai, yeh time and space ke andar hai.</w:t>
      </w:r>
    </w:p>
    <w:p>
      <w:pPr>
        <w:jc w:val="right"/>
      </w:pPr>
      <w:r>
        <w:t>کیونکہ Creator تو دیکھیے، یہ جو یہ World ہے، یہ Universe ہے، یہ Time and Space کے اندر ہے۔</w:t>
      </w:r>
    </w:p>
    <w:p>
      <w:r>
        <w:rPr>
          <w:b/>
        </w:rPr>
        <w:t xml:space="preserve">[12:23] </w:t>
      </w:r>
      <w:r>
        <w:t>to creator to time and space ke beyond hai, kaise aap dekhenge is ko?</w:t>
      </w:r>
    </w:p>
    <w:p>
      <w:pPr>
        <w:jc w:val="right"/>
      </w:pPr>
      <w:r>
        <w:t>تو Creator تو Time and Space کے Beyond ہے، کیسے آپ دیکھیں گے اس کو؟</w:t>
      </w:r>
    </w:p>
    <w:p>
      <w:r>
        <w:rPr>
          <w:b/>
        </w:rPr>
        <w:t xml:space="preserve">[12:32] </w:t>
      </w:r>
      <w:r>
        <w:t>pehlay zamanay mein yeh nahi samajhta tha insaan ke Time and Space ke Beyond bhi koi cheez hai. lekin Einstein ki jo theory hai, General Theory of Relativity, us mein us ne yeh theory batati hai ke Time and Space ke Beyond bhi koi kuch hai.</w:t>
      </w:r>
    </w:p>
    <w:p>
      <w:pPr>
        <w:jc w:val="right"/>
      </w:pPr>
      <w:r>
        <w:t>پہلے زمانے میں یہ نہیں سمجھتا تھا انسان کہ Time and Space کے Beyond بھی کوئی چیز ہے۔ لیکن آئنسٹائن کی جو تھیوری ہے، جنرل تھیوری of Relativity، اس میں اس نے یہ تھیوری بتاتی ہے کہ Time and Space کے Beyond بھی کوئی کچھ ہے۔</w:t>
      </w:r>
    </w:p>
    <w:p>
      <w:r>
        <w:rPr>
          <w:b/>
        </w:rPr>
        <w:t xml:space="preserve">[12:52] </w:t>
      </w:r>
      <w:r>
        <w:t>agarche hum is ko dekhte nahi hain, hum is ko jaan nahi sakte.</w:t>
      </w:r>
    </w:p>
    <w:p>
      <w:pPr>
        <w:jc w:val="right"/>
      </w:pPr>
      <w:r>
        <w:t>اگرچہ ہم اس کو دیکھتے نہیں ہیں، ہم اس کو جان نہیں سکتے۔</w:t>
      </w:r>
    </w:p>
    <w:p>
      <w:r>
        <w:rPr>
          <w:b/>
        </w:rPr>
        <w:t xml:space="preserve">[12:58] </w:t>
      </w:r>
      <w:r>
        <w:t>to yeh hai sochna. jab aap sochen ge aur is is is is is yahan pohnchen ge ke yahan par jo Time and Space ke jo andar jo dunya hai usi ke andar aise Sign hain jo batate hain ke Time and Space ke Beyond bhi koi cheez hai.</w:t>
      </w:r>
    </w:p>
    <w:p>
      <w:pPr>
        <w:jc w:val="right"/>
      </w:pPr>
      <w:r>
        <w:t>تو یہ ہے سوچنا۔ جب آپ سوچیں گے اور اس اس اس اس اس یہاں پہنچیں گے کہ یہاں پر جو Time and Space کے جو اندر جو دنیا ہے اسی کے اندر ایسے Sign ہیں جو بتاتے ہیں کہ Time and Space کے Beyond بھی کوئی چیز ہے۔</w:t>
      </w:r>
    </w:p>
    <w:p>
      <w:r>
        <w:rPr>
          <w:b/>
        </w:rPr>
        <w:t xml:space="preserve">[13:24] </w:t>
      </w:r>
      <w:r>
        <w:t>to is tarah se aap Khuda ko daryaft karen ge.</w:t>
      </w:r>
    </w:p>
    <w:p>
      <w:pPr>
        <w:jc w:val="right"/>
      </w:pPr>
      <w:r>
        <w:t>تو اس طرح سے آپ خدا کو دریافت کریں گے۔</w:t>
      </w:r>
    </w:p>
    <w:p>
      <w:r>
        <w:rPr>
          <w:b/>
        </w:rPr>
        <w:t xml:space="preserve">[13:29] </w:t>
      </w:r>
      <w:r>
        <w:t>yaani Seen World mein Unseen God ko daryaft karen ge. yeh matlab hai yom al-ghayb ka.</w:t>
      </w:r>
    </w:p>
    <w:p>
      <w:pPr>
        <w:jc w:val="right"/>
      </w:pPr>
      <w:r>
        <w:t>یعنی Seen World میں Unseen God کو دریافت کریں گے۔ یہ مطلب ہے یوم الغیب کا۔</w:t>
      </w:r>
    </w:p>
    <w:p>
      <w:r>
        <w:rPr>
          <w:b/>
        </w:rPr>
        <w:t xml:space="preserve">[13:41] </w:t>
      </w:r>
      <w:r>
        <w:t>ek aur mein misaal deta hoon. dekhiye, science ne bohat zyada is tarah ki cheezein daryaft ki hain. woh hamare liye imaan mein izafa karti hain.</w:t>
      </w:r>
    </w:p>
    <w:p>
      <w:pPr>
        <w:jc w:val="right"/>
      </w:pPr>
      <w:r>
        <w:t>ایک اور میں مثال دیتا ہوں۔ دیکھیے، سائنس نے بہت زیادہ اس طرح کی چیزیں دریافت کی ہیں۔ وہ ہمارے لیے ایمان میں اضافہ کرتی ہیں۔</w:t>
      </w:r>
    </w:p>
    <w:p>
      <w:r>
        <w:rPr>
          <w:b/>
        </w:rPr>
        <w:t xml:space="preserve">[13:52] </w:t>
      </w:r>
      <w:r>
        <w:t>jis cheez ko Quran o Hadees mein kaha gaya hai: "Aadad</w:t>
      </w:r>
    </w:p>
    <w:p>
      <w:pPr>
        <w:jc w:val="right"/>
      </w:pPr>
      <w:r>
        <w:t>جس چیز کو قرآن و حدیث میں کہا گیا ہے: "اعداد</w:t>
      </w:r>
    </w:p>
    <w:p>
      <w:r>
        <w:rPr>
          <w:b/>
        </w:rPr>
        <w:t xml:space="preserve">[13:55] </w:t>
      </w:r>
      <w:r>
        <w:t>Iman". is zamanay mein Aadad Iman ka sab se bara zariya hai science ki Discovery. kyunke science kya hai? woh creation ka mutalia karti hai.</w:t>
      </w:r>
    </w:p>
    <w:p>
      <w:pPr>
        <w:jc w:val="right"/>
      </w:pPr>
      <w:r>
        <w:t>ایمان"۔ اس زمانے میں اعداد ایمان کا سب سے بڑا ذریعہ ہے سائنس کی Discovery۔ کیونکہ سائنس کیا ہے؟ وہ Creation کا مطالعہ کرتی ہے۔</w:t>
      </w:r>
    </w:p>
    <w:p>
      <w:r>
        <w:rPr>
          <w:b/>
        </w:rPr>
        <w:t xml:space="preserve">[14:06] </w:t>
      </w:r>
      <w:r>
        <w:t>jo World of Creation hai jis ko kehte hain Nature, usi ko to discover karti hai. to usi mein to saari Signs hain, Allah ki Ayaat hain.</w:t>
      </w:r>
    </w:p>
    <w:p>
      <w:pPr>
        <w:jc w:val="right"/>
      </w:pPr>
      <w:r>
        <w:t>جو World of Creation ہے جس کو کہتے ہیں Nature، اسی کو تو Discover کرتی ہے۔ تو اسی میں تو ساری Signs ہیں، اللہ کی آیات ہیں۔</w:t>
      </w:r>
    </w:p>
    <w:p>
      <w:r>
        <w:rPr>
          <w:b/>
        </w:rPr>
        <w:t xml:space="preserve">[14:18] </w:t>
      </w:r>
      <w:r>
        <w:t>goya science ka jo subject hai aala Allah hai.</w:t>
      </w:r>
    </w:p>
    <w:p>
      <w:pPr>
        <w:jc w:val="right"/>
      </w:pPr>
      <w:r>
        <w:t>گویا سائنس کا جو Subject ہے اعلیٰ اللہ ہے۔</w:t>
      </w:r>
    </w:p>
    <w:p>
      <w:r>
        <w:rPr>
          <w:b/>
        </w:rPr>
        <w:t xml:space="preserve">[14:24] </w:t>
      </w:r>
      <w:r>
        <w:t>to dekhiye, mein ek misaal deta hoon.</w:t>
      </w:r>
    </w:p>
    <w:p>
      <w:pPr>
        <w:jc w:val="right"/>
      </w:pPr>
      <w:r>
        <w:t>تو دیکھیے، میں ایک مثال دیتا ہوں۔</w:t>
      </w:r>
    </w:p>
    <w:p>
      <w:r>
        <w:rPr>
          <w:b/>
        </w:rPr>
        <w:t xml:space="preserve">[14:30] </w:t>
      </w:r>
      <w:r>
        <w:t>jo Ancient Philosophers the hazaron saal se, woh yeh kehte thay ke maada qadeem hai. yaani maada jo hai woh eternal hai.</w:t>
      </w:r>
    </w:p>
    <w:p>
      <w:pPr>
        <w:jc w:val="right"/>
      </w:pPr>
      <w:r>
        <w:t>جو Ancient Philosophers تھے ہزاروں سال سے، وہ یہ کہتے تھے کہ مادہ قدیم ہے۔ یعنی مادہ جو ہے وہ Eternal ہے۔</w:t>
      </w:r>
    </w:p>
    <w:p>
      <w:r>
        <w:rPr>
          <w:b/>
        </w:rPr>
        <w:t xml:space="preserve">[14:41] </w:t>
      </w:r>
      <w:r>
        <w:t>eternity se chala aa raha hai. to yeh jo World of Matter jo hai, yeh saari Universe Matter se bani hai.</w:t>
      </w:r>
    </w:p>
    <w:p>
      <w:pPr>
        <w:jc w:val="right"/>
      </w:pPr>
      <w:r>
        <w:t>Eternity سے چلا آ رہا ہے۔ تو یہ جو World of Matter جو ہے، یہ ساری Universe Matter سے بنی ہے۔</w:t>
      </w:r>
    </w:p>
    <w:p>
      <w:r>
        <w:rPr>
          <w:b/>
        </w:rPr>
        <w:t xml:space="preserve">[14:51] </w:t>
      </w:r>
      <w:r>
        <w:t>to Matter chala aa raha hai hamesha se aur hamesha chalta jaata rahe ga.</w:t>
      </w:r>
    </w:p>
    <w:p>
      <w:pPr>
        <w:jc w:val="right"/>
      </w:pPr>
      <w:r>
        <w:t>تو Matter چلا آ رہا ہے ہمیشہ سے اور ہمیشہ چل جاتا رہے گا۔</w:t>
      </w:r>
    </w:p>
    <w:p>
      <w:r>
        <w:rPr>
          <w:b/>
        </w:rPr>
        <w:t xml:space="preserve">[14:57] </w:t>
      </w:r>
      <w:r>
        <w:t>to is ka matlab yeh tha ke jab World of Matter eternal hai to ab Khuda ki zaroorat kya hai?</w:t>
      </w:r>
    </w:p>
    <w:p>
      <w:pPr>
        <w:jc w:val="right"/>
      </w:pPr>
      <w:r>
        <w:t>تو اس کا مطلب یہ تھا کہ جب World of Matter Eternal ہے تو اب خدا کی ضرورت کیا ہے؟</w:t>
      </w:r>
    </w:p>
    <w:p>
      <w:r>
        <w:rPr>
          <w:b/>
        </w:rPr>
        <w:t xml:space="preserve">[15:08] </w:t>
      </w:r>
      <w:r>
        <w:t>Khuda ki zaroorat kya hai? yeh ek bohat bara masla tha hazaron saal se. kyunke Philosophers ne yeh maan rakha tha ke Matter qadeem hai, maada qadeem hai.</w:t>
      </w:r>
    </w:p>
    <w:p>
      <w:pPr>
        <w:jc w:val="right"/>
      </w:pPr>
      <w:r>
        <w:t>خدا کی ضرورت کیا ہے؟ یہ ایک بہت بڑا مسئلہ تھا ہزاروں سال سے۔ کیونکہ Philosophers نے یہ مان رکھا تھا کہ Matter قدیم ہے، مادہ قدیم ہے۔</w:t>
      </w:r>
    </w:p>
    <w:p>
      <w:r>
        <w:rPr>
          <w:b/>
        </w:rPr>
        <w:t xml:space="preserve">[15:24] </w:t>
      </w:r>
      <w:r>
        <w:t>science ne maujooda zamanay mein pehli baar is Myth ko khatam kar diya. kyunke Twentieth Century ke First Quarter mein yeh daryaft hua ke</w:t>
      </w:r>
    </w:p>
    <w:p>
      <w:pPr>
        <w:jc w:val="right"/>
      </w:pPr>
      <w:r>
        <w:t>سائنس نے موجودہ زمانے میں پہلی بار اس Myth کو ختم کر دیا۔ کیونکہ Twentieth Century کے First Quarter میں یہ دریافت ہوا کہ</w:t>
      </w:r>
    </w:p>
    <w:p>
      <w:r>
        <w:rPr>
          <w:b/>
        </w:rPr>
        <w:t xml:space="preserve">[15:42] </w:t>
      </w:r>
      <w:r>
        <w:t>Universe mein tera billion saal pehle ek Big Bang hua hai. is par mein ne kafi likha hai apni kitabon mein. aap is ko dekh sakte hain.</w:t>
      </w:r>
    </w:p>
    <w:p>
      <w:pPr>
        <w:jc w:val="right"/>
      </w:pPr>
      <w:r>
        <w:t>Universe میں تیرہ بلین سال پہلے ایک Big Bang ہوا ہے۔ اس پر میں نے کافی لکھا ہے اپنی کتابوں میں۔ آپ اس کو دیکھ سکتے ہیں۔</w:t>
      </w:r>
    </w:p>
    <w:p>
      <w:r>
        <w:rPr>
          <w:b/>
        </w:rPr>
        <w:t xml:space="preserve">[15:51] </w:t>
      </w:r>
      <w:r>
        <w:t>to ab yeh cheez Establish ho chuki hai ke tera billion saal pehle Big Bang hua aur us waqt Universe ki Beginning hui.</w:t>
      </w:r>
    </w:p>
    <w:p>
      <w:pPr>
        <w:jc w:val="right"/>
      </w:pPr>
      <w:r>
        <w:t>تو اب یہ چیز Establish ہو چکی ہے کہ تیرہ بلین سال پہلے Big Bang ہوا اور اس وقت Universe کی Beginning ہوئی۔</w:t>
      </w:r>
    </w:p>
    <w:p>
      <w:r>
        <w:rPr>
          <w:b/>
        </w:rPr>
        <w:t xml:space="preserve">[16:07] </w:t>
      </w:r>
      <w:r>
        <w:t>to is se kya sabit hua? is se maada qadeem hai ka nazariya khatam ho gaya. is maani ke yeh maadi dunya jo hai yeh to tera billion saal pehle shuru hui hai.</w:t>
      </w:r>
    </w:p>
    <w:p>
      <w:pPr>
        <w:jc w:val="right"/>
      </w:pPr>
      <w:r>
        <w:t>تو اس سے کیا ثابت ہوا؟ اس سے مادہ قدیم ہے کا نظریہ ختم ہوگیا۔ اس معنی کہ یہ مادی دنیا جو ہے یہ تو تیرہ بلین سال پہلے شروع ہوئی ہے۔</w:t>
      </w:r>
    </w:p>
    <w:p>
      <w:r>
        <w:rPr>
          <w:b/>
        </w:rPr>
        <w:t xml:space="preserve">[16:22] </w:t>
      </w:r>
      <w:r>
        <w:t>to Where there is a Beginning, there is a Beginner. Where there is a Beginning, there is a Beginner. to pehle insaan ko pata nahi tha ke kainat ki ek Beginning hai.</w:t>
      </w:r>
    </w:p>
    <w:p>
      <w:pPr>
        <w:jc w:val="right"/>
      </w:pPr>
      <w:r>
        <w:t>تو Where there is a Beginning, there is a Beginner۔ Where there is a Beginning, there is a Beginner۔ تو پہلے انسان کو پتہ نہیں تھا کہ کائنات کی ایک Beginning ہے۔</w:t>
      </w:r>
    </w:p>
    <w:p>
      <w:r>
        <w:rPr>
          <w:b/>
        </w:rPr>
        <w:t xml:space="preserve">[16:33] </w:t>
      </w:r>
      <w:r>
        <w:t>to unhon ne rai bana li ke chala aa raha hai hamesha se yeh.</w:t>
      </w:r>
    </w:p>
    <w:p>
      <w:pPr>
        <w:jc w:val="right"/>
      </w:pPr>
      <w:r>
        <w:t>تو انہوں نے رائے بنا لی کہ چلا آ رہا ہے ہمیشہ سے یہ۔</w:t>
      </w:r>
    </w:p>
    <w:p>
      <w:r>
        <w:rPr>
          <w:b/>
        </w:rPr>
        <w:t xml:space="preserve">[16:38] </w:t>
      </w:r>
      <w:r>
        <w:t>lekin science ne yeh daryaft kiya mukhtalif</w:t>
      </w:r>
    </w:p>
    <w:p>
      <w:pPr>
        <w:jc w:val="right"/>
      </w:pPr>
      <w:r>
        <w:t>لیکن سائنس نے یہ دریافت کیا مختلف</w:t>
      </w:r>
    </w:p>
    <w:p>
      <w:r>
        <w:rPr>
          <w:b/>
        </w:rPr>
        <w:t xml:space="preserve">[16:45] </w:t>
      </w:r>
      <w:r>
        <w:t>yaani Studies ke zariye ke tera billion saal pehle ek ek ek explosion hua bohat bara.</w:t>
      </w:r>
    </w:p>
    <w:p>
      <w:pPr>
        <w:jc w:val="right"/>
      </w:pPr>
      <w:r>
        <w:t>یعنی Studies کے ذریعے کہ تیرہ بلین سال پہلے ایک ایک ایک Explosion ہوا بہت بڑا۔</w:t>
      </w:r>
    </w:p>
    <w:p>
      <w:r>
        <w:rPr>
          <w:b/>
        </w:rPr>
        <w:t xml:space="preserve">[16:54] </w:t>
      </w:r>
      <w:r>
        <w:t>ab wahan se dunya shuru hui. ab bhi Space mein is ke nishanaat mojood hain.</w:t>
      </w:r>
    </w:p>
    <w:p>
      <w:pPr>
        <w:jc w:val="right"/>
      </w:pPr>
      <w:r>
        <w:t>اب وہاں سے دنیا شروع ہوئی۔ اب بھی Space میں اس کے نشانات موجود ہیں۔</w:t>
      </w:r>
    </w:p>
    <w:p>
      <w:r>
        <w:rPr>
          <w:b/>
        </w:rPr>
        <w:t xml:space="preserve">[17:04] </w:t>
      </w:r>
      <w:r>
        <w:t>woh jo aik woh jo Explosion hua tha, jo Big Bang hua tha, to us ke kuch nishanaat ab bhi maujood hain Space mein.</w:t>
      </w:r>
    </w:p>
    <w:p>
      <w:pPr>
        <w:jc w:val="right"/>
      </w:pPr>
      <w:r>
        <w:t>وہ جو ایک وہ جو Explosion ہوا تھا، جو Big Bang ہوا تھا، تو اس کے کچھ نشانات اب بھی موجود ہیں Space میں۔</w:t>
      </w:r>
    </w:p>
    <w:p>
      <w:r>
        <w:rPr>
          <w:b/>
        </w:rPr>
        <w:t xml:space="preserve">[17:15] </w:t>
      </w:r>
      <w:r>
        <w:t>un ko pata kiya gaya aur un ka Study ki gayi aur is zamane mein aap jante hain ke aisi Technique daryaft hui hai, aisi Technology jis se umar ka pata chala jata hai.</w:t>
      </w:r>
    </w:p>
    <w:p>
      <w:pPr>
        <w:jc w:val="right"/>
      </w:pPr>
      <w:r>
        <w:t>ان کو پتہ کیا گیا اور ان کا Study کی گئی۔ اور اس زمانے میں آپ جانتے ہیں کہ ایسی Technique دریافت ہوئی ہے، ایسی Technology جس سے عمر کا پتہ چلا جاتا ہے۔</w:t>
      </w:r>
    </w:p>
    <w:p>
      <w:r>
        <w:rPr>
          <w:b/>
        </w:rPr>
        <w:t xml:space="preserve">[17:30] </w:t>
      </w:r>
      <w:r>
        <w:t>to in sab cheezon ko le kar ke Study ki gayi. is mein Europe aur America ke bohat se Scientific Minds Involve hue.</w:t>
      </w:r>
    </w:p>
    <w:p>
      <w:pPr>
        <w:jc w:val="right"/>
      </w:pPr>
      <w:r>
        <w:t>تو ان سب چیزوں کو لے کر کے Study کی گئی۔ اس میں Europe اور امریکہ کے بہت سے Scientific Minds Involve ہوئے۔</w:t>
      </w:r>
    </w:p>
    <w:p>
      <w:r>
        <w:rPr>
          <w:b/>
        </w:rPr>
        <w:t xml:space="preserve">[17:41] </w:t>
      </w:r>
      <w:r>
        <w:t>aur aakhir kar aik cheez Establish hogi ke tera billion saal pehle aik Big Bang hua, bohat bara Explosion.</w:t>
      </w:r>
    </w:p>
    <w:p>
      <w:pPr>
        <w:jc w:val="right"/>
      </w:pPr>
      <w:r>
        <w:t>اور آخر کار ایک چیز Establish ہوگی کہ تیرہ بلین سال پہلے ایک Big Bang ہوا، بہت بڑا Explosion۔</w:t>
      </w:r>
    </w:p>
    <w:p>
      <w:r>
        <w:rPr>
          <w:b/>
        </w:rPr>
        <w:t xml:space="preserve">[17:50] </w:t>
      </w:r>
      <w:r>
        <w:t>ab wahan se dunya shuru hui. to sochne ke baad jo aap sochenge, jo Seen mein aap Unseen ko dekhenge,</w:t>
      </w:r>
    </w:p>
    <w:p>
      <w:pPr>
        <w:jc w:val="right"/>
      </w:pPr>
      <w:r>
        <w:t>اب وہاں سے دنیا شروع ہوئی۔ تو سوچنے کے بعد جو آپ سوچیں گے، جو Seen میں آپ Unseen کو دیکھیں گے،</w:t>
      </w:r>
    </w:p>
    <w:p>
      <w:r>
        <w:rPr>
          <w:b/>
        </w:rPr>
        <w:t xml:space="preserve">[18:00] </w:t>
      </w:r>
      <w:r>
        <w:t>yani Ghaib ko dekhenge, yani Allah, yani makhlooqat mein Khaliq ko dekhenge, yeh hai matlab Alam al-Ghaib ka.</w:t>
      </w:r>
    </w:p>
    <w:p>
      <w:pPr>
        <w:jc w:val="right"/>
      </w:pPr>
      <w:r>
        <w:t>یعنی غیب کو دیکھیں گے، یعنی اللہ، یعنی مخلوقات میں خالق کو دیکھیں گے، یہ ہے مطلب عالم الغیب کا۔</w:t>
      </w:r>
    </w:p>
    <w:p>
      <w:r>
        <w:rPr>
          <w:b/>
        </w:rPr>
        <w:t xml:space="preserve">[18:17] </w:t>
      </w:r>
      <w:r>
        <w:t>yeh hai matlab Alam al-Ghaib ka.</w:t>
      </w:r>
    </w:p>
    <w:p>
      <w:pPr>
        <w:jc w:val="right"/>
      </w:pPr>
      <w:r>
        <w:t>یہ ہے مطلب عالم الغیب کا۔</w:t>
      </w:r>
    </w:p>
    <w:p>
      <w:r>
        <w:rPr>
          <w:b/>
        </w:rPr>
        <w:t xml:space="preserve">[18:21] </w:t>
      </w:r>
      <w:r>
        <w:t>to yahi cheez poore imaniyat ke bare mein, poore deen ke bare mein matloob hai ke woh insaan ke andar Development lana yeh hai nishana hai Quran ka.</w:t>
      </w:r>
    </w:p>
    <w:p>
      <w:pPr>
        <w:jc w:val="right"/>
      </w:pPr>
      <w:r>
        <w:t>تو یہی چیز پورے ایمانیات کے بارے میں، پورے دین کے بارے میں مطلوب ہے کہ وہ انسان کے اندر Development لانا یہ ہے نشانہ ہے قرآن کا۔</w:t>
      </w:r>
    </w:p>
    <w:p>
      <w:r>
        <w:rPr>
          <w:b/>
        </w:rPr>
        <w:t xml:space="preserve">[18:36] </w:t>
      </w:r>
      <w:r>
        <w:t>koi system ka zikr hi nahi Quran majeed mein. Social System, Political System, is ka koi zikr hi nahi. zikr kiya hai: ghor o fikr karo, tadabbur karo,</w:t>
      </w:r>
    </w:p>
    <w:p>
      <w:pPr>
        <w:jc w:val="right"/>
      </w:pPr>
      <w:r>
        <w:t>کوئی سسٹم کا ذکر ہی نہیں قرآن مجید میں۔ Social System، Political System، اس کا کوئی ذکر ہی نہیں۔ ذکر کیتا ہے: غور و فکر کرو، تدبر کرو،</w:t>
      </w:r>
    </w:p>
    <w:p>
      <w:r>
        <w:rPr>
          <w:b/>
        </w:rPr>
        <w:t xml:space="preserve">[18:49] </w:t>
      </w:r>
      <w:r>
        <w:t>aql ko istemal karo.</w:t>
      </w:r>
    </w:p>
    <w:p>
      <w:pPr>
        <w:jc w:val="right"/>
      </w:pPr>
      <w:r>
        <w:t>عقل کو استعمال کرو۔</w:t>
      </w:r>
    </w:p>
    <w:p>
      <w:r>
        <w:rPr>
          <w:b/>
        </w:rPr>
        <w:t xml:space="preserve">[18:54] </w:t>
      </w:r>
      <w:r>
        <w:t>to is ko mein badal kar kehta hoon ke apne aap ko apne andar Creative Thinking lao. ab mein aik aur baat is silsile mein arz karunga.</w:t>
      </w:r>
    </w:p>
    <w:p>
      <w:pPr>
        <w:jc w:val="right"/>
      </w:pPr>
      <w:r>
        <w:t>تو اس کو میں بدل کر کہتا ہوں کہ اپنے آپ کو اپنے اندر Creative Thinking لاؤ۔ اب میں ایک اور بات اس سلسلے میں عرض کروں گا۔</w:t>
      </w:r>
    </w:p>
    <w:p>
      <w:r>
        <w:rPr>
          <w:b/>
        </w:rPr>
        <w:t xml:space="preserve">[19:04] </w:t>
      </w:r>
      <w:r>
        <w:t>Iman kya hai? Iman kuch lafzon ko dohrane ka naam nahi hai.</w:t>
      </w:r>
    </w:p>
    <w:p>
      <w:pPr>
        <w:jc w:val="right"/>
      </w:pPr>
      <w:r>
        <w:t>ایمان کیا ہے؟ ایمان کچھ لفظوں کو دہرانے کا نام نہیں ہے۔</w:t>
      </w:r>
    </w:p>
    <w:p>
      <w:r>
        <w:rPr>
          <w:b/>
        </w:rPr>
        <w:t xml:space="preserve">[19:12] </w:t>
      </w:r>
      <w:r>
        <w:t>Iman aql ke istemal ka naam hai.</w:t>
      </w:r>
    </w:p>
    <w:p>
      <w:pPr>
        <w:jc w:val="right"/>
      </w:pPr>
      <w:r>
        <w:t>ایمان عقل کے استعمال کا نام ہے۔</w:t>
      </w:r>
    </w:p>
    <w:p>
      <w:r>
        <w:rPr>
          <w:b/>
        </w:rPr>
        <w:t xml:space="preserve">[19:17] </w:t>
      </w:r>
      <w:r>
        <w:t>jab aap aql ko istemal karte hain, is ke baad jo aap ke andar cheezein aati hain woh hai Iman.</w:t>
      </w:r>
    </w:p>
    <w:p>
      <w:pPr>
        <w:jc w:val="right"/>
      </w:pPr>
      <w:r>
        <w:t>جب آپ عقل کو استعمال کرتے ہیں، اس کے بعد جو آپ کے اندر چیزیں آتی ہیں وہ ہے ایمان۔</w:t>
      </w:r>
    </w:p>
    <w:p>
      <w:r>
        <w:rPr>
          <w:b/>
        </w:rPr>
        <w:t xml:space="preserve">[19:29] </w:t>
      </w:r>
      <w:r>
        <w:t>to mein yeh kaha karta hoon ke imaniyat ka mamla Discovery ka mamla hai. Discovery ka mamla hai.</w:t>
      </w:r>
    </w:p>
    <w:p>
      <w:pPr>
        <w:jc w:val="right"/>
      </w:pPr>
      <w:r>
        <w:t>تو میں یہ کہا کرتا ہوں کہ ایمانیات کا معاملہ Discovery کا معاملہ ہے۔ Discovery کا معاملہ ہے۔</w:t>
      </w:r>
    </w:p>
    <w:p>
      <w:r>
        <w:rPr>
          <w:b/>
        </w:rPr>
        <w:t xml:space="preserve">[19:38] </w:t>
      </w:r>
      <w:r>
        <w:t>Allah taala ko aise insaan matloob hain jo Quran ki ghor o fikr kar ke, kainat mein ghor o fikr kar ke, Allah se duaein kar ke cheezon ko daryaft karein.</w:t>
      </w:r>
    </w:p>
    <w:p>
      <w:pPr>
        <w:jc w:val="right"/>
      </w:pPr>
      <w:r>
        <w:t>اللہ تعالیٰ کو ایسے انسان مطلوب ہیں جو قرآن کی غور و فکر کر کے، کائنات میں غور و فکر کر کے، اللہ سے دعائیں کر کے چیزوں کو دریافت کریں۔</w:t>
      </w:r>
    </w:p>
    <w:p>
      <w:r>
        <w:rPr>
          <w:b/>
        </w:rPr>
        <w:t xml:space="preserve">[19:52] </w:t>
      </w:r>
      <w:r>
        <w:t>daryaft ki satah par khare hon. daryaft ki satah par khare hon. yani khud khud daryaft kardah haqeeqat par khare hon.</w:t>
      </w:r>
    </w:p>
    <w:p>
      <w:pPr>
        <w:jc w:val="right"/>
      </w:pPr>
      <w:r>
        <w:t>دریافت کی سطح پر کھڑے ہوں۔ دریافت کی سطح پر کھڑے ہوں۔ یعنی خود خود دریافت کردہ حقیقت پر کھڑے ہوں۔</w:t>
      </w:r>
    </w:p>
    <w:p>
      <w:r>
        <w:rPr>
          <w:b/>
        </w:rPr>
        <w:t xml:space="preserve">[20:05] </w:t>
      </w:r>
      <w:r>
        <w:t>jaise kaha jata hai kisi ke bare mein ke Self-made Man. to mein kehta hoon ke har momin Self-made Man hota hai.</w:t>
      </w:r>
    </w:p>
    <w:p>
      <w:pPr>
        <w:jc w:val="right"/>
      </w:pPr>
      <w:r>
        <w:t>جیسے کہا جاتا ہے کسی کے بارے میں کہ Self-made Man۔ تو میں کہتا ہوں کہ ہر مومن Self-made Man ہوتا ہے۔</w:t>
      </w:r>
    </w:p>
    <w:p>
      <w:r>
        <w:rPr>
          <w:b/>
        </w:rPr>
        <w:t xml:space="preserve">[20:16] </w:t>
      </w:r>
      <w:r>
        <w:t>yeh sirf aam taur par jo log paisa kamate hain, Business karte hain,</w:t>
      </w:r>
    </w:p>
    <w:p>
      <w:pPr>
        <w:jc w:val="right"/>
      </w:pPr>
      <w:r>
        <w:t>یہ صرف عام طور پر جو لوگ پیسہ کماتے ہیں، Business کرتے ہیں،</w:t>
      </w:r>
    </w:p>
    <w:p>
      <w:r>
        <w:rPr>
          <w:b/>
        </w:rPr>
        <w:t xml:space="preserve">[20:23] </w:t>
      </w:r>
      <w:r>
        <w:t>to yani Scratch se Start kar ke koi bari taraqqi karte hain to un ko kaha jata hai ke Self-made Man.</w:t>
      </w:r>
    </w:p>
    <w:p>
      <w:pPr>
        <w:jc w:val="right"/>
      </w:pPr>
      <w:r>
        <w:t>تو یعنی Scratch سے Start کر کے کوئی بڑی ترقی کرتے ہیں تو ان کو کہا جاتا ہے کہ Self-made Man۔</w:t>
      </w:r>
    </w:p>
    <w:p>
      <w:r>
        <w:rPr>
          <w:b/>
        </w:rPr>
        <w:t xml:space="preserve">[20:34] </w:t>
      </w:r>
      <w:r>
        <w:t>lekin mein kehta hoon ke sab se bara Self-made Man momin hota hai. momin. momin. aql ko istemal karne ki wajah se.</w:t>
      </w:r>
    </w:p>
    <w:p>
      <w:pPr>
        <w:jc w:val="right"/>
      </w:pPr>
      <w:r>
        <w:t>لیکن میں کہتا ہوں کہ سب سے بڑا Self-made Man مومن ہوتا ہے۔ مومن۔ مومن۔ عقل کو استعمال کرنے کی وجہ سے۔</w:t>
      </w:r>
    </w:p>
    <w:p>
      <w:r>
        <w:rPr>
          <w:b/>
        </w:rPr>
        <w:t xml:space="preserve">[20:46] </w:t>
      </w:r>
      <w:r>
        <w:t>momin woh hai jis ke andar</w:t>
      </w:r>
    </w:p>
    <w:p>
      <w:pPr>
        <w:jc w:val="right"/>
      </w:pPr>
      <w:r>
        <w:t>مومن وہ ہے جس کے اندر</w:t>
      </w:r>
    </w:p>
    <w:p>
      <w:r>
        <w:rPr>
          <w:b/>
        </w:rPr>
        <w:t xml:space="preserve">[20:51] </w:t>
      </w:r>
      <w:r>
        <w:t>Creativity ho. jo Self-discovered marifat par khara ho. Self-discovered marifat par khara ho.</w:t>
      </w:r>
    </w:p>
    <w:p>
      <w:pPr>
        <w:jc w:val="right"/>
      </w:pPr>
      <w:r>
        <w:t>Creativity ہو۔ جو Self-discovered معرفت پر کھڑا ہو۔ Self-discovered معرفت پر کھڑا ہو۔</w:t>
      </w:r>
    </w:p>
    <w:p>
      <w:r>
        <w:rPr>
          <w:b/>
        </w:rPr>
        <w:t xml:space="preserve">[21:06] </w:t>
      </w:r>
      <w:r>
        <w:t>khud soch kar Quran mein soche, kainat mein soche, Allah ki takhleeqat mein soche, apne us ko cheezein daryaft hon.</w:t>
      </w:r>
    </w:p>
    <w:p>
      <w:pPr>
        <w:jc w:val="right"/>
      </w:pPr>
      <w:r>
        <w:t>خود سوچ کر قرآن میں سوچے، کائنات میں سوچے، اللہ کی تخلیقات میں سوچے، اپنے اس کو چیزیں دریافت ہوں۔</w:t>
      </w:r>
    </w:p>
    <w:p>
      <w:r>
        <w:rPr>
          <w:b/>
        </w:rPr>
        <w:t xml:space="preserve">[21:17] </w:t>
      </w:r>
      <w:r>
        <w:t>to woh Self-discovered marifat par khara hoga. woh Self-imposed Surrender par khara hoga. yani Allah ke.</w:t>
      </w:r>
    </w:p>
    <w:p>
      <w:pPr>
        <w:jc w:val="right"/>
      </w:pPr>
      <w:r>
        <w:t>تو وہ Self-discovered معرفت پر کھڑا ہوگا۔ وہ Self-imposed Surrender پر کھڑا ہوگا۔ یعنی اللہ کے۔</w:t>
      </w:r>
    </w:p>
    <w:p>
      <w:r>
        <w:rPr>
          <w:b/>
        </w:rPr>
        <w:t xml:space="preserve">[21:28] </w:t>
      </w:r>
      <w:r>
        <w:t>allah ka iman is ke andar aik discipline life laye ga. har mamle mein discipline ya surr</w:t>
      </w:r>
    </w:p>
    <w:p>
      <w:pPr>
        <w:jc w:val="right"/>
      </w:pPr>
      <w:r>
        <w:t>اللہ کا ایمان اس کے اندر ایک Discipline Life لائے گا۔ ہر معاملے میں Discipline یا Surr</w:t>
      </w:r>
    </w:p>
    <w:p>
      <w:r>
        <w:rPr>
          <w:b/>
        </w:rPr>
        <w:t xml:space="preserve">[21:36] </w:t>
      </w:r>
      <w:r>
        <w:t>ender. to isi ko mein kehta hoon ke self-imposed discipline par khara hoga woh. har cheez mein is ka haal yeh hoga</w:t>
      </w:r>
    </w:p>
    <w:p>
      <w:pPr>
        <w:jc w:val="right"/>
      </w:pPr>
      <w:r>
        <w:t>ender۔ تو اسی کو میں کہتا ہوں کہ Self-imposed Discipline پر کھڑا ہوگا وہ۔ ہر چیز میں اس کا حال یہ ہوگا</w:t>
      </w:r>
    </w:p>
    <w:p>
      <w:r>
        <w:rPr>
          <w:b/>
        </w:rPr>
        <w:t xml:space="preserve">[21:49] </w:t>
      </w:r>
      <w:r>
        <w:t>ke apne yani woh hota hai quran ki madad se, duaon ki madad se, kainat mein ghor o fikar ki madad se.</w:t>
      </w:r>
    </w:p>
    <w:p>
      <w:pPr>
        <w:jc w:val="right"/>
      </w:pPr>
      <w:r>
        <w:t>کہ اپنے یعنی وہ ہوتا ہے قرآن کی مدد سے، دعاؤں کی مدد سے، کائنات میں غور و فکر کی مدد سے۔</w:t>
      </w:r>
    </w:p>
    <w:p>
      <w:r>
        <w:rPr>
          <w:b/>
        </w:rPr>
        <w:t xml:space="preserve">[21:59] </w:t>
      </w:r>
      <w:r>
        <w:t>lekin woh self-discovered cheez hoti hai us ko. self-discovered.</w:t>
      </w:r>
    </w:p>
    <w:p>
      <w:pPr>
        <w:jc w:val="right"/>
      </w:pPr>
      <w:r>
        <w:t>لیکن وہ Self-discovered چیز ہوتی ہے اس کو۔ Self-discovered۔</w:t>
      </w:r>
    </w:p>
    <w:p>
      <w:r>
        <w:rPr>
          <w:b/>
        </w:rPr>
        <w:t xml:space="preserve">[22:08] </w:t>
      </w:r>
      <w:r>
        <w:t>to self-discovered marifat, self-imposed discipline aise hi dawat ka mamla hai. self-planned dawah.</w:t>
      </w:r>
    </w:p>
    <w:p>
      <w:pPr>
        <w:jc w:val="right"/>
      </w:pPr>
      <w:r>
        <w:t>تو Self-discovered معرفت، Self-imposed Discipline ایسے ہی دعوت کا معاملہ ہے۔ Self-planned دعویٰ۔</w:t>
      </w:r>
    </w:p>
    <w:p>
      <w:r>
        <w:rPr>
          <w:b/>
        </w:rPr>
        <w:t xml:space="preserve">[22:20] </w:t>
      </w:r>
      <w:r>
        <w:t>dawah yeh nahi ke kuch aap ko aik shakhs ne de diya, aap ne us ko machine ki tarah us ko implement kar diya. nahi. dawah yeh hai ke aap ne socha hai, apni zimmedari ko socha hai.</w:t>
      </w:r>
    </w:p>
    <w:p>
      <w:pPr>
        <w:jc w:val="right"/>
      </w:pPr>
      <w:r>
        <w:t>دعویٰ یہ نہیں کہ کچھ آپ کو ایک شخص نے دے دیا، آپ نے اس کو مشین کی طرح اس کو Implement کر دیا۔ نہیں۔ دعویٰ یہ ہے کہ آپ نے سوچا ہے، اپنی ذمہ داری کو سوچا ہے۔</w:t>
      </w:r>
    </w:p>
    <w:p>
      <w:r>
        <w:rPr>
          <w:b/>
        </w:rPr>
        <w:t xml:space="preserve">[22:33] </w:t>
      </w:r>
      <w:r>
        <w:t>aap ne apni zimmedariyon ko sochna, allah kya chahta hai us ko sochna,</w:t>
      </w:r>
    </w:p>
    <w:p>
      <w:pPr>
        <w:jc w:val="right"/>
      </w:pPr>
      <w:r>
        <w:t>آپ نے اپنی ذمہ داریوں کو سوچنا، اللہ کیا چاہتا ہے اس کو سوچنا،</w:t>
      </w:r>
    </w:p>
    <w:p>
      <w:r>
        <w:rPr>
          <w:b/>
        </w:rPr>
        <w:t xml:space="preserve">[22:38] </w:t>
      </w:r>
      <w:r>
        <w:t>insan ke bare mein khair khwahi ki spirit aap ke andar jaagi. phir aap ne planning kiya, dawat ki planning ki. to dawat bhi self-planned dawat ka naam hai.</w:t>
      </w:r>
    </w:p>
    <w:p>
      <w:pPr>
        <w:jc w:val="right"/>
      </w:pPr>
      <w:r>
        <w:t>انسان کے بارے میں خیر خواہی کی Spirit آپ کے اندر جاگی۔ پھر آپ نے Planning کیا، دعوت کی Planning کی۔ تو دعوت بھی Self-planned دعوت کا نام ہے۔</w:t>
      </w:r>
    </w:p>
    <w:p>
      <w:r>
        <w:rPr>
          <w:b/>
        </w:rPr>
        <w:t xml:space="preserve">[22:55] </w:t>
      </w:r>
      <w:r>
        <w:t>khud daryaft kardah aur self-planning ke tehat aap jo dawah karte hain wahi sach mach dawah hai.</w:t>
      </w:r>
    </w:p>
    <w:p>
      <w:pPr>
        <w:jc w:val="right"/>
      </w:pPr>
      <w:r>
        <w:t>خود دریافت کردہ اور Self-planning کے تحت آپ جو دعویٰ کرتے ہیں وہی سچ مچ دعویٰ ہے۔</w:t>
      </w:r>
    </w:p>
    <w:p>
      <w:r>
        <w:rPr>
          <w:b/>
        </w:rPr>
        <w:t xml:space="preserve">[23:05] </w:t>
      </w:r>
      <w:r>
        <w:t>aisa nahi ke jaise machine ko yeh shakhs ne de diya, woh chali ja rahi hai, chali ja rahi hai, chali ja rahi hai. woh aisi baat nahi hai.</w:t>
      </w:r>
    </w:p>
    <w:p>
      <w:pPr>
        <w:jc w:val="right"/>
      </w:pPr>
      <w:r>
        <w:t>ایسا نہیں کہ جیسے مشین کو یہ شخص نے دے دیا، وہ چلی جا رہی ہے، چلی جا رہی ہے، چلی جا رہی ہے۔ وہ ایسی بات نہیں ہے۔</w:t>
      </w:r>
    </w:p>
    <w:p>
      <w:r>
        <w:rPr>
          <w:b/>
        </w:rPr>
        <w:t xml:space="preserve">[23:18] </w:t>
      </w:r>
      <w:r>
        <w:t>to yeh baat ab mein is liye kar raha hoon ke quran ka khitab lab se hai, aqal se hai, nauha se hai, reason se hai, mind se hai.</w:t>
      </w:r>
    </w:p>
    <w:p>
      <w:pPr>
        <w:jc w:val="right"/>
      </w:pPr>
      <w:r>
        <w:t>تو یہ بات اب میں اس لیے کر رہا ہوں کہ قرآن کا خطاب لب سے ہے، عقل سے ہے، نوحہ سے ہے، Reason سے ہے، Mind سے ہے۔</w:t>
      </w:r>
    </w:p>
    <w:p>
      <w:r>
        <w:rPr>
          <w:b/>
        </w:rPr>
        <w:t xml:space="preserve">[23:32] </w:t>
      </w:r>
      <w:r>
        <w:t>system ko kahin bhi kalam mein khitab nahi kiya gaya hai.</w:t>
      </w:r>
    </w:p>
    <w:p>
      <w:pPr>
        <w:jc w:val="right"/>
      </w:pPr>
      <w:r>
        <w:t>System کو کہیں بھی کلام میں خطاب نہیں کیا گیا ہے۔</w:t>
      </w:r>
    </w:p>
    <w:p>
      <w:r>
        <w:rPr>
          <w:b/>
        </w:rPr>
        <w:t xml:space="preserve">[23:45] </w:t>
      </w:r>
      <w:r>
        <w:t>yahi wajah hai ke jo log aik khud sakhtah mafroza banate hain ke quran aik system ki kitab hai, is mein yeh system, woh system bataya to woh kitab bhi likhte hain lekin is mein woh bata nahi paate.</w:t>
      </w:r>
    </w:p>
    <w:p>
      <w:pPr>
        <w:jc w:val="right"/>
      </w:pPr>
      <w:r>
        <w:t>یہی وجہ ہے کہ جو لوگ ایک خود ساختہ مفروضہ بناتے ہیں کہ قرآن ایک System کی کتاب ہے، اس میں یہ System, وہ System بتایا تو وہ کتاب بھی لکھتے ہیں لیکن اس میں وہ بتا نہیں پاتے۔</w:t>
      </w:r>
    </w:p>
    <w:p>
      <w:r>
        <w:rPr>
          <w:b/>
        </w:rPr>
        <w:t xml:space="preserve">[24:03] </w:t>
      </w:r>
      <w:r>
        <w:t>aise hi kuch logon ka yeh hai nazariya ke quran science ki kitab hai. to woh sabit karna chahte hain ke engineering aur aur sara jo technical uloom hain woh sab quran se sabit karen.</w:t>
      </w:r>
    </w:p>
    <w:p>
      <w:pPr>
        <w:jc w:val="right"/>
      </w:pPr>
      <w:r>
        <w:t>ایسے ہی کچھ لوگوں کا یہ ہے نظریہ کہ قرآن سائنس کی کتاب ہے۔ تو وہ ثابت کرنا چاہتے ہیں کہ انجینئرنگ اور اور سارا جو Technical علوم ہیں وہ سب قرآن سے ثابت کریں۔</w:t>
      </w:r>
    </w:p>
    <w:p>
      <w:r>
        <w:rPr>
          <w:b/>
        </w:rPr>
        <w:t xml:space="preserve">[24:19] </w:t>
      </w:r>
      <w:r>
        <w:t>ajeeb ghareeb kitabein likhi hain logon ne. ajeeb ghareeb kitabein. mislan mein ne aik kitab parhi is qism ki.</w:t>
      </w:r>
    </w:p>
    <w:p>
      <w:pPr>
        <w:jc w:val="right"/>
      </w:pPr>
      <w:r>
        <w:t>عجیب غریب کتابیں لکھی ہیں لوگوں نے۔ عجیب غریب کتابیں۔ مثلاً میں نے ایک کتاب پڑھی اس قسم کی۔</w:t>
      </w:r>
    </w:p>
    <w:p>
      <w:r>
        <w:rPr>
          <w:b/>
        </w:rPr>
        <w:t xml:space="preserve">[24:28] </w:t>
      </w:r>
      <w:r>
        <w:t>to quran mein hai ke</w:t>
      </w:r>
    </w:p>
    <w:p>
      <w:pPr>
        <w:jc w:val="right"/>
      </w:pPr>
      <w:r>
        <w:t>تو قرآن میں ہے کہ</w:t>
      </w:r>
    </w:p>
    <w:p>
      <w:r>
        <w:rPr>
          <w:b/>
        </w:rPr>
        <w:t xml:space="preserve">[24:33] </w:t>
      </w:r>
      <w:r>
        <w:t>ke firoun ne apne wazir haman se kaha, jab peghambar ne firoun ko dawat di toheed ki aur khuda par iman lane ki to badshah ne apne wazir se kaha ke is ka naam tha haman.</w:t>
      </w:r>
    </w:p>
    <w:p>
      <w:pPr>
        <w:jc w:val="right"/>
      </w:pPr>
      <w:r>
        <w:t>کہ فرعون نے اپنے وزیر ہامان سے کہا، جب پیغمبر نے فرعون کو دعوت دی توحید کی اور خدا پر ایمان لانے کی تو بادشاہ نے اپنے وزیر سے کہا کہ اس کا نام تھا ہامان۔</w:t>
      </w:r>
    </w:p>
    <w:p>
      <w:r>
        <w:rPr>
          <w:b/>
        </w:rPr>
        <w:t xml:space="preserve">[24:51] </w:t>
      </w:r>
      <w:r>
        <w:t>aey haman, mere liye aik bara mahal bana de, ooncha mahal.</w:t>
      </w:r>
    </w:p>
    <w:p>
      <w:pPr>
        <w:jc w:val="right"/>
      </w:pPr>
      <w:r>
        <w:t>اے ہامان، میرے لیے ایک بڑا محل بنا دے، اونچا محل۔</w:t>
      </w:r>
    </w:p>
    <w:p>
      <w:r>
        <w:rPr>
          <w:b/>
        </w:rPr>
        <w:t xml:space="preserve">[24:56] </w:t>
      </w:r>
      <w:r>
        <w:t>to is mein aata hai ke ke eentein tayyar karo, pakhtah karo eenton ko aur phir mahal banao ooncha. mein is ke oopar khara ho kar dekhon ga kahan hai is ka khuda.</w:t>
      </w:r>
    </w:p>
    <w:p>
      <w:pPr>
        <w:jc w:val="right"/>
      </w:pPr>
      <w:r>
        <w:t>تو اس میں آتا ہے کہ کہ اینٹیں تیار کرو، پختہ کرو اینٹوں کو اور پھر محل بناؤ اونچا۔ میں اس کے اوپر کھڑا ہو کر دیکھوں گا کہاں ہے اس کا خدا۔</w:t>
      </w:r>
    </w:p>
    <w:p>
      <w:r>
        <w:rPr>
          <w:b/>
        </w:rPr>
        <w:t xml:space="preserve">[25:09] </w:t>
      </w:r>
      <w:r>
        <w:t>to is mein jo yeh zikr hai ke pakhtah eentein tayyar karo. aag mein is ko daal kar. to is ko le kar unhon ne kaha tha ke quran mein sarbak industries bhi hain.</w:t>
      </w:r>
    </w:p>
    <w:p>
      <w:pPr>
        <w:jc w:val="right"/>
      </w:pPr>
      <w:r>
        <w:t>تو اس میں جو یہ ذکر ہے کہ پختہ اینٹیں تیار کرو۔ آگ میں اس کو ڈال کر۔ تو اس کو لے کر انہوں نے کہا تھا کہ قرآن میں سربک Industries بھی ہیں۔</w:t>
      </w:r>
    </w:p>
    <w:p>
      <w:r>
        <w:rPr>
          <w:b/>
        </w:rPr>
        <w:t xml:space="preserve">[25:24] </w:t>
      </w:r>
      <w:r>
        <w:t>sarbak industries. aap ghor kijiye ke quran ki is ayat ko le kar koi sarbak industry bana sakta hai? to quran industries ki kitab nahi hai.</w:t>
      </w:r>
    </w:p>
    <w:p>
      <w:pPr>
        <w:jc w:val="right"/>
      </w:pPr>
      <w:r>
        <w:t>سربک Industries۔ آپ غور کیجیے کہ قرآن کی اس آیت کو لے کر کوئی سربک Industry بنا سکتا ہے؟ تو قرآن Industries کی کتاب نہیں ہے۔</w:t>
      </w:r>
    </w:p>
    <w:p>
      <w:r>
        <w:rPr>
          <w:b/>
        </w:rPr>
        <w:t xml:space="preserve">[25:36] </w:t>
      </w:r>
      <w:r>
        <w:t>technology ki kitab nahi hai.</w:t>
      </w:r>
    </w:p>
    <w:p>
      <w:pPr>
        <w:jc w:val="right"/>
      </w:pPr>
      <w:r>
        <w:t>ٹیکنالوجی کی کتاب نہیں ہے۔</w:t>
      </w:r>
    </w:p>
    <w:p>
      <w:r>
        <w:rPr>
          <w:b/>
        </w:rPr>
        <w:t xml:space="preserve">[25:39] </w:t>
      </w:r>
      <w:r>
        <w:t>quran mein kar o hawajat ka formula nahi hai. aqal ka formula hai. technology ka formula nahi hai.</w:t>
      </w:r>
    </w:p>
    <w:p>
      <w:pPr>
        <w:jc w:val="right"/>
      </w:pPr>
      <w:r>
        <w:t>قرآن میں کار و حواجات کا فارمولا نہیں ہے۔ عقل کا فارمولا ہے۔ ٹیکنالوجی کا فارمولا نہیں ہے۔</w:t>
      </w:r>
    </w:p>
    <w:p>
      <w:r>
        <w:rPr>
          <w:b/>
        </w:rPr>
        <w:t xml:space="preserve">[25:50] </w:t>
      </w:r>
      <w:r>
        <w:t>technology to insan kar sakta hai, allah ne insan ke liye chhod diya ke technology ko daryaft kare. lekin jo aqal ki batein hain, jo</w:t>
      </w:r>
    </w:p>
    <w:p>
      <w:pPr>
        <w:jc w:val="right"/>
      </w:pPr>
      <w:r>
        <w:t>ٹیکنالوجی تو انسان کر سکتا ہے، اللہ نے انسان کے لیے چھوڑ دیا کہ ٹیکنالوجی کو دریافت کرے۔ لیکن جو عقل کی باتیں ہیں، جو</w:t>
      </w:r>
    </w:p>
    <w:p>
      <w:r>
        <w:rPr>
          <w:b/>
        </w:rPr>
        <w:t xml:space="preserve">[26:06] </w:t>
      </w:r>
      <w:r>
        <w:t>creative thinking paida karne wali batein hain, us ko quran mein bataya gaya hai. us ko quran mein bataya gaya hai.</w:t>
      </w:r>
    </w:p>
    <w:p>
      <w:pPr>
        <w:jc w:val="right"/>
      </w:pPr>
      <w:r>
        <w:t>Creative Thinking پیدا کرنے والی باتیں ہیں، اس کو قرآن میں بتایا گیا ہے۔ اس کو قرآن میں بتایا گیا ہے۔</w:t>
      </w:r>
    </w:p>
    <w:p>
      <w:r>
        <w:rPr>
          <w:b/>
        </w:rPr>
        <w:t xml:space="preserve">[26:19] </w:t>
      </w:r>
      <w:r>
        <w:t>to jo log quran ko is lihaz se parhen ke wahan koi un se System mile, un ko Political System, Social System, to un ko kya hoga?</w:t>
      </w:r>
    </w:p>
    <w:p>
      <w:pPr>
        <w:jc w:val="right"/>
      </w:pPr>
      <w:r>
        <w:t>تو جو لوگ قرآن کو اس لحاظ سے پڑھیں کہ وہاں کوئی ان سے System ملے، ان کو Political System، Social System، تو ان کو کیا ہوگا؟</w:t>
      </w:r>
    </w:p>
    <w:p>
      <w:r>
        <w:rPr>
          <w:b/>
        </w:rPr>
        <w:t xml:space="preserve">[26:32] </w:t>
      </w:r>
      <w:r>
        <w:t>ek bohat bara nuqsan uthana parega un ko. wo kya hai? yaqeen un ko hasil nahi hoga ke quran mein dhoond rahe hain System aur System milta nahi.</w:t>
      </w:r>
    </w:p>
    <w:p>
      <w:pPr>
        <w:jc w:val="right"/>
      </w:pPr>
      <w:r>
        <w:t>ایک بہت بڑا نقصان اٹھانا پڑے گا ان کو۔ وہ کیا ہے؟ یقین ان کو حاصل نہیں ہوگا کہ قرآن میں ڈھونڈ رہے ہیں System اور System ملتا نہیں۔</w:t>
      </w:r>
    </w:p>
    <w:p>
      <w:r>
        <w:rPr>
          <w:b/>
        </w:rPr>
        <w:t xml:space="preserve">[26:46] </w:t>
      </w:r>
      <w:r>
        <w:t>to insha bardasht ka dar-ul-kitab likh rahe hain. aise log yaqeen se mahroom rahen ge. kyunke jo cheez aap dhoond rahe hain wo bulk is mein tab to yaqeen aye ga.</w:t>
      </w:r>
    </w:p>
    <w:p>
      <w:pPr>
        <w:jc w:val="right"/>
      </w:pPr>
      <w:r>
        <w:t>تو انشاء برداشت کا دارالکتاب لکھ رہے ہیں۔ ایسے لوگ یقین سے محروم رہیں گے۔ کیونکہ جو چیز آپ ڈھونڈ رہے ہیں وہ بلک اس میں تب تو یقین آئے گا۔</w:t>
      </w:r>
    </w:p>
    <w:p>
      <w:r>
        <w:rPr>
          <w:b/>
        </w:rPr>
        <w:t xml:space="preserve">[27:00] </w:t>
      </w:r>
      <w:r>
        <w:t>tab to yaqeen aye ga.</w:t>
      </w:r>
    </w:p>
    <w:p>
      <w:pPr>
        <w:jc w:val="right"/>
      </w:pPr>
      <w:r>
        <w:t>تب تو یقین آئے گا۔</w:t>
      </w:r>
    </w:p>
    <w:p>
      <w:r>
        <w:rPr>
          <w:b/>
        </w:rPr>
        <w:t xml:space="preserve">[27:04] </w:t>
      </w:r>
      <w:r>
        <w:t>to yaqeen se mahroom.</w:t>
      </w:r>
    </w:p>
    <w:p>
      <w:pPr>
        <w:jc w:val="right"/>
      </w:pPr>
      <w:r>
        <w:t>تو یقین سے محروم۔</w:t>
      </w:r>
    </w:p>
    <w:p>
      <w:r>
        <w:rPr>
          <w:b/>
        </w:rPr>
        <w:t xml:space="preserve">[27:09] </w:t>
      </w:r>
      <w:r>
        <w:t>ab mein ek aur misal deta hoon aap ko. dekhiye quran mein yeh hai. quran mein hai ke namaz parho, roza rakho, zakat do, hajj karo.</w:t>
      </w:r>
    </w:p>
    <w:p>
      <w:pPr>
        <w:jc w:val="right"/>
      </w:pPr>
      <w:r>
        <w:t>اب میں ایک اور مثال دیتا ہوں آپ کو۔ دیکھیے قرآن میں یہ ہے۔ قرآن میں ہے کہ نماز پڑھو، روزہ رکھو، زکوٰۃ دو، حج کرو۔</w:t>
      </w:r>
    </w:p>
    <w:p>
      <w:r>
        <w:rPr>
          <w:b/>
        </w:rPr>
        <w:t xml:space="preserve">[27:22] </w:t>
      </w:r>
      <w:r>
        <w:t>is tarah ke kai ahkam quran majeed mein hain.</w:t>
      </w:r>
    </w:p>
    <w:p>
      <w:pPr>
        <w:jc w:val="right"/>
      </w:pPr>
      <w:r>
        <w:t>اس طرح کے کئی احکام قرآن مجید میں ہیں۔</w:t>
      </w:r>
    </w:p>
    <w:p>
      <w:r>
        <w:rPr>
          <w:b/>
        </w:rPr>
        <w:t xml:space="preserve">[27:28] </w:t>
      </w:r>
      <w:r>
        <w:t>magar koi bhi hukum quran mein Well Defined nahi hai.</w:t>
      </w:r>
    </w:p>
    <w:p>
      <w:pPr>
        <w:jc w:val="right"/>
      </w:pPr>
      <w:r>
        <w:t>مگر کوئی بھی حکم قرآن میں Well Defined نہیں ہے۔</w:t>
      </w:r>
    </w:p>
    <w:p>
      <w:r>
        <w:rPr>
          <w:b/>
        </w:rPr>
        <w:t xml:space="preserve">[27:34] </w:t>
      </w:r>
      <w:r>
        <w:t>namaz parhen to aap kaise parhen? quran mein kahin is ka un ke form ko Well Defined form nahi bataya gaya.</w:t>
      </w:r>
    </w:p>
    <w:p>
      <w:pPr>
        <w:jc w:val="right"/>
      </w:pPr>
      <w:r>
        <w:t>نماز پڑھیں تو آپ کیسے پڑھیں؟ قرآن میں کہیں اس کا ان کے فارم کو Well Defined فارم نہیں بتایا گیا۔</w:t>
      </w:r>
    </w:p>
    <w:p>
      <w:r>
        <w:rPr>
          <w:b/>
        </w:rPr>
        <w:t xml:space="preserve">[27:46] </w:t>
      </w:r>
      <w:r>
        <w:t>yani namaz ka koi Well Defined form quran mein nahi bataya gaya. roza hai, roze ka koi Well Defined form quran mein nahi bataya gaya.</w:t>
      </w:r>
    </w:p>
    <w:p>
      <w:pPr>
        <w:jc w:val="right"/>
      </w:pPr>
      <w:r>
        <w:t>یعنی نماز کا کوئی Well Defined فارم قرآن میں نہیں بتایا گیا۔ روزہ ہے، روزے کا کوئی Well Defined فارم قرآن میں نہیں بتایا گیا۔</w:t>
      </w:r>
    </w:p>
    <w:p>
      <w:r>
        <w:rPr>
          <w:b/>
        </w:rPr>
        <w:t xml:space="preserve">[27:57] </w:t>
      </w:r>
      <w:r>
        <w:t>hajj ka koi Well Defined form quran mein nahi bataya gaya.</w:t>
      </w:r>
    </w:p>
    <w:p>
      <w:pPr>
        <w:jc w:val="right"/>
      </w:pPr>
      <w:r>
        <w:t>حج کا کوئی Well Defined فارم قرآن میں نہیں بتایا گیا۔</w:t>
      </w:r>
    </w:p>
    <w:p>
      <w:r>
        <w:rPr>
          <w:b/>
        </w:rPr>
        <w:t xml:space="preserve">[28:01] </w:t>
      </w:r>
      <w:r>
        <w:t>to ab agar koi shakhs yeh samjhe ke quran mein ibadat ka bohat hi Well Defined form hai, is liye parhe is ko to is ko yaqeen kahan se aye ga?</w:t>
      </w:r>
    </w:p>
    <w:p>
      <w:pPr>
        <w:jc w:val="right"/>
      </w:pPr>
      <w:r>
        <w:t>تو اب اگر کوئی شخص یہ سمجھے کہ قرآن میں عبادات کا بہت ہی Well Defined فارم ہے، اس لیے پڑھے اس کو تو اس کو یقین کہاں سے آئے گا؟</w:t>
      </w:r>
    </w:p>
    <w:p>
      <w:r>
        <w:rPr>
          <w:b/>
        </w:rPr>
        <w:t xml:space="preserve">[28:14] </w:t>
      </w:r>
      <w:r>
        <w:t>wo kahe ga ke dekhen is mein to sirf usooli batein hain.</w:t>
      </w:r>
    </w:p>
    <w:p>
      <w:pPr>
        <w:jc w:val="right"/>
      </w:pPr>
      <w:r>
        <w:t>وہ کہے گا کہ دیکھیں اس میں تو صرف اصولی باتیں ہیں۔</w:t>
      </w:r>
    </w:p>
    <w:p>
      <w:r>
        <w:rPr>
          <w:b/>
        </w:rPr>
        <w:t xml:space="preserve">[28:20] </w:t>
      </w:r>
      <w:r>
        <w:t>to dekhiye agar aap ne koi aur mizaj banaya hai, Other than qurani mizaj, aur phir aap kitabein likhte hain to aap in kitabon mein na to kisi apni baat ko sabit kar paen ge aur na khud aap ko andar yaqeen aye ga.</w:t>
      </w:r>
    </w:p>
    <w:p>
      <w:pPr>
        <w:jc w:val="right"/>
      </w:pPr>
      <w:r>
        <w:t>تو دیکھیے اگر آپ نے کوئی اور مزاج بنایا ہے، Other than قرآنی مزاج، اور پھر آپ کتابیں لکھتے ہیں تو آپ ان کتابوں میں نہ تو کسی اپنی بات کو ثابت کر پائیں گے اور نہ خود آپ کو اندر یقین آئے گا۔</w:t>
      </w:r>
    </w:p>
    <w:p>
      <w:r>
        <w:rPr>
          <w:b/>
        </w:rPr>
        <w:t xml:space="preserve">[28:40] </w:t>
      </w:r>
      <w:r>
        <w:t>yani agar aap ka zehan yeh ho ke quran mein toheed hai, quran mein Spirit hai, quran mein kulo hai, quran mein nishaniyan hain, ayatullah, yeh zehan mein le kar aap quran ko parhen</w:t>
      </w:r>
    </w:p>
    <w:p>
      <w:pPr>
        <w:jc w:val="right"/>
      </w:pPr>
      <w:r>
        <w:t>یعنی اگر آپ کا ذہن یہ ہو کہ قرآن میں توحید ہے، قرآن میں Spirit ہے، قرآن میں کلو ہے، قرآن میں نشانیاں ہیں، آیت اللہ، یہ ذہن میں لے کر آپ قرآن کو پڑھیں</w:t>
      </w:r>
    </w:p>
    <w:p>
      <w:r>
        <w:rPr>
          <w:b/>
        </w:rPr>
        <w:t xml:space="preserve">[28:56] </w:t>
      </w:r>
      <w:r>
        <w:t>to aap ko bar bar yaqeen wali batein milen gi. yaqeen wali batein. kyunke jo aap ke mind mein tha wahan mil raha hai aap ko.</w:t>
      </w:r>
    </w:p>
    <w:p>
      <w:pPr>
        <w:jc w:val="right"/>
      </w:pPr>
      <w:r>
        <w:t>تو آپ کو بار بار یقین والی باتیں ملیں گی۔ یقین والی باتیں۔ کیونکہ جو آپ کے مائنڈ میں تھا وہاں مل رہا ہے آپ کو۔</w:t>
      </w:r>
    </w:p>
    <w:p>
      <w:r>
        <w:rPr>
          <w:b/>
        </w:rPr>
        <w:t xml:space="preserve">[29:06] </w:t>
      </w:r>
      <w:r>
        <w:t>jo aap ke mind mein tha wo mil raha hai wahan aap ko. lekin agar aap yeh zehan mein len ke quran mein Well Defined form hai, wahan quran mein har ek zindagi ka poora ek System hai to wo to mile ga nahi aap ko.</w:t>
      </w:r>
    </w:p>
    <w:p>
      <w:pPr>
        <w:jc w:val="right"/>
      </w:pPr>
      <w:r>
        <w:t>جو آپ کے مائنڈ میں تھا وہ مل رہا ہے وہاں آپ کو۔ لیکن اگر آپ یہ ذہن میں لیں کہ قرآن میں Well Defined فارم ہے، وہاں قرآن میں ہر ایک زندگی کا پورا ایک System ہے تو وہ تو ملے گا نہیں آپ کو۔</w:t>
      </w:r>
    </w:p>
    <w:p>
      <w:r>
        <w:rPr>
          <w:b/>
        </w:rPr>
        <w:t xml:space="preserve">[29:23] </w:t>
      </w:r>
      <w:r>
        <w:t>to quran par yaqeen kahan se aye ga aap ko?</w:t>
      </w:r>
    </w:p>
    <w:p>
      <w:pPr>
        <w:jc w:val="right"/>
      </w:pPr>
      <w:r>
        <w:t>تو قرآن پر یقین کہاں سے آئے گا آپ کو؟</w:t>
      </w:r>
    </w:p>
    <w:p>
      <w:r>
        <w:rPr>
          <w:b/>
        </w:rPr>
        <w:t xml:space="preserve">[29:28] </w:t>
      </w:r>
      <w:r>
        <w:t>isi liye mein ne jin logon se mila hoon, mein apni zindagi mein is tarah ke logon se, kisi ke andar mein ne yaqeen nahi paya. apne tajrube ki rah se kehta hoon.</w:t>
      </w:r>
    </w:p>
    <w:p>
      <w:pPr>
        <w:jc w:val="right"/>
      </w:pPr>
      <w:r>
        <w:t>اسی لیے میں نے جن لوگوں سے ملا ہوں، میں اپنی زندگی میں اس طرح کے لوگوں سے، کسی کے اندر میں نے یقین نہیں پایا۔ اپنے تجربے کی راہ سے کہتا ہوں۔</w:t>
      </w:r>
    </w:p>
    <w:p>
      <w:r>
        <w:rPr>
          <w:b/>
        </w:rPr>
        <w:t xml:space="preserve">[29:41] </w:t>
      </w:r>
      <w:r>
        <w:t>kisi ke andar mein ne yaqeen nahi paya. maslan mein do reference batata hoon.</w:t>
      </w:r>
    </w:p>
    <w:p>
      <w:pPr>
        <w:jc w:val="right"/>
      </w:pPr>
      <w:r>
        <w:t>کسی کے اندر میں نے یقین نہیں پایا۔ مثلاً میں دو ریفرنس بتاتا ہوں۔</w:t>
      </w:r>
    </w:p>
    <w:p>
      <w:r>
        <w:rPr>
          <w:b/>
        </w:rPr>
        <w:t xml:space="preserve">[29:49] </w:t>
      </w:r>
      <w:r>
        <w:t>quran mein hai ke allazina amanu ashadu hubban lillah. iman walon ko Allah se hubb shadeed hota hai.</w:t>
      </w:r>
    </w:p>
    <w:p>
      <w:pPr>
        <w:jc w:val="right"/>
      </w:pPr>
      <w:r>
        <w:t>قرآن میں ہے کہ الذین آمنوا أشد حباً لله۔ ایمان والوں کو اللہ سے حب شدید ہوتا ہے۔</w:t>
      </w:r>
    </w:p>
    <w:p>
      <w:r>
        <w:rPr>
          <w:b/>
        </w:rPr>
        <w:t xml:space="preserve">[29:57] </w:t>
      </w:r>
      <w:r>
        <w:t>yani Strong Affection. aise hi hai ke wa lam yakhsha illa Allah. khashiyat shadeed hoti hai.</w:t>
      </w:r>
    </w:p>
    <w:p>
      <w:pPr>
        <w:jc w:val="right"/>
      </w:pPr>
      <w:r>
        <w:t>یعنی Strong Affection۔ ایسے ہی ہے کہ ولم یخش إلا الله۔ خشیت شدید ہوتی ہے۔</w:t>
      </w:r>
    </w:p>
    <w:p>
      <w:r>
        <w:rPr>
          <w:b/>
        </w:rPr>
        <w:t xml:space="preserve">[30:06] </w:t>
      </w:r>
      <w:r>
        <w:t>to mein ne yeh System walon mein kahin bhi nahi paya apne tajrube mein ke un ko un ke andar Allah se Strong Affection ho. un ko Allah se bohat zyada khauf ho.</w:t>
      </w:r>
    </w:p>
    <w:p>
      <w:pPr>
        <w:jc w:val="right"/>
      </w:pPr>
      <w:r>
        <w:t>تو میں نے یہ System والوں میں کہیں بھی نہیں پایا اپنے تجربے میں کہ ان کو ان کے اندر اللہ سے Strong Affection ہو۔ ان کو اللہ سے بہت زیادہ خوف ہو۔</w:t>
      </w:r>
    </w:p>
    <w:p>
      <w:r>
        <w:rPr>
          <w:b/>
        </w:rPr>
        <w:t xml:space="preserve">[30:18] </w:t>
      </w:r>
      <w:r>
        <w:t>is System ki batein karte hain.</w:t>
      </w:r>
    </w:p>
    <w:p>
      <w:pPr>
        <w:jc w:val="right"/>
      </w:pPr>
      <w:r>
        <w:t>اس System کی باتیں کرتے ہیں۔</w:t>
      </w:r>
    </w:p>
    <w:p>
      <w:r>
        <w:rPr>
          <w:b/>
        </w:rPr>
        <w:t xml:space="preserve">[30:22] </w:t>
      </w:r>
      <w:r>
        <w:t>dunya Islam par zulm kar rahi hai, musalmanon ko</w:t>
      </w:r>
    </w:p>
    <w:p>
      <w:pPr>
        <w:jc w:val="right"/>
      </w:pPr>
      <w:r>
        <w:t>دنیا اسلام پر ظلم کر رہی ہے، مسلمانوں کو</w:t>
      </w:r>
    </w:p>
    <w:p>
      <w:r>
        <w:rPr>
          <w:b/>
        </w:rPr>
        <w:t xml:space="preserve">[30:29] </w:t>
      </w:r>
      <w:r>
        <w:t>corner kar diya, yeh sab baatein karte hain woh. Yaani shikayat ki baatein milti hain un ke haan. Shikayat ki baatein.</w:t>
      </w:r>
    </w:p>
    <w:p>
      <w:pPr>
        <w:jc w:val="right"/>
      </w:pPr>
      <w:r>
        <w:t>Corner کر دیا، یہ سب باتیں کرتے ہیں وہ۔ یعنی شکایت کی باتیں ملتی ہیں ان کے ہاں۔ شکایت کی باتیں۔</w:t>
      </w:r>
    </w:p>
    <w:p>
      <w:r>
        <w:rPr>
          <w:b/>
        </w:rPr>
        <w:t xml:space="preserve">[30:43] </w:t>
      </w:r>
      <w:r>
        <w:t>To aap ab yeh yeh jo aap ne mein ne bataya aap ko yeh nazariya jo hai ke Islam aik mutabadil nizaam deta hai.</w:t>
      </w:r>
    </w:p>
    <w:p>
      <w:pPr>
        <w:jc w:val="right"/>
      </w:pPr>
      <w:r>
        <w:t>تو آپ اب یہ یہ جو آپ نے میں نے بتایا آپ کو یہ نظریہ جو ہے کہ اسلام ایک متبادل نظام دیتا ہے۔</w:t>
      </w:r>
    </w:p>
    <w:p>
      <w:r>
        <w:rPr>
          <w:b/>
        </w:rPr>
        <w:t xml:space="preserve">[30:52] </w:t>
      </w:r>
      <w:r>
        <w:t>Mutabadil nizaam ka matlab yeh hai ke jo nizaam hai Democracy ka nizaam, Communism ka nizaam, Socialism ka nizaam, to us ke bajaye aik aur nizaam deta hai.</w:t>
      </w:r>
    </w:p>
    <w:p>
      <w:pPr>
        <w:jc w:val="right"/>
      </w:pPr>
      <w:r>
        <w:t>متبادل نظام کا مطلب یہ ہے کہ جو نظام ہے Democracy کا نظام، Communism کا نظام، Socialism کا نظام، تو اس کے بجائے ایک اور نظام دیتا ہے۔</w:t>
      </w:r>
    </w:p>
    <w:p>
      <w:r>
        <w:rPr>
          <w:b/>
        </w:rPr>
        <w:t xml:space="preserve">[31:02] </w:t>
      </w:r>
      <w:r>
        <w:t>Aap ka yeh nazariya ho. Mutabadil nizaam deta hai. Is mauzu par aur bhi kitabein likhi gayi hain.</w:t>
      </w:r>
    </w:p>
    <w:p>
      <w:pPr>
        <w:jc w:val="right"/>
      </w:pPr>
      <w:r>
        <w:t>آپ کا یہ نظریہ ہو۔ متبادل نظام دیتا ہے۔ اس موضوع پر اور بھی کتابیں لکھی گئی ہیں۔</w:t>
      </w:r>
    </w:p>
    <w:p>
      <w:r>
        <w:rPr>
          <w:b/>
        </w:rPr>
        <w:t xml:space="preserve">[31:12] </w:t>
      </w:r>
      <w:r>
        <w:t>Urdu mein bhi kitabein maujood hain. To mein ne aik Urdu kitaab padhi. Us ka yahi tha ke Islam aik mutabadil nizaam deta hai. Yaani aik Alternative System.</w:t>
      </w:r>
    </w:p>
    <w:p>
      <w:pPr>
        <w:jc w:val="right"/>
      </w:pPr>
      <w:r>
        <w:t>اردو میں بھی کتابیں موجود ہیں۔ تو میں نے ایک اردو کتاب پڑھی۔ اس کا یہی تھا کہ اسلام ایک متبادل نظام دیتا ہے۔ یعنی ایک Alternative System۔</w:t>
      </w:r>
    </w:p>
    <w:p>
      <w:r>
        <w:rPr>
          <w:b/>
        </w:rPr>
        <w:t xml:space="preserve">[31:24] </w:t>
      </w:r>
      <w:r>
        <w:t>To poori kitaab padhne ke baad mujhe is pe yaqeen nahi mila. Kyun ke woh un ko yaqeen daryaft nahi hua. To yaqeen kahan se woh Reader ko den ge?</w:t>
      </w:r>
    </w:p>
    <w:p>
      <w:pPr>
        <w:jc w:val="right"/>
      </w:pPr>
      <w:r>
        <w:t>تو پوری کتاب پڑھنے کے بعد مجھے اس پہ یقین نہیں ملا۔ کیونکہ وہ ان کو یقین دریافت نہیں ہوا۔ تو یقین کہاں سے وہ Reader کو دیں گے؟</w:t>
      </w:r>
    </w:p>
    <w:p>
      <w:r>
        <w:rPr>
          <w:b/>
        </w:rPr>
        <w:t xml:space="preserve">[31:38] </w:t>
      </w:r>
      <w:r>
        <w:t>Yaani yeh misaal yun samajh lijiye ke aap ko bhook lagi hai aur aap yeh farz kar lein ke lakri jo hai ya pathar jo hai woh meri bhook mita sakta hai.</w:t>
      </w:r>
    </w:p>
    <w:p>
      <w:pPr>
        <w:jc w:val="right"/>
      </w:pPr>
      <w:r>
        <w:t>یعنی یہ مثال یوں سمجھ لیجیے کہ آپ کو بھوک لگی ہے اور آپ یہ فرض کر لیں کہ لکڑی جو ہے یا پتھر جو ہے وہ میری بھوک مٹا سکتا ہے۔</w:t>
      </w:r>
    </w:p>
    <w:p>
      <w:r>
        <w:rPr>
          <w:b/>
        </w:rPr>
        <w:t xml:space="preserve">[31:48] </w:t>
      </w:r>
      <w:r>
        <w:t>Aap lakri khayein, pathar khayein to aap ko kahan se bhook mite gi? Is ke liye to aap ko anaaj khana hoga, phal khana hoga, sabzi khani hogi.</w:t>
      </w:r>
    </w:p>
    <w:p>
      <w:pPr>
        <w:jc w:val="right"/>
      </w:pPr>
      <w:r>
        <w:t>آپ لکڑی کھائیں، پتھر کھائیں تو آپ کو کہاں سے بھوک مٹے گی؟ اس کے لیے تو آپ کو اناج کھانا ہوگا، پھل کھانا ہوگا، سبزی کھانی ہوگی۔</w:t>
      </w:r>
    </w:p>
    <w:p>
      <w:r>
        <w:rPr>
          <w:b/>
        </w:rPr>
        <w:t xml:space="preserve">[32:01] </w:t>
      </w:r>
      <w:r>
        <w:t>To yeh bohat bara Point hai ke jo log aik ghalat mafroza qaim kar lete hain ke Islam aik aik System batata hai.</w:t>
      </w:r>
    </w:p>
    <w:p>
      <w:pPr>
        <w:jc w:val="right"/>
      </w:pPr>
      <w:r>
        <w:t>تو یہ بہت بڑا Point ہے کہ جو لوگ ایک غلط مفروضہ قائم کر لیتے ہیں کہ اسلام ایک ایک System بتاتا ہے۔</w:t>
      </w:r>
    </w:p>
    <w:p>
      <w:r>
        <w:rPr>
          <w:b/>
        </w:rPr>
        <w:t xml:space="preserve">[32:11] </w:t>
      </w:r>
      <w:r>
        <w:t>To is nazariye se jab woh padhte hain to milta nahi un ko. To phir kya insha bardasht karte hain? Aur phir yaqeen se mehroom ho jate hain.</w:t>
      </w:r>
    </w:p>
    <w:p>
      <w:pPr>
        <w:jc w:val="right"/>
      </w:pPr>
      <w:r>
        <w:t>تو اس نظریے سے جب وہ پڑھتے ہیں تو ملتا نہیں ان کو۔ تو پھر کیا انشاء برداشت کرتے ہیں؟ اور پھر یقین سے محروم ہو جاتے ہیں۔</w:t>
      </w:r>
    </w:p>
    <w:p>
      <w:r>
        <w:rPr>
          <w:b/>
        </w:rPr>
        <w:t xml:space="preserve">[32:22] </w:t>
      </w:r>
      <w:r>
        <w:t>Un ko Allah se hubb shadeed nahi hota. Allah se khauf shadeed nahi hota.</w:t>
      </w:r>
    </w:p>
    <w:p>
      <w:pPr>
        <w:jc w:val="right"/>
      </w:pPr>
      <w:r>
        <w:t>ان کو اللہ سے حب شدید نہیں ہوتا۔ اللہ سے خوف شدید نہیں ہوتا۔</w:t>
      </w:r>
    </w:p>
    <w:p>
      <w:r>
        <w:rPr>
          <w:b/>
        </w:rPr>
        <w:t xml:space="preserve">[32:29] </w:t>
      </w:r>
      <w:r>
        <w:t>To mein yeh arz karunga ke</w:t>
      </w:r>
    </w:p>
    <w:p>
      <w:pPr>
        <w:jc w:val="right"/>
      </w:pPr>
      <w:r>
        <w:t>تو میں یہ عرض کروں گا کہ</w:t>
      </w:r>
    </w:p>
    <w:p>
      <w:r>
        <w:rPr>
          <w:b/>
        </w:rPr>
        <w:t xml:space="preserve">[32:34] </w:t>
      </w:r>
      <w:r>
        <w:t>Aur nahi ke Quran ke bare mein sab se pehle yeh Discover kijiye ke Quran ka ka</w:t>
      </w:r>
    </w:p>
    <w:p>
      <w:pPr>
        <w:jc w:val="right"/>
      </w:pPr>
      <w:r>
        <w:t>اور نہیں کہ قرآن کے بارے میں سب سے پہلے یہ Discover کیجیے کہ قرآن کا کا</w:t>
      </w:r>
    </w:p>
    <w:p>
      <w:r>
        <w:rPr>
          <w:b/>
        </w:rPr>
        <w:t xml:space="preserve">[32:46] </w:t>
      </w:r>
      <w:r>
        <w:t>Message kya hai? Quran ka khulasa kya hai? Sab se pehle yeh daryaft kijiye. Phir us ko padhna shuru karenge. Tab aap ko Quran se sab baat yaqeen bhi mile ga.</w:t>
      </w:r>
    </w:p>
    <w:p>
      <w:pPr>
        <w:jc w:val="right"/>
      </w:pPr>
      <w:r>
        <w:t>Message کیا ہے؟ قرآن کا خلاصہ کیا ہے؟ سب سے پہلے یہ دریافت کیجیے۔ پھر اس کو پڑھنا شروع کریں گے۔ تب آپ کو قرآن سے سب بات یقین بھی ملے گا۔</w:t>
      </w:r>
    </w:p>
    <w:p>
      <w:r>
        <w:rPr>
          <w:b/>
        </w:rPr>
        <w:t xml:space="preserve">[32:57] </w:t>
      </w:r>
      <w:r>
        <w:t>Quran se mohabbat Khuda hi mile gi. Mein ne kai logon se poocha jo Quran ki tilawat karte hain Daily. Yaani rozana Quran ki tilawat karte hain.</w:t>
      </w:r>
    </w:p>
    <w:p>
      <w:pPr>
        <w:jc w:val="right"/>
      </w:pPr>
      <w:r>
        <w:t>قرآن سے محبت خدا ہی ملے گی۔ میں نے کئی لوگوں سے پوچھا جو قرآن کی تلاوت کرتے ہیں Daily۔ یعنی روزانہ قرآن کی تلاوت کرتے ہیں۔</w:t>
      </w:r>
    </w:p>
    <w:p>
      <w:r>
        <w:rPr>
          <w:b/>
        </w:rPr>
        <w:t xml:space="preserve">[33:07] </w:t>
      </w:r>
      <w:r>
        <w:t>Un se mein ne poocha ke yeh bataiye ke Quran ka khulasa kya hai? To aap yaqeen kijiye kisi ne nahi bataya ke Quran ka khulasa kya hai.</w:t>
      </w:r>
    </w:p>
    <w:p>
      <w:pPr>
        <w:jc w:val="right"/>
      </w:pPr>
      <w:r>
        <w:t>ان سے میں نے پوچھا کہ یہ بتائیے کہ قرآن کا خلاصہ کیا ہے؟ تو آپ یقین کیجیے کسی نے نہیں بتایا کہ قرآن کا خلاصہ کیا ہے۔</w:t>
      </w:r>
    </w:p>
    <w:p>
      <w:r>
        <w:rPr>
          <w:b/>
        </w:rPr>
        <w:t xml:space="preserve">[33:17] </w:t>
      </w:r>
      <w:r>
        <w:t>Halanke Daily padhte hain woh sawab ke liye. Kyun ke un ke Mind mein jo un ka jo mindset hai woh to kuch aur hai.</w:t>
      </w:r>
    </w:p>
    <w:p>
      <w:pPr>
        <w:jc w:val="right"/>
      </w:pPr>
      <w:r>
        <w:t>حالانکہ Daily پڑھتے ہیں وہ ثواب کے لیے۔ کیونکہ ان کے Mind میں جو ان کا جو Mindset ہے وہ تو کچھ اور ہے۔</w:t>
      </w:r>
    </w:p>
    <w:p>
      <w:r>
        <w:rPr>
          <w:b/>
        </w:rPr>
        <w:t xml:space="preserve">[33:26] </w:t>
      </w:r>
      <w:r>
        <w:t>Woh milta nahi Quran mein.</w:t>
      </w:r>
    </w:p>
    <w:p>
      <w:pPr>
        <w:jc w:val="right"/>
      </w:pPr>
      <w:r>
        <w:t>وہ ملتا نہیں قرآن میں۔</w:t>
      </w:r>
    </w:p>
    <w:p>
      <w:r>
        <w:rPr>
          <w:b/>
        </w:rPr>
        <w:t xml:space="preserve">[33:32] </w:t>
      </w:r>
      <w:r>
        <w:t>Woh milta nahi Quran mein. Maslan dekhiye hamare fuqaha ne yeh farz kar liya ke ibadat ka aik aik muqaddas form hai.</w:t>
      </w:r>
    </w:p>
    <w:p>
      <w:pPr>
        <w:jc w:val="right"/>
      </w:pPr>
      <w:r>
        <w:t>وہ ملتا نہیں قرآن میں۔ مثلاً دیکھیے ہمارے فقہاء نے یہ فرض کر لیا کہ عبادات کا ایک ایک مقدس فارم ہے۔</w:t>
      </w:r>
    </w:p>
    <w:p>
      <w:r>
        <w:rPr>
          <w:b/>
        </w:rPr>
        <w:t xml:space="preserve">[33:46] </w:t>
      </w:r>
      <w:r>
        <w:t>Tamam fuqaha ne farz kar liya ke ibadat ka aik muqaddas form hai. Accha Quran mein to form hai nahi. Quran mein form hai hi nahi.</w:t>
      </w:r>
    </w:p>
    <w:p>
      <w:pPr>
        <w:jc w:val="right"/>
      </w:pPr>
      <w:r>
        <w:t>تمام فقہاء نے فرض کر لیا کہ عبادات کا ایک مقدس فارم ہے۔ اچھا قرآن میں تو فارم ہے نہیں۔ قرآن میں فارم ہے ہی نہیں۔</w:t>
      </w:r>
    </w:p>
    <w:p>
      <w:r>
        <w:rPr>
          <w:b/>
        </w:rPr>
        <w:t xml:space="preserve">[33:57] </w:t>
      </w:r>
      <w:r>
        <w:t>To unhone khud se form banaye.</w:t>
      </w:r>
    </w:p>
    <w:p>
      <w:pPr>
        <w:jc w:val="right"/>
      </w:pPr>
      <w:r>
        <w:t>تو انہوں نے خود سے فارم بنائے۔</w:t>
      </w:r>
    </w:p>
    <w:p>
      <w:r>
        <w:rPr>
          <w:b/>
        </w:rPr>
        <w:t xml:space="preserve">[34:02] </w:t>
      </w:r>
      <w:r>
        <w:t>Tarjeehath qaim kar ke. Ghaur o fikr kar ke. To un ko un ko un ke nazdeek Quran par woh yaqeen nahi aaya aise logon ko jab tak ke fiqh ki kitabon pe yaqeen hai.</w:t>
      </w:r>
    </w:p>
    <w:p>
      <w:pPr>
        <w:jc w:val="right"/>
      </w:pPr>
      <w:r>
        <w:t>ترجیحات قائم کر کے۔ غور و فکر کر کے۔ تو ان کو ان کو ان کے نزدیک قرآن پر وہ یقین نہیں آیا ایسے لوگوں کو جب تک کہ فقہ کی کتابوں پہ یقین ہے۔</w:t>
      </w:r>
    </w:p>
    <w:p>
      <w:r>
        <w:rPr>
          <w:b/>
        </w:rPr>
        <w:t xml:space="preserve">[34:16] </w:t>
      </w:r>
      <w:r>
        <w:t>Aap tajurba kar ke dekh lijiye. Kyun ke woh log jis cheez ko samajhte hain Islam woh to Quran mein hai hi nahi. Woh to fiqh ki kitabon mein hai.</w:t>
      </w:r>
    </w:p>
    <w:p>
      <w:pPr>
        <w:jc w:val="right"/>
      </w:pPr>
      <w:r>
        <w:t>آپ تجربہ کر کے دیکھ لیجیے۔ کیونکہ وہ لوگ جس چیز کو سمجھتے ہیں اسلام وہ تو قرآن میں ہے ہی نہیں۔ وہ تو فقہ کی کتابوں میں ہے۔</w:t>
      </w:r>
    </w:p>
    <w:p>
      <w:r>
        <w:rPr>
          <w:b/>
        </w:rPr>
        <w:t xml:space="preserve">[34:27] </w:t>
      </w:r>
      <w:r>
        <w:t>Yaani Well Defined Form of ibadat yeh to Quran mein hai hi nahi. Yeh to fiqh ki kitabon mein hai. To un logon ko jitna ehtemam, jitna un ko ta'alluq fiqh ki kitabon se hota hai Quran se nahi hota.</w:t>
      </w:r>
    </w:p>
    <w:p>
      <w:pPr>
        <w:jc w:val="right"/>
      </w:pPr>
      <w:r>
        <w:t>یعنی Well Defined Form of عبادت یہ تو قرآن میں ہے ہی نہیں۔ یہ تو فقہ کی کتابوں میں ہے۔ تو ان لوگوں کو جتنا اعتنا، جتنا ان کو تعلق فقہ کی کتابوں سے ہوتا ہے قرآن سے نہیں ہوتا۔</w:t>
      </w:r>
    </w:p>
    <w:p>
      <w:r>
        <w:rPr>
          <w:b/>
        </w:rPr>
        <w:t xml:space="preserve">[34:42] </w:t>
      </w:r>
      <w:r>
        <w:t>To Quran padhte hain sawab ke liye. Aur is mein Top ke logon ko mere khayal se Exception nahi hai.</w:t>
      </w:r>
    </w:p>
    <w:p>
      <w:pPr>
        <w:jc w:val="right"/>
      </w:pPr>
      <w:r>
        <w:t>تو قرآن پڑھتے ہیں ثواب کے لیے۔ اور اس میں Top کے لوگوں کو میرے خیال سے Exception نہیں ہے۔</w:t>
      </w:r>
    </w:p>
    <w:p>
      <w:r>
        <w:rPr>
          <w:b/>
        </w:rPr>
        <w:t xml:space="preserve">[34:52] </w:t>
      </w:r>
      <w:r>
        <w:t>misal ke taur par imam shafi bohat top ke aadmi the. do hazar char mein, do hazar char hijri mein un ka un ki death hui.</w:t>
      </w:r>
    </w:p>
    <w:p>
      <w:pPr>
        <w:jc w:val="right"/>
      </w:pPr>
      <w:r>
        <w:t>مثال کے طور پر امام شافعی بہت Top کے آدمی تھے۔ دو ہزار چار میں، دو ہزار چار ہجری میں ان کا ان کی Death ہوئی۔</w:t>
      </w:r>
    </w:p>
    <w:p>
      <w:r>
        <w:rPr>
          <w:b/>
        </w:rPr>
        <w:t xml:space="preserve">[35:06] </w:t>
      </w:r>
      <w:r>
        <w:t>to bohat bare fiqah the. ilm</w:t>
      </w:r>
    </w:p>
    <w:p>
      <w:pPr>
        <w:jc w:val="right"/>
      </w:pPr>
      <w:r>
        <w:t>تو بہت بڑے فقیہ تھے۔ علم</w:t>
      </w:r>
    </w:p>
    <w:p>
      <w:r>
        <w:rPr>
          <w:b/>
        </w:rPr>
        <w:t xml:space="preserve">[35:10] </w:t>
      </w:r>
      <w:r>
        <w:t>ilm fiqah ke bohat top ke aadmi hain. to unhon ne kafi mutala kiya quran ka, hadith ka.</w:t>
      </w:r>
    </w:p>
    <w:p>
      <w:pPr>
        <w:jc w:val="right"/>
      </w:pPr>
      <w:r>
        <w:t>علم فقہ کے بہت Top کے آدمی ہیں۔ تو انہوں نے کافی مطالعہ کیا قرآن کا، حدیث کا۔</w:t>
      </w:r>
    </w:p>
    <w:p>
      <w:r>
        <w:rPr>
          <w:b/>
        </w:rPr>
        <w:t xml:space="preserve">[35:20] </w:t>
      </w:r>
      <w:r>
        <w:t>to unhein koi well defined form ibadat ka nahi mila.</w:t>
      </w:r>
    </w:p>
    <w:p>
      <w:pPr>
        <w:jc w:val="right"/>
      </w:pPr>
      <w:r>
        <w:t>تو انہیں کوئی Well Defined Form عبادت کا نہیں ملا۔</w:t>
      </w:r>
    </w:p>
    <w:p>
      <w:r>
        <w:rPr>
          <w:b/>
        </w:rPr>
        <w:t xml:space="preserve">[35:27] </w:t>
      </w:r>
      <w:r>
        <w:t>kyun ke rawaiyat mein kai tarah ki rawaiyaten hain.</w:t>
      </w:r>
    </w:p>
    <w:p>
      <w:pPr>
        <w:jc w:val="right"/>
      </w:pPr>
      <w:r>
        <w:t>کیونکہ روایات میں کئی طرح کی روایتیں ہیں۔</w:t>
      </w:r>
    </w:p>
    <w:p>
      <w:r>
        <w:rPr>
          <w:b/>
        </w:rPr>
        <w:t xml:space="preserve">[35:33] </w:t>
      </w:r>
      <w:r>
        <w:t>misalan ek tabqa kehta hai ke</w:t>
      </w:r>
    </w:p>
    <w:p>
      <w:pPr>
        <w:jc w:val="right"/>
      </w:pPr>
      <w:r>
        <w:t>مثلاً ایک طبقہ کہتا ہے کہ</w:t>
      </w:r>
    </w:p>
    <w:p>
      <w:r>
        <w:rPr>
          <w:b/>
        </w:rPr>
        <w:t xml:space="preserve">[35:38] </w:t>
      </w:r>
      <w:r>
        <w:t>jo is ko kehte hain ghalat hai fateha khalf al imam. yani imam chahe jari namaz padha raha ho tab bhi hamein fateha padhna hai.</w:t>
      </w:r>
    </w:p>
    <w:p>
      <w:pPr>
        <w:jc w:val="right"/>
      </w:pPr>
      <w:r>
        <w:t>جو اس کو کہتے ہیں غلط ہے فاتحہ خلف الامام۔ یعنی امام چاہے جاری نماز پڑھا رہا ہو تب بھی ہمیں فاتحہ پڑھنا ہے۔</w:t>
      </w:r>
    </w:p>
    <w:p>
      <w:r>
        <w:rPr>
          <w:b/>
        </w:rPr>
        <w:t xml:space="preserve">[35:48] </w:t>
      </w:r>
      <w:r>
        <w:t>ya</w:t>
      </w:r>
    </w:p>
    <w:p>
      <w:pPr>
        <w:jc w:val="right"/>
      </w:pPr>
      <w:r>
        <w:t>یا</w:t>
      </w:r>
    </w:p>
    <w:p>
      <w:r>
        <w:rPr>
          <w:b/>
        </w:rPr>
        <w:t xml:space="preserve">[35:52] </w:t>
      </w:r>
      <w:r>
        <w:t>wo rafa al yadain ka masla hai. hamein rafa al yadain karna hai.</w:t>
      </w:r>
    </w:p>
    <w:p>
      <w:pPr>
        <w:jc w:val="right"/>
      </w:pPr>
      <w:r>
        <w:t>وہ رفع الیدین کا مسئلہ ہے۔ ہمیں رفع الیدین کرنا ہے۔</w:t>
      </w:r>
    </w:p>
    <w:p>
      <w:r>
        <w:rPr>
          <w:b/>
        </w:rPr>
        <w:t xml:space="preserve">[36:00] </w:t>
      </w:r>
      <w:r>
        <w:t>ya is tarah ke jo masail hain. aamil bastar karna hai ya aamil bajr karna hai. in masail ko logon ne fiqah mein ibadat ka aham masla samajhna rakha hai.</w:t>
      </w:r>
    </w:p>
    <w:p>
      <w:pPr>
        <w:jc w:val="right"/>
      </w:pPr>
      <w:r>
        <w:t>یا اس طرح کے جو مسائل ہیں۔ عامل بستر کرنا ہے یا عامل بجر کرنا ہے۔ ان مسائل کو لوگوں نے فقہ میں عبادات کا اہم مسئلہ سمجھنا رکھا ہے۔</w:t>
      </w:r>
    </w:p>
    <w:p>
      <w:r>
        <w:rPr>
          <w:b/>
        </w:rPr>
        <w:t xml:space="preserve">[36:13] </w:t>
      </w:r>
      <w:r>
        <w:t>lekin quran mein ye hai hi nahi.</w:t>
      </w:r>
    </w:p>
    <w:p>
      <w:pPr>
        <w:jc w:val="right"/>
      </w:pPr>
      <w:r>
        <w:t>لیکن قرآن میں یہ ہے ہی نہیں۔</w:t>
      </w:r>
    </w:p>
    <w:p>
      <w:r>
        <w:rPr>
          <w:b/>
        </w:rPr>
        <w:t xml:space="preserve">[36:16] </w:t>
      </w:r>
      <w:r>
        <w:t>quran mein nahi ye bataya gaya hai ke</w:t>
      </w:r>
    </w:p>
    <w:p>
      <w:pPr>
        <w:jc w:val="right"/>
      </w:pPr>
      <w:r>
        <w:t>قرآن میں نہیں یہ بتایا گیا ہے کہ</w:t>
      </w:r>
    </w:p>
    <w:p>
      <w:r>
        <w:rPr>
          <w:b/>
        </w:rPr>
        <w:t xml:space="preserve">[36:21] </w:t>
      </w:r>
      <w:r>
        <w:t>rafa al yadain karo ke na karo. nahi ye bataya gaya ke aamil bastar karo ya aamil bajr karo.</w:t>
      </w:r>
    </w:p>
    <w:p>
      <w:pPr>
        <w:jc w:val="right"/>
      </w:pPr>
      <w:r>
        <w:t>رفع الیدین کرو کہ نہ کرو۔ نہیں یہ بتایا گیا کہ عامل بستر کرو یا عامل بجر کرو۔</w:t>
      </w:r>
    </w:p>
    <w:p>
      <w:r>
        <w:rPr>
          <w:b/>
        </w:rPr>
        <w:t xml:space="preserve">[36:29] </w:t>
      </w:r>
      <w:r>
        <w:t>is tarah ki baaten jo fiqah mein bohat bharpoor tarah se ho rahi hain. is mein pata hi nahi gaya. to natija kya hua ke kai rai ho gayeen.</w:t>
      </w:r>
    </w:p>
    <w:p>
      <w:pPr>
        <w:jc w:val="right"/>
      </w:pPr>
      <w:r>
        <w:t>اس طرح کی باتیں جو فقہ میں بہت بھرپور طرح سے ہو رہی ہیں۔ اس میں پتہ ہی نہیں گیا۔ تو نتیجہ کیا ہوا کہ کئی رائے ہو گئیں۔</w:t>
      </w:r>
    </w:p>
    <w:p>
      <w:r>
        <w:rPr>
          <w:b/>
        </w:rPr>
        <w:t xml:space="preserve">[36:41] </w:t>
      </w:r>
      <w:r>
        <w:t>jab koi cheez well defined na ho quran mein aur aap chahein is ko define karna to kai rai banen gi. rai mein tadad aa jayega.</w:t>
      </w:r>
    </w:p>
    <w:p>
      <w:pPr>
        <w:jc w:val="right"/>
      </w:pPr>
      <w:r>
        <w:t>جب کوئی چیز Well Defined نہ ہو قرآن میں اور آپ چاہیں اس کو Define کرنا تو کئی رائے بنیں گی۔ رائے میں تعدد آ جائے گا۔</w:t>
      </w:r>
    </w:p>
    <w:p>
      <w:r>
        <w:rPr>
          <w:b/>
        </w:rPr>
        <w:t xml:space="preserve">[36:51] </w:t>
      </w:r>
      <w:r>
        <w:t>ye hua. to imam shafi ne is ki tawjeeh ye ki hai ke unhon ne un ka mashoor qaul hai ke rai thawab yahtab al khata wa rai ghairi khata yahtab al thawab.</w:t>
      </w:r>
    </w:p>
    <w:p>
      <w:pPr>
        <w:jc w:val="right"/>
      </w:pPr>
      <w:r>
        <w:t>یہ ہوا۔ تو امام شافعی نے اس کی توجیہ یہ کی ہے کہ انہوں نے ان کا مشہور قول ہے کہ رائے ثواب یحتب الخطأ ورائے غیری خطأ یحتب الثواب۔</w:t>
      </w:r>
    </w:p>
    <w:p>
      <w:r>
        <w:rPr>
          <w:b/>
        </w:rPr>
        <w:t xml:space="preserve">[37:11] </w:t>
      </w:r>
      <w:r>
        <w:t>yani kai rai hain un mein se ek rai ko imam shafi ne ikhtiyar kiya aur doosri rai ko doosra bhi ikhtiyar kar rakha hai. to is ka matlab hai ke my opinion is right with the probability that it may be wrong and opinion of others is wrong with the probability that it may be right</w:t>
      </w:r>
    </w:p>
    <w:p>
      <w:pPr>
        <w:jc w:val="right"/>
      </w:pPr>
      <w:r>
        <w:t>یعنی کئی رائے ہیں ان میں سے ایک رائے کو امام شافعی نے اختیار کیا اور دوسری رائے کو دوسرا بھی اختیار کر رکھا ہے۔ تو اس کا مطلب ہے کہ My opinion isright with the probability that it may be wrong and opinion of others is wrong with the probability that it may beright</w:t>
      </w:r>
    </w:p>
    <w:p>
      <w:r>
        <w:rPr>
          <w:b/>
        </w:rPr>
        <w:t xml:space="preserve">[37:41] </w:t>
      </w:r>
      <w:r>
        <w:t>dekhie is se yaqeen aa sakta hai ke meri rai durust hai is ihtimal ke sath ke shayad doosri kitaben sahi hon.</w:t>
      </w:r>
    </w:p>
    <w:p>
      <w:pPr>
        <w:jc w:val="right"/>
      </w:pPr>
      <w:r>
        <w:t>۔ دیکھیے اس سے یقین آ سکتا ہے کہ میری رائے درست ہے اس احتمال کے ساتھ کہ شاید دوسری کتابیں صحیح ہوں۔</w:t>
      </w:r>
    </w:p>
    <w:p>
      <w:r>
        <w:rPr>
          <w:b/>
        </w:rPr>
        <w:t xml:space="preserve">[37:56] </w:t>
      </w:r>
      <w:r>
        <w:t>doosri ki rai ghalat hai is ihtimal ke sath ke koi rai bhi sahi ho. yani yani sahi o ghalat ka tiqeen nahi paida hota.</w:t>
      </w:r>
    </w:p>
    <w:p>
      <w:pPr>
        <w:jc w:val="right"/>
      </w:pPr>
      <w:r>
        <w:t>دوسری کی رائے غلط ہے اس احتمال کے ساتھ کہ کوئی رائے بھی صحیح ہو۔ یعنی یعنی صحیح و غلط کا تیق نہیں پیدا ہوتا۔</w:t>
      </w:r>
    </w:p>
    <w:p>
      <w:r>
        <w:rPr>
          <w:b/>
        </w:rPr>
        <w:t xml:space="preserve">[38:06] </w:t>
      </w:r>
      <w:r>
        <w:t>rai thawab yahtab al khata wa rai ghairi khata yahtab al thawab.</w:t>
      </w:r>
    </w:p>
    <w:p>
      <w:pPr>
        <w:jc w:val="right"/>
      </w:pPr>
      <w:r>
        <w:t>رائے ثواب یحتب الخطأ ورائے غیری خطأ یحتب الثواب۔</w:t>
      </w:r>
    </w:p>
    <w:p>
      <w:r>
        <w:rPr>
          <w:b/>
        </w:rPr>
        <w:t xml:space="preserve">[38:12] </w:t>
      </w:r>
      <w:r>
        <w:t>ke meri rai durust hai is ihtimal ke sath ke shayad wo ghalat ho. doosri ki rai ghalat hai is ihtimal ke sath ke shayad wo sahi ho.</w:t>
      </w:r>
    </w:p>
    <w:p>
      <w:pPr>
        <w:jc w:val="right"/>
      </w:pPr>
      <w:r>
        <w:t>کہ میری رائے درست ہے اس احتمال کے ساتھ کہ شاید وہ غلط ہو۔ دوسری کی رائے غلط ہے اس احتمال کے ساتھ کہ شاید وہ صحیح ہو۔</w:t>
      </w:r>
    </w:p>
    <w:p>
      <w:r>
        <w:rPr>
          <w:b/>
        </w:rPr>
        <w:t xml:space="preserve">[38:25] </w:t>
      </w:r>
      <w:r>
        <w:t>to quran aap ko chahta hai ke aap ko yaqeen aaye. lekin ek aur pattern jo hai wo ikhtiyar karenge aap. ek aur pattern ke ibadat ko ek well defined form banana chahenge aap.</w:t>
      </w:r>
    </w:p>
    <w:p>
      <w:pPr>
        <w:jc w:val="right"/>
      </w:pPr>
      <w:r>
        <w:t>تو قرآن آپ کو چاہتا ہے کہ آپ کو یقین آئے۔ لیکن ایک اور Pattern جو ہے وہ اختیار کریں گے آپ۔ ایک اور Pattern کہ عبادات کو ایک Well Defined Form بنانا چاہیں گے آپ۔</w:t>
      </w:r>
    </w:p>
    <w:p>
      <w:r>
        <w:rPr>
          <w:b/>
        </w:rPr>
        <w:t xml:space="preserve">[38:37] </w:t>
      </w:r>
      <w:r>
        <w:t>jo ke quran mein hai hi nahi. to yaqeen se mahroom ho jayenge aap. aur yaqini to asal hai. yaqini to asal hai.</w:t>
      </w:r>
    </w:p>
    <w:p>
      <w:pPr>
        <w:jc w:val="right"/>
      </w:pPr>
      <w:r>
        <w:t>جو کہ قرآن میں ہے ہی نہیں۔ تو یقین سے محروم ہو جائیں گے آپ۔ اور یقینی تو اصل ہے۔ یقینی تو اصل ہے۔</w:t>
      </w:r>
    </w:p>
    <w:p>
      <w:r>
        <w:rPr>
          <w:b/>
        </w:rPr>
        <w:t xml:space="preserve">[38:49] </w:t>
      </w:r>
      <w:r>
        <w:t>allah par yaqeen, allah par zinda yaqeen, jannat par zinda yaqeen</w:t>
      </w:r>
    </w:p>
    <w:p>
      <w:pPr>
        <w:jc w:val="right"/>
      </w:pPr>
      <w:r>
        <w:t>اللہ پر یقین، اللہ پر زندہ یقین، جنت پر زندہ یقین</w:t>
      </w:r>
    </w:p>
    <w:p>
      <w:r>
        <w:rPr>
          <w:b/>
        </w:rPr>
        <w:t xml:space="preserve">[38:56] </w:t>
      </w:r>
      <w:r>
        <w:t>jahannum par zinda yaqeen, wahi par zinda yaqeen ye hona chahiye. lekin in bahason ne, in bahason ne logon se yaqeen ko chheen liya hai.</w:t>
      </w:r>
    </w:p>
    <w:p>
      <w:pPr>
        <w:jc w:val="right"/>
      </w:pPr>
      <w:r>
        <w:t>، جہنم پر زندہ یقین، وحی پر زندہ یقین یہ ہونا چاہیے۔ لیکن ان بحثوں نے، ان بحثوں نے لوگوں سے یقین کو چھین لیا ہے۔</w:t>
      </w:r>
    </w:p>
    <w:p>
      <w:r>
        <w:rPr>
          <w:b/>
        </w:rPr>
        <w:t xml:space="preserve">[39:09] </w:t>
      </w:r>
      <w:r>
        <w:t>kyunke bahasein jo hain unhone ek aur hi pattern banaya. is pattern ko le kar quran mein dhoondhne lage ke yeh pattern kahan se mile.</w:t>
      </w:r>
    </w:p>
    <w:p>
      <w:pPr>
        <w:jc w:val="right"/>
      </w:pPr>
      <w:r>
        <w:t>کیونکہ بحثیں جو ہیں انہوں نے ایک اور ہی Pattern بنایا۔ اس Pattern کو لے کر قرآن میں ڈھونڈنے لگے کہ یہ Pattern کہاں سے ملے۔</w:t>
      </w:r>
    </w:p>
    <w:p>
      <w:r>
        <w:rPr>
          <w:b/>
        </w:rPr>
        <w:t xml:space="preserve">[39:20] </w:t>
      </w:r>
      <w:r>
        <w:t>woh tha nahi wahan par.</w:t>
      </w:r>
    </w:p>
    <w:p>
      <w:pPr>
        <w:jc w:val="right"/>
      </w:pPr>
      <w:r>
        <w:t>وہ تھا نہیں وہاں پر۔</w:t>
      </w:r>
    </w:p>
    <w:p>
      <w:r>
        <w:rPr>
          <w:b/>
        </w:rPr>
        <w:t xml:space="preserve">[39:24] </w:t>
      </w:r>
      <w:r>
        <w:t>toh dekhiye quran ka jo pattern hai woh yeh hai ke aql ko khitab karna.</w:t>
      </w:r>
    </w:p>
    <w:p>
      <w:pPr>
        <w:jc w:val="right"/>
      </w:pPr>
      <w:r>
        <w:t>تو دیکھیے قرآن کا جو Pattern ہے وہ یہ ہے کہ عقل کو خطاب کرنا۔</w:t>
      </w:r>
    </w:p>
    <w:p>
      <w:r>
        <w:rPr>
          <w:b/>
        </w:rPr>
        <w:t xml:space="preserve">[39:33] </w:t>
      </w:r>
      <w:r>
        <w:t>insan ko creative thinker banana. insan ko self-discovered marifat par khara karna.</w:t>
      </w:r>
    </w:p>
    <w:p>
      <w:pPr>
        <w:jc w:val="right"/>
      </w:pPr>
      <w:r>
        <w:t>انسان کو Creative Thinker بنانا۔ انسان کو Self-Discovered معرفت پر کھڑا کرنا۔</w:t>
      </w:r>
    </w:p>
    <w:p>
      <w:r>
        <w:rPr>
          <w:b/>
        </w:rPr>
        <w:t xml:space="preserve">[39:44] </w:t>
      </w:r>
      <w:r>
        <w:t>jab yeh hoga toh bepanah yaqeen aayega aap ke andar. bepanah yaqeen.</w:t>
      </w:r>
    </w:p>
    <w:p>
      <w:pPr>
        <w:jc w:val="right"/>
      </w:pPr>
      <w:r>
        <w:t>جب یہ ہوگا تو بے پناہ یقین آئے گا آپ کے اندر۔ بے پناہ یقین۔</w:t>
      </w:r>
    </w:p>
    <w:p>
      <w:r>
        <w:rPr>
          <w:b/>
        </w:rPr>
        <w:t xml:space="preserve">[39:55] </w:t>
      </w:r>
      <w:r>
        <w:t>aur yeh kisi aur dhak par aap koi aur aap farz kar lenge. koi aur quran ka khulasa.</w:t>
      </w:r>
    </w:p>
    <w:p>
      <w:pPr>
        <w:jc w:val="right"/>
      </w:pPr>
      <w:r>
        <w:t>اور یہ کسی اور ڈھک پر آپ کوئی اور آپ فرض کر لیں گے۔ کوئی اور قرآن کا خلاصہ۔</w:t>
      </w:r>
    </w:p>
    <w:p>
      <w:r>
        <w:rPr>
          <w:b/>
        </w:rPr>
        <w:t xml:space="preserve">[40:06] </w:t>
      </w:r>
      <w:r>
        <w:t>is ke lihaz se aap quran ko padhenge toh aap ko</w:t>
      </w:r>
    </w:p>
    <w:p>
      <w:pPr>
        <w:jc w:val="right"/>
      </w:pPr>
      <w:r>
        <w:t>اس کے لحاظ سے آپ قرآن کو پڑھیں گے تو آپ کو</w:t>
      </w:r>
    </w:p>
    <w:p>
      <w:r>
        <w:rPr>
          <w:b/>
        </w:rPr>
        <w:t xml:space="preserve">[40:12] </w:t>
      </w:r>
      <w:r>
        <w:t>quran yeh yaqeen nahi dega.</w:t>
      </w:r>
    </w:p>
    <w:p>
      <w:pPr>
        <w:jc w:val="right"/>
      </w:pPr>
      <w:r>
        <w:t>قرآن یہ یقین نہیں دے گا۔</w:t>
      </w:r>
    </w:p>
    <w:p>
      <w:r>
        <w:rPr>
          <w:b/>
        </w:rPr>
        <w:t xml:space="preserve">[40:22] </w:t>
      </w:r>
      <w:r>
        <w:t>toh main sari zindagi quran o hadith ko padhta raha hoon. aur main main yeh keh sakta hoon ke quran o hadith jo hai woh aql ko develop karna yeh is ka nishana hai.</w:t>
      </w:r>
    </w:p>
    <w:p>
      <w:pPr>
        <w:jc w:val="right"/>
      </w:pPr>
      <w:r>
        <w:t>تو میں ساری زندگی قرآن و حدیث کو پڑھتا رہا ہوں۔ اور میں میں یہ کہہ سکتا ہوں کہ قرآن و حدیث جو ہے وہ عقل کو Develop کرنا یہ اس کا نشانہ ہے۔</w:t>
      </w:r>
    </w:p>
    <w:p>
      <w:r>
        <w:rPr>
          <w:b/>
        </w:rPr>
        <w:t xml:space="preserve">[40:39] </w:t>
      </w:r>
      <w:r>
        <w:t>aql ko develop karna. insan ke andar intellectual development lana. insan ke andar spiritual development lana. insan ke andar bepanah mohabbat khuda.</w:t>
      </w:r>
    </w:p>
    <w:p>
      <w:pPr>
        <w:jc w:val="right"/>
      </w:pPr>
      <w:r>
        <w:t>عقل کو Develop کرنا۔ انسان کے اندر Intellectual Development لانا۔ انسان کے اندر Spiritual Development لانا۔ انسان کے اندر بے پناہ محبت خدا۔</w:t>
      </w:r>
    </w:p>
    <w:p>
      <w:r>
        <w:rPr>
          <w:b/>
        </w:rPr>
        <w:t xml:space="preserve">[40:51] </w:t>
      </w:r>
      <w:r>
        <w:t>insan ke andar bepanah khauf khuda. insan ke andar bepanah yaqeen jannat aur jahannum pe yeh sab paida ho. achha dekhiye</w:t>
      </w:r>
    </w:p>
    <w:p>
      <w:pPr>
        <w:jc w:val="right"/>
      </w:pPr>
      <w:r>
        <w:t>انسان کے اندر بے پناہ خوف خدا۔ انسان کے اندر بے پناہ یقین جنت اور جہنم پہ یہ سب پیدا ہو۔ اچھا دیکھیے</w:t>
      </w:r>
    </w:p>
    <w:p>
      <w:r>
        <w:rPr>
          <w:b/>
        </w:rPr>
        <w:t xml:space="preserve">[41:04] </w:t>
      </w:r>
      <w:r>
        <w:t>form jo hai alag se koi cheez nahi hai.</w:t>
      </w:r>
    </w:p>
    <w:p>
      <w:pPr>
        <w:jc w:val="right"/>
      </w:pPr>
      <w:r>
        <w:t>فارم جو ہے الگ سے کوئی چیز نہیں ہے۔</w:t>
      </w:r>
    </w:p>
    <w:p>
      <w:r>
        <w:rPr>
          <w:b/>
        </w:rPr>
        <w:t xml:space="preserve">[41:10] </w:t>
      </w:r>
      <w:r>
        <w:t>form alag se koi cheez nahi hai. spirit ka manifestation hai. andar jab spirit aayegi toh apna aap ek form ban jayega.</w:t>
      </w:r>
    </w:p>
    <w:p>
      <w:pPr>
        <w:jc w:val="right"/>
      </w:pPr>
      <w:r>
        <w:t>فارم الگ سے کوئی چیز نہیں ہے۔ Spirit کا Manifestation ہے۔ اندر جب Spirit آئے گی تو اپنا آپ ایک فارم بن جائے گا۔</w:t>
      </w:r>
    </w:p>
    <w:p>
      <w:r>
        <w:rPr>
          <w:b/>
        </w:rPr>
        <w:t xml:space="preserve">[41:21] </w:t>
      </w:r>
      <w:r>
        <w:t>toh asal cheez spirit hai.</w:t>
      </w:r>
    </w:p>
    <w:p>
      <w:pPr>
        <w:jc w:val="right"/>
      </w:pPr>
      <w:r>
        <w:t>تو اصل چیز Spirit ہے۔</w:t>
      </w:r>
    </w:p>
    <w:p>
      <w:r>
        <w:rPr>
          <w:b/>
        </w:rPr>
        <w:t xml:space="preserve">[41:27] </w:t>
      </w:r>
      <w:r>
        <w:t>spirit jitna zyada aayegi yani allah se khauf, allah se mohabbat, allah se ta'alluq yeh spirit ki baat hai. toh yeh cheez jitna zyada aayegi</w:t>
      </w:r>
    </w:p>
    <w:p>
      <w:pPr>
        <w:jc w:val="right"/>
      </w:pPr>
      <w:r>
        <w:t>Spirit جتنا زیادہ آئے گی یعنی اللہ سے خوف، اللہ سے محبت، اللہ سے تعلق یہ Spirit کی بات ہے۔ تو یہ چیز جتنا زیادہ آئے گی</w:t>
      </w:r>
    </w:p>
    <w:p>
      <w:r>
        <w:rPr>
          <w:b/>
        </w:rPr>
        <w:t xml:space="preserve">[41:37] </w:t>
      </w:r>
      <w:r>
        <w:t>utni zyada aap ke andar bedari aayegi. aur phir phir jo bedari hai dakhli aap ki us se ek form banega.</w:t>
      </w:r>
    </w:p>
    <w:p>
      <w:pPr>
        <w:jc w:val="right"/>
      </w:pPr>
      <w:r>
        <w:t>اتنی زیادہ آپ کے اندر بیداری آئے گی۔ اور پھر پھر جو بیداری ہے داخلی آپ کی اس سے ایک فارم بنے گا۔</w:t>
      </w:r>
    </w:p>
    <w:p>
      <w:r>
        <w:rPr>
          <w:b/>
        </w:rPr>
        <w:t xml:space="preserve">[41:49] </w:t>
      </w:r>
      <w:r>
        <w:t>is form mein tadad ho sakta hai lekin rooh hamesha ek rahegi.</w:t>
      </w:r>
    </w:p>
    <w:p>
      <w:pPr>
        <w:jc w:val="right"/>
      </w:pPr>
      <w:r>
        <w:t>اس فارم میں تعدد ہو سکتا ہے لیکن روح ہمیشہ ایک رہے گی۔</w:t>
      </w:r>
    </w:p>
    <w:p>
      <w:r>
        <w:rPr>
          <w:b/>
        </w:rPr>
        <w:t xml:space="preserve">[41:57] </w:t>
      </w:r>
      <w:r>
        <w:t>toh quran ka sara zor yeh hai ke aap ke andar spirit jaage. aap ke andar intellectual awakening aaye.</w:t>
      </w:r>
    </w:p>
    <w:p>
      <w:pPr>
        <w:jc w:val="right"/>
      </w:pPr>
      <w:r>
        <w:t>تو قرآن کا سارا زور یہ ہے کہ آپ کے اندر Spirit جاگے۔ آپ کے اندر Intellectual Awakening آئے۔</w:t>
      </w:r>
    </w:p>
    <w:p>
      <w:r>
        <w:rPr>
          <w:b/>
        </w:rPr>
        <w:t xml:space="preserve">[42:10] </w:t>
      </w:r>
      <w:r>
        <w:t>aap ke andar intellectual development ho. aur phir aap apni hi mehnat se, apne intellectual exercise se daryaft karein allah ki haqeeqat ko, jannat ki haqeeqat ko, jannat ki haqeeqat ko,</w:t>
      </w:r>
    </w:p>
    <w:p>
      <w:pPr>
        <w:jc w:val="right"/>
      </w:pPr>
      <w:r>
        <w:t>آپ کے اندر Intellectual Development ہو۔ اور پھر آپ اپنی ہی محنت سے، اپنے Intellectual Exercise سے دریافت کریں اللہ کی حقیقت کو، جنت کی حقیقت کو، جنت کی حقیقت کو،</w:t>
      </w:r>
    </w:p>
    <w:p>
      <w:r>
        <w:rPr>
          <w:b/>
        </w:rPr>
        <w:t xml:space="preserve">[42:24] </w:t>
      </w:r>
      <w:r>
        <w:t>wahi ki haqeeqat ko. is se jo yaqeen aayega aap ke andar. kyunke discovery mein yaqeen hota hai. jo cheez discovery ke zariye mile wahi yaqeen ka sarchashma hoti hai.</w:t>
      </w:r>
    </w:p>
    <w:p>
      <w:pPr>
        <w:jc w:val="right"/>
      </w:pPr>
      <w:r>
        <w:t>وحی کی حقیقت کو۔ اس سے جو یقین آئے گا آپ کے اندر۔ کیونکہ Discovery میں یقین ہوتا ہے۔ جو چیز Discovery کے ذریعے ملے وہی یقین کا سرچشمہ ہوتی ہے۔</w:t>
      </w:r>
    </w:p>
    <w:p>
      <w:r>
        <w:rPr>
          <w:b/>
        </w:rPr>
        <w:t xml:space="preserve">[42:39] </w:t>
      </w:r>
      <w:r>
        <w:t>toh quran mein koi form agar hota toh log yaqeen se mahroom ho jaate. agar quran mein ek form bana banaya hua hota toh ek ek technical kitab hoti hai quran.</w:t>
      </w:r>
    </w:p>
    <w:p>
      <w:pPr>
        <w:jc w:val="right"/>
      </w:pPr>
      <w:r>
        <w:t>تو قرآن میں کوئی فارم اگر ہوتا تو لوگ یقین سے محروم ہو جاتے۔ اگر قرآن میں ایک فارم بنا بنایا ہوا ہوتا تو ایک ایک Technical کتاب ہوتی ہے قرآن۔</w:t>
      </w:r>
    </w:p>
    <w:p>
      <w:r>
        <w:rPr>
          <w:b/>
        </w:rPr>
        <w:t xml:space="preserve">[42:53] </w:t>
      </w:r>
      <w:r>
        <w:t>logon ko yaqeen nahi mil sakta tha. lekin maujooda jo shakal hai quran ki woh aap ki aql ko bedar karti hai. aap ko sochne par majboor karti hai.</w:t>
      </w:r>
    </w:p>
    <w:p>
      <w:pPr>
        <w:jc w:val="right"/>
      </w:pPr>
      <w:r>
        <w:t>لوگوں کو یقین نہیں مل سکتا تھا۔ لیکن موجودہ جو شکل ہے قرآن کی وہ آپ کی عقل کو بیدار کرتی ہے۔ آپ کو سوچنے پر مجبور کرتی ہے۔</w:t>
      </w:r>
    </w:p>
    <w:p>
      <w:r>
        <w:rPr>
          <w:b/>
        </w:rPr>
        <w:t xml:space="preserve">[43:04] </w:t>
      </w:r>
      <w:r>
        <w:t>phir aap jab discover karte hain ya aap self-discovered truth par khare hote hain toh aap ke andar bepanah yaqeen hota hai.</w:t>
      </w:r>
    </w:p>
    <w:p>
      <w:pPr>
        <w:jc w:val="right"/>
      </w:pPr>
      <w:r>
        <w:t>پھر آپ جب Discover کرتے ہیں یا آپ Self-Discovered Truth پر کھڑے ہوتے ہیں تو آپ کے اندر بے پناہ یقین ہوتا ہے۔</w:t>
      </w:r>
    </w:p>
    <w:p>
      <w:r>
        <w:rPr>
          <w:b/>
        </w:rPr>
        <w:t xml:space="preserve">[43:14] </w:t>
      </w:r>
      <w:r>
        <w:t>toh yeh hai jo maine samjha hai quran o hadith ke mutalliq se. main dua karta hoon ke allah taala mujh ko aur aap ko sirat e mustaqeem ki tofeeq de.</w:t>
      </w:r>
    </w:p>
    <w:p>
      <w:pPr>
        <w:jc w:val="right"/>
      </w:pPr>
      <w:r>
        <w:t>تو یہ ہے جو میں نے سمجھا ہے قرآن و حدیث کے متعلق سے۔ میں دعا کرتا ہوں کہ اللہ تعالیٰ مجھ کو اور آپ کو صراط مستقیم کی توفیق دے۔</w:t>
      </w:r>
    </w:p>
    <w:p>
      <w:r>
        <w:rPr>
          <w:b/>
        </w:rPr>
        <w:t xml:space="preserve">[43:29] </w:t>
      </w:r>
      <w:r>
        <w:t>yahi baat hamein janna hai aur yahi baat hamein duniya ko batana hai. isi ka naam dawat hai.</w:t>
      </w:r>
    </w:p>
    <w:p>
      <w:pPr>
        <w:jc w:val="right"/>
      </w:pPr>
      <w:r>
        <w:t>یہی بات ہمیں جاننا ہے اور یہی بات ہمیں دنیا کو بتانا ہے۔ اسی کا نام دعوت ہے۔</w:t>
      </w:r>
    </w:p>
    <w:p>
      <w:r>
        <w:rPr>
          <w:b/>
        </w:rPr>
        <w:t xml:space="preserve">[43:40] </w:t>
      </w:r>
      <w:r>
        <w:t>apni zaat mein aap ibadaten paida karen to yeh marifat hai. aur is ko doosron tak pohnchayen to isi ka naam dawat hai.</w:t>
      </w:r>
    </w:p>
    <w:p>
      <w:pPr>
        <w:jc w:val="right"/>
      </w:pPr>
      <w:r>
        <w:t>اپنی ذات میں آپ عبادتیں پیدا کریں تو یہ معرفت ہے۔ اور اس کو دوسروں تک پہنچائیں تو اسی کا نام دعوت ہے۔</w:t>
      </w:r>
    </w:p>
    <w:p>
      <w:r>
        <w:rPr>
          <w:b/>
        </w:rPr>
        <w:t xml:space="preserve">[43:51] </w:t>
      </w:r>
      <w:r>
        <w:t>to marifat aur dawat dono aik hi haqeeqat ke do pehlu hain.</w:t>
      </w:r>
    </w:p>
    <w:p>
      <w:pPr>
        <w:jc w:val="right"/>
      </w:pPr>
      <w:r>
        <w:t>تو معرفت اور دعوت دونوں ایک ہی حقیقت کے دو پہلو ہیں۔</w:t>
      </w:r>
    </w:p>
    <w:p>
      <w:r>
        <w:rPr>
          <w:b/>
        </w:rPr>
        <w:t xml:space="preserve">[43:56] </w:t>
      </w:r>
      <w:r>
        <w:t>dakhli aitbar se marifat hai, kharji aitbar se dawat hai. to Allah taala mujh ko aur aap ko istiqamat de.</w:t>
      </w:r>
    </w:p>
    <w:p>
      <w:pPr>
        <w:jc w:val="right"/>
      </w:pPr>
      <w:r>
        <w:t>داخلی اعتبار سے معرفت ہے، خارجی اعتبار سے دعوت ہے۔ تو اللہ تعالیٰ مجھ کو اور آپ کو استقامت دے۔</w:t>
      </w:r>
    </w:p>
    <w:p>
      <w:r>
        <w:rPr>
          <w:b/>
        </w:rPr>
        <w:t xml:space="preserve">[44:07] </w:t>
      </w:r>
      <w:r>
        <w:t>humain dunya mein apni nasrat ata farmaye. aakhirat mein humain maghfirat ata farmaye. Assalam o alaikum wa rehmatullah</w:t>
      </w:r>
    </w:p>
    <w:p>
      <w:pPr>
        <w:jc w:val="right"/>
      </w:pPr>
      <w:r>
        <w:t>ہمیں دنیا میں اپنی نصرت عطا فرمائے۔ آخرت میں ہمیں مغفرت عطا فرمائے۔ السلام علیکم ورحمۃ اللہ</w:t>
      </w:r>
    </w:p>
    <w:p>
      <w:r>
        <w:rPr>
          <w:b/>
        </w:rPr>
        <w:t xml:space="preserve">[44:33] </w:t>
      </w:r>
      <w:r>
        <w:t>Maulana, yeh sawal aaya hai Tamil Nadu se Maulana Iqbal Omri ka. aur unhon ne likha hai: "Maulana, log kehte hain ke system ki baat na karna Islam ko be zameen karna hai.</w:t>
      </w:r>
    </w:p>
    <w:p>
      <w:pPr>
        <w:jc w:val="right"/>
      </w:pPr>
      <w:r>
        <w:t>۔ مولانا، یہ سوال آیا ہے تمل ناڈو سے مولانا اقبال عمری کا۔ اور انہوں نے لکھا ہے: "مولانا، لوگ کہتے ہیں کہ سسٹم کی بات نہ کرنا اسلام کو بے زمین کرنا ہے۔</w:t>
      </w:r>
    </w:p>
    <w:p>
      <w:r>
        <w:rPr>
          <w:b/>
        </w:rPr>
        <w:t xml:space="preserve">[44:49] </w:t>
      </w:r>
      <w:r>
        <w:t>aik zamanay mein aap bhi ideal system ke daai thay. lekin aap ne kaisay jana ke ideal insan banana hi Quran ka maqsad hai?</w:t>
      </w:r>
    </w:p>
    <w:p>
      <w:pPr>
        <w:jc w:val="right"/>
      </w:pPr>
      <w:r>
        <w:t>ایک زمانے میں آپ بھی آئیڈیل سسٹم کے داعی تھے۔ لیکن آپ نے کیسے جانا کہ آئیڈیل انسان بنانا ہی قرآن کا مقصد ہے؟</w:t>
      </w:r>
    </w:p>
    <w:p>
      <w:r>
        <w:rPr>
          <w:b/>
        </w:rPr>
        <w:t xml:space="preserve">[45:00] </w:t>
      </w:r>
      <w:r>
        <w:t>Maulana, is mein jo mughalta hai us ko wazeh karen." dekhiye, mein kabhi bhi ideal system ka daai nahi tha.</w:t>
      </w:r>
    </w:p>
    <w:p>
      <w:pPr>
        <w:jc w:val="right"/>
      </w:pPr>
      <w:r>
        <w:t>مولانا، اس میں جو مغالطہ ہے اس کو واضح کریں۔" دیکھیے، میں کبھی بھی آئیڈیل سسٹم کا داعی نہیں تھا۔</w:t>
      </w:r>
    </w:p>
    <w:p>
      <w:r>
        <w:rPr>
          <w:b/>
        </w:rPr>
        <w:t xml:space="preserve">[45:09] </w:t>
      </w:r>
      <w:r>
        <w:t>aap meri kitab</w:t>
      </w:r>
    </w:p>
    <w:p>
      <w:pPr>
        <w:jc w:val="right"/>
      </w:pPr>
      <w:r>
        <w:t>آپ میری کتاب</w:t>
      </w:r>
    </w:p>
    <w:p>
      <w:r>
        <w:rPr>
          <w:b/>
        </w:rPr>
        <w:t xml:space="preserve">[45:13] </w:t>
      </w:r>
      <w:r>
        <w:t>sab chhapi hui parh sakte hain. aur is zamanay mein jab ke mein yani yeh alaihi al salam mission shuru nahi kiya tha. is zamanay ke jo mere mazameen thay us ko mein ne chhap diya hai.</w:t>
      </w:r>
    </w:p>
    <w:p>
      <w:pPr>
        <w:jc w:val="right"/>
      </w:pPr>
      <w:r>
        <w:t>سب چھپی ہوئی پڑھ سکتے ہیں۔ اور اس زمانے میں جب کہ میں یعنی یہ علیہ السلام مشن شروع نہیں کیا تھا۔ اس زمانے کے جو میرے مضامین تھے اس کو میں نے چھاپ دیا ہے۔</w:t>
      </w:r>
    </w:p>
    <w:p>
      <w:r>
        <w:rPr>
          <w:b/>
        </w:rPr>
        <w:t xml:space="preserve">[45:25] </w:t>
      </w:r>
      <w:r>
        <w:t>is ka naam hai "Quran ka matloob insan</w:t>
      </w:r>
    </w:p>
    <w:p>
      <w:pPr>
        <w:jc w:val="right"/>
      </w:pPr>
      <w:r>
        <w:t>اس کا نام ہے "قرآن کا مطلوب انسان</w:t>
      </w:r>
    </w:p>
    <w:p>
      <w:r>
        <w:rPr>
          <w:b/>
        </w:rPr>
        <w:t xml:space="preserve">[45:29] </w:t>
      </w:r>
      <w:r>
        <w:t>" is mein aap parh lijiyay. jo baaten aaj mein kehta hoon wahi baat us mein bhi kehta tha. is mein tareekh likhi hui hai kab kab woh likha aur kab kab chhap.</w:t>
      </w:r>
    </w:p>
    <w:p>
      <w:pPr>
        <w:jc w:val="right"/>
      </w:pPr>
      <w:r>
        <w:t>"۔ اس میں آپ پڑھ لیجیے۔ جو باتیں آج میں کہتا ہوں وہی بات اس میں بھی کہتا تھا۔ اس میں تاریخ لکھی ہوئی ہے کب کب وہ لکھا اور کب کب چھپا۔</w:t>
      </w:r>
    </w:p>
    <w:p>
      <w:r>
        <w:rPr>
          <w:b/>
        </w:rPr>
        <w:t xml:space="preserve">[45:40] </w:t>
      </w:r>
      <w:r>
        <w:t>to mere pichlay mazameen aap parhen aur aaj ke mazameen parhen. to dono mein koi farq nahi dikhai dega aap ko. doosri baat yeh hai ke system ko jo ahmiyat dete hain log to apnay dimagh se dete hain.</w:t>
      </w:r>
    </w:p>
    <w:p>
      <w:pPr>
        <w:jc w:val="right"/>
      </w:pPr>
      <w:r>
        <w:t>تو میرے پچھلے مضامین آپ پڑھیں اور آج کے مضامین پڑھیں۔ تو دونوں میں کوئی فرق نہیں دکھائی دے گا آپ کو۔ دوسری بات یہ ہے کہ سسٹم کو جو اہمیت دیتے ہیں لوگ تو اپنے دماغ سے دیتے ہیں۔</w:t>
      </w:r>
    </w:p>
    <w:p>
      <w:r>
        <w:rPr>
          <w:b/>
        </w:rPr>
        <w:t xml:space="preserve">[45:58] </w:t>
      </w:r>
      <w:r>
        <w:t>unhein Quran se sabit karna paray ga.</w:t>
      </w:r>
    </w:p>
    <w:p>
      <w:pPr>
        <w:jc w:val="right"/>
      </w:pPr>
      <w:r>
        <w:t>انہیں قرآن سے ثابت کرنا پڑے گا۔</w:t>
      </w:r>
    </w:p>
    <w:p>
      <w:r>
        <w:rPr>
          <w:b/>
        </w:rPr>
        <w:t xml:space="preserve">[46:03] </w:t>
      </w:r>
      <w:r>
        <w:t>Quran mein kahin aik koi ayat bataiye ke Quran mein yeh kaha gaya ke: "Ae Musalmano! tumhara farz yeh hai ke tum system ko qaim karo. nizam ko qaim karo." yeh kahan Quran mein hai?</w:t>
      </w:r>
    </w:p>
    <w:p>
      <w:pPr>
        <w:jc w:val="right"/>
      </w:pPr>
      <w:r>
        <w:t>قرآن میں کہیں ایک کوئی آیت بتائیے کہ قرآن میں یہ کہا گیا کہ: "اے مسلمانوں! تمہارا فرض یہ ہے کہ تم سسٹم کو قائم کرو۔ نظام کو قائم کرو۔" یہ کہاں قرآن میں ہے؟</w:t>
      </w:r>
    </w:p>
    <w:p>
      <w:r>
        <w:rPr>
          <w:b/>
        </w:rPr>
        <w:t xml:space="preserve">[46:13] </w:t>
      </w:r>
      <w:r>
        <w:t>to kahin bhi nahi hai. Quran mein to yeh hai ke Allah se daro, Allah se mohabbat karo, Allah ke oopar ghor o fikr karo.</w:t>
      </w:r>
    </w:p>
    <w:p>
      <w:pPr>
        <w:jc w:val="right"/>
      </w:pPr>
      <w:r>
        <w:t>تو کہیں بھی نہیں ہے۔ قرآن میں تو یہ ہے کہ اللہ سے ڈرو، اللہ سے محبت کرو، اللہ کے اوپر غور و فکر کرو۔</w:t>
      </w:r>
    </w:p>
    <w:p>
      <w:r>
        <w:rPr>
          <w:b/>
        </w:rPr>
        <w:t xml:space="preserve">[46:22] </w:t>
      </w:r>
      <w:r>
        <w:t>yani sab spirit ki baaten hain, tadabbur ki baaten hain.</w:t>
      </w:r>
    </w:p>
    <w:p>
      <w:pPr>
        <w:jc w:val="right"/>
      </w:pPr>
      <w:r>
        <w:t>یعنی سب Spirit کی باتیں ہیں، تدبر کی باتیں ہیں۔</w:t>
      </w:r>
    </w:p>
    <w:p>
      <w:r>
        <w:rPr>
          <w:b/>
        </w:rPr>
        <w:t xml:space="preserve">[46:26] </w:t>
      </w:r>
      <w:r>
        <w:t>to jab tak aap Quran se koi daleel na dein yeh baat qabil e ghor nahi hogi. apnay apnay mind se jo baat kahain woh Quran ki baat kaisay ho sakti hai?</w:t>
      </w:r>
    </w:p>
    <w:p>
      <w:pPr>
        <w:jc w:val="right"/>
      </w:pPr>
      <w:r>
        <w:t>تو جب تک آپ قرآن سے کوئی دلیل نہ دیں یہ بات قابل غور نہیں ہوگی۔ اپنے اپنے مائنڈ سے جو بات کہیں وہ قرآن کی بات کیسے ہو سکتی ہے؟</w:t>
      </w:r>
    </w:p>
    <w:p>
      <w:r>
        <w:rPr>
          <w:b/>
        </w:rPr>
        <w:t xml:space="preserve">[46:43] </w:t>
      </w:r>
      <w:r>
        <w:t>Maulana, agla sawal Delhi se kiya hai Maulana Farhad Ahmed sahib ne. aur unhon ne likha hai ke: "It is said that to become a creative man is a very very difficult task.</w:t>
      </w:r>
    </w:p>
    <w:p>
      <w:pPr>
        <w:jc w:val="right"/>
      </w:pPr>
      <w:r>
        <w:t>مولانا، اگلا سوال دلی سے کیا ہے مولانا فرہاد احمد صاحب نے۔ اور انہوں نے لکھا ہے کہ: "It is said that to become a creative man is a very very difficult task.</w:t>
      </w:r>
    </w:p>
    <w:p>
      <w:r>
        <w:rPr>
          <w:b/>
        </w:rPr>
        <w:t xml:space="preserve">[46:58] </w:t>
      </w:r>
      <w:r>
        <w:t>Then how does the Quran say that deen is easy and still wants to make a man creative? What is your comment on this?"</w:t>
      </w:r>
    </w:p>
    <w:p>
      <w:pPr>
        <w:jc w:val="right"/>
      </w:pPr>
      <w:r>
        <w:t>Then how does the Quran say that deen is easy and still wants to make a man creative? What is your comment on this?"</w:t>
      </w:r>
    </w:p>
    <w:p>
      <w:r>
        <w:rPr>
          <w:b/>
        </w:rPr>
        <w:t xml:space="preserve">[47:10] </w:t>
      </w:r>
      <w:r>
        <w:t>dekhiye, hadees mein kaha gaya hai: "Deen al yusr". deen asan hai. to asan kyun hai? hadees mein yeh hai ke: "Deen al yusr".</w:t>
      </w:r>
    </w:p>
    <w:p>
      <w:pPr>
        <w:jc w:val="right"/>
      </w:pPr>
      <w:r>
        <w:t>دیکھیے، حدیث میں کہا گیا ہے: "الدین الیسر"۔ دین آسان ہے۔ تو آسان کیوں ہے؟ حدیث میں یہ ہے کہ: "الدین الیسر"۔</w:t>
      </w:r>
    </w:p>
    <w:p>
      <w:r>
        <w:rPr>
          <w:b/>
        </w:rPr>
        <w:t xml:space="preserve">[47:20] </w:t>
      </w:r>
      <w:r>
        <w:t>yeh kyun hai? kyunke Quran mein yeh bhi bataya gaya hai ke yeh jo Islam hai yeh deen fitrat hai. fitrat la ilaha illallah fatra al nas alaiha.</w:t>
      </w:r>
    </w:p>
    <w:p>
      <w:pPr>
        <w:jc w:val="right"/>
      </w:pPr>
      <w:r>
        <w:t>یہ کیوں ہے؟ کیونکہ قرآن میں یہ بھی بتایا گیا ہے کہ یہ جو اسلام ہے یہ دین فطرت ہے۔ فطرت لا الہ الا اللہ فطر الناس علیہا۔</w:t>
      </w:r>
    </w:p>
    <w:p>
      <w:r>
        <w:rPr>
          <w:b/>
        </w:rPr>
        <w:t xml:space="preserve">[47:32] </w:t>
      </w:r>
      <w:r>
        <w:t>to creative banne ke mani kya hain? apnay nature ko unfold karna. to is se ziyada asan kya ho sakta hai?</w:t>
      </w:r>
    </w:p>
    <w:p>
      <w:pPr>
        <w:jc w:val="right"/>
      </w:pPr>
      <w:r>
        <w:t>تو Creative بننے کے معنی کیا ہیں؟ اپنے Nature کو Unfold کرنا۔ تو اس سے زیادہ آسان کیا ہو سکتا ہے؟</w:t>
      </w:r>
    </w:p>
    <w:p>
      <w:r>
        <w:rPr>
          <w:b/>
        </w:rPr>
        <w:t xml:space="preserve">[47:41] </w:t>
      </w:r>
      <w:r>
        <w:t>creative ko export nahi karte aap. balkay apnay andar jo khazana hai jo farmaya Quran mein ke: "Al amaa wal aswaat kulluha".</w:t>
      </w:r>
    </w:p>
    <w:p>
      <w:pPr>
        <w:jc w:val="right"/>
      </w:pPr>
      <w:r>
        <w:t>Creative کو Export نہیں کرتے آپ۔ بلکہ اپنے اندر جو خزانہ ہے جو فرمایا قرآن میں کہ: "الأماء والأصوات كلها"۔</w:t>
      </w:r>
    </w:p>
    <w:p>
      <w:r>
        <w:rPr>
          <w:b/>
        </w:rPr>
        <w:t xml:space="preserve">[47:53] </w:t>
      </w:r>
      <w:r>
        <w:t>sab kuch Allah taala ne aap ke andar unconscious mind mein rakh diya hai. us ko conscious mind mein lana yahi creativity hai. yeh to sab se asan kaam hai.</w:t>
      </w:r>
    </w:p>
    <w:p>
      <w:pPr>
        <w:jc w:val="right"/>
      </w:pPr>
      <w:r>
        <w:t>سب کچھ اللہ تعالیٰ نے آپ کے اندر Unconscious Mind میں رکھ دیا ہے۔ اس کو Conscious Mind میں لانا یہی Creativity ہے۔ یہ تو سب سے آسان کام ہے۔</w:t>
      </w:r>
    </w:p>
    <w:p>
      <w:r>
        <w:rPr>
          <w:b/>
        </w:rPr>
        <w:t xml:space="preserve">[48:04] </w:t>
      </w:r>
      <w:r>
        <w:t>is mein sirf aik hi rukawat hai: distraction.</w:t>
      </w:r>
    </w:p>
    <w:p>
      <w:pPr>
        <w:jc w:val="right"/>
      </w:pPr>
      <w:r>
        <w:t>اس میں صرف ایک ہی رکاوٹ ہے: Distraction۔</w:t>
      </w:r>
    </w:p>
    <w:p>
      <w:r>
        <w:rPr>
          <w:b/>
        </w:rPr>
        <w:t xml:space="preserve">[48:08] </w:t>
      </w:r>
      <w:r>
        <w:t>agar aap Nature par rahen. agar aap ne koi Distract na karayen idhar udhar. aur waqatan aap janen ke mujhe Unfold karna hai apni fitrat ko.</w:t>
      </w:r>
    </w:p>
    <w:p>
      <w:pPr>
        <w:jc w:val="right"/>
      </w:pPr>
      <w:r>
        <w:t>اگر آپ Nature پر رہیں۔ اگر آپ نے کوئی Distract نہ کرائیں ادھر ادھر۔ اور واقعتاً آپ جانیں کہ مجھے Unfold کرنا ہے اپنی فطرت کو۔</w:t>
      </w:r>
    </w:p>
    <w:p>
      <w:r>
        <w:rPr>
          <w:b/>
        </w:rPr>
        <w:t xml:space="preserve">[48:17] </w:t>
      </w:r>
      <w:r>
        <w:t>is se zyada aasan kaam aur koi nahin.</w:t>
      </w:r>
    </w:p>
    <w:p>
      <w:pPr>
        <w:jc w:val="right"/>
      </w:pPr>
      <w:r>
        <w:t>اس سے زیادہ آسان کام اور کوئی نہیں۔</w:t>
      </w:r>
    </w:p>
    <w:p>
      <w:r>
        <w:rPr>
          <w:b/>
        </w:rPr>
        <w:t xml:space="preserve">[48:23] </w:t>
      </w:r>
      <w:r>
        <w:t>Maulana, yeh sawal aaya hai Muradabad se Fawad Sahab ka. aur unhon ne likha hai ke: "Maulana, In the Quran, God Almighty is being referred as 'We' and sometimes as 'He'.</w:t>
      </w:r>
    </w:p>
    <w:p>
      <w:pPr>
        <w:jc w:val="right"/>
      </w:pPr>
      <w:r>
        <w:t>مولانا، یہ سوال آیا ہے مراد آباد سے فواد صاحب کا۔ اور انہوں نے لکھا ہے کہ: "مولانا، In the Quran, God Almighty is being referred as 'We' and sometimes as 'He'۔</w:t>
      </w:r>
    </w:p>
    <w:p>
      <w:r>
        <w:rPr>
          <w:b/>
        </w:rPr>
        <w:t xml:space="preserve">[48:39] </w:t>
      </w:r>
      <w:r>
        <w:t>Non-Muslims often ask us why the gender is sometimes plural and sometimes male for God. Please guide us how to address this question during our dawah interaction."</w:t>
      </w:r>
    </w:p>
    <w:p>
      <w:pPr>
        <w:jc w:val="right"/>
      </w:pPr>
      <w:r>
        <w:t>Non-Muslims often ask us why the gender is sometimes plural and sometimes male for God۔ Please guide us how to address this question during our دعویٰ interaction۔"</w:t>
      </w:r>
    </w:p>
    <w:p>
      <w:r>
        <w:rPr>
          <w:b/>
        </w:rPr>
        <w:t xml:space="preserve">[48:52] </w:t>
      </w:r>
      <w:r>
        <w:t>yeh koi sawal hi nahin hai. yeh to insani zaban mein yeh ka usloob ki baat hai. insani zaban ka usloob hai.</w:t>
      </w:r>
    </w:p>
    <w:p>
      <w:pPr>
        <w:jc w:val="right"/>
      </w:pPr>
      <w:r>
        <w:t>یہ کوئی سوال ہی نہیں ہے۔ یہ تو انسانی زبان میں یہ کا اسلوب کی بات ہے۔ انسانی زبان کا اسلوب ہے۔</w:t>
      </w:r>
    </w:p>
    <w:p>
      <w:r>
        <w:rPr>
          <w:b/>
        </w:rPr>
        <w:t xml:space="preserve">[49:05] </w:t>
      </w:r>
      <w:r>
        <w:t>yani jab tak aap yani ginti mein na hon ke Quran mein kahin likha hua hai Khuda ek hai, kahin likha hua hai Khuda kai hai.</w:t>
      </w:r>
    </w:p>
    <w:p>
      <w:pPr>
        <w:jc w:val="right"/>
      </w:pPr>
      <w:r>
        <w:t>یعنی جب تک آپ یعنی گنتی میں نہ ہوں کہ قرآن میں کہیں لکھا ہوا ہے خدا ایک ہے، کہیں لکھا ہوا ہے خدا کئی ہے۔</w:t>
      </w:r>
    </w:p>
    <w:p>
      <w:r>
        <w:rPr>
          <w:b/>
        </w:rPr>
        <w:t xml:space="preserve">[49:14] </w:t>
      </w:r>
      <w:r>
        <w:t>to sirf is tarah ki baaton se aap koi to shosha hai, is se koi masla nahin paida hota.</w:t>
      </w:r>
    </w:p>
    <w:p>
      <w:pPr>
        <w:jc w:val="right"/>
      </w:pPr>
      <w:r>
        <w:t>تو صرف اس طرح کی باتوں سے آپ کوئی تو شوشہ ہے، اس سے کوئی مسئلہ نہیں پیدا ہوتا۔</w:t>
      </w:r>
    </w:p>
    <w:p>
      <w:r>
        <w:rPr>
          <w:b/>
        </w:rPr>
        <w:t xml:space="preserve">[49:21] </w:t>
      </w:r>
      <w:r>
        <w:t>yeh usloob-e-kalam hai. kabhi hum kehte hain main, kabhi hum kehte hain hum, kabhi hum kehte hain hum log. yeh usloob-e-kalam hai. jo cheez aap sabit karna chahte hain us ke liye us ko yani ginti ke zaban mein hona chahiye.</w:t>
      </w:r>
    </w:p>
    <w:p>
      <w:pPr>
        <w:jc w:val="right"/>
      </w:pPr>
      <w:r>
        <w:t>یہ اسلوب کلام ہے۔ کبھی ہم کہتے ہیں میں، کبھی ہم کہتے ہیں ہم، کبھی ہم کہتے ہیں ہم لوگ۔ یہ اسلوب کلام ہے۔ جو چیز آپ ثابت کرنا چاہتے ہیں اس کے لیے اس کو یعنی گنتی کے زبان میں ہونا چاہیے۔</w:t>
      </w:r>
    </w:p>
    <w:p>
      <w:r>
        <w:rPr>
          <w:b/>
        </w:rPr>
        <w:t xml:space="preserve">[49:35] </w:t>
      </w:r>
      <w:r>
        <w:t>yani kahin Quran mein yeh ho ke Khuda ek hai, kahin yeh ho ke Khuda kai hai. tab yeh sawal paida hota hai. warna yeh usloob-e-kalam kaha jayega is ko aur</w:t>
      </w:r>
    </w:p>
    <w:p>
      <w:pPr>
        <w:jc w:val="right"/>
      </w:pPr>
      <w:r>
        <w:t>یعنی کہیں قرآن میں یہ ہو کہ خدا ایک ہے، کہیں یہ ہو کہ خدا کئی ہے۔ تب یہ سوال پیدا ہوتا ہے۔ ورنہ یہ اسلوب کلام کہا جائے گا اس کو اور</w:t>
      </w:r>
    </w:p>
    <w:p>
      <w:r>
        <w:rPr>
          <w:b/>
        </w:rPr>
        <w:t xml:space="preserve">[49:44] </w:t>
      </w:r>
      <w:r>
        <w:t>kuch nahin. Maulana, agla ek Comment hai aur sawal hai. jo Tauseef Sahab ne kiya hai Pune se. aur un ka pehle Comment parhte hain.</w:t>
      </w:r>
    </w:p>
    <w:p>
      <w:pPr>
        <w:jc w:val="right"/>
      </w:pPr>
      <w:r>
        <w:t>کچھ نہیں۔ مولانا، اگلا ایک Comment ہے اور سوال ہے۔ جو توصیف صاحب نے کیا ہے پونے سے۔ اور ان کا پہلے Comment پڑھتے ہیں۔</w:t>
      </w:r>
    </w:p>
    <w:p>
      <w:r>
        <w:rPr>
          <w:b/>
        </w:rPr>
        <w:t xml:space="preserve">[49:54] </w:t>
      </w:r>
      <w:r>
        <w:t>unhon ne likha hai: "Maulana, Today's talk was wonderful. Many ulemas don't let us think or question the understanding behind verses of the Quran.</w:t>
      </w:r>
    </w:p>
    <w:p>
      <w:pPr>
        <w:jc w:val="right"/>
      </w:pPr>
      <w:r>
        <w:t>انہوں نے لکھا ہے: "مولانا، Today's talk was wonderful۔ Many ulemas don't let us think or question the understanding behind verses of the Quran.</w:t>
      </w:r>
    </w:p>
    <w:p>
      <w:r>
        <w:rPr>
          <w:b/>
        </w:rPr>
        <w:t xml:space="preserve">[50:06] </w:t>
      </w:r>
      <w:r>
        <w:t>Whereas you explain Quran as a book which wants mankind to think, contemplate and question.</w:t>
      </w:r>
    </w:p>
    <w:p>
      <w:pPr>
        <w:jc w:val="right"/>
      </w:pPr>
      <w:r>
        <w:t>Whereas you explain Quran as a book which wants mankind to think, contemplate and question.</w:t>
      </w:r>
    </w:p>
    <w:p>
      <w:r>
        <w:rPr>
          <w:b/>
        </w:rPr>
        <w:t xml:space="preserve">[50:14] </w:t>
      </w:r>
      <w:r>
        <w:t>This is the right way and fits in the framework. Maulana, my question is: Can these ulemas be changed so that they stop promoting closed-mindedness?</w:t>
      </w:r>
    </w:p>
    <w:p>
      <w:pPr>
        <w:jc w:val="right"/>
      </w:pPr>
      <w:r>
        <w:t>This is theright way and fits in the framework۔ مولانا، my question is: Can these ulemas be changed so that they stop promoting closed-mindedness?</w:t>
      </w:r>
    </w:p>
    <w:p>
      <w:r>
        <w:rPr>
          <w:b/>
        </w:rPr>
        <w:t xml:space="preserve">[50:25] </w:t>
      </w:r>
      <w:r>
        <w:t>Should we all take it as a task to give all the madrasas and the so-called leaders your books including 'Al-Risalah' and 'Spirit of Islam'?" dekhiye, main bhi ek aalim hoon.</w:t>
      </w:r>
    </w:p>
    <w:p>
      <w:pPr>
        <w:jc w:val="right"/>
      </w:pPr>
      <w:r>
        <w:t>Should we all take it as a task to give all the madrasas and the so-called leaders your books including 'Al-Risalah' and 'Spirit of Islam'؟" دیکھیے، میں بھی ایک عالم ہوں۔</w:t>
      </w:r>
    </w:p>
    <w:p>
      <w:r>
        <w:rPr>
          <w:b/>
        </w:rPr>
        <w:t xml:space="preserve">[50:38] </w:t>
      </w:r>
      <w:r>
        <w:t>main bhi madrasay ka Product hoon.</w:t>
      </w:r>
    </w:p>
    <w:p>
      <w:pPr>
        <w:jc w:val="right"/>
      </w:pPr>
      <w:r>
        <w:t>میں بھی مدرسے کا Product ہوں۔</w:t>
      </w:r>
    </w:p>
    <w:p>
      <w:r>
        <w:rPr>
          <w:b/>
        </w:rPr>
        <w:t xml:space="preserve">[50:42] </w:t>
      </w:r>
      <w:r>
        <w:t>to yeh main samajhta hoon ke har har aalim isi tarah se samajh sakta hai baaton ko jaise ke maine samjha.</w:t>
      </w:r>
    </w:p>
    <w:p>
      <w:pPr>
        <w:jc w:val="right"/>
      </w:pPr>
      <w:r>
        <w:t>تو یہ میں سمجھتا ہوں کہ ہر ہر عالم اسی طرح سے سمجھ سکتا ہے باتوں کو جیسے کہ میں نے سمجھا۔</w:t>
      </w:r>
    </w:p>
    <w:p>
      <w:r>
        <w:rPr>
          <w:b/>
        </w:rPr>
        <w:t xml:space="preserve">[50:53] </w:t>
      </w:r>
      <w:r>
        <w:t>to aap hamari kitabon logon ko pahunchaiye. aur logon ke liye duayen ki jiye. aur bahut se ulama hamare mission mein lage hue hain.</w:t>
      </w:r>
    </w:p>
    <w:p>
      <w:pPr>
        <w:jc w:val="right"/>
      </w:pPr>
      <w:r>
        <w:t>تو آپ ہماری کتابوں لوگوں کو پہنچائیے۔ اور لوگوں کے لیے دعائیں کیجیے۔ اور بہت سے علماء ہمارے مشن میں لگے ہوئے ہیں۔</w:t>
      </w:r>
    </w:p>
    <w:p>
      <w:r>
        <w:rPr>
          <w:b/>
        </w:rPr>
        <w:t xml:space="preserve">[51:03] </w:t>
      </w:r>
      <w:r>
        <w:t>aisa nahin ke ulama nahin lage hue hain. bahut se ulama lage hue hain jinhon ne mutala kiya.</w:t>
      </w:r>
    </w:p>
    <w:p>
      <w:pPr>
        <w:jc w:val="right"/>
      </w:pPr>
      <w:r>
        <w:t>ایسا نہیں کہ علماء نہیں لگے ہوئے ہیں۔ بہت سے علماء لگے ہوئے ہیں جنہوں نے مطالعہ کیا۔</w:t>
      </w:r>
    </w:p>
    <w:p>
      <w:r>
        <w:rPr>
          <w:b/>
        </w:rPr>
        <w:t xml:space="preserve">[51:12] </w:t>
      </w:r>
      <w:r>
        <w:t>asal cheez kya hai ke madrason mein sirf mazi ki baat padhai jati hai. aaj ki baat nahin padhai jati.</w:t>
      </w:r>
    </w:p>
    <w:p>
      <w:pPr>
        <w:jc w:val="right"/>
      </w:pPr>
      <w:r>
        <w:t>اصل چیز کیا ہے کہ مدرسوں میں صرف ماضی کی بات پڑھائی جاتی ہے۔ آج کی بات نہیں پڑھائی جاتی۔</w:t>
      </w:r>
    </w:p>
    <w:p>
      <w:r>
        <w:rPr>
          <w:b/>
        </w:rPr>
        <w:t xml:space="preserve">[51:23] </w:t>
      </w:r>
      <w:r>
        <w:t>Hadees mein aata hai ke: "An yakuna basiran bizamanih." yani apne zamanay se apne zamanay ko janna.</w:t>
      </w:r>
    </w:p>
    <w:p>
      <w:pPr>
        <w:jc w:val="right"/>
      </w:pPr>
      <w:r>
        <w:t>حدیث میں آتا ہے کہ: "أن يكون بصير بزمانه"۔ یعنی اپنے زمانے سے اپنے زمانے کو جاننا۔</w:t>
      </w:r>
    </w:p>
    <w:p>
      <w:r>
        <w:rPr>
          <w:b/>
        </w:rPr>
        <w:t xml:space="preserve">[51:33] </w:t>
      </w:r>
      <w:r>
        <w:t>to main madrasay walon se kehta hoon ke aap ne yani qadeem ko bharpoor taur par jaan liya madrasay mein.</w:t>
      </w:r>
    </w:p>
    <w:p>
      <w:pPr>
        <w:jc w:val="right"/>
      </w:pPr>
      <w:r>
        <w:t>تو میں مدرسے والوں سے کہتا ہوں کہ آپ نے یعنی قدیم کو بھرپور طور پر جان لیا مدرسے میں۔</w:t>
      </w:r>
    </w:p>
    <w:p>
      <w:r>
        <w:rPr>
          <w:b/>
        </w:rPr>
        <w:t xml:space="preserve">[51:45] </w:t>
      </w:r>
      <w:r>
        <w:t>ab daur-e-jadeed ko samajhne ke liye hamari kitaben padhen. dono mein koi takrao nahin hai. madrasa aap ko qadeem se ba-khabar karta hai. aur hamari kitaben jo hain woh jadeed se ba-khabar karti hain.</w:t>
      </w:r>
    </w:p>
    <w:p>
      <w:pPr>
        <w:jc w:val="right"/>
      </w:pPr>
      <w:r>
        <w:t>اب دور جدید کو سمجھنے کے لیے ہماری کتابیں پڑھیں۔ دونوں میں کوئی ٹکراؤ نہیں ہے۔ مدرسہ آپ کو قدیم سے باخبر کرتا ہے۔ اور ہماری کتابیں جو ہیں وہ جدید سے باخبر کرتی ہیں۔</w:t>
      </w:r>
    </w:p>
    <w:p>
      <w:r>
        <w:rPr>
          <w:b/>
        </w:rPr>
        <w:t xml:space="preserve">[51:57] </w:t>
      </w:r>
      <w:r>
        <w:t>aur yeh wohi Hadees ki ta'meel hai is mein ke: "An yakuna basiran bizamanih."</w:t>
      </w:r>
    </w:p>
    <w:p>
      <w:pPr>
        <w:jc w:val="right"/>
      </w:pPr>
      <w:r>
        <w:t>اور یہ وہی حدیث کی تعمیل ہے اس میں کہ: "أن يكون بصير بزمانه"۔</w:t>
      </w:r>
    </w:p>
    <w:p>
      <w:r>
        <w:rPr>
          <w:b/>
        </w:rPr>
        <w:t xml:space="preserve">[52:03] </w:t>
      </w:r>
      <w:r>
        <w:t>to aap pure yani Hope ke sath. logon ke parhwaiye kitaben. kyunke madrason mein fanniyat paai jati hain.</w:t>
      </w:r>
    </w:p>
    <w:p>
      <w:pPr>
        <w:jc w:val="right"/>
      </w:pPr>
      <w:r>
        <w:t>تو آپ پورے یعنی Hope کے ساتھ۔ لوگوں کے پڑھوائی کتابیں۔ کیونکہ مدرسوں میں فنیات پائی جاتی ہیں۔</w:t>
      </w:r>
    </w:p>
    <w:p>
      <w:r>
        <w:rPr>
          <w:b/>
        </w:rPr>
        <w:t xml:space="preserve">[52:14] </w:t>
      </w:r>
      <w:r>
        <w:t>dursiyat paai jati hain. daur-e-jadeed wahan nahin padhaya jata. to yeh un ko alag se aap batana padega ke daur-e-jadeed kiya hai.</w:t>
      </w:r>
    </w:p>
    <w:p>
      <w:pPr>
        <w:jc w:val="right"/>
      </w:pPr>
      <w:r>
        <w:t>درسیات پائی جاتی ہیں۔ دور جدید وہاں نہیں پڑھایا جاتا۔ تو یہ ان کو الگ سے آپ بتانا پڑے گا کہ دور جدید ہے کیا۔</w:t>
      </w:r>
    </w:p>
    <w:p>
      <w:r>
        <w:rPr>
          <w:b/>
        </w:rPr>
        <w:t xml:space="preserve">[52:25] </w:t>
      </w:r>
      <w:r>
        <w:t>yahi hum kar rahe hain. aur inshallah bohat se ulma hamare mission mein jud chuke hain.</w:t>
      </w:r>
    </w:p>
    <w:p>
      <w:pPr>
        <w:jc w:val="right"/>
      </w:pPr>
      <w:r>
        <w:t>یہی ہم کر رہے ہیں۔ اور انشاءاللہ بہت سے علماء ہمارے مشن میں جڑ چکے ہیں۔</w:t>
      </w:r>
    </w:p>
    <w:p>
      <w:r>
        <w:rPr>
          <w:b/>
        </w:rPr>
        <w:t xml:space="preserve">[52:34] </w:t>
      </w:r>
      <w:r>
        <w:t>molana, agla sawal kya hai mumbai se shakeel sahab ne. aur unhon ne likha hai: "molana, Belief in God is also a need of every human being just like any other thing.</w:t>
      </w:r>
    </w:p>
    <w:p>
      <w:pPr>
        <w:jc w:val="right"/>
      </w:pPr>
      <w:r>
        <w:t>مولانا، اگلا سوال کیا ہے ممبئی سے شکیل صاحب نے۔ اور انہوں نے لکھا ہے: "مولانا، Belief in God is also a need of every human being just like any other thing۔</w:t>
      </w:r>
    </w:p>
    <w:p>
      <w:r>
        <w:rPr>
          <w:b/>
        </w:rPr>
        <w:t xml:space="preserve">[52:49] </w:t>
      </w:r>
      <w:r>
        <w:t>If people do not believe in God then their life becomes purposeless. How do we make others realize this thing?</w:t>
      </w:r>
    </w:p>
    <w:p>
      <w:pPr>
        <w:jc w:val="right"/>
      </w:pPr>
      <w:r>
        <w:t>If people do not believe in God then their life becomes purposeless۔ How do we make others realize this thing؟</w:t>
      </w:r>
    </w:p>
    <w:p>
      <w:r>
        <w:rPr>
          <w:b/>
        </w:rPr>
        <w:t xml:space="preserve">[52:58] </w:t>
      </w:r>
      <w:r>
        <w:t>Please guide us."</w:t>
      </w:r>
    </w:p>
    <w:p>
      <w:pPr>
        <w:jc w:val="right"/>
      </w:pPr>
      <w:r>
        <w:t>Please guide us۔"</w:t>
      </w:r>
    </w:p>
    <w:p>
      <w:r>
        <w:rPr>
          <w:b/>
        </w:rPr>
        <w:t xml:space="preserve">[53:00] </w:t>
      </w:r>
      <w:r>
        <w:t>dekhiye, quran mein ek ayat hai: "bal il insanu ala nafsihi basira wa law alqahu ma'adhirra".</w:t>
      </w:r>
    </w:p>
    <w:p>
      <w:pPr>
        <w:jc w:val="right"/>
      </w:pPr>
      <w:r>
        <w:t>دیکھیے، قرآن میں ایک آیت ہے: "بلل إنسان على نفسه بصيرة ولا ألقاه بعذراً"۔</w:t>
      </w:r>
    </w:p>
    <w:p>
      <w:r>
        <w:rPr>
          <w:b/>
        </w:rPr>
        <w:t xml:space="preserve">[53:09] </w:t>
      </w:r>
      <w:r>
        <w:t>yani apne aap par ghor kar ke aap Allah ko daryaft kar sakte hain. isi liye bukhari mein yeh riwayat hai ke Allah ne insan ko apni surat par paida kiya.</w:t>
      </w:r>
    </w:p>
    <w:p>
      <w:pPr>
        <w:jc w:val="right"/>
      </w:pPr>
      <w:r>
        <w:t>یعنی اپنے آپ پر غور کر کے آپ اللہ کو دریافت کر سکتے ہیں۔ اسی لیے بخاری میں یہ روایت ہے کہ اللہ نے انسان کو اپنی صورت پر پیدا کیا۔</w:t>
      </w:r>
    </w:p>
    <w:p>
      <w:r>
        <w:rPr>
          <w:b/>
        </w:rPr>
        <w:t xml:space="preserve">[53:23] </w:t>
      </w:r>
      <w:r>
        <w:t>apni surat par. apni surat ke ma'ne yeh nahi ke woh aisi jaise hamare hath paon, woh aise Allah ke hath paon, naoozubillah.</w:t>
      </w:r>
    </w:p>
    <w:p>
      <w:pPr>
        <w:jc w:val="right"/>
      </w:pPr>
      <w:r>
        <w:t>اپنی صورت پر۔ اپنی صورت کے معنی یہ نہیں کہ وہ ایسی جیسے ہمارے ہاتھ پاؤں، وہ ایسے اللہ کے ہاتھ پاؤں، نعوذ باللہ۔</w:t>
      </w:r>
    </w:p>
    <w:p>
      <w:r>
        <w:rPr>
          <w:b/>
        </w:rPr>
        <w:t xml:space="preserve">[53:30] </w:t>
      </w:r>
      <w:r>
        <w:t>nahi. Allah ne insan ko is tarah banaya hai ke agar aap ghor karen apne bare mein. to aap apne khalq ko daryaft kar sakte hain.</w:t>
      </w:r>
    </w:p>
    <w:p>
      <w:pPr>
        <w:jc w:val="right"/>
      </w:pPr>
      <w:r>
        <w:t>نہیں۔ اللہ نے انسان کو اس طرح بنایا ہے کہ اگر آپ غور کریں اپنے بارے میں۔ تو آپ اپنے خالق کو دریافت کر سکتے ہیں۔</w:t>
      </w:r>
    </w:p>
    <w:p>
      <w:r>
        <w:rPr>
          <w:b/>
        </w:rPr>
        <w:t xml:space="preserve">[53:39] </w:t>
      </w:r>
      <w:r>
        <w:t>aap ek makhlooq hain. is makhlooq ko daryaft karen aap to aap yaqeeni taur par khalq ko daryaft kar sakte hain. yeh matlab hai is ka.</w:t>
      </w:r>
    </w:p>
    <w:p>
      <w:pPr>
        <w:jc w:val="right"/>
      </w:pPr>
      <w:r>
        <w:t>آپ ایک مخلوق ہیں۔ اس مخلوق کو دریافت کریں آپ تو آپ یقینی طور پر خالق کو دریافت کر سکتے ہیں۔ یہ مطلب ہے اس کا۔</w:t>
      </w:r>
    </w:p>
    <w:p>
      <w:r>
        <w:rPr>
          <w:b/>
        </w:rPr>
        <w:t xml:space="preserve">[53:50] </w:t>
      </w:r>
      <w:r>
        <w:t>to har insan apne aap mein ek Khuda ki dalil hai. har insan apne aap mein Khuda ki marifat ka saman rakhta hai.</w:t>
      </w:r>
    </w:p>
    <w:p>
      <w:pPr>
        <w:jc w:val="right"/>
      </w:pPr>
      <w:r>
        <w:t>تو ہر انسان اپنے آپ میں ایک خدا کی دلیل ہے۔ ہر انسان اپنے آپ میں خدا کی معرفت کا سامان رکھتا ہے۔</w:t>
      </w:r>
    </w:p>
    <w:p>
      <w:r>
        <w:rPr>
          <w:b/>
        </w:rPr>
        <w:t xml:space="preserve">[54:00] </w:t>
      </w:r>
      <w:r>
        <w:t>sirf zarurat hai ghor o fikr ki.</w:t>
      </w:r>
    </w:p>
    <w:p>
      <w:pPr>
        <w:jc w:val="right"/>
      </w:pPr>
      <w:r>
        <w:t>صرف ضرورت ہے غور و فکر کی۔</w:t>
      </w:r>
    </w:p>
    <w:p>
      <w:r>
        <w:rPr>
          <w:b/>
        </w:rPr>
        <w:t xml:space="preserve">[54:06] </w:t>
      </w:r>
      <w:r>
        <w:t>molana, agla sawal lene se pehle ek Comment parhna chahenge. jo molana abdul basit umri ne bheji hai doha, qatar se.</w:t>
      </w:r>
    </w:p>
    <w:p>
      <w:pPr>
        <w:jc w:val="right"/>
      </w:pPr>
      <w:r>
        <w:t>مولانا، اگلا سوال لینے سے پہلے ایک Comment پڑھنا چاہیں گے۔ جو مولانا عبدالباسط عمری نے بھیجی ہے دوحہ، قطر سے۔</w:t>
      </w:r>
    </w:p>
    <w:p>
      <w:r>
        <w:rPr>
          <w:b/>
        </w:rPr>
        <w:t xml:space="preserve">[54:15] </w:t>
      </w:r>
      <w:r>
        <w:t>aur unhon ne likha hai: "molana, aaj pehli baar mujhe Clearly yeh wazeh hua ke quran ka maqsad mere zehan ko kholna hai.</w:t>
      </w:r>
    </w:p>
    <w:p>
      <w:pPr>
        <w:jc w:val="right"/>
      </w:pPr>
      <w:r>
        <w:t>اور انہوں نے لکھا ہے: "مولانا، آج پہلی بار مجھے Clearly یہ واضح ہوا کہ قرآن کا مقصد میرے ذہن کو کھولنا ہے۔</w:t>
      </w:r>
    </w:p>
    <w:p>
      <w:r>
        <w:rPr>
          <w:b/>
        </w:rPr>
        <w:t xml:space="preserve">[54:26] </w:t>
      </w:r>
      <w:r>
        <w:t>mujhe Creative insan banana hai.</w:t>
      </w:r>
    </w:p>
    <w:p>
      <w:pPr>
        <w:jc w:val="right"/>
      </w:pPr>
      <w:r>
        <w:t>مجھے Creative انسان بنانا ہے۔</w:t>
      </w:r>
    </w:p>
    <w:p>
      <w:r>
        <w:rPr>
          <w:b/>
        </w:rPr>
        <w:t xml:space="preserve">[54:29] </w:t>
      </w:r>
      <w:r>
        <w:t>yeh mere liye bohat zyada Thrilling wali baat hai. Allah aap ko lambi umar de taake aap se zyada se zyada istifada kar saken."</w:t>
      </w:r>
    </w:p>
    <w:p>
      <w:pPr>
        <w:jc w:val="right"/>
      </w:pPr>
      <w:r>
        <w:t>یہ میرے لیے بہت زیادہ Thrilling والی بات ہے۔ اللہ آپ کو لمبی عمر دے تاکہ آپ سے زیادہ سے زیادہ استفادہ کر سکیں۔"</w:t>
      </w:r>
    </w:p>
    <w:p>
      <w:r>
        <w:rPr>
          <w:b/>
        </w:rPr>
        <w:t xml:space="preserve">[54:42] </w:t>
      </w:r>
      <w:r>
        <w:t>molana, agla sawal dilli se kiya hai miss naghma siddiqui ne. aur unhon ne likha hai: "It is quite reasonable that quran addresses individuals to develop their mind towards creativity.</w:t>
      </w:r>
    </w:p>
    <w:p>
      <w:pPr>
        <w:jc w:val="right"/>
      </w:pPr>
      <w:r>
        <w:t>مولانا، اگلا سوال دلی سے کیا ہے مس نغمہ صدیقی نے۔ اور انہوں نے لکھا ہے: "It is quite reasonable that قرآن addresses individuals to develop their mind towards creativity.</w:t>
      </w:r>
    </w:p>
    <w:p>
      <w:r>
        <w:rPr>
          <w:b/>
        </w:rPr>
        <w:t xml:space="preserve">[54:58] </w:t>
      </w:r>
      <w:r>
        <w:t>Then why has the system become so prevalent? What is your comment on this?" dekhiye, yeh wahi cheez hai jis ko quran mein muzahamat kaha gaya hai.</w:t>
      </w:r>
    </w:p>
    <w:p>
      <w:pPr>
        <w:jc w:val="right"/>
      </w:pPr>
      <w:r>
        <w:t>Then why has the system become so prevalent؟ What is your comment on this؟" دیکھیے، یہ وہی چیز ہے جس کو قرآن میں مضاحت کہا گیا ہے۔</w:t>
      </w:r>
    </w:p>
    <w:p>
      <w:r>
        <w:rPr>
          <w:b/>
        </w:rPr>
        <w:t xml:space="preserve">[55:09] </w:t>
      </w:r>
      <w:r>
        <w:t>muzahamat kehte hain Imitate karna.</w:t>
      </w:r>
    </w:p>
    <w:p>
      <w:pPr>
        <w:jc w:val="right"/>
      </w:pPr>
      <w:r>
        <w:t>مضاحت کہتے ہیں Imitate کرنا۔</w:t>
      </w:r>
    </w:p>
    <w:p>
      <w:r>
        <w:rPr>
          <w:b/>
        </w:rPr>
        <w:t xml:space="preserve">[55:14] </w:t>
      </w:r>
      <w:r>
        <w:t>to pehle zamane mein log Imitate karte the yahood o nasara ki. ab Imitate karte hain door jadeed ke philosophers ki.</w:t>
      </w:r>
    </w:p>
    <w:p>
      <w:pPr>
        <w:jc w:val="right"/>
      </w:pPr>
      <w:r>
        <w:t>تو پہلے زمانے میں لوگ Imitate کرتے تھے یہود و نصاریٰ کی۔ اب Imitate کرتے ہیں دور جدید کے فلاسفر کی۔</w:t>
      </w:r>
    </w:p>
    <w:p>
      <w:r>
        <w:rPr>
          <w:b/>
        </w:rPr>
        <w:t xml:space="preserve">[55:24] </w:t>
      </w:r>
      <w:r>
        <w:t>yeh system ka jo yeh nazariya hai yeh buniyadi taur par aaya hai Democracy aur Socialism ki tareekhon ke baad.</w:t>
      </w:r>
    </w:p>
    <w:p>
      <w:pPr>
        <w:jc w:val="right"/>
      </w:pPr>
      <w:r>
        <w:t>یہ سسٹم کا جو یہ نظریہ ہے یہ بنیادی طور پر آیا ہے Democracy اور Socialism کی تاریخوں کے بعد۔</w:t>
      </w:r>
    </w:p>
    <w:p>
      <w:r>
        <w:rPr>
          <w:b/>
        </w:rPr>
        <w:t xml:space="preserve">[55:34] </w:t>
      </w:r>
      <w:r>
        <w:t>is se pehle system ko le kar sochta nahi tha insan. yeh Democracy aur Socialism ka phenomenon hai.</w:t>
      </w:r>
    </w:p>
    <w:p>
      <w:pPr>
        <w:jc w:val="right"/>
      </w:pPr>
      <w:r>
        <w:t>اس سے پہلے سسٹم کو لے کر سوچتا نہیں تھا انسان۔ یہ Democracy اور Socialism کا فیناومینا ہے۔</w:t>
      </w:r>
    </w:p>
    <w:p>
      <w:r>
        <w:rPr>
          <w:b/>
        </w:rPr>
        <w:t xml:space="preserve">[55:44] </w:t>
      </w:r>
      <w:r>
        <w:t>to is ki muzahamat mein musalmanon ne bhi kehna shuru kiya ke Islam ek system hai. system ka System Based Thinking pehle thi hi nahi.</w:t>
      </w:r>
    </w:p>
    <w:p>
      <w:pPr>
        <w:jc w:val="right"/>
      </w:pPr>
      <w:r>
        <w:t>تو اس کی مضاحت میں مسلمانوں نے بھی کہنا شروع کیا کہ اسلام ایک سسٹم ہے۔ سسٹم کا System Based Thinking پہلے تھی ہی نہیں۔</w:t>
      </w:r>
    </w:p>
    <w:p>
      <w:r>
        <w:rPr>
          <w:b/>
        </w:rPr>
        <w:t xml:space="preserve">[55:57] </w:t>
      </w:r>
      <w:r>
        <w:t>duniya hi mein nahi thi System Based Thinking. yeh to Democracy aur Socialism ka jo nazariyat phailay.</w:t>
      </w:r>
    </w:p>
    <w:p>
      <w:pPr>
        <w:jc w:val="right"/>
      </w:pPr>
      <w:r>
        <w:t>دنیا ہی میں نہیں تھی System Based Thinking۔ یہ تو Democracy اور Socialism کا جو نظریات پھیلے۔</w:t>
      </w:r>
    </w:p>
    <w:p>
      <w:r>
        <w:rPr>
          <w:b/>
        </w:rPr>
        <w:t xml:space="preserve">[56:07] </w:t>
      </w:r>
      <w:r>
        <w:t>to System Based Thinking shuru hui.</w:t>
      </w:r>
    </w:p>
    <w:p>
      <w:pPr>
        <w:jc w:val="right"/>
      </w:pPr>
      <w:r>
        <w:t>تو System Based Thinking شروع ہوئی۔</w:t>
      </w:r>
    </w:p>
    <w:p>
      <w:r>
        <w:rPr>
          <w:b/>
        </w:rPr>
        <w:t xml:space="preserve">[56:11] </w:t>
      </w:r>
      <w:r>
        <w:t>to musalmanon ne samjha ke yaani hamare quran mein bhi yeh hona chahiye. to unhon ne sabit karna shuru kiya ke quran bhi ek system deta hai.</w:t>
      </w:r>
    </w:p>
    <w:p>
      <w:pPr>
        <w:jc w:val="right"/>
      </w:pPr>
      <w:r>
        <w:t>تو مسلمانوں نے سمجھا کہ یعنی ہمارے قرآن میں بھی یہ ہونا چاہیے۔ تو انہوں نے ثابت کرنا شروع کیا کہ قرآن بھی ایک سسٹم دیتا ہے۔</w:t>
      </w:r>
    </w:p>
    <w:p>
      <w:r>
        <w:rPr>
          <w:b/>
        </w:rPr>
        <w:t xml:space="preserve">[56:22] </w:t>
      </w:r>
      <w:r>
        <w:t>halankeh quran ka maqsad system dena hi nahi hai. is par hum ne bohat likha hai apni kitabon mein. aap is ko parh sakte hain.</w:t>
      </w:r>
    </w:p>
    <w:p>
      <w:pPr>
        <w:jc w:val="right"/>
      </w:pPr>
      <w:r>
        <w:t>حالانکہ قرآن کا مقصد سسٹم دینا ہی نہیں ہے۔ اس پر ہم نے بہت لکھا ہے اپنی کتابوں میں۔ آپ اس کو پڑھ سکتے ہیں۔</w:t>
      </w:r>
    </w:p>
    <w:p>
      <w:r>
        <w:rPr>
          <w:b/>
        </w:rPr>
        <w:t xml:space="preserve">[56:34] </w:t>
      </w:r>
      <w:r>
        <w:t>maulana, yeh daur jadeed ki maslahat hai.</w:t>
      </w:r>
    </w:p>
    <w:p>
      <w:pPr>
        <w:jc w:val="right"/>
      </w:pPr>
      <w:r>
        <w:t>مولانا، یہ دور جدید کی مضاحت ہے۔</w:t>
      </w:r>
    </w:p>
    <w:p>
      <w:r>
        <w:rPr>
          <w:b/>
        </w:rPr>
        <w:t xml:space="preserve">[56:37] </w:t>
      </w:r>
      <w:r>
        <w:t>woh maslahat jo pehle kiya tha logon ne. woh daur qadeem ki maslahat thi. yeh daur jadeed ki maslahat hai.</w:t>
      </w:r>
    </w:p>
    <w:p>
      <w:pPr>
        <w:jc w:val="right"/>
      </w:pPr>
      <w:r>
        <w:t>وہ مضاحت جو پہلے کیا تھا لوگوں نے۔ وہ دور قدیم کی مضاحت تھی۔ یہ دور جدید کی مضاحت ہے۔</w:t>
      </w:r>
    </w:p>
    <w:p>
      <w:r>
        <w:rPr>
          <w:b/>
        </w:rPr>
        <w:t xml:space="preserve">[56:47] </w:t>
      </w:r>
      <w:r>
        <w:t>System Based Islam pesh karna.</w:t>
      </w:r>
    </w:p>
    <w:p>
      <w:pPr>
        <w:jc w:val="right"/>
      </w:pPr>
      <w:r>
        <w:t>System Based اسلام پیش کرنا۔</w:t>
      </w:r>
    </w:p>
    <w:p>
      <w:r>
        <w:rPr>
          <w:b/>
        </w:rPr>
        <w:t xml:space="preserve">[56:55] </w:t>
      </w:r>
      <w:r>
        <w:t>maulana, agla sawal chandi garh se kiya hai aaftab sahib ne. aur unhon ne likha hai: "maulana, How can we establish discipline in our daily life</w:t>
      </w:r>
    </w:p>
    <w:p>
      <w:pPr>
        <w:jc w:val="right"/>
      </w:pPr>
      <w:r>
        <w:t>مولانا، اگلا سوال چندی گڑھ سے کیا ہے آفتاب صاحب نے۔ اور انہوں نے لکھا ہے: "مولانا، How can we establish discipline in our daily life</w:t>
      </w:r>
    </w:p>
    <w:p>
      <w:r>
        <w:rPr>
          <w:b/>
        </w:rPr>
        <w:t xml:space="preserve">[57:07] </w:t>
      </w:r>
      <w:r>
        <w:t>? Often most of the people including me get involved in day to day things, missing out on intellectual development like reading and thinking.</w:t>
      </w:r>
    </w:p>
    <w:p>
      <w:pPr>
        <w:jc w:val="right"/>
      </w:pPr>
      <w:r>
        <w:t>? Often most of the people including me get involved in day to day things, missing out on intellectual development like reading and thinking.</w:t>
      </w:r>
    </w:p>
    <w:p>
      <w:r>
        <w:rPr>
          <w:b/>
        </w:rPr>
        <w:t xml:space="preserve">[57:19] </w:t>
      </w:r>
      <w:r>
        <w:t>I try hard but I am still not able to do my intellectual development like I should do. Maulana, what formula I should adopt to change myself and also advise others like myself؟"</w:t>
      </w:r>
    </w:p>
    <w:p>
      <w:pPr>
        <w:jc w:val="right"/>
      </w:pPr>
      <w:r>
        <w:t>I try hard but I am still not able to do my intellectual development like I should do. مولانا، what formula I should adopt to change myself and also advise others like myself؟"</w:t>
      </w:r>
    </w:p>
    <w:p>
      <w:r>
        <w:rPr>
          <w:b/>
        </w:rPr>
        <w:t xml:space="preserve">[57:35] </w:t>
      </w:r>
      <w:r>
        <w:t>dekhiye, jahan tak mein ne samjha hai woh yeh hai ke log hamesha Distraction mein phanse rehte hain.</w:t>
      </w:r>
    </w:p>
    <w:p>
      <w:pPr>
        <w:jc w:val="right"/>
      </w:pPr>
      <w:r>
        <w:t>دیکھیے، جہاں تک میں نے سمجھا ہے وہ یہ ہے کہ لوگ ہمیشہ Distraction میں پھنسے رہتے ہیں۔</w:t>
      </w:r>
    </w:p>
    <w:p>
      <w:r>
        <w:rPr>
          <w:b/>
        </w:rPr>
        <w:t xml:space="preserve">[57:45] </w:t>
      </w:r>
      <w:r>
        <w:t>mera tajurba yahi hai. mukhtalif qism ki Distraction. koi doston mein phansa hua hai. koi Shopping mein phansa hua hai. koi kahin phansa hua hai.</w:t>
      </w:r>
    </w:p>
    <w:p>
      <w:pPr>
        <w:jc w:val="right"/>
      </w:pPr>
      <w:r>
        <w:t>میرا تجربہ یہی ہے۔ مختلف قسم کی Distraction۔ کوئی دوستوں میں پھنسا ہوا ہے۔ کوئی Shopping میں پھنسا ہوا ہے۔ کوئی کہیں پھنسا ہوا ہے۔</w:t>
      </w:r>
    </w:p>
    <w:p>
      <w:r>
        <w:rPr>
          <w:b/>
        </w:rPr>
        <w:t xml:space="preserve">[57:56] </w:t>
      </w:r>
      <w:r>
        <w:t>toh yeh Distraction jo mein phanse hue hote hain log is ki wajah se in ka Focus sahi banta nahi.</w:t>
      </w:r>
    </w:p>
    <w:p>
      <w:pPr>
        <w:jc w:val="right"/>
      </w:pPr>
      <w:r>
        <w:t>تو یہ Distraction جو میں پھنسے ہوئے ہوتے ہیں لوگ اس کی وجہ سے ان کا Focus صحیح بنتا نہیں۔</w:t>
      </w:r>
    </w:p>
    <w:p>
      <w:r>
        <w:rPr>
          <w:b/>
        </w:rPr>
        <w:t xml:space="preserve">[58:06] </w:t>
      </w:r>
      <w:r>
        <w:t>jo asal Focus jahan parna chahiye wahan se hat jata hai.</w:t>
      </w:r>
    </w:p>
    <w:p>
      <w:pPr>
        <w:jc w:val="right"/>
      </w:pPr>
      <w:r>
        <w:t>جو اصل Focus جہاں پڑنا چاہیے وہاں سے ہٹ جاتا ہے۔</w:t>
      </w:r>
    </w:p>
    <w:p>
      <w:r>
        <w:rPr>
          <w:b/>
        </w:rPr>
        <w:t xml:space="preserve">[58:13] </w:t>
      </w:r>
      <w:r>
        <w:t>toh mere nazdeek yeh sab cheezein jo hain is waqt paida hoti hain jab aap apni zehan mein Distraction se apne aap ko bachayein.</w:t>
      </w:r>
    </w:p>
    <w:p>
      <w:pPr>
        <w:jc w:val="right"/>
      </w:pPr>
      <w:r>
        <w:t>تو میرے نزدیک یہ سب چیزیں جو ہیں اس وقت پیدا ہوتی ہیں جب آپ اپنی ذہن میں Distraction سے اپنے آپ کو بچائیں۔</w:t>
      </w:r>
    </w:p>
    <w:p>
      <w:r>
        <w:rPr>
          <w:b/>
        </w:rPr>
        <w:t xml:space="preserve">[58:25] </w:t>
      </w:r>
      <w:r>
        <w:t>toh agar aap ko apne aap se mohabbat hai. agar aap ko chahte hain ke aap masjid insan ke apne ko Develop karein. toh aap ko soch soch kar apne ko Distraction se nikalna hoga.</w:t>
      </w:r>
    </w:p>
    <w:p>
      <w:pPr>
        <w:jc w:val="right"/>
      </w:pPr>
      <w:r>
        <w:t>تو اگر آپ کو اپنے آپ سے محبت ہے۔ اگر آپ کو چاہتے ہیں کہ آپ مسجد انسان کے اپنے کو Develop کریں۔ تو آپ کو سوچ سوچ کر اپنے کو Distraction سے نکالنا ہوگا۔</w:t>
      </w:r>
    </w:p>
    <w:p>
      <w:r>
        <w:rPr>
          <w:b/>
        </w:rPr>
        <w:t xml:space="preserve">[58:38] </w:t>
      </w:r>
      <w:r>
        <w:t>kyun ke Distraction mein hota yeh hai ke aadmi Condition ho jata hai. Conditioning ki wajah se us ko Distraction nazar nahi aata.</w:t>
      </w:r>
    </w:p>
    <w:p>
      <w:pPr>
        <w:jc w:val="right"/>
      </w:pPr>
      <w:r>
        <w:t>کیونکہ Distraction میں ہوتا یہ ہے کہ آدمی Condition ہو جاتا ہے۔ Conditioning کی وجہ سے اس کو Distraction نظر نہیں آتا۔</w:t>
      </w:r>
    </w:p>
    <w:p>
      <w:r>
        <w:rPr>
          <w:b/>
        </w:rPr>
        <w:t xml:space="preserve">[58:48] </w:t>
      </w:r>
      <w:r>
        <w:t>toh sochna parta hai. aap ko apni Condition ko todna hoga. aur Condition ko tod kar ke apni Distraction ko Discover karna hoga.</w:t>
      </w:r>
    </w:p>
    <w:p>
      <w:pPr>
        <w:jc w:val="right"/>
      </w:pPr>
      <w:r>
        <w:t>تو سوچنا پڑتا ہے۔ آپ کو اپنی Condition کو توڑنا ہوگا۔ اور Condition کو توڑ کر کے اپنی Distraction کو Discover کرنا ہوگا۔</w:t>
      </w:r>
    </w:p>
    <w:p>
      <w:r>
        <w:rPr>
          <w:b/>
        </w:rPr>
        <w:t xml:space="preserve">[58:58] </w:t>
      </w:r>
      <w:r>
        <w:t>phir apne aap ko Focus par lana hoga. aur koi doosra tareeqa is ke liye hai nahi.</w:t>
      </w:r>
    </w:p>
    <w:p>
      <w:pPr>
        <w:jc w:val="right"/>
      </w:pPr>
      <w:r>
        <w:t>پھر اپنے آپ کو Focus پر لانا ہوگا۔ اور کوئی دوسرا طریقہ اس کے لیے ہے نہیں۔</w:t>
      </w:r>
    </w:p>
    <w:p>
      <w:r>
        <w:rPr>
          <w:b/>
        </w:rPr>
        <w:t xml:space="preserve">[59:11] </w:t>
      </w:r>
      <w:r>
        <w:t>maulana, agla Comment aaya hai khawaja kaleemuddin sahib ka pensilvania, USA se. aur unhon ne likha hai: "maulana sahib, You have already abundantly proved in your number of books that قرآن does not either advise you to establish a system or gives you a well-defined system of society.</w:t>
      </w:r>
    </w:p>
    <w:p>
      <w:pPr>
        <w:jc w:val="right"/>
      </w:pPr>
      <w:r>
        <w:t>مولانا، اگلا Comment آیا ہے خواجہ کلیم الدین صاحب کا پینسلوینیا، یو ایس اے سے۔ اور انہوں نے لکھا ہے: "مولانا صاحب، You have already abundantly proved in your number of books that قرآن does not either advise you to establish a system or gives you a well-defined system of society.</w:t>
      </w:r>
    </w:p>
    <w:p>
      <w:r>
        <w:rPr>
          <w:b/>
        </w:rPr>
        <w:t xml:space="preserve">[59:34] </w:t>
      </w:r>
      <w:r>
        <w:t>But in today's lecture I have learned a new point that is قرآن invites you to be a creative thinker. And also you gave us the details what it means to be a creative thinker.</w:t>
      </w:r>
    </w:p>
    <w:p>
      <w:pPr>
        <w:jc w:val="right"/>
      </w:pPr>
      <w:r>
        <w:t>But in today's lecture I have learned a new point that is قرآن invites you to be a creative thinker. And also you gave us the details what it means to be a creative thinker.</w:t>
      </w:r>
    </w:p>
    <w:p>
      <w:r>
        <w:rPr>
          <w:b/>
        </w:rPr>
        <w:t xml:space="preserve">[59:48] </w:t>
      </w:r>
      <w:r>
        <w:t>And being creative it opens the door for intellectual development. It is really a very thrilling point. Thank you very much."</w:t>
      </w:r>
    </w:p>
    <w:p>
      <w:pPr>
        <w:jc w:val="right"/>
      </w:pPr>
      <w:r>
        <w:t>And being creative it opens the door for intellectual development. It is really a very thrilling point. Thank you very much."</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