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Life's Journey April 12, 2015</w:t>
      </w:r>
    </w:p>
    <w:p>
      <w:r>
        <w:t>https://youtu.be/9AF97mfiIPc</w:t>
      </w:r>
    </w:p>
    <w:p>
      <w:r>
        <w:rPr>
          <w:b/>
        </w:rPr>
        <w:t xml:space="preserve">[00:14] </w:t>
      </w:r>
      <w:r>
        <w:t>bismillah hir rahman nir rahim. wa yusalli Allahu ala nabiyyi al-karim.</w:t>
      </w:r>
    </w:p>
    <w:p>
      <w:pPr>
        <w:jc w:val="right"/>
      </w:pPr>
      <w:r>
        <w:t>بسم اللہ الرحمن الرحیم۔ وصلی اللہ علی النبی الکریم۔</w:t>
      </w:r>
    </w:p>
    <w:p>
      <w:r>
        <w:rPr>
          <w:b/>
        </w:rPr>
        <w:t xml:space="preserve">[00:22] </w:t>
      </w:r>
      <w:r>
        <w:t>rab ishrah li sadri, wa yassir li amri, wa a'qad min lisani yafqahu qawli.</w:t>
      </w:r>
    </w:p>
    <w:p>
      <w:pPr>
        <w:jc w:val="right"/>
      </w:pPr>
      <w:r>
        <w:t>رب اشرح لی صدری، ویسر لی امری، واعل العقدۃ من لسانی یقول قولی۔</w:t>
      </w:r>
    </w:p>
    <w:p>
      <w:r>
        <w:rPr>
          <w:b/>
        </w:rPr>
        <w:t xml:space="preserve">[00:35] </w:t>
      </w:r>
      <w:r>
        <w:t>12 April 2015.</w:t>
      </w:r>
    </w:p>
    <w:p>
      <w:pPr>
        <w:jc w:val="right"/>
      </w:pPr>
      <w:r>
        <w:t>12 اپریل 2015۔</w:t>
      </w:r>
    </w:p>
    <w:p>
      <w:r>
        <w:rPr>
          <w:b/>
        </w:rPr>
        <w:t xml:space="preserve">[00:42] </w:t>
      </w:r>
      <w:r>
        <w:t>aaj ka topic hai safar hayat.</w:t>
      </w:r>
    </w:p>
    <w:p>
      <w:pPr>
        <w:jc w:val="right"/>
      </w:pPr>
      <w:r>
        <w:t>آج کا ٹاپک ہے سفر حیات۔</w:t>
      </w:r>
    </w:p>
    <w:p>
      <w:r>
        <w:rPr>
          <w:b/>
        </w:rPr>
        <w:t xml:space="preserve">[00:51] </w:t>
      </w:r>
      <w:r>
        <w:t>life journey. yani zindagi ka safar.</w:t>
      </w:r>
    </w:p>
    <w:p>
      <w:pPr>
        <w:jc w:val="right"/>
      </w:pPr>
      <w:r>
        <w:t>لائف جرنی۔ یعنی زندگی کا سفر۔</w:t>
      </w:r>
    </w:p>
    <w:p>
      <w:r>
        <w:rPr>
          <w:b/>
        </w:rPr>
        <w:t xml:space="preserve">[00:59] </w:t>
      </w:r>
      <w:r>
        <w:t>quran mein aik ayat hai, Aal-e-Imran, 152.</w:t>
      </w:r>
    </w:p>
    <w:p>
      <w:pPr>
        <w:jc w:val="right"/>
      </w:pPr>
      <w:r>
        <w:t>قرآن میں ایک آیت ہے، آل عمران، 152۔</w:t>
      </w:r>
    </w:p>
    <w:p>
      <w:r>
        <w:rPr>
          <w:b/>
        </w:rPr>
        <w:t xml:space="preserve">[01:08] </w:t>
      </w:r>
      <w:r>
        <w:t>minkum mein yareed dunya wa minkum mein yareed akhirat. is ka translation hai: tum mein se koi hai jo dunya chahta hai, aur koi hai jo akhirat chahta hai.</w:t>
      </w:r>
    </w:p>
    <w:p>
      <w:pPr>
        <w:jc w:val="right"/>
      </w:pPr>
      <w:r>
        <w:t>منکم میں یرید دنیا ومنکم میں یرید آخرت۔ اس کا ٹرانسلیشن ہے: تم میں سے کوئی ہے جو دنیا چاہتا ہے، اور کوئی ہے جو آخرت چاہتا ہے۔</w:t>
      </w:r>
    </w:p>
    <w:p>
      <w:r>
        <w:rPr>
          <w:b/>
        </w:rPr>
        <w:t xml:space="preserve">[01:27] </w:t>
      </w:r>
      <w:r>
        <w:t>is ka matlab hai ke zindagi ke safar ke do tareeqay hain. aik hai dunya ke liye safar karna, aik akhirat ke liye safar karna.</w:t>
      </w:r>
    </w:p>
    <w:p>
      <w:pPr>
        <w:jc w:val="right"/>
      </w:pPr>
      <w:r>
        <w:t>اس کا معنی ہے کہ زندگی کے سفر کے دو طریقے ہیں۔ ایک ہے دنیا کے لیے سفر کرنا، ایک آخرت کے لیے سفر کرنا۔</w:t>
      </w:r>
    </w:p>
    <w:p>
      <w:r>
        <w:rPr>
          <w:b/>
        </w:rPr>
        <w:t xml:space="preserve">[01:40] </w:t>
      </w:r>
      <w:r>
        <w:t>yani material goal ke liye aur spiritual goal ke liye. das worldly</w:t>
      </w:r>
    </w:p>
    <w:p>
      <w:pPr>
        <w:jc w:val="right"/>
      </w:pPr>
      <w:r>
        <w:t>یعنی مٹیریل گول کے لیے اور اسپریچول گول کے لیے۔ دس ورلڈلی</w:t>
      </w:r>
    </w:p>
    <w:p>
      <w:r>
        <w:rPr>
          <w:b/>
        </w:rPr>
        <w:t xml:space="preserve">[01:51] </w:t>
      </w:r>
      <w:r>
        <w:t>destination ke liye, other worldly destination</w:t>
      </w:r>
    </w:p>
    <w:p>
      <w:pPr>
        <w:jc w:val="right"/>
      </w:pPr>
      <w:r>
        <w:t>ڈسٹینشن کے لیے، ادر ورلڈلی ڈسٹینشن</w:t>
      </w:r>
    </w:p>
    <w:p>
      <w:r>
        <w:rPr>
          <w:b/>
        </w:rPr>
        <w:t xml:space="preserve">[01:54] </w:t>
      </w:r>
      <w:r>
        <w:t>ke liye. yeh do zindagi ke safar ke tareeqay hain.</w:t>
      </w:r>
    </w:p>
    <w:p>
      <w:pPr>
        <w:jc w:val="right"/>
      </w:pPr>
      <w:r>
        <w:t>کے لیے۔ یہ دو زندگی کے سفر کے طریقے ہیں۔</w:t>
      </w:r>
    </w:p>
    <w:p>
      <w:r>
        <w:rPr>
          <w:b/>
        </w:rPr>
        <w:t xml:space="preserve">[02:03] </w:t>
      </w:r>
      <w:r>
        <w:t>yehi hamesha se raah hai, aaj bhi hai, hamesha rahega. acha. is ka matlab kya hai?</w:t>
      </w:r>
    </w:p>
    <w:p>
      <w:pPr>
        <w:jc w:val="right"/>
      </w:pPr>
      <w:r>
        <w:t>یہی ہمیشہ سے راہ ہے، آج بھی ہے، ہمیشہ رہے گا۔ اچھا۔ اس کا مطلب کیا ہے؟</w:t>
      </w:r>
    </w:p>
    <w:p>
      <w:r>
        <w:rPr>
          <w:b/>
        </w:rPr>
        <w:t xml:space="preserve">[02:13] </w:t>
      </w:r>
      <w:r>
        <w:t>is ka matlab yeh hai ke yeh jis dunya mein aap hain, yeh is ko kaha jata hai present world.</w:t>
      </w:r>
    </w:p>
    <w:p>
      <w:pPr>
        <w:jc w:val="right"/>
      </w:pPr>
      <w:r>
        <w:t>اس کا مطلب یہ ہے کہ یہ جس دنیا میں آپ ہیں، یہ اس کو کہا جاتا ہے پریزنٹ ورلڈ۔</w:t>
      </w:r>
    </w:p>
    <w:p>
      <w:r>
        <w:rPr>
          <w:b/>
        </w:rPr>
        <w:t xml:space="preserve">[02:23] </w:t>
      </w:r>
      <w:r>
        <w:t>aik dunya woh aati hai jo maut ke baad aati hai.</w:t>
      </w:r>
    </w:p>
    <w:p>
      <w:pPr>
        <w:jc w:val="right"/>
      </w:pPr>
      <w:r>
        <w:t>ایک دنیا وہ آتی ہے جو موت کے بعد آتی ہے۔</w:t>
      </w:r>
    </w:p>
    <w:p>
      <w:r>
        <w:rPr>
          <w:b/>
        </w:rPr>
        <w:t xml:space="preserve">[02:29] </w:t>
      </w:r>
      <w:r>
        <w:t>to aik hai pre death period, aik hai post death period. to insano ki majority jo hai, present world ke lehaz se apni planning karti hai.</w:t>
      </w:r>
    </w:p>
    <w:p>
      <w:pPr>
        <w:jc w:val="right"/>
      </w:pPr>
      <w:r>
        <w:t>تو ایک ہے پری ڈیتھ پیریڈ، ایک ہے پوسٹ ڈیتھ پیریڈ۔ تو انسانوں کی میجورٹی جو ہے، پریزنٹ ورلڈ کے لحاظ سے اپنی پلاننگ کرتی ہے۔</w:t>
      </w:r>
    </w:p>
    <w:p>
      <w:r>
        <w:rPr>
          <w:b/>
        </w:rPr>
        <w:t xml:space="preserve">[02:44] </w:t>
      </w:r>
      <w:r>
        <w:t>is ka safar material world mein safar hota hai, material goal ke liye hota hai.</w:t>
      </w:r>
    </w:p>
    <w:p>
      <w:pPr>
        <w:jc w:val="right"/>
      </w:pPr>
      <w:r>
        <w:t>اس کا سفر مٹیریل ورلڈ میں سفر ہوتا ہے، مٹیریل گول کے لیے ہوتا ہے۔</w:t>
      </w:r>
    </w:p>
    <w:p>
      <w:r>
        <w:rPr>
          <w:b/>
        </w:rPr>
        <w:t xml:space="preserve">[02:53] </w:t>
      </w:r>
      <w:r>
        <w:t>safar ka matlab kya hai?</w:t>
      </w:r>
    </w:p>
    <w:p>
      <w:pPr>
        <w:jc w:val="right"/>
      </w:pPr>
      <w:r>
        <w:t>سفر کا مطلب کیا ہے؟</w:t>
      </w:r>
    </w:p>
    <w:p>
      <w:r>
        <w:rPr>
          <w:b/>
        </w:rPr>
        <w:t xml:space="preserve">[02:57] </w:t>
      </w:r>
      <w:r>
        <w:t>sochna, planning karna. ab maqsad yeh hota hai ke aap ke paas acha ghar ho, aap ki family ke liye sab har qism ka comfort hasil rahe.</w:t>
      </w:r>
    </w:p>
    <w:p>
      <w:pPr>
        <w:jc w:val="right"/>
      </w:pPr>
      <w:r>
        <w:t>سوچنا، پلاننگ کرنا۔ اب مقصد یہ ہوتا ہے کہ آپ کے پاس اچھا گھر ہو، آپ کی فیملی کے لیے سب ہر قسم کا کمفرٹ حاصل رہے۔</w:t>
      </w:r>
    </w:p>
    <w:p>
      <w:r>
        <w:rPr>
          <w:b/>
        </w:rPr>
        <w:t xml:space="preserve">[03:14] </w:t>
      </w:r>
      <w:r>
        <w:t>dunya mein jo taraqqiyon ke, dunya mein jo taraqqiyan hain, woh aap ko, aap ki family ko hasil hon. yeh hai material goal.</w:t>
      </w:r>
    </w:p>
    <w:p>
      <w:pPr>
        <w:jc w:val="right"/>
      </w:pPr>
      <w:r>
        <w:t>دنیا میں جو ترقیوں کے، دنیا میں جو ترقیاں ہیں، وہ آپ کو، آپ کی فیملی کو حاصل ہوں۔ یہ ہے مٹیریل گول۔</w:t>
      </w:r>
    </w:p>
    <w:p>
      <w:r>
        <w:rPr>
          <w:b/>
        </w:rPr>
        <w:t xml:space="preserve">[03:28] </w:t>
      </w:r>
      <w:r>
        <w:t>doosra hai spiritual goal. to material goal mein external development target hota hai.</w:t>
      </w:r>
    </w:p>
    <w:p>
      <w:pPr>
        <w:jc w:val="right"/>
      </w:pPr>
      <w:r>
        <w:t>دوسرا ہے اسپریچول گول۔ تو مٹیریل گول میں ایکسٹرنل ڈویلپمنٹ ٹارگٹ ہوتا ہے۔</w:t>
      </w:r>
    </w:p>
    <w:p>
      <w:r>
        <w:rPr>
          <w:b/>
        </w:rPr>
        <w:t xml:space="preserve">[03:39] </w:t>
      </w:r>
      <w:r>
        <w:t>material goal mein jo target hota hai, woh external world.</w:t>
      </w:r>
    </w:p>
    <w:p>
      <w:pPr>
        <w:jc w:val="right"/>
      </w:pPr>
      <w:r>
        <w:t>مٹیریل گول میں جو ٹارگٹ ہوتا ہے، وہ ایکسٹرنل ورلڈ۔</w:t>
      </w:r>
    </w:p>
    <w:p>
      <w:r>
        <w:rPr>
          <w:b/>
        </w:rPr>
        <w:t xml:space="preserve">[03:45] </w:t>
      </w:r>
      <w:r>
        <w:t>yani hamare wajood ke bahir jo dunya hai, us mein aap taraqqiyan dhoondhte hain. job, business,</w:t>
      </w:r>
    </w:p>
    <w:p>
      <w:pPr>
        <w:jc w:val="right"/>
      </w:pPr>
      <w:r>
        <w:t>یعنی ہمارے وجود کے باہر جو دنیا ہے، اس میں آپ ترقیاں ڈھونڈتے ہیں۔ جاب، بزنس،</w:t>
      </w:r>
    </w:p>
    <w:p>
      <w:r>
        <w:rPr>
          <w:b/>
        </w:rPr>
        <w:t xml:space="preserve">[03:56] </w:t>
      </w:r>
      <w:r>
        <w:t>aur ghar, sawariyan, bachon ki taleem, dunya mein achi position, yeh sara external world ki cheezain hain.</w:t>
      </w:r>
    </w:p>
    <w:p>
      <w:pPr>
        <w:jc w:val="right"/>
      </w:pPr>
      <w:r>
        <w:t>اور گھر، سواریاں، بچوں کی تعلیم، دنیا میں اچھی پوزیشن، یہ سارا ایکسٹرنل ورلڈ کی چیزیں ہیں۔</w:t>
      </w:r>
    </w:p>
    <w:p>
      <w:r>
        <w:rPr>
          <w:b/>
        </w:rPr>
        <w:t xml:space="preserve">[04:13] </w:t>
      </w:r>
      <w:r>
        <w:t>to jo dunya ko apna nishaan banata hai, woh external world ki development mein zindagi bhar laga rehta hai.</w:t>
      </w:r>
    </w:p>
    <w:p>
      <w:pPr>
        <w:jc w:val="right"/>
      </w:pPr>
      <w:r>
        <w:t>تو جو دنیا کو اپنا نشان بناتا ہے، وہ ایکسٹرنل ورلڈ کی ڈویلپمنٹ میں زندگی بھر لگا رہتا ہے۔</w:t>
      </w:r>
    </w:p>
    <w:p>
      <w:r>
        <w:rPr>
          <w:b/>
        </w:rPr>
        <w:t xml:space="preserve">[04:30] </w:t>
      </w:r>
      <w:r>
        <w:t>yani woh, woh external world ka matlab yeh hai ke woh dunya jo pre death period mein jis mein hum jeete hain.</w:t>
      </w:r>
    </w:p>
    <w:p>
      <w:pPr>
        <w:jc w:val="right"/>
      </w:pPr>
      <w:r>
        <w:t>یعنی وہ، وہ ایکسٹرنل ورلڈ کا مطلب یہ ہے کہ وہ دنیا جو پری ڈیتھ پیریڈ میں جس میں ہم جیتے ہیں۔</w:t>
      </w:r>
    </w:p>
    <w:p>
      <w:r>
        <w:rPr>
          <w:b/>
        </w:rPr>
        <w:t xml:space="preserve">[04:43] </w:t>
      </w:r>
      <w:r>
        <w:t>aur doosra jo tareeqa hai, us tareeqay mein internal world ka development ka nishana hot</w:t>
      </w:r>
    </w:p>
    <w:p>
      <w:pPr>
        <w:jc w:val="right"/>
      </w:pPr>
      <w:r>
        <w:t>اور دوسرا جو طریقہ ہے، اس طریقے میں انٹرنل ورلڈ کا ڈویلپمنٹ کا نشانہ ہوت</w:t>
      </w:r>
    </w:p>
    <w:p>
      <w:r>
        <w:rPr>
          <w:b/>
        </w:rPr>
        <w:t xml:space="preserve">[04:51] </w:t>
      </w:r>
      <w:r>
        <w:t>a hai. internal world. yani aap ka wajood, aap ka mind, aap ke spiritual being, us ki taameer karte hain aap.</w:t>
      </w:r>
    </w:p>
    <w:p>
      <w:pPr>
        <w:jc w:val="right"/>
      </w:pPr>
      <w:r>
        <w:t>ا ہے۔ انٹرنل ورلڈ۔ یعنی آپ کا وجود، آپ کا مائنڈ، آپ کے اسپریچول بینگ، اس کی تعمیر کرتے ہیں آپ۔</w:t>
      </w:r>
    </w:p>
    <w:p>
      <w:r>
        <w:rPr>
          <w:b/>
        </w:rPr>
        <w:t xml:space="preserve">[05:03] </w:t>
      </w:r>
      <w:r>
        <w:t>us ko develop karte hain aap. yeh hain do tareeqay. to jo log external world ki development mein lage rehte hain, to maut jab aati hai to woh yahi chhod ke chale jate hain.</w:t>
      </w:r>
    </w:p>
    <w:p>
      <w:pPr>
        <w:jc w:val="right"/>
      </w:pPr>
      <w:r>
        <w:t>اس کو ڈویلپ کرتے ہیں آپ۔ یہ ہیں دو طریقے۔ تو جو لوگ ایکسٹرنل ورلڈ کی ڈویلپمنٹ میں لگے رہتے ہیں، تو موت جب آتی ہے تو وہ یہی چھوڑ کے چلے جاتے ہیں۔</w:t>
      </w:r>
    </w:p>
    <w:p>
      <w:r>
        <w:rPr>
          <w:b/>
        </w:rPr>
        <w:t xml:space="preserve">[05:19] </w:t>
      </w:r>
      <w:r>
        <w:t>un ke sath kuch nahi jata.</w:t>
      </w:r>
    </w:p>
    <w:p>
      <w:pPr>
        <w:jc w:val="right"/>
      </w:pPr>
      <w:r>
        <w:t>ان کے ساتھ کچھ نہیں جاتا۔</w:t>
      </w:r>
    </w:p>
    <w:p>
      <w:r>
        <w:rPr>
          <w:b/>
        </w:rPr>
        <w:t xml:space="preserve">[05:23] </w:t>
      </w:r>
      <w:r>
        <w:t>maut ke baad sab kuch chhod deta hai aadmi. waqta qata'at bihi l'asbab. aage kuch le ke jane ki koi cheez nahi hoti.</w:t>
      </w:r>
    </w:p>
    <w:p>
      <w:pPr>
        <w:jc w:val="right"/>
      </w:pPr>
      <w:r>
        <w:t>موت کے بعد سب کچھ چھوڑ دیتا ہے آدمی۔ وتقطعت بہب الاسباب۔ آگے کچھ لے کے جانے کی کوئی چیز نہیں ہوتی۔</w:t>
      </w:r>
    </w:p>
    <w:p>
      <w:r>
        <w:rPr>
          <w:b/>
        </w:rPr>
        <w:t xml:space="preserve">[05:35] </w:t>
      </w:r>
      <w:r>
        <w:t>lekin jo log internal world ko develop karte hain, yani apne andar tazkiya, spiritual development, intellectual development, personality development, yeh hai internal development.</w:t>
      </w:r>
    </w:p>
    <w:p>
      <w:pPr>
        <w:jc w:val="right"/>
      </w:pPr>
      <w:r>
        <w:t>لیکن جو لوگ انٹرنل ورلڈ کو ڈویلپ کرتے ہیں، یعنی اپنے اندر تزکیہ، اسپریچول ڈویلپمنٹ، انٹلیکچول ڈویلپمنٹ، پرسنیلٹی ڈویلپمنٹ، یہ ہے انٹرنل ڈویلپمنٹ۔</w:t>
      </w:r>
    </w:p>
    <w:p>
      <w:r>
        <w:rPr>
          <w:b/>
        </w:rPr>
        <w:t xml:space="preserve">[05:52] </w:t>
      </w:r>
      <w:r>
        <w:t>to yeh woh cheez hai jis ko le kar aap aagay aagay atay hain. aur yahi woh wajood hai, internally developed personality.</w:t>
      </w:r>
    </w:p>
    <w:p>
      <w:pPr>
        <w:jc w:val="right"/>
      </w:pPr>
      <w:r>
        <w:t>تو یہ وہ چیز ہے جس کو لے کر آپ آگے آگے آتے ہیں۔ اور یہی وہ وجود ہے، انٹرنلی ڈویلپڈ پرسنیلٹی۔</w:t>
      </w:r>
    </w:p>
    <w:p>
      <w:r>
        <w:rPr>
          <w:b/>
        </w:rPr>
        <w:t xml:space="preserve">[06:03] </w:t>
      </w:r>
      <w:r>
        <w:t>isi ko jannat mein jagah milti hai.</w:t>
      </w:r>
    </w:p>
    <w:p>
      <w:pPr>
        <w:jc w:val="right"/>
      </w:pPr>
      <w:r>
        <w:t>اسی کو جنت میں جگہ ملتی ہے۔</w:t>
      </w:r>
    </w:p>
    <w:p>
      <w:r>
        <w:rPr>
          <w:b/>
        </w:rPr>
        <w:t xml:space="preserve">[06:08] </w:t>
      </w:r>
      <w:r>
        <w:t>isi ko jannat mein jagah milti hai. aap ghore kijiye ke external world ka tareeqa kya hai? internal world ki development ka tareeqa kya hai?</w:t>
      </w:r>
    </w:p>
    <w:p>
      <w:pPr>
        <w:jc w:val="right"/>
      </w:pPr>
      <w:r>
        <w:t>اسی کو جنت میں جگہ ملتی ہے۔ آپ غور کیجیے کہ ایکسٹرنل ورلڈ کا طریقہ کیا ہے؟ انٹرنل ورلڈ کی ڈویلپمنٹ کا طریقہ کیا ہے؟</w:t>
      </w:r>
    </w:p>
    <w:p>
      <w:r>
        <w:rPr>
          <w:b/>
        </w:rPr>
        <w:t xml:space="preserve">[06:21] </w:t>
      </w:r>
      <w:r>
        <w:t>aur internal world ki development ka tareeqa kya hai? to external world ka jo maidan hai, woh dunya ki fame, dunya mein position hasil karna, dunya ka maal o daulat aap ke paas ho,</w:t>
      </w:r>
    </w:p>
    <w:p>
      <w:pPr>
        <w:jc w:val="right"/>
      </w:pPr>
      <w:r>
        <w:t>اور انٹرنل ورلڈ کی ڈویلپمنٹ کا طریقہ کیا ہے؟ تو ایکسٹرنل ورلڈ کا جو میدان ہے، وہ دنیا کی فیم، دنیا میں پوزیشن حاصل کرنا، دنیا کا مال و دولت آپ کے پاس ہو،</w:t>
      </w:r>
    </w:p>
    <w:p>
      <w:r>
        <w:rPr>
          <w:b/>
        </w:rPr>
        <w:t xml:space="preserve">[06:40] </w:t>
      </w:r>
      <w:r>
        <w:t>aap ke paas baray ghar hon, carain hon, aap ke bachay bari bari tarqqiyan kar rahay hon, aap ki family high family samajh jati ho,</w:t>
      </w:r>
    </w:p>
    <w:p>
      <w:pPr>
        <w:jc w:val="right"/>
      </w:pPr>
      <w:r>
        <w:t>آپ کے پاس بڑے گھر ہوں، کاریں ہوں، آپ کے بچے بڑی بڑی ترقیاں کر رہے ہوں، آپ کی فیملی ہائی فیملی سمجھ جاتی ہو،</w:t>
      </w:r>
    </w:p>
    <w:p>
      <w:r>
        <w:rPr>
          <w:b/>
        </w:rPr>
        <w:t xml:space="preserve">[06:51] </w:t>
      </w:r>
      <w:r>
        <w:t>yeh sab external world ke maidan hain. is mein sari koshishain laga lagata hai aadmi. sari soch, sari door dhoop, sari activity isi external naqshay mein chalti hai is ki.</w:t>
      </w:r>
    </w:p>
    <w:p>
      <w:pPr>
        <w:jc w:val="right"/>
      </w:pPr>
      <w:r>
        <w:t>یہ سب ایکسٹرنل ورلڈ کے میدان ہیں۔ اس میں ساری کوششیں لگا لگاتا ہے آدمی۔ ساری سوچ، ساری دور دھوپ، ساری ایکٹیویٹی اسی ایکسٹرنل نقشے میں چلتی ہے اس کی۔</w:t>
      </w:r>
    </w:p>
    <w:p>
      <w:r>
        <w:rPr>
          <w:b/>
        </w:rPr>
        <w:t xml:space="preserve">[07:05] </w:t>
      </w:r>
      <w:r>
        <w:t>lekin hadith mein aata hai ke aksar zikr hadim lil zatt. yaani maut jo hai, lazzaton ki hadim hai.</w:t>
      </w:r>
    </w:p>
    <w:p>
      <w:pPr>
        <w:jc w:val="right"/>
      </w:pPr>
      <w:r>
        <w:t>لیکن حدیث میں آتا ہے کہ اکثر ذکر حادم للذات۔ یعنی موت جو ہے، لذتوں کی حادم ہے۔</w:t>
      </w:r>
    </w:p>
    <w:p>
      <w:r>
        <w:rPr>
          <w:b/>
        </w:rPr>
        <w:t xml:space="preserve">[07:16] </w:t>
      </w:r>
      <w:r>
        <w:t>muntazim karne wali</w:t>
      </w:r>
    </w:p>
    <w:p>
      <w:pPr>
        <w:jc w:val="right"/>
      </w:pPr>
      <w:r>
        <w:t>منظم کرنے والی</w:t>
      </w:r>
    </w:p>
    <w:p>
      <w:r>
        <w:rPr>
          <w:b/>
        </w:rPr>
        <w:t xml:space="preserve">[07:17] </w:t>
      </w:r>
      <w:r>
        <w:t>hai. is ka matlab kya hai? ke maut ko le kar agar aap sochen to aap ki yeh soch nahi banay gi.</w:t>
      </w:r>
    </w:p>
    <w:p>
      <w:pPr>
        <w:jc w:val="right"/>
      </w:pPr>
      <w:r>
        <w:t>ہے۔ اس کا مطلب کیا ہے؟ کہ موت کو لے کر اگر آپ سوچیں تو آپ کی یہ سوچ نہیں بنے گی۔</w:t>
      </w:r>
    </w:p>
    <w:p>
      <w:r>
        <w:rPr>
          <w:b/>
        </w:rPr>
        <w:t xml:space="preserve">[07:26] </w:t>
      </w:r>
      <w:r>
        <w:t>kyun ke aap yeh sochen ge ke external world mein jo jo kuch bhi develop karoon ga mein, woh sab yahin reh jaye ga. mere saath janay wala hai hi nahi.</w:t>
      </w:r>
    </w:p>
    <w:p>
      <w:pPr>
        <w:jc w:val="right"/>
      </w:pPr>
      <w:r>
        <w:t>کیونکہ آپ یہ سوچیں گے کہ ایکسٹرنل ورلڈ میں جو جو کچھ بھی ڈویلپ کروں گا میں، وہ سب یہیں رہ جائے گا۔ میرے ساتھ جانے والا ہے ہی نہیں۔</w:t>
      </w:r>
    </w:p>
    <w:p>
      <w:r>
        <w:rPr>
          <w:b/>
        </w:rPr>
        <w:t xml:space="preserve">[07:36] </w:t>
      </w:r>
      <w:r>
        <w:t>maut ke baad jo cheez jaye gi, woh mera internal personality hai. to is ki aap fikr karen ge.</w:t>
      </w:r>
    </w:p>
    <w:p>
      <w:pPr>
        <w:jc w:val="right"/>
      </w:pPr>
      <w:r>
        <w:t>موت کے بعد جو چیز جائے گی، وہ میرا انٹرنل پرسنیلٹی ہے۔ تو اس کی آپ فکر کریں گے۔</w:t>
      </w:r>
    </w:p>
    <w:p>
      <w:r>
        <w:rPr>
          <w:b/>
        </w:rPr>
        <w:t xml:space="preserve">[07:47] </w:t>
      </w:r>
      <w:r>
        <w:t>to external world ke development ke jo naqshay hain, woh sab ko maloom hain. yaani paisa kamana, business karna, acha job, achi taleem bachon ki, ghar banana, achay areas mein carain hon aap ke paas, aap ko stage pe jagah mile,</w:t>
      </w:r>
    </w:p>
    <w:p>
      <w:pPr>
        <w:jc w:val="right"/>
      </w:pPr>
      <w:r>
        <w:t>تو ایکسٹرنل ورلڈ کے ڈویلپمنٹ کے جو نقشے ہیں، وہ سب کو معلوم ہیں۔ یعنی پیسہ کمانا، بزنس کرنا، اچھا جاب، اچھی تعلیم بچوں کی، گھر بنانا، اچھے ایریاز میں کاریں ہوں آپ کے پاس، آپ کو اسٹیج پہ جگہ ملے،</w:t>
      </w:r>
    </w:p>
    <w:p>
      <w:r>
        <w:rPr>
          <w:b/>
        </w:rPr>
        <w:t xml:space="preserve">[08:09] </w:t>
      </w:r>
      <w:r>
        <w:t>aap ko dunya mein fame hasil ho, yeh sab woh maidan hain jahan external development ki activities chalti hain.</w:t>
      </w:r>
    </w:p>
    <w:p>
      <w:pPr>
        <w:jc w:val="right"/>
      </w:pPr>
      <w:r>
        <w:t>آپ کو دنیا میں فیم حاصل ہو، یہ سب وہ میدان ہیں جہاں ایکسٹرنل ڈویلپمنٹ کی ایکٹیویٹیز چلتی ہیں۔</w:t>
      </w:r>
    </w:p>
    <w:p>
      <w:r>
        <w:rPr>
          <w:b/>
        </w:rPr>
        <w:t xml:space="preserve">[08:19] </w:t>
      </w:r>
      <w:r>
        <w:t>to yeh Allah ke ka jo naqsha hai, is ke mutabiq nahi hai yeh.</w:t>
      </w:r>
    </w:p>
    <w:p>
      <w:pPr>
        <w:jc w:val="right"/>
      </w:pPr>
      <w:r>
        <w:t>تو یہ اللہ کے کا جو نقشہ ہے، اس کے مطابق نہیں ہے یہ۔</w:t>
      </w:r>
    </w:p>
    <w:p>
      <w:r>
        <w:rPr>
          <w:b/>
        </w:rPr>
        <w:t xml:space="preserve">[08:28] </w:t>
      </w:r>
      <w:r>
        <w:t>kyun ke yeh to yahin reh jaye ga. Allah ka jo naqsha hai, woh woh internal world ka development hai jo aap ke saath jata hai maut ke baad.</w:t>
      </w:r>
    </w:p>
    <w:p>
      <w:pPr>
        <w:jc w:val="right"/>
      </w:pPr>
      <w:r>
        <w:t>کیونکہ یہ تو یہیں رہ جائے گا۔ اللہ کا جو نقشہ ہے، وہ وہ انٹرنل ورلڈ کا ڈویلپمنٹ ہے جو آپ کے ساتھ جاتا ہے موت کے بعد۔</w:t>
      </w:r>
    </w:p>
    <w:p>
      <w:r>
        <w:rPr>
          <w:b/>
        </w:rPr>
        <w:t xml:space="preserve">[08:39] </w:t>
      </w:r>
      <w:r>
        <w:t>aap yeh ghore kijiye ke internal world ka development kaisay hota hai? to yahan mein aap ko Quran ki do ayatein yaad dilana chahta hoon.</w:t>
      </w:r>
    </w:p>
    <w:p>
      <w:pPr>
        <w:jc w:val="right"/>
      </w:pPr>
      <w:r>
        <w:t>آپ یہ غور کیجیے کہ انٹرنل ورلڈ کا ڈویلپمنٹ کیسے ہوتا ہے؟ تو یہاں میں آپ کو قرآن کی دو آیتیں یاد دلانا چاہتا ہوں۔</w:t>
      </w:r>
    </w:p>
    <w:p>
      <w:r>
        <w:rPr>
          <w:b/>
        </w:rPr>
        <w:t xml:space="preserve">[08:50] </w:t>
      </w:r>
      <w:r>
        <w:t>aik ayat hai Surah Luqman mein, aik ayat hai Surah Kahf mein. aik ayat yeh hai ke:</w:t>
      </w:r>
    </w:p>
    <w:p>
      <w:pPr>
        <w:jc w:val="right"/>
      </w:pPr>
      <w:r>
        <w:t>ایک آیت ہے سورہ لقمان میں، ایک آیت ہے سورہ کہف میں۔ ایک آیت یہ ہے کہ:</w:t>
      </w:r>
    </w:p>
    <w:p>
      <w:r>
        <w:rPr>
          <w:b/>
        </w:rPr>
        <w:t xml:space="preserve">[09:00] </w:t>
      </w:r>
      <w:r>
        <w:t>walo an min shaitin niqramun wal bahru yamudduhu min ba'dihi sabatu abhurin ma nafadhat kalimatu allahi</w:t>
      </w:r>
    </w:p>
    <w:p>
      <w:pPr>
        <w:jc w:val="right"/>
      </w:pPr>
      <w:r>
        <w:t>وَلَوْ أَنَّ مِنْ شَيْطٍ نَقْرَامٌ وَالْبَحْرُ يَمُدُّهُ مِنْ بَعْدِهِ سَبَطُ أَبْهُرٍ مَا نَفَذَتْ كَلَمَاتُ اللَّهِ</w:t>
      </w:r>
    </w:p>
    <w:p>
      <w:r>
        <w:rPr>
          <w:b/>
        </w:rPr>
        <w:t xml:space="preserve">[09:10] </w:t>
      </w:r>
      <w:r>
        <w:t>dosri ayat hai: kullu kana al bahru midadan li kalimati rabbihil lanafada al bahru qabla an tanfada kalimatu rabbih. dono ka matlab aik hi hai ke agar shayad agar dunya ke saray darakht jo hain woh qalam bana diye jayen aur dunya ke tamam samandar eent ke bana diye jayen aur likhna shuru kiya jaye Allah ki kalmat</w:t>
      </w:r>
    </w:p>
    <w:p>
      <w:pPr>
        <w:jc w:val="right"/>
      </w:pPr>
      <w:r>
        <w:t>دوسری آیت ہے: كُلُّ كَانَ الْبَحْرُ مِدَادًا لِكَلَمَاتِ رَبِّهِ لَنَفَذَ الْبَحْرُ قَبْلَ أَنْ تَنْفَذَ كَلَمَةُ رَبِّهِ دونوں کا مطلب ایک ہی ہے کہ اگر شاید اگر دنیا کے سارے درخت جو ہیں وہ قلم بنا دیے جائیں اور دنیا کے تمام سمندر اینٹ کے بنا دیے جائیں اور لکھنا شروع کیا جائے اللہ کی کلمات</w:t>
      </w:r>
    </w:p>
    <w:p>
      <w:r>
        <w:rPr>
          <w:b/>
        </w:rPr>
        <w:t xml:space="preserve">[09:39] </w:t>
      </w:r>
      <w:r>
        <w:t>kalmat ka matlab hai marvel of god. Allah ke, Allah ki barai, Allah ki hamd, Allah ki kibriyai.</w:t>
      </w:r>
    </w:p>
    <w:p>
      <w:pPr>
        <w:jc w:val="right"/>
      </w:pPr>
      <w:r>
        <w:t>۔ کلمات کا مطلب ہے Marvel of God۔ اللہ کے، اللہ کی بڑائی، اللہ کی حمد، اللہ کی کبریائی۔</w:t>
      </w:r>
    </w:p>
    <w:p>
      <w:r>
        <w:rPr>
          <w:b/>
        </w:rPr>
        <w:t xml:space="preserve">[09:54] </w:t>
      </w:r>
      <w:r>
        <w:t>to Allah kalmat. kalma ka matlab hota hai maani literal maani hai word. theek hai? yahan matlab hai marvelous of god. to kabhi khatam na hon.</w:t>
      </w:r>
    </w:p>
    <w:p>
      <w:pPr>
        <w:jc w:val="right"/>
      </w:pPr>
      <w:r>
        <w:t>تو اللہ کلمات۔ کلمہ کا مطلب ہوتا ہے معنی Literal معنی ہے Word۔ ٹھیک ہے؟ یہاں مطلب ہے Marvelous of God۔ تو کبھی ختم نہ ہوں۔</w:t>
      </w:r>
    </w:p>
    <w:p>
      <w:r>
        <w:rPr>
          <w:b/>
        </w:rPr>
        <w:t xml:space="preserve">[10:06] </w:t>
      </w:r>
      <w:r>
        <w:t>saray qalam toot jayen, saray samandar khushk ho jayen aur itnay hi aur darakht aur itnay aur samandar reh jayen, tab bhi woh khatam nahi honge.</w:t>
      </w:r>
    </w:p>
    <w:p>
      <w:pPr>
        <w:jc w:val="right"/>
      </w:pPr>
      <w:r>
        <w:t>سارے قلم ٹوٹ جائیں، سارے سمندر خشک ہو جائیں اور اتنے ہی اور درخت اور اتنے اور سمندر رہ جائیں، تب بھی وہ ختم نہیں ہوں گے۔</w:t>
      </w:r>
    </w:p>
    <w:p>
      <w:r>
        <w:rPr>
          <w:b/>
        </w:rPr>
        <w:t xml:space="preserve">[10:16] </w:t>
      </w:r>
      <w:r>
        <w:t>to yeh ayat kyun Quran mein aayi hai? yeh ayat koi nauzubillah Khuda ki ki boosting nahi hai.</w:t>
      </w:r>
    </w:p>
    <w:p>
      <w:pPr>
        <w:jc w:val="right"/>
      </w:pPr>
      <w:r>
        <w:t>تو یہ آیت کیوں قرآن میں آئی ہے؟ یہ آیت کوئی نعوذ باللہ خدا کی کی Boosting نہیں ہے۔</w:t>
      </w:r>
    </w:p>
    <w:p>
      <w:r>
        <w:rPr>
          <w:b/>
        </w:rPr>
        <w:t xml:space="preserve">[10:27] </w:t>
      </w:r>
      <w:r>
        <w:t>boosting ki baat nahi hai yeh ke Khuda itna bara hai, itna bara hai.</w:t>
      </w:r>
    </w:p>
    <w:p>
      <w:pPr>
        <w:jc w:val="right"/>
      </w:pPr>
      <w:r>
        <w:t>Boosting کی بات نہیں ہے یہ کہ خدا اتنا بڑا ہے، اتنا بڑا ہے۔</w:t>
      </w:r>
    </w:p>
    <w:p>
      <w:r>
        <w:rPr>
          <w:b/>
        </w:rPr>
        <w:t xml:space="preserve">[10:32] </w:t>
      </w:r>
      <w:r>
        <w:t>yeh insaan ko bataya gaya hai ke woh internal development ka kaam kis tarah kare. yeh internal development ka maidan bataya gaya hai.</w:t>
      </w:r>
    </w:p>
    <w:p>
      <w:pPr>
        <w:jc w:val="right"/>
      </w:pPr>
      <w:r>
        <w:t>یہ انسان کو بتایا گیا ہے کہ وہ انٹرنل ڈویلپمنٹ کا کام کس طرح کرے۔ یہ انٹرنل ڈویلپمنٹ کا میدان بتایا گیا ہے۔</w:t>
      </w:r>
    </w:p>
    <w:p>
      <w:r>
        <w:rPr>
          <w:b/>
        </w:rPr>
        <w:t xml:space="preserve">[10:44] </w:t>
      </w:r>
      <w:r>
        <w:t>Boosting ki baat naooz billah nahi hai.</w:t>
      </w:r>
    </w:p>
    <w:p>
      <w:pPr>
        <w:jc w:val="right"/>
      </w:pPr>
      <w:r>
        <w:t>Boosting کی بات نعوذ باللہ نہیں ہے۔</w:t>
      </w:r>
    </w:p>
    <w:p>
      <w:r>
        <w:rPr>
          <w:b/>
        </w:rPr>
        <w:t xml:space="preserve">[10:46] </w:t>
      </w:r>
      <w:r>
        <w:t>Woh kaise?</w:t>
      </w:r>
    </w:p>
    <w:p>
      <w:pPr>
        <w:jc w:val="right"/>
      </w:pPr>
      <w:r>
        <w:t>وہ کیسے؟</w:t>
      </w:r>
    </w:p>
    <w:p>
      <w:r>
        <w:rPr>
          <w:b/>
        </w:rPr>
        <w:t xml:space="preserve">[10:51] </w:t>
      </w:r>
      <w:r>
        <w:t>Internal development ya internal personality ka development hota hai through ghore o fikr, tadabbur, tafakkur, tausim, tazakkur is ke zariye hota hai.</w:t>
      </w:r>
    </w:p>
    <w:p>
      <w:pPr>
        <w:jc w:val="right"/>
      </w:pPr>
      <w:r>
        <w:t>انٹرنل ڈویلپمنٹ یا انٹرنل پرسنیلٹی کا ڈویلپمنٹ ہوتا ہے Through غور و فکر، تدبر، تفکر، توسم، تذکر اس کے ذریعے ہوتا ہے۔</w:t>
      </w:r>
    </w:p>
    <w:p>
      <w:r>
        <w:rPr>
          <w:b/>
        </w:rPr>
        <w:t xml:space="preserve">[11:03] </w:t>
      </w:r>
      <w:r>
        <w:t>Yaani intellectual activities ke zariye.</w:t>
      </w:r>
    </w:p>
    <w:p>
      <w:pPr>
        <w:jc w:val="right"/>
      </w:pPr>
      <w:r>
        <w:t>یعنی انٹلیکچول ایکٹیویٹیز کے ذریعے۔</w:t>
      </w:r>
    </w:p>
    <w:p>
      <w:r>
        <w:rPr>
          <w:b/>
        </w:rPr>
        <w:t xml:space="preserve">[11:09] </w:t>
      </w:r>
      <w:r>
        <w:t>Agar external development jo hota hai, woh hota hai physical activities ke zariye. Physical activities ke zariye.</w:t>
      </w:r>
    </w:p>
    <w:p>
      <w:pPr>
        <w:jc w:val="right"/>
      </w:pPr>
      <w:r>
        <w:t>اگر ایکسٹرنل ڈویلپمنٹ جو ہوتا ہے، وہ ہوتا ہے Physical ایکٹیویٹیز کے ذریعے۔ Physical ایکٹیویٹیز کے ذریعے۔</w:t>
      </w:r>
    </w:p>
    <w:p>
      <w:r>
        <w:rPr>
          <w:b/>
        </w:rPr>
        <w:t xml:space="preserve">[11:18] </w:t>
      </w:r>
      <w:r>
        <w:t>Lekin yeh jo hai internal development, yeh hota hai spiritual level par hota hai. Intellectual activities ke zariye hota hai.</w:t>
      </w:r>
    </w:p>
    <w:p>
      <w:pPr>
        <w:jc w:val="right"/>
      </w:pPr>
      <w:r>
        <w:t>لیکن یہ جو ہے انٹرنل ڈویلپمنٹ، یہ ہوتا ہے اسپریچول لیول پر ہوتا ہے۔ انٹلیکچول ایکٹیویٹیز کے ذریعے ہوتا ہے۔</w:t>
      </w:r>
    </w:p>
    <w:p>
      <w:r>
        <w:rPr>
          <w:b/>
        </w:rPr>
        <w:t xml:space="preserve">[11:28] </w:t>
      </w:r>
      <w:r>
        <w:t>Toh woh, woh, woh kya hai? Yaani what is that intellectual development activities</w:t>
      </w:r>
    </w:p>
    <w:p>
      <w:pPr>
        <w:jc w:val="right"/>
      </w:pPr>
      <w:r>
        <w:t>تو وہ، وہ، وہ کیا ہے؟ یعنی What is that intellectual development activities</w:t>
      </w:r>
    </w:p>
    <w:p>
      <w:r>
        <w:rPr>
          <w:b/>
        </w:rPr>
        <w:t xml:space="preserve">[11:36] </w:t>
      </w:r>
      <w:r>
        <w:t>Woh yeh hai ke yeh universe aap jis mein aap hain, yeh poori universe numerous items se bhari hui hai.</w:t>
      </w:r>
    </w:p>
    <w:p>
      <w:pPr>
        <w:jc w:val="right"/>
      </w:pPr>
      <w:r>
        <w:t>وہ یہ ہے کہ یہ یونیورس جو آپ جس میں آپ ہیں، یہ پوری یونیورس Numerous آئٹمز سے بھری ہوئی ہے۔</w:t>
      </w:r>
    </w:p>
    <w:p>
      <w:r>
        <w:rPr>
          <w:b/>
        </w:rPr>
        <w:t xml:space="preserve">[11:47] </w:t>
      </w:r>
      <w:r>
        <w:t>Har zara, har patti, har, har ghaas, har cheez, har cheez, har cheez mein ajayab hain, marvels hain. Is ko, is pe ghore kijiye.</w:t>
      </w:r>
    </w:p>
    <w:p>
      <w:pPr>
        <w:jc w:val="right"/>
      </w:pPr>
      <w:r>
        <w:t>ہر ذرہ، ہر پتی، ہر، ہر گھاس، ہر چیز، ہر چیز، ہر چیز میں عجائب ہیں، Marvels ہیں۔ اس کو، اس پہ غور کیجیے۔</w:t>
      </w:r>
    </w:p>
    <w:p>
      <w:r>
        <w:rPr>
          <w:b/>
        </w:rPr>
        <w:t xml:space="preserve">[11:59] </w:t>
      </w:r>
      <w:r>
        <w:t>Is pe ghore kar ke takhleeq ke kamalat mein khalique ke kamal ko daryaft kijiye.</w:t>
      </w:r>
    </w:p>
    <w:p>
      <w:pPr>
        <w:jc w:val="right"/>
      </w:pPr>
      <w:r>
        <w:t>اس پہ غور کر کے تخلیق کے کمالات میں خالق کے کمال کو دریافت کیجیے۔</w:t>
      </w:r>
    </w:p>
    <w:p>
      <w:r>
        <w:rPr>
          <w:b/>
        </w:rPr>
        <w:t xml:space="preserve">[12:07] </w:t>
      </w:r>
      <w:r>
        <w:t>Yaani creation ke marvels mein creator ki azmat ko daryaft kijiye. Yeh hai journey aur yeh unlimited hai.</w:t>
      </w:r>
    </w:p>
    <w:p>
      <w:pPr>
        <w:jc w:val="right"/>
      </w:pPr>
      <w:r>
        <w:t>یعنی Creation کے Marvels میں Creator کی عظمت کو دریافت کیجیے۔ یہ ہے Journey اور یہ Unlimited ہے۔</w:t>
      </w:r>
    </w:p>
    <w:p>
      <w:r>
        <w:rPr>
          <w:b/>
        </w:rPr>
        <w:t xml:space="preserve">[12:20] </w:t>
      </w:r>
      <w:r>
        <w:t>Yaani kabhi khatam na hone wali. Kabhi khatam na hone wali.</w:t>
      </w:r>
    </w:p>
    <w:p>
      <w:pPr>
        <w:jc w:val="right"/>
      </w:pPr>
      <w:r>
        <w:t>یعنی کبھی ختم نہ ہونے والی۔ کبھی ختم نہ ہونے والی۔</w:t>
      </w:r>
    </w:p>
    <w:p>
      <w:r>
        <w:rPr>
          <w:b/>
        </w:rPr>
        <w:t xml:space="preserve">[12:29] </w:t>
      </w:r>
      <w:r>
        <w:t>Toh yeh duniya jo hai, is duniya mein beshumar items hain.</w:t>
      </w:r>
    </w:p>
    <w:p>
      <w:pPr>
        <w:jc w:val="right"/>
      </w:pPr>
      <w:r>
        <w:t>تو یہ دنیا جو ہے، اس دنیا میں بے شمار آئٹم ہیں۔</w:t>
      </w:r>
    </w:p>
    <w:p>
      <w:r>
        <w:rPr>
          <w:b/>
        </w:rPr>
        <w:t xml:space="preserve">[12:35] </w:t>
      </w:r>
      <w:r>
        <w:t>Is ko ek, ek arab, arab shair ne kaha tha: wa fi kulli shay'in lahu aayatun tadullu 'alayhi al-nahu al-wahid. Yaani har cheez, har cheez mein ek nishani hai.</w:t>
      </w:r>
    </w:p>
    <w:p>
      <w:pPr>
        <w:jc w:val="right"/>
      </w:pPr>
      <w:r>
        <w:t>اس کو ایک، ایک عرب، عرب شاعر نے کہا تھا: وَفِي كُلِّ شَيْءٍ لَهُ آيَةٌ تَدُلُّ عَلَيْهِ النَّهُوْ الْوَحِيدُ یعنی ہر چیز، ہر چیز میں ایک نشانی ہے۔</w:t>
      </w:r>
    </w:p>
    <w:p>
      <w:r>
        <w:rPr>
          <w:b/>
        </w:rPr>
        <w:t xml:space="preserve">[12:47] </w:t>
      </w:r>
      <w:r>
        <w:t>Jaise mein subah baitha hua tha apne ghar ke is simt mein jo park ki taraf khulta hai. Toh mein ne dekha ke bohat hi suhana samaan hai.</w:t>
      </w:r>
    </w:p>
    <w:p>
      <w:pPr>
        <w:jc w:val="right"/>
      </w:pPr>
      <w:r>
        <w:t>جیسے میں صبح بیٹھا ہوا تھا اپنے گھر کے اس سمت میں جو پارک کی طرف کھلتا ہے۔ تو میں نے دیکھا کہ بہت ہی سہانا سماں ہے۔</w:t>
      </w:r>
    </w:p>
    <w:p>
      <w:r>
        <w:rPr>
          <w:b/>
        </w:rPr>
        <w:t xml:space="preserve">[13:00] </w:t>
      </w:r>
      <w:r>
        <w:t>Bohat hi achi hawaein aa rahi hain. Aur hara bhara darakht hain. Is ke darmiyan, is ke upar chiriyaan urr rahi</w:t>
      </w:r>
    </w:p>
    <w:p>
      <w:pPr>
        <w:jc w:val="right"/>
      </w:pPr>
      <w:r>
        <w:t>بہت ہی اچھی ہوائیں آ رہی ہیں۔ اور ہرے بھرے درخت ہیں۔ اس کے درمیان، اس کے اوپر چڑیاں اڑ رہی</w:t>
      </w:r>
    </w:p>
    <w:p>
      <w:r>
        <w:rPr>
          <w:b/>
        </w:rPr>
        <w:t xml:space="preserve">[13:12] </w:t>
      </w:r>
      <w:r>
        <w:t>Hain. Toh mujhe laga ke yeh, yeh duniya mein jo scene hai, yeh jannat ka taaruf hai.</w:t>
      </w:r>
    </w:p>
    <w:p>
      <w:pPr>
        <w:jc w:val="right"/>
      </w:pPr>
      <w:r>
        <w:t>ہیں۔ تو مجھے لگا کہ یہ، یہ دنیا میں جو سین ہے، یہ جنت کا تعارف ہے۔</w:t>
      </w:r>
    </w:p>
    <w:p>
      <w:r>
        <w:rPr>
          <w:b/>
        </w:rPr>
        <w:t xml:space="preserve">[13:23] </w:t>
      </w:r>
      <w:r>
        <w:t>Is, is mein ghore o fikr karen. Is mein aap apni aql ko lagayen. Is mein aap sochen. Toh is mein aap jannat ko daryaft karen ge.</w:t>
      </w:r>
    </w:p>
    <w:p>
      <w:pPr>
        <w:jc w:val="right"/>
      </w:pPr>
      <w:r>
        <w:t>اس، اس میں غور و فکر کریں۔ اس میں آپ اپنی عقل کو لگائیں۔ اس میں آپ سوچیں۔ تو اس میں آپ جنت کو دریافت کریں گے۔</w:t>
      </w:r>
    </w:p>
    <w:p>
      <w:r>
        <w:rPr>
          <w:b/>
        </w:rPr>
        <w:t xml:space="preserve">[13:34] </w:t>
      </w:r>
      <w:r>
        <w:t>Aur jab jannat ko aap daryaft karen ge toh kya hoga? Aap ki soch jannat wali soch banegi.</w:t>
      </w:r>
    </w:p>
    <w:p>
      <w:pPr>
        <w:jc w:val="right"/>
      </w:pPr>
      <w:r>
        <w:t>اور جب جنت کو آپ دریافت کریں گے تو کیا ہوگا؟ آپ کی سوچ جنت والی سوچ بنے گی۔</w:t>
      </w:r>
    </w:p>
    <w:p>
      <w:r>
        <w:rPr>
          <w:b/>
        </w:rPr>
        <w:t xml:space="preserve">[13:40] </w:t>
      </w:r>
      <w:r>
        <w:t>Aap ki personality jannat wali personality banegi. Isi ko mein ne kaha ke intellectual, internal development. Toh yeh, yeh hai rasta.</w:t>
      </w:r>
    </w:p>
    <w:p>
      <w:pPr>
        <w:jc w:val="right"/>
      </w:pPr>
      <w:r>
        <w:t>آپ کی پرسنیلٹی جنت والی پرسنیلٹی بنے گی۔ اسی کو میں نے کہا کہ Intellectual، انٹرنل ڈویلپمنٹ۔ تو یہ، یہ ہے راستہ۔</w:t>
      </w:r>
    </w:p>
    <w:p>
      <w:r>
        <w:rPr>
          <w:b/>
        </w:rPr>
        <w:t xml:space="preserve">[13:52] </w:t>
      </w:r>
      <w:r>
        <w:t>Toh kalimatullah jo hain, yaani word of god ya marvels of god, itne ziyada hain, itne ziyada hain ke aap is mein ghore o fikr karte rahiyye, karte rahiyye, karte rahiyye.</w:t>
      </w:r>
    </w:p>
    <w:p>
      <w:pPr>
        <w:jc w:val="right"/>
      </w:pPr>
      <w:r>
        <w:t>تو کلمات اللہ جو ہیں، یعنی Word of God یا Marvels of God، اتنے زیادہ ہیں، اتنے زیادہ ہیں کہ آپ اس میں غور و فکر کرتے رہیے، کرتے رہیے، کرتے رہیے۔</w:t>
      </w:r>
    </w:p>
    <w:p>
      <w:r>
        <w:rPr>
          <w:b/>
        </w:rPr>
        <w:t xml:space="preserve">[14:03] </w:t>
      </w:r>
      <w:r>
        <w:t>Woh kabhi khatam na hon.</w:t>
      </w:r>
    </w:p>
    <w:p>
      <w:pPr>
        <w:jc w:val="right"/>
      </w:pPr>
      <w:r>
        <w:t>وہ کبھی ختم نہ ہوں۔</w:t>
      </w:r>
    </w:p>
    <w:p>
      <w:r>
        <w:rPr>
          <w:b/>
        </w:rPr>
        <w:t xml:space="preserve">[14:07] </w:t>
      </w:r>
      <w:r>
        <w:t>Toh yeh jo quran ki yeh dono ayatein hain aur aisi doosri bhi ayatein hain jis mein yeh bataya gaya hai ke Allah ke kalmat bohat ziyada</w:t>
      </w:r>
    </w:p>
    <w:p>
      <w:pPr>
        <w:jc w:val="right"/>
      </w:pPr>
      <w:r>
        <w:t>تو یہ جو قرآن کی یہ دونوں آیتیں ہیں اور ایسی دوسری بھی آیتیں ہیں جس میں یہ بتایا گیا ہے کہ اللہ کے کلمات بہت زیادہ</w:t>
      </w:r>
    </w:p>
    <w:p>
      <w:r>
        <w:rPr>
          <w:b/>
        </w:rPr>
        <w:t xml:space="preserve">[14:15] </w:t>
      </w:r>
      <w:r>
        <w:t>Hain. Kahin kalimatullah ka lafz hai, kahin aalaullah ka lafz hai, kahin ayatullah ka lafz hai. Yeh sab ek hi maani mein hain. Toh Khuda ke kalmat, Khuda ki ayatein ya Khuda ke aala anginat hain.</w:t>
      </w:r>
    </w:p>
    <w:p>
      <w:pPr>
        <w:jc w:val="right"/>
      </w:pPr>
      <w:r>
        <w:t>ہیں۔ کہیں کلامت اللہ کا لفظ ہے، کہیں اعلیٰ اللہ کا لفظ ہے، کہیں آیات اللہ کا لفظ ہے۔ یہ سب ایک ہی معنی میں ہیں۔ تو خدا کے کلمات، خدا کی آیات یا خدا کے اعلیٰ انگنت ہیں۔</w:t>
      </w:r>
    </w:p>
    <w:p>
      <w:r>
        <w:rPr>
          <w:b/>
        </w:rPr>
        <w:t xml:space="preserve">[14:30] </w:t>
      </w:r>
      <w:r>
        <w:t>Aap ise sochte rahiyye, discover karte rahiyye. Woh kabhi khatam nahi hon ge. Toh yeh safar jo hai, duniya mein shuru hota hai.</w:t>
      </w:r>
    </w:p>
    <w:p>
      <w:pPr>
        <w:jc w:val="right"/>
      </w:pPr>
      <w:r>
        <w:t>آپ اسے سوچتے رہیے، Discover کرتے رہیے۔ وہ کبھی ختم نہیں ہوں گے۔ تو یہ سفر جو ہے، دنیا میں شروع ہوتا ہے۔</w:t>
      </w:r>
    </w:p>
    <w:p>
      <w:r>
        <w:rPr>
          <w:b/>
        </w:rPr>
        <w:t xml:space="preserve">[14:40] </w:t>
      </w:r>
      <w:r>
        <w:t>lekin chunaanche kalmaat Allah to bohat ziyada hain, bohat ziyada hain. to dunya mein yeh discovery khatm nahin hoti.</w:t>
      </w:r>
    </w:p>
    <w:p>
      <w:pPr>
        <w:jc w:val="right"/>
      </w:pPr>
      <w:r>
        <w:t>لیکن چونکہ کلمات اللہ تو بہت زیادہ ہیں، بہت زیادہ ہیں۔ تو دنیا میں یہ Discovery ختم نہیں ہوتی۔</w:t>
      </w:r>
    </w:p>
    <w:p>
      <w:r>
        <w:rPr>
          <w:b/>
        </w:rPr>
        <w:t xml:space="preserve">[14:51] </w:t>
      </w:r>
      <w:r>
        <w:t>aap ki zindagi dunya mein saath saal, sattar saal, assi saal, nabbe saal hoti hai. sau saal se kami hai.</w:t>
      </w:r>
    </w:p>
    <w:p>
      <w:pPr>
        <w:jc w:val="right"/>
      </w:pPr>
      <w:r>
        <w:t>آپ کی زندگی دنیا میں ساٹھ سال، ستر سال، اسی سال، نوے سال ہوتی ہے۔ سو سال سے کمی ہے۔</w:t>
      </w:r>
    </w:p>
    <w:p>
      <w:r>
        <w:rPr>
          <w:b/>
        </w:rPr>
        <w:t xml:space="preserve">[15:00] </w:t>
      </w:r>
      <w:r>
        <w:t>to yeh jo span hai, is, is span mein aap saari baaton ko discover nahin kar paate.</w:t>
      </w:r>
    </w:p>
    <w:p>
      <w:pPr>
        <w:jc w:val="right"/>
      </w:pPr>
      <w:r>
        <w:t>تو یہ جو Span ہے، اس، اس Span میں آپ ساری باتوں کو Discover نہیں کر پاتے۔</w:t>
      </w:r>
    </w:p>
    <w:p>
      <w:r>
        <w:rPr>
          <w:b/>
        </w:rPr>
        <w:t xml:space="preserve">[15:09] </w:t>
      </w:r>
      <w:r>
        <w:t>to maut aa jaati hai aur abhi discovery ka end nahin hota. to yeh aik, is ka aik, yeh is baat ka ishara hai ke jis tarah pre-death period mein aik journey hai marifat ki, aisi post-death period bhi journey hai marifat ki.</w:t>
      </w:r>
    </w:p>
    <w:p>
      <w:pPr>
        <w:jc w:val="right"/>
      </w:pPr>
      <w:r>
        <w:t>تو موت آ جاتی ہے اور ابھی Discovery کا End نہیں ہوتا۔ تو یہ ایک، اس کا ایک، یہ اس بات کا اشارہ ہے کہ جس طرح Pre-Death Period میں ایک Journey ہے معرفت کی، ایسی Post-Death Period بھی Journey ہے معرفت کی۔</w:t>
      </w:r>
    </w:p>
    <w:p>
      <w:r>
        <w:rPr>
          <w:b/>
        </w:rPr>
        <w:t xml:space="preserve">[15:26] </w:t>
      </w:r>
      <w:r>
        <w:t>to wahan jannat mein bhi chalta hai. aik yeh, yeh safar aap ka jaari rahega.</w:t>
      </w:r>
    </w:p>
    <w:p>
      <w:pPr>
        <w:jc w:val="right"/>
      </w:pPr>
      <w:r>
        <w:t>تو وہاں جنت میں بھی چلتا ہے۔ ایک یہ، یہ سفر آپ کا جاری رہے گا۔</w:t>
      </w:r>
    </w:p>
    <w:p>
      <w:r>
        <w:rPr>
          <w:b/>
        </w:rPr>
        <w:t xml:space="preserve">[15:32] </w:t>
      </w:r>
      <w:r>
        <w:t>isi liye dekhiye, aap Quran ko kholain to sab se pehli ayat yeh milegi: alhamdu lillahi rabbil aalameen. yeh dunya ke ka jo safar hai aap ka, safar marifat, is ka bataya gaya hai ke dunya ka safar marifat aap ka hai, woh yeh hai ke rabbil aalameen ki hamd ke item ko aap daryaft karen, daryaft karen, daryaft karen.</w:t>
      </w:r>
    </w:p>
    <w:p>
      <w:pPr>
        <w:jc w:val="right"/>
      </w:pPr>
      <w:r>
        <w:t>اسی لیے دیکھیے، آپ قرآن کو کھولیں تو سب سے پہلی آیت یہ ملے گی: الْحَمْدُ لِلَّهِ رَبِّ الْعَالَمِينَ یہ دنیا کے کا جو سفر ہے آپ کا، سفر معرفت، اس کا بتایا گیا ہے کہ دنیا کا سفر معرفت آپ کا ہے، وہ یہ ہے کہ رب العالمین کی حمد کے آئٹم کو آپ دریافت کریں، دریافت کریں، دریافت کریں۔</w:t>
      </w:r>
    </w:p>
    <w:p>
      <w:r>
        <w:rPr>
          <w:b/>
        </w:rPr>
        <w:t xml:space="preserve">[15:55] </w:t>
      </w:r>
      <w:r>
        <w:t>yeh dunya ki baat hui. aur yahi alfaaz aakhirat ke baray mein aaye hain.</w:t>
      </w:r>
    </w:p>
    <w:p>
      <w:pPr>
        <w:jc w:val="right"/>
      </w:pPr>
      <w:r>
        <w:t>یہ دنیا کی بات ہوئی۔ اور یہی الفاظ آخرت کے بارے میں آئے ہیں۔</w:t>
      </w:r>
    </w:p>
    <w:p>
      <w:r>
        <w:rPr>
          <w:b/>
        </w:rPr>
        <w:t xml:space="preserve">[16:01] </w:t>
      </w:r>
      <w:r>
        <w:t>Quran mein hai ke jab jannat walay jannat mein dakhil kar diye jayenge aur wahan woh zindagi guzarna shuru karenge to wahan bhi yahi hoga ke wahan kahenge: wa qul alhamdu lillahi rabbil aalameen. wahan bhi yahi, yahi kalma: alhamdu lillahi rabbil aalameen. to dunya mein bhi hamd culture, aakhirat mein bhi hamd culture.</w:t>
      </w:r>
    </w:p>
    <w:p>
      <w:pPr>
        <w:jc w:val="right"/>
      </w:pPr>
      <w:r>
        <w:t>قرآن میں ہے کہ جب جنت والے جنت میں داخل کر دیے جائیں گے اور وہاں وہ زندگی گزارنا شروع کریں گے تو وہاں بھی یہی ہوگا کہ وہاں کہیں گے: وَقِلْ الْحَمْدُ لِلَّهِ رَبِّ الْعَالَمِينَ وہاں بھی یہی، یہی کلمہ: الْحَمْدُ لِلَّهِ رَبِّ الْعَالَمِينَ تو دنیا میں بھی حمد Culture، آخرت میں بھی حمد Culture۔</w:t>
      </w:r>
    </w:p>
    <w:p>
      <w:r>
        <w:rPr>
          <w:b/>
        </w:rPr>
        <w:t xml:space="preserve">[16:22] </w:t>
      </w:r>
      <w:r>
        <w:t>hamd culture kya hai?</w:t>
      </w:r>
    </w:p>
    <w:p>
      <w:pPr>
        <w:jc w:val="right"/>
      </w:pPr>
      <w:r>
        <w:t>حمد Culture کیا ہے؟</w:t>
      </w:r>
    </w:p>
    <w:p>
      <w:r>
        <w:rPr>
          <w:b/>
        </w:rPr>
        <w:t xml:space="preserve">[16:24] </w:t>
      </w:r>
      <w:r>
        <w:t>kalmaat Allah ko daryaft karna. daryaft kar ke apna intellectual development, apna spiritual development karte rehna. to Quran mein do jagah yeh baat kahi gayi hai ke jannati jo honge, woh un ke sath noor hoga.</w:t>
      </w:r>
    </w:p>
    <w:p>
      <w:pPr>
        <w:jc w:val="right"/>
      </w:pPr>
      <w:r>
        <w:t>کلمات اللہ کو دریافت کرنا۔ دریافت کر کے اپنا Intellectual Development، اپنا Spiritual Development کرتے رہنا۔ تو قرآن میں دو جگہ یہ بات کہی گئی ہے کہ جنتی جو ہوں گے، وہ ان کے ساتھ نور ہوگا۔</w:t>
      </w:r>
    </w:p>
    <w:p>
      <w:r>
        <w:rPr>
          <w:b/>
        </w:rPr>
        <w:t xml:space="preserve">[16:43] </w:t>
      </w:r>
      <w:r>
        <w:t>light hogi, roshni hogi. aur un ka noor door tak phaila hua hoga. is ka matlab kya hai?</w:t>
      </w:r>
    </w:p>
    <w:p>
      <w:pPr>
        <w:jc w:val="right"/>
      </w:pPr>
      <w:r>
        <w:t>Light ہوگی، روشنی ہوگی۔ اور ان کا نور دور تک پھیلا ہوا ہوگا۔ اس کا مطلب کیا ہے؟</w:t>
      </w:r>
    </w:p>
    <w:p>
      <w:r>
        <w:rPr>
          <w:b/>
        </w:rPr>
        <w:t xml:space="preserve">[16:50] </w:t>
      </w:r>
      <w:r>
        <w:t>yeh, is ka matlab hai noor ya roshni ka matlab yahan hai: bright personality. is ka matlab yeh nahin ke koi shama hogi, aage peechay chal rahi hogi.</w:t>
      </w:r>
    </w:p>
    <w:p>
      <w:pPr>
        <w:jc w:val="right"/>
      </w:pPr>
      <w:r>
        <w:t>یہ، اس کا مطلب ہے نور یا روشنی کا مطلب یہاں ہے: Bright Personality۔ اس کا مطلب یہ نہیں کہ کوئی شمع ہوگی، آگے پیچھے چل رہی ہوگی۔</w:t>
      </w:r>
    </w:p>
    <w:p>
      <w:r>
        <w:rPr>
          <w:b/>
        </w:rPr>
        <w:t xml:space="preserve">[17:03] </w:t>
      </w:r>
      <w:r>
        <w:t>shama, yeh matlab shama nahin hai. balkeh jannatiyon ki personality bright personality hogi. roshan personality.</w:t>
      </w:r>
    </w:p>
    <w:p>
      <w:pPr>
        <w:jc w:val="right"/>
      </w:pPr>
      <w:r>
        <w:t>شمع، یہ مطلب شمع نہیں ہے۔ بلکہ جنتیوں کی Personality Bright Personality ہوگی۔ روشن Personality۔</w:t>
      </w:r>
    </w:p>
    <w:p>
      <w:r>
        <w:rPr>
          <w:b/>
        </w:rPr>
        <w:t xml:space="preserve">[17:13] </w:t>
      </w:r>
      <w:r>
        <w:t>aur woh kaise hogi? woh isi ke zariye hogi.</w:t>
      </w:r>
    </w:p>
    <w:p>
      <w:pPr>
        <w:jc w:val="right"/>
      </w:pPr>
      <w:r>
        <w:t>اور وہ کیسے ہوگی؟ وہ اسی کے ذریعے ہوگی۔</w:t>
      </w:r>
    </w:p>
    <w:p>
      <w:r>
        <w:rPr>
          <w:b/>
        </w:rPr>
        <w:t xml:space="preserve">[17:17] </w:t>
      </w:r>
      <w:r>
        <w:t>jitna ziyada aap kalmaat Allah ko daryaft karenge, utni ziyada aap ke andar roshni aaye gi. to bright personality banti hai kalmaat Allah ke zariye.</w:t>
      </w:r>
    </w:p>
    <w:p>
      <w:pPr>
        <w:jc w:val="right"/>
      </w:pPr>
      <w:r>
        <w:t>جتنا زیادہ آپ کلمات اللہ کو دریافت کریں گے، اتنی زیادہ آپ کے اندر روشنی آئے گی۔ تو Bright Personality بنتی ہے کلمات اللہ کے ذریعے۔</w:t>
      </w:r>
    </w:p>
    <w:p>
      <w:r>
        <w:rPr>
          <w:b/>
        </w:rPr>
        <w:t xml:space="preserve">[17:30] </w:t>
      </w:r>
      <w:r>
        <w:t>aala Allah ke zariye. ayat Allah ke zariye.</w:t>
      </w:r>
    </w:p>
    <w:p>
      <w:pPr>
        <w:jc w:val="right"/>
      </w:pPr>
      <w:r>
        <w:t>اعلیٰ اللہ کے ذریعے۔ آیات اللہ کے ذریعے۔</w:t>
      </w:r>
    </w:p>
    <w:p>
      <w:r>
        <w:rPr>
          <w:b/>
        </w:rPr>
        <w:t xml:space="preserve">[17:34] </w:t>
      </w:r>
      <w:r>
        <w:t>jitna ziyada aap daryaft karenge, yaani marvels of God ya marvels of creation, utni ziyada aap ke andar roshni aaye gi.</w:t>
      </w:r>
    </w:p>
    <w:p>
      <w:pPr>
        <w:jc w:val="right"/>
      </w:pPr>
      <w:r>
        <w:t>جتنا زیادہ آپ دریافت کریں گے، یعنی Marvels of God یا Marvels of Creation، اتنی زیادہ آپ کے اندر روشنی آئے گی۔</w:t>
      </w:r>
    </w:p>
    <w:p>
      <w:r>
        <w:rPr>
          <w:b/>
        </w:rPr>
        <w:t xml:space="preserve">[17:45] </w:t>
      </w:r>
      <w:r>
        <w:t>intellectual awakening aaye gi. aur woh aakhirat mein aap uthenge to yeh sab aik bright personality ki shakal mein uthenge.</w:t>
      </w:r>
    </w:p>
    <w:p>
      <w:pPr>
        <w:jc w:val="right"/>
      </w:pPr>
      <w:r>
        <w:t>Intellectual Awakening آئے گی۔ اور وہ آخرت میں آپ اٹھیں گے تو یہ سب ایک Bright Personality کی شکل میں اٹھیں گے۔</w:t>
      </w:r>
    </w:p>
    <w:p>
      <w:r>
        <w:rPr>
          <w:b/>
        </w:rPr>
        <w:t xml:space="preserve">[17:56] </w:t>
      </w:r>
      <w:r>
        <w:t>chunaanche Quran mein hai ke kuch logon ke chehray kaalay honge, kuch logon ke chehray roshan honge.</w:t>
      </w:r>
    </w:p>
    <w:p>
      <w:pPr>
        <w:jc w:val="right"/>
      </w:pPr>
      <w:r>
        <w:t>چنانچہ قرآن میں ہے کہ کچھ لوگوں کے چہرے کالے ہوں گے، کچھ لوگوں کے چہرے روشن ہوں گے۔</w:t>
      </w:r>
    </w:p>
    <w:p>
      <w:r>
        <w:rPr>
          <w:b/>
        </w:rPr>
        <w:t xml:space="preserve">[18:03] </w:t>
      </w:r>
      <w:r>
        <w:t>yeh chehray ki baat nahin hai. yeh personality ki baat hai. yeh sirf chehray ki baat nahin hai. face ki baat nahin hai. poori personality ki baat hai.</w:t>
      </w:r>
    </w:p>
    <w:p>
      <w:pPr>
        <w:jc w:val="right"/>
      </w:pPr>
      <w:r>
        <w:t>یہ چہرے کی بات نہیں ہے۔ یہ Personality کی بات ہے۔ یہ صرف چہرے کی بات نہیں ہے۔ Face کی بات نہیں ہے۔ پوری Personality کی بات ہے۔</w:t>
      </w:r>
    </w:p>
    <w:p>
      <w:r>
        <w:rPr>
          <w:b/>
        </w:rPr>
        <w:t xml:space="preserve">[18:12] </w:t>
      </w:r>
      <w:r>
        <w:t>kuch log wahan aayenge to dark personality hogi. dark personality. kyun? unhon ne jo kuch kiya, woh yeh dunya ke liye tha.</w:t>
      </w:r>
    </w:p>
    <w:p>
      <w:pPr>
        <w:jc w:val="right"/>
      </w:pPr>
      <w:r>
        <w:t>کچھ لوگ وہاں آئیں گے تو Dark Personality ہوگی۔ Dark Personality۔ کیوں؟ انہوں نے جو کچھ کیا، وہ یہ دنیا کے لیے تھا۔</w:t>
      </w:r>
    </w:p>
    <w:p>
      <w:r>
        <w:rPr>
          <w:b/>
        </w:rPr>
        <w:t xml:space="preserve">[18:23] </w:t>
      </w:r>
      <w:r>
        <w:t>yahin chhod ke chalay gaye.</w:t>
      </w:r>
    </w:p>
    <w:p>
      <w:pPr>
        <w:jc w:val="right"/>
      </w:pPr>
      <w:r>
        <w:t>یہیں چھوڑ کے چلے گئے۔</w:t>
      </w:r>
    </w:p>
    <w:p>
      <w:r>
        <w:rPr>
          <w:b/>
        </w:rPr>
        <w:t xml:space="preserve">[18:27] </w:t>
      </w:r>
      <w:r>
        <w:t>jo kuch unhon ne hasil kiya, jo jo taraqqi kيين, woh isi dunya ke liye theen. wahin chhod ke chalay gaye. ab wahan par kuch lekar nahin gaye.</w:t>
      </w:r>
    </w:p>
    <w:p>
      <w:pPr>
        <w:jc w:val="right"/>
      </w:pPr>
      <w:r>
        <w:t>جو کچھ انہوں نے حاصل کیا، جو جو ترقیاں کیں، وہ اسی دنیا کے لیے تھیں۔ وہیں چھوڑ کے چلے گئے۔ اب وہاں پر کچھ لے کر نہیں گئے۔</w:t>
      </w:r>
    </w:p>
    <w:p>
      <w:r>
        <w:rPr>
          <w:b/>
        </w:rPr>
        <w:t xml:space="preserve">[18:37] </w:t>
      </w:r>
      <w:r>
        <w:t>to wahan un ka uthenge to woh dark personality ke sath uthenge. dark personality ke sath uthenge.</w:t>
      </w:r>
    </w:p>
    <w:p>
      <w:pPr>
        <w:jc w:val="right"/>
      </w:pPr>
      <w:r>
        <w:t>تو وہاں ان کا اٹھیں گے تو وہ Dark Personality کے ساتھ اٹھیں گے۔ Dark Personality کے ساتھ اٹھیں گے۔</w:t>
      </w:r>
    </w:p>
    <w:p>
      <w:r>
        <w:rPr>
          <w:b/>
        </w:rPr>
        <w:t xml:space="preserve">[18:47] </w:t>
      </w:r>
      <w:r>
        <w:t>lekin, lekin woh log jo jaisa ke maine ayat parhi shuru mein: minkum mai yu ayyidud dunya wa minkum mai yu ayyidul akhirah. yaani aik hai dunya oriented life, aik hai aakhirat oriented life.</w:t>
      </w:r>
    </w:p>
    <w:p>
      <w:pPr>
        <w:jc w:val="right"/>
      </w:pPr>
      <w:r>
        <w:t>لیکن، لیکن وہ لوگ جو جیسا کہ میں نے آیت پڑھی شروع میں: مِنْكُمْ مَيُؤُيُّدُ الدُّنْيَا وَمِنْكُمْ مَيُؤُيُّدُ الْآخِرَةَ یعنی ایک ہے دنیا Oriented Life، ایک ہے آخرت Oriented Life۔</w:t>
      </w:r>
    </w:p>
    <w:p>
      <w:r>
        <w:rPr>
          <w:b/>
        </w:rPr>
        <w:t xml:space="preserve">[19:03] </w:t>
      </w:r>
      <w:r>
        <w:t>to jinhon ne jo dunya Oriented Life guzari hogi, woh wahan Black Personality ke sath uthen ge. aur jin logon ne akhirat Oriented Life guzari hogi, to un ke andar aala darje ka Intellectual Development, aala darje ka Spiritual Development, aala darje ka Personality Development hua dunya ki zindagi ke douran.</w:t>
      </w:r>
    </w:p>
    <w:p>
      <w:pPr>
        <w:jc w:val="right"/>
      </w:pPr>
      <w:r>
        <w:t>تو جنہوں نے جو دنیا Oriented Life گزاری ہوگی، وہ وہاں Black Personality کے ساتھ اٹھیں گے۔ اور جن لوگوں نے آخرت Oriented Life گزاری ہوگی، تو ان کے اندر اعلیٰ درجے کا Intellectual Development، اعلیٰ درجے کا Spiritual Development، اعلیٰ درجے کا Personality Development ہوا دنیا کی زندگی کے دوران۔</w:t>
      </w:r>
    </w:p>
    <w:p>
      <w:r>
        <w:rPr>
          <w:b/>
        </w:rPr>
        <w:t xml:space="preserve">[19:29] </w:t>
      </w:r>
      <w:r>
        <w:t>to yeh jo Development in ka hai, Inner Development, is ki waja se wahan woh uthen ge to Bright Personality hogi. roshan shakhsiyat ke sath uthe ga wahan.</w:t>
      </w:r>
    </w:p>
    <w:p>
      <w:pPr>
        <w:jc w:val="right"/>
      </w:pPr>
      <w:r>
        <w:t>تو یہ جو Development ان کا ہے، Inner Development، اس کی وجہ سے وہاں وہ اٹھیں گے تو Bright Personality ہوگی۔ روشن شخصیت کے ساتھ اٹھے گا وہاں۔</w:t>
      </w:r>
    </w:p>
    <w:p>
      <w:r>
        <w:rPr>
          <w:b/>
        </w:rPr>
        <w:t xml:space="preserve">[19:41] </w:t>
      </w:r>
      <w:r>
        <w:t>yeh hai sara mamla. to yeh jo ayat hai: مِنْكُمْ مَيُؤُيُّدُ الدُّنْيَا وَمِنْكُمْ مَيُؤُيُّدُ الْآخِرَةَ yeh, yeh saada baat nahi hai.</w:t>
      </w:r>
    </w:p>
    <w:p>
      <w:pPr>
        <w:jc w:val="right"/>
      </w:pPr>
      <w:r>
        <w:t>یہ ہے سارا معاملہ۔ تو یہ جو آیت ہے: مِنْكُمْ مَيُؤُيُّدُ الدُّنْيَا وَمِنْكُمْ مَيُؤُيُّدُ الْآخِرَةَ یہ، یہ سادہ بات نہیں ہے۔</w:t>
      </w:r>
    </w:p>
    <w:p>
      <w:r>
        <w:rPr>
          <w:b/>
        </w:rPr>
        <w:t xml:space="preserve">[19:52] </w:t>
      </w:r>
      <w:r>
        <w:t>bohat bari baat is ke andar maujood hai. bohat bari baat hai.</w:t>
      </w:r>
    </w:p>
    <w:p>
      <w:pPr>
        <w:jc w:val="right"/>
      </w:pPr>
      <w:r>
        <w:t>بہت بڑی بات اس کے اندر موجود ہے۔ بہت بڑی بات ہے۔</w:t>
      </w:r>
    </w:p>
    <w:p>
      <w:r>
        <w:rPr>
          <w:b/>
        </w:rPr>
        <w:t xml:space="preserve">[19:59] </w:t>
      </w:r>
      <w:r>
        <w:t>woh yeh hai ke ke dunya, dunya roohi zindagi aur akhirat roohi zindagi mein farq kya bataya gaya hai.</w:t>
      </w:r>
    </w:p>
    <w:p>
      <w:pPr>
        <w:jc w:val="right"/>
      </w:pPr>
      <w:r>
        <w:t>وہ یہ ہے کہ کہ دنیا، دنیا روحی زندگی اور آخرت روحی زندگی میں فرق کیا بتایا گیا ہے۔</w:t>
      </w:r>
    </w:p>
    <w:p>
      <w:r>
        <w:rPr>
          <w:b/>
        </w:rPr>
        <w:t xml:space="preserve">[20:12] </w:t>
      </w:r>
      <w:r>
        <w:t>to Majority jo hai poori History mein logon ki dunya roohi zindagi ikhtiyar ki unhon ne. to woh kya hoga un ka mamla ke maut ke baad woh Black Personality ke sath wahan khare hon ge.</w:t>
      </w:r>
    </w:p>
    <w:p>
      <w:pPr>
        <w:jc w:val="right"/>
      </w:pPr>
      <w:r>
        <w:t>تو Majority جو ہے پوری History میں لوگوں کی دنیا روحی زندگی اختیار کی انہوں نے۔ تو وہ کیا ہوگا ان کا معاملہ کہ موت کے بعد وہ Black Personality کے ساتھ وہاں کھڑے ہوں گے۔</w:t>
      </w:r>
    </w:p>
    <w:p>
      <w:r>
        <w:rPr>
          <w:b/>
        </w:rPr>
        <w:t xml:space="preserve">[20:28] </w:t>
      </w:r>
      <w:r>
        <w:t>lekin jo log, jinhon ne apni aqal ko istemal kiya, jinhon ne Allah ki wahi ko apna, yani jis ko is se Guidance liya aur us ke mutabiq apni zindagi ko dhala, to wahan uthen ge woh personality, to woh uthen ge woh bright personality ke sath.</w:t>
      </w:r>
    </w:p>
    <w:p>
      <w:pPr>
        <w:jc w:val="right"/>
      </w:pPr>
      <w:r>
        <w:t>لیکن جو لوگ، جنہوں نے اپنی عقل کو استعمال کیا، جنہوں نے اللہ کی وحی کو اپنا، یعنی جس کو اس سے Guidance لیا اور اس کے مطابق اپنی زندگی کو ڈھالا، تو وہاں اٹھیں گے وہ Personality، تو وہ اٹھیں گے وہ Bright Personality کے ساتھ۔</w:t>
      </w:r>
    </w:p>
    <w:p>
      <w:r>
        <w:rPr>
          <w:b/>
        </w:rPr>
        <w:t xml:space="preserve">[20:51] </w:t>
      </w:r>
      <w:r>
        <w:t>aur, aur Bright Personality hi ke liye jannat hai.</w:t>
      </w:r>
    </w:p>
    <w:p>
      <w:pPr>
        <w:jc w:val="right"/>
      </w:pPr>
      <w:r>
        <w:t>اور، اور Bright Personality ہی کے لیے جنت ہے۔</w:t>
      </w:r>
    </w:p>
    <w:p>
      <w:r>
        <w:rPr>
          <w:b/>
        </w:rPr>
        <w:t xml:space="preserve">[20:56] </w:t>
      </w:r>
      <w:r>
        <w:t>jannat to hai Bright Personality ke liye. to yeh, yeh jo ayaten hain Quran majeed ki, is par ghor karne se yeh sab baaten maloom hoti hain.</w:t>
      </w:r>
    </w:p>
    <w:p>
      <w:pPr>
        <w:jc w:val="right"/>
      </w:pPr>
      <w:r>
        <w:t>جنت تو ہے Bright Personality کے لیے۔ تو یہ، یہ جو آیتیں ہیں قرآن مجید کی، اس پر غور کرنے سے یہ سب باتیں معلوم ہوتی ہیں۔</w:t>
      </w:r>
    </w:p>
    <w:p>
      <w:r>
        <w:rPr>
          <w:b/>
        </w:rPr>
        <w:t xml:space="preserve">[21:08] </w:t>
      </w:r>
      <w:r>
        <w:t>to yeh safar dono, dono line ka safar har lamha jari rehta hai.</w:t>
      </w:r>
    </w:p>
    <w:p>
      <w:pPr>
        <w:jc w:val="right"/>
      </w:pPr>
      <w:r>
        <w:t>تو یہ سفر دونوں، دونوں لائن کا سفر ہر لمحہ جاری رہتا ہے۔</w:t>
      </w:r>
    </w:p>
    <w:p>
      <w:r>
        <w:rPr>
          <w:b/>
        </w:rPr>
        <w:t xml:space="preserve">[21:15] </w:t>
      </w:r>
      <w:r>
        <w:t>main jab apne ghar ke samne, meri Balcony hai, us par khara hota hoon aur log aa rahe hain, ja rahe hain. koi car se, koi motorcycle se, koi rickshaw se, koi paidal.</w:t>
      </w:r>
    </w:p>
    <w:p>
      <w:pPr>
        <w:jc w:val="right"/>
      </w:pPr>
      <w:r>
        <w:t>میں جب اپنے گھر کے سامنے، میری Balcony ہے، اس پر کھڑا ہوتا ہوں اور لوگ آ رہے ہیں، جا رہے ہیں۔ کوئی کار سے، کوئی موٹر سائیکل سے، کوئی رکشہ سے، کوئی پیدل۔</w:t>
      </w:r>
    </w:p>
    <w:p>
      <w:r>
        <w:rPr>
          <w:b/>
        </w:rPr>
        <w:t xml:space="preserve">[21:28] </w:t>
      </w:r>
      <w:r>
        <w:t>to main sochta hoon der tak ke kahan ja rahe hain, kahan aa rahe hain. kahan aa rahe hain, kahan se aa rahe hain aur kahan ja rahe hain. yeh sochta rehta hoon ke yeh log jo sarkon par dor rahe hain, yeh kahan se aa rahe hain, kahan se ja rahe hain.</w:t>
      </w:r>
    </w:p>
    <w:p>
      <w:pPr>
        <w:jc w:val="right"/>
      </w:pPr>
      <w:r>
        <w:t>تو میں سوچتا ہوں دیر تک کہ کہاں جا رہے ہیں، کہاں آ رہے ہیں۔ کہاں آ رہے ہیں، کہاں سے آ رہے ہیں اور کہاں جا رہے ہیں۔ یہ سوچتا رہتا ہوں کہ یہ لوگ جو سڑکوں پر دوڑ رہے ہیں، یہ کہاں سے آ رہے ہیں، کہاں سے جا رہے ہیں۔</w:t>
      </w:r>
    </w:p>
    <w:p>
      <w:r>
        <w:rPr>
          <w:b/>
        </w:rPr>
        <w:t xml:space="preserve">[21:45] </w:t>
      </w:r>
      <w:r>
        <w:t>to mera Mind yeh jawab deta hai ke yeh dunya se aa rahe hain aur dunya mein ja rahe hain. yani in ke safar ka aghaz bhi dunya hai aur safar ka ikhtetam bhi dunya hai.</w:t>
      </w:r>
    </w:p>
    <w:p>
      <w:pPr>
        <w:jc w:val="right"/>
      </w:pPr>
      <w:r>
        <w:t>تو میرا Mind یہ جواب دیتا ہے کہ یہ دنیا سے آ رہے ہیں اور دنیا میں جا رہے ہیں۔ یعنی ان کے سفر کا آغاز بھی دنیا ہے اور سفر کا اختتام بھی دنیا ہے۔</w:t>
      </w:r>
    </w:p>
    <w:p>
      <w:r>
        <w:rPr>
          <w:b/>
        </w:rPr>
        <w:t xml:space="preserve">[21:56] </w:t>
      </w:r>
      <w:r>
        <w:t>yani koi dunyavi maqsad. rishtedaron se milna, job ke liye jana, apne is Business ke liye jana. yani apni dunyavi taameer ke liye unhon ne jo maqamat banaye hain, wahan jana, wahan se aana.</w:t>
      </w:r>
    </w:p>
    <w:p>
      <w:pPr>
        <w:jc w:val="right"/>
      </w:pPr>
      <w:r>
        <w:t>یعنی کوئی دنیاوی مقصد۔ رشتہ داروں سے ملنا، جاب کے لیے جانا، اپنے اس Business کے لیے جانا۔ یعنی اپنی دنیاوی تعمیر کے لیے انہوں نے جو مقامات بنائے ہیں، وہاں جانا، وہاں سے آنا۔</w:t>
      </w:r>
    </w:p>
    <w:p>
      <w:r>
        <w:rPr>
          <w:b/>
        </w:rPr>
        <w:t xml:space="preserve">[22:14] </w:t>
      </w:r>
      <w:r>
        <w:t>to ek, ek woh log hote hain. shayad woh nadir koi aisa hota hai jo akhirat ke liye dor raha ho.</w:t>
      </w:r>
    </w:p>
    <w:p>
      <w:pPr>
        <w:jc w:val="right"/>
      </w:pPr>
      <w:r>
        <w:t>تو ایک، ایک وہ لوگ ہوتے ہیں۔ شاید وہ نادری کوئی ایسا ہوتا ہے جو آخرت کے لیے دوڑ رہا ہو۔</w:t>
      </w:r>
    </w:p>
    <w:p>
      <w:r>
        <w:rPr>
          <w:b/>
        </w:rPr>
        <w:t xml:space="preserve">[22:25] </w:t>
      </w:r>
      <w:r>
        <w:t>to is ka matlab yeh hai ke har aadmi apne andar chahe shandar kapra ho, main dekhta hoon logon ko bohat shandar kapron mein chal rahe hain Road par.</w:t>
      </w:r>
    </w:p>
    <w:p>
      <w:pPr>
        <w:jc w:val="right"/>
      </w:pPr>
      <w:r>
        <w:t>تو اس کا معنی یہ ہے کہ ہر آدمی اپنے اندر چاہے شاندار کپڑا ہو، میں دیکھتا ہوں لوگوں کو بہت شاندار کپڑے میں چل رہے ہیں Road پر۔</w:t>
      </w:r>
    </w:p>
    <w:p>
      <w:r>
        <w:rPr>
          <w:b/>
        </w:rPr>
        <w:t xml:space="preserve">[22:34] </w:t>
      </w:r>
      <w:r>
        <w:t>to main sochta hoon ke aaj yeh shandar kapron mein hain, lekin kal to Black Personality ke sath uthen ge log. Quran ke mutabiq.</w:t>
      </w:r>
    </w:p>
    <w:p>
      <w:pPr>
        <w:jc w:val="right"/>
      </w:pPr>
      <w:r>
        <w:t>تو میں سوچتا ہوں کہ آج یہ شاندار کپڑے میں ہیں، لیکن کل تو Black Personality کے ساتھ اٹھیں گے لوگ۔ قرآن کے مطابق۔</w:t>
      </w:r>
    </w:p>
    <w:p>
      <w:r>
        <w:rPr>
          <w:b/>
        </w:rPr>
        <w:t xml:space="preserve">[22:43] </w:t>
      </w:r>
      <w:r>
        <w:t>aaj ka shandar kapra wahan shandar nahi rahe ga.</w:t>
      </w:r>
    </w:p>
    <w:p>
      <w:pPr>
        <w:jc w:val="right"/>
      </w:pPr>
      <w:r>
        <w:t>آج کا شاندار کپڑا وہاں شاندار نہیں رہے گا۔</w:t>
      </w:r>
    </w:p>
    <w:p>
      <w:r>
        <w:rPr>
          <w:b/>
        </w:rPr>
        <w:t xml:space="preserve">[22:50] </w:t>
      </w:r>
      <w:r>
        <w:t>wahan, wahan woh Black ban jaye ga. to yeh bohat zyada sochne ki zaroorat hai.</w:t>
      </w:r>
    </w:p>
    <w:p>
      <w:pPr>
        <w:jc w:val="right"/>
      </w:pPr>
      <w:r>
        <w:t>وہاں، وہاں وہ Black بن جائے گا۔ تو یہ بہت زیادہ سوچنے کی ضرورت ہے۔</w:t>
      </w:r>
    </w:p>
    <w:p>
      <w:r>
        <w:rPr>
          <w:b/>
        </w:rPr>
        <w:t xml:space="preserve">[23:01] </w:t>
      </w:r>
      <w:r>
        <w:t>subah sham aadmi ko sochna chahiye. kyun ke jo akhirat ka safar hai, woh tadabbur ke zariye tay hota hai.</w:t>
      </w:r>
    </w:p>
    <w:p>
      <w:pPr>
        <w:jc w:val="right"/>
      </w:pPr>
      <w:r>
        <w:t>صبح شام آدمی کو سوچنا چاہیے۔ کیونکہ جو آخرت کا سفر ہے، وہ تدبر کے ذریعے طے ہوتا ہے۔</w:t>
      </w:r>
    </w:p>
    <w:p>
      <w:r>
        <w:rPr>
          <w:b/>
        </w:rPr>
        <w:t xml:space="preserve">[23:12] </w:t>
      </w:r>
      <w:r>
        <w:t>woh tafakkur, tazakkur aur Contemplation ke zariye tay hota hai. jitna zyada aap sochen ge, utne zyada aap kamyab musafir banen ge akhirat ke.</w:t>
      </w:r>
    </w:p>
    <w:p>
      <w:pPr>
        <w:jc w:val="right"/>
      </w:pPr>
      <w:r>
        <w:t>وہ تفکر، تذکر اور Contemplation کے ذریعے طے ہوتا ہے۔ جتنا زیادہ آپ سوچیں گے، اتنے زیادہ آپ کامیاب مسافر بنیں گے آخرت کے۔</w:t>
      </w:r>
    </w:p>
    <w:p>
      <w:r>
        <w:rPr>
          <w:b/>
        </w:rPr>
        <w:t xml:space="preserve">[23:25] </w:t>
      </w:r>
      <w:r>
        <w:t>dunya ka musafir banne ke liye zyada sochne ki zaroorat nahi hai. aas pas jo log hain, woh sab isi mein dor rahe hain to aap bhi unhi ko, unhi ko Follow karne lagte hain.</w:t>
      </w:r>
    </w:p>
    <w:p>
      <w:pPr>
        <w:jc w:val="right"/>
      </w:pPr>
      <w:r>
        <w:t>دنیا کا مسافر بننے کے لیے زیادہ سوچنے کی ضرورت نہیں ہے۔ آس پاس جو لوگ ہیں، وہ سب اسی میں دوڑ رہے ہیں تو آپ بھی انہی کو، انہی کو Follow کرنے لگتے ہیں۔</w:t>
      </w:r>
    </w:p>
    <w:p>
      <w:r>
        <w:rPr>
          <w:b/>
        </w:rPr>
        <w:t xml:space="preserve">[23:39] </w:t>
      </w:r>
      <w:r>
        <w:t>to dunya ka jo safar hai, is ke liye kuch zyada sochne ki zaroorat nahi hai. jo Environment hai, wohi kafi hai aap ko batane ke liye.</w:t>
      </w:r>
    </w:p>
    <w:p>
      <w:pPr>
        <w:jc w:val="right"/>
      </w:pPr>
      <w:r>
        <w:t>تو دنیا کا جو سفر ہے، اس کے لیے کچھ زیادہ سوچنے کی ضرورت نہیں ہے۔ جو Environment ہے، وہی کافی ہے آپ کو بتانے کے لیے۔</w:t>
      </w:r>
    </w:p>
    <w:p>
      <w:r>
        <w:rPr>
          <w:b/>
        </w:rPr>
        <w:t xml:space="preserve">[23:53] </w:t>
      </w:r>
      <w:r>
        <w:t>ek hadith hai ke</w:t>
      </w:r>
    </w:p>
    <w:p>
      <w:pPr>
        <w:jc w:val="right"/>
      </w:pPr>
      <w:r>
        <w:t>ایک حدیث ہے کہ</w:t>
      </w:r>
    </w:p>
    <w:p>
      <w:r>
        <w:rPr>
          <w:b/>
        </w:rPr>
        <w:t xml:space="preserve">[23:58] </w:t>
      </w:r>
      <w:r>
        <w:t>كُلُّ النَّاسِ يَقْدُو فَبَيْنِ نَفْسِهَا فَمُتْقَى وَمُوبِقًى yani har aadmi chal raha hai. har aadmi sargaram safar hai.</w:t>
      </w:r>
    </w:p>
    <w:p>
      <w:pPr>
        <w:jc w:val="right"/>
      </w:pPr>
      <w:r>
        <w:t>كُلُّ النَّاسِ يَقْدُو فَبَيْنِ نَفْسِهَا فَمُتْقَى وَمُوبِقًى یعنی ہر آدمی چل رہا ہے۔ ہر آدمی سرگرم سفر ہے۔</w:t>
      </w:r>
    </w:p>
    <w:p>
      <w:r>
        <w:rPr>
          <w:b/>
        </w:rPr>
        <w:t xml:space="preserve">[24:12] </w:t>
      </w:r>
      <w:r>
        <w:t>lekin koi aisa hai jo is safar ke zariye apne ko azaad karta hai. koi apne ko halaak kar leta hai. to main sochta raha ke is hadith ka matlab kya hai.</w:t>
      </w:r>
    </w:p>
    <w:p>
      <w:pPr>
        <w:jc w:val="right"/>
      </w:pPr>
      <w:r>
        <w:t>لیکن کوئی ایسا ہے جو اس سفر کے ذریعے اپنے کو آزاد کرتا ہے۔ کوئی اپنے کو ہلاک کر لیتا ہے۔ تو میں سوچتا رہا کہ اس حدیث کا مطلب کیا ہے۔</w:t>
      </w:r>
    </w:p>
    <w:p>
      <w:r>
        <w:rPr>
          <w:b/>
        </w:rPr>
        <w:t xml:space="preserve">[24:23] </w:t>
      </w:r>
      <w:r>
        <w:t>is ka matlab hai ke jis jo mahaul hamara, jo environment hai, jis mein hum paida hote hain, wahi hamein banate hain. yaani everyone is product of his environment</w:t>
      </w:r>
    </w:p>
    <w:p>
      <w:pPr>
        <w:jc w:val="right"/>
      </w:pPr>
      <w:r>
        <w:t>اس کا مطلب ہے کہ جس جو ماحول ہمارا، جو Environment ہے، جس میں ہم پیدا ہوتے ہیں، وہی ہمیں بناتے ہیں۔ یعنی Everyone is product of his environment</w:t>
      </w:r>
    </w:p>
    <w:p>
      <w:r>
        <w:rPr>
          <w:b/>
        </w:rPr>
        <w:t xml:space="preserve">[24:37] </w:t>
      </w:r>
      <w:r>
        <w:t>. every man and every woman is product of his or her environment. to aap ka jo mahaul hai, aap ka jo environment hai, woh apne aap hi aap ko mold karta rehta hai.</w:t>
      </w:r>
    </w:p>
    <w:p>
      <w:pPr>
        <w:jc w:val="right"/>
      </w:pPr>
      <w:r>
        <w:t>. Every man and every woman is product of his or her environment. تو آپ کا جو ماحول ہے، آپ کا جو Environment ہے، وہ اپنے آپ ہی آپ کو Mold کرتا رہتا ہے۔</w:t>
      </w:r>
    </w:p>
    <w:p>
      <w:r>
        <w:rPr>
          <w:b/>
        </w:rPr>
        <w:t xml:space="preserve">[24:52] </w:t>
      </w:r>
      <w:r>
        <w:t>aur aap mold hone ka chance dete hain is ko. to yeh kuch log hain. aur inhi ki majority hai. doosre woh log hain jo apni aql ko istemaal karen.</w:t>
      </w:r>
    </w:p>
    <w:p>
      <w:pPr>
        <w:jc w:val="right"/>
      </w:pPr>
      <w:r>
        <w:t>اور آپ Mold ہونے کا Chance دیتے ہیں اس کو۔ تو یہ کچھ لوگ ہیں۔ اور انہی کی Majority ہے۔ دوسرے وہ لوگ ہیں جو اپنی عقل کو استعمال کریں۔</w:t>
      </w:r>
    </w:p>
    <w:p>
      <w:r>
        <w:rPr>
          <w:b/>
        </w:rPr>
        <w:t xml:space="preserve">[25:03] </w:t>
      </w:r>
      <w:r>
        <w:t>khud sochein.</w:t>
      </w:r>
    </w:p>
    <w:p>
      <w:pPr>
        <w:jc w:val="right"/>
      </w:pPr>
      <w:r>
        <w:t>خود سوچیں۔</w:t>
      </w:r>
    </w:p>
    <w:p>
      <w:r>
        <w:rPr>
          <w:b/>
        </w:rPr>
        <w:t xml:space="preserve">[25:06] </w:t>
      </w:r>
      <w:r>
        <w:t>sab se mushkil kaam dekhen yeh hai ke aap environment ko yeh mauqa na dein ke woh aap ka, aap, aap ki tashkeel karay.</w:t>
      </w:r>
    </w:p>
    <w:p>
      <w:pPr>
        <w:jc w:val="right"/>
      </w:pPr>
      <w:r>
        <w:t>سب سے مشکل کام دیکھیں یہ ہے کہ آپ Environment کو یہ موقع نہ دیں کہ وہ آپ کا، آپ، آپ کی تشکیل کرے۔</w:t>
      </w:r>
    </w:p>
    <w:p>
      <w:r>
        <w:rPr>
          <w:b/>
        </w:rPr>
        <w:t xml:space="preserve">[25:17] </w:t>
      </w:r>
      <w:r>
        <w:t>aap ki shakhsiyat ki tashkeel karay. yeh mauqa na dein. lekin yeh bohat mushkil hai ke mauqa na dein aap. to beshtar haalat mein yeh hota hai ke environment aap ki tashkeel kar dalta hai.</w:t>
      </w:r>
    </w:p>
    <w:p>
      <w:pPr>
        <w:jc w:val="right"/>
      </w:pPr>
      <w:r>
        <w:t>آپ کی شخصیت کی تشکیل کرے۔ یہ موقع نہ دیں۔ لیکن یہ بہت مشکل ہے کہ موقع نہ دیں آپ۔ تو بیشتر حالت میں یہ ہوتا ہے کہ Environment آپ کی تشکیل کر ڈالتا ہے۔</w:t>
      </w:r>
    </w:p>
    <w:p>
      <w:r>
        <w:rPr>
          <w:b/>
        </w:rPr>
        <w:t xml:space="preserve">[25:30] </w:t>
      </w:r>
      <w:r>
        <w:t>ab second chance kya hai?</w:t>
      </w:r>
    </w:p>
    <w:p>
      <w:pPr>
        <w:jc w:val="right"/>
      </w:pPr>
      <w:r>
        <w:t>اب Second Chance کیا ہے؟</w:t>
      </w:r>
    </w:p>
    <w:p>
      <w:r>
        <w:rPr>
          <w:b/>
        </w:rPr>
        <w:t xml:space="preserve">[25:32] </w:t>
      </w:r>
      <w:r>
        <w:t>yaani first chance to yeh tha ke aap apne mahaul ko mauqa na dete ke woh aap ki shakhsiyat ki tashkeel karay. lekin yeh first chance aksar log kho dete hain.</w:t>
      </w:r>
    </w:p>
    <w:p>
      <w:pPr>
        <w:jc w:val="right"/>
      </w:pPr>
      <w:r>
        <w:t>یعنی First Chance تو یہ تھا کہ آپ اپنے ماحول کو موقع نہ دیتے کہ وہ آپ کی شخصیت کی تشکیل کرے۔ لیکن یہ First Chance اکثر لوگ کھو دیتے ہیں۔</w:t>
      </w:r>
    </w:p>
    <w:p>
      <w:r>
        <w:rPr>
          <w:b/>
        </w:rPr>
        <w:t xml:space="preserve">[25:47] </w:t>
      </w:r>
      <w:r>
        <w:t>doosra chance kya hai? ke aap jab maturity ki age ko pahunchen to sochein.</w:t>
      </w:r>
    </w:p>
    <w:p>
      <w:pPr>
        <w:jc w:val="right"/>
      </w:pPr>
      <w:r>
        <w:t>دوسرا Chance کیا ہے؟ کہ آپ جب Maturity کی Age کو پہنچیں تو سوچیں۔</w:t>
      </w:r>
    </w:p>
    <w:p>
      <w:r>
        <w:rPr>
          <w:b/>
        </w:rPr>
        <w:t xml:space="preserve">[25:56] </w:t>
      </w:r>
      <w:r>
        <w:t>soch soch kar apni, apne ko phir se tashkeel k</w:t>
      </w:r>
    </w:p>
    <w:p>
      <w:pPr>
        <w:jc w:val="right"/>
      </w:pPr>
      <w:r>
        <w:t>سوچ سوچ کر اپنی، اپنے کو پھر سے تشکیل ک</w:t>
      </w:r>
    </w:p>
    <w:p>
      <w:r>
        <w:rPr>
          <w:b/>
        </w:rPr>
        <w:t xml:space="preserve">[26:01] </w:t>
      </w:r>
      <w:r>
        <w:t>arein. yaani apni conditioning ko torein. apni deconditioning karein. yeh second chance hai. is ka bohat zyada ghaur karna chahiye.</w:t>
      </w:r>
    </w:p>
    <w:p>
      <w:pPr>
        <w:jc w:val="right"/>
      </w:pPr>
      <w:r>
        <w:t>ریں۔ یعنی اپنی Conditioning کو توڑیں۔ اپنی Deconditioning کریں۔ یہ Second Chance ہے۔ اس کا بہت زیادہ غور کرنا چاہیے۔</w:t>
      </w:r>
    </w:p>
    <w:p>
      <w:r>
        <w:rPr>
          <w:b/>
        </w:rPr>
        <w:t xml:space="preserve">[26:13] </w:t>
      </w:r>
      <w:r>
        <w:t>ke har aadmi paida hone wale, paida hone ke baad pehla chance yeh hai ke apne aap ko woh apne mahaul se</w:t>
      </w:r>
    </w:p>
    <w:p>
      <w:pPr>
        <w:jc w:val="right"/>
      </w:pPr>
      <w:r>
        <w:t>کہ ہر آدمی پیدا ہونے والے، پیدا ہونے کے بعد پہلا Chance یہ ہے کہ اپنے آپ کو وہ اپنے ماحول سے</w:t>
      </w:r>
    </w:p>
    <w:p>
      <w:r>
        <w:rPr>
          <w:b/>
        </w:rPr>
        <w:t xml:space="preserve">[26:24] </w:t>
      </w:r>
      <w:r>
        <w:t>bachaye. mahaul ke influence se bachaye.</w:t>
      </w:r>
    </w:p>
    <w:p>
      <w:pPr>
        <w:jc w:val="right"/>
      </w:pPr>
      <w:r>
        <w:t>بچائے۔ ماحول کے Influence سے بچائے۔</w:t>
      </w:r>
    </w:p>
    <w:p>
      <w:r>
        <w:rPr>
          <w:b/>
        </w:rPr>
        <w:t xml:space="preserve">[26:29] </w:t>
      </w:r>
      <w:r>
        <w:t>woh apni, apne ko condition na hone de. lekin yeh bohat mushkil kaam hai. bohat mushkil kaam hai. lekin Khuda is ko second chance deta hai.</w:t>
      </w:r>
    </w:p>
    <w:p>
      <w:pPr>
        <w:jc w:val="right"/>
      </w:pPr>
      <w:r>
        <w:t>وہ اپنی، اپنے کو Condition نہ ہونے دے۔ لیکن یہ بہت مشکل کام ہے۔ بہت مشکل کام ہے۔ لیکن خدا اس کو Second Chance دیتا ہے۔</w:t>
      </w:r>
    </w:p>
    <w:p>
      <w:r>
        <w:rPr>
          <w:b/>
        </w:rPr>
        <w:t xml:space="preserve">[26:41] </w:t>
      </w:r>
      <w:r>
        <w:t>second chance woh hai ke jab aap maturity ki age ko pahunch jayen to sochein. soch soch kar apne item ko daryaft karein ke kahan aap ki conditioning hui hai.</w:t>
      </w:r>
    </w:p>
    <w:p>
      <w:pPr>
        <w:jc w:val="right"/>
      </w:pPr>
      <w:r>
        <w:t>Second Chance وہ ہے کہ جب آپ Maturity کی Age کو پہنچ جائیں تو سوچیں۔ سوچ سوچ کر اپنے آئٹم کو دریافت کریں کہ کہاں آپ کی Conditioning ہوئی ہے۔</w:t>
      </w:r>
    </w:p>
    <w:p>
      <w:r>
        <w:rPr>
          <w:b/>
        </w:rPr>
        <w:t xml:space="preserve">[26:54] </w:t>
      </w:r>
      <w:r>
        <w:t>kahan aap ke zehen ki tashkeel, mahaul nikal dali hai. woh sab ko badlein.</w:t>
      </w:r>
    </w:p>
    <w:p>
      <w:pPr>
        <w:jc w:val="right"/>
      </w:pPr>
      <w:r>
        <w:t>کہاں آپ کے ذہن کی تشکیل، ماحول نکل ڈالی ہے۔ وہ سب کو بدلیں۔</w:t>
      </w:r>
    </w:p>
    <w:p>
      <w:r>
        <w:rPr>
          <w:b/>
        </w:rPr>
        <w:t xml:space="preserve">[27:01] </w:t>
      </w:r>
      <w:r>
        <w:t>yeh hota hai deconditioning ke zariye. to jo second chance ko avail kare, woh bhi kaamyaab hai. jo first chance ko avail kare, woh bhi kaamyaab hai.</w:t>
      </w:r>
    </w:p>
    <w:p>
      <w:pPr>
        <w:jc w:val="right"/>
      </w:pPr>
      <w:r>
        <w:t>یہ ہوتا ہے Deconditioning کے ذریعے۔ تو جو Second Chance کو Avail کرے، وہ بھی کامیاب ہے۔ جو First Chance کو Avail کرے، وہ بھی کامیاب ہے۔</w:t>
      </w:r>
    </w:p>
    <w:p>
      <w:r>
        <w:rPr>
          <w:b/>
        </w:rPr>
        <w:t xml:space="preserve">[27:12] </w:t>
      </w:r>
      <w:r>
        <w:t>aur jo second chance ko avail kare, woh bhi kaamyaab hai. lekin third chance to hai hi nahin. third chance to hai hi nahin.</w:t>
      </w:r>
    </w:p>
    <w:p>
      <w:pPr>
        <w:jc w:val="right"/>
      </w:pPr>
      <w:r>
        <w:t>اور جو Second Chance کو Avail کرے، وہ بھی کامیاب ہے۔ لیکن Third Chance تو ہے ہی نہیں۔ Third Chance تو ہے ہی نہیں۔</w:t>
      </w:r>
    </w:p>
    <w:p>
      <w:r>
        <w:rPr>
          <w:b/>
        </w:rPr>
        <w:t xml:space="preserve">[27:22] </w:t>
      </w:r>
      <w:r>
        <w:t>to dekhen aap ko sab se bari jo cheez Allah taala ne di hai, woh aql hai.</w:t>
      </w:r>
    </w:p>
    <w:p>
      <w:pPr>
        <w:jc w:val="right"/>
      </w:pPr>
      <w:r>
        <w:t>تو دیکھیں آپ کو سب سے بڑی جو چیز اللہ تعالیٰ نے دی ہے، وہ عقل ہے۔</w:t>
      </w:r>
    </w:p>
    <w:p>
      <w:r>
        <w:rPr>
          <w:b/>
        </w:rPr>
        <w:t xml:space="preserve">[27:29] </w:t>
      </w:r>
      <w:r>
        <w:t>aql. sochne ki taaqat. to aadmi ko chahiye ke apni is aql ko istemaal kare.</w:t>
      </w:r>
    </w:p>
    <w:p>
      <w:pPr>
        <w:jc w:val="right"/>
      </w:pPr>
      <w:r>
        <w:t>عقل۔ سوچنے کی طاقت۔ تو آدمی کو چاہیے کہ اپنی اس عقل کو استعمال کرے۔</w:t>
      </w:r>
    </w:p>
    <w:p>
      <w:r>
        <w:rPr>
          <w:b/>
        </w:rPr>
        <w:t xml:space="preserve">[27:40] </w:t>
      </w:r>
      <w:r>
        <w:t>bharpoor tor par istemaal kare. hadith mein aata hai ke Rasool Allah Sal Allahu Alaihi Wasallam ke baray mein likha hai ke woh musalsal soch mein rehte thay. soch mein.</w:t>
      </w:r>
    </w:p>
    <w:p>
      <w:pPr>
        <w:jc w:val="right"/>
      </w:pPr>
      <w:r>
        <w:t>بھرپور طور پر استعمال کرے۔ حدیث میں آتا ہے کہ رسول اللہ صلی اللہ علیہ وسلم کے بارے میں لکھا ہے کہ وہ مسلسل سوچ میں رہتے تھے۔ سوچ میں۔</w:t>
      </w:r>
    </w:p>
    <w:p>
      <w:r>
        <w:rPr>
          <w:b/>
        </w:rPr>
        <w:t xml:space="preserve">[27:51] </w:t>
      </w:r>
      <w:r>
        <w:t>daaimu al-fikrati musalsal soch mein rehte thay. to sochna kya hai</w:t>
      </w:r>
    </w:p>
    <w:p>
      <w:pPr>
        <w:jc w:val="right"/>
      </w:pPr>
      <w:r>
        <w:t>دَاعِمُ الْفِكْرَةَ مسلسل سوچ میں رہتے تھے۔ تو سوچنا کیا ہے</w:t>
      </w:r>
    </w:p>
    <w:p>
      <w:r>
        <w:rPr>
          <w:b/>
        </w:rPr>
        <w:t xml:space="preserve">[27:56] </w:t>
      </w:r>
      <w:r>
        <w:t>? yahi hai</w:t>
      </w:r>
    </w:p>
    <w:p>
      <w:pPr>
        <w:jc w:val="right"/>
      </w:pPr>
      <w:r>
        <w:t>؟ یہی ہے</w:t>
      </w:r>
    </w:p>
    <w:p>
      <w:r>
        <w:rPr>
          <w:b/>
        </w:rPr>
        <w:t xml:space="preserve">[28:00] </w:t>
      </w:r>
      <w:r>
        <w:t>ke apne baray mein sochna aur aala Allah ke baray mein sochna. aur soch soch kar ke apni, apni personality ko develop karna.</w:t>
      </w:r>
    </w:p>
    <w:p>
      <w:pPr>
        <w:jc w:val="right"/>
      </w:pPr>
      <w:r>
        <w:t>کہ اپنے بارے میں سوچنا اور اعلیٰ اللہ کے بارے میں سوچنا۔ اور سوچ سوچ کر کے اپنی، اپنی Personality کو Develop کرنا۔</w:t>
      </w:r>
    </w:p>
    <w:p>
      <w:r>
        <w:rPr>
          <w:b/>
        </w:rPr>
        <w:t xml:space="preserve">[28:13] </w:t>
      </w:r>
      <w:r>
        <w:t>yeh sochne ka kaam dekhen, kisi hajre mein, kisi alag thalag jagah par nahi hota. Dunya mein rehte hue yeh hota hai.</w:t>
      </w:r>
    </w:p>
    <w:p>
      <w:pPr>
        <w:jc w:val="right"/>
      </w:pPr>
      <w:r>
        <w:t>یہ سوچنے کا کام دیکھیں، کسی حجرے میں، کسی الگ تھلگ جگہ پر نہیں ہوتا۔ دنیا میں رہتے ہوئے یہ ہوتا ہے۔</w:t>
      </w:r>
    </w:p>
    <w:p>
      <w:r>
        <w:rPr>
          <w:b/>
        </w:rPr>
        <w:t xml:space="preserve">[28:22] </w:t>
      </w:r>
      <w:r>
        <w:t>Aap dunya mein reh rahe hain. Dunya mein zindagi guzar rahe hain. Isi ke beech mein yeh Process</w:t>
      </w:r>
    </w:p>
    <w:p>
      <w:pPr>
        <w:jc w:val="right"/>
      </w:pPr>
      <w:r>
        <w:t>آپ دنیا میں رہ رہے ہیں۔ دنیا میں زندگی گزار رہے ہیں۔ اسی کے بیچ میں یہ Process</w:t>
      </w:r>
    </w:p>
    <w:p>
      <w:r>
        <w:rPr>
          <w:b/>
        </w:rPr>
        <w:t xml:space="preserve">[28:30] </w:t>
      </w:r>
      <w:r>
        <w:t>of Thinking chalta rehta hai. Alag se nahi hai. Yeh tasawwur galat hai ke kisi khanqah mein jao, kisi hajre mein baith jao, kahin aitkaf kar lo.</w:t>
      </w:r>
    </w:p>
    <w:p>
      <w:pPr>
        <w:jc w:val="right"/>
      </w:pPr>
      <w:r>
        <w:t>of Thinking چلتا رہتا ہے۔ الگ سے نہیں ہے۔ یہ تصور غلط ہے کہ کسی خانقاہ میں جاؤ، کسی حجرے میں بیٹھ جاؤ، کہیں اعتکاف کر لو۔</w:t>
      </w:r>
    </w:p>
    <w:p>
      <w:r>
        <w:rPr>
          <w:b/>
        </w:rPr>
        <w:t xml:space="preserve">[28:41] </w:t>
      </w:r>
      <w:r>
        <w:t>Yeh tasawwur sahi nahi hai.</w:t>
      </w:r>
    </w:p>
    <w:p>
      <w:pPr>
        <w:jc w:val="right"/>
      </w:pPr>
      <w:r>
        <w:t>یہ تصور صحیح نہیں ہے۔</w:t>
      </w:r>
    </w:p>
    <w:p>
      <w:r>
        <w:rPr>
          <w:b/>
        </w:rPr>
        <w:t xml:space="preserve">[28:43] </w:t>
      </w:r>
      <w:r>
        <w:t>Jo aap ki, jo aap ki dunya hai, jo aap ki zindagi hai, isi mein apni, aap ka Thinking Process jari rahe. Aap ka Thinking Process jari rahe.</w:t>
      </w:r>
    </w:p>
    <w:p>
      <w:pPr>
        <w:jc w:val="right"/>
      </w:pPr>
      <w:r>
        <w:t>جو آپ کی، جو آپ کی دنیا ہے، جو آپ کی زندگی ہے، اسی میں اپنی، آپ کا Thinking Process جاری رہے۔ آپ کا Thinking Process جاری رہے۔</w:t>
      </w:r>
    </w:p>
    <w:p>
      <w:r>
        <w:rPr>
          <w:b/>
        </w:rPr>
        <w:t xml:space="preserve">[28:56] </w:t>
      </w:r>
      <w:r>
        <w:t>Yeh matloob hai. To jab aap ka Thinking Process jari rahega to aap ki shakhsiyat ki taameer bhi hoti rahegi.</w:t>
      </w:r>
    </w:p>
    <w:p>
      <w:pPr>
        <w:jc w:val="right"/>
      </w:pPr>
      <w:r>
        <w:t>یہ مطلوب ہے۔ تو جب آپ کا Thinking Process جاری رہے گا تو آپ کی شخصیت کی تعمیر بھی ہوتی رہے گی۔</w:t>
      </w:r>
    </w:p>
    <w:p>
      <w:r>
        <w:rPr>
          <w:b/>
        </w:rPr>
        <w:t xml:space="preserve">[29:05] </w:t>
      </w:r>
      <w:r>
        <w:t>Bazahir aap, yaani doosre doosre kaamon mein mashghool honge. Lekin Internally aap ke andar ek Process hoga. Thinking Process.</w:t>
      </w:r>
    </w:p>
    <w:p>
      <w:pPr>
        <w:jc w:val="right"/>
      </w:pPr>
      <w:r>
        <w:t>بظاہر آپ، یعنی دوسرے دوسرے کاموں میں مشغول ہوں گے۔ لیکن Internally آپ کے اندر ایک Process ہوگا۔ Thinking Process۔</w:t>
      </w:r>
    </w:p>
    <w:p>
      <w:r>
        <w:rPr>
          <w:b/>
        </w:rPr>
        <w:t xml:space="preserve">[29:16] </w:t>
      </w:r>
      <w:r>
        <w:t>Jo aap ke andar ek shakhsiyat bana raha hoga. To yaad rakhen, insaan ko do hi Chance milta hai.</w:t>
      </w:r>
    </w:p>
    <w:p>
      <w:pPr>
        <w:jc w:val="right"/>
      </w:pPr>
      <w:r>
        <w:t>جو آپ کے اندر ایک شخصیت بنا رہا ہوگا۔ تو یاد رکھیں، انسان کو دو ہی Chance ملتا ہے۔</w:t>
      </w:r>
    </w:p>
    <w:p>
      <w:r>
        <w:rPr>
          <w:b/>
        </w:rPr>
        <w:t xml:space="preserve">[29:24] </w:t>
      </w:r>
      <w:r>
        <w:t>Third Chance nahi milta hai.</w:t>
      </w:r>
    </w:p>
    <w:p>
      <w:pPr>
        <w:jc w:val="right"/>
      </w:pPr>
      <w:r>
        <w:t>Third Chance نہیں ملتا ہے۔</w:t>
      </w:r>
    </w:p>
    <w:p>
      <w:r>
        <w:rPr>
          <w:b/>
        </w:rPr>
        <w:t xml:space="preserve">[29:26] </w:t>
      </w:r>
      <w:r>
        <w:t>First Chance yeh hai ke aap dunya ke jis Environment mein aap hain, us Environment se apne aap ko bacha saken.</w:t>
      </w:r>
    </w:p>
    <w:p>
      <w:pPr>
        <w:jc w:val="right"/>
      </w:pPr>
      <w:r>
        <w:t>First Chance یہ ہے کہ آپ دنیا کے جس Environment میں آپ ہیں، اس Environment سے اپنے آپ کو بچا سکیں۔</w:t>
      </w:r>
    </w:p>
    <w:p>
      <w:r>
        <w:rPr>
          <w:b/>
        </w:rPr>
        <w:t xml:space="preserve">[29:39] </w:t>
      </w:r>
      <w:r>
        <w:t>Aap Self-Made Man banen. Yaani mahaul ka Product na hon, balkeh aap Self-Made Man banen. Yeh pehla Chance hai. Doosra Chance kya hai?</w:t>
      </w:r>
    </w:p>
    <w:p>
      <w:pPr>
        <w:jc w:val="right"/>
      </w:pPr>
      <w:r>
        <w:t>آپ Self-Made Man بنیں۔ یعنی ماحول کا Product نہ ہوں، بلکہ آپ Self-Made Man بنیں۔ یہ پہلا Chance ہے۔ دوسرا Chance کیا ہے؟</w:t>
      </w:r>
    </w:p>
    <w:p>
      <w:r>
        <w:rPr>
          <w:b/>
        </w:rPr>
        <w:t xml:space="preserve">[29:51] </w:t>
      </w:r>
      <w:r>
        <w:t>Woh yeh hai ke aap Introspection karen. Muhasba karen. Apni Conditioning ko daryaft karen. Aur phir apne irade ko harkat mein la kar ke Deconditioning karen.</w:t>
      </w:r>
    </w:p>
    <w:p>
      <w:pPr>
        <w:jc w:val="right"/>
      </w:pPr>
      <w:r>
        <w:t>وہ یہ ہے کہ آپ Introspection کریں۔ محاسبہ کریں۔ اپنی Conditioning کو دریافت کریں۔ اور پھر اپنے ارادے کو حرکت میں لا کر کے Deconditioning کریں۔</w:t>
      </w:r>
    </w:p>
    <w:p>
      <w:r>
        <w:rPr>
          <w:b/>
        </w:rPr>
        <w:t xml:space="preserve">[30:08] </w:t>
      </w:r>
      <w:r>
        <w:t>Yeh Second Chance hai. Aur Third Chance to zindagi mein kabhi aata hi nahi.</w:t>
      </w:r>
    </w:p>
    <w:p>
      <w:pPr>
        <w:jc w:val="right"/>
      </w:pPr>
      <w:r>
        <w:t>یہ Second Chance ہے۔ اور Third Chance تو زندگی میں کبھی آتا ہی نہیں۔</w:t>
      </w:r>
    </w:p>
    <w:p>
      <w:r>
        <w:rPr>
          <w:b/>
        </w:rPr>
        <w:t xml:space="preserve">[30:19] </w:t>
      </w:r>
      <w:r>
        <w:t>To yeh saari baat ek choti si ayat mein bata di gayi hai. مِنْكُمْ مَيُؤُيُّدُ الدُّنْيَا وَمِنْكُمْ مَيُؤُيُّدُ الْآخِرَةَ</w:t>
      </w:r>
    </w:p>
    <w:p>
      <w:pPr>
        <w:jc w:val="right"/>
      </w:pPr>
      <w:r>
        <w:t>تو یہ ساری بات ایک چھوٹی سی آیت میں بتا دی گئی ہے۔ مِنْكُمْ مَيُؤُيُّدُ الدُّنْيَا وَمِنْكُمْ مَيُؤُيُّدُ الْآخِرَةَ</w:t>
      </w:r>
    </w:p>
    <w:p>
      <w:r>
        <w:rPr>
          <w:b/>
        </w:rPr>
        <w:t xml:space="preserve">[30:31] </w:t>
      </w:r>
      <w:r>
        <w:t>Yahi do hain zindagi ke. Zindagi ka jo safar hai, woh iske yahi do Field hain. Yahi do maidan hain. Yahi do rukh hain.</w:t>
      </w:r>
    </w:p>
    <w:p>
      <w:pPr>
        <w:jc w:val="right"/>
      </w:pPr>
      <w:r>
        <w:t>یہی دو ہیں زندگی کے۔ زندگی کا جو سفر ہے، وہ اس کے یہی دو Field ہیں۔ یہی دو میدان ہیں۔ یہی دو رخ ہیں۔</w:t>
      </w:r>
    </w:p>
    <w:p>
      <w:r>
        <w:rPr>
          <w:b/>
        </w:rPr>
        <w:t xml:space="preserve">[30:41] </w:t>
      </w:r>
      <w:r>
        <w:t>Ya dunya roohi ya akhirat roohi.</w:t>
      </w:r>
    </w:p>
    <w:p>
      <w:pPr>
        <w:jc w:val="right"/>
      </w:pPr>
      <w:r>
        <w:t>یا دنیا روحی یا آخرت روحی۔</w:t>
      </w:r>
    </w:p>
    <w:p>
      <w:r>
        <w:rPr>
          <w:b/>
        </w:rPr>
        <w:t xml:space="preserve">[30:51] </w:t>
      </w:r>
      <w:r>
        <w:t>Yeh bohat zyada Serious baat hai.</w:t>
      </w:r>
    </w:p>
    <w:p>
      <w:pPr>
        <w:jc w:val="right"/>
      </w:pPr>
      <w:r>
        <w:t>یہ بہت زیادہ Serious بات ہے۔</w:t>
      </w:r>
    </w:p>
    <w:p>
      <w:r>
        <w:rPr>
          <w:b/>
        </w:rPr>
        <w:t xml:space="preserve">[30:57] </w:t>
      </w:r>
      <w:r>
        <w:t>Kal mein apne barhape ke liye soch raha tha ke barhapa kya hai? Mout se qareeb hona. Aadmi paida hota hai to bachcha hota hai.</w:t>
      </w:r>
    </w:p>
    <w:p>
      <w:pPr>
        <w:jc w:val="right"/>
      </w:pPr>
      <w:r>
        <w:t>کل میں اپنے بڑھاپے کے لئے سوچ رہا تھا کہ بڑھاپا کیا ہے؟ موت سے قریب ہونا۔ آدمی پیدا ہوتا ہے تو بچہ ہوتا ہے۔</w:t>
      </w:r>
    </w:p>
    <w:p>
      <w:r>
        <w:rPr>
          <w:b/>
        </w:rPr>
        <w:t xml:space="preserve">[31:10] </w:t>
      </w:r>
      <w:r>
        <w:t>Phir woh naujawan hota hai. Phir jawan hota hai. Phir adhed hota hai. Yahan tak ke boodha hota hai. To barhape ke baad to mout hai.</w:t>
      </w:r>
    </w:p>
    <w:p>
      <w:pPr>
        <w:jc w:val="right"/>
      </w:pPr>
      <w:r>
        <w:t>پھر وہ نوجوان ہوتا ہے۔ پھر جوان ہوتا ہے۔ پھر ادھیڑ ہوتا ہے۔ یہاں تک کہ بوڑھا ہوتا ہے۔ تو بڑھاپے کے بعد تو موت ہے۔</w:t>
      </w:r>
    </w:p>
    <w:p>
      <w:r>
        <w:rPr>
          <w:b/>
        </w:rPr>
        <w:t xml:space="preserve">[31:19] </w:t>
      </w:r>
      <w:r>
        <w:t>Agar mein chahun ke meri zindagi abhi continue rahe, hazar saal tak, to darje pass point. To mere zehan mein aaya hai ke mout jo hai, compulsory eviction hai.</w:t>
      </w:r>
    </w:p>
    <w:p>
      <w:pPr>
        <w:jc w:val="right"/>
      </w:pPr>
      <w:r>
        <w:t>اگر میں چاہوں کہ میری زندگی ابھی Continue رہے، ہزار سال تک، تو درجے Pass Point۔ تو میرے ذہن میں آیا ہے کہ موت جو ہے، Compulsory Eviction ہے۔</w:t>
      </w:r>
    </w:p>
    <w:p>
      <w:r>
        <w:rPr>
          <w:b/>
        </w:rPr>
        <w:t xml:space="preserve">[31:32] </w:t>
      </w:r>
      <w:r>
        <w:t>Har aadmi chahta hai ke dunya mein rahe, sehat ke sath. Lekin woh kisi ko woh cheez hasil nahi.</w:t>
      </w:r>
    </w:p>
    <w:p>
      <w:pPr>
        <w:jc w:val="right"/>
      </w:pPr>
      <w:r>
        <w:t>ہر آدمی چاہتا ہے کہ دنیا میں رہے، صحت کے ساتھ۔ لیکن وہ کسی کو وہ چیز حاصل نہیں۔</w:t>
      </w:r>
    </w:p>
    <w:p>
      <w:r>
        <w:rPr>
          <w:b/>
        </w:rPr>
        <w:t xml:space="preserve">[31:40] </w:t>
      </w:r>
      <w:r>
        <w:t>To mout haqeeqat mein hai Compulsory Eviction. Yaani dunya se baja nikal dena. Baja nikal dena.</w:t>
      </w:r>
    </w:p>
    <w:p>
      <w:pPr>
        <w:jc w:val="right"/>
      </w:pPr>
      <w:r>
        <w:t>تو موت حقیقت میں ہے Compulsory Eviction۔ یعنی دنیا سے بجا نکال دینا۔ بجا نکال دینا۔</w:t>
      </w:r>
    </w:p>
    <w:p>
      <w:r>
        <w:rPr>
          <w:b/>
        </w:rPr>
        <w:t xml:space="preserve">[31:49] </w:t>
      </w:r>
      <w:r>
        <w:t>To yeh waqt to aane hi aana hai har aadmi ke upar. Is waqt se pehle pehle aadmi apni shakhsiyat ko bana le. Yaani madqa shakhsiyat taabeer kar le.</w:t>
      </w:r>
    </w:p>
    <w:p>
      <w:pPr>
        <w:jc w:val="right"/>
      </w:pPr>
      <w:r>
        <w:t>تو یہ وقت تو آنے ہی آنا ہے ہر آدمی کے اوپر۔ اس وقت سے پہلے پہلے آدمی اپنی شخصیت کو بنا لے۔ یعنی مدقہ شخصیت تعبیر کر لے۔</w:t>
      </w:r>
    </w:p>
    <w:p>
      <w:r>
        <w:rPr>
          <w:b/>
        </w:rPr>
        <w:t xml:space="preserve">[32:01] </w:t>
      </w:r>
      <w:r>
        <w:t>Madqa shakhsiyat. ذٰلِكَ جَزَاءُ مَنْ تَذَكَّرَ To madqa shakhsiyat yahi hai. Madqa shakhsiyat yahi hai.</w:t>
      </w:r>
    </w:p>
    <w:p>
      <w:pPr>
        <w:jc w:val="right"/>
      </w:pPr>
      <w:r>
        <w:t>مدقہ شخصیت۔ ذٰلِكَ جَزَاءُ مَنْ تَذَكَّرَ تو مدقہ شخصیت یہی ہے۔ مدقہ شخصیت یہی ہے۔</w:t>
      </w:r>
    </w:p>
    <w:p>
      <w:r>
        <w:rPr>
          <w:b/>
        </w:rPr>
        <w:t xml:space="preserve">[32:12] </w:t>
      </w:r>
      <w:r>
        <w:t>Ke jo, yaani jo aadmi akhirat roohi zindagi ikhtiyar karega, usi ke andar tazkiya ka Process jari hoga.</w:t>
      </w:r>
    </w:p>
    <w:p>
      <w:pPr>
        <w:jc w:val="right"/>
      </w:pPr>
      <w:r>
        <w:t>کہ جو، یعنی جو آدمی آخرت روحی زندگی اختیار کرے گا، اسی کے اندر تزکیہ کا Process جاری ہوگا۔</w:t>
      </w:r>
    </w:p>
    <w:p>
      <w:r>
        <w:rPr>
          <w:b/>
        </w:rPr>
        <w:t xml:space="preserve">[32:21] </w:t>
      </w:r>
      <w:r>
        <w:t>jo aadmi dunya roohi zindagi ikhtiyar karega, uske andar woh process hi jari nahi hoga. Yaani internal personality ko develop karne ka process jari nahi hoga.</w:t>
      </w:r>
    </w:p>
    <w:p>
      <w:pPr>
        <w:jc w:val="right"/>
      </w:pPr>
      <w:r>
        <w:t>جو آدمی دنیا روحی زندگی اختیار کرے گا، اس کے اندر وہ Process ہی جاری نہیں ہوگا۔ یعنی Internal Personality کو Develop کرنے کا Process جاری نہیں ہوگا۔</w:t>
      </w:r>
    </w:p>
    <w:p>
      <w:r>
        <w:rPr>
          <w:b/>
        </w:rPr>
        <w:t xml:space="preserve">[32:38] </w:t>
      </w:r>
      <w:r>
        <w:t>to yeh saari cheezein bohat zyada sochne wali hain. Log samajhte hain ke bas kuch rituals hain, unko ada kar lo.</w:t>
      </w:r>
    </w:p>
    <w:p>
      <w:pPr>
        <w:jc w:val="right"/>
      </w:pPr>
      <w:r>
        <w:t>تو یہ ساری چیزیں بہت زیادہ سوچنے والی ہیں۔ لوگ سمجھتے ہیں کہ بس کچھ Rituals ہیں، ان کو ادا کر لو۔</w:t>
      </w:r>
    </w:p>
    <w:p>
      <w:r>
        <w:rPr>
          <w:b/>
        </w:rPr>
        <w:t xml:space="preserve">[32:48] </w:t>
      </w:r>
      <w:r>
        <w:t>misalan paanch waqt ki namaz padh lo.</w:t>
      </w:r>
    </w:p>
    <w:p>
      <w:pPr>
        <w:jc w:val="right"/>
      </w:pPr>
      <w:r>
        <w:t>مثلاً پانچ وقت کی نماز پڑھ لو۔</w:t>
      </w:r>
    </w:p>
    <w:p>
      <w:r>
        <w:rPr>
          <w:b/>
        </w:rPr>
        <w:t xml:space="preserve">[32:51] </w:t>
      </w:r>
      <w:r>
        <w:t>roze ka mahina aaye to roza rakh lo. Hajj ka zamana aaye to hajj kar lo. Batore rituals, batore form. To yeh asal nahi hai.</w:t>
      </w:r>
    </w:p>
    <w:p>
      <w:pPr>
        <w:jc w:val="right"/>
      </w:pPr>
      <w:r>
        <w:t>روزے کا مہینہ آئے تو روزہ رکھ لو۔ حج کا زمانہ آئے تو حج کر لو۔ بطور Rituals، بطور Form۔ تو یہ اصل نہیں ہے۔</w:t>
      </w:r>
    </w:p>
    <w:p>
      <w:r>
        <w:rPr>
          <w:b/>
        </w:rPr>
        <w:t xml:space="preserve">[33:01] </w:t>
      </w:r>
      <w:r>
        <w:t>in sab ke darmiyan, in activities ke darmiyan, aapka woh process jari hai ke nahi jari? Shakhsiyat ki taabeer ka.</w:t>
      </w:r>
    </w:p>
    <w:p>
      <w:pPr>
        <w:jc w:val="right"/>
      </w:pPr>
      <w:r>
        <w:t>ان سب کے درمیان، ان Activities کے درمیان، آپ کا وہ Process جاری ہے کہ نہیں جاری؟ شخصیت کی تعبیر کا۔</w:t>
      </w:r>
    </w:p>
    <w:p>
      <w:r>
        <w:rPr>
          <w:b/>
        </w:rPr>
        <w:t xml:space="preserve">[33:11] </w:t>
      </w:r>
      <w:r>
        <w:t>yaani tazkiya par mabni shakhsiyat ki taabeer.</w:t>
      </w:r>
    </w:p>
    <w:p>
      <w:pPr>
        <w:jc w:val="right"/>
      </w:pPr>
      <w:r>
        <w:t>یعنی تزکیہ پر مبنی شخصیت کی تعبیر۔</w:t>
      </w:r>
    </w:p>
    <w:p>
      <w:r>
        <w:rPr>
          <w:b/>
        </w:rPr>
        <w:t xml:space="preserve">[33:16] </w:t>
      </w:r>
      <w:r>
        <w:t>tazkiya par mabni shakhsiyat ki taabeer ka process jari hai ya nahi jari? Yahan faisla hota hai aapke mustaqbil ka.</w:t>
      </w:r>
    </w:p>
    <w:p>
      <w:pPr>
        <w:jc w:val="right"/>
      </w:pPr>
      <w:r>
        <w:t>تزکیہ پر مبنی شخصیت کی تعبیر کا Process جاری ہے یا نہیں جاری؟ یہاں فیصلہ ہوتا ہے آپ کے مستقبل کا۔</w:t>
      </w:r>
    </w:p>
    <w:p>
      <w:r>
        <w:rPr>
          <w:b/>
        </w:rPr>
        <w:t xml:space="preserve">[33:26] </w:t>
      </w:r>
      <w:r>
        <w:t>khud Quran ke bare mein aaya hai ke Quran kyun utara gaya. To is mein hai ke la tadabbaro ayatihi Quran is liye utara gaya ke la tadabbaro ayatihi zameen o aasman ke bare mein Quran mein bar bar hai ke ghor karo zameen o aasman par.</w:t>
      </w:r>
    </w:p>
    <w:p>
      <w:pPr>
        <w:jc w:val="right"/>
      </w:pPr>
      <w:r>
        <w:t>خود قرآن کے بارے میں آیا ہے کہ قرآن کیوں اتارا گیا۔ تو اس میں ہے کہ لَا تَدَبَّرُوا آَيَاتِهِ قرآن اس لیے اتارا گیا کہ لَا تَدَبَّرُوا آَيَاتِهِ زمین و آسمان کے بارے میں قرآن میں بار بار ہے کہ غور کرو زمین و آسمان پر۔</w:t>
      </w:r>
    </w:p>
    <w:p>
      <w:r>
        <w:rPr>
          <w:b/>
        </w:rPr>
        <w:t xml:space="preserve">[33:42] </w:t>
      </w:r>
      <w:r>
        <w:t>to kaha zameen o aasman bhi is liye ke ghor kiya jaye. Contemplation ke liye. Quran bhi is liye ke is par ghor kiya jaye. Contemplation ke liye.</w:t>
      </w:r>
    </w:p>
    <w:p>
      <w:pPr>
        <w:jc w:val="right"/>
      </w:pPr>
      <w:r>
        <w:t>تو کہا زمین و آسمان بھی اس لیے کہ غور کیا جائے۔ Contemplation کے لیے۔ قرآن بھی اس لیے کہ اس پر غور کیا جائے۔ Contemplation کے لیے۔</w:t>
      </w:r>
    </w:p>
    <w:p>
      <w:r>
        <w:rPr>
          <w:b/>
        </w:rPr>
        <w:t xml:space="preserve">[33:50] </w:t>
      </w:r>
      <w:r>
        <w:t>to zindagi mein sab se bara jo amal hai, woh hai tadabbur. Ghor o fikr. Yeh amal hai. Tadabbur ek amal hai.</w:t>
      </w:r>
    </w:p>
    <w:p>
      <w:pPr>
        <w:jc w:val="right"/>
      </w:pPr>
      <w:r>
        <w:t>تو زندگی میں سب سے بڑا جو عمل ہے، وہ ہے تدبر۔ غور و فکر۔ یہ عمل ہے۔ تدبر ایک عمل ہے۔</w:t>
      </w:r>
    </w:p>
    <w:p>
      <w:r>
        <w:rPr>
          <w:b/>
        </w:rPr>
        <w:t xml:space="preserve">[34:01] </w:t>
      </w:r>
      <w:r>
        <w:t>jisko kehte hain Contemplation.</w:t>
      </w:r>
    </w:p>
    <w:p>
      <w:pPr>
        <w:jc w:val="right"/>
      </w:pPr>
      <w:r>
        <w:t>جس کو کہتے ہیں Contemplation۔</w:t>
      </w:r>
    </w:p>
    <w:p>
      <w:r>
        <w:rPr>
          <w:b/>
        </w:rPr>
        <w:t xml:space="preserve">[34:05] </w:t>
      </w:r>
      <w:r>
        <w:t>kyun ke saari jo marifat ki baatein hain, woh tadabbur ke zariye hasil hoti hain.</w:t>
      </w:r>
    </w:p>
    <w:p>
      <w:pPr>
        <w:jc w:val="right"/>
      </w:pPr>
      <w:r>
        <w:t>کیونکہ ساری جو معرفت کی باتیں ہیں، وہ تدبر کے ذریعے حاصل ہوتی ہیں۔</w:t>
      </w:r>
    </w:p>
    <w:p>
      <w:r>
        <w:rPr>
          <w:b/>
        </w:rPr>
        <w:t xml:space="preserve">[34:15] </w:t>
      </w:r>
      <w:r>
        <w:t>marifat ki baatein jo hain, woh har cheez mein chupi hui hain. Un chupi hui haqeeqaton ko daryaft karta hai aadmi tadabbur ke zariye se.</w:t>
      </w:r>
    </w:p>
    <w:p>
      <w:pPr>
        <w:jc w:val="right"/>
      </w:pPr>
      <w:r>
        <w:t>معرفت کی باتیں جو ہیں، وہ ہر چیز میں چھپی ہوئی ہیں۔ ان چھپی ہوئی حقیقتوں کو دریافت کرتا ہے آدمی تدبر کے ذریعے سے۔</w:t>
      </w:r>
    </w:p>
    <w:p>
      <w:r>
        <w:rPr>
          <w:b/>
        </w:rPr>
        <w:t xml:space="preserve">[34:29] </w:t>
      </w:r>
      <w:r>
        <w:t>Contemplation ke zariye se.</w:t>
      </w:r>
    </w:p>
    <w:p>
      <w:pPr>
        <w:jc w:val="right"/>
      </w:pPr>
      <w:r>
        <w:t>Contemplation کے ذریعے سے۔</w:t>
      </w:r>
    </w:p>
    <w:p>
      <w:r>
        <w:rPr>
          <w:b/>
        </w:rPr>
        <w:t xml:space="preserve">[34:35] </w:t>
      </w:r>
      <w:r>
        <w:t>to sab se, hadith mein aata hai ke Allah taala ne sab se bari cheez jo paida ki, woh aql hai. To bari kis maani mein?</w:t>
      </w:r>
    </w:p>
    <w:p>
      <w:pPr>
        <w:jc w:val="right"/>
      </w:pPr>
      <w:r>
        <w:t>تو سب سے، حدیث میں آتا ہے کہ اللہ تعالیٰ نے سب سے بڑی چیز جو پیدا کی، وہ عقل ہے۔ تو بڑی کس معنی میں؟</w:t>
      </w:r>
    </w:p>
    <w:p>
      <w:r>
        <w:rPr>
          <w:b/>
        </w:rPr>
        <w:t xml:space="preserve">[34:45] </w:t>
      </w:r>
      <w:r>
        <w:t>kyun ke aql hi zariya hai marifat ke husool ka.</w:t>
      </w:r>
    </w:p>
    <w:p>
      <w:pPr>
        <w:jc w:val="right"/>
      </w:pPr>
      <w:r>
        <w:t>کیونکہ عقل ہی ذریعہ ہے معرفت کے حصول کا۔</w:t>
      </w:r>
    </w:p>
    <w:p>
      <w:r>
        <w:rPr>
          <w:b/>
        </w:rPr>
        <w:t xml:space="preserve">[34:52] </w:t>
      </w:r>
      <w:r>
        <w:t>ab dekhein Quran mein aaya hai ke wa ma khalaqtul jinna wal insa illa li ya'budoon jin ins ko paida kiya aap ne ibadat ke liye.</w:t>
      </w:r>
    </w:p>
    <w:p>
      <w:pPr>
        <w:jc w:val="right"/>
      </w:pPr>
      <w:r>
        <w:t>اب دیکھیں قرآن میں آیا ہے کہ وَمَا خَلَقْتُ الْجِنَّ وَالْإِنْسَ إِلَّا لِيَعْبُدُونَ جن انس کو پیدا کیا آپ نے عبادت کے لیے۔</w:t>
      </w:r>
    </w:p>
    <w:p>
      <w:r>
        <w:rPr>
          <w:b/>
        </w:rPr>
        <w:t xml:space="preserve">[35:02] </w:t>
      </w:r>
      <w:r>
        <w:t>to is ki tasheeh ki gayi hai li ya'budoon ki li ya'rifoon kaha paidaishi marifat ke liye. Yeh jo paidaish insan ki hai, jo takhleeq insan ki hai, woh isi liye hai ke aadmi marifat hasil kare.</w:t>
      </w:r>
    </w:p>
    <w:p>
      <w:pPr>
        <w:jc w:val="right"/>
      </w:pPr>
      <w:r>
        <w:t>تو اس کی تصحیح کی گئی ہے لِيَعْبُدُونَ کی لِيَعْرِفُونَ کہا پیدائشی معرفت کے لیے۔ یہ جو پیدائش انسان کی ہے، جو تخلیق انسان کی ہے، وہ اسی لیے ہے کہ آدمی معرفت حاصل کرے۔</w:t>
      </w:r>
    </w:p>
    <w:p>
      <w:r>
        <w:rPr>
          <w:b/>
        </w:rPr>
        <w:t xml:space="preserve">[35:20] </w:t>
      </w:r>
      <w:r>
        <w:t>wa'rif billahi bane.</w:t>
      </w:r>
    </w:p>
    <w:p>
      <w:pPr>
        <w:jc w:val="right"/>
      </w:pPr>
      <w:r>
        <w:t>وَعَرِفْ بِاللَّهِ بنے۔</w:t>
      </w:r>
    </w:p>
    <w:p>
      <w:r>
        <w:rPr>
          <w:b/>
        </w:rPr>
        <w:t xml:space="preserve">[35:22] </w:t>
      </w:r>
      <w:r>
        <w:t>to marifat kaise hasil hoti hai? Marifat hoti hai aql ke zariye se. Aql ko istemal karne ke zariye se. To aql ko istemal karne hi ka naam tadabbur hai.</w:t>
      </w:r>
    </w:p>
    <w:p>
      <w:pPr>
        <w:jc w:val="right"/>
      </w:pPr>
      <w:r>
        <w:t>تو معرفت کیسے حاصل ہوتی ہے؟ معرفت ہوتی ہے عقل کے ذریعے سے۔ عقل کو استعمال کرنے کے ذریعے سے۔ تو عقل کو استعمال کرنے ہی کا نام تدبر ہے۔</w:t>
      </w:r>
    </w:p>
    <w:p>
      <w:r>
        <w:rPr>
          <w:b/>
        </w:rPr>
        <w:t xml:space="preserve">[35:35] </w:t>
      </w:r>
      <w:r>
        <w:t>aql ko istemal karne hi ka naam tafakkur hai. To kaha sab, yaani hadith mein yeh bhi aaya hai ke tadabbur aur tafakkur sab se bari ibadat hai.</w:t>
      </w:r>
    </w:p>
    <w:p>
      <w:pPr>
        <w:jc w:val="right"/>
      </w:pPr>
      <w:r>
        <w:t>عقل کو استعمال کرنے ہی کا نام تفکر ہے۔ تو کہا سب، یعنی حدیث میں یہ بھی آیا ہے کہ تدبر اور تفکر سب سے بڑی عبادت ہے۔</w:t>
      </w:r>
    </w:p>
    <w:p>
      <w:r>
        <w:rPr>
          <w:b/>
        </w:rPr>
        <w:t xml:space="preserve">[35:50] </w:t>
      </w:r>
      <w:r>
        <w:t>kyun sab se bari ibadat hai? Ke isi ke zariye se aap marifat ke item daryaft karte hain.</w:t>
      </w:r>
    </w:p>
    <w:p>
      <w:pPr>
        <w:jc w:val="right"/>
      </w:pPr>
      <w:r>
        <w:t>کیوں سب سے بڑی عبادت ہے؟ کہ اسی کے ذریعے سے آپ معرفت کے آئٹم دریافت کرتے ہیں۔</w:t>
      </w:r>
    </w:p>
    <w:p>
      <w:r>
        <w:rPr>
          <w:b/>
        </w:rPr>
        <w:t xml:space="preserve">[36:00] </w:t>
      </w:r>
      <w:r>
        <w:t>to aadmi ko apni aql ko develop karna chahiye.</w:t>
      </w:r>
    </w:p>
    <w:p>
      <w:pPr>
        <w:jc w:val="right"/>
      </w:pPr>
      <w:r>
        <w:t>تو آدمی کو اپنی عقل کو Develop کرنا چاہیے۔</w:t>
      </w:r>
    </w:p>
    <w:p>
      <w:r>
        <w:rPr>
          <w:b/>
        </w:rPr>
        <w:t xml:space="preserve">[36:08] </w:t>
      </w:r>
      <w:r>
        <w:t>kal parson ek saahib se meri mulaqat hui. Mujh se pachees tees saal pehle mulaqat hui thi.</w:t>
      </w:r>
    </w:p>
    <w:p>
      <w:pPr>
        <w:jc w:val="right"/>
      </w:pPr>
      <w:r>
        <w:t>کل پرسوں ایک صاحب سے میری ملاقات ہوئی۔ مجھ سے پچیس تیس سال پہلے ملاقات ہوئی تھی۔</w:t>
      </w:r>
    </w:p>
    <w:p>
      <w:r>
        <w:rPr>
          <w:b/>
        </w:rPr>
        <w:t xml:space="preserve">[36:16] </w:t>
      </w:r>
      <w:r>
        <w:t>to main ne dekha ke wahi hain aaj bhi woh. Jahan woh pachees tees saal pehle they. Un ki baatein, oontay oontay par uthne ka andaaz. Har cheez wahi tha aaj bhi jo pehle tha.</w:t>
      </w:r>
    </w:p>
    <w:p>
      <w:pPr>
        <w:jc w:val="right"/>
      </w:pPr>
      <w:r>
        <w:t>تو میں نے دیکھا کہ وہی ہیں آج بھی وہ۔ جہاں وہ پچیس تیس سال پہلے تھے۔ ان کی باتیں، اونٹے اونٹے پر اٹھنے کا انداز۔ ہر چیز وہی تھا آج بھی جو پہلے تھا۔</w:t>
      </w:r>
    </w:p>
    <w:p>
      <w:r>
        <w:rPr>
          <w:b/>
        </w:rPr>
        <w:t xml:space="preserve">[36:27] </w:t>
      </w:r>
      <w:r>
        <w:t>is mani mein ke unhon ne apni aql ko istemal nahi kiya. apni aql ko istemal kar ke apne andar koi taraqqi yafta shakhsiyat nahi banai.</w:t>
      </w:r>
    </w:p>
    <w:p>
      <w:pPr>
        <w:jc w:val="right"/>
      </w:pPr>
      <w:r>
        <w:t>اس معنی میں کہ انہوں نے اپنی عقل کو استعمال نہیں کیا۔ اپنی عقل کو استعمال کر کے اپنے اندر کوئی ترقی یافتہ شخصیت نہیں بنائی۔</w:t>
      </w:r>
    </w:p>
    <w:p>
      <w:r>
        <w:rPr>
          <w:b/>
        </w:rPr>
        <w:t xml:space="preserve">[36:40] </w:t>
      </w:r>
      <w:r>
        <w:t>to un se mein ne kaha ke dekhen yeh ghar jahan hum baithe hue hain, yeh ghar kaise bana?</w:t>
      </w:r>
    </w:p>
    <w:p>
      <w:pPr>
        <w:jc w:val="right"/>
      </w:pPr>
      <w:r>
        <w:t>تو ان سے میں نے کہا کہ دیکھیں یہ گھر جہاں ہم بیٹھے ہوئے ہیں، یہ گھر کیسے بنا؟</w:t>
      </w:r>
    </w:p>
    <w:p>
      <w:r>
        <w:rPr>
          <w:b/>
        </w:rPr>
        <w:t xml:space="preserve">[36:51] </w:t>
      </w:r>
      <w:r>
        <w:t>is tarah bana ke is ka jo material hai, yeh jo raw material hai, mislan cement hai, reit hai, eent hai, loha hai,</w:t>
      </w:r>
    </w:p>
    <w:p>
      <w:pPr>
        <w:jc w:val="right"/>
      </w:pPr>
      <w:r>
        <w:t>اس طرح بنا کہ اس کا جو میٹیریل ہے، یہ جو را میٹیریل ہے، مثلاً سیمنٹ ہے، ریت ہے، اینٹ ہے، لوہا ہے،</w:t>
      </w:r>
    </w:p>
    <w:p>
      <w:r>
        <w:rPr>
          <w:b/>
        </w:rPr>
        <w:t xml:space="preserve">[37:05] </w:t>
      </w:r>
      <w:r>
        <w:t>lakri hai, yeh sab raw material ki surat mein kahin maujood thay. to karigar ne in ko ikattha kiya. ikattha kar ke is ko garha banaya.</w:t>
      </w:r>
    </w:p>
    <w:p>
      <w:pPr>
        <w:jc w:val="right"/>
      </w:pPr>
      <w:r>
        <w:t>لکڑی ہے، یہ سب را میٹیریل کی صورت میں کہیں موجود تھے۔ تو کاریگر نے ان کو اکٹھا کیا۔ اکٹھا کر کے اس کو گڑھا بنایا۔</w:t>
      </w:r>
    </w:p>
    <w:p>
      <w:r>
        <w:rPr>
          <w:b/>
        </w:rPr>
        <w:t xml:space="preserve">[37:16] </w:t>
      </w:r>
      <w:r>
        <w:t>to phir aik ghar ban kar tayyar ho gaya.</w:t>
      </w:r>
    </w:p>
    <w:p>
      <w:pPr>
        <w:jc w:val="right"/>
      </w:pPr>
      <w:r>
        <w:t>تو پھر ایک گھر بن کر تیار ہو گیا۔</w:t>
      </w:r>
    </w:p>
    <w:p>
      <w:r>
        <w:rPr>
          <w:b/>
        </w:rPr>
        <w:t xml:space="preserve">[37:19] </w:t>
      </w:r>
      <w:r>
        <w:t>to mein ne un se kaha ke dekhen Allah ne insan ko jo paida kiya hai, aap ko jo paida kiya hai, woh bhi raw material ki surat mein paida kiya hai.</w:t>
      </w:r>
    </w:p>
    <w:p>
      <w:pPr>
        <w:jc w:val="right"/>
      </w:pPr>
      <w:r>
        <w:t>تو میں نے ان سے کہا کہ دیکھیں اللہ نے انسان کو جو پیدا کیا ہے، آپ کو جو پیدا کیا ہے، وہ بھی را میٹیریل کی صورت میں پیدا کیا ہے۔</w:t>
      </w:r>
    </w:p>
    <w:p>
      <w:r>
        <w:rPr>
          <w:b/>
        </w:rPr>
        <w:t xml:space="preserve">[37:31] </w:t>
      </w:r>
      <w:r>
        <w:t>yeh takhleeq jo aap ki hui hai, woh bane banaye ghar ki shakal mein nahi hui. balkeh raw material ki shakal mein hui hai.</w:t>
      </w:r>
    </w:p>
    <w:p>
      <w:pPr>
        <w:jc w:val="right"/>
      </w:pPr>
      <w:r>
        <w:t>یہ تخلیق جو آپ کی ہوئی ہے، وہ بنے بنائے گھر کی شکل میں نہیں ہوئی۔ بلکہ را میٹیریل کی شکل میں ہوئی ہے۔</w:t>
      </w:r>
    </w:p>
    <w:p>
      <w:r>
        <w:rPr>
          <w:b/>
        </w:rPr>
        <w:t xml:space="preserve">[37:40] </w:t>
      </w:r>
      <w:r>
        <w:t>aap ka hath, aap ka paon, aap ka dimagh, aap ke kaan, aap ki aankh, goya raw material se hain.</w:t>
      </w:r>
    </w:p>
    <w:p>
      <w:pPr>
        <w:jc w:val="right"/>
      </w:pPr>
      <w:r>
        <w:t>آپ کا ہاتھ، آپ کا پاؤں، آپ کا دماغ، آپ کے کان، آپ کی آنکھ، گویا را میٹیریل سے ہیں۔</w:t>
      </w:r>
    </w:p>
    <w:p>
      <w:r>
        <w:rPr>
          <w:b/>
        </w:rPr>
        <w:t xml:space="preserve">[37:46] </w:t>
      </w:r>
      <w:r>
        <w:t>in ko istemal kar ke aap ko aik aik building tayyar karna hai. aik personality banana hai. aap ko, yani maan ke pait se aap bane banaye insan nahi paida ho sakte.</w:t>
      </w:r>
    </w:p>
    <w:p>
      <w:pPr>
        <w:jc w:val="right"/>
      </w:pPr>
      <w:r>
        <w:t>ان کو استعمال کر کے آپ کو ایک ایک بلڈنگ تیار کرنا ہے۔ ایک Personality بنانا ہے۔ آپ کو، یعنی ماں کے پیٹ سے آپ بنے بنائے انسان نہیں پیدا ہو سکتے۔</w:t>
      </w:r>
    </w:p>
    <w:p>
      <w:r>
        <w:rPr>
          <w:b/>
        </w:rPr>
        <w:t xml:space="preserve">[37:59] </w:t>
      </w:r>
      <w:r>
        <w:t>that is against the law of nature yeh mumkin nahi hai ke aap aik bane banaye insan, aik madqqa shakhsiyat, aik developed personality ke tor par maan ke pait se nikal aain.</w:t>
      </w:r>
    </w:p>
    <w:p>
      <w:pPr>
        <w:jc w:val="right"/>
      </w:pPr>
      <w:r>
        <w:t>That is against the law of nature یہ ممکن نہیں ہے کہ آپ ایک بنے بنائے انسان، ایک مدقہ شخصیت، ایک Developed Personality کے طور پر ماں کے پیٹ سے نکل آئیں۔</w:t>
      </w:r>
    </w:p>
    <w:p>
      <w:r>
        <w:rPr>
          <w:b/>
        </w:rPr>
        <w:t xml:space="preserve">[38:11] </w:t>
      </w:r>
      <w:r>
        <w:t>aisa nahi hoga.</w:t>
      </w:r>
    </w:p>
    <w:p>
      <w:pPr>
        <w:jc w:val="right"/>
      </w:pPr>
      <w:r>
        <w:t>ایسا نہیں ہوگا۔</w:t>
      </w:r>
    </w:p>
    <w:p>
      <w:r>
        <w:rPr>
          <w:b/>
        </w:rPr>
        <w:t xml:space="preserve">[38:13] </w:t>
      </w:r>
      <w:r>
        <w:t>maan ke pait se jo cheez nikli hai, woh raw material hai. ab aap ko discover karna hai is haqeeqat ko.</w:t>
      </w:r>
    </w:p>
    <w:p>
      <w:pPr>
        <w:jc w:val="right"/>
      </w:pPr>
      <w:r>
        <w:t>ماں کے پیٹ سے جو چیز نکلی ہے، وہ را میٹیریل ہے۔ اب آپ کو Discover کرنا ہے اس حقیقت کو۔</w:t>
      </w:r>
    </w:p>
    <w:p>
      <w:r>
        <w:rPr>
          <w:b/>
        </w:rPr>
        <w:t xml:space="preserve">[38:23] </w:t>
      </w:r>
      <w:r>
        <w:t>aur is raw material ko istemal karte hue apne andar madqqa shakhsiyat banana hai. developed personality banana hai.</w:t>
      </w:r>
    </w:p>
    <w:p>
      <w:pPr>
        <w:jc w:val="right"/>
      </w:pPr>
      <w:r>
        <w:t>اور اس را میٹیریل کو استعمال کرتے ہوئے اپنے اندر مدقہ شخصیت بنانا ہے۔ Developed Personality بنانا ہے۔</w:t>
      </w:r>
    </w:p>
    <w:p>
      <w:r>
        <w:rPr>
          <w:b/>
        </w:rPr>
        <w:t xml:space="preserve">[38:32] </w:t>
      </w:r>
      <w:r>
        <w:t>apne andar spiritual development lana hai. phir intellectual development lana hai. aur woh shakhsiyat banana hai, woh shakhsiyat jo aakhirat mein uthe to bright personality ke sath uthe.</w:t>
      </w:r>
    </w:p>
    <w:p>
      <w:pPr>
        <w:jc w:val="right"/>
      </w:pPr>
      <w:r>
        <w:t>اپنے اندر Spiritual Development لانا ہے۔ پھر Intellectual Development لانا ہے۔ اور وہ شخصیت بنانا ہے، وہ شخصیت جو آخرت میں اٹھے تو Bright Personality کے ساتھ اٹھے۔</w:t>
      </w:r>
    </w:p>
    <w:p>
      <w:r>
        <w:rPr>
          <w:b/>
        </w:rPr>
        <w:t xml:space="preserve">[38:44] </w:t>
      </w:r>
      <w:r>
        <w:t>to yeh bohat ahem baat hai, mein samajhta hoon ke insan yeh jane ke yeh jo wajood mujhe mila hai, yeh wajood kya hai? yeh raw material hai. bana banaye insan nahi hai yeh.</w:t>
      </w:r>
    </w:p>
    <w:p>
      <w:pPr>
        <w:jc w:val="right"/>
      </w:pPr>
      <w:r>
        <w:t>تو یہ بہت اہم بات ہے، میں سمجھتا ہوں کہ انسان یہ جانے کہ یہ جو وجود مجھے ملا ہے، یہ وجود کیا ہے؟ یہ را میٹیریل ہے۔ بنا بنائے انسان نہیں ہے یہ۔</w:t>
      </w:r>
    </w:p>
    <w:p>
      <w:r>
        <w:rPr>
          <w:b/>
        </w:rPr>
        <w:t xml:space="preserve">[38:57] </w:t>
      </w:r>
      <w:r>
        <w:t>yeh mera jo wajood hai, yeh jo meri, mera jo physical wajood hai, yeh bana banaye shakhsiyat nahi hai.</w:t>
      </w:r>
    </w:p>
    <w:p>
      <w:pPr>
        <w:jc w:val="right"/>
      </w:pPr>
      <w:r>
        <w:t>یہ میرا جو وجود ہے، یہ جو میری، میرا جو Physical وجود ہے، یہ بنا بنائے شخصیت نہیں ہے۔</w:t>
      </w:r>
    </w:p>
    <w:p>
      <w:r>
        <w:rPr>
          <w:b/>
        </w:rPr>
        <w:t xml:space="preserve">[39:07] </w:t>
      </w:r>
      <w:r>
        <w:t>yeh raw material</w:t>
      </w:r>
    </w:p>
    <w:p>
      <w:pPr>
        <w:jc w:val="right"/>
      </w:pPr>
      <w:r>
        <w:t>یہ را میٹیریل</w:t>
      </w:r>
    </w:p>
    <w:p>
      <w:r>
        <w:rPr>
          <w:b/>
        </w:rPr>
        <w:t xml:space="preserve">[39:09] </w:t>
      </w:r>
      <w:r>
        <w:t>hai. is ko mujhe istemal kar ke apne aap ko aik developed personality banana hai. wohi developed personality aakhirat mein bright personality ki shakal mein uthe gi aur wohi usi ko jannat mein jagah mile gi.</w:t>
      </w:r>
    </w:p>
    <w:p>
      <w:pPr>
        <w:jc w:val="right"/>
      </w:pPr>
      <w:r>
        <w:t>ہے۔ اس کو مجھے استعمال کر کے اپنے آپ کو ایک Developed Personality بنانا ہے۔ وہی Developed Personality آخرت میں Bright Personality کی شکل میں اٹھے گی اور وہی اسی کو جنت میں جگہ ملے گی۔</w:t>
      </w:r>
    </w:p>
    <w:p>
      <w:r>
        <w:rPr>
          <w:b/>
        </w:rPr>
        <w:t xml:space="preserve">[39:25] </w:t>
      </w:r>
      <w:r>
        <w:t>to unhon ne kaha ke hum ne is tarah se socha nahi tha abhi tak. to mein ne kaha yahi to sab bahi sochne ki baat hai. sab se ziyada sochne ki baat yahi hai.</w:t>
      </w:r>
    </w:p>
    <w:p>
      <w:pPr>
        <w:jc w:val="right"/>
      </w:pPr>
      <w:r>
        <w:t>تو انہوں نے کہا کہ ہم نے اس طرح سے سوچا نہیں تھا ابھی تک۔ تو میں نے کہا یہی تو سب بھئی سوچنے کی بات ہے۔ سب سے زیادہ سوچنے کی بات یہی ہے۔</w:t>
      </w:r>
    </w:p>
    <w:p>
      <w:r>
        <w:rPr>
          <w:b/>
        </w:rPr>
        <w:t xml:space="preserve">[39:35] </w:t>
      </w:r>
      <w:r>
        <w:t>aadmi apne is raw material ko le kar ke ghoomta rehta hai, yahan wahan, yahan wahan. aur kabhi woh yeh nahi sochta ke mujhe is raw material ko develop kar ke aik bright personality banana hai.</w:t>
      </w:r>
    </w:p>
    <w:p>
      <w:pPr>
        <w:jc w:val="right"/>
      </w:pPr>
      <w:r>
        <w:t>آدمی اپنے اس را میٹیریل کو لے کر کے گھومتا رہتا ہے، یہاں وہاں، یہاں وہاں۔ اور کبھی وہ یہ نہیں سوچتا کہ مجھے اس را میٹیریل کو Develop کر کے ایک Bright Personality بنانا ہے۔</w:t>
      </w:r>
    </w:p>
    <w:p>
      <w:r>
        <w:rPr>
          <w:b/>
        </w:rPr>
        <w:t xml:space="preserve">[39:50] </w:t>
      </w:r>
      <w:r>
        <w:t>aik aisi personality banana hai jo aakhirat mein bright personality ke tor par uthe.</w:t>
      </w:r>
    </w:p>
    <w:p>
      <w:pPr>
        <w:jc w:val="right"/>
      </w:pPr>
      <w:r>
        <w:t>ایک ایسی Personality بنانا ہے جو آخرت میں Bright Personality کے طور پر اٹھے۔</w:t>
      </w:r>
    </w:p>
    <w:p>
      <w:r>
        <w:rPr>
          <w:b/>
        </w:rPr>
        <w:t xml:space="preserve">[39:59] </w:t>
      </w:r>
      <w:r>
        <w:t>to yeh woh cheezen hain jis ke baray mein hamein sochna hai.</w:t>
      </w:r>
    </w:p>
    <w:p>
      <w:pPr>
        <w:jc w:val="right"/>
      </w:pPr>
      <w:r>
        <w:t>تو یہ وہ چیزیں ہیں جس کے بارے میں ہمیں سوچنا ہے۔</w:t>
      </w:r>
    </w:p>
    <w:p>
      <w:r>
        <w:rPr>
          <w:b/>
        </w:rPr>
        <w:t xml:space="preserve">[40:05] </w:t>
      </w:r>
      <w:r>
        <w:t>har kamyabi soch se shuru hoti hai. yeh yeh jo glass bana hai, kisi ne socha tab glass banaya hai is ne.</w:t>
      </w:r>
    </w:p>
    <w:p>
      <w:pPr>
        <w:jc w:val="right"/>
      </w:pPr>
      <w:r>
        <w:t>ہر کامیابی سوچ سے شروع ہوتی ہے۔ یہ یہ جو گلاس بنا ہے، کسی نے سوچا تب گلاس بنایا ہے اس نے۔</w:t>
      </w:r>
    </w:p>
    <w:p>
      <w:r>
        <w:rPr>
          <w:b/>
        </w:rPr>
        <w:t xml:space="preserve">[40:15] </w:t>
      </w:r>
      <w:r>
        <w:t>yeh jo cover hai, yeh bhi kisi ne socha tab hi cover banaya hai is ne.</w:t>
      </w:r>
    </w:p>
    <w:p>
      <w:pPr>
        <w:jc w:val="right"/>
      </w:pPr>
      <w:r>
        <w:t>یہ جو کور ہے، یہ بھی کسی نے سوچا تب ہی کور بنایا ہے اس نے۔</w:t>
      </w:r>
    </w:p>
    <w:p>
      <w:r>
        <w:rPr>
          <w:b/>
        </w:rPr>
        <w:t xml:space="preserve">[40:21] </w:t>
      </w:r>
      <w:r>
        <w:t>to isi tarah hum apne baray mein bhi sochen ge, sochen ge, sochen g</w:t>
      </w:r>
    </w:p>
    <w:p>
      <w:pPr>
        <w:jc w:val="right"/>
      </w:pPr>
      <w:r>
        <w:t>تو اسی طرح ہم اپنے بارے میں بھی سوچیں گے، سوچیں گے، سوچیں گ</w:t>
      </w:r>
    </w:p>
    <w:p>
      <w:r>
        <w:rPr>
          <w:b/>
        </w:rPr>
        <w:t xml:space="preserve">[40:25] </w:t>
      </w:r>
      <w:r>
        <w:t>e. tab hamein daryaft hogi yeh ke mein to, yaani raw material ke taur par aaya hoon, maan ke pait se bahar.</w:t>
      </w:r>
    </w:p>
    <w:p>
      <w:pPr>
        <w:jc w:val="right"/>
      </w:pPr>
      <w:r>
        <w:t>ے۔ تب ہمیں دریافت ہوگی یہ کہ میں تو، یعنی را میٹیریل کے طور پر آیا ہوں، ماں کے پیٹ سے باہر۔</w:t>
      </w:r>
    </w:p>
    <w:p>
      <w:r>
        <w:rPr>
          <w:b/>
        </w:rPr>
        <w:t xml:space="preserve">[40:33] </w:t>
      </w:r>
      <w:r>
        <w:t>bane banaye shakhsiyat ke taur par nahi aaya hoon. woh to mujhe khud banana hai. to jab yeh soch aayegi, tab hi aisa hoga ke hum, yaani self taameer mein lagen.</w:t>
      </w:r>
    </w:p>
    <w:p>
      <w:pPr>
        <w:jc w:val="right"/>
      </w:pPr>
      <w:r>
        <w:t>بنے بنائے شخصیت کے طور پر نہیں آیا ہوں۔ وہ تو مجھے خود بنانا ہے۔ تو جب یہ سوچ آئے گی، تب ہی ایسا ہوگا کہ ہم، یعنی Self تعمیر میں لگیں۔</w:t>
      </w:r>
    </w:p>
    <w:p>
      <w:r>
        <w:rPr>
          <w:b/>
        </w:rPr>
        <w:t xml:space="preserve">[40:49] </w:t>
      </w:r>
      <w:r>
        <w:t>self taameer mein lagen.</w:t>
      </w:r>
    </w:p>
    <w:p>
      <w:pPr>
        <w:jc w:val="right"/>
      </w:pPr>
      <w:r>
        <w:t>Self تعمیر میں لگیں۔</w:t>
      </w:r>
    </w:p>
    <w:p>
      <w:r>
        <w:rPr>
          <w:b/>
        </w:rPr>
        <w:t xml:space="preserve">[40:54] </w:t>
      </w:r>
      <w:r>
        <w:t>to har aadmi ko self made banana hai apne aap ko. self made man ko jo lafz bola jata hai, woh material man ne bola jata hai.</w:t>
      </w:r>
    </w:p>
    <w:p>
      <w:pPr>
        <w:jc w:val="right"/>
      </w:pPr>
      <w:r>
        <w:t>تو ہر آدمی کو Self made بنانا ہے اپنے آپ کو۔ Self made man کو جو لفظ بولا جاتا ہے، وہ Material man نے بولا جاتا ہے۔</w:t>
      </w:r>
    </w:p>
    <w:p>
      <w:r>
        <w:rPr>
          <w:b/>
        </w:rPr>
        <w:t xml:space="preserve">[41:04] </w:t>
      </w:r>
      <w:r>
        <w:t>yaani material jo dunya hai, wahan jo insaan banata hai apne aap ko, use kehte hain self made man. lekin mein samajhta hoon ke zyada bada maidan woh hai jo spiritual maidan hai.</w:t>
      </w:r>
    </w:p>
    <w:p>
      <w:pPr>
        <w:jc w:val="right"/>
      </w:pPr>
      <w:r>
        <w:t>یعنی Material جو دنیا ہے، وہاں جو انسان بناتا ہے اپنے آپ کو، اسے کہتے ہیں Self made man۔ لیکن میں سمجھتا ہوں کہ زیادہ بڑا میدان وہ ہے جو Spiritual میدان ہے۔</w:t>
      </w:r>
    </w:p>
    <w:p>
      <w:r>
        <w:rPr>
          <w:b/>
        </w:rPr>
        <w:t xml:space="preserve">[41:17] </w:t>
      </w:r>
      <w:r>
        <w:t>yahan par jo self made banayega apne aap ko, usko quran mein kaha gaya mudqqa shakhsiyat. to is baat ko achi tarah yaad rakhiye ke aap jo paida hue hain, to raw material ki soorat mein paida hue hain.</w:t>
      </w:r>
    </w:p>
    <w:p>
      <w:pPr>
        <w:jc w:val="right"/>
      </w:pPr>
      <w:r>
        <w:t>یہاں پر جو Self made بنائے گا اپنے آپ کو، اس کو قرآن میں کہا گیا مدقہ شخصیت۔ تو اس بات کو اچھی طرح یاد رکھیے کہ آپ جو پیدا ہوئے ہیں، تو را میٹیریل کی صورت میں پیدا ہوئے ہیں۔</w:t>
      </w:r>
    </w:p>
    <w:p>
      <w:r>
        <w:rPr>
          <w:b/>
        </w:rPr>
        <w:t xml:space="preserve">[41:35] </w:t>
      </w:r>
      <w:r>
        <w:t>ab aap ko is ko ek building ke roop mein khara karna hai. woh aap khud karenge. nahi karenge to koi doosra aa kar karne wala nahi hai.</w:t>
      </w:r>
    </w:p>
    <w:p>
      <w:pPr>
        <w:jc w:val="right"/>
      </w:pPr>
      <w:r>
        <w:t>اب آپ کو اس کو ایک بلڈنگ کے روپ میں کھڑا کرنا ہے۔ وہ آپ خود کریں گے۔ نہیں کریں گے تو کوئی دوسرا آ کر کرنے والا نہیں ہے۔</w:t>
      </w:r>
    </w:p>
    <w:p>
      <w:r>
        <w:rPr>
          <w:b/>
        </w:rPr>
        <w:t xml:space="preserve">[41:47] </w:t>
      </w:r>
      <w:r>
        <w:t>yeh kaam farishta nahi karega. yeh kaam farishta nahi karega ke aap ke raw material ko istemal kar ke woh aap ki personality bana de.</w:t>
      </w:r>
    </w:p>
    <w:p>
      <w:pPr>
        <w:jc w:val="right"/>
      </w:pPr>
      <w:r>
        <w:t>یہ کام فرشتہ نہیں کرے گا۔ یہ کام فرشتہ نہیں کرے گا کہ آپ کے را میٹیریل کو استعمال کر کے وہ آپ کی Personality بنا دے۔</w:t>
      </w:r>
    </w:p>
    <w:p>
      <w:r>
        <w:rPr>
          <w:b/>
        </w:rPr>
        <w:t xml:space="preserve">[41:57] </w:t>
      </w:r>
      <w:r>
        <w:t>farishta nahi karega yeh kaam. yeh kaam aap ko khud karna hai.</w:t>
      </w:r>
    </w:p>
    <w:p>
      <w:pPr>
        <w:jc w:val="right"/>
      </w:pPr>
      <w:r>
        <w:t>فرشتہ نہیں کرے گا یہ کام۔ یہ کام آپ کو خود کرنا ہے۔</w:t>
      </w:r>
    </w:p>
    <w:p>
      <w:r>
        <w:rPr>
          <w:b/>
        </w:rPr>
        <w:t xml:space="preserve">[42:05] </w:t>
      </w:r>
      <w:r>
        <w:t>to jitna zyada aap sochenge is baat par, utni zyada aap kamyab zindagi hasil kar sakenge.</w:t>
      </w:r>
    </w:p>
    <w:p>
      <w:pPr>
        <w:jc w:val="right"/>
      </w:pPr>
      <w:r>
        <w:t>تو جتنا زیادہ آپ سوچیں گے اس بات پر، اتنی زیادہ آپ کامیاب زندگی حاصل کر سکیں گے۔</w:t>
      </w:r>
    </w:p>
    <w:p>
      <w:r>
        <w:rPr>
          <w:b/>
        </w:rPr>
        <w:t xml:space="preserve">[42:15] </w:t>
      </w:r>
      <w:r>
        <w:t>to mein samajhta hoon ke yahi woh haqeeqat hai, asal, jis ko hamein janna hai. aur jis ko hamein doosron ko batana hai.</w:t>
      </w:r>
    </w:p>
    <w:p>
      <w:pPr>
        <w:jc w:val="right"/>
      </w:pPr>
      <w:r>
        <w:t>تو میں سمجھتا ہوں کہ یہی وہ حقیقت ہے، اصل، جس کو ہمیں جاننا ہے۔ اور جس کو ہمیں دوسروں کو بتانا ہے۔</w:t>
      </w:r>
    </w:p>
    <w:p>
      <w:r>
        <w:rPr>
          <w:b/>
        </w:rPr>
        <w:t xml:space="preserve">[42:31] </w:t>
      </w:r>
      <w:r>
        <w:t>aaj mein akhbar dekh raha tha subah. to us mein kai khabrein theen. wahi bullet sc ki, violence ki, aur suicide bombing ki.</w:t>
      </w:r>
    </w:p>
    <w:p>
      <w:pPr>
        <w:jc w:val="right"/>
      </w:pPr>
      <w:r>
        <w:t>آج میں اخبار دیکھ رہا تھا صبح۔ تو اس میں کئی خبریں تھیں۔ وہی بلٹ ایس سی کی، وائلنس کی، اور سوسائیڈ بمبنگ کی۔</w:t>
      </w:r>
    </w:p>
    <w:p>
      <w:r>
        <w:rPr>
          <w:b/>
        </w:rPr>
        <w:t xml:space="preserve">[42:42] </w:t>
      </w:r>
      <w:r>
        <w:t>to mein samajhta hoon ke logon ko yeh pata hi nahi ke hamein karna kya hai. paida karne wale ne hamein kyun paida kiya hai. yeh pata hi nahi hai in ko. yaani apne energy ko, apne waqt ko, apne mind ko istemal kar rahe hain kisi aur jagah.</w:t>
      </w:r>
    </w:p>
    <w:p>
      <w:pPr>
        <w:jc w:val="right"/>
      </w:pPr>
      <w:r>
        <w:t>تو میں سمجھتا ہوں کہ لوگوں کو یہ پتہ ہی نہیں کہ ہمیں کرنا کیا ہے۔ پیدا کرنے والے نے ہمیں کیوں پیدا کیا ہے۔ یہ پتہ ہی نہیں ہے ان کو۔ یعنی اپنے انرجی کو، اپنے وقت کو، اپنے مائنڈ کو استعمال کر رہے ہیں کسی اور جگہ۔</w:t>
      </w:r>
    </w:p>
    <w:p>
      <w:r>
        <w:rPr>
          <w:b/>
        </w:rPr>
        <w:t xml:space="preserve">[42:57] </w:t>
      </w:r>
      <w:r>
        <w:t>aur creator chahta hai kisi aur jagah istemal karna.</w:t>
      </w:r>
    </w:p>
    <w:p>
      <w:pPr>
        <w:jc w:val="right"/>
      </w:pPr>
      <w:r>
        <w:t>اور کریٹر چاہتا ہے کسی اور جگہ استعمال کرنا۔</w:t>
      </w:r>
    </w:p>
    <w:p>
      <w:r>
        <w:rPr>
          <w:b/>
        </w:rPr>
        <w:t xml:space="preserve">[43:03] </w:t>
      </w:r>
      <w:r>
        <w:t>to meri dua hai ke Allah taala mujh ko aur aap ko</w:t>
      </w:r>
    </w:p>
    <w:p>
      <w:pPr>
        <w:jc w:val="right"/>
      </w:pPr>
      <w:r>
        <w:t>تو میری دعا ہے کہ اللہ تعالیٰ مجھ کو اور آپ کو</w:t>
      </w:r>
    </w:p>
    <w:p>
      <w:r>
        <w:rPr>
          <w:b/>
        </w:rPr>
        <w:t xml:space="preserve">[43:10] </w:t>
      </w:r>
      <w:r>
        <w:t>is qabil banaye ke hum</w:t>
      </w:r>
    </w:p>
    <w:p>
      <w:pPr>
        <w:jc w:val="right"/>
      </w:pPr>
      <w:r>
        <w:t>اس قابل بنائے کہ ہم</w:t>
      </w:r>
    </w:p>
    <w:p>
      <w:r>
        <w:rPr>
          <w:b/>
        </w:rPr>
        <w:t xml:space="preserve">[43:17] </w:t>
      </w:r>
      <w:r>
        <w:t>Allah ke takhleeqi naqshe ko samjhein. aur us ke mutabiq apne aap ko istemal karein. kyunke yeh mauqa jo mila hai, zindagi ka ek hi baar mila hai.</w:t>
      </w:r>
    </w:p>
    <w:p>
      <w:pPr>
        <w:jc w:val="right"/>
      </w:pPr>
      <w:r>
        <w:t>اللہ کے تخلیقی نقشے کو سمجھیں۔ اور اس کے مطابق اپنے آپ کو استعمال کریں۔ کیونکہ یہ موقع جو ملا ہے، زندگی کا ایک ہی بار ملا ہے۔</w:t>
      </w:r>
    </w:p>
    <w:p>
      <w:r>
        <w:rPr>
          <w:b/>
        </w:rPr>
        <w:t xml:space="preserve">[43:32] </w:t>
      </w:r>
      <w:r>
        <w:t>doosri baar milne</w:t>
      </w:r>
    </w:p>
    <w:p>
      <w:pPr>
        <w:jc w:val="right"/>
      </w:pPr>
      <w:r>
        <w:t>دوسری بار ملنے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