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Divine Purpose Behind Human Creation October 6, 2024</w:t>
      </w:r>
    </w:p>
    <w:p>
      <w:r>
        <w:t>https://youtu.be/VepgdrN7M2A</w:t>
      </w:r>
    </w:p>
    <w:p>
      <w:r>
        <w:rPr>
          <w:b/>
        </w:rPr>
        <w:t xml:space="preserve">[00:11] </w:t>
      </w:r>
      <w:r>
        <w:t>assalam o alaikum. today we will have conversation with professor farida khanum on the subject "the divine purpose behind human creation".</w:t>
      </w:r>
    </w:p>
    <w:p>
      <w:pPr>
        <w:jc w:val="right"/>
      </w:pPr>
      <w:r>
        <w:t>السلام علیکم۔ ٹوڈے وی ویل ہیو کانورسیشن ود پروفیسر فریدہ خانم آن دا سبجیکٹ "دا ڈیوائن پرپس بیہائنڈ ہیومن کریشن"۔</w:t>
      </w:r>
    </w:p>
    <w:p>
      <w:r>
        <w:rPr>
          <w:b/>
        </w:rPr>
        <w:t xml:space="preserve">[00:20] </w:t>
      </w:r>
      <w:r>
        <w:t>to chaliye aaj isi mauzu par charcha karte hain. assalam o alaikum apa, kaise hain aap? assalam o alaikum, sab theek hai alhamdulillah. aap theek hain?</w:t>
      </w:r>
    </w:p>
    <w:p>
      <w:pPr>
        <w:jc w:val="right"/>
      </w:pPr>
      <w:r>
        <w:t>تو چلیے آج اسی موضوع پر چرچا کرتے ہیں۔ السلام علیکم آپا، کیسے ہیں آپ؟ السلام علیکم، سب ٹھیک ہے الحمدللہ۔ آپ ٹھیک ہیں؟</w:t>
      </w:r>
    </w:p>
    <w:p>
      <w:r>
        <w:rPr>
          <w:b/>
        </w:rPr>
        <w:t xml:space="preserve">[00:29] </w:t>
      </w:r>
      <w:r>
        <w:t>ji apa alhamdulillah. apa, jo aaj ka topic aap ne liya hai, yeh aisa subject hai jis pe bohat schools of thought hain, and kafi confusion hai apa is pe.</w:t>
      </w:r>
    </w:p>
    <w:p>
      <w:pPr>
        <w:jc w:val="right"/>
      </w:pPr>
      <w:r>
        <w:t>جی آپا الحمدللہ۔ آپا، جو آج کا ٹاپک آپ نے لیا ہے، یہ ایسا سبجیکٹ ہے جس پہ بہت سکولز آف تھاٹ ہیں، اینڈ کافی کنفیوژن ہے آپا اس پہ۔</w:t>
      </w:r>
    </w:p>
    <w:p>
      <w:r>
        <w:rPr>
          <w:b/>
        </w:rPr>
        <w:t xml:space="preserve">[00:40] </w:t>
      </w:r>
      <w:r>
        <w:t>to mein sab se pehle to yahi chahunga ke aap topic ke upar hi aap thoda sa hamein batayein ke what is the divine purpose of the creation of the universe and of the mankind, is ke bare mein batayein.</w:t>
      </w:r>
    </w:p>
    <w:p>
      <w:pPr>
        <w:jc w:val="right"/>
      </w:pPr>
      <w:r>
        <w:t>تو میں سب سے پہلے تو یہی چاہوں گا کہ آپ ٹاپک کے اوپر ہی آپ تھوڑا سا ہمیں بتائیں کہ واٹ از دی ڈیوائن پرپس آف دا کریشن آف دا یونیورس اینڈ آف دا مین کائنڈ، اس کے بارے میں بتائیں۔</w:t>
      </w:r>
    </w:p>
    <w:p>
      <w:r>
        <w:rPr>
          <w:b/>
        </w:rPr>
        <w:t xml:space="preserve">[00:53] </w:t>
      </w:r>
      <w:r>
        <w:t>ji, bilkul sahi farmaya aap ne, confusion bohat zyada hai. kyunke dunya mein jab aadmi rehta hai to yahi dunya hi ke concerns jo hain, wahi supreme ban jate hain.</w:t>
      </w:r>
    </w:p>
    <w:p>
      <w:pPr>
        <w:jc w:val="right"/>
      </w:pPr>
      <w:r>
        <w:t>جی، بالکل صحیح فرمایا آپ نے، کنفیوژن بہت زیادہ ہے۔ کیونکہ دنیا میں جب آدمی رہتا ہے تو یہی دنیا ہی کے کنسرنز جو ہیں، وہی سپریم بن جاتے ہیں۔</w:t>
      </w:r>
    </w:p>
    <w:p>
      <w:r>
        <w:rPr>
          <w:b/>
        </w:rPr>
        <w:t xml:space="preserve">[01:07] </w:t>
      </w:r>
      <w:r>
        <w:t>to hum shuru se karte hain, inshallah quran o hadees se baat clear ho jati hai. to jab Allah taala ne banai yeh zameen aur us ke upar life support system diya,</w:t>
      </w:r>
    </w:p>
    <w:p>
      <w:pPr>
        <w:jc w:val="right"/>
      </w:pPr>
      <w:r>
        <w:t>تو ہم شروع سے کرتے ہیں، انشاءاللہ قرآن و حدیث سے بات کلیئر ہو جاتی ہے۔ تو جب اللہ تعالی نے بنائی یہ زمین اور اس کے اوپر لائف سپورٹ سسٹم دیا،</w:t>
      </w:r>
    </w:p>
    <w:p>
      <w:r>
        <w:rPr>
          <w:b/>
        </w:rPr>
        <w:t xml:space="preserve">[01:20] </w:t>
      </w:r>
      <w:r>
        <w:t>bohat is mein arsa laga life support system banane mein. us ke baad Allah taala ne jinnaat ko create kiya. jinnaat bohat taqatwar the, to isi taqat ke sath unhon ne zameen par khoob fasad machaya.</w:t>
      </w:r>
    </w:p>
    <w:p>
      <w:pPr>
        <w:jc w:val="right"/>
      </w:pPr>
      <w:r>
        <w:t>بہت اس میں عرصہ لگا لائف سپورٹ سسٹم بنانے میں۔ اس کے بعد اللہ تعالی نے جنات کو کریٹ کیا۔ جنات بہت طاقتور تھے، تو اسی طاقت کے ساتھ انہوں نے زمین پر خوب فساد مچایا۔</w:t>
      </w:r>
    </w:p>
    <w:p>
      <w:r>
        <w:rPr>
          <w:b/>
        </w:rPr>
        <w:t xml:space="preserve">[01:35] </w:t>
      </w:r>
      <w:r>
        <w:t>to bohat ziyada unhon ne bilad set kiya, fasad kiya. to Allah taala un se naraz ho gaye. aur phir Allah taala ne un ko mazool kar diya.</w:t>
      </w:r>
    </w:p>
    <w:p>
      <w:pPr>
        <w:jc w:val="right"/>
      </w:pPr>
      <w:r>
        <w:t>تو بہت زیادہ انہوں نے بلڈ سیٹ کیا، فساد کیا۔ تو اللہ تعالی ان سے ناراض ہو گئے۔ اور پھر اللہ تعالی نے ان کو معذول کر دیا۔</w:t>
      </w:r>
    </w:p>
    <w:p>
      <w:r>
        <w:rPr>
          <w:b/>
        </w:rPr>
        <w:t xml:space="preserve">[01:46] </w:t>
      </w:r>
      <w:r>
        <w:t>mazool ka matlab hai ke dunya mein wo pure ikhtiyar ke sath rehte the, jaise ek hota hai ruler, pura ikhtiyar us ko hota hai.</w:t>
      </w:r>
    </w:p>
    <w:p>
      <w:pPr>
        <w:jc w:val="right"/>
      </w:pPr>
      <w:r>
        <w:t>معذول کا مطلب ہے کہ دنیا میں وہ پورے اختیار کے ساتھ رہتے تھے، جیسے ایک ہوتا ہے رولر، پورا اختیار اس کو ہوتا ہے۔</w:t>
      </w:r>
    </w:p>
    <w:p>
      <w:r>
        <w:rPr>
          <w:b/>
        </w:rPr>
        <w:t xml:space="preserve">[01:56] </w:t>
      </w:r>
      <w:r>
        <w:t>to is tarike se rehte the wo.</w:t>
      </w:r>
    </w:p>
    <w:p>
      <w:pPr>
        <w:jc w:val="right"/>
      </w:pPr>
      <w:r>
        <w:t>تو اس طریقے سے رہتے تھے وہ۔</w:t>
      </w:r>
    </w:p>
    <w:p>
      <w:r>
        <w:rPr>
          <w:b/>
        </w:rPr>
        <w:t xml:space="preserve">[01:59] </w:t>
      </w:r>
      <w:r>
        <w:t>phir pura charge jo hai un ko diya gaya tha dunya ka, is earth ka. lekin unhon ne apne aap ko yeh sabit kiya ke wo is ke deserve, deserve nahi karte.</w:t>
      </w:r>
    </w:p>
    <w:p>
      <w:pPr>
        <w:jc w:val="right"/>
      </w:pPr>
      <w:r>
        <w:t>پھر پورا چارج جو ہے ان کو دیا گیا تھا دنیا کا، اس ارتھ کا۔ لیکن انہوں نے اپنے آپ کو یہ ثابت کیا کہ وہ اس کے ڈیزرو، ڈیزرو نہیں کرتے۔</w:t>
      </w:r>
    </w:p>
    <w:p>
      <w:r>
        <w:rPr>
          <w:b/>
        </w:rPr>
        <w:t xml:space="preserve">[02:12] </w:t>
      </w:r>
      <w:r>
        <w:t>to phir Allah taala ne un ko mazool kar diya aur insan ki takhleeq ki. to insan ki takhleeq ki to us ke bare mein Quran mein aaya hai: khalaqal mauta wal hayata li yablukum ayukum ahsanun wa m</w:t>
      </w:r>
    </w:p>
    <w:p>
      <w:pPr>
        <w:jc w:val="right"/>
      </w:pPr>
      <w:r>
        <w:t>تو پھر اللہ تعالی نے ان کو معذول کر دیا اور انسان کی تخلیق کی۔ تو انسان کی تخلیق کی تو اس کے بارے میں قرآن میں آیا ہے: خَلَقَ الْمَوْتَ وَالْحَيَاةَ لِيَبْلُوَكُمْ أَيُّكُمْ مَحْسَنٌ وَم</w:t>
      </w:r>
    </w:p>
    <w:p>
      <w:r>
        <w:rPr>
          <w:b/>
        </w:rPr>
        <w:t xml:space="preserve">[02:28] </w:t>
      </w:r>
      <w:r>
        <w:t>ala. to yeh dunya jo hai Allah taala ne bator selection ground banaya. aur sab kuch jo hai, har cheez jo hamein milti hai, wo sab kuch test ke taur par hai.</w:t>
      </w:r>
    </w:p>
    <w:p>
      <w:pPr>
        <w:jc w:val="right"/>
      </w:pPr>
      <w:r>
        <w:t>َلَاءٌ ۔ تو یہ دنیا جو ہے اللہ تعالی نے بطور سلیکشن گراؤنڈ بنایا۔ اور سب کچھ جو ہے، ہر چیز جو ہمیں ملتی ہے، وہ سب کچھ ٹیسٹ کے طور پر ہے۔</w:t>
      </w:r>
    </w:p>
    <w:p>
      <w:r>
        <w:rPr>
          <w:b/>
        </w:rPr>
        <w:t xml:space="preserve">[02:41] </w:t>
      </w:r>
      <w:r>
        <w:t>to test ke liye dekhiye, azadi darkar thi. to azadi Allah taala ne mukammal azadi insan ko de di. chahe wo acha kaam kare, chahe wo bura kaam kare, us ke liye wo azad hai.</w:t>
      </w:r>
    </w:p>
    <w:p>
      <w:pPr>
        <w:jc w:val="right"/>
      </w:pPr>
      <w:r>
        <w:t>تو ٹیسٹ کے لیے دیکھیے، آزادی درکار تھی۔ تو آزادی اللہ تعالی نے مکمل آزادی انسان کو دے دی۔ چاہے وہ اچھا کام کرے، چاہے وہ برا کام کرے، اس کے لیے وہ آزاد ہے۔</w:t>
      </w:r>
    </w:p>
    <w:p>
      <w:r>
        <w:rPr>
          <w:b/>
        </w:rPr>
        <w:t xml:space="preserve">[02:53] </w:t>
      </w:r>
      <w:r>
        <w:t>kyun ke yahi to uska test paper hai.</w:t>
      </w:r>
    </w:p>
    <w:p>
      <w:pPr>
        <w:jc w:val="right"/>
      </w:pPr>
      <w:r>
        <w:t>کیونکہ یہی تو اس کا ٹیسٹ پیپر ہے۔</w:t>
      </w:r>
    </w:p>
    <w:p>
      <w:r>
        <w:rPr>
          <w:b/>
        </w:rPr>
        <w:t xml:space="preserve">[02:56] </w:t>
      </w:r>
      <w:r>
        <w:t>wo yahi to Allah dekh rahe hain ke ahsan ul amal yani best in conduct kon hai. kyun ke jo best in conduct sabit hoga, usi ko Allah taala akhirat mein jagah denge, jannat mein.</w:t>
      </w:r>
    </w:p>
    <w:p>
      <w:pPr>
        <w:jc w:val="right"/>
      </w:pPr>
      <w:r>
        <w:t>وہ یہی تو اللہ دیکھ رہے ہیں کہ احسن العمل یعنی بیسٹ ان کنڈکٹ کون ہے۔ کیونکہ جو بیسٹ ان کنڈکٹ ثابت ہوگا، اسی کو اللہ تعالی آخرت میں جگہ دیں گے، جنت میں۔</w:t>
      </w:r>
    </w:p>
    <w:p>
      <w:r>
        <w:rPr>
          <w:b/>
        </w:rPr>
        <w:t xml:space="preserve">[03:09] </w:t>
      </w:r>
      <w:r>
        <w:t>to is ke bare mein ek hadith bhi hai.</w:t>
      </w:r>
    </w:p>
    <w:p>
      <w:pPr>
        <w:jc w:val="right"/>
      </w:pPr>
      <w:r>
        <w:t>تو اس کے بارے میں ایک حدیث بھی ہے۔</w:t>
      </w:r>
    </w:p>
    <w:p>
      <w:r>
        <w:rPr>
          <w:b/>
        </w:rPr>
        <w:t xml:space="preserve">[03:14] </w:t>
      </w:r>
      <w:r>
        <w:t>hai to bohat hi hadith lagti hai, lekin kuch log is ko kehte hain ke yeh kisi buzurg ka qaul hai, jo bhi hai.</w:t>
      </w:r>
    </w:p>
    <w:p>
      <w:pPr>
        <w:jc w:val="right"/>
      </w:pPr>
      <w:r>
        <w:t>ہے تو بہت ہی حدیث لگتی ہے، لیکن کچھ لوگ اس کو کہتے ہیں کہ یہ کسی بزرگ کا قول ہے، جو بھی ہے۔</w:t>
      </w:r>
    </w:p>
    <w:p>
      <w:r>
        <w:rPr>
          <w:b/>
        </w:rPr>
        <w:t xml:space="preserve">[03:22] </w:t>
      </w:r>
      <w:r>
        <w:t>lekin bohat hi is se bohat hi clear hota hai ke insan ki takhleeq ka kya maqsad hai. to yeh hadith mein aaya hai ke main ek Allah taala farmate hain: "main ek chupa hua khazana tha." ji.</w:t>
      </w:r>
    </w:p>
    <w:p>
      <w:pPr>
        <w:jc w:val="right"/>
      </w:pPr>
      <w:r>
        <w:t>لیکن بہت ہی اس سے بہت ہی کلیئر ہوتا ہے کہ انسان کی تخلیق کا کیا مقصد ہے۔ تو یہ حدیث میں آیا ہے کہ میں ایک اللہ تعالی فرماتے ہیں: "میں ایک چھپا ہوا خزانہ تھا۔" جی۔</w:t>
      </w:r>
    </w:p>
    <w:p>
      <w:r>
        <w:rPr>
          <w:b/>
        </w:rPr>
        <w:t xml:space="preserve">[03:38] </w:t>
      </w:r>
      <w:r>
        <w:t>"phir main ne chaha ke main jana jaon. phir main ne insan ko paida kiya."</w:t>
      </w:r>
    </w:p>
    <w:p>
      <w:pPr>
        <w:jc w:val="right"/>
      </w:pPr>
      <w:r>
        <w:t>"پھر میں نے چاہا کہ میں جانا جاؤں۔ پھر میں نے انسان کو پیدا کیا۔"</w:t>
      </w:r>
    </w:p>
    <w:p>
      <w:r>
        <w:rPr>
          <w:b/>
        </w:rPr>
        <w:t xml:space="preserve">[03:44] </w:t>
      </w:r>
      <w:r>
        <w:t>to yeh maqsad hai, is se pata chalta hai ke is dunya mein jab insan aya to uska maqsad yeh tha ke khaliq ki marifat hasil kare wo.</w:t>
      </w:r>
    </w:p>
    <w:p>
      <w:pPr>
        <w:jc w:val="right"/>
      </w:pPr>
      <w:r>
        <w:t>تو یہ مقصد ہے، اس سے پتہ چلتا ہے کہ اس دنیا میں جب انسان آیا تو اس کا مقصد یہ تھا کہ خالق کی معرفت حاصل کرے وہ۔</w:t>
      </w:r>
    </w:p>
    <w:p>
      <w:r>
        <w:rPr>
          <w:b/>
        </w:rPr>
        <w:t xml:space="preserve">[03:54] </w:t>
      </w:r>
      <w:r>
        <w:t>to khaliq ki marifat hasil karne ke liye Allah taala ne sara intizam kiya. us ke andar jo hota hai conscious, wo us ke andar hi sab kuch us mein daal diya.</w:t>
      </w:r>
    </w:p>
    <w:p>
      <w:pPr>
        <w:jc w:val="right"/>
      </w:pPr>
      <w:r>
        <w:t>تو خالق کی معرفت حاصل کرنے کے لیے اللہ تعالی نے سارا انتظام کیا۔ اس کے اندر جو ہوتا ہے کانشیس، وہ اس کے اندر ہی سب کچھ اس میں ڈال دیا۔</w:t>
      </w:r>
    </w:p>
    <w:p>
      <w:r>
        <w:rPr>
          <w:b/>
        </w:rPr>
        <w:t xml:space="preserve">[04:07] </w:t>
      </w:r>
      <w:r>
        <w:t>tahke insan jo hai bhatakne na paye, apne sirat e mustaqeem par wo chalta rahe.</w:t>
      </w:r>
    </w:p>
    <w:p>
      <w:pPr>
        <w:jc w:val="right"/>
      </w:pPr>
      <w:r>
        <w:t>تاکہ انسان جو ہے بھٹکنے نہ پائے، اپنے صراط مستقیم پر وہ چلتا رہے۔</w:t>
      </w:r>
    </w:p>
    <w:p>
      <w:r>
        <w:rPr>
          <w:b/>
        </w:rPr>
        <w:t xml:space="preserve">[04:13] </w:t>
      </w:r>
      <w:r>
        <w:t>to yahi jo hai ke takhleeqi mansoobe ki marifat, yahi insan ka goal hai. aur us ke liye Allah taala ne us ko ek aala dimaghi salahiyat di.</w:t>
      </w:r>
    </w:p>
    <w:p>
      <w:pPr>
        <w:jc w:val="right"/>
      </w:pPr>
      <w:r>
        <w:t>تو یہی جو ہے کہ تخلیقی منصوبے کی معرفت، یہی انسان کا گول ہے۔ اور اس کے لیے اللہ تعالی نے اس کو ایک اعلیٰ دماغی صلاحیت دی۔</w:t>
      </w:r>
    </w:p>
    <w:p>
      <w:r>
        <w:rPr>
          <w:b/>
        </w:rPr>
        <w:t xml:space="preserve">[04:24] </w:t>
      </w:r>
      <w:r>
        <w:t>kyun ke jahan tak lagta hai ke jinat ke andar muscle power, strength bohat ziyada thi, bohat strong the. lekin dimaghi salahiyat Allah ne insan ko ziyada di.</w:t>
      </w:r>
    </w:p>
    <w:p>
      <w:pPr>
        <w:jc w:val="right"/>
      </w:pPr>
      <w:r>
        <w:t>کیونکہ جہاں تک لگتا ہے کہ جنات کے اندر مسل پاور، سٹرینتھ بہت زیادہ تھی، بہت سٹرانگ تھے۔ لیکن دماغی صلاحیت اللہ نے انسان کو زیادہ دی۔</w:t>
      </w:r>
    </w:p>
    <w:p>
      <w:r>
        <w:rPr>
          <w:b/>
        </w:rPr>
        <w:t xml:space="preserve">[04:36] </w:t>
      </w:r>
      <w:r>
        <w:t>kyun ke wo dimagh hi ke zariye se wo baton ko samjhega aur cheezon ko discover karega, Khuda ki marifat hasil karega.</w:t>
      </w:r>
    </w:p>
    <w:p>
      <w:pPr>
        <w:jc w:val="right"/>
      </w:pPr>
      <w:r>
        <w:t>کیونکہ وہ دماغ ہی کے ذریعے سے وہ باتوں کو سمجھے گا اور چیزوں کو ڈسکور کرے گا، خدا کی معرفت حاصل کرے گا۔</w:t>
      </w:r>
    </w:p>
    <w:p>
      <w:r>
        <w:rPr>
          <w:b/>
        </w:rPr>
        <w:t xml:space="preserve">[04:44] </w:t>
      </w:r>
      <w:r>
        <w:t>to</w:t>
      </w:r>
    </w:p>
    <w:p>
      <w:pPr>
        <w:jc w:val="right"/>
      </w:pPr>
      <w:r>
        <w:t>تو</w:t>
      </w:r>
    </w:p>
    <w:p>
      <w:r>
        <w:rPr>
          <w:b/>
        </w:rPr>
        <w:t xml:space="preserve">[04:45] </w:t>
      </w:r>
      <w:r>
        <w:t>marifat hasil karne ke liye wasail darkar the. to itna ziyada wasail Allah ne is dunya mein bhar diye ke har cheez mein agar wo chahe ghor o fikr kare to wo maloom kar sakta hai ke Allah ki raza kis mein hai, Allah ko discover kis tarah karna hai, Allah se taluq kis tarah qaim karna hai.</w:t>
      </w:r>
    </w:p>
    <w:p>
      <w:pPr>
        <w:jc w:val="right"/>
      </w:pPr>
      <w:r>
        <w:t>معرفت حاصل کرنے کے لیے وسائل درکار تھے۔ تو اتنا زیادہ وسائل اللہ نے اس دنیا میں بھر دیے کہ ہر چیز میں اگر وہ چاہے غور و فکر کرے تو وہ معلوم کر سکتا ہے کہ اللہ کی رضا کس میں ہے، اللہ کو ڈسکور کس طرح کرنا ہے، اللہ سے تعلق کس طرح قائم کرنا ہے۔</w:t>
      </w:r>
    </w:p>
    <w:p>
      <w:r>
        <w:rPr>
          <w:b/>
        </w:rPr>
        <w:t xml:space="preserve">[05:05] </w:t>
      </w:r>
      <w:r>
        <w:t>aur isi tarike se us ki personality bhi develop hoti chali jayegi. to</w:t>
      </w:r>
    </w:p>
    <w:p>
      <w:pPr>
        <w:jc w:val="right"/>
      </w:pPr>
      <w:r>
        <w:t>اور اسی طریقے سے اس کی پرسنیلٹی بھی ڈیولپ ہوتی چلی جائے گی۔ تو</w:t>
      </w:r>
    </w:p>
    <w:p>
      <w:r>
        <w:rPr>
          <w:b/>
        </w:rPr>
        <w:t xml:space="preserve">[05:11] </w:t>
      </w:r>
      <w:r>
        <w:t>hamein chahiye ke Khuda ko, kyun ke sara sab kuch dene wala Khuda hai, to usi ko hum apni mohabbatun ka markaz banayein, usi se darein, usi se dar kar apni zindagi guzarein aur usi se mohabbat karein.</w:t>
      </w:r>
    </w:p>
    <w:p>
      <w:pPr>
        <w:jc w:val="right"/>
      </w:pPr>
      <w:r>
        <w:t>ہمیں چاہیے کہ خدا کو، کیونکہ سارا سب کچھ دینے والا خدا ہے، تو اسی کو ہم اپنی محبتوں کا مرکز بنائیں، اسی سے ڈریں، اسی سے ڈر کر اپنی زندگی گزاریں اور اسی سے محبت کریں۔</w:t>
      </w:r>
    </w:p>
    <w:p>
      <w:r>
        <w:rPr>
          <w:b/>
        </w:rPr>
        <w:t xml:space="preserve">[05:28] </w:t>
      </w:r>
      <w:r>
        <w:t>to lekin ab ek farq hai ke dunya, insan aur universe mein, universe ko to compulsory, compulsory wo Khuda ke hukum ka paalan us ko karna hi karna hai.</w:t>
      </w:r>
    </w:p>
    <w:p>
      <w:pPr>
        <w:jc w:val="right"/>
      </w:pPr>
      <w:r>
        <w:t>تو لیکن اب ایک فرق ہے کہ دنیا، انسان اور یونیورس میں، یونیورس کو تو کمپل، کمپلسولی وہ خدا کے حکم کا پالن اس کو کرنا ہی کرنا ہے۔</w:t>
      </w:r>
    </w:p>
    <w:p>
      <w:r>
        <w:rPr>
          <w:b/>
        </w:rPr>
        <w:t xml:space="preserve">[05:40] </w:t>
      </w:r>
      <w:r>
        <w:t>jis tarike se Allah ne set kar diya hai suraj, chand, sitare, sab kuch, chahe animal world ho, vegetable world ho, kuch bhi, jo Allah taala ne jaisa us ke liye set kar diya hai, wo us ke khilaf nahi ja sakta.</w:t>
      </w:r>
    </w:p>
    <w:p>
      <w:pPr>
        <w:jc w:val="right"/>
      </w:pPr>
      <w:r>
        <w:t>جس طریقے سے اللہ نے سیٹ کر دیا ہے سورج، چاند، ستارے، سب کچھ، چاہے اینیمل ورلڈ ہو، ویجیٹیبل ورلڈ ہو، کچھ بھی، جو اللہ تعالی نے جیسا اس کے لیے سیٹ کر دیا ہے، وہ اس کے خلاف نہیں جا سکتا۔</w:t>
      </w:r>
    </w:p>
    <w:p>
      <w:r>
        <w:rPr>
          <w:b/>
        </w:rPr>
        <w:t xml:space="preserve">[05:54] </w:t>
      </w:r>
      <w:r>
        <w:t>ab pahaar ko ek jagah set kar diya hai, pahaar ghoomne lage to yeh nahi ho sakta. lekin insaan ko azaadi di gayi hai ke woh submission kare by choice, willingly submit kare khuda ke aage.</w:t>
      </w:r>
    </w:p>
    <w:p>
      <w:pPr>
        <w:jc w:val="right"/>
      </w:pPr>
      <w:r>
        <w:t>اب پہاڑ کو ایک جگہ سیٹ کر دیا ہے، پہاڑ گھومنے لگے تو یہ نہیں ہو سکتا۔ لیکن انسان کو آزادی دی گئی ہے کہ وہ سبمیشن کرے بائی چوائس، ویلنگلی سبمٹ کرے خدا کے آگے۔</w:t>
      </w:r>
    </w:p>
    <w:p>
      <w:r>
        <w:rPr>
          <w:b/>
        </w:rPr>
        <w:t xml:space="preserve">[06:09] </w:t>
      </w:r>
      <w:r>
        <w:t>kyunke insaan ke liye jannat hai, jo bohat hi qeemti jannat hai. to agar woh willingly surrender karta hai apne aap ko khuda ke aage to us ko jannat mile gi.</w:t>
      </w:r>
    </w:p>
    <w:p>
      <w:pPr>
        <w:jc w:val="right"/>
      </w:pPr>
      <w:r>
        <w:t>کیونکہ انسان کے لیے جنت ہے، جو بہت ہی قیمتی جنت ہے۔ تو اگر وہ ویلنگلی سرینڈر کرتا ہے اپنے آپ کو خدا کے آگے تو اس کو جنت ملے گی۔</w:t>
      </w:r>
    </w:p>
    <w:p>
      <w:r>
        <w:rPr>
          <w:b/>
        </w:rPr>
        <w:t xml:space="preserve">[06:21] </w:t>
      </w:r>
      <w:r>
        <w:t>baqi jo dunya ki saari cheezein hain, woh to un ke liye koi reward nahi hai, woh</w:t>
      </w:r>
    </w:p>
    <w:p>
      <w:pPr>
        <w:jc w:val="right"/>
      </w:pPr>
      <w:r>
        <w:t>باقی جو دنیا کی ساری چیزیں ہیں، وہ تو ان کے لیے کوئی ریوارڈ نہیں ہے، وہ</w:t>
      </w:r>
    </w:p>
    <w:p>
      <w:r>
        <w:rPr>
          <w:b/>
        </w:rPr>
        <w:t xml:space="preserve">[06:27] </w:t>
      </w:r>
      <w:r>
        <w:t>isi tarah se chalti rahein gi. balkay poori dunya, poori kaainaat Allah taala ne insaan hi ke liye paida kiya hai. taa ke woh ziyada se ziyada khuda ki marifat haasil kar sake.</w:t>
      </w:r>
    </w:p>
    <w:p>
      <w:pPr>
        <w:jc w:val="right"/>
      </w:pPr>
      <w:r>
        <w:t>اسی طرح سے چلتی رہیں گی۔ بلکہ پوری دنیا، پوری کائنات اللہ تعالی نے انسان ہی کے لیے پیدا کیا ہے۔ تاکہ وہ زیادہ سے زیادہ خدا کی معرفت حاصل کر سکے۔</w:t>
      </w:r>
    </w:p>
    <w:p>
      <w:r>
        <w:rPr>
          <w:b/>
        </w:rPr>
        <w:t xml:space="preserve">[06:39] </w:t>
      </w:r>
      <w:r>
        <w:t>ab masla yeh hai ke dunya mein dekhiye, itne ziyada cheezein hain ke log isi dunya mein kho jaate hain. dunya ke jo interests hain, woh ghaalib aa jaate hain.</w:t>
      </w:r>
    </w:p>
    <w:p>
      <w:pPr>
        <w:jc w:val="right"/>
      </w:pPr>
      <w:r>
        <w:t>اب مسئلہ یہ ہے کہ دنیا میں دیکھیے، اتنے زیادہ چیزیں ہیں کہ لوگ اسی دنیا میں کھو جاتے ہیں۔ دنیا کے جو انٹرسٹس ہیں، وہ غالب آ جاتے ہیں۔</w:t>
      </w:r>
    </w:p>
    <w:p>
      <w:r>
        <w:rPr>
          <w:b/>
        </w:rPr>
        <w:t xml:space="preserve">[06:49] </w:t>
      </w:r>
      <w:r>
        <w:t>to</w:t>
      </w:r>
    </w:p>
    <w:p>
      <w:pPr>
        <w:jc w:val="right"/>
      </w:pPr>
      <w:r>
        <w:t>تو</w:t>
      </w:r>
    </w:p>
    <w:p>
      <w:r>
        <w:rPr>
          <w:b/>
        </w:rPr>
        <w:t xml:space="preserve">[06:50] </w:t>
      </w:r>
      <w:r>
        <w:t>humein sachai ko paanay ke liye, khuda ko discover karne ke liye, humein in shubhat ke parde ko phaarna parta hai. is ki bohat saari misalein hain.</w:t>
      </w:r>
    </w:p>
    <w:p>
      <w:pPr>
        <w:jc w:val="right"/>
      </w:pPr>
      <w:r>
        <w:t>ہمیں سچائی کو پانے کے لیے، خدا کو ڈسکور کرنے کے لیے، ہمیں ان شبہات کے پردے کو پھاڑنا پڑتا ہے۔ اس کی بہت ساری مثالیں ہیں۔</w:t>
      </w:r>
    </w:p>
    <w:p>
      <w:r>
        <w:rPr>
          <w:b/>
        </w:rPr>
        <w:t xml:space="preserve">[07:00] </w:t>
      </w:r>
      <w:r>
        <w:t>ab yahan mein ek do misaal deti hoon ke jaise aap taif walon ko leejye ke rasool Allah sal Allah alaihi wasallam taif walon ke paas gaye to taif walon ne bohat hi un ko humiliate kiya ke khuda ko tum hi mile thay peghambar bananay</w:t>
      </w:r>
    </w:p>
    <w:p>
      <w:pPr>
        <w:jc w:val="right"/>
      </w:pPr>
      <w:r>
        <w:t>اب یہاں میں ایک دو مثال دیتی ہوں کہ جیسے آپ طائف والوں کو لیجئے کہ رسول اللہ صلی اللہ علیہ وسلم طائف والوں کے پاس گئے تو طائف والوں نے بہت ہی ان کو ہیومیلیٹ کیا کہ خدا کو تم ہی ملے تھے پیغمبر بنانے</w:t>
      </w:r>
    </w:p>
    <w:p>
      <w:r>
        <w:rPr>
          <w:b/>
        </w:rPr>
        <w:t xml:space="preserve">[07:16] </w:t>
      </w:r>
      <w:r>
        <w:t>ke liye. matlab woh yeh samajhte thay ke koi bohat bara aadmi hoga, bohat maal o dolat wala hoga, woh tribal chief hoga.</w:t>
      </w:r>
    </w:p>
    <w:p>
      <w:pPr>
        <w:jc w:val="right"/>
      </w:pPr>
      <w:r>
        <w:t>کے لیے۔ مطلب وہ یہ سمجھتے تھے کہ کوئی بہت بڑا آدمی ہوگا، بہت مال و دولت والا ہوگا، وہ ٹرائبل چیف ہوگا۔</w:t>
      </w:r>
    </w:p>
    <w:p>
      <w:r>
        <w:rPr>
          <w:b/>
        </w:rPr>
        <w:t xml:space="preserve">[07:25] </w:t>
      </w:r>
      <w:r>
        <w:t>to yeh dunya ke is mein context mein woh dekh rahe thay, woh merit par nahi dekh rahe thay ke jo woh baat keh raha hai, us baat mein kitni sachai hai.</w:t>
      </w:r>
    </w:p>
    <w:p>
      <w:pPr>
        <w:jc w:val="right"/>
      </w:pPr>
      <w:r>
        <w:t>تو یہ دنیا کے اس میں کانٹیکسٹ میں وہ دیکھ رہے تھے، وہ میرٹ پر نہیں دیکھ رہے تھے کہ جو وہ بات کہہ رہا ہے، اس بات میں کتنی سچائی ہے۔</w:t>
      </w:r>
    </w:p>
    <w:p>
      <w:r>
        <w:rPr>
          <w:b/>
        </w:rPr>
        <w:t xml:space="preserve">[07:36] </w:t>
      </w:r>
      <w:r>
        <w:t>to yeh saari cheezein hoti hain jin se aadmi ko oopar uthna parta hai, yeh</w:t>
      </w:r>
    </w:p>
    <w:p>
      <w:pPr>
        <w:jc w:val="right"/>
      </w:pPr>
      <w:r>
        <w:t>تو یہ ساری چیزیں ہوتی ہیں جن سے آدمی کو اوپر اٹھنا پڑتا ہے، یہ</w:t>
      </w:r>
    </w:p>
    <w:p>
      <w:r>
        <w:rPr>
          <w:b/>
        </w:rPr>
        <w:t xml:space="preserve">[07:41] </w:t>
      </w:r>
      <w:r>
        <w:t>saare shubhat se oopar uthna parta hai, tabhi khuda ki discovery hogi. to yeh Allah taala ne is ke liye do intizam kiya: ek to insaan ke andar hi, insaan ki fitrat mein hi rakh diya ke woh khuda ke aage surrender kare.</w:t>
      </w:r>
    </w:p>
    <w:p>
      <w:pPr>
        <w:jc w:val="right"/>
      </w:pPr>
      <w:r>
        <w:t>سارے شبہات سے اوپر اٹھنا پڑتا ہے، تبھی خدا کی ڈسکوری ہوگی۔ تو یہ اللہ تعالی نے اس کے لیے دو انتظام کیا: ایک تو انسان کے اندر ہی، انسان کی فطرت میں ہی رکھ دیا کہ وہ خدا کے آگے سرینڈر کرے۔</w:t>
      </w:r>
    </w:p>
    <w:p>
      <w:r>
        <w:rPr>
          <w:b/>
        </w:rPr>
        <w:t xml:space="preserve">[08:00] </w:t>
      </w:r>
      <w:r>
        <w:t>is ka dil chahta hai ke surrender kare. agar khuda nahi milta to woh kisi doosri material cheezon ke aage surrender apne ko kar deta hai.</w:t>
      </w:r>
    </w:p>
    <w:p>
      <w:pPr>
        <w:jc w:val="right"/>
      </w:pPr>
      <w:r>
        <w:t>اس کا دل چاہتا ہے کہ سرینڈر کرے۔ اگر خدا نہیں ملتا تو وہ کسی دوسری مٹیریل چیزوں کے آگے سرینڈر اپنے کو کر دیتا ہے۔</w:t>
      </w:r>
    </w:p>
    <w:p>
      <w:r>
        <w:rPr>
          <w:b/>
        </w:rPr>
        <w:t xml:space="preserve">[08:08] </w:t>
      </w:r>
      <w:r>
        <w:t>to yeh dil mein hi is ko rakh diya hai. aur doosra, Allah ne peghambar bheje. peghambar un ko saari baatein batate thay, kuch logon ne maana, kuch logon ne nahi maana.</w:t>
      </w:r>
    </w:p>
    <w:p>
      <w:pPr>
        <w:jc w:val="right"/>
      </w:pPr>
      <w:r>
        <w:t>تو یہ دل میں ہی اس کو رکھ دیا ہے۔ اور دوسرا، اللہ نے پیغمبر بھیجے۔ پیغمبر ان کو ساری باتیں بتاتے تھے، کچھ لوگوں نے مانا، کچھ لوگوں نے نہیں مانا۔</w:t>
      </w:r>
    </w:p>
    <w:p>
      <w:r>
        <w:rPr>
          <w:b/>
        </w:rPr>
        <w:t xml:space="preserve">[08:20] </w:t>
      </w:r>
      <w:r>
        <w:t>azaadi ka use, misuse dono hota hai. ji mashallah apa, yeh bohat achhe pointers aap ne bataye aaj, khuda ki marifat aur test period aur the fact ke that we have to tear the veils of doubt.</w:t>
      </w:r>
    </w:p>
    <w:p>
      <w:pPr>
        <w:jc w:val="right"/>
      </w:pPr>
      <w:r>
        <w:t>آزادی کا یوز، مس یوز دونوں ہوتا ہے۔ جی ماشاءاللہ آپا، یہ بہت اچھے پوائنٹرز آپ نے بتائے آج، خدا کی معرفت اور ٹیسٹ پیریڈ اور دا فیکٹ کہ دیٹ وی ہیو ٹو ٹیئر دی ویلز آف ڈاؤٹ۔</w:t>
      </w:r>
    </w:p>
    <w:p>
      <w:r>
        <w:rPr>
          <w:b/>
        </w:rPr>
        <w:t xml:space="preserve">[08:34] </w:t>
      </w:r>
      <w:r>
        <w:t>apa, yeh jo abhi aap ne ayat bhi batayi, yeh bhi bohat achhe se summarize karti hai jo aap ne kaha na ke God created death and life so that He might find out which one of you is best in conduct.</w:t>
      </w:r>
    </w:p>
    <w:p>
      <w:pPr>
        <w:jc w:val="right"/>
      </w:pPr>
      <w:r>
        <w:t>آپا، یہ جو ابھی آپ نے آیت بھی بتائی، یہ بھی بہت اچھے سے سمرائز کرتی ہے جو آپ نے کہا نا کہ گاڈ کریٹڈ ڈیتھ اینڈ لائف سو دیٹ ہی مائٹ فائنڈ آؤٹ وچ ون آف یو از بیسٹ ان کنڈکٹ۔</w:t>
      </w:r>
    </w:p>
    <w:p>
      <w:r>
        <w:rPr>
          <w:b/>
        </w:rPr>
        <w:t xml:space="preserve">[08:45] </w:t>
      </w:r>
      <w:r>
        <w:t>I think yeh bohat zabardast tareeqay se clarity deti hai what is the purpose of creation. achha apa, yahan pe ek sawal yeh bhi aata hai ke jab Allah taala ne Adam ko banaya to farishton ko bulaya aur un ke saamne apna takhleeqi mansooba bataya, jaisa ke aap ne abhi is ka zikr bhi</w:t>
      </w:r>
    </w:p>
    <w:p>
      <w:pPr>
        <w:jc w:val="right"/>
      </w:pPr>
      <w:r>
        <w:t>آئی تھنک یہ بہت زبردست طریقے سے کلیرٹی دیتی ہے واٹ از دی پرپس آف کریشن۔ اچھا آپا، یہاں پہ ایک سوال یہ بھی آتا ہے کہ جب اللہ تعالی نے آدم کو بنایا تو فرشتوں کو بلایا اور ان کے سامنے اپنا تخلیقی منصوبہ بتایا، جیسا کہ آپ نے ابھی اس کا ذکر بھی</w:t>
      </w:r>
    </w:p>
    <w:p>
      <w:r>
        <w:rPr>
          <w:b/>
        </w:rPr>
        <w:t xml:space="preserve">[09:02] </w:t>
      </w:r>
      <w:r>
        <w:t>kiya, to farishton ka kya response tha? is ke baray mein bhi aap batayein. haan bilkul sahi, bohat achha sawal hai.</w:t>
      </w:r>
    </w:p>
    <w:p>
      <w:pPr>
        <w:jc w:val="right"/>
      </w:pPr>
      <w:r>
        <w:t>کیا، تو فرشتوں کا کیا رسپانس تھا؟ اس کے بارے میں بھی آپ بتائیں۔ ہاں بالکل صحیح، بہت اچھا سوال ہے۔</w:t>
      </w:r>
    </w:p>
    <w:p>
      <w:r>
        <w:rPr>
          <w:b/>
        </w:rPr>
        <w:t xml:space="preserve">[09:13] </w:t>
      </w:r>
      <w:r>
        <w:t>kyunke insaan, insani ko dekhiye, agar is ko ek baar power mil jata hai to phir power ka kisi aur ke qabzay mein chala jata hai, to woh kitna react karta hai.</w:t>
      </w:r>
    </w:p>
    <w:p>
      <w:pPr>
        <w:jc w:val="right"/>
      </w:pPr>
      <w:r>
        <w:t>کیونکہ انسان، انسانی کو دیکھیے، اگر اس کو ایک بار پاور مل جاتا ہے تو پھر پاور کا کسی اور کے قبضے میں چلا جاتا ہے، تو وہ کتنا ری ایکٹ کرتا ہے۔</w:t>
      </w:r>
    </w:p>
    <w:p>
      <w:r>
        <w:rPr>
          <w:b/>
        </w:rPr>
        <w:t xml:space="preserve">[09:25] </w:t>
      </w:r>
      <w:r>
        <w:t>to is ko bhoolta nahi, inteqaam leta hai is ka. to wohi samajh leejye jinnaat ke saath bhi hua. jinnaat ko power tha zameen par. to jab Allah ne insaan ko paida kiya to Allah taala ne, achha us waqt sirf jinnaat hi nahi thay, farishtay bhi thay aur jinnaat bhi.</w:t>
      </w:r>
    </w:p>
    <w:p>
      <w:pPr>
        <w:jc w:val="right"/>
      </w:pPr>
      <w:r>
        <w:t>تو اس کو بھولتا نہیں، انتقام لیتا ہے اس کا۔ تو وہی سمجھ لیجئے جنات کے ساتھ بھی ہوا۔ جنات کو پاور تھا زمین پر۔ تو جب اللہ نے انسان کو پیدا کیا تو اللہ تعالی نے، اچھا اس وقت صرف جنات ہی نہیں تھے، فرشتے بھی تھے اور جنات بھی۔</w:t>
      </w:r>
    </w:p>
    <w:p>
      <w:r>
        <w:rPr>
          <w:b/>
        </w:rPr>
        <w:t xml:space="preserve">[09:42] </w:t>
      </w:r>
      <w:r>
        <w:t>to Allah taala ne dono ko hukum diya ke woh insaan ke aage jhuk jayein. kuch log kehte hain sajda karna, kuch log kehte hain jhukna. to to aap kuch bhi le leejye, us ko dono hi cheezein aati hain.</w:t>
      </w:r>
    </w:p>
    <w:p>
      <w:pPr>
        <w:jc w:val="right"/>
      </w:pPr>
      <w:r>
        <w:t>تو اللہ تعالی نے دونوں کو حکم دیا کہ وہ انسان کے آگے جھک جائیں۔ کچھ لوگ کہتے ہیں سجدہ کرنا، کچھ لوگ کہتے ہیں جھکنا۔ تو تو آپ کچھ بھی لے لیجئے، اس کو دونوں ہی چیزیں آتی ہیں۔</w:t>
      </w:r>
    </w:p>
    <w:p>
      <w:r>
        <w:rPr>
          <w:b/>
        </w:rPr>
        <w:t xml:space="preserve">[09:55] </w:t>
      </w:r>
      <w:r>
        <w:t>to</w:t>
      </w:r>
    </w:p>
    <w:p>
      <w:pPr>
        <w:jc w:val="right"/>
      </w:pPr>
      <w:r>
        <w:t>تو</w:t>
      </w:r>
    </w:p>
    <w:p>
      <w:r>
        <w:rPr>
          <w:b/>
        </w:rPr>
        <w:t xml:space="preserve">[09:57] </w:t>
      </w:r>
      <w:r>
        <w:t>jhukna ka maqsad kya tha? ke insaan ko Allah ne ek bohat bari maqsad ke liye paida kiya ke khuda ki marifat haasil kare woh.</w:t>
      </w:r>
    </w:p>
    <w:p>
      <w:pPr>
        <w:jc w:val="right"/>
      </w:pPr>
      <w:r>
        <w:t>جھکنا کا مقصد کیا تھا؟ کہ انسان کو اللہ نے ایک بہت بڑی مقصد کے لیے پیدا کیا کہ خدا کی معرفت حاصل کریں وہ۔</w:t>
      </w:r>
    </w:p>
    <w:p>
      <w:r>
        <w:rPr>
          <w:b/>
        </w:rPr>
        <w:t xml:space="preserve">[10:07] </w:t>
      </w:r>
      <w:r>
        <w:t>kyunke jis ko marifat mil jaye gi, wohi jannat ka haqdaar saabit hoga. to is mein insaan ko in logon ki madad chahiye thi.</w:t>
      </w:r>
    </w:p>
    <w:p>
      <w:pPr>
        <w:jc w:val="right"/>
      </w:pPr>
      <w:r>
        <w:t>کیونکہ جس کو معرفت مل جائے گی، وہی جنت کا حقدار ثابت ہوگا۔ تو اس میں انسان کو ان لوگوں کی مدد چاہیے تھی۔</w:t>
      </w:r>
    </w:p>
    <w:p>
      <w:r>
        <w:rPr>
          <w:b/>
        </w:rPr>
        <w:t xml:space="preserve">[10:18] </w:t>
      </w:r>
      <w:r>
        <w:t>kyunke farishtay hi humein seedhi raah batate hain, samjhate hain, dilon mein baatein daalte hain.</w:t>
      </w:r>
    </w:p>
    <w:p>
      <w:pPr>
        <w:jc w:val="right"/>
      </w:pPr>
      <w:r>
        <w:t>کیونکہ فرشتے ہی ہمیں سیدھی راہ بتاتے ہیں، سمجھاتے ہیں، دلوں میں باتیں ڈالتے ہیں۔</w:t>
      </w:r>
    </w:p>
    <w:p>
      <w:r>
        <w:rPr>
          <w:b/>
        </w:rPr>
        <w:t xml:space="preserve">[10:24] </w:t>
      </w:r>
      <w:r>
        <w:t>to is liye Allah taala ne hukum diya ke insaan ke aage jhuk jao. yani insaan ko tumhein poori tarah support karna hai duniya mein.</w:t>
      </w:r>
    </w:p>
    <w:p>
      <w:pPr>
        <w:jc w:val="right"/>
      </w:pPr>
      <w:r>
        <w:t>تو اس لیے اللہ تعالی نے حکم دیا کہ انسان کے آگے جھک جاؤ۔ یعنی انسان کو تمہیں پوری طرح سپورٹ کرنا ہے دنیا میں۔</w:t>
      </w:r>
    </w:p>
    <w:p>
      <w:r>
        <w:rPr>
          <w:b/>
        </w:rPr>
        <w:t xml:space="preserve">[10:33] </w:t>
      </w:r>
      <w:r>
        <w:t>tabhi woh kaam kar payenge. lekin Iblees jo hai, woh raazi nahi hua. Iblees ne kaha: "ana khairun minh".</w:t>
      </w:r>
    </w:p>
    <w:p>
      <w:pPr>
        <w:jc w:val="right"/>
      </w:pPr>
      <w:r>
        <w:t>تبھی وہ کام کر پائیں گے۔ لیکن ابلیس جو ہے، وہ راضی نہیں ہوا۔ ابلیس نے کہا: "انا خیر منہ"۔</w:t>
      </w:r>
    </w:p>
    <w:p>
      <w:r>
        <w:rPr>
          <w:b/>
        </w:rPr>
        <w:t xml:space="preserve">[10:41] </w:t>
      </w:r>
      <w:r>
        <w:t>yani Iblees jo tha, woh jin jo the, woh aag se paida kiye gaye the. aur insaan mitti se paida kiya gaya tha.</w:t>
      </w:r>
    </w:p>
    <w:p>
      <w:pPr>
        <w:jc w:val="right"/>
      </w:pPr>
      <w:r>
        <w:t>یعنی ابلیس جو تھا، وہ جن جو تھے، وہ آگ سے پیدا کیے گئے تھے۔ اور انسان مٹی سے پیدا کیا گیا تھا۔</w:t>
      </w:r>
    </w:p>
    <w:p>
      <w:r>
        <w:rPr>
          <w:b/>
        </w:rPr>
        <w:t xml:space="preserve">[10:51] </w:t>
      </w:r>
      <w:r>
        <w:t>to is ne yeh dekha ke aag mitti se superior hai, to main superior hoon. to is wajah se woh nahi jhuka. woh is ne kaha ke nahi, main in sab logon ko behka doonga jis ko tu ne itna bara darja diya hai, main sab ko behka doonga.</w:t>
      </w:r>
    </w:p>
    <w:p>
      <w:pPr>
        <w:jc w:val="right"/>
      </w:pPr>
      <w:r>
        <w:t>تو اس نے یہ دیکھا کہ آگ مٹی سے سپیریئر ہے، تو میں سپیریئر ہوں۔ تو اس وجہ سے وہ نہیں جھکا۔ وہ اس نے کہا کہ نہیں، میں ان سب لوگوں کو بہکا دوں گا جس کو تو نے اتنا بڑا درجہ دیا ہے، میں سب کو بہکا دوں گا۔</w:t>
      </w:r>
    </w:p>
    <w:p>
      <w:r>
        <w:rPr>
          <w:b/>
        </w:rPr>
        <w:t xml:space="preserve">[11:05] </w:t>
      </w:r>
      <w:r>
        <w:t>to Allah ne farmaya ke is mein se bohat sare log aise niklenge jo tere behkane mein nahi aayenge.</w:t>
      </w:r>
    </w:p>
    <w:p>
      <w:pPr>
        <w:jc w:val="right"/>
      </w:pPr>
      <w:r>
        <w:t>تو اللہ نے فرمایا کہ اس میں سے بہت سارے لوگ ایسے نکلیں گے جو تیرے بہکانے میں نہیں آئیں گے۔</w:t>
      </w:r>
    </w:p>
    <w:p>
      <w:r>
        <w:rPr>
          <w:b/>
        </w:rPr>
        <w:t xml:space="preserve">[11:14] </w:t>
      </w:r>
      <w:r>
        <w:t>to lekin farishton ko bhi doubt tha. farishton ko yeh doubt tha ke jab, jab jis tarike se matlab jinnaat ne duniya mein fasaad machaya, blood set kiya, isi tarike se azaadi pa kar insaan bhi wahi karega.</w:t>
      </w:r>
    </w:p>
    <w:p>
      <w:pPr>
        <w:jc w:val="right"/>
      </w:pPr>
      <w:r>
        <w:t>تو لیکن فرشتوں کو بھی ڈاؤٹ تھا۔ فرشتوں کو یہ ڈاؤٹ تھا کہ جب، جب جس طریقے سے مطلب جنات نے دنیا میں فساد مچایا، بلڈ سیٹ کیا، اسی طریقے سے آزادی پا کر انسان بھی وہی کرے گا۔</w:t>
      </w:r>
    </w:p>
    <w:p>
      <w:r>
        <w:rPr>
          <w:b/>
        </w:rPr>
        <w:t xml:space="preserve">[11:33] </w:t>
      </w:r>
      <w:r>
        <w:t>to yeh un ko doubt tha. to Allah taala ne un ke doubt ko clear kiya aur kaha ke main woh jaanta hoon jo tum nahi jaante.</w:t>
      </w:r>
    </w:p>
    <w:p>
      <w:pPr>
        <w:jc w:val="right"/>
      </w:pPr>
      <w:r>
        <w:t>تو یہ ان کو ڈاؤٹ تھا۔ تو اللہ تعالی نے ان کے ڈاؤٹ کو کلیئر کیا اور کہا کہ میں وہ جانتا ہوں جو تم نہیں جانتے۔</w:t>
      </w:r>
    </w:p>
    <w:p>
      <w:r>
        <w:rPr>
          <w:b/>
        </w:rPr>
        <w:t xml:space="preserve">[11:43] </w:t>
      </w:r>
      <w:r>
        <w:t>to is tarike se farishte, chounke un ke andar sarkashi nahi thi, unhone Allah ke explanation ko foran maan liya aur insaan ke aage jhuk gaye.</w:t>
      </w:r>
    </w:p>
    <w:p>
      <w:pPr>
        <w:jc w:val="right"/>
      </w:pPr>
      <w:r>
        <w:t>تو اس طریقے سے فرشتے، چونکہ ان کے اندر سرکشی نہیں تھی، انہوں نے اللہ کے ایکسپلینیشن کو فوراً مان لیا اور انسان کے آگے جھک گئے۔</w:t>
      </w:r>
    </w:p>
    <w:p>
      <w:r>
        <w:rPr>
          <w:b/>
        </w:rPr>
        <w:t xml:space="preserve">[11:54] </w:t>
      </w:r>
      <w:r>
        <w:t>aur musalsal woh farishton ki madad se hi, jo bhi seedhi raah par chal raha hai, woh farishton ki madad us ko mil rahi hai.</w:t>
      </w:r>
    </w:p>
    <w:p>
      <w:pPr>
        <w:jc w:val="right"/>
      </w:pPr>
      <w:r>
        <w:t>اور مسلسل وہ فرشتوں کی مدد سے ہی، جو بھی سیدھی راہ پر چل رہا ہے، وہ فرشتوں کی مدد اس کو مل رہی ہے۔</w:t>
      </w:r>
    </w:p>
    <w:p>
      <w:r>
        <w:rPr>
          <w:b/>
        </w:rPr>
        <w:t xml:space="preserve">[12:03] </w:t>
      </w:r>
      <w:r>
        <w:t>to yeh tha. phir Allah taala ne jo farq kiya hai jinnaat mein aur insaan mein ke jinnaat ke andar ghaliban jaise Maulana ne likha hai Islam Deen e Fitrat mein ke un ke andar nadamat yani repentance ka ehsaas nahi tha ke agar woh ghalti karein to un ko ehsaas ho jaye ke unhone ghalti ki hai aur phir woh rujoo karein.</w:t>
      </w:r>
    </w:p>
    <w:p>
      <w:pPr>
        <w:jc w:val="right"/>
      </w:pPr>
      <w:r>
        <w:t>تو یہ تھا۔ پھر اللہ تعالی نے جو فرق کیا ہے جنات میں اور انسان میں کہ جنات کے اندر غالباً جیسے مولانا نے لکھا ہے اسلام دین فطرت میں کہ ان کے اندر ندامت یعنی ریپنٹنس کا احساس نہیں تھا کہ اگر وہ غلطی کریں تو ان کو احساس ہو جائے کہ انہوں نے غلطی کی ہے اور پھر وہ رجوع کریں۔</w:t>
      </w:r>
    </w:p>
    <w:p>
      <w:r>
        <w:rPr>
          <w:b/>
        </w:rPr>
        <w:t xml:space="preserve">[12:27] </w:t>
      </w:r>
      <w:r>
        <w:t>to Allah taala ne insaan ke andar yeh nadamat ka jazba rakha jis ko hum to guilty feeling, ab koi hum, koi hum bari ghalti kar dete hain to hamein guilty feeling hoti hai.</w:t>
      </w:r>
    </w:p>
    <w:p>
      <w:pPr>
        <w:jc w:val="right"/>
      </w:pPr>
      <w:r>
        <w:t>تو اللہ تعالی نے انسان کے اندر یہ ندامت کا جذبہ رکھا جس کو ہم تو گلٹی فیلنگ، اب کوئی ہم، کوئی ہم بڑی غلطی کر دیتے ہیں تو ہمیں گلٹی فیلنگ ہوتی ہے۔</w:t>
      </w:r>
    </w:p>
    <w:p>
      <w:r>
        <w:rPr>
          <w:b/>
        </w:rPr>
        <w:t xml:space="preserve">[12:38] </w:t>
      </w:r>
      <w:r>
        <w:t>phir hum us ko, us ki islaah karte hain, apne aap ko reform karte hain aur yeh resolve karte hain ke aindah hum aisa kaam nahi karenge.</w:t>
      </w:r>
    </w:p>
    <w:p>
      <w:pPr>
        <w:jc w:val="right"/>
      </w:pPr>
      <w:r>
        <w:t>پھر ہم اس کو، اس کی اصلاح کرتے ہیں، اپنے آپ کو ریفارم کرتے ہیں اور یہ ریزالو کرتے ہیں کہ آئندہ ہم ایسا کام نہیں کریں گے۔</w:t>
      </w:r>
    </w:p>
    <w:p>
      <w:r>
        <w:rPr>
          <w:b/>
        </w:rPr>
        <w:t xml:space="preserve">[12:49] </w:t>
      </w:r>
      <w:r>
        <w:t>to is wajah se insaan jo hai, insaan aur jinnaat mein yeh bohat bara farq tha.</w:t>
      </w:r>
    </w:p>
    <w:p>
      <w:pPr>
        <w:jc w:val="right"/>
      </w:pPr>
      <w:r>
        <w:t>تو اس وجہ سے انسان جو ہے، انسان اور جنات میں یہ بہت بڑا فرق تھا۔</w:t>
      </w:r>
    </w:p>
    <w:p>
      <w:r>
        <w:rPr>
          <w:b/>
        </w:rPr>
        <w:t xml:space="preserve">[12:56] </w:t>
      </w:r>
      <w:r>
        <w:t>to jaise aap, hum misaal lete hain Hazrat Adam Alaihissalam ki. to Hazrat Adam jo hain, unhone ghalti ki lekin woh ghalti jo thi, bohat jald un ko ehsaas ho gaya ke unhone ghalti ki hai aur unhone Khuda se bohat gidgida kar maafi mangi, bohat zyada sincere tareeqe se maafi mangi aur Allah taala ne un ko maaf kar diya aur un ko balkeh pehla paighambar unhi ko banaya.</w:t>
      </w:r>
    </w:p>
    <w:p>
      <w:pPr>
        <w:jc w:val="right"/>
      </w:pPr>
      <w:r>
        <w:t>تو جیسے آپ، ہم مثال لیتے ہیں حضرت آدم علیہ السلام کی۔ تو حضرت آدم جو ہیں، انہوں نے غلطی کی لیکن وہ غلطی جو تھی، بہت جلد ان کو احساس ہو گیا کہ انہوں نے غلطی کی ہے اور انہوں نے خدا سے بہت گڑگڑا کر معافی مانگی، بہت زیادہ سنسیئر طریقے سے معافی مانگی اور اللہ تعالی نے ان کو معاف کر دیا اور ان کو بلکہ پہلا پیغمبر انہی کو بنایا۔</w:t>
      </w:r>
    </w:p>
    <w:p>
      <w:r>
        <w:rPr>
          <w:b/>
        </w:rPr>
        <w:t xml:space="preserve">[13:26] </w:t>
      </w:r>
      <w:r>
        <w:t>kyunke wahi pehle insaan the. to is se yeh dekhte hain ke Allah kitna zyada compassionate hai bando ke taeen ke pehla insaan banaya, wahi pehla paighambar banaya ke insaan kabhi bhi Khuda ki hidayat ke baghair is duniya mein na rahe.</w:t>
      </w:r>
    </w:p>
    <w:p>
      <w:pPr>
        <w:jc w:val="right"/>
      </w:pPr>
      <w:r>
        <w:t>کیونکہ وہی پہلے انسان تھے۔ تو اس سے یہ دیکھتے ہیں کہ اللہ کتنا زیادہ کمپیشنٹ ہے بندوں کے تئیں کہ پہلا انسان بنایا، وہی پہلا پیغمبر بنایا کہ انسان کبھی بھی خدا کی ہدایت کے بغیر اس دنیا میں نہ رہے۔</w:t>
      </w:r>
    </w:p>
    <w:p>
      <w:r>
        <w:rPr>
          <w:b/>
        </w:rPr>
        <w:t xml:space="preserve">[13:44] </w:t>
      </w:r>
      <w:r>
        <w:t>woh to insaan ne yeh kiya ke paighambaron ki baatein hi woh nahi maante the. jo maana, woh kaamyaab ho gaya. to isi tarike se ek ek misaal hai Hazrat Umar Ibn Abdul Aziz ki.</w:t>
      </w:r>
    </w:p>
    <w:p>
      <w:pPr>
        <w:jc w:val="right"/>
      </w:pPr>
      <w:r>
        <w:t>وہ تو انسان نے یہ کیا کہ پیغمبروں کی باتیں ہی وہ نہیں مانتے تھے۔ جو مانا، وہ کامیاب ہو گیا۔ تو اسی طریقے سے ایک ایک مثال ہے حضرت عمر ابن عبدالعزیز کی۔</w:t>
      </w:r>
    </w:p>
    <w:p>
      <w:r>
        <w:rPr>
          <w:b/>
        </w:rPr>
        <w:t xml:space="preserve">[13:58] </w:t>
      </w:r>
      <w:r>
        <w:t>to hamare haan maana jata hai ke chaar khulafa jo hain, Hazrat Abu Bakr, Umar, Usman aur Hazrat Ali, yeh chaaron jo hain, Khulafa e Rashid hain.</w:t>
      </w:r>
    </w:p>
    <w:p>
      <w:pPr>
        <w:jc w:val="right"/>
      </w:pPr>
      <w:r>
        <w:t>تو ہمارے ہاں مانا جاتا ہے کہ چار خلیفہ جو ہیں، حضرت ابوبکر، عمر، عثمان اور حضرت علی، یہ چاروں جو ہیں، خلیفہ راشد ہیں۔</w:t>
      </w:r>
    </w:p>
    <w:p>
      <w:r>
        <w:rPr>
          <w:b/>
        </w:rPr>
        <w:t xml:space="preserve">[14:09] </w:t>
      </w:r>
      <w:r>
        <w:t>yani Rightly Guided Caliph. lekin</w:t>
      </w:r>
    </w:p>
    <w:p>
      <w:pPr>
        <w:jc w:val="right"/>
      </w:pPr>
      <w:r>
        <w:t>یعنی رائٹلی گائیڈڈ کیلیف۔ لیکن</w:t>
      </w:r>
    </w:p>
    <w:p>
      <w:r>
        <w:rPr>
          <w:b/>
        </w:rPr>
        <w:t xml:space="preserve">[14:12] </w:t>
      </w:r>
      <w:r>
        <w:t>Hazrat Umar Ibn Abdul Aziz ka maqam itna ooncha tha, haalanke Umavi Khalifa the, yeh to ke un ko paanchwan Khalifa Rashid kaha gaya.</w:t>
      </w:r>
    </w:p>
    <w:p>
      <w:pPr>
        <w:jc w:val="right"/>
      </w:pPr>
      <w:r>
        <w:t>حضرت عمر ابن عبدالعزیز کا مقام اتنا اونچا تھا، حالانکہ اموی خلیفہ تھے، یہ تو کہ ان کو پانچواں خلیفہ راشد کہا گیا۔</w:t>
      </w:r>
    </w:p>
    <w:p>
      <w:r>
        <w:rPr>
          <w:b/>
        </w:rPr>
        <w:t xml:space="preserve">[14:22] </w:t>
      </w:r>
      <w:r>
        <w:t>to masla, matlab masla kya tha? woh the governor. to kahin ke to governor ne hukum diya ke falan shakhs ke sar par bilkul thanda pani dalo.</w:t>
      </w:r>
    </w:p>
    <w:p>
      <w:pPr>
        <w:jc w:val="right"/>
      </w:pPr>
      <w:r>
        <w:t>تو مسئلہ، مطلب مسئلہ کیا تھا؟ وہ تھے گورنر۔ تو کہیں کے تو گورنر نے حکم دیا کہ فلاں شخص کے سر پر بالکل ٹھنڈا پانی ڈالو۔</w:t>
      </w:r>
    </w:p>
    <w:p>
      <w:r>
        <w:rPr>
          <w:b/>
        </w:rPr>
        <w:t xml:space="preserve">[14:34] </w:t>
      </w:r>
      <w:r>
        <w:t>jaade ka zamana tha.</w:t>
      </w:r>
    </w:p>
    <w:p>
      <w:pPr>
        <w:jc w:val="right"/>
      </w:pPr>
      <w:r>
        <w:t>جاڑے کا زمانہ تھا۔</w:t>
      </w:r>
    </w:p>
    <w:p>
      <w:r>
        <w:rPr>
          <w:b/>
        </w:rPr>
        <w:t xml:space="preserve">[14:36] </w:t>
      </w:r>
      <w:r>
        <w:t>ab unhone, ab unhone hukum maana badshah ka aur us ke upar thanda pani dalwaya. woh itna thanda pani tha jaade mein ke woh mar gaya.</w:t>
      </w:r>
    </w:p>
    <w:p>
      <w:pPr>
        <w:jc w:val="right"/>
      </w:pPr>
      <w:r>
        <w:t>اب انہوں نے، اب انہوں نے حکم مانا بادشاہ کا اور اس کے اوپر ٹھنڈا پانی ڈلوایا۔ وہ اتنا ٹھنڈا پانی تھا جاڑے میں کہ وہ مر گیا۔</w:t>
      </w:r>
    </w:p>
    <w:p>
      <w:r>
        <w:rPr>
          <w:b/>
        </w:rPr>
        <w:t xml:space="preserve">[14:47] </w:t>
      </w:r>
      <w:r>
        <w:t>ab itna zyada un ko repentance hua, itna repentance hua ke woh jo ke prince the aur bohat hi shahana tareeqe se rehte the, us ghalti ke baad unhone itni toba ki, itni toba ki ke bilkul aam aadmi ki tarah rehne lage.</w:t>
      </w:r>
    </w:p>
    <w:p>
      <w:pPr>
        <w:jc w:val="right"/>
      </w:pPr>
      <w:r>
        <w:t>اب اتنا زیادہ ان کو ریپنٹنس ہوا، اتنا ریپنٹنس ہوا کہ وہ جو کہ پرنس تھے اور بہت ہی شاہانہ طریقے سے رہتے تھے، اس غلطی کے بعد انہوں نے اتنی توبہ کی، اتنی توبہ کی کہ بالکل عام آدمی کی طرح رہنے لگے۔</w:t>
      </w:r>
    </w:p>
    <w:p>
      <w:r>
        <w:rPr>
          <w:b/>
        </w:rPr>
        <w:t xml:space="preserve">[15:02] </w:t>
      </w:r>
      <w:r>
        <w:t>aur jab un ko Khalifa banaya gaya to unhone bilkul jaise Khulafa e Rashid ne hukoomat ki thi, bilkul Islami usoolon ke mutabiq is tarike se unhone kiya.</w:t>
      </w:r>
    </w:p>
    <w:p>
      <w:pPr>
        <w:jc w:val="right"/>
      </w:pPr>
      <w:r>
        <w:t>اور جب ان کو خلیفہ بنایا گیا تو انہوں نے بالکل جیسے خلفائے راشدین نے حکومت کی تھی، بالکل اسلامی اصولوں کے مطابق اس طریقے سے انہوں نے کیا۔</w:t>
      </w:r>
    </w:p>
    <w:p>
      <w:r>
        <w:rPr>
          <w:b/>
        </w:rPr>
        <w:t xml:space="preserve">[15:14] </w:t>
      </w:r>
      <w:r>
        <w:t>ek baar ek aurat gayi un ke paas ke us ko kuch zaroorat thi to dekha to woh ghar mein baithe hue kuch khurpi worpi se kuch khod khod rahe the.</w:t>
      </w:r>
    </w:p>
    <w:p>
      <w:pPr>
        <w:jc w:val="right"/>
      </w:pPr>
      <w:r>
        <w:t>ایک بار ایک عورت گئی ان کے پاس کہ اس کو کچھ ضرورت تھی تو دیکھا تو وہ گھر میں بیٹھے ہوئے کچھ کھورپی ورپی سے کچھ کھود کھود رہے تھے۔</w:t>
      </w:r>
    </w:p>
    <w:p>
      <w:r>
        <w:rPr>
          <w:b/>
        </w:rPr>
        <w:t xml:space="preserve">[15:25] </w:t>
      </w:r>
      <w:r>
        <w:t>peR weR mein khodte hain na? to is jab poocha ke khaleefa kaun hai? unhon ne kaha yahi hain. to aurat ne kaha yeh un ki to yeh halat hai, yeh mujhe kya den ge?</w:t>
      </w:r>
    </w:p>
    <w:p>
      <w:pPr>
        <w:jc w:val="right"/>
      </w:pPr>
      <w:r>
        <w:t>پیڑ ویڑ میں کھودتے ہیں نا؟ تو اس جب پوچھا کہ خلیفہ کون ہے؟ انہوں نے کہا یہی ہیں۔ تو عورت نے کہا یہ ان کی تو یہ حالت ہے، یہ مجھے کیا دیں گے؟</w:t>
      </w:r>
    </w:p>
    <w:p>
      <w:r>
        <w:rPr>
          <w:b/>
        </w:rPr>
        <w:t xml:space="preserve">[15:37] </w:t>
      </w:r>
      <w:r>
        <w:t>yeh to bataya ke isi liye to den ge ke woh apne oopar aik paisa bhi kharch nahin karte hain.</w:t>
      </w:r>
    </w:p>
    <w:p>
      <w:pPr>
        <w:jc w:val="right"/>
      </w:pPr>
      <w:r>
        <w:t>یہ تو بتایا کہ اسی لیے تو دیں گے کہ وہ اپنے اوپر ایک پیسہ بھی خرچ نہیں کرتے ہیں۔</w:t>
      </w:r>
    </w:p>
    <w:p>
      <w:r>
        <w:rPr>
          <w:b/>
        </w:rPr>
        <w:t xml:space="preserve">[15:42] </w:t>
      </w:r>
      <w:r>
        <w:t>to itna zabardast un ko nadamat hui thi. aap hazrat yunus ko le lijiye. ji, hazrat yunus ne ghalti ki, phir kitna zyada Khuda se maafi mangi aur dobara woh apni basti mein gaye aur un sab logon ne un ko un ka kehna maan liya, un ko apna leader maan liya.</w:t>
      </w:r>
    </w:p>
    <w:p>
      <w:pPr>
        <w:jc w:val="right"/>
      </w:pPr>
      <w:r>
        <w:t>تو اتنا زبردست ان کو ندامت ہوئی تھی۔ آپ حضرت یونس کو لے لیجئے۔ جی، حضرت یونس نے غلطی کی، پھر کتنا زیادہ خدا سے معافی مانگی اور دوبارہ وہ اپنی بستی میں گئے اور ان سب لوگوں نے ان کو ان کا کہنا مان لیا، ان کو اپنا لیڈر مان لیا۔</w:t>
      </w:r>
    </w:p>
    <w:p>
      <w:r>
        <w:rPr>
          <w:b/>
        </w:rPr>
        <w:t xml:space="preserve">[16:00] </w:t>
      </w:r>
      <w:r>
        <w:t>to aise bahut sare qisse hain. aik aadmi jo tha, us ne 99 qatl kiye the, 99 qatl kiye the.</w:t>
      </w:r>
    </w:p>
    <w:p>
      <w:pPr>
        <w:jc w:val="right"/>
      </w:pPr>
      <w:r>
        <w:t>تو ایسے بہت سارے قصے ہیں۔ ایک آدمی جو تھا، اس نے 99 قتل کیے تھے، 99 قتل کیے تھے۔</w:t>
      </w:r>
    </w:p>
    <w:p>
      <w:r>
        <w:rPr>
          <w:b/>
        </w:rPr>
        <w:t xml:space="preserve">[16:09] </w:t>
      </w:r>
      <w:r>
        <w:t>phir 99 qatl karne ke baad us ko ehsas hua ke yeh to bahut zyada ho gaya. to phir aik buzurg ke paas gaya poochne ke liye ke ab kya kar sakte hain?</w:t>
      </w:r>
    </w:p>
    <w:p>
      <w:pPr>
        <w:jc w:val="right"/>
      </w:pPr>
      <w:r>
        <w:t>پھر 99 قتل کرنے کے بعد اس کو احساس ہوا کہ یہ تو بہت زیادہ ہو گیا۔ تو پھر ایک بزرگ کے پاس گیا پوچھنے کے لیے کہ اب کیا کر سکتے ہیں؟</w:t>
      </w:r>
    </w:p>
    <w:p>
      <w:r>
        <w:rPr>
          <w:b/>
        </w:rPr>
        <w:t xml:space="preserve">[16:18] </w:t>
      </w:r>
      <w:r>
        <w:t>kya hamari maafi ho sakti hai? unhon ne kaha ab nahin, maafi ho sakti. is buzurg ko bhi maar diya. ji, ab poore sau ho gaye. ab woh phir aik doosre buzurg ke paas gaya.</w:t>
      </w:r>
    </w:p>
    <w:p>
      <w:pPr>
        <w:jc w:val="right"/>
      </w:pPr>
      <w:r>
        <w:t>کیا ہماری معافی ہو سکتی ہے؟ انہوں نے کہا اب نہیں، معافی ہو سکتی۔ اس بزرگ کو بھی مار دیا۔ جی، اب پورے سو ہو گئے۔ اب وہ پھر ایک دوسرے بزرگ کے پاس گیا۔</w:t>
      </w:r>
    </w:p>
    <w:p>
      <w:r>
        <w:rPr>
          <w:b/>
        </w:rPr>
        <w:t xml:space="preserve">[16:28] </w:t>
      </w:r>
      <w:r>
        <w:t>matlab is se aap yeh samjhiye ke is ke andar kitna sakht jazba nadamat ka aaya hoga.</w:t>
      </w:r>
    </w:p>
    <w:p>
      <w:pPr>
        <w:jc w:val="right"/>
      </w:pPr>
      <w:r>
        <w:t>مطلب اس سے آپ یہ سمجھئے کہ اس کے اندر کتنا سخت جذبہ ندامت کا آیا ہوگا۔</w:t>
      </w:r>
    </w:p>
    <w:p>
      <w:r>
        <w:rPr>
          <w:b/>
        </w:rPr>
        <w:t xml:space="preserve">[16:36] </w:t>
      </w:r>
      <w:r>
        <w:t>doosre buzurg ke paas gaye, woh bataya ke aisi aisi baat hai aur jis ne kaha to meri maafi nahin ho sakti, main ne us ko bhi maar diya. ab woh buzurg thoda samajhdaar tha to us ne kaha ke nahin, maafi ho sakti hai.</w:t>
      </w:r>
    </w:p>
    <w:p>
      <w:pPr>
        <w:jc w:val="right"/>
      </w:pPr>
      <w:r>
        <w:t>دوسرے بزرگ کے پاس گئے، وہ بتایا کہ ایسی ایسی بات ہے اور جس نے کہا تو میری معافی نہیں ہو سکتی، میں نے اس کو بھی مار دیا۔ اب وہ بزرگ تھوڑا سمجھدار تھا تو اس نے کہا کہ نہیں، معافی ہو سکتی ہے۔</w:t>
      </w:r>
    </w:p>
    <w:p>
      <w:r>
        <w:rPr>
          <w:b/>
        </w:rPr>
        <w:t xml:space="preserve">[16:49] </w:t>
      </w:r>
      <w:r>
        <w:t>tum aisa karo, jis basti mein tum rehte ho, woh basti kharab logon ki hai, to woh basti tum chhod do aur falan basti mein chale jao. to woh aadmi jo hai na, foran us basti ko chhora aur gaya doosri basti mein.</w:t>
      </w:r>
    </w:p>
    <w:p>
      <w:pPr>
        <w:jc w:val="right"/>
      </w:pPr>
      <w:r>
        <w:t>تم ایسا کرو، جس بستی میں تم رہتے ہو، وہ بستی خراب لوگوں کی ہے، تو وہ بستی تم چھوڑ دو اور فلاں بستی میں چلے جاؤ۔ تو وہ آدمی جو ہے نا، فوراً اس بستی کو چھوڑا اور گیا دوسری بستی میں۔</w:t>
      </w:r>
    </w:p>
    <w:p>
      <w:r>
        <w:rPr>
          <w:b/>
        </w:rPr>
        <w:t xml:space="preserve">[17:04] </w:t>
      </w:r>
      <w:r>
        <w:t>to abhi rastay mein hi tha woh,</w:t>
      </w:r>
    </w:p>
    <w:p>
      <w:pPr>
        <w:jc w:val="right"/>
      </w:pPr>
      <w:r>
        <w:t>تو ابھی راستے میں ہی تھا وہ،</w:t>
      </w:r>
    </w:p>
    <w:p>
      <w:r>
        <w:rPr>
          <w:b/>
        </w:rPr>
        <w:t xml:space="preserve">[17:06] </w:t>
      </w:r>
      <w:r>
        <w:t>to rastay mein hi us ka aakhri waqt aa gaya. ab farishton ne poocha ke bhai, is ke peechhe to itne bure aamal hain aur aage woh achhe kaam, achhe intention se aage ja raha tha.</w:t>
      </w:r>
    </w:p>
    <w:p>
      <w:pPr>
        <w:jc w:val="right"/>
      </w:pPr>
      <w:r>
        <w:t>تو راستے میں ہی اس کا آخری وقت آ گیا۔ اب فرشتوں نے پوچھا کہ بھئی، اس کے پیچھے تو اتنے برے اعمال ہیں اور آگے وہ اچھے کام، اچھے انٹینشن سے آگے جا رہا تھا۔</w:t>
      </w:r>
    </w:p>
    <w:p>
      <w:r>
        <w:rPr>
          <w:b/>
        </w:rPr>
        <w:t xml:space="preserve">[17:19] </w:t>
      </w:r>
      <w:r>
        <w:t>to Allah ne kaha ke rasta naapo, agar achhi achhi basti ke qareeb ho woh to us ko bakhshish hogi aur buri basti ke qareeb ho to bakhshish nahin hogi.</w:t>
      </w:r>
    </w:p>
    <w:p>
      <w:pPr>
        <w:jc w:val="right"/>
      </w:pPr>
      <w:r>
        <w:t>تو اللہ نے کہا کہ راستہ ناپو، اگر اچھی اچھی بستی کے قریب ہو وہ تو اس کو بخشش ہوگی اور بری بستی کے قریب ہو تو بخشش نہیں ہوگی۔</w:t>
      </w:r>
    </w:p>
    <w:p>
      <w:r>
        <w:rPr>
          <w:b/>
        </w:rPr>
        <w:t xml:space="preserve">[17:30] </w:t>
      </w:r>
      <w:r>
        <w:t>to woh achhi basti ke qareeb pahunch gaya tha.</w:t>
      </w:r>
    </w:p>
    <w:p>
      <w:pPr>
        <w:jc w:val="right"/>
      </w:pPr>
      <w:r>
        <w:t>تو وہ اچھی بستی کے قریب پہنچ گیا تھا۔</w:t>
      </w:r>
    </w:p>
    <w:p>
      <w:r>
        <w:rPr>
          <w:b/>
        </w:rPr>
        <w:t xml:space="preserve">[17:33] </w:t>
      </w:r>
      <w:r>
        <w:t>to us ki dekhiye kitna zabardast unhon ne, us ne ab kitni zabardast tauba ki hogi. Islam ki yeh bahut badi khoobi hai ke agar aadmi sachhe dil se tauba kare to woh maaf ho jata hai.</w:t>
      </w:r>
    </w:p>
    <w:p>
      <w:pPr>
        <w:jc w:val="right"/>
      </w:pPr>
      <w:r>
        <w:t>تو اس کی دیکھیے کتنا زبردست انہوں نے، اس نے اب کتنی زبردست توبہ کی ہوگی۔ اسلام کی یہ بہت بڑی خوبی ہے کہ اگر آدمی سچے دل سے توبہ کرے تو وہ معاف ہو جاتا ہے۔</w:t>
      </w:r>
    </w:p>
    <w:p>
      <w:r>
        <w:rPr>
          <w:b/>
        </w:rPr>
        <w:t xml:space="preserve">[17:47] </w:t>
      </w:r>
      <w:r>
        <w:t>ab aik qissa aap ko aur batati hoon, woh hamare gaon ka hi qissa hai. aik bade zamindar the, to unhon ne ghusse mein aa ke is bade zamindaron ke paas gun hoti thi.</w:t>
      </w:r>
    </w:p>
    <w:p>
      <w:pPr>
        <w:jc w:val="right"/>
      </w:pPr>
      <w:r>
        <w:t>اب ایک قصہ آپ کو اور بتاتی ہوں، وہ ہمارے گاؤں کا ہی قصہ ہے۔ ایک بڑے زمیندار تھے، تو انہوں نے غصے میں آ کے اس بڑے زمینداروں کے پاس گن ہوتی تھی۔</w:t>
      </w:r>
    </w:p>
    <w:p>
      <w:r>
        <w:rPr>
          <w:b/>
        </w:rPr>
        <w:t xml:space="preserve">[18:00] </w:t>
      </w:r>
      <w:r>
        <w:t>ghusse mein aa ke aik aik leader tha doosre gaon ka, us ko unhon ne maar diya. ab itna zyada log ghussa ho gaye, woh leader ko maara unhon ne ke woh poore sare gaon wale aa gaye ke hamara gaon ko jalayen ge.</w:t>
      </w:r>
    </w:p>
    <w:p>
      <w:pPr>
        <w:jc w:val="right"/>
      </w:pPr>
      <w:r>
        <w:t>غصے میں آ کے ایک ایک لیڈر تھا دوسرے گاؤں کا، اس کو انہوں نے مار دیا۔ اب اتنا زیادہ لوگ غصہ ہو گئے، وہ لیڈر کو مارا انہوں نے کہ وہ پورے سارے گاؤں والے آ گئے کہ ہمارا گاؤں کو جلائیں گے۔</w:t>
      </w:r>
    </w:p>
    <w:p>
      <w:r>
        <w:rPr>
          <w:b/>
        </w:rPr>
        <w:t xml:space="preserve">[18:15] </w:t>
      </w:r>
      <w:r>
        <w:t>to woh us ke bhai ne kaha nahin, hum gaon nahin jalayen ge, balkeh hum jis ne hamare bhai ko maara hai, hum usi ko saza dilayen ge.</w:t>
      </w:r>
    </w:p>
    <w:p>
      <w:pPr>
        <w:jc w:val="right"/>
      </w:pPr>
      <w:r>
        <w:t>تو وہ اس کے بھائی نے کہا نہیں، ہم گاؤں نہیں جلائیں گے، بلکہ ہم جس نے ہمارے بھائی کو مارا ہے، ہم اسی کو سزا دلائیں گے۔</w:t>
      </w:r>
    </w:p>
    <w:p>
      <w:r>
        <w:rPr>
          <w:b/>
        </w:rPr>
        <w:t xml:space="preserve">[18:24] </w:t>
      </w:r>
      <w:r>
        <w:t>to</w:t>
      </w:r>
    </w:p>
    <w:p>
      <w:pPr>
        <w:jc w:val="right"/>
      </w:pPr>
      <w:r>
        <w:t>تو</w:t>
      </w:r>
    </w:p>
    <w:p>
      <w:r>
        <w:rPr>
          <w:b/>
        </w:rPr>
        <w:t xml:space="preserve">[18:25] </w:t>
      </w:r>
      <w:r>
        <w:t>gaon to bach gaya, un ko bees saal ki saza hui. lekin itna zabardast un ko is ka nadamat hui hogi ke unhon ne jail mein bahut achhe tareeqe se rahe, namaz roza karte rahe aur un ka to kafi chaar paanch saal, un ki jab qaidī bahut achhe tareeqe se rehta hai, koi shikayat ka mauqa nahin deta, to us ko thoda sa saza mein kami kar di jati hai.</w:t>
      </w:r>
    </w:p>
    <w:p>
      <w:pPr>
        <w:jc w:val="right"/>
      </w:pPr>
      <w:r>
        <w:t>گاؤں تو بچ گیا، ان کو بیس سال کی سزا ہوئی۔ لیکن اتنا زبردست ان کو اس کا ندامت ہوئی ہوگی کہ انہوں نے جیل میں بہت اچھے طریقے سے رہے، نماز روزہ کرتے رہے اور ان کا تو کافی چار پانچ سال، ان کی جب قیدی بہت اچھے طریقے سے رہتا ہے، کوئی شکایت کا موقع نہیں دیتا، تو اس کو تھوڑا سا سزا میں کمی کر دی جاتی ہے۔</w:t>
      </w:r>
    </w:p>
    <w:p>
      <w:r>
        <w:rPr>
          <w:b/>
        </w:rPr>
        <w:t xml:space="preserve">[18:49] </w:t>
      </w:r>
      <w:r>
        <w:t>to woh chaar paanch saal pehle hi woh un ka woh woh ho gaye, jail se raha ho g</w:t>
      </w:r>
    </w:p>
    <w:p>
      <w:pPr>
        <w:jc w:val="right"/>
      </w:pPr>
      <w:r>
        <w:t>تو وہ چار پانچ سال پہلے ہی وہ ان کا وہ وہ ہو گئے، جیل سے رہا ہو گ</w:t>
      </w:r>
    </w:p>
    <w:p>
      <w:r>
        <w:rPr>
          <w:b/>
        </w:rPr>
        <w:t xml:space="preserve">[18:54] </w:t>
      </w:r>
      <w:r>
        <w:t>aye. phir aa ke achhe kaam karte rahe, woh bilkul hamare ghar ke paas hi the. ji, achhe kaam karte rahe yahan tak ke aakhri waqt mein un ke ghar mein jo bade bade zamindar hote the na, un ke ghar mein hi masjid hoti thi.</w:t>
      </w:r>
    </w:p>
    <w:p>
      <w:pPr>
        <w:jc w:val="right"/>
      </w:pPr>
      <w:r>
        <w:t>ئے۔ پھر آ کے اچھے کام کرتے رہے، وہ بالکل ہمارے گھر کے پاس ہی تھے۔ جی، اچھے کام کرتے رہے یہاں تک کہ آخری وقت میں ان کے گھر میں جو بڑے بڑے زمیندار ہوتے تھے نا، ان کے گھر میں ہی مسجد ہوتی تھی۔</w:t>
      </w:r>
    </w:p>
    <w:p>
      <w:r>
        <w:rPr>
          <w:b/>
        </w:rPr>
        <w:t xml:space="preserve">[19:06] </w:t>
      </w:r>
      <w:r>
        <w:t>to</w:t>
      </w:r>
    </w:p>
    <w:p>
      <w:pPr>
        <w:jc w:val="right"/>
      </w:pPr>
      <w:r>
        <w:t>تو</w:t>
      </w:r>
    </w:p>
    <w:p>
      <w:r>
        <w:rPr>
          <w:b/>
        </w:rPr>
        <w:t xml:space="preserve">[19:07] </w:t>
      </w:r>
      <w:r>
        <w:t>subah ka waqt tha, abhi fajar ki namaz mein das pandrah minute baqi tha, thoda time baqi tha. unhon ne kaha tum azan dila do.</w:t>
      </w:r>
    </w:p>
    <w:p>
      <w:pPr>
        <w:jc w:val="right"/>
      </w:pPr>
      <w:r>
        <w:t>صبح کا وقت تھا، ابھی فجر کی نماز میں دس پندرہ منٹ باقی تھا، تھوڑا ٹائم باقی تھا۔ انہوں نے کہا تم اذان دلا دو۔</w:t>
      </w:r>
    </w:p>
    <w:p>
      <w:r>
        <w:rPr>
          <w:b/>
        </w:rPr>
        <w:t xml:space="preserve">[19:18] </w:t>
      </w:r>
      <w:r>
        <w:t>ab un ki apni hi masjid thi, unhon ne kaha to beemar bahut rahe hon ge. to unhon ne azan dilai. jaise jaise azan hoti rahi, waise waise un ka intaqal ho gaya.</w:t>
      </w:r>
    </w:p>
    <w:p>
      <w:pPr>
        <w:jc w:val="right"/>
      </w:pPr>
      <w:r>
        <w:t>اب ان کی اپنی ہی مسجد تھی، انہوں نے کہا تو بیمار بہت رہے ہوں گے۔ تو انہوں نے اذان دلائی۔ جیسے جیسے اذان ہوتی رہی، ویسے ویسے ان کا انتقال ہو گیا۔</w:t>
      </w:r>
    </w:p>
    <w:p>
      <w:r>
        <w:rPr>
          <w:b/>
        </w:rPr>
        <w:t xml:space="preserve">[19:28] </w:t>
      </w:r>
      <w:r>
        <w:t>ji, to kitna bhi aadmi ghalat kaam kare, lekin bahut hi sachhe dil se, jis ko tauba-tun-nasuh kaha jata hai, sachhe dil se tauba kare to Allah taala maaf kar deta hai.</w:t>
      </w:r>
    </w:p>
    <w:p>
      <w:pPr>
        <w:jc w:val="right"/>
      </w:pPr>
      <w:r>
        <w:t>جی، تو کتنا بھی آدمی غلط کام کرے، لیکن بہت ہی سچے دل سے، جس کو توبۃ النسوخ کہا جاتا ہے، سچے دل سے توبہ کرے تو اللہ تعالی معاف کر دیتا ہے۔</w:t>
      </w:r>
    </w:p>
    <w:p>
      <w:r>
        <w:rPr>
          <w:b/>
        </w:rPr>
        <w:t xml:space="preserve">[19:42] </w:t>
      </w:r>
      <w:r>
        <w:t>ji, aap surah al-baqarah mein phir yeh bhi aaya hai ke god appointed a khalifa in earth. to yeh jo concept of khalifa hai, khilafat hai, is ko le kar bhi bohat confusion hai.</w:t>
      </w:r>
    </w:p>
    <w:p>
      <w:pPr>
        <w:jc w:val="right"/>
      </w:pPr>
      <w:r>
        <w:t>جی، آپ سورہ البقرہ میں پھر یہ بھی آیا ہے کہ گاڈ اپوائنٹڈ ا خلیفہ ان ارتھ۔ تو یہ جو کانسیپٹ آف خلیفہ ہے، خلافت ہے، اس کو لے کر بھی بہت کنفیوژن ہے۔</w:t>
      </w:r>
    </w:p>
    <w:p>
      <w:r>
        <w:rPr>
          <w:b/>
        </w:rPr>
        <w:t xml:space="preserve">[19:55] </w:t>
      </w:r>
      <w:r>
        <w:t>to aap is ko bhi wazeh karen.</w:t>
      </w:r>
    </w:p>
    <w:p>
      <w:pPr>
        <w:jc w:val="right"/>
      </w:pPr>
      <w:r>
        <w:t>تو آپ اس کو بھی واضح کریں۔</w:t>
      </w:r>
    </w:p>
    <w:p>
      <w:r>
        <w:rPr>
          <w:b/>
        </w:rPr>
        <w:t xml:space="preserve">[19:59] </w:t>
      </w:r>
      <w:r>
        <w:t>asal mein dekhiye, log jo hain na quran ko ghor se parhte hain, na hadith ko ghor se parhte hain, na prophet ki sunnat ko samajhte hain.</w:t>
      </w:r>
    </w:p>
    <w:p>
      <w:pPr>
        <w:jc w:val="right"/>
      </w:pPr>
      <w:r>
        <w:t>اصل میں دیکھیے، لوگ جو ہیں نہ قرآن کو غور سے پڑھتے ہیں، نہ حدیث کو غور سے پڑھتے ہیں، نہ پرافٹ کی سنت کو سمجھتے ہیں۔</w:t>
      </w:r>
    </w:p>
    <w:p>
      <w:r>
        <w:rPr>
          <w:b/>
        </w:rPr>
        <w:t xml:space="preserve">[20:09] </w:t>
      </w:r>
      <w:r>
        <w:t>bas kuch alfaaz le lete hain, bas isi ko dohrate rehte hain. ab apna is par apna construction, apna explanation karte rehte hain is ka.</w:t>
      </w:r>
    </w:p>
    <w:p>
      <w:pPr>
        <w:jc w:val="right"/>
      </w:pPr>
      <w:r>
        <w:t>بس کچھ الفاظ لے لیتے ہیں، بس اسی کو دہراتے رہتے ہیں۔ اب اپنا اس پر اپنا کنسٹرکشن، اپنا ایکسپلینیشن کرتے رہتے ہیں اس کا۔</w:t>
      </w:r>
    </w:p>
    <w:p>
      <w:r>
        <w:rPr>
          <w:b/>
        </w:rPr>
        <w:t xml:space="preserve">[20:19] </w:t>
      </w:r>
      <w:r>
        <w:t>ab jo hai inni ja'il fil ard khalifa, main banane wala hoon dunya mein aik khalifa.</w:t>
      </w:r>
    </w:p>
    <w:p>
      <w:pPr>
        <w:jc w:val="right"/>
      </w:pPr>
      <w:r>
        <w:t>اب جو ہے انی جائل فی الارض خلیفہ، میں بنانے والا ہوں دنیا میں ایک خلیفہ۔</w:t>
      </w:r>
    </w:p>
    <w:p>
      <w:r>
        <w:rPr>
          <w:b/>
        </w:rPr>
        <w:t xml:space="preserve">[20:28] </w:t>
      </w:r>
      <w:r>
        <w:t>khalifa ka matlab aik khalifa. ab logon ne is ko bana liya hai khalifti, apna khalifa. ab apna khalifa kaise ho sakta hai?</w:t>
      </w:r>
    </w:p>
    <w:p>
      <w:pPr>
        <w:jc w:val="right"/>
      </w:pPr>
      <w:r>
        <w:t>خلیفہ کا مطلب ایک خلیفہ۔ اب لوگوں نے اس کو بنا لیا ہے خلیفتی، اپنا خلیفہ۔ اب اپنا خلیفہ کیسے ہو سکتا ہے؟</w:t>
      </w:r>
    </w:p>
    <w:p>
      <w:r>
        <w:rPr>
          <w:b/>
        </w:rPr>
        <w:t xml:space="preserve">[20:36] </w:t>
      </w:r>
      <w:r>
        <w:t>kya khuda ke hum successor hain? khalifa ke matlab successor to khalifa jo tha, kyunke khalifa ka matlab aik azaad makhlooq yahan par is context mein.</w:t>
      </w:r>
    </w:p>
    <w:p>
      <w:pPr>
        <w:jc w:val="right"/>
      </w:pPr>
      <w:r>
        <w:t>کیا خدا کے ہم سکسیسر ہیں؟ خلیفہ کے معنی سکسیسر تو خلیفہ جو تھا، کیونکہ خلیفہ کا مطلب ایک آزاد مخلوق یہاں پر اس کانٹیکسٹ میں۔</w:t>
      </w:r>
    </w:p>
    <w:p>
      <w:r>
        <w:rPr>
          <w:b/>
        </w:rPr>
        <w:t xml:space="preserve">[20:50] </w:t>
      </w:r>
      <w:r>
        <w:t>to yahan par agar literal liya jaye to khalifatul jin hua, kyunke jinon ke ka successor tha insan.</w:t>
      </w:r>
    </w:p>
    <w:p>
      <w:pPr>
        <w:jc w:val="right"/>
      </w:pPr>
      <w:r>
        <w:t>تو یہاں پر اگر لٹرل لیا جائے تو خلیفۃ الجن ہوا، کیونکہ جنوں کے کا سکسیسر تھا انسان۔</w:t>
      </w:r>
    </w:p>
    <w:p>
      <w:r>
        <w:rPr>
          <w:b/>
        </w:rPr>
        <w:t xml:space="preserve">[20:58] </w:t>
      </w:r>
      <w:r>
        <w:t>ab chunke jo successor hota hai, aam taur par jaise badshah ke baad jo doosra badshah aata hai, us ke paas power hota hai. to is tarah se us ke secondary meaning mein power aa gaya ke woh aik us ke us ke paas power bhi hoga.</w:t>
      </w:r>
    </w:p>
    <w:p>
      <w:pPr>
        <w:jc w:val="right"/>
      </w:pPr>
      <w:r>
        <w:t>اب چونکہ جو سکسیسر ہوتا ہے، عام طور پر جیسے بادشاہ کے بعد جو دوسرا بادشاہ آتا ہے، اس کے پاس پاور ہوتا ہے۔ تو اس طریقے سے اس کے سیکنڈری میننگ میں پاور آ گیا کہ وہ ایک اس کے اس کے پاس پاور بھی ہوگا۔</w:t>
      </w:r>
    </w:p>
    <w:p>
      <w:r>
        <w:rPr>
          <w:b/>
        </w:rPr>
        <w:t xml:space="preserve">[21:13] </w:t>
      </w:r>
      <w:r>
        <w:t>to is ke baad, baad mein khalifa rashideen ke zamane mein nahi tha, balke baad mein logon ne apne aap ko, badshahon ne apne aap ko khalifa kehna shuru kar diya, yani prophet ke successor, apni value barhane ke liye.</w:t>
      </w:r>
    </w:p>
    <w:p>
      <w:pPr>
        <w:jc w:val="right"/>
      </w:pPr>
      <w:r>
        <w:t>تو اس کے بعد، بعد میں خلیفہ راشدین کے زمانے میں نہیں تھا، بلکہ بعد میں لوگوں نے اپنے آپ کو، بادشاہوں نے اپنے آپ کو خلیفہ کہنا شروع کر دیا، یعنی پرافٹ کے سکسیسر، اپنی ویلیو بڑھانے کے لیے۔</w:t>
      </w:r>
    </w:p>
    <w:p>
      <w:r>
        <w:rPr>
          <w:b/>
        </w:rPr>
        <w:t xml:space="preserve">[21:29] </w:t>
      </w:r>
      <w:r>
        <w:t>nahi to hazrat umar ko amirul momineen kaha jata tha, leader of the believers. to</w:t>
      </w:r>
    </w:p>
    <w:p>
      <w:pPr>
        <w:jc w:val="right"/>
      </w:pPr>
      <w:r>
        <w:t>نہیں تو حضرت عمر کو امیرالمومنین کہا جاتا تھا، لیڈر آف دا بیلیورز۔ تو</w:t>
      </w:r>
    </w:p>
    <w:p>
      <w:r>
        <w:rPr>
          <w:b/>
        </w:rPr>
        <w:t xml:space="preserve">[21:36] </w:t>
      </w:r>
      <w:r>
        <w:t>yeh sab baat ke introduction hain, bid'at hain. aur logon jab kehte hain ke jab baat koi galat baat bohat zyada kahi jaye to log us ko sach manne lag jate hain.</w:t>
      </w:r>
    </w:p>
    <w:p>
      <w:pPr>
        <w:jc w:val="right"/>
      </w:pPr>
      <w:r>
        <w:t>یہ سب بات کے انٹروڈکشن ہیں، بدعت ہیں۔ اور لوگوں جب کہتے ہیں کہ جب بات کوئی غلط بات بہت زیادہ کہی جائے تو لوگ اس کو سچ ماننے لگ جاتے ہیں۔</w:t>
      </w:r>
    </w:p>
    <w:p>
      <w:r>
        <w:rPr>
          <w:b/>
        </w:rPr>
        <w:t xml:space="preserve">[21:47] </w:t>
      </w:r>
      <w:r>
        <w:t>to itna kaha gaya, itna kaha gaya ke log us ko sach manne lage ke insan jo hai woh khuda ka khalifa hai.</w:t>
      </w:r>
    </w:p>
    <w:p>
      <w:pPr>
        <w:jc w:val="right"/>
      </w:pPr>
      <w:r>
        <w:t>تو اتنا کہا گیا، اتنا کہا گیا کہ لوگ اس کو سچ ماننے لگے کہ انسان جو ہے وہ خدا کا خلیفہ ہے۔</w:t>
      </w:r>
    </w:p>
    <w:p>
      <w:r>
        <w:rPr>
          <w:b/>
        </w:rPr>
        <w:t xml:space="preserve">[21:54] </w:t>
      </w:r>
      <w:r>
        <w:t>aaj aaj musalmanon ka yahi to haal ho raha hai, khuda ka khalifa hai aur us ko khuda ki taraf se us ko is dunya mein hukumat qaim karni hai aur khuda ka qanoon nafiz karna hai.</w:t>
      </w:r>
    </w:p>
    <w:p>
      <w:pPr>
        <w:jc w:val="right"/>
      </w:pPr>
      <w:r>
        <w:t>آج آج مسلمانوں کا یہی تو حال ہو رہا ہے، خدا کا خلیفہ ہے اور اس کو خدا کی طرف سے اس کو اس دنیا میں حکومت قائم کرنی ہے اور خدا کا قانون نافذ کرنا ہے۔</w:t>
      </w:r>
    </w:p>
    <w:p>
      <w:r>
        <w:rPr>
          <w:b/>
        </w:rPr>
        <w:t xml:space="preserve">[22:06] </w:t>
      </w:r>
      <w:r>
        <w:t>isi liye aaj sari dunya mein jo laraiyan ho rahi hain na, is ka aik main reason yahi hai, is ka galat interpretation khalifa ka.</w:t>
      </w:r>
    </w:p>
    <w:p>
      <w:pPr>
        <w:jc w:val="right"/>
      </w:pPr>
      <w:r>
        <w:t>اسی لیے آج ساری دنیا میں جو لڑائیاں ہو رہی ہیں نا، اس کا ایک مین ریزن یہی ہے، اس کا غلط انٹرپریٹیشن خلیفہ کا۔</w:t>
      </w:r>
    </w:p>
    <w:p>
      <w:r>
        <w:rPr>
          <w:b/>
        </w:rPr>
        <w:t xml:space="preserve">[22:17] </w:t>
      </w:r>
      <w:r>
        <w:t>to yeh hai khalifa ke matlab hain azaad makhlooq hamare is context mein.</w:t>
      </w:r>
    </w:p>
    <w:p>
      <w:pPr>
        <w:jc w:val="right"/>
      </w:pPr>
      <w:r>
        <w:t>تو یہ ہے خلیفہ کے معنی ہیں آزاد مخلوق ہمارے اس کانٹیکسٹ میں۔</w:t>
      </w:r>
    </w:p>
    <w:p>
      <w:r>
        <w:rPr>
          <w:b/>
        </w:rPr>
        <w:t xml:space="preserve">[22:25] </w:t>
      </w:r>
      <w:r>
        <w:t>to ab jo hai ji, is baat ko na samajhne ki wajah se musalmanon ne kya kiya hai ke woh chahte hain ke aik me'yari siyasi nizam qaim karen.</w:t>
      </w:r>
    </w:p>
    <w:p>
      <w:pPr>
        <w:jc w:val="right"/>
      </w:pPr>
      <w:r>
        <w:t>تو اب جو ہے جی، اس بات کو نہ سمجھنے کی وجہ سے مسلمانوں نے کیا کیا ہے کہ وہ چاہتے ہیں کہ ایک معیاری سیاسی نظام قائم کریں۔</w:t>
      </w:r>
    </w:p>
    <w:p>
      <w:r>
        <w:rPr>
          <w:b/>
        </w:rPr>
        <w:t xml:space="preserve">[22:38] </w:t>
      </w:r>
      <w:r>
        <w:t>to me'yari siyasi nizam woh samajhte hain ke khuda ka jo qanoon hai, usi ko nafiz karna hai.</w:t>
      </w:r>
    </w:p>
    <w:p>
      <w:pPr>
        <w:jc w:val="right"/>
      </w:pPr>
      <w:r>
        <w:t>تو معیاری سیاسی نظام وہ سمجھتے ہیں کہ خدا کا جو قانون ہے، اسی کو نافذ کرنا ہے۔</w:t>
      </w:r>
    </w:p>
    <w:p>
      <w:r>
        <w:rPr>
          <w:b/>
        </w:rPr>
        <w:t xml:space="preserve">[22:44] </w:t>
      </w:r>
      <w:r>
        <w:t>usi ke zariye se hum aik me'yari ideal political system qaim kar sakte hain. aur jahan bhi koi hukumat hoti hai, bhai koi bhi hukumat hoti hai, to chunke kisi bhi mulk mein har tabqe ke log rehte hain, har mazhab ke log rehte hain, aur bohat sare aur baatein hoti hain jin ko consider karna parta hai, to har jagah bilkul literally khuda ka qanoon nahi chal sakta.</w:t>
      </w:r>
    </w:p>
    <w:p>
      <w:pPr>
        <w:jc w:val="right"/>
      </w:pPr>
      <w:r>
        <w:t>اسی کے ذریعے سے ہم ایک معیاری آئیڈیل پولیٹیکل سسٹم قائم کر سکتے ہیں۔ اور جہاں بھی کوئی حکومت ہوتی ہے، بھئی کوئی بھی حکومت ہوتی ہے، تو چونکہ کسی بھی ملک میں ہر طبقے کے لوگ رہتے ہیں، ہر مذہب کے لوگ رہتے ہیں، اور بہت سارے اور باتیں ہوتی ہیں جن کو کنسیڈر کرنا پڑتا ہے، تو ہر جگہ بالکل لٹرلی خدا کا قانون نہیں چل سکتا۔</w:t>
      </w:r>
    </w:p>
    <w:p>
      <w:r>
        <w:rPr>
          <w:b/>
        </w:rPr>
        <w:t xml:space="preserve">[23:11] </w:t>
      </w:r>
      <w:r>
        <w:t>to</w:t>
      </w:r>
    </w:p>
    <w:p>
      <w:pPr>
        <w:jc w:val="right"/>
      </w:pPr>
      <w:r>
        <w:t>تو</w:t>
      </w:r>
    </w:p>
    <w:p>
      <w:r>
        <w:rPr>
          <w:b/>
        </w:rPr>
        <w:t xml:space="preserve">[23:12] </w:t>
      </w:r>
      <w:r>
        <w:t>wahan adjust karna parta hai halaat ke hisab se. to woh jo hai ruling party se bhid jate hain. har jagah woh opposition ka role ada karte hain.</w:t>
      </w:r>
    </w:p>
    <w:p>
      <w:pPr>
        <w:jc w:val="right"/>
      </w:pPr>
      <w:r>
        <w:t>وہاں ایڈجسٹ کرنا پڑتا ہے حالات کے حساب سے۔ تو وہ جو ہے رولنگ پارٹی سے بھڑ جاتے ہیں۔ ہر جگہ وہ اپوزیشن کا رول ادا کرتے ہیں۔</w:t>
      </w:r>
    </w:p>
    <w:p>
      <w:r>
        <w:rPr>
          <w:b/>
        </w:rPr>
        <w:t xml:space="preserve">[23:23] </w:t>
      </w:r>
      <w:r>
        <w:t>to yahan tak ke ab woh haarte hain, kyunke jo ruling party us ke paas army hoti hai, fauj hoti hai, taqat hoti hai, woh un ko dapati hai.</w:t>
      </w:r>
    </w:p>
    <w:p>
      <w:pPr>
        <w:jc w:val="right"/>
      </w:pPr>
      <w:r>
        <w:t>تو یہاں تک کہ اب وہ ہارتے ہیں، کیونکہ جو رولنگ پارٹی اس کے پاس آرمی ہوتی ہے، فوج ہوتی ہے، طاقت ہوتی ہے، وہ ان کو دباتی ہے۔</w:t>
      </w:r>
    </w:p>
    <w:p>
      <w:r>
        <w:rPr>
          <w:b/>
        </w:rPr>
        <w:t xml:space="preserve">[23:33] </w:t>
      </w:r>
      <w:r>
        <w:t>to ab jab dapati hai, jab direct battlefield mein kuch kaam nahi kar paate hain, tab woh tashaddud par aa jate hain,</w:t>
      </w:r>
    </w:p>
    <w:p>
      <w:pPr>
        <w:jc w:val="right"/>
      </w:pPr>
      <w:r>
        <w:t>تو اب جب دباتی ہے، جب ڈائریکٹ بیٹل فیلڈ میں کچھ کام نہیں کر پاتے ہیں، تب وہ تشدد پر آ جاتے ہیں،</w:t>
      </w:r>
    </w:p>
    <w:p>
      <w:r>
        <w:rPr>
          <w:b/>
        </w:rPr>
        <w:t xml:space="preserve">[23:42] </w:t>
      </w:r>
      <w:r>
        <w:t>guerrilla war karte hain, suicide bombing karte hain. aaj ab aaj kal to bohat zyada yeh sab ho raha hai. to sari dunya ko unhon ne bilkul jo jo jinat ne kiya tha na ji, to jinat ke paas to itne aslehe the nahi, itni taraqqi hui nahi thi, to itna woh kar bhi nahi sakte the jitna yeh log kar rahe hain.</w:t>
      </w:r>
    </w:p>
    <w:p>
      <w:pPr>
        <w:jc w:val="right"/>
      </w:pPr>
      <w:r>
        <w:t>گوریلا وار کرتے ہیں، سوسائیڈ بمبنگ کرتے ہیں۔ آج اب آج کل تو بہت زیادہ یہ سب ہو رہا ہے۔ تو ساری دنیا کو انہوں نے بالکل جو جو جنات نے کیا تھا نا جی، تو جنات کے پاس تو اتنے اسلحے تھے نہیں، اتنی ترقی ہوئی نہیں تھی، تو اتنا وہ کر بھی نہیں سکتے تھے جتنا یہ لوگ کر رہے ہیں۔</w:t>
      </w:r>
    </w:p>
    <w:p>
      <w:r>
        <w:rPr>
          <w:b/>
        </w:rPr>
        <w:t xml:space="preserve">[24:02] </w:t>
      </w:r>
      <w:r>
        <w:t>ab yeh log nahi sochte ke kya kisi paighambar ne me'yari siyasi nizam qaim kiya</w:t>
      </w:r>
    </w:p>
    <w:p>
      <w:pPr>
        <w:jc w:val="right"/>
      </w:pPr>
      <w:r>
        <w:t>اب یہ لوگ نہیں سوچتے کہ کیا کسی پیغمبر نے معیاری سیاسی نظام قائم کیا</w:t>
      </w:r>
    </w:p>
    <w:p>
      <w:r>
        <w:rPr>
          <w:b/>
        </w:rPr>
        <w:t xml:space="preserve">[24:08] </w:t>
      </w:r>
      <w:r>
        <w:t>? matlab zindagi ka, insan ki zindagi ka yeh maqsad hi nahi hai meiyari siyasai nizam, kyunke yeh possible hi nahi hai. Allah ne jab azadi di hai to insan ko yeh bhi azadi hai ke woh galat kaam kare, woh sarkashi kare, woh doosron ki baatein na maane, qanoon ka paalan na kare.</w:t>
      </w:r>
    </w:p>
    <w:p>
      <w:pPr>
        <w:jc w:val="right"/>
      </w:pPr>
      <w:r>
        <w:t>؟ مطلب زندگی کا، انسان کی زندگی کا یہ مقصد ہی نہیں ہے معیاری سیاسی نظام، کیونکہ یہ پاسیبل ہی نہیں ہے۔ اللہ نے جب آزادی دی ہے تو انسان کو یہ بھی آزادی ہے کہ وہ غلط کام کرے، وہ سرکشی کرے، وہ دوسروں کی باتیں نہ مانے، قانون کا پالن نہ کرے۔</w:t>
      </w:r>
    </w:p>
    <w:p>
      <w:r>
        <w:rPr>
          <w:b/>
        </w:rPr>
        <w:t xml:space="preserve">[24:26] </w:t>
      </w:r>
      <w:r>
        <w:t>to is mahaul mein yeh ho nahi sakta ke ek meiyari siyasai nizam jo hai woh qaim ho.</w:t>
      </w:r>
    </w:p>
    <w:p>
      <w:pPr>
        <w:jc w:val="right"/>
      </w:pPr>
      <w:r>
        <w:t>تو اس ماحول میں یہ ہو نہیں سکتا کہ ایک معیاری سیاسی نظام جو ہے وہ قائم ہو۔</w:t>
      </w:r>
    </w:p>
    <w:p>
      <w:r>
        <w:rPr>
          <w:b/>
        </w:rPr>
        <w:t xml:space="preserve">[24:34] </w:t>
      </w:r>
      <w:r>
        <w:t>to agar hum yeh mante hain ke Allah taala ne insan ko test paper ke liye is duniya mein insan test de raha hai, tab hamein samajh mein aa jata hai ke bhai insan to karega hi, kabhi proper use karega azadi ka, kabhi galat use karega, kyunke woh to uska test ho raha hai.</w:t>
      </w:r>
    </w:p>
    <w:p>
      <w:pPr>
        <w:jc w:val="right"/>
      </w:pPr>
      <w:r>
        <w:t>تو اگر ہم یہ مانتے ہیں کہ اللہ تعالی نے انسان کو ٹیسٹ پیپر کے لیے اس دنیا میں انسان ٹیسٹ دے رہا ہے، تب ہمیں سمجھ میں آ جاتا ہے کہ بھئی انسان تو کرے گا ہی، کبھی پراپر یوز کرے گا آزادی کا، کبھی غلط یوز کرے گا، کیونکہ وہ تو اس کا ٹیسٹ ہو رہا ہے۔</w:t>
      </w:r>
    </w:p>
    <w:p>
      <w:r>
        <w:rPr>
          <w:b/>
        </w:rPr>
        <w:t xml:space="preserve">[24:54] </w:t>
      </w:r>
      <w:r>
        <w:t>to Islam ke mutabiq dekhiye, iqtadar kisi groh ki monopoly nahi hai.</w:t>
      </w:r>
    </w:p>
    <w:p>
      <w:pPr>
        <w:jc w:val="right"/>
      </w:pPr>
      <w:r>
        <w:t>تو اسلام کے مطابق دیکھیے، اقتدار کسی گروہ کی موناپولی نہیں ہے۔</w:t>
      </w:r>
    </w:p>
    <w:p>
      <w:r>
        <w:rPr>
          <w:b/>
        </w:rPr>
        <w:t xml:space="preserve">[25:01] </w:t>
      </w:r>
      <w:r>
        <w:t>ji, yeh Allah taala jaise har cheez test paper hai na, isi tarah se yeh hukumatain bhi, power, political power bhi test paper hai.</w:t>
      </w:r>
    </w:p>
    <w:p>
      <w:pPr>
        <w:jc w:val="right"/>
      </w:pPr>
      <w:r>
        <w:t>جی، یہ اللہ تعالی جیسے ہر چیز ٹیسٹ پیپر ہے نا، اسی طریقے سے یہ حکومتیں بھی، پاور، پولیٹیکل پاور بھی ٹیسٹ پیپر ہے۔</w:t>
      </w:r>
    </w:p>
    <w:p>
      <w:r>
        <w:rPr>
          <w:b/>
        </w:rPr>
        <w:t xml:space="preserve">[25:12] </w:t>
      </w:r>
      <w:r>
        <w:t>to Allah taala har qaum ko, har groh ko, har mazhab walon ko musalsal badalta rehta hai. Unko musalsal hukumat milti rehti hai, kyunke isi se log log judge hote hain ke jab tum ko hukumat mili to tum ne kis tarah kaam kiya.</w:t>
      </w:r>
    </w:p>
    <w:p>
      <w:pPr>
        <w:jc w:val="right"/>
      </w:pPr>
      <w:r>
        <w:t>تو اللہ تعالی ہر قوم کو، ہر گروہ کو، ہر مذہب والوں کو مسلسل بدلتا رہتا ہے۔ ان کو مسلسل حکومت ملتی رہتی ہے، کیونکہ اسی سے لوگ لوگ جج ہوتے ہیں کہ جب تم کو حکومت ملی تو تم نے کس طرح کام کیا۔</w:t>
      </w:r>
    </w:p>
    <w:p>
      <w:r>
        <w:rPr>
          <w:b/>
        </w:rPr>
        <w:t xml:space="preserve">[25:29] </w:t>
      </w:r>
      <w:r>
        <w:t>Quran mein aaya hai: "tilka al-ayyam nudawiluha bayna al-nas" ke yeh din jo hain hum badalte rehte hain, lekin Musalman Quran ko gehrai se na padhte hain, na samajhte hain.</w:t>
      </w:r>
    </w:p>
    <w:p>
      <w:pPr>
        <w:jc w:val="right"/>
      </w:pPr>
      <w:r>
        <w:t>قرآن میں آیا ہے: "تلك الأيام ندابلها بين الناس" کہ یہ دن جو ہیں ہم بدلتے رہتے ہیں، لیکن مسلمان قرآن کو گہرائی سے نہ پڑھتے ہیں، نہ سمجھتے ہیں۔</w:t>
      </w:r>
    </w:p>
    <w:p>
      <w:r>
        <w:rPr>
          <w:b/>
        </w:rPr>
        <w:t xml:space="preserve">[25:39] </w:t>
      </w:r>
      <w:r>
        <w:t>woh to sirf tilawat karte hain. To agar agar dekhein to kitni empire aayi hain, gayi hain. Pehle zabardast Roman Empire thi, Sasanian Empire thi, uske baad Muslim Empire hui, Ottoman Empire hui, British Empire.</w:t>
      </w:r>
    </w:p>
    <w:p>
      <w:pPr>
        <w:jc w:val="right"/>
      </w:pPr>
      <w:r>
        <w:t>وہ تو صرف تلاوت کرتے ہیں۔ تو اگر اگر دیکھیں تو کتنی ایمپائر آئیں ہیں، گئی ہیں۔ پہلے زبردست رومن ایمپائر تھی، سیسنیڈ ایمپائر تھی، اس کے بعد مسلم ایمپائر ہوئی، آٹومن ایمپائر ہوئی، برٹش ایمپائر۔</w:t>
      </w:r>
    </w:p>
    <w:p>
      <w:r>
        <w:rPr>
          <w:b/>
        </w:rPr>
        <w:t xml:space="preserve">[25:56] </w:t>
      </w:r>
      <w:r>
        <w:t>ab ab badh gayi hai, ab sabhi sabhi taqatwar ho gaye hain. Russia aaye, America aaye, China aaye. To ab yeh is tarah se ho gaya, kyunke sab developed countries hain, sab ne aslehe bana liye hain.</w:t>
      </w:r>
    </w:p>
    <w:p>
      <w:pPr>
        <w:jc w:val="right"/>
      </w:pPr>
      <w:r>
        <w:t>اب اب بڑھ گئی ہے، اب سبھی سبھی طاقتور ہو گئے ہیں۔ رشیا آئے، امریکہ آئے، چائنہ آئے۔ تو اب یہ اس طریقے سے ہو گیا، کیونکہ سب ڈیولپڈ کنٹریز ہیں، سب نے اسلحے بنا لیے ہیں۔</w:t>
      </w:r>
    </w:p>
    <w:p>
      <w:r>
        <w:rPr>
          <w:b/>
        </w:rPr>
        <w:t xml:space="preserve">[26:09] </w:t>
      </w:r>
      <w:r>
        <w:t>to yeh hai. To iska nateeja yeh nikalta hai ke hamein Quran ko bahut zyada ghaur se padhna chahiye, samajhna chahiye ke hamari zindagi ka maqsad kya hai.</w:t>
      </w:r>
    </w:p>
    <w:p>
      <w:pPr>
        <w:jc w:val="right"/>
      </w:pPr>
      <w:r>
        <w:t>تو یہ ہے۔ تو اس کا نتیجہ یہ نکلتا ہے کہ ہمیں قرآن کو بہت زیادہ غور سے پڑھنا چاہیے، سمجھنا چاہیے کہ ہماری زندگی کا مقصد کیا ہے۔</w:t>
      </w:r>
    </w:p>
    <w:p>
      <w:r>
        <w:rPr>
          <w:b/>
        </w:rPr>
        <w:t xml:space="preserve">[26:22] </w:t>
      </w:r>
      <w:r>
        <w:t>maqsad sirf hamari zindagi ka marifat hai.</w:t>
      </w:r>
    </w:p>
    <w:p>
      <w:pPr>
        <w:jc w:val="right"/>
      </w:pPr>
      <w:r>
        <w:t>مقصد صرف ہماری زندگی کا معرفت ہے۔</w:t>
      </w:r>
    </w:p>
    <w:p>
      <w:r>
        <w:rPr>
          <w:b/>
        </w:rPr>
        <w:t xml:space="preserve">[26:25] </w:t>
      </w:r>
      <w:r>
        <w:t>marifat har halat mein aap kar sakte hain, aur hukumat ab hukumat milegi bhi to chand logon ko milegi, hamein thodi hukumat milegi.</w:t>
      </w:r>
    </w:p>
    <w:p>
      <w:pPr>
        <w:jc w:val="right"/>
      </w:pPr>
      <w:r>
        <w:t>معرفت ہر حالت میں آپ کر سکتے ہیں، اور حکومت اب حکومت ملے گی بھی تو چند لوگوں کو ملے گی، ہمیں تھوڑی حکومت ملے گی۔</w:t>
      </w:r>
    </w:p>
    <w:p>
      <w:r>
        <w:rPr>
          <w:b/>
        </w:rPr>
        <w:t xml:space="preserve">[26:34] </w:t>
      </w:r>
      <w:r>
        <w:t>to hukumat agar hamari zindagi ka maqsad hoga to hum to baghair iske reh jayenge, hum to apna apna test de hi nahi payenge.</w:t>
      </w:r>
    </w:p>
    <w:p>
      <w:pPr>
        <w:jc w:val="right"/>
      </w:pPr>
      <w:r>
        <w:t>تو حکومت اگر ہماری زندگی کا مقصد ہوگا تو ہم تو بغیر اس کے رہ جائیں گے، ہم تو اپنا اپنا ٹیسٹ دے ہی نہیں پائیں گے۔</w:t>
      </w:r>
    </w:p>
    <w:p>
      <w:r>
        <w:rPr>
          <w:b/>
        </w:rPr>
        <w:t xml:space="preserve">[26:44] </w:t>
      </w:r>
      <w:r>
        <w:t>to yeh bilkul galat hai ke hukumat jo hai woh sab ke liye hai, sab ke liye hai marifat hasil karna. Ji,</w:t>
      </w:r>
    </w:p>
    <w:p>
      <w:pPr>
        <w:jc w:val="right"/>
      </w:pPr>
      <w:r>
        <w:t>تو یہ بالکل غلط ہے کہ حکومت جو ہے وہ سب کے لیے ہے، سب کے لیے ہے معرفت حاصل کرنا۔ جی،</w:t>
      </w:r>
    </w:p>
    <w:p>
      <w:r>
        <w:rPr>
          <w:b/>
        </w:rPr>
        <w:t xml:space="preserve">[26:52] </w:t>
      </w:r>
      <w:r>
        <w:t>Jazak Allah aap, bahut acche se aap ne isko elaborate way mein isko explain kiya. Ek comment aur ek question lena chahunga jo aap ne bheja hai.</w:t>
      </w:r>
    </w:p>
    <w:p>
      <w:pPr>
        <w:jc w:val="right"/>
      </w:pPr>
      <w:r>
        <w:t>جزاک اللہ آپ، بہت اچھے سے آپ نے اس کو الیبریٹ وے میں اس کو ایکسپلین کیا۔ ایک کمنٹ اور ایک کوئسچن لینا چاہوں گا جو آپ نے بھیجا ہے۔</w:t>
      </w:r>
    </w:p>
    <w:p>
      <w:r>
        <w:rPr>
          <w:b/>
        </w:rPr>
        <w:t xml:space="preserve">[27:03] </w:t>
      </w:r>
      <w:r>
        <w:t>yeh comment bheja hai Dr. Aslam Khan sahab ne Saharanpur se, unhone likha hai: "Maulana Wahiduddin Khan sahab has explained how by delving into the depth of Quranic verses, we can easily solve even the biggest problems.</w:t>
      </w:r>
    </w:p>
    <w:p>
      <w:pPr>
        <w:jc w:val="right"/>
      </w:pPr>
      <w:r>
        <w:t>یہ کمنٹ بھیجا ہے ڈاکٹر اسلم خان صاحب نے سہارن پور سے، انہوں نے لکھا ہے: "مولانا وحید الدین خان صاحب ہیز ایکسپلینڈ ہاؤ بائی ڈیلونگ انٹو دی ڈیپتھ آف قرآنک ورسز، وی کین ایزیلی سالو ایون دا بگسٹ پرابلمز۔</w:t>
      </w:r>
    </w:p>
    <w:p>
      <w:r>
        <w:rPr>
          <w:b/>
        </w:rPr>
        <w:t xml:space="preserve">[27:18] </w:t>
      </w:r>
      <w:r>
        <w:t>He has presented such an effective model of conveying the message of God to humanity, that today anyone can carry that message forward by simply keeping a few pamphlets and booklets with you.</w:t>
      </w:r>
    </w:p>
    <w:p>
      <w:pPr>
        <w:jc w:val="right"/>
      </w:pPr>
      <w:r>
        <w:t>ہی ہیز پریزنٹڈ سچ اینڈ ایفیکٹیو ماڈل آف کنوینگ دا میسج آف گاڈ ٹو ہیومینٹی، دیٹ ٹوڈے اینی ون کین کیری دیٹ میسج فارورڈ بائے سمپلی کیپنگ ا فیو پیمفلیٹس اینڈ بکلیٹس ود یو۔</w:t>
      </w:r>
    </w:p>
    <w:p>
      <w:r>
        <w:rPr>
          <w:b/>
        </w:rPr>
        <w:t xml:space="preserve">[27:31] </w:t>
      </w:r>
      <w:r>
        <w:t>You can easily manage to convey the Creator's creation plan to people. Then you have accomplished the true task of spreading the truth.</w:t>
      </w:r>
    </w:p>
    <w:p>
      <w:pPr>
        <w:jc w:val="right"/>
      </w:pPr>
      <w:r>
        <w:t>یو کین ایزیلی مینج ٹو کنوے دی کریٹرز کریشن پلان ٹو پیپل۔ دین یو ہیو اکمپلش دا ٹرو ٹاسک آف سپریڈنگ دا ٹروتھ۔</w:t>
      </w:r>
    </w:p>
    <w:p>
      <w:r>
        <w:rPr>
          <w:b/>
        </w:rPr>
        <w:t xml:space="preserve">[27:41] </w:t>
      </w:r>
      <w:r>
        <w:t>However, leaving aside others, many of us are not giving full attention to this divine work."</w:t>
      </w:r>
    </w:p>
    <w:p>
      <w:pPr>
        <w:jc w:val="right"/>
      </w:pPr>
      <w:r>
        <w:t>ہاؤ ایور، لیونگ اسائیڈ ادرز، مینی آف اس آر ناٹ گیونگ فل اٹینشن ٹو دس ڈیوائن ورک۔"</w:t>
      </w:r>
    </w:p>
    <w:p>
      <w:r>
        <w:rPr>
          <w:b/>
        </w:rPr>
        <w:t xml:space="preserve">[27:48] </w:t>
      </w:r>
      <w:r>
        <w:t>Aapa, yeh ek sawal aaya hai Lucknow se, Muhammad Asif Khan sahab ne bheja hai. Unhone likha hai ke: "Aapa, aisa kyun hota hai ke logon ke andar repentance nahi aati hai?</w:t>
      </w:r>
    </w:p>
    <w:p>
      <w:pPr>
        <w:jc w:val="right"/>
      </w:pPr>
      <w:r>
        <w:t>آپا، یہ ایک سوال آیا ہے لکھنؤ سے، محمد اصف خان صاحب نے بھیجا ہے۔ انہوں نے لکھا ہے کہ: "آپا، ایسا کیوں ہوتا ہے کہ لوگوں کے اندر ریپینٹنس نہیں آتی ہے؟</w:t>
      </w:r>
    </w:p>
    <w:p>
      <w:r>
        <w:rPr>
          <w:b/>
        </w:rPr>
        <w:t xml:space="preserve">[28:00] </w:t>
      </w:r>
      <w:r>
        <w:t>Kya woh iske egoistic nature ya arrogance ki wajah se hota hai, ya kya kya kya iska ek reason hai ke log aksar repent nahi karte hain?"</w:t>
      </w:r>
    </w:p>
    <w:p>
      <w:pPr>
        <w:jc w:val="right"/>
      </w:pPr>
      <w:r>
        <w:t>کیا وہ اس کے ایگوئسٹک نیچر یا ایروگنس کی وجہ سے ہوتا ہے، یا کیا کیا کیا اس کا ایک ریزن ہے کہ لوگ اکثر ریپینڈ نہیں کرتے ہیں؟"</w:t>
      </w:r>
    </w:p>
    <w:p>
      <w:r>
        <w:rPr>
          <w:b/>
        </w:rPr>
        <w:t xml:space="preserve">[28:13] </w:t>
      </w:r>
      <w:r>
        <w:t>Dekhiye, repentance ka jo jazba hai, woh sab ke andar hota hai. Lekin jaise agar aap ne sabse pehli baar koi galati ki hai to aap ko bahut shadeed ehsas hota hai.</w:t>
      </w:r>
    </w:p>
    <w:p>
      <w:pPr>
        <w:jc w:val="right"/>
      </w:pPr>
      <w:r>
        <w:t>دیکھیے، ریپینٹنس کا جو جذبہ ہے، وہ سب کے اندر ہوتا ہے۔ لیکن جیسے اگر آپ نے سب سے پہلی بار کوئی غلطی کی ہے تو آپ کو بہت شدید احساس ہوتا ہے۔</w:t>
      </w:r>
    </w:p>
    <w:p>
      <w:r>
        <w:rPr>
          <w:b/>
        </w:rPr>
        <w:t xml:space="preserve">[28:27] </w:t>
      </w:r>
      <w:r>
        <w:t>Lekin agar us waqt aap chook jayein aur aap apni galati ko na maane to aindah wahi galati karenge to aap ko itna ehsas nahi hoga.</w:t>
      </w:r>
    </w:p>
    <w:p>
      <w:pPr>
        <w:jc w:val="right"/>
      </w:pPr>
      <w:r>
        <w:t>لیکن اگر اس وقت آپ چوک جائیں اور آپ اپنی غلطی کو نہ مانیں تو آئندہ وہی غلطی کریں گے تو آپ کو اتنا احساس نہیں ہوگا۔</w:t>
      </w:r>
    </w:p>
    <w:p>
      <w:r>
        <w:rPr>
          <w:b/>
        </w:rPr>
        <w:t xml:space="preserve">[28:36] </w:t>
      </w:r>
      <w:r>
        <w:t>Aap galati pe galati karte chale jayenge to conscience jo hai, jis ko kehte hain ke murda ho jata hai.</w:t>
      </w:r>
    </w:p>
    <w:p>
      <w:pPr>
        <w:jc w:val="right"/>
      </w:pPr>
      <w:r>
        <w:t>آپ غلطی پہ غلطی کرتے چلے جائیں گے تو کانشیسنس جو ہے، جس کو کہتے ہیں کہ مردہ ہو جاتا ہے۔</w:t>
      </w:r>
    </w:p>
    <w:p>
      <w:r>
        <w:rPr>
          <w:b/>
        </w:rPr>
        <w:t xml:space="preserve">[28:42] </w:t>
      </w:r>
      <w:r>
        <w:t>To jaise jaise woh hota hai,</w:t>
      </w:r>
    </w:p>
    <w:p>
      <w:pPr>
        <w:jc w:val="right"/>
      </w:pPr>
      <w:r>
        <w:t>تو جیسے جیسے وہ ہوتا ہے،</w:t>
      </w:r>
    </w:p>
    <w:p>
      <w:r>
        <w:rPr>
          <w:b/>
        </w:rPr>
        <w:t xml:space="preserve">[28:50] </w:t>
      </w:r>
      <w:r>
        <w:t>haan, ek hadith hai, ek hadith hai ke agar aadmi baar baar baar baar ghalati karta rehta hai to dil par har ghalati ke waqt agar hum is ki woh na karein, repent na karein to dil par ek dhabbe ki manind ho jata hai.</w:t>
      </w:r>
    </w:p>
    <w:p>
      <w:pPr>
        <w:jc w:val="right"/>
      </w:pPr>
      <w:r>
        <w:t>ہاں، ایک حدیث ہے، ایک حدیث ہے کہ اگر آدمی بار بار بار بار غلطی کرتا رہتا ہے تو دل پر ہر غلطی کے وقت اگر ہم اس کی وہ نہ کریں، ریپنٹ نہ کریں تو دل پر ایک دھبہ کی مانند ہو جاتا ہے۔</w:t>
      </w:r>
    </w:p>
    <w:p>
      <w:r>
        <w:rPr>
          <w:b/>
        </w:rPr>
        <w:t xml:space="preserve">[29:05] </w:t>
      </w:r>
      <w:r>
        <w:t>ji,</w:t>
      </w:r>
    </w:p>
    <w:p>
      <w:pPr>
        <w:jc w:val="right"/>
      </w:pPr>
      <w:r>
        <w:t>جی،</w:t>
      </w:r>
    </w:p>
    <w:p>
      <w:r>
        <w:rPr>
          <w:b/>
        </w:rPr>
        <w:t xml:space="preserve">[29:06] </w:t>
      </w:r>
      <w:r>
        <w:t>to jab aisi musalsal karte rahenge aur ghalati ka ehsaas bhi nahi hoga to poora dil siyah ho jata hai. hmm, yeh literal nahi lenge, hum symbolic hain, lekin hamara dil aisa ho jata hai ke phir hamein ghalati ghalati lagti nahi.</w:t>
      </w:r>
    </w:p>
    <w:p>
      <w:pPr>
        <w:jc w:val="right"/>
      </w:pPr>
      <w:r>
        <w:t>تو جب ایسی مسلسل کرتے رہیں گے اور غلطی کا احساس بھی نہیں ہوگا تو پورا دل سیاہ ہو جاتا ہے۔ ہمم، یہ لٹرل نہیں لیں گے، ہم سمبولک ہیں، لیکن ہمارا دل ایسا ہو جاتا ہے کہ پھر ہمیں غلطی غلطی لگتی نہیں۔</w:t>
      </w:r>
    </w:p>
    <w:p>
      <w:r>
        <w:rPr>
          <w:b/>
        </w:rPr>
        <w:t xml:space="preserve">[29:21] </w:t>
      </w:r>
      <w:r>
        <w:t>to is liye hamein apne consciousness ko bohat zyada bedaar rakhna padega. agar hum bedaar nahi rakhenge to hum phir aisa lagega ke hamare andar consciousness hai</w:t>
      </w:r>
    </w:p>
    <w:p>
      <w:pPr>
        <w:jc w:val="right"/>
      </w:pPr>
      <w:r>
        <w:t>تو اس لیے ہمیں اپنے کانشیسنس کو بہت زیادہ بیدار رکھنا پڑے گا۔ اگر ہم بیدار نہیں رکھیں گے تو ہم پھر ایسا لگے گا کہ ہمارے اندر کانشیسنس ہے</w:t>
      </w:r>
    </w:p>
    <w:p>
      <w:r>
        <w:rPr>
          <w:b/>
        </w:rPr>
        <w:t xml:space="preserve">[29:35] </w:t>
      </w:r>
      <w:r>
        <w:t>hi nahi. is ko bedaar, is par mehnat, har kaam pe mehnat karni padti hai. main ek aap ko ek misaal deti hoon, jab main shayad 14, 15 saal ki thi to main apne ek عزیز ke haan gayi.</w:t>
      </w:r>
    </w:p>
    <w:p>
      <w:pPr>
        <w:jc w:val="right"/>
      </w:pPr>
      <w:r>
        <w:t>ہی نہیں۔ اس کو بیدار، اس پر محنت، ہر کام پہ محنت کرنی پڑتی ہے۔ میں ایک آپ کو ایک مثال دیتی ہوں، جب میں شاید 14، 15 سال کی تھی تو میں اپنے ایک عزیز کے ہاں گئی۔</w:t>
      </w:r>
    </w:p>
    <w:p>
      <w:r>
        <w:rPr>
          <w:b/>
        </w:rPr>
        <w:t xml:space="preserve">[29:48] </w:t>
      </w:r>
      <w:r>
        <w:t>hamare haan to father koi aisi waisi cheez parhne ke liye kuch hota hi nahi tha. to عزیز ke haan gayi to wahan par ek jasoosi novel rakha hua tha.</w:t>
      </w:r>
    </w:p>
    <w:p>
      <w:pPr>
        <w:jc w:val="right"/>
      </w:pPr>
      <w:r>
        <w:t>ہمارے ہاں تو فادر کوئی ایسی ویسی چیز پڑھنے کے لیے کچھ ہوتا ہی نہیں تھا۔ تو عزیز کے ہاں گئی تو وہاں پر ایک جاسوسی ناول رکھا ہوا تھا۔</w:t>
      </w:r>
    </w:p>
    <w:p>
      <w:r>
        <w:rPr>
          <w:b/>
        </w:rPr>
        <w:t xml:space="preserve">[29:58] </w:t>
      </w:r>
      <w:r>
        <w:t>hum ne to kabhi novel bhi nahi parha tha.</w:t>
      </w:r>
    </w:p>
    <w:p>
      <w:pPr>
        <w:jc w:val="right"/>
      </w:pPr>
      <w:r>
        <w:t>ہم نے تو کبھی ناول بھی نہیں پڑھا تھا۔</w:t>
      </w:r>
    </w:p>
    <w:p>
      <w:r>
        <w:rPr>
          <w:b/>
        </w:rPr>
        <w:t xml:space="preserve">[30:01] </w:t>
      </w:r>
      <w:r>
        <w:t>ab woh dekha to jasoosi novel kahin se sun liya hoga ke jasoosi novel parhne se gunah milta hai. to hum ne jab woh parhna shuru kiya, do chaar page parha hoga, jaise ek dum ghabrahat ho gayi.</w:t>
      </w:r>
    </w:p>
    <w:p>
      <w:pPr>
        <w:jc w:val="right"/>
      </w:pPr>
      <w:r>
        <w:t>اب وہ دیکھا تو جاسوسی ناول کہیں سے سن لیا ہوگا کہ جاسوسی ناول پڑھنے سے گناہ ملتا ہے۔ تو ہم نے جب وہ پڑھنا شروع کیا، دو چار پیج پڑھا ہوگا، جیسے ایک دم گھبراہٹ ہو گئی۔</w:t>
      </w:r>
    </w:p>
    <w:p>
      <w:r>
        <w:rPr>
          <w:b/>
        </w:rPr>
        <w:t xml:space="preserve">[30:15] </w:t>
      </w:r>
      <w:r>
        <w:t>phir woh mein ne us ko daba ke rakh diya, kabhi nahi parha us ko. to yeh hota hai pehli baar jo hai na, jazba jo hai, yeh jazba sab ke andar hai.</w:t>
      </w:r>
    </w:p>
    <w:p>
      <w:pPr>
        <w:jc w:val="right"/>
      </w:pPr>
      <w:r>
        <w:t>پھر وہ میں نے اس کو دبا کے رکھ دیا، کبھی نہیں پڑھا اس کو۔ تو یہ ہوتا ہے پہلی بار جو ہے نا، جذبہ جو ہے، یہ جذبہ سب کے اندر ہے۔</w:t>
      </w:r>
    </w:p>
    <w:p>
      <w:r>
        <w:rPr>
          <w:b/>
        </w:rPr>
        <w:t xml:space="preserve">[30:23] </w:t>
      </w:r>
      <w:r>
        <w:t>Allah taala ne sab ke andar yeh jazba paida kiya hua hai, lekin insaan ignore karta hai</w:t>
      </w:r>
    </w:p>
    <w:p>
      <w:pPr>
        <w:jc w:val="right"/>
      </w:pPr>
      <w:r>
        <w:t>اللہ تعالی نے سب کے اندر یہ جذبہ پیدا کیا ہوا ہے، لیکن انسان اگنور کرتا ہے</w:t>
      </w:r>
    </w:p>
    <w:p>
      <w:r>
        <w:rPr>
          <w:b/>
        </w:rPr>
        <w:t xml:space="preserve">[30:30] </w:t>
      </w:r>
      <w:r>
        <w:t>is ko. aur is ko kuch, koi bhi dunyavi interest hai, koi bhi wajah hai, aur ya woh nahi kehta, hum nahi mante, koi kuch bhi kehta rahe, hum to apni marzi se, marzi se kaam karenge.</w:t>
      </w:r>
    </w:p>
    <w:p>
      <w:pPr>
        <w:jc w:val="right"/>
      </w:pPr>
      <w:r>
        <w:t>اس کو۔ اور اس کو کچھ، کوئی بھی دنیاوی انٹرسٹ ہے، کوئی بھی وجہ ہے، اور یا وہ نہیں کہتا، ہم نہیں مانتے، کوئی کچھ بھی کہتا رہے، ہم تو اپنی مرضی سے، مرضی سے کام کریں گے۔</w:t>
      </w:r>
    </w:p>
    <w:p>
      <w:r>
        <w:rPr>
          <w:b/>
        </w:rPr>
        <w:t xml:space="preserve">[30:42] </w:t>
      </w:r>
      <w:r>
        <w:t>to woh jazba dheere dheere dheere dheere woh khatam ho jata hai. phir kabhi bhi woh agar repentance kare sachay dil se to woh phir woh jazba ubhar aayega.</w:t>
      </w:r>
    </w:p>
    <w:p>
      <w:pPr>
        <w:jc w:val="right"/>
      </w:pPr>
      <w:r>
        <w:t>تو وہ جذبہ دھیرے دھیرے دھیرے دھیرے وہ ختم ہو جاتا ہے۔ پھر کبھی بھی وہ اگر ریپینٹنس کرے سچے دل سے تو وہ پھر وہ جذبہ ابھر آئے گا۔</w:t>
      </w:r>
    </w:p>
    <w:p>
      <w:r>
        <w:rPr>
          <w:b/>
        </w:rPr>
        <w:t xml:space="preserve">[30:51] </w:t>
      </w:r>
      <w:r>
        <w:t>hmm, hmm, ji,</w:t>
      </w:r>
    </w:p>
    <w:p>
      <w:pPr>
        <w:jc w:val="right"/>
      </w:pPr>
      <w:r>
        <w:t>ہمم، ہمم، جی،</w:t>
      </w:r>
    </w:p>
    <w:p>
      <w:r>
        <w:rPr>
          <w:b/>
        </w:rPr>
        <w:t xml:space="preserve">[30:53] </w:t>
      </w:r>
      <w:r>
        <w:t>apa, ek cheez jo aap ne baar baar hi aaj bhi talk mein kahi ke yeh jo poori zindagi hai, yeh test period hai. aur apa, yeh test period hai to isi liye Allah taala ne hum sab ko freedom bhi di hai taake hum kya moral choice lete hain, woh woh dekh sakein.</w:t>
      </w:r>
    </w:p>
    <w:p>
      <w:pPr>
        <w:jc w:val="right"/>
      </w:pPr>
      <w:r>
        <w:t>آپا، ایک چیز جو آپ نے بار بار ہی آج بھی ٹاک میں کہی کہ یہ جو پوری زندگی ہے، یہ ٹیسٹ پیریڈ ہے۔ اور آپا، یہ ٹیسٹ پیریڈ ہے تو اسی لیے اللہ تعالی نے ہم سب کو فریڈم بھی دی ہے تاکہ ہم کیا مورل چوائس لیتے ہیں، وہ وہ دیکھ سکیں۔</w:t>
      </w:r>
    </w:p>
    <w:p>
      <w:r>
        <w:rPr>
          <w:b/>
        </w:rPr>
        <w:t xml:space="preserve">[31:12] </w:t>
      </w:r>
      <w:r>
        <w:t>har ek insaan ko jaancha ja raha hai, isi liye to apa, nature of freedom kya hai? what is the nature of this human freedom? is ke baray mein aap thora aur wazeh karein.</w:t>
      </w:r>
    </w:p>
    <w:p>
      <w:pPr>
        <w:jc w:val="right"/>
      </w:pPr>
      <w:r>
        <w:t>ہر ایک انسان کو جانچا جا رہا ہے، اس لیے تو آپا، نیچر آف فریڈم کیا ہے؟ واٹ از دی نیچر آف دس ہیومن فریڈم؟ اس کے بارے میں آپ تھوڑا اور واضح کریں۔</w:t>
      </w:r>
    </w:p>
    <w:p>
      <w:r>
        <w:rPr>
          <w:b/>
        </w:rPr>
        <w:t xml:space="preserve">[31:24] </w:t>
      </w:r>
      <w:r>
        <w:t>dekhiye, freedom jo hai, ek hai man versus man, aur doosra hai man versus God. to man versus man jo hai, woh hamein full freedom hasil hai us waqt tak jab tak ke hum doosre ko harm na pahunchayein.</w:t>
      </w:r>
    </w:p>
    <w:p>
      <w:pPr>
        <w:jc w:val="right"/>
      </w:pPr>
      <w:r>
        <w:t>دیکھیے، فریڈم جو ہے، ایک ہے مین ورسز مین، اور دوسرا ہے مین ورسز گاڈ۔ تو مین ورسز مین جو ہے، وہ ہمیں فل فریڈم حاصل ہے اس وقت تک جب تک کہ ہم دوسرے کو ہارم نہ پہنچائیں۔</w:t>
      </w:r>
    </w:p>
    <w:p>
      <w:r>
        <w:rPr>
          <w:b/>
        </w:rPr>
        <w:t xml:space="preserve">[31:43] </w:t>
      </w:r>
      <w:r>
        <w:t>to</w:t>
      </w:r>
    </w:p>
    <w:p>
      <w:pPr>
        <w:jc w:val="right"/>
      </w:pPr>
      <w:r>
        <w:t>تو</w:t>
      </w:r>
    </w:p>
    <w:p>
      <w:r>
        <w:rPr>
          <w:b/>
        </w:rPr>
        <w:t xml:space="preserve">[31:44] </w:t>
      </w:r>
      <w:r>
        <w:t>yeh hamari limit hai, jis ko sab log jante hain. woh qissa, America jab azaad hua to ek aadmi bohat zyada haath waath hilate hue, khushi manate hue ja raha tha.</w:t>
      </w:r>
    </w:p>
    <w:p>
      <w:pPr>
        <w:jc w:val="right"/>
      </w:pPr>
      <w:r>
        <w:t>یہ ہماری لمٹ ہے، جس کو سب لوگ جانتے ہیں۔ وہ قصہ، امریکہ جب آزاد ہوا تو ایک آدمی بہت زیادہ ہاتھ واتھ ہلاتے ہوئے، خوشی مناتے ہوئے جا رہا تھا۔</w:t>
      </w:r>
    </w:p>
    <w:p>
      <w:r>
        <w:rPr>
          <w:b/>
        </w:rPr>
        <w:t xml:space="preserve">[31:55] </w:t>
      </w:r>
      <w:r>
        <w:t>us ka haath jo hai, kisi ke passer bhai ke nose par lag gaya. ab us ne kaha, yeh kya nonsense hai? us ne kaha, mein to khushi mana raha hoon, celebrate kar raha hoon America ki freedom ko.</w:t>
      </w:r>
    </w:p>
    <w:p>
      <w:pPr>
        <w:jc w:val="right"/>
      </w:pPr>
      <w:r>
        <w:t>اس کا ہاتھ جو ہے، کسی کے پاسر بھائی کے نوز پر لگ گیا۔ اب اس نے کہا، یہ کیا نان سینس ہے؟ اس نے کہا، میں تو خوشی منا رہا ہوں، سیلیبریٹ کر رہا ہوں امریکہ کی فریڈم کو۔</w:t>
      </w:r>
    </w:p>
    <w:p>
      <w:r>
        <w:rPr>
          <w:b/>
        </w:rPr>
        <w:t xml:space="preserve">[32:08] </w:t>
      </w:r>
      <w:r>
        <w:t>to us ne kaha, "your freedom ends where my nose begins." to yeh bohat hi acha tarike se illustrate karta hai ke hamari freedom wahan khatam ho jati hai jahan hum doosre ko harm pahunchayein.</w:t>
      </w:r>
    </w:p>
    <w:p>
      <w:pPr>
        <w:jc w:val="right"/>
      </w:pPr>
      <w:r>
        <w:t>تو اس نے کہا، "یور فریڈم اینڈز ویئر مائی نوز بگنز۔" تو یہ بہت ہی اچھا طریقے سے ہی ایلسٹریٹ کرتا ہے کہ ہماری فریڈم وہاں ختم ہو جاتی ہے جہاں ہم دوسرے کو ہارم پہنچائیں۔</w:t>
      </w:r>
    </w:p>
    <w:p>
      <w:r>
        <w:rPr>
          <w:b/>
        </w:rPr>
        <w:t xml:space="preserve">[32:25] </w:t>
      </w:r>
      <w:r>
        <w:t>otherwise, hum total sense mein free hain.</w:t>
      </w:r>
    </w:p>
    <w:p>
      <w:pPr>
        <w:jc w:val="right"/>
      </w:pPr>
      <w:r>
        <w:t>ادروائز، ہم ٹوٹل سینس میں فری ہیں۔</w:t>
      </w:r>
    </w:p>
    <w:p>
      <w:r>
        <w:rPr>
          <w:b/>
        </w:rPr>
        <w:t xml:space="preserve">[32:29] </w:t>
      </w:r>
      <w:r>
        <w:t>to yeh hai. lekin jo Khuda ke sath hai, woh hai ke hum hum free nahi hain. Khuda ke is mein hum hum ko Khuda ke hukum ka paband reh kar is duniya mein zindagi guzarna hai, kyunke yeh duniya jo hai, Khuda ki banayi hui hai, hamari banayi hui nahi hai.</w:t>
      </w:r>
    </w:p>
    <w:p>
      <w:pPr>
        <w:jc w:val="right"/>
      </w:pPr>
      <w:r>
        <w:t>تو یہ ہے۔ لیکن جو خدا کے ساتھ ہے، وہ ہے کہ ہم ہم فری نہیں ہیں۔ خدا کے اس میں ہم ہم کو خدا کے حکم کا پابند رہ کر اس دنیا میں زندگی گزارنا ہے، کیونکہ یہ دنیا جو ہے، خدا کی بنائی ہوئی ہے، ہماری بنائی ہوئی نہیں ہے۔</w:t>
      </w:r>
    </w:p>
    <w:p>
      <w:r>
        <w:rPr>
          <w:b/>
        </w:rPr>
        <w:t xml:space="preserve">[32:49] </w:t>
      </w:r>
      <w:r>
        <w:t>hamein aisa mehsoos hota hai ke yeh hamara ghar hai, yeh hamara shehar hai, yeh hamara mulk hai, sab kuch hamara hai, yeh hamari fam</w:t>
      </w:r>
    </w:p>
    <w:p>
      <w:pPr>
        <w:jc w:val="right"/>
      </w:pPr>
      <w:r>
        <w:t>ہمیں ایسا محسوس ہوتا ہے کہ یہ ہمارا گھر ہے، یہ ہمارا شہر ہے، یہ ہمارا ملک ہے، سب کچھ ہمارا ہے، یہ ہماری فیم</w:t>
      </w:r>
    </w:p>
    <w:p>
      <w:r>
        <w:rPr>
          <w:b/>
        </w:rPr>
        <w:t xml:space="preserve">[32:57] </w:t>
      </w:r>
      <w:r>
        <w:t>ily hai. woh aisa Allah ne har cheez ko aise veil of doubt mein rakha hua hai ke hamein lagta hai yahan hum bilkul azaad hain, lekin aisa hai nahi, sab kuch Khuda ke haath mein hai.</w:t>
      </w:r>
    </w:p>
    <w:p>
      <w:pPr>
        <w:jc w:val="right"/>
      </w:pPr>
      <w:r>
        <w:t>لی ہے۔ وہ ایسا اللہ نے ہر چیز کو ایسے ویل آف ڈاؤٹ میں رکھا ہوا ہے کہ ہمیں لگتا ہے یہاں ہم بالکل آزاد ہیں، لیکن ایسا ہے نہیں، سب کچھ خدا کے ہاتھ میں ہے۔</w:t>
      </w:r>
    </w:p>
    <w:p>
      <w:r>
        <w:rPr>
          <w:b/>
        </w:rPr>
        <w:t xml:space="preserve">[33:10] </w:t>
      </w:r>
      <w:r>
        <w:t>to jab freedom, jab Allah taala ne sari cheezein di hain, isi tarike se freedom hai Allah ka gift. to jab gift hota hai to aap jante hain, us ke sath responsibility hoti hai.</w:t>
      </w:r>
    </w:p>
    <w:p>
      <w:pPr>
        <w:jc w:val="right"/>
      </w:pPr>
      <w:r>
        <w:t>تو جب فریڈم، جب اللہ تعالی نے ساری چیزیں دی ہیں، اسی طریقے سے فریڈم ہے اللہ کا گفٹ۔ تو جب گفٹ ہوتا ہے تو آپ جانتے ہیں، اس کے ساتھ ریسپانسبیلٹی ہوتی ہے۔</w:t>
      </w:r>
    </w:p>
    <w:p>
      <w:r>
        <w:rPr>
          <w:b/>
        </w:rPr>
        <w:t xml:space="preserve">[33:23] </w:t>
      </w:r>
      <w:r>
        <w:t>to yahi responsibility hai ke hum freedom ko khuda ke hukum ke mutabiq is ko istemal karen.</w:t>
      </w:r>
    </w:p>
    <w:p>
      <w:pPr>
        <w:jc w:val="right"/>
      </w:pPr>
      <w:r>
        <w:t>تو یہی ریسپانسبیلٹی ہے کہ ہم فریڈم کو خدا کے حکم کے مطابق اس کو استعمال کریں۔</w:t>
      </w:r>
    </w:p>
    <w:p>
      <w:r>
        <w:rPr>
          <w:b/>
        </w:rPr>
        <w:t xml:space="preserve">[33:32] </w:t>
      </w:r>
      <w:r>
        <w:t>aur is ke liye Allah taala ne do do tarike se insan ki in ko safeguard kiya hai. ek to hamare andar hi consciousness rakh diya hai,</w:t>
      </w:r>
    </w:p>
    <w:p>
      <w:pPr>
        <w:jc w:val="right"/>
      </w:pPr>
      <w:r>
        <w:t>اور اس کے لیے اللہ تعالی نے دو دو طریقے سے انسان کی ان کو سیف گارڈ کیا ہے۔ ایک تو ہمارے اندر ہی کانشیسنس رکھ دیا ہے،</w:t>
      </w:r>
    </w:p>
    <w:p>
      <w:r>
        <w:rPr>
          <w:b/>
        </w:rPr>
        <w:t xml:space="preserve">[33:42] </w:t>
      </w:r>
      <w:r>
        <w:t>humein pata chalta hai jab dekhiye, doosra koi ghalati karta hai to humein foran pata chal jata hai ke yeh aadmi galat kaam kar raha hai. aur wahi ghalati hum karenge to humein, hum hum humein apni apni desire itni zyada hain hamari ke hum kehte hain, hamara jee chah raha hai to hum kar rahe hain.</w:t>
      </w:r>
    </w:p>
    <w:p>
      <w:pPr>
        <w:jc w:val="right"/>
      </w:pPr>
      <w:r>
        <w:t>ہمیں پتہ چلتا ہے جب دیکھیے، دوسرا کوئی غلطی کرتا ہے تو ہمیں فوراً پتہ چل جاتا ہے کہ یہ آدمی غلط کام کر رہا ہے۔ اور وہی غلطی ہم کریں گے تو ہمیں، ہم ہم ہمیں اپنی اپنی ڈیزائر اتنی زیادہ ہیں ہماری کہ ہم کہتے ہیں، ہمارا جی چاہ رہا ہے تو ہم کر رہے ہیں۔</w:t>
      </w:r>
    </w:p>
    <w:p>
      <w:r>
        <w:rPr>
          <w:b/>
        </w:rPr>
        <w:t xml:space="preserve">[34:02] </w:t>
      </w:r>
      <w:r>
        <w:t>ek baar Maulana, ek pehle aap jante hain, kitabat hath se ki jati thi. ji,</w:t>
      </w:r>
    </w:p>
    <w:p>
      <w:pPr>
        <w:jc w:val="right"/>
      </w:pPr>
      <w:r>
        <w:t>ایک بار مولانا، ایک پہلے آپ جانتے ہیں، کتابت ہاتھ سے کی جاتی تھی۔ جی،</w:t>
      </w:r>
    </w:p>
    <w:p>
      <w:r>
        <w:rPr>
          <w:b/>
        </w:rPr>
        <w:t xml:space="preserve">[34:09] </w:t>
      </w:r>
      <w:r>
        <w:t>to woh is ke liye kabhi kabhi Maulana koi ek amjad katib the, to un ki thori zyada umar thi, to abba kabhi kabhi un ke paas jate the.</w:t>
      </w:r>
    </w:p>
    <w:p>
      <w:pPr>
        <w:jc w:val="right"/>
      </w:pPr>
      <w:r>
        <w:t>تو وہ اس کے لیے کبھی کبھی مولانا کوئی ایک امجد کاتب تھے، تو ان کی تھوڑی زیادہ عمر تھی، تو ابا کبھی کبھی ان کے پاس جاتے تھے۔</w:t>
      </w:r>
    </w:p>
    <w:p>
      <w:r>
        <w:rPr>
          <w:b/>
        </w:rPr>
        <w:t xml:space="preserve">[34:18] </w:t>
      </w:r>
      <w:r>
        <w:t>to dekha, un ke haan ke un ki chhat par kisi ka bachcha patang uda raha tha. ab woh kehne lage ke dekhiye, chhat pe patang uda raha hai, gir jaye, yeh ho jaye, woh ho jaye, kitna galat kaam hai.</w:t>
      </w:r>
    </w:p>
    <w:p>
      <w:pPr>
        <w:jc w:val="right"/>
      </w:pPr>
      <w:r>
        <w:t>تو دیکھا، ان کے ہاں کہ ان کی چھت پر کسی کا بچہ پتنگ اڑا رہا تھا۔ اب وہ کہنے لگے کہ دیکھیے، چھت پہ پتنگ اڑا رہا ہے، گر جائے، یہ ہو جائے، وہ ہو جائے، کتنا غلط کام ہے۔</w:t>
      </w:r>
    </w:p>
    <w:p>
      <w:r>
        <w:rPr>
          <w:b/>
        </w:rPr>
        <w:t xml:space="preserve">[34:32] </w:t>
      </w:r>
      <w:r>
        <w:t>phir Maulana kehte hain ke phir un ka bachcha aaya aur unhone patang nikali aur ja ke udane laga. aur woh kuch nahi, us ko kaha, khush ho rahe hain.</w:t>
      </w:r>
    </w:p>
    <w:p>
      <w:pPr>
        <w:jc w:val="right"/>
      </w:pPr>
      <w:r>
        <w:t>پھر مولانا کہتے ہیں کہ پھر ان کا بچہ آیا اور انہوں نے پتنگ نکالی اور جا کے اڑانے لگا۔ اور وہ کچھ نہیں، اس کو کہا، خوش ہو رہے ہیں۔</w:t>
      </w:r>
    </w:p>
    <w:p>
      <w:r>
        <w:rPr>
          <w:b/>
        </w:rPr>
        <w:t xml:space="preserve">[34:42] </w:t>
      </w:r>
      <w:r>
        <w:t>ji, to yeh hai ke apna to samajh mein hi nahi aata aur doosre ka samajh mein aata hai. is ka matlab hamare andar woh ehsas hai na ke kya galat hai, kya sahi hai.</w:t>
      </w:r>
    </w:p>
    <w:p>
      <w:pPr>
        <w:jc w:val="right"/>
      </w:pPr>
      <w:r>
        <w:t>جی، تو یہ ہے کہ اپنا تو سمجھ میں ہی نہیں آتا اور دوسرے کا سمجھ میں آتا ہے۔ اس کا مطلب ہمارے اندر وہ احساس ہے نا کہ کیا غلط ہے، کیا صحیح ہے۔</w:t>
      </w:r>
    </w:p>
    <w:p>
      <w:r>
        <w:rPr>
          <w:b/>
        </w:rPr>
        <w:t xml:space="preserve">[34:52] </w:t>
      </w:r>
      <w:r>
        <w:t>ji, to humein is ehsas ko bidaar karna hai, is ko ehsas ko jala dena hai, tabhi hum samajh sakenge kya galat hai, kya sahi hai.</w:t>
      </w:r>
    </w:p>
    <w:p>
      <w:pPr>
        <w:jc w:val="right"/>
      </w:pPr>
      <w:r>
        <w:t>جی، تو ہمیں اس احساس کو بیدار کرنا ہے، اس کو احساس کو جلا دینا ہے، تبھی ہم سمجھ سکیں گے کیا غلط ہے، کیا صحیح ہے۔</w:t>
      </w:r>
    </w:p>
    <w:p>
      <w:r>
        <w:rPr>
          <w:b/>
        </w:rPr>
        <w:t xml:space="preserve">[35:01] </w:t>
      </w:r>
      <w:r>
        <w:t>to</w:t>
      </w:r>
    </w:p>
    <w:p>
      <w:pPr>
        <w:jc w:val="right"/>
      </w:pPr>
      <w:r>
        <w:t>تو</w:t>
      </w:r>
    </w:p>
    <w:p>
      <w:r>
        <w:rPr>
          <w:b/>
        </w:rPr>
        <w:t xml:space="preserve">[35:02] </w:t>
      </w:r>
      <w:r>
        <w:t>is ke liye bohat kuch karna padta hai, ghor o fikr karna Quran o hadith mein aur learning karna har ek se.</w:t>
      </w:r>
    </w:p>
    <w:p>
      <w:pPr>
        <w:jc w:val="right"/>
      </w:pPr>
      <w:r>
        <w:t>اس کے لیے بہت کچھ کرنا پڑتا ہے، غور و فکر کرنا قرآن و حدیث میں اور لرننگ کرنا ہر ایک سے۔</w:t>
      </w:r>
    </w:p>
    <w:p>
      <w:r>
        <w:rPr>
          <w:b/>
        </w:rPr>
        <w:t xml:space="preserve">[35:11] </w:t>
      </w:r>
      <w:r>
        <w:t>doosra kya kaam karta hai? kis ne? Aristotle ne, Plato ne, kis ne kaha tha ke tum ne adab kis adab kahan se seekha?</w:t>
      </w:r>
    </w:p>
    <w:p>
      <w:pPr>
        <w:jc w:val="right"/>
      </w:pPr>
      <w:r>
        <w:t>دوسرا کیا کام کرتا ہے؟ کس نے؟ ارسطو نے، پلیٹو نے، کس نے کہا تھا کہ تم نے ادب کس ادب کہاں سے سیکھا؟</w:t>
      </w:r>
    </w:p>
    <w:p>
      <w:r>
        <w:rPr>
          <w:b/>
        </w:rPr>
        <w:t xml:space="preserve">[35:20] </w:t>
      </w:r>
      <w:r>
        <w:t>to us ne kaha, be adabon se. matlab jab aap dekhte hain ke koi kaam galat kar raha hai to aap foran aap ke dimagh mein aata hai na ke yeh kaam aise hum nahi karenge.</w:t>
      </w:r>
    </w:p>
    <w:p>
      <w:pPr>
        <w:jc w:val="right"/>
      </w:pPr>
      <w:r>
        <w:t>تو اس نے کہا، بے ادبوں سے۔ مطلب جب آپ دیکھتے ہیں کہ کوئی کام غلط کر رہا ہے تو آپ فوراً آپ کے دماغ میں آتا ہے نا کہ یہ کام ایسے ہم نہیں کریں گے۔</w:t>
      </w:r>
    </w:p>
    <w:p>
      <w:r>
        <w:rPr>
          <w:b/>
        </w:rPr>
        <w:t xml:space="preserve">[35:29] </w:t>
      </w:r>
      <w:r>
        <w:t>ji, kitna galat woh kaam kar raha hai. to</w:t>
      </w:r>
    </w:p>
    <w:p>
      <w:pPr>
        <w:jc w:val="right"/>
      </w:pPr>
      <w:r>
        <w:t>جی، کتنا غلط وہ کام کر رہا ہے۔ تو</w:t>
      </w:r>
    </w:p>
    <w:p>
      <w:r>
        <w:rPr>
          <w:b/>
        </w:rPr>
        <w:t xml:space="preserve">[35:32] </w:t>
      </w:r>
      <w:r>
        <w:t>yeh hai. to hamare dil o dimagh mein Allah ne sab kuch humein de kar bheja hai. kehte hain ke DNA mein sab kuch hai siwaye maut ke.</w:t>
      </w:r>
    </w:p>
    <w:p>
      <w:pPr>
        <w:jc w:val="right"/>
      </w:pPr>
      <w:r>
        <w:t>یہ ہے۔ تو ہمارے دل و دماغ میں اللہ نے سب کچھ ہمیں دے کر بھیجا ہے۔ کہتے ہیں کہ ڈی این اے میں سب کچھ ہے سوائے موت کے۔</w:t>
      </w:r>
    </w:p>
    <w:p>
      <w:r>
        <w:rPr>
          <w:b/>
        </w:rPr>
        <w:t xml:space="preserve">[35:42] </w:t>
      </w:r>
      <w:r>
        <w:t>ji, ke maut kab hamari aayegi, is ke ilawa sab kuch hai. to yeh bhi hai ke hum Khuda ke aage hum surrender karen aur Khuda ke ke marzi ke mutabiq is duniya mein zindagi guzaren.</w:t>
      </w:r>
    </w:p>
    <w:p>
      <w:pPr>
        <w:jc w:val="right"/>
      </w:pPr>
      <w:r>
        <w:t>جی، کہ موت کب ہماری آئے گی، اس کے علاوہ سب کچھ ہے۔ تو یہ بھی ہے کہ ہم خدا کے آگے ہم سرینڈر کریں اور خدا کے کے مرضی کے مطابق اس دنیا میں زندگی گزاریں۔</w:t>
      </w:r>
    </w:p>
    <w:p>
      <w:r>
        <w:rPr>
          <w:b/>
        </w:rPr>
        <w:t xml:space="preserve">[35:55] </w:t>
      </w:r>
      <w:r>
        <w:t>yeh to hamare andar hi hai.</w:t>
      </w:r>
    </w:p>
    <w:p>
      <w:pPr>
        <w:jc w:val="right"/>
      </w:pPr>
      <w:r>
        <w:t>یہ تو ہمارے اندر ہی ہے۔</w:t>
      </w:r>
    </w:p>
    <w:p>
      <w:r>
        <w:rPr>
          <w:b/>
        </w:rPr>
        <w:t xml:space="preserve">[35:57] </w:t>
      </w:r>
      <w:r>
        <w:t>doosre yeh hai ke peghambar Allah taala ne barabar bheje, woh batate rahe. ji, to is wajah se hidayat mein Allah ne koi kami nahi ki hai.</w:t>
      </w:r>
    </w:p>
    <w:p>
      <w:pPr>
        <w:jc w:val="right"/>
      </w:pPr>
      <w:r>
        <w:t>دوسرے یہ ہے کہ پیغمبر اللہ تعالی نے برابر بھیجے، وہ بتاتے رہے۔ جی، تو اس وجہ سے ہدایت میں اللہ نے کوئی کمی نہیں کی ہے۔</w:t>
      </w:r>
    </w:p>
    <w:p>
      <w:r>
        <w:rPr>
          <w:b/>
        </w:rPr>
        <w:t xml:space="preserve">[36:08] </w:t>
      </w:r>
      <w:r>
        <w:t>hmm, hmm, jo kami hai woh yeh hai ke hum baton ko samajhna hi nahi chahte hain. to bas farq yeh hai ke kainat mein aur insan mein ke kainat jo hai, woh compulsorily is ko submit karna hai, is ke aage koi doosra option nahi</w:t>
      </w:r>
    </w:p>
    <w:p>
      <w:pPr>
        <w:jc w:val="right"/>
      </w:pPr>
      <w:r>
        <w:t>ہمم، ہمم، جو کمی ہے وہ یہ ہے کہ ہم باتوں کو سمجھنا ہی نہیں چاہتے ہیں۔ تو بس فرق یہ ہے کہ کائنات میں اور انسان میں کہ کائنات جو ہے، وہ کمپلسرلی اس کو سبمٹ کرنا ہے، اس کے آگے کوئی دوسرا آپشن نہیں</w:t>
      </w:r>
    </w:p>
    <w:p>
      <w:r>
        <w:rPr>
          <w:b/>
        </w:rPr>
        <w:t xml:space="preserve">[36:25] </w:t>
      </w:r>
      <w:r>
        <w:t>hai. Allah ne poori kainat ko jis tarike se set kar diya hai, woh isi tarike se billions and billions saal se woh chal rahi hai. woh is ko azadi ka koi ijazat nahi hai.</w:t>
      </w:r>
    </w:p>
    <w:p>
      <w:pPr>
        <w:jc w:val="right"/>
      </w:pPr>
      <w:r>
        <w:t>ہے۔ اللہ نے پوری کائنات کو جس طریقے سے سیٹ کر دیا ہے، وہ اسی طریقے سے بلینز اینڈ بلینز سال سے وہ چل رہی ہے۔ وہ اس کو آزادی کا کوئی اجازت نہیں ہے۔</w:t>
      </w:r>
    </w:p>
    <w:p>
      <w:r>
        <w:rPr>
          <w:b/>
        </w:rPr>
        <w:t xml:space="preserve">[36:38] </w:t>
      </w:r>
      <w:r>
        <w:t>all planets orbit the sun. ab yeh nahi ke woh planets jo hain, jo hamare solar system mein planet hain, woh idhar udhar bhag jayen. woh isi tarike se orbit karte rahenge jis tarike se Allah taala ne un ko set kar diya hai.</w:t>
      </w:r>
    </w:p>
    <w:p>
      <w:pPr>
        <w:jc w:val="right"/>
      </w:pPr>
      <w:r>
        <w:t>ال پلینٹس اربٹ دا سن۔ اب یہ نہیں کہ وہ پلینٹس جو ہیں، جو ہمارے سولر سسٹم میں پلینٹ ہیں، وہ ادھر ادھر بھاگ جائیں۔ وہ اسی طریقے سے اربٹ کرتے رہیں گے جس طریقے سے اللہ تعالی نے ان کو سیٹ کر دیا ہے۔</w:t>
      </w:r>
    </w:p>
    <w:p>
      <w:r>
        <w:rPr>
          <w:b/>
        </w:rPr>
        <w:t xml:space="preserve">[36:52] </w:t>
      </w:r>
      <w:r>
        <w:t>ji,</w:t>
      </w:r>
    </w:p>
    <w:p>
      <w:pPr>
        <w:jc w:val="right"/>
      </w:pPr>
      <w:r>
        <w:t>جی،</w:t>
      </w:r>
    </w:p>
    <w:p>
      <w:r>
        <w:rPr>
          <w:b/>
        </w:rPr>
        <w:t xml:space="preserve">[36:54] </w:t>
      </w:r>
      <w:r>
        <w:t>to aur doosri yeh cheez hai, hum ko nature jo hai, yeh hamari learning ke liye hai ke nature mein har cheez jo hai, profitability ke usool par chal rahi hai.</w:t>
      </w:r>
    </w:p>
    <w:p>
      <w:pPr>
        <w:jc w:val="right"/>
      </w:pPr>
      <w:r>
        <w:t>تو اور دوسری یہ چیز ہے، ہم کو نیچر جو ہے، یہ ہماری لرننگ کے لیے ہے کہ نیچر میں ہر چیز جو ہے، پرافٹیبلٹی کے اصول پر چل رہی ہے۔</w:t>
      </w:r>
    </w:p>
    <w:p>
      <w:r>
        <w:rPr>
          <w:b/>
        </w:rPr>
        <w:t xml:space="preserve">[37:06] </w:t>
      </w:r>
      <w:r>
        <w:t>har cheez humein peed humein saya de raha hai, phal de raha hai, pahad hain, un ke upar barf jamti hai, woh hum sare sare saal is pani ko hum peete hain jab woh garam ho ke darya mein aata hai.</w:t>
      </w:r>
    </w:p>
    <w:p>
      <w:pPr>
        <w:jc w:val="right"/>
      </w:pPr>
      <w:r>
        <w:t>ہر چیز ہمیں پیڑ ہمیں سایہ دے رہا ہے، پھل دے رہا ہے، پہاڑ ہیں، ان کے اوپر برف جمتی ہے، وہ ہم سارے سارے سال اس پانی کو ہم پیتے ہیں جب وہ گرم ہو کے دریا میں آتا ہے۔</w:t>
      </w:r>
    </w:p>
    <w:p>
      <w:r>
        <w:rPr>
          <w:b/>
        </w:rPr>
        <w:t xml:space="preserve">[37:19] </w:t>
      </w:r>
      <w:r>
        <w:t>to</w:t>
      </w:r>
    </w:p>
    <w:p>
      <w:pPr>
        <w:jc w:val="right"/>
      </w:pPr>
      <w:r>
        <w:t>تو</w:t>
      </w:r>
    </w:p>
    <w:p>
      <w:r>
        <w:rPr>
          <w:b/>
        </w:rPr>
        <w:t xml:space="preserve">[37:20] </w:t>
      </w:r>
      <w:r>
        <w:t>phir chand hai, raat ko hamein roshni de raha hai, thandi hawaein hain, dunya ki har cheez, woh sab profitability par chalte hain, koi hamein harm nahi pohanchata hai.</w:t>
      </w:r>
    </w:p>
    <w:p>
      <w:pPr>
        <w:jc w:val="right"/>
      </w:pPr>
      <w:r>
        <w:t>پھر چاند ہے، رات کو ہمیں روشنی دے رہا ہے، ٹھنڈی ہوائیں ہیں، دنیا کی ہر چیز، وہ سب پرافٹیبلٹی پر چلتے ہیں، کوئی ہمیں ہارم نہیں پہنچاتا ہے۔</w:t>
      </w:r>
    </w:p>
    <w:p>
      <w:r>
        <w:rPr>
          <w:b/>
        </w:rPr>
        <w:t xml:space="preserve">[37:30] </w:t>
      </w:r>
      <w:r>
        <w:t>to hamein isi tarike se har taraf se learning karni hai, rozana balkeh hamein kuch aisi learning karni chahiye ke hum jab raat ko soyein to hum sochein ke aaj hamari kya learning</w:t>
      </w:r>
    </w:p>
    <w:p>
      <w:pPr>
        <w:jc w:val="right"/>
      </w:pPr>
      <w:r>
        <w:t>تو ہمیں اسی طریقے سے ہر طرف سے لرننگ کرنی ہے، روزانہ بلکہ ہمیں کچھ ایسی لرننگ کرنی چاہیے کہ ہم جب رات کو سوئیں تو ہم سوچیں کہ آج ہماری کیا لرننگ</w:t>
      </w:r>
    </w:p>
    <w:p>
      <w:r>
        <w:rPr>
          <w:b/>
        </w:rPr>
        <w:t xml:space="preserve">[37:43] </w:t>
      </w:r>
      <w:r>
        <w:t>hui hai, chahe woh quran hadith se ho, chahe woh in apne jo personal experiences hote hain, logon se mulaqatein hoti hain.</w:t>
      </w:r>
    </w:p>
    <w:p>
      <w:pPr>
        <w:jc w:val="right"/>
      </w:pPr>
      <w:r>
        <w:t>ہوئی ہے، چاہے وہ قرآن حدیث سے ہو، چاہے وہ ان اپنے جو پرسنل ایکسپیرینسز ہوتے ہیں، لوگوں سے ملاقاتیں ہوتی ہیں۔</w:t>
      </w:r>
    </w:p>
    <w:p>
      <w:r>
        <w:rPr>
          <w:b/>
        </w:rPr>
        <w:t xml:space="preserve">[37:52] </w:t>
      </w:r>
      <w:r>
        <w:t>to jaise Maulana the, koi bhi aata tha, foran puchte the, aur koi koi bataiye, kuch kya puchte the?</w:t>
      </w:r>
    </w:p>
    <w:p>
      <w:pPr>
        <w:jc w:val="right"/>
      </w:pPr>
      <w:r>
        <w:t>تو جیسے مولانا تھے، کوئی بھی آتا تھا، فوراً پوچھتے تھے، اور کوئی کوئی بتائیے، کچھ کیا پوچھتے تھے؟</w:t>
      </w:r>
    </w:p>
    <w:p>
      <w:r>
        <w:rPr>
          <w:b/>
        </w:rPr>
        <w:t xml:space="preserve">[38:00] </w:t>
      </w:r>
      <w:r>
        <w:t>ji, koi aap apna experience bataein, experience bataiye. is experience se unko kai baatein aisi mil jati thi ke usko phir woh likhte the.</w:t>
      </w:r>
    </w:p>
    <w:p>
      <w:pPr>
        <w:jc w:val="right"/>
      </w:pPr>
      <w:r>
        <w:t>جی، کوئی آپ اپنا ایکسپیرینس بتائیں، ایکسپیرینس بتائیے۔ اس ایکسپیرینس سے ان کو کئی باتیں ایسی مل جاتی تھیں کہ اس کو پھر وہ لکھتے تھے۔</w:t>
      </w:r>
    </w:p>
    <w:p>
      <w:r>
        <w:rPr>
          <w:b/>
        </w:rPr>
        <w:t xml:space="preserve">[38:09] </w:t>
      </w:r>
      <w:r>
        <w:t>ji</w:t>
      </w:r>
    </w:p>
    <w:p>
      <w:pPr>
        <w:jc w:val="right"/>
      </w:pPr>
      <w:r>
        <w:t>جی</w:t>
      </w:r>
    </w:p>
    <w:p>
      <w:r>
        <w:rPr>
          <w:b/>
        </w:rPr>
        <w:t xml:space="preserve">[38:10] </w:t>
      </w:r>
      <w:r>
        <w:t>haan, to woh bilkul jo bhi woh likhte the, woh imaginary nahi hota tha, kahani nahi hoti thi, balkeh real zindagi ke waqiat hote the, isi ko woh likhte the.</w:t>
      </w:r>
    </w:p>
    <w:p>
      <w:pPr>
        <w:jc w:val="right"/>
      </w:pPr>
      <w:r>
        <w:t>ہاں، تو وہ بالکل جو بھی وہ لکھتے تھے، وہ امیجنری نہیں ہوتا تھا، کہانی نہیں ہوتی تھی، بلکہ ریئل زندگی کے واقعات ہوتے تھے، اسی کو وہ لکھتے تھے۔</w:t>
      </w:r>
    </w:p>
    <w:p>
      <w:r>
        <w:rPr>
          <w:b/>
        </w:rPr>
        <w:t xml:space="preserve">[38:21] </w:t>
      </w:r>
      <w:r>
        <w:t>to insan ko submit karna hai by choice, kyun? by choice submit karega, tabhi usko reward milega, aur reward hai bohat hi qeemti, woh hai jannat.</w:t>
      </w:r>
    </w:p>
    <w:p>
      <w:pPr>
        <w:jc w:val="right"/>
      </w:pPr>
      <w:r>
        <w:t>تو انسان کو سبمٹ کرنا ہے بائی چوائس، کیوں؟ بائی چوائس سبمٹ کرے گا، تبھی اس کو ریوارڈ ملے گا، اور ریوارڈ ہے بہت ہی قیمتی، وہ ہے جنت۔</w:t>
      </w:r>
    </w:p>
    <w:p>
      <w:r>
        <w:rPr>
          <w:b/>
        </w:rPr>
        <w:t xml:space="preserve">[38:32] </w:t>
      </w:r>
      <w:r>
        <w:t>to hamein Khuda ke aage apne aap ko surrender karna hai by choi</w:t>
      </w:r>
    </w:p>
    <w:p>
      <w:pPr>
        <w:jc w:val="right"/>
      </w:pPr>
      <w:r>
        <w:t>تو ہمیں خدا کے آگے اپنے آپ کو سرینڈر کرنا ہے بائی چوائ</w:t>
      </w:r>
    </w:p>
    <w:p>
      <w:r>
        <w:rPr>
          <w:b/>
        </w:rPr>
        <w:t xml:space="preserve">[38:37] </w:t>
      </w:r>
      <w:r>
        <w:t>ce. ji, aur apa, ek cheez aur bhi jo maine Maulana se seekhi, isi element of freedom ko le kar ke insan har bari aisa hota hai ke is mein koi exception nahi hai ke he faces, he or she faces difficult situations, negative situations, challenging,</w:t>
      </w:r>
    </w:p>
    <w:p>
      <w:pPr>
        <w:jc w:val="right"/>
      </w:pPr>
      <w:r>
        <w:t>س۔ جی، اور آپا، ایک چیز اور بھی جو میں نے مولانا سے سیکھی، اسی ایلیمنٹ آف فریڈم کو لے کر کہ انسان ہر باری ایسا ہوتا ہے کہ اس میں کوئی ایکسیپشن نہیں ہے کہ ہی فیسز، ہی اور شی فیسز ڈیفیکلٹ سچویشنز، نیگیٹیو سچویشنز، چیلنجنگ،</w:t>
      </w:r>
    </w:p>
    <w:p>
      <w:r>
        <w:rPr>
          <w:b/>
        </w:rPr>
        <w:t xml:space="preserve">[38:55] </w:t>
      </w:r>
      <w:r>
        <w:t>ah, they experience loss. ah, but Allah taala yeh nahi dekh rahe ke woh kis situation mein hain. Allah taala sirf unka concern yeh hai ke is ka response kya hai aisi situ</w:t>
      </w:r>
    </w:p>
    <w:p>
      <w:pPr>
        <w:jc w:val="right"/>
      </w:pPr>
      <w:r>
        <w:t>اہ، دے ایکسپیرینس لاس۔ اہ، بٹ اللہ تعالی یہ نہیں دیکھ رہے کہ وہ کس سچویشن میں ہیں۔ اللہ تعالی صرف ان کا کنسرن یہ ہے کہ اس کا رسپانس کیا ہے ایسی سچ</w:t>
      </w:r>
    </w:p>
    <w:p>
      <w:r>
        <w:rPr>
          <w:b/>
        </w:rPr>
        <w:t xml:space="preserve">[39:06] </w:t>
      </w:r>
      <w:r>
        <w:t>ation mein. to circumstances is not, is not the main thing. the response that a person gives in that situation, that is the most important thing.</w:t>
      </w:r>
    </w:p>
    <w:p>
      <w:pPr>
        <w:jc w:val="right"/>
      </w:pPr>
      <w:r>
        <w:t>ویشن میں۔ تو سرکمسٹانسز از ناٹ، از ناٹ دا مین تھنگ۔ دا رسپانس دیٹ ا پرسن گیوز ان دیٹ سچویشن، دیٹ از دی موسٹ امپورٹنٹ تھنگ۔</w:t>
      </w:r>
    </w:p>
    <w:p>
      <w:r>
        <w:rPr>
          <w:b/>
        </w:rPr>
        <w:t xml:space="preserve">[39:15] </w:t>
      </w:r>
      <w:r>
        <w:t>aur yahin pe aap ka jo freedom, jo aap ka nature of freedom hai, that comes at work ke aap kis tarike se apne freedom ko use karte hain.</w:t>
      </w:r>
    </w:p>
    <w:p>
      <w:pPr>
        <w:jc w:val="right"/>
      </w:pPr>
      <w:r>
        <w:t>اور یہیں پہ آپ کا جو فریڈم، جو آپ کا نیچر آف فریڈم ہے، دیٹ کمز ایٹ ورک کہ آپ کس طریقے سے اپنے فریڈم کو یوز کرتے ہیں۔</w:t>
      </w:r>
    </w:p>
    <w:p>
      <w:r>
        <w:rPr>
          <w:b/>
        </w:rPr>
        <w:t xml:space="preserve">[39:24] </w:t>
      </w:r>
      <w:r>
        <w:t>to apa, main soch raha tha isi baat ke Maulana ki is baat ko le kar</w:t>
      </w:r>
    </w:p>
    <w:p>
      <w:pPr>
        <w:jc w:val="right"/>
      </w:pPr>
      <w:r>
        <w:t>تو آپا، میں سوچ رہا تھا اسی بات کے مولانا کی اس بات کو لے کر</w:t>
      </w:r>
    </w:p>
    <w:p>
      <w:r>
        <w:rPr>
          <w:b/>
        </w:rPr>
        <w:t xml:space="preserve">[39:29] </w:t>
      </w:r>
      <w:r>
        <w:t>, to main apne aap ko hi samjha raha tha ke jaise agar mere paas agar koi bicycle hai aur mere paas the only wealth is 500 rupee note, and somebody comes snatches away my bicycle, takes away my 500 rupee note, and also says some ill words, hurts me emotionally.</w:t>
      </w:r>
    </w:p>
    <w:p>
      <w:pPr>
        <w:jc w:val="right"/>
      </w:pPr>
      <w:r>
        <w:t>، تو میں اپنے آپ کو ہی سمجھا رہا تھا کہ جیسے اگر میرے پاس اگر کوئی بائیسیکل ہے اور میرے پاس دی اونلی ویلتھ از 500 روپی نوٹ، اینڈ سم بڈی کمز سنیچز اوے مائی بائیسیکل، ٹیکس اوے مائی 500 روپی نوٹ، اینڈ السو سیز سم ال ورڈز، ہرٹس می ایموشنلی۔</w:t>
      </w:r>
    </w:p>
    <w:p>
      <w:r>
        <w:rPr>
          <w:b/>
        </w:rPr>
        <w:t xml:space="preserve">[39:46] </w:t>
      </w:r>
      <w:r>
        <w:t>lekin is time pe he Allah taala ne yeh rakha hua hai ke agar mera response positive rahega to mujhe bicycle ki bajaye he has probably kept a full loaded private jet, and maybe trillions of dollars.</w:t>
      </w:r>
    </w:p>
    <w:p>
      <w:pPr>
        <w:jc w:val="right"/>
      </w:pPr>
      <w:r>
        <w:t>لیکن اس ٹائم پہ ہی اللہ تعالی نے یہ رکھا ہوا ہے کہ اگر میرا رسپانس پوزیٹیو رہے گا تو مجھے بائیسیکل کی بجائے ہی ہیز پروببلی کیپٹ ا فلی لوڈڈ پرائیویٹ جیٹ، اینڈ می بی ٹریلینز آف ڈالرز۔</w:t>
      </w:r>
    </w:p>
    <w:p>
      <w:r>
        <w:rPr>
          <w:b/>
        </w:rPr>
        <w:t xml:space="preserve">[39:58] </w:t>
      </w:r>
      <w:r>
        <w:t>but that is not in this world, it is in the hereafter. the everything that depends is ke main kaise respond karta hoon apni freedom ko le kar is situation mein.</w:t>
      </w:r>
    </w:p>
    <w:p>
      <w:pPr>
        <w:jc w:val="right"/>
      </w:pPr>
      <w:r>
        <w:t>بٹ دیٹ از ناٹ ان دس ورلڈ، اٹ از ان دی ہیئر افٹر۔ دی ایوری تھنگ دیٹ ڈیپینڈز از کہ میں کیسے رسپانڈ کرتا ہوں اپنی فریڈم کو لے کر اس سچویشن میں۔</w:t>
      </w:r>
    </w:p>
    <w:p>
      <w:r>
        <w:rPr>
          <w:b/>
        </w:rPr>
        <w:t xml:space="preserve">[40:09] </w:t>
      </w:r>
      <w:r>
        <w:t>woh bohat ek important aspect bhi hai. apa,</w:t>
      </w:r>
    </w:p>
    <w:p>
      <w:pPr>
        <w:jc w:val="right"/>
      </w:pPr>
      <w:r>
        <w:t>وہ بہت ایک امپورٹنٹ ایسپیکٹ بھی ہے۔ آپا،</w:t>
      </w:r>
    </w:p>
    <w:p>
      <w:r>
        <w:rPr>
          <w:b/>
        </w:rPr>
        <w:t xml:space="preserve">[40:14] </w:t>
      </w:r>
      <w:r>
        <w:t>apa, agle sawal ki taraf chalte hain. jaisa ke apa, aap jante hain ke ek lakh 24 hazar payghambar aaye, aur jo final payghambar the woh Prophet Muhammad sallallahu alaihi wasallam the.</w:t>
      </w:r>
    </w:p>
    <w:p>
      <w:pPr>
        <w:jc w:val="right"/>
      </w:pPr>
      <w:r>
        <w:t>آپا، اگلے سوال کی طرف چلتے ہیں۔ جیسا کہ آپا، آپ جانتے ہیں کہ ایک لاکھ 24 ہزار پیغمبر آئے، اور جو فائنل پیغمبر تھے وہ پرافٹ محمد صلی اللہ علیہ وسلم تھے۔</w:t>
      </w:r>
    </w:p>
    <w:p>
      <w:r>
        <w:rPr>
          <w:b/>
        </w:rPr>
        <w:t xml:space="preserve">[40:25] </w:t>
      </w:r>
      <w:r>
        <w:t>to apa, main chahunga ke thoda unka jo ek prime message tha for humanity, us ko le kar aap kuch bataein.</w:t>
      </w:r>
    </w:p>
    <w:p>
      <w:pPr>
        <w:jc w:val="right"/>
      </w:pPr>
      <w:r>
        <w:t>تو آپا، میں چاہوں گا کہ تھوڑا ان کا جو ایک پرائم میسج تھا فار ہیومینٹی، اس کو لے کر آپ کچھ بتائیں۔</w:t>
      </w:r>
    </w:p>
    <w:p>
      <w:r>
        <w:rPr>
          <w:b/>
        </w:rPr>
        <w:t xml:space="preserve">[40:36] </w:t>
      </w:r>
      <w:r>
        <w:t>insan ko Allah taala ne paida kiya to koi bohat azeem maqsad raha hoga, kyunke itni bari kainat, solar system, earth, is mein sara life support system, phir farishtey itne zyada Allah ne yahan bheje insano ki madad ke liye.</w:t>
      </w:r>
    </w:p>
    <w:p>
      <w:pPr>
        <w:jc w:val="right"/>
      </w:pPr>
      <w:r>
        <w:t>انسان کو اللہ تعالی نے پیدا کیا تو کوئی بہت عظیم مقصد رہا ہوگا، کیونکہ اتنی بڑی کائنات، سولر سسٹم، ارتھ، اس میں سارا لائف سپورٹ سسٹم، پھر فرشتے اتنے زیادہ اللہ نے یہاں بھیجے انسانوں کی مدد کے لیے۔</w:t>
      </w:r>
    </w:p>
    <w:p>
      <w:r>
        <w:rPr>
          <w:b/>
        </w:rPr>
        <w:t xml:space="preserve">[40:56] </w:t>
      </w:r>
      <w:r>
        <w:t>to koi bohat bara maqsad hoga, to isi maqsad ko hamein samajhna hai.</w:t>
      </w:r>
    </w:p>
    <w:p>
      <w:pPr>
        <w:jc w:val="right"/>
      </w:pPr>
      <w:r>
        <w:t>تو کوئی بہت بڑا مقصد ہوگا، تو اسی مقصد کو ہمیں سمجھنا ہے۔</w:t>
      </w:r>
    </w:p>
    <w:p>
      <w:r>
        <w:rPr>
          <w:b/>
        </w:rPr>
        <w:t xml:space="preserve">[41:02] </w:t>
      </w:r>
      <w:r>
        <w:t>yeh Maulana ne apni kitab, kitab marifat mein is par kafi likha hai. to Allah taala chahte hain ke yahan par ek ek tehzeeb, jis ko rabbani tehzeeb keh sakte hain, ek tehzeeb banaein.</w:t>
      </w:r>
    </w:p>
    <w:p>
      <w:pPr>
        <w:jc w:val="right"/>
      </w:pPr>
      <w:r>
        <w:t>یہ مولانا نے اپنی کتاب، کتاب معرفت میں اس پر کافی لکھا ہے۔ تو اللہ تعالی چاہتے ہیں کہ یہاں پر ایک ایک تہذیب، جس کو ربانی تہذیب کہہ سکتے ہیں، ایک تہذیب بنائیں۔</w:t>
      </w:r>
    </w:p>
    <w:p>
      <w:r>
        <w:rPr>
          <w:b/>
        </w:rPr>
        <w:t xml:space="preserve">[41:19] </w:t>
      </w:r>
      <w:r>
        <w:t>insan to actually Allah ne har cheez yahan potential form mein rakhi hui hai. tamam cheezein potential form mein hain, us ko hamein discover karna hai.</w:t>
      </w:r>
    </w:p>
    <w:p>
      <w:pPr>
        <w:jc w:val="right"/>
      </w:pPr>
      <w:r>
        <w:t>انسان تو ایکچولی اللہ نے ہر چیز یہاں پوٹینشل فارم میں رکھی ہوئی ہے۔ تمام چیزیں پوٹینشل فارم میں ہیں، اس کو ہمیں ڈسکور کرنا ہے۔</w:t>
      </w:r>
    </w:p>
    <w:p>
      <w:r>
        <w:rPr>
          <w:b/>
        </w:rPr>
        <w:t xml:space="preserve">[41:31] </w:t>
      </w:r>
      <w:r>
        <w:t>to jo jo bhi science ki bhi jo discoveries hui hain, woh koi invention nahi thi, balkeh sab kuch isi duniya mein tha. us ko scientists ne bohat zyada mehnat kar ke us ko discover kiya aur itni poori ek tehzeeb bana dali.</w:t>
      </w:r>
    </w:p>
    <w:p>
      <w:pPr>
        <w:jc w:val="right"/>
      </w:pPr>
      <w:r>
        <w:t>تو جو جو بھی سائنس کی بھی جو ڈسکوریز ہوئی ہیں، وہ کوئی انوینشن نہیں تھی، بلکہ سب کچھ اسی دنیا میں تھا۔ اس کو سائنس دانوں نے بہت زیادہ محنت کر کے اس کو ڈسکور کیا اور اتنی پوری ایک تہذیب بنا ڈالی۔</w:t>
      </w:r>
    </w:p>
    <w:p>
      <w:r>
        <w:rPr>
          <w:b/>
        </w:rPr>
        <w:t xml:space="preserve">[41:46] </w:t>
      </w:r>
      <w:r>
        <w:t>tu woh thi material tehz</w:t>
      </w:r>
    </w:p>
    <w:p>
      <w:pPr>
        <w:jc w:val="right"/>
      </w:pPr>
      <w:r>
        <w:t>تو وہ تھی مٹیریل تہذ</w:t>
      </w:r>
    </w:p>
    <w:p>
      <w:r>
        <w:rPr>
          <w:b/>
        </w:rPr>
        <w:t xml:space="preserve">[41:48] </w:t>
      </w:r>
      <w:r>
        <w:t>eeb. isi tareeqay say Allah taala chahtay hain aik divine tehzeeb banai jaye. tu divine tehzeeb ki shuruaat tu yahan hogi, lekin yeh tehzeeb jo hai, is ka marifat ka safar jo hai, yeh akhirat tak chalta rahega.</w:t>
      </w:r>
    </w:p>
    <w:p>
      <w:pPr>
        <w:jc w:val="right"/>
      </w:pPr>
      <w:r>
        <w:t>یب۔ اسی طریقے سے اللہ تعالی چاہتے ہیں ایک ڈیوائن تہذیب بنائی جائے۔ تو ڈیوائن تہذیب کی شروعات تو یہاں ہوگی، لیکن یہ تہذیب جو ہے، اس کا معرفت کا سفر جو ہے، یہ آخرت تک چلتا رہے گا۔</w:t>
      </w:r>
    </w:p>
    <w:p>
      <w:r>
        <w:rPr>
          <w:b/>
        </w:rPr>
        <w:t xml:space="preserve">[42:04] </w:t>
      </w:r>
      <w:r>
        <w:t>log samajhtay hain akhirat mein bas hum log sofe pe bethay huay khate peetay rahengay. tu aisa nahi hai. Maulana nay bataya</w:t>
      </w:r>
    </w:p>
    <w:p>
      <w:pPr>
        <w:jc w:val="right"/>
      </w:pPr>
      <w:r>
        <w:t>لوگ سمجھتے ہیں آخرت میں بس ہم لوگ صوفے پہ بیٹھے ہوئے کھاتے پیتے رہیں گے۔ تو ایسا نہیں ہے۔ مولانا نے بتایا</w:t>
      </w:r>
    </w:p>
    <w:p>
      <w:r>
        <w:rPr>
          <w:b/>
        </w:rPr>
        <w:t xml:space="preserve">[42:11] </w:t>
      </w:r>
      <w:r>
        <w:t>keh wahan poora marifat ka safar jo yahan hai, yahan tu beginning hai, aur akhirat mein yeh safar musalsal without any limitation wahan chalta rahega, aur wahin par culmination hoga, wahin par mukammal hoga.</w:t>
      </w:r>
    </w:p>
    <w:p>
      <w:pPr>
        <w:jc w:val="right"/>
      </w:pPr>
      <w:r>
        <w:t>کہ وہاں پورا معرفت کا سفر جو یہاں ہے، یہاں تو بگننگ ہے، اور آخرت میں یہ سفر مسلسل ودا آؤٹ اینی لیمیٹیشن وہاں چلتا رہے گا، اور وہیں پر کلمینیشن ہوگا، وہیں پر مکمل ہوگا۔</w:t>
      </w:r>
    </w:p>
    <w:p>
      <w:r>
        <w:rPr>
          <w:b/>
        </w:rPr>
        <w:t xml:space="preserve">[42:26] </w:t>
      </w:r>
      <w:r>
        <w:t>tu is kay liye Allah taala nay do level par kaam kiya. aik tu insaan kay andar sari cheezain rakh dain.</w:t>
      </w:r>
    </w:p>
    <w:p>
      <w:pPr>
        <w:jc w:val="right"/>
      </w:pPr>
      <w:r>
        <w:t>تو اس کے لیے اللہ تعالی نے دو لیول پر کام کیا۔ ایک تو انسان کے اندر ساری چیزیں رکھ دیں۔</w:t>
      </w:r>
    </w:p>
    <w:p>
      <w:r>
        <w:rPr>
          <w:b/>
        </w:rPr>
        <w:t xml:space="preserve">[42:35] </w:t>
      </w:r>
      <w:r>
        <w:t>us nay insaan samajhta hai keh sahi kiya hai, ghul</w:t>
      </w:r>
    </w:p>
    <w:p>
      <w:pPr>
        <w:jc w:val="right"/>
      </w:pPr>
      <w:r>
        <w:t>اس نے انسان سمجھتا ہے کہ صحیح کیا ہے، غل</w:t>
      </w:r>
    </w:p>
    <w:p>
      <w:r>
        <w:rPr>
          <w:b/>
        </w:rPr>
        <w:t xml:space="preserve">[42:39] </w:t>
      </w:r>
      <w:r>
        <w:t>at kiya hai, woh will fully galat kaam karta hai. aisa koi bhi nahi hai, woh na samjhay keh yeh galat kaam hai. kitnay bhi dako hi achahay hon, woh dako bhi janta hai keh mein galat kaam kar raha hoon.</w:t>
      </w:r>
    </w:p>
    <w:p>
      <w:pPr>
        <w:jc w:val="right"/>
      </w:pPr>
      <w:r>
        <w:t>ط کیا ہے، وہ ول فلی غلط کام کرتا ہے۔ ایسا کوئی بھی نہیں ہے، وہ نہ سمجھے کہ یہ غلط کام ہے۔ کتنے بھی ڈاکو ہی اچھائے ہوں، وہ ڈاکو بھی جانتا ہے کہ میں غلط کام کر رہا ہوں۔</w:t>
      </w:r>
    </w:p>
    <w:p>
      <w:r>
        <w:rPr>
          <w:b/>
        </w:rPr>
        <w:t xml:space="preserve">[42:52] </w:t>
      </w:r>
      <w:r>
        <w:t>tu is ka matlab hai keh is kay andar bhi yeh baat hai. sab ko wahi dil diya gaya hai keh woh sab sab sab kuch samajhta hai. tu aadmi jaan boojh kar ghalti karega aur maafi nahi mangay ga, tu us ko phir Khuda ki madad nahi milegi.</w:t>
      </w:r>
    </w:p>
    <w:p>
      <w:pPr>
        <w:jc w:val="right"/>
      </w:pPr>
      <w:r>
        <w:t>تو اس کا مطلب ہے کہ اس کے اندر بھی یہ بات ہے۔ سب کو وہی دل دیا گیا ہے کہ وہ سب سب سب کچھ سمجھتا ہے۔ تو آدمی جان بوجھ کر غلطی کرے گا اور معافی نہیں مانگے گا، تو اس کو پھر خدا کی مدد نہیں ملے گی۔</w:t>
      </w:r>
    </w:p>
    <w:p>
      <w:r>
        <w:rPr>
          <w:b/>
        </w:rPr>
        <w:t xml:space="preserve">[43:10] </w:t>
      </w:r>
      <w:r>
        <w:t>aur baghair Khuda ki madad kay, farishton ki madad kay, hum is spiritual journey mein agay nahi barh saktay hain.</w:t>
      </w:r>
    </w:p>
    <w:p>
      <w:pPr>
        <w:jc w:val="right"/>
      </w:pPr>
      <w:r>
        <w:t>اور بغیر خدا کی مدد کے، فرشتوں کی مدد کے، ہم اس سپریچول جرنی میں آگے نہیں بڑھ سکتے ہیں۔</w:t>
      </w:r>
    </w:p>
    <w:p>
      <w:r>
        <w:rPr>
          <w:b/>
        </w:rPr>
        <w:t xml:space="preserve">[43:19] </w:t>
      </w:r>
      <w:r>
        <w:t>tu Allah taala nay kabhi bhi insaanon ko baghair guidance kay nahi chora. Hazrat Adam, jo keh pehlay peghambar thay, woh pehlay insaan thay.</w:t>
      </w:r>
    </w:p>
    <w:p>
      <w:pPr>
        <w:jc w:val="right"/>
      </w:pPr>
      <w:r>
        <w:t>تو اللہ تعالی نے کبھی بھی انسانوں کو بغیر گائیڈنس کے نہیں چھوڑا۔ حضرت آدم، جو کہ پہلے پیغمبر تھے، وہ پہلے انسان تھے۔</w:t>
      </w:r>
    </w:p>
    <w:p>
      <w:r>
        <w:rPr>
          <w:b/>
        </w:rPr>
        <w:t xml:space="preserve">[43:31] </w:t>
      </w:r>
      <w:r>
        <w:t>unhi ko Allah taala nay pehla peghambar bhi bana diya. phir insaan kiya hai? dunya bohat attractive hai.</w:t>
      </w:r>
    </w:p>
    <w:p>
      <w:pPr>
        <w:jc w:val="right"/>
      </w:pPr>
      <w:r>
        <w:t>انہی کو اللہ تعالی نے پہلا پیغمبر بھی بنا دیا۔ پھر انسان کیا ہے؟ دنیا بہت اٹریکٹو ہے۔</w:t>
      </w:r>
    </w:p>
    <w:p>
      <w:r>
        <w:rPr>
          <w:b/>
        </w:rPr>
        <w:t xml:space="preserve">[43:39] </w:t>
      </w:r>
      <w:r>
        <w:t>tu dunya kay say itna us ko attract woh hota hai keh woh sab bhool jata hai akhirat ki baatein, peghambaron ki baatein tu bhool jata hai.</w:t>
      </w:r>
    </w:p>
    <w:p>
      <w:pPr>
        <w:jc w:val="right"/>
      </w:pPr>
      <w:r>
        <w:t>تو دنیا کے سے اتنا اس کو اٹریکٹ وہ ہوتا ہے کہ وہ سب بھول جاتا ہے آخرت کی باتیں، پیغمبروں کی باتیں تو بھول جاتا ہے۔</w:t>
      </w:r>
    </w:p>
    <w:p>
      <w:r>
        <w:rPr>
          <w:b/>
        </w:rPr>
        <w:t xml:space="preserve">[43:50] </w:t>
      </w:r>
      <w:r>
        <w:t>is wajah say bar bar Allah nay peghambar bhijwaye. ab is zamanay mein tu koi press waghera ka daur nahi tha keh koi cheez jo hai woh mehfooz reh sakay.</w:t>
      </w:r>
    </w:p>
    <w:p>
      <w:pPr>
        <w:jc w:val="right"/>
      </w:pPr>
      <w:r>
        <w:t>اس وجہ سے بار بار اللہ نے پیغمبر بھیجے۔ اب اس زمانے میں تو کوئی پریس وغیرہ کا دور نہیں تھا کہ کوئی چیز جو ہے وہ محفوظ رہ سکے۔</w:t>
      </w:r>
    </w:p>
    <w:p>
      <w:r>
        <w:rPr>
          <w:b/>
        </w:rPr>
        <w:t xml:space="preserve">[44:00] </w:t>
      </w:r>
      <w:r>
        <w:t>bas by by by word of mouth chalta tha.</w:t>
      </w:r>
    </w:p>
    <w:p>
      <w:pPr>
        <w:jc w:val="right"/>
      </w:pPr>
      <w:r>
        <w:t>بس بائے بائے بائے ورڈ آف ماؤتھ چلتا تھا۔</w:t>
      </w:r>
    </w:p>
    <w:p>
      <w:r>
        <w:rPr>
          <w:b/>
        </w:rPr>
        <w:t xml:space="preserve">[44:03] </w:t>
      </w:r>
      <w:r>
        <w:t>peghambar kay janay kay baad do char naslon tak woh rehta tha. phir log bhool jatay thay kyunkeh woh apni marzi kay mutabiq, apnay desires kay mutabiq woh chaltay thay.</w:t>
      </w:r>
    </w:p>
    <w:p>
      <w:pPr>
        <w:jc w:val="right"/>
      </w:pPr>
      <w:r>
        <w:t>پیغمبر کے جانے کے بعد دو چار نسلوں تک وہ رہتا تھا۔ پھر لوگ بھول جاتے تھے کیونکہ وہ اپنی مرضی کے مطابق، اپنے ڈیزائرز کے مطابق وہ چلتے تھے۔</w:t>
      </w:r>
    </w:p>
    <w:p>
      <w:r>
        <w:rPr>
          <w:b/>
        </w:rPr>
        <w:t xml:space="preserve">[44:13] </w:t>
      </w:r>
      <w:r>
        <w:t>aur kab bhooltay na bhi hon tu sirf form reh jata tha. spirit ghayab ho jati thi. tu peghambar tu aik lakh 24 hazar aaye, lekin 25 baray baray peghambaron ka zikr Quran mein aaya hai.</w:t>
      </w:r>
    </w:p>
    <w:p>
      <w:pPr>
        <w:jc w:val="right"/>
      </w:pPr>
      <w:r>
        <w:t>اور کب بھولتے نہ بھی ہوں تو صرف فارم رہ جاتا تھا۔ اسپرٹ غائب ہو جاتی تھی۔ تو پیغمبر تو ایک لاکھ 24 ہزار آئے، لیکن 25 بڑے بڑے پیغمبروں کا ذکر قرآن میں آیا ہے۔</w:t>
      </w:r>
    </w:p>
    <w:p>
      <w:r>
        <w:rPr>
          <w:b/>
        </w:rPr>
        <w:t xml:space="preserve">[44:29] </w:t>
      </w:r>
      <w:r>
        <w:t>tu peghambar ka jo sab say bara paigham hota tha, woh tauheed ka paigham hota tha keh Khuda aik hai, Khuda kay sath shirk nahi karna hai, usi ki ibadat karni hai.</w:t>
      </w:r>
    </w:p>
    <w:p>
      <w:pPr>
        <w:jc w:val="right"/>
      </w:pPr>
      <w:r>
        <w:t>تو پیغمبر کا جو سب سے بڑا پیغام ہوتا تھا، وہ توحید کا پیغام ہوتا تھا کہ خدا ایک ہے، خدا کے ساتھ شرک نہیں کرنا ہے، اسی کی عبادت کرنی ہے۔</w:t>
      </w:r>
    </w:p>
    <w:p>
      <w:r>
        <w:rPr>
          <w:b/>
        </w:rPr>
        <w:t xml:space="preserve">[44:42] </w:t>
      </w:r>
      <w:r>
        <w:t>aur baqi jo hai, dunya mein jo bhi kaam karo, woh Khuda ki marzi kay mutabiq kaam karna hai. jaisay moti moti is zamanay mein bas yahi tha: jhoot nahi bolna, chori nahi karna, kisi ka maal nahi khana hai.</w:t>
      </w:r>
    </w:p>
    <w:p>
      <w:pPr>
        <w:jc w:val="right"/>
      </w:pPr>
      <w:r>
        <w:t>اور باقی جو ہے، دنیا میں جو بھی کام کرو، وہ خدا کی مرضی کے مطابق کام کرنا ہے۔ جیسے موٹی موٹی اس زمانے میں بس یہی تھا: جھوٹ نہیں بولنا، چوری نہیں کرنا، کسی کا مال نہیں کھانا ہے۔</w:t>
      </w:r>
    </w:p>
    <w:p>
      <w:r>
        <w:rPr>
          <w:b/>
        </w:rPr>
        <w:t xml:space="preserve">[44:56] </w:t>
      </w:r>
      <w:r>
        <w:t>yeh sari jo hain</w:t>
      </w:r>
    </w:p>
    <w:p>
      <w:pPr>
        <w:jc w:val="right"/>
      </w:pPr>
      <w:r>
        <w:t>یہ ساری جو ہیں</w:t>
      </w:r>
    </w:p>
    <w:p>
      <w:r>
        <w:rPr>
          <w:b/>
        </w:rPr>
        <w:t xml:space="preserve">[44:58] </w:t>
      </w:r>
      <w:r>
        <w:t>tu is tarah ki baatein har aadmi kay dil mein hi hain keh hum yeh galat hain. lekin mazeed is ko taqviyat dainay kay liye Allah taala nay peghambar bhijwaye.</w:t>
      </w:r>
    </w:p>
    <w:p>
      <w:pPr>
        <w:jc w:val="right"/>
      </w:pPr>
      <w:r>
        <w:t>تو اس طرح کی باتیں ہر آدمی کے دل میں ہی ہیں کہ ہم یہ غلط ہیں۔ لیکن مزید اس کو تقویت دینے کے لیے اللہ تعالی نے پیغمبر بھیجے۔</w:t>
      </w:r>
    </w:p>
    <w:p>
      <w:r>
        <w:rPr>
          <w:b/>
        </w:rPr>
        <w:t xml:space="preserve">[45:09] </w:t>
      </w:r>
      <w:r>
        <w:t>tu lekin woh itna ziyada woh daur tha nature worship ka keh har numayan cheez dekhiye. science kay daur say pehlay insaan kuch samajhta hi nahi tha.</w:t>
      </w:r>
    </w:p>
    <w:p>
      <w:pPr>
        <w:jc w:val="right"/>
      </w:pPr>
      <w:r>
        <w:t>تو لیکن وہ اتنا زیادہ وہ دور تھا نیچر ورشپ کا کہ ہر نمایاں چیز دیکھیے۔ سائنس کے دور سے پہلے انسان کچھ سمجھتا ہی نہیں تھا۔</w:t>
      </w:r>
    </w:p>
    <w:p>
      <w:r>
        <w:rPr>
          <w:b/>
        </w:rPr>
        <w:t xml:space="preserve">[45:21] </w:t>
      </w:r>
      <w:r>
        <w:t>bijli karkti thi tu woh samajhtay thay keh devta ghusay ho gaye hain.</w:t>
      </w:r>
    </w:p>
    <w:p>
      <w:pPr>
        <w:jc w:val="right"/>
      </w:pPr>
      <w:r>
        <w:t>بجلی کڑکتی تھی تو وہ سمجھتے تھے کہ دیوتا غصہ ہو گئے ہیں۔</w:t>
      </w:r>
    </w:p>
    <w:p>
      <w:r>
        <w:rPr>
          <w:b/>
        </w:rPr>
        <w:t xml:space="preserve">[45:24] </w:t>
      </w:r>
      <w:r>
        <w:t>woh yeh science kay daur say pehlay ka phenomenon hai. aur suraj, Maulana nay bataya keh jab yahan sehra mein suraj itnay ab o taab say niklta hai keh woh sach much lagta hai keh koi devta hi hai,</w:t>
      </w:r>
    </w:p>
    <w:p>
      <w:pPr>
        <w:jc w:val="right"/>
      </w:pPr>
      <w:r>
        <w:t>وہ یہ سائنس کے دور سے پہلے کا فیناومینا ہے۔ اور سورج، مولانا نے بتایا کہ جب یہاں صحرا میں سورج اتنے اب و تاب سے نکلتا ہے کہ وہ سچ مچ لگتا ہے کہ کوئی دیوتا ہی ہے،</w:t>
      </w:r>
    </w:p>
    <w:p>
      <w:r>
        <w:rPr>
          <w:b/>
        </w:rPr>
        <w:t xml:space="preserve">[45:39] </w:t>
      </w:r>
      <w:r>
        <w:t>tu unhon nay dekha tha. tu log kehtay thay: "haza rabbi, haza akbar, yahi mera rab hai, yeh tu bohat bara hai." woh tu Hazrat Ibrahim nay kaha keh "yeh mera rab kaisay ho sakta hai jo jo chup jaye?</w:t>
      </w:r>
    </w:p>
    <w:p>
      <w:pPr>
        <w:jc w:val="right"/>
      </w:pPr>
      <w:r>
        <w:t>تو انہوں نے دیکھا تھا۔ تو لوگ کہتے تھے: "ھذا ربی،ھذا اکبر، یہی میرا رب ہے، یہ تو بہت بڑا ہے۔" وہ تو حضرت ابراہیم نے کہا کہ "یہ میرا رب کیسے ہو سکتا ہے جو جو چھپ جائے؟</w:t>
      </w:r>
    </w:p>
    <w:p>
      <w:r>
        <w:rPr>
          <w:b/>
        </w:rPr>
        <w:t xml:space="preserve">[45:53] </w:t>
      </w:r>
      <w:r>
        <w:t>hmm, mera rab aisa thori hai keh thori dair rahega, thori dair kay baad ghayab ho jayega." tu isi tareeqay say suraj, chand, darya, pahar, peir, janwar, har cheez ko pooja jata tha.</w:t>
      </w:r>
    </w:p>
    <w:p>
      <w:pPr>
        <w:jc w:val="right"/>
      </w:pPr>
      <w:r>
        <w:t>ہمم، میرا رب ایسا تھوڑی ہے کہ تھوڑی دیر رہے گا، تھوڑی دیر کے بعد غائب ہو جائے گا۔" تو اسی طریقے سے سورج، چاند، دریا، پہاڑ، پیڑ، جانور، ہر چیز کو پوجا جاتا تھا۔</w:t>
      </w:r>
    </w:p>
    <w:p>
      <w:r>
        <w:rPr>
          <w:b/>
        </w:rPr>
        <w:t xml:space="preserve">[46:05] </w:t>
      </w:r>
      <w:r>
        <w:t>woh yeh samajhte thay nature mein koi mysterious force hai aur us ko poojne se hamari qismat badalti hai, badalti hai, bigadti hai.</w:t>
      </w:r>
    </w:p>
    <w:p>
      <w:pPr>
        <w:jc w:val="right"/>
      </w:pPr>
      <w:r>
        <w:t>وہ یہ سمجھتے تھے نیچر میں کوئی مسٹیریس فورس ہے اور اس کو پوجنے سے ہماری قسمت بدلتی ہے، بدلتی ہے، بگڑتی ہے۔</w:t>
      </w:r>
    </w:p>
    <w:p>
      <w:r>
        <w:rPr>
          <w:b/>
        </w:rPr>
        <w:t xml:space="preserve">[46:16] </w:t>
      </w:r>
      <w:r>
        <w:t>agar woh naraz ho jayen, aap jante hain, pehle chechak hota tha toh uska ilaaj nahi hota tha. samajhte thay koi devi devta hain aur woh naraz ho gayi hain, is liye bimari hai.</w:t>
      </w:r>
    </w:p>
    <w:p>
      <w:pPr>
        <w:jc w:val="right"/>
      </w:pPr>
      <w:r>
        <w:t>اگر وہ ناراض ہو جائیں، آپ جانتے ہیں، پہلے چیچک ہوتا تھا تو اس کا علاج نہیں ہوتا تھا۔ سمجھتے تھے کوئی دیوی دیوتا ہیں اور وہ ناراض ہو گئی ہیں، اس لیے بیماری ہے۔</w:t>
      </w:r>
    </w:p>
    <w:p>
      <w:r>
        <w:rPr>
          <w:b/>
        </w:rPr>
        <w:t xml:space="preserve">[46:25] </w:t>
      </w:r>
      <w:r>
        <w:t>woh bechare ko bhooka maar dalte thay.</w:t>
      </w:r>
    </w:p>
    <w:p>
      <w:pPr>
        <w:jc w:val="right"/>
      </w:pPr>
      <w:r>
        <w:t>وہ بیچارے کو بھوکا مار ڈالتے تھے۔</w:t>
      </w:r>
    </w:p>
    <w:p>
      <w:r>
        <w:rPr>
          <w:b/>
        </w:rPr>
        <w:t xml:space="preserve">[46:28] </w:t>
      </w:r>
      <w:r>
        <w:t>yeh toh baad mein kuch toh kaam musalmanon ne kiya tha. is par kitaab bhi likhi thi. isi ko parhne ke baad ek Edward Jenner thay, unhon ne teeka banaya.</w:t>
      </w:r>
    </w:p>
    <w:p>
      <w:pPr>
        <w:jc w:val="right"/>
      </w:pPr>
      <w:r>
        <w:t>یہ تو بعد میں کچھ تو کام مسلمانوں نے کیا تھا۔ اس پر کتاب بھی لکھی تھی۔ اسی کو پڑھنے کے بعد ایک ایڈورڈ جنر تھے، انہوں نے ٹیکہ بنایا۔</w:t>
      </w:r>
    </w:p>
    <w:p>
      <w:r>
        <w:rPr>
          <w:b/>
        </w:rPr>
        <w:t xml:space="preserve">[46:41] </w:t>
      </w:r>
      <w:r>
        <w:t>phir woh teeka diya jaane laga aur aise mein is ko aur zyada acha khana khilana chahiye. ji, ab woh hum is ko kuch nahi dete thay ke devi naraz ho jayegi.</w:t>
      </w:r>
    </w:p>
    <w:p>
      <w:pPr>
        <w:jc w:val="right"/>
      </w:pPr>
      <w:r>
        <w:t>پھر وہ ٹیکہ دیا جانے لگا اور ایسے میں اس کو اور زیادہ اچھا کھانا کھلانا چاہیے۔ جی، اب وہ ہم اس کو کچھ نہیں دیتے تھے کہ دیوی ناراض ہو جائیں گی۔</w:t>
      </w:r>
    </w:p>
    <w:p>
      <w:r>
        <w:rPr>
          <w:b/>
        </w:rPr>
        <w:t xml:space="preserve">[46:51] </w:t>
      </w:r>
      <w:r>
        <w:t>toh yeh sab dekhiye, science se pehle ki baatein</w:t>
      </w:r>
    </w:p>
    <w:p>
      <w:pPr>
        <w:jc w:val="right"/>
      </w:pPr>
      <w:r>
        <w:t>تو یہ سب دیکھیے، سائنس سے پہلے کی باتیں</w:t>
      </w:r>
    </w:p>
    <w:p>
      <w:r>
        <w:rPr>
          <w:b/>
        </w:rPr>
        <w:t xml:space="preserve">[46:54] </w:t>
      </w:r>
      <w:r>
        <w:t>thin. insaan kisi cheez ko explain kar nahi pata tha toh inhi inhi terms mein sochta tha. woh itna darte thay in cheezon se kyunke woh samajhte thay mysterious force hai is ke andar.</w:t>
      </w:r>
    </w:p>
    <w:p>
      <w:pPr>
        <w:jc w:val="right"/>
      </w:pPr>
      <w:r>
        <w:t>تھیں۔ انسان کسی چیز کو ایکسپلین کر نہیں پاتا تھا تو انہی انہی ٹرمز میں سوچتا تھا۔ وہ اتنا ڈرتے تھے ان چیزوں سے کیونکہ وہ سمجھتے تھے مسٹیریس فورس ہے اس کے اندر۔</w:t>
      </w:r>
    </w:p>
    <w:p>
      <w:r>
        <w:rPr>
          <w:b/>
        </w:rPr>
        <w:t xml:space="preserve">[47:08] </w:t>
      </w:r>
      <w:r>
        <w:t>toh Hazrat Ibrahim se kehte thay aur doosre paighambaron se bhi unhon ne yahi kaha ke "agar tum ne is ko kuch bura bhala kaha toh tum andhe ho jaoge, pagal ho jaoge, barbaad ho</w:t>
      </w:r>
    </w:p>
    <w:p>
      <w:pPr>
        <w:jc w:val="right"/>
      </w:pPr>
      <w:r>
        <w:t>تو حضرت ابراہیم سے کہتے تھے اور دوسرے پیغمبروں سے بھی انہوں نے یہی کہا کہ "اگر تم نے اس کو کچھ برا بھلا کہا تو تم اندھے ہو جاؤ گے، پاگل ہو جاؤ گے، برباد ہو</w:t>
      </w:r>
    </w:p>
    <w:p>
      <w:r>
        <w:rPr>
          <w:b/>
        </w:rPr>
        <w:t xml:space="preserve">[47:18] </w:t>
      </w:r>
      <w:r>
        <w:t>jaoge." toh woh darte thay ke agar aisa un ko hum ne nahi, un ko due respect diya toh hamara yeh sab ho jayega.</w:t>
      </w:r>
    </w:p>
    <w:p>
      <w:pPr>
        <w:jc w:val="right"/>
      </w:pPr>
      <w:r>
        <w:t>جاؤ گے۔" تو وہ ڈرتے تھے کہ اگر ایسا ان کو ہم نے نہیں، ان کو ڈیو ریسپیکٹ دیا تو ہمارا یہ سب ہو جائے گا۔</w:t>
      </w:r>
    </w:p>
    <w:p>
      <w:r>
        <w:rPr>
          <w:b/>
        </w:rPr>
        <w:t xml:space="preserve">[47:27] </w:t>
      </w:r>
      <w:r>
        <w:t>toh yeh hai. toh isi liye Hazrat Ibrahim ne Iraq ko chhod diya kyunke wahan ke log manne wale nahi thay.</w:t>
      </w:r>
    </w:p>
    <w:p>
      <w:pPr>
        <w:jc w:val="right"/>
      </w:pPr>
      <w:r>
        <w:t>تو یہ ہے۔ تو اسی لیے حضرت ابراہیم نے عراق کو چھوڑ دیا کیونکہ وہاں کے لوگ ماننے والے نہیں تھے۔</w:t>
      </w:r>
    </w:p>
    <w:p>
      <w:r>
        <w:rPr>
          <w:b/>
        </w:rPr>
        <w:t xml:space="preserve">[47:35] </w:t>
      </w:r>
      <w:r>
        <w:t>ab masla kya ho gaya tha ke shirk jo hai is mein ek nexus ho gaya tha ke ab hum toh mante hi thay, ab badshah log manne lagay.</w:t>
      </w:r>
    </w:p>
    <w:p>
      <w:pPr>
        <w:jc w:val="right"/>
      </w:pPr>
      <w:r>
        <w:t>اب مسئلہ کیا ہو گیا تھا کہ شرک جو ہے اس میں ایک نیکسس ہو گیا تھا کہ اب ہم تو مانتے ہی تھے، اب بادشاہ لوگ ماننے لگے۔</w:t>
      </w:r>
    </w:p>
    <w:p>
      <w:r>
        <w:rPr>
          <w:b/>
        </w:rPr>
        <w:t xml:space="preserve">[47:44] </w:t>
      </w:r>
      <w:r>
        <w:t>kyunke is ki wajah se kya tha ke har badai ko yeh log devi devta maan lete thay. toh woh, woh bhi badshah bhi bada hota tha na, toh un ko devi devta ka darja de dete thay.</w:t>
      </w:r>
    </w:p>
    <w:p>
      <w:pPr>
        <w:jc w:val="right"/>
      </w:pPr>
      <w:r>
        <w:t>کیونکہ اس کی وجہ سے کیا تھا کہ ہر بڑائی کو یہ لوگ دیوی دیوتا مان لیتے تھے۔ تو وہ، وہ بھی بادشاہ بھی بڑا ہوتا تھا نا، تو ان کو دیوی دیوتا کا درجہ دے دیتے تھے۔</w:t>
      </w:r>
    </w:p>
    <w:p>
      <w:r>
        <w:rPr>
          <w:b/>
        </w:rPr>
        <w:t xml:space="preserve">[47:57] </w:t>
      </w:r>
      <w:r>
        <w:t>toh hamare bhagwan</w:t>
      </w:r>
    </w:p>
    <w:p>
      <w:pPr>
        <w:jc w:val="right"/>
      </w:pPr>
      <w:r>
        <w:t>تو ہمارے بھگوان</w:t>
      </w:r>
    </w:p>
    <w:p>
      <w:r>
        <w:rPr>
          <w:b/>
        </w:rPr>
        <w:t xml:space="preserve">[47:58] </w:t>
      </w:r>
      <w:r>
        <w:t>hain. toh is wajah se badshahon ko yeh mauqa mil jata tha awam par hukoomat karne ka. awam woh achi policy chalayen, galat chalayen, awam is in ko kuch keh nahi sakte thay.</w:t>
      </w:r>
    </w:p>
    <w:p>
      <w:pPr>
        <w:jc w:val="right"/>
      </w:pPr>
      <w:r>
        <w:t>ہیں۔ تو اس وجہ سے بادشاہوں کو یہ موقع مل جاتا تھا عوام پر حکومت کرنے کا۔ عوام وہ اچھی پالیسی چلائیں، غلط چلائیں، عوام اس ان کو کچھ کہہ نہیں سکتے تھے۔</w:t>
      </w:r>
    </w:p>
    <w:p>
      <w:r>
        <w:rPr>
          <w:b/>
        </w:rPr>
        <w:t xml:space="preserve">[48:10] </w:t>
      </w:r>
      <w:r>
        <w:t>toh ek qism ka hi jo hai na personality cult yeh ho gaya. ji, Firaun ne kaha bhi tha: "Ana Rabbukum Al-A'la, main, main, main hoon Rabb." toh yeh toh yeh kaun Firaun?</w:t>
      </w:r>
    </w:p>
    <w:p>
      <w:pPr>
        <w:jc w:val="right"/>
      </w:pPr>
      <w:r>
        <w:t>تو ایک قسم کا ہی جو ہے نا پرسنیلٹی کلٹ یہ ہو گیا۔ جی، فرعون نے کہا بھی تھا: "انا ربکم العلی، میں، میں، میں ہوں رب۔" تو یہ تو یہ کون فرعون؟</w:t>
      </w:r>
    </w:p>
    <w:p>
      <w:r>
        <w:rPr>
          <w:b/>
        </w:rPr>
        <w:t xml:space="preserve">[48:22] </w:t>
      </w:r>
      <w:r>
        <w:t>yeh kaun sa Rabb hai? Rabb toh main hoon. toh yeh sab ho gaya tha. toh yeh bohat bari evil thi.</w:t>
      </w:r>
    </w:p>
    <w:p>
      <w:pPr>
        <w:jc w:val="right"/>
      </w:pPr>
      <w:r>
        <w:t>یہ کون سا رب ہے؟ رب تو میں ہوں۔ تو یہ سب ہو گیا تھا۔ تو یہ بہت بڑی ایول تھی۔</w:t>
      </w:r>
    </w:p>
    <w:p>
      <w:r>
        <w:rPr>
          <w:b/>
        </w:rPr>
        <w:t xml:space="preserve">[48:29] </w:t>
      </w:r>
      <w:r>
        <w:t>is evil ko baad mein jo sab inqilab aaya, Islam ka inqilab, science ka inqilab, jamhoori inqilab, toh in sab cheezon ko khatam kiya is inqilab ne.</w:t>
      </w:r>
    </w:p>
    <w:p>
      <w:pPr>
        <w:jc w:val="right"/>
      </w:pPr>
      <w:r>
        <w:t>اس ایول کو بعد میں جو سب انقلاب آیا، اسلام کا انقلاب، سائنس کا انقلاب، جمہوری انقلاب، تو ان سب چیزوں کو ختم کیا اس انقلاب نے۔</w:t>
      </w:r>
    </w:p>
    <w:p>
      <w:r>
        <w:rPr>
          <w:b/>
        </w:rPr>
        <w:t xml:space="preserve">[48:42] </w:t>
      </w:r>
      <w:r>
        <w:t>toh jamhooriyat bohat bara hamare liye bohat bari boon thi. jamhooriyat ki wajah se tamam logon ko mauqa mila kaam karne ka.</w:t>
      </w:r>
    </w:p>
    <w:p>
      <w:pPr>
        <w:jc w:val="right"/>
      </w:pPr>
      <w:r>
        <w:t>تو جمہوریت بہت بڑا ہمارے لیے بہت بڑی بون تھی۔ جمہوریت کی وجہ سے تمام لوگوں کو موقع ملا کام کرنے کا۔</w:t>
      </w:r>
    </w:p>
    <w:p>
      <w:r>
        <w:rPr>
          <w:b/>
        </w:rPr>
        <w:t xml:space="preserve">[48:52] </w:t>
      </w:r>
      <w:r>
        <w:t>pehlay toh kya tha? jo badshah chahta tha, wahi hota tha.</w:t>
      </w:r>
    </w:p>
    <w:p>
      <w:pPr>
        <w:jc w:val="right"/>
      </w:pPr>
      <w:r>
        <w:t>پہلے تو کیا تھا؟ جو بادشاہ چاہتا تھا، وہی ہوتا تھا۔</w:t>
      </w:r>
    </w:p>
    <w:p>
      <w:r>
        <w:rPr>
          <w:b/>
        </w:rPr>
        <w:t xml:space="preserve">[48:56] </w:t>
      </w:r>
      <w:r>
        <w:t>agar koi badshah ke khilaf kuch bhi kar de toh uska sar qalam. toh is wajah se taraqqi kuch nahi ho pati thi. nature mein jo taskheer karna, nature ko, nature par investigation, nature par research, woh sab kuch nahi hota tha.</w:t>
      </w:r>
    </w:p>
    <w:p>
      <w:pPr>
        <w:jc w:val="right"/>
      </w:pPr>
      <w:r>
        <w:t>اگر کوئی بادشاہ کے خلاف کچھ بھی کر دے تو اس کا سر قلم۔ تو اس وجہ سے ترقی کچھ نہیں ہو پاتی تھی۔ نیچر میں جو تسخیر کرنا، نیچر کو، نیچر پر انویسٹیگیشن، نیچر پر ریسرچ، وہ سب کچھ نہیں ہوتا تھا۔</w:t>
      </w:r>
    </w:p>
    <w:p>
      <w:r>
        <w:rPr>
          <w:b/>
        </w:rPr>
        <w:t xml:space="preserve">[49:12] </w:t>
      </w:r>
      <w:r>
        <w:t>badshah bohat darte thay ke koi bhi naya kaam ho raha hai toh galat hi hoga. jo woh chahte thay, bas bas badshah hukmi sab kuch hota tha.</w:t>
      </w:r>
    </w:p>
    <w:p>
      <w:pPr>
        <w:jc w:val="right"/>
      </w:pPr>
      <w:r>
        <w:t>بادشاہ بہت ڈرتے تھے کہ کوئی بھی نیا کام ہو رہا ہے تو غلط ہی ہوگا۔ جو وہ چاہتے تھے، بس بس بادشاہ حکمی سب کچھ ہوتا تھا۔</w:t>
      </w:r>
    </w:p>
    <w:p>
      <w:r>
        <w:rPr>
          <w:b/>
        </w:rPr>
        <w:t xml:space="preserve">[49:23] </w:t>
      </w:r>
      <w:r>
        <w:t>toh yeh tha. toh paighambaron ne bataya ke is duniya mein toh sirf shuruaat karni hai. hamein apne aap ko deserving candidate banana hai.</w:t>
      </w:r>
    </w:p>
    <w:p>
      <w:pPr>
        <w:jc w:val="right"/>
      </w:pPr>
      <w:r>
        <w:t>تو یہ تھا۔ تو پیغمبروں نے بتایا کہ اس دنیا میں تو صرف شروعات کرنی ہے۔ ہمیں اپنے آپ کو ڈیزرونگ کینڈیڈیٹ بنانا ہے۔</w:t>
      </w:r>
    </w:p>
    <w:p>
      <w:r>
        <w:rPr>
          <w:b/>
        </w:rPr>
        <w:t xml:space="preserve">[49:31] </w:t>
      </w:r>
      <w:r>
        <w:t>aur asal mayari duniya jo hai, woh toh jannat ki hai. wahan par asal mein dekhiye, sara limitations khatam ho jayega.</w:t>
      </w:r>
    </w:p>
    <w:p>
      <w:pPr>
        <w:jc w:val="right"/>
      </w:pPr>
      <w:r>
        <w:t>اور اصل معیاری دنیا جو ہے، وہ تو جنت کی ہے۔ وہاں پر اصل میں دیکھیے، سارا لیمیٹیشنز ختم ہو جائے گا۔</w:t>
      </w:r>
    </w:p>
    <w:p>
      <w:r>
        <w:rPr>
          <w:b/>
        </w:rPr>
        <w:t xml:space="preserve">[49:40] </w:t>
      </w:r>
      <w:r>
        <w:t>jab limitations khatam ho jayega toh hum lamahdood tor par hum kaam kar payenge. insaan ka dimagh jo hai na, woh toh hai hi lamahdood.</w:t>
      </w:r>
    </w:p>
    <w:p>
      <w:pPr>
        <w:jc w:val="right"/>
      </w:pPr>
      <w:r>
        <w:t>جب لیمیٹیشن ختم ہو جائے گا تو ہم لامحدود طور پر ہم کام کر پائیں گے۔ انسان کا دماغ جو ہے نا، وہ تو ہے ہی لامحدود۔</w:t>
      </w:r>
    </w:p>
    <w:p>
      <w:r>
        <w:rPr>
          <w:b/>
        </w:rPr>
        <w:t xml:space="preserve">[49:50] </w:t>
      </w:r>
      <w:r>
        <w:t>lekin is duniya mein itni limitations hain ke hum is ko poora istemal nahi kar paate. bohat jald insaan bimar ho jata hai, boodha ho jata hai, mar jata hai, accident ho jata hai.</w:t>
      </w:r>
    </w:p>
    <w:p>
      <w:pPr>
        <w:jc w:val="right"/>
      </w:pPr>
      <w:r>
        <w:t>لیکن اس دنیا میں اتنی لیمیٹیشنز ہیں کہ ہم اس کو پورا استعمال نہیں کر پاتے۔ بہت جلد انسان بیمار ہو جاتا ہے، بوڑھا ہو جاتا ہے، مر جاتا ہے، ایکسیڈنٹ ہو جاتا ہے۔</w:t>
      </w:r>
    </w:p>
    <w:p>
      <w:r>
        <w:rPr>
          <w:b/>
        </w:rPr>
        <w:t xml:space="preserve">[50:02] </w:t>
      </w:r>
      <w:r>
        <w:t>aur mawaqe jo woh chahta hai, woh nahi milte hain. to is waja se woh pura kaam kar nahi</w:t>
      </w:r>
    </w:p>
    <w:p>
      <w:pPr>
        <w:jc w:val="right"/>
      </w:pPr>
      <w:r>
        <w:t>اور مواقع جو وہ چاہتا ہے، وہ نہیں ملتے ہیں۔ تو اس وجہ سے وہ پورا کام کر نہیں</w:t>
      </w:r>
    </w:p>
    <w:p>
      <w:r>
        <w:rPr>
          <w:b/>
        </w:rPr>
        <w:t xml:space="preserve">[50:07] </w:t>
      </w:r>
      <w:r>
        <w:t>paata. aakhirat mein yeh sari limitations khatm ho jayengi. to woh hamari aakhri manzil hoga. wahan marifat ka zariya musalsal jari rahega.</w:t>
      </w:r>
    </w:p>
    <w:p>
      <w:pPr>
        <w:jc w:val="right"/>
      </w:pPr>
      <w:r>
        <w:t>پاتا۔ آخرت میں یہ ساری لیمیٹیشنز ختم ہو جائیں گی۔ تو وہ ہماری آخری منزل ہوگا۔ وہاں معرفت کا ذریعہ مسلسل جاری رہے گی۔</w:t>
      </w:r>
    </w:p>
    <w:p>
      <w:r>
        <w:rPr>
          <w:b/>
        </w:rPr>
        <w:t xml:space="preserve">[50:19] </w:t>
      </w:r>
      <w:r>
        <w:t>aur wahan perfect shakal mein Khuda ka realization hoga. tab Allah taala apni jhalak bhi wahan dikhayenge ke jo aarif insan hai, jo Khuda ki jis ne marifat hasil ki, usi se Allah raazi hoga.</w:t>
      </w:r>
    </w:p>
    <w:p>
      <w:pPr>
        <w:jc w:val="right"/>
      </w:pPr>
      <w:r>
        <w:t>اور وہاں پرفیکٹ شکل میں خدا کا ریلائزیشن ہوگا۔ تب اللہ تعالی اپنی جھلک بھی وہاں دکھائیں گے کہ جو عارف انسان ہے، جو خدا کی جس نے معرفت حاصل کی، اسی سے اللہ راضی ہوگا۔</w:t>
      </w:r>
    </w:p>
    <w:p>
      <w:r>
        <w:rPr>
          <w:b/>
        </w:rPr>
        <w:t xml:space="preserve">[50:35] </w:t>
      </w:r>
      <w:r>
        <w:t>ji,</w:t>
      </w:r>
    </w:p>
    <w:p>
      <w:pPr>
        <w:jc w:val="right"/>
      </w:pPr>
      <w:r>
        <w:t>جی،</w:t>
      </w:r>
    </w:p>
    <w:p>
      <w:r>
        <w:rPr>
          <w:b/>
        </w:rPr>
        <w:t xml:space="preserve">[50:36] </w:t>
      </w:r>
      <w:r>
        <w:t>apa, Hazrat Jubair se ek riwayat hai ke Rasool Allah ne ek martaba kaha ke "what i fear most about my ummah is that they will have ambitions and wishes, becaus ambition comes in the way of the truth, and wishes makes a person careless about the hereafter." to apa, yeh bhi baat sahi hai ke every person is like a graveyard of unfulfilled desire</w:t>
      </w:r>
    </w:p>
    <w:p>
      <w:pPr>
        <w:jc w:val="right"/>
      </w:pPr>
      <w:r>
        <w:t>آپا، حضرت جبیر سے ایک روایت ہے کہ رسول اللہ نے ایک مرتبہ کہا کہ "واٹ آئی فیئر موسٹ اباؤٹ مائی امہ از دیٹ دے ویل ہیو ایمبیشنز اینڈ وشز، بیکاز ایمبیشن کمز ان دا وے آف دا ٹروتھ، اینڈ وشز میکس ا پرسن کیئرلیس اباؤٹ دی ہیئر افٹر۔" تو آپا، یہ بھی بات صحیح ہے کہ ایوری پرسن از لائک ا گریویارڈ آف ان فلفل ڈیزائر</w:t>
      </w:r>
    </w:p>
    <w:p>
      <w:r>
        <w:rPr>
          <w:b/>
        </w:rPr>
        <w:t xml:space="preserve">[51:02] </w:t>
      </w:r>
      <w:r>
        <w:t>. woh desires ko hi le kar apni puri zindagi nikal deta hai. jabke fact is ki aap desires ko fulfill hi nahi kar sakte is duniya mein.</w:t>
      </w:r>
    </w:p>
    <w:p>
      <w:pPr>
        <w:jc w:val="right"/>
      </w:pPr>
      <w:r>
        <w:t>۔ وہ ڈیزائرز کو ہی لے کر اپنی پوری زندگی نکال دیتا ہے۔ جبکہ فیکٹ اس کی آپ ڈیزائرز کو فلفل ہی نہیں کر سکتے اس دنیا میں۔</w:t>
      </w:r>
    </w:p>
    <w:p>
      <w:r>
        <w:rPr>
          <w:b/>
        </w:rPr>
        <w:t xml:space="preserve">[51:11] </w:t>
      </w:r>
      <w:r>
        <w:t>to is ke bare mein batayein, apa, ke kaise desire management insan kar sakta hai? desires ko kaise samajhna chahiye? is ke bare mein bhi aap hum sab ko batayein.</w:t>
      </w:r>
    </w:p>
    <w:p>
      <w:pPr>
        <w:jc w:val="right"/>
      </w:pPr>
      <w:r>
        <w:t>تو اس کے بارے میں بتائیں، آپا، کہ کیسے ڈیزائر مینجمنٹ انسان کر سکتا ہے؟ ڈیزائرز کو کیسے سمجھنا چاہیے؟ اس کے بارے میں بھی آپ ہم سب کو بتائیں۔</w:t>
      </w:r>
    </w:p>
    <w:p>
      <w:r>
        <w:rPr>
          <w:b/>
        </w:rPr>
        <w:t xml:space="preserve">[51:22] </w:t>
      </w:r>
      <w:r>
        <w:t>asal mein sab se bari cheez yahi hai ke insan creation plan ko samjhe. ab insan ek duniya mein aa</w:t>
      </w:r>
    </w:p>
    <w:p>
      <w:pPr>
        <w:jc w:val="right"/>
      </w:pPr>
      <w:r>
        <w:t>اصل میں سب سے بڑی چیز یہی ہے کہ انسان کریشن پلان کو سمجھے۔ اب انسان ایک دنیا میں آ</w:t>
      </w:r>
    </w:p>
    <w:p>
      <w:r>
        <w:rPr>
          <w:b/>
        </w:rPr>
        <w:t xml:space="preserve">[51:29] </w:t>
      </w:r>
      <w:r>
        <w:t>gaya, ab woh samajhta hi nahi ke is duniya mein kaise rehna hai. to aap samajh lijiye ke ab sab kaam galat hi galat karenge.</w:t>
      </w:r>
    </w:p>
    <w:p>
      <w:pPr>
        <w:jc w:val="right"/>
      </w:pPr>
      <w:r>
        <w:t>گیا، اب وہ سمجھتا ہی نہیں کہ اس دنیا میں کیسے رہنا ہے۔ تو آپ سمجھ لیجئے کہ اب سب کام غلط ہی غلط کریں گے۔</w:t>
      </w:r>
    </w:p>
    <w:p>
      <w:r>
        <w:rPr>
          <w:b/>
        </w:rPr>
        <w:t xml:space="preserve">[51:39] </w:t>
      </w:r>
      <w:r>
        <w:t>to sab se pehle insan ko Khuda ke creation plan ko samajhna hai. to creation plan ke mutabiq yeh duniya desire ke fulfillment ke liye hai hi nahi.</w:t>
      </w:r>
    </w:p>
    <w:p>
      <w:pPr>
        <w:jc w:val="right"/>
      </w:pPr>
      <w:r>
        <w:t>تو سب سے پہلے انسان کو خدا کے کریشن پلان کو سمجھنا ہے۔ تو کریشن پلان کے مطابق یہ دنیا ڈیزائر کے فلفلمنٹ کے لیے ہے ہی نہیں۔</w:t>
      </w:r>
    </w:p>
    <w:p>
      <w:r>
        <w:rPr>
          <w:b/>
        </w:rPr>
        <w:t xml:space="preserve">[51:51] </w:t>
      </w:r>
      <w:r>
        <w:t>to kaise desire ka ful</w:t>
      </w:r>
    </w:p>
    <w:p>
      <w:pPr>
        <w:jc w:val="right"/>
      </w:pPr>
      <w:r>
        <w:t>تو کیسے ڈیزائر کا فلف</w:t>
      </w:r>
    </w:p>
    <w:p>
      <w:r>
        <w:rPr>
          <w:b/>
        </w:rPr>
        <w:t xml:space="preserve">[51:53] </w:t>
      </w:r>
      <w:r>
        <w:t>fillment yahan hoga? kyunke yahan itni limitation, itni limitation hai ke desire ka fulfillment possible hi nahi hai. to aur insan jo hai, chunke is ke andar hai ek ideal world basi hui hai, kehte hain jab insan paida hua to us ko sab kuch jannat dikha di gayi thi.</w:t>
      </w:r>
    </w:p>
    <w:p>
      <w:pPr>
        <w:jc w:val="right"/>
      </w:pPr>
      <w:r>
        <w:t>لمنٹ یہاں ہوگا؟ کیونکہ یہاں اتنی لیمیٹیشن، اتنی لیمیٹیشن ہے کہ ڈیزائر کا فلفلمنٹ پاسیبل ہی نہیں ہے۔ تو اور انسان جو ہے، چونکہ اس کے اندر ہے ایک آئیڈیل ورلڈ بسی ہوئی ہے، کہتے ہیں جب انسان پیدا ہوا تو اس کو سب کچھ جنت دکھا دی گئی تھی۔</w:t>
      </w:r>
    </w:p>
    <w:p>
      <w:r>
        <w:rPr>
          <w:b/>
        </w:rPr>
        <w:t xml:space="preserve">[52:11] </w:t>
      </w:r>
      <w:r>
        <w:t>hmm, yahan tak kehte hain ke jab bachcha paida hota hai to woh muskurata hai, kehte hain woh jannat dekh raha hai. ji, to us ko sab kuch us ke dil mein, dimagh mein, us ki jannat basi hui hai.</w:t>
      </w:r>
    </w:p>
    <w:p>
      <w:pPr>
        <w:jc w:val="right"/>
      </w:pPr>
      <w:r>
        <w:t>ہمم، یہاں تک کہتے ہیں کہ جب بچہ پیدا ہوتا ہے تو وہ مسکراتا ہے، کہتے ہیں وہ جنت دیکھ رہا ہے۔ جی، تو اس کو سب کچھ اس کے دل میں، دماغ میں، اس کے جنت بسی ہوئی ہے۔</w:t>
      </w:r>
    </w:p>
    <w:p>
      <w:r>
        <w:rPr>
          <w:b/>
        </w:rPr>
        <w:t xml:space="preserve">[52:23] </w:t>
      </w:r>
      <w:r>
        <w:t>ab woh yeh farq nahi kar pata ke yeh jannat jo hai, us ko aakhirat mein milegi, duniya mein nahi milegi. isi waja se woh musalsal frustration mein rehta hai.</w:t>
      </w:r>
    </w:p>
    <w:p>
      <w:pPr>
        <w:jc w:val="right"/>
      </w:pPr>
      <w:r>
        <w:t>اب وہ یہ فرق نہیں کر پاتا کہ یہ جنت جو ہے، اس کو آخرت میں ملے گی، دنیا میں نہیں ملے گی۔ اسی وجہ سے وہ مسلسل فرسٹریشن میں رہتا ہے۔</w:t>
      </w:r>
    </w:p>
    <w:p>
      <w:r>
        <w:rPr>
          <w:b/>
        </w:rPr>
        <w:t xml:space="preserve">[52:37] </w:t>
      </w:r>
      <w:r>
        <w:t>kyunke ideal ki talash karta hai aur ideal us ko milta nahi. aur bade bade logon ne kaha hai, jaise Edward Gibbon ne kaha hai: "human history is little more than the register of crimes."</w:t>
      </w:r>
    </w:p>
    <w:p>
      <w:pPr>
        <w:jc w:val="right"/>
      </w:pPr>
      <w:r>
        <w:t>کیونکہ آئیڈیل کی تلاش کرتا ہے اور آئیڈیل اس کو ملتا نہیں۔ اور بڑے بڑے لوگوں نے کہا ہے، جیسے ایڈورڈ گیبن نے کہا ہے: "ہیومن ہسٹری از لٹل مور دین دا رجسٹر آف کرائمز۔"</w:t>
      </w:r>
    </w:p>
    <w:p>
      <w:r>
        <w:rPr>
          <w:b/>
        </w:rPr>
        <w:t xml:space="preserve">[52:49] </w:t>
      </w:r>
      <w:r>
        <w:t>to un ko, un ko samajh mein nahi aata ke is duniya mein itni suffering kyun hai, itni museebatein kyun hain, itni limitations kyun hain. bade bade insan jab mature hote hain to khatm ho jate hain, mar jate hain.</w:t>
      </w:r>
    </w:p>
    <w:p>
      <w:pPr>
        <w:jc w:val="right"/>
      </w:pPr>
      <w:r>
        <w:t>تو ان کو، ان کو سمجھ میں نہیں آتا کہ اس دنیا میں اتنی سفرنگ کیوں ہے، اتنی مصیبتیں کیوں ہیں، اتنی لیمیٹیشنز کیوں ہیں۔ بڑے بڑے انسان جب میچور ہوتے ہیں تو ختم ہو جاتے ہیں، مر جاتے ہیں۔</w:t>
      </w:r>
    </w:p>
    <w:p>
      <w:r>
        <w:rPr>
          <w:b/>
        </w:rPr>
        <w:t xml:space="preserve">[53:01] </w:t>
      </w:r>
      <w:r>
        <w:t>Einstein jo hai, bahut kam umar mein khatm hue. to itne bade bade log jab ke un ke time hota hai kaam karne ka, us waqt woh mar jate hain.</w:t>
      </w:r>
    </w:p>
    <w:p>
      <w:pPr>
        <w:jc w:val="right"/>
      </w:pPr>
      <w:r>
        <w:t>آئنسٹائن جو ہے، بہت کم عمر میں ختم ہوئے۔ تو اتنے بڑے بڑے لوگ جب کہ ان کے ٹائم ہوتا ہے کام کرنے کا، اس وقت وہ مر جاتے ہیں۔</w:t>
      </w:r>
    </w:p>
    <w:p>
      <w:r>
        <w:rPr>
          <w:b/>
        </w:rPr>
        <w:t xml:space="preserve">[53:10] </w:t>
      </w:r>
      <w:r>
        <w:t>to yeh sari cheezein samajh mein aati nahi hain. ek Alexis Carrel ne ek kitaab likhi: "Man the</w:t>
      </w:r>
    </w:p>
    <w:p>
      <w:pPr>
        <w:jc w:val="right"/>
      </w:pPr>
      <w:r>
        <w:t>تو یہ ساری چیزیں سمجھ میں آتی نہیں ہیں۔ ایک الیکسس کیرل نے ایک کتاب لکھی: "مین دا</w:t>
      </w:r>
    </w:p>
    <w:p>
      <w:r>
        <w:rPr>
          <w:b/>
        </w:rPr>
        <w:t xml:space="preserve">[53:17] </w:t>
      </w:r>
      <w:r>
        <w:t>Known." us ki "Man in Known" bana hua hai. kyunke jab har cheez ka is duniya mein joda hai, isi tarah se is duniya ka bhi ek joda hai.</w:t>
      </w:r>
    </w:p>
    <w:p>
      <w:pPr>
        <w:jc w:val="right"/>
      </w:pPr>
      <w:r>
        <w:t>نون۔" اس کی "مین ان نون" بنا ہوا ہے۔ کیونکہ جب ہر چیز کا اس دنیا میں جوڑا ہے، اسی طریقے سے اس دنیا کا بھی ایک جوڑا ہے۔</w:t>
      </w:r>
    </w:p>
    <w:p>
      <w:r>
        <w:rPr>
          <w:b/>
        </w:rPr>
        <w:t xml:space="preserve">[53:27] </w:t>
      </w:r>
      <w:r>
        <w:t>jab tak is jode ko le kar ke hum life ko explain na karein, tab tak hum samajh hi nahi sakte. ji, na samjhein ge to frustration hoga.</w:t>
      </w:r>
    </w:p>
    <w:p>
      <w:pPr>
        <w:jc w:val="right"/>
      </w:pPr>
      <w:r>
        <w:t>جب تک اس جوڑے کو لے کر کے ہم لائف کو ایکسپلین نہ کریں، تب تک ہم سمجھ ہی نہیں سکتے۔ جی، نہ سمجھیں گے تو فرسٹریشن ہوگا۔</w:t>
      </w:r>
    </w:p>
    <w:p>
      <w:r>
        <w:rPr>
          <w:b/>
        </w:rPr>
        <w:t xml:space="preserve">[53:37] </w:t>
      </w:r>
      <w:r>
        <w:t>ab jaise hum log hain, CPS ke Maulana ki sari classes hum ne attend ki hain, literature padha hai. to hum logon ko bilkul clear hai ke yeh duniya sirf mehnat karne ke liye hai aur apne aap ko deserving candidate banane ke liye.</w:t>
      </w:r>
    </w:p>
    <w:p>
      <w:pPr>
        <w:jc w:val="right"/>
      </w:pPr>
      <w:r>
        <w:t>اب جیسے ہم لوگ ہیں، سی پی ایس کے مولانا کی ساری کلاسز ہم نے اٹینڈ کی ہیں، لٹریچر پڑھا ہے۔ تو ہم لوگوں کو بالکل کلیئر ہے کہ یہ دنیا صرف محنت کرنے کے لیے ہے اور اپنے آپ کو ڈیزرونگ کینڈیڈیٹ بنانے کے لیے۔</w:t>
      </w:r>
    </w:p>
    <w:p>
      <w:r>
        <w:rPr>
          <w:b/>
        </w:rPr>
        <w:t xml:space="preserve">[53:52] </w:t>
      </w:r>
      <w:r>
        <w:t>jo kuch milna hai, aakh</w:t>
      </w:r>
    </w:p>
    <w:p>
      <w:pPr>
        <w:jc w:val="right"/>
      </w:pPr>
      <w:r>
        <w:t>جو کچھ ملنا ہے، آخ</w:t>
      </w:r>
    </w:p>
    <w:p>
      <w:r>
        <w:rPr>
          <w:b/>
        </w:rPr>
        <w:t xml:space="preserve">[53:54] </w:t>
      </w:r>
      <w:r>
        <w:t>irat mein milna hai. to is liye hum logon ko frustration hota hi nahi ke jo mila hua hai, wahi lagta hai, wahi bohat hai. kyunke humein jo goal hai, hamari zindagi ka jo maqsad hai, us mein koi rukawat hai nahi.</w:t>
      </w:r>
    </w:p>
    <w:p>
      <w:pPr>
        <w:jc w:val="right"/>
      </w:pPr>
      <w:r>
        <w:t>رت میں ملنا ہے۔ تو اس لیے ہم لوگوں کو فرسٹریشن ہوتا ہی نہیں کہ جو ملا ہوا ہے، وہی لگتا ہے، وہی بہت ہے۔ کیونکہ ہمیں جو گول ہے، ہمارا ہماری زندگی کا جو مقصد ہے، اس میں کوئی رکاوٹ ہے نہیں۔</w:t>
      </w:r>
    </w:p>
    <w:p>
      <w:r>
        <w:rPr>
          <w:b/>
        </w:rPr>
        <w:t xml:space="preserve">[54:06] </w:t>
      </w:r>
      <w:r>
        <w:t>to aur humein kuch chahiye nahi. to yeh hai. ab Sir James Jeans jo itna bada mathematician tha aur Nobel Prize us ko mila, us ne likha hai "The Mysterious Universe"</w:t>
      </w:r>
    </w:p>
    <w:p>
      <w:pPr>
        <w:jc w:val="right"/>
      </w:pPr>
      <w:r>
        <w:t>تو اور ہمیں کچھ چاہیے نہیں۔ تو یہ ہے۔ اب سر جیمز جینز جو اتنا بڑا میتھیشن تھا اور نویل پرائز اس کو ملا، اس نے لکھا ہے "دا مسٹیریس یونیورس"</w:t>
      </w:r>
    </w:p>
    <w:p>
      <w:r>
        <w:rPr>
          <w:b/>
        </w:rPr>
        <w:t xml:space="preserve">[54:18] </w:t>
      </w:r>
      <w:r>
        <w:t>. isi liye ke in logon ko pata hi nahi tha ke doosri duniya hai, wahan jo hai saare hamare desires fulfill honge.</w:t>
      </w:r>
    </w:p>
    <w:p>
      <w:pPr>
        <w:jc w:val="right"/>
      </w:pPr>
      <w:r>
        <w:t>۔ اسی لیے کہ ان لوگوں کو پتہ ہی نہیں تھا کہ دوسری دنیا ہے، وہاں جو ہے سارے ہمارے ڈیزائرز فلفل ہوں گے۔</w:t>
      </w:r>
    </w:p>
    <w:p>
      <w:r>
        <w:rPr>
          <w:b/>
        </w:rPr>
        <w:t xml:space="preserve">[54:26] </w:t>
      </w:r>
      <w:r>
        <w:t>to yeh log jo hain, itne bare bare log jo hain, woh frustration mein khatam hue. ji, woh sir james jeans ne kaha: "it seems that man has strayed in a world that was not made for</w:t>
      </w:r>
    </w:p>
    <w:p>
      <w:pPr>
        <w:jc w:val="right"/>
      </w:pPr>
      <w:r>
        <w:t>تو یہ لوگ جو ہیں، اتنے بڑے بڑے لوگ جو ہیں، وہ فرسٹریشن میں ختم ہوئے۔ جی، وہ سر جیمز جینز نے کہا: "اٹ سیمز دیٹ مین ہیز سٹریڈ ان ا ورلڈ دیٹ واز ناٹ میڈ فار</w:t>
      </w:r>
    </w:p>
    <w:p>
      <w:r>
        <w:rPr>
          <w:b/>
        </w:rPr>
        <w:t xml:space="preserve">[54:42] </w:t>
      </w:r>
      <w:r>
        <w:t>hum." is ki samajh mein nahi aata, kisi ki samajh mein nahi aata. ji ke yeh duniya mein hum hum kis tareeqay se, jo hum zindagi paana chahte hain, woh kaise milay.</w:t>
      </w:r>
    </w:p>
    <w:p>
      <w:pPr>
        <w:jc w:val="right"/>
      </w:pPr>
      <w:r>
        <w:t>ہم۔" اس کی سمجھ میں نہیں آتا، کسی کی سمجھ میں نہیں آتا۔ جی کہ یہ دنیا میں ہم ہم کس طریقے سے، جو ہم زندگی پانا چاہتے ہیں، وہ کیسے ملے۔</w:t>
      </w:r>
    </w:p>
    <w:p>
      <w:r>
        <w:rPr>
          <w:b/>
        </w:rPr>
        <w:t xml:space="preserve">[54:54] </w:t>
      </w:r>
      <w:r>
        <w:t>aik roosi writer ne kaha hai: "is duniya mein har cheez beautiful hai, sirf aik cheez beautiful nahi hai, aur woh insaan hai."</w:t>
      </w:r>
    </w:p>
    <w:p>
      <w:pPr>
        <w:jc w:val="right"/>
      </w:pPr>
      <w:r>
        <w:t>ایک روسی رائٹر نے کہا ہے: "اس دنیا میں ہر چیز بیوٹی فل ہے، صرف ایک چیز بیوٹی فل نہیں ہے، اور وہ انسان ہے۔"</w:t>
      </w:r>
    </w:p>
    <w:p>
      <w:r>
        <w:rPr>
          <w:b/>
        </w:rPr>
        <w:t xml:space="preserve">[55:02] </w:t>
      </w:r>
      <w:r>
        <w:t>to is duniya mein insaan dekhiye, shakal, soorat, rang, sab kuch hai.</w:t>
      </w:r>
    </w:p>
    <w:p>
      <w:pPr>
        <w:jc w:val="right"/>
      </w:pPr>
      <w:r>
        <w:t>تو اس دنیا میں انسان دیکھیے، شکل، صورت، رنگ، سب کچھ ہے۔</w:t>
      </w:r>
    </w:p>
    <w:p>
      <w:r>
        <w:rPr>
          <w:b/>
        </w:rPr>
        <w:t xml:space="preserve">[55:11] </w:t>
      </w:r>
      <w:r>
        <w:t>to woh aisa thori hai ke woh is ki inherently aisa hai, balkay woh hamari geographical conditions hain. koi kala hai, jaisay africa ke log hotay hain, to geographical conditions prevail karti hain.</w:t>
      </w:r>
    </w:p>
    <w:p>
      <w:pPr>
        <w:jc w:val="right"/>
      </w:pPr>
      <w:r>
        <w:t>تو وہ ایسا تھوڑی ہے کہ وہ اس کی انہیرنٹلی ایسا ہے، بلکہ وہ ہماری جیوگرافیکل کنڈیشنز ہیں۔ کوئی کالا ہے، جیسے افریقہ کے لوگ ہوتے ہیں، تو جیوگرافیکل کنڈیشنز پریویل کرتی ہیں۔</w:t>
      </w:r>
    </w:p>
    <w:p>
      <w:r>
        <w:rPr>
          <w:b/>
        </w:rPr>
        <w:t xml:space="preserve">[55:25] </w:t>
      </w:r>
      <w:r>
        <w:t>to akhirat mein yeh sari limitations khatam ki jayen, kar di jayen gi.</w:t>
      </w:r>
    </w:p>
    <w:p>
      <w:pPr>
        <w:jc w:val="right"/>
      </w:pPr>
      <w:r>
        <w:t>تو آخرت میں یہ ساری لیمیٹیشنز ختم کی جائیں، کر دی جائیں گی۔</w:t>
      </w:r>
    </w:p>
    <w:p>
      <w:r>
        <w:rPr>
          <w:b/>
        </w:rPr>
        <w:t xml:space="preserve">[55:29] </w:t>
      </w:r>
      <w:r>
        <w:t>aik baar rasool Allah sal Allah alayh wasallam ke paas aik boodhi aurat aayi. to rasool Allah kabhi kabhi ab halka mazaaq bhi kartay thay. to rasool Allah ne us se kaha ke "boodhiya jannat mein nahi jayen gi." haan, woh lagi ronay to rasool Allah sal Allah alayh wasallam ne kaha: "jannat mein sab jawan ho jayen gay." ji, boodhay nahi wahan rahen gay.</w:t>
      </w:r>
    </w:p>
    <w:p>
      <w:pPr>
        <w:jc w:val="right"/>
      </w:pPr>
      <w:r>
        <w:t>ایک بار رسول اللہ صلی اللہ علیہ وسلم کے پاس ایک بوڑھی عورت آئی۔ تو رسول اللہ کبھی کبھی اب ہلکا مذاق بھی کرتے تھے۔ تو رسول اللہ نے اس سے کہا کہ "بڑھیاں جنت میں نہیں جائیں گی۔" ہاں، وہ لگی رونے تو رسول اللہ صلی اللہ علیہ وسلم نے کہا: "جنت میں سب جوان ہو جائیں گے۔" جی، بوڑھے نہیں وہاں رہیں گے۔</w:t>
      </w:r>
    </w:p>
    <w:p>
      <w:r>
        <w:rPr>
          <w:b/>
        </w:rPr>
        <w:t xml:space="preserve">[55:50] </w:t>
      </w:r>
      <w:r>
        <w:t>to wahan boodhapa hai, badsoorati hai, bimariyan hain, maut hai, yeh sab kuch wahan accident hai. wahan ya wahan yeh sab kuch nahi hoga.</w:t>
      </w:r>
    </w:p>
    <w:p>
      <w:pPr>
        <w:jc w:val="right"/>
      </w:pPr>
      <w:r>
        <w:t>تو وہاں بڑھاپا ہے، بدصورتی ہے، بیماریاں ہیں، موت ہے، یہ سب کچھ وہاں ایکسیڈنٹ ہے۔ وہاں یا وہاں یہ سب کچھ نہیں ہوگا۔</w:t>
      </w:r>
    </w:p>
    <w:p>
      <w:r>
        <w:rPr>
          <w:b/>
        </w:rPr>
        <w:t xml:space="preserve">[56:01] </w:t>
      </w:r>
      <w:r>
        <w:t>lekin insaan apnay aap ko samajhta hai ke "main bilkul azaad hoon, main jo chahe karoon." to yehi jo is ki thinking hai na ke "main azaad hoon", yehi cheez is ke liye museebat ban gayi hai.</w:t>
      </w:r>
    </w:p>
    <w:p>
      <w:pPr>
        <w:jc w:val="right"/>
      </w:pPr>
      <w:r>
        <w:t>لیکن انسان اپنے آپ کو سمجھتا ہے کہ "میں بالکل آزاد ہوں، میں جو چاہے کروں۔" تو یہی جو اس کی تھنکنگ ہے نا کہ "میں آزاد ہوں"، یہی چیز اس کے لیے مصیبت بن گئی ہے۔</w:t>
      </w:r>
    </w:p>
    <w:p>
      <w:r>
        <w:rPr>
          <w:b/>
        </w:rPr>
        <w:t xml:space="preserve">[56:11] </w:t>
      </w:r>
      <w:r>
        <w:t>ji ke woh jab azaad hai to is ko desire ke mutabiq is ko aik zindagi milni chahiye.</w:t>
      </w:r>
    </w:p>
    <w:p>
      <w:pPr>
        <w:jc w:val="right"/>
      </w:pPr>
      <w:r>
        <w:t>جی کہ وہ جب آزاد ہے تو اس کو ڈیزائر کے مطابق اس کو ایک زندگی ملنی چاہیے۔</w:t>
      </w:r>
    </w:p>
    <w:p>
      <w:r>
        <w:rPr>
          <w:b/>
        </w:rPr>
        <w:t xml:space="preserve">[56:19] </w:t>
      </w:r>
      <w:r>
        <w:t>lekin woh practically impossible hai. to result jo hai is ka, woh tension hai. ab woh itna samajh le ke yeh duniya is ki apni banayi hui nahi hai, balkay duniya Khuda ne banayi hai.</w:t>
      </w:r>
    </w:p>
    <w:p>
      <w:pPr>
        <w:jc w:val="right"/>
      </w:pPr>
      <w:r>
        <w:t>لیکن وہ پریکٹیکلی امپاسیبل ہے۔ تو رزلٹ جو ہے اس کا، وہ ٹینشن ہے۔ اب وہ اتنا سمجھ لے کہ یہ دنیا اس کی اپنی بنائی ہوئی نہیں ہے، بلکہ دنیا خدا نے بنائی ہے۔</w:t>
      </w:r>
    </w:p>
    <w:p>
      <w:r>
        <w:rPr>
          <w:b/>
        </w:rPr>
        <w:t xml:space="preserve">[56:31] </w:t>
      </w:r>
      <w:r>
        <w:t>to yahan Khuda ki marzi ke mutabiq hi hamein is duniya mein rehna hai aur Khuda ke agay surrender karna hai. to tabhi is ko woh is qabil banay ga ke akhirat mein use Allah taala jannat mein jagah den.</w:t>
      </w:r>
    </w:p>
    <w:p>
      <w:pPr>
        <w:jc w:val="right"/>
      </w:pPr>
      <w:r>
        <w:t>تو یہاں خدا کی مرضی کے مطابق ہی ہمیں اس دنیا میں رہنا ہے اور خدا کے آگے سرینڈر کرنا ہے۔ تو تبھی اس کو وہ اس قابل بنے گا کہ آخرت میں اسے اللہ تعالی جنت میں جگہ دیں۔</w:t>
      </w:r>
    </w:p>
    <w:p>
      <w:r>
        <w:rPr>
          <w:b/>
        </w:rPr>
        <w:t xml:space="preserve">[56:47] </w:t>
      </w:r>
      <w:r>
        <w:t>to lekin insaan to limit cross kar diya,</w:t>
      </w:r>
    </w:p>
    <w:p>
      <w:pPr>
        <w:jc w:val="right"/>
      </w:pPr>
      <w:r>
        <w:t>تو لیکن انسان تو لمٹ کراس کر دیا،</w:t>
      </w:r>
    </w:p>
    <w:p>
      <w:r>
        <w:rPr>
          <w:b/>
        </w:rPr>
        <w:t xml:space="preserve">[56:52] </w:t>
      </w:r>
      <w:r>
        <w:t>nuclear bomb banaya sari duniya ko. ab qayamat aanay ki bhi zaroorat nahi hai, do chaar nuclear bomb phatenge, qayamat hi aa jayegi. ji to insaan jo hai, woh apni is se had se bahar chala gaya.</w:t>
      </w:r>
    </w:p>
    <w:p>
      <w:pPr>
        <w:jc w:val="right"/>
      </w:pPr>
      <w:r>
        <w:t>نیوکلیئر بم بنایا ساری دنیا کو۔ اب قیامت آنے کی بھی ضرورت نہیں ہے، دو چار نیوکلیئر بم پھٹیں گے، قیامت ہی آ جائے گی۔ جی تو انسان جو ہے، وہ اپنی اس سے حد سے باہر چلا گیا۔</w:t>
      </w:r>
    </w:p>
    <w:p>
      <w:r>
        <w:rPr>
          <w:b/>
        </w:rPr>
        <w:t xml:space="preserve">[57:06] </w:t>
      </w:r>
      <w:r>
        <w:t>jabkay aap jantay hain jinnaat ko jo mazool kiya gaya tha, isi liye na ke woh duniya mein fasad barpa kar rahay thay, isi liye mazool kiya gaya tha.</w:t>
      </w:r>
    </w:p>
    <w:p>
      <w:pPr>
        <w:jc w:val="right"/>
      </w:pPr>
      <w:r>
        <w:t>جبکہ آپ جانتے ہیں جنات کو جو معزول کیا گیا تھا، اسی لیے نا کہ وہ دنیا میں فساد برپا کر رہے تھے، اسی لیے معزول کیا گیا تھا۔</w:t>
      </w:r>
    </w:p>
    <w:p>
      <w:r>
        <w:rPr>
          <w:b/>
        </w:rPr>
        <w:t xml:space="preserve">[57:17] </w:t>
      </w:r>
      <w:r>
        <w:t>ab to ab is se to hazaron lakhon guna ziyada fasad insaan kar raha hai. to kisi bhi waqt qayamat aa sakti hai. kyunkay jab Allah taala bilkul dekhenge ke ab insaan jo hai, koi acha kaam nahi karega, sirf bura hi bura karega, to us waqt phir woh qayamat aa jayegi.</w:t>
      </w:r>
    </w:p>
    <w:p>
      <w:pPr>
        <w:jc w:val="right"/>
      </w:pPr>
      <w:r>
        <w:t>اب تو اب اس سے تو ہزاروں لاکھوں گنا زیادہ فساد انسان کر رہا ہے۔ تو کسی بھی وقت قیامت آ سکتی ہے۔ کیونکہ جب اللہ تعالی بالکل دیکھیں گے کہ اب انسان جو ہے، کوئی اچھا کام نہیں کرے گا، صرف برا ہی برا کرے گا، تو اس وقت پھر وہ قیامت آ جائے گی۔</w:t>
      </w:r>
    </w:p>
    <w:p>
      <w:r>
        <w:rPr>
          <w:b/>
        </w:rPr>
        <w:t xml:space="preserve">[57:36] </w:t>
      </w:r>
      <w:r>
        <w:t>to yehi hai ke hamein sab se pehlay zaroori hai ke hum ab creation plan ko samjhen aur is ke mutabiq hum apni zindagi ko, zindagi</w:t>
      </w:r>
    </w:p>
    <w:p>
      <w:pPr>
        <w:jc w:val="right"/>
      </w:pPr>
      <w:r>
        <w:t>تو یہی ہے کہ ہمیں سب سے پہلے ضروری ہے کہ ہم اب کریشن پلان کو سمجھیں اور اس کے مطابق ہم اپنی زندگی کو، زندگی</w:t>
      </w:r>
    </w:p>
    <w:p>
      <w:r>
        <w:rPr>
          <w:b/>
        </w:rPr>
        <w:t xml:space="preserve">[57:46] </w:t>
      </w:r>
      <w:r>
        <w:t>ko chalayen. ji aur apa, agar hum Quran ko bhi parhen to is mein bohat clearly yeh cheez aa jati hai desires ko le kay. surah kahf mein jaisay hai ke "there there you will have all the that you desire and there is even more with us".</w:t>
      </w:r>
    </w:p>
    <w:p>
      <w:pPr>
        <w:jc w:val="right"/>
      </w:pPr>
      <w:r>
        <w:t>کو چلائیں۔ جی اور آپا، اگر ہم قرآن کو بھی پڑھیں تو اس میں بہت کلیئرلی یہ چیز آ جاتی ہے ڈیزائرز کو لے کے۔ سورہ کہف میں جیسے ہے کہ "دیر دیر یو ویل ہیو آل دیٹ یو ڈیزائر اینڈ دیر از ایون مور ود اس"۔</w:t>
      </w:r>
    </w:p>
    <w:p>
      <w:r>
        <w:rPr>
          <w:b/>
        </w:rPr>
        <w:t xml:space="preserve">[58:01] </w:t>
      </w:r>
      <w:r>
        <w:t>to matlab aik insaan jo tasawwur bhi nahi kar sakta desire ko le ke, us ke bhi beyond Allah taala yeh keh rahay hain ke "we have even more with us".</w:t>
      </w:r>
    </w:p>
    <w:p>
      <w:pPr>
        <w:jc w:val="right"/>
      </w:pPr>
      <w:r>
        <w:t>تو مطلب ایک انسان جو تصور بھی نہیں کر سکتا ڈیزائر کو لے کے، اس کے بھی بیونڈ اللہ تعالی یہ کہہ رہے ہیں کہ "وی ہیو ایون مور ود اس"۔</w:t>
      </w:r>
    </w:p>
    <w:p>
      <w:r>
        <w:rPr>
          <w:b/>
        </w:rPr>
        <w:t xml:space="preserve">[58:10] </w:t>
      </w:r>
      <w:r>
        <w:t>so</w:t>
      </w:r>
    </w:p>
    <w:p>
      <w:pPr>
        <w:jc w:val="right"/>
      </w:pPr>
      <w:r>
        <w:t>سو</w:t>
      </w:r>
    </w:p>
    <w:p>
      <w:r>
        <w:rPr>
          <w:b/>
        </w:rPr>
        <w:t xml:space="preserve">[58:11] </w:t>
      </w:r>
      <w:r>
        <w:t>yeh aap ne bilkul bara sahi kaha ke hamein creation plan ko samajhna hai ke yeh duniya to sirf test ke level par hai. yahan pe aap fulfillment of desire nahi kar saktay, woh to aap ka akhirat mein hi hai.</w:t>
      </w:r>
    </w:p>
    <w:p>
      <w:pPr>
        <w:jc w:val="right"/>
      </w:pPr>
      <w:r>
        <w:t>یہ آپ نے بالکل بڑا صحیح کہا کہ ہمیں کریشن پلان کو سمجھنا ہے کہ یہ دنیا تو صرف ٹیسٹ کے لیول پر ہے۔ یہاں پہ آپ فلفلمنٹ آف ڈیزائر نہیں کر سکتے، وہ تو آپ کا آخرت میں ہی ہے۔</w:t>
      </w:r>
    </w:p>
    <w:p>
      <w:r>
        <w:rPr>
          <w:b/>
        </w:rPr>
        <w:t xml:space="preserve">[58:21] </w:t>
      </w:r>
      <w:r>
        <w:t>and this is what Quran also says in chapter 50. apa, main kuch do comments lena chahunga agla sawal lenay se pehlay. yeh comment bheja hai miss farida kamran ne Pakistan se, unhon ne likha hai: "jazak Allah, beautifully narrated and useful session." ah</w:t>
      </w:r>
    </w:p>
    <w:p>
      <w:pPr>
        <w:jc w:val="right"/>
      </w:pPr>
      <w:r>
        <w:t>اینڈ دس از واٹ قرآن السو سیز ان چیپٹر 50۔ آپا، میں کچھ دو کمنٹس لینا چاہوں گا اگلا سوال لینے سے پہلے۔ یہ کمنٹ بھیجا ہے مس فریدہ کامران نے پاکستان سے، انہوں نے لکھا ہے: "جزاک اللہ، بیوٹیفلی نریٹڈ اینڈ یوزفل سیشن۔" اہ</w:t>
      </w:r>
    </w:p>
    <w:p>
      <w:r>
        <w:rPr>
          <w:b/>
        </w:rPr>
        <w:t xml:space="preserve">[58:40] </w:t>
      </w:r>
      <w:r>
        <w:t>, Maulana Iqbal Umri ne Chennai se likha hai: "masha Allah, aaj ka topic ne phir se Maulana ke mission ko achhay tareeqay se yaad dilaya." apa ne bohat achhi tafseel se aaj baat batai.</w:t>
      </w:r>
    </w:p>
    <w:p>
      <w:pPr>
        <w:jc w:val="right"/>
      </w:pPr>
      <w:r>
        <w:t>، مولانا اقبال عمری نے چنئی سے لکھا ہے: "ماشاءاللہ، آج کا ٹاپک نے پھر سے مولانا کے مشن کو اچھے طریقے سے یاد دلایا۔" آپا نے بہت اچھی تفصیل سے آج بات بتائی۔</w:t>
      </w:r>
    </w:p>
    <w:p>
      <w:r>
        <w:rPr>
          <w:b/>
        </w:rPr>
        <w:t xml:space="preserve">[58:54] </w:t>
      </w:r>
      <w:r>
        <w:t>jazak Allah khaira, apa. apa, Rohit Kumar ji ne Amritsar se aik sawal kiya hai, unhon ne likha hai ke Maulana hamesha positive thinking ko le kar baat kartay thay.</w:t>
      </w:r>
    </w:p>
    <w:p>
      <w:pPr>
        <w:jc w:val="right"/>
      </w:pPr>
      <w:r>
        <w:t>جزاک اللہ خیرا، آپا۔ آپا، روہت کمار جی نے امرتسر سے ایک سوال کیا ہے، انہوں نے لکھا ہے کہ مولانا ہمیشہ پوزیٹیو تھنکنگ کو لے کر بات کرتے تھے۔</w:t>
      </w:r>
    </w:p>
    <w:p>
      <w:r>
        <w:rPr>
          <w:b/>
        </w:rPr>
        <w:t xml:space="preserve">[59:05] </w:t>
      </w:r>
      <w:r>
        <w:t>ah, lekin kya aisa hai ke kuch negative thinking ah sahi bhi hoti hai? jaisay unhon ne example diya ke agar aap koi aik naya kaam shuru karnay ke liye aap sochen to aik taraf ah aap positive hotay hain kyunkay aap aik naya kaam shuru karnay ja rahay hain, lekin doosri taraf aap ke mind mein yeh bhi khayal aata hai ke shayad aap nakamiyab ho jayen.</w:t>
      </w:r>
    </w:p>
    <w:p>
      <w:pPr>
        <w:jc w:val="right"/>
      </w:pPr>
      <w:r>
        <w:t>اہ، لیکن کیا ایسا ہے کہ کچھ نیگیٹیو تھنکنگ اہ صحیح بھی ہوتی ہے؟ جیسے انہوں نے ایگزیمپل دیا کہ اگر آپ کوئی ایک نیا کام شروع کرنے کے لیے آپ سوچیں تو ایک طرف اہ آپ پوزیٹیو ہوتے ہیں کیونکہ آپ ایک نیا کام شروع کرنے جا رہے ہیں، لیکن دوسری طرف آپ کے مائنڈ میں یہ بھی خیال آتا ہے کہ شاید آپ ناکامیاب ہو جائیں۔</w:t>
      </w:r>
    </w:p>
    <w:p>
      <w:r>
        <w:rPr>
          <w:b/>
        </w:rPr>
        <w:t xml:space="preserve">[59:29] </w:t>
      </w:r>
      <w:r>
        <w:t>to yeh ek negative thaat hai.</w:t>
      </w:r>
    </w:p>
    <w:p>
      <w:pPr>
        <w:jc w:val="right"/>
      </w:pPr>
      <w:r>
        <w:t>تو یہ ایک نیگیٹیو تھاٹ ہے۔</w:t>
      </w:r>
    </w:p>
    <w:p>
      <w:r>
        <w:rPr>
          <w:b/>
        </w:rPr>
        <w:t xml:space="preserve">[59:31] </w:t>
      </w:r>
      <w:r>
        <w:t>to isi liye woh pooch rahe hain ke kya yeh thought ah is the is are these thoughts okay? ah, that in one hand you are positive about starting a new work, but in the other hand you are worried ke shayad aap nakamyab rahen.</w:t>
      </w:r>
    </w:p>
    <w:p>
      <w:pPr>
        <w:jc w:val="right"/>
      </w:pPr>
      <w:r>
        <w:t>تو اسی لیے وہ پوچھ رہے ہیں کہ کیا یہ تھاٹ اہ از دی از آر دیز تھاٹس اوکے؟ اہ، دیٹ ان ون ہینڈ یو آر پوزیٹیو اباؤٹ سٹارٹنگ ا نیو ورک، بٹ ان دی ادر ہینڈ یو آر وریڈ کہ شاید آپ ناکامیاب رہیں۔</w:t>
      </w:r>
    </w:p>
    <w:p>
      <w:r>
        <w:rPr>
          <w:b/>
        </w:rPr>
        <w:t xml:space="preserve">[59:46] </w:t>
      </w:r>
      <w:r>
        <w:t>to is ke baray mein ah woh aap ki aap ka advice chah rah</w:t>
      </w:r>
    </w:p>
    <w:p>
      <w:pPr>
        <w:jc w:val="right"/>
      </w:pPr>
      <w:r>
        <w:t>تو اس کے بارے میں اہ وہ آپ کی آپ کا ایڈوائس چاہ رہ</w:t>
      </w:r>
    </w:p>
    <w:p>
      <w:r>
        <w:rPr>
          <w:b/>
        </w:rPr>
        <w:t xml:space="preserve">[59:50] </w:t>
      </w:r>
      <w:r>
        <w:t>e hain. maine is ko negative nahi kahunga. yeh negativity to woh hai jab hum kisi ke khilaf, kisi ke khilaf koi galat baat sochen, woh negativity hoti hai.</w:t>
      </w:r>
    </w:p>
    <w:p>
      <w:pPr>
        <w:jc w:val="right"/>
      </w:pPr>
      <w:r>
        <w:t>ے ہیں۔ میں نے اس کو نیگیٹیو نہیں کہیں گے۔ یہ نیگیٹیوٹی تو وہ ہے جب ہم کسی کے خلاف، کسی کے خلاف کوئی غلط بات سوچیں، وہ نیگیٹیوٹی ہوتی ہے۔</w:t>
      </w:r>
    </w:p>
    <w:p>
      <w:r>
        <w:rPr>
          <w:b/>
        </w:rPr>
        <w:t xml:space="preserve">[1:00:02] </w:t>
      </w:r>
      <w:r>
        <w:t>ab aap koi bhi bara kaam karne ja rahe hain to yeh to sochen ge ke is ka nateeja kya nikle ga. yeh to bilkul natural hai, nateeja kya nikle ga?</w:t>
      </w:r>
    </w:p>
    <w:p>
      <w:pPr>
        <w:jc w:val="right"/>
      </w:pPr>
      <w:r>
        <w:t>اب آپ کوئی بھی بڑا کام کرنے جا رہے ہیں تو یہ تو سوچیں گے کہ اس کا نتیجہ کیا نکلے گا۔ یہ تو بالکل نیچرل ہے، نتیجہ کیا نکلے گا؟</w:t>
      </w:r>
    </w:p>
    <w:p>
      <w:r>
        <w:rPr>
          <w:b/>
        </w:rPr>
        <w:t xml:space="preserve">[1:00:11] </w:t>
      </w:r>
      <w:r>
        <w:t>ab bas ek baat yeh bhi hai ke jo log risk lete hain, kai baar un ko nuqsan hota hai, lekin agar risk nahi len to koi bara kaam kar bhi nahi sakte.</w:t>
      </w:r>
    </w:p>
    <w:p>
      <w:pPr>
        <w:jc w:val="right"/>
      </w:pPr>
      <w:r>
        <w:t>اب بس ایک بات یہ بھی ہے کہ جو لوگ رسک لیتے ہیں، کئی بار ان کو نقصان ہوتا ہے، لیکن اگر رسک نہیں لیں تو کوئی بڑا کام کر بھی نہیں سکتے۔</w:t>
      </w:r>
    </w:p>
    <w:p>
      <w:r>
        <w:rPr>
          <w:b/>
        </w:rPr>
        <w:t xml:space="preserve">[1:00:21] </w:t>
      </w:r>
      <w:r>
        <w:t>bilkul ji ji kehte hain, woh ek misal hai na ke jahaz jo hain, woh kya hai, woh harbor harbor mein rehne ke liye nahi banaye gaye hain.</w:t>
      </w:r>
    </w:p>
    <w:p>
      <w:pPr>
        <w:jc w:val="right"/>
      </w:pPr>
      <w:r>
        <w:t>بالکل جی جی کہتے ہیں، وہ ایک مسل ہے نا کہ جہاز جو ہیں، وہ کیا ہے، وہ ہاربر ہاربر میں رہنے کے لیے نہیں بنائے گئے ہیں۔</w:t>
      </w:r>
    </w:p>
    <w:p>
      <w:r>
        <w:rPr>
          <w:b/>
        </w:rPr>
        <w:t xml:space="preserve">[1:00:32] </w:t>
      </w:r>
      <w:r>
        <w:t>ji yaad hai aap ko? haan, kuch achi si misal hai. ji bilkul baat samajh aa rahi hai jo aap bata rahe hain. to agar jahaz jaye ga jab samandar mein to kabhi toofan bhi aaye</w:t>
      </w:r>
    </w:p>
    <w:p>
      <w:pPr>
        <w:jc w:val="right"/>
      </w:pPr>
      <w:r>
        <w:t>جی یاد ہے آپ کو؟ ہاں، کچھ اچھی سی مسل ہے۔ جی بالکل بات سمجھ آ رہی ہے جو آپ بتا رہے ہیں۔ تو اگر جہاز جائے گا جب سمندر میں تو کبھی طوفان بھی آئے</w:t>
      </w:r>
    </w:p>
    <w:p>
      <w:r>
        <w:rPr>
          <w:b/>
        </w:rPr>
        <w:t xml:space="preserve">[1:00:41] </w:t>
      </w:r>
      <w:r>
        <w:t>ga. ji ji is ka matlab yeh nahi ke harbor mein woh khara rahe. ji to thora to yeh sab tajurba, in cheezon ko tajurbaat, tajurba samjha karien.</w:t>
      </w:r>
    </w:p>
    <w:p>
      <w:pPr>
        <w:jc w:val="right"/>
      </w:pPr>
      <w:r>
        <w:t>گا۔ جی جی اس کا مطلب یہ نہیں کہ ہاربر میں وہ کھڑا رہے۔ جی تو تھوڑا تو یہ سب تجربہ، ان چیزوں کو تجربات، تجربہ سمجھا کریے۔</w:t>
      </w:r>
    </w:p>
    <w:p>
      <w:r>
        <w:rPr>
          <w:b/>
        </w:rPr>
        <w:t xml:space="preserve">[1:00:50] </w:t>
      </w:r>
      <w:r>
        <w:t>bilkul ek koi bohat bari company thi, naam yaad nahi aa raha hai, to us mein ek aadmi manager rakha gaya. to us ne koi risk liya aur bohat us mein bhari nuqsan ho gaya.</w:t>
      </w:r>
    </w:p>
    <w:p>
      <w:pPr>
        <w:jc w:val="right"/>
      </w:pPr>
      <w:r>
        <w:t>بالکل ایک کوئی بہت بڑی کمپنی تھی، نام یاد نہیں آ رہا ہے، تو اس میں ایک آدمی مینیجر رکھا گیا۔ تو اس نے کوئی رسک لیا اور بہت اس میں بھاری نقصان ہو گیا۔</w:t>
      </w:r>
    </w:p>
    <w:p>
      <w:r>
        <w:rPr>
          <w:b/>
        </w:rPr>
        <w:t xml:space="preserve">[1:01:01] </w:t>
      </w:r>
      <w:r>
        <w:t>hmm ab woh bohat dar raha tha ke is ka malik jo hai, woh bohat ghusa hoga. to malik kuch bhi nahi ghusa hua, malik aur khush hua ke tum ne itna bara risk liya.</w:t>
      </w:r>
    </w:p>
    <w:p>
      <w:pPr>
        <w:jc w:val="right"/>
      </w:pPr>
      <w:r>
        <w:t>ہمم اب وہ بہت ڈر رہا تھا کہ اس کا مالک جو ہے، وہ بہت غصہ ہوگا۔ تو مالک کچھ بھی نہیں غصہ ہوا، مالک اور خوش ہوا کہ تم نے اتنا بڑا رسک لیا۔</w:t>
      </w:r>
    </w:p>
    <w:p>
      <w:r>
        <w:rPr>
          <w:b/>
        </w:rPr>
        <w:t xml:space="preserve">[1:01:11] </w:t>
      </w:r>
      <w:r>
        <w:t>kyun ke har bara kaam ke liye risk lena hi parta hai, lekin bohat achay se</w:t>
      </w:r>
    </w:p>
    <w:p>
      <w:pPr>
        <w:jc w:val="right"/>
      </w:pPr>
      <w:r>
        <w:t>کیونکہ ہر بڑے کام کے لیے رسک لینا ہی پڑتا ہے، لیکن بہت اچھے سے</w:t>
      </w:r>
    </w:p>
    <w:p>
      <w:r>
        <w:rPr>
          <w:b/>
        </w:rPr>
        <w:t xml:space="preserve">[1:01:16] </w:t>
      </w:r>
      <w:r>
        <w:t>soch ke kaam karna chahiye. mashware, mashwara bhi zaroor karna chahiye. aur apa, loss ke bhi na do pehlu hote hain. ek to loss at itself aur doosri cheez yahi jo aap ne kaha ke learning from that loss.</w:t>
      </w:r>
    </w:p>
    <w:p>
      <w:pPr>
        <w:jc w:val="right"/>
      </w:pPr>
      <w:r>
        <w:t>سوچ کے کام کرنا چاہیے۔ مشورے، مشورہ بھی ضرور کرنا چاہیے۔ اور آپا، لاس کے بھی نا دو پہلو ہوتے ہیں۔ ایک تو لاس اٹ سیلف اور دوسری چیز یہی جو آپ نے کہا کہ لرننگ فرام دیٹ لاس۔</w:t>
      </w:r>
    </w:p>
    <w:p>
      <w:r>
        <w:rPr>
          <w:b/>
        </w:rPr>
        <w:t xml:space="preserve">[1:01:29] </w:t>
      </w:r>
      <w:r>
        <w:t>matlab aap ko kya experience milta hai is loss se?</w:t>
      </w:r>
    </w:p>
    <w:p>
      <w:pPr>
        <w:jc w:val="right"/>
      </w:pPr>
      <w:r>
        <w:t>مطلب آپ کو کیا ایکسپیرینس ملتا ہے اس لاس سے؟</w:t>
      </w:r>
    </w:p>
    <w:p>
      <w:r>
        <w:rPr>
          <w:b/>
        </w:rPr>
        <w:t xml:space="preserve">[1:01:33] </w:t>
      </w:r>
      <w:r>
        <w:t>and aksar yeh bhi hai ke when you lose something or you suffer something negative, then you turn towards God for its compensation.</w:t>
      </w:r>
    </w:p>
    <w:p>
      <w:pPr>
        <w:jc w:val="right"/>
      </w:pPr>
      <w:r>
        <w:t>اینڈ اکثر یہ بھی ہے کہ وین یو لوز سمتھنگ اور یو سفر سمتھنگ نیگیٹیو، دین یو ٹرن ٹورڈز گاڈ فار اٹس کمپنسیشن۔</w:t>
      </w:r>
    </w:p>
    <w:p>
      <w:r>
        <w:rPr>
          <w:b/>
        </w:rPr>
        <w:t xml:space="preserve">[1:01:42] </w:t>
      </w:r>
      <w:r>
        <w:t>and who can be a better compensator then God himself, because woh minus ko plus kar sakte hain. to har loss mein mayoos nahi hona hai, har loss se ek experience lena hai, jaise aap ne kaha, ek learning leni hai.</w:t>
      </w:r>
    </w:p>
    <w:p>
      <w:pPr>
        <w:jc w:val="right"/>
      </w:pPr>
      <w:r>
        <w:t>اینڈ ہو کین بی ا بیٹر کمپنسیٹر دین گاڈ ہم سیلف، بیکاز وہ مائنس کو پلس کر سکتے ہیں۔ تو ہر لاس میں مایوس نہیں ہونا ہے، ہر لاس سے ایک ایکسپیرینس لینا ہے، جیسے آپ نے کہا، ایک لرننگ لینی ہے۔</w:t>
      </w:r>
    </w:p>
    <w:p>
      <w:r>
        <w:rPr>
          <w:b/>
        </w:rPr>
        <w:t xml:space="preserve">[1:01:54] </w:t>
      </w:r>
      <w:r>
        <w:t>and then turning towards God for the right direction, for the right adv</w:t>
      </w:r>
    </w:p>
    <w:p>
      <w:pPr>
        <w:jc w:val="right"/>
      </w:pPr>
      <w:r>
        <w:t>اینڈ دین ٹرننگ ٹورڈز گاڈ فار دا رائٹ ڈائریکشن، فار دا رائٹ ایڈ</w:t>
      </w:r>
    </w:p>
    <w:p>
      <w:r>
        <w:rPr>
          <w:b/>
        </w:rPr>
        <w:t xml:space="preserve">[1:01:58] </w:t>
      </w:r>
      <w:r>
        <w:t>voice. Acha woh shayad aisa hai ke ships are safe in the harbour, but they are not made</w:t>
      </w:r>
    </w:p>
    <w:p>
      <w:pPr>
        <w:jc w:val="right"/>
      </w:pPr>
      <w:r>
        <w:t>وائس۔ اچھا وہ شاید ایسا ہے کہ شپس آر سیف ان دا ہاربر، بٹ دے آر ناٹ میڈ</w:t>
      </w:r>
    </w:p>
    <w:p>
      <w:r>
        <w:rPr>
          <w:b/>
        </w:rPr>
        <w:t xml:space="preserve">[1:02:04] </w:t>
      </w:r>
      <w:r>
        <w:t>for that purpose.</w:t>
      </w:r>
    </w:p>
    <w:p>
      <w:pPr>
        <w:jc w:val="right"/>
      </w:pPr>
      <w:r>
        <w:t>فار دیٹ پرپس۔</w:t>
      </w:r>
    </w:p>
    <w:p>
      <w:r>
        <w:rPr>
          <w:b/>
        </w:rPr>
        <w:t xml:space="preserve">[1:02:39] </w:t>
      </w:r>
      <w:r>
        <w:t>cheez to Quran o Hadees ke mutabiq wohi hai. Surah Al-Rad mein aaya hai, chapter 13, verse 28: "Suno, Allah ki yaad hi se dilo ko itminan hasil hota hai." ji peace to dekhiye,</w:t>
      </w:r>
    </w:p>
    <w:p>
      <w:pPr>
        <w:jc w:val="right"/>
      </w:pPr>
      <w:r>
        <w:t>چیز تو قرآن و حدیث کے مطابق وہی ہے۔ سورہ الرد میں آیا ہے، چیپٹر 13، ورس 28: "سنو، اللہ کی یاد ہی سے دلوں کو اطمینان حاصل ہوتا ہے۔" جی پیس تو دیکھیے،</w:t>
      </w:r>
    </w:p>
    <w:p>
      <w:r>
        <w:rPr>
          <w:b/>
        </w:rPr>
        <w:t xml:space="preserve">[1:02:57] </w:t>
      </w:r>
      <w:r>
        <w:t>Allah se jurrne mein hi peace hai,</w:t>
      </w:r>
    </w:p>
    <w:p>
      <w:pPr>
        <w:jc w:val="right"/>
      </w:pPr>
      <w:r>
        <w:t>اللہ سے جڑنے میں ہی پیس ہے،</w:t>
      </w:r>
    </w:p>
    <w:p>
      <w:r>
        <w:rPr>
          <w:b/>
        </w:rPr>
        <w:t xml:space="preserve">[1:03:00] </w:t>
      </w:r>
      <w:r>
        <w:t>warna peace to hai nahi. kyun ke insaan itna zyada is ki khwahishat hain, itni zyada khwahishat hain ke woh khwahishat kabhi poori hoti nahi hain.</w:t>
      </w:r>
    </w:p>
    <w:p>
      <w:pPr>
        <w:jc w:val="right"/>
      </w:pPr>
      <w:r>
        <w:t>ورنہ پیس تو ہے نہیں۔ کیونکہ انسان اتنا زیادہ اس کی خواہشات ہیں، اتنی زیادہ خواہشات ہیں کہ وہ خواہشات کبھی پوری ہوتی نہیں ہیں۔</w:t>
      </w:r>
    </w:p>
    <w:p>
      <w:r>
        <w:rPr>
          <w:b/>
        </w:rPr>
        <w:t xml:space="preserve">[1:03:10] </w:t>
      </w:r>
      <w:r>
        <w:t>ji to peace kahan se mile ga? hmm jab tak hum yeh na samajh lein ke yeh khwahishat is dunya mein poori hone ke liye nahi hain, balke yeh khwahishat is liye hain ke hum janen.</w:t>
      </w:r>
    </w:p>
    <w:p>
      <w:pPr>
        <w:jc w:val="right"/>
      </w:pPr>
      <w:r>
        <w:t>جی تو پیس کہاں سے ملے گا؟ ہمم جب تک ہم یہ نہ سمجھ لیں کہ یہ خواہشات اس دنیا میں پوری ہونے کے لیے نہیں ہیں، بلکہ یہ خواہشات اس لیے ہیں کہ ہم جانیں۔</w:t>
      </w:r>
    </w:p>
    <w:p>
      <w:r>
        <w:rPr>
          <w:b/>
        </w:rPr>
        <w:t xml:space="preserve">[1:03:22] </w:t>
      </w:r>
      <w:r>
        <w:t>agar khwahishat soch lijiye, aap ko hamare andar khwahish na hoti to hamare andar jannat ki bhi khwahish na hoti.</w:t>
      </w:r>
    </w:p>
    <w:p>
      <w:pPr>
        <w:jc w:val="right"/>
      </w:pPr>
      <w:r>
        <w:t>اگر خواہشات سوچ لیجئے، آپ کو ہمارے اندر خواہش نہ ہوتی تو ہمارے اندر جنت کی بھی خواہش نہ ہوتی۔</w:t>
      </w:r>
    </w:p>
    <w:p>
      <w:r>
        <w:rPr>
          <w:b/>
        </w:rPr>
        <w:t xml:space="preserve">[1:03:28] </w:t>
      </w:r>
      <w:r>
        <w:t>to hum jannat ke liye koshish karen aur yeh janen ke yeh khwahishat jannat mein poori hongi. to is liye yeh khwahishat hain. ji to hum is ka, is is ka jo hai, sahi rukh se woh dekhna shuru kar dein.</w:t>
      </w:r>
    </w:p>
    <w:p>
      <w:pPr>
        <w:jc w:val="right"/>
      </w:pPr>
      <w:r>
        <w:t>تو ہم جنت کے لیے کوشش کریں اور یہ جانیں کہ یہ خواہشات جنت میں پوری ہوں گی۔ تو اس لیے یہ خواہشات ہیں۔ جی تو ہم اس کا، اس اس کا جو ہے، صحیح رخ سے وہ دیکھنا شروع کر دیں۔</w:t>
      </w:r>
    </w:p>
    <w:p>
      <w:r>
        <w:rPr>
          <w:b/>
        </w:rPr>
        <w:t xml:space="preserve">[1:03:44] </w:t>
      </w:r>
      <w:r>
        <w:t>life ki, life ko sahi rukh se dekhen. ji yeh galat rukh se dekhne</w:t>
      </w:r>
    </w:p>
    <w:p>
      <w:pPr>
        <w:jc w:val="right"/>
      </w:pPr>
      <w:r>
        <w:t>لائف کی، لائف کو صحیح رخ سے دیکھیں۔ جی یہ غلط رخ سے دیکھنے</w:t>
      </w:r>
    </w:p>
    <w:p>
      <w:r>
        <w:rPr>
          <w:b/>
        </w:rPr>
        <w:t xml:space="preserve">[1:03:49] </w:t>
      </w:r>
      <w:r>
        <w:t>ke liye yeh hai. woh samajhte hain ke isi dunya mein ideal milega aur wohi kiya, poori history, human history mein logon ne yahi samjha ke isi dunya mein ideal milna chahiye.</w:t>
      </w:r>
    </w:p>
    <w:p>
      <w:pPr>
        <w:jc w:val="right"/>
      </w:pPr>
      <w:r>
        <w:t>کے لیے یہ ہے۔ وہ سمجھتے ہیں کہ اسی دنیا میں آئیڈیل ملے گا اور وہی کیا، پوری ہسٹری، ہیومن ہسٹری میں لوگوں نے یہی سمجھا کہ اسی دنیا میں آئیڈیل ملنا چاہیے۔</w:t>
      </w:r>
    </w:p>
    <w:p>
      <w:r>
        <w:rPr>
          <w:b/>
        </w:rPr>
        <w:t xml:space="preserve">[1:04:01] </w:t>
      </w:r>
      <w:r>
        <w:t>toh ideal ki talash mein bohat kaam hue, tamam philosophers kaam karte rahe ideal ki talash mein. aik aik aik philosopher hai abdul karim al jili.</w:t>
      </w:r>
    </w:p>
    <w:p>
      <w:pPr>
        <w:jc w:val="right"/>
      </w:pPr>
      <w:r>
        <w:t>تو آئیڈیل کی تلاش میں بہت کام ہوئے، تمام فلاسفرز کام کرتے رہے آئیڈیل کی تلاش میں۔ ایک ایک ایک فلاسفر ہے عبدالکریم الجیلی۔</w:t>
      </w:r>
    </w:p>
    <w:p>
      <w:r>
        <w:rPr>
          <w:b/>
        </w:rPr>
        <w:t xml:space="preserve">[1:04:11] </w:t>
      </w:r>
      <w:r>
        <w:t>hmm toh is ki aik poora poori theory is ne develop kiya, insan-e-kamil ki. hmm</w:t>
      </w:r>
    </w:p>
    <w:p>
      <w:pPr>
        <w:jc w:val="right"/>
      </w:pPr>
      <w:r>
        <w:t>ہمم تو اس کی ایک پورا پوری تھیوری اس نے ڈیویلپ کیا، انسان کامل کی۔ ہمم</w:t>
      </w:r>
    </w:p>
    <w:p>
      <w:r>
        <w:rPr>
          <w:b/>
        </w:rPr>
        <w:t xml:space="preserve">[1:04:18] </w:t>
      </w:r>
      <w:r>
        <w:t>ke woh ideal man, ideal state, ideal society, ideal family, yeh aaj se thori ke woh chala aa raha hai, chala aa raha hai.</w:t>
      </w:r>
    </w:p>
    <w:p>
      <w:pPr>
        <w:jc w:val="right"/>
      </w:pPr>
      <w:r>
        <w:t>کہ وہ آئیڈیل مین، آئیڈیل سٹیٹ، آئیڈیل سوسائٹی، آئیڈیل فیملی، یہ آج سے تھوڑی کہ وہ چلا آ رہا ہے، چلا آ رہا ہے۔</w:t>
      </w:r>
    </w:p>
    <w:p>
      <w:r>
        <w:rPr>
          <w:b/>
        </w:rPr>
        <w:t xml:space="preserve">[1:04:28] </w:t>
      </w:r>
      <w:r>
        <w:t>kyunke woh jo hamare andar ideal basa hua hai, woh jannat ka ideal hai. lekin ab log itna jante nahi, itna samajhte nahi hain. ab sikandar azam ki misaal lijiye, us ne socha tha sari dunya fateh kar ke aik ideal political social system banayenge.</w:t>
      </w:r>
    </w:p>
    <w:p>
      <w:pPr>
        <w:jc w:val="right"/>
      </w:pPr>
      <w:r>
        <w:t>کیونکہ وہ جو ہمارے اندر آئیڈیل بسا ہوا ہے، وہ جنت کا آئیڈیل ہے۔ لیکن اب لوگ اتنا جانتے نہیں، اتنا سمجھتے نہیں ہیں۔ اب سکندر اعظم کی مثال لیجئے، اس نے سوچا تھا ساری دنیا فتح کر کے ایک آئیڈیل پولیٹیکل سوشل سسٹم بنائیں گے۔</w:t>
      </w:r>
    </w:p>
    <w:p>
      <w:r>
        <w:rPr>
          <w:b/>
        </w:rPr>
        <w:t xml:space="preserve">[1:04:46] </w:t>
      </w:r>
      <w:r>
        <w:t>ji kahan kar</w:t>
      </w:r>
    </w:p>
    <w:p>
      <w:pPr>
        <w:jc w:val="right"/>
      </w:pPr>
      <w:r>
        <w:t>جی کہاں کر</w:t>
      </w:r>
    </w:p>
    <w:p>
      <w:r>
        <w:rPr>
          <w:b/>
        </w:rPr>
        <w:t xml:space="preserve">[1:04:47] </w:t>
      </w:r>
      <w:r>
        <w:t>saka? hmm toh woh toh bohat bahadur insan tha, bohat bashalahiyat insan tha, woh nahi kar saka. toh aik bohat dilchasp aik qissa hai charlie chaplin ka.</w:t>
      </w:r>
    </w:p>
    <w:p>
      <w:pPr>
        <w:jc w:val="right"/>
      </w:pPr>
      <w:r>
        <w:t>سکا؟ ہمم تو وہ تو بہت بہادر انسان تھا، بہت باصلاحیت انسان تھا، وہ نہیں کر سکا۔ تو ایک بڑا دلچسپ ایک قصہ ہے چارلی چیپلن کا۔</w:t>
      </w:r>
    </w:p>
    <w:p>
      <w:r>
        <w:rPr>
          <w:b/>
        </w:rPr>
        <w:t xml:space="preserve">[1:04:57] </w:t>
      </w:r>
      <w:r>
        <w:t>ji toh charlie chaplin toh bohat hi mashhoor comedian tha, log us ko dekh dekh ke bohat khush hote the us ke shows ko. toh aik din woh aik psychiatrist ke paas gaya, us se kaha ke "I live in constant tension." toh</w:t>
      </w:r>
    </w:p>
    <w:p>
      <w:pPr>
        <w:jc w:val="right"/>
      </w:pPr>
      <w:r>
        <w:t>جی تو چارلی چیپلن تو بہت ہی مشہور کامیڈین تھا، لوگ اس کو دیکھ دیکھ کے بہت خوش ہوتے تھے اس کے شوز کو۔ تو ایک دن وہ ایک سائیکیٹرسٹ کے پاس گیا، اس سے کہا کہ "میں آئی لیو ان کانسٹنٹ ٹینشن۔" تو</w:t>
      </w:r>
    </w:p>
    <w:p>
      <w:r>
        <w:rPr>
          <w:b/>
        </w:rPr>
        <w:t xml:space="preserve">[1:05:14] </w:t>
      </w:r>
      <w:r>
        <w:t>psychiatrist ne kaha "You should watch the shows of Charlie Chaplin." toh us ne kaha "But I am Charlie Chaplin." ji toh woh aadmi jo kaam comedy kar raha hai, logon ko hasa raha hai, woh bhi khush nahi hai.</w:t>
      </w:r>
    </w:p>
    <w:p>
      <w:pPr>
        <w:jc w:val="right"/>
      </w:pPr>
      <w:r>
        <w:t>سائیکیٹرسٹ نے کہا "یو شوڈ واچ دا شوز آف چارلی چیپلن۔" تو اس نے کہا "بٹ آئی ایم چارلی چیپلن۔" جی تو وہ آدمی جو کام کامیڈی کر رہا ہے، لوگوں کو ہنسا رہا ہے، وہ بھی خوش نہیں ہے۔</w:t>
      </w:r>
    </w:p>
    <w:p>
      <w:r>
        <w:rPr>
          <w:b/>
        </w:rPr>
        <w:t xml:space="preserve">[1:05:29] </w:t>
      </w:r>
      <w:r>
        <w:t>kyunke insan jannat ke ilawa aur Khuda se mulaqat ke ilawa kisi cheez se khush reh nahi sakta.</w:t>
      </w:r>
    </w:p>
    <w:p>
      <w:pPr>
        <w:jc w:val="right"/>
      </w:pPr>
      <w:r>
        <w:t>کیونکہ انسان جنت کے علاوہ اور خدا سے ملاقات کے علاوہ کسی چیز سے خوش رہ نہیں سکتا۔</w:t>
      </w:r>
    </w:p>
    <w:p>
      <w:r>
        <w:rPr>
          <w:b/>
        </w:rPr>
        <w:t xml:space="preserve">[1:05:39] </w:t>
      </w:r>
      <w:r>
        <w:t>dunya ki cheezon se woh khush nahi reh</w:t>
      </w:r>
    </w:p>
    <w:p>
      <w:pPr>
        <w:jc w:val="right"/>
      </w:pPr>
      <w:r>
        <w:t>دنیا کی چیزوں سے وہ خوش نہیں رہ</w:t>
      </w:r>
    </w:p>
    <w:p>
      <w:r>
        <w:rPr>
          <w:b/>
        </w:rPr>
        <w:t xml:space="preserve">[1:05:41] </w:t>
      </w:r>
      <w:r>
        <w:t>sakta. woh sirf aarzii koi cheez aap ke paas aayi hai, koi cheez aap ke paas nahi aayi jis ko aap bohat chahte the.</w:t>
      </w:r>
    </w:p>
    <w:p>
      <w:pPr>
        <w:jc w:val="right"/>
      </w:pPr>
      <w:r>
        <w:t>سکتا۔ وہ صرف عارضی کوئی چیز آپ کے پاس آئی ہے، کوئی چیز آپ کے پاس نہیں آئی جس کو آپ بہت چاہتے تھے۔</w:t>
      </w:r>
    </w:p>
    <w:p>
      <w:r>
        <w:rPr>
          <w:b/>
        </w:rPr>
        <w:t xml:space="preserve">[1:05:50] </w:t>
      </w:r>
      <w:r>
        <w:t>woh thore lamhon mein bhi aap ko lagne lagta hai ke ab is se dilchaspi aap ko nahi rahi. ji isi liye jo bare bare log hain, hero heroine, paise wale, woh ghar badalte rehte hain, gariyan badalte rehte hain ke woh bohat jald un ko bore ho jate hain.</w:t>
      </w:r>
    </w:p>
    <w:p>
      <w:pPr>
        <w:jc w:val="right"/>
      </w:pPr>
      <w:r>
        <w:t>وہ تھوڑے لمحوں میں بھی آپ کو لگنے لگتا ہے کہ اب اس سے دلچسپی آپ کو نہیں رہی۔ جی اسی لیے جو بڑے بڑے لوگ ہیں، ہیرو ہیروئن، پیسے والے، وہ گھر بدلتے رہتے ہیں، گاڑیاں بدلتے رہتے ہیں کہ وہ بہت جلد ان کو بور ہو جاتے ہیں۔</w:t>
      </w:r>
    </w:p>
    <w:p>
      <w:r>
        <w:rPr>
          <w:b/>
        </w:rPr>
        <w:t xml:space="preserve">[1:06:05] </w:t>
      </w:r>
      <w:r>
        <w:t>ji toh is dunya mein boredom hai, aap ko kuch bhi mil jaye, aap bore ho jayenge.</w:t>
      </w:r>
    </w:p>
    <w:p>
      <w:pPr>
        <w:jc w:val="right"/>
      </w:pPr>
      <w:r>
        <w:t>جی تو اس دنیا میں بورڈم ہے، آپ کو کچھ بھی مل جائے، آپ بور ہو جائیں گے۔</w:t>
      </w:r>
    </w:p>
    <w:p>
      <w:r>
        <w:rPr>
          <w:b/>
        </w:rPr>
        <w:t xml:space="preserve">[1:06:11] </w:t>
      </w:r>
      <w:r>
        <w:t>toh is ka aik aur woh hai ke "I Charlie Chaplin ka I love walking in the rain because no one can see me cry." toh aik baar Maulana ne bohat sare bare bare logon ko encyclopedia mein nikala tha, 402 top ke logon ko.</w:t>
      </w:r>
    </w:p>
    <w:p>
      <w:pPr>
        <w:jc w:val="right"/>
      </w:pPr>
      <w:r>
        <w:t>تو اس کا ایک اور وہ ہے کہ "آئی چارلی چیپلن کا آئی لو واکنگ ان دا رین بیکاز نو ون کین سی می کرائی۔" تو ایک بار مولانا نے بہت سارے بڑے بڑے لوگوں کو انسائیکلوپیڈیا میں نکالا تھا، 402 ٹاپ کے لوگوں کو۔</w:t>
      </w:r>
    </w:p>
    <w:p>
      <w:r>
        <w:rPr>
          <w:b/>
        </w:rPr>
        <w:t xml:space="preserve">[1:06:30] </w:t>
      </w:r>
      <w:r>
        <w:t>ji toh is mein Alexander, Napoleon, Hitler, Button, Roosevelt waghera, Mother Teresa sab disappear mein mar</w:t>
      </w:r>
    </w:p>
    <w:p>
      <w:pPr>
        <w:jc w:val="right"/>
      </w:pPr>
      <w:r>
        <w:t>جی تو اس میں الیگزینڈر، نیپولین، ہٹلر، بٹرن، رزل وغیرہ، مدر ٹریسا سب ڈسپیئر میں مر</w:t>
      </w:r>
    </w:p>
    <w:p>
      <w:r>
        <w:rPr>
          <w:b/>
        </w:rPr>
        <w:t xml:space="preserve">[1:06:38] </w:t>
      </w:r>
      <w:r>
        <w:t>e. halanke jo hum achieve karna chahte hain, hum toh woh nahi achieve kar sake. in logon ne toh bohat kuch achieve kiya. ji lekin woh is dunya mein asal mein hai hi nahi.</w:t>
      </w:r>
    </w:p>
    <w:p>
      <w:pPr>
        <w:jc w:val="right"/>
      </w:pPr>
      <w:r>
        <w:t>ے۔ حالانکہ جو ہم اچیو کرنا چاہتے ہیں، ہم تو وہ نہیں اچیو کر سکے۔ ان لوگوں نے تو بہت کچھ اچیو کیا۔ جی لیکن وہ اس دنیا میں اصل میں ہے ہی نہیں۔</w:t>
      </w:r>
    </w:p>
    <w:p>
      <w:r>
        <w:rPr>
          <w:b/>
        </w:rPr>
        <w:t xml:space="preserve">[1:06:51] </w:t>
      </w:r>
      <w:r>
        <w:t>woh fulfillment is dunya mein hai hi nahi, toh milega kahan se? is dunya mein toh bas hamari duties hain, duties hain. Maulana kehte the ke aap ko rights jo hain na, woh sab akhirat mein milenge.</w:t>
      </w:r>
    </w:p>
    <w:p>
      <w:pPr>
        <w:jc w:val="right"/>
      </w:pPr>
      <w:r>
        <w:t>وہ فلفلمنٹ اس دنیا میں ہے ہی نہیں، تو ملے گا کہاں سے؟ اس دنیا میں تو بس ہماری ڈیوٹیز ہیں، ڈیوٹیز ہیں۔ مولانا کہتے تھے کہ آپ کو رائٹس جو ہیں نا، وہ سب آخرت میں ملیں گے۔</w:t>
      </w:r>
    </w:p>
    <w:p>
      <w:r>
        <w:rPr>
          <w:b/>
        </w:rPr>
        <w:t xml:space="preserve">[1:07:03] </w:t>
      </w:r>
      <w:r>
        <w:t>is dunya mein sirf duties hain. ji</w:t>
      </w:r>
    </w:p>
    <w:p>
      <w:pPr>
        <w:jc w:val="right"/>
      </w:pPr>
      <w:r>
        <w:t>اس دنیا میں صرف ڈیوٹیز ہیں۔ جی</w:t>
      </w:r>
    </w:p>
    <w:p>
      <w:r>
        <w:rPr>
          <w:b/>
        </w:rPr>
        <w:t xml:space="preserve">[1:07:07] </w:t>
      </w:r>
      <w:r>
        <w:t>ab Albert Einstein ko le lijiye, most famous scientist in the world. ab Israel jab bana toh logon ne chaha ke isi ko Israel ka pehla president banaye, lekin Nobel Prize bhi us ko mila tha.</w:t>
      </w:r>
    </w:p>
    <w:p>
      <w:pPr>
        <w:jc w:val="right"/>
      </w:pPr>
      <w:r>
        <w:t>اب البرٹ آئنسٹائن کو لے لیجئے، موسٹ فیمس سائنٹسٹ ان دا ورلڈ۔ اب اسرائیل جب بنا تو لوگوں نے چاہا کہ اسی کو اسرائیل کا پہلا پریزیڈنٹ بنائیں، لیکن نوبل پرائز بھی اس کو ملا تھا۔</w:t>
      </w:r>
    </w:p>
    <w:p>
      <w:r>
        <w:rPr>
          <w:b/>
        </w:rPr>
        <w:t xml:space="preserve">[1:07:21] </w:t>
      </w:r>
      <w:r>
        <w:t>lekin us ne bilkul inkar kar diya. aur aakhri zamane mein us ne kaha ke "He died at the age of 76." us ne kaha ke "I am alone, I feel like a stranger in the world.</w:t>
      </w:r>
    </w:p>
    <w:p>
      <w:pPr>
        <w:jc w:val="right"/>
      </w:pPr>
      <w:r>
        <w:t>لیکن اس نے بالکل انکار کر دیا۔ اور آخری زمانے میں اس نے کہا کہ "ہی ڈائیڈ ایٹ دا ایج آف 76۔" اس نے کہا کہ "میں اکیلا ہوں، آئی فیل لائک اے سٹرینجر ان دا ورلڈ۔</w:t>
      </w:r>
    </w:p>
    <w:p>
      <w:r>
        <w:rPr>
          <w:b/>
        </w:rPr>
        <w:t xml:space="preserve">[1:07:35] </w:t>
      </w:r>
      <w:r>
        <w:t>" itna qabil aadmi. hmm toh woh bhi aik stranger ki nafsiyat ke sath mara. ji toh asal mein hamein ideology of life ko discover karna hai,</w:t>
      </w:r>
    </w:p>
    <w:p>
      <w:pPr>
        <w:jc w:val="right"/>
      </w:pPr>
      <w:r>
        <w:t>" اتنا قابل آدمی۔ ہمم تو وہ بھی ایک سٹرینجر کی نفسیات کے ساتھ مرا۔ جی تو اصل میں ہمیں آئیڈیالوجی آف لائف کو ڈسکور کرنا ہے،</w:t>
      </w:r>
    </w:p>
    <w:p>
      <w:r>
        <w:rPr>
          <w:b/>
        </w:rPr>
        <w:t xml:space="preserve">[1:07:48] </w:t>
      </w:r>
      <w:r>
        <w:t>na ke ideology of atom se hamein sukoon nahi milega. yeh toh sab dunya mein chunke Khuda ne potential rakha hai, us ko discover kar ke aik aik tehzeeb banani hai.</w:t>
      </w:r>
    </w:p>
    <w:p>
      <w:pPr>
        <w:jc w:val="right"/>
      </w:pPr>
      <w:r>
        <w:t>نہ کہ آئیڈیالوجی آف ایٹم سے ہمیں سکون نہیں ملے گا۔ یہ تو سب دنیا میں چونکہ خدا نے پوٹینشل رکھا ہے، اس کو ڈسکور کر کے ایک ایک تہذیب بنانی ہے۔</w:t>
      </w:r>
    </w:p>
    <w:p>
      <w:r>
        <w:rPr>
          <w:b/>
        </w:rPr>
        <w:t xml:space="preserve">[1:07:59] </w:t>
      </w:r>
      <w:r>
        <w:t>wohi jo technology bani hai sari, woh sab kitne kaam aa rahi hain Khuda ka paigham sari dunya mein phailane ke liye. toh bas hamein yahi samajhna hai ke yeh dunya jo hai testing ground hai.</w:t>
      </w:r>
    </w:p>
    <w:p>
      <w:pPr>
        <w:jc w:val="right"/>
      </w:pPr>
      <w:r>
        <w:t>وہی جو ٹیکنالوجی بنی ہے ساری، وہ سب کتنے کام آ رہی ہیں خدا کا پیغام ساری دنیا میں پھیلانے کے لیے۔ تو بس ہمیں یہی سمجھنا ہے کہ یہ دنیا جو ہے ٹیسٹنگ گراؤنڈ ہے۔</w:t>
      </w:r>
    </w:p>
    <w:p>
      <w:r>
        <w:rPr>
          <w:b/>
        </w:rPr>
        <w:t xml:space="preserve">[1:08:11] </w:t>
      </w:r>
      <w:r>
        <w:t>is ki misaal aap imtehan hall se le sakte hain. imtehan hall mein aap ko jo zaroori saman hai, wohi milta hai. ab aap ko wahan bistar toh bana hua milega nahi, aap ko wahan ah servants nahi milenge.</w:t>
      </w:r>
    </w:p>
    <w:p>
      <w:pPr>
        <w:jc w:val="right"/>
      </w:pPr>
      <w:r>
        <w:t>اس کی مثال آپ امتحان حال سے لے سکتے ہیں۔ امتحان حال میں آپ کو جو ضروری سامان ہے، وہی ملتا ہے۔ اب آپ کو وہاں بستر تو بنا ہوا ملے گا نہیں، آپ کو وہاں اہ سرونٹس نہیں ملیں گے۔</w:t>
      </w:r>
    </w:p>
    <w:p>
      <w:r>
        <w:rPr>
          <w:b/>
        </w:rPr>
        <w:t xml:space="preserve">[1:08:23] </w:t>
      </w:r>
      <w:r>
        <w:t>wohan aap ko ji sari cheezen jo aap ko ghar mein milti hain, woh wahan nahin milen gi.</w:t>
      </w:r>
    </w:p>
    <w:p>
      <w:pPr>
        <w:jc w:val="right"/>
      </w:pPr>
      <w:r>
        <w:t>وہاں آپ کو جی ساری چیزیں جو آپ کو گھر میں ملتی ہیں، وہ وہاں نہیں ملیں گی۔</w:t>
      </w:r>
    </w:p>
    <w:p>
      <w:r>
        <w:rPr>
          <w:b/>
        </w:rPr>
        <w:t xml:space="preserve">[1:08:28] </w:t>
      </w:r>
      <w:r>
        <w:t>lekin aap ko frustration nahin hota kyunke aap jante hain ke yeh to examination hall hai, yahan to yahi mile ga. ji to isi tareeqe se jab aap platform pe hote hain, wahan aap ko bas zara sa baithne ki jagah mil jaye, aap usi mein khush rehte hain ke jagah mil gayi.</w:t>
      </w:r>
    </w:p>
    <w:p>
      <w:pPr>
        <w:jc w:val="right"/>
      </w:pPr>
      <w:r>
        <w:t>لیکن آپ کو فرسٹریشن نہیں ہوتا کیونکہ آپ جانتے ہیں کہ یہ تو ایگزامینیشن حال ہے، یہاں تو یہی ملے گا۔ جی تو اسی طریقے سے جب آپ پلیٹ فارم پہ ہوتے ہیں، وہاں آپ کو بس ذرا سا بیٹھنے کی جگہ مل جائے، آپ اسی میں خوش رہتے ہیں کہ جگہ مل گئی۔</w:t>
      </w:r>
    </w:p>
    <w:p>
      <w:r>
        <w:rPr>
          <w:b/>
        </w:rPr>
        <w:t xml:space="preserve">[1:08:42] </w:t>
      </w:r>
      <w:r>
        <w:t>ab aap thori chahte hain ke wahan ab aap ko poora ghar milay. ji to yahi is dunya mein agar aap sochen ge ke hamein is dunya mein kaam karne ke awaaq hai,</w:t>
      </w:r>
    </w:p>
    <w:p>
      <w:pPr>
        <w:jc w:val="right"/>
      </w:pPr>
      <w:r>
        <w:t>اب آپ تھوڑی چاہتے ہیں کہ وہاں اب آپ کو پورا گھر ملے۔ جی تو یہی اس دنیا میں اگر آپ سوچیں گے کہ ہمیں اس دنیا میں کام کرنے کے مواقع ہیں،</w:t>
      </w:r>
    </w:p>
    <w:p>
      <w:r>
        <w:rPr>
          <w:b/>
        </w:rPr>
        <w:t xml:space="preserve">[1:08:52] </w:t>
      </w:r>
      <w:r>
        <w:t>khuda ki marzi ke mutabiq is dunya mein hamein rehne ki ah mauqa hasil hai, naik kaam karne ka mauqa hasil hai, ibadat karne ka mauqa hasil hai, to bas bas aap ka tension khatam.</w:t>
      </w:r>
    </w:p>
    <w:p>
      <w:pPr>
        <w:jc w:val="right"/>
      </w:pPr>
      <w:r>
        <w:t>خدا کی مرضی کے مطابق اس دنیا میں ہمیں رہنے کی اہ موقع حاصل ہے، نیک کام کرنے کا موقع حاصل ہے، عبادت کرنے کا موقع حاصل ہے، تو بس بس آپ کا ٹینشن ختم۔</w:t>
      </w:r>
    </w:p>
    <w:p>
      <w:r>
        <w:rPr>
          <w:b/>
        </w:rPr>
        <w:t xml:space="preserve">[1:09:05] </w:t>
      </w:r>
      <w:r>
        <w:t>aap ka yahi zindagi ka maqsad hai aur woh poora ho raha hai. to har maamle mein aap creation plan ko samjhiye aur khuda ki marifat ke liye poori poori koshish kari</w:t>
      </w:r>
    </w:p>
    <w:p>
      <w:pPr>
        <w:jc w:val="right"/>
      </w:pPr>
      <w:r>
        <w:t>آپ کا یہی زندگی کا مقصد ہے اور وہ پورا ہو رہا ہے۔ تو ہر معاملے میں آپ کرشن پلان کو سمجھیے اور خدا کی معرفت کے لیے پوری پوری کوشش کری</w:t>
      </w:r>
    </w:p>
    <w:p>
      <w:r>
        <w:rPr>
          <w:b/>
        </w:rPr>
        <w:t xml:space="preserve">[1:09:18] </w:t>
      </w:r>
      <w:r>
        <w:t>e. khuda ki yaad mein zindagi guzariye, isi mein sukoon hai. ji bible mein bhi yahi hai: "man cant live by bread alone." hmm quran mein bhi yahi hai.</w:t>
      </w:r>
    </w:p>
    <w:p>
      <w:pPr>
        <w:jc w:val="right"/>
      </w:pPr>
      <w:r>
        <w:t>ے۔ خدا کی یاد میں زندگی گزاریے، اسی میں سکون ہے۔ جی بائبل میں بھی یہی ہے: "مین کینٹ لیو بائی بریڈ الون۔" ہمم قرآن میں بھی یہی ہے۔</w:t>
      </w:r>
    </w:p>
    <w:p>
      <w:r>
        <w:rPr>
          <w:b/>
        </w:rPr>
        <w:t xml:space="preserve">[1:09:28] </w:t>
      </w:r>
      <w:r>
        <w:t>ji aap that brings us to the last question of today session. aap ne bhi jaise ah abhi kaha aur aap ne starting mein bhi kaha tha ke khuda ki marifat mein aap</w:t>
      </w:r>
    </w:p>
    <w:p>
      <w:pPr>
        <w:jc w:val="right"/>
      </w:pPr>
      <w:r>
        <w:t>جی آپ دیٹ برنگز اس ٹو دا لاسٹ کوسچن آف ٹوڈے سیشن۔ آپ نے بھی جیسے اہ ابھی کہا اور آپ نے سٹارٹنگ میں بھی کہا تھا کہ خدا کی معرفت میں آپ</w:t>
      </w:r>
    </w:p>
    <w:p>
      <w:r>
        <w:rPr>
          <w:b/>
        </w:rPr>
        <w:t xml:space="preserve">[1:09:39] </w:t>
      </w:r>
      <w:r>
        <w:t>jiyein. to aap we can say that the purpose of human life is is marifat and the life before death is beginning of marifat and life after death is the culmination of marifat.</w:t>
      </w:r>
    </w:p>
    <w:p>
      <w:pPr>
        <w:jc w:val="right"/>
      </w:pPr>
      <w:r>
        <w:t>جیئیں۔ تو آپ وی کین سے دیٹ دی پرپس آف ہیومن لائف از از معرفت اینڈ دا لائف بیفور ڈیتھ از بگننگ آف معرفت اینڈ لائف آفٹر ڈیتھ از دی کلمینیشن آف معرفت۔</w:t>
      </w:r>
    </w:p>
    <w:p>
      <w:r>
        <w:rPr>
          <w:b/>
        </w:rPr>
        <w:t xml:space="preserve">[1:09:53] </w:t>
      </w:r>
      <w:r>
        <w:t>ah but aap yahi aakhri sawal bhi hai isi ko le kar ke kya marifat jo hai, woh ah marne ke baad bhi jaari rahe gi?</w:t>
      </w:r>
    </w:p>
    <w:p>
      <w:pPr>
        <w:jc w:val="right"/>
      </w:pPr>
      <w:r>
        <w:t>اہ بٹ آپ یہی آخری سوال بھی ہے اسی کو لے کر کہ کیا معرفت جو ہے، وہ اہ مرنے کے بعد بھی جاری رہے گی؟</w:t>
      </w:r>
    </w:p>
    <w:p>
      <w:r>
        <w:rPr>
          <w:b/>
        </w:rPr>
        <w:t xml:space="preserve">[1:10:01] </w:t>
      </w:r>
      <w:r>
        <w:t>ah is ke bare mein aap bataein.</w:t>
      </w:r>
    </w:p>
    <w:p>
      <w:pPr>
        <w:jc w:val="right"/>
      </w:pPr>
      <w:r>
        <w:t>اہ اس کے بارے میں آپ بتائیں۔</w:t>
      </w:r>
    </w:p>
    <w:p>
      <w:r>
        <w:rPr>
          <w:b/>
        </w:rPr>
        <w:t xml:space="preserve">[1:10:04] </w:t>
      </w:r>
      <w:r>
        <w:t>is ke bare mein Maulana ne apni kitaab "kitaab marifat" par bohat achhe tareeqe se is ka shayad aakhri chapter hai. ji bohat achhe tareeqe se is par ah likha hai.</w:t>
      </w:r>
    </w:p>
    <w:p>
      <w:pPr>
        <w:jc w:val="right"/>
      </w:pPr>
      <w:r>
        <w:t>اس کے بارے میں مولانا نے اپنی کتاب "کتاب معرفت" پر بہت اچھے طریقے سے اس کا شاید آخری چیپٹر ہے۔ جی بہت اچھے طریقے سے اس پر اہ لکھا ہے۔</w:t>
      </w:r>
    </w:p>
    <w:p>
      <w:r>
        <w:rPr>
          <w:b/>
        </w:rPr>
        <w:t xml:space="preserve">[1:10:18] </w:t>
      </w:r>
      <w:r>
        <w:t>to insaan ka dekhiye, lamahdood dimaagh hai aur bare se bara scientist bhi do chaar paanch percent hi use kar pata hai.</w:t>
      </w:r>
    </w:p>
    <w:p>
      <w:pPr>
        <w:jc w:val="right"/>
      </w:pPr>
      <w:r>
        <w:t>تو انسان کا دیکھیے، لامحدود دماغ ہے اور بڑے سے بڑا سائنٹسٹ بھی دو چار پانچ پرسنٹ ہی یوز کر پاتا ہے۔</w:t>
      </w:r>
    </w:p>
    <w:p>
      <w:r>
        <w:rPr>
          <w:b/>
        </w:rPr>
        <w:t xml:space="preserve">[1:10:27] </w:t>
      </w:r>
      <w:r>
        <w:t>to ab Allah taala ne koi bhi cheez bilawaja to nahin banai.</w:t>
      </w:r>
    </w:p>
    <w:p>
      <w:pPr>
        <w:jc w:val="right"/>
      </w:pPr>
      <w:r>
        <w:t>تو اب اللہ تعالی نے کوئی بھی چیز بلاوجہ تو نہیں بنائی۔</w:t>
      </w:r>
    </w:p>
    <w:p>
      <w:r>
        <w:rPr>
          <w:b/>
        </w:rPr>
        <w:t xml:space="preserve">[1:10:32] </w:t>
      </w:r>
      <w:r>
        <w:t>har cheez ab janwaron ko dekhiye, un ke instinct mein itna hi rehta hai jitni un ko zaroorat hai. to insaan ko itni zyada kyun diya gaya?</w:t>
      </w:r>
    </w:p>
    <w:p>
      <w:pPr>
        <w:jc w:val="right"/>
      </w:pPr>
      <w:r>
        <w:t>ہر چیز اب جانوروں کو دیکھیے، ان کے انسٹنکٹ میں اتنا ہی رہتا ہے جتنی ان کو ضرورت ہے۔ تو انسان کو اتنی زیادہ کیوں دیا گیا؟</w:t>
      </w:r>
    </w:p>
    <w:p>
      <w:r>
        <w:rPr>
          <w:b/>
        </w:rPr>
        <w:t xml:space="preserve">[1:10:42] </w:t>
      </w:r>
      <w:r>
        <w:t>ah dimaagh is ka matlab hai ke woh dimaagh ah jo hai, woh kahin na kahin is ka istemal hoga. to woh jo lamahdood dimaagh Allah ne diya hai, to woh yahan istemal ho nahin raha hai kyunke yahan ki limitations hain.</w:t>
      </w:r>
    </w:p>
    <w:p>
      <w:pPr>
        <w:jc w:val="right"/>
      </w:pPr>
      <w:r>
        <w:t>اہ دماغ اس کا مطلب ہے کہ وہ دماغ اہ جو ہے، وہ کہیں نہ کہیں اس کا استعمال ہوگا۔ تو وہ جو لامحدود دماغ اللہ نے دیا ہے، تو وہ یہاں استعمال ہو نہیں رہا ہے کیونکہ یہاں کی لیمیٹیشنز ہیں۔</w:t>
      </w:r>
    </w:p>
    <w:p>
      <w:r>
        <w:rPr>
          <w:b/>
        </w:rPr>
        <w:t xml:space="preserve">[1:10:57] </w:t>
      </w:r>
      <w:r>
        <w:t>to is limitations har tarah ki hain: maut hai, barhapa hai, accident hai, bimari hai.</w:t>
      </w:r>
    </w:p>
    <w:p>
      <w:pPr>
        <w:jc w:val="right"/>
      </w:pPr>
      <w:r>
        <w:t>تو اس لیمیٹیشنز ہر طرح کی ہیں: موت ہے، بڑھاپا ہے، ایکسیڈنٹ ہے، بیماری ہے۔</w:t>
      </w:r>
    </w:p>
    <w:p>
      <w:r>
        <w:rPr>
          <w:b/>
        </w:rPr>
        <w:t xml:space="preserve">[1:11:02] </w:t>
      </w:r>
      <w:r>
        <w:t>yeh sari limitations hain. to is tareeqe se hamari jo creation plan hai, jo Allah taala ne hamein bataya hai, peghambaron ne bataya hai, is ke do phase hain: ek to yeh present world hai aur ek jo hai akhirat ki dunya hai.</w:t>
      </w:r>
    </w:p>
    <w:p>
      <w:pPr>
        <w:jc w:val="right"/>
      </w:pPr>
      <w:r>
        <w:t>یہ ساری لیمیٹیشنز ہیں۔ تو اس طریقے سے ہماری جو کریشن پلان ہے، جو اللہ تعالی نے ہمیں بتایا ہے، پیغمبروں نے بتایا ہے، اس کے دو فیز ہیں: ایک تو یہ پریزنٹ ورلڈ ہے اور ایک جو ہے آخرت کی دنیا ہے۔</w:t>
      </w:r>
    </w:p>
    <w:p>
      <w:r>
        <w:rPr>
          <w:b/>
        </w:rPr>
        <w:t xml:space="preserve">[1:11:18] </w:t>
      </w:r>
      <w:r>
        <w:t>to present world mein aaghaz hoga marifat ka aur akhirat ki dunya mein is ki takmeel hogi.</w:t>
      </w:r>
    </w:p>
    <w:p>
      <w:pPr>
        <w:jc w:val="right"/>
      </w:pPr>
      <w:r>
        <w:t>تو پریزنٹ ورلڈ میں آغاز ہوگا معرفت کا اور آخرت کی دنیا میں اس کی تکمیل ہوگی۔</w:t>
      </w:r>
    </w:p>
    <w:p>
      <w:r>
        <w:rPr>
          <w:b/>
        </w:rPr>
        <w:t xml:space="preserve">[1:11:26] </w:t>
      </w:r>
      <w:r>
        <w:t>to is dunya mein jo hai asal jo kaam hai is dunya mein woh hai jaise companies ke liye recruitment kiya jata hai, waise hi yahan par deserving candidate ka recruitment ho raha hai, selection ho raha hai.</w:t>
      </w:r>
    </w:p>
    <w:p>
      <w:pPr>
        <w:jc w:val="right"/>
      </w:pPr>
      <w:r>
        <w:t>تو اس دنیا میں جو ہے اصل جو کام ہے اس دنیا میں وہ ہے جیسے کمپنیز کے لیے ریکروٹمنٹ کیا جاتا ہے، ویسے ہی یہاں پر ڈیزرونگ کینڈیڈیٹ کا ریکروٹمنٹ ہو رہا ہے، سلیکشن ہو رہا ہے۔</w:t>
      </w:r>
    </w:p>
    <w:p>
      <w:r>
        <w:rPr>
          <w:b/>
        </w:rPr>
        <w:t xml:space="preserve">[1:11:39] </w:t>
      </w:r>
      <w:r>
        <w:t>aur jitne competent log hain, woh sab alag kar diye jayen ge, chhaant ke, aur aur phir unhi ko akhirat mein mauqa mile ga kaam karne ka.</w:t>
      </w:r>
    </w:p>
    <w:p>
      <w:pPr>
        <w:jc w:val="right"/>
      </w:pPr>
      <w:r>
        <w:t>اور جتنے کمپیٹنٹ لوگ ہیں، وہ سب الگ کر دیے جائیں گے، چھانٹ کے، اور اور پھر انہی کو آخرت میں موقع ملے گا کام کرنے کا۔</w:t>
      </w:r>
    </w:p>
    <w:p>
      <w:r>
        <w:rPr>
          <w:b/>
        </w:rPr>
        <w:t xml:space="preserve">[1:11:53] </w:t>
      </w:r>
      <w:r>
        <w:t>to doosri dunya mein jo ek to insaan ko keh keh ki sari limitations khatam ho hi jayen gi, aur doosri dunya mein farishtay khul kar hamara saath den ge.</w:t>
      </w:r>
    </w:p>
    <w:p>
      <w:pPr>
        <w:jc w:val="right"/>
      </w:pPr>
      <w:r>
        <w:t>تو دوسری دنیا میں جو ایک تو انسان کو کہ کہ کی ساری لیمیٹیشنز ختم ہو ہی جائیں گی، اور دوسری دنیا میں فرشتے کھل کر ہمارا ساتھ دیں گے۔</w:t>
      </w:r>
    </w:p>
    <w:p>
      <w:r>
        <w:rPr>
          <w:b/>
        </w:rPr>
        <w:t xml:space="preserve">[1:12:03] </w:t>
      </w:r>
      <w:r>
        <w:t>ji wahan farishtay invisible nahin honge, visible honge. yahan to invisible hain hamara. jab hum kabhi bohat maslay mein par jate hain, museebat mein par jate hain to farishtay saath dete hain,</w:t>
      </w:r>
    </w:p>
    <w:p>
      <w:pPr>
        <w:jc w:val="right"/>
      </w:pPr>
      <w:r>
        <w:t>جی وہاں فرشتے انویزیبل نہیں ہوں گے، ویزیبل ہوں گے۔ یہاں تو انویزیبل ہیں ہمارا۔ جب ہم کبھی بہت مسئلے میں پڑ جاتے ہیں، مصیبت میں پڑ جاتے ہیں تو فرشتے ساتھ دیتے ہیں،</w:t>
      </w:r>
    </w:p>
    <w:p>
      <w:r>
        <w:rPr>
          <w:b/>
        </w:rPr>
        <w:t xml:space="preserve">[1:12:16] </w:t>
      </w:r>
      <w:r>
        <w:t>lekin wahan par hamare saath honge farishtay aur hamara poori madad karen ge. aur wahan koi thakan nahin hogi, kuch nahin.</w:t>
      </w:r>
    </w:p>
    <w:p>
      <w:pPr>
        <w:jc w:val="right"/>
      </w:pPr>
      <w:r>
        <w:t>لیکن وہاں پر ہمارے ساتھ ہوں گے فرشتے اور ہمارا پوری مدد کریں گے۔ اور وہاں کوئی تھکان نہیں ہوگی، کچھ نہیں۔</w:t>
      </w:r>
    </w:p>
    <w:p>
      <w:r>
        <w:rPr>
          <w:b/>
        </w:rPr>
        <w:t xml:space="preserve">[1:12:25] </w:t>
      </w:r>
      <w:r>
        <w:t>wahan bohat hi joyful activities hongi. yeh joyful activities quran mein aaya hai ke wahan par log bohat sar garam honge, safar karen ge, har kaam karen ge, Allah ki raza ke mutabiq har kaam karen ge, lekin koi thakan nahin hogi, koi kuch nahin hoga.</w:t>
      </w:r>
    </w:p>
    <w:p>
      <w:pPr>
        <w:jc w:val="right"/>
      </w:pPr>
      <w:r>
        <w:t>وہاں بہت ہی جوائے فل ایکٹیویٹیز ہوں گی۔ یہ جوائے فل ایکٹیویٹیز قرآن میں آیا ہے کہ وہاں پر لوگ بہت سرگرم ہوں گے، سفر کریں گے، ہر کام کریں گے، اللہ کی رضا کے مطابق ہر کام کریں گے، لیکن کوئی تھکن نہیں ہوگی، کوئی کچھ نہیں ہوگا۔</w:t>
      </w:r>
    </w:p>
    <w:p>
      <w:r>
        <w:rPr>
          <w:b/>
        </w:rPr>
        <w:t xml:space="preserve">[1:12:44] </w:t>
      </w:r>
      <w:r>
        <w:t>is mein ek aaya hai ke wahan par jab mard log jayen ge shopping karne to wahan se ayen ge to woh aur khoobsurat lag rahe honge.</w:t>
      </w:r>
    </w:p>
    <w:p>
      <w:pPr>
        <w:jc w:val="right"/>
      </w:pPr>
      <w:r>
        <w:t>اس میں ایک آیا ہے کہ وہاں پر جب مرد لوگ جائیں گے شاپنگ کرنے تو وہاں سے آئیں گے تو وہ اور خوبصورت لگ رہے ہوں گے۔</w:t>
      </w:r>
    </w:p>
    <w:p>
      <w:r>
        <w:rPr>
          <w:b/>
        </w:rPr>
        <w:t xml:space="preserve">[1:12:53] </w:t>
      </w:r>
      <w:r>
        <w:t>un ki biwiyan kahen gi: "ab to aur zyada achhe lag rahe hain." to ab yahan dekhiye, shopping karne aap jate hain, kitna thak thaka ke ate hain. ji aur halat kharab ho jati hai.</w:t>
      </w:r>
    </w:p>
    <w:p>
      <w:pPr>
        <w:jc w:val="right"/>
      </w:pPr>
      <w:r>
        <w:t>ان کی بیویاں کہیں گی: "اب تو اور زیادہ اچھے لگ رہے ہیں۔" تو اب یہاں دیکھیے، شاپنگ کرنے آپ جاتے ہیں، کتنا تھک تھکا کے آتے ہیں۔ جی اور حالت خراب ہو جاتی ہے۔</w:t>
      </w:r>
    </w:p>
    <w:p>
      <w:r>
        <w:rPr>
          <w:b/>
        </w:rPr>
        <w:t xml:space="preserve">[1:13:03] </w:t>
      </w:r>
      <w:r>
        <w:t>to wahan par jo bhi activities hongi, wahan aap bahut hi joyful activities hongi. wo</w:t>
      </w:r>
    </w:p>
    <w:p>
      <w:pPr>
        <w:jc w:val="right"/>
      </w:pPr>
      <w:r>
        <w:t>تو وہاں پر جو بھی ایکٹیویٹیز ہوں گی، وہاں آپ بہت ہی جوائے فل ایکٹیویٹیز ہوں گی۔ وہ</w:t>
      </w:r>
    </w:p>
    <w:p>
      <w:r>
        <w:rPr>
          <w:b/>
        </w:rPr>
        <w:t xml:space="preserve">[1:13:10] </w:t>
      </w:r>
      <w:r>
        <w:t>ji to is tarike se insan jo hai, wahan par farishton ki madad se aala rohani jo hai tajrubaat is ko honge.</w:t>
      </w:r>
    </w:p>
    <w:p>
      <w:pPr>
        <w:jc w:val="right"/>
      </w:pPr>
      <w:r>
        <w:t>جی تو اس طریقے سے انسان جو ہے، وہاں پر فرشتوں کی مدد سے اعلیٰ روحانی جو ہے تجربات اس کو ہوں گے۔</w:t>
      </w:r>
    </w:p>
    <w:p>
      <w:r>
        <w:rPr>
          <w:b/>
        </w:rPr>
        <w:t xml:space="preserve">[1:13:21] </w:t>
      </w:r>
      <w:r>
        <w:t>musalsal marifat ka safar hoga, wahan neend bhi nahi aayegi. jab itni zyada wahan khushiyan hongi to khushi mein neend kahan ati hai</w:t>
      </w:r>
    </w:p>
    <w:p>
      <w:pPr>
        <w:jc w:val="right"/>
      </w:pPr>
      <w:r>
        <w:t>مسلسل معرفت کا سفر ہوگا، وہاں نیند بھی نہیں آئے گی۔ جب اتنی زیادہ وہاں خوشیاں ہوں گی تو خوشی میں نیند کہاں آتی ہے</w:t>
      </w:r>
    </w:p>
    <w:p>
      <w:r>
        <w:rPr>
          <w:b/>
        </w:rPr>
        <w:t xml:space="preserve">[1:13:29] </w:t>
      </w:r>
      <w:r>
        <w:t>? to wahan par insan musalsal sargaram rahega Khuda ki marifat hasil karne ke liye. aur jab Khuda kabhi kabhi apni jhalakiyan dikhayega to phir insan ab wo sari jo jannat ki khushiyan hain, wo bhi bhool jayega Khuda ki jhalakiyan dekh kar ke.</w:t>
      </w:r>
    </w:p>
    <w:p>
      <w:pPr>
        <w:jc w:val="right"/>
      </w:pPr>
      <w:r>
        <w:t>؟ تو وہاں پر انسان مسلسل سرگرم رہے گا خدا کی معرفت حاصل کرنے کے لیے۔ اور جب خدا کبھی کبھی اپنی جھلکیاں دکھائے گا تو پھر انسان اب وہ ساری جو جنت کی خوشیاں ہیں، وہ بھی بھول جائے گا خدا کی جھلکیاں دیکھ کر کے۔</w:t>
      </w:r>
    </w:p>
    <w:p>
      <w:r>
        <w:rPr>
          <w:b/>
        </w:rPr>
        <w:t xml:space="preserve">[1:13:45] </w:t>
      </w:r>
      <w:r>
        <w:t>ji to wahan par jo Maulana kehte the "spiritual empire" to us ki beginning yahan hai aur spiritual empire banegi aa</w:t>
      </w:r>
    </w:p>
    <w:p>
      <w:pPr>
        <w:jc w:val="right"/>
      </w:pPr>
      <w:r>
        <w:t>جی تو وہاں پر جو مولانا کہتے تھے "اسپریچول ایمپائر" تو اس کی بگننگ یہاں ہے اور اسپیریچول ایمپائر بنے گی آ</w:t>
      </w:r>
    </w:p>
    <w:p>
      <w:r>
        <w:rPr>
          <w:b/>
        </w:rPr>
        <w:t xml:space="preserve">[1:13:55] </w:t>
      </w:r>
      <w:r>
        <w:t>khirat mein. to hamein yahi chahiye, yahi ek hi shart hai ke insan Khuda ke plan ko samjhe aur us ke mutabiq apna safar jari rakhe.</w:t>
      </w:r>
    </w:p>
    <w:p>
      <w:pPr>
        <w:jc w:val="right"/>
      </w:pPr>
      <w:r>
        <w:t>خرت میں۔ تو ہمیں یہی چاہیے، یہی ایک ہی شرط ہے کہ انسان خدا کے پلان کو سمجھے اور اس کے مطابق اپنا سفر جاری رکھے۔</w:t>
      </w:r>
    </w:p>
    <w:p>
      <w:r>
        <w:rPr>
          <w:b/>
        </w:rPr>
        <w:t xml:space="preserve">[1:14:07] </w:t>
      </w:r>
      <w:r>
        <w:t>aur yeh safar jannat mein eternally, eternally jari rahega. wo logon ne sahi kaha hai ke agar hum khali sofa pe baith ke khate peete rahein to bore to ho hi jayenge.</w:t>
      </w:r>
    </w:p>
    <w:p>
      <w:pPr>
        <w:jc w:val="right"/>
      </w:pPr>
      <w:r>
        <w:t>اور یہ سفر جنت میں ایٹرنلی، ایٹرنلی جاری رہے گا۔ وہ لوگوں نے صحیح کہا ہے کہ اگر ہم خالی صوفے پہ بیٹھ کے کھاتے پیتے رہیں تو بور تو ہو ہی جائیں گے۔</w:t>
      </w:r>
    </w:p>
    <w:p>
      <w:r>
        <w:rPr>
          <w:b/>
        </w:rPr>
        <w:t xml:space="preserve">[1:14:17] </w:t>
      </w:r>
      <w:r>
        <w:t>to wo bore nahi hone ka hai. wahan</w:t>
      </w:r>
    </w:p>
    <w:p>
      <w:pPr>
        <w:jc w:val="right"/>
      </w:pPr>
      <w:r>
        <w:t>تو وہ بور نہیں ہونے کا ہے۔ وہاں</w:t>
      </w:r>
    </w:p>
    <w:p>
      <w:r>
        <w:rPr>
          <w:b/>
        </w:rPr>
        <w:t xml:space="preserve">[1:14:19] </w:t>
      </w:r>
      <w:r>
        <w:t>par ab Maulana ne bataya ke wahan musalsal joyful activities hongi aur marifat ki, Khuda ki marifat wali activities hongi.</w:t>
      </w:r>
    </w:p>
    <w:p>
      <w:pPr>
        <w:jc w:val="right"/>
      </w:pPr>
      <w:r>
        <w:t>پر اب مولانا نے بتایا کہ وہاں مسلسل جوائے فل ایکٹیویٹیز ہوں گی اور معرفت کی، خدا کی معرفت والی ایکٹیویٹیز ہوں گی۔</w:t>
      </w:r>
    </w:p>
    <w:p>
      <w:r>
        <w:rPr>
          <w:b/>
        </w:rPr>
        <w:t xml:space="preserve">[1:14:29] </w:t>
      </w:r>
      <w:r>
        <w:t>to is tarike se jannat mein hum apna musalsal spiritual development karte rahenge. ji jaisa ke Allah aap ko "for doing a very detailed session in today topic".</w:t>
      </w:r>
    </w:p>
    <w:p>
      <w:pPr>
        <w:jc w:val="right"/>
      </w:pPr>
      <w:r>
        <w:t>تو اس طریقے سے جنت میں ہم اپنا مسلسل اسپیریچول ڈیویلپمنٹ کرتے رہیں گے۔ جی جیسا کہ اللہ آپ کو "فور ڈوئنگ ا ویری ڈیٹیلڈ سیشن ان ٹوڈے ٹاپک"۔</w:t>
      </w:r>
    </w:p>
    <w:p>
      <w:r>
        <w:rPr>
          <w:b/>
        </w:rPr>
        <w:t xml:space="preserve">[1:14:42] </w:t>
      </w:r>
      <w:r>
        <w:t>so we with this we will end today class. thank you for watching aur</w:t>
      </w:r>
    </w:p>
    <w:p>
      <w:pPr>
        <w:jc w:val="right"/>
      </w:pPr>
      <w:r>
        <w:t>سو وی ود دس وی ویل اینڈ ٹوڈے کلاس۔ تھینک یو فار واچنگ اور</w:t>
      </w:r>
    </w:p>
    <w:p>
      <w:r>
        <w:rPr>
          <w:b/>
        </w:rPr>
        <w:t xml:space="preserve">[1:14:47] </w:t>
      </w:r>
      <w:r>
        <w:t>program. be back next sunday same time. thank you.</w:t>
      </w:r>
    </w:p>
    <w:p>
      <w:pPr>
        <w:jc w:val="right"/>
      </w:pPr>
      <w:r>
        <w:t>پروگرام۔ بی بیک نیکسٹ سنڈے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