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Religious Understanding October 18, 2015</w:t>
      </w:r>
    </w:p>
    <w:p>
      <w:r>
        <w:t>https://youtu.be/cPqp_bo-GU0</w:t>
      </w:r>
    </w:p>
    <w:p>
      <w:r>
        <w:rPr>
          <w:b/>
        </w:rPr>
        <w:t xml:space="preserve">[00:14] </w:t>
      </w:r>
      <w:r>
        <w:t>Bismillah al-Rahman al-Rahim, wa salla Allahu ala Nabi al-Karim.</w:t>
      </w:r>
    </w:p>
    <w:p>
      <w:pPr>
        <w:jc w:val="right"/>
      </w:pPr>
      <w:r>
        <w:t>بسم اللہ الرحمن الرحیم، وصلی اللہ علی نبی الکریم۔</w:t>
      </w:r>
    </w:p>
    <w:p>
      <w:r>
        <w:rPr>
          <w:b/>
        </w:rPr>
        <w:t xml:space="preserve">[00:23]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[00:35] </w:t>
      </w:r>
      <w:r>
        <w:t>15 November 2015.</w:t>
      </w:r>
    </w:p>
    <w:p>
      <w:pPr>
        <w:jc w:val="right"/>
      </w:pPr>
      <w:r>
        <w:t>15 نومبر 2015۔</w:t>
      </w:r>
    </w:p>
    <w:p>
      <w:r>
        <w:rPr>
          <w:b/>
        </w:rPr>
        <w:t xml:space="preserve">[00:43] </w:t>
      </w:r>
      <w:r>
        <w:t>aap jante hain ke aaj kal khabron mein sab se zyada charcha France ka aur Beirut ka hai.</w:t>
      </w:r>
    </w:p>
    <w:p>
      <w:pPr>
        <w:jc w:val="right"/>
      </w:pPr>
      <w:r>
        <w:t>آپ جانتے ہیں کہ آج کل خبروں میں سب سے زیادہ چرچا فرانس کا اور بیروت کا ہے۔</w:t>
      </w:r>
    </w:p>
    <w:p>
      <w:r>
        <w:rPr>
          <w:b/>
        </w:rPr>
        <w:t xml:space="preserve">[00:59] </w:t>
      </w:r>
      <w:r>
        <w:t>France mein 6 jagah par</w:t>
      </w:r>
    </w:p>
    <w:p>
      <w:pPr>
        <w:jc w:val="right"/>
      </w:pPr>
      <w:r>
        <w:t>فرانس میں 6 جگہ پر</w:t>
      </w:r>
    </w:p>
    <w:p>
      <w:r>
        <w:rPr>
          <w:b/>
        </w:rPr>
        <w:t xml:space="preserve">[01:06] </w:t>
      </w:r>
      <w:r>
        <w:t>attack kiya gaya,</w:t>
      </w:r>
    </w:p>
    <w:p>
      <w:pPr>
        <w:jc w:val="right"/>
      </w:pPr>
      <w:r>
        <w:t>اٹیک کیا گیا،</w:t>
      </w:r>
    </w:p>
    <w:p>
      <w:r>
        <w:rPr>
          <w:b/>
        </w:rPr>
        <w:t xml:space="preserve">[01:10] </w:t>
      </w:r>
      <w:r>
        <w:t>80 Beirut mein kiya gaya.</w:t>
      </w:r>
    </w:p>
    <w:p>
      <w:pPr>
        <w:jc w:val="right"/>
      </w:pPr>
      <w:r>
        <w:t>80 بیروت میں کیا گیا۔</w:t>
      </w:r>
    </w:p>
    <w:p>
      <w:r>
        <w:rPr>
          <w:b/>
        </w:rPr>
        <w:t xml:space="preserve">[01:14] </w:t>
      </w:r>
      <w:r>
        <w:t>yeh mere haath mein aaj ka akhbar hai, yani 15 November ka. is mein jo report hai us mein yeh hai ke France mein jo logon ne attack kiya aur sankron logon ko maar dala,</w:t>
      </w:r>
    </w:p>
    <w:p>
      <w:pPr>
        <w:jc w:val="right"/>
      </w:pPr>
      <w:r>
        <w:t>یہ میرے ہاتھ میں آج کا اخبار ہے، یعنی 15 نومبر کا۔ اس میں جو رپورٹ ہے اس میں یہ ہے کہ فرانس میں جو لوگوں نے اٹیک کیا اور سینکڑوں لوگوں کو مار ڈالا،</w:t>
      </w:r>
    </w:p>
    <w:p>
      <w:r>
        <w:rPr>
          <w:b/>
        </w:rPr>
        <w:t xml:space="preserve">[01:32] </w:t>
      </w:r>
      <w:r>
        <w:t>to reporter kehta hai ke "there were shouts of Allah Akbar".</w:t>
      </w:r>
    </w:p>
    <w:p>
      <w:pPr>
        <w:jc w:val="right"/>
      </w:pPr>
      <w:r>
        <w:t>تو رپورٹر کہتا ہے کہ "دیر وار شاؤٹس آف اللہ اکبر"۔</w:t>
      </w:r>
    </w:p>
    <w:p>
      <w:r>
        <w:rPr>
          <w:b/>
        </w:rPr>
        <w:t xml:space="preserve">[01:41] </w:t>
      </w:r>
      <w:r>
        <w:t>yani wahan sunne walon ne suna ke Allah Akbar ke nare lag rahe hain, yani insanon ko maar rahe hain aur nare Allah Akbar ka hai.</w:t>
      </w:r>
    </w:p>
    <w:p>
      <w:pPr>
        <w:jc w:val="right"/>
      </w:pPr>
      <w:r>
        <w:t>یعنی وہاں سننے والوں نے سنا کہ اللہ اکبر کے نعرے لگ رہے ہیں، یعنی انسانوں کو مار رہے ہیں اور نعرہ اللہ اکبر کا ہے۔</w:t>
      </w:r>
    </w:p>
    <w:p>
      <w:r>
        <w:rPr>
          <w:b/>
        </w:rPr>
        <w:t xml:space="preserve">[01:52] </w:t>
      </w:r>
      <w:r>
        <w:t>bahut ajeeb baat hai. yani yeh Quran mein hai ke ek shakhs ko marna sare insanon ko maar dalna hai. to yeh kaun sa Islam hai, kaun sa deen hai?</w:t>
      </w:r>
    </w:p>
    <w:p>
      <w:pPr>
        <w:jc w:val="right"/>
      </w:pPr>
      <w:r>
        <w:t>بہت عجیب بات ہے۔ یعنی یہ قرآن میں ہے کہ ایک شخص کو مارنا سارے انسانوں کو مار ڈالنا ہے۔ تو یہ کون سا اسلام ہے، کون سا دین ہے؟</w:t>
      </w:r>
    </w:p>
    <w:p>
      <w:r>
        <w:rPr>
          <w:b/>
        </w:rPr>
        <w:t xml:space="preserve">[02:03] </w:t>
      </w:r>
      <w:r>
        <w:t>Allah ka deen to yeh nahi.</w:t>
      </w:r>
    </w:p>
    <w:p>
      <w:pPr>
        <w:jc w:val="right"/>
      </w:pPr>
      <w:r>
        <w:t>اللہ کا دین تو یہ ہے نہیں۔</w:t>
      </w:r>
    </w:p>
    <w:p>
      <w:r>
        <w:rPr>
          <w:b/>
        </w:rPr>
        <w:t xml:space="preserve">[02:11] </w:t>
      </w:r>
      <w:r>
        <w:t>to amalan keh rahe hain ke "ghair Allah Akbar". Khuda ka sawab koi cheez un ke paas hai jis ko wo bada samajhte hain, lekin keh rahe hain Allah Akbar.</w:t>
      </w:r>
    </w:p>
    <w:p>
      <w:pPr>
        <w:jc w:val="right"/>
      </w:pPr>
      <w:r>
        <w:t>تو عملاً کہہ رہے ہیں کہ "غیر اللہ اکبر"۔ خدا کا ثواب کوئی چیز ان کے پاس ہے جس کو وہ بڑا سمجھتے ہیں، لیکن کہہ رہے ہیں اللہ اکبر۔</w:t>
      </w:r>
    </w:p>
    <w:p>
      <w:r>
        <w:rPr>
          <w:b/>
        </w:rPr>
        <w:t xml:space="preserve">[02:29] </w:t>
      </w:r>
      <w:r>
        <w:t>mein samajhta hoon ke hamare zamane ka sab se bada masla yahi hai ke Allah ko manne wale aur Islam ko manne wale violent ho gaye hain.</w:t>
      </w:r>
    </w:p>
    <w:p>
      <w:pPr>
        <w:jc w:val="right"/>
      </w:pPr>
      <w:r>
        <w:t>میں سمجھتا ہوں کہ ہمارے زمانے کا سب سے بڑا مسئلہ یہی ہے کہ اللہ کو ماننے والے اور اسلام کو ماننے والے وائلنٹ ہو گئے ہیں۔</w:t>
      </w:r>
    </w:p>
    <w:p>
      <w:r>
        <w:rPr>
          <w:b/>
        </w:rPr>
        <w:t xml:space="preserve">[02:46] </w:t>
      </w:r>
      <w:r>
        <w:t>aaye din khabron mein news aati rehti hai, kabhi woh non believers ko maarte hain, kabhi khud muslim ko maarte hain.</w:t>
      </w:r>
    </w:p>
    <w:p>
      <w:pPr>
        <w:jc w:val="right"/>
      </w:pPr>
      <w:r>
        <w:t>آئے دن خبروں میں نیوز آتی رہتی ہے، کبھی وہ نان بیلیورز کو مارتے ہیں، کبھی خود مسلم کو مارتے ہیں۔</w:t>
      </w:r>
    </w:p>
    <w:p>
      <w:r>
        <w:rPr>
          <w:b/>
        </w:rPr>
        <w:t xml:space="preserve">[02:58] </w:t>
      </w:r>
      <w:r>
        <w:t>masjid mein, qabristan mein, har jagah violence ki khabrein daily aa rahi hain.</w:t>
      </w:r>
    </w:p>
    <w:p>
      <w:pPr>
        <w:jc w:val="right"/>
      </w:pPr>
      <w:r>
        <w:t>مسجد میں، قبرستان میں، ہر جگہ وائلنس کی خبریں ڈیلی آ رہی ہیں۔</w:t>
      </w:r>
    </w:p>
    <w:p>
      <w:r>
        <w:rPr>
          <w:b/>
        </w:rPr>
        <w:t xml:space="preserve">[03:09] </w:t>
      </w:r>
      <w:r>
        <w:t>is maamle mein ulma ne abhi tak apna role ada nahi kiya hai. is se pehle aise waqiyat hue hain ke ulma ne</w:t>
      </w:r>
    </w:p>
    <w:p>
      <w:pPr>
        <w:jc w:val="right"/>
      </w:pPr>
      <w:r>
        <w:t>اس معاملے میں علماء نے ابھی تک اپنا رول ادا نہیں کیا ہے۔ اس سے پہلے ایسے واقعات ہوئے ہیں کہ علماء نے</w:t>
      </w:r>
    </w:p>
    <w:p>
      <w:r>
        <w:rPr>
          <w:b/>
        </w:rPr>
        <w:t xml:space="preserve">[03:22] </w:t>
      </w:r>
      <w:r>
        <w:t>ittefaqe raaye se fatwe diye hain.</w:t>
      </w:r>
    </w:p>
    <w:p>
      <w:pPr>
        <w:jc w:val="right"/>
      </w:pPr>
      <w:r>
        <w:t>اتفاق رائے سے فتوے دیے ہیں۔</w:t>
      </w:r>
    </w:p>
    <w:p>
      <w:r>
        <w:rPr>
          <w:b/>
        </w:rPr>
        <w:t xml:space="preserve">[03:25] </w:t>
      </w:r>
      <w:r>
        <w:t>is waqt aise fatwe nahi aa rahe hain. agar saari duniya ke ulma mil kar kahein ke yeh jo kuch ho raha hai is ka Allah se koi talluq nahi hai, yeh Islam se koi talluq nahi hai, yeh Islam mein sarr se jaiz hi nahi hai,</w:t>
      </w:r>
    </w:p>
    <w:p>
      <w:pPr>
        <w:jc w:val="right"/>
      </w:pPr>
      <w:r>
        <w:t>اس وقت ایسے فتوے نہیں آ رہے ہیں۔ اگر ساری دنیا کے علماء مل کر کہیں کہ یہ جو کچھ ہو رہا ہے اس کا اللہ سے کوئی تعلق نہیں ہے، یہ اسلام سے کوئی تعلق نہیں ہے، یہ اسلام میں سرے سے جائز ہی نہیں ہے،</w:t>
      </w:r>
    </w:p>
    <w:p>
      <w:r>
        <w:rPr>
          <w:b/>
        </w:rPr>
        <w:t xml:space="preserve">[03:44] </w:t>
      </w:r>
      <w:r>
        <w:t>toh yeh khair yeh ruk jayega inshallah.</w:t>
      </w:r>
    </w:p>
    <w:p>
      <w:pPr>
        <w:jc w:val="right"/>
      </w:pPr>
      <w:r>
        <w:t>تو یہ خیر یہ رک جائے گا انشاءاللہ۔</w:t>
      </w:r>
    </w:p>
    <w:p>
      <w:r>
        <w:rPr>
          <w:b/>
        </w:rPr>
        <w:t xml:space="preserve">[03:52] </w:t>
      </w:r>
      <w:r>
        <w:t>toh main samajhta hoon ke waqt ka sab se bara taqaza yeh hai ke saari duniya ke ulma mil kar yeh fatwa dein ke yeh sab jo kuch ho raha hai yeh is ka na ikhlas se koi talluq hai, na Islam se koi talluq hai, na Quran se koi talluq hai.</w:t>
      </w:r>
    </w:p>
    <w:p>
      <w:pPr>
        <w:jc w:val="right"/>
      </w:pPr>
      <w:r>
        <w:t>تو میں سمجھتا ہوں کہ وقت کا سب سے بڑا تقاضا یہ ہے کہ ساری دنیا کے علماء مل کر یہ فتویٰ دیں کہ یہ سب جو کچھ ہو رہا ہے یہ اس کا نہ اخلاص سے کوئی تعلق ہے، نہ اسلام سے کوئی تعلق ہے، نہ قرآن سے کوئی تعلق ہے۔</w:t>
      </w:r>
    </w:p>
    <w:p>
      <w:r>
        <w:rPr>
          <w:b/>
        </w:rPr>
        <w:t xml:space="preserve">[04:13] </w:t>
      </w:r>
      <w:r>
        <w:t>is ko har aadmi ko chahiye ke is ko condemn kare,</w:t>
      </w:r>
    </w:p>
    <w:p>
      <w:pPr>
        <w:jc w:val="right"/>
      </w:pPr>
      <w:r>
        <w:t>اس کو ہر آدمی کو چاہیے کہ اس کو کنڈم کرے،</w:t>
      </w:r>
    </w:p>
    <w:p>
      <w:r>
        <w:rPr>
          <w:b/>
        </w:rPr>
        <w:t xml:space="preserve">[04:19] </w:t>
      </w:r>
      <w:r>
        <w:t>khaas taur par ulma ko chahiye ke mutafqa tor par is ko condemn karein, is ke khilaaf fatwa dein.</w:t>
      </w:r>
    </w:p>
    <w:p>
      <w:pPr>
        <w:jc w:val="right"/>
      </w:pPr>
      <w:r>
        <w:t>خاص طور پر علماء کو چاہیے کہ متفقہ طور پر اس کو کنڈم کریں، اس کے خلاف فتویٰ دیں۔</w:t>
      </w:r>
    </w:p>
    <w:p>
      <w:r>
        <w:rPr>
          <w:b/>
        </w:rPr>
        <w:t xml:space="preserve">[04:29] </w:t>
      </w:r>
      <w:r>
        <w:t>yahan par yeh sochne ki baat hai ke kaise aisa hua ke musalmanon mein militancy aa gayi?</w:t>
      </w:r>
    </w:p>
    <w:p>
      <w:pPr>
        <w:jc w:val="right"/>
      </w:pPr>
      <w:r>
        <w:t>یہاں پر یہ سوچنے کی بات ہے کہ کیسے ایسا ہوا کہ مسلمانوں میں ملٹنسی آ گئی؟</w:t>
      </w:r>
    </w:p>
    <w:p>
      <w:r>
        <w:rPr>
          <w:b/>
        </w:rPr>
        <w:t xml:space="preserve">[04:39] </w:t>
      </w:r>
      <w:r>
        <w:t>kaise aisa hua? bohat hi anokhi baat yeh hai ke hadith mein is ki prediction maujood thi pehle se. Rasool Allah salallahu alaihi wasallam ne pehle se is ki peshangoi kar di thi.</w:t>
      </w:r>
    </w:p>
    <w:p>
      <w:pPr>
        <w:jc w:val="right"/>
      </w:pPr>
      <w:r>
        <w:t>کیسے ایسا ہوا؟ بہت ہی انوکھی بات یہ ہے کہ حدیث میں اس کی پریڈکشن موجود تھی پہلے سے۔ رسول اللہ صلی اللہ علیہ وسلم نے پہلے سے اس کی پیشنگوئی کر دی تھی۔</w:t>
      </w:r>
    </w:p>
    <w:p>
      <w:r>
        <w:rPr>
          <w:b/>
        </w:rPr>
        <w:t xml:space="preserve">[04:53] </w:t>
      </w:r>
      <w:r>
        <w:t>yeh peshangoi nahi thi, yeh warning thi, warning ke is se bacho ke tum violence culture mein phans jao.</w:t>
      </w:r>
    </w:p>
    <w:p>
      <w:pPr>
        <w:jc w:val="right"/>
      </w:pPr>
      <w:r>
        <w:t>یہ پیشنگوئی نہیں تھی، یہ وارننگ تھی، وارننگ کہ اس سے بچو کہ تم وائلنس کلچر میں پھنس جاؤ۔</w:t>
      </w:r>
    </w:p>
    <w:p>
      <w:r>
        <w:rPr>
          <w:b/>
        </w:rPr>
        <w:t xml:space="preserve">[05:06] </w:t>
      </w:r>
      <w:r>
        <w:t>hadith ke alfaaz yeh hain: "jab talwar meri ummat mein rakhi jayegi</w:t>
      </w:r>
    </w:p>
    <w:p>
      <w:pPr>
        <w:jc w:val="right"/>
      </w:pPr>
      <w:r>
        <w:t>حدیث کے الفاظ یہ ہیں: "اذا وضع سیف فی امتی</w:t>
      </w:r>
    </w:p>
    <w:p>
      <w:r>
        <w:rPr>
          <w:b/>
        </w:rPr>
        <w:t xml:space="preserve">[05:16] </w:t>
      </w:r>
      <w:r>
        <w:t>toh woh qayamat tak nahi uthayi jayegi".</w:t>
      </w:r>
    </w:p>
    <w:p>
      <w:pPr>
        <w:jc w:val="right"/>
      </w:pPr>
      <w:r>
        <w:t>لمیرفا عنہا حتی یوم القیامہ"۔</w:t>
      </w:r>
    </w:p>
    <w:p>
      <w:r>
        <w:rPr>
          <w:b/>
        </w:rPr>
        <w:t xml:space="preserve">[05:21] </w:t>
      </w:r>
      <w:r>
        <w:t>meri ummat mein jab</w:t>
      </w:r>
    </w:p>
    <w:p>
      <w:pPr>
        <w:jc w:val="right"/>
      </w:pPr>
      <w:r>
        <w:t>میری امت میں جب</w:t>
      </w:r>
    </w:p>
    <w:p>
      <w:r>
        <w:rPr>
          <w:b/>
        </w:rPr>
        <w:t xml:space="preserve">[05:25] </w:t>
      </w:r>
      <w:r>
        <w:t>talwar suit daakhil hogi, talwar, toh phir kabhi uthayi nahi jayegi. is par maine bohat gaur kiya ke hadith mein yeh peshangoi kyun hai.</w:t>
      </w:r>
    </w:p>
    <w:p>
      <w:pPr>
        <w:jc w:val="right"/>
      </w:pPr>
      <w:r>
        <w:t>سیف سوٹ داخل ہوگی، تلوار، تو پھر کبھی اٹھائی نہیں جائے گی۔ اس پر میں نے بہت غور کیا کہ حدیث میں یہ پیشنگوئی کیوں ہے۔</w:t>
      </w:r>
    </w:p>
    <w:p>
      <w:r>
        <w:rPr>
          <w:b/>
        </w:rPr>
        <w:t xml:space="preserve">[05:39] </w:t>
      </w:r>
      <w:r>
        <w:t>toh meri samajh mein aaya ke is ke sab se zyada responsible woh log hain jinhone Islam ka political interpretation diya.</w:t>
      </w:r>
    </w:p>
    <w:p>
      <w:pPr>
        <w:jc w:val="right"/>
      </w:pPr>
      <w:r>
        <w:t>تو میری سمجھ میں آیا کہ اس کے سب سے زیادہ ریسپانسبل وہ لوگ ہیں جنہوں نے اسلام کا پولیٹیکل انٹرپریشن دیا۔</w:t>
      </w:r>
    </w:p>
    <w:p>
      <w:r>
        <w:rPr>
          <w:b/>
        </w:rPr>
        <w:t xml:space="preserve">[05:48] </w:t>
      </w:r>
      <w:r>
        <w:t>sab se zyada zimmedar political interpretation. unhone yeh bataya ke Islam mein ka nishana yeh hai ke saari duniya mein Islam ka rule qaim kiya jaye.</w:t>
      </w:r>
    </w:p>
    <w:p>
      <w:pPr>
        <w:jc w:val="right"/>
      </w:pPr>
      <w:r>
        <w:t>سب سے زیادہ ذمہ دار پولیٹیکل انٹرپریشن۔ انہوں نے یہ بتایا کہ اسلام میں کا نشانہ یہ ہے کہ ساری دنیا میں اسلام کا رول قائم کیا جائے۔</w:t>
      </w:r>
    </w:p>
    <w:p>
      <w:r>
        <w:rPr>
          <w:b/>
        </w:rPr>
        <w:t xml:space="preserve">[06:02] </w:t>
      </w:r>
      <w:r>
        <w:t>yeh nishana bila shifa baseless tha, is ka Islam se koi talluq nahi.</w:t>
      </w:r>
    </w:p>
    <w:p>
      <w:pPr>
        <w:jc w:val="right"/>
      </w:pPr>
      <w:r>
        <w:t>یہ نشانہ بلا شفاء بیسلیس تھا، اس کا اسلام سے کوئی تعلق نہیں۔</w:t>
      </w:r>
    </w:p>
    <w:p>
      <w:r>
        <w:rPr>
          <w:b/>
        </w:rPr>
        <w:t xml:space="preserve">[06:09] </w:t>
      </w:r>
      <w:r>
        <w:t>lekin halaat aise the ke is mein yeh baat bohat phail gayi. kyunke yeh is waqt aaya jab ke musalmanon ka empire khatam hua tha, Mughal empire, Ottoman empire sab khatam hue the.</w:t>
      </w:r>
    </w:p>
    <w:p>
      <w:pPr>
        <w:jc w:val="right"/>
      </w:pPr>
      <w:r>
        <w:t>لیکن حالات ایسے تھے کہ اس میں یہ بات بہت پھیل گئی۔ کیونکہ یہ اس وقت آیا جب کہ مسلمانوں کا ایمپائر ختم ہوا تھا، مغل ایمپائر، اٹومان ایمپائر سب ختم ہوئے تھے۔</w:t>
      </w:r>
    </w:p>
    <w:p>
      <w:r>
        <w:rPr>
          <w:b/>
        </w:rPr>
        <w:t xml:space="preserve">[06:26] </w:t>
      </w:r>
      <w:r>
        <w:t>toh musalmanon ne samjha ke bas yeh jo empire khatam hua hai, is ko dobara qaim karna yeh hamara goal hai. is wajah se yeh interpretation chal gaya.</w:t>
      </w:r>
    </w:p>
    <w:p>
      <w:pPr>
        <w:jc w:val="right"/>
      </w:pPr>
      <w:r>
        <w:t>تو مسلمانوں نے سمجھا کہ بس یہ جو ایمپائر ختم ہوا ہے، اس کو دوبارہ قائم کرنا یہ ہمارا گول ہے۔ اس وجہ سے یہ انٹرپریشن چل گیا۔</w:t>
      </w:r>
    </w:p>
    <w:p>
      <w:r>
        <w:rPr>
          <w:b/>
        </w:rPr>
        <w:t xml:space="preserve">[06:38] </w:t>
      </w:r>
      <w:r>
        <w:t>warna political interpretation ka koi bhi asal na Quran mein hai na hadith mein hai. yeh tamam tar halaat ka radd-e-amal hai, halaat ke ka radd-e-amal hai.</w:t>
      </w:r>
    </w:p>
    <w:p>
      <w:pPr>
        <w:jc w:val="right"/>
      </w:pPr>
      <w:r>
        <w:t>ورنہ پولیٹیکل انٹرپریشن کا کوئی بھی اصل نہ قرآن میں ہے نہ حدیث میں ہے۔ یہ تمام تر حالات کا ردعمل ہے، حالات کے کا رد الفعل ہے۔</w:t>
      </w:r>
    </w:p>
    <w:p>
      <w:r>
        <w:rPr>
          <w:b/>
        </w:rPr>
        <w:t xml:space="preserve">[07:03] </w:t>
      </w:r>
      <w:r>
        <w:t>Allah taala ne musalmanon ko mauqa diya ke woh hukoomatein qaim karein, yahan tak ke un ka empire qaim hua.</w:t>
      </w:r>
    </w:p>
    <w:p>
      <w:pPr>
        <w:jc w:val="right"/>
      </w:pPr>
      <w:r>
        <w:t>اللہ تعالیٰ نے مسلمانوں کو موقع دیا کہ وہ حکومتیں قائم کریں، یہاں تک کہ ان کا ایمپائر قائم ہوا۔</w:t>
      </w:r>
    </w:p>
    <w:p>
      <w:r>
        <w:rPr>
          <w:b/>
        </w:rPr>
        <w:t xml:space="preserve">[07:17] </w:t>
      </w:r>
      <w:r>
        <w:t>Umma empire, Sasan empire, Mughal empire, Ottoman empire, yeh sab qaim</w:t>
      </w:r>
    </w:p>
    <w:p>
      <w:pPr>
        <w:jc w:val="right"/>
      </w:pPr>
      <w:r>
        <w:t>امید ایمپائر، ساسان ایمپائر، مغل ایمپائر، اٹومان ایمپائر، یہ سب قائم</w:t>
      </w:r>
    </w:p>
    <w:p>
      <w:r>
        <w:rPr>
          <w:b/>
        </w:rPr>
        <w:t xml:space="preserve">[07:27] </w:t>
      </w:r>
      <w:r>
        <w:t>hue. lekin in ka maqsad Islam ka nizam qaim karna nahi tha. na in logon ne kabhi kiya, in hukoomaton ne kabhi yeh nahi kaha ke Islam ka nizam qaim kiya ho.</w:t>
      </w:r>
    </w:p>
    <w:p>
      <w:pPr>
        <w:jc w:val="right"/>
      </w:pPr>
      <w:r>
        <w:t>ہوئے۔ لیکن ان کا مقصد اسلام کا نظام قائم کرنا نہیں تھا۔ نہ ان لوگوں نے کبھی کیا، ان حکومتوں نے کبھی یہ نہیں کہا کہ اسلام کا نظام قائم کیا ہو۔</w:t>
      </w:r>
    </w:p>
    <w:p>
      <w:r>
        <w:rPr>
          <w:b/>
        </w:rPr>
        <w:t xml:space="preserve">[07:40] </w:t>
      </w:r>
      <w:r>
        <w:t>aisa koi history mein saboot nahi hai. woh to dynasty thi,</w:t>
      </w:r>
    </w:p>
    <w:p>
      <w:pPr>
        <w:jc w:val="right"/>
      </w:pPr>
      <w:r>
        <w:t>ایسا کوئی ہسٹری میں ثبوت نہیں ہے۔ وہ تو ڈائنسٹی تھی،</w:t>
      </w:r>
    </w:p>
    <w:p>
      <w:r>
        <w:rPr>
          <w:b/>
        </w:rPr>
        <w:t xml:space="preserve">[07:48] </w:t>
      </w:r>
      <w:r>
        <w:t>yani khandani rule tha woh. lekin is se yeh faida hua ke musalmanon ka musalmanon ke andar stability aa gayi, political stability.</w:t>
      </w:r>
    </w:p>
    <w:p>
      <w:pPr>
        <w:jc w:val="right"/>
      </w:pPr>
      <w:r>
        <w:t>یعنی خاندانی رول تھا وہ۔ لیکن اس سے یہ فائدہ ہوا کہ مسلمانوں کا مسلمانوں کے اندر اسٹیبلٹی آ گئی، پولیٹیکل اسٹیبلٹی۔</w:t>
      </w:r>
    </w:p>
    <w:p>
      <w:r>
        <w:rPr>
          <w:b/>
        </w:rPr>
        <w:t xml:space="preserve">[08:02] </w:t>
      </w:r>
      <w:r>
        <w:t>kyunke unhon ne jo un ko un ke khilaf hota tha, us ko pakarte the, marte the. to ek lamba period aisa hai jis mein ke musalmanon, muslim sipahi samaj mein poori tarah stability thi,</w:t>
      </w:r>
    </w:p>
    <w:p>
      <w:pPr>
        <w:jc w:val="right"/>
      </w:pPr>
      <w:r>
        <w:t>کیونکہ انہوں نے جو ان کو ان کے خلاف ہوتا تھا، اس کو پکڑتے تھے، مارتے تھے۔ تو ایک لمبا پیریڈ ایسا ہے جس میں کہ مسلمانوں، مسلم سپاہی سماج میں پوری طرح اسٹیبلٹی تھی،</w:t>
      </w:r>
    </w:p>
    <w:p>
      <w:r>
        <w:rPr>
          <w:b/>
        </w:rPr>
        <w:t xml:space="preserve">[08:18] </w:t>
      </w:r>
      <w:r>
        <w:t>is political siyasi istahkam tha. is istahkam ka faida kya hua? is Islam ka faida bohat bara hua.</w:t>
      </w:r>
    </w:p>
    <w:p>
      <w:pPr>
        <w:jc w:val="right"/>
      </w:pPr>
      <w:r>
        <w:t>اس پولیٹیکل سیاسی استحکام تھا۔ اس استحکام کا فائدہ کیا ہوا؟ اس اسلام کا فائدہ بہت بڑا ہوا۔</w:t>
      </w:r>
    </w:p>
    <w:p>
      <w:r>
        <w:rPr>
          <w:b/>
        </w:rPr>
        <w:t xml:space="preserve">[08:31] </w:t>
      </w:r>
      <w:r>
        <w:t>isi daur mein Quran mehfooz hua, Quran likha gaya, hadithon ki jama ki gayi, hadithon ki tadween hui, fiqh ki tadween hui.</w:t>
      </w:r>
    </w:p>
    <w:p>
      <w:pPr>
        <w:jc w:val="right"/>
      </w:pPr>
      <w:r>
        <w:t>اسی دور میں قرآن محفوظ ہوا، قرآن لکھا گیا، حدیثوں کی جمع کی گئی، حدیثوں کی تدوین ہوئی، فقہ کی تدوین ہوئی۔</w:t>
      </w:r>
    </w:p>
    <w:p>
      <w:r>
        <w:rPr>
          <w:b/>
        </w:rPr>
        <w:t xml:space="preserve">[08:42] </w:t>
      </w:r>
      <w:r>
        <w:t>tamam Islami uloom jo aaj hamare kutub khane mein hain, woh sab likhe gaye is zamane mein.</w:t>
      </w:r>
    </w:p>
    <w:p>
      <w:pPr>
        <w:jc w:val="right"/>
      </w:pPr>
      <w:r>
        <w:t>تمام اسلامی علوم جو آج ہمارے کتب خانے میں ہیں، وہ سب لکھے گئے اس زمانے میں۔</w:t>
      </w:r>
    </w:p>
    <w:p>
      <w:r>
        <w:rPr>
          <w:b/>
        </w:rPr>
        <w:t xml:space="preserve">[08:48] </w:t>
      </w:r>
      <w:r>
        <w:t>jo basic literature hai, is zamane mein tayyar hua. phir is zamane mein dawat, tashaddud ka kaam khoob zyada hua, yahan tak ke sari duniya mein Islam phail gaya.</w:t>
      </w:r>
    </w:p>
    <w:p>
      <w:pPr>
        <w:jc w:val="right"/>
      </w:pPr>
      <w:r>
        <w:t>جو بیسک لٹریچر ہے، اس زمانے میں تیار ہوا۔ پھر اس زمانے میں دعوت، تشہد کا کام خوب زیادہ ہوا، یہاں تک کہ ساری دنیا میں اسلام پھیل گیا۔</w:t>
      </w:r>
    </w:p>
    <w:p>
      <w:r>
        <w:rPr>
          <w:b/>
        </w:rPr>
        <w:t xml:space="preserve">[09:00] </w:t>
      </w:r>
      <w:r>
        <w:t>masjid ka nizam, madrasay ka nizam, hajj ka nizam, yeh sab qaim hua. yeh sab isi liye hua ke stability thi, stability siyasi istahkam.</w:t>
      </w:r>
    </w:p>
    <w:p>
      <w:pPr>
        <w:jc w:val="right"/>
      </w:pPr>
      <w:r>
        <w:t>مسجد کا نظام، مدرسے کا نظام، حج کا نظام، یہ سب قائم ہوا۔ یہ سب اسی لیے ہوا کہ اسٹیبلٹی تھی، اسٹیبلٹی سیاسی استحکام۔</w:t>
      </w:r>
    </w:p>
    <w:p>
      <w:r>
        <w:rPr>
          <w:b/>
        </w:rPr>
        <w:t xml:space="preserve">[09:14] </w:t>
      </w:r>
      <w:r>
        <w:t>to dekhiye, is stability ko ulama ne endorse kiya, tamam ulama ne.</w:t>
      </w:r>
    </w:p>
    <w:p>
      <w:pPr>
        <w:jc w:val="right"/>
      </w:pPr>
      <w:r>
        <w:t>تو دیکھیں، اس اسٹیبلٹی کو علماء نے انڈورس کیا، تمام علماء نے۔</w:t>
      </w:r>
    </w:p>
    <w:p>
      <w:r>
        <w:rPr>
          <w:b/>
        </w:rPr>
        <w:t xml:space="preserve">[09:25] </w:t>
      </w:r>
      <w:r>
        <w:t>aap jante hain ke Ameer Muawiya se shuru hua khandani nizam, to maujaha yani beeswin sadi tak chalta raha hua.</w:t>
      </w:r>
    </w:p>
    <w:p>
      <w:pPr>
        <w:jc w:val="right"/>
      </w:pPr>
      <w:r>
        <w:t>آپ جانتے ہیں کہ امیر معاویہ سے شروع ہوا خاندانی نظام، تو موجہ یعنی بیسویں صدی تک چلتا رہا ہوا۔</w:t>
      </w:r>
    </w:p>
    <w:p>
      <w:r>
        <w:rPr>
          <w:b/>
        </w:rPr>
        <w:t xml:space="preserve">[09:39] </w:t>
      </w:r>
      <w:r>
        <w:t>is daur mein jo woh log paida hue jin ko hum aslaf kehte hain,</w:t>
      </w:r>
    </w:p>
    <w:p>
      <w:pPr>
        <w:jc w:val="right"/>
      </w:pPr>
      <w:r>
        <w:t>اس دور میں جو وہ لوگ پیدا ہوئے جن کو ہم اسلاف کہتے ہیں،</w:t>
      </w:r>
    </w:p>
    <w:p>
      <w:r>
        <w:rPr>
          <w:b/>
        </w:rPr>
        <w:t xml:space="preserve">[09:45] </w:t>
      </w:r>
      <w:r>
        <w:t>ulama, fuqaha, yeh sare jo paida hue, jo is daur mein, in mein se kisi ne bhi is ke khilaf koi fatwa diya, na is ke khilaf unhon ne koi tehreek chalai.</w:t>
      </w:r>
    </w:p>
    <w:p>
      <w:pPr>
        <w:jc w:val="right"/>
      </w:pPr>
      <w:r>
        <w:t>علماء، فقہاء، یہ سارے جو پیدا ہوئے، جو اس دور میں، ان میں سے کسی نے بھی اس کے خلاف کوئی فتویٰ دیا، نہ اس کے خلاف انہوں نے کوئی تحریک چلائی۔</w:t>
      </w:r>
    </w:p>
    <w:p>
      <w:r>
        <w:rPr>
          <w:b/>
        </w:rPr>
        <w:t xml:space="preserve">[10:01] </w:t>
      </w:r>
      <w:r>
        <w:t>sab ne is ko accept kar liya.</w:t>
      </w:r>
    </w:p>
    <w:p>
      <w:pPr>
        <w:jc w:val="right"/>
      </w:pPr>
      <w:r>
        <w:t>سب نے اس کو ایکسیپٹ کر لیا۔</w:t>
      </w:r>
    </w:p>
    <w:p>
      <w:r>
        <w:rPr>
          <w:b/>
        </w:rPr>
        <w:t xml:space="preserve">[10:04] </w:t>
      </w:r>
      <w:r>
        <w:t>yahan tak ke is daur mein hamare ulama ne yeh fatwa de diya ke muslim ruler ke khilaf khuruj karna haram hai.</w:t>
      </w:r>
    </w:p>
    <w:p>
      <w:pPr>
        <w:jc w:val="right"/>
      </w:pPr>
      <w:r>
        <w:t>یہاں تک کہ اس دور میں ہمارے علماء نے یہ فتویٰ دے دیا کہ مسلم رولر کے خلاف خروج کرنا حرام ہے۔</w:t>
      </w:r>
    </w:p>
    <w:p>
      <w:r>
        <w:rPr>
          <w:b/>
        </w:rPr>
        <w:t xml:space="preserve">[10:17] </w:t>
      </w:r>
      <w:r>
        <w:t>wa amr al-khuruj alayhim fa haramun bi ijma al-muslimeen wa in kanu fasaqa wa in kanu zalimeen to aap ghor kijiye ke yeh kaun ruler the, kaun hukmaran the jin ke khilaf yeh kaha gaya ke khuruj haram hai?</w:t>
      </w:r>
    </w:p>
    <w:p>
      <w:pPr>
        <w:jc w:val="right"/>
      </w:pPr>
      <w:r>
        <w:t>وَأَمْرَ الْخُرُوجُ عَلَيْهِمْ فَحَرَامٌ بِإِجْمَاعِ الْمُسْلِمِينَ وَإِنْ كَانُوا فَسْقَاءَ وَإِنْ كَانُوا ظَالِمِينَ تو آپ غور کیجئے کہ یہ کون رولر تھے، کون حکمران تھے جن کے خلاف یہ کہا گیا کہ خروج حرام ہے؟</w:t>
      </w:r>
    </w:p>
    <w:p>
      <w:r>
        <w:rPr>
          <w:b/>
        </w:rPr>
        <w:t xml:space="preserve">[10:33] </w:t>
      </w:r>
      <w:r>
        <w:t>yahi to the</w:t>
      </w:r>
    </w:p>
    <w:p>
      <w:pPr>
        <w:jc w:val="right"/>
      </w:pPr>
      <w:r>
        <w:t>یہی تو تھے</w:t>
      </w:r>
    </w:p>
    <w:p>
      <w:r>
        <w:rPr>
          <w:b/>
        </w:rPr>
        <w:t xml:space="preserve">[10:35] </w:t>
      </w:r>
      <w:r>
        <w:t>dynasty jinhon ne qaim kar rakhi thi. woh shura ka nizam nahi tha, woh woh dynasty ka nizam tha. to sochne ki baat hai ke sare ulama kyun mutafiq ho gaye?</w:t>
      </w:r>
    </w:p>
    <w:p>
      <w:pPr>
        <w:jc w:val="right"/>
      </w:pPr>
      <w:r>
        <w:t>ڈائنسٹی جنہوں نے قائم کر رکھی تھی۔ وہ شوریٰ کا نظام نہیں تھا، وہ وہ ڈائنسٹی کا نظام تھا۔ تو سوچنے کی بات ہے کہ سارے علماء کیوں متفق ہو گئے؟</w:t>
      </w:r>
    </w:p>
    <w:p>
      <w:r>
        <w:rPr>
          <w:b/>
        </w:rPr>
        <w:t xml:space="preserve">[10:50] </w:t>
      </w:r>
      <w:r>
        <w:t>sare ulama ne kyun ittifaq kar liya ke yeh is ko, is ko mano, is ke khilaf khuruj mat karo?</w:t>
      </w:r>
    </w:p>
    <w:p>
      <w:pPr>
        <w:jc w:val="right"/>
      </w:pPr>
      <w:r>
        <w:t>سارے علماء نے کیوں اتفاق کر لیا کہ یہ اس کو، اس کو مانو، اس کے خلاف خروج مت کرو؟</w:t>
      </w:r>
    </w:p>
    <w:p>
      <w:r>
        <w:rPr>
          <w:b/>
        </w:rPr>
        <w:t xml:space="preserve">[11:00] </w:t>
      </w:r>
      <w:r>
        <w:t>is liye ke hukumat ka asal maqsad nizam qaim hona nahi hai, istahkam qaim karna hai, stability qaim karna hai, peace qaim karna hai.</w:t>
      </w:r>
    </w:p>
    <w:p>
      <w:pPr>
        <w:jc w:val="right"/>
      </w:pPr>
      <w:r>
        <w:t>اس لیے کہ حکومت کا اصل مقصد نظام قائم ہونا نہیں ہے، استحکام قائم کرنا ہے، اسٹیبلٹی قائم کرنا ہے، پیس قائم کرنا ہے۔</w:t>
      </w:r>
    </w:p>
    <w:p>
      <w:r>
        <w:rPr>
          <w:b/>
        </w:rPr>
        <w:t xml:space="preserve">[11:14] </w:t>
      </w:r>
      <w:r>
        <w:t>asal maqsad yahi hai.</w:t>
      </w:r>
    </w:p>
    <w:p>
      <w:pPr>
        <w:jc w:val="right"/>
      </w:pPr>
      <w:r>
        <w:t>اصل مقصد یہی ہے۔</w:t>
      </w:r>
    </w:p>
    <w:p>
      <w:r>
        <w:rPr>
          <w:b/>
        </w:rPr>
        <w:t xml:space="preserve">[11:18] </w:t>
      </w:r>
      <w:r>
        <w:t>yani jis ko kaha hai Quran Majeed mein "tamkeen fil arz". Quran ke lafzon mein "tamkeen fil arz" qaim karna hai.</w:t>
      </w:r>
    </w:p>
    <w:p>
      <w:pPr>
        <w:jc w:val="right"/>
      </w:pPr>
      <w:r>
        <w:t>یعنی جس کو کہا ہے قرآن مجید میں "تمکین فی الارض"۔ قرآن کے لفظوں میں "تمکین فی الارض" قائم کرنا ہے۔</w:t>
      </w:r>
    </w:p>
    <w:p>
      <w:r>
        <w:rPr>
          <w:b/>
        </w:rPr>
        <w:t xml:space="preserve">[11:27] </w:t>
      </w:r>
      <w:r>
        <w:t>kyun? tamkeen fil arz jab hogi to peace aayega, etidal aayega, motadil halaat honge, normalcy hogi, aur phir sare mawaqe ko avail karna mumkin ho jayega.</w:t>
      </w:r>
    </w:p>
    <w:p>
      <w:pPr>
        <w:jc w:val="right"/>
      </w:pPr>
      <w:r>
        <w:t>کیوں؟ تمکین فی الارض جب ہوگی تو پیس آئے گا، اعتدال آئے گا، معتدل حالات ہوں گے، نارمسی ہوگی، اور پھر سارے مواقع کو اویل کرنا ممکن ہو جائے گا۔</w:t>
      </w:r>
    </w:p>
    <w:p>
      <w:r>
        <w:rPr>
          <w:b/>
        </w:rPr>
        <w:t xml:space="preserve">[11:43] </w:t>
      </w:r>
      <w:r>
        <w:t>yeh hua.</w:t>
      </w:r>
    </w:p>
    <w:p>
      <w:pPr>
        <w:jc w:val="right"/>
      </w:pPr>
      <w:r>
        <w:t>یہ ہوا۔</w:t>
      </w:r>
    </w:p>
    <w:p>
      <w:r>
        <w:rPr>
          <w:b/>
        </w:rPr>
        <w:t xml:space="preserve">[11:46] </w:t>
      </w:r>
      <w:r>
        <w:t>is poore daur mein aap dekhiye ke sara jo kaam hua hai, ilmi bhi, dawati bhi, idaron ka bhi, sab isi zamane mein to hua hai.</w:t>
      </w:r>
    </w:p>
    <w:p>
      <w:pPr>
        <w:jc w:val="right"/>
      </w:pPr>
      <w:r>
        <w:t>اس پورے دور میں آپ دیکھیے کہ سارا جو کام ہوا ہے، علمی بھی، دعوتی بھی، اداروں کا بھی، سب اسی زمانے میں تو ہوا ہے۔</w:t>
      </w:r>
    </w:p>
    <w:p>
      <w:r>
        <w:rPr>
          <w:b/>
        </w:rPr>
        <w:t xml:space="preserve">[11:56] </w:t>
      </w:r>
      <w:r>
        <w:t>jabke dynasty qaim ki thi. to dynasty ko ulama ne accept kiya.</w:t>
      </w:r>
    </w:p>
    <w:p>
      <w:pPr>
        <w:jc w:val="right"/>
      </w:pPr>
      <w:r>
        <w:t>جبکہ ڈائنسٹی قائم کی تھی۔ تو ڈائنسٹی کو علماء نے ایکسیپٹ کیا۔</w:t>
      </w:r>
    </w:p>
    <w:p>
      <w:r>
        <w:rPr>
          <w:b/>
        </w:rPr>
        <w:t xml:space="preserve">[12:06] </w:t>
      </w:r>
      <w:r>
        <w:t>ab mein aap ko aik aik hazrat imam malik ka aik portion sunata hoon.</w:t>
      </w:r>
    </w:p>
    <w:p>
      <w:pPr>
        <w:jc w:val="right"/>
      </w:pPr>
      <w:r>
        <w:t>اب میں آپ کو ایک ایک حضرت امام مالک کا ایک پورشن سناتا ہوں۔</w:t>
      </w:r>
    </w:p>
    <w:p>
      <w:r>
        <w:rPr>
          <w:b/>
        </w:rPr>
        <w:t xml:space="preserve">[12:12] </w:t>
      </w:r>
      <w:r>
        <w:t>imam malik apne ustad ke hawalay se kehte hain "laysaluha aakharu hazihil ummati illa bima saluha bai awaluha" .</w:t>
      </w:r>
    </w:p>
    <w:p>
      <w:pPr>
        <w:jc w:val="right"/>
      </w:pPr>
      <w:r>
        <w:t>امام مالک اپنے استاد کے حوالے سے کہتے ہیں "لَيَسْلُهَا آخَرُ هٰذِهِ الْأُمَّةِ إِلَّا بَمَا سَلُهَا بَيْ أَوْلُهَا" ۔</w:t>
      </w:r>
    </w:p>
    <w:p>
      <w:r>
        <w:rPr>
          <w:b/>
        </w:rPr>
        <w:t xml:space="preserve">[12:23] </w:t>
      </w:r>
      <w:r>
        <w:t>"laysaluha aakharu hazihil ummati illa bima saluha bai awaluha" . is ummat ka aakhir bhi isi tareeqay ko follow kar ke islaah paaye ga,</w:t>
      </w:r>
    </w:p>
    <w:p>
      <w:pPr>
        <w:jc w:val="right"/>
      </w:pPr>
      <w:r>
        <w:t>"لَيَسْلُهَا آخَرُ هٰذِهِ الْأُمَّةِ إِلَّا بَمَا سَلُهَا بَيْ أَوْلُهَا" ۔ اس امت کا آخر بھی اسی طریقے کو فالو کر کے اصلاح پائے گا،</w:t>
      </w:r>
    </w:p>
    <w:p>
      <w:r>
        <w:rPr>
          <w:b/>
        </w:rPr>
        <w:t xml:space="preserve">[12:38] </w:t>
      </w:r>
      <w:r>
        <w:t>jis tareeqay ko follow kar ke is ummat ka pehla hissa islaah paaya tha. yeh alfaaz hain. ab dekhiye ke pehle hissay mein kaun sa tareeqa ikhtiyar kar ke kaamyaab hua tha,</w:t>
      </w:r>
    </w:p>
    <w:p>
      <w:pPr>
        <w:jc w:val="right"/>
      </w:pPr>
      <w:r>
        <w:t>جس طریقے کو فالو کر کے اس امت کا پہلا حصہ اصلاح پایا تھا۔ یہ الفاظ ہیں۔ اب دیکھیے کہ پہلے حصے میں کون سا طریقہ اختیار کر کے کامیاب ہوا تھا،</w:t>
      </w:r>
    </w:p>
    <w:p>
      <w:r>
        <w:rPr>
          <w:b/>
        </w:rPr>
        <w:t xml:space="preserve">[12:54] </w:t>
      </w:r>
      <w:r>
        <w:t>jis ko hum kehte hain "minh al-saraf" . woh kya minh al-saraf tha, jis ko ikhtiyar kar ke daur-e-awwal mein musalman, islam, sab achhay tareeqay se kaam karte rahe?</w:t>
      </w:r>
    </w:p>
    <w:p>
      <w:pPr>
        <w:jc w:val="right"/>
      </w:pPr>
      <w:r>
        <w:t>جس کو ہم کہتے ہیں "منہ الصرف"۔ وہ کیا منہ الصرف تھا، جس کو اختیار کر کے دور اول میں مسلمان، اسلام، سب اچھے طریقے سے کام کرتے رہے؟</w:t>
      </w:r>
    </w:p>
    <w:p>
      <w:r>
        <w:rPr>
          <w:b/>
        </w:rPr>
        <w:t xml:space="preserve">[13:09] </w:t>
      </w:r>
      <w:r>
        <w:t>woh yeh to tha "dynasty" . dynasty to thi. woh to goya imam malik ke is qoul ke mutabiq dynasty ke zariye ummat ka pehla daur kaamyaab raha tha.</w:t>
      </w:r>
    </w:p>
    <w:p>
      <w:pPr>
        <w:jc w:val="right"/>
      </w:pPr>
      <w:r>
        <w:t>وہ یہ تو تھا "ڈائنسٹی"۔ ڈائنسٹی تو تھی۔ وہ تو گویا امام مالک کے اس قول کے مطابق ڈائنسٹی کے ذریعے امت کا پہلا دور کامیاب رہا تھا۔</w:t>
      </w:r>
    </w:p>
    <w:p>
      <w:r>
        <w:rPr>
          <w:b/>
        </w:rPr>
        <w:t xml:space="preserve">[13:28] </w:t>
      </w:r>
      <w:r>
        <w:t>isi ke zariye baad ka daur bhi kaamyaab hoga.</w:t>
      </w:r>
    </w:p>
    <w:p>
      <w:pPr>
        <w:jc w:val="right"/>
      </w:pPr>
      <w:r>
        <w:t>اسی کے ذریعے بعد کا دور بھی کامیاب ہوگا۔</w:t>
      </w:r>
    </w:p>
    <w:p>
      <w:r>
        <w:rPr>
          <w:b/>
        </w:rPr>
        <w:t xml:space="preserve">[13:34] </w:t>
      </w:r>
      <w:r>
        <w:t>"laysaluha aakharu hazihil ummati illa bima saluha b</w:t>
      </w:r>
    </w:p>
    <w:p>
      <w:pPr>
        <w:jc w:val="right"/>
      </w:pPr>
      <w:r>
        <w:t>"لَيَسْلُهَا آخَرُ هٰذِهِ الْأُمَّةِ إِلَّا بَمَا سَلُهَا ب</w:t>
      </w:r>
    </w:p>
    <w:p>
      <w:r>
        <w:rPr>
          <w:b/>
        </w:rPr>
        <w:t xml:space="preserve">[13:38] </w:t>
      </w:r>
      <w:r>
        <w:t>ai awaluha" . to ummat ka daur-e-awwal mein jo kaamyaab hua tha, jo minh, woh tha dynasty. acceptance of dynasty.</w:t>
      </w:r>
    </w:p>
    <w:p>
      <w:pPr>
        <w:jc w:val="right"/>
      </w:pPr>
      <w:r>
        <w:t>َيْ أَوْلُهَا" ۔ تو امت کا دور اول میں جو کامیاب ہوا تھا، جو منہ، وہ تھا ڈائنسٹی۔ ایکسیپٹنس آف ڈائنسٹی۔</w:t>
      </w:r>
    </w:p>
    <w:p>
      <w:r>
        <w:rPr>
          <w:b/>
        </w:rPr>
        <w:t xml:space="preserve">[13:48] </w:t>
      </w:r>
      <w:r>
        <w:t>wohi baad ke daur mein bhi kaamyaab hoga. ab dekhiye, is ka, is ki, is ki genesis kya hai? is ka, is tamam violence ki genesis kya hai?</w:t>
      </w:r>
    </w:p>
    <w:p>
      <w:pPr>
        <w:jc w:val="right"/>
      </w:pPr>
      <w:r>
        <w:t>وہی بعد کے دور میں بھی کامیاب ہوگا۔ اب دیکھیے، اس کا، اس کی، اس کی جنیسس کیا ہے؟ اس کا، اس تمام وائلنس کی جنیسس کیا ہے؟</w:t>
      </w:r>
    </w:p>
    <w:p>
      <w:r>
        <w:rPr>
          <w:b/>
        </w:rPr>
        <w:t xml:space="preserve">[14:00] </w:t>
      </w:r>
      <w:r>
        <w:t>genesis yeh hai ke maujooda zamanay mein jo muslim hukoomatein hain, jo arab rastay hain, un sab mein dynasty hai.</w:t>
      </w:r>
    </w:p>
    <w:p>
      <w:pPr>
        <w:jc w:val="right"/>
      </w:pPr>
      <w:r>
        <w:t>جنیسس یہ ہے کہ موجہ زمانے میں جو مسلم حکومتیں ہیں، جو عرب راستے ہیں، ان سب میں ڈائنسٹی ہے۔</w:t>
      </w:r>
    </w:p>
    <w:p>
      <w:r>
        <w:rPr>
          <w:b/>
        </w:rPr>
        <w:t xml:space="preserve">[14:11] </w:t>
      </w:r>
      <w:r>
        <w:t>yehi arab rastay hain, aur jo muslim hukoomatein theen, woh sab dynasty to theen.</w:t>
      </w:r>
    </w:p>
    <w:p>
      <w:pPr>
        <w:jc w:val="right"/>
      </w:pPr>
      <w:r>
        <w:t>یتیمی عرب راستے ہیں، اور جو مسلم حکومتیں تھیں، وہ سب ڈائنسٹی تو تھیں۔</w:t>
      </w:r>
    </w:p>
    <w:p>
      <w:r>
        <w:rPr>
          <w:b/>
        </w:rPr>
        <w:t xml:space="preserve">[14:19] </w:t>
      </w:r>
      <w:r>
        <w:t>woh</w:t>
      </w:r>
    </w:p>
    <w:p>
      <w:pPr>
        <w:jc w:val="right"/>
      </w:pPr>
      <w:r>
        <w:t>وہ</w:t>
      </w:r>
    </w:p>
    <w:p>
      <w:r>
        <w:rPr>
          <w:b/>
        </w:rPr>
        <w:t xml:space="preserve">[14:22] </w:t>
      </w:r>
      <w:r>
        <w:t>ab, abhi jo arab rastay hain, sab mein khandaani badshah, khandaani hukoomatein hain, is ke khilaaf ho gaye. yeh, yeh log aaj ka jo muslim leader hain, aaj ka jo muslim rehnuma hain, woh sab ke sab in hukoomaton ke khilaaf ho gaye.</w:t>
      </w:r>
    </w:p>
    <w:p>
      <w:pPr>
        <w:jc w:val="right"/>
      </w:pPr>
      <w:r>
        <w:t>اب، ابھی جو عرب راستے ہیں، سب میں خاندانی بادشاہ، خاندانی حکومتیں ہیں، اس کے خلاف ہو گئے۔ یہ، یہ لوگ آج کا جو مسلم لیڈر ہیں، آج کا جو مسلم رہنما ہیں، وہ سب کے سب ان حکومتوں کے خلاف ہو گئے۔</w:t>
      </w:r>
    </w:p>
    <w:p>
      <w:r>
        <w:rPr>
          <w:b/>
        </w:rPr>
        <w:t xml:space="preserve">[14:40] </w:t>
      </w:r>
      <w:r>
        <w:t>is se pehle unhon ne misr mein shah farooq ke khilaaf baghaawat ki, us ko khatam kiya.</w:t>
      </w:r>
    </w:p>
    <w:p>
      <w:pPr>
        <w:jc w:val="right"/>
      </w:pPr>
      <w:r>
        <w:t>اس سے پہلے انہوں نے مصر میں شاہ فاروق کے خلاف بغاوت کی، اس کو ختم کیا۔</w:t>
      </w:r>
    </w:p>
    <w:p>
      <w:r>
        <w:rPr>
          <w:b/>
        </w:rPr>
        <w:t xml:space="preserve">[14:46] </w:t>
      </w:r>
      <w:r>
        <w:t>aisi hi iran mein kiya, aisi hi har jagah kiya, aur aaj bhi woh un ke khilaaf tehreekain chala rahe hain. to in ka kya mafroozah hai?</w:t>
      </w:r>
    </w:p>
    <w:p>
      <w:pPr>
        <w:jc w:val="right"/>
      </w:pPr>
      <w:r>
        <w:t>ایسے ہی ایران میں کیا، ایسے ہی ہر جگہ کیا، اور آج بھی وہ ان کے خلاف تحریکیں چلا رہے ہیں۔ تو ان کا کیا مفروضہ ہے؟</w:t>
      </w:r>
    </w:p>
    <w:p>
      <w:r>
        <w:rPr>
          <w:b/>
        </w:rPr>
        <w:t xml:space="preserve">[14:58] </w:t>
      </w:r>
      <w:r>
        <w:t>in ka kya manna hai? woh kehte hain ke maghribi qomon ne in logon ko bitha rakha hai. in ke apne mafad hain, mislan tail ka mafad.</w:t>
      </w:r>
    </w:p>
    <w:p>
      <w:pPr>
        <w:jc w:val="right"/>
      </w:pPr>
      <w:r>
        <w:t>ان کا کیا ماننا ہے؟ وہ کہتے ہیں کہ مغربی قوموں نے ان لوگوں کو بٹھا رکھا ہے۔ ان کے اپنے مفاد ہیں، مثلاً تیل کا مفاد۔</w:t>
      </w:r>
    </w:p>
    <w:p>
      <w:r>
        <w:rPr>
          <w:b/>
        </w:rPr>
        <w:t xml:space="preserve">[15:12] </w:t>
      </w:r>
      <w:r>
        <w:t>to maghribi qomon ne apne mafad ke tehat in muslim hukmaranon ko shelter de rakha hai. isay humein maghrib ko crush karna hai taake muslim dunya mein yeh ruler, ruler khatam ho.</w:t>
      </w:r>
    </w:p>
    <w:p>
      <w:pPr>
        <w:jc w:val="right"/>
      </w:pPr>
      <w:r>
        <w:t>تو مغربی قوموں نے اپنے مفاد کے تحت ان مسلم حکمرانوں کو شیلٹر دے رکھا ہے۔ اسے ہمیں مغرب کو کرش کرنا ہے تاکہ مسلم دنیا میں یہ رولر، رولر ختم ہو۔</w:t>
      </w:r>
    </w:p>
    <w:p>
      <w:r>
        <w:rPr>
          <w:b/>
        </w:rPr>
        <w:t xml:space="preserve">[15:31] </w:t>
      </w:r>
      <w:r>
        <w:t>yeh saara bilkul baseless baat hai.</w:t>
      </w:r>
    </w:p>
    <w:p>
      <w:pPr>
        <w:jc w:val="right"/>
      </w:pPr>
      <w:r>
        <w:t>یہ سارا بالکل بے بیسلیس بات ہے۔</w:t>
      </w:r>
    </w:p>
    <w:p>
      <w:r>
        <w:rPr>
          <w:b/>
        </w:rPr>
        <w:t xml:space="preserve">[15:35] </w:t>
      </w:r>
      <w:r>
        <w:t>yeh jo muslim ruler hain, chahe misr ka ruler raha ho ya egypt ka ruler raha ho ya aaj ke jo arab rastay hain, wahan woh sab dynasty to thay.</w:t>
      </w:r>
    </w:p>
    <w:p>
      <w:pPr>
        <w:jc w:val="right"/>
      </w:pPr>
      <w:r>
        <w:t>یہ جو مسلم رولر ہیں، چاہے مصر کا رولر رہا ہو یا ایجپٹ کا رولر رہا ہو یا آج کے جو عرب راستے ہیں، وہاں وہ سب ڈائنسٹی تو تھے۔</w:t>
      </w:r>
    </w:p>
    <w:p>
      <w:r>
        <w:rPr>
          <w:b/>
        </w:rPr>
        <w:t xml:space="preserve">[15:47] </w:t>
      </w:r>
      <w:r>
        <w:t>yani khandaani hukoomat hi to thi, woh jis ko ke tamam fuqaha, tamam ulama, hatta ke sahaba bhi, kyunke hazrat muawiyah ke zamanay mein sahaba maujood thay, sahaba ke ittefaq se muawiyah ka daur shuru hua.</w:t>
      </w:r>
    </w:p>
    <w:p>
      <w:pPr>
        <w:jc w:val="right"/>
      </w:pPr>
      <w:r>
        <w:t>یعنی خاندانی حکومت ہی تو تھی، وہ جس کو کہ تمام فقہاء، تمام علماء، حتیٰ کہ صحابہ بھی، کیونکہ حضرت معاویہ کے زمانے میں صحابہ موجود تھے، صحابہ کے اتفاق سے معاویہ کا دور شروع ہوا۔</w:t>
      </w:r>
    </w:p>
    <w:p>
      <w:r>
        <w:rPr>
          <w:b/>
        </w:rPr>
        <w:t xml:space="preserve">[16:05] </w:t>
      </w:r>
      <w:r>
        <w:t>sahaba ne muawiyah ke khilaaf khurooj nahi kiya. to sahaba, tabieen, tabe tabieen, fuqaha, ulama, muhaddiseen, sab ke sab ne is ko endorse kiya.</w:t>
      </w:r>
    </w:p>
    <w:p>
      <w:pPr>
        <w:jc w:val="right"/>
      </w:pPr>
      <w:r>
        <w:t>صحابہ نے معاویہ کے خلاف خروج نہیں کیا۔ تو صحابہ، تابعین، تبع تابعین، فقہاء، علماء، محدثین، سب کے سب نے اس کو انڈورس کیا۔</w:t>
      </w:r>
    </w:p>
    <w:p>
      <w:r>
        <w:rPr>
          <w:b/>
        </w:rPr>
        <w:t xml:space="preserve">[16:18] </w:t>
      </w:r>
      <w:r>
        <w:t>sab ko, sab ne endorse kiya. woh chalta raha, chalta raha, chalta raha. to maujooda zamanay mein jo baghaawatein hui muslim rulers ke khilaaf, misr mein hui, iran mein hui,</w:t>
      </w:r>
    </w:p>
    <w:p>
      <w:pPr>
        <w:jc w:val="right"/>
      </w:pPr>
      <w:r>
        <w:t>سب کو، سب نے انڈورس کیا۔ وہ چلتا رہا، چلتا رہا، چلتا رہا۔ تو موجہ زمانے میں جو بغاوتیں ہوئی مسلم رولرز کے خلاف، مصر میں ہوئی، ایران میں ہوئی،</w:t>
      </w:r>
    </w:p>
    <w:p>
      <w:r>
        <w:rPr>
          <w:b/>
        </w:rPr>
        <w:t xml:space="preserve">[16:30] </w:t>
      </w:r>
      <w:r>
        <w:t>ab arab raston mein andar andar wahan bhi sab chal raha hai. yeh sab, yeh sab jo log kar rahe hain, woh sab log fasaad kar rahe hain.</w:t>
      </w:r>
    </w:p>
    <w:p>
      <w:pPr>
        <w:jc w:val="right"/>
      </w:pPr>
      <w:r>
        <w:t>اب عرب راستوں میں اندر اندر وہاں بھی سب چل رہا ہے۔ یہ سب، یہ سب جو لوگ کر رہے ہیں، وہ سب لوگ فساد کر رہے ہیں۔</w:t>
      </w:r>
    </w:p>
    <w:p>
      <w:r>
        <w:rPr>
          <w:b/>
        </w:rPr>
        <w:t xml:space="preserve">[16:41] </w:t>
      </w:r>
      <w:r>
        <w:t>woh islam nahi hai. woh fasaad mein is liye keh raha hoon ke saaray ulama ne hazaar saal tak accept kiya is, is, is nizaam ko, dynasty ko.</w:t>
      </w:r>
    </w:p>
    <w:p>
      <w:pPr>
        <w:jc w:val="right"/>
      </w:pPr>
      <w:r>
        <w:t>وہ اسلام نہیں ہے۔ وہ فساد میں اس لیے کہہ رہا ہوں کہ سارے علماء نے ہزار سال تک ایکسیپٹ کیا اس، اس، اس نظام کو، ڈائنسٹی کو۔</w:t>
      </w:r>
    </w:p>
    <w:p>
      <w:r>
        <w:rPr>
          <w:b/>
        </w:rPr>
        <w:t xml:space="preserve">[16:51] </w:t>
      </w:r>
      <w:r>
        <w:t>to aaj bhi accept karo.</w:t>
      </w:r>
    </w:p>
    <w:p>
      <w:pPr>
        <w:jc w:val="right"/>
      </w:pPr>
      <w:r>
        <w:t>تو آج بھی ایکسیپٹ کرو۔</w:t>
      </w:r>
    </w:p>
    <w:p>
      <w:r>
        <w:rPr>
          <w:b/>
        </w:rPr>
        <w:t xml:space="preserve">[16:56] </w:t>
      </w:r>
      <w:r>
        <w:t>to hazrat imam malik ka jo qaul maine abhi sunaya aap ko, us ke mutabiq main kahunga ke jis tarah se pichhle daur mein dynasty ko accept kar ke sare kaam hue the,</w:t>
      </w:r>
    </w:p>
    <w:p>
      <w:pPr>
        <w:jc w:val="right"/>
      </w:pPr>
      <w:r>
        <w:t>تو حضرت امام مالک کا جو قول میں نے ابھی سنایا آپ کو، اس کے مطابق میں کہوں گا کہ جس طرح سے پچھلے دور میں ڈائنسٹی کو ایکسیپٹ کر کے سارے کام ہوئے تھے،</w:t>
      </w:r>
    </w:p>
    <w:p>
      <w:r>
        <w:rPr>
          <w:b/>
        </w:rPr>
        <w:t xml:space="preserve">[17:15] </w:t>
      </w:r>
      <w:r>
        <w:t>isi tarah maujooda zamane mein bhi dynasty ko accept kar ke sare kaam ho rahe honge, durust ho gaye.</w:t>
      </w:r>
    </w:p>
    <w:p>
      <w:pPr>
        <w:jc w:val="right"/>
      </w:pPr>
      <w:r>
        <w:t>اسی طرح موجہ زمانے میں بھی ڈائنسٹی کو ایکسیپٹ کر کے سارے کام ہو رہے ہوں گے، درست ہو گئے۔</w:t>
      </w:r>
    </w:p>
    <w:p>
      <w:r>
        <w:rPr>
          <w:b/>
        </w:rPr>
        <w:t xml:space="preserve">[17:23] </w:t>
      </w:r>
      <w:r>
        <w:t>bilkul yaani literal taur par nikalta hai yeh ke ummat ke pichhle daur mein sare kaam bane, sara kaam hua, islam phaila, quran mehfooz hua, hadith mudabbar hui, fiqh mudabbar hui, sare kaam hue isi daur mein.</w:t>
      </w:r>
    </w:p>
    <w:p>
      <w:pPr>
        <w:jc w:val="right"/>
      </w:pPr>
      <w:r>
        <w:t>بالکل یعنی لٹرل طور پر نکلتا ہے یہ کہ امت کے پچھلے دور میں سارے کام بنے، سارا کام ہوا، اسلام پھیلا، قرآن محفوظ ہوا، حدیث مدبر ہوئی، فقہ مدبر ہوئی، سارے کام ہوئے اسی دور میں۔</w:t>
      </w:r>
    </w:p>
    <w:p>
      <w:r>
        <w:rPr>
          <w:b/>
        </w:rPr>
        <w:t xml:space="preserve">[17:43] </w:t>
      </w:r>
      <w:r>
        <w:t>namaz ka nizam, hajj ka nizam, har cheez jo qaim hui, isi daur mein hui.</w:t>
      </w:r>
    </w:p>
    <w:p>
      <w:pPr>
        <w:jc w:val="right"/>
      </w:pPr>
      <w:r>
        <w:t>نماز کا نظام، حج کا نظام، ہر چیز جو قائم ہوئی، اسی دور میں ہوئی۔</w:t>
      </w:r>
    </w:p>
    <w:p>
      <w:r>
        <w:rPr>
          <w:b/>
        </w:rPr>
        <w:t xml:space="preserve">[17:51] </w:t>
      </w:r>
      <w:r>
        <w:t>to is qaul ke mutabiq yeh kehna sahi hoga ke jis tarah ummat ke daur awwal mein ulama ne dynasty ko accept kiya, is se stability aayi, peace aaya, normalcy aayi, woh phir sara kaam hua.</w:t>
      </w:r>
    </w:p>
    <w:p>
      <w:pPr>
        <w:jc w:val="right"/>
      </w:pPr>
      <w:r>
        <w:t>تو اس قول کے مطابق یہ کہنا صحیح ہوگا کہ جس طرح امت کے دور اول میں علماء نے ڈائنسٹی کو ایکسیپٹ کیا، اس سے اسٹیبلٹی آئی، پیس آیا، نارمسی آئی، وہ پھر سارا کام ہوا۔</w:t>
      </w:r>
    </w:p>
    <w:p>
      <w:r>
        <w:rPr>
          <w:b/>
        </w:rPr>
        <w:t xml:space="preserve">[18:09] </w:t>
      </w:r>
      <w:r>
        <w:t>aise hi baad ke zamane mein bhi hoga ke ulama ko chahiye, ummat ko chahiye ke woh dynasty ko accept karen.</w:t>
      </w:r>
    </w:p>
    <w:p>
      <w:pPr>
        <w:jc w:val="right"/>
      </w:pPr>
      <w:r>
        <w:t>ایسے ہی بعد کے زمانے میں بھی ہوگا کہ علماء کو چاہیے، امت کو چاہیے کہ وہ ڈائنسٹی کو ایکسیپٹ کریں۔</w:t>
      </w:r>
    </w:p>
    <w:p>
      <w:r>
        <w:rPr>
          <w:b/>
        </w:rPr>
        <w:t xml:space="preserve">[18:19] </w:t>
      </w:r>
      <w:r>
        <w:t>phir kya hoga?</w:t>
      </w:r>
    </w:p>
    <w:p>
      <w:pPr>
        <w:jc w:val="right"/>
      </w:pPr>
      <w:r>
        <w:t>پھر کیا ہوگا؟</w:t>
      </w:r>
    </w:p>
    <w:p>
      <w:r>
        <w:rPr>
          <w:b/>
        </w:rPr>
        <w:t xml:space="preserve">[18:20] </w:t>
      </w:r>
      <w:r>
        <w:t>stability aayegi, peace aayega, normalcy aayegi, phir sare kaam hone lagenge, dawat ka kaam aur tamam deeni idaron ka kaam sab hone lagega.</w:t>
      </w:r>
    </w:p>
    <w:p>
      <w:pPr>
        <w:jc w:val="right"/>
      </w:pPr>
      <w:r>
        <w:t>اسٹیبلٹی آئے گی، پیس آئے گا، نارمسی آئے گی، پھر سارے کام ہونے لگیں گے، دعوت کا کام اور تمام دینی اداروں کا کام سب ہونے لگے گا۔</w:t>
      </w:r>
    </w:p>
    <w:p>
      <w:r>
        <w:rPr>
          <w:b/>
        </w:rPr>
        <w:t xml:space="preserve">[18:30] </w:t>
      </w:r>
      <w:r>
        <w:t>is waqt taur par bilkul literal taur par is se nikal raha hai. to main samajhta hoon ke jin logon ka jo yeh, yeh jo aaj jagah jagah maghribi duniya mein bomb phat te hain, yeh, yeh, yeh,</w:t>
      </w:r>
    </w:p>
    <w:p>
      <w:pPr>
        <w:jc w:val="right"/>
      </w:pPr>
      <w:r>
        <w:t>اس وقت طور پر بالکل لٹرل طور پر اس سے نکل رہا ہے۔ تو میں سمجھتا ہوں کہ جن لوگوں کا جو یہ، یہ جو آج جگہ جگہ مغربی دنیا میں بم پھٹتے ہیں، یہ، یہ، یہ،</w:t>
      </w:r>
    </w:p>
    <w:p>
      <w:r>
        <w:rPr>
          <w:b/>
        </w:rPr>
        <w:t xml:space="preserve">[18:45] </w:t>
      </w:r>
      <w:r>
        <w:t>yeh saada baat nahi hai. is ke peeche ek bahut bada mind hai.</w:t>
      </w:r>
    </w:p>
    <w:p>
      <w:pPr>
        <w:jc w:val="right"/>
      </w:pPr>
      <w:r>
        <w:t>یہ سادہ بات نہیں ہے۔ اس کے پیچھے ایک بہت بڑا مائنڈ ہے۔</w:t>
      </w:r>
    </w:p>
    <w:p>
      <w:r>
        <w:rPr>
          <w:b/>
        </w:rPr>
        <w:t xml:space="preserve">[18:51] </w:t>
      </w:r>
      <w:r>
        <w:t>is ke peeche jo mind hai, woh yeh hai ke muslim mulkon mein jo hukumatें hain, jo muslim hukmaran hain, woh sab ke sab maghribi qomon ke ke mafaad ko hifazat karte hain.</w:t>
      </w:r>
    </w:p>
    <w:p>
      <w:pPr>
        <w:jc w:val="right"/>
      </w:pPr>
      <w:r>
        <w:t>اس کے پیچھے جو مائنڈ ہے، وہ یہ ہے کہ مسلم ملکوں میں جو حکومتیں ہیں، جو مسلم حکمران ہیں، وہ سب کے سب مغربی قوموں کے کے مفاد کو حفاظت کرتے ہیں۔</w:t>
      </w:r>
    </w:p>
    <w:p>
      <w:r>
        <w:rPr>
          <w:b/>
        </w:rPr>
        <w:t xml:space="preserve">[19:10] </w:t>
      </w:r>
      <w:r>
        <w:t>is mein maghribi qomen un ko shelter de rahi hain.</w:t>
      </w:r>
    </w:p>
    <w:p>
      <w:pPr>
        <w:jc w:val="right"/>
      </w:pPr>
      <w:r>
        <w:t>اس میں مغربی قومیں ان کو شیلٹر دے رہی ہیں۔</w:t>
      </w:r>
    </w:p>
    <w:p>
      <w:r>
        <w:rPr>
          <w:b/>
        </w:rPr>
        <w:t xml:space="preserve">[19:17] </w:t>
      </w:r>
      <w:r>
        <w:t>woh maghribi qomon ke helper hain. to woh samajhte hain ke jab tak maghrib mein hum attack na karen, yeh log kamzor nahi honge. asal nishana maghrib nahi hai.</w:t>
      </w:r>
    </w:p>
    <w:p>
      <w:pPr>
        <w:jc w:val="right"/>
      </w:pPr>
      <w:r>
        <w:t>وہ مغربی قوموں کے ہیلپر ہیں۔ تو وہ سمجھتے ہیں کہ جب تک مغرب میں ہم اٹیک نہ کریں، یہ لوگ کمزور نہیں ہوں گے۔ اصل نشانہ مغرب نہیں ہے۔</w:t>
      </w:r>
    </w:p>
    <w:p>
      <w:r>
        <w:rPr>
          <w:b/>
        </w:rPr>
        <w:t xml:space="preserve">[19:29] </w:t>
      </w:r>
      <w:r>
        <w:t>asal nishana dekhiye, France nahi hai, America nahi hai. asal nishana hai muslim hukmaran. muslim mulkon mein jo dynasty hai, woh asal nishana hai.</w:t>
      </w:r>
    </w:p>
    <w:p>
      <w:pPr>
        <w:jc w:val="right"/>
      </w:pPr>
      <w:r>
        <w:t>اصل نشانہ دیکھیے، فرانس نہیں ہے، امریکہ نہیں ہے۔ اصل نشانہ ہے مسلم حکمران۔ مسلم ملکوں میں جو ڈائنسٹی ہے، وہ اصل نشانہ ہے۔</w:t>
      </w:r>
    </w:p>
    <w:p>
      <w:r>
        <w:rPr>
          <w:b/>
        </w:rPr>
        <w:t xml:space="preserve">[19:40] </w:t>
      </w:r>
      <w:r>
        <w:t>wahan kam karo, kamzor karo to yahan khatm hoga.</w:t>
      </w:r>
    </w:p>
    <w:p>
      <w:pPr>
        <w:jc w:val="right"/>
      </w:pPr>
      <w:r>
        <w:t>وہاں کم کر، کم کرو، کمزور کرو تو یہاں ختم ہوگا۔</w:t>
      </w:r>
    </w:p>
    <w:p>
      <w:r>
        <w:rPr>
          <w:b/>
        </w:rPr>
        <w:t xml:space="preserve">[19:44] </w:t>
      </w:r>
      <w:r>
        <w:t>to yeh khatm hoga to fawza aayegi, anarchy aayegi, islam nahi aayega.</w:t>
      </w:r>
    </w:p>
    <w:p>
      <w:pPr>
        <w:jc w:val="right"/>
      </w:pPr>
      <w:r>
        <w:t>تو یہ ختم ہوگا تو فوضہ آئے گی، انارکی آئے گی، اسلام نہیں آئے گا۔</w:t>
      </w:r>
    </w:p>
    <w:p>
      <w:r>
        <w:rPr>
          <w:b/>
        </w:rPr>
        <w:t xml:space="preserve">[19:53] </w:t>
      </w:r>
      <w:r>
        <w:t>maine bahut ghaur kiya ke aakhir kyun yeh, yeh jo muslim militant hain, kyun Europe pe hamla karte hain, America ke upar kyun hamla karte hain, kyun madi tehzeeb ke upar kyun hamla karte</w:t>
      </w:r>
    </w:p>
    <w:p>
      <w:pPr>
        <w:jc w:val="right"/>
      </w:pPr>
      <w:r>
        <w:t>میں نے بہت غور کیا کہ آخر کیوں یہ، یہ جو مسلم ملٹنٹ ہیں، کیوں یورپ پہ حملہ کرتے ہیں، امریکہ کے اوپر کیوں حملہ کرتے ہیں، کیوں مادی تہذیب کے اوپر کیوں حملہ کرتے</w:t>
      </w:r>
    </w:p>
    <w:p>
      <w:r>
        <w:rPr>
          <w:b/>
        </w:rPr>
        <w:t xml:space="preserve">[20:09] </w:t>
      </w:r>
      <w:r>
        <w:t>hain. is ki wajah yeh hai ke yeh samajhte hain ke hamare muslim mulkon mein jo ruler hain, woh inhi ki wajah se qaim hain, inhi ki madad se qaim hain, woh un ki help kar rahe hain kyunke un ka mafaad hai, un ko tel chahiye, un ko apna industrial mafaad chahiye.</w:t>
      </w:r>
    </w:p>
    <w:p>
      <w:pPr>
        <w:jc w:val="right"/>
      </w:pPr>
      <w:r>
        <w:t>ہیں۔ اس کی وجہ یہ ہے کہ یہ سمجھتے ہیں کہ ہمارے مسلم ملکوں میں جو رولر ہیں، وہ انہی کی وجہ سے قائم ہیں، انہی کی مدد سے قائم ہیں، وہ ان کی ہیلپ کر رہے ہیں کیونکہ ان کا مفاد ہے، ان کو تیل چاہیے، ان کو اپنا انڈسٹریل مفاد چاہیے۔</w:t>
      </w:r>
    </w:p>
    <w:p>
      <w:r>
        <w:rPr>
          <w:b/>
        </w:rPr>
        <w:t xml:space="preserve">[20:34] </w:t>
      </w:r>
      <w:r>
        <w:t>yeh sara tana bana jo hai, yeh isi, isi ka nateeja hai.</w:t>
      </w:r>
    </w:p>
    <w:p>
      <w:pPr>
        <w:jc w:val="right"/>
      </w:pPr>
      <w:r>
        <w:t>یہ سارا تانا بانا جو ہے، یہ اسی، اسی کا نتیجہ ہے۔</w:t>
      </w:r>
    </w:p>
    <w:p>
      <w:r>
        <w:rPr>
          <w:b/>
        </w:rPr>
        <w:t xml:space="preserve">[20:38] </w:t>
      </w:r>
      <w:r>
        <w:t>lekin sawal yeh hai ke is ko aap yeh soch hi galat hai, yeh soch be buniyad hai kyunke jo marja, marja salaf hai, woh is ke khilaf hai.</w:t>
      </w:r>
    </w:p>
    <w:p>
      <w:pPr>
        <w:jc w:val="right"/>
      </w:pPr>
      <w:r>
        <w:t>لیکن سوال یہ ہے کہ اس کو آپ یہ سوچ ہی غلط ہے، یہ سوچ بے بنیاد ہے کیونکہ جو مرجع، مرجع سلف ہے، وہ اس کے خلاف ہے۔</w:t>
      </w:r>
    </w:p>
    <w:p>
      <w:r>
        <w:rPr>
          <w:b/>
        </w:rPr>
        <w:t xml:space="preserve">[20:51] </w:t>
      </w:r>
      <w:r>
        <w:t>hazaar saal tak jo marja, marja salaf chalta raha, marja, marja salaf woh yeh tha ke dynasty ko accept karo, is se takrao mat, hatta ke unhone keh diya ke is, is ke khilaf khuruj karna haram hai.</w:t>
      </w:r>
    </w:p>
    <w:p>
      <w:pPr>
        <w:jc w:val="right"/>
      </w:pPr>
      <w:r>
        <w:t>ہزار سال تک جو مرجع، مرجع سلف چلتا رہا، مرجع، مرجع سلف وہ یہ تھا کہ ڈائنسٹی کو ایکسیپٹ کرو، اس سے ٹکراؤ مت، حتیٰ کہ انہوں نے کہہ دیا کہ اس، اس کے خلاف خروج کرنا حرام ہے۔</w:t>
      </w:r>
    </w:p>
    <w:p>
      <w:r>
        <w:rPr>
          <w:b/>
        </w:rPr>
        <w:t xml:space="preserve">[21:10] </w:t>
      </w:r>
      <w:r>
        <w:t>yeh keh diya kyun? kaha unhone is liye kaha ke yeh, yeh, yeh thi practical wisdom.</w:t>
      </w:r>
    </w:p>
    <w:p>
      <w:pPr>
        <w:jc w:val="right"/>
      </w:pPr>
      <w:r>
        <w:t>یہ کہہ دیا کیوں؟ کہا انہوں نے اس لیے کہا کہ یہ، یہ، یہ تھی پریکٹیکل وزڈم۔</w:t>
      </w:r>
    </w:p>
    <w:p>
      <w:r>
        <w:rPr>
          <w:b/>
        </w:rPr>
        <w:t xml:space="preserve">[21:23] </w:t>
      </w:r>
      <w:r>
        <w:t>ulama ka jo maslak bana, jis ko hum mahaz salaf kehte hain, woh hai practical wisdom. aur duniya mein sab se zyada jo cheez prevail karti ho, woh practical wisdom hai, ideal wisdom nahi hai.</w:t>
      </w:r>
    </w:p>
    <w:p>
      <w:pPr>
        <w:jc w:val="right"/>
      </w:pPr>
      <w:r>
        <w:t>علماء کا جو مسلک بنا، جس کو ہم محض سلف کہتے ہیں، وہ ہے پریکٹیکل وزڈم۔ اور دنیا میں سب سے زیادہ جو چیز پریول کرتی ہو، وہ پریکٹیکل وزڈم ہے، آئیڈیل وزڈم نہیں ہے۔</w:t>
      </w:r>
    </w:p>
    <w:p>
      <w:r>
        <w:rPr>
          <w:b/>
        </w:rPr>
        <w:t xml:space="preserve">[21:41] </w:t>
      </w:r>
      <w:r>
        <w:t>practicalism bhi rasool Allah ki sunnat hai. Hudaybiyah mein aap ne rasool Allah sallallahu alaihi wasallam ne, aap jante hain ke bazahir</w:t>
      </w:r>
    </w:p>
    <w:p>
      <w:pPr>
        <w:jc w:val="right"/>
      </w:pPr>
      <w:r>
        <w:t>پریکٹیکلزم بھی رسول اللہ کی سنت ہے۔ حدیبیہ میں آپ نے رسول اللہ صلی اللہ علیہ وسلم نے، آپ جانتے ہیں کہ بظاہر</w:t>
      </w:r>
    </w:p>
    <w:p>
      <w:r>
        <w:rPr>
          <w:b/>
        </w:rPr>
        <w:t xml:space="preserve">[21:54] </w:t>
      </w:r>
      <w:r>
        <w:t>aap wapas chale gaye makkah janay ki pabandiyan, wapas chale gaye, dab kar sulah ki, rasool Allah ka lafz mita diya.</w:t>
      </w:r>
    </w:p>
    <w:p>
      <w:pPr>
        <w:jc w:val="right"/>
      </w:pPr>
      <w:r>
        <w:t>آپ واپس چلے گئے مکہ جانے کی پابندیاں، واپس چلے گئے، دب کر صلح کی، رسول اللہ کا لفظ مٹا دیا۔</w:t>
      </w:r>
    </w:p>
    <w:p>
      <w:r>
        <w:rPr>
          <w:b/>
        </w:rPr>
        <w:t xml:space="preserve">[22:04] </w:t>
      </w:r>
      <w:r>
        <w:t>to kyun aisa kiya unhon ne?</w:t>
      </w:r>
    </w:p>
    <w:p>
      <w:pPr>
        <w:jc w:val="right"/>
      </w:pPr>
      <w:r>
        <w:t>تو کیوں ایسا کیا انہوں نے؟</w:t>
      </w:r>
    </w:p>
    <w:p>
      <w:r>
        <w:rPr>
          <w:b/>
        </w:rPr>
        <w:t xml:space="preserve">[22:06] </w:t>
      </w:r>
      <w:r>
        <w:t>yeh tha practical wisdom. due to practical wisdom. isi tarah ulama ne jo accept kiya dynasty ko, woh thi due to practical wisdom.</w:t>
      </w:r>
    </w:p>
    <w:p>
      <w:pPr>
        <w:jc w:val="right"/>
      </w:pPr>
      <w:r>
        <w:t>یہ تھا پریکٹیکل وزڈم۔ ڈیو ٹو پریکٹیکل وزڈم۔ اسی طرح علماء نے جو ایکسیپٹ کیا ڈائنسٹی کو، وہ تھی ڈیو ٹو پریکٹیکل وزڈم۔</w:t>
      </w:r>
    </w:p>
    <w:p>
      <w:r>
        <w:rPr>
          <w:b/>
        </w:rPr>
        <w:t xml:space="preserve">[22:21] </w:t>
      </w:r>
      <w:r>
        <w:t>practical wisdom kyunke accept na karein to sara mamla jabrtize hota hai. accept na karein to sara mamla bigadta hai.</w:t>
      </w:r>
    </w:p>
    <w:p>
      <w:pPr>
        <w:jc w:val="right"/>
      </w:pPr>
      <w:r>
        <w:t>پریکٹیکل وزڈم کیونکہ ایکسیپٹ نہ کریں تو سارا معاملہ جبرٹائز ہوتا ہے۔ ایکسیپٹ نہ کریں تو سارا معاملہ بگڑتا ہے۔</w:t>
      </w:r>
    </w:p>
    <w:p>
      <w:r>
        <w:rPr>
          <w:b/>
        </w:rPr>
        <w:t xml:space="preserve">[22:33] </w:t>
      </w:r>
      <w:r>
        <w:t>aur accept karein to kya hota hai?</w:t>
      </w:r>
    </w:p>
    <w:p>
      <w:pPr>
        <w:jc w:val="right"/>
      </w:pPr>
      <w:r>
        <w:t>اور ایکسیپٹ کریں تو کیا ہوتا ہے؟</w:t>
      </w:r>
    </w:p>
    <w:p>
      <w:r>
        <w:rPr>
          <w:b/>
        </w:rPr>
        <w:t xml:space="preserve">[22:37] </w:t>
      </w:r>
      <w:r>
        <w:t>peace aati hai, normalcy aati hai, larai jhagda khatam hota hai, bloodshed khatam hota hai. to phir kya hota hai? ek bohat hi mo'tedil mahaul mil jata hai kaam karne ke liye.</w:t>
      </w:r>
    </w:p>
    <w:p>
      <w:pPr>
        <w:jc w:val="right"/>
      </w:pPr>
      <w:r>
        <w:t>پیس آتی ہے، نارمسی آتی ہے، لڑائی جھگڑا ختم ہوتا ہے، بلڈ شرید ختم ہوتا ہے۔ تو پھر کیا ہوتا ہے؟ ایک بہت ہی معتدل ماحول مل جاتا ہے کام کرنے کے لیے۔</w:t>
      </w:r>
    </w:p>
    <w:p>
      <w:r>
        <w:rPr>
          <w:b/>
        </w:rPr>
        <w:t xml:space="preserve">[22:50] </w:t>
      </w:r>
      <w:r>
        <w:t>aur yahi hua. lekin is zamane mein jo hamare leader uthe, jo jo jinhon ne jama'atein banayin, interpretation diya Islam ka, woh is hikmat ko samajh nahi sake, is wisdom ko samajh nahi sake.</w:t>
      </w:r>
    </w:p>
    <w:p>
      <w:pPr>
        <w:jc w:val="right"/>
      </w:pPr>
      <w:r>
        <w:t>اور یہی ہوا۔ لیکن اس زمانے میں جو ہمارے لیڈر اٹھے، جو جو جنہوں نے جماعتیں بنائیں، انٹرپریٹیشن دیا اسلام کا، وہ اس حکمت کو سمجھ نہیں سکے، اس وزڈم کو سمجھ نہیں سکے۔</w:t>
      </w:r>
    </w:p>
    <w:p>
      <w:r>
        <w:rPr>
          <w:b/>
        </w:rPr>
        <w:t xml:space="preserve">[23:08] </w:t>
      </w:r>
      <w:r>
        <w:t>woh har jagah unhon ne ruler ke khilaf tehrikein chalayin, Misr mein, Iran mein,</w:t>
      </w:r>
    </w:p>
    <w:p>
      <w:pPr>
        <w:jc w:val="right"/>
      </w:pPr>
      <w:r>
        <w:t>وہ ہر جگہ انہوں نے رولر کے خلاف تحریکیں چلائیں، مصر میں، ایران میں،</w:t>
      </w:r>
    </w:p>
    <w:p>
      <w:r>
        <w:rPr>
          <w:b/>
        </w:rPr>
        <w:t xml:space="preserve">[23:16] </w:t>
      </w:r>
      <w:r>
        <w:t>Pakistan mein, har jagah. aur Arab, Arab raston mein, Arab raston mein woh bazahir mehsoos karte hain ke hum kamyab nahi ho rahe hain.</w:t>
      </w:r>
    </w:p>
    <w:p>
      <w:pPr>
        <w:jc w:val="right"/>
      </w:pPr>
      <w:r>
        <w:t>پاکستان میں، ہر جگہ۔ اور عرب، عرب راستوں میں، عرب راستوں میں وہ بظاہر محسوس کرتے ہیں کہ ہم کامیاب نہیں ہو رہے ہیں۔</w:t>
      </w:r>
    </w:p>
    <w:p>
      <w:r>
        <w:rPr>
          <w:b/>
        </w:rPr>
        <w:t xml:space="preserve">[23:26] </w:t>
      </w:r>
      <w:r>
        <w:t>woh samajhte hain ke hum kamyab ho gaye Egypt mein, hum kamyab ho gaye Iran mein, hum kamyab ho gaye Pakistan mein, aur doosre mulkon mein. lekin Arab mein hum kamyab nahi ho rahe hain.</w:t>
      </w:r>
    </w:p>
    <w:p>
      <w:pPr>
        <w:jc w:val="right"/>
      </w:pPr>
      <w:r>
        <w:t>وہ سمجھتے ہیں کہ ہم کامیاب ہو گئے ایجپٹ میں، ہم کامیاب ہو گئے ایران میں، ہم کامیاب ہو گئے پاکستان میں، اور دوسرے ملکوں میں۔ لیکن عرب میں ہم کامیاب نہیں ہو رہے ہیں۔</w:t>
      </w:r>
    </w:p>
    <w:p>
      <w:r>
        <w:rPr>
          <w:b/>
        </w:rPr>
        <w:t xml:space="preserve">[23:36] </w:t>
      </w:r>
      <w:r>
        <w:t>kyun?</w:t>
      </w:r>
    </w:p>
    <w:p>
      <w:pPr>
        <w:jc w:val="right"/>
      </w:pPr>
      <w:r>
        <w:t>کیوں؟</w:t>
      </w:r>
    </w:p>
    <w:p>
      <w:r>
        <w:rPr>
          <w:b/>
        </w:rPr>
        <w:t xml:space="preserve">[23:37] </w:t>
      </w:r>
      <w:r>
        <w:t>yahan maghribi qaumon ko shelter diye hue hain kyunke unko wahan se oil chahiye. to ab woh dushman ho gaye, woh maghribi qaumon ke dushman ho gaye.</w:t>
      </w:r>
    </w:p>
    <w:p>
      <w:pPr>
        <w:jc w:val="right"/>
      </w:pPr>
      <w:r>
        <w:t>یہاں مغربی قوموں کو شیلٹر دیے ہوئے ہیں کیونکہ ان کو وہاں سے تیل چاہیے۔ تو اب وہ دشمن ہو گئے، وہ مغربی قوموں کے دشمن ہو گئے۔</w:t>
      </w:r>
    </w:p>
    <w:p>
      <w:r>
        <w:rPr>
          <w:b/>
        </w:rPr>
        <w:t xml:space="preserve">[23:49] </w:t>
      </w:r>
      <w:r>
        <w:t>yeh sara soch jo hai, bilkul baseless hai, unislamic hai, iska koi talluq nahi Islam se hai, na aqal se hai.</w:t>
      </w:r>
    </w:p>
    <w:p>
      <w:pPr>
        <w:jc w:val="right"/>
      </w:pPr>
      <w:r>
        <w:t>یہ سارا سوچ جو ہے، بالکل بیسلیس ہے، ان اسلامک ہے، اس کا کوئی تعلق نہیں اسلام سے ہے، نہ عقل سے ہے۔</w:t>
      </w:r>
    </w:p>
    <w:p>
      <w:r>
        <w:rPr>
          <w:b/>
        </w:rPr>
        <w:t xml:space="preserve">[24:03] </w:t>
      </w:r>
      <w:r>
        <w:t>to main samajhta hoon ke is waqt sab se zaroori kaam kya hai? woh cheez hum dobara duniya mein revive karein jisko hum kehte hain minhaj-e-salaf.</w:t>
      </w:r>
    </w:p>
    <w:p>
      <w:pPr>
        <w:jc w:val="right"/>
      </w:pPr>
      <w:r>
        <w:t>تو میں سمجھتا ہوں کہ اس وقت سب سے ضروری کام کیا ہے؟ وہ چیز ہم دوبارہ دنیا میں ریوائیو کریں جس کو ہم کہتے ہیں مجہل السلف۔</w:t>
      </w:r>
    </w:p>
    <w:p>
      <w:r>
        <w:rPr>
          <w:b/>
        </w:rPr>
        <w:t xml:space="preserve">[24:14] </w:t>
      </w:r>
      <w:r>
        <w:t>salaf ka minhaj, minhaj-us-salaf yani is zamane mein jo ulama paida hue, jo ulama jinko hum kehte hain ulama mutaqaddimeen paida hue,</w:t>
      </w:r>
    </w:p>
    <w:p>
      <w:pPr>
        <w:jc w:val="right"/>
      </w:pPr>
      <w:r>
        <w:t>سلف کا منہج، منہج السلف یعنی اس زمانے میں جو علماء پیدا ہوئے، جو علماء جن کو ہم کہتے ہیں علماء متقدمین پیدا ہوئے،</w:t>
      </w:r>
    </w:p>
    <w:p>
      <w:r>
        <w:rPr>
          <w:b/>
        </w:rPr>
        <w:t xml:space="preserve">[24:28] </w:t>
      </w:r>
      <w:r>
        <w:t>yeh saare is mein shamil hain.</w:t>
      </w:r>
    </w:p>
    <w:p>
      <w:pPr>
        <w:jc w:val="right"/>
      </w:pPr>
      <w:r>
        <w:t>یہ سارے اس میں شامل ہیں۔</w:t>
      </w:r>
    </w:p>
    <w:p>
      <w:r>
        <w:rPr>
          <w:b/>
        </w:rPr>
        <w:t xml:space="preserve">[24:31] </w:t>
      </w:r>
      <w:r>
        <w:t>tabi'een, tabe' tabi'een, fuqaha sab is mein shamil hain. isko hum kehte hain minhaj-us-salaf. is salaf ko revive kiya jaye ke existing system ko accept kar lo,</w:t>
      </w:r>
    </w:p>
    <w:p>
      <w:pPr>
        <w:jc w:val="right"/>
      </w:pPr>
      <w:r>
        <w:t>تابعین، تبع تابعین، فقہاء سب اس میں شامل ہیں۔ اس کو ہم کہتے ہیں منہج السلف۔ اس سلف کو ریوائیو کیا جائے کہ ایگزسٹنگ سسٹم کو ایکسیپٹ کر لو،</w:t>
      </w:r>
    </w:p>
    <w:p>
      <w:r>
        <w:rPr>
          <w:b/>
        </w:rPr>
        <w:t xml:space="preserve">[24:45] </w:t>
      </w:r>
      <w:r>
        <w:t>existing system ko accept karo taake normalcy aaye, taake peace aaye, taake stability aaye. aur phir sara kaam peaceful tareeqe se, normal tareeqe se hone lagega.</w:t>
      </w:r>
    </w:p>
    <w:p>
      <w:pPr>
        <w:jc w:val="right"/>
      </w:pPr>
      <w:r>
        <w:t>ایگزسٹنگ سسٹم کو ایکسیپٹ کرو تاکہ نارمسی آئے، تاکہ پیس آئے، تاکہ اسٹیبلٹی آئے۔ اور پھر سارا کام پیس فل طریقے سے، نارمل طریقے سے ہونے لگے گا۔</w:t>
      </w:r>
    </w:p>
    <w:p>
      <w:r>
        <w:rPr>
          <w:b/>
        </w:rPr>
        <w:t xml:space="preserve">[25:04] </w:t>
      </w:r>
      <w:r>
        <w:t>to jo log Allah Akbar ke naam se military chala rahe hain, woh in sab baaton se bilkul bekhabar hain. Allah Akbar ka taqaza yeh nahi hai jo woh kar rahe hain.</w:t>
      </w:r>
    </w:p>
    <w:p>
      <w:pPr>
        <w:jc w:val="right"/>
      </w:pPr>
      <w:r>
        <w:t>تو جو لوگ اللہ اکبر کے نام سے ملٹری چلا رہے ہیں، وہ ان سب باتوں سے بالکل بے خبر ہیں۔ اللہ اکبر کا تقاضا یہ نہیں ہے جو وہ کر رہے ہیں۔</w:t>
      </w:r>
    </w:p>
    <w:p>
      <w:r>
        <w:rPr>
          <w:b/>
        </w:rPr>
        <w:t xml:space="preserve">[25:16] </w:t>
      </w:r>
      <w:r>
        <w:t>Allah Akbar ka taqaza hai ke jo salaf ka minhaj tha, iska revive karna.</w:t>
      </w:r>
    </w:p>
    <w:p>
      <w:pPr>
        <w:jc w:val="right"/>
      </w:pPr>
      <w:r>
        <w:t>اللہ اکبر کا تقاضا ہے کہ جو سلف کا منہج تھا، اس کا ریوائیو کرنا۔</w:t>
      </w:r>
    </w:p>
    <w:p>
      <w:r>
        <w:rPr>
          <w:b/>
        </w:rPr>
        <w:t xml:space="preserve">[25:25] </w:t>
      </w:r>
      <w:r>
        <w:t>salaf ka jo minhaj tha, isko re</w:t>
      </w:r>
    </w:p>
    <w:p>
      <w:pPr>
        <w:jc w:val="right"/>
      </w:pPr>
      <w:r>
        <w:t>سلف کا جو منہج تھا، اس کو ری</w:t>
      </w:r>
    </w:p>
    <w:p>
      <w:r>
        <w:rPr>
          <w:b/>
        </w:rPr>
        <w:t xml:space="preserve">[25:27] </w:t>
      </w:r>
      <w:r>
        <w:t>vive karna yani confrontation ko confirmation na karna,</w:t>
      </w:r>
    </w:p>
    <w:p>
      <w:pPr>
        <w:jc w:val="right"/>
      </w:pPr>
      <w:r>
        <w:t>وائیو کرنا یعنی کنفrontiشن کو کنفرمیشن نہ کرنا،</w:t>
      </w:r>
    </w:p>
    <w:p>
      <w:r>
        <w:rPr>
          <w:b/>
        </w:rPr>
        <w:t xml:space="preserve">[25:37] </w:t>
      </w:r>
      <w:r>
        <w:t>authority se confrontation na karna, authority se takrao na karna taake normalcy aaye, taake peace aaye.</w:t>
      </w:r>
    </w:p>
    <w:p>
      <w:pPr>
        <w:jc w:val="right"/>
      </w:pPr>
      <w:r>
        <w:t>اتھارٹی سے کنفrontiشن نہ کرنا، اتھارٹی سے ٹکراؤ نہ کرنا تاکہ نارمسی آئے، تاکہ پیس آئے۔</w:t>
      </w:r>
    </w:p>
    <w:p>
      <w:r>
        <w:rPr>
          <w:b/>
        </w:rPr>
        <w:t xml:space="preserve">[25:49] </w:t>
      </w:r>
      <w:r>
        <w:t>yeh hai salaf ka minhaj.</w:t>
      </w:r>
    </w:p>
    <w:p>
      <w:pPr>
        <w:jc w:val="right"/>
      </w:pPr>
      <w:r>
        <w:t>یہ ہے سلف کا منہج۔</w:t>
      </w:r>
    </w:p>
    <w:p>
      <w:r>
        <w:rPr>
          <w:b/>
        </w:rPr>
        <w:t xml:space="preserve">[25:55] </w:t>
      </w:r>
      <w:r>
        <w:t>main samajhta hoon ke isi baat ko bohat zyada logon ko batane ki zaroorat hai. main kisi ki niyat par hamla nahi karta, main kisi ki niyat par attack nahi karta.</w:t>
      </w:r>
    </w:p>
    <w:p>
      <w:pPr>
        <w:jc w:val="right"/>
      </w:pPr>
      <w:r>
        <w:t>میں سمجھتا ہوں کہ اسی بات کو بہت زیادہ لوگوں کو بتانے کی ضرورت ہے۔ میں کسی کی نیت پر حملہ نہیں کرتا، میں کسی کی نیت پر اٹیک نہیں کرتا۔</w:t>
      </w:r>
    </w:p>
    <w:p>
      <w:r>
        <w:rPr>
          <w:b/>
        </w:rPr>
        <w:t xml:space="preserve">[26:06] </w:t>
      </w:r>
      <w:r>
        <w:t>mera manna yeh hai ke yeh hai due to an awareness. log be khabar hain. main kisi ki niyat par attack nahi karta kabhi bhi.</w:t>
      </w:r>
    </w:p>
    <w:p>
      <w:pPr>
        <w:jc w:val="right"/>
      </w:pPr>
      <w:r>
        <w:t>میرا ماننا یہ ہے کہ یہ ہے ڈیو ٹو ان اویرنس۔ لوگ بے خبر ہیں۔ میں کسی کی نیت پر اٹیک نہیں کرتا کبھی بھی۔</w:t>
      </w:r>
    </w:p>
    <w:p>
      <w:r>
        <w:rPr>
          <w:b/>
        </w:rPr>
        <w:t xml:space="preserve">[26:18] </w:t>
      </w:r>
      <w:r>
        <w:t>mera, mera to tareeqa hi nahi hai.</w:t>
      </w:r>
    </w:p>
    <w:p>
      <w:pPr>
        <w:jc w:val="right"/>
      </w:pPr>
      <w:r>
        <w:t>میرا، میرا تو طریقہ ہی نہیں ہے۔</w:t>
      </w:r>
    </w:p>
    <w:p>
      <w:r>
        <w:rPr>
          <w:b/>
        </w:rPr>
        <w:t xml:space="preserve">[26:22] </w:t>
      </w:r>
      <w:r>
        <w:t>to jo log yeh sab kar rahe hain, violence, woh asal baat se in aware hain, asal baat se be khabar hain.</w:t>
      </w:r>
    </w:p>
    <w:p>
      <w:pPr>
        <w:jc w:val="right"/>
      </w:pPr>
      <w:r>
        <w:t>تو جو لوگ یہ سب کر رہے ہیں، وائیلنس، وہ اصل بات سے ان اویر ہیں، اصل بات سے بے خبر ہیں۔</w:t>
      </w:r>
    </w:p>
    <w:p>
      <w:r>
        <w:rPr>
          <w:b/>
        </w:rPr>
        <w:t xml:space="preserve">[26:36] </w:t>
      </w:r>
      <w:r>
        <w:t>woh, woh mante hain bhi hain marja sirf ko, yeh lafz hi bolte hain woh, lekin woh unaware hain ke what was the marja sirf?</w:t>
      </w:r>
    </w:p>
    <w:p>
      <w:pPr>
        <w:jc w:val="right"/>
      </w:pPr>
      <w:r>
        <w:t>وہ، وہ مانتے ہیں بھی ہیں مرجع صرف کو، یہ لفظ ہی بولتے ہیں وہ، لیکن وہ ان اویر ہیں کہ واٹ واز دی مرجع صرف؟</w:t>
      </w:r>
    </w:p>
    <w:p>
      <w:r>
        <w:rPr>
          <w:b/>
        </w:rPr>
        <w:t xml:space="preserve">[26:47] </w:t>
      </w:r>
      <w:r>
        <w:t>manhaj, manhaj sirf kya tha? is se be khabar hain woh.</w:t>
      </w:r>
    </w:p>
    <w:p>
      <w:pPr>
        <w:jc w:val="right"/>
      </w:pPr>
      <w:r>
        <w:t>منہج، منہج صرف کیا تھا؟ اس سے بے خبر ہیں وہ۔</w:t>
      </w:r>
    </w:p>
    <w:p>
      <w:r>
        <w:rPr>
          <w:b/>
        </w:rPr>
        <w:t xml:space="preserve">[26:52] </w:t>
      </w:r>
      <w:r>
        <w:t>to jo log militancy mein, violence mein involve hain, main un ki niyat par koi hamla nahi karta, yeh mera tareeqa nahi hai.</w:t>
      </w:r>
    </w:p>
    <w:p>
      <w:pPr>
        <w:jc w:val="right"/>
      </w:pPr>
      <w:r>
        <w:t>تو جو لوگ ملٹریسی میں، وائیلنس میں انوالو ہیں، میں ان کی نیت پر کوئی حملہ نہیں کرتا، یہ میرا طریقہ نہیں ہے۔</w:t>
      </w:r>
    </w:p>
    <w:p>
      <w:r>
        <w:rPr>
          <w:b/>
        </w:rPr>
        <w:t xml:space="preserve">[27:02] </w:t>
      </w:r>
      <w:r>
        <w:t>main sirf yeh kehta hoon ke ke woh be khabar hain asal baat se, woh be khabar hain.</w:t>
      </w:r>
    </w:p>
    <w:p>
      <w:pPr>
        <w:jc w:val="right"/>
      </w:pPr>
      <w:r>
        <w:t>میں صرف یہ کہتا ہوں کہ کہ وہ بے خبر ہیں اصل بات سے، وہ بے خبر ہیں۔</w:t>
      </w:r>
    </w:p>
    <w:p>
      <w:r>
        <w:rPr>
          <w:b/>
        </w:rPr>
        <w:t xml:space="preserve">[27:11] </w:t>
      </w:r>
      <w:r>
        <w:t>apni be khabari ki bina par yeh sab mein involve hain. woh</w:t>
      </w:r>
    </w:p>
    <w:p>
      <w:pPr>
        <w:jc w:val="right"/>
      </w:pPr>
      <w:r>
        <w:t>اپنی بے خبری کی بنا پر یہ سب میں انوالو ہیں۔ وہ</w:t>
      </w:r>
    </w:p>
    <w:p>
      <w:r>
        <w:rPr>
          <w:b/>
        </w:rPr>
        <w:t xml:space="preserve">[27:19] </w:t>
      </w:r>
      <w:r>
        <w:t>to aaj ka jo masla hai, sab se zyada woh yeh hai ke logon ki awareness ko todna,</w:t>
      </w:r>
    </w:p>
    <w:p>
      <w:pPr>
        <w:jc w:val="right"/>
      </w:pPr>
      <w:r>
        <w:t>تو آج کا جو مسئلہ ہے، سب سے زیادہ وہ یہ ہے کہ لوگوں کی ان اویرنس کو توڑنا،</w:t>
      </w:r>
    </w:p>
    <w:p>
      <w:r>
        <w:rPr>
          <w:b/>
        </w:rPr>
        <w:t xml:space="preserve">[27:32] </w:t>
      </w:r>
      <w:r>
        <w:t>un ko batana ke tum asal baat se be khabar ho.</w:t>
      </w:r>
    </w:p>
    <w:p>
      <w:pPr>
        <w:jc w:val="right"/>
      </w:pPr>
      <w:r>
        <w:t>ان کو بتانا کہ تم اصل بات سے بے خبر ہو۔</w:t>
      </w:r>
    </w:p>
    <w:p>
      <w:r>
        <w:rPr>
          <w:b/>
        </w:rPr>
        <w:t xml:space="preserve">[27:40] </w:t>
      </w:r>
      <w:r>
        <w:t>to making, to make them aware of their awareness.</w:t>
      </w:r>
    </w:p>
    <w:p>
      <w:pPr>
        <w:jc w:val="right"/>
      </w:pPr>
      <w:r>
        <w:t>ٹو میکنگ، ٹو میک دیم اویر اف دیر ان اویرنس۔</w:t>
      </w:r>
    </w:p>
    <w:p>
      <w:r>
        <w:rPr>
          <w:b/>
        </w:rPr>
        <w:t xml:space="preserve">[27:48] </w:t>
      </w:r>
      <w:r>
        <w:t>mera manna yeh hai ke waqt is waqt karne ka kaam yeh hai ke to make these people aware of their awareness.</w:t>
      </w:r>
    </w:p>
    <w:p>
      <w:pPr>
        <w:jc w:val="right"/>
      </w:pPr>
      <w:r>
        <w:t>میرا ماننا یہ ہے کہ وقت اس وقت کرنے کا کام یہ ہے کہ ٹو میک دیز پیپل اویر اف دیر ان اویرنس۔</w:t>
      </w:r>
    </w:p>
    <w:p>
      <w:r>
        <w:rPr>
          <w:b/>
        </w:rPr>
        <w:t xml:space="preserve">[28:00] </w:t>
      </w:r>
      <w:r>
        <w:t>jis cheez se be khabar hain, us ke baray mein un ki be khabari ko batana. kyunke dekhen, koi insan aisa nahi hai jo ke jis ko Allah ne paida kiya ho.</w:t>
      </w:r>
    </w:p>
    <w:p>
      <w:pPr>
        <w:jc w:val="right"/>
      </w:pPr>
      <w:r>
        <w:t>جس چیز سے بے خبر ہیں، اس کے بارے میں ان کی بے خبری کو بتانا۔ کیونکہ دیکھیں، کوئی انسان ایسا نہیں ہے جو کہ جس کو اللہ نے پیدا کیا ہو۔</w:t>
      </w:r>
    </w:p>
    <w:p>
      <w:r>
        <w:rPr>
          <w:b/>
        </w:rPr>
        <w:t xml:space="preserve">[28:12] </w:t>
      </w:r>
      <w:r>
        <w:t>sare insan Allah ke paida kiye hue hain. har insan ke andar wohi nature hai, wohi fitrat hai.</w:t>
      </w:r>
    </w:p>
    <w:p>
      <w:pPr>
        <w:jc w:val="right"/>
      </w:pPr>
      <w:r>
        <w:t>سارے انسان اللہ کے پیدا کیے ہوئے ہیں۔ ہر انسان کے اندر وہی نیچر ہے، وہی فطرت ہے۔</w:t>
      </w:r>
    </w:p>
    <w:p>
      <w:r>
        <w:rPr>
          <w:b/>
        </w:rPr>
        <w:t xml:space="preserve">[28:18] </w:t>
      </w:r>
      <w:r>
        <w:t>kal mauloodi yulad ala fitrah. hadees mein aata hai ke har insan aik hi fitrat mein paida kiya gaya, do fitrat nahi hain.</w:t>
      </w:r>
    </w:p>
    <w:p>
      <w:pPr>
        <w:jc w:val="right"/>
      </w:pPr>
      <w:r>
        <w:t>کل مولودی یولد علی الفطرہ۔ حدیث میں آتا ہے کہ ہر انسان ایک ہی فطرت میں پیدا کیا گیا، دو فطرت نہیں ہیں۔</w:t>
      </w:r>
    </w:p>
    <w:p>
      <w:r>
        <w:rPr>
          <w:b/>
        </w:rPr>
        <w:t xml:space="preserve">[28:29] </w:t>
      </w:r>
      <w:r>
        <w:t>agar man consciousness hai to un ka bhi consciousness hai, man reason hai to un ka bhi reason hai.</w:t>
      </w:r>
    </w:p>
    <w:p>
      <w:pPr>
        <w:jc w:val="right"/>
      </w:pPr>
      <w:r>
        <w:t>اگر مینر کانشیس ہے تو ان کا بھی کانشیس ہے، مینر ریزن ہے تو ان کا بھی ریزن ہے۔</w:t>
      </w:r>
    </w:p>
    <w:p>
      <w:r>
        <w:rPr>
          <w:b/>
        </w:rPr>
        <w:t xml:space="preserve">[28:40] </w:t>
      </w:r>
      <w:r>
        <w:t>to un ki reason ko accept, un ki reason ko address kar</w:t>
      </w:r>
    </w:p>
    <w:p>
      <w:pPr>
        <w:jc w:val="right"/>
      </w:pPr>
      <w:r>
        <w:t>تو ان کی ریزن کو ایکسیپٹ، ان کی ریزن کو ایڈریس کر</w:t>
      </w:r>
    </w:p>
    <w:p>
      <w:r>
        <w:rPr>
          <w:b/>
        </w:rPr>
        <w:t xml:space="preserve">[28:43] </w:t>
      </w:r>
      <w:r>
        <w:t>na hai, un ke consciousness ko address karna hai, un ko asal baat se be ke baray mein ba khabar karna hai. un ko Islam ki jo history hai, is history ka galat interpretation jo hai,</w:t>
      </w:r>
    </w:p>
    <w:p>
      <w:pPr>
        <w:jc w:val="right"/>
      </w:pPr>
      <w:r>
        <w:t>نا ہے، ان کے کانشیس کو ایڈریس کرنا ہے، ان کو اصل بات سے بے کے بارے میں باخبر کرنا ہے۔ ان کو اسلام کی جو ہسٹری ہے، اس ہسٹری کا غلط انٹرپریٹیشن جو ہے،</w:t>
      </w:r>
    </w:p>
    <w:p>
      <w:r>
        <w:rPr>
          <w:b/>
        </w:rPr>
        <w:t xml:space="preserve">[28:58] </w:t>
      </w:r>
      <w:r>
        <w:t>is ko sahi karna.</w:t>
      </w:r>
    </w:p>
    <w:p>
      <w:pPr>
        <w:jc w:val="right"/>
      </w:pPr>
      <w:r>
        <w:t>اس کو صحیح کرنا۔</w:t>
      </w:r>
    </w:p>
    <w:p>
      <w:r>
        <w:rPr>
          <w:b/>
        </w:rPr>
        <w:t xml:space="preserve">[29:06] </w:t>
      </w:r>
      <w:r>
        <w:t>Islam ki history ka concept unhone bigaad rakha hai.</w:t>
      </w:r>
    </w:p>
    <w:p>
      <w:pPr>
        <w:jc w:val="right"/>
      </w:pPr>
      <w:r>
        <w:t>اسلام کی ہسٹری کا کانسیپٹ انہوں نے بگاڑ رکھا ہے۔</w:t>
      </w:r>
    </w:p>
    <w:p>
      <w:r>
        <w:rPr>
          <w:b/>
        </w:rPr>
        <w:t xml:space="preserve">[29:13] </w:t>
      </w:r>
      <w:r>
        <w:t>Islam dekhiye, shuru hua dawat se. dawat hi is ka asal nishana hai. ya ayyuhal muddathir, inzar yani dawat, yahi nishana hai Islam ka.</w:t>
      </w:r>
    </w:p>
    <w:p>
      <w:pPr>
        <w:jc w:val="right"/>
      </w:pPr>
      <w:r>
        <w:t>اسلام دیکھیے، شروع ہوا دعوت سے۔ دعوت ہی اس کا اصل نشانہ ہے۔ یا ایہا المدثر، انظار یعنی دعوت، یہی نشانہ ہے اسلام کا۔</w:t>
      </w:r>
    </w:p>
    <w:p>
      <w:r>
        <w:rPr>
          <w:b/>
        </w:rPr>
        <w:t xml:space="preserve">[29:29] </w:t>
      </w:r>
      <w:r>
        <w:t>isi ko mehfooz tor par anjam dene ke liye hamare tamam ulma aur sahaba tak tamam logon ne dynasty ko accept kar liya.</w:t>
      </w:r>
    </w:p>
    <w:p>
      <w:pPr>
        <w:jc w:val="right"/>
      </w:pPr>
      <w:r>
        <w:t>اسی کو محفوظ طور پر انجام دینے کے لیے ہمارے تمام علماء اور صحابہ تک تمام لوگوں نے ڈائنسٹی کو ایکسیپٹ کر لیا۔</w:t>
      </w:r>
    </w:p>
    <w:p>
      <w:r>
        <w:rPr>
          <w:b/>
        </w:rPr>
        <w:t xml:space="preserve">[29:45] </w:t>
      </w:r>
      <w:r>
        <w:t>ki</w:t>
      </w:r>
    </w:p>
    <w:p>
      <w:pPr>
        <w:jc w:val="right"/>
      </w:pPr>
      <w:r>
        <w:t>کی</w:t>
      </w:r>
    </w:p>
    <w:p>
      <w:r>
        <w:rPr>
          <w:b/>
        </w:rPr>
        <w:t xml:space="preserve">[29:46] </w:t>
      </w:r>
      <w:r>
        <w:t>yunke dynasty se stability aati thi, istahkam, peace, normality aati thi. to due to practical wisdom, they accepted this system.</w:t>
      </w:r>
    </w:p>
    <w:p>
      <w:pPr>
        <w:jc w:val="right"/>
      </w:pPr>
      <w:r>
        <w:t>ونکہ ڈائنسٹی سے اسٹیبلٹی آتی تھی، استحکام، پیس، نارملٹی آتی تھی۔ تو ڈیو ٹو پریکٹیکل وزڈم، دے ایکسیپٹڈ دس سسٹم۔</w:t>
      </w:r>
    </w:p>
    <w:p>
      <w:r>
        <w:rPr>
          <w:b/>
        </w:rPr>
        <w:t xml:space="preserve">[30:06] </w:t>
      </w:r>
      <w:r>
        <w:t>yahi aaj hamein karna hai.</w:t>
      </w:r>
    </w:p>
    <w:p>
      <w:pPr>
        <w:jc w:val="right"/>
      </w:pPr>
      <w:r>
        <w:t>یہی آج ہمیں کرنا ہے۔</w:t>
      </w:r>
    </w:p>
    <w:p>
      <w:r>
        <w:rPr>
          <w:b/>
        </w:rPr>
        <w:t xml:space="preserve">[30:11] </w:t>
      </w:r>
      <w:r>
        <w:t>yeh, yeh jo nazariya bana hai ke maghribi qaumein muslim hukmaranon ko back karti hain, yeh nazariya hi galat hai.</w:t>
      </w:r>
    </w:p>
    <w:p>
      <w:pPr>
        <w:jc w:val="right"/>
      </w:pPr>
      <w:r>
        <w:t>یہ، یہ جو نظریہ بنا ہے کہ مغربی قومیں مسلم حکمرانوں کو بیک کرتی ہیں، یہ نظریہ ہی غلط ہے۔</w:t>
      </w:r>
    </w:p>
    <w:p>
      <w:r>
        <w:rPr>
          <w:b/>
        </w:rPr>
        <w:t xml:space="preserve">[30:22] </w:t>
      </w:r>
      <w:r>
        <w:t>Muslim hukmaran koi galat nahi hai, woh sahi log hain. Muslim hukmaran kya ho? Dynasty ke dynasty hai muslim riyasaton mein aur dynasty accepted hai tamam ulama ke liye.</w:t>
      </w:r>
    </w:p>
    <w:p>
      <w:pPr>
        <w:jc w:val="right"/>
      </w:pPr>
      <w:r>
        <w:t>مسلم حکمران کوئی غلط نہیں ہے، وہ صحیح لوگ ہیں۔ مسلم حکمران کیا ہو؟ ڈائنسٹی کے ڈائنسٹی ہے مسلم ریاستوں میں اور ڈائنسٹی ایکسیپٹڈ ہے تمام علماء کے لیے۔</w:t>
      </w:r>
    </w:p>
    <w:p>
      <w:r>
        <w:rPr>
          <w:b/>
        </w:rPr>
        <w:t xml:space="preserve">[30:36] </w:t>
      </w:r>
      <w:r>
        <w:t>Phir is mein ghalati kya hai?</w:t>
      </w:r>
    </w:p>
    <w:p>
      <w:pPr>
        <w:jc w:val="right"/>
      </w:pPr>
      <w:r>
        <w:t>پھر اس میں غلطی کیا ہے؟</w:t>
      </w:r>
    </w:p>
    <w:p>
      <w:r>
        <w:rPr>
          <w:b/>
        </w:rPr>
        <w:t xml:space="preserve">[30:43] </w:t>
      </w:r>
      <w:r>
        <w:t>Maujooda jo muslim hukmaran hain, in mein jo siyasi nizam hai, woh extension hai pichhle daur ka.</w:t>
      </w:r>
    </w:p>
    <w:p>
      <w:pPr>
        <w:jc w:val="right"/>
      </w:pPr>
      <w:r>
        <w:t>موجودہ جو مسلم حکمران ہیں، ان میں جو سیاسی نظام ہے، وہ ایکسٹینشن ہے پچھلے دور کا۔</w:t>
      </w:r>
    </w:p>
    <w:p>
      <w:r>
        <w:rPr>
          <w:b/>
        </w:rPr>
        <w:t xml:space="preserve">[30:55] </w:t>
      </w:r>
      <w:r>
        <w:t>Hazrat Muawiya se yeh daur chal raha hai, dynasty ka daur. Wahi, wahi, isi ka extension hai. Maujooda muslim hukmaran isi ka extension hai.</w:t>
      </w:r>
    </w:p>
    <w:p>
      <w:pPr>
        <w:jc w:val="right"/>
      </w:pPr>
      <w:r>
        <w:t>حضرت معاویہ سے یہ دور چل رہا ہے، ڈائنسٹی کا دور۔ وہی، وہی، اسی کا ایکسٹینشن ہے۔ موجودہ مسلم حکمران اسی کا ایکسٹینشن ہے۔</w:t>
      </w:r>
    </w:p>
    <w:p>
      <w:r>
        <w:rPr>
          <w:b/>
        </w:rPr>
        <w:t xml:space="preserve">[31:09] </w:t>
      </w:r>
      <w:r>
        <w:t>Hatta ke jo jahan khandani hukumat nahi hai, yani dictatorship hai, woh bhi isi ka extension hai. Aap misaal ke taur par sochiye ke Sham mein, Iraq mein, Libya mein peace tha, stability thi aur sab kaam wahan ho rahe the.</w:t>
      </w:r>
    </w:p>
    <w:p>
      <w:pPr>
        <w:jc w:val="right"/>
      </w:pPr>
      <w:r>
        <w:t>حتیٰ کہ جو جہاں خاندانی حکومت نہیں ہے، یعنی ڈکٹریٹ شپ ہے، وہ بھی اسی کا ایکسٹینشن ہے۔ آپ مثال کے طور پر سوچیے کہ شام میں، عراق میں، لیبیا میں پیس تھا، اسٹیبلٹی تھی اور سب کام وہاں ہو رہے تھے۔</w:t>
      </w:r>
    </w:p>
    <w:p>
      <w:r>
        <w:rPr>
          <w:b/>
        </w:rPr>
        <w:t xml:space="preserve">[31:31] </w:t>
      </w:r>
      <w:r>
        <w:t>Ab kya hai? Ab fawza hai, anarchy hai.</w:t>
      </w:r>
    </w:p>
    <w:p>
      <w:pPr>
        <w:jc w:val="right"/>
      </w:pPr>
      <w:r>
        <w:t>اب کیا ہے؟ اب فوضہ ہے، انارکی ہے۔</w:t>
      </w:r>
    </w:p>
    <w:p>
      <w:r>
        <w:rPr>
          <w:b/>
        </w:rPr>
        <w:t xml:space="preserve">[31:37] </w:t>
      </w:r>
      <w:r>
        <w:t>To hamare aslaf ne jis tarike se khandani rulers ko accept kiya tha, agar aaj woh hon to kahenge ke is ko bhi accept karo kyunke un ki wajah se hamein peace mil raha hai.</w:t>
      </w:r>
    </w:p>
    <w:p>
      <w:pPr>
        <w:jc w:val="right"/>
      </w:pPr>
      <w:r>
        <w:t>تو ہمارے اسلاف نے جس طریقے سے خاندائیں رولرز کو ایکسیپٹ کیا تھا، اگر آج وہ ہوں تو کہیں گے کہ اس کو بھی ایکسیپٹ کرو کیونکہ ان کی وجہ سے ہمیں پیس مل رہا ہے۔</w:t>
      </w:r>
    </w:p>
    <w:p>
      <w:r>
        <w:rPr>
          <w:b/>
        </w:rPr>
        <w:t xml:space="preserve">[31:50] </w:t>
      </w:r>
      <w:r>
        <w:t>Yaani Iraq mein peace tha, Syria mein peace tha, Libya mein peace tha.</w:t>
      </w:r>
    </w:p>
    <w:p>
      <w:pPr>
        <w:jc w:val="right"/>
      </w:pPr>
      <w:r>
        <w:t>یعنی عراق میں پیس تھا، سیریا میں پیس تھا، لیبیا میں پیس تھا۔</w:t>
      </w:r>
    </w:p>
    <w:p>
      <w:r>
        <w:rPr>
          <w:b/>
        </w:rPr>
        <w:t xml:space="preserve">[31:59] </w:t>
      </w:r>
      <w:r>
        <w:t>To woh nizam practicalism ka, practical wisdom ka taqaza hai. In ko theek kaho aap kyunke peace asal hai. Peace hai to sab kaam hota hai.</w:t>
      </w:r>
    </w:p>
    <w:p>
      <w:pPr>
        <w:jc w:val="right"/>
      </w:pPr>
      <w:r>
        <w:t>تو وہ نظام پریکٹیکلزم کا، پریکٹیکل وزڈم کا تقاضا ہے۔ ان کو ٹھیک کہیں آپ کیونکہ پیس اصل ہے۔ پیس ہے تو سب کام ہوتا ہے۔</w:t>
      </w:r>
    </w:p>
    <w:p>
      <w:r>
        <w:rPr>
          <w:b/>
        </w:rPr>
        <w:t xml:space="preserve">[32:12] </w:t>
      </w:r>
      <w:r>
        <w:t>To hamare jin mutaqaddimeen ne dynasty ko accept kiya tha, agar woh aaj hon to kahenge is ko bhi accept karo.</w:t>
      </w:r>
    </w:p>
    <w:p>
      <w:pPr>
        <w:jc w:val="right"/>
      </w:pPr>
      <w:r>
        <w:t>تو ہمارے جن متقدمین نے ڈائنسٹی کو ایکسیپٹ کیا تھا، اگر وہ آج ہوں تو کہیں گے اس کو بھی ایکسیپٹ کرو۔</w:t>
      </w:r>
    </w:p>
    <w:p>
      <w:r>
        <w:rPr>
          <w:b/>
        </w:rPr>
        <w:t xml:space="preserve">[32:24] </w:t>
      </w:r>
      <w:r>
        <w:t>Jo nizam tha Syria mein, jo nizam tha Iraq mein, jo nizam tha Libya mein, us ko accept karo kyunke practical wisdom ka taqaza yeh hai.</w:t>
      </w:r>
    </w:p>
    <w:p>
      <w:pPr>
        <w:jc w:val="right"/>
      </w:pPr>
      <w:r>
        <w:t>جو نظام تھا سیریا میں، جو نظام تھا عراق میں، جو نظام تھا لیبیا میں، اس کو ایکسیپٹ کرو کیونکہ پریکٹیکل وزڈم کا تقاضا یہ ہے۔</w:t>
      </w:r>
    </w:p>
    <w:p>
      <w:r>
        <w:rPr>
          <w:b/>
        </w:rPr>
        <w:t xml:space="preserve">[32:36] </w:t>
      </w:r>
      <w:r>
        <w:t>Kyunke is ki wajah se hamein peace milta hai, stability milti hai aur sab kaam hota rehta hai, sab kaam hota rehta hai. To asal cheez yeh hai ke kaam hota rahe.</w:t>
      </w:r>
    </w:p>
    <w:p>
      <w:pPr>
        <w:jc w:val="right"/>
      </w:pPr>
      <w:r>
        <w:t>کیونکہ اس کی وجہ سے ہمیں پیس ملتا ہے، اسٹیبلٹی ملتی ہے اور سب کام ہوتا رہتا ہے، سب کام ہوتا رہتا ہے۔ تو اصل چیز یہ ہے کہ کام ہوتا رہے۔</w:t>
      </w:r>
    </w:p>
    <w:p>
      <w:r>
        <w:rPr>
          <w:b/>
        </w:rPr>
        <w:t xml:space="preserve">[32:48] </w:t>
      </w:r>
      <w:r>
        <w:t>Yeh nahi ke political nizam kaisa ho,</w:t>
      </w:r>
    </w:p>
    <w:p>
      <w:pPr>
        <w:jc w:val="right"/>
      </w:pPr>
      <w:r>
        <w:t>یہ نہیں کہ پولیٹیکل نظام کیسا ہو،</w:t>
      </w:r>
    </w:p>
    <w:p>
      <w:r>
        <w:rPr>
          <w:b/>
        </w:rPr>
        <w:t xml:space="preserve">[32:53] </w:t>
      </w:r>
      <w:r>
        <w:t>Yaani opportunity avail hon, yeh asal hai. Baqi political takht par kaun baitha hoga, yeh asal nahi hai.</w:t>
      </w:r>
    </w:p>
    <w:p>
      <w:pPr>
        <w:jc w:val="right"/>
      </w:pPr>
      <w:r>
        <w:t>یعنی اپرچونیٹی اویل ہوں، یہ اصل ہے۔ باقی پولیٹیکل تخت پر کون بیٹھا ہوگا، یہ اصل نہیں ہے۔</w:t>
      </w:r>
    </w:p>
    <w:p>
      <w:r>
        <w:rPr>
          <w:b/>
        </w:rPr>
        <w:t xml:space="preserve">[33:06] </w:t>
      </w:r>
      <w:r>
        <w:t>To sari soch jo hai is zamane mein muslim leaderon ki, woh ek yaani false, false foot par qaim hai, false foot par.</w:t>
      </w:r>
    </w:p>
    <w:p>
      <w:pPr>
        <w:jc w:val="right"/>
      </w:pPr>
      <w:r>
        <w:t>تو ساری سوچ جو ہے اس زمانے میں مسلم لیڈروں کی، وہ ایک یعنی فالس، فالس فٹ پر قائم ہے، فالس فٹ پر۔</w:t>
      </w:r>
    </w:p>
    <w:p>
      <w:r>
        <w:rPr>
          <w:b/>
        </w:rPr>
        <w:t xml:space="preserve">[33:20] </w:t>
      </w:r>
      <w:r>
        <w:t>Aur unhone is maslak ko chhod diya hai jo Imam Malik ne kaha tha ke yeh maslak baad ko baad walon ko bhi ikhtiyar karna padega.</w:t>
      </w:r>
    </w:p>
    <w:p>
      <w:pPr>
        <w:jc w:val="right"/>
      </w:pPr>
      <w:r>
        <w:t>اور انہوں نے اس مسلک کو چھوڑ دیا ہے جو امام مالک نے کہا تھا کہ یہ مسلک بعد کو بعد والوں کو بھی اختیار کرنا پڑے گا۔</w:t>
      </w:r>
    </w:p>
    <w:p>
      <w:r>
        <w:rPr>
          <w:b/>
        </w:rPr>
        <w:t xml:space="preserve">[33:30] </w:t>
      </w:r>
      <w:r>
        <w:t>Lekin asal hua, aakhir khazil al-ummah illa ma salaw awwalahu. To yeh jo maslak tha mazi ke hamare aslaf ka, maslak tha political mamle mein ek status quo.</w:t>
      </w:r>
    </w:p>
    <w:p>
      <w:pPr>
        <w:jc w:val="right"/>
      </w:pPr>
      <w:r>
        <w:t>لیکن اصل ہوا، آخر خاضل الامہ الا ما صلوا اولہ۔ تو یہ جو مسلک تھا ماضی کے ہمارے اسلاف کا، مسلک تھا پولیٹیکل معاملے میں ایک اسٹیٹس کوزم۔</w:t>
      </w:r>
    </w:p>
    <w:p>
      <w:r>
        <w:rPr>
          <w:b/>
        </w:rPr>
        <w:t xml:space="preserve">[33:50] </w:t>
      </w:r>
      <w:r>
        <w:t>Main apni lafzon mein kahunga,</w:t>
      </w:r>
    </w:p>
    <w:p>
      <w:pPr>
        <w:jc w:val="right"/>
      </w:pPr>
      <w:r>
        <w:t>میں اپنی لفظوں میں کہوں گا،</w:t>
      </w:r>
    </w:p>
    <w:p>
      <w:r>
        <w:rPr>
          <w:b/>
        </w:rPr>
        <w:t xml:space="preserve">[33:53] </w:t>
      </w:r>
      <w:r>
        <w:t>Political status quo. Jab Rasool Allah ke baad jab khilafat thi, us ko accept kar liya. Us ke baad jab dynasty aayi, us ko accept kar liya.</w:t>
      </w:r>
    </w:p>
    <w:p>
      <w:pPr>
        <w:jc w:val="right"/>
      </w:pPr>
      <w:r>
        <w:t>پولیٹیکل اسٹیٹس کوزم۔ جب رسول اللہ کے بعد جب خلافت تھی، اس کو ایکسیپٹ کر لیا۔ اس کے بعد جب ڈائنسٹی آئی، اس کو ایکسیپٹ کر لیا۔</w:t>
      </w:r>
    </w:p>
    <w:p>
      <w:r>
        <w:rPr>
          <w:b/>
        </w:rPr>
        <w:t xml:space="preserve">[34:05] </w:t>
      </w:r>
      <w:r>
        <w:t>Ab jab aa gaye kuch aamiri qism ke log, is ko bhi accept karo kyunke kyunke woh stability dete hain.</w:t>
      </w:r>
    </w:p>
    <w:p>
      <w:pPr>
        <w:jc w:val="right"/>
      </w:pPr>
      <w:r>
        <w:t>اب جب آگئے کچھ عامری قسم کے لوگ، اس کو بھی ایکسیپٹ کرو کیونکہ کیونکہ وہ اسٹیبلٹی دیتے ہیں۔</w:t>
      </w:r>
    </w:p>
    <w:p>
      <w:r>
        <w:rPr>
          <w:b/>
        </w:rPr>
        <w:t xml:space="preserve">[34:17] </w:t>
      </w:r>
      <w:r>
        <w:t>To muslim mulkon mein jo tehrikein chala rahe hain, hamare leader, leader samajhte hain ke woh nakaam is liye hain ke West in ki hukmaranon ki backing karta hai.</w:t>
      </w:r>
    </w:p>
    <w:p>
      <w:pPr>
        <w:jc w:val="right"/>
      </w:pPr>
      <w:r>
        <w:t>تو مسلم ملکوں میں جو تحریکیں چلا رہے ہیں، ہمارے لیڈر، لیڈر سمجھتے ہیں کہ وہ ناکام اس لیے ہیں کہ ویسٹ ان کی حکمرانوں کی بیکنگ کرتا ہے۔</w:t>
      </w:r>
    </w:p>
    <w:p>
      <w:r>
        <w:rPr>
          <w:b/>
        </w:rPr>
        <w:t xml:space="preserve">[34:29] </w:t>
      </w:r>
      <w:r>
        <w:t>Yeh, yeh isi se milte hain, isi hai, sari isi se woh attack kar rahe hain Western countries mein.</w:t>
      </w:r>
    </w:p>
    <w:p>
      <w:pPr>
        <w:jc w:val="right"/>
      </w:pPr>
      <w:r>
        <w:t>یہ، یہ اسی سے ملتے ہیں، اسی ہے، ساری اسی سے وہ اٹیک کر رہے ہیں ویسٹرن کنٹریز میں۔</w:t>
      </w:r>
    </w:p>
    <w:p>
      <w:r>
        <w:rPr>
          <w:b/>
        </w:rPr>
        <w:t xml:space="preserve">[34:41] </w:t>
      </w:r>
      <w:r>
        <w:t>To is ki jar yeh hai ke logon ne aslaf ke minhaj ko chhod diya hai, Imam Malik ke masle ko chhod diya hai.</w:t>
      </w:r>
    </w:p>
    <w:p>
      <w:pPr>
        <w:jc w:val="right"/>
      </w:pPr>
      <w:r>
        <w:t>تو اس کی جڑ یہ ہے کہ لوگوں نے اسلاف کے منحق کو چھوڑ دیا ہے، امام مالک کے مسئلے کو چھوڑ دیا ہے۔</w:t>
      </w:r>
    </w:p>
    <w:p>
      <w:r>
        <w:rPr>
          <w:b/>
        </w:rPr>
        <w:t xml:space="preserve">[34:53] </w:t>
      </w:r>
      <w:r>
        <w:t>Ab dobara isi ko ikhtiyar karo, Imam Malik ke masle ko ikhtiyar karo, minhaj ka tareeqa ikhtiyar karo. Aur is ko main apni lafzon mein kahunga ke woh tha political status quo.</w:t>
      </w:r>
    </w:p>
    <w:p>
      <w:pPr>
        <w:jc w:val="right"/>
      </w:pPr>
      <w:r>
        <w:t>اب دوبارہ اسی کو اختیار کرو، امام مالک کے مسئلے کو اختیار کرو، منہج کا طریقہ اختیار کرو۔ اور اس کو میں اپنی لفظوں میں کہوں گا کہ وہ تھا پولیٹیکل اسٹیٹس کوزم۔</w:t>
      </w:r>
    </w:p>
    <w:p>
      <w:r>
        <w:rPr>
          <w:b/>
        </w:rPr>
        <w:t xml:space="preserve">[35:09] </w:t>
      </w:r>
      <w:r>
        <w:t>political states cozom.</w:t>
      </w:r>
    </w:p>
    <w:p>
      <w:pPr>
        <w:jc w:val="right"/>
      </w:pPr>
      <w:r>
        <w:t>پولیٹیکل اسٹیٹس کوزم۔</w:t>
      </w:r>
    </w:p>
    <w:p>
      <w:r>
        <w:rPr>
          <w:b/>
        </w:rPr>
        <w:t xml:space="preserve">[35:12] </w:t>
      </w:r>
      <w:r>
        <w:t>yeh mat dekho ke takht par kaun hai, yeh dekho ke jo bhi hai, woh peace de raha hai hum ko, woh hum ko stability de raha hai. To bas theek hai kyunke humein phir moqa rahega kaam karne ka.</w:t>
      </w:r>
    </w:p>
    <w:p>
      <w:pPr>
        <w:jc w:val="right"/>
      </w:pPr>
      <w:r>
        <w:t>یہ مت دیکھو کہ تخت پر کون ہے، یہ دیکھو کہ جو بھی ہے، وہ پیس دے رہا ہے ہم کو، وہ ہم کو اسٹیبلٹی دے رہا ہے۔ تو بس ٹھیک ہے کیونکہ ہمیں پھر موقع رہے گا کام کرنے کا۔</w:t>
      </w:r>
    </w:p>
    <w:p>
      <w:r>
        <w:rPr>
          <w:b/>
        </w:rPr>
        <w:t xml:space="preserve">[35:26] </w:t>
      </w:r>
      <w:r>
        <w:t>Aap opportunities ko avail kar sakte hain, hum deeni deeni kaam sab smooth tareeqe se kar sakte hain. Hum yahi hai manhaj salaf ka, manhaj</w:t>
      </w:r>
    </w:p>
    <w:p>
      <w:pPr>
        <w:jc w:val="right"/>
      </w:pPr>
      <w:r>
        <w:t>آپ اپرچونیٹیز کو اویل کر سکتے ہیں، ہم دنی دنی کام سب اسموoth طریقے سے کر سکتے ہیں۔ ہم یہی ہے منہج سلف کا، منہج</w:t>
      </w:r>
    </w:p>
    <w:p>
      <w:r>
        <w:rPr>
          <w:b/>
        </w:rPr>
        <w:t xml:space="preserve">[35:39] </w:t>
      </w:r>
      <w:r>
        <w:t>salaf ka. Manhaj jo hai is maamle mein practical wisdom par base karta hai.</w:t>
      </w:r>
    </w:p>
    <w:p>
      <w:pPr>
        <w:jc w:val="right"/>
      </w:pPr>
      <w:r>
        <w:t>سلف کا۔ منہج جو ہے اس معاملے میں پریکٹیکل وزڈم پر بیس کرتا ہے۔</w:t>
      </w:r>
    </w:p>
    <w:p>
      <w:r>
        <w:rPr>
          <w:b/>
        </w:rPr>
        <w:t xml:space="preserve">[35:51] </w:t>
      </w:r>
      <w:r>
        <w:t>To bajaye is ke ke hum ghussa karein, nafrat karein, hum hum bhi react karein, yeh is se koi faida nahin.</w:t>
      </w:r>
    </w:p>
    <w:p>
      <w:pPr>
        <w:jc w:val="right"/>
      </w:pPr>
      <w:r>
        <w:t>تو بجائے اس کے کہ ہم غصہ کریں، نفرت کریں، ہم ہم بھی ری ایکٹ کریں، یہ اس سے کوئی فائدہ نہیں۔</w:t>
      </w:r>
    </w:p>
    <w:p>
      <w:r>
        <w:rPr>
          <w:b/>
        </w:rPr>
        <w:t xml:space="preserve">[36:03] </w:t>
      </w:r>
      <w:r>
        <w:t>Hum ko chahiye ke is zehan ko torein, is is zehan ko badlein</w:t>
      </w:r>
    </w:p>
    <w:p>
      <w:pPr>
        <w:jc w:val="right"/>
      </w:pPr>
      <w:r>
        <w:t>ہم کو چاہیے کہ اس ذہن کو توڑیں، اس اس ذہن کو بدلیں</w:t>
      </w:r>
    </w:p>
    <w:p>
      <w:r>
        <w:rPr>
          <w:b/>
        </w:rPr>
        <w:t xml:space="preserve">[36:10] </w:t>
      </w:r>
      <w:r>
        <w:t>jis zehan ka result hota hai ke log maghribi qaumon ke khilaaf bomb maarte hain, gun maarte hain.</w:t>
      </w:r>
    </w:p>
    <w:p>
      <w:pPr>
        <w:jc w:val="right"/>
      </w:pPr>
      <w:r>
        <w:t>جس ذہن کا رزلٹ ہوتا ہے کہ لوگ مغربی قوموں کے خلاف بم مارتے ہیں، گن مارتے ہیں۔</w:t>
      </w:r>
    </w:p>
    <w:p>
      <w:r>
        <w:rPr>
          <w:b/>
        </w:rPr>
        <w:t xml:space="preserve">[36:24] </w:t>
      </w:r>
      <w:r>
        <w:t>Agar yeh zehan aa jaye ke humein political states, states, political states ko in ko ikhtiyar karna hai, yani jo bhi ruler hai, agar woh stability de raha hai to bas accept kar lo.</w:t>
      </w:r>
    </w:p>
    <w:p>
      <w:pPr>
        <w:jc w:val="right"/>
      </w:pPr>
      <w:r>
        <w:t>اگر یہ ذہن آ جائے کہ ہمیں پولیٹیکل اسٹیٹس، اسٹیٹس، پولیٹیکل اسٹیٹس کو ان کو اختیار کرنا ہے، یعنی جو بھی رولر ہے، اگر وہ اسٹیبلٹی دے رہا ہے تو بس ایکسیپٹ کر لو۔</w:t>
      </w:r>
    </w:p>
    <w:p>
      <w:r>
        <w:rPr>
          <w:b/>
        </w:rPr>
        <w:t xml:space="preserve">[36:39] </w:t>
      </w:r>
      <w:r>
        <w:t>To phir achaanak hi peace aa jayega aur sari militancy khatam ho jayegi. Kyunke is se pehle, is militancy se pehle, har jagah peace hi tha.</w:t>
      </w:r>
    </w:p>
    <w:p>
      <w:pPr>
        <w:jc w:val="right"/>
      </w:pPr>
      <w:r>
        <w:t>تو پھر اچانک ہی پیس آ جائے گا اور ساری ملٹریسی ختم ہو جائے گی۔ کیونکہ اس سے پہلے، اس ملٹریسی سے پہلے، ہر جگہ پیس ہی تھا۔</w:t>
      </w:r>
    </w:p>
    <w:p>
      <w:r>
        <w:rPr>
          <w:b/>
        </w:rPr>
        <w:t xml:space="preserve">[36:55] </w:t>
      </w:r>
      <w:r>
        <w:t>Har jagah Misr mein peace tha, Iran mein peace tha, Iraq mein peace tha, Libya mein peace tha,</w:t>
      </w:r>
    </w:p>
    <w:p>
      <w:pPr>
        <w:jc w:val="right"/>
      </w:pPr>
      <w:r>
        <w:t>ہر جگہ مصر میں پیس تھا، ایران میں پیس تھا، عراق میں پیس تھا، لیبیا میں پیس تھا،</w:t>
      </w:r>
    </w:p>
    <w:p>
      <w:r>
        <w:rPr>
          <w:b/>
        </w:rPr>
        <w:t xml:space="preserve">[37:06] </w:t>
      </w:r>
      <w:r>
        <w:t>Afghanistan mein</w:t>
      </w:r>
    </w:p>
    <w:p>
      <w:pPr>
        <w:jc w:val="right"/>
      </w:pPr>
      <w:r>
        <w:t>افغانستان میں</w:t>
      </w:r>
    </w:p>
    <w:p>
      <w:r>
        <w:rPr>
          <w:b/>
        </w:rPr>
        <w:t xml:space="preserve">[37:07] </w:t>
      </w:r>
      <w:r>
        <w:t>peace tha. Har jagah jab se yeh yeh political interpretation wale logon ne jhanda uthaya hai, tab se peace khatam hua hai.</w:t>
      </w:r>
    </w:p>
    <w:p>
      <w:pPr>
        <w:jc w:val="right"/>
      </w:pPr>
      <w:r>
        <w:t>پیس تھا۔ ہر جگہ جب سے یہ یہ پولیٹیکل انٹرپریٹیشن والے لوگوں نے جھنڈا اٹھایا ہے، تب سے پیس ختم ہوا ہے۔</w:t>
      </w:r>
    </w:p>
    <w:p>
      <w:r>
        <w:rPr>
          <w:b/>
        </w:rPr>
        <w:t xml:space="preserve">[37:18] </w:t>
      </w:r>
      <w:r>
        <w:t>Tab se peace khatam hua hai.</w:t>
      </w:r>
    </w:p>
    <w:p>
      <w:pPr>
        <w:jc w:val="right"/>
      </w:pPr>
      <w:r>
        <w:t>تب سے پیس ختم ہوا ہے۔</w:t>
      </w:r>
    </w:p>
    <w:p>
      <w:r>
        <w:rPr>
          <w:b/>
        </w:rPr>
        <w:t xml:space="preserve">[37:24] </w:t>
      </w:r>
      <w:r>
        <w:t>To khulasa yeh hai ke logon ko yeh bataya jaye ke yeh mat dekho ke takht par kaun baitha hua hai, yeh dekho ke humein peace mil raha hai ke nahin.</w:t>
      </w:r>
    </w:p>
    <w:p>
      <w:pPr>
        <w:jc w:val="right"/>
      </w:pPr>
      <w:r>
        <w:t>تو خلاصہ یہ ہے کہ لوگوں کو یہ بتایا جائے کہ یہ مت دیکھو کہ تخت پر کون بیٹھا ہوا ہے، یہ دیکھو کہ ہمیں پیس مل رہا ہے کہ نہیں۔</w:t>
      </w:r>
    </w:p>
    <w:p>
      <w:r>
        <w:rPr>
          <w:b/>
        </w:rPr>
        <w:t xml:space="preserve">[37:34] </w:t>
      </w:r>
      <w:r>
        <w:t>Peace mil raha hai to darjan nafa,</w:t>
      </w:r>
    </w:p>
    <w:p>
      <w:pPr>
        <w:jc w:val="right"/>
      </w:pPr>
      <w:r>
        <w:t>پیس مل رہا ہے تو درجن نفع،</w:t>
      </w:r>
    </w:p>
    <w:p>
      <w:r>
        <w:rPr>
          <w:b/>
        </w:rPr>
        <w:t xml:space="preserve">[37:38] </w:t>
      </w:r>
      <w:r>
        <w:t>kyunke peace rahega to opportunity ko hum avail kar sakte hain, deeni tamam sargharmiyan smooth tor par chala sakte hain.</w:t>
      </w:r>
    </w:p>
    <w:p>
      <w:pPr>
        <w:jc w:val="right"/>
      </w:pPr>
      <w:r>
        <w:t>کیونکہ پیس رہے گا تو اپرچونیٹی کو ہم اویل کر سکتے ہیں، دینی تمام سرگرمیاں اسموoth طور پر چلا سکتے ہیں۔</w:t>
      </w:r>
    </w:p>
    <w:p>
      <w:r>
        <w:rPr>
          <w:b/>
        </w:rPr>
        <w:t xml:space="preserve">[37:50] </w:t>
      </w:r>
      <w:r>
        <w:t>Yeh hai sabak maujooda jo halaat hain, is ka hum Allah ke fazal se. Hamara jo group hai, hamari jo tehreek hai, woh isi usool par chal rahi hai.</w:t>
      </w:r>
    </w:p>
    <w:p>
      <w:pPr>
        <w:jc w:val="right"/>
      </w:pPr>
      <w:r>
        <w:t>یہ ہے سبق موجودہ جو حالات ہیں، اس کا ہم اللہ کے فضل سے۔ ہمارا جو گروپ ہے، ہماری جو تحریک ہے، وہ اسی اصول پر چل رہی ہے۔</w:t>
      </w:r>
    </w:p>
    <w:p>
      <w:r>
        <w:rPr>
          <w:b/>
        </w:rPr>
        <w:t xml:space="preserve">[38:05] </w:t>
      </w:r>
      <w:r>
        <w:t>Hamara kisi se takrao nahin, hum kisi se nafrat nahin karte, kisi ke khilaaf hum negative nahin hain,</w:t>
      </w:r>
    </w:p>
    <w:p>
      <w:pPr>
        <w:jc w:val="right"/>
      </w:pPr>
      <w:r>
        <w:t>ہمارا کسی سے ٹکراؤ نہیں، ہم کسی سے نفرت نہیں کرتے، کسی کے خلاف ہم نیگیٹیو نہیں ہیں،</w:t>
      </w:r>
    </w:p>
    <w:p>
      <w:r>
        <w:rPr>
          <w:b/>
        </w:rPr>
        <w:t xml:space="preserve">[38:17] </w:t>
      </w:r>
      <w:r>
        <w:t>hum kisi ko dushman nahin batate,</w:t>
      </w:r>
    </w:p>
    <w:p>
      <w:pPr>
        <w:jc w:val="right"/>
      </w:pPr>
      <w:r>
        <w:t>ہم کسی کو دشمن نہیں بتاتے،</w:t>
      </w:r>
    </w:p>
    <w:p>
      <w:r>
        <w:rPr>
          <w:b/>
        </w:rPr>
        <w:t xml:space="preserve">[38:22] </w:t>
      </w:r>
      <w:r>
        <w:t>kisi ko hi hamara dushman nahin hai. Hum sirf yeh dekhte hain ke jo mawaqe hain, jo opportunities hain, is ko avail karna hai. Bas</w:t>
      </w:r>
    </w:p>
    <w:p>
      <w:pPr>
        <w:jc w:val="right"/>
      </w:pPr>
      <w:r>
        <w:t>کسی کو ہی ہمارا دشمن نہیں ہے۔ ہم صرف یہ دیکھتے ہیں کہ جو مواقع ہیں، جو اپرچونیٹیز ہیں، اس کو اویل کرنا ہے۔ بس</w:t>
      </w:r>
    </w:p>
    <w:p>
      <w:r>
        <w:rPr>
          <w:b/>
        </w:rPr>
        <w:t xml:space="preserve">[38:35] </w:t>
      </w:r>
      <w:r>
        <w:t>To Allah ke fazal se hum isi manhaj par chal rahe hain. Hum samajhte hain ke yahi manhaj israf ka manhaj hai, yeh israf ka, yahi salaf ka manhaj hai.</w:t>
      </w:r>
    </w:p>
    <w:p>
      <w:pPr>
        <w:jc w:val="right"/>
      </w:pPr>
      <w:r>
        <w:t>تو اللہ کے فضل سے ہم اسی نج پر چل رہے ہیں۔ ہم سمجھتے ہیں کہ یہی نج اسراف کا نج ہے، یہ اسراف کا، یہی سلف کا منہج ہے۔</w:t>
      </w:r>
    </w:p>
    <w:p>
      <w:r>
        <w:rPr>
          <w:b/>
        </w:rPr>
        <w:t xml:space="preserve">[38:55] </w:t>
      </w:r>
      <w:r>
        <w:t>Aur Allah ke fazal se hum samajhte hain ke hum kamyab hain.</w:t>
      </w:r>
    </w:p>
    <w:p>
      <w:pPr>
        <w:jc w:val="right"/>
      </w:pPr>
      <w:r>
        <w:t>اور اللہ کے فضل سے ہم سمجھتے ہیں کہ ہم کامیاب ہیں۔</w:t>
      </w:r>
    </w:p>
    <w:p>
      <w:r>
        <w:rPr>
          <w:b/>
        </w:rPr>
        <w:t xml:space="preserve">[38:58] </w:t>
      </w:r>
      <w:r>
        <w:t>Hamara mission is is manhaj par chal kar kamyabi ke sath safar kar raha hai. Aur dekhiye, sab se bara jo civil concern hona chahiye ummat ka,</w:t>
      </w:r>
    </w:p>
    <w:p>
      <w:pPr>
        <w:jc w:val="right"/>
      </w:pPr>
      <w:r>
        <w:t>ہمارا مشن اس اس منہج پر چل کر کامیابی کے ساتھ سفر کر رہا ہے۔ اور دیکھیے، سب سے بڑا جو سول کنسرن ہونا چاہیے امت کا،</w:t>
      </w:r>
    </w:p>
    <w:p>
      <w:r>
        <w:rPr>
          <w:b/>
        </w:rPr>
        <w:t xml:space="preserve">[39:14] </w:t>
      </w:r>
      <w:r>
        <w:t>ummat ka civil concern kya hona chahiye? Quran ko phailana sari duniya mein.</w:t>
      </w:r>
    </w:p>
    <w:p>
      <w:pPr>
        <w:jc w:val="right"/>
      </w:pPr>
      <w:r>
        <w:t>امت کا سول کنسرن کیا ہونا چاہیے؟ قرآن کو پھیلانا ساری دنیا میں۔</w:t>
      </w:r>
    </w:p>
    <w:p>
      <w:r>
        <w:rPr>
          <w:b/>
        </w:rPr>
        <w:t xml:space="preserve">[39:22] </w:t>
      </w:r>
      <w:r>
        <w:t>Kyunke Quran mein yeh ayat aayi hai: "Nadhir al-furqan 'ala li-yakuna lil-'alamin nadhira".</w:t>
      </w:r>
    </w:p>
    <w:p>
      <w:pPr>
        <w:jc w:val="right"/>
      </w:pPr>
      <w:r>
        <w:t>کیونکہ قرآن میں یہ آیت آئی ہے: "نذر الفرقان علی لیکون للعالمین نذیرہ"۔</w:t>
      </w:r>
    </w:p>
    <w:p>
      <w:r>
        <w:rPr>
          <w:b/>
        </w:rPr>
        <w:t xml:space="preserve">[39:31] </w:t>
      </w:r>
      <w:r>
        <w:t>yani Allah taala ne farmaya ke yeh Quran utara gaya is liye ke sare alam mein, sare alam mein, sare alam mein pohnche aur logon ko warn kare, logon ko ba-khabar kare.</w:t>
      </w:r>
    </w:p>
    <w:p>
      <w:pPr>
        <w:jc w:val="right"/>
      </w:pPr>
      <w:r>
        <w:t>یعنی اللہ تعالی نے فرمایا کہ یہ قرآن اتارا گیا اس لیے کہ سارے عالم میں، سارے عالم میں، سارے عالم میں پہنچے اور لوگوں کو وارن کرے، لوگوں کو باخبر کرے۔</w:t>
      </w:r>
    </w:p>
    <w:p>
      <w:r>
        <w:rPr>
          <w:b/>
        </w:rPr>
        <w:t xml:space="preserve">[39:42] </w:t>
      </w:r>
      <w:r>
        <w:t>to yeh abhi kahan hua? abhi to hua nahi hai.</w:t>
      </w:r>
    </w:p>
    <w:p>
      <w:pPr>
        <w:jc w:val="right"/>
      </w:pPr>
      <w:r>
        <w:t>تو یہ ابھی کہاں ہوا؟ ابھی تو ہوا نہیں ہے۔</w:t>
      </w:r>
    </w:p>
    <w:p>
      <w:r>
        <w:rPr>
          <w:b/>
        </w:rPr>
        <w:t xml:space="preserve">[39:46] </w:t>
      </w:r>
      <w:r>
        <w:t>to zaroorat hai ke is Quran ke tarjume kahan dunya ki zabanon mein achhe andaaz mein kiye jayen, un ko achhe andaaz mein chhapa jaye aur un ko ek system ke tehat, ek nizam ke tehat distribute kiya jaye.</w:t>
      </w:r>
    </w:p>
    <w:p>
      <w:pPr>
        <w:jc w:val="right"/>
      </w:pPr>
      <w:r>
        <w:t>تو ضرورت ہے کہ اس قرآن کے ترجمے کہاں دنیا کی زبانوں میں اچھے انداز میں کیے جائیں، ان کو اچھے انداز میں چھاپا جائے اور ان کو ایک سسٹم کے تحت، ایک نظام کے تحت ڈسٹریبیوٹ کیا جائے۔</w:t>
      </w:r>
    </w:p>
    <w:p>
      <w:r>
        <w:rPr>
          <w:b/>
        </w:rPr>
        <w:t xml:space="preserve">[40:00] </w:t>
      </w:r>
      <w:r>
        <w:t>sari dunya mein, sari dunya mein, sari dunya mein poori ummat is se lag jaye. har Muslim ki jeb mein ek tarjuma ho Quran majeed ka, chhote size mein, jahan koi mile, us ko de dijiye.</w:t>
      </w:r>
    </w:p>
    <w:p>
      <w:pPr>
        <w:jc w:val="right"/>
      </w:pPr>
      <w:r>
        <w:t>ساری دنیا میں، ساری دنیا میں، ساری دنیا میں پوری امت اس سے لگ جائے۔ ہر مسلم کی جیب میں ایک ترجمہ ہو قرآن مجید کا، چھوٹے سائز میں، جہاں کوئی ملے، اس کو دے دیجئے۔</w:t>
      </w:r>
    </w:p>
    <w:p>
      <w:r>
        <w:rPr>
          <w:b/>
        </w:rPr>
        <w:t xml:space="preserve">[40:15] </w:t>
      </w:r>
      <w:r>
        <w:t>to sole concern yeh hona chahiye. sab se zaroori kaam jo nahi hua, woh yeh hai ke 1400 saal beet gaye aur abhi tak Quran sare alam ke logon tak nahi pohncha.</w:t>
      </w:r>
    </w:p>
    <w:p>
      <w:pPr>
        <w:jc w:val="right"/>
      </w:pPr>
      <w:r>
        <w:t>تو سول کنسرن یہ ہونا چاہیے۔ سب سے ضروری کام جو نہیں ہوا، وہ یہ ہے کہ 1400 سال بیت گئے اور ابھی تک قرآن سارے عالم کے لوگوں تک نہیں پہنچا۔</w:t>
      </w:r>
    </w:p>
    <w:p>
      <w:r>
        <w:rPr>
          <w:b/>
        </w:rPr>
        <w:t xml:space="preserve">[40:30] </w:t>
      </w:r>
      <w:r>
        <w:t>beshumar log hum jante nahi Quran mein kya likha hua hai.</w:t>
      </w:r>
    </w:p>
    <w:p>
      <w:pPr>
        <w:jc w:val="right"/>
      </w:pPr>
      <w:r>
        <w:t>بے شمار لوگ ہم جانتے نہیں قرآن میں کیا لکھا ہوا ہے۔</w:t>
      </w:r>
    </w:p>
    <w:p>
      <w:r>
        <w:rPr>
          <w:b/>
        </w:rPr>
        <w:t xml:space="preserve">[40:37] </w:t>
      </w:r>
      <w:r>
        <w:t>yeh jo khabrein hain militancy ki, yeh to media mein chhap kar ke aur TV mein aa kar ke sari dunya mein phail rahi hain.</w:t>
      </w:r>
    </w:p>
    <w:p>
      <w:pPr>
        <w:jc w:val="right"/>
      </w:pPr>
      <w:r>
        <w:t>یہ جو خبریں ہیں ملٹریسی کی، یہ تو میڈیا میں چھپ کر کے اور ٹی وی میں آ کر کے ساری دنیا میں پھیل رہی ہیں۔</w:t>
      </w:r>
    </w:p>
    <w:p>
      <w:r>
        <w:rPr>
          <w:b/>
        </w:rPr>
        <w:t xml:space="preserve">[40:45] </w:t>
      </w:r>
      <w:r>
        <w:t>log samajhte hain Quran mein shayad yeh likha hua hai ke logon ko maro kaato.</w:t>
      </w:r>
    </w:p>
    <w:p>
      <w:pPr>
        <w:jc w:val="right"/>
      </w:pPr>
      <w:r>
        <w:t>لوگ سمجھتے ہیں قرآن میں شاید یہ لکھا ہوا ہے کہ لوگوں کو مارو کاٹو۔</w:t>
      </w:r>
    </w:p>
    <w:p>
      <w:r>
        <w:rPr>
          <w:b/>
        </w:rPr>
        <w:t xml:space="preserve">[40:54] </w:t>
      </w:r>
      <w:r>
        <w:t>to is waqt ummat ki sab se bari duty, sab se bada farz ummat ke upar yeh hai ke Quran ka tarjuma tamam zabanon mein achhe andaaz mein kiya jaye, us ko achhe andaaz mein chhapa jaye aur us ko chhap kar ke sari dunya mein distribute kiya jaye.</w:t>
      </w:r>
    </w:p>
    <w:p>
      <w:pPr>
        <w:jc w:val="right"/>
      </w:pPr>
      <w:r>
        <w:t>تو اس وقت امت کی سب سے بڑی ڈیوٹی، سب سے بڑا فرض امت کے اوپر یہ ہے کہ قرآن کا ترجمہ تمام دعاؤں میں اچھے انداز میں کیا جائے، اس کو اچھے انداز میں چھاپا جائے اور اس کو چھاپ کر کے ساری دنیا میں ڈسٹریبیوٹ کیا جائے۔</w:t>
      </w:r>
    </w:p>
    <w:p>
      <w:r>
        <w:rPr>
          <w:b/>
        </w:rPr>
        <w:t xml:space="preserve">[41:15] </w:t>
      </w:r>
      <w:r>
        <w:t>yahi kaam pehle hua tha. aap jante hain Rasool Allah sal Allah alaihi wasallam kya karte the? Quran padh ke sunate the: "Arad alaihim al-Islam wa tala alaihim al-Quran".</w:t>
      </w:r>
    </w:p>
    <w:p>
      <w:pPr>
        <w:jc w:val="right"/>
      </w:pPr>
      <w:r>
        <w:t>یہی کام پہلے ہوا تھا۔ آپ جانتے ہیں رسول اللہ صلی اللہ علیہ وسلم کیا کرتے تھے؟ قرآن پڑھ کے سناتے تھے: "أراد علیہم الاسلام وتلا علیہم القرآن"۔</w:t>
      </w:r>
    </w:p>
    <w:p>
      <w:r>
        <w:rPr>
          <w:b/>
        </w:rPr>
        <w:t xml:space="preserve">[41:27] </w:t>
      </w:r>
      <w:r>
        <w:t>to Rasool Allah sal Allah alaihi wasallam muqarrir the, Quran ke muqarrir the. Sahaba ne yahi kiya, woh bhi muqarrir the. to press, printing press se pehle sari ummat muqarrir thi.</w:t>
      </w:r>
    </w:p>
    <w:p>
      <w:pPr>
        <w:jc w:val="right"/>
      </w:pPr>
      <w:r>
        <w:t>تو رسول اللہ صلی اللہ علیہ وسلم مقرر تھے، قرآن کے مقرر تھے۔ صحابہ نے یہی کیا، وہ بھی مقرر تھے۔ تو پریس، پرنٹنگ پریس سے پہلے ساری امت مقرر تھی۔</w:t>
      </w:r>
    </w:p>
    <w:p>
      <w:r>
        <w:rPr>
          <w:b/>
        </w:rPr>
        <w:t xml:space="preserve">[41:38] </w:t>
      </w:r>
      <w:r>
        <w:t>Rasool Allah muqarrir, Sahaba muqarrir, Tabeen muqarrir, Tabay Tabeen muqarrir, sare ulama muqarrir. kyunke pehle printing press tha nahi.</w:t>
      </w:r>
    </w:p>
    <w:p>
      <w:pPr>
        <w:jc w:val="right"/>
      </w:pPr>
      <w:r>
        <w:t>رسول اللہ مقرر، صحابہ مقرر، تابعین مقرر، تبع تابعین مقرر، سارے علماء مقرر۔ کیونکہ پہلے پرنٹنگ پریس تھا نہیں۔</w:t>
      </w:r>
    </w:p>
    <w:p>
      <w:r>
        <w:rPr>
          <w:b/>
        </w:rPr>
        <w:t xml:space="preserve">[41:50] </w:t>
      </w:r>
      <w:r>
        <w:t>to shuru ka daur jo hai, woh sari ummat ka ek ek fard muqarrir. ab to Quran bana hua tha. ab kya hai?</w:t>
      </w:r>
    </w:p>
    <w:p>
      <w:pPr>
        <w:jc w:val="right"/>
      </w:pPr>
      <w:r>
        <w:t>تو شروع کا دور جو ہے، وہ ساری امت کا ایک ایک فرد مقرر اب تو قرآن بنا ہوا تھا۔ اب کیا ہے؟</w:t>
      </w:r>
    </w:p>
    <w:p>
      <w:r>
        <w:rPr>
          <w:b/>
        </w:rPr>
        <w:t xml:space="preserve">[41:59] </w:t>
      </w:r>
      <w:r>
        <w:t>har fard ko distributor. ab to Quran banna hai. kyunke ab printing press ka zamana hai.</w:t>
      </w:r>
    </w:p>
    <w:p>
      <w:pPr>
        <w:jc w:val="right"/>
      </w:pPr>
      <w:r>
        <w:t>ہر فرد کو ڈسٹریبیوٹر اب تو قرآن بننا ہے۔ کیونکہ اب پرنٹنگ پریس کا زمانہ ہے۔</w:t>
      </w:r>
    </w:p>
    <w:p>
      <w:r>
        <w:rPr>
          <w:b/>
        </w:rPr>
        <w:t xml:space="preserve">[42:08] </w:t>
      </w:r>
      <w:r>
        <w:t>ab sari ummat ke har fard ko, aurat ko bhi, mard ko bhi, muqarrir, distributor. ab to Quran banna hai. bas yeh kaam hai.</w:t>
      </w:r>
    </w:p>
    <w:p>
      <w:pPr>
        <w:jc w:val="right"/>
      </w:pPr>
      <w:r>
        <w:t>اب ساری امت کے ہر فرد کو، عورت کو بھی، مرد کو بھی، مقرر، ڈسٹریبیوٹر اب تو قرآن بننا ہے۔ بس یہ کام ہے۔</w:t>
      </w:r>
    </w:p>
    <w:p>
      <w:r>
        <w:rPr>
          <w:b/>
        </w:rPr>
        <w:t xml:space="preserve">[42:19] </w:t>
      </w:r>
      <w:r>
        <w:t>is ke liye hamein chahiye kya? peace chahiye, aman chahiye. bas hamein aman ke siwa kuch nahi chahiye. koi nizam nahi, koi system nahi,</w:t>
      </w:r>
    </w:p>
    <w:p>
      <w:pPr>
        <w:jc w:val="right"/>
      </w:pPr>
      <w:r>
        <w:t>اس کے لیے ہمیں چاہیے کیا؟ پیس چاہیے، امن چاہیے۔ بس ہمیں امن کے سوا کچھ نہیں چاہیے۔ کوئی نظام نہیں، کوئی سسٹم نہیں،</w:t>
      </w:r>
    </w:p>
    <w:p>
      <w:r>
        <w:rPr>
          <w:b/>
        </w:rPr>
        <w:t xml:space="preserve">[42:30] </w:t>
      </w:r>
      <w:r>
        <w:t>bas aman, peace chahiye.</w:t>
      </w:r>
    </w:p>
    <w:p>
      <w:pPr>
        <w:jc w:val="right"/>
      </w:pPr>
      <w:r>
        <w:t>بس امن، پیس چاہیے۔</w:t>
      </w:r>
    </w:p>
    <w:p>
      <w:r>
        <w:rPr>
          <w:b/>
        </w:rPr>
        <w:t xml:space="preserve">[42:34] </w:t>
      </w:r>
      <w:r>
        <w:t>peace kafi hai, yani aman agar hai to kafi hai ke yeh kaam smooth taur par chalta rahe.</w:t>
      </w:r>
    </w:p>
    <w:p>
      <w:pPr>
        <w:jc w:val="right"/>
      </w:pPr>
      <w:r>
        <w:t>پیس کافی ہے، یعنی امن اگر ہے تو کافی ہے کہ یہ کام اسموoth طور پر چلتا رہے۔</w:t>
      </w:r>
    </w:p>
    <w:p>
      <w:r>
        <w:rPr>
          <w:b/>
        </w:rPr>
        <w:t xml:space="preserve">[42:44] </w:t>
      </w:r>
      <w:r>
        <w:t>aur is kaam karne ki shart kya hai?</w:t>
      </w:r>
    </w:p>
    <w:p>
      <w:pPr>
        <w:jc w:val="right"/>
      </w:pPr>
      <w:r>
        <w:t>اور اس کام کرنے کی شرط کیا ہے؟</w:t>
      </w:r>
    </w:p>
    <w:p>
      <w:r>
        <w:rPr>
          <w:b/>
        </w:rPr>
        <w:t xml:space="preserve">[42:46] </w:t>
      </w:r>
      <w:r>
        <w:t>hum tamam political activities ko khatm kar dein, military activities ko khatm kar dein, tamam violence ko khatm kar dein, yak tarafah taur par.</w:t>
      </w:r>
    </w:p>
    <w:p>
      <w:pPr>
        <w:jc w:val="right"/>
      </w:pPr>
      <w:r>
        <w:t>ہم تمام پولیٹیکل ایکٹیویٹیز کو ختم کر دیں، ملٹری ایکٹیویٹیز کو ختم کر دیں، تمام وائیلنس کو ختم کر دیں، یکطرفہ طور پر۔</w:t>
      </w:r>
    </w:p>
    <w:p>
      <w:r>
        <w:rPr>
          <w:b/>
        </w:rPr>
        <w:t xml:space="preserve">[43:00] </w:t>
      </w:r>
      <w:r>
        <w:t>yeh hai nishana jo ummat ko ikhtiyar karna hai. koi doosra nishana jo hai, deviation hai.</w:t>
      </w:r>
    </w:p>
    <w:p>
      <w:pPr>
        <w:jc w:val="right"/>
      </w:pPr>
      <w:r>
        <w:t>یہ ہے نشانہ جو امت کو اختیار کرنا ہے۔ کوئی دوسرا نشانہ جو ہے، ڈیوی ایشن ہے۔</w:t>
      </w:r>
    </w:p>
    <w:p>
      <w:r>
        <w:rPr>
          <w:b/>
        </w:rPr>
        <w:t xml:space="preserve">[43:11] </w:t>
      </w:r>
      <w:r>
        <w:t>is ke sath jo nishana liya jayega, woh deviation hoga, inhiraf hoga.</w:t>
      </w:r>
    </w:p>
    <w:p>
      <w:pPr>
        <w:jc w:val="right"/>
      </w:pPr>
      <w:r>
        <w:t>اس کے ساتھ جو نشانہ لیا جائے گا، وہ ڈیوی ایشن ہوگا، انحراف ہوگا۔</w:t>
      </w:r>
    </w:p>
    <w:p>
      <w:r>
        <w:rPr>
          <w:b/>
        </w:rPr>
        <w:t xml:space="preserve">[43:20] </w:t>
      </w:r>
      <w:r>
        <w:t>to main dua karta hoon Allah taala se apne liye aur aap ke liye ke hum sab ko Allah taala sirat-e-mustaqeem par chalne ki tofeeq de,</w:t>
      </w:r>
    </w:p>
    <w:p>
      <w:pPr>
        <w:jc w:val="right"/>
      </w:pPr>
      <w:r>
        <w:t>تو میں دعا کرتا ہوں اللہ تعالی سے اپنے لیے اور آپ کے لیے کہ ہم سب کو اللہ تعالی صراط مستقیم پر چلنے کی توفیق دے،</w:t>
      </w:r>
    </w:p>
    <w:p>
      <w:r>
        <w:rPr>
          <w:b/>
        </w:rPr>
        <w:t xml:space="preserve">[43:34] </w:t>
      </w:r>
      <w:r>
        <w:t>jo Allah ka pasand wala kaam hai, us ko ikhtiyar karne ki tofeeq de taake hum dunya se guzar kar jab akhirat mein pohnchein to Allah hum se razi ho.</w:t>
      </w:r>
    </w:p>
    <w:p>
      <w:pPr>
        <w:jc w:val="right"/>
      </w:pPr>
      <w:r>
        <w:t>جو اللہ کا پسند والا کام ہے، اس کو اختیار کرنے کی توفیق دے تاکہ ہم دنیا سے گزر کر جب آخرت میں پہنچیں تو اللہ ہم سے راضی ہو۔</w:t>
      </w:r>
    </w:p>
    <w:p>
      <w:r>
        <w:rPr>
          <w:b/>
        </w:rPr>
        <w:t xml:space="preserve">[43:50] </w:t>
      </w:r>
      <w:r>
        <w:t>hum ko is saff mein shamil kiya jaye jin ke bare mein aaya hai Quran majeed mein: "Wa radi Allahu anhum wa radu". Allah taala meri dua ko mere haq mein, aap ke haq mein qabool farmaye.</w:t>
      </w:r>
    </w:p>
    <w:p>
      <w:pPr>
        <w:jc w:val="right"/>
      </w:pPr>
      <w:r>
        <w:t>ہم کو اس صف میں شامل کیا جائے جن کے بارے میں آیا ہے قرآن مجید میں: "ورضی اللہ عنہم ورضوا"۔ اللہ تعالی میری دعا کو میرے حق میں، آپ کے حق میں قبول فرمائے۔</w:t>
      </w:r>
    </w:p>
    <w:p>
      <w:r>
        <w:rPr>
          <w:b/>
        </w:rPr>
        <w:t xml:space="preserve">[44:05]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