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Man Between Angels and Satan August 14, 2011</w:t>
      </w:r>
    </w:p>
    <w:p>
      <w:r>
        <w:t>https://youtu.be/cRXTSSZNM30</w:t>
      </w:r>
    </w:p>
    <w:p>
      <w:r>
        <w:rPr>
          <w:b/>
        </w:rPr>
        <w:t xml:space="preserve">[00:12] </w:t>
      </w:r>
      <w:r>
        <w:t>bismillah hir rahman nir rahim, wa salli allah ala an nabiyyil karim. rab ishrah li sadri, wa yassir li amri,</w:t>
      </w:r>
    </w:p>
    <w:p>
      <w:pPr>
        <w:jc w:val="right"/>
      </w:pPr>
      <w:r>
        <w:t>بسم اللہ الرحمن الرحیم، وصلی اللہ علی النبی الکریم۔ رب اشرح لی صدری، ویسر لی امری،</w:t>
      </w:r>
    </w:p>
    <w:p>
      <w:r>
        <w:rPr>
          <w:b/>
        </w:rPr>
        <w:t xml:space="preserve">[00:27] </w:t>
      </w:r>
      <w:r>
        <w:t>wah lul uqdatan min lisani, yafqahu qawli. aaj ka topic hai:</w:t>
      </w:r>
    </w:p>
    <w:p>
      <w:pPr>
        <w:jc w:val="right"/>
      </w:pPr>
      <w:r>
        <w:t>واحل العقدۃ من لسانی، یفقہ قولی۔ آج کا ٹاپک ہے:</w:t>
      </w:r>
    </w:p>
    <w:p>
      <w:r>
        <w:rPr>
          <w:b/>
        </w:rPr>
        <w:t xml:space="preserve">[00:37] </w:t>
      </w:r>
      <w:r>
        <w:t>"main between angels and satan".</w:t>
      </w:r>
    </w:p>
    <w:p>
      <w:pPr>
        <w:jc w:val="right"/>
      </w:pPr>
      <w:r>
        <w:t>"مین بٹوین اینجلز اینڈ سیٹن"۔</w:t>
      </w:r>
    </w:p>
    <w:p>
      <w:r>
        <w:rPr>
          <w:b/>
        </w:rPr>
        <w:t xml:space="preserve">[00:44] </w:t>
      </w:r>
      <w:r>
        <w:t>aadmi, farishton, aur</w:t>
      </w:r>
    </w:p>
    <w:p>
      <w:pPr>
        <w:jc w:val="right"/>
      </w:pPr>
      <w:r>
        <w:t>آدمی، فرشتوں، اور</w:t>
      </w:r>
    </w:p>
    <w:p>
      <w:r>
        <w:rPr>
          <w:b/>
        </w:rPr>
        <w:t xml:space="preserve">[00:51] </w:t>
      </w:r>
      <w:r>
        <w:t>shaitan ya iblis ke darmiyan.</w:t>
      </w:r>
    </w:p>
    <w:p>
      <w:pPr>
        <w:jc w:val="right"/>
      </w:pPr>
      <w:r>
        <w:t>شیطان یا ابلیس کے درمیان۔</w:t>
      </w:r>
    </w:p>
    <w:p>
      <w:r>
        <w:rPr>
          <w:b/>
        </w:rPr>
        <w:t xml:space="preserve">[00:57] </w:t>
      </w:r>
      <w:r>
        <w:t>is aadmi, is dunya mein aadmi jab paida hota hai to paida hote hi woh do mukhtalif forces ke darmiyan ho jata hai.</w:t>
      </w:r>
    </w:p>
    <w:p>
      <w:pPr>
        <w:jc w:val="right"/>
      </w:pPr>
      <w:r>
        <w:t>اس آدمی، اس دنیا میں آدمی جب پیدا ہوتا ہے تو پیدا ہوتے ہی وہ دو مختلف فورسز کے درمیان ہو جاتا ہے۔</w:t>
      </w:r>
    </w:p>
    <w:p>
      <w:r>
        <w:rPr>
          <w:b/>
        </w:rPr>
        <w:t xml:space="preserve">[01:11] </w:t>
      </w:r>
      <w:r>
        <w:t>ek taraf angels hote hain, aur doosri taraf satan. is mein kisi ka bhi koi exception nahi.</w:t>
      </w:r>
    </w:p>
    <w:p>
      <w:pPr>
        <w:jc w:val="right"/>
      </w:pPr>
      <w:r>
        <w:t>ایک طرف اینجلز ہوتے ہیں، اور دوسری طرف سیٹن۔ اس میں کسی کا بھی کوئی ایکسیپشن نہیں۔</w:t>
      </w:r>
    </w:p>
    <w:p>
      <w:r>
        <w:rPr>
          <w:b/>
        </w:rPr>
        <w:t xml:space="preserve">[01:22] </w:t>
      </w:r>
      <w:r>
        <w:t>har aurat, har mard, jo is dunya mein paida hua to uska</w:t>
      </w:r>
    </w:p>
    <w:p>
      <w:pPr>
        <w:jc w:val="right"/>
      </w:pPr>
      <w:r>
        <w:t>ہر عورت، ہر مرد، جو اس دنیا میں پیدا ہوا تو اس کا</w:t>
      </w:r>
    </w:p>
    <w:p>
      <w:r>
        <w:rPr>
          <w:b/>
        </w:rPr>
        <w:t xml:space="preserve">[01:31] </w:t>
      </w:r>
      <w:r>
        <w:t>mamla in do ke beech mein ho jata hai.</w:t>
      </w:r>
    </w:p>
    <w:p>
      <w:pPr>
        <w:jc w:val="right"/>
      </w:pPr>
      <w:r>
        <w:t>معاملہ ان دو کے بیچ میں ہو جاتا ہے۔</w:t>
      </w:r>
    </w:p>
    <w:p>
      <w:r>
        <w:rPr>
          <w:b/>
        </w:rPr>
        <w:t xml:space="preserve">[01:39] </w:t>
      </w:r>
      <w:r>
        <w:t>angels jo hain woh</w:t>
      </w:r>
    </w:p>
    <w:p>
      <w:pPr>
        <w:jc w:val="right"/>
      </w:pPr>
      <w:r>
        <w:t>اینجلز جو ہیں وہ</w:t>
      </w:r>
    </w:p>
    <w:p>
      <w:r>
        <w:rPr>
          <w:b/>
        </w:rPr>
        <w:t xml:space="preserve">[01:44] </w:t>
      </w:r>
      <w:r>
        <w:t>neki ka,</w:t>
      </w:r>
    </w:p>
    <w:p>
      <w:pPr>
        <w:jc w:val="right"/>
      </w:pPr>
      <w:r>
        <w:t>نیکی کا،</w:t>
      </w:r>
    </w:p>
    <w:p>
      <w:r>
        <w:rPr>
          <w:b/>
        </w:rPr>
        <w:t xml:space="preserve">[01:50] </w:t>
      </w:r>
      <w:r>
        <w:t>neki ko, insaan ko neki ki taraf le aate hain, aur satan burai ki taraf le aata hai.</w:t>
      </w:r>
    </w:p>
    <w:p>
      <w:pPr>
        <w:jc w:val="right"/>
      </w:pPr>
      <w:r>
        <w:t>نیکی کو، انسان کو نیکی کی طرف لے آتے ہیں، اور سیٹن برائی کی طرف لے آتا ہے۔</w:t>
      </w:r>
    </w:p>
    <w:p>
      <w:r>
        <w:rPr>
          <w:b/>
        </w:rPr>
        <w:t xml:space="preserve">[02:02] </w:t>
      </w:r>
      <w:r>
        <w:t>allah taala ne insaan ko paida kiya is tarah se ke uske andar ek taraf ego hai, aur doosri taraf consciousness hai.</w:t>
      </w:r>
    </w:p>
    <w:p>
      <w:pPr>
        <w:jc w:val="right"/>
      </w:pPr>
      <w:r>
        <w:t>اللہ تعالیٰ نے انسان کو پیدا کیا اس طرح سے کہ اس کے اندر ایک طرف ایگو ہے، اور دوسری طرف کانشیسنس ہے۔</w:t>
      </w:r>
    </w:p>
    <w:p>
      <w:r>
        <w:rPr>
          <w:b/>
        </w:rPr>
        <w:t xml:space="preserve">[02:09] </w:t>
      </w:r>
      <w:r>
        <w:t>quran mein is ko aa gaya hai: "nafs ammara" aur "nafs lawwama". yani ego aur zamir.</w:t>
      </w:r>
    </w:p>
    <w:p>
      <w:pPr>
        <w:jc w:val="right"/>
      </w:pPr>
      <w:r>
        <w:t>قرآن میں اس کو آگیا ہے: "نفس امارہ" اور "نفس لوامہ"۔ یعنی انا اور ضمیر۔</w:t>
      </w:r>
    </w:p>
    <w:p>
      <w:r>
        <w:rPr>
          <w:b/>
        </w:rPr>
        <w:t xml:space="preserve">[02:22] </w:t>
      </w:r>
      <w:r>
        <w:t>to ego jo hai woh shaitan ka entry point hai. aur consciousness jo hai woh angels ka entry point hai.</w:t>
      </w:r>
    </w:p>
    <w:p>
      <w:pPr>
        <w:jc w:val="right"/>
      </w:pPr>
      <w:r>
        <w:t>تو ایگو جو ہے وہ شیطان کا انٹری پوائنٹ ہے۔ اور کانشیسنس جو ہے وہ اینجلز کا انٹری پوائنٹ ہے۔</w:t>
      </w:r>
    </w:p>
    <w:p>
      <w:r>
        <w:rPr>
          <w:b/>
        </w:rPr>
        <w:t xml:space="preserve">[02:36] </w:t>
      </w:r>
      <w:r>
        <w:t>jab bhi koi situation paida ho, aur aadmi bhadak uthe, nafrat ki boli bole, woh revenge ki boli bole,</w:t>
      </w:r>
    </w:p>
    <w:p>
      <w:pPr>
        <w:jc w:val="right"/>
      </w:pPr>
      <w:r>
        <w:t>جب بھی کوئی سچویشن پیدا ہو، اور آدمی بھڑک اٹھے، نفرت کی بولی بولے، وہ ریونج کی بولی بولے،</w:t>
      </w:r>
    </w:p>
    <w:p>
      <w:r>
        <w:rPr>
          <w:b/>
        </w:rPr>
        <w:t xml:space="preserve">[02:53] </w:t>
      </w:r>
      <w:r>
        <w:t>woh mushtael ho jaye, woh kahe ke hamein lesson sikhana hai, waghera, to is ka matlab yeh hai ke shaitan ke liye us ne darwaza khol diya apna.</w:t>
      </w:r>
    </w:p>
    <w:p>
      <w:pPr>
        <w:jc w:val="right"/>
      </w:pPr>
      <w:r>
        <w:t>وہ مشتعل ہو جائے، وہ کہے کہ ہمیں لیسن سکھانا ہے، وغیرہ، تو اس کا مطلب یہ ہے کہ شیطان کے لیے اس نے دروازہ کھول دیا اپنا۔</w:t>
      </w:r>
    </w:p>
    <w:p>
      <w:r>
        <w:rPr>
          <w:b/>
        </w:rPr>
        <w:t xml:space="preserve">[03:10] </w:t>
      </w:r>
      <w:r>
        <w:t>is ke bar aks agar koi situation paida ho, aur aadmi kya kare ke us ke andar modesty aaye, forgiveness aaye, tolerance aaye,</w:t>
      </w:r>
    </w:p>
    <w:p>
      <w:pPr>
        <w:jc w:val="right"/>
      </w:pPr>
      <w:r>
        <w:t>اس کے برعکس اگر کوئی سچویشن پیدا ہو، اور آدمی کیا کرے کہ اس کے اندر ماڈیسٹی آئے، فارگیونس آئے، ٹالرنس آئے،</w:t>
      </w:r>
    </w:p>
    <w:p>
      <w:r>
        <w:rPr>
          <w:b/>
        </w:rPr>
        <w:t xml:space="preserve">[03:23] </w:t>
      </w:r>
      <w:r>
        <w:t>nazar andaaz karna aaye, khair khwahi aaye, doosron ki riayat karna aaye, to is ka matlab kya hai?</w:t>
      </w:r>
    </w:p>
    <w:p>
      <w:pPr>
        <w:jc w:val="right"/>
      </w:pPr>
      <w:r>
        <w:t>نظر انداز کرنا آئے، خیر خواہی آئے، دوسروں کی رعایت کرنا آئے، تو اس کا مطلب کیا ہے؟</w:t>
      </w:r>
    </w:p>
    <w:p>
      <w:r>
        <w:rPr>
          <w:b/>
        </w:rPr>
        <w:t xml:space="preserve">[03:35] </w:t>
      </w:r>
      <w:r>
        <w:t>ke is ke andar angel dakhil ho gaye.</w:t>
      </w:r>
    </w:p>
    <w:p>
      <w:pPr>
        <w:jc w:val="right"/>
      </w:pPr>
      <w:r>
        <w:t>کہ اس کے اندر اینجل داخل ہو گئے۔</w:t>
      </w:r>
    </w:p>
    <w:p>
      <w:r>
        <w:rPr>
          <w:b/>
        </w:rPr>
        <w:t xml:space="preserve">[03:43] </w:t>
      </w:r>
      <w:r>
        <w:t>jaise india mein hum bar bar dekhte hain ke hinduon ka ek juloos nikla. ab hindu ka juloos jo hai woh pahuncha ek aise road par jahan aage masjid thi, mislan.</w:t>
      </w:r>
    </w:p>
    <w:p>
      <w:pPr>
        <w:jc w:val="right"/>
      </w:pPr>
      <w:r>
        <w:t>جیسے انڈیا میں ہم بار بار دیکھتے ہیں کہ ہندوؤں کا ایک جلوس نکلا۔ اب ہندو کا جلوس جو ہے وہ پہنچا ایک ایسے روڈ پر جہاں آگے مسجد تھی، مثلاً۔</w:t>
      </w:r>
    </w:p>
    <w:p>
      <w:r>
        <w:rPr>
          <w:b/>
        </w:rPr>
        <w:t xml:space="preserve">[03:56] </w:t>
      </w:r>
      <w:r>
        <w:t>ab musalman kya kehte hain ke masjid ke samne se juloos nahi jayega. masjid ki behurmati hogi.</w:t>
      </w:r>
    </w:p>
    <w:p>
      <w:pPr>
        <w:jc w:val="right"/>
      </w:pPr>
      <w:r>
        <w:t>اب مسلمان کیا کہتے ہیں کہ مسجد کے سامنے سے جلوس نہیں جائے گا۔ مسجد کی بے حرمتی ہوگی۔</w:t>
      </w:r>
    </w:p>
    <w:p>
      <w:r>
        <w:rPr>
          <w:b/>
        </w:rPr>
        <w:t xml:space="preserve">[04:07] </w:t>
      </w:r>
      <w:r>
        <w:t>doosri shakal yeh hai ke woh yeh kahein ke road jo hai sab ki hai, koi hamari nahi hai. in ko jana ho, jidhar jana hai udhar jane do in ko.</w:t>
      </w:r>
    </w:p>
    <w:p>
      <w:pPr>
        <w:jc w:val="right"/>
      </w:pPr>
      <w:r>
        <w:t>دوسری شکل یہ ہے کہ وہ یہ کہیں کہ روڈ جو ہے سب کی ہے، کوئی ہماری نہیں ہے۔ ان کو جانا ہو، جدھر جانا ہے ادھر جانے دو ان کو۔</w:t>
      </w:r>
    </w:p>
    <w:p>
      <w:r>
        <w:rPr>
          <w:b/>
        </w:rPr>
        <w:t xml:space="preserve">[04:17] </w:t>
      </w:r>
      <w:r>
        <w:t>to agar aap rok tok karein to is ke mani hain ke shaitan dakhil ho gaya aap ke andar. agar aap rok tok na karein, in ko welcome kahein ke theek hai tum apna juloos nikalo, hamein koi aitraz nahi hai,</w:t>
      </w:r>
    </w:p>
    <w:p>
      <w:pPr>
        <w:jc w:val="right"/>
      </w:pPr>
      <w:r>
        <w:t>تو اگر آپ روک ٹوک کریں تو اس کے معنی ہیں کہ شیطان داخل ہو گیا آپ کے اندر۔ اگر آپ روک ٹوک نہ کریں، ان کو ویلکم کہیں کہ ٹھیک ہے تم اپنا جلوس نکالو، ہمیں کوئی اعتراض نہیں ہے،</w:t>
      </w:r>
    </w:p>
    <w:p>
      <w:r>
        <w:rPr>
          <w:b/>
        </w:rPr>
        <w:t xml:space="preserve">[04:33] </w:t>
      </w:r>
      <w:r>
        <w:t>to is ke mani hain ke angels wahan aa gaye. to yeh do taaqatein hain jis ke beech mein insaan ko zindagi guzarna parti hai.</w:t>
      </w:r>
    </w:p>
    <w:p>
      <w:pPr>
        <w:jc w:val="right"/>
      </w:pPr>
      <w:r>
        <w:t>تو اس کے معنی ہیں کہ اینجلز وہاں آ گئے۔ تو یہ دو طاقتیں ہیں جس کے بیچ میں انسان کو زندگی گزارنا پڑتا ہے۔</w:t>
      </w:r>
    </w:p>
    <w:p>
      <w:r>
        <w:rPr>
          <w:b/>
        </w:rPr>
        <w:t xml:space="preserve">[04:52] </w:t>
      </w:r>
      <w:r>
        <w:t>lekin is mein aik bohat hi zyada sochne wali baat hai, woh kya hai?</w:t>
      </w:r>
    </w:p>
    <w:p>
      <w:pPr>
        <w:jc w:val="right"/>
      </w:pPr>
      <w:r>
        <w:t>لیکن اس میں ایک بہت ہی زیادہ سوچنے والی بات ہے، وہ کیا ہے؟</w:t>
      </w:r>
    </w:p>
    <w:p>
      <w:r>
        <w:rPr>
          <w:b/>
        </w:rPr>
        <w:t xml:space="preserve">[04:58] </w:t>
      </w:r>
      <w:r>
        <w:t>woh yeh hai ke shaitan ya iblis ka role offensive role hai, jarhana role hai.</w:t>
      </w:r>
    </w:p>
    <w:p>
      <w:pPr>
        <w:jc w:val="right"/>
      </w:pPr>
      <w:r>
        <w:t>وہ یہ ہے کہ شیطان یا ابلیس کا رول آفینسو رول ہے، جارحانہ رول ہے۔</w:t>
      </w:r>
    </w:p>
    <w:p>
      <w:r>
        <w:rPr>
          <w:b/>
        </w:rPr>
        <w:t xml:space="preserve">[05:11] </w:t>
      </w:r>
      <w:r>
        <w:t>jabke angels ka role sirf supportive role hai, taayidi role hai.</w:t>
      </w:r>
    </w:p>
    <w:p>
      <w:pPr>
        <w:jc w:val="right"/>
      </w:pPr>
      <w:r>
        <w:t>جبکہ اینجلز کا رول صرف سپورٹیو رول ہے، تائیدی رول ہے۔</w:t>
      </w:r>
    </w:p>
    <w:p>
      <w:r>
        <w:rPr>
          <w:b/>
        </w:rPr>
        <w:t xml:space="preserve">[05:19] </w:t>
      </w:r>
      <w:r>
        <w:t>yeh farq bohat hi zyada important hai.</w:t>
      </w:r>
    </w:p>
    <w:p>
      <w:pPr>
        <w:jc w:val="right"/>
      </w:pPr>
      <w:r>
        <w:t>یہ فرق بہت ہی زیادہ امپورٹنٹ ہے۔</w:t>
      </w:r>
    </w:p>
    <w:p>
      <w:r>
        <w:rPr>
          <w:b/>
        </w:rPr>
        <w:t xml:space="preserve">[05:23] </w:t>
      </w:r>
      <w:r>
        <w:t>yani koi situation paida hui to shaitan to foran kood padega woh.</w:t>
      </w:r>
    </w:p>
    <w:p>
      <w:pPr>
        <w:jc w:val="right"/>
      </w:pPr>
      <w:r>
        <w:t>یعنی کوئی سچویشن پیدا ہوئی تو شیطان تو فوراً کود پڑے گا وہ۔</w:t>
      </w:r>
    </w:p>
    <w:p>
      <w:r>
        <w:rPr>
          <w:b/>
        </w:rPr>
        <w:t xml:space="preserve">[05:34] </w:t>
      </w:r>
      <w:r>
        <w:t>lekin farishte is waqt aayenge jab aap Allah se dua karein, aur Allah aap ki dua ko sun kar ke farishton ko bhejey. jaise maine arz kiya ke ek road hai, is road par musalmanon ki masjid</w:t>
      </w:r>
    </w:p>
    <w:p>
      <w:pPr>
        <w:jc w:val="right"/>
      </w:pPr>
      <w:r>
        <w:t>لیکن فرشتے اس وقت آئیں گے جب آپ اللہ سے دعا کریں، اور اللہ آپ کی دعا کو سن کر کے فرشتوں کو بھیجے۔ جیسے میں نے عرض کیا کہ ایک روڈ ہے، اس روڈ پر مسلمانوں کی مسجد</w:t>
      </w:r>
    </w:p>
    <w:p>
      <w:r>
        <w:rPr>
          <w:b/>
        </w:rPr>
        <w:t xml:space="preserve">[05:50] </w:t>
      </w:r>
      <w:r>
        <w:t>hai, ab wahan se hinduo'n ka juloos guzarna chahta hai.</w:t>
      </w:r>
    </w:p>
    <w:p>
      <w:pPr>
        <w:jc w:val="right"/>
      </w:pPr>
      <w:r>
        <w:t>ہے، اب وہاں سے ہندوؤں کا جلوس گزرنا چاہتا ہے۔</w:t>
      </w:r>
    </w:p>
    <w:p>
      <w:r>
        <w:rPr>
          <w:b/>
        </w:rPr>
        <w:t xml:space="preserve">[05:56] </w:t>
      </w:r>
      <w:r>
        <w:t>to shaitan to foran kood padega musalmanon ko mus'tal karne ke liye ke dekho idhar se jaane na paaye. yeh masjid ki be-hurmati hai.</w:t>
      </w:r>
    </w:p>
    <w:p>
      <w:pPr>
        <w:jc w:val="right"/>
      </w:pPr>
      <w:r>
        <w:t>تو شیطان تو فوراً کود پڑے گا مسلمانوں کو مشتعل کرنے کے لیے کہ دیکھو ادھر سے جانے نہ پائے۔ یہ مسجد کی بے حرمتی ہے۔</w:t>
      </w:r>
    </w:p>
    <w:p>
      <w:r>
        <w:rPr>
          <w:b/>
        </w:rPr>
        <w:t xml:space="preserve">[06:07] </w:t>
      </w:r>
      <w:r>
        <w:t>wahan par bharkane ke liye shaitan apne aap kood padega.</w:t>
      </w:r>
    </w:p>
    <w:p>
      <w:pPr>
        <w:jc w:val="right"/>
      </w:pPr>
      <w:r>
        <w:t>وہاں پر بھڑکانے کے لیے شیطان اپنے آپ کود پڑے گا۔</w:t>
      </w:r>
    </w:p>
    <w:p>
      <w:r>
        <w:rPr>
          <w:b/>
        </w:rPr>
        <w:t xml:space="preserve">[06:13] </w:t>
      </w:r>
      <w:r>
        <w:t>farishte nahi aayenge apne aap, yaad rakhiye.</w:t>
      </w:r>
    </w:p>
    <w:p>
      <w:pPr>
        <w:jc w:val="right"/>
      </w:pPr>
      <w:r>
        <w:t>فرشتے نہیں آئیں گے اپنے آپ، یاد رکھیے۔</w:t>
      </w:r>
    </w:p>
    <w:p>
      <w:r>
        <w:rPr>
          <w:b/>
        </w:rPr>
        <w:t xml:space="preserve">[06:18] </w:t>
      </w:r>
      <w:r>
        <w:t>farishte jab aayenge jab ke musalman jab khabar sunein ke juloos aa raha hai to masjid mein ja kar dua karein. to khudaaya to farishton ko bhej de hamare liye.</w:t>
      </w:r>
    </w:p>
    <w:p>
      <w:pPr>
        <w:jc w:val="right"/>
      </w:pPr>
      <w:r>
        <w:t>فرشتے جب آئیں گے جب کہ مسلمان جب خبر سنیں کہ جلوس آ رہا ہے تو مسجد میں جا کر دعا کریں۔ تو خدایا تو فرشتوں کو بھیج دے ہمارے لیے۔</w:t>
      </w:r>
    </w:p>
    <w:p>
      <w:r>
        <w:rPr>
          <w:b/>
        </w:rPr>
        <w:t xml:space="preserve">[06:31] </w:t>
      </w:r>
      <w:r>
        <w:t>tab farishte aayenge. to farishte kya karenge?</w:t>
      </w:r>
    </w:p>
    <w:p>
      <w:pPr>
        <w:jc w:val="right"/>
      </w:pPr>
      <w:r>
        <w:t>تب فرشتے آئیں گے۔ تو فرشتے کیا کریں گے؟</w:t>
      </w:r>
    </w:p>
    <w:p>
      <w:r>
        <w:rPr>
          <w:b/>
        </w:rPr>
        <w:t xml:space="preserve">[06:36] </w:t>
      </w:r>
      <w:r>
        <w:t>logon ke dilon ko naram karenge, un ke isht'aal ko khatam karenge, un ki nafrat ko nikalenge, un ke andar</w:t>
      </w:r>
    </w:p>
    <w:p>
      <w:pPr>
        <w:jc w:val="right"/>
      </w:pPr>
      <w:r>
        <w:t>لوگوں کے دلوں کو نرم کریں گے، ان کے اشتعال کو ختم کریں گے، ان کی نفرت کو نکالیں گے، ان کے اندر</w:t>
      </w:r>
    </w:p>
    <w:p>
      <w:r>
        <w:rPr>
          <w:b/>
        </w:rPr>
        <w:t xml:space="preserve">[06:47] </w:t>
      </w:r>
      <w:r>
        <w:t>forgiveness layenge, khair khwahi layenge, positive thinking layenge.</w:t>
      </w:r>
    </w:p>
    <w:p>
      <w:pPr>
        <w:jc w:val="right"/>
      </w:pPr>
      <w:r>
        <w:t>فارگیونس لائیں گے، خیر خواہی لائیں گے، پازیٹیو تھنکنگ لائیں گے۔</w:t>
      </w:r>
    </w:p>
    <w:p>
      <w:r>
        <w:rPr>
          <w:b/>
        </w:rPr>
        <w:t xml:space="preserve">[06:58] </w:t>
      </w:r>
      <w:r>
        <w:t>to shaitan ka kaam hai negative thinking paida karna. farishton ka kaam hai positive thinking paida karna.</w:t>
      </w:r>
    </w:p>
    <w:p>
      <w:pPr>
        <w:jc w:val="right"/>
      </w:pPr>
      <w:r>
        <w:t>تو شیطان کا کام ہے نیگیٹیو تھنکنگ پیدا کرنا۔ فرشتوں کا کام ہے پازیٹیو تھنکنگ پیدا کرنا۔</w:t>
      </w:r>
    </w:p>
    <w:p>
      <w:r>
        <w:rPr>
          <w:b/>
        </w:rPr>
        <w:t xml:space="preserve">[07:09] </w:t>
      </w:r>
      <w:r>
        <w:t>lekin dono ka role jaisa ke maine arz kiya aisa nahi hai ke apne aap. shaitan ko chhoot hai Adam ke zamane se.</w:t>
      </w:r>
    </w:p>
    <w:p>
      <w:pPr>
        <w:jc w:val="right"/>
      </w:pPr>
      <w:r>
        <w:t>لیکن دونوں کا رول جیسا کہ میں نے عرض کیا ایسا نہیں ہے کہ اپنے آپ۔ شیطان کو چھوٹ ہے آدم کے زمانے سے۔</w:t>
      </w:r>
    </w:p>
    <w:p>
      <w:r>
        <w:rPr>
          <w:b/>
        </w:rPr>
        <w:t xml:space="preserve">[07:20] </w:t>
      </w:r>
      <w:r>
        <w:t>aur qayamat tak chhoot rahegi.</w:t>
      </w:r>
    </w:p>
    <w:p>
      <w:pPr>
        <w:jc w:val="right"/>
      </w:pPr>
      <w:r>
        <w:t>اور قیامت تک چھوٹ رہے گی۔</w:t>
      </w:r>
    </w:p>
    <w:p>
      <w:r>
        <w:rPr>
          <w:b/>
        </w:rPr>
        <w:t xml:space="preserve">[07:24] </w:t>
      </w:r>
      <w:r>
        <w:t>to shaitan ka role offensive role hai, farishton ka role supportive role hai. yeh bohat bari baat hai, bohat bara farq hai jis ko humein jaanna chahiye.</w:t>
      </w:r>
    </w:p>
    <w:p>
      <w:pPr>
        <w:jc w:val="right"/>
      </w:pPr>
      <w:r>
        <w:t>تو شیطان کا رول آفینسو رول ہے، فرشتوں کا رول سپورٹیو رول ہے۔ یہ بہت بڑی بات ہے، بہت بڑا فرق ہے جس کو ہمیں جاننا چاہیے۔</w:t>
      </w:r>
    </w:p>
    <w:p>
      <w:r>
        <w:rPr>
          <w:b/>
        </w:rPr>
        <w:t xml:space="preserve">[07:46] </w:t>
      </w:r>
      <w:r>
        <w:t>bohat hi zyada sangin baat hai.</w:t>
      </w:r>
    </w:p>
    <w:p>
      <w:pPr>
        <w:jc w:val="right"/>
      </w:pPr>
      <w:r>
        <w:t>بہت ہی زیادہ سنگین بات ہے۔</w:t>
      </w:r>
    </w:p>
    <w:p>
      <w:r>
        <w:rPr>
          <w:b/>
        </w:rPr>
        <w:t xml:space="preserve">[07:52] </w:t>
      </w:r>
      <w:r>
        <w:t>aur dekhein ab aap jo qissa paish aaya jab aaj insaan ko paida kiya Allah taala ne is waqt, to us waqt kya hua?</w:t>
      </w:r>
    </w:p>
    <w:p>
      <w:pPr>
        <w:jc w:val="right"/>
      </w:pPr>
      <w:r>
        <w:t>اور دیکھیں اب آپ جو قصہ پیش آیا جب آج انسان کو پیدا کیا اللہ تعالیٰ نے اس وقت، تو اس وقت کیا ہوا؟</w:t>
      </w:r>
    </w:p>
    <w:p>
      <w:r>
        <w:rPr>
          <w:b/>
        </w:rPr>
        <w:t xml:space="preserve">[08:05] </w:t>
      </w:r>
      <w:r>
        <w:t>Allah taala ne jab paida kiya insaan ko to us waqt do aur makhlooq theen.</w:t>
      </w:r>
    </w:p>
    <w:p>
      <w:pPr>
        <w:jc w:val="right"/>
      </w:pPr>
      <w:r>
        <w:t>اللہ تعالیٰ نے جب پیدا کیا انسان کو تو اس وقت دو اور مخلوق تھیں۔</w:t>
      </w:r>
    </w:p>
    <w:p>
      <w:r>
        <w:rPr>
          <w:b/>
        </w:rPr>
        <w:t xml:space="preserve">[08:12] </w:t>
      </w:r>
      <w:r>
        <w:t>iblis yani jinnaat, aur doosre malaika, angels.</w:t>
      </w:r>
    </w:p>
    <w:p>
      <w:pPr>
        <w:jc w:val="right"/>
      </w:pPr>
      <w:r>
        <w:t>ابلیس یعنی جنات، اور دوسرے ملائکہ، اینجلز۔</w:t>
      </w:r>
    </w:p>
    <w:p>
      <w:r>
        <w:rPr>
          <w:b/>
        </w:rPr>
        <w:t xml:space="preserve">[08:21] </w:t>
      </w:r>
      <w:r>
        <w:t>to Allah taala ne kaha ke jinnaat aur angels dono insaan ke aage jhuk jayein.</w:t>
      </w:r>
    </w:p>
    <w:p>
      <w:pPr>
        <w:jc w:val="right"/>
      </w:pPr>
      <w:r>
        <w:t>تو اللہ تعالیٰ نے کہا کہ جنات اور اینجلز دونوں انسان کے آگے جھک جائیں۔</w:t>
      </w:r>
    </w:p>
    <w:p>
      <w:r>
        <w:rPr>
          <w:b/>
        </w:rPr>
        <w:t xml:space="preserve">[08:30] </w:t>
      </w:r>
      <w:r>
        <w:t>jhukne ka matlab yeh nahi tha ke un ki ibadat karein. nahi. mera matlab yeh tha ke insaan ko free hand dein. chunaanche insaan is zamane mein basaya gaya tha test ke liye,</w:t>
      </w:r>
    </w:p>
    <w:p>
      <w:pPr>
        <w:jc w:val="right"/>
      </w:pPr>
      <w:r>
        <w:t>جھکنے کا مطلب یہ نہیں تھا کہ ان کی عبادت کریں۔ نہیں۔ میرا مطلب یہ تھا کہ انسان کو فری ہینڈ دیں۔ چونکہ انسان اس زمانے میں بسایا گیا تھا ٹیسٹ کے لیے،</w:t>
      </w:r>
    </w:p>
    <w:p>
      <w:r>
        <w:rPr>
          <w:b/>
        </w:rPr>
        <w:t xml:space="preserve">[08:46] </w:t>
      </w:r>
      <w:r>
        <w:t>to matlab yeh tha ke insaan jo karna chahe kare. na jinnaat rasta rokein, na malaika rasta rokein.</w:t>
      </w:r>
    </w:p>
    <w:p>
      <w:pPr>
        <w:jc w:val="right"/>
      </w:pPr>
      <w:r>
        <w:t>تو مطلب یہ تھا کہ انسان جو کرنا چاہے کرے۔ نہ جنات راستہ روکیں، نہ ملائکہ راستہ روکیں۔</w:t>
      </w:r>
    </w:p>
    <w:p>
      <w:r>
        <w:rPr>
          <w:b/>
        </w:rPr>
        <w:t xml:space="preserve">[08:56] </w:t>
      </w:r>
      <w:r>
        <w:t>yeh maqsad tha is ka. to</w:t>
      </w:r>
    </w:p>
    <w:p>
      <w:pPr>
        <w:jc w:val="right"/>
      </w:pPr>
      <w:r>
        <w:t>یہ مقصد تھا اس کا۔ تو</w:t>
      </w:r>
    </w:p>
    <w:p>
      <w:r>
        <w:rPr>
          <w:b/>
        </w:rPr>
        <w:t xml:space="preserve">[09:00] </w:t>
      </w:r>
      <w:r>
        <w:t>malaika ne to maan liya. lekin jinnaat ne jin ka sardaar tha iblis, us ne kiya kiya?</w:t>
      </w:r>
    </w:p>
    <w:p>
      <w:pPr>
        <w:jc w:val="right"/>
      </w:pPr>
      <w:r>
        <w:t>ملائکہ نے تو مان لیا۔ لیکن جنات نے جن کا سردار تھا ابلیس، اس نے کیا کیا؟</w:t>
      </w:r>
    </w:p>
    <w:p>
      <w:r>
        <w:rPr>
          <w:b/>
        </w:rPr>
        <w:t xml:space="preserve">[09:10] </w:t>
      </w:r>
      <w:r>
        <w:t>us ne kaha ke yeh insaan ko barhai de di gayi mere muqable mein. us ke aage jhukne ko kaha gaya. to mein to us ki barhai ko nahi manta.</w:t>
      </w:r>
    </w:p>
    <w:p>
      <w:pPr>
        <w:jc w:val="right"/>
      </w:pPr>
      <w:r>
        <w:t>اس نے کہا کہ یہ انسان کو بڑائی دے دی گئی میرے مقابلے میں۔ اس کے آگے جھکنے کو کہا گیا۔ تو میں تو اس کی بڑائی کو نہیں مانتا۔</w:t>
      </w:r>
    </w:p>
    <w:p>
      <w:r>
        <w:rPr>
          <w:b/>
        </w:rPr>
        <w:t xml:space="preserve">[09:23] </w:t>
      </w:r>
      <w:r>
        <w:t>to us ne us ko ego problem bana liya.</w:t>
      </w:r>
    </w:p>
    <w:p>
      <w:pPr>
        <w:jc w:val="right"/>
      </w:pPr>
      <w:r>
        <w:t>تو اس نے اس کو ایگو پرابلم بنا لیا۔</w:t>
      </w:r>
    </w:p>
    <w:p>
      <w:r>
        <w:rPr>
          <w:b/>
        </w:rPr>
        <w:t xml:space="preserve">[09:27] </w:t>
      </w:r>
      <w:r>
        <w:t>us ne samjha ke bara mein hoon. ana khairun minh. bara to mein hoon, phir insaan ko kyun di gayi barhai?</w:t>
      </w:r>
    </w:p>
    <w:p>
      <w:pPr>
        <w:jc w:val="right"/>
      </w:pPr>
      <w:r>
        <w:t>اس نے سمجھا کہ بڑا میں ہوں۔ انا خیر منہ۔ بڑا تو میں ہوں، پھر انسان کو کیوں دی گئی بڑائی؟</w:t>
      </w:r>
    </w:p>
    <w:p>
      <w:r>
        <w:rPr>
          <w:b/>
        </w:rPr>
        <w:t xml:space="preserve">[09:39] </w:t>
      </w:r>
      <w:r>
        <w:t>to ego problem bana liya. malaika jo thay, farishte, unhone ego problem nahi banaya. unhone kaha ke jo Allah taala ne kaha hai us ko hum mante hain.</w:t>
      </w:r>
    </w:p>
    <w:p>
      <w:pPr>
        <w:jc w:val="right"/>
      </w:pPr>
      <w:r>
        <w:t>تو ایگو پرابلم بنا لیا۔ ملائکہ جو تھے، فرشتے، انہوں نے ایگو پرابلم نہیں بنایا۔ انہوں نے کہا کہ جو اللہ تعالیٰ نے کہا ہے اس کو ہم مانتے ہیں۔</w:t>
      </w:r>
    </w:p>
    <w:p>
      <w:r>
        <w:rPr>
          <w:b/>
        </w:rPr>
        <w:t xml:space="preserve">[09:49] </w:t>
      </w:r>
      <w:r>
        <w:t>to yaad rakhiye isi ko shaitan chahta hai ke insaan hamesha yahi kaam karta rahe. us ko follow kar de us ko.</w:t>
      </w:r>
    </w:p>
    <w:p>
      <w:pPr>
        <w:jc w:val="right"/>
      </w:pPr>
      <w:r>
        <w:t>تو یاد رکھیے اسی کو شیطان چاہتا ہے کہ انسان ہمیشہ یہی کام کرتا رہے۔ اس کو فالو کر دے اس کو۔</w:t>
      </w:r>
    </w:p>
    <w:p>
      <w:r>
        <w:rPr>
          <w:b/>
        </w:rPr>
        <w:t xml:space="preserve">[09:58] </w:t>
      </w:r>
      <w:r>
        <w:t>shaitan ne challenge diya tha ke mein saare insaanon ko behkaunga.</w:t>
      </w:r>
    </w:p>
    <w:p>
      <w:pPr>
        <w:jc w:val="right"/>
      </w:pPr>
      <w:r>
        <w:t>شیطان نے چیلنج دیا تھا کہ میں سارے انسانوں کو بہکاؤں گا۔</w:t>
      </w:r>
    </w:p>
    <w:p>
      <w:r>
        <w:rPr>
          <w:b/>
        </w:rPr>
        <w:t xml:space="preserve">[10:06] </w:t>
      </w:r>
      <w:r>
        <w:t>yaani mein sab ko apne raste par chalaunga. yeh jo hai majmeen mein sab ko behkaunga, matlab kiya hai is ka?</w:t>
      </w:r>
    </w:p>
    <w:p>
      <w:pPr>
        <w:jc w:val="right"/>
      </w:pPr>
      <w:r>
        <w:t>یعنی میں سب کو اپنے راستے پر چلاؤں گا۔ یہ جو ہے مجمعین میں سب کو بہکاؤں گا، مطلب کیا ہے اس کا؟</w:t>
      </w:r>
    </w:p>
    <w:p>
      <w:r>
        <w:rPr>
          <w:b/>
        </w:rPr>
        <w:t xml:space="preserve">[10:18] </w:t>
      </w:r>
      <w:r>
        <w:t>is ka matlab kiya hai? ke sab ko mein apne raste par chalaunga. yaani kiya rasta</w:t>
      </w:r>
    </w:p>
    <w:p>
      <w:pPr>
        <w:jc w:val="right"/>
      </w:pPr>
      <w:r>
        <w:t>اس کا مطلب کیا ہے؟ کہ سب کو میں اپنے راستے پر چلاؤں گا۔ یعنی کیا راستہ</w:t>
      </w:r>
    </w:p>
    <w:p>
      <w:r>
        <w:rPr>
          <w:b/>
        </w:rPr>
        <w:t xml:space="preserve">[10:28] </w:t>
      </w:r>
      <w:r>
        <w:t>? wahi ke har cheez ko ego problem banana. is dunya mein dekhiye yeh competition ki dunya hai, challenge ki dunya hai, azadi ki dunya hai.</w:t>
      </w:r>
    </w:p>
    <w:p>
      <w:pPr>
        <w:jc w:val="right"/>
      </w:pPr>
      <w:r>
        <w:t>؟ وہی کہ ہر چیز کو ایگو پرابلم بنانا۔ اس دنیا میں دیکھیے یہ کمپیٹیشن کی دنیا ہے، چیلنج کی دنیا ہے، آزادی کی دنیا ہے۔</w:t>
      </w:r>
    </w:p>
    <w:p>
      <w:r>
        <w:rPr>
          <w:b/>
        </w:rPr>
        <w:t xml:space="preserve">[10:41] </w:t>
      </w:r>
      <w:r>
        <w:t>to yahan bar bar aisa hota hai ke kisi ko aap se barhai mil jaye, kisi aitbaar se.</w:t>
      </w:r>
    </w:p>
    <w:p>
      <w:pPr>
        <w:jc w:val="right"/>
      </w:pPr>
      <w:r>
        <w:t>تو یہاں بار بار ایسا ہوتا ہے کہ کسی کو آپ سے بڑائی مل جائے، کسی اعتبار سے۔</w:t>
      </w:r>
    </w:p>
    <w:p>
      <w:r>
        <w:rPr>
          <w:b/>
        </w:rPr>
        <w:t xml:space="preserve">[10:50] </w:t>
      </w:r>
      <w:r>
        <w:t>kabhi koi chota ho jaye, kabhi koi bara ho jaye. kabhi kisi ke paas zyada ho jaye, kabhi kisi ke paas kam ho jaye.</w:t>
      </w:r>
    </w:p>
    <w:p>
      <w:pPr>
        <w:jc w:val="right"/>
      </w:pPr>
      <w:r>
        <w:t>کبھی کوئی چھوٹا ہو جائے، کبھی کوئی بڑا ہو جائے۔ کبھی کسی کے پاس زیادہ ہو جائے، کبھی کسی کے پاس کم ہو جائے۔</w:t>
      </w:r>
    </w:p>
    <w:p>
      <w:r>
        <w:rPr>
          <w:b/>
        </w:rPr>
        <w:t xml:space="preserve">[10:58] </w:t>
      </w:r>
      <w:r>
        <w:t>jab yahan challenge ki hai, competition hai, azadi hai to yeh to hoga hi hoga.</w:t>
      </w:r>
    </w:p>
    <w:p>
      <w:pPr>
        <w:jc w:val="right"/>
      </w:pPr>
      <w:r>
        <w:t>جب یہاں چیلنج کی ہے، کمپیٹیشن ہے، آزادی ہے تو یہ تو ہوگا ہی ہوگا۔</w:t>
      </w:r>
    </w:p>
    <w:p>
      <w:r>
        <w:rPr>
          <w:b/>
        </w:rPr>
        <w:t xml:space="preserve">[11:06] </w:t>
      </w:r>
      <w:r>
        <w:t>to aise mauqe par shaitan kiya karta hai?</w:t>
      </w:r>
    </w:p>
    <w:p>
      <w:pPr>
        <w:jc w:val="right"/>
      </w:pPr>
      <w:r>
        <w:t>تو ایسے موقع پر شیطان کیا کرتا ہے؟</w:t>
      </w:r>
    </w:p>
    <w:p>
      <w:r>
        <w:rPr>
          <w:b/>
        </w:rPr>
        <w:t xml:space="preserve">[11:11] </w:t>
      </w:r>
      <w:r>
        <w:t>jis ko kuch kam mila.</w:t>
      </w:r>
    </w:p>
    <w:p>
      <w:pPr>
        <w:jc w:val="right"/>
      </w:pPr>
      <w:r>
        <w:t>جس کو کچھ کم ملا۔</w:t>
      </w:r>
    </w:p>
    <w:p>
      <w:r>
        <w:rPr>
          <w:b/>
        </w:rPr>
        <w:t xml:space="preserve">[11:16] </w:t>
      </w:r>
      <w:r>
        <w:t>jis ko kuch kam kiya, kuch bhi farq pesh aaya to us ko activate karta hai ke dekho doosra aage tum se barh raha hai.</w:t>
      </w:r>
    </w:p>
    <w:p>
      <w:pPr>
        <w:jc w:val="right"/>
      </w:pPr>
      <w:r>
        <w:t>جس کو کچھ کم کیا، کچھ بھی فرق پیش آیا تو اس کو ایکٹیویٹ کرتا ہے کہ دیکھو دوسرا آگے تم سے بڑھ رہا ہے۔</w:t>
      </w:r>
    </w:p>
    <w:p>
      <w:r>
        <w:rPr>
          <w:b/>
        </w:rPr>
        <w:t xml:space="preserve">[11:32] </w:t>
      </w:r>
      <w:r>
        <w:t>to differences zyada sahi baat yeh hai ke hum yeh kahein ke is dunya mein differences zaroor pesh aayenge.</w:t>
      </w:r>
    </w:p>
    <w:p>
      <w:pPr>
        <w:jc w:val="right"/>
      </w:pPr>
      <w:r>
        <w:t>تو ڈیفرنسز زیادہ صحیح بات یہ ہے کہ ہم یہ کہیں کہ اس دنیا میں ڈیفرنسز ضرور پیش آئیں گے۔</w:t>
      </w:r>
    </w:p>
    <w:p>
      <w:r>
        <w:rPr>
          <w:b/>
        </w:rPr>
        <w:t xml:space="preserve">[11:40] </w:t>
      </w:r>
      <w:r>
        <w:t>to difference ke mauqe par shaitan kiya karta hai? ego ko bharkata hai. jaise mein ne misaal di ke hindu ka juloos aaya, masjid ke samne se guzarna tha us ko.</w:t>
      </w:r>
    </w:p>
    <w:p>
      <w:pPr>
        <w:jc w:val="right"/>
      </w:pPr>
      <w:r>
        <w:t>تو ڈیفرنس کے موقع پر شیطان کیا کرتا ہے؟ ایگو کو بھڑکاتا ہے۔ جیسے میں نے مثال دی کہ ہندو کا جلوس آیا، مسجد کے سامنے سے گزرنا تھا اس کو۔</w:t>
      </w:r>
    </w:p>
    <w:p>
      <w:r>
        <w:rPr>
          <w:b/>
        </w:rPr>
        <w:t xml:space="preserve">[11:55] </w:t>
      </w:r>
      <w:r>
        <w:t>to wahan par kiya hai? ego problem bana liya. masjid hamari muqaddas jagah hai. hindu ka juloos guzre ga to hamari be-hurmati hogi.</w:t>
      </w:r>
    </w:p>
    <w:p>
      <w:pPr>
        <w:jc w:val="right"/>
      </w:pPr>
      <w:r>
        <w:t>تو وہاں پر کیا ہے؟ ایگو پرابلم بنا لیا۔ مسجد ہماری مقدس جگہ ہے۔ ہندو کا جلوس گزرے گا تو ہماری بے حرمتی ہوگی۔</w:t>
      </w:r>
    </w:p>
    <w:p>
      <w:r>
        <w:rPr>
          <w:b/>
        </w:rPr>
        <w:t xml:space="preserve">[12:06] </w:t>
      </w:r>
      <w:r>
        <w:t>yeh wahi iblis wali nafsiyat hai.</w:t>
      </w:r>
    </w:p>
    <w:p>
      <w:pPr>
        <w:jc w:val="right"/>
      </w:pPr>
      <w:r>
        <w:t>یہ وہی ابلیس والی نفسیات ہے۔</w:t>
      </w:r>
    </w:p>
    <w:p>
      <w:r>
        <w:rPr>
          <w:b/>
        </w:rPr>
        <w:t xml:space="preserve">[12:12] </w:t>
      </w:r>
      <w:r>
        <w:t>to yeh family mein hota hai, paros mein hota hai, national life mein hota hai, international life mein bhi hota hai.</w:t>
      </w:r>
    </w:p>
    <w:p>
      <w:pPr>
        <w:jc w:val="right"/>
      </w:pPr>
      <w:r>
        <w:t>تو یہ فیملی میں ہوتا ہے، پڑوس میں ہوتا ہے، نیشنل لائف میں ہوتا ہے، انٹرنیشنل لائف میں بھی ہوتا ہے۔</w:t>
      </w:r>
    </w:p>
    <w:p>
      <w:r>
        <w:rPr>
          <w:b/>
        </w:rPr>
        <w:t xml:space="preserve">[12:21] </w:t>
      </w:r>
      <w:r>
        <w:t>saare insaanon ko shaitan kiya chahta hai? ke apne raste par dale. jo us ne kiya wahi sab ko, sab ka case wahi bana de.</w:t>
      </w:r>
    </w:p>
    <w:p>
      <w:pPr>
        <w:jc w:val="right"/>
      </w:pPr>
      <w:r>
        <w:t>سارے انسانوں کو شیطان کیا چاہتا ہے؟ کہ اپنے راستے پر ڈالے۔ جو اس نے کیا وہی سب کو، سب کا کیس وہی بنا دے۔</w:t>
      </w:r>
    </w:p>
    <w:p>
      <w:r>
        <w:rPr>
          <w:b/>
        </w:rPr>
        <w:t xml:space="preserve">[12:35] </w:t>
      </w:r>
      <w:r>
        <w:t>isi liye poori tareekh mein dekhiye aadmi bar bar kiya karta hai?</w:t>
      </w:r>
    </w:p>
    <w:p>
      <w:pPr>
        <w:jc w:val="right"/>
      </w:pPr>
      <w:r>
        <w:t>اسی لیے پوری تاریخ میں دیکھیے آدمی بار بار کیا کرتا ہے؟</w:t>
      </w:r>
    </w:p>
    <w:p>
      <w:r>
        <w:rPr>
          <w:b/>
        </w:rPr>
        <w:t xml:space="preserve">[12:40] </w:t>
      </w:r>
      <w:r>
        <w:t>yahi hota hai. ego clash hota hai. ego problem banate hain log. har aadmi is ko apne fakhr ka masla bana leta hai, apne naz ka masla, apne pride ka masla, apne ego ka masla.</w:t>
      </w:r>
    </w:p>
    <w:p>
      <w:pPr>
        <w:jc w:val="right"/>
      </w:pPr>
      <w:r>
        <w:t>یہی ہوتا ہے۔ ایگو کلیش ہوتا ہے۔ ایگو پرابلم بناتے ہیں لوگ۔ ہر آدمی اس کو اپنے فخر کا مسئلہ بنا لیتا ہے، اپنے ناز کا مسئلہ، اپنے پرائیڈ کا مسئلہ، اپنے ایگو کا مسئلہ۔</w:t>
      </w:r>
    </w:p>
    <w:p>
      <w:r>
        <w:rPr>
          <w:b/>
        </w:rPr>
        <w:t xml:space="preserve">[12:53] </w:t>
      </w:r>
      <w:r>
        <w:t>bana bana kar ladte jhagadte ladte rehte hain.</w:t>
      </w:r>
    </w:p>
    <w:p>
      <w:pPr>
        <w:jc w:val="right"/>
      </w:pPr>
      <w:r>
        <w:t>بنا بنا کر لڑتے جھڑتے لڑتے رہتے ہیں۔</w:t>
      </w:r>
    </w:p>
    <w:p>
      <w:r>
        <w:rPr>
          <w:b/>
        </w:rPr>
        <w:t xml:space="preserve">[13:02] </w:t>
      </w:r>
      <w:r>
        <w:t>to yeh bohat hi zyada serious baat hai jis par har aadmi ko sochna chahiye. kyunke isi par aadmi ke aakhri mein kamyabi aur nakami ka faisla hona hai.</w:t>
      </w:r>
    </w:p>
    <w:p>
      <w:pPr>
        <w:jc w:val="right"/>
      </w:pPr>
      <w:r>
        <w:t>تو یہ بہت ہی زیادہ سیریس بات ہے جس پر ہر آدمی کو سوچنا چاہیے۔ کیونکہ اسی پر آدمی کے آخرت میں کامیابی اور ناکامی کا فیصلہ ہونا ہے۔</w:t>
      </w:r>
    </w:p>
    <w:p>
      <w:r>
        <w:rPr>
          <w:b/>
        </w:rPr>
        <w:t xml:space="preserve">[13:20] </w:t>
      </w:r>
      <w:r>
        <w:t>quran mein hai ke Allah taala ne farmaya.</w:t>
      </w:r>
    </w:p>
    <w:p>
      <w:pPr>
        <w:jc w:val="right"/>
      </w:pPr>
      <w:r>
        <w:t>قرآن میں ہے کہ اللہ تعالیٰ نے فرمایا۔</w:t>
      </w:r>
    </w:p>
    <w:p>
      <w:r>
        <w:rPr>
          <w:b/>
        </w:rPr>
        <w:t xml:space="preserve">[13:25] </w:t>
      </w:r>
      <w:r>
        <w:t>shaitan se kaha aap ne Allah taala ne. faman tab'ak minhum. jo tumhari pairwi karega.</w:t>
      </w:r>
    </w:p>
    <w:p>
      <w:pPr>
        <w:jc w:val="right"/>
      </w:pPr>
      <w:r>
        <w:t>شیطان سے کہا آپ نے اللہ تعالیٰ نے۔ فمن تبعک منہم۔ جو تمہاری پیروی کرے گا۔</w:t>
      </w:r>
    </w:p>
    <w:p>
      <w:r>
        <w:rPr>
          <w:b/>
        </w:rPr>
        <w:t xml:space="preserve">[13:36] </w:t>
      </w:r>
      <w:r>
        <w:t>yeh quran mein saaf saaf hai ke Allah taala ne farmaya us waqt. ke jo shaitan ki pairwi karega. to shaitan ko aur un tamam logon ko Khuda jahannum mein daal dega.</w:t>
      </w:r>
    </w:p>
    <w:p>
      <w:pPr>
        <w:jc w:val="right"/>
      </w:pPr>
      <w:r>
        <w:t>یہ قرآن میں صاف صاف ہے کہ اللہ تعالیٰ نے فرمایا اس وقت۔ کہ جو شیطان کی پیروی کرے گا۔ تو شیطان کو اور ان تمام لوگوں کو خدا جہنم میں ڈال دے گا۔</w:t>
      </w:r>
    </w:p>
    <w:p>
      <w:r>
        <w:rPr>
          <w:b/>
        </w:rPr>
        <w:t xml:space="preserve">[13:51] </w:t>
      </w:r>
      <w:r>
        <w:t>kitni sakht baat hai yeh.</w:t>
      </w:r>
    </w:p>
    <w:p>
      <w:pPr>
        <w:jc w:val="right"/>
      </w:pPr>
      <w:r>
        <w:t>کتنی سخت بات ہے یہ۔</w:t>
      </w:r>
    </w:p>
    <w:p>
      <w:r>
        <w:rPr>
          <w:b/>
        </w:rPr>
        <w:t xml:space="preserve">[13:55] </w:t>
      </w:r>
      <w:r>
        <w:t>kitni sakht baat hai yeh.</w:t>
      </w:r>
    </w:p>
    <w:p>
      <w:pPr>
        <w:jc w:val="right"/>
      </w:pPr>
      <w:r>
        <w:t>کتنی سخت بات ہے یہ۔</w:t>
      </w:r>
    </w:p>
    <w:p>
      <w:r>
        <w:rPr>
          <w:b/>
        </w:rPr>
        <w:t xml:space="preserve">[14:01] </w:t>
      </w:r>
      <w:r>
        <w:t>to sari tareekh sach poochhiye to isi do ka.</w:t>
      </w:r>
    </w:p>
    <w:p>
      <w:pPr>
        <w:jc w:val="right"/>
      </w:pPr>
      <w:r>
        <w:t>تو ساری تاریخ سچ پوچھیے تو اسی دو کا۔</w:t>
      </w:r>
    </w:p>
    <w:p>
      <w:r>
        <w:rPr>
          <w:b/>
        </w:rPr>
        <w:t xml:space="preserve">[14:09] </w:t>
      </w:r>
      <w:r>
        <w:t>do ki kahani hai.</w:t>
      </w:r>
    </w:p>
    <w:p>
      <w:pPr>
        <w:jc w:val="right"/>
      </w:pPr>
      <w:r>
        <w:t>دو کی کہانی ہے۔</w:t>
      </w:r>
    </w:p>
    <w:p>
      <w:r>
        <w:rPr>
          <w:b/>
        </w:rPr>
        <w:t xml:space="preserve">[14:14] </w:t>
      </w:r>
      <w:r>
        <w:t>ab dekhiye main ek aur hawala dena chahunga.</w:t>
      </w:r>
    </w:p>
    <w:p>
      <w:pPr>
        <w:jc w:val="right"/>
      </w:pPr>
      <w:r>
        <w:t>اب دیکھیے میں ایک اور حوالہ دینا چاہوں گا۔</w:t>
      </w:r>
    </w:p>
    <w:p>
      <w:r>
        <w:rPr>
          <w:b/>
        </w:rPr>
        <w:t xml:space="preserve">[14:19] </w:t>
      </w:r>
      <w:r>
        <w:t>zarastain mazhab jo hai jo chhati sadi yani.</w:t>
      </w:r>
    </w:p>
    <w:p>
      <w:pPr>
        <w:jc w:val="right"/>
      </w:pPr>
      <w:r>
        <w:t>زراسٹین مذہب جو ہے جو چھٹی صدی یعنی۔</w:t>
      </w:r>
    </w:p>
    <w:p>
      <w:r>
        <w:rPr>
          <w:b/>
        </w:rPr>
        <w:t xml:space="preserve">[14:30] </w:t>
      </w:r>
      <w:r>
        <w:t>yani qabl Masih mein paida hua. before christianity. yani six bc.</w:t>
      </w:r>
    </w:p>
    <w:p>
      <w:pPr>
        <w:jc w:val="right"/>
      </w:pPr>
      <w:r>
        <w:t>یعنی قبل مسیح میں پیدا ہوا۔ بیفور کرسچینٹی۔ یعنی سکس بی سی۔</w:t>
      </w:r>
    </w:p>
    <w:p>
      <w:r>
        <w:rPr>
          <w:b/>
        </w:rPr>
        <w:t xml:space="preserve">[14:43] </w:t>
      </w:r>
      <w:r>
        <w:t>to un ka nazariya kya hai?</w:t>
      </w:r>
    </w:p>
    <w:p>
      <w:pPr>
        <w:jc w:val="right"/>
      </w:pPr>
      <w:r>
        <w:t>تو ان کا نظریہ کیا ہے؟</w:t>
      </w:r>
    </w:p>
    <w:p>
      <w:r>
        <w:rPr>
          <w:b/>
        </w:rPr>
        <w:t xml:space="preserve">[14:50] </w:t>
      </w:r>
      <w:r>
        <w:t>isi cheez ko ke yeh do forces jo hain. is ki sahi nau, sahi jo nature hai is ko na samajhne ki wajah se unhon ne yeh nazariya bana liya.</w:t>
      </w:r>
    </w:p>
    <w:p>
      <w:pPr>
        <w:jc w:val="right"/>
      </w:pPr>
      <w:r>
        <w:t>اسی چیز کو کہ یہ دو فورسز جو ہیں۔ اس کی صحیح نوع، صحیح جو نیچر ہے اس کو نہ سمجھنے کی وجہ سے انہوں نے یہ نظریہ بنا لیا۔</w:t>
      </w:r>
    </w:p>
    <w:p>
      <w:r>
        <w:rPr>
          <w:b/>
        </w:rPr>
        <w:t xml:space="preserve">[15:00] </w:t>
      </w:r>
      <w:r>
        <w:t>ke the world is a perpetual battleground between good and evil forces.</w:t>
      </w:r>
    </w:p>
    <w:p>
      <w:pPr>
        <w:jc w:val="right"/>
      </w:pPr>
      <w:r>
        <w:t>کہ دا ورلڈ از ا پرپچول بیٹرڈ گراؤنڈ بٹوین گڈ اینڈ ایول فورسز۔</w:t>
      </w:r>
    </w:p>
    <w:p>
      <w:r>
        <w:rPr>
          <w:b/>
        </w:rPr>
        <w:t xml:space="preserve">[15:12] </w:t>
      </w:r>
      <w:r>
        <w:t>the world is a perpetual battered ground between good and evil forces. ke duniya jo hai musalsal taur par is mein khair aur shar ki ladai jaari rehti hai.</w:t>
      </w:r>
    </w:p>
    <w:p>
      <w:pPr>
        <w:jc w:val="right"/>
      </w:pPr>
      <w:r>
        <w:t>دا ورلڈ از ا پرپچول بیٹرڈ گراؤنڈ بٹوین گڈ اینڈ ایول فورسز۔ کہ دنیا جو ہے مسلسل طور پر اس میں خیر اور شر کی لڑائی جاری رہتی ہے۔</w:t>
      </w:r>
    </w:p>
    <w:p>
      <w:r>
        <w:rPr>
          <w:b/>
        </w:rPr>
        <w:t xml:space="preserve">[15:28] </w:t>
      </w:r>
      <w:r>
        <w:t>donon ke darmiyan.</w:t>
      </w:r>
    </w:p>
    <w:p>
      <w:pPr>
        <w:jc w:val="right"/>
      </w:pPr>
      <w:r>
        <w:t>دونوں کے درمیان۔</w:t>
      </w:r>
    </w:p>
    <w:p>
      <w:r>
        <w:rPr>
          <w:b/>
        </w:rPr>
        <w:t xml:space="preserve">[15:33] </w:t>
      </w:r>
      <w:r>
        <w:t>aur yeh khair aur shar kya hain? un ki tashreeh ke mutabiq wahi hai. yani angels aur satan.</w:t>
      </w:r>
    </w:p>
    <w:p>
      <w:pPr>
        <w:jc w:val="right"/>
      </w:pPr>
      <w:r>
        <w:t>اور یہ خیر اور شر کیا ہیں؟ ان کی تشریح کے مطابق وہی ہے۔ یعنی اینجلز اور سیٹن۔</w:t>
      </w:r>
    </w:p>
    <w:p>
      <w:r>
        <w:rPr>
          <w:b/>
        </w:rPr>
        <w:t xml:space="preserve">[15:42] </w:t>
      </w:r>
      <w:r>
        <w:t>jo angels aur satan lad rahe hain aapas mein. aur aakhir mein jeet hogi angels ki yani khair ki. jis ko woh log kehte hain Yazda aur Arman.</w:t>
      </w:r>
    </w:p>
    <w:p>
      <w:pPr>
        <w:jc w:val="right"/>
      </w:pPr>
      <w:r>
        <w:t>جو اینجلز اور سیٹن لڑ رہے ہیں آپس میں۔ اور آخر میں جیت ہوگی اینجلز کی یعنی خیر کی۔ جس کو وہ لوگ کہتے ہیں یزدا اور ارمن۔</w:t>
      </w:r>
    </w:p>
    <w:p>
      <w:r>
        <w:rPr>
          <w:b/>
        </w:rPr>
        <w:t xml:space="preserve">[15:58] </w:t>
      </w:r>
      <w:r>
        <w:t>to yeh yeh jo. yeh jo asal baat thi is ka ek ek ek bigda hua version hai.</w:t>
      </w:r>
    </w:p>
    <w:p>
      <w:pPr>
        <w:jc w:val="right"/>
      </w:pPr>
      <w:r>
        <w:t>تو یہ یہ جو۔ یہ جو اصل بات تھی اس کا ایک ایک ایک بگڑا ہوا ورژن ہے۔</w:t>
      </w:r>
    </w:p>
    <w:p>
      <w:r>
        <w:rPr>
          <w:b/>
        </w:rPr>
        <w:t xml:space="preserve">[16:12] </w:t>
      </w:r>
      <w:r>
        <w:t>is mein insan hadaf hai. yani asal version jo tha sachai ka revealed version us mein to insan asal tha.</w:t>
      </w:r>
    </w:p>
    <w:p>
      <w:pPr>
        <w:jc w:val="right"/>
      </w:pPr>
      <w:r>
        <w:t>اس میں انسان ہدف ہے۔ یعنی اصل ورژن جو تھا سچائی کا ریویلڈ ورژن اس میں تو انسان اصل تھا۔</w:t>
      </w:r>
    </w:p>
    <w:p>
      <w:r>
        <w:rPr>
          <w:b/>
        </w:rPr>
        <w:t xml:space="preserve">[16:22] </w:t>
      </w:r>
      <w:r>
        <w:t>aur angels aur satan ka role yeh tha ke satan is ko behkata hai. angels is ko support deta hai.</w:t>
      </w:r>
    </w:p>
    <w:p>
      <w:pPr>
        <w:jc w:val="right"/>
      </w:pPr>
      <w:r>
        <w:t>اور اینجلز اور سیٹن کا رول یہ تھا کہ سیٹن اس کو بہکاتا ہے۔ اینجلز اس کو سپورٹ دیتا ہے۔</w:t>
      </w:r>
    </w:p>
    <w:p>
      <w:r>
        <w:rPr>
          <w:b/>
        </w:rPr>
        <w:t xml:space="preserve">[16:33] </w:t>
      </w:r>
      <w:r>
        <w:t>lekin yeh jo zarashat ka. zarashatain mazhab jo hai is mein insan insan hadaf ho gaya.</w:t>
      </w:r>
    </w:p>
    <w:p>
      <w:pPr>
        <w:jc w:val="right"/>
      </w:pPr>
      <w:r>
        <w:t>لیکن یہ جو زراشت کا۔ زراشتین مذہب جو ہے اس میں انسان انسان ہدف ہو گیا۔</w:t>
      </w:r>
    </w:p>
    <w:p>
      <w:r>
        <w:rPr>
          <w:b/>
        </w:rPr>
        <w:t xml:space="preserve">[16:42] </w:t>
      </w:r>
      <w:r>
        <w:t>ab good aur evil forces ke darmiyan ladai ho rahi hai.</w:t>
      </w:r>
    </w:p>
    <w:p>
      <w:pPr>
        <w:jc w:val="right"/>
      </w:pPr>
      <w:r>
        <w:t>اب گڈ اور ایول فورسز کے درمیان لڑائی ہو رہی ہے۔</w:t>
      </w:r>
    </w:p>
    <w:p>
      <w:r>
        <w:rPr>
          <w:b/>
        </w:rPr>
        <w:t xml:space="preserve">[16:47] </w:t>
      </w:r>
      <w:r>
        <w:t>kisi in noon region mein. kisi in noon region mein. yaani is zameen par nahin. hum sirf is ka victim bante hain.</w:t>
      </w:r>
    </w:p>
    <w:p>
      <w:pPr>
        <w:jc w:val="right"/>
      </w:pPr>
      <w:r>
        <w:t>کسی ان نون ریجن میں۔ کسی ان نون ریجن میں۔ یعنی اس زمین پر نہیں۔ ہم صرف اس کا وکٹم بنتے ہیں۔</w:t>
      </w:r>
    </w:p>
    <w:p>
      <w:r>
        <w:rPr>
          <w:b/>
        </w:rPr>
        <w:t xml:space="preserve">[16:57] </w:t>
      </w:r>
      <w:r>
        <w:t>is par ghhor karte hue mujhe samajh mein aaya ke asal mein ek bohat bari baat hui hai history mein.</w:t>
      </w:r>
    </w:p>
    <w:p>
      <w:pPr>
        <w:jc w:val="right"/>
      </w:pPr>
      <w:r>
        <w:t>اس پر غور کرتے ہوئے مجھے سمجھ میں آیا کہ اصل میں ایک بہت بڑی بات ہوئی ہے ہسٹری میں۔</w:t>
      </w:r>
    </w:p>
    <w:p>
      <w:r>
        <w:rPr>
          <w:b/>
        </w:rPr>
        <w:t xml:space="preserve">[17:03] </w:t>
      </w:r>
      <w:r>
        <w:t>dekhiye. quran mein bataya gaya hai ke.</w:t>
      </w:r>
    </w:p>
    <w:p>
      <w:pPr>
        <w:jc w:val="right"/>
      </w:pPr>
      <w:r>
        <w:t>دیکھیے۔ قرآن میں بتایا گیا ہے کہ۔</w:t>
      </w:r>
    </w:p>
    <w:p>
      <w:r>
        <w:rPr>
          <w:b/>
        </w:rPr>
        <w:t xml:space="preserve">[17:11] </w:t>
      </w:r>
      <w:r>
        <w:t>anbiya peghambar har zamane mein bheje gaye. har basti mein har zamane mein har daur mein.</w:t>
      </w:r>
    </w:p>
    <w:p>
      <w:pPr>
        <w:jc w:val="right"/>
      </w:pPr>
      <w:r>
        <w:t>انبیاء پیغمبر ہر زمانے میں بھیجے گئے۔ ہر بستی میں ہر زمانے میں ہر دور میں۔</w:t>
      </w:r>
    </w:p>
    <w:p>
      <w:r>
        <w:rPr>
          <w:b/>
        </w:rPr>
        <w:t xml:space="preserve">[17:22] </w:t>
      </w:r>
      <w:r>
        <w:t>to un ki taleemat kahan hain? is waqt dunya mein bohat sare mazahib hain jin mein barah major religion maane jaate hain.</w:t>
      </w:r>
    </w:p>
    <w:p>
      <w:pPr>
        <w:jc w:val="right"/>
      </w:pPr>
      <w:r>
        <w:t>تو ان کی تعلیمات کہاں ہیں؟ اس وقت دنیا میں بہت سارے مذہب ہیں جن میں بارہ میجر ریلیجن مانے جاتے ہیں۔</w:t>
      </w:r>
    </w:p>
    <w:p>
      <w:r>
        <w:rPr>
          <w:b/>
        </w:rPr>
        <w:t xml:space="preserve">[17:34] </w:t>
      </w:r>
      <w:r>
        <w:t>bohat bohat se mazahib hain is mein se ek darjan major religion maane jaate hain.</w:t>
      </w:r>
    </w:p>
    <w:p>
      <w:pPr>
        <w:jc w:val="right"/>
      </w:pPr>
      <w:r>
        <w:t>بہت بہت سے مذہب ہیں اس میں سے ایک درجن میجر ریلیجن مانے جاتے ہیں۔</w:t>
      </w:r>
    </w:p>
    <w:p>
      <w:r>
        <w:rPr>
          <w:b/>
        </w:rPr>
        <w:t xml:space="preserve">[17:41] </w:t>
      </w:r>
      <w:r>
        <w:t>in mazahib ko aap parhiye to aap payenge. ke peghambaron ke zariye jo sachai aai thi usi ka yeh bigra hua version hai.</w:t>
      </w:r>
    </w:p>
    <w:p>
      <w:pPr>
        <w:jc w:val="right"/>
      </w:pPr>
      <w:r>
        <w:t>ان مذہبوں کو آپ پڑھیے تو آپ پائیں گے۔ کہ پیغمبروں کے ذریعے جو سچائی آئی تھی اسی کا یہ بگڑا ہوا ورژن ہے۔</w:t>
      </w:r>
    </w:p>
    <w:p>
      <w:r>
        <w:rPr>
          <w:b/>
        </w:rPr>
        <w:t xml:space="preserve">[17:53] </w:t>
      </w:r>
      <w:r>
        <w:t>bigra hua bigra hua version ke bajaye main zyada sahi lafz yeh hoga ke woh hain. yaani philosophized version of of em original religion.</w:t>
      </w:r>
    </w:p>
    <w:p>
      <w:pPr>
        <w:jc w:val="right"/>
      </w:pPr>
      <w:r>
        <w:t>بگڑا ہوا بگڑا ہوا ورژن کے بجائے میں زیادہ صحیح لفظ یہ ہوگا کہ وہ ہیں۔ یعنی فلاسفائیڈ ورژن اف اف ایم اوریجنل ریلیجن۔</w:t>
      </w:r>
    </w:p>
    <w:p>
      <w:r>
        <w:rPr>
          <w:b/>
        </w:rPr>
        <w:t xml:space="preserve">[18:09] </w:t>
      </w:r>
      <w:r>
        <w:t>peghambaron ke zariye jo mazahib aaye the to usi ka philosophized yeh form hai. philosophized version of original religion.</w:t>
      </w:r>
    </w:p>
    <w:p>
      <w:pPr>
        <w:jc w:val="right"/>
      </w:pPr>
      <w:r>
        <w:t>پیغمبروں کے ذریعے جو مذہب آئے تھے تو اسی کا فلاسفائیڈ یہ فارم ہے۔ فلاسفائیڈ ورژن اف اوریجنل ریلیجن۔</w:t>
      </w:r>
    </w:p>
    <w:p>
      <w:r>
        <w:rPr>
          <w:b/>
        </w:rPr>
        <w:t xml:space="preserve">[18:24] </w:t>
      </w:r>
      <w:r>
        <w:t>to dekhiye kya hua? pichhle zamane mein printing press nahin tha.</w:t>
      </w:r>
    </w:p>
    <w:p>
      <w:pPr>
        <w:jc w:val="right"/>
      </w:pPr>
      <w:r>
        <w:t>تو دیکھیے کیا ہوا؟ پچھلے زمانے میں پرنٹنگ پریس نہیں تھا۔</w:t>
      </w:r>
    </w:p>
    <w:p>
      <w:r>
        <w:rPr>
          <w:b/>
        </w:rPr>
        <w:t xml:space="preserve">[18:32] </w:t>
      </w:r>
      <w:r>
        <w:t>aaj kal jaise hai ke aaj aaj kal aap quran chhapa hua har jagah maujood hai. to pehle zamane mein aisa hota nahin tha. yaad par sar sab baat chalti thi.</w:t>
      </w:r>
    </w:p>
    <w:p>
      <w:pPr>
        <w:jc w:val="right"/>
      </w:pPr>
      <w:r>
        <w:t>آج کل جیسے ہے کہ آج آج کل آپ قرآن چھپا ہوا ہر جگہ موجود ہے۔ تو پہلے زمانے میں ایسا ہوتا نہیں تھا۔ یاد پر سر سب بات چلتی تھی۔</w:t>
      </w:r>
    </w:p>
    <w:p>
      <w:r>
        <w:rPr>
          <w:b/>
        </w:rPr>
        <w:t xml:space="preserve">[18:48] </w:t>
      </w:r>
      <w:r>
        <w:t>aur ghalba poori tareekh mein aap jante hain ke mushrikon ka raha hai.</w:t>
      </w:r>
    </w:p>
    <w:p>
      <w:pPr>
        <w:jc w:val="right"/>
      </w:pPr>
      <w:r>
        <w:t>اور غلبہ پوری تاریخ میں آپ جانتے ہیں کہ مشرکوں کا رہا ہے۔</w:t>
      </w:r>
    </w:p>
    <w:p>
      <w:r>
        <w:rPr>
          <w:b/>
        </w:rPr>
        <w:t xml:space="preserve">[18:54] </w:t>
      </w:r>
      <w:r>
        <w:t>to peghambaron ka Allah taala ne peghambaron ko sahi sahi deen jo hai Allah taala ka hai woh bheja. kitab bheji.</w:t>
      </w:r>
    </w:p>
    <w:p>
      <w:pPr>
        <w:jc w:val="right"/>
      </w:pPr>
      <w:r>
        <w:t>تو پیغمبروں کا اللہ تعالیٰ نے پیغمبروں کو صحیح صحیح دین جو ہے اللہ تعالیٰ کا ہے وہ بھیجا۔ کتاب بھیجی۔</w:t>
      </w:r>
    </w:p>
    <w:p>
      <w:r>
        <w:rPr>
          <w:b/>
        </w:rPr>
        <w:t xml:space="preserve">[19:03] </w:t>
      </w:r>
      <w:r>
        <w:t>ilham kiya un ko. lekin is ke baad kya hua ke un ki taleemat ko.</w:t>
      </w:r>
    </w:p>
    <w:p>
      <w:pPr>
        <w:jc w:val="right"/>
      </w:pPr>
      <w:r>
        <w:t>الہام کیا ان کو۔ لیکن اس کے بعد کیا ہوا کہ ان کی تعلیمات کو۔</w:t>
      </w:r>
    </w:p>
    <w:p>
      <w:r>
        <w:rPr>
          <w:b/>
        </w:rPr>
        <w:t xml:space="preserve">[19:13] </w:t>
      </w:r>
      <w:r>
        <w:t>insani soch ne ne galat shakal de diya hai. isi ko quran mein muzahafat kaha gaya hai.</w:t>
      </w:r>
    </w:p>
    <w:p>
      <w:pPr>
        <w:jc w:val="right"/>
      </w:pPr>
      <w:r>
        <w:t>انسانی سوچ میں نے نے غلط شکل دے دیا ہے۔ اسی کو قرآن میں مضاحات کہا گیا ہے۔</w:t>
      </w:r>
    </w:p>
    <w:p>
      <w:r>
        <w:rPr>
          <w:b/>
        </w:rPr>
        <w:t xml:space="preserve">[19:21] </w:t>
      </w:r>
      <w:r>
        <w:t>muzahafat</w:t>
      </w:r>
    </w:p>
    <w:p>
      <w:pPr>
        <w:jc w:val="right"/>
      </w:pPr>
      <w:r>
        <w:t>مضاحات</w:t>
      </w:r>
    </w:p>
    <w:p>
      <w:r>
        <w:rPr>
          <w:b/>
        </w:rPr>
        <w:t xml:space="preserve">[19:23] </w:t>
      </w:r>
      <w:r>
        <w:t>. muzahafat kya hai? muzahafat yahi hai. ke philosophized version tayyar kar liya is ka.</w:t>
      </w:r>
    </w:p>
    <w:p>
      <w:pPr>
        <w:jc w:val="right"/>
      </w:pPr>
      <w:r>
        <w:t>۔ مضاحات کیا ہے؟ مضاحات یہی ہے۔ کہ فلاسفائیڈ ورژن تیار کر لیا اس کا۔</w:t>
      </w:r>
    </w:p>
    <w:p>
      <w:r>
        <w:rPr>
          <w:b/>
        </w:rPr>
        <w:t xml:space="preserve">[19:33] </w:t>
      </w:r>
      <w:r>
        <w:t>insan ka jo. tareeqa e fikr hai. sachaiyon ke bare mein isi ko philosophy kaha jata hai.</w:t>
      </w:r>
    </w:p>
    <w:p>
      <w:pPr>
        <w:jc w:val="right"/>
      </w:pPr>
      <w:r>
        <w:t>انسان کا جو۔ طریقہ فکر ہے۔ سچائیوں کے بارے میں اسی کو فلاسفی کہا جاتا ہے۔</w:t>
      </w:r>
    </w:p>
    <w:p>
      <w:r>
        <w:rPr>
          <w:b/>
        </w:rPr>
        <w:t xml:space="preserve">[19:45] </w:t>
      </w:r>
      <w:r>
        <w:t>to quran jo hai wahid kitab ek hi kitab hai jo.</w:t>
      </w:r>
    </w:p>
    <w:p>
      <w:pPr>
        <w:jc w:val="right"/>
      </w:pPr>
      <w:r>
        <w:t>تو قرآن جو ہے واحد کتاب ایک ہی کتاب ہے جو۔</w:t>
      </w:r>
    </w:p>
    <w:p>
      <w:r>
        <w:rPr>
          <w:b/>
        </w:rPr>
        <w:t xml:space="preserve">[19:52] </w:t>
      </w:r>
      <w:r>
        <w:t>jo preserved hai. aaj subah mein ek article padh raha tha ek musalman ka. us mein unhon ne likha tha ke musalmanon ko fakhr hai ke un ki kitab jo hai mehfooz kitab hai.</w:t>
      </w:r>
    </w:p>
    <w:p>
      <w:pPr>
        <w:jc w:val="right"/>
      </w:pPr>
      <w:r>
        <w:t>جو پریزرو ہے۔ آج صبح میں ایک آرٹیکل پڑھ رہا تھا ایک مسلمان کا۔ اس میں انہوں نے لکھا تھا کہ مسلمانوں کو فخر ہے کہ ان کی کتاب جو ہے محفوظ کتاب ہے۔</w:t>
      </w:r>
    </w:p>
    <w:p>
      <w:r>
        <w:rPr>
          <w:b/>
        </w:rPr>
        <w:t xml:space="preserve">[20:07] </w:t>
      </w:r>
      <w:r>
        <w:t>yeh fakhr ki baat nahin hai. yeh haq ka haqeeqat ki baat hai.</w:t>
      </w:r>
    </w:p>
    <w:p>
      <w:pPr>
        <w:jc w:val="right"/>
      </w:pPr>
      <w:r>
        <w:t>یہ فخر کی بات نہیں ہے۔ یہ حق کا حقیقت کی بات ہے۔</w:t>
      </w:r>
    </w:p>
    <w:p>
      <w:r>
        <w:rPr>
          <w:b/>
        </w:rPr>
        <w:t xml:space="preserve">[20:15] </w:t>
      </w:r>
      <w:r>
        <w:t>yeh kehna ke fakhr ki baat hai yeh bilkul galat hai. yeh ek ek fact hai.</w:t>
      </w:r>
    </w:p>
    <w:p>
      <w:pPr>
        <w:jc w:val="right"/>
      </w:pPr>
      <w:r>
        <w:t>یہ کہنا کہ فخر کی بات ہے یہ بالکل غلط ہے۔ یہ ایک ایک فیکٹ ہے۔</w:t>
      </w:r>
    </w:p>
    <w:p>
      <w:r>
        <w:rPr>
          <w:b/>
        </w:rPr>
        <w:t xml:space="preserve">[20:24] </w:t>
      </w:r>
      <w:r>
        <w:t>yeh ek waqea hai ke quran preserved hai isi tarah jis tarah se woh Allah ki taraf se Muhammad sallallahu alaihi wasallam par aaya tha.</w:t>
      </w:r>
    </w:p>
    <w:p>
      <w:pPr>
        <w:jc w:val="right"/>
      </w:pPr>
      <w:r>
        <w:t>یہ ایک واقعہ ہے کہ قرآن پریزرو ہے اسی طرح جس طرح سے وہ اللہ کی طرف سے محمد صلی اللہ علیہ وسلم پر آیا تھا۔</w:t>
      </w:r>
    </w:p>
    <w:p>
      <w:r>
        <w:rPr>
          <w:b/>
        </w:rPr>
        <w:t xml:space="preserve">[20:35] </w:t>
      </w:r>
      <w:r>
        <w:t>to pichhli kitabon ke sath kya hua? muzahafat ka mamla hua. y</w:t>
      </w:r>
    </w:p>
    <w:p>
      <w:pPr>
        <w:jc w:val="right"/>
      </w:pPr>
      <w:r>
        <w:t>تو پچھلی کتابوں کے ساتھ کیا ہوا؟ مضاحات کا معاملہ ہوا۔ ی</w:t>
      </w:r>
    </w:p>
    <w:p>
      <w:r>
        <w:rPr>
          <w:b/>
        </w:rPr>
        <w:t xml:space="preserve">[20:41] </w:t>
      </w:r>
      <w:r>
        <w:t>yani un ki asal taleem mehfooz darhaqeeqat insan ne apne zamane ke uloom ke sath un ko mila kar ke khud sakhta version banaya.</w:t>
      </w:r>
    </w:p>
    <w:p>
      <w:pPr>
        <w:jc w:val="right"/>
      </w:pPr>
      <w:r>
        <w:t>عنی ان کی اصل تعلیم محفوظ درحقیقت انسان نے اپنے زمانے کے علوم کے ساتھ ان کو ملا کر کے خود ساختہ ورژن بنایا۔</w:t>
      </w:r>
    </w:p>
    <w:p>
      <w:r>
        <w:rPr>
          <w:b/>
        </w:rPr>
        <w:t xml:space="preserve">[20:52] </w:t>
      </w:r>
      <w:r>
        <w:t>kyunke philosophy jo thi wahi sachai ki discipline thi.</w:t>
      </w:r>
    </w:p>
    <w:p>
      <w:pPr>
        <w:jc w:val="right"/>
      </w:pPr>
      <w:r>
        <w:t>کیونکہ فلاسفی جو تھی وہی سچائی کی ڈسپلن تھی۔</w:t>
      </w:r>
    </w:p>
    <w:p>
      <w:r>
        <w:rPr>
          <w:b/>
        </w:rPr>
        <w:t xml:space="preserve">[21:00] </w:t>
      </w:r>
      <w:r>
        <w:t>science jo hai woh woh is ka is ka subject hai matter material world. aur jo sachai hai is ka subject hai philosophy.</w:t>
      </w:r>
    </w:p>
    <w:p>
      <w:pPr>
        <w:jc w:val="right"/>
      </w:pPr>
      <w:r>
        <w:t>سائنس جو ہے وہ وہ اس کا اس کا سبجیکٹ ہے میٹر مٹیریل ورلڈ۔ اور جو سچائی ہے اس کا سبجیکٹ ہے فلاسفی۔</w:t>
      </w:r>
    </w:p>
    <w:p>
      <w:r>
        <w:rPr>
          <w:b/>
        </w:rPr>
        <w:t xml:space="preserve">[21:12] </w:t>
      </w:r>
      <w:r>
        <w:t>toh is zamane ki jo philosophy thi usi ki zuban mein unhon ne mazhabon ko dhala. toh har mazhab sachi baat yeh hai ke har mazhab islam ke siwa jo bhi mazhab hai woh sab philosophied version of original religion hai.</w:t>
      </w:r>
    </w:p>
    <w:p>
      <w:pPr>
        <w:jc w:val="right"/>
      </w:pPr>
      <w:r>
        <w:t>تو اس زمانے کی جو فلاسفی تھی اسی کی زبان میں انہوں نے مذہبوں کو ڈھالا۔ تو ہر مذہب سچی بات یہ ہے کہ ہر مذہب اسلام کے سوا جو بھی مذہب ہے وہ سب فلاسفائیڈ ورژن اف اوریجنل ریلیجن ہے۔</w:t>
      </w:r>
    </w:p>
    <w:p>
      <w:r>
        <w:rPr>
          <w:b/>
        </w:rPr>
        <w:t xml:space="preserve">[21:33] </w:t>
      </w:r>
      <w:r>
        <w:t>toh is ki ek misaal maine yeh di aap ko. angels aur satan ka jo tasawwur hai is ko zoroastrian mein kya bana diya? ke the world is a perpetual battleground between good and evil forces.</w:t>
      </w:r>
    </w:p>
    <w:p>
      <w:pPr>
        <w:jc w:val="right"/>
      </w:pPr>
      <w:r>
        <w:t>تو اس کی ایک مثال میں نے یہ دی آپ کو۔ اینجلز اور سیٹن کا جو تصور ہے اس کو زراسٹین میں کیا بنا دیا؟ کہ دا ورلڈ از ا پرپچول بیٹل گراؤنڈ بٹوین گڈ اینڈ ایول فورسز۔</w:t>
      </w:r>
    </w:p>
    <w:p>
      <w:r>
        <w:rPr>
          <w:b/>
        </w:rPr>
        <w:t xml:space="preserve">[21:50] </w:t>
      </w:r>
      <w:r>
        <w:t>yeh bana diya is ko ahura mazda aur yezda ki larai bana diya.</w:t>
      </w:r>
    </w:p>
    <w:p>
      <w:pPr>
        <w:jc w:val="right"/>
      </w:pPr>
      <w:r>
        <w:t>یہ بنا دیا اس کو ارمن اور یزدا کی لڑائی بنا دیا۔</w:t>
      </w:r>
    </w:p>
    <w:p>
      <w:r>
        <w:rPr>
          <w:b/>
        </w:rPr>
        <w:t xml:space="preserve">[21:56] </w:t>
      </w:r>
      <w:r>
        <w:t>aise hi dekhiye jo monism hai. monism ya adwiyat wad ya wahdat-e-wajood kya hai?</w:t>
      </w:r>
    </w:p>
    <w:p>
      <w:pPr>
        <w:jc w:val="right"/>
      </w:pPr>
      <w:r>
        <w:t>ایسے ہی دیکھیے جو مورزم ہے۔ مورزم یا ادویت واد یا وہت وجود کیا ہے؟</w:t>
      </w:r>
    </w:p>
    <w:p>
      <w:r>
        <w:rPr>
          <w:b/>
        </w:rPr>
        <w:t xml:space="preserve">[22:05] </w:t>
      </w:r>
      <w:r>
        <w:t>woh philosophied version hai.</w:t>
      </w:r>
    </w:p>
    <w:p>
      <w:pPr>
        <w:jc w:val="right"/>
      </w:pPr>
      <w:r>
        <w:t>وہ فلاسفائیڈ ورژن ہے۔</w:t>
      </w:r>
    </w:p>
    <w:p>
      <w:r>
        <w:rPr>
          <w:b/>
        </w:rPr>
        <w:t xml:space="preserve">[22:09] </w:t>
      </w:r>
      <w:r>
        <w:t>asal mazhab mein bataya gaya tha ke insan duaon ke zariye allah se qareeb hota hai. sajde ke zariye allah se qareeb hota hai. qareeb maani yeh nahi ke physical sense mein qareeb.</w:t>
      </w:r>
    </w:p>
    <w:p>
      <w:pPr>
        <w:jc w:val="right"/>
      </w:pPr>
      <w:r>
        <w:t>اصل مذہب میں بتایا گیا تھا کہ انسان دعاؤں کے ذریعے اللہ سے قریب ہوتا ہے۔ سجدے کے ذریعے اللہ سے قریب ہوتا ہے۔ قریب معنی یہ نہیں کہ فزیکل سینس میں قریب۔</w:t>
      </w:r>
    </w:p>
    <w:p>
      <w:r>
        <w:rPr>
          <w:b/>
        </w:rPr>
        <w:t xml:space="preserve">[22:25] </w:t>
      </w:r>
      <w:r>
        <w:t>yani ehsas ke aitbar se qareeb nafsiyat ke aitbar se qareeb. physical sense mein khuda alag hai insan alag hai.</w:t>
      </w:r>
    </w:p>
    <w:p>
      <w:pPr>
        <w:jc w:val="right"/>
      </w:pPr>
      <w:r>
        <w:t>یعنی احساس کے اعتبار سے قریب نفسیات کے اعتبار سے قریب۔ فزیکل سینس میں خدا الگ ہے انسان الگ ہے۔</w:t>
      </w:r>
    </w:p>
    <w:p>
      <w:r>
        <w:rPr>
          <w:b/>
        </w:rPr>
        <w:t xml:space="preserve">[22:35] </w:t>
      </w:r>
      <w:r>
        <w:t>toh is hisyati qurbat ko is nafsiyati qurbat ko unhon ne kya kiya? ke wahdat-e-wajood bana diya. wahdat is se wahdat-e-wajood ka nazariya bana is ko adwiyat wad kaha jata hai ya monism kaha jata hai.</w:t>
      </w:r>
    </w:p>
    <w:p>
      <w:pPr>
        <w:jc w:val="right"/>
      </w:pPr>
      <w:r>
        <w:t>تو اس حسیاتی قربت کو اس نفسیاتی قربت کو انہوں نے کیا کیا؟ کہ وہت وجود بنا دیا۔ وہت اس سے وہت وجود کا نظریہ بنا اس کو ادویت واد کہا جاتا ہے یا مورزم کہا جاتا ہے۔</w:t>
      </w:r>
    </w:p>
    <w:p>
      <w:r>
        <w:rPr>
          <w:b/>
        </w:rPr>
        <w:t xml:space="preserve">[22:50] </w:t>
      </w:r>
      <w:r>
        <w:t>toh yeh monism kya hai? monism jo hai philosophied version hai tauheed ka. paighambaron ne tauheed ka aqeedah diya tha.</w:t>
      </w:r>
    </w:p>
    <w:p>
      <w:pPr>
        <w:jc w:val="right"/>
      </w:pPr>
      <w:r>
        <w:t>تو یہ مورزم کیا ہے؟ مورزم جو ہے فلاسفائیڈ ورژن ہے توحید کا۔ پیغمبروں نے توحید کا عقیدہ دیا تھا۔</w:t>
      </w:r>
    </w:p>
    <w:p>
      <w:r>
        <w:rPr>
          <w:b/>
        </w:rPr>
        <w:t xml:space="preserve">[23:03] </w:t>
      </w:r>
      <w:r>
        <w:t>tauheed ka aqeedah unhon ne wahdat-e-wajood ka aqeedah nahi diya tha. tauheed ka aqeedah yeh hai ke allah ki apni mustaqil hasti hai hum se alag.</w:t>
      </w:r>
    </w:p>
    <w:p>
      <w:pPr>
        <w:jc w:val="right"/>
      </w:pPr>
      <w:r>
        <w:t>توحید کا عقیدہ انہوں نے وہت وجود کا عقیدہ نہیں دیا تھا۔ توحید کا عقیدہ یہ ہے کہ اللہ کی اپنی مستقل ہستی ہے ہم سے الگ۔</w:t>
      </w:r>
    </w:p>
    <w:p>
      <w:r>
        <w:rPr>
          <w:b/>
        </w:rPr>
        <w:t xml:space="preserve">[23:17] </w:t>
      </w:r>
      <w:r>
        <w:t>insan ki mustaqil hasti hai khuda se alag. toh do alag alag entity hain. is ko tauheed kaha jata hai.</w:t>
      </w:r>
    </w:p>
    <w:p>
      <w:pPr>
        <w:jc w:val="right"/>
      </w:pPr>
      <w:r>
        <w:t>انسان کی مستقل ہستی ہے خدا سے الگ۔ تو دو الگ الگ اینٹیٹی ہیں۔ اس کو توحید کہا جاتا ہے۔</w:t>
      </w:r>
    </w:p>
    <w:p>
      <w:r>
        <w:rPr>
          <w:b/>
        </w:rPr>
        <w:t xml:space="preserve">[23:26] </w:t>
      </w:r>
      <w:r>
        <w:t>lekin baad ke zamane mein is ko philosophied karte karte kya kiya kar diya gaya? ke khuda aur insan ko ek kar diya gaya.</w:t>
      </w:r>
    </w:p>
    <w:p>
      <w:pPr>
        <w:jc w:val="right"/>
      </w:pPr>
      <w:r>
        <w:t>لیکن بعد کے زمانے میں اس کو فلاسفائیڈ کرتے کرتے کیا کیا کر دیا گیا؟ کہ خدا اور انسان کو ایک کر دیا گیا۔</w:t>
      </w:r>
    </w:p>
    <w:p>
      <w:r>
        <w:rPr>
          <w:b/>
        </w:rPr>
        <w:t xml:space="preserve">[23:36] </w:t>
      </w:r>
      <w:r>
        <w:t>yahan tak ke jo is mein extremist log the unhon ne kaha ke so there is no difference between God and dog. is qism ki lo baatein bhi paida ho gayeen.</w:t>
      </w:r>
    </w:p>
    <w:p>
      <w:pPr>
        <w:jc w:val="right"/>
      </w:pPr>
      <w:r>
        <w:t>یہاں تک کہ جو اس میں ایکسٹریمسٹ لوگ تھے انہوں نے کہا کہ سو دیر از نو ڈیفرنس بٹوین جی او ڈی اینڈ ڈی او جی۔ اس قسم کی لو باتیں بھی پیدا ہوگئیں۔</w:t>
      </w:r>
    </w:p>
    <w:p>
      <w:r>
        <w:rPr>
          <w:b/>
        </w:rPr>
        <w:t xml:space="preserve">[23:51] </w:t>
      </w:r>
      <w:r>
        <w:t>yeh ek ek shakhs ka qaul hai yeh monism ko manane wale ka. jo ghalib manane wala hai extremist.</w:t>
      </w:r>
    </w:p>
    <w:p>
      <w:pPr>
        <w:jc w:val="right"/>
      </w:pPr>
      <w:r>
        <w:t>یہ ایک ایک شخص کا قول ہے یہ مورزم کو ماننے والے کا۔ جو غالب ماننے والا ہے ایکسٹریمسٹ۔</w:t>
      </w:r>
    </w:p>
    <w:p>
      <w:r>
        <w:rPr>
          <w:b/>
        </w:rPr>
        <w:t xml:space="preserve">[24:00] </w:t>
      </w:r>
      <w:r>
        <w:t>there is no difference between dog and god. yeh hai monism. toh tauheed ko philosophied kar ke is ko bana diya gaya wahdat-e-wajood ya adwiyat wad ya monism.</w:t>
      </w:r>
    </w:p>
    <w:p>
      <w:pPr>
        <w:jc w:val="right"/>
      </w:pPr>
      <w:r>
        <w:t>دیر از نو ڈیفرنس بٹوین ڈی او جی اینڈ جی او ڈی۔ یہ ہے مورزم۔ تو توحید کو فلاسفائیڈ کر کے اس کو بنا دیا گیا وہت وجود یا ادویت واد یا مورزم۔</w:t>
      </w:r>
    </w:p>
    <w:p>
      <w:r>
        <w:rPr>
          <w:b/>
        </w:rPr>
        <w:t xml:space="preserve">[24:18] </w:t>
      </w:r>
      <w:r>
        <w:t>yeh hai philosophied version of original teaching.</w:t>
      </w:r>
    </w:p>
    <w:p>
      <w:pPr>
        <w:jc w:val="right"/>
      </w:pPr>
      <w:r>
        <w:t>یہ ہے فلاسفائیڈ ورژن اف اوریجنل ٹیچنگ۔</w:t>
      </w:r>
    </w:p>
    <w:p>
      <w:r>
        <w:rPr>
          <w:b/>
        </w:rPr>
        <w:t xml:space="preserve">[24:26] </w:t>
      </w:r>
      <w:r>
        <w:t>aise hi dekhiye punar janam ka jo concept hai woh kya hai? woh bhi philosophied version hai akhirat ka.</w:t>
      </w:r>
    </w:p>
    <w:p>
      <w:pPr>
        <w:jc w:val="right"/>
      </w:pPr>
      <w:r>
        <w:t>ایسے ہی دیکھیے پنر جنم کا جو کانسیپٹ ہے وہ کیا ہے؟ وہ بھی فلاسفائیڈ ورژن ہے اخرت کا۔</w:t>
      </w:r>
    </w:p>
    <w:p>
      <w:r>
        <w:rPr>
          <w:b/>
        </w:rPr>
        <w:t xml:space="preserve">[24:39] </w:t>
      </w:r>
      <w:r>
        <w:t>akhirat ka jo aqeedah hai isi ko philosophied kiya gaya. toh is ko punar janam bana diya gaya.</w:t>
      </w:r>
    </w:p>
    <w:p>
      <w:pPr>
        <w:jc w:val="right"/>
      </w:pPr>
      <w:r>
        <w:t>اخرت کا جو عقیدہ ہے اسی کو فلاسفائیڈ کیا گیا۔ تو اس کو پنر جنم بنا دیا گیا۔</w:t>
      </w:r>
    </w:p>
    <w:p>
      <w:r>
        <w:rPr>
          <w:b/>
        </w:rPr>
        <w:t xml:space="preserve">[24:50] </w:t>
      </w:r>
      <w:r>
        <w:t>is ko punar janam bana diya gaya. jo asal taleem thi paighambaron ki is ke mutabiq yeh tha ke insan maut se pehle yeh duniya mein kuch din rehta hai.</w:t>
      </w:r>
    </w:p>
    <w:p>
      <w:pPr>
        <w:jc w:val="right"/>
      </w:pPr>
      <w:r>
        <w:t>اس کو پنر جنم بنا دیا گیا۔ جو اصل تعلیم تھی پیغمبروں کی اس کے مطابق یہ تھا کہ انسان موت سے پہلے یہ دنیا میں کچھ دن رہتا ہے۔</w:t>
      </w:r>
    </w:p>
    <w:p>
      <w:r>
        <w:rPr>
          <w:b/>
        </w:rPr>
        <w:t xml:space="preserve">[25:08] </w:t>
      </w:r>
      <w:r>
        <w:t>phir maut ke baad ek aur duniya mein chala jata hai. aaj ki duniya amal ki duniya hai. maut ke baad ki duniya jo hai woh amal ka anjam panay ki duniya hai.</w:t>
      </w:r>
    </w:p>
    <w:p>
      <w:pPr>
        <w:jc w:val="right"/>
      </w:pPr>
      <w:r>
        <w:t>پھر موت کے بعد ایک اور دنیا میں چلا جاتا ہے۔ اج کی دنیا عمل کی دنیا ہے۔ موت کے بعد کی دنیا جو ہے وہ عمل کا انجام پانے کی دنیا ہے۔</w:t>
      </w:r>
    </w:p>
    <w:p>
      <w:r>
        <w:rPr>
          <w:b/>
        </w:rPr>
        <w:t xml:space="preserve">[25:20] </w:t>
      </w:r>
      <w:r>
        <w:t>yeh hai akhirat ka aqeedah. is ko philosophied kar ke punar janam bana diya gaya.</w:t>
      </w:r>
    </w:p>
    <w:p>
      <w:pPr>
        <w:jc w:val="right"/>
      </w:pPr>
      <w:r>
        <w:t>یہ ہے اخرت کا عقیدہ۔ اس کو فلاسفائیڈ کر کے پنر جنم بنا دیا گیا۔</w:t>
      </w:r>
    </w:p>
    <w:p>
      <w:r>
        <w:rPr>
          <w:b/>
        </w:rPr>
        <w:t xml:space="preserve">[25:29] </w:t>
      </w:r>
      <w:r>
        <w:t>yani cycle of birth.</w:t>
      </w:r>
    </w:p>
    <w:p>
      <w:pPr>
        <w:jc w:val="right"/>
      </w:pPr>
      <w:r>
        <w:t>یعنی سائیکل اف برتھ۔</w:t>
      </w:r>
    </w:p>
    <w:p>
      <w:r>
        <w:rPr>
          <w:b/>
        </w:rPr>
        <w:t xml:space="preserve">[25:34] </w:t>
      </w:r>
      <w:r>
        <w:t>toh yeh har mazhab ki jitni bhi taleemat theen sab ke sath yahi hua hai.</w:t>
      </w:r>
    </w:p>
    <w:p>
      <w:pPr>
        <w:jc w:val="right"/>
      </w:pPr>
      <w:r>
        <w:t>تو یہ ہر مذہب کی جتنی بھی تعلیمات تھیں سب کے ساتھ یہی ہوا ہے۔</w:t>
      </w:r>
    </w:p>
    <w:p>
      <w:r>
        <w:rPr>
          <w:b/>
        </w:rPr>
        <w:t xml:space="preserve">[25:43] </w:t>
      </w:r>
      <w:r>
        <w:t>baad ke zamane mein khud christianity jo hai is mein bhi yahi hua.</w:t>
      </w:r>
    </w:p>
    <w:p>
      <w:pPr>
        <w:jc w:val="right"/>
      </w:pPr>
      <w:r>
        <w:t>بعد کے زمانے میں خود کرسچینٹی جو ہے اس میں بھی یہی ہوا۔</w:t>
      </w:r>
    </w:p>
    <w:p>
      <w:r>
        <w:rPr>
          <w:b/>
        </w:rPr>
        <w:t xml:space="preserve">[25:48] </w:t>
      </w:r>
      <w:r>
        <w:t>trinity hai. trinity kya hai? trinity jo hai yani three in one one in three.</w:t>
      </w:r>
    </w:p>
    <w:p>
      <w:pPr>
        <w:jc w:val="right"/>
      </w:pPr>
      <w:r>
        <w:t>ٹرینٹی ہے۔ ٹرینٹی کیا ہے؟ ٹرینٹی جو ہے یعنی تھری ان ون ون ان تھری۔</w:t>
      </w:r>
    </w:p>
    <w:p>
      <w:r>
        <w:rPr>
          <w:b/>
        </w:rPr>
        <w:t xml:space="preserve">[25:59] </w:t>
      </w:r>
      <w:r>
        <w:t>yeh kya hai? yeh greek philosophy mein ek concept tha ke sachai ko woh teen mein tasawwur karte the.</w:t>
      </w:r>
    </w:p>
    <w:p>
      <w:pPr>
        <w:jc w:val="right"/>
      </w:pPr>
      <w:r>
        <w:t>یہ کیا ہے؟ یہ گریک فلاسفی میں ایک کانسیپٹ تھا کہ سچائی کو وہ تین میں تصور کرتے تھے۔</w:t>
      </w:r>
    </w:p>
    <w:p>
      <w:r>
        <w:rPr>
          <w:b/>
        </w:rPr>
        <w:t xml:space="preserve">[26:08] </w:t>
      </w:r>
      <w:r>
        <w:t>teen aqnum the un ke haan. isi par dhal diya unhon ne christian aqide ko aur trinity bana liya.</w:t>
      </w:r>
    </w:p>
    <w:p>
      <w:pPr>
        <w:jc w:val="right"/>
      </w:pPr>
      <w:r>
        <w:t>تین اقنوم تھے ان کے ہاں۔ اسی پر ڈھال دیا انہوں نے کرسچن عقیدے کو اور ٹرینٹی بنا لیا۔</w:t>
      </w:r>
    </w:p>
    <w:p>
      <w:r>
        <w:rPr>
          <w:b/>
        </w:rPr>
        <w:t xml:space="preserve">[26:19] </w:t>
      </w:r>
      <w:r>
        <w:t>to trinity is a philosophized version of of cast teaching. Hazrat Masih ne ki jo taleem thi woh wahi thi jo har nabbi ki taleem thi.</w:t>
      </w:r>
    </w:p>
    <w:p>
      <w:pPr>
        <w:jc w:val="right"/>
      </w:pPr>
      <w:r>
        <w:t>تو ٹرینٹی از ا فلاسفائیڈ ورژن اف اف کاسٹ ٹیچنگ۔ حضرت مسیح نے کی جو تعلیم تھی وہ وہی تھی جو ہر نبی کی تعلیم تھی۔</w:t>
      </w:r>
    </w:p>
    <w:p>
      <w:r>
        <w:rPr>
          <w:b/>
        </w:rPr>
        <w:t xml:space="preserve">[26:31] </w:t>
      </w:r>
      <w:r>
        <w:t>tauheed ki taleem. Hazrat Masih ki taleem koi alag taleem nahi thi.</w:t>
      </w:r>
    </w:p>
    <w:p>
      <w:pPr>
        <w:jc w:val="right"/>
      </w:pPr>
      <w:r>
        <w:t>توحید کی تعلیم۔ حضرت مسیح کی تعلیم کوئی الگ تعلیم نہیں تھی۔</w:t>
      </w:r>
    </w:p>
    <w:p>
      <w:r>
        <w:rPr>
          <w:b/>
        </w:rPr>
        <w:t xml:space="preserve">[26:37] </w:t>
      </w:r>
      <w:r>
        <w:t>har nabbi tauheed har nabbi ne tauheed ki taleem di. wahi tauheed ki taleem Hazrat Masih ne bhi di. lekin is ko philosophized kar ke trinity bana diya gaya.</w:t>
      </w:r>
    </w:p>
    <w:p>
      <w:pPr>
        <w:jc w:val="right"/>
      </w:pPr>
      <w:r>
        <w:t>ہر نبی توحید ہر نبی نے توحید کی تعلیم دی۔ وہی توحید کی تعلیم حضرت مسیح نے بھی دی۔ لیکن اس کو فلاسفائیڈ کر کے ٹرینٹی بنا دیا گیا۔</w:t>
      </w:r>
    </w:p>
    <w:p>
      <w:r>
        <w:rPr>
          <w:b/>
        </w:rPr>
        <w:t xml:space="preserve">[26:52] </w:t>
      </w:r>
      <w:r>
        <w:t>to yeh saare hi mazhabon ke saath yeh hua</w:t>
      </w:r>
    </w:p>
    <w:p>
      <w:pPr>
        <w:jc w:val="right"/>
      </w:pPr>
      <w:r>
        <w:t>تو یہ سارے ہی مذہبوں کے ساتھ یہ ہوا</w:t>
      </w:r>
    </w:p>
    <w:p>
      <w:r>
        <w:rPr>
          <w:b/>
        </w:rPr>
        <w:t xml:space="preserve">[26:56] </w:t>
      </w:r>
      <w:r>
        <w:t>۔ aakhir kaar Allah taala ne yeh aakhri nabbi ko bheja aur is ke saath ek team paida ki jis ko hum sahaba kehte hain.</w:t>
      </w:r>
    </w:p>
    <w:p>
      <w:pPr>
        <w:jc w:val="right"/>
      </w:pPr>
      <w:r>
        <w:t>۔ اخر کار اللہ تعالی نے یہ اخری نبی کو بھیجا اور اس کے ساتھ ایک ٹیم پیدا کی جس کو ہم صحابہ کہتے ہیں۔</w:t>
      </w:r>
    </w:p>
    <w:p>
      <w:r>
        <w:rPr>
          <w:b/>
        </w:rPr>
        <w:t xml:space="preserve">[27:11] </w:t>
      </w:r>
      <w:r>
        <w:t>aur Rasool Allah salallaho alaihi wasallam ne ek mazboot team ki madad se Quran ko mehfooz kiya. aur isi ke saath sunnat aur hadith bhi mehfooz ho gayi.</w:t>
      </w:r>
    </w:p>
    <w:p>
      <w:pPr>
        <w:jc w:val="right"/>
      </w:pPr>
      <w:r>
        <w:t>اور رسول اللہ صلی اللہ علیہ وسلم نے ایک مضبوط ٹیم کی مدد سے قرآن کو محفوظ کیا۔ اور اسی کے ساتھ سنت اور حدیث بھی محفوظ ہوگئی۔</w:t>
      </w:r>
    </w:p>
    <w:p>
      <w:r>
        <w:rPr>
          <w:b/>
        </w:rPr>
        <w:t xml:space="preserve">[27:23] </w:t>
      </w:r>
      <w:r>
        <w:t>to</w:t>
      </w:r>
    </w:p>
    <w:p>
      <w:pPr>
        <w:jc w:val="right"/>
      </w:pPr>
      <w:r>
        <w:t>تو</w:t>
      </w:r>
    </w:p>
    <w:p>
      <w:r>
        <w:rPr>
          <w:b/>
        </w:rPr>
        <w:t xml:space="preserve">[27:24] </w:t>
      </w:r>
      <w:r>
        <w:t>aaj Islam ki shakal mein Islamic scriptures ki shakal mein hamare paas ek preserved version of divine truth hai.</w:t>
      </w:r>
    </w:p>
    <w:p>
      <w:pPr>
        <w:jc w:val="right"/>
      </w:pPr>
      <w:r>
        <w:t>اج اسلام کی شکل میں اسلامک سکرپچرز کی شکل میں ہمارے پاس ایک پریزروڈ ورژن اف ڈیوائن ٹروتھ ہے۔</w:t>
      </w:r>
    </w:p>
    <w:p>
      <w:r>
        <w:rPr>
          <w:b/>
        </w:rPr>
        <w:t xml:space="preserve">[27:36] </w:t>
      </w:r>
      <w:r>
        <w:t>jabke aur sab jitne bhi hain woh philosophized version of divine truth hain. yeh farq hai.</w:t>
      </w:r>
    </w:p>
    <w:p>
      <w:pPr>
        <w:jc w:val="right"/>
      </w:pPr>
      <w:r>
        <w:t>جبکہ اور سب جتنے بھی ہیں وہ فلاسفائیڈ ورژن اف ڈیوائن ٹروتھ ہیں۔ یہ فرق ہے۔</w:t>
      </w:r>
    </w:p>
    <w:p>
      <w:r>
        <w:rPr>
          <w:b/>
        </w:rPr>
        <w:t xml:space="preserve">[27:47] </w:t>
      </w:r>
      <w:r>
        <w:t>to</w:t>
      </w:r>
    </w:p>
    <w:p>
      <w:pPr>
        <w:jc w:val="right"/>
      </w:pPr>
      <w:r>
        <w:t>تو</w:t>
      </w:r>
    </w:p>
    <w:p>
      <w:r>
        <w:rPr>
          <w:b/>
        </w:rPr>
        <w:t xml:space="preserve">[27:48] </w:t>
      </w:r>
      <w:r>
        <w:t>is ko bohat zyada gehrai ke saath aadmi ko sochna chahiye. woh nihayat aasani se idhar se udhar ho jayega. woh samjhega ke main mazhab ko liye hue hoon halanke woh ek bigde hue mazhab ko liye hue hoga.</w:t>
      </w:r>
    </w:p>
    <w:p>
      <w:pPr>
        <w:jc w:val="right"/>
      </w:pPr>
      <w:r>
        <w:t>اس کو بہت زیادہ گہرائی کے ساتھ ادمی کو سوچنا چاہیے۔ وہ نہایت اسانی سے ادھر سے ادھر ہو جائے گا۔ وہ سمجھے گا کہ میں مذہب کو لیے ہوئے ہوں حالانکہ وہ ایک بگڑے ہوئے مذہب کو لیے ہوئے ہوگا۔</w:t>
      </w:r>
    </w:p>
    <w:p>
      <w:r>
        <w:rPr>
          <w:b/>
        </w:rPr>
        <w:t xml:space="preserve">[28:03] </w:t>
      </w:r>
      <w:r>
        <w:t>isi bigde hue mazhab ko keh raha hoon main ke philosophized version of religion.</w:t>
      </w:r>
    </w:p>
    <w:p>
      <w:pPr>
        <w:jc w:val="right"/>
      </w:pPr>
      <w:r>
        <w:t>اسی بگڑے ہوئے مذہب کو کہہ رہا ہوں میں کہ فلاسفائیڈ ورژن اف ریلیجن۔</w:t>
      </w:r>
    </w:p>
    <w:p>
      <w:r>
        <w:rPr>
          <w:b/>
        </w:rPr>
        <w:t xml:space="preserve">[28:12] </w:t>
      </w:r>
      <w:r>
        <w:t>to is baat ko bohat zyada main khud bohat dinon ke baad samajh paya. kyunke main bachpan se mere andar sachai ki talash thi.</w:t>
      </w:r>
    </w:p>
    <w:p>
      <w:pPr>
        <w:jc w:val="right"/>
      </w:pPr>
      <w:r>
        <w:t>تو اس بات کو بہت زیادہ میں خود بہت دنوں کے بعد سمجھ پایا۔ کیونکہ میں بچپن سے میرے اندر سچائی کی تلاش تھی۔</w:t>
      </w:r>
    </w:p>
    <w:p>
      <w:r>
        <w:rPr>
          <w:b/>
        </w:rPr>
        <w:t xml:space="preserve">[28:23] </w:t>
      </w:r>
      <w:r>
        <w:t>main ne har mazhab ko padha. bohat dinon ke baad mujhe samajh mein aaya ke mazhab ka bigaad hai kya? mazahamat hai kya?</w:t>
      </w:r>
    </w:p>
    <w:p>
      <w:pPr>
        <w:jc w:val="right"/>
      </w:pPr>
      <w:r>
        <w:t>میں نے ہر مذہب کو پڑھا۔ بہت دنوں کے بعد مجھے سمجھ میں ایا کہ مذہب کا بگاڑ ہے کیا؟ مضاحات ہے کیا؟</w:t>
      </w:r>
    </w:p>
    <w:p>
      <w:r>
        <w:rPr>
          <w:b/>
        </w:rPr>
        <w:t xml:space="preserve">[28:37] </w:t>
      </w:r>
      <w:r>
        <w:t>aur mazhab mein jo</w:t>
      </w:r>
    </w:p>
    <w:p>
      <w:pPr>
        <w:jc w:val="right"/>
      </w:pPr>
      <w:r>
        <w:t>اور مذہب میں جو</w:t>
      </w:r>
    </w:p>
    <w:p>
      <w:r>
        <w:rPr>
          <w:b/>
        </w:rPr>
        <w:t xml:space="preserve">[28:41] </w:t>
      </w:r>
      <w:r>
        <w:t>jo changes aaye woh hain kya? to woh yahi the ke qadeem zamane mein aap jante hain ke philosophy jo hai queen of world maani jati thi.</w:t>
      </w:r>
    </w:p>
    <w:p>
      <w:pPr>
        <w:jc w:val="right"/>
      </w:pPr>
      <w:r>
        <w:t>جو چینجز ائے وہ ہیں کیا؟ تو وہ یہی تھے کہ قدیم زمانے میں اپ جانتے ہیں کہ فلاسفی جو ہے کوئن اف ورڈ مانی جاتی تھی۔</w:t>
      </w:r>
    </w:p>
    <w:p>
      <w:r>
        <w:rPr>
          <w:b/>
        </w:rPr>
        <w:t xml:space="preserve">[28:51] </w:t>
      </w:r>
      <w:r>
        <w:t>philosophy ka bohat bada dabdaba tha.</w:t>
      </w:r>
    </w:p>
    <w:p>
      <w:pPr>
        <w:jc w:val="right"/>
      </w:pPr>
      <w:r>
        <w:t>فلاسفی کا بہت بڑا دبدبہ تھا۔</w:t>
      </w:r>
    </w:p>
    <w:p>
      <w:r>
        <w:rPr>
          <w:b/>
        </w:rPr>
        <w:t xml:space="preserve">[28:54] </w:t>
      </w:r>
      <w:r>
        <w:t>yani physical sciences jo Newton ke baad paida huin us ke baad to science ka dabdaba ho gaya. lekin Newton se pehle jo daur hai us mein philosophy ka dabdaba tha.</w:t>
      </w:r>
    </w:p>
    <w:p>
      <w:pPr>
        <w:jc w:val="right"/>
      </w:pPr>
      <w:r>
        <w:t>یعنی فزیکل سائنسز جو نیوٹن کے بعد پیدا ہوئیں اس کے بعد تو سائنس کا دبدبہ ہو گیا۔ لیکن نیوٹن سے پہلے جو دور ہے اس میں فلاسفی کا دبدبہ تھا۔</w:t>
      </w:r>
    </w:p>
    <w:p>
      <w:r>
        <w:rPr>
          <w:b/>
        </w:rPr>
        <w:t xml:space="preserve">[29:09] </w:t>
      </w:r>
      <w:r>
        <w:t>philosopher jo the woh sab se bade maane jate the. Socrates, Plato, Aristotle yeh sab top ke log maane jate the.</w:t>
      </w:r>
    </w:p>
    <w:p>
      <w:pPr>
        <w:jc w:val="right"/>
      </w:pPr>
      <w:r>
        <w:t>فلاسفر جو تھے وہ سب سے بڑے مانے جاتے تھے۔ سوکریٹیز، پلیٹو، ارسٹوٹل یہ سب ٹاپ کے لوگ مانے جاتے تھے۔</w:t>
      </w:r>
    </w:p>
    <w:p>
      <w:r>
        <w:rPr>
          <w:b/>
        </w:rPr>
        <w:t xml:space="preserve">[29:18] </w:t>
      </w:r>
      <w:r>
        <w:t>yeh sab philosophers the.</w:t>
      </w:r>
    </w:p>
    <w:p>
      <w:pPr>
        <w:jc w:val="right"/>
      </w:pPr>
      <w:r>
        <w:t>یہ سب فلاسفرز تھے۔</w:t>
      </w:r>
    </w:p>
    <w:p>
      <w:r>
        <w:rPr>
          <w:b/>
        </w:rPr>
        <w:t xml:space="preserve">[29:20] </w:t>
      </w:r>
      <w:r>
        <w:t>Newton se pehle ka daur jo hai Newton ke baad philosophy ko downfall hua. to chunke us zamane mein philosophy ka urooj tha philosophy ka dabdaba tha philosophy mein jo baat keh diya woh badi maani jati thi.</w:t>
      </w:r>
    </w:p>
    <w:p>
      <w:pPr>
        <w:jc w:val="right"/>
      </w:pPr>
      <w:r>
        <w:t>نیوٹن سے پہلے کا دور جو ہے نیوٹن کے بعد فلاسفی کو ڈاؤن فال ہوا۔ تو چونکہ اس زمانے میں فلاسفی کا عروج تھا فلاسفی کا دبدبہ تھا فلاسفی میں جو بات کہہ دیا وہ بڑی مانی جاتی تھی۔</w:t>
      </w:r>
    </w:p>
    <w:p>
      <w:r>
        <w:rPr>
          <w:b/>
        </w:rPr>
        <w:t xml:space="preserve">[29:40] </w:t>
      </w:r>
      <w:r>
        <w:t>to jab peghambar ki asal taleem mehfooz na rahi to logon ne jo taleem thi un ke paas us ko falsafe mein daal liya.</w:t>
      </w:r>
    </w:p>
    <w:p>
      <w:pPr>
        <w:jc w:val="right"/>
      </w:pPr>
      <w:r>
        <w:t>تو جب پیغمبر کی اصل تعلیم محفوظ نہ رہی تو لوگوں نے جو تعلیم تھی ان کے پاس اس کو فلسفے میں ڈال لیا۔</w:t>
      </w:r>
    </w:p>
    <w:p>
      <w:r>
        <w:rPr>
          <w:b/>
        </w:rPr>
        <w:t xml:space="preserve">[29:52] </w:t>
      </w:r>
      <w:r>
        <w:t>kyunke aaj aaj aap ke paas quran chhupa hua maujood hai is waqt to nahi tha. khudaaye kitab is tarah maujood nahi hoti thi. woh to zabani riwayat thi bas memory metha logon ke.</w:t>
      </w:r>
    </w:p>
    <w:p>
      <w:pPr>
        <w:jc w:val="right"/>
      </w:pPr>
      <w:r>
        <w:t>کیونکہ اج اج اپ کے پاس قرآن چھپا ہوا موجود ہے اس وقت تو نہیں تھا۔ خدائے کتاب اس طرح موجود نہیں ہوتی تھی۔ وہ تو زبانی روایت تھی بس میموری میتھا لوگوں کے۔</w:t>
      </w:r>
    </w:p>
    <w:p>
      <w:r>
        <w:rPr>
          <w:b/>
        </w:rPr>
        <w:t xml:space="preserve">[30:09] </w:t>
      </w:r>
      <w:r>
        <w:t>pehlay zamanay mein na na na qalam kaghaz hua karta tha na kitab hua karti thi. ab yeh to sab hua hai jabke printing press ka zamanay agaya.</w:t>
      </w:r>
    </w:p>
    <w:p>
      <w:pPr>
        <w:jc w:val="right"/>
      </w:pPr>
      <w:r>
        <w:t>پہلے زمانے میں نہ نہ نہ قلم کاغذ ہوا کرتا تھا نہ کتاب ہوا کرتی تھی۔ اب یہ تو سب ہوا ہے جبکہ پرنٹنگ پریس کا زمانہ اگیا۔</w:t>
      </w:r>
    </w:p>
    <w:p>
      <w:r>
        <w:rPr>
          <w:b/>
        </w:rPr>
        <w:t xml:space="preserve">[30:21] </w:t>
      </w:r>
      <w:r>
        <w:t>to quran jo hai pehlay likha gaya hath se us ko mehfooz rakha gaya. hotay hotay jab printing press ka zamanay aya to ab chhaap chhaap kar ke us ko aap sari duniya mein phaila diya gaya.</w:t>
      </w:r>
    </w:p>
    <w:p>
      <w:pPr>
        <w:jc w:val="right"/>
      </w:pPr>
      <w:r>
        <w:t>تو قرآن جو ہے پہلے لکھا گیا ہاتھ سے اس کو محفوظ رکھا گیا۔ ہوتے ہوتے جب پرنٹنگ پریس کا زمانہ ایا تو اب چھاپ چھاپ کر کے اس کو اپ ساری دنیا میں پھیلا دیا گیا۔</w:t>
      </w:r>
    </w:p>
    <w:p>
      <w:r>
        <w:rPr>
          <w:b/>
        </w:rPr>
        <w:t xml:space="preserve">[30:36] </w:t>
      </w:r>
      <w:r>
        <w:t>to tamam murikhin yeh mante hain ke quran jo hai woh muhammad sallay allaho alayhi wasallam ki laaye hue wahi ka bilkul ho bahu nuskhah hai.</w:t>
      </w:r>
    </w:p>
    <w:p>
      <w:pPr>
        <w:jc w:val="right"/>
      </w:pPr>
      <w:r>
        <w:t>تو تمام مورخین یہ مانتے ہیں کہ قرآن جو ہے وہ محمد صلی اللہ علیہ وسلم کی لائے ہوئے وحی کا بالکل ہو بہو نسخہ ہے۔</w:t>
      </w:r>
    </w:p>
    <w:p>
      <w:r>
        <w:rPr>
          <w:b/>
        </w:rPr>
        <w:t xml:space="preserve">[30:52] </w:t>
      </w:r>
      <w:r>
        <w:t>preserved version hai. to tareekh mein pehli baar aisa hua ke ek revealed book is tarah se mehfooz ho gayi.</w:t>
      </w:r>
    </w:p>
    <w:p>
      <w:pPr>
        <w:jc w:val="right"/>
      </w:pPr>
      <w:r>
        <w:t>پریزروڈ ورژن ہے۔ تو تاریخ میں پہلی بار ایسا ہوا کہ ایک ریویلڈ بک اس طرح سے محفوظ ہوگئی۔</w:t>
      </w:r>
    </w:p>
    <w:p>
      <w:r>
        <w:rPr>
          <w:b/>
        </w:rPr>
        <w:t xml:space="preserve">[31:04] </w:t>
      </w:r>
      <w:r>
        <w:t>is se pehlay kabhi koi revealed book mehfooz nahi hoti thi. mehfooz na honay ka matlab kya hai? wohi matlab hai ke log us ko philosophy mein dhal letay thay.</w:t>
      </w:r>
    </w:p>
    <w:p>
      <w:pPr>
        <w:jc w:val="right"/>
      </w:pPr>
      <w:r>
        <w:t>اس سے پہلے کبھی کوئی ریویلڈ بک محفوظ نہیں ہوتی تھی۔ محفوظ نہ ہونے کا مطلب کیا ہے؟ وہی مطلب ہے کہ لوگ اس کو فلاسفی میں ڈھال لیتے تھے۔</w:t>
      </w:r>
    </w:p>
    <w:p>
      <w:r>
        <w:rPr>
          <w:b/>
        </w:rPr>
        <w:t xml:space="preserve">[31:18] </w:t>
      </w:r>
      <w:r>
        <w:t>philosophy mein dhal letay thay woh. unhon ne tawheed ko maniyat bana diya.</w:t>
      </w:r>
    </w:p>
    <w:p>
      <w:pPr>
        <w:jc w:val="right"/>
      </w:pPr>
      <w:r>
        <w:t>فلاسفی میں ڈھال لیتے تھے وہ۔ انہوں نے توحید کو مانیت بنا دیا۔</w:t>
      </w:r>
    </w:p>
    <w:p>
      <w:r>
        <w:rPr>
          <w:b/>
        </w:rPr>
        <w:t xml:space="preserve">[31:26] </w:t>
      </w:r>
      <w:r>
        <w:t>unhon ne akhirat ko punar janam bana diya.</w:t>
      </w:r>
    </w:p>
    <w:p>
      <w:pPr>
        <w:jc w:val="right"/>
      </w:pPr>
      <w:r>
        <w:t>انہوں نے اخرت کو پنر جنم بنا دیا۔</w:t>
      </w:r>
    </w:p>
    <w:p>
      <w:r>
        <w:rPr>
          <w:b/>
        </w:rPr>
        <w:t xml:space="preserve">[31:31] </w:t>
      </w:r>
      <w:r>
        <w:t>unhon ne angels aur satan ke concept ko yazda aur arman bana diya.</w:t>
      </w:r>
    </w:p>
    <w:p>
      <w:pPr>
        <w:jc w:val="right"/>
      </w:pPr>
      <w:r>
        <w:t>انہوں نے اینجلز اور سیٹن کے کانسیپٹ کو یزدا اور ارمن بنا دیا۔</w:t>
      </w:r>
    </w:p>
    <w:p>
      <w:r>
        <w:rPr>
          <w:b/>
        </w:rPr>
        <w:t xml:space="preserve">[31:39] </w:t>
      </w:r>
      <w:r>
        <w:t>aisay hi</w:t>
      </w:r>
    </w:p>
    <w:p>
      <w:pPr>
        <w:jc w:val="right"/>
      </w:pPr>
      <w:r>
        <w:t>ایسے ہی</w:t>
      </w:r>
    </w:p>
    <w:p>
      <w:r>
        <w:rPr>
          <w:b/>
        </w:rPr>
        <w:t xml:space="preserve">[31:42] </w:t>
      </w:r>
      <w:r>
        <w:t>tawheed ko trinity bana diya. yeh sab kya hai? philosophied version of of original religion hai.</w:t>
      </w:r>
    </w:p>
    <w:p>
      <w:pPr>
        <w:jc w:val="right"/>
      </w:pPr>
      <w:r>
        <w:t>توحید کو ٹرینٹی بنا دیا۔ یہ سب کیا ہے؟ فلاسفائیڈ ورژن اف اف اوریجنل ریلیجن ہے۔</w:t>
      </w:r>
    </w:p>
    <w:p>
      <w:r>
        <w:rPr>
          <w:b/>
        </w:rPr>
        <w:t xml:space="preserve">[31:52] </w:t>
      </w:r>
      <w:r>
        <w:t>yeh sab</w:t>
      </w:r>
    </w:p>
    <w:p>
      <w:pPr>
        <w:jc w:val="right"/>
      </w:pPr>
      <w:r>
        <w:t>یہ سب</w:t>
      </w:r>
    </w:p>
    <w:p>
      <w:r>
        <w:rPr>
          <w:b/>
        </w:rPr>
        <w:t xml:space="preserve">[31:55] </w:t>
      </w:r>
      <w:r>
        <w:t>to Allah taala ne hum ko</w:t>
      </w:r>
    </w:p>
    <w:p>
      <w:pPr>
        <w:jc w:val="right"/>
      </w:pPr>
      <w:r>
        <w:t>تو اللہ تعالی نے ہم کو</w:t>
      </w:r>
    </w:p>
    <w:p>
      <w:r>
        <w:rPr>
          <w:b/>
        </w:rPr>
        <w:t xml:space="preserve">[32:01] </w:t>
      </w:r>
      <w:r>
        <w:t>is pyas se nikala is darkness se nikala aur quran ko mehfooz kar diya. aur yeh farz kar diya ke quran par log ghhor karen.</w:t>
      </w:r>
    </w:p>
    <w:p>
      <w:pPr>
        <w:jc w:val="right"/>
      </w:pPr>
      <w:r>
        <w:t>اس پیاس سے نکالا اس ڈارکنس سے نکالا اور قرآن کو محفوظ کر دیا۔ اور یہ فرض کر دیا کہ قرآن پر لوگ غور کریں۔</w:t>
      </w:r>
    </w:p>
    <w:p>
      <w:r>
        <w:rPr>
          <w:b/>
        </w:rPr>
        <w:t xml:space="preserve">[32:13] </w:t>
      </w:r>
      <w:r>
        <w:t>ladabbar ayatuh quran par ghhor kar ke sachai ko daryaft karo. quran par ghhor kar ke sachai ko daryaft karo.</w:t>
      </w:r>
    </w:p>
    <w:p>
      <w:pPr>
        <w:jc w:val="right"/>
      </w:pPr>
      <w:r>
        <w:t>لیدبر ایاتہ قرآن پر غور کر کے سچائی کو دریافت کرو۔ قرآن پر غور کر کے سچائی کو دریافت کرو۔</w:t>
      </w:r>
    </w:p>
    <w:p>
      <w:r>
        <w:rPr>
          <w:b/>
        </w:rPr>
        <w:t xml:space="preserve">[32:22] </w:t>
      </w:r>
      <w:r>
        <w:t>phir saal ka ek mahina yani ramzan ka mahina ko shahr e quran bana diya. is saal ke ek mahinay mein to tum ko quran hi par ghhor o fikr karna hai.</w:t>
      </w:r>
    </w:p>
    <w:p>
      <w:pPr>
        <w:jc w:val="right"/>
      </w:pPr>
      <w:r>
        <w:t>پھر سال کا ایک مہینہ یعنی رمضان کا مہینہ کو شہر القرآن بنا دیا۔ اس سال کے ایک مہینے میں تو تم کو قرآن ہی پر غور و فکر کرنا ہے۔</w:t>
      </w:r>
    </w:p>
    <w:p>
      <w:r>
        <w:rPr>
          <w:b/>
        </w:rPr>
        <w:t xml:space="preserve">[32:34] </w:t>
      </w:r>
      <w:r>
        <w:t>ziyada se ziyada shahr al ramzan alladhi unzil fi al quran. is saal bhar humein quran ko parhna hai.</w:t>
      </w:r>
    </w:p>
    <w:p>
      <w:pPr>
        <w:jc w:val="right"/>
      </w:pPr>
      <w:r>
        <w:t>زیادہ سے زیادہ شہر الرمضان الذی انزل فی القرآن۔ اس سال بھر ہمیں قرآن کو پڑھنا ہے۔</w:t>
      </w:r>
    </w:p>
    <w:p>
      <w:r>
        <w:rPr>
          <w:b/>
        </w:rPr>
        <w:t xml:space="preserve">[32:44] </w:t>
      </w:r>
      <w:r>
        <w:t>saal bhar humein quran ko samajhnay ki koshish karna hai. namazon ke andar namazon ke bahar</w:t>
      </w:r>
    </w:p>
    <w:p>
      <w:pPr>
        <w:jc w:val="right"/>
      </w:pPr>
      <w:r>
        <w:t>سال بھر ہمیں قرآن کو سمجھنے کی کوشش کرنا ہے۔ نمازوں کے اندر نمازوں کے باہر</w:t>
      </w:r>
    </w:p>
    <w:p>
      <w:r>
        <w:rPr>
          <w:b/>
        </w:rPr>
        <w:t xml:space="preserve">[32:52] </w:t>
      </w:r>
      <w:r>
        <w:t>. lekin khaas tor par jo ramzan ka mahina hai jis jab ke quran utara gaya tha. yani quran jo rasool Allah sallay allaho alayhi wasallam par utra.</w:t>
      </w:r>
    </w:p>
    <w:p>
      <w:pPr>
        <w:jc w:val="right"/>
      </w:pPr>
      <w:r>
        <w:t>۔ لیکن خاص طور پر جو رمضان کا مہینہ ہے جس جب کہ قرآن اتارا گیا تھا۔ یعنی قرآن جو رسول اللہ صلی اللہ علیہ وسلم پر اترا۔</w:t>
      </w:r>
    </w:p>
    <w:p>
      <w:r>
        <w:rPr>
          <w:b/>
        </w:rPr>
        <w:t xml:space="preserve">[33:06] </w:t>
      </w:r>
      <w:r>
        <w:t>to utarnay ka aghaz yani sara quran ikhatay nahi utra utra tha. utarnay ka aghaz jo hai woh ramzan mein hua. ramzan mein hua.</w:t>
      </w:r>
    </w:p>
    <w:p>
      <w:pPr>
        <w:jc w:val="right"/>
      </w:pPr>
      <w:r>
        <w:t>تو اترنے کا اغاز یعنی سارا قرآن اکٹھے نہیں اترا اترا تھا۔ اترنے کا اغاز جو ہے وہ رمضان میں ہوا۔ رمضان میں ہوا۔</w:t>
      </w:r>
    </w:p>
    <w:p>
      <w:r>
        <w:rPr>
          <w:b/>
        </w:rPr>
        <w:t xml:space="preserve">[33:18] </w:t>
      </w:r>
      <w:r>
        <w:t>shahr al ramzan alladhi unzil fi al quran</w:t>
      </w:r>
    </w:p>
    <w:p>
      <w:pPr>
        <w:jc w:val="right"/>
      </w:pPr>
      <w:r>
        <w:t>شہر الرمضان الذی انزل فی القرآن</w:t>
      </w:r>
    </w:p>
    <w:p>
      <w:r>
        <w:rPr>
          <w:b/>
        </w:rPr>
        <w:t xml:space="preserve">[33:20] </w:t>
      </w:r>
      <w:r>
        <w:t>. yani ramzan mein ikhatay sara quran nahi utra tha. quran to majmoi tor par 23 saal ke andar utra.</w:t>
      </w:r>
    </w:p>
    <w:p>
      <w:pPr>
        <w:jc w:val="right"/>
      </w:pPr>
      <w:r>
        <w:t>۔ یعنی رمضان میں اکٹھے سارا قرآن نہیں اترا تھا۔ قرآن تو مجموعی طور پر 23 سال کے اندر اترا۔</w:t>
      </w:r>
    </w:p>
    <w:p>
      <w:r>
        <w:rPr>
          <w:b/>
        </w:rPr>
        <w:t xml:space="preserve">[33:31] </w:t>
      </w:r>
      <w:r>
        <w:t>jis ko kehtay hain najam najam. yani mauqa mauqa ke lehaz se phir un ko compile kiya gaya. lekin utarna shuru hua tha ramzan ke mahinay mein 610 isvi mein.</w:t>
      </w:r>
    </w:p>
    <w:p>
      <w:pPr>
        <w:jc w:val="right"/>
      </w:pPr>
      <w:r>
        <w:t>جس کو کہتے ہیں نجمن نجمن۔ یعنی موقع موقع کے لحاظ سے پھر ان کو کمپائل کیا گیا۔ لیکن اترنا شروع ہوا تھا رمضان کے مہینے میں 610 عیسوی میں۔</w:t>
      </w:r>
    </w:p>
    <w:p>
      <w:r>
        <w:rPr>
          <w:b/>
        </w:rPr>
        <w:t xml:space="preserve">[33:45] </w:t>
      </w:r>
      <w:r>
        <w:t>to is mahinay ko Allah taala ne yeh muqarrar kar diya ke saal ka yeh jo mahina hai ramzan ka mahina is mahinay mein tum khusoosiyat ke sath quran par ghhor karo.</w:t>
      </w:r>
    </w:p>
    <w:p>
      <w:pPr>
        <w:jc w:val="right"/>
      </w:pPr>
      <w:r>
        <w:t>تو اس مہینے کو اللہ تعالی نے یہ مقرر کر دیا کہ سال کا یہ جو مہینہ ہے رمضان کا مہینہ اس مہینے میں تم خصوصیت کے ساتھ قرآن پر غور کرو۔</w:t>
      </w:r>
    </w:p>
    <w:p>
      <w:r>
        <w:rPr>
          <w:b/>
        </w:rPr>
        <w:t xml:space="preserve">[34:00] </w:t>
      </w:r>
      <w:r>
        <w:t>taake jo sachai allah taala ki taraf se aai kar ke aai hai preserve halat maujood hai preserve mehfooz halat mein is ko tum jano.</w:t>
      </w:r>
    </w:p>
    <w:p>
      <w:pPr>
        <w:jc w:val="right"/>
      </w:pPr>
      <w:r>
        <w:t>تاکہ جو سچائی اللہ تعالی کی طرف سے ائی کر کے ائی ہے پریزرو حالت موجود ہے پریزرو محفوظ حالت میں اس کو تم جانو۔</w:t>
      </w:r>
    </w:p>
    <w:p>
      <w:r>
        <w:rPr>
          <w:b/>
        </w:rPr>
        <w:t xml:space="preserve">[34:12] </w:t>
      </w:r>
      <w:r>
        <w:t>dekhiye ek baat yeh bhi samajh lijye ke quran koi manual book nahi hai. manual book mein ghor o fikar nahi karna padta.</w:t>
      </w:r>
    </w:p>
    <w:p>
      <w:pPr>
        <w:jc w:val="right"/>
      </w:pPr>
      <w:r>
        <w:t>دیکھیے ایک بات یہ بھی سمجھ لیجئے کہ قرآن کوئی مینول بک نہیں ہے۔ مینول بک میں غور و فکر نہیں کرنا پڑتا۔</w:t>
      </w:r>
    </w:p>
    <w:p>
      <w:r>
        <w:rPr>
          <w:b/>
        </w:rPr>
        <w:t xml:space="preserve">[34:25] </w:t>
      </w:r>
      <w:r>
        <w:t>manual book jo hoti hai us mein cheezein jo hain gintiyon mein adad mein likhi rehti hain.</w:t>
      </w:r>
    </w:p>
    <w:p>
      <w:pPr>
        <w:jc w:val="right"/>
      </w:pPr>
      <w:r>
        <w:t>مینول بک جو ہوتی ہے اس میں چیزیں جو ہیں گنتیوں میں عدد میں لکھی رہتی ہیں۔</w:t>
      </w:r>
    </w:p>
    <w:p>
      <w:r>
        <w:rPr>
          <w:b/>
        </w:rPr>
        <w:t xml:space="preserve">[34:35] </w:t>
      </w:r>
      <w:r>
        <w:t>jaise is mein likha rahe ke aadmi ke haath mein ek haath mein paanch ungli hoti hai doosre haath mein paanch ungli hoti hai to dono ko mila kar das ungli hoti hai farz kiya likha hua hai is mein ghor karna kya hai yeh to bas padh liya aur jaan lijye</w:t>
      </w:r>
    </w:p>
    <w:p>
      <w:pPr>
        <w:jc w:val="right"/>
      </w:pPr>
      <w:r>
        <w:t>جیسے اس میں لکھا رہے کہ ادمی کے ہاتھ میں ایک ہاتھ میں پانچ انگلی ہوتی ہے دوسرے ہاتھ میں پانچ انگلی ہوتی ہے تو دونوں کو ملا کر دس انگلی ہوتی ہے فرض کیا لکھا ہوا ہے اس میں غور کرنا کیا ہے یہ تو بس پڑھ لیا اور جان لیجئے</w:t>
      </w:r>
    </w:p>
    <w:p>
      <w:r>
        <w:rPr>
          <w:b/>
        </w:rPr>
        <w:t xml:space="preserve">[34:55] </w:t>
      </w:r>
      <w:r>
        <w:t>yeh to padh lijye aur jaan lijye</w:t>
      </w:r>
    </w:p>
    <w:p>
      <w:pPr>
        <w:jc w:val="right"/>
      </w:pPr>
      <w:r>
        <w:t>یہ تو پڑھ لیجئے اور جان لیجئے</w:t>
      </w:r>
    </w:p>
    <w:p>
      <w:r>
        <w:rPr>
          <w:b/>
        </w:rPr>
        <w:t xml:space="preserve">[34:59] </w:t>
      </w:r>
      <w:r>
        <w:t>lekin ghor karna jo hai</w:t>
      </w:r>
    </w:p>
    <w:p>
      <w:pPr>
        <w:jc w:val="right"/>
      </w:pPr>
      <w:r>
        <w:t>لیکن غور کرنا جو ہے</w:t>
      </w:r>
    </w:p>
    <w:p>
      <w:r>
        <w:rPr>
          <w:b/>
        </w:rPr>
        <w:t xml:space="preserve">[35:03] </w:t>
      </w:r>
      <w:r>
        <w:t>is liye hota hai ke aap is ke andar jo aur gehre maani hain us ko pohnchayen aap</w:t>
      </w:r>
    </w:p>
    <w:p>
      <w:pPr>
        <w:jc w:val="right"/>
      </w:pPr>
      <w:r>
        <w:t>اس لیے ہوتا ہے کہ اپ اس کے اندر جو اور گہرے معنی ہیں اس کو پہنچائیں اپ</w:t>
      </w:r>
    </w:p>
    <w:p>
      <w:r>
        <w:rPr>
          <w:b/>
        </w:rPr>
        <w:t xml:space="preserve">[35:09] </w:t>
      </w:r>
      <w:r>
        <w:t>us tak pohnchayen</w:t>
      </w:r>
    </w:p>
    <w:p>
      <w:pPr>
        <w:jc w:val="right"/>
      </w:pPr>
      <w:r>
        <w:t>اس تک پہنچائیں</w:t>
      </w:r>
    </w:p>
    <w:p>
      <w:r>
        <w:rPr>
          <w:b/>
        </w:rPr>
        <w:t xml:space="preserve">[35:11] </w:t>
      </w:r>
      <w:r>
        <w:t>jaise misaal ke taur par aap ghor karen aur sochen ke dekhiye</w:t>
      </w:r>
    </w:p>
    <w:p>
      <w:pPr>
        <w:jc w:val="right"/>
      </w:pPr>
      <w:r>
        <w:t>جیسے مثال کے طور پر اپ غور کریں اور سوچیں کہ دیکھیے</w:t>
      </w:r>
    </w:p>
    <w:p>
      <w:r>
        <w:rPr>
          <w:b/>
        </w:rPr>
        <w:t xml:space="preserve">[35:16] </w:t>
      </w:r>
      <w:r>
        <w:t>das ha das ungli haath mein bhi hai dono haath mila kar ke aur das ungli paon mein</w:t>
      </w:r>
    </w:p>
    <w:p>
      <w:pPr>
        <w:jc w:val="right"/>
      </w:pPr>
      <w:r>
        <w:t>دس ہا دس انگلی ہاتھ میں بھی ہے دونوں ہاتھ ملا کر کے اور دس انگلی پاؤں میں</w:t>
      </w:r>
    </w:p>
    <w:p>
      <w:r>
        <w:rPr>
          <w:b/>
        </w:rPr>
        <w:t xml:space="preserve">[35:23] </w:t>
      </w:r>
      <w:r>
        <w:t>bhi hai haath ki ungli bari bari hoti hai paon ki ungli chhoti chhoti hoti hai</w:t>
      </w:r>
    </w:p>
    <w:p>
      <w:pPr>
        <w:jc w:val="right"/>
      </w:pPr>
      <w:r>
        <w:t>بھی ہے ہاتھ کی انگلی بڑی بڑی ہوتی ہے پاؤں کی انگلی چھوٹی چھوٹی ہوتی ہے</w:t>
      </w:r>
    </w:p>
    <w:p>
      <w:r>
        <w:rPr>
          <w:b/>
        </w:rPr>
        <w:t xml:space="preserve">[35:30] </w:t>
      </w:r>
      <w:r>
        <w:t>agar is ka ulta hota ke paon ki ungli badi badi hoti haath ki ungli chhoti chhoti hoti to zindagi kitni museebat hoti na paon theek se kaam karta na haath theek se kaam karta chhoti chhoti ungli haath ke liye museebat ab badi ungli paon ke liye museebat ab is mein sochein aap sochein aap sochein to aap ko kya hog</w:t>
      </w:r>
    </w:p>
    <w:p>
      <w:pPr>
        <w:jc w:val="right"/>
      </w:pPr>
      <w:r>
        <w:t>اگر اس کا الٹا ہوتا کہ پاؤں کی انگلی بڑی بڑی ہوتی ہاتھ کی انگلی چھوٹی چھوٹی ہوتی تو زندگی کتنی مصیبت ہوتی نہ پاؤں ٹھیک سے کام کرتا نہ ہاتھ ٹھیک سے کام کرتا چھوٹی چھوٹی انگلی ہاتھ کے لیے مصیبت اب بڑی انگلی پاؤں کے لیے مصیبت اب اس میں سوچیں اپ سوچیں اپ سوچیں تو اپ کو کیا ہوگ</w:t>
      </w:r>
    </w:p>
    <w:p>
      <w:r>
        <w:rPr>
          <w:b/>
        </w:rPr>
        <w:t xml:space="preserve">[35:58] </w:t>
      </w:r>
      <w:r>
        <w:t>aap aap daryaft karenge khalique jo hai khalique woh bohat hi zabardast is ke design kya hai</w:t>
      </w:r>
    </w:p>
    <w:p>
      <w:pPr>
        <w:jc w:val="right"/>
      </w:pPr>
      <w:r>
        <w:t>ا اپ دریافت کریں گے خالق جو ہے خالق وہ بہت ہی زبردست اس کے ڈیزائن کیا ہے</w:t>
      </w:r>
    </w:p>
    <w:p>
      <w:r>
        <w:rPr>
          <w:b/>
        </w:rPr>
        <w:t xml:space="preserve">[36:04] </w:t>
      </w:r>
      <w:r>
        <w:t>us ne sabrakam</w:t>
      </w:r>
    </w:p>
    <w:p>
      <w:pPr>
        <w:jc w:val="right"/>
      </w:pPr>
      <w:r>
        <w:t>اس نے سبرکم</w:t>
      </w:r>
    </w:p>
    <w:p>
      <w:r>
        <w:rPr>
          <w:b/>
        </w:rPr>
        <w:t xml:space="preserve">[36:08] </w:t>
      </w:r>
      <w:r>
        <w:t>jo kaha gaya hai woh is ko aap daryaft karenge ke behtareen design ke sath insaan ko</w:t>
      </w:r>
    </w:p>
    <w:p>
      <w:pPr>
        <w:jc w:val="right"/>
      </w:pPr>
      <w:r>
        <w:t>جو کہا گیا ہے وہ اس کو اپ دریافت کریں گے کہ بہترین ڈیزائن کے ساتھ انسان کو</w:t>
      </w:r>
    </w:p>
    <w:p>
      <w:r>
        <w:rPr>
          <w:b/>
        </w:rPr>
        <w:t xml:space="preserve">[36:13] </w:t>
      </w:r>
      <w:r>
        <w:t>banaya to ek hai sirf ginti ko janna ek hai ginti ke peeche haqeeqat ko janna</w:t>
      </w:r>
    </w:p>
    <w:p>
      <w:pPr>
        <w:jc w:val="right"/>
      </w:pPr>
      <w:r>
        <w:t>بنایا تو ایک ہے صرف گنتی کو جاننا ایک ہے گنتی کے پیچھے حقیقت کو جاننا</w:t>
      </w:r>
    </w:p>
    <w:p>
      <w:r>
        <w:rPr>
          <w:b/>
        </w:rPr>
        <w:t xml:space="preserve">[36:23] </w:t>
      </w:r>
      <w:r>
        <w:t>to tadabbur is liye kiya jata hai ke aap haqeeqat ko jannay</w:t>
      </w:r>
    </w:p>
    <w:p>
      <w:pPr>
        <w:jc w:val="right"/>
      </w:pPr>
      <w:r>
        <w:t>تو تدبر اس لیے کیا جاتا ہے کہ اپ حقیقت کو جانیں</w:t>
      </w:r>
    </w:p>
    <w:p>
      <w:r>
        <w:rPr>
          <w:b/>
        </w:rPr>
        <w:t xml:space="preserve">[36:29] </w:t>
      </w:r>
      <w:r>
        <w:t>haqeeqat ko jaanein</w:t>
      </w:r>
    </w:p>
    <w:p>
      <w:pPr>
        <w:jc w:val="right"/>
      </w:pPr>
      <w:r>
        <w:t>حقیقت کو جانیں</w:t>
      </w:r>
    </w:p>
    <w:p>
      <w:r>
        <w:rPr>
          <w:b/>
        </w:rPr>
        <w:t xml:space="preserve">[36:33] </w:t>
      </w:r>
      <w:r>
        <w:t>to ramzan ke mahine mein quran ke liye kaha gaya hai ke quran ki tilawat karo namazon mein zyada tar quran padho mukhtalif tareeqe se woh sab quran ko tadabburi karne ke liye hai woh sirf woh yaani dohrane ke liye nahi hai ab jo namaz mein quran padha jata hai taraveeh mein quran padha jata hai to yeh nahi ke sab dehra diya jaye</w:t>
      </w:r>
    </w:p>
    <w:p>
      <w:pPr>
        <w:jc w:val="right"/>
      </w:pPr>
      <w:r>
        <w:t>تو رمضان کے مہینے میں قرآن کے لیے کہا گیا ہے کہ قرآن کی تلاوت کرو نمازوں میں زیادہ تر قرآن پڑھو مختلف طریقے سے وہ سب قرآن کو تدبری کرنے کے لیے ہے وہ صرف وہ یعنی دہرانے کے لیے نہیں ہے اب جو نماز میں قرآن پڑھا جاتا ہے تراویح میں قرآن پڑھا جاتا ہے تو یہ نہیں کہ سب دہرا دیا جائے</w:t>
      </w:r>
    </w:p>
    <w:p>
      <w:r>
        <w:rPr>
          <w:b/>
        </w:rPr>
        <w:t xml:space="preserve">[37:00] </w:t>
      </w:r>
      <w:r>
        <w:t>kisi kisi tareeqe se khatm kar diya jaye nahi khatm karna nahi hai is mein tadabbur karna hai hazrat aisha se kisi ne kaha ke falan aadmi jo hai bohat tez tez quran padhta hai aur</w:t>
      </w:r>
    </w:p>
    <w:p>
      <w:pPr>
        <w:jc w:val="right"/>
      </w:pPr>
      <w:r>
        <w:t>کسی کسی طریقے سے ختم کر دیا جائے نہیں ختم کرنا نہیں ہے اس میں تدبر کرنا ہے حضرت عائشہ سے کسی نے کہا کہ فلاں ادمی جو ہے بہت تیز تیز قرآن پڑھتا ہے اور</w:t>
      </w:r>
    </w:p>
    <w:p>
      <w:r>
        <w:rPr>
          <w:b/>
        </w:rPr>
        <w:t xml:space="preserve">[37:19] </w:t>
      </w:r>
      <w:r>
        <w:t>zyada tar khatm kar deta hai to kuch log kuch logon ke bare mein kaha gaya to unhone kaha ke aulaye ka qaru ilm y</w:t>
      </w:r>
    </w:p>
    <w:p>
      <w:pPr>
        <w:jc w:val="right"/>
      </w:pPr>
      <w:r>
        <w:t>زیادہ تر ختم کر دیتا ہے تو کچھ لوگ کچھ لوگوں کے بارے میں کہا گیا تو انہوں نے کہا کہ اولائے کا قرو علم ی</w:t>
      </w:r>
    </w:p>
    <w:p>
      <w:r>
        <w:rPr>
          <w:b/>
        </w:rPr>
        <w:t xml:space="preserve">[37:28] </w:t>
      </w:r>
      <w:r>
        <w:t>qaru unhone padha magar nahi padha to is maani ke farfar padh kar khatm karna yeh hai ke na padhna</w:t>
      </w:r>
    </w:p>
    <w:p>
      <w:pPr>
        <w:jc w:val="right"/>
      </w:pPr>
      <w:r>
        <w:t>قرو انہوں نے پڑھا مگر نہیں پڑھا تو اس معنی کہ فرفر پڑھ کر ختم کرنا یہ ہے کہ نہ پڑھنا</w:t>
      </w:r>
    </w:p>
    <w:p>
      <w:r>
        <w:rPr>
          <w:b/>
        </w:rPr>
        <w:t xml:space="preserve">[37:39] </w:t>
      </w:r>
      <w:r>
        <w:t>aulaye ka qaru ولميقرو unhone padha magar nahi padha kyunke unhone tadabbur to kiya nahi ghor o fikar to kiya nahi contemplation to kiya nahi</w:t>
      </w:r>
    </w:p>
    <w:p>
      <w:pPr>
        <w:jc w:val="right"/>
      </w:pPr>
      <w:r>
        <w:t>اولائے کا قرو ولم یقرو انہوں نے پڑھا مگر نہیں پڑھا کیونکہ انہوں نے تدبر تو کیا نہیں غور و فکر تو کیا نہیں کنٹمپلیشن تو کیا نہیں</w:t>
      </w:r>
    </w:p>
    <w:p>
      <w:r>
        <w:rPr>
          <w:b/>
        </w:rPr>
        <w:t xml:space="preserve">[37:53] </w:t>
      </w:r>
      <w:r>
        <w:t>is liye se allah taala ne yeh jo ramzan ke mahine mein quran padhne ka hukum hua hai to yeh koi fazilat ki baat nahi hai ke padhiye aur sawab lijye yeh nahi ke ramzan mein padheinge zyada sawab milega is liye ramzan mein padho yeh sawab ki baat nahi hai yeh baat hai apne zehan ko yaani zehni intellectual development ki baat hai yeh</w:t>
      </w:r>
    </w:p>
    <w:p>
      <w:pPr>
        <w:jc w:val="right"/>
      </w:pPr>
      <w:r>
        <w:t>اس لیے سے اللہ تعالی نے یہ جو رمضان کے مہینے میں قرآن پڑھنے کا حکم ہوا ہے تو یہ کوئی فضیلت کی بات نہیں ہے کہ پڑھیے اور ثواب لیجئے یہ نہیں کہ رمضان میں پڑھیں گے زیادہ ثواب ملے گا اس لیے رمضان میں پڑھو یہ ثواب کی بات نہیں ہے یہ بات ہے اپنے ذہن کو یعنی ذہنی انٹلیکچول ڈیولپمنٹ کی بات ہے یہ</w:t>
      </w:r>
    </w:p>
    <w:p>
      <w:r>
        <w:rPr>
          <w:b/>
        </w:rPr>
        <w:t xml:space="preserve">[38:23] </w:t>
      </w:r>
      <w:r>
        <w:t>dekhein yeh bhi bohat badi fallacy hai ke log samajhte hain ke ramzan ka mahina bohat mubarak mahina hai is mahine mein aap quran padheinge to zyada sawab milega yeh bilkul khud sakhta baat hai</w:t>
      </w:r>
    </w:p>
    <w:p>
      <w:pPr>
        <w:jc w:val="right"/>
      </w:pPr>
      <w:r>
        <w:t>دیکھیں یہ بھی بہت بڑی فلیسی ہے کہ لوگ سمجھتے ہیں کہ رمضان کا مہینہ بہت مبارک مہینہ ہے اس مہینے میں اپ قرآن پڑھیں گے تو زیادہ ثواب ملے گا یہ بالکل خود ساختہ بات ہے</w:t>
      </w:r>
    </w:p>
    <w:p>
      <w:r>
        <w:rPr>
          <w:b/>
        </w:rPr>
        <w:t xml:space="preserve">[38:40] </w:t>
      </w:r>
      <w:r>
        <w:t>khud sakhta baat hai yaani ramzan ka mahina mubarak mahina hai is din padhoge to zyada sawab milega yeh khud se banai hui baat hai yeh ek rawaji baat hai yeh</w:t>
      </w:r>
    </w:p>
    <w:p>
      <w:pPr>
        <w:jc w:val="right"/>
      </w:pPr>
      <w:r>
        <w:t>خود ساختہ بات ہے یعنی رمضان کا مہینہ مبارک مہینہ ہے اس دن پڑھو گے تو زیادہ ثواب ملے گا یہ خود سے بنائی ہوئی بات ہے یہ ایک رواجی بات ہے یہ</w:t>
      </w:r>
    </w:p>
    <w:p>
      <w:r>
        <w:rPr>
          <w:b/>
        </w:rPr>
        <w:t xml:space="preserve">[38:52] </w:t>
      </w:r>
      <w:r>
        <w:t>asal baat jo hai woh yeh hai ke quran ke gehre maani jo hain us ki deeper meaning jo hai woh ghor o fikar se samajh mein aati hai tadabbur se samajh mein aati hai warna samajh hi mein nahi aati agar sochein nahi ghor na karein to samajh mein nahi aayegi</w:t>
      </w:r>
    </w:p>
    <w:p>
      <w:pPr>
        <w:jc w:val="right"/>
      </w:pPr>
      <w:r>
        <w:t>اصل بات جو ہے وہ یہ ہے کہ قرآن کے گہرے معنی جو ہیں اس کی ڈیپر میننگ جو ہے وہ غور و فکر سے سمجھ میں اتی ہے تدبر سے سمجھ میں اتی ہے ورنہ سمجھ ہی میں نہیں اتی اگر سوچیں نہیں غور نہ کریں تو سمجھ میں نہیں ائے گی</w:t>
      </w:r>
    </w:p>
    <w:p>
      <w:r>
        <w:rPr>
          <w:b/>
        </w:rPr>
        <w:t xml:space="preserve">[39:14] </w:t>
      </w:r>
      <w:r>
        <w:t>is wajah se concentrate karna ghor o fikar karna sochna yeh ramzan mein is ki taleem di gayi ke aisa karo</w:t>
      </w:r>
    </w:p>
    <w:p>
      <w:pPr>
        <w:jc w:val="right"/>
      </w:pPr>
      <w:r>
        <w:t>اس وجہ سے کنسنٹریٹ کرنا غور و فکر کرنا سوچنا یہ رمضان میں اس کی تعلیم دی گئی کہ ایسا کرو</w:t>
      </w:r>
    </w:p>
    <w:p>
      <w:r>
        <w:rPr>
          <w:b/>
        </w:rPr>
        <w:t xml:space="preserve">[39:25] </w:t>
      </w:r>
      <w:r>
        <w:t>to chunke ek historical taluq tha ramzan ka quran se ke quran jo hai woh utara gaya ramzan ke mahine mein ek historical taluq ki baat hai yeh</w:t>
      </w:r>
    </w:p>
    <w:p>
      <w:pPr>
        <w:jc w:val="right"/>
      </w:pPr>
      <w:r>
        <w:t>تو چونکہ ایک ہسٹاریکل تعلق تھا رمضان کا قرآن سے کہ قرآن جو ہے وہ اتارا گیا رمضان کے مہینے میں ایک ہسٹاریکل تعلق کی بات ہے یہ</w:t>
      </w:r>
    </w:p>
    <w:p>
      <w:r>
        <w:rPr>
          <w:b/>
        </w:rPr>
        <w:t xml:space="preserve">[39:39] </w:t>
      </w:r>
      <w:r>
        <w:t>is historical taluq ki bana par yeh kaha gaya ke is mahine mein khusoosiyat se quran ke upar tadabbur karo taake is maani ko samjho mislan dekhiye pehli ayat hai bismillah rahman rahim yeh sochna kya hai is ko misaal deta hoon main aap ko bismillah rahman rahim yeh pehli ayat hai aur yeh ayat quran mein 114 bar aai hai</w:t>
      </w:r>
    </w:p>
    <w:p>
      <w:pPr>
        <w:jc w:val="right"/>
      </w:pPr>
      <w:r>
        <w:t>اس ہسٹاریکل تعلق کی بنا پر یہ کہا گیا کہ اس مہینے میں خصوصیت سے قرآن کے اوپر تدبر کرو تاکہ اس معنی کو سمجھو مثلا دیکھیے پہلی ایت ہے بسم اللہ الرحمن الرحیم یہ سوچنا کیا ہے اس کو مثال دیتا ہوں میں اپ کو بسم اللہ الرحمن الرحیم یہ پہلی ایت ہے اور یہ ایت قرآن میں 114 بار ائی ہے</w:t>
      </w:r>
    </w:p>
    <w:p>
      <w:r>
        <w:rPr>
          <w:b/>
        </w:rPr>
        <w:t xml:space="preserve">[40:09] </w:t>
      </w:r>
      <w:r>
        <w:t>to is ke lafzi maani kya hain main shuru karta hoon allah ke naam se jo rahman rahim hai</w:t>
      </w:r>
    </w:p>
    <w:p>
      <w:pPr>
        <w:jc w:val="right"/>
      </w:pPr>
      <w:r>
        <w:t>تو اس کے لفظی معنی کیا ہیں میں شروع کرتا ہوں اللہ کے نام سے جو رحمن الرحیم ہے</w:t>
      </w:r>
    </w:p>
    <w:p>
      <w:r>
        <w:rPr>
          <w:b/>
        </w:rPr>
        <w:t xml:space="preserve">[40:18] </w:t>
      </w:r>
      <w:r>
        <w:t>in the name of god the most merciful the most compassionate lafzi tarjuma to yahi hai to log kya karte hain ke pani uthaya glass ka peene ke liye to bismillah rahman rahim padh diya</w:t>
      </w:r>
    </w:p>
    <w:p>
      <w:pPr>
        <w:jc w:val="right"/>
      </w:pPr>
      <w:r>
        <w:t>ان دا نیم اف گاڈ دا موسٹ مرسی فل دا موسٹ کمپیشنٹ لفظی ترجمہ تو یہی ہے تو لوگ کیا کرتے ہیں کہ پانی اٹھایا گلاس کا پینے کے لیے تو بسم اللہ الرحمن الرحیم پڑھ دیا</w:t>
      </w:r>
    </w:p>
    <w:p>
      <w:r>
        <w:rPr>
          <w:b/>
        </w:rPr>
        <w:t xml:space="preserve">[40:35] </w:t>
      </w:r>
      <w:r>
        <w:t>kapda pehanne ke liye uthaya kapda pehanne ke liye to bismillah rahman rahim ka kapda uthaya</w:t>
      </w:r>
    </w:p>
    <w:p>
      <w:pPr>
        <w:jc w:val="right"/>
      </w:pPr>
      <w:r>
        <w:t>کپڑا پہننے کے لیے اٹھایا کپڑا پہننے کے لیے تو بسم اللہ الرحمن الرحیم کا کپڑا اٹھایا</w:t>
      </w:r>
    </w:p>
    <w:p>
      <w:r>
        <w:rPr>
          <w:b/>
        </w:rPr>
        <w:t xml:space="preserve">[40:43] </w:t>
      </w:r>
      <w:r>
        <w:t>gaadi mein baithne ke liye qadam rakha to bismillah rahman rahim padh diya yeh matlab nahi hai</w:t>
      </w:r>
    </w:p>
    <w:p>
      <w:pPr>
        <w:jc w:val="right"/>
      </w:pPr>
      <w:r>
        <w:t>گاڑی میں بیٹھنے کے لیے قدم رکھا تو بسم اللہ الرحمن الرحیم پڑھ دیا یہ مطلب نہیں ہے</w:t>
      </w:r>
    </w:p>
    <w:p>
      <w:r>
        <w:rPr>
          <w:b/>
        </w:rPr>
        <w:t xml:space="preserve">[40:50] </w:t>
      </w:r>
      <w:r>
        <w:t>yeh matlab nahi hai</w:t>
      </w:r>
    </w:p>
    <w:p>
      <w:pPr>
        <w:jc w:val="right"/>
      </w:pPr>
      <w:r>
        <w:t>یہ مطلب نہیں ہے</w:t>
      </w:r>
    </w:p>
    <w:p>
      <w:r>
        <w:rPr>
          <w:b/>
        </w:rPr>
        <w:t xml:space="preserve">[40:55] </w:t>
      </w:r>
      <w:r>
        <w:t>bismillah rehman rehim par ghor kijiye to ek bohat bari baat samajh mein aaye gi</w:t>
      </w:r>
    </w:p>
    <w:p>
      <w:pPr>
        <w:jc w:val="right"/>
      </w:pPr>
      <w:r>
        <w:t>بسم اللہ الرحمن الرحیم پر غور کیجئے تو ایک بہت بڑی بات سمجھ میں ائے گی</w:t>
      </w:r>
    </w:p>
    <w:p>
      <w:r>
        <w:rPr>
          <w:b/>
        </w:rPr>
        <w:t xml:space="preserve">[41:03] </w:t>
      </w:r>
      <w:r>
        <w:t>woh kya hai ke</w:t>
      </w:r>
    </w:p>
    <w:p>
      <w:pPr>
        <w:jc w:val="right"/>
      </w:pPr>
      <w:r>
        <w:t>وہ کیا ہے کہ</w:t>
      </w:r>
    </w:p>
    <w:p>
      <w:r>
        <w:rPr>
          <w:b/>
        </w:rPr>
        <w:t xml:space="preserve">[41:09] </w:t>
      </w:r>
      <w:r>
        <w:t>jis dunya mein aap dakhil ho rahe hain jab koi naya kaam hadith mein aata hai ke jab bhi koi naya kaam karo to bismillah rehman rehim parh liya karo to jab bhi aap dunya mein koi naya kaam kar rahe hain koi naya iqdamm karne ja rahe hain koi naya safar karne ja rahe hain to jab aap ne kaha bismillah rehman rehim to is ka matlab kya hua</w:t>
      </w:r>
    </w:p>
    <w:p>
      <w:pPr>
        <w:jc w:val="right"/>
      </w:pPr>
      <w:r>
        <w:t>جس دنیا میں اپ داخل ہو رہے ہیں جب کوئی نیا کام حدیث میں اتا ہے کہ جب بھی کوئی نیا کام کرو تو بسم اللہ الرحمن الرحیم پڑھ لیا کرو تو جب بھی اپ دنیا میں کوئی نیا کام کر رہے ہیں کوئی نیا اقدام کرنے جا رہے ہیں کوئی نیا سفر کرنے جا رہے ہیں تو جب اپ نے کہا بسم اللہ الرحمن الرحیم تو اس کا مطلب کیا ہوا</w:t>
      </w:r>
    </w:p>
    <w:p>
      <w:r>
        <w:rPr>
          <w:b/>
        </w:rPr>
        <w:t xml:space="preserve">[41:34] </w:t>
      </w:r>
      <w:r>
        <w:t>aap ne apne zehn ko yaad dilaya activate kiya ke dunya jo hai aise khuda ki banai hui hai jo rehman rehim hai rehmat wala hai meharbani wala hai blessing wala hai</w:t>
      </w:r>
    </w:p>
    <w:p>
      <w:pPr>
        <w:jc w:val="right"/>
      </w:pPr>
      <w:r>
        <w:t>اپ نے اپنے ذہن کو یاد دلایا ایکٹیویٹ کیا کہ دنیا جو ہے ایسے خدا کی بنائی ہوئی ہے جو رحمن الرحیم ہے رحمت والا ہے مہربانی والا ہے بلیسنگ والا ہے</w:t>
      </w:r>
    </w:p>
    <w:p>
      <w:r>
        <w:rPr>
          <w:b/>
        </w:rPr>
        <w:t xml:space="preserve">[41:53] </w:t>
      </w:r>
      <w:r>
        <w:t>to is se kya hoga ek hope paida hoga</w:t>
      </w:r>
    </w:p>
    <w:p>
      <w:pPr>
        <w:jc w:val="right"/>
      </w:pPr>
      <w:r>
        <w:t>تو اس سے کیا ہوگا ایک ہوپ پیدا ہوگا</w:t>
      </w:r>
    </w:p>
    <w:p>
      <w:r>
        <w:rPr>
          <w:b/>
        </w:rPr>
        <w:t xml:space="preserve">[41:57] </w:t>
      </w:r>
      <w:r>
        <w:t>ke mein ek is dunya mein dakhil ho raha hoon jis ke mutalliq in advance mein samajh sakta hoon ke mujh se rehmat ka mamla karega Allah taala mawaqe khulenge mere liye</w:t>
      </w:r>
    </w:p>
    <w:p>
      <w:pPr>
        <w:jc w:val="right"/>
      </w:pPr>
      <w:r>
        <w:t>کہ میں ایک اس دنیا میں داخل ہو رہا ہوں جس کے متعلق ان ایڈوانس میں سمجھ سکتا ہوں کہ مجھ سے رحمت کا معاملہ کرے گا اللہ تعالی مواقع کھلیں گے میرے لیے</w:t>
      </w:r>
    </w:p>
    <w:p>
      <w:r>
        <w:rPr>
          <w:b/>
        </w:rPr>
        <w:t xml:space="preserve">[42:09] </w:t>
      </w:r>
      <w:r>
        <w:t>in advance peshgi tor par ke itni bari baat hai ke aap</w:t>
      </w:r>
    </w:p>
    <w:p>
      <w:pPr>
        <w:jc w:val="right"/>
      </w:pPr>
      <w:r>
        <w:t>ان ایڈوانس پیشگی طور پر کہ اتنی بڑی بات ہے کہ اپ</w:t>
      </w:r>
    </w:p>
    <w:p>
      <w:r>
        <w:rPr>
          <w:b/>
        </w:rPr>
        <w:t xml:space="preserve">[42:21] </w:t>
      </w:r>
      <w:r>
        <w:t>ko ek aisa formula Allah Quran ne de diya ke jab tum koi kaam karo to tum yaqeen ke sath kar sakte ho kaam ke tum kamyabi yaqini hai kamyabi yaqini</w:t>
      </w:r>
    </w:p>
    <w:p>
      <w:pPr>
        <w:jc w:val="right"/>
      </w:pPr>
      <w:r>
        <w:t>کو ایک ایسا فارمولا اللہ قرآن نے دے دیا کہ جب تم کوئی کام کرو تو تم یقین کے ساتھ کر سکتے ہو کام کہ تم کامیابی یقینی ہے کامیابی یقینی</w:t>
      </w:r>
    </w:p>
    <w:p>
      <w:r>
        <w:rPr>
          <w:b/>
        </w:rPr>
        <w:t xml:space="preserve">[42:34] </w:t>
      </w:r>
      <w:r>
        <w:t>hai kyun ek aisi dunya mein tum ne apna kaam shuru kiya hai jo jis mein rehmaton ka mamla kiya gaya hai insan ke sath</w:t>
      </w:r>
    </w:p>
    <w:p>
      <w:pPr>
        <w:jc w:val="right"/>
      </w:pPr>
      <w:r>
        <w:t>ہے کیوں ایک ایسی دنیا میں تم نے اپنا کام شروع کیا ہے جو جس میں رحمتوں کا معاملہ کیا گیا ہے انسان کے ساتھ</w:t>
      </w:r>
    </w:p>
    <w:p>
      <w:r>
        <w:rPr>
          <w:b/>
        </w:rPr>
        <w:t xml:space="preserve">[42:47] </w:t>
      </w:r>
      <w:r>
        <w:t>lekin dosri baat yeh bhi hai dosri taraf Quran mein yahi bataya gaya hai ke less insan illa ma aisa nahi ke aap bismillah rehman rehim kar ke aap chhalang laga dein</w:t>
      </w:r>
    </w:p>
    <w:p>
      <w:pPr>
        <w:jc w:val="right"/>
      </w:pPr>
      <w:r>
        <w:t>لیکن دوسری بات یہ بھی ہے دوسری طرف قرآن میں یہی بتایا گیا ہے کہ لیس الانسان الا ما ایسا نہیں کہ اپ بسم اللہ الرحمن الرحیم کر کے اپ چھلانگ لگا دیں</w:t>
      </w:r>
    </w:p>
    <w:p>
      <w:r>
        <w:rPr>
          <w:b/>
        </w:rPr>
        <w:t xml:space="preserve">[43:01] </w:t>
      </w:r>
      <w:r>
        <w:t>samandar mein to aap dubenge nahi yeh matlab nahi hai</w:t>
      </w:r>
    </w:p>
    <w:p>
      <w:pPr>
        <w:jc w:val="right"/>
      </w:pPr>
      <w:r>
        <w:t>سمندر میں تو اپ ڈوبیں گے نہیں یہ مطلب نہیں ہے</w:t>
      </w:r>
    </w:p>
    <w:p>
      <w:r>
        <w:rPr>
          <w:b/>
        </w:rPr>
        <w:t xml:space="preserve">[43:08] </w:t>
      </w:r>
      <w:r>
        <w:t>yani dekhiye is dunya mein mamlat jo hain is mein 50 fifty ka mamla hota hai yani 50 percent insan ka dakhal 50 percent Allah taala ka dakhal</w:t>
      </w:r>
    </w:p>
    <w:p>
      <w:pPr>
        <w:jc w:val="right"/>
      </w:pPr>
      <w:r>
        <w:t>یعنی دیکھیے اس دنیا میں معاملات جو ہیں اس میں 50 فٹی کا معاملہ ہوتا ہے یعنی 50 پرسنٹ انسان کا دخل 50 پرسنٹ اللہ تعالی کا دخل</w:t>
      </w:r>
    </w:p>
    <w:p>
      <w:r>
        <w:rPr>
          <w:b/>
        </w:rPr>
        <w:t xml:space="preserve">[43:21] </w:t>
      </w:r>
      <w:r>
        <w:t>to bismillah rehman rehim jo aap ko yeh batata hai ke tum ek rehman rehim ki dunya mein dakhil ho rahe ho to is se yaqeen aata hai aap ke andar lekin sath sath aap ko aql ko istemal karna hai aap agar nadani ki chhalang lagayein maslan gadi mein baithe hain aap bismillah rehman rehim keh kar ke us ke baad kya keh rahe hain ke</w:t>
      </w:r>
    </w:p>
    <w:p>
      <w:pPr>
        <w:jc w:val="right"/>
      </w:pPr>
      <w:r>
        <w:t>تو بسم اللہ الرحمن الرحیم جو اپ کو یہ بتاتا ہے کہ تم ایک رحمن الرحیم کی دنیا میں داخل ہو رہے ہو تو اس سے یقین اتا ہے اپ کے اندر لیکن ساتھ ساتھ اپ کو عقل کو استعمال کرنا ہے اپ اگر نادانی کی چھلانگ لگائیں مثلا گاڑی میں بیٹھے ہیں اپ بسم اللہ الرحمن الرحیم کہہ کر کے اس کے بعد کیا کہہ رہے ہیں کہ</w:t>
      </w:r>
    </w:p>
    <w:p>
      <w:r>
        <w:rPr>
          <w:b/>
        </w:rPr>
        <w:t xml:space="preserve">[43:45] </w:t>
      </w:r>
      <w:r>
        <w:t>idhar udhar daurayein maslan khwamkhwah overtake karein har waqt tez daurayein aap dead line ka khayal na karein to aap takkar ho jayegi aap accident ho jayega</w:t>
      </w:r>
    </w:p>
    <w:p>
      <w:pPr>
        <w:jc w:val="right"/>
      </w:pPr>
      <w:r>
        <w:t>ادھر ادھر دوڑائیں مثلا خوامخواہ اوورٹیک کریں ہر وقت تیز دوڑائیں اپ ڈیڈ لائن کا خیال نہ کریں تو اپ ٹکر ہو جائے گی اپ ایکسیڈنٹ ہو جائے گا</w:t>
      </w:r>
    </w:p>
    <w:p>
      <w:r>
        <w:rPr>
          <w:b/>
        </w:rPr>
        <w:t xml:space="preserve">[44:02] </w:t>
      </w:r>
      <w:r>
        <w:t>to bismillah rehman rehim kar ke aap gund yaqeen paida karte hain lekin sath sath yeh bhi zaroori hai you have to follow the law of nature</w:t>
      </w:r>
    </w:p>
    <w:p>
      <w:pPr>
        <w:jc w:val="right"/>
      </w:pPr>
      <w:r>
        <w:t>تو بسم اللہ الرحمن الرحیم کر کے اپ گند یقین پیدا کرتے ہیں لیکن ساتھ ساتھ یہ بھی ضروری ہے یو ہیو ٹو فالو دا لاء اف نیچر</w:t>
      </w:r>
    </w:p>
    <w:p>
      <w:r>
        <w:rPr>
          <w:b/>
        </w:rPr>
        <w:t xml:space="preserve">[44:15] </w:t>
      </w:r>
      <w:r>
        <w:t>yeh hadith mein aata hai ke ek shakhs ne poocha ke mein apne oont ko baal bandh kar Allah par bharosa karoon ke oont ko chhod kar Allah par bharosa karoon to aap ne farmaya ek alah fatwakkal oont ko bandho phir Allah par bharosa karo</w:t>
      </w:r>
    </w:p>
    <w:p>
      <w:pPr>
        <w:jc w:val="right"/>
      </w:pPr>
      <w:r>
        <w:t>یہ حدیث میں اتا ہے کہ ایک شخص نے پوچھا کہ میں اپنے اونٹ کو بال باندھ کر اللہ پر بھروسہ کروں کہ اونٹ کو چھوڑ کر اللہ پر بھروسہ کروں تو اپ نے فرمایا ایک الہ فتوکل اونٹ کو باندھو پھر اللہ پر بھروسہ کرو</w:t>
      </w:r>
    </w:p>
    <w:p>
      <w:r>
        <w:rPr>
          <w:b/>
        </w:rPr>
        <w:t xml:space="preserve">[44:38] </w:t>
      </w:r>
      <w:r>
        <w:t>to is hadith is ayat mein jo hum ko ghiza milti hai yaqeen ki uska matlab yeh nahi hai ke hum kuch bhi karein aur phir dunya mein hamein blessing ki</w:t>
      </w:r>
    </w:p>
    <w:p>
      <w:pPr>
        <w:jc w:val="right"/>
      </w:pPr>
      <w:r>
        <w:t>تو اس حدیث اس ایت میں جو ہم کو غذا ملتی ہے یقین کی اس کا مطلب یہ نہیں ہے کہ ہم کچھ بھی کریں اور پھر دنیا میں ہمیں بلیسنگ کی</w:t>
      </w:r>
    </w:p>
    <w:p>
      <w:r>
        <w:rPr>
          <w:b/>
        </w:rPr>
        <w:t xml:space="preserve">[44:55] </w:t>
      </w:r>
      <w:r>
        <w:t>blessing ke phal milte rahenge aisa nahi ho sakta hai</w:t>
      </w:r>
    </w:p>
    <w:p>
      <w:pPr>
        <w:jc w:val="right"/>
      </w:pPr>
      <w:r>
        <w:t>بلیسنگ کے پھل ملتے رہیں گے ایسا نہیں ہو سکتا ہے</w:t>
      </w:r>
    </w:p>
    <w:p>
      <w:r>
        <w:rPr>
          <w:b/>
        </w:rPr>
        <w:t xml:space="preserve">[45:02] </w:t>
      </w:r>
      <w:r>
        <w:t>apni aql ko hamein istemal karna padega aur hum ko wisdom ke sath chalna padega basirat ke sath chalna padega</w:t>
      </w:r>
    </w:p>
    <w:p>
      <w:pPr>
        <w:jc w:val="right"/>
      </w:pPr>
      <w:r>
        <w:t>اپنی عقل کو ہمیں استعمال کرنا پڑے گا اور ہم کو وزڈم کے ساتھ چلنا پڑے گا بصیرت کے ساتھ چلنا پڑے گا</w:t>
      </w:r>
    </w:p>
    <w:p>
      <w:r>
        <w:rPr>
          <w:b/>
        </w:rPr>
        <w:t xml:space="preserve">[45:13] </w:t>
      </w:r>
      <w:r>
        <w:t>maslan yeh ke aap ishtial se bachna hoga maslan yeh ke aap ko ego se bachna hoga maslan yeh ke aap aap yeh nahi kar sakte ke aap bas apni aql daurayein aur na kisi se mashwara karein na kisi se discussion karein</w:t>
      </w:r>
    </w:p>
    <w:p>
      <w:pPr>
        <w:jc w:val="right"/>
      </w:pPr>
      <w:r>
        <w:t>مثلا یہ کہ اپ اشتعال سے بچنا ہوگا مثلا یہ کہ اپ کو ایگو سے بچنا ہوگا مثلا یہ کہ اپ اپ یہ نہیں کر سکتے کہ اپ بس اپنی عقل دوڑائیں اور نہ کسی سے مشورہ کریں نہ کسی سے ڈسکشن کریں</w:t>
      </w:r>
    </w:p>
    <w:p>
      <w:r>
        <w:rPr>
          <w:b/>
        </w:rPr>
        <w:t xml:space="preserve">[45:32] </w:t>
      </w:r>
      <w:r>
        <w:t>na khal na jo halaat hain un ka koi aap jaiza lein</w:t>
      </w:r>
    </w:p>
    <w:p>
      <w:pPr>
        <w:jc w:val="right"/>
      </w:pPr>
      <w:r>
        <w:t>نہ خال نہ جو حالات ہیں ان کا کوئی اپ جائزہ لیں</w:t>
      </w:r>
    </w:p>
    <w:p>
      <w:r>
        <w:rPr>
          <w:b/>
        </w:rPr>
        <w:t xml:space="preserve">[45:40] </w:t>
      </w:r>
      <w:r>
        <w:t>to poora Quran is tarah se aap ko zindagi ka ek lesson deta hai</w:t>
      </w:r>
    </w:p>
    <w:p>
      <w:pPr>
        <w:jc w:val="right"/>
      </w:pPr>
      <w:r>
        <w:t>تو پورا قرآن اس طرح سے اپ کو زندگی کا ایک لیسن دیتا ہے</w:t>
      </w:r>
    </w:p>
    <w:p>
      <w:r>
        <w:rPr>
          <w:b/>
        </w:rPr>
        <w:t xml:space="preserve">[45:50] </w:t>
      </w:r>
      <w:r>
        <w:t>hudal alameen yani Quran utre hi isi liye hai ke aap ko guidance de guidance de</w:t>
      </w:r>
    </w:p>
    <w:p>
      <w:pPr>
        <w:jc w:val="right"/>
      </w:pPr>
      <w:r>
        <w:t>حذل العالمین یعنی قرآن اترے ہی اسی لیے ہے کہ اپ کو گائیڈنس دے گائیڈنس دے</w:t>
      </w:r>
    </w:p>
    <w:p>
      <w:r>
        <w:rPr>
          <w:b/>
        </w:rPr>
        <w:t xml:space="preserve">[46:00] </w:t>
      </w:r>
      <w:r>
        <w:t>to Allah taala ne jab pehla insan banaya us waqt se hidayat bhejna shuru kiya aap ne</w:t>
      </w:r>
    </w:p>
    <w:p>
      <w:pPr>
        <w:jc w:val="right"/>
      </w:pPr>
      <w:r>
        <w:t>تو اللہ تعالی نے جب پہلا انسان بنایا اس وقت سے ہدایت بھیجنا شروع کیا اپ نے</w:t>
      </w:r>
    </w:p>
    <w:p>
      <w:r>
        <w:rPr>
          <w:b/>
        </w:rPr>
        <w:t xml:space="preserve">[46:08] </w:t>
      </w:r>
      <w:r>
        <w:t>lekin pichli hidayaten jo aayi theen woh printing press se pehle ke zamane mein aayi</w:t>
      </w:r>
    </w:p>
    <w:p>
      <w:pPr>
        <w:jc w:val="right"/>
      </w:pPr>
      <w:r>
        <w:t>لیکن پچھلی ہدایتیں جو ائی تھیں وہ پرنٹنگ پریس سے پہلے کے زمانے میں ائیں</w:t>
      </w:r>
    </w:p>
    <w:p>
      <w:r>
        <w:rPr>
          <w:b/>
        </w:rPr>
        <w:t xml:space="preserve">[46:16] </w:t>
      </w:r>
      <w:r>
        <w:t>us zamane mein aayi jab ke kaghaz dunya mein kaghaz nahi tha printing press nahi tha</w:t>
      </w:r>
    </w:p>
    <w:p>
      <w:pPr>
        <w:jc w:val="right"/>
      </w:pPr>
      <w:r>
        <w:t>اس زمانے میں ائی جب کہ کاغذ دنیا میں کاغذ نہیں تھا پرنٹنگ پریس نہیں تھا</w:t>
      </w:r>
    </w:p>
    <w:p>
      <w:r>
        <w:rPr>
          <w:b/>
        </w:rPr>
        <w:t xml:space="preserve">[46:22] </w:t>
      </w:r>
      <w:r>
        <w:t>is wajah se un ko mehfooz nahi rakha saka pichle nabiyon ke sath aadmi bhi zyada ikattha nahi</w:t>
      </w:r>
    </w:p>
    <w:p>
      <w:pPr>
        <w:jc w:val="right"/>
      </w:pPr>
      <w:r>
        <w:t>اس وجہ سے ان کو محفوظ نہیں رکھا سکا پچھلے نبیوں کے ساتھ ادمی بھی زیادہ اکٹھا نہیں</w:t>
      </w:r>
    </w:p>
    <w:p>
      <w:r>
        <w:rPr>
          <w:b/>
        </w:rPr>
        <w:t xml:space="preserve">[46:29] </w:t>
      </w:r>
      <w:r>
        <w:t>hue</w:t>
      </w:r>
    </w:p>
    <w:p>
      <w:pPr>
        <w:jc w:val="right"/>
      </w:pPr>
      <w:r>
        <w:t>ہوئے</w:t>
      </w:r>
    </w:p>
    <w:p>
      <w:r>
        <w:rPr>
          <w:b/>
        </w:rPr>
        <w:t xml:space="preserve">[46:30] </w:t>
      </w:r>
      <w:r>
        <w:t>kam admi mile pichhle nabiyon ko to bahut jald logon ne is ka yani is ko is ne tabdili paida kar di aur zamane ke khayalat jo the us ko le kar ke jab is ka ek ek version taiyar kar liya jis ko main kehta hoon ke philosophized version of ab ab ab ab original religion</w:t>
      </w:r>
    </w:p>
    <w:p>
      <w:pPr>
        <w:jc w:val="right"/>
      </w:pPr>
      <w:r>
        <w:t>کم ادمی ملے پچھلے نبیوں کو تو بہت جلد لوگوں نے اس کا یعنی اس کو اس نے تبدیلی پیدا کر دی اور زمانے کے خیالات جو تھے اس کو لے کر کے جب اس کا ایک ایک ورژن تیار کر لیا جس کو میں کہتا ہوں کہ فلیسفائی ورژن اف اب اب اب اب اوریجنل ریلیجن</w:t>
      </w:r>
    </w:p>
    <w:p>
      <w:r>
        <w:rPr>
          <w:b/>
        </w:rPr>
        <w:t xml:space="preserve">[47:00] </w:t>
      </w:r>
      <w:r>
        <w:t>lekin aakhir mein Allah taala ki rehmat ka taqaza hua ke Khuda ki hidayat ko mehfooz kar diya jaye to yeh Quran ki khas baat yeh hai ke woh mehfooz kitab hai yeh batar fakhr ke nahi jaise maine arz kiya ke aj hi maine padha ke ek article mein</w:t>
      </w:r>
    </w:p>
    <w:p>
      <w:pPr>
        <w:jc w:val="right"/>
      </w:pPr>
      <w:r>
        <w:t>لیکن اخر میں اللہ تعالی کی رحمت کا تقاضا ہوا کہ خدا کی ہدایت کو محفوظ کر دیا جائے تو یہ قرآن کی خاص بات یہ ہے کہ وہ محفوظ کتاب ہے یہ بتر فخر کے نہیں جیسے میں نے عرض کیا کہ اج ہی میں نے پڑھا کہ ایک ارٹیکل میں</w:t>
      </w:r>
    </w:p>
    <w:p>
      <w:r>
        <w:rPr>
          <w:b/>
        </w:rPr>
        <w:t xml:space="preserve">[47:23] </w:t>
      </w:r>
      <w:r>
        <w:t>is mein yeh tha ke musalmanon ko fakhar hai ke quran ek mehfooz kitab hai</w:t>
      </w:r>
    </w:p>
    <w:p>
      <w:pPr>
        <w:jc w:val="right"/>
      </w:pPr>
      <w:r>
        <w:t>اس میں یہ تھا کہ مسلمانوں کو فخر ہے کہ قرآن ایک محفوظ کتاب ہے</w:t>
      </w:r>
    </w:p>
    <w:p>
      <w:r>
        <w:rPr>
          <w:b/>
        </w:rPr>
        <w:t xml:space="preserve">[47:28] </w:t>
      </w:r>
      <w:r>
        <w:t>yani ek sachi baat ko galat andaze kehna</w:t>
      </w:r>
    </w:p>
    <w:p>
      <w:pPr>
        <w:jc w:val="right"/>
      </w:pPr>
      <w:r>
        <w:t>یعنی ایک سچی بات کو غلط اندازے کہنا</w:t>
      </w:r>
    </w:p>
    <w:p>
      <w:r>
        <w:rPr>
          <w:b/>
        </w:rPr>
        <w:t xml:space="preserve">[47:33] </w:t>
      </w:r>
      <w:r>
        <w:t>ek sachi baat ko galat zuban mein kehna yeh to sachi baat hai quran mehfooz kitab hai lekin</w:t>
      </w:r>
    </w:p>
    <w:p>
      <w:pPr>
        <w:jc w:val="right"/>
      </w:pPr>
      <w:r>
        <w:t>ایک سچی بات کو غلط زبان میں کہنا یہ تو سچی بات ہے قرآن محفوظ کتاب ہے لیکن</w:t>
      </w:r>
    </w:p>
    <w:p>
      <w:r>
        <w:rPr>
          <w:b/>
        </w:rPr>
        <w:t xml:space="preserve">[47:39] </w:t>
      </w:r>
      <w:r>
        <w:t>yeh batil hai ke quran jo hai fakhr ki kitab hai hamare liye yeh sahi nahi hai</w:t>
      </w:r>
    </w:p>
    <w:p>
      <w:pPr>
        <w:jc w:val="right"/>
      </w:pPr>
      <w:r>
        <w:t>یہ باطل ہے کہ قرآن جو ہے فخر کی کتاب ہے ہمارے لیے یہ صحیح نہیں ہے</w:t>
      </w:r>
    </w:p>
    <w:p>
      <w:r>
        <w:rPr>
          <w:b/>
        </w:rPr>
        <w:t xml:space="preserve">[47:46] </w:t>
      </w:r>
      <w:r>
        <w:t>humein yeh kehna chahiye ke</w:t>
      </w:r>
    </w:p>
    <w:p>
      <w:pPr>
        <w:jc w:val="right"/>
      </w:pPr>
      <w:r>
        <w:t>ہمیں یہ کہنا چاہیے کہ</w:t>
      </w:r>
    </w:p>
    <w:p>
      <w:r>
        <w:rPr>
          <w:b/>
        </w:rPr>
        <w:t xml:space="preserve">[47:48] </w:t>
      </w:r>
      <w:r>
        <w:t>ke yeh yeh ek tareekhi waqea hai ek historical fact hai ke quran ek mehfooz kitab hai yeh</w:t>
      </w:r>
    </w:p>
    <w:p>
      <w:pPr>
        <w:jc w:val="right"/>
      </w:pPr>
      <w:r>
        <w:t>کہ یہ یہ ایک تاریخی واقعہ ہے ایک ہسٹاریکل فیکٹ ہے کہ قرآن ایک محفوظ کتاب ہے یہ</w:t>
      </w:r>
    </w:p>
    <w:p>
      <w:r>
        <w:rPr>
          <w:b/>
        </w:rPr>
        <w:t xml:space="preserve">[47:58] </w:t>
      </w:r>
      <w:r>
        <w:t>nahi ke hamare humein fakhr hai ke</w:t>
      </w:r>
    </w:p>
    <w:p>
      <w:pPr>
        <w:jc w:val="right"/>
      </w:pPr>
      <w:r>
        <w:t>نہیں کہ ہمارے ہمیں فخر ہے کہ</w:t>
      </w:r>
    </w:p>
    <w:p>
      <w:r>
        <w:rPr>
          <w:b/>
        </w:rPr>
        <w:t xml:space="preserve">[48:01] </w:t>
      </w:r>
      <w:r>
        <w:t>quran mehfooz kitab hai</w:t>
      </w:r>
    </w:p>
    <w:p>
      <w:pPr>
        <w:jc w:val="right"/>
      </w:pPr>
      <w:r>
        <w:t>قرآن محفوظ کتاب ہے</w:t>
      </w:r>
    </w:p>
    <w:p>
      <w:r>
        <w:rPr>
          <w:b/>
        </w:rPr>
        <w:t xml:space="preserve">[48:05] </w:t>
      </w:r>
      <w:r>
        <w:t>to mehfooz kis liye kiya gaya</w:t>
      </w:r>
    </w:p>
    <w:p>
      <w:pPr>
        <w:jc w:val="right"/>
      </w:pPr>
      <w:r>
        <w:t>تو محفوظ کس لیے کیا گیا</w:t>
      </w:r>
    </w:p>
    <w:p>
      <w:r>
        <w:rPr>
          <w:b/>
        </w:rPr>
        <w:t xml:space="preserve">[48:08] </w:t>
      </w:r>
      <w:r>
        <w:t>is liye nahi ke koi</w:t>
      </w:r>
    </w:p>
    <w:p>
      <w:pPr>
        <w:jc w:val="right"/>
      </w:pPr>
      <w:r>
        <w:t>اس لیے نہیں کہ کوئی</w:t>
      </w:r>
    </w:p>
    <w:p>
      <w:r>
        <w:rPr>
          <w:b/>
        </w:rPr>
        <w:t xml:space="preserve">[48:12] </w:t>
      </w:r>
      <w:r>
        <w:t>sirf taq par rakha rahe library mein rakha rahe chhap kar ke kapde mein lapet ke rakha rahe nahi is liye ke insan bar bar soche is par bar bar soche jaise main ek misal deta hoon sochne se kya farq padta hai</w:t>
      </w:r>
    </w:p>
    <w:p>
      <w:pPr>
        <w:jc w:val="right"/>
      </w:pPr>
      <w:r>
        <w:t>صرف طاق پر رکھا رہے لائبریری میں رکھا رہے چھپ کر کے کپڑے میں لپیٹ کے رکھا رہے نہیں اس لیے کہ انسان بار بار سوچے اس پر بار بار سوچے جیسے میں ایک مثال دیتا ہوں سوچنے سے کیا فرق پڑتا ہے</w:t>
      </w:r>
    </w:p>
    <w:p>
      <w:r>
        <w:rPr>
          <w:b/>
        </w:rPr>
        <w:t xml:space="preserve">[48:36] </w:t>
      </w:r>
      <w:r>
        <w:t>musalman aksar shikayat karte hain yeh zulm ho raha hai wasaish ho rahi hai yeh problem hamari create kiya gaya hai waghera waghera to jab aap Quran ko padhenge sochenge to Quran mein likha hua hai laqad khalaqnal insana fi kabad insaan ko aap ne paida kiya mushaqaton mein hardship mein ab is ko padh ke jab aap sochenge aap to aap kahenge hardship to part of nature hai</w:t>
      </w:r>
    </w:p>
    <w:p>
      <w:pPr>
        <w:jc w:val="right"/>
      </w:pPr>
      <w:r>
        <w:t>مسلمان اکثر شکایت کرتے ہیں یہ ظلم ہو رہا ہے وسائش ہو رہی ہے یہ پرابلم ہماری کریٹ کیا گیا ہے وغیرہ وغیرہ تو جب اپ قرآن کو پڑھیں گے سوچیں گے تو قرآن میں لکھا ہوا ہے لقد خلقنا الانسان فی کبد انسان کو اپ نے پیدا کیا مشقتوں میں ہارڈ شپ میں اب اس کو پڑھ کے جب اپ سوچیں گے اپ تو اپ کہیں گے ہارڈ شپ تو پارٹ اف نیچر ہے</w:t>
      </w:r>
    </w:p>
    <w:p>
      <w:r>
        <w:rPr>
          <w:b/>
        </w:rPr>
        <w:t xml:space="preserve">[49:05] </w:t>
      </w:r>
      <w:r>
        <w:t>is ke baad cheekhne chalane se kya faida</w:t>
      </w:r>
    </w:p>
    <w:p>
      <w:pPr>
        <w:jc w:val="right"/>
      </w:pPr>
      <w:r>
        <w:t>اس کے بعد چیخنے چلانے سے کیا فائدہ</w:t>
      </w:r>
    </w:p>
    <w:p>
      <w:r>
        <w:rPr>
          <w:b/>
        </w:rPr>
        <w:t xml:space="preserve">[49:11] </w:t>
      </w:r>
      <w:r>
        <w:t>cheekhne cheekhne chalane se kya faida zindagi mein lazman aisa hoga ke kabad paish aaye ga mushkilain paish aayengi problem paish aayenge hardship paish aayenge</w:t>
      </w:r>
    </w:p>
    <w:p>
      <w:pPr>
        <w:jc w:val="right"/>
      </w:pPr>
      <w:r>
        <w:t>چیخنے چیخنے چلانے سے کیا فائدہ زندگی میں لازما ایسا ہوگا کہ کبد پیش ائے گا مشکلیں پیش ائیں گی پرابلم پیش ائیں گے ہارڈ شپ پیش ائیں گے</w:t>
      </w:r>
    </w:p>
    <w:p>
      <w:r>
        <w:rPr>
          <w:b/>
        </w:rPr>
        <w:t xml:space="preserve">[49:27] </w:t>
      </w:r>
      <w:r>
        <w:t>to aap ko kya karna hai you have to know the art of hardship management</w:t>
      </w:r>
    </w:p>
    <w:p>
      <w:pPr>
        <w:jc w:val="right"/>
      </w:pPr>
      <w:r>
        <w:t>تو اپ کو کیا کرنا ہے یو ہیو ٹو نو دا ارٹ اف ہارڈ شپ مینجمنٹ</w:t>
      </w:r>
    </w:p>
    <w:p>
      <w:r>
        <w:rPr>
          <w:b/>
        </w:rPr>
        <w:t xml:space="preserve">[49:36] </w:t>
      </w:r>
      <w:r>
        <w:t>you have to know the art of problem management to yeh jo chekhna chalana hota hai jo protest karte hain musalman jo complain karte hain yeh sab bilkul be maani baatein hain maani baatein hain kyun Quran ko padhte nahi padhte hain sirf sawab ke liye</w:t>
      </w:r>
    </w:p>
    <w:p>
      <w:pPr>
        <w:jc w:val="right"/>
      </w:pPr>
      <w:r>
        <w:t>یو ہیو ٹو نو دا ارٹ اف پرابلم مینجمنٹ تو یہ جو چیخنا چلانا ہوتا ہے جو پروٹیسٹ کرتے ہیں مسلمان جو کمپلین کرتے ہیں یہ سب بالکل بے معنی باتیں ہیں مینی باتیں ہیں کیوں قرآن کو پڑھتے نہیں پڑھتے ہیں صرف ثواب کے لیے</w:t>
      </w:r>
    </w:p>
    <w:p>
      <w:r>
        <w:rPr>
          <w:b/>
        </w:rPr>
        <w:t xml:space="preserve">[49:57] </w:t>
      </w:r>
      <w:r>
        <w:t>sirf sawab ke liye halanke Quran hai is liye ke is par aap ghaur o fikr karein</w:t>
      </w:r>
    </w:p>
    <w:p>
      <w:pPr>
        <w:jc w:val="right"/>
      </w:pPr>
      <w:r>
        <w:t>صرف ثواب کے لیے حالانکہ قرآن ہے اس لیے کہ اس پر اپ غور و فکر کریں</w:t>
      </w:r>
    </w:p>
    <w:p>
      <w:r>
        <w:rPr>
          <w:b/>
        </w:rPr>
        <w:t xml:space="preserve">[50:07] </w:t>
      </w:r>
      <w:r>
        <w:t>aj kal riwaj hai ke bas kisi na kisi tarike se chand din mein Quran ko khatam padha lenge bas is se farigh ho gaye ab kuch nahi</w:t>
      </w:r>
    </w:p>
    <w:p>
      <w:pPr>
        <w:jc w:val="right"/>
      </w:pPr>
      <w:r>
        <w:t>اج کل رواج ہے کہ بس کسی نہ کسی طریقے سے چند دن میں قرآن کو ختم پڑھا لیں گے بس اس سے فارغ ہو گئے اب کچھ نہیں</w:t>
      </w:r>
    </w:p>
    <w:p>
      <w:r>
        <w:rPr>
          <w:b/>
        </w:rPr>
        <w:t xml:space="preserve">[50:19] </w:t>
      </w:r>
      <w:r>
        <w:t>yeh maqsad hi nahi hai kisi na kisi tarike se aap chand din mein Quran ko khatam kar lein tarawih mein aur phir mahine bhar aap farigh rahein</w:t>
      </w:r>
    </w:p>
    <w:p>
      <w:pPr>
        <w:jc w:val="right"/>
      </w:pPr>
      <w:r>
        <w:t>یہ مقصد ہی نہیں ہے کسی نہ کسی طریقے سے اپ چند دن میں قرآن کو ختم کر لیں تراویح میں اور پھر مہینے بھر اپ فارغ رہیں</w:t>
      </w:r>
    </w:p>
    <w:p>
      <w:r>
        <w:rPr>
          <w:b/>
        </w:rPr>
        <w:t xml:space="preserve">[50:30] </w:t>
      </w:r>
      <w:r>
        <w:t>nahi pure mahine mein sochna hai pure mahine mein tadabbur karna hai aur aakhir mein jo itikaf hota hai wo to yeh hai ke bilkul hi apne ko dedicate kar ke Quran ko par ghaur o fikr karein</w:t>
      </w:r>
    </w:p>
    <w:p>
      <w:pPr>
        <w:jc w:val="right"/>
      </w:pPr>
      <w:r>
        <w:t>نہیں پورے مہینے میں سوچنا ہے پورے مہینے میں تدبر کرنا ہے اور اخر میں جو اعتکاف ہوتا ہے وہ تو یہ ہے کہ بالکل ہی اپنے کو ڈیڈیکیٹ کر کے قرآن کو پر غور و فکر کریں</w:t>
      </w:r>
    </w:p>
    <w:p>
      <w:r>
        <w:rPr>
          <w:b/>
        </w:rPr>
        <w:t xml:space="preserve">[50:51] </w:t>
      </w:r>
      <w:r>
        <w:t>sirf padhna nahi jo log padhte hain wahi sirf padhte hain</w:t>
      </w:r>
    </w:p>
    <w:p>
      <w:pPr>
        <w:jc w:val="right"/>
      </w:pPr>
      <w:r>
        <w:t>صرف پڑھنا نہیں جو لوگ پڑھتے ہیں وہی صرف پڑھتے ہیں</w:t>
      </w:r>
    </w:p>
    <w:p>
      <w:r>
        <w:rPr>
          <w:b/>
        </w:rPr>
        <w:t xml:space="preserve">[50:58] </w:t>
      </w:r>
      <w:r>
        <w:t>kayi kayi log jo Quran ko bahut bagha rozana tilawat karte hain rozana tilawat karte hain pabandi ke sath un se main poochta hoon ke aap Quran bagha padhte hain rozana yeh bataein Quran ka khulasa kya hai kya central theme Quran ki kya hai kam az kam mere tajurbe mein to koi bata nahi saka</w:t>
      </w:r>
    </w:p>
    <w:p>
      <w:pPr>
        <w:jc w:val="right"/>
      </w:pPr>
      <w:r>
        <w:t>کئی کئی لوگ جو قرآن کو بہت باغا روزانہ تلاوت کرتے ہیں روزانہ تلاوت کرتے ہیں پابندی کے ساتھ ان سے میں پوچھتا ہوں کہ اپ قرآن باغا پڑھتے ہیں روزانہ یہ بتائیں قرآن کا خلاصہ کیا ہے کیا سینٹرل تھیم قرآن کی کیا ہے کم از کم میرے تجربے میں تو کوئی بتا نہیں سکا</w:t>
      </w:r>
    </w:p>
    <w:p>
      <w:r>
        <w:rPr>
          <w:b/>
        </w:rPr>
        <w:t xml:space="preserve">[51:24] </w:t>
      </w:r>
      <w:r>
        <w:t>aise log bahut mile mujhe jo unhone kaha ke main baqayda rozana Quran ki tilawat karta hoon main jab un se poochta hoon main ke bataein Quran ki central theme kya hai</w:t>
      </w:r>
    </w:p>
    <w:p>
      <w:pPr>
        <w:jc w:val="right"/>
      </w:pPr>
      <w:r>
        <w:t>ایسے لوگ بہت ملے مجھے جو انہوں نے کہا کہ میں باقاعدہ روزانہ قرآن کی تلاوت کرتا ہوں میں جب ان سے پوچھتا ہوں میں کہ بتائیں قرآن کی سینٹرل تھیم کیا ہے</w:t>
      </w:r>
    </w:p>
    <w:p>
      <w:r>
        <w:rPr>
          <w:b/>
        </w:rPr>
        <w:t xml:space="preserve">[51:38] </w:t>
      </w:r>
      <w:r>
        <w:t>to koi bata nahi pata</w:t>
      </w:r>
    </w:p>
    <w:p>
      <w:pPr>
        <w:jc w:val="right"/>
      </w:pPr>
      <w:r>
        <w:t>تو کوئی بتا نہیں پاتا</w:t>
      </w:r>
    </w:p>
    <w:p>
      <w:r>
        <w:rPr>
          <w:b/>
        </w:rPr>
        <w:t xml:space="preserve">[51:43] </w:t>
      </w:r>
      <w:r>
        <w:t>to khud main ne jo main bhi Quran bachpan se padhta raha hoon hamesha main yeh sochta raha ke Quran ki central theme kya hai</w:t>
      </w:r>
    </w:p>
    <w:p>
      <w:pPr>
        <w:jc w:val="right"/>
      </w:pPr>
      <w:r>
        <w:t>تو خود میں نے جو میں بھی قرآن بچپن سے پڑھتا رہا ہوں ہمیشہ میں یہ سوچتا رہا کہ قرآن کی سینٹرل تھیم کیا ہے</w:t>
      </w:r>
    </w:p>
    <w:p>
      <w:r>
        <w:rPr>
          <w:b/>
        </w:rPr>
        <w:t xml:space="preserve">[51:53] </w:t>
      </w:r>
      <w:r>
        <w:t>to sochte sochte sochte sochte jo mujh par khula wo yeh hai main dua karta tha dua karta dua karta tha ke Quran ki central theme hai creation plan of God se duniya ko baghabar karna</w:t>
      </w:r>
    </w:p>
    <w:p>
      <w:pPr>
        <w:jc w:val="right"/>
      </w:pPr>
      <w:r>
        <w:t>تو سوچتے سوچتے سوچتے سوچتے جو مجھ پر کھلا وہ یہ ہے میں دعا کرتا تھا دعا کرتا دعا کرتا تھا کہ قرآن کی سینٹرل تھیم ہے کریشن پلانٹ اف گاڈ سے دنیا کو باخبر کرنا</w:t>
      </w:r>
    </w:p>
    <w:p>
      <w:r>
        <w:rPr>
          <w:b/>
        </w:rPr>
        <w:t xml:space="preserve">[52:08] </w:t>
      </w:r>
      <w:r>
        <w:t>yeh central theme</w:t>
      </w:r>
    </w:p>
    <w:p>
      <w:pPr>
        <w:jc w:val="right"/>
      </w:pPr>
      <w:r>
        <w:t>یہ سینٹرل تھیم</w:t>
      </w:r>
    </w:p>
    <w:p>
      <w:r>
        <w:rPr>
          <w:b/>
        </w:rPr>
        <w:t xml:space="preserve">[52:12] </w:t>
      </w:r>
      <w:r>
        <w:t>yani jis khalq ne insaan ko banaya jis khalq ne yeh duniya banai to is jis khalq ne insaan ko duniya mein jis khalq ne insaan ko paida kar ke is duniya mein rakha to kis liye rakha kya maqsad hai is duniya mein hamein abad karne ka</w:t>
      </w:r>
    </w:p>
    <w:p>
      <w:pPr>
        <w:jc w:val="right"/>
      </w:pPr>
      <w:r>
        <w:t>یعنی جس خالق نے انسان کو بنایا جس خالق نے یہ دنیا بنائی تو اس جس خالق نے انسان کو دنیا میں جس خالق نے انسان کو پیدا کر کے اس دنیا میں رکھا تو کس لیے رکھا کیا مقصد ہے اس دنیا میں ہمیں اباد کرنے کا</w:t>
      </w:r>
    </w:p>
    <w:p>
      <w:r>
        <w:rPr>
          <w:b/>
        </w:rPr>
        <w:t xml:space="preserve">[52:34] </w:t>
      </w:r>
      <w:r>
        <w:t>yani Khuda ka takhleeqi mansooba to yeh main musalsal bahut dinon tak Quran padhte padhte padhte yeh main samajh paaya ke Quran ka maqsad hai insaan ko Allah taala ke takhleeqi mansoobe se baghabar karna</w:t>
      </w:r>
    </w:p>
    <w:p>
      <w:pPr>
        <w:jc w:val="right"/>
      </w:pPr>
      <w:r>
        <w:t>یعنی خدا کا تخلیقی منصوبہ تو یہ میں مسلسل بہت دنوں تک قرآن پڑھتے پڑھتے پڑھتے یہ میں سمجھ پایا کہ قرآن کا مقصد ہے انسان کو اللہ تعالی کے تخلیقی منصوبہ سے باخبر کرنا</w:t>
      </w:r>
    </w:p>
    <w:p>
      <w:r>
        <w:rPr>
          <w:b/>
        </w:rPr>
        <w:t xml:space="preserve">[53:00] </w:t>
      </w:r>
      <w:r>
        <w:t>yani creation plan of God kya hai</w:t>
      </w:r>
    </w:p>
    <w:p>
      <w:pPr>
        <w:jc w:val="right"/>
      </w:pPr>
      <w:r>
        <w:t>یعنی کریشن پلان اف گاڈ کیا ہے</w:t>
      </w:r>
    </w:p>
    <w:p>
      <w:r>
        <w:rPr>
          <w:b/>
        </w:rPr>
        <w:t xml:space="preserve">[53:02] </w:t>
      </w:r>
      <w:r>
        <w:t>is se baghabar karna</w:t>
      </w:r>
    </w:p>
    <w:p>
      <w:pPr>
        <w:jc w:val="right"/>
      </w:pPr>
      <w:r>
        <w:t>اس سے باخبر کرنا</w:t>
      </w:r>
    </w:p>
    <w:p>
      <w:r>
        <w:rPr>
          <w:b/>
        </w:rPr>
        <w:t xml:space="preserve">[53:13] </w:t>
      </w:r>
      <w:r>
        <w:t>yeh mujh par khula is ayat se ke khalaq al maut wal hayat yeh ayat jo hai surah al mulk mein hai bohat dinon tak mutala karte karte karte karte karte phir aik din aisa waqt jab mein surah parh raha tha yeh</w:t>
      </w:r>
    </w:p>
    <w:p>
      <w:pPr>
        <w:jc w:val="right"/>
      </w:pPr>
      <w:r>
        <w:t>یہ مجھ پر کھلا اس ایت سے کہ خلق الموت والحیات یہ ایت جو ہے سورہ الملک میں ہے بہت دنوں تک مطالعہ کرتے کرتے کرتے کرتے کرتے پھر ایک دن ایسا وقت جب میں سورہ پڑھ رہا تھا یہ</w:t>
      </w:r>
    </w:p>
    <w:p>
      <w:r>
        <w:rPr>
          <w:b/>
        </w:rPr>
        <w:t xml:space="preserve">[53:32] </w:t>
      </w:r>
      <w:r>
        <w:t>to yeh ayat jab samne aai khalaq al maut wal hayat li yubluakum ayyukum ahsan amala yeh surah al mulk ke shuru hi mein hai to is se mujhe aik daryaft ho gai daryaft ke quran jo hai is ka maqsad kya hai Allah ka jo takhliqi mansooba hai is se insan ko ba khabar karna</w:t>
      </w:r>
    </w:p>
    <w:p>
      <w:pPr>
        <w:jc w:val="right"/>
      </w:pPr>
      <w:r>
        <w:t>تو یہ ایت جب سامنے ائی خلق الموت والحیات لیولکم ایکم احسن عملہ یہ سورہ الملک کے شروع ہی میں ہے تو اس سے مجھے ایک دریافت ہو گئی دریافت کہ قرآن جو ہے اس کا مقصد کیا ہے اللہ کا جو تخلیقی منصوبہ ہے اس سے انسان کو باخبر کرنا</w:t>
      </w:r>
    </w:p>
    <w:p>
      <w:r>
        <w:rPr>
          <w:b/>
        </w:rPr>
        <w:t xml:space="preserve">[54:01] </w:t>
      </w:r>
      <w:r>
        <w:t>taake insan is dunya mein sahih dhang se jeeye taake insan is dunya mein</w:t>
      </w:r>
    </w:p>
    <w:p>
      <w:pPr>
        <w:jc w:val="right"/>
      </w:pPr>
      <w:r>
        <w:t>تاکہ انسان اس دنیا میں صحیح ڈنگ سے جیے تاکہ انسان اس دنیا میں</w:t>
      </w:r>
    </w:p>
    <w:p>
      <w:r>
        <w:rPr>
          <w:b/>
        </w:rPr>
        <w:t xml:space="preserve">[54:12] </w:t>
      </w:r>
      <w:r>
        <w:t>har us tareeqe ko chore jo is ke liye tabah kun hai aur sahih sirat e mustaqeem ko follow karte hue zindagi guzare</w:t>
      </w:r>
    </w:p>
    <w:p>
      <w:pPr>
        <w:jc w:val="right"/>
      </w:pPr>
      <w:r>
        <w:t>ہر اس طریقے کو چھوڑے جو اس کے لیے تباکن ہے اور صحیح صراط مستقیم کو فالو کرتے ہوئے زندگی گزارے</w:t>
      </w:r>
    </w:p>
    <w:p>
      <w:r>
        <w:rPr>
          <w:b/>
        </w:rPr>
        <w:t xml:space="preserve">[54:21] </w:t>
      </w:r>
      <w:r>
        <w:t>yahan tak ke marne ke baad jab Allah ke samne pahunche to Allah is ko qabool kare ke tum ne meri meri hidayat ko follow kiya ab to main tum ko yahan par reward doon ga</w:t>
      </w:r>
    </w:p>
    <w:p>
      <w:pPr>
        <w:jc w:val="right"/>
      </w:pPr>
      <w:r>
        <w:t>یہاں تک کہ مرنے کے بعد جب اللہ کے سامنے پہنچے تو اللہ اس کو قبول کرے کہ تم نے میری میری ہدایت کو فالو کیا اب تو میں تم کو یہاں پر ریوارڈ دوں گا</w:t>
      </w:r>
    </w:p>
    <w:p>
      <w:r>
        <w:rPr>
          <w:b/>
        </w:rPr>
        <w:t xml:space="preserve">[54:42] </w:t>
      </w:r>
      <w:r>
        <w:t>lekin yeh baat mujhe khud discover karni pari</w:t>
      </w:r>
    </w:p>
    <w:p>
      <w:pPr>
        <w:jc w:val="right"/>
      </w:pPr>
      <w:r>
        <w:t>لیکن یہ بات مجھے خود ڈسکور کرنی پڑی</w:t>
      </w:r>
    </w:p>
    <w:p>
      <w:r>
        <w:rPr>
          <w:b/>
        </w:rPr>
        <w:t xml:space="preserve">[54:46] </w:t>
      </w:r>
      <w:r>
        <w:t>kitne sare log jo quran ko bohat pabandi se parhte hain woh mujhe bata nahi sake kyunke woh bas sawab ke liye parhte hain sawab ke liye parhte hain bas khud ramzan mein aap dekhen kisi ko ja kar ke quran ki tilawat karta hoga masjidon mein aur poochen is se ke tum quran kyun parhte ho to wohi kahe ga ke ramzan mein quran ki tilawat ka sawab bohat zyada hai</w:t>
      </w:r>
    </w:p>
    <w:p>
      <w:pPr>
        <w:jc w:val="right"/>
      </w:pPr>
      <w:r>
        <w:t>کتنے سارے لوگ جو قرآن کو بہت پابندی سے پڑھتے ہیں وہ مجھے بتا نہیں سکے کیونکہ وہ بس ثواب کے لیے پڑھتے ہیں ثواب کے لیے پڑھتے ہیں بس خود رمضان میں اپ دیکھیں کسی کو جا کر کے قرآن کی تلاوت کرتا ہوگا مسجدوں میں اور پوچھیں اس سے کہ تم قرآن کیوں پڑھتے ہو تو وہی کہے گا کہ رمضان میں قرآن کی تلاوت کا ثواب بہت زیادہ ہے</w:t>
      </w:r>
    </w:p>
    <w:p>
      <w:r>
        <w:rPr>
          <w:b/>
        </w:rPr>
        <w:t xml:space="preserve">[55:16] </w:t>
      </w:r>
      <w:r>
        <w:t>to jo log quran ko parhen sawab ke liye to aap ghor kijiye ke un se un ke gehre mani tak kaise pahunchenge woh</w:t>
      </w:r>
    </w:p>
    <w:p>
      <w:pPr>
        <w:jc w:val="right"/>
      </w:pPr>
      <w:r>
        <w:t>تو جو لوگ قرآن کو پڑھیں ثواب کے لیے تو اپ غور کیجئے کہ ان سے ان کے گہرے معنی تک کیسے پہنچیں گے وہ</w:t>
      </w:r>
    </w:p>
    <w:p>
      <w:r>
        <w:rPr>
          <w:b/>
        </w:rPr>
        <w:t xml:space="preserve">[55:25] </w:t>
      </w:r>
      <w:r>
        <w:t>jo deeper meaning hai deeper meaning to aap ko milegi ghor karne se sochne se</w:t>
      </w:r>
    </w:p>
    <w:p>
      <w:pPr>
        <w:jc w:val="right"/>
      </w:pPr>
      <w:r>
        <w:t>جو ڈیپر میننگ ہے ڈیپر میننگ تو اپ کو ملے گی غور کرنے سے سوچنے سے</w:t>
      </w:r>
    </w:p>
    <w:p>
      <w:r>
        <w:rPr>
          <w:b/>
        </w:rPr>
        <w:t xml:space="preserve">[55:35] </w:t>
      </w:r>
      <w:r>
        <w:t>bohat sochna parta hai tab koi gehri mani tab koi gehri baat samajh mein aati hai</w:t>
      </w:r>
    </w:p>
    <w:p>
      <w:pPr>
        <w:jc w:val="right"/>
      </w:pPr>
      <w:r>
        <w:t>بہت سوچنا پڑتا ہے تب کوئی گہری معنی تب کوئی گہری بات سمجھ میں اتی ہے</w:t>
      </w:r>
    </w:p>
    <w:p>
      <w:r>
        <w:rPr>
          <w:b/>
        </w:rPr>
        <w:t xml:space="preserve">[55:45] </w:t>
      </w:r>
      <w:r>
        <w:t>aj subah mere pas aik telephone aaya mumbai se mehboob bhai wahan par hain aik mehboob bhai ka to wahan par aik senior aadmi the filmi line ke aadmi the woh to un se telephone par unhon ne</w:t>
      </w:r>
    </w:p>
    <w:p>
      <w:pPr>
        <w:jc w:val="right"/>
      </w:pPr>
      <w:r>
        <w:t>اج صبح میرے پاس ایک ٹیلی فون ایا ممبئی سے محبوب بھائی وہاں پر ہیں ایک محبوب بھائی کا تو وہاں پر ایک سینئر ادمی تھے فلمی لائن کے ادمی تھے وہ تو ان سے ٹیلی فون پر انہوں نے</w:t>
      </w:r>
    </w:p>
    <w:p>
      <w:r>
        <w:rPr>
          <w:b/>
        </w:rPr>
        <w:t xml:space="preserve">[56:09] </w:t>
      </w:r>
      <w:r>
        <w:t>baat ki aur kaha ke main aap se milna chahta hoon</w:t>
      </w:r>
    </w:p>
    <w:p>
      <w:pPr>
        <w:jc w:val="right"/>
      </w:pPr>
      <w:r>
        <w:t>بات کی اور کہا کہ میں اپ سے ملنا چاہتا ہوں</w:t>
      </w:r>
    </w:p>
    <w:p>
      <w:r>
        <w:rPr>
          <w:b/>
        </w:rPr>
        <w:t xml:space="preserve">[56:16] </w:t>
      </w:r>
      <w:r>
        <w:t>kafi mehnat kar ke un ko woh mila appointment mila aj ka aj ki baat hai yeh bilkul to aj jo hai</w:t>
      </w:r>
    </w:p>
    <w:p>
      <w:pPr>
        <w:jc w:val="right"/>
      </w:pPr>
      <w:r>
        <w:t>کافی محنت کر کے ان کو وہ ملا اپوائنٹمنٹ ملا اج کا اج کی بات ہے یہ بالکل تو اج جو ہے</w:t>
      </w:r>
    </w:p>
    <w:p>
      <w:r>
        <w:rPr>
          <w:b/>
        </w:rPr>
        <w:t xml:space="preserve">[56:29] </w:t>
      </w:r>
      <w:r>
        <w:t>subah ka appointment diya unhon ne ke aap itwar ki subah ko aaiye aj hai 14 august to woh quran un ko dena chahte the</w:t>
      </w:r>
    </w:p>
    <w:p>
      <w:pPr>
        <w:jc w:val="right"/>
      </w:pPr>
      <w:r>
        <w:t>صبح کا اپوائنٹمنٹ دیا انہوں نے کہ اپ اتوار کی صبح کو ائیے اج ہے 14 اگست تو وہ قرآن ان کو دینا چاہتے تھے</w:t>
      </w:r>
    </w:p>
    <w:p>
      <w:r>
        <w:rPr>
          <w:b/>
        </w:rPr>
        <w:t xml:space="preserve">[56:45] </w:t>
      </w:r>
      <w:r>
        <w:t>hamare haan jo quran chapa hai is ko woh logon tak pahuncha rahe hain to un ko quran dene ke liye woh appointment liya unhon ne to aj subah jab woh pahunche to achaanak dekha ke wahan bah hoojoom hai pocha to maloom hua ke un ka to intiqal ho gaya</w:t>
      </w:r>
    </w:p>
    <w:p>
      <w:pPr>
        <w:jc w:val="right"/>
      </w:pPr>
      <w:r>
        <w:t>ہمارے ہاں جو قرآن چھپا ہے اس کو وہ لوگوں تک پہنچا رہے ہیں تو ان کو قرآن دینے کے لیے وہ اپوائنٹمنٹ لیا انہوں نے تو اج صبح جب وہ پہنچے تو اچانک دیکھا کہ وہاں باہ ہجوم ہے پوچھا تو معلوم ہوا کہ ان کا تو انتقال ہو گیا</w:t>
      </w:r>
    </w:p>
    <w:p>
      <w:r>
        <w:rPr>
          <w:b/>
        </w:rPr>
        <w:t xml:space="preserve">[57:10] </w:t>
      </w:r>
      <w:r>
        <w:t>yani aj hi subah ko intiqal ho gaya</w:t>
      </w:r>
    </w:p>
    <w:p>
      <w:pPr>
        <w:jc w:val="right"/>
      </w:pPr>
      <w:r>
        <w:t>یعنی اج ہی صبح کو انتقال ہو گیا</w:t>
      </w:r>
    </w:p>
    <w:p>
      <w:r>
        <w:rPr>
          <w:b/>
        </w:rPr>
        <w:t xml:space="preserve">[57:15] </w:t>
      </w:r>
      <w:r>
        <w:t>heart attack hua to un ke bete bahar aaye un ke bete ne kaha ke woh abhi do ghante pehle un ka dehayant ho chuka hai to aaiye andar aaiye aap un ka darshan kar lijie</w:t>
      </w:r>
    </w:p>
    <w:p>
      <w:pPr>
        <w:jc w:val="right"/>
      </w:pPr>
      <w:r>
        <w:t>ہارٹ اٹیک ہوا تو ان کے بیٹے باہر ائے ان کے بیٹے نے کہا کہ وہ ابھی دو گھنٹے پہلے ان کا دیہانت ہو چکا ہے تو ائیے اندر ائیے اپ ان کا درشن کر لیجئے</w:t>
      </w:r>
    </w:p>
    <w:p>
      <w:r>
        <w:rPr>
          <w:b/>
        </w:rPr>
        <w:t xml:space="preserve">[57:31] </w:t>
      </w:r>
      <w:r>
        <w:t>un ki body litai hui thi andar yeh mumbai ke aik bare aadmi ka qissa hai yeh filmi dunya ke mashhoor woh aadmi hain the woh</w:t>
      </w:r>
    </w:p>
    <w:p>
      <w:pPr>
        <w:jc w:val="right"/>
      </w:pPr>
      <w:r>
        <w:t>ان کی باڈی لٹائی ہوئی تھی اندر یہ ممبئی کے ایک بڑے ادمی کا قصہ ہے یہ فلمی دنیا کے مشہور وہ ادمی ہیں تھے وہ</w:t>
      </w:r>
    </w:p>
    <w:p>
      <w:r>
        <w:rPr>
          <w:b/>
        </w:rPr>
        <w:t xml:space="preserve">[57:45] </w:t>
      </w:r>
      <w:r>
        <w:t>to andar woh gaye un ka body litaya hua tha to wahan bohat hi ajeeb ehsas ke sath un ko dekhte rahe ke yeh woh insan hai jis se main milna chaha milne ke liye aaya tha aur Khuda ki kitab dene ke liye aaya tha</w:t>
      </w:r>
    </w:p>
    <w:p>
      <w:pPr>
        <w:jc w:val="right"/>
      </w:pPr>
      <w:r>
        <w:t>تو اندر وہ گئے ان کا باڈی لٹایا ہوا تھا تو وہاں بہت ہی عجیب احساس کے ساتھ ان کو دیکھتے رہے کہ یہ وہ انسان ہے جس سے میں ملنا چاہا ملنے کے لیے ایا تھا اور خدا کی کتاب دینے کے لیے ایا تھا</w:t>
      </w:r>
    </w:p>
    <w:p>
      <w:r>
        <w:rPr>
          <w:b/>
        </w:rPr>
        <w:t xml:space="preserve">[58:02] </w:t>
      </w:r>
      <w:r>
        <w:t>sirf do ghante pehle un ka intiqal ho gaya to un ki biwi ne pocha ke aap kis liye aaye the kya maqsad tha aap ka to unhon ne bataya ke main yeh quran dene ke liye aaya tha nikala unhon ne to biwi ne kaha theek hai mujhe de dijiye main parhoon ga main parhoon gi woh to dunya se chale gaye</w:t>
      </w:r>
    </w:p>
    <w:p>
      <w:pPr>
        <w:jc w:val="right"/>
      </w:pPr>
      <w:r>
        <w:t>صرف دو گھنٹے پہلے ان کا انتقال ہو گیا تو ان کی بیوی نے پوچھا کہ اپ کس لیے ائے تھے کیا مقصد تھا اپ کا تو انہوں نے بتایا کہ میں یہ قرآن دینے کے لیے ایا تھا نکالا انہوں نے تو بیوی نے کہا ٹھیک ہے مجھے دے دیجئے میں پڑھوں گا میں پڑھوں گی وہ تو دنیا سے چلے گئے</w:t>
      </w:r>
    </w:p>
    <w:p>
      <w:r>
        <w:rPr>
          <w:b/>
        </w:rPr>
        <w:t xml:space="preserve">[58:30] </w:t>
      </w:r>
      <w:r>
        <w:t>to yeh aj subah ka waqea jo mujhe telephone par bataya gaya to hum log jo hain apne liye aur doosron ke liye sochna chahiye ke kab waqt aa jaye</w:t>
      </w:r>
    </w:p>
    <w:p>
      <w:pPr>
        <w:jc w:val="right"/>
      </w:pPr>
      <w:r>
        <w:t>تو یہ اج صبح کا واقعہ جو مجھے ٹیلی فون پر بتایا گیا تو ہم لوگ جو ہیں اپنے لیے اور دوسروں کے لیے سوچنا چاہیے کہ کب وقت ا جائے</w:t>
      </w:r>
    </w:p>
    <w:p>
      <w:r>
        <w:rPr>
          <w:b/>
        </w:rPr>
        <w:t xml:space="preserve">[58:43] </w:t>
      </w:r>
      <w:r>
        <w:t>kab waqt aa jaye</w:t>
      </w:r>
    </w:p>
    <w:p>
      <w:pPr>
        <w:jc w:val="right"/>
      </w:pPr>
      <w:r>
        <w:t>کب وقت ا جائے</w:t>
      </w:r>
    </w:p>
    <w:p>
      <w:r>
        <w:rPr>
          <w:b/>
        </w:rPr>
        <w:t xml:space="preserve">[58:48] </w:t>
      </w:r>
      <w:r>
        <w:t>khud hamare parhne ke liye jo waqt hai woh bhi na rahe doosron tak quran jo pahunchana hai woh bhi na rahe waqt apne parhne ke waqt khatam ho jayega maut aa jayegi to doosron ko dene ka waqt bhi khatam ho jayegi ab maut aa jayegi to</w:t>
      </w:r>
    </w:p>
    <w:p>
      <w:pPr>
        <w:jc w:val="right"/>
      </w:pPr>
      <w:r>
        <w:t>خود ہمارے پڑھنے کے لیے جو وقت ہے وہ بھی نہ رہے دوسروں تک قرآن جو پہنچانا ہے وہ بھی نہ رہے وقت اپنے پڑھنے کے وقت ختم ہو جائے گا موت ا جائے گی تو دوسروں کو دینے کا وقت بھی ختم ہو جائے گی اب موت ا جائے گی تو</w:t>
      </w:r>
    </w:p>
    <w:p>
      <w:r>
        <w:rPr>
          <w:b/>
        </w:rPr>
        <w:t xml:space="preserve">[59:05] </w:t>
      </w:r>
      <w:r>
        <w:t>to yeh subah ko mujhe telephone mila to main ne socha ke waqt bohat kam hai waqt bohat kam hai waqt bohat kam hai</w:t>
      </w:r>
    </w:p>
    <w:p>
      <w:pPr>
        <w:jc w:val="right"/>
      </w:pPr>
      <w:r>
        <w:t>تو یہ صبح کو مجھے ٹیلی فون ملا تو میں نے سوچا کہ وقت بہت کم ہے وقت بہت کم ہے وقت بہت کم ہے</w:t>
      </w:r>
    </w:p>
    <w:p>
      <w:r>
        <w:rPr>
          <w:b/>
        </w:rPr>
        <w:t xml:space="preserve">[59:15] </w:t>
      </w:r>
      <w:r>
        <w:t>pehli fursat mein hamein quran ko parh dalna hai aur yeh fursat mein hamein quran ko logon tak pahuncha dena hai</w:t>
      </w:r>
    </w:p>
    <w:p>
      <w:pPr>
        <w:jc w:val="right"/>
      </w:pPr>
      <w:r>
        <w:t>پہلی فرصت میں ہمیں قرآن کو پڑھ ڈالنا ہے اور یہ فرصت میں ہمیں قرآن کو لوگوں تک پہنچا دینا ہے</w:t>
      </w:r>
    </w:p>
    <w:p>
      <w:r>
        <w:rPr>
          <w:b/>
        </w:rPr>
        <w:t xml:space="preserve">[59:25] </w:t>
      </w:r>
      <w:r>
        <w:t>yeh hamara yani aaj ka sabaq</w:t>
      </w:r>
    </w:p>
    <w:p>
      <w:pPr>
        <w:jc w:val="right"/>
      </w:pPr>
      <w:r>
        <w:t>یہ ہمارا یعنی اج کا سبق</w:t>
      </w:r>
    </w:p>
    <w:p>
      <w:r>
        <w:rPr>
          <w:b/>
        </w:rPr>
        <w:t xml:space="preserve">[59:35] </w:t>
      </w:r>
      <w:r>
        <w:t>jab unhon ne bataya ke main pohancha to sirf do ghante pehle un ka inteqal ho chuka tha</w:t>
      </w:r>
    </w:p>
    <w:p>
      <w:pPr>
        <w:jc w:val="right"/>
      </w:pPr>
      <w:r>
        <w:t>جب انہوں نے بتایا کہ میں پہنچا تو صرف دو گھنٹے پہلے ان کا انتقال ہو چکا تھا</w:t>
      </w:r>
    </w:p>
    <w:p>
      <w:r>
        <w:rPr>
          <w:b/>
        </w:rPr>
        <w:t xml:space="preserve">[59:43] </w:t>
      </w:r>
      <w:r>
        <w:t>wo top ke aadmi the mumbai ke to main dua karta hoon ke Allah taala mujh ko aur aap ko tofeeq de ke hum</w:t>
      </w:r>
    </w:p>
    <w:p>
      <w:pPr>
        <w:jc w:val="right"/>
      </w:pPr>
      <w:r>
        <w:t>وہ ٹاپ کے ادمی تھے ممبئی کے تو میں دعا کرتا ہوں کہ اللہ تعالی مجھ کو اور اپ کو توفیق دے کہ ہم</w:t>
      </w:r>
    </w:p>
    <w:p>
      <w:r>
        <w:rPr>
          <w:b/>
        </w:rPr>
        <w:t xml:space="preserve">[59:55] </w:t>
      </w:r>
      <w:r>
        <w:t>maut se pehle Allah ke kitab ko samajh lein taake Allah ke samne hamein surkhrooi hasil ho aqool qaulhaza wastaghfirullah li walakum ajmaeen.</w:t>
      </w:r>
    </w:p>
    <w:p>
      <w:pPr>
        <w:jc w:val="right"/>
      </w:pPr>
      <w:r>
        <w:t>موت سے پہلے اللہ کے کتاب کو سمجھ لیں تاکہ اللہ کے سامنے ہمیں سرخروئی حاصل ہو اقول قولھذا واستغفراللہ لی ولکم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