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Moses Part 1, August 1, 2022</w:t>
      </w:r>
    </w:p>
    <w:p>
      <w:r>
        <w:t>https://youtu.be/JsRmjNQQHLY</w:t>
      </w:r>
    </w:p>
    <w:p>
      <w:r>
        <w:rPr>
          <w:b/>
        </w:rPr>
        <w:t xml:space="preserve">[00:10] </w:t>
      </w:r>
      <w:r>
        <w:t>Assalam walekum. Pichhle program mein humne doctor Saniya Sneen Khan sahab ke saath Sur Yusuf ki charcha kari thi. Aap sabhi logon ne Prophet Yusuf ki series ko bahut pasand kiya. Aaj hum nayi series shuru karne ja rahe hain, jo Prophet Musa ki zindagi ko lekar hai.</w:t>
      </w:r>
    </w:p>
    <w:p>
      <w:pPr>
        <w:jc w:val="right"/>
      </w:pPr>
      <w:r>
        <w:t>अस्सलाम वालेकुम। पिछले प्रोग्राम में हमने डॉक्टर सानिया स्नेन खान साहब के साथ सुर यूसुफ की चर्चा करी थी। आप सभी लोगों ने प्रॉफिट यूसुफ की सीरीज को बहुत पसंद किया। आज हम नई सीरीज शुरू करने जा रहे हैं, जो प्रॉफिट मूसा की जिंदगी को लेकर है।</w:t>
      </w:r>
    </w:p>
    <w:p>
      <w:r>
        <w:rPr>
          <w:b/>
        </w:rPr>
        <w:t xml:space="preserve">[00:30] </w:t>
      </w:r>
      <w:r>
        <w:t>Jaisa ke hum jante hain ke Quran mein Prophet Musa ka zikr 100 se zyada bar kiya gaya hai, aur hamein kai bade sabak unki zindagi se milte hain. To chaliye guftagu karte hain aaj Prophet Musa ki zindagi ko lekar doctor sahab ke saath. Assalam walekum doctor sahab, kaise hain aap?</w:t>
      </w:r>
    </w:p>
    <w:p>
      <w:pPr>
        <w:jc w:val="right"/>
      </w:pPr>
      <w:r>
        <w:t>जैसा कि हम जानते हैं कि कुरान में प्रॉफिट मूसा का जिक्र 100 से ज्यादा बार किया गया है, और हमें कई बड़े सबक उनकी जिंदगी से मिलते हैं। तो चलिए बातचीत करते हैं आज प्रॉफिट मूसा की जिंदगी को लेकर डॉक्टर साहब के साथ। अस्सलाम वालेकुम डॉक्टर साहब, कैसे हैं आप?</w:t>
      </w:r>
    </w:p>
    <w:p>
      <w:r>
        <w:rPr>
          <w:b/>
        </w:rPr>
        <w:t xml:space="preserve">[00:49] </w:t>
      </w:r>
      <w:r>
        <w:t>Walekum assalam. Sab theek hai. Aap sunayein kaise hain? Alhamdulillah. Doctor sahab, pichhla Prophet Yusuf ka jo aapne chaar parts ka series kiya tha,</w:t>
      </w:r>
    </w:p>
    <w:p>
      <w:pPr>
        <w:jc w:val="right"/>
      </w:pPr>
      <w:r>
        <w:t>वालेकुम अस्सलाम। सबठीक है। आप सुनाएं कैसे हैं? अल्हम्दुलिल्लाह। डॉक्टर साहब, पिछला प्रॉफिट यूसुफ का जो आपने चार पार्ट्स का सीरीज किया था,</w:t>
      </w:r>
    </w:p>
    <w:p>
      <w:r>
        <w:rPr>
          <w:b/>
        </w:rPr>
        <w:t xml:space="preserve">[00:58] </w:t>
      </w:r>
      <w:r>
        <w:t>wo logon ne bahut pasand kiya. Aur humne aapke un chaar parts se yeh bhi jaana ke kis tarah Prophet Yusuf ki jo zindagi hai, wo ek poori moral values par based hai. Bilkul. Aaj hum ek nayi series shuru karne ja rahe hain Prophet Musa ki zindagi ko lekar. To sabse pehle to hum yahi janna chahenge ke unki zindagi ka main theme kya tha, iske bare mein aap hum sabko batayein.</w:t>
      </w:r>
    </w:p>
    <w:p>
      <w:pPr>
        <w:jc w:val="right"/>
      </w:pPr>
      <w:r>
        <w:t>वो लोगों ने बहुत पसंद किया। और हमने आपके उन चार पार्ट्स से यह भी जाना कि किस तरह प्रॉफिट यूसुफ की जो जिंदगी है, वो एक पूरी मोरल वैल्यूज पर बेस्ड है। बिल्कुल। आज हम एक नई सीरीज शुरू करने जा रहे हैं प्रॉफिट मूसा की जिंदगी को लेकर। तो सबसे पहले तो हम यही जानना चाहेंगे कि उनकी जिंदगी का मेन थीम क्या था, इसके बारे में आप हम सबको बताएं।</w:t>
      </w:r>
    </w:p>
    <w:p>
      <w:r>
        <w:rPr>
          <w:b/>
        </w:rPr>
        <w:t xml:space="preserve">[01:25] </w:t>
      </w:r>
      <w:r>
        <w:t>bismillah rehman rehim.</w:t>
      </w:r>
    </w:p>
    <w:p>
      <w:pPr>
        <w:jc w:val="right"/>
      </w:pPr>
      <w:r>
        <w:t>बिस्मिल्लाह रहमान रहीम।</w:t>
      </w:r>
    </w:p>
    <w:p>
      <w:r>
        <w:rPr>
          <w:b/>
        </w:rPr>
        <w:t xml:space="preserve">[01:27] </w:t>
      </w:r>
      <w:r>
        <w:t>rabbi sahli sadri wa yasar amri l uqat m lisani yaf qali.</w:t>
      </w:r>
    </w:p>
    <w:p>
      <w:pPr>
        <w:jc w:val="right"/>
      </w:pPr>
      <w:r>
        <w:t>रब्बी शहली सदरी वयसर अमरी ल उकत म लिसानी यफ कली।</w:t>
      </w:r>
    </w:p>
    <w:p>
      <w:r>
        <w:rPr>
          <w:b/>
        </w:rPr>
        <w:t xml:space="preserve">[01:34] </w:t>
      </w:r>
      <w:r>
        <w:t>jaisa aap ne kaha ke yusuf al salam ki jo story thi, uska main theme moral values tha.</w:t>
      </w:r>
    </w:p>
    <w:p>
      <w:pPr>
        <w:jc w:val="right"/>
      </w:pPr>
      <w:r>
        <w:t>जैसा आपने कहा कि यूसुफ अल सलाम की जो स्टोरी थी, उसका मेन थीम मोरल वैल्यूज था।</w:t>
      </w:r>
    </w:p>
    <w:p>
      <w:r>
        <w:rPr>
          <w:b/>
        </w:rPr>
        <w:t xml:space="preserve">[01:42] </w:t>
      </w:r>
      <w:r>
        <w:t>bilkul sahi baat hai yeh.</w:t>
      </w:r>
    </w:p>
    <w:p>
      <w:pPr>
        <w:jc w:val="right"/>
      </w:pPr>
      <w:r>
        <w:t>बिल्कुल सही बात है यह।</w:t>
      </w:r>
    </w:p>
    <w:p>
      <w:r>
        <w:rPr>
          <w:b/>
        </w:rPr>
        <w:t xml:space="preserve">[01:44] </w:t>
      </w:r>
      <w:r>
        <w:t>isi tarike se hum agar dekhein musa al salam ki story, to humein lagega ke yeh maroof aur</w:t>
      </w:r>
    </w:p>
    <w:p>
      <w:pPr>
        <w:jc w:val="right"/>
      </w:pPr>
      <w:r>
        <w:t>इसी तरीके से हम अगर देखें मूसा अल सलाम की स्टोरी, तो हमें लगेगा कि यह मारफ और</w:t>
      </w:r>
    </w:p>
    <w:p>
      <w:r>
        <w:rPr>
          <w:b/>
        </w:rPr>
        <w:t xml:space="preserve">[01:53] </w:t>
      </w:r>
      <w:r>
        <w:t>dawat main theme hai.</w:t>
      </w:r>
    </w:p>
    <w:p>
      <w:pPr>
        <w:jc w:val="right"/>
      </w:pPr>
      <w:r>
        <w:t>दावत मेन थीम है।</w:t>
      </w:r>
    </w:p>
    <w:p>
      <w:r>
        <w:rPr>
          <w:b/>
        </w:rPr>
        <w:t xml:space="preserve">[01:55] </w:t>
      </w:r>
      <w:r>
        <w:t>Kyunke agar aap ek nazar dalein Musa Alaihis salam ki story par, to Madan ka safar hua bahut hi hangami halaat mein, aur raste mein bahut hi mushkil safar raha. To bahut hi tarah tarah ke tajrubaat,</w:t>
      </w:r>
    </w:p>
    <w:p>
      <w:pPr>
        <w:jc w:val="right"/>
      </w:pPr>
      <w:r>
        <w:t>क्योंकि अगर आप एक नजर डालें मूसा अल सलाम की स्टोरी पर, तो मदन का सफर हुआ बहुत ही हंगामी हालात में, और रास्ते में बहुत ही मुश्किल सफर रहा। तो बहुत ही तरह-तरह के तजुर्बात,</w:t>
      </w:r>
    </w:p>
    <w:p>
      <w:r>
        <w:rPr>
          <w:b/>
        </w:rPr>
        <w:t xml:space="preserve">[02:12] </w:t>
      </w:r>
      <w:r>
        <w:t>spiritual experience hue honge. Phir wahan pahunch ke ek buzurg se mulaqat hui. Shoaib Alaihis salam, kuch log paighambar kehte hain, kuch log kehte hain wo buzurg the.</w:t>
      </w:r>
    </w:p>
    <w:p>
      <w:pPr>
        <w:jc w:val="right"/>
      </w:pPr>
      <w:r>
        <w:t>स्पिरिचुअल एक्सपीरियंस हुए होंगे। फिर वहां पहुंच के एक बुजुर्ग से मुलाकात हुई। शोब अल सलाम, कुछ लोग पैगंबर कहते हैं, कुछ लोग कहते हैं वो बुजुर्ग थे।</w:t>
      </w:r>
    </w:p>
    <w:p>
      <w:r>
        <w:rPr>
          <w:b/>
        </w:rPr>
        <w:t xml:space="preserve">[02:25] </w:t>
      </w:r>
      <w:r>
        <w:t>To unke saath kuch waqt guzara hoga aur spiritual exchange kiya hoga, aur unki tarbiyat hui hogi. Phir aise aur bhi jo baatein hain, wapas jab aaye Misr ke, to raste mein Mount Sinai par Allah taala se direct guftagu hui. Wo bahut bada experience hoga.</w:t>
      </w:r>
    </w:p>
    <w:p>
      <w:pPr>
        <w:jc w:val="right"/>
      </w:pPr>
      <w:r>
        <w:t>तो उनके साथ कुछ वक्त गुजारा होगा और स्पिरिचुअल एक्सचेंज किया होगा, और उनकी तबीयत हुई होगी। फिर ऐसे और भी जो बातें हैं, वापस जब आए मिस्र के, तो रास्ते में माउंट साइनाई पर अल्लाह ताला से डायरेक्ट बातचीत हुई। वह बहुत बड़ा एक्सपीरियंस होगा।</w:t>
      </w:r>
    </w:p>
    <w:p>
      <w:r>
        <w:rPr>
          <w:b/>
        </w:rPr>
        <w:t xml:space="preserve">[02:49] </w:t>
      </w:r>
      <w:r>
        <w:t>Aise hi Allah taala ne 40 raaton ke liye bulaya Mount Sinai par taake tarbiyat ki jaye. To yeh yeh sari baatein batati hain ke jo main theme hai y Musa Alaihis salam ki story ka, wo spirituality hai, marifat hai aur dawat hai.</w:t>
      </w:r>
    </w:p>
    <w:p>
      <w:pPr>
        <w:jc w:val="right"/>
      </w:pPr>
      <w:r>
        <w:t>ऐसे ही अल्लाह ताला ने 40 रातों के लिए बुलाया माउंट साइनाई पर ताकि तबीयत की जाए। तो यह यह सारी बातें बताती हैं कि जो मेन थीम है य मूसा अल सलाम की स्टोरी का, वह स्पिरिचुअलिटी है, मारफ है और दावत है।</w:t>
      </w:r>
    </w:p>
    <w:p>
      <w:r>
        <w:rPr>
          <w:b/>
        </w:rPr>
        <w:t xml:space="preserve">[03:10] </w:t>
      </w:r>
      <w:r>
        <w:t>Ji, doctor sahab, ek kai log kehte ke ek hadith bhi hai jo unki superiority ko bayan karti hai. To kya yeh sahi hai hadith, aur iske bare mein hum chahenge ke aap isko wazeh karein.</w:t>
      </w:r>
    </w:p>
    <w:p>
      <w:pPr>
        <w:jc w:val="right"/>
      </w:pPr>
      <w:r>
        <w:t>जी, डॉक्टर साहब, एक कई लोग कहते कि एक हदीस भी है जो उनकी सुपीरियोरिटी को बयान करती है। तो क्या यह सही है हदीस, और इसके बारे में हम चाहेंगे कि आप इसको वाज करें।</w:t>
      </w:r>
    </w:p>
    <w:p>
      <w:r>
        <w:rPr>
          <w:b/>
        </w:rPr>
        <w:t xml:space="preserve">[03:28] </w:t>
      </w:r>
      <w:r>
        <w:t>Darasal saare paighambar to barabar hain, yaksa hain.</w:t>
      </w:r>
    </w:p>
    <w:p>
      <w:pPr>
        <w:jc w:val="right"/>
      </w:pPr>
      <w:r>
        <w:t>दरअसल सारे पैगंबर तो बराबर हैं, यक्सा हैं।</w:t>
      </w:r>
    </w:p>
    <w:p>
      <w:r>
        <w:rPr>
          <w:b/>
        </w:rPr>
        <w:t xml:space="preserve">[03:34] </w:t>
      </w:r>
      <w:r>
        <w:t>Quran mein aata hai la nufarriqu baina ahadim min rusulihi ke hum kisi paighambar</w:t>
      </w:r>
    </w:p>
    <w:p>
      <w:pPr>
        <w:jc w:val="right"/>
      </w:pPr>
      <w:r>
        <w:t>कुरान में आता है ला नुफर बना अहद मसली कि हम किसी पैगंबर</w:t>
      </w:r>
    </w:p>
    <w:p>
      <w:r>
        <w:rPr>
          <w:b/>
        </w:rPr>
        <w:t xml:space="preserve">[03:42] </w:t>
      </w:r>
      <w:r>
        <w:t>ko ke upar fazilat nahi karte, kisi aur ki. Sab barabar hain, koi farq nahi karte. To is lihaz se saare paighambar Allah ki nazar mein barabar hain. Lekin ab Musa Alaihis salam ke saath kuch aisi baatein hui jo aur paighambaron ke saath nahi hui.</w:t>
      </w:r>
    </w:p>
    <w:p>
      <w:pPr>
        <w:jc w:val="right"/>
      </w:pPr>
      <w:r>
        <w:t>को के ऊपर फजीलत नहीं करते, किसी और की। सब बराबर हैं, कोई फर्क नहीं करते। तो इस लिहाज से सारे पैगंबर अल्लाह की नजर में बराबर हैं। लेकिन अब मूसा अल सलाम के साथ कुछ ऐसी बातें हुई जो और पैगंबरों के साथ नहीं हुई।</w:t>
      </w:r>
    </w:p>
    <w:p>
      <w:r>
        <w:rPr>
          <w:b/>
        </w:rPr>
        <w:t xml:space="preserve">[04:02] </w:t>
      </w:r>
      <w:r>
        <w:t>Misal ke taur par Allah taala se direct guftagu hui, aur kai aur bhi cheezein aisi hui. Aur bahut hi badi story hai yeh. Jaise aapne kaha ke 130 se bhi zyada bar Musa Alaihis salam ka naam hi aaya hai wahan, aur phaila hua hai poore Quran mein. Ek qissa,</w:t>
      </w:r>
    </w:p>
    <w:p>
      <w:pPr>
        <w:jc w:val="right"/>
      </w:pPr>
      <w:r>
        <w:t>मिसाल के तौर पर अल्लाह ताला से डायरेक्ट बातचीत हुई, और कई और भी चीजें ऐसी हुई। और बहुत ही बड़ी स्टोरी है यह। जैसे आपने कहा कि 130 से भी ज्यादा बार मूसा अल सलाम का नाम ही आया है वहां, और फैला हुआ है पूरे कुरान में। एक किस्सा,</w:t>
      </w:r>
    </w:p>
    <w:p>
      <w:r>
        <w:rPr>
          <w:b/>
        </w:rPr>
        <w:t xml:space="preserve">[04:21] </w:t>
      </w:r>
      <w:r>
        <w:t>ek hadith jiska aap hawala de rahe hain,</w:t>
      </w:r>
    </w:p>
    <w:p>
      <w:pPr>
        <w:jc w:val="right"/>
      </w:pPr>
      <w:r>
        <w:t>एक हदीस जिसका आप हवाला दे रहे हैं,</w:t>
      </w:r>
    </w:p>
    <w:p>
      <w:r>
        <w:rPr>
          <w:b/>
        </w:rPr>
        <w:t xml:space="preserve">[04:25] </w:t>
      </w:r>
      <w:r>
        <w:t>wo aise hai ke jab Rasoolullah Sallallahu Alaihi Wasallam, Prophet Muhammad Sallallahu Alaihi Wasallam, jab Madina mein the, to wahan Jews bhi the. To ek musalman, yani ek sahabi, aur ek Jew se, ek Jew se kuch behas ho gayi.</w:t>
      </w:r>
    </w:p>
    <w:p>
      <w:pPr>
        <w:jc w:val="right"/>
      </w:pPr>
      <w:r>
        <w:t>वह ऐसे है कि जब रसूलल्लाह सल्लल्लाहु अलैहि वसल्लम, प्रॉफिट मोहम्मद सल्लल्लाहु अलैहि वसल्लम, जब मदीना में थे, तो वहां जूस भी थे। तो एक मुसलमान, यानी एक सहाबी, और एक जूस से, एक जू से कुछ बहस हो गई।</w:t>
      </w:r>
    </w:p>
    <w:p>
      <w:r>
        <w:rPr>
          <w:b/>
        </w:rPr>
        <w:t xml:space="preserve">[04:46] </w:t>
      </w:r>
      <w:r>
        <w:t>To musalman ne kaha ke sabse afzal poori insaniyat mein Prophet Muhammad Sallallahu Alaihi Wasallam hain. To Jew ne kaha ke sabse afzal saare insano mein Musa Alaihis salam hain. To is par ladai si ho gayi, aur jo musalman tha, he slapped him. Ji, to wo jo Jew tha, wo aaya Rasoolullah ke paas aur poora waqia</w:t>
      </w:r>
    </w:p>
    <w:p>
      <w:pPr>
        <w:jc w:val="right"/>
      </w:pPr>
      <w:r>
        <w:t>तो मुसलमान ने कहा कि सबसे अफजल पूरी इंसानियत में प्रॉफिट मोहम्मद सल्लल्लाहु अलैहि वसल्लम हैं। तो जीव ने कहा कि सबसे अफजल सारे इंसानों में मूसा अल सलाम हैं। तो इस पर लड़ाई सी हो गई, और जो मुसलमान था, ही स्लैप्ड हिम। जी, तो वह जो जीव था, वह आया रसूलल्लाह के पास और पूरा वाकया</w:t>
      </w:r>
    </w:p>
    <w:p>
      <w:r>
        <w:rPr>
          <w:b/>
        </w:rPr>
        <w:t xml:space="preserve">[05:16] </w:t>
      </w:r>
      <w:r>
        <w:t>bataya. To Rasool Sallallahu Alaihi Wasallam ne us musalman ko bhi bulaya aur poori baat suni, aur kaha ke dekho, Musa ke upar mujhe superiority mat thahrao, superior mat banao. Ji,</w:t>
      </w:r>
    </w:p>
    <w:p>
      <w:pPr>
        <w:jc w:val="right"/>
      </w:pPr>
      <w:r>
        <w:t>बताया। तो रसूल सल्लल्लाहु अलैहि वसल्लम ने उस मुसलमान को भी बुलाया और पूरी बात सुनी, और कहा कि देखो, मूसा के ऊपर मुझे सुपीरियोरिटी मत ठहराओ, सुपीरियर मत बनाओ। जी,</w:t>
      </w:r>
    </w:p>
    <w:p>
      <w:r>
        <w:rPr>
          <w:b/>
        </w:rPr>
        <w:t xml:space="preserve">[05:34] </w:t>
      </w:r>
      <w:r>
        <w:t>afzal mat batao. Aur kaha ke jab qayamat aayegi, to sur phoonka jaye</w:t>
      </w:r>
    </w:p>
    <w:p>
      <w:pPr>
        <w:jc w:val="right"/>
      </w:pPr>
      <w:r>
        <w:t>अफजल मत बताओ। और कहा कि जब कयामत आएगी, तो सूर फूंका जाए</w:t>
      </w:r>
    </w:p>
    <w:p>
      <w:r>
        <w:rPr>
          <w:b/>
        </w:rPr>
        <w:t xml:space="preserve">[05:43] </w:t>
      </w:r>
      <w:r>
        <w:t>ga, saare insan behosh ho jayenge, aur main sabse pehle hosh mein aaunga. Prophet ne kaha, ji, aur main arsh ki taraf badhunga,</w:t>
      </w:r>
    </w:p>
    <w:p>
      <w:pPr>
        <w:jc w:val="right"/>
      </w:pPr>
      <w:r>
        <w:t>गा, सारे इंसान बेहोश हो जाएंगे, और मैं सबसे पहले होश में आऊंगा। प्रॉफिट ने कहा, जी, और मैं अर्श की तरफ बढ़ूंगा,</w:t>
      </w:r>
    </w:p>
    <w:p>
      <w:r>
        <w:rPr>
          <w:b/>
        </w:rPr>
        <w:t xml:space="preserve">[05:58] </w:t>
      </w:r>
      <w:r>
        <w:t>to main dekhoonga ke Musa wahan mujhse pehle maujood hain, ji, arsh ke kone ko pakde hue.</w:t>
      </w:r>
    </w:p>
    <w:p>
      <w:pPr>
        <w:jc w:val="right"/>
      </w:pPr>
      <w:r>
        <w:t>तो मैं देखूंगा कि मूसा वहां मुझसे पहले मौजूद हैं, जी, अर्श के कोने को पकड़े हुए।</w:t>
      </w:r>
    </w:p>
    <w:p>
      <w:r>
        <w:rPr>
          <w:b/>
        </w:rPr>
        <w:t xml:space="preserve">[06:09] </w:t>
      </w:r>
      <w:r>
        <w:t>to Prophet sallallahu alaihi wasallam ne kaha ke mujhe nahi maloom ke musa al salam ko mujh se pehle hosh aa gaya ya woh exempt hi kar diye gaye behosh hone se. ji, to yeh is se pata chalta hai ke musa al salam ka koi bohat hi khaas maqam yakeenan hai,</w:t>
      </w:r>
    </w:p>
    <w:p>
      <w:pPr>
        <w:jc w:val="right"/>
      </w:pPr>
      <w:r>
        <w:t>तो प्रॉफिट सल्लल्लाहु अलैहि वसल्लम ने कहा कि मुझे नहीं मालूम कि मूसा अल सलाम को मुझसे पहले होश आ गया या वह एम्प्ट ही कर दिए गए बेहोश होने से। जी, तो यह इससे पता चलता है कि मूसा अल सलाम का कोई बहुत ही खास مقام यकीनन है,</w:t>
      </w:r>
    </w:p>
    <w:p>
      <w:r>
        <w:rPr>
          <w:b/>
        </w:rPr>
        <w:t xml:space="preserve">[06:27] </w:t>
      </w:r>
      <w:r>
        <w:t>lekin uske bawajood jo taaleem quran se milti hai, woh yeh hai ke saare paighambar allah ki nazar mein barabar hain. ji,</w:t>
      </w:r>
    </w:p>
    <w:p>
      <w:pPr>
        <w:jc w:val="right"/>
      </w:pPr>
      <w:r>
        <w:t>लेकिन उसके बावजूद जो तालीम कुरान से मिलती है, वह यह है कि सारे पैगंबर अल्लाह की नजर में बराबर हैं। जी,</w:t>
      </w:r>
    </w:p>
    <w:p>
      <w:r>
        <w:rPr>
          <w:b/>
        </w:rPr>
        <w:t xml:space="preserve">[06:36] </w:t>
      </w:r>
      <w:r>
        <w:t>doctor sahib, ek balki riwayat main bhi share karna chahunga jo usi cheez ko add karti hai jo aap ne abhi bayan kiya. aur yeh riwayat hazrat abdullah se hai ke unhone bataya ke jab battle of hunain hua tha, to uske baad jo jaise war booti ikattha hoti hai, to rasoolullah ne woh taqseem kiya. lekin jo makka ke jo naye log, jo naye sahabi bane the, unko unhone zyada diya</w:t>
      </w:r>
    </w:p>
    <w:p>
      <w:pPr>
        <w:jc w:val="right"/>
      </w:pPr>
      <w:r>
        <w:t>डॉक्टर साहब, एक बल्कि रिवायत मैं भी शेयर करना चाहूंगा जो उसी चीज को ऐड करती है जो आपने अभी बयान किया। और यह रिवायत हजरत अब्दुल्लाह से है कि उन्होंने बताया कि जब बैटल ऑफ हुनैन हुआ था, तो उसके बाद जो जैसे वॉर बूटी इकट्ठा होती है, तो रसूलल्लाह ने वह तकसीम किया। लेकिन जो मक्का के जो नए लोग, जो नए सहाबी बने थे, उनको उन्होंने ज्यादा दिया</w:t>
      </w:r>
    </w:p>
    <w:p>
      <w:r>
        <w:rPr>
          <w:b/>
        </w:rPr>
        <w:t xml:space="preserve">[07:03] </w:t>
      </w:r>
      <w:r>
        <w:t>. yeh kaha jata hai ke akra ibn habis vaina, unko 100 oont de diye, aur unke saath kai aise aur bhi sahabi the jinko bohat zyada diya. ab us se yeh hua ke kuch log naraz ho gaye. unhone kaha,</w:t>
      </w:r>
    </w:p>
    <w:p>
      <w:pPr>
        <w:jc w:val="right"/>
      </w:pPr>
      <w:r>
        <w:t>। यह कहा जाता है कि अकरा इब्न हाबिस वैना, उनको 100 ऊंट दे दिए, और उनके साथ कई ऐसे और भी सहाबी थे जिनको बहुत ज्यादा दिया। अब उससे यह हुआ कि कुछ लोग नाराज हो गए। उन्होंने कहा,</w:t>
      </w:r>
    </w:p>
    <w:p>
      <w:r>
        <w:rPr>
          <w:b/>
        </w:rPr>
        <w:t xml:space="preserve">[07:17] </w:t>
      </w:r>
      <w:r>
        <w:t>matlab yeh tak keh diya ke profit ne justice nahi kari, and allah pleasure has not been sought through this distribution. to jab profit ko bataya gaya, to unhone jo jumla bola, woh wahi spirit ko bayan karta hai. doctor sa</w:t>
      </w:r>
    </w:p>
    <w:p>
      <w:pPr>
        <w:jc w:val="right"/>
      </w:pPr>
      <w:r>
        <w:t>मतलब यह तक कह दिया कि प्रॉफिट ने जस्टिस नहीं करी, एंड अल्लाह प्लेजर हैज नॉट बीन सॉर्ट थ्रू दिस डिस्ट्रीब्यूशन। तो जब प्रॉफिट को बताया गया, तो उन्होंने जो जुमला बोला, वो वही स्पिरिट को बयान करता है। डॉक्टर सा</w:t>
      </w:r>
    </w:p>
    <w:p>
      <w:r>
        <w:rPr>
          <w:b/>
        </w:rPr>
        <w:t xml:space="preserve">[07:31] </w:t>
      </w:r>
      <w:r>
        <w:t>hab, jo aap ne bataya, unhone kaha ke "may allah shower his mercy on musa. he was tortured more, but he bore all that patiently." to matlab yeh usi cheez ko add karta hai. doctor sahib, jo aap ne bataya. to doctor sahib, ab agle sawal ki taraf rukh karte hain.</w:t>
      </w:r>
    </w:p>
    <w:p>
      <w:pPr>
        <w:jc w:val="right"/>
      </w:pPr>
      <w:r>
        <w:t>हब, जो आपने बताया, उन्होंने कहा कि "मे अल्लाह शावर हिज मर्सी ऑन मूसा। ही वाज टॉर्चर्ड मोर, बट ही बोर्न ऑल दैट पेशेंटली।" तो मतलब यह उसी चीज को ऐड करता है। डॉक्टर साहब, जो आपने बताया। तो डॉक्टर साहब, अब अगले सवाल की तरफ रुख करते हैं।</w:t>
      </w:r>
    </w:p>
    <w:p>
      <w:r>
        <w:rPr>
          <w:b/>
        </w:rPr>
        <w:t xml:space="preserve">[07:54] </w:t>
      </w:r>
      <w:r>
        <w:t>to jaise ke hum jante hain ke firoun ek bohat hi zalim badshah the, aur unhone children of israel ko apna ghulam bana ke rakha hua tha. to doctor sahib, iske bare mein bataye aap hum sab ko.</w:t>
      </w:r>
    </w:p>
    <w:p>
      <w:pPr>
        <w:jc w:val="right"/>
      </w:pPr>
      <w:r>
        <w:t>तो जैसे कि हम जानते हैं कि फिरौन एक बहुत ही जालिम बादशाह थे, और उन्होंने चिल्ड्रन ऑफ इजराइल को अपना गुलाम बना के रखा हुआ था। तो डॉक्टर साहब, इसके बारे में बताएं आप हम सबको।</w:t>
      </w:r>
    </w:p>
    <w:p>
      <w:r>
        <w:rPr>
          <w:b/>
        </w:rPr>
        <w:t xml:space="preserve">[08:10] </w:t>
      </w:r>
      <w:r>
        <w:t>musa al salam, darasal 400 saal jab paida hue, unki paidaish se taqreeban 400 saal pehle, jaisa hum ne pichle qisse mein dekha yusuf al salam ke, ke yaqoob al salam aur unki poori family, jo taqreeban 70 log the, woh misr mein aakar aabad ho gaye. ji, aur phir chunke yusuf al salam ko ek bohat hi izzat ka maqam mil gaya tha,</w:t>
      </w:r>
    </w:p>
    <w:p>
      <w:pPr>
        <w:jc w:val="right"/>
      </w:pPr>
      <w:r>
        <w:t>मूसा अल सलाम, दरअसल 400 साल जब पैदा हुए, उनकी पैदाइश से तकरीबन 400 साल पहले, जैसा हमने पिछले किस्से में देखा यूसुफ अल सलाम के, कि याकूब अल सलाम और उनकी पूरी फैमिली, जो तकरीबन 70 लोग थे, वह मिस्र में आकर आबाद हो गए। जी, और फिर चूंकि यूसुफ अल सलाम को एक बहुत ही इज्जत का مقام मिल गया था,</w:t>
      </w:r>
    </w:p>
    <w:p>
      <w:r>
        <w:rPr>
          <w:b/>
        </w:rPr>
        <w:t xml:space="preserve">[08:39] </w:t>
      </w:r>
      <w:r>
        <w:t>wahan minister ban gaye the, woh bohat hi badi position par the. to saare logon ko bulaya unhone, apni poori family ko, aur woh sab wahan aakar aabad ho gaye, aur bohat hi achi tarah se rahe, peace aur aman ke saath, aur bohat hi phoolay phoolay, aur laakhon ki taadad ho gayi unki. phir musa al salam paida hue,</w:t>
      </w:r>
    </w:p>
    <w:p>
      <w:pPr>
        <w:jc w:val="right"/>
      </w:pPr>
      <w:r>
        <w:t>वहां मिनिस्टर बन गए थे, वह बहुत ही बड़ी पोजीशन पर थे। तो सारे लोगों को बुलाया उन्होंने, अपनी पूरी फैमिली को, और वह सब वहां आकर आबाद हो गए, और बहुत ही अच्छी तरह से रहे, पीस और अमन के साथ, और बहुत ही फूले-फूले, और लाखों की तादाद हो गई उनकी। फिर मूसा अल सलाम पैदा हुए,</w:t>
      </w:r>
    </w:p>
    <w:p>
      <w:r>
        <w:rPr>
          <w:b/>
        </w:rPr>
        <w:t xml:space="preserve">[09:02] </w:t>
      </w:r>
      <w:r>
        <w:t>lekin is beech ek badshah jiska naam rameses the second aata hai, ya ramsey dom, yeh firoun badshah tha. firoun asal mein ek dynasty ka naam hai,</w:t>
      </w:r>
    </w:p>
    <w:p>
      <w:pPr>
        <w:jc w:val="right"/>
      </w:pPr>
      <w:r>
        <w:t>लेकिन इस बीच एक बादशाह जिसका नाम रेमसेस द सेकंड आता है, या रमसी दोम, यह फिरौन बादशाह था। फिरौन असल में एक डायनेस्टी का नाम है,</w:t>
      </w:r>
    </w:p>
    <w:p>
      <w:r>
        <w:rPr>
          <w:b/>
        </w:rPr>
        <w:t xml:space="preserve">[09:15] </w:t>
      </w:r>
      <w:r>
        <w:t>jaise hamare yahan mughal hai. ji, to firoun kisi ka naam nahi tha. to</w:t>
      </w:r>
    </w:p>
    <w:p>
      <w:pPr>
        <w:jc w:val="right"/>
      </w:pPr>
      <w:r>
        <w:t>जैसे हमारे यहां मुगल है। जी, तो फिरौन किसी का नाम नहीं था। तो</w:t>
      </w:r>
    </w:p>
    <w:p>
      <w:r>
        <w:rPr>
          <w:b/>
        </w:rPr>
        <w:t xml:space="preserve">[09:20] </w:t>
      </w:r>
      <w:r>
        <w:t>jo firoun yeh tha, jo musa al salam ke zamane mein badshah bana, balki unse pehle hi, paida hone se pehle hi, to woh woh teesra badshah tha firoun dynasty ka. uska naam ramsey dom aata hai. ji, to is yeh bohat hi zalim badshah tha, aur isne bani israel ke logon ko ghulam bana diya. aur bohat hi mehnat mazdoori karte the, aur bohat hi sakht tareeke se treat karte the</w:t>
      </w:r>
    </w:p>
    <w:p>
      <w:pPr>
        <w:jc w:val="right"/>
      </w:pPr>
      <w:r>
        <w:t>जो फिरौन यह था, जो मूसा अल सलाम के जमाने में बादशाह बना, बल्कि उनसे पहले ही, पैदा होने से पहले ही, तो वह वह तीसरा बादशाह था फिरौन डायनेस्टी का। उसका नाम रमसी दोम आता है। जी, तो इस यह बहुत ही जालिम बादशाह था, और इसने बनी इसराइल के लोगों को गुलाम बना दिया। और बहुत ही मेहनत मजदूरी करते थे, और बहुत ही सख्त तरीके से ट्रीट करते थे</w:t>
      </w:r>
    </w:p>
    <w:p>
      <w:r>
        <w:rPr>
          <w:b/>
        </w:rPr>
        <w:t xml:space="preserve">[09:49] </w:t>
      </w:r>
      <w:r>
        <w:t>inko. to bohat hi mushkil halaat ho gaye. bade khauf aur haraas mein bani israel raha karte the wahan. phir allah taala ne musa al salam ko paida kiya, aur musa al salam bani israel ko azaad karaya, aur bahar le gaye. aur phir, yaani jo khoi hui unki sarbal aur maqam tha, woh dobara wapas mil gaya, aur bade-bade paighambar paida hue w</w:t>
      </w:r>
    </w:p>
    <w:p>
      <w:pPr>
        <w:jc w:val="right"/>
      </w:pPr>
      <w:r>
        <w:t>इनको। तो बहुत ही मुश्किल हालात हो गए। बड़े खौफ और हरास में बनी इसराइल रहा करते थे वहां। फिर अल्लाह ताला ने मूसा अल सलाम को पैदा किया, और मूसा अल सलाम बनी इसराइल को आजाद कराया, और बाहर ले गए। और फिर, यानी जो खोई हुई उनकी सरबल और مقام था, वह दोबारा वापस मिल गया, और बड़े-बड़े पैगंबर पैदा हुए व</w:t>
      </w:r>
    </w:p>
    <w:p>
      <w:r>
        <w:rPr>
          <w:b/>
        </w:rPr>
        <w:t xml:space="preserve">[10:18] </w:t>
      </w:r>
      <w:r>
        <w:t>bani israel ki nasal mein.</w:t>
      </w:r>
    </w:p>
    <w:p>
      <w:pPr>
        <w:jc w:val="right"/>
      </w:pPr>
      <w:r>
        <w:t>बनी इसराइल की नस्ल में।</w:t>
      </w:r>
    </w:p>
    <w:p>
      <w:r>
        <w:rPr>
          <w:b/>
        </w:rPr>
        <w:t xml:space="preserve">[10:21] </w:t>
      </w:r>
      <w:r>
        <w:t>maslan yunus al salam, ayub al salam, daud al salam, suleman al salam, zakariya al salam, yahya al</w:t>
      </w:r>
    </w:p>
    <w:p>
      <w:pPr>
        <w:jc w:val="right"/>
      </w:pPr>
      <w:r>
        <w:t>मसलन यूनुस अल सलाम, अयूब अल सलाम, दाऊद अल सलाम, सुलेमान अल सलाम, जकरिया अल सलाम, यहया अल</w:t>
      </w:r>
    </w:p>
    <w:p>
      <w:r>
        <w:rPr>
          <w:b/>
        </w:rPr>
        <w:t xml:space="preserve">[10:32] </w:t>
      </w:r>
      <w:r>
        <w:t>salam, isa al salam, aur bhi bahut sare paighambar, taqreeban 20, 19, 20 paighambar to quran mein zikr</w:t>
      </w:r>
    </w:p>
    <w:p>
      <w:pPr>
        <w:jc w:val="right"/>
      </w:pPr>
      <w:r>
        <w:t>सलाम, ईसा अल सलाम, और भी बहुत सारे पैगंबर, तकरीबन 20, 19, 20 पैगंबर तो कुरान में जिक्र</w:t>
      </w:r>
    </w:p>
    <w:p>
      <w:r>
        <w:rPr>
          <w:b/>
        </w:rPr>
        <w:t xml:space="preserve">[10:37] </w:t>
      </w:r>
      <w:r>
        <w:t>hai, aur bhi hain.</w:t>
      </w:r>
    </w:p>
    <w:p>
      <w:pPr>
        <w:jc w:val="right"/>
      </w:pPr>
      <w:r>
        <w:t>है, और भी हैं।</w:t>
      </w:r>
    </w:p>
    <w:p>
      <w:r>
        <w:rPr>
          <w:b/>
        </w:rPr>
        <w:t xml:space="preserve">[10:39] </w:t>
      </w:r>
      <w:r>
        <w:t>to bade bade paighambar paida hue, aur phir</w:t>
      </w:r>
    </w:p>
    <w:p>
      <w:pPr>
        <w:jc w:val="right"/>
      </w:pPr>
      <w:r>
        <w:t>तो बड़े-बड़े पैगंबर पैदा हुए, और फिर</w:t>
      </w:r>
    </w:p>
    <w:p>
      <w:r>
        <w:rPr>
          <w:b/>
        </w:rPr>
        <w:t xml:space="preserve">[10:43] </w:t>
      </w:r>
      <w:r>
        <w:t>yeh bahut hi, yani</w:t>
      </w:r>
    </w:p>
    <w:p>
      <w:pPr>
        <w:jc w:val="right"/>
      </w:pPr>
      <w:r>
        <w:t>यह बहुत ही, यानी</w:t>
      </w:r>
    </w:p>
    <w:p>
      <w:r>
        <w:rPr>
          <w:b/>
        </w:rPr>
        <w:t xml:space="preserve">[10:47] </w:t>
      </w:r>
      <w:r>
        <w:t>zabardast kaam in logon ne kiya.</w:t>
      </w:r>
    </w:p>
    <w:p>
      <w:pPr>
        <w:jc w:val="right"/>
      </w:pPr>
      <w:r>
        <w:t>जबरदस्त काम इन लोगों ने किया।</w:t>
      </w:r>
    </w:p>
    <w:p>
      <w:r>
        <w:rPr>
          <w:b/>
        </w:rPr>
        <w:t xml:space="preserve">[10:50] </w:t>
      </w:r>
      <w:r>
        <w:t>ji, to is tarike se yeh ek</w:t>
      </w:r>
    </w:p>
    <w:p>
      <w:pPr>
        <w:jc w:val="right"/>
      </w:pPr>
      <w:r>
        <w:t>जी, तो इस तरीके से यह एक</w:t>
      </w:r>
    </w:p>
    <w:p>
      <w:r>
        <w:rPr>
          <w:b/>
        </w:rPr>
        <w:t xml:space="preserve">[10:55] </w:t>
      </w:r>
      <w:r>
        <w:t>jo masail the wahan se, misr ke jo masail the, unse bach sake. ji, lambi chain of prophets hai jo aap ne batayi.</w:t>
      </w:r>
    </w:p>
    <w:p>
      <w:pPr>
        <w:jc w:val="right"/>
      </w:pPr>
      <w:r>
        <w:t>जो मसाइल थे वहां से, मिस्र के जो मसाइल थे, उनसे बच सके। जी, लंबी चेन ऑफ प्रॉफिट्स है जो आपने बताई।</w:t>
      </w:r>
    </w:p>
    <w:p>
      <w:r>
        <w:rPr>
          <w:b/>
        </w:rPr>
        <w:t xml:space="preserve">[11:06] </w:t>
      </w:r>
      <w:r>
        <w:t>doctor sahib, doctor sahib, agla sawal puchne se pehle yahan par main ek doosra sawal puchna chahunga, kyunke hum misr ke hawale se baat kar rahe hain. aur jaise ke hum jante hain ke egypt, egyptian ancient art and architecture, woh bohat famous raha hai. in fact, aaj bhi agar hum dekhen to pyramids ko dekhne ke liye dunya bhar se log egypt ka safar karte hain. to its a very popular tourist destination. to main chahunga ke thoda uske bare mein bhi hum sab ko bataye. pyramids aur ancient art and architecture. haan, chunke yeh jo firoun the, yeh 3000 bc se lekar 300 23 bc tak inki hukoomat rahi. bohat lambi hukoomat chali. ji,</w:t>
      </w:r>
    </w:p>
    <w:p>
      <w:pPr>
        <w:jc w:val="right"/>
      </w:pPr>
      <w:r>
        <w:t>डॉक्टर साहब, डॉक्टर साहब, अगला सवाल पूछने से पहले यहां पर मैं एक दूसरा सवाल पूछना चाहूंगा, क्योंकि हम मिस्र के हवाले से बात कर रहे हैं। और जैसा कि हम जानते हैं कि इजिप्ट, इजिप्शियन एंट आर्ट एंड आर्किटेक्चर, वो बहुत फेमस रहा है। इनफैक्ट, आज भी अगर हम देखें तो पिरामिड्स को देखने के लिए दुनिया भर से लोग इजिप्ट का सफर करते हैं। तो इट्स अ वेरी पॉपुलर टूरिस्ट डेस्टिने</w:t>
      </w:r>
    </w:p>
    <w:p>
      <w:r>
        <w:rPr>
          <w:b/>
        </w:rPr>
        <w:t xml:space="preserve">[11:32] </w:t>
      </w:r>
      <w:r>
        <w:t>aur taqreeban 30 badshah guzre.</w:t>
      </w:r>
    </w:p>
    <w:p>
      <w:pPr>
        <w:jc w:val="right"/>
      </w:pPr>
      <w:r>
        <w:t>शन। तो मैं चाहूंगा कि थोड़ा उसके बारे में भी हम सबको बताएं। पिरामिड्स और एंट आर्ट एंड आर्किटेक्चर। हां, चूंकि ये जो फिरौन थे, ये 3000 बीसी से लेकर 300 23 बीसी तक इनकी हुकूमत रही। बहुत लंबी हुकूमत चली। जी,</w:t>
      </w:r>
    </w:p>
    <w:p>
      <w:r>
        <w:rPr>
          <w:b/>
        </w:rPr>
        <w:t xml:space="preserve">[11:53] </w:t>
      </w:r>
      <w:r>
        <w:t>to inhone bohat tarakki ki architecture field mein, aur bade-bade pyramids banaye. yaani jo pyramids hote hain, woh bohat hi bade-bade patthar, square shape ke patthar ko bichha bichha ke thoda kam karte karte karte karte, woh yeh shape mein le aate hain. jab maulana gaye the misr, to hum log bhi gaye the dekhne pyramids ko. ji, jo sabse bada pyramid hai, woh cairo ke paas hi hai. achha, massive structure hai, bada ajeeb structure hai. woh</w:t>
      </w:r>
    </w:p>
    <w:p>
      <w:pPr>
        <w:jc w:val="right"/>
      </w:pPr>
      <w:r>
        <w:t>और तकरीबन 30 बादशाह गुजरे।</w:t>
      </w:r>
    </w:p>
    <w:p>
      <w:r>
        <w:rPr>
          <w:b/>
        </w:rPr>
        <w:t xml:space="preserve">[11:57] </w:t>
      </w:r>
      <w:r>
        <w:t>us zamane mein, taqreeban kitne hazar saal pehle, kaise un logon ne banaya, yeh badi hairani ki baat lagti hai. ji, to yeh pyramid jo hote the, yeh darasal grave, yaani jo royal families thi, unke tomb ya grave ke liye istemal karte the. isi tarah bohat hi advanced cheezein aur bhi thi, jaise mummy banaya karte the. woh ji, to woh bhi kis tareeke se banate the ke aaj tak firoun ki jo body thi, woh</w:t>
      </w:r>
    </w:p>
    <w:p>
      <w:pPr>
        <w:jc w:val="right"/>
      </w:pPr>
      <w:r>
        <w:t>तो इन्होंने बहुत तरक्की की आर्किटेक्चर फील्ड में, और बड़े-बड़े पिरामिड्स बनाए। यानी जो पिरामिड्स होते हैं, वह बहुत ही बड़े-बड़े पत्थर, स्क्वायर शेप के पत्थर को बिछा बिछा के थोड़ा कम करते करते करते करते, वो यह शेप में ले आते हैं। जब मौलाना गए थे मिस्र, तो हम लोग भी गए थे देखने पिरामिड्स को। जी, जो सबसे बड़ा पिरामिड है, वह काहिरा के पास ही है। अच्छा, मैसिव स्ट्रक्चर है, बड़ा अजीब स्ट्रक्चर है। वो</w:t>
      </w:r>
    </w:p>
    <w:p>
      <w:r>
        <w:rPr>
          <w:b/>
        </w:rPr>
        <w:t xml:space="preserve">[12:26] </w:t>
      </w:r>
      <w:r>
        <w:t>mehfooz hai. ji, hum log gaye the museum mein cairo ke, to bataya gaya ke yahan par hai, aur display mein nahi thi. woh dikhaya nahi unhone, lekin ek room bataya ke iske andar hai. woh ji, ji, ji, to aaj tak woh mehfooz hai. kis tarah se woh art unke paas tha, aisi ek aur cheez thi jo isko hieroglyphic language thi, jo symbols se hote the. usmein ji, jaise janwar ke symbol, ya koi tool hai, ya kuch aur cheezein hain. ji, to</w:t>
      </w:r>
    </w:p>
    <w:p>
      <w:pPr>
        <w:jc w:val="right"/>
      </w:pPr>
      <w:r>
        <w:t>उस जमाने में, तकरीबन कितने हजार साल पहले, कैसे उन लोगों ने बनाया, यह बड़ी हैरानी की बात लगती है। जी, तो यह पिरामिड जो होते थे, यह दरअसल ग्रेव, यानी जो रॉयल फैमिलीज थी, उनके टूम या ग्रेव के लिए इस्तेमाल करते थे। इसी तरह बहुत ही एडवांस चीजें और भी थीं, जैसे ममी बनाया करते थे। वो जी, तो वो भी किस तरीके से बनाते थे कि आज तक फिरौन की जो बॉडी थी, वो</w:t>
      </w:r>
    </w:p>
    <w:p>
      <w:r>
        <w:rPr>
          <w:b/>
        </w:rPr>
        <w:t xml:space="preserve">[12:54] </w:t>
      </w:r>
      <w:r>
        <w:t>woh woh waise decoration ke liye hoti thi, lekin usko padh bhi sakte the. to bohat hi advanced civilization tha unka, aur bohat hi unhone is field mein tarakki ki. ji, bohat hi taajub hota hai, doctor sahib, ke kaise yeh sab cheezon ko mehfooz allah taala ne karke rakha hua hai taake generation after generation usko ek sign ki tarah us se sabak le sake. very amazing.</w:t>
      </w:r>
    </w:p>
    <w:p>
      <w:pPr>
        <w:jc w:val="right"/>
      </w:pPr>
      <w:r>
        <w:t>महफूज है। जी, हम लोग गए थे म्यूजियम में काहिरा के, तो बताया गया कि यहां पर है, और डिस्प्ले में नहीं थी। वो दिखाया नहीं उन्होंने, लेकिन एक रूम बताया कि इसके अंदर है। वो जी, जी, जी, तो आज तक वो महफूज है। किस तरह से वो आर्ट उनके पास था, ऐसी एक और चीज थी जो इसको हिरोग्लिफिक लैंग्वेज थी, जो सिंबल्स से होते थे। उसमें जी, जैसे जानवर के सिंबल, या कोई टूल है, या कुछ और चीजें हैं। जी, तो</w:t>
      </w:r>
    </w:p>
    <w:p>
      <w:r>
        <w:rPr>
          <w:b/>
        </w:rPr>
        <w:t xml:space="preserve">[13:21] </w:t>
      </w:r>
      <w:r>
        <w:t>doctor sahib, kahani ki taraf rukh karte hain. to phir aisa hota hai ke jo ek soothsayers, yaani ek fortune teller keh lijiye, woh firoun ko yeh kehta hai ke children of israel se hi ek bachcha paida hoga jo usko dethrone karega, aur jo kingdom hai, usko poori tarah se destroy kar dega. to iske is kahani ko lekar, doctor sahib, is hisse ki kahani ko lekar bhi aap kuch humein bataiye.</w:t>
      </w:r>
    </w:p>
    <w:p>
      <w:pPr>
        <w:jc w:val="right"/>
      </w:pPr>
      <w:r>
        <w:t>वो वो वैसे डेकोरेशन के लिए होती थी, लेकिन उसको पढ़ भी सकते थे। तो बहुत ही एडवांस सिविलाइजेशन था उनका, और बहुत ही उन्होंने इस फील्ड में तरक्की की। जी, बहुत ही ताज्जुब होता है, डॉक्टर साहब, कि कैसे यह सब चीजों को महफूज अल्लाह ताला ने करके रखा हुआ है ताकि जनरेशन आफ्टर जनरेशन उसको एक साइन की तरह उससे सबक ले सके। वेरी अमेजिंग।</w:t>
      </w:r>
    </w:p>
    <w:p>
      <w:r>
        <w:rPr>
          <w:b/>
        </w:rPr>
        <w:t xml:space="preserve">[13:46] </w:t>
      </w:r>
      <w:r>
        <w:t>qasir mein yeh baat aayi hai ke firoun ne khwab dekha. ji, aur us khwab mein yeh dekha ke bani israel koi ek aag shuru hui hai wahan se, canaan se, yaani jerusalem se, baitul muqaddas se. ek aag chali hai, aur woh aake misr ke saare ghar jala diye hain. sirf bani israel ke ghar baqi reh gaye hain. ji,</w:t>
      </w:r>
    </w:p>
    <w:p>
      <w:pPr>
        <w:jc w:val="right"/>
      </w:pPr>
      <w:r>
        <w:t>डॉक्टर साहब, कहानी की तरफ रुख करते हैं। तो फिर ऐसा होता है कि जो एक सूत सेयर, यानी एक फॉर्च्यून टेलर कह लीजिए, वह फिरौन को यह कहता है कि चिल्ड्रन ऑफ इजराइल से ही एक बच्चा पैदा होगा जो उसको डी थ्रोन करेगा, और जो किंगडम है, उसको पूरी तरीके से डिस्ट्रॉय कर देगा। तो इसके इस कहानी को लेकर, डॉक्टर साहब, इस हिस्से की कहानी को लेकर भी आप कुछ हमें बताइए।</w:t>
      </w:r>
    </w:p>
    <w:p>
      <w:r>
        <w:rPr>
          <w:b/>
        </w:rPr>
        <w:t xml:space="preserve">[14:15] </w:t>
      </w:r>
      <w:r>
        <w:t>to usne saare astrologer, soothsayers ko bulaya, aur pucha ke yeh khwab ki kya taabeer hai.</w:t>
      </w:r>
    </w:p>
    <w:p>
      <w:pPr>
        <w:jc w:val="right"/>
      </w:pPr>
      <w:r>
        <w:t>कसीर में यह बात आई है कि फिरौन ने ख्वाब देखा। जी, और उस ख्वाब में यह देखा कि बनी इसराइल कोई एक आग शुरू हुई है वहां से, कनान से, यानी जेरूसलम से, बैतुल मुकद्दस से। एक आग चली है, और वह आके मिस्र के सारे घर जला दिए हैं। सिर्फ बनी इसराइल के घर बाकी रह गए हैं। जी,</w:t>
      </w:r>
    </w:p>
    <w:p>
      <w:r>
        <w:rPr>
          <w:b/>
        </w:rPr>
        <w:t xml:space="preserve">[14:40] </w:t>
      </w:r>
      <w:r>
        <w:t>to usne saare astrologer, sooth sayers ko bulaya, aur poocha ke yeh khwab ki kya taabeer hai.</w:t>
      </w:r>
    </w:p>
    <w:p>
      <w:pPr>
        <w:jc w:val="right"/>
      </w:pPr>
      <w:r>
        <w:t>तो उसने सारे एस्ट्रोलॉजर, सूत सेयर्स को बुलाया, और पूछा कि यह ख्वाब की क्या ताबीर है।</w:t>
      </w:r>
    </w:p>
    <w:p>
      <w:r>
        <w:rPr>
          <w:b/>
        </w:rPr>
        <w:t xml:space="preserve">[14:48] </w:t>
      </w:r>
      <w:r>
        <w:t>to un sab ne kaha ke iska matlab yeh hai ke jo bani israil hain, children of israel, inke yahan, inki family mein koi ek bachcha paida hoga. ji, jo aapko bhi khatm kar dega, aur sara jo kingdom hai, usko bhi khatm kar dega. ji, to yeh sunkar firoun bada aag babola ho gaya. bahut hi ghussa tha uske andar. to</w:t>
      </w:r>
    </w:p>
    <w:p>
      <w:pPr>
        <w:jc w:val="right"/>
      </w:pPr>
      <w:r>
        <w:t>तो उन सब ने कहा कि इसका मतलब यह है कि जो बनी इसराइल हैं, चिल्ड्रन ऑफ इजराइल, इनके यहां, इनकी फैमिली में कोई एक बच्चा पैदा होगा। जी, जो आपको भी खत्म कर देगा, और सारा जो किंगडम है, उसको भी खत्म कर देगा। जी, तो यह सुनकर फिरौन बड़ा आग बबोला हो गया। बहुत ही गुस्सा था उसके अंदर। तो</w:t>
      </w:r>
    </w:p>
    <w:p>
      <w:r>
        <w:rPr>
          <w:b/>
        </w:rPr>
        <w:t xml:space="preserve">[15:17] </w:t>
      </w:r>
      <w:r>
        <w:t>usne kaha, ek bahut hi barbaric decree usne jaari kar di, aur kaha ke jitne bhi families hain bani israil ke, inke yahan jo newborn baby boys hain,</w:t>
      </w:r>
    </w:p>
    <w:p>
      <w:pPr>
        <w:jc w:val="right"/>
      </w:pPr>
      <w:r>
        <w:t>उसने कहा, एक बहुत ही बारबेरिक डिक्री उसने जारी कर दी, और कहा कि जितने भी फैमिलीज हैं बनी इसराइल के, इनके यहां जो न्यू बोर्न बेबी बॉयज हैं,</w:t>
      </w:r>
    </w:p>
    <w:p>
      <w:r>
        <w:rPr>
          <w:b/>
        </w:rPr>
        <w:t xml:space="preserve">[15:31] </w:t>
      </w:r>
      <w:r>
        <w:t>unko jaise paida ho, unko qatl kar diya jaye, aur bachiyon ko chhod diya jaye. to iski wajah se bada shadeed khauf mein families bani israil ke liye</w:t>
      </w:r>
    </w:p>
    <w:p>
      <w:pPr>
        <w:jc w:val="right"/>
      </w:pPr>
      <w:r>
        <w:t>उनको जैसे पैदा हो, उनको कत्ल कर दिया जाए, और बच्चियों को छोड़ दिया जाए। तो इसकी वजह से बड़ा शदीद खौफ में फैमिलीज बनी इसराइल के लिए</w:t>
      </w:r>
    </w:p>
    <w:p>
      <w:r>
        <w:rPr>
          <w:b/>
        </w:rPr>
        <w:t xml:space="preserve">[15:44] </w:t>
      </w:r>
      <w:r>
        <w:t>rehne lage. bahut hi dar, aur bahut hi pareshani, yaani inteha mushkil halaat se guzre bani israil us waqt. ji, aur doctor sahab, isi khauf zada environment mein Musa, prophet Musa ka janam hota hai. to phir uske baad kya hota hai, doctor sahab, uske baare mein bhi bataiye.</w:t>
      </w:r>
    </w:p>
    <w:p>
      <w:pPr>
        <w:jc w:val="right"/>
      </w:pPr>
      <w:r>
        <w:t>रहने लगे। बहुत ही डर, और बहुत ही परेशानी, यानी इंतहा मुश्किल हालात से गुजरे बनी इसराइल उस वक्त। जी, और डॉक्टर साहब, इसी खौफ जदा एनवायरमेंट में मूसा, प्रॉफेट मूसा का जन्म होता है। तो फिर उसके बाद क्या होता है, डॉक्टर साहब, उसके बारे में भी बताइए।</w:t>
      </w:r>
    </w:p>
    <w:p>
      <w:r>
        <w:rPr>
          <w:b/>
        </w:rPr>
        <w:t xml:space="preserve">[16:04] </w:t>
      </w:r>
      <w:r>
        <w:t>to isi dauran bani israil ki jo bahut hi ek nek khatoon thi, jinka naam Yookab aata hai, bible mein Jokebed aata hai,</w:t>
      </w:r>
    </w:p>
    <w:p>
      <w:pPr>
        <w:jc w:val="right"/>
      </w:pPr>
      <w:r>
        <w:t>तो इसी दौरान बनी इसराइल की जो बहुत ही एक नेक खातून थी, जिनका नाम यूकाब आता है, बाइबल में जोक बेड आता है,</w:t>
      </w:r>
    </w:p>
    <w:p>
      <w:r>
        <w:rPr>
          <w:b/>
        </w:rPr>
        <w:t xml:space="preserve">[16:17] </w:t>
      </w:r>
      <w:r>
        <w:t>to unke yahan ek bachcha paida hua. to woh bahut darr rahi thi. ji, ke abhi firoun ke sipahi aa jayenge, aur isko maar dein, ya koi takleef pahunchaye.</w:t>
      </w:r>
    </w:p>
    <w:p>
      <w:pPr>
        <w:jc w:val="right"/>
      </w:pPr>
      <w:r>
        <w:t>तो उनके यहां एक बच्चा पैदा हुआ। तो वह बहुत डर रही थी। जी, कि अभी फिरौन के सिपाही आ जाएंगे, और इसको मार दें, या कोई तकलीफ पहुंचाए।</w:t>
      </w:r>
    </w:p>
    <w:p>
      <w:r>
        <w:rPr>
          <w:b/>
        </w:rPr>
        <w:t xml:space="preserve">[16:30] </w:t>
      </w:r>
      <w:r>
        <w:t>to unhone bahut sambhal ke rakha, aur kuch matlab ke bahar awaaz na jaye bachche ki rone ki. bahut hi khamoshi se usko sambhal ke rakha. bahut hi khauf ki halat thi. jo inke father the, unka naam Imran tha. to in dono ne bahut hi sambhal ke, aur chhupa ke rakha. ji, to lekin jab bachcha bada hone laga, to woh rone laga. to awaaz jaane lagi. ji, aur darne lagi.</w:t>
      </w:r>
    </w:p>
    <w:p>
      <w:pPr>
        <w:jc w:val="right"/>
      </w:pPr>
      <w:r>
        <w:t>तो उन्होंने बहुत संभाल के रखा, और कुछ मतलब कि बाहर आवाज ना जाए बच्चे की रोने की। बहुत ही खामोशी से उसको संभाल के रखा। बहुत ही खौफ की हालत थी। जो इनके फादर थे, उनका नाम इमरान था। तो इन दोनों ने बहुत ही संभाल के, और छुपा के रखा। जी, तो लेकिन जब बच्चा बड़ा होने लगा, तो वो रोने लगा। तो आवाज जाने लगी। जी, और डरने लगी।</w:t>
      </w:r>
    </w:p>
    <w:p>
      <w:r>
        <w:rPr>
          <w:b/>
        </w:rPr>
        <w:t xml:space="preserve">[17:00] </w:t>
      </w:r>
      <w:r>
        <w:t>to us waqt badi ajeeb baat hui ke Allah taala ne inspire kiya Musa alaihissalam ki maa ko ke tum daro mat, na gamgeen ho. la takhaf wala tahzan ke na tum daro, na gamgeen ho. hum a yeh ek bahut hi special bachcha hai, aur hum isko a paighambar banayenge. wa najaluhu minal mursaleen. ji, aur</w:t>
      </w:r>
    </w:p>
    <w:p>
      <w:pPr>
        <w:jc w:val="right"/>
      </w:pPr>
      <w:r>
        <w:t>तो उस वक्त बड़ी अजीब बात हुई कि अल्लाह ताला ने इंस्पायर किया मूसा अल सलाम की मां को कि तुम डरो मत, ना गमगीन हो। ला तखी वला तहज कि ना तुम डरो, ना गमगीन हो। हम अ यह एक बहुत ही स्पेशल बच्चा है, और हम इसको अ पैगंबर बनाएंगे। व जाइल मलल मुरसलीन। जी, और</w:t>
      </w:r>
    </w:p>
    <w:p>
      <w:r>
        <w:rPr>
          <w:b/>
        </w:rPr>
        <w:t xml:space="preserve">[17:24] </w:t>
      </w:r>
      <w:r>
        <w:t>Allah taala ne inspire kiya ke tum jab a tumhe dar lagne lage ke yeh a bachcha zyada hi shor machane laga hai, aur awaaz pahunch jayegi, to ek ek box banao, ek basket ke andaaz ki, aur usmein rakh ke darya-e-Neel mein usko daal do. ji, aur kaha ke hum tumhe wapas kar denge. ji, hum hum isko wapas karenge, aur daro mat, na tum gamgeen ho. ji, aur isko paighambar</w:t>
      </w:r>
    </w:p>
    <w:p>
      <w:pPr>
        <w:jc w:val="right"/>
      </w:pPr>
      <w:r>
        <w:t>अल्लाह ताला ने इंस्पायर किया कि तुम जब अ तुम्हें डर लगने लगे कि यह अ बच्चा ज्यादा ही शोर मचाने लगा है, और आवाज पहुंच जाएगी, तो एक एक बॉक्स बनाओ, एक बास्केट के अंदाज की, और उसमें रख के दरिया नील में उसको डाल दो। जी, और कहा कि हम तुम्हें वापस कर देंगे। जी, हम हम इसको वापस करेंगे, और डरो मत, ना तुम गमगीन हो। जी, और इसको पैगंबर</w:t>
      </w:r>
    </w:p>
    <w:p>
      <w:r>
        <w:rPr>
          <w:b/>
        </w:rPr>
        <w:t xml:space="preserve">[17:53] </w:t>
      </w:r>
      <w:r>
        <w:t>banayenge. Ji, to is tarah se unke dil mein paida ki, kiya narmi paida ki.</w:t>
      </w:r>
    </w:p>
    <w:p>
      <w:pPr>
        <w:jc w:val="right"/>
      </w:pPr>
      <w:r>
        <w:t>बनाएंगे। जी, तो इस तरह से उनके दिल में पैदा की, किया नरमी पैदा की।</w:t>
      </w:r>
    </w:p>
    <w:p>
      <w:r>
        <w:rPr>
          <w:b/>
        </w:rPr>
        <w:t xml:space="preserve">[17:59] </w:t>
      </w:r>
      <w:r>
        <w:t>ji, to phir kam se kam wo thoda sa unhein itminan hua.</w:t>
      </w:r>
    </w:p>
    <w:p>
      <w:pPr>
        <w:jc w:val="right"/>
      </w:pPr>
      <w:r>
        <w:t>जी, तो फिर कम से कम वो थोड़ा सा उन्हें इत्मीनान हुआ।</w:t>
      </w:r>
    </w:p>
    <w:p>
      <w:r>
        <w:rPr>
          <w:b/>
        </w:rPr>
        <w:t xml:space="preserve">[18:05] </w:t>
      </w:r>
      <w:r>
        <w:t>aur phir doctor sahib, aisa hi hota hai ke jab khatra badh jata hai, to jo yucab, jo</w:t>
      </w:r>
    </w:p>
    <w:p>
      <w:pPr>
        <w:jc w:val="right"/>
      </w:pPr>
      <w:r>
        <w:t>और फिर डॉक्टर साहब, ऐसा ही होता है कि जब खतरा बढ़ जाता है, तो जो यूकाब, जो</w:t>
      </w:r>
    </w:p>
    <w:p>
      <w:r>
        <w:rPr>
          <w:b/>
        </w:rPr>
        <w:t xml:space="preserve">[18:10] </w:t>
      </w:r>
      <w:r>
        <w:t>prophet moosa ki mother thi, phir wo unko nanhe moosa ko a basket mein daalkar a river nile</w:t>
      </w:r>
    </w:p>
    <w:p>
      <w:pPr>
        <w:jc w:val="right"/>
      </w:pPr>
      <w:r>
        <w:t>प्रॉफेट मूसा की मदर थी, फिर वो उनको नन्हे मूसा को अ बास्केट में डालकर अ रिवर नाइल</w:t>
      </w:r>
    </w:p>
    <w:p>
      <w:r>
        <w:rPr>
          <w:b/>
        </w:rPr>
        <w:t xml:space="preserve">[18:18] </w:t>
      </w:r>
      <w:r>
        <w:t>mein daal deti hain.</w:t>
      </w:r>
    </w:p>
    <w:p>
      <w:pPr>
        <w:jc w:val="right"/>
      </w:pPr>
      <w:r>
        <w:t>में डाल देती हैं।</w:t>
      </w:r>
    </w:p>
    <w:p>
      <w:r>
        <w:rPr>
          <w:b/>
        </w:rPr>
        <w:t xml:space="preserve">[18:20] </w:t>
      </w:r>
      <w:r>
        <w:t>to uske baad kya hota hai, doctor sahib, iske bare mein bataein.</w:t>
      </w:r>
    </w:p>
    <w:p>
      <w:pPr>
        <w:jc w:val="right"/>
      </w:pPr>
      <w:r>
        <w:t>तो उसके बाद क्या होता है, डॉक्टर साहब, इसके बारे में बताएं।</w:t>
      </w:r>
    </w:p>
    <w:p>
      <w:r>
        <w:rPr>
          <w:b/>
        </w:rPr>
        <w:t xml:space="preserve">[18:24] </w:t>
      </w:r>
      <w:r>
        <w:t>galib khwab ke zariye a Musa al Musa al salam ki maa ko yeh sab cheezein batai gayi ke kis tarah kya karna hai. to unhone ek basket ya ek box banaya, jisko waterproof kiya. ji,</w:t>
      </w:r>
    </w:p>
    <w:p>
      <w:pPr>
        <w:jc w:val="right"/>
      </w:pPr>
      <w:r>
        <w:t>गालिब ख्वाब के जरिए अ मूसा अल मूसा अल सलाम की मदर को यह सब चीजें बताई गई कि किस तरह क्या करना है। तो उन्होंने एक बास्केट या एक बॉक्स बनाया, जिसको वाटरप्रूफ किया। जी,</w:t>
      </w:r>
    </w:p>
    <w:p>
      <w:r>
        <w:rPr>
          <w:b/>
        </w:rPr>
        <w:t xml:space="preserve">[18:39] </w:t>
      </w:r>
      <w:r>
        <w:t>it sort of small boat. hum hum to woh usmein unhone rakha, aur darya-e-Neel ki taraf jaakar jab unhone usko darya-e-Neel mein rakha. ji,</w:t>
      </w:r>
    </w:p>
    <w:p>
      <w:pPr>
        <w:jc w:val="right"/>
      </w:pPr>
      <w:r>
        <w:t>इ सॉर्ट ऑफ स्मॉल बोट। हम हम तो वो उसमें उन्होंने रखा, और दरिया नील की तरफ जाकर जब उन्होंने उसको दरिया नील में रखा। जी,</w:t>
      </w:r>
    </w:p>
    <w:p>
      <w:r>
        <w:rPr>
          <w:b/>
        </w:rPr>
        <w:t xml:space="preserve">[18:53] </w:t>
      </w:r>
      <w:r>
        <w:t>to unka dil ghabrane laga. hum hum hum aur aisa lagta tha ke shor macha dengi. to Quran mein aata hai ke wa rabbana al qalb ke humne unke dil mein itminaan paida kiya. ji, mashallah. aur phir tafsir Ibn Kathir mein aata hai ke jab unhone box rakha, to woh jo darya-e-Neel hai, woh bahut massive darya hai. bahut bahut hi raging water hota hai uska</w:t>
      </w:r>
    </w:p>
    <w:p>
      <w:pPr>
        <w:jc w:val="right"/>
      </w:pPr>
      <w:r>
        <w:t>तो उनका दिल घबराने लगा। हम हम हम और ऐसा लगता था कि शोर मचा देंगी। तो कुरान में आता है कि व रबना अला कल्ब कि हमने उनके दिल में इत्मीनान पैदा किया। जी, माशाल्लाह। और फिर तफसीर इब्ने कसीर में आता है कि जब उन्होंने बॉक्स रखा, तो वो जो दरिया नील है, वो बहुत मैसिव दरिया है। बहुत बहुत ही रेजिंग वाटर होता है उसका</w:t>
      </w:r>
    </w:p>
    <w:p>
      <w:r>
        <w:rPr>
          <w:b/>
        </w:rPr>
        <w:t xml:space="preserve">[19:21] </w:t>
      </w:r>
      <w:r>
        <w:t>। ji, to darya-e-Neel mein a surah tafsir Ibn Kathir mein hai ke jab unhone box rakha, to jo darya thi, woh tham gayi. tham gayi. ji, aur gentle tareeqe se woh chalne lagi. ji ji ji, yaani darya-e-Neel ne kabhi aisa precious cargo dekha nahi hoga. ji ji, to yeh ek bada ji ajeeb waqia hai kis tareeqe se unhone a Musa al salam ko Allah taala ki madad se mehfooz kiya, bachaya.</w:t>
      </w:r>
    </w:p>
    <w:p>
      <w:pPr>
        <w:jc w:val="right"/>
      </w:pPr>
      <w:r>
        <w:t>। जी, तो दरिया नील में अ सूर तफसीर इब्ने कसीर में है कि जब उन्होंने बॉक्स रखा, तो जो दरिया थी, वो थम गई। थम गई। जी, और जेंटल तरीके से वो चलने लगी। जी जी जी, यानी दरिया नील ने कभी ऐसा प्रेशियस कार्गो देखा नहीं होगा। जी जी, तो ये एक बड़ा जी अजीब वाकया है किस तरीके से उन्होंने अ मूसा अल सलाम को अल्लाह ताला की मदद से महफूज किया, बचाया।</w:t>
      </w:r>
    </w:p>
    <w:p>
      <w:r>
        <w:rPr>
          <w:b/>
        </w:rPr>
        <w:t xml:space="preserve">[19:51] </w:t>
      </w:r>
      <w:r>
        <w:t>ji, aur doctor sahib, ek bahut bada sabak bhi milta hai is action se, jo youkab unki mother</w:t>
      </w:r>
    </w:p>
    <w:p>
      <w:pPr>
        <w:jc w:val="right"/>
      </w:pPr>
      <w:r>
        <w:t>जी, और डॉक्टर साहब, एक बहुत बड़ा सबक भी मिलता है इस एक्शन से, जो यूकाब उनकी मदर</w:t>
      </w:r>
    </w:p>
    <w:p>
      <w:r>
        <w:rPr>
          <w:b/>
        </w:rPr>
        <w:t xml:space="preserve">[19:57] </w:t>
      </w:r>
      <w:r>
        <w:t>ne kiya ki we must trust god and put all our matters in the hands of the most</w:t>
      </w:r>
    </w:p>
    <w:p>
      <w:pPr>
        <w:jc w:val="right"/>
      </w:pPr>
      <w:r>
        <w:t>ने किया कि वी मस्ट ट्रस्ट गॉड एंड पुट ऑल आवर मैटर्स इन द हैंड्स ऑफ द मोस्ट</w:t>
      </w:r>
    </w:p>
    <w:p>
      <w:r>
        <w:rPr>
          <w:b/>
        </w:rPr>
        <w:t xml:space="preserve">[20:03] </w:t>
      </w:r>
      <w:r>
        <w:t>merciful god, who is the controller of the entias,</w:t>
      </w:r>
    </w:p>
    <w:p>
      <w:pPr>
        <w:jc w:val="right"/>
      </w:pPr>
      <w:r>
        <w:t>मर्सीफुल गॉड, हु इज द कंट्रोलर ऑफ द एंटायस,</w:t>
      </w:r>
    </w:p>
    <w:p>
      <w:r>
        <w:rPr>
          <w:b/>
        </w:rPr>
        <w:t xml:space="preserve">[20:08] </w:t>
      </w:r>
      <w:r>
        <w:t>because he is the best planner.</w:t>
      </w:r>
    </w:p>
    <w:p>
      <w:pPr>
        <w:jc w:val="right"/>
      </w:pPr>
      <w:r>
        <w:t>बिकॉज ही इज द बेस्ट प्लानर।</w:t>
      </w:r>
    </w:p>
    <w:p>
      <w:r>
        <w:rPr>
          <w:b/>
        </w:rPr>
        <w:t xml:space="preserve">[20:10] </w:t>
      </w:r>
      <w:r>
        <w:t>to kis tarah se ek aap dekhiye, ek maa ka dil aisa hota hai jo bachche ko thodi</w:t>
      </w:r>
    </w:p>
    <w:p>
      <w:pPr>
        <w:jc w:val="right"/>
      </w:pPr>
      <w:r>
        <w:t>तो किस तरीके से एक आप देखिए, एक मां का दिल ऐसा होता है जो बच्चे को थोड़ी</w:t>
      </w:r>
    </w:p>
    <w:p>
      <w:r>
        <w:rPr>
          <w:b/>
        </w:rPr>
        <w:t xml:space="preserve">[20:15] </w:t>
      </w:r>
      <w:r>
        <w:t>der ke liye bhi apne bachche se door nahin reh sakti.</w:t>
      </w:r>
    </w:p>
    <w:p>
      <w:pPr>
        <w:jc w:val="right"/>
      </w:pPr>
      <w:r>
        <w:t>देर के लिए भी अपने बच्चे से दूर नहीं रह सकती।</w:t>
      </w:r>
    </w:p>
    <w:p>
      <w:r>
        <w:rPr>
          <w:b/>
        </w:rPr>
        <w:t xml:space="preserve">[20:17] </w:t>
      </w:r>
      <w:r>
        <w:t>aur yahan par unhone, jaise aapne bataya, darya-e-neel mein daal diya.</w:t>
      </w:r>
    </w:p>
    <w:p>
      <w:pPr>
        <w:jc w:val="right"/>
      </w:pPr>
      <w:r>
        <w:t>और यहां पर उन्होंने, जैसे आपने बताया, दरिया नील में डाल दिया।</w:t>
      </w:r>
    </w:p>
    <w:p>
      <w:r>
        <w:rPr>
          <w:b/>
        </w:rPr>
        <w:t xml:space="preserve">[20:21] </w:t>
      </w:r>
      <w:r>
        <w:t>to kitna zabardast unka imaan hoga, unka kitna zabardast jo hai bharosa hoga allah par.</w:t>
      </w:r>
    </w:p>
    <w:p>
      <w:pPr>
        <w:jc w:val="right"/>
      </w:pPr>
      <w:r>
        <w:t>तो कितना जबरदस्त उनका ईमान होगा, उनका कितना जबरदस्त जो है भरोसा होगा अल्लाह पर।</w:t>
      </w:r>
    </w:p>
    <w:p>
      <w:r>
        <w:rPr>
          <w:b/>
        </w:rPr>
        <w:t xml:space="preserve">[20:28] </w:t>
      </w:r>
      <w:r>
        <w:t>yeh hum sabke liye ek sabak ki baat hai, doctor sahib.</w:t>
      </w:r>
    </w:p>
    <w:p>
      <w:pPr>
        <w:jc w:val="right"/>
      </w:pPr>
      <w:r>
        <w:t>यह हम सबके लिए एक सबक की बात है, डॉक्टर साहब।</w:t>
      </w:r>
    </w:p>
    <w:p>
      <w:r>
        <w:rPr>
          <w:b/>
        </w:rPr>
        <w:t xml:space="preserve">[20:31] </w:t>
      </w:r>
      <w:r>
        <w:t>bakul trust god.</w:t>
      </w:r>
    </w:p>
    <w:p>
      <w:pPr>
        <w:jc w:val="right"/>
      </w:pPr>
      <w:r>
        <w:t>बकुल ट्रस्ट गॉड।</w:t>
      </w:r>
    </w:p>
    <w:p>
      <w:r>
        <w:rPr>
          <w:b/>
        </w:rPr>
        <w:t xml:space="preserve">[20:33] </w:t>
      </w:r>
      <w:r>
        <w:t>ji, doctor sahib, phir uske baad aisa hota hai ki jo</w:t>
      </w:r>
    </w:p>
    <w:p>
      <w:pPr>
        <w:jc w:val="right"/>
      </w:pPr>
      <w:r>
        <w:t>जी, डॉक्टर साहब, फिर उसके बाद ऐसा होता है कि जो</w:t>
      </w:r>
    </w:p>
    <w:p>
      <w:r>
        <w:rPr>
          <w:b/>
        </w:rPr>
        <w:t xml:space="preserve">[20:36] </w:t>
      </w:r>
      <w:r>
        <w:t>a nanhe Musa ki jo behen hai, woh un par nazar rakhti hain. jis tareeqe se a darya-e-Neel ki naram lehrein bachche ki basket ko aage lekar ja rahi hoti hain, to woh ladki, unki behen bhi us par nazar rakhte hue aage badhti rehti hai. phir uske baad kya hota hai, iske baare mein hum sabko bataiye.</w:t>
      </w:r>
    </w:p>
    <w:p>
      <w:pPr>
        <w:jc w:val="right"/>
      </w:pPr>
      <w:r>
        <w:t>अ नन्हे मूसा की जो बहन है, वो उन पर नजर रखती हैं। जिस तरीके से अ दरिया नील की नरम लहरें बच्चे की बास्केट को आगे लेकर जा रही होती हैं, तो वो लड़की, उनकी बहन भी उस पर नजर रखते हुए आगे बढ़ती रहती है। फिर उसके बाद क्या होता है, इसके बारे में हम सबको बताएं।</w:t>
      </w:r>
    </w:p>
    <w:p>
      <w:r>
        <w:rPr>
          <w:b/>
        </w:rPr>
        <w:t xml:space="preserve">[20:57] </w:t>
      </w:r>
      <w:r>
        <w:t>haan, to Musa al salam ki maa ne apni beti se kaha, jinka naam bible mein Maryam aata hai, aur Islami traditional aata hai. ji, yeh badi behen thi. ji, Musa al salam ke jo bhai the, Haroon al salam, woh bhi bade the. to woh bach gaye the, chunke us zamane mein yeh a zalimana jo decree ki thi, unhone a firoun ne nahi thi.</w:t>
      </w:r>
    </w:p>
    <w:p>
      <w:pPr>
        <w:jc w:val="right"/>
      </w:pPr>
      <w:r>
        <w:t>हां, तो मूसा अल सलाम की मदर ने अपनी बेटी से कहा, जिनका नाम बाइबल में मरियम आता है, और इस्लामी ट्रेडिशनल आता है। जी, यह बड़ी बहन थी। जी, मूसा अल सलाम के जो भाई थे, हारून अल सलाम, वो भी बड़े थे। तो वो बच गए थे, चूंकि उस जमाने में यह अ जालिमाना जो डिक्री की थी, उन्होंने अ फिरौन ने नहीं थी।</w:t>
      </w:r>
    </w:p>
    <w:p>
      <w:r>
        <w:rPr>
          <w:b/>
        </w:rPr>
        <w:t xml:space="preserve">[21:20] </w:t>
      </w:r>
      <w:r>
        <w:t>to badi behan se kaha, moosa al salam ki behan se kaha ki tum jao, zara khamoshi se</w:t>
      </w:r>
    </w:p>
    <w:p>
      <w:pPr>
        <w:jc w:val="right"/>
      </w:pPr>
      <w:r>
        <w:t>तो बड़ी बहन से कहा, मूसा अल सलाम की बहन से कहा कि तुम जाओ, जरा खामोशी से</w:t>
      </w:r>
    </w:p>
    <w:p>
      <w:r>
        <w:rPr>
          <w:b/>
        </w:rPr>
        <w:t xml:space="preserve">[21:26] </w:t>
      </w:r>
      <w:r>
        <w:t>dekho ki yeh box kidhar jaata hai.</w:t>
      </w:r>
    </w:p>
    <w:p>
      <w:pPr>
        <w:jc w:val="right"/>
      </w:pPr>
      <w:r>
        <w:t>देखो कि यह बॉक्स किधर जाता है।</w:t>
      </w:r>
    </w:p>
    <w:p>
      <w:r>
        <w:rPr>
          <w:b/>
        </w:rPr>
        <w:t xml:space="preserve">[21:29] </w:t>
      </w:r>
      <w:r>
        <w:t>ji, to wo chhup-chhup ke dekhne lagi, dekhne lagi.</w:t>
      </w:r>
    </w:p>
    <w:p>
      <w:pPr>
        <w:jc w:val="right"/>
      </w:pPr>
      <w:r>
        <w:t>जी, तो वो छुप-छुप के देखने लगी, देखने लगी।</w:t>
      </w:r>
    </w:p>
    <w:p>
      <w:r>
        <w:rPr>
          <w:b/>
        </w:rPr>
        <w:t xml:space="preserve">[21:33] </w:t>
      </w:r>
      <w:r>
        <w:t>to wo aahista aahista chalta raha, wo box.</w:t>
      </w:r>
    </w:p>
    <w:p>
      <w:pPr>
        <w:jc w:val="right"/>
      </w:pPr>
      <w:r>
        <w:t>तो वो आहिस्ता आहिस्ता चलता रहा, वो बॉक्स।</w:t>
      </w:r>
    </w:p>
    <w:p>
      <w:r>
        <w:rPr>
          <w:b/>
        </w:rPr>
        <w:t xml:space="preserve">[21:37] </w:t>
      </w:r>
      <w:r>
        <w:t>yaani dono taraf ghar the.</w:t>
      </w:r>
    </w:p>
    <w:p>
      <w:pPr>
        <w:jc w:val="right"/>
      </w:pPr>
      <w:r>
        <w:t>यानी दोनों तरफ घर थे।</w:t>
      </w:r>
    </w:p>
    <w:p>
      <w:r>
        <w:rPr>
          <w:b/>
        </w:rPr>
        <w:t xml:space="preserve">[21:39] </w:t>
      </w:r>
      <w:r>
        <w:t>ji, darya-e-neel ke, lekin kahin ruka nahin.</w:t>
      </w:r>
    </w:p>
    <w:p>
      <w:pPr>
        <w:jc w:val="right"/>
      </w:pPr>
      <w:r>
        <w:t>जी, दरिया नील के, लेकिन कहीं रुका नहीं।</w:t>
      </w:r>
    </w:p>
    <w:p>
      <w:r>
        <w:rPr>
          <w:b/>
        </w:rPr>
        <w:t xml:space="preserve">[21:41] </w:t>
      </w:r>
      <w:r>
        <w:t>wo box aahista aahista chalte chalte wo pahunch gaya a mahal ke kinare, firon ke mahal ke kinare.</w:t>
      </w:r>
    </w:p>
    <w:p>
      <w:pPr>
        <w:jc w:val="right"/>
      </w:pPr>
      <w:r>
        <w:t>वो बॉक्स आहिस्ता आहिस्ता चलते चलते वो पहुंच गया अ महल के किनारे, फिरौन के महल के किनारे।</w:t>
      </w:r>
    </w:p>
    <w:p>
      <w:r>
        <w:rPr>
          <w:b/>
        </w:rPr>
        <w:t xml:space="preserve">[21:51] </w:t>
      </w:r>
      <w:r>
        <w:t>to jo queen ke mulazim the, unhe ek box nazar aaya. hum to woh box unhone uthaya, to usmein dekha ke bachcha hai. to queen ke paas le aaye. queen Asiya, woh badi reham dil, kind aur badi merciful lady thi, bilkul a uske firoun ke baraks. ji, bahut hi achhi, aur Quran mein badi achhi dua wagera aayi hai unke baare mein.</w:t>
      </w:r>
    </w:p>
    <w:p>
      <w:pPr>
        <w:jc w:val="right"/>
      </w:pPr>
      <w:r>
        <w:t>तो जो क्वीन के मुलाजिम थे, उन्हें एक बॉक्स नजर आया। हम तो वो बॉक्स उन्होंने उठाया, तो उसमें देखा कि बच्चा है। तो क्वीन के पास ले आए। क्वीन आसिया, वो बड़ी रहम दिल, काइंड और बड़ी मर्सीफुल लेडी थी, बिल्कुल अ उसके फिरौन के बरक्स। जी, बहुत ही अच्छी, और को कुरान में बड़ी अच्छी दुआ वगैरह आई है उनके बारे में।</w:t>
      </w:r>
    </w:p>
    <w:p>
      <w:r>
        <w:rPr>
          <w:b/>
        </w:rPr>
        <w:t xml:space="preserve">[22:16] </w:t>
      </w:r>
      <w:r>
        <w:t>ji, to unhone jab dekha, itna masoom bachcha, purkashish, itna achha, hum to unka dil bharaya.</w:t>
      </w:r>
    </w:p>
    <w:p>
      <w:pPr>
        <w:jc w:val="right"/>
      </w:pPr>
      <w:r>
        <w:t>जी, तो उन्होंने जब देखा, इतना मासूम बच्चा, पुरकशिश, इतना अच्छा, हम तो उनका दिल भराया।</w:t>
      </w:r>
    </w:p>
    <w:p>
      <w:r>
        <w:rPr>
          <w:b/>
        </w:rPr>
        <w:t xml:space="preserve">[22:23] </w:t>
      </w:r>
      <w:r>
        <w:t>hum to unhone firon se kaha ki yeh bachcha, is jab firon ko jab pata chala ki darya</w:t>
      </w:r>
    </w:p>
    <w:p>
      <w:pPr>
        <w:jc w:val="right"/>
      </w:pPr>
      <w:r>
        <w:t>हम तो उन्होंने फिरौन से कहा कि यह बच्चा, इस जब फिरौन को जब पता चला कि दरिया</w:t>
      </w:r>
    </w:p>
    <w:p>
      <w:r>
        <w:rPr>
          <w:b/>
        </w:rPr>
        <w:t xml:space="preserve">[22:31] </w:t>
      </w:r>
      <w:r>
        <w:t>neel mein ek bachcha mila hai, to wo fauran samajh gaya.</w:t>
      </w:r>
    </w:p>
    <w:p>
      <w:pPr>
        <w:jc w:val="right"/>
      </w:pPr>
      <w:r>
        <w:t>नील में एक बच्चा मिला है, तो वो फौरन समझ गया।</w:t>
      </w:r>
    </w:p>
    <w:p>
      <w:r>
        <w:rPr>
          <w:b/>
        </w:rPr>
        <w:t xml:space="preserve">[22:34] </w:t>
      </w:r>
      <w:r>
        <w:t>to bahut hi tez tarar aadmi tha.</w:t>
      </w:r>
    </w:p>
    <w:p>
      <w:pPr>
        <w:jc w:val="right"/>
      </w:pPr>
      <w:r>
        <w:t>तो बहुत ही तेज तरार आदमी था।</w:t>
      </w:r>
    </w:p>
    <w:p>
      <w:r>
        <w:rPr>
          <w:b/>
        </w:rPr>
        <w:t xml:space="preserve">[22:36] </w:t>
      </w:r>
      <w:r>
        <w:t>usne kaha ki zaroor yeh koi bani israil ka bachcha, ki maa ne dala hoga, usko unka bachcha</w:t>
      </w:r>
    </w:p>
    <w:p>
      <w:pPr>
        <w:jc w:val="right"/>
      </w:pPr>
      <w:r>
        <w:t>उसने कहा कि जरूर यह कोई बनी इसराइल का बच्चा, की मां ने डाला होगा, उसको उनका बच्चा</w:t>
      </w:r>
    </w:p>
    <w:p>
      <w:r>
        <w:rPr>
          <w:b/>
        </w:rPr>
        <w:t xml:space="preserve">[22:42] </w:t>
      </w:r>
      <w:r>
        <w:t>hoga. To usne kaha, fauran qatl kar do isko.</w:t>
      </w:r>
    </w:p>
    <w:p>
      <w:pPr>
        <w:jc w:val="right"/>
      </w:pPr>
      <w:r>
        <w:t>होगा। तो उसने कहा, फौरन कत्ल कर दो इसको।</w:t>
      </w:r>
    </w:p>
    <w:p>
      <w:r>
        <w:rPr>
          <w:b/>
        </w:rPr>
        <w:t xml:space="preserve">[22:45] </w:t>
      </w:r>
      <w:r>
        <w:t>hum</w:t>
      </w:r>
    </w:p>
    <w:p>
      <w:pPr>
        <w:jc w:val="right"/>
      </w:pPr>
      <w:r>
        <w:t>हम</w:t>
      </w:r>
    </w:p>
    <w:p>
      <w:r>
        <w:rPr>
          <w:b/>
        </w:rPr>
        <w:t xml:space="preserve">[22:47] </w:t>
      </w:r>
      <w:r>
        <w:t>to a firoun ne to keh diya tha, qatl kar do. lekin jo unki jo unki malika thi, ji Asiya, unhone kaha firoun se ke nahi, qatl mat karo, yeh bachcha hamari aankhon ka thandak banega. hum qurratal ayuni wa laka. hum to firoun ne kaha ke laka wa la li, yaani malika Asiya ne kaha tha ke tumhari aur hamari aankhon ki thandak. hum yeh bachcha b</w:t>
      </w:r>
    </w:p>
    <w:p>
      <w:pPr>
        <w:jc w:val="right"/>
      </w:pPr>
      <w:r>
        <w:t>तो अ फिरौन ने तो कह दिया था, कत्ल कर दो। लेकिन जो उनकी जो उनकी मलिका थी, जी आसिया, उन्होंने कहा फिरौन से कि नहीं, कत्ल मत करो, यह बच्चा हमारी आंखों का ठंडक बनेगा। हम कुरत एन ली वलक। हम तो फिरौन ने कहा के लकी वला ली, यानी मलिका आसिया ने कहा था कि तुम्हारी और हमारी आंखों की ठंडक। हम यह बच्चा ब</w:t>
      </w:r>
    </w:p>
    <w:p>
      <w:r>
        <w:rPr>
          <w:b/>
        </w:rPr>
        <w:t xml:space="preserve">[23:16] </w:t>
      </w:r>
      <w:r>
        <w:t>anega. firoun ne kaha ke tumhari aankhon ke thandak banega, meri nahi. hum aur yahi waqia ban gaya ke agar firoun ne yeh haan keh diya ho, to us waqt jab a malika ne kaha tha ke hamari aur tumhari aankhon ki thandak banega. ji, to usne agar usko maan liya hota, to to usko hidayat mil jati, mil jati ho. ji, badi zabardast hadith hai, bahut</w:t>
      </w:r>
    </w:p>
    <w:p>
      <w:pPr>
        <w:jc w:val="right"/>
      </w:pPr>
      <w:r>
        <w:t>नेगा। फिरौन ने कहा कि तुम्हारी आंखों के ठंडक बनेगा, मेरी नहीं। हम और यही वाकया बन गया कि अगर फिरौन ने यह हां कह दिया हो, तो उस वक्त जब अ मलिका ने कहा था कि हमारी और तुम्हारी आंखों की ठंडक बनेगा। जी, तो उसने अगर उसको मान लिया होता, तो तो उसको हिदायत मिल जाती, मिल जाती हो। जी, बड़ी जबरदस्त हदीस है, बहुत</w:t>
      </w:r>
    </w:p>
    <w:p>
      <w:r>
        <w:rPr>
          <w:b/>
        </w:rPr>
        <w:t xml:space="preserve">[23:40] </w:t>
      </w:r>
      <w:r>
        <w:t>। ji ji ji, to is tareeqe se kam se kam firoun ne ijazat de di. ji, ke theek hai, mahal mein is bachche ko rakha jaye. ji, aur doctor sahab, agar dekhein to matlab isse yeh bhi pata chalta hai, matlab ek cheez aur emphasize hoti hai ke is duniya mein a problems aur difficulties bahut bhari hui hain. at different points of time, we face these obstacles, sometime life threatening obstacles. b</w:t>
      </w:r>
    </w:p>
    <w:p>
      <w:pPr>
        <w:jc w:val="right"/>
      </w:pPr>
      <w:r>
        <w:t>। जी जी जी, तो इस तरीके से कम से कम फिरौन ने इजाजत दे दी। जी, किठीक है, महल में इस बच्चे को रखा जाए। जी, और डॉक्टर साहब, अगर देखें तो मतलब इससे ये भी पता चलता है, मतलब एक चीज और एमफसा इज होती है कि इस दुनिया में अ प्रॉब्लम्स और डिफिकल्टीज बहुत भरी हुई है। एट डिफरेंट पॉइंट्स ऑफ टाइम, वी फेस दीज ऑब्स्टकल्स, समटाइम लाइफ थ्रेटनिंग ऑब्स्टकल्स। ब</w:t>
      </w:r>
    </w:p>
    <w:p>
      <w:r>
        <w:rPr>
          <w:b/>
        </w:rPr>
        <w:t xml:space="preserve">[24:05] </w:t>
      </w:r>
      <w:r>
        <w:t>ut Allah taala ka yeh wada hai ke agar aap sabr karein, then he will definitely give a beautiful relief. a aur Quran mein yeh aaya bhi hai that with every hardship, there is ease. aur yahi hua, doctor sahab, phir ease ka mauka aaya nanhe Musa ke liye ke jo queen Asiya thi, unhone bachaya unko. jaise aapne apne zikr kiya. to iske baare mein thoda aur bataiye, doctor sahab.</w:t>
      </w:r>
    </w:p>
    <w:p>
      <w:pPr>
        <w:jc w:val="right"/>
      </w:pPr>
      <w:r>
        <w:t>ट अल्लाह ताला का यह वादा है कि अगर आप सब्र करें, देन ही विल डेफिनेटली गिव अ ब्यूटीफुल रिलीफ। अ और कुरान में ये आया भी है दैट विद एवरी हार्डशिप, देयर इज ईज। और यही हुआ, डॉक्टर साहब, फिर ईज का मौका आया नन्हे मूसा के लिए कि जो क्वीन आसिया थी, उन्होंने बचाया उनको। जैसे आपने अपने जिक्र किया। तो इसके बारे में थोड़ा और बताएं, डॉक्टर साहब।</w:t>
      </w:r>
    </w:p>
    <w:p>
      <w:r>
        <w:rPr>
          <w:b/>
        </w:rPr>
        <w:t xml:space="preserve">[24:33] </w:t>
      </w:r>
      <w:r>
        <w:t>a jo queen Asiya thi, malika Asiya, woh bahut hi kind hearted aur merciful lady thi. to usne firoun se ijazat le li aur mahal mein rakhne rakhne ki ijazat mil gayi</w:t>
      </w:r>
    </w:p>
    <w:p>
      <w:pPr>
        <w:jc w:val="right"/>
      </w:pPr>
      <w:r>
        <w:t>अ जो क्वीन आसिया थी, मलिका आसिया, वो बहुत ही काइंड हार्टेड और मर्सीफुल लेडी थी। तो उसने फिरौन से इजाजत ले ली और महल में रखने रखने की इजाजत मिल गई</w:t>
      </w:r>
    </w:p>
    <w:p>
      <w:r>
        <w:rPr>
          <w:b/>
        </w:rPr>
        <w:t xml:space="preserve">[24:50] </w:t>
      </w:r>
      <w:r>
        <w:t>to yahan ek badi jo aham baat hamein samajh mein aati hai ki jis badshah ne, firoun ne, sare bani israil ke bachchon ko jis maqsad se qatl karne ki decree de di thi, hukam de diya tha, wahi bachcha mahal mein aa gaya allah taala ki marzi se. aur queen ne apna beta hi bana liya usko.</w:t>
      </w:r>
    </w:p>
    <w:p>
      <w:pPr>
        <w:jc w:val="right"/>
      </w:pPr>
      <w:r>
        <w:t>। तो यहां एक बड़ी जो अहम बात हमें समझ में आती है कि जिस बादशाह ने, फिरौन ने, सारे बनी इसराइल के बच्चों को जिस मकसद से कत्ल करने की डिक्री दे दी थी, हुकम दे दिया था, वही बच्चा महल में आ गया अल्लाह ताला की मर्जी से। और क्वीन ने अपना बेटा ही बना लिया उसको।</w:t>
      </w:r>
    </w:p>
    <w:p>
      <w:r>
        <w:rPr>
          <w:b/>
        </w:rPr>
        <w:t xml:space="preserve">[25:16] </w:t>
      </w:r>
      <w:r>
        <w:t>ji, to jo sabak humko yahan milta hai ki koi bhi kisi bhi tarah ki badi se badi tadbeer kar le aapke khilaf, agar allah ko manzoor nahi hogi, to kabhi bhi wo kamyab nahi ho sakta. ji, aur yahan maulana ne likha hai, main usko padhunga ki allah taala apne nek bandon ke liye khatra ko mawa mein tabdeel kar deta hai, yaani danger ko opportunity mein tabdeel kar deta hai aur khone ko pane ka jeena bana deta</w:t>
      </w:r>
    </w:p>
    <w:p>
      <w:pPr>
        <w:jc w:val="right"/>
      </w:pPr>
      <w:r>
        <w:t>जी, तो जो सबक हमको यहां मिलता है कि कोई भी किसी भी तरह की बड़ी से बड़ी तदबीर कर ले आपके खिलाफ, अगर अल्लाह को मंजूर नहीं होगी, तो कभी भी वो कामयाब नहीं हो सकता। जी, और यहां मौलाना ने लिखा है, मैं उसको पढ़ूंगा कि अल्लाह ताला अपने नेक बंदों के लिए खतरा को मवा में तब्दील कर देता है, यानी डेंजर को अपॉर्चुनिटी में तब्दील कर देता है और खोने को पाने का जीना बना देता</w:t>
      </w:r>
    </w:p>
    <w:p>
      <w:r>
        <w:rPr>
          <w:b/>
        </w:rPr>
        <w:t xml:space="preserve">[25:45] </w:t>
      </w:r>
      <w:r>
        <w:t>hai. wo khauf ko,</w:t>
      </w:r>
    </w:p>
    <w:p>
      <w:pPr>
        <w:jc w:val="right"/>
      </w:pPr>
      <w:r>
        <w:t>है। वह खौफ को,</w:t>
      </w:r>
    </w:p>
    <w:p>
      <w:r>
        <w:rPr>
          <w:b/>
        </w:rPr>
        <w:t xml:space="preserve">[25:50] </w:t>
      </w:r>
      <w:r>
        <w:t>wo khauf ke halaat ko aasani mein badal deta hai. wo anhoni ke andar honi ke mawa nikal deta hai. khuda tamam tadbeer karne walon se behtar tadbeer karne wala hai. wo hamesha apne nek bandon ki madad karta hai aur zalim bandon ki nahi. ji</w:t>
      </w:r>
    </w:p>
    <w:p>
      <w:pPr>
        <w:jc w:val="right"/>
      </w:pPr>
      <w:r>
        <w:t>वह खौफ के हालात को आसानी में बदल देता है। वह अनहोनी के अंदर होनी के मवा निकाल देता है। खुदा तमाम तदबीर करने वालों से बेहतर तदबीर करने वाला है। वह हमेशा अपने नेक बंदों की मदद करता है और जालिम बंदों की नहीं। जी</w:t>
      </w:r>
    </w:p>
    <w:p>
      <w:r>
        <w:rPr>
          <w:b/>
        </w:rPr>
        <w:t xml:space="preserve">[26:09] </w:t>
      </w:r>
      <w:r>
        <w:t>ji, aur doctor sahab, ek aur cheez isse nikal ke aati hai ki aksar log jab dua bhi karte hain, to wo chahte hain ki ekdam kuch moajza ho jaye aur cheezein jo hain, ekdam solve ho jaye, problem solve ho jaye. lekin humne is story se bhi dekha ki allah taala ka tareeqa cause and effect ko lekar hota hai. bilkul, to wo aisa nahi, aisa nahi hoga ki koi supernatural magic ya power aayegi aur wo cheezon ko theek kar dengi. balki hum dekhte hain ki wo situation aise pa</w:t>
      </w:r>
    </w:p>
    <w:p>
      <w:pPr>
        <w:jc w:val="right"/>
      </w:pPr>
      <w:r>
        <w:t>जी, और डॉक्टर साहब, एक और चीज इससे निकल के आती है कि अक्सर लोग जब दुआ भी करते हैं, तो वह चाहते हैं कि एकदम कुछ मोजजा हो जाए और चीजें जो हैं, एकदम सॉल्व हो जाए, प्रॉब्लम सॉल्व हो जाए। लेकिन हमने इस स्टोरी से भी देखा कि अल्लाह ताला का तरीका कॉज एंड इफेक्ट को लेकर होता है। बिल्कुल, तो वो ऐसा नहीं, ऐसा नहीं होगा कि कोई सुपर नेचुरल मैजिक या पावर आएगी और वो चीजों कोठीक कर देंगी। बल्कि हम देखते हैं कि वो सिचुएशन ऐसे प</w:t>
      </w:r>
    </w:p>
    <w:p>
      <w:r>
        <w:rPr>
          <w:b/>
        </w:rPr>
        <w:t xml:space="preserve">[26:39] </w:t>
      </w:r>
      <w:r>
        <w:t>esh aati hai, is tarah ki planning hoti hai ki khud ba khuda jo hai, result samne positive ho jata hai. aur yahi humne a prophet moses ki zindagi se bhi dekha ki kis tarah khatre se nikal kar wo khud us shahi mahal mein pahunch jate hain, jahan par jo queen asiya hai, ab wo unki benevolent care, compassion, generosity mein bade hone lagte hain. to doctor sahab, ab iske aage kya hota hai, uske bare mein bhi hamein bataiye.</w:t>
      </w:r>
    </w:p>
    <w:p>
      <w:pPr>
        <w:jc w:val="right"/>
      </w:pPr>
      <w:r>
        <w:t>ेश आती है, इस तरीके की प्लानिंग होती है कि खुद बखुदा जो है, रिजल्ट सामने पॉजिटिव हो जाता है। और यही हमने अ प्रोफेट मोसेस की जिंदगी से भी देखा कि किस तरह खतरे से निकलकर वह खुद उस शाही महल में पहुंच जाते हैं, जहां पर जो क्वीन आसिया है, अब वह उनकी बेनीवोलेंट केयर, कंपैशन, जनरोसिटी में बड़े होने लगते हैं। तो डॉक्टर साहब, अब इसके आगे क्या होता है, उसके बारे में भी हमें बताइए।</w:t>
      </w:r>
    </w:p>
    <w:p>
      <w:r>
        <w:rPr>
          <w:b/>
        </w:rPr>
        <w:t xml:space="preserve">[27:07] </w:t>
      </w:r>
      <w:r>
        <w:t>to bachcha, chunki wo rone lagta hai, ji, aur chup hi nahi hota hai, to malika bahut sari daaiyon ko bulati hai ki bachche ko doodh pilaye. to kisi ka doodh nahi pita bachcha, musa al salam, kisi ka doodh nahi peete aur rote rehte hain. to ek hungama mach jata hai wahan aur zahir hai, malika ka masla tha, to sare mahal mein shor aur hungama mach gaya hoga. har aadmi koshish kar raha hoga ki is masle ko hal karein. to</w:t>
      </w:r>
    </w:p>
    <w:p>
      <w:pPr>
        <w:jc w:val="right"/>
      </w:pPr>
      <w:r>
        <w:t>तो बच्चा, चूंकि वो रोने लगता है, जी, और चुप ही नहीं होता है, तो मलिका बहुत सारी दाइयों को बुलाती है कि बच्चे को दूध पिलाए। तो किसी का दूध नहीं पीता बच्चा, मूसा अल सलाम, किसी का दूध नहीं पीते और रोते रहते हैं। तो एक हंगामा मच जाता है वहां और जाहिर है, मलिका का मसला था, तो सारे महल में शोर और हंगामा मच गया होगा। हर आदमी कोशिश कर रहा होगा कि इस मसले को हल करें। तो</w:t>
      </w:r>
    </w:p>
    <w:p>
      <w:r>
        <w:rPr>
          <w:b/>
        </w:rPr>
        <w:t xml:space="preserve">[27:34] </w:t>
      </w:r>
      <w:r>
        <w:t>jo musa al salam ki behen thi, wo bhi wahin aas paas kahin thi. to kisi tarah unhone message bhijwaya ki main ek aisi wetness ko jaanti hoon jo isko doodh pila sakti hai bachche ko. ji, to malika ne kaha ki fauran bulao usko. to wo gayi apne ghar jaldi se aur apni mother ko lekar aa gayi. to jaise mother ne musa al salam ko haath mein liya, to wo chup ho gaye aur doodh peene lage. ji, to firoun bhi wahan khada hua tha,</w:t>
      </w:r>
    </w:p>
    <w:p>
      <w:pPr>
        <w:jc w:val="right"/>
      </w:pPr>
      <w:r>
        <w:t>जो मूसा अल सलाम की बहन थी, वह भी वहीं आसपास कहीं थी। तो किसी तरीके से उन्होंने मैसेज भिजवाया कि मैं एक ऐसी अ वेटनर्स को जानती हूं जो इसको दूध पिला सकती है बच्चे को। जी, तो मलिका ने कहा कि फौरन बुलाओ उसको। तो वह गई अपने घर जल्दी से और अपनी मदर को लेकर आ गई। तो जैसे मदर ने मूसा अल सलाम को हाथ में लिया, तो वह चुप हो गए और दूध पीने लगे। जी, तो फिरौन भी वहां खड़ा हुआ था,</w:t>
      </w:r>
    </w:p>
    <w:p>
      <w:r>
        <w:rPr>
          <w:b/>
        </w:rPr>
        <w:t xml:space="preserve">[28:03] </w:t>
      </w:r>
      <w:r>
        <w:t>wo bhi dekh raha tha. ji, he was astonish ki yeh kya hua. abhi 10-12 a daaiyon ne koshish ki, lekin a kisi ka doodh nahi piya. aur achanak yeh ek kaun khatoon aayi, ji, doodh peene laga. to usko shak ho gaya. ji ji, to firoun ne kaha ki tum ho kaun?</w:t>
      </w:r>
    </w:p>
    <w:p>
      <w:pPr>
        <w:jc w:val="right"/>
      </w:pPr>
      <w:r>
        <w:t>वह भी देख रहा था। जी, ही वाज अस्टोन कि यह क्या हुआ। अभी 10-12 अ दाइयों ने कोशिश की, लेकिन अ किसी का दूध नहीं पिया। और अचानक यह एक कौन खातून आई, जी, दूध पीने लगा। तो उसको शक हो गया। जी जी, तो फिरौन ने कहा कि तुम हो कौन?</w:t>
      </w:r>
    </w:p>
    <w:p>
      <w:r>
        <w:rPr>
          <w:b/>
        </w:rPr>
        <w:t xml:space="preserve">[28:21] </w:t>
      </w:r>
      <w:r>
        <w:t>tum kaun ho? ji, to agar unhone keh diya hota ki main is bachche ki maa hoon, ji, to sara mamla bigad jata</w:t>
      </w:r>
    </w:p>
    <w:p>
      <w:pPr>
        <w:jc w:val="right"/>
      </w:pPr>
      <w:r>
        <w:t>तुम कौन हो? जी, तो अगर उन्होंने कह दिया होता कि मैं इस बच्चे की मां हूं, जी, तो सारा मामला बिगड़ जाता</w:t>
      </w:r>
    </w:p>
    <w:p>
      <w:r>
        <w:rPr>
          <w:b/>
        </w:rPr>
        <w:t xml:space="preserve">[28:28] </w:t>
      </w:r>
      <w:r>
        <w:t>। ji, to unhone bada achha, achhe andaaz mein kaha ki i am a woman of sweet milk and no child refuse my milk. ji, to is tarah unhone ek jawab de diya. to firoun chup ho gaya. ji, to is tarah allah taala ne musa al salam ko mother se milwa diya aur jo wada kiya tha, wo poora, wo poora kar diya. bahut hi pyara jawab diya doctor sahab unhone. ji,</w:t>
      </w:r>
    </w:p>
    <w:p>
      <w:pPr>
        <w:jc w:val="right"/>
      </w:pPr>
      <w:r>
        <w:t>। जी, तो उन्होंने बड़ा अच्छा, अच्छे अंदाज में कहा कि आई एम ए वुमन ऑफ स्वीट मिल्क एंड नो चाइल्ड रिफ्यूज माय मिल्क। जी, तो इस तरीके से उन्होंने एक जवाब दे दिया। तो फिरौन चुप हो गया। जी, तो इस तरह अल्लाह ताला ने मूसा अल सलाम को मदर से मिलवा दिया और जो वादा किया था, वो पूरा, वो पूरा कर दिया। बहुत ही प्यारा जवाब दिया डॉक्टर साहब उन्होंने। जी,</w:t>
      </w:r>
    </w:p>
    <w:p>
      <w:r>
        <w:rPr>
          <w:b/>
        </w:rPr>
        <w:t xml:space="preserve">[28:51] </w:t>
      </w:r>
      <w:r>
        <w:t>to doctor sahab, phir musa al salam bade hone lagte hain a us palace mein reh ke, wahan ke taur tareeqe seekhte hain. to hum chahenge ki uske bare mein aap bataein kis tarah phir wo aage a grow karte hain. ji,</w:t>
      </w:r>
    </w:p>
    <w:p>
      <w:pPr>
        <w:jc w:val="right"/>
      </w:pPr>
      <w:r>
        <w:t>तो डॉक्टर साहब, फिर मूसा अल सलाम बड़े होने लगते हैं अ उस पैलेस में रह के, वहां के तौर तरीके सीखते हैं। तो हम चाहेंगे कि उसके बारे में आप बताएं किस तरह फिर वो आगे अ ग्रो करते हैं। जी,</w:t>
      </w:r>
    </w:p>
    <w:p>
      <w:r>
        <w:rPr>
          <w:b/>
        </w:rPr>
        <w:t xml:space="preserve">[29:06] </w:t>
      </w:r>
      <w:r>
        <w:t>haan, to musa al salam to ek tarah se prince ki tarah se rehne lage. ji, aur unki mother bhi rehne lagi wahan aur queen ki care aur ek tarah se queen ke bete ki tarah se rehne lagi.</w:t>
      </w:r>
    </w:p>
    <w:p>
      <w:pPr>
        <w:jc w:val="right"/>
      </w:pPr>
      <w:r>
        <w:t>हां, तो मूसा अल सलाम तो एक तरीके से प्रिंस की तरह से रहने लगे। जी, और उनकी मदर भी रहने लगी वहां और क्वीन की केयर और एक तरीके से क्वीन के बेटे की तरह से रहने लगी।</w:t>
      </w:r>
    </w:p>
    <w:p>
      <w:r>
        <w:rPr>
          <w:b/>
        </w:rPr>
        <w:t xml:space="preserve">[29:19] </w:t>
      </w:r>
      <w:r>
        <w:t>ji, to bahut hi, yaani jo bhi wahan ke taur tareeqe the aur jo bhi cheezein wo seekhi unhone. aur jab wo a naujawan ho gaye, to bahut hi ek achhi personality, bahut hi achhi personality thi unki. a balki a prophet mohammed sallallahu al wasallam jab a meraj mein gaye the, ek jo spiritual experience experience hua tha, jannat dikhai gayi thi. to usmein bahut sare paigambaron se mile the. ji</w:t>
      </w:r>
    </w:p>
    <w:p>
      <w:pPr>
        <w:jc w:val="right"/>
      </w:pPr>
      <w:r>
        <w:t>जी, तो बहुत ही, यानी जो भी वहां के तौर तरीके थे और जो भी चीजें वो सीखी उन्होंने। और जब वो अ नौजवान हो गए, तो बहुत ही एक अच्छी पर्सनालिटी, बहुत ही अच्छी पर्सनालिटी थी उनकी। अ बल्कि अ प्रोफेट मोहम्मद सल्लल्लाहु अल वसल्लम जब अ मेराज में गए थे, एक जो स्पिरिचुअल एक्सपीरियंस एक्सपीरियंस हुआ था, जन्नत दिखाई गई थी। तो उसमें बहुत सारे पैगंबरों से मिले थे। जी</w:t>
      </w:r>
    </w:p>
    <w:p>
      <w:r>
        <w:rPr>
          <w:b/>
        </w:rPr>
        <w:t xml:space="preserve">[29:47] </w:t>
      </w:r>
      <w:r>
        <w:t>, musa al salam se to kafi lambi batchit hui thi namaz ke silsile mein. to prophet mohammed ne kuch paigambaron ko bataya hai ki kaise the. to usmein aata hai ki he was tall, well built, ji, and dark skin and very strong personality. ji, bahut hi achha, unke jo baal the, wo curly hair the, hum aur aur kafi zabardast shakhsiyat thi.</w:t>
      </w:r>
    </w:p>
    <w:p>
      <w:pPr>
        <w:jc w:val="right"/>
      </w:pPr>
      <w:r>
        <w:t>, मूसा अल सलाम से तो काफी लंबी बातचीत हुई थी नमाज के सिलसिले में। तो प्रोफेट मोहम्मद ने कुछ पैगंबरों को को बताया है कि कैसे थे। तो उसमें आता है कि ही वाज टॉल, हम वेल बिल्ट, जी, एंड डार्क स्किन एंड वेरी स्ट्रांग पर्सनालिटी। जी, बहुत ही अच्छा, उनके जो बाल थे, वो कर्ली हेयर थे, हम और और काफी जबरदस्त शख्सियत थी।</w:t>
      </w:r>
    </w:p>
    <w:p>
      <w:r>
        <w:rPr>
          <w:b/>
        </w:rPr>
        <w:t xml:space="preserve">[30:14] </w:t>
      </w:r>
      <w:r>
        <w:t>to is tarah se jab wo bade hue, to ek bahut hi a zabardast shakhsiyat ban gaye. aur jo unki maa thi, jo mahal mein rehti thi ya aati jati thi, wo unko jo inke anset the, ibrahim al salam aur ismail al salam, ishaq al salam, inke qisse sunate thi. ji, aur batate thi kya maqsad hayat hai. to ek tarah se yeh seeker ban gaye,</w:t>
      </w:r>
    </w:p>
    <w:p>
      <w:pPr>
        <w:jc w:val="right"/>
      </w:pPr>
      <w:r>
        <w:t>तो इस तरीके से जब वो बड़े हुए, तो एक बहुत ही अ जबरदस्त शख्सियत बन गए। और जो उनकी मां थी, जो महल में रहती थी या आती जाती थी, वो उनको जो इनके एंसेट थे, इब्राहिम अल सलाम और इस्माइल अल सलाम, इसहाक अल सलाम, इनके किस्से सुनाते थे। जी, और बताते थे क्या मकसद हैयात है। तो एक तरीके से यह सीकर बन गए,</w:t>
      </w:r>
    </w:p>
    <w:p>
      <w:r>
        <w:rPr>
          <w:b/>
        </w:rPr>
        <w:t xml:space="preserve">[30:39] </w:t>
      </w:r>
      <w:r>
        <w:t>seeking spirit inke andar jaag gayi aur unko, unko samajh mein aane laga ki kis maqsad se allah taala ne unko paida kiya hai. ji, doctor sahab, kitna zabardast ismein se message nikalta hai ki a who can prevent allah plan coming into effect.</w:t>
      </w:r>
    </w:p>
    <w:p>
      <w:pPr>
        <w:jc w:val="right"/>
      </w:pPr>
      <w:r>
        <w:t>सीकिंग स्पिरिट इनके अंदर जाग गई और उनको, उनको समझ में आने लगा कि किस मकसद से अल्लाह ताला ने उनको पैदा किया है। जी, डॉक्टर साहब, कितना जबरदस्त इसमें से मैसेज निकलता है कि अ हु कैन प्रिवेंट अल्लाह प्लान कमिंग इनटू इफेक्ट।</w:t>
      </w:r>
    </w:p>
    <w:p>
      <w:r>
        <w:rPr>
          <w:b/>
        </w:rPr>
        <w:t xml:space="preserve">[30:58] </w:t>
      </w:r>
      <w:r>
        <w:t>matlab kis tarike se a ek mahal mein reh ke wahan ke etiquette and highest standards of learning</w:t>
      </w:r>
    </w:p>
    <w:p>
      <w:pPr>
        <w:jc w:val="right"/>
      </w:pPr>
      <w:r>
        <w:t>मतलब किस तरीके से अ एक महल में रह के वहां के एटिकेट्स एंड हाईएस्ट स्टैंडर्ड्स ऑफ लर्निंग</w:t>
      </w:r>
    </w:p>
    <w:p>
      <w:r>
        <w:rPr>
          <w:b/>
        </w:rPr>
        <w:t xml:space="preserve">[31:05] </w:t>
      </w:r>
      <w:r>
        <w:t>a ko hasil karna.</w:t>
      </w:r>
    </w:p>
    <w:p>
      <w:pPr>
        <w:jc w:val="right"/>
      </w:pPr>
      <w:r>
        <w:t>अ को हासिल करना।</w:t>
      </w:r>
    </w:p>
    <w:p>
      <w:r>
        <w:rPr>
          <w:b/>
        </w:rPr>
        <w:t xml:space="preserve">[31:07] </w:t>
      </w:r>
      <w:r>
        <w:t>and you know, he was in doubt with a very impressive personality, jaise aapne bataya, kyunki unko ek</w:t>
      </w:r>
    </w:p>
    <w:p>
      <w:pPr>
        <w:jc w:val="right"/>
      </w:pPr>
      <w:r>
        <w:t>एंड यू नो, ही वाज इन डाउट विद अ वेरी इंप्रेसिव पर्सनालिटी, जैसे आपने बताया, क्योंकि उनको एक</w:t>
      </w:r>
    </w:p>
    <w:p>
      <w:r>
        <w:rPr>
          <w:b/>
        </w:rPr>
        <w:t xml:space="preserve">[31:12] </w:t>
      </w:r>
      <w:r>
        <w:t>prophetic role ada karna tha.</w:t>
      </w:r>
    </w:p>
    <w:p>
      <w:pPr>
        <w:jc w:val="right"/>
      </w:pPr>
      <w:r>
        <w:t>प्रोफेटिक रोल अदा करना था।</w:t>
      </w:r>
    </w:p>
    <w:p>
      <w:r>
        <w:rPr>
          <w:b/>
        </w:rPr>
        <w:t xml:space="preserve">[31:14] </w:t>
      </w:r>
      <w:r>
        <w:t>To is tarike se Allah taala ki planning hui.</w:t>
      </w:r>
    </w:p>
    <w:p>
      <w:pPr>
        <w:jc w:val="right"/>
      </w:pPr>
      <w:r>
        <w:t>तो इस तरीके से अल्लाह ताला की प्लानिंग हुई।</w:t>
      </w:r>
    </w:p>
    <w:p>
      <w:r>
        <w:rPr>
          <w:b/>
        </w:rPr>
        <w:t xml:space="preserve">[31:17] </w:t>
      </w:r>
      <w:r>
        <w:t>To yeh bahut hi zabardast, isse cheez bahar nikal ke aati hai.</w:t>
      </w:r>
    </w:p>
    <w:p>
      <w:pPr>
        <w:jc w:val="right"/>
      </w:pPr>
      <w:r>
        <w:t>तो यह बहुत ही जबरदस्त, इससे चीज बाहर निकल के आती है।</w:t>
      </w:r>
    </w:p>
    <w:p>
      <w:r>
        <w:rPr>
          <w:b/>
        </w:rPr>
        <w:t xml:space="preserve">[31:21] </w:t>
      </w:r>
      <w:r>
        <w:t>A doctor sahab, lekin iske baad phir ek zabardast hadsa hota hai, jisse prophet Musa ki zindagi poori</w:t>
      </w:r>
    </w:p>
    <w:p>
      <w:pPr>
        <w:jc w:val="right"/>
      </w:pPr>
      <w:r>
        <w:t>अ डॉक्टर साहब, लेकिन इसके बाद फिर एक जबरदस्त हादसा होता है, जिससे प्रोफेट मूसा की जिंदगी पूरी</w:t>
      </w:r>
    </w:p>
    <w:p>
      <w:r>
        <w:rPr>
          <w:b/>
        </w:rPr>
        <w:t xml:space="preserve">[31:28] </w:t>
      </w:r>
      <w:r>
        <w:t>tarike se badal jati hai.</w:t>
      </w:r>
    </w:p>
    <w:p>
      <w:pPr>
        <w:jc w:val="right"/>
      </w:pPr>
      <w:r>
        <w:t>तरीके से बदल जाती है।</w:t>
      </w:r>
    </w:p>
    <w:p>
      <w:r>
        <w:rPr>
          <w:b/>
        </w:rPr>
        <w:t xml:space="preserve">[31:30] </w:t>
      </w:r>
      <w:r>
        <w:t>to hum chahenge ki us hadse ke bare mein aap hum sabko bataein. haan, jab a yeh taqreeban jawani ki jab age thi musa al salam ki, to wo kahin ja rahe the raste mein. dopahar ka time tha,</w:t>
      </w:r>
    </w:p>
    <w:p>
      <w:pPr>
        <w:jc w:val="right"/>
      </w:pPr>
      <w:r>
        <w:t>तो हम चाहेंगे कि उस हादसे के बारे में आप हम सबको बताएं। हां, जब अ यह तकरीबन जवानी की जब एज थी मूसा अल सलाम की, तो वह कहीं जा रहे थे रास्ते में। दोपहर का टाइम था,</w:t>
      </w:r>
    </w:p>
    <w:p>
      <w:r>
        <w:rPr>
          <w:b/>
        </w:rPr>
        <w:t xml:space="preserve">[31:45] </w:t>
      </w:r>
      <w:r>
        <w:t>to unhone dekha ki do log aapas mein lad rahe hain.</w:t>
      </w:r>
    </w:p>
    <w:p>
      <w:pPr>
        <w:jc w:val="right"/>
      </w:pPr>
      <w:r>
        <w:t>तो उन्होंने देखा कि दो लोग आपस में लड़ रहे हैं।</w:t>
      </w:r>
    </w:p>
    <w:p>
      <w:r>
        <w:rPr>
          <w:b/>
        </w:rPr>
        <w:t xml:space="preserve">[31:49] </w:t>
      </w:r>
      <w:r>
        <w:t>ji, ek to tibbati tha, jo musa al salam, jo israili tha, yaani jo a firoun ke log the, wo kapati kahlate the. ji, kopt. ji, koptic. hum aur jo a bani israel ke log the, wo israili kahlate the. to ek israili aur ek koptic lad rahe the aapas mein. ji, do lad, do aadmi lad rahe the. to unhone a bachane ki ko</w:t>
      </w:r>
    </w:p>
    <w:p>
      <w:pPr>
        <w:jc w:val="right"/>
      </w:pPr>
      <w:r>
        <w:t>जी, एक तो तिब्बती था, जो मूसा अल सलाम, जो इसराइली था, यानी जो अ फिरौन के लोग थे, वो कपटी कहलाते थे। जी, कॉप्ट। जी, कॉप्टिक। हम और जो अ बनी इसराइल के लोग थे, वो इसराइली कहलाते थे। तो एक इसराइली और एक कॉप्टिक लड़ रहे थे आपस में। जी, दो लड़, दो आदमी लड़ रहे थे। तो उन्होंने अ बचाने की को</w:t>
      </w:r>
    </w:p>
    <w:p>
      <w:r>
        <w:rPr>
          <w:b/>
        </w:rPr>
        <w:t xml:space="preserve">[32:17] </w:t>
      </w:r>
      <w:r>
        <w:t>shish ki. hum to us bachane mein jo a koptic tha, wo ladne laga musa al salam se. ji, to wo galti se kuch unhone aisa ek ghunsa maar diya ki aisi galat jagah par lag gaya ki wo gir gaya aur wahin usne dam tod di. ji,</w:t>
      </w:r>
    </w:p>
    <w:p>
      <w:pPr>
        <w:jc w:val="right"/>
      </w:pPr>
      <w:r>
        <w:t>शिश की। हम तो उस बचाने में जो अ कॉप्टिक था, वो लड़ने लगा मूसा अल सलाम से। जी, तो वो गलती से कुछ उन्होंने ऐसा एक घूंसा मार दिया कि ऐसी गलत जगह पर लग गया कि वह गिर गया और वहीं उसने दम तोड़ दी। जी,</w:t>
      </w:r>
    </w:p>
    <w:p>
      <w:r>
        <w:rPr>
          <w:b/>
        </w:rPr>
        <w:t xml:space="preserve">[32:35] </w:t>
      </w:r>
      <w:r>
        <w:t>to yeh jab waqia hua, to a iski wajah se musa al salam bahut hi gamgeen ho gaye aur unhone dua ki, "kal rabbi inni zalam nafsy."</w:t>
      </w:r>
    </w:p>
    <w:p>
      <w:pPr>
        <w:jc w:val="right"/>
      </w:pPr>
      <w:r>
        <w:t>तो यह जब वाकया हुआ, तो अ इसकी वजह से मूसा अल सलाम बहुत ही गमगीन हो गए और उन्होंने दुआ की, "कल रब्बी इनी जलम नफसी।"</w:t>
      </w:r>
    </w:p>
    <w:p>
      <w:r>
        <w:rPr>
          <w:b/>
        </w:rPr>
        <w:t xml:space="preserve">[32:46] </w:t>
      </w:r>
      <w:r>
        <w:t>Ji, fag fili ki "Ae Allah, maine apne upar apni jaan par zulm kiya."</w:t>
      </w:r>
    </w:p>
    <w:p>
      <w:pPr>
        <w:jc w:val="right"/>
      </w:pPr>
      <w:r>
        <w:t>जी, फग फिली कि "ऐ अल्लाह, मैंने अपने ऊपर अपनी जान पर जुल्म किया।"</w:t>
      </w:r>
    </w:p>
    <w:p>
      <w:r>
        <w:rPr>
          <w:b/>
        </w:rPr>
        <w:t xml:space="preserve">[32:50] </w:t>
      </w:r>
      <w:r>
        <w:t>Ji, to Allah taala ne unko maaf kiya.</w:t>
      </w:r>
    </w:p>
    <w:p>
      <w:pPr>
        <w:jc w:val="right"/>
      </w:pPr>
      <w:r>
        <w:t>जी, तो अल्लाह ताला ने उनको माफ किया।</w:t>
      </w:r>
    </w:p>
    <w:p>
      <w:r>
        <w:rPr>
          <w:b/>
        </w:rPr>
        <w:t xml:space="preserve">[32:52] </w:t>
      </w:r>
      <w:r>
        <w:t>Yaani unhone yeh nahi kaha ki justify nahi kiya hum ki "Maine to galti se a maar diya,</w:t>
      </w:r>
    </w:p>
    <w:p>
      <w:pPr>
        <w:jc w:val="right"/>
      </w:pPr>
      <w:r>
        <w:t>यानी उन्होंने यह नहीं कहा कि जस्टिफाई नहीं किया हम कि "मैंने तो गलती से अ मार दिया,</w:t>
      </w:r>
    </w:p>
    <w:p>
      <w:r>
        <w:rPr>
          <w:b/>
        </w:rPr>
        <w:t xml:space="preserve">[33:00] </w:t>
      </w:r>
      <w:r>
        <w:t>maine jaanboojhkar nahi mara, koi meri intention nahi thi."</w:t>
      </w:r>
    </w:p>
    <w:p>
      <w:pPr>
        <w:jc w:val="right"/>
      </w:pPr>
      <w:r>
        <w:t>मैंने जानबूझकर नहीं मारा, कोई मेरी इंटेंशन नहीं थी।"</w:t>
      </w:r>
    </w:p>
    <w:p>
      <w:r>
        <w:rPr>
          <w:b/>
        </w:rPr>
        <w:t xml:space="preserve">[33:04] </w:t>
      </w:r>
      <w:r>
        <w:t>A yeh to bas galti se ho gaya.</w:t>
      </w:r>
    </w:p>
    <w:p>
      <w:pPr>
        <w:jc w:val="right"/>
      </w:pPr>
      <w:r>
        <w:t>अ यह तो बस गलती से हो गया।</w:t>
      </w:r>
    </w:p>
    <w:p>
      <w:r>
        <w:rPr>
          <w:b/>
        </w:rPr>
        <w:t xml:space="preserve">[33:06] </w:t>
      </w:r>
      <w:r>
        <w:t>Balki unhone kaha ki "haaz bin amal shaitan."</w:t>
      </w:r>
    </w:p>
    <w:p>
      <w:pPr>
        <w:jc w:val="right"/>
      </w:pPr>
      <w:r>
        <w:t>बल्कि उन्होंने कहा कि "हाज बिन अमल शैतान।"</w:t>
      </w:r>
    </w:p>
    <w:p>
      <w:r>
        <w:rPr>
          <w:b/>
        </w:rPr>
        <w:t xml:space="preserve">[33:09] </w:t>
      </w:r>
      <w:r>
        <w:t>hum ki "Maine ek shaitani kaam kiya."</w:t>
      </w:r>
    </w:p>
    <w:p>
      <w:pPr>
        <w:jc w:val="right"/>
      </w:pPr>
      <w:r>
        <w:t>हम कि "मैंने एक शैतानी काम किया।"</w:t>
      </w:r>
    </w:p>
    <w:p>
      <w:r>
        <w:rPr>
          <w:b/>
        </w:rPr>
        <w:t xml:space="preserve">[33:11] </w:t>
      </w:r>
      <w:r>
        <w:t>hum aur Allah se dua ki aur bahut hi kaha, "inhu ad mubin."</w:t>
      </w:r>
    </w:p>
    <w:p>
      <w:pPr>
        <w:jc w:val="right"/>
      </w:pPr>
      <w:r>
        <w:t>हम और अल्लाह से दुआ की और बहुत ही कहा, "इनहु अद मुबिन।"</w:t>
      </w:r>
    </w:p>
    <w:p>
      <w:r>
        <w:rPr>
          <w:b/>
        </w:rPr>
        <w:t xml:space="preserve">[33:16] </w:t>
      </w:r>
      <w:r>
        <w:t>ki jo shaitan hai, wo bahut hi gumrah karne wala dushman hai insan ka.</w:t>
      </w:r>
    </w:p>
    <w:p>
      <w:pPr>
        <w:jc w:val="right"/>
      </w:pPr>
      <w:r>
        <w:t>कि जो शैतान है, वो बहुत ही गुमराह करने वाला दुश्मन है इंसान का।</w:t>
      </w:r>
    </w:p>
    <w:p>
      <w:r>
        <w:rPr>
          <w:b/>
        </w:rPr>
        <w:t xml:space="preserve">[33:21] </w:t>
      </w:r>
      <w:r>
        <w:t>ji, to is tarah se a yeh yaani a yeh bhi keh sakte the ki "maine to koi a jaan boojhkar nahi mara hai." hum hum yeh balki usko apne upar liya. hum hum kaha ki "yeh maine ek shaitani kaam kiya." aur phir allah se dua karne lage aur bahut hi gam aur yaani unko bahut hi shauk laga ki "yeh maine kaisa galat kaam kar diya, mujhse kaisa yeh galat kaam ho gaya." ji,</w:t>
      </w:r>
    </w:p>
    <w:p>
      <w:pPr>
        <w:jc w:val="right"/>
      </w:pPr>
      <w:r>
        <w:t>जी, तो इस तरीके से अ यह यानी अ यह भी कह सकते थे कि "मैंने तो कोई अ जानबूझकर नहीं मारा है।" हम हम यह बल्कि उसको अपने ऊपर लिया। हम हम कहा कि "यह मैंने एक शैतानी काम किया।" और फिर अल्लाह से दुआ करने लगे और बहुत ही गम और यानी उनको बहुत ही शौक लगा कि "यह मैंने कैसा गलत काम कर दिया, मुझसे कैसा यह गलत काम हो गया।" जी,</w:t>
      </w:r>
    </w:p>
    <w:p>
      <w:r>
        <w:rPr>
          <w:b/>
        </w:rPr>
        <w:t xml:space="preserve">[33:47] </w:t>
      </w:r>
      <w:r>
        <w:t>aur doctor sahib, phir kahani mein yeh bhi aata hai ke a us khippi ki a maut ke baad a prophet Musa ke liye khatra bohat barh gaya kyunke ab firoun ne yeh tay kar liya ke woh Musa ko phansi denge. to phir uske baad kya hota hai, doctor sahib?</w:t>
      </w:r>
    </w:p>
    <w:p>
      <w:pPr>
        <w:jc w:val="right"/>
      </w:pPr>
      <w:r>
        <w:t>और डॉक्टर साहब, फिर कहानी में यह भी आता है कि अ उस खिप्पी की अ मौत के बाद अ प्रोफेट मूसा के लिए खतरा बहुत बढ़ गया क्योंकि अब फिरौन ने यह तय कर लिया कि वह मूसा को फांसी देंगे। तो फिर उसके बाद क्या होता है, डॉक्टर साहब?</w:t>
      </w:r>
    </w:p>
    <w:p>
      <w:r>
        <w:rPr>
          <w:b/>
        </w:rPr>
        <w:t xml:space="preserve">[34:06] </w:t>
      </w:r>
      <w:r>
        <w:t>to is dauran firoun ko pata chal jata hai ke Musa ke hathon se ek kapti ki maut ho gayi hai. to use mauqa mil mil gaya ke "ab hum arrest karein aur saza dein." to yeh sab baatein mahal mein chalne lagi. to wahan mahal mein ek shakhs tha, Musa al salam ka khairkhwa tha.</w:t>
      </w:r>
    </w:p>
    <w:p>
      <w:pPr>
        <w:jc w:val="right"/>
      </w:pPr>
      <w:r>
        <w:t>तो इस दौरान फिरौन को पता चल जाता है कि मूसा के हाथों से एक कपटी की मौत हो गई है। तो उसे मौका मिल मिल गया कि "अब हम अरेस्ट करें और सजा दें।" तो यह सब बातें महल में चलने लगी। तो वहां महल में एक शख्स था, मूसा अल सलाम का खैरख्वा था।</w:t>
      </w:r>
    </w:p>
    <w:p>
      <w:r>
        <w:rPr>
          <w:b/>
        </w:rPr>
        <w:t xml:space="preserve">[34:32] </w:t>
      </w:r>
      <w:r>
        <w:t>ek aadmi ka zikr aata hai Quran mein ke "ja rajal bin aksal madinat yasa." ke ek shakhs door se aaya, daudta hua Musa al salam ke paas aur kaha ke "bohat hi a danger hai tumhari life ke liye, tum foran yahan se nikal ja</w:t>
      </w:r>
    </w:p>
    <w:p>
      <w:pPr>
        <w:jc w:val="right"/>
      </w:pPr>
      <w:r>
        <w:t>एक आदमी का जिक्र आता है कुरान में कि "जा रजल बिन अक्सल मदीनत यसा।" कि एक शख्स दूर से आया, दौड़ता हुआ मूसा अल सलाम के पास और कहा कि "बहुत ही अ डेंजर है तुम्हारी लाइफ के लिए, तुम फौरन यहां से निकल जा</w:t>
      </w:r>
    </w:p>
    <w:p>
      <w:r>
        <w:rPr>
          <w:b/>
        </w:rPr>
        <w:t xml:space="preserve">[34:49] </w:t>
      </w:r>
      <w:r>
        <w:t>o." ji, foran mahal se nikal jao aur a warna a jo a soldiers hain a firoun ke, woh tumhein a arrest kar lenge aur firoun tumko bohat hi sakht saza dene ek ke ka plan bana raha hai. to is tarah se Allah taala ne firoun ke mahal mein hi supporters paida kar diye Musa al salam ke liye.</w:t>
      </w:r>
    </w:p>
    <w:p>
      <w:pPr>
        <w:jc w:val="right"/>
      </w:pPr>
      <w:r>
        <w:t>ओ।" जी, फौरन महल से निकल जाओ और अ वरना अ जो अ सोल्जर्स हैं अ फिरौन के, वो तुम्हें अरेस्ट कर लेंगे और फिरौन तुमको बहुत ही सख्त सजा देने एक के का प्लान बना रहा है। तो इस तरह से अल्लाह ताला ने फिरौन के महल में ही सपोर्टर्स पैदा कर दिए मूसा अल सलाम के लिए।</w:t>
      </w:r>
    </w:p>
    <w:p>
      <w:r>
        <w:rPr>
          <w:b/>
        </w:rPr>
        <w:t xml:space="preserve">[35:13] </w:t>
      </w:r>
      <w:r>
        <w:t>ji, aur doctor sahib, phir yeh hota hai ke jaise hi unko yeh bataya jata hai, jaise aap ne kaha ke unke liye khatra barh gaya hai, to a prophet Musa Madian ki taraf rukh karte hain. ji, kyunke Madian jo tha, woh Misr ki saltanat se bahar tha. a aur phir woh a travel ke liye a start kar dete hain Misr se Madian ki taraf. ji, to doctor sahib, main chahunga ke us safar ke bare mein bhi aap thoda batayein.</w:t>
      </w:r>
    </w:p>
    <w:p>
      <w:pPr>
        <w:jc w:val="right"/>
      </w:pPr>
      <w:r>
        <w:t>जी, और डॉक्टर साहब, फिर यह होता है कि जैसे ही उनको यह बताया जाता है, जैसे आपने कहा कि उनके लिए खतरा बढ़ गया है, तो अ प्रोफेट मूसा मदन की तरफ रुख करते हैं। जी, क्योंकि मदन जो था, वह मिस्र की सल्तनत से बाहर था। अ और फिर वह अ ट्रेवल के लिए अ स्टार्ट कर देते हैं मिस्र से मदन की तरफ। जी, तो डॉक्टर साहब, मैं चाहूंगा कि उस सफर के बारे में भी आप थोड़ा बताएं।</w:t>
      </w:r>
    </w:p>
    <w:p>
      <w:r>
        <w:rPr>
          <w:b/>
        </w:rPr>
        <w:t xml:space="preserve">[35:41] </w:t>
      </w:r>
      <w:r>
        <w:t>to Musa al salam ko yeh andaza ho gaya ke jo khad tha woh ab haqeeqat mein tabdeel ho raha hai, yeh waqia ban jayega aur phir firoun zaroor badla lega. to woh foran hi nikal gaye wahan se. yaani woh jis haal mein the, usi haal mein nikal gaye. na unke paas paisa tha, na kuch saman tha. aur kahin yeh bhi aata hai ke shoes bhi nahi the</w:t>
      </w:r>
    </w:p>
    <w:p>
      <w:pPr>
        <w:jc w:val="right"/>
      </w:pPr>
      <w:r>
        <w:t>तो मूसा अल सलाम को यह अंदाजा हो गया कि जो खद था वह अब हकीकत में तब्दील हो रहा है, यह वाकया बन जाएगा और फिर फिरौन जरूर बदला लेगा। तो वह फौरन ही निकल गए वहां से। यानी वह जिस हाल में थे, उसी हाल में निकल गए। ना उनके पास पैसा था, ना कुछ सामान था। और कहीं यह भी आता है कि शूज भी नहीं थे</w:t>
      </w:r>
    </w:p>
    <w:p>
      <w:r>
        <w:rPr>
          <w:b/>
        </w:rPr>
        <w:t xml:space="preserve">[36:05] </w:t>
      </w:r>
      <w:r>
        <w:t>us waqt. aise hi nikal gaye bohat hi hangami halaat mein aur eastern side par woh chale. a darya Neel bhi ghalib cross ki hogi. aur phir ahista ahista woh barhne lage a uski taraf, a Sinai desert ki taraf. ji, aur</w:t>
      </w:r>
    </w:p>
    <w:p>
      <w:pPr>
        <w:jc w:val="right"/>
      </w:pPr>
      <w:r>
        <w:t>उस वक्त। ऐसे ही निकल गए बहुत ही हंगामी हालात में और ईस्टर्न साइड पर वह चले। अ दरिया नील भी गालिब क्रॉस की होगी। और फिर आहिस्ता आहिस्ता वह बढ़ने लगे अ उसकी तरफ, अ साइनाई डेजर्ट की तरफ। जी, और</w:t>
      </w:r>
    </w:p>
    <w:p>
      <w:r>
        <w:rPr>
          <w:b/>
        </w:rPr>
        <w:t xml:space="preserve">[36:25] </w:t>
      </w:r>
      <w:r>
        <w:t>chunki unse ghalti se ek a maut bhi ho gayi thi, to unke andar bari nadamat rahi hogi. bohat hi ehsas raha hoga ke "mujhse yeh kya kaam kaam ho gaya." to yeh kehte hue unhone ek bari achhi dua ki, "Rabbi najini minal kaumiz zhalimin." ke "ae Allah, tu mujhe zhalim logon se a mujhe a ni</w:t>
      </w:r>
    </w:p>
    <w:p>
      <w:pPr>
        <w:jc w:val="right"/>
      </w:pPr>
      <w:r>
        <w:t>चूंकि उनसे गलती से एक अ मौत भी हो गई थी, तो उनके अंदर बड़ी नदा मत रही होगी। बहुत ही एहसास रहा होगा कि "मुझसे यह क्या काम काम हो गया।" तो यह कहते हुए उन्होंने एक बड़ी अच्छी दुआ की, "कल रब्बी नजीन मिनल कौमी जालिमीन।" कि "ऐ अल्लाह, तू मुझे जालिम लोगों से अ मुझे अ नि</w:t>
      </w:r>
    </w:p>
    <w:p>
      <w:r>
        <w:rPr>
          <w:b/>
        </w:rPr>
        <w:t xml:space="preserve">[36:51] </w:t>
      </w:r>
      <w:r>
        <w:t>jaat de." to yeh is tarah ki dua dua karte hue woh aage badhe aur jo a Egypt ka ki eastern side thi, us taraf chalte rahe aur bohat hi bara Sinai Peninsula ke ko cross karte rahe. woh ek tarike se registan hi registan aur bohat hi mushkil rah hoga. kuch na khane ko, na peene ko. jo jangli phal waghera mile raste mein, wahi unhone usi par ittefaq kiya.</w:t>
      </w:r>
    </w:p>
    <w:p>
      <w:pPr>
        <w:jc w:val="right"/>
      </w:pPr>
      <w:r>
        <w:t>जात दे।" तो यह इस तरह की दुआ दुआ करते हुए वह आगे बढ़े और जो अ इजिप्ट का की ईस्टर्न साइड थी, उस तरफ चलते रहे और बहुत ही बड़ा साइनाई पेनिनसुला के को क्रॉस करते रहे। वो एक तरीके से रेगिस्तान ही रेगिस्तान और बहुत ही मुश्किल राह होगा। कुछ ना खाने को, ना पीने को। जो जंगली फल वगैरह मिले रास्ते में, वही उन्होंने उसी पर इत्तेफाक किया।</w:t>
      </w:r>
    </w:p>
    <w:p>
      <w:r>
        <w:rPr>
          <w:b/>
        </w:rPr>
        <w:t xml:space="preserve">[37:18] </w:t>
      </w:r>
      <w:r>
        <w:t>to kitabon mein aata hai ke yeh safar farishton ki rehnumai mein hua tha. ji, to farishte madad kar rahe the aur bare hi rabbani tajurba hue honge, bare spiritual experience hue honge. aur dua aur khauf ki halat mein safar tha. taqreeban 10 din ka safar yeh tha. aur Maulana ne taskur Quran mein likha hai ke Hazrat Musa ka yeh safar goya naam maloom manzil ki taraf safar tha. ji, unknown destination. ji,</w:t>
      </w:r>
    </w:p>
    <w:p>
      <w:pPr>
        <w:jc w:val="right"/>
      </w:pPr>
      <w:r>
        <w:t>तो किताबों में आता है कि यह सफर फरिश्तों की रहनुमाई में हुआ था। जी, तो फरिश्ते मदद कर रहे थे और बड़े ही रब्बान तजुर्बा हुए होंगे, बड़े स्पिरिचुअल एक्सपीरियंस हुए होंगे। और दुआ और खौफ की हालत में सफर था। तकरीबन 10 दिन का सफर यह था। और मौलाना ने तस्कुर कुरान में लिखा है कि हजरत मूसा का यह सफर गोया नाम मालूम मंजिल की तरफ सफर था। जी, अननोन डेस्टिनेशन। जी,</w:t>
      </w:r>
    </w:p>
    <w:p>
      <w:r>
        <w:rPr>
          <w:b/>
        </w:rPr>
        <w:t xml:space="preserve">[37:47] </w:t>
      </w:r>
      <w:r>
        <w:t>Aise halaat mein momin ke dil ki jo kaifiyat hoti hai, wo poori tarah</w:t>
      </w:r>
    </w:p>
    <w:p>
      <w:pPr>
        <w:jc w:val="right"/>
      </w:pPr>
      <w:r>
        <w:t>ऐसे हालात में मोमिन के दिल की जो कैफियत होती है, वह पूरी तरह</w:t>
      </w:r>
    </w:p>
    <w:p>
      <w:r>
        <w:rPr>
          <w:b/>
        </w:rPr>
        <w:t xml:space="preserve">[37:54] </w:t>
      </w:r>
      <w:r>
        <w:t>aapke upar taari thi.</w:t>
      </w:r>
    </w:p>
    <w:p>
      <w:pPr>
        <w:jc w:val="right"/>
      </w:pPr>
      <w:r>
        <w:t>आपके ऊपर तारी थी।</w:t>
      </w:r>
    </w:p>
    <w:p>
      <w:r>
        <w:rPr>
          <w:b/>
        </w:rPr>
        <w:t xml:space="preserve">[37:56] </w:t>
      </w:r>
      <w:r>
        <w:t>Aap duaon ke saaye mein apna qadam badha rahe the.</w:t>
      </w:r>
    </w:p>
    <w:p>
      <w:pPr>
        <w:jc w:val="right"/>
      </w:pPr>
      <w:r>
        <w:t>आप दुआओं के साय में अपना कदम बढ़ा रहे थे।</w:t>
      </w:r>
    </w:p>
    <w:p>
      <w:r>
        <w:rPr>
          <w:b/>
        </w:rPr>
        <w:t xml:space="preserve">[37:59] </w:t>
      </w:r>
      <w:r>
        <w:t>Masha Allah. To ji, is tarike se yeh yeh safar bahut hi aham tha unki tabiyat ke liye bhi</w:t>
      </w:r>
    </w:p>
    <w:p>
      <w:pPr>
        <w:jc w:val="right"/>
      </w:pPr>
      <w:r>
        <w:t>माशाल्लाह। तो जी, इस तरीके से यह यह सफर बहुत ही अहम था उनकी तबीयत के लिए भी</w:t>
      </w:r>
    </w:p>
    <w:p>
      <w:r>
        <w:rPr>
          <w:b/>
        </w:rPr>
        <w:t xml:space="preserve">[38:06] </w:t>
      </w:r>
      <w:r>
        <w:t>aur aur unko jo aage Musa al salam ko</w:t>
      </w:r>
    </w:p>
    <w:p>
      <w:pPr>
        <w:jc w:val="right"/>
      </w:pPr>
      <w:r>
        <w:t>और और उनको जो आगे मूसा अल सलाम को</w:t>
      </w:r>
    </w:p>
    <w:p>
      <w:r>
        <w:rPr>
          <w:b/>
        </w:rPr>
        <w:t xml:space="preserve">[38:11] </w:t>
      </w:r>
      <w:r>
        <w:t>ka mission jo tha, paigambarana, uske liye bhi yeh safar bahut hi aham tha.</w:t>
      </w:r>
    </w:p>
    <w:p>
      <w:pPr>
        <w:jc w:val="right"/>
      </w:pPr>
      <w:r>
        <w:t>का मिशन जो था, पैगंबराना, उसके लिए भी यह सफर बहुत ही अहम था।</w:t>
      </w:r>
    </w:p>
    <w:p>
      <w:r>
        <w:rPr>
          <w:b/>
        </w:rPr>
        <w:t xml:space="preserve">[38:17] </w:t>
      </w:r>
      <w:r>
        <w:t>doctor sahib, jo aap ne abhi Maulana ki baat ka zikr kiya, to mujhe unhi ki ek baat yaad aa gayi jo unhone likhi thi ke "agar jo log haqeeqi maanon mein apne Rab ko pa le, to unke jeene ki satah bilkul doosri ho jati hai." matlab woh rehte toh is duniya mein hain, magar woh akhirat ki fizaon mein pahunch jaate hain. to momin asal mein toh wohi hai jo is duniya mein rehkar akhirat ke alam ko dekhe. sahi</w:t>
      </w:r>
    </w:p>
    <w:p>
      <w:pPr>
        <w:jc w:val="right"/>
      </w:pPr>
      <w:r>
        <w:t>डॉक्टर साहब, जो आपने अभी मौलाना की बात का जिक्र किया, तो मुझे उन्हीं की एक बात याद आ गई जो उन्होंने लिखी थी कि "अगर जो लोग हकीकी मानों में अपने रब को पा ले, तो उनके जीने की सतह बिल्कुल दूसरी हो जाती है।" मतलब वह रहते तो इस दुनिया में हैं, मगर वह आखिरत की फिजाओं में पहुंच जाते हैं। तो मोमिन असल में तो वही है जो इस दुनिया में रहकर आखिरत के आलम को देखे। सही</w:t>
      </w:r>
    </w:p>
    <w:p>
      <w:r>
        <w:rPr>
          <w:b/>
        </w:rPr>
        <w:t xml:space="preserve">[38:45] </w:t>
      </w:r>
      <w:r>
        <w:t>, sahi. to aap ne jo Maulana ki baat bayan kari, usse a mere ko yeh baat Maulana sahab ki yaad aa gayi. bohat hi achha unhone yeh likha hai. duaon ke saaye mein safar. ji, qadam badha rahe the. ji, ji. to doctor sahib, phir aisa hota hai ke a prophet Musa wahan se chalkar Madian pahunch jaate hain aur wahan par kuen ke paas rukte hain. aur wahan par bari interesting developments hoti hain. to main chahunga ke uske bare mein bhi aap hum sabko batayein.</w:t>
      </w:r>
    </w:p>
    <w:p>
      <w:pPr>
        <w:jc w:val="right"/>
      </w:pPr>
      <w:r>
        <w:t>, सही। तो आपने जो मौलाना की बात बयान करी, उससे अ मेरे को यह बात मौलाना साहब की याद आ गई। बहुत ही अच्छा उन्होंने यह लिखा है। दुआओं के साय में सफर। जी, कदम बढ़ा रहे थे। जी, जी। तो डॉक्टर साहब, फिर ऐसा होता है कि अ प्रोफेट मूसा वहां से चलकर मदन पहुंच जाते हैं और वहां पर कुएं के पास रुकते हैं। और वहां पर बड़ी इंटरेस्टिंग डेवलपमेंट्स होती हैं। तो मैं चाहूंगा कि उसके बारे में भी आप हम सबको बताएं।</w:t>
      </w:r>
    </w:p>
    <w:p>
      <w:r>
        <w:rPr>
          <w:b/>
        </w:rPr>
        <w:t xml:space="preserve">[39:13] </w:t>
      </w:r>
      <w:r>
        <w:t>to yeh bohat hi dushwar aur lamba safar tha. to baharhal, woh poora Mount Sinai ki taraf se guzre honge aur phir Gulf of Aqaba ki taraf se guzarte hue ghalib Jordan mein enter kiya hoga. unhone phir Madian ki taraf badhe honge</w:t>
      </w:r>
    </w:p>
    <w:p>
      <w:pPr>
        <w:jc w:val="right"/>
      </w:pPr>
      <w:r>
        <w:t>तो यह बहुत ही दुश्वार और लंबा सफर था। तो बहरहाल, वह पूरा माउंट साइनाई की तरफ से गुजरे होंगे और फिर गल्फ ऑफ अकबा की तरफ से गुजरते हुए गालिब जॉर्डन में एंटर किया होगा। उन्होंने फिर मदन की तरफ बढ़े होंगे</w:t>
      </w:r>
    </w:p>
    <w:p>
      <w:r>
        <w:rPr>
          <w:b/>
        </w:rPr>
        <w:t xml:space="preserve">[39:36] </w:t>
      </w:r>
      <w:r>
        <w:t>. to wahan par jab pahunche, to kuch thoda sa jaise nakhlistan hota hai, oasis sa nazar aaya unhein. baqi toh registani registan tha poora rasta. to wahan aur thoda kareeb gaye, to dekha ke ek kuen hai aur wahan kuch log, kuch shepherd waghera, apne a bhed bakriyon ko pani pila rahe hain. ji, shor macha rahe hain, joke kar rahe hain. to a wahan aas paas kahin baith gaye. woh</w:t>
      </w:r>
    </w:p>
    <w:p>
      <w:pPr>
        <w:jc w:val="right"/>
      </w:pPr>
      <w:r>
        <w:t>। तो वहां पर जब पहुंचे, तो कुछ थोड़ा सा जैसे नखलिस्तान होता है, ओएसिस सा नजर आया उन्हें। बाकी तो रेगिस्तानी रेगिस्तान था पूरा रास्ता। तो वहां और थोड़ा करीब गए, तो देखा कि एक कुआं है और वहां कुछ लोग, कुछ शेफर्ड वगैरह, अपने अ भेड़ बकरियों को पानी पिला रहे हैं। जी, शोर मचा रहे हैं, जोक कर रहे हैं। तो अ वहां आसपास कहीं बैठ गए। वो</w:t>
      </w:r>
    </w:p>
    <w:p>
      <w:r>
        <w:rPr>
          <w:b/>
        </w:rPr>
        <w:t xml:space="preserve">[40:05] </w:t>
      </w:r>
      <w:r>
        <w:t>to unhone dekha ke a kuen ke ke paas thoda sa faasle par do young ladies a khadi hui hain, apne a apni bhed bakriyon ko liye hue. to unhone socha, inki madad karein, jaakar baat karein inse kya baat hai. to Musa al salam gaye un do ladies ke paas aur poocha ke tumhara kya mamla hai.</w:t>
      </w:r>
    </w:p>
    <w:p>
      <w:pPr>
        <w:jc w:val="right"/>
      </w:pPr>
      <w:r>
        <w:t>तो उन्होंने देखा कि अ कुएं के के पास थोड़ा सा फासले पर दो यंग लेडीज अ खड़ी हुई हैं, अपने अ अपनी भेड़ बकरियों को लिए हुए। तो उन्होंने सोचा, इनकी मदद करें, जाकर बात करें इनसे क्या बात है। तो मूसा अल सलाम गए उन दो लेडीज के पास और पूछा कि तुम्हारा क्या मामला है।</w:t>
      </w:r>
    </w:p>
    <w:p>
      <w:r>
        <w:rPr>
          <w:b/>
        </w:rPr>
        <w:t xml:space="preserve">[40:31] </w:t>
      </w:r>
      <w:r>
        <w:t>to unhon ne kaha ke hamare jo father hain, woh bahut old hain, abuna sheikh un kabir.</w:t>
      </w:r>
    </w:p>
    <w:p>
      <w:pPr>
        <w:jc w:val="right"/>
      </w:pPr>
      <w:r>
        <w:t>तो उन्होंने कहा कि हमारे जो फादर हैं, वह बहुत ओल्ड हैं, अबूना शेख उन कबीर।</w:t>
      </w:r>
    </w:p>
    <w:p>
      <w:r>
        <w:rPr>
          <w:b/>
        </w:rPr>
        <w:t xml:space="preserve">[40:37] </w:t>
      </w:r>
      <w:r>
        <w:t>ke hamare father bahut old hain, to iski wajah se hum ko aana padta hai bakriyon ko lekar yahan</w:t>
      </w:r>
    </w:p>
    <w:p>
      <w:pPr>
        <w:jc w:val="right"/>
      </w:pPr>
      <w:r>
        <w:t>कि हमारे फादर बहुत ओल्ड हैं, तो इसकी वजह से हमको आना पड़ता है बकरियों को लेकर यहां</w:t>
      </w:r>
    </w:p>
    <w:p>
      <w:r>
        <w:rPr>
          <w:b/>
        </w:rPr>
        <w:t xml:space="preserve">[40:42] </w:t>
      </w:r>
      <w:r>
        <w:t>pani pilane ke liye.</w:t>
      </w:r>
    </w:p>
    <w:p>
      <w:pPr>
        <w:jc w:val="right"/>
      </w:pPr>
      <w:r>
        <w:t>पानी पिलाने के लिए।</w:t>
      </w:r>
    </w:p>
    <w:p>
      <w:r>
        <w:rPr>
          <w:b/>
        </w:rPr>
        <w:t xml:space="preserve">[40:44] </w:t>
      </w:r>
      <w:r>
        <w:t>lekin hum pani jab pilate hain, jab yeh jo shepherds hain, apni bakriyon ko pani pila lete hain,</w:t>
      </w:r>
    </w:p>
    <w:p>
      <w:pPr>
        <w:jc w:val="right"/>
      </w:pPr>
      <w:r>
        <w:t>लेकिन हम पानी जब पिलाते हैं, जब यह जो शेफर्ड्स हैं, अपनी बकरियों को पानी पिला लेते हैं,</w:t>
      </w:r>
    </w:p>
    <w:p>
      <w:r>
        <w:rPr>
          <w:b/>
        </w:rPr>
        <w:t xml:space="preserve">[40:50] </w:t>
      </w:r>
      <w:r>
        <w:t>bhed bakriyon ko.</w:t>
      </w:r>
    </w:p>
    <w:p>
      <w:pPr>
        <w:jc w:val="right"/>
      </w:pPr>
      <w:r>
        <w:t>भेड़ बकरियों को।</w:t>
      </w:r>
    </w:p>
    <w:p>
      <w:r>
        <w:rPr>
          <w:b/>
        </w:rPr>
        <w:t xml:space="preserve">[40:51] </w:t>
      </w:r>
      <w:r>
        <w:t>ji, to unhon ne kaha, mujhe do apni bhed bakriyan, main pila ke lata hoon.</w:t>
      </w:r>
    </w:p>
    <w:p>
      <w:pPr>
        <w:jc w:val="right"/>
      </w:pPr>
      <w:r>
        <w:t>जी, तो उन्होंने कहा, मुझे दो अपनी भेड़ बकरियां, मैं पिला के लाता हूं।</w:t>
      </w:r>
    </w:p>
    <w:p>
      <w:r>
        <w:rPr>
          <w:b/>
        </w:rPr>
        <w:t xml:space="preserve">[40:55] </w:t>
      </w:r>
      <w:r>
        <w:t>ji, to unhon ne liya jo bhed bakriyan thin aur le gaye kuen par aur sab ko hataya.</w:t>
      </w:r>
    </w:p>
    <w:p>
      <w:pPr>
        <w:jc w:val="right"/>
      </w:pPr>
      <w:r>
        <w:t>जी, तो उन्होंने लिया जो भेड़ बकरियां थीं और ले गए कुएं पर और सबको हटाया।</w:t>
      </w:r>
    </w:p>
    <w:p>
      <w:r>
        <w:rPr>
          <w:b/>
        </w:rPr>
        <w:t xml:space="preserve">[41:02] </w:t>
      </w:r>
      <w:r>
        <w:t>unki to shakhsiyat aisi thi ke dekh ke hi log hat gaye honge</w:t>
      </w:r>
    </w:p>
    <w:p>
      <w:pPr>
        <w:jc w:val="right"/>
      </w:pPr>
      <w:r>
        <w:t>उनकी तो शख्सियत ऐसी थी कि देख के ही लोग हट गए होंगे</w:t>
      </w:r>
    </w:p>
    <w:p>
      <w:r>
        <w:rPr>
          <w:b/>
        </w:rPr>
        <w:t xml:space="preserve">[41:05] </w:t>
      </w:r>
      <w:r>
        <w:t>. to phir a un sabne a Musa al salam ne pani pilaya a un bhed bakriyon ko aur wapas lakar de diya. to unhone a thank you karke woh dono khatoon chali gayi. ji,</w:t>
      </w:r>
    </w:p>
    <w:p>
      <w:pPr>
        <w:jc w:val="right"/>
      </w:pPr>
      <w:r>
        <w:t>। तो फिर अ उन सबने अ मूसा अल सलाम ने पानी पिलाया अ उन भेड़ बकरियों को और वापस लाकर दे दिया। तो उन्होंने अ थैंक यू करके वह दोनों खातून चली गई। जी,</w:t>
      </w:r>
    </w:p>
    <w:p>
      <w:r>
        <w:rPr>
          <w:b/>
        </w:rPr>
        <w:t xml:space="preserve">[41:23] </w:t>
      </w:r>
      <w:r>
        <w:t>ji. doctor sahib, abhi jaise aap ne duaon ka bhi zikr kiya, to aaj ka aakhri sawal poochna chahunga. aur kyunke hum dua ko lekar bhi baat kar rahe the, to pichhle session mein bhi hum ne is baat ka zikr kiya tha ke kis tarah dua jo hai, woh kharij toofan ka, a dakhil toofan ka ek kharij izhaar hai. sahi. to prophet Musa ne bhi a dua kari wahan par baithe hue, under the shed of the tr</w:t>
      </w:r>
    </w:p>
    <w:p>
      <w:pPr>
        <w:jc w:val="right"/>
      </w:pPr>
      <w:r>
        <w:t>जी। डॉक्टर साहब, अभी जैसे आपने दुआओं का भी जिक्र किया, तो आज का आखिरी सवाल पूछना चाहूंगा। और क्योंकि हम दुआ को लेकर भी बात कर रहे थे, तो पिछले सेशन में भी हमने इस बात का जिक्र किया था कि किस तरह दुआ जो है, वह खारिज तूफान का, अ दाखिल तूफान का एक खारिज इजहार है। सही। तो प्रोफेट मूसा ने भी अ दुआ करी वहां पर बैठे हुए, अंडर द शेड ऑफ द ट्र</w:t>
      </w:r>
    </w:p>
    <w:p>
      <w:r>
        <w:rPr>
          <w:b/>
        </w:rPr>
        <w:t xml:space="preserve">[41:50] </w:t>
      </w:r>
      <w:r>
        <w:t>ee. to main chahunga ke uske bare mein aap hum sabko batayein. aaj chunke itna lamba safar tha, 10 din ka safar, woh bhi kis kis kin halaat mein tha. bohat hi mushkil safar, paidal koi cheez nahi, a na kuch khane peene ki cheez, na koi paisa. to bohat hi pareshani ke alam mein Musa al salam wahan aakar baith gaye</w:t>
      </w:r>
    </w:p>
    <w:p>
      <w:pPr>
        <w:jc w:val="right"/>
      </w:pPr>
      <w:r>
        <w:t>ी। तो मैं चाहूंगा कि उसके बारे में आप हम सबको बताएं। आज चूंकि इतना लंबा सफर था, 10 दिन का सफर, वह भी किस किस किन हालात में था। बहुत ही मुश्किल सफर, पैदल कोई चीज नहीं, अ ना कुछ खाने पीने की चीज, ना कोई पैसा। तो बहुत ही परेशानी के आलम में मूसा अल सलाम वहां आकर बैठ गए</w:t>
      </w:r>
    </w:p>
    <w:p>
      <w:r>
        <w:rPr>
          <w:b/>
        </w:rPr>
        <w:t xml:space="preserve">[42:13] </w:t>
      </w:r>
      <w:r>
        <w:t>, pani bakriyon ko pilakar ek ped ke neeche baith gaye aur let gaye. balki phir unke dil se bari gehri dua nikli ke "Rabbi inni lima anzala ilaiya min khairin faqir." ke "ae mera Rab, tu jo bhi achhi cheez mere liye bheje, main uska bohat hi mohtaj hoon. I am in dire need of whatever good you send down for me. to yeh bari gehri dua thi. Alh</w:t>
      </w:r>
    </w:p>
    <w:p>
      <w:pPr>
        <w:jc w:val="right"/>
      </w:pPr>
      <w:r>
        <w:t>, पानी बकरियों को पिलाकर एक पेड़ के नीचे बैठ गए और लेट गए। बल्कि फिर उनके दिल से बड़ी गहरी दुआ निकली कि "रब्बी इन्नी लिमा अंजल इलैया बिन खैर फकीर।" कि "ऐ मेरा रब, तू जो भी अच्छी चीज मेरे लिए भेजे, मैं उसका बहुत ही मोहताज हूं।" आई एम इन डायर नीड ऑफ व्हाट एवर गुड यू सेंड डाउन फॉर मी। तो यह बड़ी गहरी दुआ थी। अल्ह</w:t>
      </w:r>
    </w:p>
    <w:p>
      <w:r>
        <w:rPr>
          <w:b/>
        </w:rPr>
        <w:t xml:space="preserve">[42:39] </w:t>
      </w:r>
      <w:r>
        <w:t>amdullilah. yaani jaise aap ne kaha ke dakhil feeling ka ek kharij izhaar hai. ji, to dua yahi cheez hai ke dua koi lafzon ko dohrane ka naam nahi hai. aam taur se aap sunte hain, yeh dua yaad kar lo, 200 baar padho, 100 baar padho, Sunday ko, Monday ko padho. yeh sab koi cheez nahi hai. dua to dili kaifiyat ka naam hai. yaani jab aapke dil mein ek toofan mojan ho jaye</w:t>
      </w:r>
    </w:p>
    <w:p>
      <w:pPr>
        <w:jc w:val="right"/>
      </w:pPr>
      <w:r>
        <w:t>म्दुलिल्लाह। यानी जैसे आपने कहा कि दाखिल फीलिंग का एक खारिज इजहार है। जी, तो दुआ यही चीज है कि दुआ कोई लफ्जों को दोहराने का नाम नहीं है। आमतौर से आप सुनते हैं, यह दुआ याद कर लीजिए, 200 बार पढ़िए, 100 बार पढ़िए, संडे को, मंडे को पढ़िए। यह सब कोई चीज नहीं है। दुआ तो दिली कैफियत का नाम है। यानी जब आपके दिल में एक तूफान मोजन हो जाए</w:t>
      </w:r>
    </w:p>
    <w:p>
      <w:r>
        <w:rPr>
          <w:b/>
        </w:rPr>
        <w:t xml:space="preserve">[43:04] </w:t>
      </w:r>
      <w:r>
        <w:t>. ji, kaifiyat ke kaifiyat ka ek toofan mojan ho jaye. aur woh kabhi lafzon mein dhal sakta hai, kabhi nahi dhal sakta. to gehri kaifiyat agar lafzon mein dhalta hai, to wahi haqeeqi dua hai. zaroori nahi hai ke aap Arabic mein hi usko padhein. hum aap apni language mein dua kar sakte hain. balki zyada moassar dua insaan ki apni language</w:t>
      </w:r>
    </w:p>
    <w:p>
      <w:pPr>
        <w:jc w:val="right"/>
      </w:pPr>
      <w:r>
        <w:t>। जी, कैफियत के कैफियत का एक तूफान मोजन हो जाए। और वह कभी लफ्जों मेंढल सकता है, कभी नहीं भीढल सकता। तो गहरी कैफियत अगर लफ्जों मेंढलती है, तो वही हकीकी दुआ है। जरूरी नहीं है कि आप अरबी में ही उसको पढ़ें। हम आप अपनी लैंग्वेज में दुआ कर सकते हैं। बल्कि ज्यादा मोसर दुआ इंसान की अपनी लैंग्वेज</w:t>
      </w:r>
    </w:p>
    <w:p>
      <w:r>
        <w:rPr>
          <w:b/>
        </w:rPr>
        <w:t xml:space="preserve">[43:25] </w:t>
      </w:r>
      <w:r>
        <w:t>mein hogi. to yeh jo dua thi, "Rabbi inni lima anzala ilaiya min khairin faqir." yaani ek aise insaan ki dua thi ke jo waqai bohat hi takleef mein tha aur zarooratmand tha. to dua foran qubool ho gayi. ji, aur wahan se jo jo ladies thi,</w:t>
      </w:r>
    </w:p>
    <w:p>
      <w:pPr>
        <w:jc w:val="right"/>
      </w:pPr>
      <w:r>
        <w:t>में होगी। तो यह जो दुआ थी, "रब्बी इन्नी लिमा अंजल इलैया बिन खैर फकीर।" यानी एक ऐसे इंसान की दुआ थी कि जो वाकई बहुत ही तकलीफ में था और जरूरतमंद था। तो दुआ फौरन कबूल हो गई। जी, और वहां से जो जो लेडीज थीं,</w:t>
      </w:r>
    </w:p>
    <w:p>
      <w:r>
        <w:rPr>
          <w:b/>
        </w:rPr>
        <w:t xml:space="preserve">[43:42] </w:t>
      </w:r>
      <w:r>
        <w:t>woh gayi apne ghar. to unke father ne kaha ke tum itni jaldi kaise aa gayi. ji, kuch time hota hoga, der lagti rahi hogi. pehle to unhone poora waqia bataya ke woh ek naujawan hamare paas</w:t>
      </w:r>
    </w:p>
    <w:p>
      <w:pPr>
        <w:jc w:val="right"/>
      </w:pPr>
      <w:r>
        <w:t>वह गईं अपने घर। तो उनके फादर ने कहा कि तुम इतनी जल्दी कैसे आ गई। जी, कुछ टाइम होता होगा, देर लगती रही होगी। पहले तो उन्होंने पूरा वाकया बताया कि वह एक नौजवान हमारे पास</w:t>
      </w:r>
    </w:p>
    <w:p>
      <w:r>
        <w:rPr>
          <w:b/>
        </w:rPr>
        <w:t xml:space="preserve">[43:55] </w:t>
      </w:r>
      <w:r>
        <w:t>aaya, usne hamari help ki. to usne paani pila diya. to hum jaldi farigh ho gaye. to unhone kaha ke achha, tum usko bulao.</w:t>
      </w:r>
    </w:p>
    <w:p>
      <w:pPr>
        <w:jc w:val="right"/>
      </w:pPr>
      <w:r>
        <w:t>आया, उसने हमारी हेल्प की। तो उसने अ पानी पी पिला दिया। तो हम जल्दी फारिग हो गए। तो उन्होंने कहा कि अच्छा, तुम उसको बुलाओ।</w:t>
      </w:r>
    </w:p>
    <w:p>
      <w:r>
        <w:rPr>
          <w:b/>
        </w:rPr>
        <w:t xml:space="preserve">[44:07] </w:t>
      </w:r>
      <w:r>
        <w:t>hum to bible mein aata hai ke unhone kaha ke bulao us naujawan ko taake woh hamare saath khana khaaye. hum aur quran mein aata hai ke jab woh aayi, bahut hi modesty se, unmein se ek lady aayi aur kaha ke aapne jo hamari help ki hai, hamare father ne bulaya taake aapko compensator. hum</w:t>
      </w:r>
    </w:p>
    <w:p>
      <w:pPr>
        <w:jc w:val="right"/>
      </w:pPr>
      <w:r>
        <w:t>हम तो बाइबल में आता है कि उन्होंने कहा कि बुलाओ उस नौजवान को ताकि वह हमारे साथ खाना खाए। हम और कुरान में आता है कि जब वह आई, बहुत ही मॉडेस्टी से, उनमें से एक लेडी आई और कहा कि आपने जो हमारी हेल्प की है, हमारे फादर ने बुलाया ताकि आपको कंपनसेटर। हम</w:t>
      </w:r>
    </w:p>
    <w:p>
      <w:r>
        <w:rPr>
          <w:b/>
        </w:rPr>
        <w:t xml:space="preserve">[44:27] </w:t>
      </w:r>
      <w:r>
        <w:t>to khair, woh Musa al salam gaye. yaani fauran usi waqt dua qabool ho gayi. hum aur wahan jo buzurg the, woh unke father, unhone saari baat suni aur kaha ke ab tum bilkul fikramand mat ho. yeh jo madan hai, yeh doosri country thi, asal mein doosri country ka hissa tha. to jo firon ka asar wahan nahi hai.</w:t>
      </w:r>
    </w:p>
    <w:p>
      <w:pPr>
        <w:jc w:val="right"/>
      </w:pPr>
      <w:r>
        <w:t>तो खैर, वह मूसा अल सलाम गए। यानी फौरन उसी वक्त दुआ कबूल हो गई। हम और वहां अ जो बुजुर्ग थे, अ वह उनके फादर, उन्होंने सारी बात सुनी और कहा कि अब तुम बिल्कुल फिक्रमंद मत हो। अ यह जो अ मदन है, यह दूसरी कंट्री थी, असल में दूसरी कंट्री का हिस्सा था। तो जो फिरौन का असर वहां नहीं है।</w:t>
      </w:r>
    </w:p>
    <w:p>
      <w:r>
        <w:rPr>
          <w:b/>
        </w:rPr>
        <w:t xml:space="preserve">[44:55] </w:t>
      </w:r>
      <w:r>
        <w:t>hum to unhone itminaan dilaya aur phir wahan rahe kuch arse aur ek tabiyat bhi hui Musa al salam ki. to is tareeke se bahut hi Maulana ne likha hai ke eventful life thi Musa al salam ki. yeh saare to bahut hi eventful aur bahut hi iske andar lessons hai hum sab ke liye. bahut hi iske andar in in in inspiring story hai. bahut hi zyada. ji,</w:t>
      </w:r>
    </w:p>
    <w:p>
      <w:pPr>
        <w:jc w:val="right"/>
      </w:pPr>
      <w:r>
        <w:t>हम तो उन्होंने इत्मीनान दिलाया और फिर वहां रहे कुछ अरसे और एक तबीयत भी हुई मूसा अल सलाम की। तो इस तरीके से बहुत ही अ मौलाना ने लिखा है कि इवेंटफुल लाइफ थी मूसा अल सलाम की। ये सारे तो बहुत ही इवेंटफुल और बहुत ही इसके अंदर लेसंस है हम सबके लिए। बहुत ही इसके अंदर इन इन इन इंस्पायरिंग स्टोरी है। बहुत ही ज्यादा। जी,</w:t>
      </w:r>
    </w:p>
    <w:p>
      <w:r>
        <w:rPr>
          <w:b/>
        </w:rPr>
        <w:t xml:space="preserve">[45:24] </w:t>
      </w:r>
      <w:r>
        <w:t>jaisa ke Allah doctor sahab, aaj pehla session Prophet Musa ki zindagi se bahut achha raha. maine khud usko bahut enjoy kiya. ab kahani ke agle hisse ko hum agle session mein lenge. we will be back next Sunday at 10:30 AM. thank you.</w:t>
      </w:r>
    </w:p>
    <w:p>
      <w:pPr>
        <w:jc w:val="right"/>
      </w:pPr>
      <w:r>
        <w:t>जैसा कि अल्लाह डॉक्टर साहब, आज पहला सेशन प्रोफेट मूसा की जिंदगी से बहुत अच्छा रहा। अ मैंने खुद उसको बहुत एंजॉय किया। अब कहानी के अगले हिस्से को हम अगले सेशन में लेंगे। अ वी विल बी बैक नेक्स्ट संडे एट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