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How to Understand The Quran July 19, 2007</w:t>
      </w:r>
    </w:p>
    <w:p>
      <w:r>
        <w:t>https://youtu.be/usxOhncIdq4</w:t>
      </w:r>
    </w:p>
    <w:p>
      <w:r>
        <w:rPr>
          <w:b/>
        </w:rPr>
        <w:t xml:space="preserve">[00:13] </w:t>
      </w:r>
      <w:r>
        <w:t>bismillah hir rahman nir rahim, wa salla Allahu ala nabi al kareem. rab ishrah li sadri, wa yassir li amri,</w:t>
      </w:r>
    </w:p>
    <w:p>
      <w:pPr>
        <w:jc w:val="right"/>
      </w:pPr>
      <w:r>
        <w:t>بسم اللہ الرحمن الرحیم، وصلی اللہ علی النبی الکریم. رب اشرح لی صدری، ویسر لی امری،</w:t>
      </w:r>
    </w:p>
    <w:p>
      <w:r>
        <w:rPr>
          <w:b/>
        </w:rPr>
        <w:t xml:space="preserve">[00:27] </w:t>
      </w:r>
      <w:r>
        <w:t>wahl ul uqdata min lisani yafqahu qawli.</w:t>
      </w:r>
    </w:p>
    <w:p>
      <w:pPr>
        <w:jc w:val="right"/>
      </w:pPr>
      <w:r>
        <w:t>واحل العقدۃ من لسانی یفقہ قولی.</w:t>
      </w:r>
    </w:p>
    <w:p>
      <w:r>
        <w:rPr>
          <w:b/>
        </w:rPr>
        <w:t xml:space="preserve">[00:35] </w:t>
      </w:r>
      <w:r>
        <w:t>yeh dars-e-quran ke silsile ki ek kadi hai. aaj main</w:t>
      </w:r>
    </w:p>
    <w:p>
      <w:pPr>
        <w:jc w:val="right"/>
      </w:pPr>
      <w:r>
        <w:t>یہ درس قرآن کے سلسلے کی ایک کڑی ہے۔ آج میں</w:t>
      </w:r>
    </w:p>
    <w:p>
      <w:r>
        <w:rPr>
          <w:b/>
        </w:rPr>
        <w:t xml:space="preserve">[00:46] </w:t>
      </w:r>
      <w:r>
        <w:t>kuch aayat ko lekar yeh batane ki koshish karunga ke quran ko samajhne ke liye</w:t>
      </w:r>
    </w:p>
    <w:p>
      <w:pPr>
        <w:jc w:val="right"/>
      </w:pPr>
      <w:r>
        <w:t>کچھ آیتوں کو لے کر یہ بتانے کی کوشش کروں گا کہ قرآن کو سمجھنے کے لیے</w:t>
      </w:r>
    </w:p>
    <w:p>
      <w:r>
        <w:rPr>
          <w:b/>
        </w:rPr>
        <w:t xml:space="preserve">[01:00] </w:t>
      </w:r>
      <w:r>
        <w:t>kaisa zehan chahiye, kaisi soch chahiye.</w:t>
      </w:r>
    </w:p>
    <w:p>
      <w:pPr>
        <w:jc w:val="right"/>
      </w:pPr>
      <w:r>
        <w:t>کیسا ذہن چاہیے، کیسی سوچ چاہیے۔</w:t>
      </w:r>
    </w:p>
    <w:p>
      <w:r>
        <w:rPr>
          <w:b/>
        </w:rPr>
        <w:t xml:space="preserve">[01:07] </w:t>
      </w:r>
      <w:r>
        <w:t>dekhiye, quran ko aap is tarah nahi samajh sakte ke iska urdu aap jaante hon aur urdu se iski tilawat kar lein, ya urdu na jaante hon, iska tarjuma padh lein.</w:t>
      </w:r>
    </w:p>
    <w:p>
      <w:pPr>
        <w:jc w:val="right"/>
      </w:pPr>
      <w:r>
        <w:t>دیکھیے، قرآن کو آپ اس طرح نہیں سمجھ سکتے کہ اس کا عربی آپ جانتے ہوں اور عربی سے اس کی تلاوت کر لیں، یا عربی نہ جانتے ہوں، اس کا ترجمہ پڑھ لیں۔</w:t>
      </w:r>
    </w:p>
    <w:p>
      <w:r>
        <w:rPr>
          <w:b/>
        </w:rPr>
        <w:t xml:space="preserve">[01:24] </w:t>
      </w:r>
      <w:r>
        <w:t>is tarah se aap quran ko samajh nahi sakte. haan, kuch oopri baatein aap zaroor samajh sakte hain, gehri baatein nahi.</w:t>
      </w:r>
    </w:p>
    <w:p>
      <w:pPr>
        <w:jc w:val="right"/>
      </w:pPr>
      <w:r>
        <w:t>اس طرح سے آپ قرآن کو سمجھ نہیں سکتے۔ ہاں، کچھ اوپری باتیں آپ ضرور سمجھ سکتے ہیں، گہری باتیں نہیں۔</w:t>
      </w:r>
    </w:p>
    <w:p>
      <w:r>
        <w:rPr>
          <w:b/>
        </w:rPr>
        <w:t xml:space="preserve">[01:36] </w:t>
      </w:r>
      <w:r>
        <w:t>lekin gehri baaton se meri muraad yeh nahi hai ke technical baatein. dekhiye, yeh bhi do qism ki baatein hain. gehri baaton ka ek matlab hai marifat ki baatein,</w:t>
      </w:r>
    </w:p>
    <w:p>
      <w:pPr>
        <w:jc w:val="right"/>
      </w:pPr>
      <w:r>
        <w:t>لیکن گہری باتوں سے میری مراد یہ نہیں ہے کہ ٹیکنیکل باتیں۔ دیکھیے، یہ بھی دو قسم کی باتیں ہیں۔ گہری باتوں کا ایک مطلب ہے معرفت کی باتیں،</w:t>
      </w:r>
    </w:p>
    <w:p>
      <w:r>
        <w:rPr>
          <w:b/>
        </w:rPr>
        <w:t xml:space="preserve">[01:51] </w:t>
      </w:r>
      <w:r>
        <w:t>ek hai technical baatein. bahut si tafaseer likhi gayi hain, ismein bahut technical baatein hoti hain.</w:t>
      </w:r>
    </w:p>
    <w:p>
      <w:pPr>
        <w:jc w:val="right"/>
      </w:pPr>
      <w:r>
        <w:t>ایک ہے ٹیکنیکل باتیں۔ بہت سی تفسیریں لکھی گئی ہیں، اس میں بہت ٹیکنیکل باتیں ہوتی ہیں۔</w:t>
      </w:r>
    </w:p>
    <w:p>
      <w:r>
        <w:rPr>
          <w:b/>
        </w:rPr>
        <w:t xml:space="preserve">[01:59] </w:t>
      </w:r>
      <w:r>
        <w:t>lekin isse na toh marifat milti aur na yaqeen badhta, aur na Khuda se qurbat haasil hoti.</w:t>
      </w:r>
    </w:p>
    <w:p>
      <w:pPr>
        <w:jc w:val="right"/>
      </w:pPr>
      <w:r>
        <w:t>لیکن اس سے نہ تو معرفت ملتی اور نہ یقین بڑھتا، اور نہ خدا سے قربت حاصل ہوتی۔</w:t>
      </w:r>
    </w:p>
    <w:p>
      <w:r>
        <w:rPr>
          <w:b/>
        </w:rPr>
        <w:t xml:space="preserve">[02:13] </w:t>
      </w:r>
      <w:r>
        <w:t>bas technical cheezon mein pada rehta hai aadmi. aap jaante hain ke har cheez ke kuch technical aspect hote hain,</w:t>
      </w:r>
    </w:p>
    <w:p>
      <w:pPr>
        <w:jc w:val="right"/>
      </w:pPr>
      <w:r>
        <w:t>بس ٹیکنیکل چیزوں میں پڑا رہتا ہے آدمی۔ آپ جانتے ہیں کہ ہر چیز کے کچھ ٹیکنیکل ایسپیکٹ ہوتے ہیں،</w:t>
      </w:r>
    </w:p>
    <w:p>
      <w:r>
        <w:rPr>
          <w:b/>
        </w:rPr>
        <w:t xml:space="preserve">[02:24] </w:t>
      </w:r>
      <w:r>
        <w:t>maslan iski grammar, iski balaghat, iska aayat ka nazm, aur iska order.</w:t>
      </w:r>
    </w:p>
    <w:p>
      <w:pPr>
        <w:jc w:val="right"/>
      </w:pPr>
      <w:r>
        <w:t>مثلاً اس کی گرامر، اس کی بلاغت، اس کا آیتوں کا نظم، اور اس کا آرڈر۔</w:t>
      </w:r>
    </w:p>
    <w:p>
      <w:r>
        <w:rPr>
          <w:b/>
        </w:rPr>
        <w:t xml:space="preserve">[02:39] </w:t>
      </w:r>
      <w:r>
        <w:t>mukhtalif qism ki technical baatein. yeh ek alag cheez hai, woh main nahi keh raha hoon. mere nazdeek gehri baaton se muraad hai marifat.</w:t>
      </w:r>
    </w:p>
    <w:p>
      <w:pPr>
        <w:jc w:val="right"/>
      </w:pPr>
      <w:r>
        <w:t>مختلف قسم کی ٹیکنیکل باتیں۔ یہ ایک الگ چیز ہے، وہ میں نہیں کہہ رہا ہوں۔ میرے نزدیک گہری باتوں سے مراد ہے معرفت۔</w:t>
      </w:r>
    </w:p>
    <w:p>
      <w:r>
        <w:rPr>
          <w:b/>
        </w:rPr>
        <w:t xml:space="preserve">[02:52] </w:t>
      </w:r>
      <w:r>
        <w:t>yaani woh baatein jisko jaankar aapka imaan o yaqeen badhe, Allah se aapka taalluq zyada ho jaaye, aakhirat ka darr aapke andar khoob gehrai ke saath paida ho jaaye,</w:t>
      </w:r>
    </w:p>
    <w:p>
      <w:pPr>
        <w:jc w:val="right"/>
      </w:pPr>
      <w:r>
        <w:t>یعنی وہ باتیں جس کو جان کر آپ کا ایمان و یقین بڑھے، اللہ سے آپ کا تعلق زیادہ ہو جائے، آخرت کا ڈر آپ کے اندر خوب گہرائی کے ساتھ پیدا ہو جائے،</w:t>
      </w:r>
    </w:p>
    <w:p>
      <w:r>
        <w:rPr>
          <w:b/>
        </w:rPr>
        <w:t xml:space="preserve">[03:14] </w:t>
      </w:r>
      <w:r>
        <w:t>jannat se doori aur jannat ka shauq paida ho jaaye. yeh sab hain quran ki gehri baatein.</w:t>
      </w:r>
    </w:p>
    <w:p>
      <w:pPr>
        <w:jc w:val="right"/>
      </w:pPr>
      <w:r>
        <w:t>جنت سے دوری اور جنت کا شوق پیدا ہو جائے۔ یہ سب ہیں قرآن کی گہری باتیں۔</w:t>
      </w:r>
    </w:p>
    <w:p>
      <w:r>
        <w:rPr>
          <w:b/>
        </w:rPr>
        <w:t xml:space="preserve">[03:26] </w:t>
      </w:r>
      <w:r>
        <w:t>to khud hadees mein yeh bataya gaya hai ke quran mein do satah hain isko samajhne ke liye. li kulli aayatin minha zaharun wa batin</w:t>
      </w:r>
    </w:p>
    <w:p>
      <w:pPr>
        <w:jc w:val="right"/>
      </w:pPr>
      <w:r>
        <w:t>تو خود حدیث میں یہ بتایا گیا ہے کہ قرآن میں دو سطحیں ہیں اس کو سمجھنے کے لیے۔ لکل آیت منها ظہر وبطن</w:t>
      </w:r>
    </w:p>
    <w:p>
      <w:r>
        <w:rPr>
          <w:b/>
        </w:rPr>
        <w:t xml:space="preserve">[03:40] </w:t>
      </w:r>
      <w:r>
        <w:t>quran ki har aayat ka ek zahiri mafhoom hai aur iska gehra mafhoom hai. to yeh bahut hi zyada aham hai.</w:t>
      </w:r>
    </w:p>
    <w:p>
      <w:pPr>
        <w:jc w:val="right"/>
      </w:pPr>
      <w:r>
        <w:t>قرآن کی ہر آیت کا ایک ظاہری مفہوم ہے اور اس کا گہرا مفہوم ہے۔ تو یہ بہت ہی زیادہ اہم ہے۔</w:t>
      </w:r>
    </w:p>
    <w:p>
      <w:r>
        <w:rPr>
          <w:b/>
        </w:rPr>
        <w:t xml:space="preserve">[03:53] </w:t>
      </w:r>
      <w:r>
        <w:t>kyunki sirf zahiri taur par kuch baatein aap samajh lein to isse koi khaas faida nahi hoga.</w:t>
      </w:r>
    </w:p>
    <w:p>
      <w:pPr>
        <w:jc w:val="right"/>
      </w:pPr>
      <w:r>
        <w:t>کیونکہ صرف ظاہری طور پر کچھ باتیں آپ سمجھ لیں تو اس سے کوئی خاص فائدہ نہیں ہوگا۔</w:t>
      </w:r>
    </w:p>
    <w:p>
      <w:r>
        <w:rPr>
          <w:b/>
        </w:rPr>
        <w:t xml:space="preserve">[04:02] </w:t>
      </w:r>
      <w:r>
        <w:t>misal ke taur par aapne quran mein yeh aayat padhi ke pehli hi aayat hai alhamdulillah rabbil alameen isse aapne yeh liya ke koi baat ho to aap keh dein alhamdulillah.</w:t>
      </w:r>
    </w:p>
    <w:p>
      <w:pPr>
        <w:jc w:val="right"/>
      </w:pPr>
      <w:r>
        <w:t>مثال کے طور پر آپ نے قرآن میں یہ آیت پڑھی کہ پہلی ہی آیت ہے الحمدللہ رب العالمین اس سے آپ نے یہ لیا کہ کوئی بات ہو تو آپ کہہ دیں الحمدللہ۔</w:t>
      </w:r>
    </w:p>
    <w:p>
      <w:r>
        <w:rPr>
          <w:b/>
        </w:rPr>
        <w:t xml:space="preserve">[04:21] </w:t>
      </w:r>
      <w:r>
        <w:t>to yeh bohat hi sathi aur zahiri baat hui.</w:t>
      </w:r>
    </w:p>
    <w:p>
      <w:pPr>
        <w:jc w:val="right"/>
      </w:pPr>
      <w:r>
        <w:t>تو یہ بہت ہی سطحی اور ظاہری بات ہوئی۔</w:t>
      </w:r>
    </w:p>
    <w:p>
      <w:r>
        <w:rPr>
          <w:b/>
        </w:rPr>
        <w:t xml:space="preserve">[04:27] </w:t>
      </w:r>
      <w:r>
        <w:t>nahi, is ka matlab yeh hai ke aap Khuda ko itni aisi azmaton ke saath daryaft karein ke aap ke andar ek hamd ka toofan barpa ho.</w:t>
      </w:r>
    </w:p>
    <w:p>
      <w:pPr>
        <w:jc w:val="right"/>
      </w:pPr>
      <w:r>
        <w:t>نہیں، اس کا مطلب یہ ہے کہ آپ خدا کو اتنی ایسی عظمتوں کے ساتھ دریافت کریں کہ آپ کے اندر ایک حمد کا طوفان برپا ہو۔</w:t>
      </w:r>
    </w:p>
    <w:p>
      <w:r>
        <w:rPr>
          <w:b/>
        </w:rPr>
        <w:t xml:space="preserve">[04:41] </w:t>
      </w:r>
      <w:r>
        <w:t>shukr ka ek zalzala paida ho aap ke andar. aur phir aap keh padein Alhamdulillah Rabb al-Alameen. is tareeqe se dekhiye, Quran mein hai Qul Huwallahu Ahad</w:t>
      </w:r>
    </w:p>
    <w:p>
      <w:pPr>
        <w:jc w:val="right"/>
      </w:pPr>
      <w:r>
        <w:t>شکر کا ایک زلزلہ پیدا ہو آپ کے اندر۔ اور پھر آپ کہہ پڑیں الحمدللہ رب العالمین۔ اس طریقے سے دیکھیے، قرآن میں ہے قُلْ هُوَ اللَّهُ أَحَدٌ</w:t>
      </w:r>
    </w:p>
    <w:p>
      <w:r>
        <w:rPr>
          <w:b/>
        </w:rPr>
        <w:t xml:space="preserve">[04:57] </w:t>
      </w:r>
      <w:r>
        <w:t>kaho ke Allah ek hai. ab is ka technical aspect yeh hai ke aap bas ginti ke maano mein yeh samajh lein ke Khuda ek hai, do nahi hai, teen nahi hai, chaar nahi hai.</w:t>
      </w:r>
    </w:p>
    <w:p>
      <w:pPr>
        <w:jc w:val="right"/>
      </w:pPr>
      <w:r>
        <w:t>کہو کہ اللہ ایک ہے۔ اب اس کا ٹیکنیکل ایسپیکٹ یہ ہے کہ آپ بس گنتی کے معنوں میں یہ سمجھ لیں کہ خدا ایک ہے، دو نہیں ہے، تین نہیں ہے، چار نہیں ہے۔</w:t>
      </w:r>
    </w:p>
    <w:p>
      <w:r>
        <w:rPr>
          <w:b/>
        </w:rPr>
        <w:t xml:space="preserve">[05:13] </w:t>
      </w:r>
      <w:r>
        <w:t>to yeh ginti ke maano mein, yaani technical maano mein Khuda ko jaanna hua. doosra kya hai ke aap kainat ki azmaton mein Khuda ki badai ko daryaft karein.</w:t>
      </w:r>
    </w:p>
    <w:p>
      <w:pPr>
        <w:jc w:val="right"/>
      </w:pPr>
      <w:r>
        <w:t>تو یہ گنتی کے معنوں میں، یعنی ٹیکنیکل معنوں میں خدا کو جاننا ہوا۔ دوسرا کیا ہے کہ آپ کائنات کی عظمتوں میں خدا کی بڑائی کو دریافت کریں۔</w:t>
      </w:r>
    </w:p>
    <w:p>
      <w:r>
        <w:rPr>
          <w:b/>
        </w:rPr>
        <w:t xml:space="preserve">[05:28] </w:t>
      </w:r>
      <w:r>
        <w:t>aap yeh daryaft karein ke ek Khuda hai jis ne create kiya hai saari cheezon ko. wahi Khuda sustainer hai. wahi Khuda</w:t>
      </w:r>
    </w:p>
    <w:p>
      <w:pPr>
        <w:jc w:val="right"/>
      </w:pPr>
      <w:r>
        <w:t>آپ یہ دریافت کریں کہ ایک خدا ہے جس نے کریٹ کیا ہے ساری چیزوں کو۔ وہی خدا سسٹینر ہے۔ وہی خدا</w:t>
      </w:r>
    </w:p>
    <w:p>
      <w:r>
        <w:rPr>
          <w:b/>
        </w:rPr>
        <w:t xml:space="preserve">[05:41] </w:t>
      </w:r>
      <w:r>
        <w:t>sab cheez ka control isi ke haath mein hai. is ko bator daryaft aap jaanein. phir kahein ke Khuda ek hai.</w:t>
      </w:r>
    </w:p>
    <w:p>
      <w:pPr>
        <w:jc w:val="right"/>
      </w:pPr>
      <w:r>
        <w:t>سب چیز کا کنٹرول اسی کے ہاتھ میں ہے۔ اس کو بطور دریافت آپ جانیں۔ پھر کہیں کہ خدا ایک ہے۔</w:t>
      </w:r>
    </w:p>
    <w:p>
      <w:r>
        <w:rPr>
          <w:b/>
        </w:rPr>
        <w:t xml:space="preserve">[05:50] </w:t>
      </w:r>
      <w:r>
        <w:t>yaani saari badaiyon ke saath Khuda ek hai. to yeh ek gehri baat hui.</w:t>
      </w:r>
    </w:p>
    <w:p>
      <w:pPr>
        <w:jc w:val="right"/>
      </w:pPr>
      <w:r>
        <w:t>یعنی ساری بڑائیوں کے ساتھ خدا ایک ہے۔ تو یہ ایک گہری بات ہوئی۔</w:t>
      </w:r>
    </w:p>
    <w:p>
      <w:r>
        <w:rPr>
          <w:b/>
        </w:rPr>
        <w:t xml:space="preserve">[05:56] </w:t>
      </w:r>
      <w:r>
        <w:t>yaani gehri gehre maano mein Allah ko jaanna hua. to dekhiye,</w:t>
      </w:r>
    </w:p>
    <w:p>
      <w:pPr>
        <w:jc w:val="right"/>
      </w:pPr>
      <w:r>
        <w:t>یعنی گہری گہرے معنوں میں اللہ کو جاننا ہوا۔ تو دیکھیے،</w:t>
      </w:r>
    </w:p>
    <w:p>
      <w:r>
        <w:rPr>
          <w:b/>
        </w:rPr>
        <w:t xml:space="preserve">[06:06] </w:t>
      </w:r>
      <w:r>
        <w:t>Quran mein ek ayat hai wa laqad yassarnal Qurana lidh dhikri fahum mud takir.</w:t>
      </w:r>
    </w:p>
    <w:p>
      <w:pPr>
        <w:jc w:val="right"/>
      </w:pPr>
      <w:r>
        <w:t>قرآن میں ایک آیت ہے ولقد یسرنا القرآن للذکر فحلم مدکر۔</w:t>
      </w:r>
    </w:p>
    <w:p>
      <w:r>
        <w:rPr>
          <w:b/>
        </w:rPr>
        <w:t xml:space="preserve">[06:15] </w:t>
      </w:r>
      <w:r>
        <w:t>aur hum ne Quran ko zikr ke liye aasan kar diya.</w:t>
      </w:r>
    </w:p>
    <w:p>
      <w:pPr>
        <w:jc w:val="right"/>
      </w:pPr>
      <w:r>
        <w:t>اور ہم نے قرآن کو ذکر کے لیے آسان کر دیا۔</w:t>
      </w:r>
    </w:p>
    <w:p>
      <w:r>
        <w:rPr>
          <w:b/>
        </w:rPr>
        <w:t xml:space="preserve">[06:24] </w:t>
      </w:r>
      <w:r>
        <w:t>wa laqad yassarnal Qurana lidh dhikri fahum mud takir. aur hum ne Quran ko zikr ke liye aasan kar diya.</w:t>
      </w:r>
    </w:p>
    <w:p>
      <w:pPr>
        <w:jc w:val="right"/>
      </w:pPr>
      <w:r>
        <w:t>ولقد یسرنا القرآن للذکر فحلم مدکر۔ اور ہم نے قرآن کو ذکر کے لیے آسان کر دیا۔</w:t>
      </w:r>
    </w:p>
    <w:p>
      <w:r>
        <w:rPr>
          <w:b/>
        </w:rPr>
        <w:t xml:space="preserve">[06:35] </w:t>
      </w:r>
      <w:r>
        <w:t>to hai koi zikr karne wala? ab is ka ek matlab yeh le liya hai logon ne ke zikr ke maani hain hifz</w:t>
      </w:r>
    </w:p>
    <w:p>
      <w:pPr>
        <w:jc w:val="right"/>
      </w:pPr>
      <w:r>
        <w:t>تو ہے کوئی ذکر کرنے والا؟ اب اس کا ایک مطلب یہ لے لیا ہے لوگوں نے کہ ذکر کے معنی ہیں حفظ</w:t>
      </w:r>
    </w:p>
    <w:p>
      <w:r>
        <w:rPr>
          <w:b/>
        </w:rPr>
        <w:t xml:space="preserve">[06:48] </w:t>
      </w:r>
      <w:r>
        <w:t>– yaani Quran ko hum ne aasan kar diya hifz karne ke liye, yaad karne ke liye, memorize karne ke liye. Quran ko hum ne aasan kar diya ke is ka Quran ko memorize karna bohat aasan hai.</w:t>
      </w:r>
    </w:p>
    <w:p>
      <w:pPr>
        <w:jc w:val="right"/>
      </w:pPr>
      <w:r>
        <w:t>۔ یعنی قرآن کو ہم نے آسان کر دیا حفظ کرنے کے لیے، یاد کرنے کے لیے، میمرائز کرنے کے لیے۔ قرآن کو ہم نے آسان کر دیا کہ اس کا قرآن کو میمرائز کرنا بہت آسان ہے۔</w:t>
      </w:r>
    </w:p>
    <w:p>
      <w:r>
        <w:rPr>
          <w:b/>
        </w:rPr>
        <w:t xml:space="preserve">[07:08] </w:t>
      </w:r>
      <w:r>
        <w:t>to koi hai jo memorize kar ke Quran ko yaad kar daale? ab yeh ek ayat, is ayat ka ek mafhoom yeh hai.</w:t>
      </w:r>
    </w:p>
    <w:p>
      <w:pPr>
        <w:jc w:val="right"/>
      </w:pPr>
      <w:r>
        <w:t>تو کوئی ہے جو میمرائز کر کے قرآن کو یاد کر ڈالے؟ اب یہ ایک آیت، اس آیت کا ایک مفہوم یہ ہے۔</w:t>
      </w:r>
    </w:p>
    <w:p>
      <w:r>
        <w:rPr>
          <w:b/>
        </w:rPr>
        <w:t xml:space="preserve">[07:18] </w:t>
      </w:r>
      <w:r>
        <w:t>bohat se log is ka matlab yahi samajhte hain. dekhiye, yeh Quran ki yaani Quran ke coderectate karna hai.</w:t>
      </w:r>
    </w:p>
    <w:p>
      <w:pPr>
        <w:jc w:val="right"/>
      </w:pPr>
      <w:r>
        <w:t>بہت سے لوگ اس کا مطلب یہی سمجھتے ہیں۔ دیکھیے، یہ قرآن کی یعنی قرآن کے کوڈریسٹیٹ کرنا ہے۔</w:t>
      </w:r>
    </w:p>
    <w:p>
      <w:r>
        <w:rPr>
          <w:b/>
        </w:rPr>
        <w:t xml:space="preserve">[07:29] </w:t>
      </w:r>
      <w:r>
        <w:t>yaani Quran kya hai? isi liye bheja gaya hai ke log is ko rat lein. bas yahan par dekhiye, yassarna jo hai, hum ne aasan kar diya Quran ko.</w:t>
      </w:r>
    </w:p>
    <w:p>
      <w:pPr>
        <w:jc w:val="right"/>
      </w:pPr>
      <w:r>
        <w:t>یعنی قرآن کیا ہے؟ اسی لیے بھیجا گیا ہے کہ لوگ اس کو رٹ لیں۔ بس یہاں پر دیکھیے، یسرنا جو ہے، ہم نے آسان کر دیا قرآن کو۔</w:t>
      </w:r>
    </w:p>
    <w:p>
      <w:r>
        <w:rPr>
          <w:b/>
        </w:rPr>
        <w:t xml:space="preserve">[07:41] </w:t>
      </w:r>
      <w:r>
        <w:t>is ka matlab kya hai? ke Quran mein bohat zyada clarity hai.</w:t>
      </w:r>
    </w:p>
    <w:p>
      <w:pPr>
        <w:jc w:val="right"/>
      </w:pPr>
      <w:r>
        <w:t>اس کا مطلب کیا ہے؟ کہ قرآن میں بہت زیادہ کلیرٹی ہے۔</w:t>
      </w:r>
    </w:p>
    <w:p>
      <w:r>
        <w:rPr>
          <w:b/>
        </w:rPr>
        <w:t xml:space="preserve">[07:47] </w:t>
      </w:r>
      <w:r>
        <w:t>clarity jo kaha jata hai wudhooh. yeh matlab hai is ka ke Quran ek aisi kitaab hai jis mein wudhooh bohat zyada hai.</w:t>
      </w:r>
    </w:p>
    <w:p>
      <w:pPr>
        <w:jc w:val="right"/>
      </w:pPr>
      <w:r>
        <w:t>کلیرٹی جو کہا جاتا ہے وضوح۔ یہ مطلب ہے اس کا کہ قرآن ایک ایسی کتاب ہے جس میں وضوح بہت زیادہ ہے۔</w:t>
      </w:r>
    </w:p>
    <w:p>
      <w:r>
        <w:rPr>
          <w:b/>
        </w:rPr>
        <w:t xml:space="preserve">[07:56] </w:t>
      </w:r>
      <w:r>
        <w:t>clarity bohat zyada hai. yaani is mein koi confusion nahi, koi ibham nahi, koi aghlaq nahi.</w:t>
      </w:r>
    </w:p>
    <w:p>
      <w:pPr>
        <w:jc w:val="right"/>
      </w:pPr>
      <w:r>
        <w:t>کلیرٹی بہت زیادہ ہے۔ یعنی اس میں کوئی کنفیوژن نہیں، کوئی ابہام نہیں، کوئی اغلاق نہیں۔</w:t>
      </w:r>
    </w:p>
    <w:p>
      <w:r>
        <w:rPr>
          <w:b/>
        </w:rPr>
        <w:t xml:space="preserve">[08:09] </w:t>
      </w:r>
      <w:r>
        <w:t>to clarity hai, is ka matlab.</w:t>
      </w:r>
    </w:p>
    <w:p>
      <w:pPr>
        <w:jc w:val="right"/>
      </w:pPr>
      <w:r>
        <w:t>تو کلیرٹی ہے، اس کا مطلب۔</w:t>
      </w:r>
    </w:p>
    <w:p>
      <w:r>
        <w:rPr>
          <w:b/>
        </w:rPr>
        <w:t xml:space="preserve">[08:14] </w:t>
      </w:r>
      <w:r>
        <w:t>to aap is ka matlab yeh hai ke jab aap Quran par ghaur karein to aap ke saamne ek aisa kalam hoga jis mein bepanah clarity hogi.</w:t>
      </w:r>
    </w:p>
    <w:p>
      <w:pPr>
        <w:jc w:val="right"/>
      </w:pPr>
      <w:r>
        <w:t>تو آپ اس کا مطلب یہ ہے کہ جب آپ قرآن پر غور کریں تو آپ کے سامنے ایک ایسا کلام ہوگا جس میں بے پناہ کلیرٹی ہوگی۔</w:t>
      </w:r>
    </w:p>
    <w:p>
      <w:r>
        <w:rPr>
          <w:b/>
        </w:rPr>
        <w:t xml:space="preserve">[08:24] </w:t>
      </w:r>
      <w:r>
        <w:t>aap ghaur karein, samajh sakein ge baaton ko. bohat si kitaabein aisi hoti hain jin mein clarity nahi hoti. to aap padhte rahiye, padhte rahiye, samajh mein kuch nahi aata.</w:t>
      </w:r>
    </w:p>
    <w:p>
      <w:pPr>
        <w:jc w:val="right"/>
      </w:pPr>
      <w:r>
        <w:t>آپ غور کریں، سمجھ سکیں گے باتوں کو۔ بہت سی کتابیں ایسی ہوتی ہیں جن میں کلیرٹی نہیں ہوتی۔ تو آپ پڑھتے رہیے، پڑھتے رہیے، سمجھ میں کچھ نہیں آتا۔</w:t>
      </w:r>
    </w:p>
    <w:p>
      <w:r>
        <w:rPr>
          <w:b/>
        </w:rPr>
        <w:t xml:space="preserve">[08:36] </w:t>
      </w:r>
      <w:r>
        <w:t>confusion hi confusion rehta hai.</w:t>
      </w:r>
    </w:p>
    <w:p>
      <w:pPr>
        <w:jc w:val="right"/>
      </w:pPr>
      <w:r>
        <w:t>کنفیوژن ہی کنفیوژن رہتا ہے۔</w:t>
      </w:r>
    </w:p>
    <w:p>
      <w:r>
        <w:rPr>
          <w:b/>
        </w:rPr>
        <w:t xml:space="preserve">[08:40] </w:t>
      </w:r>
      <w:r>
        <w:t>to wa laqad yassarnal Qurana ka matlab hai ke hum ne Quran ko is tarah utara ke is mein bohat clarity hai.</w:t>
      </w:r>
    </w:p>
    <w:p>
      <w:pPr>
        <w:jc w:val="right"/>
      </w:pPr>
      <w:r>
        <w:t>تو ولقد یسرنا القرآن کا مطلب ہے کہ ہم نے قرآن کو اس طرح اتارا کہ اس میں بہت کلیرٹی ہے۔</w:t>
      </w:r>
    </w:p>
    <w:p>
      <w:r>
        <w:rPr>
          <w:b/>
        </w:rPr>
        <w:t xml:space="preserve">[08:53] </w:t>
      </w:r>
      <w:r>
        <w:t>aadmi parhe to khoob samajh sakta hai. ghor kare to bohat aasani se is ke mani tak is ka zehn pahunch sakta hai. yeh matlab hai is ka.</w:t>
      </w:r>
    </w:p>
    <w:p>
      <w:pPr>
        <w:jc w:val="right"/>
      </w:pPr>
      <w:r>
        <w:t>آدمی پڑھے تو خوب سمجھ سکتا ہے۔ غور کرے تو بہت آسانی سے اس کے معنی تک اس کا ذہن پہنچ سکتا ہے۔ یہ مطلب ہے اس کا۔</w:t>
      </w:r>
    </w:p>
    <w:p>
      <w:r>
        <w:rPr>
          <w:b/>
        </w:rPr>
        <w:t xml:space="preserve">[09:03] </w:t>
      </w:r>
      <w:r>
        <w:t>ab aap ghor kijie ke agar aap yeh matlab le len ke</w:t>
      </w:r>
    </w:p>
    <w:p>
      <w:pPr>
        <w:jc w:val="right"/>
      </w:pPr>
      <w:r>
        <w:t>اب آپ غور کیجیے کہ اگر آپ یہ مطلب لے لیں کہ</w:t>
      </w:r>
    </w:p>
    <w:p>
      <w:r>
        <w:rPr>
          <w:b/>
        </w:rPr>
        <w:t xml:space="preserve">[09:09] </w:t>
      </w:r>
      <w:r>
        <w:t>yahan hafiza murad hai is se to quran se kya mile ga? quran ka ek technical aspect mila aap ko.</w:t>
      </w:r>
    </w:p>
    <w:p>
      <w:pPr>
        <w:jc w:val="right"/>
      </w:pPr>
      <w:r>
        <w:t>یہاں حافظہ مراد ہے اس سے تو قرآن سے کیا ملے گا؟ قرآن کا ایک ٹیکنیکل ایسپیکٹ ملا آپ کو۔</w:t>
      </w:r>
    </w:p>
    <w:p>
      <w:r>
        <w:rPr>
          <w:b/>
        </w:rPr>
        <w:t xml:space="preserve">[09:19] </w:t>
      </w:r>
      <w:r>
        <w:t>yani yun keh sakte hain hum ke ek phal hai to is ka ek chhilka hai, ek is ka magz hai.</w:t>
      </w:r>
    </w:p>
    <w:p>
      <w:pPr>
        <w:jc w:val="right"/>
      </w:pPr>
      <w:r>
        <w:t>یعنی یوں کہہ سکتے ہیں ہم کہ ایک پھل ہے تو اس کا ایک چھلکا ہے، ایک اس کا مغز ہے۔</w:t>
      </w:r>
    </w:p>
    <w:p>
      <w:r>
        <w:rPr>
          <w:b/>
        </w:rPr>
        <w:t xml:space="preserve">[09:27] </w:t>
      </w:r>
      <w:r>
        <w:t>to aap agar chhilke ko paen, magz ko na paen to woh pana nahi kaha jayega. misaal ke tor par badam hai, aap badam ke chhilke ko paen, is ka magz na paen.</w:t>
      </w:r>
    </w:p>
    <w:p>
      <w:pPr>
        <w:jc w:val="right"/>
      </w:pPr>
      <w:r>
        <w:t>تو آپ اگر چھلکے کو پائیں، مغز کو نہ پائیں تو وہ پانا نہیں کہا جائے گا۔ مثلاً بادام ہے، آپ بادام کے چھلکے کو پائیں، اس کا مغز نہ پائیں۔</w:t>
      </w:r>
    </w:p>
    <w:p>
      <w:r>
        <w:rPr>
          <w:b/>
        </w:rPr>
        <w:t xml:space="preserve">[09:42] </w:t>
      </w:r>
      <w:r>
        <w:t>ya isi tarah se narangi hai, aap narangi ke chhilke ko paen, is ka magz na paen to yeh pana nahi kaha jayega.</w:t>
      </w:r>
    </w:p>
    <w:p>
      <w:pPr>
        <w:jc w:val="right"/>
      </w:pPr>
      <w:r>
        <w:t>یا اسی طریقے سے نارنگی ہے، آپ نارنگی کے چھلکے کو پائیں، اس کا مغز نہ پائیں تو یہ پانا نہیں کہا جائے گا۔</w:t>
      </w:r>
    </w:p>
    <w:p>
      <w:r>
        <w:rPr>
          <w:b/>
        </w:rPr>
        <w:t xml:space="preserve">[09:52] </w:t>
      </w:r>
      <w:r>
        <w:t>isi tarah se agar quran se aap ko yahi mila ke yaad karna bara aasan hai, khoob ratto, yaad ho jayega. yeh to kuch bhi nahi hua.</w:t>
      </w:r>
    </w:p>
    <w:p>
      <w:pPr>
        <w:jc w:val="right"/>
      </w:pPr>
      <w:r>
        <w:t>اسی طرح سے اگر قرآن سے آپ کو یہی ملا کہ یاد کرنا بڑا آسان ہے، خوب رٹو، یاد ہو جائے گا۔ یہ تو کچھ بھی نہیں ہوا۔</w:t>
      </w:r>
    </w:p>
    <w:p>
      <w:r>
        <w:rPr>
          <w:b/>
        </w:rPr>
        <w:t xml:space="preserve">[10:07] </w:t>
      </w:r>
      <w:r>
        <w:t>ek sahab mujh se mile, ek sahab mujhe mile, woh bahir rehte hain, yani ek maghrib ke mulk mein.</w:t>
      </w:r>
    </w:p>
    <w:p>
      <w:pPr>
        <w:jc w:val="right"/>
      </w:pPr>
      <w:r>
        <w:t>ایک صاحب مجھ سے ملے، ایک صاحب مجھے ملے، وہ باہر رہتے ہیں، یعنی ایک مغرب کے દેશ میں۔</w:t>
      </w:r>
    </w:p>
    <w:p>
      <w:r>
        <w:rPr>
          <w:b/>
        </w:rPr>
        <w:t xml:space="preserve">[10:17] </w:t>
      </w:r>
      <w:r>
        <w:t>to ek sahab ne un ka taaruf karaya unhi ke samne. kaha ke unhon ne yeh ek bohat hi taareefi andaaz mein kaha ke yeh ghar se office jate hain to un ko ek time lagta hai.</w:t>
      </w:r>
    </w:p>
    <w:p>
      <w:pPr>
        <w:jc w:val="right"/>
      </w:pPr>
      <w:r>
        <w:t>تو ایک صاحب نے ان کا تعارف کرایا انہی کے سامنے۔ کہا کہ انہوں نے یہ ایک بہت ہی تعریفی انداز میں کہا کہ یہ گھر سے آفس جاتے ہیں تو ان کو ایک ٹائم لگتا ہے۔</w:t>
      </w:r>
    </w:p>
    <w:p>
      <w:r>
        <w:rPr>
          <w:b/>
        </w:rPr>
        <w:t xml:space="preserve">[10:35] </w:t>
      </w:r>
      <w:r>
        <w:t>to unhon ne quran ke cassette apni gaadi mein rakh liye hain. woh us waqt chala dete hain us ko.</w:t>
      </w:r>
    </w:p>
    <w:p>
      <w:pPr>
        <w:jc w:val="right"/>
      </w:pPr>
      <w:r>
        <w:t>تو انہوں نے قرآن کے کیسٹ اپنی گاڑی میں رکھ لیے ہیں۔ وہ اس وقت چالی چلا دیتے ہیں اس کو۔</w:t>
      </w:r>
    </w:p>
    <w:p>
      <w:r>
        <w:rPr>
          <w:b/>
        </w:rPr>
        <w:t xml:space="preserve">[10:45] </w:t>
      </w:r>
      <w:r>
        <w:t>to ek taraf woh apni gaadi drive kar rahe hote hain office jane ke liye ya office se lotne ke liye, aur doosri taraf cassette bajta rehta hai.</w:t>
      </w:r>
    </w:p>
    <w:p>
      <w:pPr>
        <w:jc w:val="right"/>
      </w:pPr>
      <w:r>
        <w:t>تو ایک طرف وہ اپنی گاڑی ڈرائیو کر رہے ہوتے ہیں آفس جانے کے لیے یا آفس سے لوٹنے کے لیے، اور دوسری طرف کیسٹ بجتا رہتا ہے۔</w:t>
      </w:r>
    </w:p>
    <w:p>
      <w:r>
        <w:rPr>
          <w:b/>
        </w:rPr>
        <w:t xml:space="preserve">[10:57] </w:t>
      </w:r>
      <w:r>
        <w:t>is tarah sunte sunte unhein quran yaad ho gaya. yani cassette ko is tarah sunte sunte woh quran ke hafiz ho gaye, aur bohat hi tareef ke andaaz mein unhon ne kaha.</w:t>
      </w:r>
    </w:p>
    <w:p>
      <w:pPr>
        <w:jc w:val="right"/>
      </w:pPr>
      <w:r>
        <w:t>اس طرح سنتے سنتے انہیں قرآن یاد ہو گیا۔ یعنی کیسٹ کو اس طرح سنتے سنتے وہ قرآن کے حافظ ہو گئے، اور بہت ہی تعریف کے انداز میں انہوں نے کہا۔</w:t>
      </w:r>
    </w:p>
    <w:p>
      <w:r>
        <w:rPr>
          <w:b/>
        </w:rPr>
        <w:t xml:space="preserve">[11:10] </w:t>
      </w:r>
      <w:r>
        <w:t>to maine kaha yeh to koi mujhe samajh mein nahi aayi ke koi bari baat hai.</w:t>
      </w:r>
    </w:p>
    <w:p>
      <w:pPr>
        <w:jc w:val="right"/>
      </w:pPr>
      <w:r>
        <w:t>تو میں نے کہا یہ تو کوئی مجھے سمجھ میں نہیں آئی کہ کوئی بڑی بات ہے۔</w:t>
      </w:r>
    </w:p>
    <w:p>
      <w:r>
        <w:rPr>
          <w:b/>
        </w:rPr>
        <w:t xml:space="preserve">[11:14] </w:t>
      </w:r>
      <w:r>
        <w:t>quran ke shabdon ko, quran ke lafzon ko agar aap ne yaad kar liya to kya isi liye quran utra hai?</w:t>
      </w:r>
    </w:p>
    <w:p>
      <w:pPr>
        <w:jc w:val="right"/>
      </w:pPr>
      <w:r>
        <w:t>قرآن کے शब्दوں کو، قرآن کے لفظوں کو اگر آپ نے یاد کر لیا تو کیا اسی لیے قرآن اترا ہے؟</w:t>
      </w:r>
    </w:p>
    <w:p>
      <w:r>
        <w:rPr>
          <w:b/>
        </w:rPr>
        <w:t xml:space="preserve">[11:28] </w:t>
      </w:r>
      <w:r>
        <w:t>aap ko is ke mani tak pahunchna chahiye. is ke mani tak, lafzon ke aage jo mani hain, wahan tak aap ko pahunchna hai.</w:t>
      </w:r>
    </w:p>
    <w:p>
      <w:pPr>
        <w:jc w:val="right"/>
      </w:pPr>
      <w:r>
        <w:t>آپ کو اس کے معنی تک پہنچنا چاہیے۔ اس کے معنی تک، لفظوں کے آگے جو معنی ہیں، وہاں تک آپ کو پہنچنا ہے۔</w:t>
      </w:r>
    </w:p>
    <w:p>
      <w:r>
        <w:rPr>
          <w:b/>
        </w:rPr>
        <w:t xml:space="preserve">[11:40] </w:t>
      </w:r>
      <w:r>
        <w:t>to quran mein hai ke layadabbaroo ayatihi</w:t>
      </w:r>
    </w:p>
    <w:p>
      <w:pPr>
        <w:jc w:val="right"/>
      </w:pPr>
      <w:r>
        <w:t>تو قرآن میں ہے کہ لَيَدَبَّرُوا آَيَاتِهِ</w:t>
      </w:r>
    </w:p>
    <w:p>
      <w:r>
        <w:rPr>
          <w:b/>
        </w:rPr>
        <w:t xml:space="preserve">[11:44] </w:t>
      </w:r>
      <w:r>
        <w:t>quran utra kis liye? layadabbaroo ayatihi taake log ghor karen is ki baaton par, taake log ghor karen is ki ayaton par.</w:t>
      </w:r>
    </w:p>
    <w:p>
      <w:pPr>
        <w:jc w:val="right"/>
      </w:pPr>
      <w:r>
        <w:t>قرآن اترا کس لئے؟ لَيَدَبَّرُوا آَيَاتِهِ تاکہ لوگ غور کریں اس کی باتوں پر، تاکہ لوگ غور کریں اس کی آیتوں پر۔</w:t>
      </w:r>
    </w:p>
    <w:p>
      <w:r>
        <w:rPr>
          <w:b/>
        </w:rPr>
        <w:t xml:space="preserve">[11:53] </w:t>
      </w:r>
      <w:r>
        <w:t>to maqsad quran ko bhejane ka yeh hai ke log is ki ayaton par ghor karen, aur phir is ke andar jo mani chhupe hue hain, jo meaning chhupe hue hai, us ko daryaft karen.</w:t>
      </w:r>
    </w:p>
    <w:p>
      <w:pPr>
        <w:jc w:val="right"/>
      </w:pPr>
      <w:r>
        <w:t>تو مقصد قرآن کو بھیجنے کا یہ ہے کہ لوگ اس کی آیتوں پر غور کریں، اور پھر اس کے اندر جو معنی چھپے ہوئے ہیں، جو میننگ چھپی ہوئی ہے، اس کو دریافت کریں۔</w:t>
      </w:r>
    </w:p>
    <w:p>
      <w:r>
        <w:rPr>
          <w:b/>
        </w:rPr>
        <w:t xml:space="preserve">[12:09] </w:t>
      </w:r>
      <w:r>
        <w:t>to is se kya hoga?</w:t>
      </w:r>
    </w:p>
    <w:p>
      <w:pPr>
        <w:jc w:val="right"/>
      </w:pPr>
      <w:r>
        <w:t>تو اس سے کیا ہوگا؟</w:t>
      </w:r>
    </w:p>
    <w:p>
      <w:r>
        <w:rPr>
          <w:b/>
        </w:rPr>
        <w:t xml:space="preserve">[12:12] </w:t>
      </w:r>
      <w:r>
        <w:t>un ka intellectual development hoga, un ka spiritual development hoga, un ke andar imaan badhega, un ke andar marifat badhegi.</w:t>
      </w:r>
    </w:p>
    <w:p>
      <w:pPr>
        <w:jc w:val="right"/>
      </w:pPr>
      <w:r>
        <w:t>ان کا انٹلیکچول ڈیولپمنٹ ہوگا، ان کا اسپریچول ڈیولپمنٹ ہوگا، ان کے اندر ایمان بڑھے گا، ان کے اندر معرفت بڑھے گی۔</w:t>
      </w:r>
    </w:p>
    <w:p>
      <w:r>
        <w:rPr>
          <w:b/>
        </w:rPr>
        <w:t xml:space="preserve">[12:24] </w:t>
      </w:r>
      <w:r>
        <w:t>yeh maqsad hai quran ka.</w:t>
      </w:r>
    </w:p>
    <w:p>
      <w:pPr>
        <w:jc w:val="right"/>
      </w:pPr>
      <w:r>
        <w:t>یہ مقصد ہے قرآن کا۔</w:t>
      </w:r>
    </w:p>
    <w:p>
      <w:r>
        <w:rPr>
          <w:b/>
        </w:rPr>
        <w:t xml:space="preserve">[12:28] </w:t>
      </w:r>
      <w:r>
        <w:t>to logon ne quran ke lafzon ko samajh liya ke bas sara jo karamati faide hain, sara jo blessing hai, bas woh lafzon mein hai.</w:t>
      </w:r>
    </w:p>
    <w:p>
      <w:pPr>
        <w:jc w:val="right"/>
      </w:pPr>
      <w:r>
        <w:t>تو لوگوں نے قرآن کے لفظوں کو سمجھ لیا کہ بس سارا جو کراماتی فائدے ہیں، سارا جو بلیسنگ ہے، بس وہ لفظوں میں ہے۔</w:t>
      </w:r>
    </w:p>
    <w:p>
      <w:r>
        <w:rPr>
          <w:b/>
        </w:rPr>
        <w:t xml:space="preserve">[12:43] </w:t>
      </w:r>
      <w:r>
        <w:t>yani mysterious tor par unhon ne lafzon ko samajh liya ke koi aisi cheez hai ke bas lafzon ko dohra do to bas sari blessing tum ko mil jayegi, dunya se le kar akhirat tak.</w:t>
      </w:r>
    </w:p>
    <w:p>
      <w:pPr>
        <w:jc w:val="right"/>
      </w:pPr>
      <w:r>
        <w:t>یعنی مسٹیریس طور پر انہوں نے لفظوں کو سمجھ لیا کہ کوئی ایسی چیز ہے کہ بس لفظوں کو دہرا دو تو بس ساری بلیسنگ تم کو مل جائے گی، دنیا سے لے کر آخرت تک۔</w:t>
      </w:r>
    </w:p>
    <w:p>
      <w:r>
        <w:rPr>
          <w:b/>
        </w:rPr>
        <w:t xml:space="preserve">[12:58] </w:t>
      </w:r>
      <w:r>
        <w:t>yeh hargiz matlab nahi hai quran ka. ek ek hadith mein aata hai ke ek aadmi ne hazrat aisha ke samne kai logon ke bare mein unhon ne kaha ke bohat thodi muddat mein quran ko khatam kar dalte hain.</w:t>
      </w:r>
    </w:p>
    <w:p>
      <w:pPr>
        <w:jc w:val="right"/>
      </w:pPr>
      <w:r>
        <w:t>یہ ہرگز مطلب نہیں ہے قرآن کا۔ ایک ایک حدیث میں آتا ہے کہ ایک آدمی نے حضرت عائشہ کے سامنے کئی لوگوں کے بارے میں انہوں نے کہا کہ بہت تھوڑی مدت میں قرآن کو ختم کر ڈالتے ہیں۔</w:t>
      </w:r>
    </w:p>
    <w:p>
      <w:r>
        <w:rPr>
          <w:b/>
        </w:rPr>
        <w:t xml:space="preserve">[13:15] </w:t>
      </w:r>
      <w:r>
        <w:t>woh parhte hain, parhte hain, woh khatam kar lete hain. to hazrat aisha ne kaha ke ulaiqa qarao wa lam yaqra'o ulaiqa qarao wa lam yaqr</w:t>
      </w:r>
    </w:p>
    <w:p>
      <w:pPr>
        <w:jc w:val="right"/>
      </w:pPr>
      <w:r>
        <w:t>وہ پڑھتے ہیں، پڑھتے ہیں، وہ ختم کر لیتے ہیں۔ تو حضرت عائشہ نے کہا کہ أُلَائِكَ قَرَوْا وَلَمْ يَقْرَوْا أُلَائِكَ قَرَوْا وَلَمْ يَقْر</w:t>
      </w:r>
    </w:p>
    <w:p>
      <w:r>
        <w:rPr>
          <w:b/>
        </w:rPr>
        <w:t xml:space="preserve">[13:27] </w:t>
      </w:r>
      <w:r>
        <w:t>au unhon ne quran ko parha magar unhon ne quran ko nahi parha.</w:t>
      </w:r>
    </w:p>
    <w:p>
      <w:pPr>
        <w:jc w:val="right"/>
      </w:pPr>
      <w:r>
        <w:t>َوْا انہوں نے قرآن کو پڑھا مگر انہوں نے قرآن کو نہیں پڑھا۔</w:t>
      </w:r>
    </w:p>
    <w:p>
      <w:r>
        <w:rPr>
          <w:b/>
        </w:rPr>
        <w:t xml:space="preserve">[13:35] </w:t>
      </w:r>
      <w:r>
        <w:t>to unhon ne kaha lafzon ko dohrana yeh hazrat aisha ke nazdeek quran ko parhna nahi tha.</w:t>
      </w:r>
    </w:p>
    <w:p>
      <w:pPr>
        <w:jc w:val="right"/>
      </w:pPr>
      <w:r>
        <w:t>تو انہوں نے کہا لفظوں کو دہرانا یہ حضرت عائشہ کے نزدیک قرآن کو پڑھنا نہیں تھا۔</w:t>
      </w:r>
    </w:p>
    <w:p>
      <w:r>
        <w:rPr>
          <w:b/>
        </w:rPr>
        <w:t xml:space="preserve">[13:43] </w:t>
      </w:r>
      <w:r>
        <w:t>quran ko parhna yeh tha ke is ke mani par ghor kiya jaye, is se naseehat li jaye, is se taqwa ki ghiza li jaye, is se jahannum ka dar aur jannat ka shauq liya jaye.</w:t>
      </w:r>
    </w:p>
    <w:p>
      <w:pPr>
        <w:jc w:val="right"/>
      </w:pPr>
      <w:r>
        <w:t>قرآن کو پڑھنا یہ تھا کہ اس کے معنی پر غور کیا جائے، اس سے نصیحت لی جائے، اس سے تقویٰ کی غذا لی جائے، اس سے جہنم کا ڈر اور جنت کا شوق لیا جائے۔</w:t>
      </w:r>
    </w:p>
    <w:p>
      <w:r>
        <w:rPr>
          <w:b/>
        </w:rPr>
        <w:t xml:space="preserve">[13:59] </w:t>
      </w:r>
      <w:r>
        <w:t>yeh sab baatein hain. to unhon ne kaha ke ulai'ka qarao wa lam yaqra'o mein khud aik bar aik safar mein aik sahib mere sath thay</w:t>
      </w:r>
    </w:p>
    <w:p>
      <w:pPr>
        <w:jc w:val="right"/>
      </w:pPr>
      <w:r>
        <w:t>یہ سب باتیں ہیں۔ تو انہوں نے کہا کہ أُلَائِكَ قَرَوْا وَلَمْ يَقْرَوْا میں خود ایک بار ایک سفر میں ایک صاحب میرے ساتھ تھے</w:t>
      </w:r>
    </w:p>
    <w:p>
      <w:r>
        <w:rPr>
          <w:b/>
        </w:rPr>
        <w:t xml:space="preserve">[14:13] </w:t>
      </w:r>
      <w:r>
        <w:t>to woh coat pehne hue thay. to coat ke andar ki jeeb mein unhon ne quran ka aik chota sa nuskhah rakh liya tha.</w:t>
      </w:r>
    </w:p>
    <w:p>
      <w:pPr>
        <w:jc w:val="right"/>
      </w:pPr>
      <w:r>
        <w:t>تو وہ کوٹ پہنے ہوئے تھے۔ تو کوٹ کے اندر کی جیب میں انہوں نے قرآن کا ایک چھوٹا سا نسخہ رکھ لیا تھا۔</w:t>
      </w:r>
    </w:p>
    <w:p>
      <w:r>
        <w:rPr>
          <w:b/>
        </w:rPr>
        <w:t xml:space="preserve">[14:22] </w:t>
      </w:r>
      <w:r>
        <w:t>chota sa nuskhah aisa samajh lijiye, itna bara. to mein ne dekha ke rastay mein woh jahan mauqa milta hai, woh khol kar parhnay lagtay hain.</w:t>
      </w:r>
    </w:p>
    <w:p>
      <w:pPr>
        <w:jc w:val="right"/>
      </w:pPr>
      <w:r>
        <w:t>چھوٹا سا نسخہ ایسا سمجھ لیجیے، اتنا بڑا۔ تو میں نے دیکھا کہ راستے میں وہ جہاں موقع ملتا ہے، وہ کھول کر پڑھنے لگتے ہیں۔</w:t>
      </w:r>
    </w:p>
    <w:p>
      <w:r>
        <w:rPr>
          <w:b/>
        </w:rPr>
        <w:t xml:space="preserve">[14:36] </w:t>
      </w:r>
      <w:r>
        <w:t>to mein ne un se poocha to unhon ne kaha ke mein har mahinay do bar khatam karta hoon. mahinay mein do bar.</w:t>
      </w:r>
    </w:p>
    <w:p>
      <w:pPr>
        <w:jc w:val="right"/>
      </w:pPr>
      <w:r>
        <w:t>تو میں نے ان سے پوچھا تو انہوں نے کہا کہ میں ہر مہینے دو بار ختم کرتا ہوں۔ مہینے میں دو بار۔</w:t>
      </w:r>
    </w:p>
    <w:p>
      <w:r>
        <w:rPr>
          <w:b/>
        </w:rPr>
        <w:t xml:space="preserve">[14:48] </w:t>
      </w:r>
      <w:r>
        <w:t>aur aise hi mein chaudah so, chaudah saal se kar raha hoon. yani chaudah, pandrah saal se mein yahi kar raha hoon ke har mahinay mein do bar quran ko khatam karta hoon.</w:t>
      </w:r>
    </w:p>
    <w:p>
      <w:pPr>
        <w:jc w:val="right"/>
      </w:pPr>
      <w:r>
        <w:t>اور ایسے ہی میں چودہ سو، چودہ سال سے کر رہا ہوں۔ یعنی چودہ، پندرہ سال سے میں یہی کر رہا ہوں کہ ہر مہینے میں دو بار قرآن کو ختم کرتا ہوں۔</w:t>
      </w:r>
    </w:p>
    <w:p>
      <w:r>
        <w:rPr>
          <w:b/>
        </w:rPr>
        <w:t xml:space="preserve">[15:02] </w:t>
      </w:r>
      <w:r>
        <w:t>to mein ne kaha ke theek hai.</w:t>
      </w:r>
    </w:p>
    <w:p>
      <w:pPr>
        <w:jc w:val="right"/>
      </w:pPr>
      <w:r>
        <w:t>تو میں نے کہا کہ ٹھیک ہے۔</w:t>
      </w:r>
    </w:p>
    <w:p>
      <w:r>
        <w:rPr>
          <w:b/>
        </w:rPr>
        <w:t xml:space="preserve">[15:05] </w:t>
      </w:r>
      <w:r>
        <w:t>kaha acha ab yeh bataiye ke quran ka khulasa kya hai? itni bar parha hai, itni bar parha hai aap ne to agar koi aadmi pooche aap se ke quran ki taleemat ka khulasa kya hai?</w:t>
      </w:r>
    </w:p>
    <w:p>
      <w:pPr>
        <w:jc w:val="right"/>
      </w:pPr>
      <w:r>
        <w:t>کہا اچھا اب یہ بتائیے کہ قرآن کا خلاصہ کیا ہے؟ اتنی بار پڑھا ہے، اتنی بار پڑھا ہے آپ نے تو اگر کوئی آدمی پوچھے آپ سے کہ قرآن کی تعلیمات کا خلاصہ کیا ہے؟</w:t>
      </w:r>
    </w:p>
    <w:p>
      <w:r>
        <w:rPr>
          <w:b/>
        </w:rPr>
        <w:t xml:space="preserve">[15:24] </w:t>
      </w:r>
      <w:r>
        <w:t>to unhon ne kya jawab diya? unhon ne kaha is aise aise se to hum ne socha nahi. ab ghor kijiye aur kya aise sochne ki hai</w:t>
      </w:r>
    </w:p>
    <w:p>
      <w:pPr>
        <w:jc w:val="right"/>
      </w:pPr>
      <w:r>
        <w:t>تو انہوں نے کیا جواب دیا؟ انہوں نے کہا اس ایسے ایسے سے تو ہم نے سوچا نہیں۔ اب غور کیجیے اور کیا ایسے سوچنے کی ہے</w:t>
      </w:r>
    </w:p>
    <w:p>
      <w:r>
        <w:rPr>
          <w:b/>
        </w:rPr>
        <w:t xml:space="preserve">[15:34] </w:t>
      </w:r>
      <w:r>
        <w:t>? yeh to sochna hi hai, aur kya sochna hai? woh is sadah sawal ka jawab nahi de sakay ke quran ka khulasa kya hai?</w:t>
      </w:r>
    </w:p>
    <w:p>
      <w:pPr>
        <w:jc w:val="right"/>
      </w:pPr>
      <w:r>
        <w:t>؟ یہ تو سوچنا ہی ہے، اور کیا سوچنا ہے؟ وہ اس سادہ سوال کا جواب نہیں دے سکے کہ قرآن کا خلاصہ کیا ہے؟</w:t>
      </w:r>
    </w:p>
    <w:p>
      <w:r>
        <w:rPr>
          <w:b/>
        </w:rPr>
        <w:t xml:space="preserve">[15:46] </w:t>
      </w:r>
      <w:r>
        <w:t>to phir mein ne kaha ke dekhiye, quran ki pehli ayat jo hai, wohi quran ka khulasa hai. woh hai alhamdulillah rabbil alameen yani khuda ki nematoun ko, khuda ki blessing ko is tarah se daryaft karna</w:t>
      </w:r>
    </w:p>
    <w:p>
      <w:pPr>
        <w:jc w:val="right"/>
      </w:pPr>
      <w:r>
        <w:t>تو پھر میں نے کہا کہ دیکھیے، قرآن کی پہلی آیت جو ہے، وہی قرآن کا خلاصہ ہے۔ وہ ہے الحمدللہ رب العالمین یعنی خدا کی نعمتوں کو، خدا کی بلیسنگ کو اس طرح سے دریافت کرنا</w:t>
      </w:r>
    </w:p>
    <w:p>
      <w:r>
        <w:rPr>
          <w:b/>
        </w:rPr>
        <w:t xml:space="preserve">[16:06] </w:t>
      </w:r>
      <w:r>
        <w:t>ke aap ke andar aik thrill paida ho jaye, shukr ka thrill. aur phir aap keh parhein alhamdulillah rabbil alameen yeh hai khuda ko is ki azmatoun ke sath acknowledge karna.</w:t>
      </w:r>
    </w:p>
    <w:p>
      <w:pPr>
        <w:jc w:val="right"/>
      </w:pPr>
      <w:r>
        <w:t>کہ آپ کے اندر ایک تھرل پیدا ہو جائے، شکر کا تھرل۔ اور پھر آپ کہہ پڑیں الحمدللہ رب العالمین یہ ہے خدا کو اس کی عظمتوں کے ساتھ اکنالج کرنا۔</w:t>
      </w:r>
    </w:p>
    <w:p>
      <w:r>
        <w:rPr>
          <w:b/>
        </w:rPr>
        <w:t xml:space="preserve">[16:22] </w:t>
      </w:r>
      <w:r>
        <w:t>to mein ne kaha ke khuda ko aap acknowledge kar sakain ilm ke darjay mein, shaoor ke darjay mein, finding ke darjay mein, marifat ke darjay mein.</w:t>
      </w:r>
    </w:p>
    <w:p>
      <w:pPr>
        <w:jc w:val="right"/>
      </w:pPr>
      <w:r>
        <w:t>تو میں نے کہا کہ خدا کو آپ اکنالج کر سکیں علم کے درجے میں، شعور کے درجے میں، فائنڈنگ کے درجے میں، معرفت کے درجے میں۔</w:t>
      </w:r>
    </w:p>
    <w:p>
      <w:r>
        <w:rPr>
          <w:b/>
        </w:rPr>
        <w:t xml:space="preserve">[16:34] </w:t>
      </w:r>
      <w:r>
        <w:t>yeh hai quran ka khulasa.</w:t>
      </w:r>
    </w:p>
    <w:p>
      <w:pPr>
        <w:jc w:val="right"/>
      </w:pPr>
      <w:r>
        <w:t>یہ ہے قرآن کا خلاصہ۔</w:t>
      </w:r>
    </w:p>
    <w:p>
      <w:r>
        <w:rPr>
          <w:b/>
        </w:rPr>
        <w:t xml:space="preserve">[16:38] </w:t>
      </w:r>
      <w:r>
        <w:t>to aap ghor kijiye ke aik aadmi kehta hai ke aik aadmi kehta hai ke mein chaudah saal se quran ki tilawat karta hoon, har mahinay mein do bar khatam karta hoon, lekin woh yeh nahi bata pata ke quran ka khulasa kya hai?</w:t>
      </w:r>
    </w:p>
    <w:p>
      <w:pPr>
        <w:jc w:val="right"/>
      </w:pPr>
      <w:r>
        <w:t>تو آپ غور کیجیے کہ ایک آدمی کہتا ہے کہ ایک آدمی کہتا ہے کہ میں چودہ سال سے قرآن کی تلاوت کرتا ہوں، ہر مہینے میں دو بار ختم کرتا ہوں، لیکن وہ یہ نہیں بتا پاتا کہ قرآن کا خلاصہ کیا ہے؟</w:t>
      </w:r>
    </w:p>
    <w:p>
      <w:r>
        <w:rPr>
          <w:b/>
        </w:rPr>
        <w:t xml:space="preserve">[16:55] </w:t>
      </w:r>
      <w:r>
        <w:t>to dekhiye, yaad rakhiye achi tarah se ke quran ke lafzon ko dohrana yeh quran ko parhna nahi hai.</w:t>
      </w:r>
    </w:p>
    <w:p>
      <w:pPr>
        <w:jc w:val="right"/>
      </w:pPr>
      <w:r>
        <w:t>تو دیکھیے، یاد رکھیے اچھی طریقے سے کہ قرآن کے لفظوں کو دہرانا یہ قرآن کو پڑھنا نہیں ہے۔</w:t>
      </w:r>
    </w:p>
    <w:p>
      <w:r>
        <w:rPr>
          <w:b/>
        </w:rPr>
        <w:t xml:space="preserve">[17:07] </w:t>
      </w:r>
      <w:r>
        <w:t>quran ke andar, quran ke andar jo meaning hai, jo gehre mani hain, ghor kar ke is tak pohanchna yeh hai quran ka, quran ko parhna.</w:t>
      </w:r>
    </w:p>
    <w:p>
      <w:pPr>
        <w:jc w:val="right"/>
      </w:pPr>
      <w:r>
        <w:t>قرآن کے اندر، قرآن کے اندر جو میننگ ہے، جو گہرے معنی ہیں، غور کر کے اس تک پہنچنا یہ ہے قرآن کا، قرآن کو پڑھنا۔</w:t>
      </w:r>
    </w:p>
    <w:p>
      <w:r>
        <w:rPr>
          <w:b/>
        </w:rPr>
        <w:t xml:space="preserve">[17:25] </w:t>
      </w:r>
      <w:r>
        <w:t>to yeh ghulu hai, mein ne dekh ghulu ke aap yeh maan lain, yeh yaqeen karne lagain ke quran ke lafzon mein koi bohat karamati shobah hai,</w:t>
      </w:r>
    </w:p>
    <w:p>
      <w:pPr>
        <w:jc w:val="right"/>
      </w:pPr>
      <w:r>
        <w:t>تو یہ غلو ہے، میں نے دیکھ غلو کہ آپ یہ مان لیں، یہ یقین کرنے لگیں کہ قرآن کے لفظوں میں کوئی بہت کراماتی شعبہ ہے،</w:t>
      </w:r>
    </w:p>
    <w:p>
      <w:r>
        <w:rPr>
          <w:b/>
        </w:rPr>
        <w:t xml:space="preserve">[17:36] </w:t>
      </w:r>
      <w:r>
        <w:t>lafzon mein koi bohat karamati sifat hai. bas lafzon ko bila samjhe bhi dohra liya to yeh ho jaye ga, woh ho jaye ga. yeh bilkul durust nahi hai.</w:t>
      </w:r>
    </w:p>
    <w:p>
      <w:pPr>
        <w:jc w:val="right"/>
      </w:pPr>
      <w:r>
        <w:t>لفظوں میں کوئی بہت کراماتی صفت ہے۔ بس لفظوں کو بلا سمجھے بھی دہرا لیا تو یہ ہو جائے گا، وہ ہو جائے گا۔ یہ بالکل درست نہیں ہے۔</w:t>
      </w:r>
    </w:p>
    <w:p>
      <w:r>
        <w:rPr>
          <w:b/>
        </w:rPr>
        <w:t xml:space="preserve">[17:53] </w:t>
      </w:r>
      <w:r>
        <w:t>ab dekhiye ke surah ankaboot mein, surah al ankaboot quran ki aik surah hai.</w:t>
      </w:r>
    </w:p>
    <w:p>
      <w:pPr>
        <w:jc w:val="right"/>
      </w:pPr>
      <w:r>
        <w:t>اب دیکھیے کہ سورہ عنکبوت میں، سورہ العنکبوت قرآن کی ایک سورہ ہے۔</w:t>
      </w:r>
    </w:p>
    <w:p>
      <w:r>
        <w:rPr>
          <w:b/>
        </w:rPr>
        <w:t xml:space="preserve">[17:59] </w:t>
      </w:r>
      <w:r>
        <w:t>is mein aik ayat is tarah aayi hai quran ke baray mein ke bal huwa ayat bayyinatin fi sudoor alladhina ooti al ilm ke quran roshan ayaton ka naam hai.</w:t>
      </w:r>
    </w:p>
    <w:p>
      <w:pPr>
        <w:jc w:val="right"/>
      </w:pPr>
      <w:r>
        <w:t>اس میں ایک آیت اس طرح آئی ہے قرآن کے بارے میں کہ بل هو آیات بينات فی صدور الذین أوتی العلم کہ قرآن روشن آیتوں کا نام ہے۔</w:t>
      </w:r>
    </w:p>
    <w:p>
      <w:r>
        <w:rPr>
          <w:b/>
        </w:rPr>
        <w:t xml:space="preserve">[18:18] </w:t>
      </w:r>
      <w:r>
        <w:t>quran roshan ayatein hain, khuli hui ayatein hain, daleel mudallal ayatein hain</w:t>
      </w:r>
    </w:p>
    <w:p>
      <w:pPr>
        <w:jc w:val="right"/>
      </w:pPr>
      <w:r>
        <w:t>قرآن روشن آیتیں ہیں، کھلی ہوئی آیتیں ہیں، دلیل مدلل آیتیں ہیں</w:t>
      </w:r>
    </w:p>
    <w:p>
      <w:r>
        <w:rPr>
          <w:b/>
        </w:rPr>
        <w:t xml:space="preserve">[18:29] </w:t>
      </w:r>
      <w:r>
        <w:t>jo ahle ilm ke diloun mein hain.</w:t>
      </w:r>
    </w:p>
    <w:p>
      <w:pPr>
        <w:jc w:val="right"/>
      </w:pPr>
      <w:r>
        <w:t>جو اہل علم کے دلوں میں ہیں۔</w:t>
      </w:r>
    </w:p>
    <w:p>
      <w:r>
        <w:rPr>
          <w:b/>
        </w:rPr>
        <w:t xml:space="preserve">[18:36] </w:t>
      </w:r>
      <w:r>
        <w:t>jo ahl-e-ilm ke dilon mein hain in the hearts of those who are granted knowledge in the hearts of those who are granted knowledge ab aam taur par kya samajhte hain log?</w:t>
      </w:r>
    </w:p>
    <w:p>
      <w:pPr>
        <w:jc w:val="right"/>
      </w:pPr>
      <w:r>
        <w:t>جو اہل علم کے دلوں میں ہیں in the hearts of those who are granted knowledge in the hearts of those who are granted knowledge اب عام طور پر کیا سمجھتے ہیں لوگ؟</w:t>
      </w:r>
    </w:p>
    <w:p>
      <w:r>
        <w:rPr>
          <w:b/>
        </w:rPr>
        <w:t xml:space="preserve">[18:53] </w:t>
      </w:r>
      <w:r>
        <w:t>yehhan bhi hafiza ke mani mein le liya</w:t>
      </w:r>
    </w:p>
    <w:p>
      <w:pPr>
        <w:jc w:val="right"/>
      </w:pPr>
      <w:r>
        <w:t>یہاں بھی حافظہ کے معنی میں لے لیا</w:t>
      </w:r>
    </w:p>
    <w:p>
      <w:r>
        <w:rPr>
          <w:b/>
        </w:rPr>
        <w:t xml:space="preserve">[18:56] </w:t>
      </w:r>
      <w:r>
        <w:t>ke sahaba-e-kiram jo the, jab rasool Allah par quran utarta tha to woh log, un ke hafize is zamane mein logon ke bohat achhe hua karte the.</w:t>
      </w:r>
    </w:p>
    <w:p>
      <w:pPr>
        <w:jc w:val="right"/>
      </w:pPr>
      <w:r>
        <w:t>کہ صحابہ کرام جو تھے، جب رسول اللہ پر قرآن اترتا تھا تو وہ لوگ، ان کے حافظے اس زمانے میں لوگوں کے بہت اچھے ہوا کرتے تھے۔</w:t>
      </w:r>
    </w:p>
    <w:p>
      <w:r>
        <w:rPr>
          <w:b/>
        </w:rPr>
        <w:t xml:space="preserve">[19:07] </w:t>
      </w:r>
      <w:r>
        <w:t>yaad rakhiye, printing press se pehle saare duniya mein logon ke hafize achhe hote the kyunke is zamane mein hafiza hi to zariya tha.</w:t>
      </w:r>
    </w:p>
    <w:p>
      <w:pPr>
        <w:jc w:val="right"/>
      </w:pPr>
      <w:r>
        <w:t>یاد رکھیے، پرنٹنگ پریس سے پہلے سارے دنیا میں لوگوں کے حافظے اچھے ہوتے تھے کیونکہ اس زمانے میں حافظہ ہی تو ذریعہ تھا۔</w:t>
      </w:r>
    </w:p>
    <w:p>
      <w:r>
        <w:rPr>
          <w:b/>
        </w:rPr>
        <w:t xml:space="preserve">[19:18] </w:t>
      </w:r>
      <w:r>
        <w:t>hafize ko istemal kiya jata tha to insan ke jis hisse ko zyada istemal kiya jaye, woh hissa qavi ho jata hai.</w:t>
      </w:r>
    </w:p>
    <w:p>
      <w:pPr>
        <w:jc w:val="right"/>
      </w:pPr>
      <w:r>
        <w:t>حافظے کو استعمال کیا جاتا تھا تو انسان کے جس حصے کو زیادہ استعمال کیا جائے، وہ حصہ قوی ہو جاتا ہے۔</w:t>
      </w:r>
    </w:p>
    <w:p>
      <w:r>
        <w:rPr>
          <w:b/>
        </w:rPr>
        <w:t xml:space="preserve">[19:29] </w:t>
      </w:r>
      <w:r>
        <w:t>to chunke is zamane mein hafiza bohat zyada istemal hota tha, is zamane mein kitab nahi thi, chhapa khane nahi the, printing press ka zamana abhi nahi aaya tha, to zahir hai ke hafize bohat achhe the is zamane mein.</w:t>
      </w:r>
    </w:p>
    <w:p>
      <w:pPr>
        <w:jc w:val="right"/>
      </w:pPr>
      <w:r>
        <w:t>تو چونکہ اس زمانے میں حافظہ بہت زیادہ استعمال ہوتا تھا، اس زمانے میں کتاب نہیں تھی، چھاپے خانے نہیں تھے، پرنٹنگ پریس کا زمانہ ابھی نہیں آیا تھا، تو ظاہر ہے کہ حافظے بہت اچھے تھے اس زمانے میں۔</w:t>
      </w:r>
    </w:p>
    <w:p>
      <w:r>
        <w:rPr>
          <w:b/>
        </w:rPr>
        <w:t xml:space="preserve">[19:48] </w:t>
      </w:r>
      <w:r>
        <w:t>to log bohat aasani se yaad kar lete the. to bal huwa ayatin bayyinat fi sudur alladhina al-ilm yeh logon ke dilon mein hai, quran ki ayaten logon ke dilon mein hain.</w:t>
      </w:r>
    </w:p>
    <w:p>
      <w:pPr>
        <w:jc w:val="right"/>
      </w:pPr>
      <w:r>
        <w:t>تو لوگ بہت آسانی سے یاد کر لیتے تھے۔ تو بل هو آیات بینات فی صدور الذین العلم یہ لوگوں کے دلوں میں ہے، قرآن کی آیتیں لوگوں کے دلوں میں ہیں۔</w:t>
      </w:r>
    </w:p>
    <w:p>
      <w:r>
        <w:rPr>
          <w:b/>
        </w:rPr>
        <w:t xml:space="preserve">[20:03] </w:t>
      </w:r>
      <w:r>
        <w:t>yeh le liya is ko hafize ke mani mein. mere nazdeek yeh bilkul baseless baat hai. woh alag cheez hai,</w:t>
      </w:r>
    </w:p>
    <w:p>
      <w:pPr>
        <w:jc w:val="right"/>
      </w:pPr>
      <w:r>
        <w:t>یہ لے لیا اس کو حافظے کے معنی میں۔ میرے نزدیک یہ بالکل بیس لیس بات ہے۔ وہ الگ چیز ہے،</w:t>
      </w:r>
    </w:p>
    <w:p>
      <w:r>
        <w:rPr>
          <w:b/>
        </w:rPr>
        <w:t xml:space="preserve">[20:14] </w:t>
      </w:r>
      <w:r>
        <w:t>kisi ne hafiza kiya, hifz kar ke quran ke alfaaz us ke dil mein yaad ho gaye to woh ek alag masla hai, woh alag issue hai.</w:t>
      </w:r>
    </w:p>
    <w:p>
      <w:pPr>
        <w:jc w:val="right"/>
      </w:pPr>
      <w:r>
        <w:t>کسی نے حافظہ کیا، حفظ کر کے قرآن کے الفاظ اس کے دل میں یاد ہو گئے تو وہ ایک الگ مسئلہ ہے، وہ الگ ایشو ہے۔</w:t>
      </w:r>
    </w:p>
    <w:p>
      <w:r>
        <w:rPr>
          <w:b/>
        </w:rPr>
        <w:t xml:space="preserve">[20:26] </w:t>
      </w:r>
      <w:r>
        <w:t>is ayat se is ka koi ta</w:t>
      </w:r>
    </w:p>
    <w:p>
      <w:pPr>
        <w:jc w:val="right"/>
      </w:pPr>
      <w:r>
        <w:t>اس آیت سے اس کا کوئی تع</w:t>
      </w:r>
    </w:p>
    <w:p>
      <w:r>
        <w:rPr>
          <w:b/>
        </w:rPr>
        <w:t xml:space="preserve">[20:28] </w:t>
      </w:r>
      <w:r>
        <w:t>alluq nahi hai. ab aap agar yeh samajh lein ke is ayat ka matlab hai quran ko yaad kar ke apne dil mein store kar lena, is ke alfaaz ko to zahir hai ke is ke mani tak aap ki pahunch nahi hogi.</w:t>
      </w:r>
    </w:p>
    <w:p>
      <w:pPr>
        <w:jc w:val="right"/>
      </w:pPr>
      <w:r>
        <w:t>لق نہیں ہے۔ اب آپ اگر یہ سمجھ لیں کہ اس آیت کا مطلب ہے قرآن کو یاد کر کے اپنے دل میں اسٹور کر لینا، اس کے الفاظ کو تو ظاہر ہے کہ اس کے معنی تک آپ کی پہنچ نہیں ہوگی۔</w:t>
      </w:r>
    </w:p>
    <w:p>
      <w:r>
        <w:rPr>
          <w:b/>
        </w:rPr>
        <w:t xml:space="preserve">[20:48] </w:t>
      </w:r>
      <w:r>
        <w:t>is ka matlab yeh hai, is ki yeh hai darasal marifat ke mani mein. marifat ke mani mein</w:t>
      </w:r>
    </w:p>
    <w:p>
      <w:pPr>
        <w:jc w:val="right"/>
      </w:pPr>
      <w:r>
        <w:t>اس کا مطلب یہ ہے، اس کی یہ ہے دراصل معرفت کے معنی میں۔ معرفت کے معنی میں</w:t>
      </w:r>
    </w:p>
    <w:p>
      <w:r>
        <w:rPr>
          <w:b/>
        </w:rPr>
        <w:t xml:space="preserve">[20:58] </w:t>
      </w:r>
      <w:r>
        <w:t>is ka matlab hai ke jo quran utara ja raha hai, is ki marifat pehle se logon ke dilon mein maujood hai.</w:t>
      </w:r>
    </w:p>
    <w:p>
      <w:pPr>
        <w:jc w:val="right"/>
      </w:pPr>
      <w:r>
        <w:t>اس کا مطلب ہے کہ جو قرآن اتارا جا رہا ہے، اس کی معرفت پہلے سے لوگوں کے دلوں میں موجود ہے۔</w:t>
      </w:r>
    </w:p>
    <w:p>
      <w:r>
        <w:rPr>
          <w:b/>
        </w:rPr>
        <w:t xml:space="preserve">[21:10] </w:t>
      </w:r>
      <w:r>
        <w:t>dekhein, quran mein kai ayaten hain jin mein bataya gaya hai ke Allah ne jab insan ko paida kiya to apni marifat, apna shaoor is ki fitrat mein daal diya, peevast kar diya.</w:t>
      </w:r>
    </w:p>
    <w:p>
      <w:pPr>
        <w:jc w:val="right"/>
      </w:pPr>
      <w:r>
        <w:t>دیکھیں، قرآن میں کئی آیتیں ہیں جن میں بتایا گیا ہے کہ اللہ نے جب انسان کو پیدا کیا تو اپنی معرفت، اپنا شعور اس کی فطرت میں ڈال دیا، پیوست کر دیا۔</w:t>
      </w:r>
    </w:p>
    <w:p>
      <w:r>
        <w:rPr>
          <w:b/>
        </w:rPr>
        <w:t xml:space="preserve">[21:29] </w:t>
      </w:r>
      <w:r>
        <w:t>ab har, ab har insan jo paida hota hai, woh paidaishi taur par shaoor-e-khudawandi ko le kar paida hota hai. woh, woh paidaishi taur par consciousness of god ko le kar paida hota hai.</w:t>
      </w:r>
    </w:p>
    <w:p>
      <w:pPr>
        <w:jc w:val="right"/>
      </w:pPr>
      <w:r>
        <w:t>اب ہر، اب ہر انسان جو پیدا ہوتا ہے، وہ پیدائشی طور پر شعور خداوندی کو لے کر پیدا ہوتا ہے۔ وہ، وہ پیدائشی طور پر کانشیسنس آف گاڈ کو لے کر پیدا ہوتا ہے۔</w:t>
      </w:r>
    </w:p>
    <w:p>
      <w:r>
        <w:rPr>
          <w:b/>
        </w:rPr>
        <w:t xml:space="preserve">[21:47] </w:t>
      </w:r>
      <w:r>
        <w:t>to consciousness of god ya shaoor-e-khudawandi yeh insan ki fitrat mein shamil hai pehle se.</w:t>
      </w:r>
    </w:p>
    <w:p>
      <w:pPr>
        <w:jc w:val="right"/>
      </w:pPr>
      <w:r>
        <w:t>تو کانشیسنس آف گاڈ یا شعور خداوندی یہ انسان کی فطرت میں شامل ہے پہلے سے۔</w:t>
      </w:r>
    </w:p>
    <w:p>
      <w:r>
        <w:rPr>
          <w:b/>
        </w:rPr>
        <w:t xml:space="preserve">[21:58] </w:t>
      </w:r>
      <w:r>
        <w:t>to is ki marifat jis ke andar hogi, yeh murad hai yahan. to is ka matlab yeh hai ke woh jo fitrat mein, jo fitrat mein jo marifat paidaishi taur par thi,</w:t>
      </w:r>
    </w:p>
    <w:p>
      <w:pPr>
        <w:jc w:val="right"/>
      </w:pPr>
      <w:r>
        <w:t>تو اس کی معرفت جس کے اندر ہوگی، یہ مراد ہے یہاں۔ تو اس کا مطلب یہ ہے کہ وہ جو فطرت میں، جو فطرت میں جو معرفت پیدائشی طور پر تھی،</w:t>
      </w:r>
    </w:p>
    <w:p>
      <w:r>
        <w:rPr>
          <w:b/>
        </w:rPr>
        <w:t xml:space="preserve">[22:16] </w:t>
      </w:r>
      <w:r>
        <w:t>woh jis ke andar zinda hogi, woh quran ko foran samajh jayega. foran samajh jayega.</w:t>
      </w:r>
    </w:p>
    <w:p>
      <w:pPr>
        <w:jc w:val="right"/>
      </w:pPr>
      <w:r>
        <w:t>وہ جس کے اندر زندہ ہوگی، وہ قرآن کو فوراً سمجھ جائے گا۔ فوراً سمجھ جائے گا۔</w:t>
      </w:r>
    </w:p>
    <w:p>
      <w:r>
        <w:rPr>
          <w:b/>
        </w:rPr>
        <w:t xml:space="preserve">[22:26] </w:t>
      </w:r>
      <w:r>
        <w:t>jaise ke ab mujhe pyas lagti hai, ab main pani peeta hoon to meri fitrat mein pehle se pyas ki soch maujood hai, pyas ka shaoor maujood hai pehle se.</w:t>
      </w:r>
    </w:p>
    <w:p>
      <w:pPr>
        <w:jc w:val="right"/>
      </w:pPr>
      <w:r>
        <w:t>جیسے کہ اب مجھے پیاس لگتی ہے، اب میں پانی پیتا ہوں تو میری فطرت میں پہلے سے پیاس کی سوچ موجود ہے، پیاس کا شعور موجود ہے پہلے سے۔</w:t>
      </w:r>
    </w:p>
    <w:p>
      <w:r>
        <w:rPr>
          <w:b/>
        </w:rPr>
        <w:t xml:space="preserve">[22:42] </w:t>
      </w:r>
      <w:r>
        <w:t>ab jab main pani pi kar ke pani dalta hoon apne andar to foran meri fitrat pehchan leti hai ke yeh to wohi pani hai jo main chah raha tha.</w:t>
      </w:r>
    </w:p>
    <w:p>
      <w:pPr>
        <w:jc w:val="right"/>
      </w:pPr>
      <w:r>
        <w:t>اب جب میں پانی پی کر کے پانی ڈالتا ہوں اپنے اندر تو فوراً میری فطرت پہچان لیتی ہے کہ یہ تو وہی پانی ہے جو میں چاہ رہا تھا۔</w:t>
      </w:r>
    </w:p>
    <w:p>
      <w:r>
        <w:rPr>
          <w:b/>
        </w:rPr>
        <w:t xml:space="preserve">[22:55] </w:t>
      </w:r>
      <w:r>
        <w:t>to fitrat ke andar peshgi taur par pani ki pehchan maujood hai jis ko hum pyas kehte hain. pyas kya hai?</w:t>
      </w:r>
    </w:p>
    <w:p>
      <w:pPr>
        <w:jc w:val="right"/>
      </w:pPr>
      <w:r>
        <w:t>تو فطرت کے اندر پیشگی طور پر پانی کی پہچان موجود ہے جس کو ہم پیاس کہتے ہیں۔ پیاس کیا ہے؟</w:t>
      </w:r>
    </w:p>
    <w:p>
      <w:r>
        <w:rPr>
          <w:b/>
        </w:rPr>
        <w:t xml:space="preserve">[23:04] </w:t>
      </w:r>
      <w:r>
        <w:t>pyas hai pani ki pehchan.</w:t>
      </w:r>
    </w:p>
    <w:p>
      <w:pPr>
        <w:jc w:val="right"/>
      </w:pPr>
      <w:r>
        <w:t>پیاس ہے پانی کی پہچان۔</w:t>
      </w:r>
    </w:p>
    <w:p>
      <w:r>
        <w:rPr>
          <w:b/>
        </w:rPr>
        <w:t xml:space="preserve">[23:09] </w:t>
      </w:r>
      <w:r>
        <w:t>to by nature har aadmi ke andar pyas maujood hai. pyas naam hai pani ki pehchan ka.</w:t>
      </w:r>
    </w:p>
    <w:p>
      <w:pPr>
        <w:jc w:val="right"/>
      </w:pPr>
      <w:r>
        <w:t>تو بائی نیچر ہر آدمی کے اندر پیاس موجود ہے۔ پیاس نام ہے پانی کی پہچان کا۔</w:t>
      </w:r>
    </w:p>
    <w:p>
      <w:r>
        <w:rPr>
          <w:b/>
        </w:rPr>
        <w:t xml:space="preserve">[23:21] </w:t>
      </w:r>
      <w:r>
        <w:t>to jab main pani ko dalta hoon apne andar, peeta hoon us ko to jaise hi andar dakhil hua to meri fitrat foran pehchan leti hai ke yeh to wohi cheez hai</w:t>
      </w:r>
    </w:p>
    <w:p>
      <w:pPr>
        <w:jc w:val="right"/>
      </w:pPr>
      <w:r>
        <w:t>تو جب میں پانی کو ڈالتا ہوں اپنے اندر، پیتا ہوں اس کو تو جیسے ہی اندر داخل ہوا تو میری فطرت فوراً پہچان لیتی ہے کہ یہ تو وہی چیز ہے</w:t>
      </w:r>
    </w:p>
    <w:p>
      <w:r>
        <w:rPr>
          <w:b/>
        </w:rPr>
        <w:t xml:space="preserve">[23:36] </w:t>
      </w:r>
      <w:r>
        <w:t>jis ko main, jis ki, jis ki mere andar pehle se pehchan maujood thi.</w:t>
      </w:r>
    </w:p>
    <w:p>
      <w:pPr>
        <w:jc w:val="right"/>
      </w:pPr>
      <w:r>
        <w:t>جس کو میں، جس کی، جس کی میرے اندر پہلے سے پہچان موجود تھی۔</w:t>
      </w:r>
    </w:p>
    <w:p>
      <w:r>
        <w:rPr>
          <w:b/>
        </w:rPr>
        <w:t xml:space="preserve">[23:44] </w:t>
      </w:r>
      <w:r>
        <w:t>yahan yeh baat kahi gayi, yahi baat ke quran jo hai fitrat ki kitab hai. quran jo hai fitrat ka deen jo hai, us ko batane ke liye aaya hai.</w:t>
      </w:r>
    </w:p>
    <w:p>
      <w:pPr>
        <w:jc w:val="right"/>
      </w:pPr>
      <w:r>
        <w:t>یہاں یہ بات کہی گئی، یہی بات کہ قرآن جو ہے فطرت کی کتاب ہے۔ قرآن جو ہے فطرت کا دین جو ہے، اس کو بتانے کے لیے آیا ہے۔</w:t>
      </w:r>
    </w:p>
    <w:p>
      <w:r>
        <w:rPr>
          <w:b/>
        </w:rPr>
        <w:t xml:space="preserve">[24:01] </w:t>
      </w:r>
      <w:r>
        <w:t>to ab woh fitrat jo hai, har insan ke andar peshgi taur par maujood hai. khuda ne is ko har insan ke andar rakh diya hai</w:t>
      </w:r>
    </w:p>
    <w:p>
      <w:pPr>
        <w:jc w:val="right"/>
      </w:pPr>
      <w:r>
        <w:t>تو اب وہ فطرت جو ہے، ہر انسان کے اندر پیشگی طور پر موجود ہے۔ خدا نے اس کو ہر انسان کے اندر رکھ دیا ہے</w:t>
      </w:r>
    </w:p>
    <w:p>
      <w:r>
        <w:rPr>
          <w:b/>
        </w:rPr>
        <w:t xml:space="preserve">[24:11] </w:t>
      </w:r>
      <w:r>
        <w:t>peshgi taur par. to is ke nature mein, is ke unconscious mind mein woh cheez pehle se maujood hai. ab jab rasool allah ne quran pesh kiya, quran ki ayaten padh ke sunayin to un ka mamla theek wahi hua jaise ke pyas ke waqt mein pani piyun aur meri fitrat kahe yeh to wahi cheez hai jo hum chah rahe thay.</w:t>
      </w:r>
    </w:p>
    <w:p>
      <w:pPr>
        <w:jc w:val="right"/>
      </w:pPr>
      <w:r>
        <w:t>پیشگی طور پر۔ تو اس کے نیچر میں، اس کے انکانس مائنڈ میں وہ چیز پہلے سے موجود ہے۔ اب جب رسول اللہ نے قرآن پیش کیا، قرآن کی آیتیں پڑھ کے سنائیں تو ان کا معاملہ ٹھیک وہی ہوا جیسے کہ پیاس کے وقت میں پانی پیوں اور میری فطرت کہے یہ تو وہی چیز ہے جو ہم چاہ رہے تھے۔</w:t>
      </w:r>
    </w:p>
    <w:p>
      <w:r>
        <w:rPr>
          <w:b/>
        </w:rPr>
        <w:t xml:space="preserve">[24:40] </w:t>
      </w:r>
      <w:r>
        <w:t>isi tarah se jab un ko quran mila</w:t>
      </w:r>
    </w:p>
    <w:p>
      <w:pPr>
        <w:jc w:val="right"/>
      </w:pPr>
      <w:r>
        <w:t>اسی طرح سے جب ان کو قرآن ملا</w:t>
      </w:r>
    </w:p>
    <w:p>
      <w:r>
        <w:rPr>
          <w:b/>
        </w:rPr>
        <w:t xml:space="preserve">[24:48] </w:t>
      </w:r>
      <w:r>
        <w:t>to unhon ne is ko pehchan liya. aur har insan jis ke andar, har insan jis ne apni fitrat ko zinda rakha ho, misaal ke taur par ek aadmi bahut zyada sharab peeta hai to sharab peete peete us ki fitrat jo hai, woh us par parda pad jata hai.</w:t>
      </w:r>
    </w:p>
    <w:p>
      <w:pPr>
        <w:jc w:val="right"/>
      </w:pPr>
      <w:r>
        <w:t>تو انہوں نے اس کو پہچان لیا۔ اور ہر انسان جس کے اندر، ہر انسان جس نے اپنی فطرت کو زندہ رکھا ہو، مثلاً ایک آدمی بہت زیادہ شراب پیتا ہے تو شراب پیتے پیتے اس کی فطرت جو ہے، وہ اس پر پردہ پڑ جاتا ہے۔</w:t>
      </w:r>
    </w:p>
    <w:p>
      <w:r>
        <w:rPr>
          <w:b/>
        </w:rPr>
        <w:t xml:space="preserve">[25:08] </w:t>
      </w:r>
      <w:r>
        <w:t>bahut aadmi gasp karta hai, har raat hawa hawa karta rehta hai, tab bhi us ki fitrat par parda pad jata hai. is qism ki tamam cheezen fitrat par parda dalti hain.</w:t>
      </w:r>
    </w:p>
    <w:p>
      <w:pPr>
        <w:jc w:val="right"/>
      </w:pPr>
      <w:r>
        <w:t>بہت آدمی گاسپ کرتا ہے، ہر رات ہوا ہوا کرتا رہتا ہے، تب بھی اس کی فطرت پر پردہ پڑ جاتا ہے۔ اس قسم کی تمام چیزیں فطرت پر پردہ ڈالتی ہیں۔</w:t>
      </w:r>
    </w:p>
    <w:p>
      <w:r>
        <w:rPr>
          <w:b/>
        </w:rPr>
        <w:t xml:space="preserve">[25:19] </w:t>
      </w:r>
      <w:r>
        <w:t>ab is ke samne jab khuda ki baat pesh ki jayegi to us ko pehchan nahi payega woh kyunke us ne apni is pehchan wali jo quality thi, us ke andar us ko parde mein dhak diya.</w:t>
      </w:r>
    </w:p>
    <w:p>
      <w:pPr>
        <w:jc w:val="right"/>
      </w:pPr>
      <w:r>
        <w:t>اب اس کے سامنے جب خدا کی بات پیش کی جائے گی تو اس کو پہچان نہیں پائے گا وہ کیونکہ اس نے اپنی اس پہچان والی جو کوالٹی تھی، اس کے اندر اس کو پردے میں ڈھک دیا۔</w:t>
      </w:r>
    </w:p>
    <w:p>
      <w:r>
        <w:rPr>
          <w:b/>
        </w:rPr>
        <w:t xml:space="preserve">[25:37] </w:t>
      </w:r>
      <w:r>
        <w:t>to</w:t>
      </w:r>
    </w:p>
    <w:p>
      <w:pPr>
        <w:jc w:val="right"/>
      </w:pPr>
      <w:r>
        <w:t>تو</w:t>
      </w:r>
    </w:p>
    <w:p>
      <w:r>
        <w:rPr>
          <w:b/>
        </w:rPr>
        <w:t xml:space="preserve">[25:38] </w:t>
      </w:r>
      <w:r>
        <w:t>jin logon ke andar jinhon ne apne fitrat ke shaoor ko</w:t>
      </w:r>
    </w:p>
    <w:p>
      <w:pPr>
        <w:jc w:val="right"/>
      </w:pPr>
      <w:r>
        <w:t>جن لوگوں کے اندر جنہوں نے اپنے فطرت کے شعور کو</w:t>
      </w:r>
    </w:p>
    <w:p>
      <w:r>
        <w:rPr>
          <w:b/>
        </w:rPr>
        <w:t xml:space="preserve">[25:49] </w:t>
      </w:r>
      <w:r>
        <w:t>zinda rakha, use bigadne nahi diya to un ka haal yahi hoga ke woh khuda ki baat ko sunege to un ka dil pukarne lagega ke yeh to wahi baat hai jis ko hum talash kar rahe thay.</w:t>
      </w:r>
    </w:p>
    <w:p>
      <w:pPr>
        <w:jc w:val="right"/>
      </w:pPr>
      <w:r>
        <w:t>زندہ رکھا، اسے بگڑنے نہیں دیا تو ان کا حال یہی ہوگا کہ وہ خدا کی بات کو سنیں گے تو ان کا دل پکارنے لگے گا کہ یہ تو وہی بات ہے جس کو ہم تلاش کر رہے تھے۔</w:t>
      </w:r>
    </w:p>
    <w:p>
      <w:r>
        <w:rPr>
          <w:b/>
        </w:rPr>
        <w:t xml:space="preserve">[26:03] </w:t>
      </w:r>
      <w:r>
        <w:t>yeh to wahi baat hai jis ko hum chah rahe thay.</w:t>
      </w:r>
    </w:p>
    <w:p>
      <w:pPr>
        <w:jc w:val="right"/>
      </w:pPr>
      <w:r>
        <w:t>یہ تو وہی بات ہے جس کو ہم چاہ رہے تھے۔</w:t>
      </w:r>
    </w:p>
    <w:p>
      <w:r>
        <w:rPr>
          <w:b/>
        </w:rPr>
        <w:t xml:space="preserve">[26:08] </w:t>
      </w:r>
      <w:r>
        <w:t>to yeh matlab hai is ka bal huwa ayat bayyinat fi sudur al-ladhina al-ilm</w:t>
      </w:r>
    </w:p>
    <w:p>
      <w:pPr>
        <w:jc w:val="right"/>
      </w:pPr>
      <w:r>
        <w:t>تو یہ مطلب ہے اس کا بل هو آیات بینات فی صدور الذین العلم</w:t>
      </w:r>
    </w:p>
    <w:p>
      <w:r>
        <w:rPr>
          <w:b/>
        </w:rPr>
        <w:t xml:space="preserve">[26:19] </w:t>
      </w:r>
      <w:r>
        <w:t>in the hearts of those who are granted knowledge yahan knowledge ka matlab kya hai? fitrat natural knowledge, natural consciousness.</w:t>
      </w:r>
    </w:p>
    <w:p>
      <w:pPr>
        <w:jc w:val="right"/>
      </w:pPr>
      <w:r>
        <w:t>in the hearts of those who are granted knowledge یہاں نالج کا مطلب کیا ہے؟ فطر نیچرل نالج، نیچرل کانشیسنس۔</w:t>
      </w:r>
    </w:p>
    <w:p>
      <w:r>
        <w:rPr>
          <w:b/>
        </w:rPr>
        <w:t xml:space="preserve">[26:34] </w:t>
      </w:r>
      <w:r>
        <w:t>to ek quran woh hai jo har insan par utar chuka pehle hi se.</w:t>
      </w:r>
    </w:p>
    <w:p>
      <w:pPr>
        <w:jc w:val="right"/>
      </w:pPr>
      <w:r>
        <w:t>تو ایک قرآن وہ ہے جو ہر انسان پر اتر چکا پہلے ہی سے۔</w:t>
      </w:r>
    </w:p>
    <w:p>
      <w:r>
        <w:rPr>
          <w:b/>
        </w:rPr>
        <w:t xml:space="preserve">[26:40] </w:t>
      </w:r>
      <w:r>
        <w:t>ek aadmi ne ek kitab likhi thi, us ka naam tha "do quran". kitab ka title tha "do quran". to log bhadak uthe ke do quran kahan hai?</w:t>
      </w:r>
    </w:p>
    <w:p>
      <w:pPr>
        <w:jc w:val="right"/>
      </w:pPr>
      <w:r>
        <w:t>ایک آدمی نے ایک کتاب لکھی تھی، اس کا نام تھا "دو قرآن"۔ کتاب کا ٹائٹل تھا "دو قرآن"۔ تو لوگ بھڑک اٹھے کہ دو قرآن کہاں ہے؟</w:t>
      </w:r>
    </w:p>
    <w:p>
      <w:r>
        <w:rPr>
          <w:b/>
        </w:rPr>
        <w:t xml:space="preserve">[26:52] </w:t>
      </w:r>
      <w:r>
        <w:t>main kehta hoon ke yeh to khud quran se pata chalta hai ke ek quran woh hai jo insan ke upar, har har insan ke upar utar chuka peshgi, aur ek quran woh hai jo peghambar par utra.</w:t>
      </w:r>
    </w:p>
    <w:p>
      <w:pPr>
        <w:jc w:val="right"/>
      </w:pPr>
      <w:r>
        <w:t>میں کہتا ہوں کہ یہ تو خود قرآن سے پتہ چلتا ہے کہ ایک قرآن وہ ہے جو انسان کے اوپر، ہر ہر انسان کے اوپر اتر چکا پیشگی، اور ایک قرآن وہ ہے جو پیغمبر پر اترا۔</w:t>
      </w:r>
    </w:p>
    <w:p>
      <w:r>
        <w:rPr>
          <w:b/>
        </w:rPr>
        <w:t xml:space="preserve">[27:06] </w:t>
      </w:r>
      <w:r>
        <w:t>bal huwa ayat bayyinat fi sudur al-ladhina al-ilm to ek quran woh hai jo har har ek insan ke upar, har aurat, har mard ke upar utar chuka.</w:t>
      </w:r>
    </w:p>
    <w:p>
      <w:pPr>
        <w:jc w:val="right"/>
      </w:pPr>
      <w:r>
        <w:t>بل هو آیات بینات فی صدور الذین العلم تو ایک قرآن وہ ہے جو ہر ہر ایک انسان کے اوپر، ہر عورت، ہر مرد کے اوپر اتر چکا۔</w:t>
      </w:r>
    </w:p>
    <w:p>
      <w:r>
        <w:rPr>
          <w:b/>
        </w:rPr>
        <w:t xml:space="preserve">[27:21] </w:t>
      </w:r>
      <w:r>
        <w:t>yani har woh insan jo statue nahi hai, jo pathar nahi hai, us par utar chuka. woh</w:t>
      </w:r>
    </w:p>
    <w:p>
      <w:pPr>
        <w:jc w:val="right"/>
      </w:pPr>
      <w:r>
        <w:t>یعنی ہر وہ انسان جو اسٹیچو نہیں ہے، جو پتھر نہیں ہے، اس پر اتر چکا۔ وہ</w:t>
      </w:r>
    </w:p>
    <w:p>
      <w:r>
        <w:rPr>
          <w:b/>
        </w:rPr>
        <w:t xml:space="preserve">[27:30] </w:t>
      </w:r>
      <w:r>
        <w:t>aur ek woh hai jo rasool allah par utra.</w:t>
      </w:r>
    </w:p>
    <w:p>
      <w:pPr>
        <w:jc w:val="right"/>
      </w:pPr>
      <w:r>
        <w:t>اور ایک وہ ہے جو رسول اللہ پر اترا۔</w:t>
      </w:r>
    </w:p>
    <w:p>
      <w:r>
        <w:rPr>
          <w:b/>
        </w:rPr>
        <w:t xml:space="preserve">[27:33] </w:t>
      </w:r>
      <w:r>
        <w:t>to logon par jo utra hua hai quran, woh to by nature utra hua hai. rasool allah par jo utra, woh angel ke zariye utra.</w:t>
      </w:r>
    </w:p>
    <w:p>
      <w:pPr>
        <w:jc w:val="right"/>
      </w:pPr>
      <w:r>
        <w:t>تو لوگوں پر جو اترا ہوا ہے قرآن، وہ تو بائی نیچر اترا ہوا ہے۔ رسول اللہ پر جو اترا، وہ اینجل کے ذریعے اترا۔</w:t>
      </w:r>
    </w:p>
    <w:p>
      <w:r>
        <w:rPr>
          <w:b/>
        </w:rPr>
        <w:t xml:space="preserve">[27:46] </w:t>
      </w:r>
      <w:r>
        <w:t>to yeh hai is ka matlab. ab aap yeh is ka yeh matlab le len ke ke is se murad hai hifz karna, quran ko yaad karna.</w:t>
      </w:r>
    </w:p>
    <w:p>
      <w:pPr>
        <w:jc w:val="right"/>
      </w:pPr>
      <w:r>
        <w:t>تو یہ ہے اس کا مطلب۔ اب آپ یہ اس کا یہ مطلب لے لیں کہ کہ اس سے مراد ہے حفظ کرنا، قرآن کو یاد کرنا۔</w:t>
      </w:r>
    </w:p>
    <w:p>
      <w:r>
        <w:rPr>
          <w:b/>
        </w:rPr>
        <w:t xml:space="preserve">[27:56] </w:t>
      </w:r>
      <w:r>
        <w:t>to yeh is ki tasgheer hogi, yeh is ka underestimation hoga.</w:t>
      </w:r>
    </w:p>
    <w:p>
      <w:pPr>
        <w:jc w:val="right"/>
      </w:pPr>
      <w:r>
        <w:t>تو یہ اس کی تصغیر ہوگی، یہ اس کا انڈر ایسٹیمیشن ہوگا۔</w:t>
      </w:r>
    </w:p>
    <w:p>
      <w:r>
        <w:rPr>
          <w:b/>
        </w:rPr>
        <w:t xml:space="preserve">[28:04] </w:t>
      </w:r>
      <w:r>
        <w:t>underestimation hoga is ka. to is ka sahi matlab yeh hai ke yeh wahi quran hai jis ka, jis ka tasawwur har aadmi ke andar pehle se maujood tha.</w:t>
      </w:r>
    </w:p>
    <w:p>
      <w:pPr>
        <w:jc w:val="right"/>
      </w:pPr>
      <w:r>
        <w:t>انڈر ایسٹیمیشن ہوگا اس کا۔ تو اس کا صحیح مطلب یہ ہے کہ یہ وہی قرآن ہے جس کا، جس کا تصور ہر آدمی کے اندر پہلے سے موجود تھا۔</w:t>
      </w:r>
    </w:p>
    <w:p>
      <w:r>
        <w:rPr>
          <w:b/>
        </w:rPr>
        <w:t xml:space="preserve">[28:22] </w:t>
      </w:r>
      <w:r>
        <w:t>to</w:t>
      </w:r>
    </w:p>
    <w:p>
      <w:pPr>
        <w:jc w:val="right"/>
      </w:pPr>
      <w:r>
        <w:t>تو</w:t>
      </w:r>
    </w:p>
    <w:p>
      <w:r>
        <w:rPr>
          <w:b/>
        </w:rPr>
        <w:t xml:space="preserve">[28:27] </w:t>
      </w:r>
      <w:r>
        <w:t>woh ghalib ne jo kaha tha, ek sher ke "dekhna taqreer ki lazzat ke jo us ne kaha, maine yeh jaana ke goya yeh bhi mere dil mein hai".</w:t>
      </w:r>
    </w:p>
    <w:p>
      <w:pPr>
        <w:jc w:val="right"/>
      </w:pPr>
      <w:r>
        <w:t>وہ غالب نے جو کہا تھا، ایک شعر کہ "دیکھنا تقریر کی لذت کہ جو اس نے کہا، میں نے یہ جانا کہ گویا یہ بھی میرے دل میں ہے"۔</w:t>
      </w:r>
    </w:p>
    <w:p>
      <w:r>
        <w:rPr>
          <w:b/>
        </w:rPr>
        <w:t xml:space="preserve">[28:42] </w:t>
      </w:r>
      <w:r>
        <w:t>to wisdom ki koi baat jo hai, woh aadmi ke dil mein peshgi tor par rehti rehti hai.</w:t>
      </w:r>
    </w:p>
    <w:p>
      <w:pPr>
        <w:jc w:val="right"/>
      </w:pPr>
      <w:r>
        <w:t>تو وزڈم کی کوئی بات جو ہے، وہ آدمی کے دل میں پیشگی طور پر رہتی رہتی ہے۔</w:t>
      </w:r>
    </w:p>
    <w:p>
      <w:r>
        <w:rPr>
          <w:b/>
        </w:rPr>
        <w:t xml:space="preserve">[28:49] </w:t>
      </w:r>
      <w:r>
        <w:t>to quran jo hai, peshgi tor par har aadmi ke andar woh installed hai, installed hai.</w:t>
      </w:r>
    </w:p>
    <w:p>
      <w:pPr>
        <w:jc w:val="right"/>
      </w:pPr>
      <w:r>
        <w:t>تو قرآن جو ہے، پیشگی طور پر ہر آدمی کے اندر وہ انسٹلڈ ہے، انسٹلڈ ہے۔</w:t>
      </w:r>
    </w:p>
    <w:p>
      <w:r>
        <w:rPr>
          <w:b/>
        </w:rPr>
        <w:t xml:space="preserve">[29:01] </w:t>
      </w:r>
      <w:r>
        <w:t>to karna kya hai? hum apni fitrat ko bigarne na dein, apni fitrat ko,</w:t>
      </w:r>
    </w:p>
    <w:p>
      <w:pPr>
        <w:jc w:val="right"/>
      </w:pPr>
      <w:r>
        <w:t>تو کرنا کیا ہے؟ ہم اپنی فطرت کو بگڑنے نہ دیں، اپنی فطرت کو،</w:t>
      </w:r>
    </w:p>
    <w:p>
      <w:r>
        <w:rPr>
          <w:b/>
        </w:rPr>
        <w:t xml:space="preserve">[29:11] </w:t>
      </w:r>
      <w:r>
        <w:t>apni fitrat ke upar koi parda na dalen. to fitrat, mislan ta'assub hai. ta'assub kya hai?</w:t>
      </w:r>
    </w:p>
    <w:p>
      <w:pPr>
        <w:jc w:val="right"/>
      </w:pPr>
      <w:r>
        <w:t>اپنی فطرت کے اوپر کوئی پردہ نہ ڈالیں۔ تو فطرت، مثلاً تعصب ہے۔ تعصب کیا ہے؟</w:t>
      </w:r>
    </w:p>
    <w:p>
      <w:r>
        <w:rPr>
          <w:b/>
        </w:rPr>
        <w:t xml:space="preserve">[29:19] </w:t>
      </w:r>
      <w:r>
        <w:t>fitrat ke upar parda hai. sharab kya hai? woh fitrat ko be-hiss banati hai.</w:t>
      </w:r>
    </w:p>
    <w:p>
      <w:pPr>
        <w:jc w:val="right"/>
      </w:pPr>
      <w:r>
        <w:t>فطرت کے اوپر پردہ ہے۔ شراب کیا ہے؟ وہ فطرت کو بے حس بناتی ہے۔</w:t>
      </w:r>
    </w:p>
    <w:p>
      <w:r>
        <w:rPr>
          <w:b/>
        </w:rPr>
        <w:t xml:space="preserve">[29:31] </w:t>
      </w:r>
      <w:r>
        <w:t>is tarah se aadmi apni fitrat par parda daal deta hai, apni fitrat ke test ko badal deta hai. to zahir hai ke is ke baad yeh hoga ke woh us ke samne khuda ki baat aayegi, lekin woh pakad</w:t>
      </w:r>
    </w:p>
    <w:p>
      <w:pPr>
        <w:jc w:val="right"/>
      </w:pPr>
      <w:r>
        <w:t>اس طرح سے آدمی اپنی فطرت پر پردہ ڈال دیتا ہے، اپنی فطرت کے ٹیسٹ کو بدل دیتا ہے۔ تو ظاہر ہے کہ اس کے بعد یہ ہوگا کہ وہ اس کے سامنے خدا کی بات آئے گی، لیکن وہ پکڑ</w:t>
      </w:r>
    </w:p>
    <w:p>
      <w:r>
        <w:rPr>
          <w:b/>
        </w:rPr>
        <w:t xml:space="preserve">[29:47] </w:t>
      </w:r>
      <w:r>
        <w:t>nahin paayega. dekhiye, jo hadith ke scholars hain jin ko muhaddiseen kaha jata hai, hadith ke scholars ko kaha jata hai muhaddiseen.</w:t>
      </w:r>
    </w:p>
    <w:p>
      <w:pPr>
        <w:jc w:val="right"/>
      </w:pPr>
      <w:r>
        <w:t>نہیں پائے گا۔ دیکھیے، جو حدیث کے سکالرز ہیں جن کو محدثین کہا جاتا ہے، حدیث کے سکالرز کو کہا جاتا ہے محدثین۔</w:t>
      </w:r>
    </w:p>
    <w:p>
      <w:r>
        <w:rPr>
          <w:b/>
        </w:rPr>
        <w:t xml:space="preserve">[30:00] </w:t>
      </w:r>
      <w:r>
        <w:t>to muhaddiseen ke bare mein kaha jata hai ke bohat zyada jab aadmi hadith ko parhta hai, parhta hai, parhta hai to us ke andar ek cheez paida ho jati hai jo kehte hain woh log marifat-e-hadith.</w:t>
      </w:r>
    </w:p>
    <w:p>
      <w:pPr>
        <w:jc w:val="right"/>
      </w:pPr>
      <w:r>
        <w:t>تو محدثین کے بارے میں کہا جاتا ہے کہ بہت زیادہ جب آدمی حدیث کو پڑھتا ہے، پڑھتا ہے، پڑھتا ہے تو اس کے اندر ایک چیز پیدا ہو جاتی ہے جو کہتے ہیں وہ لوگ معرفت حدیث۔</w:t>
      </w:r>
    </w:p>
    <w:p>
      <w:r>
        <w:rPr>
          <w:b/>
        </w:rPr>
        <w:t xml:space="preserve">[30:18] </w:t>
      </w:r>
      <w:r>
        <w:t>hadith ki marifat, hadith ki pehchan. to hadith literature mein zyada mashgool ho aadmi, zyada mashgool ho to us ke andar hadith ki marifat paida ho jayegi.</w:t>
      </w:r>
    </w:p>
    <w:p>
      <w:pPr>
        <w:jc w:val="right"/>
      </w:pPr>
      <w:r>
        <w:t>حدیث کی معرفت، حدیث کی پہچان۔ تو حدیث لٹریچر میں زیادہ مشغول ہو آدمی، زیادہ مشغول ہو تو اس کے اندر حدیث کی معرفت پیدا ہو جائے گی۔</w:t>
      </w:r>
    </w:p>
    <w:p>
      <w:r>
        <w:rPr>
          <w:b/>
        </w:rPr>
        <w:t xml:space="preserve">[30:36] </w:t>
      </w:r>
      <w:r>
        <w:t>matlab ek shauq paida ho jayega, ek test develop karega.</w:t>
      </w:r>
    </w:p>
    <w:p>
      <w:pPr>
        <w:jc w:val="right"/>
      </w:pPr>
      <w:r>
        <w:t>مطلب ایک ذوق پیدا ہو جائے گا، ایک ٹیسٹ ڈیولپ کرے گا۔</w:t>
      </w:r>
    </w:p>
    <w:p>
      <w:r>
        <w:rPr>
          <w:b/>
        </w:rPr>
        <w:t xml:space="preserve">[30:42] </w:t>
      </w:r>
      <w:r>
        <w:t>aadmi ke andar hadith ka ek test develop hoga ke samne aate hi uska dil us ko samajh lega, uska mind us ko pehchan lega.</w:t>
      </w:r>
    </w:p>
    <w:p>
      <w:pPr>
        <w:jc w:val="right"/>
      </w:pPr>
      <w:r>
        <w:t>آدمی کے اندر حدیث کا ایک ٹیسٹ ڈیولپ ہوگا کہ سامنے آتے ہی اس کا دل اس کو سمجھ لے گا، اس کا مائنڈ اس کو پہچان لے گا۔</w:t>
      </w:r>
    </w:p>
    <w:p>
      <w:r>
        <w:rPr>
          <w:b/>
        </w:rPr>
        <w:t xml:space="preserve">[30:55] </w:t>
      </w:r>
      <w:r>
        <w:t>yeh matlab hai marifat-e-hadith ka. isi tarah se marifat-e-fitrat hai. to is ayat mein darasal marifat-e-fitrat ka zikr hai ke marifat-e-fitrat har aadmi ke andar hoti hai.</w:t>
      </w:r>
    </w:p>
    <w:p>
      <w:pPr>
        <w:jc w:val="right"/>
      </w:pPr>
      <w:r>
        <w:t>یہ مطلب ہے معرفت حدیث کا۔ اسی طرح سے معرفت فطرت ہے۔ تو اس آیت میں دراصل معرفت فطرت کا ذکر ہے کہ معرفت فطرت ہر آدمی کے اندر ہوتی ہے۔</w:t>
      </w:r>
    </w:p>
    <w:p>
      <w:r>
        <w:rPr>
          <w:b/>
        </w:rPr>
        <w:t xml:space="preserve">[31:12] </w:t>
      </w:r>
      <w:r>
        <w:t>agar aadmi is marifat-e-fitrat ko na bigare, us ke upar parda na dale</w:t>
      </w:r>
    </w:p>
    <w:p>
      <w:pPr>
        <w:jc w:val="right"/>
      </w:pPr>
      <w:r>
        <w:t>اگر آدمی اس معرفت فطرت کو نہ بگاڑے، اس کے اوپر پردہ نہ ڈالے</w:t>
      </w:r>
    </w:p>
    <w:p>
      <w:r>
        <w:rPr>
          <w:b/>
        </w:rPr>
        <w:t xml:space="preserve">[31:24] </w:t>
      </w:r>
      <w:r>
        <w:t>to kya hoga? woh marifat-e-fitrat ke samne jab koi sachai aayegi to andar ki marifat us ko foran pehchan legi</w:t>
      </w:r>
    </w:p>
    <w:p>
      <w:pPr>
        <w:jc w:val="right"/>
      </w:pPr>
      <w:r>
        <w:t>تو کیا ہوگا؟ وہ معرفت فطرت کے سامنے جب کوئی سچائی آئے گی تو اندر کی معرفت اس کو فوراً پہچان لے گی</w:t>
      </w:r>
    </w:p>
    <w:p>
      <w:r>
        <w:rPr>
          <w:b/>
        </w:rPr>
        <w:t xml:space="preserve">[31:37] </w:t>
      </w:r>
      <w:r>
        <w:t>aur uska saath degi.</w:t>
      </w:r>
    </w:p>
    <w:p>
      <w:pPr>
        <w:jc w:val="right"/>
      </w:pPr>
      <w:r>
        <w:t>اور اس کا ساتھ دے گی۔</w:t>
      </w:r>
    </w:p>
    <w:p>
      <w:r>
        <w:rPr>
          <w:b/>
        </w:rPr>
        <w:t xml:space="preserve">[31:42] </w:t>
      </w:r>
      <w:r>
        <w:t>to yeh hai</w:t>
      </w:r>
    </w:p>
    <w:p>
      <w:pPr>
        <w:jc w:val="right"/>
      </w:pPr>
      <w:r>
        <w:t>تو یہ ہے</w:t>
      </w:r>
    </w:p>
    <w:p>
      <w:r>
        <w:rPr>
          <w:b/>
        </w:rPr>
        <w:t xml:space="preserve">[31:47] </w:t>
      </w:r>
      <w:r>
        <w:t>quran ko samajhne ke liye.</w:t>
      </w:r>
    </w:p>
    <w:p>
      <w:pPr>
        <w:jc w:val="right"/>
      </w:pPr>
      <w:r>
        <w:t>قرآن کو سمجھنے کے لیے۔</w:t>
      </w:r>
    </w:p>
    <w:p>
      <w:r>
        <w:rPr>
          <w:b/>
        </w:rPr>
        <w:t xml:space="preserve">[31:54] </w:t>
      </w:r>
      <w:r>
        <w:t>yani mein yeh kehna chahta hoon ke quran ko samajhne ke liye sirf is ke lafzon ka ma'ni aap janiye, yeh kafi nahin hai.</w:t>
      </w:r>
    </w:p>
    <w:p>
      <w:pPr>
        <w:jc w:val="right"/>
      </w:pPr>
      <w:r>
        <w:t>یعنی میں یہ کہنا چاہتا ہوں کہ قرآن کو سمجھنے کے لیے صرف اس کے لفظوں کا معنی آپ جانیں، یہ کافی نہیں ہے۔</w:t>
      </w:r>
    </w:p>
    <w:p>
      <w:r>
        <w:rPr>
          <w:b/>
        </w:rPr>
        <w:t xml:space="preserve">[32:04] </w:t>
      </w:r>
      <w:r>
        <w:t>aap ki jo marifat-e-fitrat hai, woh jaagi hui ho, woh zinda ho.</w:t>
      </w:r>
    </w:p>
    <w:p>
      <w:pPr>
        <w:jc w:val="right"/>
      </w:pPr>
      <w:r>
        <w:t>آپ کی جو معرفت فطرت ہے، وہ جاگی ہوئی ہو، وہ زندہ ہو۔</w:t>
      </w:r>
    </w:p>
    <w:p>
      <w:r>
        <w:rPr>
          <w:b/>
        </w:rPr>
        <w:t xml:space="preserve">[32:10] </w:t>
      </w:r>
      <w:r>
        <w:t>aur mein samajhta hoon ke aadha mafhoom aap lenge lafzon se, jaise "Qul Huwallahu Ahad" kaho ke Allah ek hai.</w:t>
      </w:r>
    </w:p>
    <w:p>
      <w:pPr>
        <w:jc w:val="right"/>
      </w:pPr>
      <w:r>
        <w:t>اور میں سمجھتا ہوں کہ آدھا مفہوم آپ لیں گے لفظوں سے، جیسے "قلھو اللہ احد" کہو کہ اللہ ایک ہے۔</w:t>
      </w:r>
    </w:p>
    <w:p>
      <w:r>
        <w:rPr>
          <w:b/>
        </w:rPr>
        <w:t xml:space="preserve">[32:21] </w:t>
      </w:r>
      <w:r>
        <w:t>to lafzon se kya janenge? aap lafz yeh janenge ke ginti ke aitbar se Khuda ek hai.</w:t>
      </w:r>
    </w:p>
    <w:p>
      <w:pPr>
        <w:jc w:val="right"/>
      </w:pPr>
      <w:r>
        <w:t>تو لفظوں سے کیا جانیں گے؟ آپ لفظ یہ جانیں کہ گنتی کے اعتبار سے خدا ایک ہے۔</w:t>
      </w:r>
    </w:p>
    <w:p>
      <w:r>
        <w:rPr>
          <w:b/>
        </w:rPr>
        <w:t xml:space="preserve">[32:29] </w:t>
      </w:r>
      <w:r>
        <w:t>kaho ke Allah ek hai, yani ginti mein woh do nahin, teen nahin, char nahin, panch nahin. yeh hai is ka, yani woh mafhoom jo aap lafzon ke tarjume se jante hain.</w:t>
      </w:r>
    </w:p>
    <w:p>
      <w:pPr>
        <w:jc w:val="right"/>
      </w:pPr>
      <w:r>
        <w:t>کہو کہ اللہ ایک ہے، یعنی گنتی میں وہ دو نہیں، تین نہیں، چار نہیں، پانچ نہیں۔ یہ ہے اس کا، یعنی وہ مفہوم جو آپ لفظوں کے ترجمے سے جانتے ہیں۔</w:t>
      </w:r>
    </w:p>
    <w:p>
      <w:r>
        <w:rPr>
          <w:b/>
        </w:rPr>
        <w:t xml:space="preserve">[32:46] </w:t>
      </w:r>
      <w:r>
        <w:t>dusra mafhoom jo zyada ooncha hai, zyada gehra hai, is ka ta'alluq marifat-e-fitrat se hai.</w:t>
      </w:r>
    </w:p>
    <w:p>
      <w:pPr>
        <w:jc w:val="right"/>
      </w:pPr>
      <w:r>
        <w:t>دوسرا مفہوم جو زیادہ اونچا ہے، زیادہ گہرا ہے، اس کا تعلق معرفت فطرت سے ہے۔</w:t>
      </w:r>
    </w:p>
    <w:p>
      <w:r>
        <w:rPr>
          <w:b/>
        </w:rPr>
        <w:t xml:space="preserve">[32:54] </w:t>
      </w:r>
      <w:r>
        <w:t>agar marifat-e-fitrat zinda hai</w:t>
      </w:r>
    </w:p>
    <w:p>
      <w:pPr>
        <w:jc w:val="right"/>
      </w:pPr>
      <w:r>
        <w:t>اگر معرفت فطرت زندہ ہے</w:t>
      </w:r>
    </w:p>
    <w:p>
      <w:r>
        <w:rPr>
          <w:b/>
        </w:rPr>
        <w:t xml:space="preserve">[32:59] </w:t>
      </w:r>
      <w:r>
        <w:t>to aap "Huwallahu Ahad" ke ma'ni sirf ginti ke ma'ni mein nahin janenge, bohat bari haqeeqat ke taur par janenge, yani Khuda ki yaktai ko janenge.</w:t>
      </w:r>
    </w:p>
    <w:p>
      <w:pPr>
        <w:jc w:val="right"/>
      </w:pPr>
      <w:r>
        <w:t>تو آپ "ھو اللہ احد" کے معنی صرف گنتی کے معنی میں نہیں جانیں گے، بہت بڑی حقیقت کے طور پر جانیں گے، یعنی خدا کی یکتائی کو جانیں گے۔</w:t>
      </w:r>
    </w:p>
    <w:p>
      <w:r>
        <w:rPr>
          <w:b/>
        </w:rPr>
        <w:t xml:space="preserve">[33:13] </w:t>
      </w:r>
      <w:r>
        <w:t>aik hai, dekhiye, khuda ka aik hona, aik hai, khuda ka yakta hona. aik hona to ginti ke aitbar se hota hai,</w:t>
      </w:r>
    </w:p>
    <w:p>
      <w:pPr>
        <w:jc w:val="right"/>
      </w:pPr>
      <w:r>
        <w:t>ایک ہے، دیکھیے، خدا کا ایک ہونا، ایک ہے، خدا کا یکتا ہونا۔ ایک ہونا تو گنتی کے اعتبار سے ہوتا ہے،</w:t>
      </w:r>
    </w:p>
    <w:p>
      <w:r>
        <w:rPr>
          <w:b/>
        </w:rPr>
        <w:t xml:space="preserve">[33:24] </w:t>
      </w:r>
      <w:r>
        <w:t>ginti ke aitbar se woh aik hai, aur yeh yakta hona hai. yakta hone ka mani yeh hai ke quality ke aitbar se is ka koi ham-sar nahi, is ka koi saari nahi, is ke jaisa koi nahi.</w:t>
      </w:r>
    </w:p>
    <w:p>
      <w:pPr>
        <w:jc w:val="right"/>
      </w:pPr>
      <w:r>
        <w:t>گنتی کے اعتبار سے وہ ایک ہے، اور یہ یکتا ہونا ہے۔ یکتا ہونے کا معنی یہ ہے کہ کوالٹی کے اعتبار سے اس کا کوئی ہمسر نہیں، اس کا کوئی ساری نہیں، اس کے جیسا کوئی نہیں۔</w:t>
      </w:r>
    </w:p>
    <w:p>
      <w:r>
        <w:rPr>
          <w:b/>
        </w:rPr>
        <w:t xml:space="preserve">[33:38] </w:t>
      </w:r>
      <w:r>
        <w:t>to aik hai ke khuda aik hai, ginti ke mani mein jo hai ke khuda yakta hai, is jaisa koi doosra nahi. kisi aitbar se yeh matlab</w:t>
      </w:r>
    </w:p>
    <w:p>
      <w:pPr>
        <w:jc w:val="right"/>
      </w:pPr>
      <w:r>
        <w:t>تو ایک ہے کہ خدا ایک ہے، گنتی کے معنی میں جو ہے کہ خدا یکتا ہے، اس جیسا کوئی دوسرا نہیں۔ کسی اعتبار سے یہ مطلب</w:t>
      </w:r>
    </w:p>
    <w:p>
      <w:r>
        <w:rPr>
          <w:b/>
        </w:rPr>
        <w:t xml:space="preserve">[33:49] </w:t>
      </w:r>
      <w:r>
        <w:t>hai is ka. isi tarah dekhiye,</w:t>
      </w:r>
    </w:p>
    <w:p>
      <w:pPr>
        <w:jc w:val="right"/>
      </w:pPr>
      <w:r>
        <w:t>ہے اس کا۔ اسی طرح دیکھیے،</w:t>
      </w:r>
    </w:p>
    <w:p>
      <w:r>
        <w:rPr>
          <w:b/>
        </w:rPr>
        <w:t xml:space="preserve">[33:53] </w:t>
      </w:r>
      <w:r>
        <w:t>quran ko samajhne ke liye,</w:t>
      </w:r>
    </w:p>
    <w:p>
      <w:pPr>
        <w:jc w:val="right"/>
      </w:pPr>
      <w:r>
        <w:t>قرآن کو سمجھنے کے لیے،</w:t>
      </w:r>
    </w:p>
    <w:p>
      <w:r>
        <w:rPr>
          <w:b/>
        </w:rPr>
        <w:t xml:space="preserve">[33:58] </w:t>
      </w:r>
      <w:r>
        <w:t>jaisa ke maine is se pehle kaha hai ke</w:t>
      </w:r>
    </w:p>
    <w:p>
      <w:pPr>
        <w:jc w:val="right"/>
      </w:pPr>
      <w:r>
        <w:t>جیسا کہ میں نے اس سے پہلے کہا ہے کہ</w:t>
      </w:r>
    </w:p>
    <w:p>
      <w:r>
        <w:rPr>
          <w:b/>
        </w:rPr>
        <w:t xml:space="preserve">[34:06] </w:t>
      </w:r>
      <w:r>
        <w:t>mizaj ki bohat zyada zaroorat hai. sahi mizaj quran ko samajhne ke liye quran wala mizaj chahiye.</w:t>
      </w:r>
    </w:p>
    <w:p>
      <w:pPr>
        <w:jc w:val="right"/>
      </w:pPr>
      <w:r>
        <w:t>مزاج کی بہت زیادہ ضرورت ہے۔ صحیح مزاج قرآن کو سمجھنے کے لیے قرآن والا مزاج چاہیے۔</w:t>
      </w:r>
    </w:p>
    <w:p>
      <w:r>
        <w:rPr>
          <w:b/>
        </w:rPr>
        <w:t xml:space="preserve">[34:19] </w:t>
      </w:r>
      <w:r>
        <w:t>agar kisi ke andar quran wala mizaj na ho to woh quran ko padhega aur kuch aur matlab nikal lega.</w:t>
      </w:r>
    </w:p>
    <w:p>
      <w:pPr>
        <w:jc w:val="right"/>
      </w:pPr>
      <w:r>
        <w:t>اگر کسی کے اندر قرآن والا مزاج نہ ہو تو وہ قرآن کو پڑھے گا اور کچھ اور مطلب نکال لے گا۔</w:t>
      </w:r>
    </w:p>
    <w:p>
      <w:r>
        <w:rPr>
          <w:b/>
        </w:rPr>
        <w:t xml:space="preserve">[34:27] </w:t>
      </w:r>
      <w:r>
        <w:t>is ka</w:t>
      </w:r>
    </w:p>
    <w:p>
      <w:pPr>
        <w:jc w:val="right"/>
      </w:pPr>
      <w:r>
        <w:t>اس کا</w:t>
      </w:r>
    </w:p>
    <w:p>
      <w:r>
        <w:rPr>
          <w:b/>
        </w:rPr>
        <w:t xml:space="preserve">[34:33] </w:t>
      </w:r>
      <w:r>
        <w:t>misalan quran ki aik ayat hai ke wajahidhum bi jahadan kabira</w:t>
      </w:r>
    </w:p>
    <w:p>
      <w:pPr>
        <w:jc w:val="right"/>
      </w:pPr>
      <w:r>
        <w:t>مثلاً قرآن کی ایک آیت ہے کہ وجاہدھم بہ جہادا کبیرا</w:t>
      </w:r>
    </w:p>
    <w:p>
      <w:r>
        <w:rPr>
          <w:b/>
        </w:rPr>
        <w:t xml:space="preserve">[34:45] </w:t>
      </w:r>
      <w:r>
        <w:t>aur un se jihad karo, bara jihad quran ke zariye. ab aik aadmi jis ka zehn jihadi hai, ladaai wala hai, qital wala hai,</w:t>
      </w:r>
    </w:p>
    <w:p>
      <w:pPr>
        <w:jc w:val="right"/>
      </w:pPr>
      <w:r>
        <w:t>اور ان سے جہاد کرو، بڑا جہاد قرآن کے ذریعے۔ اب ایک آدمی جس کا ذہن جہادی ہے، لڑائی والا ہے، قتال والا ہے،</w:t>
      </w:r>
    </w:p>
    <w:p>
      <w:r>
        <w:rPr>
          <w:b/>
        </w:rPr>
        <w:t xml:space="preserve">[34:59] </w:t>
      </w:r>
      <w:r>
        <w:t>aik aisa aadmi jab is ayat ko padhta hai</w:t>
      </w:r>
    </w:p>
    <w:p>
      <w:pPr>
        <w:jc w:val="right"/>
      </w:pPr>
      <w:r>
        <w:t>ایک ایسا آدمی جب اس آیت کو پڑھتا ہے</w:t>
      </w:r>
    </w:p>
    <w:p>
      <w:r>
        <w:rPr>
          <w:b/>
        </w:rPr>
        <w:t xml:space="preserve">[35:02] </w:t>
      </w:r>
      <w:r>
        <w:t>to woh kya samajhta hai? ke bara jihad ke mani hain ke great war, bari ladaai chhero un ke khilaf.</w:t>
      </w:r>
    </w:p>
    <w:p>
      <w:pPr>
        <w:jc w:val="right"/>
      </w:pPr>
      <w:r>
        <w:t>تو وہ کیا سمجھتا ہے؟ کہ بڑا جہاد کے معنی ہیں کہ گریٹ وار، بڑی لڑائی چھیڑو ان کے خلاف۔</w:t>
      </w:r>
    </w:p>
    <w:p>
      <w:r>
        <w:rPr>
          <w:b/>
        </w:rPr>
        <w:t xml:space="preserve">[35:15] </w:t>
      </w:r>
      <w:r>
        <w:t>ab woh is ke zehn mein chuki basa hua yahi hai ke sab se bari cheez ladaai hai, yahi nikal lega woh ke great war chhero.</w:t>
      </w:r>
    </w:p>
    <w:p>
      <w:pPr>
        <w:jc w:val="right"/>
      </w:pPr>
      <w:r>
        <w:t>اب وہ اس کے ذہن میں چونکہ بسا ہوا یہی ہے کہ سب سے بڑی چیز لڑائی ہے، یہی نکال لے گا وہ کہ گریٹ وار چھیڑو۔</w:t>
      </w:r>
    </w:p>
    <w:p>
      <w:r>
        <w:rPr>
          <w:b/>
        </w:rPr>
        <w:t xml:space="preserve">[35:26] </w:t>
      </w:r>
      <w:r>
        <w:t>jaise aap ko maloom hai ke iraq mein sadr saddam hussain se jo takrao hua tha america ka, to us waqt unhon ne kaha tha ke hum hum umm al-ma'arik,</w:t>
      </w:r>
    </w:p>
    <w:p>
      <w:pPr>
        <w:jc w:val="right"/>
      </w:pPr>
      <w:r>
        <w:t>جیسے آپ کو معلوم ہے کہ عراق میں صدر صدام حسین سے جو ٹکراؤ ہوا تھا امریکہ کا، تو اس وقت انہوں نے کہا تھا کہ ہم ہم ام المعارک،</w:t>
      </w:r>
    </w:p>
    <w:p>
      <w:r>
        <w:rPr>
          <w:b/>
        </w:rPr>
        <w:t xml:space="preserve">[35:40] </w:t>
      </w:r>
      <w:r>
        <w:t>hamari ladaai jo hai woh umm al-ma'arik hai.</w:t>
      </w:r>
    </w:p>
    <w:p>
      <w:pPr>
        <w:jc w:val="right"/>
      </w:pPr>
      <w:r>
        <w:t>ہماری لڑائی جو ہے وہ ام المعارک ہے۔</w:t>
      </w:r>
    </w:p>
    <w:p>
      <w:r>
        <w:rPr>
          <w:b/>
        </w:rPr>
        <w:t xml:space="preserve">[35:44] </w:t>
      </w:r>
      <w:r>
        <w:t>umm al-ma'arik ka matlab hai ke ke woh ladaaiyon ki maan,</w:t>
      </w:r>
    </w:p>
    <w:p>
      <w:pPr>
        <w:jc w:val="right"/>
      </w:pPr>
      <w:r>
        <w:t>ام المعارک کا مطلب ہے کہ کہ وہ لڑائیوں کی ماں،</w:t>
      </w:r>
    </w:p>
    <w:p>
      <w:r>
        <w:rPr>
          <w:b/>
        </w:rPr>
        <w:t xml:space="preserve">[35:54] </w:t>
      </w:r>
      <w:r>
        <w:t>ladaaiyon ki maan, umm al-ma'arik.</w:t>
      </w:r>
    </w:p>
    <w:p>
      <w:pPr>
        <w:jc w:val="right"/>
      </w:pPr>
      <w:r>
        <w:t>لڑائیوں کی ماں، ام المعارک۔</w:t>
      </w:r>
    </w:p>
    <w:p>
      <w:r>
        <w:rPr>
          <w:b/>
        </w:rPr>
        <w:t xml:space="preserve">[36:01] </w:t>
      </w:r>
      <w:r>
        <w:t>to</w:t>
      </w:r>
    </w:p>
    <w:p>
      <w:pPr>
        <w:jc w:val="right"/>
      </w:pPr>
      <w:r>
        <w:t>تو</w:t>
      </w:r>
    </w:p>
    <w:p>
      <w:r>
        <w:rPr>
          <w:b/>
        </w:rPr>
        <w:t xml:space="preserve">[36:05] </w:t>
      </w:r>
      <w:r>
        <w:t>ab jis ka mizaj ho ladne phirne ko, ladaai bari cheez manta ho, jis ka mizaj jo hai woh woh bad-sardar mizaj ho, qital ka mizaj ho, to woh is ayat se nikal lega ke quran yeh keh raha hai ke khoob bari ladaai chhero, bohat bara jihad karo,</w:t>
      </w:r>
    </w:p>
    <w:p>
      <w:pPr>
        <w:jc w:val="right"/>
      </w:pPr>
      <w:r>
        <w:t>اب جس کا مزاج ہو لڑنے پھرنے کو، بڑائی بڑی چیز مانتا ہو، جس کا مزاج جو ہے وہ وہ بدسردار مزاج ہو، قتال کا مزاج ہو، تو وہ اس آیت سے نکال لے گا کہ قرآن یہ کہہ رہا ہے کہ خوب بڑی لڑائی چھیڑو، بہت بڑا جہاد کرو،</w:t>
      </w:r>
    </w:p>
    <w:p>
      <w:r>
        <w:rPr>
          <w:b/>
        </w:rPr>
        <w:t xml:space="preserve">[36:24] </w:t>
      </w:r>
      <w:r>
        <w:t>umm al-ma'arik chhero duniya ke khilaf.</w:t>
      </w:r>
    </w:p>
    <w:p>
      <w:pPr>
        <w:jc w:val="right"/>
      </w:pPr>
      <w:r>
        <w:t>ام المعارک چھیڑو دنیا کے خلاف۔</w:t>
      </w:r>
    </w:p>
    <w:p>
      <w:r>
        <w:rPr>
          <w:b/>
        </w:rPr>
        <w:t xml:space="preserve">[36:29] </w:t>
      </w:r>
      <w:r>
        <w:t>lekin jis aadmi ka mizaj dawati hai, dawati to kya kahega? woh ke dekho, is ka ayat mein to yeh kaha gaya hai ke wajahidhum bi jahadan kabira to bi ki zamir raje hai kis ki taraf?</w:t>
      </w:r>
    </w:p>
    <w:p>
      <w:pPr>
        <w:jc w:val="right"/>
      </w:pPr>
      <w:r>
        <w:t>لیکن جس آدمی کا مزاج دعوتی ہے، دعوتی تو کیا کہے گا؟ وہ کہ دیکھو، اس کا آیت میں تو یہ کہا گیا ہے کہ وجاہدھم بہ جہادا کبیرا تو بہ کی ضمیر راجع ہے کس کی طرف؟</w:t>
      </w:r>
    </w:p>
    <w:p>
      <w:r>
        <w:rPr>
          <w:b/>
        </w:rPr>
        <w:t xml:space="preserve">[36:45] </w:t>
      </w:r>
      <w:r>
        <w:t>quran ki taraf. bi ki zamir jo hai woh raje hai quran ki taraf, yani un se jihad karo quran ke zariye</w:t>
      </w:r>
    </w:p>
    <w:p>
      <w:pPr>
        <w:jc w:val="right"/>
      </w:pPr>
      <w:r>
        <w:t>قرآن کی طرف۔ بہ کی ضمیر جو ہے وہ راجع ہے قرآن کی طرف، یعنی ان سے جہاد کرو قرآن کے ذریعے</w:t>
      </w:r>
    </w:p>
    <w:p>
      <w:r>
        <w:rPr>
          <w:b/>
        </w:rPr>
        <w:t xml:space="preserve">[37:00] </w:t>
      </w:r>
      <w:r>
        <w:t>aur bara jihad. to quran, ab aap sochenge, aisa aadmi sochega ke quran to koi talwar nahi hai, koi bandook nahi hai.</w:t>
      </w:r>
    </w:p>
    <w:p>
      <w:pPr>
        <w:jc w:val="right"/>
      </w:pPr>
      <w:r>
        <w:t>اور بڑا جہاد۔ تو قرآن، اب آپ سوچیں گے، ایسا آدمی سوچے گا کہ قرآن تو کوئی تلوار نہیں ہے، کوئی بندوق نہیں ہے۔</w:t>
      </w:r>
    </w:p>
    <w:p>
      <w:r>
        <w:rPr>
          <w:b/>
        </w:rPr>
        <w:t xml:space="preserve">[37:10] </w:t>
      </w:r>
      <w:r>
        <w:t>to talwar nahi hai jab quran, to quran ke zariye bara jihad kaise kiya jayega? tab woh samajh mein aayega ke yahan jihad ka matlab qital hai hi nahi,</w:t>
      </w:r>
    </w:p>
    <w:p>
      <w:pPr>
        <w:jc w:val="right"/>
      </w:pPr>
      <w:r>
        <w:t>تو تلوار نہیں ہے جب قرآن، تو قرآن کے ذریعے بڑا جہاد کیسے کیا جائے گا؟ تب وہ سمجھ میں آئے گا کہ یہاں جہاد کا مطلب قتال ہے ہی نہیں،</w:t>
      </w:r>
    </w:p>
    <w:p>
      <w:r>
        <w:rPr>
          <w:b/>
        </w:rPr>
        <w:t xml:space="preserve">[37:25] </w:t>
      </w:r>
      <w:r>
        <w:t>yahan jahad ka matlab hai judo jehad, yani daawa, istraggle, daawati, judo jehad.</w:t>
      </w:r>
    </w:p>
    <w:p>
      <w:pPr>
        <w:jc w:val="right"/>
      </w:pPr>
      <w:r>
        <w:t>یہاں جہاد کا مطلب ہے جدوجہد، یعنی دعویٰ، اسٹرگل، دعوتی، جدوجہد۔</w:t>
      </w:r>
    </w:p>
    <w:p>
      <w:r>
        <w:rPr>
          <w:b/>
        </w:rPr>
        <w:t xml:space="preserve">[37:35] </w:t>
      </w:r>
      <w:r>
        <w:t>achha, ab jab aap yeh matlab le gaye ke yahan par daawa istraggle hai, tab samajh mein aaya ke daawa istraggle ka zariya kya hai? Quran hai wajahidhum bil Quran jahadan kabira Quran ke zariye jahad karo un ke upar, ya</w:t>
      </w:r>
    </w:p>
    <w:p>
      <w:pPr>
        <w:jc w:val="right"/>
      </w:pPr>
      <w:r>
        <w:t>اچھا، اب جب آپ یہ مطلب لے گئے کہ یہاں پر دعویٰ اسٹرگل ہے، تب سمجھ میں آیا کہ دعویٰ اسٹرگل کا ذریعہ کیا ہے؟ قرآن ہے وجاہدھم بالقرآن جہادا کبیرا قرآن کے ذریعے جہاد کرو ان کے اوپر، یع</w:t>
      </w:r>
    </w:p>
    <w:p>
      <w:r>
        <w:rPr>
          <w:b/>
        </w:rPr>
        <w:t xml:space="preserve">[37:53] </w:t>
      </w:r>
      <w:r>
        <w:t>ni ideologycal jahad, ideologycal istraggle.</w:t>
      </w:r>
    </w:p>
    <w:p>
      <w:pPr>
        <w:jc w:val="right"/>
      </w:pPr>
      <w:r>
        <w:t>نی آئیڈیولوجیکل جہاد، آئیڈیولوجیکل اسٹرگل۔</w:t>
      </w:r>
    </w:p>
    <w:p>
      <w:r>
        <w:rPr>
          <w:b/>
        </w:rPr>
        <w:t xml:space="preserve">[37:59] </w:t>
      </w:r>
      <w:r>
        <w:t>ab aap kya hai? pehla aadmi jis ne is se umm al-ma'arik nikala hai, to woh to hathiyar ikatha karega. To Khuda Quran kehta hai ke umm al-ma'arik karo,</w:t>
      </w:r>
    </w:p>
    <w:p>
      <w:pPr>
        <w:jc w:val="right"/>
      </w:pPr>
      <w:r>
        <w:t>اب آپ کیا ہے؟ پہلا آدمی جس نے اس سے ام المعارک نکالا ہے، تو وہ تو ہتھیار اکٹھا کرے گا۔ تو خدا قرآن کہتا ہے کہ ام المعارک کرو،</w:t>
      </w:r>
    </w:p>
    <w:p>
      <w:r>
        <w:rPr>
          <w:b/>
        </w:rPr>
        <w:t xml:space="preserve">[38:11] </w:t>
      </w:r>
      <w:r>
        <w:t>lekin jis aadmi ne nikala hai, is se doosra mafhoom apne sahih zehan ki bana par, to woh kya</w:t>
      </w:r>
    </w:p>
    <w:p>
      <w:pPr>
        <w:jc w:val="right"/>
      </w:pPr>
      <w:r>
        <w:t>لیکن جس آدمی نے نکالا ہے، اس سے دوسرا مفہوم اپنے صحیح ذہن کی بنا پر، تو وہ کیا</w:t>
      </w:r>
    </w:p>
    <w:p>
      <w:r>
        <w:rPr>
          <w:b/>
        </w:rPr>
        <w:t xml:space="preserve">[38:21] </w:t>
      </w:r>
      <w:r>
        <w:t>kahega? Woh kahega ke Quran ko padho, Quran par ghaur karo, Quran ke mani ko daryaft karo, phir is pe kitabein likho, is pe cassette tayyar karo,</w:t>
      </w:r>
    </w:p>
    <w:p>
      <w:pPr>
        <w:jc w:val="right"/>
      </w:pPr>
      <w:r>
        <w:t>کہے گا؟ وہ کہے گا کہ قرآن کو پڑھو، قرآن پر غور کرو، قرآن کے معنی کو دریافت کرو، پھر اس پہ کتابیں لکھو، اس پہ کیسٹ تیار کرو،</w:t>
      </w:r>
    </w:p>
    <w:p>
      <w:r>
        <w:rPr>
          <w:b/>
        </w:rPr>
        <w:t xml:space="preserve">[38:32] </w:t>
      </w:r>
      <w:r>
        <w:t>is ke mazameen ko phailao logon ke darmiyan mukhtalif tareeqe se. To dono mein yeh farq ho jayega.</w:t>
      </w:r>
    </w:p>
    <w:p>
      <w:pPr>
        <w:jc w:val="right"/>
      </w:pPr>
      <w:r>
        <w:t>اس کے مضامین کو پھیلاؤ لوگوں کے درمیان مختلف طریقے سے۔ تو دونوں میں یہ فرق ہو جائے گا۔</w:t>
      </w:r>
    </w:p>
    <w:p>
      <w:r>
        <w:rPr>
          <w:b/>
        </w:rPr>
        <w:t xml:space="preserve">[38:44] </w:t>
      </w:r>
      <w:r>
        <w:t>To isi tarah se dekhiye, jahan tak maine samjha hai,</w:t>
      </w:r>
    </w:p>
    <w:p>
      <w:pPr>
        <w:jc w:val="right"/>
      </w:pPr>
      <w:r>
        <w:t>تو اسی طرح سے دیکھیے، جہاں تک میں نے سمجھا ہے،</w:t>
      </w:r>
    </w:p>
    <w:p>
      <w:r>
        <w:rPr>
          <w:b/>
        </w:rPr>
        <w:t xml:space="preserve">[38:49] </w:t>
      </w:r>
      <w:r>
        <w:t>ek bahut zaroori shart Quran ko samajhne ke liye kya hai? Musbat zehan, yani positive thinking.</w:t>
      </w:r>
    </w:p>
    <w:p>
      <w:pPr>
        <w:jc w:val="right"/>
      </w:pPr>
      <w:r>
        <w:t>ایک بہت ضروری شرط قرآن کو سمجھنے کے لیے کیا ہے؟ مثبت ذہن، یعنی پازیٹیو تھنکنگ۔</w:t>
      </w:r>
    </w:p>
    <w:p>
      <w:r>
        <w:rPr>
          <w:b/>
        </w:rPr>
        <w:t xml:space="preserve">[39:01] </w:t>
      </w:r>
      <w:r>
        <w:t>Positive thinking ke baghair aap kabhi bhi Quran ko samajh nahin sakte. Ab mislan dekhiye, Quran ki pehli ayat hai Alhamdulillah Rabb al-Alameen shukr hai Khuda ka</w:t>
      </w:r>
    </w:p>
    <w:p>
      <w:pPr>
        <w:jc w:val="right"/>
      </w:pPr>
      <w:r>
        <w:t>پازیٹیو تھنکنگ کے بغیر آپ کبھی بھی قرآن کو سمجھ نہیں سکتے۔ اب مثلاً دیکھیے، قرآن کی پہلی آیت ہے الحمدللہ رب العالمین شکر ہے خدا کا</w:t>
      </w:r>
    </w:p>
    <w:p>
      <w:r>
        <w:rPr>
          <w:b/>
        </w:rPr>
        <w:t xml:space="preserve">[39:18] </w:t>
      </w:r>
      <w:r>
        <w:t>jo Lord of the Universe hai. Ab dekho, shukr hai Khuda ka kis ki zuban se niklega? Sachcha, us ke dil mein negative thought na ho.</w:t>
      </w:r>
    </w:p>
    <w:p>
      <w:pPr>
        <w:jc w:val="right"/>
      </w:pPr>
      <w:r>
        <w:t>جو لارڈ آف دا یونیورس ہے۔ اب دیکھیں، شکر ہے خدا کا کس کی زبان سے نکلے گا؟ سچا، اس کے دل میں نیگیٹیو تھاٹ نہ ہو۔</w:t>
      </w:r>
    </w:p>
    <w:p>
      <w:r>
        <w:rPr>
          <w:b/>
        </w:rPr>
        <w:t xml:space="preserve">[39:30] </w:t>
      </w:r>
      <w:r>
        <w:t>Agar aadmi apne dil mein shikayat liye hue ho ke unhon ne mujhe yeh nuksan pohanchaya, unhon ne mujhe woh nuksan pohanchaya,</w:t>
      </w:r>
    </w:p>
    <w:p>
      <w:pPr>
        <w:jc w:val="right"/>
      </w:pPr>
      <w:r>
        <w:t>اگر آدمی اپنے دل میں شکایت لی ہوئی ہو کہ انہوں نے مجھے یہ نقصان پہنچایا، انہوں نے مجھے وہ نقصان پہنچایا،</w:t>
      </w:r>
    </w:p>
    <w:p>
      <w:r>
        <w:rPr>
          <w:b/>
        </w:rPr>
        <w:t xml:space="preserve">[39:40] </w:t>
      </w:r>
      <w:r>
        <w:t>agar us ke paas protest ka mizaj ho</w:t>
      </w:r>
    </w:p>
    <w:p>
      <w:pPr>
        <w:jc w:val="right"/>
      </w:pPr>
      <w:r>
        <w:t>اگر اس کے پاس پروٹیسٹ کا مزاج ہو</w:t>
      </w:r>
    </w:p>
    <w:p>
      <w:r>
        <w:rPr>
          <w:b/>
        </w:rPr>
        <w:t xml:space="preserve">[39:46] </w:t>
      </w:r>
      <w:r>
        <w:t>to aisa aadmi jo apne dil mein ya apne mind mein negative thought, protest, complaint yeh sab liye hue ho, to us ke dil se kaise niklega?</w:t>
      </w:r>
    </w:p>
    <w:p>
      <w:pPr>
        <w:jc w:val="right"/>
      </w:pPr>
      <w:r>
        <w:t>تو ایسا آدمی جو اپنے دل میں یا اپنے مائنڈ میں نیگیٹیو تھاٹ، پروٹیسٹ، کمپلینٹ یہ سب لیے ہوئے ہو، تو اس کے دل سے کیسے نکلے گا؟</w:t>
      </w:r>
    </w:p>
    <w:p>
      <w:r>
        <w:rPr>
          <w:b/>
        </w:rPr>
        <w:t xml:space="preserve">[40:01] </w:t>
      </w:r>
      <w:r>
        <w:t>us ki zuban se Alhamdulillah,</w:t>
      </w:r>
    </w:p>
    <w:p>
      <w:pPr>
        <w:jc w:val="right"/>
      </w:pPr>
      <w:r>
        <w:t>اس کی زبان سے الحمدللہ،</w:t>
      </w:r>
    </w:p>
    <w:p>
      <w:r>
        <w:rPr>
          <w:b/>
        </w:rPr>
        <w:t xml:space="preserve">[40:07] </w:t>
      </w:r>
      <w:r>
        <w:t>yeh sachcha Alhamdulillah jo ek ek thrilling ka, ek thrilling ke taur par aadmi daryaft karta hai Khuda ki nematon ko, phir us ki zuban se nikal parta hai.</w:t>
      </w:r>
    </w:p>
    <w:p>
      <w:pPr>
        <w:jc w:val="right"/>
      </w:pPr>
      <w:r>
        <w:t>یہ سچا الحمدللہ جو ایک ایک تھرلنگ کا، ایک تھرلنگ کے طور پر آدمی دریافت کرتا ہے خدا کی نعمتوں کو، پھر اس کی زبان سے نکل پڑتا ہے۔</w:t>
      </w:r>
    </w:p>
    <w:p>
      <w:r>
        <w:rPr>
          <w:b/>
        </w:rPr>
        <w:t xml:space="preserve">[40:19] </w:t>
      </w:r>
      <w:r>
        <w:t>To dil mein jab bhari hui hai shikayat, ehtejaj, jab dil mein aap apne ko samajh rahe hain ke main mazloom hoon, to us to kahan se niklega?</w:t>
      </w:r>
    </w:p>
    <w:p>
      <w:pPr>
        <w:jc w:val="right"/>
      </w:pPr>
      <w:r>
        <w:t>تو دل میں جب بھری ہوئی ہے شکایت، احتجاج، جب دل میں آپ اپنے کو سمجھ رہے ہیں کہ میں مظلوم ہوں، تو اس تو کہاں سے نکلے گا؟</w:t>
      </w:r>
    </w:p>
    <w:p>
      <w:r>
        <w:rPr>
          <w:b/>
        </w:rPr>
        <w:t xml:space="preserve">[40:30] </w:t>
      </w:r>
      <w:r>
        <w:t>Alhamdulillah,</w:t>
      </w:r>
    </w:p>
    <w:p>
      <w:pPr>
        <w:jc w:val="right"/>
      </w:pPr>
      <w:r>
        <w:t>الحمدللہ،</w:t>
      </w:r>
    </w:p>
    <w:p>
      <w:r>
        <w:rPr>
          <w:b/>
        </w:rPr>
        <w:t xml:space="preserve">[40:33] </w:t>
      </w:r>
      <w:r>
        <w:t>Alhamdulillah niklega jab jab ke</w:t>
      </w:r>
    </w:p>
    <w:p>
      <w:pPr>
        <w:jc w:val="right"/>
      </w:pPr>
      <w:r>
        <w:t>الحمدللہ نکلے گا جب جب کہ</w:t>
      </w:r>
    </w:p>
    <w:p>
      <w:r>
        <w:rPr>
          <w:b/>
        </w:rPr>
        <w:t xml:space="preserve">[40:39] </w:t>
      </w:r>
      <w:r>
        <w:t>Khuda ki nematon se aap ka mind bhara hua ho.</w:t>
      </w:r>
    </w:p>
    <w:p>
      <w:pPr>
        <w:jc w:val="right"/>
      </w:pPr>
      <w:r>
        <w:t>خدا کی نعمتوں سے آپ کا مائنڈ بھرا ہوا ہو۔</w:t>
      </w:r>
    </w:p>
    <w:p>
      <w:r>
        <w:rPr>
          <w:b/>
        </w:rPr>
        <w:t xml:space="preserve">[40:47] </w:t>
      </w:r>
      <w:r>
        <w:t>Maine ek sahib se kaha ke Khuda ki nematon par shukr ka matlab kya hai? Woh samajhte the ke makan ban jaye, bada sa to shukr karna hai.</w:t>
      </w:r>
    </w:p>
    <w:p>
      <w:pPr>
        <w:jc w:val="right"/>
      </w:pPr>
      <w:r>
        <w:t>میں نے ایک صاحب سے کہا کہ خدا کی نعمتوں پر شکر کا مطلب کیا ہے؟ وہ سمجھتے تھے کہ مکان بن جائے، بڑا سا تو شکر کرنا ہے۔</w:t>
      </w:r>
    </w:p>
    <w:p>
      <w:r>
        <w:rPr>
          <w:b/>
        </w:rPr>
        <w:t xml:space="preserve">[40:59] </w:t>
      </w:r>
      <w:r>
        <w:t>kaha, gaadi mil jaye to shukr karna hai.</w:t>
      </w:r>
    </w:p>
    <w:p>
      <w:pPr>
        <w:jc w:val="right"/>
      </w:pPr>
      <w:r>
        <w:t>کہا، گاڑی مل جائے تو شکر کرنا ہے۔</w:t>
      </w:r>
    </w:p>
    <w:p>
      <w:r>
        <w:rPr>
          <w:b/>
        </w:rPr>
        <w:t xml:space="preserve">[41:02] </w:t>
      </w:r>
      <w:r>
        <w:t>Bank balance ban jaye to shukr karna hai. Bachche settle ho jayein to us par shukr karna hai. To maine kaha, aisa shukr to bahut hi haqeer hai.</w:t>
      </w:r>
    </w:p>
    <w:p>
      <w:pPr>
        <w:jc w:val="right"/>
      </w:pPr>
      <w:r>
        <w:t>بینک بیلنس بن جائے تو شکر کرنا ہے۔ بچے سیٹل ہو جائیں تو اس پر شکر کرنا ہے۔ تو میں نے کہا، ایسا شکر تو بہت ہی حقیر ہے۔</w:t>
      </w:r>
    </w:p>
    <w:p>
      <w:r>
        <w:rPr>
          <w:b/>
        </w:rPr>
        <w:t xml:space="preserve">[41:12] </w:t>
      </w:r>
      <w:r>
        <w:t>Yeh to bahut haqeer shukr hai. Shukr, shukr us par hai jo in nematon par jo paida hote hi aap ko mil gayeen.</w:t>
      </w:r>
    </w:p>
    <w:p>
      <w:pPr>
        <w:jc w:val="right"/>
      </w:pPr>
      <w:r>
        <w:t>یہ تو بہت حقیر شکر ہے۔ شکر، شکر اس پر ہے جو ان نعمتوں پر جو پیدا ہوتے ہی آپ کو مل گئیں۔</w:t>
      </w:r>
    </w:p>
    <w:p>
      <w:r>
        <w:rPr>
          <w:b/>
        </w:rPr>
        <w:t xml:space="preserve">[41:24] </w:t>
      </w:r>
      <w:r>
        <w:t>Ab misal ke taur par aap paida hote hain jab to aap ko zaroorat hai oxygen ki. Baghair oxygen ke aap zinda nahin reh sakte. Ab sochiye ke paida hue aur Khuda ki taraf se oxygen ki supply shuru ho gayi.</w:t>
      </w:r>
    </w:p>
    <w:p>
      <w:pPr>
        <w:jc w:val="right"/>
      </w:pPr>
      <w:r>
        <w:t>اب مثال کے طور پر آپ پیدا ہوتے ہیں جب تو آپ کو ضرورت ہے اکسیجن کی۔ بغیر اکسیجن کے آپ زندہ نہیں رہ سکتے۔ اب سوچیے کہ پیدا ہوئے اور خدا کی طرف سے اکسیجن کی سپلائی شروع ہوگئی۔</w:t>
      </w:r>
    </w:p>
    <w:p>
      <w:r>
        <w:rPr>
          <w:b/>
        </w:rPr>
        <w:t xml:space="preserve">[41:41] </w:t>
      </w:r>
      <w:r>
        <w:t>paida hue aur aap aap ke liye khuda ki taraf se light ki supply shuru ho gayi.</w:t>
      </w:r>
    </w:p>
    <w:p>
      <w:pPr>
        <w:jc w:val="right"/>
      </w:pPr>
      <w:r>
        <w:t>پیدا ہوئے اور آپ آپ کے لیے خدا کی طرف سے لائٹ کی سپلائی شروع ہوگئی۔</w:t>
      </w:r>
    </w:p>
    <w:p>
      <w:r>
        <w:rPr>
          <w:b/>
        </w:rPr>
        <w:t xml:space="preserve">[41:49] </w:t>
      </w:r>
      <w:r>
        <w:t>paida hue aur sath ساتھ دیکھیے، گائے کے تھن میں دودھ آ گیا کہ آپ پی سکیں۔ اس کو آپ کی ماں کے دودھ آ گیا کہ اس کو پی سکیں۔</w:t>
      </w:r>
    </w:p>
    <w:p>
      <w:pPr>
        <w:jc w:val="right"/>
      </w:pPr>
      <w:r>
        <w:t>پیدا ہوئے اور ساتھ ساتھ دیکھیے، گائے کے تھن میں دودھ آ گیا کہ آپ پی سکیں۔ اس کو آپ کی ماں کے دودھ آ گیا کہ اس کو پی سکیں۔</w:t>
      </w:r>
    </w:p>
    <w:p>
      <w:r>
        <w:rPr>
          <w:b/>
        </w:rPr>
        <w:t xml:space="preserve">[42:00] </w:t>
      </w:r>
      <w:r>
        <w:t>aap yani paida hote hi khuda ki taraf se nematon ki supply shuru ho gayi. abhi aap ne kamaya nahi, abhi aap ne parha likha nahi, abhi aap ne koi business nahi kiya, lekin khuda ki nematein chali aa rahi hain, chali aa rahi hain, chali aa rahi hain.</w:t>
      </w:r>
    </w:p>
    <w:p>
      <w:pPr>
        <w:jc w:val="right"/>
      </w:pPr>
      <w:r>
        <w:t>آپ یعنی پیدا ہوتے ہی خدا کی طرف سے نعمتوں کی سپلائی شروع ہوگئی۔ ابھی آپ نے کمایا نہیں، ابھی آپ نے پڑھا لکھا نہیں، ابھی آپ نے کوئی بزنس نہیں کیا، لیکن خدا کی نعمتیں چلی آ رہی ہیں، چلی آ رہی ہیں، چلی آ رہی ہیں۔</w:t>
      </w:r>
    </w:p>
    <w:p>
      <w:r>
        <w:rPr>
          <w:b/>
        </w:rPr>
        <w:t xml:space="preserve">[42:20] </w:t>
      </w:r>
      <w:r>
        <w:t>to jab is tarike se aap khuda ke ko daryaft karenge, tab sacha shukr aayega, warna shukr nahi aa sakta hai.</w:t>
      </w:r>
    </w:p>
    <w:p>
      <w:pPr>
        <w:jc w:val="right"/>
      </w:pPr>
      <w:r>
        <w:t>تو جب اس طریقے سے آپ خدا کے کو دریافت کریں گے، تب سچا شکر آئے گا، ورنہ شکر نہیں آ سکتا ہے۔</w:t>
      </w:r>
    </w:p>
    <w:p>
      <w:r>
        <w:rPr>
          <w:b/>
        </w:rPr>
        <w:t xml:space="preserve">[42:35] </w:t>
      </w:r>
      <w:r>
        <w:t>to yeh hai, is ka matlab yeh hai ke already jo kuch mujhe mila hua hai, us par shukr nahi hai ke mujhe baad ko jo milne wala hai, us par shukr.</w:t>
      </w:r>
    </w:p>
    <w:p>
      <w:pPr>
        <w:jc w:val="right"/>
      </w:pPr>
      <w:r>
        <w:t>تو یہ ہے، اس کا مطلب یہ ہے کہ الریڈی جو کچھ مجھے ملا ہوا ہے، اس پر شکر نہیں ہے کہ مجھے بعد کو جو ملنے والا ہے، اس پر شکر۔</w:t>
      </w:r>
    </w:p>
    <w:p>
      <w:r>
        <w:rPr>
          <w:b/>
        </w:rPr>
        <w:t xml:space="preserve">[42:47] </w:t>
      </w:r>
      <w:r>
        <w:t>yani baad ko milne wala yeh hai ke bara sa makan ban jaye, bari si gadi ho jaye, bara sa bank balance ho jaye. to yeh yeh woh cheezein hain jo baad ko milti hain.</w:t>
      </w:r>
    </w:p>
    <w:p>
      <w:pPr>
        <w:jc w:val="right"/>
      </w:pPr>
      <w:r>
        <w:t>یعنی بعد کو ملنے والا یہ ہے کہ بڑا سا مکان بن جائے، بڑی سی گاڑی ہو جائے، بڑا سا بینک بیلنس ہو جائے۔ تو یہ یہ وہ چیزیں ہیں جو بعد کو ملتی ہیں۔</w:t>
      </w:r>
    </w:p>
    <w:p>
      <w:r>
        <w:rPr>
          <w:b/>
        </w:rPr>
        <w:t xml:space="preserve">[42:59] </w:t>
      </w:r>
      <w:r>
        <w:t>kisi ko, kisi ko nahi bhi milti hain, lekin jo baghair kisi tafreeq aur taqseem ke har ek ko already mili hui hai,</w:t>
      </w:r>
    </w:p>
    <w:p>
      <w:pPr>
        <w:jc w:val="right"/>
      </w:pPr>
      <w:r>
        <w:t>کسی کو، کسی کو نہیں بھی ملتی ہیں، لیکن جو بغیر کسی تفریق اور تقسیم کے ہر ایک کو الریڈی ملی ہوئی ہے،</w:t>
      </w:r>
    </w:p>
    <w:p>
      <w:r>
        <w:rPr>
          <w:b/>
        </w:rPr>
        <w:t xml:space="preserve">[43:11] </w:t>
      </w:r>
      <w:r>
        <w:t>us mein jab aap shukr ki ghiza daryaft karenge, tab woh bara shukr hoga. tab woh bara shukr hoga.</w:t>
      </w:r>
    </w:p>
    <w:p>
      <w:pPr>
        <w:jc w:val="right"/>
      </w:pPr>
      <w:r>
        <w:t>اس میں جب آپ شکر کی غذا دریافت کریں گے، تب وہ بڑا شکر ہوگا۔ تب وہ بڑا شکر ہوگا۔</w:t>
      </w:r>
    </w:p>
    <w:p>
      <w:r>
        <w:rPr>
          <w:b/>
        </w:rPr>
        <w:t xml:space="preserve">[43:23] </w:t>
      </w:r>
      <w:r>
        <w:t>to is ka maani hai ke bas shukr ke liye musbat zehan zaroori hai. yani dunya mein nuqsan ho to us ko bhula dena, koi gaali de to us ki parwah na karna, koi aap ke khilaf kuch kare to us ko ignore karna.</w:t>
      </w:r>
    </w:p>
    <w:p>
      <w:pPr>
        <w:jc w:val="right"/>
      </w:pPr>
      <w:r>
        <w:t>تو اس کا معنی ہے کہ بس شکر کے لیے مثبت ذہن ضروری ہے۔ یعنی دنیا میں نقصان ہو تو اس کو بھلا دینا، کوئی گالی دے تو اس کی پرواہ نہ کرنا، کوئی آپ کے خلاف کچھ کرے تو اس کو اگنور کرنا۔</w:t>
      </w:r>
    </w:p>
    <w:p>
      <w:r>
        <w:rPr>
          <w:b/>
        </w:rPr>
        <w:t xml:space="preserve">[43:41] </w:t>
      </w:r>
      <w:r>
        <w:t>yani yeh sab pehle se aap ko karna padega taake aap prepared mind hon shukr karne ke liye.</w:t>
      </w:r>
    </w:p>
    <w:p>
      <w:pPr>
        <w:jc w:val="right"/>
      </w:pPr>
      <w:r>
        <w:t>یعنی یہ سب پہلے سے آپ کو کرنا پڑے گا تاکہ آپ پریپیرڈ مائنڈ ہوں شکر کرنے کے لیے۔</w:t>
      </w:r>
    </w:p>
    <w:p>
      <w:r>
        <w:rPr>
          <w:b/>
        </w:rPr>
        <w:t xml:space="preserve">[43:53] </w:t>
      </w:r>
      <w:r>
        <w:t>us ko bohat hi important baat hai ke sirf prepared mind hi shukr kar sakta hai.</w:t>
      </w:r>
    </w:p>
    <w:p>
      <w:pPr>
        <w:jc w:val="right"/>
      </w:pPr>
      <w:r>
        <w:t>اس کو بہت ہی امپورٹنٹ بات ہے کہ صرف پریپیرڈ مائنڈ ہی شکر کر سکتا ہے۔</w:t>
      </w:r>
    </w:p>
    <w:p>
      <w:r>
        <w:rPr>
          <w:b/>
        </w:rPr>
        <w:t xml:space="preserve">[44:02] </w:t>
      </w:r>
      <w:r>
        <w:t>sirf prepared mind hi shukr kar sakta hai. kyunke agar prepared mind nahi hai to kya hoga</w:t>
      </w:r>
    </w:p>
    <w:p>
      <w:pPr>
        <w:jc w:val="right"/>
      </w:pPr>
      <w:r>
        <w:t>صرف پریپیرڈ مائنڈ ہی شکر کر سکتا ہے۔ کیونکہ اگر پریپیرڈ مائنڈ نہیں ہے تو کیا ہوگا</w:t>
      </w:r>
    </w:p>
    <w:p>
      <w:r>
        <w:rPr>
          <w:b/>
        </w:rPr>
        <w:t xml:space="preserve">[44:07] </w:t>
      </w:r>
      <w:r>
        <w:t>? har qadam par kuch na kuch aisi baat ho jati hai jo unpleasant ho hamare liye, jis mein provocation ho. kuch na kuch hota hi rehta hai har aadmi ke sath.</w:t>
      </w:r>
    </w:p>
    <w:p>
      <w:pPr>
        <w:jc w:val="right"/>
      </w:pPr>
      <w:r>
        <w:t>؟ ہر قدم پر کچھ نہ کچھ ایسی بات ہو جاتی ہے جو ان پریزنٹ ہو ہمارے لیے، جس میں پرووکیشن ہو۔ کچھ نہ کچھ ہوتا ہی رہتا ہے ہر آدمی کے ساتھ۔</w:t>
      </w:r>
    </w:p>
    <w:p>
      <w:r>
        <w:rPr>
          <w:b/>
        </w:rPr>
        <w:t xml:space="preserve">[44:18] </w:t>
      </w:r>
      <w:r>
        <w:t>to bas wahin shukr ka ki spirit bhang ho jayegi.</w:t>
      </w:r>
    </w:p>
    <w:p>
      <w:pPr>
        <w:jc w:val="right"/>
      </w:pPr>
      <w:r>
        <w:t>تو بس وہیں شکر کا کی اسپرٹ بھنگ ہو جائے گی۔</w:t>
      </w:r>
    </w:p>
    <w:p>
      <w:r>
        <w:rPr>
          <w:b/>
        </w:rPr>
        <w:t xml:space="preserve">[44:25] </w:t>
      </w:r>
      <w:r>
        <w:t>wahin par shukr ki spirit bhang ho jayegi.</w:t>
      </w:r>
    </w:p>
    <w:p>
      <w:pPr>
        <w:jc w:val="right"/>
      </w:pPr>
      <w:r>
        <w:t>وہیں پر شکر کی اسپرٹ بھنگ ہو جائے گی۔</w:t>
      </w:r>
    </w:p>
    <w:p>
      <w:r>
        <w:rPr>
          <w:b/>
        </w:rPr>
        <w:t xml:space="preserve">[44:30] </w:t>
      </w:r>
      <w:r>
        <w:t>to yeh jab hota hai jab aap ke andar musbat zehan ho. musbat zehan ka matlab kya hai? musbat zehan ka matlab yeh hai ke ke giving positive response in the negative situations.</w:t>
      </w:r>
    </w:p>
    <w:p>
      <w:pPr>
        <w:jc w:val="right"/>
      </w:pPr>
      <w:r>
        <w:t>تو یہ جب ہوتا ہے جب آپ کے اندر مثبت ذہن ہو۔ مثبت ذہن کا مطلب کیا ہے؟ مثبت ذہن کا مطلب یہ ہے کہ کہ گیونگ پازیٹیو رسپانس ان دی نیگیٹیو سچویشنز۔</w:t>
      </w:r>
    </w:p>
    <w:p>
      <w:r>
        <w:rPr>
          <w:b/>
        </w:rPr>
        <w:t xml:space="preserve">[44:50] </w:t>
      </w:r>
      <w:r>
        <w:t>kyunke negative situation to rehti rehti hai. dekhiye, zindagi mein kabhi aisa nahi ho sakta ke negative situation aap ko na pesh aa</w:t>
      </w:r>
    </w:p>
    <w:p>
      <w:pPr>
        <w:jc w:val="right"/>
      </w:pPr>
      <w:r>
        <w:t>کیونکہ نیگیٹیو سچویشن تو رہتی رہتی ہے۔ دیکھیے، زندگی میں کبھی ایسا نہیں ہو سکتا کہ نیگیٹیو سچویشن آپ کو نہ پیش آ</w:t>
      </w:r>
    </w:p>
    <w:p>
      <w:r>
        <w:rPr>
          <w:b/>
        </w:rPr>
        <w:t xml:space="preserve">[44:59] </w:t>
      </w:r>
      <w:r>
        <w:t>ye. zindagi jo hai, aisi hai jaise ke gulab ke phool mein ek taraf phool hai, ek taraf kanta bhi hai. aisi zindagi bhi hai ke zindagi kabhi bhi kanton se khali nahi ho sakti hai.</w:t>
      </w:r>
    </w:p>
    <w:p>
      <w:pPr>
        <w:jc w:val="right"/>
      </w:pPr>
      <w:r>
        <w:t>ئے۔ زندگی جو ہے، ایسی ہے جیسے کہ گلاب کے پھول میں ایک طرف پھول ہے، ایک طرف کانٹا بھی ہے۔ ایسی زندگی بھی ہے کہ زندگی کبھی بھی کانٹوں سے خالی نہیں ہو سکتی ہے۔</w:t>
      </w:r>
    </w:p>
    <w:p>
      <w:r>
        <w:rPr>
          <w:b/>
        </w:rPr>
        <w:t xml:space="preserve">[45:15] </w:t>
      </w:r>
      <w:r>
        <w:t>impossible hai. to</w:t>
      </w:r>
    </w:p>
    <w:p>
      <w:pPr>
        <w:jc w:val="right"/>
      </w:pPr>
      <w:r>
        <w:t>امپاسیبل ہے۔ تو</w:t>
      </w:r>
    </w:p>
    <w:p>
      <w:r>
        <w:rPr>
          <w:b/>
        </w:rPr>
        <w:t xml:space="preserve">[45:19] </w:t>
      </w:r>
      <w:r>
        <w:t>jab zindagi kanton se khali nahi laqad khalaqnal insana fi kabad har waqt zindagi mein koi sad experience hai,</w:t>
      </w:r>
    </w:p>
    <w:p>
      <w:pPr>
        <w:jc w:val="right"/>
      </w:pPr>
      <w:r>
        <w:t>جب زندگی کانٹوں سے خالی نہیں لقد خلقنا الانسان فی کبد ہر وقت زندگی میں کوئی سیڈ ایکسپیرینس ہے،</w:t>
      </w:r>
    </w:p>
    <w:p>
      <w:r>
        <w:rPr>
          <w:b/>
        </w:rPr>
        <w:t xml:space="preserve">[45:29] </w:t>
      </w:r>
      <w:r>
        <w:t>har waqt zindagi mein koi provocation hai, har waqt zindagi mein koi unpleasant situation hai. kyunke zindagi challenge hai, yeh zindagi musabqat hai.</w:t>
      </w:r>
    </w:p>
    <w:p>
      <w:pPr>
        <w:jc w:val="right"/>
      </w:pPr>
      <w:r>
        <w:t>ہر وقت زندگی میں کوئی پرووکیشن ہے، ہر وقت زندگی میں کوئی ان پریزنٹ سچویشن ہے۔ کیونکہ زندگی چیلنج ہے، یہ زندگی مسابقت ہے۔</w:t>
      </w:r>
    </w:p>
    <w:p>
      <w:r>
        <w:rPr>
          <w:b/>
        </w:rPr>
        <w:t xml:space="preserve">[45:40] </w:t>
      </w:r>
      <w:r>
        <w:t>zindagi mein har waqt competition hai. har aadmi apne interest ke liye daud raha hai, har aadmi apni freedom ko use karna chahta hai.</w:t>
      </w:r>
    </w:p>
    <w:p>
      <w:pPr>
        <w:jc w:val="right"/>
      </w:pPr>
      <w:r>
        <w:t>زندگی میں ہر وقت کمپیٹیشن ہے۔ ہر آدمی اپنے انٹرسٹ کے لیے دوڑ رہا ہے، ہر آدمی اپنی فریڈم کو یوز کرنا چاہتا ہے۔</w:t>
      </w:r>
    </w:p>
    <w:p>
      <w:r>
        <w:rPr>
          <w:b/>
        </w:rPr>
        <w:t xml:space="preserve">[45:50] </w:t>
      </w:r>
      <w:r>
        <w:t>in sab cheezon ne samaj ko, insani samaj ko kanton se bhar diya hai.</w:t>
      </w:r>
    </w:p>
    <w:p>
      <w:pPr>
        <w:jc w:val="right"/>
      </w:pPr>
      <w:r>
        <w:t>ان سب چیزوں نے سماج کو، انسانی سماج کو کانٹوں سے بھر دیا ہے۔</w:t>
      </w:r>
    </w:p>
    <w:p>
      <w:r>
        <w:rPr>
          <w:b/>
        </w:rPr>
        <w:t xml:space="preserve">[46:00] </w:t>
      </w:r>
      <w:r>
        <w:t>aisi halat mein aap kaise Alhamdulillah kahenge? kaise khuda ka shukr karenge? yaad rakhiye, manfi zehan kabhi khuda ka shukr nahi kar pata.</w:t>
      </w:r>
    </w:p>
    <w:p>
      <w:pPr>
        <w:jc w:val="right"/>
      </w:pPr>
      <w:r>
        <w:t>ایسی حالت میں آپ کیسے الحمدللہ کہیں گے؟ کیسے خدا کا شکر کریں گے؟ یاد رکھیے، منفی ذہن کبھی خدا کا شکر نہیں کر پاتا۔</w:t>
      </w:r>
    </w:p>
    <w:p>
      <w:r>
        <w:rPr>
          <w:b/>
        </w:rPr>
        <w:t xml:space="preserve">[46:13] </w:t>
      </w:r>
      <w:r>
        <w:t>yeh aisa zehan, aisa mind jis mein shikayatein hon, protest ho, complaint ho, nafrat ho, intolerance ho, us ki zuban se sacha shukr ada nahi hoga.</w:t>
      </w:r>
    </w:p>
    <w:p>
      <w:pPr>
        <w:jc w:val="right"/>
      </w:pPr>
      <w:r>
        <w:t>یہ ایسا ذہن، ایسا مائنڈ جس میں شکایتیں ہوں، پروٹیسٹ ہو، کمپلینٹ ہو، نفرت ہو، انٹولرنس ہو، اس کی زبان سے سچا شکر ادا نہیں ہوگا۔</w:t>
      </w:r>
    </w:p>
    <w:p>
      <w:r>
        <w:rPr>
          <w:b/>
        </w:rPr>
        <w:t xml:space="preserve">[46:31] </w:t>
      </w:r>
      <w:r>
        <w:t>to sachaa shukr kab adaa hoga? jab ke aap ka seena khaali ho in baaton se. to khaali kab hoga? jab aap yeh kar saken, jab aap ko yeh art aata ho ke jab bhi koi in present situation aati hai, usi waqt us ko diffuse kar den.</w:t>
      </w:r>
    </w:p>
    <w:p>
      <w:pPr>
        <w:jc w:val="right"/>
      </w:pPr>
      <w:r>
        <w:t>تو سچا شکر کب ادا ہوگا؟ جب کہ آپ کا سینہ خالی ہو ان باتوں سے۔ تو خالی کب ہوگا؟ جب آپ یہ کر سکیں، جب آپ کو یہ آرٹ آتا ہو کہ جب بھی کوئی ان پریزنٹ سچویشن آتی ہے، اسی وقت اس کو ڈیفیوز کر دیں۔</w:t>
      </w:r>
    </w:p>
    <w:p>
      <w:r>
        <w:rPr>
          <w:b/>
        </w:rPr>
        <w:t xml:space="preserve">[46:52] </w:t>
      </w:r>
      <w:r>
        <w:t>usi waqt, din and there, taake aap ki positive, taake aap ki positivity baaqi rahe.</w:t>
      </w:r>
    </w:p>
    <w:p>
      <w:pPr>
        <w:jc w:val="right"/>
      </w:pPr>
      <w:r>
        <w:t>اسی وقت، دین اینڈ دیر، تاکہ آپ کی پازیٹیو، تاکہ آپ کی پازیٹیوٹی باقی رہے۔</w:t>
      </w:r>
    </w:p>
    <w:p>
      <w:r>
        <w:rPr>
          <w:b/>
        </w:rPr>
        <w:t xml:space="preserve">[47:01] </w:t>
      </w:r>
      <w:r>
        <w:t>aap ki positivity mein kisi qism ka negative item shaamil na hone paaye. tab jaa kar aap is qaabil honge ke aap keh saken, bohat hi gehre maani mein ke khudaaya tera shukr hai,</w:t>
      </w:r>
    </w:p>
    <w:p>
      <w:pPr>
        <w:jc w:val="right"/>
      </w:pPr>
      <w:r>
        <w:t>آپ کی پازیٹیوٹی میں کسی قسم کا نیگیٹیو آئٹم شامل نہ ہونے پائے۔ تب جا کر آپ اس قابل ہوں گے کہ آپ کہہ سکیں، بہت ہی گہرے معنی میں کہ خدایا تیرا شکر ہے،</w:t>
      </w:r>
    </w:p>
    <w:p>
      <w:r>
        <w:rPr>
          <w:b/>
        </w:rPr>
        <w:t xml:space="preserve">[47:19] </w:t>
      </w:r>
      <w:r>
        <w:t>alhamdolillah rabbul aalameen. warna lafz service aap karen ge aur lafz service ki koi value nahin hai. khuda ke nazdeek,</w:t>
      </w:r>
    </w:p>
    <w:p>
      <w:pPr>
        <w:jc w:val="right"/>
      </w:pPr>
      <w:r>
        <w:t>الحمدللہ رب العالمین۔ ورنہ لفظ سروس آپ کریں گے اور لفظ سروس کی کوئی ویلیو نہیں ہے۔ خدا کے نزدیک،</w:t>
      </w:r>
    </w:p>
    <w:p>
      <w:r>
        <w:rPr>
          <w:b/>
        </w:rPr>
        <w:t xml:space="preserve">[47:29] </w:t>
      </w:r>
      <w:r>
        <w:t>khuda ke nazdeek lafz service ki koi value nahin hai, kuch bhi nahin. woh to ek khuda ke nazdeek to wahi hypocrisy hai.</w:t>
      </w:r>
    </w:p>
    <w:p>
      <w:pPr>
        <w:jc w:val="right"/>
      </w:pPr>
      <w:r>
        <w:t>خدا کے نزدیک لفظ سروس کی کوئی ویلیو نہیں ہے، کچھ بھی نہیں۔ وہ تو ایک خدا کے نزدیک تو وہی پوکریسی ہے۔</w:t>
      </w:r>
    </w:p>
    <w:p>
      <w:r>
        <w:rPr>
          <w:b/>
        </w:rPr>
        <w:t xml:space="preserve">[47:41] </w:t>
      </w:r>
      <w:r>
        <w:t>khuda ke nazdeek wahi hypocrisy hai.</w:t>
      </w:r>
    </w:p>
    <w:p>
      <w:pPr>
        <w:jc w:val="right"/>
      </w:pPr>
      <w:r>
        <w:t>خدا کے نزدیک وہی پوکریسی ہے۔</w:t>
      </w:r>
    </w:p>
    <w:p>
      <w:r>
        <w:rPr>
          <w:b/>
        </w:rPr>
        <w:t xml:space="preserve">[47:47] </w:t>
      </w:r>
      <w:r>
        <w:t>sab cheez ka ta'alluq yaad rakhiye ke spirit se hai. rasool Allah salallaho alaihi wasallam ne ek baar logon ko naseehat ki.</w:t>
      </w:r>
    </w:p>
    <w:p>
      <w:pPr>
        <w:jc w:val="right"/>
      </w:pPr>
      <w:r>
        <w:t>سب چیز کا تعلق یاد رکھیے کہ اسپرٹ سے ہے۔ رسول اللہ صلی اللہ علیہ وسلم نے ایک بار لوگوں کو نصیحت کی۔</w:t>
      </w:r>
    </w:p>
    <w:p>
      <w:r>
        <w:rPr>
          <w:b/>
        </w:rPr>
        <w:t xml:space="preserve">[47:59] </w:t>
      </w:r>
      <w:r>
        <w:t>naseehat karte hue aap ne farmaaya ke al-taqwa haan hona taqwa yahaan hai, yaani dil mein hai.</w:t>
      </w:r>
    </w:p>
    <w:p>
      <w:pPr>
        <w:jc w:val="right"/>
      </w:pPr>
      <w:r>
        <w:t>نصیحت کرتے ہوئے آپ نے فرمایا کہ التقویٰ ہاں ہونا تقویٰ یہاں ہے، یعنی دل میں ہے۔</w:t>
      </w:r>
    </w:p>
    <w:p>
      <w:r>
        <w:rPr>
          <w:b/>
        </w:rPr>
        <w:t xml:space="preserve">[48:10] </w:t>
      </w:r>
      <w:r>
        <w:t>al-taqwa haan hona, taqwa dil mein hai.</w:t>
      </w:r>
    </w:p>
    <w:p>
      <w:pPr>
        <w:jc w:val="right"/>
      </w:pPr>
      <w:r>
        <w:t>التقویٰ ہاں ہونا، تقویٰ دل میں ہے۔</w:t>
      </w:r>
    </w:p>
    <w:p>
      <w:r>
        <w:rPr>
          <w:b/>
        </w:rPr>
        <w:t xml:space="preserve">[48:17] </w:t>
      </w:r>
      <w:r>
        <w:t>is ka maani hai ke taqwa jo hai, kisi shakal ka naam nahin hai, kisi huliye ka naam nahin hai, kisi culture ka naam nahin hai.</w:t>
      </w:r>
    </w:p>
    <w:p>
      <w:pPr>
        <w:jc w:val="right"/>
      </w:pPr>
      <w:r>
        <w:t>اس کا معنی ہے کہ تقویٰ جو ہے، کسی شکل کا نام نہیں ہے، کسی حلیے کا نام نہیں ہے، کسی کلچر کا نام نہیں ہے۔</w:t>
      </w:r>
    </w:p>
    <w:p>
      <w:r>
        <w:rPr>
          <w:b/>
        </w:rPr>
        <w:t xml:space="preserve">[48:27] </w:t>
      </w:r>
      <w:r>
        <w:t>taqwa andar ki spirit ka naam hai. spirit,</w:t>
      </w:r>
    </w:p>
    <w:p>
      <w:pPr>
        <w:jc w:val="right"/>
      </w:pPr>
      <w:r>
        <w:t>تقویٰ اندر کی اسپرٹ کا نام ہے۔ اسپرٹ،</w:t>
      </w:r>
    </w:p>
    <w:p>
      <w:r>
        <w:rPr>
          <w:b/>
        </w:rPr>
        <w:t xml:space="preserve">[48:34] </w:t>
      </w:r>
      <w:r>
        <w:t>spirit ka naam hai. spirit nahin to taqwa bhi nahin.</w:t>
      </w:r>
    </w:p>
    <w:p>
      <w:pPr>
        <w:jc w:val="right"/>
      </w:pPr>
      <w:r>
        <w:t>اسپرٹ کا نام ہے۔ اسپرٹ نہیں تو تقویٰ بھی نہیں۔</w:t>
      </w:r>
    </w:p>
    <w:p>
      <w:r>
        <w:rPr>
          <w:b/>
        </w:rPr>
        <w:t xml:space="preserve">[48:44] </w:t>
      </w:r>
      <w:r>
        <w:t>yaani taqwa is ka naam nahin hai ke aap khaas tarah ka kapda pehan len, khaas tarah ki topi sar par rakh len, aur khaas tarah ke alfaaz bolte rahen.</w:t>
      </w:r>
    </w:p>
    <w:p>
      <w:pPr>
        <w:jc w:val="right"/>
      </w:pPr>
      <w:r>
        <w:t>یعنی تقویٰ اس کا نام نہیں ہے کہ آپ خاص طرح کا کپڑا پہن لیں، خاص طرح کی ٹوپی سر پر رکھ لیں، اور خاص طرح کے الفاظ بولتے رہیں۔</w:t>
      </w:r>
    </w:p>
    <w:p>
      <w:r>
        <w:rPr>
          <w:b/>
        </w:rPr>
        <w:t xml:space="preserve">[49:00] </w:t>
      </w:r>
      <w:r>
        <w:t>yeh sab kuch nahin hai. al-taqwa haan hona, taqwa to yahaan hai.</w:t>
      </w:r>
    </w:p>
    <w:p>
      <w:pPr>
        <w:jc w:val="right"/>
      </w:pPr>
      <w:r>
        <w:t>یہ سب کچھ نہیں ہے۔ التقویٰ ہاں ہونا، تقویٰ تو یہاں ہے۔</w:t>
      </w:r>
    </w:p>
    <w:p>
      <w:r>
        <w:rPr>
          <w:b/>
        </w:rPr>
        <w:t xml:space="preserve">[49:08] </w:t>
      </w:r>
      <w:r>
        <w:t>yaani khaariji bartaao jo hai, us ko aap qat'ee karen to woh to minors mein shumaar hoga. minors, woh taqwa mein shumaar nahin hoga.</w:t>
      </w:r>
    </w:p>
    <w:p>
      <w:pPr>
        <w:jc w:val="right"/>
      </w:pPr>
      <w:r>
        <w:t>یعنی خارجی برتاؤ جو ہے، اس کو آپ قطعی کریں تو وہ تو مائنرز میں شمار ہوگا۔ مائنرز، وہ تقویٰ میں شمار نہیں ہوگا۔</w:t>
      </w:r>
    </w:p>
    <w:p>
      <w:r>
        <w:rPr>
          <w:b/>
        </w:rPr>
        <w:t xml:space="preserve">[49:20] </w:t>
      </w:r>
      <w:r>
        <w:t>aap kabhi jaayen kisi is mein store mein khareedaari karne ke liye to wahaan jo salesman hoga, bari achhi achhi baaten karega aap se, bohat achhi achhi baaten karega.</w:t>
      </w:r>
    </w:p>
    <w:p>
      <w:pPr>
        <w:jc w:val="right"/>
      </w:pPr>
      <w:r>
        <w:t>آپ کبھی جائیں کسی اس میں اسٹور میں خریداری کرنے کے لیے تو وہاں جو سیلز مین ہوگا، بڑی اچھی اچھی باتیں کرے گا آپ سے، بہت اچھی اچھی باتیں کرے گا۔</w:t>
      </w:r>
    </w:p>
    <w:p>
      <w:r>
        <w:rPr>
          <w:b/>
        </w:rPr>
        <w:t xml:space="preserve">[49:35] </w:t>
      </w:r>
      <w:r>
        <w:t>lekin woh kya hai?</w:t>
      </w:r>
    </w:p>
    <w:p>
      <w:pPr>
        <w:jc w:val="right"/>
      </w:pPr>
      <w:r>
        <w:t>لیکن وہ کیا ہے؟</w:t>
      </w:r>
    </w:p>
    <w:p>
      <w:r>
        <w:rPr>
          <w:b/>
        </w:rPr>
        <w:t xml:space="preserve">[49:37] </w:t>
      </w:r>
      <w:r>
        <w:t>woh to minors hote hain. is aadmi ko jo wahaan bechne ke liye baitha hua hai, window par, us ko aap se koi lena dena nahin hai.</w:t>
      </w:r>
    </w:p>
    <w:p>
      <w:pPr>
        <w:jc w:val="right"/>
      </w:pPr>
      <w:r>
        <w:t>وہ تو مائنرز ہوتے ہیں۔ اس آدمی کو جو وہاں بیچنے کے لیے بیٹھا ہوا ہے، ونڈ ونڈو پر، اس کو آپ سے کوئی لینا دینا نہیں ہے۔</w:t>
      </w:r>
    </w:p>
    <w:p>
      <w:r>
        <w:rPr>
          <w:b/>
        </w:rPr>
        <w:t xml:space="preserve">[49:49] </w:t>
      </w:r>
      <w:r>
        <w:t>us ko to yeh hai ke aap customer hain aur aap us ki cheez ko khareeden. bas yeh us ka sole concern hai.</w:t>
      </w:r>
    </w:p>
    <w:p>
      <w:pPr>
        <w:jc w:val="right"/>
      </w:pPr>
      <w:r>
        <w:t>اس کو تو یہ ہے کہ آپ کسٹمر ہیں اور آپ اس کی چیز کو خریدیں۔ بس یہ اس کا سول کنسرن ہے۔</w:t>
      </w:r>
    </w:p>
    <w:p>
      <w:r>
        <w:rPr>
          <w:b/>
        </w:rPr>
        <w:t xml:space="preserve">[50:00] </w:t>
      </w:r>
      <w:r>
        <w:t>jise kaha jaata hai business ki islaah mein ke customer is always right.</w:t>
      </w:r>
    </w:p>
    <w:p>
      <w:pPr>
        <w:jc w:val="right"/>
      </w:pPr>
      <w:r>
        <w:t>جسے کہا جاتا ہے بزنس کی اصطلاح میں کہ کسٹمر از الویز رائٹ۔</w:t>
      </w:r>
    </w:p>
    <w:p>
      <w:r>
        <w:rPr>
          <w:b/>
        </w:rPr>
        <w:t xml:space="preserve">[50:07] </w:t>
      </w:r>
      <w:r>
        <w:t>bazaahir yeh ek positive baat hai, bazaahir yeh ek positive baat hai, lekin main is ko positive nahin samajhta. yeh to ek interest based ethics hai.</w:t>
      </w:r>
    </w:p>
    <w:p>
      <w:pPr>
        <w:jc w:val="right"/>
      </w:pPr>
      <w:r>
        <w:t>بظاہر یہ ایک پازیٹیو بات ہے، بظاہر یہ ایک پازیٹیو بات ہے، لیکن میں اس کو پازیٹیو نہیں سمجھتا۔ یہ تو ایک انٹرسٹ بیسڈ ایتھکس ہے۔</w:t>
      </w:r>
    </w:p>
    <w:p>
      <w:r>
        <w:rPr>
          <w:b/>
        </w:rPr>
        <w:t xml:space="preserve">[50:20] </w:t>
      </w:r>
      <w:r>
        <w:t>jab bhi aap koi ethical value par ko apnaayen, apni interest ke liye, to us ki koi, jab bhi aap apnaayen</w:t>
      </w:r>
    </w:p>
    <w:p>
      <w:pPr>
        <w:jc w:val="right"/>
      </w:pPr>
      <w:r>
        <w:t>جب بھی آپ کوئی ایتھیکل ویلیو پر کو اپنائیں، اپنی انٹرسٹ کے لیے، تو اس کی کوئی، جب بھی آپ اپنائیں</w:t>
      </w:r>
    </w:p>
    <w:p>
      <w:r>
        <w:rPr>
          <w:b/>
        </w:rPr>
        <w:t xml:space="preserve">[50:37] </w:t>
      </w:r>
      <w:r>
        <w:t>kisi cheez ko apne interest ke liye, to woh minors hain. minors, woh akhlaaq nahin hai, woh ethics nahin hai.</w:t>
      </w:r>
    </w:p>
    <w:p>
      <w:pPr>
        <w:jc w:val="right"/>
      </w:pPr>
      <w:r>
        <w:t>کسی چیز کو اپنے انٹرسٹ کے لیے، تو وہ مائنرز ہیں۔ مائنرز، وہ اخلاق نہیں ہے، وہ ایتھکس نہیں ہے۔</w:t>
      </w:r>
    </w:p>
    <w:p>
      <w:r>
        <w:rPr>
          <w:b/>
        </w:rPr>
        <w:t xml:space="preserve">[50:50] </w:t>
      </w:r>
      <w:r>
        <w:t>to yeh yeh ek baat samajh mein aayi ke musbat zehan ke baghair aadmi</w:t>
      </w:r>
    </w:p>
    <w:p>
      <w:pPr>
        <w:jc w:val="right"/>
      </w:pPr>
      <w:r>
        <w:t>تو یہ یہ ایک بات سمجھ میں آئی کہ مثبت ذہن کے بغیر آدمی</w:t>
      </w:r>
    </w:p>
    <w:p>
      <w:r>
        <w:rPr>
          <w:b/>
        </w:rPr>
        <w:t xml:space="preserve">[51:01] </w:t>
      </w:r>
      <w:r>
        <w:t>divine response nahin de sakta. isi liye aap Quran mein parhiye to bohat zyaada sabr, sabr, sabr ki baat kahi gayi hai.</w:t>
      </w:r>
    </w:p>
    <w:p>
      <w:pPr>
        <w:jc w:val="right"/>
      </w:pPr>
      <w:r>
        <w:t>ڈیوائن رسپانس نہیں دے سکتا۔ اسی لیے آپ قرآن میں پڑھیے تو بہت زیادہ صبر، صبر، صبر کی بات کہی گئی ہے۔</w:t>
      </w:r>
    </w:p>
    <w:p>
      <w:r>
        <w:rPr>
          <w:b/>
        </w:rPr>
        <w:t xml:space="preserve">[51:13] </w:t>
      </w:r>
      <w:r>
        <w:t>jagah jagah sabr o shar al sabireen o shar al sabireen</w:t>
      </w:r>
    </w:p>
    <w:p>
      <w:pPr>
        <w:jc w:val="right"/>
      </w:pPr>
      <w:r>
        <w:t>جگہ جگہ صبر وشر الصابرین وشر الصابرین</w:t>
      </w:r>
    </w:p>
    <w:p>
      <w:r>
        <w:rPr>
          <w:b/>
        </w:rPr>
        <w:t xml:space="preserve">[51:22] </w:t>
      </w:r>
      <w:r>
        <w:t>kyunke sabr ke baghair aap positive response nahi de sakte. main yahan tak samjha hoon Quran ke mutabiq ke insaan ka jo test hai duniya mein, woh test kya hai?</w:t>
      </w:r>
    </w:p>
    <w:p>
      <w:pPr>
        <w:jc w:val="right"/>
      </w:pPr>
      <w:r>
        <w:t>کیونکہ صبر کے بغیر آپ پازیٹیو رسپانس نہیں دے سکتے۔ میں یہاں تک سمجھا ہوں قرآن کے مطابق کہ انسان کا جو ٹیسٹ ہے دنیا میں، وہ ٹیسٹ کیا ہے؟</w:t>
      </w:r>
    </w:p>
    <w:p>
      <w:r>
        <w:rPr>
          <w:b/>
        </w:rPr>
        <w:t xml:space="preserve">[51:38] </w:t>
      </w:r>
      <w:r>
        <w:t>woh test yeh hai ke aadmi, yaani Khuda ko mukhtalif qism ke halaat mein daal kar ke yeh dekha ja raha hai ke woh kaun hai jo mukhtalif qism ke halaat mein positive response de sakta hai.</w:t>
      </w:r>
    </w:p>
    <w:p>
      <w:pPr>
        <w:jc w:val="right"/>
      </w:pPr>
      <w:r>
        <w:t>وہ ٹیسٹ یہ ہے کہ آدمی، یعنی خدا کو مختلف قسم کے حالات میں ڈال کر کے یہ دیکھا جا رہا ہے کہ وہ کون ہے جو مختلف قسم کے حالات میں پازیٹیو رسپانس دے سکتا ہے۔</w:t>
      </w:r>
    </w:p>
    <w:p>
      <w:r>
        <w:rPr>
          <w:b/>
        </w:rPr>
        <w:t xml:space="preserve">[52:02] </w:t>
      </w:r>
      <w:r>
        <w:t>mukhtalif qism ke halaat mein matlab reaction, react nahi karta. woh</w:t>
      </w:r>
    </w:p>
    <w:p>
      <w:pPr>
        <w:jc w:val="right"/>
      </w:pPr>
      <w:r>
        <w:t>مختلف قسم کے حالات میں مطلب ری ایکشن، ری ایکٹ نہیں کرتا۔ وہ</w:t>
      </w:r>
    </w:p>
    <w:p>
      <w:r>
        <w:rPr>
          <w:b/>
        </w:rPr>
        <w:t xml:space="preserve">[52:11] </w:t>
      </w:r>
      <w:r>
        <w:t>react na karte hue, woh apne ko bachata hai, sochta hai aur positive response deta hai.</w:t>
      </w:r>
    </w:p>
    <w:p>
      <w:pPr>
        <w:jc w:val="right"/>
      </w:pPr>
      <w:r>
        <w:t>ری ایکٹ نہ کرتے ہوئے، وہ اپنے کو بچاتا ہے، سوچتا ہے اور پازیٹیو رسپانس دیتا ہے۔</w:t>
      </w:r>
    </w:p>
    <w:p>
      <w:r>
        <w:rPr>
          <w:b/>
        </w:rPr>
        <w:t xml:space="preserve">[52:21] </w:t>
      </w:r>
      <w:r>
        <w:t>yaani positive response to all kind of situations yeh hai.</w:t>
      </w:r>
    </w:p>
    <w:p>
      <w:pPr>
        <w:jc w:val="right"/>
      </w:pPr>
      <w:r>
        <w:t>یعنی پازیٹیو رسپانس ٹو آل کائنڈ آف سچویشنز یہ ہے۔</w:t>
      </w:r>
    </w:p>
    <w:p>
      <w:r>
        <w:rPr>
          <w:b/>
        </w:rPr>
        <w:t xml:space="preserve">[52:31] </w:t>
      </w:r>
      <w:r>
        <w:t>main samajhta hoon ke saari, yaani teaching ka khulasa yeh hai Quran majeed mein ke tum negative situation mein bhi positive response dena jano.</w:t>
      </w:r>
    </w:p>
    <w:p>
      <w:pPr>
        <w:jc w:val="right"/>
      </w:pPr>
      <w:r>
        <w:t>میں سمجھتا ہوں کہ ساری، یعنی ٹیچنگ کا خلاصہ یہ ہے قرآن مجید میں کہ تم نیگیٹیو سچویشن میں بھی پازیٹیو رسپانس دینا جانو۔</w:t>
      </w:r>
    </w:p>
    <w:p>
      <w:r>
        <w:rPr>
          <w:b/>
        </w:rPr>
        <w:t xml:space="preserve">[52:44] </w:t>
      </w:r>
      <w:r>
        <w:t>kyun? tabhi Quran ki jo qualities hain, woh paida hongi tumhare andar. tabhi tum Qurani character tumhare andar aayega.</w:t>
      </w:r>
    </w:p>
    <w:p>
      <w:pPr>
        <w:jc w:val="right"/>
      </w:pPr>
      <w:r>
        <w:t>کیوں؟ تبھی قرآن کی جو کوالٹیز ہیں، وہ پیدا ہوں گی تمہارے اندر۔ تبھی تم قرآنی کریکٹر تمہارے اندر آئے گا۔</w:t>
      </w:r>
    </w:p>
    <w:p>
      <w:r>
        <w:rPr>
          <w:b/>
        </w:rPr>
        <w:t xml:space="preserve">[53:00] </w:t>
      </w:r>
      <w:r>
        <w:t>yeh bohat hi important hai. koi bhi excuse le kar jo baith jayega to excuse to har waqt rehta hai. har waqt koi na koi aisi baat hoti hai jis se hamein gussa aaye, jis se hamein,</w:t>
      </w:r>
    </w:p>
    <w:p>
      <w:pPr>
        <w:jc w:val="right"/>
      </w:pPr>
      <w:r>
        <w:t>یہ بہت ہی امپورٹنٹ ہے۔ کوئی بھی ایکسکیوز لے کر جو بیٹھ جائے گا تو ایکسکیوز تو ہر وقت رہتا ہے۔ ہر وقت کوئی نہ کوئی ایسی بات ہوتی ہے جس سے ہمیں غصہ آئے، جس سے ہمیں،</w:t>
      </w:r>
    </w:p>
    <w:p>
      <w:r>
        <w:rPr>
          <w:b/>
        </w:rPr>
        <w:t xml:space="preserve">[53:15] </w:t>
      </w:r>
      <w:r>
        <w:t>yaani jis se hamein, jis ko hum bura lagen, jis se hamare dil ko jhatka lage. yeh to hota hi hota hai.</w:t>
      </w:r>
    </w:p>
    <w:p>
      <w:pPr>
        <w:jc w:val="right"/>
      </w:pPr>
      <w:r>
        <w:t>یعنی جس سے ہمیں، جس کو ہم برا لگیں، جس سے ہمارے دل کو جھٹکا لگے۔ یہ تو ہوتا ہی ہوتا ہے۔</w:t>
      </w:r>
    </w:p>
    <w:p>
      <w:r>
        <w:rPr>
          <w:b/>
        </w:rPr>
        <w:t xml:space="preserve">[53:27] </w:t>
      </w:r>
      <w:r>
        <w:t>to aisi haalat mein positive response ki shakal kya hai? iski shakal yeh hai ke hum</w:t>
      </w:r>
    </w:p>
    <w:p>
      <w:pPr>
        <w:jc w:val="right"/>
      </w:pPr>
      <w:r>
        <w:t>تو ایسی حالت میں پازیٹیو رسپانس کی شکل کیا ہے؟ اس کی شکل یہ ہے کہ ہم</w:t>
      </w:r>
    </w:p>
    <w:p>
      <w:r>
        <w:rPr>
          <w:b/>
        </w:rPr>
        <w:t xml:space="preserve">[53:38] </w:t>
      </w:r>
      <w:r>
        <w:t>art of negativity management jaanen. negativity ko kaise manage kar ke positivity mein convert kiya jata tha?</w:t>
      </w:r>
    </w:p>
    <w:p>
      <w:pPr>
        <w:jc w:val="right"/>
      </w:pPr>
      <w:r>
        <w:t>آرٹ آف نیگیٹیوٹی مینجمنٹ جانیں۔ نیگیٹیوٹی کو کیسے مینج کر کے پازیٹیوٹی میں کنورٹ کیا جاتا تھا؟</w:t>
      </w:r>
    </w:p>
    <w:p>
      <w:r>
        <w:rPr>
          <w:b/>
        </w:rPr>
        <w:t xml:space="preserve">[53:49] </w:t>
      </w:r>
      <w:r>
        <w:t>negativity ko convert kar ke kis tarah positive way mein usko samajh laya jata hai?</w:t>
      </w:r>
    </w:p>
    <w:p>
      <w:pPr>
        <w:jc w:val="right"/>
      </w:pPr>
      <w:r>
        <w:t>نیگیٹیوٹی کو کنورٹ کر کے کس طرح پازیٹیو وے میں اس کو سمجھ لایا جاتا ہے؟</w:t>
      </w:r>
    </w:p>
    <w:p>
      <w:r>
        <w:rPr>
          <w:b/>
        </w:rPr>
        <w:t xml:space="preserve">[53:59] </w:t>
      </w:r>
      <w:r>
        <w:t>usko samjhen warna aadmi na to mutaqqi banega, na Khuda ka shukar karne wala banega, kuch bhi nahi hoga.</w:t>
      </w:r>
    </w:p>
    <w:p>
      <w:pPr>
        <w:jc w:val="right"/>
      </w:pPr>
      <w:r>
        <w:t>اس کو سمجھیں ورنہ آدمی نہ تو متقی بنے گا، نہ خدا کا شکر کرنے والا بنے گا، کچھ بھی نہیں ہوگا۔</w:t>
      </w:r>
    </w:p>
    <w:p>
      <w:r>
        <w:rPr>
          <w:b/>
        </w:rPr>
        <w:t xml:space="preserve">[54:13] </w:t>
      </w:r>
      <w:r>
        <w:t>yaani positivity jo hai, woh base hai jis par rabbani character qaim hota hai.</w:t>
      </w:r>
    </w:p>
    <w:p>
      <w:pPr>
        <w:jc w:val="right"/>
      </w:pPr>
      <w:r>
        <w:t>یعنی پازیٹیوٹی جو ہے، وہ بیس ہے جس پر ربانی کریکٹر قائم ہوتا ہے۔</w:t>
      </w:r>
    </w:p>
    <w:p>
      <w:r>
        <w:rPr>
          <w:b/>
        </w:rPr>
        <w:t xml:space="preserve">[54:21] </w:t>
      </w:r>
      <w:r>
        <w:t>kyunke jitne bhi aspect hain Islami zindagi ke, un sab mein yeh baat shamil hai ke bawajood arts ke,</w:t>
      </w:r>
    </w:p>
    <w:p>
      <w:pPr>
        <w:jc w:val="right"/>
      </w:pPr>
      <w:r>
        <w:t>کیونکہ جتنے بھی اسپیکٹ ہیں اسلامی زندگی کے، ان سب میں یہ بات شامل ہے کہ باوجود آرٹس کے،</w:t>
      </w:r>
    </w:p>
    <w:p>
      <w:r>
        <w:rPr>
          <w:b/>
        </w:rPr>
        <w:t xml:space="preserve">[54:35] </w:t>
      </w:r>
      <w:r>
        <w:t>bawajood negative situation ke, aap ko yeh karna hai ke woh boli bolna hai jis mein reaction na ho,</w:t>
      </w:r>
    </w:p>
    <w:p>
      <w:pPr>
        <w:jc w:val="right"/>
      </w:pPr>
      <w:r>
        <w:t>باوجود نیگیٹیو سچویشن کے، آپ کو یہ کرنا ہے کہ وہ بولی بولنا ہے جس میں ری ایکشن نہ ہو،</w:t>
      </w:r>
    </w:p>
    <w:p>
      <w:r>
        <w:rPr>
          <w:b/>
        </w:rPr>
        <w:t xml:space="preserve">[54:50] </w:t>
      </w:r>
      <w:r>
        <w:t>woh amal karna hai jis mein reaction shamil na ho. yeh karna hai.</w:t>
      </w:r>
    </w:p>
    <w:p>
      <w:pPr>
        <w:jc w:val="right"/>
      </w:pPr>
      <w:r>
        <w:t>وہ عمل کرنا ہے جس میں ری ایکشن شامل نہ ہو۔ یہ کرنا ہے۔</w:t>
      </w:r>
    </w:p>
    <w:p>
      <w:r>
        <w:rPr>
          <w:b/>
        </w:rPr>
        <w:t xml:space="preserve">[55:00] </w:t>
      </w:r>
      <w:r>
        <w:t>to aap ne jo kaha ke al-taqwa haan hona, woh koi saada baat nahi hai. saada baat nahi hai. woh iska matlab hai ke aap ko bohat zyada sabr karna padega.</w:t>
      </w:r>
    </w:p>
    <w:p>
      <w:pPr>
        <w:jc w:val="right"/>
      </w:pPr>
      <w:r>
        <w:t>تو آپ نے جو کہا کہ التقویٰ ہاں ہونا، وہ کوئی سادہ بات نہیں ہے۔ سادہ بات نہیں ہے۔ وہ اس کا معنی ہے کہ آپ کو بہت زیادہ صبر کرنا پڑے گا۔</w:t>
      </w:r>
    </w:p>
    <w:p>
      <w:r>
        <w:rPr>
          <w:b/>
        </w:rPr>
        <w:t xml:space="preserve">[55:14] </w:t>
      </w:r>
      <w:r>
        <w:t>Quran mein sabr, i'raaz, bohat zyada importance di gayi hai, bohat zyada ahmiyat di gayi hai. kyunke duniya jo dekhiye, test ke liye hai.</w:t>
      </w:r>
    </w:p>
    <w:p>
      <w:pPr>
        <w:jc w:val="right"/>
      </w:pPr>
      <w:r>
        <w:t>قرآن میں صبر، اعراض، بہت زیادہ امپورٹنس دی گئی ہے، بہت زیادہ اہمیت دی گئی ہے۔ کیونکہ دنیا جو دیکھیے، ٹیسٹ کے لیے ہے۔</w:t>
      </w:r>
    </w:p>
    <w:p>
      <w:r>
        <w:rPr>
          <w:b/>
        </w:rPr>
        <w:t xml:space="preserve">[55:25] </w:t>
      </w:r>
      <w:r>
        <w:t>jab test ke liye hai, yahan par yeh hona hi hona hai ke mukhtalif qism ke halaat hon, ishtial angez halaat bhi hon, provocative halaat bhi hon, aur aap ko nuqsan pahunchaye, pahunchaye</w:t>
      </w:r>
    </w:p>
    <w:p>
      <w:pPr>
        <w:jc w:val="right"/>
      </w:pPr>
      <w:r>
        <w:t>جب ٹیسٹ کے لیے ہے، یہاں پر یہ ہونا ہی ہونا ہے کہ مختلف قسم کے حالات ہوں، اشتعال انگیز حالات بھی ہوں، پرووکیٹیو حالات بھی ہوں، اور آپ کو نقصان پہنچائے، پہنچائے</w:t>
      </w:r>
    </w:p>
    <w:p>
      <w:r>
        <w:rPr>
          <w:b/>
        </w:rPr>
        <w:t xml:space="preserve">[55:43] </w:t>
      </w:r>
      <w:r>
        <w:t>bar bar. yeh sab hona hi hona hai.</w:t>
      </w:r>
    </w:p>
    <w:p>
      <w:pPr>
        <w:jc w:val="right"/>
      </w:pPr>
      <w:r>
        <w:t>بار بار۔ یہ سب ہونا ہی ہونا ہے۔</w:t>
      </w:r>
    </w:p>
    <w:p>
      <w:r>
        <w:rPr>
          <w:b/>
        </w:rPr>
        <w:t xml:space="preserve">[55:52] </w:t>
      </w:r>
      <w:r>
        <w:t>to in sab situation mein jab aadmi ko banna hai Khuda ka shukar karne wala, to kaise banega aadmi? yeh sab banega ke woh is art ko seekhe ke kis tarah se negative situation mein positive response diya jaye.</w:t>
      </w:r>
    </w:p>
    <w:p>
      <w:pPr>
        <w:jc w:val="right"/>
      </w:pPr>
      <w:r>
        <w:t>تو ان سب سچویشن میں جب آدمی کو بننا ہے خدا کا شکر کرنے والا، تو کیسے بنے گا آدمی؟ یہ سب بنے گا کہ وہ اس آرٹ کو سیکھے کہ کس طرح سے نیگیٹیو سچویشن میں پازیٹیو رسپانس دیا جائے۔</w:t>
      </w:r>
    </w:p>
    <w:p>
      <w:r>
        <w:rPr>
          <w:b/>
        </w:rPr>
        <w:t xml:space="preserve">[56:15] </w:t>
      </w:r>
      <w:r>
        <w:t>yaani how to give positive response in negative situations.</w:t>
      </w:r>
    </w:p>
    <w:p>
      <w:pPr>
        <w:jc w:val="right"/>
      </w:pPr>
      <w:r>
        <w:t>یعنی ہاؤ ٹو گیو پازیٹیو رسپانس ان نیگیٹیو سچویشنز۔</w:t>
      </w:r>
    </w:p>
    <w:p>
      <w:r>
        <w:rPr>
          <w:b/>
        </w:rPr>
        <w:t xml:space="preserve">[56:25] </w:t>
      </w:r>
      <w:r>
        <w:t>iske baghair woh kuch bhi nahi aayega. iske andar woh to jeega har waqt complaint mein, har waqt protest mein.</w:t>
      </w:r>
    </w:p>
    <w:p>
      <w:pPr>
        <w:jc w:val="right"/>
      </w:pPr>
      <w:r>
        <w:t>اس کے بغیر وہ کچھ بھی نہیں آئے گا۔ اس کے اندر وہ تو جیے گا ہر وقت کمپلینٹ میں، ہر وقت پروٹیسٹ میں۔</w:t>
      </w:r>
    </w:p>
    <w:p>
      <w:r>
        <w:rPr>
          <w:b/>
        </w:rPr>
        <w:t xml:space="preserve">[56:35] </w:t>
      </w:r>
      <w:r>
        <w:t>to kiya woh positive response kahan se dega? woh</w:t>
      </w:r>
    </w:p>
    <w:p>
      <w:pPr>
        <w:jc w:val="right"/>
      </w:pPr>
      <w:r>
        <w:t>تو کیا وہ پازیٹیو رسپانس کہاں سے دے گا؟ وہ</w:t>
      </w:r>
    </w:p>
    <w:p>
      <w:r>
        <w:rPr>
          <w:b/>
        </w:rPr>
        <w:t xml:space="preserve">[56:39] </w:t>
      </w:r>
      <w:r>
        <w:t>quran ki ayat pesh karunga ke walkazibeen al-ghayz wa lafeen an al-nas woh log jo ghussa ko peene wale hain, logon ko maaf karne wale hain.</w:t>
      </w:r>
    </w:p>
    <w:p>
      <w:pPr>
        <w:jc w:val="right"/>
      </w:pPr>
      <w:r>
        <w:t>قرآن کی آیت پیش کروں گا کہ والکاذبین الغیض ولافین عن الناس وہ لوگ جو غصہ کو پی جانے والے ہیں، لوگوں کو معاف کرنے والے ہیں۔</w:t>
      </w:r>
    </w:p>
    <w:p>
      <w:r>
        <w:rPr>
          <w:b/>
        </w:rPr>
        <w:t xml:space="preserve">[56:51] </w:t>
      </w:r>
      <w:r>
        <w:t>ab yahan par dekhiye, yeh nahi farmaya ke walfaqideen al-ghayz yaani woh log jin ke andar ghussa hai nahi, balke farmaya ke walkazibeen al-ghayz yaani ghussa to aata hai, lekin us ko pi jate hain.</w:t>
      </w:r>
    </w:p>
    <w:p>
      <w:pPr>
        <w:jc w:val="right"/>
      </w:pPr>
      <w:r>
        <w:t>اب یہاں پر دیکھیے، یہ نہیں فرمایا کہ والفاقدین الغیض یعنی وہ لوگ جن کے اندر غصہ ہے نہیں، بلکہ فرمایا کہ والکاذبین الغیض یعنی غصہ تو آتا ہے، لیکن اس کو پی جاتے ہیں۔</w:t>
      </w:r>
    </w:p>
    <w:p>
      <w:r>
        <w:rPr>
          <w:b/>
        </w:rPr>
        <w:t xml:space="preserve">[57:07] </w:t>
      </w:r>
      <w:r>
        <w:t>tab mumkin hota hai ke woh un ke andar taqwa ki parvarish ho, hamd o shukr ki parvarish ho, aur khuda se mohabbat ki parvarish ho dil ke andar.</w:t>
      </w:r>
    </w:p>
    <w:p>
      <w:pPr>
        <w:jc w:val="right"/>
      </w:pPr>
      <w:r>
        <w:t>تب ممکن ہوتا ہے کہ وہ ان کے اندر تقویٰ کی پرورش ہو، حمد و شکر کی پرورش ہو، اور خدا سے محبت کی پرورش ہو دل کے اندر۔</w:t>
      </w:r>
    </w:p>
    <w:p>
      <w:r>
        <w:rPr>
          <w:b/>
        </w:rPr>
        <w:t xml:space="preserve">[57:19] </w:t>
      </w:r>
      <w:r>
        <w:t>tab aata hai. to quran mein walkazibeen al-ghayz farmaya ghusse ko peene wale. yeh nahi farmaya ke walfaqideen al-ghayz ke jin ke andar ghussa hai hi nahi.</w:t>
      </w:r>
    </w:p>
    <w:p>
      <w:pPr>
        <w:jc w:val="right"/>
      </w:pPr>
      <w:r>
        <w:t>تب آتا ہے۔ تو قرآن میں والکاذبین الغیض فرمایا غصے کو پی جانے والے۔ یہ نہیں فرمایا کہ والفاقدین الغیض کہ جن کے اندر غصہ ہے ہی نہیں۔</w:t>
      </w:r>
    </w:p>
    <w:p>
      <w:r>
        <w:rPr>
          <w:b/>
        </w:rPr>
        <w:t xml:space="preserve">[57:34] </w:t>
      </w:r>
      <w:r>
        <w:t>to insan ko farishta nahi ban</w:t>
      </w:r>
    </w:p>
    <w:p>
      <w:pPr>
        <w:jc w:val="right"/>
      </w:pPr>
      <w:r>
        <w:t>تو انسان کو فرشتہ نہیں بن</w:t>
      </w:r>
    </w:p>
    <w:p>
      <w:r>
        <w:rPr>
          <w:b/>
        </w:rPr>
        <w:t xml:space="preserve">[57:36] </w:t>
      </w:r>
      <w:r>
        <w:t>aya gaya ke ghussa na aaye. is ko ghussa aayega, lekin is ko pi jana hai, is ko manage kar lena hai.</w:t>
      </w:r>
    </w:p>
    <w:p>
      <w:pPr>
        <w:jc w:val="right"/>
      </w:pPr>
      <w:r>
        <w:t>ایا گیا کہ غصہ نہ آئے۔ اس کو غصہ آئے گا، لیکن اس کو پی جانا ہے، اس کو مینج کر لینا ہے۔</w:t>
      </w:r>
    </w:p>
    <w:p>
      <w:r>
        <w:rPr>
          <w:b/>
        </w:rPr>
        <w:t xml:space="preserve">[57:46] </w:t>
      </w:r>
      <w:r>
        <w:t>to you so, you have to know. so, you have to know the art of anger management. you have to know the art of anger management.</w:t>
      </w:r>
    </w:p>
    <w:p>
      <w:pPr>
        <w:jc w:val="right"/>
      </w:pPr>
      <w:r>
        <w:t>تو یو سو، یو ہیو ٹو نو۔ سو، یو ہیو ٹو نو دا آرٹ آف اینگر مینجمنٹ۔ یو ہیو ٹو نو دا آرٹ آف اینگر مینجمنٹ۔</w:t>
      </w:r>
    </w:p>
    <w:p>
      <w:r>
        <w:rPr>
          <w:b/>
        </w:rPr>
        <w:t xml:space="preserve">[57:57] </w:t>
      </w:r>
      <w:r>
        <w:t>ghusse ko manage karna yeh aana chahiye aap ko.</w:t>
      </w:r>
    </w:p>
    <w:p>
      <w:pPr>
        <w:jc w:val="right"/>
      </w:pPr>
      <w:r>
        <w:t>غصے کو مینج کرنا یہ آنا چاہیے آپ کو۔</w:t>
      </w:r>
    </w:p>
    <w:p>
      <w:r>
        <w:rPr>
          <w:b/>
        </w:rPr>
        <w:t xml:space="preserve">[58:04] </w:t>
      </w:r>
      <w:r>
        <w:t>to khulasa yeh hai ke misbat nafsiyat jab aap ke andar hogi, tabhi aap khuda ke sachche bande ban sakenge.</w:t>
      </w:r>
    </w:p>
    <w:p>
      <w:pPr>
        <w:jc w:val="right"/>
      </w:pPr>
      <w:r>
        <w:t>تو خلاصہ یہ ہے کہ مثبت نفسیات جب آپ کے اندر ہوگی، تبھی آپ خدا کے سچے بندے بن سکیں گے۔</w:t>
      </w:r>
    </w:p>
    <w:p>
      <w:r>
        <w:rPr>
          <w:b/>
        </w:rPr>
        <w:t xml:space="preserve">[58:19] </w:t>
      </w:r>
      <w:r>
        <w:t>aqool qawli haza wastaghfirullaha li walakum ajmaeen.</w:t>
      </w:r>
    </w:p>
    <w:p>
      <w:pPr>
        <w:jc w:val="right"/>
      </w:pPr>
      <w:r>
        <w:t>اقول قولیھذا واستغفراللہ لی ولكم اجمعین.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