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Positive Thinking June 13, 2010</w:t>
      </w:r>
    </w:p>
    <w:p>
      <w:r>
        <w:t>https://youtu.be/BZ39FOoJQK8</w:t>
      </w:r>
    </w:p>
    <w:p>
      <w:r>
        <w:rPr>
          <w:b/>
        </w:rPr>
        <w:t xml:space="preserve">[00:14] </w:t>
      </w:r>
      <w:r>
        <w:t>Bismillah hir Rahman nir Rahim. wa salla Allahu ala-n-nabiyyi-l-kareem. Rabbi-shrah li sadri, wa yassir li amri,</w:t>
      </w:r>
    </w:p>
    <w:p>
      <w:pPr>
        <w:jc w:val="right"/>
      </w:pPr>
      <w:r>
        <w:t>بسماللہ الرحمن الرحیم ، وصلیاللہ علی النبی الکریم۔ رب اشرحلی صدری، و یسرلیام ری،</w:t>
      </w:r>
    </w:p>
    <w:p>
      <w:r>
        <w:rPr>
          <w:b/>
        </w:rPr>
        <w:t xml:space="preserve">[00:28] </w:t>
      </w:r>
      <w:r>
        <w:t>wa-hlul 'uqdatan min lisani, yafqahu qawli.</w:t>
      </w:r>
    </w:p>
    <w:p>
      <w:pPr>
        <w:jc w:val="right"/>
      </w:pPr>
      <w:r>
        <w:t>واحلالعقدۃ منلسانی ،یفقہ قولی۔</w:t>
      </w:r>
    </w:p>
    <w:p>
      <w:r>
        <w:rPr>
          <w:b/>
        </w:rPr>
        <w:t xml:space="preserve">[00:36] </w:t>
      </w:r>
      <w:r>
        <w:t>aaj ke liye jo</w:t>
      </w:r>
    </w:p>
    <w:p>
      <w:pPr>
        <w:jc w:val="right"/>
      </w:pPr>
      <w:r>
        <w:t>آج کےلیےجو</w:t>
      </w:r>
    </w:p>
    <w:p>
      <w:r>
        <w:rPr>
          <w:b/>
        </w:rPr>
        <w:t xml:space="preserve">[00:40] </w:t>
      </w:r>
      <w:r>
        <w:t>topic hai woh hai "importance of positive thinking".</w:t>
      </w:r>
    </w:p>
    <w:p>
      <w:pPr>
        <w:jc w:val="right"/>
      </w:pPr>
      <w:r>
        <w:t>ٹاپکہے وہہے" امپورٹنس آف پازیٹیو تھنکنگ"۔</w:t>
      </w:r>
    </w:p>
    <w:p>
      <w:r>
        <w:rPr>
          <w:b/>
        </w:rPr>
        <w:t xml:space="preserve">[00:51] </w:t>
      </w:r>
      <w:r>
        <w:t>dekhen, positive thinking kya hai?</w:t>
      </w:r>
    </w:p>
    <w:p>
      <w:pPr>
        <w:jc w:val="right"/>
      </w:pPr>
      <w:r>
        <w:t>دیکھیں،پازیٹیوتھنکنگکیاہے ؟</w:t>
      </w:r>
    </w:p>
    <w:p>
      <w:r>
        <w:rPr>
          <w:b/>
        </w:rPr>
        <w:t xml:space="preserve">[00:57] </w:t>
      </w:r>
      <w:r>
        <w:t>positive thinking ek la lafz mein hai "maintenance positivity in negativity situations".</w:t>
      </w:r>
    </w:p>
    <w:p>
      <w:pPr>
        <w:jc w:val="right"/>
      </w:pPr>
      <w:r>
        <w:t>پازیٹیوتھنکنگ ایک لفظمیںہے "مین ٹیننگ پازیٹیوٹی اننیگیٹیوسچویشنز"۔</w:t>
      </w:r>
    </w:p>
    <w:p>
      <w:r>
        <w:rPr>
          <w:b/>
        </w:rPr>
        <w:t xml:space="preserve">[01:07] </w:t>
      </w:r>
      <w:r>
        <w:t>dekhen, pazitivthnking koi abstract cheez nahin hai. kyon? isliye ke is duniya mein Allah taala ne har individual ko, har group ko, har nation ko, har community ko total azaadi di hai.</w:t>
      </w:r>
    </w:p>
    <w:p>
      <w:pPr>
        <w:jc w:val="right"/>
      </w:pPr>
      <w:r>
        <w:t>دیکھیں،پازیٹیوتھنکنگکوئی اب سٹریکٹچیزنہیںہے۔ کیوں ؟اسلیے کہ اسدنیا میں اللہ تعالیٰنے ہر انڈیویجولکو ،ہرگروپکو ،ہرنیشنکو،ہر کمیونٹیکو ٹوٹلآز ادیدیہے۔</w:t>
      </w:r>
    </w:p>
    <w:p>
      <w:r>
        <w:rPr>
          <w:b/>
        </w:rPr>
        <w:t xml:space="preserve">[01:29] </w:t>
      </w:r>
      <w:r>
        <w:t>jab azaadi di hai to woh kuch bhi karega?</w:t>
      </w:r>
    </w:p>
    <w:p>
      <w:pPr>
        <w:jc w:val="right"/>
      </w:pPr>
      <w:r>
        <w:t>جب آزادیدیہےتووہ کچھبھیکرےگا؟</w:t>
      </w:r>
    </w:p>
    <w:p>
      <w:r>
        <w:rPr>
          <w:b/>
        </w:rPr>
        <w:t xml:space="preserve">[01:33] </w:t>
      </w:r>
      <w:r>
        <w:t>hum se poochhega nahin. hum se poochh kar nahin karega woh.</w:t>
      </w:r>
    </w:p>
    <w:p>
      <w:pPr>
        <w:jc w:val="right"/>
      </w:pPr>
      <w:r>
        <w:t>ہمسےپوچھےگانہیں۔ ہمسےپوچھکرنہیںکرےگاوہ ۔</w:t>
      </w:r>
    </w:p>
    <w:p>
      <w:r>
        <w:rPr>
          <w:b/>
        </w:rPr>
        <w:t xml:space="preserve">[01:41] </w:t>
      </w:r>
      <w:r>
        <w:t>isko proper use bhi karega, misuse bhi karega, kuch bhi karega. hamare faal mein jaaye ya hamare against mein jaaye, "that is not his concern".</w:t>
      </w:r>
    </w:p>
    <w:p>
      <w:pPr>
        <w:jc w:val="right"/>
      </w:pPr>
      <w:r>
        <w:t>اسکو پراپر یوزبھیکرےگا، مسیوزبھیکرےگا، کچھبھیکرےگا۔ ہمارے فالمیں جائےیا ہمارےاگینسٹمیںجائے، "دیٹازناٹہزکنسرن"۔</w:t>
      </w:r>
    </w:p>
    <w:p>
      <w:r>
        <w:rPr>
          <w:b/>
        </w:rPr>
        <w:t xml:space="preserve">[01:54] </w:t>
      </w:r>
      <w:r>
        <w:t>yahi</w:t>
      </w:r>
    </w:p>
    <w:p>
      <w:pPr>
        <w:jc w:val="right"/>
      </w:pPr>
      <w:r>
        <w:t>یہی</w:t>
      </w:r>
    </w:p>
    <w:p>
      <w:r>
        <w:rPr>
          <w:b/>
        </w:rPr>
        <w:t xml:space="preserve">[01:58] </w:t>
      </w:r>
      <w:r>
        <w:t>wo cheez hai jo positive thinking ka mamla paida karti hai. farz kijiye ke aap hote angels ke paros mein to wahan koi positive thinking ki baat nahin thi.</w:t>
      </w:r>
    </w:p>
    <w:p>
      <w:pPr>
        <w:jc w:val="right"/>
      </w:pPr>
      <w:r>
        <w:t>وہچیزہے جو پازیٹیوتھنکنگکا معاملہپیدا کرتیہے۔ فرضکیجیےکہآپہوتے اینجلزکے پڑوسمیں تووہاںکوئیپازیٹیوتھنکنگکیباتہینہیںتھی۔</w:t>
      </w:r>
    </w:p>
    <w:p>
      <w:r>
        <w:rPr>
          <w:b/>
        </w:rPr>
        <w:t xml:space="preserve">[02:13] </w:t>
      </w:r>
      <w:r>
        <w:t>koi angel aap ko provoke nahin karta, koi angel aap ko pareshan nahin karta, to wahan positive thinking ek be-maani baat ho jaati.</w:t>
      </w:r>
    </w:p>
    <w:p>
      <w:pPr>
        <w:jc w:val="right"/>
      </w:pPr>
      <w:r>
        <w:t>کوئی اینجل آپکو پرو وکنہکرتا، کوئیاینجلآپکو پریشاننہکرتا، تووہاںپازیٹیوتھنکنگایک بےمع نیباتہوجاتی۔</w:t>
      </w:r>
    </w:p>
    <w:p>
      <w:r>
        <w:rPr>
          <w:b/>
        </w:rPr>
        <w:t xml:space="preserve">[02:26] </w:t>
      </w:r>
      <w:r>
        <w:t>Positive thinking isliye hai. ahmiyat ke aap ek aisi duniya mein hain jahan har aadmi apni apni marzi poori karna chahta hai, aap se poochhe baghair.</w:t>
      </w:r>
    </w:p>
    <w:p>
      <w:pPr>
        <w:jc w:val="right"/>
      </w:pPr>
      <w:r>
        <w:t>پازیٹیوتھنکنگ اسلیےہے۔ اہمیت کہآپ ایکایسیدنیا میںہیں جہاںہرآدمی اپنی اپنی مرضیپوریکرناچاہتاہے، آپسےپوچھےبغیر ۔</w:t>
      </w:r>
    </w:p>
    <w:p>
      <w:r>
        <w:rPr>
          <w:b/>
        </w:rPr>
        <w:t xml:space="preserve">[02:39] </w:t>
      </w:r>
      <w:r>
        <w:t>ab aap kya karein?</w:t>
      </w:r>
    </w:p>
    <w:p>
      <w:pPr>
        <w:jc w:val="right"/>
      </w:pPr>
      <w:r>
        <w:t>ابآپکیا کریں ؟</w:t>
      </w:r>
    </w:p>
    <w:p>
      <w:r>
        <w:rPr>
          <w:b/>
        </w:rPr>
        <w:t xml:space="preserve">[02:42] </w:t>
      </w:r>
      <w:r>
        <w:t>ab do option aap ke liye hain: ya to har ek se ladein, ya barah-e-raast aap positive thinker ban jaaein.</w:t>
      </w:r>
    </w:p>
    <w:p>
      <w:pPr>
        <w:jc w:val="right"/>
      </w:pPr>
      <w:r>
        <w:t>ابدوآپشنآپکےلیے ہیں: یاتوہرایکسےلڑیں، یا براہِراست آپ پازیٹیوتھنکربنجائیں۔</w:t>
      </w:r>
    </w:p>
    <w:p>
      <w:r>
        <w:rPr>
          <w:b/>
        </w:rPr>
        <w:t xml:space="preserve">[02:53] </w:t>
      </w:r>
      <w:r>
        <w:t>to aap dekhen ke kya aap har ek se lad sakte hain? yeh to namumkin hai. yeh to beyond your capacity. to ek hi option reh jaata hai, woh yeh: you have to maintain your positivity in negative situations.</w:t>
      </w:r>
    </w:p>
    <w:p>
      <w:pPr>
        <w:jc w:val="right"/>
      </w:pPr>
      <w:r>
        <w:t>توآپدیکھیںکہکیاآپہرایکسےلڑسکتےہیں؟ یہتونامم کن ہے۔ یہتوبیانڈیورکیپیس ٹی۔ تو ایکہیآپشن رہجاتاہے، وہیہ: یوہیوٹومینٹینیورپازیٹیوٹی اننیگیٹیوسچویشنز۔</w:t>
      </w:r>
    </w:p>
    <w:p>
      <w:r>
        <w:rPr>
          <w:b/>
        </w:rPr>
        <w:t xml:space="preserve">[03:11] </w:t>
      </w:r>
      <w:r>
        <w:t>tab aap ke andar positive thinking hogi. jin logon ke andar shikayat ka mizaj ho, shikayat ka mizaj ho, unhone yeh kar diya, unhone woh kar diya, unhone yeh kar diya, unhone woh kar diya, to yaad rakhiye woh hamesha negativity thinking mein jeeyenge.</w:t>
      </w:r>
    </w:p>
    <w:p>
      <w:pPr>
        <w:jc w:val="right"/>
      </w:pPr>
      <w:r>
        <w:t>تب آپکےاندر پازیٹیوتھنکنگہوگی۔ جنلوگوںکےاندر شکایت کامزاج ہو، شک ایتکامزاجہو ، انہوںنےیہکردیا،انہوںنےوہکردیا،انہوںنےیہکردیا،انہوںنےوہکردیا، تو یادرکھیےوہ ہمیشہ نیگیٹیوتھنکنگمیںجئیںگے۔</w:t>
      </w:r>
    </w:p>
    <w:p>
      <w:r>
        <w:rPr>
          <w:b/>
        </w:rPr>
        <w:t xml:space="preserve">[03:30] </w:t>
      </w:r>
      <w:r>
        <w:t>kyon ke woh to hona hi hona hai. paighambaron ke bare mein kaha gaya: "nikla munh".</w:t>
      </w:r>
    </w:p>
    <w:p>
      <w:pPr>
        <w:jc w:val="right"/>
      </w:pPr>
      <w:r>
        <w:t>کیوںکہوہتوہوناہیہوناہے۔ پیغمبروںکےبارےمیں کہاگیا : "نکلامج نون"۔</w:t>
      </w:r>
    </w:p>
    <w:p>
      <w:r>
        <w:rPr>
          <w:b/>
        </w:rPr>
        <w:t xml:space="preserve">[03:38] </w:t>
      </w:r>
      <w:r>
        <w:t>to Khuda ne unki zabaan to kaatin nahin li? aisa nahin hua ke farishton ko bheja hai aur kaha hai ke jaao unki zabaan kaat do, hamare paighambar ko woh aisa keh rahe hain?</w:t>
      </w:r>
    </w:p>
    <w:p>
      <w:pPr>
        <w:jc w:val="right"/>
      </w:pPr>
      <w:r>
        <w:t>تو خدانے انکی زبان توکاٹنہیںلی؟ ایسانہیںہواکہفرشتوںکوبھیجاہے اور کہ اہےکہجاؤانکیزبان کاٹدو ، ہمارےپیغمبرکووہایساکہہرہےہیں؟</w:t>
      </w:r>
    </w:p>
    <w:p>
      <w:r>
        <w:rPr>
          <w:b/>
        </w:rPr>
        <w:t xml:space="preserve">[03:51] </w:t>
      </w:r>
      <w:r>
        <w:t>to phir bhi un logon ko azaadi di hai jinhone paighambaron ka istehza kiya, paighambaron ko mazaaq uraya, paighambaron ko munh kaha.</w:t>
      </w:r>
    </w:p>
    <w:p>
      <w:pPr>
        <w:jc w:val="right"/>
      </w:pPr>
      <w:r>
        <w:t>تو پھر بھی انلوگوںکوآز ادیرہی جنہوںنے پیغمبروںکا استہزاءکیا ، پیغمبروںکومذاق اڑ ایا،پی غمبروںکومج نونکہا۔</w:t>
      </w:r>
    </w:p>
    <w:p>
      <w:r>
        <w:rPr>
          <w:b/>
        </w:rPr>
        <w:t xml:space="preserve">[04:02] </w:t>
      </w:r>
      <w:r>
        <w:t>tab bhi unhein azaadi mil rahi hai. to aaj bhi wohi hai, hamesha rahega wohi.</w:t>
      </w:r>
    </w:p>
    <w:p>
      <w:pPr>
        <w:jc w:val="right"/>
      </w:pPr>
      <w:r>
        <w:t>تب بھیانہیں آزادیملی رہی۔ توآجبھیوہیہے، ہمیشہرہےگاوہی۔</w:t>
      </w:r>
    </w:p>
    <w:p>
      <w:r>
        <w:rPr>
          <w:b/>
        </w:rPr>
        <w:t xml:space="preserve">[04:08] </w:t>
      </w:r>
      <w:r>
        <w:t>to positive thinking bahut hi, main samajhta hoon ke sab se ahem khoobi positive thinking hai.</w:t>
      </w:r>
    </w:p>
    <w:p>
      <w:pPr>
        <w:jc w:val="right"/>
      </w:pPr>
      <w:r>
        <w:t>تو پازیٹیوتھنکنگبہت ہی، میںسمجھتاہوںکہسبسے اہم خوب ی پ ازیٹیوتھنکنگہے۔</w:t>
      </w:r>
    </w:p>
    <w:p>
      <w:r>
        <w:rPr>
          <w:b/>
        </w:rPr>
        <w:t xml:space="preserve">[04:19] </w:t>
      </w:r>
      <w:r>
        <w:t>saari achhi cheezein judi hui hain positive thinking se, musbat soch se.</w:t>
      </w:r>
    </w:p>
    <w:p>
      <w:pPr>
        <w:jc w:val="right"/>
      </w:pPr>
      <w:r>
        <w:t>ساری اچھیچیزیں جڑیہوئیہیں پازیٹیوتھنکنگسے،مثبتسوچسے ۔</w:t>
      </w:r>
    </w:p>
    <w:p>
      <w:r>
        <w:rPr>
          <w:b/>
        </w:rPr>
        <w:t xml:space="preserve">[04:28] </w:t>
      </w:r>
      <w:r>
        <w:t>is liye aaj ka unwaan hum ne rakha hai "the importance of positive</w:t>
      </w:r>
    </w:p>
    <w:p>
      <w:pPr>
        <w:jc w:val="right"/>
      </w:pPr>
      <w:r>
        <w:t>اس لیےآجکا عنوان ہمنےرکھاہے" دیامپورٹنسآف پازیٹی</w:t>
      </w:r>
    </w:p>
    <w:p>
      <w:r>
        <w:rPr>
          <w:b/>
        </w:rPr>
        <w:t xml:space="preserve">[04:32] </w:t>
      </w:r>
      <w:r>
        <w:t>thinking" yaani musbat soch ki ahmiyat, musbat tarz-e-fikr ki ahmiyat. kyon ke log aam taur par is baat ko nahin jaante ke jis aadmi se aap shikayat kar rahe hain, woh aadmi Allah ki di hui azaadi ko istemaal kar raha hai.</w:t>
      </w:r>
    </w:p>
    <w:p>
      <w:pPr>
        <w:jc w:val="right"/>
      </w:pPr>
      <w:r>
        <w:t>وتھنکنگ"یعنیمثبت سوچکیاہمیت ،مثبت طرزفکرکیاہمیت۔ کیوںکہلوگ عامطورپر اس باتکونہیںجانتے کہ جسآدمیسےآپشکایتکررہےہیں،وہآدمی اللہ کی دیہوئی آزادیکواستعمالکررہاہے۔</w:t>
      </w:r>
    </w:p>
    <w:p>
      <w:r>
        <w:rPr>
          <w:b/>
        </w:rPr>
        <w:t xml:space="preserve">[04:51] </w:t>
      </w:r>
      <w:r>
        <w:t>to shikayat aap ki kiske khilaaf gayi? woh to naoozubillah khaliq ke khilaaf gayi.</w:t>
      </w:r>
    </w:p>
    <w:p>
      <w:pPr>
        <w:jc w:val="right"/>
      </w:pPr>
      <w:r>
        <w:t>تو شکایت آپکیکسکےخلاف گئی ؟ وہتونعوذباللہ خالقکےخلاف گئی ۔</w:t>
      </w:r>
    </w:p>
    <w:p>
      <w:r>
        <w:rPr>
          <w:b/>
        </w:rPr>
        <w:t xml:space="preserve">[04:59] </w:t>
      </w:r>
      <w:r>
        <w:t>jis ke khilaaf aap cheekh pukaar kar rahe hain, ihtijaaj kar rahe hain, shikayat kar rahe hain, to woh kiske khilaaf gayi? jab woh insaan Allah ki di hui azaadi ko istemaal kar raha hai to aap ki shikayat gayi barah-e-raast taur par khaliq ke khilaaf.</w:t>
      </w:r>
    </w:p>
    <w:p>
      <w:pPr>
        <w:jc w:val="right"/>
      </w:pPr>
      <w:r>
        <w:t>جس کے خلاف آپ چیخپکارکررہےہیں، احتجاجکررہےہیں، شکایتکررہےہیں،تووہکسکےخلاف گئی ؟ جب وہ انسان اللہ کی دیہوئیآزادیکواستعمالکررہاہے توآپ کیشکایت گئی براہِراستطورپرخالقکےخلاف ۔</w:t>
      </w:r>
    </w:p>
    <w:p>
      <w:r>
        <w:rPr>
          <w:b/>
        </w:rPr>
        <w:t xml:space="preserve">[05:14] </w:t>
      </w:r>
      <w:r>
        <w:t>to bataiye, aisa duniya mein jo rahe, kya uski kuch kuch bhi uski hesiyat nahin?</w:t>
      </w:r>
    </w:p>
    <w:p>
      <w:pPr>
        <w:jc w:val="right"/>
      </w:pPr>
      <w:r>
        <w:t>توبتائیے،ایسا دنیا میںجورہے، کیا اسکی ک چھکچھبھیاسکی حیثیتنہیں؟</w:t>
      </w:r>
    </w:p>
    <w:p>
      <w:r>
        <w:rPr>
          <w:b/>
        </w:rPr>
        <w:t xml:space="preserve">[05:23] </w:t>
      </w:r>
      <w:r>
        <w:t>yaani jo khaliq se, creator se shikayat kar ke duniya banana chahe, to uski kya jagah hai duniya mein?</w:t>
      </w:r>
    </w:p>
    <w:p>
      <w:pPr>
        <w:jc w:val="right"/>
      </w:pPr>
      <w:r>
        <w:t>یعنی جو خالقسے،کریٹرسے شکایت کرکےدنیا بناناچاہے،تواسکیکیاجگہہےدنیا میں؟</w:t>
      </w:r>
    </w:p>
    <w:p>
      <w:r>
        <w:rPr>
          <w:b/>
        </w:rPr>
        <w:t xml:space="preserve">[05:32] </w:t>
      </w:r>
      <w:r>
        <w:t>yeh sari muslim dunya aajkal is imtila mein mubtila hai. unhein pata hi nahin ke "what is the creation plan of God". bas apni shikayaton mein jeete hain, shikayaton mein jeete hain.</w:t>
      </w:r>
    </w:p>
    <w:p>
      <w:pPr>
        <w:jc w:val="right"/>
      </w:pPr>
      <w:r>
        <w:t>یہ ساری مسلم دنیا آجکلاسیمیںمبتلاہے۔ انہیں پتہہینہیں کہ"واٹازداکریشنپلانآف گاڈ"۔ بسانہیں شکایت وںمیںجیتےہیں،شکایتوںمیںجیتےہیں۔</w:t>
      </w:r>
    </w:p>
    <w:p>
      <w:r>
        <w:rPr>
          <w:b/>
        </w:rPr>
        <w:t xml:space="preserve">[05:42] </w:t>
      </w:r>
      <w:r>
        <w:t>jisko dekhen, yahan se arab tak, yahan se America tak, yahan se Europe tak aap safar kijiye, ek bhi insan kamaz kam mujhe to nahin mila, maine sainkaron safar kiye hain,</w:t>
      </w:r>
    </w:p>
    <w:p>
      <w:pPr>
        <w:jc w:val="right"/>
      </w:pPr>
      <w:r>
        <w:t>جسکو دیکھیں،یہاںسےعرب تک،یہاںسے امریک ہتک ،یہاںسےیورپتک آپ سفرکیجیے،ایک بھیانسان کمازکممجھےتونہیںملا، میںنےسینکڑوںسفرکیےہیں،</w:t>
      </w:r>
    </w:p>
    <w:p>
      <w:r>
        <w:rPr>
          <w:b/>
        </w:rPr>
        <w:t xml:space="preserve">[05:54] </w:t>
      </w:r>
      <w:r>
        <w:t>jo waqai maanon mein positive thinker ho. Upar upar agar baat karega woh to is ko check kijiye aap iski. Is ko check karte hi foran nikal aayega ke andar se woh negative team mein ja raha hai.</w:t>
      </w:r>
    </w:p>
    <w:p>
      <w:pPr>
        <w:jc w:val="right"/>
      </w:pPr>
      <w:r>
        <w:t>جو واقع یمعنوںمیںپازیٹیوتھنکرہو۔ اوپراوپراگر باتکرےگا وہ تو اسکرٹنیکیجیےآپاسکی۔ اسکرٹنیکرتےہیفوراًنکلآئےگاکہاندرسےوہ نیگیٹیوٹیمیںجیرہاہے۔</w:t>
      </w:r>
    </w:p>
    <w:p>
      <w:r>
        <w:rPr>
          <w:b/>
        </w:rPr>
        <w:t xml:space="preserve">[06:06] </w:t>
      </w:r>
      <w:r>
        <w:t>kyun? in logon ko namaz roze ka masla maloom hai. yeh sari musalman jahan, haj ke masail maloom hain inko.</w:t>
      </w:r>
    </w:p>
    <w:p>
      <w:pPr>
        <w:jc w:val="right"/>
      </w:pPr>
      <w:r>
        <w:t>کیوں ؟ انلوگوںکو نمازروز ےکامسائلمعلومہے۔ یہسارےمس لمانجوہیں، حجکےمسائلمعلومہیںانکو ۔</w:t>
      </w:r>
    </w:p>
    <w:p>
      <w:r>
        <w:rPr>
          <w:b/>
        </w:rPr>
        <w:t xml:space="preserve">[06:15] </w:t>
      </w:r>
      <w:r>
        <w:t>lekin yeh nahin maloom ke "what is the creation plan of God". is ki khabar nahin inko.</w:t>
      </w:r>
    </w:p>
    <w:p>
      <w:pPr>
        <w:jc w:val="right"/>
      </w:pPr>
      <w:r>
        <w:t>لیکن یہنہیںمعلوم کہ"واٹاز داکریشنپلانآفگاڈ"۔ اسکیخبرہینہیںانکو ۔</w:t>
      </w:r>
    </w:p>
    <w:p>
      <w:r>
        <w:rPr>
          <w:b/>
        </w:rPr>
        <w:t xml:space="preserve">[06:23] </w:t>
      </w:r>
      <w:r>
        <w:t>main ek taaza misaal deta hoon. abhi ek arabi jareede mein issi mahine mein, yaani June 2010 mein, ek arabi jareede mein ek mazmoon chhaapa hai ek bahut hi maroof scholar ka.</w:t>
      </w:r>
    </w:p>
    <w:p>
      <w:pPr>
        <w:jc w:val="right"/>
      </w:pPr>
      <w:r>
        <w:t>میں ایکتازہمثالدیتاہوں۔ ابھیایک عربیجریدےمیں اسیمہینےمیں،یعنی جون 2010میں، ایکعربیجریدےمیںایکمضمونچھپاہے ایک بہتہی مع روف اسکالرکا۔</w:t>
      </w:r>
    </w:p>
    <w:p>
      <w:r>
        <w:rPr>
          <w:b/>
        </w:rPr>
        <w:t xml:space="preserve">[06:39] </w:t>
      </w:r>
      <w:r>
        <w:t>maroof scholar ka. is ka unwan kya hai? is ka caption kya hai?</w:t>
      </w:r>
    </w:p>
    <w:p>
      <w:pPr>
        <w:jc w:val="right"/>
      </w:pPr>
      <w:r>
        <w:t>مع روفاسکالرکا۔ اسکا عنوان کیا ہے ؟ اسکاکیپشنکیاہے؟</w:t>
      </w:r>
    </w:p>
    <w:p>
      <w:r>
        <w:rPr>
          <w:b/>
        </w:rPr>
        <w:t xml:space="preserve">[06:47] </w:t>
      </w:r>
      <w:r>
        <w:t>woh yeh hai: "hal la hadha al haqq min nihayah".</w:t>
      </w:r>
    </w:p>
    <w:p>
      <w:pPr>
        <w:jc w:val="right"/>
      </w:pPr>
      <w:r>
        <w:t>وہیہہے: "حل لہذا الحقمن نهایہ"۔</w:t>
      </w:r>
    </w:p>
    <w:p>
      <w:r>
        <w:rPr>
          <w:b/>
        </w:rPr>
        <w:t xml:space="preserve">[06:55] </w:t>
      </w:r>
      <w:r>
        <w:t>y</w:t>
      </w:r>
    </w:p>
    <w:p>
      <w:pPr>
        <w:jc w:val="right"/>
      </w:pPr>
      <w:r>
        <w:t>ی</w:t>
      </w:r>
    </w:p>
    <w:p>
      <w:r>
        <w:rPr>
          <w:b/>
        </w:rPr>
        <w:t xml:space="preserve">[06:58] </w:t>
      </w:r>
      <w:r>
        <w:t>yani "will there be no end to this hatred". yaani yeh jo hamare khilaf hatred ho rahi hai, hamare khilaf jo kina o dushmani ka kiya ja raha hai, kya yeh kabhi khatam hoga?</w:t>
      </w:r>
    </w:p>
    <w:p>
      <w:pPr>
        <w:jc w:val="right"/>
      </w:pPr>
      <w:r>
        <w:t>عنی" ویلدیربی نو اینڈٹودس ہیٹریٹ" ۔یعنییہجوہمارےخلاف ہیٹریٹہورہیہے، ہمارےخلاف جو کینہاوردشمنی کا کیاجارہاہے، کیا یہکبھیختمہوگا؟</w:t>
      </w:r>
    </w:p>
    <w:p>
      <w:r>
        <w:rPr>
          <w:b/>
        </w:rPr>
        <w:t xml:space="preserve">[07:15] </w:t>
      </w:r>
      <w:r>
        <w:t>yaani kon</w:t>
      </w:r>
    </w:p>
    <w:p>
      <w:pPr>
        <w:jc w:val="right"/>
      </w:pPr>
      <w:r>
        <w:t>یعنیکونکس</w:t>
      </w:r>
    </w:p>
    <w:p>
      <w:r>
        <w:rPr>
          <w:b/>
        </w:rPr>
        <w:t xml:space="preserve">[07:16] </w:t>
      </w:r>
      <w:r>
        <w:t>ke khilaf hai? maghribi nations ke khilaf. yaani poora article jo hai woh batata hai ke maghribi nations jo hain, yaani Europe aur America, musalmanon ke dushman nahin aur har aitbaar se hum ko chahte hain ke hum tabah ho jayen aur hum tabah ho kar reh jayen.</w:t>
      </w:r>
    </w:p>
    <w:p>
      <w:pPr>
        <w:jc w:val="right"/>
      </w:pPr>
      <w:r>
        <w:t>کےخلاف ہے ؟ مغ ربینیشنزکےخلاف ۔ یعنی پوراآرٹیکلجوہےوہبتاتاہے کہ مغربینیشنزجوہیں، ی عنییورپاورامریک ہ، مسلمانوںکےدشمنہیں اور ہر اعت بار سےہمکو چاہتےہیںکہہمتباہہوجائیں اورہم تباہہوکررہجائیں۔</w:t>
      </w:r>
    </w:p>
    <w:p>
      <w:r>
        <w:rPr>
          <w:b/>
        </w:rPr>
        <w:t xml:space="preserve">[07:38] </w:t>
      </w:r>
      <w:r>
        <w:t>yeh koi soche? yeh koi soche?</w:t>
      </w:r>
    </w:p>
    <w:p>
      <w:pPr>
        <w:jc w:val="right"/>
      </w:pPr>
      <w:r>
        <w:t>یہ کوئیسوچہے؟ یہکوئیسوچہے؟</w:t>
      </w:r>
    </w:p>
    <w:p>
      <w:r>
        <w:rPr>
          <w:b/>
        </w:rPr>
        <w:t xml:space="preserve">[07:42] </w:t>
      </w:r>
      <w:r>
        <w:t>main aap ko yaad dilaoon ke sab se so saal pehle, so saal pehle, yaani aaj ek muslim scholar kehta hai ke "hal la hadha al haqq min nihayah".</w:t>
      </w:r>
    </w:p>
    <w:p>
      <w:pPr>
        <w:jc w:val="right"/>
      </w:pPr>
      <w:r>
        <w:t>میں آپکویاددلاؤںکہابسےسو سال پہلے ، سو سال پہلے، یعنیآج ایک مسلم اسکالرکہتاہےکہ"حللہذا الحق من نهایہ"۔</w:t>
      </w:r>
    </w:p>
    <w:p>
      <w:r>
        <w:rPr>
          <w:b/>
        </w:rPr>
        <w:t xml:space="preserve">[07:54] </w:t>
      </w:r>
      <w:r>
        <w:t>so saal pehle Maulana Shafi Al-Rahmani ne yeh baat kahi thi. so saal pehle. kahan tak loge hum se? Europe ko khitaab karte</w:t>
      </w:r>
    </w:p>
    <w:p>
      <w:pPr>
        <w:jc w:val="right"/>
      </w:pPr>
      <w:r>
        <w:t>سو سال پہلے مولاناشفیعالرحمانی نےیہباتکہیتھی۔ سو سال پہلے۔ کہاںتک لوگےہمسے ؟الیورپکوخطابکرتے</w:t>
      </w:r>
    </w:p>
    <w:p>
      <w:r>
        <w:rPr>
          <w:b/>
        </w:rPr>
        <w:t xml:space="preserve">[08:06] </w:t>
      </w:r>
      <w:r>
        <w:t>hue ke kahan tak loge hum se inteqaam mein fatah yawe? dikhaoge humein jang e salib ka samaan kab tak? ab to ghaur kijiye ke jo qaum so barson se shikayat mein jee rahi ho,</w:t>
      </w:r>
    </w:p>
    <w:p>
      <w:pPr>
        <w:jc w:val="right"/>
      </w:pPr>
      <w:r>
        <w:t>ہوئےکہ اںتک لوگےہمسے انتقاممیںفتحای وبی ؟دکھاؤگےہمیں جنگ صلیبیکاسماںکبتک ؟ اب توغورکیجیےکہجو قومسو برسسے شکایتمیںجیرہیہو ،</w:t>
      </w:r>
    </w:p>
    <w:p>
      <w:r>
        <w:rPr>
          <w:b/>
        </w:rPr>
        <w:t xml:space="preserve">[08:21] </w:t>
      </w:r>
      <w:r>
        <w:t>uske andar koi soche? yeh koi soche?</w:t>
      </w:r>
    </w:p>
    <w:p>
      <w:pPr>
        <w:jc w:val="right"/>
      </w:pPr>
      <w:r>
        <w:t>اسکےاندرکوئیسوچہے؟ یہکوئیسو</w:t>
      </w:r>
    </w:p>
    <w:p>
      <w:r>
        <w:rPr>
          <w:b/>
        </w:rPr>
        <w:t xml:space="preserve">[08:27] </w:t>
      </w:r>
      <w:r>
        <w:t>so barson se nasal dar nasal yeh soch chali aa rahi hai.</w:t>
      </w:r>
    </w:p>
    <w:p>
      <w:pPr>
        <w:jc w:val="right"/>
      </w:pPr>
      <w:r>
        <w:t>چہے؟سوبرسسے نسل درنسلیہیسوچچلیآرہیہے۔</w:t>
      </w:r>
    </w:p>
    <w:p>
      <w:r>
        <w:rPr>
          <w:b/>
        </w:rPr>
        <w:t xml:space="preserve">[08:32] </w:t>
      </w:r>
      <w:r>
        <w:t>sab log yahi boli bolte hain, sab log yahi boli bolte hain, sabhi log yahi zabaan likhte hain.</w:t>
      </w:r>
    </w:p>
    <w:p>
      <w:pPr>
        <w:jc w:val="right"/>
      </w:pPr>
      <w:r>
        <w:t>سبلوگ یہیبولیبولتےہیں،سبلوگیہیبولیبول تےہیں،سبھیلوگ یہی زبان لکھتےہیں۔</w:t>
      </w:r>
    </w:p>
    <w:p>
      <w:r>
        <w:rPr>
          <w:b/>
        </w:rPr>
        <w:t xml:space="preserve">[08:41] </w:t>
      </w:r>
      <w:r>
        <w:t>to yeh jo maine padha ke "hal la hadha al haqq min nihayah" to sari baaten mujhe yaad aa gayeen. yeh koi reason nahin karta.</w:t>
      </w:r>
    </w:p>
    <w:p>
      <w:pPr>
        <w:jc w:val="right"/>
      </w:pPr>
      <w:r>
        <w:t>تویہجومیںنےپڑھاکہ"حللہذا الحق مننهایہ" تو ساریباتیںمجھےیادآگئیں۔ یہ کوئی ریایسسنہیںکرتا ۔</w:t>
      </w:r>
    </w:p>
    <w:p>
      <w:r>
        <w:rPr>
          <w:b/>
        </w:rPr>
        <w:t xml:space="preserve">[08:51] </w:t>
      </w:r>
      <w:r>
        <w:t>main hairan hoon ke aage sochte kyun nahin hain log ke so baras guzar gaye aur yeh haq khatam nahin hua?</w:t>
      </w:r>
    </w:p>
    <w:p>
      <w:pPr>
        <w:jc w:val="right"/>
      </w:pPr>
      <w:r>
        <w:t>میں حیرانہوںکہآگےسوچتےکیوںنہیںہیںلوگ کہ سو برسگ زرگئے اوریہحق ختمنہیںہوا ؟</w:t>
      </w:r>
    </w:p>
    <w:p>
      <w:r>
        <w:rPr>
          <w:b/>
        </w:rPr>
        <w:t xml:space="preserve">[08:58] </w:t>
      </w:r>
      <w:r>
        <w:t>yaani unhone farz kar rakha hai, main to nahin manta haq waghera. haq ki philosophy ko main nahin manta. lekin jo logon ne is philosophy ko maan rakha hai, unhein sochna chahiye ke so saal se ek qaum ko dunya ke log apne haq ka shikar kiye hue hain, hatred ka, aur Khuda jo hai woh bilkul khamosh hai.</w:t>
      </w:r>
    </w:p>
    <w:p>
      <w:pPr>
        <w:jc w:val="right"/>
      </w:pPr>
      <w:r>
        <w:t>یعنی انہوںنےفرض کررکھاہے،میں تونہیںمانتاحق وغیرہ۔ حق کیفلاسفیکومیںنہیںمانتا۔ لیکن جولوگوںنےاسفلاسفیکومانرکھاہے، انہیں سوچناچاہیے کہ سو سالسے ایکقومکو دنیا کےلوگ اپنے حق کاشکار کیےہوئے ہیں، ہیٹریٹکا ، اورخداجوہےوہبالکلخاموشہے۔</w:t>
      </w:r>
    </w:p>
    <w:p>
      <w:r>
        <w:rPr>
          <w:b/>
        </w:rPr>
        <w:t xml:space="preserve">[09:23] </w:t>
      </w:r>
      <w:r>
        <w:t>woh be parwah ho gaya hai. jab ke humein dawah hai ke hum khair ummate hain. ab ghaur kijiye.</w:t>
      </w:r>
    </w:p>
    <w:p>
      <w:pPr>
        <w:jc w:val="right"/>
      </w:pPr>
      <w:r>
        <w:t>وہ بےپرواہہوگیاہے۔ جبکہہمیں دعویٰہےکہہمخیر امتہیں۔ ابغورکیجیے۔</w:t>
      </w:r>
    </w:p>
    <w:p>
      <w:r>
        <w:rPr>
          <w:b/>
        </w:rPr>
        <w:t xml:space="preserve">[09:32] </w:t>
      </w:r>
      <w:r>
        <w:t>to yeh waqt aa gaya hai aakhir tak ke hum phir se sochen, phir se sochen ke mamla kya hai?</w:t>
      </w:r>
    </w:p>
    <w:p>
      <w:pPr>
        <w:jc w:val="right"/>
      </w:pPr>
      <w:r>
        <w:t>تو یہ وقت آگیاہے آخریکہہم پھرسےسو چیں،پھرسےسوچیں کہمعاملہکیاہے ؟</w:t>
      </w:r>
    </w:p>
    <w:p>
      <w:r>
        <w:rPr>
          <w:b/>
        </w:rPr>
        <w:t xml:space="preserve">[09:43] </w:t>
      </w:r>
      <w:r>
        <w:t>yahan main aap ko yaad dilana chahta hoon ke Allah Ta'ala ka ek qanoon hai.</w:t>
      </w:r>
    </w:p>
    <w:p>
      <w:pPr>
        <w:jc w:val="right"/>
      </w:pPr>
      <w:r>
        <w:t>یہاںمیںآپکو یاددل اناچاہتاہوں کہ اللہتعالیٰکاایکقانون ہے۔</w:t>
      </w:r>
    </w:p>
    <w:p>
      <w:r>
        <w:rPr>
          <w:b/>
        </w:rPr>
        <w:t xml:space="preserve">[09:50] </w:t>
      </w:r>
      <w:r>
        <w:t>is qanoon ko quran mein istibdaal kaha gaya hai.</w:t>
      </w:r>
    </w:p>
    <w:p>
      <w:pPr>
        <w:jc w:val="right"/>
      </w:pPr>
      <w:r>
        <w:t>اس قانون کو قرآنمیں استبدال کہاگیاہے۔</w:t>
      </w:r>
    </w:p>
    <w:p>
      <w:r>
        <w:rPr>
          <w:b/>
        </w:rPr>
        <w:t xml:space="preserve">[09:57] </w:t>
      </w:r>
      <w:r>
        <w:t>istibdaal ka matlab hota hai mutabadil. aik ko badal kar doosre ko lana. to duniya mein Allah taala ka jo qanoon hai, woh istibdaal ke tehat hai.</w:t>
      </w:r>
    </w:p>
    <w:p>
      <w:pPr>
        <w:jc w:val="right"/>
      </w:pPr>
      <w:r>
        <w:t>است بدالکامطلبہوتاہے متبادل ۔ایک کوبدلکردوسرےکولانا۔تودنیا میںاللہ تعالیٰ کاجوقانون ہے،وہاستبدال کےتحت ہے۔</w:t>
      </w:r>
    </w:p>
    <w:p>
      <w:r>
        <w:rPr>
          <w:b/>
        </w:rPr>
        <w:t xml:space="preserve">[10:09] </w:t>
      </w:r>
      <w:r>
        <w:t>istibdaal. yaani aik qaum aati hai, woh kuch dinon tak apna kar nama dikhati hai, is ko hata diya jata hai.</w:t>
      </w:r>
    </w:p>
    <w:p>
      <w:pPr>
        <w:jc w:val="right"/>
      </w:pPr>
      <w:r>
        <w:t>استبدال ۔یعنیایکقومآتیہے، وہ کچھدنوںتک اپنا کارنامہدکھاتیہے، اسکوہٹادیاجاتاہے۔</w:t>
      </w:r>
    </w:p>
    <w:p>
      <w:r>
        <w:rPr>
          <w:b/>
        </w:rPr>
        <w:t xml:space="preserve">[10:17] </w:t>
      </w:r>
      <w:r>
        <w:t>to doosri qaum laai jati hai.</w:t>
      </w:r>
    </w:p>
    <w:p>
      <w:pPr>
        <w:jc w:val="right"/>
      </w:pPr>
      <w:r>
        <w:t>تودوسریقوملائیجاتیہے۔</w:t>
      </w:r>
    </w:p>
    <w:p>
      <w:r>
        <w:rPr>
          <w:b/>
        </w:rPr>
        <w:t xml:space="preserve">[10:20] </w:t>
      </w:r>
      <w:r>
        <w:t>woh is ko phir teesri laai jati hai. kyun? aik hi qaum agar bohat din tak rahe to woh woh kya hoga? yaani jis tarah ke yaani purana khoon aur naya khoon wali baat hai,</w:t>
      </w:r>
    </w:p>
    <w:p>
      <w:pPr>
        <w:jc w:val="right"/>
      </w:pPr>
      <w:r>
        <w:t>وہ اسکوپھرتیسری لائیجاتیہے۔ کیوں؟ایکہیقوماگربہت دنتکرہےتووہ وہکیاہوگا؟ یعنی جسطرح کے یعنیپراناخ ون اورنیاخونوالی باتجوہے،</w:t>
      </w:r>
    </w:p>
    <w:p>
      <w:r>
        <w:rPr>
          <w:b/>
        </w:rPr>
        <w:t xml:space="preserve">[10:34] </w:t>
      </w:r>
      <w:r>
        <w:t>purana khoon jo hai woh ziyada der tak kuch kaam karne ki haalat mein nahin rehta. to naya khoon laaya jata hai.</w:t>
      </w:r>
    </w:p>
    <w:p>
      <w:pPr>
        <w:jc w:val="right"/>
      </w:pPr>
      <w:r>
        <w:t>پراناخونجوہےوہ زیادہ دیرتک کچھکام کرنےکیحالتمیںنہیںرہتا۔تونیاخونلایاجاتاہے۔</w:t>
      </w:r>
    </w:p>
    <w:p>
      <w:r>
        <w:rPr>
          <w:b/>
        </w:rPr>
        <w:t xml:space="preserve">[10:43] </w:t>
      </w:r>
      <w:r>
        <w:t>to yeh jo hai istibdaal jo hai, is ko aap keh sakte hain ke mutabadil purana khoon ke saath naya khoon.</w:t>
      </w:r>
    </w:p>
    <w:p>
      <w:pPr>
        <w:jc w:val="right"/>
      </w:pPr>
      <w:r>
        <w:t>تو یہجوہے استبدالجوہے، اسکوآپکہہسکتےہیں کہ متبادلپر اناخ ون کےساتھ نیاخون۔</w:t>
      </w:r>
    </w:p>
    <w:p>
      <w:r>
        <w:rPr>
          <w:b/>
        </w:rPr>
        <w:t xml:space="preserve">[10:57] </w:t>
      </w:r>
      <w:r>
        <w:t>ke is liye qaum jis ko zawal aa chuka hota hai, jo purana khoon ho chuki hoti hai, is ko hatana aur taaza dam qaum ko laana.</w:t>
      </w:r>
    </w:p>
    <w:p>
      <w:pPr>
        <w:jc w:val="right"/>
      </w:pPr>
      <w:r>
        <w:t>کہ اس یلیے قومجسکوزوالآچکاہوتاہے، جو پراناخونہوچکیہوتیہے، اسکوہٹانا اورتازہدم قوم کولانا۔</w:t>
      </w:r>
    </w:p>
    <w:p>
      <w:r>
        <w:rPr>
          <w:b/>
        </w:rPr>
        <w:t xml:space="preserve">[11:08] </w:t>
      </w:r>
      <w:r>
        <w:t>yeh poori tareekh mein ho raha hai.</w:t>
      </w:r>
    </w:p>
    <w:p>
      <w:pPr>
        <w:jc w:val="right"/>
      </w:pPr>
      <w:r>
        <w:t>یہ پوریتاریخ میںہورہاہے۔</w:t>
      </w:r>
    </w:p>
    <w:p>
      <w:r>
        <w:rPr>
          <w:b/>
        </w:rPr>
        <w:t xml:space="preserve">[11:11] </w:t>
      </w:r>
      <w:r>
        <w:t>is duniya mein kisi ki siyasi manapli nahin hai. yaad rakhiye. kisi bhi qaum ki siyasi manapli nahin hai ke usi ko taaqat rahe, usi ko ghalba rahe, usi ko sab kuch milta rahe. yeh naamumkin hai.</w:t>
      </w:r>
    </w:p>
    <w:p>
      <w:pPr>
        <w:jc w:val="right"/>
      </w:pPr>
      <w:r>
        <w:t>اسدنیا میں کسی کی سیاسی مناپلینہیںہے۔ یادرکھیے۔ کسی بھی قومکیسیاسی مناپلینہیںہے کہاسیکوطاقترہے، اسیکوغلبہرہے، اسیکو سبکچھملارہے۔یہ نامم کن ہے۔</w:t>
      </w:r>
    </w:p>
    <w:p>
      <w:r>
        <w:rPr>
          <w:b/>
        </w:rPr>
        <w:t xml:space="preserve">[11:26] </w:t>
      </w:r>
      <w:r>
        <w:t>yeh creation plan of God hai.</w:t>
      </w:r>
    </w:p>
    <w:p>
      <w:pPr>
        <w:jc w:val="right"/>
      </w:pPr>
      <w:r>
        <w:t>یہ ک ریشنپلانآفگاڈہے۔</w:t>
      </w:r>
    </w:p>
    <w:p>
      <w:r>
        <w:rPr>
          <w:b/>
        </w:rPr>
        <w:t xml:space="preserve">[11:32] </w:t>
      </w:r>
      <w:r>
        <w:t>mein aap ko yaad dilana chahta hoon chand hazar saal ki tareekh.</w:t>
      </w:r>
    </w:p>
    <w:p>
      <w:pPr>
        <w:jc w:val="right"/>
      </w:pPr>
      <w:r>
        <w:t>میں آپکویاددلاناچاہتاہوں چند ہزارسالکیتاریخ ۔</w:t>
      </w:r>
    </w:p>
    <w:p>
      <w:r>
        <w:rPr>
          <w:b/>
        </w:rPr>
        <w:t xml:space="preserve">[11:38] </w:t>
      </w:r>
      <w:r>
        <w:t>sab se pehle dekhiye, bohat pehle mein nahin jaata, Rome naz ko lijiye. Rome naz wohi, do hazar saal tak in ko Allah taala ne mauqa diya.</w:t>
      </w:r>
    </w:p>
    <w:p>
      <w:pPr>
        <w:jc w:val="right"/>
      </w:pPr>
      <w:r>
        <w:t>سبسےپہلے دیکھیے، بہت پہلے میں نہیںجاتا، روم نزکولیجیے۔ روم نزجوہیں، دو ہزار سالتک انکواللہتعالیٰنےموقعدیا ۔</w:t>
      </w:r>
    </w:p>
    <w:p>
      <w:r>
        <w:rPr>
          <w:b/>
        </w:rPr>
        <w:t xml:space="preserve">[11:49] </w:t>
      </w:r>
      <w:r>
        <w:t>Rome naz ne kya kiya? aik bohat bada kaam kiya. ittaahad. Rome naz se pehle duniya mein log qabail mein bikhre hue thay. aapas mein koi ittaahad nahin tha.</w:t>
      </w:r>
    </w:p>
    <w:p>
      <w:pPr>
        <w:jc w:val="right"/>
      </w:pPr>
      <w:r>
        <w:t>روم نزنےکیا کیا؟ایکبہتبڑاکام کیا۔ اتحاد ۔روم نزسےپہلے دنیا میں لوگ قبائلمیںبکھرےہوئےتھے۔ آپسمیںکوئیات حادنہیںتھا۔</w:t>
      </w:r>
    </w:p>
    <w:p>
      <w:r>
        <w:rPr>
          <w:b/>
        </w:rPr>
        <w:t xml:space="preserve">[12:00] </w:t>
      </w:r>
      <w:r>
        <w:t>to Rome naz ne aik ittaahad paida kiya. ittaahad se kya hua? taawun barha.</w:t>
      </w:r>
    </w:p>
    <w:p>
      <w:pPr>
        <w:jc w:val="right"/>
      </w:pPr>
      <w:r>
        <w:t>توروم نزنے ایک ات حادپیدا کیا۔ ات حادسےکیاہوا؟تع امل بڑھا۔</w:t>
      </w:r>
    </w:p>
    <w:p>
      <w:r>
        <w:rPr>
          <w:b/>
        </w:rPr>
        <w:t xml:space="preserve">[12:06] </w:t>
      </w:r>
      <w:r>
        <w:t>to yeh Rome naz ka aik kar nama aaj Rome na empire banaya tha jinhon ne. aur kaha jata hai ke "Pax Romana". to Pax Romana jo tha, uska aik bohat bara yeh hua ke pichhle daur jo ke qabaili daur tha, mutafarriq, sab mutafarriq, sab mutafarriq, is mein unhon ne ittaahad paida kiya.</w:t>
      </w:r>
    </w:p>
    <w:p>
      <w:pPr>
        <w:jc w:val="right"/>
      </w:pPr>
      <w:r>
        <w:t>تویہ روم نزکاایککارنامہآجروم نایمپائربنایاتھاجنہوںنے ۔اور کہاجاتا ہےکہ "پیکسروم انہ"۔ تو پیکسرومانہجوتھا، اسکا ایکبہت بڑا یہہوا کہپچھلےدور جو کہ قب ائلی دور تھا،متفر ق،سبمتفرق،سب متفرق ، اسمیںانہوںنےات حادپیدا کیا۔</w:t>
      </w:r>
    </w:p>
    <w:p>
      <w:r>
        <w:rPr>
          <w:b/>
        </w:rPr>
        <w:t xml:space="preserve">[12:29] </w:t>
      </w:r>
      <w:r>
        <w:t>aik hi empire ke tehat sab ko laya. aur taawun barhne laga.</w:t>
      </w:r>
    </w:p>
    <w:p>
      <w:pPr>
        <w:jc w:val="right"/>
      </w:pPr>
      <w:r>
        <w:t>ایکہیایمپائرکےتحت سبکولایا۔ اور تع امل بڑھنےلگ</w:t>
      </w:r>
    </w:p>
    <w:p>
      <w:r>
        <w:rPr>
          <w:b/>
        </w:rPr>
        <w:t xml:space="preserve">[12:34] </w:t>
      </w:r>
      <w:r>
        <w:t>yeh tha kar nama Rome naz ka. is ke baad saatvi sadi mein in ko hata kar Allah taala musalmanon ko laya. musalmanon ne empire qaim kiya jo taqreeban aath sau saal tak raha.</w:t>
      </w:r>
    </w:p>
    <w:p>
      <w:pPr>
        <w:jc w:val="right"/>
      </w:pPr>
      <w:r>
        <w:t>ا۔ یہتھا کارنامہ روم نزکا ۔ اسکےبعد ساتویںصدی میں انکوہٹاکراللہتعالیٰمسلمانوںکولایا۔ مسلمانوںنے ایمپائرقائمکیا جوتقریباً آٹھسوسال تک رہا۔</w:t>
      </w:r>
    </w:p>
    <w:p>
      <w:r>
        <w:rPr>
          <w:b/>
        </w:rPr>
        <w:t xml:space="preserve">[12:49] </w:t>
      </w:r>
      <w:r>
        <w:t>Romana empire ko hata kar Muslim empire aaya. musalmanon ne aik bohat bada kaam kiya. woh tha fitrat parasti ka khatma. jo Rome naz nahin kar sakte thay.</w:t>
      </w:r>
    </w:p>
    <w:p>
      <w:pPr>
        <w:jc w:val="right"/>
      </w:pPr>
      <w:r>
        <w:t>رومنایمپائرکوہٹاکرمسلمایمپائرآیا۔ مسلمانوںنےایکبہتبڑاکام کیا۔ وہ تھا فطرتپرستیکاخاتمہ۔ جو روم نزنہیںکرسکےتھے۔</w:t>
      </w:r>
    </w:p>
    <w:p>
      <w:r>
        <w:rPr>
          <w:b/>
        </w:rPr>
        <w:t xml:space="preserve">[13:00] </w:t>
      </w:r>
      <w:r>
        <w:t>Rome naz ne ittaahad laaye, Rome naz ne taawun barhaya unhon ne. lekin fitrat parasti jo thi woh baqi rahi phir bhi.</w:t>
      </w:r>
    </w:p>
    <w:p>
      <w:pPr>
        <w:jc w:val="right"/>
      </w:pPr>
      <w:r>
        <w:t>روم نزنےات حادلائے، روم نزنے تع امل بڑھایاانہوںنے۔ لیکن فطرتپرستی جوتھیوہباقیرہیپھربھی ۔</w:t>
      </w:r>
    </w:p>
    <w:p>
      <w:r>
        <w:rPr>
          <w:b/>
        </w:rPr>
        <w:t xml:space="preserve">[13:10] </w:t>
      </w:r>
      <w:r>
        <w:t>aur fitrat parasti jo thi woh rukawat thi science ki. kyun ke fitrat ko daryaft karne se to science nikli hai.</w:t>
      </w:r>
    </w:p>
    <w:p>
      <w:pPr>
        <w:jc w:val="right"/>
      </w:pPr>
      <w:r>
        <w:t>اورفطرتپر ستیجوتھی وہ رکاوٹ تھی سائنسمیں۔ کیوںکہفطرتکودریا فتکرنے سےتوسائنسنکلیہے۔</w:t>
      </w:r>
    </w:p>
    <w:p>
      <w:r>
        <w:rPr>
          <w:b/>
        </w:rPr>
        <w:t xml:space="preserve">[13:19] </w:t>
      </w:r>
      <w:r>
        <w:t>kya hai science? science kuch nahin magar daryaft fitrat.</w:t>
      </w:r>
    </w:p>
    <w:p>
      <w:pPr>
        <w:jc w:val="right"/>
      </w:pPr>
      <w:r>
        <w:t>کیا ہےسائنس ؟ سائنسکچھ نہیںمگردریا فتفطرت۔</w:t>
      </w:r>
    </w:p>
    <w:p>
      <w:r>
        <w:rPr>
          <w:b/>
        </w:rPr>
        <w:t xml:space="preserve">[13:24] </w:t>
      </w:r>
      <w:r>
        <w:t>fitrat ko daryaft kiya, fitrat ko chhupe raaz ko daryaft kiya to science ban gayi. to musalmanon ne apne empire jo qaim kiya un ka, is ka aik bohat bara kaam yeh kiya ke fitrat ko unhon ne parasti ke maqam se hataya.</w:t>
      </w:r>
    </w:p>
    <w:p>
      <w:pPr>
        <w:jc w:val="right"/>
      </w:pPr>
      <w:r>
        <w:t>فطرتکودریا فتکیا ،فطرتکو چھ پے راز کودریا فتکیا تو سائنسبنگئی ۔ تو مس لمانوںنے اپنے ایمپائرجو قائمکیا انکا،اسکاایکبہت بڑاکام یہکیا کہ فطرتکو انہوں نے پرستیکامقام سےہٹایا۔</w:t>
      </w:r>
    </w:p>
    <w:p>
      <w:r>
        <w:rPr>
          <w:b/>
        </w:rPr>
        <w:t xml:space="preserve">[13:45] </w:t>
      </w:r>
      <w:r>
        <w:t>to phir daryaft shuru hua. science ka daur shuru hua. lekin bohat aage nahin badh sake woh. yahan tak ke in ko zawal aa gaya.</w:t>
      </w:r>
    </w:p>
    <w:p>
      <w:pPr>
        <w:jc w:val="right"/>
      </w:pPr>
      <w:r>
        <w:t>توپھردریا فتشروعہوا۔ سائنسکادور شروعہوا ۔ لیکن بہت آگےنہیںبڑھاسکےوہ ۔ یہاںتککہانکوزوالآگیا۔</w:t>
      </w:r>
    </w:p>
    <w:p>
      <w:r>
        <w:rPr>
          <w:b/>
        </w:rPr>
        <w:t xml:space="preserve">[13:54] </w:t>
      </w:r>
      <w:r>
        <w:t>jab zawal aa gaya to Allah taala ne in ko bhi hataya. in ko hataya. phir Europe aayee. British empire aaya.</w:t>
      </w:r>
    </w:p>
    <w:p>
      <w:pPr>
        <w:jc w:val="right"/>
      </w:pPr>
      <w:r>
        <w:t>جب زوالآگیاتواللہتعالیٰنےانکوبھیہٹایا۔ انکو ہٹایا۔ پھر یورپیآ ئے۔ برٹشایمپائرآیا۔</w:t>
      </w:r>
    </w:p>
    <w:p>
      <w:r>
        <w:rPr>
          <w:b/>
        </w:rPr>
        <w:t xml:space="preserve">[14:06] </w:t>
      </w:r>
      <w:r>
        <w:t>british empire ne ek bahut bada kaam kiya. ya europei empire keh sakte hain ya british empire keh sakte hain ke unhon ne fitrat parasti ko jo hataya tha musalmanon ne, uska agla jo marhala hai unhon ne poora kiya.</w:t>
      </w:r>
    </w:p>
    <w:p>
      <w:pPr>
        <w:jc w:val="right"/>
      </w:pPr>
      <w:r>
        <w:t>برٹشایمپائرنے ایکبہت بڑاکام کیا۔ یا یورپی ایمپائرکہہسکتےہیںیابرٹشایمپائرکہہسکتےہیں کہانہوںنے فطرتپر ستی کوجوہٹایاتھامسلمانوںنے،اسکااگلاجومرحلہہے انہوںنےپوراکیا۔</w:t>
      </w:r>
    </w:p>
    <w:p>
      <w:r>
        <w:rPr>
          <w:b/>
        </w:rPr>
        <w:t xml:space="preserve">[14:21] </w:t>
      </w:r>
      <w:r>
        <w:t>unhon ne mechanization of power hum keh sakte hain isko. musalman jahan tak pahunche the, bas woh ghoṛe aur oṇṭ tak pahunche the.</w:t>
      </w:r>
    </w:p>
    <w:p>
      <w:pPr>
        <w:jc w:val="right"/>
      </w:pPr>
      <w:r>
        <w:t>انہوں نے میکنیزیشنآفپاور ہمکہہسکتےہیںاسکو۔ مسلمان جہاںتکپہنچےتھے،بسوہگھوڑےاوراونٹتکپہنچےتھے۔</w:t>
      </w:r>
    </w:p>
    <w:p>
      <w:r>
        <w:rPr>
          <w:b/>
        </w:rPr>
        <w:t xml:space="preserve">[14:30] </w:t>
      </w:r>
      <w:r>
        <w:t>yani ghoṛa taqat tha unke zamane mein. lekin angrezon ke zamane mein yeh hua ke pani ko unhon ne daryaft kiya ke iske andar taqat hai.</w:t>
      </w:r>
    </w:p>
    <w:p>
      <w:pPr>
        <w:jc w:val="right"/>
      </w:pPr>
      <w:r>
        <w:t>یعنیگھوڑا طاقتتھاانکےزمان ےمیں۔ لیکن انگ ریزوںکےزمانےمیںیہہوا کہ پانیکو انہوںنے دریا فت کیاکہاسکےاندرطاقتہے۔</w:t>
      </w:r>
    </w:p>
    <w:p>
      <w:r>
        <w:rPr>
          <w:b/>
        </w:rPr>
        <w:t xml:space="preserve">[14:45] </w:t>
      </w:r>
      <w:r>
        <w:t>bhap ki taqat hai. pani ko bhap ki taqat mein tabdeel kiya unhon ne</w:t>
      </w:r>
    </w:p>
    <w:p>
      <w:pPr>
        <w:jc w:val="right"/>
      </w:pPr>
      <w:r>
        <w:t>بھاپ کیطاقتہے۔ پانیکوبھاپکیطاقت میںتبدیلکیاانہوںنے</w:t>
      </w:r>
    </w:p>
    <w:p>
      <w:r>
        <w:rPr>
          <w:b/>
        </w:rPr>
        <w:t xml:space="preserve">[14:50] </w:t>
      </w:r>
      <w:r>
        <w:t>. jo musalman nahi kar sake the. musalman ghoṛe tak pahunche the, oṇṭ tak pahunche the.</w:t>
      </w:r>
    </w:p>
    <w:p>
      <w:pPr>
        <w:jc w:val="right"/>
      </w:pPr>
      <w:r>
        <w:t>۔جو مسلماننہیںکرسکےتھے۔ مس لمان گھوڑےتک پہنچےتھے، اونٹتکپہنچےتھے۔</w:t>
      </w:r>
    </w:p>
    <w:p>
      <w:r>
        <w:rPr>
          <w:b/>
        </w:rPr>
        <w:t xml:space="preserve">[14:59] </w:t>
      </w:r>
      <w:r>
        <w:t>yani janwaron ki taqat tak pahunche the woh. janwaron ki taqat. mechanic taqat tak musalman nahi pahunch sake. aur zawal aa gaya unko. jab zawal aa gaya to aage kuch imkan nahi tha unka.</w:t>
      </w:r>
    </w:p>
    <w:p>
      <w:pPr>
        <w:jc w:val="right"/>
      </w:pPr>
      <w:r>
        <w:t>یعنی جان وروںکیطاقتتکپہنچےتھےوہ۔ جانوروںکیطاقت۔میکینیکلطاقتتکمسلماننہیںپہنچسکے۔ اور زوالآگیاانکو۔جب زوالآگیاتو آگےکچھ امکاننہیںتھاانکا ۔</w:t>
      </w:r>
    </w:p>
    <w:p>
      <w:r>
        <w:rPr>
          <w:b/>
        </w:rPr>
        <w:t xml:space="preserve">[15:10] </w:t>
      </w:r>
      <w:r>
        <w:t>to Allah taala ne europeiyon ko khada kiya. british empire ko ek lamba arsa mila.</w:t>
      </w:r>
    </w:p>
    <w:p>
      <w:pPr>
        <w:jc w:val="right"/>
      </w:pPr>
      <w:r>
        <w:t>تواللہ تعالیٰنے یورپی وںکوکھڑاکیا۔ برٹشایمپائر کو ایکلمبا عرصہملا۔</w:t>
      </w:r>
    </w:p>
    <w:p>
      <w:r>
        <w:rPr>
          <w:b/>
        </w:rPr>
        <w:t xml:space="preserve">[15:18] </w:t>
      </w:r>
      <w:r>
        <w:t>unhon ne bhap ki taqat ijad kiya. bhap ki taqat ka matlab kya tha? bhap ke jahaz banne lage, rel gaṛiyan dauṛne lagin, mashinein banne lagin waghera.</w:t>
      </w:r>
    </w:p>
    <w:p>
      <w:pPr>
        <w:jc w:val="right"/>
      </w:pPr>
      <w:r>
        <w:t>انہوں نے بھ اپکیطاقتایجادکیا۔ بھاپکیطاقتکامطلبکیاتھا ؟ بھاپ کیجہازبننےلگے، ریلگاڑیاںدو ڑنےلگیں، مشینیںبننےلگیںوغیرہ۔</w:t>
      </w:r>
    </w:p>
    <w:p>
      <w:r>
        <w:rPr>
          <w:b/>
        </w:rPr>
        <w:t xml:space="preserve">[15:30] </w:t>
      </w:r>
      <w:r>
        <w:t>aur phir rabita bhi inhi ke zamane mein shuru hua. to yeh tha british empire ka ta'awun. lekin isko bhi zawal aaya.</w:t>
      </w:r>
    </w:p>
    <w:p>
      <w:pPr>
        <w:jc w:val="right"/>
      </w:pPr>
      <w:r>
        <w:t>اورپھر رابط ہبھیانہیکےزمانےمیںشروع ہوا۔ تو یہتھا برٹشایمپائرکا تعا ون۔ لیکن اسکوبھی زوالآیا۔</w:t>
      </w:r>
    </w:p>
    <w:p>
      <w:r>
        <w:rPr>
          <w:b/>
        </w:rPr>
        <w:t xml:space="preserve">[15:40] </w:t>
      </w:r>
      <w:r>
        <w:t>yani british empire bhi do sau saal ke baad isko zawal aa gaya. to Allah taala ne americans ko khada kiya.</w:t>
      </w:r>
    </w:p>
    <w:p>
      <w:pPr>
        <w:jc w:val="right"/>
      </w:pPr>
      <w:r>
        <w:t>یعنیبرٹشایمپائربھی دو سوسالکےبعداسکوزوالآگیا۔ تواللہتعالیٰنےامریک نزکوکھڑاکیا۔</w:t>
      </w:r>
    </w:p>
    <w:p>
      <w:r>
        <w:rPr>
          <w:b/>
        </w:rPr>
        <w:t xml:space="preserve">[15:47] </w:t>
      </w:r>
      <w:r>
        <w:t>americans ne dekhiye bahut bada kaam kiya hai rabite ke hawalay se. americans ki tehqeeq aur americans ke ta'awun ki wajah se aisa hua ke 'alami gaon ban gayi duniya mein.</w:t>
      </w:r>
    </w:p>
    <w:p>
      <w:pPr>
        <w:jc w:val="right"/>
      </w:pPr>
      <w:r>
        <w:t>امریک نز نےدیکھیےبہتبڑاکامکیا ہے رابط ےکے حوالےسے۔ امریک نز کیتحقیق اور امریک نزکےتعا ونکیوجہسےایساہوا کہ عالمیگاؤں بنگئی دنیا میں۔</w:t>
      </w:r>
    </w:p>
    <w:p>
      <w:r>
        <w:rPr>
          <w:b/>
        </w:rPr>
        <w:t xml:space="preserve">[16:01] </w:t>
      </w:r>
      <w:r>
        <w:t>kaisi ajeeb baat hai ke aap yehahan baith kar bol rahe hain aur saari duniya sun rahi hai. kaisi ajeeb baat hai yeh ke kisi bhi goshe mein aap ki awaz pahunch rahi hai.</w:t>
      </w:r>
    </w:p>
    <w:p>
      <w:pPr>
        <w:jc w:val="right"/>
      </w:pPr>
      <w:r>
        <w:t>کیسیعجیبباتہے کہآپیہاں بیٹھکربولرہےہیںاور ساریدنیا سنرہیہے۔ کیسیعجیبباتہےیہ کہ کسیبھیگوشےمیںآپکیآوازپہنچرہیہے۔</w:t>
      </w:r>
    </w:p>
    <w:p>
      <w:r>
        <w:rPr>
          <w:b/>
        </w:rPr>
        <w:t xml:space="preserve">[16:11] </w:t>
      </w:r>
      <w:r>
        <w:t>yeh hai 'alami kaari.</w:t>
      </w:r>
    </w:p>
    <w:p>
      <w:pPr>
        <w:jc w:val="right"/>
      </w:pPr>
      <w:r>
        <w:t>یہ ہے عالمی کاری۔</w:t>
      </w:r>
    </w:p>
    <w:p>
      <w:r>
        <w:rPr>
          <w:b/>
        </w:rPr>
        <w:t xml:space="preserve">[16:14] </w:t>
      </w:r>
      <w:r>
        <w:t>'alami kaari jis ko hum kehte hain woh americans ne paida kiya. yeh bahut hi bada karname americans ka hai. ab americans ko bhi zawal shuru ho gaya hai.</w:t>
      </w:r>
    </w:p>
    <w:p>
      <w:pPr>
        <w:jc w:val="right"/>
      </w:pPr>
      <w:r>
        <w:t>ع المیکاریجسکوہمکہتےہیں وہ امریک نز نے پیدا کیا۔ یہبہت ہیبڑا کارنامہامریک نزکاہے۔ اب امریک نزکوبھیزوالشروع ہوگیاہے۔</w:t>
      </w:r>
    </w:p>
    <w:p>
      <w:r>
        <w:rPr>
          <w:b/>
        </w:rPr>
        <w:t xml:space="preserve">[16:26] </w:t>
      </w:r>
      <w:r>
        <w:t>ab ek naya daur aaya hai jabke west se nikal kar ke eqtisaadi taqat jo hai ek ismein aa gayi hai.</w:t>
      </w:r>
    </w:p>
    <w:p>
      <w:pPr>
        <w:jc w:val="right"/>
      </w:pPr>
      <w:r>
        <w:t>ابایکنیادور آیاہےجبکہ اولٹسٹسےنکلکرکے اقت صادی طاقتجوہے ایک اسمیںآگئیہے۔</w:t>
      </w:r>
    </w:p>
    <w:p>
      <w:r>
        <w:rPr>
          <w:b/>
        </w:rPr>
        <w:t xml:space="preserve">[16:35] </w:t>
      </w:r>
      <w:r>
        <w:t>eqtisaadiyat mein. ab zamana aa gaya hai multinationals ka. multinationals ne ek bahut bada kaam kiya hai.</w:t>
      </w:r>
    </w:p>
    <w:p>
      <w:pPr>
        <w:jc w:val="right"/>
      </w:pPr>
      <w:r>
        <w:t>اقتصادیات میں۔ اب زمان ہآگیاہے ملٹینیشنلزکا ۔ مل ٹینیشنلزنےایکبہت بڑاکامکیا ہے۔</w:t>
      </w:r>
    </w:p>
    <w:p>
      <w:r>
        <w:rPr>
          <w:b/>
        </w:rPr>
        <w:t xml:space="preserve">[16:43] </w:t>
      </w:r>
      <w:r>
        <w:t>kai kai kaam kiye hain. ismein se ek woh jis ko hum kehte hain outsourcing. outsourcing. yeh ek bahut hi naya khayal hai outsourcing.</w:t>
      </w:r>
    </w:p>
    <w:p>
      <w:pPr>
        <w:jc w:val="right"/>
      </w:pPr>
      <w:r>
        <w:t>کئیکئیکام کیےہیں۔ اسمیںسےایک وہجسکوہمکہتےہیںآؤٹسورسنگ۔ آؤٹس ورسنگ۔ یہایکبہتہی نیا خیالہےآؤٹس ورسنگ۔</w:t>
      </w:r>
    </w:p>
    <w:p>
      <w:r>
        <w:rPr>
          <w:b/>
        </w:rPr>
        <w:t xml:space="preserve">[16:55] </w:t>
      </w:r>
      <w:r>
        <w:t>to yeh saari cheezein jo ek ke baad ek tareekh mein aage chali ja rahi hain. lekin musalman kuch samajhte nahi hain. yani unhon ne na to romans ke ta'awun ko jaana.</w:t>
      </w:r>
    </w:p>
    <w:p>
      <w:pPr>
        <w:jc w:val="right"/>
      </w:pPr>
      <w:r>
        <w:t>تویہساریچیزیںجوایککےبعد ایک تاریخ میںآگےچلیجارہیہیں۔ لیکن مس لمانکچھسم جھتےنہیں۔ یعنیانہوںنے نہتو روم نزکےتعا ونکو جانا۔</w:t>
      </w:r>
    </w:p>
    <w:p>
      <w:r>
        <w:rPr>
          <w:b/>
        </w:rPr>
        <w:t xml:space="preserve">[17:06] </w:t>
      </w:r>
      <w:r>
        <w:t>apne bare mein to fakhr karte hain bahut. lekin romans ke ta'awun ko nahi jaana unhon ne</w:t>
      </w:r>
    </w:p>
    <w:p>
      <w:pPr>
        <w:jc w:val="right"/>
      </w:pPr>
      <w:r>
        <w:t>اپنےبارےمیںتو فخرکرتےہیںبہت ۔ لیکن روم نزکےتعا ونکونہیںجاناانہوںنے</w:t>
      </w:r>
    </w:p>
    <w:p>
      <w:r>
        <w:rPr>
          <w:b/>
        </w:rPr>
        <w:t xml:space="preserve">[17:11] </w:t>
      </w:r>
      <w:r>
        <w:t>. british ke ta'awun ko nahi jaana unhon ne. americans ke ta'awun ko nahi jaana unhon ne. ab multinationals ke ta'awun ko nahi jaana unhon ne. abhi mein gaya tha junoobi america mein to kuch log isi par behtar bura keh rahe the ke dekhiye outsourcing karte hain yeh.</w:t>
      </w:r>
    </w:p>
    <w:p>
      <w:pPr>
        <w:jc w:val="right"/>
      </w:pPr>
      <w:r>
        <w:t>۔ برٹشکےتعا ونکونہیںجاناانہوںنے۔امریک نزکےتعا ونکونہیںجاناانہوںنے۔ ابملٹینیشنلزکےتعاونکونہیںجاناانہوںنے۔ ابھیمیںگیا تھاجنوبیامریکہمیں توکچھلوگ اسیپربہتبرابھلاکہہرہےتھےکہدیکھیےآؤٹسورسنگکرتےہیںیہ۔</w:t>
      </w:r>
    </w:p>
    <w:p>
      <w:r>
        <w:rPr>
          <w:b/>
        </w:rPr>
        <w:t xml:space="preserve">[17:24] </w:t>
      </w:r>
      <w:r>
        <w:t>ke americans mein baithe hue hain aur yahan se saman mangwa kar wahan bechte hain. outsourcing ka matlab hai ke ek company jis ka daftar kahin aur hai woh doosre mumalik mein apna saman banwati hai.</w:t>
      </w:r>
    </w:p>
    <w:p>
      <w:pPr>
        <w:jc w:val="right"/>
      </w:pPr>
      <w:r>
        <w:t>کہامریک ہمیںبیٹھےہوئے ہیں اوریہاںسے سامانمنگاکروہاںبیچتےہیں۔ آؤٹس ورسنگکامطلبہےکہایککمپنی جسکا دفتر کہیںاور ہے وہ دوسرےممالکمیں اپناسامانبنواتیہے۔</w:t>
      </w:r>
    </w:p>
    <w:p>
      <w:r>
        <w:rPr>
          <w:b/>
        </w:rPr>
        <w:t xml:space="preserve">[17:39] </w:t>
      </w:r>
      <w:r>
        <w:t>misal ke taur par junoobi america se woh jo taab banwate hain woh. aur joote ko wahan lagakar apna brand lagakar bechte hain wahan par. yeh outsourcing.</w:t>
      </w:r>
    </w:p>
    <w:p>
      <w:pPr>
        <w:jc w:val="right"/>
      </w:pPr>
      <w:r>
        <w:t>مثالکےطورپر جنوبیامریکہسےوہ جوتابنواتےہیںوہ ۔ اورجوتےکووہاںلگاکرکےاپنابرانڈلگاکربیچتےہیںوہاںپر ۔ یہآؤٹسورسنگ۔</w:t>
      </w:r>
    </w:p>
    <w:p>
      <w:r>
        <w:rPr>
          <w:b/>
        </w:rPr>
        <w:t xml:space="preserve">[17:48] </w:t>
      </w:r>
      <w:r>
        <w:t>to bura bura keh rahe the. to main ne unse kaha in logon se ke outsourcing ko bura aap keh rahe hain. outsourcing to ek nemat hai.</w:t>
      </w:r>
    </w:p>
    <w:p>
      <w:pPr>
        <w:jc w:val="right"/>
      </w:pPr>
      <w:r>
        <w:t>تو برابھلاکہہرہےتھے۔ تو میںنے انسےکہا انلوگوںسے کہآؤٹس ورسنگکوبراآپکہہرہےہیں۔ آؤٹسورسنگتوایکنعمتہے۔</w:t>
      </w:r>
    </w:p>
    <w:p>
      <w:r>
        <w:rPr>
          <w:b/>
        </w:rPr>
        <w:t xml:space="preserve">[17:58] </w:t>
      </w:r>
      <w:r>
        <w:t>khud Islam bhi isko karta hai.</w:t>
      </w:r>
    </w:p>
    <w:p>
      <w:pPr>
        <w:jc w:val="right"/>
      </w:pPr>
      <w:r>
        <w:t>خود اسلام بھی اسکوکرتاہے۔</w:t>
      </w:r>
    </w:p>
    <w:p>
      <w:r>
        <w:rPr>
          <w:b/>
        </w:rPr>
        <w:t xml:space="preserve">[18:04] </w:t>
      </w:r>
      <w:r>
        <w:t>Islam ka bhi tareeqa outsourcing ka tareeqa hai.</w:t>
      </w:r>
    </w:p>
    <w:p>
      <w:pPr>
        <w:jc w:val="right"/>
      </w:pPr>
      <w:r>
        <w:t>اسلام کابھیطریقہآؤٹسورسنگکاطریقہہے۔</w:t>
      </w:r>
    </w:p>
    <w:p>
      <w:r>
        <w:rPr>
          <w:b/>
        </w:rPr>
        <w:t xml:space="preserve">[18:07] </w:t>
      </w:r>
      <w:r>
        <w:t>woh kaise? sahih al bukhari mein riwayat hai ke in Allah</w:t>
      </w:r>
    </w:p>
    <w:p>
      <w:pPr>
        <w:jc w:val="right"/>
      </w:pPr>
      <w:r>
        <w:t>وہکیسے ؟صحیحالبخاریمیں روایتہے ان اللہ</w:t>
      </w:r>
    </w:p>
    <w:p>
      <w:r>
        <w:rPr>
          <w:b/>
        </w:rPr>
        <w:t xml:space="preserve">[18:13] </w:t>
      </w:r>
      <w:r>
        <w:t>la ye bhi to outsourcing hai. yani dajjal fajir se aisi cheezein nikalna jo Islam ke liye mufeed hon.</w:t>
      </w:r>
    </w:p>
    <w:p>
      <w:pPr>
        <w:jc w:val="right"/>
      </w:pPr>
      <w:r>
        <w:t>لایہبھیتوآؤٹسورسنگہے۔ یعنی دجال فاجرسے ایسیچیزیں نکالنا جو اسلام کےلیےمفیدہوں۔</w:t>
      </w:r>
    </w:p>
    <w:p>
      <w:r>
        <w:rPr>
          <w:b/>
        </w:rPr>
        <w:t xml:space="preserve">[18:25] </w:t>
      </w:r>
      <w:r>
        <w:t>dajjal fajir se taeed Islam nikalna ye bhi to outsourcing hai.</w:t>
      </w:r>
    </w:p>
    <w:p>
      <w:pPr>
        <w:jc w:val="right"/>
      </w:pPr>
      <w:r>
        <w:t>دجال فاجرسے تائیداسلام نکالنا یہبھیتوآؤٹسورسنگہے۔</w:t>
      </w:r>
    </w:p>
    <w:p>
      <w:r>
        <w:rPr>
          <w:b/>
        </w:rPr>
        <w:t xml:space="preserve">[18:31] </w:t>
      </w:r>
      <w:r>
        <w:t>phir aap dekhiye Quran majeed mein hai ke</w:t>
      </w:r>
    </w:p>
    <w:p>
      <w:pPr>
        <w:jc w:val="right"/>
      </w:pPr>
      <w:r>
        <w:t>پھرآپدیکھیے قرآنمجیدمیںہےکہ</w:t>
      </w:r>
    </w:p>
    <w:p>
      <w:r>
        <w:rPr>
          <w:b/>
        </w:rPr>
        <w:t xml:space="preserve">[18:42] </w:t>
      </w:r>
      <w:r>
        <w:t>yani Allah taala ne afaq o anfus mein yani fitrat mein ya kainat mein aisi cheezein rakh di thi jo yani Khuda ki alamaton ka darja</w:t>
      </w:r>
    </w:p>
    <w:p>
      <w:pPr>
        <w:jc w:val="right"/>
      </w:pPr>
      <w:r>
        <w:t>یعنی اللہ تعالیٰنے آفاقوانفس میں یعنی فطرتمیں یاکائناتمیں ایسیچیزیںرکھدیتھیں جو یعنی خدا کیعلامت وںکادرجہ</w:t>
      </w:r>
    </w:p>
    <w:p>
      <w:r>
        <w:rPr>
          <w:b/>
        </w:rPr>
        <w:t xml:space="preserve">[18:57] </w:t>
      </w:r>
      <w:r>
        <w:t>rakhti thi. sachaiyan is se sabit ho rahi thi. lekin is ko daryaft karna tha. ye daryaft kis ne kiya?</w:t>
      </w:r>
    </w:p>
    <w:p>
      <w:pPr>
        <w:jc w:val="right"/>
      </w:pPr>
      <w:r>
        <w:t>رکھتیتھیں۔ سچائیاں اسسے ثابتہورہیتھیں۔ لیکن اسکو دریا فتکرناتھا۔ یہدریافتکسنےکیا ؟</w:t>
      </w:r>
    </w:p>
    <w:p>
      <w:r>
        <w:rPr>
          <w:b/>
        </w:rPr>
        <w:t xml:space="preserve">[19:07] </w:t>
      </w:r>
      <w:r>
        <w:t>al Europe ne kiya, al America ne kiya. aur faida is se Islam ko mil raha hai.</w:t>
      </w:r>
    </w:p>
    <w:p>
      <w:pPr>
        <w:jc w:val="right"/>
      </w:pPr>
      <w:r>
        <w:t>ال یورپنےکیا،ال امریک ہنےکیا۔ اور فائدہاسسےاسلامکوملرہاہے۔</w:t>
      </w:r>
    </w:p>
    <w:p>
      <w:r>
        <w:rPr>
          <w:b/>
        </w:rPr>
        <w:t xml:space="preserve">[19:17] </w:t>
      </w:r>
      <w:r>
        <w:t>yani Qurani sadaqat jo hai us ki ta'abeer ho rahi hai. ab dekhiye kaam to hua Europe mein aur America mein.</w:t>
      </w:r>
    </w:p>
    <w:p>
      <w:pPr>
        <w:jc w:val="right"/>
      </w:pPr>
      <w:r>
        <w:t>یعنیقرآنیصداقتجوہے اسکیتعبیرہورہیہے۔ ابدیکھیے کامتوہوا یورپمیں اورامریکہمیں۔</w:t>
      </w:r>
    </w:p>
    <w:p>
      <w:r>
        <w:rPr>
          <w:b/>
        </w:rPr>
        <w:t xml:space="preserve">[19:26] </w:t>
      </w:r>
      <w:r>
        <w:t>yani kaam jo hua tahqeeq ka, tahqeeq ka woh sab America aur Europe mein hua. ab faida kis ko mil raha hai?</w:t>
      </w:r>
    </w:p>
    <w:p>
      <w:pPr>
        <w:jc w:val="right"/>
      </w:pPr>
      <w:r>
        <w:t>یعنیکام جوہوا تحقیقکا ،تحقیقکا وہسبامریکہاوریورپمیںہوا۔ ابفائدہکسکوملرہاہے؟</w:t>
      </w:r>
    </w:p>
    <w:p>
      <w:r>
        <w:rPr>
          <w:b/>
        </w:rPr>
        <w:t xml:space="preserve">[19:35] </w:t>
      </w:r>
      <w:r>
        <w:t>Quran ke bayan ke mutabiq? ke Qurani sadaqat hai. Qurani sadaqat sabit ho rahi hain. Islam ki sachaiyan mudallal ho rahi hain.</w:t>
      </w:r>
    </w:p>
    <w:p>
      <w:pPr>
        <w:jc w:val="right"/>
      </w:pPr>
      <w:r>
        <w:t>قرآنکےبیانکےمطابق ؟کہقرآنیصداقتہے۔ قرآنیصداقتیںثابتہورہیہیں۔ اسلام کیسچائیاں مدللہورہیہیں۔</w:t>
      </w:r>
    </w:p>
    <w:p>
      <w:r>
        <w:rPr>
          <w:b/>
        </w:rPr>
        <w:t xml:space="preserve">[19:45] </w:t>
      </w:r>
      <w:r>
        <w:t>ye bhi to outsourcing hai.</w:t>
      </w:r>
    </w:p>
    <w:p>
      <w:pPr>
        <w:jc w:val="right"/>
      </w:pPr>
      <w:r>
        <w:t>یہبھیتوآؤٹسورسنگہے۔</w:t>
      </w:r>
    </w:p>
    <w:p>
      <w:r>
        <w:rPr>
          <w:b/>
        </w:rPr>
        <w:t xml:space="preserve">[19:50] </w:t>
      </w:r>
      <w:r>
        <w:t>to sab se bari musibat hai musalmanon mein ke woh</w:t>
      </w:r>
    </w:p>
    <w:p>
      <w:pPr>
        <w:jc w:val="right"/>
      </w:pPr>
      <w:r>
        <w:t>تو سبسےبڑی مصیبتہے مسلمانوںمیں کہ وہ</w:t>
      </w:r>
    </w:p>
    <w:p>
      <w:r>
        <w:rPr>
          <w:b/>
        </w:rPr>
        <w:t xml:space="preserve">[19:57] </w:t>
      </w:r>
      <w:r>
        <w:t>qanoon fitrat ko nahi jante. creation plan of God jo hai woh is ko nahi jante. to barabar bas mein samajhta hoon ke do sau saal se musalman sirf shikayat mein jee rahe hain.</w:t>
      </w:r>
    </w:p>
    <w:p>
      <w:pPr>
        <w:jc w:val="right"/>
      </w:pPr>
      <w:r>
        <w:t>قانون فطرتیکونہیںجانتے۔ کریشنپلانآفگاڈجوہےوہاسیکونہیںجانتے۔ تو برابر بس میںسمجھتاہوںکہدوسو سال سے مسلمان صرف شکایت میںجیرہےہیں۔</w:t>
      </w:r>
    </w:p>
    <w:p>
      <w:r>
        <w:rPr>
          <w:b/>
        </w:rPr>
        <w:t xml:space="preserve">[20:12] </w:t>
      </w:r>
      <w:r>
        <w:t>yani jab se empire musalmanon ko toota hai shikayat mein jee rahe hain. is ka nuksan ye kitna bada nuksan hua hai.</w:t>
      </w:r>
    </w:p>
    <w:p>
      <w:pPr>
        <w:jc w:val="right"/>
      </w:pPr>
      <w:r>
        <w:t>یعنیجبسےایمپائرمسلمانوںکوٹوٹاہے شکایت میںجیرہےہیں۔ اسکانقصان یہ کتنابڑانقصانیہہواہے۔</w:t>
      </w:r>
    </w:p>
    <w:p>
      <w:r>
        <w:rPr>
          <w:b/>
        </w:rPr>
        <w:t xml:space="preserve">[20:21] </w:t>
      </w:r>
      <w:r>
        <w:t>dekhiye is ka bohat bada nuksan hai. shikayat ka matlab hai manfi soch mein jeena. munfi soch mein jeena. musbat soch se mehroom ho jana. to bohat se nuksan is ke hain.</w:t>
      </w:r>
    </w:p>
    <w:p>
      <w:pPr>
        <w:jc w:val="right"/>
      </w:pPr>
      <w:r>
        <w:t>دیکھیےاسکابہت بڑانقصانہے۔ شکایتکامطلبہے منفی سوچمیںجینا۔ منفیسوچمیںجینا۔ مثبتسو چسے محرومہوجانا۔ تو بہت سے نقصاناتاسکےہیں۔</w:t>
      </w:r>
    </w:p>
    <w:p>
      <w:r>
        <w:rPr>
          <w:b/>
        </w:rPr>
        <w:t xml:space="preserve">[20:34] </w:t>
      </w:r>
      <w:r>
        <w:t>ye kyun ke aap ne musalmanon ne Allah ke mansooba takhleeq ko nahi jana to jab bhi koi doosra ghalib aa gaya to lage shikayat karne.</w:t>
      </w:r>
    </w:p>
    <w:p>
      <w:pPr>
        <w:jc w:val="right"/>
      </w:pPr>
      <w:r>
        <w:t>یہچونکہآپ نے مسلمانوںنے اللہ کے منصوبہتخلیقکونہیںجانا تو جببھیکوئیدوسراغالبآگیاتولگےشکایتکرنے ۔</w:t>
      </w:r>
    </w:p>
    <w:p>
      <w:r>
        <w:rPr>
          <w:b/>
        </w:rPr>
        <w:t xml:space="preserve">[20:46] </w:t>
      </w:r>
      <w:r>
        <w:t>halanke dekhiye Quran mein hai</w:t>
      </w:r>
    </w:p>
    <w:p>
      <w:pPr>
        <w:jc w:val="right"/>
      </w:pPr>
      <w:r>
        <w:t>حالانکہدیکھیے قرآنمیںہے</w:t>
      </w:r>
    </w:p>
    <w:p>
      <w:r>
        <w:rPr>
          <w:b/>
        </w:rPr>
        <w:t xml:space="preserve">[20:58] </w:t>
      </w:r>
      <w:r>
        <w:t>matlab kabhi ghalba tum ko rahega, kabhi ghalba doosre ko rahega. ghalba tumhari manaplain nahi hai. ye Quran mein khula khula bataya gaya hai ke Allah taala ka mansooba takhleeq ka hai.</w:t>
      </w:r>
    </w:p>
    <w:p>
      <w:pPr>
        <w:jc w:val="right"/>
      </w:pPr>
      <w:r>
        <w:t>مطلبکبھیغلبہتمکورہےگا،کبھیغلبہدوسرےکورہےگا۔ غلبہتمہاریمناپلینہیںہے۔ یہقرآنمیںکھلا کھلا بت ایاگیاہےکہ اللہ تعالیٰکا منصوبہتخلیقکیاہے۔</w:t>
      </w:r>
    </w:p>
    <w:p>
      <w:r>
        <w:rPr>
          <w:b/>
        </w:rPr>
        <w:t xml:space="preserve">[21:15] </w:t>
      </w:r>
      <w:r>
        <w:t>Zakhshari ne likha hai yahan par ke ayyam se murad ghalba. yani ayyam e ghalba. mufassir Zakhshari jo bohat mashhoor mufassir hai ayyam se murad is ne ghalba liya hai.</w:t>
      </w:r>
    </w:p>
    <w:p>
      <w:pPr>
        <w:jc w:val="right"/>
      </w:pPr>
      <w:r>
        <w:t>زبخشرینےلکھاہےیہاںپر کہ ایامسےمرادغلبہ۔ یعنی ایام غلبہ۔ مفسر زبخشریجوبہتہیمشہور مفسرہے ایامسے مراداسنےغلبہلیاہے۔</w:t>
      </w:r>
    </w:p>
    <w:p>
      <w:r>
        <w:rPr>
          <w:b/>
        </w:rPr>
        <w:t xml:space="preserve">[21:31] </w:t>
      </w:r>
      <w:r>
        <w:t>yani ghalba ke ayyam ek hi sirf ek community ke paas nahi rahen ge. ek se doosre ke paas jayen ge.</w:t>
      </w:r>
    </w:p>
    <w:p>
      <w:pPr>
        <w:jc w:val="right"/>
      </w:pPr>
      <w:r>
        <w:t>یعنی غلبہکےایام ایکہی صرف ایک کمیونٹیکےپاسنہیںرہیںگے۔ ایکسےدوسرےکےپاسجائیںگے۔</w:t>
      </w:r>
    </w:p>
    <w:p>
      <w:r>
        <w:rPr>
          <w:b/>
        </w:rPr>
        <w:t xml:space="preserve">[21:43] </w:t>
      </w:r>
      <w:r>
        <w:t>yani ghalba ke ayyam jo hain kabhi tumhare paas rahen ge, kabhi doosre ke paas rahen ge. to phir is mein shikayat kiya? shikayat agar aap shikayat karte hain to barah e rast woh naoozubillah Allah taala ke sath shikayat chali ja rahi hai woh.</w:t>
      </w:r>
    </w:p>
    <w:p>
      <w:pPr>
        <w:jc w:val="right"/>
      </w:pPr>
      <w:r>
        <w:t>یعنیغلبہکےایامجوہیں کبھیتمہارےپاسرہیںگے،کبھیدوسرےکےپاسرہیںگے۔ توپھراسمیںشکایتکیا ؟ شکایت اگر آپشکایتکرتےہیںتو براہِراستوہ نعوذباللہ اللہ تعالیٰکےساتھ شکایت چلیجارہیہےوہ۔</w:t>
      </w:r>
    </w:p>
    <w:p>
      <w:r>
        <w:rPr>
          <w:b/>
        </w:rPr>
        <w:t xml:space="preserve">[22:00] </w:t>
      </w:r>
      <w:r>
        <w:t>is mein kya nuksan hai dekhiye ke hum yani apni mansooba bandi nahi kar paate sahih.</w:t>
      </w:r>
    </w:p>
    <w:p>
      <w:pPr>
        <w:jc w:val="right"/>
      </w:pPr>
      <w:r>
        <w:t>اسمیںکیا نقصانہےدیکھیے کہ ہم یعنی اپنی منصوبہبندینہیںکرپاتےصحیح۔</w:t>
      </w:r>
    </w:p>
    <w:p>
      <w:r>
        <w:rPr>
          <w:b/>
        </w:rPr>
        <w:t xml:space="preserve">[22:10] </w:t>
      </w:r>
      <w:r>
        <w:t>agar aap koi agar aap is se bekhabar hon ke is waqt din hai ya raat hai to aap mansooba bandi kaise karenge? aap ko maloom na ho jaye ke ye din hai ya raat hai to aap is ke mutabiq mansooba bandi karenge aap.</w:t>
      </w:r>
    </w:p>
    <w:p>
      <w:pPr>
        <w:jc w:val="right"/>
      </w:pPr>
      <w:r>
        <w:t>اگر آپ کوئی اگر آپاسسےبےخبرہوں کہاسوقت دنہے یا راتہے تو آپمنصوبہبندیکیسےکریںگے؟ آپکومعلومنہجائےکہیہدنہے یا راتہے توآپ کی اسکےمط ابق منصوبہبندیکریںگےآپ ۔</w:t>
      </w:r>
    </w:p>
    <w:p>
      <w:r>
        <w:rPr>
          <w:b/>
        </w:rPr>
        <w:t xml:space="preserve">[22:25] </w:t>
      </w:r>
      <w:r>
        <w:t>ab ek aadmi jo khabar is ko nahi ke din hai ke raat hai to bhatkega idhar udhar. to Allah taala ki jo mansooba bandi hai us ke mutabiq Allah taala ne ek ko ab tak rakha tha, ab hata kar doosre ko laye woh.</w:t>
      </w:r>
    </w:p>
    <w:p>
      <w:pPr>
        <w:jc w:val="right"/>
      </w:pPr>
      <w:r>
        <w:t>ابایکآدمیجوخبریںاسکونہیں کہدنہےکہراتہے توبھٹکےگاادھراُدھر۔ تو اللہ تعالیٰ کیجو منصوبہبندیہے اسکےمطابق اللہ تعالیٰنےایککو ابتک رکھاتھا،ابہٹاکردوسرےکولائےوہ۔</w:t>
      </w:r>
    </w:p>
    <w:p>
      <w:r>
        <w:rPr>
          <w:b/>
        </w:rPr>
        <w:t xml:space="preserve">[22:40] </w:t>
      </w:r>
      <w:r>
        <w:t>to us ke mutabiq aap ko dobara mansooba bandi karna hai. dobara jan na hai. lekin kyun ke shikayaton mein jeete hain to unhein kuch khabar nahi.</w:t>
      </w:r>
    </w:p>
    <w:p>
      <w:pPr>
        <w:jc w:val="right"/>
      </w:pPr>
      <w:r>
        <w:t>تواسکےمطابق آپکو دوبارہمنصوبہبندیکرناہے۔ دوبارہجان چناہے۔ لیکن چونکہشکایتوںمیںجیتےہیںتو انہیںکچھخبرنہیں ۔</w:t>
      </w:r>
    </w:p>
    <w:p>
      <w:r>
        <w:rPr>
          <w:b/>
        </w:rPr>
        <w:t xml:space="preserve">[22:52] </w:t>
      </w:r>
      <w:r>
        <w:t>to dekhiye yeh jo manfi soch musalmanon mein aa gayi hai taqreeban har musalman ek case of manfi soch hai.</w:t>
      </w:r>
    </w:p>
    <w:p>
      <w:pPr>
        <w:jc w:val="right"/>
      </w:pPr>
      <w:r>
        <w:t>تو دیکھیے یہجو منفی سوچ مسلمانوںمیںآگئیہے تقریباً ہر مسلمان ایک کیسآف منفیسوچہے۔</w:t>
      </w:r>
    </w:p>
    <w:p>
      <w:r>
        <w:rPr>
          <w:b/>
        </w:rPr>
        <w:t xml:space="preserve">[23:05] </w:t>
      </w:r>
      <w:r>
        <w:t>poori duniya mein.</w:t>
      </w:r>
    </w:p>
    <w:p>
      <w:pPr>
        <w:jc w:val="right"/>
      </w:pPr>
      <w:r>
        <w:t>پوریدنیا میں ۔</w:t>
      </w:r>
    </w:p>
    <w:p>
      <w:r>
        <w:rPr>
          <w:b/>
        </w:rPr>
        <w:t xml:space="preserve">[23:07] </w:t>
      </w:r>
      <w:r>
        <w:t>yahan tak ke logon ke paas to kuch khane peene ko hai aram se reh rahe hain, tab bhi manfi boli bolte hain. tab bhi manfi boli bolte hain. kyun ke zehniyat to bigri hui hai.</w:t>
      </w:r>
    </w:p>
    <w:p>
      <w:pPr>
        <w:jc w:val="right"/>
      </w:pPr>
      <w:r>
        <w:t>یہاںتککہلوگوںکےپاس توکچھکھانےپینےکوہے آرامسےرہرہےہیں،تببھی من فی بولیبولتےہیں۔ تببھیمنفیبولیبولتےہیں۔ کیوںکہذہنیتتوبگڑاہواہے۔</w:t>
      </w:r>
    </w:p>
    <w:p>
      <w:r>
        <w:rPr>
          <w:b/>
        </w:rPr>
        <w:t xml:space="preserve">[23:19] </w:t>
      </w:r>
      <w:r>
        <w:t>dekhiye manfi soch ka pehla nuqsan kya hota hai? ke Allah ki nusrat se aap mehroom ho jate hain.</w:t>
      </w:r>
    </w:p>
    <w:p>
      <w:pPr>
        <w:jc w:val="right"/>
      </w:pPr>
      <w:r>
        <w:t>دیکھیے من فی سوچ کا پہلانقصانکیاہوتاہے؟ کہاللہ کی نصرتسےآپمحرومہوجاتےہیں۔</w:t>
      </w:r>
    </w:p>
    <w:p>
      <w:r>
        <w:rPr>
          <w:b/>
        </w:rPr>
        <w:t xml:space="preserve">[23:30] </w:t>
      </w:r>
      <w:r>
        <w:t>hadees mein aata hai ke har subah ko Allah taala aasman-e-duniya par zahir hote</w:t>
      </w:r>
    </w:p>
    <w:p>
      <w:pPr>
        <w:jc w:val="right"/>
      </w:pPr>
      <w:r>
        <w:t>حدیث میںآتاہےکہہرصبحکواللہ تعالیٰ آسمانودنیا پر ظاہرہوتے</w:t>
      </w:r>
    </w:p>
    <w:p>
      <w:r>
        <w:rPr>
          <w:b/>
        </w:rPr>
        <w:t xml:space="preserve">[23:35] </w:t>
      </w:r>
      <w:r>
        <w:t>hain aur kehte hain ke hai koi lene wala isko main doon? iska matlab hai tehreek. yani ek cheez woh hai jis ko hum tehreek kehte hain, woh sirf paighambaron ko aati hai.</w:t>
      </w:r>
    </w:p>
    <w:p>
      <w:pPr>
        <w:jc w:val="right"/>
      </w:pPr>
      <w:r>
        <w:t>ہیں اورکہتےہیںکہہےکوئیلینےوالااسکومیںدوں؟اسکامطلبہےتحریک۔ یعنیایکچیزوہہےجس کوہموحیکہتےہیں،وہ صرفپیغمبروںکوآتیہے۔</w:t>
      </w:r>
    </w:p>
    <w:p>
      <w:r>
        <w:rPr>
          <w:b/>
        </w:rPr>
        <w:t xml:space="preserve">[23:45] </w:t>
      </w:r>
      <w:r>
        <w:t>lekin sirf sirf wahi aakhri cheez nahi hai. wahi paighambaron ke liye hai lekin iska sawab ek cheez hai.</w:t>
      </w:r>
    </w:p>
    <w:p>
      <w:pPr>
        <w:jc w:val="right"/>
      </w:pPr>
      <w:r>
        <w:t>لیکن صرف صرفوحی آخریچیزنہیںہے۔ وحیپیغمبروںکےلیےہےلیکن اسکاثوابایکچیزہے۔</w:t>
      </w:r>
    </w:p>
    <w:p>
      <w:r>
        <w:rPr>
          <w:b/>
        </w:rPr>
        <w:t xml:space="preserve">[23:52] </w:t>
      </w:r>
      <w:r>
        <w:t>woh hai ilham ya ilqa'a jis ko aap keh sakte hain aap tehreek. yani rohani tehreek, rabbani tehreek.</w:t>
      </w:r>
    </w:p>
    <w:p>
      <w:pPr>
        <w:jc w:val="right"/>
      </w:pPr>
      <w:r>
        <w:t>وہہے الہام یا الق اءجس کوآپکہہسکتےہیںآپ تحر یک ۔یعنی رو حانیتحریک،ربانیتحریک۔</w:t>
      </w:r>
    </w:p>
    <w:p>
      <w:r>
        <w:rPr>
          <w:b/>
        </w:rPr>
        <w:t xml:space="preserve">[24:01] </w:t>
      </w:r>
      <w:r>
        <w:t>woh har din Allah ki taraf se aata hai. lekin aap isko isko aap wasool nahi kar paate.</w:t>
      </w:r>
    </w:p>
    <w:p>
      <w:pPr>
        <w:jc w:val="right"/>
      </w:pPr>
      <w:r>
        <w:t>وہہردن اللہ کیطرفسےآتاہے۔ لیکن آپ اسکو اسکوآپوصول نہیںکرپاتے۔</w:t>
      </w:r>
    </w:p>
    <w:p>
      <w:r>
        <w:rPr>
          <w:b/>
        </w:rPr>
        <w:t xml:space="preserve">[24:09] </w:t>
      </w:r>
      <w:r>
        <w:t>aap musalmanon mein kahin bhi chale jayen, kisi bhi mulk mein unki majlison mein baithiye, aap dekhenge ke wahan na mohabbat-e-ilahi ka charcha hai, na khauf-e-Khuda ka charcha hai, na jannat ka charcha hai.</w:t>
      </w:r>
    </w:p>
    <w:p>
      <w:pPr>
        <w:jc w:val="right"/>
      </w:pPr>
      <w:r>
        <w:t>آپ مسلمانوںمیںکہیںبھیچلےجائیں،کسیبھیملکمیں انکیمجلس وںمیںبیٹھیے، آپدیکھیںگےکہوہاںنہ محبت الہیٰکاچرچہہے، نہخوفخداکاچرچہہے، نہ جنتکاچرچہہے۔</w:t>
      </w:r>
    </w:p>
    <w:p>
      <w:r>
        <w:rPr>
          <w:b/>
        </w:rPr>
        <w:t xml:space="preserve">[24:22] </w:t>
      </w:r>
      <w:r>
        <w:t>kuch nahi. qaumi baatein karenge log, shikayatein karenge log. kyun? tehreek nahi mila unko. Allah taala ki taraf se jo tehreek bar sar-e-aam thi us mein hissa nahi mila unko.</w:t>
      </w:r>
    </w:p>
    <w:p>
      <w:pPr>
        <w:jc w:val="right"/>
      </w:pPr>
      <w:r>
        <w:t>کچھ نہیں۔ قومی باتیںکریںگےلوگ ،شکایتیںکریںگےلوگ ۔کیوں؟تحریکنہیںملاانکو ۔ اللہ تعالیٰکیطرفسےجوتحریکبرسرہاتھااسمیںحصہنہیںملاانکو۔</w:t>
      </w:r>
    </w:p>
    <w:p>
      <w:r>
        <w:rPr>
          <w:b/>
        </w:rPr>
        <w:t xml:space="preserve">[24:37] </w:t>
      </w:r>
      <w:r>
        <w:t>manfi soch aapke darwaze ko band kar deti hai, yaad rakhiye. manfi soch aapke darwaze ko band kar deti hai. ek bohat hi misaal ke taur par waqea hai Goutam Buddh ka.</w:t>
      </w:r>
    </w:p>
    <w:p>
      <w:pPr>
        <w:jc w:val="right"/>
      </w:pPr>
      <w:r>
        <w:t>من فیسوچ آپکےدروازےکوبندکردیتیہے،یادرکھیے۔ من فیسوچ آپکےدروازےکوبندکردیتیہے۔ ایکبہت ہی مث الکےطورپرواقعہایکہے گوتمبدھکا۔</w:t>
      </w:r>
    </w:p>
    <w:p>
      <w:r>
        <w:rPr>
          <w:b/>
        </w:rPr>
        <w:t xml:space="preserve">[24:51] </w:t>
      </w:r>
      <w:r>
        <w:t>Goutam Buddh jo the</w:t>
      </w:r>
    </w:p>
    <w:p>
      <w:pPr>
        <w:jc w:val="right"/>
      </w:pPr>
      <w:r>
        <w:t>گوتمبدھجوتھے</w:t>
      </w:r>
    </w:p>
    <w:p>
      <w:r>
        <w:rPr>
          <w:b/>
        </w:rPr>
        <w:t xml:space="preserve">[24:55] </w:t>
      </w:r>
      <w:r>
        <w:t>to unka ek shagir tha, ek shagir jo woh tha yani doodh ka karobar tha uska, doodh ka.</w:t>
      </w:r>
    </w:p>
    <w:p>
      <w:pPr>
        <w:jc w:val="right"/>
      </w:pPr>
      <w:r>
        <w:t>تو انکا ایک شاگرد تھا، ایک شاگرد جو وہتھا یعنی دودھکاکاروبارتھااسکا،دودھکا ۔</w:t>
      </w:r>
    </w:p>
    <w:p>
      <w:r>
        <w:rPr>
          <w:b/>
        </w:rPr>
        <w:t xml:space="preserve">[25:06] </w:t>
      </w:r>
      <w:r>
        <w:t>to usne kaha ke Goutam Buddh se ke mere aa jaiye humko humko kuch gyand dijiye aur main aapko taza doodh doonga.</w:t>
      </w:r>
    </w:p>
    <w:p>
      <w:pPr>
        <w:jc w:val="right"/>
      </w:pPr>
      <w:r>
        <w:t>تواسنےکہاکہ گوتمبدھسےکہ امیرےآئیے ہمکو ہمکو کچھگیاندیجیے اور میںآپکو تازہدودھ دوںگا۔</w:t>
      </w:r>
    </w:p>
    <w:p>
      <w:r>
        <w:rPr>
          <w:b/>
        </w:rPr>
        <w:t xml:space="preserve">[25:18] </w:t>
      </w:r>
      <w:r>
        <w:t>to woh gaye aur apne sath ek bartan le gaye. is bartan mein unhone jaan boojh kar thodi si mitti daal di.</w:t>
      </w:r>
    </w:p>
    <w:p>
      <w:pPr>
        <w:jc w:val="right"/>
      </w:pPr>
      <w:r>
        <w:t>تووہ گئے اور اپنےساتھایکبرتنلےگئے۔ اسبرتنمیںانہوںنے جان بوجھکرتھوڑیسیمٹیڈالدی۔</w:t>
      </w:r>
    </w:p>
    <w:p>
      <w:r>
        <w:rPr>
          <w:b/>
        </w:rPr>
        <w:t xml:space="preserve">[25:29] </w:t>
      </w:r>
      <w:r>
        <w:t>to usko jab bartan diya unhone to jab dekha ke is mein mitti hai to pehle usko saaf kiya, dhoya.</w:t>
      </w:r>
    </w:p>
    <w:p>
      <w:pPr>
        <w:jc w:val="right"/>
      </w:pPr>
      <w:r>
        <w:t>تواسکوجببرتندیا انہوںنے تو جب دیکھاکہاسمیںمٹیہےتوپہلےاسکوصفائیکیا،دھویا۔</w:t>
      </w:r>
    </w:p>
    <w:p>
      <w:r>
        <w:rPr>
          <w:b/>
        </w:rPr>
        <w:t xml:space="preserve">[25:36] </w:t>
      </w:r>
      <w:r>
        <w:t>phir taza doodh laya us mein aur pesh kiya unko. to Goutam Buddh jo the woh doodh le kar jaane lage. to usne kaha ke aap doodh le kar chale ja rahe hain aur asal kaam to kiya nahi aapne?</w:t>
      </w:r>
    </w:p>
    <w:p>
      <w:pPr>
        <w:jc w:val="right"/>
      </w:pPr>
      <w:r>
        <w:t>پھرتازہدودھلایااسمیں اورپیش کیاانکو ۔ تو گوتمبدھجوتھےوہ دودھلےکرجانےلگے۔ تواسنےکہاکہآپ دودھلےکرچلےجارہےہیں اوراصلکامتوکیانہیںآپنے ؟</w:t>
      </w:r>
    </w:p>
    <w:p>
      <w:r>
        <w:rPr>
          <w:b/>
        </w:rPr>
        <w:t xml:space="preserve">[25:51] </w:t>
      </w:r>
      <w:r>
        <w:t>kaha woh kya? unhone kaha gyand to mujh ko diya nahi aapne kuch. to unhone kaha maine to gyand de diya tum ko. woh kaise</w:t>
      </w:r>
    </w:p>
    <w:p>
      <w:pPr>
        <w:jc w:val="right"/>
      </w:pPr>
      <w:r>
        <w:t>کہاوہکیا؟انہوںنےکہا گیانتومجھکودیانہیںآپنےکچھ ۔توانہوںنےکہامیںنےتوگیاندےدیاتمکو ۔ وہکیسے</w:t>
      </w:r>
    </w:p>
    <w:p>
      <w:r>
        <w:rPr>
          <w:b/>
        </w:rPr>
        <w:t xml:space="preserve">[26:01] </w:t>
      </w:r>
      <w:r>
        <w:t>?</w:t>
      </w:r>
    </w:p>
    <w:p>
      <w:pPr>
        <w:jc w:val="right"/>
      </w:pPr>
      <w:r>
        <w:t>؟کہاکہدیکھو یہجومیںبرتنلایاتھا، یہکنٹینر یہ صافنہیںتھا۔ تو تم نے اسمیں دودھرکھنا گوارانہیںکیا۔</w:t>
      </w:r>
    </w:p>
    <w:p>
      <w:r>
        <w:rPr>
          <w:b/>
        </w:rPr>
        <w:t xml:space="preserve">[26:13] </w:t>
      </w:r>
      <w:r>
        <w:t>ke kaha ke dekho yeh jo main bartan laya tha, yeh container yeh saaf nahi tha. to tum ne is mein doodh rakhna gawara nahi kiya.</w:t>
      </w:r>
    </w:p>
    <w:p>
      <w:pPr>
        <w:jc w:val="right"/>
      </w:pPr>
      <w:r>
        <w:t>اسکیصفائیکیپہلے پھردودھڈالا۔ کیوںکہدودھخرابہوجاتا ۔ آپجانتےہیںکہدودھبہتہینازکچیزہے۔ یہ اسےوا ضحہو،کنٹینرہےتمہارا۔</w:t>
      </w:r>
    </w:p>
    <w:p>
      <w:r>
        <w:rPr>
          <w:b/>
        </w:rPr>
        <w:t xml:space="preserve">[26:26] </w:t>
      </w:r>
      <w:r>
        <w:t>is ki safai ki pehle phir doodh dala. kyun ke doodh kharab ho jata. aap jante hain ke doodh bohat hi nazuk cheez hai. yeh is waazeh ho, container hai tumhara.</w:t>
      </w:r>
    </w:p>
    <w:p>
      <w:pPr>
        <w:jc w:val="right"/>
      </w:pPr>
      <w:r>
        <w:t>تمہارےسینےکا،تمہارےدلکا،تمہارےدماغکاجوکنٹینرہے وہ صافہےہینہیں۔</w:t>
      </w:r>
    </w:p>
    <w:p>
      <w:r>
        <w:rPr>
          <w:b/>
        </w:rPr>
        <w:t xml:space="preserve">[26:31] </w:t>
      </w:r>
      <w:r>
        <w:t>tumhare seene ka, tumhare dil ka, tumhare dimagh ka jo container hai woh saaf nahi hai.</w:t>
      </w:r>
    </w:p>
    <w:p>
      <w:pPr>
        <w:jc w:val="right"/>
      </w:pPr>
      <w:r>
        <w:t>وہتوآلودہہےوہ۔ تومیں گیانرکھوںتوکہاںرکھوں ؟ گیانرکھوںتوکہاںرکھوں؟توپہلے اپنے کنٹینرکوصافکرو۔</w:t>
      </w:r>
    </w:p>
    <w:p>
      <w:r>
        <w:rPr>
          <w:b/>
        </w:rPr>
        <w:t xml:space="preserve">[26:40] </w:t>
      </w:r>
      <w:r>
        <w:t>woh to alooda hai woh. to main gyand rakhun to kahan rakhun? gyand rakhun to kahan rakhun? to pehle apne container ko saaf karo.</w:t>
      </w:r>
    </w:p>
    <w:p>
      <w:pPr>
        <w:jc w:val="right"/>
      </w:pPr>
      <w:r>
        <w:t>یعنی منفی سوچنکالواسکےاندرسے۔ منفیسوچنکالو۔ تم نے اپنے کنٹینرمیںمنفی سوچکی مٹیڈالرکھیہے۔</w:t>
      </w:r>
    </w:p>
    <w:p>
      <w:r>
        <w:rPr>
          <w:b/>
        </w:rPr>
        <w:t xml:space="preserve">[26:52] </w:t>
      </w:r>
      <w:r>
        <w:t>yani manfi soch nikal lo uske andar se. manfi soch nikal lo. tum ne apne container mein manfi soch ki mitti daal rakhi hai.</w:t>
      </w:r>
    </w:p>
    <w:p>
      <w:pPr>
        <w:jc w:val="right"/>
      </w:pPr>
      <w:r>
        <w:t>تومیںکیسےاسمیںدودھڈالوں ؟ تویہایکبہتہیمث الکےطورپرواقعہہے</w:t>
      </w:r>
    </w:p>
    <w:p>
      <w:r>
        <w:rPr>
          <w:b/>
        </w:rPr>
        <w:t xml:space="preserve">[26:58] </w:t>
      </w:r>
      <w:r>
        <w:t>kehsaare log jo munfise soch mein jeete hain woh apne aap ko mehroom kiye hue hain keh Allah ka tahreek un par utre. bohat hi bari mehroomi hai.</w:t>
      </w:r>
    </w:p>
    <w:p>
      <w:pPr>
        <w:jc w:val="right"/>
      </w:pPr>
      <w:r>
        <w:t>کہ سارےلوگ جو من فیسوچ میںجیتےہیں وہ اپنے آپکومحرومکیےہوئےہیںکہاللہ کاتحریکانپراترے۔ بہت ہیبڑی محرومیہے۔</w:t>
      </w:r>
    </w:p>
    <w:p>
      <w:r>
        <w:rPr>
          <w:b/>
        </w:rPr>
        <w:t xml:space="preserve">[27:11] </w:t>
      </w:r>
      <w:r>
        <w:t>Allah ke tahreek se insaan musbat sochne wala banta hai. aur jitne bhi aqdaar hain, taqwa hai, khushoo hai, ikhlaas hai, inbaat hai, tazru hai,</w:t>
      </w:r>
    </w:p>
    <w:p>
      <w:pPr>
        <w:jc w:val="right"/>
      </w:pPr>
      <w:r>
        <w:t>اللہ کےتحریک سے انسان مثبتسوچنےوالابنتاہے۔ اور جتنےبھی اقدار ہیں، تق ویٰہے، خشوعہے، اخبات ہے، عن ابتہے، تضرعہے،</w:t>
      </w:r>
    </w:p>
    <w:p>
      <w:r>
        <w:rPr>
          <w:b/>
        </w:rPr>
        <w:t xml:space="preserve">[27:22] </w:t>
      </w:r>
      <w:r>
        <w:t>Allah ke liye rona, Allah ki shukr guzaar banna, hamd ka jazba paida hona, yeh saari cheezein yaad rakhiye yeh musbat soch se aati hain.</w:t>
      </w:r>
    </w:p>
    <w:p>
      <w:pPr>
        <w:jc w:val="right"/>
      </w:pPr>
      <w:r>
        <w:t>اللہ کےلیےر ونا، اللہ کی شکرگزاربننا،حمد کاجذبہپیدا ہونا،یہساریچیزیںیادرکھیے یہ مثبت سوچ سےآتیہیں۔</w:t>
      </w:r>
    </w:p>
    <w:p>
      <w:r>
        <w:rPr>
          <w:b/>
        </w:rPr>
        <w:t xml:space="preserve">[27:35] </w:t>
      </w:r>
      <w:r>
        <w:t>Islam mein jitne bhi aqdaar hain, jitne bhi aala aqdaar hain, aala aqdaar hain. jaise misaal ke taur par izaa zukir allahu wajilath quloobuhum wa izaa tuliyat alayhim ayathuhu dathathum imanan yeh saari cheezein zikr aap ki mein hain keh aap aap ka Allah ki yaad se dil dehela uthe, Allah ki yaad se aap ki girya taari ho</w:t>
      </w:r>
    </w:p>
    <w:p>
      <w:pPr>
        <w:jc w:val="right"/>
      </w:pPr>
      <w:r>
        <w:t>اسلام میںجتنی بھیاقدارہیں، جتنیبھیاعلیٰاقدارہیں،اعلیٰاقدارہیں۔ جیسے مثالکےطورپر اِذَاذُكُرَاللّٰهُوَجْنَتْقُلُوبُهُمْ وَذَاطُلِعْتَلَهِمْآَيَاتُهُدَعَوَةٌإِيمَانًا یہساریچیزیںذکرآپکیمیں ہیںکہآپ آپکا اللہ کییادسےدلدہلاٹھے، اللہ کییادسےآپکیگریہطاریہوج</w:t>
      </w:r>
    </w:p>
    <w:p>
      <w:r>
        <w:rPr>
          <w:b/>
        </w:rPr>
        <w:t xml:space="preserve">[28:00] </w:t>
      </w:r>
      <w:r>
        <w:t>aaye, Allah ki yaad se aap ke dimagh mein ek halchal paida ho jaye, Allah ki yaad se aap ke andar ek samandar, rabbani ka samandar</w:t>
      </w:r>
    </w:p>
    <w:p>
      <w:pPr>
        <w:jc w:val="right"/>
      </w:pPr>
      <w:r>
        <w:t>ائے، اللہ کییادسےآپ کے دماغمیں ایک ہلچلپیدا ہوجائے، اللہ کییادسےآپکےاندر ایک سمندر ،ربانیتکاسم ندر</w:t>
      </w:r>
    </w:p>
    <w:p>
      <w:r>
        <w:rPr>
          <w:b/>
        </w:rPr>
        <w:t xml:space="preserve">[28:15] </w:t>
      </w:r>
      <w:r>
        <w:t>maujzan na ho jaye. yeh saari cheezein jo aala yaani kaifiyat hain woh sab ke sab aadmi mehroom ho jata hai is se. agar is ke andar musbat soch nahi hai.</w:t>
      </w:r>
    </w:p>
    <w:p>
      <w:pPr>
        <w:jc w:val="right"/>
      </w:pPr>
      <w:r>
        <w:t>موجزنہوجائے۔ یہ ساریچیزیںجواعلیٰ یعنی کیفیات ہیں وہ سب کےسب آدمیمحرومہوجاتاہےاسسے ۔اگر اسکےاندرمثبت سوچ نہیںہے۔</w:t>
      </w:r>
    </w:p>
    <w:p>
      <w:r>
        <w:rPr>
          <w:b/>
        </w:rPr>
        <w:t xml:space="preserve">[28:33] </w:t>
      </w:r>
      <w:r>
        <w:t>toh agar aadmi chahta hai keh is ke andar jo aala darje ki jo rabbani kaifiyat hain woh paida hon toh is ko wohi karna parega jo Gautam Budh ke qisse mein hai keh apne seene ko munfise soch se paak karna parega.</w:t>
      </w:r>
    </w:p>
    <w:p>
      <w:pPr>
        <w:jc w:val="right"/>
      </w:pPr>
      <w:r>
        <w:t>تواگر آدمیچاہتاہے کہاسکےاندر جو اعلیٰدرجےکیجو ربانی کیفیاتہیں وہ پیدا ہوں تو اسکووہیکرناپڑےگا جو گوتم بدھکےقصےمیںہے کہ اپنے سینےکومنفیسو چسےپاککرناپڑےگا۔</w:t>
      </w:r>
    </w:p>
    <w:p>
      <w:r>
        <w:rPr>
          <w:b/>
        </w:rPr>
        <w:t xml:space="preserve">[28:53] </w:t>
      </w:r>
      <w:r>
        <w:t>apne seene ko munfi soch se paak karna parega. sau fisad apne aap ko musbat soch wala banana parega. nahi toh mehroom, mehroom, mehroom.</w:t>
      </w:r>
    </w:p>
    <w:p>
      <w:pPr>
        <w:jc w:val="right"/>
      </w:pPr>
      <w:r>
        <w:t>اپنے سینےکومنفی سوچسےپاککرناپڑےگا۔ سو فیصد اپنےآپکومثبت سوچوالابناناپڑےگا۔ نہیںتومحروم،محروم،محروم۔</w:t>
      </w:r>
    </w:p>
    <w:p>
      <w:r>
        <w:rPr>
          <w:b/>
        </w:rPr>
        <w:t xml:space="preserve">[29:02] </w:t>
      </w:r>
      <w:r>
        <w:t>ab dunya mein jahan bhi chalein, maine bohat dekha hamare musalmanon mein kahin bhi koi aala baatein na milein. aala shukr, aala khauf, aala hamd, aala khuzoo, aala khushoo, yeh sab maujood hai is ka nahi hai.</w:t>
      </w:r>
    </w:p>
    <w:p>
      <w:pPr>
        <w:jc w:val="right"/>
      </w:pPr>
      <w:r>
        <w:t>ابدنیا میںجہاںبھیچلیں،میںنےبہتدیکھاہمارےمسلمانوںمیں کہیںبھیکوئیاعلیٰباتیںنہیں۔ اعلیٰشکر ،اعلیٰخوف ،اعلیٰحمد ،اعلیٰخضوع،اعلیٰخشوع،یہسبموجود ہیاسکانہیںہے۔</w:t>
      </w:r>
    </w:p>
    <w:p>
      <w:r>
        <w:rPr>
          <w:b/>
        </w:rPr>
        <w:t xml:space="preserve">[29:17] </w:t>
      </w:r>
      <w:r>
        <w:t>namazein bahut jagah hain keh namazon ki dhoom hai, namaz ki shakal ki dhoom hai. namaz ki jo shakal hai is ki dhoom hai. haqeeqat namaz ki dhoom nahin.</w:t>
      </w:r>
    </w:p>
    <w:p>
      <w:pPr>
        <w:jc w:val="right"/>
      </w:pPr>
      <w:r>
        <w:t>نمازیں بہت جگہہیںکہنمازوںکیدھومہے، نمازکیشکلکیدھومہے۔ نمازکیجوشکلہےاسکیدھومہے۔ حقیقتنمازکیدھومنہیں۔</w:t>
      </w:r>
    </w:p>
    <w:p>
      <w:r>
        <w:rPr>
          <w:b/>
        </w:rPr>
        <w:t xml:space="preserve">[29:32] </w:t>
      </w:r>
      <w:r>
        <w:t>ek hai namaz ki shakal, ek hai is ki rooh, rooh khushoo. jahan bhi jaiye aap namaz ki shaklon ki dhoom milegi aap ko aur khushoo ghayab, hamd ghayab, mohabbat ilahi ghayab.</w:t>
      </w:r>
    </w:p>
    <w:p>
      <w:pPr>
        <w:jc w:val="right"/>
      </w:pPr>
      <w:r>
        <w:t>ایکہےنمازکیشکل ،ایک ہےاسکیروح،روحخ شوع۔ جہاںبھیجائیےآپ نمازکیشکلوںکیدھومملےگیآپکو اورخشوعغائب ، حمد غائب، محبت الہیٰغائب۔</w:t>
      </w:r>
    </w:p>
    <w:p>
      <w:r>
        <w:rPr>
          <w:b/>
        </w:rPr>
        <w:t xml:space="preserve">[29:47] </w:t>
      </w:r>
      <w:r>
        <w:t>toh woh saari cheezein ghayab kyun hain? log jeete hain munfise soch mein</w:t>
      </w:r>
    </w:p>
    <w:p>
      <w:pPr>
        <w:jc w:val="right"/>
      </w:pPr>
      <w:r>
        <w:t>تووہ ساریچیزیںغائبکیوںہیں؟ لوگ جیتےہیں من فیسوچمیں</w:t>
      </w:r>
    </w:p>
    <w:p>
      <w:r>
        <w:rPr>
          <w:b/>
        </w:rPr>
        <w:t xml:space="preserve">[29:51] </w:t>
      </w:r>
      <w:r>
        <w:t>. shikayatein liye pade hue hain. har aadmi ko shikayat. kisi ko hindu se shikayat, kisi ko yahoodi se shikayat, kisi ko amrikiyon se shikayat, kisi ko angrezon se shikayat, kisi ko France se shikayat, kisi ko Germany se shikayat.</w:t>
      </w:r>
    </w:p>
    <w:p>
      <w:pPr>
        <w:jc w:val="right"/>
      </w:pPr>
      <w:r>
        <w:t>۔ شکایتیںلئے پڑےہوئےہیں۔ہرآدمیکوشکایت ۔ کسی کوہندو سےشکایت، کسی کویہودیسےشک ایت، کسی کو امریکی وںسےشک ایت،کسی کوانگریزوںسےشکایت ، کسی کو فرانس سےشکایت،کسی کوجرمنیسےشکایت ۔</w:t>
      </w:r>
    </w:p>
    <w:p>
      <w:r>
        <w:rPr>
          <w:b/>
        </w:rPr>
        <w:t xml:space="preserve">[30:04] </w:t>
      </w:r>
      <w:r>
        <w:t>shikayat, shikayat, shikayat, shikayat. hamare jo akhbarat hote hain musalmanon ke woh sab aansu se bhare hue hain.</w:t>
      </w:r>
    </w:p>
    <w:p>
      <w:pPr>
        <w:jc w:val="right"/>
      </w:pPr>
      <w:r>
        <w:t>شک ایت،شکایت،شکایت،شکایت ۔ ہمارےجواخباراتہوتےہیںمسلمانوںکے وہسبانسےبھرےہوئےہیں۔</w:t>
      </w:r>
    </w:p>
    <w:p>
      <w:r>
        <w:rPr>
          <w:b/>
        </w:rPr>
        <w:t xml:space="preserve">[30:13] </w:t>
      </w:r>
      <w:r>
        <w:t>toh kitna bada nuksan hai yeh keh aap aala kaifiyat rabbani se mehroom ho jayen. yaani kitna is nuksan ki koi talafi ho sakti hai?</w:t>
      </w:r>
    </w:p>
    <w:p>
      <w:pPr>
        <w:jc w:val="right"/>
      </w:pPr>
      <w:r>
        <w:t>تو کتنا بڑانقصانہے یہ کہ آپ اعلیٰکیفیات ربانیسےمحرومہوجائیں۔ یعنیکتنااسنقصانکیکوئیتلافیہوسکتیہے؟</w:t>
      </w:r>
    </w:p>
    <w:p>
      <w:r>
        <w:rPr>
          <w:b/>
        </w:rPr>
        <w:t xml:space="preserve">[30:27] </w:t>
      </w:r>
      <w:r>
        <w:t>Quran majeed mein bataya gaya hai keh shukr karne wale jannat mein jayenge. qalb saleem wale jannat mein jayenge. illaa man atallaha bi qalbin saleem yaani Quran se yeh sabit hai keh jannat woh log jayenge jinke andar qalb saleem ho.</w:t>
      </w:r>
    </w:p>
    <w:p>
      <w:pPr>
        <w:jc w:val="right"/>
      </w:pPr>
      <w:r>
        <w:t>قرآنمجیدمیںبتایاگیاہےکہ شکرکرنے والےجنتمیںجائیںگے۔ قلب سلیموالے جنتمیںجائیںگے۔ اِلَّامَنْأَتَىاللّٰهَبِقَلْبٍسَلِيمٍ یعنیقرآنسےیہثابت ہے کہ جنت وہلوگجائیںگےجنکےاندرقلبسلیم ہو۔</w:t>
      </w:r>
    </w:p>
    <w:p>
      <w:r>
        <w:rPr>
          <w:b/>
        </w:rPr>
        <w:t xml:space="preserve">[30:42] </w:t>
      </w:r>
      <w:r>
        <w:t>qalb saleem se murad kya hai? sau fisad musbat.</w:t>
      </w:r>
    </w:p>
    <w:p>
      <w:pPr>
        <w:jc w:val="right"/>
      </w:pPr>
      <w:r>
        <w:t>قلب سلیمسےمرادکیاہے؟ سو فیصد مث بت۔</w:t>
      </w:r>
    </w:p>
    <w:p>
      <w:r>
        <w:rPr>
          <w:b/>
        </w:rPr>
        <w:t xml:space="preserve">[30:48] </w:t>
      </w:r>
      <w:r>
        <w:t>koi munfise soch bilkul na ho. wohi jannat mein jayega. ab bataiye keh jo log nafraton mein jeete hain, shikayaton mein jeete hain kitna bada risk mol le rahe hain? risk?</w:t>
      </w:r>
    </w:p>
    <w:p>
      <w:pPr>
        <w:jc w:val="right"/>
      </w:pPr>
      <w:r>
        <w:t>کوئیمنفیسوچبالکلنہیں۔ وہیجنتمیںجائےگا۔ اببتائیےکہجولوگ نفرتوںمیںجیتےہیں، شکایتوںمیںجیتےہیں کتنابڑارسکموللےرہےہیں؟رسک؟</w:t>
      </w:r>
    </w:p>
    <w:p>
      <w:r>
        <w:rPr>
          <w:b/>
        </w:rPr>
        <w:t xml:space="preserve">[30:59] </w:t>
      </w:r>
      <w:r>
        <w:t>jannat ka risk? yaani dunya mein Allah ka tahreek unhe na mile is ka risk aur aakhirat mein jannat na mile is ka risk?</w:t>
      </w:r>
    </w:p>
    <w:p>
      <w:pPr>
        <w:jc w:val="right"/>
      </w:pPr>
      <w:r>
        <w:t>جنتکارسک ؟ یعنیدنیا میں اللہ کاتح ریک انہیں نہملےاسکارسک اور آخرتمیںجنتنہملے اسکارسک ؟</w:t>
      </w:r>
    </w:p>
    <w:p>
      <w:r>
        <w:rPr>
          <w:b/>
        </w:rPr>
        <w:t xml:space="preserve">[31:11] </w:t>
      </w:r>
      <w:r>
        <w:t>illaa man atallaha bi qalbin saleem</w:t>
      </w:r>
    </w:p>
    <w:p>
      <w:pPr>
        <w:jc w:val="right"/>
      </w:pPr>
      <w:r>
        <w:t>اِلَّامَنْأَتَىاللّٰهَبِقَلْبٍسَلِيمٍ</w:t>
      </w:r>
    </w:p>
    <w:p>
      <w:r>
        <w:rPr>
          <w:b/>
        </w:rPr>
        <w:t xml:space="preserve">[31:15] </w:t>
      </w:r>
      <w:r>
        <w:t>qalb saleem ka matlab hi hai keh sau fisad musbat soch is ke andar ho. munfi soch se bilkul paak ho. nafrat nahi aur koi intiqam nahi.</w:t>
      </w:r>
    </w:p>
    <w:p>
      <w:pPr>
        <w:jc w:val="right"/>
      </w:pPr>
      <w:r>
        <w:t>قلب سلیمکامطلبیہیہےکہسو فیصدمث بتسوچ اسکےاندرہو۔ منفی سوچسےبالکل پاک ہو۔ نفرتنہیں اور کوئی انت قامنہیں ۔</w:t>
      </w:r>
    </w:p>
    <w:p>
      <w:r>
        <w:rPr>
          <w:b/>
        </w:rPr>
        <w:t xml:space="preserve">[31:27] </w:t>
      </w:r>
      <w:r>
        <w:t>is qism ki jo cheezein hoti hain woh sab se paak seene. toh sab ke khilaf shikayatein le kar baithe hain yeh musalman aur apne aap ko munfise soch banaye hue hain toh sochna chahiye keh kitna bada risk le rahe hain woh?</w:t>
      </w:r>
    </w:p>
    <w:p>
      <w:pPr>
        <w:jc w:val="right"/>
      </w:pPr>
      <w:r>
        <w:t>اسقسم کیجوچیزیںہوتیہیں وہ سب سے پاک سینہ۔ تو سبکےخلاف شکایتیںلےکربیٹھےہیںیہمسلمان اور اپنے آپکومن فیسوچبنائےہوئےہیں تو سوچناچاہیےکہکتنابڑارسکلےرہےہیںوہ؟</w:t>
      </w:r>
    </w:p>
    <w:p>
      <w:r>
        <w:rPr>
          <w:b/>
        </w:rPr>
        <w:t xml:space="preserve">[31:43] </w:t>
      </w:r>
      <w:r>
        <w:t>kitna bada risk le rahe hain woh?</w:t>
      </w:r>
    </w:p>
    <w:p>
      <w:pPr>
        <w:jc w:val="right"/>
      </w:pPr>
      <w:r>
        <w:t>کتنابڑارسکلےرہےہیںوہ؟</w:t>
      </w:r>
    </w:p>
    <w:p>
      <w:r>
        <w:rPr>
          <w:b/>
        </w:rPr>
        <w:t xml:space="preserve">[31:45] </w:t>
      </w:r>
      <w:r>
        <w:t>dunya mein bhi khaas taur par dunya aur aakhirat ka mushtarak ban raha hai. doosri baati hai keh aap musbat mansooba bandi nahi kar sakte.</w:t>
      </w:r>
    </w:p>
    <w:p>
      <w:pPr>
        <w:jc w:val="right"/>
      </w:pPr>
      <w:r>
        <w:t>دنیا میںبھی خاص طورپردنیا والآخرتکامشت اقبنرہےہیں۔ دوسریباتیہہے کہ آپ مث بت منصوبہبندینہیںکرسکتے۔</w:t>
      </w:r>
    </w:p>
    <w:p>
      <w:r>
        <w:rPr>
          <w:b/>
        </w:rPr>
        <w:t xml:space="preserve">[31:59] </w:t>
      </w:r>
      <w:r>
        <w:t>jab aap yeh na jaane keh Khuda ka takhleeqi mansooba kya hai toh aap musbat mansooba bandi nahi kar sakte aap. kyun?</w:t>
      </w:r>
    </w:p>
    <w:p>
      <w:pPr>
        <w:jc w:val="right"/>
      </w:pPr>
      <w:r>
        <w:t>جب آپ یہ نہجانیں کہ خدا کا تخلیقیمنصوبہ کیاہے توآپ مثبت منصوبہبندینہیںکرسکتےآپ ۔ کیوں ؟</w:t>
      </w:r>
    </w:p>
    <w:p>
      <w:r>
        <w:rPr>
          <w:b/>
        </w:rPr>
        <w:t xml:space="preserve">[32:09] </w:t>
      </w:r>
      <w:r>
        <w:t>musbat mansooba bandi ka formula Quran mein diya gaya hai innama ghal usri yusra</w:t>
      </w:r>
    </w:p>
    <w:p>
      <w:pPr>
        <w:jc w:val="right"/>
      </w:pPr>
      <w:r>
        <w:t>مثبتمنصوبہبندیکافارمولاقرآنمیںدیاگیاہے اِنَّم َغَالْعُسْرًايُسْرًا</w:t>
      </w:r>
    </w:p>
    <w:p>
      <w:r>
        <w:rPr>
          <w:b/>
        </w:rPr>
        <w:t xml:space="preserve">[32:14] </w:t>
      </w:r>
      <w:r>
        <w:t>har surat haal mein usr b hirahega, yusr b hirahega. har surat haal mein isi yaani azadi ki barabar insanon ko jo azadi di gayi hai, azadi uski barabar aisa hoga, lazman aisa hoga.</w:t>
      </w:r>
    </w:p>
    <w:p>
      <w:pPr>
        <w:jc w:val="right"/>
      </w:pPr>
      <w:r>
        <w:t>ہ رصورت حالمیں عُسربھیرہےگا،یُسربھیرہےگا۔ ہرصورت حالمیں اسی یعنیآز ادیکیبر ابر انسانوںکوجو آزادیدیگئیہے،آزادی اسکیبرابرایساہوگا،لازماًایساہوگا۔</w:t>
      </w:r>
    </w:p>
    <w:p>
      <w:r>
        <w:rPr>
          <w:b/>
        </w:rPr>
        <w:t xml:space="preserve">[32:28] </w:t>
      </w:r>
      <w:r>
        <w:t>har surat haal mein koi surat e haal aisi nahi hogi jahan se yusr to ho aur usr na ho. yaani mushkilat na hon aur sirf yaani aasani aasani ho.</w:t>
      </w:r>
    </w:p>
    <w:p>
      <w:pPr>
        <w:jc w:val="right"/>
      </w:pPr>
      <w:r>
        <w:t>ہرصورت حالمیں کوئی صورتحالایسینہیںہوگیجہاںسےیُسر توہو اور عُسرنہہو ۔ یعنیمشکلات نہہوںاور صرف یعنی آسانیآس انیہو۔</w:t>
      </w:r>
    </w:p>
    <w:p>
      <w:r>
        <w:rPr>
          <w:b/>
        </w:rPr>
        <w:t xml:space="preserve">[32:39] </w:t>
      </w:r>
      <w:r>
        <w:t>namumkin hai yeh duniya mein.</w:t>
      </w:r>
    </w:p>
    <w:p>
      <w:pPr>
        <w:jc w:val="right"/>
      </w:pPr>
      <w:r>
        <w:t>ناممکنہے یہدنیا میں۔</w:t>
      </w:r>
    </w:p>
    <w:p>
      <w:r>
        <w:rPr>
          <w:b/>
        </w:rPr>
        <w:t xml:space="preserve">[32:42] </w:t>
      </w:r>
      <w:r>
        <w:t>na peghambar ke liye aisa tha, na aap ke liye aisa hoga. to ab kya kiya jaye? aisi haalat mein aap ko jo danai hona chahiye, danai ke yusr ya usr to hai aur rahega, ab yusr ko talash karo.</w:t>
      </w:r>
    </w:p>
    <w:p>
      <w:pPr>
        <w:jc w:val="right"/>
      </w:pPr>
      <w:r>
        <w:t>نہ پیغمبرکےلیےایساتھا،نہآپکےلیےایساہوگا۔ توابکیا کیاجائے؟ ایسیحالتمیںآپکو جو دان ائیہوناچاہیے،دان ائی کہیُسر یا عُسر تو ہےاوررہےگا، ابیُ سرکوتلاشکرو ۔</w:t>
      </w:r>
    </w:p>
    <w:p>
      <w:r>
        <w:rPr>
          <w:b/>
        </w:rPr>
        <w:t xml:space="preserve">[32:59] </w:t>
      </w:r>
      <w:r>
        <w:t>yaani hum humein door karna hai usr se</w:t>
      </w:r>
    </w:p>
    <w:p>
      <w:pPr>
        <w:jc w:val="right"/>
      </w:pPr>
      <w:r>
        <w:t>یعنیہم ہمیںدورکرناہے عُسر سے</w:t>
      </w:r>
    </w:p>
    <w:p>
      <w:r>
        <w:rPr>
          <w:b/>
        </w:rPr>
        <w:t xml:space="preserve">[33:09] </w:t>
      </w:r>
      <w:r>
        <w:t>. to aap ko y</w:t>
      </w:r>
    </w:p>
    <w:p>
      <w:pPr>
        <w:jc w:val="right"/>
      </w:pPr>
      <w:r>
        <w:t>۔تو آپکو ی</w:t>
      </w:r>
    </w:p>
    <w:p>
      <w:r>
        <w:rPr>
          <w:b/>
        </w:rPr>
        <w:t xml:space="preserve">[33:11] </w:t>
      </w:r>
      <w:r>
        <w:t>usr yaani us ko maine formula banaya hai ke m waqe ko talash karo, us ko hasil karo aur jo mushkilat hain un ko bhula do, un ko nazar andaz karo.</w:t>
      </w:r>
    </w:p>
    <w:p>
      <w:pPr>
        <w:jc w:val="right"/>
      </w:pPr>
      <w:r>
        <w:t>ُسر یعنیاسکومیںنےفارمولابنایاہے کہ م وقع کو تلاشکرو،اسکوحاصل کرو اور جو مش ک لاتہیں انکوبھلادو، انکونظراندازکرو۔</w:t>
      </w:r>
    </w:p>
    <w:p>
      <w:r>
        <w:rPr>
          <w:b/>
        </w:rPr>
        <w:t xml:space="preserve">[33:26] </w:t>
      </w:r>
      <w:r>
        <w:t>yaani nazar andaz karo masla, hasil karo m waqe aur koi doosri mansooba bandi mumkin nahi hai.</w:t>
      </w:r>
    </w:p>
    <w:p>
      <w:pPr>
        <w:jc w:val="right"/>
      </w:pPr>
      <w:r>
        <w:t>یعنینظراندازکرومسئلہ،حاصلکروم واقعاور کوئی دوس ریمنصوبہبندیمم کن ہینہیںہے۔</w:t>
      </w:r>
    </w:p>
    <w:p>
      <w:r>
        <w:rPr>
          <w:b/>
        </w:rPr>
        <w:t xml:space="preserve">[33:34] </w:t>
      </w:r>
      <w:r>
        <w:t>agar aap yeh chahein ke aisi mansooba bandi jahan usr na ho, mushkilat na hon, koi aap ka dushman na ho, koi aap ke khilaf na ho aur phir aap khali maidan mein ghoda daurayein aap ka to aisa aisa maidan to mile ga hi nahi aap ko is din mein.</w:t>
      </w:r>
    </w:p>
    <w:p>
      <w:pPr>
        <w:jc w:val="right"/>
      </w:pPr>
      <w:r>
        <w:t>اگر آپ یہچاہیںکہ ایسیمنصوبہبندی جہاںعُسرنہہو ، مشک لات نہہوں، کوئیآپکادشمننہہو ، کوئیآپکےخلاف نہہو اورپھرآپ خالیمیدانمیںگھوڑادوڑائیںآپکا توایساایسامیدانتوملےگاہینہیںآپکواسدنیا میں ۔</w:t>
      </w:r>
    </w:p>
    <w:p>
      <w:r>
        <w:rPr>
          <w:b/>
        </w:rPr>
        <w:t xml:space="preserve">[33:49] </w:t>
      </w:r>
      <w:r>
        <w:t>to natija kya hoga? ke aap tarraqi nahi kar sakein ge. is zamane mein musalman aap dekhein har shobe mein peechhe hain.</w:t>
      </w:r>
    </w:p>
    <w:p>
      <w:pPr>
        <w:jc w:val="right"/>
      </w:pPr>
      <w:r>
        <w:t>تونتیجہکیاہوگا؟ کہآپ ترقینہیںکرسکیںگے۔ اس زمانےمیںمسلمان آپدیکھیں ہر شعبےمیںپیچھےہیں۔</w:t>
      </w:r>
    </w:p>
    <w:p>
      <w:r>
        <w:rPr>
          <w:b/>
        </w:rPr>
        <w:t xml:space="preserve">[33:56] </w:t>
      </w:r>
      <w:r>
        <w:t>taleem mein peechhe hain, sahafat mein peechhe hain, sanat mein peechhe hain, technology mein peechhe hain aur sciencee tehqeeq mein peechhe hain.</w:t>
      </w:r>
    </w:p>
    <w:p>
      <w:pPr>
        <w:jc w:val="right"/>
      </w:pPr>
      <w:r>
        <w:t>تعلیم میںپیچھےہیں، صح افتمیںپیچھےہیں، صن عتمیںپیچھےہیں، ٹیکنالوجیمیںپیچھےہیں اور سائنسی تحقیقمیںپیچھےہیں۔</w:t>
      </w:r>
    </w:p>
    <w:p>
      <w:r>
        <w:rPr>
          <w:b/>
        </w:rPr>
        <w:t xml:space="preserve">[34:06] </w:t>
      </w:r>
      <w:r>
        <w:t>yaani koi shoba aisa nahi jahan woh peechhe na hon. sirf ek cheez woh aage ho sakti hai, multise khudkushi. wahan har cheez peechhe, har cheez peechhe. kyun?</w:t>
      </w:r>
    </w:p>
    <w:p>
      <w:pPr>
        <w:jc w:val="right"/>
      </w:pPr>
      <w:r>
        <w:t>یعنیکوئیشعبہایسانہیںجہاںوہپیچھےنہہوں۔ صرفایکچیزوہآگےہوسکتیہے، ملٹریسے خودکشی۔ وہاںہرچیز پیچھے،ہرچیزپیچھے۔کیوں ؟</w:t>
      </w:r>
    </w:p>
    <w:p>
      <w:r>
        <w:rPr>
          <w:b/>
        </w:rPr>
        <w:t xml:space="preserve">[34:18] </w:t>
      </w:r>
      <w:r>
        <w:t>kyun ke in aagahi ki wajah se woh</w:t>
      </w:r>
    </w:p>
    <w:p>
      <w:pPr>
        <w:jc w:val="right"/>
      </w:pPr>
      <w:r>
        <w:t>کی وںکہ ان اآگاہیکیوجہ سے وہ</w:t>
      </w:r>
    </w:p>
    <w:p>
      <w:r>
        <w:rPr>
          <w:b/>
        </w:rPr>
        <w:t xml:space="preserve">[34:25] </w:t>
      </w:r>
      <w:r>
        <w:t>na kam ho gaye apni sargarmion ko misbat tareeqe se. chunaanche unhein is ki khabar nahi to isi mein shuk aiton mein jeete hain, kuch samajh nahi paate.</w:t>
      </w:r>
    </w:p>
    <w:p>
      <w:pPr>
        <w:jc w:val="right"/>
      </w:pPr>
      <w:r>
        <w:t>ن اکامہوگئے اپنیسرگرمیوں کو مثبت طریقےسے۔ چونکہ انہیں اسکیخبرنہیں تواسیمیں شک ایتوںمیںجیتےہیں، کچھسمجھنہیںپاتے۔</w:t>
      </w:r>
    </w:p>
    <w:p>
      <w:r>
        <w:rPr>
          <w:b/>
        </w:rPr>
        <w:t xml:space="preserve">[34:39] </w:t>
      </w:r>
      <w:r>
        <w:t>yeh formula musalmanon ko maloom hi nahi hai ke</w:t>
      </w:r>
    </w:p>
    <w:p>
      <w:pPr>
        <w:jc w:val="right"/>
      </w:pPr>
      <w:r>
        <w:t>یہ فارمولامسلمانوںکومعلومہینہیںہے کہ</w:t>
      </w:r>
    </w:p>
    <w:p>
      <w:r>
        <w:rPr>
          <w:b/>
        </w:rPr>
        <w:t xml:space="preserve">[34:46] </w:t>
      </w:r>
      <w:r>
        <w:t>nazar andaz karo masail aur hasil karo mawaqe. doosri qomein dekhein kitna tarraqi kar rahi hain. kitna tarraqi kar rahi hain.</w:t>
      </w:r>
    </w:p>
    <w:p>
      <w:pPr>
        <w:jc w:val="right"/>
      </w:pPr>
      <w:r>
        <w:t>نظراندازکرو مسائل اورحاصلکروموا قع ۔ دوسریقومیںدیکھیں کتناترقیکررہیہیں۔ کتناتر قیکررہیہیں۔</w:t>
      </w:r>
    </w:p>
    <w:p>
      <w:r>
        <w:rPr>
          <w:b/>
        </w:rPr>
        <w:t xml:space="preserve">[34:57] </w:t>
      </w:r>
      <w:r>
        <w:t>musalman musalman saare peechhe hain. is ki sab se badi wajah is ki yahi hai ke misbat soch nahi hai in ko.</w:t>
      </w:r>
    </w:p>
    <w:p>
      <w:pPr>
        <w:jc w:val="right"/>
      </w:pPr>
      <w:r>
        <w:t>مس لمان مسلمسارےپیچھےہیں۔ اسکیسبسےبڑیوجہ اسکییہیہے کہ مثبت سوچ نہیںہےانکو۔</w:t>
      </w:r>
    </w:p>
    <w:p>
      <w:r>
        <w:rPr>
          <w:b/>
        </w:rPr>
        <w:t xml:space="preserve">[35:07] </w:t>
      </w:r>
      <w:r>
        <w:t>to aap ghore karein kitna bada nuqsan hai yeh. kitna bada nuqsan hai yeh. is tarah se dekhein aap yeh nuqsan ke jis cheez ka ilzam aap doosron ko de rahe hain woh to ek nemat thi aap ke liye.</w:t>
      </w:r>
    </w:p>
    <w:p>
      <w:pPr>
        <w:jc w:val="right"/>
      </w:pPr>
      <w:r>
        <w:t>توآپغورکیجیےکتنابڑانقصانیہہے۔ کتنابڑانقصانیہہے۔ اسطرحسےدیکھیےآپ یہنقصان کہ جس چیز کا الزامآپدوسروںکودےرہےہیں وہتوایک نعمتتھیآپکےلیے۔</w:t>
      </w:r>
    </w:p>
    <w:p>
      <w:r>
        <w:rPr>
          <w:b/>
        </w:rPr>
        <w:t xml:space="preserve">[35:23] </w:t>
      </w:r>
      <w:r>
        <w:t>misal ke taur par kitab chhaap rahe hain, isi dil mein ek jamaat ne kitab chhaap di hai, global aai aishan par.</w:t>
      </w:r>
    </w:p>
    <w:p>
      <w:pPr>
        <w:jc w:val="right"/>
      </w:pPr>
      <w:r>
        <w:t>مثالکےطورپرکتاب چھ پیہے،اسی دلیمیں ایک جماعتنےکتاب چھ اپیہے،گلوبل آئیایشن پر ۔</w:t>
      </w:r>
    </w:p>
    <w:p>
      <w:r>
        <w:rPr>
          <w:b/>
        </w:rPr>
        <w:t xml:space="preserve">[35:31] </w:t>
      </w:r>
      <w:r>
        <w:t>bazoher ek bohat badi jamaat hai woh aur kitab chhaapi hai, global aai aishan par. bohat hi manfi, bohat hi bura bataya hai global aai aishan ko ke saazish hai musalmanon ke khilaf.</w:t>
      </w:r>
    </w:p>
    <w:p>
      <w:pPr>
        <w:jc w:val="right"/>
      </w:pPr>
      <w:r>
        <w:t>بظاہرایکبہتبڑیجماعتہےوہ اورکتاب چھاپیہے،گلوبلآئیایشنپر۔بہتہی من فی ،بہت ہی برابتایاہےگلوبلآئیایشنکو کہ ساز شہے مسلمانوںکےخلاف ۔</w:t>
      </w:r>
    </w:p>
    <w:p>
      <w:r>
        <w:rPr>
          <w:b/>
        </w:rPr>
        <w:t xml:space="preserve">[35:42] </w:t>
      </w:r>
      <w:r>
        <w:t>yaani global aai aishan ko musalmanon ke khilaf saazish bataya hai. yaani kitna bade ana aagahi ki baat hai yeh.</w:t>
      </w:r>
    </w:p>
    <w:p>
      <w:pPr>
        <w:jc w:val="right"/>
      </w:pPr>
      <w:r>
        <w:t>یعنی گلوبلآئیایشنکومسلمانوںکےخلاف سازشبتایاہے۔ یعنیکتنا بڑ ے اناآگاہیکیباتہےیہ۔</w:t>
      </w:r>
    </w:p>
    <w:p>
      <w:r>
        <w:rPr>
          <w:b/>
        </w:rPr>
        <w:t xml:space="preserve">[35:54] </w:t>
      </w:r>
      <w:r>
        <w:t>global aai aishan aik nemat hai, aik barkat hai hamare liye.</w:t>
      </w:r>
    </w:p>
    <w:p>
      <w:pPr>
        <w:jc w:val="right"/>
      </w:pPr>
      <w:r>
        <w:t>گلوبلآئیایشنایکنعمتہے،ایکبرکتہےہمارےلیے۔</w:t>
      </w:r>
    </w:p>
    <w:p>
      <w:r>
        <w:rPr>
          <w:b/>
        </w:rPr>
        <w:t xml:space="preserve">[35:59] </w:t>
      </w:r>
      <w:r>
        <w:t>doosra agar faida utha raha hai to woh bhi faida uthaaye ga. agar ek waqt aisi aa jaye jahan yaani rabt bohat zyada ho jaye, duniya ek global shehar ban jaye to kya aap samajhte hain ke hum hi is ko faida uthaayein ge? doosra nahi uthaaye ga.</w:t>
      </w:r>
    </w:p>
    <w:p>
      <w:pPr>
        <w:jc w:val="right"/>
      </w:pPr>
      <w:r>
        <w:t>دوسرااگرفائدہاٹھارہاہےتووہبھیفائدہاٹھائےگا۔ اگر ایکوقت ایجآجائے جہاں یعنیرابط ہبہتزیادہ ہوجائے، دنیا ایکگلوبلشہر بنجائےتوکیاآپسمجھتےہیںکہہمہیاسکو فائدہاٹھائیںگے؟دوسرانہیںاٹھائےگا۔</w:t>
      </w:r>
    </w:p>
    <w:p>
      <w:r>
        <w:rPr>
          <w:b/>
        </w:rPr>
        <w:t xml:space="preserve">[36:14] </w:t>
      </w:r>
      <w:r>
        <w:t>jo doosra utha raha hai is liye is ko bana diya ke woh bohat buri cheez hai woh. yaani global aai aishan ek nemat hai hamare liye.</w:t>
      </w:r>
    </w:p>
    <w:p>
      <w:pPr>
        <w:jc w:val="right"/>
      </w:pPr>
      <w:r>
        <w:t>جودوسرااٹھارہاہےاسلیےاسکو بنادیا کہوہبہت بریچیزہےوہ ۔ یعنیگلوبلآئیایشن ایک نعمتہےہمارےلیے۔</w:t>
      </w:r>
    </w:p>
    <w:p>
      <w:r>
        <w:rPr>
          <w:b/>
        </w:rPr>
        <w:t xml:space="preserve">[36:24] </w:t>
      </w:r>
      <w:r>
        <w:t>yaani aise aise rabt ka duniya mein aana, aise zamane ki duniya mein aana ke aap ek jagah reh kar saari duniya mein aap apna masla phaila sakte hain.</w:t>
      </w:r>
    </w:p>
    <w:p>
      <w:pPr>
        <w:jc w:val="right"/>
      </w:pPr>
      <w:r>
        <w:t>یعنیایسےایسےر ابطےکا دنیا میںآنا، ایسےزمانےکیدنیامیںآناکہآپایک جگہرہکرکےساریدنیا میں آپاپنامسئلہ پھیلاسکتےہیں۔</w:t>
      </w:r>
    </w:p>
    <w:p>
      <w:r>
        <w:rPr>
          <w:b/>
        </w:rPr>
        <w:t xml:space="preserve">[36:33] </w:t>
      </w:r>
      <w:r>
        <w:t>yani adkhal kalma ka zaman hai. jo hadith mein aya hai ke qayamat se pehle adkhal kalma fi kul al buyoot hoga.</w:t>
      </w:r>
    </w:p>
    <w:p>
      <w:pPr>
        <w:jc w:val="right"/>
      </w:pPr>
      <w:r>
        <w:t>یعنیادخالکلمہکازمان ہ۔ جوحدیثمیںآیاہےکہ قیامتسےپہلے ادخال کلمہفیکل البیوت ہوگا۔</w:t>
      </w:r>
    </w:p>
    <w:p>
      <w:r>
        <w:rPr>
          <w:b/>
        </w:rPr>
        <w:t xml:space="preserve">[36:43] </w:t>
      </w:r>
      <w:r>
        <w:t>yani har ghar mein Allah ka paigham pohnchega. to kaisay pohnch sakta hai? isi say to pohnchega. isi say to pohnchega, isi rabtay ko le kar</w:t>
      </w:r>
    </w:p>
    <w:p>
      <w:pPr>
        <w:jc w:val="right"/>
      </w:pPr>
      <w:r>
        <w:t>یعنیہرگھرمیں اللہ کا پیغامپہنچےگا۔ توکیسےپہنچسکتاہے؟اسیسےتوپہنچےگا۔ اسیسےتوپہنچےگا، اسی ر ابطےکولےکر</w:t>
      </w:r>
    </w:p>
    <w:p>
      <w:r>
        <w:rPr>
          <w:b/>
        </w:rPr>
        <w:t xml:space="preserve">[36:53] </w:t>
      </w:r>
      <w:r>
        <w:t>kay, isi yani print media aur multimedia aur electronic media ko le kar kay, jis ko multimedia kaha jata hai, us say to pohnchega aur kaisay pohnchega?</w:t>
      </w:r>
    </w:p>
    <w:p>
      <w:pPr>
        <w:jc w:val="right"/>
      </w:pPr>
      <w:r>
        <w:t>کے، اسی یعنی پرنٹمیڈیااورملٹیمیڈ یااورالیکٹرانکمیڈیاکولےکرکے، جسکوملٹیمیڈیاکہاجاتاہے، اسسےتوپہنچےگااورکیسےپہنچےگا؟</w:t>
      </w:r>
    </w:p>
    <w:p>
      <w:r>
        <w:rPr>
          <w:b/>
        </w:rPr>
        <w:t xml:space="preserve">[37:05] </w:t>
      </w:r>
      <w:r>
        <w:t>to yeh agar is is tareeqay ko agar amreeka walon nay ijad kiya to woh nahi faida uthayen gay kiya? sirf aap kay liye chor dain gay woh?</w:t>
      </w:r>
    </w:p>
    <w:p>
      <w:pPr>
        <w:jc w:val="right"/>
      </w:pPr>
      <w:r>
        <w:t>تویہاگر اس اسطریقےکواگر امریک ہوالوںنےایجادکیا تو وہنہیںفائدہاٹھائیںگےکیا ؟ صرفآپکےلیےچھوڑدیںگےوہ ؟</w:t>
      </w:r>
    </w:p>
    <w:p>
      <w:r>
        <w:rPr>
          <w:b/>
        </w:rPr>
        <w:t xml:space="preserve">[37:16] </w:t>
      </w:r>
      <w:r>
        <w:t>to kitab chhapi hai, bohat hi bura bhala kay musalmanon kay khilaf yeh hai global aiyayshan.</w:t>
      </w:r>
    </w:p>
    <w:p>
      <w:pPr>
        <w:jc w:val="right"/>
      </w:pPr>
      <w:r>
        <w:t>تو کتاب چھپیہے،بہت ہیبرابھلاکہ مسلمانوںکےخلاف یہہے گلوبلآئیایشن۔</w:t>
      </w:r>
    </w:p>
    <w:p>
      <w:r>
        <w:rPr>
          <w:b/>
        </w:rPr>
        <w:t xml:space="preserve">[37:23] </w:t>
      </w:r>
      <w:r>
        <w:t>yani kiya hamari monopoly hai jadeed rabtay par? jadeed rabtay par hamari monopoly rahay gi? yeh to bilkul ahmaqana baat hai na?</w:t>
      </w:r>
    </w:p>
    <w:p>
      <w:pPr>
        <w:jc w:val="right"/>
      </w:pPr>
      <w:r>
        <w:t>یعنیکیاہماری مناپلیہے جدیدرابط ےپر ؟ جدیدر ابطےپرہماری مناپلیرہےگی؟ یہتوبالکلاحمقانہباتہےنا؟</w:t>
      </w:r>
    </w:p>
    <w:p>
      <w:r>
        <w:rPr>
          <w:b/>
        </w:rPr>
        <w:t xml:space="preserve">[37:34] </w:t>
      </w:r>
      <w:r>
        <w:t>yeh koi sochay yeh? to beharhal chounkay hamari soch jo manfi ho gayi hai, is har mamlay mein hum manfi banay huay hain.</w:t>
      </w:r>
    </w:p>
    <w:p>
      <w:pPr>
        <w:jc w:val="right"/>
      </w:pPr>
      <w:r>
        <w:t>یہکوئیسوچہےیہ؟ تو بہرحال چونکہہماری سوچ جومنفیہوگئیہے، اس ہرمعاملےمیںہم من فی بنےہوئےہیں۔</w:t>
      </w:r>
    </w:p>
    <w:p>
      <w:r>
        <w:rPr>
          <w:b/>
        </w:rPr>
        <w:t xml:space="preserve">[37:48] </w:t>
      </w:r>
      <w:r>
        <w:t>to sab say bara khair misbat soch hai.</w:t>
      </w:r>
    </w:p>
    <w:p>
      <w:pPr>
        <w:jc w:val="right"/>
      </w:pPr>
      <w:r>
        <w:t>تو سبسے بڑا خیر مثبت سوچ ہے۔</w:t>
      </w:r>
    </w:p>
    <w:p>
      <w:r>
        <w:rPr>
          <w:b/>
        </w:rPr>
        <w:t xml:space="preserve">[37:52] </w:t>
      </w:r>
      <w:r>
        <w:t>aur misbat soch kab aata hai? jab aap cheezon ko samajh saken, aap jaan saken kay yeh to woh hai woh to Khuda ki manzoobandi ki waja say hai.</w:t>
      </w:r>
    </w:p>
    <w:p>
      <w:pPr>
        <w:jc w:val="right"/>
      </w:pPr>
      <w:r>
        <w:t>اورمثبت سوچکبآیاہوت اہے؟جبآپ چیزوںکوسمجھ سک یں، آپجان سکیںکہیہتوجوہےوہتوخداکی منصوبہبندیکیوجہسےہے۔</w:t>
      </w:r>
    </w:p>
    <w:p>
      <w:r>
        <w:rPr>
          <w:b/>
        </w:rPr>
        <w:t xml:space="preserve">[38:04] </w:t>
      </w:r>
      <w:r>
        <w:t>dosri qoumen agar agay barh rahi hain to Khuda ki manzoobandi ki waja say hai. isi ki waja say dekhiye aik bohat bara mukhalif musalmanon ko jo hai kay sari dunya un ko lagti hai kay in ki dushman hai,</w:t>
      </w:r>
    </w:p>
    <w:p>
      <w:pPr>
        <w:jc w:val="right"/>
      </w:pPr>
      <w:r>
        <w:t>دوسریقومیںاگر آگےبڑھرہیہیںتوخداکیمنصوبہبندیکیوجہسےہے۔ اسیکیوجہسےدیکھیے ایکبہت بڑامخالفمس لمانوںکوجوہے کہ ساریدنیا انکولگتیہےکہانکیدشمن ہے،</w:t>
      </w:r>
    </w:p>
    <w:p>
      <w:r>
        <w:rPr>
          <w:b/>
        </w:rPr>
        <w:t xml:space="preserve">[38:16] </w:t>
      </w:r>
      <w:r>
        <w:t>wohi hai kay kahin Rasool Allah kay khilaf koi cartoon chhap jaye, koi kitab chhap jaye, bas aik hungama khara ho jata hai us ko le kar kay. arey bhai jab dunya mein azadi aayi hai to azadi aap hi ko milay gi, un ko nahi milay ga.</w:t>
      </w:r>
    </w:p>
    <w:p>
      <w:pPr>
        <w:jc w:val="right"/>
      </w:pPr>
      <w:r>
        <w:t>وہیہہےکہ کہیں رسولاللہکےخلاف کوئیکارٹونچھپجائے،کوئیکتاب چھپجائے، بسایک ہنگامہکھڑاہوجاتاہے اسکولےکرکے۔ ارےبھئیجب دنیا میں آزادیآئیہے تو آز ادیآپہیکوملےگی،انکونہیںملےگا۔</w:t>
      </w:r>
    </w:p>
    <w:p>
      <w:r>
        <w:rPr>
          <w:b/>
        </w:rPr>
        <w:t xml:space="preserve">[38:31] </w:t>
      </w:r>
      <w:r>
        <w:t>aap ghore kijiye kitni bari nemat hai azadi jo kabhi tareekh mein nahi thi pehlay. yani aik taraf to log yeh mantay hain kay hamara deen sab say afzal hai, hamari kitab sab say afzal hai, to phir dar nay ki kiya baat hai?</w:t>
      </w:r>
    </w:p>
    <w:p>
      <w:pPr>
        <w:jc w:val="right"/>
      </w:pPr>
      <w:r>
        <w:t>آپغورکیجیے کتنیبڑینعمتہے آز ادی جوکبھی تاریخ میںنہیںتھیپہلے۔یعنیایکطرف تولوگ یہ مانتےہیںکہہمارادینسبسےافضلہے، ہماریکتاب سبسےافضلہے، توپھر ڈ رنےکیکیاباتہے؟</w:t>
      </w:r>
    </w:p>
    <w:p>
      <w:r>
        <w:rPr>
          <w:b/>
        </w:rPr>
        <w:t xml:space="preserve">[38:47] </w:t>
      </w:r>
      <w:r>
        <w:t>agar doosra chhapta hai cartoon, doosra chhapta hai kitab to aap apna afzaliyat ko qaim kijiye. aap mazmoon likhen, kitaben likhen. is mein kon rokta hai aap ko?</w:t>
      </w:r>
    </w:p>
    <w:p>
      <w:pPr>
        <w:jc w:val="right"/>
      </w:pPr>
      <w:r>
        <w:t>اگر دوسرا چھاپتاہےکارٹون،دوسراچھاپتاہےکتاب توآپ اپنیافضلیتکوقائ مکیجیے۔ آپ مضمونلکھیں،کتاب یںلکھیں۔ اسمیںکونروکتاہےآپکو ؟</w:t>
      </w:r>
    </w:p>
    <w:p>
      <w:r>
        <w:rPr>
          <w:b/>
        </w:rPr>
        <w:t xml:space="preserve">[39:00] </w:t>
      </w:r>
      <w:r>
        <w:t>yeh dekhiye naam mumkin hai kay kah aap ko monopoly mil jaye. yeh naam mumkin hona nahi sakta hai. azadi aap ko milay gi, doosron ko milay gi.</w:t>
      </w:r>
    </w:p>
    <w:p>
      <w:pPr>
        <w:jc w:val="right"/>
      </w:pPr>
      <w:r>
        <w:t>یہ دیکھیے نام مکن ہے کہ کہ آپ کو مناپلیملجائے۔ یہ نام مکن ہونہیںسکتاہے۔ آز ادیآپکوملےگی،دوسروںکوملےگی۔</w:t>
      </w:r>
    </w:p>
    <w:p>
      <w:r>
        <w:rPr>
          <w:b/>
        </w:rPr>
        <w:t xml:space="preserve">[39:12] </w:t>
      </w:r>
      <w:r>
        <w:t>m waqai aap ko milay gi, doosron ko milay gi. mawaqay aap ko milay gay, doosron ko milay gay.</w:t>
      </w:r>
    </w:p>
    <w:p>
      <w:pPr>
        <w:jc w:val="right"/>
      </w:pPr>
      <w:r>
        <w:t>م واقع آپکوملےگی،دوسروںکوملیںگے۔ مواقعآپکوملیںگے،دوسروںکوملیںگے۔</w:t>
      </w:r>
    </w:p>
    <w:p>
      <w:r>
        <w:rPr>
          <w:b/>
        </w:rPr>
        <w:t xml:space="preserve">[39:17] </w:t>
      </w:r>
      <w:r>
        <w:t>to doosray agar is ko istemal karen to aap chekhen? yeh to bilkul aik yani aik ahmaqana harkat hai yeh. isi mein waqt zaya hota hai.</w:t>
      </w:r>
    </w:p>
    <w:p>
      <w:pPr>
        <w:jc w:val="right"/>
      </w:pPr>
      <w:r>
        <w:t>تودوسرےاگراسکواستعمالکریں توآپ چیخیں؟ یہتوبالکل ایک یعنی ایک احمقانہحرکتہےیہ۔ اسیمیںوقت ضائعہوتاہے۔</w:t>
      </w:r>
    </w:p>
    <w:p>
      <w:r>
        <w:rPr>
          <w:b/>
        </w:rPr>
        <w:t xml:space="preserve">[39:29] </w:t>
      </w:r>
      <w:r>
        <w:t>sare jo hain aap musalmanon kay kisi jalsay mein chalay jaiye, un kay akhbar parhiye</w:t>
      </w:r>
    </w:p>
    <w:p>
      <w:pPr>
        <w:jc w:val="right"/>
      </w:pPr>
      <w:r>
        <w:t>سارےجوہے آپ مسلمانوںکےکسیجلسےمیںچلےجائیے، انکےاخبارپڑھیے</w:t>
      </w:r>
    </w:p>
    <w:p>
      <w:r>
        <w:rPr>
          <w:b/>
        </w:rPr>
        <w:t xml:space="preserve">[39:35] </w:t>
      </w:r>
      <w:r>
        <w:t>to sab isi mein hoga kay falan aadmi, falan log hamaray khilaf sazish kar rahay hain, falan log hamaray dushman banay huay hain, aur falan yani hamaray khilaf yeh kar raha hai, woh kar raha hai.</w:t>
      </w:r>
    </w:p>
    <w:p>
      <w:pPr>
        <w:jc w:val="right"/>
      </w:pPr>
      <w:r>
        <w:t>تو سب اسیمیںہوگاکہفلاںآدمی، فلاںلوگہمارےخلاف سازشکررہےہیں،فلاںلوگہمارےدشمنبنےہوئےہیں، اورفلاں یعنیہمارےخلاف یہکررہاہے،وہکررہاہے۔</w:t>
      </w:r>
    </w:p>
    <w:p>
      <w:r>
        <w:rPr>
          <w:b/>
        </w:rPr>
        <w:t xml:space="preserve">[39:44] </w:t>
      </w:r>
      <w:r>
        <w:t>kyun? yeh samajh rakha hai shaoori tor par ya la-shaoori tor par kay humein monopoly milni chahiye har cheez par. to kaisay monopoly milay gi? yeh dunya to sab kay liye banayi hai Allah ta'ala nay.</w:t>
      </w:r>
    </w:p>
    <w:p>
      <w:pPr>
        <w:jc w:val="right"/>
      </w:pPr>
      <w:r>
        <w:t>کیوں ؟ یہ سمجھرکھاہے شع وریطورپریالاشع وریطورپرکہہمیںمناپلیملنیچاہیےہرچیزپر ۔ توکیسےمناپلیملےگی؟ یہدنیا توسبکےلیےبنائیہےاللہتعالیٰنے۔</w:t>
      </w:r>
    </w:p>
    <w:p>
      <w:r>
        <w:rPr>
          <w:b/>
        </w:rPr>
        <w:t xml:space="preserve">[39:57] </w:t>
      </w:r>
      <w:r>
        <w:t>monopoly kaisay humein mil jaye gi? outsourcing woh karen to aap bhi outsourcing kijiye.</w:t>
      </w:r>
    </w:p>
    <w:p>
      <w:pPr>
        <w:jc w:val="right"/>
      </w:pPr>
      <w:r>
        <w:t>مناپلیکیسےہمیںملجائےگی؟ آؤٹسورسنگوہکریںتوآپبھیآؤٹسورسنگکیجیے۔</w:t>
      </w:r>
    </w:p>
    <w:p>
      <w:r>
        <w:rPr>
          <w:b/>
        </w:rPr>
        <w:t xml:space="preserve">[40:05] </w:t>
      </w:r>
      <w:r>
        <w:t>rabtay ko woh istemal karen, aap bhi rabtay ko istemal kijiye. printing press ko woh istemal karen, aap bhi istemal kijiye. TV woh banatay hain.</w:t>
      </w:r>
    </w:p>
    <w:p>
      <w:pPr>
        <w:jc w:val="right"/>
      </w:pPr>
      <w:r>
        <w:t>ر ابطےکووہاستعمالکریں،آپبھیر ابطےکواستعمالکیجیے۔ پرنٹنگپریسکووہاستعمالکریں،آپبھیاستعمالکیجیے۔ ٹیویوہبناتےہیں۔</w:t>
      </w:r>
    </w:p>
    <w:p>
      <w:r>
        <w:rPr>
          <w:b/>
        </w:rPr>
        <w:t xml:space="preserve">[40:15] </w:t>
      </w:r>
      <w:r>
        <w:t>sare musalman jo hain CNN kay khilaf, jis say baat kiya CNN nay, bas us kay khilaf bolnay lag gaye. aap bhi CNN banaiye, aik doosra mutwazi CNN ne.</w:t>
      </w:r>
    </w:p>
    <w:p>
      <w:pPr>
        <w:jc w:val="right"/>
      </w:pPr>
      <w:r>
        <w:t>سارےمسلمانجوہیںسی ایناینکےخلاف، جسسےباتکیسیاینایننے،بس اسکے خلاف بولنےلگگئے۔ آپبھیسیایناینبنائیے،ایکدوسرا متوازیسیاینایننے۔</w:t>
      </w:r>
    </w:p>
    <w:p>
      <w:r>
        <w:rPr>
          <w:b/>
        </w:rPr>
        <w:t xml:space="preserve">[40:26] </w:t>
      </w:r>
      <w:r>
        <w:t>yani jo bari bari companiyan hain TV ki, woh sab musalmanon kay nazdeek dushman nahi Islam ki.</w:t>
      </w:r>
    </w:p>
    <w:p>
      <w:pPr>
        <w:jc w:val="right"/>
      </w:pPr>
      <w:r>
        <w:t>یعنیجو بڑیبڑی کمپنیاںہیں ٹیویکی، وہ سب مسلمانوںکےنزدیکدشمنہیںاسلام کی۔</w:t>
      </w:r>
    </w:p>
    <w:p>
      <w:r>
        <w:rPr>
          <w:b/>
        </w:rPr>
        <w:t xml:space="preserve">[40:35] </w:t>
      </w:r>
      <w:r>
        <w:t>bhai to aap to Muslim dost company banao. unhon nay agar Muslim dushman company bana rakhi hai to aap Muslim dost company banaiye. un ko azadi hai to aap ki bhi azadi hai.</w:t>
      </w:r>
    </w:p>
    <w:p>
      <w:pPr>
        <w:jc w:val="right"/>
      </w:pPr>
      <w:r>
        <w:t>بھئیتوآپتو مسلمدوستکمپنیبناؤ۔ انہوںنےاگر مسلم دشمنکمپنیبنارکھیہےتوآپ مسلمدوستکمپنیبنائیے۔ انکو آزادیہےتوآپکیبھیآزادیہے۔</w:t>
      </w:r>
    </w:p>
    <w:p>
      <w:r>
        <w:rPr>
          <w:b/>
        </w:rPr>
        <w:t xml:space="preserve">[40:48] </w:t>
      </w:r>
      <w:r>
        <w:t>yeh aisi ajeeb ghareeb soch hai na koi sar na pair.</w:t>
      </w:r>
    </w:p>
    <w:p>
      <w:pPr>
        <w:jc w:val="right"/>
      </w:pPr>
      <w:r>
        <w:t>یہایسیعجیبغریب سوچہے نہ کوئیسر نہپیر۔</w:t>
      </w:r>
    </w:p>
    <w:p>
      <w:r>
        <w:rPr>
          <w:b/>
        </w:rPr>
        <w:t xml:space="preserve">[40:56] </w:t>
      </w:r>
      <w:r>
        <w:t>isko musalman daryaft nahi kar sake ke allah ta'ala ka takhleeqi mansooba kya hai?</w:t>
      </w:r>
    </w:p>
    <w:p>
      <w:pPr>
        <w:jc w:val="right"/>
      </w:pPr>
      <w:r>
        <w:t>اسکو مسلمان دریافتنہیںکرسکے کہ اللہ تعالیٰ کا تخلیقیمنصوبہکیاہے؟</w:t>
      </w:r>
    </w:p>
    <w:p>
      <w:r>
        <w:rPr>
          <w:b/>
        </w:rPr>
        <w:t xml:space="preserve">[41:04] </w:t>
      </w:r>
      <w:r>
        <w:t>takhleeqi mansooba hai in sab ko azad de kar ke imtehan lena.</w:t>
      </w:r>
    </w:p>
    <w:p>
      <w:pPr>
        <w:jc w:val="right"/>
      </w:pPr>
      <w:r>
        <w:t>تخلیقیمنصوبہہے ان سانکو آز ادیدےکرکے امتحانلینا۔</w:t>
      </w:r>
    </w:p>
    <w:p>
      <w:r>
        <w:rPr>
          <w:b/>
        </w:rPr>
        <w:t xml:space="preserve">[41:14] </w:t>
      </w:r>
      <w:r>
        <w:t>azad de kar imtehan lena.</w:t>
      </w:r>
    </w:p>
    <w:p>
      <w:pPr>
        <w:jc w:val="right"/>
      </w:pPr>
      <w:r>
        <w:t>آز ادیدےکرامتحانلینا۔</w:t>
      </w:r>
    </w:p>
    <w:p>
      <w:r>
        <w:rPr>
          <w:b/>
        </w:rPr>
        <w:t xml:space="preserve">[41:27] </w:t>
      </w:r>
      <w:r>
        <w:t>yeh hai takhleeqi mansooba.</w:t>
      </w:r>
    </w:p>
    <w:p>
      <w:pPr>
        <w:jc w:val="right"/>
      </w:pPr>
      <w:r>
        <w:t>یہہے تخلیقیمنصوبہ۔</w:t>
      </w:r>
    </w:p>
    <w:p>
      <w:r>
        <w:rPr>
          <w:b/>
        </w:rPr>
        <w:t xml:space="preserve">[41:32] </w:t>
      </w:r>
      <w:r>
        <w:t>yani saare halaat, yani har cheez ki azadi har ek ko hasil hai. Jo mawaqe hain sab ko, sab is ko istemal kar sakte hain.</w:t>
      </w:r>
    </w:p>
    <w:p>
      <w:pPr>
        <w:jc w:val="right"/>
      </w:pPr>
      <w:r>
        <w:t>یعنی سارےحالات ،یعنیہرچیزکیآز ادی ہرایککوحاصل ہے۔ جو مواقعہیں سب کو، سب اسکواستعمالکرسکتےہیں۔</w:t>
      </w:r>
    </w:p>
    <w:p>
      <w:r>
        <w:rPr>
          <w:b/>
        </w:rPr>
        <w:t xml:space="preserve">[41:43] </w:t>
      </w:r>
      <w:r>
        <w:t>kisi ek ko nahi hai. Bas allah ko jaanchna hai, agar hukoomat de kar to doosron ko bhi hukoomat de ga woh, sirf aap hi ko nahi de ga hukoomat.</w:t>
      </w:r>
    </w:p>
    <w:p>
      <w:pPr>
        <w:jc w:val="right"/>
      </w:pPr>
      <w:r>
        <w:t>کسی ایککونہیںہے۔ بساللہ کوجانچناہے،اگر حکومت دےکر تودوسروںکوبھیحکومت دےگاوہ ، صرفآپہیکونہیںدےگاحکومت ۔</w:t>
      </w:r>
    </w:p>
    <w:p>
      <w:r>
        <w:rPr>
          <w:b/>
        </w:rPr>
        <w:t xml:space="preserve">[41:53] </w:t>
      </w:r>
      <w:r>
        <w:t>allah ko jaanchna hai, dolat de kar to doosron ko bhi dolat de ga, sirf aap hi ko nahi de ga dolat.</w:t>
      </w:r>
    </w:p>
    <w:p>
      <w:pPr>
        <w:jc w:val="right"/>
      </w:pPr>
      <w:r>
        <w:t>اللہ کوجانچناہے، دولتدےکر تودوسروںکوبھیدولتدےگا،صرفآپہیکونہیںدےگادولت۔</w:t>
      </w:r>
    </w:p>
    <w:p>
      <w:r>
        <w:rPr>
          <w:b/>
        </w:rPr>
        <w:t xml:space="preserve">[42:01] </w:t>
      </w:r>
      <w:r>
        <w:t>to duniya mein jo cheezein hain sab ke sab yeh hain aazmaish ke aitem hain, imtehan ke liye hain. To sab ko diye jayen ge.</w:t>
      </w:r>
    </w:p>
    <w:p>
      <w:pPr>
        <w:jc w:val="right"/>
      </w:pPr>
      <w:r>
        <w:t>تو دنیا میںجوچیزیںہیںسب کےسبجوہے وہ ہیں آزم ائشکےآئٹمہیں، امتحانکےلیےہیں۔ توسبکو دیےجائیںگے۔</w:t>
      </w:r>
    </w:p>
    <w:p>
      <w:r>
        <w:rPr>
          <w:b/>
        </w:rPr>
        <w:t xml:space="preserve">[42:10] </w:t>
      </w:r>
      <w:r>
        <w:t>siyasi taqat bhi sab ko di jaye gi, dolat bhi sab ko di jaye gi. Aur jitni bhi cheezein hain sab sab ko di jayen gi.</w:t>
      </w:r>
    </w:p>
    <w:p>
      <w:pPr>
        <w:jc w:val="right"/>
      </w:pPr>
      <w:r>
        <w:t>سیاسی طاقتبھیسبکودیجائےگی، دولتبھیسبکودیجائےگی۔ اور جتنیبھیچیزیںہیںسب سب سبکودیجائیںگی۔</w:t>
      </w:r>
    </w:p>
    <w:p>
      <w:r>
        <w:rPr>
          <w:b/>
        </w:rPr>
        <w:t xml:space="preserve">[42:19] </w:t>
      </w:r>
      <w:r>
        <w:t>aur taake dekha jaye ke kaun is ko ghalat istemal kar raha hai, kaun achhe tareeqe se istemal kar raha hai is ko.</w:t>
      </w:r>
    </w:p>
    <w:p>
      <w:pPr>
        <w:jc w:val="right"/>
      </w:pPr>
      <w:r>
        <w:t>اور تاکہدیکھاجائے کہ کوناسکو غلطاستعمالکررہاہے، کوناچھےطریقےسےاستعمالکررہاہےاسکو۔</w:t>
      </w:r>
    </w:p>
    <w:p>
      <w:r>
        <w:rPr>
          <w:b/>
        </w:rPr>
        <w:t xml:space="preserve">[42:31] </w:t>
      </w:r>
      <w:r>
        <w:t>to mein samajhta hoon ke sab se bari jo jar ki kharabi hai musalmanon mein woh yeh hai ke unhon ne allah ta'ala ke takhleeqi mansoobe ko jana nahi hua.</w:t>
      </w:r>
    </w:p>
    <w:p>
      <w:pPr>
        <w:jc w:val="right"/>
      </w:pPr>
      <w:r>
        <w:t>تومیں سمجھتاہوںکہسبسےبڑیجو جڑکیخرابیہےمسلمانوںمیں وہیہہے کہانہوں نے اللہ تعالیٰکے تخلیقیمنصوبےکو جاناہینہیں ہوا۔</w:t>
      </w:r>
    </w:p>
    <w:p>
      <w:r>
        <w:rPr>
          <w:b/>
        </w:rPr>
        <w:t xml:space="preserve">[42:41] </w:t>
      </w:r>
      <w:r>
        <w:t>woh sirf yeh jante hain ke hum khair ummat hain, hamara nabi sab se afzal hai, hamari kitab sab se afzal hai, yahi jante hain woh. Aur allah ta'ala ka takhleeqi mansooba kya hai woh, is ki nahi khabar nahi hai.</w:t>
      </w:r>
    </w:p>
    <w:p>
      <w:pPr>
        <w:jc w:val="right"/>
      </w:pPr>
      <w:r>
        <w:t>وہصرفیہجانتےہیںکہہمخیر امتہیں، ہمارانبیسبسےافضلہے،ہماریکتاب سبسےافضلہے، یہیجانتےہیںوہ۔ اوراللہ تعالیٰکا تخلیقیمنصوبہکیاہےوہ،اس کیانہیںخبرہینہیںہے۔</w:t>
      </w:r>
    </w:p>
    <w:p>
      <w:r>
        <w:rPr>
          <w:b/>
        </w:rPr>
        <w:t xml:space="preserve">[42:54] </w:t>
      </w:r>
      <w:r>
        <w:t>is se bekhabar hain woh.</w:t>
      </w:r>
    </w:p>
    <w:p>
      <w:pPr>
        <w:jc w:val="right"/>
      </w:pPr>
      <w:r>
        <w:t>اسسےبےخبرہیںوہ۔</w:t>
      </w:r>
    </w:p>
    <w:p>
      <w:r>
        <w:rPr>
          <w:b/>
        </w:rPr>
        <w:t xml:space="preserve">[43:03] </w:t>
      </w:r>
      <w:r>
        <w:t>hamara mission aur hamare jo saathi hain in ka mission hi yeh hai ke hum logon ko logon ke andar musbat soch peeda karein. Musbat soch se saari achhaiyan aati hain.</w:t>
      </w:r>
    </w:p>
    <w:p>
      <w:pPr>
        <w:jc w:val="right"/>
      </w:pPr>
      <w:r>
        <w:t>ہمارا مشن اور ہمارےجوساتھیہیںانکامشنیہیہےکہہم لوگوںکو لوگوںکےاندرمثبت سو چپیدا کریں۔ مث بتسوچ سے ساریاچھائیاں آتیہیں۔</w:t>
      </w:r>
    </w:p>
    <w:p>
      <w:r>
        <w:rPr>
          <w:b/>
        </w:rPr>
        <w:t xml:space="preserve">[43:15] </w:t>
      </w:r>
      <w:r>
        <w:t>jahan musbat soch na ho to saari kharabiyan wahan paida ho jati hain. Hatta ke dunya wi taraqqi bhi is se juri hui hai, mazhabi taraqqi bhi is se juri hui hai, jannat bhi is se juri hui hai.</w:t>
      </w:r>
    </w:p>
    <w:p>
      <w:pPr>
        <w:jc w:val="right"/>
      </w:pPr>
      <w:r>
        <w:t>جہاںمث بت سوچ نہہو توساریخرابیاںوہاںپیدا ہوجاتیہیں۔ حتیٰکہ دنیا ویترقیبھی اسیسےجڑیہوئیہے، مذہبیترقیبھیاسیسےجڑیہوئیہے، جنتبھیاسیسےجڑیہوئیہے۔</w:t>
      </w:r>
    </w:p>
    <w:p>
      <w:r>
        <w:rPr>
          <w:b/>
        </w:rPr>
        <w:t xml:space="preserve">[43:30] </w:t>
      </w:r>
      <w:r>
        <w:t>har cheez, har khair is se juri hui hai, musbat soch se. Musbat soch kya hai? Musbat soch ka matlab hai ke khuda ke mansoobe takhleeq par razi ho jana.</w:t>
      </w:r>
    </w:p>
    <w:p>
      <w:pPr>
        <w:jc w:val="right"/>
      </w:pPr>
      <w:r>
        <w:t>ہرچیز ،ہر خیر اسیسےجڑیہوئیہے،مثبتسوچ سے۔ مثبتسوچ کیاہے؟ مثبت سوچکامطلبہے کہخدا کے منصوبےتخلیقپرراضیہوجانا۔</w:t>
      </w:r>
    </w:p>
    <w:p>
      <w:r>
        <w:rPr>
          <w:b/>
        </w:rPr>
        <w:t xml:space="preserve">[43:45] </w:t>
      </w:r>
      <w:r>
        <w:t>jaise quran majeed mein hai ke ya</w:t>
      </w:r>
    </w:p>
    <w:p>
      <w:pPr>
        <w:jc w:val="right"/>
      </w:pPr>
      <w:r>
        <w:t>جیسےقرآنمجیدمیںہےکہ یا</w:t>
      </w:r>
    </w:p>
    <w:p>
      <w:r>
        <w:rPr>
          <w:b/>
        </w:rPr>
        <w:t xml:space="preserve">[43:50] </w:t>
      </w:r>
      <w:r>
        <w:t>al nafs al mutmainnah, al nafs al mutmainnah kaun hai? Jo razi ho jaye allah ke naqsh e takhleeq par.</w:t>
      </w:r>
    </w:p>
    <w:p>
      <w:pPr>
        <w:jc w:val="right"/>
      </w:pPr>
      <w:r>
        <w:t>الن فسالمطمئنہ، النفس المطمئنہکونہے ؟ جوراضیہوجائے اللہ کے نقش ہتخلیقپر۔</w:t>
      </w:r>
    </w:p>
    <w:p>
      <w:r>
        <w:rPr>
          <w:b/>
        </w:rPr>
        <w:t xml:space="preserve">[44:01] </w:t>
      </w:r>
      <w:r>
        <w:t>razi ho kar ke apni mansooba bandi kare.</w:t>
      </w:r>
    </w:p>
    <w:p>
      <w:pPr>
        <w:jc w:val="right"/>
      </w:pPr>
      <w:r>
        <w:t>راضیہوکرکے اپنی منصوبہبندیکرے۔</w:t>
      </w:r>
    </w:p>
    <w:p>
      <w:r>
        <w:rPr>
          <w:b/>
        </w:rPr>
        <w:t xml:space="preserve">[44:07] </w:t>
      </w:r>
      <w:r>
        <w:t>jab aap razi ho kar ke allah ke takhleeqi mansoobe par razi ho kar apni mansooba bandi karein ge, yeh musbat soch hai.</w:t>
      </w:r>
    </w:p>
    <w:p>
      <w:pPr>
        <w:jc w:val="right"/>
      </w:pPr>
      <w:r>
        <w:t>جبآپ راضیہوکرکےاللہ کے تخلیقیمنصوبےپرراضیہوکراپنیمنصوبہبندیکریںگے، یہ مثبت سوچہے۔</w:t>
      </w:r>
    </w:p>
    <w:p>
      <w:r>
        <w:rPr>
          <w:b/>
        </w:rPr>
        <w:t xml:space="preserve">[44:18] </w:t>
      </w:r>
      <w:r>
        <w:t>yeh bani adim ka nuqta hai jo musalmanon se chhoot gaya hai is zamane mein. Musalman is se bekhabar ho gaye hain.</w:t>
      </w:r>
    </w:p>
    <w:p>
      <w:pPr>
        <w:jc w:val="right"/>
      </w:pPr>
      <w:r>
        <w:t>یہ بنی ادینقطہہے جو مس لمانوںسےچھوٹگیاہےاسزمانےمیں۔ مس لماناسسےبےخبرہوگئےہیں۔</w:t>
      </w:r>
    </w:p>
    <w:p>
      <w:r>
        <w:rPr>
          <w:b/>
        </w:rPr>
        <w:t xml:space="preserve">[44:29] </w:t>
      </w:r>
      <w:r>
        <w:t>bilkul hi yani</w:t>
      </w:r>
    </w:p>
    <w:p>
      <w:pPr>
        <w:jc w:val="right"/>
      </w:pPr>
      <w:r>
        <w:t>بالکل ہییعنی</w:t>
      </w:r>
    </w:p>
    <w:p>
      <w:r>
        <w:rPr>
          <w:b/>
        </w:rPr>
        <w:t xml:space="preserve">[44:31] </w:t>
      </w:r>
      <w:r>
        <w:t>jaise mein wahan junoobi hind mein gaya tha jab maine yeh bataya ke outsourcing to khud musalman islam ka tareeqa hai, to hairaan reh gaye woh ke yeh bhi islam mein hai.</w:t>
      </w:r>
    </w:p>
    <w:p>
      <w:pPr>
        <w:jc w:val="right"/>
      </w:pPr>
      <w:r>
        <w:t>جیسےمیں وہاں جنوبی ہندمیںگیاتھاجبمیںنےیہبتایا کہآؤٹس ورسنگتوخودمسلمان اسلام کاطریقہہے، تو حیرانرہگئےوہکہیہبھیاسلام میںہے۔</w:t>
      </w:r>
    </w:p>
    <w:p>
      <w:r>
        <w:rPr>
          <w:b/>
        </w:rPr>
        <w:t xml:space="preserve">[44:42] </w:t>
      </w:r>
      <w:r>
        <w:t>bhai jo maine yeh hadees sunai hai in ko ke in allah</w:t>
      </w:r>
    </w:p>
    <w:p>
      <w:pPr>
        <w:jc w:val="right"/>
      </w:pPr>
      <w:r>
        <w:t>بھئی جومیںنے یہحدیثسنائیہےانکوکہ ان اللہ</w:t>
      </w:r>
    </w:p>
    <w:p>
      <w:r>
        <w:rPr>
          <w:b/>
        </w:rPr>
        <w:t xml:space="preserve">[44:50] </w:t>
      </w:r>
      <w:r>
        <w:t>is shakhs se, faiz shakhs se islam ki taeed nikalna, yeh to outsourcing hai.</w:t>
      </w:r>
    </w:p>
    <w:p>
      <w:pPr>
        <w:jc w:val="right"/>
      </w:pPr>
      <w:r>
        <w:t>اسشخص سے ، فائز شخصسےاسلام کی تائیدنکالنا ،یہیتوآؤٹسورسنگہے۔</w:t>
      </w:r>
    </w:p>
    <w:p>
      <w:r>
        <w:rPr>
          <w:b/>
        </w:rPr>
        <w:t xml:space="preserve">[44:59] </w:t>
      </w:r>
      <w:r>
        <w:t>to doosronko koi bura kehta hai, yeh to islam ka tareeqa bhi hai.</w:t>
      </w:r>
    </w:p>
    <w:p>
      <w:pPr>
        <w:jc w:val="right"/>
      </w:pPr>
      <w:r>
        <w:t>تو دوسروںکوکوئیبراکہتاہے،یہتواسلامکاطریقہبھیہے۔</w:t>
      </w:r>
    </w:p>
    <w:p>
      <w:r>
        <w:rPr>
          <w:b/>
        </w:rPr>
        <w:t xml:space="preserve">[45:07] </w:t>
      </w:r>
      <w:r>
        <w:t>to saari chahe quran ko samajhna ho, chahe allah talluq billah qaim karna ho, namazon ko durust karna ho, ya dunya mein behtar manzoobandi karna ho, jitne bhi kaam hain,</w:t>
      </w:r>
    </w:p>
    <w:p>
      <w:pPr>
        <w:jc w:val="right"/>
      </w:pPr>
      <w:r>
        <w:t>تو ساری چاہے قرآنکوسمجھناہو، چاہے اللہ تعلقباللہقائمکرناہو ،نمازوںکودرستکرناہو ، یا دنیا میں بہتر منصوبہبندیکرناہو ، جتنے بھی کام ہیں،</w:t>
      </w:r>
    </w:p>
    <w:p>
      <w:r>
        <w:rPr>
          <w:b/>
        </w:rPr>
        <w:t xml:space="preserve">[45:22] </w:t>
      </w:r>
      <w:r>
        <w:t>chahe woh aqeeda ho, ibadat ho, muamlaat ho, kuch bhi ho, sab aakhirkaar jahan jura hua hai woh musbat soch se. musbat soch hogi tabhi aapke andar se achi dua niklegi.</w:t>
      </w:r>
    </w:p>
    <w:p>
      <w:pPr>
        <w:jc w:val="right"/>
      </w:pPr>
      <w:r>
        <w:t>چاہےوہ عقیدہہو،عبادتہو،معاملات ہو ،کچھبھیہو، سب آخرکار جہاںجڑاہواہے وہ مثبت سوچ سے۔ مثبتسوچ ہوگی تبہیآپکےاندر سےاچھیدعانکلےگی۔</w:t>
      </w:r>
    </w:p>
    <w:p>
      <w:r>
        <w:rPr>
          <w:b/>
        </w:rPr>
        <w:t xml:space="preserve">[45:35] </w:t>
      </w:r>
      <w:r>
        <w:t>musbat soch hogi jabhi aapke andar allah se talluq qaim hoga.</w:t>
      </w:r>
    </w:p>
    <w:p>
      <w:pPr>
        <w:jc w:val="right"/>
      </w:pPr>
      <w:r>
        <w:t>مث بتسوچ ہوگی جبھیآپکےاندر اللہ سےتعلققائمہوگا۔</w:t>
      </w:r>
    </w:p>
    <w:p>
      <w:r>
        <w:rPr>
          <w:b/>
        </w:rPr>
        <w:t xml:space="preserve">[45:40] </w:t>
      </w:r>
      <w:r>
        <w:t>musbat soch hogi jabhi aapki ibadaton mein jaan aayegi. kyunke jab aap manfi soch ke liye hue honge to har cheez aap ki yani galat ho jayegi.</w:t>
      </w:r>
    </w:p>
    <w:p>
      <w:pPr>
        <w:jc w:val="right"/>
      </w:pPr>
      <w:r>
        <w:t>مثبتسوچہوگیجبھیآپکی عبادتوںمیںجان آئےگی۔ کیونکہجب آپ من فی سوچکےلیےہوئےہوںگے تو ہرچیز آپ کی یعنی غلطہوجائےگی۔</w:t>
      </w:r>
    </w:p>
    <w:p>
      <w:r>
        <w:rPr>
          <w:b/>
        </w:rPr>
        <w:t xml:space="preserve">[45:54] </w:t>
      </w:r>
      <w:r>
        <w:t>soch bhi galat, aqeeda bhi galat, ibadat bhi, sab cheez, sab cheez, sab cheez. to mein samajhta hoon ke yeh markazi mauzu hai.</w:t>
      </w:r>
    </w:p>
    <w:p>
      <w:pPr>
        <w:jc w:val="right"/>
      </w:pPr>
      <w:r>
        <w:t>سوچبھیغلط ،عقیدہبھیغلط، عبادتبھی ،سبچیز،سبچیز،سبچیز۔ تومیںسمجھتاہوںکہیہ مرک زی موضوعہے۔</w:t>
      </w:r>
    </w:p>
    <w:p>
      <w:r>
        <w:rPr>
          <w:b/>
        </w:rPr>
        <w:t xml:space="preserve">[46:06] </w:t>
      </w:r>
      <w:r>
        <w:t>musbat soch jo hai woh markazi mauzu hai.</w:t>
      </w:r>
    </w:p>
    <w:p>
      <w:pPr>
        <w:jc w:val="right"/>
      </w:pPr>
      <w:r>
        <w:t>مث بتسوچ جوہےوہمرک زیموضوعہے۔</w:t>
      </w:r>
    </w:p>
    <w:p>
      <w:r>
        <w:rPr>
          <w:b/>
        </w:rPr>
        <w:t xml:space="preserve">[46:08] </w:t>
      </w:r>
      <w:r>
        <w:t>woh hai to sab kuch hai, woh nahi hai to kuch bhi nahi. aur musbat soch jaisa ke maine arz kiya, kisi mujarrad cheez ka naam nahi hai.</w:t>
      </w:r>
    </w:p>
    <w:p>
      <w:pPr>
        <w:jc w:val="right"/>
      </w:pPr>
      <w:r>
        <w:t>وہہےتوسبکچھہے، وہ نہیںہےتوکچھبھینہیں ۔ اورمثبتسوچ جیساکہمیںنےعرضکیا، کسی مجرد چیزکانامنہیںہے۔</w:t>
      </w:r>
    </w:p>
    <w:p>
      <w:r>
        <w:rPr>
          <w:b/>
        </w:rPr>
        <w:t xml:space="preserve">[46:18] </w:t>
      </w:r>
      <w:r>
        <w:t>woh hai manfi soch mein musbat bankar rehna.</w:t>
      </w:r>
    </w:p>
    <w:p>
      <w:pPr>
        <w:jc w:val="right"/>
      </w:pPr>
      <w:r>
        <w:t>وہہے من فی سوچمیں مث بت بنکررہنا۔</w:t>
      </w:r>
    </w:p>
    <w:p>
      <w:r>
        <w:rPr>
          <w:b/>
        </w:rPr>
        <w:t xml:space="preserve">[46:27] </w:t>
      </w:r>
      <w:r>
        <w:t>aur mein samajhta hoon ke allah taala ne dunya ki jo fitrat hai, fitrat kya hai? mazahira hai.</w:t>
      </w:r>
    </w:p>
    <w:p>
      <w:pPr>
        <w:jc w:val="right"/>
      </w:pPr>
      <w:r>
        <w:t>اورمیںسمجھتاہوںکہاللہتعالیٰنے دنیا کی جو فطرتہے، فطرتکیاہے؟مظاہرہہے۔</w:t>
      </w:r>
    </w:p>
    <w:p>
      <w:r>
        <w:rPr>
          <w:b/>
        </w:rPr>
        <w:t xml:space="preserve">[46:34] </w:t>
      </w:r>
      <w:r>
        <w:t>mein samajhta hoon ke fitrat jo hai sare iqdar ka mazahira hai. iska bhi mazahira hai. misaal ke taur par aap dekhiye ek gulab ke phool ko, dekhiye gulab ke darakht ko.</w:t>
      </w:r>
    </w:p>
    <w:p>
      <w:pPr>
        <w:jc w:val="right"/>
      </w:pPr>
      <w:r>
        <w:t>میںسمجھتاہوںکہفطرتجوہے سارے اقدارکامظاہرہہے۔ اسکابھی م ظاہرہہے۔ مثالکےطورپرآپدیکھیے ایکگلابکےپھولکو،دیکھیے گلابکےدرختکو ۔</w:t>
      </w:r>
    </w:p>
    <w:p>
      <w:r>
        <w:rPr>
          <w:b/>
        </w:rPr>
        <w:t xml:space="preserve">[46:49] </w:t>
      </w:r>
      <w:r>
        <w:t>iske shakh par aap dekhein ke kaante, bohat se kaante hain. isi mein ek bohat khoobsurat phool laga hua hai.</w:t>
      </w:r>
    </w:p>
    <w:p>
      <w:pPr>
        <w:jc w:val="right"/>
      </w:pPr>
      <w:r>
        <w:t>اسکے شاخپرآپدیکھیںکہ کانٹے،بہتسےکانٹےہیں۔ اسیمیںایکبہت خوبصورتپھولاگاہواہے۔</w:t>
      </w:r>
    </w:p>
    <w:p>
      <w:r>
        <w:rPr>
          <w:b/>
        </w:rPr>
        <w:t xml:space="preserve">[46:56] </w:t>
      </w:r>
      <w:r>
        <w:t>in kaanton ke darmiyan phool. kabhi bhi aap dekhein kisi gulab ke darakht ko to ek manzar aap ismein payenge ke ek shakh hai, is shakh mein bohat se kaante hain.</w:t>
      </w:r>
    </w:p>
    <w:p>
      <w:pPr>
        <w:jc w:val="right"/>
      </w:pPr>
      <w:r>
        <w:t>انکانٹوںکےدرمیانپھول۔ کبھیبھیآپدیکھیںکسی گلابکےدرختکو توایک منظرآپ اسمیںپائیںگے کہ ایک شاخہے، اسشاخمیں بہت سےکانٹےہیں۔</w:t>
      </w:r>
    </w:p>
    <w:p>
      <w:r>
        <w:rPr>
          <w:b/>
        </w:rPr>
        <w:t xml:space="preserve">[47:10] </w:t>
      </w:r>
      <w:r>
        <w:t>phir isi mein ek bahti khoobsurat phool laga hua hai. yahi woh hai ke manfi soch ke darmiyan musbat soch bankar rehna. kaanton ke darmiyan phool bankar rehna.</w:t>
      </w:r>
    </w:p>
    <w:p>
      <w:pPr>
        <w:jc w:val="right"/>
      </w:pPr>
      <w:r>
        <w:t>پھراسیمیںایکبہتہیخوبصورتپھولاگاہواہے۔ یہیتوہے کہمنفی سوچکےدرمیان مثبتسوچبنکررہنا۔ کانٹوںکےدرمیان پھولبنکررہنا۔</w:t>
      </w:r>
    </w:p>
    <w:p>
      <w:r>
        <w:rPr>
          <w:b/>
        </w:rPr>
        <w:t xml:space="preserve">[47:23] </w:t>
      </w:r>
      <w:r>
        <w:t>woh kya hai? fitrat mein mazahira hai. is asaas tarah zindagi ka. is tarah zindagi ka.</w:t>
      </w:r>
    </w:p>
    <w:p>
      <w:pPr>
        <w:jc w:val="right"/>
      </w:pPr>
      <w:r>
        <w:t>وہ کیاہے؟فطرتمیںم ظاہرہہے۔ اس اساسطرحزندگی کا ۔ اسطرح زندگی کا ۔</w:t>
      </w:r>
    </w:p>
    <w:p>
      <w:r>
        <w:rPr>
          <w:b/>
        </w:rPr>
        <w:t xml:space="preserve">[47:33] </w:t>
      </w:r>
      <w:r>
        <w:t>ke chahe tumhare aas paas kaante hon, tumhare aas paas kaante hon, tab bhi tum musbat soch ko tum tum ko nahi khona hai.</w:t>
      </w:r>
    </w:p>
    <w:p>
      <w:pPr>
        <w:jc w:val="right"/>
      </w:pPr>
      <w:r>
        <w:t>کہچاہےتمہارےآسپاسکانٹےہوں، تمہارےآسپاسکانٹےہوں،تببھیتم مثبتسوچکوتم تمکونہیںکھ وناہے۔</w:t>
      </w:r>
    </w:p>
    <w:p>
      <w:r>
        <w:rPr>
          <w:b/>
        </w:rPr>
        <w:t xml:space="preserve">[47:44] </w:t>
      </w:r>
      <w:r>
        <w:t>yahi baat ek hadith mein hai ke Hazrat Umar ne ek sahabi se kaha ke taqwa kya hai?</w:t>
      </w:r>
    </w:p>
    <w:p>
      <w:pPr>
        <w:jc w:val="right"/>
      </w:pPr>
      <w:r>
        <w:t>یہیباتایکحدیثمیںہے کہ حضرتعمر نے ایک صحابیسےکہا کہ تقویٰکیاہے ؟</w:t>
      </w:r>
    </w:p>
    <w:p>
      <w:r>
        <w:rPr>
          <w:b/>
        </w:rPr>
        <w:t xml:space="preserve">[47:52] </w:t>
      </w:r>
      <w:r>
        <w:t xml:space="preserve">taqwa kya hai? to unhone Hazrat Umar se sawal kiya, har taraf tareeqa intazar shauqeen, kisi aise rastay se guzre hon aap jismein drakht aur jhaariyan hon. </w:t>
      </w:r>
    </w:p>
    <w:p>
      <w:pPr>
        <w:jc w:val="right"/>
      </w:pPr>
      <w:r>
        <w:t>تق ویٰکیاہے؟ توانہوںنے حضرتعمرسےسوالکیا ، ہرطرف ط ریقہانتظارشوقین، کسیایسےراستےسےگزرےہوںآپ جسمیںدرختاورجھاڑیاںہوں۔</w:t>
      </w:r>
    </w:p>
    <w:p>
      <w:r>
        <w:rPr>
          <w:b/>
        </w:rPr>
        <w:t xml:space="preserve">[48:03] </w:t>
      </w:r>
      <w:r>
        <w:t>aap jante hain jhariyon mein woh kaante bhi hote hain aur kapra ulajhta hai, ismein phanstah admi. wahan aise hua karte the pehle.</w:t>
      </w:r>
    </w:p>
    <w:p>
      <w:pPr>
        <w:jc w:val="right"/>
      </w:pPr>
      <w:r>
        <w:t>آپجانتےہیںجھاڑیوںمیں وہ کانٹےبھیہوتےہیںاور کپڑاالجھتاہے، اسمیںپھنستاہےآدمی۔ وہاںایسےہواکرتے تھےپہلے۔</w:t>
      </w:r>
    </w:p>
    <w:p>
      <w:r>
        <w:rPr>
          <w:b/>
        </w:rPr>
        <w:t xml:space="preserve">[48:14] </w:t>
      </w:r>
      <w:r>
        <w:t>to aap kahein aise</w:t>
      </w:r>
    </w:p>
    <w:p>
      <w:pPr>
        <w:jc w:val="right"/>
      </w:pPr>
      <w:r>
        <w:t>تو آپ کہیں ایسے</w:t>
      </w:r>
    </w:p>
    <w:p>
      <w:r>
        <w:rPr>
          <w:b/>
        </w:rPr>
        <w:t xml:space="preserve">[48:19] </w:t>
      </w:r>
      <w:r>
        <w:t>aisi jhaari se guzre jahan kaante daar jhariyan jahan hon. to unhone kaha haan. to unhone kaha kya kya aapne? to unhone kaha sunbhal to bachta do. ke maine apne kapde samet liye aur bachta hua nikal gaya.</w:t>
      </w:r>
    </w:p>
    <w:p>
      <w:pPr>
        <w:jc w:val="right"/>
      </w:pPr>
      <w:r>
        <w:t>ایسی جھاڑیسےگزرےجہاں کانٹےدارجھاڑیاںجہاںہوں۔ توانہوںنےکہاکہہاں۔ توانہوںنےکہاکیا کیا آپنے ؟توانہوں نےکہاکہ سنبھلتوبچتہدو۔کہمیںنےاپنے کپڑےسمیٹلیے اوربچتاہوانکلگیا۔</w:t>
      </w:r>
    </w:p>
    <w:p>
      <w:r>
        <w:rPr>
          <w:b/>
        </w:rPr>
        <w:t xml:space="preserve">[48:35] </w:t>
      </w:r>
      <w:r>
        <w:t>to unhone kaha ke zaalikal taqwa. yahi taqwa hai.</w:t>
      </w:r>
    </w:p>
    <w:p>
      <w:pPr>
        <w:jc w:val="right"/>
      </w:pPr>
      <w:r>
        <w:t>توانہوںنےکہاکہذالکالتقویٰ۔ یہیتقویٰہے۔</w:t>
      </w:r>
    </w:p>
    <w:p>
      <w:r>
        <w:rPr>
          <w:b/>
        </w:rPr>
        <w:t xml:space="preserve">[48:41] </w:t>
      </w:r>
      <w:r>
        <w:t>yani aise rastay se kaise guzarta hai admi jahan kaante daar jhariyan hon, iska tareeqa unhone bataya ke apne ko bachte hue.</w:t>
      </w:r>
    </w:p>
    <w:p>
      <w:pPr>
        <w:jc w:val="right"/>
      </w:pPr>
      <w:r>
        <w:t>یعنیایسےراستےسے کیسےگزرتاہےآدمی جہاںکانٹےدارجھاڑیاںہوں،اسکاطریقہانہوںنےبتایا کہ اپنے کوبچاتےہوئے۔</w:t>
      </w:r>
    </w:p>
    <w:p>
      <w:r>
        <w:rPr>
          <w:b/>
        </w:rPr>
        <w:t xml:space="preserve">[48:51] </w:t>
      </w:r>
      <w:r>
        <w:t>ke aisa nahi ke pehle to an jhariyon ko kaato, inka safai karo, inka wajood mita do, phir hum jayenge. iske baghair hum safar nahi karenge.</w:t>
      </w:r>
    </w:p>
    <w:p>
      <w:pPr>
        <w:jc w:val="right"/>
      </w:pPr>
      <w:r>
        <w:t>کہایسانہیںکہپہلےتو انجھاڑیوںکوکاٹو، انکاصفائیکرو، انکاوجود مٹادو،پھرہم جائیںگے۔ اسکےبغیرہمسفرنہیںکریںگے۔</w:t>
      </w:r>
    </w:p>
    <w:p>
      <w:r>
        <w:rPr>
          <w:b/>
        </w:rPr>
        <w:t xml:space="preserve">[49:00] </w:t>
      </w:r>
      <w:r>
        <w:t>yeh nahi. yani rooye zameen se kaante daar jhariyon ki safai karo, tab hum apna safar jari karenge. yeh nahi tareeqa hai momin ka.</w:t>
      </w:r>
    </w:p>
    <w:p>
      <w:pPr>
        <w:jc w:val="right"/>
      </w:pPr>
      <w:r>
        <w:t>یہنہیں ۔ یعنیروئےزمین سے کانٹےدارجھاڑیوںکیصفائیکردو، تبہم اپناسفر جاریکریںگے۔یہنہیں طریقہہے مومنکا۔</w:t>
      </w:r>
    </w:p>
    <w:p>
      <w:r>
        <w:rPr>
          <w:b/>
        </w:rPr>
        <w:t xml:space="preserve">[49:11] </w:t>
      </w:r>
      <w:r>
        <w:t>balkeh kaantay daar jhaariyon ke darmiyan se guzrein, bachte hue, bachte hue, bachte hue. to us ke maani yeh kiya hain?</w:t>
      </w:r>
    </w:p>
    <w:p>
      <w:pPr>
        <w:jc w:val="right"/>
      </w:pPr>
      <w:r>
        <w:t>بلکہکانٹے دارجھاڑیوںکےدرمیانسےگزریں، بچتےہوئے،بچتےہوئے،بچتےہوئے۔ تواسکےمعنییہکیاہیں؟</w:t>
      </w:r>
    </w:p>
    <w:p>
      <w:r>
        <w:rPr>
          <w:b/>
        </w:rPr>
        <w:t xml:space="preserve">[49:20] </w:t>
      </w:r>
      <w:r>
        <w:t>ke aap aap ka safar bhi hoga aur kaantay daar jhaariyan maujood rahengi. woh khatam nahin hongi. woh aisi aap aap ko musbat andaaz se sochna hai aur saath saath manfi soch bhi baaqi rahegi.</w:t>
      </w:r>
    </w:p>
    <w:p>
      <w:pPr>
        <w:jc w:val="right"/>
      </w:pPr>
      <w:r>
        <w:t>کہ آپ آپ کا سفر بھیہوگااورکانٹےدارجھاڑیاںموجود رہیںگی۔ وہختمنہیںہوںگی۔وہ ایسےآپ آپ کو مث بت اندازسے سوچناہے اور ساتھ ساتھ منفی سوچبھیباقیرہےگی۔</w:t>
      </w:r>
    </w:p>
    <w:p>
      <w:r>
        <w:rPr>
          <w:b/>
        </w:rPr>
        <w:t xml:space="preserve">[49:36] </w:t>
      </w:r>
      <w:r>
        <w:t>log aap ko uksayenge.</w:t>
      </w:r>
    </w:p>
    <w:p>
      <w:pPr>
        <w:jc w:val="right"/>
      </w:pPr>
      <w:r>
        <w:t>لوگ آپکو اُکسائیںگے۔</w:t>
      </w:r>
    </w:p>
    <w:p>
      <w:r>
        <w:rPr>
          <w:b/>
        </w:rPr>
        <w:t xml:space="preserve">[49:39] </w:t>
      </w:r>
      <w:r>
        <w:t>log aap ke saath dushmani karenge. log aap ko peechay dhakelna chahenge. sabak seekhoga. aur woh hoga yaani is liye ke Allah taala ne logon ko azaadi di hai.</w:t>
      </w:r>
    </w:p>
    <w:p>
      <w:pPr>
        <w:jc w:val="right"/>
      </w:pPr>
      <w:r>
        <w:t>لوگ آپکےساتھدشمنیکریںگے۔ لوگآپکو پیچھےدھکیلناچاہیںگے۔ سبکچھہوگا۔ اور وہہوگا یعنی اسلیےکہاللہ تعالیٰنےلوگوںکو آزادیدیہے۔</w:t>
      </w:r>
    </w:p>
    <w:p>
      <w:r>
        <w:rPr>
          <w:b/>
        </w:rPr>
        <w:t xml:space="preserve">[49:52] </w:t>
      </w:r>
      <w:r>
        <w:t>har aadmi daud lagana chahta hai. koi dhakka bhed dega aap ko. ek aadmi daud laga raha hai to aap ko dhakka bhi lag sakta hai aap ko. yeh sabak seekhoga. yaani yeh sab hona hi hona hai. yeh bilkul fitri hai.</w:t>
      </w:r>
    </w:p>
    <w:p>
      <w:pPr>
        <w:jc w:val="right"/>
      </w:pPr>
      <w:r>
        <w:t>ہرآدمی دوڑلگاناچاہتاہے۔ کوئیدھکابھیدےدےگاآپکو ۔ ایکآدمیدوڑلگارہاہےتوآپکودھکابھیلگسکتاہےآپکو۔ یہسبکچھہوگا۔ یعنییہسبہوناہیہوناہے۔یہبال کلفطریہے۔</w:t>
      </w:r>
    </w:p>
    <w:p>
      <w:r>
        <w:rPr>
          <w:b/>
        </w:rPr>
        <w:t xml:space="preserve">[50:08] </w:t>
      </w:r>
      <w:r>
        <w:t>to in sab ke darmiyan, in sab ke hote hue aap ko apna raasta banana hai.</w:t>
      </w:r>
    </w:p>
    <w:p>
      <w:pPr>
        <w:jc w:val="right"/>
      </w:pPr>
      <w:r>
        <w:t>تو انسب کےدرمیان، انسب کےہوتےہوئے آپ کواپناراستہبناناہے۔</w:t>
      </w:r>
    </w:p>
    <w:p>
      <w:r>
        <w:rPr>
          <w:b/>
        </w:rPr>
        <w:t xml:space="preserve">[50:18] </w:t>
      </w:r>
      <w:r>
        <w:t>aur yeh shikayat ke maani hain jo aap shikayat karte hain, jo ihtijaaj karte hain. to kiya matlab hota hai is ka? is ka matlab yeh hai ke aap chahte hain ke ke yeh woh cheezein maujood na rahen duniya mein.</w:t>
      </w:r>
    </w:p>
    <w:p>
      <w:pPr>
        <w:jc w:val="right"/>
      </w:pPr>
      <w:r>
        <w:t>اور یہ شکایتکےمعنیہیں جوآپشکایتکرتے ہیں، جو احتجاجکرتےہیں۔ توکیا مطلبہوتاہےاسکا ؟اسکامطلبیہہےکہآپچاہتےہیںکہ کہیہ وہچیزیںموجود نہرہیںدنیا میں۔</w:t>
      </w:r>
    </w:p>
    <w:p>
      <w:r>
        <w:rPr>
          <w:b/>
        </w:rPr>
        <w:t xml:space="preserve">[50:33] </w:t>
      </w:r>
      <w:r>
        <w:t>to mein mein yeh kehta hoon ke phir aap ko ek nayi duniya takhleeq karni padegi. yeh jo Allah ne banayi hai duniya, yeh duniya to aisi hi rahegi.</w:t>
      </w:r>
    </w:p>
    <w:p>
      <w:pPr>
        <w:jc w:val="right"/>
      </w:pPr>
      <w:r>
        <w:t>تومیں میںیہکہتاہوںکہپھرآپکو ایک نئی دنیا تخلیقکرنیپڑےگی۔ یہجواللہ نےبنائیہےدنیا، یہدنیا توایسیرہےگی۔</w:t>
      </w:r>
    </w:p>
    <w:p>
      <w:r>
        <w:rPr>
          <w:b/>
        </w:rPr>
        <w:t xml:space="preserve">[50:44] </w:t>
      </w:r>
      <w:r>
        <w:t>yeh duniya to badalne wali hai nahin.</w:t>
      </w:r>
    </w:p>
    <w:p>
      <w:pPr>
        <w:jc w:val="right"/>
      </w:pPr>
      <w:r>
        <w:t>یہدنیا توبدلنےوالیہےنہیں ۔</w:t>
      </w:r>
    </w:p>
    <w:p>
      <w:r>
        <w:rPr>
          <w:b/>
        </w:rPr>
        <w:t xml:space="preserve">[50:47] </w:t>
      </w:r>
      <w:r>
        <w:t>agar aap ko ek agar aap yeh chahte hain ke mere raaste mein kaantay daar jhaariyan na hon, mere mahaul mein koi manfi bolne wala na ho, koi mujhe uksanay wala na ho, koi mere khilaaf cartoon chhapne wala na ho,</w:t>
      </w:r>
    </w:p>
    <w:p>
      <w:pPr>
        <w:jc w:val="right"/>
      </w:pPr>
      <w:r>
        <w:t>اگر آپ کو ایک اگر آپیہچاہتےہیں کہ میرےراستےمیںکانٹے دارجھاڑیاںنہہوں، میرے ماحولمیںکوئی منفی بولیوالا نہہو، کوئی مجھےاُکسانےوالانہہو، کوئیمیرےخلاف کارٹونچھاپنےوالانہہو ،</w:t>
      </w:r>
    </w:p>
    <w:p>
      <w:r>
        <w:rPr>
          <w:b/>
        </w:rPr>
        <w:t xml:space="preserve">[51:05] </w:t>
      </w:r>
      <w:r>
        <w:t>achha aap chahte hain ek nayi ek duniya takhleeq kijiye phir. ek nayi kaainaat banaiye. yahan to yahan to yeh hi sab hoga. yahan</w:t>
      </w:r>
    </w:p>
    <w:p>
      <w:pPr>
        <w:jc w:val="right"/>
      </w:pPr>
      <w:r>
        <w:t>اچھاآپچاہتےہیںایکن ئیایکدنیا تخلیقکیجیےپھر۔ ایکنئیکائناتبنائیے۔ یہاںتویہاںتویہیسبہوگا۔ یہاں</w:t>
      </w:r>
    </w:p>
    <w:p>
      <w:r>
        <w:rPr>
          <w:b/>
        </w:rPr>
        <w:t xml:space="preserve">[51:15] </w:t>
      </w:r>
      <w:r>
        <w:t>to yeh hi sab hoga. yahan aap aap ke khilaaf kitabein bhi chhapengi. yahan aap ke khilaaf cartoon bhi chhapenge. aap bharkte kyun hain? apna bharkna band kijiye.</w:t>
      </w:r>
    </w:p>
    <w:p>
      <w:pPr>
        <w:jc w:val="right"/>
      </w:pPr>
      <w:r>
        <w:t>تویہیسبہوگا۔یہاںآپ آپکےخلاف کتابیںبھیچھپیںگی۔ یہاںآپکےخلاف کارٹونبھیچھپیںگے۔ آپبھڑکتےکیوںہیں؟ اپنابھڑکنابندکیجیے۔</w:t>
      </w:r>
    </w:p>
    <w:p>
      <w:r>
        <w:rPr>
          <w:b/>
        </w:rPr>
        <w:t xml:space="preserve">[51:24] </w:t>
      </w:r>
      <w:r>
        <w:t>bajaye is ke ke un se aap maang karein ke tum mat chhaapo cartoon, apne aap ko badliye, apne aap ko badliye. apne aap ko badliye. is liye sabr ki Islam mein bohat ahmiyat hai.</w:t>
      </w:r>
    </w:p>
    <w:p>
      <w:pPr>
        <w:jc w:val="right"/>
      </w:pPr>
      <w:r>
        <w:t>بجائےاسکےکہانسےآپ مانگکریں کہتم متچھاپوکارٹون، اپنے کوبد لیے،اپنےکوبدلیے۔ اپنےکوبد لیے۔ اسلیے صبر کی اسلام میںبہتاہمیتہے۔</w:t>
      </w:r>
    </w:p>
    <w:p>
      <w:r>
        <w:rPr>
          <w:b/>
        </w:rPr>
        <w:t xml:space="preserve">[51:38] </w:t>
      </w:r>
      <w:r>
        <w:t>yaani shuru mein jo surat utri Allah taala ki taraf se Rasool Allah par, Surat Al-Muddaththir, us mein thoda dekhiye us mein yeh tha, ya ayyuhal muddaththir qumfanẓir.</w:t>
      </w:r>
    </w:p>
    <w:p>
      <w:pPr>
        <w:jc w:val="right"/>
      </w:pPr>
      <w:r>
        <w:t>یعنیشروع میںجو سورت اتری اللہ تعالیٰکیطرف سے رسولاللہپر، سورۃ المد ثر ،اسمیںتھیدیکھیےاسمیںیہتھا، یا ایہاالمد ثر قمفانظر ۔</w:t>
      </w:r>
    </w:p>
    <w:p>
      <w:r>
        <w:rPr>
          <w:b/>
        </w:rPr>
        <w:t xml:space="preserve">[51:52] </w:t>
      </w:r>
      <w:r>
        <w:t>is tarah se hukm deti hai aur aakhir mein farmaya ke</w:t>
      </w:r>
    </w:p>
    <w:p>
      <w:pPr>
        <w:jc w:val="right"/>
      </w:pPr>
      <w:r>
        <w:t>اسطرحسےحکمدیتیہےاورآخرمیںفرمایاکہ</w:t>
      </w:r>
    </w:p>
    <w:p>
      <w:r>
        <w:rPr>
          <w:b/>
        </w:rPr>
        <w:t xml:space="preserve">[51:58] </w:t>
      </w:r>
      <w:r>
        <w:t>apne Rab ke liye sabr karo. keep patience forward seek of God.</w:t>
      </w:r>
    </w:p>
    <w:p>
      <w:pPr>
        <w:jc w:val="right"/>
      </w:pPr>
      <w:r>
        <w:t>اپنےربکےلیے صبرکرو۔ کیپپیشنسفارداسیکآف گاڈ۔</w:t>
      </w:r>
    </w:p>
    <w:p>
      <w:r>
        <w:rPr>
          <w:b/>
        </w:rPr>
        <w:t xml:space="preserve">[52:06] </w:t>
      </w:r>
      <w:r>
        <w:t>yaani Rasool Allah ko hukm diya gaya ke tum intezaar karo aur baseerat akhlaaq ko durust karke logon ko batao ke baseerat akhlaaq ko durust karke raho duniya mein.</w:t>
      </w:r>
    </w:p>
    <w:p>
      <w:pPr>
        <w:jc w:val="right"/>
      </w:pPr>
      <w:r>
        <w:t>یعنیرسولاللہکوحکمدیاگیا کہتم انتظارکرو اور بصیرتواخلاقکودرستکرکےلوگوںکوبتاؤکہ بصیرتواخلاقکودرستکرکےرہیںدنیا میں۔</w:t>
      </w:r>
    </w:p>
    <w:p>
      <w:r>
        <w:rPr>
          <w:b/>
        </w:rPr>
        <w:t xml:space="preserve">[52:20] </w:t>
      </w:r>
      <w:r>
        <w:t>aur aakhir mein farmaya ke</w:t>
      </w:r>
    </w:p>
    <w:p>
      <w:pPr>
        <w:jc w:val="right"/>
      </w:pPr>
      <w:r>
        <w:t>اور آخرمیںفرمایاکہ</w:t>
      </w:r>
    </w:p>
    <w:p>
      <w:r>
        <w:rPr>
          <w:b/>
        </w:rPr>
        <w:t xml:space="preserve">[52:23] </w:t>
      </w:r>
      <w:r>
        <w:t>wal rabbikafdabr kipatience forward seek of God. yaani jo jo tumhare aas paas jo kaantay daar jhaariyan hain, tumhare aas paas jo woh log hain jo uksaa rahe hain tum ko, tumhare aas paas woh log jo hain jo tumhare khilaaf</w:t>
      </w:r>
    </w:p>
    <w:p>
      <w:pPr>
        <w:jc w:val="right"/>
      </w:pPr>
      <w:r>
        <w:t>والربکفذبرکیپپیشنسفارداسیکآفگاڈ۔یعنی جو جو تمہارےآسپاسجو کانٹےدارجھاڑیاںہیں، تمہارے آسپاسجو وہلوگہیںجو اُکسارہےہیںتمکو ،تمہارےآسپاسوہلوگجوہیںجو تمہارےخلاف</w:t>
      </w:r>
    </w:p>
    <w:p>
      <w:r>
        <w:rPr>
          <w:b/>
        </w:rPr>
        <w:t xml:space="preserve">[52:40] </w:t>
      </w:r>
      <w:r>
        <w:t>baatein kar rahe hain, un sab ko nazar andaaz karo, sabr karo. un ke khilaaf un ke koi iqdaam mat karo.</w:t>
      </w:r>
    </w:p>
    <w:p>
      <w:pPr>
        <w:jc w:val="right"/>
      </w:pPr>
      <w:r>
        <w:t>باتیںکررہےہیں، ان سبکونظر اندازکرو،ص برکرو۔ انکےخلاف انکے کوئیاقداممتکرو۔</w:t>
      </w:r>
    </w:p>
    <w:p>
      <w:r>
        <w:rPr>
          <w:b/>
        </w:rPr>
        <w:t xml:space="preserve">[52:50] </w:t>
      </w:r>
      <w:r>
        <w:t>sabr ka matlab yeh hai ke naam wafiq cheezon ko bachte hue apne mission par lage rehna.</w:t>
      </w:r>
    </w:p>
    <w:p>
      <w:pPr>
        <w:jc w:val="right"/>
      </w:pPr>
      <w:r>
        <w:t>صبرکامطلبیہیہے کہ نام وافقچیزوںکوبچتے ہوئے اپنے مشنپر لگےرہنا۔</w:t>
      </w:r>
    </w:p>
    <w:p>
      <w:r>
        <w:rPr>
          <w:b/>
        </w:rPr>
        <w:t xml:space="preserve">[53:00] </w:t>
      </w:r>
      <w:r>
        <w:t>yeh saara Quran bhara hua hai is se. yahan tak ke Quran Majeed mein dekhiye ek aayat aisi hai sabr ke baare mein jo kisi bhi doosre amal ke baare mein nahin hai.</w:t>
      </w:r>
    </w:p>
    <w:p>
      <w:pPr>
        <w:jc w:val="right"/>
      </w:pPr>
      <w:r>
        <w:t>یہساراقرآن بھراہواہےاسسے۔یہاںتککہقرآنمجیدمیںدیکھیے ایکآیتایسیہے صبرکےبارےمیں جو کسی بھی دوسرےعملکےبارےمیںنہیںہے۔</w:t>
      </w:r>
    </w:p>
    <w:p>
      <w:r>
        <w:rPr>
          <w:b/>
        </w:rPr>
        <w:t xml:space="preserve">[53:08] </w:t>
      </w:r>
      <w:r>
        <w:t>us mein hai ke sab se zyada inaam milega sabr par.</w:t>
      </w:r>
    </w:p>
    <w:p>
      <w:pPr>
        <w:jc w:val="right"/>
      </w:pPr>
      <w:r>
        <w:t>اسمیںہےکہ سبسےزیادہ انعامملےگاصبرپر ۔</w:t>
      </w:r>
    </w:p>
    <w:p>
      <w:r>
        <w:rPr>
          <w:b/>
        </w:rPr>
        <w:t xml:space="preserve">[53:14] </w:t>
      </w:r>
      <w:r>
        <w:t>sab se zyada. baghair hisaab. kaisi ajeeb baat hai. sabr karne walon ko laa mahdood inaam milega.</w:t>
      </w:r>
    </w:p>
    <w:p>
      <w:pPr>
        <w:jc w:val="right"/>
      </w:pPr>
      <w:r>
        <w:t>سبسےزیادہ ۔ بغیرحساب۔ کیسیعجیبباتہے۔ صبر کرنے والوںکو ل امحدودانعامملےگا۔</w:t>
      </w:r>
    </w:p>
    <w:p>
      <w:r>
        <w:rPr>
          <w:b/>
        </w:rPr>
        <w:t xml:space="preserve">[53:26] </w:t>
      </w:r>
      <w:r>
        <w:t>sabr karne walon ko laa mahdood inaam milega.</w:t>
      </w:r>
    </w:p>
    <w:p>
      <w:pPr>
        <w:jc w:val="right"/>
      </w:pPr>
      <w:r>
        <w:t>صبرکرنےوالوںکول امحدودانعامملےگا۔</w:t>
      </w:r>
    </w:p>
    <w:p>
      <w:r>
        <w:rPr>
          <w:b/>
        </w:rPr>
        <w:t xml:space="preserve">[53:32] </w:t>
      </w:r>
      <w:r>
        <w:t>kisi aur amal par ehsaan nahi hai.</w:t>
      </w:r>
    </w:p>
    <w:p>
      <w:pPr>
        <w:jc w:val="right"/>
      </w:pPr>
      <w:r>
        <w:t>کسی اور عمل پرایسانہیںہے۔</w:t>
      </w:r>
    </w:p>
    <w:p>
      <w:r>
        <w:rPr>
          <w:b/>
        </w:rPr>
        <w:t xml:space="preserve">[53:38] </w:t>
      </w:r>
      <w:r>
        <w:t>kyun? kyun</w:t>
      </w:r>
    </w:p>
    <w:p>
      <w:pPr>
        <w:jc w:val="right"/>
      </w:pPr>
      <w:r>
        <w:t>کیوں ؟کیوں</w:t>
      </w:r>
    </w:p>
    <w:p>
      <w:r>
        <w:rPr>
          <w:b/>
        </w:rPr>
        <w:t xml:space="preserve">[53:39] </w:t>
      </w:r>
      <w:r>
        <w:t>milega? isi liye milega ke unhon ne Allah ke naqsh e takhleeq ko qabool kiya. Allah ke naqsh e takhleeq ko qabool kiya.</w:t>
      </w:r>
    </w:p>
    <w:p>
      <w:pPr>
        <w:jc w:val="right"/>
      </w:pPr>
      <w:r>
        <w:t>ملےگا؟اسیلیےملےگا کہانہوں نے اللہ کے نقش ہتخلیقکو قبول کیا۔ اللہ کےنقشہتخلیقکوقب ولکیا۔</w:t>
      </w:r>
    </w:p>
    <w:p>
      <w:r>
        <w:rPr>
          <w:b/>
        </w:rPr>
        <w:t xml:space="preserve">[53:52] </w:t>
      </w:r>
      <w:r>
        <w:t>yani Allah ne apne naqsh e takhleeq ke mutabiq sab ko azaadi di thi. azaadi ki bina par woh tarah tarah ki harkatein karte thay jo hamein pasand na hon.</w:t>
      </w:r>
    </w:p>
    <w:p>
      <w:pPr>
        <w:jc w:val="right"/>
      </w:pPr>
      <w:r>
        <w:t>یعنیاللہ نے اپنے نقش ہتخلیقکےمطابق سبکو آزادیدیتھی۔ آز ادیکیبناپروہ طرح طرحکیحرکتیںکرتے تھے جوہمیںپسندنہہوں۔</w:t>
      </w:r>
    </w:p>
    <w:p>
      <w:r>
        <w:rPr>
          <w:b/>
        </w:rPr>
        <w:t xml:space="preserve">[54:02] </w:t>
      </w:r>
      <w:r>
        <w:t>tab bhi hum ne is par radd e amal nahi diya.</w:t>
      </w:r>
    </w:p>
    <w:p>
      <w:pPr>
        <w:jc w:val="right"/>
      </w:pPr>
      <w:r>
        <w:t>تببھیہمنے ہماسپر ردعملنہیںدیا۔</w:t>
      </w:r>
    </w:p>
    <w:p>
      <w:r>
        <w:rPr>
          <w:b/>
        </w:rPr>
        <w:t xml:space="preserve">[54:08] </w:t>
      </w:r>
      <w:r>
        <w:t>hum ne is ko bardasht kiya. aur Allah ke naqsh e takhleeq par hum raazi ho gaye. is liye milega yeh.</w:t>
      </w:r>
    </w:p>
    <w:p>
      <w:pPr>
        <w:jc w:val="right"/>
      </w:pPr>
      <w:r>
        <w:t>ہمنےاسکو برداشتکیا۔ اور اللہ کے نقش ہتخلیقپرہمراضیہوئے۔ اسلیےملےگایہ۔</w:t>
      </w:r>
    </w:p>
    <w:p>
      <w:r>
        <w:rPr>
          <w:b/>
        </w:rPr>
        <w:t xml:space="preserve">[54:20] </w:t>
      </w:r>
      <w:r>
        <w:t>to yeh bari basharat hai is par kaha agar aap Allah ke naqsh e takhleeq par raazi ho jayein to aap ko bila hisaab ajr milega.</w:t>
      </w:r>
    </w:p>
    <w:p>
      <w:pPr>
        <w:jc w:val="right"/>
      </w:pPr>
      <w:r>
        <w:t>توقتلیبڑی بش ارتہے اسپر کہاگرآپ اللہ کےنقشہ تخلیقپرراضیہوجائیں تو آپ کو بلاحساب اجرملےگا۔</w:t>
      </w:r>
    </w:p>
    <w:p>
      <w:r>
        <w:rPr>
          <w:b/>
        </w:rPr>
        <w:t xml:space="preserve">[54:31] </w:t>
      </w:r>
      <w:r>
        <w:t>in ma yuf sabiruna ajrahum bi ghair hisab.</w:t>
      </w:r>
    </w:p>
    <w:p>
      <w:pPr>
        <w:jc w:val="right"/>
      </w:pPr>
      <w:r>
        <w:t>ان ما یوف ص ابروناجرہمبغیر حساب ۔</w:t>
      </w:r>
    </w:p>
    <w:p>
      <w:r>
        <w:rPr>
          <w:b/>
        </w:rPr>
        <w:t xml:space="preserve">[54:37] </w:t>
      </w:r>
      <w:r>
        <w:t>in ma yuf sabiruna ajrahum bi ghair hisab. to yeh cheez bari bari hai Allah taala ki nishani. ke aap Allah ke naqsh e takhleeq par raazi hon.</w:t>
      </w:r>
    </w:p>
    <w:p>
      <w:pPr>
        <w:jc w:val="right"/>
      </w:pPr>
      <w:r>
        <w:t>ان مای وف صابروناجرہمبغیر حساب۔ تویہچیزبہت بڑیہےاللہتعالیٰکینیتی ۔کہآپ اللہ کےنقش ہتخلیقپرراضیہوں۔</w:t>
      </w:r>
    </w:p>
    <w:p>
      <w:r>
        <w:rPr>
          <w:b/>
        </w:rPr>
        <w:t xml:space="preserve">[54:48] </w:t>
      </w:r>
      <w:r>
        <w:t>yani koi aap ko uksaye to aap samjhein ke Allah ke naqsh e takhleeq ki wajah se aisa hai. koi aap ke khilaaf kitaab chhape to aap samjhein ke Allah ke naqsh e takhleeq ki wajah se aisa ho raha hai.</w:t>
      </w:r>
    </w:p>
    <w:p>
      <w:pPr>
        <w:jc w:val="right"/>
      </w:pPr>
      <w:r>
        <w:t>یعنیکوئیآپکواُکسائے تو آپ سمجھیںکہاللہکےنقش ہتخلیقکیوجہسےایساہے۔ کوئیآپکےخلاف کتاب چھاپےتوآپسمجھیں کہاللہ کےنقش ہتخلیقکیوجہسےایساہورہاہے۔</w:t>
      </w:r>
    </w:p>
    <w:p>
      <w:r>
        <w:rPr>
          <w:b/>
        </w:rPr>
        <w:t xml:space="preserve">[55:01] </w:t>
      </w:r>
      <w:r>
        <w:t>koi aap se aage badh jaye, koi aap ko dhoka de de, kuch bhi kare</w:t>
      </w:r>
    </w:p>
    <w:p>
      <w:pPr>
        <w:jc w:val="right"/>
      </w:pPr>
      <w:r>
        <w:t>کوئیآپسےآگےبڑھجائے ،کوئیآپکودھکادےدے،کچھبھیکرے</w:t>
      </w:r>
    </w:p>
    <w:p>
      <w:r>
        <w:rPr>
          <w:b/>
        </w:rPr>
        <w:t xml:space="preserve">[55:06] </w:t>
      </w:r>
      <w:r>
        <w:t>to is ko nazar andaaz karke apni mansooba bandi karein aap. is ko nazar andaaz karke apni mansooba bandi karein. nahi to phir ek aap agar aap is ko qabool nahi kar rahe hain to is ka matlab yeh hai ke aap yeh chahte hain ke ek aur dunya banai jaye.</w:t>
      </w:r>
    </w:p>
    <w:p>
      <w:pPr>
        <w:jc w:val="right"/>
      </w:pPr>
      <w:r>
        <w:t>تو اسکو نظر اندازکرکے اپنی منصوبہبندیکریںآپ۔ اسکو نظر اندازکرکےاپنیمنصوبہبندیکریں۔ نہیںتوپھر ایک آپ اگر آپ اسکو قب ولنہیںکررہےہیںتواسکامطلبیہہےکہآپ یہ چاہتےہیںکہ ایکاور دنیا بنائیجائے۔</w:t>
      </w:r>
    </w:p>
    <w:p>
      <w:r>
        <w:rPr>
          <w:b/>
        </w:rPr>
        <w:t xml:space="preserve">[55:26] </w:t>
      </w:r>
      <w:r>
        <w:t>to ek aur dunya to banne wali hai hi nahi. aap khud banana nahi sakte to kya karein ge?</w:t>
      </w:r>
    </w:p>
    <w:p>
      <w:pPr>
        <w:jc w:val="right"/>
      </w:pPr>
      <w:r>
        <w:t>تو ایکاور دنیا توبننےوالی ہےہینہیں۔ آپ خود بنانہیںسکتےتوکیاکریںگے؟</w:t>
      </w:r>
    </w:p>
    <w:p>
      <w:r>
        <w:rPr>
          <w:b/>
        </w:rPr>
        <w:t xml:space="preserve">[55:32] </w:t>
      </w:r>
      <w:r>
        <w:t>yani Allah taala ki taraf se ek aur dunya to banai jane wali hai hi nahi. aur aap khud banana nahi sakte to kya karein ge aakhir?</w:t>
      </w:r>
    </w:p>
    <w:p>
      <w:pPr>
        <w:jc w:val="right"/>
      </w:pPr>
      <w:r>
        <w:t>یعنیاللہ تعالیٰکیطرفسےایکاوردنیا توبنائیجانےوالی ہےہینہیں۔ اورآپ خود بنانہیںسکتےتوکیاکریںگےآخر ؟</w:t>
      </w:r>
    </w:p>
    <w:p>
      <w:r>
        <w:rPr>
          <w:b/>
        </w:rPr>
        <w:t xml:space="preserve">[55:43] </w:t>
      </w:r>
      <w:r>
        <w:t>to yeh itna bara rukawat hai musalmanon mein ke koi had o hisab nahi. yani Dilli mein ek ek ek seminar hua tha jab sirf musalman thay aur sab aala darje ke musalman thay is mein</w:t>
      </w:r>
    </w:p>
    <w:p>
      <w:pPr>
        <w:jc w:val="right"/>
      </w:pPr>
      <w:r>
        <w:t>تویہ اتنا بڑا رکاوٹہےمس لمانوںمیں کہ کوئیحدوحسابنہیں ۔ یعنیدلیمیںایک ایکایک سیمینارہواتھا جبصرفمسلمان تھے اور سب اعلیٰدرجےکےمسلمانتھےاسمیں</w:t>
      </w:r>
    </w:p>
    <w:p>
      <w:r>
        <w:rPr>
          <w:b/>
        </w:rPr>
        <w:t xml:space="preserve">[55:57] </w:t>
      </w:r>
      <w:r>
        <w:t>. sab bari bari gaadiyon par aaye thay wahan shirket karne ke liye. aur saare munfiq bol rahe thay. ke musalman to muhasre mein hain.</w:t>
      </w:r>
    </w:p>
    <w:p>
      <w:pPr>
        <w:jc w:val="right"/>
      </w:pPr>
      <w:r>
        <w:t>۔ سب بڑیبڑیگاڑیوںپرآئےتھےوہاںشرکت کرنےکےلیے۔ اور سارےمن فیبولیبولرہےتھے۔ کہ مسلمانتومح اصرےمیںہیں۔</w:t>
      </w:r>
    </w:p>
    <w:p>
      <w:r>
        <w:rPr>
          <w:b/>
        </w:rPr>
        <w:t xml:space="preserve">[56:09] </w:t>
      </w:r>
      <w:r>
        <w:t>yani yeh bolti hai woh is muhasre mein hai. to tum itne kaise itne khushhaal ho gaye ho bari bari gaadiyon par safar karke, yeh kaise mumkin hua?</w:t>
      </w:r>
    </w:p>
    <w:p>
      <w:pPr>
        <w:jc w:val="right"/>
      </w:pPr>
      <w:r>
        <w:t>یعنییہبولتیہےوہاس محاصرےمیںہے۔ توتم اتنے کیسے اتنےخوشحالہوگئےہو ب ڑیبڑیگاڑیوںپرسفرکرکے،یہکیسےممکنہوا ؟</w:t>
      </w:r>
    </w:p>
    <w:p>
      <w:r>
        <w:rPr>
          <w:b/>
        </w:rPr>
        <w:t xml:space="preserve">[56:23] </w:t>
      </w:r>
      <w:r>
        <w:t>yeh soch jo hai is tarah bhar di gayi musalmanon ke andar. bas log do sau saal se aaj koi bahar aa kar soch nahi pata. aur kitni bari mehroomi apne sar mol le rahe hain ke woh Allah taala ki rehmaton se woh mehroom ho jayein.</w:t>
      </w:r>
    </w:p>
    <w:p>
      <w:pPr>
        <w:jc w:val="right"/>
      </w:pPr>
      <w:r>
        <w:t>یہ سو چ جوہے اسطرحبھردیگئیمسلمانوںکےاندر ۔بسلوگدو سوسالسے آجکوئیباہرآکرسوچنہیںپاتا۔ اورکتنیبڑیمحرومی اپنے سر مول لےرہےہیںکہوہ اللہ تعالیٰکیرحمتوںسےوہمحرومہوجائیں۔</w:t>
      </w:r>
    </w:p>
    <w:p>
      <w:r>
        <w:rPr>
          <w:b/>
        </w:rPr>
        <w:t xml:space="preserve">[56:41] </w:t>
      </w:r>
      <w:r>
        <w:t>to main kehta hoon ke sab logon ko, saari muslim dunya ko phir se sochna hai. dobara sochna hai.</w:t>
      </w:r>
    </w:p>
    <w:p>
      <w:pPr>
        <w:jc w:val="right"/>
      </w:pPr>
      <w:r>
        <w:t>تو میں کہتاہوں کہ سب لوگوںکو،ساری مسلمدنیا کو پھرسےسوچناہے۔ دوبارہسوچنا ہے۔</w:t>
      </w:r>
    </w:p>
    <w:p>
      <w:r>
        <w:rPr>
          <w:b/>
        </w:rPr>
        <w:t xml:space="preserve">[56:51] </w:t>
      </w:r>
      <w:r>
        <w:t>tajziya karna hai. dobara jaanchana hai. apne zehan ki dobara engineering karna hai. hamare mission ka ek lafz bhi yahi hai ke dobara engineering of zehan.</w:t>
      </w:r>
    </w:p>
    <w:p>
      <w:pPr>
        <w:jc w:val="right"/>
      </w:pPr>
      <w:r>
        <w:t>تجزی ہکرناہے۔ دوبارہجانچناہے۔اپنے ذہنکی دوبارہانجینئرنگکرناہے۔ ہمارےمشنکا ایکلفظبھییہیہےکہ دوبارہانجینئرنگ آف ذہن۔</w:t>
      </w:r>
    </w:p>
    <w:p>
      <w:r>
        <w:rPr>
          <w:b/>
        </w:rPr>
        <w:t xml:space="preserve">[57:02] </w:t>
      </w:r>
      <w:r>
        <w:t>zehan ko phir se zehan ki tashkeel no karna. zehan ki tashkeel no karna.</w:t>
      </w:r>
    </w:p>
    <w:p>
      <w:pPr>
        <w:jc w:val="right"/>
      </w:pPr>
      <w:r>
        <w:t>ذہنکوپھرسے ذہنکیتشکیل نو کرنا ۔ ذہنکیتشکیل نوکرنا۔</w:t>
      </w:r>
    </w:p>
    <w:p>
      <w:r>
        <w:rPr>
          <w:b/>
        </w:rPr>
        <w:t xml:space="preserve">[57:11] </w:t>
      </w:r>
      <w:r>
        <w:t>yani manfi buniyadon ko hata kar ke musbat buniyadon par is ki tashkeel karna. ek lafz mein yeh hai. logon ke zehan ki tashkeel no is tarah karna ke manfi buniyadon ko hata kar ke aur musbat buniyadon par in ki tashkeel ho. yeh hai mission hamara.</w:t>
      </w:r>
    </w:p>
    <w:p>
      <w:pPr>
        <w:jc w:val="right"/>
      </w:pPr>
      <w:r>
        <w:t>یعنی منفی بنیادوںکوہٹاکرکے مثبتبنیادوںپراسکیتشکیلکرنا۔ایکلفظمیںیہہے۔ لوگوںکےذہنکی تشکیلنواسطرحکرنا کہمنفی بنیادوںکوہٹاکرکے اور مثبتبنی ادوںپرانکیتشکیلہو۔یہہے مشنہمارا۔</w:t>
      </w:r>
    </w:p>
    <w:p>
      <w:r>
        <w:rPr>
          <w:b/>
        </w:rPr>
        <w:t xml:space="preserve">[57:30] </w:t>
      </w:r>
      <w:r>
        <w:t>is se Allah taala ki rehmaten milein gi. is se Allah taala ki jannatein milein gi. is se ta'alluq billah paida hoga. is se ibadaton mein jaan aaye gi.</w:t>
      </w:r>
    </w:p>
    <w:p>
      <w:pPr>
        <w:jc w:val="right"/>
      </w:pPr>
      <w:r>
        <w:t>اسیسے اللہ تعالیٰکیرحمتیںملیںگی۔ اسیسےاللہتعالیٰکیجنتیںملیںگی۔ اسیسےتعلقباللہپیدا ہوگا۔ اسیسےعبادتوںمیںجان آئےگی۔</w:t>
      </w:r>
    </w:p>
    <w:p>
      <w:r>
        <w:rPr>
          <w:b/>
        </w:rPr>
        <w:t xml:space="preserve">[57:40] </w:t>
      </w:r>
      <w:r>
        <w:t>is se mutaqiyana tarz e fikr wajood mein aaye ga. sab kuch is se juda hua hai. sab kuch is se juda hua hai.</w:t>
      </w:r>
    </w:p>
    <w:p>
      <w:pPr>
        <w:jc w:val="right"/>
      </w:pPr>
      <w:r>
        <w:t>اسیسےمتقیانہطرزفکر وجود میںآئےگا۔ سبکچھ اسیسےجڑاہواہے۔ سب کچھاسیسےجڑاہواہے۔</w:t>
      </w:r>
    </w:p>
    <w:p>
      <w:r>
        <w:rPr>
          <w:b/>
        </w:rPr>
        <w:t xml:space="preserve">[57:53] </w:t>
      </w:r>
      <w:r>
        <w:t>main samajhta hoon ke aakhri waqt aa gaya hai ke log is par sochen. aakhri waqt</w:t>
      </w:r>
    </w:p>
    <w:p>
      <w:pPr>
        <w:jc w:val="right"/>
      </w:pPr>
      <w:r>
        <w:t>میںسمجھتاہوںکہ آخریوقت آگیاہےکہلوگاسپرسوچیں۔ آخریوقت</w:t>
      </w:r>
    </w:p>
    <w:p>
      <w:r>
        <w:rPr>
          <w:b/>
        </w:rPr>
        <w:t xml:space="preserve">[58:00] </w:t>
      </w:r>
      <w:r>
        <w:t>yani aap kab sochengen? to aakhri waqt aa gaya hai ke is par socha jaye. to mein dua karta hoon Allah taala se apne liye, aap logon ke liye aur saare musalmanon ke liye ke un ke andar musbat soch aaye taake Allah taala ki rehmaten un par barsein.</w:t>
      </w:r>
    </w:p>
    <w:p>
      <w:pPr>
        <w:jc w:val="right"/>
      </w:pPr>
      <w:r>
        <w:t>۔یعنیآپکبسوچیںگے؟ تو آخریوقت آگیاہےکہاسپرسوچاجائے۔ تومیں دعاکرتاہوں اللہ تعالیٰسے اپنے لیے ،آپلوگوںکےلیے اور سارےمسلمانوںکےلیے کہانکےاندر مثبت سوچ آئے تاکہاللہ تعالیٰکیرحمتیں انپر برسیں۔</w:t>
      </w:r>
    </w:p>
    <w:p>
      <w:r>
        <w:rPr>
          <w:b/>
        </w:rPr>
        <w:t xml:space="preserve">[58:23] </w:t>
      </w:r>
      <w:r>
        <w:t>aqoolu qawli hadha wa astaghfirullaha li walakum ajmaeen.</w:t>
      </w:r>
    </w:p>
    <w:p>
      <w:pPr>
        <w:jc w:val="right"/>
      </w:pPr>
      <w:r>
        <w:t>أقول قوليهذا واستغفرالله ليولكمأجمعين.</w:t>
      </w:r>
    </w:p>
    <w:p>
      <w:r>
        <w:rPr>
          <w:b/>
        </w:rPr>
        <w:t xml:space="preserve">[58:41] </w:t>
      </w:r>
      <w:r>
        <w:t>maulana yeh sawal hai mr rashid se aaj tv karachi pakistan. is sawal hai maulana ibrahim karam kuch roshni dalen tareekh of falasteen israel conflict.</w:t>
      </w:r>
    </w:p>
    <w:p>
      <w:pPr>
        <w:jc w:val="right"/>
      </w:pPr>
      <w:r>
        <w:t>مولانا یہسوال ہے مسٹر رشید سے آج ٹیوی کراچی پاکستان ۔اسسوال ہے مول انابراہکرم کچھ روشنیڈالیںتاریخ آف فلس طین اسرائیل کنفلکٹ۔</w:t>
      </w:r>
    </w:p>
    <w:p>
      <w:r>
        <w:rPr>
          <w:b/>
        </w:rPr>
        <w:t xml:space="preserve">[58:59] </w:t>
      </w:r>
      <w:r>
        <w:t>aur bhi batayen apne khayalat falasteen masle par aur mutabiq aap ke khayalen yeh masla kaise hal ho sakta hai?</w:t>
      </w:r>
    </w:p>
    <w:p>
      <w:pPr>
        <w:jc w:val="right"/>
      </w:pPr>
      <w:r>
        <w:t>اوربھیبتائیں اپنے خیالاتفلس طین مسئلے پراور مطابق آپکےخیالمیںیہ مسئلہ کیسےحل ہوسکتاہے؟</w:t>
      </w:r>
    </w:p>
    <w:p>
      <w:r>
        <w:rPr>
          <w:b/>
        </w:rPr>
        <w:t xml:space="preserve">[59:09] </w:t>
      </w:r>
      <w:r>
        <w:t>dekhen yeh bohat lamba sawal hai. is par hum kafi likh chuke hain. misaal ke taur par ek kitab safarnama falasteen is mein aap dekh sakte hain.</w:t>
      </w:r>
    </w:p>
    <w:p>
      <w:pPr>
        <w:jc w:val="right"/>
      </w:pPr>
      <w:r>
        <w:t>دیکھیںیہبہت لمبا سوال ہے۔ اسپرہمکافیلکھ چکےہیں۔ مثالکےطورپر ایک کتاب سفرنامہ فلسطین اسمیںآپدیکھسکتےہیں۔</w:t>
      </w:r>
    </w:p>
    <w:p>
      <w:r>
        <w:rPr>
          <w:b/>
        </w:rPr>
        <w:t xml:space="preserve">[59:29] </w:t>
      </w:r>
      <w:r>
        <w:t>khulasa yeh hai ke mere nazdeek falasteen ka masla</w:t>
      </w:r>
    </w:p>
    <w:p>
      <w:pPr>
        <w:jc w:val="right"/>
      </w:pPr>
      <w:r>
        <w:t>خلاصہ یہہے کہ میرےنزدیک فلسطینکامسئلہ</w:t>
      </w:r>
    </w:p>
    <w:p>
      <w:r>
        <w:rPr>
          <w:b/>
        </w:rPr>
        <w:t xml:space="preserve">[59:35] </w:t>
      </w:r>
      <w:r>
        <w:t>log samajhte hain ke yeh doosron ke zulm ka masla hai. mere nazdeek yeh musalmanon ki apni nadani ki qeemat de rahe hain woh.</w:t>
      </w:r>
    </w:p>
    <w:p>
      <w:pPr>
        <w:jc w:val="right"/>
      </w:pPr>
      <w:r>
        <w:t>لوگ سمجھتےہیںکہیہ دوسروںکےظلمکامسئلہہے۔ میرےنزدیکیہ مسلمانوںکی اپنی نادانیکیقیمتدےرہےہیںوہ ۔</w:t>
      </w:r>
    </w:p>
    <w:p>
      <w:r>
        <w:rPr>
          <w:b/>
        </w:rPr>
        <w:t xml:space="preserve">[59:50] </w:t>
      </w:r>
      <w:r>
        <w:t>mein ek misaal deta hoon aap ko ke nadani se mera kya matlab hai.</w:t>
      </w:r>
    </w:p>
    <w:p>
      <w:pPr>
        <w:jc w:val="right"/>
      </w:pPr>
      <w:r>
        <w:t>میں ایک مثالدیتاہوںآپکو کہنادانی سے میراکیا مرادہے۔</w:t>
      </w:r>
    </w:p>
    <w:p>
      <w:r>
        <w:rPr>
          <w:b/>
        </w:rPr>
        <w:t xml:space="preserve">[59:57] </w:t>
      </w:r>
      <w:r>
        <w:t>dekhen</w:t>
      </w:r>
    </w:p>
    <w:p>
      <w:pPr>
        <w:jc w:val="right"/>
      </w:pPr>
      <w:r>
        <w:t>دیکھیں</w:t>
      </w:r>
    </w:p>
    <w:p>
      <w:r>
        <w:rPr>
          <w:b/>
        </w:rPr>
        <w:t xml:space="preserve">[1:00:00] </w:t>
      </w:r>
      <w:r>
        <w:t>balfour commission ne jo taqseem kiya tha is mein taqreeban aadha hissa yahudiyon ko diya gaya tha, aadha hissa arbon ko.</w:t>
      </w:r>
    </w:p>
    <w:p>
      <w:pPr>
        <w:jc w:val="right"/>
      </w:pPr>
      <w:r>
        <w:t>بال فور کمیشننےجو تقسیمکیاتھا اسمیں تقریباً آدھا حصہ یہودیوںکودیاگیاتھا،آدھاحصہ عرب وںکو۔</w:t>
      </w:r>
    </w:p>
    <w:p>
      <w:r>
        <w:rPr>
          <w:b/>
        </w:rPr>
        <w:t xml:space="preserve">[1:00:11] </w:t>
      </w:r>
      <w:r>
        <w:t>aur behtareen hissa jo tha arbon ko hi mila tha. saara yerushalayim samait. ab jo surat e haal hai woh 67 jang ke baad hui hai.</w:t>
      </w:r>
    </w:p>
    <w:p>
      <w:pPr>
        <w:jc w:val="right"/>
      </w:pPr>
      <w:r>
        <w:t>اور بہترین حصہجوتھاعرب وںہیکوملاتھا۔ سارایروشلمسمیت۔ ابجو صورت حالہے وہ ۶ ۷ جنگکےبعدہوئی ہے۔</w:t>
      </w:r>
    </w:p>
    <w:p>
      <w:r>
        <w:rPr>
          <w:b/>
        </w:rPr>
        <w:t xml:space="preserve">[1:00:22] </w:t>
      </w:r>
      <w:r>
        <w:t>pehlay aesa nahi tha, pehlay saara yerushalayim, masjid aqsa waghera jitna bhi hai yani sab se acha hissa jo tha zar khez aur tareekhi woh sab arbon ke paas tha.</w:t>
      </w:r>
    </w:p>
    <w:p>
      <w:pPr>
        <w:jc w:val="right"/>
      </w:pPr>
      <w:r>
        <w:t>پہلےایسانہیںتھا،پہلے سارایروشلم،مسجداقصیٰوغیرہجتنابھیہے یعنیسبسےاچھا حصہجوتھا زرخیز اور تاریخ ی وہ سب عربوںکےپاستھا۔</w:t>
      </w:r>
    </w:p>
    <w:p>
      <w:r>
        <w:rPr>
          <w:b/>
        </w:rPr>
        <w:t xml:space="preserve">[1:00:35] </w:t>
      </w:r>
      <w:r>
        <w:t>67 ki jang kyun hui? yeh mukammal taur par arbon ki nadani ki wajah se hui.</w:t>
      </w:r>
    </w:p>
    <w:p>
      <w:pPr>
        <w:jc w:val="right"/>
      </w:pPr>
      <w:r>
        <w:t>۶ ۷ کیجنگکیوںہوئی ؟ یہ مک مل طور پر عرب وںکینادانیکیوجہسےہوئی ۔</w:t>
      </w:r>
    </w:p>
    <w:p>
      <w:r>
        <w:rPr>
          <w:b/>
        </w:rPr>
        <w:t xml:space="preserve">[1:00:43] </w:t>
      </w:r>
      <w:r>
        <w:t>dekhen misr mein nehar suez hai jo</w:t>
      </w:r>
    </w:p>
    <w:p>
      <w:pPr>
        <w:jc w:val="right"/>
      </w:pPr>
      <w:r>
        <w:t>دیکھیں مصر میں نہرسویزہے جو</w:t>
      </w:r>
    </w:p>
    <w:p>
      <w:r>
        <w:rPr>
          <w:b/>
        </w:rPr>
        <w:t xml:space="preserve">[1:00:49] </w:t>
      </w:r>
      <w:r>
        <w:t>britain aur france ki companiyon ne banayi thi. ek bohat hi bara yeh mansooba tha, is ko unhon ne bohat qurbaniyon aur bohat paise ke zariye mukammal kiya.</w:t>
      </w:r>
    </w:p>
    <w:p>
      <w:pPr>
        <w:jc w:val="right"/>
      </w:pPr>
      <w:r>
        <w:t>برطانیہاور فرانس کی کمپنینے بنائیتھی۔ ایکبہت ہیبڑا یہ منصوبہتھا، اسکو انہوںنےبہت قربانیوںاوربہتپیسےکےذریعےمکملکیا۔</w:t>
      </w:r>
    </w:p>
    <w:p>
      <w:r>
        <w:rPr>
          <w:b/>
        </w:rPr>
        <w:t xml:space="preserve">[1:01:01] </w:t>
      </w:r>
      <w:r>
        <w:t>phir unhon ne lease par liya. yani misr ki hukoomat se unhon ne lease par liya. lease ka qaeeda yeh hai ke 99 saal ka patta hota hai.</w:t>
      </w:r>
    </w:p>
    <w:p>
      <w:pPr>
        <w:jc w:val="right"/>
      </w:pPr>
      <w:r>
        <w:t>پھرانہوںنےلیزپرلیا۔ یعنی مصر کیحکومت سے انہوںنےلیزپرلیا۔ لیزکاقاعدہیہہےکہ ۹۹ سالکا پٹا ہوتاہے۔</w:t>
      </w:r>
    </w:p>
    <w:p>
      <w:r>
        <w:rPr>
          <w:b/>
        </w:rPr>
        <w:t xml:space="preserve">[1:01:11] </w:t>
      </w:r>
      <w:r>
        <w:t>99 saal poore hone ke baad woh asal malik ko mil jati hai. yeh bain ul aqwami qanoon hai. to jab abdul nasser jab hukoomat par thay to unhon ne kiya kiya?</w:t>
      </w:r>
    </w:p>
    <w:p>
      <w:pPr>
        <w:jc w:val="right"/>
      </w:pPr>
      <w:r>
        <w:t>۹۹ سال پورےہونےکےبعد وہ اصلمالککوملجاتیہے۔ یہ بینالاقوامی قانون ہے۔ تو جوابعبدالناصر جبحکومت پرتھے توانہوںنےکیا کیا ؟</w:t>
      </w:r>
    </w:p>
    <w:p>
      <w:r>
        <w:rPr>
          <w:b/>
        </w:rPr>
        <w:t xml:space="preserve">[1:01:27] </w:t>
      </w:r>
      <w:r>
        <w:t>ke bilkul ghair janabdar taur par unhon ne aelan kar diya ke misr jo hai is ko hum apni milkiyat mein le rahe hain.</w:t>
      </w:r>
    </w:p>
    <w:p>
      <w:pPr>
        <w:jc w:val="right"/>
      </w:pPr>
      <w:r>
        <w:t>کہبالکل غیر جانبدارطورپر انہوںنے اعلانکردیا کہ مصر جوہے اسکوہماپنی ملکیتمیںلےرہےہیں۔</w:t>
      </w:r>
    </w:p>
    <w:p>
      <w:r>
        <w:rPr>
          <w:b/>
        </w:rPr>
        <w:t xml:space="preserve">[1:01:35] </w:t>
      </w:r>
      <w:r>
        <w:t>giarah saal pehle ya barah saal pehle. yani patte ki muddat khatam hone mein barah saal baqi thay aur aelan kar diya ke hum nehar suez ko qoumi banate hain.</w:t>
      </w:r>
    </w:p>
    <w:p>
      <w:pPr>
        <w:jc w:val="right"/>
      </w:pPr>
      <w:r>
        <w:t>گیارہسالپہلے یا بارہسالپہلے۔ یعنیپ ٹےکیمدتختمہونے میںبارہسالباقیتھے اوراعلانکردیا کہہم نہرسویزکو قومی بناتےہیں۔</w:t>
      </w:r>
    </w:p>
    <w:p>
      <w:r>
        <w:rPr>
          <w:b/>
        </w:rPr>
        <w:t xml:space="preserve">[1:01:49] </w:t>
      </w:r>
      <w:r>
        <w:t>yeh badtareen nadani thi. kya aap samajhte hain ke dobara nahi kar raha hai koi doosra afreeq? chunancha dekhiye britain ne aur france ne israel ko le kar ke ek mukammal mansooba banaya aur hamla</w:t>
      </w:r>
    </w:p>
    <w:p>
      <w:pPr>
        <w:jc w:val="right"/>
      </w:pPr>
      <w:r>
        <w:t>یہ بدترین نادانیتھی۔ کیاآپسمجھتےہیںکہدوبارہ نہیںکررہاہےکوئیدوسرافریق ؟ چنانچہدیکھیے برطانیہ نے اورفرانس نے اسرائیلکولےکرکے ایک مک ملمنصوبہبنایا اور حمل</w:t>
      </w:r>
    </w:p>
    <w:p>
      <w:r>
        <w:rPr>
          <w:b/>
        </w:rPr>
        <w:t xml:space="preserve">[1:02:04] </w:t>
      </w:r>
      <w:r>
        <w:t>kar diya. isi hamle mein sab chheen liya unhon ne. isi hamle mein chheen liya sara. yeh maine tafseel se likha hai. ab is ke jo doosri misaal lijiye aap woh hai cheen ki.</w:t>
      </w:r>
    </w:p>
    <w:p>
      <w:pPr>
        <w:jc w:val="right"/>
      </w:pPr>
      <w:r>
        <w:t>ہکردیا ۔ اسیحملےمیںسبچھینلیاانہوںنے۔ اسیحملےمیںچھینلیاسارا۔ یہمیںنےتفصیلسےلکھاہے۔ اب اسکے جو دوس ری مثاللیجیےآپ وہ ہے چینکی۔</w:t>
      </w:r>
    </w:p>
    <w:p>
      <w:r>
        <w:rPr>
          <w:b/>
        </w:rPr>
        <w:t xml:space="preserve">[1:02:20] </w:t>
      </w:r>
      <w:r>
        <w:t>cheen ke paas hong kong hai.</w:t>
      </w:r>
    </w:p>
    <w:p>
      <w:pPr>
        <w:jc w:val="right"/>
      </w:pPr>
      <w:r>
        <w:t>چین کے پاس ہانگکانگہے۔</w:t>
      </w:r>
    </w:p>
    <w:p>
      <w:r>
        <w:rPr>
          <w:b/>
        </w:rPr>
        <w:t xml:space="preserve">[1:02:24] </w:t>
      </w:r>
      <w:r>
        <w:t>hong kong ko british mein yani british jo jo jo east india company thi to british ne is ko lease par le liya.</w:t>
      </w:r>
    </w:p>
    <w:p>
      <w:pPr>
        <w:jc w:val="right"/>
      </w:pPr>
      <w:r>
        <w:t>ہانگکانگکو برٹش میں یعنی برٹش جو جوجوایسٹانڈیاکمپنیتھی تو برٹش نے اسکو لیزپرلےلیا۔</w:t>
      </w:r>
    </w:p>
    <w:p>
      <w:r>
        <w:rPr>
          <w:b/>
        </w:rPr>
        <w:t xml:space="preserve">[1:02:38] </w:t>
      </w:r>
      <w:r>
        <w:t>wohi 99 saal ke liye. to cheen itna taqatwar mulk nahi hai. misr se ziyada taqatwar hai cheen. is ne kabhi bhi aesa nahi kiya ke zabardasti qabza kar le hong kong par.</w:t>
      </w:r>
    </w:p>
    <w:p>
      <w:pPr>
        <w:jc w:val="right"/>
      </w:pPr>
      <w:r>
        <w:t>وہی ۹۹سالکےلیے۔ تو چین ات ناطاقتورملکنہیں۔مصر سےزیادہطاقتورہےچین ۔ اسنےکبھیبھیایسانہیںکیا کہزبردستیقبضہکرلے ہانگکانگپر ۔</w:t>
      </w:r>
    </w:p>
    <w:p>
      <w:r>
        <w:rPr>
          <w:b/>
        </w:rPr>
        <w:t xml:space="preserve">[1:02:48] </w:t>
      </w:r>
      <w:r>
        <w:t>pesh gi</w:t>
      </w:r>
    </w:p>
    <w:p>
      <w:pPr>
        <w:jc w:val="right"/>
      </w:pPr>
      <w:r>
        <w:t>پیش گی</w:t>
      </w:r>
    </w:p>
    <w:p>
      <w:r>
        <w:rPr>
          <w:b/>
        </w:rPr>
        <w:t xml:space="preserve">[1:02:49] </w:t>
      </w:r>
      <w:r>
        <w:t>asne muz akraat kiya britsh se. aur muz ak raat ke zariye yeh tay paya ke jab lease ki muddat khali ho to woh chhodkar chale jayen.</w:t>
      </w:r>
    </w:p>
    <w:p>
      <w:pPr>
        <w:jc w:val="right"/>
      </w:pPr>
      <w:r>
        <w:t>اسنے مذ اکراتکیا برٹش سے۔ اور مذ اک رات کےذریعے یہ طےپایا کہجب لیزکیمدتخالیہو تووہچھوڑکرچلےجائیں۔</w:t>
      </w:r>
    </w:p>
    <w:p>
      <w:r>
        <w:rPr>
          <w:b/>
        </w:rPr>
        <w:t xml:space="preserve">[1:03:01] </w:t>
      </w:r>
      <w:r>
        <w:t>chunanche jaise hi lease ki muddat khali hui woh chhodkar chale gaye. to wohi kissa tha hong kong ka aur wohi kissa suez ka.</w:t>
      </w:r>
    </w:p>
    <w:p>
      <w:pPr>
        <w:jc w:val="right"/>
      </w:pPr>
      <w:r>
        <w:t>چنانچہجیسےہیلیزکیمدتخالیہوئیوہچھوڑکرچلےگئے۔ تو وہی کیستھاہانگکانگکا اوروہیکیستھا سویزکا۔</w:t>
      </w:r>
    </w:p>
    <w:p>
      <w:r>
        <w:rPr>
          <w:b/>
        </w:rPr>
        <w:t xml:space="preserve">[1:03:09] </w:t>
      </w:r>
      <w:r>
        <w:t>hong kong ko unhon ne aqalmandi se wapas le liya aur suez ko unhon ne nadani se nadani ka mamla kiya aur sara yani unke kabze mein chala gaya.</w:t>
      </w:r>
    </w:p>
    <w:p>
      <w:pPr>
        <w:jc w:val="right"/>
      </w:pPr>
      <w:r>
        <w:t>ہانگکانگ کوانہوںنے عقلمندیسے واپسلےلیا اور سویزکوانہوںنےنادانیسے نادانیکامعاملہکیااور سارا یعنی انکےقبضےمیںچلاگیا۔</w:t>
      </w:r>
    </w:p>
    <w:p>
      <w:r>
        <w:rPr>
          <w:b/>
        </w:rPr>
        <w:t xml:space="preserve">[1:03:25] </w:t>
      </w:r>
      <w:r>
        <w:t>israel ke kabze mein chala gaya. aur ladai jari hai. yeh itna bhi hai ke sab ka sab musalmanon ki nadani ke khane mein jata hai.</w:t>
      </w:r>
    </w:p>
    <w:p>
      <w:pPr>
        <w:jc w:val="right"/>
      </w:pPr>
      <w:r>
        <w:t>اسرائیلکےقبضےمیںچلاگیا۔ اور لڑائیجاری ہے۔ یہاتنابھیہے کہ سب کاسب مسلمانوںکینادانیکےخانےمیںجاتا ہے۔</w:t>
      </w:r>
    </w:p>
    <w:p>
      <w:r>
        <w:rPr>
          <w:b/>
        </w:rPr>
        <w:t xml:space="preserve">[1:03:34] </w:t>
      </w:r>
      <w:r>
        <w:t>aap mujh se bolte rahiye ke israel zalim hai, america zalim hai, falan zalim hai. lekin yeh dobara jaanch kar ke dekhiye ke yeh kahani yeh woh hai kya kya sabak apne andar rakhti hai.</w:t>
      </w:r>
    </w:p>
    <w:p>
      <w:pPr>
        <w:jc w:val="right"/>
      </w:pPr>
      <w:r>
        <w:t>آپ مجھسےبولتےرہیےکہ اسرائیلظالمہے،امریکہظالمہے،فلاںظالمہے۔ لیکن یہ دوبار ہجانچکرکےدیکھیےکہ یہ کہانیجوہے کیا کیا سبقاپنےاندررکھتیہے۔</w:t>
      </w:r>
    </w:p>
    <w:p>
      <w:r>
        <w:rPr>
          <w:b/>
        </w:rPr>
        <w:t xml:space="preserve">[1:03:50] </w:t>
      </w:r>
      <w:r>
        <w:t>yani is poore poore filistini qisse arabon ki nadani ka qissa hai. kisi mamle mein pesh gi manzoobandi nahi ki unhon ne. kisi waqt bhi pesh gi manzoobandi nahi ki.</w:t>
      </w:r>
    </w:p>
    <w:p>
      <w:pPr>
        <w:jc w:val="right"/>
      </w:pPr>
      <w:r>
        <w:t>یعنی اسپورے پورا فلسطینیقص ہ عرب وںکی نادانیکاقصہہے۔ کسی معاملےمیںپیش گیمنصوبہبندینہیںکیانہوںنے۔کسی وقت بھی پیشگیمنصوبہبندینہیںکی۔</w:t>
      </w:r>
    </w:p>
    <w:p>
      <w:r>
        <w:rPr>
          <w:b/>
        </w:rPr>
        <w:t xml:space="preserve">[1:04:02] </w:t>
      </w:r>
      <w:r>
        <w:t>to ab ab qimat</w:t>
      </w:r>
    </w:p>
    <w:p>
      <w:pPr>
        <w:jc w:val="right"/>
      </w:pPr>
      <w:r>
        <w:t>تو اب اب قیمت</w:t>
      </w:r>
    </w:p>
    <w:p>
      <w:r>
        <w:rPr>
          <w:b/>
        </w:rPr>
        <w:t xml:space="preserve">[1:04:04] </w:t>
      </w:r>
      <w:r>
        <w:t>kaun bhugte hain? ghalati aap karenge to iski qimat doosra nahi de sakta hai. mazeed tafseel aap janna chahen to meri kitab padh lijiye aap.</w:t>
      </w:r>
    </w:p>
    <w:p>
      <w:pPr>
        <w:jc w:val="right"/>
      </w:pPr>
      <w:r>
        <w:t>کونبھگتےہیں؟غلطیآپکریںگےتو اسکیقیمتدوسرانہیںدےسکتاہے۔ مزید تفصیلآپجانناچاہیںتومیریکتاب پڑھلیجیےآپ ۔</w:t>
      </w:r>
    </w:p>
    <w:p>
      <w:r>
        <w:rPr>
          <w:b/>
        </w:rPr>
        <w:t xml:space="preserve">[1:04:12] </w:t>
      </w:r>
      <w:r>
        <w:t>maulana iska doosra sawal yeh tha ke mutabiq aapke mutabiq kya hai is falastini masle ka hal? hal sirf ek hai. woh hai apni ghalati ko manna.</w:t>
      </w:r>
    </w:p>
    <w:p>
      <w:pPr>
        <w:jc w:val="right"/>
      </w:pPr>
      <w:r>
        <w:t>مولانااسکا دوسراسوال یہتھا کہمط ابق آپکےمطابق کیا ہے اسفلس طینیمسئلےکا حل؟حل صرفایک ہے۔ وہہےاپنیغلطیکوماننا۔</w:t>
      </w:r>
    </w:p>
    <w:p>
      <w:r>
        <w:rPr>
          <w:b/>
        </w:rPr>
        <w:t xml:space="preserve">[1:04:27] </w:t>
      </w:r>
      <w:r>
        <w:t>main apni ghalati ko manna. jab tak aap apni ghalati ko manenge nahi aap koi hal nahi</w:t>
      </w:r>
    </w:p>
    <w:p>
      <w:pPr>
        <w:jc w:val="right"/>
      </w:pPr>
      <w:r>
        <w:t>میںاپنیغلطیکوماننا۔ جبتک آپاپنیغلطیکومانیںگےنہیںآپکوئیح لنہیں</w:t>
      </w:r>
    </w:p>
    <w:p>
      <w:r>
        <w:rPr>
          <w:b/>
        </w:rPr>
        <w:t xml:space="preserve">[1:04:33] </w:t>
      </w:r>
      <w:r>
        <w:t>hai. main israel gaya hoon, wahan ki authorities se maine baat ki hai. maine woh is par razi hain ke arab agar military khatam kar dein, bilkul mukammal taur par.</w:t>
      </w:r>
    </w:p>
    <w:p>
      <w:pPr>
        <w:jc w:val="right"/>
      </w:pPr>
      <w:r>
        <w:t>ہے۔ میں اسرائیلگیاہوں، وہاںکیاتھارٹیسےمیںنےباتکیہے۔میںنے وہاسپرراضیہیںکہعرب اگر ملٹریسیختمکردیں ،بالکل مکمل طورپر ۔</w:t>
      </w:r>
    </w:p>
    <w:p>
      <w:r>
        <w:rPr>
          <w:b/>
        </w:rPr>
        <w:t xml:space="preserve">[1:04:44] </w:t>
      </w:r>
      <w:r>
        <w:t>matlab yani woh nahi, jang bandi nahi. disarm karna padega aapko infections ko. militant infections wohi disarm karna padega.</w:t>
      </w:r>
    </w:p>
    <w:p>
      <w:pPr>
        <w:jc w:val="right"/>
      </w:pPr>
      <w:r>
        <w:t>مطلب یعنیوہنہیں ،جنگ بندینہیں ۔ ڈسآرمکرناپڑےگاآپکو انفیکشنزکو۔ ملٹنٹفیکشنجوہیں ڈسآرمکرناپڑےگا۔</w:t>
      </w:r>
    </w:p>
    <w:p>
      <w:r>
        <w:rPr>
          <w:b/>
        </w:rPr>
        <w:t xml:space="preserve">[1:04:55] </w:t>
      </w:r>
      <w:r>
        <w:t>yeh nahi ke aap fire bandi. fire bandi to phir phir khul jati hai iske baad.</w:t>
      </w:r>
    </w:p>
    <w:p>
      <w:pPr>
        <w:jc w:val="right"/>
      </w:pPr>
      <w:r>
        <w:t>یہنہیںکہآپفائربندی ۔ فائربندیتوپھرپھرکھلجاتیہےاسکےبعد ۔</w:t>
      </w:r>
    </w:p>
    <w:p>
      <w:r>
        <w:rPr>
          <w:b/>
        </w:rPr>
        <w:t xml:space="preserve">[1:05:00] </w:t>
      </w:r>
      <w:r>
        <w:t>yeh asal usool ko maniye ke sirf hukoomat ko haq hai ke hathiyar istemal kare. abhi jo tanzeemein bani hui hain woh hathiyar ko istemal karti hain, khudkushi bombing karti hain waghera.</w:t>
      </w:r>
    </w:p>
    <w:p>
      <w:pPr>
        <w:jc w:val="right"/>
      </w:pPr>
      <w:r>
        <w:t>اساصولکومانیےکہصرفحکومت کوحق ہے کہہتھیاراستعمالکرے۔ ابھیجو تنظیمیںبنی ہوئیہیں وہہتھیارکواستعمال کرتیہیں،خودکشیبمبنگکرتیہیں وغیرہ۔</w:t>
      </w:r>
    </w:p>
    <w:p>
      <w:r>
        <w:rPr>
          <w:b/>
        </w:rPr>
        <w:t xml:space="preserve">[1:05:10] </w:t>
      </w:r>
      <w:r>
        <w:t>yeh sab mukammal taur par band karna padega. to maine unse baat ki, ab woh bilkul razi hain woh ke 6 7 line par wapas chale jayen woh.</w:t>
      </w:r>
    </w:p>
    <w:p>
      <w:pPr>
        <w:jc w:val="right"/>
      </w:pPr>
      <w:r>
        <w:t>یہسب مک مل طورپربندکرناپڑےگا۔ تو میں نےانسےباتکی،ابوہ بالکل راضیہیںوہ کہ ۶ ۷ لائنپرواپسچلےجائیںوہ۔</w:t>
      </w:r>
    </w:p>
    <w:p>
      <w:r>
        <w:rPr>
          <w:b/>
        </w:rPr>
        <w:t xml:space="preserve">[1:05:20] </w:t>
      </w:r>
      <w:r>
        <w:t>lekin jab aap unko yeh khatra rahega ke aap bomb marenge, khudkushi bombing karenge to kahin chhodenge woh? kabhi nahi chhod sakte hain woh.</w:t>
      </w:r>
    </w:p>
    <w:p>
      <w:pPr>
        <w:jc w:val="right"/>
      </w:pPr>
      <w:r>
        <w:t>لیکن جب آپ انکو یہ خطرہرہےگاکہآپبم ماریںگے،خودکشیبمبنگکریںگےتوکہیںچھوڑیںگےوہ؟ کبھینہیںچھوڑسکتےہیںوہ۔</w:t>
      </w:r>
    </w:p>
    <w:p>
      <w:r>
        <w:rPr>
          <w:b/>
        </w:rPr>
        <w:t xml:space="preserve">[1:05:29] </w:t>
      </w:r>
      <w:r>
        <w:t>to iska hal sirf yeh hai ke arab apni nadani ko manen, apni ghalati ko tasleem karen aur sari tanzeemein wohi unko disarm karen.</w:t>
      </w:r>
    </w:p>
    <w:p>
      <w:pPr>
        <w:jc w:val="right"/>
      </w:pPr>
      <w:r>
        <w:t>تو اسکا حلصرفیہہےکہعرب اپنی نادانیکومانیں، اپنیغلطیکوتسلیمکریں اور ساری تنظیمیںجوہیں انکوڈسآرمکریں۔</w:t>
      </w:r>
    </w:p>
    <w:p>
      <w:r>
        <w:rPr>
          <w:b/>
        </w:rPr>
        <w:t xml:space="preserve">[1:05:39] </w:t>
      </w:r>
      <w:r>
        <w:t>main jang bandi ka qail nahi hoon. disarm karen woh. to phir abhi abhi faisla ho jata hai. maine khud wahan ki authorities se baat ki hai, woh razi hain is par ke 6 7 line ko wapas jaane ki.</w:t>
      </w:r>
    </w:p>
    <w:p>
      <w:pPr>
        <w:jc w:val="right"/>
      </w:pPr>
      <w:r>
        <w:t>میں جنگ بندیکاقائلنہیںہوں۔ ڈسآرمکریںوہ۔ توپھرابھیابھیفیصلہہوجاتاہے۔ میںنےخود وہاںکیاتھارٹیسےباتکیہے،وہراضیہیںاسپر کہ ۶ ۷ لائن کو واپسجانےکی۔</w:t>
      </w:r>
    </w:p>
    <w:p>
      <w:r>
        <w:rPr>
          <w:b/>
        </w:rPr>
        <w:t xml:space="preserve">[1:05:58] </w:t>
      </w:r>
      <w:r>
        <w:t>is sawal hai mister abdul basit se doha, qatar. maulana hadith mein hai ke woh momin nahi ho sakta jab tak ke main iske nazdeek, iske maa baap, iske aulad aur sare logon se zyada mehboob nahi ban jaon.</w:t>
      </w:r>
    </w:p>
    <w:p>
      <w:pPr>
        <w:jc w:val="right"/>
      </w:pPr>
      <w:r>
        <w:t>اس سوال ہے مس ٹر عبدال باسط سے دوحہ،قطر ۔مول اناحدیثمیں ہے کہ وہ مومننہیں ہوسکتا جب تک کہ میں اسکے نزدیک ،اسکے ماںباپ ،اسکے اولاد اور سارےلوگوںسے زیادہ محبوب نہیں بن جاؤں۔</w:t>
      </w:r>
    </w:p>
    <w:p>
      <w:r>
        <w:rPr>
          <w:b/>
        </w:rPr>
        <w:t xml:space="preserve">[1:06:19] </w:t>
      </w:r>
      <w:r>
        <w:t>maulana is darje mein mohabbat rasool kaise hasil ho sakti hai aur iska tareeqa kya hai?</w:t>
      </w:r>
    </w:p>
    <w:p>
      <w:pPr>
        <w:jc w:val="right"/>
      </w:pPr>
      <w:r>
        <w:t>مول انااس درج ےمیں مح بت رسول کیسے حاصل ہوسکتیہے اور اسکا طریقہکیا ہے ؟</w:t>
      </w:r>
    </w:p>
    <w:p>
      <w:r>
        <w:rPr>
          <w:b/>
        </w:rPr>
        <w:t xml:space="preserve">[1:06:28] </w:t>
      </w:r>
      <w:r>
        <w:t>tareeqa yeh hai ke shuru kar dijiye mohabbat karna. aur kya tareeqa hai? yeh sab to yani jhooti mohabbatain hain jo ke keh rahe the log.</w:t>
      </w:r>
    </w:p>
    <w:p>
      <w:pPr>
        <w:jc w:val="right"/>
      </w:pPr>
      <w:r>
        <w:t>طریقہیہہےکہشروعکردیجیے محبتکرنا۔ اور کیا طریقہہے؟ یہسبتو یعنی جھوٹیمحبتیںہیںجو کہہرہےتھے لوگ ۔</w:t>
      </w:r>
    </w:p>
    <w:p>
      <w:r>
        <w:rPr>
          <w:b/>
        </w:rPr>
        <w:t xml:space="preserve">[1:06:40] </w:t>
      </w:r>
      <w:r>
        <w:t>aap ghor kijiye ke quran mein hai ke youm yaghfir lil mu'mineen ghairallahi wa man yaf'al zalika fa'ula'ika humul khasiroon. yani jo mohabbat aisi ho ke abhi mare to khatam.</w:t>
      </w:r>
    </w:p>
    <w:p>
      <w:pPr>
        <w:jc w:val="right"/>
      </w:pPr>
      <w:r>
        <w:t>آپغورکیجیے کہ قرآنمیںہےکہیومیغفر البر مناخیهوامهواب یه وصاحبتهوب نیہ۔ یعنیجو مح بت ایسیہو کہابھیمرےتوختم ۔</w:t>
      </w:r>
    </w:p>
    <w:p>
      <w:r>
        <w:rPr>
          <w:b/>
        </w:rPr>
        <w:t xml:space="preserve">[1:06:51] </w:t>
      </w:r>
      <w:r>
        <w:t>to to haqeeqi mohabbat hai hi nahi. jis mohabbat ka haal yeh ho ke abhi mare to sari mohabbatain khatam.</w:t>
      </w:r>
    </w:p>
    <w:p>
      <w:pPr>
        <w:jc w:val="right"/>
      </w:pPr>
      <w:r>
        <w:t>تو توحقیقیمحبتہےہینہیں۔ جس محبتکاعالمیہہوکہابھیمرےتو ساریمحبتیںختم ۔</w:t>
      </w:r>
    </w:p>
    <w:p>
      <w:r>
        <w:rPr>
          <w:b/>
        </w:rPr>
        <w:t xml:space="preserve">[1:06:59] </w:t>
      </w:r>
      <w:r>
        <w:t>to iski haqeeqat kya hai? woh to kuch bhi nahi hai. yeh to jhooti mohabbat hai. agar aap sochein ke jab tak main duniya mein zinda hoon tabhi tak yeh mohabbatain hain.</w:t>
      </w:r>
    </w:p>
    <w:p>
      <w:pPr>
        <w:jc w:val="right"/>
      </w:pPr>
      <w:r>
        <w:t>تواسکیحقیقتکیاہے؟وہتوکچھبھینہیںہے۔ یہتوجھوٹیمحبتہے۔ اگرآپ سوچیںکہ جب تک میںدنیا میںزندہہوںتبھیتکیہمحبتیںہیں۔</w:t>
      </w:r>
    </w:p>
    <w:p>
      <w:r>
        <w:rPr>
          <w:b/>
        </w:rPr>
        <w:t xml:space="preserve">[1:07:09] </w:t>
      </w:r>
      <w:r>
        <w:t>achanak khatam ho jayengi. iske baad to wohi mohabbat rahegi jo aap ne Allah se mohabbat ki hogi, wohi mohabbat rahegi. to haqeeqat waqe ko sochein to bas apne aap khatam ho jaye.</w:t>
      </w:r>
    </w:p>
    <w:p>
      <w:pPr>
        <w:jc w:val="right"/>
      </w:pPr>
      <w:r>
        <w:t>اچانکختمہوجائیںگی۔ اسکےبعدتو وہی محبت رہےگی جو آپنےاللہ سےمحبتکیہوگی،وہیمحبترہےگی۔ تو حقیقت واقع ہکوسوچیںتوبساپنےآپختمہوجائے۔</w:t>
      </w:r>
    </w:p>
    <w:p>
      <w:r>
        <w:rPr>
          <w:b/>
        </w:rPr>
        <w:t xml:space="preserve">[1:07:22] </w:t>
      </w:r>
      <w:r>
        <w:t>log haqeeqat waqea ko sochte nahin .</w:t>
      </w:r>
    </w:p>
    <w:p>
      <w:pPr>
        <w:jc w:val="right"/>
      </w:pPr>
      <w:r>
        <w:t>لوگ حقیقت واقعہکوسوچتےنہیں ۔</w:t>
      </w:r>
    </w:p>
    <w:p>
      <w:r>
        <w:rPr>
          <w:b/>
        </w:rPr>
        <w:t xml:space="preserve">[1:07:27] </w:t>
      </w:r>
      <w:r>
        <w:t>maut ke saath sirf maut ko sochen , agar aadmi sirf maut ko . jo hadith mein aata hai ke aksar zikr al maut .</w:t>
      </w:r>
    </w:p>
    <w:p>
      <w:pPr>
        <w:jc w:val="right"/>
      </w:pPr>
      <w:r>
        <w:t>موتکےساتھ صرفموتکوسوچیں ،اگرآدمیصرفموتکو ۔جوحدیثمیںآتاہےکہاکثر ذکرالم وت ۔</w:t>
      </w:r>
    </w:p>
    <w:p>
      <w:r>
        <w:rPr>
          <w:b/>
        </w:rPr>
        <w:t xml:space="preserve">[1:07:36] </w:t>
      </w:r>
      <w:r>
        <w:t>to yeh sab cheezen apne aap khatam ho jayen , deactivate ho jayen . aisi cheez kya haqeeqat hai jo jisko maut jiska khatma kar de ? yeh soch ki kami hai , soch paida kijiye , woh sab ho jayega .</w:t>
      </w:r>
    </w:p>
    <w:p>
      <w:pPr>
        <w:jc w:val="right"/>
      </w:pPr>
      <w:r>
        <w:t>تو یہسبچیزیںاپنےآپختمہوجائیں،ڈسایکٹیوہوجائیں۔ ایسیچیزکیاحقیقتہےجو جسکو موتجسکاخاتمہکردے؟ یہسوچکیکمیہے، سوچپیدا کیجیے، وہسبہوجائےگا۔</w:t>
      </w:r>
    </w:p>
    <w:p>
      <w:r>
        <w:rPr>
          <w:b/>
        </w:rPr>
        <w:t xml:space="preserve">[1:07:52] </w:t>
      </w:r>
      <w:r>
        <w:t>is sawal hai mister faeq se you esa .</w:t>
      </w:r>
    </w:p>
    <w:p>
      <w:pPr>
        <w:jc w:val="right"/>
      </w:pPr>
      <w:r>
        <w:t>اس سوال ہے مسٹر فائق سے یوایساے۔</w:t>
      </w:r>
    </w:p>
    <w:p>
      <w:r>
        <w:rPr>
          <w:b/>
        </w:rPr>
        <w:t xml:space="preserve">[1:07:58] </w:t>
      </w:r>
      <w:r>
        <w:t>agar koi aap ko ek taraf dhakailay aur baat kare manfi aur galat baaton ke bare mein , kya keeping quiet aur na lene ka koi iqdam us ke khilaf behtareen approach hai ? aam taur par nazar andaz karna masla nahin karta ,</w:t>
      </w:r>
    </w:p>
    <w:p>
      <w:pPr>
        <w:jc w:val="right"/>
      </w:pPr>
      <w:r>
        <w:t>اگر کوئیآپکوایک طرفدھ کیلےاورباتکرے منفی اور غلطباتوںکےبارےمیں ،کیا کیپنگ خ اموشاور نہ لینےکا کوئیاقداماس کےخلاف بہ ترین اپروچہے ؟عم وماً نظراندازکرنامس ئلہنہیں کرتا،</w:t>
      </w:r>
    </w:p>
    <w:p>
      <w:r>
        <w:rPr>
          <w:b/>
        </w:rPr>
        <w:t xml:space="preserve">[1:08:15] </w:t>
      </w:r>
      <w:r>
        <w:t>magar use door karna . meharbani kar ke apni rai den . yeh to farzi baat hai . kabhi aisa nahin hota ke aap manfi reaction se apne aap ko bachayen aur phir bhi aap masla bigad jaye .</w:t>
      </w:r>
    </w:p>
    <w:p>
      <w:pPr>
        <w:jc w:val="right"/>
      </w:pPr>
      <w:r>
        <w:t>مگراسےدورکرنا۔مہربانیکرکےاپنی رائےدیں۔یہتوفرضیباتہے۔ کبھیایسانہیںہوتاکہآپ من فی ردعمل سےاپنےآپکوبچائیںاورپھربھیآپمسئلہبگڑجائے۔</w:t>
      </w:r>
    </w:p>
    <w:p>
      <w:r>
        <w:rPr>
          <w:b/>
        </w:rPr>
        <w:t xml:space="preserve">[1:08:27] </w:t>
      </w:r>
      <w:r>
        <w:t>manfi reaction masla bigadta hai . yeh to sab farzi baaten hain . log chunke is par amal karte nahin hain , woh kehte hain ke kaise kiya jaye ?</w:t>
      </w:r>
    </w:p>
    <w:p>
      <w:pPr>
        <w:jc w:val="right"/>
      </w:pPr>
      <w:r>
        <w:t>من فیردعملمسئلہبگاڑتاہے۔ یہتوسبفرضیباتیںہیں۔ لوگ چونکہ اسپرعمل کرتے نہیںہیں،وہکہتےہیںکہ کیسےکیا جائے؟</w:t>
      </w:r>
    </w:p>
    <w:p>
      <w:r>
        <w:rPr>
          <w:b/>
        </w:rPr>
        <w:t xml:space="preserve">[1:08:37] </w:t>
      </w:r>
      <w:r>
        <w:t>koi ek musalman mere ilm mein nahin hai jisne apne aap ko sahi maano mein sabir banaya ho , manfi reaction se bachaya ho . sare musalman is mein mubtala hain . woh kehte hain ke sabr kab tak karen ?</w:t>
      </w:r>
    </w:p>
    <w:p>
      <w:pPr>
        <w:jc w:val="right"/>
      </w:pPr>
      <w:r>
        <w:t>کوئی ایک مسلمانمیرےعلممیںنہیںہےجسنے اپنے آپ کو صحیحمعنوںمیں صابربنایاہو ، من فیردعملسےبچایاہو۔ سارےمس لماناسمیںمبتلاہیں۔وہکہتےہیںکہص برکبتککریں؟</w:t>
      </w:r>
    </w:p>
    <w:p>
      <w:r>
        <w:rPr>
          <w:b/>
        </w:rPr>
        <w:t xml:space="preserve">[1:08:48] </w:t>
      </w:r>
      <w:r>
        <w:t>to sabr to tum ne kiya hi nahin . sabr kab tak ka sawal kya paida hota hai ? sabr ke formula ko istemal nahin kiya .</w:t>
      </w:r>
    </w:p>
    <w:p>
      <w:pPr>
        <w:jc w:val="right"/>
      </w:pPr>
      <w:r>
        <w:t>توص برتوتمنےکیاہینہیں ۔ صبرکبتککاسوالکیا پیدا ہوتاہے؟ صبرکےفار مولوںکواستعمالہینہیںکیا۔</w:t>
      </w:r>
    </w:p>
    <w:p>
      <w:r>
        <w:rPr>
          <w:b/>
        </w:rPr>
        <w:t xml:space="preserve">[1:08:58] </w:t>
      </w:r>
      <w:r>
        <w:t>jab tak koi ek makhsoos , koi aadmi mujhe makhsoos misaal de sabr ki to main manunga us ko . makhsoos misaal hai .</w:t>
      </w:r>
    </w:p>
    <w:p>
      <w:pPr>
        <w:jc w:val="right"/>
      </w:pPr>
      <w:r>
        <w:t>جب تککوئیایک مخصوص ،کوئیآدمیمجھےم خصوص مثالدے صبر کیتومیںمانوںگااسکو ۔ م خصوص مثالہے۔</w:t>
      </w:r>
    </w:p>
    <w:p>
      <w:r>
        <w:rPr>
          <w:b/>
        </w:rPr>
        <w:t xml:space="preserve">[1:09:06] </w:t>
      </w:r>
      <w:r>
        <w:t>koi shakhs mujhe makhsoos misaal nahin deta . bas hawai misaal deta hai , khali khali misaal deta hai . sabr jo hai dekhiye hadith mein aata hai ilm min nasr ma sabr .</w:t>
      </w:r>
    </w:p>
    <w:p>
      <w:pPr>
        <w:jc w:val="right"/>
      </w:pPr>
      <w:r>
        <w:t>کوئی شخصمجھےم خصوصمثالنہیںدیتا۔ بسہوائیمثالدیتاہے،خ الی خالیمثالدیتاہے۔ صبرجوہےدیکھیےحدیثمیںآتاہےعلم من نصر مع صبر ۔</w:t>
      </w:r>
    </w:p>
    <w:p>
      <w:r>
        <w:rPr>
          <w:b/>
        </w:rPr>
        <w:t xml:space="preserve">[1:09:18] </w:t>
      </w:r>
      <w:r>
        <w:t>sabr ke saath Allah ki madad jurri hui hai . to aap sabr karenge to madad lazman milegi , aap ko kaise nahin milegi ? to yeh farzi misalen le kar kehte hain .</w:t>
      </w:r>
    </w:p>
    <w:p>
      <w:pPr>
        <w:jc w:val="right"/>
      </w:pPr>
      <w:r>
        <w:t>صبرکےساتھ اللہ کیمددجڑیہوئیہے۔ تو آپصبرکریںگےتومدد لازماًملےگی،آپکوکیسےنہیںملےگی؟ تویہ فرضی مثالیںلےکرکہتےہیں۔</w:t>
      </w:r>
    </w:p>
    <w:p>
      <w:r>
        <w:rPr>
          <w:b/>
        </w:rPr>
        <w:t xml:space="preserve">[1:09:32] </w:t>
      </w:r>
      <w:r>
        <w:t>main logon se poochta hoon ke makhsoos</w:t>
      </w:r>
    </w:p>
    <w:p>
      <w:pPr>
        <w:jc w:val="right"/>
      </w:pPr>
      <w:r>
        <w:t>میںلوگوںسےپوچھتاہوںکہ م خص</w:t>
      </w:r>
    </w:p>
    <w:p>
      <w:r>
        <w:rPr>
          <w:b/>
        </w:rPr>
        <w:t xml:space="preserve">[1:09:34] </w:t>
      </w:r>
      <w:r>
        <w:t>makhsoos misaal do , aisa jo waqea guzra ho woh batao . to koi nahin bata pata .</w:t>
      </w:r>
    </w:p>
    <w:p>
      <w:pPr>
        <w:jc w:val="right"/>
      </w:pPr>
      <w:r>
        <w:t>وصمثالدو ، ایساجوواقعہگزراہو وہبتاؤ۔ توکوئینہیںبتاپاتا۔</w:t>
      </w:r>
    </w:p>
    <w:p>
      <w:r>
        <w:rPr>
          <w:b/>
        </w:rPr>
        <w:t xml:space="preserve">[1:09:43] </w:t>
      </w:r>
      <w:r>
        <w:t>koi nahin bata pata . sabr ka matlab hai behtar mansooba bandi . sabr ka matlab hai behtar mansooba bandi . woh jo aap karte hain ke reaction karte hain , woh woh woh bohat hi galat mansooba bandi hoti hai .</w:t>
      </w:r>
    </w:p>
    <w:p>
      <w:pPr>
        <w:jc w:val="right"/>
      </w:pPr>
      <w:r>
        <w:t>کوئیبھینہیںبتاپاتا۔ صبرکامطلبہے بہتر منصوبہبندی ۔ صبرکامطلبہےبہترمنصوبہبندی۔وہجوآپکرتے ہیںکہ ردعملکرتےہیں، وہ وہ وہ بہت ہیغلطمنصوبہبندیہوتیہے۔</w:t>
      </w:r>
    </w:p>
    <w:p>
      <w:r>
        <w:rPr>
          <w:b/>
        </w:rPr>
        <w:t xml:space="preserve">[1:09:57] </w:t>
      </w:r>
      <w:r>
        <w:t>jab aap reaction na karen to aap zyada soch paate hain . aur natije ko le kar sochte hain , halaat ko le kar sochte hain .</w:t>
      </w:r>
    </w:p>
    <w:p>
      <w:pPr>
        <w:jc w:val="right"/>
      </w:pPr>
      <w:r>
        <w:t>جبآپ ردعملنہکریں تو آپ زیادہ سوچپاتےہیں۔ اور نتیجےکولےکرسوچپاتےہیں، حالاتکولےکرسوچپاتےہیں۔</w:t>
      </w:r>
    </w:p>
    <w:p>
      <w:r>
        <w:rPr>
          <w:b/>
        </w:rPr>
        <w:t xml:space="preserve">[1:10:07] </w:t>
      </w:r>
      <w:r>
        <w:t>to woh hi to mansooba bandi hai . sabr ka matlab behtar mansooba bandi hai . sabr ka matlab be amal nahin hai .</w:t>
      </w:r>
    </w:p>
    <w:p>
      <w:pPr>
        <w:jc w:val="right"/>
      </w:pPr>
      <w:r>
        <w:t>تووہیتومنصوبہبندیہے۔ صبرکامطلببہ ترمنصوبہبندیہے۔ صبرکامطلببےعمل نہیںہے۔</w:t>
      </w:r>
    </w:p>
    <w:p>
      <w:r>
        <w:rPr>
          <w:b/>
        </w:rPr>
        <w:t xml:space="preserve">[1:10:17] </w:t>
      </w:r>
      <w:r>
        <w:t>molana hiya an adras sawal . kya hai pur aman activity aur kya hain is ki manzoor shuda tareeqe Islam mein ?</w:t>
      </w:r>
    </w:p>
    <w:p>
      <w:pPr>
        <w:jc w:val="right"/>
      </w:pPr>
      <w:r>
        <w:t>مولاناہیازانادرسوال ۔کیا ہے پُرامن ایکٹیوی شن اور کیا ہیں اسکی منظورشدہط ریقے اسلام میں؟</w:t>
      </w:r>
    </w:p>
    <w:p>
      <w:r>
        <w:rPr>
          <w:b/>
        </w:rPr>
        <w:t xml:space="preserve">[1:10:28] </w:t>
      </w:r>
      <w:r>
        <w:t>pur aman activity yeh hai ke aap pur aman rahen aur kya hai ? ke reaction na kijiye . jaise rasool Allah sal Allah aleh wasalam ke zamane mein wahan makkah mein teen so aath but the .</w:t>
      </w:r>
    </w:p>
    <w:p>
      <w:pPr>
        <w:jc w:val="right"/>
      </w:pPr>
      <w:r>
        <w:t>پُرامنایکٹیویشنیہہےکہآپ پُرامنرہیےاورکیاہے؟ کہردعملنہکیجیے۔ جیسےرسولاللہصلیاللہعلیہوسلمکےزمانےمیںوہاں مکہمیں تینسوآٹھبت تھے۔</w:t>
      </w:r>
    </w:p>
    <w:p>
      <w:r>
        <w:rPr>
          <w:b/>
        </w:rPr>
        <w:t xml:space="preserve">[1:10:40] </w:t>
      </w:r>
      <w:r>
        <w:t>to aap pur aman rahen .</w:t>
      </w:r>
    </w:p>
    <w:p>
      <w:pPr>
        <w:jc w:val="right"/>
      </w:pPr>
      <w:r>
        <w:t>توآپپُرامنرہے۔</w:t>
      </w:r>
    </w:p>
    <w:p>
      <w:r>
        <w:rPr>
          <w:b/>
        </w:rPr>
        <w:t xml:space="preserve">[1:10:42] </w:t>
      </w:r>
      <w:r>
        <w:t>ab ab kahein agar koi koi but agar dekhta aadmi musalman to bhadak uthta , lagta tod phod karne . rasool Allah sal Allah aleh wasalam teen so aath but the wahan par , tera saal tak aap rahe , kabhi aap ne tod phod nahin ki .</w:t>
      </w:r>
    </w:p>
    <w:p>
      <w:pPr>
        <w:jc w:val="right"/>
      </w:pPr>
      <w:r>
        <w:t>اب ابکہیںاگرکوئی کوئیبت اگردیکھتاآدمیمسلمانتوبھڑکاٹھتا،لگتاتوڑپھوڑکرنے ۔ رسولاللہصلیاللہعلیہوسلمتینسوآٹھبتتھےوہاںپر، تیرہسالتک آپرہے،کبھیآپنےتوڑپھوڑنہیںکی۔</w:t>
      </w:r>
    </w:p>
    <w:p>
      <w:r>
        <w:rPr>
          <w:b/>
        </w:rPr>
        <w:t xml:space="preserve">[1:10:54] </w:t>
      </w:r>
      <w:r>
        <w:t>yeh hai pur aman tareeqa . to aap is ke bare mein pur aman reh kar aap ne kitni zabardast mansooba bandi ki ke pora arab islami ho gaya .</w:t>
      </w:r>
    </w:p>
    <w:p>
      <w:pPr>
        <w:jc w:val="right"/>
      </w:pPr>
      <w:r>
        <w:t>یہہےپُرامن طریقہ۔ توآپ اسکےبارےمیں پُرامنرہکرکےآپنےکتنیزبردستمنصوبہبندیکی کہپوراعرب اسلامی ہوگیا۔</w:t>
      </w:r>
    </w:p>
    <w:p>
      <w:r>
        <w:rPr>
          <w:b/>
        </w:rPr>
        <w:t xml:space="preserve">[1:11:06] </w:t>
      </w:r>
      <w:r>
        <w:t>pur aman tareeqe ka matlab yeh hai ke aap bhadken na hon , ghussa na hon , mushtael na hon . aur bohat hi thande tareeqe se soch kar ke kaam karen .</w:t>
      </w:r>
    </w:p>
    <w:p>
      <w:pPr>
        <w:jc w:val="right"/>
      </w:pPr>
      <w:r>
        <w:t>پُرامنطریقےکامطلبیہہےکہآپ بھڑکنہہوں، غصہنہہوں، مشت علنہہوں۔ اور بہتہیٹھنڈےطریقےسےسوچکرکے کام کریں۔</w:t>
      </w:r>
    </w:p>
    <w:p>
      <w:r>
        <w:rPr>
          <w:b/>
        </w:rPr>
        <w:t xml:space="preserve">[1:11:14] </w:t>
      </w:r>
      <w:r>
        <w:t>aur khaas taur par natija , natija aur mansooba bandi . natije ko dekh kar mansooba karen apne amal ka .</w:t>
      </w:r>
    </w:p>
    <w:p>
      <w:pPr>
        <w:jc w:val="right"/>
      </w:pPr>
      <w:r>
        <w:t>اورخاص طورپرنتیجہ ،نتیجہاورمنصوبہبندی۔ نتیجے کودیکھکر منصوبہکریںاپنےعمل کا۔</w:t>
      </w:r>
    </w:p>
    <w:p>
      <w:r>
        <w:rPr>
          <w:b/>
        </w:rPr>
        <w:t xml:space="preserve">[1:11:23] </w:t>
      </w:r>
      <w:r>
        <w:t>yahi hai pur aman tareeqa . log aam taur par bhadak uthte hain . jab bhadak uthte hain to pur aman tareeqa kaise istemal kar payenge woh ?</w:t>
      </w:r>
    </w:p>
    <w:p>
      <w:pPr>
        <w:jc w:val="right"/>
      </w:pPr>
      <w:r>
        <w:t>یہیہےپُرامنطریقہ۔ لوگ عامطورپربھڑکاٹھتےہیں۔ جببھڑکاٹھتےہیںتو پُرامنطریقہ کیسےاستعمال کرپائیںگےوہ؟</w:t>
      </w:r>
    </w:p>
    <w:p>
      <w:r>
        <w:rPr>
          <w:b/>
        </w:rPr>
        <w:t xml:space="preserve">[1:11:35] </w:t>
      </w:r>
      <w:r>
        <w:t>is sawal hai Mr. Khwaja Kaleemuddin se Pennsylvania. Maulana sahib, haliya maroof case of manfi soch aur nafrat jo Muslims harbor against kisi group hai, yeh hai ke after the haliya qatl aam of Ahmadis in Lahore, Pakistan, the mainstream Maulvis there started kehne lage ke yeh ek sazish thi of Ahmadis themselves.</w:t>
      </w:r>
    </w:p>
    <w:p>
      <w:pPr>
        <w:jc w:val="right"/>
      </w:pPr>
      <w:r>
        <w:t>اسسوال ہے مسٹر خواجہکلیم الدینسے پینسلوینیا۔ مول اناصاحب،ح الیہ معروف کیس آف من فی سو چ اور نفر ت جو مسلمزہاربر اگینسٹ کسی گروپ ہے،یہ ہےکہ آفتردا حالیہ قتل عام آف احمد یز ان لاہور، پاکستان ،دا مین سٹریم مول ویز دیرسٹارٹڈ کہ نے لگےکہ یہ ایک ساز ش تھیآف احمد یز دیمسیلفس۔</w:t>
      </w:r>
    </w:p>
    <w:p>
      <w:r>
        <w:rPr>
          <w:b/>
        </w:rPr>
        <w:t xml:space="preserve">[1:12:04] </w:t>
      </w:r>
      <w:r>
        <w:t>they kehte hain ke Ahmadis themselves perpetrated this atrocity on their own people to draw the attention of international community towards their plight in Pakistan.</w:t>
      </w:r>
    </w:p>
    <w:p>
      <w:pPr>
        <w:jc w:val="right"/>
      </w:pPr>
      <w:r>
        <w:t>دےکہتےہیںکہ احمد یزدیمسیلفس پرپیٹریٹڈدسایٹراس ٹی آن دیراون پیپل ٹوڈرادیاٹینشن آف انٹرنیشنل کمیون ٹی ٹورڈزدیرپلائٹ ان پاکستان ۔</w:t>
      </w:r>
    </w:p>
    <w:p>
      <w:r>
        <w:rPr>
          <w:b/>
        </w:rPr>
        <w:t xml:space="preserve">[1:12:18] </w:t>
      </w:r>
      <w:r>
        <w:t>they want all laws against them be repealed. to my view, this sazish is the height of not their naivety but nafrat aur manfi soch.</w:t>
      </w:r>
    </w:p>
    <w:p>
      <w:pPr>
        <w:jc w:val="right"/>
      </w:pPr>
      <w:r>
        <w:t>دےوانٹدالازاگینسٹدیمبی ری اپیلڈ۔ ٹومائیویو،دسازدا ہائیٹآف ناٹدیرنائیوی ٹی بٹ نفرت اور من فی سوچ ۔</w:t>
      </w:r>
    </w:p>
    <w:p>
      <w:r>
        <w:rPr>
          <w:b/>
        </w:rPr>
        <w:t xml:space="preserve">[1:12:29] </w:t>
      </w:r>
      <w:r>
        <w:t>molana sahib, meharbani karke apni rai dein.</w:t>
      </w:r>
    </w:p>
    <w:p>
      <w:pPr>
        <w:jc w:val="right"/>
      </w:pPr>
      <w:r>
        <w:t>مول اناصاحب،مہربانیکرکےاپنی رائےدیں۔</w:t>
      </w:r>
    </w:p>
    <w:p>
      <w:r>
        <w:rPr>
          <w:b/>
        </w:rPr>
        <w:t xml:space="preserve">[1:12:34] </w:t>
      </w:r>
      <w:r>
        <w:t>aajkal musalmanon ka haal yeh hai ke ek taraf ghalat kaam karenge, phir jhoot hi bolenge. wohi mani bataiye ke woh jo waqea hua ahmadi firqe ke masjidon mein, unhone khud hi karliya tha? unhone? nahin, nahin, nahin.</w:t>
      </w:r>
    </w:p>
    <w:p>
      <w:pPr>
        <w:jc w:val="right"/>
      </w:pPr>
      <w:r>
        <w:t>آجکلمسلمانوںکاحالیہہے کہایکطرف غ لطکامکریںگے،پھرجھوٹہیبولیںگے۔ وہیعنیبتائیےکہوہجوواقعہہوا احمد یفرقےکےمسجدوںمیں، انہوںنےخودہیکرلیاتھا؟انہوںنے ؟نہیں،نہیں، نہیں۔</w:t>
      </w:r>
    </w:p>
    <w:p>
      <w:r>
        <w:rPr>
          <w:b/>
        </w:rPr>
        <w:t xml:space="preserve">[1:12:48] </w:t>
      </w:r>
      <w:r>
        <w:t>kitna zyada yeh bada gunah hai yeh ke aap ne aap karein, iske baad jhoot hi bolein ke humne nahin kiya.</w:t>
      </w:r>
    </w:p>
    <w:p>
      <w:pPr>
        <w:jc w:val="right"/>
      </w:pPr>
      <w:r>
        <w:t>کتنا زیادہ یہ بڑ اگناہہےیہ کہآپ نے آپکریں،اسکےبعدجھوٹہیبولیںکہہمنےنہیںکیا۔</w:t>
      </w:r>
    </w:p>
    <w:p>
      <w:r>
        <w:rPr>
          <w:b/>
        </w:rPr>
        <w:t xml:space="preserve">[1:12:57] </w:t>
      </w:r>
      <w:r>
        <w:t>yani kyun koi aapko marwayega? bataiye. yani aapko khud hi kyun marwayega? bataiye.</w:t>
      </w:r>
    </w:p>
    <w:p>
      <w:pPr>
        <w:jc w:val="right"/>
      </w:pPr>
      <w:r>
        <w:t>یعنیکیوںکوئیآپکو مروائےگا؟بتائیے۔ یعنیآپکوخودہیکیوںمروائےگا؟بتائیے۔</w:t>
      </w:r>
    </w:p>
    <w:p>
      <w:r>
        <w:rPr>
          <w:b/>
        </w:rPr>
        <w:t xml:space="preserve">[1:13:04] </w:t>
      </w:r>
      <w:r>
        <w:t>yeh sawal hai iska. aisi jo september 11 jo waqea hua, usmein kehte hain ke america ne khud hi kar diya. yani yeh yani jhoot itna aam ho gaya musalmanon mein, darte nahin ke jhoot ke saath jannat mein nahin ja paayenge woh.</w:t>
      </w:r>
    </w:p>
    <w:p>
      <w:pPr>
        <w:jc w:val="right"/>
      </w:pPr>
      <w:r>
        <w:t>یہس والہےاسکا۔ایسیجو ستمبر 11جوواقعہہوا،اسمیںکہتےہیںکہامریکہنےخودہیکردیا۔ یعنی یہ یعنیجھوٹ اتناعامہوگیا مسلمانوںمیں، ڈرتےنہیں کہ جھوٹکےساتھ جنتمیںنہیں جاپائیںگےوہ۔</w:t>
      </w:r>
    </w:p>
    <w:p>
      <w:r>
        <w:rPr>
          <w:b/>
        </w:rPr>
        <w:t xml:space="preserve">[1:13:19] </w:t>
      </w:r>
      <w:r>
        <w:t>yaad rakhiye, jhoot bolega woh kabhi jannat mein nahin jayega woh. fi allah taala ke haan maqad sadqah hai.</w:t>
      </w:r>
    </w:p>
    <w:p>
      <w:pPr>
        <w:jc w:val="right"/>
      </w:pPr>
      <w:r>
        <w:t>یادرکھیے،جھوٹبولےگاوہ کبھیجنتمیںنہیںجائےگاوہ۔ فی اللہتعالیٰکےہاں مقعد صدقہے۔</w:t>
      </w:r>
    </w:p>
    <w:p>
      <w:r>
        <w:rPr>
          <w:b/>
        </w:rPr>
        <w:t xml:space="preserve">[1:13:29] </w:t>
      </w:r>
      <w:r>
        <w:t>yani sach bolne walon ko wahan seat milegi. jhoot bolega uska seat nahin milegi wahan. mein bahut hi talkh tajurba hai ke musalman be-dhadak jhoot bolte hain.</w:t>
      </w:r>
    </w:p>
    <w:p>
      <w:pPr>
        <w:jc w:val="right"/>
      </w:pPr>
      <w:r>
        <w:t>یعنیسچ بولنےوالوںکووہاںسیٹملےگی۔ جھوٹبولےگااسکوسیٹنہیںملےگیوہاں۔ میں بہتہی تلختجربہہےکہمسلمانبہتدھومسےجھوٹبولتےہیں۔</w:t>
      </w:r>
    </w:p>
    <w:p>
      <w:r>
        <w:rPr>
          <w:b/>
        </w:rPr>
        <w:t xml:space="preserve">[1:13:39] </w:t>
      </w:r>
      <w:r>
        <w:t>yani khud hi karenge aur kahenge nahin, nahin, humne toh nahin kiya. aur darte nahin ke woh ke jahannum, woh darte nahin ke jannat nahin milegi jhoot bolne walon ko.</w:t>
      </w:r>
    </w:p>
    <w:p>
      <w:pPr>
        <w:jc w:val="right"/>
      </w:pPr>
      <w:r>
        <w:t>یعنیخود ہیکریںگےاورکہیںگےنہیں،نہیں،ہمنےتونہیںکیا۔ اور ڈرتےنہیںکہوہ کہ جہنم، وہ ڈرتےنہیںکہ جنت نہیںملےگی جھوٹبولنےوالوںکو۔</w:t>
      </w:r>
    </w:p>
    <w:p>
      <w:r>
        <w:rPr>
          <w:b/>
        </w:rPr>
        <w:t xml:space="preserve">[1:13:54] </w:t>
      </w:r>
      <w:r>
        <w:t>dekhiye, ahmadi firqe ke saath jo kuch hua hai, mein isko saare ulama ko zimmedar qarar deta hoon.</w:t>
      </w:r>
    </w:p>
    <w:p>
      <w:pPr>
        <w:jc w:val="right"/>
      </w:pPr>
      <w:r>
        <w:t>دیکھیے،احمد یفرقےکےساتھجوکچھہواہے، میں اسکو سارےعلماءکوذمہدارقراردیتاہوں۔</w:t>
      </w:r>
    </w:p>
    <w:p>
      <w:r>
        <w:rPr>
          <w:b/>
        </w:rPr>
        <w:t xml:space="preserve">[1:14:02] </w:t>
      </w:r>
      <w:r>
        <w:t>dekhiye, is qism ka jo waqea hai jaise ahmadi firqe ka waqea tha, mein ahmadis ko ghalat samajhta hoon. lekin yeh jo fatwa jo lagaya gaya ke madhool, kafir hain, aur jo woh woh joh wohin,</w:t>
      </w:r>
    </w:p>
    <w:p>
      <w:pPr>
        <w:jc w:val="right"/>
      </w:pPr>
      <w:r>
        <w:t>دیکھیے، اسقسم کاجوواقعہہےجیسےاحمدیفرقےکاواقعہتھا، میں احمدیوںکوغلطسمجھتاہوں۔ لیکن یہجو فتویٰجولگایاگیا کہ ماڈلہو،کافر ہیں، اور جو وہ وہجوہیں،</w:t>
      </w:r>
    </w:p>
    <w:p>
      <w:r>
        <w:rPr>
          <w:b/>
        </w:rPr>
        <w:t xml:space="preserve">[1:14:18] </w:t>
      </w:r>
      <w:r>
        <w:t>yeh yeh fatwa apne aap mein ghalat hai. aap ko fatwa dene ka haq nahin hai.</w:t>
      </w:r>
    </w:p>
    <w:p>
      <w:pPr>
        <w:jc w:val="right"/>
      </w:pPr>
      <w:r>
        <w:t>یہ یہفتویٰاپنےآپمیںغلطہے۔ آپ کوفتویٰدینےکاحقنہیںہے۔</w:t>
      </w:r>
    </w:p>
    <w:p>
      <w:r>
        <w:rPr>
          <w:b/>
        </w:rPr>
        <w:t xml:space="preserve">[1:14:24] </w:t>
      </w:r>
      <w:r>
        <w:t>aap nasihat kijiye, aap tabligh kijiye, aap dawat kijiye, dalail se unhein rokiye. aap fatwa kyun dete hain?</w:t>
      </w:r>
    </w:p>
    <w:p>
      <w:pPr>
        <w:jc w:val="right"/>
      </w:pPr>
      <w:r>
        <w:t>آپ نصیحتکیجیے،آپ تبلیغکیجیے،آپدعوتکیجیے، دلائلسےانکوردکیجیے۔آپفتویٰ کیوںدیتےہیں؟</w:t>
      </w:r>
    </w:p>
    <w:p>
      <w:r>
        <w:rPr>
          <w:b/>
        </w:rPr>
        <w:t xml:space="preserve">[1:14:32] </w:t>
      </w:r>
      <w:r>
        <w:t>kufr ka fatwa aur ek unhein madhoolon ka fatwa. aap ko mein ek hawala deta hoon. sahih muslim joh hai, kitab authentic, uska sharah likhi hai imam nawawi ne. bahut top ke muhaddis khud bhi hain.</w:t>
      </w:r>
    </w:p>
    <w:p>
      <w:pPr>
        <w:jc w:val="right"/>
      </w:pPr>
      <w:r>
        <w:t>کفرکافتویٰاورایک انکو ماڈلوںکافتویٰ۔ آپکومیں ایک حوالہ دیتاہوں۔ صحیحمسلمجوہے، کتاب اتھینٹک، اس کا شرحلکھیہے امامنووینے۔بہت ٹاپکےمحدثخودبھیہیں۔</w:t>
      </w:r>
    </w:p>
    <w:p>
      <w:r>
        <w:rPr>
          <w:b/>
        </w:rPr>
        <w:t xml:space="preserve">[1:14:49] </w:t>
      </w:r>
      <w:r>
        <w:t>imam nawawi ka sharah joh hai sahih muslim par, usko padhiye aap. usmein likhte hain woh ke is par ittefaq ho chuka hai ulama ka ke ahl-e-qibla ki takfeer nahin hogi.</w:t>
      </w:r>
    </w:p>
    <w:p>
      <w:pPr>
        <w:jc w:val="right"/>
      </w:pPr>
      <w:r>
        <w:t>امامنوویکیشرحجوہےصحیحمسلمپر،اسکوپڑھیےآپ۔ اسمیںلکھتےہیںوہ کہ اس پر اتفاقہوچکاہےعلماءکا کہ اہلقبلہکیتکفیرنہیںہوگی۔</w:t>
      </w:r>
    </w:p>
    <w:p>
      <w:r>
        <w:rPr>
          <w:b/>
        </w:rPr>
        <w:t xml:space="preserve">[1:15:03] </w:t>
      </w:r>
      <w:r>
        <w:t>is par ittefaq ho chuka hai. la yukaffir ahadun minna ahlal qibla. mere paas kitab maujood hai, koi dekh sakta hai aakar ke. la yukaffir ahadun minna ahlal qibla.</w:t>
      </w:r>
    </w:p>
    <w:p>
      <w:pPr>
        <w:jc w:val="right"/>
      </w:pPr>
      <w:r>
        <w:t>اسپراتفاقہوچکاہے۔ لا یک فر احد مناہلالقبلہ۔ میرےپاسکتاب موجود ہے،کوئیدیکھسکتاہےآکرکے۔ لا یک فر احد مناہلالقبلہ۔</w:t>
      </w:r>
    </w:p>
    <w:p>
      <w:r>
        <w:rPr>
          <w:b/>
        </w:rPr>
        <w:t xml:space="preserve">[1:15:13] </w:t>
      </w:r>
      <w:r>
        <w:t>yani qibla ki taraf joh rukh karke namaz padhe, uski takfeer nahin ki jayegi.</w:t>
      </w:r>
    </w:p>
    <w:p>
      <w:pPr>
        <w:jc w:val="right"/>
      </w:pPr>
      <w:r>
        <w:t>یعنیقبل ےکیطرفجورخکرکےنمازپڑھے،اسکیتکفیرنہیںکیجائےگی۔</w:t>
      </w:r>
    </w:p>
    <w:p>
      <w:r>
        <w:rPr>
          <w:b/>
        </w:rPr>
        <w:t xml:space="preserve">[1:15:18] </w:t>
      </w:r>
      <w:r>
        <w:t>aur ahmadis ke masjid mein jaakar dekhiye, woh qibla ki taraf rukh karke namaz padhte hain. toh aap haq keh dein aap takfeer karne ka. woh ghalat hain toh unki unki nasihat kijiye.</w:t>
      </w:r>
    </w:p>
    <w:p>
      <w:pPr>
        <w:jc w:val="right"/>
      </w:pPr>
      <w:r>
        <w:t>اور احمد یوںکےمسجدمیںجاکردیکھیے،وہ قبل ےکیطرفرخکرکےنمازپڑھتےہیں۔ توآپحق کہہدیںآپتکفیرکرنے کا ۔ وہغلطہےتوانکیانکینصیحتکیجیے۔</w:t>
      </w:r>
    </w:p>
    <w:p>
      <w:r>
        <w:rPr>
          <w:b/>
        </w:rPr>
        <w:t xml:space="preserve">[1:15:30] </w:t>
      </w:r>
      <w:r>
        <w:t>aap kitaab mein likhiye, unko samjhaiye, unko draiye allah taala se. mein ahmadis ko ghalat samajhta hoon, lekin takfeer ko bhi ghalat samajhta hoon.</w:t>
      </w:r>
    </w:p>
    <w:p>
      <w:pPr>
        <w:jc w:val="right"/>
      </w:pPr>
      <w:r>
        <w:t>آپ کتاب یںلکھیے،انکوسمجھائیے، انکوڈرائیےاللہتعالیٰسے ۔ میں احمد یوںکوغلطسمجھتاہوں،لیکن تکفیرکوبھیغلطسمجھتاہوں۔</w:t>
      </w:r>
    </w:p>
    <w:p>
      <w:r>
        <w:rPr>
          <w:b/>
        </w:rPr>
        <w:t xml:space="preserve">[1:15:41] </w:t>
      </w:r>
      <w:r>
        <w:t>ahmadi bilashuba ghalati par hain, lekin takfeer karne wale bhi bilashuba ghalati par hain.</w:t>
      </w:r>
    </w:p>
    <w:p>
      <w:pPr>
        <w:jc w:val="right"/>
      </w:pPr>
      <w:r>
        <w:t>احمد یبلاشبہغلطیپرہیں،لیکن تکفیرکرنے والےبھیبلاشبہغلطیپرہیں۔</w:t>
      </w:r>
    </w:p>
    <w:p>
      <w:r>
        <w:rPr>
          <w:b/>
        </w:rPr>
        <w:t xml:space="preserve">[1:15:48] </w:t>
      </w:r>
      <w:r>
        <w:t>is mein koi shaq nahin. la yukaffir ahadun minna ahlal qibla. yani aakhri cheez joh hai, woh ek aadmi apna qibla joh hai kaaba ki bajaye kuch aur bana le. toh aisi kaun karta hai? kisne aisa kiya hai?</w:t>
      </w:r>
    </w:p>
    <w:p>
      <w:pPr>
        <w:jc w:val="right"/>
      </w:pPr>
      <w:r>
        <w:t>اسمیںکوئیشکنہیں ۔ لا یک فر احدمناہلالقبلہ۔ یعنی آخریچیز جوہے، وہ ایک آدمی اپناقبل ہجوہے کعبہکیبجائےکچھاوربنالے۔توایساکونکرتاہے؟کسنےایساکیاہے؟</w:t>
      </w:r>
    </w:p>
    <w:p>
      <w:r>
        <w:rPr>
          <w:b/>
        </w:rPr>
        <w:t xml:space="preserve">[1:16:04] </w:t>
      </w:r>
      <w:r>
        <w:t>mere paas woh kitab maujood hai, aap aakar dekh lijiye. la yukaffir ahadun minna ahlal qibla. toh mere nazdeek ahmadi firqa bhi ghalat hai aur takfeer karne wale bhi ghalat hain, sabke sab.</w:t>
      </w:r>
    </w:p>
    <w:p>
      <w:pPr>
        <w:jc w:val="right"/>
      </w:pPr>
      <w:r>
        <w:t>میرےپاسوہکتاب موجود ہے،آپآکردیکھلیجیے۔ لا یکفر احد مناہلالقبلہ۔ تومیرےنزدیک احمد ی فرقہ بھیغلطہے اور تکفیرکرنےوالےبھیغلطہیں،سبکےسب ۔</w:t>
      </w:r>
    </w:p>
    <w:p>
      <w:r>
        <w:rPr>
          <w:b/>
        </w:rPr>
        <w:t xml:space="preserve">[1:16:17] </w:t>
      </w:r>
      <w:r>
        <w:t>donon mein se koi bhi ghalati se bacha hua nahin hai. aur jab aap takfeer karein aur kahein ke woh qatl hadd, toh zahir hai ke log marenge jaakar ke.</w:t>
      </w:r>
    </w:p>
    <w:p>
      <w:pPr>
        <w:jc w:val="right"/>
      </w:pPr>
      <w:r>
        <w:t>دونوںمیںسےکوئیبھی غلطیسےبچاہوانہیںہے۔ اور جبآپ تکفیرکریں اور کہیںکہوہ یقتل حداً، توظاہرہےکہلوگماریںگےجاکرکے۔</w:t>
      </w:r>
    </w:p>
    <w:p>
      <w:r>
        <w:rPr>
          <w:b/>
        </w:rPr>
        <w:t xml:space="preserve">[1:16:27] </w:t>
      </w:r>
      <w:r>
        <w:t>to saare ulama par uska gunah hai, yaad rakhiye. ismein koi shaq nahin hai. kya haq hai aapko takfeer karne ka? yeh Allah taala ka deen-e-pragat hai, God Almighty.</w:t>
      </w:r>
    </w:p>
    <w:p>
      <w:pPr>
        <w:jc w:val="right"/>
      </w:pPr>
      <w:r>
        <w:t>تو سارےعلماءپراسکاگناہہے،یادرکھیے۔ اسمیںکوئیشکنہیںہے۔ کیاحقہےآپکوتکفیرکرنےکا ؟ یہ اللہ تعالیٰکا دین ِپراگٹہے، گاڈآلمائٹی۔</w:t>
      </w:r>
    </w:p>
    <w:p>
      <w:r>
        <w:rPr>
          <w:b/>
        </w:rPr>
        <w:t xml:space="preserve">[1:16:40] </w:t>
      </w:r>
      <w:r>
        <w:t>Allah ka maidan hai, woh kisko kafir kahe, kisko kafir na kahe, aapka maidan nahin hai yeh.</w:t>
      </w:r>
    </w:p>
    <w:p>
      <w:pPr>
        <w:jc w:val="right"/>
      </w:pPr>
      <w:r>
        <w:t>اللہ کا میدانہے، وہکسکوکافرکہے،کسکوکافرنہکہے،آپکامیداننہیںہے یہ۔</w:t>
      </w:r>
    </w:p>
    <w:p>
      <w:r>
        <w:rPr>
          <w:b/>
        </w:rPr>
        <w:t xml:space="preserve">[1:16:48] </w:t>
      </w:r>
      <w:r>
        <w:t>aur ab jo ahmadion ke saath jo kuch hua, abhi iski mazammat tak koi nahin ki, bade bade tareeqe se kisi ne ki. yeh kehne ke saath khud hi kar liya ahmadion ne. yeh toh bahut badi sarkashi hai, jhoot hai, aur yaani gunah par sarkashi ka izafa hai.</w:t>
      </w:r>
    </w:p>
    <w:p>
      <w:pPr>
        <w:jc w:val="right"/>
      </w:pPr>
      <w:r>
        <w:t>اور ابجو احمد یوںکےساتھجوکچھہوا،ابھی اسکیمذ متبھیکوئینہیںکی، بڑےبڑےطریقےسےکسی نےکی۔ یہ کہنےکےساتھ خودہیکرلیااحمد یوںنے۔ یہتوبہت بڑی سرکشیہے، جھوٹہے، اور یعنی گناہ پرسرکشیکااضافہہے۔</w:t>
      </w:r>
    </w:p>
    <w:p>
      <w:r>
        <w:rPr>
          <w:b/>
        </w:rPr>
        <w:t xml:space="preserve">[1:17:05] </w:t>
      </w:r>
      <w:r>
        <w:t>yaani gunah par sarkashi ka izafa hai. logon ko chahiye ke woh muhasba karein, introspection karein, apni galtiyon ko maarein. is tarah duniya mein reh sakte hain aap.</w:t>
      </w:r>
    </w:p>
    <w:p>
      <w:pPr>
        <w:jc w:val="right"/>
      </w:pPr>
      <w:r>
        <w:t>یعنیگناہپرسرکشیکااضافہہے۔ لوگوںکوچاہیےکہوہمحاسبہکریں، انٹروسپیک شنکریں، اپنیغلطیوںکوماریں۔ اس طرح دنیا میںرہسکتےہیںآپ ۔</w:t>
      </w:r>
    </w:p>
    <w:p>
      <w:r>
        <w:rPr>
          <w:b/>
        </w:rPr>
        <w:t xml:space="preserve">[1:17:16] </w:t>
      </w:r>
      <w:r>
        <w:t>duniya mein is waqt Islam ko zaleel kar rahe hain yeh log. ke Islam jo hai, woh azadi azadi ko nahin manta. Islam mein jaan ki ehtram nahin hai wagera.</w:t>
      </w:r>
    </w:p>
    <w:p>
      <w:pPr>
        <w:jc w:val="right"/>
      </w:pPr>
      <w:r>
        <w:t>دنیا میںاسوقت اسلام کوذلیل کررہےہیںیہلوگ ۔ کہاسلام جوہے، وہ آزادی آزادیکونہیں مانتا۔ اسلام میں جان کی احترامنہیںہے وغیرہ۔</w:t>
      </w:r>
    </w:p>
    <w:p>
      <w:r>
        <w:rPr>
          <w:b/>
        </w:rPr>
        <w:t xml:space="preserve">[1:17:28] </w:t>
      </w:r>
      <w:r>
        <w:t>dekhiye, Islam ki kya aap tasveer bana rahe hain? yeh log Islam ke qatil hain, nauzubillah, jo log aisa kar rahe hain. mujhe toh zara bhi shaq nahin ke yeh is maamle mein Ahmadi galat hain aur doosre bhi galat hain, dono galat hain.</w:t>
      </w:r>
    </w:p>
    <w:p>
      <w:pPr>
        <w:jc w:val="right"/>
      </w:pPr>
      <w:r>
        <w:t>دیکھیے،اسلام کیکیا آپ تصویربنارہےہیں؟ یہلوگ اسلام کےقاتلہیں،نعوذباللہ، جولوگایساکررہےہیں۔ مجھےتو ذرابھیشکنہیںکہیہ اسمعاملےمیں احمد یغلطہیںاوردوسرےبھیغلطہیں،دونوںغلطہیں۔</w:t>
      </w:r>
    </w:p>
    <w:p>
      <w:r>
        <w:rPr>
          <w:b/>
        </w:rPr>
        <w:t xml:space="preserve">[1:17:46] </w:t>
      </w:r>
      <w:r>
        <w:t>is sawal hai Mr. Terence Shiraz se New Delhi. farz karein ek ladka aur ladki college mein padhte hain, unmein aap samjhein doosti hai.</w:t>
      </w:r>
    </w:p>
    <w:p>
      <w:pPr>
        <w:jc w:val="right"/>
      </w:pPr>
      <w:r>
        <w:t>اسس وال ہے مس ٹرنفیس شیراز سے نیودہلی۔ فرضکریںایک لڑکا اور لڑکی کالجمیں پڑھتےہیں، انمیںآپ سمیں دو ستیہے۔</w:t>
      </w:r>
    </w:p>
    <w:p>
      <w:r>
        <w:rPr>
          <w:b/>
        </w:rPr>
        <w:t xml:space="preserve">[1:17:58] </w:t>
      </w:r>
      <w:r>
        <w:t>dono ek saath restaurant mein khana khate hain, ghoomne jaate hain, cinema hall mein ek saath film dekhte hain, park mein baith kar ghanton baatein karte hain.</w:t>
      </w:r>
    </w:p>
    <w:p>
      <w:pPr>
        <w:jc w:val="right"/>
      </w:pPr>
      <w:r>
        <w:t>دونوں ایک ساتھ ریسٹورنٹمیںکھاناکھاتےہیں، گھومنےجاتےہیں، سین ماہالمیںایکساتھ فلم دیکھتےہیں، پارکمیںبیٹھکر گھنٹوںباتیںکرتے ہیں۔</w:t>
      </w:r>
    </w:p>
    <w:p>
      <w:r>
        <w:rPr>
          <w:b/>
        </w:rPr>
        <w:t xml:space="preserve">[1:18:10] </w:t>
      </w:r>
      <w:r>
        <w:t>main yeh maloom karna chahta hoon ke kya Islam mein is tarah ki dosti ki ijazat hai ya nahin? nahin, hargiz nahin, bilkul galat hai yeh.</w:t>
      </w:r>
    </w:p>
    <w:p>
      <w:pPr>
        <w:jc w:val="right"/>
      </w:pPr>
      <w:r>
        <w:t>میں یہ معلوم کرناچاہتاہوں کہکیا اسلام میں اس طرح کی دو ستیکی اجازت ہے یانہیں ؟ نہیں،ہرگزنہیں، بالکلغلطہےیہ۔</w:t>
      </w:r>
    </w:p>
    <w:p>
      <w:r>
        <w:rPr>
          <w:b/>
        </w:rPr>
        <w:t xml:space="preserve">[1:18:20] </w:t>
      </w:r>
      <w:r>
        <w:t>Islam mein hargiz iski ijazat nahin hai. jo ladke ladkiyan aisa karte hain, woh Islam ke khilaf kar rahe hain aisa. woh gunahgar honge yaqeenan.</w:t>
      </w:r>
    </w:p>
    <w:p>
      <w:pPr>
        <w:jc w:val="right"/>
      </w:pPr>
      <w:r>
        <w:t>اسلام میںہرگزاسکی اجازتنہیںہے۔ جو لڑکےلڑکیاںایساکرتےہیں، وہ اسلام کےخلاف کررہےہیںایسا۔ وہگنہگار ہوںگےیقیناً۔</w:t>
      </w:r>
    </w:p>
    <w:p>
      <w:r>
        <w:rPr>
          <w:b/>
        </w:rPr>
        <w:t xml:space="preserve">[1:18:34] </w:t>
      </w:r>
      <w:r>
        <w:t>is sawal hai Ms. Sadia Khan se New Delhi.</w:t>
      </w:r>
    </w:p>
    <w:p>
      <w:pPr>
        <w:jc w:val="right"/>
      </w:pPr>
      <w:r>
        <w:t>اس سوال ہے مس سعدیہخان سے نیودہلی۔</w:t>
      </w:r>
    </w:p>
    <w:p>
      <w:r>
        <w:rPr>
          <w:b/>
        </w:rPr>
        <w:t xml:space="preserve">[1:18:39] </w:t>
      </w:r>
      <w:r>
        <w:t>kaise dekhte hain Islam, mysticism? meharbani comment. dekhiye, mysticism jo hai, woh ek philosophy hai, woh mazhab nahin hai.</w:t>
      </w:r>
    </w:p>
    <w:p>
      <w:pPr>
        <w:jc w:val="right"/>
      </w:pPr>
      <w:r>
        <w:t>کیسےدیکھتےہیںاسلام مسٹ یسزم؟ مہربانیکمنٹ۔ دیکھیے،مسٹ یسزمجوہے،وہ ایک فلس فی ہے، وہمذہبنہیںہے۔</w:t>
      </w:r>
    </w:p>
    <w:p>
      <w:r>
        <w:rPr>
          <w:b/>
        </w:rPr>
        <w:t xml:space="preserve">[1:18:54] </w:t>
      </w:r>
      <w:r>
        <w:t>mazhab se alag karke jo spirituality hai, usko mysticism kaha jaata hai.</w:t>
      </w:r>
    </w:p>
    <w:p>
      <w:pPr>
        <w:jc w:val="right"/>
      </w:pPr>
      <w:r>
        <w:t>مذہبسےالگکرکے جو روح انیسائنسہے، اسکو مسٹیسزمکہاجاتاہے۔</w:t>
      </w:r>
    </w:p>
    <w:p>
      <w:r>
        <w:rPr>
          <w:b/>
        </w:rPr>
        <w:t xml:space="preserve">[1:19:01] </w:t>
      </w:r>
      <w:r>
        <w:t>yaani ismein Khuda ya wahi ya Rasool ko na maankar ke jo ek ruhaniyat ka ek discipline bana hai, usko kaha jaata hai mysticism.</w:t>
      </w:r>
    </w:p>
    <w:p>
      <w:pPr>
        <w:jc w:val="right"/>
      </w:pPr>
      <w:r>
        <w:t>یعنی اسمیں خدا یا وحی یا رسول کونہمانکرکےجو ایک روحانیتکا ایک ڈسپلنبناہے، اسکوکہاجاتاہےمسٹیسزم۔</w:t>
      </w:r>
    </w:p>
    <w:p>
      <w:r>
        <w:rPr>
          <w:b/>
        </w:rPr>
        <w:t xml:space="preserve">[1:19:13] </w:t>
      </w:r>
      <w:r>
        <w:t>yeh yunani philosophyon ke haan shuru hua yeh, aur phir duniya bhar mein phail gaya yeh. yeh mysticism jo hai, woh mante hain ke hamara jo dil hai,</w:t>
      </w:r>
    </w:p>
    <w:p>
      <w:pPr>
        <w:jc w:val="right"/>
      </w:pPr>
      <w:r>
        <w:t>یہ یون انی فلس فیوںکےہاںشروعہوایہ، اورپھردنیا بھرمیںپھیلگیا یہ۔ یہمسٹیسزمجوہے، وہ مانتےہیںکہ ہماراجودلہے،</w:t>
      </w:r>
    </w:p>
    <w:p>
      <w:r>
        <w:rPr>
          <w:b/>
        </w:rPr>
        <w:t xml:space="preserve">[1:19:26] </w:t>
      </w:r>
      <w:r>
        <w:t>dil jo hai, woh woh khazana hai spirituality ka, sab kuch is dil mein hai. toh is dil ko unfold karo, dil mein chhipi hui jo is spirituality hai, usko usko unfold karo.</w:t>
      </w:r>
    </w:p>
    <w:p>
      <w:pPr>
        <w:jc w:val="right"/>
      </w:pPr>
      <w:r>
        <w:t>دلجوہے،وہ وہ خزانہہے روح انیتکا،سبکچھاسیدلمیںہے۔ تواسیدل کوانفولڈکرو، دل میں چھپیہوئی جو اس اس روحانیتہے،اسکو اسکو انفولڈکرو۔</w:t>
      </w:r>
    </w:p>
    <w:p>
      <w:r>
        <w:rPr>
          <w:b/>
        </w:rPr>
        <w:t xml:space="preserve">[1:19:41] </w:t>
      </w:r>
      <w:r>
        <w:t>yeh hai iska woh. toh woh dhyan, gyan, meditation, woh inko bahut zor hota hai meditation par. meditation ka matlab hai ke dil par tawajjuh dena, dil par tawajjuh dekar nikalna.</w:t>
      </w:r>
    </w:p>
    <w:p>
      <w:pPr>
        <w:jc w:val="right"/>
      </w:pPr>
      <w:r>
        <w:t>یہہےاسکا وہ ۔تووہ دھیان،گیان ،ابمیڈیٹیشن، وہ انکوبہت زورہوتاہےمیڈیٹیشنپر ۔ میڈیٹیشنکامطلبہےکہدلپر توجہدینا، دلپرتوجہدےکرکےنکالنا۔</w:t>
      </w:r>
    </w:p>
    <w:p>
      <w:r>
        <w:rPr>
          <w:b/>
        </w:rPr>
        <w:t xml:space="preserve">[1:19:56] </w:t>
      </w:r>
      <w:r>
        <w:t>toh main isko nahin manta, main yeh bilkul ek</w:t>
      </w:r>
    </w:p>
    <w:p>
      <w:pPr>
        <w:jc w:val="right"/>
      </w:pPr>
      <w:r>
        <w:t>تومیںاسکونہیںمانتا، میں یہبالکل ایک</w:t>
      </w:r>
    </w:p>
    <w:p>
      <w:r>
        <w:rPr>
          <w:b/>
        </w:rPr>
        <w:t xml:space="preserve">[1:20:02] </w:t>
      </w:r>
      <w:r>
        <w:t>ghair scientific bhi hai aur aur bilkul befaida bhi hai. yeh mysticism jo hai, mere nazdeek befaida bhi hai aur yeh ghair scientific bhi hai.</w:t>
      </w:r>
    </w:p>
    <w:p>
      <w:pPr>
        <w:jc w:val="right"/>
      </w:pPr>
      <w:r>
        <w:t>غیر سائنٹیفکبھیہے اور اوربالکل بےفائدہبھیہے۔ یہ مسٹیسزمجوہے،میرےنزدیک بےفائدہبھیہے اور یہ غیر سائنٹیفکبھیہے۔</w:t>
      </w:r>
    </w:p>
    <w:p>
      <w:r>
        <w:rPr>
          <w:b/>
        </w:rPr>
        <w:t xml:space="preserve">[1:20:14] </w:t>
      </w:r>
      <w:r>
        <w:t>koi iska, koi iski, iski koi maaniyat nahin mere nazdeek. aur Islam mein jo cheez hai, woh hai Rabaniyat, kaun Rabani, yaani Rab oriented thinking, Rab oriented speech, Rab oriented life.</w:t>
      </w:r>
    </w:p>
    <w:p>
      <w:pPr>
        <w:jc w:val="right"/>
      </w:pPr>
      <w:r>
        <w:t>کوئیاسکا ،کوئیاسکی، اسکیکوئیمعنویتنہیں میرےنزدیک۔ اور اسلام میںجوچیزہے،وہہے الربانیہ، کونربانی، یعنیرب اور ینٹڈ تھنکنگ،رباورینٹڈ اسپیچ، رباورینٹڈلائف۔</w:t>
      </w:r>
    </w:p>
    <w:p>
      <w:r>
        <w:rPr>
          <w:b/>
        </w:rPr>
        <w:t xml:space="preserve">[1:20:32] </w:t>
      </w:r>
      <w:r>
        <w:t>yeh hai Islam ka, yaani Islam ki, usko aap mysticism kahiye ya tasawwuf kahiye ya ruhaniyat kahiye, yeh usko Rabaniyat ka lafz Quran mein istemal hua hai.</w:t>
      </w:r>
    </w:p>
    <w:p>
      <w:pPr>
        <w:jc w:val="right"/>
      </w:pPr>
      <w:r>
        <w:t>یہہےاسلام کا ،یعنی اسلام کی ،اسکوآپ مسٹیسزمکہیےیاتصوف کہیے یاروحانیتکہیے، یہاس کو ربانیت کالفظقر آنمیںاستعمالہواہے۔</w:t>
      </w:r>
    </w:p>
    <w:p>
      <w:r>
        <w:rPr>
          <w:b/>
        </w:rPr>
        <w:t xml:space="preserve">[1:20:46] </w:t>
      </w:r>
      <w:r>
        <w:t>aur meri ek kitaab hai Rabaniyat, isko lekar ke toh aap usko padhiye, Al-Rabaniyat ko ismein aap iski tafseel pa sakte hain.</w:t>
      </w:r>
    </w:p>
    <w:p>
      <w:pPr>
        <w:jc w:val="right"/>
      </w:pPr>
      <w:r>
        <w:t>اور میریایککتاب ہے الربانیہ، اسیکولےکرکے توآپاسکوپڑھیے،الربانیہکو اسمیںآپاسکی تفصیل پاسکتےہیں۔</w:t>
      </w:r>
    </w:p>
    <w:p>
      <w:r>
        <w:rPr>
          <w:b/>
        </w:rPr>
        <w:t xml:space="preserve">[1:20:58] </w:t>
      </w:r>
      <w:r>
        <w:t>is sawal hai Mr. Arshad Jamal se New Delhi. In chapter 2, verse number 46 of Quran, it is said: "Have these people not traveled through the land to make their hearts understand and let their ears hear?" Maulana, my question is: Is this the ability of heart to understand</w:t>
      </w:r>
    </w:p>
    <w:p>
      <w:pPr>
        <w:jc w:val="right"/>
      </w:pPr>
      <w:r>
        <w:t>اس سوال ہے مسٹر ارشدجمال سے نیودہلی۔ ان چیپٹر 2 2 ،ورس نمبر 4 6 آف قرآن، it is said : "Havethese people not trav eledthrough theland tomaketheir hearts under stand and let their ears hear ?"مول انا،myquestionis: Is this the abilityof heartto under stand</w:t>
      </w:r>
    </w:p>
    <w:p>
      <w:r>
        <w:rPr>
          <w:b/>
        </w:rPr>
        <w:t xml:space="preserve">[1:21:25] </w:t>
      </w:r>
      <w:r>
        <w:t>? dekhiye, yeh dil ka lafz aise mauqe par sirf ismein hota hai, literally sense mein hota hai. dil se murad yeh dil nahin, sochne ki taqat.</w:t>
      </w:r>
    </w:p>
    <w:p>
      <w:pPr>
        <w:jc w:val="right"/>
      </w:pPr>
      <w:r>
        <w:t>? دیکھیے،یہ دل کالفظ ایسے مواقعپرصرف اسمیںہوتاہے، لٹریسینسمیںہوتاہے۔ دل سےمرادیہدلنہیں ، سوچنےکیطاقت ۔</w:t>
      </w:r>
    </w:p>
    <w:p>
      <w:r>
        <w:rPr>
          <w:b/>
        </w:rPr>
        <w:t xml:space="preserve">[1:21:38] </w:t>
      </w:r>
      <w:r>
        <w:t>yeh har zaban mein, dekhiye, pichhle hazaron saal se yeh istemal hota tha dil ka lafz.</w:t>
      </w:r>
    </w:p>
    <w:p>
      <w:pPr>
        <w:jc w:val="right"/>
      </w:pPr>
      <w:r>
        <w:t>یہہرزبان میں،دیکھیے،پچھلےہزاروںسال سے یہ استعمال ہوتاتھا دل کالفظ۔</w:t>
      </w:r>
    </w:p>
    <w:p>
      <w:r>
        <w:rPr>
          <w:b/>
        </w:rPr>
        <w:t xml:space="preserve">[1:21:46] </w:t>
      </w:r>
      <w:r>
        <w:t>to abhi bhi har zaban mein hai. misaal ke taur par, angrezi zaban jo hai, jo poori tarah scientific zaban ban chuki hai, lekin woh jo jo istemal the, woh abhi baqi hain. woh yeh kehte hain "wholeheartedly", koi yeh nahi kahega "wholemindedly", pata nahi koi kahega.</w:t>
      </w:r>
    </w:p>
    <w:p>
      <w:pPr>
        <w:jc w:val="right"/>
      </w:pPr>
      <w:r>
        <w:t>تو ابھیبھیہرزبان میںہے۔ مثال کےطورپر،انگریزیزبان جوہے، جو پوریطرحسائنٹیفکزبان بنچکیہے، لیکن وہ جو جو استعمال اتتھے،وہابھیباقیہیں۔وہ یہکہتےہیں"wholeheartedly"، کوئییہنہیںکہےگا"wholemind edly"،پتہنہیںکوئیکہےگا۔</w:t>
      </w:r>
    </w:p>
    <w:p>
      <w:r>
        <w:rPr>
          <w:b/>
        </w:rPr>
        <w:t xml:space="preserve">[1:22:05] </w:t>
      </w:r>
      <w:r>
        <w:t>ya maslan suraj ki, chand ki roshni hai, abhi bhi kehte hain "moonlight", abhi kyunke haalankeh pata hai ke "moonlight" koi cheez nahi hoti, woh toh reflection hota hai.</w:t>
      </w:r>
    </w:p>
    <w:p>
      <w:pPr>
        <w:jc w:val="right"/>
      </w:pPr>
      <w:r>
        <w:t>یا مثلاً سورج کی، چاندکیروشنیہے، ابھیبھیکہتےہیں "moonlight" ،ابھی کیونکہ حالانکہپتہہےکہ"moonlight"کوئیچیزنہیںہوتی، وہتوریفلیکشنہوتاہے۔</w:t>
      </w:r>
    </w:p>
    <w:p>
      <w:r>
        <w:rPr>
          <w:b/>
        </w:rPr>
        <w:t xml:space="preserve">[1:22:16] </w:t>
      </w:r>
      <w:r>
        <w:t>to jo cheez zaban mein raij ho jaye, usko aap badal nahi sakte, woh kisi ko bolna parta hai, aap ko bhi. to qalb ka lafz jo istemal hua hai, woh isi matlab mein hai, yani literary matlab mein.</w:t>
      </w:r>
    </w:p>
    <w:p>
      <w:pPr>
        <w:jc w:val="right"/>
      </w:pPr>
      <w:r>
        <w:t>تو جو چیز زبان میںرائجہوجائے، اسکو آپ بدلنہیںسکتے،وہ کسی کوبولناپڑتاہے،آپ کو بھی ۔ تو قلب کالفظجواستعمالہواہے، وہ اسیمعنیمیںہے،یعنیلٹری معنیمیں۔</w:t>
      </w:r>
    </w:p>
    <w:p>
      <w:r>
        <w:rPr>
          <w:b/>
        </w:rPr>
        <w:t xml:space="preserve">[1:22:29] </w:t>
      </w:r>
      <w:r>
        <w:t>aur doosra ke Quran Majeed mein hai "aflaa yaqiloon", "afla yaqil</w:t>
      </w:r>
    </w:p>
    <w:p>
      <w:pPr>
        <w:jc w:val="right"/>
      </w:pPr>
      <w:r>
        <w:t>اور دوسریکا قرآنمجیدمیںہے"افلایعقلون"،"افلایعقل</w:t>
      </w:r>
    </w:p>
    <w:p>
      <w:r>
        <w:rPr>
          <w:b/>
        </w:rPr>
        <w:t xml:space="preserve">[1:22:33] </w:t>
      </w:r>
      <w:r>
        <w:t>oon" bhi hai, to woh woh haqeeqi matlab mein hai. yani yani yani aqal se jo socha jaye, woh yeh soche. dil mein soch nahi hoti hai, dil mein koi fikr nahi hoti hai, lekin literary taur par chunke dil ka lafz bajata raha hai hamesha, to abhi hum bhi bolte hain, hum bhi, agar hum mante nahi ke dil sochta hai, lekin hum bhi dil istemal karte hain, kyunke na istemal karein to asar nahi padega sunne wale par.</w:t>
      </w:r>
    </w:p>
    <w:p>
      <w:pPr>
        <w:jc w:val="right"/>
      </w:pPr>
      <w:r>
        <w:t>ون"بھی ہے، تو وہ وہحقیقیمعنیمیںہے۔ یعنی یعنی یعنیعقلسے جو سوچاجائے، وہ یسوچہے۔ دل میںسوچنہیںہوتیہے،دلمیںکوئیفکرنہیںہوتیہے، لیکن لٹریطورپرچونکہدلکالفظ براجاتا رہاہےہمیشہ، تو ابھیہمبھیبولتےہیں،ہمبھی ، اگرہممانتےنہیںکہدلسوچتاہے، لیکن ہمبھیدل استعمالکرتے ہیں،کیونکہنہ استعمالکریںتو اثر نہیںپڑےگاسننےوالے پر۔</w:t>
      </w:r>
    </w:p>
    <w:p>
      <w:r>
        <w:rPr>
          <w:b/>
        </w:rPr>
        <w:t xml:space="preserve">[1:23:01] </w:t>
      </w:r>
      <w:r>
        <w:t>agar "whole heartedly" ke bajaye aap kahenge "wholemindedly", to koi sunne wale par asar nahi padega iska. yeh hai mamla.</w:t>
      </w:r>
    </w:p>
    <w:p>
      <w:pPr>
        <w:jc w:val="right"/>
      </w:pPr>
      <w:r>
        <w:t>اگر "whole heartedly"کےبجائےآپکہیںگے"wholemind edly"، تو کوئی سننےوالےپراثرنہیںپڑےگااسکا۔ یہہےمعاملہ۔</w:t>
      </w:r>
    </w:p>
    <w:p>
      <w:r>
        <w:rPr>
          <w:b/>
        </w:rPr>
        <w:t xml:space="preserve">[1:23:14] </w:t>
      </w:r>
      <w:r>
        <w:t>is sawal hai Ms. Raaziya Siddiqui se New Delhi. Eventhough patience has such explicit advantages, man easily succumbs to reaction.</w:t>
      </w:r>
    </w:p>
    <w:p>
      <w:pPr>
        <w:jc w:val="right"/>
      </w:pPr>
      <w:r>
        <w:t>اس سوال ہے مس راضیہصدی قی سے نیودہلی۔ Eventhoughpatience has such explic it advantag es, man easily succumbsto reac tion.</w:t>
      </w:r>
    </w:p>
    <w:p>
      <w:r>
        <w:rPr>
          <w:b/>
        </w:rPr>
        <w:t xml:space="preserve">[1:23:29] </w:t>
      </w:r>
      <w:r>
        <w:t>Why is it so ?</w:t>
      </w:r>
    </w:p>
    <w:p>
      <w:pPr>
        <w:jc w:val="right"/>
      </w:pPr>
      <w:r>
        <w:t>Whyis it so ?</w:t>
      </w:r>
    </w:p>
    <w:p>
      <w:r>
        <w:rPr>
          <w:b/>
        </w:rPr>
        <w:t xml:space="preserve">[1:23:33] </w:t>
      </w:r>
      <w:r>
        <w:t>immature hote hain log zyada tar, zyada tar log immature hote hain.</w:t>
      </w:r>
    </w:p>
    <w:p>
      <w:pPr>
        <w:jc w:val="right"/>
      </w:pPr>
      <w:r>
        <w:t>اممیچ ورہوتےہیںلوگ زیادہ تر، زیادہ ترلوگ ام میچورہوتےہیں۔</w:t>
      </w:r>
    </w:p>
    <w:p>
      <w:r>
        <w:rPr>
          <w:b/>
        </w:rPr>
        <w:t xml:space="preserve">[1:23:39] </w:t>
      </w:r>
      <w:r>
        <w:t>sochne ki, sochne ka jo faculty hai unki, woh develop nahi hui hoti hai.</w:t>
      </w:r>
    </w:p>
    <w:p>
      <w:pPr>
        <w:jc w:val="right"/>
      </w:pPr>
      <w:r>
        <w:t>سوچنےکی ،سوچنےکاجو کیفیکلٹیہےانکی، وہ ڈویلپنہیںکیہوئیہوتیہے۔</w:t>
      </w:r>
    </w:p>
    <w:p>
      <w:r>
        <w:rPr>
          <w:b/>
        </w:rPr>
        <w:t xml:space="preserve">[1:23:52] </w:t>
      </w:r>
      <w:r>
        <w:t>yeh ek hi wajah hai. jo aadmi sochne ki faculty develop kar jaye, to woh aisa nahi karega, kabhi bhi nahi karega.</w:t>
      </w:r>
    </w:p>
    <w:p>
      <w:pPr>
        <w:jc w:val="right"/>
      </w:pPr>
      <w:r>
        <w:t>یہایکہیوجہ ہے۔ جو آدمی سوچنےکی فیکلٹیڈویلپکرجائے، تووہایسانہیںکرےگا،کبھیبھینہیںکرےگا۔</w:t>
      </w:r>
    </w:p>
    <w:p>
      <w:r>
        <w:rPr>
          <w:b/>
        </w:rPr>
        <w:t xml:space="preserve">[1:24:02] </w:t>
      </w:r>
      <w:r>
        <w:t>aur hazaron kahaniyan hamare hain, aur yani jo hamari kitabein padhte hain, to woh pehle sab bohat log aise kehte hain ke pehle hum the jazbati, ghussa ho jate the, ab sab theek ho gaya, kyunke ek sochne ki faculty develop karta hai hamara literature.</w:t>
      </w:r>
    </w:p>
    <w:p>
      <w:pPr>
        <w:jc w:val="right"/>
      </w:pPr>
      <w:r>
        <w:t>اورہزاروںکہانیاںہمارےہیں، اور یعنی جو ہماریکتاب یںپڑھتےہیں، تو وہ پہلے سب بہت لوگ ایسےکہتےہیںکہپہلےہمتھےجذباتی، غصہہوجاتےتھے،ابسبختمہوگیا، کیونکہ ایک سوچنےکیفیکلٹیڈویلپکرتاہےہمارالٹریچر۔</w:t>
      </w:r>
    </w:p>
    <w:p>
      <w:r>
        <w:rPr>
          <w:b/>
        </w:rPr>
        <w:t xml:space="preserve">[1:24:18] </w:t>
      </w:r>
      <w:r>
        <w:t>to agar kisi ke andar yeh baat hai, to aap usko hamare magazines sale padhwaiye, hamari kitabein padhwaiye, woh inshallah tajruba hai ke bilkul theek ho jata hai aadmi.</w:t>
      </w:r>
    </w:p>
    <w:p>
      <w:pPr>
        <w:jc w:val="right"/>
      </w:pPr>
      <w:r>
        <w:t>تواگر کسی کےاندریہباتہے،توآپ اسکو ہمارامیگزینرس الہپڑھوائیے،ہماریکتاب یںپڑھوائیے، وہانشاءاللہ تجربہہےکہبالکلٹھیکہوجاتاہےآدمی۔</w:t>
      </w:r>
    </w:p>
    <w:p>
      <w:r>
        <w:rPr>
          <w:b/>
        </w:rPr>
        <w:t xml:space="preserve">[1:24:32] </w:t>
      </w:r>
      <w:r>
        <w:t>is sawal hai Ms. Parveen Shaukat Ali se Sialkot, Pakistan</w:t>
      </w:r>
    </w:p>
    <w:p>
      <w:pPr>
        <w:jc w:val="right"/>
      </w:pPr>
      <w:r>
        <w:t>اس سوال ہے مس ٹر شوکت علی سے سیالکوٹ، پاکستان</w:t>
      </w:r>
    </w:p>
    <w:p>
      <w:r>
        <w:rPr>
          <w:b/>
        </w:rPr>
        <w:t xml:space="preserve">[1:24:39] </w:t>
      </w:r>
      <w:r>
        <w:t>. Maulana, I have heard that before the war of Badr, Muslims started to threaten the people of Makkah by blocking the supply line of Makkah to Syria for the trade of Makkah,</w:t>
      </w:r>
    </w:p>
    <w:p>
      <w:pPr>
        <w:jc w:val="right"/>
      </w:pPr>
      <w:r>
        <w:t>۔مولانا،آئیہی ڈہارڈدیٹبیفوردا وارآف ب در ،مسلمز سٹارٹڈٹوتھریٹنداپیپلآف مک ہ بائےبلاکنگدا سپلائی لائنآف مک ہٹو سیریا فار دا ٹریڈآف مک ہ،</w:t>
      </w:r>
    </w:p>
    <w:p>
      <w:r>
        <w:rPr>
          <w:b/>
        </w:rPr>
        <w:t xml:space="preserve">[1:24:54] </w:t>
      </w:r>
      <w:r>
        <w:t>and this was the main reason for the war of Badr. I want to know which group was the offender, kindly explain.</w:t>
      </w:r>
    </w:p>
    <w:p>
      <w:pPr>
        <w:jc w:val="right"/>
      </w:pPr>
      <w:r>
        <w:t>اینڈدسوازدامینریزنفار دا وارآف بدر۔ آئیوانٹٹونو وچگروپوازدی آف ینڈر، کائنڈلیایکسپلین۔</w:t>
      </w:r>
    </w:p>
    <w:p>
      <w:r>
        <w:rPr>
          <w:b/>
        </w:rPr>
        <w:t xml:space="preserve">[1:25:03] </w:t>
      </w:r>
      <w:r>
        <w:t>yeh bilkul galat baat hai, yeh yeh bilkul galat baat hai.</w:t>
      </w:r>
    </w:p>
    <w:p>
      <w:pPr>
        <w:jc w:val="right"/>
      </w:pPr>
      <w:r>
        <w:t>یہبالکلغلطباتہے، یہ یہ بالکلغلطباتہے۔</w:t>
      </w:r>
    </w:p>
    <w:p>
      <w:r>
        <w:rPr>
          <w:b/>
        </w:rPr>
        <w:t xml:space="preserve">[1:25:08] </w:t>
      </w:r>
      <w:r>
        <w:t>woh sirf ek, ek, sirf ek qafle ki baat hai, iski generalize mat kijiye. Rasool Allah ki hijrat ke baad aisa hua ke Makkah ke logon ne chanda karke raqam jama ki, ismein kitne, kitne hazar dinar tha, ismein mujhe yaad nahi theek se, yaad hai aap ko sahib ?</w:t>
      </w:r>
    </w:p>
    <w:p>
      <w:pPr>
        <w:jc w:val="right"/>
      </w:pPr>
      <w:r>
        <w:t>وہ صرف ایک ،ایک ،صرفایک قافلےکیباتہے، اسکیجنرلائز متکیجیے۔ رسولاللہکیہجرتکےبعدایساہوا کہ مکہکےلوگوںنے چند ہکرکے رقماکٹھا کی، اسمیں کتنے ،کتنےہزاردینار تھا،اسمیں مجھےیادنہیںٹھیکسے،یادہےآپکوصاحب؟</w:t>
      </w:r>
    </w:p>
    <w:p>
      <w:r>
        <w:rPr>
          <w:b/>
        </w:rPr>
        <w:t xml:space="preserve">[1:25:31] </w:t>
      </w:r>
      <w:r>
        <w:t>tees hazar dinar, thirty, thirty thousand dinar.</w:t>
      </w:r>
    </w:p>
    <w:p>
      <w:pPr>
        <w:jc w:val="right"/>
      </w:pPr>
      <w:r>
        <w:t>تیسہزاردینار، تھرٹی، تھرٹیتھاؤزنڈدینار۔</w:t>
      </w:r>
    </w:p>
    <w:p>
      <w:r>
        <w:rPr>
          <w:b/>
        </w:rPr>
        <w:t xml:space="preserve">[1:25:36] </w:t>
      </w:r>
      <w:r>
        <w:t>to ismein yeh hua ke usko business mein lagaya jaye, aur jo faida ho, usse jang ki tayyari ki jaye, asal logon ko lota di jaye.</w:t>
      </w:r>
    </w:p>
    <w:p>
      <w:pPr>
        <w:jc w:val="right"/>
      </w:pPr>
      <w:r>
        <w:t>تو اسمیںیہہوا کہ اسکو بزنسمیںلگایاجائے، اور جوفائدہہو،اسسےجنگکیتیاریکیجائے، اصللوگ لوٹادیےجائیں۔</w:t>
      </w:r>
    </w:p>
    <w:p>
      <w:r>
        <w:rPr>
          <w:b/>
        </w:rPr>
        <w:t xml:space="preserve">[1:25:46] </w:t>
      </w:r>
      <w:r>
        <w:t>yani woh, yani chanda baraye jang tha, woh kehte tumhare is paise ko hum business karenge, aur phir asal lota denge, jo faida hoga, woh sab hathiyar kharidenge, aur Musalmanon ke sath ladne ke liye.</w:t>
      </w:r>
    </w:p>
    <w:p>
      <w:pPr>
        <w:jc w:val="right"/>
      </w:pPr>
      <w:r>
        <w:t>یعنی وہ،یعنیچند ہ برائے جنگ تھا،وہ کہتمہارےاس پیسےکوہم بزنس کریںگے، اور پھر اصل لوٹادیںگے،جوفائدہہوگا،وہسب ہتھیار خریدیںگے، اور مس لمانوںکےساتھ لڑنےکےلیے۔</w:t>
      </w:r>
    </w:p>
    <w:p>
      <w:r>
        <w:rPr>
          <w:b/>
        </w:rPr>
        <w:t xml:space="preserve">[1:26:03] </w:t>
      </w:r>
      <w:r>
        <w:t>to woh qafila ja raha tha, woh loot raha tha Sham se, wohi is paise ko le kar ke ek qafila gaya, aur wahan saman kharida, aur la ke bechna tha isko, isko disturb karne ke liye iqdam kiya gaya tha.</w:t>
      </w:r>
    </w:p>
    <w:p>
      <w:pPr>
        <w:jc w:val="right"/>
      </w:pPr>
      <w:r>
        <w:t>تووہ قافلہجارہاتھا، وہ لوٹرہاتھاشامسے ، وہی اس پیسےکولےکرکےایکقافلہگیا، اوروہاں سامانخریدا،اورلاکےبیچناتھااسکو ، اسکو ڈسٹربکرنےکےلیے اقدامکیاگیاتھا۔</w:t>
      </w:r>
    </w:p>
    <w:p>
      <w:r>
        <w:rPr>
          <w:b/>
        </w:rPr>
        <w:t xml:space="preserve">[1:26:15] </w:t>
      </w:r>
      <w:r>
        <w:t>bas isko aap generalize mat kijiye, isko disturb karna bilkul jaiz tha.</w:t>
      </w:r>
    </w:p>
    <w:p>
      <w:pPr>
        <w:jc w:val="right"/>
      </w:pPr>
      <w:r>
        <w:t>بس اسکوآپجنرلائزمتکیجیے، اسکوڈسٹربکرنابالکلجائزتھا۔</w:t>
      </w:r>
    </w:p>
    <w:p>
      <w:r>
        <w:rPr>
          <w:b/>
        </w:rPr>
        <w:t xml:space="preserve">[1:26:23] </w:t>
      </w:r>
      <w:r>
        <w:t>Secondly, he has asked that how can he get books of Maulana from Pakistan, or is it that he can only read through internet? So we would like to tell him that</w:t>
      </w:r>
    </w:p>
    <w:p>
      <w:pPr>
        <w:jc w:val="right"/>
      </w:pPr>
      <w:r>
        <w:t>سیکنڈلی،ہیازاسکڈدیٹ ہاؤکینہی گیٹ بکس آف مول انا فر ام پاکستان ، اور ازاٹدیٹہیکیناونلیریڈتھروانٹرنیٹ؟سوویوڈلائکٹوٹیلہمدیٹ</w:t>
      </w:r>
    </w:p>
    <w:p>
      <w:r>
        <w:rPr>
          <w:b/>
        </w:rPr>
        <w:t xml:space="preserve">[1:26:35] </w:t>
      </w:r>
      <w:r>
        <w:t>he can get it from Al-Zikr, Urdu Bazaar, Lahore,</w:t>
      </w:r>
    </w:p>
    <w:p>
      <w:pPr>
        <w:jc w:val="right"/>
      </w:pPr>
      <w:r>
        <w:t>ہیکینگیٹاٹفرامدار الت ذکیر، اردوبازار،لاہور،</w:t>
      </w:r>
    </w:p>
    <w:p>
      <w:r>
        <w:rPr>
          <w:b/>
        </w:rPr>
        <w:t xml:space="preserve">[1:26:39] </w:t>
      </w:r>
      <w:r>
        <w:t>aur alternatively you can get it from good or books online. The</w:t>
      </w:r>
    </w:p>
    <w:p>
      <w:pPr>
        <w:jc w:val="right"/>
      </w:pPr>
      <w:r>
        <w:t>اور الٹرنیٹولییوکینگیٹاٹفرامگڈورڈبکس آنلائن۔دی</w:t>
      </w:r>
    </w:p>
    <w:p>
      <w:r>
        <w:rPr>
          <w:b/>
        </w:rPr>
        <w:t xml:space="preserve">[1:26:44] </w:t>
      </w:r>
      <w:r>
        <w:t>website address is www.goodorbooks</w:t>
      </w:r>
    </w:p>
    <w:p>
      <w:pPr>
        <w:jc w:val="right"/>
      </w:pPr>
      <w:r>
        <w:t>ویبسائٹایڈریساز ڈبلیوڈبلیوڈبلیو ڈاٹگڈورڈبکس</w:t>
      </w:r>
    </w:p>
    <w:p>
      <w:r>
        <w:rPr>
          <w:b/>
        </w:rPr>
        <w:t xml:space="preserve">[1:26:49] </w:t>
      </w:r>
      <w:r>
        <w:t>dot com.</w:t>
      </w:r>
    </w:p>
    <w:p>
      <w:pPr>
        <w:jc w:val="right"/>
      </w:pPr>
      <w:r>
        <w:t>ڈاٹ کام ۔</w:t>
      </w:r>
    </w:p>
    <w:p>
      <w:r>
        <w:rPr>
          <w:b/>
        </w:rPr>
        <w:t xml:space="preserve">[1:26:54] </w:t>
      </w:r>
      <w:r>
        <w:t>is sawal hai Ms. Sadia Khan se New Delhi. Which of the two principles, mutual acceptance or mutual respect, is more effective towards promoting social harmony?</w:t>
      </w:r>
    </w:p>
    <w:p>
      <w:pPr>
        <w:jc w:val="right"/>
      </w:pPr>
      <w:r>
        <w:t>اسسوال ہے مس سعدیہخان سے نیودہلی۔ وچآفداٹوپرنسپلز، میوچول ایکسیپٹنس اور میوچول ریسپیکٹ ،از مور ایفیکٹیو ٹورڈز پروموٹنگ سوشلہارمونی؟</w:t>
      </w:r>
    </w:p>
    <w:p>
      <w:r>
        <w:rPr>
          <w:b/>
        </w:rPr>
        <w:t xml:space="preserve">[1:27:10] </w:t>
      </w:r>
      <w:r>
        <w:t>dekhiye, kuch log yeh kehte hain ke yani multi religious society mein kaise raha jaye, jahan kai mazhab hain, aajkal to har jagah kai mazhab hote hain,</w:t>
      </w:r>
    </w:p>
    <w:p>
      <w:pPr>
        <w:jc w:val="right"/>
      </w:pPr>
      <w:r>
        <w:t>دیکھیے،کچھلوگ یہ کہتےہیں کہ یعنیملٹیریلیجسسوسائٹیمیںکیسےرہاجائے، جہاںکئیمذہبہیں،آجکلتوہرجگہکئیمذہبہوتےہیں،</w:t>
      </w:r>
    </w:p>
    <w:p>
      <w:r>
        <w:rPr>
          <w:b/>
        </w:rPr>
        <w:t xml:space="preserve">[1:27:23] </w:t>
      </w:r>
      <w:r>
        <w:t>to ek society, is mein kai mazhab ke log hain, to kaise raha jaye wahan? to ek nazariya yeh hai, woh mutual acceptance apply karta hai ke main aap ko sach maanoon, aap mujhe sach maanoon,</w:t>
      </w:r>
    </w:p>
    <w:p>
      <w:pPr>
        <w:jc w:val="right"/>
      </w:pPr>
      <w:r>
        <w:t>تو ایک سوسائٹی،اسمیںکئیمذہبکےلوگہیں،توکیسےرہاجائےوہاں؟ توایک نظریہیہہے، وہ میوچولایکسیپٹنساپلیسکرتاہے کہ میں آپ کوسچامانوں،آپمجھےسچامانیں،</w:t>
      </w:r>
    </w:p>
    <w:p>
      <w:r>
        <w:rPr>
          <w:b/>
        </w:rPr>
        <w:t xml:space="preserve">[1:27:38] </w:t>
      </w:r>
      <w:r>
        <w:t>lekin yeh ghair fitri, unnatural hai, yeh is liye ke sab se bari cheez jo hai, is mein jo aap khote hain, woh conviction hai.</w:t>
      </w:r>
    </w:p>
    <w:p>
      <w:pPr>
        <w:jc w:val="right"/>
      </w:pPr>
      <w:r>
        <w:t>لیکن یہ غیر فطری،اننیچرلہے،یہ اسلیےکہسبسےبڑیچیزجوہے،اسمیںجو آپ کھوتےہیں،وہ کنوکشنہے۔</w:t>
      </w:r>
    </w:p>
    <w:p>
      <w:r>
        <w:rPr>
          <w:b/>
        </w:rPr>
        <w:t xml:space="preserve">[1:27:49] </w:t>
      </w:r>
      <w:r>
        <w:t>is religion ya sachai ko isi liye mana jata hai, is se aap ko conviction milta hai. jab jo jo jo ideology conviction chheen le aap se, woh kisi bhi lail ke bekar hai.</w:t>
      </w:r>
    </w:p>
    <w:p>
      <w:pPr>
        <w:jc w:val="right"/>
      </w:pPr>
      <w:r>
        <w:t>اس ریلیجنیاسچائیکو اسیلیے ماناجاتاہے،اسسےآپکوکنوکشنملتاہے۔ جب جو جو جو آئیڈیالوجیکنوکشنچھینلےآپسے، وہ کسی بال کل بیکارہے۔</w:t>
      </w:r>
    </w:p>
    <w:p>
      <w:r>
        <w:rPr>
          <w:b/>
        </w:rPr>
        <w:t xml:space="preserve">[1:28:02] </w:t>
      </w:r>
      <w:r>
        <w:t>isi liye jo log yeh baatein karte hain na, yani mutual acceptance ke is se mili hai aap, to in ko in ko kisi mazhab pe yaqeen nahi hoga. yeh sirf ek ek social formula hai in ke haan, yeh</w:t>
      </w:r>
    </w:p>
    <w:p>
      <w:pPr>
        <w:jc w:val="right"/>
      </w:pPr>
      <w:r>
        <w:t>اسیلیےجولوگیہباتیںکرتےہیںنا، یعنیمیوچولایکسیپٹنسکہاسسےملیہےآپ ،توانکوانکوکسی مذہبپہیقیننہیںہوگا۔ یہصرفایک ایک سوشلفارمولا ہے انکےہاں،یہ</w:t>
      </w:r>
    </w:p>
    <w:p>
      <w:r>
        <w:rPr>
          <w:b/>
        </w:rPr>
        <w:t xml:space="preserve">[1:28:13] </w:t>
      </w:r>
      <w:r>
        <w:t>mazhab pe koi yaqeen nahi hai in ko. ek social formula ke tor pe yeh baatein karte hain, mutual acceptance ya mutual recognition. sahi formula woh hai jo Quran mein diya gaya hai, lakum deenukum waliya deen, yani mutual respect. to sahi formula yeh hai ke follow one and respect all.</w:t>
      </w:r>
    </w:p>
    <w:p>
      <w:pPr>
        <w:jc w:val="right"/>
      </w:pPr>
      <w:r>
        <w:t>مذہبپہکوئییقیننہیںہےانکو ۔ ایکسوشلفار مولےکےطورپریہباتکہتےہیں، میوچولایکسیپٹنس یا میوچولریکگنیشن۔ صحیحفارمولاوہہےجوقرآنمیںدیاگیاہے، ل کمدینلکمول ایتین ،یعنی میوچولریسپیکٹ ۔توصحیحفارمولایہہےکہ فالوون اینڈریسپیکٹآل۔</w:t>
      </w:r>
    </w:p>
    <w:p>
      <w:r>
        <w:rPr>
          <w:b/>
        </w:rPr>
        <w:t xml:space="preserve">[1:28:35] </w:t>
      </w:r>
      <w:r>
        <w:t>yeh sahi formula, follow one and respect all.</w:t>
      </w:r>
    </w:p>
    <w:p>
      <w:pPr>
        <w:jc w:val="right"/>
      </w:pPr>
      <w:r>
        <w:t>یہصحیحفارمولا،فالووناینڈریسپیکٹآل ۔</w:t>
      </w:r>
    </w:p>
    <w:p>
      <w:r>
        <w:rPr>
          <w:b/>
        </w:rPr>
        <w:t xml:space="preserve">[1:28:38] </w:t>
      </w:r>
      <w:r>
        <w:t>to doosre ka respect khoob dijiye aap, lekin yeh samajhna ke main bhi sach, tum bhi sach, yeh to unnatural hai. kisi ek ko aap ko sach maanna hi parta hai, the truth of the capital T maanna hi parta hai aap ko.</w:t>
      </w:r>
    </w:p>
    <w:p>
      <w:pPr>
        <w:jc w:val="right"/>
      </w:pPr>
      <w:r>
        <w:t>تو دوسرےکاریسپیکٹخوبدیجیےآپ ،لیکن یہسمجھناکہ میںبھیسچا،تمبھیسچے،یہتو اننیچرلہے۔ کسی ایک کوآپکوسچامانناہیپڑتاہے، دا ٹروتھوددیکیپیٹلٹیمانناہیپڑتاہےآپکو۔</w:t>
      </w:r>
    </w:p>
    <w:p>
      <w:r>
        <w:rPr>
          <w:b/>
        </w:rPr>
        <w:t xml:space="preserve">[1:28:52] </w:t>
      </w:r>
      <w:r>
        <w:t>nahi to phir mazhab ki zaroorat hi kiya hai? koi zaroorat hi is ki nahi, mazhab ki nahi hai. aur dekhiye, yani yeh samajhna ke agar hum sirf accept na karein, sirf respect dein, to is se khatam nahi hota.</w:t>
      </w:r>
    </w:p>
    <w:p>
      <w:pPr>
        <w:jc w:val="right"/>
      </w:pPr>
      <w:r>
        <w:t>نہیںتوپھرمذہبکیضرورتہیکیاہے؟ کوئیضرورتہیاسکینہیں،مذہبکینہیںہے۔ اور دیکھیے، یعنی یہسمجھناکہاگرہمصرف ایکسیپٹنہکریں،صرفریسپیکٹدیں، تو اسسےختمنہیںہوتا۔</w:t>
      </w:r>
    </w:p>
    <w:p>
      <w:r>
        <w:rPr>
          <w:b/>
        </w:rPr>
        <w:t xml:space="preserve">[1:29:06] </w:t>
      </w:r>
      <w:r>
        <w:t>woh to</w:t>
      </w:r>
    </w:p>
    <w:p>
      <w:pPr>
        <w:jc w:val="right"/>
      </w:pPr>
      <w:r>
        <w:t>وہ تو</w:t>
      </w:r>
    </w:p>
    <w:p>
      <w:r>
        <w:rPr>
          <w:b/>
        </w:rPr>
        <w:t xml:space="preserve">[1:29:08] </w:t>
      </w:r>
      <w:r>
        <w:t>kaise nahi khatam hota? main apne bare mein kehta hoon ke mujhe zara bhi hate nahi kisi ke khilaf hai, halanke main samajhta hoon ke main the truth par hoon, the capital T.</w:t>
      </w:r>
    </w:p>
    <w:p>
      <w:pPr>
        <w:jc w:val="right"/>
      </w:pPr>
      <w:r>
        <w:t>کیسےنہیںختمہوتا؟ میںاپنے بارےمیںکہتاہوںکہمجھے ذرابھیہیٹنہیںکسیکےخلاف ہے، حالانکہمیںسمجھتاہوںکہمیںداٹروتھپرہوں، وددیکیپیٹلٹی۔</w:t>
      </w:r>
    </w:p>
    <w:p>
      <w:r>
        <w:rPr>
          <w:b/>
        </w:rPr>
        <w:t xml:space="preserve">[1:29:17] </w:t>
      </w:r>
      <w:r>
        <w:t>jo sach hai, mujhe mili hai, wahi bari sab, wahi wahid sachai hai. main maanta hoon, mujhe poora conviction is ke upar hai, lekin main har ek ko poora respect deta hoon, bharpoor respect.</w:t>
      </w:r>
    </w:p>
    <w:p>
      <w:pPr>
        <w:jc w:val="right"/>
      </w:pPr>
      <w:r>
        <w:t>جو سچاہے،مجھےملیہے،وہیبڑیسب،وہیواحد سچائیہے۔ میںمانتاہوں، مجھےپوراکن وکشناسکےاوپرہے، لیکن میںہرایککوپوراریسپیکٹدیتاہوں،بھرپورریسپیکٹ۔</w:t>
      </w:r>
    </w:p>
    <w:p>
      <w:r>
        <w:rPr>
          <w:b/>
        </w:rPr>
        <w:t xml:space="preserve">[1:29:27] </w:t>
      </w:r>
      <w:r>
        <w:t>mere dil mein kisi ke khilaf hate nahi.</w:t>
      </w:r>
    </w:p>
    <w:p>
      <w:pPr>
        <w:jc w:val="right"/>
      </w:pPr>
      <w:r>
        <w:t>میرےدلمیںکسیکےخلاف ہیٹنہیں۔</w:t>
      </w:r>
    </w:p>
    <w:p>
      <w:r>
        <w:rPr>
          <w:b/>
        </w:rPr>
        <w:t xml:space="preserve">[1:29:30] </w:t>
      </w:r>
      <w:r>
        <w:t>meri poori zindagi mein aap koi baat nahi bata sakte, na main meri jo writing hai, woh lakhon lakhon lakh safhat hain, kahin nahi bata sakte ke is pe koi hate ki jhalak kisi ke khilaf hai, na meri speech mein, na meri writing mein.</w:t>
      </w:r>
    </w:p>
    <w:p>
      <w:pPr>
        <w:jc w:val="right"/>
      </w:pPr>
      <w:r>
        <w:t>میریپوریزندگی میںآپکوئیبتانہیںسکتے، نہمیںمیریجورائٹنگہے،وہ لاکھوں لاکھوںلاکھصفحات ہیں،کہیںنہیںبتاسکتےکہاسپہکوئی ہیٹکیجھلککسیکےخلاف ہے، نہمیریسپیچمیں،نہمیریرائٹنگمیں۔</w:t>
      </w:r>
    </w:p>
    <w:p>
      <w:r>
        <w:rPr>
          <w:b/>
        </w:rPr>
        <w:t xml:space="preserve">[1:29:45] </w:t>
      </w:r>
      <w:r>
        <w:t>poora respect deta hoon main. to agar ek ek sachai par aap ko conviction hai, to yeh rok nahi hai ke aap doosre ko respect na dein.</w:t>
      </w:r>
    </w:p>
    <w:p>
      <w:pPr>
        <w:jc w:val="right"/>
      </w:pPr>
      <w:r>
        <w:t>پورا ریسپیکٹدیتاہوںمیں۔تواگر ایک ایک سچائی پرآپکوکنوکشنہے، تو یہ روکنہیںہےکہآپدوسرےکوریسپیکٹنہدیں۔</w:t>
      </w:r>
    </w:p>
    <w:p>
      <w:r>
        <w:rPr>
          <w:b/>
        </w:rPr>
        <w:t xml:space="preserve">[1:29:54] </w:t>
      </w:r>
      <w:r>
        <w:t>to mere nazdeek mutual recognition ya mutual acceptance ka jo formula hai, woh unnatural hai, aur sahi aur aur practical formula jo hai, wohi hai: follow one and respect all</w:t>
      </w:r>
    </w:p>
    <w:p>
      <w:pPr>
        <w:jc w:val="right"/>
      </w:pPr>
      <w:r>
        <w:t>تو میرےنزدیک میوچول ریکگنیشن یامیوچول ایکسیپٹنسکاجوفارمولاہے،وہ اننیچرلہے، اور صحیحاور اور پریکٹیکیبلفارمولاجوہے،وہیہیہے: فالوون اینڈریسپیکٹآل</w:t>
      </w:r>
    </w:p>
    <w:p>
      <w:r>
        <w:rPr>
          <w:b/>
        </w:rPr>
        <w:t xml:space="preserve">[1:30:10] </w:t>
      </w:r>
      <w:r>
        <w:t>. is sawal hai Mr Khaldan Ansari se New Delhi.</w:t>
      </w:r>
    </w:p>
    <w:p>
      <w:pPr>
        <w:jc w:val="right"/>
      </w:pPr>
      <w:r>
        <w:t>۔ اس سوال ہے مسٹرخالدانصاریسے نیودہلی۔</w:t>
      </w:r>
    </w:p>
    <w:p>
      <w:r>
        <w:rPr>
          <w:b/>
        </w:rPr>
        <w:t xml:space="preserve">[1:30:18] </w:t>
      </w:r>
      <w:r>
        <w:t>interview during last two years, thirty one hundred websites have been banned due to Jamal Ataturk, the founder of modern Turkey, being called homosexual and poor.</w:t>
      </w:r>
    </w:p>
    <w:p>
      <w:pPr>
        <w:jc w:val="right"/>
      </w:pPr>
      <w:r>
        <w:t>انٹرکی ڈیورنگلاسٹ ٹوایئرز، تھرٹیسیون ہنڈرڈویبسائٹس ہیوبین بین ڈ ڈیوٹو جمال ات وترک، دا فاؤنڈرآف ماڈرنٹرکی، بینگکالڈ اہوموسیکشول اینڈ پوورٹ۔</w:t>
      </w:r>
    </w:p>
    <w:p>
      <w:r>
        <w:rPr>
          <w:b/>
        </w:rPr>
        <w:t xml:space="preserve">[1:30:34] </w:t>
      </w:r>
      <w:r>
        <w:t>Maulana, on one hand, Turkey takes pride in being the most advanced and progressive country, and on the other hand criticism is a challenge.</w:t>
      </w:r>
    </w:p>
    <w:p>
      <w:pPr>
        <w:jc w:val="right"/>
      </w:pPr>
      <w:r>
        <w:t>مولانا، ان ون ہینڈ ،ٹرکیٹیکس پرائیڈ انبینگداموسٹ ایڈوانسڈ اینڈ پروگریسو کنٹری، اینڈاندا ادر کانٹٹیککریٹیسزمایزاچیلنج ۔</w:t>
      </w:r>
    </w:p>
    <w:p>
      <w:r>
        <w:rPr>
          <w:b/>
        </w:rPr>
        <w:t xml:space="preserve">[1:30:47] </w:t>
      </w:r>
      <w:r>
        <w:t>what according to you should be the wise approach in such situation? dekhiye, Christmas kisi mulk mein nahi, kisi Muslim adare mein bhi nahi, kisi Muslim institution mein nahi.</w:t>
      </w:r>
    </w:p>
    <w:p>
      <w:pPr>
        <w:jc w:val="right"/>
      </w:pPr>
      <w:r>
        <w:t>واٹ اکارڈنگٹویوشوڈبیدا وائز اپروچ انسچاسچویشن؟ دیکھیں،کرسمستوکسی ملکمیںنہیں،کسیمسلمادارےمیںبھینہیں ، کسی مسلمانسٹیٹیوشنمیںنہیں ۔</w:t>
      </w:r>
    </w:p>
    <w:p>
      <w:r>
        <w:rPr>
          <w:b/>
        </w:rPr>
        <w:t xml:space="preserve">[1:31:02] </w:t>
      </w:r>
      <w:r>
        <w:t>is sawal ki, is sawal ki sab se bari kamzori yeh hai ke woh Christmas ko bardasht nahi karte.</w:t>
      </w:r>
    </w:p>
    <w:p>
      <w:pPr>
        <w:jc w:val="right"/>
      </w:pPr>
      <w:r>
        <w:t>اسوالے کے،اسوالے کیسبسےبڑی کمزورییہہےکہوہکرسمسکوبرداشتنہیںکرتے۔</w:t>
      </w:r>
    </w:p>
    <w:p>
      <w:r>
        <w:rPr>
          <w:b/>
        </w:rPr>
        <w:t xml:space="preserve">[1:31:08] </w:t>
      </w:r>
      <w:r>
        <w:t>kisi Muslim country mein Christmas ko appreciation nahi kiya jata, including Turkey, and Christmas Turkey ki jaan hai.</w:t>
      </w:r>
    </w:p>
    <w:p>
      <w:pPr>
        <w:jc w:val="right"/>
      </w:pPr>
      <w:r>
        <w:t>کسی مسلم کنٹریمیںکر سمسکو اپریشیٹنہیںکیاجاتا، انکلوڈنگٹرکی، اور کرسمسترقیکیجان ہے۔</w:t>
      </w:r>
    </w:p>
    <w:p>
      <w:r>
        <w:rPr>
          <w:b/>
        </w:rPr>
        <w:t xml:space="preserve">[1:31:20] </w:t>
      </w:r>
      <w:r>
        <w:t>no Christmas, no development. Islam mein Christmas ko kuch poora azaadi hai, Christmas ki poori azaadi,</w:t>
      </w:r>
    </w:p>
    <w:p>
      <w:pPr>
        <w:jc w:val="right"/>
      </w:pPr>
      <w:r>
        <w:t>نوکر سمس،نوڈیولپمنٹ۔ اسلام میںکر سمسکوکچھ پورا آز ادیہے،کرسمسکیپوریآزادی ،</w:t>
      </w:r>
    </w:p>
    <w:p>
      <w:r>
        <w:rPr>
          <w:b/>
        </w:rPr>
        <w:t xml:space="preserve">[1:31:29] </w:t>
      </w:r>
      <w:r>
        <w:t>without any restriction. agar aap ko kisi ki Christmas ko theek na samajhta hoon, to aap jawab dijiye is ka daleel ke sath. aap daleel ke sath jawab dijiye.</w:t>
      </w:r>
    </w:p>
    <w:p>
      <w:pPr>
        <w:jc w:val="right"/>
      </w:pPr>
      <w:r>
        <w:t>وداآؤٹاینیریسٹرکشن۔ اگر آپکو کسی کی کر سمسکو ٹھیکنہسمجھتاہوں،توآپ جوابدیجیےاسکادلیلکےساتھ ۔آپدلیلکےساتھجوابدیجیے۔</w:t>
      </w:r>
    </w:p>
    <w:p>
      <w:r>
        <w:rPr>
          <w:b/>
        </w:rPr>
        <w:t xml:space="preserve">[1:31:40] </w:t>
      </w:r>
      <w:r>
        <w:t>to Christmas ka jawab, yani counter argument hai, yeh nahi ke aap Christmas ko band kar dalen.</w:t>
      </w:r>
    </w:p>
    <w:p>
      <w:pPr>
        <w:jc w:val="right"/>
      </w:pPr>
      <w:r>
        <w:t>تو کر سمسکاجواب ،یعنی کاؤنٹر ارگیومنٹہے، یہنہیںکہآپ کرسمسکوبندکرڈالیں۔</w:t>
      </w:r>
    </w:p>
    <w:p>
      <w:r>
        <w:rPr>
          <w:b/>
        </w:rPr>
        <w:t xml:space="preserve">[1:31:50] </w:t>
      </w:r>
      <w:r>
        <w:t>mein isko ghalat manta hoon, aur mera yeh mashwara hai ke har institution mein, har country mein, har community mein christmas ko poori tarah azaadi di jaye, kyunke christmas se intellectual changes paida hote hain, christmas se healthy distance zahoor hote hain,</w:t>
      </w:r>
    </w:p>
    <w:p>
      <w:pPr>
        <w:jc w:val="right"/>
      </w:pPr>
      <w:r>
        <w:t>میںاسکو غلطمانتاہوں، اور میرا یہ مشنہےکہہر انسٹیٹیوشنمیں ،ہر کنٹریمیں،ہرکمیونٹیمیں کر سمسکوپوریطرحآزادیدیجائے، کیونکہکرسمسسے انٹلیکچولچینجز پیدا ہوتےہیں، کر سمسسے ہیلتھیڈسٹنس زہوتےہیں،</w:t>
      </w:r>
    </w:p>
    <w:p>
      <w:r>
        <w:rPr>
          <w:b/>
        </w:rPr>
        <w:t xml:space="preserve">[1:32:10] </w:t>
      </w:r>
      <w:r>
        <w:t>christmas se intellectual development hota hai. isi liye musalman jahan hain, dekhiye, aap inka intellectual progress hai kuch nahi ho raha hai.</w:t>
      </w:r>
    </w:p>
    <w:p>
      <w:pPr>
        <w:jc w:val="right"/>
      </w:pPr>
      <w:r>
        <w:t>کرسمسسے انٹلیکچولڈیولپمنٹہوتاہے۔ اسیلیےمسلمانجوہیں،دیکھیے،آپ انکا انٹلیکچول پروگریسہیکچھنہیںہورہاہے۔</w:t>
      </w:r>
    </w:p>
    <w:p>
      <w:r>
        <w:rPr>
          <w:b/>
        </w:rPr>
        <w:t xml:space="preserve">[1:32:21] </w:t>
      </w:r>
      <w:r>
        <w:t>musalmanon ka intellectual progress nahi ho raha hai, kyunke christmas band hai. yani christmas ko hona taboo bana diya gaya hai. taboo, mein isko taboo nahi samajhta, aur jahan bhi hai, woh galat hai.</w:t>
      </w:r>
    </w:p>
    <w:p>
      <w:pPr>
        <w:jc w:val="right"/>
      </w:pPr>
      <w:r>
        <w:t>مسلمانوںکاانٹلیکچولپروگریسنہیںہورہاہے،کیونکہ کرسمسبندہے۔ یعنیکر سمسکوہوناٹیبوبنادیاگیاہے۔ٹیبو، میںاسکوٹیبونہیںسمجھتا، اورجہاںبھیہے،وہغلطہے۔</w:t>
      </w:r>
    </w:p>
    <w:p>
      <w:r>
        <w:rPr>
          <w:b/>
        </w:rPr>
        <w:t xml:space="preserve">[1:32:31] </w:t>
      </w:r>
      <w:r>
        <w:t>aap daleel se kaat ki jiye is baat ki, daleel se kaat ki jiye. is mein is ko ban lagane ka kya matlab hai?</w:t>
      </w:r>
    </w:p>
    <w:p>
      <w:pPr>
        <w:jc w:val="right"/>
      </w:pPr>
      <w:r>
        <w:t>آپ دلیلسے کاٹکیجیےاسباتکی ، دلیلسےکاٹکیجیے۔ اسمیں اس کوبینلگانےکاکیامطلبہے؟</w:t>
      </w:r>
    </w:p>
    <w:p>
      <w:r>
        <w:rPr>
          <w:b/>
        </w:rPr>
        <w:t xml:space="preserve">[1:32:43] </w:t>
      </w:r>
      <w:r>
        <w:t>is sawal hai Mr. Nafees Shiraz se New Delhi</w:t>
      </w:r>
    </w:p>
    <w:p>
      <w:pPr>
        <w:jc w:val="right"/>
      </w:pPr>
      <w:r>
        <w:t>اسسوال ہے مسٹر نفیس شیراز سے نیودہلی</w:t>
      </w:r>
    </w:p>
    <w:p>
      <w:r>
        <w:rPr>
          <w:b/>
        </w:rPr>
        <w:t xml:space="preserve">[1:32:49] </w:t>
      </w:r>
      <w:r>
        <w:t>konsa aalim behtareen aalim hai, ya konsa aalim sahi aalim hai, is ko jan chunne ka kya ma'ni hai?</w:t>
      </w:r>
    </w:p>
    <w:p>
      <w:pPr>
        <w:jc w:val="right"/>
      </w:pPr>
      <w:r>
        <w:t>۔کونسا عالم بہترین عالم ہے، یا کونسا عالم صحیح عالمہے، اسکو جان چنےکا کیا مع یارہے ؟</w:t>
      </w:r>
    </w:p>
    <w:p>
      <w:r>
        <w:rPr>
          <w:b/>
        </w:rPr>
        <w:t xml:space="preserve">[1:32:59] </w:t>
      </w:r>
      <w:r>
        <w:t>dekhiye, ek hadith hai: "In akam kam min Allah atqakum".</w:t>
      </w:r>
    </w:p>
    <w:p>
      <w:pPr>
        <w:jc w:val="right"/>
      </w:pPr>
      <w:r>
        <w:t>دیکھیے،ایکحدیث ہے:"ان اکم کممن اللہ اتقاکم"۔</w:t>
      </w:r>
    </w:p>
    <w:p>
      <w:r>
        <w:rPr>
          <w:b/>
        </w:rPr>
        <w:t xml:space="preserve">[1:33:06] </w:t>
      </w:r>
      <w:r>
        <w:t>is mein yeh bhi ke "In aalim kam min Allah atqakum" parh lijiye aap.</w:t>
      </w:r>
    </w:p>
    <w:p>
      <w:pPr>
        <w:jc w:val="right"/>
      </w:pPr>
      <w:r>
        <w:t>اسمیںیہبھیکہ"ان عالم کممناللہاتقاکم"پڑھالیجیےآپ ۔</w:t>
      </w:r>
    </w:p>
    <w:p>
      <w:r>
        <w:rPr>
          <w:b/>
        </w:rPr>
        <w:t xml:space="preserve">[1:33:11] </w:t>
      </w:r>
      <w:r>
        <w:t>jo waqai muttaqi ho, Allah se darne wala, wohi aalim hai. baqi aalim nahi. degreeyan hon, tab bhi aalim nahi. sand ho, tab bhi aalim nahi.</w:t>
      </w:r>
    </w:p>
    <w:p>
      <w:pPr>
        <w:jc w:val="right"/>
      </w:pPr>
      <w:r>
        <w:t>جو واق عتا متقی ہو،اللہسےڈرنےوالا،وہیعالمہے۔ باقی عالم نہیں۔ڈگریاںہوں،تببھیعالمنہیں۔سندہو،تببھیعالمنہیں۔</w:t>
      </w:r>
    </w:p>
    <w:p>
      <w:r>
        <w:rPr>
          <w:b/>
        </w:rPr>
        <w:t xml:space="preserve">[1:33:21] </w:t>
      </w:r>
      <w:r>
        <w:t>yani asal cheez jo hai, mere nazdeek taqwa hai. haqeeqi taqwa ka ma'ni ke lambi kar aur oonchi topi nahi, haqeeqi taqwa.</w:t>
      </w:r>
    </w:p>
    <w:p>
      <w:pPr>
        <w:jc w:val="right"/>
      </w:pPr>
      <w:r>
        <w:t>یعنی اصلچیزجوہے، میرےنزدیک تقویٰہے۔ حقیقی تقویٰکامعنیکہلمباکرتااور اونچیٹوپی نہیں،حقیقیتقویٰ۔</w:t>
      </w:r>
    </w:p>
    <w:p>
      <w:r>
        <w:rPr>
          <w:b/>
        </w:rPr>
        <w:t xml:space="preserve">[1:33:35] </w:t>
      </w:r>
      <w:r>
        <w:t>allazeena itha dhukir allahu wajilat quloobuhum, yani jinka dil dahla uthta ho Allah ke zikr ke yaad se.</w:t>
      </w:r>
    </w:p>
    <w:p>
      <w:pPr>
        <w:jc w:val="right"/>
      </w:pPr>
      <w:r>
        <w:t>الذین اذاذکر اللہوج لتقلوبہم، یعنیجنکادل دہلاٹھتاہواللہ کےذکر کے یادسے۔</w:t>
      </w:r>
    </w:p>
    <w:p>
      <w:r>
        <w:rPr>
          <w:b/>
        </w:rPr>
        <w:t xml:space="preserve">[1:33:45] </w:t>
      </w:r>
      <w:r>
        <w:t>to bahar haal sahi tareef achhe aalim ki yeh hai ke woh Allah se darne wala ho, aur aap kisi ko janna chahein ke woh Allah se darne wala hai ya nahi, to us se do charh dilerhiye us ke sath, aap ko maloom ho jaye ga.</w:t>
      </w:r>
    </w:p>
    <w:p>
      <w:pPr>
        <w:jc w:val="right"/>
      </w:pPr>
      <w:r>
        <w:t>تو بہرحال صحیحتعریفاچھےعالم کی یہہےکہوہ اللہ سےڈرنےوالاہو، اور آپ کسی کوجانناچاہیںکہوہاللہسےڈرنےوالاہےیانہیں،تواسسےدوچاردلرہیےاسکےساتھ ،آپکومعلومہوجائےگا۔</w:t>
      </w:r>
    </w:p>
    <w:p>
      <w:r>
        <w:rPr>
          <w:b/>
        </w:rPr>
        <w:t xml:space="preserve">[1:33:58] </w:t>
      </w:r>
      <w:r>
        <w:t>yeh chupi hui, yeh cheez chupi hui nahi reh sakti.</w:t>
      </w:r>
    </w:p>
    <w:p>
      <w:pPr>
        <w:jc w:val="right"/>
      </w:pPr>
      <w:r>
        <w:t>یہچھپیہوئی،یہچیزچھپیہوئینہیںرہسکتی۔</w:t>
      </w:r>
    </w:p>
    <w:p>
      <w:r>
        <w:rPr>
          <w:b/>
        </w:rPr>
        <w:t xml:space="preserve">[1:34:05] </w:t>
      </w:r>
      <w:r>
        <w:t>is sawal hai Mr. Khwaja Kaleemuddin se Pennsylvania. Maulana sahib, how do I convince my Christian friends that the idea of trinity is baseless, even according to their scriptures?</w:t>
      </w:r>
    </w:p>
    <w:p>
      <w:pPr>
        <w:jc w:val="right"/>
      </w:pPr>
      <w:r>
        <w:t>اس سوال ہے مسٹر خواجہکلیم الدین سے پینس لوینیا۔ مول اناصاحب، ہاؤڈوآئی کنونس مائی کرسچنفر ینڈز دیٹدیآئیڈیاآف ٹرین ٹیاز بیسلیس ،ایون اکارڈنگٹودیرسکرپچرز؟</w:t>
      </w:r>
    </w:p>
    <w:p>
      <w:r>
        <w:rPr>
          <w:b/>
        </w:rPr>
        <w:t xml:space="preserve">[1:34:22] </w:t>
      </w:r>
      <w:r>
        <w:t>kindly give me some references from their books.</w:t>
      </w:r>
    </w:p>
    <w:p>
      <w:pPr>
        <w:jc w:val="right"/>
      </w:pPr>
      <w:r>
        <w:t>کائنڈلیگیومی سم ریفر نسز فر امدیربکس۔</w:t>
      </w:r>
    </w:p>
    <w:p>
      <w:r>
        <w:rPr>
          <w:b/>
        </w:rPr>
        <w:t xml:space="preserve">[1:34:27] </w:t>
      </w:r>
      <w:r>
        <w:t>dekhiye, pehli baat to yeh hai ke yeh trinity, jo inka basic aqeeda hai, woh bible mein maujood nahi hai. New Testament mein, is mein maujood nahi hai.</w:t>
      </w:r>
    </w:p>
    <w:p>
      <w:pPr>
        <w:jc w:val="right"/>
      </w:pPr>
      <w:r>
        <w:t>دیکھیے،پہلیباتتویہہےکہ یہ ٹرینٹی،جوانکا بیسک عقیدہہے،وہ بائبلمیںموجود ہینہیں ۔ جونیوٹیسٹ منٹہے،اسمیںموجود ہینہیںہے۔</w:t>
      </w:r>
    </w:p>
    <w:p>
      <w:r>
        <w:rPr>
          <w:b/>
        </w:rPr>
        <w:t xml:space="preserve">[1:34:45] </w:t>
      </w:r>
      <w:r>
        <w:t>to jab maujood nahi hai, to woh interpolation hai.</w:t>
      </w:r>
    </w:p>
    <w:p>
      <w:pPr>
        <w:jc w:val="right"/>
      </w:pPr>
      <w:r>
        <w:t>توجبموجود ہینہیںہے،تووہ انٹرپلیشنہے۔</w:t>
      </w:r>
    </w:p>
    <w:p>
      <w:r>
        <w:rPr>
          <w:b/>
        </w:rPr>
        <w:t xml:space="preserve">[1:34:51] </w:t>
      </w:r>
      <w:r>
        <w:t>ek ek padre, ek German padre, ek mere paas aaye, mein yeh baat un se kahi ke aap trinity ko mante hain, aur trinity woh hai hi nahi aap ke New Testament mein. to unhone kaha ke hai, to mein ne English bible unko di.</w:t>
      </w:r>
    </w:p>
    <w:p>
      <w:pPr>
        <w:jc w:val="right"/>
      </w:pPr>
      <w:r>
        <w:t>ایک ایک پادری،ایکجرمنپادری،ایکبارمیرےپاسآئے،میںیہباتانسےکہی کہآپ ٹرینٹیکومانتےہیں،اورٹرینٹیتوہےہینہیںآپکےنیوٹیسٹ منٹمیں۔ توانہوںنےکہاکہہے، تومیںنےانگلشبائبل انکودی۔</w:t>
      </w:r>
    </w:p>
    <w:p>
      <w:r>
        <w:rPr>
          <w:b/>
        </w:rPr>
        <w:t xml:space="preserve">[1:35:05] </w:t>
      </w:r>
      <w:r>
        <w:t>yani mein sahib, 45 minute tak ult palat karte rahe, ek ayat nahi nikal sake, aur ek aadh ayat jo batai, unhone kaha ke is mein koi trinity kahan hai?</w:t>
      </w:r>
    </w:p>
    <w:p>
      <w:pPr>
        <w:jc w:val="right"/>
      </w:pPr>
      <w:r>
        <w:t>یعنیمیںصاحب،45منٹتک الٹپلٹکرتے رہے، ایکآیتنہیںنکالسکے، اور ایکآدھآیتجوبتائی، انہوںنےکہ یتواسمیں کوئیٹرینٹیکہاںہے؟</w:t>
      </w:r>
    </w:p>
    <w:p>
      <w:r>
        <w:rPr>
          <w:b/>
        </w:rPr>
        <w:t xml:space="preserve">[1:35:15] </w:t>
      </w:r>
      <w:r>
        <w:t>trinity hai hi nahi is ke andar.</w:t>
      </w:r>
    </w:p>
    <w:p>
      <w:pPr>
        <w:jc w:val="right"/>
      </w:pPr>
      <w:r>
        <w:t>ٹرینٹیتوہےنہیںاسکےاندر۔</w:t>
      </w:r>
    </w:p>
    <w:p>
      <w:r>
        <w:rPr>
          <w:b/>
        </w:rPr>
        <w:t xml:space="preserve">[1:35:18] </w:t>
      </w:r>
      <w:r>
        <w:t>three in one, one in three jo concept hai, woh yeh yeh church ka hai, bible ka nahi hai. pehli baat to yahi hai, par yeh batao ke woh is ka authenticity establish karni New Testament se.</w:t>
      </w:r>
    </w:p>
    <w:p>
      <w:pPr>
        <w:jc w:val="right"/>
      </w:pPr>
      <w:r>
        <w:t>تھریانون،ونانتھریجوکانسیپٹہے،وہ یہ یہچرچکاہے، بائبلکانہیںہے۔ پہلیباتتویہیہے، پر یہ بتاؤکہ وہ اسکااتھینٹیسٹیاسٹیبلشکرو نیوٹیسٹ منٹسے۔</w:t>
      </w:r>
    </w:p>
    <w:p>
      <w:r>
        <w:rPr>
          <w:b/>
        </w:rPr>
        <w:t xml:space="preserve">[1:35:36] </w:t>
      </w:r>
      <w:r>
        <w:t>jab is ka authenticity establish na kar sake, aap to phir baseless hai. woh</w:t>
      </w:r>
    </w:p>
    <w:p>
      <w:pPr>
        <w:jc w:val="right"/>
      </w:pPr>
      <w:r>
        <w:t>جباسکااتھینٹیسٹیاسٹیبلشنہکرسکے،آپتوپھربیسلیسہیں۔وہ</w:t>
      </w:r>
    </w:p>
    <w:p>
      <w:r>
        <w:rPr>
          <w:b/>
        </w:rPr>
        <w:t xml:space="preserve">[1:35:45] </w:t>
      </w:r>
      <w:r>
        <w:t>is sawal hai Mr. Shaukat Ali se Sialkot, Pakistan. Maulana, I condemn the killing of Ahmadis in Lahore, but my question is that should we not call the Ahmadis as non-Muslims.</w:t>
      </w:r>
    </w:p>
    <w:p>
      <w:pPr>
        <w:jc w:val="right"/>
      </w:pPr>
      <w:r>
        <w:t>اسسوال ہے مس ٹر شوکت علی سے سیالکوٹ، پاکستان ۔ مولانا، آئی کنڈیم داکل نگآف احمد یز انلاہور، بٹمائیکوئسچناز دی ٹشوڈوی ناٹ کال دااحمد یز ایز نانمسلمز۔</w:t>
      </w:r>
    </w:p>
    <w:p>
      <w:r>
        <w:rPr>
          <w:b/>
        </w:rPr>
        <w:t xml:space="preserve">[1:36:04] </w:t>
      </w:r>
      <w:r>
        <w:t>if they are non-Muslims, then we should allow them to spread the ambiguity about Islam. kindly give your comments.</w:t>
      </w:r>
    </w:p>
    <w:p>
      <w:pPr>
        <w:jc w:val="right"/>
      </w:pPr>
      <w:r>
        <w:t>اف دےآرنانمس لمز، دینویشوڈالاؤدیمٹوسپریڈدا ایمبیگو ٹی اباؤٹاسلام ۔ کائنڈلیگیو یورکمنٹس۔</w:t>
      </w:r>
    </w:p>
    <w:p>
      <w:r>
        <w:rPr>
          <w:b/>
        </w:rPr>
        <w:t xml:space="preserve">[1:36:13] </w:t>
      </w:r>
      <w:r>
        <w:t>aap aap ke kehne se woh spread kar rahe hain already. yani internet mein jo website Islam ka jo word hai, woh ikomla hua hai.</w:t>
      </w:r>
    </w:p>
    <w:p>
      <w:pPr>
        <w:jc w:val="right"/>
      </w:pPr>
      <w:r>
        <w:t>آپ آپ کےکہنےسےوہسپریڈکررہےہیںالریڈی۔ یعنی انٹرنیٹمیں جو ویبسائٹ اسلام کا جو ورڈہے،وہیکوملاہواہے۔</w:t>
      </w:r>
    </w:p>
    <w:p>
      <w:r>
        <w:rPr>
          <w:b/>
        </w:rPr>
        <w:t xml:space="preserve">[1:36:24] </w:t>
      </w:r>
      <w:r>
        <w:t>aap ghorkijiyega, international tour par jo inspire karne ka zariya hai, woh is par already a monopoly hasil hai.</w:t>
      </w:r>
    </w:p>
    <w:p>
      <w:pPr>
        <w:jc w:val="right"/>
      </w:pPr>
      <w:r>
        <w:t>آپ غورکیجیے، انٹرنیشنل طور پرجو انسپریڈکرنےکا ذریعہہے، وہ اس پر الریڈی انکومناپلیحاصل ہے۔</w:t>
      </w:r>
    </w:p>
    <w:p>
      <w:r>
        <w:rPr>
          <w:b/>
        </w:rPr>
        <w:t xml:space="preserve">[1:36:34] </w:t>
      </w:r>
      <w:r>
        <w:t>lafz Islam par monopoly hasil hai. Kaise rokenge aap? To aap marne se roksakte hain, fatwe se roksakte hain, aap</w:t>
      </w:r>
    </w:p>
    <w:p>
      <w:pPr>
        <w:jc w:val="right"/>
      </w:pPr>
      <w:r>
        <w:t>لفظاسلام پرمناپلیحاصلہے۔کیسےروکیںگےآپ ؟ توآپ مارنےسےروکسکتےہیں،فتویٰسےروکسکتےہیں،آپ</w:t>
      </w:r>
    </w:p>
    <w:p>
      <w:r>
        <w:rPr>
          <w:b/>
        </w:rPr>
        <w:t xml:space="preserve">[1:36:43] </w:t>
      </w:r>
      <w:r>
        <w:t>daleel se roksakte hain. Daleel se yeh bilkul mere nazdeek bilkul a stupid kaam hai ke fatwa dena aur marna aur kaatna aur jalana aur phoonkna, yeh sab bilkul is se kuch bhi kisi ko bigaadta nahi hai.</w:t>
      </w:r>
    </w:p>
    <w:p>
      <w:pPr>
        <w:jc w:val="right"/>
      </w:pPr>
      <w:r>
        <w:t>دلیلسےروکسکتےہیں۔دلیلسے یہبالکل میرےنزدیکبالکلاسٹیپڈکامہے کہ فتویٰدینااورمار نااور کاٹنااورجلانااورپھوکنا،یہسببالکل اسسےکچھبھیکسی کوبگاڑتانہیںہے۔</w:t>
      </w:r>
    </w:p>
    <w:p>
      <w:r>
        <w:rPr>
          <w:b/>
        </w:rPr>
        <w:t xml:space="preserve">[1:36:53] </w:t>
      </w:r>
      <w:r>
        <w:t>aur bhi duniya ki sympathy mil jaati hai isko, duniya ki sympathy mil jaati hai isko. Sirf ek hi tareeqa hai ke kitaab ka jawab, kitaab daleel ka jawab, daleel yahi ek hi tareeqa hai.</w:t>
      </w:r>
    </w:p>
    <w:p>
      <w:pPr>
        <w:jc w:val="right"/>
      </w:pPr>
      <w:r>
        <w:t>اور بھیدنیا کیسمپتھیملجاتیہےاسکو، دنیا کیسمپتھیملجاتیہےاسکو۔ صرفایکہیطریقہہےکہ کتاب کاجواب،کتاب دلیلکاجواب،دلیل یہیایکہیطریقہہے۔</w:t>
      </w:r>
    </w:p>
    <w:p>
      <w:r>
        <w:rPr>
          <w:b/>
        </w:rPr>
        <w:t xml:space="preserve">[1:37:06] </w:t>
      </w:r>
      <w:r>
        <w:t>baqi jo musalmanon ne kar rakha hai is waqt, woh bilkul hi</w:t>
      </w:r>
    </w:p>
    <w:p>
      <w:pPr>
        <w:jc w:val="right"/>
      </w:pPr>
      <w:r>
        <w:t>باقیجومسلمانوںنےکررکھاہےاسوقت ،وہبالکل ہی</w:t>
      </w:r>
    </w:p>
    <w:p>
      <w:r>
        <w:rPr>
          <w:b/>
        </w:rPr>
        <w:t xml:space="preserve">[1:37:09] </w:t>
      </w:r>
      <w:r>
        <w:t>baseless hai, stupid hai, aur koi result iska nahi hai. Maulana, head isko de should we not call ahmadis as non-muslims.</w:t>
      </w:r>
    </w:p>
    <w:p>
      <w:pPr>
        <w:jc w:val="right"/>
      </w:pPr>
      <w:r>
        <w:t>بیسلیسہے، اسٹیپڈہے، اور کوئیرزلٹاسکانہیںہے۔ مولانا،ہیڈاسکدی ٹ شوڈویناٹکال دیاحمد یزایز نانمس لمز۔</w:t>
      </w:r>
    </w:p>
    <w:p>
      <w:r>
        <w:rPr>
          <w:b/>
        </w:rPr>
        <w:t xml:space="preserve">[1:37:21] </w:t>
      </w:r>
      <w:r>
        <w:t>aapko kya haq hai ke Allah taala ka kya? Yeh jo muslims nahi, so called, yeh sab yeh sab pakke musalman hain. Hadeeson mein hadees sabit hai ke phir jayenge log.</w:t>
      </w:r>
    </w:p>
    <w:p>
      <w:pPr>
        <w:jc w:val="right"/>
      </w:pPr>
      <w:r>
        <w:t>آپکوکیا حق ہے کہاللہ تعالیٰکا کیا؟یہجومس لمانہیں،سوکالڈ،یہسب یہسبپکےمسلمہیں۔ حدیثوںمیں حدیث ثابتہےکہ پھرجائیںگےلوگ ۔</w:t>
      </w:r>
    </w:p>
    <w:p>
      <w:r>
        <w:rPr>
          <w:b/>
        </w:rPr>
        <w:t xml:space="preserve">[1:37:33] </w:t>
      </w:r>
      <w:r>
        <w:t>hadeesein sabit hain bilkul ke deen se phir jayenge log.</w:t>
      </w:r>
    </w:p>
    <w:p>
      <w:pPr>
        <w:jc w:val="right"/>
      </w:pPr>
      <w:r>
        <w:t>حدیثیںثابتہیںبالکل کہدینسےپھرجائیںگےلوگ۔</w:t>
      </w:r>
    </w:p>
    <w:p>
      <w:r>
        <w:rPr>
          <w:b/>
        </w:rPr>
        <w:t xml:space="preserve">[1:37:38] </w:t>
      </w:r>
      <w:r>
        <w:t>to kisko aap? Aap aap ke aap ke mu'jize ko'i muslim hoga, kisi non-muslim hoga? Ko'i kisne aapko yeh right diya? Yeh jo fatwe dete hain, inko kisne right diya hai?</w:t>
      </w:r>
    </w:p>
    <w:p>
      <w:pPr>
        <w:jc w:val="right"/>
      </w:pPr>
      <w:r>
        <w:t>تو کسکوآپ ؟آپ آپ کے آپکے معجزےکوئیمس لمان ہوگا،کسی نانمسلمہوگا؟کوئی کسنےآپکویہرائٹدیا ؟ یہجوفتویٰدیتےہیں،انکوکسنےرائٹدیاہے؟</w:t>
      </w:r>
    </w:p>
    <w:p>
      <w:r>
        <w:rPr>
          <w:b/>
        </w:rPr>
        <w:t xml:space="preserve">[1:37:50] </w:t>
      </w:r>
      <w:r>
        <w:t>Quran o hadees mein to hai nahi ke takfeer karo. Quran mein, na hadees mein. To kisne inko right diya hai ke woh takfeer karein kisi ki?</w:t>
      </w:r>
    </w:p>
    <w:p>
      <w:pPr>
        <w:jc w:val="right"/>
      </w:pPr>
      <w:r>
        <w:t>قرآنوحدیثمیںتوہےنہیںکہ تکفیرکرو۔ قرآنمیں،نہحدیثمیں۔ توکسنےانکورائٹدیاہےکہوہتکفیرکریںکسی کی ؟</w:t>
      </w:r>
    </w:p>
    <w:p>
      <w:r>
        <w:rPr>
          <w:b/>
        </w:rPr>
        <w:t xml:space="preserve">[1:38:01] </w:t>
      </w:r>
      <w:r>
        <w:t>hadees mein dekhiye, saaf saaf hai: "La tar jao ba'di kuffara idar ba'dh kum raqab ba'dh".</w:t>
      </w:r>
    </w:p>
    <w:p>
      <w:pPr>
        <w:jc w:val="right"/>
      </w:pPr>
      <w:r>
        <w:t>حدیثمیںدیکھیے،صافصافہے: "لا تر جعوابعد یکفار ایدربعض کمرقاب بعض"۔</w:t>
      </w:r>
    </w:p>
    <w:p>
      <w:r>
        <w:rPr>
          <w:b/>
        </w:rPr>
        <w:t xml:space="preserve">[1:38:08] </w:t>
      </w:r>
      <w:r>
        <w:t>yeh hadees hai baqaida: "La tar jao ba'di kuffara idar ba'dh kum raqab ba'dh". Mere baad tum kafir na ho jana ke tum ek doosre ki gardanein maarne lago.</w:t>
      </w:r>
    </w:p>
    <w:p>
      <w:pPr>
        <w:jc w:val="right"/>
      </w:pPr>
      <w:r>
        <w:t>یہحدیثہےباقاعدہ: "لاتر جعوابعدی کفارا یدربعض کمرقاببعض" ۔میرےبعد تم کافرنہہوجانا کہ تم ایکدوسرےکیگرد نیںمارنےلگو۔</w:t>
      </w:r>
    </w:p>
    <w:p>
      <w:r>
        <w:rPr>
          <w:b/>
        </w:rPr>
        <w:t xml:space="preserve">[1:38:21] </w:t>
      </w:r>
      <w:r>
        <w:t>to so called muslims aapas mein gardanein maar rahe hain, maar rahe hain.</w:t>
      </w:r>
    </w:p>
    <w:p>
      <w:pPr>
        <w:jc w:val="right"/>
      </w:pPr>
      <w:r>
        <w:t>تو سو کالڈمسلمانآپسمیںگردنیںماررہےہیں،ماررہےہیں۔</w:t>
      </w:r>
    </w:p>
    <w:p>
      <w:r>
        <w:rPr>
          <w:b/>
        </w:rPr>
        <w:t xml:space="preserve">[1:38:24] </w:t>
      </w:r>
      <w:r>
        <w:t>aap dekh lijiyega, jo ahmadis nahi hain, woh aapas mein ek doosre ko maar rahe hain. To hadees ke mutabiq woh kafir ho gaye. To aap ka ailaan karenge ke woh kafir hain? Woh bohat bade peimane par muslim doosre muslim ko maar raha hai.</w:t>
      </w:r>
    </w:p>
    <w:p>
      <w:pPr>
        <w:jc w:val="right"/>
      </w:pPr>
      <w:r>
        <w:t>آپدیکھلیجئے، جو احمد ینہیںہیں، وہ آپسمیںایکدوسرےکو ماررہےہیں۔ توحدیثکےمطابقوہکافرہوگئے۔ توآپکااعلانکریںگےکہوہکافرہیں؟وہ بہت بڑے پیمانےپرمسلماندوسرےمسلمانکوماررہاہے۔</w:t>
      </w:r>
    </w:p>
    <w:p>
      <w:r>
        <w:rPr>
          <w:b/>
        </w:rPr>
        <w:t xml:space="preserve">[1:38:40] </w:t>
      </w:r>
      <w:r>
        <w:t>mujhe naam lene ki zaroorat nahi hai, aap jaante hain kahan yeh kaam ho raha hai ke muslim muslim ko maarta hai.</w:t>
      </w:r>
    </w:p>
    <w:p>
      <w:pPr>
        <w:jc w:val="right"/>
      </w:pPr>
      <w:r>
        <w:t>مجھے ناملینےکیضرورتنہیںہے،آپجانتےہیںکہاںیہکامہورہاہے کہمسلمانمسلمانکومارتاہے۔</w:t>
      </w:r>
    </w:p>
    <w:p>
      <w:r>
        <w:rPr>
          <w:b/>
        </w:rPr>
        <w:t xml:space="preserve">[1:38:47] </w:t>
      </w:r>
      <w:r>
        <w:t>to kya aap kahenge ke woh kafir hain? To ahmadion ke liye le kar ke aap itna bada issue kyun banaye hue hain? Inko kyun nahi banate jo muslim, jo muslim hote hain, muslim ko maarte hain?</w:t>
      </w:r>
    </w:p>
    <w:p>
      <w:pPr>
        <w:jc w:val="right"/>
      </w:pPr>
      <w:r>
        <w:t>توکیاآپکہیںگےکہوہکافر ہیں؟ تو احمد یوںکےلیے لےکرکےآپاتنابڑا ایشوکیوںبنائےہوئےہیں؟ انکوکیوںنہیںبناتےجومسلمان ،جو مسلمانہوتےہیں،مسلمانکومارتےہیں؟</w:t>
      </w:r>
    </w:p>
    <w:p>
      <w:r>
        <w:rPr>
          <w:b/>
        </w:rPr>
        <w:t xml:space="preserve">[1:39:00] </w:t>
      </w:r>
      <w:r>
        <w:t>"La tar jao ba'di kuffara idar ba'dh kum raqab ba'dh".</w:t>
      </w:r>
    </w:p>
    <w:p>
      <w:pPr>
        <w:jc w:val="right"/>
      </w:pPr>
      <w:r>
        <w:t>"لاتر جعوابعدی کفارا یدر بعض کم رقاببعض"۔</w:t>
      </w:r>
    </w:p>
    <w:p>
      <w:r>
        <w:rPr>
          <w:b/>
        </w:rPr>
        <w:t xml:space="preserve">[1:39:05] </w:t>
      </w:r>
      <w:r>
        <w:t>saaf saaf hai ke mere baad jo log haalat yeh ho jaye ke muslim muslim manne lage, woh kafir ho jayenge. Woh yeh kafir Allah ke honge.</w:t>
      </w:r>
    </w:p>
    <w:p>
      <w:pPr>
        <w:jc w:val="right"/>
      </w:pPr>
      <w:r>
        <w:t>صافصافہے کہمیرےبعد جولوگ حالتیہہوجائےکہ مسلمان مسلمان ماننےلگے،وہکافرہوجائیںگے۔وہ یہکافرعند اللہہوںگے۔</w:t>
      </w:r>
    </w:p>
    <w:p>
      <w:r>
        <w:rPr>
          <w:b/>
        </w:rPr>
        <w:t xml:space="preserve">[1:39:15] </w:t>
      </w:r>
      <w:r>
        <w:t>tab bhi aapko haq nahi hai ke aap inki takfeer karein. Allah ke nazdeek Allah faisla karega inke bare mein. Yeh sawaliya hai ke yeh saare galat kaam muslim to khud bhi karte hain, kya yeh sirf ahmadi karte hain?</w:t>
      </w:r>
    </w:p>
    <w:p>
      <w:pPr>
        <w:jc w:val="right"/>
      </w:pPr>
      <w:r>
        <w:t>تب بھیآپکوحقنہیںہےکہآپ انکیتکفیرکریں۔ اللہ کےنزدیک اللہ فیصلہکرےگاانکےبارےمیں ۔ یہسوالیہہےکہ یہسارےغلطکام مسلمانتوخودبھیکرتےہیں، کیا یہصرفاحمدیکرتےہیں؟</w:t>
      </w:r>
    </w:p>
    <w:p>
      <w:r>
        <w:rPr>
          <w:b/>
        </w:rPr>
        <w:t xml:space="preserve">[1:39:30] </w:t>
      </w:r>
      <w:r>
        <w:t>main ahmadion ko bilashuba galat manta hoon, main ahmadion ko sahi nahi manta, lekin lekin takfeer ka haq kahan? Aap kisne aapko diya? Daleel se inki baat ko galat sabit kijiye.</w:t>
      </w:r>
    </w:p>
    <w:p>
      <w:pPr>
        <w:jc w:val="right"/>
      </w:pPr>
      <w:r>
        <w:t>میں احمدیوںکوبلاشبہغلطمانتاہوں، میں احمدیوںکوصحیحنہیںمانتا، لیکن لیکن تکفیرکاحق کہاں؟آپ کسنےآپکودیا ؟ دلیلسےانکیباتکوغلطثابتکیجئے۔</w:t>
      </w:r>
    </w:p>
    <w:p>
      <w:r>
        <w:rPr>
          <w:b/>
        </w:rPr>
        <w:t xml:space="preserve">[1:39:43] </w:t>
      </w:r>
      <w:r>
        <w:t>mere paas aate hain to main daleel se inko galat sabit karta hoon. Inko inki himmat nahi padti mere diloon ko kaatne ki.</w:t>
      </w:r>
    </w:p>
    <w:p>
      <w:pPr>
        <w:jc w:val="right"/>
      </w:pPr>
      <w:r>
        <w:t>میرےپاسآتےہیںتومیں دلیلسےانکوغلطثابتکرتاہوں۔انکو انکیہمتنہیںپڑتیمیرےدلوںکوکاٹنےکی۔</w:t>
      </w:r>
    </w:p>
    <w:p>
      <w:r>
        <w:rPr>
          <w:b/>
        </w:rPr>
        <w:t xml:space="preserve">[1:39:54] </w:t>
      </w:r>
      <w:r>
        <w:t>is sawal hai Ms. Ayesha Zakwan se New Delhi. Maulana, what is the formula for positive planning?</w:t>
      </w:r>
    </w:p>
    <w:p>
      <w:pPr>
        <w:jc w:val="right"/>
      </w:pPr>
      <w:r>
        <w:t>اس سوال ہے مس عائشہزکوان سے نیودہلی۔ مولانا،واٹازدافارمولافار پازیٹیو پلاننگ؟</w:t>
      </w:r>
    </w:p>
    <w:p>
      <w:r>
        <w:rPr>
          <w:b/>
        </w:rPr>
        <w:t xml:space="preserve">[1:40:04] </w:t>
      </w:r>
      <w:r>
        <w:t>kindly comment.</w:t>
      </w:r>
    </w:p>
    <w:p>
      <w:pPr>
        <w:jc w:val="right"/>
      </w:pPr>
      <w:r>
        <w:t>کائنڈلیکمنٹ۔</w:t>
      </w:r>
    </w:p>
    <w:p>
      <w:r>
        <w:rPr>
          <w:b/>
        </w:rPr>
        <w:t xml:space="preserve">[1:40:13] </w:t>
      </w:r>
      <w:r>
        <w:t>bhai, positive thinking jab aayegi, tabhi to hogi positive planning.</w:t>
      </w:r>
    </w:p>
    <w:p>
      <w:pPr>
        <w:jc w:val="right"/>
      </w:pPr>
      <w:r>
        <w:t>بھئی،پازیٹیوتھنکنگجبآئےگی،تبھیتوہوگیپازیٹیوپلاننگ۔</w:t>
      </w:r>
    </w:p>
    <w:p>
      <w:r>
        <w:rPr>
          <w:b/>
        </w:rPr>
        <w:t xml:space="preserve">[1:40:20] </w:t>
      </w:r>
      <w:r>
        <w:t>positive planning jo hai, woh to baad ko aati hai. Pehli cheez hai positive thinking, aur positive thinking laane ke liye aadmi ko apna mercy seat transport karna padta hai.</w:t>
      </w:r>
    </w:p>
    <w:p>
      <w:pPr>
        <w:jc w:val="right"/>
      </w:pPr>
      <w:r>
        <w:t>پازیٹیوپلاننگجو ہے،وہتوبعدکوآتیہے۔ پہلیچیزہےپازیٹیوتھنکنگ، اورپازیٹیوتھنکنگلانےکےلیے آدمیکو اپنا مر سیڈسانٹرانسپرٹکرنا پڑتاہے۔</w:t>
      </w:r>
    </w:p>
    <w:p>
      <w:r>
        <w:rPr>
          <w:b/>
        </w:rPr>
        <w:t xml:space="preserve">[1:40:32] </w:t>
      </w:r>
      <w:r>
        <w:t>yani apne andar saare negative atom ko nikalna bohat mushkil kaam hai. yeh</w:t>
      </w:r>
    </w:p>
    <w:p>
      <w:pPr>
        <w:jc w:val="right"/>
      </w:pPr>
      <w:r>
        <w:t>یعنیاپنےاندر سارےنیگیٹیوآئٹمکونکالنا بہتمشکلکام ہے۔یہ</w:t>
      </w:r>
    </w:p>
    <w:p>
      <w:r>
        <w:rPr>
          <w:b/>
        </w:rPr>
        <w:t xml:space="preserve">[1:40:41] </w:t>
      </w:r>
      <w:r>
        <w:t>har har aadmi ke mind mein negative atom bhare hue hain, isko chinchin kar nikalna, yani sort out karna. jab apne apne mind ko aadmi positive bana lega, positive thinking iske andar aa jayegi, to positive planning to bohat aasan ho jati hai.</w:t>
      </w:r>
    </w:p>
    <w:p>
      <w:pPr>
        <w:jc w:val="right"/>
      </w:pPr>
      <w:r>
        <w:t>ہر ہرآدمیکےمائنڈمیں نیگیٹیوآئٹمبھرےہوئےہیں، اسکو چنچنکرنکالنا،یعنیسورٹآؤٹکرنا۔ جب اپنے اپنے مائنڈکوآدمی پازیٹیوبنالےگا، پازیٹیوتھنکنگاسکےاندرآجائےگی،تو پازیٹی وپلاننگتوبہتآسانہوجاتیہے۔</w:t>
      </w:r>
    </w:p>
    <w:p>
      <w:r>
        <w:rPr>
          <w:b/>
        </w:rPr>
        <w:t xml:space="preserve">[1:40:58] </w:t>
      </w:r>
      <w:r>
        <w:t>positive planning to result hai iska. to beginning hoti hai apni negative ko khatam karne se, iske baad aati hai positive thinking. jab woh aa jaye to phir positive planning bilkul aasan ho jati hai.</w:t>
      </w:r>
    </w:p>
    <w:p>
      <w:pPr>
        <w:jc w:val="right"/>
      </w:pPr>
      <w:r>
        <w:t>پازیٹیوپلاننگتو رزلٹہےاسکا ۔ توبگننگہوتیہے اپنی نیگیٹیوٹیکوختمکرنےسے ،اسکےبعد آتیہےپازیٹیوتھنکنگ۔جبوہآجائے توپھرپازیٹیوپ لاننگبالکلآسانہوجاتیہے۔</w:t>
      </w:r>
    </w:p>
    <w:p>
      <w:r>
        <w:rPr>
          <w:b/>
        </w:rPr>
        <w:t xml:space="preserve">[1:41:15] </w:t>
      </w:r>
      <w:r>
        <w:t>is sawal hai Mr. Rahul Bhatia se Dubai. Allah promises men large number of hoors in jannat and says that the woman who was the man's wife on earth would be ahead of all his hoors in jannat.</w:t>
      </w:r>
    </w:p>
    <w:p>
      <w:pPr>
        <w:jc w:val="right"/>
      </w:pPr>
      <w:r>
        <w:t>اسسوال ہے مسٹر راہل بھاٹیاسے دبئی۔ اللہ پرومس ز مین لارج نمبرآف حورز ان جنت اینڈسیزدیٹداوومنہو واز دیٹمینز وائفان ارتھ وڈبیداہیڈآف آل ہز حورزان جنت۔</w:t>
      </w:r>
    </w:p>
    <w:p>
      <w:r>
        <w:rPr>
          <w:b/>
        </w:rPr>
        <w:t xml:space="preserve">[1:41:35] </w:t>
      </w:r>
      <w:r>
        <w:t>now we all know that no woman would like to share her husband with another woman, b</w:t>
      </w:r>
    </w:p>
    <w:p>
      <w:pPr>
        <w:jc w:val="right"/>
      </w:pPr>
      <w:r>
        <w:t>ناؤوی آل نو دیٹ نو وومنوڈلائکٹوشیئرہرہسبینڈ ودانادر وومن، ب</w:t>
      </w:r>
    </w:p>
    <w:p>
      <w:r>
        <w:rPr>
          <w:b/>
        </w:rPr>
        <w:t xml:space="preserve">[1:41:42] </w:t>
      </w:r>
      <w:r>
        <w:t>t according to Allah's creation plan, a woman has to deal with this not only in this world, but also in jannat.</w:t>
      </w:r>
    </w:p>
    <w:p>
      <w:pPr>
        <w:jc w:val="right"/>
      </w:pPr>
      <w:r>
        <w:t>ٹ اکارڈنگٹواللہ ک ریشنپلان، اوومنہیزٹوڈیلوددس ناٹاونلیاندسورلڈ ،بٹ الس و ان جن ت۔</w:t>
      </w:r>
    </w:p>
    <w:p>
      <w:r>
        <w:rPr>
          <w:b/>
        </w:rPr>
        <w:t xml:space="preserve">[1:41:52] </w:t>
      </w:r>
      <w:r>
        <w:t>isnt this inferior to women? dekhen, yeh kahin bhi nahi hai. ek aadmi ke paas bohat saari hoorein hongi, yeh sab afsaane hain.</w:t>
      </w:r>
    </w:p>
    <w:p>
      <w:pPr>
        <w:jc w:val="right"/>
      </w:pPr>
      <w:r>
        <w:t>از نٹدس انفیئرٹووومن؟ دیکھیں،یہکہیںبھینہیںہے۔ ایک آدمیکےپاسبہتسارےحوریںہوںگی، یہسب افسانےہیں۔</w:t>
      </w:r>
    </w:p>
    <w:p>
      <w:r>
        <w:rPr>
          <w:b/>
        </w:rPr>
        <w:t xml:space="preserve">[1:42:01] </w:t>
      </w:r>
      <w:r>
        <w:t>afsaane, yeh kisi bhi na to sahih hadith mein hai, na hi Quran majeed mein hai.</w:t>
      </w:r>
    </w:p>
    <w:p>
      <w:pPr>
        <w:jc w:val="right"/>
      </w:pPr>
      <w:r>
        <w:t>افسانے، یہ کسی بھی نہتوصحیححدیثمیںہے،نہکہقرآنمجیدمیںہے۔</w:t>
      </w:r>
    </w:p>
    <w:p>
      <w:r>
        <w:rPr>
          <w:b/>
        </w:rPr>
        <w:t xml:space="preserve">[1:42:08] </w:t>
      </w:r>
      <w:r>
        <w:t>ek aadmi ka hoorein ki fauj hogi, aisa kuch bhi nahi hai. to main isko nahi manta. baqi qisse kahaniyan bohat saare hain, to qisse kahaniyon se kuch sabit nahi hota. kuch mein to yeh hi manta hoon ke ek aadmi ke saath ek biwi duniya mein honi chahiye, wahan bhi ek biwi honi chahiye.</w:t>
      </w:r>
    </w:p>
    <w:p>
      <w:pPr>
        <w:jc w:val="right"/>
      </w:pPr>
      <w:r>
        <w:t>ایکآدمی کا حوروںکیفوجہوگی، ایسا کچھبھینہیںہے۔ تومیںاسکونہیںمانتا۔ باقیقصےکہانیاںبہتسارےہیں، تو قصےکہانیوںسے کچھثابتنہیںہوتا۔کچھ میںتویہیمانتاہوںکہایکآدمیکےساتھ ایکبیویدنیامیںہونیچاہیے،وہاںبھیایکبیویہونیچاہیے۔</w:t>
      </w:r>
    </w:p>
    <w:p>
      <w:r>
        <w:rPr>
          <w:b/>
        </w:rPr>
        <w:t xml:space="preserve">[1:42:25] </w:t>
      </w:r>
      <w:r>
        <w:t>main ta'addud azdwaj ko nahi manta, polygamy</w:t>
      </w:r>
    </w:p>
    <w:p>
      <w:pPr>
        <w:jc w:val="right"/>
      </w:pPr>
      <w:r>
        <w:t>میں تعد دازواجکونہیںمانتا، پولیگامی</w:t>
      </w:r>
    </w:p>
    <w:p>
      <w:r>
        <w:rPr>
          <w:b/>
        </w:rPr>
        <w:t xml:space="preserve">[1:42:28] </w:t>
      </w:r>
      <w:r>
        <w:t>ko. woh woh woh la woh woh hai, woh necessity ki shakal ke liye hai. yani jisko kehte hain law of necessity, yani aisi haalat mein jabke auratein sarkal se ho jayen, mard kam ho jayen, to isko aise manage karne ke liye yeh hai.</w:t>
      </w:r>
    </w:p>
    <w:p>
      <w:pPr>
        <w:jc w:val="right"/>
      </w:pPr>
      <w:r>
        <w:t>کو۔ وہ وہ وہ لا وہ وہ ہے،وہ نیسیسٹی شکلکےلیےہے۔ یعنی جسکوکہتےہیںلاآفنیسیسٹی، یعنی ایسی حالتمیںجبکہ عورتیں سرکلسہوجائیں،مرد کمہوجائیں، تواسکو ایسے می نجکرنےکےلیے یہہے۔</w:t>
      </w:r>
    </w:p>
    <w:p>
      <w:r>
        <w:rPr>
          <w:b/>
        </w:rPr>
        <w:t xml:space="preserve">[1:42:50] </w:t>
      </w:r>
      <w:r>
        <w:t>polygamy koi aam qanoon nahi hai.</w:t>
      </w:r>
    </w:p>
    <w:p>
      <w:pPr>
        <w:jc w:val="right"/>
      </w:pPr>
      <w:r>
        <w:t>پولیگامیکوئی عام قانون نہیںہے۔</w:t>
      </w:r>
    </w:p>
    <w:p>
      <w:r>
        <w:rPr>
          <w:b/>
        </w:rPr>
        <w:t xml:space="preserve">[1:42:53] </w:t>
      </w:r>
      <w:r>
        <w:t>mere nazdeek duniya mein bhi ek hi aurat sahi aurat, ek hi aurat sahi hai, aakhir to ek hi aurat sahi hai. baqi yeh jo qisse kahaniyan sunate hain hamare walidain, woh bilkul banawati kahaniyan hain, woh kahin sabit nahi hain.</w:t>
      </w:r>
    </w:p>
    <w:p>
      <w:pPr>
        <w:jc w:val="right"/>
      </w:pPr>
      <w:r>
        <w:t>میرےنزدیکدنیا میںبھی ایکہیعورت صحیحعورت، ایکہیعورتصحیحہے، آخر تو ایکہیعورتصحیحہے۔ باقییہجو قصےکہانیاںسناتےہیںہمارےوالد ین، وہبالکل بناوٹیکہانیاںہیں، وہکہیںثابتنہیںہیں۔</w:t>
      </w:r>
    </w:p>
    <w:p>
      <w:r>
        <w:rPr>
          <w:b/>
        </w:rPr>
        <w:t xml:space="preserve">[1:43:11] </w:t>
      </w:r>
      <w:r>
        <w:t>is sawal hai Ms. Saadia Khan se New Delhi. Abu Bakr had to fight what was known in history as the Ridda Wars.</w:t>
      </w:r>
    </w:p>
    <w:p>
      <w:pPr>
        <w:jc w:val="right"/>
      </w:pPr>
      <w:r>
        <w:t>اس س وال ہے مس سعدیہخان سے نیودہلی ۔ اب وبکر ہیڈٹوفائٹ واٹاز نون انہسٹری ایز ردا وارز۔</w:t>
      </w:r>
    </w:p>
    <w:p>
      <w:r>
        <w:rPr>
          <w:b/>
        </w:rPr>
        <w:t xml:space="preserve">[1:43:23] </w:t>
      </w:r>
      <w:r>
        <w:t>what was the cause of these wars? war did Abu Bakr fight Muslims?</w:t>
      </w:r>
    </w:p>
    <w:p>
      <w:pPr>
        <w:jc w:val="right"/>
      </w:pPr>
      <w:r>
        <w:t>واٹوازداکازآف دیزوارز ؟واردوز ہوماب وبکر فاٹ مسلم ز؟</w:t>
      </w:r>
    </w:p>
    <w:p>
      <w:r>
        <w:rPr>
          <w:b/>
        </w:rPr>
        <w:t xml:space="preserve">[1:43:33] </w:t>
      </w:r>
      <w:r>
        <w:t>dekhen, ispar ek ek poora hamara woh hai article hai, maqala, woh ismein chhapa hua hai Hikmat-e-Quran mein.</w:t>
      </w:r>
    </w:p>
    <w:p>
      <w:pPr>
        <w:jc w:val="right"/>
      </w:pPr>
      <w:r>
        <w:t>دیکھیں،اسپر ایک ایک پوراہمارا وہہے آرٹیکلہے، مقالہ، وہاسمیںچھپاہواہے حک مت قرآنمیں۔</w:t>
      </w:r>
    </w:p>
    <w:p>
      <w:r>
        <w:rPr>
          <w:b/>
        </w:rPr>
        <w:t xml:space="preserve">[1:43:45] </w:t>
      </w:r>
      <w:r>
        <w:t>woh radd-e-abulajata hai, isko haqeeqat mein woh radd nahi tha, woh irtidad nahi tha, woh baghavat thi. chuki qadeem zaban mein irtidad aur baghavat ke do alag alag lafz the, nahi,</w:t>
      </w:r>
    </w:p>
    <w:p>
      <w:pPr>
        <w:jc w:val="right"/>
      </w:pPr>
      <w:r>
        <w:t>وہ ر دابولاجاتاہے،اسکو حقیقتمیںوہردانہیںتھا،وہ ارتدادنہیںتھا،وہبغاوتتھی۔ چونکہقدیم زبان میں ارتداد اوربغاوتکےدوالگ الگلفظتھے،نہیں،</w:t>
      </w:r>
    </w:p>
    <w:p>
      <w:r>
        <w:rPr>
          <w:b/>
        </w:rPr>
        <w:t xml:space="preserve">[1:43:59] </w:t>
      </w:r>
      <w:r>
        <w:t>is wajah se woh logon ko confusion na hota hai.</w:t>
      </w:r>
    </w:p>
    <w:p>
      <w:pPr>
        <w:jc w:val="right"/>
      </w:pPr>
      <w:r>
        <w:t>اسوجہسےوہ لوگوںکوکنفیوژنہوتاہے۔</w:t>
      </w:r>
    </w:p>
    <w:p>
      <w:r>
        <w:rPr>
          <w:b/>
        </w:rPr>
        <w:t xml:space="preserve">[1:44:04] </w:t>
      </w:r>
      <w:r>
        <w:t>woh woh woh baghavat thi, yani state se baghavat, jisko jisko rebellion kehte hain, woh woh is aism mein irtidad nahi tha jisko aaj aajkal hum bolte hain irtidad.</w:t>
      </w:r>
    </w:p>
    <w:p>
      <w:pPr>
        <w:jc w:val="right"/>
      </w:pPr>
      <w:r>
        <w:t>وہ وہ وہ بغاوتتھی،یعنیاسٹیٹسےبغاوت، جسکو جسکوریبیلینکہتےہیں، وہ وہ اسسینسمیں ارت دادنہیںتھا جسکوآج آجکلہمبولتےہیںارتداد ۔</w:t>
      </w:r>
    </w:p>
    <w:p>
      <w:r>
        <w:rPr>
          <w:b/>
        </w:rPr>
        <w:t xml:space="preserve">[1:44:22] </w:t>
      </w:r>
      <w:r>
        <w:t>to baghavat ke liye to har state aisa karti hai, kai yani ismein to international law ke mutabiq hai bilkul.</w:t>
      </w:r>
    </w:p>
    <w:p>
      <w:pPr>
        <w:jc w:val="right"/>
      </w:pPr>
      <w:r>
        <w:t>توبغاوتکےلیےتوہرہراسٹیٹایساکرتیہے، کئی یعنی اسمیںتو انٹرنیشنللا کےمطابقہےبالکل ۔</w:t>
      </w:r>
    </w:p>
    <w:p>
      <w:r>
        <w:rPr>
          <w:b/>
        </w:rPr>
        <w:t xml:space="preserve">[1:44:31] </w:t>
      </w:r>
      <w:r>
        <w:t>to unhone jo kiya tha, woh international law jo aaj hai, uske mutabiq tha, woh kyunke woh baghavat ke khilaf khilaf tha, woh irtidad ke khilaf nahi tha. woh qadeem zaban mein chuki alag alfaaz bohat si cheezon ke nahi the, yahan bhi nahi tha ke irtidad ko alag karke dekhna, baghavat alag karke dekhna, yeh is tarah se nahi banate hain.</w:t>
      </w:r>
    </w:p>
    <w:p>
      <w:pPr>
        <w:jc w:val="right"/>
      </w:pPr>
      <w:r>
        <w:t>تو انہوں نےجوکیاتھا،وہ ان ٹرنیشنللا جو آجہے،اسکےمطابقتھا،وہ کیونکہوہ بغاوتکےخلاف خلاف تھا،وہ ارت دادکےخلاف نہیںتھا۔وہ قدیم زبان میںچونکہ الگ الفاظبہتسیچیزوںکےنہیںتھے،یہاںبھینہیںتھا کہارت دادکوالگ کرکےدیکھنا،بغاوتالگکرکےدیکھنا، یہ اسطرحسےنہیںبناتےہیں۔</w:t>
      </w:r>
    </w:p>
    <w:p>
      <w:r>
        <w:rPr>
          <w:b/>
        </w:rPr>
        <w:t xml:space="preserve">[1:44:53] </w:t>
      </w:r>
      <w:r>
        <w:t>to behal meri tehqeeq ke mutabiq woh maujood ma'ana mein irtidad nahi tha, woh woh state se baghavat thi.</w:t>
      </w:r>
    </w:p>
    <w:p>
      <w:pPr>
        <w:jc w:val="right"/>
      </w:pPr>
      <w:r>
        <w:t>توبہرحال میریتحقیقکےمطابق وہ موجود ہمعنیمیںارت دادنہیںتھا، وہ وہ اسٹیٹسےبغاوتتھی۔</w:t>
      </w:r>
    </w:p>
    <w:p>
      <w:r>
        <w:rPr>
          <w:b/>
        </w:rPr>
        <w:t xml:space="preserve">[1:45:04] </w:t>
      </w:r>
      <w:r>
        <w:t>is sawal hai Dr. Muhammad Qutbuddin se New Delhi. it is said that Bible is published in a large number in the world.</w:t>
      </w:r>
    </w:p>
    <w:p>
      <w:pPr>
        <w:jc w:val="right"/>
      </w:pPr>
      <w:r>
        <w:t>اس سوال ہے ڈ اکٹر محمد قطب الدین سے نیودہلی ۔اٹاز سیڈدیٹبائبل از پبلشڈاندا لارج سٹ نمبر انداورلڈ۔</w:t>
      </w:r>
    </w:p>
    <w:p>
      <w:r>
        <w:rPr>
          <w:b/>
        </w:rPr>
        <w:t xml:space="preserve">[1:45:16] </w:t>
      </w:r>
      <w:r>
        <w:t>Maulana, can you explain the reason behind this?</w:t>
      </w:r>
    </w:p>
    <w:p>
      <w:pPr>
        <w:jc w:val="right"/>
      </w:pPr>
      <w:r>
        <w:t>مول انا،کینیوایکسپلینداریزنبیہائنڈدس؟</w:t>
      </w:r>
    </w:p>
    <w:p>
      <w:r>
        <w:rPr>
          <w:b/>
        </w:rPr>
        <w:t xml:space="preserve">[1:45:23] </w:t>
      </w:r>
      <w:r>
        <w:t>haan, yeh ek waqea hai dekhiye ke Christianity mein jo jazba hai mission ka, woh kisi mazhab mein nahi hai, Musalmanon mein bhi nahi hai.</w:t>
      </w:r>
    </w:p>
    <w:p>
      <w:pPr>
        <w:jc w:val="right"/>
      </w:pPr>
      <w:r>
        <w:t>ہاں،یہایکواقع ہہےدیکھیے کہ کرسچنزمیں جو جذبہہے مشن ریکا، وہکسی مذہبمیںنہیںہے، مس لمانوںمیںبھینہیںہے۔</w:t>
      </w:r>
    </w:p>
    <w:p>
      <w:r>
        <w:rPr>
          <w:b/>
        </w:rPr>
        <w:t xml:space="preserve">[1:45:37] </w:t>
      </w:r>
      <w:r>
        <w:t>mishnri spirit bohat ziyada hai isaiyon mein,</w:t>
      </w:r>
    </w:p>
    <w:p>
      <w:pPr>
        <w:jc w:val="right"/>
      </w:pPr>
      <w:r>
        <w:t>مشنریاسپرٹبہتزیادہ ہے عیسائیوںمیں،</w:t>
      </w:r>
    </w:p>
    <w:p>
      <w:r>
        <w:rPr>
          <w:b/>
        </w:rPr>
        <w:t xml:space="preserve">[1:45:43] </w:t>
      </w:r>
      <w:r>
        <w:t>to mishnri spirit ki waja se unhon ne aisa kiya ke bible ko har zaban mein tarjuma kar dala hai. unhon ne aur behta acha aap ko bant</w:t>
      </w:r>
    </w:p>
    <w:p>
      <w:pPr>
        <w:jc w:val="right"/>
      </w:pPr>
      <w:r>
        <w:t>تو مشنریاسپرٹکیوجہسےانہوںنےایساکیاکہ بائبلکو ہر زبان میںترجمہکرڈالاہے۔انہوںنے اوربہتاچھاآپکوبانٹ</w:t>
      </w:r>
    </w:p>
    <w:p>
      <w:r>
        <w:rPr>
          <w:b/>
        </w:rPr>
        <w:t xml:space="preserve">[1:45:50] </w:t>
      </w:r>
      <w:r>
        <w:t>te hain. aap safar karen to har hotel pe parh raha hoga, har jagah mile ga aap ko bible. to main ne is par socha ke akhir kyun musalmanon woh spirit kyun nahi jo ke christian mein hai? woh to main ne socha hi hi spirit musalmanon se ghayab hui hai, woh baad ke dour mein,</w:t>
      </w:r>
    </w:p>
    <w:p>
      <w:pPr>
        <w:jc w:val="right"/>
      </w:pPr>
      <w:r>
        <w:t>تےہیں۔ آپ سفرکریںتوہرہوٹلپہرکھارہےگا، ہر جگہ ملےگاآپکوبائبل ۔ تو میںنےاسپرسوچاکہآخرکیوں مس لمانوں وہاسپرٹکیوںنہیں جوکہ کرسچنمیںہے؟وہ تو میںنےسوچاکہیہیہاسپرٹمسلمانوںسےغائبہوئیہے، وہ بعد کےدورمیں،</w:t>
      </w:r>
    </w:p>
    <w:p>
      <w:r>
        <w:rPr>
          <w:b/>
        </w:rPr>
        <w:t xml:space="preserve">[1:46:10] </w:t>
      </w:r>
      <w:r>
        <w:t>makke makke ke dour mein to har musalman jo hai mishnri bana howa tha. makke ke dour mein jo tha, har musalman mishnri bana howa tha,</w:t>
      </w:r>
    </w:p>
    <w:p>
      <w:pPr>
        <w:jc w:val="right"/>
      </w:pPr>
      <w:r>
        <w:t>مک ےمکےکےدور میںتوہرمس لمانجوہےمشنریبناہواتھا۔ مکےکےدورمیںجوتھا،ہرمسلمان مشنریبناہواتھا،</w:t>
      </w:r>
    </w:p>
    <w:p>
      <w:r>
        <w:rPr>
          <w:b/>
        </w:rPr>
        <w:t xml:space="preserve">[1:46:19] </w:t>
      </w:r>
      <w:r>
        <w:t>lekin baad ko jab hukoomat ban gayi to ab hukoomat ki sargarmiyan shuru ho gayin aur phir empire ban gaya. to is tarah se musalmanon mein woh cheez baato develop nahi ho saki, woh spirit mishnri baato develop nahi ho saki.</w:t>
      </w:r>
    </w:p>
    <w:p>
      <w:pPr>
        <w:jc w:val="right"/>
      </w:pPr>
      <w:r>
        <w:t>لیکن بعدکوجبحکومت بنگئی تو ابحکومت کی سر گرمیاںشروعہوگئیں اورپھرایمپائربنگیا۔ تواسطرحسے مسلمانوںمیں وہ چیزباتکوڈیولپنہیںہوسکی،وہ اسپرٹ مشنری باتکوڈیولپنہیںہوسکی۔</w:t>
      </w:r>
    </w:p>
    <w:p>
      <w:r>
        <w:rPr>
          <w:b/>
        </w:rPr>
        <w:t xml:space="preserve">[1:46:35] </w:t>
      </w:r>
      <w:r>
        <w:t>acha, wahan kya hai? wahan koi bhi empire bana hi</w:t>
      </w:r>
    </w:p>
    <w:p>
      <w:pPr>
        <w:jc w:val="right"/>
      </w:pPr>
      <w:r>
        <w:t>اچھا،وہاںکیاہے؟وہاںکوئیبھیایمپائربناہی</w:t>
      </w:r>
    </w:p>
    <w:p>
      <w:r>
        <w:rPr>
          <w:b/>
        </w:rPr>
        <w:t xml:space="preserve">[1:46:38] </w:t>
      </w:r>
      <w:r>
        <w:t>nahi. hazrat masih jo hai, in ko unhon ne sui charhane ki koshish ki aur thore se log thay us waqt, to woh koi un ke pas koi bara yani group nahi tha, na koi state thi.</w:t>
      </w:r>
    </w:p>
    <w:p>
      <w:pPr>
        <w:jc w:val="right"/>
      </w:pPr>
      <w:r>
        <w:t>نہیں۔ حضرتمسیحجوہے، انکو انہوںنےسولیپہچڑھانےکیکوششکی اور تھوڑےسےلوگتھےاسوقت ، تووہ کوئیانکےپاسکوئی بڑا یعنی گروپنہیںتھا، نہکوئیاسٹیٹتھی۔</w:t>
      </w:r>
    </w:p>
    <w:p>
      <w:r>
        <w:rPr>
          <w:b/>
        </w:rPr>
        <w:t xml:space="preserve">[1:46:52] </w:t>
      </w:r>
      <w:r>
        <w:t>to un ke haan yeh dosra dosra phase aaya hi nahi. yani pehle bhi ka dawat thi, baad ko bhi dawat thi.</w:t>
      </w:r>
    </w:p>
    <w:p>
      <w:pPr>
        <w:jc w:val="right"/>
      </w:pPr>
      <w:r>
        <w:t>تو انکےہاں یہ دوسرا دوسرافیزآیاہینہیں۔ یعنیپہلے بھی کا دعوتتھی،بعدکوبھیدعوتتھی۔</w:t>
      </w:r>
    </w:p>
    <w:p>
      <w:r>
        <w:rPr>
          <w:b/>
        </w:rPr>
        <w:t xml:space="preserve">[1:47:01] </w:t>
      </w:r>
      <w:r>
        <w:t>musalmanon mein makke ke dour mein dawat thi aur baad ko siyasat aa gayi.</w:t>
      </w:r>
    </w:p>
    <w:p>
      <w:pPr>
        <w:jc w:val="right"/>
      </w:pPr>
      <w:r>
        <w:t>مسلمانوںمیں مکےکےدور میںدعوتتھی اوربعدکو سیاست آگئی ۔</w:t>
      </w:r>
    </w:p>
    <w:p>
      <w:r>
        <w:rPr>
          <w:b/>
        </w:rPr>
        <w:t xml:space="preserve">[1:47:06] </w:t>
      </w:r>
      <w:r>
        <w:t>is waja se musalmanon mein yani yani mishnri spirit ka ziyada development nahi ho saka baad ke zamanon mein. ab tak is ka asar hum dekh rahe hain.</w:t>
      </w:r>
    </w:p>
    <w:p>
      <w:pPr>
        <w:jc w:val="right"/>
      </w:pPr>
      <w:r>
        <w:t>اسوجہ سے مسلمانوںمیں یعنی یعنی مشنریاسپرٹکازیادہڈیولپمنٹنہیںہوسکابعدکےزمانےمیں۔ ابتکاسکااثرہمدیکھرہےہیں۔</w:t>
      </w:r>
    </w:p>
    <w:p>
      <w:r>
        <w:rPr>
          <w:b/>
        </w:rPr>
        <w:t xml:space="preserve">[1:47:17] </w:t>
      </w:r>
      <w:r>
        <w:t>to musalmanon ne jo ziyada bharosa kiya, woh political expansion par bharosa kiya.</w:t>
      </w:r>
    </w:p>
    <w:p>
      <w:pPr>
        <w:jc w:val="right"/>
      </w:pPr>
      <w:r>
        <w:t>تومسلمانوںنے جو زیادہ بھروسہکیا، وہپولیٹیکلایکسپینشنپربھروسہکیا۔</w:t>
      </w:r>
    </w:p>
    <w:p>
      <w:r>
        <w:rPr>
          <w:b/>
        </w:rPr>
        <w:t xml:space="preserve">[1:47:22] </w:t>
      </w:r>
      <w:r>
        <w:t>baad ki jo taqreeban hazar saal jo tareekh hai, baad ki is mein yani halaat ke nateejay mein aisa hua ke logon ne political expansion ko sab se bari cheez samajh liya aur isaiyon ke pas kuch tha hi nahi aisa ke unhon ne religious expansion ke sath sab se bari cheez samjha.</w:t>
      </w:r>
    </w:p>
    <w:p>
      <w:pPr>
        <w:jc w:val="right"/>
      </w:pPr>
      <w:r>
        <w:t>بعد کیجوتقریباًہزارسالجوتاریخ ہے،بعد کی اسمیں یعنیحالات کے نتیجےمیںایساہوا کہلوگوںنے پولیٹیکلایکسپینشنکوسبسےبڑیچیزسمجھلیا اور عیسائیوںکےپاسکچھتھانہیںایسا کہانہوںنے ر یلیجیسایکسپینشنکےساتھ سبسےبڑیچیزسمجھا۔</w:t>
      </w:r>
    </w:p>
    <w:p>
      <w:r>
        <w:rPr>
          <w:b/>
        </w:rPr>
        <w:t xml:space="preserve">[1:47:41] </w:t>
      </w:r>
      <w:r>
        <w:t>to woh lage rahe, lage rahe is mein apne religious expansion mein aur musalman lage rahe political expansion mein. yeh baad ka zahir hai.</w:t>
      </w:r>
    </w:p>
    <w:p>
      <w:pPr>
        <w:jc w:val="right"/>
      </w:pPr>
      <w:r>
        <w:t>تووہ لگےرہے،لگےرہےاسیمیںاپنے ریلیجیسایکسپینشنمیں اورمسلمانلگےرہےپولیٹیکلایکسپینشنمیں۔ یہ بعد کا ظاہرہہے۔</w:t>
      </w:r>
    </w:p>
    <w:p>
      <w:r>
        <w:rPr>
          <w:b/>
        </w:rPr>
        <w:t xml:space="preserve">[1:47:50] </w:t>
      </w:r>
      <w:r>
        <w:t>agar makke dour hi chalta rehta baad ko, yani wahan par state na banti to is musalmanon mein bhi aise hi hota.</w:t>
      </w:r>
    </w:p>
    <w:p>
      <w:pPr>
        <w:jc w:val="right"/>
      </w:pPr>
      <w:r>
        <w:t>اگر مکےدور ہیچلتارہتا بعدکو ،یعنیوہاںپر اسٹیٹنہبنتی تواسمسلمانوںمیںبھیایسےہیہوتا۔</w:t>
      </w:r>
    </w:p>
    <w:p>
      <w:r>
        <w:rPr>
          <w:b/>
        </w:rPr>
        <w:t xml:space="preserve">[1:47:58] </w:t>
      </w:r>
      <w:r>
        <w:t>main samajhta hoon ke aisa insan baad ko paida hona chahiye tha jo is is is strand ko badalta aur phir isi makke ke trend par lata. woh umar bin abdul aziz ghaleban aisa chahte thay, un ka aik qaul hai.</w:t>
      </w:r>
    </w:p>
    <w:p>
      <w:pPr>
        <w:jc w:val="right"/>
      </w:pPr>
      <w:r>
        <w:t>میںسمجھتاہوںکہایسا انسان بعد کوپیدا ہوناچاہیےتھا جو اس اس اسٹرینڈکوبدلتا اورپھراسیمکےٹرینڈپرلاتا۔وہ عمر بنعبدالعزیز غالباًایساچاہتےتھے، انکاایک قولہے۔</w:t>
      </w:r>
    </w:p>
    <w:p>
      <w:r>
        <w:rPr>
          <w:b/>
        </w:rPr>
        <w:t xml:space="preserve">[1:48:15] </w:t>
      </w:r>
      <w:r>
        <w:t>woh aisa hadi la ijabain rasool Allah ke bare mein unhon ne kaha ke woh bheje gaye thay, jabain text text oosool karne wale nahi balkeh yani hadi bana kar ke, daee uboleeo bana kar ke.</w:t>
      </w:r>
    </w:p>
    <w:p>
      <w:pPr>
        <w:jc w:val="right"/>
      </w:pPr>
      <w:r>
        <w:t>وہایسا ہادیل اجابین رسولاللہکےبارےمیںانہوںنےکہاکہ وہبھیجےگئےتھے، جابین ٹیکسٹ ٹیکسٹوصولکرنےوالے نہیں بلکہ یعنیہادیبناکرکے، داعیوبولیوبناکرکے۔</w:t>
      </w:r>
    </w:p>
    <w:p>
      <w:r>
        <w:rPr>
          <w:b/>
        </w:rPr>
        <w:t xml:space="preserve">[1:48:29] </w:t>
      </w:r>
      <w:r>
        <w:t>yeh lekin hazrat umar abdul aziz ko bohat kam mauqa mila, taqreeban 28 saal hain. taqreeban 28 saal to do bare kaam jo woh karna chahte thay, woh reh gaye.</w:t>
      </w:r>
    </w:p>
    <w:p>
      <w:pPr>
        <w:jc w:val="right"/>
      </w:pPr>
      <w:r>
        <w:t>یہ لیکن حضرت عمر عبدالعزیزکوبہتکمموقع ملا، تقریباًاٹھائیسسال ہیں۔ تقریباًاٹھائیسسال تو دوبڑےکام جووہکرناچاہتےتھے، وہ رہ گئے۔</w:t>
      </w:r>
    </w:p>
    <w:p>
      <w:r>
        <w:rPr>
          <w:b/>
        </w:rPr>
        <w:t xml:space="preserve">[1:48:42] </w:t>
      </w:r>
      <w:r>
        <w:t>aik to hadith ki tadween, hadith ki tadween. dosra aik ke yani musalmanon ki practice ko dobara dawat par le aana.</w:t>
      </w:r>
    </w:p>
    <w:p>
      <w:pPr>
        <w:jc w:val="right"/>
      </w:pPr>
      <w:r>
        <w:t>ایکتو حدیثکیتدوین، حدیثکیتدوین۔دوسراایک کہ یعنی مسلمانوںکیپٹریکودوبارہ دعوتپرلےآنا۔</w:t>
      </w:r>
    </w:p>
    <w:p>
      <w:r>
        <w:rPr>
          <w:b/>
        </w:rPr>
        <w:t xml:space="preserve">[1:48:51] </w:t>
      </w:r>
      <w:r>
        <w:t>yani practice jo hai, dawat se shuru hui makke mein, us ke baad woh saad chali gayi. saad par</w:t>
      </w:r>
    </w:p>
    <w:p>
      <w:pPr>
        <w:jc w:val="right"/>
      </w:pPr>
      <w:r>
        <w:t>یعنیپٹریجوہے،دعوتسےشروعہوئی مکےمیں، اسکےبعد وہسعدچلیگئی۔سعد پر</w:t>
      </w:r>
    </w:p>
    <w:p>
      <w:r>
        <w:rPr>
          <w:b/>
        </w:rPr>
        <w:t xml:space="preserve">[1:48:57] </w:t>
      </w:r>
      <w:r>
        <w:t>woh dobara lana chahte thay dawat ke oper, jis ka yani un ke is se is ka saboot milta hai. lekin sirf 28 saal mile un ko aur 28 saal mein bohat mukhalifaton ka samna karna pada kyun ke banu umayya se un ka bar bar woh woh hua takrao hua, yani mukhtalif masail par.</w:t>
      </w:r>
    </w:p>
    <w:p>
      <w:pPr>
        <w:jc w:val="right"/>
      </w:pPr>
      <w:r>
        <w:t>وہدوبارہ لاناچاہتےتھے دعوتکےاوپر، جسکا یعنیانکےاسسےاسکاثبوتملتاہے۔ لیکن صرفاٹھائیسسالملےانکو اوراٹھائیسسالمیںبہت مخالفتوںکا کاسامناکرناپڑا کیونکہ بنوامیہسے انکا باربار وہ وہ ہوا ٹکراؤہوا، یعنیمختلف مسائل پر ۔</w:t>
      </w:r>
    </w:p>
    <w:p>
      <w:r>
        <w:rPr>
          <w:b/>
        </w:rPr>
        <w:t xml:space="preserve">[1:49:20] </w:t>
      </w:r>
      <w:r>
        <w:t>to agar hazrat umar bin abdul aziz lambi muddat tak zinda rehte to mujhe yaqeen hai ke woh phir se late isi practice par, makke wali practice par ke log dawat aur tablegh aur is mein sari taqat lagayen apna.</w:t>
      </w:r>
    </w:p>
    <w:p>
      <w:pPr>
        <w:jc w:val="right"/>
      </w:pPr>
      <w:r>
        <w:t>تواگر حضرتعمر بنعبدالعزیزلمبیمدتتکزندہرہتے تومجھےیقینہےکہوہ پھرسےلاتےاسیپٹریپر ، مکےوالیپٹریپر کہلوگ دعوت اور تبلیغاور اسمیں ساری طاقتلگائیںاپنا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