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Dua December 15, 2006</w:t>
      </w:r>
    </w:p>
    <w:p>
      <w:r>
        <w:t>https://youtu.be/u4cSEoh_mfY</w:t>
      </w:r>
    </w:p>
    <w:p>
      <w:r>
        <w:rPr>
          <w:b/>
        </w:rPr>
        <w:t xml:space="preserve">[00:13] </w:t>
      </w:r>
      <w:r>
        <w:t>bismillah al-rahman al-rahim, wa salla allahu ala al-nabi al-kareem.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wah-lul uqdatan min lisani yafqahu qawli.</w:t>
      </w:r>
    </w:p>
    <w:p>
      <w:pPr>
        <w:jc w:val="right"/>
      </w:pPr>
      <w:r>
        <w:t>واحل العقدۃ من لسانی یفقہ قولی۔</w:t>
      </w:r>
    </w:p>
    <w:p>
      <w:r>
        <w:rPr>
          <w:b/>
        </w:rPr>
        <w:t xml:space="preserve">[00:38] </w:t>
      </w:r>
      <w:r>
        <w:t>aaj</w:t>
      </w:r>
    </w:p>
    <w:p>
      <w:pPr>
        <w:jc w:val="right"/>
      </w:pPr>
      <w:r>
        <w:t>آج</w:t>
      </w:r>
    </w:p>
    <w:p>
      <w:r>
        <w:rPr>
          <w:b/>
        </w:rPr>
        <w:t xml:space="preserve">[00:42] </w:t>
      </w:r>
      <w:r>
        <w:t>dua ke bare mein kuch baatein kehna hain.</w:t>
      </w:r>
    </w:p>
    <w:p>
      <w:pPr>
        <w:jc w:val="right"/>
      </w:pPr>
      <w:r>
        <w:t>دعا کے بارے میں کچھ باتیں کہنا ہیں۔</w:t>
      </w:r>
    </w:p>
    <w:p>
      <w:r>
        <w:rPr>
          <w:b/>
        </w:rPr>
        <w:t xml:space="preserve">[00:51] </w:t>
      </w:r>
      <w:r>
        <w:t>dua ko english mein kehte hain "prayer". arabic mein dua ka matlab hota hai pukarna, yaani God ko pukarna, khuda ko pukarna.</w:t>
      </w:r>
    </w:p>
    <w:p>
      <w:pPr>
        <w:jc w:val="right"/>
      </w:pPr>
      <w:r>
        <w:t>دعا کو انگلش میں کہتے ہیں "prayer"۔ عربک میں دعا کا مطلب ہوتا ہے پکارنا، یعنی God کو پکارنا، خدا کو پکارنا۔</w:t>
      </w:r>
    </w:p>
    <w:p>
      <w:r>
        <w:rPr>
          <w:b/>
        </w:rPr>
        <w:t xml:space="preserve">[01:05] </w:t>
      </w:r>
      <w:r>
        <w:t>is ko english mein "prayer" kaha jata hai.</w:t>
      </w:r>
    </w:p>
    <w:p>
      <w:pPr>
        <w:jc w:val="right"/>
      </w:pPr>
      <w:r>
        <w:t>اس کو انگلش میں "prayer" کہا جاتا ہے۔</w:t>
      </w:r>
    </w:p>
    <w:p>
      <w:r>
        <w:rPr>
          <w:b/>
        </w:rPr>
        <w:t xml:space="preserve">[01:12] </w:t>
      </w:r>
      <w:r>
        <w:t>sab se pehle yeh samjhiye ke dua kya hai? what is dua?</w:t>
      </w:r>
    </w:p>
    <w:p>
      <w:pPr>
        <w:jc w:val="right"/>
      </w:pPr>
      <w:r>
        <w:t>سب سے پہلے یہ سمجھئے کہ دعا کیا ہے۔ What is دعا؟</w:t>
      </w:r>
    </w:p>
    <w:p>
      <w:r>
        <w:rPr>
          <w:b/>
        </w:rPr>
        <w:t xml:space="preserve">[01:26] </w:t>
      </w:r>
      <w:r>
        <w:t>dua is to establish contact with God through the medium of helplessness.</w:t>
      </w:r>
    </w:p>
    <w:p>
      <w:pPr>
        <w:jc w:val="right"/>
      </w:pPr>
      <w:r>
        <w:t>دعا is to establish contact with God through the medium of helplessness۔</w:t>
      </w:r>
    </w:p>
    <w:p>
      <w:r>
        <w:rPr>
          <w:b/>
        </w:rPr>
        <w:t xml:space="preserve">[01:42] </w:t>
      </w:r>
      <w:r>
        <w:t>main dua ki jo asal haqeeqat hai, us ko define karne ki koshish ki hai maine.</w:t>
      </w:r>
    </w:p>
    <w:p>
      <w:pPr>
        <w:jc w:val="right"/>
      </w:pPr>
      <w:r>
        <w:t>میں دعا کی جو اصل حقیقت ہے، اس کو define کرنے کی کوشش کی ہے میں نے۔</w:t>
      </w:r>
    </w:p>
    <w:p>
      <w:r>
        <w:rPr>
          <w:b/>
        </w:rPr>
        <w:t xml:space="preserve">[01:56] </w:t>
      </w:r>
      <w:r>
        <w:t>to what is dua? dua is to establish contact with God</w:t>
      </w:r>
    </w:p>
    <w:p>
      <w:pPr>
        <w:jc w:val="right"/>
      </w:pPr>
      <w:r>
        <w:t>تو What is دعا؟ دعا is to establish contact with God</w:t>
      </w:r>
    </w:p>
    <w:p>
      <w:r>
        <w:rPr>
          <w:b/>
        </w:rPr>
        <w:t xml:space="preserve">[02:09] </w:t>
      </w:r>
      <w:r>
        <w:t>through the medium of helplessness.</w:t>
      </w:r>
    </w:p>
    <w:p>
      <w:pPr>
        <w:jc w:val="right"/>
      </w:pPr>
      <w:r>
        <w:t>through the medium of helplessness۔</w:t>
      </w:r>
    </w:p>
    <w:p>
      <w:r>
        <w:rPr>
          <w:b/>
        </w:rPr>
        <w:t xml:space="preserve">[02:17] </w:t>
      </w:r>
      <w:r>
        <w:t>dua yeh hai ke aadmi</w:t>
      </w:r>
    </w:p>
    <w:p>
      <w:pPr>
        <w:jc w:val="right"/>
      </w:pPr>
      <w:r>
        <w:t>دعا یہ ہے کہ آدمی</w:t>
      </w:r>
    </w:p>
    <w:p>
      <w:r>
        <w:rPr>
          <w:b/>
        </w:rPr>
        <w:t xml:space="preserve">[02:22] </w:t>
      </w:r>
      <w:r>
        <w:t>apne rab se</w:t>
      </w:r>
    </w:p>
    <w:p>
      <w:pPr>
        <w:jc w:val="right"/>
      </w:pPr>
      <w:r>
        <w:t>اپنے رب سے</w:t>
      </w:r>
    </w:p>
    <w:p>
      <w:r>
        <w:rPr>
          <w:b/>
        </w:rPr>
        <w:t xml:space="preserve">[02:26] </w:t>
      </w:r>
      <w:r>
        <w:t>izzat ke zariye, izzat ki ma'rifat, rabt qaim karne ki koshish kare.</w:t>
      </w:r>
    </w:p>
    <w:p>
      <w:pPr>
        <w:jc w:val="right"/>
      </w:pPr>
      <w:r>
        <w:t>عزت کے ذریعے، عزت کی معرفت، ربط قائم کرنے کی کوشش کرے۔</w:t>
      </w:r>
    </w:p>
    <w:p>
      <w:r>
        <w:rPr>
          <w:b/>
        </w:rPr>
        <w:t xml:space="preserve">[02:37] </w:t>
      </w:r>
      <w:r>
        <w:t>isi liye hadith mein kaha gaya hai ke "ald dua muk al-ibadah", "ald dua hu al-ibadah", yaani dua hi ibadah hai.</w:t>
      </w:r>
    </w:p>
    <w:p>
      <w:pPr>
        <w:jc w:val="right"/>
      </w:pPr>
      <w:r>
        <w:t>اسی لیے حدیث میں کہا گیا ہے کہ "الدعاء مخ العبادہ"، "الدعاء هو العبادہ"، یعنی دعا ہی عبادت ہے۔</w:t>
      </w:r>
    </w:p>
    <w:p>
      <w:r>
        <w:rPr>
          <w:b/>
        </w:rPr>
        <w:t xml:space="preserve">[02:50] </w:t>
      </w:r>
      <w:r>
        <w:t>kyunke dekhiye, deen kya hai? deen yahi hai ke Khuda aur bande ke darmiyan</w:t>
      </w:r>
    </w:p>
    <w:p>
      <w:pPr>
        <w:jc w:val="right"/>
      </w:pPr>
      <w:r>
        <w:t>کیونکہ دیکھیے، دین کیا ہے؟ دین یہی ہے کہ خدا اور بندے کے درمیان</w:t>
      </w:r>
    </w:p>
    <w:p>
      <w:r>
        <w:rPr>
          <w:b/>
        </w:rPr>
        <w:t xml:space="preserve">[03:02] </w:t>
      </w:r>
      <w:r>
        <w:t>ta'alluq qaim ho, rabt qaim ho.</w:t>
      </w:r>
    </w:p>
    <w:p>
      <w:pPr>
        <w:jc w:val="right"/>
      </w:pPr>
      <w:r>
        <w:t>تعلق قائم ہو، ربط قائم ہو۔</w:t>
      </w:r>
    </w:p>
    <w:p>
      <w:r>
        <w:rPr>
          <w:b/>
        </w:rPr>
        <w:t xml:space="preserve">[03:07] </w:t>
      </w:r>
      <w:r>
        <w:t>to jitni bhi ibadaten hain, jitne bhi a'maal hain, sab ka maqsad aakhir mein hai Allah aur bande ke darmiyan ta'alluq qaim karna,</w:t>
      </w:r>
    </w:p>
    <w:p>
      <w:pPr>
        <w:jc w:val="right"/>
      </w:pPr>
      <w:r>
        <w:t>تو جتنی بھی عبادتیں ہیں، جتنے بھی اعمال ہیں، سب کا مقصد آخر میں ہے اللہ اور بندے کے درمیان تعلق قائم کرنا،</w:t>
      </w:r>
    </w:p>
    <w:p>
      <w:r>
        <w:rPr>
          <w:b/>
        </w:rPr>
        <w:t xml:space="preserve">[03:26] </w:t>
      </w:r>
      <w:r>
        <w:t>jisko kehte hain "salat al-abd bi-rabbih".</w:t>
      </w:r>
    </w:p>
    <w:p>
      <w:pPr>
        <w:jc w:val="right"/>
      </w:pPr>
      <w:r>
        <w:t>جس کو کہتے ہیں "صلة العبد بربہ"۔</w:t>
      </w:r>
    </w:p>
    <w:p>
      <w:r>
        <w:rPr>
          <w:b/>
        </w:rPr>
        <w:t xml:space="preserve">[03:33] </w:t>
      </w:r>
      <w:r>
        <w:t>aur dua, mein samajhta hoon ke is</w:t>
      </w:r>
    </w:p>
    <w:p>
      <w:pPr>
        <w:jc w:val="right"/>
      </w:pPr>
      <w:r>
        <w:t>اور دعا، میں سمجھتا ہوں کہ اس</w:t>
      </w:r>
    </w:p>
    <w:p>
      <w:r>
        <w:rPr>
          <w:b/>
        </w:rPr>
        <w:t xml:space="preserve">[03:41] </w:t>
      </w:r>
      <w:r>
        <w:t>maqsad ka sab se zyada bada zariya hai.</w:t>
      </w:r>
    </w:p>
    <w:p>
      <w:pPr>
        <w:jc w:val="right"/>
      </w:pPr>
      <w:r>
        <w:t>مقصد کا سب سے زیادہ بڑا ذریعہ ہے۔</w:t>
      </w:r>
    </w:p>
    <w:p>
      <w:r>
        <w:rPr>
          <w:b/>
        </w:rPr>
        <w:t xml:space="preserve">[03:47] </w:t>
      </w:r>
      <w:r>
        <w:t>isi liye maine kaha ke dua is to establish contact with God through the medium of helplessness.</w:t>
      </w:r>
    </w:p>
    <w:p>
      <w:pPr>
        <w:jc w:val="right"/>
      </w:pPr>
      <w:r>
        <w:t>اسی لیے میں نے کہا کہ دعا is to establish contact with God through the medium of helplessness۔</w:t>
      </w:r>
    </w:p>
    <w:p>
      <w:r>
        <w:rPr>
          <w:b/>
        </w:rPr>
        <w:t xml:space="preserve">[03:59] </w:t>
      </w:r>
      <w:r>
        <w:t>dekhiye, iski ek iska ek bahut hi clear example Quran mein</w:t>
      </w:r>
    </w:p>
    <w:p>
      <w:pPr>
        <w:jc w:val="right"/>
      </w:pPr>
      <w:r>
        <w:t>دیکھیے، اس کی ایک اس کا ایک بہت ہی clear example قرآن میں</w:t>
      </w:r>
    </w:p>
    <w:p>
      <w:r>
        <w:rPr>
          <w:b/>
        </w:rPr>
        <w:t xml:space="preserve">[04:10] </w:t>
      </w:r>
      <w:r>
        <w:t>Hazrat Musa ki dua ke silsile mein aaya hai.</w:t>
      </w:r>
    </w:p>
    <w:p>
      <w:pPr>
        <w:jc w:val="right"/>
      </w:pPr>
      <w:r>
        <w:t>حضرت موسیٰ کی دعا کے سلسلے میں آیا ہے۔</w:t>
      </w:r>
    </w:p>
    <w:p>
      <w:r>
        <w:rPr>
          <w:b/>
        </w:rPr>
        <w:t xml:space="preserve">[04:15] </w:t>
      </w:r>
      <w:r>
        <w:t>Hazrat Musa ki yeh dua chapter number 28, verse number 16 mein aayi hai. Iske alfaaz yeh hain: "Rab inni lima anzalta ilayya min khairin faqir"</w:t>
      </w:r>
    </w:p>
    <w:p>
      <w:pPr>
        <w:jc w:val="right"/>
      </w:pPr>
      <w:r>
        <w:t>حضرت موسیٰ کی یہ دعا چیپٹر نمبر 28، ورث نمبر 16 میں آئی ہے۔ اس کے الفاظ یہ ہیں: "رب انی لما انزلت الی من خیر فقیر"</w:t>
      </w:r>
    </w:p>
    <w:p>
      <w:r>
        <w:rPr>
          <w:b/>
        </w:rPr>
        <w:t xml:space="preserve">[04:33] </w:t>
      </w:r>
      <w:r>
        <w:t>, yaani o God, I am truly in need of what good, whatever good You send down for me.</w:t>
      </w:r>
    </w:p>
    <w:p>
      <w:pPr>
        <w:jc w:val="right"/>
      </w:pPr>
      <w:r>
        <w:t>، یعنی او God، I am truly in need of what good، whatever good You send down for me۔</w:t>
      </w:r>
    </w:p>
    <w:p>
      <w:r>
        <w:rPr>
          <w:b/>
        </w:rPr>
        <w:t xml:space="preserve">[04:54] </w:t>
      </w:r>
      <w:r>
        <w:t>"Rab inni lima anzalta ilayya min khairin faqir"</w:t>
      </w:r>
    </w:p>
    <w:p>
      <w:pPr>
        <w:jc w:val="right"/>
      </w:pPr>
      <w:r>
        <w:t>"رب انی لما انزلت الی من خیر فقیر"</w:t>
      </w:r>
    </w:p>
    <w:p>
      <w:r>
        <w:rPr>
          <w:b/>
        </w:rPr>
        <w:t xml:space="preserve">[04:58] </w:t>
      </w:r>
      <w:r>
        <w:t>, o God, I am truly in need of whatever good You send down for me.</w:t>
      </w:r>
    </w:p>
    <w:p>
      <w:pPr>
        <w:jc w:val="right"/>
      </w:pPr>
      <w:r>
        <w:t>، او God، I am truly in need of whatever good You send down for me۔</w:t>
      </w:r>
    </w:p>
    <w:p>
      <w:r>
        <w:rPr>
          <w:b/>
        </w:rPr>
        <w:t xml:space="preserve">[05:10] </w:t>
      </w:r>
      <w:r>
        <w:t>Ae Khuda, mein</w:t>
      </w:r>
    </w:p>
    <w:p>
      <w:pPr>
        <w:jc w:val="right"/>
      </w:pPr>
      <w:r>
        <w:t>اے خدا، میں</w:t>
      </w:r>
    </w:p>
    <w:p>
      <w:r>
        <w:rPr>
          <w:b/>
        </w:rPr>
        <w:t xml:space="preserve">[05:14] </w:t>
      </w:r>
      <w:r>
        <w:t>is bhalai ka muhtaj hoon jo tu mere liye bhejhe.</w:t>
      </w:r>
    </w:p>
    <w:p>
      <w:pPr>
        <w:jc w:val="right"/>
      </w:pPr>
      <w:r>
        <w:t>اس بھلائی کا محتاج ہوں جو تو میرے لیے بھیجے۔</w:t>
      </w:r>
    </w:p>
    <w:p>
      <w:r>
        <w:rPr>
          <w:b/>
        </w:rPr>
        <w:t xml:space="preserve">[05:25] </w:t>
      </w:r>
      <w:r>
        <w:t>is dua ka background yeh hai</w:t>
      </w:r>
    </w:p>
    <w:p>
      <w:pPr>
        <w:jc w:val="right"/>
      </w:pPr>
      <w:r>
        <w:t>اس دعا کا بیک گراؤنڈ یہ ہے</w:t>
      </w:r>
    </w:p>
    <w:p>
      <w:r>
        <w:rPr>
          <w:b/>
        </w:rPr>
        <w:t xml:space="preserve">[05:30] </w:t>
      </w:r>
      <w:r>
        <w:t>ke Hazrat Musa Egypt mein paida hue, Misr mein. Bahut lambi unki story hai jo Quran mein aayi hai aur Bible mein bhi aayi hai.</w:t>
      </w:r>
    </w:p>
    <w:p>
      <w:pPr>
        <w:jc w:val="right"/>
      </w:pPr>
      <w:r>
        <w:t>کہ حضرت موسیٰ Egypt میں پیدا ہوئے، مصر میں۔ بہت لمبی ان کی سٹوری ہے جو قرآن میں آئی ہے اور بائبل میں بھی آئی ہے۔</w:t>
      </w:r>
    </w:p>
    <w:p>
      <w:r>
        <w:rPr>
          <w:b/>
        </w:rPr>
        <w:t xml:space="preserve">[05:45] </w:t>
      </w:r>
      <w:r>
        <w:t>to iska gist yeh hai ke aise halaat paida hue ke Hazrat Musa bachpan hi mein wahan ke jo king tha, Pharaoh, uske palace mein pahunch gaye.</w:t>
      </w:r>
    </w:p>
    <w:p>
      <w:pPr>
        <w:jc w:val="right"/>
      </w:pPr>
      <w:r>
        <w:t>تو اس کا جست یہ ہے کہ ایسے حالات پیدا ہوئے کہ حضرت موسیٰ بچپن ہی میں وہاں کے جو کنگ تھا، Pharaoh، اس کے پیلس میں پہنچ گئے۔</w:t>
      </w:r>
    </w:p>
    <w:p>
      <w:r>
        <w:rPr>
          <w:b/>
        </w:rPr>
        <w:t xml:space="preserve">[06:00] </w:t>
      </w:r>
      <w:r>
        <w:t>unki jo parvarish hui, woh palace mein hui.</w:t>
      </w:r>
    </w:p>
    <w:p>
      <w:pPr>
        <w:jc w:val="right"/>
      </w:pPr>
      <w:r>
        <w:t>ان کی جو پرورش ہوئی، وہ پیلس میں ہوئی۔</w:t>
      </w:r>
    </w:p>
    <w:p>
      <w:r>
        <w:rPr>
          <w:b/>
        </w:rPr>
        <w:t xml:space="preserve">[06:06] </w:t>
      </w:r>
      <w:r>
        <w:t>kyunke badshah chahta tha ke unko apna beta bana le aur woh childless tha woh.</w:t>
      </w:r>
    </w:p>
    <w:p>
      <w:pPr>
        <w:jc w:val="right"/>
      </w:pPr>
      <w:r>
        <w:t>کیونکہ بادشاہ چاہتا تھا کہ ان کو اپنا بیٹا بنا لے اور وہ childless تھا وہ۔</w:t>
      </w:r>
    </w:p>
    <w:p>
      <w:r>
        <w:rPr>
          <w:b/>
        </w:rPr>
        <w:t xml:space="preserve">[06:16] </w:t>
      </w:r>
      <w:r>
        <w:t>lekin phir jab aap ko peghambari mili to aap. To palace chhoot gaya aur wahan ke log aap ke khilaf ho gaye.</w:t>
      </w:r>
    </w:p>
    <w:p>
      <w:pPr>
        <w:jc w:val="right"/>
      </w:pPr>
      <w:r>
        <w:t>لیکن پھر جب آپ کو پیغمبری ملی تو آپ۔ تو پیلس چھوٹ گیا اور وہاں کے لوگ آپ کے خلاف ہو گئے۔</w:t>
      </w:r>
    </w:p>
    <w:p>
      <w:r>
        <w:rPr>
          <w:b/>
        </w:rPr>
        <w:t xml:space="preserve">[06:31] </w:t>
      </w:r>
      <w:r>
        <w:t>aur kuch aise, kuch aisi baaten pesh aayin ke aap ko Egypt se khamoshi se nikalna pada.</w:t>
      </w:r>
    </w:p>
    <w:p>
      <w:pPr>
        <w:jc w:val="right"/>
      </w:pPr>
      <w:r>
        <w:t>اور کچھ ایسے، کچھ ایسی باتیں پیش آئیں کہ آپ کو Egypt سے خاموشی سے نکلنا پڑا۔</w:t>
      </w:r>
    </w:p>
    <w:p>
      <w:r>
        <w:rPr>
          <w:b/>
        </w:rPr>
        <w:t xml:space="preserve">[06:41] </w:t>
      </w:r>
      <w:r>
        <w:t>kyunke yeh dar tha ke wahan ki police aap ko pakad legi.</w:t>
      </w:r>
    </w:p>
    <w:p>
      <w:pPr>
        <w:jc w:val="right"/>
      </w:pPr>
      <w:r>
        <w:t>کیونکہ یہ ڈر تھا کہ وہاں کی پولیس آپ کو پکڑ لے گی۔</w:t>
      </w:r>
    </w:p>
    <w:p>
      <w:r>
        <w:rPr>
          <w:b/>
        </w:rPr>
        <w:t xml:space="preserve">[06:47] </w:t>
      </w:r>
      <w:r>
        <w:t>to raat din chal kar ke aap phir pahunche Midian mein. Wahan par</w:t>
      </w:r>
    </w:p>
    <w:p>
      <w:pPr>
        <w:jc w:val="right"/>
      </w:pPr>
      <w:r>
        <w:t>تو رات دن چل کر کے آپ پھر پہنچے Midian میں۔ وہاں پر</w:t>
      </w:r>
    </w:p>
    <w:p>
      <w:r>
        <w:rPr>
          <w:b/>
        </w:rPr>
        <w:t xml:space="preserve">[07:00] </w:t>
      </w:r>
      <w:r>
        <w:t>shehar se bahir, shehar se door aik jagah thi jahan aik chashma tha.</w:t>
      </w:r>
    </w:p>
    <w:p>
      <w:pPr>
        <w:jc w:val="right"/>
      </w:pPr>
      <w:r>
        <w:t>شہر سے باہر، شہر سے دور ایک جگہ تھی جہاں ایک چشمہ تھا۔</w:t>
      </w:r>
    </w:p>
    <w:p>
      <w:r>
        <w:rPr>
          <w:b/>
        </w:rPr>
        <w:t xml:space="preserve">[07:10] </w:t>
      </w:r>
      <w:r>
        <w:t>is zamane mein chashma ya kanwan bohat hi rare hua karta tha.</w:t>
      </w:r>
    </w:p>
    <w:p>
      <w:pPr>
        <w:jc w:val="right"/>
      </w:pPr>
      <w:r>
        <w:t>اس زمانے میں چشمہ یا کنواں بہت ہی rare ہوا کرتا تھا۔</w:t>
      </w:r>
    </w:p>
    <w:p>
      <w:r>
        <w:rPr>
          <w:b/>
        </w:rPr>
        <w:t xml:space="preserve">[07:16] </w:t>
      </w:r>
      <w:r>
        <w:t>to aap jante hain ke yeh agricultural zamana tha. log ziraat karte the, kuch bheer bakri paalte the.</w:t>
      </w:r>
    </w:p>
    <w:p>
      <w:pPr>
        <w:jc w:val="right"/>
      </w:pPr>
      <w:r>
        <w:t>تو آپ جانتے ہیں کہ یہ agricultural زمانہ تھا۔ لوگ زراعت کرتے تھے، کچھ بھیڑ بکری پالتے تھے۔</w:t>
      </w:r>
    </w:p>
    <w:p>
      <w:r>
        <w:rPr>
          <w:b/>
        </w:rPr>
        <w:t xml:space="preserve">[07:29] </w:t>
      </w:r>
      <w:r>
        <w:t>to aik sahib the, woh naik aadmi the woh. to un ka koi beta nahi hota tha. do betiyan theen.</w:t>
      </w:r>
    </w:p>
    <w:p>
      <w:pPr>
        <w:jc w:val="right"/>
      </w:pPr>
      <w:r>
        <w:t>تو ایک صاحب تھے، وہ نیک آدمی تھے وہ۔ تو ان کا کوئی بیٹا نہیں ہوتا تھا۔ دو بیٹیاں تھیں۔</w:t>
      </w:r>
    </w:p>
    <w:p>
      <w:r>
        <w:rPr>
          <w:b/>
        </w:rPr>
        <w:t xml:space="preserve">[07:40] </w:t>
      </w:r>
      <w:r>
        <w:t>yahi betiyan un ki bakriyon ko charati theen.</w:t>
      </w:r>
    </w:p>
    <w:p>
      <w:pPr>
        <w:jc w:val="right"/>
      </w:pPr>
      <w:r>
        <w:t>یہی بیٹیاں ان کی بکریوں کو چراتی تھیں۔</w:t>
      </w:r>
    </w:p>
    <w:p>
      <w:r>
        <w:rPr>
          <w:b/>
        </w:rPr>
        <w:t xml:space="preserve">[07:46] </w:t>
      </w:r>
      <w:r>
        <w:t>to din bhar charane ke baad sham ko aik kanwan tha, wahan par pani pilana hota tha. to wahan pohanche Hazrat Musa.</w:t>
      </w:r>
    </w:p>
    <w:p>
      <w:pPr>
        <w:jc w:val="right"/>
      </w:pPr>
      <w:r>
        <w:t>تو دن بھر چرانے کے بعد شام کو ایک کنواں تھا، وہاں پر پانی پلانا ہوتا تھا۔ تو وہاں پہنچے حضرت موسیٰ۔</w:t>
      </w:r>
    </w:p>
    <w:p>
      <w:r>
        <w:rPr>
          <w:b/>
        </w:rPr>
        <w:t xml:space="preserve">[07:58] </w:t>
      </w:r>
      <w:r>
        <w:t>to unhon ne jab dekha ke do larkiyan alag se khari hui hain, kuch be-basi ki halat mein, aur doosre log wahan par pani pila rahe hain apne bheer bakri ko.</w:t>
      </w:r>
    </w:p>
    <w:p>
      <w:pPr>
        <w:jc w:val="right"/>
      </w:pPr>
      <w:r>
        <w:t>تو انہوں نے جب دیکھا کہ دو لڑکیاں الگ سے کھڑی ہوئی ہیں، کچھ بے بسی کی حالت میں، اور دوسرے لوگ وہاں پر پانی پلا رہے ہیں اپنے بھیڑ بکری کو۔</w:t>
      </w:r>
    </w:p>
    <w:p>
      <w:r>
        <w:rPr>
          <w:b/>
        </w:rPr>
        <w:t xml:space="preserve">[08:12] </w:t>
      </w:r>
      <w:r>
        <w:t>to unhon ne poocha ke tum alag se kyun khari ho?</w:t>
      </w:r>
    </w:p>
    <w:p>
      <w:pPr>
        <w:jc w:val="right"/>
      </w:pPr>
      <w:r>
        <w:t>تو انہوں نے پوچھا کہ تم الگ سے کیوں کھڑی ہو؟</w:t>
      </w:r>
    </w:p>
    <w:p>
      <w:r>
        <w:rPr>
          <w:b/>
        </w:rPr>
        <w:t xml:space="preserve">[08:16] </w:t>
      </w:r>
      <w:r>
        <w:t>to unhon ne kaha ke jab tak yeh mard log, jab tak pani na pila lein, to hum nahi pila paate. is liye hum intezar kar rahe hain ke woh pila lein pani apni bakriyon ko, to hum pilaein aur phir jaein.</w:t>
      </w:r>
    </w:p>
    <w:p>
      <w:pPr>
        <w:jc w:val="right"/>
      </w:pPr>
      <w:r>
        <w:t>تو انہوں نے کہا کہ جب تک یہ مرد لوگ، جب تک پانی نہ پلا لیں، تو ہم نہیں پلا پاتے۔ اس لیے ہم انتظار کر رہے ہیں کہ وہ پلا لیں پانی اپنی بکریوں کو، تو ہم پلائیں اور پھر جائیں۔</w:t>
      </w:r>
    </w:p>
    <w:p>
      <w:r>
        <w:rPr>
          <w:b/>
        </w:rPr>
        <w:t xml:space="preserve">[08:32] </w:t>
      </w:r>
      <w:r>
        <w:t>to tab tak sham ho chuki thi. beharhal Hazrat Musa jo the, bohat hi strong aadmi the.</w:t>
      </w:r>
    </w:p>
    <w:p>
      <w:pPr>
        <w:jc w:val="right"/>
      </w:pPr>
      <w:r>
        <w:t>تو تب تک شام ہو چکی تھی۔ بہرحال حضرت موسیٰ جو تھے، بہت ہی strong آدمی تھے۔</w:t>
      </w:r>
    </w:p>
    <w:p>
      <w:r>
        <w:rPr>
          <w:b/>
        </w:rPr>
        <w:t xml:space="preserve">[08:40] </w:t>
      </w:r>
      <w:r>
        <w:t>woh is mein ghus gaye aur un larkiyon ke jo bakriyan theen, us ko pani pilaya. is ke baad woh le ke chali gaaein.</w:t>
      </w:r>
    </w:p>
    <w:p>
      <w:pPr>
        <w:jc w:val="right"/>
      </w:pPr>
      <w:r>
        <w:t>وہ اس میں گھس گئے اور ان لڑکیوں کے جو بکریاں تھیں، اس کو پانی پلایا۔ اس کے بعد وہ لے کے چلی گئیں۔</w:t>
      </w:r>
    </w:p>
    <w:p>
      <w:r>
        <w:rPr>
          <w:b/>
        </w:rPr>
        <w:t xml:space="preserve">[08:49] </w:t>
      </w:r>
      <w:r>
        <w:t>ab saare log ja chuke. raat ka waqt tha. aik ajnabi jagah. misr ki police aap ko dekha ke to pakad le gi.</w:t>
      </w:r>
    </w:p>
    <w:p>
      <w:pPr>
        <w:jc w:val="right"/>
      </w:pPr>
      <w:r>
        <w:t>اب سارے لوگ جا چکے۔ رات کا وقت تھا۔ ایک اجنبی جگہ۔ مصر کی پولیس آپ کو دیکھا کہ تو پکڑ لے گی۔</w:t>
      </w:r>
    </w:p>
    <w:p>
      <w:r>
        <w:rPr>
          <w:b/>
        </w:rPr>
        <w:t xml:space="preserve">[09:02] </w:t>
      </w:r>
      <w:r>
        <w:t>wahan par jahan the aap, wahan koi apna aadmi nahi tha.</w:t>
      </w:r>
    </w:p>
    <w:p>
      <w:pPr>
        <w:jc w:val="right"/>
      </w:pPr>
      <w:r>
        <w:t>وہاں پر جہاں تھے آپ، وہاں کوئی اپنا آدمی نہیں تھا۔</w:t>
      </w:r>
    </w:p>
    <w:p>
      <w:r>
        <w:rPr>
          <w:b/>
        </w:rPr>
        <w:t xml:space="preserve">[09:08] </w:t>
      </w:r>
      <w:r>
        <w:t>bilkul akele. raat ka waqt ho chuka tha. shayad kuch khaya bhi nahi hoga unhon ne. to aik peṛ ke neeche woh baith gaye.</w:t>
      </w:r>
    </w:p>
    <w:p>
      <w:pPr>
        <w:jc w:val="right"/>
      </w:pPr>
      <w:r>
        <w:t>بالکل اکیلے۔ رات کا وقت ہو چکا تھا۔ شاید کچھ کھایا بھی نہیں ہوگا انہوں نے۔ تو ایک پیڑ کے نیچے وہ بیٹھ گئے۔</w:t>
      </w:r>
    </w:p>
    <w:p>
      <w:r>
        <w:rPr>
          <w:b/>
        </w:rPr>
        <w:t xml:space="preserve">[09:20] </w:t>
      </w:r>
      <w:r>
        <w:t>aik be-bas aur be-sara aadmi ki hesiyat se. wahan par un ki zuban se yeh dua nikli thi.</w:t>
      </w:r>
    </w:p>
    <w:p>
      <w:pPr>
        <w:jc w:val="right"/>
      </w:pPr>
      <w:r>
        <w:t>ایک بے بس اور بے سارا آدمی کی حیثیت سے۔ وہاں پر ان کی زبان سے یہ دعا نکلی تھی۔</w:t>
      </w:r>
    </w:p>
    <w:p>
      <w:r>
        <w:rPr>
          <w:b/>
        </w:rPr>
        <w:t xml:space="preserve">[09:30] </w:t>
      </w:r>
      <w:r>
        <w:t>jab is be-basi ke alam mein woh is peṛ ke neeche baithe hue the, tab un ki zuban se nikla ke "rab inni lima anzalta ilayya min khairin faqeer".</w:t>
      </w:r>
    </w:p>
    <w:p>
      <w:pPr>
        <w:jc w:val="right"/>
      </w:pPr>
      <w:r>
        <w:t>جب اس بے بسی کے عالم میں وہ اس پیڑ کے نیچے بیٹھے ہوئے تھے، تب ان کی زبان سے نکلا کہ "رب انی لما انزلت الی من خیر فقیر"۔</w:t>
      </w:r>
    </w:p>
    <w:p>
      <w:r>
        <w:rPr>
          <w:b/>
        </w:rPr>
        <w:t xml:space="preserve">[09:43] </w:t>
      </w:r>
      <w:r>
        <w:t>ae mere rab, jo bhalaai to mere liye utare, mein us ka mohtaaj hoon.</w:t>
      </w:r>
    </w:p>
    <w:p>
      <w:pPr>
        <w:jc w:val="right"/>
      </w:pPr>
      <w:r>
        <w:t>اے میرے رب، جو بھلائی تو میرے لیے اتارے، میں اس کا محتاج ہوں۔</w:t>
      </w:r>
    </w:p>
    <w:p>
      <w:r>
        <w:rPr>
          <w:b/>
        </w:rPr>
        <w:t xml:space="preserve">[09:50] </w:t>
      </w:r>
      <w:r>
        <w:t>mein samajhta hoon ke yeh aik bohat hi achhi aik tasweer hai is mein, is insaan ki jo</w:t>
      </w:r>
    </w:p>
    <w:p>
      <w:pPr>
        <w:jc w:val="right"/>
      </w:pPr>
      <w:r>
        <w:t>میں سمجھتا ہوں کہ یہ ایک بہت ہی اچھی ایک تصویر ہے اس میں، اس انسان کی جو</w:t>
      </w:r>
    </w:p>
    <w:p>
      <w:r>
        <w:rPr>
          <w:b/>
        </w:rPr>
        <w:t xml:space="preserve">[10:03] </w:t>
      </w:r>
      <w:r>
        <w:t>helplessness ke aakhri had ko pahunch chuka ho, us waqt dua kare.</w:t>
      </w:r>
    </w:p>
    <w:p>
      <w:pPr>
        <w:jc w:val="right"/>
      </w:pPr>
      <w:r>
        <w:t>helplessness کے آخری حد کو پہنچ چکا ہو، اس وقت دعا کرے۔</w:t>
      </w:r>
    </w:p>
    <w:p>
      <w:r>
        <w:rPr>
          <w:b/>
        </w:rPr>
        <w:t xml:space="preserve">[10:10] </w:t>
      </w:r>
      <w:r>
        <w:t>to Khuda se ta'alluq izzat ke taaron par hota hai.</w:t>
      </w:r>
    </w:p>
    <w:p>
      <w:pPr>
        <w:jc w:val="right"/>
      </w:pPr>
      <w:r>
        <w:t>تو خدا سے تعلق عزت کے تاروں پر ہوتا ہے۔</w:t>
      </w:r>
    </w:p>
    <w:p>
      <w:r>
        <w:rPr>
          <w:b/>
        </w:rPr>
        <w:t xml:space="preserve">[10:18] </w:t>
      </w:r>
      <w:r>
        <w:t>Helplessness ke taaron par hota hai. koi doosra taar nahi hai jis se Khuda se contact establish hota ho.</w:t>
      </w:r>
    </w:p>
    <w:p>
      <w:pPr>
        <w:jc w:val="right"/>
      </w:pPr>
      <w:r>
        <w:t>Helplessness کے تاروں پر ہوتا ہے۔ کوئی دوسرا تار نہیں ہے جس سے خدا سے contact establish ہوتا ہو۔</w:t>
      </w:r>
    </w:p>
    <w:p>
      <w:r>
        <w:rPr>
          <w:b/>
        </w:rPr>
        <w:t xml:space="preserve">[10:33] </w:t>
      </w:r>
      <w:r>
        <w:t>koi bhi doosra nahi.</w:t>
      </w:r>
    </w:p>
    <w:p>
      <w:pPr>
        <w:jc w:val="right"/>
      </w:pPr>
      <w:r>
        <w:t>کوئی بھی دوسرا نہیں۔</w:t>
      </w:r>
    </w:p>
    <w:p>
      <w:r>
        <w:rPr>
          <w:b/>
        </w:rPr>
        <w:t xml:space="preserve">[10:35] </w:t>
      </w:r>
      <w:r>
        <w:t>jab aadmi apne ko yeh discover kare ke mein helpless hoon, mein powerless hoon, aur phir doosri taraf yeh discover kare ke Khuda all powerful hai,</w:t>
      </w:r>
    </w:p>
    <w:p>
      <w:pPr>
        <w:jc w:val="right"/>
      </w:pPr>
      <w:r>
        <w:t>جب آدمی اپنے کو یہ discover کرے کہ میں helpless ہوں، میں powerless ہوں، اور پھر دوسری طرف یہ discover کرے کہ خدا all powerful ہے،</w:t>
      </w:r>
    </w:p>
    <w:p>
      <w:r>
        <w:rPr>
          <w:b/>
        </w:rPr>
        <w:t xml:space="preserve">[10:51] </w:t>
      </w:r>
      <w:r>
        <w:t>Khuda sab ko help karne ki taqat rakhta hai, to yeh do extent ban jata hai.</w:t>
      </w:r>
    </w:p>
    <w:p>
      <w:pPr>
        <w:jc w:val="right"/>
      </w:pPr>
      <w:r>
        <w:t>خدا سب کو help کرنے کی طاقت رکھتا ہے، تو یہ دو extent بن جاتا ہے۔</w:t>
      </w:r>
    </w:p>
    <w:p>
      <w:r>
        <w:rPr>
          <w:b/>
        </w:rPr>
        <w:t xml:space="preserve">[11:00] </w:t>
      </w:r>
      <w:r>
        <w:t>us waqt do intehaai haden ban jaati hain, do extent. ke aik taraf all powerful Khuda hota hai, doosri taraf all powerless insaan hota hai.</w:t>
      </w:r>
    </w:p>
    <w:p>
      <w:pPr>
        <w:jc w:val="right"/>
      </w:pPr>
      <w:r>
        <w:t>اس وقت دو انتہائی حدیں بن جاتی ہیں، دو extent۔ کہ ایک طرف all powerful خدا ہوتا ہے، دوسری طرف all powerless انسان ہوتا ہے۔</w:t>
      </w:r>
    </w:p>
    <w:p>
      <w:r>
        <w:rPr>
          <w:b/>
        </w:rPr>
        <w:t xml:space="preserve">[11:13] </w:t>
      </w:r>
      <w:r>
        <w:t>yahi woh halat hai jabke khuda aur bande ke darmiyan har rukawatein khatm ho jati hain. har rukawat khatm ho jati hai.</w:t>
      </w:r>
    </w:p>
    <w:p>
      <w:pPr>
        <w:jc w:val="right"/>
      </w:pPr>
      <w:r>
        <w:t>یہی وہ حالت ہے جبکہ خدا اور بندے کے درمیان ہر رکاوٹیں ختم ہو جاتی ہیں۔ ہر رکاوٹ ختم ہو جاتی ہے۔</w:t>
      </w:r>
    </w:p>
    <w:p>
      <w:r>
        <w:rPr>
          <w:b/>
        </w:rPr>
        <w:t xml:space="preserve">[11:26] </w:t>
      </w:r>
      <w:r>
        <w:t>aur direct taur par ek communion qaim ho jata hai bande ka khuda se. is waqt jo dua nikalti hai, woh goya ke khuda se baat cheet hoti hai.</w:t>
      </w:r>
    </w:p>
    <w:p>
      <w:pPr>
        <w:jc w:val="right"/>
      </w:pPr>
      <w:r>
        <w:t>اور direct طور پر ایک communion قائم ہو جاتا ہے بندے کا خدا سے۔ اس وقت جو دعا نکلتی ہے، وہ گویا کہ خدا سے بات چیت ہوتی ہے۔</w:t>
      </w:r>
    </w:p>
    <w:p>
      <w:r>
        <w:rPr>
          <w:b/>
        </w:rPr>
        <w:t xml:space="preserve">[11:39] </w:t>
      </w:r>
      <w:r>
        <w:t>woh khuda ke sath whisper hota hai.</w:t>
      </w:r>
    </w:p>
    <w:p>
      <w:pPr>
        <w:jc w:val="right"/>
      </w:pPr>
      <w:r>
        <w:t>وہ خدا کے ساتھ whisper ہوتا ہے۔</w:t>
      </w:r>
    </w:p>
    <w:p>
      <w:r>
        <w:rPr>
          <w:b/>
        </w:rPr>
        <w:t xml:space="preserve">[11:43] </w:t>
      </w:r>
      <w:r>
        <w:t>jaisa ke hadith mein aaya hai: "inadi rubba". is waqt khuda aur bande ke darmiyan nearness itna barh jata hai</w:t>
      </w:r>
    </w:p>
    <w:p>
      <w:pPr>
        <w:jc w:val="right"/>
      </w:pPr>
      <w:r>
        <w:t>جیسا کہ حدیث میں آیا ہے: "إنادي ربا"۔ اس وقت خدا اور بندے کے درمیان nearness اتنا بڑھ جاتا ہے</w:t>
      </w:r>
    </w:p>
    <w:p>
      <w:r>
        <w:rPr>
          <w:b/>
        </w:rPr>
        <w:t xml:space="preserve">[11:53] </w:t>
      </w:r>
      <w:r>
        <w:t>ke dono ke beech mein whisper hone lagta hai. to beharhal hazrat musa ne yeh dua ki, aur jaisa ke story batati hai, yeh dua is tarah qabool hui ke isi raat ko unka problem solve ho gaya,</w:t>
      </w:r>
    </w:p>
    <w:p>
      <w:pPr>
        <w:jc w:val="right"/>
      </w:pPr>
      <w:r>
        <w:t>کہ دونوں کے بیچ میں whisper ہونے لگتا ہے۔ تو بہرحال حضرت موسیٰ نے یہ دعا کی، اور جیسا کہ story بتاتی ہے، یہ دعا اس طرح قبول ہوئی کہ اسی رات کو ان کا problem solve ہو گیا،</w:t>
      </w:r>
    </w:p>
    <w:p>
      <w:r>
        <w:rPr>
          <w:b/>
        </w:rPr>
        <w:t xml:space="preserve">[12:11] </w:t>
      </w:r>
      <w:r>
        <w:t>jis raat ko unhone dua ki thi. isi raat ko.</w:t>
      </w:r>
    </w:p>
    <w:p>
      <w:pPr>
        <w:jc w:val="right"/>
      </w:pPr>
      <w:r>
        <w:t>جس رات کو انہوں نے دعا کی تھی۔ اسی رات کو۔</w:t>
      </w:r>
    </w:p>
    <w:p>
      <w:r>
        <w:rPr>
          <w:b/>
        </w:rPr>
        <w:t xml:space="preserve">[12:19] </w:t>
      </w:r>
      <w:r>
        <w:t>yani dua karne ki kuch hi der ke baad kya hua ke woh dono ladkiyan wapas aayin.</w:t>
      </w:r>
    </w:p>
    <w:p>
      <w:pPr>
        <w:jc w:val="right"/>
      </w:pPr>
      <w:r>
        <w:t>یعنی دعا کرنے کی کچھ ہی دیر کے بعد کیا ہوا کہ وہ دونوں لڑکیاں واپس آئیں۔</w:t>
      </w:r>
    </w:p>
    <w:p>
      <w:r>
        <w:rPr>
          <w:b/>
        </w:rPr>
        <w:t xml:space="preserve">[12:32] </w:t>
      </w:r>
      <w:r>
        <w:t>"tumshi al-stahiyayain" quran mein hai ke sharm se chalti hui pahunchin.</w:t>
      </w:r>
    </w:p>
    <w:p>
      <w:pPr>
        <w:jc w:val="right"/>
      </w:pPr>
      <w:r>
        <w:t>"تمشی الستحیاین" قرآن میں ہے کہ شرم سے چلتی ہوئی پہنچیں۔</w:t>
      </w:r>
    </w:p>
    <w:p>
      <w:r>
        <w:rPr>
          <w:b/>
        </w:rPr>
        <w:t xml:space="preserve">[12:40] </w:t>
      </w:r>
      <w:r>
        <w:t>to unhone ja kar apne baap se bataya tha, jo baap boodha ho chuka tha, khud chalne phirne se maazoor tha. to unhone kaha ke jab.</w:t>
      </w:r>
    </w:p>
    <w:p>
      <w:pPr>
        <w:jc w:val="right"/>
      </w:pPr>
      <w:r>
        <w:t>تو انہوں نے جا کر اپنے باپ سے بتایا تھا، جو باپ بوڑھا ہو چکا تھا، خود چلنے پھرنے سے معذور تھا۔ تو انہوں نے کہا کہ جب۔</w:t>
      </w:r>
    </w:p>
    <w:p>
      <w:r>
        <w:rPr>
          <w:b/>
        </w:rPr>
        <w:t xml:space="preserve">[12:52] </w:t>
      </w:r>
      <w:r>
        <w:t>ja kar is aadmi ko le aao. to yeh gaye aur phir is aadmi ke haan rahe woh, aur phir lambi kahani hai.</w:t>
      </w:r>
    </w:p>
    <w:p>
      <w:pPr>
        <w:jc w:val="right"/>
      </w:pPr>
      <w:r>
        <w:t>جا کے اس آدمی کو لے آؤ۔ تو یہ گئے اور پھر اس آدمی کے ہاں رہے وہ، اور پھر لمبی کہانی ہے۔</w:t>
      </w:r>
    </w:p>
    <w:p>
      <w:r>
        <w:rPr>
          <w:b/>
        </w:rPr>
        <w:t xml:space="preserve">[13:03] </w:t>
      </w:r>
      <w:r>
        <w:t>to main yeh keh raha tha ke hazrat musa ne jo dua ki, is intehai akele pan ki halat mein, is intehai helplessness ki halat mein, woh isi waqt dena der qabool hui, aur isi waqt bohat acha intezam aap ke liye ho gaya.</w:t>
      </w:r>
    </w:p>
    <w:p>
      <w:pPr>
        <w:jc w:val="right"/>
      </w:pPr>
      <w:r>
        <w:t>تو میں یہ کہہ رہا تھا کہ حضرت موسیٰ نے جو دعا کی، اس انتہائی اکیلے پن کی حالت میں، اس انتہائی helplessness کی حالت میں، وہ اسی وقت دینا دیر قبول ہوئی، اور اسی وقت بہت اچھا انتظام آپ کے لیے ہو گیا۔</w:t>
      </w:r>
    </w:p>
    <w:p>
      <w:r>
        <w:rPr>
          <w:b/>
        </w:rPr>
        <w:t xml:space="preserve">[13:21] </w:t>
      </w:r>
      <w:r>
        <w:t>aap ja kar is sheikh ke paas rehne lage. phir jo kuch hua, woh ghaliban aap jante honge. to yeh hai dua ki haqeeqat.</w:t>
      </w:r>
    </w:p>
    <w:p>
      <w:pPr>
        <w:jc w:val="right"/>
      </w:pPr>
      <w:r>
        <w:t>آپ جا کر اس شیخ کے پاس رہنے لگے۔ پھر جو کچھ ہوا، وہ غالباً آپ جانتے ہوں گے۔ تو یہ ہے دعا کی حقیقت۔</w:t>
      </w:r>
    </w:p>
    <w:p>
      <w:r>
        <w:rPr>
          <w:b/>
        </w:rPr>
        <w:t xml:space="preserve">[13:37] </w:t>
      </w:r>
      <w:r>
        <w:t>dekhiye, is baat ko samajh lijiye achi tarah se ke dua yeh nahi hai ke kuch arabi ke alfaaz rat lein aap aur us ko dohrate rahein.</w:t>
      </w:r>
    </w:p>
    <w:p>
      <w:pPr>
        <w:jc w:val="right"/>
      </w:pPr>
      <w:r>
        <w:t>دیکھیے، اس بات کو سمجھ لیجیے اچھی طرح سے کہ دعا یہ نہیں ہے کہ کچھ عربی کے الفاظ رٹ لیں آپ اور اس کو دہراتے رہیں۔</w:t>
      </w:r>
    </w:p>
    <w:p>
      <w:r>
        <w:rPr>
          <w:b/>
        </w:rPr>
        <w:t xml:space="preserve">[13:51] </w:t>
      </w:r>
      <w:r>
        <w:t>yeh nahi dua hai. yeh to ek kartab hai. ek tape recorder jaise bolta hai, to woh cheez hai yeh.</w:t>
      </w:r>
    </w:p>
    <w:p>
      <w:pPr>
        <w:jc w:val="right"/>
      </w:pPr>
      <w:r>
        <w:t>یہ نہیں دعا ہے۔ یہ تو ایک کرتب ہے۔ ایک tape recorder جیسے بولتا ہے، تو وہ چیز ہے یہ۔</w:t>
      </w:r>
    </w:p>
    <w:p>
      <w:r>
        <w:rPr>
          <w:b/>
        </w:rPr>
        <w:t xml:space="preserve">[14:02] </w:t>
      </w:r>
      <w:r>
        <w:t>dua dil ki halat ka naam hai.</w:t>
      </w:r>
    </w:p>
    <w:p>
      <w:pPr>
        <w:jc w:val="right"/>
      </w:pPr>
      <w:r>
        <w:t>دعا دل کی حالت کا نام ہے۔</w:t>
      </w:r>
    </w:p>
    <w:p>
      <w:r>
        <w:rPr>
          <w:b/>
        </w:rPr>
        <w:t xml:space="preserve">[14:05] </w:t>
      </w:r>
      <w:r>
        <w:t>dua dil ki tarap ka naam hai. dua yeh hai ke aadmi ki personality dua mein dhal jaye. aadmi ka poora jo wajood hai, woh dua ban jaye.</w:t>
      </w:r>
    </w:p>
    <w:p>
      <w:pPr>
        <w:jc w:val="right"/>
      </w:pPr>
      <w:r>
        <w:t>دعا دل کی تڑپ کا نام ہے۔ دعا یہ ہے کہ آدمی کی personality دعا میں ڈھل جائے۔ آدمی کا پورا جو وجود ہے، وہ دعا بن جائے۔</w:t>
      </w:r>
    </w:p>
    <w:p>
      <w:r>
        <w:rPr>
          <w:b/>
        </w:rPr>
        <w:t xml:space="preserve">[14:20] </w:t>
      </w:r>
      <w:r>
        <w:t>aap sochiye ke hazrat musa ne jab kaha hoga: "rab inni lima anzalta ilayya min khairin faqeer"</w:t>
      </w:r>
    </w:p>
    <w:p>
      <w:pPr>
        <w:jc w:val="right"/>
      </w:pPr>
      <w:r>
        <w:t>آپ سوچیے کہ حضرت موسیٰ نے جب کہا ہوگا: "رب انی لما انزلت الی من خیر فقیر"</w:t>
      </w:r>
    </w:p>
    <w:p>
      <w:r>
        <w:rPr>
          <w:b/>
        </w:rPr>
        <w:t xml:space="preserve">[14:26] </w:t>
      </w:r>
      <w:r>
        <w:t>, to yeh koi lip service nahi thi. koi saada taur par koi bol nahi the. unki poori hasti is mein dhal chuki thi.</w:t>
      </w:r>
    </w:p>
    <w:p>
      <w:pPr>
        <w:jc w:val="right"/>
      </w:pPr>
      <w:r>
        <w:t>، تو یہ کوئی lip service نہیں تھی۔ کوئی سادہ طور پر کوئی بول نہیں تھے۔ ان کی پوری ہستی اس میں ڈھل چکی تھی۔</w:t>
      </w:r>
    </w:p>
    <w:p>
      <w:r>
        <w:rPr>
          <w:b/>
        </w:rPr>
        <w:t xml:space="preserve">[14:38] </w:t>
      </w:r>
      <w:r>
        <w:t>to is tarah ki duaen bohat si aati hain paighambaron aur naik bando ke bare mein.</w:t>
      </w:r>
    </w:p>
    <w:p>
      <w:pPr>
        <w:jc w:val="right"/>
      </w:pPr>
      <w:r>
        <w:t>تو اس طرح کی دعائیں بہت سی آتی ہیں پیغمبروں اور نیک بندوں کے بارے میں۔</w:t>
      </w:r>
    </w:p>
    <w:p>
      <w:r>
        <w:rPr>
          <w:b/>
        </w:rPr>
        <w:t xml:space="preserve">[14:47] </w:t>
      </w:r>
      <w:r>
        <w:t>paighambar e islam sallallahu alaihi wasallam ki bohat si duaen hain.</w:t>
      </w:r>
    </w:p>
    <w:p>
      <w:pPr>
        <w:jc w:val="right"/>
      </w:pPr>
      <w:r>
        <w:t>پیغمبر اسلام صلی اللہ علیہ وسلم کی بہت سی دعائیں ہیں۔</w:t>
      </w:r>
    </w:p>
    <w:p>
      <w:r>
        <w:rPr>
          <w:b/>
        </w:rPr>
        <w:t xml:space="preserve">[14:52] </w:t>
      </w:r>
      <w:r>
        <w:t>log to masnoo duaon ke naam se kitaben le kar ke ratte rehte hain is ko, aur samajhte hain ke hum dua kar rahe hain.</w:t>
      </w:r>
    </w:p>
    <w:p>
      <w:pPr>
        <w:jc w:val="right"/>
      </w:pPr>
      <w:r>
        <w:t>لوگ تو محصور دعاؤں کے نام سے کتابیں لے کر کے رٹتے رہتے ہیں اس کو، اور سمجھتے ہیں کہ ہم دعا کر رہے ہیں۔</w:t>
      </w:r>
    </w:p>
    <w:p>
      <w:r>
        <w:rPr>
          <w:b/>
        </w:rPr>
        <w:t xml:space="preserve">[15:05] </w:t>
      </w:r>
      <w:r>
        <w:t>beharhal jahan tak maine samjha hai, yeh yeh dua nahi hai. dua woh hai jo dil ki gehraiyon se nikle.</w:t>
      </w:r>
    </w:p>
    <w:p>
      <w:pPr>
        <w:jc w:val="right"/>
      </w:pPr>
      <w:r>
        <w:t>بہرحال جہاں تک میں نے سمجھا ہے، یہ یہ دعا نہیں ہے۔ دعا وہ ہے جو دل کی گہرائیوں سے نکلے۔</w:t>
      </w:r>
    </w:p>
    <w:p>
      <w:r>
        <w:rPr>
          <w:b/>
        </w:rPr>
        <w:t xml:space="preserve">[15:18] </w:t>
      </w:r>
      <w:r>
        <w:t>jaise rasool allah sallallahu alaihi wasallam jab hijrat ke safar mein</w:t>
      </w:r>
    </w:p>
    <w:p>
      <w:pPr>
        <w:jc w:val="right"/>
      </w:pPr>
      <w:r>
        <w:t>جیسے رسول اللہ صلی اللہ علیہ وسلم جب ہجرت کے سفر میں</w:t>
      </w:r>
    </w:p>
    <w:p>
      <w:r>
        <w:rPr>
          <w:b/>
        </w:rPr>
        <w:t xml:space="preserve">[15:24] </w:t>
      </w:r>
      <w:r>
        <w:t>ghaar e thor mein,</w:t>
      </w:r>
    </w:p>
    <w:p>
      <w:pPr>
        <w:jc w:val="right"/>
      </w:pPr>
      <w:r>
        <w:t>غار ثور میں،</w:t>
      </w:r>
    </w:p>
    <w:p>
      <w:r>
        <w:rPr>
          <w:b/>
        </w:rPr>
        <w:t xml:space="preserve">[15:28] </w:t>
      </w:r>
      <w:r>
        <w:t>yani panah liye hue the, us waqt aap ke sath sirf abubakar the, aur wahan tak bhi aap ke dushman talwar liye pahunch gaye, aur aap bilkul wahan helpless the.</w:t>
      </w:r>
    </w:p>
    <w:p>
      <w:pPr>
        <w:jc w:val="right"/>
      </w:pPr>
      <w:r>
        <w:t>یعنی پناہ لیے ہوئے تھے، اس وقت آپ کے ساتھ صرف ابوبکر تھے، اور وہاں تک بھی آپ کے دشمن تلوار لیے پہنچ گئے، اور آپ بالکل وہاں helpless تھے۔</w:t>
      </w:r>
    </w:p>
    <w:p>
      <w:r>
        <w:rPr>
          <w:b/>
        </w:rPr>
        <w:t xml:space="preserve">[15:44] </w:t>
      </w:r>
      <w:r>
        <w:t>wahan koi aap ke sath na koi army thi, na koi aur tha, sirf aap the aur abubakar do aadmi. to woh log aagaye wahan, dushman log talwaren le kar ke.</w:t>
      </w:r>
    </w:p>
    <w:p>
      <w:pPr>
        <w:jc w:val="right"/>
      </w:pPr>
      <w:r>
        <w:t>وہاں کوئی آپ کے ساتھ نہ کوئی آرمی تھی، نہ کوئی اور تھا، صرف آپ تھے اور ابوبکر دو آدمی۔ تو وہ لوگ آگئے وہاں، دشمن لوگ تلواریں لے کر کے۔</w:t>
      </w:r>
    </w:p>
    <w:p>
      <w:r>
        <w:rPr>
          <w:b/>
        </w:rPr>
        <w:t xml:space="preserve">[15:59] </w:t>
      </w:r>
      <w:r>
        <w:t>to hazrat abubakar ne andar se dekha aur kaha ke woh log</w:t>
      </w:r>
    </w:p>
    <w:p>
      <w:pPr>
        <w:jc w:val="right"/>
      </w:pPr>
      <w:r>
        <w:t>تو حضرت ابوبکر نے اندر سے دیکھا اور کہا کہ وہ لوگ</w:t>
      </w:r>
    </w:p>
    <w:p>
      <w:r>
        <w:rPr>
          <w:b/>
        </w:rPr>
        <w:t xml:space="preserve">[16:07] </w:t>
      </w:r>
      <w:r>
        <w:t>yahan bhi aagaye.</w:t>
      </w:r>
    </w:p>
    <w:p>
      <w:pPr>
        <w:jc w:val="right"/>
      </w:pPr>
      <w:r>
        <w:t>یہاں بھی آگئے۔</w:t>
      </w:r>
    </w:p>
    <w:p>
      <w:r>
        <w:rPr>
          <w:b/>
        </w:rPr>
        <w:t xml:space="preserve">[16:09] </w:t>
      </w:r>
      <w:r>
        <w:t>to aap ne is waqt jo kaha, woh yaani tareekhi jo jo shabd nikle aap ki zuban se, woh yeh the ke:</w:t>
      </w:r>
    </w:p>
    <w:p>
      <w:pPr>
        <w:jc w:val="right"/>
      </w:pPr>
      <w:r>
        <w:t>تو آپ نے اس وقت جو کہا، وہ یعنی تاریخی جو جو शब्द نکلے آپ کی زبان سے، وہ یہ تھے کہ:</w:t>
      </w:r>
    </w:p>
    <w:p>
      <w:r>
        <w:rPr>
          <w:b/>
        </w:rPr>
        <w:t xml:space="preserve">[16:23] </w:t>
      </w:r>
      <w:r>
        <w:t>"ya abaa bakar, madan ka basneen, allah thalithahuma".</w:t>
      </w:r>
    </w:p>
    <w:p>
      <w:pPr>
        <w:jc w:val="right"/>
      </w:pPr>
      <w:r>
        <w:t>"یا ابا بکر، مادن کا بسنین، اللہ ثالثہما"۔</w:t>
      </w:r>
    </w:p>
    <w:p>
      <w:r>
        <w:rPr>
          <w:b/>
        </w:rPr>
        <w:t xml:space="preserve">[16:31] </w:t>
      </w:r>
      <w:r>
        <w:t>ae abubakar, in do ke bare mein tumhara kya khayal hai jin ke sath in ka teesra allah ho?</w:t>
      </w:r>
    </w:p>
    <w:p>
      <w:pPr>
        <w:jc w:val="right"/>
      </w:pPr>
      <w:r>
        <w:t>اے ابوبکر، ان دو کے بارے میں تمہارا کیا خیال ہے جن کے ساتھ ان کا تیسرا اللہ ہو؟</w:t>
      </w:r>
    </w:p>
    <w:p>
      <w:r>
        <w:rPr>
          <w:b/>
        </w:rPr>
        <w:t xml:space="preserve">[16:46] </w:t>
      </w:r>
      <w:r>
        <w:t>ab dekhen ke is mein kitna yaqeen hai khuda se, nearness ka kitna zabardast is mein izhaar ho raha hai.</w:t>
      </w:r>
    </w:p>
    <w:p>
      <w:pPr>
        <w:jc w:val="right"/>
      </w:pPr>
      <w:r>
        <w:t>اب دیکھیں کہ اس میں کتنا یقین ہے خدا سے، nearness کا کتنا زبردست اس میں اظہار ہو رہا ہے۔</w:t>
      </w:r>
    </w:p>
    <w:p>
      <w:r>
        <w:rPr>
          <w:b/>
        </w:rPr>
        <w:t xml:space="preserve">[16:55] </w:t>
      </w:r>
      <w:r>
        <w:t>to yeh hai woh halat jabke banda aur khuda ke darmiyan itna zyada nearness aa jati hai ke beech mein koi ek paper bhi rukawat nahi hota.</w:t>
      </w:r>
    </w:p>
    <w:p>
      <w:pPr>
        <w:jc w:val="right"/>
      </w:pPr>
      <w:r>
        <w:t>تو یہ ہے وہ حالت جبکہ بندہ اور خدا کے درمیان اتنا زیادہ nearness آ جاتی ہے کہ بیچ میں کوئی ایک paper بھی رکاوٹ نہیں ہوتا۔</w:t>
      </w:r>
    </w:p>
    <w:p>
      <w:r>
        <w:rPr>
          <w:b/>
        </w:rPr>
        <w:t xml:space="preserve">[17:08] </w:t>
      </w:r>
      <w:r>
        <w:t>to main is waqt chand baaten kahunga</w:t>
      </w:r>
    </w:p>
    <w:p>
      <w:pPr>
        <w:jc w:val="right"/>
      </w:pPr>
      <w:r>
        <w:t>تو میں اس وقت چند باتیں کہوں گا</w:t>
      </w:r>
    </w:p>
    <w:p>
      <w:r>
        <w:rPr>
          <w:b/>
        </w:rPr>
        <w:t xml:space="preserve">[17:18] </w:t>
      </w:r>
      <w:r>
        <w:t>zikr aur dua ke bare mein.</w:t>
      </w:r>
    </w:p>
    <w:p>
      <w:pPr>
        <w:jc w:val="right"/>
      </w:pPr>
      <w:r>
        <w:t>ذکر اور دعا کے بارے میں۔</w:t>
      </w:r>
    </w:p>
    <w:p>
      <w:r>
        <w:rPr>
          <w:b/>
        </w:rPr>
        <w:t xml:space="preserve">[17:23] </w:t>
      </w:r>
      <w:r>
        <w:t>lekin is se pehle main yeh kehna chahunga ke dua, haqeeqi dua, ek bohat hi important point hai.</w:t>
      </w:r>
    </w:p>
    <w:p>
      <w:pPr>
        <w:jc w:val="right"/>
      </w:pPr>
      <w:r>
        <w:t>لیکن اس سے پہلے میں یہ کہنا چاہوں گا کہ دعا، حقیقی دعا، ایک بہت ہی important point ہے۔</w:t>
      </w:r>
    </w:p>
    <w:p>
      <w:r>
        <w:rPr>
          <w:b/>
        </w:rPr>
        <w:t xml:space="preserve">[17:37] </w:t>
      </w:r>
      <w:r>
        <w:t>haqeeqi dua ko janne ka criterion yeh nahi hai ke dua karne wale ke nazdeek woh qabool ho gayi ho.</w:t>
      </w:r>
    </w:p>
    <w:p>
      <w:pPr>
        <w:jc w:val="right"/>
      </w:pPr>
      <w:r>
        <w:t>حقیقی دعا کو جاننے کا criterion یہ نہیں ہے کہ دعا کرنے والے کے نزدیک وہ قبول ہو گئی ہو۔</w:t>
      </w:r>
    </w:p>
    <w:p>
      <w:r>
        <w:rPr>
          <w:b/>
        </w:rPr>
        <w:t xml:space="preserve">[17:47] </w:t>
      </w:r>
      <w:r>
        <w:t>yaad rakhiye,</w:t>
      </w:r>
    </w:p>
    <w:p>
      <w:pPr>
        <w:jc w:val="right"/>
      </w:pPr>
      <w:r>
        <w:t>یاد رکھیے،</w:t>
      </w:r>
    </w:p>
    <w:p>
      <w:r>
        <w:rPr>
          <w:b/>
        </w:rPr>
        <w:t xml:space="preserve">[17:51] </w:t>
      </w:r>
      <w:r>
        <w:t>ek real dua, ek sachi dua, agar aap ki zuban se nikli hai, yeh na samjhiye ke woh aap ki samajh se qabool ho gayi ho, tab woh sachi dua hai.</w:t>
      </w:r>
    </w:p>
    <w:p>
      <w:pPr>
        <w:jc w:val="right"/>
      </w:pPr>
      <w:r>
        <w:t>ایک real دعا، ایک سچی دعا، اگر آپ کی زبان سے نکلی ہے، یہ نہ سمجھیے کہ وہ آپ کی سمجھ سے قبول ہو گئی ہو، تب وہ سچی دعا ہے۔</w:t>
      </w:r>
    </w:p>
    <w:p>
      <w:r>
        <w:rPr>
          <w:b/>
        </w:rPr>
        <w:t xml:space="preserve">[18:04] </w:t>
      </w:r>
      <w:r>
        <w:t>kabhi yeh na samjhiye.</w:t>
      </w:r>
    </w:p>
    <w:p>
      <w:pPr>
        <w:jc w:val="right"/>
      </w:pPr>
      <w:r>
        <w:t>کبھی یہ نہ سمجھیے۔</w:t>
      </w:r>
    </w:p>
    <w:p>
      <w:r>
        <w:rPr>
          <w:b/>
        </w:rPr>
        <w:t xml:space="preserve">[18:10] </w:t>
      </w:r>
      <w:r>
        <w:t>bilkul yeh possible hai ke aap ki samajh ke mutabiq dua qabool na hui ho, lekin woh super dua ho.</w:t>
      </w:r>
    </w:p>
    <w:p>
      <w:pPr>
        <w:jc w:val="right"/>
      </w:pPr>
      <w:r>
        <w:t>بالکل یہ possible ہے کہ آپ کی سمجھ کے مطابق دعا قبول نہ ہوئی ہو، لیکن وہ super دعا ہو۔</w:t>
      </w:r>
    </w:p>
    <w:p>
      <w:r>
        <w:rPr>
          <w:b/>
        </w:rPr>
        <w:t xml:space="preserve">[18:20] </w:t>
      </w:r>
      <w:r>
        <w:t>itni badi dua ho jo aap ki zindagi mein hamare part se bhi zyada badi haqeeqat ban kar aap ko hasil ho jaye.</w:t>
      </w:r>
    </w:p>
    <w:p>
      <w:pPr>
        <w:jc w:val="right"/>
      </w:pPr>
      <w:r>
        <w:t>اتنی بڑی دعا ہو جو آپ کی زندگی میں ہمارے part سے بھی زیادہ بڑی حقیقت بن کر آپ کو حاصل ہو جائے۔</w:t>
      </w:r>
    </w:p>
    <w:p>
      <w:r>
        <w:rPr>
          <w:b/>
        </w:rPr>
        <w:t xml:space="preserve">[18:31] </w:t>
      </w:r>
      <w:r>
        <w:t>dua ka, yaani sachi dua ya haqeeqi dua ka hargiz yeh criterion nahi hai ke woh aap ki samajh se woh qabool ho gayi ho.</w:t>
      </w:r>
    </w:p>
    <w:p>
      <w:pPr>
        <w:jc w:val="right"/>
      </w:pPr>
      <w:r>
        <w:t>دعا کا، یعنی سچی دعا یا حقیقی دعا کا ہرگز یہ criterion نہیں ہے کہ وہ آپ کی سمجھ سے وہ قبول ہو گئی ہو۔</w:t>
      </w:r>
    </w:p>
    <w:p>
      <w:r>
        <w:rPr>
          <w:b/>
        </w:rPr>
        <w:t xml:space="preserve">[18:43] </w:t>
      </w:r>
      <w:r>
        <w:t>khuda ka muamla kya hoga aap ki dua ke bare mein, yaani khuda ke haan qabooliyat ke bawajood kya muamla hoga, is ko aap pehle se nahi jaan sakte.</w:t>
      </w:r>
    </w:p>
    <w:p>
      <w:pPr>
        <w:jc w:val="right"/>
      </w:pPr>
      <w:r>
        <w:t>خدا کا معاملہ کیا ہوگا آپ کی دعا کے بارے میں، یعنی خدا کے ہاں قبولیت کے باوجود کیا معاملہ ہوگا، اس کو آپ پہلے سے نہیں جان سکتے۔</w:t>
      </w:r>
    </w:p>
    <w:p>
      <w:r>
        <w:rPr>
          <w:b/>
        </w:rPr>
        <w:t xml:space="preserve">[18:56] </w:t>
      </w:r>
      <w:r>
        <w:t>main apna ek qissa yahan par bayan karunga.</w:t>
      </w:r>
    </w:p>
    <w:p>
      <w:pPr>
        <w:jc w:val="right"/>
      </w:pPr>
      <w:r>
        <w:t>میں اپنا ایک قصہ یہاں پر بیان کروں گا۔</w:t>
      </w:r>
    </w:p>
    <w:p>
      <w:r>
        <w:rPr>
          <w:b/>
        </w:rPr>
        <w:t xml:space="preserve">[19:01] </w:t>
      </w:r>
      <w:r>
        <w:t>dekhiye,</w:t>
      </w:r>
    </w:p>
    <w:p>
      <w:pPr>
        <w:jc w:val="right"/>
      </w:pPr>
      <w:r>
        <w:t>دیکھیے،</w:t>
      </w:r>
    </w:p>
    <w:p>
      <w:r>
        <w:rPr>
          <w:b/>
        </w:rPr>
        <w:t xml:space="preserve">[19:05] </w:t>
      </w:r>
      <w:r>
        <w:t>main ne yeh kaam</w:t>
      </w:r>
    </w:p>
    <w:p>
      <w:pPr>
        <w:jc w:val="right"/>
      </w:pPr>
      <w:r>
        <w:t>میں نے یہ کام</w:t>
      </w:r>
    </w:p>
    <w:p>
      <w:r>
        <w:rPr>
          <w:b/>
        </w:rPr>
        <w:t xml:space="preserve">[19:10] </w:t>
      </w:r>
      <w:r>
        <w:t>azaadi jab india jab azaad hua 1947 mein, us ke baad hi main ne yeh mission shuru kar diya tha.</w:t>
      </w:r>
    </w:p>
    <w:p>
      <w:pPr>
        <w:jc w:val="right"/>
      </w:pPr>
      <w:r>
        <w:t>آزادی جب انڈیا جب آزاد ہوا 1947 میں، اس کے بعد ہی میں نے یہ مشن شروع کر دیا تھا۔</w:t>
      </w:r>
    </w:p>
    <w:p>
      <w:r>
        <w:rPr>
          <w:b/>
        </w:rPr>
        <w:t xml:space="preserve">[19:20] </w:t>
      </w:r>
      <w:r>
        <w:t>goya ek lambi tareekh hai is mission ki. lekin kya hua ke shuru mein zahir hai ke main jis madarse mein parha, jis mahaul mein raha, jis society mein chala phira, jo books padhin, jo kitaben padhin,</w:t>
      </w:r>
    </w:p>
    <w:p>
      <w:pPr>
        <w:jc w:val="right"/>
      </w:pPr>
      <w:r>
        <w:t>گویا ایک لمبی تاریخ ہے اس مشن کی۔ لیکن کیا ہوا کہ شروع میں ظاہر ہے کہ میں جس مدرسے میں پڑھا، جس ماحول میں رہا، جس سوسائٹی میں چلا پھرا، جو books پڑھیں، جو کتابیں پڑھیں،</w:t>
      </w:r>
    </w:p>
    <w:p>
      <w:r>
        <w:rPr>
          <w:b/>
        </w:rPr>
        <w:t xml:space="preserve">[19:39] </w:t>
      </w:r>
      <w:r>
        <w:t>is se mera zehn jo hai muslim oriented bana. agar</w:t>
      </w:r>
    </w:p>
    <w:p>
      <w:pPr>
        <w:jc w:val="right"/>
      </w:pPr>
      <w:r>
        <w:t>اس سے میرا ذہن جو ہے مسلم oriented بنا۔ اگر</w:t>
      </w:r>
    </w:p>
    <w:p>
      <w:r>
        <w:rPr>
          <w:b/>
        </w:rPr>
        <w:t xml:space="preserve">[19:45] </w:t>
      </w:r>
      <w:r>
        <w:t>cheh mein shuru se daai bhi tha, apni nature ke aitbaar se mein daai tha, lekin mahaul ne jo mujhe jo conditioning ki thi, us ke zariye se, us ki wajah se mera zehan Muslim oriented bhi tha.</w:t>
      </w:r>
    </w:p>
    <w:p>
      <w:pPr>
        <w:jc w:val="right"/>
      </w:pPr>
      <w:r>
        <w:t>چہ میں شروع سے داعی بھی تھا، اپنی nature کے اعتبار سے میں داعی تھا، لیکن ماحول نے جو مجھے جو conditioning کی تھی، اس کے ذریعے سے، اس کی وجہ سے میرا ذہن مسلم oriented بھی تھا۔</w:t>
      </w:r>
    </w:p>
    <w:p>
      <w:r>
        <w:rPr>
          <w:b/>
        </w:rPr>
        <w:t xml:space="preserve">[20:00] </w:t>
      </w:r>
      <w:r>
        <w:t>yaani shuru zamane mein mera yeh ajeeb maamla tha ke by birth mein daai tha, lekin apni conditioning ke mutabiq mein Muslim oriented thinking thi meri.</w:t>
      </w:r>
    </w:p>
    <w:p>
      <w:pPr>
        <w:jc w:val="right"/>
      </w:pPr>
      <w:r>
        <w:t>یعنی شروع زمانے میں میرا یہ عجیب معاملہ تھا کہ by birth میں داعی تھا، لیکن اپنی conditioning کے مطابق میں مسلم oriented thinking تھی میری۔</w:t>
      </w:r>
    </w:p>
    <w:p>
      <w:r>
        <w:rPr>
          <w:b/>
        </w:rPr>
        <w:t xml:space="preserve">[20:14] </w:t>
      </w:r>
      <w:r>
        <w:t>is tarah se kaam shuru kiya mein ne, aur bohat zabardast popularity mujhe mili. sirf India mein nahi, balkeh bahar ke deshon mein bhi</w:t>
      </w:r>
    </w:p>
    <w:p>
      <w:pPr>
        <w:jc w:val="right"/>
      </w:pPr>
      <w:r>
        <w:t>اس طرح سے کام شروع کیا میں نے، اور بہت زبردست popularity مجھے ملی۔ صرف انڈیا میں نہیں، بلکہ باہر کے دیشوں میں بھی</w:t>
      </w:r>
    </w:p>
    <w:p>
      <w:r>
        <w:rPr>
          <w:b/>
        </w:rPr>
        <w:t xml:space="preserve">[20:28] </w:t>
      </w:r>
      <w:r>
        <w:t>bohat zabardast popularity mili. Jahan mein zyada tha, wahan bheer lag jaati thi meri baat sunne ke liye.</w:t>
      </w:r>
    </w:p>
    <w:p>
      <w:pPr>
        <w:jc w:val="right"/>
      </w:pPr>
      <w:r>
        <w:t>بہت زبردست popularity ملی۔ جہاں میں زیادہ تھا، وہاں بھیڑ لگ جاتی تھی میری بات سننے کے لیے۔</w:t>
      </w:r>
    </w:p>
    <w:p>
      <w:r>
        <w:rPr>
          <w:b/>
        </w:rPr>
        <w:t xml:space="preserve">[20:37] </w:t>
      </w:r>
      <w:r>
        <w:t>phir ek waqt aaya ke logon ne, bohat se logon ne mera saath chhod diya. Mujh se gussa ho gaye.</w:t>
      </w:r>
    </w:p>
    <w:p>
      <w:pPr>
        <w:jc w:val="right"/>
      </w:pPr>
      <w:r>
        <w:t>پھر ایک وقت آیا کہ لوگوں نے، بہت سے لوگوں نے میرا ساتھ چھوڑ دیا۔ مجھ سے غصہ ہو گئے۔</w:t>
      </w:r>
    </w:p>
    <w:p>
      <w:r>
        <w:rPr>
          <w:b/>
        </w:rPr>
        <w:t xml:space="preserve">[20:49] </w:t>
      </w:r>
      <w:r>
        <w:t>khaas tor par us waqt yeh hua jabke Babri Masjid, yaani 6 December 1992 ko jo Babri Masjid dhaai gayi, aur mein ne kaha ke Musalman is par koi protest na karein, sadkon par na aayein,</w:t>
      </w:r>
    </w:p>
    <w:p>
      <w:pPr>
        <w:jc w:val="right"/>
      </w:pPr>
      <w:r>
        <w:t>خاص طور پر اس وقت یہ ہوا جبکہ بابری مسجد، یعنی 6 دسمبر 1992 کو جو بابری مسجد ڈھائی گئی، اور میں نے کہا کہ مسلمان اس پر کوئی protest نہ کریں، سڑکوں پر نہ آئیں،</w:t>
      </w:r>
    </w:p>
    <w:p>
      <w:r>
        <w:rPr>
          <w:b/>
        </w:rPr>
        <w:t xml:space="preserve">[21:05] </w:t>
      </w:r>
      <w:r>
        <w:t>is maamle ko jalsa juloos ka masla na banayein, to ek taraf se log gussa aa gaye, ghusse mein aa gaye.</w:t>
      </w:r>
    </w:p>
    <w:p>
      <w:pPr>
        <w:jc w:val="right"/>
      </w:pPr>
      <w:r>
        <w:t>اس معاملے کو جلسہ جلوس کا مسئلہ نہ بنائیں، تو ایک طرف سے لوگ غصہ آگئے، غصے میں آگئے۔</w:t>
      </w:r>
    </w:p>
    <w:p>
      <w:r>
        <w:rPr>
          <w:b/>
        </w:rPr>
        <w:t xml:space="preserve">[21:16] </w:t>
      </w:r>
      <w:r>
        <w:t>to kya hua ke bohat zabardast ek ek daur mera guzra hai chand saal ka, jabke mein lagta tha ke mein akela ho gaya hoon.</w:t>
      </w:r>
    </w:p>
    <w:p>
      <w:pPr>
        <w:jc w:val="right"/>
      </w:pPr>
      <w:r>
        <w:t>تو کیا ہوا کہ بہت زبردست ایک ایک دور میرا گزرا ہے چند سال کا، جبکہ میں لگتا تھا کہ میں اکیلا ہو گیا ہوں۔</w:t>
      </w:r>
    </w:p>
    <w:p>
      <w:r>
        <w:rPr>
          <w:b/>
        </w:rPr>
        <w:t xml:space="preserve">[21:31] </w:t>
      </w:r>
      <w:r>
        <w:t>kuch log mar gaye the, kuch logon ne saath chhod diya tha, kuch gussa ho gaye the.</w:t>
      </w:r>
    </w:p>
    <w:p>
      <w:pPr>
        <w:jc w:val="right"/>
      </w:pPr>
      <w:r>
        <w:t>کچھ لوگ مر گئے تھے، کچھ لوگوں نے ساتھ چھوڑ دیا تھا، کچھ غصہ ہو گئے تھے۔</w:t>
      </w:r>
    </w:p>
    <w:p>
      <w:r>
        <w:rPr>
          <w:b/>
        </w:rPr>
        <w:t xml:space="preserve">[21:43] </w:t>
      </w:r>
      <w:r>
        <w:t>to yeh ek waqt mere upar guzra hai. Zaahir hai ke us waqt mein dua karta tha apne mission ke liye ke woh phir se zinda ho, phir se woh log, woh saathi mujhe mil jayein, aur phir se pehle ki tarah se yeh gaadi chal pade.</w:t>
      </w:r>
    </w:p>
    <w:p>
      <w:pPr>
        <w:jc w:val="right"/>
      </w:pPr>
      <w:r>
        <w:t>تو یہ ایک وقت میرے اوپر گزرا ہے۔ ظاہر ہے کہ اس وقت میں دعا کرتا تھا اپنے مشن کے لیے کہ وہ پھر سے زندہ ہو، پھر سے وہ لوگ، وہ ساتھی مجھے مل جائیں، اور پھر سے پہلے کی طرح سے یہ گاڑی چل پڑے۔</w:t>
      </w:r>
    </w:p>
    <w:p>
      <w:r>
        <w:rPr>
          <w:b/>
        </w:rPr>
        <w:t xml:space="preserve">[21:59] </w:t>
      </w:r>
      <w:r>
        <w:t>zaahir hai ke mein subah shaam yeh dua karta tha, lekin lagta tha ke yeh dua qabool nahi ho rahi hai.</w:t>
      </w:r>
    </w:p>
    <w:p>
      <w:pPr>
        <w:jc w:val="right"/>
      </w:pPr>
      <w:r>
        <w:t>ظاہر ہے کہ میں صبح شام یہ دعا کرتا تھا، لیکن لگتا تھا کہ یہ دعا قبول نہیں ہو رہی ہے۔</w:t>
      </w:r>
    </w:p>
    <w:p>
      <w:r>
        <w:rPr>
          <w:b/>
        </w:rPr>
        <w:t xml:space="preserve">[22:08] </w:t>
      </w:r>
      <w:r>
        <w:t>yeh dua qabool nahi ho rahi hai.</w:t>
      </w:r>
    </w:p>
    <w:p>
      <w:pPr>
        <w:jc w:val="right"/>
      </w:pPr>
      <w:r>
        <w:t>یہ دعا قبول نہیں ہو رہی ہے۔</w:t>
      </w:r>
    </w:p>
    <w:p>
      <w:r>
        <w:rPr>
          <w:b/>
        </w:rPr>
        <w:t xml:space="preserve">[22:13] </w:t>
      </w:r>
      <w:r>
        <w:t>kyunke jo log mujh se gussa ho gaye the, woh gussa hi rahe. Shayad un mein se koi aadmi phir lauta nahi.</w:t>
      </w:r>
    </w:p>
    <w:p>
      <w:pPr>
        <w:jc w:val="right"/>
      </w:pPr>
      <w:r>
        <w:t>کیونکہ جو لوگ مجھ سے غصہ ہو گئے تھے، وہ غصہ ہی رہے۔ شاید ان میں سے کوئی آدمی پھر لوٹا نہیں۔</w:t>
      </w:r>
    </w:p>
    <w:p>
      <w:r>
        <w:rPr>
          <w:b/>
        </w:rPr>
        <w:t xml:space="preserve">[22:21] </w:t>
      </w:r>
      <w:r>
        <w:t>ya to koi mar gaya, koi kahin chala gaya, koi kya hua, kya hua.</w:t>
      </w:r>
    </w:p>
    <w:p>
      <w:pPr>
        <w:jc w:val="right"/>
      </w:pPr>
      <w:r>
        <w:t>یا تو کوئی مر گیا، کوئی کہیں چلا گیا، کوئی کیا ہوا، کیا ہوا۔</w:t>
      </w:r>
    </w:p>
    <w:p>
      <w:r>
        <w:rPr>
          <w:b/>
        </w:rPr>
        <w:t xml:space="preserve">[22:26] </w:t>
      </w:r>
      <w:r>
        <w:t>bohat hi achhe achhe zehan, bohat achhe achhe log mere saath akatha ho gaye the us waqt, aur sab ne saath chhod diya. Aur mein akela ho gaya.</w:t>
      </w:r>
    </w:p>
    <w:p>
      <w:pPr>
        <w:jc w:val="right"/>
      </w:pPr>
      <w:r>
        <w:t>بہت ہی اچھے اچھے ذہن، بہت اچھے اچھے لوگ میرے ساتھ اکٹھا ہو گئے تھے اس وقت، اور سب نے ساتھ چھوڑ دیا۔ اور میں اکیلا ہو گیا۔</w:t>
      </w:r>
    </w:p>
    <w:p>
      <w:r>
        <w:rPr>
          <w:b/>
        </w:rPr>
        <w:t xml:space="preserve">[22:36] </w:t>
      </w:r>
      <w:r>
        <w:t>is zamane mein mein kya karta tha, apni tanhai mein, apne akele mein ek nazm padha karta tha mein. Woh mein batana chahunga aap ko.</w:t>
      </w:r>
    </w:p>
    <w:p>
      <w:pPr>
        <w:jc w:val="right"/>
      </w:pPr>
      <w:r>
        <w:t>اس زمانے میں میں کیا کرتا تھا، اپنی تنہائی میں، اپنے اکیلے میں ایک نظم پڑھا کرتا تھا میں۔ وہ میں بتانا چاہوں گا آپ کو۔</w:t>
      </w:r>
    </w:p>
    <w:p>
      <w:r>
        <w:rPr>
          <w:b/>
        </w:rPr>
        <w:t xml:space="preserve">[22:49] </w:t>
      </w:r>
      <w:r>
        <w:t>dekhiye, ek Irish poet hai, uska naam hai Thomas Moore. Thomas Moore, M O O R E.</w:t>
      </w:r>
    </w:p>
    <w:p>
      <w:pPr>
        <w:jc w:val="right"/>
      </w:pPr>
      <w:r>
        <w:t>دیکھیے، ایک آئرش poet ہے، اس کا نام ہے تھامس مور۔ تھامس مور، ایم ڈبل او آر ای۔</w:t>
      </w:r>
    </w:p>
    <w:p>
      <w:r>
        <w:rPr>
          <w:b/>
        </w:rPr>
        <w:t xml:space="preserve">[23:00] </w:t>
      </w:r>
      <w:r>
        <w:t>uski maut hui hai 1852 mein. Yeh bohat hi well known Irish poet hai, Thomas Moore.</w:t>
      </w:r>
    </w:p>
    <w:p>
      <w:pPr>
        <w:jc w:val="right"/>
      </w:pPr>
      <w:r>
        <w:t>اس کی موت ہوئی ہے 1852 میں۔ یہ بہت ہی well known آئرش poet ہے، تھامس مور۔</w:t>
      </w:r>
    </w:p>
    <w:p>
      <w:r>
        <w:rPr>
          <w:b/>
        </w:rPr>
        <w:t xml:space="preserve">[23:13] </w:t>
      </w:r>
      <w:r>
        <w:t>uski ek, uski ek nazm hai, uska naam hai "The</w:t>
      </w:r>
    </w:p>
    <w:p>
      <w:pPr>
        <w:jc w:val="right"/>
      </w:pPr>
      <w:r>
        <w:t>اس کی ایک، اس کی ایک نظم ہے، اس کا نام ہے "The</w:t>
      </w:r>
    </w:p>
    <w:p>
      <w:r>
        <w:rPr>
          <w:b/>
        </w:rPr>
        <w:t xml:space="preserve">[23:19] </w:t>
      </w:r>
      <w:r>
        <w:t>Last Rose of Summer". "The Last Rose of Summer". Is nazm ka</w:t>
      </w:r>
    </w:p>
    <w:p>
      <w:pPr>
        <w:jc w:val="right"/>
      </w:pPr>
      <w:r>
        <w:t>Last Rose of Summer"۔ "The Last Rose of Summer"۔ اس نظم کا</w:t>
      </w:r>
    </w:p>
    <w:p>
      <w:r>
        <w:rPr>
          <w:b/>
        </w:rPr>
        <w:t xml:space="preserve">[23:29] </w:t>
      </w:r>
      <w:r>
        <w:t>translation kiya tha ek ek Urdu shayar ne. To woh mein padha karta tha.</w:t>
      </w:r>
    </w:p>
    <w:p>
      <w:pPr>
        <w:jc w:val="right"/>
      </w:pPr>
      <w:r>
        <w:t>translation کیا تھا ایک ایک اردو شاعر نے۔ تو وہ میں پڑھا کرتا تھا۔</w:t>
      </w:r>
    </w:p>
    <w:p>
      <w:r>
        <w:rPr>
          <w:b/>
        </w:rPr>
        <w:t xml:space="preserve">[23:40] </w:t>
      </w:r>
      <w:r>
        <w:t>pehley aap sunein uski asal line ko. Aap zara yeh yeh padh kar suna dijiye, ghira hua hai jo. It is the last rose of summer, left blooming alone.</w:t>
      </w:r>
    </w:p>
    <w:p>
      <w:pPr>
        <w:jc w:val="right"/>
      </w:pPr>
      <w:r>
        <w:t>پہلے آپ سنیں اس کی اصل لائن کو۔ آپ ذرا یہ یہ پڑھ کر سنا دیجیے، گھیرا ہوا ہے جو۔ It is the last rose of summer, left blooming alone.</w:t>
      </w:r>
    </w:p>
    <w:p>
      <w:r>
        <w:rPr>
          <w:b/>
        </w:rPr>
        <w:t xml:space="preserve">[23:52] </w:t>
      </w:r>
      <w:r>
        <w:t>All her lovely companions are faded and gone. No flower of her kindred, no rosebud is nigh, to reflect back her blushes, to give side for side.</w:t>
      </w:r>
    </w:p>
    <w:p>
      <w:pPr>
        <w:jc w:val="right"/>
      </w:pPr>
      <w:r>
        <w:t>All her lovely companions are faded and gone. No flower of her kindred, no rosebud is nigh, to reflect back her blushes, to give side for side.</w:t>
      </w:r>
    </w:p>
    <w:p>
      <w:r>
        <w:rPr>
          <w:b/>
        </w:rPr>
        <w:t xml:space="preserve">[24:09] </w:t>
      </w:r>
      <w:r>
        <w:t>is ka jo Urdu translation tha, woh yeh tha</w:t>
      </w:r>
    </w:p>
    <w:p>
      <w:pPr>
        <w:jc w:val="right"/>
      </w:pPr>
      <w:r>
        <w:t>اس کا جو اردو translation تھا، وہ یہ تھا</w:t>
      </w:r>
    </w:p>
    <w:p>
      <w:r>
        <w:rPr>
          <w:b/>
        </w:rPr>
        <w:t xml:space="preserve">[24:16] </w:t>
      </w:r>
      <w:r>
        <w:t>jo mein padha karta tha. Yeh khula hai khat mein bahaar par, jo chaman ka ghuncha aakhri hai.</w:t>
      </w:r>
    </w:p>
    <w:p>
      <w:pPr>
        <w:jc w:val="right"/>
      </w:pPr>
      <w:r>
        <w:t>جو میں پڑھا کرتا تھا۔ یہ کھلا ہے خط میں بہار پر، جو چمن کا غنچہ آخری ہے۔</w:t>
      </w:r>
    </w:p>
    <w:p>
      <w:r>
        <w:rPr>
          <w:b/>
        </w:rPr>
        <w:t xml:space="preserve">[24:27] </w:t>
      </w:r>
      <w:r>
        <w:t>ajeeb manzar be kasi, koi gham gusar na hum nashin.</w:t>
      </w:r>
    </w:p>
    <w:p>
      <w:pPr>
        <w:jc w:val="right"/>
      </w:pPr>
      <w:r>
        <w:t>عجیب منظر بے کسی، کوئی غم گسار نہ ہم نشین۔</w:t>
      </w:r>
    </w:p>
    <w:p>
      <w:r>
        <w:rPr>
          <w:b/>
        </w:rPr>
        <w:t xml:space="preserve">[24:35] </w:t>
      </w:r>
      <w:r>
        <w:t>jo khule the phool, woh jhad gaye.</w:t>
      </w:r>
    </w:p>
    <w:p>
      <w:pPr>
        <w:jc w:val="right"/>
      </w:pPr>
      <w:r>
        <w:t>جو کھلے تھے پھول، وہ جھڑ گئے۔</w:t>
      </w:r>
    </w:p>
    <w:p>
      <w:r>
        <w:rPr>
          <w:b/>
        </w:rPr>
        <w:t xml:space="preserve">[24:40] </w:t>
      </w:r>
      <w:r>
        <w:t>jo khule the phool, woh jhad gaye. jo rafiq the, woh bichhad gaye.</w:t>
      </w:r>
    </w:p>
    <w:p>
      <w:pPr>
        <w:jc w:val="right"/>
      </w:pPr>
      <w:r>
        <w:t>جو کھلے تھے پھول، وہ جھڑ گئے۔ جو رفیق تھے، وہ بچھڑ گئے۔</w:t>
      </w:r>
    </w:p>
    <w:p>
      <w:r>
        <w:rPr>
          <w:b/>
        </w:rPr>
        <w:t xml:space="preserve">[24:48] </w:t>
      </w:r>
      <w:r>
        <w:t>gul na shagufta koi nahin, koi na shagufta kali nahin.</w:t>
      </w:r>
    </w:p>
    <w:p>
      <w:pPr>
        <w:jc w:val="right"/>
      </w:pPr>
      <w:r>
        <w:t>گل ناشگفتہ کوئی نہیں، کوئی ناشگفتہ کلی نہیں۔</w:t>
      </w:r>
    </w:p>
    <w:p>
      <w:r>
        <w:rPr>
          <w:b/>
        </w:rPr>
        <w:t xml:space="preserve">[24:54] </w:t>
      </w:r>
      <w:r>
        <w:t>tu ajeeb dard se main is ko parha karta tha. aur main samajhta tha ke my role is over aur main finish ho gaya.</w:t>
      </w:r>
    </w:p>
    <w:p>
      <w:pPr>
        <w:jc w:val="right"/>
      </w:pPr>
      <w:r>
        <w:t>تو عجیب درد سے میں اس کو پڑھا کرتا تھا۔ اور میں سمجھتا تھا کہ my role is over اور میں finish ہو گیا۔</w:t>
      </w:r>
    </w:p>
    <w:p>
      <w:r>
        <w:rPr>
          <w:b/>
        </w:rPr>
        <w:t xml:space="preserve">[25:08] </w:t>
      </w:r>
      <w:r>
        <w:t>main yeh samajhta tha ke main finish ho gaya. aur main samajhta tha ke meri duaen jo hain, qubool nahin huien.</w:t>
      </w:r>
    </w:p>
    <w:p>
      <w:pPr>
        <w:jc w:val="right"/>
      </w:pPr>
      <w:r>
        <w:t>میں یہ سمجھتا تھا کہ میں finish ہو گیا۔ اور میں سمجھتا تھا کہ میری دعائیں جو ہیں، قبول نہیں ہوئیں۔</w:t>
      </w:r>
    </w:p>
    <w:p>
      <w:r>
        <w:rPr>
          <w:b/>
        </w:rPr>
        <w:t xml:space="preserve">[25:21] </w:t>
      </w:r>
      <w:r>
        <w:t>is dua mein jo log jante hain mujh ko, woh jante hain ke kaisa ajeeb daur tha mera. ke bilkul yahi jo is mein hai,</w:t>
      </w:r>
    </w:p>
    <w:p>
      <w:pPr>
        <w:jc w:val="right"/>
      </w:pPr>
      <w:r>
        <w:t>اس دعا میں جو لوگ جانتے ہیں مجھ کو، وہ جانتے ہیں کہ کیسا عجیب دور تھا میرا۔ کہ بالکل یہی جو اس میں ہے،</w:t>
      </w:r>
    </w:p>
    <w:p>
      <w:r>
        <w:rPr>
          <w:b/>
        </w:rPr>
        <w:t xml:space="preserve">[25:33] </w:t>
      </w:r>
      <w:r>
        <w:t>yeh khula hai khat mein bahaar par, jo chaman ka ghuncha aakhri hai. ajeeb manzar be kasi, koi gham gusar na hum nashin.</w:t>
      </w:r>
    </w:p>
    <w:p>
      <w:pPr>
        <w:jc w:val="right"/>
      </w:pPr>
      <w:r>
        <w:t>یہ کھلا ہے خط میں بہار پر، جو چمن کا غنچہ آخری ہے۔ عجیب منظر بے کسی، کوئی غم گسار نہ ہم نشین۔</w:t>
      </w:r>
    </w:p>
    <w:p>
      <w:r>
        <w:rPr>
          <w:b/>
        </w:rPr>
        <w:t xml:space="preserve">[25:42] </w:t>
      </w:r>
      <w:r>
        <w:t>jo khule the phool, woh jhad gaye. jo rafiq the, woh bichhad gaye.</w:t>
      </w:r>
    </w:p>
    <w:p>
      <w:pPr>
        <w:jc w:val="right"/>
      </w:pPr>
      <w:r>
        <w:t>جو کھلے تھے پھول، وہ جھڑ گئے۔ جو رفیق تھے، وہ بچھڑ گئے۔</w:t>
      </w:r>
    </w:p>
    <w:p>
      <w:r>
        <w:rPr>
          <w:b/>
        </w:rPr>
        <w:t xml:space="preserve">[25:49] </w:t>
      </w:r>
      <w:r>
        <w:t>gul na shagufta koi nahin, koi na shagufta kali nahin.</w:t>
      </w:r>
    </w:p>
    <w:p>
      <w:pPr>
        <w:jc w:val="right"/>
      </w:pPr>
      <w:r>
        <w:t>گل ناشگفتہ کوئی نہیں، کوئی ناشگفتہ کلی نہیں۔</w:t>
      </w:r>
    </w:p>
    <w:p>
      <w:r>
        <w:rPr>
          <w:b/>
        </w:rPr>
        <w:t xml:space="preserve">[25:56] </w:t>
      </w:r>
      <w:r>
        <w:t>lekin</w:t>
      </w:r>
    </w:p>
    <w:p>
      <w:pPr>
        <w:jc w:val="right"/>
      </w:pPr>
      <w:r>
        <w:t>لیکن</w:t>
      </w:r>
    </w:p>
    <w:p>
      <w:r>
        <w:rPr>
          <w:b/>
        </w:rPr>
        <w:t xml:space="preserve">[25:59] </w:t>
      </w:r>
      <w:r>
        <w:t>bahut baat ko mujhe maloom hua ke meri duaen sab ki sab Allah taala ne qubool kar li theen. aur bahut hi bara meri zindagi mein ek revolution aaya.</w:t>
      </w:r>
    </w:p>
    <w:p>
      <w:pPr>
        <w:jc w:val="right"/>
      </w:pPr>
      <w:r>
        <w:t>بہت بات کو مجھے معلوم ہوا کہ میری دعائیں سب کی سب اللہ تعالیٰ نے قبول کر لی تھیں۔ اور بہت ہی بڑا میری زندگی میں ایک revolution آیا۔</w:t>
      </w:r>
    </w:p>
    <w:p>
      <w:r>
        <w:rPr>
          <w:b/>
        </w:rPr>
        <w:t xml:space="preserve">[26:13] </w:t>
      </w:r>
      <w:r>
        <w:t>woh kya? woh</w:t>
      </w:r>
    </w:p>
    <w:p>
      <w:pPr>
        <w:jc w:val="right"/>
      </w:pPr>
      <w:r>
        <w:t>وہ کیا؟ وہ</w:t>
      </w:r>
    </w:p>
    <w:p>
      <w:r>
        <w:rPr>
          <w:b/>
        </w:rPr>
        <w:t xml:space="preserve">[26:21] </w:t>
      </w:r>
      <w:r>
        <w:t>woh yeh team ka banna tha.</w:t>
      </w:r>
    </w:p>
    <w:p>
      <w:pPr>
        <w:jc w:val="right"/>
      </w:pPr>
      <w:r>
        <w:t>وہ یہ ٹیم کا بننا تھا۔</w:t>
      </w:r>
    </w:p>
    <w:p>
      <w:r>
        <w:rPr>
          <w:b/>
        </w:rPr>
        <w:t xml:space="preserve">[26:25] </w:t>
      </w:r>
      <w:r>
        <w:t>is team ka banna tha. Khuda, teen angel mere paas Khuda ne bheja.</w:t>
      </w:r>
    </w:p>
    <w:p>
      <w:pPr>
        <w:jc w:val="right"/>
      </w:pPr>
      <w:r>
        <w:t>اس ٹیم کا بننا تھا۔ خدا، تین angel میرے پاس خدا نے بھیجا۔</w:t>
      </w:r>
    </w:p>
    <w:p>
      <w:r>
        <w:rPr>
          <w:b/>
        </w:rPr>
        <w:t xml:space="preserve">[26:35] </w:t>
      </w:r>
      <w:r>
        <w:t>Mr Khalid Ansari, Mr Rajat Bhutra, aur Ms Priya Malik.</w:t>
      </w:r>
    </w:p>
    <w:p>
      <w:pPr>
        <w:jc w:val="right"/>
      </w:pPr>
      <w:r>
        <w:t>مسٹر خالد انصاری، مسٹر رجت بلھوترا، اور مس پریا ملک۔</w:t>
      </w:r>
    </w:p>
    <w:p>
      <w:r>
        <w:rPr>
          <w:b/>
        </w:rPr>
        <w:t xml:space="preserve">[26:44] </w:t>
      </w:r>
      <w:r>
        <w:t>yeh log mere paas aaye. yeh log secular dhang par sochte the. yeh jadeed taleem liye hue the.</w:t>
      </w:r>
    </w:p>
    <w:p>
      <w:pPr>
        <w:jc w:val="right"/>
      </w:pPr>
      <w:r>
        <w:t>یہ لوگ میرے پاس آئے۔ یہ لوگ سیکولر ڈھنگ پر سوچتے تھے۔ یہ جدید تعلیم لیے ہوئے تھے۔</w:t>
      </w:r>
    </w:p>
    <w:p>
      <w:r>
        <w:rPr>
          <w:b/>
        </w:rPr>
        <w:t xml:space="preserve">[26:59] </w:t>
      </w:r>
      <w:r>
        <w:t>woh Muslim orientation se bilkul khali the. toh yeh log mere paas aane lage. in se ta'ammul hua.</w:t>
      </w:r>
    </w:p>
    <w:p>
      <w:pPr>
        <w:jc w:val="right"/>
      </w:pPr>
      <w:r>
        <w:t>وہ مسلم orientation سے بالکل خالی تھے۔ تو یہ لوگ میرے پاس آنے لگے۔ ان سے تعامل ہوا۔</w:t>
      </w:r>
    </w:p>
    <w:p>
      <w:r>
        <w:rPr>
          <w:b/>
        </w:rPr>
        <w:t xml:space="preserve">[27:11] </w:t>
      </w:r>
      <w:r>
        <w:t>aur phir mere zehen mein ek nayi soch ubhri.</w:t>
      </w:r>
    </w:p>
    <w:p>
      <w:pPr>
        <w:jc w:val="right"/>
      </w:pPr>
      <w:r>
        <w:t>اور پھر میرے ذہن میں ایک نئی سوچ ابھری۔</w:t>
      </w:r>
    </w:p>
    <w:p>
      <w:r>
        <w:rPr>
          <w:b/>
        </w:rPr>
        <w:t xml:space="preserve">[27:15] </w:t>
      </w:r>
      <w:r>
        <w:t>woh yaani Muslim orientation ke bajaye insaan orientation. ab main dekhta hoon toh is zamane mein jo kitaben main likhi theen, us mein jo kitab mere nazdeek bilkul insaan ko samne rakh ke likhi gayi thi,</w:t>
      </w:r>
    </w:p>
    <w:p>
      <w:pPr>
        <w:jc w:val="right"/>
      </w:pPr>
      <w:r>
        <w:t>وہ یعنی مسلم orientation کے بجائے انسان orientation۔ اب میں دیکھتا ہوں تو اس زمانے میں جو کتابیں میں لکھی تھیں، اس میں جو کتاب میرے نزدیک بالکل انسان کو سامنے رکھ کے لکھی گئی تھی،</w:t>
      </w:r>
    </w:p>
    <w:p>
      <w:r>
        <w:rPr>
          <w:b/>
        </w:rPr>
        <w:t xml:space="preserve">[27:32] </w:t>
      </w:r>
      <w:r>
        <w:t>humanity at large ko, woh thi "Insaan Apne Aap Ko Pehchan". Mind knows thyself</w:t>
      </w:r>
    </w:p>
    <w:p>
      <w:pPr>
        <w:jc w:val="right"/>
      </w:pPr>
      <w:r>
        <w:t>humanity at large کو، وہ تھی "انسان اپنے آپ کو پہچان"۔ Mind knows thyself</w:t>
      </w:r>
    </w:p>
    <w:p>
      <w:r>
        <w:rPr>
          <w:b/>
        </w:rPr>
        <w:t xml:space="preserve">[27:41] </w:t>
      </w:r>
      <w:r>
        <w:t>ab main parhta hoon toh woh bhi Muslim oriented hai woh. kyunke conditioning hui thi zabardast thi meri.</w:t>
      </w:r>
    </w:p>
    <w:p>
      <w:pPr>
        <w:jc w:val="right"/>
      </w:pPr>
      <w:r>
        <w:t>اب میں پڑھتا ہوں تو وہ بھی مسلم oriented ہے وہ۔ کیونکہ conditioning ہوئی تھی زبردست تھی میری۔</w:t>
      </w:r>
    </w:p>
    <w:p>
      <w:r>
        <w:rPr>
          <w:b/>
        </w:rPr>
        <w:t xml:space="preserve">[27:49] </w:t>
      </w:r>
      <w:r>
        <w:t>ke jo kitab main ne likhi aam insaan ko address karne ke liye, us mein bhi mera woh mind jhalak raha tha. Muslim oriented mind.</w:t>
      </w:r>
    </w:p>
    <w:p>
      <w:pPr>
        <w:jc w:val="right"/>
      </w:pPr>
      <w:r>
        <w:t>کہ جو کتاب میں نے لکھی عام انسان کو address کرنے کے لیے، اس میں بھی میرا وہ mind جھلک رہا تھا۔ مسلم oriented mind۔</w:t>
      </w:r>
    </w:p>
    <w:p>
      <w:r>
        <w:rPr>
          <w:b/>
        </w:rPr>
        <w:t xml:space="preserve">[28:01] </w:t>
      </w:r>
      <w:r>
        <w:t>toh yeh teeno aadmi jo aaye, un se jo ta'ammul hua, us se mere andar ek re-thinking aayi. main ne re-assess kiya apne khayalat ko.</w:t>
      </w:r>
    </w:p>
    <w:p>
      <w:pPr>
        <w:jc w:val="right"/>
      </w:pPr>
      <w:r>
        <w:t>تو یہ تینوں آدمی جو آئے، ان سے جو تعامل ہوا، اس سے میرے اندر ایک re-thinking آئی۔ میں نے re-assess کیا اپنے خیالات کو۔</w:t>
      </w:r>
    </w:p>
    <w:p>
      <w:r>
        <w:rPr>
          <w:b/>
        </w:rPr>
        <w:t xml:space="preserve">[28:13] </w:t>
      </w:r>
      <w:r>
        <w:t>re-engineer kiya apne aap ko. hote hote hote hote meri soch bilkul badal gayi. yaani jo soch thi pehle Muslim oriented soch, ab ban gayi insaan oriented soch.</w:t>
      </w:r>
    </w:p>
    <w:p>
      <w:pPr>
        <w:jc w:val="right"/>
      </w:pPr>
      <w:r>
        <w:t>re-engineer کیا اپنے آپ کو۔ ہوتے ہوتے ہوتے ہوتے میری سوچ بالکل بدل گئی۔ یعنی جو سوچ تھی پہلے مسلم oriented سوچ، اب بن گئی انسان oriented سوچ۔</w:t>
      </w:r>
    </w:p>
    <w:p>
      <w:r>
        <w:rPr>
          <w:b/>
        </w:rPr>
        <w:t xml:space="preserve">[28:27] </w:t>
      </w:r>
      <w:r>
        <w:t>yeh bohat bara revolution tha meri zindagi mein. is se pehle goya ke mein yani community work jis ko kehte hain, is ka aik hissa tha.</w:t>
      </w:r>
    </w:p>
    <w:p>
      <w:pPr>
        <w:jc w:val="right"/>
      </w:pPr>
      <w:r>
        <w:t>یہ بہت بڑا revolution تھا میری زندگی میں۔ اس سے پہلے گویا کہ میں یعنی community work جس کو کہتے ہیں، اس کا ایک حصہ تھا۔</w:t>
      </w:r>
    </w:p>
    <w:p>
      <w:r>
        <w:rPr>
          <w:b/>
        </w:rPr>
        <w:t xml:space="preserve">[28:40] </w:t>
      </w:r>
      <w:r>
        <w:t>muslim community ka aik hissa tha mein apne mission ke aitbar se. ab mein humanity at large ka hissa hoon.</w:t>
      </w:r>
    </w:p>
    <w:p>
      <w:pPr>
        <w:jc w:val="right"/>
      </w:pPr>
      <w:r>
        <w:t>مسلم community کا ایک حصہ تھا میں اپنے مشن کے اعتبار سے۔ اب میں humanity at large کا حصہ ہوں۔</w:t>
      </w:r>
    </w:p>
    <w:p>
      <w:r>
        <w:rPr>
          <w:b/>
        </w:rPr>
        <w:t xml:space="preserve">[28:51] </w:t>
      </w:r>
      <w:r>
        <w:t>ab poori insan, poori humanity mere samne hai. poori insaniyat ko le kar mein sochta hoon. to is zamane mein jo duaen mein karta tha, agar woh qabool ho gayin hotin to kya hota?</w:t>
      </w:r>
    </w:p>
    <w:p>
      <w:pPr>
        <w:jc w:val="right"/>
      </w:pPr>
      <w:r>
        <w:t>اب پوری انسان، پوری humanity میرے سامنے ہے۔ پوری انسانیت کو لے کر میں سوچتا ہوں۔ تو اس زمانے میں جو دعائیں میں کرتا تھا، اگر وہ قبول ہو گئی ہوتیں تو کیا ہوتا؟</w:t>
      </w:r>
    </w:p>
    <w:p>
      <w:r>
        <w:rPr>
          <w:b/>
        </w:rPr>
        <w:t xml:space="preserve">[29:08] </w:t>
      </w:r>
      <w:r>
        <w:t>mein wohin ke wohin pada rehta. yani muslim oriented mission rehta mera, jaisa ke tha pehle. lekin qabool na ho kar ke khuda ne mor diya mere kaam ko.</w:t>
      </w:r>
    </w:p>
    <w:p>
      <w:pPr>
        <w:jc w:val="right"/>
      </w:pPr>
      <w:r>
        <w:t>میں وہیں کے وہیں پڑا رہتا۔ یعنی مسلم oriented مشن رہتا میرا، جیسا کہ تھا پہلے۔ لیکن قبول نہ ہو کر کے خدا نے موڑ دیا میرے کام کو۔</w:t>
      </w:r>
    </w:p>
    <w:p>
      <w:r>
        <w:rPr>
          <w:b/>
        </w:rPr>
        <w:t xml:space="preserve">[29:22] </w:t>
      </w:r>
      <w:r>
        <w:t>muslim oriented mission ko insan oriented mission bana diya. yani is ko yoon samajh lete hain ke prophetic mission bana diya.</w:t>
      </w:r>
    </w:p>
    <w:p>
      <w:pPr>
        <w:jc w:val="right"/>
      </w:pPr>
      <w:r>
        <w:t>مسلم oriented مشن کو انسان oriented مشن بنا دیا۔ یعنی اس کو یوں سمجھ لیتے ہیں کہ prophetic مشن بنا دیا۔</w:t>
      </w:r>
    </w:p>
    <w:p>
      <w:r>
        <w:rPr>
          <w:b/>
        </w:rPr>
        <w:t xml:space="preserve">[29:33] </w:t>
      </w:r>
      <w:r>
        <w:t>pehle woh milli mission tha, muslim mission tha.</w:t>
      </w:r>
    </w:p>
    <w:p>
      <w:pPr>
        <w:jc w:val="right"/>
      </w:pPr>
      <w:r>
        <w:t>پہلے وہ ملی مشن تھا، مسلم مشن تھا۔</w:t>
      </w:r>
    </w:p>
    <w:p>
      <w:r>
        <w:rPr>
          <w:b/>
        </w:rPr>
        <w:t xml:space="preserve">[29:37] </w:t>
      </w:r>
      <w:r>
        <w:t>ab yeh mission prophetic mission ban gaya. kyunke prophet sare insan ko le kar sochta hai. prophet kisi community ko le kar nahi sochta.</w:t>
      </w:r>
    </w:p>
    <w:p>
      <w:pPr>
        <w:jc w:val="right"/>
      </w:pPr>
      <w:r>
        <w:t>اب یہ مشن prophetic مشن بن گیا۔ کیونکہ prophet سارے انسان کو لے کر سوچتا ہے۔ prophet کسی community کو لے کر نہیں سوچتا۔</w:t>
      </w:r>
    </w:p>
    <w:p>
      <w:r>
        <w:rPr>
          <w:b/>
        </w:rPr>
        <w:t xml:space="preserve">[29:48] </w:t>
      </w:r>
      <w:r>
        <w:t>aap ghor kijiye kitna bara yeh barkat thi meri, jo meri samajh se dua qabool na hone ki shakal mein samne aayi.</w:t>
      </w:r>
    </w:p>
    <w:p>
      <w:pPr>
        <w:jc w:val="right"/>
      </w:pPr>
      <w:r>
        <w:t>آپ غور کیجیے کتنا بڑا یہ برکت تھی میری، جو میری سمجھ سے دعا قبول نہ ہونے کی شکل میں سامنے آئی۔</w:t>
      </w:r>
    </w:p>
    <w:p>
      <w:r>
        <w:rPr>
          <w:b/>
        </w:rPr>
        <w:t xml:space="preserve">[29:59] </w:t>
      </w:r>
      <w:r>
        <w:t>yani aik mission jo aik community ka mission tha, aik milli mission tha,</w:t>
      </w:r>
    </w:p>
    <w:p>
      <w:pPr>
        <w:jc w:val="right"/>
      </w:pPr>
      <w:r>
        <w:t>یعنی ایک مشن جو ایک community کا مشن تھا، ایک ملی مشن تھا،</w:t>
      </w:r>
    </w:p>
    <w:p>
      <w:r>
        <w:rPr>
          <w:b/>
        </w:rPr>
        <w:t xml:space="preserve">[30:09] </w:t>
      </w:r>
      <w:r>
        <w:t>woh mission poore insaniyat ka mission ban gaya. poori humanity ka mission ban gaya. universal mission ban gaya.</w:t>
      </w:r>
    </w:p>
    <w:p>
      <w:pPr>
        <w:jc w:val="right"/>
      </w:pPr>
      <w:r>
        <w:t>وہ مشن پورے انسانیت کا مشن بن گیا۔ پوری humanity کا مشن بن گیا۔ universal مشن بن گیا۔</w:t>
      </w:r>
    </w:p>
    <w:p>
      <w:r>
        <w:rPr>
          <w:b/>
        </w:rPr>
        <w:t xml:space="preserve">[30:18] </w:t>
      </w:r>
      <w:r>
        <w:t>yani kitna bara yeh inqilab hua.</w:t>
      </w:r>
    </w:p>
    <w:p>
      <w:pPr>
        <w:jc w:val="right"/>
      </w:pPr>
      <w:r>
        <w:t>یعنی کتنا بڑا یہ انقلاب ہوا۔</w:t>
      </w:r>
    </w:p>
    <w:p>
      <w:r>
        <w:rPr>
          <w:b/>
        </w:rPr>
        <w:t xml:space="preserve">[30:25] </w:t>
      </w:r>
      <w:r>
        <w:t>to mein yeh keh raha hoon ke dekhiye, aap dua karen aur kitni achi dua aap ki zuban se nikle. aap ki samajh se dikhai ho ke aap aap ki samajh se dikhai parhe ke aap ne sara dil oondhel kar rakh diya hai aur phir bhi qabool nahi hui.</w:t>
      </w:r>
    </w:p>
    <w:p>
      <w:pPr>
        <w:jc w:val="right"/>
      </w:pPr>
      <w:r>
        <w:t>تو میں یہ کہہ رہا ہوں کہ دیکھیے، آپ دعا کریں اور کتنی اچھی دعا آپ کی زبان سے نکلے۔ آپ کی سمجھ سے دکھائی ہو کہ آپ آپ کی سمجھ سے دکھائی پڑے کہ آپ نے سارا دل اونڈیل کر رکھ دیا ہے اور پھر بھی قبول نہیں ہوئی۔</w:t>
      </w:r>
    </w:p>
    <w:p>
      <w:r>
        <w:rPr>
          <w:b/>
        </w:rPr>
        <w:t xml:space="preserve">[30:47] </w:t>
      </w:r>
      <w:r>
        <w:t>to kabhi bhi aap mayoos na pariye.</w:t>
      </w:r>
    </w:p>
    <w:p>
      <w:pPr>
        <w:jc w:val="right"/>
      </w:pPr>
      <w:r>
        <w:t>تو کبھی بھی آپ مایوس نہ پڑیئے۔</w:t>
      </w:r>
    </w:p>
    <w:p>
      <w:r>
        <w:rPr>
          <w:b/>
        </w:rPr>
        <w:t xml:space="preserve">[30:51] </w:t>
      </w:r>
      <w:r>
        <w:t>yeh samajh lijiye ke khuda ne qabool kar liya hai aur zyada achhe dhang se is ko woh hamein jawab dega. jaisa ke mere sath hua.</w:t>
      </w:r>
    </w:p>
    <w:p>
      <w:pPr>
        <w:jc w:val="right"/>
      </w:pPr>
      <w:r>
        <w:t>یہ سمجھ لیجیے کہ خدا نے قبول کر لیا ہے اور زیادہ اچھے ڈھنگ سے اس کو وہ ہمیں جواب دے گا۔ جیسا کہ میرے ساتھ ہوا۔</w:t>
      </w:r>
    </w:p>
    <w:p>
      <w:r>
        <w:rPr>
          <w:b/>
        </w:rPr>
        <w:t xml:space="preserve">[31:04] </w:t>
      </w:r>
      <w:r>
        <w:t>ab mein sochta hoon ke agar mein isi halat mein mar jata to mein shayad jahiliyat ki maut marta. isi liye mein kehta hoon ke teen angel mere pas aaye.</w:t>
      </w:r>
    </w:p>
    <w:p>
      <w:pPr>
        <w:jc w:val="right"/>
      </w:pPr>
      <w:r>
        <w:t>اب میں سوچتا ہوں کہ اگر میں اسی حالت میں مر جاتا تو میں شاید جاہلیت کی موت مرتا۔ اسی لیے میں کہتا ہوں کہ تین angel میرے پاس آئے۔</w:t>
      </w:r>
    </w:p>
    <w:p>
      <w:r>
        <w:rPr>
          <w:b/>
        </w:rPr>
        <w:t xml:space="preserve">[31:17] </w:t>
      </w:r>
      <w:r>
        <w:t>ab mein samajhta hoon ke ab mein marunga to prophetic mission par marunga. universal mission par marunga. aap ko zyada behtar miras de kar marunga.</w:t>
      </w:r>
    </w:p>
    <w:p>
      <w:pPr>
        <w:jc w:val="right"/>
      </w:pPr>
      <w:r>
        <w:t>اب میں سمجھتا ہوں کہ اب میں مروں گا تو prophetic مشن پر مروں گا۔ universal مشن پر مروں گا۔ آپ کو زیادہ بہتر میراث دے کر مروں گا۔</w:t>
      </w:r>
    </w:p>
    <w:p>
      <w:r>
        <w:rPr>
          <w:b/>
        </w:rPr>
        <w:t xml:space="preserve">[31:31] </w:t>
      </w:r>
      <w:r>
        <w:t>to mein yeh kahunga ke aap log dua ko apni zindagi ka hissa bana len.</w:t>
      </w:r>
    </w:p>
    <w:p>
      <w:pPr>
        <w:jc w:val="right"/>
      </w:pPr>
      <w:r>
        <w:t>تو میں یہ کہوں گا کہ آپ لوگ دعا کو اپنی زندگی کا حصہ بنا لیں۔</w:t>
      </w:r>
    </w:p>
    <w:p>
      <w:r>
        <w:rPr>
          <w:b/>
        </w:rPr>
        <w:t xml:space="preserve">[31:38] </w:t>
      </w:r>
      <w:r>
        <w:t>lekin</w:t>
      </w:r>
    </w:p>
    <w:p>
      <w:pPr>
        <w:jc w:val="right"/>
      </w:pPr>
      <w:r>
        <w:t>لیکن</w:t>
      </w:r>
    </w:p>
    <w:p>
      <w:r>
        <w:rPr>
          <w:b/>
        </w:rPr>
        <w:t xml:space="preserve">[31:41] </w:t>
      </w:r>
      <w:r>
        <w:t>aap kabhi bhi yeh na sochen, yeh kabhi bhi yeh na samjhen ke aap ki samajh se dua qabool ho gayi tab woh dua thi.</w:t>
      </w:r>
    </w:p>
    <w:p>
      <w:pPr>
        <w:jc w:val="right"/>
      </w:pPr>
      <w:r>
        <w:t>آپ کبھی بھی یہ نہ سوچیں، یہ کبھی بھی یہ نہ سمجھیں کہ آپ کی سمجھ سے دعا قبول ہو گئی تب وہ دعا تھی۔</w:t>
      </w:r>
    </w:p>
    <w:p>
      <w:r>
        <w:rPr>
          <w:b/>
        </w:rPr>
        <w:t xml:space="preserve">[31:55] </w:t>
      </w:r>
      <w:r>
        <w:t>aur nahi to dua yani rayegan chali gayi. aisa nahi hai.</w:t>
      </w:r>
    </w:p>
    <w:p>
      <w:pPr>
        <w:jc w:val="right"/>
      </w:pPr>
      <w:r>
        <w:t>اور نہیں تو دعا یعنی رائیگاں چلی گئی۔ ایسا نہیں ہے۔</w:t>
      </w:r>
    </w:p>
    <w:p>
      <w:r>
        <w:rPr>
          <w:b/>
        </w:rPr>
        <w:t xml:space="preserve">[32:04] </w:t>
      </w:r>
      <w:r>
        <w:t>dekhiye,</w:t>
      </w:r>
    </w:p>
    <w:p>
      <w:pPr>
        <w:jc w:val="right"/>
      </w:pPr>
      <w:r>
        <w:t>دیکھیے،</w:t>
      </w:r>
    </w:p>
    <w:p>
      <w:r>
        <w:rPr>
          <w:b/>
        </w:rPr>
        <w:t xml:space="preserve">[32:08] </w:t>
      </w:r>
      <w:r>
        <w:t>ab mein aap ko aik bohat hi ahem baat arz karunga ke aam taur par dua ka matlab log samajhte hain. kuch kitaben chapi hui hain.</w:t>
      </w:r>
    </w:p>
    <w:p>
      <w:pPr>
        <w:jc w:val="right"/>
      </w:pPr>
      <w:r>
        <w:t>اب میں آپ کو ایک بہت ہی اہم بات عرض کروں گا کہ عام طور پر دعا کا مطلب لوگ سمجھتے ہیں۔ کچھ کتابیں چھپی ہوئی ہیں۔</w:t>
      </w:r>
    </w:p>
    <w:p>
      <w:r>
        <w:rPr>
          <w:b/>
        </w:rPr>
        <w:t xml:space="preserve">[32:18] </w:t>
      </w:r>
      <w:r>
        <w:t>qurani duaen, masoor duaen, buzurgon ki duaen, is ko rat lete hain. rat kar is ko parhte rehte hain. is ko log dua samajhte hain.</w:t>
      </w:r>
    </w:p>
    <w:p>
      <w:pPr>
        <w:jc w:val="right"/>
      </w:pPr>
      <w:r>
        <w:t>قرآنی دعائیں، معصور دعائیں، بزرگوں کی دعائیں، اس کو رٹ لیتے ہیں۔ رٹ کر اس کو پڑھتے رہتے ہیں۔ اس کو لوگ دعا سمجھتے ہیں۔</w:t>
      </w:r>
    </w:p>
    <w:p>
      <w:r>
        <w:rPr>
          <w:b/>
        </w:rPr>
        <w:t xml:space="preserve">[32:30] </w:t>
      </w:r>
      <w:r>
        <w:t>yeh sachi dua nahi hai.</w:t>
      </w:r>
    </w:p>
    <w:p>
      <w:pPr>
        <w:jc w:val="right"/>
      </w:pPr>
      <w:r>
        <w:t>یہ سچی دعا نہیں ہے۔</w:t>
      </w:r>
    </w:p>
    <w:p>
      <w:r>
        <w:rPr>
          <w:b/>
        </w:rPr>
        <w:t xml:space="preserve">[32:33] </w:t>
      </w:r>
      <w:r>
        <w:t>yeh to mere nazdeek lafzi khidmat hai. agar aadmi mukhlis hai to is ka kuch na kuch is ko sawab mil jayega.</w:t>
      </w:r>
    </w:p>
    <w:p>
      <w:pPr>
        <w:jc w:val="right"/>
      </w:pPr>
      <w:r>
        <w:t>یہ تو میرے نزدیک لفظی خدمت ہے۔ اگر آدمی مخلص ہے تو اس کا کچھ نہ کچھ اس کو ثواب مل جائے گا۔</w:t>
      </w:r>
    </w:p>
    <w:p>
      <w:r>
        <w:rPr>
          <w:b/>
        </w:rPr>
        <w:t xml:space="preserve">[32:42] </w:t>
      </w:r>
      <w:r>
        <w:t>lekin haqeeqi dua yeh nahi hai. haqeeqi dua kya hai? woh mein batata hoon aap ko aik hadith ki roshni mein.</w:t>
      </w:r>
    </w:p>
    <w:p>
      <w:pPr>
        <w:jc w:val="right"/>
      </w:pPr>
      <w:r>
        <w:t>لیکن حقیقی دعا یہ نہیں ہے۔ حقیقی دعا کیا ہے؟ وہ میں بتاتا ہوں آپ کو ایک حدیث کی روشنی میں۔</w:t>
      </w:r>
    </w:p>
    <w:p>
      <w:r>
        <w:rPr>
          <w:b/>
        </w:rPr>
        <w:t xml:space="preserve">[32:52] </w:t>
      </w:r>
      <w:r>
        <w:t>dekhiye, aik hadith hai. aap ne farmaya, yaani prophet ne farmaya:</w:t>
      </w:r>
    </w:p>
    <w:p>
      <w:pPr>
        <w:jc w:val="right"/>
      </w:pPr>
      <w:r>
        <w:t>دیکھیے، ایک حدیث ہے۔ آپ نے فرمایا، یعنی prophet نے فرمایا:</w:t>
      </w:r>
    </w:p>
    <w:p>
      <w:r>
        <w:rPr>
          <w:b/>
        </w:rPr>
        <w:t xml:space="preserve">[32:59] </w:t>
      </w:r>
      <w:r>
        <w:t>man futiha lahu bab ad dua futiha lahu abwab ar rahmah</w:t>
      </w:r>
    </w:p>
    <w:p>
      <w:pPr>
        <w:jc w:val="right"/>
      </w:pPr>
      <w:r>
        <w:t>من فتح له باب الدعاء فتحت له ابواب الرحمہ</w:t>
      </w:r>
    </w:p>
    <w:p>
      <w:r>
        <w:rPr>
          <w:b/>
        </w:rPr>
        <w:t xml:space="preserve">[33:09] </w:t>
      </w:r>
      <w:r>
        <w:t>man futiha lahu bab ad dua futiha lahu abwab ar rahmah. jis aadmi ke liye dua ka darwaza khul gaya</w:t>
      </w:r>
    </w:p>
    <w:p>
      <w:pPr>
        <w:jc w:val="right"/>
      </w:pPr>
      <w:r>
        <w:t>من فتح له باب الدعاء فتحت له ابواب الرحمہ۔ جس آدمی کے لیے دعا کا دروازہ کھل گیا</w:t>
      </w:r>
    </w:p>
    <w:p>
      <w:r>
        <w:rPr>
          <w:b/>
        </w:rPr>
        <w:t xml:space="preserve">[33:25] </w:t>
      </w:r>
      <w:r>
        <w:t>toh is ke liye rehmat ke barkat ke darwaze khul gaye. jis aadmi ke liye dua ka darwaza khol diya gaya, us ke liye barkat ke darwaze khol diye gaye.</w:t>
      </w:r>
    </w:p>
    <w:p>
      <w:pPr>
        <w:jc w:val="right"/>
      </w:pPr>
      <w:r>
        <w:t>تو اس کے لیے رحمت کے برکت کے دروازے کھل گئے۔ جس آدمی کے لیے دعا کا دروازہ کھول دیا گیا، اس کے لیے برکت کے دروازے کھول دیے گئے۔</w:t>
      </w:r>
    </w:p>
    <w:p>
      <w:r>
        <w:rPr>
          <w:b/>
        </w:rPr>
        <w:t xml:space="preserve">[33:47] </w:t>
      </w:r>
      <w:r>
        <w:t>is par ghor farmaiye. yeh kaun si dua hai?</w:t>
      </w:r>
    </w:p>
    <w:p>
      <w:pPr>
        <w:jc w:val="right"/>
      </w:pPr>
      <w:r>
        <w:t>اس پر غور فرمائیے۔ یہ کون سی دعا ہے؟</w:t>
      </w:r>
    </w:p>
    <w:p>
      <w:r>
        <w:rPr>
          <w:b/>
        </w:rPr>
        <w:t xml:space="preserve">[33:51] </w:t>
      </w:r>
      <w:r>
        <w:t>itni bari baat aisi dua ke liye nahi ho sakti jo lafzi khidmat ho. ke aap ne rat liya, rat kar parh diya toh saare barkat ke darwaze aap ke liye khul gaye.</w:t>
      </w:r>
    </w:p>
    <w:p>
      <w:pPr>
        <w:jc w:val="right"/>
      </w:pPr>
      <w:r>
        <w:t>اتنی بڑی بات ایسی دعا کے لیے نہیں ہو سکتی جو لفظی خدمت ہو۔ کہ آپ نے رٹ لیا، رٹ کر پڑھ دیا تو سارے برکت کے دروازے آپ کے لیے کھل گئے۔</w:t>
      </w:r>
    </w:p>
    <w:p>
      <w:r>
        <w:rPr>
          <w:b/>
        </w:rPr>
        <w:t xml:space="preserve">[34:04] </w:t>
      </w:r>
      <w:r>
        <w:t>aap sochiye ke aisa ho sakta hai? yeh toh Khuda ki rehmat ka andaza lagana hai.</w:t>
      </w:r>
    </w:p>
    <w:p>
      <w:pPr>
        <w:jc w:val="right"/>
      </w:pPr>
      <w:r>
        <w:t>آپ سوچیے کہ ایسا ہو سکتا ہے؟ یہ تو خدا کی رحمت کا اندازہ لگانا ہے۔</w:t>
      </w:r>
    </w:p>
    <w:p>
      <w:r>
        <w:rPr>
          <w:b/>
        </w:rPr>
        <w:t xml:space="preserve">[34:15] </w:t>
      </w:r>
      <w:r>
        <w:t>aik insaan bhi is se khush nahi hota ke aap rat kar ke ja kar is ke samne dohra</w:t>
      </w:r>
    </w:p>
    <w:p>
      <w:pPr>
        <w:jc w:val="right"/>
      </w:pPr>
      <w:r>
        <w:t>ایک انسان بھی اس سے خوش نہیں ہوتا کہ آپ رٹ کر کے جا کر اس کے سامنے دہرا</w:t>
      </w:r>
    </w:p>
    <w:p>
      <w:r>
        <w:rPr>
          <w:b/>
        </w:rPr>
        <w:t xml:space="preserve">[34:20] </w:t>
      </w:r>
      <w:r>
        <w:t>dein. is ko toh insaan bhi khush nahi hoga. insaan bhi apne khazane ke darwaze nahi kholega aap ke liye. ke rate hue alfaaz ja kar is ke samne dohra dein toh insaan apne saare khazane khol de.</w:t>
      </w:r>
    </w:p>
    <w:p>
      <w:pPr>
        <w:jc w:val="right"/>
      </w:pPr>
      <w:r>
        <w:t>دیں۔ اس کو تو انسان بھی خوش نہیں ہوگا۔ انسان بھی اپنے خزانے کے دروازے نہیں کھولے گا آپ کے لیے۔ کہ رٹے ہوئے الفاظ جا کر اس کے سامنے دہرا دیں تو انسان اپنے سارے خزانے کھول دے۔</w:t>
      </w:r>
    </w:p>
    <w:p>
      <w:r>
        <w:rPr>
          <w:b/>
        </w:rPr>
        <w:t xml:space="preserve">[34:34] </w:t>
      </w:r>
      <w:r>
        <w:t>kabhi aisa nahi hoga. toh aap Khuda ko kya samajhte hain? toh Khuda ko andaza lagana hai, agar aap yeh samjhein ke rate hue alfaaz ko zaban se dohrane ke liye dua aayi hai.</w:t>
      </w:r>
    </w:p>
    <w:p>
      <w:pPr>
        <w:jc w:val="right"/>
      </w:pPr>
      <w:r>
        <w:t>کبھی ایسا نہیں ہوگا۔ تو آپ خدا کو کیا سمجھتے ہیں؟ تو خدا کو اندازہ لگانا ہے، اگر آپ یہ سمجھیں کہ رٹے ہوئے الفاظ کو زبان سے دہرانے کے لیے دعا آئی ہے۔</w:t>
      </w:r>
    </w:p>
    <w:p>
      <w:r>
        <w:rPr>
          <w:b/>
        </w:rPr>
        <w:t xml:space="preserve">[34:49] </w:t>
      </w:r>
      <w:r>
        <w:t>yeh hadith aayi hai ke jis ke liye dua ka darwaza khul jaye toh us ke liye barkat ke tamam darwaze khul gaye.</w:t>
      </w:r>
    </w:p>
    <w:p>
      <w:pPr>
        <w:jc w:val="right"/>
      </w:pPr>
      <w:r>
        <w:t>یہ حدیث آئی ہے کہ جس کے لیے دعا کا دروازہ کھل جائے تو اس کے لیے برکت کے تمام دروازے کھل گئے۔</w:t>
      </w:r>
    </w:p>
    <w:p>
      <w:r>
        <w:rPr>
          <w:b/>
        </w:rPr>
        <w:t xml:space="preserve">[35:03] </w:t>
      </w:r>
      <w:r>
        <w:t>dekhiye, yeh dua jis is hadith mein jis dua ka zikr hai, woh dua kaun si dua hai?</w:t>
      </w:r>
    </w:p>
    <w:p>
      <w:pPr>
        <w:jc w:val="right"/>
      </w:pPr>
      <w:r>
        <w:t>دیکھیے، یہ دعا جس اس حدیث میں جس دعا کا ذکر ہے، وہ دعا کون سی دعا ہے؟</w:t>
      </w:r>
    </w:p>
    <w:p>
      <w:r>
        <w:rPr>
          <w:b/>
        </w:rPr>
        <w:t xml:space="preserve">[35:14] </w:t>
      </w:r>
      <w:r>
        <w:t>is par ghor karne ke baad maine samjha hai ke aik dua woh hai jo shabdon ko yaad kar ke boli jati hai.</w:t>
      </w:r>
    </w:p>
    <w:p>
      <w:pPr>
        <w:jc w:val="right"/>
      </w:pPr>
      <w:r>
        <w:t>اس پر غور کرنے کے بعد میں نے سمجھا ہے کہ ایک دعا وہ ہے جو शब्दوں کو یاد کر کے بولی جاتی ہے۔</w:t>
      </w:r>
    </w:p>
    <w:p>
      <w:r>
        <w:rPr>
          <w:b/>
        </w:rPr>
        <w:t xml:space="preserve">[35:24] </w:t>
      </w:r>
      <w:r>
        <w:t>aik dua woh hai jo kisi soorat-e-haal mein aap ki zaban par nikalti hai, ubalti hai apne aap. koi soorat-e-haal paida hoti hai, is soorat-e-haal mein aap ka zehn فعال hota hai, is mein nikal parti hai woh dua aap ki.</w:t>
      </w:r>
    </w:p>
    <w:p>
      <w:pPr>
        <w:jc w:val="right"/>
      </w:pPr>
      <w:r>
        <w:t>ایک دعا وہ ہے جو کسی صورتحال میں آپ کی زبان پر نکلتی ہے، ابلتی ہے اپنے آپ۔ کوئی صورتحال پیدا ہوتی ہے، اس صورتحال میں آپ کا ذہن فعال ہوتا ہے، اس میں نکل پڑتی ہے وہ دعا آپ کی۔</w:t>
      </w:r>
    </w:p>
    <w:p>
      <w:r>
        <w:rPr>
          <w:b/>
        </w:rPr>
        <w:t xml:space="preserve">[35:42] </w:t>
      </w:r>
      <w:r>
        <w:t>woh is dua ke liye yeh baat kahi gayi hai. toh yeh dua hamesha kisi nuqta hawala se nikalti hai. yaani woh dua jo pehli wali jo maine kaha, woh toh toh toh toh toh toh toh toh toh toh rat kar nikalti hai.</w:t>
      </w:r>
    </w:p>
    <w:p>
      <w:pPr>
        <w:jc w:val="right"/>
      </w:pPr>
      <w:r>
        <w:t>وہ اس دعا کے لیے یہ بات کہی گئی ہے۔ تو یہ دعا ہمیشہ کسی نقطہ حوالہ سے نکلتی ہے۔ یعنی وہ دعا جو پہلی والی جو میں نے کہا، وہ تو تو تو تو تو تو تو تو تو تو رٹ کر نکلتی ہے۔</w:t>
      </w:r>
    </w:p>
    <w:p>
      <w:r>
        <w:rPr>
          <w:b/>
        </w:rPr>
        <w:t xml:space="preserve">[35:58] </w:t>
      </w:r>
      <w:r>
        <w:t>rate hue alfaaz hain, rate hue shabdon hain, un ko dohra diya zaban</w:t>
      </w:r>
    </w:p>
    <w:p>
      <w:pPr>
        <w:jc w:val="right"/>
      </w:pPr>
      <w:r>
        <w:t>رٹے ہوئے الفاظ ہیں، رٹے ہوئے शब्द ہیں، ان کو دہرا دیا زبان</w:t>
      </w:r>
    </w:p>
    <w:p>
      <w:r>
        <w:rPr>
          <w:b/>
        </w:rPr>
        <w:t xml:space="preserve">[36:02] </w:t>
      </w:r>
      <w:r>
        <w:t>se. lekin yeh jo doosri dua hai, yeh is ke liye koi nuqta hawala samne aata hai. koi soorat-e-haal paida hoti hai, is mein aap ke andar aik sitara aata hai.</w:t>
      </w:r>
    </w:p>
    <w:p>
      <w:pPr>
        <w:jc w:val="right"/>
      </w:pPr>
      <w:r>
        <w:t>سے۔ لیکن یہ جو دوسری دعا ہے، یہ اس کے لیے کوئی نقطہ حوالہ سامنے آتا ہے۔ کوئی صورتحال پیدا ہوتی ہے، اس میں آپ کے اندر ایک ستارہ آتا ہے۔</w:t>
      </w:r>
    </w:p>
    <w:p>
      <w:r>
        <w:rPr>
          <w:b/>
        </w:rPr>
        <w:t xml:space="preserve">[36:14] </w:t>
      </w:r>
      <w:r>
        <w:t>is mein aap bol padte hain. jaise mein chand aik misaal deta hoon aap ke samne. abhi is itwar ko aap ko yaad hoga ke mein bola tha hajj par.</w:t>
      </w:r>
    </w:p>
    <w:p>
      <w:pPr>
        <w:jc w:val="right"/>
      </w:pPr>
      <w:r>
        <w:t>اس میں آپ بول پڑتے ہیں۔ جیسے میں چند ایک مثال دیتا ہوں آپ کے سامنے۔ ابھی اس اتوار کو آپ کو یاد ہوگا کہ میں بولا تھا حج پر۔</w:t>
      </w:r>
    </w:p>
    <w:p>
      <w:r>
        <w:rPr>
          <w:b/>
        </w:rPr>
        <w:t xml:space="preserve">[36:33] </w:t>
      </w:r>
      <w:r>
        <w:t>meri taqreer jo thi, hajj par thi.</w:t>
      </w:r>
    </w:p>
    <w:p>
      <w:pPr>
        <w:jc w:val="right"/>
      </w:pPr>
      <w:r>
        <w:t>میری تقریر جو تھی، حج پر تھی۔</w:t>
      </w:r>
    </w:p>
    <w:p>
      <w:r>
        <w:rPr>
          <w:b/>
        </w:rPr>
        <w:t xml:space="preserve">[36:37] </w:t>
      </w:r>
      <w:r>
        <w:t>hajj ke baray mein bolte hue maine kaha ke wahan jo log jatay hain toh wahan hazir hotay hain yeh kehtay hue: labbaik Allahumma labbaik labbaik Allahumma labbaik aye Khuda!</w:t>
      </w:r>
    </w:p>
    <w:p>
      <w:pPr>
        <w:jc w:val="right"/>
      </w:pPr>
      <w:r>
        <w:t>حج کے بارے میں بولتے ہوئے میں نے کہا کہ وہاں جو لوگ جاتے ہیں تو وہاں حاضر ہوتے ہیں یہ کہتے ہوئے: لبیک اللہم لبیک لبیک اللہم لبیک اے خدا!</w:t>
      </w:r>
    </w:p>
    <w:p>
      <w:r>
        <w:rPr>
          <w:b/>
        </w:rPr>
        <w:t xml:space="preserve">[36:51] </w:t>
      </w:r>
      <w:r>
        <w:t>hum hazir hain, aye Khuda! hum hazir hain. yeh kehtay hue saare log Arafat ke maidan mein ikhatta ho jatay hain.</w:t>
      </w:r>
    </w:p>
    <w:p>
      <w:pPr>
        <w:jc w:val="right"/>
      </w:pPr>
      <w:r>
        <w:t>ہم حاضر ہیں، اے خدا! ہم حاضر ہیں۔ یہ کہتے ہوئے سارے لوگ عرفات کے میدان میں اکٹھا ہو جاتے ہیں۔</w:t>
      </w:r>
    </w:p>
    <w:p>
      <w:r>
        <w:rPr>
          <w:b/>
        </w:rPr>
        <w:t xml:space="preserve">[36:59] </w:t>
      </w:r>
      <w:r>
        <w:t>goya ke Khuda ki aik pukaar thi aur saari dunya se musalman nikle, Khuda ke sachay bande, yeh kehtay hue ke: Khudaaya!</w:t>
      </w:r>
    </w:p>
    <w:p>
      <w:pPr>
        <w:jc w:val="right"/>
      </w:pPr>
      <w:r>
        <w:t>گویا کہ خدا کی ایک پکار تھی اور ساری دنیا سے مسلمان نکلے، خدا کے سچے بندے، یہ کہتے ہوئے کہ: خدایا!</w:t>
      </w:r>
    </w:p>
    <w:p>
      <w:r>
        <w:rPr>
          <w:b/>
        </w:rPr>
        <w:t xml:space="preserve">[37:09] </w:t>
      </w:r>
      <w:r>
        <w:t>teri pukaar par hum hazir hain. toh maine bataya tha ke yeh pukaar kya hai? yeh da'wat il Allah ki pukaar hai.</w:t>
      </w:r>
    </w:p>
    <w:p>
      <w:pPr>
        <w:jc w:val="right"/>
      </w:pPr>
      <w:r>
        <w:t>تیری پکار پر ہم حاضر ہیں۔ تو میں نے بتایا تھا کہ یہ پکار کیا ہے؟ یہ دعوت الی اللہ کی پکار ہے۔</w:t>
      </w:r>
    </w:p>
    <w:p>
      <w:r>
        <w:rPr>
          <w:b/>
        </w:rPr>
        <w:t xml:space="preserve">[37:20] </w:t>
      </w:r>
      <w:r>
        <w:t>maine arz kiya tha ke Hazrat Ibrahim, Hazrat Ismail, Hazrat Hajra, yeh teen jo thay, yeh da'wa khandan kaha tha maine in ko.</w:t>
      </w:r>
    </w:p>
    <w:p>
      <w:pPr>
        <w:jc w:val="right"/>
      </w:pPr>
      <w:r>
        <w:t>میں نے عرض کیا تھا کہ حضرت ابراہیم، حضرت اسماعیل، حضرت ہاجرہ، یہ تین جو تھے، یہ دعویٰ خاندان کہا تھا میں نے ان کو۔</w:t>
      </w:r>
    </w:p>
    <w:p>
      <w:r>
        <w:rPr>
          <w:b/>
        </w:rPr>
        <w:t xml:space="preserve">[37:29] </w:t>
      </w:r>
      <w:r>
        <w:t>jise isai muqaddas khandan kehte hain. to maine kaha tha ke yeh daawa khandan tha. daawa khandan. hazrat ibrahim woh shakhs the jinhone bain ul aqwami satah par dawat ka kaam phailaya.</w:t>
      </w:r>
    </w:p>
    <w:p>
      <w:pPr>
        <w:jc w:val="right"/>
      </w:pPr>
      <w:r>
        <w:t>جسے عیسائی مقدس خاندان کہتے ہیں۔ تو میں نے کہا تھا کہ یہ دعویٰ خاندان تھا۔ دعویٰ خاندان۔ حضرت ابراہیم وہ شخص تھے جنہوں نے بین الاقوامی سطح پر دعوت کا کام پھیلایا۔</w:t>
      </w:r>
    </w:p>
    <w:p>
      <w:r>
        <w:rPr>
          <w:b/>
        </w:rPr>
        <w:t xml:space="preserve">[37:42] </w:t>
      </w:r>
      <w:r>
        <w:t>phir apni poori khandan ko jhonk diya. poori khandan ko ja kar jazeera numa mein basa diya. to yeh us ko maine kaha tha daawa khandan.</w:t>
      </w:r>
    </w:p>
    <w:p>
      <w:pPr>
        <w:jc w:val="right"/>
      </w:pPr>
      <w:r>
        <w:t>پھر اپنی پوری خاندان کو جھونک دیا۔ پوری خاندان کو جا کر جزیرہ نما میں بسا دیا۔ تو یہ اس کو میں نے کہا تھا دعویٰ خاندان۔</w:t>
      </w:r>
    </w:p>
    <w:p>
      <w:r>
        <w:rPr>
          <w:b/>
        </w:rPr>
        <w:t xml:space="preserve">[37:52] </w:t>
      </w:r>
      <w:r>
        <w:t>to yeh maine taqreer ki ke tareekh mein ek daawa khandan wajood mein aai.</w:t>
      </w:r>
    </w:p>
    <w:p>
      <w:pPr>
        <w:jc w:val="right"/>
      </w:pPr>
      <w:r>
        <w:t>تو یہ میں نے تقریر کی کہ تاریخ میں ایک دعویٰ خاندان وجود میں آئی۔</w:t>
      </w:r>
    </w:p>
    <w:p>
      <w:r>
        <w:rPr>
          <w:b/>
        </w:rPr>
        <w:t xml:space="preserve">[37:59] </w:t>
      </w:r>
      <w:r>
        <w:t>is ne jo sargarmiyan dikhayin dawat ke rastay mein, usi ko rehearsal karne ke liye log hajj mein jaate hain. woh alamaati tor par usi ka rehearsal hai.</w:t>
      </w:r>
    </w:p>
    <w:p>
      <w:pPr>
        <w:jc w:val="right"/>
      </w:pPr>
      <w:r>
        <w:t>اس نے جو سرگرمیاں دکھائیں دعوت کے راستے میں، اسی کو ریہرسل کرنے کے لیے لوگ حج میں جاتے ہیں۔ وہ علامتی طور پر اسی کا ریہرسل ہے۔</w:t>
      </w:r>
    </w:p>
    <w:p>
      <w:r>
        <w:rPr>
          <w:b/>
        </w:rPr>
        <w:t xml:space="preserve">[38:11] </w:t>
      </w:r>
      <w:r>
        <w:t>yaani hajj as rehearsal of dawah work. jo ke us dawah khandan ke zariye wahan par us ilaqay mein paish aaya tha.</w:t>
      </w:r>
    </w:p>
    <w:p>
      <w:pPr>
        <w:jc w:val="right"/>
      </w:pPr>
      <w:r>
        <w:t>یعنی حج از ریہرسل آف دعویٰ ورک۔ جو کہ اس دعویٰ خاندان کے ذریعے وہاں پر اس علاقے میں پیش آیا تھا۔</w:t>
      </w:r>
    </w:p>
    <w:p>
      <w:r>
        <w:rPr>
          <w:b/>
        </w:rPr>
        <w:t xml:space="preserve">[38:20] </w:t>
      </w:r>
      <w:r>
        <w:t>to yahan par jo log baithe hue the, to mujhe bataya is mein se sadia ne bataya ke yeh sunte hue is ki aankhon mein aansu aa gaye.</w:t>
      </w:r>
    </w:p>
    <w:p>
      <w:pPr>
        <w:jc w:val="right"/>
      </w:pPr>
      <w:r>
        <w:t>تو یہاں پر جو لوگ بیٹھے ہوئے تھے، تو مجھے بتایا اس میں سے سعدیہ نے بتایا کہ یہ سنتے ہوئے اس کی آنکھوں میں آنسو آگئے۔</w:t>
      </w:r>
    </w:p>
    <w:p>
      <w:r>
        <w:rPr>
          <w:b/>
        </w:rPr>
        <w:t xml:space="preserve">[38:30] </w:t>
      </w:r>
      <w:r>
        <w:t>is ne kaha</w:t>
      </w:r>
    </w:p>
    <w:p>
      <w:pPr>
        <w:jc w:val="right"/>
      </w:pPr>
      <w:r>
        <w:t>اس نے کہا</w:t>
      </w:r>
    </w:p>
    <w:p>
      <w:r>
        <w:rPr>
          <w:b/>
        </w:rPr>
        <w:t xml:space="preserve">[38:39] </w:t>
      </w:r>
      <w:r>
        <w:t>ke khuda! yeh jo team hai yahan par hai, yeh team bhi labbaik kehte hue teri taraf aa rahi hai.</w:t>
      </w:r>
    </w:p>
    <w:p>
      <w:pPr>
        <w:jc w:val="right"/>
      </w:pPr>
      <w:r>
        <w:t>کہ خدا! یہ جو ٹیم ہے یہاں پر ہے، یہ ٹیم بھی لبیک کہتے ہوئے تیری طرف آ رہی ہے۔</w:t>
      </w:r>
    </w:p>
    <w:p>
      <w:r>
        <w:rPr>
          <w:b/>
        </w:rPr>
        <w:t xml:space="preserve">[38:47] </w:t>
      </w:r>
      <w:r>
        <w:t>to bhi is ko bhi to isi group mein shamil kar le.</w:t>
      </w:r>
    </w:p>
    <w:p>
      <w:pPr>
        <w:jc w:val="right"/>
      </w:pPr>
      <w:r>
        <w:t>تو بھی اس کو بھی تو اسی گروپ میں شامل کر لے۔</w:t>
      </w:r>
    </w:p>
    <w:p>
      <w:r>
        <w:rPr>
          <w:b/>
        </w:rPr>
        <w:t xml:space="preserve">[38:54] </w:t>
      </w:r>
      <w:r>
        <w:t>woh jo group jis ne bain ul aqwami satah par kaam kiya. jis ne hajj, jis ne daawa work ki ek tareekh banai. jis ko har saal haji ja kar ke wahan rehearsal ke roop mein is ka</w:t>
      </w:r>
    </w:p>
    <w:p>
      <w:pPr>
        <w:jc w:val="right"/>
      </w:pPr>
      <w:r>
        <w:t>وہ جو گروپ جس نے بین الاقوامی سطح پر کام کیا۔ جس نے حج، جس نے دعویٰ ورک کی ایک تاریخ بنائی۔ جس کو ہر سال حاجی جا کر کے وہاں ریہرسل کے روپ میں اس کا</w:t>
      </w:r>
    </w:p>
    <w:p>
      <w:r>
        <w:rPr>
          <w:b/>
        </w:rPr>
        <w:t xml:space="preserve">[39:10] </w:t>
      </w:r>
      <w:r>
        <w:t>ahad karte hain ke hum isi tareeqay se dawat ka kaam karenge.</w:t>
      </w:r>
    </w:p>
    <w:p>
      <w:pPr>
        <w:jc w:val="right"/>
      </w:pPr>
      <w:r>
        <w:t>عہد کرتے ہیں کہ ہم اسی طریقے سے دعوت کا کام کریں گے۔</w:t>
      </w:r>
    </w:p>
    <w:p>
      <w:r>
        <w:rPr>
          <w:b/>
        </w:rPr>
        <w:t xml:space="preserve">[39:15] </w:t>
      </w:r>
      <w:r>
        <w:t>to is ne kaha ke khuda ya! hum bhi labbaik kehte hue hazir hain.</w:t>
      </w:r>
    </w:p>
    <w:p>
      <w:pPr>
        <w:jc w:val="right"/>
      </w:pPr>
      <w:r>
        <w:t>تو اس نے کہا کہ خدایا! ہم بھی لبیک کہتے ہوئے حاضر ہیں۔</w:t>
      </w:r>
    </w:p>
    <w:p>
      <w:r>
        <w:rPr>
          <w:b/>
        </w:rPr>
        <w:t xml:space="preserve">[39:25] </w:t>
      </w:r>
      <w:r>
        <w:t>hum ko is daawa group mein shamil kar le. aur humein bhi dawat ki tofeeq ata farma. yeh hai soorat e haal mein dua ka nikalna.</w:t>
      </w:r>
    </w:p>
    <w:p>
      <w:pPr>
        <w:jc w:val="right"/>
      </w:pPr>
      <w:r>
        <w:t>ہم کو اس دعویٰ گروپ میں شامل کر لے۔ اور ہمیں بھی دعوت کی توفیق عطا فرما۔ یہ ہے صورتحال میں دعا کا نکلنا۔</w:t>
      </w:r>
    </w:p>
    <w:p>
      <w:r>
        <w:rPr>
          <w:b/>
        </w:rPr>
        <w:t xml:space="preserve">[39:39] </w:t>
      </w:r>
      <w:r>
        <w:t>ek woh dua hai ke aap ne rat liya kitab mein. rat kar ke kahin ja kar dohra diya.</w:t>
      </w:r>
    </w:p>
    <w:p>
      <w:pPr>
        <w:jc w:val="right"/>
      </w:pPr>
      <w:r>
        <w:t>ایک وہ دعا ہے کہ آپ نے رٹ لیا کتاب میں۔ رٹ کر کے کہیں جا کر دہرا دیا۔</w:t>
      </w:r>
    </w:p>
    <w:p>
      <w:r>
        <w:rPr>
          <w:b/>
        </w:rPr>
        <w:t xml:space="preserve">[39:46] </w:t>
      </w:r>
      <w:r>
        <w:t>aur yeh kya dua hai? jo kisi soorat e haal mein aap ki zuban se ubalti hai. is ka ek nuqta hawala hota hai. is ka matlab yeh nahi ke teen aadmiyon mein hum bhi shamil ho jayen.</w:t>
      </w:r>
    </w:p>
    <w:p>
      <w:pPr>
        <w:jc w:val="right"/>
      </w:pPr>
      <w:r>
        <w:t>اور یہ کیا دعا ہے؟ جو کسی صورتحال میں آپ کی زبان سے ابلتی ہے۔ اس کا ایک نقطہ حوالہ ہوتا ہے۔ اس کا مطلب یہ نہیں کہ تین آدمیوں میں ہم بھی شامل ہو جائیں۔</w:t>
      </w:r>
    </w:p>
    <w:p>
      <w:r>
        <w:rPr>
          <w:b/>
        </w:rPr>
        <w:t xml:space="preserve">[40:00] </w:t>
      </w:r>
      <w:r>
        <w:t>teen nabiyon mein se hum bhi shamil ho jayen. yeh matlab nahi hai. woh ek nuqta hawala hai. is nuqta hawala ko le kar ke yeh dua ubalti hai.</w:t>
      </w:r>
    </w:p>
    <w:p>
      <w:pPr>
        <w:jc w:val="right"/>
      </w:pPr>
      <w:r>
        <w:t>تین نبیوں میں سے ہم بھی شامل ہو جائیں۔ یہ مطلب نہیں ہے۔ وہ ایک نقطہ حوالہ ہے۔ اس نقطہ حوالہ کو لے کر کے یہ دعا ابلتی ہے۔</w:t>
      </w:r>
    </w:p>
    <w:p>
      <w:r>
        <w:rPr>
          <w:b/>
        </w:rPr>
        <w:t xml:space="preserve">[40:10] </w:t>
      </w:r>
      <w:r>
        <w:t>agar woh nuqta hawala na ho, aisi dua nahi niklegi.</w:t>
      </w:r>
    </w:p>
    <w:p>
      <w:pPr>
        <w:jc w:val="right"/>
      </w:pPr>
      <w:r>
        <w:t>اگر وہ نقطہ حوالہ نہ ہو، ایسی دعا نہیں نکلے گی۔</w:t>
      </w:r>
    </w:p>
    <w:p>
      <w:r>
        <w:rPr>
          <w:b/>
        </w:rPr>
        <w:t xml:space="preserve">[40:14] </w:t>
      </w:r>
      <w:r>
        <w:t>to is hadees mein jo baat kahi gayi hai, woh yeh hai ke ek dua woh hai jo lafzon se nikalti hai. ek dua woh hai jo dil se ubalti hai. to dil se ubalne wali dua ke liye koi shart chahiye.</w:t>
      </w:r>
    </w:p>
    <w:p>
      <w:pPr>
        <w:jc w:val="right"/>
      </w:pPr>
      <w:r>
        <w:t>تو اس حدیث میں جو بات کہی گئی ہے، وہ یہ ہے کہ ایک دعا وہ ہے جو لفظوں سے نکلتی ہے۔ ایک دعا وہ ہے جو دل سے ابلتی ہے۔ تو دل سے ابلنے والی دعا کے لیے کوئی شرط چاہیے۔</w:t>
      </w:r>
    </w:p>
    <w:p>
      <w:r>
        <w:rPr>
          <w:b/>
        </w:rPr>
        <w:t xml:space="preserve">[40:25] </w:t>
      </w:r>
      <w:r>
        <w:t>koi soorat e haal chahiye. koi nuqta hawala chahiye.</w:t>
      </w:r>
    </w:p>
    <w:p>
      <w:pPr>
        <w:jc w:val="right"/>
      </w:pPr>
      <w:r>
        <w:t>کوئی صورتحال چاہیے۔ کوئی نقطہ حوالہ چاہیے۔</w:t>
      </w:r>
    </w:p>
    <w:p>
      <w:r>
        <w:rPr>
          <w:b/>
        </w:rPr>
        <w:t xml:space="preserve">[40:31] </w:t>
      </w:r>
      <w:r>
        <w:t>to yeh dua jis ko hasil ho jaye, ke itna zyada is ka zehn فعال ho ke mukhtalif qism ki jo soorat e haal paish aaye, is mein ubal pare jazbat is ke andar se.</w:t>
      </w:r>
    </w:p>
    <w:p>
      <w:pPr>
        <w:jc w:val="right"/>
      </w:pPr>
      <w:r>
        <w:t>تو یہ دعا جس کو حاصل ہو جائے، کہ اتنا زیادہ اس کا ذہن فعال ہو کہ مختلف قسم کی جو صورتحال پیش آئے، اس میں ابل پڑے جذبات اس کے اندر سے۔</w:t>
      </w:r>
    </w:p>
    <w:p>
      <w:r>
        <w:rPr>
          <w:b/>
        </w:rPr>
        <w:t xml:space="preserve">[40:43] </w:t>
      </w:r>
      <w:r>
        <w:t>aur duaen is ke munh se nikalne lagin.</w:t>
      </w:r>
    </w:p>
    <w:p>
      <w:pPr>
        <w:jc w:val="right"/>
      </w:pPr>
      <w:r>
        <w:t>اور دعائیں اس کے منہ سے نکلنے لگیں۔</w:t>
      </w:r>
    </w:p>
    <w:p>
      <w:r>
        <w:rPr>
          <w:b/>
        </w:rPr>
        <w:t xml:space="preserve">[40:45] </w:t>
      </w:r>
      <w:r>
        <w:t>ab yeh ghor kijiye. kijiye yeh dua maine arz ki ke jo rehmat ke darwaze khol deti hai,</w:t>
      </w:r>
    </w:p>
    <w:p>
      <w:pPr>
        <w:jc w:val="right"/>
      </w:pPr>
      <w:r>
        <w:t>اب یہ غور کیجیے۔ کیجیے یہ دعا میں نے عرض کی کہ جو رحمت کے دروازے کھول دیتی ہے،</w:t>
      </w:r>
    </w:p>
    <w:p>
      <w:r>
        <w:rPr>
          <w:b/>
        </w:rPr>
        <w:t xml:space="preserve">[41:01] </w:t>
      </w:r>
      <w:r>
        <w:t>woh kaise hasil hoti hai? aur kis ko hasil hoti hai?</w:t>
      </w:r>
    </w:p>
    <w:p>
      <w:pPr>
        <w:jc w:val="right"/>
      </w:pPr>
      <w:r>
        <w:t>وہ کیسے حاصل ہوتی ہے؟ اور کس کو حاصل ہوتی ہے؟</w:t>
      </w:r>
    </w:p>
    <w:p>
      <w:r>
        <w:rPr>
          <w:b/>
        </w:rPr>
        <w:t xml:space="preserve">[41:07] </w:t>
      </w:r>
      <w:r>
        <w:t>dekhiye, is ki sab se bari shart yeh hai ke aap ke andar woh cheez paida ho jaye jis ko kehte hain tawajjuh.</w:t>
      </w:r>
    </w:p>
    <w:p>
      <w:pPr>
        <w:jc w:val="right"/>
      </w:pPr>
      <w:r>
        <w:t>دیکھیے، اس کی سب سے بڑی شرط یہ ہے کہ آپ کے اندر وہ چیز پیدا ہو جائے جس کو کہتے ہیں توجہ۔</w:t>
      </w:r>
    </w:p>
    <w:p>
      <w:r>
        <w:rPr>
          <w:b/>
        </w:rPr>
        <w:t xml:space="preserve">[41:28] </w:t>
      </w:r>
      <w:r>
        <w:t>tawajjuh. yaani soch jo hai aap ki idhar udhar bhage nahi.</w:t>
      </w:r>
    </w:p>
    <w:p>
      <w:pPr>
        <w:jc w:val="right"/>
      </w:pPr>
      <w:r>
        <w:t>توجہ۔ یعنی سوچ جو ہے آپ کی ادھر ادھر بھاگے نہیں۔</w:t>
      </w:r>
    </w:p>
    <w:p>
      <w:r>
        <w:rPr>
          <w:b/>
        </w:rPr>
        <w:t xml:space="preserve">[41:35] </w:t>
      </w:r>
      <w:r>
        <w:t>tavajjoh se aap apne ko bachayen. sab se buri cheez zindagi mein tavajjoh hai. tavajjoh kis ko kehte hain?</w:t>
      </w:r>
    </w:p>
    <w:p>
      <w:pPr>
        <w:jc w:val="right"/>
      </w:pPr>
      <w:r>
        <w:t>توجہ سے آپ اپنے کو بچائیں۔ سب سے بری چیز زندگی میں توجہ ہے۔ توجہ کس کو کہتے ہیں؟</w:t>
      </w:r>
    </w:p>
    <w:p>
      <w:r>
        <w:rPr>
          <w:b/>
        </w:rPr>
        <w:t xml:space="preserve">[41:46] </w:t>
      </w:r>
      <w:r>
        <w:t>yani asal jis cheez par aap ka tavajjoh ho, us se hat kar idhar udhar aap ka dimagh jata rahe. aap ka waqt, aap ka paisa, aap ka tavajjoh kisi aur ki cheez ki taraf jata rahe.</w:t>
      </w:r>
    </w:p>
    <w:p>
      <w:pPr>
        <w:jc w:val="right"/>
      </w:pPr>
      <w:r>
        <w:t>یعنی اصل جس چیز پر آپ کا توجہ ہو، اس سے ہٹ کر ادھر ادھر آپ کا دماغ جاتا رہے۔ آپ کا وقت، آپ کا پیسہ، آپ کا توجہ کسی اور کی چیز کی طرف جاتا رہے۔</w:t>
      </w:r>
    </w:p>
    <w:p>
      <w:r>
        <w:rPr>
          <w:b/>
        </w:rPr>
        <w:t xml:space="preserve">[42:02] </w:t>
      </w:r>
      <w:r>
        <w:t>jaise misaal ke taur par aap TV dekh rahe hain. TV mein ek kahani aa rahi hai. ek bohat hi is mein maloomat hai.</w:t>
      </w:r>
    </w:p>
    <w:p>
      <w:pPr>
        <w:jc w:val="right"/>
      </w:pPr>
      <w:r>
        <w:t>جیسے مثال کے طور پر آپ ٹی وی دیکھ رہے ہیں۔ ٹی وی میں ایک کہانی آ رہی ہے۔ ایک بہت ہی اس میں معلومات ہے۔</w:t>
      </w:r>
    </w:p>
    <w:p>
      <w:r>
        <w:rPr>
          <w:b/>
        </w:rPr>
        <w:t xml:space="preserve">[42:13] </w:t>
      </w:r>
      <w:r>
        <w:t>kuch bohat acha lag raha hai aap ko. beech mein ek ishtihar aa gaya. ab woh tavajjoh se hat gaya. phir ek aur isi mein kuch gana aa gaya.</w:t>
      </w:r>
    </w:p>
    <w:p>
      <w:pPr>
        <w:jc w:val="right"/>
      </w:pPr>
      <w:r>
        <w:t>کچھ بہت اچھا لگ رہا ہے آپ کو۔ بیچ میں ایک اشتہار آگیا۔ اب وہ توجہ سے ہٹ گیا۔ پھر ایک اور اسی میں کچھ گانا آگیا۔</w:t>
      </w:r>
    </w:p>
    <w:p>
      <w:r>
        <w:rPr>
          <w:b/>
        </w:rPr>
        <w:t xml:space="preserve">[42:24] </w:t>
      </w:r>
      <w:r>
        <w:t>yeh hai tavajjoh.</w:t>
      </w:r>
    </w:p>
    <w:p>
      <w:pPr>
        <w:jc w:val="right"/>
      </w:pPr>
      <w:r>
        <w:t>یہ ہے توجہ۔</w:t>
      </w:r>
    </w:p>
    <w:p>
      <w:r>
        <w:rPr>
          <w:b/>
        </w:rPr>
        <w:t xml:space="preserve">[42:27] </w:t>
      </w:r>
      <w:r>
        <w:t>mujh se ek professor sahab ne kaha ke main TV dekhta tha lekin main ne yeh dekha ke is mein bohat tavajjoh hoti hai. to main dekhna chhod diya.</w:t>
      </w:r>
    </w:p>
    <w:p>
      <w:pPr>
        <w:jc w:val="right"/>
      </w:pPr>
      <w:r>
        <w:t>مجھ سے ایک پروفیسر صاحب نے کہا کہ میں ٹی وی دیکھتا تھا لیکن میں نے یہ دیکھا کہ اس میں بہت توجہ ہوتی ہے۔ تو میں دیکھنا چھوڑ دیا۔</w:t>
      </w:r>
    </w:p>
    <w:p>
      <w:r>
        <w:rPr>
          <w:b/>
        </w:rPr>
        <w:t xml:space="preserve">[42:38] </w:t>
      </w:r>
      <w:r>
        <w:t>yeh baat TV ki nahi hai. poori zindagi mein log tavajjoh ko ijazat diye rehte hain. har waqt. har waqt koi na koi tavajjoh.</w:t>
      </w:r>
    </w:p>
    <w:p>
      <w:pPr>
        <w:jc w:val="right"/>
      </w:pPr>
      <w:r>
        <w:t>یہ بات ٹی وی کی نہیں ہے۔ پوری زندگی میں لوگ توجہ کو اجازت دیے رہتے ہیں۔ ہر وقت۔ ہر وقت کوئی نہ کوئی توجہ۔</w:t>
      </w:r>
    </w:p>
    <w:p>
      <w:r>
        <w:rPr>
          <w:b/>
        </w:rPr>
        <w:t xml:space="preserve">[42:51] </w:t>
      </w:r>
      <w:r>
        <w:t>ek Maulana sahab the. to ek jalse mein unhon ne ja kar ke bolna tha. der mein pahunche. to unhon ne poocha ke bhai kyon der kar di aap ne?</w:t>
      </w:r>
    </w:p>
    <w:p>
      <w:pPr>
        <w:jc w:val="right"/>
      </w:pPr>
      <w:r>
        <w:t>ایک مولانا صاحب تھے۔ تو ایک جلسے میں انہوں نے جا کر کے بولنا تھا۔ دیر میں پہنچے۔ تو انہوں نے پوچھا کہ بھئی کیوں دیر کر دی آپ نے؟</w:t>
      </w:r>
    </w:p>
    <w:p>
      <w:r>
        <w:rPr>
          <w:b/>
        </w:rPr>
        <w:t xml:space="preserve">[43:04] </w:t>
      </w:r>
      <w:r>
        <w:t>to pata chala? ke jab woh tayyar ho kar nikalne lage to un ke bete sahab ne un ka paon pakad liya. kaha abaji main bhi chalun ga.</w:t>
      </w:r>
    </w:p>
    <w:p>
      <w:pPr>
        <w:jc w:val="right"/>
      </w:pPr>
      <w:r>
        <w:t>تو پتہ کیا چلا؟ کہ جب وہ تیار ہو کر نکلنے لگے تو ان کے بیٹے صاحب نے ان کا پاؤں پکڑ لیا۔ کہا ابا جی میں بھی چلوں گا۔</w:t>
      </w:r>
    </w:p>
    <w:p>
      <w:r>
        <w:rPr>
          <w:b/>
        </w:rPr>
        <w:t xml:space="preserve">[43:15] </w:t>
      </w:r>
      <w:r>
        <w:t>ab bachche se der tak un ka woh raha hota raha. ya jud-o-jihad keh lijiye. woh kehte the bhai wahan tum nahi ja sakte.</w:t>
      </w:r>
    </w:p>
    <w:p>
      <w:pPr>
        <w:jc w:val="right"/>
      </w:pPr>
      <w:r>
        <w:t>اب بچے سے دیر تک ان کا وہ رہا ہوتا رہا۔ یا جدوجہد کہہ لیجیے۔ وہ کہتے تھے بھئی وہاں تم نہیں جا سکتے۔</w:t>
      </w:r>
    </w:p>
    <w:p>
      <w:r>
        <w:rPr>
          <w:b/>
        </w:rPr>
        <w:t xml:space="preserve">[43:25] </w:t>
      </w:r>
      <w:r>
        <w:t>wahan aisa hai. woh kehte the nahi main to chalun ga aisa hai. yeh hai tavajjoh. aap ke andar itna azm hona chahiye ke bachche ko dhakel den.</w:t>
      </w:r>
    </w:p>
    <w:p>
      <w:pPr>
        <w:jc w:val="right"/>
      </w:pPr>
      <w:r>
        <w:t>وہاں ایسا ہے۔ وہ کہتے تھے نہیں میں تو چلوں گا ایسا ہے۔ یہ ہے توجہ۔ آپ کے اندر اتنا عزم ہونا چاہیے کہ بچے کو دھکیل دیں۔</w:t>
      </w:r>
    </w:p>
    <w:p>
      <w:r>
        <w:rPr>
          <w:b/>
        </w:rPr>
        <w:t xml:space="preserve">[43:37] </w:t>
      </w:r>
      <w:r>
        <w:t>dhakel kar aage chale jayen.</w:t>
      </w:r>
    </w:p>
    <w:p>
      <w:pPr>
        <w:jc w:val="right"/>
      </w:pPr>
      <w:r>
        <w:t>دھکیل کر آگے چلے جائیں۔</w:t>
      </w:r>
    </w:p>
    <w:p>
      <w:r>
        <w:rPr>
          <w:b/>
        </w:rPr>
        <w:t xml:space="preserve">[43:40] </w:t>
      </w:r>
      <w:r>
        <w:t>ab bachche ne paon pakad liya to bas ab isi ke bandh gaye aap. bachchon ko manaa rahe hain. aise log kabhi bhi woh is dua ka tofeeq nahi payenge jis se rehmat ke darwaze khulte hain.</w:t>
      </w:r>
    </w:p>
    <w:p>
      <w:pPr>
        <w:jc w:val="right"/>
      </w:pPr>
      <w:r>
        <w:t>اب بچے نے پاؤں پکڑ لیا تو بس اب اسی کے بندھ گئے آپ۔ بچوں کو منا رہے ہیں۔ ایسے لوگ کبھی بھی وہ اس دعا کا توفیق نہیں پائیں گے جس سے رحمت کے دروازے کھلتے ہیں۔</w:t>
      </w:r>
    </w:p>
    <w:p>
      <w:r>
        <w:rPr>
          <w:b/>
        </w:rPr>
        <w:t xml:space="preserve">[43:57] </w:t>
      </w:r>
      <w:r>
        <w:t>yeh chhoti chhoti baaton ko bahana lete rahen woh.</w:t>
      </w:r>
    </w:p>
    <w:p>
      <w:pPr>
        <w:jc w:val="right"/>
      </w:pPr>
      <w:r>
        <w:t>یہ چھوٹی چھوٹی باتوں کو بہانہ لیتے رہیں وہ۔</w:t>
      </w:r>
    </w:p>
    <w:p>
      <w:r>
        <w:rPr>
          <w:b/>
        </w:rPr>
        <w:t xml:space="preserve">[44:03] </w:t>
      </w:r>
      <w:r>
        <w:t>is dua ka darwaza sirf us ke liye khulta hai jo kabhi bahana na laye. jo kabhi tavajjoh ko bardasht na kare.</w:t>
      </w:r>
    </w:p>
    <w:p>
      <w:pPr>
        <w:jc w:val="right"/>
      </w:pPr>
      <w:r>
        <w:t>اس دعا کا دروازہ صرف اس کے لیے کھلتا ہے جو کبھی بہانہ نہ لے۔ جو کبھی توجہ کو برداشت نہ کرے۔</w:t>
      </w:r>
    </w:p>
    <w:p>
      <w:r>
        <w:rPr>
          <w:b/>
        </w:rPr>
        <w:t xml:space="preserve">[44:13] </w:t>
      </w:r>
      <w:r>
        <w:t>jiska tavajjoh kabhi toote nahi. ek tavajjoh par uska uska zehan hamesha laga rahe. tab aisa hota hai ke dekhen soorat-e-haal to aati aati hai hamesha.</w:t>
      </w:r>
    </w:p>
    <w:p>
      <w:pPr>
        <w:jc w:val="right"/>
      </w:pPr>
      <w:r>
        <w:t>جس کا توجہ کبھی ٹوٹے نہیں۔ ایک توجہ پر اس کا اس کا ذہن ہمیشہ لگا رہے۔ تب ایسا ہوتا ہے کہ دیکھیں صورتحال تو آتی آتی ہے ہمیشہ۔</w:t>
      </w:r>
    </w:p>
    <w:p>
      <w:r>
        <w:rPr>
          <w:b/>
        </w:rPr>
        <w:t xml:space="preserve">[44:27] </w:t>
      </w:r>
      <w:r>
        <w:t>masla soorat-e-haal ko istemal karne ka hai.</w:t>
      </w:r>
    </w:p>
    <w:p>
      <w:pPr>
        <w:jc w:val="right"/>
      </w:pPr>
      <w:r>
        <w:t>مسئلہ صورتحال کو استعمال کرنے کا ہے۔</w:t>
      </w:r>
    </w:p>
    <w:p>
      <w:r>
        <w:rPr>
          <w:b/>
        </w:rPr>
        <w:t xml:space="preserve">[44:31] </w:t>
      </w:r>
      <w:r>
        <w:t>soorat-e-haal hamesha paish aati hai. istemal woh log kar paate hain jo apni apni tavajjoh ko idhar udhar bikhair na rakha ho jinhon ne.</w:t>
      </w:r>
    </w:p>
    <w:p>
      <w:pPr>
        <w:jc w:val="right"/>
      </w:pPr>
      <w:r>
        <w:t>صورتحال ہمیشہ پیش آتی ہے۔ استعمال وہ لوگ کر پاتے ہیں جو اپنی اپنی توجہ کو ادھر ادھر بکھیر نہ رکھا ہو جنہوں نے۔</w:t>
      </w:r>
    </w:p>
    <w:p>
      <w:r>
        <w:rPr>
          <w:b/>
        </w:rPr>
        <w:t xml:space="preserve">[44:47] </w:t>
      </w:r>
      <w:r>
        <w:t>jinhon ne bikhair na rakha ho. jo apni tavajjoh ko idhar udhar jinka tavajjoh bikhra hua hai idhar udhar. to woh kabhi bhi woh soorat-e-haal aaye gi lekin us ko nuqta hawala na bana sakenge woh apni dua ke liye.</w:t>
      </w:r>
    </w:p>
    <w:p>
      <w:pPr>
        <w:jc w:val="right"/>
      </w:pPr>
      <w:r>
        <w:t>جنہوں نے بکھیر نہ رکھا ہو۔ جو اپنی توجہ کو ادھر ادھر جن کا توجہ بکھرا ہوا ہے ادھر ادھر۔ تو وہ کبھی بھی وہ صورتحال آئے گی لیکن اس کو نقطہ حوالہ نہ بنا سکیں گے وہ اپنی دعا کے لیے۔</w:t>
      </w:r>
    </w:p>
    <w:p>
      <w:r>
        <w:rPr>
          <w:b/>
        </w:rPr>
        <w:t xml:space="preserve">[45:10] </w:t>
      </w:r>
      <w:r>
        <w:t>yeh achi tarah samajh lena chahiye is baat ko. to</w:t>
      </w:r>
    </w:p>
    <w:p>
      <w:pPr>
        <w:jc w:val="right"/>
      </w:pPr>
      <w:r>
        <w:t>یہ اچھی طرح سمجھ لینا چاہیے اس بات کو۔ تو</w:t>
      </w:r>
    </w:p>
    <w:p>
      <w:r>
        <w:rPr>
          <w:b/>
        </w:rPr>
        <w:t xml:space="preserve">[45:19] </w:t>
      </w:r>
      <w:r>
        <w:t>kitni yeh baat kitni bari hai ke</w:t>
      </w:r>
    </w:p>
    <w:p>
      <w:pPr>
        <w:jc w:val="right"/>
      </w:pPr>
      <w:r>
        <w:t>کتنی یہ بات کتنی بڑی ہے کہ</w:t>
      </w:r>
    </w:p>
    <w:p>
      <w:r>
        <w:rPr>
          <w:b/>
        </w:rPr>
        <w:t xml:space="preserve">[45:28] </w:t>
      </w:r>
      <w:r>
        <w:t>dua sab se bari nemat hai. kyunke dua woh cheez hai jis ke liye hum Khuda se judte hain.</w:t>
      </w:r>
    </w:p>
    <w:p>
      <w:pPr>
        <w:jc w:val="right"/>
      </w:pPr>
      <w:r>
        <w:t>دعا سب سے بڑی نعمت ہے۔ کیونکہ دعا وہ چیز ہے جس کے لیے ہم خدا سے جڑتے ہیں۔</w:t>
      </w:r>
    </w:p>
    <w:p>
      <w:r>
        <w:rPr>
          <w:b/>
        </w:rPr>
        <w:t xml:space="preserve">[45:39] </w:t>
      </w:r>
      <w:r>
        <w:t>yeh kitni bari baat hai ke is dunya mein ek aisi cheez hai jis se hum Khuda se barah-e-raast taur par jud jate hain. hamara rabta qaim ho jata hai Khuda se.</w:t>
      </w:r>
    </w:p>
    <w:p>
      <w:pPr>
        <w:jc w:val="right"/>
      </w:pPr>
      <w:r>
        <w:t>یہ کتنی بڑی بات ہے کہ اس دنیا میں ایک ایسی چیز ہے جس سے ہم خدا سے براہ راست طور پر جڑ جاتے ہیں۔ ہمارا رابطہ قائم ہو جاتا ہے خدا سے۔</w:t>
      </w:r>
    </w:p>
    <w:p>
      <w:r>
        <w:rPr>
          <w:b/>
        </w:rPr>
        <w:t xml:space="preserve">[45:50] </w:t>
      </w:r>
      <w:r>
        <w:t>aur woh hai woh hai dua.</w:t>
      </w:r>
    </w:p>
    <w:p>
      <w:pPr>
        <w:jc w:val="right"/>
      </w:pPr>
      <w:r>
        <w:t>اور وہ ہے وہ ہے دعا۔</w:t>
      </w:r>
    </w:p>
    <w:p>
      <w:r>
        <w:rPr>
          <w:b/>
        </w:rPr>
        <w:t xml:space="preserve">[45:57] </w:t>
      </w:r>
      <w:r>
        <w:t>to itni bari cheez hai yeh. aur is se</w:t>
      </w:r>
    </w:p>
    <w:p>
      <w:pPr>
        <w:jc w:val="right"/>
      </w:pPr>
      <w:r>
        <w:t>تو اتنی بڑی چیز ہے یہ۔ اور اس سے</w:t>
      </w:r>
    </w:p>
    <w:p>
      <w:r>
        <w:rPr>
          <w:b/>
        </w:rPr>
        <w:t xml:space="preserve">[46:03] </w:t>
      </w:r>
      <w:r>
        <w:t>agar hum mehroom reh jayen to kya is se bari bhi koi mehroomi ho sakti hai? lekin is moqe ko istemal karne ke liye ek rasta chahiye.</w:t>
      </w:r>
    </w:p>
    <w:p>
      <w:pPr>
        <w:jc w:val="right"/>
      </w:pPr>
      <w:r>
        <w:t>اگر ہم محروم رہ جائیں تو کیا اس سے بڑی بھی کوئی محرومی ہو سکتی ہے؟ لیکن اس موقع کو استعمال کرنے کے لیے ایک راستہ چاہیے۔</w:t>
      </w:r>
    </w:p>
    <w:p>
      <w:r>
        <w:rPr>
          <w:b/>
        </w:rPr>
        <w:t xml:space="preserve">[46:18] </w:t>
      </w:r>
      <w:r>
        <w:t>main samajhta hoon ke is poori kainat mein sab se bari cheez jo hai woh dua hai.</w:t>
      </w:r>
    </w:p>
    <w:p>
      <w:pPr>
        <w:jc w:val="right"/>
      </w:pPr>
      <w:r>
        <w:t>میں سمجھتا ہوں کہ اس پوری کائنات میں سب سے بڑی چیز جو ہے وہ دعا ہے۔</w:t>
      </w:r>
    </w:p>
    <w:p>
      <w:r>
        <w:rPr>
          <w:b/>
        </w:rPr>
        <w:t xml:space="preserve">[46:27] </w:t>
      </w:r>
      <w:r>
        <w:t>aaj subah aisa hua ke main paanch baje utha.</w:t>
      </w:r>
    </w:p>
    <w:p>
      <w:pPr>
        <w:jc w:val="right"/>
      </w:pPr>
      <w:r>
        <w:t>آج صبح ایسا ہوا کہ میں پانچ بجے اٹھا۔</w:t>
      </w:r>
    </w:p>
    <w:p>
      <w:r>
        <w:rPr>
          <w:b/>
        </w:rPr>
        <w:t xml:space="preserve">[46:36] </w:t>
      </w:r>
      <w:r>
        <w:t>saade paanch par ek dam is waqt sunata tha. jo kehte hain khamoshi ya mukammal khamoshi.</w:t>
      </w:r>
    </w:p>
    <w:p>
      <w:pPr>
        <w:jc w:val="right"/>
      </w:pPr>
      <w:r>
        <w:t>ساڑھے پانچ پر ایک دم اس وقت سناٹا تھا۔ جو کہتے ہیں خاموشی یا مکمل خاموشی۔</w:t>
      </w:r>
    </w:p>
    <w:p>
      <w:r>
        <w:rPr>
          <w:b/>
        </w:rPr>
        <w:t xml:space="preserve">[46:45] </w:t>
      </w:r>
      <w:r>
        <w:t>ek dam mukammal sunata tha bilkul. achaanak masjid se awaz buland hui. Allah o Akbar Allah o Akbar.</w:t>
      </w:r>
    </w:p>
    <w:p>
      <w:pPr>
        <w:jc w:val="right"/>
      </w:pPr>
      <w:r>
        <w:t>ایک دم مکمل سناٹا تھا بالکل۔ اچانک مسجد سے آواز بلند ہوئی۔ اللہ اکبر اللہ اکبر۔</w:t>
      </w:r>
    </w:p>
    <w:p>
      <w:r>
        <w:rPr>
          <w:b/>
        </w:rPr>
        <w:t xml:space="preserve">[47:01] </w:t>
      </w:r>
      <w:r>
        <w:t>Khuda bara hai Khuda bara hai. God is great God is great to main ne socha ke poori kainat mein itni bari kainat hai.</w:t>
      </w:r>
    </w:p>
    <w:p>
      <w:pPr>
        <w:jc w:val="right"/>
      </w:pPr>
      <w:r>
        <w:t>خدا بڑا ہے خدا بڑا ہے۔ God is great God is great تو میں نے سوچا کہ پوری کائنات میں اتنی بڑی کائنات ہے۔</w:t>
      </w:r>
    </w:p>
    <w:p>
      <w:r>
        <w:rPr>
          <w:b/>
        </w:rPr>
        <w:t xml:space="preserve">[47:09] </w:t>
      </w:r>
      <w:r>
        <w:t>itni bari kainat hai ke aaj tak woh kisi bhi durbin se is ko aap dekh nahi sake is ko.</w:t>
      </w:r>
    </w:p>
    <w:p>
      <w:pPr>
        <w:jc w:val="right"/>
      </w:pPr>
      <w:r>
        <w:t>اتنی بڑی کائنات ہے کہ آج تک وہ کسی بھی دوربین سے اس کو آپ دیکھ نہیں سکے اس کو۔</w:t>
      </w:r>
    </w:p>
    <w:p>
      <w:r>
        <w:rPr>
          <w:b/>
        </w:rPr>
        <w:t xml:space="preserve">[47:15] </w:t>
      </w:r>
      <w:r>
        <w:t>kahin bhi koi sitara, koi sayara aisa nahi hai jo yeh keh sake ke Allah o Akbar. yeh sirf insan kehta hai.</w:t>
      </w:r>
    </w:p>
    <w:p>
      <w:pPr>
        <w:jc w:val="right"/>
      </w:pPr>
      <w:r>
        <w:t>کہیں بھی کوئی ستارہ، کوئی سیارہ ایسا نہیں ہے جو یہ کہہ سکے کہ اللہ اکبر۔ یہ صرف انسان کہتا ہے۔</w:t>
      </w:r>
    </w:p>
    <w:p>
      <w:r>
        <w:rPr>
          <w:b/>
        </w:rPr>
        <w:t xml:space="preserve">[47:26] </w:t>
      </w:r>
      <w:r>
        <w:t>yeh sirf insan kehta hai. to insan ko kitni bari moqa mili hui hai ke poori kainat jo kaam nahi kar rahi hai woh aap kar saken.</w:t>
      </w:r>
    </w:p>
    <w:p>
      <w:pPr>
        <w:jc w:val="right"/>
      </w:pPr>
      <w:r>
        <w:t>یہ صرف انسان کہتا ہے۔ تو انسان کو کتنی بڑی موقع ملی ہوئی ہے کہ پوری کائنات جو کام نہیں کر رہی ہے وہ آپ کر سکیں۔</w:t>
      </w:r>
    </w:p>
    <w:p>
      <w:r>
        <w:rPr>
          <w:b/>
        </w:rPr>
        <w:t xml:space="preserve">[47:39] </w:t>
      </w:r>
      <w:r>
        <w:t>koi sitara, koi sayara, koi nizam shamsi, koi samandar, koi pahaar dua nahi kar sakta. yeh Khuda se barah e rast rabta qaim nahi kar sakta woh.</w:t>
      </w:r>
    </w:p>
    <w:p>
      <w:pPr>
        <w:jc w:val="right"/>
      </w:pPr>
      <w:r>
        <w:t>کوئی ستارہ، کوئی سیارہ، کوئی نظام شمسی، کوئی سمندر، کوئی پہاڑ دعا نہیں کر سکتا۔ یہ خدا سے براہ راست رابطہ قائم نہیں کر سکتا وہ۔</w:t>
      </w:r>
    </w:p>
    <w:p>
      <w:r>
        <w:rPr>
          <w:b/>
        </w:rPr>
        <w:t xml:space="preserve">[47:51] </w:t>
      </w:r>
      <w:r>
        <w:t>Khuda se barah e rast rabta qaim karne ka tareeqa dua hai. aur dua karna kisi ko aata nahi siwaye insan ke. na koi janwar dua kar sakta aur na koi aur dua kar sakta.</w:t>
      </w:r>
    </w:p>
    <w:p>
      <w:pPr>
        <w:jc w:val="right"/>
      </w:pPr>
      <w:r>
        <w:t>خدا سے براہ راست رابطہ قائم کرنے کا طریقہ دعا ہے۔ اور دعا کرنا کسی کو آتا نہیں سوائے انسان کے۔ نہ کوئی جانور دعا کر سکتا اور نہ کوئی اور دعا کر سکتا۔</w:t>
      </w:r>
    </w:p>
    <w:p>
      <w:r>
        <w:rPr>
          <w:b/>
        </w:rPr>
        <w:t xml:space="preserve">[48:05] </w:t>
      </w:r>
      <w:r>
        <w:t>to yeh kitni bari cheez hai jo insan ko mili hui hai. phir jab main ne namaz parhi aur sajde mein sir rakha to aisi kaifiyat hui jaise ke sir uthta nahi tha.</w:t>
      </w:r>
    </w:p>
    <w:p>
      <w:pPr>
        <w:jc w:val="right"/>
      </w:pPr>
      <w:r>
        <w:t>تو یہ کتنی بڑی چیز ہے جو انسان کو ملی ہوئی ہے۔ پھر جب میں نے نماز پڑھی اور سجدے میں سر رکھا تو ایسی کیفیت ہوئی جیسے کہ سر اٹھتا نہیں تھا۔</w:t>
      </w:r>
    </w:p>
    <w:p>
      <w:r>
        <w:rPr>
          <w:b/>
        </w:rPr>
        <w:t xml:space="preserve">[48:18] </w:t>
      </w:r>
      <w:r>
        <w:t>jaise zameen se chipak gaya ho sir.</w:t>
      </w:r>
    </w:p>
    <w:p>
      <w:pPr>
        <w:jc w:val="right"/>
      </w:pPr>
      <w:r>
        <w:t>جیسے زمین سے چپک گیا ہو سر۔</w:t>
      </w:r>
    </w:p>
    <w:p>
      <w:r>
        <w:rPr>
          <w:b/>
        </w:rPr>
        <w:t xml:space="preserve">[48:23] </w:t>
      </w:r>
      <w:r>
        <w:t>kyun? us waqt yeh ehsas hua ke poori kainat mein ek sajda sirf insan kar sakta hai.</w:t>
      </w:r>
    </w:p>
    <w:p>
      <w:pPr>
        <w:jc w:val="right"/>
      </w:pPr>
      <w:r>
        <w:t>کیوں؟ اس وقت یہ احساس ہوا کہ پوری کائنات میں ایک سجدہ صرف انسان کر سکتا ہے۔</w:t>
      </w:r>
    </w:p>
    <w:p>
      <w:r>
        <w:rPr>
          <w:b/>
        </w:rPr>
        <w:t xml:space="preserve">[48:33] </w:t>
      </w:r>
      <w:r>
        <w:t>koi nahi kar sakta.</w:t>
      </w:r>
    </w:p>
    <w:p>
      <w:pPr>
        <w:jc w:val="right"/>
      </w:pPr>
      <w:r>
        <w:t>کوئی نہیں کر سکتا۔</w:t>
      </w:r>
    </w:p>
    <w:p>
      <w:r>
        <w:rPr>
          <w:b/>
        </w:rPr>
        <w:t xml:space="preserve">[48:35] </w:t>
      </w:r>
      <w:r>
        <w:t>yani Khuda ke aage sajde mein gir padna. apni peshani ko zameen par rakh dena. Khuda ke jalal ka iqrar karte hue, Khuda ki azmat ko maante hue apni peshani ko zameen par rakh dena.</w:t>
      </w:r>
    </w:p>
    <w:p>
      <w:pPr>
        <w:jc w:val="right"/>
      </w:pPr>
      <w:r>
        <w:t>یعنی خدا کے آگے سجدے میں گر پڑنا۔ اپنی پیشانی کو زمین پر رکھ دینا۔ خدا کی جلال کا اقرار کرتے ہوئے، خدا کی عظمت کو مانتے ہوئے اپنی پیشانی کو زمین پر رکھ دینا۔</w:t>
      </w:r>
    </w:p>
    <w:p>
      <w:r>
        <w:rPr>
          <w:b/>
        </w:rPr>
        <w:t xml:space="preserve">[48:49] </w:t>
      </w:r>
      <w:r>
        <w:t>is ko sajda kehte hain. poori itni bari kainat mein koi nahi kar sakta is ko. sirf insan kar sakta hai.</w:t>
      </w:r>
    </w:p>
    <w:p>
      <w:pPr>
        <w:jc w:val="right"/>
      </w:pPr>
      <w:r>
        <w:t>اس کو سجدہ کہتے ہیں۔ پوری اتنی بڑی کائنات میں کوئی نہیں کر سکتا اس کو۔ صرف انسان کر سکتا ہے۔</w:t>
      </w:r>
    </w:p>
    <w:p>
      <w:r>
        <w:rPr>
          <w:b/>
        </w:rPr>
        <w:t xml:space="preserve">[48:58] </w:t>
      </w:r>
      <w:r>
        <w:t>to jab main ne sajde mein sir rakha to aisa laga jaise meri peshani chipak gayi hai zameen mein aur uth nahi rahi.</w:t>
      </w:r>
    </w:p>
    <w:p>
      <w:pPr>
        <w:jc w:val="right"/>
      </w:pPr>
      <w:r>
        <w:t>تو جب میں نے سجدے میں سر رکھا تو ایسا لگا جیسے میری پیشانی چپک گئی ہے زمین میں اور اٹھ نہیں رہی۔</w:t>
      </w:r>
    </w:p>
    <w:p>
      <w:r>
        <w:rPr>
          <w:b/>
        </w:rPr>
        <w:t xml:space="preserve">[49:07] </w:t>
      </w:r>
      <w:r>
        <w:t>uth nahi rahi. is ehsas ki wajah se.</w:t>
      </w:r>
    </w:p>
    <w:p>
      <w:pPr>
        <w:jc w:val="right"/>
      </w:pPr>
      <w:r>
        <w:t>اٹھ نہیں رہی۔ اس احساس کی وجہ سے۔</w:t>
      </w:r>
    </w:p>
    <w:p>
      <w:r>
        <w:rPr>
          <w:b/>
        </w:rPr>
        <w:t xml:space="preserve">[49:14] </w:t>
      </w:r>
      <w:r>
        <w:t>to yeh kitni bari barkat hai is dunya mein jo poori kainat mein kisi ko nahi mili hui hai. ke zariye dua aap Khuda se rabta qaim kar saken.</w:t>
      </w:r>
    </w:p>
    <w:p>
      <w:pPr>
        <w:jc w:val="right"/>
      </w:pPr>
      <w:r>
        <w:t>تو یہ کتنی بڑی برکت ہے اس دنیا میں جو پوری کائنات میں کسی کو نہیں ملی ہوئی ہے۔ کہ ذریعے دعا آپ خدا سے رابطہ قائم کر سکیں۔</w:t>
      </w:r>
    </w:p>
    <w:p>
      <w:r>
        <w:rPr>
          <w:b/>
        </w:rPr>
        <w:t xml:space="preserve">[49:29] </w:t>
      </w:r>
      <w:r>
        <w:t>kaisi ajeeb barkat yeh hai.</w:t>
      </w:r>
    </w:p>
    <w:p>
      <w:pPr>
        <w:jc w:val="right"/>
      </w:pPr>
      <w:r>
        <w:t>کیسی عجیب برکت یہ ہے۔</w:t>
      </w:r>
    </w:p>
    <w:p>
      <w:r>
        <w:rPr>
          <w:b/>
        </w:rPr>
        <w:t xml:space="preserve">[49:34] </w:t>
      </w:r>
      <w:r>
        <w:t>kaisi ajeeb barkat hai yeh. Khuda se barah e rast rabta yaad rakhiye kisi ka bhi nahi hota. poori kainat mein sirf insan ka hota hai.</w:t>
      </w:r>
    </w:p>
    <w:p>
      <w:pPr>
        <w:jc w:val="right"/>
      </w:pPr>
      <w:r>
        <w:t>کیسی عجیب برکت ہے یہ۔ خدا سے براہ راست رابطہ یاد رکھیے کسی کا بھی نہیں ہوتا۔ پوری کائنات میں صرف انسان کا ہوتا ہے۔</w:t>
      </w:r>
    </w:p>
    <w:p>
      <w:r>
        <w:rPr>
          <w:b/>
        </w:rPr>
        <w:t xml:space="preserve">[49:47] </w:t>
      </w:r>
      <w:r>
        <w:t>lekin woh sachi dua ke zariye. aur sachi dua konsi hai?</w:t>
      </w:r>
    </w:p>
    <w:p>
      <w:pPr>
        <w:jc w:val="right"/>
      </w:pPr>
      <w:r>
        <w:t>لیکن وہ سچی دعا کے ذریعے۔ اور سچی دعا کونسی ہے؟</w:t>
      </w:r>
    </w:p>
    <w:p>
      <w:r>
        <w:rPr>
          <w:b/>
        </w:rPr>
        <w:t xml:space="preserve">[49:53] </w:t>
      </w:r>
      <w:r>
        <w:t>jaise ke main ne arz kiya sachi dua lafzon ki dohrane wali dua nahi hai. woh to aap itna zinda hon, itna zyada aap ka zehn zinda ho ke jo soorat e haal paish aaye woh soorat e haal aap ko andar se aap ko sitara paida kar de.</w:t>
      </w:r>
    </w:p>
    <w:p>
      <w:pPr>
        <w:jc w:val="right"/>
      </w:pPr>
      <w:r>
        <w:t>جیسے کہ میں نے عرض کیا سچی دعا لفظوں کی دہرانے والی دعا نہیں ہے۔ وہ تو آپ اتنا زندہ ہوں، اتنا زیادہ آپ کا ذہن زندہ ہو کہ جو صورتحال پیش آئے وہ صورتحال آپ کو اندر سے آپ کو ستارہ پیدا کر دے۔</w:t>
      </w:r>
    </w:p>
    <w:p>
      <w:r>
        <w:rPr>
          <w:b/>
        </w:rPr>
        <w:t xml:space="preserve">[50:11] </w:t>
      </w:r>
      <w:r>
        <w:t>yani nuqta hawala bar bar aate hain lekin is ko aap pakar nahi paate. is wajah se aap ke andar woh dua ke woh dua ka woh sitara nahi aata aap ke andar.</w:t>
      </w:r>
    </w:p>
    <w:p>
      <w:pPr>
        <w:jc w:val="right"/>
      </w:pPr>
      <w:r>
        <w:t>یعنی نقطہ حوالہ بار بار آتے ہیں لیکن اس کو آپ پکڑ نہیں پاتے۔ اس وجہ سے آپ کے اندر وہ دعا کے وہ دعا کا وہ ستارہ نہیں آتا آپ کے اندر۔</w:t>
      </w:r>
    </w:p>
    <w:p>
      <w:r>
        <w:rPr>
          <w:b/>
        </w:rPr>
        <w:t xml:space="preserve">[50:25] </w:t>
      </w:r>
      <w:r>
        <w:t>to yeh kitni bari</w:t>
      </w:r>
    </w:p>
    <w:p>
      <w:pPr>
        <w:jc w:val="right"/>
      </w:pPr>
      <w:r>
        <w:t>تو یہ کتنی بڑی</w:t>
      </w:r>
    </w:p>
    <w:p>
      <w:r>
        <w:rPr>
          <w:b/>
        </w:rPr>
        <w:t xml:space="preserve">[50:29] </w:t>
      </w:r>
      <w:r>
        <w:t>baat hai. kitni bari moqa hai jo khuda ne kholi hai hamare liye. isi silsile mein woh kaha gaya hai ke jis ke liye dua ka darwaza khul gaya us ke liye khuda ki rehmat ke tamam darwaze khul gaye.</w:t>
      </w:r>
    </w:p>
    <w:p>
      <w:pPr>
        <w:jc w:val="right"/>
      </w:pPr>
      <w:r>
        <w:t>بات ہے۔ کتنی بڑی موقع ہے جو خدا نے کھولی ہے ہمارے لیے۔ اسی سلسلے میں وہ کہا گیا ہے کہ جس کے لیے دعا کا دروازہ کھل گیا اس کے لیے خدا کی رحمت کے تمام دروازے کھل گئے۔</w:t>
      </w:r>
    </w:p>
    <w:p>
      <w:r>
        <w:rPr>
          <w:b/>
        </w:rPr>
        <w:t xml:space="preserve">[50:45] </w:t>
      </w:r>
      <w:r>
        <w:t>kyunke jab aap ka rabta ban gaya khuda se to phir us ke baad reh kya gaya? us ke baad to kuch bhi nahi reh gaya. us ke baad to koi cheez reh nahi gayi.</w:t>
      </w:r>
    </w:p>
    <w:p>
      <w:pPr>
        <w:jc w:val="right"/>
      </w:pPr>
      <w:r>
        <w:t>کیونکہ جب آپ کا رابطہ بن گیا خدا سے تو پھر اس کے بعد رہ کیا گیا؟ اس کے بعد تو کچھ بھی نہیں رہ گیا۔ اس کے بعد تو کوئی چیز رہ نہیں گئی۔</w:t>
      </w:r>
    </w:p>
    <w:p>
      <w:r>
        <w:rPr>
          <w:b/>
        </w:rPr>
        <w:t xml:space="preserve">[50:56] </w:t>
      </w:r>
      <w:r>
        <w:t>to achi tarah samajh lijiye ke</w:t>
      </w:r>
    </w:p>
    <w:p>
      <w:pPr>
        <w:jc w:val="right"/>
      </w:pPr>
      <w:r>
        <w:t>تو اچھی طرح سمجھ لیجیے کہ</w:t>
      </w:r>
    </w:p>
    <w:p>
      <w:r>
        <w:rPr>
          <w:b/>
        </w:rPr>
        <w:t xml:space="preserve">[51:03] </w:t>
      </w:r>
      <w:r>
        <w:t>yeh jo dua hai jis se rehmat ke darwaze khulte hain us ki aik qeemat hai. us ki qeemat diye baghair kisi ko woh dua mil nahi sakti hai.</w:t>
      </w:r>
    </w:p>
    <w:p>
      <w:pPr>
        <w:jc w:val="right"/>
      </w:pPr>
      <w:r>
        <w:t>یہ جو دعا ہے جس سے رحمت کے دروازے کھلتے ہیں اس کی ایک قیمت ہے۔ اس کی قیمت دیے بغیر کسی کو وہ دعا مل نہیں سکتی ہے۔</w:t>
      </w:r>
    </w:p>
    <w:p>
      <w:r>
        <w:rPr>
          <w:b/>
        </w:rPr>
        <w:t xml:space="preserve">[51:16] </w:t>
      </w:r>
      <w:r>
        <w:t>aap sari duaen rat dalen. aur sari duaen rat rat ke subah sham ko dohrate rahen to kabhi mumkin nahi ke woh dua hasil ho.</w:t>
      </w:r>
    </w:p>
    <w:p>
      <w:pPr>
        <w:jc w:val="right"/>
      </w:pPr>
      <w:r>
        <w:t>آپ ساری دعائیں رٹ ڈالیں۔ اور ساری دعائیں رٹ رٹ کے صبح شام کو دہراتے رہیں تو کبھی ممکن نہیں کہ وہ دعا حاصل ہو۔</w:t>
      </w:r>
    </w:p>
    <w:p>
      <w:r>
        <w:rPr>
          <w:b/>
        </w:rPr>
        <w:t xml:space="preserve">[51:25] </w:t>
      </w:r>
      <w:r>
        <w:t>kabhi bhi nahi.</w:t>
      </w:r>
    </w:p>
    <w:p>
      <w:pPr>
        <w:jc w:val="right"/>
      </w:pPr>
      <w:r>
        <w:t>کبھی بھی نہیں۔</w:t>
      </w:r>
    </w:p>
    <w:p>
      <w:r>
        <w:rPr>
          <w:b/>
        </w:rPr>
        <w:t xml:space="preserve">[51:30] </w:t>
      </w:r>
      <w:r>
        <w:t>is dua ki qeemat hai ke aap aap ke andar tawajjuh ho. tawajjuh ko aap bardasht na karen.</w:t>
      </w:r>
    </w:p>
    <w:p>
      <w:pPr>
        <w:jc w:val="right"/>
      </w:pPr>
      <w:r>
        <w:t>اس دعا کی قیمت ہے کہ آپ آپ کے اندر توجہ ہو۔ توجہ کو آپ برداشت نہ کریں۔</w:t>
      </w:r>
    </w:p>
    <w:p>
      <w:r>
        <w:rPr>
          <w:b/>
        </w:rPr>
        <w:t xml:space="preserve">[51:39] </w:t>
      </w:r>
      <w:r>
        <w:t>apna waqt aur apna tawajjuh, apni soch, apni jazbat kisi ko idhar udhar moray na honay den.</w:t>
      </w:r>
    </w:p>
    <w:p>
      <w:pPr>
        <w:jc w:val="right"/>
      </w:pPr>
      <w:r>
        <w:t>اپنا وقت اور اپنا توجہ، اپنی سوچ، اپنی جذبات کسی کو ادھر ادھر موڑے نہ ہونے دیں۔</w:t>
      </w:r>
    </w:p>
    <w:p>
      <w:r>
        <w:rPr>
          <w:b/>
        </w:rPr>
        <w:t xml:space="preserve">[51:49] </w:t>
      </w:r>
      <w:r>
        <w:t>barabar aap ki soch lagi rahe aik nuqtay par. to phir aisi aisi aisi baaten aayengi jo aap ke andar yaani aik sitara paida karen gi.</w:t>
      </w:r>
    </w:p>
    <w:p>
      <w:pPr>
        <w:jc w:val="right"/>
      </w:pPr>
      <w:r>
        <w:t>برابر آپ کی سوچ لگی رہے ایک نقطے پر۔ تو پھر ایسی ایسی ایسی باتیں آئیں گی جو آپ کے اندر یعنی ایک ستارہ پیدا کریں گی۔</w:t>
      </w:r>
    </w:p>
    <w:p>
      <w:r>
        <w:rPr>
          <w:b/>
        </w:rPr>
        <w:t xml:space="preserve">[52:04] </w:t>
      </w:r>
      <w:r>
        <w:t>aur us waqt jo dua niklegi wahi woh dua hai jis se khuda se rabta qaim hota hai. aik tareekh ki kitab hai bohat bohat hi mustanad ban jati hai.</w:t>
      </w:r>
    </w:p>
    <w:p>
      <w:pPr>
        <w:jc w:val="right"/>
      </w:pPr>
      <w:r>
        <w:t>اور اس وقت جو دعا نکلے گی وہی وہ دعا ہے جس سے خدا سے رابطہ قائم ہوتا ہے۔ ایک تاریخ کی کتاب ہے بہت بہت ہی مستند بن جاتی ہے۔</w:t>
      </w:r>
    </w:p>
    <w:p>
      <w:r>
        <w:rPr>
          <w:b/>
        </w:rPr>
        <w:t xml:space="preserve">[52:19] </w:t>
      </w:r>
      <w:r>
        <w:t>woh ibn aseer ki. ibn aseer ki kitab hai. uska naam hai tareekh al kamil</w:t>
      </w:r>
    </w:p>
    <w:p>
      <w:pPr>
        <w:jc w:val="right"/>
      </w:pPr>
      <w:r>
        <w:t>وہ ابن اسیر کی۔ ابن اسیر کی کتاب ہے۔ اس کا نام ہے تاریخ الکامل</w:t>
      </w:r>
    </w:p>
    <w:p>
      <w:r>
        <w:rPr>
          <w:b/>
        </w:rPr>
        <w:t xml:space="preserve">[52:28] </w:t>
      </w:r>
      <w:r>
        <w:t>. is mein aik waqia likha hai us ne. us se andaza hota hai ke woh dua jo qabool hoti hai woh kya cheez hoti hai.</w:t>
      </w:r>
    </w:p>
    <w:p>
      <w:pPr>
        <w:jc w:val="right"/>
      </w:pPr>
      <w:r>
        <w:t>۔ اس میں ایک واقعہ لکھا ہے اس نے۔ اس سے اندازہ ہوتا ہے کہ وہ دعا جو قبول ہوتی ہے وہ کیا چیز ہوتی ہے۔</w:t>
      </w:r>
    </w:p>
    <w:p>
      <w:r>
        <w:rPr>
          <w:b/>
        </w:rPr>
        <w:t xml:space="preserve">[52:41] </w:t>
      </w:r>
      <w:r>
        <w:t>ab se taqreeban aath sau saal pehle ki baat hai. spain mein jo muslim hukmaran tha jis ko Aldus kehte hain.</w:t>
      </w:r>
    </w:p>
    <w:p>
      <w:pPr>
        <w:jc w:val="right"/>
      </w:pPr>
      <w:r>
        <w:t>اب سے تقریباً آٹھ سو سال پہلے کی بات ہے۔ اسپین میں جو مسلم حکمران تھا جس کو الدلس کہتے ہیں۔</w:t>
      </w:r>
    </w:p>
    <w:p>
      <w:r>
        <w:rPr>
          <w:b/>
        </w:rPr>
        <w:t xml:space="preserve">[52:54] </w:t>
      </w:r>
      <w:r>
        <w:t>doulat al andlusiyah.</w:t>
      </w:r>
    </w:p>
    <w:p>
      <w:pPr>
        <w:jc w:val="right"/>
      </w:pPr>
      <w:r>
        <w:t>دولت الاندلوسیہ۔</w:t>
      </w:r>
    </w:p>
    <w:p>
      <w:r>
        <w:rPr>
          <w:b/>
        </w:rPr>
        <w:t xml:space="preserve">[52:57] </w:t>
      </w:r>
      <w:r>
        <w:t>to us ka aik hukmaran tha us ka naam tha abdul rehman. abdul rehman bohat hi zabardast badshah tha.</w:t>
      </w:r>
    </w:p>
    <w:p>
      <w:pPr>
        <w:jc w:val="right"/>
      </w:pPr>
      <w:r>
        <w:t>تو اس کا ایک حکمران تھا اس کا نام تھا عبدالرحمن۔ عبدالرحمن بہت ہی زبردست بادشاہ تھا۔</w:t>
      </w:r>
    </w:p>
    <w:p>
      <w:r>
        <w:rPr>
          <w:b/>
        </w:rPr>
        <w:t xml:space="preserve">[53:08] </w:t>
      </w:r>
      <w:r>
        <w:t>us ne bohat bara mahal banaya tha. to kya hua ke us ke zamane mein spain mein qahat aa gaya.</w:t>
      </w:r>
    </w:p>
    <w:p>
      <w:pPr>
        <w:jc w:val="right"/>
      </w:pPr>
      <w:r>
        <w:t>اس نے بہت بڑا محل بنایا تھا۔ تو کیا ہوا کہ اس کے زمانے میں اسپین میں قحط آگیا۔</w:t>
      </w:r>
    </w:p>
    <w:p>
      <w:r>
        <w:rPr>
          <w:b/>
        </w:rPr>
        <w:t xml:space="preserve">[53:19] </w:t>
      </w:r>
      <w:r>
        <w:t>pani barish nahi hui. har taraf sokha par gaya. aur insan aur maweshi aur ziraat sab ke liye pani ki bohat ziyada kami ho gayi.</w:t>
      </w:r>
    </w:p>
    <w:p>
      <w:pPr>
        <w:jc w:val="right"/>
      </w:pPr>
      <w:r>
        <w:t>پانی بارش نہیں ہوئی۔ ہر طرف سوکھا پڑ گیا۔ اور انسان اور مویشی اور زراعت سب کے لیے پانی کی بہت زیادہ کمی ہوگئی۔</w:t>
      </w:r>
    </w:p>
    <w:p>
      <w:r>
        <w:rPr>
          <w:b/>
        </w:rPr>
        <w:t xml:space="preserve">[53:34] </w:t>
      </w:r>
      <w:r>
        <w:t>to bohat zabardast sokha par gaya. jis ko qahat kehte hain.</w:t>
      </w:r>
    </w:p>
    <w:p>
      <w:pPr>
        <w:jc w:val="right"/>
      </w:pPr>
      <w:r>
        <w:t>تو بہت زبردست سوکھا پڑا۔ جس کو قحط کہتے ہیں۔</w:t>
      </w:r>
    </w:p>
    <w:p>
      <w:r>
        <w:rPr>
          <w:b/>
        </w:rPr>
        <w:t xml:space="preserve">[53:40] </w:t>
      </w:r>
      <w:r>
        <w:t>to us zamane mein aik thay buzurg qazi mandir un ka naam tha. qazi mandir.</w:t>
      </w:r>
    </w:p>
    <w:p>
      <w:pPr>
        <w:jc w:val="right"/>
      </w:pPr>
      <w:r>
        <w:t>تو اس زمانے میں ایک تھے بزرگ قاضی مندر ان کا نام تھا۔ قاضی مندر۔</w:t>
      </w:r>
    </w:p>
    <w:p>
      <w:r>
        <w:rPr>
          <w:b/>
        </w:rPr>
        <w:t xml:space="preserve">[53:47] </w:t>
      </w:r>
      <w:r>
        <w:t>to abdul rehman jo badshah tha us ne apne aadmi ko bheja qazi mandir ke paas.</w:t>
      </w:r>
    </w:p>
    <w:p>
      <w:pPr>
        <w:jc w:val="right"/>
      </w:pPr>
      <w:r>
        <w:t>تو عبدالرحمن جو بادشاہ تھا اس نے اپنے آدمی کو بھیجا قاضی مندر کے پاس۔</w:t>
      </w:r>
    </w:p>
    <w:p>
      <w:r>
        <w:rPr>
          <w:b/>
        </w:rPr>
        <w:t xml:space="preserve">[53:58] </w:t>
      </w:r>
      <w:r>
        <w:t>ke jao un se kaho ke dua kare.</w:t>
      </w:r>
    </w:p>
    <w:p>
      <w:pPr>
        <w:jc w:val="right"/>
      </w:pPr>
      <w:r>
        <w:t>کہ جاؤ ان سے کہو کہ دعا کرے۔</w:t>
      </w:r>
    </w:p>
    <w:p>
      <w:r>
        <w:rPr>
          <w:b/>
        </w:rPr>
        <w:t xml:space="preserve">[54:05] </w:t>
      </w:r>
      <w:r>
        <w:t>dua kare.</w:t>
      </w:r>
    </w:p>
    <w:p>
      <w:pPr>
        <w:jc w:val="right"/>
      </w:pPr>
      <w:r>
        <w:t>دعا کرے۔</w:t>
      </w:r>
    </w:p>
    <w:p>
      <w:r>
        <w:rPr>
          <w:b/>
        </w:rPr>
        <w:t xml:space="preserve">[54:09] </w:t>
      </w:r>
      <w:r>
        <w:t>us waqt yeh badshah qurtuba mein tha jis ko kehte hain cardoba.</w:t>
      </w:r>
    </w:p>
    <w:p>
      <w:pPr>
        <w:jc w:val="right"/>
      </w:pPr>
      <w:r>
        <w:t>اس وقت یہ بادشاہ قرطبہ میں تھا جس کو کہتے ہیں کارڈوبا۔</w:t>
      </w:r>
    </w:p>
    <w:p>
      <w:r>
        <w:rPr>
          <w:b/>
        </w:rPr>
        <w:t xml:space="preserve">[54:15] </w:t>
      </w:r>
      <w:r>
        <w:t>spain ka jo shehar hai cardoba jis ko kehte hain qurtuba. wahan tha woh. to woh gaya qazi mandir ke paas.</w:t>
      </w:r>
    </w:p>
    <w:p>
      <w:pPr>
        <w:jc w:val="right"/>
      </w:pPr>
      <w:r>
        <w:t>اسپین کا جو شہر ہے کارڈوبا جس کو کہتے ہیں قرطبہ۔ وہاں تھا وہ۔ تو وہ گیا قاضی مندر کے پاس۔</w:t>
      </w:r>
    </w:p>
    <w:p>
      <w:r>
        <w:rPr>
          <w:b/>
        </w:rPr>
        <w:t xml:space="preserve">[54:25] </w:t>
      </w:r>
      <w:r>
        <w:t>aur kaha ke badshah ne bheja hai ke dekhen ke sokha pada hua hai. pani nahi baras raha hai. sare log pareshan hain. to aap dua kijiye ke khuda barish barsa de.</w:t>
      </w:r>
    </w:p>
    <w:p>
      <w:pPr>
        <w:jc w:val="right"/>
      </w:pPr>
      <w:r>
        <w:t>اور کہا کہ بادشاہ نے بھیجا ہے کہ دیکھیں کہ سوکھا پڑا ہوا ہے۔ پانی نہیں برس رہا ہے۔ سارے لوگ پریشان ہیں۔ تو آپ دعا کیجیے کہ خدا بارش برسا دے۔</w:t>
      </w:r>
    </w:p>
    <w:p>
      <w:r>
        <w:rPr>
          <w:b/>
        </w:rPr>
        <w:t xml:space="preserve">[54:41] </w:t>
      </w:r>
      <w:r>
        <w:t>to qazi mandir ne kaha</w:t>
      </w:r>
    </w:p>
    <w:p>
      <w:pPr>
        <w:jc w:val="right"/>
      </w:pPr>
      <w:r>
        <w:t>تو قاضی مندر نے کہا</w:t>
      </w:r>
    </w:p>
    <w:p>
      <w:r>
        <w:rPr>
          <w:b/>
        </w:rPr>
        <w:t xml:space="preserve">[54:46] </w:t>
      </w:r>
      <w:r>
        <w:t>ke badshah ne mere pas to bheja hai dua karne ke liye. khud badshah kya kar raha hai?</w:t>
      </w:r>
    </w:p>
    <w:p>
      <w:pPr>
        <w:jc w:val="right"/>
      </w:pPr>
      <w:r>
        <w:t>کہ بادشاہ نے میرے پاس تو بھیجا ہے دعا کرنے کے لیے۔ خود بادشاہ کیا کر رہا ہے؟</w:t>
      </w:r>
    </w:p>
    <w:p>
      <w:r>
        <w:rPr>
          <w:b/>
        </w:rPr>
        <w:t xml:space="preserve">[54:57] </w:t>
      </w:r>
      <w:r>
        <w:t>to is aadmi ne kaha ke aaj se zyada maine badshah ko kabhi</w:t>
      </w:r>
    </w:p>
    <w:p>
      <w:pPr>
        <w:jc w:val="right"/>
      </w:pPr>
      <w:r>
        <w:t>تو اس آدمی نے کہا کہ آج سے زیادہ میں نے بادشاہ کو کبھی</w:t>
      </w:r>
    </w:p>
    <w:p>
      <w:r>
        <w:rPr>
          <w:b/>
        </w:rPr>
        <w:t xml:space="preserve">[55:06] </w:t>
      </w:r>
      <w:r>
        <w:t>pareshan haal mein nahi dekha.</w:t>
      </w:r>
    </w:p>
    <w:p>
      <w:pPr>
        <w:jc w:val="right"/>
      </w:pPr>
      <w:r>
        <w:t>پریشان حال میں نہیں دیکھا۔</w:t>
      </w:r>
    </w:p>
    <w:p>
      <w:r>
        <w:rPr>
          <w:b/>
        </w:rPr>
        <w:t xml:space="preserve">[55:10] </w:t>
      </w:r>
      <w:r>
        <w:t>main is is ne poocha ke tum kis haal mein dekh chhod kar aaye ho badshah ko? unhone kaha ke badshah ko maine is haal mein chhoda hai maine ke apna taj jo hai taj ko utar diya us ne.</w:t>
      </w:r>
    </w:p>
    <w:p>
      <w:pPr>
        <w:jc w:val="right"/>
      </w:pPr>
      <w:r>
        <w:t>میں اس اس نے پوچھا کہ تم کس حال میں دیکھ چھوڑ کر آئے ہو بادشاہ کو؟ انہوں نے کہا کہ بادشاہ کو میں نے اس حال میں چھوڑا ہے میں نے کہ اپنا تاج جو ہے تاج کو اتار دیا اس نے۔</w:t>
      </w:r>
    </w:p>
    <w:p>
      <w:r>
        <w:rPr>
          <w:b/>
        </w:rPr>
        <w:t xml:space="preserve">[55:23] </w:t>
      </w:r>
      <w:r>
        <w:t>paon ka jo jootha utar diya.</w:t>
      </w:r>
    </w:p>
    <w:p>
      <w:pPr>
        <w:jc w:val="right"/>
      </w:pPr>
      <w:r>
        <w:t>پاؤں کا جوتا اتار دیا۔</w:t>
      </w:r>
    </w:p>
    <w:p>
      <w:r>
        <w:rPr>
          <w:b/>
        </w:rPr>
        <w:t xml:space="preserve">[55:27] </w:t>
      </w:r>
      <w:r>
        <w:t>aur jo uska woh jo tha taj jo tha takht us se utar kar ke zameen par sajde mein gir gaya.</w:t>
      </w:r>
    </w:p>
    <w:p>
      <w:pPr>
        <w:jc w:val="right"/>
      </w:pPr>
      <w:r>
        <w:t>اور جو اس کا وہ جو تھا تاج جو تھا تخت اس سے اتر کر کے زمین پر سجدے میں گر گیا۔</w:t>
      </w:r>
    </w:p>
    <w:p>
      <w:r>
        <w:rPr>
          <w:b/>
        </w:rPr>
        <w:t xml:space="preserve">[55:37] </w:t>
      </w:r>
      <w:r>
        <w:t>paon ka jo jootha utar diya. sir ka taj utar diya. aur taj se neeche utar pada zameen par aur sajde mein gir pada.</w:t>
      </w:r>
    </w:p>
    <w:p>
      <w:pPr>
        <w:jc w:val="right"/>
      </w:pPr>
      <w:r>
        <w:t>پاؤں کا جوتا اتار دیا۔ سر کا تاج اتار دیا۔ اور تاج سے نیچے اتر پڑا زمین پر اور سجدے میں گر پڑا۔</w:t>
      </w:r>
    </w:p>
    <w:p>
      <w:r>
        <w:rPr>
          <w:b/>
        </w:rPr>
        <w:t xml:space="preserve">[55:47] </w:t>
      </w:r>
      <w:r>
        <w:t>to us ne bataya ke sajde mein gir kar woh keh raha hai badshah keh raha tha ke ya rab at'adhib bil ra'iyyah wa anta arham ur rahimin aye mere rab!</w:t>
      </w:r>
    </w:p>
    <w:p>
      <w:pPr>
        <w:jc w:val="right"/>
      </w:pPr>
      <w:r>
        <w:t>تو اس نے بتایا کہ سجدے میں گر کر وہ کہہ رہا ہے بادشاہ کہہ رہا تھا کہ یا رب اتعذب بالرعیه وانت ارحم الراحمین اے میرے رب!</w:t>
      </w:r>
    </w:p>
    <w:p>
      <w:r>
        <w:rPr>
          <w:b/>
        </w:rPr>
        <w:t xml:space="preserve">[56:08] </w:t>
      </w:r>
      <w:r>
        <w:t>kya tu meri wajah se logon ko saza dega?</w:t>
      </w:r>
    </w:p>
    <w:p>
      <w:pPr>
        <w:jc w:val="right"/>
      </w:pPr>
      <w:r>
        <w:t>کیا تو میری وجہ سے لوگوں کو سزا دے گا؟</w:t>
      </w:r>
    </w:p>
    <w:p>
      <w:r>
        <w:rPr>
          <w:b/>
        </w:rPr>
        <w:t xml:space="preserve">[56:16] </w:t>
      </w:r>
      <w:r>
        <w:t>halankeh tu sare mehrban logon se zyada mehrban hai. yeh keh raha hai, ro raha hai.</w:t>
      </w:r>
    </w:p>
    <w:p>
      <w:pPr>
        <w:jc w:val="right"/>
      </w:pPr>
      <w:r>
        <w:t>حالانکہ تو سارے مہربان لوگوں سے زیادہ مہربان ہے۔ یہ کہہ رہا ہے، رو رہا ہے۔</w:t>
      </w:r>
    </w:p>
    <w:p>
      <w:r>
        <w:rPr>
          <w:b/>
        </w:rPr>
        <w:t xml:space="preserve">[56:27] </w:t>
      </w:r>
      <w:r>
        <w:t>yeh keh raha hai, ro raha hai ke aye rab! kya tu meri wajah se sare logon ko saza dega?</w:t>
      </w:r>
    </w:p>
    <w:p>
      <w:pPr>
        <w:jc w:val="right"/>
      </w:pPr>
      <w:r>
        <w:t>یہ کہہ رہا ہے، رو رہا ہے کہ اے رب! کیا تو میری وجہ سے سارے لوگوں کو سزا دے گا؟</w:t>
      </w:r>
    </w:p>
    <w:p>
      <w:r>
        <w:rPr>
          <w:b/>
        </w:rPr>
        <w:t xml:space="preserve">[56:40] </w:t>
      </w:r>
      <w:r>
        <w:t>yani apni badshahi se hat kar ke badshahi ka sara libada phenk kar ke zameen par gir pada woh. aur aisa bol raha hai woh.</w:t>
      </w:r>
    </w:p>
    <w:p>
      <w:pPr>
        <w:jc w:val="right"/>
      </w:pPr>
      <w:r>
        <w:t>یعنی اپنی بادشاہی سے ہٹ کر کے بادشاہی کا سارا لبادہ پھینک کر کے زمین پر گر پڑا وہ۔ اور ایسا بول رہا ہے وہ۔</w:t>
      </w:r>
    </w:p>
    <w:p>
      <w:r>
        <w:rPr>
          <w:b/>
        </w:rPr>
        <w:t xml:space="preserve">[56:50] </w:t>
      </w:r>
      <w:r>
        <w:t>aur ro raha hai woh. qazi mandir ne kya kaha?</w:t>
      </w:r>
    </w:p>
    <w:p>
      <w:pPr>
        <w:jc w:val="right"/>
      </w:pPr>
      <w:r>
        <w:t>اور رو رہا ہے وہ۔ قاضی مندر نے کیا کہا؟</w:t>
      </w:r>
    </w:p>
    <w:p>
      <w:r>
        <w:rPr>
          <w:b/>
        </w:rPr>
        <w:t xml:space="preserve">[57:01] </w:t>
      </w:r>
      <w:r>
        <w:t>ke phir tum barish lekar jao.</w:t>
      </w:r>
    </w:p>
    <w:p>
      <w:pPr>
        <w:jc w:val="right"/>
      </w:pPr>
      <w:r>
        <w:t>کہ پھر تم بارش لے کر جاؤ۔</w:t>
      </w:r>
    </w:p>
    <w:p>
      <w:r>
        <w:rPr>
          <w:b/>
        </w:rPr>
        <w:t xml:space="preserve">[57:06] </w:t>
      </w:r>
      <w:r>
        <w:t>qazi mandir islami tareekh ke ek bahut bade scholar bhi the aur bahut bade buzurg bhi the. woh wahan par judge the, wahan par woh. to unhone kaha ke tum barish lekar jao.</w:t>
      </w:r>
    </w:p>
    <w:p>
      <w:pPr>
        <w:jc w:val="right"/>
      </w:pPr>
      <w:r>
        <w:t>قاضی مندر اسلامی تاریخ کے ایک بہت بڑے اسکالر بھی تھے اور بہت بڑے بزرگ بھی تھے۔ وہ وہاں پر جج تھے، وہاں پر وہ۔ تو انہوں نے کہا کہ تم بارش لے کر جاؤ۔</w:t>
      </w:r>
    </w:p>
    <w:p>
      <w:r>
        <w:rPr>
          <w:b/>
        </w:rPr>
        <w:t xml:space="preserve">[57:19] </w:t>
      </w:r>
      <w:r>
        <w:t>is liye ke</w:t>
      </w:r>
    </w:p>
    <w:p>
      <w:pPr>
        <w:jc w:val="right"/>
      </w:pPr>
      <w:r>
        <w:t>اس لیے کہ</w:t>
      </w:r>
    </w:p>
    <w:p>
      <w:r>
        <w:rPr>
          <w:b/>
        </w:rPr>
        <w:t xml:space="preserve">[57:24] </w:t>
      </w:r>
      <w:r>
        <w:t>idha khasha jab bara al-ard rahma idha bara as-sama</w:t>
      </w:r>
    </w:p>
    <w:p>
      <w:pPr>
        <w:jc w:val="right"/>
      </w:pPr>
      <w:r>
        <w:t>اذا خشا جب بار الارض رحم جب بار السماء</w:t>
      </w:r>
    </w:p>
    <w:p>
      <w:r>
        <w:rPr>
          <w:b/>
        </w:rPr>
        <w:t xml:space="preserve">[57:31] </w:t>
      </w:r>
      <w:r>
        <w:t>idha khasha jab bara al-ard rahma idha bara as-sama</w:t>
      </w:r>
    </w:p>
    <w:p>
      <w:pPr>
        <w:jc w:val="right"/>
      </w:pPr>
      <w:r>
        <w:t>اذا خشا جب بار الارض رحم جب بار السماء</w:t>
      </w:r>
    </w:p>
    <w:p>
      <w:r>
        <w:rPr>
          <w:b/>
        </w:rPr>
        <w:t xml:space="preserve">[57:36] </w:t>
      </w:r>
      <w:r>
        <w:t>jab jab zameen ka badshah aajzi karta hai to aasman ka badshah</w:t>
      </w:r>
    </w:p>
    <w:p>
      <w:pPr>
        <w:jc w:val="right"/>
      </w:pPr>
      <w:r>
        <w:t>جب جب زمین کا بادشاہ عاجزی کرتا ہے تو آسمان کا بادشاہ</w:t>
      </w:r>
    </w:p>
    <w:p>
      <w:r>
        <w:rPr>
          <w:b/>
        </w:rPr>
        <w:t xml:space="preserve">[57:46] </w:t>
      </w:r>
      <w:r>
        <w:t>apni barkat bhej deta hai.</w:t>
      </w:r>
    </w:p>
    <w:p>
      <w:pPr>
        <w:jc w:val="right"/>
      </w:pPr>
      <w:r>
        <w:t>اپنی برکت بھیج دیتا ہے۔</w:t>
      </w:r>
    </w:p>
    <w:p>
      <w:r>
        <w:rPr>
          <w:b/>
        </w:rPr>
        <w:t xml:space="preserve">[57:52] </w:t>
      </w:r>
      <w:r>
        <w:t>logon par meharbani ki barish kar deta hai.</w:t>
      </w:r>
    </w:p>
    <w:p>
      <w:pPr>
        <w:jc w:val="right"/>
      </w:pPr>
      <w:r>
        <w:t>لوگوں پر مہربانی کی بارش کر دیتا ہے۔</w:t>
      </w:r>
    </w:p>
    <w:p>
      <w:r>
        <w:rPr>
          <w:b/>
        </w:rPr>
        <w:t xml:space="preserve">[57:57] </w:t>
      </w:r>
      <w:r>
        <w:t>to chunancha is kitab mein likha hua hai ke woh aadmi jab wapas hokar pahuncha badshah ke pas to barish shuru ho chuki thi.</w:t>
      </w:r>
    </w:p>
    <w:p>
      <w:pPr>
        <w:jc w:val="right"/>
      </w:pPr>
      <w:r>
        <w:t>تو چنانچہ اس کتاب میں لکھا ہوا ہے کہ وہ آدمی جب واپس ہو کر پہنچا بادشاہ کے پاس تو بارش شروع ہو چکی تھی۔</w:t>
      </w:r>
    </w:p>
    <w:p>
      <w:r>
        <w:rPr>
          <w:b/>
        </w:rPr>
        <w:t xml:space="preserve">[58:12] </w:t>
      </w:r>
      <w:r>
        <w:t>yeh ibn atheer jo hai iska ham'asar tha. iske zamane ka yeh waqia hai. woh ham'asar tha is badshah ka.</w:t>
      </w:r>
    </w:p>
    <w:p>
      <w:pPr>
        <w:jc w:val="right"/>
      </w:pPr>
      <w:r>
        <w:t>یہ ابن اسیر جو ہے اس کا ہم عصر تھا۔ اس کے زمانے کا یہ واقعہ ہے۔ وہ ہم عصر تھا اس بادشاہ کا۔</w:t>
      </w:r>
    </w:p>
    <w:p>
      <w:r>
        <w:rPr>
          <w:b/>
        </w:rPr>
        <w:t xml:space="preserve">[58:23] </w:t>
      </w:r>
      <w:r>
        <w:t>to yeh hai dekhiye, is badshah yahan par ghor kijiye.</w:t>
      </w:r>
    </w:p>
    <w:p>
      <w:pPr>
        <w:jc w:val="right"/>
      </w:pPr>
      <w:r>
        <w:t>تو یہ ہے دیکھیے، اس بادشاہ یہاں پر غور کیجیے۔</w:t>
      </w:r>
    </w:p>
    <w:p>
      <w:r>
        <w:rPr>
          <w:b/>
        </w:rPr>
        <w:t xml:space="preserve">[58:27] </w:t>
      </w:r>
      <w:r>
        <w:t>badshah ki jo badshahi thi, jis ka jo taaj tha, is ka jo taaj tha, is ki jo azmat thi, sab ko is ne door phenk diya. aur apna yani be-basi ka ya azizi ka aakhri jo ho sakta tha ke zameen par gir pada woh.</w:t>
      </w:r>
    </w:p>
    <w:p>
      <w:pPr>
        <w:jc w:val="right"/>
      </w:pPr>
      <w:r>
        <w:t>بادشاہ کی جو بادشاہی تھی، جس کا جو تاج تھا، اس کا جو تاج تھا، اس کی جو عظمت تھی، سب کو اس نے دور پھینک دیا۔ اور اپنا یعنی بے بسی کا یا عاجزی کا آخری جو ہو سکتا تھا کہ زمین پر گر پڑا وہ۔</w:t>
      </w:r>
    </w:p>
    <w:p>
      <w:r>
        <w:rPr>
          <w:b/>
        </w:rPr>
        <w:t xml:space="preserve">[58:45] </w:t>
      </w:r>
      <w:r>
        <w:t>zameen par gir pada aur ro kar yeh dua karne laga.</w:t>
      </w:r>
    </w:p>
    <w:p>
      <w:pPr>
        <w:jc w:val="right"/>
      </w:pPr>
      <w:r>
        <w:t>زمین پر گر پڑا اور رو کر یہ دعا کرنے لگا۔</w:t>
      </w:r>
    </w:p>
    <w:p>
      <w:r>
        <w:rPr>
          <w:b/>
        </w:rPr>
        <w:t xml:space="preserve">[58:51] </w:t>
      </w:r>
      <w:r>
        <w:t>to yaad rakhiye, Khuda aur aur insaan ke beech mein jo jo jo faasla hai jante hain kya hai woh? Khuda aur Khuda aur insaan ke beech mein jo faasla hai woh kya hai?</w:t>
      </w:r>
    </w:p>
    <w:p>
      <w:pPr>
        <w:jc w:val="right"/>
      </w:pPr>
      <w:r>
        <w:t>تو یاد رکھیے، خدا اور اور انسان کے بیچ میں جو جو جو فاصلہ ہے جانتے ہیں کیا ہے وہ؟ خدا اور خدا اور انسان کے بیچ میں جو فاصلہ ہے وہ کیا ہے؟</w:t>
      </w:r>
    </w:p>
    <w:p>
      <w:r>
        <w:rPr>
          <w:b/>
        </w:rPr>
        <w:t xml:space="preserve">[59:04] </w:t>
      </w:r>
      <w:r>
        <w:t>woh hai gharoor. gharoor, khud shaan.</w:t>
      </w:r>
    </w:p>
    <w:p>
      <w:pPr>
        <w:jc w:val="right"/>
      </w:pPr>
      <w:r>
        <w:t>وہ ہے غرور۔ غرور، خود شان۔</w:t>
      </w:r>
    </w:p>
    <w:p>
      <w:r>
        <w:rPr>
          <w:b/>
        </w:rPr>
        <w:t xml:space="preserve">[59:12] </w:t>
      </w:r>
      <w:r>
        <w:t>jahan aadmi apni khud shaan ko khatm kar de. apne بڑai ke ehsaas ko khatm kar de.</w:t>
      </w:r>
    </w:p>
    <w:p>
      <w:pPr>
        <w:jc w:val="right"/>
      </w:pPr>
      <w:r>
        <w:t>جہاں آدمی اپنی خود شان کو ختم کر دے۔ اپنے بڑائی کے احساس کو ختم کر دے۔</w:t>
      </w:r>
    </w:p>
    <w:p>
      <w:r>
        <w:rPr>
          <w:b/>
        </w:rPr>
        <w:t xml:space="preserve">[59:22] </w:t>
      </w:r>
      <w:r>
        <w:t>khatm kar ke wahan pahunch jaye jahan be-basi ke siwa kuch baqi na rahe. to wahan Khuda foran aa jata hai. jis tarah Musa (AS) ka waqia jo main ne arz kiya.</w:t>
      </w:r>
    </w:p>
    <w:p>
      <w:pPr>
        <w:jc w:val="right"/>
      </w:pPr>
      <w:r>
        <w:t>ختم کر کے وہاں پہنچ جائے جہاں بے بسی کے سوا کچھ باقی نہ رہے۔ تو وہاں خدا فوراً آ جاتا ہے۔ جس طرح موسیٰ علیہ السلام کا واقعہ جو میں نے عرض کیا۔</w:t>
      </w:r>
    </w:p>
    <w:p>
      <w:r>
        <w:rPr>
          <w:b/>
        </w:rPr>
        <w:t xml:space="preserve">[59:35] </w:t>
      </w:r>
      <w:r>
        <w:t>jo hamare aur Khuda ke beech mein jo doori hai, jo faasla hai woh sirf yeh hai ke hum masnooi tor par, masnooi tor par apne ko bara samajh lein.</w:t>
      </w:r>
    </w:p>
    <w:p>
      <w:pPr>
        <w:jc w:val="right"/>
      </w:pPr>
      <w:r>
        <w:t>جو ہمارے اور خدا کے بیچ میں جو دوری ہے، جو فاصلہ ہے وہ صرف یہ ہے کہ ہم مصنوعی طور پر، مصنوعی طور پر اپنے کو بڑا سمجھ لیں۔</w:t>
      </w:r>
    </w:p>
    <w:p>
      <w:r>
        <w:rPr>
          <w:b/>
        </w:rPr>
        <w:t xml:space="preserve">[59:45] </w:t>
      </w:r>
      <w:r>
        <w:t>apne ko badshah samajh lein. apne ko ameer samajh lein. apne ko leader samajh lein. apne ko azeem samajh lein. yahi faasla hai ji Khuda aur insaan ke beech mein</w:t>
      </w:r>
    </w:p>
    <w:p>
      <w:pPr>
        <w:jc w:val="right"/>
      </w:pPr>
      <w:r>
        <w:t>اپنے کو بادشاہ سمجھ لیں۔ اپنے کو امیر سمجھ لیں۔ اپنے کو لیڈر سمجھ لیں۔ اپنے کو عظیم سمجھ لیں۔ یہی فاصلہ ہے جی خدا اور انسان کے بیچ میں</w:t>
      </w:r>
    </w:p>
    <w:p>
      <w:r>
        <w:rPr>
          <w:b/>
        </w:rPr>
        <w:t xml:space="preserve">[59:58] </w:t>
      </w:r>
      <w:r>
        <w:t>. jaise hi aap is ko utar kar phenk dein, is labade ko to bas doori khatm ho jati hai. phir doori khatm ho jati hai.</w:t>
      </w:r>
    </w:p>
    <w:p>
      <w:pPr>
        <w:jc w:val="right"/>
      </w:pPr>
      <w:r>
        <w:t>۔ جیسے ہی آپ اس کو اتار کر پھینک دیں، اس لبادے کو تو بس دوری ختم ہو جاتی ہے۔ پھر دوری ختم ہو جاتی ہے۔</w:t>
      </w:r>
    </w:p>
    <w:p>
      <w:r>
        <w:rPr>
          <w:b/>
        </w:rPr>
        <w:t xml:space="preserve">[1:00:12] </w:t>
      </w:r>
      <w:r>
        <w:t>to is badshah ne jo bohat zabardast badshah tha aur bohat jalal wala badshah tha, is ne jab sari badshahat ko phenk diya utar kar ke aur is wahan pahunch gaya jahan ek be-bas insaan hota hai.</w:t>
      </w:r>
    </w:p>
    <w:p>
      <w:pPr>
        <w:jc w:val="right"/>
      </w:pPr>
      <w:r>
        <w:t>تو اس بادشاہ نے جو بہت زبردست بادشاہ تھا اور بہت جلال والا بادشاہ تھا، اس نے جب ساری بادشاہت کو پھینک دیا اتار کر کے اور اس وہاں پہنچ گیا جہاں ایک بے بس انسان ہوتا ہے۔</w:t>
      </w:r>
    </w:p>
    <w:p>
      <w:r>
        <w:rPr>
          <w:b/>
        </w:rPr>
        <w:t xml:space="preserve">[1:00:32] </w:t>
      </w:r>
      <w:r>
        <w:t>sab kuch phenk kar ke zameen par gir pada aur rone laga to Khuda aur us ke beech mein jo faasla hai woh khatm ho gaya.</w:t>
      </w:r>
    </w:p>
    <w:p>
      <w:pPr>
        <w:jc w:val="right"/>
      </w:pPr>
      <w:r>
        <w:t>سب کچھ پھینک کر کے زمین پر گر پڑا اور رونے لگا تو خدا اور اس کے بیچ میں جو فاصلہ ہے وہ ختم ہو گیا۔</w:t>
      </w:r>
    </w:p>
    <w:p>
      <w:r>
        <w:rPr>
          <w:b/>
        </w:rPr>
        <w:t xml:space="preserve">[1:00:42] </w:t>
      </w:r>
      <w:r>
        <w:t>aur phir is ki dua is tarah qabool hui ke woh aadmi lauta to wahan barish shuru ho chuki thi. dekhiye, yeh ab main ne arz kiya ke nuqta hawala woh jo abhi main ne waqia arz bataya, main ne Sadia wala ke is ne dua ki ke Khuda ya yeh yeh team jo hamari hai woh labbaik labbaik kehte hue tere paas hazir hai.</w:t>
      </w:r>
    </w:p>
    <w:p>
      <w:pPr>
        <w:jc w:val="right"/>
      </w:pPr>
      <w:r>
        <w:t>اور پھر اس کی دعا اس طرح قبول ہوئی کہ وہ آدمی لوٹا تو وہاں بارش شروع ہو چکی تھی۔ دیکھیے، یہ اب میں نے عرض کیا کہ نقطہ حوالہ وہ جو ابھی میں نے واقعہ عرض بتایا، میں نے سعدیہ والا کہ اس نے دعا کی کہ خدایا یہ یہ ٹیم جو ہماری ہے وہ لبیک لبیک کہتے ہوئے تیرے پاس حاضر ہے۔</w:t>
      </w:r>
    </w:p>
    <w:p>
      <w:r>
        <w:rPr>
          <w:b/>
        </w:rPr>
        <w:t xml:space="preserve">[1:01:04] </w:t>
      </w:r>
      <w:r>
        <w:t>to is ko qabool kar le.</w:t>
      </w:r>
    </w:p>
    <w:p>
      <w:pPr>
        <w:jc w:val="right"/>
      </w:pPr>
      <w:r>
        <w:t>تو اس کو قبول کر لے۔</w:t>
      </w:r>
    </w:p>
    <w:p>
      <w:r>
        <w:rPr>
          <w:b/>
        </w:rPr>
        <w:t xml:space="preserve">[1:01:06] </w:t>
      </w:r>
      <w:r>
        <w:t>ek sath main ne bayan kiya to woh kehne lage ke woh woh to nabiyon ka group tha. Hazrat Ismail (AS) nabi, Hazrat Ibrahim (AS) nabi aur Hajra (AS) nabi ki بیوی, is se kaise jod liya aap ne?</w:t>
      </w:r>
    </w:p>
    <w:p>
      <w:pPr>
        <w:jc w:val="right"/>
      </w:pPr>
      <w:r>
        <w:t>ایک ساتھ میں نے بیان کیا تو وہ کہنے لگے کہ وہ وہ تو نبیوں کا گروپ تھا۔ حضرت اسماعیل نبی، حضرت ابراہیم نبی اور ہاجرہ نبی کی بیوی، اس سے کیسے جوڑ لیا آپ نے؟</w:t>
      </w:r>
    </w:p>
    <w:p>
      <w:r>
        <w:rPr>
          <w:b/>
        </w:rPr>
        <w:t xml:space="preserve">[1:01:19] </w:t>
      </w:r>
      <w:r>
        <w:t>aap ne apne ko? woh to nabiyon ka khandan tha. aise log dunyavi andhe hain, akhirat mein andhe rahenge. masla nuqta hawala ka hota hai, yaad rakhiye.</w:t>
      </w:r>
    </w:p>
    <w:p>
      <w:pPr>
        <w:jc w:val="right"/>
      </w:pPr>
      <w:r>
        <w:t>آپ نے اپنے کو؟ وہ تو نبیوں کا خاندان تھا۔ ایسے لوگ دنیاوی اندھے ہیں، آخرت میں اندھے رہیں گے۔ مسئلہ نقطہ حوالہ کا ہوتا ہے، یاد رکھیے۔</w:t>
      </w:r>
    </w:p>
    <w:p>
      <w:r>
        <w:rPr>
          <w:b/>
        </w:rPr>
        <w:t xml:space="preserve">[1:01:33] </w:t>
      </w:r>
      <w:r>
        <w:t>nuqta hawala</w:t>
      </w:r>
    </w:p>
    <w:p>
      <w:pPr>
        <w:jc w:val="right"/>
      </w:pPr>
      <w:r>
        <w:t>نقطہ حوالہ</w:t>
      </w:r>
    </w:p>
    <w:p>
      <w:r>
        <w:rPr>
          <w:b/>
        </w:rPr>
        <w:t xml:space="preserve">[1:01:37] </w:t>
      </w:r>
      <w:r>
        <w:t>jaise Hajar mein jab zibah kiya jata hai, janwar ko zibah kiya jata hai to wahan haji kya kehte hain? yani zibah karte hue ke Khuda ya to qabool kar hum se jis tarah tu ne Ibrahim (AS) se qabool kiya tha.</w:t>
      </w:r>
    </w:p>
    <w:p>
      <w:pPr>
        <w:jc w:val="right"/>
      </w:pPr>
      <w:r>
        <w:t>جیسے حجر میں جب ذبح کیا جاتا ہے، جانور کو ذبح کیا جاتا ہے تو وہاں حاجی کیا کہتے ہیں؟ یعنی ذبح کرتے ہوئے کہ خدایا تو قبول کر ہم سے جس طرح تو نے ابراہیم سے قبول کیا تھا۔</w:t>
      </w:r>
    </w:p>
    <w:p>
      <w:r>
        <w:rPr>
          <w:b/>
        </w:rPr>
        <w:t xml:space="preserve">[1:01:55] </w:t>
      </w:r>
      <w:r>
        <w:t>ALLAH TAQABBAL MINNI KAMA TAQABBALTA MIN KHALILIKA IBRAHIM to kya is ka matlab hai ke apne ko nabuwat ka darja par rakh raha hai woh aadmi? apne ko nabi bana raha hai?</w:t>
      </w:r>
    </w:p>
    <w:p>
      <w:pPr>
        <w:jc w:val="right"/>
      </w:pPr>
      <w:r>
        <w:t>اللّٰهَ تَقَبَّلْ مِنِّي كَمَا تَقَبَّلْتَ مِنْ خَلِيلِكَ إِبْرَاهِيمَ تو کیا اس کا مطلب ہے کہ اپنے کو نبوت کا درجہ پر رکھ رہا ہے وہ آدمی؟ اپنے کو نبی بنا رہا ہے؟</w:t>
      </w:r>
    </w:p>
    <w:p>
      <w:r>
        <w:rPr>
          <w:b/>
        </w:rPr>
        <w:t xml:space="preserve">[1:02:08] </w:t>
      </w:r>
      <w:r>
        <w:t>is waqie ko nuqta hawala ke taur par jo istemal kar raha hai woh. jab tak nuqta hawala na ho tab tak dua haqeeqi dua nahi banti, yaad rakhiye.</w:t>
      </w:r>
    </w:p>
    <w:p>
      <w:pPr>
        <w:jc w:val="right"/>
      </w:pPr>
      <w:r>
        <w:t>اس واقعے کو نقطہ حوالہ کے طور پر جو استعمال کر رہا ہے وہ۔ جب تک نقطہ حوالہ نہ ہو تب تک دعا حقیقی دعا نہیں بنتی، یاد رکھیے۔</w:t>
      </w:r>
    </w:p>
    <w:p>
      <w:r>
        <w:rPr>
          <w:b/>
        </w:rPr>
        <w:t xml:space="preserve">[1:02:22] </w:t>
      </w:r>
      <w:r>
        <w:t>dua mein jaan nahi ati. nuqta hawala ke baghair jo dua ho woh shabdon ka majmooa hai. aur jab koi nuqta hawala aajaye is waqt jo dua nikalti hai aap ki zuban se woh haqeeqi dua hoti hai.</w:t>
      </w:r>
    </w:p>
    <w:p>
      <w:pPr>
        <w:jc w:val="right"/>
      </w:pPr>
      <w:r>
        <w:t>دعا میں جان نہیں آتی۔ نقطہ حوالہ کے بغیر جو دعا ہو وہ शब्दوں کا مجموعہ ہے۔ اور جب کوئی نقطہ حوالہ آجائے اس وقت جو دعا نکلتی ہے آپ کی زبان سے وہ حقیقی دعا ہوتی ہے۔</w:t>
      </w:r>
    </w:p>
    <w:p>
      <w:r>
        <w:rPr>
          <w:b/>
        </w:rPr>
        <w:t xml:space="preserve">[1:02:36] </w:t>
      </w:r>
      <w:r>
        <w:t>woh jandar dua hoti hai.</w:t>
      </w:r>
    </w:p>
    <w:p>
      <w:pPr>
        <w:jc w:val="right"/>
      </w:pPr>
      <w:r>
        <w:t>وہ جاندار دعا ہوتی ہے۔</w:t>
      </w:r>
    </w:p>
    <w:p>
      <w:r>
        <w:rPr>
          <w:b/>
        </w:rPr>
        <w:t xml:space="preserve">[1:02:42] </w:t>
      </w:r>
      <w:r>
        <w:t>woh pehli wali dua to sirf ek zuban ki khidmat hoti hai lekin yeh dua jo hai yeh ek woh nuqta hawala mein jab ubalti hai woh to woh haqeeqi dua ban jati hai.</w:t>
      </w:r>
    </w:p>
    <w:p>
      <w:pPr>
        <w:jc w:val="right"/>
      </w:pPr>
      <w:r>
        <w:t>وہ پہلی والی دعا تو صرف ایک زبان کی خدمت ہوتی ہے لیکن یہ دعا جو ہے یہ ایک وہ نقطہ حوالہ میں جب ابلتی ہے وہ تو وہ حقیقی دعا بن جاتی ہے۔</w:t>
      </w:r>
    </w:p>
    <w:p>
      <w:r>
        <w:rPr>
          <w:b/>
        </w:rPr>
        <w:t xml:space="preserve">[1:02:56] </w:t>
      </w:r>
      <w:r>
        <w:t>yeh farq hai. to is ka matlab yeh nahi ke main is is is nabiyon ke khandan ka main member hoon.</w:t>
      </w:r>
    </w:p>
    <w:p>
      <w:pPr>
        <w:jc w:val="right"/>
      </w:pPr>
      <w:r>
        <w:t>یہ فرق ہے۔ تو اس کا مطلب یہ نہیں کہ میں اس اس اس نبیوں کے خاندان کا میں ممبر ہوں۔</w:t>
      </w:r>
    </w:p>
    <w:p>
      <w:r>
        <w:rPr>
          <w:b/>
        </w:rPr>
        <w:t xml:space="preserve">[1:03:05] </w:t>
      </w:r>
      <w:r>
        <w:t>yeh matlab nahi hai. is waqie ko nuqta hawala ke taur par istemal kar ke ek aadmi ne dua ki.</w:t>
      </w:r>
    </w:p>
    <w:p>
      <w:pPr>
        <w:jc w:val="right"/>
      </w:pPr>
      <w:r>
        <w:t>یہ مطلب نہیں ہے۔ اس واقعے کو نقطہ حوالہ کے طور پر استعمال کر کے ایک آدمی نے دعا کی۔</w:t>
      </w:r>
    </w:p>
    <w:p>
      <w:r>
        <w:rPr>
          <w:b/>
        </w:rPr>
        <w:t xml:space="preserve">[1:03:12] </w:t>
      </w:r>
      <w:r>
        <w:t>aur yeh ain sunnat hai aur ain sahi tareeqa hai dua karne ka.</w:t>
      </w:r>
    </w:p>
    <w:p>
      <w:pPr>
        <w:jc w:val="right"/>
      </w:pPr>
      <w:r>
        <w:t>اور یہ عین سنت ہے اور عین صحیح طریقہ ہے دعا کرنے کا۔</w:t>
      </w:r>
    </w:p>
    <w:p>
      <w:r>
        <w:rPr>
          <w:b/>
        </w:rPr>
        <w:t xml:space="preserve">[1:03:19] </w:t>
      </w:r>
      <w:r>
        <w:t>ibn taimiya ek bohat hi mashhoor islami tareekh ke bohat hi islami scholar bohat bade hain yeh. to un ke bare mein aata hai ke ek baar aisa hua ke quran padh rahe the, koi ayat samajh mein nahi aati thi.</w:t>
      </w:r>
    </w:p>
    <w:p>
      <w:pPr>
        <w:jc w:val="right"/>
      </w:pPr>
      <w:r>
        <w:t>ابن تیمیہ ایک بہت ہی مشہور اسلامی تاریخ کے بہت ہی اسلامی اسکالر بہت بڑے ہیں یہ۔ تو ان کے بارے میں آتا ہے کہ ایک بار ایسا ہوا کہ قرآن پڑھ رہے تھے، کوئی آیت سمجھ میں نہیں آتی تھی۔</w:t>
      </w:r>
    </w:p>
    <w:p>
      <w:r>
        <w:rPr>
          <w:b/>
        </w:rPr>
        <w:t xml:space="preserve">[1:03:36] </w:t>
      </w:r>
      <w:r>
        <w:t>to unhone kya kiya</w:t>
      </w:r>
    </w:p>
    <w:p>
      <w:pPr>
        <w:jc w:val="right"/>
      </w:pPr>
      <w:r>
        <w:t>تو انہوں نے کیا کیا</w:t>
      </w:r>
    </w:p>
    <w:p>
      <w:r>
        <w:rPr>
          <w:b/>
        </w:rPr>
        <w:t xml:space="preserve">[1:03:37] </w:t>
      </w:r>
      <w:r>
        <w:t>? ke wuzu kiya aur do rak'at namaz padhi aur sajde mein gir gaye. sajde mein gir kar unhone kaha ke ya muallim ibrahim allimni</w:t>
      </w:r>
    </w:p>
    <w:p>
      <w:pPr>
        <w:jc w:val="right"/>
      </w:pPr>
      <w:r>
        <w:t>؟ کہ وضو کیا اور دو رکعت نماز پڑھی اور سجدے میں گر گئے۔ سجدے میں گر کر انہوں نے کہا کہ يَا مُعَلَّمَ إِبْرَاهِيمَ عَلِّمْنِي</w:t>
      </w:r>
    </w:p>
    <w:p>
      <w:r>
        <w:rPr>
          <w:b/>
        </w:rPr>
        <w:t xml:space="preserve">[1:03:51] </w:t>
      </w:r>
      <w:r>
        <w:t>ae ibrahim ko batane wale mujhe bhi bata de.</w:t>
      </w:r>
    </w:p>
    <w:p>
      <w:pPr>
        <w:jc w:val="right"/>
      </w:pPr>
      <w:r>
        <w:t>اے ابراہیم کو بتانے والے مجھے بھی بتا دے۔</w:t>
      </w:r>
    </w:p>
    <w:p>
      <w:r>
        <w:rPr>
          <w:b/>
        </w:rPr>
        <w:t xml:space="preserve">[1:03:57] </w:t>
      </w:r>
      <w:r>
        <w:t>ya muallim ibrahim allimni ae ibrahim ke muallim mujhe bhi bata de.</w:t>
      </w:r>
    </w:p>
    <w:p>
      <w:pPr>
        <w:jc w:val="right"/>
      </w:pPr>
      <w:r>
        <w:t>يَا مُعَلَّمَ إِبْرَاهِيمَ عَلِّمْنِي اے ابراہیم کے معلم مجھے بھی بتا دے۔</w:t>
      </w:r>
    </w:p>
    <w:p>
      <w:r>
        <w:rPr>
          <w:b/>
        </w:rPr>
        <w:t xml:space="preserve">[1:04:05] </w:t>
      </w:r>
      <w:r>
        <w:t>to yeh hai nuqta hawala ke hazrat ibrahim ko bataya tha khuda ne, un ko taleem di thi. jis tarah quran majeed mein aata hai wa kadhalika nuru malakuti as-samawati wal-ardi to khuda ne, allah taala, allah taala ne hazrat ibrahim ko kuch khusoosi ilm ata farmaya tha.</w:t>
      </w:r>
    </w:p>
    <w:p>
      <w:pPr>
        <w:jc w:val="right"/>
      </w:pPr>
      <w:r>
        <w:t>تو یہ ہے نقطہ حوالہ کہ حضرت ابراہیم کو بتایا تھا خدا نے، ان کو تعلیم دی تھی۔ جس طرح قرآن مجید میں آتا ہے وَكَذَلِكَ نُورُ مَلِكُوتَ السَّمٰوَاتِ وَالْأَرْضِ تو خدا نے، اللہ تعالیٰ، اللہ تعالیٰ نے حضرت ابراہیم کو کچھ خصوصی علم عطا فرمایا تھا۔</w:t>
      </w:r>
    </w:p>
    <w:p>
      <w:r>
        <w:rPr>
          <w:b/>
        </w:rPr>
        <w:t xml:space="preserve">[1:04:24] </w:t>
      </w:r>
      <w:r>
        <w:t>is ko ibn taimiya ne nuqta hawala banaya. is ko le kar yeh dua ki.</w:t>
      </w:r>
    </w:p>
    <w:p>
      <w:pPr>
        <w:jc w:val="right"/>
      </w:pPr>
      <w:r>
        <w:t>اس کو ابن تیمیہ نے نقطہ حوالہ بنایا۔ اس کو لے کر یہ دعا کی۔</w:t>
      </w:r>
    </w:p>
    <w:p>
      <w:r>
        <w:rPr>
          <w:b/>
        </w:rPr>
        <w:t xml:space="preserve">[1:04:32] </w:t>
      </w:r>
      <w:r>
        <w:t>to dua qubool hui aur un ayaton ke mani un par khul gaye. to yeh jo baat kar raha hoon main nuqta hawala wali, yeh bohat hi aham baat hai.</w:t>
      </w:r>
    </w:p>
    <w:p>
      <w:pPr>
        <w:jc w:val="right"/>
      </w:pPr>
      <w:r>
        <w:t>تو دعا قبول ہوئی اور ان آیتوں کے معنی ان پر کھل گئے۔ تو یہ جو بات کر رہا ہوں میں نقطہ حوالہ والی، یہ بہت ہی اہم بات ہے۔</w:t>
      </w:r>
    </w:p>
    <w:p>
      <w:r>
        <w:rPr>
          <w:b/>
        </w:rPr>
        <w:t xml:space="preserve">[1:04:43] </w:t>
      </w:r>
      <w:r>
        <w:t>yani yeh ek dua hoti hai jo shabdon ke darmiyan aane wali dua hoti hai. ek dua woh hai jo kisi soorat-e-haal mein paida hoti hai aur kisi kisi kisi waqe' ko nuqta hawala ke ke taur par banda istemal karta hai.</w:t>
      </w:r>
    </w:p>
    <w:p>
      <w:pPr>
        <w:jc w:val="right"/>
      </w:pPr>
      <w:r>
        <w:t>یعنی یہ ایک دعا ہوتی ہے جو शब्दوں کے دوران آنے والی دعا ہوتی ہے۔ ایک دعا وہ ہے جو کسی صورتحال میں پیدا ہوتی ہے اور کسی کسی کسی واقعے کو نقطہ حوالہ کے کے طور پر بندہ استعمال کرتا ہے۔</w:t>
      </w:r>
    </w:p>
    <w:p>
      <w:r>
        <w:rPr>
          <w:b/>
        </w:rPr>
        <w:t xml:space="preserve">[1:04:58] </w:t>
      </w:r>
      <w:r>
        <w:t>jaise main apna arz karoon ke main ne kai baar aisa hota hai ke main is tareeqe se karta hoon.</w:t>
      </w:r>
    </w:p>
    <w:p>
      <w:pPr>
        <w:jc w:val="right"/>
      </w:pPr>
      <w:r>
        <w:t>جیسے میں اپنا عرض کروں کہ میں نے کئی بار ایسا ہوتا ہے کہ میں اس طریقے سے کرتا ہوں۔</w:t>
      </w:r>
    </w:p>
    <w:p>
      <w:r>
        <w:rPr>
          <w:b/>
        </w:rPr>
        <w:t xml:space="preserve">[1:05:09] </w:t>
      </w:r>
      <w:r>
        <w:t>jaise up mein ek ias afsar the british daur mein, un ka naam tha siddiq hasan. siddiq hasan ias. ic s.</w:t>
      </w:r>
    </w:p>
    <w:p>
      <w:pPr>
        <w:jc w:val="right"/>
      </w:pPr>
      <w:r>
        <w:t>جیسے یو پی میں ایک آئی ایس افسر تھے برٹش دور میں، ان کا نام تھا صدیق حسن۔ صدیق حسن آئی ایس۔ آئی سی ایس۔</w:t>
      </w:r>
    </w:p>
    <w:p>
      <w:r>
        <w:rPr>
          <w:b/>
        </w:rPr>
        <w:t xml:space="preserve">[1:05:19] </w:t>
      </w:r>
      <w:r>
        <w:t>us zamane mein ics hua karta tha. siddiq hasan ics. woh lucknow mein hote the. woh bade police afsar the woh.</w:t>
      </w:r>
    </w:p>
    <w:p>
      <w:pPr>
        <w:jc w:val="right"/>
      </w:pPr>
      <w:r>
        <w:t>اس زمانے میں آئی سی ایس ہوا کرتا تھا۔ صدیق حسن آئی سی ایس۔ وہ لکھنو میں ہوتے تھے۔ وہ بڑے پولیس افسر تھے وہ۔</w:t>
      </w:r>
    </w:p>
    <w:p>
      <w:r>
        <w:rPr>
          <w:b/>
        </w:rPr>
        <w:t xml:space="preserve">[1:05:29] </w:t>
      </w:r>
      <w:r>
        <w:t>to ek dako ko pakda unhone. uska naam tha saqwa. us dako ka naam tha saqwa. to main ne padha ke saqwa ko pakda unhone aur dak bangle ke ek kamre mein us ko band kar diya.</w:t>
      </w:r>
    </w:p>
    <w:p>
      <w:pPr>
        <w:jc w:val="right"/>
      </w:pPr>
      <w:r>
        <w:t>تو ایک ڈاکو کو پکڑا انہوں نے۔ اس کا نام تھا سقوہ۔ اس ڈاکو کا نام تھا سقوہ۔ تو میں نے پڑھا کہ سقوہ کو پکڑا انہوں نے اور ڈاک بنگلے کے ایک کمرے میں اس کو بند کر دیا۔</w:t>
      </w:r>
    </w:p>
    <w:p>
      <w:r>
        <w:rPr>
          <w:b/>
        </w:rPr>
        <w:t xml:space="preserve">[1:05:43] </w:t>
      </w:r>
      <w:r>
        <w:t>achade ka zamana tha woh, sakht sardi ka. to siddiq hasan sahab raat ko round lene ke liye nikle to saqwa wahan abhi jag raha tha kamre mein apne.</w:t>
      </w:r>
    </w:p>
    <w:p>
      <w:pPr>
        <w:jc w:val="right"/>
      </w:pPr>
      <w:r>
        <w:t>اچاڑے کا زمانہ تھا وہ، سخت سردی کا۔ تو صدیق حسن صاحب رات کو راؤنڈ لینے کے لیے نکلے تو سقوہ وہاں ابھی جگ رہا تھا کمرے میں اپنے۔</w:t>
      </w:r>
    </w:p>
    <w:p>
      <w:r>
        <w:rPr>
          <w:b/>
        </w:rPr>
        <w:t xml:space="preserve">[1:05:56] </w:t>
      </w:r>
      <w:r>
        <w:t>kyun ke sardi ki wajah se neend nahi aayi thi us ko.</w:t>
      </w:r>
    </w:p>
    <w:p>
      <w:pPr>
        <w:jc w:val="right"/>
      </w:pPr>
      <w:r>
        <w:t>کیونکہ سردی کی وجہ سے نیند نہیں آئی تھی اس کو۔</w:t>
      </w:r>
    </w:p>
    <w:p>
      <w:r>
        <w:rPr>
          <w:b/>
        </w:rPr>
        <w:t xml:space="preserve">[1:05:59] </w:t>
      </w:r>
      <w:r>
        <w:t>us ne siddiq hasan sahab se kaha aap ka saqwa sardi kha raha hai. woh dako keh raha hai, dako.</w:t>
      </w:r>
    </w:p>
    <w:p>
      <w:pPr>
        <w:jc w:val="right"/>
      </w:pPr>
      <w:r>
        <w:t>اس نے صدیق حسن صاحب سے کہا آپ کا سقوہ سردی کھا رہا ہے۔ وہ ڈاکو کہہ رہا ہے، ڈاکو۔</w:t>
      </w:r>
    </w:p>
    <w:p>
      <w:r>
        <w:rPr>
          <w:b/>
        </w:rPr>
        <w:t xml:space="preserve">[1:06:12] </w:t>
      </w:r>
      <w:r>
        <w:t>woh dako keh raha hai police afsar se ke aap ka saqwa sardi kha raha hai. to yeh to siddiq hasan sahab par is itna asar pada is ka.</w:t>
      </w:r>
    </w:p>
    <w:p>
      <w:pPr>
        <w:jc w:val="right"/>
      </w:pPr>
      <w:r>
        <w:t>وہ ڈاکو کہہ رہا ہے پولیس افسر سے کہ آپ کا سقوہ سردی کھا رہا ہے۔ تو یہ تو صدیق حسن صاحب پر اس اتنا اثر پڑا اس کا۔</w:t>
      </w:r>
    </w:p>
    <w:p>
      <w:r>
        <w:rPr>
          <w:b/>
        </w:rPr>
        <w:t xml:space="preserve">[1:06:25] </w:t>
      </w:r>
      <w:r>
        <w:t>khud apna kambal la kar orha diya us ko.</w:t>
      </w:r>
    </w:p>
    <w:p>
      <w:pPr>
        <w:jc w:val="right"/>
      </w:pPr>
      <w:r>
        <w:t>خود اپنا کمبل لا کر اڑھا دیا اس کو۔</w:t>
      </w:r>
    </w:p>
    <w:p>
      <w:r>
        <w:rPr>
          <w:b/>
        </w:rPr>
        <w:t xml:space="preserve">[1:06:29] </w:t>
      </w:r>
      <w:r>
        <w:t>woh woh dako jo zanjeer mein bandha hua tha, us ne apna kambal la kar orha diya.</w:t>
      </w:r>
    </w:p>
    <w:p>
      <w:pPr>
        <w:jc w:val="right"/>
      </w:pPr>
      <w:r>
        <w:t>وہ وہ ڈاکو جو زنجیر میں بندھا ہوا تھا، اس نے اپنا کمبل لا کر اڑھا دیا۔</w:t>
      </w:r>
    </w:p>
    <w:p>
      <w:r>
        <w:rPr>
          <w:b/>
        </w:rPr>
        <w:t xml:space="preserve">[1:06:38] </w:t>
      </w:r>
      <w:r>
        <w:t>to mujh par aksar aisa hota hai ke main kehta hoon khuda ya aap ka saqwa sardi kha raha hai.</w:t>
      </w:r>
    </w:p>
    <w:p>
      <w:pPr>
        <w:jc w:val="right"/>
      </w:pPr>
      <w:r>
        <w:t>تو مجھ پر اکثر ایسا ہوتا ہے کہ میں کہتا ہوں خدایا آپ کا سقوہ سردی کھا رہا ہے۔</w:t>
      </w:r>
    </w:p>
    <w:p>
      <w:r>
        <w:rPr>
          <w:b/>
        </w:rPr>
        <w:t xml:space="preserve">[1:06:48] </w:t>
      </w:r>
      <w:r>
        <w:t>aap ka saqwa sardi kha raha hai. ek insaan ke andar ek itna reham tha ke us ne apna kambal la kar orha diya. to aap to khuda hain.</w:t>
      </w:r>
    </w:p>
    <w:p>
      <w:pPr>
        <w:jc w:val="right"/>
      </w:pPr>
      <w:r>
        <w:t>آپ کا سقوہ سردی کھا رہا ہے۔ ایک انسان کے اندر ایک اتنا رحم تھا کہ اس نے اپنا کمبل لا کر اڑھا دیا۔ تو آپ تو خدا ہیں۔</w:t>
      </w:r>
    </w:p>
    <w:p>
      <w:r>
        <w:rPr>
          <w:b/>
        </w:rPr>
        <w:t xml:space="preserve">[1:06:59] </w:t>
      </w:r>
      <w:r>
        <w:t>apni rehmat mere upar daal dijiye. yahan pe dekhiye, is waqe' se mere andar ek inspiration aata hai. is inspiration ke tehat mujh se mezban se yeh duaen nikalti hain.</w:t>
      </w:r>
    </w:p>
    <w:p>
      <w:pPr>
        <w:jc w:val="right"/>
      </w:pPr>
      <w:r>
        <w:t>اپنی رحمت میرے اوپر ڈال دیجیے۔ یہاں پہ دیکھیے، اس واقعے سے میرے اندر ایک انسپیریشن آتا ہے۔ اس انسپیریشن کے تحت مجھ سے میزبان سے یہ دعائیں نکلتی ہیں۔</w:t>
      </w:r>
    </w:p>
    <w:p>
      <w:r>
        <w:rPr>
          <w:b/>
        </w:rPr>
        <w:t xml:space="preserve">[1:07:16] </w:t>
      </w:r>
      <w:r>
        <w:t>aise hi sir syed ahmed khan ka ek qissa hai ke woh jab university jab unhone banai thi, us waqt university nahi thi, us waqt woh mardan college tha.</w:t>
      </w:r>
    </w:p>
    <w:p>
      <w:pPr>
        <w:jc w:val="right"/>
      </w:pPr>
      <w:r>
        <w:t>ایسے ہی سر سید احمد خان کا ایک قصہ ہے کہ وہ جب یونیورسٹی جب انہوں نے بنائی تھی، اس وقت یونیورسٹی نہیں تھی، اس وقت وہ ممبرڈن کالج تھا۔</w:t>
      </w:r>
    </w:p>
    <w:p>
      <w:r>
        <w:rPr>
          <w:b/>
        </w:rPr>
        <w:t xml:space="preserve">[1:07:28] </w:t>
      </w:r>
      <w:r>
        <w:t>to logon ne chunke fatwa de diya tha un ke kufr ka, sir syed sir syed ke kufr ka. to log chanda dene mein ghabrate the un ko.</w:t>
      </w:r>
    </w:p>
    <w:p>
      <w:pPr>
        <w:jc w:val="right"/>
      </w:pPr>
      <w:r>
        <w:t>تو لوگوں نے چونکہ فتویٰ دیا دے دیا تھا ان کے کفر کا، سر سید سر سید کے کفر کا۔ تو لوگ چندہ دینے میں گھبراتے تھے ان کو۔</w:t>
      </w:r>
    </w:p>
    <w:p>
      <w:r>
        <w:rPr>
          <w:b/>
        </w:rPr>
        <w:t xml:space="preserve">[1:07:39] </w:t>
      </w:r>
      <w:r>
        <w:t>to woh gaye aik nawab sahib</w:t>
      </w:r>
    </w:p>
    <w:p>
      <w:pPr>
        <w:jc w:val="right"/>
      </w:pPr>
      <w:r>
        <w:t>تو وہ گئے ایک نواب صاحب</w:t>
      </w:r>
    </w:p>
    <w:p>
      <w:r>
        <w:rPr>
          <w:b/>
        </w:rPr>
        <w:t xml:space="preserve">[1:07:41] </w:t>
      </w:r>
      <w:r>
        <w:t>ke haan. aap jantay hain ke is zamanay mein paisa nawabon ke paas hua karta tha, matlab land lord ke paas.</w:t>
      </w:r>
    </w:p>
    <w:p>
      <w:pPr>
        <w:jc w:val="right"/>
      </w:pPr>
      <w:r>
        <w:t>کے ہاں۔ آپ جانتے ہیں کہ اس زمانے میں پیسہ نوابوں کے پاس ہوا کرتا تھا، مطلب لینڈ لارڈ کے پاس۔</w:t>
      </w:r>
    </w:p>
    <w:p>
      <w:r>
        <w:rPr>
          <w:b/>
        </w:rPr>
        <w:t xml:space="preserve">[1:07:49] </w:t>
      </w:r>
      <w:r>
        <w:t>is waqt aaj kal kehtay hain industries nahi hua karte thay. to woh gaye un ke paas chanda lainay ke liye. to bahar se unhon ne message bheja ke ke main milnay ke liye aaya hoon.</w:t>
      </w:r>
    </w:p>
    <w:p>
      <w:pPr>
        <w:jc w:val="right"/>
      </w:pPr>
      <w:r>
        <w:t>اس وقت آج کل کہتے ہیں انڈسٹریز نہیں ہوا کرتے تھے۔ تو وہ گئے ان کے پاس چندہ لینے کے لیے۔ تو باہر سے انہوں نے میسج بھیجا کہ کہ میں ملنے کے لیے آیا ہوں۔</w:t>
      </w:r>
    </w:p>
    <w:p>
      <w:r>
        <w:rPr>
          <w:b/>
        </w:rPr>
        <w:t xml:space="preserve">[1:08:03] </w:t>
      </w:r>
      <w:r>
        <w:t>to andar se kehla diya nawab sahib ne ke un se keh do ke mujhe nahi milna hai. main nahi miloon ga.</w:t>
      </w:r>
    </w:p>
    <w:p>
      <w:pPr>
        <w:jc w:val="right"/>
      </w:pPr>
      <w:r>
        <w:t>تو اندر سے کہلا دیا نواب صاحب نے کہ ان سے کہہ دو کہ مجھے نہیں ملنا ہے۔ میں نہیں ملوں گا۔</w:t>
      </w:r>
    </w:p>
    <w:p>
      <w:r>
        <w:rPr>
          <w:b/>
        </w:rPr>
        <w:t xml:space="preserve">[1:08:10] </w:t>
      </w:r>
      <w:r>
        <w:t>to jab yeh aaya to kya tha wahan par ke nawab sahib jab nikaltay thay motor gaadi, woh ghoda gaadi mein nikaltay thay woh. to gaadi jab chalti thi un ki to faqeer log wahan barh jatay thay idhar udhar.</w:t>
      </w:r>
    </w:p>
    <w:p>
      <w:pPr>
        <w:jc w:val="right"/>
      </w:pPr>
      <w:r>
        <w:t>تو جب یہ آیا تو کیا تھا وہاں پر کہ نواب صاحب جب نکلتے تھے موٹر گاڑی، وہ گھوڑا گاڑی میں نکلتے تھے وہ۔ تو گاڑی جب چلتی تھی ان کی تو فقیر لوگ وہاں بڑھ جاتے تھے ادھر ادھر۔</w:t>
      </w:r>
    </w:p>
    <w:p>
      <w:r>
        <w:rPr>
          <w:b/>
        </w:rPr>
        <w:t xml:space="preserve">[1:08:22] </w:t>
      </w:r>
      <w:r>
        <w:t>aur un ko kuch paisa detay hue aagay barh jatay thay woh. to woh time tha un ke bahar niklanay ka. to nawab sahib niklay apni ghoda gaadi par baith kar ke aur janay lagay.</w:t>
      </w:r>
    </w:p>
    <w:p>
      <w:pPr>
        <w:jc w:val="right"/>
      </w:pPr>
      <w:r>
        <w:t>اور ان کو کچھ پیسہ دیتے ہوئے آگے بڑھ جاتے تھے وہ۔ تو وہ ٹائم تھا ان کے باہر نکلنے کا۔ تو نواب صاحب نکلے اپنی گھوڑا گاڑی پر بیٹھ کر کے اور جانے لگے۔</w:t>
      </w:r>
    </w:p>
    <w:p>
      <w:r>
        <w:rPr>
          <w:b/>
        </w:rPr>
        <w:t xml:space="preserve">[1:08:35] </w:t>
      </w:r>
      <w:r>
        <w:t>to Sir Syed jo thay faqeeroun ke sath wahi baith gaye.</w:t>
      </w:r>
    </w:p>
    <w:p>
      <w:pPr>
        <w:jc w:val="right"/>
      </w:pPr>
      <w:r>
        <w:t>تو سر سید جو تھے فقیروں کے ساتھ وہی بیٹھ گئے۔</w:t>
      </w:r>
    </w:p>
    <w:p>
      <w:r>
        <w:rPr>
          <w:b/>
        </w:rPr>
        <w:t xml:space="preserve">[1:08:42] </w:t>
      </w:r>
      <w:r>
        <w:t>apni topi ko le kar ke. to nawab sahib ne dekha to poocha ke Sir Syed tum yahan kahan? to unhon ne kaha ke agar aap mujh ko chanda nahi de saktay to bheek to de saktay hain.</w:t>
      </w:r>
    </w:p>
    <w:p>
      <w:pPr>
        <w:jc w:val="right"/>
      </w:pPr>
      <w:r>
        <w:t>اپنی ٹوپی کو لے کر کے۔ تو نواب صاحب نے دیکھا تو پوچھا کہ سر سید تم یہاں کہاں؟ تو انہوں نے کہا کہ اگر آپ مجھ کو چندہ نہیں دے سکتے تو بھیک تو دے سکتے ہیں۔</w:t>
      </w:r>
    </w:p>
    <w:p>
      <w:r>
        <w:rPr>
          <w:b/>
        </w:rPr>
        <w:t xml:space="preserve">[1:09:02] </w:t>
      </w:r>
      <w:r>
        <w:t>mujhe bheek de dijiye.</w:t>
      </w:r>
    </w:p>
    <w:p>
      <w:pPr>
        <w:jc w:val="right"/>
      </w:pPr>
      <w:r>
        <w:t>مجھے بھیک دے دیجیے۔</w:t>
      </w:r>
    </w:p>
    <w:p>
      <w:r>
        <w:rPr>
          <w:b/>
        </w:rPr>
        <w:t xml:space="preserve">[1:09:07] </w:t>
      </w:r>
      <w:r>
        <w:t>to abhi main namaz parhnay gaya, abhi jab eid ke din. to wahan par yeh qissa yaad aaya.</w:t>
      </w:r>
    </w:p>
    <w:p>
      <w:pPr>
        <w:jc w:val="right"/>
      </w:pPr>
      <w:r>
        <w:t>تو ابھی میں نماز پڑھنے گیا، ابھی جب مسجد میں عید کے دن۔ تو وہاں پر یہ قصہ یاد آیا۔</w:t>
      </w:r>
    </w:p>
    <w:p>
      <w:r>
        <w:rPr>
          <w:b/>
        </w:rPr>
        <w:t xml:space="preserve">[1:09:19] </w:t>
      </w:r>
      <w:r>
        <w:t>to meri aankhon mein aansu aa gaye, main ne kaha khudaaya</w:t>
      </w:r>
    </w:p>
    <w:p>
      <w:pPr>
        <w:jc w:val="right"/>
      </w:pPr>
      <w:r>
        <w:t>تو میری آنکھوں میں آنسو آ گئے، میں نے کہا خدایا</w:t>
      </w:r>
    </w:p>
    <w:p>
      <w:r>
        <w:rPr>
          <w:b/>
        </w:rPr>
        <w:t xml:space="preserve">[1:09:27] </w:t>
      </w:r>
      <w:r>
        <w:t>main is qabil to nahi hoon ke main apnay amal ka inaam paoon.</w:t>
      </w:r>
    </w:p>
    <w:p>
      <w:pPr>
        <w:jc w:val="right"/>
      </w:pPr>
      <w:r>
        <w:t>میں اس قابل تو نہیں ہوں کہ میں اپنے عمل کا انعام پاؤں۔</w:t>
      </w:r>
    </w:p>
    <w:p>
      <w:r>
        <w:rPr>
          <w:b/>
        </w:rPr>
        <w:t xml:space="preserve">[1:09:33] </w:t>
      </w:r>
      <w:r>
        <w:t>mere paas koi amal nahi hai. jis ke inaam ke tor par to mujhe jannat de de. to khudaaya to mujhe bheek ke tor par jannat de de.</w:t>
      </w:r>
    </w:p>
    <w:p>
      <w:pPr>
        <w:jc w:val="right"/>
      </w:pPr>
      <w:r>
        <w:t>میرے پاس کوئی عمل نہیں ہے۔ جس کے انعام کے طور پر تو مجھے جنت دے دے۔ تو خدایا تو مجھے بھیک کے طور پر جنت دے دے۔</w:t>
      </w:r>
    </w:p>
    <w:p>
      <w:r>
        <w:rPr>
          <w:b/>
        </w:rPr>
        <w:t xml:space="preserve">[1:09:50] </w:t>
      </w:r>
      <w:r>
        <w:t>to Sir Syed ka yeh waqia jo hai mere liye nuqta hawala ban gaya.</w:t>
      </w:r>
    </w:p>
    <w:p>
      <w:pPr>
        <w:jc w:val="right"/>
      </w:pPr>
      <w:r>
        <w:t>تو سر سید کا یہ واقعہ جو ہے میرے لیے نقطہ حوالہ بن گیا۔</w:t>
      </w:r>
    </w:p>
    <w:p>
      <w:r>
        <w:rPr>
          <w:b/>
        </w:rPr>
        <w:t xml:space="preserve">[1:09:57] </w:t>
      </w:r>
      <w:r>
        <w:t>Sir Syed ke waqia mere liye nuqta hawala ban gaya. ke khudaaya mere paas amal nahi hai ke amal ke badlay mein jannat paoon.</w:t>
      </w:r>
    </w:p>
    <w:p>
      <w:pPr>
        <w:jc w:val="right"/>
      </w:pPr>
      <w:r>
        <w:t>سر سید کے واقعہ میرے لیے نقطہ حوالہ بن گیا۔ کہ خدایا میرے پاس عمل نہیں ہے کہ عمل کے بدلے میں جنت پاؤں۔</w:t>
      </w:r>
    </w:p>
    <w:p>
      <w:r>
        <w:rPr>
          <w:b/>
        </w:rPr>
        <w:t xml:space="preserve">[1:10:06] </w:t>
      </w:r>
      <w:r>
        <w:t>to mujhe bheek ke tor par jannat de de. teri rehmat se baeed nahi hai. is ko kehtay hain nuqta hawala.</w:t>
      </w:r>
    </w:p>
    <w:p>
      <w:pPr>
        <w:jc w:val="right"/>
      </w:pPr>
      <w:r>
        <w:t>تو مجھے بھیک کے طور پر جنت دے دے۔ تیری رحمت سے بعید نہیں ہے۔ اس کو کہتے ہیں نقطہ حوالہ۔</w:t>
      </w:r>
    </w:p>
    <w:p>
      <w:r>
        <w:rPr>
          <w:b/>
        </w:rPr>
        <w:t xml:space="preserve">[1:10:19] </w:t>
      </w:r>
      <w:r>
        <w:t>jab tak aap ka zehn alert na ho, alive na ho, destruction se bacha hua na ho,</w:t>
      </w:r>
    </w:p>
    <w:p>
      <w:pPr>
        <w:jc w:val="right"/>
      </w:pPr>
      <w:r>
        <w:t>جب تک آپ کا ذہن الرٹ نہ ہو، الائیو نہ ہو، ڈسٹرکشن سے بچا ہوا نہ ہو،</w:t>
      </w:r>
    </w:p>
    <w:p>
      <w:r>
        <w:rPr>
          <w:b/>
        </w:rPr>
        <w:t xml:space="preserve">[1:10:31] </w:t>
      </w:r>
      <w:r>
        <w:t>aik aik cheez mein focus na kiye hue ho, tab tak aap aisi duaen nahi nikal bol saktay. yani mauqa aaye gi, mauqa aayenge.</w:t>
      </w:r>
    </w:p>
    <w:p>
      <w:pPr>
        <w:jc w:val="right"/>
      </w:pPr>
      <w:r>
        <w:t>ایک ایک چیز میں فوکس نہ کیے ہوئے ہو، تب تک آپ ایسی دعائیں نہیں نکال بول سکتے۔ یعنی موقع آئے گی، مواقع آئیں گے۔</w:t>
      </w:r>
    </w:p>
    <w:p>
      <w:r>
        <w:rPr>
          <w:b/>
        </w:rPr>
        <w:t xml:space="preserve">[1:10:41] </w:t>
      </w:r>
      <w:r>
        <w:t>lekin chounke aap ka zehn bikhra hua hoga, is liye aap us ko appeal nahi kar paayenge.</w:t>
      </w:r>
    </w:p>
    <w:p>
      <w:pPr>
        <w:jc w:val="right"/>
      </w:pPr>
      <w:r>
        <w:t>لیکن چونکہ آپ کا ذہن بکھرا ہوا ہوگا، اس لیے آپ اس کو اپیل نہیں کر پائیں گے۔</w:t>
      </w:r>
    </w:p>
    <w:p>
      <w:r>
        <w:rPr>
          <w:b/>
        </w:rPr>
        <w:t xml:space="preserve">[1:10:49] </w:t>
      </w:r>
      <w:r>
        <w:t>to woh dua to zaroor karen ge aap jo lafzon ko yaad kar ke ki jati hai. ratay hue shabdon ko aap yaad kiye rahen ge, aap parhtay rahen ge, subah shaam parhtay rahen ge, yeh to kar kar sakenge aap.</w:t>
      </w:r>
    </w:p>
    <w:p>
      <w:pPr>
        <w:jc w:val="right"/>
      </w:pPr>
      <w:r>
        <w:t>تو وہ دعا تو ضرور کریں گے آپ جو لفظوں کو یاد کر کے کی جاتی ہے۔ رٹے ہوئے शब्दوں کو آپ یاد کیے رہیں گے، آپ پڑھتے رہیں گے، صبح شام پڑھتے رہیں گے، یہ تو کر کر سکیں گے آپ۔</w:t>
      </w:r>
    </w:p>
    <w:p>
      <w:r>
        <w:rPr>
          <w:b/>
        </w:rPr>
        <w:t xml:space="preserve">[1:11:01] </w:t>
      </w:r>
      <w:r>
        <w:t>lekin woh dua jo hadees mein aayi hai ke jis se Khuda ki rehmat ke darwazay khul jatay hain, woh dua aap nahi kar saktay.</w:t>
      </w:r>
    </w:p>
    <w:p>
      <w:pPr>
        <w:jc w:val="right"/>
      </w:pPr>
      <w:r>
        <w:t>لیکن وہ دعا جو حدیث میں آئی ہے کہ جس سے خدا کی رحمت کے دروازے کھل جاتے ہیں، وہ دعا آپ نہیں کر سکتے۔</w:t>
      </w:r>
    </w:p>
    <w:p>
      <w:r>
        <w:rPr>
          <w:b/>
        </w:rPr>
        <w:t xml:space="preserve">[1:11:12] </w:t>
      </w:r>
      <w:r>
        <w:t>is dua ke liye apnay ko aap ne tayyar nahi kiya, apnay ko tayyar nahi rakha.</w:t>
      </w:r>
    </w:p>
    <w:p>
      <w:pPr>
        <w:jc w:val="right"/>
      </w:pPr>
      <w:r>
        <w:t>اس دعا کے لیے اپنے کو آپ نے تیار نہیں کیا، اپنے کو تیار نہیں رکھا۔</w:t>
      </w:r>
    </w:p>
    <w:p>
      <w:r>
        <w:rPr>
          <w:b/>
        </w:rPr>
        <w:t xml:space="preserve">[1:11:24] </w:t>
      </w:r>
      <w:r>
        <w:t>yahan Jamiauddin aanay se pehle main purani Delhi mein tha to wahan par Qasim Jan street hai, wahan par rehta tha main. to wahan ki masjid mein, jis masjid mein main namaz parhta tha, us ka naam tha Nawab Wali Masjid.</w:t>
      </w:r>
    </w:p>
    <w:p>
      <w:pPr>
        <w:jc w:val="right"/>
      </w:pPr>
      <w:r>
        <w:t>یہاں جامع الدین آنے سے پہلے میں پرانے دہلی میں تھا تو وہاں پر قاسم جان اسٹریٹ ہے، وہاں پر رہتا تھا میں۔ تو وہاں کی مسجد میں، جس مسجد میں میں نماز پڑھتا تھا، اس کا نام تھا نواب والی مسجد۔</w:t>
      </w:r>
    </w:p>
    <w:p>
      <w:r>
        <w:rPr>
          <w:b/>
        </w:rPr>
        <w:t xml:space="preserve">[1:11:40] </w:t>
      </w:r>
      <w:r>
        <w:t>to wahan main dekhta tha ke aksar maghrib ke waqt aik boodha aadmi aata hai, boodha, andha, ghareeb.</w:t>
      </w:r>
    </w:p>
    <w:p>
      <w:pPr>
        <w:jc w:val="right"/>
      </w:pPr>
      <w:r>
        <w:t>تو وہاں میں دیکھتا تھا کہ اکثر مغرب کے وقت ایک بوڑھا آدمی آتا ہے، بوڑھا، اندھا، غریب۔</w:t>
      </w:r>
    </w:p>
    <w:p>
      <w:r>
        <w:rPr>
          <w:b/>
        </w:rPr>
        <w:t xml:space="preserve">[1:11:50] </w:t>
      </w:r>
      <w:r>
        <w:t>aik choti bachi us ko pakar kar laati thi, us ko.</w:t>
      </w:r>
    </w:p>
    <w:p>
      <w:pPr>
        <w:jc w:val="right"/>
      </w:pPr>
      <w:r>
        <w:t>ایک چھوٹی بچی اس کو پکڑ کر لاتی تھی، اس کو۔</w:t>
      </w:r>
    </w:p>
    <w:p>
      <w:r>
        <w:rPr>
          <w:b/>
        </w:rPr>
        <w:t xml:space="preserve">[1:11:54] </w:t>
      </w:r>
      <w:r>
        <w:t>tu namaz ke baad</w:t>
      </w:r>
    </w:p>
    <w:p>
      <w:pPr>
        <w:jc w:val="right"/>
      </w:pPr>
      <w:r>
        <w:t>تو نماز کے بعد</w:t>
      </w:r>
    </w:p>
    <w:p>
      <w:r>
        <w:rPr>
          <w:b/>
        </w:rPr>
        <w:t xml:space="preserve">[1:11:58] </w:t>
      </w:r>
      <w:r>
        <w:t>wo khara hota aur kehta tha,</w:t>
      </w:r>
    </w:p>
    <w:p>
      <w:pPr>
        <w:jc w:val="right"/>
      </w:pPr>
      <w:r>
        <w:t>وہ کھڑا ہوتا اور کہتا تھا،</w:t>
      </w:r>
    </w:p>
    <w:p>
      <w:r>
        <w:rPr>
          <w:b/>
        </w:rPr>
        <w:t xml:space="preserve">[1:12:04] </w:t>
      </w:r>
      <w:r>
        <w:t>"har surat se, har pehlu se madad ka mohtaj hoon. har surat se, har pehlu se madad ka mohtaj hoon." yeh alfaaz meri mehboob dua ban gaye, tabhi se.</w:t>
      </w:r>
    </w:p>
    <w:p>
      <w:pPr>
        <w:jc w:val="right"/>
      </w:pPr>
      <w:r>
        <w:t>"ہر صورت سے، ہر پہلو سے مدد کا محتاج ہوں۔ ہر صورت سے، ہر پہلو سے مدد کا محتاج ہوں۔" یہ الفاظ میری محبوب دعا بن گئے، تبھی سے۔</w:t>
      </w:r>
    </w:p>
    <w:p>
      <w:r>
        <w:rPr>
          <w:b/>
        </w:rPr>
        <w:t xml:space="preserve">[1:12:21] </w:t>
      </w:r>
      <w:r>
        <w:t>mein aksar yeh kehta hoon, khudaaya har surat se, har pehlu se mein teri madad ka mohtaj hoon. yeh bhi mein yeh misaal de raha hoon aap ko ke jab aap ka zehn active rehta hai to foran is nuqta hawala ko appeal kar paate hain aap.</w:t>
      </w:r>
    </w:p>
    <w:p>
      <w:pPr>
        <w:jc w:val="right"/>
      </w:pPr>
      <w:r>
        <w:t>میں اکثر یہ کہتا ہوں، خدایا ہر صورت سے، ہر پہلو سے میں تیری مدد کا محتاج ہوں۔ یہ بھی میں یہ مثال دے رہا ہوں آپ کو کہ جب آپ کا ذہن ایکٹو رہتا ہے تو فوراً اس نقطہ حوالہ کو اپیل کر پاتے ہیں آپ۔</w:t>
      </w:r>
    </w:p>
    <w:p>
      <w:r>
        <w:rPr>
          <w:b/>
        </w:rPr>
        <w:t xml:space="preserve">[1:12:40] </w:t>
      </w:r>
      <w:r>
        <w:t>is se aap ke zehn mein ek istara aata hai aur ek dua jaagti hai.</w:t>
      </w:r>
    </w:p>
    <w:p>
      <w:pPr>
        <w:jc w:val="right"/>
      </w:pPr>
      <w:r>
        <w:t>اس سے آپ کے ذہن میں ایک استعارہ آتا ہے اور ایک دعا جاگتی ہے۔</w:t>
      </w:r>
    </w:p>
    <w:p>
      <w:r>
        <w:rPr>
          <w:b/>
        </w:rPr>
        <w:t xml:space="preserve">[1:12:47] </w:t>
      </w:r>
      <w:r>
        <w:t>dekhein, yeh muamla sirf in insanon hi ka nahi hai. ek ek zarre se aap, ek ek zarra aap ke liye nuqta hawala ban sakta hai.</w:t>
      </w:r>
    </w:p>
    <w:p>
      <w:pPr>
        <w:jc w:val="right"/>
      </w:pPr>
      <w:r>
        <w:t>دیکھیں، یہ معاملہ صرف ان انسانوں ہی کا نہیں ہے۔ ایک ایک ذرے سے آپ، ایک ایک ذرہ آپ کے لیے نقطہ حوالہ بن سکتا ہے۔</w:t>
      </w:r>
    </w:p>
    <w:p>
      <w:r>
        <w:rPr>
          <w:b/>
        </w:rPr>
        <w:t xml:space="preserve">[1:13:02] </w:t>
      </w:r>
      <w:r>
        <w:t>jaise ke maine is se pehle arz kiya tha aap ko ke mein ek train mein safar kar raha tha,</w:t>
      </w:r>
    </w:p>
    <w:p>
      <w:pPr>
        <w:jc w:val="right"/>
      </w:pPr>
      <w:r>
        <w:t>جیسے کہ میں نے اس سے پہلے عرض کیا تھا آپ کو کہ میں ایک ٹرین میں سفر کر رہا تھا،</w:t>
      </w:r>
    </w:p>
    <w:p>
      <w:r>
        <w:rPr>
          <w:b/>
        </w:rPr>
        <w:t xml:space="preserve">[1:13:09] </w:t>
      </w:r>
      <w:r>
        <w:t>south ke area mein, wahan par ek jangla se guzri train hamari. to wahan par door tak dhak ke peir thay.</w:t>
      </w:r>
    </w:p>
    <w:p>
      <w:pPr>
        <w:jc w:val="right"/>
      </w:pPr>
      <w:r>
        <w:t>ساؤتھ کے ایریا میں، وہاں پر ایک جنگل سے گزری ٹرین ہماری۔ تو وہاں پر دور تک ڈھاک کے پیڑ تھے۔</w:t>
      </w:r>
    </w:p>
    <w:p>
      <w:r>
        <w:rPr>
          <w:b/>
        </w:rPr>
        <w:t xml:space="preserve">[1:13:19] </w:t>
      </w:r>
      <w:r>
        <w:t>agar aap ne kabhi dhak dekha ho, ajeeb ghareeb qism ke peir hota hai woh. is sokhi lakri ke oopar nihayat hi khoobsurat phool khile rehte hain.</w:t>
      </w:r>
    </w:p>
    <w:p>
      <w:pPr>
        <w:jc w:val="right"/>
      </w:pPr>
      <w:r>
        <w:t>اگر آپ نے کبھی ڈھاک دیکھا ہو، عجیب غریب قسم کے پیڑ ہوتا ہے وہ۔ اس سوکھی لکڑی کے اوپر نہایت ہی خوبصورت پھول کھلے رہتے ہیں۔</w:t>
      </w:r>
    </w:p>
    <w:p>
      <w:r>
        <w:rPr>
          <w:b/>
        </w:rPr>
        <w:t xml:space="preserve">[1:13:31] </w:t>
      </w:r>
      <w:r>
        <w:t>lagta hai ke sokhi lakri khari hui hai. aur isi mein, yani red color ke bohat hi khoobsurat phool, bare bade.</w:t>
      </w:r>
    </w:p>
    <w:p>
      <w:pPr>
        <w:jc w:val="right"/>
      </w:pPr>
      <w:r>
        <w:t>لگتا ہے کہ سوکھی لکڑی کھڑی ہوئی ہے۔ اور اسی میں، یعنی ریڈ کلر کے بہت ہی خوبصورت پھول، بڑے بڑے۔</w:t>
      </w:r>
    </w:p>
    <w:p>
      <w:r>
        <w:rPr>
          <w:b/>
        </w:rPr>
        <w:t xml:space="preserve">[1:13:41] </w:t>
      </w:r>
      <w:r>
        <w:t>to is ko maine dekha. to maine us waqt dekh kar ke yeh dua nikli ke khudaaya teri qudrat itni bari hai ke sokhi lakri mein se itne khoobsurat phool uga sakta hai.</w:t>
      </w:r>
    </w:p>
    <w:p>
      <w:pPr>
        <w:jc w:val="right"/>
      </w:pPr>
      <w:r>
        <w:t>تو اس کو میں نے دیکھا۔ تو میں نے اس وقت دیکھ کر کے یہ دعا نکلی کہ خدایا تیری قدرت اتنی بڑی ہے کہ سوکھی لکڑی میں سے اتنے خوبصورت پھول اگا سکتا ہے۔</w:t>
      </w:r>
    </w:p>
    <w:p>
      <w:r>
        <w:rPr>
          <w:b/>
        </w:rPr>
        <w:t xml:space="preserve">[1:13:55] </w:t>
      </w:r>
      <w:r>
        <w:t>ek sookhe thand mein, hamare ilaqe mein is sokhi lakri ko thand kehte hain. thand. to maine kaha khudaaya teri qudrat itni bari hai ke tu thand mein itne khoobsurat phool uga sakta hai.</w:t>
      </w:r>
    </w:p>
    <w:p>
      <w:pPr>
        <w:jc w:val="right"/>
      </w:pPr>
      <w:r>
        <w:t>ایک سوکھے ٹھنڈ میں، ہمارے علاقے میں اس سوکھی لکڑی کو ٹھنڈ کہتے ہیں۔ ٹھنڈ۔ تو میں نے کہا خدایا تیری قدرت اتنی بڑی ہے کہ تو ٹھنڈ میں اتنے خوبصورت پھول اگا سکتا ہے۔</w:t>
      </w:r>
    </w:p>
    <w:p>
      <w:r>
        <w:rPr>
          <w:b/>
        </w:rPr>
        <w:t xml:space="preserve">[1:14:09] </w:t>
      </w:r>
      <w:r>
        <w:t>to mein bhi ek thand hoon. mein bhi ek thand hoon. mere andar bhi to aise phool khila de.</w:t>
      </w:r>
    </w:p>
    <w:p>
      <w:pPr>
        <w:jc w:val="right"/>
      </w:pPr>
      <w:r>
        <w:t>تو میں بھی ایک ٹھنڈ ہوں۔ میں بھی ایک ٹھنڈ ہوں۔ میرے اندر بھی تو ایسے پھول کھلا دے۔</w:t>
      </w:r>
    </w:p>
    <w:p>
      <w:r>
        <w:rPr>
          <w:b/>
        </w:rPr>
        <w:t xml:space="preserve">[1:14:19] </w:t>
      </w:r>
      <w:r>
        <w:t>aise hi hari patiyan meri zindagi mein uga de.</w:t>
      </w:r>
    </w:p>
    <w:p>
      <w:pPr>
        <w:jc w:val="right"/>
      </w:pPr>
      <w:r>
        <w:t>ایسی ہری پتیاں میری زندگی میں اگا دے۔</w:t>
      </w:r>
    </w:p>
    <w:p>
      <w:r>
        <w:rPr>
          <w:b/>
        </w:rPr>
        <w:t xml:space="preserve">[1:14:26] </w:t>
      </w:r>
      <w:r>
        <w:t>aise hi aap darya ko dekh kar ke, pahaad ko dekh kar ke yeh duaen ubalti hain. aap ne darya ko dekha aur rawani ke sath beh raha hai. to aap ke andar ek, aap ke seenay mein ek ek sitara ayega.</w:t>
      </w:r>
    </w:p>
    <w:p>
      <w:pPr>
        <w:jc w:val="right"/>
      </w:pPr>
      <w:r>
        <w:t>ایسے ہی آپ دریا کو دیکھ کر کے، پہاڑ کو دیکھ کر کے یہ دعائیں ابلتی ہیں۔ آپ نے دریا کو دیکھا اور روانی کے ساتھ بہہ رہا ہے۔ تو آپ کے اندر ایک، آپ کے سینے میں ایک ایک ستارہ آئے گا۔</w:t>
      </w:r>
    </w:p>
    <w:p>
      <w:r>
        <w:rPr>
          <w:b/>
        </w:rPr>
        <w:t xml:space="preserve">[1:14:38] </w:t>
      </w:r>
      <w:r>
        <w:t>aap kahenge khudaaya mere andar bhi isi tareeqay se apni rehmat ke darya baha de. mere andar bhi isi tarah se roohaniyat ke foware jari kar de.</w:t>
      </w:r>
    </w:p>
    <w:p>
      <w:pPr>
        <w:jc w:val="right"/>
      </w:pPr>
      <w:r>
        <w:t>آپ کہیں گے خدایا میرے اندر بھی اسی طریقے سے اپنی رحمت کے دریا بہا دے۔ میرے اندر بھی اسی طرح سے روحانیت کے فوارے جاری کر دے۔</w:t>
      </w:r>
    </w:p>
    <w:p>
      <w:r>
        <w:rPr>
          <w:b/>
        </w:rPr>
        <w:t xml:space="preserve">[1:14:48] </w:t>
      </w:r>
      <w:r>
        <w:t>mere andar bhi isi tarah se rabbaniyat ke chashmay baha de. is ko dekh kar ke aap ke andar yeh ublega.</w:t>
      </w:r>
    </w:p>
    <w:p>
      <w:pPr>
        <w:jc w:val="right"/>
      </w:pPr>
      <w:r>
        <w:t>میرے اندر بھی اسی طرح سے ربانیت کے چشمے بہا دے۔ اس کو دیکھ کر کے آپ کے اندر یہ ابلے گا۔</w:t>
      </w:r>
    </w:p>
    <w:p>
      <w:r>
        <w:rPr>
          <w:b/>
        </w:rPr>
        <w:t xml:space="preserve">[1:14:55] </w:t>
      </w:r>
      <w:r>
        <w:t>yeh hai woh dua jo hadees mein batai gai. to ek rate hue lafzon ko dohrana woh ek alag cheez hai.</w:t>
      </w:r>
    </w:p>
    <w:p>
      <w:pPr>
        <w:jc w:val="right"/>
      </w:pPr>
      <w:r>
        <w:t>یہ ہے وہ دعا جو حدیث میں بتائی گئی۔ تو ایک رٹے ہوئے لفظوں کو دہرانا وہ ایک الگ چیز ہے۔</w:t>
      </w:r>
    </w:p>
    <w:p>
      <w:r>
        <w:rPr>
          <w:b/>
        </w:rPr>
        <w:t xml:space="preserve">[1:15:06] </w:t>
      </w:r>
      <w:r>
        <w:t>lekin yeh jo dua batai gai hai jis se rehmat ke darwazay khulte hain, woh woh dua hai jo ke zinda insan, jis ka zehn active ho, woh dekhta hai.</w:t>
      </w:r>
    </w:p>
    <w:p>
      <w:pPr>
        <w:jc w:val="right"/>
      </w:pPr>
      <w:r>
        <w:t>لیکن یہ جو دعا بتائی گئی ہے جس سے رحمت کے دروازے کھلتے ہیں، وہ وہ دعا ہے جو کہ زندہ انسان، جس کا ذہن ایکٹو ہو، وہ دیکھتا ہے۔</w:t>
      </w:r>
    </w:p>
    <w:p>
      <w:r>
        <w:rPr>
          <w:b/>
        </w:rPr>
        <w:t xml:space="preserve">[1:15:21] </w:t>
      </w:r>
      <w:r>
        <w:t>mukhtalif qism ki cheezen is ke samne aati hain.</w:t>
      </w:r>
    </w:p>
    <w:p>
      <w:pPr>
        <w:jc w:val="right"/>
      </w:pPr>
      <w:r>
        <w:t>مختلف قسم کی چیزیں اس کے سامنے آتی ہیں۔</w:t>
      </w:r>
    </w:p>
    <w:p>
      <w:r>
        <w:rPr>
          <w:b/>
        </w:rPr>
        <w:t xml:space="preserve">[1:15:24] </w:t>
      </w:r>
      <w:r>
        <w:t>is ke is ke darmiyan woh jal uthta hai, is ka andar ka charagh. aur phir is ki zuban se nikal padta hai.</w:t>
      </w:r>
    </w:p>
    <w:p>
      <w:pPr>
        <w:jc w:val="right"/>
      </w:pPr>
      <w:r>
        <w:t>اس کے اس کے درمیان وہ جل اٹھتا ہے، اس کا اندر کا چراغ۔ اور پھر اس کی زبان سے نکل پڑتا ہے۔</w:t>
      </w:r>
    </w:p>
    <w:p>
      <w:r>
        <w:rPr>
          <w:b/>
        </w:rPr>
        <w:t xml:space="preserve">[1:15:34] </w:t>
      </w:r>
      <w:r>
        <w:t>woh dua hai. jaise mein ek baar aisa hua ke light chali gai. aap apne kamray mein andhere bethe hue thay.</w:t>
      </w:r>
    </w:p>
    <w:p>
      <w:pPr>
        <w:jc w:val="right"/>
      </w:pPr>
      <w:r>
        <w:t>وہ دعا ہے۔ جیسے میں ایک بار ایسا ہوا کہ لائٹ چلی گئی۔ آپ اپنے کمرے میں اندھیرے بیٹھے ہوئے تھے۔</w:t>
      </w:r>
    </w:p>
    <w:p>
      <w:r>
        <w:rPr>
          <w:b/>
        </w:rPr>
        <w:t xml:space="preserve">[1:15:44] </w:t>
      </w:r>
      <w:r>
        <w:t>kuch der ke baad phir light aai. to wahan par maine aisa mehsoos hua ke yeh ek numaaish hai is baat ka ke bande aur khuda ke darmiyan kaise taluq qaim hota hai.</w:t>
      </w:r>
    </w:p>
    <w:p>
      <w:pPr>
        <w:jc w:val="right"/>
      </w:pPr>
      <w:r>
        <w:t>کچھ دیر کے بعد پھر لائٹ آئی۔ تو وہاں پر میں نے ایسا محسوس ہوا کہ یہ ایک نمائش ہے اس بات کا کہ بندے اور خدا کے درمیان کیسے تعلق قائم ہوتا ہے۔</w:t>
      </w:r>
    </w:p>
    <w:p>
      <w:r>
        <w:rPr>
          <w:b/>
        </w:rPr>
        <w:t xml:space="preserve">[1:16:00] </w:t>
      </w:r>
      <w:r>
        <w:t>yani khuda jo hai power house. aur hamara ghar jo hai woh wasool kar raha hai wahan se power ko.</w:t>
      </w:r>
    </w:p>
    <w:p>
      <w:pPr>
        <w:jc w:val="right"/>
      </w:pPr>
      <w:r>
        <w:t>یعنی خدا جو ہے پاور ہاؤس ہے۔ اور ہمارا گھر جو ہے وہ وصول کر رہا ہے وہاں سے پاور کو۔</w:t>
      </w:r>
    </w:p>
    <w:p>
      <w:r>
        <w:rPr>
          <w:b/>
        </w:rPr>
        <w:t xml:space="preserve">[1:16:09] </w:t>
      </w:r>
      <w:r>
        <w:t>lekin jab connection ho, tabhi to hum wasool kar paayenge.</w:t>
      </w:r>
    </w:p>
    <w:p>
      <w:pPr>
        <w:jc w:val="right"/>
      </w:pPr>
      <w:r>
        <w:t>لیکن جب کنکشن ہو، تبھی تو ہم وصول کر پائیں گے۔</w:t>
      </w:r>
    </w:p>
    <w:p>
      <w:r>
        <w:rPr>
          <w:b/>
        </w:rPr>
        <w:t xml:space="preserve">[1:16:15] </w:t>
      </w:r>
      <w:r>
        <w:t>to is waqt dua nikalti hai ke khudaaya mera connection tootne na paaye. tera, mujh se tera talluq jo hai woh tootne na paaye.</w:t>
      </w:r>
    </w:p>
    <w:p>
      <w:pPr>
        <w:jc w:val="right"/>
      </w:pPr>
      <w:r>
        <w:t>تو اس وقت دعا نکلتی ہے کہ خدایا میرا کنکشن ٹوٹنے نہ پائے۔ تیرا، مجھ سے تیرا تعلق جو ہے وہ ٹوٹنے نہ پائے۔</w:t>
      </w:r>
    </w:p>
    <w:p>
      <w:r>
        <w:rPr>
          <w:b/>
        </w:rPr>
        <w:t xml:space="preserve">[1:16:25] </w:t>
      </w:r>
      <w:r>
        <w:t>warna main andhere mein bhatakta rahoon ga. andhere ke siwa kuch aur mujhe nahi mile ga.</w:t>
      </w:r>
    </w:p>
    <w:p>
      <w:pPr>
        <w:jc w:val="right"/>
      </w:pPr>
      <w:r>
        <w:t>ورنہ میں اندھیرے میں بھٹکتا رہوں گا۔ اندھیرے کے سوا کچھ اور مجھے نہیں ملے گا۔</w:t>
      </w:r>
    </w:p>
    <w:p>
      <w:r>
        <w:rPr>
          <w:b/>
        </w:rPr>
        <w:t xml:space="preserve">[1:16:37] </w:t>
      </w:r>
      <w:r>
        <w:t>ek din main apne haan kamre mein leta hua tha raat ko. light bujha kar ke sone ke liye. to main raat ko light bujha kar sota hoon.</w:t>
      </w:r>
    </w:p>
    <w:p>
      <w:pPr>
        <w:jc w:val="right"/>
      </w:pPr>
      <w:r>
        <w:t>ایک دن میں اپنے ہاں کمرے میں لیٹا ہوا تھا رات کو۔ لائٹ بجھا کر کے سونے کے لیے۔ تو میں رات کو لائٹ بجھا کر سوتا ہوں۔</w:t>
      </w:r>
    </w:p>
    <w:p>
      <w:r>
        <w:rPr>
          <w:b/>
        </w:rPr>
        <w:t xml:space="preserve">[1:16:47] </w:t>
      </w:r>
      <w:r>
        <w:t>to kamra bilkul andhera tha. achaanak ehsaas hua ke isi tarah ek din main qabar ke andar leta hua hoon ga.</w:t>
      </w:r>
    </w:p>
    <w:p>
      <w:pPr>
        <w:jc w:val="right"/>
      </w:pPr>
      <w:r>
        <w:t>تو کمرہ بالکل اندھیرا تھا۔ اچانک احساس ہوا کہ اسی طرح ایک دن میں قبر کے اندر لیٹا ہوا ہوں گا۔</w:t>
      </w:r>
    </w:p>
    <w:p>
      <w:r>
        <w:rPr>
          <w:b/>
        </w:rPr>
        <w:t xml:space="preserve">[1:16:58] </w:t>
      </w:r>
      <w:r>
        <w:t>woh qabar, woh kamra mere liye qabar mein tabdeel ho gaya.</w:t>
      </w:r>
    </w:p>
    <w:p>
      <w:pPr>
        <w:jc w:val="right"/>
      </w:pPr>
      <w:r>
        <w:t>وہ قبر، وہ کمرہ میرے لیے قبر میں تبدیل ہو گیا۔</w:t>
      </w:r>
    </w:p>
    <w:p>
      <w:r>
        <w:rPr>
          <w:b/>
        </w:rPr>
        <w:t xml:space="preserve">[1:17:03] </w:t>
      </w:r>
      <w:r>
        <w:t>aise hi ek ek gadha hoga, jis ko hum qabar kehte hain. log is ko is mein letaa dein ge. yahan to mere aage peechhe bohat se log hain.</w:t>
      </w:r>
    </w:p>
    <w:p>
      <w:pPr>
        <w:jc w:val="right"/>
      </w:pPr>
      <w:r>
        <w:t>ایسے ہی ایک ایک گڑھا ہوگا، جس کو ہم قبر کہتے ہیں۔ لوگ اس کو اس میں لیٹا دیں گے۔ یہاں تو میرے آگے پیچھے بہت سے لوگ ہیں۔</w:t>
      </w:r>
    </w:p>
    <w:p>
      <w:r>
        <w:rPr>
          <w:b/>
        </w:rPr>
        <w:t xml:space="preserve">[1:17:17] </w:t>
      </w:r>
      <w:r>
        <w:t>yahan bohat saara samaan mere paas hai. wahan, wahan, wahan par akela hoon ga. to woh kamra jo hai qabar mein tabdeel ho gaya aur saara jo qabar ki baatein hain woh yaad aane lagin.</w:t>
      </w:r>
    </w:p>
    <w:p>
      <w:pPr>
        <w:jc w:val="right"/>
      </w:pPr>
      <w:r>
        <w:t>یہاں بہت سارا سامان میرے پاس ہے۔ وہاں، وہاں، وہاں پر اکیلا ہوں گا۔ تو وہ کمرہ جو ہے قبر میں تبدیل ہو گیا اور سارا جو قبر کی باتیں ہیں وہ یاد آنے لگیں۔</w:t>
      </w:r>
    </w:p>
    <w:p>
      <w:r>
        <w:rPr>
          <w:b/>
        </w:rPr>
        <w:t xml:space="preserve">[1:17:29] </w:t>
      </w:r>
      <w:r>
        <w:t>isi qism ki duaen ubalne lagin.</w:t>
      </w:r>
    </w:p>
    <w:p>
      <w:pPr>
        <w:jc w:val="right"/>
      </w:pPr>
      <w:r>
        <w:t>اسی قسم کی دعائیں ابلنے لگیں۔</w:t>
      </w:r>
    </w:p>
    <w:p>
      <w:r>
        <w:rPr>
          <w:b/>
        </w:rPr>
        <w:t xml:space="preserve">[1:17:32] </w:t>
      </w:r>
      <w:r>
        <w:t>yeh hai woh dua. yaani rate hue alfaaz ko dohrane wali dua aur hoti hai. aur haalaat ke darmiyan jo duaen nikalti hain woh doosri dua hoti hai.</w:t>
      </w:r>
    </w:p>
    <w:p>
      <w:pPr>
        <w:jc w:val="right"/>
      </w:pPr>
      <w:r>
        <w:t>یہ ہے وہ دعا۔ یعنی رٹے ہوئے الفاظ کو دہرانے والی دعا اور ہوتی ہے۔ اور حالات کے درمیان جو دعائیں نکلتی ہیں وہ دوسری دعا ہوتی ہے۔</w:t>
      </w:r>
    </w:p>
    <w:p>
      <w:r>
        <w:rPr>
          <w:b/>
        </w:rPr>
        <w:t xml:space="preserve">[1:17:43] </w:t>
      </w:r>
      <w:r>
        <w:t>lekin haalaat ke darmiyan duaen is ke zubaan se niklen gi jis ke andar roohaniyat bidaar ho.</w:t>
      </w:r>
    </w:p>
    <w:p>
      <w:pPr>
        <w:jc w:val="right"/>
      </w:pPr>
      <w:r>
        <w:t>لیکن حالات کے درمیان دعائیں اس کے زبان سے نکلیں گی جس کے اندر روحانیت بیدار ہو۔</w:t>
      </w:r>
    </w:p>
    <w:p>
      <w:r>
        <w:rPr>
          <w:b/>
        </w:rPr>
        <w:t xml:space="preserve">[1:17:52] </w:t>
      </w:r>
      <w:r>
        <w:t>jis ka, jis ka zehan active ho.</w:t>
      </w:r>
    </w:p>
    <w:p>
      <w:pPr>
        <w:jc w:val="right"/>
      </w:pPr>
      <w:r>
        <w:t>جس کا، جس کا ذہن ایکٹو ہو۔</w:t>
      </w:r>
    </w:p>
    <w:p>
      <w:r>
        <w:rPr>
          <w:b/>
        </w:rPr>
        <w:t xml:space="preserve">[1:17:57] </w:t>
      </w:r>
      <w:r>
        <w:t>tab niklen gi. aur main ne jaisa ke arz kiya ke woh apne ko destruction se bachata ho. focus is ka hatne na paaye.</w:t>
      </w:r>
    </w:p>
    <w:p>
      <w:pPr>
        <w:jc w:val="right"/>
      </w:pPr>
      <w:r>
        <w:t>تب نکلیں گی۔ اور میں نے جیسا کہ عرض کیا کہ وہ اپنے کو ڈسٹرکشن سے بچاتا ہو۔ فوکس اس کا ہٹنے نہ پائے۔</w:t>
      </w:r>
    </w:p>
    <w:p>
      <w:r>
        <w:rPr>
          <w:b/>
        </w:rPr>
        <w:t xml:space="preserve">[1:18:09] </w:t>
      </w:r>
      <w:r>
        <w:t>is ki soch khuda ke upar jami rehti ho hamesha.</w:t>
      </w:r>
    </w:p>
    <w:p>
      <w:pPr>
        <w:jc w:val="right"/>
      </w:pPr>
      <w:r>
        <w:t>اس کی سوچ خدا کے اوپر جمی رہتی ہو ہمیشہ۔</w:t>
      </w:r>
    </w:p>
    <w:p>
      <w:r>
        <w:rPr>
          <w:b/>
        </w:rPr>
        <w:t xml:space="preserve">[1:18:14] </w:t>
      </w:r>
      <w:r>
        <w:t>tab aisa hoga ke is tarah ke mauqe aayenge aur woh is ko</w:t>
      </w:r>
    </w:p>
    <w:p>
      <w:pPr>
        <w:jc w:val="right"/>
      </w:pPr>
      <w:r>
        <w:t>تب ایسا ہوگا کہ اس طرح کے مواقع آئیں گے اور وہ اس کو</w:t>
      </w:r>
    </w:p>
    <w:p>
      <w:r>
        <w:rPr>
          <w:b/>
        </w:rPr>
        <w:t xml:space="preserve">[1:18:24] </w:t>
      </w:r>
      <w:r>
        <w:t>is ke andar ek iste'ara barpa karein ge. aur us waqt is ki zubaan se aise dua, aise alfaaz niklen ge jo ke super dua hogi. jo khuda ki rehmat ke darwazon ko khole gi.</w:t>
      </w:r>
    </w:p>
    <w:p>
      <w:pPr>
        <w:jc w:val="right"/>
      </w:pPr>
      <w:r>
        <w:t>اس کے اندر ایک استعارہ برپا کریں گے۔ اور اس وقت اس کی زبان سے ایسے دعا، ایسے الفاظ نکلیں گے جو کہ سپر دعا ہوگی۔ جو خدا کی رحمت کے دروازوں کو کھولے گی۔</w:t>
      </w:r>
    </w:p>
    <w:p>
      <w:r>
        <w:rPr>
          <w:b/>
        </w:rPr>
        <w:t xml:space="preserve">[1:18:37] </w:t>
      </w:r>
      <w:r>
        <w:t>is tarah ke bohat se waaqeaat sahaba ke haan milte hain, buzurg, bare bare jo hamare log hain un ke haan milte hain. to us waqt mujhe saare waaqeaat bayan nahi karna hai.</w:t>
      </w:r>
    </w:p>
    <w:p>
      <w:pPr>
        <w:jc w:val="right"/>
      </w:pPr>
      <w:r>
        <w:t>اس طرح کے بہت سے واقعات صحابہ کے ہاں ملتے ہیں، بزرگ، بڑے بڑے جو ہمارے لوگ ہیں ان کے ہاں ملتے ہیں۔ تو اس وقت مجھے سارے واقعات بیان نہیں کرنا ہے۔</w:t>
      </w:r>
    </w:p>
    <w:p>
      <w:r>
        <w:rPr>
          <w:b/>
        </w:rPr>
        <w:t xml:space="preserve">[1:18:49] </w:t>
      </w:r>
      <w:r>
        <w:t>lekin khulasa yeh hai ke aap</w:t>
      </w:r>
    </w:p>
    <w:p>
      <w:pPr>
        <w:jc w:val="right"/>
      </w:pPr>
      <w:r>
        <w:t>لیکن خلاصہ یہ ہے کہ آپ</w:t>
      </w:r>
    </w:p>
    <w:p>
      <w:r>
        <w:rPr>
          <w:b/>
        </w:rPr>
        <w:t xml:space="preserve">[1:18:53] </w:t>
      </w:r>
      <w:r>
        <w:t>rat kar munh se jo dua ki jaati hai woh dua nahi hai. ya hai to bohat hi mamooli qism ki cheez hai woh. aur woh dua jis ke liye hadees mein aata hai ke is dua se rehmat ke darwaze khul jaate hain.</w:t>
      </w:r>
    </w:p>
    <w:p>
      <w:pPr>
        <w:jc w:val="right"/>
      </w:pPr>
      <w:r>
        <w:t>رٹ کر منہ سے جو دعا کی جاتی ہے وہ دعا نہیں ہے۔ یا ہے تو بہت ہی معمولی قسم کی چیز ہے وہ۔ اور وہ دعا جس کے لیے حدیث میں آتا ہے کہ اس دعا سے رحمت کے دروازے کھل جاتے ہیں۔</w:t>
      </w:r>
    </w:p>
    <w:p>
      <w:r>
        <w:rPr>
          <w:b/>
        </w:rPr>
        <w:t xml:space="preserve">[1:19:06] </w:t>
      </w:r>
      <w:r>
        <w:t>woh dua woh hai jis ke liye aadmi apne ko tayyar rakhe.</w:t>
      </w:r>
    </w:p>
    <w:p>
      <w:pPr>
        <w:jc w:val="right"/>
      </w:pPr>
      <w:r>
        <w:t>وہ دعا وہ ہے جس کے لیے آدمی اپنے کو تیار رکھے۔</w:t>
      </w:r>
    </w:p>
    <w:p>
      <w:r>
        <w:rPr>
          <w:b/>
        </w:rPr>
        <w:t xml:space="preserve">[1:19:12] </w:t>
      </w:r>
      <w:r>
        <w:t>tayyar rakhe. jab woh tayyar hoga to mauqe aayenge aur woh mauqe is ke andar iste'ara barpa karein ge. aur phir aise alfaaz ubalenge is ki zubaan se jo jis ko hum, main ne super dua kaha hai.</w:t>
      </w:r>
    </w:p>
    <w:p>
      <w:pPr>
        <w:jc w:val="right"/>
      </w:pPr>
      <w:r>
        <w:t>تیار رکھے۔ جب وہ تیار ہوگا تو مواقع آئیں گے اور وہ مواقع اس کے اندر استعارہ برپا کریں گے۔ اور پھر ایسے الفاظ ابلیں گے اس کی زبان سے جو جس کو ہم، میں نے سپر دعا کہا ہے۔</w:t>
      </w:r>
    </w:p>
    <w:p>
      <w:r>
        <w:rPr>
          <w:b/>
        </w:rPr>
        <w:t xml:space="preserve">[1:19:28] </w:t>
      </w:r>
      <w:r>
        <w:t>aur khuda se aakhri had tak is ko qareeb kar dein ge.</w:t>
      </w:r>
    </w:p>
    <w:p>
      <w:pPr>
        <w:jc w:val="right"/>
      </w:pPr>
      <w:r>
        <w:t>اور خدا سے آخری حد تک اس کو قریب کر دیں گے۔</w:t>
      </w:r>
    </w:p>
    <w:p>
      <w:r>
        <w:rPr>
          <w:b/>
        </w:rPr>
        <w:t xml:space="preserve">[1:19:35] </w:t>
      </w:r>
      <w:r>
        <w:t>aqool qawli haza wastaghfirullaha li walakum ajmaeen</w:t>
      </w:r>
    </w:p>
    <w:p>
      <w:pPr>
        <w:jc w:val="right"/>
      </w:pPr>
      <w:r>
        <w:t>أقول قولي هذا واستغفرالله لي ولكم اجمعین</w:t>
      </w:r>
    </w:p>
    <w:p>
      <w:r>
        <w:rPr>
          <w:b/>
        </w:rPr>
        <w:t xml:space="preserve">[1:19:53] </w:t>
      </w:r>
      <w:r>
        <w:t>nana jaise aap ne kaha tha ke dua should be practical dua nahi practical dua se woh baat nahi aati hai mutabiq dua amal acha</w:t>
      </w:r>
    </w:p>
    <w:p>
      <w:pPr>
        <w:jc w:val="right"/>
      </w:pPr>
      <w:r>
        <w:t>نانا جیسے آپ نے کہا تھا کہ دعا should be practical دعا نہیں practical دعا سے وہ بات نہیں آتی ہے مطابق دعا عمل اچھا</w:t>
      </w:r>
    </w:p>
    <w:p>
      <w:r>
        <w:rPr>
          <w:b/>
        </w:rPr>
        <w:t xml:space="preserve">[1:20:04] </w:t>
      </w:r>
      <w:r>
        <w:t>yeh main kahoon ga</w:t>
      </w:r>
    </w:p>
    <w:p>
      <w:pPr>
        <w:jc w:val="right"/>
      </w:pPr>
      <w:r>
        <w:t>یہ میں کہوں گا</w:t>
      </w:r>
    </w:p>
    <w:p>
      <w:r>
        <w:rPr>
          <w:b/>
        </w:rPr>
        <w:t xml:space="preserve">[1:20:08] </w:t>
      </w:r>
      <w:r>
        <w:t>mutabiq dua amal</w:t>
      </w:r>
    </w:p>
    <w:p>
      <w:pPr>
        <w:jc w:val="right"/>
      </w:pPr>
      <w:r>
        <w:t>مطابق دعا عمل</w:t>
      </w:r>
    </w:p>
    <w:p>
      <w:r>
        <w:rPr>
          <w:b/>
        </w:rPr>
        <w:t xml:space="preserve">[1:20:15] </w:t>
      </w:r>
      <w:r>
        <w:t>bhai wahi to hua na bazahir koi dua amal nahi aap keh rahe hain khuda ya mujhe super dua ki tofeeq de aur destruction apne ko bacha nahi rahe to mutabiq dua amal nahi hona aap ka to aisi dua jo hai kabhi bhi qabool nahi hogi</w:t>
      </w:r>
    </w:p>
    <w:p>
      <w:pPr>
        <w:jc w:val="right"/>
      </w:pPr>
      <w:r>
        <w:t>بھئی وہی تو ہوا نا بظاہر کوئی دعا عمل نہیں آپ کہہ رہے ہیں خدایا مجھے سپر دعا کی توفیق دے اور ڈسٹرکشن اپنے کو بچا نہیں رہے تو مطابق دعا عمل نہیں ہونا آپ کا تو ایسی دعا جو ہے کبھی بھی قبول نہیں ہوگی</w:t>
      </w:r>
    </w:p>
    <w:p>
      <w:r>
        <w:rPr>
          <w:b/>
        </w:rPr>
        <w:t xml:space="preserve">[1:20:30] </w:t>
      </w:r>
      <w:r>
        <w:t>yahi hai ilayhi yas ad al kalim al tayyib wa al amal al salih yani dua munh se nikalti hai aap ka amal is ko oopar le aata hai yani munh se nikla hua jo qaul hai amal is ko oopar le aata hai is ka matlab kya hai</w:t>
      </w:r>
    </w:p>
    <w:p>
      <w:pPr>
        <w:jc w:val="right"/>
      </w:pPr>
      <w:r>
        <w:t>یہی ہے إليه يسعد الكلم الطيب والعمل الصالح یعنی دعا منہ سے نکلتی ہے آپ کا عمل اس کو اوپر لے آتا ہے یعنی منہ سے نکلا ہوا جو قول ہے عمل اس کو اوپر لے آتا ہے اس کا مطلب کیا ہے</w:t>
      </w:r>
    </w:p>
    <w:p>
      <w:r>
        <w:rPr>
          <w:b/>
        </w:rPr>
        <w:t xml:space="preserve">[1:20:49] </w:t>
      </w:r>
      <w:r>
        <w:t>dekhiye is ka matlab yeh hai ke jo kuch aap munh se bol kar khuda se mang rahe hain to aap ka action bhi isi ke mutabiq ho jaise aap mang rahe hain ke khuda ya mujhe sharab chudwa</w:t>
      </w:r>
    </w:p>
    <w:p>
      <w:pPr>
        <w:jc w:val="right"/>
      </w:pPr>
      <w:r>
        <w:t>دیکھیے اس کا مطلب یہ ہے کہ جو کچھ آپ منہ سے بول کر خدا سے مانگ رہے ہیں تو آپ کا ایکشن بھی اسی کے مطابق ہو جیسے آپ مانگ رہے ہیں کہ خدایا مجھے شراب چھوڑوا</w:t>
      </w:r>
    </w:p>
    <w:p>
      <w:r>
        <w:rPr>
          <w:b/>
        </w:rPr>
        <w:t xml:space="preserve">[1:21:12] </w:t>
      </w:r>
      <w:r>
        <w:t>de mein sharab peeta hoon to aur subah sham aap</w:t>
      </w:r>
    </w:p>
    <w:p>
      <w:pPr>
        <w:jc w:val="right"/>
      </w:pPr>
      <w:r>
        <w:t>دے میں شراب پیتا ہوں تو اور صبح شام آپ</w:t>
      </w:r>
    </w:p>
    <w:p>
      <w:r>
        <w:rPr>
          <w:b/>
        </w:rPr>
        <w:t xml:space="preserve">[1:21:16] </w:t>
      </w:r>
      <w:r>
        <w:t>yani woh club mein jaate rahen club mein na chhodein to ab yeh</w:t>
      </w:r>
    </w:p>
    <w:p>
      <w:pPr>
        <w:jc w:val="right"/>
      </w:pPr>
      <w:r>
        <w:t>یعنی وہ کلب میں جاتے رہیں کلب میں نہ چھوڑیں تو اب یہ</w:t>
      </w:r>
    </w:p>
    <w:p>
      <w:r>
        <w:rPr>
          <w:b/>
        </w:rPr>
        <w:t xml:space="preserve">[1:21:22] </w:t>
      </w:r>
      <w:r>
        <w:t>dua ke sath aadmi ne amal mutabiq amal saleh mutabiq mutabiq dua amal</w:t>
      </w:r>
    </w:p>
    <w:p>
      <w:pPr>
        <w:jc w:val="right"/>
      </w:pPr>
      <w:r>
        <w:t>دعا کے ساتھ آدمی نے عمل مطابق عمل صالح مطابق مطابق دعا عمل</w:t>
      </w:r>
    </w:p>
    <w:p>
      <w:r>
        <w:rPr>
          <w:b/>
        </w:rPr>
        <w:t xml:space="preserve">[1:21:30] </w:t>
      </w:r>
      <w:r>
        <w:t>yani dua yani action according to his dua</w:t>
      </w:r>
    </w:p>
    <w:p>
      <w:pPr>
        <w:jc w:val="right"/>
      </w:pPr>
      <w:r>
        <w:t>یعنی دعا یعنی ایکشن according to his دعا</w:t>
      </w:r>
    </w:p>
    <w:p>
      <w:r>
        <w:rPr>
          <w:b/>
        </w:rPr>
        <w:t xml:space="preserve">[1:21:36] </w:t>
      </w:r>
      <w:r>
        <w:t>to dua jo hai uske mutabiq amal bhi karna padega aap ko</w:t>
      </w:r>
    </w:p>
    <w:p>
      <w:pPr>
        <w:jc w:val="right"/>
      </w:pPr>
      <w:r>
        <w:t>تو دعا جو ہے اس کے مطابق عمل بھی کرنا پڑے گا آپ کو</w:t>
      </w:r>
    </w:p>
    <w:p>
      <w:r>
        <w:rPr>
          <w:b/>
        </w:rPr>
        <w:t xml:space="preserve">[1:21:42] </w:t>
      </w:r>
      <w:r>
        <w:t>jaise misaal ke taur par agar aap dua se karein ke khuda ya mujhe super dua ki tofeeq mile super dua to aap ko destruction se apne ko bachana padega to destruction se na bachayein dua karte hain khuda ya mujhe super dua de de to yeh impossible hai phir to wahi dua milegi ke aap yaad yaad kar lijiye yaad kar ke padhte rahiye woh dua milegi super dua nahi milegi kyunke is ke mutabiq</w:t>
      </w:r>
    </w:p>
    <w:p>
      <w:pPr>
        <w:jc w:val="right"/>
      </w:pPr>
      <w:r>
        <w:t>جیسے مثال کے طور پر اگر آپ دعا سے کریں کہ خدایا مجھے سپر دعا کی توفیق ملے سپر دعا تو آپ کو ڈسٹرکشن سے اپنے کو بچانا پڑے گا تو ڈسٹرکشن سے نہ بچائیں دعا کرتے ہیں خدایا مجھے سپر دعا دے دے تو یہ impossible ہے پھر تو وہی دعا ملے گی کہ آپ یاد یاد کر لیجئے یاد کر کے پڑھتے رہیے وہ دعا ملے گی سپر دعا نہیں ملے گی کیونکہ اس کے مطابق</w:t>
      </w:r>
    </w:p>
    <w:p>
      <w:r>
        <w:rPr>
          <w:b/>
        </w:rPr>
        <w:t xml:space="preserve">[1:22:11] </w:t>
      </w:r>
      <w:r>
        <w:t>amal kiya hai apne ko destruction se bachana aur</w:t>
      </w:r>
    </w:p>
    <w:p>
      <w:pPr>
        <w:jc w:val="right"/>
      </w:pPr>
      <w:r>
        <w:t>عمل کیا ہے اپنے کو ڈسٹرکشن سے بچانا اور</w:t>
      </w:r>
    </w:p>
    <w:p>
      <w:r>
        <w:rPr>
          <w:b/>
        </w:rPr>
        <w:t xml:space="preserve">[1:22:15] </w:t>
      </w:r>
      <w:r>
        <w:t>ہم نے you said two days back کہ داعی کو full conviction ہونا چاہیے</w:t>
      </w:r>
    </w:p>
    <w:p>
      <w:pPr>
        <w:jc w:val="right"/>
      </w:pPr>
      <w:r>
        <w:t>ہم نے یو سیڈ ٹو ڈیز بیک کہ داعی کو فل کنوکشن ہونا چاہیے</w:t>
      </w:r>
    </w:p>
    <w:p>
      <w:r>
        <w:rPr>
          <w:b/>
        </w:rPr>
        <w:t xml:space="preserve">[1:22:21] </w:t>
      </w:r>
      <w:r>
        <w:t>about what he is saying but total apne liye total helplessness ka wo uncertainty uncertainty but it's how</w:t>
      </w:r>
    </w:p>
    <w:p>
      <w:pPr>
        <w:jc w:val="right"/>
      </w:pPr>
      <w:r>
        <w:t>about what he is saying but ٹوٹل اپنے لیے ٹوٹل helplessness کا وہ uncertainty uncertainty but it's how</w:t>
      </w:r>
    </w:p>
    <w:p>
      <w:r>
        <w:rPr>
          <w:b/>
        </w:rPr>
        <w:t xml:space="preserve">[1:22:31] </w:t>
      </w:r>
      <w:r>
        <w:t>can it be practically because آپ at any moment آپ اتne conviction se bolte hain to thodi arrogance</w:t>
      </w:r>
    </w:p>
    <w:p>
      <w:pPr>
        <w:jc w:val="right"/>
      </w:pPr>
      <w:r>
        <w:t>can it be practically because آپ at any moment آپ اتنے کنوکشن سے بولتے ہیں تو تھوڑی arrogance</w:t>
      </w:r>
    </w:p>
    <w:p>
      <w:r>
        <w:rPr>
          <w:b/>
        </w:rPr>
        <w:t xml:space="preserve">[1:22:37] </w:t>
      </w:r>
      <w:r>
        <w:t>aa hi jati hai how can you practically control it so you are modest all the time</w:t>
      </w:r>
    </w:p>
    <w:p>
      <w:pPr>
        <w:jc w:val="right"/>
      </w:pPr>
      <w:r>
        <w:t>آ ہی جاتی ہے how can you practically control it so you are modest all the time</w:t>
      </w:r>
    </w:p>
    <w:p>
      <w:r>
        <w:rPr>
          <w:b/>
        </w:rPr>
        <w:t xml:space="preserve">[1:22:43] </w:t>
      </w:r>
      <w:r>
        <w:t>bhai ek bahut acha kisi ne kaha hai ke woh qissa batata hoon mein aap ko yahan dilli mein ek jalsa hua jis mein dilip padgaonkar bhi stage par the aur mein bhi tha wahan par</w:t>
      </w:r>
    </w:p>
    <w:p>
      <w:pPr>
        <w:jc w:val="right"/>
      </w:pPr>
      <w:r>
        <w:t>بھئی ایک بہت اچھا کسی نے کہا ہے کہ وہ قصہ بتاتا ہوں میں آپ کو یہاں دلی میں ایک جلسہ ہوا جس میں دلیپ پیڈگاؤکر بھی اسٹیج پر تھے اور میں بھی تھا وہاں پر</w:t>
      </w:r>
    </w:p>
    <w:p>
      <w:r>
        <w:rPr>
          <w:b/>
        </w:rPr>
        <w:t xml:space="preserve">[1:23:06] </w:t>
      </w:r>
      <w:r>
        <w:t>to ek aadmi aa gaye jo thoda communal mind ke the woh unhone yeh keh diya ke musalman jo hain desh ka loyal kabhi ho hi nahi sakta hai aur is ka reason yeh bataya unhone ke musalman jo hai woh makka madina is ke dil mein basa hua hota hai to aise log apne desh ke loyal kaise ho sakte hain</w:t>
      </w:r>
    </w:p>
    <w:p>
      <w:pPr>
        <w:jc w:val="right"/>
      </w:pPr>
      <w:r>
        <w:t>تو ایک آدمی آگئے جو تھوڑا communal mind کے تھے وہ انہوں نے یہ کہہ دیا کہ مسلمان جو ہیں دیش کا لائل کبھی ہو ہی نہیں سکتا ہے اور اس کا reason یہ بتایا انہوں نے کہ مسلمان جو ہے وہ مکہ مدینہ اس کے دل میں بسا ہوا ہوتا ہے تو ایسے لوگ اپنے دیش کے لائل کیسے ہو سکتے ہیں</w:t>
      </w:r>
    </w:p>
    <w:p>
      <w:r>
        <w:rPr>
          <w:b/>
        </w:rPr>
        <w:t xml:space="preserve">[1:23:28] </w:t>
      </w:r>
      <w:r>
        <w:t>to dilip padgaonkar jo hai secular aadmi hai woh stage par aaya to us ne kaha ke aap insaan ke insaan ko underestimate kar rahe hain aap insaan ki ability bahut zyada hai woh us ne kaha ke apne ab maa se agar aap ko pyar hai to kya aap ke baap se pyar nahi rahega aap ko apni biwi se hai to kya bhai se nahi rahega</w:t>
      </w:r>
    </w:p>
    <w:p>
      <w:pPr>
        <w:jc w:val="right"/>
      </w:pPr>
      <w:r>
        <w:t>تو دلیپ پیڈگاؤکر جو ہے سیکولر آدمی ہے وہ اسٹیج پر آیا تو اس نے کہا کہ آپ انسان کے انسان کو underestimate کر رہے ہیں آپ انسان کی ability بہت زیادہ ہے وہ اس نے کہا کہ اپنے اب ماں سے اگر آپ کو پیار ہے تو کیا آپ کے باپ سے پیار نہیں رہے گا آپ کو اپنی بیوی سے ہے تو کیا بھائی سے نہیں رہے گا</w:t>
      </w:r>
    </w:p>
    <w:p>
      <w:r>
        <w:rPr>
          <w:b/>
        </w:rPr>
        <w:t xml:space="preserve">[1:23:55] </w:t>
      </w:r>
      <w:r>
        <w:t>to us ne ek bada acha ek sentence bola tha woh ek ek european philosopher ka woh mujhe yaad hai woh wahi mein yahan bhi apply karunga us ne kaha tha ke I am large enough to contain all these contradictions</w:t>
      </w:r>
    </w:p>
    <w:p>
      <w:pPr>
        <w:jc w:val="right"/>
      </w:pPr>
      <w:r>
        <w:t>تو اس نے ایک بڑا اچھا ایک sentence بولا تھا وہ ایک ایک European philosopher کا وہ مجھے یاد ہے وہ وہی میں یہاں بھی اپلائی کروں گا اس نے کہا تھا کہ I am large enough to contain all these contradictions</w:t>
      </w:r>
    </w:p>
    <w:p>
      <w:r>
        <w:rPr>
          <w:b/>
        </w:rPr>
        <w:t xml:space="preserve">[1:24:18] </w:t>
      </w:r>
      <w:r>
        <w:t>I am large enough to contain all these contradictions</w:t>
      </w:r>
    </w:p>
    <w:p>
      <w:pPr>
        <w:jc w:val="right"/>
      </w:pPr>
      <w:r>
        <w:t>I am large enough to contain all these contradictions</w:t>
      </w:r>
    </w:p>
    <w:p>
      <w:r>
        <w:rPr>
          <w:b/>
        </w:rPr>
        <w:t xml:space="preserve">[1:24:25] </w:t>
      </w:r>
      <w:r>
        <w:t>bhai islam ko rediscover karne ke liye ek price hai woh price hai deconditioning</w:t>
      </w:r>
    </w:p>
    <w:p>
      <w:pPr>
        <w:jc w:val="right"/>
      </w:pPr>
      <w:r>
        <w:t>بھئی اسلام کو rediscover کرنے کے لیے ایک price ہے وہ price ہے deconditioning</w:t>
      </w:r>
    </w:p>
    <w:p>
      <w:r>
        <w:rPr>
          <w:b/>
        </w:rPr>
        <w:t xml:space="preserve">[1:24:36] </w:t>
      </w:r>
      <w:r>
        <w:t>deconditioning hoti hai introspection ke through</w:t>
      </w:r>
    </w:p>
    <w:p>
      <w:pPr>
        <w:jc w:val="right"/>
      </w:pPr>
      <w:r>
        <w:t>deconditioning ہوتی ہے introspection کے through</w:t>
      </w:r>
    </w:p>
    <w:p>
      <w:r>
        <w:rPr>
          <w:b/>
        </w:rPr>
        <w:t xml:space="preserve">[1:24:42] </w:t>
      </w:r>
      <w:r>
        <w:t>apna introspection karna apne ko yani khud apne oopar yani apne bare mein khud sochna aur doosra agar koi criticize karta hai to us ko poori tarah objective ho kar sunna</w:t>
      </w:r>
    </w:p>
    <w:p>
      <w:pPr>
        <w:jc w:val="right"/>
      </w:pPr>
      <w:r>
        <w:t>اپنا introspection کرنا اپنے کو یعنی خود اپنے اوپر یعنی اپنے بارے میں خود سوچنا اور دوسرا اگر کوئی criticize کرتا ہے تو اس کو پوری طرح objective ہو کر سننا</w:t>
      </w:r>
    </w:p>
    <w:p>
      <w:r>
        <w:rPr>
          <w:b/>
        </w:rPr>
        <w:t xml:space="preserve">[1:25:06] </w:t>
      </w:r>
      <w:r>
        <w:t>mujhe yaad hai ek martaba ek professor so jahan jamia mein hua karte the un ka intaqal chuka hai to mein ek martaba mulaqat hui to unhone jo iqbal ka aur nietzsche ki jo philosophy hai jo self par base karti hai self khudi ki philosophy hai self ki philosophy to us ko unhone vakalat ki is ki self ki philosophy ki to mein ne kaha ke self ki philosophy jo hai woh iqbal ki bahut adhuri discovery thi</w:t>
      </w:r>
    </w:p>
    <w:p>
      <w:pPr>
        <w:jc w:val="right"/>
      </w:pPr>
      <w:r>
        <w:t>مجھے یاد ہے ایک مرتبہ ایک پروفیسر سو جہاں جامعہ میں ہوا کرتے تھے ان کا انتقال ہو چکا ہے تو میں ایک مرتبہ ملاقات ہوئی تو انہوں نے جو اقبال کا اور نرشے کی جو philosophy ہے جو self پر base کرتی ہے self خودی کی philosophy ہے self کی philosophy تو اس کو انہوں نے وکالت کی اس کی self کی philosophy کی تو میں نے کہا کہ self کی philosophy جو ہے وہ اقبال کی بہت ادھوری discovery تھی</w:t>
      </w:r>
    </w:p>
    <w:p>
      <w:r>
        <w:rPr>
          <w:b/>
        </w:rPr>
        <w:t xml:space="preserve">[1:25:36] </w:t>
      </w:r>
      <w:r>
        <w:t>asal cheez self nahi hai asal cheez anti-self hai mein ne kaha self thinking jo hai woh to kuch bhi nahi hai ek childish cheez hai woh sab se bari cheez hai anti-self thinking to iqbal ko jo discovery hui woh ek childish discovery thi woh ke woh self thinking tak pahunche woh halanke zyada bari cheez hai anti-self thinking to woh wahi cheez hai jab</w:t>
      </w:r>
    </w:p>
    <w:p>
      <w:pPr>
        <w:jc w:val="right"/>
      </w:pPr>
      <w:r>
        <w:t>اصل چیز self نہیں ہے اصل چیز anti-self ہے میں نے کہا self thinking جو ہے وہ تو کچھ بھی نہیں ہے ایک childish چیز ہے وہ سب سے بڑی چیز ہے anti-self thinking تو اقبال کو جو discovery ہوئی وہ ایک childish discovery تھی وہ کہ وہ self thinking تک پہنچے وہ حالانکہ زیادہ بڑی چیز ہے anti-self thinking تو وہ وہی چیز ہے جب</w:t>
      </w:r>
    </w:p>
    <w:p>
      <w:r>
        <w:rPr>
          <w:b/>
        </w:rPr>
        <w:t xml:space="preserve">[1:26:02] </w:t>
      </w:r>
      <w:r>
        <w:t>tak aap tayyar na hon apni deconditioning ke liye mercilessly mercilessly apne ko yani nikaliye jaise piaz ke chhilke ko nikala jata hai</w:t>
      </w:r>
    </w:p>
    <w:p>
      <w:pPr>
        <w:jc w:val="right"/>
      </w:pPr>
      <w:r>
        <w:t>تک آپ تیار نہ ہوں اپنی deconditioning کے لیے mercilessly mercilessly اپنے کو یعنی نکالیے جیسے پیاز کے چھلکے کو نکالا جاتا ہے</w:t>
      </w:r>
    </w:p>
    <w:p>
      <w:r>
        <w:rPr>
          <w:b/>
        </w:rPr>
        <w:t xml:space="preserve">[1:26:18] </w:t>
      </w:r>
      <w:r>
        <w:t>tab woh mauqa aayega ke aap islam ko padhein aur rediscover karein warna padhenge aur kuch payenge nahi padhenge aur kuch payenge nahi</w:t>
      </w:r>
    </w:p>
    <w:p>
      <w:pPr>
        <w:jc w:val="right"/>
      </w:pPr>
      <w:r>
        <w:t>تب وہ موقع آئے گا کہ آپ اسلام کو پڑھیں اور rediscover کریں ورنہ پڑھیں گے اور کچھ پائیں گے نہیں پڑھیں گے اور کچھ پائیں گے نہیں</w:t>
      </w:r>
    </w:p>
    <w:p>
      <w:r>
        <w:rPr>
          <w:b/>
        </w:rPr>
        <w:t xml:space="preserve">[1:26:29] </w:t>
      </w:r>
      <w:r>
        <w:t>kyunke woh condition mind jo hai us ke tehat padhenge us ke tehat kuch milegi nahi kuch bhi nahi milega</w:t>
      </w:r>
    </w:p>
    <w:p>
      <w:pPr>
        <w:jc w:val="right"/>
      </w:pPr>
      <w:r>
        <w:t>کیونکہ وہ condition mind جو ہے اس کے تحت پڑھیں گے اس کے تحت کچھ ملے گی نہیں کچھ بھی نہیں ملے گا</w:t>
      </w:r>
    </w:p>
    <w:p>
      <w:r>
        <w:rPr>
          <w:b/>
        </w:rPr>
        <w:t xml:space="preserve">[1:26:41] </w:t>
      </w:r>
      <w:r>
        <w:t>to rediscovery se pehle deconditioning hai</w:t>
      </w:r>
    </w:p>
    <w:p>
      <w:pPr>
        <w:jc w:val="right"/>
      </w:pPr>
      <w:r>
        <w:t>تو rediscovery سے پہلے deconditioning ہے</w:t>
      </w:r>
    </w:p>
    <w:p>
      <w:r>
        <w:rPr>
          <w:b/>
        </w:rPr>
        <w:t xml:space="preserve">[1:26:50] </w:t>
      </w:r>
      <w:r>
        <w:t>magar deconditioning ke islam ki rediscovery nahi ho sakti hai</w:t>
      </w:r>
    </w:p>
    <w:p>
      <w:pPr>
        <w:jc w:val="right"/>
      </w:pPr>
      <w:r>
        <w:t>مگر deconditioning کے اسلام کی rediscovery نہیں ہو سکتی ہے</w:t>
      </w:r>
    </w:p>
    <w:p>
      <w:r>
        <w:rPr>
          <w:b/>
        </w:rPr>
        <w:t xml:space="preserve">[1:27:04] </w:t>
      </w:r>
      <w:r>
        <w:t>maulana kisi bare mein opinion making karte waqt hamein kin cheezon ka khayal rakhna chahiye ke hamein galat opinion se bach sakein</w:t>
      </w:r>
    </w:p>
    <w:p>
      <w:pPr>
        <w:jc w:val="right"/>
      </w:pPr>
      <w:r>
        <w:t>مولانا کسی بارے میں opinion making کرتے وقت ہمیں کن چیزوں کا خیال رکھنا چاہیے کہ ہمیں غلط opinion سے بچ سکیں</w:t>
      </w:r>
    </w:p>
    <w:p>
      <w:r>
        <w:rPr>
          <w:b/>
        </w:rPr>
        <w:t xml:space="preserve">[1:27:24] </w:t>
      </w:r>
      <w:r>
        <w:t>bas ek hi raaz hai ego se bahar aajaiye ego less ban jaiye modesty aakhri had tak aajaye aap ke andar</w:t>
      </w:r>
    </w:p>
    <w:p>
      <w:pPr>
        <w:jc w:val="right"/>
      </w:pPr>
      <w:r>
        <w:t>بس ایک ہی راز ہے ego سے باہر آجائیے ego less بن جائیے modesty آخری حد تک آجائے آپ کے اندر</w:t>
      </w:r>
    </w:p>
    <w:p>
      <w:r>
        <w:rPr>
          <w:b/>
        </w:rPr>
        <w:t xml:space="preserve">[1:27:34] </w:t>
      </w:r>
      <w:r>
        <w:t>sab se bari rukawat jo hai arrogance egoism apne ko bara samajh lena sab se bari rukawat hai yeh haan egoism se bahar aajaiye arrogance se bahar aajaiye to sab darwaze khul jate hain sare darwaze khul jate hain ke khuda aur insaan ke beech mein jo deewar hai wahi hai arrogance</w:t>
      </w:r>
    </w:p>
    <w:p>
      <w:pPr>
        <w:jc w:val="right"/>
      </w:pPr>
      <w:r>
        <w:t>سب سے بڑی رکاوٹ جو ہے arrogance egoism اپنے کو بڑا سمجھ لینا سب سے بڑی رکاوٹ ہے یہ ہاں egoism سے باہر آجائیے arrogance سے باہر آجائیے تو سب دروازے کھل جاتے ہیں سارے دروازے کھل جاتے ہیں کہ خدا اور انسان کے بیچ میں جو دیوار ہے وہی ہے arrogance</w:t>
      </w:r>
    </w:p>
    <w:p>
      <w:r>
        <w:rPr>
          <w:b/>
        </w:rPr>
        <w:t xml:space="preserve">[1:28:03] </w:t>
      </w:r>
      <w:r>
        <w:t>jo kibr jo kaha gaya hai hadith mein aata hai ke yani barhai meri chadar hai barhai jo hai meri chadar hai jo meri chadar ko cheenna chahega us ko mein jahannum mein daal doonga hell mein daal doonga barhai yani arrogancy ya egoism yeh kya hai apne ko bara samajhna hai to hadith mein aata hai al kubra riadai wal azmat wa izari</w:t>
      </w:r>
    </w:p>
    <w:p>
      <w:pPr>
        <w:jc w:val="right"/>
      </w:pPr>
      <w:r>
        <w:t>جو کبر جو کہا گیا ہے حدیث میں آتا ہے کہ یعنی بڑائی میری چادر ہے بڑائی جو ہے میری چادر ہے جو میری چادر کو چھیننا چاہے گا اس کو میں جہنم میں ڈال دوں گا hell میں ڈال دوں گا بڑائی یعنی arrogancy یا egoism یہ کیا ہے اپنے کو بڑا سمجھنا ہے تو حدیث میں آتا ہے الکبریٰ رضا ولعظمت وآزار</w:t>
      </w:r>
    </w:p>
    <w:p>
      <w:r>
        <w:rPr>
          <w:b/>
        </w:rPr>
        <w:t xml:space="preserve">[1:28:31] </w:t>
      </w:r>
      <w:r>
        <w:t>barai jo hai woh meri chadar hai</w:t>
      </w:r>
    </w:p>
    <w:p>
      <w:pPr>
        <w:jc w:val="right"/>
      </w:pPr>
      <w:r>
        <w:t>بڑائی جو ہے وہ میری چادر ہے</w:t>
      </w:r>
    </w:p>
    <w:p>
      <w:r>
        <w:rPr>
          <w:b/>
        </w:rPr>
        <w:t xml:space="preserve">[1:28:36] </w:t>
      </w:r>
      <w:r>
        <w:t>jo apne ko bara samjhe ga woh kahe ga khuda ki chadar khench raha hai woh to hadith mein aata hai ke barai meri chadar hai jo is chadar ko is se khenchna chahe ga chheenna chahe ga to is ko mein hell mein daal doon ga bohat zabardast hadith hai yeh ke kibriyai meri chadar hai aur azmat meri azaar hai</w:t>
      </w:r>
    </w:p>
    <w:p>
      <w:pPr>
        <w:jc w:val="right"/>
      </w:pPr>
      <w:r>
        <w:t>جو اپنے کو بڑا سمجھے گا وہ کہے گا خدا کی چادر کھینچ رہا ہے وہ تو حدیث میں آتا ہے کہ بڑائی میری چادر ہے جو اس چادر کو اس سے کھینچنا چاہے گا چھیننا چاہے گا تو اس کو میں hell میں ڈال دوں گا بہت زبردست حدیث ہے یہ کہ کبریائی میری چادر ہے اور عظمت میری آزار ہے</w:t>
      </w:r>
    </w:p>
    <w:p>
      <w:r>
        <w:rPr>
          <w:b/>
        </w:rPr>
        <w:t xml:space="preserve">[1:29:00] </w:t>
      </w:r>
      <w:r>
        <w:t>jo is ko mujh se chheenna chahe ga to mein is ko zaleel kar ke jahannum mein daal doon ga hell mein daal doon ga azmat matlab molana azmat greatness</w:t>
      </w:r>
    </w:p>
    <w:p>
      <w:pPr>
        <w:jc w:val="right"/>
      </w:pPr>
      <w:r>
        <w:t>جو اس کو مجھ سے چھیننا چاہے گا تو میں اس کو ذلیل کر کے جہنم میں ڈال دوں گا hell میں ڈال دوں گا عظمت مطلب مولانا عظمت greatness</w:t>
      </w:r>
    </w:p>
    <w:p>
      <w:r>
        <w:rPr>
          <w:b/>
        </w:rPr>
        <w:t xml:space="preserve">[1:29:14] </w:t>
      </w:r>
      <w:r>
        <w:t>yahan murad hai feeling ehsas yeh nahi ke koi hukoomat mein baitha ho gadi hai woh ehsas azmat ehsas kibriyai yahan matlab khud bara banna chahe ga</w:t>
      </w:r>
    </w:p>
    <w:p>
      <w:pPr>
        <w:jc w:val="right"/>
      </w:pPr>
      <w:r>
        <w:t>یہاں مراد ہے feeling احساس یہ نہیں کہ کوئی حکومت میں بیٹھا ہو گدی ہے وہ احساس عظمت احساس کبریائی یہاں مطلب خود بڑا بننا چاہے گا</w:t>
      </w:r>
    </w:p>
    <w:p>
      <w:r>
        <w:rPr>
          <w:b/>
        </w:rPr>
        <w:t xml:space="preserve">[1:29:33] </w:t>
      </w:r>
      <w:r>
        <w:t>molana jadu ke bare mein islamic perspective kya hai</w:t>
      </w:r>
    </w:p>
    <w:p>
      <w:pPr>
        <w:jc w:val="right"/>
      </w:pPr>
      <w:r>
        <w:t>مولانا جادو کے بارے میں اسلامic perspective کیا ہے</w:t>
      </w:r>
    </w:p>
    <w:p>
      <w:r>
        <w:rPr>
          <w:b/>
        </w:rPr>
        <w:t xml:space="preserve">[1:29:39] </w:t>
      </w:r>
      <w:r>
        <w:t>bhai mein to jadu ko manta nahi hoon mein sirf bataoon ke jadu kuch bhi nahi hai nothing hai woh aata hai woh firon ke zamane mein jaduagar woh qissa saanp wala to mein to is ko nazar bandi manta hoon haqeeqi yani aisa nahi ke un ki un ki lathiyan aur is ka sach much hi saanp ban gayi thi</w:t>
      </w:r>
    </w:p>
    <w:p>
      <w:pPr>
        <w:jc w:val="right"/>
      </w:pPr>
      <w:r>
        <w:t>بھئی میں تو جادو کو مانتا نہیں ہوں میں صرف بتاؤں کہ جادو کچھ بھی نہیں ہے nothing ہے وہ آتا ہے وہ فرعون کے زمانے میں جادوگر وہ قصہ سانپ والا تو میں تو اس کو نظر بندی مانتا ہوں حقیقی یعنی ایسا نہیں کہ ان کی ان کی لاٹھیاں اور اس کا سچ مچ ہی سانپ بن گئی تھی</w:t>
      </w:r>
    </w:p>
    <w:p>
      <w:r>
        <w:rPr>
          <w:b/>
        </w:rPr>
        <w:t xml:space="preserve">[1:30:03] </w:t>
      </w:r>
      <w:r>
        <w:t>isi liye woh jo quran mein hai ke فَإِذَا هَيَا تَلْقَفُوا بَيَافِقُونَ to log samajhte hain ke is jo saanp tha hazrat moosa ka woh un ko nigal gaya tha un ki lathi saanp ko aisa nahi tha un ke un ke jadu ko nigal gaya tha na ke na ke is ko rasi aur saanp rasi aur aur lathi ko to woh jab woh nigal liya to woh laga ke maidan mein sirf rasi aur lathi reh gayi bas kuch nahi tha</w:t>
      </w:r>
    </w:p>
    <w:p>
      <w:pPr>
        <w:jc w:val="right"/>
      </w:pPr>
      <w:r>
        <w:t>اسی لیے وہ جو قرآن میں ہے کہ فَإِذَا هَيَا تَلْقَفُوا بَيَافِقُونَ تو لوگ سمجھتے ہیں کہ اس جو سانپ تھا حضرت موسیٰ کا وہ ان کو نگل گیا تھا ان کی لاٹھی سانپ کو ایسا نہیں تھا ان کے ان کے جادو کو نگل گیا تھا نہ کہ نہ کہ اس کو رسی اور سانپ رسی اور اور لاٹھی کو تو وہ جب وہ نگل لیا تو وہ لگا کہ میدان میں صرف رسی اور لاٹھی رہ گئی بس کچھ نہیں تھا</w:t>
      </w:r>
    </w:p>
    <w:p>
      <w:r>
        <w:rPr>
          <w:b/>
        </w:rPr>
        <w:t xml:space="preserve">[1:30:31] </w:t>
      </w:r>
      <w:r>
        <w:t>to jo nazar bandi ki thi is ne in jaduagaroon ne is nazar bandi ko nigal liya hazrat moosa ke saanp ne to lathi lathi reh gayi rasi rasi reh gayi yeh hua tha</w:t>
      </w:r>
    </w:p>
    <w:p>
      <w:pPr>
        <w:jc w:val="right"/>
      </w:pPr>
      <w:r>
        <w:t>تو جو نظر بندی کی تھی اس نے ان جادوگروں نے اس نظر بندی کو نگل لیا حضرت موسیٰ کے سانپ نے تو لاٹھی لاٹھی رہ گئی رسی رسی رہ گئی یہ ہوا تھا</w:t>
      </w:r>
    </w:p>
    <w:p>
      <w:r>
        <w:rPr>
          <w:b/>
        </w:rPr>
        <w:t xml:space="preserve">[1:30:46] </w:t>
      </w:r>
      <w:r>
        <w:t>to surah taha mein jo hai to doosra lafz wahan par istemal kiya gaya hai to is se aap ki baat bilkul literally sabit ho rahi hai acha wahan hai يُخَيَّلُ إِلَيْهِ مِنْ سِهْرِهِمْ أَنَّا تَسَاعُدُ haan laga aise logon ko</w:t>
      </w:r>
    </w:p>
    <w:p>
      <w:pPr>
        <w:jc w:val="right"/>
      </w:pPr>
      <w:r>
        <w:t>تو سورۃ طہ میں جو ہے تو دوسرا لفظ وہاں پر استعمال کیا گیا ہے تو اس سے آپ کی بات بالکل literally ثابت ہو رہی ہے اچھا وہاں ہے يُخَيَّلُ إِلَيْهِ مِنْ سِهْرِهِمْ أَنَّا تَسَاعُدُ ہاں لگا ایسے لوگوں کو</w:t>
      </w:r>
    </w:p>
    <w:p>
      <w:r>
        <w:rPr>
          <w:b/>
        </w:rPr>
        <w:t xml:space="preserve">[1:31:01] </w:t>
      </w:r>
      <w:r>
        <w:t>logon ko aisa laga ke saanp dor rahe hain bilkul sahi hai bilkul sahi hai yani haqeeqat saanp nahi ban gaya tha nazar bandi ki wajah se logon ko laga aisa ke woh saanp reng raha hai mesmerism mein jo hota hai haan mesmerism ji haan jadu sach much hi kuch kisi cheez ko badal de aisa impossible hai</w:t>
      </w:r>
    </w:p>
    <w:p>
      <w:pPr>
        <w:jc w:val="right"/>
      </w:pPr>
      <w:r>
        <w:t>لوگوں کو ایسا لگا کہ سانپ دوڑ رہے ہیں بالکل صحیح ہے بالکل صحیح ہے یعنی حقیقت سانپ نہیں بن گیا تھا نظر بندی کی وجہ سے لوگوں کو لگا ایسا کہ وہ سانپ رینگ رہا ہے مسمیریزم میں جو ہوتا ہے ہاں مسمیریزم جی ہاں جادو سچ مچ ہی کچھ کسی چیز کو بدل دے ایسا impossible ہے</w:t>
      </w:r>
    </w:p>
    <w:p>
      <w:r>
        <w:rPr>
          <w:b/>
        </w:rPr>
        <w:t xml:space="preserve">[1:31:28] </w:t>
      </w:r>
      <w:r>
        <w:t>kabhi nahi ho sakta aisa ke sach much hi lathi ko saanp bana de aisa nahi ho sakta bilkul galat baat hai</w:t>
      </w:r>
    </w:p>
    <w:p>
      <w:pPr>
        <w:jc w:val="right"/>
      </w:pPr>
      <w:r>
        <w:t>کبھی نہیں ہو سکتا ایسا کہ سچ مچ ہی لاٹھی کو سانپ بنا دے ایسا نہیں ہو سکتا بالکل غلط بات ہے</w:t>
      </w:r>
    </w:p>
    <w:p>
      <w:r>
        <w:rPr>
          <w:b/>
        </w:rPr>
        <w:t xml:space="preserve">[1:31:42] </w:t>
      </w:r>
      <w:r>
        <w:t>molana kehte hain ke huzoor sallallahu alaihi wasallam ke upar jadu kar diya tha jab char bhai woh hadith to aati hai magar mein nahi manta is ko kehte hain bukhari mein hadith yeh maujood hai</w:t>
      </w:r>
    </w:p>
    <w:p>
      <w:pPr>
        <w:jc w:val="right"/>
      </w:pPr>
      <w:r>
        <w:t>مولانا کہتے ہیں کہ حضور صلی اللہ علیہ وسلم کے اوپر جادو کر دیا تھا جب چار بھائی وہ حدیث تو آتی ہے مگر میں نہیں مانتا اس کو کہتے ہیں بخاری میں حدیث یہ موجود ہے</w:t>
      </w:r>
    </w:p>
    <w:p>
      <w:r>
        <w:rPr>
          <w:b/>
        </w:rPr>
        <w:t xml:space="preserve">[1:31:54] </w:t>
      </w:r>
      <w:r>
        <w:t>mein samajhta hoon ke woh sahi hadith nahi hai</w:t>
      </w:r>
    </w:p>
    <w:p>
      <w:pPr>
        <w:jc w:val="right"/>
      </w:pPr>
      <w:r>
        <w:t>میں سمجھتا ہوں کہ وہ صحیح حدیث نہیں ہے</w:t>
      </w:r>
    </w:p>
    <w:p>
      <w:r>
        <w:rPr>
          <w:b/>
        </w:rPr>
        <w:t xml:space="preserve">[1:32:00] </w:t>
      </w:r>
      <w:r>
        <w:t>mere upar jadu nahi kar saka koi ek aadmi ne pachas hazar rupay ka offer diya kisi ko ke mere upar jadu karne ko to mere upar to jadu chala nahi is ka to rizq kahin chal jaye ga rizq kahin chal jaye ga yeh sab yeh sab bohat sari galat baatein shamil ho gayi hain</w:t>
      </w:r>
    </w:p>
    <w:p>
      <w:pPr>
        <w:jc w:val="right"/>
      </w:pPr>
      <w:r>
        <w:t>میرے اوپر جادو نہیں کر سکا کوئی ایک آدمی نے پچاس ہزار روپے کا آفر دیا کسی کو کہ میرے اوپر جادو کرنے کو تو میرے اوپر تو جادو چلا نہیں اس کا تو رزق کہیں چل جائے گا رزق کہیں چل جائے گا یہ سب یہ سب بہت ساری غلط باتیں شامل ہو گئی ہیں</w:t>
      </w:r>
    </w:p>
    <w:p>
      <w:r>
        <w:rPr>
          <w:b/>
        </w:rPr>
        <w:t xml:space="preserve">[1:32:21] </w:t>
      </w:r>
      <w:r>
        <w:t>woh quran ke andar aata hai haroot maroot naam ke do farishton ko bheja gaya tha jis ke bare mein bataya gaya ke woh jadu sikhate the is ke bare mein kya kahen ge aap</w:t>
      </w:r>
    </w:p>
    <w:p>
      <w:pPr>
        <w:jc w:val="right"/>
      </w:pPr>
      <w:r>
        <w:t>وہ قرآن کے اندر آتا ہے ہاروت ماروت نام کے دو فرشتوں کو بھیجا گیا تھا جس کے بارے میں بتایا گیا کہ وہ جادو سکھاتے تھے اس کے بارے میں کیا کہیں گے آپ</w:t>
      </w:r>
    </w:p>
    <w:p>
      <w:r>
        <w:rPr>
          <w:b/>
        </w:rPr>
        <w:t xml:space="preserve">[1:32:38] </w:t>
      </w:r>
      <w:r>
        <w:t>aur shayad sab ko is ka background na ho is liye</w:t>
      </w:r>
    </w:p>
    <w:p>
      <w:pPr>
        <w:jc w:val="right"/>
      </w:pPr>
      <w:r>
        <w:t>اور شاید سب کو اس کا بیک گراؤنڈ نہ ہو اس لیے</w:t>
      </w:r>
    </w:p>
    <w:p>
      <w:r>
        <w:rPr>
          <w:b/>
        </w:rPr>
        <w:t xml:space="preserve">[1:32:45] </w:t>
      </w:r>
      <w:r>
        <w:t>kaisa is ka background maloom hai aap ko nahi to ise chhod dijiye phir</w:t>
      </w:r>
    </w:p>
    <w:p>
      <w:pPr>
        <w:jc w:val="right"/>
      </w:pPr>
      <w:r>
        <w:t>کیسا اس کا بیک گراؤنڈ معلوم ہے آپ کو نہیں تو اسے چھوڑ دیجئے پھر</w:t>
      </w:r>
    </w:p>
    <w:p>
      <w:r>
        <w:rPr>
          <w:b/>
        </w:rPr>
        <w:t xml:space="preserve">[1:32:58] </w:t>
      </w:r>
      <w:r>
        <w:t>waise maine tazkir ul quran mein likha hai aap padh lijiye is mein haan is mein maujood hai is ka</w:t>
      </w:r>
    </w:p>
    <w:p>
      <w:pPr>
        <w:jc w:val="right"/>
      </w:pPr>
      <w:r>
        <w:t>ویسے میں نے تذکر القرآن میں لکھا ہے آپ پڑھ لیجئے اس میں ہاں اس میں موجود ہے اس کا</w:t>
      </w:r>
    </w:p>
    <w:p>
      <w:r>
        <w:rPr>
          <w:b/>
        </w:rPr>
        <w:t xml:space="preserve">[1:33:09] </w:t>
      </w:r>
      <w:r>
        <w:t>molana sab se achi dua kya mangni chahiye hain kya kaha sab se achi dua kya mangni chahiye sab se achi dua to hum ne bata diya hazrat moosa ki jo dua hai woh sab se achi dua hai</w:t>
      </w:r>
    </w:p>
    <w:p>
      <w:pPr>
        <w:jc w:val="right"/>
      </w:pPr>
      <w:r>
        <w:t>مولانا سب سے اچھی دعا کیا مانگنی چاہیے ہیں کیا کہا سب سے اچھی دعا کیا مانگنی چاہیے سب سے اچھی دعا تو ہم نے بتا دیا حضرت موسیٰ کی جو دعا ہے وہ سب سے اچھی دعا ہے</w:t>
      </w:r>
    </w:p>
    <w:p>
      <w:r>
        <w:rPr>
          <w:b/>
        </w:rPr>
        <w:t xml:space="preserve">[1:33:28] </w:t>
      </w:r>
      <w:r>
        <w:t>rabb li ma anzalta ilayya min khairin faqeer hain is ka translation jo hai english mein yeh hai aap sab log is ko likh lijiye bohat hi achi dua hai yeh rabb li ma anzalta ilayya min khairin faqeer kitni pyari dua hai kitni meaningful dua hai kitni meaningful dua</w:t>
      </w:r>
    </w:p>
    <w:p>
      <w:pPr>
        <w:jc w:val="right"/>
      </w:pPr>
      <w:r>
        <w:t>رَبِّ لَمَا أَنْزَلْتَ إِلَيَّ مِنْ خَيْرٍ فَقِيرٍ ہیں اس کا translation جو ہے انگلش میں یہ ہے آپ سب لوگ اس کو لکھ لیجئے بہت ہی اچھی دعا ہے یہ رَبِّ لَمَا أَنْزَلْتَ إِلَيَّ مِنْ خَيْرٍ فَقِيرٍ کتنی پیاری دعا ہے کتنی meaningful دعا ہے کتنی meaningful دعا</w:t>
      </w:r>
    </w:p>
    <w:p>
      <w:r>
        <w:rPr>
          <w:b/>
        </w:rPr>
        <w:t xml:space="preserve">[1:33:52] </w:t>
      </w:r>
      <w:r>
        <w:t>hai is ko likhiye aap log O GOD,</w:t>
      </w:r>
    </w:p>
    <w:p>
      <w:pPr>
        <w:jc w:val="right"/>
      </w:pPr>
      <w:r>
        <w:t>ہے اس کو لکھیے آپ لوگ O GOD,</w:t>
      </w:r>
    </w:p>
    <w:p>
      <w:r>
        <w:rPr>
          <w:b/>
        </w:rPr>
        <w:t xml:space="preserve">[1:34:00] </w:t>
      </w:r>
      <w:r>
        <w:t>I am truly</w:t>
      </w:r>
    </w:p>
    <w:p>
      <w:pPr>
        <w:jc w:val="right"/>
      </w:pPr>
      <w:r>
        <w:t>I am truly</w:t>
      </w:r>
    </w:p>
    <w:p>
      <w:r>
        <w:rPr>
          <w:b/>
        </w:rPr>
        <w:t xml:space="preserve">[1:34:05] </w:t>
      </w:r>
      <w:r>
        <w:t>in need of</w:t>
      </w:r>
    </w:p>
    <w:p>
      <w:pPr>
        <w:jc w:val="right"/>
      </w:pPr>
      <w:r>
        <w:t>in need of</w:t>
      </w:r>
    </w:p>
    <w:p>
      <w:r>
        <w:rPr>
          <w:b/>
        </w:rPr>
        <w:t xml:space="preserve">[1:34:09] </w:t>
      </w:r>
      <w:r>
        <w:t>whatever good</w:t>
      </w:r>
    </w:p>
    <w:p>
      <w:pPr>
        <w:jc w:val="right"/>
      </w:pPr>
      <w:r>
        <w:t>whatever good</w:t>
      </w:r>
    </w:p>
    <w:p>
      <w:r>
        <w:rPr>
          <w:b/>
        </w:rPr>
        <w:t xml:space="preserve">[1:34:14] </w:t>
      </w:r>
      <w:r>
        <w:t>You send down</w:t>
      </w:r>
    </w:p>
    <w:p>
      <w:pPr>
        <w:jc w:val="right"/>
      </w:pPr>
      <w:r>
        <w:t>You send down</w:t>
      </w:r>
    </w:p>
    <w:p>
      <w:r>
        <w:rPr>
          <w:b/>
        </w:rPr>
        <w:t xml:space="preserve">[1:34:19] </w:t>
      </w:r>
      <w:r>
        <w:t>for me.</w:t>
      </w:r>
    </w:p>
    <w:p>
      <w:pPr>
        <w:jc w:val="right"/>
      </w:pPr>
      <w:r>
        <w:t>for me.</w:t>
      </w:r>
    </w:p>
    <w:p>
      <w:r>
        <w:rPr>
          <w:b/>
        </w:rPr>
        <w:t xml:space="preserve">[1:34:27] </w:t>
      </w:r>
      <w:r>
        <w:t>O GOD, I am truly in need of whatever good You send down for me.</w:t>
      </w:r>
    </w:p>
    <w:p>
      <w:pPr>
        <w:jc w:val="right"/>
      </w:pPr>
      <w:r>
        <w:t>O GOD, I am truly in need of whatever good You send down for me.</w:t>
      </w:r>
    </w:p>
    <w:p>
      <w:r>
        <w:rPr>
          <w:b/>
        </w:rPr>
        <w:t xml:space="preserve">[1:34:39] </w:t>
      </w:r>
      <w:r>
        <w:t>best dua hai Maulana jinn kiya hota hai usay aap islamic aur scientific ke liye aik baar se kaise explain karengay</w:t>
      </w:r>
    </w:p>
    <w:p>
      <w:pPr>
        <w:jc w:val="right"/>
      </w:pPr>
      <w:r>
        <w:t>Best دعا ہے مولانا جن کیا ہوتا ہے اسے آپ اسلامک اور سائنٹیفک کے لیے ایک بار سے کیسے explain کریں گے</w:t>
      </w:r>
    </w:p>
    <w:p>
      <w:r>
        <w:rPr>
          <w:b/>
        </w:rPr>
        <w:t xml:space="preserve">[1:34:50] </w:t>
      </w:r>
      <w:r>
        <w:t>dekhiye jinn ke baray mein hum yehi keh saktay hain ke aik jaisay insan hai ya angel hai waise jinn bhi hain to un ka existence to hum mantay hain lekin hum yeh nahi mantay ke jinn insan ko kuch yani kuch</w:t>
      </w:r>
    </w:p>
    <w:p>
      <w:pPr>
        <w:jc w:val="right"/>
      </w:pPr>
      <w:r>
        <w:t>دیکھئے جن کے بارے میں ہم یہی کہہ سکتے ہیں کہ ایک جیسے انسان ہے یا اینجل ہے ویسے جن بھی ہیں تو ان کا existence تو ہم مانتے ہیں لیکن ہم یہ نہیں مانتے کہ جن انسان کو کچھ یعنی کچھ</w:t>
      </w:r>
    </w:p>
    <w:p>
      <w:r>
        <w:rPr>
          <w:b/>
        </w:rPr>
        <w:t xml:space="preserve">[1:35:14] </w:t>
      </w:r>
      <w:r>
        <w:t>un ko koi nuqsan pohncha saktay hain jaisa ke log mantay hain aksar</w:t>
      </w:r>
    </w:p>
    <w:p>
      <w:pPr>
        <w:jc w:val="right"/>
      </w:pPr>
      <w:r>
        <w:t>ان کو کوئی نقصان پہنچا سکتے ہیں جیسا کہ لوگ مانتے ہیں اکثر</w:t>
      </w:r>
    </w:p>
    <w:p>
      <w:r>
        <w:rPr>
          <w:b/>
        </w:rPr>
        <w:t xml:space="preserve">[1:35:19] </w:t>
      </w:r>
      <w:r>
        <w:t>is liye quran mein saaf saaf dekhiye likha hua hai ke لَيْسَ لَكَ عَلَيْهِمْ مِنْ سُلْطَانٍ tum ko un ke oopar koi bhi taqat nahi hogi</w:t>
      </w:r>
    </w:p>
    <w:p>
      <w:pPr>
        <w:jc w:val="right"/>
      </w:pPr>
      <w:r>
        <w:t>اس لیے قرآن میں صاف صاف دیکھئے لکھا ہوا ہے کہ لَيْسَ لَكَ عَلَيْهِمْ مِنْ سُلْطَانٍ تم کو ان کے اوپر کوئی بھی طاقت نہیں ہوگی</w:t>
      </w:r>
    </w:p>
    <w:p>
      <w:r>
        <w:rPr>
          <w:b/>
        </w:rPr>
        <w:t xml:space="preserve">[1:35:33] </w:t>
      </w:r>
      <w:r>
        <w:t>tum ko un ke oopar koi power hasil nahi hoga to doosri jagah maloom hota hai ke kiya kiya hai insan jinn ke bas mein woh hai bakana</w:t>
      </w:r>
    </w:p>
    <w:p>
      <w:pPr>
        <w:jc w:val="right"/>
      </w:pPr>
      <w:r>
        <w:t>تم کو ان کے اوپر کوئی power حاصل نہیں ہوگا تو دوسری جگہ معلوم ہوتا ہے کہ کیا کیا ہے انسان جن کے بس میں وہ ہے باکانہ</w:t>
      </w:r>
    </w:p>
    <w:p>
      <w:r>
        <w:rPr>
          <w:b/>
        </w:rPr>
        <w:t xml:space="preserve">[1:35:46] </w:t>
      </w:r>
      <w:r>
        <w:t>bas bakana yani physical sense mein physical sense mein aap ko koi harm nahi pahuncha sakta jin</w:t>
      </w:r>
    </w:p>
    <w:p>
      <w:pPr>
        <w:jc w:val="right"/>
      </w:pPr>
      <w:r>
        <w:t>بس باکانہ یعنی physical sense میں physical sense میں آپ کو کوئی harm نہیں پہنچا سکتا جن</w:t>
      </w:r>
    </w:p>
    <w:p>
      <w:r>
        <w:rPr>
          <w:b/>
        </w:rPr>
        <w:t xml:space="preserve">[1:35:56] </w:t>
      </w:r>
      <w:r>
        <w:t>physical sense mein aap ko koi harm jin nahi pahuncha sakta</w:t>
      </w:r>
    </w:p>
    <w:p>
      <w:pPr>
        <w:jc w:val="right"/>
      </w:pPr>
      <w:r>
        <w:t>physical sense میں آپ کو کوئی harm جن نہیں پہنچا سکتا</w:t>
      </w:r>
    </w:p>
    <w:p>
      <w:r>
        <w:rPr>
          <w:b/>
        </w:rPr>
        <w:t xml:space="preserve">[1:36:02] </w:t>
      </w:r>
      <w:r>
        <w:t>haan aap ko bhadka sakta hai bas</w:t>
      </w:r>
    </w:p>
    <w:p>
      <w:pPr>
        <w:jc w:val="right"/>
      </w:pPr>
      <w:r>
        <w:t>ہاں آپ کو بھڑکا سکتا ہے بس</w:t>
      </w:r>
    </w:p>
    <w:p>
      <w:r>
        <w:rPr>
          <w:b/>
        </w:rPr>
        <w:t xml:space="preserve">[1:36:05] </w:t>
      </w:r>
      <w:r>
        <w:t>itna sa itna quran se humein milta hai yeh jo kahaniyan idhar udhar hain main to isko</w:t>
      </w:r>
    </w:p>
    <w:p>
      <w:pPr>
        <w:jc w:val="right"/>
      </w:pPr>
      <w:r>
        <w:t>اتنا سا اتنا قرآن سے ہمیں ملتا ہے یہ جو کہانیاں ادھر ادھر ہیں میں تو اس کو</w:t>
      </w:r>
    </w:p>
    <w:p>
      <w:r>
        <w:rPr>
          <w:b/>
        </w:rPr>
        <w:t xml:space="preserve">[1:36:11] </w:t>
      </w:r>
      <w:r>
        <w:t>manta nahi main to jhooti kahaniyan manta hoon</w:t>
      </w:r>
    </w:p>
    <w:p>
      <w:pPr>
        <w:jc w:val="right"/>
      </w:pPr>
      <w:r>
        <w:t>مانتا نہیں میں تو جھوٹی کہانیاں مانتا ہوں</w:t>
      </w:r>
    </w:p>
    <w:p>
      <w:r>
        <w:rPr>
          <w:b/>
        </w:rPr>
        <w:t xml:space="preserve">[1:36:17] </w:t>
      </w:r>
      <w:r>
        <w:t>mein bataoon apna qissa aap ko aik sahib thay bohat hi yani successful thay jinat ke woh karnay ke liye jinat utarnay ke liye mashhoor kehta hai jinat un ke haan atay hain atay hain jinat mein khud gaya un ke haan khud gaya aik bara sa kamra tha us mein rehtay thay woh to mashhoor tha ke woh jinn ko bila</w:t>
      </w:r>
    </w:p>
    <w:p>
      <w:pPr>
        <w:jc w:val="right"/>
      </w:pPr>
      <w:r>
        <w:t>میں بتاؤں اپنا قصہ آپ کو ایک صاحب تھے بہت ہی یعنی successful تھے جنات کے وہ کرنے کے لیے جنات اتارنے کے لیے مشہور کہتا ہے جنات ان کے ہاں آتے ہیں آتے ہیں جنات میں خود گیا ان کے ہاں خود گیا ایک بڑا سا کمرہ تھا اس میں رہتے تھے وہ تو مشہور تھا کہ وہ جن کو بلا</w:t>
      </w:r>
    </w:p>
    <w:p>
      <w:r>
        <w:rPr>
          <w:b/>
        </w:rPr>
        <w:t xml:space="preserve">[1:36:45] </w:t>
      </w:r>
      <w:r>
        <w:t>letay hain jinn aa jata hai un ke paas aisay hi Maulana madni ke baray mein mashhoor hai yeh sab jhooti baatein hain jhooti baatein bilkul to mein ne kaha ke dekhiye is waqt aap hain mein hoon koi teesra aadmi hai nahi woh hamaray risalay parhtay thay hamara hamara magazine jo hai is waqt aap jinn bula dijiye mein hoon aap hain koi doosra to hai nahi yahan par to aap ke baray mein sunta hai ke aap chhat se jinn aa jata hai aap ke paas</w:t>
      </w:r>
    </w:p>
    <w:p>
      <w:pPr>
        <w:jc w:val="right"/>
      </w:pPr>
      <w:r>
        <w:t>لیتے ہیں جن آ جاتا ہے ان کے پاس ایسے ہی مولانا مدنی کے بارے میں مشہور ہے یہ سب جھوٹی باتیں ہیں جھوٹی باتیں بالکل تو میں نے کہا کہ دیکھئے اس وقت آپ ہیں میں ہوں کوئی تیسرا آدمی ہے نہیں وہ ہمارے رسالہ پڑھتے تھے ہمارا ہمارا میگزین جو ہے اس وقت آپ جن بلا دیجئے میں ہوں آپ ہیں کوئی دوسرا تو ہے نہیں یہاں پر تو آپ کے بارے میں سنتا ہے کہ آپ چھت سے جن آ جاتا ہے آپ کے پاس</w:t>
      </w:r>
    </w:p>
    <w:p>
      <w:r>
        <w:rPr>
          <w:b/>
        </w:rPr>
        <w:t xml:space="preserve">[1:37:14] </w:t>
      </w:r>
      <w:r>
        <w:t>bula letay hain to woh hansnay lagay hansnay lagay aur na koi jawab diya na jinn bulaya sab jhooti kahaniyan hoti hain Maulana fazal madni ke baray mein mashhoor hai ke sab jinn bula letay thay un ka deoband mein jinn aa kar parhtay hain yeh sab jhooti baatein hain yeh sab sab jhooti baatein hain deoband ka madrassa hai na kehtay hain ke wahan jinn atay hain parhnay ke liye acha sab bilkul jhooti baatein hain bilkul</w:t>
      </w:r>
    </w:p>
    <w:p>
      <w:pPr>
        <w:jc w:val="right"/>
      </w:pPr>
      <w:r>
        <w:t>بلا لیتے ہیں تو وہ ہنسنے لگے ہنسنے لگے اور نہ کوئی جواب دیا نہ جن بلایا سب جھوٹی کہانیاں ہوتی ہیں مولانا فضل المدنی کے بارے میں مشہور ہے کہ سب جن بلا لیتے تھے ان کا دیوبند میں جن آ کر پڑھتے ہیں یہ سب جھوٹی باتیں ہیں یہ سب سب جھوٹی باتیں ہیں دیوبند کا مدرسہ ہے نا کہتے ہیں کہ وہاں جن آتے ہیں پڑھنے کے لیے اچھا سب بالکل جھوٹی باتیں ہیں بالکل</w:t>
      </w:r>
    </w:p>
    <w:p>
      <w:r>
        <w:rPr>
          <w:b/>
        </w:rPr>
        <w:t xml:space="preserve">[1:37:41] </w:t>
      </w:r>
      <w:r>
        <w:t>bohat se tajrubay mujhe khud huay hain apnay apnay experience ke baad mein keh sakta hoon ke yeh jhooti baatein hain qissay kahaniyan banti hain mein aap ko aik qissa bataoon aap ko zaati qissa meray gaon mein</w:t>
      </w:r>
    </w:p>
    <w:p>
      <w:pPr>
        <w:jc w:val="right"/>
      </w:pPr>
      <w:r>
        <w:t>بہت سے تجربے مجھے خود ہوئے ہیں اپنے اپنے experience کے بعد میں کہہ سکتا ہوں کہ یہ جھوٹی باتیں ہیں قصے کہانیاں بنتی ہیں میں آپ کو ایک قصہ بتاؤں آپ کو ذاتی قصہ میرے گاؤں میں</w:t>
      </w:r>
    </w:p>
    <w:p>
      <w:r>
        <w:rPr>
          <w:b/>
        </w:rPr>
        <w:t xml:space="preserve">[1:37:54] </w:t>
      </w:r>
      <w:r>
        <w:t>UP mein aik gaon hai jahan mein paida hua to wahan ke log mujh ko buzurg samjhtay thay mein wahan rehta tha to samjhtay thay ke mein koi bohat buzurg aadmi hoon to kiya hua ke wahan hum se hum log chalay aayay dilli rehnay lagay to bohat bees saal aktis saal ke baad mein wahan gaya</w:t>
      </w:r>
    </w:p>
    <w:p>
      <w:pPr>
        <w:jc w:val="right"/>
      </w:pPr>
      <w:r>
        <w:t>یو پی میں ایک گاؤں ہے جہاں میں پیدا ہوا تو وہاں کے لوگ مجھ کو بزرگ سمجھتے تھے میں وہاں رہتا تھا تو سمجھتے تھے کہ میں کوئی بہت بزرگ آدمی ہوں تو کیا ہوا کہ وہاں ہم سے ہم لوگ چلے آئے دلی رہنے لگے تو بہت بیس سال اکتیس سال کے بعد میں وہاں گیا</w:t>
      </w:r>
    </w:p>
    <w:p>
      <w:r>
        <w:rPr>
          <w:b/>
        </w:rPr>
        <w:t xml:space="preserve">[1:38:21] </w:t>
      </w:r>
      <w:r>
        <w:t>woh khali pada hua tha bilkul band tala to woh gaya to hum ghar mein oopar chhat thi aur neechay hissa tha uska tumharay bachay yeh fareeda waghera sab neechay sotay thay mein oopar chhat pe sota tha raat ko akela to janab wahan par aisay qissay mashhoor hain jo ke jis ko mein jo mujhe bhi pata nahi mashhoor hua ke sahib yeh raat ko so rahay thay</w:t>
      </w:r>
    </w:p>
    <w:p>
      <w:pPr>
        <w:jc w:val="right"/>
      </w:pPr>
      <w:r>
        <w:t>وہ خالی پڑا ہوا تھا بالکل بند تالا تو وہ گیا تو ہم گھر میں اوپر چھت تھی اور نیچے حصہ تھا اس کا تمہارے بچے یہ فریدہ وغیرہ سب نیچے سوتے تھے میں اوپر چھت پہ سوتا تھا رات کو اکیلا تو جناب وہاں پر ایسے قصے مشہور ہیں جو کہ جس کو میں جو مجھے بھی پتہ نہیں مشہور ہوا کہ صاحب یہ رات کو سو رہے تھے</w:t>
      </w:r>
    </w:p>
    <w:p>
      <w:r>
        <w:rPr>
          <w:b/>
        </w:rPr>
        <w:t xml:space="preserve">[1:38:51] </w:t>
      </w:r>
      <w:r>
        <w:t>mashhoor yeh tha ke is ghar mein jinn rehta hai mashhoor yeh tha ke is ghar mein jinn rehta hai to mein jab raat ko soya to aik bara sa jinn aaya aur bara sa daant nikala aur bara aik meray oopar chhapta to mein daanta us ko daanta mein ne to bhaag gaya woh ab mujhe khud hi pata nahi is qissay ka</w:t>
      </w:r>
    </w:p>
    <w:p>
      <w:pPr>
        <w:jc w:val="right"/>
      </w:pPr>
      <w:r>
        <w:t>مشہور یہ تھا کہ اس گھر میں جن رہتا ہے مشہور یہ تھا کہ اس گھر میں جن رہتا ہے تو میں جب رات کو سویا تو ایک بڑا سا جن آیا اور بڑا سا دانت نکالا اور بڑا ایک میرے اوپر چھپٹا تو میں ڈانٹا اس کو ڈانٹا میں نے تو بھاگ گیا وہ اب مجھے خود ہی پتہ نہیں اس قصے کا</w:t>
      </w:r>
    </w:p>
    <w:p>
      <w:r>
        <w:rPr>
          <w:b/>
        </w:rPr>
        <w:t xml:space="preserve">[1:39:13] </w:t>
      </w:r>
      <w:r>
        <w:t>aur poona mein gaya to aisay hi bethay thay ab kai log aik sahib meray baray mein bata rahay hain ke sahib in ko to libya ka jo qaddafi bohat manta hai libya ka jo dictator hai libya ka itna manta hai ke woh yeh safar kar rahay thay nahi mein safar kar raha tha kisi airport par ruka tha koi jahaz lainay ke liye to woh dictator libya woh bhi ja raha tha kahin to wahan uska jahaz utra petrol</w:t>
      </w:r>
    </w:p>
    <w:p>
      <w:pPr>
        <w:jc w:val="right"/>
      </w:pPr>
      <w:r>
        <w:t>اور پونا میں گیا تو ایسے ہی بیٹھے تھے اب کئی لوگ ایک صاحب میرے بارے میں بتا رہے ہیں کہ صاحب ان کو تو لیبیا کا جو قذافی بہت مانتا ہے لیبیا کا جو ڈکٹیٹر ہے لیبیا کا اتنا مانتا ہے کہ وہ یہ سفر کر رہے تھے نہیں میں سفر کر رہا تھا کسی ایئرپورٹ پر رکا تھا کوئی جہاز لینے کے لیے تو وہ ڈکٹیٹر لیبیا وہ بھی جا رہا تھا کہیں تو وہاں اس کا جہاز اترا پٹرول</w:t>
      </w:r>
    </w:p>
    <w:p>
      <w:r>
        <w:rPr>
          <w:b/>
        </w:rPr>
        <w:t xml:space="preserve">[1:39:39] </w:t>
      </w:r>
      <w:r>
        <w:t>lainay ke liye to us ko pata chala ke Maulana muhauddin yahan par hain to woh jahaz se nikal kar aayay milnay ke liye un se aap ko kuch pata nahi aisay waqay ka bas meray samnay keh rahay hain aisay hi meray sath bohat saray qissay bata sakta hoon aap ko ke mujhe khud khabar nahi aur logon mein phaili hui hain baatein aik do nahi aisay bohat se qissay hain aik to yeh fraz aaye nahi aaj kiya fraz sa</w:t>
      </w:r>
    </w:p>
    <w:p>
      <w:pPr>
        <w:jc w:val="right"/>
      </w:pPr>
      <w:r>
        <w:t>لینے کے لیے تو اس کو پتہ چلا کہ مولانا محددین یہاں پر ہیں تو وہ جہاز سے نکل کر آئے ملنے کے لیے ان سے آپ کو کچھ پتہ نہیں ایسے واقعے کا بس میرے سامنے کہہ رہے ہیں ایسے ہی میرے ساتھ بہت سارے قصے بتا سکتا ہوں آپ کو کہ مجھے خود خبر نہیں اور لوگوں میں پھیلی ہوئی ہیں باتیں ایک دو نہیں ایسے بہت سے قصے ہیں ایک تو یہ فراز آئے نہیں آج کیا فراز ص</w:t>
      </w:r>
    </w:p>
    <w:p>
      <w:r>
        <w:rPr>
          <w:b/>
        </w:rPr>
        <w:t xml:space="preserve">[1:40:07] </w:t>
      </w:r>
      <w:r>
        <w:t>hab unhon ne bataya government of india mein mera itna darja hai mantay hain ke har har mahinay check aata hai koi bohat bari amount ka meray paas yeh fraz se kisi ne kaha okhlay mein aaj nahi aaye fraz nahi aaye nahi aaye to ab meray baray mein aisay qissay jo hain ke mujhe khud mujhe khud pata nahi yeh jitnay buzurgon ke baray mein qissay kahaniyan hain na sab sab jhooti hain one to all sab jhooti kahaniyan hain</w:t>
      </w:r>
    </w:p>
    <w:p>
      <w:pPr>
        <w:jc w:val="right"/>
      </w:pPr>
      <w:r>
        <w:t>احب انہوں نے بتایا گورنمنٹ آف انڈیا میں میرا اتنا درجہ ہے مانتے ہیں کہ ہر ہر مہینے چیک آتا ہے کوئی بہت بڑی amount کا میرے پاس یہ فراز سے کسی نے کہا اوکھلے میں آج نہیں آئے فراز نہیں آئے نہیں آئے تو اب میرے بارے میں ایسے قصے جو ہیں کہ مجھے خود مجھے خود پتہ نہیں یہ جتنے بزرگوں کے بارے میں قصے کہانیاں ہیں نا سب سب جھوٹی ہیں one to all سب جھوٹی کہانیاں ہیں</w:t>
      </w:r>
    </w:p>
    <w:p>
      <w:r>
        <w:rPr>
          <w:b/>
        </w:rPr>
        <w:t xml:space="preserve">[1:40:34] </w:t>
      </w:r>
      <w:r>
        <w:t>apnay zaati tajrubay se mein ne samjha hai ke sab sab jhooti kahaniyan hain aap log to bas quran ko parhiye aur hadith ko parhiye sahaba ke ayat ko parhiye bas isi mein sara islam hai.</w:t>
      </w:r>
    </w:p>
    <w:p>
      <w:pPr>
        <w:jc w:val="right"/>
      </w:pPr>
      <w:r>
        <w:t>اپنے ذاتی تجربے سے میں نے سمجھا ہے کہ سب سب جھوٹی کہانیاں ہیں آپ لوگ تو بس قرآن کو پڑھیے اور حدیث کو پڑھیے صحابہ کے آیات کو پڑھیے بس اسی میں سارا اسلام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