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Study of Human History February 5, 2023</w:t>
      </w:r>
    </w:p>
    <w:p>
      <w:r>
        <w:t>https://youtu.be/2aGbbn-RmQQ</w:t>
      </w:r>
    </w:p>
    <w:p>
      <w:r>
        <w:rPr>
          <w:b/>
        </w:rPr>
        <w:t xml:space="preserve">[00:12] </w:t>
      </w:r>
      <w:r>
        <w:t>Assalamualaikum. Today we will have a conversation on a study of human history with Professor Farida Khanum.</w:t>
      </w:r>
    </w:p>
    <w:p>
      <w:pPr>
        <w:jc w:val="right"/>
      </w:pPr>
      <w:r>
        <w:t>Assalamualaikum. Today we will have a conversation on a study of human history with Professor Farida Khanum.</w:t>
      </w:r>
    </w:p>
    <w:p>
      <w:r>
        <w:rPr>
          <w:b/>
        </w:rPr>
        <w:t xml:space="preserve">[00:21] </w:t>
      </w:r>
      <w:r>
        <w:t>Presently, there are about 8 billion people worldwide, and it is believed that the universe came into being some 13.8 billion years ago.</w:t>
      </w:r>
    </w:p>
    <w:p>
      <w:pPr>
        <w:jc w:val="right"/>
      </w:pPr>
      <w:r>
        <w:t>Presently, there are about 8 billion people worldwide, and it is believed that the universe came into being some 13.8 billion years ago.</w:t>
      </w:r>
    </w:p>
    <w:p>
      <w:r>
        <w:rPr>
          <w:b/>
        </w:rPr>
        <w:t xml:space="preserve">[00:33] </w:t>
      </w:r>
      <w:r>
        <w:t>So human history has a beginning, and human history has an end too.</w:t>
      </w:r>
    </w:p>
    <w:p>
      <w:pPr>
        <w:jc w:val="right"/>
      </w:pPr>
      <w:r>
        <w:t>So human history has a beginning, and human history has an end too.</w:t>
      </w:r>
    </w:p>
    <w:p>
      <w:r>
        <w:rPr>
          <w:b/>
        </w:rPr>
        <w:t xml:space="preserve">[00:39] </w:t>
      </w:r>
      <w:r>
        <w:t>But the world that will be followed by this world will be a world which will have selected people from all over human history.</w:t>
      </w:r>
    </w:p>
    <w:p>
      <w:pPr>
        <w:jc w:val="right"/>
      </w:pPr>
      <w:r>
        <w:t>But the world that will be followed by this world will be a world which will have selected people from all over human history.</w:t>
      </w:r>
    </w:p>
    <w:p>
      <w:r>
        <w:rPr>
          <w:b/>
        </w:rPr>
        <w:t xml:space="preserve">[00:48] </w:t>
      </w:r>
      <w:r>
        <w:t>But more than often, people ask questions that how did the universe come into being, why were prophets sent, what is the purpose of creation. So to discuss this, we will have a conversation with Farida Apa.</w:t>
      </w:r>
    </w:p>
    <w:p>
      <w:pPr>
        <w:jc w:val="right"/>
      </w:pPr>
      <w:r>
        <w:t>But more than often, people ask questions that how did the universe come into being, why were prophets sent, what is the purpose of creation. So to discuss this, we will have a conversation with Farida Apa.</w:t>
      </w:r>
    </w:p>
    <w:p>
      <w:r>
        <w:rPr>
          <w:b/>
        </w:rPr>
        <w:t xml:space="preserve">[01:02] </w:t>
      </w:r>
      <w:r>
        <w:t>to chaliye unhi se baatchit karte hain. Assalam walekum aapka, kaise hain aap? Walekum salam. Aap khairiyat se hain? Ji, alhamdulillah.</w:t>
      </w:r>
    </w:p>
    <w:p>
      <w:pPr>
        <w:jc w:val="right"/>
      </w:pPr>
      <w:r>
        <w:t>तो चलिए उन्हीं से बातचीत करते हैं। अस्सलाम वालेकुम आपका, कैसे हैं आप? वालेकुम सलाम। आप खैरियत से हैं? जी, अल्हम्दुलिल्लाह।</w:t>
      </w:r>
    </w:p>
    <w:p>
      <w:r>
        <w:rPr>
          <w:b/>
        </w:rPr>
        <w:t xml:space="preserve">[01:09] </w:t>
      </w:r>
      <w:r>
        <w:t>aapka, jaisa ki abhi hum 2023 mein hain, jiska matlab hai ki human recorded history jo hai, wah 2022 saal ho chuki hai. lekin yeh belief hai ki 13.8 billion years ago universe came into being with big bang. aur yeh jo big bang tha, yeh explosion in space nahi tha, yeh explosion of space tha.</w:t>
      </w:r>
    </w:p>
    <w:p>
      <w:pPr>
        <w:jc w:val="right"/>
      </w:pPr>
      <w:r>
        <w:t>आपका, जैसा कि अभी हम 2023 में हैं, जिसका मतलब है कि ह्यूमन रिकॉर्डेड हिस्ट्री जो है, वह 2022 साल हो चुकी है। लेकिन यह बिलीफ है कि 13.8 बिलियन इयर्स अगो यूनिवर्स केम इनटू बीइंग विद बिग बैंग। और यह जो बिग बैंग था, यह एक्सप्लोजन इन स्पेस नहीं था, यह एक्सप्लोजन ऑफ स्पेस था।</w:t>
      </w:r>
    </w:p>
    <w:p>
      <w:r>
        <w:rPr>
          <w:b/>
        </w:rPr>
        <w:t xml:space="preserve">[01:34] </w:t>
      </w:r>
      <w:r>
        <w:t>to mera sabse pehla sawal to aaj ke topic ko lekar yahi hai ke aap kuch big bang</w:t>
      </w:r>
    </w:p>
    <w:p>
      <w:pPr>
        <w:jc w:val="right"/>
      </w:pPr>
      <w:r>
        <w:t>तो मेरा सबसे पहला सवाल तो आज के टॉपिक को लेकर यही है कि आप कुछ बिग बैंग</w:t>
      </w:r>
    </w:p>
    <w:p>
      <w:r>
        <w:rPr>
          <w:b/>
        </w:rPr>
        <w:t xml:space="preserve">[01:39] </w:t>
      </w:r>
      <w:r>
        <w:t>ke bare mein batayein humein.</w:t>
      </w:r>
    </w:p>
    <w:p>
      <w:pPr>
        <w:jc w:val="right"/>
      </w:pPr>
      <w:r>
        <w:t>के बारे में बताएं हमें।</w:t>
      </w:r>
    </w:p>
    <w:p>
      <w:r>
        <w:rPr>
          <w:b/>
        </w:rPr>
        <w:t xml:space="preserve">[01:43] </w:t>
      </w:r>
      <w:r>
        <w:t>maulana ki kai kitabein hain,</w:t>
      </w:r>
    </w:p>
    <w:p>
      <w:pPr>
        <w:jc w:val="right"/>
      </w:pPr>
      <w:r>
        <w:t>मौलाना की कई किताबें हैं,</w:t>
      </w:r>
    </w:p>
    <w:p>
      <w:r>
        <w:rPr>
          <w:b/>
        </w:rPr>
        <w:t xml:space="preserve">[01:47] </w:t>
      </w:r>
      <w:r>
        <w:t>kitabein marif, daur-e-daawat, aur khuda ki daryaft.</w:t>
      </w:r>
    </w:p>
    <w:p>
      <w:pPr>
        <w:jc w:val="right"/>
      </w:pPr>
      <w:r>
        <w:t>किताबें मारिफ, दौरे दावत, और खुदा की दरयाफ्त।</w:t>
      </w:r>
    </w:p>
    <w:p>
      <w:r>
        <w:rPr>
          <w:b/>
        </w:rPr>
        <w:t xml:space="preserve">[01:52] </w:t>
      </w:r>
      <w:r>
        <w:t>to ismein aap ko</w:t>
      </w:r>
    </w:p>
    <w:p>
      <w:pPr>
        <w:jc w:val="right"/>
      </w:pPr>
      <w:r>
        <w:t>तो इसमें आपको</w:t>
      </w:r>
    </w:p>
    <w:p>
      <w:r>
        <w:rPr>
          <w:b/>
        </w:rPr>
        <w:t xml:space="preserve">[01:54] </w:t>
      </w:r>
      <w:r>
        <w:t>study kijiyega, to isko aap ko yeh waqiyat jo hain, woh sab detail mein milenge.</w:t>
      </w:r>
    </w:p>
    <w:p>
      <w:pPr>
        <w:jc w:val="right"/>
      </w:pPr>
      <w:r>
        <w:t>स्टडी कीजिएगा, तो इसको आपको यह वाक्यात जो है, वह सब डिटेल में मिलेंगे।</w:t>
      </w:r>
    </w:p>
    <w:p>
      <w:r>
        <w:rPr>
          <w:b/>
        </w:rPr>
        <w:t xml:space="preserve">[02:00] </w:t>
      </w:r>
      <w:r>
        <w:t>to main thoda mukhtasar taur par bayan karungi.</w:t>
      </w:r>
    </w:p>
    <w:p>
      <w:pPr>
        <w:jc w:val="right"/>
      </w:pPr>
      <w:r>
        <w:t>तो मैं थोड़ा मुख्तसर तौर पर बयान करूंगी।</w:t>
      </w:r>
    </w:p>
    <w:p>
      <w:r>
        <w:rPr>
          <w:b/>
        </w:rPr>
        <w:t xml:space="preserve">[02:06] </w:t>
      </w:r>
      <w:r>
        <w:t>bahut ajeeb baat hai ki is waqeye ka zikr quran mein bhi aaya hai, usmein lafz use kiya gaya hai ratq aur fatq. yeh hai chapter 21. to ratq ke maane hain joined together, aur fatq ke maane hain tear apart, alag kar dena. to yeh lekin ab us waqt chunki science ka development nahi hua tha, yeh sari discoveries nahi hui thin</w:t>
      </w:r>
    </w:p>
    <w:p>
      <w:pPr>
        <w:jc w:val="right"/>
      </w:pPr>
      <w:r>
        <w:t>बहुत अजीब बात है कि इस वाकए का जिक्र कुरान में भी आया है, उसमें लफ्ज यूज किया गया है रतक और फतक। यह है चैप्टर 21। तो रतक के माने हैं जॉइंड टुगेदर, और फतक के माने हैं टियर अपार्ट, अलग कर देना। तो यह लेकिन अब उस वक्त चूंकि साइंस का डेवलपमेंट नहीं हुआ था, यह सारी डिस्कवरीज नहीं हुई थीं</w:t>
      </w:r>
    </w:p>
    <w:p>
      <w:r>
        <w:rPr>
          <w:b/>
        </w:rPr>
        <w:t xml:space="preserve">[02:32] </w:t>
      </w:r>
      <w:r>
        <w:t>big bang ki, to ab log itna acche tarike se usko samajh nahi sakte the. to ek mujmal tareeqe se samajhte the. lekin jo science ki discovery hui, aur yeh big bang ki, yeh 20th century mein,</w:t>
      </w:r>
    </w:p>
    <w:p>
      <w:pPr>
        <w:jc w:val="right"/>
      </w:pPr>
      <w:r>
        <w:t>बिग बैंग की, तो अब लोग इतना अच्छे तरीके से उसको समझ नहीं सकते थे। तो एक मुजम तरीके से समझते थे। लेकिन जो साइंस की डिस्कवरी हुई, और यह बिग बैंग की, यह 20 सेंचुरी में,</w:t>
      </w:r>
    </w:p>
    <w:p>
      <w:r>
        <w:rPr>
          <w:b/>
        </w:rPr>
        <w:t xml:space="preserve">[02:46] </w:t>
      </w:r>
      <w:r>
        <w:t>yeh sari cheezein kai science dan ne isko discover kiya. to</w:t>
      </w:r>
    </w:p>
    <w:p>
      <w:pPr>
        <w:jc w:val="right"/>
      </w:pPr>
      <w:r>
        <w:t>यह सारी चीजें कई साइंस दन ने इसको डिस्कवर किया। तो</w:t>
      </w:r>
    </w:p>
    <w:p>
      <w:r>
        <w:rPr>
          <w:b/>
        </w:rPr>
        <w:t xml:space="preserve">[02:51] </w:t>
      </w:r>
      <w:r>
        <w:t>ab bilkul accepted theory yeh ho gayi hai ki 13.8 billion saal pehle usmein ek bahut hi condensed qism ka ek ball ke tareeqe se wah matter tha,</w:t>
      </w:r>
    </w:p>
    <w:p>
      <w:pPr>
        <w:jc w:val="right"/>
      </w:pPr>
      <w:r>
        <w:t>अब बिल्कुल एक्सेप्टेड थ्योरी यह हो गई है कि 13.8 बिलियन साल पहले उसमें एक बहुत ही कंडेंस्ड किस्म का एक बॉल के तरीके से वह मैटर था,</w:t>
      </w:r>
    </w:p>
    <w:p>
      <w:r>
        <w:rPr>
          <w:b/>
        </w:rPr>
        <w:t xml:space="preserve">[03:05] </w:t>
      </w:r>
      <w:r>
        <w:t>usmein achanak ek dhamaka hua, aur dhamake se wah itni tezi se wah matter jo hai, muntashir ho gaya, scattered ho gaya, wah within the fraction of a second.</w:t>
      </w:r>
    </w:p>
    <w:p>
      <w:pPr>
        <w:jc w:val="right"/>
      </w:pPr>
      <w:r>
        <w:t>उसमें अचानक एक धमाका हुआ, और धमाके से वह इतनी तेजी से वह मैटर जो है, मुंतशिर हो गया, स्कैटर्ड हो गया, वह विदिन द फ्रैक्शन ऑफ अ सेकंड।</w:t>
      </w:r>
    </w:p>
    <w:p>
      <w:r>
        <w:rPr>
          <w:b/>
        </w:rPr>
        <w:t xml:space="preserve">[03:20] </w:t>
      </w:r>
      <w:r>
        <w:t>to wah ek super atom tha, aur usko jo hai, wah mass explosion ki shakal mein wah poore kainat mein achanak wah phail gaya. bahut hi super speed ke saath yeh phail raha tha. agar ismein break na lagaya gaya hota, to yeh sara matter bekar ho</w:t>
      </w:r>
    </w:p>
    <w:p>
      <w:pPr>
        <w:jc w:val="right"/>
      </w:pPr>
      <w:r>
        <w:t>तो वह एक सुपर एटम था, और उसको जो है, वह मास एक्सप्लोजन की शक्ल में वह पूरे कायनात में अचानक वह फैल गया। बहुत ही सुपर स्पीड के साथ यह फैल रहा था। अगर इसमें ब्रेक ना लगाया गया होता, तो यह सारा मैटर बेकार हो</w:t>
      </w:r>
    </w:p>
    <w:p>
      <w:r>
        <w:rPr>
          <w:b/>
        </w:rPr>
        <w:t xml:space="preserve">[03:41] </w:t>
      </w:r>
      <w:r>
        <w:t>jata, phail ke wah jo hamare sitare, sayyare, yeh sari cheezein jo poori kainat, mad-e-kainat bani hai, wah sab na banti. to yeh jo hua ki achanak ismein break laga, aur achanak wah bhi seconds ke andar matter ki speed jo hai, wah kam ho gayi.</w:t>
      </w:r>
    </w:p>
    <w:p>
      <w:pPr>
        <w:jc w:val="right"/>
      </w:pPr>
      <w:r>
        <w:t>जाता, फैल के वह जो हमारे सितारे, सैयारे, यह सारी चीजें जो पूरी कायनात, माध्य कायनात बनी है, वह सब ना बनती। तो यह जो हुआ कि अचानक इसमें ब्रेक लगा, और अचानक वह भी सेकंड्स के अंदर मैटर की स्पीड जो है, वह कम हो गई।</w:t>
      </w:r>
    </w:p>
    <w:p>
      <w:r>
        <w:rPr>
          <w:b/>
        </w:rPr>
        <w:t xml:space="preserve">[04:05] </w:t>
      </w:r>
      <w:r>
        <w:t>kam ho gayi. phir uske baad dheere dheere yeh collect hone lage different bodies mein, kab kuch sitare bane, kuch sayyare bane, bahut bade-bade sitare hain. to yeh jo achanak yeh speed kam hui, aur yeh jo ismein explosion hua,</w:t>
      </w:r>
    </w:p>
    <w:p>
      <w:pPr>
        <w:jc w:val="right"/>
      </w:pPr>
      <w:r>
        <w:t>कम हो गई। फिर उसके बाद धीरे-धीरे यह कलेक्ट होने लगे डिफरेंट बॉडीज में, कब कुछ सितारे बने, कुछ सैयारे बने, बहुत बड़े-बड़े सितारे हैं। तो यह जो अचानक यह स्पीड कम हुई, और यह जो इसमें एक्सप्लोजन हुआ,</w:t>
      </w:r>
    </w:p>
    <w:p>
      <w:r>
        <w:rPr>
          <w:b/>
        </w:rPr>
        <w:t xml:space="preserve">[04:25] </w:t>
      </w:r>
      <w:r>
        <w:t>yeh sari cheezein ek intervener ko batati hain.</w:t>
      </w:r>
    </w:p>
    <w:p>
      <w:pPr>
        <w:jc w:val="right"/>
      </w:pPr>
      <w:r>
        <w:t>यह सारी चीजें एक इंटरवीनर को बताती हैं।</w:t>
      </w:r>
    </w:p>
    <w:p>
      <w:r>
        <w:rPr>
          <w:b/>
        </w:rPr>
        <w:t xml:space="preserve">[04:29] </w:t>
      </w:r>
      <w:r>
        <w:t>kyunki yeh aisi cheezein hain ki yeh accidental ho nahi sakta, kyunki wah matter bahut hi condensed form mein tha, khud se ismein explosion nahi ho sakta tha. to kisi ne explosion usmein kiya, phir kisi ne usko jo hai, uski super speed mein break lagaya,</w:t>
      </w:r>
    </w:p>
    <w:p>
      <w:pPr>
        <w:jc w:val="right"/>
      </w:pPr>
      <w:r>
        <w:t>क्योंकि यह ऐसी चीजें हैं कि यह एक्सीडेंटल हो नहीं सकता, क्योंकि वह मैटर बहुत ही कंडेंस्ड फॉर्म में था, खुद से इसमें एक्सप्लोजन नहीं हो सकता था। तो किसी ने एक्सप्लोजन उसमें किया, फिर किसी ने उसको जो है, उसकी सुपर स्पीड में ब्रेक लगाया,</w:t>
      </w:r>
    </w:p>
    <w:p>
      <w:r>
        <w:rPr>
          <w:b/>
        </w:rPr>
        <w:t xml:space="preserve">[04:49] </w:t>
      </w:r>
      <w:r>
        <w:t>aur usko jo hai, bahut hi meaningful. uska jo result hai, wah itna meaningful hai ki agar koi intervener na ho, to wah ho nahi sakta. to yeh cheezein jo hain, wah itni zyada hamein khuda ke bare mein hamein batati hain ki bade-bade logon ne is maan liya hai ki koi intervener hai, kyunki khud se yeh kaam nahi ho sakta.</w:t>
      </w:r>
    </w:p>
    <w:p>
      <w:pPr>
        <w:jc w:val="right"/>
      </w:pPr>
      <w:r>
        <w:t>और उसको जो है, बहुत ही मीनिंगफुल। उसका जो रिजल्ट है, वह इतना मीनिंगफुल है कि अगर कोई इंटरवीनर ना हो, तो वह हो नहीं सकता। तो यह चीजें जो हैं, वह इतनी ज्यादा हमें खुदा के बारे में हमें बताती हैं कि बड़े-बड़े लोगों ने इस मान लिया है कि कोई इंटरवीनर है, क्योंकि खुद से यह काम नहीं हो सकता।</w:t>
      </w:r>
    </w:p>
    <w:p>
      <w:r>
        <w:rPr>
          <w:b/>
        </w:rPr>
        <w:t xml:space="preserve">[05:16] </w:t>
      </w:r>
      <w:r>
        <w:t>ek baar Sir James Jeans, jo bahut bada astronomer tha, to usko yeh ayat kisi ne batai ki ilm wale hi khuda se darte hain. wali ayat poori batai, to wah ekdum hairaan reh gaya. usne kaha ki yeh Muhammad ko yeh ayat kisne batai?</w:t>
      </w:r>
    </w:p>
    <w:p>
      <w:pPr>
        <w:jc w:val="right"/>
      </w:pPr>
      <w:r>
        <w:t>एक बार सर जेम्स जीन, जो बहुत बड़ा एस्ट्रोनॉमर था, तो उसको यह आयत किसी ने बताई कि इल्म वाले ही खुदा से डरते हैं। वाली आयत पूरी बताई, तो वह एकदम हैरान रह गया। उसने कहा कि यह मोहम्मद को यह आयत किसने बताई?</w:t>
      </w:r>
    </w:p>
    <w:p>
      <w:r>
        <w:rPr>
          <w:b/>
        </w:rPr>
        <w:t xml:space="preserve">[05:36] </w:t>
      </w:r>
      <w:r>
        <w:t>yeh Muhammad ke paas yeh paigham kahan se aaya? agar yeh baat sahi hai, kyunki wah quran to pada hua nahi tha, usko yeh ayat batai gai thi.</w:t>
      </w:r>
    </w:p>
    <w:p>
      <w:pPr>
        <w:jc w:val="right"/>
      </w:pPr>
      <w:r>
        <w:t>यह मोहम्मद के पास यह पैगाम कहां से आया? अगर यह बात सही है, क्योंकि वह कुरान तो पढ़ा हुआ नहीं था, उसको यह आयत बताई गई थी।</w:t>
      </w:r>
    </w:p>
    <w:p>
      <w:r>
        <w:rPr>
          <w:b/>
        </w:rPr>
        <w:t xml:space="preserve">[05:45] </w:t>
      </w:r>
      <w:r>
        <w:t>to usne kaha, agar yeh baat quran mein hai, to Muhammad sacche paigambar the khuda ke. to yeh itni badi baat hai ki isse hum khuda ki marif hasil kar sakte hain. kyunki jo hasti ne, jis hasti ne itna bada super explosion kiya, phir super planning ki, to wah jisko quran mein kaha gaya Alim</w:t>
      </w:r>
    </w:p>
    <w:p>
      <w:pPr>
        <w:jc w:val="right"/>
      </w:pPr>
      <w:r>
        <w:t>तो उसने कहा, अगर यह बात कुरान में है, तो मोहम्मद सच्चे पैगंबर थे खुदा के। तो यह इतनी बड़ी बात है कि इससे हम खुदा की मारिफ हासिल कर सकते हैं। क्योंकि जो हस्ती ने, जिस हस्ती ने इतना बड़ा सुपर एक्सप्लोजन किया, फिर सुपर प्लानिंग की, तो वह जिसको कुरान में कहा गया अल्लाम</w:t>
      </w:r>
    </w:p>
    <w:p>
      <w:r>
        <w:rPr>
          <w:b/>
        </w:rPr>
        <w:t xml:space="preserve">[06:14] </w:t>
      </w:r>
      <w:r>
        <w:t>, bahut bada janne wala tha, bahut bada wah great planner tha. wah agar wah great planner na hota, to yeh sari planning jo hai, wah bekar ho jati. to ab yeh jo hai, cosmic background radiation jo discover hua hai,</w:t>
      </w:r>
    </w:p>
    <w:p>
      <w:pPr>
        <w:jc w:val="right"/>
      </w:pPr>
      <w:r>
        <w:t>, बहुत बड़ा जानने वाला था, बहुत बड़ा वह ग्रेट प्लानर था। वह अगर वह ग्रेट प्लानर ना होता, तो यह सारी प्लानिंग जो है, वह बेकार हो जाती। तो अब यह जो है, कॉस्मिक बैकग्राउंड रेडिएशन जो डिस्कवर हुआ है,</w:t>
      </w:r>
    </w:p>
    <w:p>
      <w:r>
        <w:rPr>
          <w:b/>
        </w:rPr>
        <w:t xml:space="preserve">[06:30] </w:t>
      </w:r>
      <w:r>
        <w:t>isse yeh theory jo hai, bilkul accepted ho gayi hai. aur isse maloom hota hai, is tarah ki bahut sari baatein hain jo quran mein aayi hain, aur us waqt insan ko bas belief ke darje mein usko manta tha.</w:t>
      </w:r>
    </w:p>
    <w:p>
      <w:pPr>
        <w:jc w:val="right"/>
      </w:pPr>
      <w:r>
        <w:t>इससे यह थ्योरी जो है, बिल्कुल एक्सेप्टेड हो गई है। और इससे मालूम होता है, इस तरह की बहुत सारी बातें हैं जो कुरान में आई हैं, और उस वक्त इंसान को बस बिलीफ के दर्जे में उसको मानता था।</w:t>
      </w:r>
    </w:p>
    <w:p>
      <w:r>
        <w:rPr>
          <w:b/>
        </w:rPr>
        <w:t xml:space="preserve">[06:44] </w:t>
      </w:r>
      <w:r>
        <w:t>ab wah scientific verification uska ho gaya hai. to ab jo hai, wah wahi jo hai ki ilm, usmein quran mein aaya hai ki ilm wale hi khuda se darte hain. to ab ekdum sabit ho chuka hai yeh sari baatein, aur ki humko khuda se darna chahiye, khuda ko yaad karna chahiye, khuda God oriented life hamein guzarni chahi</w:t>
      </w:r>
    </w:p>
    <w:p>
      <w:pPr>
        <w:jc w:val="right"/>
      </w:pPr>
      <w:r>
        <w:t>अब वह साइंटिफिक वेरिफिकेशन उसका हो गया है। तो अब जो है, वह वही जो है कि इल्म, उसमें कुरान में आया है कि इल्म वाले ही खुदा से डरते हैं। तो अब एकदम साबित हो चुका है यह सारी बातें, और कि हमको खुदा से डरना चाहिए, खुदा को याद करना चाहिए, खुदा गॉड ओरिएंटेड लाइफ हमें गुजारनी चाहि</w:t>
      </w:r>
    </w:p>
    <w:p>
      <w:r>
        <w:rPr>
          <w:b/>
        </w:rPr>
        <w:t xml:space="preserve">[07:13] </w:t>
      </w:r>
      <w:r>
        <w:t>e. kyunki ab hamare paas koi excuse nahi hai. to yeh bahut hi badi discovery hai big bang ki aaj, jisse hamein khuda ke wajood ka bilkul qatai saboot milta hai. ji, aap bahut acche se aapne isko waz kiya, aur jaisa aapne kaha, aap ki clear it shows that there is an intervi</w:t>
      </w:r>
    </w:p>
    <w:p>
      <w:pPr>
        <w:jc w:val="right"/>
      </w:pPr>
      <w:r>
        <w:t>ए। क्योंकि अब हमारे पास कोई एक्सक्यूज नहीं है। तो यह बहुत ही बड़ी डिस्कवरी है बिग बैंग की आज, जिससे हमें खुदा के वजूद का बिल्कुल कतई सबूत मिलता है। जी, आप बहुत अच्छे से आपने इसको वाज किया, और जैसा आपने कहा, आप कि क्लियर इट शोज दैट देयर इज एन इंटरवी</w:t>
      </w:r>
    </w:p>
    <w:p>
      <w:r>
        <w:rPr>
          <w:b/>
        </w:rPr>
        <w:t xml:space="preserve">[07:34] </w:t>
      </w:r>
      <w:r>
        <w:t>ner. to agar hum dekhein, agar deep reflect karein over world universe, to we will realize that there is clear signs of planning, designing, intelligent control, and it shows that there is, you know, a hand of a either, you know, designer or controller or a mover of all things.</w:t>
      </w:r>
    </w:p>
    <w:p>
      <w:pPr>
        <w:jc w:val="right"/>
      </w:pPr>
      <w:r>
        <w:t>नर। तो अगर हम देखें, अगर डीप रिफ्लेक्ट करें ओवर वर्ल्ड यूनिवर्स, तो वी विल रिलाइज दैट देयर इज क्लियर साइंस ऑफ प्लानिंग, डिजाइनिंग, इंटेलिजेंट कंट्रोल, एंड इट शोज दैट देयर इज, यू नो, अ हैंड ऑफ अ इदर, यू नो, डिजाइनर और कंट्रोलर और अ मूवर ऑफ ऑल थिंग्स।</w:t>
      </w:r>
    </w:p>
    <w:p>
      <w:r>
        <w:rPr>
          <w:b/>
        </w:rPr>
        <w:t xml:space="preserve">[07:53] </w:t>
      </w:r>
      <w:r>
        <w:t>aap iske baad agar hum dekhein big bang hone ke baad, little bang hota hai ya solar bang kehte hain, ya yeh jo poora life support system jo poora wajood mein aaya, to main chahunga uske bare mein bhi aap kuch batayein hamein. usse aur jo hai point aur wazh hoga. maulana ne apni kitab marif mein likha hai ki kainat ki ibtida tareekh ke cheh daur hain.</w:t>
      </w:r>
    </w:p>
    <w:p>
      <w:pPr>
        <w:jc w:val="right"/>
      </w:pPr>
      <w:r>
        <w:t>आप इसके बाद अगर हम देखें बिग बैंग होने के बाद, लिटिल बैंग होता है या सोलर बैंग कहते हैं, या यह जो पूरा लाइफ सपोर्ट सिस्टम जो पूरा वजूद में आया, तो मैं चाहूंगा उसके बारे में भी आप कुछ बताएं हमें। उससे और जो है पॉइंट और वाज होगा। मौलाना ने अपनी किताब मारिफ में लिखा है कि कायनात की इब्तिदा तारीख के छह दौर हैं।</w:t>
      </w:r>
    </w:p>
    <w:p>
      <w:r>
        <w:rPr>
          <w:b/>
        </w:rPr>
        <w:t xml:space="preserve">[08:19] </w:t>
      </w:r>
      <w:r>
        <w:t>to big bang aur little bang to science dano ne yeh naam diya. little bang solar bang ke liye solar system jo create hua, aur maulana ne kaha water bang, plant bang, animal bang aur human bang. to yeh sara jo hai na, usko ek usmein agar karenge, to aap usko life support system keh sakte hain.</w:t>
      </w:r>
    </w:p>
    <w:p>
      <w:pPr>
        <w:jc w:val="right"/>
      </w:pPr>
      <w:r>
        <w:t>तो बिग बैंग और लिटिल बैंग तो साइंस दानों ने यह नाम दिया। लिटिल बैंग सोलर बैंक के लिए सोलर सिस्टम जो क्रिएट हुआ, और मौलाना ने कहा वाटर बैंग, प्लांट बैंग, एनिमल बैंग और ह्यूमन बैंग। तो यह सारा जो है ना, उसको एक उसमें अगर करेंगे, तो आप उसको लाइफ सपोर्ट सिस्टम कह सकते हैं।</w:t>
      </w:r>
    </w:p>
    <w:p>
      <w:r>
        <w:rPr>
          <w:b/>
        </w:rPr>
        <w:t xml:space="preserve">[08:43] </w:t>
      </w:r>
      <w:r>
        <w:t>to yeh little bang jo hai, wah 4.6 billion saal pehle hua. to yeh usse solar system wajood mein aaya. kyunki kainat jo hai, jo sare bade-bade sitare hain, galaxy hain, bahut hi zyada hot hai. to usmein jo hai, koi zindagi jo hai, wah survive nahi kar sakti. to Allah taala ne ek galaxy mein, jo ki Milky Way ke naam se jaani jati hai, uske ek corner par solar system create kiya.</w:t>
      </w:r>
    </w:p>
    <w:p>
      <w:pPr>
        <w:jc w:val="right"/>
      </w:pPr>
      <w:r>
        <w:t>तो यह लिटिल बैंग जो है, वह 4.6 बिलियन साल पहले हुआ। तो यह उससे सोलर सिस्टम वजूद में आया। क्योंकि कायनात जो है, जो सारे बड़े-बड़े सितारे हैं, गैलेक्सी हैं, बहुत ही ज्यादा हॉट है। तो उसमें जो है, कोई जिंदगी जो है, वह सर्वाइव नहीं कर सकती। तो अल्लाह ताला ने एक गैलेक्सी में, जो कि मिल्की वे के नाम से जानी जाती है, उसके एक कॉर्नर पर सोलर सिस्टम क्रिएट किया।</w:t>
      </w:r>
    </w:p>
    <w:p>
      <w:r>
        <w:rPr>
          <w:b/>
        </w:rPr>
        <w:t xml:space="preserve">[09:13] </w:t>
      </w:r>
      <w:r>
        <w:t>to usmein jo hai, usmein usi ka ek planet hai Earth, aur usi Earth mein sara life support system hai, jiski wajah se insan aur sari jo plant life, vegetable life, sari jo hai, wah yahan par survive karti hai. to yeh jo hai, ek american science dan hai,</w:t>
      </w:r>
    </w:p>
    <w:p>
      <w:pPr>
        <w:jc w:val="right"/>
      </w:pPr>
      <w:r>
        <w:t>तो उसमें जो है, उसमें उसी का एक प्लेनेट है अर्थ, और उसी अर्थ में सारा लाइफ सपोर्ट सिस्टम है, जिसकी वजह से इंसान और सारी जो प्लांट लाइफ, वेजिटेबल लाइफ, सारी जो है, वह यहां पर सर्वाइव करती है। तो यह जो है, एक अमेरिकी साइंस दान है,</w:t>
      </w:r>
    </w:p>
    <w:p>
      <w:r>
        <w:rPr>
          <w:b/>
        </w:rPr>
        <w:t xml:space="preserve">[09:38] </w:t>
      </w:r>
      <w:r>
        <w:t>elan baas ne yeh naam little bang ka naam diya tha.</w:t>
      </w:r>
    </w:p>
    <w:p>
      <w:pPr>
        <w:jc w:val="right"/>
      </w:pPr>
      <w:r>
        <w:t>एलन बास ने यह नाम लिटिल बैंग का नाम दिया था।</w:t>
      </w:r>
    </w:p>
    <w:p>
      <w:r>
        <w:rPr>
          <w:b/>
        </w:rPr>
        <w:t xml:space="preserve">[09:42] </w:t>
      </w:r>
      <w:r>
        <w:t>ek koi ek supernova tha, uske chuki yeh saari gravity se saare bound together hain, to usmein kuch gravity mein kisi ek hisse mein kuch kami hui. To uski wajah se woh kuch hisse alag ho gaye. Woh jo alag ho gaye, usi se phir kaafi time lagta hai,</w:t>
      </w:r>
    </w:p>
    <w:p>
      <w:pPr>
        <w:jc w:val="right"/>
      </w:pPr>
      <w:r>
        <w:t>एक कोई एक सुपरनोवा था, उसके चूंकि यह सारी ग्रेविटी से सारे बाउंड टुगेदर हैं, तो उसमें कुछ ग्रेविटी में किसी एक हिस्से में कुछ कमी हुई। तो उसकी वजह से वह कुछ हिस्से अलग हो गए। वह जो अलग हो गए, उसी से फिर काफी टाइम लगता है,</w:t>
      </w:r>
    </w:p>
    <w:p>
      <w:r>
        <w:rPr>
          <w:b/>
        </w:rPr>
        <w:t xml:space="preserve">[10:01] </w:t>
      </w:r>
      <w:r>
        <w:t>zamana guzra. Usmein woh usmein action, reaction, tarah tarah ke processes hue</w:t>
      </w:r>
    </w:p>
    <w:p>
      <w:pPr>
        <w:jc w:val="right"/>
      </w:pPr>
      <w:r>
        <w:t>जमाना गुजरा। उसमें वह उसमें एक्शन, रिएक्शन, तरह-तरह के प्रोसेसेस हुए</w:t>
      </w:r>
    </w:p>
    <w:p>
      <w:r>
        <w:rPr>
          <w:b/>
        </w:rPr>
        <w:t xml:space="preserve">[10:08] </w:t>
      </w:r>
      <w:r>
        <w:t>. Phir uske baad yeh solar system bana, aur usse ek bahut saare planet bane. Usi mein ek planet earth hai. To yeh planet earth jo hai, woh milky way mein hi waqi hua, waqi hai. To yeh bahut hi ajeeb baat hai ki yeh saari kainat mein ek hi aisa planet hai, jismein life support system paya jata hai.</w:t>
      </w:r>
    </w:p>
    <w:p>
      <w:pPr>
        <w:jc w:val="right"/>
      </w:pPr>
      <w:r>
        <w:t>। फिर उसके बाद यह सोलर सिस्टम बना, और उससे एक बहुत सारे प्लेनेट बने। उसी में एक प्लेनेट अर्थ है। तो यह प्लेनेट अर्थ जो है, वह मिल्की वे में ही वाकई हुआ, वाकई है। तो यह बहुत ही अजीब बात है कि यह सारी कायनात में एक ही ऐसा प्लेनेट है, जिसमें लाइफ सपोर्ट सिस्टम पाया जाता है।</w:t>
      </w:r>
    </w:p>
    <w:p>
      <w:r>
        <w:rPr>
          <w:b/>
        </w:rPr>
        <w:t xml:space="preserve">[10:35] </w:t>
      </w:r>
      <w:r>
        <w:t>yeh khud Khuda ke wajood ka bilkul qatai saboot hai. Kyun ke agar theory of evolution ke tehat agar woh hota, to bahut saari jagah par kuch na kuch paya jata. Bhai, mukammal life support system nahi paya jata, to kuch to hota. Lekin kahin bhi poori kainat mein koi cheez aisi nahi, jahan living jo hai,</w:t>
      </w:r>
    </w:p>
    <w:p>
      <w:pPr>
        <w:jc w:val="right"/>
      </w:pPr>
      <w:r>
        <w:t>यह खुद खुदा के वजूद का बिल्कुल कतई सबूत है। क्योंकि अगर थ्योरी ऑफ एवोल्यूशन के तहत अगर वह होता, तो बहुत सारी जगह पर कुछ ना कुछ पाया जाता। भाई, मुकम्मल लाइफ सपोर्ट सिस्टम नहीं पाया जाता, तो कुछ तो होता। लेकिन कहीं भी पूरी कायनात में कोई चीज ऐसी नहीं, जहां लिविंग जो है,</w:t>
      </w:r>
    </w:p>
    <w:p>
      <w:r>
        <w:rPr>
          <w:b/>
        </w:rPr>
        <w:t xml:space="preserve">[11:01] </w:t>
      </w:r>
      <w:r>
        <w:t>jaan daar jo hai, woh wahan survive kar sake.</w:t>
      </w:r>
    </w:p>
    <w:p>
      <w:pPr>
        <w:jc w:val="right"/>
      </w:pPr>
      <w:r>
        <w:t>जानदार जो है, वह वहां सर्वाइव कर सके।</w:t>
      </w:r>
    </w:p>
    <w:p>
      <w:r>
        <w:rPr>
          <w:b/>
        </w:rPr>
        <w:t xml:space="preserve">[11:05] </w:t>
      </w:r>
      <w:r>
        <w:t>to yeh bilkul ek rarest of the rare exception hai, earth. To is system ko paanch bade spheres mein baanta gaya, jo life support system hai. To zameen par bahut saari aisi cheezein hain, jiski wajah se life jo hai, wahan matlab habitable banti hai. Zameen to ek to sabse pehle to geosphere hai.</w:t>
      </w:r>
    </w:p>
    <w:p>
      <w:pPr>
        <w:jc w:val="right"/>
      </w:pPr>
      <w:r>
        <w:t>तो यह बिल्कुल एक रेयरेस्ट ऑफ द रेयर एक्सेप्शन है, अर्थ। तो इस सिस्टम को पांच बड़े स्फीयर्स में बांटा गया, जो लाइफ सपोर्ट सिस्टम है। तो जमीन पर बहुत सारी ऐसी चीजें हैं, जिसकी वजह से लाइफ जो है, वहां मतलब हैबिटेबल बनती है। जमीन तो एक तो सबसे पहले तो जिओस्फीयर है।</w:t>
      </w:r>
    </w:p>
    <w:p>
      <w:r>
        <w:rPr>
          <w:b/>
        </w:rPr>
        <w:t xml:space="preserve">[11:31] </w:t>
      </w:r>
      <w:r>
        <w:t>yeh rocks hain, kyun ke jo surface hai, usmein rocks hain. Upar mountains hain, sand ke kinare, woh beaches ke kinare jo hai, saari sands hain. Phir neeche volcanoes hain, woh melted rocks hain. To yeh saari cheezein milkar ek jo crust banta hai, jo surface banti hai, uski wajah se yahan par insaan reh sakta hai. Phir doosre biosphere</w:t>
      </w:r>
    </w:p>
    <w:p>
      <w:pPr>
        <w:jc w:val="right"/>
      </w:pPr>
      <w:r>
        <w:t>यह राक्स हैं, क्योंकि जो सरफेस है, उसमें राक्स हैं। ऊपर माउंटेंस हैं, सैंड के किनारे, वो बीचेस के किनारे जो है, सारी सैंड्स हैं। फिर नीचे वोल्केनो हैं, वो मेल्टेड राक्स हैं। तो यह सारी चीजें मिलकर एक जो क्रस्ट बनता है, जो सरफेस बनती है, उसकी वजह से यहां पर इंसान रह सकता है। फिर दूसरे बायोस्फीय</w:t>
      </w:r>
    </w:p>
    <w:p>
      <w:r>
        <w:rPr>
          <w:b/>
        </w:rPr>
        <w:t xml:space="preserve">[11:59] </w:t>
      </w:r>
      <w:r>
        <w:t>r hai, to usmein plant life aati hai, animals aate hain, variety of life aati hai, aur uski wajah se ek ecosystem banta hai. Ecosystem jo hai, woh behad zaroori hai yahan par kisi bhi tarah ki zindagi ke liye,</w:t>
      </w:r>
    </w:p>
    <w:p>
      <w:pPr>
        <w:jc w:val="right"/>
      </w:pPr>
      <w:r>
        <w:t>र है, तो उसमें प्लांट लाइफ आती है, एनिमल्स आते हैं, वैरायटी ऑफ लाइफ आती है, और उसकी वजह से एक इकोसिस्टम बनता है। इकोसिस्टम जो है, वह बेहद जरूरी है यहां पर किसी भी तरह की जिंदगी के लिए,</w:t>
      </w:r>
    </w:p>
    <w:p>
      <w:r>
        <w:rPr>
          <w:b/>
        </w:rPr>
        <w:t xml:space="preserve">[12:16] </w:t>
      </w:r>
      <w:r>
        <w:t>zindagi ke panapne ke liye zaroori hai. Phir ek cryosphere hai, to frozen water. Water do qism ke hain. To ek to frozen water hai, ek liquid wa</w:t>
      </w:r>
    </w:p>
    <w:p>
      <w:pPr>
        <w:jc w:val="right"/>
      </w:pPr>
      <w:r>
        <w:t>जिंदगी के पनपने के लिए जरूरी है। फिर एक क्रायोस्फीयर है, तो फ्रोजन वाटर। वाटर दो किस्म के हैं। तो एक तो फ्रोजन वाटर है, एक लिक्विड वा</w:t>
      </w:r>
    </w:p>
    <w:p>
      <w:r>
        <w:rPr>
          <w:b/>
        </w:rPr>
        <w:t xml:space="preserve">[12:27] </w:t>
      </w:r>
      <w:r>
        <w:t>ter hai. Liquid water uski shakal mein hai, ocean mein hai, darya mein hai, lakes mein hai. Lekin masla yeh hai ki ocean ka water jo hai, woh hota hai bahut hi salty, to woh drinkable nahi hota</w:t>
      </w:r>
    </w:p>
    <w:p>
      <w:pPr>
        <w:jc w:val="right"/>
      </w:pPr>
      <w:r>
        <w:t>टर है। लिक्विड वाटर उसकी शक्ल में है, ओशन में है, दरिया में है, लेक्स में है। लेकिन मसला यह है कि ओशन का वाटर जो है, वह होता है बहुत ही साल्टी, तो वह ड्रिंकेबल नहीं होता</w:t>
      </w:r>
    </w:p>
    <w:p>
      <w:r>
        <w:rPr>
          <w:b/>
        </w:rPr>
        <w:t xml:space="preserve">[12:43] </w:t>
      </w:r>
      <w:r>
        <w:t>. To uske liye Allah taala ne bahut bada intezaam kiya ki suraj ki garmi se heat paida hoti hai, phir steam banta hai, phir upar woh jati hai. Steam to phir cloud bante hain, cloud se rain hoti hai. To jo chuki woh bahut bhari hota hai, bhari hota hai namak, salt, to salt upar nahi uthta. Sirf sirf bhaap se, sirf pani ka jo content hai, wohi upar uthta hai. Phir</w:t>
      </w:r>
    </w:p>
    <w:p>
      <w:pPr>
        <w:jc w:val="right"/>
      </w:pPr>
      <w:r>
        <w:t>। तो उसके लिए अल्लाह ताला ने बहुत बड़ा इंतजाम किया कि सूरज की गर्मी से हीट पैदा होती है, फिर स्टीम बनता है, फिर ऊपर वह जाती है। स्टीम तो फिर क्लाउड बनते हैं, क्लाउड से रेन होती है। तो जो चूंकि वह बहुत भारी होता है, भारी होता है नमक, साल्ट, तो साल्ट ऊपर नहीं उठता। सिर्फ सिर्फ भाप से, सिर्फ पानी का जो कंटेंट है, वही ऊपर उठता है। फिर</w:t>
      </w:r>
    </w:p>
    <w:p>
      <w:r>
        <w:rPr>
          <w:b/>
        </w:rPr>
        <w:t xml:space="preserve">[13:10] </w:t>
      </w:r>
      <w:r>
        <w:t>woh varsaata hai. To do tarah se, ek to daryaon mein jata hai, lakes mein jata hai, aur aisi jahan bhi jagah hoti hai, jahan pani bharne ki, wahan bhar bhar jata hai. Aur doosre sab pahadon par jo girta hai na pani, to usmein woh jam jata hai.</w:t>
      </w:r>
    </w:p>
    <w:p>
      <w:pPr>
        <w:jc w:val="right"/>
      </w:pPr>
      <w:r>
        <w:t>वह व बरसता है। तो दो तरह से, एक तो दरियाओं में जाता है, लेक्स में जाता है, और ऐसी जहां भी जगह होती है, जहां पानी भरने की, वहां भर भर जाता है। और दूसरे सब पहाड़ों पर जो गिरता है ना पानी, तो उसमें वह जम जाता है।</w:t>
      </w:r>
    </w:p>
    <w:p>
      <w:r>
        <w:rPr>
          <w:b/>
        </w:rPr>
        <w:t xml:space="preserve">[13:30] </w:t>
      </w:r>
      <w:r>
        <w:t>to woh jo jama hua frozen water hota hai, to woh jo hai, woh saal bhar thoda-thoda heat paakar woh nikalta rehta hai. Pani se jharna waghera mein aap log Kashmir mein dekha hoga. To pani dheere-dheere girta rehta hai usse. To woh saal bhar kaam aata hai, woh pani. To is tarike se yeh bahut bada intezaam hai, jo ki koi bhi insaan kar nahi sakta tha.</w:t>
      </w:r>
    </w:p>
    <w:p>
      <w:pPr>
        <w:jc w:val="right"/>
      </w:pPr>
      <w:r>
        <w:t>तो वह जो जमा हुआ फ्रोजन वाटर होता है, तो वह जो है, वह साल भर थोड़ा-थोड़ा हीट पाकर वह निकलता रहता है। पानी से झरना वगैरह में आप लोग कश्मीर में देखा होगा। तो पानी धीरे-धीरे गिरता रहता है उससे। तो वह साल भर काम आता है, वह पानी। तो इस तरीके से यह बहुत बड़ा इंतजाम है, जो कि कोई भी इंसान कर नहीं सकता था।</w:t>
      </w:r>
    </w:p>
    <w:p>
      <w:r>
        <w:rPr>
          <w:b/>
        </w:rPr>
        <w:t xml:space="preserve">[13:57] </w:t>
      </w:r>
      <w:r>
        <w:t>woh sirf Khuda ne is intezaam ko kiya hai. Aur itne billions and billions log jo hain, us pani ko use karte hain, phir bhi pani khatam nahi hota. Phir atmosphere hai, to tarah tarah ki gases hain: nitrogen, oxygen, ozone,</w:t>
      </w:r>
    </w:p>
    <w:p>
      <w:pPr>
        <w:jc w:val="right"/>
      </w:pPr>
      <w:r>
        <w:t>व सिर्फ खुदा ने इस इंतजाम को किया है। और इतने बिलियंस एंड बिलियंस लोग जो हैं, उस पानी को यूज करते हैं, फिर भी पानी खत्म नहीं होता। फिर एटमॉस्फियर है, तो तरह-तरह की गैसेस हैं: नाइट्रोजन, ऑक्सीजन, ओजोन,</w:t>
      </w:r>
    </w:p>
    <w:p>
      <w:r>
        <w:rPr>
          <w:b/>
        </w:rPr>
        <w:t xml:space="preserve">[14:16] </w:t>
      </w:r>
      <w:r>
        <w:t>carbon dioxide. To yeh saari gases hain. Kyun? Gases ke baghair to koi bhi kaam nahi ho sakta.</w:t>
      </w:r>
    </w:p>
    <w:p>
      <w:pPr>
        <w:jc w:val="right"/>
      </w:pPr>
      <w:r>
        <w:t>कार्बन डाइऑक्साइड। तो यह सारी गैसेस हैं। क्यों? गैसेस के बगैर तो कोई भी काम नहीं हो सकता।</w:t>
      </w:r>
    </w:p>
    <w:p>
      <w:r>
        <w:rPr>
          <w:b/>
        </w:rPr>
        <w:t xml:space="preserve">[14:24] </w:t>
      </w:r>
      <w:r>
        <w:t>to in jo na na vegetable life ho sakti hai, na human life ho sakti hai. To saari gases hi hain jo zameen par jaan daar cheezon ko rehne ke qabil banati hain. To ab aap yeh sochiye ki Allah taala ne jab 15 billion saal pehle itna bada planning ki hai, to planning abast nahi ho sakti. Koi iska maqsad hoga.</w:t>
      </w:r>
    </w:p>
    <w:p>
      <w:pPr>
        <w:jc w:val="right"/>
      </w:pPr>
      <w:r>
        <w:t>तो इन जो ना ना वेजिटेबल लाइफ हो सकती है, ना ह्यूमन लाइफ हो सकती है। तो सारी गैसेस ही हैं जो जमीन पर जानदार चीजों को रहने के काबिल बनाती हैं। तो अब आप यह सोचिए कि अल्लाह ताला ने जब 15 बिलियन साल पहले इतना बड़ा प्लानिंग की है, तो प्लानिंग अबस्त नहीं हो सकती। कोई इसका मकसद होगा।</w:t>
      </w:r>
    </w:p>
    <w:p>
      <w:r>
        <w:rPr>
          <w:b/>
        </w:rPr>
        <w:t xml:space="preserve">[14:51] </w:t>
      </w:r>
      <w:r>
        <w:t>to is maqsad ko janne ke liye jo hai, creation plan ko hamein samajhna padega. To jo log creation plan ko nahi samajhte, woh frustration mein rehte hain, tension mein rehte hain. Unki samajh mein hi nahi aata ki hum is duniya mein kyun aaye hain. Kyun ke yeh duniya mein bahut saari evils hain, bahut saare masail hain. Lekin unki samajh mein nahi aata ki maqsad kya hai. To is wajah se bahut saare kitne log hain, woh khudkushi</w:t>
      </w:r>
    </w:p>
    <w:p>
      <w:pPr>
        <w:jc w:val="right"/>
      </w:pPr>
      <w:r>
        <w:t>तो इस मकसद को जानने के लिए जो है, क्रिएशन प्लान को हमें समझना पड़ेगा। तो जो लोग क्रिएशन प्लान को नहीं समझते, वह फ्रस्ट्रेशन में रहते हैं, टेंशन में रहते हैं। उनकी समझ में ही नहीं आता कि हम इस दुनिया में क्यों आए हैं। क्योंकि यह दुनिया में बहुत सारी इविल्स हैं, बहुत सारे मसाइल हैं। लेकिन उनकी समझ में नहीं आता कि मकसद क्या है। तो इस वजह से बहुत सारे कितने लोग हैं, वह खुदकुशी</w:t>
      </w:r>
    </w:p>
    <w:p>
      <w:r>
        <w:rPr>
          <w:b/>
        </w:rPr>
        <w:t xml:space="preserve">[15:19] </w:t>
      </w:r>
      <w:r>
        <w:t>kar lete hain.</w:t>
      </w:r>
    </w:p>
    <w:p>
      <w:pPr>
        <w:jc w:val="right"/>
      </w:pPr>
      <w:r>
        <w:t>कर लेते हैं।</w:t>
      </w:r>
    </w:p>
    <w:p>
      <w:r>
        <w:rPr>
          <w:b/>
        </w:rPr>
        <w:t xml:space="preserve">[15:19] </w:t>
      </w:r>
      <w:r>
        <w:t>unki samajh mein nahin aata.</w:t>
      </w:r>
    </w:p>
    <w:p>
      <w:pPr>
        <w:jc w:val="right"/>
      </w:pPr>
      <w:r>
        <w:t>उनकी समझ में नहीं आता।</w:t>
      </w:r>
    </w:p>
    <w:p>
      <w:r>
        <w:rPr>
          <w:b/>
        </w:rPr>
        <w:t xml:space="preserve">[15:21] </w:t>
      </w:r>
      <w:r>
        <w:t>to iske liye hamein creation plan ko samajhna bilkul behad zaroori hai.</w:t>
      </w:r>
    </w:p>
    <w:p>
      <w:pPr>
        <w:jc w:val="right"/>
      </w:pPr>
      <w:r>
        <w:t>तो इसके लिए हमें क्रिएशन प्लान को समझना बिल्कुल बेहद जरूरी है।</w:t>
      </w:r>
    </w:p>
    <w:p>
      <w:r>
        <w:rPr>
          <w:b/>
        </w:rPr>
        <w:t xml:space="preserve">[15:28] </w:t>
      </w:r>
      <w:r>
        <w:t>yeh hamein Khuda jo hai, hamein guide karta hai, Khuda paighambaron ke zariye guide karta hai.</w:t>
      </w:r>
    </w:p>
    <w:p>
      <w:pPr>
        <w:jc w:val="right"/>
      </w:pPr>
      <w:r>
        <w:t>यह हमें खुदा जो है, हमें गाइड करता है, खुदा पैगंबरों के जरिए गाइड करता है।</w:t>
      </w:r>
    </w:p>
    <w:p>
      <w:r>
        <w:rPr>
          <w:b/>
        </w:rPr>
        <w:t xml:space="preserve">[15:34] </w:t>
      </w:r>
      <w:r>
        <w:t>aur usse hamein samajh mein aata hai ki creation plan kya hai.</w:t>
      </w:r>
    </w:p>
    <w:p>
      <w:pPr>
        <w:jc w:val="right"/>
      </w:pPr>
      <w:r>
        <w:t>और उससे हमें समझ में आता है कि क्रिएशन प्लान क्या है।</w:t>
      </w:r>
    </w:p>
    <w:p>
      <w:r>
        <w:rPr>
          <w:b/>
        </w:rPr>
        <w:t xml:space="preserve">[15:38] </w:t>
      </w:r>
      <w:r>
        <w:t>Allah taala ne hamein is duniya mein kis liye bheja hai, hamari zindagi ka maqsad kya hai.</w:t>
      </w:r>
    </w:p>
    <w:p>
      <w:pPr>
        <w:jc w:val="right"/>
      </w:pPr>
      <w:r>
        <w:t>अल्लाह ताला ने हमें इस दुनिया में किस लिए भेजा है, हमारी जिंदगी का मकसद क्या है।</w:t>
      </w:r>
    </w:p>
    <w:p>
      <w:r>
        <w:rPr>
          <w:b/>
        </w:rPr>
        <w:t xml:space="preserve">[15:45] </w:t>
      </w:r>
      <w:r>
        <w:t>to yeh hai.</w:t>
      </w:r>
    </w:p>
    <w:p>
      <w:pPr>
        <w:jc w:val="right"/>
      </w:pPr>
      <w:r>
        <w:t>तो यह है।</w:t>
      </w:r>
    </w:p>
    <w:p>
      <w:r>
        <w:rPr>
          <w:b/>
        </w:rPr>
        <w:t xml:space="preserve">[15:47] </w:t>
      </w:r>
      <w:r>
        <w:t>to is wajah se creation plan</w:t>
      </w:r>
    </w:p>
    <w:p>
      <w:pPr>
        <w:jc w:val="right"/>
      </w:pPr>
      <w:r>
        <w:t>तो इस वजह से क्रिएशन प्लान</w:t>
      </w:r>
    </w:p>
    <w:p>
      <w:r>
        <w:rPr>
          <w:b/>
        </w:rPr>
        <w:t xml:space="preserve">[15:49] </w:t>
      </w:r>
      <w:r>
        <w:t>ki behad importance hai. Ji, ab creation plan par aane se pehle ek aur sawal poochna chahunga. Jaise agar hum Quran ke chapter 45 mein bhi dekhein, to usmein aaya hai ki "God is created, God is subjected, Whatever is in heaven and on earth to you." So it means that whatever that has been created in this universe is for the service of man.</w:t>
      </w:r>
    </w:p>
    <w:p>
      <w:pPr>
        <w:jc w:val="right"/>
      </w:pPr>
      <w:r>
        <w:t>की बेहद इंपॉर्टेंस है। जी, अब क्रिएशन प्लान पर आने से पहले एक और सवाल पूछना चाहूंगा। जैसे अगर हम कुरान के चैप्टर 45 में भी देखें, तो उसमें आया है कि "गॉड इज क्रिएटेड, गॉड इज सब्जेक्टेड, व्हाट एवर इज इन हेवन एंड ऑन अर्थ टू यू।" सो इट मींस दैट व्हाट एवर दैट हैज बीन क्रिएटेड इन दिस यूनिवर्स इज फॉर द सर्विस ऑफ मैन।</w:t>
      </w:r>
    </w:p>
    <w:p>
      <w:r>
        <w:rPr>
          <w:b/>
        </w:rPr>
        <w:t xml:space="preserve">[16:13] </w:t>
      </w:r>
      <w:r>
        <w:t>to aap jaise yeh silsila shuru hua, aapne abhi big bang bade achhe se bataya, aapne little bang bataya. To uske baad phir Allah taala ne jinno ko create kiya, phir uske baad Adam ko create kiya gaya. To yeh iske baare mein bhi aap bataein. Uske baad main phir creation plan par aaunga, aapse sawal karunga. Kyun ke woh bahut hi important subject hai.</w:t>
      </w:r>
    </w:p>
    <w:p>
      <w:pPr>
        <w:jc w:val="right"/>
      </w:pPr>
      <w:r>
        <w:t>तो आप जैसे यह सिलसिला शुरू हुआ, आपने अभी बिग बैंग बड़े अच्छे से बताया, आपने लिटिल बैंग बताया। तो उसके बाद फिर अल्लाह ताला ने जिन्नो को क्रिएट किया, फिर उसके बाद आदम को क्रिएट किया गया। तो यह इसके बारे में भी आप बताएं। उसके बाद मैं फिर क्रिएशन प्लान पर आऊंगा, आपसे सवाल करूंगा। क्योंकि वो बहुत ही इंपॉर्टेंट सब्जेक्ट है।</w:t>
      </w:r>
    </w:p>
    <w:p>
      <w:r>
        <w:rPr>
          <w:b/>
        </w:rPr>
        <w:t xml:space="preserve">[16:35] </w:t>
      </w:r>
      <w:r>
        <w:t>jab zameen habitable ho gayi, tamam cheezein Allah taala ne yahan paida kar di. To uske baad jinno ko paida kiya. To jinn aag se banaye gaye the, bahut hi jinn strong, bahut zyada the. To unhone bada fasaad machaya, bada khoon bahaya. To Allah taala ne ka jo maqsad tha creation plan ka, creation plan ka maqsad yeh tha ki yahan par rehkar insaan Allah ki ibadat kare, Allah ki maarif kare.</w:t>
      </w:r>
    </w:p>
    <w:p>
      <w:pPr>
        <w:jc w:val="right"/>
      </w:pPr>
      <w:r>
        <w:t>जब जमीन हैबिटेबल हो गई, तमाम चीजें अल्लाह ताला ने यहां पैदा कर दी। तो उसके बाद जिन्नो को पैदा किया। तो जिन आग से बनाए गए थे, बहुत ही जिन स्ट्रांग, बहुत ज्यादा थे। तो उन्होंने बड़ा फसाद मचाया, बड़ा खून बहाया। तो अल्लाह ताला ने का जो मकसद था क्रिएशन प्लान का, क्रिएशन प्लान का मकसद यह था कि यहां पर रहकर इंसान अल्लाह की इबादत करे, अल्लाह की मारिफ करे।</w:t>
      </w:r>
    </w:p>
    <w:p>
      <w:r>
        <w:rPr>
          <w:b/>
        </w:rPr>
        <w:t xml:space="preserve">[17:04] </w:t>
      </w:r>
      <w:r>
        <w:t>lekin woh to khoon bahane mein lag gaye, fasaad karne mein lag gaye. To phir Allah taala ne jinnaat ko majool kar diya. Yaani yeh earth jinnaat ke charge mein de di gayi thi. To unko majool kar diya. Phir Allah ne ek nayi creation paida ki, woh thi insaan. To sabse pehle Allah taala ne Hazrat Adam ko paida kiya, Hazrat Hawa ko paida kiya. To usko Allah taala ne Quran mein kaha, "Inni jaalun fil arz khaleefa."</w:t>
      </w:r>
    </w:p>
    <w:p>
      <w:pPr>
        <w:jc w:val="right"/>
      </w:pPr>
      <w:r>
        <w:t>लेकिन वह तो खून बहाने में लग गए, फसाद करने में लग गए। तो फिर अल्लाह ताला ने जिन्नात को माजूल कर दिया। यानी यह अर्थ जिन्नात के चार्ज में दे दी गई थी। तो उनको माजूल कर दिया। फिर अल्लाह ने एक नई क्रिएशन पैदा की, वह थी इंसान। तो सबसे पहले अल्लाह ताला ने हजरत आदम को पैदा किया, हजरत हव्वा को पैदा किया। तो उसको अल्लाह ताला ने कुरान में कहा, "इन्नी जायल फिल अर्ज खलीफा।"</w:t>
      </w:r>
    </w:p>
    <w:p>
      <w:r>
        <w:rPr>
          <w:b/>
        </w:rPr>
        <w:t xml:space="preserve">[17:33] </w:t>
      </w:r>
      <w:r>
        <w:t>to khaleefa ka matlab log samajh lete hain ki khilafatullah. Aisa nahi hai, woh khaleefatul jinn yaani successor, jinn ke baad aane wali makhlook. To woh khaleefa jo hai, yahan par jo use hua hai,</w:t>
      </w:r>
    </w:p>
    <w:p>
      <w:pPr>
        <w:jc w:val="right"/>
      </w:pPr>
      <w:r>
        <w:t>तो खलीफा का मतलब लोग समझ लेते हैं कि खलीफत उल्लाह। ऐसा नहीं है, वह खलीफतुल जिन यानी सक्सेसर, जिन के बाद आने वाली मखलूक। तो वह खलीफा जो है, यहां पर जो यूज हुआ है,</w:t>
      </w:r>
    </w:p>
    <w:p>
      <w:r>
        <w:rPr>
          <w:b/>
        </w:rPr>
        <w:t xml:space="preserve">[17:47] </w:t>
      </w:r>
      <w:r>
        <w:t>woh khaleefatul jinn ke maane mein hua hai. To Allah taala ne jinno ko majool kar diya aur uske badle insaan ko paida kiya.</w:t>
      </w:r>
    </w:p>
    <w:p>
      <w:pPr>
        <w:jc w:val="right"/>
      </w:pPr>
      <w:r>
        <w:t>वह खलीफतुल जिन के माने में हुआ है। तो अल्लाह ताला ने जिन्नो को माजूल कर दिया और उसके बदले इंसान को पैदा किया।</w:t>
      </w:r>
    </w:p>
    <w:p>
      <w:r>
        <w:rPr>
          <w:b/>
        </w:rPr>
        <w:t xml:space="preserve">[17:59] </w:t>
      </w:r>
      <w:r>
        <w:t>phir insaan ko jab paida kiya, to jinnaat jo hain, woh bohat hi zyada ghussa ho gaye. kyunke unhein laga ke hamari jo hai jagah jo hai, aadim ko de di gayi hai. to chunke insaan ko is duniya mein rehne ke liye bohat zyada support chahiye hoti hai, to life support system to allah taala ne paida kar diya. lekin insaan ko bohat support chahiye hoti hai.</w:t>
      </w:r>
    </w:p>
    <w:p>
      <w:pPr>
        <w:jc w:val="right"/>
      </w:pPr>
      <w:r>
        <w:t>फिर इंसान को जब पैदा किया, तो जिन्नात जो हैं, वह बहुत ही ज्यादा गुस्सा हो गए। क्योंकि उन्हें लगा कि हमारी जो है जगह जो है, आदम को दे दी गई है। तो चूंकि इंसान को इस दुनिया में रहने के लिए बहुत ज्यादा सपोर्ट चाहिए होती है, तो लाइफ सपोर्ट सिस्टम तो अल्लाह ताला ने पैदा कर दिया। लेकिन इंसान को बहुत सपोर्ट चाहिए होती है।</w:t>
      </w:r>
    </w:p>
    <w:p>
      <w:r>
        <w:rPr>
          <w:b/>
        </w:rPr>
        <w:t xml:space="preserve">[18:27] </w:t>
      </w:r>
      <w:r>
        <w:t>to is liye allah taala ne kaha, us waqt malaika the aur jinnaat the. to allah taala ne kaha ke aadim ko sajda karo. matlab hai ke aadim ke aage jhuk jao. to malaika ko pehle tardud, malaika ko to bhi tardud tha. kyunke malaika ne yeh samjha ke yeh insaan bhi jab asal mein allah taala ne mukammal azaadi di, total freedom.</w:t>
      </w:r>
    </w:p>
    <w:p>
      <w:pPr>
        <w:jc w:val="right"/>
      </w:pPr>
      <w:r>
        <w:t>तो इसलिए अल्लाह ताला ने कहा, उस वक्त मलाइका थे और जिन्नात थे। तो अल्लाह ताला ने कहा कि आदम को सजदा करो। मतलब है कि आदम के आगे झुक जाओ। तो मलाइका को पहले तरदूद, मलाइका को तो भी तरदूद था। क्योंकि मलाइका ने यह समझा कि यह इंसान भी जब असल में अल्लाह ताला ने मुकम्मल आजादी दी, टोटल फ्रीडम।</w:t>
      </w:r>
    </w:p>
    <w:p>
      <w:r>
        <w:rPr>
          <w:b/>
        </w:rPr>
        <w:t xml:space="preserve">[18:55] </w:t>
      </w:r>
      <w:r>
        <w:t>to malaika ne yeh samjha ke insaan bhi freedom pa kar ke woh bhi kharab ho jayega, woh bhi khoon bahayega. to allah taala se malaika ne kaha ke yeh to khoon bahayega. surah baqarah mein aaya hai. to allah taala ne kaha ke jo main jaanta hoon, woh tum nahi jaante. to is tarah se aur lambi us mein ayat hai,</w:t>
      </w:r>
    </w:p>
    <w:p>
      <w:pPr>
        <w:jc w:val="right"/>
      </w:pPr>
      <w:r>
        <w:t>तो मलाइका ने यह समझा कि इंसान भी फ्रीडम पाकर के वह भी खराब हो जाएगा, वह भी खून बहाएगा। तो अल्लाह ताला से मलाइका ने कहा कि यह तो खून बहाएगा। सूर बकरा में आया है। तो अल्लाह ताला ने कहा कि जो मैं जानता हूं, वह तुम नहीं जानते। तो इस तरीके से और लंबी उसमें आयत है,</w:t>
      </w:r>
    </w:p>
    <w:p>
      <w:r>
        <w:rPr>
          <w:b/>
        </w:rPr>
        <w:t xml:space="preserve">[19:21] </w:t>
      </w:r>
      <w:r>
        <w:t>lamba baat hai. sab bataya allah taala ne. to jinna malaika jo hain, woh mutmain ho gaye aur unhone aadim ke aage sajda kar</w:t>
      </w:r>
    </w:p>
    <w:p>
      <w:pPr>
        <w:jc w:val="right"/>
      </w:pPr>
      <w:r>
        <w:t>लंबा बात है। सब बताया अल्लाह ताला ने। तो जिन्ना मलाइका जो हैं, वह मुतमइन हो गए और उन्होंने आदम के आगे सजदा कर</w:t>
      </w:r>
    </w:p>
    <w:p>
      <w:r>
        <w:rPr>
          <w:b/>
        </w:rPr>
        <w:t xml:space="preserve">[19:29] </w:t>
      </w:r>
      <w:r>
        <w:t>diya. sajda ka matlab jhuk gaye. lekin iblis jo tha, jo jinn jinno ka sardar tha, woh nahi jhuka. usne kaha, "ana khairu min, main to us se behtar hoon. main aag se banaya gaya hoon, woh mitti se banaya gaya hai." to is tarah se woh nahi jhuka aur is ki wajah se woh allah taala ne us ke upar laanat bheji aur woh allah taala ki marzi se woh door ho gaya.</w:t>
      </w:r>
    </w:p>
    <w:p>
      <w:pPr>
        <w:jc w:val="right"/>
      </w:pPr>
      <w:r>
        <w:t>दिया। सजदा का मतलब झुक गए। लेकिन इब्लीस जो था, जो जिन जिन्नो का सरदार था, वह नहीं झुका। उसने कहा, "अना खैरु मिन, मैं तो उससे बेहतर हूं। मैं आग से बनाया गया हूं, वह मिट्टी से बनाया गया है।" तो इस तरीके से वह नहीं झुका और इसकी वजह से वह अल्लाह ताला ने उसके ऊपर लानत भेजी और वह अल्लाह ताला की मर्जी से वह दूर हो गया।</w:t>
      </w:r>
    </w:p>
    <w:p>
      <w:r>
        <w:rPr>
          <w:b/>
        </w:rPr>
        <w:t xml:space="preserve">[19:54] </w:t>
      </w:r>
      <w:r>
        <w:t>to yeh hua creation. phir ab aap ko maloom hai ke hazrat aadim alaihissalam ko jannat mein rakha gaya. ab bible ke mutabiq woh jannat yahi duniya hi thi. jab jannat duniya mein bilkul kisi tarah ka koi corruption nahi tha,</w:t>
      </w:r>
    </w:p>
    <w:p>
      <w:pPr>
        <w:jc w:val="right"/>
      </w:pPr>
      <w:r>
        <w:t>तो यह हुआ क्रिएशन। फिर अब आपको मालूम है कि हजरत आदम अल सलाम को जन्नत में रखा गया। अब बाइबल के मुताबिक वह जन्नत यही दुनिया ही थी। जब जन दुनिया में बिल्कुल किसी तरह का कोई करप्शन नहीं था,</w:t>
      </w:r>
    </w:p>
    <w:p>
      <w:r>
        <w:rPr>
          <w:b/>
        </w:rPr>
        <w:t xml:space="preserve">[20:13] </w:t>
      </w:r>
      <w:r>
        <w:t>nai nai duniya bani hui thi. wahan koi har cheez bilkul khalis thi. to wahan wohi jannat</w:t>
      </w:r>
    </w:p>
    <w:p>
      <w:pPr>
        <w:jc w:val="right"/>
      </w:pPr>
      <w:r>
        <w:t>नई नई दुनिया बनी हुई थी। वहां कोई हर चीज बिल्कुल खालिस थी। तो वहां व वही जन्नत</w:t>
      </w:r>
    </w:p>
    <w:p>
      <w:r>
        <w:rPr>
          <w:b/>
        </w:rPr>
        <w:t xml:space="preserve">[20:22] </w:t>
      </w:r>
      <w:r>
        <w:t>hi lagti hogi. to bible ke mutabiq hai bagh adan. to to wahan par unko rakha gaya. lekin unhone phir woh lambi kahani hai. unhone forbidden tree ka fruit kha liya aur phir allah taala ne unko jannat se nikal ke phir is duniya mein bheja. to quran mein yeh baat is tarah se clear nahi hai ke bagh adan wali baat. lekin yeh hai ke phir wahan se nikal diya, jahan bhi rakha gaya tha.</w:t>
      </w:r>
    </w:p>
    <w:p>
      <w:pPr>
        <w:jc w:val="right"/>
      </w:pPr>
      <w:r>
        <w:t>ही लगती होगी। तो बाइबल के मुताबिक है बाग अदन। तो तो वहां पर उनको रखा गया। लेकिन उन्होंने फिर वो लंबी कहानी है। उन्होंने व फॉरबिडन ट्री का फ्रूट खा लिया और फिर अल्लाह ताला ने उनको जन्नत से निकाल के फिर इस दुनिया में भेजा। तो कुरान में यह बात इस तरह से क्लियर नहीं है कि बाग अदन वाली बात। लेकिन यह है कि फिर वहां से निकाल दिया, जहां भी रखा गया था।</w:t>
      </w:r>
    </w:p>
    <w:p>
      <w:r>
        <w:rPr>
          <w:b/>
        </w:rPr>
        <w:t xml:space="preserve">[20:49] </w:t>
      </w:r>
      <w:r>
        <w:t>to phir us ke baad hazrat aadim ne tauba kiya aur allah taala ne unko maaf kar diya. to yeh jo hai freedom, yeh bohat badi cheez hai. kyunke freedom ke baghair hum apna test nahi de sakte aur duniya mein insaan bheja hi gaya hai test ke liye.</w:t>
      </w:r>
    </w:p>
    <w:p>
      <w:pPr>
        <w:jc w:val="right"/>
      </w:pPr>
      <w:r>
        <w:t>तो फिर उसके बाद हजरत आदम ने तौबा किया और अल्लाह ताला ने उनको माफ कर दिया। तो यह जो है फ्रीडम, यह बहुत बड़ी चीज है। क्योंकि फ्रीडम के बगैर हम अपना टेस्ट नहीं दे सकते और दुनिया में इंसान भेजा ही गया है टेस्ट के लिए।</w:t>
      </w:r>
    </w:p>
    <w:p>
      <w:r>
        <w:rPr>
          <w:b/>
        </w:rPr>
        <w:t xml:space="preserve">[21:08] </w:t>
      </w:r>
      <w:r>
        <w:t>to is liye allah taala ne mukammal freedom di insaan ko aur insaan ko poori guidance di ke woh guidance ke mutabiq woh amal karein aur khuda ki marzi ke mutabiq apni zindagi guzare. to is ki wajah se kya hua ke us mein jo allah taala ne yeh kaha tha na ke jo main jaanta hoon, woh tum nahi jaante.</w:t>
      </w:r>
    </w:p>
    <w:p>
      <w:pPr>
        <w:jc w:val="right"/>
      </w:pPr>
      <w:r>
        <w:t>तो इसलिए अल्लाह ताला ने मुकम्मल फ्रीडम दी इंसान को और इंसान को पूरी गाइडेंस दिया कि वह गाइडेंस के मुताबिक वह अमल करें और खुदा की मर्जी के मुताबिक अपनी जिंदगी गुजारे। तो इसकी वजह से क्या हुआ कि उसमें जो अल्लाह ताला ने यह कहा था ना कि जो मैं जानता हूं, वह तुम नहीं जानते।</w:t>
      </w:r>
    </w:p>
    <w:p>
      <w:r>
        <w:rPr>
          <w:b/>
        </w:rPr>
        <w:t xml:space="preserve">[21:35] </w:t>
      </w:r>
      <w:r>
        <w:t>to us ki wajah yeh thi ke insaan ke andar allah taala ne ek nidamat ka ehsaas, feeling of guilt rakha tha ke woh bhi galti karega. kyunke kisi ko bhi aap mukammal freedom de dijiye, to woh galti karega. to lekin jab galti karega, to woh jinnaat ki tarah nahi karega ke usko kabhi ehsaas hi na ho ke mujh se galti hui</w:t>
      </w:r>
    </w:p>
    <w:p>
      <w:pPr>
        <w:jc w:val="right"/>
      </w:pPr>
      <w:r>
        <w:t>तो उसकी वजह यह थी कि इंसान के अंदर अल्लाह ताला ने एक निदा मत का एहसास, फीलिंग ऑफ गिल्ट रखा था कि वह भी गलती करेगा। क्योंकि किसी को भी आप मुकम्मल फ्रीडम दे दीजिए, तो वह गलती करेगा। तो लेकिन जब गलती करेगा, तो वह जिन्नात की तरह नहीं करेगा कि उसको कभी एहसास ही ना हो कि मुझसे गलती हुई</w:t>
      </w:r>
    </w:p>
    <w:p>
      <w:r>
        <w:rPr>
          <w:b/>
        </w:rPr>
        <w:t xml:space="preserve">[22:02] </w:t>
      </w:r>
      <w:r>
        <w:t>hai. usko galti ka ehsaas hoga, phir woh maafi mangega, apni islah karega aur woh aur zyada mature ho jayega. kyunke woh us se learning lega. jab kuch galti karega, to woh us se learning lega. to is tarah se us ko andar aur zyada ehsaas zimmedari paida hoga aur zyada woh khuda ke qareeb ho jayega.</w:t>
      </w:r>
    </w:p>
    <w:p>
      <w:pPr>
        <w:jc w:val="right"/>
      </w:pPr>
      <w:r>
        <w:t>है। उसको गलती का एहसास होगा, फिर वह माफी मांगेगा, अपनी इस्लाह करेगा और वह और ज्यादा मैच्योर हो जाएगा। क्योंकि वह उससे लर्निंग लेगा। जब कुछ गलती करेगा, तो वह उससे लर्निंग लेगा। तो इस तरीके से उसको अंदर और ज्यादा एहसास जिम्मेदारी पैदा होगा और ज्यादा वह खुदा के करीब हो जाएगा।</w:t>
      </w:r>
    </w:p>
    <w:p>
      <w:r>
        <w:rPr>
          <w:b/>
        </w:rPr>
        <w:t xml:space="preserve">[22:23] </w:t>
      </w:r>
      <w:r>
        <w:t>to is tarah se insaan jab galti kare, to yeh soche ke galti allah taala maaf karte hain. lekin woh galti ek sincere repentance hona chahiye. aisa nahi ke roz roz galti karte rahe aadmi aur roz roz allah taala to bohat zyada maaf karne wale hain. lekin koshish yahi karni chahiye ke bar bar galti na kare aur bohat zyada, bohat zyada serious ho</w:t>
      </w:r>
    </w:p>
    <w:p>
      <w:pPr>
        <w:jc w:val="right"/>
      </w:pPr>
      <w:r>
        <w:t>तो इस तरीके से इंसान जब गलती करे, तो यह सोचे कि गलती अल्लाह ताला माफ करते हैं। लेकिन वह गलती एक सिंसियर रिपेंटेंस होना चाहिए। ऐसा नहीं कि रोज-रोज गलती करते रहे आदमी और रोज-रोज अल्लाह ताला तो बहुत ज्यादा माफ करने वाले हैं। लेकिन कोशिश यही करनी चाहिए कि बार-बार गलती ना करे और बहुत ज्यादा, बहुत ज्यादा सीरियस हो</w:t>
      </w:r>
    </w:p>
    <w:p>
      <w:r>
        <w:rPr>
          <w:b/>
        </w:rPr>
        <w:t xml:space="preserve">[22:50] </w:t>
      </w:r>
      <w:r>
        <w:t>jaye. bohat zyada is maamle mein jab aadmi bohat zyada serious ho jata hai, to us ke andar itna shaoor jaag padta hai na ke phir woh dobara us galti ko nahi karta hai. to is ki misaal hazrat aadim alaihissalam hai ke unhone galti ki aur us ke baad unhone bohat hi sachchi tauba ki aur allah taala ne unko maaf kiya. aur na sirf maaf kiya, balkeh unko pehla paighambar bhi banaya.</w:t>
      </w:r>
    </w:p>
    <w:p>
      <w:pPr>
        <w:jc w:val="right"/>
      </w:pPr>
      <w:r>
        <w:t>जाए। बहुत ज्यादा इस मामले में जब आदमी बहुत ज्यादा सीरियस हो जाता है, तो उसके अंदर इतना शूर जाग पड़ता है ना कि फिर वह दोबारा उस गलती को नहीं करता है। तो इसकी मिसाल हजरत आदम अल सलाम है कि उन्होंने गलती की और उसके बाद उन्होंने बहुत ही सच्ची तौबा की और अल्लाह ताला ने उनको माफ किया। और ना सिर्फ माफ किया, बल्कि उनको पहला पैगंबर भी बनाया।</w:t>
      </w:r>
    </w:p>
    <w:p>
      <w:r>
        <w:rPr>
          <w:b/>
        </w:rPr>
        <w:t xml:space="preserve">[23:16] </w:t>
      </w:r>
      <w:r>
        <w:t>to is ka matlab hai ke galti karna koi itna bada, badi baat nahi hai. lekin galti par stick karna, galti ki maafi na mangna, yeh yeh galat baat hai. bilkul, aap bohat aap ne sahi farmaya. is liye maulana bohat emphasize karte the ke fauran apni galti maan lijiye. aur woh khud bhi aisa karte the ke agar unko lagta tha ke kuch galti par hain, to kehte the, "I was wrong."</w:t>
      </w:r>
    </w:p>
    <w:p>
      <w:pPr>
        <w:jc w:val="right"/>
      </w:pPr>
      <w:r>
        <w:t>तो इसका मतलब है कि गलती करना कोई इतना बड़ा, बड़ी बात नहीं है। लेकिन गलती पर स्टिक करना, गलती की माफी ना मांगना, यह यह गलत बात है। बिल्कुल, आप बहुत आपने सही फरमाया। इसीलिए मौलाना बहुत एमफसा इज करते थे कि फौरन अपनी गलती मान लीजिए। और वह खुद भी ऐसा करते थे कि अगर उनको लगता था कि कुछ गलती पर हैं, तो कहते थे, "आई वाज रंग।"</w:t>
      </w:r>
    </w:p>
    <w:p>
      <w:r>
        <w:rPr>
          <w:b/>
        </w:rPr>
        <w:t xml:space="preserve">[23:42] </w:t>
      </w:r>
      <w:r>
        <w:t>aap yahan par ek cheez kehna chahunga ke jaise agar hum dekhein, har insaan ke andar ek desire ka samundar basa hua hai. and it is rightly said that every man is a graveyard of unfulfilled desires. to aap dekhein to ek mismatch hai between human beings and this world. kyunke desires to poore hone wale nahi. to</w:t>
      </w:r>
    </w:p>
    <w:p>
      <w:pPr>
        <w:jc w:val="right"/>
      </w:pPr>
      <w:r>
        <w:t>आप यहां पर एक चीज कहना चाहूंगा कि जैसे अगर हम देखें, हर इंसान के अंदर एक डिजायर का समुंदर बसा हुआ है। एंड इट इज राइटली सेड दैट एवरी मैन इज अ ग्रेव यार्ड ऑफ अनफुलफिल डिजायर। तो आप देखें तो एक मिसमैच है बिटवीन ह्यूमन बीइंग्स एंड दिस वर्ल्ड। क्योंकि डिजायर्स तो पूरे होने वाले नहीं। तो</w:t>
      </w:r>
    </w:p>
    <w:p>
      <w:r>
        <w:rPr>
          <w:b/>
        </w:rPr>
        <w:t xml:space="preserve">[24:04] </w:t>
      </w:r>
      <w:r>
        <w:t>aap sawal yahan par yahi aata hai. aur main yahan par wohi aap ne jo zikr kiya tha creation plan ka, us ko le kar aana chahunga ke what was the purpose of creating mankind. ya yeh jo creation plan jis ka aap ne abhi zikr kiya, us ke bare mein aap us us ko achhe se waz karein. asal mein jab allah taala ne insaan ko paida kiya, to uska sirf ek mukhtasar sa waqt jo hai, is duniya mein rakha.</w:t>
      </w:r>
    </w:p>
    <w:p>
      <w:pPr>
        <w:jc w:val="right"/>
      </w:pPr>
      <w:r>
        <w:t>आप सवाल यहां पर यही आता है। और मैं यहां पर वही आपने जो जिक्र किया था क्रिएशन प्लान का, उसको लेकर आना चाहूंगा कि व्हाट वाज द पर्पस ऑफ क्रिएटिंग मैनकाइंड। या यह जो क्रिएशन प्लान जिसका आपने अभी जिक्र किया, उसके बारे में आप उसको उसको अच्छे से वाज करें। असल में जब अल्लाह ताला ने इंसान को पैदा किया, तो उसका सिर्फ एक मुख्तसर सा वक्त जो है, इस दुनिया में रखा।</w:t>
      </w:r>
    </w:p>
    <w:p>
      <w:r>
        <w:rPr>
          <w:b/>
        </w:rPr>
        <w:t xml:space="preserve">[24:32] </w:t>
      </w:r>
      <w:r>
        <w:t>insaan ek eternal creature hai aur ek mukhtasar waqt, 60, 70, 80 saal, is duniya mein rakha gaya hai. to yahi sari cheezein creation plan se hamein samajhna hai ke us ko yahan par test ke liye rakha gaya hai.</w:t>
      </w:r>
    </w:p>
    <w:p>
      <w:pPr>
        <w:jc w:val="right"/>
      </w:pPr>
      <w:r>
        <w:t>इंसान एक इटरनल क्रिएचर है और एक मुख्तसर वक्त, 60, 70, 80 साल, इस दुनिया में रखा गया है। तो यही सारी चीजें क्रिएशन प्लान से हमें समझना है कि उसको यहां पर टेस्ट के लिए रखा गया है।</w:t>
      </w:r>
    </w:p>
    <w:p>
      <w:r>
        <w:rPr>
          <w:b/>
        </w:rPr>
        <w:t xml:space="preserve">[24:49] </w:t>
      </w:r>
      <w:r>
        <w:t>test mein jab woh pass ho jayega, jab apne sunul amal, jis ko quran mein kaha gaya hai, best in conduct, to jab apne behtareen apna amal karega, to us ke mutabiq us ko akhirat mein jannat mein jagah milegi, jo ke ek eternal life hogi.</w:t>
      </w:r>
    </w:p>
    <w:p>
      <w:pPr>
        <w:jc w:val="right"/>
      </w:pPr>
      <w:r>
        <w:t>टेस्ट में जब वह पास हो जाएगा, जब अपने सनुल अमल, जिसको कुरान में कहा गया है, बेस्ट इन कंडक्ट, तो जब अपने बेहतरीन अपना अमल करेगा, तो उसके मुताबिक उसको आखिरत में जन्नत में जगह मिलेगी, जो कि एक इटरनल लाइफ होगी।</w:t>
      </w:r>
    </w:p>
    <w:p>
      <w:r>
        <w:rPr>
          <w:b/>
        </w:rPr>
        <w:t xml:space="preserve">[25:10] </w:t>
      </w:r>
      <w:r>
        <w:t>to yahi baat ko samajhna hai. yeh baat hamein quran se bhi samajh aati hai aur insaan ke consciousness mein bhi yeh baat fitrat mein wada kar di gayi hai. to quran mein aaya hai ke "wa ma khalaqtul jinna wal insa illa li ya'budun" ke maine jinno ins ko sirf apni ibadat karne ke liye paida kiya hai. to yahan ibadat ka matlab hai maarif.</w:t>
      </w:r>
    </w:p>
    <w:p>
      <w:pPr>
        <w:jc w:val="right"/>
      </w:pPr>
      <w:r>
        <w:t>तो यही बात को समझना है। यह बात हमें कुरान से भी समझ आती है और इंसान के कॉन्शियस में भी यह बात फितरत में वदत कर दी गई है। तो कुरान में आया है कि "वमा खलकत जिन्न व इंस इल्ला लिबदून" कि मैंने जिन्नो इंस को सिर्फ अपनी इबादत करने के लिए पैदा किया है। तो यहां इबादत का मतलब है मारिफ।</w:t>
      </w:r>
    </w:p>
    <w:p>
      <w:r>
        <w:rPr>
          <w:b/>
        </w:rPr>
        <w:t xml:space="preserve">[25:38] </w:t>
      </w:r>
      <w:r>
        <w:t>ibadat jo hai, woh bhi maarif hi ka ek hissa hai. to hamein khuda ki maarif hasil karni hai. khuda ki maarif hasil karne ka matlab hai khuda ke creation plan ki maarif. kyunke jab tak hum khuda ke creation plan nahi samjhenge, to hum na proper sense mein ibadat kar payenge, na hum maarif hasil kar payenge, na hum apna test proper tarike se de payenge.</w:t>
      </w:r>
    </w:p>
    <w:p>
      <w:pPr>
        <w:jc w:val="right"/>
      </w:pPr>
      <w:r>
        <w:t>इबादत जो है, वह भी मारिफ ही का एक हिस्सा है। तो हमें खुदा की मारिफ हासिल करनी है। खुदा की मारिफ हासिल करने का मतलब है खुदा के क्रिएशन प्लान की मारिफ। क्योंकि जब तक हम खुदा के क्रिएशन प्लान नहीं समझेंगे, तो हम ना प्रॉपर सेंस में इबादत कर पाएंगे, ना हम मारिफ हासिल कर पाएंगे, ना हम अपना टेस्ट प्रॉपर तरीके से दे पाएंगे।</w:t>
      </w:r>
    </w:p>
    <w:p>
      <w:r>
        <w:rPr>
          <w:b/>
        </w:rPr>
        <w:t xml:space="preserve">[26:04] </w:t>
      </w:r>
      <w:r>
        <w:t>to hum ko khuda ki maarif hasil karni hai aur wohi jo hai, hamein jannat ke liye ek deserving candidate banayega.</w:t>
      </w:r>
    </w:p>
    <w:p>
      <w:pPr>
        <w:jc w:val="right"/>
      </w:pPr>
      <w:r>
        <w:t>तो हमको खुदा की मारिफ हासिल करनी है और वही जो है, हमें जन्नत के लिए एक डिजर्विंग कैंडिडेट बनाएगा।</w:t>
      </w:r>
    </w:p>
    <w:p>
      <w:r>
        <w:rPr>
          <w:b/>
        </w:rPr>
        <w:t xml:space="preserve">[26:15] </w:t>
      </w:r>
      <w:r>
        <w:t>surah mulk mein aaya hai, "khalqul mauta wal hayat li ayyakum ahsan amala." to hum ne is liye maut aur hayat ko banaya hai ta ke insaan apna test de is duniya mein. aur usi test ke mutabiq hum accountable hain khuda ke aage. aur usi test ke mutabiq hamara eternal zindagi ka faisla hoga</w:t>
      </w:r>
    </w:p>
    <w:p>
      <w:pPr>
        <w:jc w:val="right"/>
      </w:pPr>
      <w:r>
        <w:t>सूर मुल्क में आया है, "खलकल मौत वल हयात लेबल अयुकम आसन वा मला।" तो हमने इसीलिए मौत और हयात को बनाया है ताकि इंसान अपना टेस्ट दे इस दुनिया में। और उसी टेस्ट के मुताबिक हम अकाउंटेबल हैं खुदा के आगे। और उसी टेस्ट के मुताबिक हमारा इटरनल जिंदगी का फैसला होगा</w:t>
      </w:r>
    </w:p>
    <w:p>
      <w:r>
        <w:rPr>
          <w:b/>
        </w:rPr>
        <w:t xml:space="preserve">[26:38] </w:t>
      </w:r>
      <w:r>
        <w:t>. to eternal zindagi jannat mein ya jahannum mein, jis ko maulana kehte the ke universal dustbin hoga, wahan hamein kuch bhi nahi milega. yeh duniya bhi wahan par nahi hogi. to hamein poori koshish karna hai ke hum is creation plan ko samjhein aur apni zindagi ko usi ke mutabiq, usi par amal karein. to yeh duniya creation plan ke mutabiq ek selection ground hai.</w:t>
      </w:r>
    </w:p>
    <w:p>
      <w:pPr>
        <w:jc w:val="right"/>
      </w:pPr>
      <w:r>
        <w:t>। तो इटरनल जिंदगी जन्नत में या जहन्नम में, जिसको मौलाना कहते थे कि यूनिवर्सल डस्टबिन होगा, वहां हमें कुछ भी नहीं मिलेगा। यह दुनिया भी वहां पर नहीं होगी। तो हमें पूरी कोशिश करना है कि हम इस क्रिएशन प्लान को समझें और अपनी जिंदगी को उसी के मुताबिक, उसी पर अमल करें। तो यह दुनिया क्रिएशन प्लान के मुताबिक एक सिलेक्शन ग्राउंड है।</w:t>
      </w:r>
    </w:p>
    <w:p>
      <w:r>
        <w:rPr>
          <w:b/>
        </w:rPr>
        <w:t xml:space="preserve">[27:05] </w:t>
      </w:r>
      <w:r>
        <w:t>aur yeh dekhiye, yeh yeh yeh yeh ehsaas, yeh concept duniya ko kitna, hamari worldly life ko kitna meaningful bana deta hai. ke jo bhi is baat ko achhe tarike se samajh le, woh kabhi bhi bina wajah ka tension nahi pa lega.</w:t>
      </w:r>
    </w:p>
    <w:p>
      <w:pPr>
        <w:jc w:val="right"/>
      </w:pPr>
      <w:r>
        <w:t>और यह देखिए, यह यह यह यह एहसास, यह कांसेप्ट दुनिया को कितना, हमारी वर्ल्डली लाइफ को कितना मीनिंगफुल बना देता है। कि जो भी इस बात को अच्छे तरीके से समझ ले, वह कभी भी बिना वजह का टेंशन नहीं पा लेगा</w:t>
      </w:r>
    </w:p>
    <w:p>
      <w:r>
        <w:rPr>
          <w:b/>
        </w:rPr>
        <w:t xml:space="preserve">[27:24] </w:t>
      </w:r>
      <w:r>
        <w:t>kyunke na samajhne se insaan confuse state of mind mein rehta hai aur bahut hi tense rehta hai. aur usko kuch samajh mein hi nahi aata ki duniya mein woh paida kyun hai. woh desires ko attend karne ki saari koshish karta hai aur desires is duniya mein fulfillment ka koi hai hi nahi. kuch bhi bade se bade log bhi is duniya mein apne desire ke mutabiq zindagi nahi guzaar paate hain.</w:t>
      </w:r>
    </w:p>
    <w:p>
      <w:pPr>
        <w:jc w:val="right"/>
      </w:pPr>
      <w:r>
        <w:t>। क्योंकि ना समझने से इंसान कंफ्यूज स्टेट ऑफ माइंड में रहता है और बहुत ही टेंस रहता है। और उसको कुछ समझ में ही नहीं आता कि दुनिया में वह पैदा क्यों है। वह डिजायर्स को अटेंड करने की सारी कोशिश करता है और डिजायर्स इस दुनिया में फुलफिलमेंट का कोई है ही नहीं। कुछ भी बड़े से बड़े लोग भी इस दुनिया में अपने डिजायर के मुताबिक जिंदगी नहीं गुजार पाते हैं।</w:t>
      </w:r>
    </w:p>
    <w:p>
      <w:r>
        <w:rPr>
          <w:b/>
        </w:rPr>
        <w:t xml:space="preserve">[27:50] </w:t>
      </w:r>
      <w:r>
        <w:t>to is wajah se hamein in baaton ko bahut gehraai se samajhna hai. kyunke is duniya mein insaan aata hai, bahut jald usko bimari ho jaati hai, bahut jald budhapa aa jaata hai,</w:t>
      </w:r>
    </w:p>
    <w:p>
      <w:pPr>
        <w:jc w:val="right"/>
      </w:pPr>
      <w:r>
        <w:t>तो इस वजह से हमें इन बातों को बहुत गहराई से समझना है। क्योंकि इस दुनिया में इंसान आता है, बहुत जल्द उसको बीमारी हो जाती है, बहुत जल्द बुढ़ापा आ जाता है,</w:t>
      </w:r>
    </w:p>
    <w:p>
      <w:r>
        <w:rPr>
          <w:b/>
        </w:rPr>
        <w:t xml:space="preserve">[28:05] </w:t>
      </w:r>
      <w:r>
        <w:t>accident ho jaata hai, woh mar jaata hai. bade-bade log, ek bahut France ka koi Louis kaun sa badshah tha, woh marna nahi chahta tha. itna kharch karta tha apne upar, itna kharch karta tha,</w:t>
      </w:r>
    </w:p>
    <w:p>
      <w:pPr>
        <w:jc w:val="right"/>
      </w:pPr>
      <w:r>
        <w:t>एक्सीडेंट हो जाता है, वह मर जाता है। बड़े-बड़े लोग, एक बहुत फ्रांस का कोई लुई कौन सा बादशाह था, वह मरना नहीं चाहता था। इतना खर्च करता था अपने ऊपर, इतना खर्च करता था,</w:t>
      </w:r>
    </w:p>
    <w:p>
      <w:r>
        <w:rPr>
          <w:b/>
        </w:rPr>
        <w:t xml:space="preserve">[28:18] </w:t>
      </w:r>
      <w:r>
        <w:t>j</w:t>
      </w:r>
    </w:p>
    <w:p>
      <w:pPr>
        <w:jc w:val="right"/>
      </w:pPr>
      <w:r>
        <w:t>ज</w:t>
      </w:r>
    </w:p>
    <w:p>
      <w:r>
        <w:rPr>
          <w:b/>
        </w:rPr>
        <w:t xml:space="preserve">[28:19] </w:t>
      </w:r>
      <w:r>
        <w:t>haan bhi jaan jaata tha ki falan wajah se usko zindagi lambi ho jaayegi. to uske upar behisaab paisa kharch karta tha. lekin phir bhi woh mar gaya. to chahe koi king ho ya common ho, is duniya mein usko kuch milne wala nahi hai. milne wala jo hai, woh hai Khuda ki maarif. to</w:t>
      </w:r>
    </w:p>
    <w:p>
      <w:pPr>
        <w:jc w:val="right"/>
      </w:pPr>
      <w:r>
        <w:t>हां भी जान जाता था कि फलां वजह से उसको जिंदगी लंबी हो जाएगी। तो उसके ऊपर बेहिसाब पैसा खर्च करता था। लेकिन फिर भी वह मर गया। तो चाहे कोई किंग हो या कामन हो, इस दुनिया में उसको कुछ मिलने वाला नहीं है। मिलने वाला जो है, वह है खुदा की मारिफ। तो</w:t>
      </w:r>
    </w:p>
    <w:p>
      <w:r>
        <w:rPr>
          <w:b/>
        </w:rPr>
        <w:t xml:space="preserve">[28:40] </w:t>
      </w:r>
      <w:r>
        <w:t>wahi hamein usi ke liye poori apni zindagi ko laga dena chahiye ki hamein Khuda ki maarif haasil ho. kyunke jisko Khuda ki maarif haasil hogi, wahi jannat mein jagah paayega. jannat chunke Khuda ka pados hai, to wahan wahi log jagah paayenge jinko Khuda ki maarif haasil hogi.</w:t>
      </w:r>
    </w:p>
    <w:p>
      <w:pPr>
        <w:jc w:val="right"/>
      </w:pPr>
      <w:r>
        <w:t>वही हमें उसी के लिए पूरी अपनी जिंदगी को लगा देना चाहिए कि हमें खुदा की मारिफ हासिल हो। क्योंकि जिसको खुदा की मारिफ हासिल होगी, वही जन्नत में जगह पाएगा। जन्नत चूंकि खुदा का पड़ोस है, तो वहां वही लोग जगह पाएंगे जिनको खुदा की मारिफ हासिल होगी।</w:t>
      </w:r>
    </w:p>
    <w:p>
      <w:r>
        <w:rPr>
          <w:b/>
        </w:rPr>
        <w:t xml:space="preserve">[29:01] </w:t>
      </w:r>
      <w:r>
        <w:t>to ek jo Sir James Jeans, jo bahut bade astronomer the, to woh sabhi logon ka wahi haal hai. aur khaas taur par science daanon ka. kyunke woh dekhte hain ki itni badi kaaynaat, itni badi kaaynaat, itna zabardast life support system hai, har cheez available hai. lekin insaan ki jo khwahishein hain,</w:t>
      </w:r>
    </w:p>
    <w:p>
      <w:pPr>
        <w:jc w:val="right"/>
      </w:pPr>
      <w:r>
        <w:t>तो एक जो सर जेम्स जींस, जो बहुत बड़े एस्ट्रोनॉमर थे, तो वह सभी लोगों का वही हाल है। और खास तौर पर साइंस दानों का। क्योंकि वह देखते हैं कि इतनी बड़ी कायनात, इतनी बड़ी कायनात, इतना जबरदस्त लाइफ सपोर्ट सिस्टम है, हर चीज अवेलेबल है। लेकिन इंसान की जो ख्वाहिशें हैं,</w:t>
      </w:r>
    </w:p>
    <w:p>
      <w:r>
        <w:rPr>
          <w:b/>
        </w:rPr>
        <w:t xml:space="preserve">[29:24] </w:t>
      </w:r>
      <w:r>
        <w:t>uska koi fulfillment yahan nahi hai. to unki samajh mein nahi aata ki yeh kya duniya</w:t>
      </w:r>
    </w:p>
    <w:p>
      <w:pPr>
        <w:jc w:val="right"/>
      </w:pPr>
      <w:r>
        <w:t>उसका कोई फुलफिलमेंट यहां नहीं है। तो उनकी समझ में नहीं आता कि यह क्या दुनिया</w:t>
      </w:r>
    </w:p>
    <w:p>
      <w:r>
        <w:rPr>
          <w:b/>
        </w:rPr>
        <w:t xml:space="preserve">[29:29] </w:t>
      </w:r>
      <w:r>
        <w:t>hai. to Sir James Jeans ne yeh baat kahi thi, "man has strayed into a world which has not been made for him." to unko lagta hai ki yeh duniya to insaan ke liye bana hi nahi gayi. insaan kahin se idhar se udhar se bhatak ke is duniya mein aa gaya hai. to agar aap woh concept le ki ek hissa is duniya mein,</w:t>
      </w:r>
    </w:p>
    <w:p>
      <w:pPr>
        <w:jc w:val="right"/>
      </w:pPr>
      <w:r>
        <w:t>है। तो सर जेम्स जींस ने यह बात कही थी, "मैन हैज स्ट्रेड इनटू अ वर्ल्ड च हैज नॉट बीन मेड फॉर हिम।" तो उनको लगता है कि यह दुनिया तो इंसान के लिए बना ही नहीं गई। इंसान कहीं से इधर से उधर से भटक के इस दुनिया में आ गया है। तो अगर आप वह कांसेप्ट ले कि एक हिस्सा इस दुनिया में,</w:t>
      </w:r>
    </w:p>
    <w:p>
      <w:r>
        <w:rPr>
          <w:b/>
        </w:rPr>
        <w:t xml:space="preserve">[29:51] </w:t>
      </w:r>
      <w:r>
        <w:t>jaise iceberg hota hai, ek chhota sa tip nazar aata hai aur baaki poora jo hai, woh paani ke neeche reh</w:t>
      </w:r>
    </w:p>
    <w:p>
      <w:pPr>
        <w:jc w:val="right"/>
      </w:pPr>
      <w:r>
        <w:t>जैसे आइसबर्ग होता है, एक छोटा सा टिप नजर आता है और बाकी पूरा जो है, वह पानी के नीचे रह</w:t>
      </w:r>
    </w:p>
    <w:p>
      <w:r>
        <w:rPr>
          <w:b/>
        </w:rPr>
        <w:t xml:space="preserve">[29:58] </w:t>
      </w:r>
      <w:r>
        <w:t>ta hai. to yeh jo tip of the iceberg hai, jo hamari is duniya mein, hamari jo zindagi hai, baaki saari eternal life jo hai, woh aakhirat mein hai, doosri duniya mein hai. to yeh cheez jo hai, bahut zyada hamari zindagi ko meaningful bana deti hai. to hamein sirf asnul amal ka best in conduct hone ka saboot dena hai,</w:t>
      </w:r>
    </w:p>
    <w:p>
      <w:pPr>
        <w:jc w:val="right"/>
      </w:pPr>
      <w:r>
        <w:t>ता है। तो यह जो टिप ऑफ द आइसबर्ग है, जो हमारी इस दुनिया में, हमारी जो जिंदगी है, बाकी सारी इटरनल लाइफ जो है, वह आखिरत में है, दूसरी दुनिया में है। तो यह चीज जो है, बहुत ज्यादा हमारी जिंदगी को मीनिंगफुल बना देती है। तो हमें सिर्फ एसनुल अमल का बेस्ट इन कंडक्ट होने का सबूत देना है,</w:t>
      </w:r>
    </w:p>
    <w:p>
      <w:r>
        <w:rPr>
          <w:b/>
        </w:rPr>
        <w:t xml:space="preserve">[30:20] </w:t>
      </w:r>
      <w:r>
        <w:t>jisko kisi ne kaha hai, "takhluq bakhla illah." to hamein iska saboot dena hai aur aur Allah se poori ummeed rakhna hai, duaen karni hain, istighfar karna hai. agar humse koi galti ho jaati hai, to ab jo sabse badi cheez jo hai, woh yeh hai ki insaan ko mukammal azaadi di gayi hui hai.</w:t>
      </w:r>
    </w:p>
    <w:p>
      <w:pPr>
        <w:jc w:val="right"/>
      </w:pPr>
      <w:r>
        <w:t>जिसको किसी ने कहा है, "तखलक बखला इल्लाह।" तो हमें इसका सबूत देना है और और अल्लाह से पूरी उम्मीद रखना है, दुआएं करनी हैं, इस्तगफार करना है। अगर हमसे कोई गलती हो जाती है, तो अब जो सबसे बड़ी चीज जो है, वह यह है कि इंसान को मुकम्मल आजादी दी गई हुई है।</w:t>
      </w:r>
    </w:p>
    <w:p>
      <w:r>
        <w:rPr>
          <w:b/>
        </w:rPr>
        <w:t xml:space="preserve">[30:41] </w:t>
      </w:r>
      <w:r>
        <w:t>to usko jo hai, koi compulsion nahi hai ki woh kis raaste par usko chalna hai. jaise universe hai, woh compulsory usko raasta, usko bilkul jo govern kar di gayi, usi par woh chal rahi hai. woh bilkul hi koi us raaste se deviate nahi kar sakti. lekin insaan azaad hai. azaadi ke saath,</w:t>
      </w:r>
    </w:p>
    <w:p>
      <w:pPr>
        <w:jc w:val="right"/>
      </w:pPr>
      <w:r>
        <w:t>तो उसको जो है, कोई कंपल्शन नहीं है कि वह किस रास्ते पर उसको चलना है। जैसे यूनिवर्स है, वह कंपलसरी उसको रास्ता, उसको बिल्कुल जो गवर्न कर दी गई, उसी पर वह चल रही है। वह बिल्कुल ही कोई उस रास्ते से डेविएट नहीं कर सकती। लेकिन इंसान आजाद है। आजादी के साथ,</w:t>
      </w:r>
    </w:p>
    <w:p>
      <w:r>
        <w:rPr>
          <w:b/>
        </w:rPr>
        <w:t xml:space="preserve">[31:05] </w:t>
      </w:r>
      <w:r>
        <w:t>shaoor ke saath, willingly jab woh Khuda ke aage sar</w:t>
      </w:r>
    </w:p>
    <w:p>
      <w:pPr>
        <w:jc w:val="right"/>
      </w:pPr>
      <w:r>
        <w:t>शूर के साथ, विलिंगली जब वह खुदा के आगे सर</w:t>
      </w:r>
    </w:p>
    <w:p>
      <w:r>
        <w:rPr>
          <w:b/>
        </w:rPr>
        <w:t xml:space="preserve">[31:10] </w:t>
      </w:r>
      <w:r>
        <w:t>render karta hai, Khuda ke aage sajda karta hai, to yeh bahut hi badi cheez hai. aur isi ke liye yahi yahin par uska test ho raha hai. isiliye Allah taala insaan ki azaadi ko cancel nahi karte. kyunke aazadana taur par jo Khuda ke aage surrender karta hai,</w:t>
      </w:r>
    </w:p>
    <w:p>
      <w:pPr>
        <w:jc w:val="right"/>
      </w:pPr>
      <w:r>
        <w:t>ेंडर करता है, खुदा के आगे सजदा करता है, तो यह बहुत ही बड़ी चीज है। और इसी के लिए यही यहीं पर उसका टेस्ट हो रहा है। इसीलिए अल्लाह ताला इंसान की आजादी को कैंसिल नहीं करते। क्योंकि आजादाना तौर पर जो खुदा के आगे सरेंडर करता है,</w:t>
      </w:r>
    </w:p>
    <w:p>
      <w:r>
        <w:rPr>
          <w:b/>
        </w:rPr>
        <w:t xml:space="preserve">[31:29] </w:t>
      </w:r>
      <w:r>
        <w:t>usi ki value hai. zabardasti agar koi kisi ko karwaya jaaye, to uski koi value nahi hai.</w:t>
      </w:r>
    </w:p>
    <w:p>
      <w:pPr>
        <w:jc w:val="right"/>
      </w:pPr>
      <w:r>
        <w:t>उसी की वैल्यू है। जबरदस्ती अगर कोई किसी को करवाया जाए, तो उसकी कोई वैल्यू नहीं है।</w:t>
      </w:r>
    </w:p>
    <w:p>
      <w:r>
        <w:rPr>
          <w:b/>
        </w:rPr>
        <w:t xml:space="preserve">[31:35] </w:t>
      </w:r>
      <w:r>
        <w:t>to yeh hai. aur jo maad kaaynaat hai, woh taate ilahi ka ek model hai. lekin wahi hai ki woh model jo hai, woh by compulsion hai. hamein by choice karna hai. aur yahi jo hum by choice jo hum karenge, Khuda ke aage surrender, to isi ka jo hai, badla jo hai, jannat hai. ji, jazaakallah aap. aap kaafi log program ko dekh rahe hain aur pasand kar rahe hain. kuch comments padhna chahunga</w:t>
      </w:r>
    </w:p>
    <w:p>
      <w:pPr>
        <w:jc w:val="right"/>
      </w:pPr>
      <w:r>
        <w:t>तो यह है। और जो माद कायनात है, वह ताते इलाही का एक मॉडल है। लेकिन वही है कि वह मॉडल जो है, वह बाय कंपल्शन है। हमें बाय चॉइस करना है। और यही जो हम बाय चॉइस जो हम करेंगे, खुदा के आगे सरेंडर, तो इसी का जो है, बदला जो है, जन्नत है। जी, जजाकल्लाह आप। आप काफी लोग प्रोग्राम को देख रहे हैं और पसंद कर रहे हैं। कुछ कमेंट्स पढ़ना चाहूंगा</w:t>
      </w:r>
    </w:p>
    <w:p>
      <w:r>
        <w:rPr>
          <w:b/>
        </w:rPr>
        <w:t xml:space="preserve">[32:01] </w:t>
      </w:r>
      <w:r>
        <w:t>. yeh comment bheja hai Miss Farida Kamran ne Pakistan se. unhone likha hai, "authentic information based on science facts, little knowledge of science makes a man atheist, but in but in depth knowledge of science makes a man believe in God Almighty. very well explained. jazaakallah. Muhammad Rizwan sahab ne Kolkata se likha hai, "excellent explanation." a</w:t>
      </w:r>
    </w:p>
    <w:p>
      <w:pPr>
        <w:jc w:val="right"/>
      </w:pPr>
      <w:r>
        <w:t>। यह कमेंट भेजा है मिस फरीदा कामरान ने पाकिस्तान से। उन्होंने लिखा है, "ऑथेंटिक इंफॉर्मेशन बेस्ड ऑन साइंस फैक्ट्स, लिटिल नॉलेज ऑफ साइंस मेक्स अ मैन एथीस्ट, बट इन बट इन डेप्थ नॉलेज ऑफ साइंस मेक्स अ मैन बिलीव इन गॉड ऑलमाइटी।" वेरी वेल एक्सप्लेन। जजाकल्लाह। मोहम्मद रिजवान साहब ने कोलकाता से लिखा है, "एक्सीलेंट एक्सप्लेनेशन।" अ</w:t>
      </w:r>
    </w:p>
    <w:p>
      <w:r>
        <w:rPr>
          <w:b/>
        </w:rPr>
        <w:t xml:space="preserve">[32:27] </w:t>
      </w:r>
      <w:r>
        <w:t>bdul Waqfi sahab ne likha hai, "super knowledge." thank thank you. Mr. Quneen Shaheedi sahab ne Sharjah se likha hai, "great insights." masha Allah. Doctor Aslam Khan sahab, jo Saharanpur mein program ko dekh rahe hain, unhone likha hai, "God has created man and placed him on earth to prove himself to be a true servant of God, so that he may be held deserving of the eternal blessings in the hereafter."</w:t>
      </w:r>
    </w:p>
    <w:p>
      <w:pPr>
        <w:jc w:val="right"/>
      </w:pPr>
      <w:r>
        <w:t>ब्दुल वक्फी साहब ने लिखा है, "सुपर नॉलेज।" थैंक थैंक यू। मिस्टर कुनेन शहीदी साहब ने शारजा से लिखा है, "ग्रेट इनसाइट्स।" माशाल्लाह। डॉक्टर असलम खान साहब, जो सारनपुर में प्रोग्राम को देख रहे हैं, उन्होंने लिखा है, "गॉड हैज क्रिएटेड मैन एंड प्लेज्ड हिम ऑन अर्थ टू प्रूव हिमसेल्फ टू बी अ ट्रू सर्वेंट ऑफ गॉड, सो दैट ही मे बी हेल्ड डिजर्विंग ऑफ दी इटरनल ब्लेसिंग्स इन दी हेयर आफ्टर।"</w:t>
      </w:r>
    </w:p>
    <w:p>
      <w:r>
        <w:rPr>
          <w:b/>
        </w:rPr>
        <w:t xml:space="preserve">[32:55] </w:t>
      </w:r>
      <w:r>
        <w:t>Doctor Farida, you have really described all of this in very simple words. thank you very much. aap to aapne jaise hi creation plan ke baare mein bahut achhe se waz kiya, aksar khaaskar jo people of other faiths hain, woh yeh bhi poochhte hain ki prophets kyun bheje gaye. aur hum jaise jaante hain ki taqreeban 124000 prophets bheje gaye, yeh creation plan ko bat</w:t>
      </w:r>
    </w:p>
    <w:p>
      <w:pPr>
        <w:jc w:val="right"/>
      </w:pPr>
      <w:r>
        <w:t>डॉक्टर फरीदा, यू हैव रियली डिस्क्राइब्ड ऑल ऑफ दिस इन वेरी सिंपल वर्ड्स। थैंक यू वेरी मच। आप तो आपने जैसे ही क्रिएशन प्लान के बारे में बहुत अच्छे से वाज किया, अक्सर खासकर जो पीपल ऑफ अदर फेथ्स हैं, वह यह भी पूछते हैं कि प्रॉफिट्स क्यों भेजे गए। और हम जैसे जानते हैं कि तकरीबन 124000 प्रॉफिट्स भेजे गए, यह क्रिएशन प्लान को बत</w:t>
      </w:r>
    </w:p>
    <w:p>
      <w:r>
        <w:rPr>
          <w:b/>
        </w:rPr>
        <w:t xml:space="preserve">[33:21] </w:t>
      </w:r>
      <w:r>
        <w:t>ane ke liye. to thoda aap isko waz karein ki why were prophets sent. dekhiye, ab Allah taala ne hamari fitrat mein hi yeh saari cheezein shaamil kar di hain, jisko ahde alast kehte hain.</w:t>
      </w:r>
    </w:p>
    <w:p>
      <w:pPr>
        <w:jc w:val="right"/>
      </w:pPr>
      <w:r>
        <w:t>ाने के लिए। तो थोड़ा आप इसको वाज करें कि व्हाई वर प्रॉफिट्स सेंट। देखिए, अब अल्लाह ताला ने हमारी फितरत में ही यह सारी चीजें शामिल कर दी हैं, जिसको अहदे अलस्त कहते हैं।</w:t>
      </w:r>
    </w:p>
    <w:p>
      <w:r>
        <w:rPr>
          <w:b/>
        </w:rPr>
        <w:t xml:space="preserve">[33:37] </w:t>
      </w:r>
      <w:r>
        <w:t>yaani yahan is duniya mein bhejane se pehle, jab Hazrat Adam ko Allah taala ne create kiya, to tamam insaaniyat ko, jo bhi paida hone wale log the qayaamat tak, un sabko create kar diya. aur sabke saamne kaha ki kya main tumhara Rab hoon?</w:t>
      </w:r>
    </w:p>
    <w:p>
      <w:pPr>
        <w:jc w:val="right"/>
      </w:pPr>
      <w:r>
        <w:t>यानी यहां इस दुनिया में भेजने से पहले, जब हजरत आदम को अल्लाह ताला ने क्रिएट किया, तो तमाम इंसानियत को, जो भी पैदा होने वाले लोग थे कयामत तक, उन सबको क्रिएट कर दिया। और सबके सामने कहा कि क्या मैं तुम्हारा रब हूं?</w:t>
      </w:r>
    </w:p>
    <w:p>
      <w:r>
        <w:rPr>
          <w:b/>
        </w:rPr>
        <w:t xml:space="preserve">[33:58] </w:t>
      </w:r>
      <w:r>
        <w:t>to un sabon ne kaha ki haan, hum ikraar karte hain ki aap hamare Rab hain.</w:t>
      </w:r>
    </w:p>
    <w:p>
      <w:pPr>
        <w:jc w:val="right"/>
      </w:pPr>
      <w:r>
        <w:t>तो उन सबों ने कहा कि हां, हम इकरार करते हैं कि आप हमारे रब हैं।</w:t>
      </w:r>
    </w:p>
    <w:p>
      <w:r>
        <w:rPr>
          <w:b/>
        </w:rPr>
        <w:t xml:space="preserve">[34:04] </w:t>
      </w:r>
      <w:r>
        <w:t>to yeh insaan ki fitrat mein hi hai ki ek Rab hai, ek creator hai, ek sustainer hai, aur hamein uski prashansa karni hai, usi ki marzi ke mutabiq is duniya mein zindagi guzaarni hai. to yeh to Allah taala ne fitrat mein hi daal diya. isiliye aap dekhte hain ki kai baar log jo hain,</w:t>
      </w:r>
    </w:p>
    <w:p>
      <w:pPr>
        <w:jc w:val="right"/>
      </w:pPr>
      <w:r>
        <w:t>तो यह इंसान की फितरत में ही है कि एक रब है, एक क्रिएटर है, एक सस्टेन है, और हमें उसकी प्रशंसा करनी है, उसी की मर्जी के मुताबिक इस दुनिया में जिंदगी गुजारनी है। तो यह तो अल्लाह ताला ने फितरत में ही डाल दिया। इसीलिए आप देखते हैं कि कई बार लोग जो हैं,</w:t>
      </w:r>
    </w:p>
    <w:p>
      <w:r>
        <w:rPr>
          <w:b/>
        </w:rPr>
        <w:t xml:space="preserve">[34:27] </w:t>
      </w:r>
      <w:r>
        <w:t>jab unko yeh sachai batai jaati hai, to kehte hain, "yeh to hamare dil mein hi tha." yeh to bilkul fauran usko samajh lete hain,</w:t>
      </w:r>
    </w:p>
    <w:p>
      <w:pPr>
        <w:jc w:val="right"/>
      </w:pPr>
      <w:r>
        <w:t>जब उनको यह सच्चाई बताई जाती है, तो कहते हैं, "यह तो हमारे दिल में ही था।" यह तो बिल्कुल फौरन उसको समझ लेते हैं,</w:t>
      </w:r>
    </w:p>
    <w:p>
      <w:r>
        <w:rPr>
          <w:b/>
        </w:rPr>
        <w:t xml:space="preserve">[34:34] </w:t>
      </w:r>
      <w:r>
        <w:t>fauran usko pakad lete hain. kehte hain, "hum to isko talash kar rahe the." arab mein log sab truth seekers the, nafa the, woh sachchai ko talash kar rahe the. to wahi hamari fitrat mein hi hai.</w:t>
      </w:r>
    </w:p>
    <w:p>
      <w:pPr>
        <w:jc w:val="right"/>
      </w:pPr>
      <w:r>
        <w:t>फौरन उसको पकड़ लेते हैं। कहते हैं, "हम तो इसको तलाश कर रहे थे।" अरब में लोग सब ट्रुथ सीकर्स थे, नफा थे, वह सच्चाई को तलाश कर रहे थे। तो वही हमारी फितरत में ही है।</w:t>
      </w:r>
    </w:p>
    <w:p>
      <w:r>
        <w:rPr>
          <w:b/>
        </w:rPr>
        <w:t xml:space="preserve">[34:46] </w:t>
      </w:r>
      <w:r>
        <w:t>lekin majeed allah taala ne chaha ke insaan ko guidance milne mein koi bhi doubt na rahe. kyunke ab fitrat hai hamara, hamara jo jo subconscious hai. to kai baar aisa hota hai ke hum samajh nahin paate. kyunke duniya mein itne attractions hain ke hum usmein jo hain, phans ke reh jaate hain.</w:t>
      </w:r>
    </w:p>
    <w:p>
      <w:pPr>
        <w:jc w:val="right"/>
      </w:pPr>
      <w:r>
        <w:t>लेकिन मजीद अल्लाह ताला ने चाहा कि इंसान को गाइडेंस मिलने में कोई भी डाउट ना रहे। क्योंकि अब फितरत है हमारा, हमारा जो जो सबकॉन्शियस है। तो कई बार ऐसा होता है कि हम समझ नहीं पाते। क्योंकि दुनिया में इतने अट्रैक्शंस हैं कि हम उसमें जो हैं, फंस के रह जाते हैं।</w:t>
      </w:r>
    </w:p>
    <w:p>
      <w:r>
        <w:rPr>
          <w:b/>
        </w:rPr>
        <w:t xml:space="preserve">[35:15] </w:t>
      </w:r>
      <w:r>
        <w:t>humko duniya bahut zyada attractive lagti hai, to hum itna sochte nahin. aur jo hamari jo fitrat mein hai, hamare shur mein hai, woh bahut zyada thinking karke hamein samajh mein aata hai. to is wajah se allah taala ne guidance ek ibtida hi se hi bhej diya. jab hazrat adam, jo ke pehle insaan the, unhin ko allah taala ne pehla paigambar bhi bana diya</w:t>
      </w:r>
    </w:p>
    <w:p>
      <w:pPr>
        <w:jc w:val="right"/>
      </w:pPr>
      <w:r>
        <w:t>हमको दुनिया बहुत ज्यादा अट्रैक्टिव लगती है, तो हम इतना सोचते नहीं। और जो हमारी जो फितरत में है, हमारे शूर में है, वह बहुत ज्यादा थिंकिंग करके हमें समझ में आता है। तो इस वजह से अल्लाह ताला ने गाइडेंस एक इब्तिदा ही से ही भेज दिया। जब हजरत आदम, जो कि पहले इंसान थे, उन्हीं को अल्लाह ताला ने पहला पैगंबर भी बना दिया</w:t>
      </w:r>
    </w:p>
    <w:p>
      <w:r>
        <w:rPr>
          <w:b/>
        </w:rPr>
        <w:t xml:space="preserve">[35:39] </w:t>
      </w:r>
      <w:r>
        <w:t>taaki insaan ko koi bhi pareshani na ho sachchai ki talash mein.</w:t>
      </w:r>
    </w:p>
    <w:p>
      <w:pPr>
        <w:jc w:val="right"/>
      </w:pPr>
      <w:r>
        <w:t>ताकि इंसान को कोई भी परेशानी ना हो सच्चाई की तलाश में।</w:t>
      </w:r>
    </w:p>
    <w:p>
      <w:r>
        <w:rPr>
          <w:b/>
        </w:rPr>
        <w:t xml:space="preserve">[35:46] </w:t>
      </w:r>
      <w:r>
        <w:t>to itna zyada Allah taala insaan ko chahte hain.</w:t>
      </w:r>
    </w:p>
    <w:p>
      <w:pPr>
        <w:jc w:val="right"/>
      </w:pPr>
      <w:r>
        <w:t>तो इतना ज्यादा अल्लाह ताला इंसान को चाहते हैं।</w:t>
      </w:r>
    </w:p>
    <w:p>
      <w:r>
        <w:rPr>
          <w:b/>
        </w:rPr>
        <w:t xml:space="preserve">[35:51] </w:t>
      </w:r>
      <w:r>
        <w:t>wo chahte hain Allah taala ki wo jannat mein jaaye.</w:t>
      </w:r>
    </w:p>
    <w:p>
      <w:pPr>
        <w:jc w:val="right"/>
      </w:pPr>
      <w:r>
        <w:t>वह चाहते हैं अल्लाह ताला कि वह जन्नत में जाए।</w:t>
      </w:r>
    </w:p>
    <w:p>
      <w:r>
        <w:rPr>
          <w:b/>
        </w:rPr>
        <w:t xml:space="preserve">[35:55] </w:t>
      </w:r>
      <w:r>
        <w:t>ki har tareeke se Allah ne koshish ki, ek paighambar nahin, 124000 paighambar bheje ki insaan ko sachchai</w:t>
      </w:r>
    </w:p>
    <w:p>
      <w:pPr>
        <w:jc w:val="right"/>
      </w:pPr>
      <w:r>
        <w:t>कि हर तरीके से अल्लाह ने कोशिश की, एक पैगंबर नहीं, 124000 पैगंबर भेजे कि इंसान को सच्चाई</w:t>
      </w:r>
    </w:p>
    <w:p>
      <w:r>
        <w:rPr>
          <w:b/>
        </w:rPr>
        <w:t xml:space="preserve">[36:03] </w:t>
      </w:r>
      <w:r>
        <w:t>mil jaaye, insaan sahi raaste par chale.</w:t>
      </w:r>
    </w:p>
    <w:p>
      <w:pPr>
        <w:jc w:val="right"/>
      </w:pPr>
      <w:r>
        <w:t>मिल जाए, इंसान सही रास्ते पर चले।</w:t>
      </w:r>
    </w:p>
    <w:p>
      <w:r>
        <w:rPr>
          <w:b/>
        </w:rPr>
        <w:t xml:space="preserve">[36:07] </w:t>
      </w:r>
      <w:r>
        <w:t>ya aisa na ho ki marne ke baad wo kahe ki hamein to bataya hi nahin gaya tha</w:t>
      </w:r>
    </w:p>
    <w:p>
      <w:pPr>
        <w:jc w:val="right"/>
      </w:pPr>
      <w:r>
        <w:t>या ऐसा ना हो कि मरने के बाद वह कहे कि हमें तो बताया ही नहीं गया था</w:t>
      </w:r>
    </w:p>
    <w:p>
      <w:r>
        <w:rPr>
          <w:b/>
        </w:rPr>
        <w:t xml:space="preserve">[36:10] </w:t>
      </w:r>
      <w:r>
        <w:t>ki humko yeh saara kuch face karna hai, hum accountable hain.</w:t>
      </w:r>
    </w:p>
    <w:p>
      <w:pPr>
        <w:jc w:val="right"/>
      </w:pPr>
      <w:r>
        <w:t>कि हमको यह सारा कुछ फेस करना है, हम अकाउंटेबल हैं।</w:t>
      </w:r>
    </w:p>
    <w:p>
      <w:r>
        <w:rPr>
          <w:b/>
        </w:rPr>
        <w:t xml:space="preserve">[36:14] </w:t>
      </w:r>
      <w:r>
        <w:t>to is wajah se Allah taala ne pair dar pair lagataar paighambar bheje</w:t>
      </w:r>
    </w:p>
    <w:p>
      <w:pPr>
        <w:jc w:val="right"/>
      </w:pPr>
      <w:r>
        <w:t>तो इस वजह से अल्लाह ताला ने पैर दर पैर लगातार पैगंबर भेजे</w:t>
      </w:r>
    </w:p>
    <w:p>
      <w:r>
        <w:rPr>
          <w:b/>
        </w:rPr>
        <w:t xml:space="preserve">[36:19] </w:t>
      </w:r>
      <w:r>
        <w:t>. kyunke insaan jab bhi bhool jaata allah ki hidayat ko, to allah taala dobara paigambar bhej dete taake insaan ko koi bhi excuse na rahe aakhirat mein. to hamein sirf khuda ki prashansa karni hai. yahi main message tha paigambaron ka ke ek khuda ki prashansa karo. lekin masla kya tha</w:t>
      </w:r>
    </w:p>
    <w:p>
      <w:pPr>
        <w:jc w:val="right"/>
      </w:pPr>
      <w:r>
        <w:t>। क्योंकि इंसान जब भी भूल जाता अल्लाह की हिदायत को, तो अल्लाह ताला दोबारा पैगंबर भेज देते ताकि इंसान को कोई भी एक्सक्यूज ना रहे आखिरत में। तो हमें सिर्फ खुदा की प्रशंसा करनी है। यही मेन मैसेज था पैगंबरों का कि एक खुदा की प्रशंसा करो। लेकिन मसला क्या था</w:t>
      </w:r>
    </w:p>
    <w:p>
      <w:r>
        <w:rPr>
          <w:b/>
        </w:rPr>
        <w:t xml:space="preserve">[36:43] </w:t>
      </w:r>
      <w:r>
        <w:t>ke duniya mein bahut saari aisi cheezein hain jo zyada jo visible hain, jo dikhai deti hain, jo bahut hi numaya nazar aati hain. misaal ke taur par sun. sun bahut numaya nazar aata hai. jab aap kahin desert se sun ko dekhein, to to jo numaya cheez nazar aati thi, log usi ki prashansa karne lagte the. aur khuda to ghaib mein hai. to sabse bada masla yahi hai ke khuda ghaib mein hai, jannat, jahannum sab ghaib mein</w:t>
      </w:r>
    </w:p>
    <w:p>
      <w:pPr>
        <w:jc w:val="right"/>
      </w:pPr>
      <w:r>
        <w:t>कि दुनिया में बहुत सारी ऐसी चीजें हैं जो ज्यादा जो विजिबल हैं, जो दिखाई देती हैं, जो बहुत ही नुमाया नजर आती हैं। मिसाल के तौर पर सन। सन बहुत नुमाया नजर आता है। जब आप कहीं डेजर्ट से सन को देखें, तो तो जो नुमाया चीज नजर आती थी, लोग उसी की प्रशंसा करने लगते थे। और खुदा तो गैब में है। तो सबसे बड़ा मसला यही है कि खुदा गैब में है, जन्नत, जहन्नम सब गैब में</w:t>
      </w:r>
    </w:p>
    <w:p>
      <w:r>
        <w:rPr>
          <w:b/>
        </w:rPr>
        <w:t xml:space="preserve">[37:11] </w:t>
      </w:r>
      <w:r>
        <w:t>hai. to uski samajh mein nahin aata tha. to is wajah se allah ne baar baar paigambar bheje. lekin aam zyada tar aise hi hua, taqreeban sabhi cases mein ke logon ne paigambaron ka inkaar kiya.</w:t>
      </w:r>
    </w:p>
    <w:p>
      <w:pPr>
        <w:jc w:val="right"/>
      </w:pPr>
      <w:r>
        <w:t>है। तो उसकी समझ में नहीं आता था। तो इस वजह से अल्लाह ने बार-बार पैगंबर भेजे। लेकिन आम ज्यादातर ऐसे ही हुआ, तकरीबन सभी केसेस में कि लोगों ने पैगंबरों का इंकार किया।</w:t>
      </w:r>
    </w:p>
    <w:p>
      <w:r>
        <w:rPr>
          <w:b/>
        </w:rPr>
        <w:t xml:space="preserve">[37:28] </w:t>
      </w:r>
      <w:r>
        <w:t>kyunke log duniya se itna zyada maroob the, itna zyada jo hai, duniya mein lage hue the ke woh paigambar jab aakhirat ki baatein batata tha, to woh unki samajh mein nahin aata tha. aur paigambar ek aam aadmi hota tha. aisa nahin ke badshahon ko paigambar banaya allah taala ne. woh to sirf ek hazrat suleman al salam badshah the. hazrat daood ko bhi baad mein badshahat mili thi. to</w:t>
      </w:r>
    </w:p>
    <w:p>
      <w:pPr>
        <w:jc w:val="right"/>
      </w:pPr>
      <w:r>
        <w:t>क्योंकि लोग दुनिया से इतना ज्यादा मरूब थे, इतना ज्यादा जो है, दुनिया में लगे हुए थे कि वह पैगंबर जब आखिरत की बातें बताता था, तो वह उनकी समझ में नहीं आता था। और पैगंबर एक आम आदमी होता था। ऐसा नहीं कि बादशाहों को पैगंबर बनाया अल्लाह ताला ने। वह तो सिर्फ एक हजरत सुलेमान अल सलाम बादशाह थे। हजरत दाऊद को भी बाद में बादशाहत मिली थी। तो</w:t>
      </w:r>
    </w:p>
    <w:p>
      <w:r>
        <w:rPr>
          <w:b/>
        </w:rPr>
        <w:t xml:space="preserve">[37:54] </w:t>
      </w:r>
      <w:r>
        <w:t>lekin aam jo tareeqa jo the, bahut hi aam aadmi hote the. bas unka character bahut zabardast hota tha. woh unki. lekin woh nahin ke dekhne mein bahut hi shandaar personality. to isi wajah se log maante hi nahin the.</w:t>
      </w:r>
    </w:p>
    <w:p>
      <w:pPr>
        <w:jc w:val="right"/>
      </w:pPr>
      <w:r>
        <w:t>लेकिन आम जो तरीका जो थे, बहुत ही आम आदमी होते थे। बस उनका कैरेक्टर बहुत जबरदस्त होता था। वह उनकी। लेकिन वह नहीं कि देखने में बहुत ही शानदार पर्सनालिटी। तो इसी वजह से लोग मानते ही नहीं थे।</w:t>
      </w:r>
    </w:p>
    <w:p>
      <w:r>
        <w:rPr>
          <w:b/>
        </w:rPr>
        <w:t xml:space="preserve">[38:11] </w:t>
      </w:r>
      <w:r>
        <w:t>to quran mein aaya hai ke "ya hasrat nal baad maya rasool ila kaan yajoon." tumne mere paigambaron ko faqeer jaana. kyunke agar woh bahut bada koi badshah hota, koi farishte ki shakal mein aata, to kyun faqeer samajhte?</w:t>
      </w:r>
    </w:p>
    <w:p>
      <w:pPr>
        <w:jc w:val="right"/>
      </w:pPr>
      <w:r>
        <w:t>तो कुरान में आया है कि "या हसरत नल बाद माया रसूल इला कान यजून।" तुमने मेरे पैगंबरों को फकीर जाना। क्योंकि अगर वह बहुत बड़ा कोई बादशाह होता, कोई फरिश्ते की शक्ल में आता, तो क्यों फकीर समझते?</w:t>
      </w:r>
    </w:p>
    <w:p>
      <w:r>
        <w:rPr>
          <w:b/>
        </w:rPr>
        <w:t xml:space="preserve">[38:26] </w:t>
      </w:r>
      <w:r>
        <w:t>to rasoolullah salm ke baare mein bhi aapko yaad hoga ke jab taif gaye, aap to taif walon ne yahi kaha ke allah ko koi doosra aadmi nahin mila tha paigambar banane ke liye. tumhein ko paigambar banaya</w:t>
      </w:r>
    </w:p>
    <w:p>
      <w:pPr>
        <w:jc w:val="right"/>
      </w:pPr>
      <w:r>
        <w:t>तो रसूलल्लाह सलम के बारे में भी आपको याद होगा कि जब ताइफ गए, आप तो ताइफ वालों ने यही कहा कि अल्लाह को कोई दूसरा आदमी नहीं मिला था पैगंबर बनाने के लिए। तुम्हें को पैगंबर बनाया</w:t>
      </w:r>
    </w:p>
    <w:p>
      <w:r>
        <w:rPr>
          <w:b/>
        </w:rPr>
        <w:t xml:space="preserve">[38:39] </w:t>
      </w:r>
      <w:r>
        <w:t>hai. kyunke bilkul ek aam aadmi lagte the dekhne mein. w character insaan ka jo hota hai, jo jo uski jo usko sachchai mili hui hoti hai, to matlab merit par woh dekh nahin paate the. woh sirf zahir dekh paate the. zahir mein aur bhi bade-bade log the. to woh kehte the ke tumhare paas farishta kyun nahin aata agar tum paigambar ho?</w:t>
      </w:r>
    </w:p>
    <w:p>
      <w:pPr>
        <w:jc w:val="right"/>
      </w:pPr>
      <w:r>
        <w:t>है। क्योंकि बिल्कुल एक आम आदमी लगते थे देखने में। व कैरेक्टर इंसान का जो होता है, जो जो उसकी जो उसको सच्चाई मिली हुई होती है, तो मतलब मेरिट पर वह देख नहीं पाते थे। वह सिर्फ जाहिर देख पाते थे। जाहिर में और भी बड़े-बड़े लोग थे। तो वह कहते थे कि तुम्हारे पास फरिश्ता क्यों नहीं आता अगर तुम पैगंबर हो?</w:t>
      </w:r>
    </w:p>
    <w:p>
      <w:r>
        <w:rPr>
          <w:b/>
        </w:rPr>
        <w:t xml:space="preserve">[39:01] </w:t>
      </w:r>
      <w:r>
        <w:t>to to allah taala ne jo isliye yeh sab kiya hai, chhupa ke rakha hua hai.</w:t>
      </w:r>
    </w:p>
    <w:p>
      <w:pPr>
        <w:jc w:val="right"/>
      </w:pPr>
      <w:r>
        <w:t>तो तो अल्लाह ताला ने जो इसलिए यह सब किया है, छुपा के रखा हुआ है।</w:t>
      </w:r>
    </w:p>
    <w:p>
      <w:r>
        <w:rPr>
          <w:b/>
        </w:rPr>
        <w:t xml:space="preserve">[39:08] </w:t>
      </w:r>
      <w:r>
        <w:t>ek iltibas yani doubt ka parda dala hua hai. kyunke tabhi to insaan ka test hoga. agar khuda saamne aa jaaye, farishte saamne aa jaaye, to kiski himmat hai ke woh sachchai ka inkaar karein?</w:t>
      </w:r>
    </w:p>
    <w:p>
      <w:pPr>
        <w:jc w:val="right"/>
      </w:pPr>
      <w:r>
        <w:t>एक इल्तबास यानी डाउट का पर्दा डाला हुआ है। क्योंकि तभी तो इंसान का टेस्ट होगा। अगर खुदा सामने आ जाए, फरिश्ते सामने आ जाए, तो किसकी हिम्मत है कि वह सच्चाई का इंकार करें?</w:t>
      </w:r>
    </w:p>
    <w:p>
      <w:r>
        <w:rPr>
          <w:b/>
        </w:rPr>
        <w:t xml:space="preserve">[39:23] </w:t>
      </w:r>
      <w:r>
        <w:t>to yahan main ek dilchasp qissa batati hoon ke ek baar jamia mein engineering college mein padhai achhi nahin ho rahi thi. to wahan par jab najeeb jang vice chancellor bane, to woh engineer usi usi engineer hi woh the. usi ke unhone padha hua tha. to woh unko bahut dilchaspi thi ke is college ko aage badhaya jaaye. to unhone ek din kya</w:t>
      </w:r>
    </w:p>
    <w:p>
      <w:pPr>
        <w:jc w:val="right"/>
      </w:pPr>
      <w:r>
        <w:t>तो यहां मैं एक दिलचस्प किस्सा बताती हूं कि एक बार जामिया में इंजीनियरिंग कॉलेज में पढ़ाई अच्छी नहीं हो रही थी। तो वहां पर जब नजीब जंग वाइस चांसलर बने, तो वह इंजीनियर उसी उसी इंजीनियर ही वह थे। उसी के उन्होंने पढ़ा हुआ था। तो वह उनको बहुत दिलचस्पी थी कि इस कॉलेज को आगे बढ़ाया जाए। तो उन्होंने एक दिन क्या</w:t>
      </w:r>
    </w:p>
    <w:p>
      <w:r>
        <w:rPr>
          <w:b/>
        </w:rPr>
        <w:t xml:space="preserve">[39:51] </w:t>
      </w:r>
      <w:r>
        <w:t>kiya? khamoshi se aaye aur bahut bade-bade classroom khamoshi se aakar ekdam last back back seat par baith gaye. teacher ko pata nahin chala. teacher achhe se padha nahin raha tha. apna dictation wagera kuch notes de raha tha aur theek se padha nahin raha tha. aur usko pata hi nahin tha ke yahan vice chancellor baithe hue hain. to wahan phir log jo hain, bahut zyada uske baad alert ho gaye. aur aaj wahan ke jamia ke engineering college bahut mashhoor hain.</w:t>
      </w:r>
    </w:p>
    <w:p>
      <w:pPr>
        <w:jc w:val="right"/>
      </w:pPr>
      <w:r>
        <w:t>किया? खामोशी से आए और बहुत बड़े-बड़े क्लासरूम खामोशी से आकर एकदम लास्ट बैक बैक सीट पर बैठ गए। टीचर को पता नहीं चला। टीचर अच्छे से पढ़ा नहीं रहा था। अपना डिक्टेशन वगैरह कुछ नोट्स दे रहा था औरठीक से पढ़ा नहीं रहा था। और उसको पता ही नहीं था कि यहां वाइस चांसलर बैठे हुए हैं। तो वहां फिर लोग जो हैं, बहुत ज्यादा उसके बाद अलर्ट हो गए। और आज वहां के जामिया के इंजीनियरिंग कॉलेज बहुत मशहूर है।</w:t>
      </w:r>
    </w:p>
    <w:p>
      <w:r>
        <w:rPr>
          <w:b/>
        </w:rPr>
        <w:t xml:space="preserve">[40:19] </w:t>
      </w:r>
      <w:r>
        <w:t>to yeh ek misaal hai ki kis tareeke se Allah ne apne aap ko bilkul chhupa ke rakha</w:t>
      </w:r>
    </w:p>
    <w:p>
      <w:pPr>
        <w:jc w:val="right"/>
      </w:pPr>
      <w:r>
        <w:t>तो यह एक मिसाल है कि किस तरीके से अल्लाह ने अपने आप को बिल्कुल छुपा के रखा</w:t>
      </w:r>
    </w:p>
    <w:p>
      <w:r>
        <w:rPr>
          <w:b/>
        </w:rPr>
        <w:t xml:space="preserve">[40:25] </w:t>
      </w:r>
      <w:r>
        <w:t>hua hai. Kyunki agar agar Allah saamne ho, to phir hamare amal ki koi keemat nahin hai.</w:t>
      </w:r>
    </w:p>
    <w:p>
      <w:pPr>
        <w:jc w:val="right"/>
      </w:pPr>
      <w:r>
        <w:t>हुआ है। क्योंकि अगर अगर अल्लाह सामने हो, तो फिर हमारे अमल की कोई कीमत नहीं है।</w:t>
      </w:r>
    </w:p>
    <w:p>
      <w:r>
        <w:rPr>
          <w:b/>
        </w:rPr>
        <w:t xml:space="preserve">[40:33] </w:t>
      </w:r>
      <w:r>
        <w:t>Allah chhupa hua hai.</w:t>
      </w:r>
    </w:p>
    <w:p>
      <w:pPr>
        <w:jc w:val="right"/>
      </w:pPr>
      <w:r>
        <w:t>अल्लाह छुपा हुआ है।</w:t>
      </w:r>
    </w:p>
    <w:p>
      <w:r>
        <w:rPr>
          <w:b/>
        </w:rPr>
        <w:t xml:space="preserve">[40:36] </w:t>
      </w:r>
      <w:r>
        <w:t>phir uske baad hum achha kaam karein, hum Allah se dar kar kaam karein aur Allah ke liye</w:t>
      </w:r>
    </w:p>
    <w:p>
      <w:pPr>
        <w:jc w:val="right"/>
      </w:pPr>
      <w:r>
        <w:t>फिर उसके बाद हम अच्छा काम करें, हम अल्लाह से डर कर काम करें और अल्लाह के लिए</w:t>
      </w:r>
    </w:p>
    <w:p>
      <w:r>
        <w:rPr>
          <w:b/>
        </w:rPr>
        <w:t xml:space="preserve">[40:43] </w:t>
      </w:r>
      <w:r>
        <w:t>kaam karein, Allah ki raza ke liye kaam karein, tab uski value hai.</w:t>
      </w:r>
    </w:p>
    <w:p>
      <w:pPr>
        <w:jc w:val="right"/>
      </w:pPr>
      <w:r>
        <w:t>काम करें, अल्लाह की रजा के लिए काम करें, तब उसकी वैल्यू है।</w:t>
      </w:r>
    </w:p>
    <w:p>
      <w:r>
        <w:rPr>
          <w:b/>
        </w:rPr>
        <w:t xml:space="preserve">[40:49] </w:t>
      </w:r>
      <w:r>
        <w:t>to yeh hai ki Allah taala ne bahut zyada iltibas ka parda dala hua hai.</w:t>
      </w:r>
    </w:p>
    <w:p>
      <w:pPr>
        <w:jc w:val="right"/>
      </w:pPr>
      <w:r>
        <w:t>तो यह है कि अल्लाह ताला ने बहुत ज्यादा इल्तबास का पर्दा डाला हुआ है।</w:t>
      </w:r>
    </w:p>
    <w:p>
      <w:r>
        <w:rPr>
          <w:b/>
        </w:rPr>
        <w:t xml:space="preserve">[40:56] </w:t>
      </w:r>
      <w:r>
        <w:t>veil of doubt taaki insaan apni azaadi ka sahi istemaal karke aur uska uske baad wo ja sachchai</w:t>
      </w:r>
    </w:p>
    <w:p>
      <w:pPr>
        <w:jc w:val="right"/>
      </w:pPr>
      <w:r>
        <w:t>वेल ऑफ डाउट ताकि इंसान अपनी आजादी का सही इस्तेमाल करके और उसका उसके बाद वह जा सच्चाई</w:t>
      </w:r>
    </w:p>
    <w:p>
      <w:r>
        <w:rPr>
          <w:b/>
        </w:rPr>
        <w:t xml:space="preserve">[41:05] </w:t>
      </w:r>
      <w:r>
        <w:t>ko shahri taur par jaane aur us par amal karein.</w:t>
      </w:r>
    </w:p>
    <w:p>
      <w:pPr>
        <w:jc w:val="right"/>
      </w:pPr>
      <w:r>
        <w:t>को शहरी तौर पर जाने और उस पर अमल करें।</w:t>
      </w:r>
    </w:p>
    <w:p>
      <w:r>
        <w:rPr>
          <w:b/>
        </w:rPr>
        <w:t xml:space="preserve">[41:09] </w:t>
      </w:r>
      <w:r>
        <w:t>to aap jaante hain, Hazrat Nuh alaihissalam ne 900 saal tak kaam kiya aur kehte hain, sirf</w:t>
      </w:r>
    </w:p>
    <w:p>
      <w:pPr>
        <w:jc w:val="right"/>
      </w:pPr>
      <w:r>
        <w:t>तो आप जानते हैं, हजरत नूह अल सलाम ने 900 साल तक काम किया और कहते हैं, सिर्फ</w:t>
      </w:r>
    </w:p>
    <w:p>
      <w:r>
        <w:rPr>
          <w:b/>
        </w:rPr>
        <w:t xml:space="preserve">[41:15] </w:t>
      </w:r>
      <w:r>
        <w:t>80 log unke unke unke saathi bane.</w:t>
      </w:r>
    </w:p>
    <w:p>
      <w:pPr>
        <w:jc w:val="right"/>
      </w:pPr>
      <w:r>
        <w:t>80 लोग उनके उनके उनके साथी बने।</w:t>
      </w:r>
    </w:p>
    <w:p>
      <w:r>
        <w:rPr>
          <w:b/>
        </w:rPr>
        <w:t xml:space="preserve">[41:20] </w:t>
      </w:r>
      <w:r>
        <w:t>to yeh jo hai iltibas ka parda jo hai, yeh zaroori hai. aur iske baghair jo hai, insaan ki ka sahi test nahin ho sakta hai. kyunke insaan ko merit ki buniyad par sachchai ko ki argument ki buniyad par sachchai ko maanna hai. na yeh ke koi bahut bade koi mahal mein reh raha ho, bahut bada badshah ho, tab to kaun nahin manega?</w:t>
      </w:r>
    </w:p>
    <w:p>
      <w:pPr>
        <w:jc w:val="right"/>
      </w:pPr>
      <w:r>
        <w:t>तो यह जो है इल्तबास का पर्दा जो है, यह जरूरी है। और इसके बगैर जो है, इंसान की का सही टेस्ट नहीं हो सकता है। क्योंकि इंसान को मेरिट की बुनियाद पर सच्चाई को की आर्गुमेंट की बुनियाद पर सच्चाई को मानना है। ना यह कि कोई बहुत बड़े कोई महल में रह रहा हो, बहुत बड़ा बादशाह हो, तब तो कौन नहीं मानेगा?</w:t>
      </w:r>
    </w:p>
    <w:p>
      <w:r>
        <w:rPr>
          <w:b/>
        </w:rPr>
        <w:t xml:space="preserve">[41:46] </w:t>
      </w:r>
      <w:r>
        <w:t>har aadmi usko maan lega</w:t>
      </w:r>
    </w:p>
    <w:p>
      <w:pPr>
        <w:jc w:val="right"/>
      </w:pPr>
      <w:r>
        <w:t>हर आदमी उसको मान लेगा</w:t>
      </w:r>
    </w:p>
    <w:p>
      <w:r>
        <w:rPr>
          <w:b/>
        </w:rPr>
        <w:t xml:space="preserve">[41:47] </w:t>
      </w:r>
      <w:r>
        <w:t>. to merit ki buniyad par maanna hai. aur koi bhi naya paigambar jab aayega, to uski ibtida tareekh hoti hai. us waqt woh bada dikhai de dikhai dene mein woh bada nahin nazar aata. to is wajah se har aadmi uska inkaar kar deta hai. rasoolullah salm ko log kehte the, "jab kaba tumhare kabze mein aa jayega, tab hum tumko manenge." kyunke arab mein sabse badi cheez kaba thi. to</w:t>
      </w:r>
    </w:p>
    <w:p>
      <w:pPr>
        <w:jc w:val="right"/>
      </w:pPr>
      <w:r>
        <w:t>। तो मेरिट की बुनियाद पर मानना है। और कोई भी नया पैगंबर जब आएगा, तो उसकी इब्तिदा तारीख होती है। उस वक्त वह बड़ा दिखाई दे दिखाई देने में वह बड़ा नहीं नजर आता। तो इस वजह से हर आदमी उसका इंकार कर देता है। रसूलल्लाह सलम को लोग कहते थे, "जब काबा तुम्हारे कब्जे में आ जाएगा, तब हम तुमको मानेंगे।" क्योंकि अरब में सबसे बड़ी चीज काबा थी। तो</w:t>
      </w:r>
    </w:p>
    <w:p>
      <w:r>
        <w:rPr>
          <w:b/>
        </w:rPr>
        <w:t xml:space="preserve">[42:12] </w:t>
      </w:r>
      <w:r>
        <w:t>woh jo sachchai hai, mujarrad sachchai, to uske base par nahin manenge. balki kaba tumhare paas aa jayega. jab tum kaba ko control karoge, tab hum tumko maan lenge. to yeh hai. to allah taala ke yahan jo value hai, woh imaan bil ghaib ki hai. ji ji.</w:t>
      </w:r>
    </w:p>
    <w:p>
      <w:pPr>
        <w:jc w:val="right"/>
      </w:pPr>
      <w:r>
        <w:t>वह जो सच्चाई है, मुजर्रत सच्चाई, तो उसके बेस पर नहीं मानेंगे। बल्कि काबा तुम्हारे पास आ जाएगा। जब तुम काबा को कंट्रोल करोगे, तब हम तुमको मान लेंगे। तो यह है। तो अल्लाह ताला के यहां जो वैल्यू है, वह ईमान बुल गैब की है। जी जी।</w:t>
      </w:r>
    </w:p>
    <w:p>
      <w:r>
        <w:rPr>
          <w:b/>
        </w:rPr>
        <w:t xml:space="preserve">[42:32] </w:t>
      </w:r>
      <w:r>
        <w:t>aur aapne yeh bahut achha point bataya ke allah taala ne pehle hi fitrat mein har insaan ke a khuda ka concept daal diya hai. lekin aksar insaan jo hai, yeh discovery of god ko bahut undermined karta hai. usko utni ahmiyat nahin deta. mere ko yeh cheez aap us uska reference bhi mere ko yaad aa</w:t>
      </w:r>
    </w:p>
    <w:p>
      <w:pPr>
        <w:jc w:val="right"/>
      </w:pPr>
      <w:r>
        <w:t>और आपने यह बहुत अच्छा पॉइंट बताया कि अल्लाह ताला ने पहले ही फितरत में हर इंसान के अ खुदा का कांसेप्ट डाल दिया है। लेकिन अक्सर इंसान जो है, यह डिस्कवरी ऑफ गॉड को बहुत अंडरमाइंड करता है। उसको उतनी अहमियत नहीं देता। मेरे को यह चीज आप उस उसका रेफरेंस भी मेरे को याद आ</w:t>
      </w:r>
    </w:p>
    <w:p>
      <w:r>
        <w:rPr>
          <w:b/>
        </w:rPr>
        <w:t xml:space="preserve">[42:53] </w:t>
      </w:r>
      <w:r>
        <w:t>gaya. Maulana ne ek bahut achha likha hai ki unhone khud witness kiya tha ki ek crowd mein</w:t>
      </w:r>
    </w:p>
    <w:p>
      <w:pPr>
        <w:jc w:val="right"/>
      </w:pPr>
      <w:r>
        <w:t>गया। मौलाना ने एक बहुत अच्छा लिखा है कि उन्होंने खुद विटनेस किया था कि एक क्राउड में</w:t>
      </w:r>
    </w:p>
    <w:p>
      <w:r>
        <w:rPr>
          <w:b/>
        </w:rPr>
        <w:t xml:space="preserve">[42:57] </w:t>
      </w:r>
      <w:r>
        <w:t>the woh aur ek jo hai bachcha apni maa se bichhad gaya tha.</w:t>
      </w:r>
    </w:p>
    <w:p>
      <w:pPr>
        <w:jc w:val="right"/>
      </w:pPr>
      <w:r>
        <w:t>थे वह और एक जो है बच्चा अपनी मां से बिछड़ गया था।</w:t>
      </w:r>
    </w:p>
    <w:p>
      <w:r>
        <w:rPr>
          <w:b/>
        </w:rPr>
        <w:t xml:space="preserve">[43:01] </w:t>
      </w:r>
      <w:r>
        <w:t>ab woh bachcha bahut zyada bilakh raha tha, ro raha tha, maa ko dhoondh raha tha.</w:t>
      </w:r>
    </w:p>
    <w:p>
      <w:pPr>
        <w:jc w:val="right"/>
      </w:pPr>
      <w:r>
        <w:t>अब वह बच्चा बहुत ज्यादा बिलख रहा था, रो रहा था, मां कोढूंढ रहा था।</w:t>
      </w:r>
    </w:p>
    <w:p>
      <w:r>
        <w:rPr>
          <w:b/>
        </w:rPr>
        <w:t xml:space="preserve">[43:05] </w:t>
      </w:r>
      <w:r>
        <w:t>to achanak maa uske saamne aa jaati hai.</w:t>
      </w:r>
    </w:p>
    <w:p>
      <w:pPr>
        <w:jc w:val="right"/>
      </w:pPr>
      <w:r>
        <w:t>तो अचानक मां उसके सामने आ जाती है।</w:t>
      </w:r>
    </w:p>
    <w:p>
      <w:r>
        <w:rPr>
          <w:b/>
        </w:rPr>
        <w:t xml:space="preserve">[43:08] </w:t>
      </w:r>
      <w:r>
        <w:t>jaise hi bachche ke saamne maa aa gayi, to maa ne bachche ko apni godi mein utha liya.</w:t>
      </w:r>
    </w:p>
    <w:p>
      <w:pPr>
        <w:jc w:val="right"/>
      </w:pPr>
      <w:r>
        <w:t>जैसे ही बच्चे के सामने मां आ गई, तो मां ने बच्चे को अपनी गोदी में उठा लिया।</w:t>
      </w:r>
    </w:p>
    <w:p>
      <w:r>
        <w:rPr>
          <w:b/>
        </w:rPr>
        <w:t xml:space="preserve">[43:14] </w:t>
      </w:r>
      <w:r>
        <w:t>aur woh jo rota hua bachcha hai, woh fauran chup ho gaya, bahut zyada at peace ho gaya,</w:t>
      </w:r>
    </w:p>
    <w:p>
      <w:pPr>
        <w:jc w:val="right"/>
      </w:pPr>
      <w:r>
        <w:t>और वह जो रोता हुआ बच्चा है, वह फौरन चुप हो गया, बहुत ज्यादा एट पीस हो गया,</w:t>
      </w:r>
    </w:p>
    <w:p>
      <w:r>
        <w:rPr>
          <w:b/>
        </w:rPr>
        <w:t xml:space="preserve">[43:18] </w:t>
      </w:r>
      <w:r>
        <w:t>mutmain ho gaya.</w:t>
      </w:r>
    </w:p>
    <w:p>
      <w:pPr>
        <w:jc w:val="right"/>
      </w:pPr>
      <w:r>
        <w:t>मुतमइन हो गया।</w:t>
      </w:r>
    </w:p>
    <w:p>
      <w:r>
        <w:rPr>
          <w:b/>
        </w:rPr>
        <w:t xml:space="preserve">[43:19] </w:t>
      </w:r>
      <w:r>
        <w:t>तो मौलाना ने लिखा है उसमें कि यही हर एक इंसान का भी किस्सा है कि वह peace</w:t>
      </w:r>
    </w:p>
    <w:p>
      <w:pPr>
        <w:jc w:val="right"/>
      </w:pPr>
      <w:r>
        <w:t>तो मौलाना ने लिखा है उसमें कि यही हर एक इंसान का भी किस्सा है कि वह पीस</w:t>
      </w:r>
    </w:p>
    <w:p>
      <w:r>
        <w:rPr>
          <w:b/>
        </w:rPr>
        <w:t xml:space="preserve">[43:25] </w:t>
      </w:r>
      <w:r>
        <w:t>चाहता है, happiness चाहता है, लेकिन वह इधर-उधर भागता रहता है, destruction में रहता है।</w:t>
      </w:r>
    </w:p>
    <w:p>
      <w:pPr>
        <w:jc w:val="right"/>
      </w:pPr>
      <w:r>
        <w:t>चाहता है, हैप्पीनेस चाहता है, लेकिन वह इधर-उधर भागता रहता है, डिस्ट्रक्शन में रहता है।</w:t>
      </w:r>
    </w:p>
    <w:p>
      <w:r>
        <w:rPr>
          <w:b/>
        </w:rPr>
        <w:t xml:space="preserve">[43:30] </w:t>
      </w:r>
      <w:r>
        <w:t>aur jab usko woh cheez mil bhi jaati hai,</w:t>
      </w:r>
    </w:p>
    <w:p>
      <w:pPr>
        <w:jc w:val="right"/>
      </w:pPr>
      <w:r>
        <w:t>और जब उसको वह चीज मिल भी जाती है,</w:t>
      </w:r>
    </w:p>
    <w:p>
      <w:r>
        <w:rPr>
          <w:b/>
        </w:rPr>
        <w:t xml:space="preserve">[43:33] </w:t>
      </w:r>
      <w:r>
        <w:t>a but he is not at peace and and and a happy</w:t>
      </w:r>
    </w:p>
    <w:p>
      <w:pPr>
        <w:jc w:val="right"/>
      </w:pPr>
      <w:r>
        <w:t>अ बट ही इज नॉट एट पीस एंड एंड एंड अ हैप्पी</w:t>
      </w:r>
    </w:p>
    <w:p>
      <w:r>
        <w:rPr>
          <w:b/>
        </w:rPr>
        <w:t xml:space="preserve">[43:37] </w:t>
      </w:r>
      <w:r>
        <w:t>person. to asal happiness usko tabhi milegi jab vah khuda ko daryaft kar lega. aur vah concept already uske andar hai. to isiliye unhone ek jagah likha bhi hai ki every person is a born seeker, but every seeker is not a finder. to finder banna zaroori hai. a aur vah tabhi ho sakti hai jab insan khud uski daryaft kare.</w:t>
      </w:r>
    </w:p>
    <w:p>
      <w:pPr>
        <w:jc w:val="right"/>
      </w:pPr>
      <w:r>
        <w:t>पर्सन। तो असल हैप्पीनेस उसको तभी मिलेगी जब वह खुदा को दरयाफ्त कर लेगा। और वह कांसेप्ट ऑलरेडी उसके अंदर है। तो इसीलिए उन्होंने एक जगह लिखा भी है कि एवरी पर्सन इज अ बोर्न सीकर, बट एवरी सीकर इज नॉट अ फाइंडर। तो फाइंडर बनना जरूरी है। अ और वह तभी हो सकती है जब इंसान खुद उसकी दरयाफ्त करे।</w:t>
      </w:r>
    </w:p>
    <w:p>
      <w:r>
        <w:rPr>
          <w:b/>
        </w:rPr>
        <w:t xml:space="preserve">[43:58] </w:t>
      </w:r>
      <w:r>
        <w:t>to aap kuchh agla last sawal lene se pehle, main ek a kuchh ek sawal aur puchhna chahunga. kuchh comments bhi aaye hain, a vah bhi padhna chahunga. a yah bheja hai comment doctor safeena tabassum ne saharanpur se. unhone likha hai, "i am really thrill to know that man has been given a feeling of guilt, so that he can repent and develop himself intellectually. this is a blessing indeed of merciful god</w:t>
      </w:r>
    </w:p>
    <w:p>
      <w:pPr>
        <w:jc w:val="right"/>
      </w:pPr>
      <w:r>
        <w:t>तो आप कुछ अगला लास्ट सवाल लेने से पहले, मैं एक अ कुछ एक सवाल और पूछना चाहूंगा। कुछ कमेंट्स भी आए हैं, अ वह भी पढ़ना चाहूंगा। अ यह भेजा है कमेंट डॉक्टर सफीना तबस्सुम ने सहारनपुर से। उन्होंने लिखा है, "आई एम रियली थ्रिल टू नो दैट मैन हैज बीन गिवन अ फीलिंग ऑफ गिल्ट, सो दैट ही कैन रिपेंट एंड डेवलप हिमसेल्फ इंटेलेक्चुअली। दिस इज अ ब्लेसिंग इनडीड ऑफ मर्सीफुल गॉड</w:t>
      </w:r>
    </w:p>
    <w:p>
      <w:r>
        <w:rPr>
          <w:b/>
        </w:rPr>
        <w:t xml:space="preserve">[44:26] </w:t>
      </w:r>
      <w:r>
        <w:t>. a man can become a hero after learning from his mistakes." mohammad asif sahab, asif khan sahab ne a kanpur se likha hai, "is duniya mein pane wali cheez allah ki marfat hai. baki sari cheezein khatm hone wali hain." jazaakallah.</w:t>
      </w:r>
    </w:p>
    <w:p>
      <w:pPr>
        <w:jc w:val="right"/>
      </w:pPr>
      <w:r>
        <w:t>। अ मैन कैन बिकम अ हीरो आफ्टर लर्निंग फ्रॉम हिज मिस्टेक्स।" मोहम्मद आसिफ साहब, आसिफ खान साहब ने अ कानपुर से लिखा है, "इस दुनिया में पाने वाली चीज अल्लाह की मारफ है। बाकी सारी चीजें खत्म होने वाली हैं।" जजाकल्लाह।</w:t>
      </w:r>
    </w:p>
    <w:p>
      <w:r>
        <w:rPr>
          <w:b/>
        </w:rPr>
        <w:t xml:space="preserve">[44:45] </w:t>
      </w:r>
      <w:r>
        <w:t>professor najma siddiqui ne dubai se likha hai, "the big bang theory and the role of god has been explained very meaningfully, which has been also supported by science. the development of life support system has also been explained very systematically, especially for insan and well related with creation plan of god. may allah increase our knowledge and and we become real servants of god."</w:t>
      </w:r>
    </w:p>
    <w:p>
      <w:pPr>
        <w:jc w:val="right"/>
      </w:pPr>
      <w:r>
        <w:t>प्रोफेसर नजमा सिद्दीकी ने दुबई से लिखा है, "द बिग बैंग थ्योरी एंड द रोल ऑफ गॉड हैज बीन एक्सप्लेन वेरी मीनिंगफुली, व्हिच हैज बीन आल्सो सपोर्टेड बाय साइंस। द डेवलपमेंट ऑफ लाइफ सपोर्ट सिस्टम हैज आल्सो बीन एक्सप्लेन वेरी सिस्टमिकली, स्पेशली फॉर इंसान एंड वेल रिलेटेड विद क्रिएशन प्लान ऑफ गॉड। मे अल्लाह इंक्रीज आवर नॉलेज एंड एंड वी बिकम रियल सर्वेंट्स ऑफ गॉड।"</w:t>
      </w:r>
    </w:p>
    <w:p>
      <w:r>
        <w:rPr>
          <w:b/>
        </w:rPr>
        <w:t xml:space="preserve">[45:13] </w:t>
      </w:r>
      <w:r>
        <w:t>haroon sheikh sahab ne likha hai, "may allah reward you with his blessings." aap unka ek sawal bhi hai. unhone likha hai ki, "how do we manage duniya and aakhirah?</w:t>
      </w:r>
    </w:p>
    <w:p>
      <w:pPr>
        <w:jc w:val="right"/>
      </w:pPr>
      <w:r>
        <w:t>हारून शेख साहब ने लिखा है, "मे अल्लाह रिवर्ड यू विद हिज ब्लेसिंग्स।" आप उनका एक सवाल भी है। उन्होंने लिखा है कि, "हाउ डू वी मैनेज दुनिया एंड आखिरा?</w:t>
      </w:r>
    </w:p>
    <w:p>
      <w:r>
        <w:rPr>
          <w:b/>
        </w:rPr>
        <w:t xml:space="preserve">[45:23] </w:t>
      </w:r>
      <w:r>
        <w:t>if this world is not so important, then how can we manage it?" iske bare mein batae.</w:t>
      </w:r>
    </w:p>
    <w:p>
      <w:pPr>
        <w:jc w:val="right"/>
      </w:pPr>
      <w:r>
        <w:t>इफ दिस वर्ल्ड इज नॉट सो इंपॉर्टेंट, देन हाउ कैन वी मैनेज इट?" इसके बारे में बताए।</w:t>
      </w:r>
    </w:p>
    <w:p>
      <w:r>
        <w:rPr>
          <w:b/>
        </w:rPr>
        <w:t xml:space="preserve">[45:34] </w:t>
      </w:r>
      <w:r>
        <w:t>world to important hi hai, kyunki isi duniya mein hamara imtihan ho raha hai.</w:t>
      </w:r>
    </w:p>
    <w:p>
      <w:pPr>
        <w:jc w:val="right"/>
      </w:pPr>
      <w:r>
        <w:t>वर्ल्ड तो इंपॉर्टेंट ही है, क्योंकि इसी दुनिया में हमारा इम्तिहान हो रहा है।</w:t>
      </w:r>
    </w:p>
    <w:p>
      <w:r>
        <w:rPr>
          <w:b/>
        </w:rPr>
        <w:t xml:space="preserve">[45:40] </w:t>
      </w:r>
      <w:r>
        <w:t>to hum jo bhi kaam karein, allah ne kisi kaam ke liye mana nahin kiya hai. jo kuchh bhi duniya mein hai, vah allah hi ne paida kiya hai. hum log to sirf discover kar rahe hain usko. to jo bhi kaam hum karein, usko khuda ki ke liye karein, khuda ki raza ke mutabik karein. koi galat kaam na karein,</w:t>
      </w:r>
    </w:p>
    <w:p>
      <w:pPr>
        <w:jc w:val="right"/>
      </w:pPr>
      <w:r>
        <w:t>तो हम जो भी काम करें, अल्लाह ने किसी काम के लिए मना नहीं किया है। जो कुछ भी दुनिया में है, वह अल्लाह ही ने पैदा किया है। हम लोग तो सिर्फ डिस्कवर कर रहे हैं उसको। तो जो भी काम हम करें, उसको खुदा की के लिए करें, खुदा की रजा के मुताबिक करें। कोई गलत काम ना करें,</w:t>
      </w:r>
    </w:p>
    <w:p>
      <w:r>
        <w:rPr>
          <w:b/>
        </w:rPr>
        <w:t xml:space="preserve">[46:02] </w:t>
      </w:r>
      <w:r>
        <w:t>Khuda ko yaad karein.</w:t>
      </w:r>
    </w:p>
    <w:p>
      <w:pPr>
        <w:jc w:val="right"/>
      </w:pPr>
      <w:r>
        <w:t>खुदा को याद करें।</w:t>
      </w:r>
    </w:p>
    <w:p>
      <w:r>
        <w:rPr>
          <w:b/>
        </w:rPr>
        <w:t xml:space="preserve">[46:04] </w:t>
      </w:r>
      <w:r>
        <w:t>namaz to paanch hi waqt padhne ki hai, lekin baaki time mein hum Khuda ko yaad karein.</w:t>
      </w:r>
    </w:p>
    <w:p>
      <w:pPr>
        <w:jc w:val="right"/>
      </w:pPr>
      <w:r>
        <w:t>नमाज तो पांच ही वक्त पढ़ने की है, लेकिन बाकी टाइम में हम खुदा को याद करें।</w:t>
      </w:r>
    </w:p>
    <w:p>
      <w:r>
        <w:rPr>
          <w:b/>
        </w:rPr>
        <w:t xml:space="preserve">[46:09] </w:t>
      </w:r>
      <w:r>
        <w:t>aur jitna bhi time, jo Maulana kehte the, "one man two mission", matlab ek to hai aapka job</w:t>
      </w:r>
    </w:p>
    <w:p>
      <w:pPr>
        <w:jc w:val="right"/>
      </w:pPr>
      <w:r>
        <w:t>और जितना भी टाइम, जो मौलाना कहते थे, "वन मैन टू मिशन", मतलब एक तो है आपका जॉब</w:t>
      </w:r>
    </w:p>
    <w:p>
      <w:r>
        <w:rPr>
          <w:b/>
        </w:rPr>
        <w:t xml:space="preserve">[46:15] </w:t>
      </w:r>
      <w:r>
        <w:t>hai, aapka business hai, baaki aapke paas time hota hai.</w:t>
      </w:r>
    </w:p>
    <w:p>
      <w:pPr>
        <w:jc w:val="right"/>
      </w:pPr>
      <w:r>
        <w:t>है, आपका बिजनेस है, बाकी आपके पास टाइम होता है।</w:t>
      </w:r>
    </w:p>
    <w:p>
      <w:r>
        <w:rPr>
          <w:b/>
        </w:rPr>
        <w:t xml:space="preserve">[46:19] </w:t>
      </w:r>
      <w:r>
        <w:t>us time mein aap aap mission ka kaam kijiye.</w:t>
      </w:r>
    </w:p>
    <w:p>
      <w:pPr>
        <w:jc w:val="right"/>
      </w:pPr>
      <w:r>
        <w:t>उस टाइम में आप आप मिशन का काम कीजिए।</w:t>
      </w:r>
    </w:p>
    <w:p>
      <w:r>
        <w:rPr>
          <w:b/>
        </w:rPr>
        <w:t xml:space="preserve">[46:23] </w:t>
      </w:r>
      <w:r>
        <w:t>jo bhi aapka mission ho, aap peace ke liye kaam kariye, aap logon ki islaah ke liye kaam</w:t>
      </w:r>
    </w:p>
    <w:p>
      <w:pPr>
        <w:jc w:val="right"/>
      </w:pPr>
      <w:r>
        <w:t>जो भी आपका मिशन हो, आप पीस के लिए काम करिए, आप लोगों की इस्लाह के लिए काम</w:t>
      </w:r>
    </w:p>
    <w:p>
      <w:r>
        <w:rPr>
          <w:b/>
        </w:rPr>
        <w:t xml:space="preserve">[46:28] </w:t>
      </w:r>
      <w:r>
        <w:t>karein. To Islam ki to yahi beauty hai ki har achhe kaam mein reward milta hai.</w:t>
      </w:r>
    </w:p>
    <w:p>
      <w:pPr>
        <w:jc w:val="right"/>
      </w:pPr>
      <w:r>
        <w:t>करें। तो इस्लाम की तो यही ब्यूटी है कि हर अच्छे काम में रिवर्ड मिलता है।</w:t>
      </w:r>
    </w:p>
    <w:p>
      <w:r>
        <w:rPr>
          <w:b/>
        </w:rPr>
        <w:t xml:space="preserve">[46:33] </w:t>
      </w:r>
      <w:r>
        <w:t>khaali ibaadat hi ka reward nahin hai, balki har achhe kaam mein reward milta hai.</w:t>
      </w:r>
    </w:p>
    <w:p>
      <w:pPr>
        <w:jc w:val="right"/>
      </w:pPr>
      <w:r>
        <w:t>खाली इबादत ही का रिवर्ड नहीं है, बल्कि हर अच्छे काम में रिवर्ड मिलता है।</w:t>
      </w:r>
    </w:p>
    <w:p>
      <w:r>
        <w:rPr>
          <w:b/>
        </w:rPr>
        <w:t xml:space="preserve">[46:38] </w:t>
      </w:r>
      <w:r>
        <w:t>to is tarike se aapko yeh duniya jo hai, isi duniya mein to aapko test dena hai.</w:t>
      </w:r>
    </w:p>
    <w:p>
      <w:pPr>
        <w:jc w:val="right"/>
      </w:pPr>
      <w:r>
        <w:t>तो इस तरीके से आपको यह दुनिया जो है, इसी दुनिया में तो आपको टेस्ट देना है।</w:t>
      </w:r>
    </w:p>
    <w:p>
      <w:r>
        <w:rPr>
          <w:b/>
        </w:rPr>
        <w:t xml:space="preserve">[46:43] </w:t>
      </w:r>
      <w:r>
        <w:t>agar yah duniya na rahegi, to test kahan? vacuum mein thodi denge aap test. to yah duniya to important hai. har tarah ke tajurbe hote hain,</w:t>
      </w:r>
    </w:p>
    <w:p>
      <w:pPr>
        <w:jc w:val="right"/>
      </w:pPr>
      <w:r>
        <w:t>अगर यह दुनिया ना रहेगी, तो टेस्ट कहां? वैक्यूम में थोड़ी देंगे आप टेस्ट। तो यह दुनिया तो इंपॉर्टेंट है। हर तरह के तजुर्बे होते हैं,</w:t>
      </w:r>
    </w:p>
    <w:p>
      <w:r>
        <w:rPr>
          <w:b/>
        </w:rPr>
        <w:t xml:space="preserve">[46:53] </w:t>
      </w:r>
      <w:r>
        <w:t>us tajurbe se learning hoti hai. maulana to learning ko to bahut zyada importance dete the. kabhi koi kisi se kahin kisi program mein gaya, kahin kisi se mulakat ke liye gaya, to poochhte the, "kya learning hui hai?" to agar aap duniya nahin rahegi, to aapka test nahin hoga. to test ke liye to duniya banai gai hai. to duniya to important hai, lekin duniya mein bilkul kho jana, khuda ki se gafil ho jana, yah galat hai.</w:t>
      </w:r>
    </w:p>
    <w:p>
      <w:pPr>
        <w:jc w:val="right"/>
      </w:pPr>
      <w:r>
        <w:t>उस तजुर्बे से लर्निंग होती है। मौलाना तो लर्निंग को तो बहुत ज्यादा इंपॉर्टेंस देते थे। कभी कोई किसी से कहीं किसी प्रोग्राम में गया, कहीं किसी से मुलाकात के लिए गया, तो पूछते थे, "क्या लर्निंग हुई है?" तो अगर आप दुनिया नहीं रहेगी, तो आपका टेस्ट नहीं होगा। तो टेस्ट के लिए तो दुनिया बनाई गई है। तो दुनिया तो इंपॉर्टेंट है, लेकिन दुनिया में बिल्कुल खो जाना, खुदा की से गाफिल हो जाना, यह गलत है।</w:t>
      </w:r>
    </w:p>
    <w:p>
      <w:r>
        <w:rPr>
          <w:b/>
        </w:rPr>
        <w:t xml:space="preserve">[47:21] </w:t>
      </w:r>
      <w:r>
        <w:t>جی، آپ میرا لاسٹ سوال Prophet Ibrahim کو لے کر ہے، کیونکہ human history کا ایک بہت ہی conclusion</w:t>
      </w:r>
    </w:p>
    <w:p>
      <w:pPr>
        <w:jc w:val="right"/>
      </w:pPr>
      <w:r>
        <w:t>जी, आप मेरा लास्ट सवाल प्रोफेट इब्राहिम को लेकर है, क्योंकि ह्यूमन हिस्ट्री का एक बहुत ही कंक्लूजन</w:t>
      </w:r>
    </w:p>
    <w:p>
      <w:r>
        <w:rPr>
          <w:b/>
        </w:rPr>
        <w:t xml:space="preserve">[47:30] </w:t>
      </w:r>
      <w:r>
        <w:t>unhi ke aane ke baad hua.</w:t>
      </w:r>
    </w:p>
    <w:p>
      <w:pPr>
        <w:jc w:val="right"/>
      </w:pPr>
      <w:r>
        <w:t>उन्हीं के आने के बाद हुआ।</w:t>
      </w:r>
    </w:p>
    <w:p>
      <w:r>
        <w:rPr>
          <w:b/>
        </w:rPr>
        <w:t xml:space="preserve">[47:32] </w:t>
      </w:r>
      <w:r>
        <w:t>unko instruction aayi ki woh apni wife aur bachche ko desert mein settle down karein, because ek generation</w:t>
      </w:r>
    </w:p>
    <w:p>
      <w:pPr>
        <w:jc w:val="right"/>
      </w:pPr>
      <w:r>
        <w:t>उनको इंस्ट्रक्शन आई कि वह अपनी वाइफ और बच्चे को डेजर्ट में सेटल डाउन करें, बिकॉज एक जनरेशन</w:t>
      </w:r>
    </w:p>
    <w:p>
      <w:r>
        <w:rPr>
          <w:b/>
        </w:rPr>
        <w:t xml:space="preserve">[47:39] </w:t>
      </w:r>
      <w:r>
        <w:t>develop honi thi jo condition free generation ho.</w:t>
      </w:r>
    </w:p>
    <w:p>
      <w:pPr>
        <w:jc w:val="right"/>
      </w:pPr>
      <w:r>
        <w:t>डेवलप होनी थी जो कंडीशन फ्री जनरेशन हो।</w:t>
      </w:r>
    </w:p>
    <w:p>
      <w:r>
        <w:rPr>
          <w:b/>
        </w:rPr>
        <w:t xml:space="preserve">[47:42] </w:t>
      </w:r>
      <w:r>
        <w:t>aur yahi baad mein Banu Ismail ke naam se jaani gayi.</w:t>
      </w:r>
    </w:p>
    <w:p>
      <w:pPr>
        <w:jc w:val="right"/>
      </w:pPr>
      <w:r>
        <w:t>और यही बाद में बनू इस्माइल के नाम से जानी गई।</w:t>
      </w:r>
    </w:p>
    <w:p>
      <w:r>
        <w:rPr>
          <w:b/>
        </w:rPr>
        <w:t xml:space="preserve">[47:45] </w:t>
      </w:r>
      <w:r>
        <w:t>to aap, ab main chahta hoon ki us qisse ko lekar aap bataein ki usse kya sabak milta</w:t>
      </w:r>
    </w:p>
    <w:p>
      <w:pPr>
        <w:jc w:val="right"/>
      </w:pPr>
      <w:r>
        <w:t>तो आप, अब मैं चाहता हूं कि उस किस्से को लेकर आप बताएं कि उससे क्या सबक मिलता</w:t>
      </w:r>
    </w:p>
    <w:p>
      <w:r>
        <w:rPr>
          <w:b/>
        </w:rPr>
        <w:t xml:space="preserve">[47:50] </w:t>
      </w:r>
      <w:r>
        <w:t>hai humko.</w:t>
      </w:r>
    </w:p>
    <w:p>
      <w:pPr>
        <w:jc w:val="right"/>
      </w:pPr>
      <w:r>
        <w:t>है हमको।</w:t>
      </w:r>
    </w:p>
    <w:p>
      <w:r>
        <w:rPr>
          <w:b/>
        </w:rPr>
        <w:t xml:space="preserve">[47:52] </w:t>
      </w:r>
      <w:r>
        <w:t>asal mein allah taala ko bhi nai planning karni padi, kyunki jab dekha ki 124000 paigambar bhejane ke bawajood log sahi raste par nahin aa rahe hain. ab chunki allah ne mukammal azadi de di thi, azadi ki wajah se sara corruption tha. insan apni azadi ka galat istemal karta tha. to phir allah taala ne ek nai planning ki,</w:t>
      </w:r>
    </w:p>
    <w:p>
      <w:pPr>
        <w:jc w:val="right"/>
      </w:pPr>
      <w:r>
        <w:t>असल में अल्लाह ताला को भी नई प्लानिंग करनी पड़ी, क्योंकि जब देखा कि 124000 पैगंबर भेजने के बावजूद लोग सही रास्ते पर नहीं आ रहे हैं। अब चूंकि अल्लाह ने मुकम्मल आजादी दे दी थी, आजादी की वजह से सारा करप्शन था। इंसान अपनी आजादी का गलत इस्तेमाल करता था। तो फिर अल्लाह ताला ने एक नई प्लानिंग की,</w:t>
      </w:r>
    </w:p>
    <w:p>
      <w:r>
        <w:rPr>
          <w:b/>
        </w:rPr>
        <w:t xml:space="preserve">[48:16] </w:t>
      </w:r>
      <w:r>
        <w:t>kyunki log condition ho jate the. na society mein jo bhi buraiyan hoti thin, vah sab bachcha bahar jata hai. aaj bhi aap vahi dekh lijiye, bachcha bahar jata hai aur sara society se seekh kar aata hai ghar mein. ab ghar wale bhi pareshan hote hain. ab bahar to niklega bachcha. to bahar jab nikalta tha insan, to society mein jo bhi evil thin, to vah vah sab lekar ghar aata</w:t>
      </w:r>
    </w:p>
    <w:p>
      <w:pPr>
        <w:jc w:val="right"/>
      </w:pPr>
      <w:r>
        <w:t>क्योंकि लोग कंडीशन हो जाते थे। ना सोसाइटी में जो भी बुराइयां होती थीं, वो सब बच्चा बाहर जाता है। आज भी आप वही देख लीजिए, बच्चा बाहर जाता है और सारा सोसाइटी से सीख कर आता है घर में। अब घर वाले भी परेशान होते हैं। अब बाहर तो निकलेगा बच्चा। तो बाहर जब निकलता था इंसान, तो सोसाइटी में जो भी इविल थीं, तो वह वह सब लेकर घर आता</w:t>
      </w:r>
    </w:p>
    <w:p>
      <w:r>
        <w:rPr>
          <w:b/>
        </w:rPr>
        <w:t xml:space="preserve">[48:40] </w:t>
      </w:r>
      <w:r>
        <w:t>tha. to is wajah se aisi conditioning ho jati thi, aur khas taur par mushrikana culture ki, ke usko todna bahut mushkil ho gaya tha. 900 saal jo hazrat nuh al salam ne kaam kiya, uske bawajood unko followers nahin mile. to aap samajh sakte hain ki kitna mushkil hai. aur vah log pura tarike se well wishing ke sath, sabr ke sath, unki khair khwahi ke sath kaam karte the. uske bawajood unko log nahin mil rahe the.</w:t>
      </w:r>
    </w:p>
    <w:p>
      <w:pPr>
        <w:jc w:val="right"/>
      </w:pPr>
      <w:r>
        <w:t>था। तो इस वजह से ऐसी कंडीशनिंग हो जाती थी, और खास तौर पर मुशरिकाना कल्चर की, के उसको तोड़ना बहुत मुश्किल हो गया था। 900 साल जो हजरत नूह अल सलाम ने काम किया, उसके बावजूद उनको फॉलोअर्स नहीं मिले। तो आप समझ सकते हैं कि कितना मुश्किल है। और वह लोग पूरा तरीके से वेल विशिंग के साथ, सब्र के साथ, उनकी खैर खवाई के साथ काम करते थे। उसके बावजूद उनको लोग नहीं मिल रहे थे।</w:t>
      </w:r>
    </w:p>
    <w:p>
      <w:r>
        <w:rPr>
          <w:b/>
        </w:rPr>
        <w:t xml:space="preserve">[49:09] </w:t>
      </w:r>
      <w:r>
        <w:t>to is tarike se sailab aaya, great flood, aur tamam log jo hain, doob gaye. phir sirf hazrat nuh al salam ke jo saathi the, to vahi log kashti par sawar hokar vah bache. aur phir unhone sari duniya mein vah log phail gaye. to usi mein se yah log the. kehte hain ki unke char bete the. to vah char bete jagah-jagah, ilakon mein vah base.</w:t>
      </w:r>
    </w:p>
    <w:p>
      <w:pPr>
        <w:jc w:val="right"/>
      </w:pPr>
      <w:r>
        <w:t>तो इस तरीके से सैलाब आया, ग्रेट फ्लड, और तमाम लोग जो हैं, डूब गए। फिर सिर्फ हजरत नूह अल सलाम के जो साथी थे, तो वही लोग कश्ती पर सवार होकर वह बचे। और फिर उन्होंने सारी दुनिया में वह लोग फैल गए। तो उसी में से यह लोग थे। कहते हैं कि उनके चार बेटे थे। तो वह चार बेटे जगह-जगह, इलाकों में वह बसे।</w:t>
      </w:r>
    </w:p>
    <w:p>
      <w:r>
        <w:rPr>
          <w:b/>
        </w:rPr>
        <w:t xml:space="preserve">[49:35] </w:t>
      </w:r>
      <w:r>
        <w:t>to usmein se phir allah ki jo planning thi, vah yah ki ek aisi nasal banai jaye jo is conditioning se mahfuz ho. to is wajah se allah taala ne hazrat ibrahim al salam ko hukm diya ki unki do biwiyan thin, ek hazrat sara aur ek hazrat hajra. to hukm diya ki hazrat hajra aur unke bete ismail ko arab ke sehra mein basa dein.</w:t>
      </w:r>
    </w:p>
    <w:p>
      <w:pPr>
        <w:jc w:val="right"/>
      </w:pPr>
      <w:r>
        <w:t>तो उसमें से फिर अल्लाह की जो प्लानिंग थी, वह यह कि एक ऐसी नस्ल बनाई जाए जो इस कंडीशनिंग से महफूज हो। तो इस वजह से अल्लाह ताला ने हजरत इब्राहिम अल सलाम को हुक्म दिया कि उनकी दो बीवियां थीं, एक हजरत सारा और एक हजरत हाजरा। तो हुक्म दिया कि हजरत हाजरा और उनके बेटे इस्माइल को अरब के सहरा में बसा दें।</w:t>
      </w:r>
    </w:p>
    <w:p>
      <w:r>
        <w:rPr>
          <w:b/>
        </w:rPr>
        <w:t xml:space="preserve">[50:02] </w:t>
      </w:r>
      <w:r>
        <w:t>yah bahut hi, bahut hi mushkil kaam tha, kyunki vahan par kuchh bhi nahin tha. pani, pani tak nahin tha. pani to zaroori hota hai survive karne ke liye. lekin hazrat ibrahim al salam bahut bade paigambar the, aur aur allah taala ne unko khalil ullah kaha hai. to unhone jo allah taala ne kaha, vah unhone kiya.</w:t>
      </w:r>
    </w:p>
    <w:p>
      <w:pPr>
        <w:jc w:val="right"/>
      </w:pPr>
      <w:r>
        <w:t>यह बहुत ही, बहुत ही मुश्किल काम था, क्योंकि वहां पर कुछ भी नहीं था। पानी, पानी तक नहीं था। पानी तो जरूरी होता है सर्वाइव करने के लिए। लेकिन हजरत इब्राहिम अल सलाम बहुत बड़े पैगंबर थे, और और अल्लाह ताला ने उनको खलील उल्लाह कहा है। तो उन्होंने जो अल्लाह ताला ने कहा, वह उन्होंने किया।</w:t>
      </w:r>
    </w:p>
    <w:p>
      <w:r>
        <w:rPr>
          <w:b/>
        </w:rPr>
        <w:t xml:space="preserve">[50:25] </w:t>
      </w:r>
      <w:r>
        <w:t>vah hazrat hajra aur hazrat ismail ko sehra mein le gaye, aur thoda sa ab pani sath mein tha, aur thoda sa kuchh khana vaana. sattu vat us zamane mein hota tha. to vah le jakar unko sehra mein basa diya. phir vah do-teen din ke baad jab vah vapas jaane lage,</w:t>
      </w:r>
    </w:p>
    <w:p>
      <w:pPr>
        <w:jc w:val="right"/>
      </w:pPr>
      <w:r>
        <w:t>वह हजरत हाजरा और हजरत इस्माइल को सहरा में ले गए, और थोड़ा सा अब पानी साथ में था, और थोड़ा सा कुछ खाना वाना। सत्तू वत उस जमाने में होता था। तो वह ले जाकर उनको सहरा में बसा दिया। फिर वह दो-तीन दिन के बाद जब वह वापस जाने लगे,</w:t>
      </w:r>
    </w:p>
    <w:p>
      <w:r>
        <w:rPr>
          <w:b/>
        </w:rPr>
        <w:t xml:space="preserve">[50:44] </w:t>
      </w:r>
      <w:r>
        <w:t>to hazrat hajra ne kaha ki aap ja rahe hain yahan, to pani bhi nahin hai. to kya yah allah taala ka hukm hai ya aap apni marzi se aisa kar rahe hain?</w:t>
      </w:r>
    </w:p>
    <w:p>
      <w:pPr>
        <w:jc w:val="right"/>
      </w:pPr>
      <w:r>
        <w:t>तो हजरत हाजरा ने कहा कि आप जा रहे हैं यहां, तो पानी भी नहीं है। तो क्या यह अल्लाह ताला का हुक्म है या आप अपनी मर्जी से ऐसा कर रहे हैं?</w:t>
      </w:r>
    </w:p>
    <w:p>
      <w:r>
        <w:rPr>
          <w:b/>
        </w:rPr>
        <w:t xml:space="preserve">[50:54] </w:t>
      </w:r>
      <w:r>
        <w:t>to do-teen bar jab unhone kaha, hazrat ibrahim khud hi pareshan rahe honge. to do-teen bar jab unhone kaha, to hazrat ibrahim ne kaha, yah khuda ka hukm hai. phir us waqt hazrat hajra ne kaha ki phir allah hamein zay nahin karega.</w:t>
      </w:r>
    </w:p>
    <w:p>
      <w:pPr>
        <w:jc w:val="right"/>
      </w:pPr>
      <w:r>
        <w:t>तो दो-तीन बार जब उन्होंने कहा, हजरत इब्राहिम खुद ही परेशान रहे होंगे। तो दो-तीन बार जब उन्होंने कहा, तो हजरत इब्राहिम ने कहा, यह खुदा का हुक्म है। फिर उस वक्त हजरत हाजरा ने कहा कि फिर अल्लाह हमें जाय नहीं करेगा।</w:t>
      </w:r>
    </w:p>
    <w:p>
      <w:r>
        <w:rPr>
          <w:b/>
        </w:rPr>
        <w:t xml:space="preserve">[51:11] </w:t>
      </w:r>
      <w:r>
        <w:t>phir vah sab aap logon ko kissa maloom hai. phir do-teen jab pani khatm ho gaya, bachcha rone laga. phir vah daudne lage, jo aaj safa aur marwa ke jo jo safa karte hain, marwa aur safa ke beech mein. to vah vahi hai jahan vah hazrat hajra daudi thin. saat bar daudi thin, tab vahan par thak ke baith gai thin. vahin par pani nikla tha.</w:t>
      </w:r>
    </w:p>
    <w:p>
      <w:pPr>
        <w:jc w:val="right"/>
      </w:pPr>
      <w:r>
        <w:t>फिर वह सब आप लोगों को किस्सा मालूम है। फिर दो-तीन जब पानी खत्म हो गया, बच्चा रोने लगा। फिर वह दौड़ने लगे, जो आज सही और व मरवा के जो जो सही करते हैं, मरवा और सफा के बीच में। तो वह वही है जहां वह हजरत हाजरा दौड़ी थीं। सात बार दौड़ी थीं, तब वहां पर थक के बैठ गई थीं। वहीं पर पानी निकला था।</w:t>
      </w:r>
    </w:p>
    <w:p>
      <w:r>
        <w:rPr>
          <w:b/>
        </w:rPr>
        <w:t xml:space="preserve">[51:36] </w:t>
      </w:r>
      <w:r>
        <w:t>to phir vahan pani nikal aaya. to phir dheere-dheere vahan kuchh aur log aa gaye, kyunki pani ke bagair to abadi ho hi nahin sakti. na janwar aayenge, na insan aayega. to phir vahan par abadi ho gai. phir hazrat ismail shikar karke laate, aur vah usko bhun-bhun ke kha liya jata. aur pani to tha.</w:t>
      </w:r>
    </w:p>
    <w:p>
      <w:pPr>
        <w:jc w:val="right"/>
      </w:pPr>
      <w:r>
        <w:t>तो फिर वहां पानी निकल आया। तो फिर धीरे-धीरे वहां कुछ और लोग आ गए, क्योंकि पानी के बगैर तो आबादी हो ही नहीं सकती। ना जानवर आएंगे, ना इंसान आएगा। तो फिर वहां पर आबादी हो गई। फिर हजरत इस्माइल शिकार करके लाते, और वह उसको भून-भून के खा लिया जाता। और पानी तो था।</w:t>
      </w:r>
    </w:p>
    <w:p>
      <w:r>
        <w:rPr>
          <w:b/>
        </w:rPr>
        <w:t xml:space="preserve">[51:58] </w:t>
      </w:r>
      <w:r>
        <w:t>phir uske baad jo hai, vah vahan par ek qabila jurhum aage bas gaya, aur vahan par aapne unhe usi qabile ki ek ladki se shadi kar li. to yah lambi kahani hai. phir uske baad vahan parhai hazaar saal lag gaye.dhai hazaar saal mein jo ek nasal paida hui, aur usmein sehra mein vahan to koi evil hi nahin thi.</w:t>
      </w:r>
    </w:p>
    <w:p>
      <w:pPr>
        <w:jc w:val="right"/>
      </w:pPr>
      <w:r>
        <w:t>फिर उसके बाद जो है, वह वहां पर एक कबीला जुरहुम आगे बस गया, और वहां पर आपने उन्हें उसी कबीले की एक लड़की से शादी कर ली। तो यह लंबी कहानी है। फिर उसके बाद वहां परढाई हजार साल लग गए।ढाई हजार साल में जो एक नस्ल पैदा हुई, और उसमें सहरा में वहां तो कोई इविल ही नहीं थी।</w:t>
      </w:r>
    </w:p>
    <w:p>
      <w:r>
        <w:rPr>
          <w:b/>
        </w:rPr>
        <w:t xml:space="preserve">[52:24] </w:t>
      </w:r>
      <w:r>
        <w:t>vah pahad the, aur us khajoor ke ped the, aur sehra tha. suraj nikalta tha, aur janwar the. kuchh tha hi nahin. koi bhi conditioning, condition hone ke liye koi kuchh tha hi nahin vahan par. to bahut zabardast vah ek nasal vahanhai hazaar saal mein paida hui. aur yahi vah nasal thi jisne,</w:t>
      </w:r>
    </w:p>
    <w:p>
      <w:pPr>
        <w:jc w:val="right"/>
      </w:pPr>
      <w:r>
        <w:t>व पहाड़ थे, और उस खजूर के पेड़ थे, और सहरा था। सूरज निकलता था, और जानवर थे। कुछ था ही नहीं। कोई भी कंडीशनिंग, कंडीशन होने के लिए कोई कुछ था ही नहीं वहां पर। तो बहुत जबरदस्त व एक नस्ल वहांढाई हजार साल में पैदा हुई। और यही वह नस्ल थी जिसने,</w:t>
      </w:r>
    </w:p>
    <w:p>
      <w:r>
        <w:rPr>
          <w:b/>
        </w:rPr>
        <w:t xml:space="preserve">[52:50] </w:t>
      </w:r>
      <w:r>
        <w:t>yahi woh log the jinhone, jinko ashabe rasool kaha jata hai.</w:t>
      </w:r>
    </w:p>
    <w:p>
      <w:pPr>
        <w:jc w:val="right"/>
      </w:pPr>
      <w:r>
        <w:t>यही वह लोग थे जिन्होंने, जिनको असबे रसूल कहा जाता है।</w:t>
      </w:r>
    </w:p>
    <w:p>
      <w:r>
        <w:rPr>
          <w:b/>
        </w:rPr>
        <w:t xml:space="preserve">[52:54] </w:t>
      </w:r>
      <w:r>
        <w:t>unhone rasool Allah sallallahu alaihi wasallam ke sath milkar ek tauheed par ek inqilab paida kiya. To Philip K. Hitti ki ek kitab hai, "History of the Arabs". To usme unhone bahut zabardast us in logo ki sifat ke bare mein likha hai ki unke andar jo akhlaqi sifat thi, woh kamal ke darje mein thi.</w:t>
      </w:r>
    </w:p>
    <w:p>
      <w:pPr>
        <w:jc w:val="right"/>
      </w:pPr>
      <w:r>
        <w:t>उन्होंने रसूलल्लाह सल्लल्लाहु अलैहि वसल्लम के साथ मिलकर एक तौहीद पर एक इंकलाब पैदा किया। तो फिलिप के हिट्टी की एक किताब है, "हिस्ट्री ऑफ द अरब्स"। तो उसमें उन्होंने बहुत जबरदस्त उस इन लोगों की सिफात के बारे में लिखा है कि उनके अंदर जो अखलाकी सिफात थी, वह कमाल के दर्जे में थी।</w:t>
      </w:r>
    </w:p>
    <w:p>
      <w:r>
        <w:rPr>
          <w:b/>
        </w:rPr>
        <w:t xml:space="preserve">[53:14] </w:t>
      </w:r>
      <w:r>
        <w:t>To woh likhte hain "History of the Arabs" mein ki "Courage, endurance in times of trouble" yani "sabr, observance of the rights and obligations of neighborliness,</w:t>
      </w:r>
    </w:p>
    <w:p>
      <w:pPr>
        <w:jc w:val="right"/>
      </w:pPr>
      <w:r>
        <w:t>तो वह लिखते हैं "हिस्ट्री ऑफ द अरब्स" में कि "करेज, एंडोरेंस इन टाइम्स ऑफ ट्रबल" यानी "सब्र, ऑब्जर्वेंस ऑफ द राइट्स एंड ऑब्लिगेशंस ऑफ नेबरलीनेस,</w:t>
      </w:r>
    </w:p>
    <w:p>
      <w:r>
        <w:rPr>
          <w:b/>
        </w:rPr>
        <w:t xml:space="preserve">[53:30] </w:t>
      </w:r>
      <w:r>
        <w:t>manliness, marua, generosity and hospitality, regard for women and fulfillment of salim primas".</w:t>
      </w:r>
    </w:p>
    <w:p>
      <w:pPr>
        <w:jc w:val="right"/>
      </w:pPr>
      <w:r>
        <w:t>मैनलीनेस, मरुआ, जेनरसिटी एंड हॉस्पिटैलिटी, रिगार्ड फॉर वमन एंड फुलफिलमेंट ऑफ सालिम प्राइमस"।</w:t>
      </w:r>
    </w:p>
    <w:p>
      <w:r>
        <w:rPr>
          <w:b/>
        </w:rPr>
        <w:t xml:space="preserve">[53:41] </w:t>
      </w:r>
      <w:r>
        <w:t>To yeh bilkul unke yahan yeh tha ki jab wada kar diya, to usko poora karna hi karna hai. Jhooth bolna to woh jante hi nahi the. Bahut hi bahadur qaum thi. Kehte hain ki jang mein teer unke badan par sab latke rehte the, aur phir bhi woh jang se bhagte nahi the. Jang maidan-e-jang se</w:t>
      </w:r>
    </w:p>
    <w:p>
      <w:pPr>
        <w:jc w:val="right"/>
      </w:pPr>
      <w:r>
        <w:t>तो यह बिल्कुल उनके यहां यह था कि जब वादा कर दिया, तो उसको पूरा करना ही करना है। झूठ बोलना तो वह जानते ही नहीं थे। बहुत ही बहादुर कौम थी। कहते हैं कि जंग में तीर उनके व बदन पर सब लटके रहते थे, और फिर भी वह जंग से भागते नहीं थे। जंग मैदाने जंग से</w:t>
      </w:r>
    </w:p>
    <w:p>
      <w:r>
        <w:rPr>
          <w:b/>
        </w:rPr>
        <w:t xml:space="preserve">[54:03] </w:t>
      </w:r>
      <w:r>
        <w:t>. To is tarike ke ek ek ek team darkar thi, ek jo ek nabi ko milti aur rasool ko milti, aur woh usko lekar ke tauheed ka inqilab barpa karta. To is tarike se Allah taala ne ek planning ki, sehra mein ek ek nasl banai, aur phir woh nasl ke andar yeh woh salahiyat thi ki woh daleel ki buniyad par, woh merit ki buniyad par, woh pehchan sake nabi ko. To woh unhone pehchana</w:t>
      </w:r>
    </w:p>
    <w:p>
      <w:pPr>
        <w:jc w:val="right"/>
      </w:pPr>
      <w:r>
        <w:t>। तो इस तरीके के एक एक एक टीम दरकार थी, एक जो एक नबी को मिलती और रसूल को मिलती, और वह उसको लेकर के तौहीद का इंकलाब बरपा करता। तो इस तरीके से अल्लाह ताला ने एक प्लानिंग की, सहरा में एक एक नस्ल बनाई, और फिर वह नस्ल के अंदर यह वह सलाहियत थी कि वह दलील की बुनियाद पर, वह मेरिट की बुनियाद पर, वह पहचान सके नबी को। तो वह उन्होंने पहचाना</w:t>
      </w:r>
    </w:p>
    <w:p>
      <w:r>
        <w:rPr>
          <w:b/>
        </w:rPr>
        <w:t xml:space="preserve">[54:32] </w:t>
      </w:r>
      <w:r>
        <w:t>. Kitni baar aap log dekhte hain jab aap ras biography padhe hain, sirf ek baar woh aate the, un rasool Allah sallallahu alaihi wasallam unko Quran ki kuch ayat padhkar sunate the, aur woh usme usme sab kuch pa lete the. Yeh sachchai hai,</w:t>
      </w:r>
    </w:p>
    <w:p>
      <w:pPr>
        <w:jc w:val="right"/>
      </w:pPr>
      <w:r>
        <w:t>। कितनी बार आप लोग देखते हैं जब आप रस बायोग्राफी पढ़े हैं, सिर्फ एक बार वह आते थे, उ रसूलल्लाह सल्लल्लाहु अलैहि वसल्लम उनको कुरान की कुछ आयात पढ़कर सुनाते थे, और वह उसमें उसमें सब कुछ पा लेते थे। यह सच्चाई है,</w:t>
      </w:r>
    </w:p>
    <w:p>
      <w:r>
        <w:rPr>
          <w:b/>
        </w:rPr>
        <w:t xml:space="preserve">[54:51] </w:t>
      </w:r>
      <w:r>
        <w:t>kitni gehrai hai isme, marfat ki baatein hain isme. Wa aaj aisa nahi hai. Woh to ek alag hi log the. Woh</w:t>
      </w:r>
    </w:p>
    <w:p>
      <w:pPr>
        <w:jc w:val="right"/>
      </w:pPr>
      <w:r>
        <w:t>कितनी गहराई है इसमें, मारफ की बातें हैं इसमें। व आज ऐसा नहीं है। वह तो एक अलग ही लोग थे। वह</w:t>
      </w:r>
    </w:p>
    <w:p>
      <w:r>
        <w:rPr>
          <w:b/>
        </w:rPr>
        <w:t xml:space="preserve">[55:00] </w:t>
      </w:r>
      <w:r>
        <w:t>woh Allah taala ne special unko create kiya tha. Unhi logo ko khair ul ummah kaha gaya hai ki woh merit par unhone haq ko pehchana, aur us waqt pehchana jab paigambar ki koi haisiyat nahi thi. Taif se woh nikal diya gaya tha,</w:t>
      </w:r>
    </w:p>
    <w:p>
      <w:pPr>
        <w:jc w:val="right"/>
      </w:pPr>
      <w:r>
        <w:t>वह अल्लाह ताला ने स्पेशल उनको क्रिएट किया था। उन्हीं लोगों को खैर उम्मत कहा गया है कि वह मेरिट पर उन्होंने हक को पहचाना, और उस वक्त पहचाना जब पैगंबर की कोई हैसियत नहीं थी। तायफ से वह निकाल दिया गया था,</w:t>
      </w:r>
    </w:p>
    <w:p>
      <w:r>
        <w:rPr>
          <w:b/>
        </w:rPr>
        <w:t xml:space="preserve">[55:15] </w:t>
      </w:r>
      <w:r>
        <w:t>wahan boycott kiya gaya, Mecca mein rehne nahi diya ja raha tha. Finally qatl ke dar par ho gaye. To aapne tay kiya ki ab Madina jana hai. To wahan sirf khona tha, kuch pana nahi tha.</w:t>
      </w:r>
    </w:p>
    <w:p>
      <w:pPr>
        <w:jc w:val="right"/>
      </w:pPr>
      <w:r>
        <w:t>वहां बायकॉट किया गया, मक्का में रहने नहीं दिया जा रहा था। फाइनली कत्ल के दर पर हो गए। तो आपने तय किया कि अब मदीना जाना है। तो वहां सिर्फ खोना था, कुछ पाना नहीं था।</w:t>
      </w:r>
    </w:p>
    <w:p>
      <w:r>
        <w:rPr>
          <w:b/>
        </w:rPr>
        <w:t xml:space="preserve">[55:29] </w:t>
      </w:r>
      <w:r>
        <w:t>To ab aap samajh sakte hain ki woh kaise log honge jinhone ek aise paigambar ki sadakat ka ko accept kiya, unko pehchana aur unka sath diya, aur har tarah ki suffering unke liye unhone bardasht ki,</w:t>
      </w:r>
    </w:p>
    <w:p>
      <w:pPr>
        <w:jc w:val="right"/>
      </w:pPr>
      <w:r>
        <w:t>तो अब आप समझ सकते हैं कि वह कैसे लोग होंगे जिन्होंने एक ऐसे पैगंबर की सदाकत का को एक्सेप्ट किया, उनको पहचाना और उनका साथ दिया, और हर तरह की सफरिंग उनके लिए उन्होंने बर्दाश्त की,</w:t>
      </w:r>
    </w:p>
    <w:p>
      <w:r>
        <w:rPr>
          <w:b/>
        </w:rPr>
        <w:t xml:space="preserve">[55:48] </w:t>
      </w:r>
      <w:r>
        <w:t>aur kabhi shikayat nahi ki. Jab rasool Allah sallallahu alaihi wasallam ki wafat ke baad Hazrat Abu Bakr aur Hazrat Umar khaleefa banaye gaye,</w:t>
      </w:r>
    </w:p>
    <w:p>
      <w:pPr>
        <w:jc w:val="right"/>
      </w:pPr>
      <w:r>
        <w:t>और कभी शिकायत नहीं की। जब रसूलल्लाह सल्लल्लाहु अलैहि वसल्लम की वफात के बाद हजरत अबू बकर और हजरत उमर खलीफा बनाए गए,</w:t>
      </w:r>
    </w:p>
    <w:p>
      <w:r>
        <w:rPr>
          <w:b/>
        </w:rPr>
        <w:t xml:space="preserve">[55:59] </w:t>
      </w:r>
      <w:r>
        <w:t>unhone koi shikayat nahi ki ki sara to humne kiya hai aapka, aapko yahan humne rakha, aapke sara sath diya, aapke liye jaano maal kitna hamara sab aapko sacrifice ki, jaano maal ki. Aur ab jab mauka hai, to aap jo hai muhajir ke log khaleefa ban rahe hain. Kabhi koi shikayat nahi ki unhone. To woh ajeeb log the. To wahi log khair ul ummah the.</w:t>
      </w:r>
    </w:p>
    <w:p>
      <w:pPr>
        <w:jc w:val="right"/>
      </w:pPr>
      <w:r>
        <w:t>उन्होंने कोई शिकायत नहीं की कि सारा तो हमने किया है आपका, आपको यहां हमने रखा, आपके सारा साथ दिया, आपके लिए जानो माल कितना हमारा सब आपको सैक्रिफाइस की, जानो माल की। और अब जब मौका है, तो आप जो है मुहाजिर के लोग खलीफा बन रहे हैं। कभी कोई शिकायत नहीं की उन्होंने। तो वह अजीब लोग थे। तो वही लोग खैर उम्मत थे।</w:t>
      </w:r>
    </w:p>
    <w:p>
      <w:r>
        <w:rPr>
          <w:b/>
        </w:rPr>
        <w:t xml:space="preserve">[56:27] </w:t>
      </w:r>
      <w:r>
        <w:t>Ab musalman samajhte hain, hum sab khair ul ummah hain. Yeh galat baat hai. Jo Sahaba ke pattern ko ikhtiyar karega, Sahaba ki ke ke ke ki zindagi ko apna role model banayega, woh usme shamil hoga. Baqi tamam log jo hain paidaishi taur par khair ul ummah by birth nahi hai, balki jo is model ko ikhtiyar karega, woh usme us category mein shamil ho sakta hai.</w:t>
      </w:r>
    </w:p>
    <w:p>
      <w:pPr>
        <w:jc w:val="right"/>
      </w:pPr>
      <w:r>
        <w:t>अब मुसलमान समझते हैं, हम सब खैर उम्मत हैं। यह गलत बात है। जो सहाबा के पैटर्न को इख्तियार करेगा, सहाबा की के के के की जिंदगी को अपना रोल मॉडल बनाएगा, वह उसमें शामिल होगा। बाकी तमाम लोग जो हैं पैदायशी तौर पर खैर उम्मत बाय बर्थ नहीं है, बल्कि जो इस मॉडल को इख्तियार करेगा, वह उसमें उस कैटेगरी में शामिल हो सकता है।</w:t>
      </w:r>
    </w:p>
    <w:p>
      <w:r>
        <w:rPr>
          <w:b/>
        </w:rPr>
        <w:t xml:space="preserve">[56:56] </w:t>
      </w:r>
      <w:r>
        <w:t>To yahi wajah thi ki paigambar ki jo ibtida zindagi hoti thi, woh to bahut hi aam insan nazar aata tha. Woh log usko mante nahi the, log uska mazak udate the.</w:t>
      </w:r>
    </w:p>
    <w:p>
      <w:pPr>
        <w:jc w:val="right"/>
      </w:pPr>
      <w:r>
        <w:t>तो यही वजह थी कि पैगंबर की जो इब्तिदा जिंदगी होती थी, वह तो बहुत ही आम इंसान नजर आता था। वह लोग उसको मानते नहीं थे, लोग उसका मजाक उड़ाते थे।</w:t>
      </w:r>
    </w:p>
    <w:p>
      <w:r>
        <w:rPr>
          <w:b/>
        </w:rPr>
        <w:t xml:space="preserve">[57:08] </w:t>
      </w:r>
      <w:r>
        <w:t>To yeh pehli baar Allah taala, Allah taala ne Sahaba ke zariye se yeh intezam kiya ki zabardast tarike se un logo ne paigambar ka sath diya. Aur jab aapne aakhri Hajj kiya, to us waqt ek lakh jansar Sahaba aapke sath the.</w:t>
      </w:r>
    </w:p>
    <w:p>
      <w:pPr>
        <w:jc w:val="right"/>
      </w:pPr>
      <w:r>
        <w:t>तो यह पहली बार अल्लाह ताला, अल्लाह ताला ने सहाबा के जरिए से यह इंतजाम किया कि जबरदस्त तरीके से उन लोगों ने पैगंबर का साथ दिया। और जब आपने आखिरी हज किया, तो उस वक्त एक लाख जानसार सहाबा आपके साथ थे।</w:t>
      </w:r>
    </w:p>
    <w:p>
      <w:r>
        <w:rPr>
          <w:b/>
        </w:rPr>
        <w:t xml:space="preserve">[57:27] </w:t>
      </w:r>
      <w:r>
        <w:t>To un logo ne tauheed ka jo inqilab barpa kiya, jo itne 124000 paigambar aane ke bawajood bhi tauheed ka inqilab barpa nahi ho raha tha. Aur uske khali woh mazhabi uske fawaid nahi hai, balki aaj ke jo secular inqilab hai, sainsi inqilab hai, yeh sab usi se nikla hai. Kyunki jab tak ek Khuda ko na mana jaye, tab tak hum har cheez ko, doosri cheez ko Khuda ka darja de</w:t>
      </w:r>
    </w:p>
    <w:p>
      <w:pPr>
        <w:jc w:val="right"/>
      </w:pPr>
      <w:r>
        <w:t>तो उन लोगों ने तौहीद का जो इंकलाब बरपा किया, जो इतने 124000 पैगंबर आने के बावजूद भी तौहीद का इंकलाब बरपा नहीं हो रहा था। और उसके खाली वह मजहबी उसके फवायदा नहीं है, बल्कि आज के जो सेकुलर इंकलाब है, साइंसी इंकलाब है, यह सब उसी से निकला है। क्योंकि जब तक एक खुदा को ना माना जाए, तब तक हम हर चीज को, दूसरी चीज को खुदा का दर्जा दे</w:t>
      </w:r>
    </w:p>
    <w:p>
      <w:r>
        <w:rPr>
          <w:b/>
        </w:rPr>
        <w:t xml:space="preserve">[57:57] </w:t>
      </w:r>
      <w:r>
        <w:t>te hain, prestige ka darja dete hain. To is wajah se hum uske upar koi investigation nahi kar pate the. Isi wajah se science ki taraqqiyan ruki hui thi. To yeh hai unki khas baat ki is duniya mein unhone us waqt paigambar ko mana, us waqt Khuda ko mana, jabki woh badhaiyan samne nahi thi. To us waqt mana. To yeh unka bahut hi bada darja hai. Aur hamare liye Sahaba jo hain, r</w:t>
      </w:r>
    </w:p>
    <w:p>
      <w:pPr>
        <w:jc w:val="right"/>
      </w:pPr>
      <w:r>
        <w:t>ते हैं, प्रतिष्ठा का दर्जा देते हैं। तो इस वजह से हम उसके ऊपर कोई इन्वेस्टिगेशन नहीं कर पाते थे। इसी वजह से साइंस की तरक्कियां रुकी हुई थीं। तो यह है उनकी खास बात कि इस दुनिया में उन्होंने उस वक्त पैगंबर को माना, उस वक्त खुदा को माना, जबकि वह बढ़ाइयां सामने नहीं थीं। तो उस वक्त माना। तो यह उनका बहुत ही बड़ा दर्जा है। और हमारे लिए सहाबा जो हैं, र</w:t>
      </w:r>
    </w:p>
    <w:p>
      <w:r>
        <w:rPr>
          <w:b/>
        </w:rPr>
        <w:t xml:space="preserve">[58:25] </w:t>
      </w:r>
      <w:r>
        <w:t>role model hain.</w:t>
      </w:r>
    </w:p>
    <w:p>
      <w:pPr>
        <w:jc w:val="right"/>
      </w:pPr>
      <w:r>
        <w:t>ोल मॉडल हैं।</w:t>
      </w:r>
    </w:p>
    <w:p>
      <w:r>
        <w:rPr>
          <w:b/>
        </w:rPr>
        <w:t xml:space="preserve">[58:25] </w:t>
      </w:r>
      <w:r>
        <w:t>ji, jazaakallah, apa.</w:t>
      </w:r>
    </w:p>
    <w:p>
      <w:pPr>
        <w:jc w:val="right"/>
      </w:pPr>
      <w:r>
        <w:t>जी, जजाकल्लाह, आपा।</w:t>
      </w:r>
    </w:p>
    <w:p>
      <w:r>
        <w:rPr>
          <w:b/>
        </w:rPr>
        <w:t xml:space="preserve">[58:27] </w:t>
      </w:r>
      <w:r>
        <w:t>aapa, maine kaha tha woh last question hai, but ek question aur abhi aaya hai jo main poochna</w:t>
      </w:r>
    </w:p>
    <w:p>
      <w:pPr>
        <w:jc w:val="right"/>
      </w:pPr>
      <w:r>
        <w:t>आपा, मैंने कहा था वह लास्ट क्वेश्चन है, बट एक क्वेश्चन और अभी आया है जो मैं पूछना</w:t>
      </w:r>
    </w:p>
    <w:p>
      <w:r>
        <w:rPr>
          <w:b/>
        </w:rPr>
        <w:t xml:space="preserve">[58:32] </w:t>
      </w:r>
      <w:r>
        <w:t>chahoonga. aur yeh aksar yeh question bahut logon ko bother karta hai.</w:t>
      </w:r>
    </w:p>
    <w:p>
      <w:pPr>
        <w:jc w:val="right"/>
      </w:pPr>
      <w:r>
        <w:t>चाहूंगा। और यह अक्सर यह क्वेश्चन बहुत लोगों को बॉदर करता है।</w:t>
      </w:r>
    </w:p>
    <w:p>
      <w:r>
        <w:rPr>
          <w:b/>
        </w:rPr>
        <w:t xml:space="preserve">[58:35] </w:t>
      </w:r>
      <w:r>
        <w:t>isiliye main samajhta hoon ki iska aap jawab zaroor dein.</w:t>
      </w:r>
    </w:p>
    <w:p>
      <w:pPr>
        <w:jc w:val="right"/>
      </w:pPr>
      <w:r>
        <w:t>इसीलिए मैं समझता हूं कि इसका आप जवाब जरूर दें।</w:t>
      </w:r>
    </w:p>
    <w:p>
      <w:r>
        <w:rPr>
          <w:b/>
        </w:rPr>
        <w:t xml:space="preserve">[58:38] </w:t>
      </w:r>
      <w:r>
        <w:t>yeh sawal Junaid Mohammad sahab ne Jammu Kashmir se bheja hai.</w:t>
      </w:r>
    </w:p>
    <w:p>
      <w:pPr>
        <w:jc w:val="right"/>
      </w:pPr>
      <w:r>
        <w:t>यह सवाल जुनेद मोहम्मद साहब ने जम्मू कश्मीर से भेजा है।</w:t>
      </w:r>
    </w:p>
    <w:p>
      <w:r>
        <w:rPr>
          <w:b/>
        </w:rPr>
        <w:t xml:space="preserve">[58:43] </w:t>
      </w:r>
      <w:r>
        <w:t>उन्होंने लिखा है कि "I want to ask apa how to control anger despite being a very patient person."</w:t>
      </w:r>
    </w:p>
    <w:p>
      <w:pPr>
        <w:jc w:val="right"/>
      </w:pPr>
      <w:r>
        <w:t>उन्होंने लिखा है कि "आई वांट टू आस्क आपा हाउ टू कंट्रोल एंगर डिस्पाइना।</w:t>
      </w:r>
    </w:p>
    <w:p>
      <w:r>
        <w:rPr>
          <w:b/>
        </w:rPr>
        <w:t xml:space="preserve">[58:51] </w:t>
      </w:r>
      <w:r>
        <w:t>"Why is it that it keeps coming again and again?"</w:t>
      </w:r>
    </w:p>
    <w:p>
      <w:pPr>
        <w:jc w:val="right"/>
      </w:pPr>
      <w:r>
        <w:t>व्हाई इज इट दैट इट कीप्स कमिंग अगेन एंड अगेन?"</w:t>
      </w:r>
    </w:p>
    <w:p>
      <w:r>
        <w:rPr>
          <w:b/>
        </w:rPr>
        <w:t xml:space="preserve">[58:54] </w:t>
      </w:r>
      <w:r>
        <w:t>to</w:t>
      </w:r>
    </w:p>
    <w:p>
      <w:pPr>
        <w:jc w:val="right"/>
      </w:pPr>
      <w:r>
        <w:t>तो</w:t>
      </w:r>
    </w:p>
    <w:p>
      <w:r>
        <w:rPr>
          <w:b/>
        </w:rPr>
        <w:t xml:space="preserve">[58:55] </w:t>
      </w:r>
      <w:r>
        <w:t>anger control ka kya formula hai, Apa? Yeh janna chahte hain aapse.</w:t>
      </w:r>
    </w:p>
    <w:p>
      <w:pPr>
        <w:jc w:val="right"/>
      </w:pPr>
      <w:r>
        <w:t>एंगर कंट्रोल का क्या फार्मूला है, आपा? यह जानना चाहते हैं आपसे।</w:t>
      </w:r>
    </w:p>
    <w:p>
      <w:r>
        <w:rPr>
          <w:b/>
        </w:rPr>
        <w:t xml:space="preserve">[59:03] </w:t>
      </w:r>
      <w:r>
        <w:t>Dekhiye, insan ek ek idealist creature hai. To gussa to sabhi ko aata hai ki uski marzi ke mutabik kaam nahi hota, uske desire ke mutabik nahi hota, usko fulfillment nahi milta. To gussa aata hai. Lekin gussa bahut hi waqti hona chahiye.</w:t>
      </w:r>
    </w:p>
    <w:p>
      <w:pPr>
        <w:jc w:val="right"/>
      </w:pPr>
      <w:r>
        <w:t>देखिए, इंसान एक एक आइडियलिस्ट क्रिएचर है। तो गुस्सा तो सभी को आता है कि उसकी मर्जी के मुताबिक काम नहीं होता, उसके डिजायर के मुताबिक नहीं होता, उसको फुलफिलमेंट नहीं मिलता। तो गुस्सा आता है। लेकिन गुस्सा बहुत ही वक्त ही होना चाहिए।</w:t>
      </w:r>
    </w:p>
    <w:p>
      <w:r>
        <w:rPr>
          <w:b/>
        </w:rPr>
        <w:t xml:space="preserve">[59:23] </w:t>
      </w:r>
      <w:r>
        <w:t>insan itna zyada think kare, itna mature ho jaye ki woh foran usko explain kar le. Kyunki koi bhi suffering, koi bhi masa masla hamesha ke liye nahi hota, waqti hota hai. To agar aadmi sochega, to woh foran usko bahut sare tarike hote hain gusse ko control karne ke. To insan ek to soch kar ke control kare.</w:t>
      </w:r>
    </w:p>
    <w:p>
      <w:pPr>
        <w:jc w:val="right"/>
      </w:pPr>
      <w:r>
        <w:t>इंसान इतना ज्यादा थिंक करे, इतना मैच्योर हो जाए कि वह फौरन उसको एक्सप्लेन कर ले। क्योंकि कोई भी सफरिंग, कोई भी मसा मसला हमेशा के लिए नहीं होता, वक्त ही होता है। तो अगर आदमी सोचेगा, तो वह फौरन उसको बहुत सारे तरीके होते हैं गुस्से को कंट्रोल करने के। तो इंसान एक तो सोच करके कंट्रोल करे।</w:t>
      </w:r>
    </w:p>
    <w:p>
      <w:r>
        <w:rPr>
          <w:b/>
        </w:rPr>
        <w:t xml:space="preserve">[59:51] </w:t>
      </w:r>
      <w:r>
        <w:t>usme kai baar aisa hota hai ki aadmi ekdum uska emotional reaction hota hai aur soche, to maloom ho jata hai ki iska to bahut solution hai, yeh to bahut aasani se yeh hal ho sakta hai. To kai baar aisa hota hai ki posture hadith mein bhi hai ki posture badal do, gussa aa raha hai,</w:t>
      </w:r>
    </w:p>
    <w:p>
      <w:pPr>
        <w:jc w:val="right"/>
      </w:pPr>
      <w:r>
        <w:t>उसमें कई बार ऐसा होता है कि आदमी एकदम उसका इमोशनल रिएक्शन होता है और सोचे, तो मालूम हो जाता है कि इसका तो बहुत सलूशन है, यह तो बहुत आसानी से यह हल हो सकता है। तो कई बार ऐसा होता है कि पोस्टर हदीस में भी है कि पोस्टर बदल दो, गुस्सा आ रहा है,</w:t>
      </w:r>
    </w:p>
    <w:p>
      <w:r>
        <w:rPr>
          <w:b/>
        </w:rPr>
        <w:t xml:space="preserve">[1:00:10] </w:t>
      </w:r>
      <w:r>
        <w:t>ab baithe ho to chalne lago aur kuch kuch physical activity mein apne aap ko engage kar lo. Ya kuch apne sabse badi baat to mujhe lagti hai ki apni jo Allah taala ki jo nematein hain,</w:t>
      </w:r>
    </w:p>
    <w:p>
      <w:pPr>
        <w:jc w:val="right"/>
      </w:pPr>
      <w:r>
        <w:t>अब बैठे हो तो चलने लगो और कुछ कुछ फिजिकल एक्टिविटी में अपने आप को इंगेज कर लो। या कुछ अपने सबसे बड़ी बात तो मुझे लगती है कि अपनी जो अल्लाह ताला की जो नेमतें हैं,</w:t>
      </w:r>
    </w:p>
    <w:p>
      <w:r>
        <w:rPr>
          <w:b/>
        </w:rPr>
        <w:t xml:space="preserve">[1:00:24] </w:t>
      </w:r>
      <w:r>
        <w:t>gussa aaya aaya hoga ki kisi ek cheez nahi usko mili, lekin uske alawa hazaron nematein usko mil rahi hain.</w:t>
      </w:r>
    </w:p>
    <w:p>
      <w:pPr>
        <w:jc w:val="right"/>
      </w:pPr>
      <w:r>
        <w:t>गुस्सा आया आया होगा कि किसी एक चीज नहीं उसको मिली, लेकिन उसके अलावा हजारों नेमतें उसको मिल रही हैं।</w:t>
      </w:r>
    </w:p>
    <w:p>
      <w:r>
        <w:rPr>
          <w:b/>
        </w:rPr>
        <w:t xml:space="preserve">[1:00:32] </w:t>
      </w:r>
      <w:r>
        <w:t>to us unn nemat'on par itna woh sarsaar rahe, itna zyada Allah ka shukr ada karne wala ho ki usko usko woh lage hi na. Jaise bachcha, ab chhota bachcha hota</w:t>
      </w:r>
    </w:p>
    <w:p>
      <w:pPr>
        <w:jc w:val="right"/>
      </w:pPr>
      <w:r>
        <w:t>तो उस उन नेमतों पर इतना वह सरसार रहे, इतना ज्यादा अल्लाह का शुक्र अदा करने वाला हो कि उसको उसको वो लगे ही ना। जैसे बच्चा, अब छोटा बच्चा होता</w:t>
      </w:r>
    </w:p>
    <w:p>
      <w:r>
        <w:rPr>
          <w:b/>
        </w:rPr>
        <w:t xml:space="preserve">[1:00:47] </w:t>
      </w:r>
      <w:r>
        <w:t>hai, woh maa ko ek thappad maar bhi deta hai. Jo chhota bachcha, woh maa usse itna zyada pyaar karti hai ki woh usko seene se laga leti hai. To aise hi hai, Allah taala insaan ko bahut zyada maa se bhi hazaron darja darja pyaar karta hai. Allah taala to agar</w:t>
      </w:r>
    </w:p>
    <w:p>
      <w:pPr>
        <w:jc w:val="right"/>
      </w:pPr>
      <w:r>
        <w:t>है, वह मां को एक थप्पड़ मार भी देता है। जो छोटा बच्चा, वह मां उससे इतना ज्यादा प्यार करती है कि वह उसको सीने से लगा लेती है। तो ऐसे ही है, अल्लाह ताला इंसान को बहुत ज्यादा मां से भी हजारों दर्जा दर्जा प्यार करता है। अल्लाह ताला तो अगर</w:t>
      </w:r>
    </w:p>
    <w:p>
      <w:r>
        <w:rPr>
          <w:b/>
        </w:rPr>
        <w:t xml:space="preserve">[1:01:05] </w:t>
      </w:r>
      <w:r>
        <w:t>koi cheez kisi wajah se insaan ko nahi mili hui hai, to woh samajh le ki uska ismein koi maslahat hogi. To us maslahat ko janne ki koshish karein aur gusse ko waqt banaye, mustaqil na gussa banaye. Gussa waqt hone ka matlab yeh hai ki hum Khuda ka shukr nahi ada kar rahe hain. Aur Maulana kehte the ki main ek second ke liye bhi</w:t>
      </w:r>
    </w:p>
    <w:p>
      <w:pPr>
        <w:jc w:val="right"/>
      </w:pPr>
      <w:r>
        <w:t>कोई चीज किसी वजह से इंसान को नहीं मिली हुई है, तो वह समझ ले कि उसका इसमें कोई मसलत होगी। तो उस मसलत को जानने की कोशिश करें और गुस्से को वक्त बनाए, मुस्तकिल ना गुस्सा बनाए। गुस्सा वक्त होने का मतलब यह है कि हम खुदा का शुक्र नहीं अदा कर रहे हैं। और मौलाना कहते थे कि मैं एक सेकंड के लिए भी</w:t>
      </w:r>
    </w:p>
    <w:p>
      <w:r>
        <w:rPr>
          <w:b/>
        </w:rPr>
        <w:t xml:space="preserve">[1:01:27] </w:t>
      </w:r>
      <w:r>
        <w:t>shukr ka erosion bardasht nahi kar sakta. To gusse ka matlab hai ki hum Khuda ka utne time ke liye, jitne time hamein gussa hai, utne time mein hum Khuda ka shukr ada nahi kar rahe hain. To yeh hamara bahut bada nuksan hoga. To soch samajhkar ek zindagi ko guzarna hai. Kyunki zindagi</w:t>
      </w:r>
    </w:p>
    <w:p>
      <w:pPr>
        <w:jc w:val="right"/>
      </w:pPr>
      <w:r>
        <w:t>शुक्र का इरोजन बर्दाश्त नहीं कर सकता। तो गुस्से का मतलब है कि हम खुदा का उतने टाइम के लिए, जितने टाइम हमें गुस्सा है, उतने टाइम में हम खुदा का शुक्र अदा नहीं कर रहे हैं। तो यह हमारा बहुत बड़ा नुकसान होगा। तो सोच समझकर एक जिंदगी को गुजारना है। क्योंकि जिंदगी</w:t>
      </w:r>
    </w:p>
    <w:p>
      <w:r>
        <w:rPr>
          <w:b/>
        </w:rPr>
        <w:t xml:space="preserve">[1:01:45] </w:t>
      </w:r>
      <w:r>
        <w:t>yahi zindagi nahi hai, balki hamein marna hai. Marne ke baad Khuda ke aage hisab dena hai aur uske baad ek eternal life hai. Aap</w:t>
      </w:r>
    </w:p>
    <w:p>
      <w:pPr>
        <w:jc w:val="right"/>
      </w:pPr>
      <w:r>
        <w:t>यही जिंदगी नहीं है, बल्कि हमें मरना है। मरने के बाद खुदा के आगे हिसाब देना है और उसके बाद एक इटरनल लाइफ है। आप</w:t>
      </w:r>
    </w:p>
    <w:p>
      <w:r>
        <w:rPr>
          <w:b/>
        </w:rPr>
        <w:t xml:space="preserve">[1:01:54] </w:t>
      </w:r>
      <w:r>
        <w:t>yeh sab soch samajhkar zindagi guzarenge, to gussa khud bakhuda khatm ho jayega. Ji, jazaakallah, apa. That was a very wise advice. Thank you so much and for doing a great session today on a study of human history. A so before we end today session, there is a launch of a two gift packs, which have been developed by Goodword Books. A this gift pack a can be given to a everybody that you make come in contact</w:t>
      </w:r>
    </w:p>
    <w:p>
      <w:pPr>
        <w:jc w:val="right"/>
      </w:pPr>
      <w:r>
        <w:t>यह सब सोच समझकर जिंदगी गुजारेंगे, तो गुस्सा खुद बखुदा खत्म हो जाएगा। जी, जजाकल्लाह, आपा। दैट वाज अ वेरी वाइज एडवाइस। थैंक यू सो मच एंड फॉर डूइंग अ ग्रेट सेशन टुडे ऑन अ स्टडी ऑफ ह्यूमन हिस्ट्री। अ सो बिफोर वी एंड टुडे सेशन, देयर इज अ लॉन्च ऑफ अ टू गिफ्ट पैक्स, व्हिच हैव बीन डेवलप्ड बाय गुडवर्ड बुक्स। अ दिस गिफ्ट पैक अ कैन बी गिवन टू अ एवरीबॉडी दैट यू मेक कम इन कांटेक्ट</w:t>
      </w:r>
    </w:p>
    <w:p>
      <w:r>
        <w:rPr>
          <w:b/>
        </w:rPr>
        <w:t xml:space="preserve">[1:02:23] </w:t>
      </w:r>
      <w:r>
        <w:t>with. A if you look at you know gifts, then the receiving and giving of gifts a is highly recommended in Islam and is also the sunnah of the Prophet. Hazrat Abu Huraira once reported a that Prophet said, "Give gifts to each other and you will love each other."</w:t>
      </w:r>
    </w:p>
    <w:p>
      <w:pPr>
        <w:jc w:val="right"/>
      </w:pPr>
      <w:r>
        <w:t>विद। अ इफ यू लुक एट यू नो गिफ्ट्स, देन द रिसीविंग एंड गिविंग ऑफ गिफ्ट्स अ इज हाईली रिकमेंडेड इन इस्लाम एंड इज आल्सो द सुन्ना ऑफ द प्रोफेट। हजरत अबू हुरैरा वंस रिपोर्टेड अ दैट प्रोफेट सेड, "गिव गिफ्ट्स टू ईच अदर एंड यू विल लव ईच अदर।"</w:t>
      </w:r>
    </w:p>
    <w:p>
      <w:r>
        <w:rPr>
          <w:b/>
        </w:rPr>
        <w:t xml:space="preserve">[1:02:41] </w:t>
      </w:r>
      <w:r>
        <w:t>So a Dr Sane Stein Khan sahib has developed these two gift packs, which comprises of Quran and a and other books. A and I will request him to launch these two gift packs and also talk about it. Bismillah Rahman Rahim. Rabbi sahli sadri wa yassri amri luq lasani yaf qali</w:t>
      </w:r>
    </w:p>
    <w:p>
      <w:pPr>
        <w:jc w:val="right"/>
      </w:pPr>
      <w:r>
        <w:t>सो अ डॉक्ट साने स्टाइन खान साहब हैज डेवलप्ड दीज टू गिफ्ट पैक्स, व्हिच कंप्रा इज ऑफ कुरान एंड अ एंड अदर बुक्स। अ एंड आई विल रिक्वेस्ट हिम टू लॉन्च दीज टू गिफ्ट पैक्स एंड आल्सो टॉक अबाउट इट। बिस्मिल्लाह रहमान रहीम। रब्बि शहली सदरी व यसरी अमरी ल उक लसानी यफ कली</w:t>
      </w:r>
    </w:p>
    <w:p>
      <w:r>
        <w:rPr>
          <w:b/>
        </w:rPr>
        <w:t xml:space="preserve">[1:03:06] </w:t>
      </w:r>
      <w:r>
        <w:t>Yeh do gifts packs, jaise Dr Rajat ne bataya, abhi main mujhe bahut khushi hai isko launch karne mein. Yeh hai Discover Islam</w:t>
      </w:r>
    </w:p>
    <w:p>
      <w:pPr>
        <w:jc w:val="right"/>
      </w:pPr>
      <w:r>
        <w:t>। यह दो गिफ्ट्स पैक्स, जैसे डॉक्टर रजत ने बताया, अभी मैं मुझे बहुत खुशी है इसको लॉन्च करने में। यह है डिस्कवर इस्लाम</w:t>
      </w:r>
    </w:p>
    <w:p>
      <w:r>
        <w:rPr>
          <w:b/>
        </w:rPr>
        <w:t xml:space="preserve">[1:03:27] </w:t>
      </w:r>
      <w:r>
        <w:t>aur yeh doosra hai The Seeker's Guide.</w:t>
      </w:r>
    </w:p>
    <w:p>
      <w:pPr>
        <w:jc w:val="right"/>
      </w:pPr>
      <w:r>
        <w:t>और यह दूसरा है द सीकर्स गाइड।</w:t>
      </w:r>
    </w:p>
    <w:p>
      <w:r>
        <w:rPr>
          <w:b/>
        </w:rPr>
        <w:t xml:space="preserve">[1:03:35] </w:t>
      </w:r>
      <w:r>
        <w:t>Yeh Discover Islam jo gift pack hai, ismein Quran ka English translation hai aur</w:t>
      </w:r>
    </w:p>
    <w:p>
      <w:pPr>
        <w:jc w:val="right"/>
      </w:pPr>
      <w:r>
        <w:t>यह डिस्कवर इस्लाम जो गिफ्ट पैक है, इसमें कुरान का इंग्लिश ट्रांसलेशन है और</w:t>
      </w:r>
    </w:p>
    <w:p>
      <w:r>
        <w:rPr>
          <w:b/>
        </w:rPr>
        <w:t xml:space="preserve">[1:03:45] </w:t>
      </w:r>
      <w:r>
        <w:t>aur Discover Islam booklet hai. Yeh Quran jab hamare saathi distributor hain, to unka yeh khayal tha ki ek kitaab aisi bhi ho jo Islam ki jo basic baatein hain, woh usmein aa jayein.</w:t>
      </w:r>
    </w:p>
    <w:p>
      <w:pPr>
        <w:jc w:val="right"/>
      </w:pPr>
      <w:r>
        <w:t>और डिस्कवर इस्लाम बुकलेट है। यह कुरान जब हमारे साथी डिस्ट्रीब्यूटर हैं, तो उनका यह ख्याल था कि एक किताब ऐसी भी हो जो इस्लाम की जो बेसिक बातें हैं, वह उसमें आ जाएं।</w:t>
      </w:r>
    </w:p>
    <w:p>
      <w:r>
        <w:rPr>
          <w:b/>
        </w:rPr>
        <w:t xml:space="preserve">[1:04:03] </w:t>
      </w:r>
      <w:r>
        <w:t>To Discover Islam is lihaz se bahut achhi kitaab hai ki ismein seerat ki baatein bhi hain, ismein creation plan ki baatein bhi hain, ismein aur bhi jo basic information Islam ke bare mein honi chahiye</w:t>
      </w:r>
    </w:p>
    <w:p>
      <w:pPr>
        <w:jc w:val="right"/>
      </w:pPr>
      <w:r>
        <w:t>तो डिस्कवर इस्लाम इस लिहाज से बहुत अच्छी किताब है कि इसमें सीरत की बातें भी हैं, इसमें क्रिएशन प्लान की बातें भी हैं, इसमें और भी जो बेसिक इंफॉर्मेशन इस्लाम के बारे में होनी चाहिए</w:t>
      </w:r>
    </w:p>
    <w:p>
      <w:r>
        <w:rPr>
          <w:b/>
        </w:rPr>
        <w:t xml:space="preserve">[1:04:15] </w:t>
      </w:r>
      <w:r>
        <w:t>, woh hai. To yeh ek bahut achha sa pack ban jata hai ki aap mass level par isko distributor sakte hain taaki jo Quran aur deen ke bare mein basic information hai, logon tak pahunch jaye. Aur yeh jo Seeker's Guide hai,</w:t>
      </w:r>
    </w:p>
    <w:p>
      <w:pPr>
        <w:jc w:val="right"/>
      </w:pPr>
      <w:r>
        <w:t>, वह है। तो यह एक बहुत अच्छा सा पैक बन जाता है कि आप मास लेवल पर इसको डिस्ट्रीब्यूटर सकते हैं ताकि जो कुरान और दीन के बारे में बेसिक इंफॉर्मेशन है, लोगों तक पहुंच जाए। और यह जो सीकर्स गाइड है,</w:t>
      </w:r>
    </w:p>
    <w:p>
      <w:r>
        <w:rPr>
          <w:b/>
        </w:rPr>
        <w:t xml:space="preserve">[1:04:38] </w:t>
      </w:r>
      <w:r>
        <w:t>ismein yeh Quranic Wisdom jo Maulana ki bahut hi aham kitaab hai, aur isko aap present kar sakte hain non Muslims ko bhi, kyunki bahut hi aasan andaaz mein Quran ki baatein iske andar kahi gayi hain.</w:t>
      </w:r>
    </w:p>
    <w:p>
      <w:pPr>
        <w:jc w:val="right"/>
      </w:pPr>
      <w:r>
        <w:t>इसमें यह कुरानिक विजडम जो मौलाना की बहुत ही अहम किताब है, और इसको आप प्रेजेंट कर सकते हैं नॉन मुस्लिम्स को भी, क्योंकि बहुत ही आसान अंदाज में कुरान की बातें इसके अंदर कही गई हैं।</w:t>
      </w:r>
    </w:p>
    <w:p>
      <w:r>
        <w:rPr>
          <w:b/>
        </w:rPr>
        <w:t xml:space="preserve">[1:04:55] </w:t>
      </w:r>
      <w:r>
        <w:t>Yeh ek selection hai jo Maulana ne articles likhe the Sunday Guardian mein, uska ek collection hai. To bahut achha collection hai, yeh log pasand karte hain. Isko iske saath yeh kitaab bhi hai, Seeker's Guide.</w:t>
      </w:r>
    </w:p>
    <w:p>
      <w:pPr>
        <w:jc w:val="right"/>
      </w:pPr>
      <w:r>
        <w:t>यह एक सिलेक्शन है जो मौलाना ने आर्टिकल्स लिखे थे संडे गार्डियन में, उसका एक कलेक्शन है। तो बहुत अच्छा कलेक्शन है, यह लोग पसंद करते हैं। इसको इसके साथ यह किताब भी है, सीकर्स गाइड।</w:t>
      </w:r>
    </w:p>
    <w:p>
      <w:r>
        <w:rPr>
          <w:b/>
        </w:rPr>
        <w:t xml:space="preserve">[1:05:13] </w:t>
      </w:r>
      <w:r>
        <w:t>Yeh bhi bahut achhi kitaab hai is lihaz se ki ismein question question answer ke andaaz mein chhote-chhote articles hain, jo zehan mein logon ke sawalaat rehte hain, uska iske andar jawab hai. Aur isi ke saath-saath Quran aur Discover Islam bhi saath mein. To yeh ek bahut hi complete a gift pack ban jata hai, jo aap ba aasani de</w:t>
      </w:r>
    </w:p>
    <w:p>
      <w:pPr>
        <w:jc w:val="right"/>
      </w:pPr>
      <w:r>
        <w:t>यह भी बहुत अच्छी किताब है इस लिहाज से कि इसमें क्वेश्चन क्वेश्चन आंसर के अंदाज में छोटे-छोटे आर्टिकल्स हैं, जो जहन में लोगों के सवालात रहते हैं, उसका इसके अंदर जवाब है। और इसी के साथ-साथ कुरान और डिस्कवर इस्लाम भी साथ में। तो यह एक बहुत ही कंप्लीट अ गिफ्ट पैक बन जाता है, जो आप बा आसानी दे</w:t>
      </w:r>
    </w:p>
    <w:p>
      <w:r>
        <w:rPr>
          <w:b/>
        </w:rPr>
        <w:t xml:space="preserve">[1:05:37] </w:t>
      </w:r>
      <w:r>
        <w:t>sakte hain un logon ko, jinhein zyada a lagta hai ki dilchaspi hai Islam ke bare mein aur Quran ke bare mein janne mein. To Allah taala hum sabko mauka de ki hum isko logon tak pahuncha sakein. Wa khir dawana, Alhamdulillah rabbil aalameen. Aur Dr sahib, Ramzan bhi aane wala hai, to us us dauran to isko zaroor gift pack ke taur par hum de</w:t>
      </w:r>
    </w:p>
    <w:p>
      <w:pPr>
        <w:jc w:val="right"/>
      </w:pPr>
      <w:r>
        <w:t>सकते हैं उन लोगों को, जिन्हें ज्यादा अ लगता है कि दिलचस्पी है इस्लाम के बारे में और कुरान के बारे में जानने में। तो अल्लाह ताला हम सबको मौका दे कि हम इसको लोगों तक पहुंचा सके। वा खिर दावाना, अल्हम्दुलिल्लाह रब्बिल आलमीन। और डॉक्टर साहब, रमजान भी आने वाला है, तो उस उस दौरान तो इसको जरूर गिफ्ट पैक के तौर पर हम दे</w:t>
      </w:r>
    </w:p>
    <w:p>
      <w:r>
        <w:rPr>
          <w:b/>
        </w:rPr>
        <w:t xml:space="preserve">[1:06:00] </w:t>
      </w:r>
      <w:r>
        <w:t>sakte hain, khaskar apne neighbors mein, apne circle mein. Aur jaise Dr sahib ne kaha ki non Muslims ke liye Seeker's Guide aur Quranic Wisdom, yeh bahut a unko pasand aayegi. Aur hamein feedback bhi aata hai iska ki yeh kitaab bahut achhi hai. Bahut hi presentable ho gaya hai. Aap ek as a nice gift de sakte hain kisi ko bhi, jaise aapne kaha, neighbor hai ya aapka koi colleague hai ya koi aapka business associate hai, jisse bhi aap mile, to ek present kar sakte hain is</w:t>
      </w:r>
    </w:p>
    <w:p>
      <w:pPr>
        <w:jc w:val="right"/>
      </w:pPr>
      <w:r>
        <w:t>सकते हैं, खासकर अपने नेबर्स में, अपने सर्कल में। और जैसे डॉक्टर साहब ने कहा कि नॉन मुस्लिम्स के लिए सीकर्स गाइड और कुरानिक विजडम, यह बहुत अ उनको पसंद आएगी। और हमें फीडबैक भी आता है इसका कि यह किताब बहुत अच्छी है। बहुत ही प्रेजेंटेबल हो गया है। आप एक एज ए नाइस गिफ्ट दे सकते हैं किसी को भी, जैसे आपने कहा, नेबर है या आपका कोई कलीग है या कोई आपका बिजनेस एसोसिएट है, जिससे भी आप मिले, तो एक प्रेजेंट कर सकते हैं इस</w:t>
      </w:r>
    </w:p>
    <w:p>
      <w:r>
        <w:rPr>
          <w:b/>
        </w:rPr>
        <w:t xml:space="preserve">[1:06:30] </w:t>
      </w:r>
      <w:r>
        <w:t>ko. Ji ji, Masha Allah. Okay, so we will end today session. We will be back next Sunday at 10:30 AM. Thank you.</w:t>
      </w:r>
    </w:p>
    <w:p>
      <w:pPr>
        <w:jc w:val="right"/>
      </w:pPr>
      <w:r>
        <w:t>को। जी जी, माशाल्लाह। ओके, सो वी विल एंड टुडे सेशन। वी विल बी बैक नेक्स्ट संडे एट 10:30 एएम।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