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Man's Place in The Universe June 17, 2007</w:t>
      </w:r>
    </w:p>
    <w:p>
      <w:r>
        <w:t>https://youtu.be/CND6qsCMZVU</w:t>
      </w:r>
    </w:p>
    <w:p>
      <w:r>
        <w:rPr>
          <w:b/>
        </w:rPr>
        <w:t xml:space="preserve">[00:14] </w:t>
      </w:r>
      <w:r>
        <w:t>Bismillah Rahman Rahim, wa salla Allahu ala nabi al kareem. Rabb ishrah li sadri, wa yassir li amri, wa ahlu al-uqdatan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[00:32] </w:t>
      </w:r>
      <w:r>
        <w:t>yaf qahu qawli.</w:t>
      </w:r>
    </w:p>
    <w:p>
      <w:pPr>
        <w:jc w:val="right"/>
      </w:pPr>
      <w:r>
        <w:t>یفقہ قولی۔</w:t>
      </w:r>
    </w:p>
    <w:p>
      <w:r>
        <w:rPr>
          <w:b/>
        </w:rPr>
        <w:t xml:space="preserve">[00:40] </w:t>
      </w:r>
      <w:r>
        <w:t>Aaj ka jo topic hai</w:t>
      </w:r>
    </w:p>
    <w:p>
      <w:pPr>
        <w:jc w:val="right"/>
      </w:pPr>
      <w:r>
        <w:t>آج کا جو ٹاپک ہے</w:t>
      </w:r>
    </w:p>
    <w:p>
      <w:r>
        <w:rPr>
          <w:b/>
        </w:rPr>
        <w:t xml:space="preserve">[00:46] </w:t>
      </w:r>
      <w:r>
        <w:t>woh hai</w:t>
      </w:r>
    </w:p>
    <w:p>
      <w:pPr>
        <w:jc w:val="right"/>
      </w:pPr>
      <w:r>
        <w:t>وہ ہے</w:t>
      </w:r>
    </w:p>
    <w:p>
      <w:r>
        <w:rPr>
          <w:b/>
        </w:rPr>
        <w:t xml:space="preserve">[00:50] </w:t>
      </w:r>
      <w:r>
        <w:t>"Man's Place in the Universe".</w:t>
      </w:r>
    </w:p>
    <w:p>
      <w:pPr>
        <w:jc w:val="right"/>
      </w:pPr>
      <w:r>
        <w:t>"Man's Place in the Universe"۔</w:t>
      </w:r>
    </w:p>
    <w:p>
      <w:r>
        <w:rPr>
          <w:b/>
        </w:rPr>
        <w:t xml:space="preserve">[00:57] </w:t>
      </w:r>
      <w:r>
        <w:t>Man's Place in the Universe۔</w:t>
      </w:r>
    </w:p>
    <w:p>
      <w:pPr>
        <w:jc w:val="right"/>
      </w:pPr>
      <w:r>
        <w:t>Man's Place in the Universe۔</w:t>
      </w:r>
    </w:p>
    <w:p>
      <w:r>
        <w:rPr>
          <w:b/>
        </w:rPr>
        <w:t xml:space="preserve">[01:03] </w:t>
      </w:r>
      <w:r>
        <w:t>mashriqon ke liye sab se zyada important topic hai. saare philosophers, direct ya indirect,</w:t>
      </w:r>
    </w:p>
    <w:p>
      <w:pPr>
        <w:jc w:val="right"/>
      </w:pPr>
      <w:r>
        <w:t>مشرقوں کے لیے سب سے زیادہ امپورٹنٹ ٹاپک ہے۔ سارے فلاسفرز، ڈائریکٹ یا ان ڈائریکٹ،</w:t>
      </w:r>
    </w:p>
    <w:p>
      <w:r>
        <w:rPr>
          <w:b/>
        </w:rPr>
        <w:t xml:space="preserve">[01:19] </w:t>
      </w:r>
      <w:r>
        <w:t>isi topic par</w:t>
      </w:r>
    </w:p>
    <w:p>
      <w:pPr>
        <w:jc w:val="right"/>
      </w:pPr>
      <w:r>
        <w:t>اسی ٹاپک پر</w:t>
      </w:r>
    </w:p>
    <w:p>
      <w:r>
        <w:rPr>
          <w:b/>
        </w:rPr>
        <w:t xml:space="preserve">[01:23] </w:t>
      </w:r>
      <w:r>
        <w:t>kaam karte rahe hain.</w:t>
      </w:r>
    </w:p>
    <w:p>
      <w:pPr>
        <w:jc w:val="right"/>
      </w:pPr>
      <w:r>
        <w:t>کام کرتے رہے ہیں۔</w:t>
      </w:r>
    </w:p>
    <w:p>
      <w:r>
        <w:rPr>
          <w:b/>
        </w:rPr>
        <w:t xml:space="preserve">[01:27] </w:t>
      </w:r>
      <w:r>
        <w:t>bahut si kitabein is par likhi gayi hain, jaise</w:t>
      </w:r>
    </w:p>
    <w:p>
      <w:pPr>
        <w:jc w:val="right"/>
      </w:pPr>
      <w:r>
        <w:t>بہت سی کتابیں اس پر لکھی گئی ہیں، جیسے</w:t>
      </w:r>
    </w:p>
    <w:p>
      <w:r>
        <w:rPr>
          <w:b/>
        </w:rPr>
        <w:t xml:space="preserve">[01:34] </w:t>
      </w:r>
      <w:r>
        <w:t>Doctor.</w:t>
      </w:r>
    </w:p>
    <w:p>
      <w:pPr>
        <w:jc w:val="right"/>
      </w:pPr>
      <w:r>
        <w:t>ڈاکٹر۔</w:t>
      </w:r>
    </w:p>
    <w:p>
      <w:r>
        <w:rPr>
          <w:b/>
        </w:rPr>
        <w:t xml:space="preserve">[01:37] </w:t>
      </w:r>
      <w:r>
        <w:t>mashhoor kitaab jo hai "Man the Unknown"۔ to main samajhta hoon ke yeh symbolic naam hai.</w:t>
      </w:r>
    </w:p>
    <w:p>
      <w:pPr>
        <w:jc w:val="right"/>
      </w:pPr>
      <w:r>
        <w:t>مشہور کتاب جو ہے "Man the Unknown"۔ تو میں سمجھتا ہوں کہ یہ سمبالک نام ہے۔</w:t>
      </w:r>
    </w:p>
    <w:p>
      <w:r>
        <w:rPr>
          <w:b/>
        </w:rPr>
        <w:t xml:space="preserve">[01:49] </w:t>
      </w:r>
      <w:r>
        <w:t>saari research ke baad bhi Man jo hai woh unknown hi raha.</w:t>
      </w:r>
    </w:p>
    <w:p>
      <w:pPr>
        <w:jc w:val="right"/>
      </w:pPr>
      <w:r>
        <w:t>ساری ریسرچ کے بعد بھی Man جو ہے وہ ان نون ہی رہا۔</w:t>
      </w:r>
    </w:p>
    <w:p>
      <w:r>
        <w:rPr>
          <w:b/>
        </w:rPr>
        <w:t xml:space="preserve">[01:58] </w:t>
      </w:r>
      <w:r>
        <w:t>Aap jante hain ke yeh kitaab jo hai Doctor Alexis Carrel ki hai,</w:t>
      </w:r>
    </w:p>
    <w:p>
      <w:pPr>
        <w:jc w:val="right"/>
      </w:pPr>
      <w:r>
        <w:t>آپ جانتے ہیں کہ یہ کتاب جو ہے ڈاکٹر الیکسس کرل کی ہے،</w:t>
      </w:r>
    </w:p>
    <w:p>
      <w:r>
        <w:rPr>
          <w:b/>
        </w:rPr>
        <w:t xml:space="preserve">[02:04] </w:t>
      </w:r>
      <w:r>
        <w:t>jo bahut pehle chapi thi.</w:t>
      </w:r>
    </w:p>
    <w:p>
      <w:pPr>
        <w:jc w:val="right"/>
      </w:pPr>
      <w:r>
        <w:t>جو بہت پہلے چھپی تھی۔</w:t>
      </w:r>
    </w:p>
    <w:p>
      <w:r>
        <w:rPr>
          <w:b/>
        </w:rPr>
        <w:t xml:space="preserve">[02:09] </w:t>
      </w:r>
      <w:r>
        <w:t>lekin aaj tak Man jo hai woh unknown hi hai.</w:t>
      </w:r>
    </w:p>
    <w:p>
      <w:pPr>
        <w:jc w:val="right"/>
      </w:pPr>
      <w:r>
        <w:t>لیکن آج تک Man جو ہے وہ ان نون ہی ہے۔</w:t>
      </w:r>
    </w:p>
    <w:p>
      <w:r>
        <w:rPr>
          <w:b/>
        </w:rPr>
        <w:t xml:space="preserve">[02:16] </w:t>
      </w:r>
      <w:r>
        <w:t>Yeh topic mere mind mein is tarah aaya ke kal main Albert Einstein ki life padh raha tha.</w:t>
      </w:r>
    </w:p>
    <w:p>
      <w:pPr>
        <w:jc w:val="right"/>
      </w:pPr>
      <w:r>
        <w:t>یہ ٹاپک میرے مائنڈ میں اس طرح آیا کہ کل میں البرٹ آئنسٹائن کی لائف پڑھ رہا تھا۔</w:t>
      </w:r>
    </w:p>
    <w:p>
      <w:r>
        <w:rPr>
          <w:b/>
        </w:rPr>
        <w:t xml:space="preserve">[02:30] </w:t>
      </w:r>
      <w:r>
        <w:t>Aap jante hain ke Albert Einstein jo hai bahut hi well known scientist hai.</w:t>
      </w:r>
    </w:p>
    <w:p>
      <w:pPr>
        <w:jc w:val="right"/>
      </w:pPr>
      <w:r>
        <w:t>آپ جانتے ہیں کہ البرٹ آئنسٹائن جو ہے بہت ہی ویل نون سائنٹسٹ ہے۔</w:t>
      </w:r>
    </w:p>
    <w:p>
      <w:r>
        <w:rPr>
          <w:b/>
        </w:rPr>
        <w:t xml:space="preserve">[02:41] </w:t>
      </w:r>
      <w:r>
        <w:t>Is mein likha tha ke "Most Famous Scientist in the World"۔</w:t>
      </w:r>
    </w:p>
    <w:p>
      <w:pPr>
        <w:jc w:val="right"/>
      </w:pPr>
      <w:r>
        <w:t>اس میں لکھا تھا کہ "Most Famous Scientist in the World"۔</w:t>
      </w:r>
    </w:p>
    <w:p>
      <w:r>
        <w:rPr>
          <w:b/>
        </w:rPr>
        <w:t xml:space="preserve">[02:51] </w:t>
      </w:r>
      <w:r>
        <w:t>Albert Einstein ke baare mein likha tha ke "Most Famous Scientist in the World"۔</w:t>
      </w:r>
    </w:p>
    <w:p>
      <w:pPr>
        <w:jc w:val="right"/>
      </w:pPr>
      <w:r>
        <w:t>البرٹ آئنسٹائن کے بارے میں لکھا تھا کہ "Most Famous Scientist in the World"۔</w:t>
      </w:r>
    </w:p>
    <w:p>
      <w:r>
        <w:rPr>
          <w:b/>
        </w:rPr>
        <w:t xml:space="preserve">[03:01] </w:t>
      </w:r>
      <w:r>
        <w:t>Phir aap jante hain ke is ko Nobel Prize mila. aur jab Israel ki riyasat bani 1948 mein to is ko pehla president banana chaha logon ne.</w:t>
      </w:r>
    </w:p>
    <w:p>
      <w:pPr>
        <w:jc w:val="right"/>
      </w:pPr>
      <w:r>
        <w:t>پھر آپ جانتے ہیں کہ اس کو نوبل پرائز ملا۔ اور جب اسرائیل کی ریاست بنی 1948 میں تو اس کو پہلا پریزیڈنٹ بنانا چاہا لوگوں نے۔</w:t>
      </w:r>
    </w:p>
    <w:p>
      <w:r>
        <w:rPr>
          <w:b/>
        </w:rPr>
        <w:t xml:space="preserve">[03:20] </w:t>
      </w:r>
      <w:r>
        <w:t>Agarche Einstein ne is ko accept nahi kiya, lekin behraal un ki taraf se kaafi koshish ki gayi ke woh pehla president bane.</w:t>
      </w:r>
    </w:p>
    <w:p>
      <w:pPr>
        <w:jc w:val="right"/>
      </w:pPr>
      <w:r>
        <w:t>اگرچہ آئنسٹائن نے اس کو ایکسیپٹ نہیں کیا، لیکن بہرحال ان کی طرف سے کافی کوشش کی گئی کہ وہ پہلا پریزیڈنٹ بنے۔</w:t>
      </w:r>
    </w:p>
    <w:p>
      <w:r>
        <w:rPr>
          <w:b/>
        </w:rPr>
        <w:t xml:space="preserve">[03:35] </w:t>
      </w:r>
      <w:r>
        <w:t>To is tarah ke bahut saare, bahut saare aizaazaat, bahut saari badi badi cheezein un ke naam ke saath judi hui hain.</w:t>
      </w:r>
    </w:p>
    <w:p>
      <w:pPr>
        <w:jc w:val="right"/>
      </w:pPr>
      <w:r>
        <w:t>تو اس طرح کے بہت سارے، بہت سارے اعزازات، بہت ساری بڑی بڑی چیزیں ان کے نام کے ساتھ جڑی ہوئی ہیں۔</w:t>
      </w:r>
    </w:p>
    <w:p>
      <w:r>
        <w:rPr>
          <w:b/>
        </w:rPr>
        <w:t xml:space="preserve">[03:51] </w:t>
      </w:r>
      <w:r>
        <w:t>To Einstein ki death jo hui hai woh 1955 mein. 1955 mein mara hai woh jabke us ki umar thi 76, yaani 76 saal.</w:t>
      </w:r>
    </w:p>
    <w:p>
      <w:pPr>
        <w:jc w:val="right"/>
      </w:pPr>
      <w:r>
        <w:t>تو آئنسٹائن کی ڈیتھ جو ہوئی ہے وہ 1955 میں۔ 1955 میں مرا ہے وہ جبکہ اس کی عمر تھی 76، یعنی 76 سال۔</w:t>
      </w:r>
    </w:p>
    <w:p>
      <w:r>
        <w:rPr>
          <w:b/>
        </w:rPr>
        <w:t xml:space="preserve">[04:10] </w:t>
      </w:r>
      <w:r>
        <w:t>To aakhri zamane mein, yaani 1950 aur 1955 ke beech mein, us ne kaha tha ke main akela hoon.</w:t>
      </w:r>
    </w:p>
    <w:p>
      <w:pPr>
        <w:jc w:val="right"/>
      </w:pPr>
      <w:r>
        <w:t>تو آخری زمانے میں، یعنی 1950 اور 1955 کے بیچ میں، اس نے کہا تھا کہ میں اکیلا ہوں۔</w:t>
      </w:r>
    </w:p>
    <w:p>
      <w:r>
        <w:rPr>
          <w:b/>
        </w:rPr>
        <w:t xml:space="preserve">[04:26] </w:t>
      </w:r>
      <w:r>
        <w:t>Us ne kaha tha ke "I feel like a stranger in the world"۔</w:t>
      </w:r>
    </w:p>
    <w:p>
      <w:pPr>
        <w:jc w:val="right"/>
      </w:pPr>
      <w:r>
        <w:t>اس نے کہا تھا کہ "I feel like a stranger in the world"۔</w:t>
      </w:r>
    </w:p>
    <w:p>
      <w:r>
        <w:rPr>
          <w:b/>
        </w:rPr>
        <w:t xml:space="preserve">[04:38] </w:t>
      </w:r>
      <w:r>
        <w:t>"I feel like a stranger in the world"۔ itna bada scientist jis ko poori history ka sab se bada scientist maana jaata hai, aur woh despair mein marta hai.</w:t>
      </w:r>
    </w:p>
    <w:p>
      <w:pPr>
        <w:jc w:val="right"/>
      </w:pPr>
      <w:r>
        <w:t>"I feel like a stranger in the world"۔ اتنا بڑا سائنٹسٹ جس کو پوری ہسٹری کا سب سے بڑا سائنٹسٹ مانا جاتا ہے، اور وہ ڈسپیئر میں مرتا ہے۔</w:t>
      </w:r>
    </w:p>
    <w:p>
      <w:r>
        <w:rPr>
          <w:b/>
        </w:rPr>
        <w:t xml:space="preserve">[04:56] </w:t>
      </w:r>
      <w:r>
        <w:t>Is mein bataya gaya tha ke us ki bahut kuch cheezon se badi dilchaspi thi, us ko mislan violin bajana. violin ya piano bajata tha shayad.</w:t>
      </w:r>
    </w:p>
    <w:p>
      <w:pPr>
        <w:jc w:val="right"/>
      </w:pPr>
      <w:r>
        <w:t>اس میں بتایا گیا تھا کہ اس کی بہت کچھ چیزوں سے بڑی دلچسپی تھی، اس کو مثلاً والن بجانا۔ والن یا پیانو بجاتا تھا شاید۔</w:t>
      </w:r>
    </w:p>
    <w:p>
      <w:r>
        <w:rPr>
          <w:b/>
        </w:rPr>
        <w:t xml:space="preserve">[05:08] </w:t>
      </w:r>
      <w:r>
        <w:t>To woh chhod diya us ne, chhoot gaya. boating karta tha, woh bhi chhoot gayi. kyunke bilkul frustration mein rehta tha woh aakhri zamane mein.</w:t>
      </w:r>
    </w:p>
    <w:p>
      <w:pPr>
        <w:jc w:val="right"/>
      </w:pPr>
      <w:r>
        <w:t>تو وہ چھوڑ دیا اس نے، چھوٹ گیا۔ بوٹنگ کرتا تھا، وہ بھی چھوٹ گئی۔ کیونکہ بالکل فرسٹریشن میں رہتا تھا وہ آخری زمانے میں۔</w:t>
      </w:r>
    </w:p>
    <w:p>
      <w:r>
        <w:rPr>
          <w:b/>
        </w:rPr>
        <w:t xml:space="preserve">[05:21] </w:t>
      </w:r>
      <w:r>
        <w:t>To kyun aisa hua?</w:t>
      </w:r>
    </w:p>
    <w:p>
      <w:pPr>
        <w:jc w:val="right"/>
      </w:pPr>
      <w:r>
        <w:t>تو کیوں ایسا ہوا؟</w:t>
      </w:r>
    </w:p>
    <w:p>
      <w:r>
        <w:rPr>
          <w:b/>
        </w:rPr>
        <w:t xml:space="preserve">[05:25] </w:t>
      </w:r>
      <w:r>
        <w:t>itni bari position ko paane ke baad bhi kyun woh tension mein raha?</w:t>
      </w:r>
    </w:p>
    <w:p>
      <w:pPr>
        <w:jc w:val="right"/>
      </w:pPr>
      <w:r>
        <w:t>اتنی بڑی پوزیشن کو پانے کے بعد بھی کیوں وہ ٹینشن میں رہا؟</w:t>
      </w:r>
    </w:p>
    <w:p>
      <w:r>
        <w:rPr>
          <w:b/>
        </w:rPr>
        <w:t xml:space="preserve">[05:33] </w:t>
      </w:r>
      <w:r>
        <w:t>kyun woh despair mein mara?</w:t>
      </w:r>
    </w:p>
    <w:p>
      <w:pPr>
        <w:jc w:val="right"/>
      </w:pPr>
      <w:r>
        <w:t>کیوں وہ ڈسپیئر میں مرا؟</w:t>
      </w:r>
    </w:p>
    <w:p>
      <w:r>
        <w:rPr>
          <w:b/>
        </w:rPr>
        <w:t xml:space="preserve">[05:38] </w:t>
      </w:r>
      <w:r>
        <w:t>to is ko parh kar ke mujhe samajh mein aaya ke is mein likha tha ke nuclear fusion yeh sab se bari jo</w:t>
      </w:r>
    </w:p>
    <w:p>
      <w:pPr>
        <w:jc w:val="right"/>
      </w:pPr>
      <w:r>
        <w:t>تو اس کو پڑھ کر کے مجھے سمجھ میں آیا کہ اس میں لکھا تھا کہ نیوکلیئر فیژن یہ سب سے بڑی جو</w:t>
      </w:r>
    </w:p>
    <w:p>
      <w:r>
        <w:rPr>
          <w:b/>
        </w:rPr>
        <w:t xml:space="preserve">[05:52] </w:t>
      </w:r>
      <w:r>
        <w:t>cheez is ki taraf, sab se bara jo is ko, sab se bara kaam jo is ne kiya hai woh nuclear fusion ki discovery.</w:t>
      </w:r>
    </w:p>
    <w:p>
      <w:pPr>
        <w:jc w:val="right"/>
      </w:pPr>
      <w:r>
        <w:t>چیز اس کی طرف، سب سے بڑا جو اس کو، سب سے بڑا کام جو اس نے کیا ہے وہ نیوکلیئر فیژن کی ڈسکوری۔</w:t>
      </w:r>
    </w:p>
    <w:p>
      <w:r>
        <w:rPr>
          <w:b/>
        </w:rPr>
        <w:t xml:space="preserve">[06:05] </w:t>
      </w:r>
      <w:r>
        <w:t>jo baad ko atom bomb ka formula jis se nikla.</w:t>
      </w:r>
    </w:p>
    <w:p>
      <w:pPr>
        <w:jc w:val="right"/>
      </w:pPr>
      <w:r>
        <w:t>جو بعد کو ایٹم بم کا فارمولا جس سے نکلا۔</w:t>
      </w:r>
    </w:p>
    <w:p>
      <w:r>
        <w:rPr>
          <w:b/>
        </w:rPr>
        <w:t xml:space="preserve">[06:11] </w:t>
      </w:r>
      <w:r>
        <w:t>to mein ne socha ke Einstein ka masla yeh tha ke is ne ideology of atom to discover kiya.</w:t>
      </w:r>
    </w:p>
    <w:p>
      <w:pPr>
        <w:jc w:val="right"/>
      </w:pPr>
      <w:r>
        <w:t>تو میں نے سوچا کہ آئنسٹائن کا مسئلہ یہ تھا کہ اس نے آئیڈیالوجی آف ایٹم تو ڈسکور کیا۔</w:t>
      </w:r>
    </w:p>
    <w:p>
      <w:r>
        <w:rPr>
          <w:b/>
        </w:rPr>
        <w:t xml:space="preserve">[06:28] </w:t>
      </w:r>
      <w:r>
        <w:t>ideology of atom to is ne discover kiya, lekin woh ideology of life discover na kar saka.</w:t>
      </w:r>
    </w:p>
    <w:p>
      <w:pPr>
        <w:jc w:val="right"/>
      </w:pPr>
      <w:r>
        <w:t>آئیڈیالوجی آف ایٹم تو اس نے ڈسکور کیا، لیکن وہ آئیڈیالوجی آف لائف ڈسکور نہ کر سکا۔</w:t>
      </w:r>
    </w:p>
    <w:p>
      <w:r>
        <w:rPr>
          <w:b/>
        </w:rPr>
        <w:t xml:space="preserve">[06:37] </w:t>
      </w:r>
      <w:r>
        <w:t>yeh tha is ka masla. aap sochiye ke itni sari position paane ke baad bhi 76 saal mein mar raha hai ek aadmi.</w:t>
      </w:r>
    </w:p>
    <w:p>
      <w:pPr>
        <w:jc w:val="right"/>
      </w:pPr>
      <w:r>
        <w:t>یہ تھا اس کا مسئلہ۔ آپ سوچیے کہ اتنی ساری پوزیشن پانے کے بعد بھی 76 سال میں مر رہا ہے ایک آدمی۔</w:t>
      </w:r>
    </w:p>
    <w:p>
      <w:r>
        <w:rPr>
          <w:b/>
        </w:rPr>
        <w:t xml:space="preserve">[06:47] </w:t>
      </w:r>
      <w:r>
        <w:t>to kitna zyada is ko frustration hoga. aap kisi bhi aadmi se poochein, koi marna nahi chahta.</w:t>
      </w:r>
    </w:p>
    <w:p>
      <w:pPr>
        <w:jc w:val="right"/>
      </w:pPr>
      <w:r>
        <w:t>تو کتنا زیادہ اس کو فرسٹریشن ہوگا۔ آپ کسی بھی آدمی سے پوچھیں، کوئی مرنا نہیں چاہتا۔</w:t>
      </w:r>
    </w:p>
    <w:p>
      <w:r>
        <w:rPr>
          <w:b/>
        </w:rPr>
        <w:t xml:space="preserve">[06:58] </w:t>
      </w:r>
      <w:r>
        <w:t>har aadmi chahta hai ke mein hamesha jeeta rahoon. hamesha sehatmand rahoon. koi bimari is ko na ho. is ko death na aaye.</w:t>
      </w:r>
    </w:p>
    <w:p>
      <w:pPr>
        <w:jc w:val="right"/>
      </w:pPr>
      <w:r>
        <w:t>ہر آدمی چاہتا ہے کہ میں ہمیشہ جیتا رہوں۔ ہمیشہ صحت مند رہوں۔ کوئی بیماری اس کو نہ ہو۔ اس کو ڈیتھ نہ آئے۔</w:t>
      </w:r>
    </w:p>
    <w:p>
      <w:r>
        <w:rPr>
          <w:b/>
        </w:rPr>
        <w:t xml:space="preserve">[07:08] </w:t>
      </w:r>
      <w:r>
        <w:t>koi hadsa na ho. to har aadmi chahta hai bohat lambi umer.</w:t>
      </w:r>
    </w:p>
    <w:p>
      <w:pPr>
        <w:jc w:val="right"/>
      </w:pPr>
      <w:r>
        <w:t>کوئی حادثہ نہ ہو۔ تو ہر آدمی چاہتا ہے بہت لمبی عمر۔</w:t>
      </w:r>
    </w:p>
    <w:p>
      <w:r>
        <w:rPr>
          <w:b/>
        </w:rPr>
        <w:t xml:space="preserve">[07:18] </w:t>
      </w:r>
      <w:r>
        <w:t>aisi halat mein ek aadmi lazmi taur par 76 saal mein mar jaye, marna pade is ko.</w:t>
      </w:r>
    </w:p>
    <w:p>
      <w:pPr>
        <w:jc w:val="right"/>
      </w:pPr>
      <w:r>
        <w:t>ایسی حالت میں ایک آدمی لازمی طور پر 76 سال میں مر جائے، مرنا پڑے اس کو۔</w:t>
      </w:r>
    </w:p>
    <w:p>
      <w:r>
        <w:rPr>
          <w:b/>
        </w:rPr>
        <w:t xml:space="preserve">[07:30] </w:t>
      </w:r>
      <w:r>
        <w:t>to aap sochiye kitna bara is ko frustration hoga ke kya hai yeh zindagi.</w:t>
      </w:r>
    </w:p>
    <w:p>
      <w:pPr>
        <w:jc w:val="right"/>
      </w:pPr>
      <w:r>
        <w:t>تو آپ سوچیے کتنا بڑا اس کو فرسٹریشن ہوگا کہ کیا ہے یہ زندگی۔</w:t>
      </w:r>
    </w:p>
    <w:p>
      <w:r>
        <w:rPr>
          <w:b/>
        </w:rPr>
        <w:t xml:space="preserve">[07:38] </w:t>
      </w:r>
      <w:r>
        <w:t>phir is ki khwahishat jo hain, koi khwahish is ki poori nahi huien. sari khwahishat andar ke andar reh gayeen.</w:t>
      </w:r>
    </w:p>
    <w:p>
      <w:pPr>
        <w:jc w:val="right"/>
      </w:pPr>
      <w:r>
        <w:t>پھر اس کی خواہشات جو ہیں، کوئی خواہش اس کی پوری نہیں ہوئیں۔ ساری خواہشات اندر کے اندر رہ گئیں۔</w:t>
      </w:r>
    </w:p>
    <w:p>
      <w:r>
        <w:rPr>
          <w:b/>
        </w:rPr>
        <w:t xml:space="preserve">[07:47] </w:t>
      </w:r>
      <w:r>
        <w:t>to khwahishat ka poora hona nahi mila is ko. dunya mein bohat din tak jeena nahi mila is ko. doston mein bilkul woh ajnabi tha.</w:t>
      </w:r>
    </w:p>
    <w:p>
      <w:pPr>
        <w:jc w:val="right"/>
      </w:pPr>
      <w:r>
        <w:t>تو خواہشات کا پورا ہونا نہیں ملا اس کو۔ دنیا میں بہت دن تک جینا نہیں ملا اس کو۔ دوستوں میں بالکل وہ اجنبی تھا۔</w:t>
      </w:r>
    </w:p>
    <w:p>
      <w:r>
        <w:rPr>
          <w:b/>
        </w:rPr>
        <w:t xml:space="preserve">[08:00] </w:t>
      </w:r>
      <w:r>
        <w:t>is ka ek qissa mein ne parha. jab Einstein ko Nobel Prize mila to is ka ek dost jo kisi aur shehar mein rehta tha,</w:t>
      </w:r>
    </w:p>
    <w:p>
      <w:pPr>
        <w:jc w:val="right"/>
      </w:pPr>
      <w:r>
        <w:t>اس کا ایک قصہ میں نے پڑھا۔ جب آئنسٹائن کو نوبل پرائز ملا تو اس کا ایک دوست جو کسی اور شہر میں رہتا تھا،</w:t>
      </w:r>
    </w:p>
    <w:p>
      <w:r>
        <w:rPr>
          <w:b/>
        </w:rPr>
        <w:t xml:space="preserve">[08:15] </w:t>
      </w:r>
      <w:r>
        <w:t>is ne is ko ek paigham bheja ke hum log bohat khush hain.</w:t>
      </w:r>
    </w:p>
    <w:p>
      <w:pPr>
        <w:jc w:val="right"/>
      </w:pPr>
      <w:r>
        <w:t>اس نے اس کو ایک پیغام بھیجا کہ ہم لوگ بہت خوش ہیں۔</w:t>
      </w:r>
    </w:p>
    <w:p>
      <w:r>
        <w:rPr>
          <w:b/>
        </w:rPr>
        <w:t xml:space="preserve">[08:20] </w:t>
      </w:r>
      <w:r>
        <w:t>mein chahta hoon ke aap ke reception mein mein yahan ek meeting karoon. jis mein kai log ikatthe honge, parhe likhe. to aap aaiye.</w:t>
      </w:r>
    </w:p>
    <w:p>
      <w:pPr>
        <w:jc w:val="right"/>
      </w:pPr>
      <w:r>
        <w:t>میں چاہتا ہوں کہ آپ کے ریسیپشن میں میں یہاں ایک میٹنگ کروں۔ جس میں کئی لوگ اکٹھے ہوں گے، پڑھے لکھے۔ تو آپ آئیے۔</w:t>
      </w:r>
    </w:p>
    <w:p>
      <w:r>
        <w:rPr>
          <w:b/>
        </w:rPr>
        <w:t xml:space="preserve">[08:31] </w:t>
      </w:r>
      <w:r>
        <w:t>is mein shirkat kijiye aap. to Einstein ne pehle to kaha ke bhai nahi aisa mat karo.</w:t>
      </w:r>
    </w:p>
    <w:p>
      <w:pPr>
        <w:jc w:val="right"/>
      </w:pPr>
      <w:r>
        <w:t>اس میں شرکت کیجیے آپ۔ تو آئنسٹائن نے پہلے تو کہا کہ بھئی نہیں ایسا مت کرو۔</w:t>
      </w:r>
    </w:p>
    <w:p>
      <w:r>
        <w:rPr>
          <w:b/>
        </w:rPr>
        <w:t xml:space="preserve">[08:41] </w:t>
      </w:r>
      <w:r>
        <w:t>mat karo. dost nahi mana. to is ke israr par woh chala gaya.</w:t>
      </w:r>
    </w:p>
    <w:p>
      <w:pPr>
        <w:jc w:val="right"/>
      </w:pPr>
      <w:r>
        <w:t>مت کرو۔ دوست نہیں مانا۔ تو اس کے اصرار پر وہ چلا گیا۔</w:t>
      </w:r>
    </w:p>
    <w:p>
      <w:r>
        <w:rPr>
          <w:b/>
        </w:rPr>
        <w:t xml:space="preserve">[08:51] </w:t>
      </w:r>
      <w:r>
        <w:t>to jab wahan woh pohancha to jo log baithe the sab parhe likhe log the. woh mamooli log nahi the.</w:t>
      </w:r>
    </w:p>
    <w:p>
      <w:pPr>
        <w:jc w:val="right"/>
      </w:pPr>
      <w:r>
        <w:t>تو جب وہاں وہ پہنچا تو جو لوگ بیٹھے تھے سب پڑھے لکھے لوگ تھے۔ وہ معمولی لوگ نہیں تھے۔</w:t>
      </w:r>
    </w:p>
    <w:p>
      <w:r>
        <w:rPr>
          <w:b/>
        </w:rPr>
        <w:t xml:space="preserve">[09:03] </w:t>
      </w:r>
      <w:r>
        <w:t>lekin wahan Einstein ne apne ko ajnabi mehsoos kiya.</w:t>
      </w:r>
    </w:p>
    <w:p>
      <w:pPr>
        <w:jc w:val="right"/>
      </w:pPr>
      <w:r>
        <w:t>لیکن وہاں آئنسٹائن نے اپنے کو اجنبی محسوس کیا۔</w:t>
      </w:r>
    </w:p>
    <w:p>
      <w:r>
        <w:rPr>
          <w:b/>
        </w:rPr>
        <w:t xml:space="preserve">[09:11] </w:t>
      </w:r>
      <w:r>
        <w:t>to</w:t>
      </w:r>
    </w:p>
    <w:p>
      <w:pPr>
        <w:jc w:val="right"/>
      </w:pPr>
      <w:r>
        <w:t>تو</w:t>
      </w:r>
    </w:p>
    <w:p>
      <w:r>
        <w:rPr>
          <w:b/>
        </w:rPr>
        <w:t xml:space="preserve">[09:15] </w:t>
      </w:r>
      <w:r>
        <w:t>logon ne kaha ke bhai aap kuch boliye. chup chap baitha tha woh</w:t>
      </w:r>
    </w:p>
    <w:p>
      <w:pPr>
        <w:jc w:val="right"/>
      </w:pPr>
      <w:r>
        <w:t>لوگوں نے کہا کہ بھئی آپ کچھ بولیے۔ چپ چاپ بیٹھا تھا وہ</w:t>
      </w:r>
    </w:p>
    <w:p>
      <w:r>
        <w:rPr>
          <w:b/>
        </w:rPr>
        <w:t xml:space="preserve">[09:20] </w:t>
      </w:r>
      <w:r>
        <w:t>۔ to bolna chahta nahi tha woh. logon ne kaha ke boliye. to Einstein ne kaha ke aaj mere paas aap se kehne ke liye kuch nahi hai.</w:t>
      </w:r>
    </w:p>
    <w:p>
      <w:pPr>
        <w:jc w:val="right"/>
      </w:pPr>
      <w:r>
        <w:t>۔ تو بولنا چاہتا نہیں تھا وہ۔ لوگوں نے کہا کہ بولیے۔ تو آئنسٹائن نے کہا کہ آج میرے پاس آپ سے کہنے کے لیے کچھ نہیں ہے۔</w:t>
      </w:r>
    </w:p>
    <w:p>
      <w:r>
        <w:rPr>
          <w:b/>
        </w:rPr>
        <w:t xml:space="preserve">[09:31] </w:t>
      </w:r>
      <w:r>
        <w:t>yani parhe likhe, taleem yafta logon ka ek sam'een hai. aur dost ne organize kiya hai. aur phir woh khare ho kar yeh kahe ke aaj mere paas aap logon se kehne ke liye kuch nahi hai.</w:t>
      </w:r>
    </w:p>
    <w:p>
      <w:pPr>
        <w:jc w:val="right"/>
      </w:pPr>
      <w:r>
        <w:t>یعنی پڑھے لکھے، تعلیم یافتہ لوگوں کا ایک سامعین ہے۔ اور دوست نے آرگنائز کیا ہے۔ اور پھر وہ کھڑے ہو کر یہ کہے کہ آج میرے پاس آپ لوگوں سے کہنے کے لیے کچھ نہیں ہے۔</w:t>
      </w:r>
    </w:p>
    <w:p>
      <w:r>
        <w:rPr>
          <w:b/>
        </w:rPr>
        <w:t xml:space="preserve">[09:46] </w:t>
      </w:r>
      <w:r>
        <w:t>yeh keh kar baith gaya.</w:t>
      </w:r>
    </w:p>
    <w:p>
      <w:pPr>
        <w:jc w:val="right"/>
      </w:pPr>
      <w:r>
        <w:t>یہ کہہ کر بیٹھ گیا۔</w:t>
      </w:r>
    </w:p>
    <w:p>
      <w:r>
        <w:rPr>
          <w:b/>
        </w:rPr>
        <w:t xml:space="preserve">[09:48] </w:t>
      </w:r>
      <w:r>
        <w:t>ab log bohat ghussa hue ke hum aaye the kuch sunne ke liye. aur yeh kya keh diya unhon ne.</w:t>
      </w:r>
    </w:p>
    <w:p>
      <w:pPr>
        <w:jc w:val="right"/>
      </w:pPr>
      <w:r>
        <w:t>اب لوگ بہت غصہ ہوئے کہ ہم آئے تھے کچھ سننے کے لیے۔ اور یہ کیا کہہ دیا انہوں نے۔</w:t>
      </w:r>
    </w:p>
    <w:p>
      <w:r>
        <w:rPr>
          <w:b/>
        </w:rPr>
        <w:t xml:space="preserve">[09:58] </w:t>
      </w:r>
      <w:r>
        <w:t>to us ke baad woh chala gaya. ab dost se baat karo, woh shikayatein keen ke kaisa aap ne kiya tha. to dost ne phir rabta kiya einstein se ke bhai logon ko bari shikayat hai ke aap kuch bolay nahi, kuch bataye nahi.</w:t>
      </w:r>
    </w:p>
    <w:p>
      <w:pPr>
        <w:jc w:val="right"/>
      </w:pPr>
      <w:r>
        <w:t>تو اس کے بعد وہ چلا گیا۔ اب دوست سے بات کرو، وہ شکایتیں کیں کہ کیسا آپ نے کیا تھا۔ تو دوست نے پھر رابطہ کیا آئنسٹائن سے کہ بھئی لوگوں کو بڑی شکایت ہے کہ آپ کچھ بولے نہیں، کچھ بتائے نہیں۔</w:t>
      </w:r>
    </w:p>
    <w:p>
      <w:r>
        <w:rPr>
          <w:b/>
        </w:rPr>
        <w:t xml:space="preserve">[10:15] </w:t>
      </w:r>
      <w:r>
        <w:t>to dost ne jab bohat ziyada kaha to us ne kaha ke chalen phir main aata hoon, dobara aaunga. organize karo meeting.</w:t>
      </w:r>
    </w:p>
    <w:p>
      <w:pPr>
        <w:jc w:val="right"/>
      </w:pPr>
      <w:r>
        <w:t>تو دوست نے جب بہت زیادہ کہا تو اس نے کہا کہ چلیں پھر میں آتا ہوں، دوبارہ آؤں گا۔ آرگنائز کرو میٹنگ۔</w:t>
      </w:r>
    </w:p>
    <w:p>
      <w:r>
        <w:rPr>
          <w:b/>
        </w:rPr>
        <w:t xml:space="preserve">[10:24] </w:t>
      </w:r>
      <w:r>
        <w:t>buniyadi baat yeh thi ke einstein yeh mehsoos kar raha tha ke yeh mera sam'een nahi hai. agarche professor log the woh, tab bhi. chunancha doosri baar jab woh aaya woh, woh khara hua.</w:t>
      </w:r>
    </w:p>
    <w:p>
      <w:pPr>
        <w:jc w:val="right"/>
      </w:pPr>
      <w:r>
        <w:t>بنیادی بات یہ تھی کہ آئنسٹائن یہ محسوس کر رہا تھا کہ یہ میرا سامعین نہیں ہے۔ اگرچہ پروفیسر لوگ تھے وہ، تب بھی۔ چنانچہ دوسری بار جب وہ آیا وہ، وہ کھڑا ہوا۔</w:t>
      </w:r>
    </w:p>
    <w:p>
      <w:r>
        <w:rPr>
          <w:b/>
        </w:rPr>
        <w:t xml:space="preserve">[10:37] </w:t>
      </w:r>
      <w:r>
        <w:t>aur us ke baad us ne ek taqreer ki.</w:t>
      </w:r>
    </w:p>
    <w:p>
      <w:pPr>
        <w:jc w:val="right"/>
      </w:pPr>
      <w:r>
        <w:t>اور اس کے بعد اس نے ایک تقریر کی۔</w:t>
      </w:r>
    </w:p>
    <w:p>
      <w:r>
        <w:rPr>
          <w:b/>
        </w:rPr>
        <w:t xml:space="preserve">[10:41] </w:t>
      </w:r>
      <w:r>
        <w:t>jo us ki daryaft thi us par us ne taqreer ki. to koi kuch samjha nahi.</w:t>
      </w:r>
    </w:p>
    <w:p>
      <w:pPr>
        <w:jc w:val="right"/>
      </w:pPr>
      <w:r>
        <w:t>جو اس کی دریافت تھی اس پر اس نے تقریر کی۔ تو کوئی کچھ سمجھا نہیں۔</w:t>
      </w:r>
    </w:p>
    <w:p>
      <w:r>
        <w:rPr>
          <w:b/>
        </w:rPr>
        <w:t xml:space="preserve">[10:51] </w:t>
      </w:r>
      <w:r>
        <w:t>kyun ke us ki jo daryaft thi us mein bohat aala riyazi shamil thi. aala riyazi.</w:t>
      </w:r>
    </w:p>
    <w:p>
      <w:pPr>
        <w:jc w:val="right"/>
      </w:pPr>
      <w:r>
        <w:t>کیونکہ اس کی جو دریافت تھی اس میں بہت اعلیٰ ریاضی شامل تھی۔ اعلیٰ ریاضی۔</w:t>
      </w:r>
    </w:p>
    <w:p>
      <w:r>
        <w:rPr>
          <w:b/>
        </w:rPr>
        <w:t xml:space="preserve">[11:01] </w:t>
      </w:r>
      <w:r>
        <w:t>to kaha jata hai ke bohat hi thore log dunya mein the jinhon ne einstein ki theory ko samjha ho. kyun ke itni aala riyazi se log aam taur par manoos nahi hote hain.</w:t>
      </w:r>
    </w:p>
    <w:p>
      <w:pPr>
        <w:jc w:val="right"/>
      </w:pPr>
      <w:r>
        <w:t>تو کہا جاتا ہے کہ بہت ہی تھوڑے لوگ دنیا میں تھے جنہوں نے آئنسٹائن کی تھیوری کو سمجھا ہو۔ کیونکہ اتنی اعلیٰ ریاضی سے لوگ عام طور پر مانوس نہیں ہوتے ہیں۔</w:t>
      </w:r>
    </w:p>
    <w:p>
      <w:r>
        <w:rPr>
          <w:b/>
        </w:rPr>
        <w:t xml:space="preserve">[11:13] </w:t>
      </w:r>
      <w:r>
        <w:t>to behal us ne taqreer ki.</w:t>
      </w:r>
    </w:p>
    <w:p>
      <w:pPr>
        <w:jc w:val="right"/>
      </w:pPr>
      <w:r>
        <w:t>تو بہرحال اس نے تقریر کی۔</w:t>
      </w:r>
    </w:p>
    <w:p>
      <w:r>
        <w:rPr>
          <w:b/>
        </w:rPr>
        <w:t xml:space="preserve">[11:18] </w:t>
      </w:r>
      <w:r>
        <w:t>aur taqreer kar ke woh baith gaya. koi aadmi kuch samjha nahi.</w:t>
      </w:r>
    </w:p>
    <w:p>
      <w:pPr>
        <w:jc w:val="right"/>
      </w:pPr>
      <w:r>
        <w:t>اور تقریر کر کے وہ بیٹھ گیا۔ کوئی آدمی کچھ سمجھا نہیں۔</w:t>
      </w:r>
    </w:p>
    <w:p>
      <w:r>
        <w:rPr>
          <w:b/>
        </w:rPr>
        <w:t xml:space="preserve">[11:26] </w:t>
      </w:r>
      <w:r>
        <w:t>aur us ke baad woh chala gaya.</w:t>
      </w:r>
    </w:p>
    <w:p>
      <w:pPr>
        <w:jc w:val="right"/>
      </w:pPr>
      <w:r>
        <w:t>اور اس کے بعد وہ چلا گیا۔</w:t>
      </w:r>
    </w:p>
    <w:p>
      <w:r>
        <w:rPr>
          <w:b/>
        </w:rPr>
        <w:t xml:space="preserve">[11:30] </w:t>
      </w:r>
      <w:r>
        <w:t>yeh tha ek pehlu is ka, is ki zindagi ka. ke jo daryaft us ko hui thi agarche bohat hi juzwi daryaft thi woh.</w:t>
      </w:r>
    </w:p>
    <w:p>
      <w:pPr>
        <w:jc w:val="right"/>
      </w:pPr>
      <w:r>
        <w:t>یہ تھا ایک پہلو اس کا، اس کی زندگی کا۔ کہ جو دریافت اس کو ہوئی تھی اگرچہ بہت ہی جزوی دریافت تھی وہ۔</w:t>
      </w:r>
    </w:p>
    <w:p>
      <w:r>
        <w:rPr>
          <w:b/>
        </w:rPr>
        <w:t xml:space="preserve">[11:42] </w:t>
      </w:r>
      <w:r>
        <w:t>yani nuclear fusion to poori kainaat ka ek chota sa itna hissa hai. ek chota sa hissa hai woh.</w:t>
      </w:r>
    </w:p>
    <w:p>
      <w:pPr>
        <w:jc w:val="right"/>
      </w:pPr>
      <w:r>
        <w:t>یعنی نیوکلیئر فیژن تو پوری کائنات کا ایک چھوٹا سا اتنا حصہ ہے۔ ایک چھوٹا سا حصہ ہے وہ۔</w:t>
      </w:r>
    </w:p>
    <w:p>
      <w:r>
        <w:rPr>
          <w:b/>
        </w:rPr>
        <w:t xml:space="preserve">[11:53] </w:t>
      </w:r>
      <w:r>
        <w:t>to us ne jo taqreer di thi woh quantum theory par thi.</w:t>
      </w:r>
    </w:p>
    <w:p>
      <w:pPr>
        <w:jc w:val="right"/>
      </w:pPr>
      <w:r>
        <w:t>تو اس نے جو تقریر دی تھی وہ کوانٹم تھیوری پر تھی۔</w:t>
      </w:r>
    </w:p>
    <w:p>
      <w:r>
        <w:rPr>
          <w:b/>
        </w:rPr>
        <w:t xml:space="preserve">[11:59] </w:t>
      </w:r>
      <w:r>
        <w:t>to quantum theory poori kainaat ka ek chota sa hissa hai. jis mein.</w:t>
      </w:r>
    </w:p>
    <w:p>
      <w:pPr>
        <w:jc w:val="right"/>
      </w:pPr>
      <w:r>
        <w:t>تو کوانٹم تھیوری پوری کائنات کا ایک چھوٹا سا حصہ ہے۔ جس میں۔</w:t>
      </w:r>
    </w:p>
    <w:p>
      <w:r>
        <w:rPr>
          <w:b/>
        </w:rPr>
        <w:t xml:space="preserve">[12:07] </w:t>
      </w:r>
      <w:r>
        <w:t>to nuclear fusion jo us ka jo karname bataya tha woh ek kainaat ka, yani kainaat-e-haqaiq ka ek chota sa hissa tha.</w:t>
      </w:r>
    </w:p>
    <w:p>
      <w:pPr>
        <w:jc w:val="right"/>
      </w:pPr>
      <w:r>
        <w:t>تو نیوکلیئر فیژن جو اس کا جو کارنامہ بتایا تھا وہ ایک کائنات کا، یعنی کائناتِ حقائق کا ایک چھوٹا سا حصہ تھا۔</w:t>
      </w:r>
    </w:p>
    <w:p>
      <w:r>
        <w:rPr>
          <w:b/>
        </w:rPr>
        <w:t xml:space="preserve">[12:20] </w:t>
      </w:r>
      <w:r>
        <w:t>aur us ko log samjhe nahi.</w:t>
      </w:r>
    </w:p>
    <w:p>
      <w:pPr>
        <w:jc w:val="right"/>
      </w:pPr>
      <w:r>
        <w:t>اور اس کو لوگ سمجھے نہیں۔</w:t>
      </w:r>
    </w:p>
    <w:p>
      <w:r>
        <w:rPr>
          <w:b/>
        </w:rPr>
        <w:t xml:space="preserve">[12:22] </w:t>
      </w:r>
      <w:r>
        <w:t>to yeh ek pehlu se aap samajh sakte hain ke kitna frustration us ko hoga ke mera sam'een nahi. koi aadmi nahi jis se main baat karoon. ab woh chahta hai aisa aadmi, main apne baray mein kehta hoon ke jab bhi mujhe koi nayi baat mere zehn mein aati hai to foran yeh chahta hai koi aadmi ho jis ko bataoon.</w:t>
      </w:r>
    </w:p>
    <w:p>
      <w:pPr>
        <w:jc w:val="right"/>
      </w:pPr>
      <w:r>
        <w:t>تو یہ ایک پہلو سے آپ سمجھ سکتے ہیں کہ کتنا فرسٹریشن اس کو ہوگا کہ میرا سامعین نہیں۔ کوئی آدمی نہیں جس سے میں بات کروں۔ اب وہ چاہتا ہے ایسا آدمی، میں اپنے بارے میں کہتا ہوں کہ جب بھی مجھے کوئی نئی بات میرے ذہن میں آتی ہے تو فوراً یہ چاہتا ہے کوئی آدمی ہو جس کو بتاؤں۔</w:t>
      </w:r>
    </w:p>
    <w:p>
      <w:r>
        <w:rPr>
          <w:b/>
        </w:rPr>
        <w:t xml:space="preserve">[12:42] </w:t>
      </w:r>
      <w:r>
        <w:t>jis se main tabadla karoon.</w:t>
      </w:r>
    </w:p>
    <w:p>
      <w:pPr>
        <w:jc w:val="right"/>
      </w:pPr>
      <w:r>
        <w:t>جس سے میں تبادلہ کروں۔</w:t>
      </w:r>
    </w:p>
    <w:p>
      <w:r>
        <w:rPr>
          <w:b/>
        </w:rPr>
        <w:t xml:space="preserve">[12:46] </w:t>
      </w:r>
      <w:r>
        <w:t>jaise ab main ne aap se arz kiya tha ke america mein ek aadmi ek tehqeeq kar raha tha. to tehqeeq karte karte us ko ek daryaft hui.</w:t>
      </w:r>
    </w:p>
    <w:p>
      <w:pPr>
        <w:jc w:val="right"/>
      </w:pPr>
      <w:r>
        <w:t>جیسے اب میں نے آپ سے عرض کیا تھا کہ امریکہ میں ایک آدمی ایک تحقیق کر رہا تھا۔ تو تحقیق کرتے کرتے اس کو ایک دریافت ہوئی۔</w:t>
      </w:r>
    </w:p>
    <w:p>
      <w:r>
        <w:rPr>
          <w:b/>
        </w:rPr>
        <w:t xml:space="preserve">[12:57] </w:t>
      </w:r>
      <w:r>
        <w:t>ab jab daryaft hui to us ka, yani us ka zehn phatne laga. ke koi ho jis ko bataye woh is daryaft ko. to nikla woh ghar se.</w:t>
      </w:r>
    </w:p>
    <w:p>
      <w:pPr>
        <w:jc w:val="right"/>
      </w:pPr>
      <w:r>
        <w:t>اب جب دریافت ہوئی تو اس کا، یعنی اس کا ذہن پھٹنے لگا۔ کہ کوئی ہو جس کو بتائے وہ اس دریافت کو۔ تو نکلا وہ گھر سے۔</w:t>
      </w:r>
    </w:p>
    <w:p>
      <w:r>
        <w:rPr>
          <w:b/>
        </w:rPr>
        <w:t xml:space="preserve">[13:09] </w:t>
      </w:r>
      <w:r>
        <w:t>pata chala ke yeh us zamanay ke baad jab ke theatre hua karte the.</w:t>
      </w:r>
    </w:p>
    <w:p>
      <w:pPr>
        <w:jc w:val="right"/>
      </w:pPr>
      <w:r>
        <w:t>پتہ چلا کہ یہ اس زمانے کے بعد جب کہ تھیٹر ہوا کرتے تھے۔</w:t>
      </w:r>
    </w:p>
    <w:p>
      <w:r>
        <w:rPr>
          <w:b/>
        </w:rPr>
        <w:t xml:space="preserve">[13:15] </w:t>
      </w:r>
      <w:r>
        <w:t>ke falan auditorium mein ek theatre ho raha hai. aur shehar ke bohat se log wahan ekatha hain. to rush kar ke gaya wahan.</w:t>
      </w:r>
    </w:p>
    <w:p>
      <w:pPr>
        <w:jc w:val="right"/>
      </w:pPr>
      <w:r>
        <w:t>کہ فلاں آڈیٹوریم میں ایک تھیٹر ہو رہا ہے۔ اور شہر کے بہت سے لوگ وہاں اکٹھا ہیں۔ تو رش کر کے گیا وہاں۔</w:t>
      </w:r>
    </w:p>
    <w:p>
      <w:r>
        <w:rPr>
          <w:b/>
        </w:rPr>
        <w:t xml:space="preserve">[13:24] </w:t>
      </w:r>
      <w:r>
        <w:t>ghus gaya woh is mein. aur stage par pohnch gaya. aur mic le liya us ne. mic chheen liya.</w:t>
      </w:r>
    </w:p>
    <w:p>
      <w:pPr>
        <w:jc w:val="right"/>
      </w:pPr>
      <w:r>
        <w:t>گھس گیا وہ اس میں۔ اور اسٹیج پر پہنچ گیا۔ اور مائیک لے لیا اس نے۔ مائیک چھین لیا۔</w:t>
      </w:r>
    </w:p>
    <w:p>
      <w:r>
        <w:rPr>
          <w:b/>
        </w:rPr>
        <w:t xml:space="preserve">[13:34] </w:t>
      </w:r>
      <w:r>
        <w:t>mic chheen kar kehta hai ke suno meri baat.</w:t>
      </w:r>
    </w:p>
    <w:p>
      <w:pPr>
        <w:jc w:val="right"/>
      </w:pPr>
      <w:r>
        <w:t>مائیک چھین کر کہتا ہے کہ سنو میری بات۔</w:t>
      </w:r>
    </w:p>
    <w:p>
      <w:r>
        <w:rPr>
          <w:b/>
        </w:rPr>
        <w:t xml:space="preserve">[13:39] </w:t>
      </w:r>
      <w:r>
        <w:t>mujhe aik daryaft hui hai. maine daryaft kiya hai qanoon-e-kaenat.</w:t>
      </w:r>
    </w:p>
    <w:p>
      <w:pPr>
        <w:jc w:val="right"/>
      </w:pPr>
      <w:r>
        <w:t>مجھے ایک دریافت ہوئی ہے۔ میں نے دریافت کیا ہے قانونِ کائنات۔</w:t>
      </w:r>
    </w:p>
    <w:p>
      <w:r>
        <w:rPr>
          <w:b/>
        </w:rPr>
        <w:t xml:space="preserve">[13:46] </w:t>
      </w:r>
      <w:r>
        <w:t>ab is ke baad is ne jo kuch kehna tha kaha is ke baad chala gaya wapas. aap sochiye ke Einstein jo hai</w:t>
      </w:r>
    </w:p>
    <w:p>
      <w:pPr>
        <w:jc w:val="right"/>
      </w:pPr>
      <w:r>
        <w:t>اب اس کے بعد اس نے جو کچھ کہنا تھا کہا اس کے بعد چلا گیا واپس۔ آپ سوچیے کہ آئنسٹائن جو ہے</w:t>
      </w:r>
    </w:p>
    <w:p>
      <w:r>
        <w:rPr>
          <w:b/>
        </w:rPr>
        <w:t xml:space="preserve">[13:55] </w:t>
      </w:r>
      <w:r>
        <w:t>kaisa aap ne koi mehsoos karta hoga. jab baat karne ke liye bhi koi aadmi na us ko haasil na ho. isi liye is mein bataya gaya tha ke tanhai mein jeeta tha Einstein.</w:t>
      </w:r>
    </w:p>
    <w:p>
      <w:pPr>
        <w:jc w:val="right"/>
      </w:pPr>
      <w:r>
        <w:t>کیسا آپ نے کوئی محسوس کرتا ہوگا۔ جب بات کرنے کے لیے بھی کوئی آدمی نہ اس کو حاصل نہ ہو۔ اسی لیے اس میں بتایا گیا تھا کہ تنہائی میں جیتا تھا آئنسٹائن۔</w:t>
      </w:r>
    </w:p>
    <w:p>
      <w:r>
        <w:rPr>
          <w:b/>
        </w:rPr>
        <w:t xml:space="preserve">[14:11] </w:t>
      </w:r>
      <w:r>
        <w:t>to is ne kaha ke main mehsoos karta hoon aik ajnabi is dunya mein. yeh aik pehlu hai. doosra pehlu kya hai?</w:t>
      </w:r>
    </w:p>
    <w:p>
      <w:pPr>
        <w:jc w:val="right"/>
      </w:pPr>
      <w:r>
        <w:t>تو اس نے کہا کہ میں محسوس کرتا ہوں ایک اجنبی اس دنیا میں۔ یہ ایک پہلو ہے۔ دوسرا پہلو کیا ہے؟</w:t>
      </w:r>
    </w:p>
    <w:p>
      <w:r>
        <w:rPr>
          <w:b/>
        </w:rPr>
        <w:t xml:space="preserve">[14:22] </w:t>
      </w:r>
      <w:r>
        <w:t>ke zahir hai ke ab bhi woh bohat din jeena chahta hoga. koi woh aadmi marna nahi chahta. lekin ab maut aa gayi is ki.</w:t>
      </w:r>
    </w:p>
    <w:p>
      <w:pPr>
        <w:jc w:val="right"/>
      </w:pPr>
      <w:r>
        <w:t>کہ ظاہر ہے کہ اب بھی وہ بہت دن جینا چاہتا ہوگا۔ کوئی وہ آدمی مرنا نہیں چاہتا۔ لیکن اب موت آگئی اس کی۔</w:t>
      </w:r>
    </w:p>
    <w:p>
      <w:r>
        <w:rPr>
          <w:b/>
        </w:rPr>
        <w:t xml:space="preserve">[14:33] </w:t>
      </w:r>
      <w:r>
        <w:t>is ko jaisa ke bataya gaya hai ke is ko, is ko tension ki wajah se is ke pait mein, meday mein bohat zabardast qism ki bimari ho gayi thi.</w:t>
      </w:r>
    </w:p>
    <w:p>
      <w:pPr>
        <w:jc w:val="right"/>
      </w:pPr>
      <w:r>
        <w:t>اس کو جیسا کہ بتایا گیا ہے کہ اس کو، اس کو ٹینشن کی وجہ سے اس کے پیٹ میں، معدے میں بہت زبردست قسم کی بیماری ہوگئی تھی۔</w:t>
      </w:r>
    </w:p>
    <w:p>
      <w:r>
        <w:rPr>
          <w:b/>
        </w:rPr>
        <w:t xml:space="preserve">[14:48] </w:t>
      </w:r>
      <w:r>
        <w:t>to aik taraf yeh ke woh jeena chahta hai abhi bohat dinon. kyun ke is ne kaenat-e-haqaaq ka aik chhota sa hissa daryaft kiya tha.</w:t>
      </w:r>
    </w:p>
    <w:p>
      <w:pPr>
        <w:jc w:val="right"/>
      </w:pPr>
      <w:r>
        <w:t>تو ایک طرف یہ کہ وہ جینا چاہتا ہے ابھی بہت دنوں۔ کیونکہ اس نے کائناتِ حقائق کا ایک چھوٹا سا حصہ دریافت کی تھی۔</w:t>
      </w:r>
    </w:p>
    <w:p>
      <w:r>
        <w:rPr>
          <w:b/>
        </w:rPr>
        <w:t xml:space="preserve">[14:57] </w:t>
      </w:r>
      <w:r>
        <w:t>abhi to bohat kuch daryaft karna baqi tha.</w:t>
      </w:r>
    </w:p>
    <w:p>
      <w:pPr>
        <w:jc w:val="right"/>
      </w:pPr>
      <w:r>
        <w:t>ابھی تو بہت کچھ دریافت کرنا باقی تھا۔</w:t>
      </w:r>
    </w:p>
    <w:p>
      <w:r>
        <w:rPr>
          <w:b/>
        </w:rPr>
        <w:t xml:space="preserve">[15:02] </w:t>
      </w:r>
      <w:r>
        <w:t>kitne khwahishat honge is ke dil mein. ke kya kya jaanna hai, kya kya pata karna hai. to atom to aik chhota sa hissa hai hamari kaenat ka.</w:t>
      </w:r>
    </w:p>
    <w:p>
      <w:pPr>
        <w:jc w:val="right"/>
      </w:pPr>
      <w:r>
        <w:t>کتنے خواہشات ہوں گے اس کے دل میں۔ کہ کیا کیا جاننا ہے، کیا کیا پتہ کرنا ہے۔ تو ایٹم تو ایک چھوٹا سا حصہ ہے ہماری کائنات کا۔</w:t>
      </w:r>
    </w:p>
    <w:p>
      <w:r>
        <w:rPr>
          <w:b/>
        </w:rPr>
        <w:t xml:space="preserve">[15:13] </w:t>
      </w:r>
      <w:r>
        <w:t>is ki bhi aik bohat hi choti si cheez jaani is ne. ideology of. ideology of atom. is ke baad aap jante hain ke bohat si aur aur cheezein daryaft huin Einstein ke baad.</w:t>
      </w:r>
    </w:p>
    <w:p>
      <w:pPr>
        <w:jc w:val="right"/>
      </w:pPr>
      <w:r>
        <w:t>اس کی بھی ایک بہت ہی چھوٹی سی چیز جانی اس نے۔ آئیڈیالوجی آف۔ آئیڈیالوجی آف ایٹم۔ اس کے بعد آپ جانتے ہیں کہ بہت سی اور اور چیزیں دریافت ہوئیں آئنسٹائن کے بعد۔</w:t>
      </w:r>
    </w:p>
    <w:p>
      <w:r>
        <w:rPr>
          <w:b/>
        </w:rPr>
        <w:t xml:space="preserve">[15:30] </w:t>
      </w:r>
      <w:r>
        <w:t>to kya kya kuch jaanna chahta hoga. phir is ki khwahishat hain. ke woh chahta tha ke woh woh piano bajaye, boating kare.</w:t>
      </w:r>
    </w:p>
    <w:p>
      <w:pPr>
        <w:jc w:val="right"/>
      </w:pPr>
      <w:r>
        <w:t>تو کیا کیا کچھ جاننا چاہتا ہوگا۔ پھر اس کی خواہشات ہیں۔ کہ وہ چاہتا تھا کہ وہ وہ پیانو بجائے، بوٹنگ کرے۔</w:t>
      </w:r>
    </w:p>
    <w:p>
      <w:r>
        <w:rPr>
          <w:b/>
        </w:rPr>
        <w:t xml:space="preserve">[15:43] </w:t>
      </w:r>
      <w:r>
        <w:t>woh bhi chhoot gaya is ka.</w:t>
      </w:r>
    </w:p>
    <w:p>
      <w:pPr>
        <w:jc w:val="right"/>
      </w:pPr>
      <w:r>
        <w:t>وہ بھی چھوٹ گیا اس کا۔</w:t>
      </w:r>
    </w:p>
    <w:p>
      <w:r>
        <w:rPr>
          <w:b/>
        </w:rPr>
        <w:t xml:space="preserve">[15:49] </w:t>
      </w:r>
      <w:r>
        <w:t>aur kitni saari khwahishat is ke andar hongi. kitni saari khwahishat. is ki takmeel woh chahta hoga.</w:t>
      </w:r>
    </w:p>
    <w:p>
      <w:pPr>
        <w:jc w:val="right"/>
      </w:pPr>
      <w:r>
        <w:t>اور کتنی ساری خواہشات اس کے اندر ہوں گی۔ کتنی ساری خواہشات۔ اس کی تکمیل وہ چاہتا ہوگا۔</w:t>
      </w:r>
    </w:p>
    <w:p>
      <w:r>
        <w:rPr>
          <w:b/>
        </w:rPr>
        <w:t xml:space="preserve">[15:55] </w:t>
      </w:r>
      <w:r>
        <w:t>jaise hum aap chahte hain.</w:t>
      </w:r>
    </w:p>
    <w:p>
      <w:pPr>
        <w:jc w:val="right"/>
      </w:pPr>
      <w:r>
        <w:t>جیسے ہم آپ چاہتے ہیں۔</w:t>
      </w:r>
    </w:p>
    <w:p>
      <w:r>
        <w:rPr>
          <w:b/>
        </w:rPr>
        <w:t xml:space="preserve">[16:00] </w:t>
      </w:r>
      <w:r>
        <w:t>to ab saare itna bara zehn, itna bara zehn aakhir mein is ko mehsoos hua ke main to ajnabi hoon is dunya mein.</w:t>
      </w:r>
    </w:p>
    <w:p>
      <w:pPr>
        <w:jc w:val="right"/>
      </w:pPr>
      <w:r>
        <w:t>تو اب سارے اتنا بڑا ذہن، اتنا بڑا ذہن آخر میں اس کو محسوس ہوا کہ میں تو اجنبی ہوں اس دنیا میں۔</w:t>
      </w:r>
    </w:p>
    <w:p>
      <w:r>
        <w:rPr>
          <w:b/>
        </w:rPr>
        <w:t xml:space="preserve">[16:08] </w:t>
      </w:r>
      <w:r>
        <w:t>kyun? main aik aisi dunya mein aa gaya hoon jahan mera sam'een nahi. aik aisi dunya mein aa gaya hoon jahan main jeena chahta hoon, main jee nahi sakta.</w:t>
      </w:r>
    </w:p>
    <w:p>
      <w:pPr>
        <w:jc w:val="right"/>
      </w:pPr>
      <w:r>
        <w:t>کیوں؟ میں ایک ایسی دنیا میں آگیا ہوں جہاں میرا سامعین نہیں۔ ایک ایسی دنیا میں آگیا ہوں جہاں میں جینا چاہتا ہوں، میں جی نہیں سکتا۔</w:t>
      </w:r>
    </w:p>
    <w:p>
      <w:r>
        <w:rPr>
          <w:b/>
        </w:rPr>
        <w:t xml:space="preserve">[16:19] </w:t>
      </w:r>
      <w:r>
        <w:t>main aik aisi dunya mein aa gaya hoon jahan meri khwahishat jo hain woh poori nahi hoti ho sakti.</w:t>
      </w:r>
    </w:p>
    <w:p>
      <w:pPr>
        <w:jc w:val="right"/>
      </w:pPr>
      <w:r>
        <w:t>میں ایک ایسی دنیا میں آگیا ہوں جہاں میری خواہشات جو ہیں وہ پوری نہیں ہوتی ہو سکتی۔</w:t>
      </w:r>
    </w:p>
    <w:p>
      <w:r>
        <w:rPr>
          <w:b/>
        </w:rPr>
        <w:t xml:space="preserve">[16:24] </w:t>
      </w:r>
      <w:r>
        <w:t>main aik aisi dunya mein aa gaya hoon jahan main koi boating bhi nahi kar sakta. to frustration se mara woh. main samajhta hoon ke yahi haal sab ka hua hai.</w:t>
      </w:r>
    </w:p>
    <w:p>
      <w:pPr>
        <w:jc w:val="right"/>
      </w:pPr>
      <w:r>
        <w:t>ایک میں ایسی دنیا میں آگیا ہوں جہاں میں کوئی بوٹنگ بھی نہیں کر سکتا۔ تو فرسٹریشن سے مرا وہ۔ میں سمجھتا ہوں کہ یہی حال سب کا ہوا ہے۔</w:t>
      </w:r>
    </w:p>
    <w:p>
      <w:r>
        <w:rPr>
          <w:b/>
        </w:rPr>
        <w:t xml:space="preserve">[16:40] </w:t>
      </w:r>
      <w:r>
        <w:t>saari tareekh ka yahi haal hua hai. poori poori tareekh. aik baar to ab maine internet se niklwaya tha ke top ke log kaise mare.</w:t>
      </w:r>
    </w:p>
    <w:p>
      <w:pPr>
        <w:jc w:val="right"/>
      </w:pPr>
      <w:r>
        <w:t>ساری تاریخ کا یہی حال ہوا ہے۔ پوری پوری تاریخ۔ ایک بار تو اب میں نے انٹرنیٹ سے نکلوایا تھا کہ ٹاپ کے لوگ کیسے مرے۔</w:t>
      </w:r>
    </w:p>
    <w:p>
      <w:r>
        <w:rPr>
          <w:b/>
        </w:rPr>
        <w:t xml:space="preserve">[16:52] </w:t>
      </w:r>
      <w:r>
        <w:t>top ke log. mashhoor log. to is mein 402, 402 aadmiyon ka nikla tha ke sab ke sab frustration se mare.</w:t>
      </w:r>
    </w:p>
    <w:p>
      <w:pPr>
        <w:jc w:val="right"/>
      </w:pPr>
      <w:r>
        <w:t>ٹاپ کے لوگ۔ مشہور لوگ۔ تو اس میں 402، 402 آدمیوں کا نکلا تھا کہ سب کے سب فرسٹریشن سے مرے۔</w:t>
      </w:r>
    </w:p>
    <w:p>
      <w:r>
        <w:rPr>
          <w:b/>
        </w:rPr>
        <w:t xml:space="preserve">[17:03] </w:t>
      </w:r>
      <w:r>
        <w:t>despair mein mare sab ke sab. aap sochiye ke despair mein kyun nahi marenge. Alexander ne chaha tha ke woh apna siyasi saltanat banaye. banaye baghair mar gaya woh.</w:t>
      </w:r>
    </w:p>
    <w:p>
      <w:pPr>
        <w:jc w:val="right"/>
      </w:pPr>
      <w:r>
        <w:t>ڈسپیئر میں مرے سب کے سب۔ آپ سوچیے کہ ڈسپیئر میں کیوں نہیں مریں گے۔ الیگزینڈر نے چاہا تھا کہ وہ اپنا سیاسی سلطنت بنائے۔ بنائے بغیر مر گیا وہ۔</w:t>
      </w:r>
    </w:p>
    <w:p>
      <w:r>
        <w:rPr>
          <w:b/>
        </w:rPr>
        <w:t xml:space="preserve">[17:13] </w:t>
      </w:r>
      <w:r>
        <w:t>Napoleon ne chaha tha ke woh apna siyasi saltanat banaye. banaye baghair mar gaya woh.</w:t>
      </w:r>
    </w:p>
    <w:p>
      <w:pPr>
        <w:jc w:val="right"/>
      </w:pPr>
      <w:r>
        <w:t>نپولین نے چاہا تھا کہ وہ اپنا سیاسی سلطنت بنائے۔ بنائے بغیر مر گیا وہ۔</w:t>
      </w:r>
    </w:p>
    <w:p>
      <w:r>
        <w:rPr>
          <w:b/>
        </w:rPr>
        <w:t xml:space="preserve">[17:18] </w:t>
      </w:r>
      <w:r>
        <w:t>Hitler ne chaha tha ke woh apna siyasi saltanat banaye. banaye baghair mar gaya woh. George Bernard Shaw chahta tha ke world hukoomat banaye. banaye baghair mar gaya woh.</w:t>
      </w:r>
    </w:p>
    <w:p>
      <w:pPr>
        <w:jc w:val="right"/>
      </w:pPr>
      <w:r>
        <w:t>ہٹلر نے چاہا تھا کہ وہ اپنا سیاسی سلطنت بنائے۔ بنائے بغیر مر گیا وہ۔ جارج بونارڈا چاہتا تھا کہ ورلڈ حکومت بنائے۔ بنائے بغیر مر گیا وہ۔</w:t>
      </w:r>
    </w:p>
    <w:p>
      <w:r>
        <w:rPr>
          <w:b/>
        </w:rPr>
        <w:t xml:space="preserve">[17:28] </w:t>
      </w:r>
      <w:r>
        <w:t>khud ainstein jo hai woh chahta tha world hukoomat banaye baghair mar gaya woh. burt russell chahta tha ke world hukoomat banaye.</w:t>
      </w:r>
    </w:p>
    <w:p>
      <w:pPr>
        <w:jc w:val="right"/>
      </w:pPr>
      <w:r>
        <w:t>خود آئنسٹائن جو ہے وہ چاہتا تھا ورلڈ حکومت بنائے بغیر مر گیا وہ۔ برٹ ریسل چاہتا تھا کہ ورلڈ حکومت بنائے۔</w:t>
      </w:r>
    </w:p>
    <w:p>
      <w:r>
        <w:rPr>
          <w:b/>
        </w:rPr>
        <w:t xml:space="preserve">[17:37] </w:t>
      </w:r>
      <w:r>
        <w:t>banaye baghair mar gaya woh.</w:t>
      </w:r>
    </w:p>
    <w:p>
      <w:pPr>
        <w:jc w:val="right"/>
      </w:pPr>
      <w:r>
        <w:t>بنائے بغیر مر گیا وہ۔</w:t>
      </w:r>
    </w:p>
    <w:p>
      <w:r>
        <w:rPr>
          <w:b/>
        </w:rPr>
        <w:t xml:space="preserve">[17:40] </w:t>
      </w:r>
      <w:r>
        <w:t>to chahe infiradi satah par jo khushi mein chahta hoon woh ho. ya international satah par jo mein chahta hoon woh ho.</w:t>
      </w:r>
    </w:p>
    <w:p>
      <w:pPr>
        <w:jc w:val="right"/>
      </w:pPr>
      <w:r>
        <w:t>تو چاہے انفرادی سطح پر جو خوشی میں چاہتا ہوں وہ ہو۔ یا انٹرنیشنل سطح پر جو میں چاہتا ہوں وہ ہو۔</w:t>
      </w:r>
    </w:p>
    <w:p>
      <w:r>
        <w:rPr>
          <w:b/>
        </w:rPr>
        <w:t xml:space="preserve">[17:49] </w:t>
      </w:r>
      <w:r>
        <w:t>to insan ko na to infiradi satah par itminan milta hai. aur na international satah par woh chahta hai woh, woh hasil hota hai us ko.</w:t>
      </w:r>
    </w:p>
    <w:p>
      <w:pPr>
        <w:jc w:val="right"/>
      </w:pPr>
      <w:r>
        <w:t>تو انسان کو نہ تو انفرادی سطح پر اطمینان ملتا ہے۔ اور نہ انٹرنیشنل سطح پر وہ چاہتا ہے وہ، وہ حاصل ہوتا ہے اس کو۔</w:t>
      </w:r>
    </w:p>
    <w:p>
      <w:r>
        <w:rPr>
          <w:b/>
        </w:rPr>
        <w:t xml:space="preserve">[18:01] </w:t>
      </w:r>
      <w:r>
        <w:t>to isi ko quran mein dekhiye. chand shabdon mein is tarah sameta gaya hai. ke wal asr innal insana lafi khusr.</w:t>
      </w:r>
    </w:p>
    <w:p>
      <w:pPr>
        <w:jc w:val="right"/>
      </w:pPr>
      <w:r>
        <w:t>تو اسی کو قرآن میں دیکھیے۔ چند शब्दوں میں اس طرح سمیٹا گیا ہے۔ کہ وَالْعُصْرِ إِنَّ الْإِنْسَانَ لَفِي خُسْرٍ</w:t>
      </w:r>
    </w:p>
    <w:p>
      <w:r>
        <w:rPr>
          <w:b/>
        </w:rPr>
        <w:t xml:space="preserve">[18:14] </w:t>
      </w:r>
      <w:r>
        <w:t>history the witness that man is in loss. yeh itna sweeping remark hai, zara ghor kijiye.</w:t>
      </w:r>
    </w:p>
    <w:p>
      <w:pPr>
        <w:jc w:val="right"/>
      </w:pPr>
      <w:r>
        <w:t>ہسٹری دا وٹنس دیٹ مین از ان لاس۔ یہ اتنا سوئپنگ ریمارک ہے، ذرا غور کیجیے۔</w:t>
      </w:r>
    </w:p>
    <w:p>
      <w:r>
        <w:rPr>
          <w:b/>
        </w:rPr>
        <w:t xml:space="preserve">[18:24] </w:t>
      </w:r>
      <w:r>
        <w:t>yeh ayat utri thi saatvi sadi ke pehle seh mahi mein. saatvi sadi ke pehle seh mahi mein. ab se chaudah so saal pehle.</w:t>
      </w:r>
    </w:p>
    <w:p>
      <w:pPr>
        <w:jc w:val="right"/>
      </w:pPr>
      <w:r>
        <w:t>یہ آیت اتری تھی ساتویں صدی کے پہلے سہ ماہی میں۔ ساتویں صدی کے پہلے سہ ماہی میں۔ اب سے چودہ سو سال پہلے۔</w:t>
      </w:r>
    </w:p>
    <w:p>
      <w:r>
        <w:rPr>
          <w:b/>
        </w:rPr>
        <w:t xml:space="preserve">[18:35] </w:t>
      </w:r>
      <w:r>
        <w:t>jabke na communication tha, na media tha, na science thi.</w:t>
      </w:r>
    </w:p>
    <w:p>
      <w:pPr>
        <w:jc w:val="right"/>
      </w:pPr>
      <w:r>
        <w:t>جبکہ نہ کمیونیکیشن تھا، نہ میڈیا تھا، نہ سائنس تھی۔</w:t>
      </w:r>
    </w:p>
    <w:p>
      <w:r>
        <w:rPr>
          <w:b/>
        </w:rPr>
        <w:t xml:space="preserve">[18:45] </w:t>
      </w:r>
      <w:r>
        <w:t>aaj jis cheez ko hum jante hain in mein se kuch bhi nahi cheez nahi thi wahan par. tab yeh sweeping remark diya gaya. ke history the witness that man is in loss.</w:t>
      </w:r>
    </w:p>
    <w:p>
      <w:pPr>
        <w:jc w:val="right"/>
      </w:pPr>
      <w:r>
        <w:t>آج جس چیز کو ہم جانتے ہیں ان میں سے کچھ بھی نہیں چیز نہیں تھی وہاں پر۔ تب یہ سوئپنگ ریمارک دیا گیا۔ کہ ہسٹری دا وٹنس دیٹ مین از ان لاس۔</w:t>
      </w:r>
    </w:p>
    <w:p>
      <w:r>
        <w:rPr>
          <w:b/>
        </w:rPr>
        <w:t xml:space="preserve">[18:57] </w:t>
      </w:r>
      <w:r>
        <w:t>to yeh traditional age mein kaha gaya tha. ab hum scientific age mein jee rahe hain. ab bataiye ke scientific age ka sab se bara aadmi woh bhi frustration mein mar raha hai.</w:t>
      </w:r>
    </w:p>
    <w:p>
      <w:pPr>
        <w:jc w:val="right"/>
      </w:pPr>
      <w:r>
        <w:t>تو یہ ٹریڈیشنل ایج میں کہا گیا تھا۔ اب ہم سائنسی ایج میں جی رہے ہیں۔ اب بتائیے کہ سائنسی ایج کا سب سے بڑا آدمی وہ بھی فرسٹریشن میں مر رہا ہے۔</w:t>
      </w:r>
    </w:p>
    <w:p>
      <w:r>
        <w:rPr>
          <w:b/>
        </w:rPr>
        <w:t xml:space="preserve">[19:09] </w:t>
      </w:r>
      <w:r>
        <w:t>woh bhi despair mein mar raha hai.</w:t>
      </w:r>
    </w:p>
    <w:p>
      <w:pPr>
        <w:jc w:val="right"/>
      </w:pPr>
      <w:r>
        <w:t>وہ بھی ڈسپیئر میں مر رہا ہے۔</w:t>
      </w:r>
    </w:p>
    <w:p>
      <w:r>
        <w:rPr>
          <w:b/>
        </w:rPr>
        <w:t xml:space="preserve">[19:12] </w:t>
      </w:r>
      <w:r>
        <w:t>itna bara sweeping remark jo poori tareekh ke baray mein ho. aur kis tarah se woh poora ho raha hai. yahan se wahan tak. mein kisi ek insan ko nahi janta jo despair mein na jeeta ho.</w:t>
      </w:r>
    </w:p>
    <w:p>
      <w:pPr>
        <w:jc w:val="right"/>
      </w:pPr>
      <w:r>
        <w:t>اتنا بڑا سوئپنگ ریمارک جو پوری تاریخ کے بارے میں ہو۔ اور کس طرح سے وہ پورا ہو رہا ہے۔ یہاں سے وہاں تک۔ میں کسی ایک انسان کو نہیں جانتا جو ڈسپیئر میں نہ جیتا ہو۔</w:t>
      </w:r>
    </w:p>
    <w:p>
      <w:r>
        <w:rPr>
          <w:b/>
        </w:rPr>
        <w:t xml:space="preserve">[19:30] </w:t>
      </w:r>
      <w:r>
        <w:t>nojawani ki umar mein thora sa jo gasp karte hain ladke. ek umar jo hoti hai gasp karne ki. shayad is zamane mein kuch un ko thori si khushi milti ho.</w:t>
      </w:r>
    </w:p>
    <w:p>
      <w:pPr>
        <w:jc w:val="right"/>
      </w:pPr>
      <w:r>
        <w:t>نوجوانی کی عمر میں تھوڑا سا جو گاسپ کرتے ہیں لڑکے۔ ایک عمر جو ہوتی ہے گاسپ کرنے کی۔ شاید اس زمانے میں کچھ ان کو تھوڑی سی خوشی ملتی ہو۔</w:t>
      </w:r>
    </w:p>
    <w:p>
      <w:r>
        <w:rPr>
          <w:b/>
        </w:rPr>
        <w:t xml:space="preserve">[19:40] </w:t>
      </w:r>
      <w:r>
        <w:t>shayad. woh bhi shayad mein kehta hoon. kyunke mein dekhta hoon ke mohabbat hoti hai aur dhar se toot jati hai. mohabbat hoti hai, aapas mein dushmani ban jati hai.</w:t>
      </w:r>
    </w:p>
    <w:p>
      <w:pPr>
        <w:jc w:val="right"/>
      </w:pPr>
      <w:r>
        <w:t>شاید۔ وہ بھی شاید میں کہتا ہوں۔ کیونکہ میں دیکھتا ہوں کہ محبت ہوتی ہے اور دھڑ سے ٹوٹ جاتی ہے۔ محبت ہوتی ہے، آپس میں دشمنی بن جاتی ہے۔</w:t>
      </w:r>
    </w:p>
    <w:p>
      <w:r>
        <w:rPr>
          <w:b/>
        </w:rPr>
        <w:t xml:space="preserve">[19:50] </w:t>
      </w:r>
      <w:r>
        <w:t>to kahan khushi hai? to sare log jo hain talash kar rahe hain less</w:t>
      </w:r>
    </w:p>
    <w:p>
      <w:pPr>
        <w:jc w:val="right"/>
      </w:pPr>
      <w:r>
        <w:t>تو کہاں خوشی ہے؟ تو سارے لوگ جو ہیں تلاش کر رہے ہیں لذ</w:t>
      </w:r>
    </w:p>
    <w:p>
      <w:r>
        <w:rPr>
          <w:b/>
        </w:rPr>
        <w:t xml:space="preserve">[19:59] </w:t>
      </w:r>
      <w:r>
        <w:t>zat ki. marte hain kahan? luzat ke baghair. khushi chahte hain, khushi ke baghair mar rahe hain.</w:t>
      </w:r>
    </w:p>
    <w:p>
      <w:pPr>
        <w:jc w:val="right"/>
      </w:pPr>
      <w:r>
        <w:t>ت کی۔ مرتے ہیں کہاں؟ لذت کے بغیر۔ خوشی چاہتے ہیں، خوشی کے بغیر مر رہے ہیں۔</w:t>
      </w:r>
    </w:p>
    <w:p>
      <w:r>
        <w:rPr>
          <w:b/>
        </w:rPr>
        <w:t xml:space="preserve">[20:10] </w:t>
      </w:r>
      <w:r>
        <w:t>is cheez ko le kar dekhiye. bohat likha gaya hai, bohat socha gaya hai.</w:t>
      </w:r>
    </w:p>
    <w:p>
      <w:pPr>
        <w:jc w:val="right"/>
      </w:pPr>
      <w:r>
        <w:t>اس چیز کو لے کر دیکھیے۔ بہت لکھا گیا ہے، بہت سوچا گیا ہے۔</w:t>
      </w:r>
    </w:p>
    <w:p>
      <w:r>
        <w:rPr>
          <w:b/>
        </w:rPr>
        <w:t xml:space="preserve">[20:18] </w:t>
      </w:r>
      <w:r>
        <w:t>philosopher ka yahi subject hai, dilchaspi ka yahi subject hai, rohaniyat ka yahi subject hai. aur mein zindagi bhar yeh parhta raha hoon.</w:t>
      </w:r>
    </w:p>
    <w:p>
      <w:pPr>
        <w:jc w:val="right"/>
      </w:pPr>
      <w:r>
        <w:t>فلسفی کا یہی سبجیکٹ ہے، دلچسپی کا یہی سبجیکٹ ہے، روحانیت کا یہی سبجیکٹ ہے۔ اور میں زندگی بھر یہ پڑھتا رہا ہوں۔</w:t>
      </w:r>
    </w:p>
    <w:p>
      <w:r>
        <w:rPr>
          <w:b/>
        </w:rPr>
        <w:t xml:space="preserve">[20:29] </w:t>
      </w:r>
      <w:r>
        <w:t>to jahan tak meri samajh kaam karti hai. philosopher kya hai? philosopher sari ki sari qiyas arayi par mabni hai.</w:t>
      </w:r>
    </w:p>
    <w:p>
      <w:pPr>
        <w:jc w:val="right"/>
      </w:pPr>
      <w:r>
        <w:t>تو جہاں تک میری سمجھ کام کرتی ہے۔ فلسفی کیا ہے؟ فلسفی ساری کی ساری قیاس آرائی پر مبنی ہے۔</w:t>
      </w:r>
    </w:p>
    <w:p>
      <w:r>
        <w:rPr>
          <w:b/>
        </w:rPr>
        <w:t xml:space="preserve">[20:40] </w:t>
      </w:r>
      <w:r>
        <w:t>qiyas arayi. qiyas arayi ke siwa philosopheron ke paas kuch nahi hai. yani mere jaise aadmi ke liye jo philosopher mein koi jawab nahi hai is ka.</w:t>
      </w:r>
    </w:p>
    <w:p>
      <w:pPr>
        <w:jc w:val="right"/>
      </w:pPr>
      <w:r>
        <w:t>قیاس آرائی۔ قیاس آرائی کے سوا فلسفیوں کے پاس کچھ نہیں ہے۔ یعنی میرے جیسے آدمی کے لیے جو فلسفی میں کوئی جواب نہیں ہے اس کا۔</w:t>
      </w:r>
    </w:p>
    <w:p>
      <w:r>
        <w:rPr>
          <w:b/>
        </w:rPr>
        <w:t xml:space="preserve">[20:56] </w:t>
      </w:r>
      <w:r>
        <w:t>kyunke is ko koi buniyad nahi hai is ki.</w:t>
      </w:r>
    </w:p>
    <w:p>
      <w:pPr>
        <w:jc w:val="right"/>
      </w:pPr>
      <w:r>
        <w:t>کیونکہ اس کو کوئی بنیاد نہیں ہے اس کی۔</w:t>
      </w:r>
    </w:p>
    <w:p>
      <w:r>
        <w:rPr>
          <w:b/>
        </w:rPr>
        <w:t xml:space="preserve">[20:59] </w:t>
      </w:r>
      <w:r>
        <w:t>science ke paas ek buniyad hai. lekin aap jante hain ke science jo hai apne aap ko bohat hi mehdood dayre mein rakh liya.</w:t>
      </w:r>
    </w:p>
    <w:p>
      <w:pPr>
        <w:jc w:val="right"/>
      </w:pPr>
      <w:r>
        <w:t>سائنس کے پاس ایک بنیاد ہے۔ لیکن آپ جانتے ہیں کہ سائنس جو ہے اپنے آپ کو بہت ہی محدود دائرے میں رکھ لیا۔</w:t>
      </w:r>
    </w:p>
    <w:p>
      <w:r>
        <w:rPr>
          <w:b/>
        </w:rPr>
        <w:t xml:space="preserve">[21:09] </w:t>
      </w:r>
      <w:r>
        <w:t>science ka dayra bohat hi chota hai. jaisa ke ek kaha jata hai ke ilm ki do category hain.</w:t>
      </w:r>
    </w:p>
    <w:p>
      <w:pPr>
        <w:jc w:val="right"/>
      </w:pPr>
      <w:r>
        <w:t>سائنس کا دائرہ بہت ہی چھوٹا ہے۔ جیسا کہ ایک کہا جاتا ہے کہ علم کی دو کیٹیگری ہیں۔</w:t>
      </w:r>
    </w:p>
    <w:p>
      <w:r>
        <w:rPr>
          <w:b/>
        </w:rPr>
        <w:t xml:space="preserve">[21:21] </w:t>
      </w:r>
      <w:r>
        <w:t>ilm cheezon, ilm sachaiyon. to science kya</w:t>
      </w:r>
    </w:p>
    <w:p>
      <w:pPr>
        <w:jc w:val="right"/>
      </w:pPr>
      <w:r>
        <w:t>علمِ چیزوں، علمِ سچائیوں۔ تو سائنس کیا</w:t>
      </w:r>
    </w:p>
    <w:p>
      <w:r>
        <w:rPr>
          <w:b/>
        </w:rPr>
        <w:t xml:space="preserve">[21:27] </w:t>
      </w:r>
      <w:r>
        <w:t>hai? sari cheezain ilm cheezon ke dayre mein kaam karti hain. ilm sachai is ka dayra hi nahi hai. apne aap is ne maan liya science ne.</w:t>
      </w:r>
    </w:p>
    <w:p>
      <w:pPr>
        <w:jc w:val="right"/>
      </w:pPr>
      <w:r>
        <w:t>ہے؟ ساری چیزیں علمِ چیزوں کے دائرے میں کام کرتی ہیں۔ علمِ سچائی اس کا دائرہ ہی نہیں ہے۔ اپنے آپ اس نے مان لیا سائنس نے۔</w:t>
      </w:r>
    </w:p>
    <w:p>
      <w:r>
        <w:rPr>
          <w:b/>
        </w:rPr>
        <w:t xml:space="preserve">[21:39] </w:t>
      </w:r>
      <w:r>
        <w:t>keh science hamein juzwi ilm-e-haqeeqat deti hai. to ilm-e-cheezon mein science kaam karti hai. ilm-e-sachai jo hai us mein woh is ke dairay se bahar hai.</w:t>
      </w:r>
    </w:p>
    <w:p>
      <w:pPr>
        <w:jc w:val="right"/>
      </w:pPr>
      <w:r>
        <w:t>کہ سائنس ہمیں جزوی علمِ حقیقت دیتی ہے۔ تو علمِ چیزوں میں سائنس کام کرتی ہے۔ علمِ سچائی جو ہے اس میں وہ اس کے دائرے سے باہر ہے۔</w:t>
      </w:r>
    </w:p>
    <w:p>
      <w:r>
        <w:rPr>
          <w:b/>
        </w:rPr>
        <w:t xml:space="preserve">[21:53] </w:t>
      </w:r>
      <w:r>
        <w:t>falsafi ne zaroor is ko apna subject banaya. ilm-e-sachai ko. lekin falsafi jo hai woh to kahin pahunche nahin. siwaye confusion ke.</w:t>
      </w:r>
    </w:p>
    <w:p>
      <w:pPr>
        <w:jc w:val="right"/>
      </w:pPr>
      <w:r>
        <w:t>فلسفی نے ضرور اس کو اپنا سبجیکٹ بنایا۔ علمِ سچائی کو۔ لیکن فلسفی جو ہے وہ تو کہیں پہنچے نہیں۔ سوائے کنفیوژن کے۔</w:t>
      </w:r>
    </w:p>
    <w:p>
      <w:r>
        <w:rPr>
          <w:b/>
        </w:rPr>
        <w:t xml:space="preserve">[22:04] </w:t>
      </w:r>
      <w:r>
        <w:t>sare philosopher jo hain woh confusion ke shikar rahe. jo taza tareen bara philosopher jo karke guard hai. karke guard ko aap parhiye.</w:t>
      </w:r>
    </w:p>
    <w:p>
      <w:pPr>
        <w:jc w:val="right"/>
      </w:pPr>
      <w:r>
        <w:t>سارے فلاسفر جو ہیں وہ کنفیوژن کے شکار رہے۔ جو تازہ ترین بڑا فلاسفر جو کرکے گارڈ ہے۔ کرکے گارڈ کو آپ پڑھیے۔</w:t>
      </w:r>
    </w:p>
    <w:p>
      <w:r>
        <w:rPr>
          <w:b/>
        </w:rPr>
        <w:t xml:space="preserve">[22:14] </w:t>
      </w:r>
      <w:r>
        <w:t>siwaye confusion ke kuch bhi nahin. chounkeh woh confusion hai is ki is liye falsafar mante hain is ko.</w:t>
      </w:r>
    </w:p>
    <w:p>
      <w:pPr>
        <w:jc w:val="right"/>
      </w:pPr>
      <w:r>
        <w:t>سوائے کنفیوژن کے کچھ بھی نہیں۔ چونکہ وہ کنفیوژن ہے اس کی اس لیے فلاسفر مانتے ہیں اس کو۔</w:t>
      </w:r>
    </w:p>
    <w:p>
      <w:r>
        <w:rPr>
          <w:b/>
        </w:rPr>
        <w:t xml:space="preserve">[22:21] </w:t>
      </w:r>
      <w:r>
        <w:t>aksar in ko parh kar ke main likhta hoon. mere dil mein aata hai keh chounkeh is ke sare khayalat mein confusion bhara hua hai. to woh samajhte hain koi bari philosophy hai.</w:t>
      </w:r>
    </w:p>
    <w:p>
      <w:pPr>
        <w:jc w:val="right"/>
      </w:pPr>
      <w:r>
        <w:t>اکثر ان کو پڑھ کر کے میں لکھتا ہوں۔ میرے دل میں آتا ہے کہ چونکہ اس کے سارے خیالات میں کنفیوژن بھرا ہوا ہے۔ تو وہ سمجھتے ہیں کوئی بڑی فلاسفی ہے۔</w:t>
      </w:r>
    </w:p>
    <w:p>
      <w:r>
        <w:rPr>
          <w:b/>
        </w:rPr>
        <w:t xml:space="preserve">[22:33] </w:t>
      </w:r>
      <w:r>
        <w:t>karke guard is ki aik misaal hai. main ne bohat se logon se poocha keh karke guard ki baaton ka just batao kya hai? to jo log is ki tareefen karte hain woh bhi nahin bata paate.</w:t>
      </w:r>
    </w:p>
    <w:p>
      <w:pPr>
        <w:jc w:val="right"/>
      </w:pPr>
      <w:r>
        <w:t>کرکے گارڈ اس کی ایک مثال ہے۔ میں نے بہت سے لوگوں سے پوچھا کہ کرکے گارڈ کی باتوں کا جست بتاؤ کیا ہے؟ تو جو لوگ اس کی تعریفیں کرتے ہیں وہ بھی نہیں بتا پاتے۔</w:t>
      </w:r>
    </w:p>
    <w:p>
      <w:r>
        <w:rPr>
          <w:b/>
        </w:rPr>
        <w:t xml:space="preserve">[22:45] </w:t>
      </w:r>
      <w:r>
        <w:t>kyunkeh siwaye confusion ke hai nahin kuch. to bataein kya?</w:t>
      </w:r>
    </w:p>
    <w:p>
      <w:pPr>
        <w:jc w:val="right"/>
      </w:pPr>
      <w:r>
        <w:t>کیونکہ سوائے کنفیوژن کے ہے نہیں کچھ۔ تو بتائیں کیا؟</w:t>
      </w:r>
    </w:p>
    <w:p>
      <w:r>
        <w:rPr>
          <w:b/>
        </w:rPr>
        <w:t xml:space="preserve">[22:50] </w:t>
      </w:r>
      <w:r>
        <w:t>to confusion ko log samajh lete hain keh koi bari baat is mein hogi. jo log karke guard ki tareefen karte hain. main ne un se poocha.</w:t>
      </w:r>
    </w:p>
    <w:p>
      <w:pPr>
        <w:jc w:val="right"/>
      </w:pPr>
      <w:r>
        <w:t>تو کنفیوژن کو لوگ سمجھ لیتے ہیں کہ کوئی بڑی بات اس میں ہوگی۔ جو لوگ کرکے گارڈ کی تعریفیں کرتے ہیں۔ میں نے ان سے پوچھا۔</w:t>
      </w:r>
    </w:p>
    <w:p>
      <w:r>
        <w:rPr>
          <w:b/>
        </w:rPr>
        <w:t xml:space="preserve">[23:01] </w:t>
      </w:r>
      <w:r>
        <w:t>yaqeen kijiye keh koi is batane se kaha kya just hai is ki. is ki philosophy ka. siwaye confusion ke.</w:t>
      </w:r>
    </w:p>
    <w:p>
      <w:pPr>
        <w:jc w:val="right"/>
      </w:pPr>
      <w:r>
        <w:t>یقین کیجیے کہ کوئی اس بتانے سے کہا کیا جست ہے اس کی۔ اس کی فلاسفی کا۔ سوائے کنفیوژن کے۔</w:t>
      </w:r>
    </w:p>
    <w:p>
      <w:r>
        <w:rPr>
          <w:b/>
        </w:rPr>
        <w:t xml:space="preserve">[23:10] </w:t>
      </w:r>
      <w:r>
        <w:t>to beharhal philosophy ke paas siwaye qiyas arai ke aur kuch nahin hai.</w:t>
      </w:r>
    </w:p>
    <w:p>
      <w:pPr>
        <w:jc w:val="right"/>
      </w:pPr>
      <w:r>
        <w:t>تو بہرحال فلاسفی کے پاس سوائے قیاس آرائی کے اور کچھ نہیں ہے۔</w:t>
      </w:r>
    </w:p>
    <w:p>
      <w:r>
        <w:rPr>
          <w:b/>
        </w:rPr>
        <w:t xml:space="preserve">[23:19] </w:t>
      </w:r>
      <w:r>
        <w:t>yahan main kahunga keh jo zaahir ilm hai. jo zaahir, jo jo inkishaf hai yani Khuda ki taraf se jo inkishaf aata hai.</w:t>
      </w:r>
    </w:p>
    <w:p>
      <w:pPr>
        <w:jc w:val="right"/>
      </w:pPr>
      <w:r>
        <w:t>یہاں میں کہوں گا کہ جو ظاہر علم ہے۔ جو ظاہر، جو جو انکشاف ہے یعنی خدا کی طرف سے جو انکشاف آتا ہے۔</w:t>
      </w:r>
    </w:p>
    <w:p>
      <w:r>
        <w:rPr>
          <w:b/>
        </w:rPr>
        <w:t xml:space="preserve">[23:29] </w:t>
      </w:r>
      <w:r>
        <w:t>wahin aik hi zariya hai hamare paas.</w:t>
      </w:r>
    </w:p>
    <w:p>
      <w:pPr>
        <w:jc w:val="right"/>
      </w:pPr>
      <w:r>
        <w:t>وہی ایک ہی ذریعہ ہے ہمارے پاس۔</w:t>
      </w:r>
    </w:p>
    <w:p>
      <w:r>
        <w:rPr>
          <w:b/>
        </w:rPr>
        <w:t xml:space="preserve">[23:34] </w:t>
      </w:r>
      <w:r>
        <w:t>aik hi zariya hai. kyunkeh Khuda ne banaya hai is duniya ko.</w:t>
      </w:r>
    </w:p>
    <w:p>
      <w:pPr>
        <w:jc w:val="right"/>
      </w:pPr>
      <w:r>
        <w:t>ایک ہی ذریعہ ہے۔ کیونکہ خدا نے بنایا ہے اس دنیا کو۔</w:t>
      </w:r>
    </w:p>
    <w:p>
      <w:r>
        <w:rPr>
          <w:b/>
        </w:rPr>
        <w:t xml:space="preserve">[23:41] </w:t>
      </w:r>
      <w:r>
        <w:t>to jo khaliq hai wahi janta hai takhleeqi mansooba kya hai is ka.</w:t>
      </w:r>
    </w:p>
    <w:p>
      <w:pPr>
        <w:jc w:val="right"/>
      </w:pPr>
      <w:r>
        <w:t>تو جو خالق ہے وہی جانتا ہے تخلیقی منصوبہ کیا ہے اس کا۔</w:t>
      </w:r>
    </w:p>
    <w:p>
      <w:r>
        <w:rPr>
          <w:b/>
        </w:rPr>
        <w:t xml:space="preserve">[23:48] </w:t>
      </w:r>
      <w:r>
        <w:t>khaliq ke siwa kaun doosra jaan sakta hai? to khaliq ne jo bataya hai jab hum is ko dekhte hain zindagi ko mila kar ke.</w:t>
      </w:r>
    </w:p>
    <w:p>
      <w:pPr>
        <w:jc w:val="right"/>
      </w:pPr>
      <w:r>
        <w:t>خالق کے سوا کون دوسرا جان سکتا ہے؟ تو خالق نے جو بتایا ہے جب ہم اس کو دیکھتے ہیں زندگی کو ملا کر کے۔</w:t>
      </w:r>
    </w:p>
    <w:p>
      <w:r>
        <w:rPr>
          <w:b/>
        </w:rPr>
        <w:t xml:space="preserve">[23:59] </w:t>
      </w:r>
      <w:r>
        <w:t>to woh taawun karta hai is sari cheezon se. is se mutabiqat nikalti hai. to hum manne par majboor hote hain keh jo inkishaf ke zariye jo hum ne baat jani hai hum ne wahi sahi hai.</w:t>
      </w:r>
    </w:p>
    <w:p>
      <w:pPr>
        <w:jc w:val="right"/>
      </w:pPr>
      <w:r>
        <w:t>تو وہ تعاون کرتا ہے اس ساری چیزوں سے۔ اس سے مطابقت نکلتی ہے۔ تو ہم ماننے پر مجبور ہوتے ہیں کہ جو انکشاف کے ذریعے جو ہم نے بات جانی ہے ہم نے وہی صحیح ہے۔</w:t>
      </w:r>
    </w:p>
    <w:p>
      <w:r>
        <w:rPr>
          <w:b/>
        </w:rPr>
        <w:t xml:space="preserve">[24:15] </w:t>
      </w:r>
      <w:r>
        <w:t>ab main chand aik baat arz karunga aap.</w:t>
      </w:r>
    </w:p>
    <w:p>
      <w:pPr>
        <w:jc w:val="right"/>
      </w:pPr>
      <w:r>
        <w:t>اب میں چند ایک بات عرض کروں گا آپ۔</w:t>
      </w:r>
    </w:p>
    <w:p>
      <w:r>
        <w:rPr>
          <w:b/>
        </w:rPr>
        <w:t xml:space="preserve">[24:22] </w:t>
      </w:r>
      <w:r>
        <w:t>thoda sa is ko aur zyada wazeh karne ke liye. dekhiye aik bar main gaya yahan par Karnal Place.</w:t>
      </w:r>
    </w:p>
    <w:p>
      <w:pPr>
        <w:jc w:val="right"/>
      </w:pPr>
      <w:r>
        <w:t>تھوڑا سا اس کو اور زیادہ واضح کرنے کے لیے۔ دیکھیے ایک بار میں گیا یہاں پر کرناٹ پلیس۔</w:t>
      </w:r>
    </w:p>
    <w:p>
      <w:r>
        <w:rPr>
          <w:b/>
        </w:rPr>
        <w:t xml:space="preserve">[24:31] </w:t>
      </w:r>
      <w:r>
        <w:t>woh nahin, woh India Gate ka jo ilaqa hai. aap jante hain keh India Gate ka jo ilaqa hai. Delhi mein woh bohat hi ahem mana jata hai.</w:t>
      </w:r>
    </w:p>
    <w:p>
      <w:pPr>
        <w:jc w:val="right"/>
      </w:pPr>
      <w:r>
        <w:t>وہ نہیں، وہ انڈیا گیٹ کا جو علاقہ ہے۔ آپ جانتے ہیں کہ انڈیا گیٹ کا جو علاقہ ہے۔ دلی میں وہ بہت ہی اہم مانا جاتا ہے۔</w:t>
      </w:r>
    </w:p>
    <w:p>
      <w:r>
        <w:rPr>
          <w:b/>
        </w:rPr>
        <w:t xml:space="preserve">[24:42] </w:t>
      </w:r>
      <w:r>
        <w:t>aur shaam ko wahan log aate hain. tafreeh ke liye.</w:t>
      </w:r>
    </w:p>
    <w:p>
      <w:pPr>
        <w:jc w:val="right"/>
      </w:pPr>
      <w:r>
        <w:t>اور شام کو وہاں لوگ آتے ہیں۔ تفریح کے لیے۔</w:t>
      </w:r>
    </w:p>
    <w:p>
      <w:r>
        <w:rPr>
          <w:b/>
        </w:rPr>
        <w:t xml:space="preserve">[24:49] </w:t>
      </w:r>
      <w:r>
        <w:t>bachon ko le kar, auraton ko le kar ke aate hain aap.</w:t>
      </w:r>
    </w:p>
    <w:p>
      <w:pPr>
        <w:jc w:val="right"/>
      </w:pPr>
      <w:r>
        <w:t>بچوں کو لے کر، عورتوں کو لے کر کے آتے ہیں آپ۔</w:t>
      </w:r>
    </w:p>
    <w:p>
      <w:r>
        <w:rPr>
          <w:b/>
        </w:rPr>
        <w:t xml:space="preserve">[24:52] </w:t>
      </w:r>
      <w:r>
        <w:t>aap bhi khud gaye honge ghaliban. India Gate ke ilaqa mein. to aik din aisa hua keh main wahan par gaya.</w:t>
      </w:r>
    </w:p>
    <w:p>
      <w:pPr>
        <w:jc w:val="right"/>
      </w:pPr>
      <w:r>
        <w:t>آپ بھی خود گئے ہوں گے غالباً۔ انڈیا گیٹ کے علاقے میں۔ تو ایک دن ایسا ہوا کہ میں وہاں پر گیا۔</w:t>
      </w:r>
    </w:p>
    <w:p>
      <w:r>
        <w:rPr>
          <w:b/>
        </w:rPr>
        <w:t xml:space="preserve">[25:01] </w:t>
      </w:r>
      <w:r>
        <w:t>kuch saal pehle ki baat hai. to aik aadmi wahan aata hai. abhi woh zyada umar nahin thi is ki. to is ki biwi saath hoti hai.</w:t>
      </w:r>
    </w:p>
    <w:p>
      <w:pPr>
        <w:jc w:val="right"/>
      </w:pPr>
      <w:r>
        <w:t>کچھ سال پہلے کی بات ہے۔ تو ایک آدمی وہاں آتا ہے۔ ابھی وہ زیادہ عمر نہیں تھی اس کی۔ تو اس کی بیوی ساتھ ہوتی ہے۔</w:t>
      </w:r>
    </w:p>
    <w:p>
      <w:r>
        <w:rPr>
          <w:b/>
        </w:rPr>
        <w:t xml:space="preserve">[25:15] </w:t>
      </w:r>
      <w:r>
        <w:t>aur aik bachcha hota hai saath is ke.</w:t>
      </w:r>
    </w:p>
    <w:p>
      <w:pPr>
        <w:jc w:val="right"/>
      </w:pPr>
      <w:r>
        <w:t>اور ایک بچہ ہوتا ہے ساتھ اس کے۔</w:t>
      </w:r>
    </w:p>
    <w:p>
      <w:r>
        <w:rPr>
          <w:b/>
        </w:rPr>
        <w:t xml:space="preserve">[25:18] </w:t>
      </w:r>
      <w:r>
        <w:t>to wahan par aap jante honge keh wahan par ice cream bechte hain. to bachcha kehta hai keh papa mujhe ice cream dilao.</w:t>
      </w:r>
    </w:p>
    <w:p>
      <w:pPr>
        <w:jc w:val="right"/>
      </w:pPr>
      <w:r>
        <w:t>تو وہاں پر آپ جانتے ہوں گے کہ وہاں پر آئس کریم بیچتے ہیں۔ تو بچہ کہتا ہے کہ پاپا مجھے آئس کریم دلاؤ۔</w:t>
      </w:r>
    </w:p>
    <w:p>
      <w:r>
        <w:rPr>
          <w:b/>
        </w:rPr>
        <w:t xml:space="preserve">[25:30] </w:t>
      </w:r>
      <w:r>
        <w:t>to papa foran jeeb se note nikalte hain. aur ice cream ka packet lete hain is se. aur teenon phir khane lagte hain. baap, bachcha aur biwi.</w:t>
      </w:r>
    </w:p>
    <w:p>
      <w:pPr>
        <w:jc w:val="right"/>
      </w:pPr>
      <w:r>
        <w:t>تو پاپا فوراً جیب سے نوٹ نکالتے ہیں۔ اور آئس کریم کا پیکٹ لیتے ہیں اس سے۔ اور تینوں پھر کھانے لگتے ہیں۔ باپ، بچہ اور بیوی۔</w:t>
      </w:r>
    </w:p>
    <w:p>
      <w:r>
        <w:rPr>
          <w:b/>
        </w:rPr>
        <w:t xml:space="preserve">[25:44] </w:t>
      </w:r>
      <w:r>
        <w:t>to main aadmi ki chehra parta hoon. chehra parhna.</w:t>
      </w:r>
    </w:p>
    <w:p>
      <w:pPr>
        <w:jc w:val="right"/>
      </w:pPr>
      <w:r>
        <w:t>تو میں آدمی کی چہرہ پڑھتا ہوں۔ چہرہ پڑھنا۔</w:t>
      </w:r>
    </w:p>
    <w:p>
      <w:r>
        <w:rPr>
          <w:b/>
        </w:rPr>
        <w:t xml:space="preserve">[25:50] </w:t>
      </w:r>
      <w:r>
        <w:t>to is aadmi ke chehre ko maine bohat hi dhiyan se dekha. to us ke chehre par aik aik aik fakhar tha.</w:t>
      </w:r>
    </w:p>
    <w:p>
      <w:pPr>
        <w:jc w:val="right"/>
      </w:pPr>
      <w:r>
        <w:t>تو اس آدمی کے چہرے کو میں نے بہت ہی دھیان سے دیکھا۔ تو اس کے چہرے پر ایک ایک ایک فخر تھا۔</w:t>
      </w:r>
    </w:p>
    <w:p>
      <w:r>
        <w:rPr>
          <w:b/>
        </w:rPr>
        <w:t xml:space="preserve">[25:58] </w:t>
      </w:r>
      <w:r>
        <w:t>fakhar. uska chehra bol raha tha ke dekho mere bachche ne chaha ke ice cream. meri jeeb mein note tha.</w:t>
      </w:r>
    </w:p>
    <w:p>
      <w:pPr>
        <w:jc w:val="right"/>
      </w:pPr>
      <w:r>
        <w:t>فخر۔ اس کا چہرہ بول رہا تھا کہ دیکھو میرے بچے نے چاہا کہ آئس کریم۔ میری جیب میں نوٹ تھا۔</w:t>
      </w:r>
    </w:p>
    <w:p>
      <w:r>
        <w:rPr>
          <w:b/>
        </w:rPr>
        <w:t xml:space="preserve">[26:07] </w:t>
      </w:r>
      <w:r>
        <w:t>main main ne dhoond liya aur mujhe mil gayi woh. ice cream aur hum kha rahe hain.</w:t>
      </w:r>
    </w:p>
    <w:p>
      <w:pPr>
        <w:jc w:val="right"/>
      </w:pPr>
      <w:r>
        <w:t>میں میں نے ڈھونڈ لیا اور مجھے مل گئی وہ۔ آئس کریم اور ہم کھا رہے ہیں۔</w:t>
      </w:r>
    </w:p>
    <w:p>
      <w:r>
        <w:rPr>
          <w:b/>
        </w:rPr>
        <w:t xml:space="preserve">[26:16] </w:t>
      </w:r>
      <w:r>
        <w:t>to ehsas kamyabi jo kehte hain. us ke chehre par chamak raha tha.</w:t>
      </w:r>
    </w:p>
    <w:p>
      <w:pPr>
        <w:jc w:val="right"/>
      </w:pPr>
      <w:r>
        <w:t>تو احساس کامیابی جو کہتے ہیں۔ اس کے چہرے پر چمک رہا تھا۔</w:t>
      </w:r>
    </w:p>
    <w:p>
      <w:r>
        <w:rPr>
          <w:b/>
        </w:rPr>
        <w:t xml:space="preserve">[26:24] </w:t>
      </w:r>
      <w:r>
        <w:t>aap yaqeen kijiye ke us waqt main rone laga. woh aadmi to khush tha. aur main ro raha tha. kyun?</w:t>
      </w:r>
    </w:p>
    <w:p>
      <w:pPr>
        <w:jc w:val="right"/>
      </w:pPr>
      <w:r>
        <w:t>آپ یقین کیجیے کہ اس وقت میں رونے لگا۔ وہ آدمی تو خوش تھا۔ اور میں رو رہا تھا۔ کیوں؟</w:t>
      </w:r>
    </w:p>
    <w:p>
      <w:r>
        <w:rPr>
          <w:b/>
        </w:rPr>
        <w:t xml:space="preserve">[26:34] </w:t>
      </w:r>
      <w:r>
        <w:t>main ne socha kitna ahmaq aadmi yeh hai. yeh baaton ko janta nahin. dekhiye ice cream kya hai?</w:t>
      </w:r>
    </w:p>
    <w:p>
      <w:pPr>
        <w:jc w:val="right"/>
      </w:pPr>
      <w:r>
        <w:t>میں نے سوچا کتنا احمق آدمی یہ ہے۔ یہ باتوں کو جانتا نہیں۔ دیکھیے آئس کریم کیا ہے؟</w:t>
      </w:r>
    </w:p>
    <w:p>
      <w:r>
        <w:rPr>
          <w:b/>
        </w:rPr>
        <w:t xml:space="preserve">[26:42] </w:t>
      </w:r>
      <w:r>
        <w:t>aap sochiye ke ice cream kya hai?</w:t>
      </w:r>
    </w:p>
    <w:p>
      <w:pPr>
        <w:jc w:val="right"/>
      </w:pPr>
      <w:r>
        <w:t>آپ سوچیے کہ آئس کریم کیا ہے؟</w:t>
      </w:r>
    </w:p>
    <w:p>
      <w:r>
        <w:rPr>
          <w:b/>
        </w:rPr>
        <w:t xml:space="preserve">[26:46] </w:t>
      </w:r>
      <w:r>
        <w:t>kaise aisa mumkin hua? ke ice cream ka aik packet. India Gate par aik aadmi bech raha hai aur aap khareed kar ke khayein us ko.</w:t>
      </w:r>
    </w:p>
    <w:p>
      <w:pPr>
        <w:jc w:val="right"/>
      </w:pPr>
      <w:r>
        <w:t>کیسے ایسا ممکن ہوا؟ کہ آئس کریم کا ایک پیکٹ۔ انڈیا گیٹ پر ایک آدمی بیچ رہا ہے اور آپ خرید کر کے کھائیں اس کو۔</w:t>
      </w:r>
    </w:p>
    <w:p>
      <w:r>
        <w:rPr>
          <w:b/>
        </w:rPr>
        <w:t xml:space="preserve">[26:55] </w:t>
      </w:r>
      <w:r>
        <w:t>kaise mumkin hua woh? yeh do bohat bare support system ke baad mumkin hua.</w:t>
      </w:r>
    </w:p>
    <w:p>
      <w:pPr>
        <w:jc w:val="right"/>
      </w:pPr>
      <w:r>
        <w:t>کیسے ممکن ہوا وہ؟ یہ دو بہت بڑے سپورٹ سسٹم کے بعد ممکن ہوا۔</w:t>
      </w:r>
    </w:p>
    <w:p>
      <w:r>
        <w:rPr>
          <w:b/>
        </w:rPr>
        <w:t xml:space="preserve">[27:04] </w:t>
      </w:r>
      <w:r>
        <w:t>pehla fitrat ka support system. doosra tehzeeb ka support system. fitrat ka support system kya hai?</w:t>
      </w:r>
    </w:p>
    <w:p>
      <w:pPr>
        <w:jc w:val="right"/>
      </w:pPr>
      <w:r>
        <w:t>پہلا فطرت کا سپورٹ سسٹم۔ دوسرا تہذیب کا سپورٹ سسٹم۔ فطرت کا سپورٹ سسٹم کیا ہے؟</w:t>
      </w:r>
    </w:p>
    <w:p>
      <w:r>
        <w:rPr>
          <w:b/>
        </w:rPr>
        <w:t xml:space="preserve">[27:15] </w:t>
      </w:r>
      <w:r>
        <w:t>science batati hai koi das arab saal pehle yeh kainat jo thi. yeh gases se bhari hui thi. gases. phir kya hua?</w:t>
      </w:r>
    </w:p>
    <w:p>
      <w:pPr>
        <w:jc w:val="right"/>
      </w:pPr>
      <w:r>
        <w:t>سائنس بتاتی ہے کوئی دس ارب سال پہلے یہ کائنات جو تھی۔ یہ گیسز سے بھری ہوئی تھی۔ گیسز۔ پھر کیا ہوا؟</w:t>
      </w:r>
    </w:p>
    <w:p>
      <w:r>
        <w:rPr>
          <w:b/>
        </w:rPr>
        <w:t xml:space="preserve">[27:25] </w:t>
      </w:r>
      <w:r>
        <w:t>ke hydrogen gas aur oxygen gas milein. H2O ka formula jis ko hum kehte hain. aur pani bana. pani.</w:t>
      </w:r>
    </w:p>
    <w:p>
      <w:pPr>
        <w:jc w:val="right"/>
      </w:pPr>
      <w:r>
        <w:t>کہ ہائیڈروجن گیس اور آکسیجن گیس ملیں۔ ایچ ٹو او کا فارمولا جس کو ہم کہتے ہیں۔ اور پانی بنا۔ پانی۔</w:t>
      </w:r>
    </w:p>
    <w:p>
      <w:r>
        <w:rPr>
          <w:b/>
        </w:rPr>
        <w:t xml:space="preserve">[27:35] </w:t>
      </w:r>
      <w:r>
        <w:t>yani gases tabdeel huien. aur pani bana. phir pani barsta raha zameen par bohat dinon tak.</w:t>
      </w:r>
    </w:p>
    <w:p>
      <w:pPr>
        <w:jc w:val="right"/>
      </w:pPr>
      <w:r>
        <w:t>یعنی گیسز تبدیل ہوئیں۔ اور پانی بنا۔ پھر پانی برستا رہا زمین پر بہت دنوں تک۔</w:t>
      </w:r>
    </w:p>
    <w:p>
      <w:r>
        <w:rPr>
          <w:b/>
        </w:rPr>
        <w:t xml:space="preserve">[27:42] </w:t>
      </w:r>
      <w:r>
        <w:t>phir yahan par paudhe bane. paudhe, sabzi, phool sab cheezein. is ke baad yahan par janwar aaye.</w:t>
      </w:r>
    </w:p>
    <w:p>
      <w:pPr>
        <w:jc w:val="right"/>
      </w:pPr>
      <w:r>
        <w:t>پھر یہاں پر پودے بنے۔ پودے، سبزی، پھول سب چیزیں۔ اس کے بعد یہاں پر جانور آئے۔</w:t>
      </w:r>
    </w:p>
    <w:p>
      <w:r>
        <w:rPr>
          <w:b/>
        </w:rPr>
        <w:t xml:space="preserve">[27:54] </w:t>
      </w:r>
      <w:r>
        <w:t>pehlay pani aaya. phir paudhe aaye. phir janwar aaye. aakhir mein insan aaya.</w:t>
      </w:r>
    </w:p>
    <w:p>
      <w:pPr>
        <w:jc w:val="right"/>
      </w:pPr>
      <w:r>
        <w:t>پہلے پانی آیا۔ پھر پودے آئے۔ پھر جانور آئے۔ آخر میں انسان آیا۔</w:t>
      </w:r>
    </w:p>
    <w:p>
      <w:r>
        <w:rPr>
          <w:b/>
        </w:rPr>
        <w:t xml:space="preserve">[28:04] </w:t>
      </w:r>
      <w:r>
        <w:t>is ke baad insan ne kya</w:t>
      </w:r>
    </w:p>
    <w:p>
      <w:pPr>
        <w:jc w:val="right"/>
      </w:pPr>
      <w:r>
        <w:t>اس کے بعد انسان نے کیا</w:t>
      </w:r>
    </w:p>
    <w:p>
      <w:r>
        <w:rPr>
          <w:b/>
        </w:rPr>
        <w:t xml:space="preserve">[28:06] </w:t>
      </w:r>
      <w:r>
        <w:t>kya? ke janwar yani gaaye ko pata kya ke gaaye mein doodh hai. bhains mein doodh hai.</w:t>
      </w:r>
    </w:p>
    <w:p>
      <w:pPr>
        <w:jc w:val="right"/>
      </w:pPr>
      <w:r>
        <w:t>کیا؟ کہ جانور یعنی گائے کو پتہ کیا کہ گائے میں دودھ ہے۔ بھینس میں دودھ ہے۔</w:t>
      </w:r>
    </w:p>
    <w:p>
      <w:r>
        <w:rPr>
          <w:b/>
        </w:rPr>
        <w:t xml:space="preserve">[28:18] </w:t>
      </w:r>
      <w:r>
        <w:t>to aik itne arab arab saal tak fitrat ne kaam kiya. tab pani bana.</w:t>
      </w:r>
    </w:p>
    <w:p>
      <w:pPr>
        <w:jc w:val="right"/>
      </w:pPr>
      <w:r>
        <w:t>تو ایک اتنے ارب ارب سال تک فطرت نے کام کیا۔ تب پانی بنا۔</w:t>
      </w:r>
    </w:p>
    <w:p>
      <w:r>
        <w:rPr>
          <w:b/>
        </w:rPr>
        <w:t xml:space="preserve">[28:28] </w:t>
      </w:r>
      <w:r>
        <w:t>tab paudhe aaye. tab janwar aaye. tab insan aaye. aik taraf yeh fitrat ka itna bara karname hai.</w:t>
      </w:r>
    </w:p>
    <w:p>
      <w:pPr>
        <w:jc w:val="right"/>
      </w:pPr>
      <w:r>
        <w:t>تب پودے آئے۔ تب جانور آئے۔ تب انسان آئے۔ ایک طرف یہ فطرت کا اتنا بڑا کارنامہ ہے۔</w:t>
      </w:r>
    </w:p>
    <w:p>
      <w:r>
        <w:rPr>
          <w:b/>
        </w:rPr>
        <w:t xml:space="preserve">[28:36] </w:t>
      </w:r>
      <w:r>
        <w:t>is ke baad insan aata hai. insan is se doodh nikalta hai gaaye se. bohat din tak to aise hi kacha pi jata hai. nikal kar ke.</w:t>
      </w:r>
    </w:p>
    <w:p>
      <w:pPr>
        <w:jc w:val="right"/>
      </w:pPr>
      <w:r>
        <w:t>اس کے بعد انسان آتا ہے۔ انسان اس سے دودھ نکالتا ہے گائے سے۔ بہت دن تک تو ایسے ہی کچا پی جاتا ہے۔ نکال کر کے۔</w:t>
      </w:r>
    </w:p>
    <w:p>
      <w:r>
        <w:rPr>
          <w:b/>
        </w:rPr>
        <w:t xml:space="preserve">[28:45] </w:t>
      </w:r>
      <w:r>
        <w:t>woh nahin janta ke is ko pakana chahiye. phir pakata hai. pakane ke baad kya aur kya hote hote phir bohat dinon ke baad pata chalta hai is ko ke is doodh mein makkhan hota hai.</w:t>
      </w:r>
    </w:p>
    <w:p>
      <w:pPr>
        <w:jc w:val="right"/>
      </w:pPr>
      <w:r>
        <w:t>وہ نہیں جانتا کہ اس کو پکانا چاہیے۔ پھر پکاتا ہے۔ پکانے کے بعد کیا اور کیا ہوتے ہوتے پھر بہت دنوں کے بعد پتہ چلتا ہے اس کو کہ اس دودھ میں مکھن ہوتا ہے۔</w:t>
      </w:r>
    </w:p>
    <w:p>
      <w:r>
        <w:rPr>
          <w:b/>
        </w:rPr>
        <w:t xml:space="preserve">[28:55] </w:t>
      </w:r>
      <w:r>
        <w:t>is mein yeh hota hai, woh hota hai. phir sanati dor aata hai. tehzeeb yahan tak aage badhti hai.</w:t>
      </w:r>
    </w:p>
    <w:p>
      <w:pPr>
        <w:jc w:val="right"/>
      </w:pPr>
      <w:r>
        <w:t>اس میں یہ ہوتا ہے، وہ ہوتا ہے۔ پھر صنعتی دور آتا ہے۔ تہذیب یہاں تک آگے بڑھتی ہے۔</w:t>
      </w:r>
    </w:p>
    <w:p>
      <w:r>
        <w:rPr>
          <w:b/>
        </w:rPr>
        <w:t xml:space="preserve">[29:02] </w:t>
      </w:r>
      <w:r>
        <w:t>sanati dor mein mumkin hota hai ke aap woh sari cheezein milti hain aap ko ke aap aap ice cream banayein. ab dekhiye ke itne lambe din dinon tak.</w:t>
      </w:r>
    </w:p>
    <w:p>
      <w:pPr>
        <w:jc w:val="right"/>
      </w:pPr>
      <w:r>
        <w:t>صنعتی دور میں ممکن ہوتا ہے کہ آپ وہ ساری چیزیں ملتی ہیں آپ کو کہ آپ آپ آئس کریم بنائیں۔ اب دیکھیے کہ اتنے لمبے دن دنوں تک۔</w:t>
      </w:r>
    </w:p>
    <w:p>
      <w:r>
        <w:rPr>
          <w:b/>
        </w:rPr>
        <w:t xml:space="preserve">[29:14] </w:t>
      </w:r>
      <w:r>
        <w:t>aik taraf fitrat ka support system banta hai. doosri taraf tehzeeb ka itna lamba safar tay hota hai.</w:t>
      </w:r>
    </w:p>
    <w:p>
      <w:pPr>
        <w:jc w:val="right"/>
      </w:pPr>
      <w:r>
        <w:t>ایک طرف فطرت کا سپورٹ سسٹم بنتا ہے۔ دوسری طرف تہذیب کا اتنا لمبا سفر طے ہوتا ہے۔</w:t>
      </w:r>
    </w:p>
    <w:p>
      <w:r>
        <w:rPr>
          <w:b/>
        </w:rPr>
        <w:t xml:space="preserve">[29:24] </w:t>
      </w:r>
      <w:r>
        <w:t>tab ja kar ke yeh mumkin hota hai ke aik aadmi India gate mein khara ho kar ke ice cream beche. aur aap kuch rupay de kar is ko khareed saken.</w:t>
      </w:r>
    </w:p>
    <w:p>
      <w:pPr>
        <w:jc w:val="right"/>
      </w:pPr>
      <w:r>
        <w:t>تب جا کر کے یہ ممکن ہوتا ہے کہ ایک آدمی انڈیا گیٹ میں کھڑا ہو کر کے آئس کریم بیچے۔ اور آپ کچھ روپے دے کر اس کو خرید سکیں۔</w:t>
      </w:r>
    </w:p>
    <w:p>
      <w:r>
        <w:rPr>
          <w:b/>
        </w:rPr>
        <w:t xml:space="preserve">[29:37] </w:t>
      </w:r>
      <w:r>
        <w:t>to is ke maani kya hain? is ice cream ki qeemat das rupay nahi hai. is ice cream ki qeemat bohat hi ziyada hai.</w:t>
      </w:r>
    </w:p>
    <w:p>
      <w:pPr>
        <w:jc w:val="right"/>
      </w:pPr>
      <w:r>
        <w:t>تو اس کے معنی کیا ہیں؟ اس آئس کریم کی قیمت دس روپے نہیں ہے۔ اس آئس کریم کی قیمت بہت ہی زیادہ ہے۔</w:t>
      </w:r>
    </w:p>
    <w:p>
      <w:r>
        <w:rPr>
          <w:b/>
        </w:rPr>
        <w:t xml:space="preserve">[29:52] </w:t>
      </w:r>
      <w:r>
        <w:t>to main jab dekh raha tha is aadmi ko. to aisa lagta tha ke woh aadmi keh raha hai. ke har cheez ki aik qeemat hai. I can pay that price to obtain it lekin mere dil mein kya tha?</w:t>
      </w:r>
    </w:p>
    <w:p>
      <w:pPr>
        <w:jc w:val="right"/>
      </w:pPr>
      <w:r>
        <w:t>تو میں جب دیکھ رہا تھا اس آدمی کو۔ تو ایسا لگتا تھا کہ وہ آدمی کہہ رہا ہے۔ کہ ہر چیز کی ایک قیمت ہے۔ I can pay that price to obtain it لیکن میرے دل میں کیا تھا؟</w:t>
      </w:r>
    </w:p>
    <w:p>
      <w:r>
        <w:rPr>
          <w:b/>
        </w:rPr>
        <w:t xml:space="preserve">[30:10] </w:t>
      </w:r>
      <w:r>
        <w:t>Everything is priceless. You cannot pay the price of anything.</w:t>
      </w:r>
    </w:p>
    <w:p>
      <w:pPr>
        <w:jc w:val="right"/>
      </w:pPr>
      <w:r>
        <w:t>Everything is priceless. You cannot pay the price of anything.</w:t>
      </w:r>
    </w:p>
    <w:p>
      <w:r>
        <w:rPr>
          <w:b/>
        </w:rPr>
        <w:t xml:space="preserve">[30:18] </w:t>
      </w:r>
      <w:r>
        <w:t>yani is ice cream ke peechay is million billion saal ko joriye aap to woh qeemat se pak hai. woh is ka matlab kya hua?</w:t>
      </w:r>
    </w:p>
    <w:p>
      <w:pPr>
        <w:jc w:val="right"/>
      </w:pPr>
      <w:r>
        <w:t>یعنی اس آئس کریم کے پیچھے اس ملین بلین سال کو جوڑیے آپ تو وہ قیمت سے پاک ہے۔ وہ اس کا مطلب کیا ہوا؟</w:t>
      </w:r>
    </w:p>
    <w:p>
      <w:r>
        <w:rPr>
          <w:b/>
        </w:rPr>
        <w:t xml:space="preserve">[30:31] </w:t>
      </w:r>
      <w:r>
        <w:t>ke jis cheez se woh aadmi le raha hai fakhr. us se kya aana chahiye us ke andar? aajzi. aajzi aana chahiye.</w:t>
      </w:r>
    </w:p>
    <w:p>
      <w:pPr>
        <w:jc w:val="right"/>
      </w:pPr>
      <w:r>
        <w:t>کہ جس چیز سے وہ آدمی لے رہا ہے فخر۔ اس سے کیا آنا چاہیے اس کے اندر؟ عاجزی۔ عاجزی آنا چاہیے۔</w:t>
      </w:r>
    </w:p>
    <w:p>
      <w:r>
        <w:rPr>
          <w:b/>
        </w:rPr>
        <w:t xml:space="preserve">[30:40] </w:t>
      </w:r>
      <w:r>
        <w:t>jab woh fitrat ko tasleem karega. jo insaniyat ko tasleem karega. jo hazaron hazaron saal tak taraqqi karte karte yahan tak pohnchi.</w:t>
      </w:r>
    </w:p>
    <w:p>
      <w:pPr>
        <w:jc w:val="right"/>
      </w:pPr>
      <w:r>
        <w:t>جب وہ فطرت کو تسلیم کرے گا۔ جو انسانیت کو تسلیم کرے گا۔ جو ہزاروں ہزاروں سال تک ترقی کرتے کرتے یہاں تک پہنچی۔</w:t>
      </w:r>
    </w:p>
    <w:p>
      <w:r>
        <w:rPr>
          <w:b/>
        </w:rPr>
        <w:t xml:space="preserve">[30:51] </w:t>
      </w:r>
      <w:r>
        <w:t>ke aap ko ice cream bana kar de. to aik taraf aap fitrat ko tasleem karenge. to doosri taraf aap insaan ko tasleem karenge. to kya hoga is ka nateeja?</w:t>
      </w:r>
    </w:p>
    <w:p>
      <w:pPr>
        <w:jc w:val="right"/>
      </w:pPr>
      <w:r>
        <w:t>کہ آپ کو آئس کریم بنا کر دے۔ تو ایک طرف آپ فطرت کو تسلیم کریں گے۔ تو دوسری طرف آپ انسان کو تسلیم کریں گے۔ تو کیا ہوگا اس کا نتیجہ؟</w:t>
      </w:r>
    </w:p>
    <w:p>
      <w:r>
        <w:rPr>
          <w:b/>
        </w:rPr>
        <w:t xml:space="preserve">[31:01] </w:t>
      </w:r>
      <w:r>
        <w:t>aajzi. fakhr khatam. aajzi.</w:t>
      </w:r>
    </w:p>
    <w:p>
      <w:pPr>
        <w:jc w:val="right"/>
      </w:pPr>
      <w:r>
        <w:t>عاجزی۔ فخر ختم۔ عاجزی۔</w:t>
      </w:r>
    </w:p>
    <w:p>
      <w:r>
        <w:rPr>
          <w:b/>
        </w:rPr>
        <w:t xml:space="preserve">[31:07] </w:t>
      </w:r>
      <w:r>
        <w:t>to main ne socha ke dekhiye. insaan cheezon ko na janne ki wajah se. sab se bari cheez se apne ko mehroom kiye hue hai.</w:t>
      </w:r>
    </w:p>
    <w:p>
      <w:pPr>
        <w:jc w:val="right"/>
      </w:pPr>
      <w:r>
        <w:t>تو میں نے سوچا کہ دیکھیے۔ انسان چیزوں کو نہ جاننے کی وجہ سے۔ سب سے بڑی چیز سے اپنے کو محروم کی ہوئی ہے۔</w:t>
      </w:r>
    </w:p>
    <w:p>
      <w:r>
        <w:rPr>
          <w:b/>
        </w:rPr>
        <w:t xml:space="preserve">[31:18] </w:t>
      </w:r>
      <w:r>
        <w:t>woh hai aajzi. aajzi sab se bari cheez hai. is dunya mein.</w:t>
      </w:r>
    </w:p>
    <w:p>
      <w:pPr>
        <w:jc w:val="right"/>
      </w:pPr>
      <w:r>
        <w:t>وہ ہے عاجزی۔ عاجزی سب سے بڑی چیز ہے۔ اس دنیا میں۔</w:t>
      </w:r>
    </w:p>
    <w:p>
      <w:r>
        <w:rPr>
          <w:b/>
        </w:rPr>
        <w:t xml:space="preserve">[31:27] </w:t>
      </w:r>
      <w:r>
        <w:t>sab se ziyada bari cheez jo hai woh aajzi. aajzi is waqt ilm hai. aajzi ho tab hi aap ke andar haqeeqi andaaz aata hai.</w:t>
      </w:r>
    </w:p>
    <w:p>
      <w:pPr>
        <w:jc w:val="right"/>
      </w:pPr>
      <w:r>
        <w:t>سب سے زیادہ بڑی چیز جو ہے وہ عاجزی۔ عاجزی اس وقت علم ہے۔ عاجزی ہو تب ہی آپ کے اندر حقیقی انداز آتا ہے۔</w:t>
      </w:r>
    </w:p>
    <w:p>
      <w:r>
        <w:rPr>
          <w:b/>
        </w:rPr>
        <w:t xml:space="preserve">[31:36] </w:t>
      </w:r>
      <w:r>
        <w:t>aajzi ho tab hi aap doosron ko tasleem kar paate hain. aajzi ho tab hi aap apni musbat mansooba bandi kar paate hain. aajzi ho tab hi aap apne aap ko manfi khayalat se bacha paate hain.</w:t>
      </w:r>
    </w:p>
    <w:p>
      <w:pPr>
        <w:jc w:val="right"/>
      </w:pPr>
      <w:r>
        <w:t>عاجزی ہو تب ہی آپ دوسروں کو تسلیم کر پاتے ہیں۔ عاجزی ہو تب ہی آپ اپنی مثبت منصوبہ بندی کر پاتے ہیں۔ عاجزی ہو تب ہی آپ اپنے آپ کو منفی خیالات سے بچا پاتے ہیں۔</w:t>
      </w:r>
    </w:p>
    <w:p>
      <w:r>
        <w:rPr>
          <w:b/>
        </w:rPr>
        <w:t xml:space="preserve">[31:51] </w:t>
      </w:r>
      <w:r>
        <w:t>to sab se bara maal jo hai woh kya hai? aajzi. isi se aadmi apne ko mehroom kiye hue hai. kyunke woh janta nahi ke jis cheez ko main le raha hoon. yeh sirf ice cream ki baat nahi</w:t>
      </w:r>
    </w:p>
    <w:p>
      <w:pPr>
        <w:jc w:val="right"/>
      </w:pPr>
      <w:r>
        <w:t>تو سب سے بڑا مال جو ہے وہ کیا ہے؟ عاجزی۔ اسی سے آدمی اپنے کو محروم کیے ہوئے ہے۔ کیونکہ وہ جانتا نہیں کہ جس چیز کو میں لے رہا ہوں۔ یہ صرف آئس کریم کی بات نہیں</w:t>
      </w:r>
    </w:p>
    <w:p>
      <w:r>
        <w:rPr>
          <w:b/>
        </w:rPr>
        <w:t xml:space="preserve">[32:01] </w:t>
      </w:r>
      <w:r>
        <w:t>hai. aik aik cheez. chahe yeh glass ho. chahe railway ka engine ho. chahe hawai jahaz ho. chahe aik pencil ho.</w:t>
      </w:r>
    </w:p>
    <w:p>
      <w:pPr>
        <w:jc w:val="right"/>
      </w:pPr>
      <w:r>
        <w:t>ہے۔ ایک ایک چیز۔ چاہے یہ گلاس ہو۔ چاہے ریلوے کا انجن ہو۔ چاہے ہوائی جہاز ہو۔ چاہے ایک پنسل ہو۔</w:t>
      </w:r>
    </w:p>
    <w:p>
      <w:r>
        <w:rPr>
          <w:b/>
        </w:rPr>
        <w:t xml:space="preserve">[32:09] </w:t>
      </w:r>
      <w:r>
        <w:t>kuch bhi, kuch bhi, kuch bhi. sab ke peechay yeh arb arb saal hain. fitrat ka support system. aur tehzeeb ka taawun.</w:t>
      </w:r>
    </w:p>
    <w:p>
      <w:pPr>
        <w:jc w:val="right"/>
      </w:pPr>
      <w:r>
        <w:t>کچھ بھی، کچھ بھی، کچھ بھی۔ سب کے پیچھے یہ ارب ارب سال ہیں۔ فطرت کا سپورٹ سسٹم۔ اور تہذیب کا تعاون۔</w:t>
      </w:r>
    </w:p>
    <w:p>
      <w:r>
        <w:rPr>
          <w:b/>
        </w:rPr>
        <w:t xml:space="preserve">[32:20] </w:t>
      </w:r>
      <w:r>
        <w:t>tab yeh mumkin hua hai. to yeh zara aap sochain to kya milega aap ko? aajzi. aajzi kya karegi</w:t>
      </w:r>
    </w:p>
    <w:p>
      <w:pPr>
        <w:jc w:val="right"/>
      </w:pPr>
      <w:r>
        <w:t>تب یہ ممکن ہوا ہے۔ تو یہ ذرا آپ سوچیں تو کیا ملے گا آپ کو؟ عاجزی۔ عاجزی کیا کرے</w:t>
      </w:r>
    </w:p>
    <w:p>
      <w:r>
        <w:rPr>
          <w:b/>
        </w:rPr>
        <w:t xml:space="preserve">[32:29] </w:t>
      </w:r>
      <w:r>
        <w:t>gi aap ko? aap ke andar haqeeqi andaaz paida karegi. ab aaj aik aur main is ki taraf aap ko.</w:t>
      </w:r>
    </w:p>
    <w:p>
      <w:pPr>
        <w:jc w:val="right"/>
      </w:pPr>
      <w:r>
        <w:t>گی آپ کو؟ آپ کے اندر حقیقی انداز پیدا کرے گی۔ اب آج ایک اور میں اس کی طرف آپ کو۔</w:t>
      </w:r>
    </w:p>
    <w:p>
      <w:r>
        <w:rPr>
          <w:b/>
        </w:rPr>
        <w:t xml:space="preserve">[32:37] </w:t>
      </w:r>
      <w:r>
        <w:t>dhiyan dilaunga. jo aaj hi ke paper mein. mujhe mili. aap dekhte honge ke aaj kal Falasteen mein.</w:t>
      </w:r>
    </w:p>
    <w:p>
      <w:pPr>
        <w:jc w:val="right"/>
      </w:pPr>
      <w:r>
        <w:t>دھیان دلاؤں گا۔ جو آج ہی کے پیپر میں۔ مجھے ملی۔ آپ دیکھتے ہوں گے کہ آج کل فلسطین میں۔</w:t>
      </w:r>
    </w:p>
    <w:p>
      <w:r>
        <w:rPr>
          <w:b/>
        </w:rPr>
        <w:t xml:space="preserve">[32:46] </w:t>
      </w:r>
      <w:r>
        <w:t>aapas hi mein is mein log lad rahe hain. Falasteen mein jo Arab log hain. woh do firqay un ke hain. Hamas aur Fateh. do baray firqay.</w:t>
      </w:r>
    </w:p>
    <w:p>
      <w:pPr>
        <w:jc w:val="right"/>
      </w:pPr>
      <w:r>
        <w:t>آپس ہی میں اس میں لوگ لڑ رہے ہیں۔ فلسطین میں جو عرب لوگ ہیں۔ وہ دو فرقے ان کے ہیں۔ حماس اور فتح۔ دو بڑے فرقے۔</w:t>
      </w:r>
    </w:p>
    <w:p>
      <w:r>
        <w:rPr>
          <w:b/>
        </w:rPr>
        <w:t xml:space="preserve">[32:56] </w:t>
      </w:r>
      <w:r>
        <w:t>aapas mein lad rahe hain dono.</w:t>
      </w:r>
    </w:p>
    <w:p>
      <w:pPr>
        <w:jc w:val="right"/>
      </w:pPr>
      <w:r>
        <w:t>آپس میں لڑ رہے ہیں دونوں۔</w:t>
      </w:r>
    </w:p>
    <w:p>
      <w:r>
        <w:rPr>
          <w:b/>
        </w:rPr>
        <w:t xml:space="preserve">[32:58] </w:t>
      </w:r>
      <w:r>
        <w:t>is mein aap ne dekha hoga. aaj ka jo paper hai. yeh Hindu. Hindu paper mein aik is ka photo aaya hai. dono group lad rahe hain aapas mein.</w:t>
      </w:r>
    </w:p>
    <w:p>
      <w:pPr>
        <w:jc w:val="right"/>
      </w:pPr>
      <w:r>
        <w:t>اس میں آپ نے دیکھا ہوگا۔ آج کا جو پیپر ہے۔ یہ ہندو۔ ہندو پیپر میں ایک اس کا فوٹو آیا ہے۔ دونوں گروپ لڑ رہے ہیں آپس میں۔</w:t>
      </w:r>
    </w:p>
    <w:p>
      <w:r>
        <w:rPr>
          <w:b/>
        </w:rPr>
        <w:t xml:space="preserve">[33:10] </w:t>
      </w:r>
      <w:r>
        <w:t>dekhiye. Falasteen bana hai 1948 mein. aur India azaad hua hai 1947 mein.</w:t>
      </w:r>
    </w:p>
    <w:p>
      <w:pPr>
        <w:jc w:val="right"/>
      </w:pPr>
      <w:r>
        <w:t>دیکھیے۔ فلسطین بنا ہے 1948 میں۔ اور انڈیا آزاد ہوا ہے 1947 میں۔</w:t>
      </w:r>
    </w:p>
    <w:p>
      <w:r>
        <w:rPr>
          <w:b/>
        </w:rPr>
        <w:t xml:space="preserve">[33:21] </w:t>
      </w:r>
      <w:r>
        <w:t>yani aik saal ka sirf farq hai.</w:t>
      </w:r>
    </w:p>
    <w:p>
      <w:pPr>
        <w:jc w:val="right"/>
      </w:pPr>
      <w:r>
        <w:t>یعنی ایک سال کا صرف فرق ہے۔</w:t>
      </w:r>
    </w:p>
    <w:p>
      <w:r>
        <w:rPr>
          <w:b/>
        </w:rPr>
        <w:t xml:space="preserve">[33:24] </w:t>
      </w:r>
      <w:r>
        <w:t>donon ka ek hi kahani hai. lekin natija do hain. dekhiye india mein jo log.</w:t>
      </w:r>
    </w:p>
    <w:p>
      <w:pPr>
        <w:jc w:val="right"/>
      </w:pPr>
      <w:r>
        <w:t>دونوں کا ایک ہی کہانی ہے۔ لیکن نتیجہ دو ہے۔ دیکھیے انڈیا میں جو لوگ۔</w:t>
      </w:r>
    </w:p>
    <w:p>
      <w:r>
        <w:rPr>
          <w:b/>
        </w:rPr>
        <w:t xml:space="preserve">[33:33] </w:t>
      </w:r>
      <w:r>
        <w:t>freedom movement chala rahe the. mahatma gandhi. mahatma gandhi ne kaha tha ke. partition mere lash par hoga.</w:t>
      </w:r>
    </w:p>
    <w:p>
      <w:pPr>
        <w:jc w:val="right"/>
      </w:pPr>
      <w:r>
        <w:t>فریڈم موومنٹ چلا رہے تھے۔ مہاتما گاندھی۔ مہاتما گاندھی نے کہا تھا کہ۔ پارٹیشن میرے لاش پر ہوگا۔</w:t>
      </w:r>
    </w:p>
    <w:p>
      <w:r>
        <w:rPr>
          <w:b/>
        </w:rPr>
        <w:t xml:space="preserve">[33:42] </w:t>
      </w:r>
      <w:r>
        <w:t>main pakistan. ke sare jo hamare leader the. pakistan ke khilaf the. woh kisi tarah tayyar nahi the ke india ka partition ho.</w:t>
      </w:r>
    </w:p>
    <w:p>
      <w:pPr>
        <w:jc w:val="right"/>
      </w:pPr>
      <w:r>
        <w:t>میں پاکستان۔ کے سارے جو ہمارے لیڈر تھے۔ پاکستان کے خلاف تھے۔ وہ کسی طرح تیار نہیں تھے کہ انڈیا کا پارٹیشن ہو۔</w:t>
      </w:r>
    </w:p>
    <w:p>
      <w:r>
        <w:rPr>
          <w:b/>
        </w:rPr>
        <w:t xml:space="preserve">[33:51] </w:t>
      </w:r>
      <w:r>
        <w:t>lekin 1947 mein unhon ne partition ko maan liya. aur aaj un ki aaina taraqqi kar raha hai. theek yahi baat wahan bhi hui.</w:t>
      </w:r>
    </w:p>
    <w:p>
      <w:pPr>
        <w:jc w:val="right"/>
      </w:pPr>
      <w:r>
        <w:t>لیکن 1947 میں انہوں نے پارٹیشن کو مان لیا۔ اور آج ان کی آئینہ ترقی کر رہا ہے۔ ٹھیک یہی بات وہاں بھی ہوئی۔</w:t>
      </w:r>
    </w:p>
    <w:p>
      <w:r>
        <w:rPr>
          <w:b/>
        </w:rPr>
        <w:t xml:space="preserve">[34:01] </w:t>
      </w:r>
      <w:r>
        <w:t>falasteen mein. ke falasteen mein ball four commission ke tehat. is ka partition hua. falasteen ka partition hua.</w:t>
      </w:r>
    </w:p>
    <w:p>
      <w:pPr>
        <w:jc w:val="right"/>
      </w:pPr>
      <w:r>
        <w:t>فلسطین میں۔ کہ فلسطین میں بال فور کمیشن کے تحت۔ اس کا پارٹیشن ہوا۔ فلسطین کا پارٹیشن ہوا۔</w:t>
      </w:r>
    </w:p>
    <w:p>
      <w:r>
        <w:rPr>
          <w:b/>
        </w:rPr>
        <w:t xml:space="preserve">[34:10] </w:t>
      </w:r>
      <w:r>
        <w:t>1948 mein.</w:t>
      </w:r>
    </w:p>
    <w:p>
      <w:pPr>
        <w:jc w:val="right"/>
      </w:pPr>
      <w:r>
        <w:t>1948 میں۔</w:t>
      </w:r>
    </w:p>
    <w:p>
      <w:r>
        <w:rPr>
          <w:b/>
        </w:rPr>
        <w:t xml:space="preserve">[34:12] </w:t>
      </w:r>
      <w:r>
        <w:t>ek ek tihai diya gaya. israel ko. aur do tihai diya gaya arbon ko. arbon ko do tihai mila.</w:t>
      </w:r>
    </w:p>
    <w:p>
      <w:pPr>
        <w:jc w:val="right"/>
      </w:pPr>
      <w:r>
        <w:t>ایک ایک تہائی دیا گیا۔ اسرائیل کو۔ اور دو تہائی دیا گیا عربوں کو۔ عربوں کو دو تہائی ملا۔</w:t>
      </w:r>
    </w:p>
    <w:p>
      <w:r>
        <w:rPr>
          <w:b/>
        </w:rPr>
        <w:t xml:space="preserve">[34:21] </w:t>
      </w:r>
      <w:r>
        <w:t>aur israel ko ek tihai mila. unhon ne inkar kar diya ke hum nahi mante. aur ladai shuru kar di. ladne lage. itna zyada ladte ladte ladte ladte kya hua ke.</w:t>
      </w:r>
    </w:p>
    <w:p>
      <w:pPr>
        <w:jc w:val="right"/>
      </w:pPr>
      <w:r>
        <w:t>اور اسرائیل کو ایک تہائی ملا۔ انہوں نے انکار کر دیا کہ ہم نہیں مانتے۔ اور لڑائی شروع کر دی۔ لڑنے لگے۔ اتنا زیادہ لڑتے لڑتے لڑتے لڑتے کیا ہوا کہ۔</w:t>
      </w:r>
    </w:p>
    <w:p>
      <w:r>
        <w:rPr>
          <w:b/>
        </w:rPr>
        <w:t xml:space="preserve">[34:33] </w:t>
      </w:r>
      <w:r>
        <w:t>jo do tihai tha woh bhi gaya. chhin</w:t>
      </w:r>
    </w:p>
    <w:p>
      <w:pPr>
        <w:jc w:val="right"/>
      </w:pPr>
      <w:r>
        <w:t>جو دو تہائی تھا وہ بھی گیا۔ چھن</w:t>
      </w:r>
    </w:p>
    <w:p>
      <w:r>
        <w:rPr>
          <w:b/>
        </w:rPr>
        <w:t xml:space="preserve">[34:36] </w:t>
      </w:r>
      <w:r>
        <w:t>gaya. ab thoda sa do. woh do sirf. chhota chhota ilaqa hai. gaza aur aur areehah.</w:t>
      </w:r>
    </w:p>
    <w:p>
      <w:pPr>
        <w:jc w:val="right"/>
      </w:pPr>
      <w:r>
        <w:t>گیا۔ اب تھوڑا سا دو۔ وہ دو صرف۔ چھوٹا چھوٹا علاقہ ہے۔ غزہ اور اور اریحہ۔</w:t>
      </w:r>
    </w:p>
    <w:p>
      <w:r>
        <w:rPr>
          <w:b/>
        </w:rPr>
        <w:t xml:space="preserve">[34:45] </w:t>
      </w:r>
      <w:r>
        <w:t>jahan kuch bhi nahi hai. samjhiye taqreeban veeran hai woh. aur is ke liye ladai ho rahi hai is waqt wahan. aapas mein</w:t>
      </w:r>
    </w:p>
    <w:p>
      <w:pPr>
        <w:jc w:val="right"/>
      </w:pPr>
      <w:r>
        <w:t>جہاں کچھ بھی نہیں ہے۔ سمجھئے تقریباً ویران ہے وہ۔ اور اس کے لیے لڑائی ہو رہی ہے اس وقت وہاں۔ آپس میں</w:t>
      </w:r>
    </w:p>
    <w:p>
      <w:r>
        <w:rPr>
          <w:b/>
        </w:rPr>
        <w:t xml:space="preserve">[34:55] </w:t>
      </w:r>
      <w:r>
        <w:t>. to main yeh kehta hoon ke agar. jis tarah se india ke leaderon ne. yeh. is hikmat amli ka saboot diya. ke partition ko maan liya.</w:t>
      </w:r>
    </w:p>
    <w:p>
      <w:pPr>
        <w:jc w:val="right"/>
      </w:pPr>
      <w:r>
        <w:t>۔ تو میں یہ کہتا ہوں کہ اگر۔ جس طرح سے انڈیا کے لیڈروں نے۔ یہ۔ اس حکمت عملی کا ثبوت دیا۔ کہ پارٹیشن کو مان لیا۔</w:t>
      </w:r>
    </w:p>
    <w:p>
      <w:r>
        <w:rPr>
          <w:b/>
        </w:rPr>
        <w:t xml:space="preserve">[35:05] </w:t>
      </w:r>
      <w:r>
        <w:t>to india taraqqi karne laga. agar arab log. 1948 mein. partition ko maan lete. to aaj kitna aage hote woh log.</w:t>
      </w:r>
    </w:p>
    <w:p>
      <w:pPr>
        <w:jc w:val="right"/>
      </w:pPr>
      <w:r>
        <w:t>تو انڈیا ترقی کرنے لگا۔ اگر عرب لوگ۔ 1948 میں۔ پارٹیشن کو مان لیتے۔ تو آج کتنا آگے ہوتے وہ لوگ۔</w:t>
      </w:r>
    </w:p>
    <w:p>
      <w:r>
        <w:rPr>
          <w:b/>
        </w:rPr>
        <w:t xml:space="preserve">[35:16] </w:t>
      </w:r>
      <w:r>
        <w:t>kyun? is liye ke dekhiye. woh jo do tihai un ko mila tha. to sare sab se achhe jo ilaqe the un ko mile the woh.</w:t>
      </w:r>
    </w:p>
    <w:p>
      <w:pPr>
        <w:jc w:val="right"/>
      </w:pPr>
      <w:r>
        <w:t>کیوں؟ اس لیے کہ دیکھیے۔ وہ جو دو تہائی ان کو ملا تھا۔ تو سارے سب سے اچھے جو علاقے تھے ان کو ملے تھے وہ۔</w:t>
      </w:r>
    </w:p>
    <w:p>
      <w:r>
        <w:rPr>
          <w:b/>
        </w:rPr>
        <w:t xml:space="preserve">[35:24] </w:t>
      </w:r>
      <w:r>
        <w:t>behtareen jitne ilaqe the. israel ko to sehra mila tha zyada tar. yerushalaym arbon ke paas tha. masjid aqsa arbon ke paas tha.</w:t>
      </w:r>
    </w:p>
    <w:p>
      <w:pPr>
        <w:jc w:val="right"/>
      </w:pPr>
      <w:r>
        <w:t>بہترین جتنے علاقے تھے۔ اسرائیل کو تو صحرا ملا تھا زیادہ تر۔ یروشلم عربوں کے پاس تھا۔ مسجد اقصیٰ عربوں کے پاس تھی۔</w:t>
      </w:r>
    </w:p>
    <w:p>
      <w:r>
        <w:rPr>
          <w:b/>
        </w:rPr>
        <w:t xml:space="preserve">[35:35] </w:t>
      </w:r>
      <w:r>
        <w:t>sare achhe ilaqe jo the woh arbon ke paas the. to do tihai un ke paas tha. ek tihai jo hai. woh israel ke paas tha. to wahi hikmat amli jo india wale leaderon ko hui.</w:t>
      </w:r>
    </w:p>
    <w:p>
      <w:pPr>
        <w:jc w:val="right"/>
      </w:pPr>
      <w:r>
        <w:t>سارے اچھے علاقے جو تھے وہ عربوں کے پاس تھے۔ تو دو تہائی ان کے پاس تھا۔ ایک تہائی جو ہے۔ وہ اسرائیل کے پاس تھا۔ تو وہی حکمت عملی جو انڈیا والے لیڈروں کو ہوئی۔</w:t>
      </w:r>
    </w:p>
    <w:p>
      <w:r>
        <w:rPr>
          <w:b/>
        </w:rPr>
        <w:t xml:space="preserve">[35:50] </w:t>
      </w:r>
      <w:r>
        <w:t>woh kyunke mahatma gandhi jo the woh ek muatadil aadmi the.</w:t>
      </w:r>
    </w:p>
    <w:p>
      <w:pPr>
        <w:jc w:val="right"/>
      </w:pPr>
      <w:r>
        <w:t>وہ کیونکہ مہاتما گاندھی جو تھے وہ ایک معتدل آدمی تھے۔</w:t>
      </w:r>
    </w:p>
    <w:p>
      <w:r>
        <w:rPr>
          <w:b/>
        </w:rPr>
        <w:t xml:space="preserve">[35:54] </w:t>
      </w:r>
      <w:r>
        <w:t>mahatma gandhi mein gharoor nahi tha. woh ek muatadil aadmi the. to agarchay woh ek kaha tha unhon ne. ke meri lash par banega pakistan.</w:t>
      </w:r>
    </w:p>
    <w:p>
      <w:pPr>
        <w:jc w:val="right"/>
      </w:pPr>
      <w:r>
        <w:t>مہاتما گاندھی میں غرور نہیں تھا۔ وہ ایک معتدل آدمی تھے۔ تو اگرچہ وہ ایک کہا تھا انہوں نے۔ کہ میری لاش پر بنے گا پاکستان۔</w:t>
      </w:r>
    </w:p>
    <w:p>
      <w:r>
        <w:rPr>
          <w:b/>
        </w:rPr>
        <w:t xml:space="preserve">[36:03] </w:t>
      </w:r>
      <w:r>
        <w:t>lekin un ki ajzi ne yeh bataya un ko. ke you have to accept the reality jab baat yahan tak pahunch gayi.</w:t>
      </w:r>
    </w:p>
    <w:p>
      <w:pPr>
        <w:jc w:val="right"/>
      </w:pPr>
      <w:r>
        <w:t>لیکن ان کی عاجزی نے یہ بتایا ان کو۔ کہ you have to accept the reality جب بات یہاں تک پہنچ گئی۔</w:t>
      </w:r>
    </w:p>
    <w:p>
      <w:r>
        <w:rPr>
          <w:b/>
        </w:rPr>
        <w:t xml:space="preserve">[36:12] </w:t>
      </w:r>
      <w:r>
        <w:t>ke koi charah nahi hai. jinnah sahib ne barah e rast amal ka ultimatum de diya. vice roy kehta tha hum aazad nahi karenge india ko jab tak yeh wada tay na ho.</w:t>
      </w:r>
    </w:p>
    <w:p>
      <w:pPr>
        <w:jc w:val="right"/>
      </w:pPr>
      <w:r>
        <w:t>کہ کوئی چارہ نہیں ہے۔ جناح صاحب نے براہِ راست عمل کا الٹی میٹم دے دیا۔ وائس رائے کہتا تھا ہم آزاد نہیں کریں گے انڈیا کو جب تک یہ وعدہ طے نہ ہو۔</w:t>
      </w:r>
    </w:p>
    <w:p>
      <w:r>
        <w:rPr>
          <w:b/>
        </w:rPr>
        <w:t xml:space="preserve">[36:23] </w:t>
      </w:r>
      <w:r>
        <w:t>to jab yahan mamla aa gaya. to gandhi ne kaha ke we have to accept the reality. nehru ne kaha ke we have to accept the reality kyunke ajzi ne unhein yahan tak pahunchaya hai.</w:t>
      </w:r>
    </w:p>
    <w:p>
      <w:pPr>
        <w:jc w:val="right"/>
      </w:pPr>
      <w:r>
        <w:t>تو جب یہاں معاملہ آگیا۔ تو گاندھی نے کہا کہ we have to accept the reality نہرو نے کہا کہ we have to accept the reality کیونکہ عاجزی نے انہیں یہاں تک پہنچایا ہے۔</w:t>
      </w:r>
    </w:p>
    <w:p>
      <w:r>
        <w:rPr>
          <w:b/>
        </w:rPr>
        <w:t xml:space="preserve">[36:36] </w:t>
      </w:r>
      <w:r>
        <w:t>yani haqeeqi andaaz tak pahunchaya. aur wahan par un ke paas fakhr tha. gharoor tha. to unhon ne kaha hum to nahi mante.</w:t>
      </w:r>
    </w:p>
    <w:p>
      <w:pPr>
        <w:jc w:val="right"/>
      </w:pPr>
      <w:r>
        <w:t>یعنی حقیقی انداز تک پہنچایا۔ اور وہاں پر ان کے پاس فخر تھا۔ غرور تھا۔ تو انہوں نے کہا ہم تو نہیں مانتے۔</w:t>
      </w:r>
    </w:p>
    <w:p>
      <w:r>
        <w:rPr>
          <w:b/>
        </w:rPr>
        <w:t xml:space="preserve">[36:43] </w:t>
      </w:r>
      <w:r>
        <w:t>sunarmikum fi al-bahr unhon ne kaha israel se. ke sunarmikum fi al-bahr hum tum ko. samundaron mein dhakel denge. aur kya hua?</w:t>
      </w:r>
    </w:p>
    <w:p>
      <w:pPr>
        <w:jc w:val="right"/>
      </w:pPr>
      <w:r>
        <w:t>سنرميكم فی البحر انہوں نے کہا اسرائیل سے۔ کہ سنرميكم فی البحر ہم تم کو۔ سمندروں میں دھکیل دیں گے۔ اور کیا ہوا؟</w:t>
      </w:r>
    </w:p>
    <w:p>
      <w:r>
        <w:rPr>
          <w:b/>
        </w:rPr>
        <w:t xml:space="preserve">[36:54] </w:t>
      </w:r>
      <w:r>
        <w:t>ulte unhi ko samundar mein dhakel diya israel ne. to ajzi jo hai. us waqt aati hai jab aap ko kainat ka sahi gyan ho.</w:t>
      </w:r>
    </w:p>
    <w:p>
      <w:pPr>
        <w:jc w:val="right"/>
      </w:pPr>
      <w:r>
        <w:t>الٹے انہی کو سمندر میں دھکیل دیا اسرائیل نے۔ تو عاجزی جو ہے اس وقت آتی ہے جب آپ کو کائنات کا صحیح گیان ہو۔</w:t>
      </w:r>
    </w:p>
    <w:p>
      <w:r>
        <w:rPr>
          <w:b/>
        </w:rPr>
        <w:t xml:space="preserve">[37:04] </w:t>
      </w:r>
      <w:r>
        <w:t>kainat mein aap ka maqam jo hai. woh kya hai? aap samajh lete hain ke master of kainat main hoon.</w:t>
      </w:r>
    </w:p>
    <w:p>
      <w:pPr>
        <w:jc w:val="right"/>
      </w:pPr>
      <w:r>
        <w:t>کائنات میں آپ کا مقام جو ہے وہ کیا ہے؟ آپ سمجھ لیتے ہیں کہ ماسٹر آف کائنات میں ہوں۔</w:t>
      </w:r>
    </w:p>
    <w:p>
      <w:r>
        <w:rPr>
          <w:b/>
        </w:rPr>
        <w:t xml:space="preserve">[37:12] </w:t>
      </w:r>
      <w:r>
        <w:t>to ab kuch nahi kar sakte aap. to mein mein aaj jo mozu hai. ke man's place in the universe agar aap ko sahi.</w:t>
      </w:r>
    </w:p>
    <w:p>
      <w:pPr>
        <w:jc w:val="right"/>
      </w:pPr>
      <w:r>
        <w:t>تو اب کچھ نہیں کر سکتے آپ۔ تو میں میں آج جو موضوع ہے۔ کہ man's place in the universe اگر آپ کو صحیح۔</w:t>
      </w:r>
    </w:p>
    <w:p>
      <w:r>
        <w:rPr>
          <w:b/>
        </w:rPr>
        <w:t xml:space="preserve">[37:24] </w:t>
      </w:r>
      <w:r>
        <w:t>is baat ka. gyan ho. ke insan ka maqam kya hai is kainaat mein.</w:t>
      </w:r>
    </w:p>
    <w:p>
      <w:pPr>
        <w:jc w:val="right"/>
      </w:pPr>
      <w:r>
        <w:t>اس بات کا۔ گیان ہو۔ کہ انسان کا مقام کیا ہے اس کائنات میں۔</w:t>
      </w:r>
    </w:p>
    <w:p>
      <w:r>
        <w:rPr>
          <w:b/>
        </w:rPr>
        <w:t xml:space="preserve">[37:32] </w:t>
      </w:r>
      <w:r>
        <w:t>ke do bohat hi bari bari. jo dhare hain ek fitrat ka dhara. jo. jis ki waja se hum ko zindagi ka support system milta hai.</w:t>
      </w:r>
    </w:p>
    <w:p>
      <w:pPr>
        <w:jc w:val="right"/>
      </w:pPr>
      <w:r>
        <w:t>کہ دو بہت ہی بڑی بڑی۔ جو دھارے ہیں۔ ایک فطرت کا دھارا۔ جو۔ جس کی وجہ سے ہم کو زندگی کا سپورٹ سسٹم ملتا ہے۔</w:t>
      </w:r>
    </w:p>
    <w:p>
      <w:r>
        <w:rPr>
          <w:b/>
        </w:rPr>
        <w:t xml:space="preserve">[37:44] </w:t>
      </w:r>
      <w:r>
        <w:t>dosra tehzeeb ka dhara. jis ki waja se hum ko yeh sari cheezein milti hain. to is ka agar aap ko ehsas ho. to zyada aajzi aap ke andar aaye gi.</w:t>
      </w:r>
    </w:p>
    <w:p>
      <w:pPr>
        <w:jc w:val="right"/>
      </w:pPr>
      <w:r>
        <w:t>دوسرا تہذیب کا دھارا۔ جس کی وجہ سے ہم کو یہ ساری چیزیں ملتی ہیں۔ تو اس کا اگر آپ کو احساس ہو۔ تو زیادہ عاجزی آپ کے اندر آئے گی۔</w:t>
      </w:r>
    </w:p>
    <w:p>
      <w:r>
        <w:rPr>
          <w:b/>
        </w:rPr>
        <w:t xml:space="preserve">[37:55] </w:t>
      </w:r>
      <w:r>
        <w:t>gharoor khatam. ana khatam. manfi soch khatam.</w:t>
      </w:r>
    </w:p>
    <w:p>
      <w:pPr>
        <w:jc w:val="right"/>
      </w:pPr>
      <w:r>
        <w:t>غرور ختم۔ انا ختم۔ منفی سوچ ختم۔</w:t>
      </w:r>
    </w:p>
    <w:p>
      <w:r>
        <w:rPr>
          <w:b/>
        </w:rPr>
        <w:t xml:space="preserve">[38:02] </w:t>
      </w:r>
      <w:r>
        <w:t>tab ja kar aap super human bante hain. tab ja kar aap ko. bari bari kamyabiyan hasil hoti hain. dosri cheez mein yeh kehna chahta hoon ke.</w:t>
      </w:r>
    </w:p>
    <w:p>
      <w:pPr>
        <w:jc w:val="right"/>
      </w:pPr>
      <w:r>
        <w:t>تب جا کر آپ سپر ہیومن بنتے ہیں۔ تب جا کر آپ کو۔ بڑی بڑی کامیابیاں حاصل ہوتی ہیں۔ دوسری چیز میں یہ کہنا چاہتا ہوں کہ۔</w:t>
      </w:r>
    </w:p>
    <w:p>
      <w:r>
        <w:rPr>
          <w:b/>
        </w:rPr>
        <w:t xml:space="preserve">[38:15] </w:t>
      </w:r>
      <w:r>
        <w:t>zindagi ko samjhane ke liye. dekhiye. jab tak aap jab tak aisa na ho. ke khuda ke takhleeqi mansoobe ko samne rakh kar ke aap samjhein.</w:t>
      </w:r>
    </w:p>
    <w:p>
      <w:pPr>
        <w:jc w:val="right"/>
      </w:pPr>
      <w:r>
        <w:t>زندگی کو سمجھانے کے لیے۔ دیکھیے۔ جب تک آپ جب تک ایسا نہ ہو۔ کہ خدا کے تخلیقی منصوبے کو سامنے رکھ کر کے آپ سمجھائیں۔</w:t>
      </w:r>
    </w:p>
    <w:p>
      <w:r>
        <w:rPr>
          <w:b/>
        </w:rPr>
        <w:t xml:space="preserve">[38:29] </w:t>
      </w:r>
      <w:r>
        <w:t>tab tak koi tehreek milta nahi aap ko. aur sirf tehreek mein marna hi aap ke liye. reh jata hai. woh kya hai?</w:t>
      </w:r>
    </w:p>
    <w:p>
      <w:pPr>
        <w:jc w:val="right"/>
      </w:pPr>
      <w:r>
        <w:t>تب تک کوئی تحریک ملتا نہیں آپ کو۔ اور صرف تحریک میں مرنا ہی آپ کے لیے۔ رہ جاتا ہے۔ وہ کیا ہے؟</w:t>
      </w:r>
    </w:p>
    <w:p>
      <w:r>
        <w:rPr>
          <w:b/>
        </w:rPr>
        <w:t xml:space="preserve">[38:39] </w:t>
      </w:r>
      <w:r>
        <w:t>woh yeh hai ke khuda ne. bataya hai. mukashfa ke zariye. ke insan ko banaya khuda ne.</w:t>
      </w:r>
    </w:p>
    <w:p>
      <w:pPr>
        <w:jc w:val="right"/>
      </w:pPr>
      <w:r>
        <w:t>وہ یہ ہے کہ خدا نے۔ بتایا ہے۔ مکاشفہ کے ذریعے۔ کہ انسان کو بنایا خدا نے۔</w:t>
      </w:r>
    </w:p>
    <w:p>
      <w:r>
        <w:rPr>
          <w:b/>
        </w:rPr>
        <w:t xml:space="preserve">[38:49] </w:t>
      </w:r>
      <w:r>
        <w:t>is ka zindagi ka dorania jo hai. abadi zindagi di is ko. lekin is ki zindagi ke doraniye ko bant diya do hisse mein.</w:t>
      </w:r>
    </w:p>
    <w:p>
      <w:pPr>
        <w:jc w:val="right"/>
      </w:pPr>
      <w:r>
        <w:t>اس کا زندگی کا دورانیہ جو ہے۔ ابدی زندگی دی اس کو۔ لیکن اس کی زندگی کے دورانیے کو بانٹ دیا دو حصے میں۔</w:t>
      </w:r>
    </w:p>
    <w:p>
      <w:r>
        <w:rPr>
          <w:b/>
        </w:rPr>
        <w:t xml:space="preserve">[38:59] </w:t>
      </w:r>
      <w:r>
        <w:t>insan ki zindagi ke doraniye ko bant diya. do hisse mein yani. pre death period aur post death period. pre death period aur post death period.</w:t>
      </w:r>
    </w:p>
    <w:p>
      <w:pPr>
        <w:jc w:val="right"/>
      </w:pPr>
      <w:r>
        <w:t>انسان کی زندگی کے دورانیے کو بانٹ دیا۔ دو حصے میں یعنی۔ پری ڈیتھ پیریڈ اور پوسٹ ڈیتھ پیریڈ۔ پری ڈیتھ پیریڈ اور پوسٹ ڈیتھ پیریڈ۔</w:t>
      </w:r>
    </w:p>
    <w:p>
      <w:r>
        <w:rPr>
          <w:b/>
        </w:rPr>
        <w:t xml:space="preserve">[39:12] </w:t>
      </w:r>
      <w:r>
        <w:t>pre death period mein kya hai? yeh preparation ground hai. yeh hai. preparation ground hai yeh. kyunke post death period mein kya hai?</w:t>
      </w:r>
    </w:p>
    <w:p>
      <w:pPr>
        <w:jc w:val="right"/>
      </w:pPr>
      <w:r>
        <w:t>پری ڈیتھ پیریڈ میں کیا ہے؟ یہ پریپریشن گراؤنڈ ہے۔ یہ ہے۔ پریپریشن گراؤنڈ ہے یہ۔ کیونکہ پوسٹ ڈیتھ پیریڈ میں کیا ہے؟</w:t>
      </w:r>
    </w:p>
    <w:p>
      <w:r>
        <w:rPr>
          <w:b/>
        </w:rPr>
        <w:t xml:space="preserve">[39:23] </w:t>
      </w:r>
      <w:r>
        <w:t>jannat hai.</w:t>
      </w:r>
    </w:p>
    <w:p>
      <w:pPr>
        <w:jc w:val="right"/>
      </w:pPr>
      <w:r>
        <w:t>جنت ہے۔</w:t>
      </w:r>
    </w:p>
    <w:p>
      <w:r>
        <w:rPr>
          <w:b/>
        </w:rPr>
        <w:t xml:space="preserve">[39:25] </w:t>
      </w:r>
      <w:r>
        <w:t>asal cheez yeh hai ke khuda ne. ek misali dunya banai. ek kamil dunya banai. jahan woh sab kuch hai jo hum chahte hain.</w:t>
      </w:r>
    </w:p>
    <w:p>
      <w:pPr>
        <w:jc w:val="right"/>
      </w:pPr>
      <w:r>
        <w:t>اصل چیز یہ ہے کہ خدا نے۔ ایک مثالی دنیا بنائی۔ ایک کامل دنیا بنائی۔ جہاں وہ سب کچھ ہے جو ہم چاہتے ہیں۔</w:t>
      </w:r>
    </w:p>
    <w:p>
      <w:r>
        <w:rPr>
          <w:b/>
        </w:rPr>
        <w:t xml:space="preserve">[39:35] </w:t>
      </w:r>
      <w:r>
        <w:t>yani hamari khwahish ki takmeel hai. wahan sam'een se hamari yeh. is dunya mein einstein mar gaya. is is mein ke mere pas sam'een nahi.</w:t>
      </w:r>
    </w:p>
    <w:p>
      <w:pPr>
        <w:jc w:val="right"/>
      </w:pPr>
      <w:r>
        <w:t>یعنی ہماری خواہش کی تکمیل ہے۔ وہاں سامعین سے ہماری یہ۔ اس دنیا میں آئنسٹین مر گیا۔ اس اس میں کہ میرے پاس سامعین نہیں۔</w:t>
      </w:r>
    </w:p>
    <w:p>
      <w:r>
        <w:rPr>
          <w:b/>
        </w:rPr>
        <w:t xml:space="preserve">[39:47] </w:t>
      </w:r>
      <w:r>
        <w:t>jis se mein baat karoon. wahan par</w:t>
      </w:r>
    </w:p>
    <w:p>
      <w:pPr>
        <w:jc w:val="right"/>
      </w:pPr>
      <w:r>
        <w:t>جس سے میں بات کروں۔ وہاں پر</w:t>
      </w:r>
    </w:p>
    <w:p>
      <w:r>
        <w:rPr>
          <w:b/>
        </w:rPr>
        <w:t xml:space="preserve">[39:50] </w:t>
      </w:r>
      <w:r>
        <w:t>kya hoga? wahan par sam'een paye ga insan. kyunke sari baatein khul chuki hongi. abhi to sari baatein chupi hui hain. is liye sam'een nahi milta.</w:t>
      </w:r>
    </w:p>
    <w:p>
      <w:pPr>
        <w:jc w:val="right"/>
      </w:pPr>
      <w:r>
        <w:t>کیا ہوگا؟ وہاں پر سامعین پائے گا انسان۔ کیونکہ ساری باتیں کھل چکی ہوں گی۔ ابھی تو ساری باتیں چھپی ہوئی ہیں۔ اس لیے سامعین نہیں ملتا۔</w:t>
      </w:r>
    </w:p>
    <w:p>
      <w:r>
        <w:rPr>
          <w:b/>
        </w:rPr>
        <w:t xml:space="preserve">[40:01] </w:t>
      </w:r>
      <w:r>
        <w:t>yahan aisa hai jaise ke suraj na nikla ho, andhera ho. to kuch dikhai nahi de ga. lekin jab. jo. world hereafter jo hai wahan par sab cheezein khul jayengi.</w:t>
      </w:r>
    </w:p>
    <w:p>
      <w:pPr>
        <w:jc w:val="right"/>
      </w:pPr>
      <w:r>
        <w:t>یہاں ایسا ہے جیسے کہ سورج نہ نکلا ہو، اندھیرا ہو۔ تو کچھ دکھائی نہیں دے گا۔ لیکن جب۔ جو۔ ورلڈ ایئر آفٹر جو ہے وہاں پر سب چیزیں کھل جائیں گی۔</w:t>
      </w:r>
    </w:p>
    <w:p>
      <w:r>
        <w:rPr>
          <w:b/>
        </w:rPr>
        <w:t xml:space="preserve">[40:14] </w:t>
      </w:r>
      <w:r>
        <w:t>yom yukshafu 'an saq yani sari sachaiyan. sari haqiqatein. sab khol di jayengi. har aadmi baaton ko jaan le ga.</w:t>
      </w:r>
    </w:p>
    <w:p>
      <w:pPr>
        <w:jc w:val="right"/>
      </w:pPr>
      <w:r>
        <w:t>يوم يُكشف عن ساق یعنی ساری سچائیاں۔ ساری حقیقتیں۔ سب کھول دی جائیں گی۔ ہر آدمی باتوں کو جان لے گا۔</w:t>
      </w:r>
    </w:p>
    <w:p>
      <w:r>
        <w:rPr>
          <w:b/>
        </w:rPr>
        <w:t xml:space="preserve">[40:23] </w:t>
      </w:r>
      <w:r>
        <w:t>tab sacha sam'een mile ga aap ko. to. khuda ne ek dunya banai. jannat.</w:t>
      </w:r>
    </w:p>
    <w:p>
      <w:pPr>
        <w:jc w:val="right"/>
      </w:pPr>
      <w:r>
        <w:t>تب سچا سامعین ملے گا آپ کو۔ تو۔ خدا نے ایک دنیا بنائی۔ جنت۔</w:t>
      </w:r>
    </w:p>
    <w:p>
      <w:r>
        <w:rPr>
          <w:b/>
        </w:rPr>
        <w:t xml:space="preserve">[40:33] </w:t>
      </w:r>
      <w:r>
        <w:t>jahan sari. achi baatein hain. abadit hai. aur fiction hai. har cheez misali hai.</w:t>
      </w:r>
    </w:p>
    <w:p>
      <w:pPr>
        <w:jc w:val="right"/>
      </w:pPr>
      <w:r>
        <w:t>جہاں ساری۔ اچھی باتیں ہیں۔ ابدیت ہے۔ اور فکشن ہے۔ ہر چیز مثالی ہے۔</w:t>
      </w:r>
    </w:p>
    <w:p>
      <w:r>
        <w:rPr>
          <w:b/>
        </w:rPr>
        <w:t xml:space="preserve">[40:44] </w:t>
      </w:r>
      <w:r>
        <w:t>to lekin wahan par. basne ke liye. wahan par rehne ke liye. insan ko. kis ko moqa diya jaye?</w:t>
      </w:r>
    </w:p>
    <w:p>
      <w:pPr>
        <w:jc w:val="right"/>
      </w:pPr>
      <w:r>
        <w:t>تو لیکن وہاں پر۔ بسنے کے لیے۔ وہاں پر رہنے کے لیے۔ انسان کو۔ کس کو موقع دیا جائے؟</w:t>
      </w:r>
    </w:p>
    <w:p>
      <w:r>
        <w:rPr>
          <w:b/>
        </w:rPr>
        <w:t xml:space="preserve">[40:53] </w:t>
      </w:r>
      <w:r>
        <w:t>kon aadmi hai jo is ko haqdar samjhe ga? to is dunya ko banaya khuda ne. bator tayari ground.</w:t>
      </w:r>
    </w:p>
    <w:p>
      <w:pPr>
        <w:jc w:val="right"/>
      </w:pPr>
      <w:r>
        <w:t>کون آدمی ہے جو اس کو حق دار سمجھے گا؟ تو اس دنیا کو بنایا خدا نے۔ بطور تیاری گراؤنڈ۔</w:t>
      </w:r>
    </w:p>
    <w:p>
      <w:r>
        <w:rPr>
          <w:b/>
        </w:rPr>
        <w:t xml:space="preserve">[41:03] </w:t>
      </w:r>
      <w:r>
        <w:t>apne aap ko aap tayar karein yahan par. apne aap ko tayar karein. taake aap. haqdar ummeedwar ban saken jannat ke liye.</w:t>
      </w:r>
    </w:p>
    <w:p>
      <w:pPr>
        <w:jc w:val="right"/>
      </w:pPr>
      <w:r>
        <w:t>اپنے آپ کو آپ تیار کریں یہاں پر۔ اپنے آپ کو تیار کریں۔ تاکہ آپ۔ حق دار امیدوار بن سکیں جنت کے لیے۔</w:t>
      </w:r>
    </w:p>
    <w:p>
      <w:r>
        <w:rPr>
          <w:b/>
        </w:rPr>
        <w:t xml:space="preserve">[41:15] </w:t>
      </w:r>
      <w:r>
        <w:t>to yeh tayari ground hai yeh. tayari ground kya hai kis aitbar se? is ki ek misal maine di. ke ice cream le kar ke.</w:t>
      </w:r>
    </w:p>
    <w:p>
      <w:pPr>
        <w:jc w:val="right"/>
      </w:pPr>
      <w:r>
        <w:t>تو یہ تیاری گراؤنڈ ہے یہ۔ تیاری گراؤنڈ کیا ہے کس اعتبار سے؟ اس کی ایک مثال میں نے دی۔ کہ آئس کریم لے کر کے۔</w:t>
      </w:r>
    </w:p>
    <w:p>
      <w:r>
        <w:rPr>
          <w:b/>
        </w:rPr>
        <w:t xml:space="preserve">[41:25] </w:t>
      </w:r>
      <w:r>
        <w:t>ya kisi bhi cheez ko le kar ke. is glass ko le kar ke. ya kisi bhi cheez ko le kar ke. aik hai ke aap is se gharoor ki ghiza lain.</w:t>
      </w:r>
    </w:p>
    <w:p>
      <w:pPr>
        <w:jc w:val="right"/>
      </w:pPr>
      <w:r>
        <w:t>یا کسی بھی چیز کو لے کر کے۔ اس گلاس کو لے کر کے۔ یا کسی بھی چیز کو لے کر کے۔ ایک ہے کہ آپ اس سے غرور کی غذا لیں۔</w:t>
      </w:r>
    </w:p>
    <w:p>
      <w:r>
        <w:rPr>
          <w:b/>
        </w:rPr>
        <w:t xml:space="preserve">[41:36] </w:t>
      </w:r>
      <w:r>
        <w:t>gharoor ka khana mile aap ko. fakhar ka khana. ke mere jeeb mein paisa tha, mein ne paisa diya aur mein ne khareed liya is ko.</w:t>
      </w:r>
    </w:p>
    <w:p>
      <w:pPr>
        <w:jc w:val="right"/>
      </w:pPr>
      <w:r>
        <w:t>غرور کا کھانا ملے آپ کو۔ فخر کا کھانا۔ کہ میرے جیب میں پیسہ تھا، میں نے پیسہ دیا اور میں نے خرید لیا اس کو۔</w:t>
      </w:r>
    </w:p>
    <w:p>
      <w:r>
        <w:rPr>
          <w:b/>
        </w:rPr>
        <w:t xml:space="preserve">[41:47] </w:t>
      </w:r>
      <w:r>
        <w:t>to yeh hai fakhar. yeh hai gharoor. yeh hai ana. yeh hai I-ism. is dunya mein aadmi do ke beech mein hai.</w:t>
      </w:r>
    </w:p>
    <w:p>
      <w:pPr>
        <w:jc w:val="right"/>
      </w:pPr>
      <w:r>
        <w:t>تو یہ ہے فخر۔ یہ ہے غرور۔ یہ ہے انا۔ یہ ہے آئی ازم۔ اس دنیا میں آدمی دو کے بیچ میں ہے۔</w:t>
      </w:r>
    </w:p>
    <w:p>
      <w:r>
        <w:rPr>
          <w:b/>
        </w:rPr>
        <w:t xml:space="preserve">[41:57] </w:t>
      </w:r>
      <w:r>
        <w:t>do ke beech mein hai.</w:t>
      </w:r>
    </w:p>
    <w:p>
      <w:pPr>
        <w:jc w:val="right"/>
      </w:pPr>
      <w:r>
        <w:t>دو کے بیچ میں ہے۔</w:t>
      </w:r>
    </w:p>
    <w:p>
      <w:r>
        <w:rPr>
          <w:b/>
        </w:rPr>
        <w:t xml:space="preserve">[42:02] </w:t>
      </w:r>
      <w:r>
        <w:t>ya to woh cheezon se gharoor ka khana le ga ana ka khana le ga.</w:t>
      </w:r>
    </w:p>
    <w:p>
      <w:pPr>
        <w:jc w:val="right"/>
      </w:pPr>
      <w:r>
        <w:t>یا تو وہ چیزوں سے غرور کا کھانا لے گا۔ انا کا کھانا لے گا۔</w:t>
      </w:r>
    </w:p>
    <w:p>
      <w:r>
        <w:rPr>
          <w:b/>
        </w:rPr>
        <w:t xml:space="preserve">[42:12] </w:t>
      </w:r>
      <w:r>
        <w:t>aur fakhar ka khana le ga.</w:t>
      </w:r>
    </w:p>
    <w:p>
      <w:pPr>
        <w:jc w:val="right"/>
      </w:pPr>
      <w:r>
        <w:t>اور فخر کا کھانا لے گا۔</w:t>
      </w:r>
    </w:p>
    <w:p>
      <w:r>
        <w:rPr>
          <w:b/>
        </w:rPr>
        <w:t xml:space="preserve">[42:15] </w:t>
      </w:r>
      <w:r>
        <w:t>doosra jo hai yeh ke is ke. aajizi ka khana le ga woh. to jo log is dunya mein. apni shakhsiyat ko gharoor wali shakhsiyat banaein.</w:t>
      </w:r>
    </w:p>
    <w:p>
      <w:pPr>
        <w:jc w:val="right"/>
      </w:pPr>
      <w:r>
        <w:t>دوسرا جو ہے یہ کہ اس کے۔ عاجزی کا کھانا لے گا وہ۔ تو جو لوگ اس دنیا میں۔ اپنی شخصیت کو غرور والی شخصیت بنائیں۔</w:t>
      </w:r>
    </w:p>
    <w:p>
      <w:r>
        <w:rPr>
          <w:b/>
        </w:rPr>
        <w:t xml:space="preserve">[42:27] </w:t>
      </w:r>
      <w:r>
        <w:t>un ke liye jahannum hai. un ke liye saza hai. lekin jo log is dunya mein. apne aap ko aik mo'tadil shakhsiyat banaein.</w:t>
      </w:r>
    </w:p>
    <w:p>
      <w:pPr>
        <w:jc w:val="right"/>
      </w:pPr>
      <w:r>
        <w:t>ان کے لیے جہنم ہے۔ ان کے لیے سزا ہے۔ لیکن جو لوگ اس دنیا میں۔ اپنے آپ کو ایک معتدل شخصیت بنائیں۔</w:t>
      </w:r>
    </w:p>
    <w:p>
      <w:r>
        <w:rPr>
          <w:b/>
        </w:rPr>
        <w:t xml:space="preserve">[42:39] </w:t>
      </w:r>
      <w:r>
        <w:t>to wohi woh log hain jo jannat mein jagah paein ge.</w:t>
      </w:r>
    </w:p>
    <w:p>
      <w:pPr>
        <w:jc w:val="right"/>
      </w:pPr>
      <w:r>
        <w:t>تو وہی وہ لوگ ہیں جو جنت میں جگہ پائیں گے۔</w:t>
      </w:r>
    </w:p>
    <w:p>
      <w:r>
        <w:rPr>
          <w:b/>
        </w:rPr>
        <w:t xml:space="preserve">[42:43] </w:t>
      </w:r>
      <w:r>
        <w:t>jaise ke quran mein hai ke wa'abadur rehman allazina yamshuna alal ardi huna wa'abadur rehman allazina yamshuna alal ardi huna yani khuda ke bande woh hain jo zameen par chalte hain.</w:t>
      </w:r>
    </w:p>
    <w:p>
      <w:pPr>
        <w:jc w:val="right"/>
      </w:pPr>
      <w:r>
        <w:t>جیسے کہ قرآن میں ہے کہ وَعَبَادُ الرَّحْمٰنِ الَّذِينَ يَمْشُونَ عَلَى الْأَرْضِ هُونَ وَعَبَادُ الرَّحْمٰنِ الَّذِينَ يَمْشُونَ عَلَى الْأَرْضِ هُونَ یعنی خدا کے بندے وہ ہیں جو زمین پر چلتے ہیں۔</w:t>
      </w:r>
    </w:p>
    <w:p>
      <w:r>
        <w:rPr>
          <w:b/>
        </w:rPr>
        <w:t xml:space="preserve">[42:58] </w:t>
      </w:r>
      <w:r>
        <w:t>aajizi ke sath. aajizi ke sath. aajizi kaise aaye gi? aajizi aise nahi aa sakti hai.</w:t>
      </w:r>
    </w:p>
    <w:p>
      <w:pPr>
        <w:jc w:val="right"/>
      </w:pPr>
      <w:r>
        <w:t>عاجزی کے ساتھ۔ عاجزی کے ساتھ۔ عاجزی کیسے آئے گی؟ عاجزی ایسے نہیں آ سکتی ہے۔</w:t>
      </w:r>
    </w:p>
    <w:p>
      <w:r>
        <w:rPr>
          <w:b/>
        </w:rPr>
        <w:t xml:space="preserve">[43:09] </w:t>
      </w:r>
      <w:r>
        <w:t>aajizi aane ke liye aap ko chahiye ke. idealia aur aajizi aap ke paas ho. jaise ke aap zameen par chalen. to agar aap yeh sochein.</w:t>
      </w:r>
    </w:p>
    <w:p>
      <w:pPr>
        <w:jc w:val="right"/>
      </w:pPr>
      <w:r>
        <w:t>عاجزی آنے کے لیے آپ کو چاہیے کہ۔ آئیڈیلیا اور عاجزی آپ کے پاس ہو۔ جیسے کہ آپ زمین پر چلیں۔ تو اگر آپ یہ سوچیں۔</w:t>
      </w:r>
    </w:p>
    <w:p>
      <w:r>
        <w:rPr>
          <w:b/>
        </w:rPr>
        <w:t xml:space="preserve">[43:19] </w:t>
      </w:r>
      <w:r>
        <w:t>ke mein mein mujhe. mein aik haldi aadmi hoon. aur is liye mein chal raha hoon zameen par. meri sehat jo hai woh mujhe.</w:t>
      </w:r>
    </w:p>
    <w:p>
      <w:pPr>
        <w:jc w:val="right"/>
      </w:pPr>
      <w:r>
        <w:t>کہ میں میں مجھے۔ میں ایک ہلدی آدمی ہوں۔ اور اس لیے میں چل رہا ہوں زمین پر۔ میری صحت جو ہے وہ مجھے۔</w:t>
      </w:r>
    </w:p>
    <w:p>
      <w:r>
        <w:rPr>
          <w:b/>
        </w:rPr>
        <w:t xml:space="preserve">[43:28] </w:t>
      </w:r>
      <w:r>
        <w:t>is qabil banaya hai is ne ke mein chal sakoon zameen par. nahi. aap yeh sochein ke zameen par jo chal raha hoon mein to kaise chal raha hoon?</w:t>
      </w:r>
    </w:p>
    <w:p>
      <w:pPr>
        <w:jc w:val="right"/>
      </w:pPr>
      <w:r>
        <w:t>اس قابل بنایا ہے اس نے کہ میں چل سکوں زمین پر۔ نہیں۔ آپ یہ سوچیں کہ زمین پر جو چل رہا ہوں میں تو کیسے چل رہا ہوں؟</w:t>
      </w:r>
    </w:p>
    <w:p>
      <w:r>
        <w:rPr>
          <w:b/>
        </w:rPr>
        <w:t xml:space="preserve">[43:36] </w:t>
      </w:r>
      <w:r>
        <w:t>zameen mein jo kashish-e-saqil hai. agar woh na ho to aap kaise chalen ge aap? phir to aap urr jaein ge khala mein. phir ooper se hawa ka dabao jo hai.</w:t>
      </w:r>
    </w:p>
    <w:p>
      <w:pPr>
        <w:jc w:val="right"/>
      </w:pPr>
      <w:r>
        <w:t>زمین میں جو کشش ثقل ہے۔ اگر وہ نہ ہو تو آپ کیسے چلیں گے آپ؟ پھر تو آپ اڑ جائیں گے خلا میں۔ پھر اوپر سے ہوا کا دباؤ جو ہے۔</w:t>
      </w:r>
    </w:p>
    <w:p>
      <w:r>
        <w:rPr>
          <w:b/>
        </w:rPr>
        <w:t xml:space="preserve">[43:49] </w:t>
      </w:r>
      <w:r>
        <w:t>wo agar na ho. to aap zameen par aise urrein ge jaise ke. kaghaz ka tukra urrta hai idhar udhar.</w:t>
      </w:r>
    </w:p>
    <w:p>
      <w:pPr>
        <w:jc w:val="right"/>
      </w:pPr>
      <w:r>
        <w:t>وہ اگر نہ ہو۔ تو آپ زمین پر ایسے اڑیں گے جیسے کہ۔ کاغذ کا ٹکڑا اڑتا ہے ادھر ادھر۔</w:t>
      </w:r>
    </w:p>
    <w:p>
      <w:r>
        <w:rPr>
          <w:b/>
        </w:rPr>
        <w:t xml:space="preserve">[43:58] </w:t>
      </w:r>
      <w:r>
        <w:t>to kaha khuda ne itna bara intizam kar rakha hai. ke zameen mein kashish-e-saqil hai. ooper se hawa ka dabao hai. is ke ooper se suraj ki roshni aap ko.</w:t>
      </w:r>
    </w:p>
    <w:p>
      <w:pPr>
        <w:jc w:val="right"/>
      </w:pPr>
      <w:r>
        <w:t>تو کہا خدا نے اتنا بڑا انتظام کر رکھا ہے۔ کہ زمین میں کشش ثقل ہے۔ اوپر سے ہوا کا دباؤ ہے۔ اس کے اوپر سے سورج کی روشنی آپ کو۔</w:t>
      </w:r>
    </w:p>
    <w:p>
      <w:r>
        <w:rPr>
          <w:b/>
        </w:rPr>
        <w:t xml:space="preserve">[44:09] </w:t>
      </w:r>
      <w:r>
        <w:t>aik aik universal charge hai jo aap ke rastay ko roshan kar rahi hai. itne saare intizamat hain aur musalsal aap ke liye oxygen ki supply ka intizam hai.</w:t>
      </w:r>
    </w:p>
    <w:p>
      <w:pPr>
        <w:jc w:val="right"/>
      </w:pPr>
      <w:r>
        <w:t>ایک ایک یونیورسل چارج ہے جو آپ کے راستے کو روشن کر رہی ہے۔ اتنے سارے انتظامات ہیں۔ اور مسلسل آپ کے لیے آکسیجن کی سپلائی کا انتظام ہے۔</w:t>
      </w:r>
    </w:p>
    <w:p>
      <w:r>
        <w:rPr>
          <w:b/>
        </w:rPr>
        <w:t xml:space="preserve">[44:22] </w:t>
      </w:r>
      <w:r>
        <w:t>har waqt aap ko oxygen diya ja</w:t>
      </w:r>
    </w:p>
    <w:p>
      <w:pPr>
        <w:jc w:val="right"/>
      </w:pPr>
      <w:r>
        <w:t>ہر وقت آپ کو آکسیجن دیا جا</w:t>
      </w:r>
    </w:p>
    <w:p>
      <w:r>
        <w:rPr>
          <w:b/>
        </w:rPr>
        <w:t xml:space="preserve">[44:24] </w:t>
      </w:r>
      <w:r>
        <w:t>raha hai. 24 ghante. muft supply oxygen ki hai. aur kya kya cheez hai? mein ne aik article mein parha ke yeh keere makore jo hain.</w:t>
      </w:r>
    </w:p>
    <w:p>
      <w:pPr>
        <w:jc w:val="right"/>
      </w:pPr>
      <w:r>
        <w:t>رہا ہے۔ 24 گھنٹے۔ مفت سپلائی آکسیجن کی ہے۔ اور کیا کیا چیز ہے؟ میں نے ایک آرٹیکل میں پڑھا کہ یہ کیڑے مکوڑے جو ہیں۔</w:t>
      </w:r>
    </w:p>
    <w:p>
      <w:r>
        <w:rPr>
          <w:b/>
        </w:rPr>
        <w:t xml:space="preserve">[44:35] </w:t>
      </w:r>
      <w:r>
        <w:t>keere makore. un ka aik bohat bara function hai. kyunke aloodgi ko khatam karte hain woh. yani aloodgi ko woh apni khorak banate hain.</w:t>
      </w:r>
    </w:p>
    <w:p>
      <w:pPr>
        <w:jc w:val="right"/>
      </w:pPr>
      <w:r>
        <w:t>کیڑے مکوڑے۔ ان کا ایک بہت بڑا فنکشن ہے۔ کیونکہ آلودگی کو ختم کرتے ہیں وہ۔ یعنی آلودگی کو وہ اپنی خوراک بناتے ہیں۔</w:t>
      </w:r>
    </w:p>
    <w:p>
      <w:r>
        <w:rPr>
          <w:b/>
        </w:rPr>
        <w:t xml:space="preserve">[44:46] </w:t>
      </w:r>
      <w:r>
        <w:t>to is mein tha ke agar do mahine ke liye. keere makore khatam ho jaein. to insan bhi khatam ho jaye ga.</w:t>
      </w:r>
    </w:p>
    <w:p>
      <w:pPr>
        <w:jc w:val="right"/>
      </w:pPr>
      <w:r>
        <w:t>تو اس میں تھا کہ اگر دو مہینے کے لیے۔ کیڑے مکوڑے ختم ہو جائیں۔ تو انسان بھی ختم ہو جائے گا۔</w:t>
      </w:r>
    </w:p>
    <w:p>
      <w:r>
        <w:rPr>
          <w:b/>
        </w:rPr>
        <w:t xml:space="preserve">[44:53] </w:t>
      </w:r>
      <w:r>
        <w:t>dunya mein aloodgi itna barh jaye ga. ke hum jee nahi sakte hain. to keere makoron ka itna bara function hai. to pani aur hawa aur suraj aur chand aur zameen aur aasman aur.</w:t>
      </w:r>
    </w:p>
    <w:p>
      <w:pPr>
        <w:jc w:val="right"/>
      </w:pPr>
      <w:r>
        <w:t>دنیا میں آلودگی اتنا بڑھ جائے گا۔ کہ ہم جی نہیں سکتے ہیں۔ تو کیڑے مکوڑوں کا اتنا بڑا فنکشن ہے۔ تو پانی اور ہوا اور سورج اور چاند اور زمین اور آسمان اور۔</w:t>
      </w:r>
    </w:p>
    <w:p>
      <w:r>
        <w:rPr>
          <w:b/>
        </w:rPr>
        <w:t xml:space="preserve">[45:05] </w:t>
      </w:r>
      <w:r>
        <w:t>itni saari cheez hai. to jab aap yeh sochen ge ke zameen par jo chal raha hoon mein. itna sara jo support system hai fitrat ka.</w:t>
      </w:r>
    </w:p>
    <w:p>
      <w:pPr>
        <w:jc w:val="right"/>
      </w:pPr>
      <w:r>
        <w:t>اتنی ساری چیز ہے۔ تو جب آپ یہ سوچیں گے کہ زمین پر جو چل رہا ہوں میں۔ اتنا سارا جو سپورٹ سسٹم ہے فطرت کا۔</w:t>
      </w:r>
    </w:p>
    <w:p>
      <w:r>
        <w:rPr>
          <w:b/>
        </w:rPr>
        <w:t xml:space="preserve">[45:14] </w:t>
      </w:r>
      <w:r>
        <w:t>is ki wajah se chal raha hoon warna mein chal nahi sakta.</w:t>
      </w:r>
    </w:p>
    <w:p>
      <w:pPr>
        <w:jc w:val="right"/>
      </w:pPr>
      <w:r>
        <w:t>اس کی وجہ سے چل رہا ہوں ورنہ میں چل نہیں سکتا۔</w:t>
      </w:r>
    </w:p>
    <w:p>
      <w:r>
        <w:rPr>
          <w:b/>
        </w:rPr>
        <w:t xml:space="preserve">[45:18] </w:t>
      </w:r>
      <w:r>
        <w:t>phir aap sochain. ke tehzeeb jo hai. kitne kitne dinon se is ne. kya kya tehqeeq ki.</w:t>
      </w:r>
    </w:p>
    <w:p>
      <w:pPr>
        <w:jc w:val="right"/>
      </w:pPr>
      <w:r>
        <w:t>پھر آپ سوچیں۔ کہ تہذیب جو ہے۔ کتنے کتنے دنوں سے اس نے۔ کیا کیا تحقیق ہوئی۔</w:t>
      </w:r>
    </w:p>
    <w:p>
      <w:r>
        <w:rPr>
          <w:b/>
        </w:rPr>
        <w:t xml:space="preserve">[45:27] </w:t>
      </w:r>
      <w:r>
        <w:t>kya kya daryaft hui tab yeh sarak bani. tab yeh motor car bani. tab yeh electric light bani. aur yeh saari cheezein bani.</w:t>
      </w:r>
    </w:p>
    <w:p>
      <w:pPr>
        <w:jc w:val="right"/>
      </w:pPr>
      <w:r>
        <w:t>کیا کیا دریافت ہوئی تب یہ سڑک بنی۔ تب یہ موٹر کار بنی۔ تب یہ الیکٹرک لائٹ بنی۔ اور یہ ساری چیزیں بنیں۔</w:t>
      </w:r>
    </w:p>
    <w:p>
      <w:r>
        <w:rPr>
          <w:b/>
        </w:rPr>
        <w:t xml:space="preserve">[45:40] </w:t>
      </w:r>
      <w:r>
        <w:t>to aajzi ke sath dunya par chalne ke liye aap ko. idealiya of aajzi chahiye. idealiya of aajzi.</w:t>
      </w:r>
    </w:p>
    <w:p>
      <w:pPr>
        <w:jc w:val="right"/>
      </w:pPr>
      <w:r>
        <w:t>تو عاجزی کے ساتھ دنیا پر چلنے کے لیے آپ کو۔ آئیڈیلیا آف عاجزی چاہیے۔ آئیڈیلیا آف عاجزی۔</w:t>
      </w:r>
    </w:p>
    <w:p>
      <w:r>
        <w:rPr>
          <w:b/>
        </w:rPr>
        <w:t xml:space="preserve">[45:48] </w:t>
      </w:r>
      <w:r>
        <w:t>aise hi agar kahin sirf. ke aajzi ke sath raho to koi nahi rehta is tarah se. aur logon ko pareshani nikalne ke liye. jab tak aap un ko yeh na batain.</w:t>
      </w:r>
    </w:p>
    <w:p>
      <w:pPr>
        <w:jc w:val="right"/>
      </w:pPr>
      <w:r>
        <w:t>ایسے ہی اگر کہیں صرف۔ کہ عاجزی کے ساتھ رہو تو کوئی نہیں رہتا اس طرح سے۔ اور لوگوں کو پریشانی نکالنے کے لیے۔ جب تک آپ ان کو یہ نہ بتائیں۔</w:t>
      </w:r>
    </w:p>
    <w:p>
      <w:r>
        <w:rPr>
          <w:b/>
        </w:rPr>
        <w:t xml:space="preserve">[45:58] </w:t>
      </w:r>
      <w:r>
        <w:t>ke jo jo kuch tum chahte ho. woh to milne hi wala hai tum ko. farq sirf yeh hai ke tum is ko chahte ho ke. pre death period mein tumhein mil jaye.</w:t>
      </w:r>
    </w:p>
    <w:p>
      <w:pPr>
        <w:jc w:val="right"/>
      </w:pPr>
      <w:r>
        <w:t>کہ جو جو کچھ تم چاہتے ہو۔ وہ تو ملنے ہی والا ہے تم کو۔ فرق صرف یہ ہے کہ تم اس کو چاہتے ہو کہ۔ پری ڈیتھ پیریڈ میں تمہیں مل جائے۔</w:t>
      </w:r>
    </w:p>
    <w:p>
      <w:r>
        <w:rPr>
          <w:b/>
        </w:rPr>
        <w:t xml:space="preserve">[46:08] </w:t>
      </w:r>
      <w:r>
        <w:t>jab ke woh milne wala post death period mein. to is ko phir itminan ho jaye ga.</w:t>
      </w:r>
    </w:p>
    <w:p>
      <w:pPr>
        <w:jc w:val="right"/>
      </w:pPr>
      <w:r>
        <w:t>جبکہ وہ ملنے والا پوسٹ ڈیتھ پیریڈ میں۔ تو اس کو پھر اطمینان ہو جائے گا۔</w:t>
      </w:r>
    </w:p>
    <w:p>
      <w:r>
        <w:rPr>
          <w:b/>
        </w:rPr>
        <w:t xml:space="preserve">[46:17] </w:t>
      </w:r>
      <w:r>
        <w:t>jab woh dekh raha hai ke main abhi mar raha hoon. 76 saal ki umar mein. aur abhi 31. kuch mein hasil karna tha main hasil nahi kar saka.</w:t>
      </w:r>
    </w:p>
    <w:p>
      <w:pPr>
        <w:jc w:val="right"/>
      </w:pPr>
      <w:r>
        <w:t>جب وہ دیکھ رہا ہے کہ میں ابھی مر رہا ہوں۔ 76 سال کی عمر میں۔ اور ابھی 31۔ کچھ میں حاصل کرنا تھا میں حاصل نہیں کر سکا۔</w:t>
      </w:r>
    </w:p>
    <w:p>
      <w:r>
        <w:rPr>
          <w:b/>
        </w:rPr>
        <w:t xml:space="preserve">[46:26] </w:t>
      </w:r>
      <w:r>
        <w:t>to pareshani to honi hi honi hai is ko. to is ko jab tak yeh idealiya of zindagi na pata ho. ke jo kuch tum chahte ho.</w:t>
      </w:r>
    </w:p>
    <w:p>
      <w:pPr>
        <w:jc w:val="right"/>
      </w:pPr>
      <w:r>
        <w:t>تو پریشانی تو ہونی ہی ہونی ہے اس کو۔ تو اس کو جب تک یہ آئیڈیلیا آف زندگی نہ پتہ ہو۔ کہ جو کچھ تم چاہتے ہو۔</w:t>
      </w:r>
    </w:p>
    <w:p>
      <w:r>
        <w:rPr>
          <w:b/>
        </w:rPr>
        <w:t xml:space="preserve">[46:36] </w:t>
      </w:r>
      <w:r>
        <w:t>woh to post death period mein hai.</w:t>
      </w:r>
    </w:p>
    <w:p>
      <w:pPr>
        <w:jc w:val="right"/>
      </w:pPr>
      <w:r>
        <w:t>وہ تو پوسٹ ڈیتھ پیریڈ میں ہے۔</w:t>
      </w:r>
    </w:p>
    <w:p>
      <w:r>
        <w:rPr>
          <w:b/>
        </w:rPr>
        <w:t xml:space="preserve">[46:41] </w:t>
      </w:r>
      <w:r>
        <w:t>tab ja kar is ko sukoon mile ga tab itminan mile ga.</w:t>
      </w:r>
    </w:p>
    <w:p>
      <w:pPr>
        <w:jc w:val="right"/>
      </w:pPr>
      <w:r>
        <w:t>تب جا کر اس کو سکون ملے گا تب اطمینان ملے گا۔</w:t>
      </w:r>
    </w:p>
    <w:p>
      <w:r>
        <w:rPr>
          <w:b/>
        </w:rPr>
        <w:t xml:space="preserve">[46:45] </w:t>
      </w:r>
      <w:r>
        <w:t>yeh khwahishein jo bhari hui hain hamare andar. har aadmi ke andar aap jante hain ke khwahishein hi khwahishein hain. har aadmi ne ek dunya of khwahishein li hui hain apne andar.</w:t>
      </w:r>
    </w:p>
    <w:p>
      <w:pPr>
        <w:jc w:val="right"/>
      </w:pPr>
      <w:r>
        <w:t>یہ خواہشیں جو بھری ہوئی ہیں ہمارے اندر۔ ہر آدمی کے اندر آپ جانتے ہیں کہ خواہشیں ہی خواہشیں ہیں۔ ہر آدمی نے ایک دنیا آف خواہشیں لی ہوئی ہیں اپنے اندر۔</w:t>
      </w:r>
    </w:p>
    <w:p>
      <w:r>
        <w:rPr>
          <w:b/>
        </w:rPr>
        <w:t xml:space="preserve">[46:57] </w:t>
      </w:r>
      <w:r>
        <w:t>aur purani hota woh. to jab tak aap ko yeh na batain. ke is ki takmeel ka intezam hai. post death period mein.</w:t>
      </w:r>
    </w:p>
    <w:p>
      <w:pPr>
        <w:jc w:val="right"/>
      </w:pPr>
      <w:r>
        <w:t>اور پرانی ہوتا وہ۔ تو جب تک آپ کو یہ نہ بتائیں۔ کہ اس کی تکمیل کا انتظام ہے۔ پوسٹ ڈیتھ پیریڈ میں۔</w:t>
      </w:r>
    </w:p>
    <w:p>
      <w:r>
        <w:rPr>
          <w:b/>
        </w:rPr>
        <w:t xml:space="preserve">[47:06] </w:t>
      </w:r>
      <w:r>
        <w:t>tab tak aap is ko mutmain nahi kar sakte.</w:t>
      </w:r>
    </w:p>
    <w:p>
      <w:pPr>
        <w:jc w:val="right"/>
      </w:pPr>
      <w:r>
        <w:t>تب تک آپ اس کو مطمئن نہیں کر سکتے۔</w:t>
      </w:r>
    </w:p>
    <w:p>
      <w:r>
        <w:rPr>
          <w:b/>
        </w:rPr>
        <w:t xml:space="preserve">[47:12] </w:t>
      </w:r>
      <w:r>
        <w:t>to pre death period mein sirf tayyari ka moqa hai aap. yahan par sirf tayyari ka moqa hai. yahan hum in cheezon ko hasil nahi kar sakte.</w:t>
      </w:r>
    </w:p>
    <w:p>
      <w:pPr>
        <w:jc w:val="right"/>
      </w:pPr>
      <w:r>
        <w:t>تو پری ڈیتھ پیریڈ میں صرف تیاری کا موقع ہے آپ۔ یہاں پر صرف تیاری کا موقع ہے۔ یہاں ہم ان چیزوں کو حاصل نہیں کر سکتے۔</w:t>
      </w:r>
    </w:p>
    <w:p>
      <w:r>
        <w:rPr>
          <w:b/>
        </w:rPr>
        <w:t xml:space="preserve">[47:25] </w:t>
      </w:r>
      <w:r>
        <w:t>hamari khwahishon ki takmeel jo hai. woh post death period mein hai. jahan jannat hai.</w:t>
      </w:r>
    </w:p>
    <w:p>
      <w:pPr>
        <w:jc w:val="right"/>
      </w:pPr>
      <w:r>
        <w:t>ہماری خواہشوں کی تکمیل جو ہے۔ وہ پوسٹ ڈیتھ پیریڈ میں ہے۔ جہاں جنت ہے۔</w:t>
      </w:r>
    </w:p>
    <w:p>
      <w:r>
        <w:rPr>
          <w:b/>
        </w:rPr>
        <w:t xml:space="preserve">[47:33] </w:t>
      </w:r>
      <w:r>
        <w:t>to yeh dunya jo hai. yeh dunya jo hai yeh. yeh. yeh dunya woh jagah nahi hai jahan hum ko.</w:t>
      </w:r>
    </w:p>
    <w:p>
      <w:pPr>
        <w:jc w:val="right"/>
      </w:pPr>
      <w:r>
        <w:t>تو یہ دنیا جو ہے۔ یہ دنیا جو ہے یہ۔ یہ۔ یہ دنیا وہ جگہ نہیں ہے جہاں ہم کو۔</w:t>
      </w:r>
    </w:p>
    <w:p>
      <w:r>
        <w:rPr>
          <w:b/>
        </w:rPr>
        <w:t xml:space="preserve">[47:42] </w:t>
      </w:r>
      <w:r>
        <w:t>sab kuch hum pa saken. kyunke is ke liye banai nahi gayi hai yeh. teesri ko Einstein ne kaha ke. I feel like a stranger in this world mein kya chahta hoon.</w:t>
      </w:r>
    </w:p>
    <w:p>
      <w:pPr>
        <w:jc w:val="right"/>
      </w:pPr>
      <w:r>
        <w:t>سب کچھ ہم پا سکیں۔ کیونکہ اس کے لیے بنائی نہیں گئی ہے یہ۔ تیسری کو آئنسٹین نے کہا کہ۔ I feel like a stranger in this world میں کیا چاہتا ہوں۔</w:t>
      </w:r>
    </w:p>
    <w:p>
      <w:r>
        <w:rPr>
          <w:b/>
        </w:rPr>
        <w:t xml:space="preserve">[47:57] </w:t>
      </w:r>
      <w:r>
        <w:t>to dunya woh cheez mujhe deti nahi.</w:t>
      </w:r>
    </w:p>
    <w:p>
      <w:pPr>
        <w:jc w:val="right"/>
      </w:pPr>
      <w:r>
        <w:t>تو دنیا وہ چیز مجھے دیتی نہیں۔</w:t>
      </w:r>
    </w:p>
    <w:p>
      <w:r>
        <w:rPr>
          <w:b/>
        </w:rPr>
        <w:t xml:space="preserve">[48:00] </w:t>
      </w:r>
      <w:r>
        <w:t>meri kya kya ambitions hain. main dunya mein woh poori nahi hoti. meri kya kya khwahishein hain. main un ka wahan takmeel nahi. to yeh einstein ki baat hai yeh sab ki baat hai.</w:t>
      </w:r>
    </w:p>
    <w:p>
      <w:pPr>
        <w:jc w:val="right"/>
      </w:pPr>
      <w:r>
        <w:t>میری کیا کیا امبیشنز ہیں۔ میں دنیا میں وہ پوری نہیں ہوتی۔ میری کیا کیا خواہشیں ہیں۔ میں ان کا وہاں تکمیل نہیں۔ تو یہ آئنسٹین کی بات ہے یہ سب کی بات ہے۔</w:t>
      </w:r>
    </w:p>
    <w:p>
      <w:r>
        <w:rPr>
          <w:b/>
        </w:rPr>
        <w:t xml:space="preserve">[48:11] </w:t>
      </w:r>
      <w:r>
        <w:t>har aadmi ka yahi. yahi is ka. is ke zehan mein hota hai. ke I feel like a stranger in this world.</w:t>
      </w:r>
    </w:p>
    <w:p>
      <w:pPr>
        <w:jc w:val="right"/>
      </w:pPr>
      <w:r>
        <w:t>ہر آدمی کا یہی۔ یہی اس کا۔ اس کے ذہن میں ہوتا ہے۔ کہ I feel like a stranger in this world ۔</w:t>
      </w:r>
    </w:p>
    <w:p>
      <w:r>
        <w:rPr>
          <w:b/>
        </w:rPr>
        <w:t xml:space="preserve">[48:22] </w:t>
      </w:r>
      <w:r>
        <w:t>koi shaoori tor par koi lashaoori tor par. to is ki wajah kya hai?</w:t>
      </w:r>
    </w:p>
    <w:p>
      <w:pPr>
        <w:jc w:val="right"/>
      </w:pPr>
      <w:r>
        <w:t>کوئی شعوری طور پر کوئی لاشعوری طور پر۔ تو اس کی وجہ کیا ہے؟</w:t>
      </w:r>
    </w:p>
    <w:p>
      <w:r>
        <w:rPr>
          <w:b/>
        </w:rPr>
        <w:t xml:space="preserve">[48:28] </w:t>
      </w:r>
      <w:r>
        <w:t>humain. takhleeq ka jo takhleeqi mansooba hai. is ka hamein pata nahi. baghair is ko jaane hue.</w:t>
      </w:r>
    </w:p>
    <w:p>
      <w:pPr>
        <w:jc w:val="right"/>
      </w:pPr>
      <w:r>
        <w:t>ہمیں۔ تخلیق کا جو تخلیقی منصوبہ ہے۔ اس کا ہمیں پتہ نہیں۔ بغیر اس کو جانے ہوئے۔</w:t>
      </w:r>
    </w:p>
    <w:p>
      <w:r>
        <w:rPr>
          <w:b/>
        </w:rPr>
        <w:t xml:space="preserve">[48:40] </w:t>
      </w:r>
      <w:r>
        <w:t>na to hamein apne kisi kisi sawal ka jawab mile ga. na hamein koi itminan mile ga. na hum zindagi ki.</w:t>
      </w:r>
    </w:p>
    <w:p>
      <w:pPr>
        <w:jc w:val="right"/>
      </w:pPr>
      <w:r>
        <w:t>نہ تو ہمیں اپنے کسی کسی سوال کا جواب ملے گا۔ نہ ہمیں کوئی اطمینان ملے گا۔ نہ ہم زندگی کی۔</w:t>
      </w:r>
    </w:p>
    <w:p>
      <w:r>
        <w:rPr>
          <w:b/>
        </w:rPr>
        <w:t xml:space="preserve">[48:50] </w:t>
      </w:r>
      <w:r>
        <w:t>zindagi ki jo mani hai is ko daryaft kar painge.</w:t>
      </w:r>
    </w:p>
    <w:p>
      <w:pPr>
        <w:jc w:val="right"/>
      </w:pPr>
      <w:r>
        <w:t>زندگی کی جو معنی ہے اس کو دریافت کر پائیں گے۔</w:t>
      </w:r>
    </w:p>
    <w:p>
      <w:r>
        <w:rPr>
          <w:b/>
        </w:rPr>
        <w:t xml:space="preserve">[48:56] </w:t>
      </w:r>
      <w:r>
        <w:t>to main yeh kahoon ga ke Einstein ne idea of atom to daryaft kiya. idea of atom to us ne daryaft kiya lekin. idea of zindagi ko daryaft na kar saka.</w:t>
      </w:r>
    </w:p>
    <w:p>
      <w:pPr>
        <w:jc w:val="right"/>
      </w:pPr>
      <w:r>
        <w:t>تو میں یہ کہوں گا کہ آئنسٹین نے آئیڈیلیا آف ایٹم تو دریافت کیا۔ آئیڈیلیا آف ایٹم تو اس نے دریافت کیا لیکن۔ آئیڈیلیا آف زندگی کو دریافت نہ کر سکا۔</w:t>
      </w:r>
    </w:p>
    <w:p>
      <w:r>
        <w:rPr>
          <w:b/>
        </w:rPr>
        <w:t xml:space="preserve">[49:06] </w:t>
      </w:r>
      <w:r>
        <w:t>yehi sab ka haal hai. Idealia of zindagi se woh. Woh be khabar hai.</w:t>
      </w:r>
    </w:p>
    <w:p>
      <w:pPr>
        <w:jc w:val="right"/>
      </w:pPr>
      <w:r>
        <w:t>یہی سب کا حال ہے۔ آئیڈیلیا آف زندگی سے وہ۔ وہ بے خبر ہے۔</w:t>
      </w:r>
    </w:p>
    <w:p>
      <w:r>
        <w:rPr>
          <w:b/>
        </w:rPr>
        <w:t xml:space="preserve">[49:16] </w:t>
      </w:r>
      <w:r>
        <w:t>toh hamara mission yehi hai ke hum Idealia of zindagi logon ko bata saken.</w:t>
      </w:r>
    </w:p>
    <w:p>
      <w:pPr>
        <w:jc w:val="right"/>
      </w:pPr>
      <w:r>
        <w:t>تو ہمارا مشن یہی ہے کہ ہم آئیڈیلیا آف زندگی لوگوں کو بتا سکیں۔</w:t>
      </w:r>
    </w:p>
    <w:p>
      <w:r>
        <w:rPr>
          <w:b/>
        </w:rPr>
        <w:t xml:space="preserve">[49:22] </w:t>
      </w:r>
      <w:r>
        <w:t>Einstein ka safar yahan par khatam hogaya. Ke Idealia of atom de kar ke uska safar khatam hogaya. Lekin uske aage ka jo ek safar hai.</w:t>
      </w:r>
    </w:p>
    <w:p>
      <w:pPr>
        <w:jc w:val="right"/>
      </w:pPr>
      <w:r>
        <w:t>آئنسٹین کا سفر یہاں پر ختم ہوگیا۔ کہ آئیڈیلیا آف ایٹم دے کر کے اس کا سفر ختم ہوگیا۔ لیکن اس کے آگے کا جو ایک سفر ہے۔</w:t>
      </w:r>
    </w:p>
    <w:p>
      <w:r>
        <w:rPr>
          <w:b/>
        </w:rPr>
        <w:t xml:space="preserve">[49:32] </w:t>
      </w:r>
      <w:r>
        <w:t>woh insaan ko Idealia of zindagi se aagah karna. Woh abhi baqi hai.</w:t>
      </w:r>
    </w:p>
    <w:p>
      <w:pPr>
        <w:jc w:val="right"/>
      </w:pPr>
      <w:r>
        <w:t>وہ انسان کو آئیڈیلیا آف زندگی سے آگاہ کرنا۔ وہ ابھی باقی ہے۔</w:t>
      </w:r>
    </w:p>
    <w:p>
      <w:r>
        <w:rPr>
          <w:b/>
        </w:rPr>
        <w:t xml:space="preserve">[49:44] </w:t>
      </w:r>
      <w:r>
        <w:t>woh kar</w:t>
      </w:r>
    </w:p>
    <w:p>
      <w:pPr>
        <w:jc w:val="right"/>
      </w:pPr>
      <w:r>
        <w:t>وہ کر</w:t>
      </w:r>
    </w:p>
    <w:p>
      <w:r>
        <w:rPr>
          <w:b/>
        </w:rPr>
        <w:t xml:space="preserve">[49:45] </w:t>
      </w:r>
      <w:r>
        <w:t>na hai. Tabhi insaan ko. Saccha itminan milega. Tabhi insaan ko. Apna maqam.</w:t>
      </w:r>
    </w:p>
    <w:p>
      <w:pPr>
        <w:jc w:val="right"/>
      </w:pPr>
      <w:r>
        <w:t>نا ہے۔ تبھی انسان کو۔ سچا اطمینان ملے گا۔ تبھی انسان کو۔ اپنا مقام۔</w:t>
      </w:r>
    </w:p>
    <w:p>
      <w:r>
        <w:rPr>
          <w:b/>
        </w:rPr>
        <w:t xml:space="preserve">[49:55] </w:t>
      </w:r>
      <w:r>
        <w:t>is kainat mein jo uska maqam hai. Woh usko daryaft kar sakega.</w:t>
      </w:r>
    </w:p>
    <w:p>
      <w:pPr>
        <w:jc w:val="right"/>
      </w:pPr>
      <w:r>
        <w:t>اس کائنات میں جو اس کا مقام ہے۔ وہ اس کو دریافت کر سکے گا۔</w:t>
      </w:r>
    </w:p>
    <w:p>
      <w:r>
        <w:rPr>
          <w:b/>
        </w:rPr>
        <w:t xml:space="preserve">[50:01] </w:t>
      </w:r>
      <w:r>
        <w:t>nahi toh woh apne ko ek marhalay hi samajhta rahega woh. Toh main samajhta hoon ke har aadmi ka case yehi case hai.</w:t>
      </w:r>
    </w:p>
    <w:p>
      <w:pPr>
        <w:jc w:val="right"/>
      </w:pPr>
      <w:r>
        <w:t>نہیں تو وہ اپنے کو ایک مراحل ہی سمجھتا رہے گا وہ۔ تو میں سمجھتا ہوں کہ ہر آدمی کا کیس یہی کیس ہے۔</w:t>
      </w:r>
    </w:p>
    <w:p>
      <w:r>
        <w:rPr>
          <w:b/>
        </w:rPr>
        <w:t xml:space="preserve">[50:09] </w:t>
      </w:r>
      <w:r>
        <w:t>ke uska uska dil bol raha hai. Ke I feel like a stranger in this world.</w:t>
      </w:r>
    </w:p>
    <w:p>
      <w:pPr>
        <w:jc w:val="right"/>
      </w:pPr>
      <w:r>
        <w:t>کہ اس کا اس کا دل بول رہا ہے۔ کہ I feel like a stranger in this world ۔</w:t>
      </w:r>
    </w:p>
    <w:p>
      <w:r>
        <w:rPr>
          <w:b/>
        </w:rPr>
        <w:t xml:space="preserve">[50:17] </w:t>
      </w:r>
      <w:r>
        <w:t>ke kya kya meri. Meri khwahishen hain. Kya kya meri ehsasat hain. Kya kya mere potentials hain.</w:t>
      </w:r>
    </w:p>
    <w:p>
      <w:pPr>
        <w:jc w:val="right"/>
      </w:pPr>
      <w:r>
        <w:t>کہ کیا کیا میری۔ میری خواہشیں ہیں۔ کیا کیا میری احساسات ہیں۔ کیا کیا میرے پوٹینشلز ہیں۔</w:t>
      </w:r>
    </w:p>
    <w:p>
      <w:r>
        <w:rPr>
          <w:b/>
        </w:rPr>
        <w:t xml:space="preserve">[50:25] </w:t>
      </w:r>
      <w:r>
        <w:t>aap jante hain Einstein jo hai jo. Dunya ka sab se mashhoor aur sab se bara scientist mana jata hai. Woh bhi apne zehn ke bohat hi.</w:t>
      </w:r>
    </w:p>
    <w:p>
      <w:pPr>
        <w:jc w:val="right"/>
      </w:pPr>
      <w:r>
        <w:t>آپ جانتے ہیں آئنسٹین جو ہے جو۔ دنیا کا سب سے مشہور اور سب سے بڑا سائنسدان مانا جاتا ہے۔ وہ بھی اپنے ذہن کے بہت ہی۔</w:t>
      </w:r>
    </w:p>
    <w:p>
      <w:r>
        <w:rPr>
          <w:b/>
        </w:rPr>
        <w:t xml:space="preserve">[50:37] </w:t>
      </w:r>
      <w:r>
        <w:t>yani. Ek do feesad hi is se kuch istemal kar saka. Kyun ke zehn hamara jo hai. Itna zyada potential is ke andar hai. Itna potential.</w:t>
      </w:r>
    </w:p>
    <w:p>
      <w:pPr>
        <w:jc w:val="right"/>
      </w:pPr>
      <w:r>
        <w:t>یعنی۔ ایک دو فیصد ہی اس سے کچھ استعمال کر سکا۔ کیونکہ ذہن ہمارا جو ہے۔ اتنا زیادہ پوٹینشل اس کے اندر ہے۔ اتنا پوٹینشل۔</w:t>
      </w:r>
    </w:p>
    <w:p>
      <w:r>
        <w:rPr>
          <w:b/>
        </w:rPr>
        <w:t xml:space="preserve">[50:47] </w:t>
      </w:r>
      <w:r>
        <w:t>lekin koi is ko. Istemal nahi kar pata. Woh mar jata hai.</w:t>
      </w:r>
    </w:p>
    <w:p>
      <w:pPr>
        <w:jc w:val="right"/>
      </w:pPr>
      <w:r>
        <w:t>لیکن کوئی اس کو۔ استعمال نہیں کر پاتا۔ وہ مر جاتا ہے۔</w:t>
      </w:r>
    </w:p>
    <w:p>
      <w:r>
        <w:rPr>
          <w:b/>
        </w:rPr>
        <w:t xml:space="preserve">[50:54] </w:t>
      </w:r>
      <w:r>
        <w:t>ab kitni bari tezi yeh hai. Ke yeh zehn jis ke andar million million billion billion zarat hain. Woh kis liye hain?</w:t>
      </w:r>
    </w:p>
    <w:p>
      <w:pPr>
        <w:jc w:val="right"/>
      </w:pPr>
      <w:r>
        <w:t>اب کتنی بڑی تیزی یہ ہے۔ کہ یہ ذہن جس کے اندر ملین ملین بلین بلین ذرات ہیں۔ وہ کس لئے ہیں؟</w:t>
      </w:r>
    </w:p>
    <w:p>
      <w:r>
        <w:rPr>
          <w:b/>
        </w:rPr>
        <w:t xml:space="preserve">[51:05] </w:t>
      </w:r>
      <w:r>
        <w:t>woh kis liye hain? Is ke bohat hi ek chote se hissay ko istemal kar ke. Einstein ne kya kiya?</w:t>
      </w:r>
    </w:p>
    <w:p>
      <w:pPr>
        <w:jc w:val="right"/>
      </w:pPr>
      <w:r>
        <w:t>وہ کس لئے ہیں؟ اس کے بہت ہی ایک چھوٹے سے حصے کو استعمال کر کے۔ آئنسٹین نے کیا کیا؟</w:t>
      </w:r>
    </w:p>
    <w:p>
      <w:r>
        <w:rPr>
          <w:b/>
        </w:rPr>
        <w:t xml:space="preserve">[51:14] </w:t>
      </w:r>
      <w:r>
        <w:t>nuclear fusion ka formula daryaft kiya.</w:t>
      </w:r>
    </w:p>
    <w:p>
      <w:pPr>
        <w:jc w:val="right"/>
      </w:pPr>
      <w:r>
        <w:t>نیوکلیئر فیژن کا فارمولا دریافت کیا۔</w:t>
      </w:r>
    </w:p>
    <w:p>
      <w:r>
        <w:rPr>
          <w:b/>
        </w:rPr>
        <w:t xml:space="preserve">[51:18] </w:t>
      </w:r>
      <w:r>
        <w:t>bas. Aur bhi is ka sara zehn jo hai. Para reh gaya. Yani. Ke woh istemal na ho saka. Aur phir mar bhi gaya woh.</w:t>
      </w:r>
    </w:p>
    <w:p>
      <w:pPr>
        <w:jc w:val="right"/>
      </w:pPr>
      <w:r>
        <w:t>بس۔ اور بھی اس کا سارا ذہن جو ہے۔ پڑا رہ گیا۔ یعنی۔ کہ وہ استعمال نہ ہو سکا۔ اور پھر مر بھی گیا وہ۔</w:t>
      </w:r>
    </w:p>
    <w:p>
      <w:r>
        <w:rPr>
          <w:b/>
        </w:rPr>
        <w:t xml:space="preserve">[51:30] </w:t>
      </w:r>
      <w:r>
        <w:t>toh jab tak aap yeh na manen. Ke insaan ki zindagi ke do hissay hain. Aur agla hissa jo hai isi is mein jannat hai.</w:t>
      </w:r>
    </w:p>
    <w:p>
      <w:pPr>
        <w:jc w:val="right"/>
      </w:pPr>
      <w:r>
        <w:t>تو جب تک آپ یہ نہ مانیں۔ کہ انسان کی زندگی کے دو حصے ہیں۔ اور اگلا حصہ جو ہے اسی اس میں جنت ہے۔</w:t>
      </w:r>
    </w:p>
    <w:p>
      <w:r>
        <w:rPr>
          <w:b/>
        </w:rPr>
        <w:t xml:space="preserve">[51:38] </w:t>
      </w:r>
      <w:r>
        <w:t>jahan ideal dunya hai. Jahan kamil dunya hai. Aur jahan hamare zehn ka poora istemal hai.</w:t>
      </w:r>
    </w:p>
    <w:p>
      <w:pPr>
        <w:jc w:val="right"/>
      </w:pPr>
      <w:r>
        <w:t>جہاں آئیڈیل دنیا ہے۔ جہاں کامل دنیا ہے۔ اور جہاں ہمارے ذہن کا پورا استعمال ہے۔</w:t>
      </w:r>
    </w:p>
    <w:p>
      <w:r>
        <w:rPr>
          <w:b/>
        </w:rPr>
        <w:t xml:space="preserve">[51:47] </w:t>
      </w:r>
      <w:r>
        <w:t>jab tak aap ko yeh daryaft na ho jaye. Ke zehn ka istemal jo hai bharpoor tor par. Hone ke liye. Sare mawaqe maujood hain.</w:t>
      </w:r>
    </w:p>
    <w:p>
      <w:pPr>
        <w:jc w:val="right"/>
      </w:pPr>
      <w:r>
        <w:t>جب تک آپ کو یہ دریافت نہ ہو جائے۔ کہ ذہن کا استعمال جو ہے بھرپور طور پر۔ ہونے کے لیے۔ سارے مواقع موجود ہیں۔</w:t>
      </w:r>
    </w:p>
    <w:p>
      <w:r>
        <w:rPr>
          <w:b/>
        </w:rPr>
        <w:t xml:space="preserve">[51:58] </w:t>
      </w:r>
      <w:r>
        <w:t>aur woh hai post death period mein. Tab tak aap ko itminan nahi ho sakta. Tab tak yehi hoga ke aap pareshani mein marenge.</w:t>
      </w:r>
    </w:p>
    <w:p>
      <w:pPr>
        <w:jc w:val="right"/>
      </w:pPr>
      <w:r>
        <w:t>اور وہ ہے پوسٹ ڈیتھ پیریڈ میں۔ تب تک آپ کو اطمینان نہیں ہو سکتا۔ تب تک یہی ہوگا کہ آپ پریشانی میں مریں گے۔</w:t>
      </w:r>
    </w:p>
    <w:p>
      <w:r>
        <w:rPr>
          <w:b/>
        </w:rPr>
        <w:t xml:space="preserve">[52:09] </w:t>
      </w:r>
      <w:r>
        <w:t>jazbay mein marenge insaan.</w:t>
      </w:r>
    </w:p>
    <w:p>
      <w:pPr>
        <w:jc w:val="right"/>
      </w:pPr>
      <w:r>
        <w:t>جذبے میں مریں گے انسان۔</w:t>
      </w:r>
    </w:p>
    <w:p>
      <w:r>
        <w:rPr>
          <w:b/>
        </w:rPr>
        <w:t xml:space="preserve">[52:13] </w:t>
      </w:r>
      <w:r>
        <w:t>toh main samajhta hoon ke insaan ki sab se bari. Jo. Sab se bari jo. Madad hai woh yeh hai.</w:t>
      </w:r>
    </w:p>
    <w:p>
      <w:pPr>
        <w:jc w:val="right"/>
      </w:pPr>
      <w:r>
        <w:t>تو میں سمجھتا ہوں کہ انسان کی سب سے بڑی۔ جو۔ سب سے بڑی جو۔ مدد ہے وہ یہ ہے۔</w:t>
      </w:r>
    </w:p>
    <w:p>
      <w:r>
        <w:rPr>
          <w:b/>
        </w:rPr>
        <w:t xml:space="preserve">[52:23] </w:t>
      </w:r>
      <w:r>
        <w:t>ke insaan ko takhleeqi munsooba Khuda jo hai us se us ko aagah kiya jaye.</w:t>
      </w:r>
    </w:p>
    <w:p>
      <w:pPr>
        <w:jc w:val="right"/>
      </w:pPr>
      <w:r>
        <w:t>کہ انسان کو تخلیقی منصوبہ خدا جو ہے اس سے اس کو آگاہ کیا جائے۔</w:t>
      </w:r>
    </w:p>
    <w:p>
      <w:r>
        <w:rPr>
          <w:b/>
        </w:rPr>
        <w:t xml:space="preserve">[52:31] </w:t>
      </w:r>
      <w:r>
        <w:t>yani Einstein. Ki jahan. Yani. Einstein ne itna hi jaan paya hai ke Idealia of atom jaan paya hai woh.</w:t>
      </w:r>
    </w:p>
    <w:p>
      <w:pPr>
        <w:jc w:val="right"/>
      </w:pPr>
      <w:r>
        <w:t>یعنی آئنسٹین۔ کی جہاں۔ یعنی۔ آئنسٹین نے اتنا ہی جان پایا ہے کہ آئیڈیلیا آف ایٹم جان پایا ہے وہ۔</w:t>
      </w:r>
    </w:p>
    <w:p>
      <w:r>
        <w:rPr>
          <w:b/>
        </w:rPr>
        <w:t xml:space="preserve">[52:42] </w:t>
      </w:r>
      <w:r>
        <w:t>ab is ke aage ka jo kaam hai woh karna hai ke idealiya of zindagi jo hai woh insaan ko bataya jaye. jis ko mein kehta hoon takhleeqi mansooba Khuda.</w:t>
      </w:r>
    </w:p>
    <w:p>
      <w:pPr>
        <w:jc w:val="right"/>
      </w:pPr>
      <w:r>
        <w:t>اب اس کے آگے کا جو کام ہے وہ کرنا ہے کہ آئیڈیلیا آف زندگی جو ہے وہ انسان کو بتایا جائے۔ جس کو میں کہتا ہوں تخلیقی منصوبہ خدا۔</w:t>
      </w:r>
    </w:p>
    <w:p>
      <w:r>
        <w:rPr>
          <w:b/>
        </w:rPr>
        <w:t xml:space="preserve">[53:00] </w:t>
      </w:r>
      <w:r>
        <w:t>to mein samajhta hoon ke. yeh jo baat hai. yeh bohat hi zyada. yaani. bohat hi zyada sanjeeda baat hai.</w:t>
      </w:r>
    </w:p>
    <w:p>
      <w:pPr>
        <w:jc w:val="right"/>
      </w:pPr>
      <w:r>
        <w:t>تو میں سمجھتا ہوں کہ۔ یہ جو بات ہے۔ یہ بہت ہی زیادہ۔ یعنی۔ بہت ہی زیادہ سنجیدہ بات ہے۔</w:t>
      </w:r>
    </w:p>
    <w:p>
      <w:r>
        <w:rPr>
          <w:b/>
        </w:rPr>
        <w:t xml:space="preserve">[53:13] </w:t>
      </w:r>
      <w:r>
        <w:t>ek cheez mein yahan yeh izafa karoon ga ke. science ke maidan mein aap jante hain ke khoob khoob bahasein hoti hain. dialogue hote hain. khule tareeqay par.</w:t>
      </w:r>
    </w:p>
    <w:p>
      <w:pPr>
        <w:jc w:val="right"/>
      </w:pPr>
      <w:r>
        <w:t>ایک چیز میں یہاں یہ اضافہ کروں گا کہ۔ سائنس کے میدان میں آپ جانتے ہیں کہ خوب خوب بحثیں ہوتی ہیں۔ ڈائیلاگ ہوتے ہیں۔ کھلے طریقے پر۔</w:t>
      </w:r>
    </w:p>
    <w:p>
      <w:r>
        <w:rPr>
          <w:b/>
        </w:rPr>
        <w:t xml:space="preserve">[53:24] </w:t>
      </w:r>
      <w:r>
        <w:t>lekin roohaniyat ke maidan mein. Belgium ke maidan mein. sachai ke maidan mein. bahas nahi hota. khule dialogue nahi hota. log apni apni jagah par.</w:t>
      </w:r>
    </w:p>
    <w:p>
      <w:pPr>
        <w:jc w:val="right"/>
      </w:pPr>
      <w:r>
        <w:t>لیکن روحانیت کے میدان میں۔ بیلجیم کے میدان میں۔ سچائی کے میدان میں۔ بحث نہیں ہوتا۔ کھلے ڈائیلاگ نہیں ہوتا۔ لوگ اپنی اپنی جگہ پر۔</w:t>
      </w:r>
    </w:p>
    <w:p>
      <w:r>
        <w:rPr>
          <w:b/>
        </w:rPr>
        <w:t xml:space="preserve">[53:35] </w:t>
      </w:r>
      <w:r>
        <w:t>yaani. apne apne khayal mein. rehte hain lekin us par khule dialogue nahi karte.</w:t>
      </w:r>
    </w:p>
    <w:p>
      <w:pPr>
        <w:jc w:val="right"/>
      </w:pPr>
      <w:r>
        <w:t>یعنی۔ اپنے اپنے خیال میں۔ رہتے ہیں لیکن اس پر کھلے ڈائیلاگ نہیں کرتے۔</w:t>
      </w:r>
    </w:p>
    <w:p>
      <w:r>
        <w:rPr>
          <w:b/>
        </w:rPr>
        <w:t xml:space="preserve">[53:44] </w:t>
      </w:r>
      <w:r>
        <w:t>to mein mera khayal yeh hai ke. yeh sab se bari kami hai. yaani. hamari.</w:t>
      </w:r>
    </w:p>
    <w:p>
      <w:pPr>
        <w:jc w:val="right"/>
      </w:pPr>
      <w:r>
        <w:t>تو میں میرا خیال یہ ہے کہ۔ یہ سب سے بڑی کمی ہے۔ یعنی۔ ہماری۔</w:t>
      </w:r>
    </w:p>
    <w:p>
      <w:r>
        <w:rPr>
          <w:b/>
        </w:rPr>
        <w:t xml:space="preserve">[53:53] </w:t>
      </w:r>
      <w:r>
        <w:t>mera manna yeh hai ke jis tarah se. science ke maidan mein. khule dialogue hote hain. khule bahasein hoti hain.</w:t>
      </w:r>
    </w:p>
    <w:p>
      <w:pPr>
        <w:jc w:val="right"/>
      </w:pPr>
      <w:r>
        <w:t>میرا ماننا یہ ہے کہ جس طرح سے۔ سائنس کے میدان میں۔ کھلے ڈائیلاگ ہوتے ہیں۔ کھلے بحثیں ہوتی ہیں۔</w:t>
      </w:r>
    </w:p>
    <w:p>
      <w:r>
        <w:rPr>
          <w:b/>
        </w:rPr>
        <w:t xml:space="preserve">[54:03] </w:t>
      </w:r>
      <w:r>
        <w:t>isi tarah se. is maidan mein bhi. intelligen ke maidan mein. roohaniyat ke maidan mein. sachai ke maidan mein bhi. khule dialogue ho.</w:t>
      </w:r>
    </w:p>
    <w:p>
      <w:pPr>
        <w:jc w:val="right"/>
      </w:pPr>
      <w:r>
        <w:t>اسی طرح سے۔ اس میدان میں بھی۔ انٹیلیجن کے میدان میں۔ روحانیت کے میدان میں۔ سچائی کے میدان میں بھی۔ کھلے ڈائیلاگ ہو۔</w:t>
      </w:r>
    </w:p>
    <w:p>
      <w:r>
        <w:rPr>
          <w:b/>
        </w:rPr>
        <w:t xml:space="preserve">[54:13] </w:t>
      </w:r>
      <w:r>
        <w:t>khule dialogue.</w:t>
      </w:r>
    </w:p>
    <w:p>
      <w:pPr>
        <w:jc w:val="right"/>
      </w:pPr>
      <w:r>
        <w:t>کھلے ڈائیلاگ۔</w:t>
      </w:r>
    </w:p>
    <w:p>
      <w:r>
        <w:rPr>
          <w:b/>
        </w:rPr>
        <w:t xml:space="preserve">[54:17] </w:t>
      </w:r>
      <w:r>
        <w:t>mein khud Khuda ke fazl se aisa hai ke mein. mere andar yeh. hai ke mein. khuli baat cheet kar sakta hoon kisi bhi cheez se. maslan mein Khuda ko maanta hoon.</w:t>
      </w:r>
    </w:p>
    <w:p>
      <w:pPr>
        <w:jc w:val="right"/>
      </w:pPr>
      <w:r>
        <w:t>میں خود خدا کے فضل سے ایسا ہے کہ میں۔ میرے اندر یہ۔ ہے کہ میں۔ کھلی بات چیت کر سکتا ہوں کسی بھی چیز سے۔ مثلاً میں خدا کو مانتا ہوں۔</w:t>
      </w:r>
    </w:p>
    <w:p>
      <w:r>
        <w:rPr>
          <w:b/>
        </w:rPr>
        <w:t xml:space="preserve">[54:27] </w:t>
      </w:r>
      <w:r>
        <w:t>ke Khuda maujood hai. lekin agar ek aadmi mujhe milta hai. jo nahi maanta Khuda ko. to us se bhi bilkul normal tareeqay se baat karta hoon mein.</w:t>
      </w:r>
    </w:p>
    <w:p>
      <w:pPr>
        <w:jc w:val="right"/>
      </w:pPr>
      <w:r>
        <w:t>کہ خدا موجود ہے۔ لیکن اگر ایک آدمی مجھے ملتا ہے۔ جو نہیں مانتا خدا کو۔ تو اس سے بھی بالکل نارمل طریقے سے بات کرتا ہوں میں۔</w:t>
      </w:r>
    </w:p>
    <w:p>
      <w:r>
        <w:rPr>
          <w:b/>
        </w:rPr>
        <w:t xml:space="preserve">[54:39] </w:t>
      </w:r>
      <w:r>
        <w:t>bilkul normal tareeqay se. na mere andar koi tension hota na koi ghussa hota. na koi. kuch bhi nahi.</w:t>
      </w:r>
    </w:p>
    <w:p>
      <w:pPr>
        <w:jc w:val="right"/>
      </w:pPr>
      <w:r>
        <w:t>بالکل نارمل طریقے سے۔ نہ میرے اندر کوئی ٹینشن ہوتا نہ کوئی غصہ ہوتا۔ نہ کوئی۔ کچھ بھی نہیں۔</w:t>
      </w:r>
    </w:p>
    <w:p>
      <w:r>
        <w:rPr>
          <w:b/>
        </w:rPr>
        <w:t xml:space="preserve">[54:47] </w:t>
      </w:r>
      <w:r>
        <w:t>agarche mein. Khuda ko maanta hoon ke Khuda maujood hai. doosra aadmi kehta hai ke nahi Khuda maujood nahi karta. phir bhi bohat hi normal tareeqay se mein us ko baat karta hoon.</w:t>
      </w:r>
    </w:p>
    <w:p>
      <w:pPr>
        <w:jc w:val="right"/>
      </w:pPr>
      <w:r>
        <w:t>اگرچہ میں۔ خدا کو مانتا ہوں کہ خدا موجود ہے۔ دوسرا آدمی کہتا ہے کہ نہیں خدا موجود نہیں کرتا۔ پھر بھی بہت ہی نارمل طریقے سے میں اس کو بات کرتا ہوں۔</w:t>
      </w:r>
    </w:p>
    <w:p>
      <w:r>
        <w:rPr>
          <w:b/>
        </w:rPr>
        <w:t xml:space="preserve">[55:00] </w:t>
      </w:r>
      <w:r>
        <w:t>kyun? is liye ke dekhye ek bohat bari baat yeh hai. bahas se nai nai cheezein barj karti hain. nai nai baatein maloom hoti hain.</w:t>
      </w:r>
    </w:p>
    <w:p>
      <w:pPr>
        <w:jc w:val="right"/>
      </w:pPr>
      <w:r>
        <w:t>کیوں؟ اس لیے کہ دیکھئے ایک بہت بڑی بات یہ ہے۔ بحث سے نئی نئی چیزیں برج کرتی ہیں۔ نئی نئی باتیں معلوم ہوتی ہیں۔</w:t>
      </w:r>
    </w:p>
    <w:p>
      <w:r>
        <w:rPr>
          <w:b/>
        </w:rPr>
        <w:t xml:space="preserve">[55:11] </w:t>
      </w:r>
      <w:r>
        <w:t>nai nai baatein.</w:t>
      </w:r>
    </w:p>
    <w:p>
      <w:pPr>
        <w:jc w:val="right"/>
      </w:pPr>
      <w:r>
        <w:t>نئی نئی باتیں۔</w:t>
      </w:r>
    </w:p>
    <w:p>
      <w:r>
        <w:rPr>
          <w:b/>
        </w:rPr>
        <w:t xml:space="preserve">[55:13] </w:t>
      </w:r>
      <w:r>
        <w:t>bohat zyada faida is mein hai. isi liye mein mazhabon mein dialogue ka bohat qail hoon. jaise mein ek misaal deta hoon ke mujhe jo faida hua.</w:t>
      </w:r>
    </w:p>
    <w:p>
      <w:pPr>
        <w:jc w:val="right"/>
      </w:pPr>
      <w:r>
        <w:t>بہت زیادہ فائدہ اس میں ہے۔ اسی لیے میں مذہبوں میں ڈائیلاگ کا بہت قائل ہوں۔ جیسے میں ایک مثال دیتا ہوں کہ مجھے جو فائدہ ہوا۔</w:t>
      </w:r>
    </w:p>
    <w:p>
      <w:r>
        <w:rPr>
          <w:b/>
        </w:rPr>
        <w:t xml:space="preserve">[55:25] </w:t>
      </w:r>
      <w:r>
        <w:t>mujhe jo faida hua. maslan Quran mein ek ek ek formula diya gaya hai. ke. ke nuqsan ko faiday mein tabdeel karo.</w:t>
      </w:r>
    </w:p>
    <w:p>
      <w:pPr>
        <w:jc w:val="right"/>
      </w:pPr>
      <w:r>
        <w:t>مجھے جو فائدہ ہوا۔ مثلاً قرآن میں ایک ایک ایک فارمولا دیا گیا ہے۔ کہ۔ کہ نقصان کو فائدے میں تبدیل کرو۔</w:t>
      </w:r>
    </w:p>
    <w:p>
      <w:r>
        <w:rPr>
          <w:b/>
        </w:rPr>
        <w:t xml:space="preserve">[55:38] </w:t>
      </w:r>
      <w:r>
        <w:t>uzr ko husn mein badlo.</w:t>
      </w:r>
    </w:p>
    <w:p>
      <w:pPr>
        <w:jc w:val="right"/>
      </w:pPr>
      <w:r>
        <w:t>عذر کو حسن میں بدلو۔</w:t>
      </w:r>
    </w:p>
    <w:p>
      <w:r>
        <w:rPr>
          <w:b/>
        </w:rPr>
        <w:t xml:space="preserve">[55:41] </w:t>
      </w:r>
      <w:r>
        <w:t>yeh ek formula hai. ke insaan ke andar yeh salahiyat hai. ke uzr ko husn mein badle. phir mein ne parha is ko. is ko.</w:t>
      </w:r>
    </w:p>
    <w:p>
      <w:pPr>
        <w:jc w:val="right"/>
      </w:pPr>
      <w:r>
        <w:t>یہ ایک فارمولا ہے۔ کہ انسان کے اندر یہ صلاحیت ہے۔ کہ عذر کو حسن میں بدلے۔ پھر میں نے پڑھا اس کو۔ اس کو۔</w:t>
      </w:r>
    </w:p>
    <w:p>
      <w:r>
        <w:rPr>
          <w:b/>
        </w:rPr>
        <w:t xml:space="preserve">[55:52] </w:t>
      </w:r>
      <w:r>
        <w:t>Alfred Adler ko. jo nafsiyat ka aadmi hai. us mein us ne ek sainsi pehlu diya mujhe is mein. ke insaan is ka is qabil hai ke woh apne.</w:t>
      </w:r>
    </w:p>
    <w:p>
      <w:pPr>
        <w:jc w:val="right"/>
      </w:pPr>
      <w:r>
        <w:t>الفریڈ ایڈلر کو۔ جو نفسیات کا آدمی ہے۔ اس میں اس نے ایک سائنسی پہلو دیا مجھے اس میں۔ کہ انسان اس کا اس قابل ہے کہ وہ اپنے۔</w:t>
      </w:r>
    </w:p>
    <w:p>
      <w:r>
        <w:rPr>
          <w:b/>
        </w:rPr>
        <w:t xml:space="preserve">[56:04] </w:t>
      </w:r>
      <w:r>
        <w:t>minus ko minus ko. plus bana sake.</w:t>
      </w:r>
    </w:p>
    <w:p>
      <w:pPr>
        <w:jc w:val="right"/>
      </w:pPr>
      <w:r>
        <w:t>مائنس کو مائنس کو۔ پلس بنا سکے۔</w:t>
      </w:r>
    </w:p>
    <w:p>
      <w:r>
        <w:rPr>
          <w:b/>
        </w:rPr>
        <w:t xml:space="preserve">[56:09] </w:t>
      </w:r>
      <w:r>
        <w:t>phir mein ne Swami Vivekananda ka ek waqia parha. ke un ke ek dost ne unhein bulaya apne ghar par. un ka test lene ke liye. to mazhabi kitabein jo hoti hain sab.</w:t>
      </w:r>
    </w:p>
    <w:p>
      <w:pPr>
        <w:jc w:val="right"/>
      </w:pPr>
      <w:r>
        <w:t>پھر میں نے سوامی وکرا نند کا ایک واقعہ پڑھا۔ کہ ان کے ایک دوست نے انہیں بلایا اپنے گھر پر۔ ان کا ٹیسٹ لینے کے لیے۔ تو مذہبی کتابیں جو ہوتی ہیں سب۔</w:t>
      </w:r>
    </w:p>
    <w:p>
      <w:r>
        <w:rPr>
          <w:b/>
        </w:rPr>
        <w:t xml:space="preserve">[56:19] </w:t>
      </w:r>
      <w:r>
        <w:t>table par aisi rakh diya ek ek par ek kar ke. sab se neechay likh diya Gita. bohat bohat kitabein hain upar. woh sab ghussa ho jayenge yeh.</w:t>
      </w:r>
    </w:p>
    <w:p>
      <w:pPr>
        <w:jc w:val="right"/>
      </w:pPr>
      <w:r>
        <w:t>ٹیبل پر ایسی رکھ دیا ایک ایک پر ایک کر کے۔ سب سے نیچے لکھ دیا گیتا۔ بہت بہت کتابیں ہیں اوپر۔ وہ سب غصہ ہو جائیں گے یہ۔</w:t>
      </w:r>
    </w:p>
    <w:p>
      <w:r>
        <w:rPr>
          <w:b/>
        </w:rPr>
        <w:t xml:space="preserve">[56:28] </w:t>
      </w:r>
      <w:r>
        <w:t>ke meri kitab neeche kar di sab kitab upar kar di. to us ne kaha ke Swami ji bataiye yeh kya hai yeh.</w:t>
      </w:r>
    </w:p>
    <w:p>
      <w:pPr>
        <w:jc w:val="right"/>
      </w:pPr>
      <w:r>
        <w:t>کہ میری کتاب نیچے کر دی سب کتاب اوپر کر دی۔ تو اس نے کہا کہ سوامی جی بتائیں یہ کیا ہے یہ۔</w:t>
      </w:r>
    </w:p>
    <w:p>
      <w:r>
        <w:rPr>
          <w:b/>
        </w:rPr>
        <w:t xml:space="preserve">[56:35] </w:t>
      </w:r>
      <w:r>
        <w:t>to unhon ne dekha aur aur muskuraya dekh kar kaha. ke The foundation is really good. ab dekhye ke yeh kitna acha unhon ne apne minus ko plus mein tabdeel kiya.</w:t>
      </w:r>
    </w:p>
    <w:p>
      <w:pPr>
        <w:jc w:val="right"/>
      </w:pPr>
      <w:r>
        <w:t>تو انہوں نے دیکھا اور اور مسکرایا دیکھ کر کہا۔ کہ The foundation is really good ۔ اب دیکھئے کہ یہ کتنا اچھا انہوں نے اپنے مائنس کو پلس میں تبدیل کیا۔</w:t>
      </w:r>
    </w:p>
    <w:p>
      <w:r>
        <w:rPr>
          <w:b/>
        </w:rPr>
        <w:t xml:space="preserve">[56:49] </w:t>
      </w:r>
      <w:r>
        <w:t>to quran mein maine ek formula dekha. ke insaan jo hai apne nuqsan ko faide mein bana sakta hai.</w:t>
      </w:r>
    </w:p>
    <w:p>
      <w:pPr>
        <w:jc w:val="right"/>
      </w:pPr>
      <w:r>
        <w:t>تو قرآن میں میں نے ایک فارمولا دیکھا۔ کہ انسان جو ہے اپنے نقصان کو فائدے میں بنا سکتا ہے۔</w:t>
      </w:r>
    </w:p>
    <w:p>
      <w:r>
        <w:rPr>
          <w:b/>
        </w:rPr>
        <w:t xml:space="preserve">[56:57] </w:t>
      </w:r>
      <w:r>
        <w:t>phir Alfred Adler ke is mein maine dekha. ke nafsiyati taur par bilkul mumkin hai yeh. insaan ke zehn mein yeh salahiyat hai. To turn a minus into a plus .</w:t>
      </w:r>
    </w:p>
    <w:p>
      <w:pPr>
        <w:jc w:val="right"/>
      </w:pPr>
      <w:r>
        <w:t>پھر الفریڈ ایڈلر کے اس میں میں نے دیکھا۔ کہ نفسیاتی طور پر بالکل ممکن ہے یہ۔ انسان کے ذہن میں یہ صلاحیت ہے۔ To turn a minus into a plus ۔</w:t>
      </w:r>
    </w:p>
    <w:p>
      <w:r>
        <w:rPr>
          <w:b/>
        </w:rPr>
        <w:t xml:space="preserve">[57:07] </w:t>
      </w:r>
      <w:r>
        <w:t>phir yeh ek waqia maine Swami Vivekanand ka yeh padha. ke sach much kis tarah unhone bohat khoobsurti ke sath. bohat khoobsurat tareeqe se. ek minus ko ko plus mein badla.</w:t>
      </w:r>
    </w:p>
    <w:p>
      <w:pPr>
        <w:jc w:val="right"/>
      </w:pPr>
      <w:r>
        <w:t>پھر یہ ایک واقعہ میں نے سوامی وکرا نند کا یہ پڑھا۔ کہ سچ مچ کس طرح انہوں نے بہت خوبصورتی کے ساتھ۔ بہت خوبصورت طریقے سے۔ ایک مائنس کو کو پلس میں بدلا۔</w:t>
      </w:r>
    </w:p>
    <w:p>
      <w:r>
        <w:rPr>
          <w:b/>
        </w:rPr>
        <w:t xml:space="preserve">[57:19] </w:t>
      </w:r>
      <w:r>
        <w:t>ke unki kitab jo hai jis ko woh mante the muqaddas. Gita woh neeche thi baqi sab upar thi.</w:t>
      </w:r>
    </w:p>
    <w:p>
      <w:pPr>
        <w:jc w:val="right"/>
      </w:pPr>
      <w:r>
        <w:t>کہ ان کی کتاب جو ہے جس کو وہ مانتے تھے مقدس۔ گیتا وہ نیچے تھی باقی سب اوپر تھی۔</w:t>
      </w:r>
    </w:p>
    <w:p>
      <w:r>
        <w:rPr>
          <w:b/>
        </w:rPr>
        <w:t xml:space="preserve">[57:26] </w:t>
      </w:r>
      <w:r>
        <w:t>to dekhne mein to ek zillat ka yeh manzar tha. ke meri kitab neeche hai. kis tarah tabdeel kar diya is ko unhone.</w:t>
      </w:r>
    </w:p>
    <w:p>
      <w:pPr>
        <w:jc w:val="right"/>
      </w:pPr>
      <w:r>
        <w:t>تو دیکھنے میں تو ایک ذلت کا یہ منظر تھا۔ کہ میری کتاب نیچے ہے۔ کس طرح تبدیل کر دیا اس کو انہوں نے۔</w:t>
      </w:r>
    </w:p>
    <w:p>
      <w:r>
        <w:rPr>
          <w:b/>
        </w:rPr>
        <w:t xml:space="preserve">[57:37] </w:t>
      </w:r>
      <w:r>
        <w:t>ke The foundation is really good . to main bohat zyada is ko manta hoon behas ko dialogue ko. tabadule ko.</w:t>
      </w:r>
    </w:p>
    <w:p>
      <w:pPr>
        <w:jc w:val="right"/>
      </w:pPr>
      <w:r>
        <w:t>کہ The foundation is really good ۔ تو میں بہت زیادہ اس کو مانتا ہوں بحث کو ڈائیلاگ کو۔ تبادلے کو۔</w:t>
      </w:r>
    </w:p>
    <w:p>
      <w:r>
        <w:rPr>
          <w:b/>
        </w:rPr>
        <w:t xml:space="preserve">[57:46] </w:t>
      </w:r>
      <w:r>
        <w:t>kyunki is mein hamesha hi faida hota hai. yeh sawal nahi ke aap kis ko manen kis ko na manen. manne ki baat alag hai.</w:t>
      </w:r>
    </w:p>
    <w:p>
      <w:pPr>
        <w:jc w:val="right"/>
      </w:pPr>
      <w:r>
        <w:t>کیونکہ اس میں ہمیشہ ہی فائدہ ہوتا ہے۔ یہ سوال نہیں کہ آپ کس کو مانیں کس کو نہ مانیں۔ ماننے کی بات الگ ہے۔</w:t>
      </w:r>
    </w:p>
    <w:p>
      <w:r>
        <w:rPr>
          <w:b/>
        </w:rPr>
        <w:t xml:space="preserve">[57:55] </w:t>
      </w:r>
      <w:r>
        <w:t>zehni taraqqi to phir bhi hota hai. to ek cheez hai zehni taraqqi dekhiye kisi ki baat ko manna.</w:t>
      </w:r>
    </w:p>
    <w:p>
      <w:pPr>
        <w:jc w:val="right"/>
      </w:pPr>
      <w:r>
        <w:t>ذہنی ترقی تو پھر بھی ہوتا ہے۔ تو ایک چیز ہے ذہنی ترقی دیکھئے کسی کی بات کو ماننا۔</w:t>
      </w:r>
    </w:p>
    <w:p>
      <w:r>
        <w:rPr>
          <w:b/>
        </w:rPr>
        <w:t xml:space="preserve">[58:04] </w:t>
      </w:r>
      <w:r>
        <w:t>main yeh nahi kehta ke baaten log manen ek doosre ki. lekin zehni taraqqi to zaroori hai. to behas jo hai is liye zaroori hai ke hamara zehni taraqqi ho is ki wajah se.</w:t>
      </w:r>
    </w:p>
    <w:p>
      <w:pPr>
        <w:jc w:val="right"/>
      </w:pPr>
      <w:r>
        <w:t>میں یہ نہیں کہتا کہ باتیں لوگ مانیں ایک دوسرے کی۔ لیکن ذہنی ترقی تو ضروری ہے۔ تو بحث جو ہے اس لیے ضروری ہے کہ ہمارا ذہنی ترقی ہو اس کی وجہ سے۔</w:t>
      </w:r>
    </w:p>
    <w:p>
      <w:r>
        <w:rPr>
          <w:b/>
        </w:rPr>
        <w:t xml:space="preserve">[58:18] </w:t>
      </w:r>
      <w:r>
        <w:t>aqool qawli hadha wastaghfirullaha li walakum ajmaeen.</w:t>
      </w:r>
    </w:p>
    <w:p>
      <w:pPr>
        <w:jc w:val="right"/>
      </w:pPr>
      <w:r>
        <w:t>أقول قولي هذا واستغفرالله لي ولكم أجمعين.</w:t>
      </w:r>
    </w:p>
    <w:p>
      <w:r>
        <w:rPr>
          <w:b/>
        </w:rPr>
        <w:t xml:space="preserve">[58:35] </w:t>
      </w:r>
      <w:r>
        <w:t>yeh sawal hai Idrees What is 786 and its significance in Islam? 786؟</w:t>
      </w:r>
    </w:p>
    <w:p>
      <w:pPr>
        <w:jc w:val="right"/>
      </w:pPr>
      <w:r>
        <w:t>یہ سوال ہے ادریس What is 786 and its significance in Islam? 786؟</w:t>
      </w:r>
    </w:p>
    <w:p>
      <w:r>
        <w:rPr>
          <w:b/>
        </w:rPr>
        <w:t xml:space="preserve">[58:45] </w:t>
      </w:r>
      <w:r>
        <w:t>ji</w:t>
      </w:r>
    </w:p>
    <w:p>
      <w:pPr>
        <w:jc w:val="right"/>
      </w:pPr>
      <w:r>
        <w:t>جی</w:t>
      </w:r>
    </w:p>
    <w:p>
      <w:r>
        <w:rPr>
          <w:b/>
        </w:rPr>
        <w:t xml:space="preserve">[58:50] </w:t>
      </w:r>
      <w:r>
        <w:t>dekhen 786 jo hai yeh sirf ek bidat hai. Islam mein is ka koi significance nahi hai.</w:t>
      </w:r>
    </w:p>
    <w:p>
      <w:pPr>
        <w:jc w:val="right"/>
      </w:pPr>
      <w:r>
        <w:t>دیکھیں 786 جو ہے یہ صرف ایک بدعت ہے۔ اسلام میں اس کا کوئی significance نہیں ہے۔</w:t>
      </w:r>
    </w:p>
    <w:p>
      <w:r>
        <w:rPr>
          <w:b/>
        </w:rPr>
        <w:t xml:space="preserve">[59:02] </w:t>
      </w:r>
      <w:r>
        <w:t>asal mein jo writers hote hain. to Arabic writers ko unhone is tareeqe se banaya hai ke abdat hawas qulma saaf quraish sakh zag is tareeqe se banaya hai.</w:t>
      </w:r>
    </w:p>
    <w:p>
      <w:pPr>
        <w:jc w:val="right"/>
      </w:pPr>
      <w:r>
        <w:t>اصل میں جو writers ہوتے ہیں۔ تو عربic writers کو انہوں نے اس طریقے سے بنایا ہے کہ عبدت حوس قلما صاف قرش سخ زغ اس طریقے سے بنایا ہے۔</w:t>
      </w:r>
    </w:p>
    <w:p>
      <w:r>
        <w:rPr>
          <w:b/>
        </w:rPr>
        <w:t xml:space="preserve">[59:19] </w:t>
      </w:r>
      <w:r>
        <w:t>is ki gintiyan banai hain. ke ek ek ginti do ginti das tak phir das se bees bees tees tak phir so do so char so tak is tareeqe se banaya hai.</w:t>
      </w:r>
    </w:p>
    <w:p>
      <w:pPr>
        <w:jc w:val="right"/>
      </w:pPr>
      <w:r>
        <w:t>اس کی گنتیاں بنائی ہیں۔ کہ ایک ایک گنتی دو گنتی دس تک پھر دس سے بیس بیس تیس تک پھر سو دو سو چار سو تک اس طریقے سے بنایا ہے۔</w:t>
      </w:r>
    </w:p>
    <w:p>
      <w:r>
        <w:rPr>
          <w:b/>
        </w:rPr>
        <w:t xml:space="preserve">[59:32] </w:t>
      </w:r>
      <w:r>
        <w:t>to 786 jo hai woh. koi cheez nahi hai bismillah ki ginti hai.</w:t>
      </w:r>
    </w:p>
    <w:p>
      <w:pPr>
        <w:jc w:val="right"/>
      </w:pPr>
      <w:r>
        <w:t>تو 786 جو ہے وہ۔ کوئی چیز نہیں ہے بسم اللہ کی گنتی ہے۔</w:t>
      </w:r>
    </w:p>
    <w:p>
      <w:r>
        <w:rPr>
          <w:b/>
        </w:rPr>
        <w:t xml:space="preserve">[59:43] </w:t>
      </w:r>
      <w:r>
        <w:t>aur kuch bhi nahi hai. bismillah ki ginti. to bismillah na likh kar ke woh ginti likh diya.</w:t>
      </w:r>
    </w:p>
    <w:p>
      <w:pPr>
        <w:jc w:val="right"/>
      </w:pPr>
      <w:r>
        <w:t>اور کچھ بھی نہیں ہے۔ بسم اللہ کی گنتی۔ تو بسم اللہ نہ لکھ کر کے وہ گنتی لکھ دیا۔</w:t>
      </w:r>
    </w:p>
    <w:p>
      <w:r>
        <w:rPr>
          <w:b/>
        </w:rPr>
        <w:t xml:space="preserve">[59:52] </w:t>
      </w:r>
      <w:r>
        <w:t>Islam mein kuch bhi is ki. na Quran mein hai na hadith mein hai. na pehle zamane mein companion ne kabhi is ko istemal kiya.</w:t>
      </w:r>
    </w:p>
    <w:p>
      <w:pPr>
        <w:jc w:val="right"/>
      </w:pPr>
      <w:r>
        <w:t>اسلام میں کچھ بھی اس کی۔ نہ قرآن میں ہے نہ حدیث میں ہے۔ نہ پہلے زمانے میں companion نے کبھی اس کو استعمال کیا۔</w:t>
      </w:r>
    </w:p>
    <w:p>
      <w:r>
        <w:rPr>
          <w:b/>
        </w:rPr>
        <w:t xml:space="preserve">[1:00:03] </w:t>
      </w:r>
      <w:r>
        <w:t>asal mein yeh tradition thi yahoodi logon ke haan. Syria mein aur Palestine mein jo yahoodi the. woh aisa kiya karte the gintiyon mein karte the woh.</w:t>
      </w:r>
    </w:p>
    <w:p>
      <w:pPr>
        <w:jc w:val="right"/>
      </w:pPr>
      <w:r>
        <w:t>اصل میں یہ tradition تھی یہودی لوگوں کے ہاں۔ سیریا میں اور فلسطین میں جو یہودی تھے۔ وہ ایسا کیا کرتے تھے گنتیوں میں کرتے تھے وہ۔</w:t>
      </w:r>
    </w:p>
    <w:p>
      <w:r>
        <w:rPr>
          <w:b/>
        </w:rPr>
        <w:t xml:space="preserve">[1:00:16] </w:t>
      </w:r>
      <w:r>
        <w:t>to. shayar log bhi yahi karte hain. ke jaise koi mar gaya to us ko woh nikalte hain. ginti nikal karte hain.</w:t>
      </w:r>
    </w:p>
    <w:p>
      <w:pPr>
        <w:jc w:val="right"/>
      </w:pPr>
      <w:r>
        <w:t>تو۔ شاعر لوگ بھی یہی کرتے ہیں۔ کہ جیسے کوئی مر گیا تو اس کو وہ نکالتے ہیں۔ گنتی نکال کرتے ہیں۔</w:t>
      </w:r>
    </w:p>
    <w:p>
      <w:r>
        <w:rPr>
          <w:b/>
        </w:rPr>
        <w:t xml:space="preserve">[1:00:27] </w:t>
      </w:r>
      <w:r>
        <w:t>naam ki ginti nikalte hain. to yeh sab yahoodi logon se ki tradition hai jo musalmanon mein aa gayi hai.</w:t>
      </w:r>
    </w:p>
    <w:p>
      <w:pPr>
        <w:jc w:val="right"/>
      </w:pPr>
      <w:r>
        <w:t>نام کی گنتی نکالتے ہیں۔ تو یہ سب یہودی لوگوں سے کی tradition ہے جو مسلمانوں میں آگئی ہے۔</w:t>
      </w:r>
    </w:p>
    <w:p>
      <w:r>
        <w:rPr>
          <w:b/>
        </w:rPr>
        <w:t xml:space="preserve">[1:00:38] </w:t>
      </w:r>
      <w:r>
        <w:t>is ka Islam se koi matlab nahi hai. main is ko superstition samajhta hoon superstition.</w:t>
      </w:r>
    </w:p>
    <w:p>
      <w:pPr>
        <w:jc w:val="right"/>
      </w:pPr>
      <w:r>
        <w:t>اس کا اسلام سے کوئی مطلب نہیں ہے۔ میں اس کو superstition سمجھتا ہوں superstition۔</w:t>
      </w:r>
    </w:p>
    <w:p>
      <w:r>
        <w:rPr>
          <w:b/>
        </w:rPr>
        <w:t xml:space="preserve">[1:00:43] </w:t>
      </w:r>
      <w:r>
        <w:t>aisa kabhi bhi nahi ho sakta ke 786 aap laga den apni car par. to accident na ho. yeh bilkul absurd baat hai.</w:t>
      </w:r>
    </w:p>
    <w:p>
      <w:pPr>
        <w:jc w:val="right"/>
      </w:pPr>
      <w:r>
        <w:t>ایسا کبھی بھی نہیں ہو سکتا کہ 786 آپ لگا دیں اپنی کار پر۔ تو accident نہ ہو۔ یہ بالکل absurd بات ہے۔</w:t>
      </w:r>
    </w:p>
    <w:p>
      <w:r>
        <w:rPr>
          <w:b/>
        </w:rPr>
        <w:t xml:space="preserve">[1:00:54] </w:t>
      </w:r>
      <w:r>
        <w:t>absurd baat hai. accident hota hai. traffic rule jo hai aap us ko follow na karen. samne wala follow na kare.</w:t>
      </w:r>
    </w:p>
    <w:p>
      <w:pPr>
        <w:jc w:val="right"/>
      </w:pPr>
      <w:r>
        <w:t>absurd بات ہے۔ accident ہوتا ہے۔ ٹریفک rule جو ہے آپ اس کو follow نہ کریں۔ سامنے والا follow نہ کرے۔</w:t>
      </w:r>
    </w:p>
    <w:p>
      <w:r>
        <w:rPr>
          <w:b/>
        </w:rPr>
        <w:t xml:space="preserve">[1:01:03] </w:t>
      </w:r>
      <w:r>
        <w:t>is tarah ki baaton se hota hai. 786 se is ka koi talluq nahi hai.</w:t>
      </w:r>
    </w:p>
    <w:p>
      <w:pPr>
        <w:jc w:val="right"/>
      </w:pPr>
      <w:r>
        <w:t>اس طرح کی باتوں سے ہوتا ہے۔ 786 سے اس کا کوئی تعلق نہیں ہے۔</w:t>
      </w:r>
    </w:p>
    <w:p>
      <w:r>
        <w:rPr>
          <w:b/>
        </w:rPr>
        <w:t xml:space="preserve">[1:01:13] </w:t>
      </w:r>
      <w:r>
        <w:t>tu.</w:t>
      </w:r>
    </w:p>
    <w:p>
      <w:pPr>
        <w:jc w:val="right"/>
      </w:pPr>
      <w:r>
        <w:t>تو۔</w:t>
      </w:r>
    </w:p>
    <w:p>
      <w:r>
        <w:rPr>
          <w:b/>
        </w:rPr>
        <w:t xml:space="preserve">[1:01:16] </w:t>
      </w:r>
      <w:r>
        <w:t>mein kabhi is ko istemal nahi karta log letter likhte hain na is mein aksar log likh dete hain oper 786. bismillah na likh kar ke 786 likh dein ge yeh sab bilkul superstition baatein hain.</w:t>
      </w:r>
    </w:p>
    <w:p>
      <w:pPr>
        <w:jc w:val="right"/>
      </w:pPr>
      <w:r>
        <w:t>میں کبھی اس کو استعمال نہیں لوگ letter لکھتے ہیں نا اس میں اکثر لوگ لکھ دیتے ہیں اوپر 786۔ بسم اللہ نہ لکھ کر کے 786 لکھ دیں گے یہ سب بالکل superstition باتیں ہیں۔</w:t>
      </w:r>
    </w:p>
    <w:p>
      <w:r>
        <w:rPr>
          <w:b/>
        </w:rPr>
        <w:t xml:space="preserve">[1:01:30] </w:t>
      </w:r>
      <w:r>
        <w:t>mein kabhi is ko istemal nahi karta. aur na mein is ko mein is ko sirf bidat samajhta hoon bas is se zyada aur kuch nahi hai. This question is from Razia</w:t>
      </w:r>
    </w:p>
    <w:p>
      <w:pPr>
        <w:jc w:val="right"/>
      </w:pPr>
      <w:r>
        <w:t>میں کبھی اس کو استعمال نہیں کرتا۔ اور نہ میں اس کو میں اس کو صرف بدعت سمجھتا ہوں بس اس سے زیادہ اور کچھ نہیں ہے۔ This question is from Razia</w:t>
      </w:r>
    </w:p>
    <w:p>
      <w:r>
        <w:rPr>
          <w:b/>
        </w:rPr>
        <w:t xml:space="preserve">[1:01:41] </w:t>
      </w:r>
      <w:r>
        <w:t>some people believe in Darwin's theory of evolution saying that it is the most probable explanation of the origin of species please comment aur yeh nahi kehta explanation nahi hai is mein yeh kaise aap ne keh diya</w:t>
      </w:r>
    </w:p>
    <w:p>
      <w:pPr>
        <w:jc w:val="right"/>
      </w:pPr>
      <w:r>
        <w:t>some people believe in Darwin's theory of evolution saying that it is the most probable explanation of the origin of species please comment اور یہ نہیں کہتا explanation نہیں ہے اس میں یہ کیسے آپ نے کہہ دیا</w:t>
      </w:r>
    </w:p>
    <w:p>
      <w:r>
        <w:rPr>
          <w:b/>
        </w:rPr>
        <w:t xml:space="preserve">[1:02:01] </w:t>
      </w:r>
      <w:r>
        <w:t>kitab ka naam to zaroor hai zaroor hai aik origin of species kitab jo is ki hai Darwin ki is ka naam hai origin</w:t>
      </w:r>
    </w:p>
    <w:p>
      <w:pPr>
        <w:jc w:val="right"/>
      </w:pPr>
      <w:r>
        <w:t>کتاب کا نام تو ضرور ہے ضرور ہے ایک origin of species کتاب جو اس کی ہے Darwin کی اس کا نام ہے origin</w:t>
      </w:r>
    </w:p>
    <w:p>
      <w:r>
        <w:rPr>
          <w:b/>
        </w:rPr>
        <w:t xml:space="preserve">[1:02:08] </w:t>
      </w:r>
      <w:r>
        <w:t>of species origin hi ka is mein koi explanation nahi hai origin hone ke baad ka hai is mein ya ajeeb baat hai ke kitab koi title hi galat hai is ka is kitab koi title hi galat hai ke zindagi kahan se shuru hui is ka koi jawab nahi diya Darwin ne woh to yani accidentally shuru ho gayi accidentally</w:t>
      </w:r>
    </w:p>
    <w:p>
      <w:pPr>
        <w:jc w:val="right"/>
      </w:pPr>
      <w:r>
        <w:t>of species origin ہی کا اس میں کوئی explanation نہیں ہے origin ہونے کے بعد کا ہے اس میں یا عجیب بات ہے کہ کتاب کوئی ٹائٹل ہی غلط ہے اس کا اس کتاب کوئی ٹائٹل ہی غلط ہے کہ زندگی کہاں سے شروع ہوئی اس کا کوئی جواب نہیں دیا Darwin نے وہ تو یعنی accidentally شروع ہوگئی accidentally</w:t>
      </w:r>
    </w:p>
    <w:p>
      <w:r>
        <w:rPr>
          <w:b/>
        </w:rPr>
        <w:t xml:space="preserve">[1:02:35] </w:t>
      </w:r>
      <w:r>
        <w:t>koi امی baap ban gaya koi cheez ban gayi phir woh chala aage silsila to zindagi kaise shuru hui is ka koi jawab nahi diya hai Darwin ne jo baat Darwin ne batai hai woh yeh hai ke is ke nazdeek jo species jo hain bohat sari to species jo hain woh alag alag nahi bani balkeh aik se aik nikalti rahin</w:t>
      </w:r>
    </w:p>
    <w:p>
      <w:pPr>
        <w:jc w:val="right"/>
      </w:pPr>
      <w:r>
        <w:t>کوئی امی باپ بن گیا کوئی چیز بن گئی پھر وہ چلا آگے سلسلہ تو زندگی کیسے شروع ہوئی اس کا کوئی جواب نہیں دیا ہے Darwin نے جو بات Darwin نے بتائی ہے وہ یہ ہے کہ اس کے نزدیک جو species جو ہیں بہت ساری تو species جو ہیں وہ الگ الگ نہیں بنی بلکہ ایک سے ایک نکلتی رہیں</w:t>
      </w:r>
    </w:p>
    <w:p>
      <w:r>
        <w:rPr>
          <w:b/>
        </w:rPr>
        <w:t xml:space="preserve">[1:03:02] </w:t>
      </w:r>
      <w:r>
        <w:t>misal ke tor par machhli se chidiya nikal aayi bakri se zarafah ban gaya aur billi se sher ban gaya bandar se insan ban gaya yeh hai lekin woh beech ka jo process hai jis ko missing link kaha jata hai aaj tak missing link daryaft nahi hua</w:t>
      </w:r>
    </w:p>
    <w:p>
      <w:pPr>
        <w:jc w:val="right"/>
      </w:pPr>
      <w:r>
        <w:t>مثلاً مچھلی سے چڑیا نکل آئی بکری سے زرافہ بن گیا اور بلی سے شیر بن گیا بندر سے انسان بن گیا یہ ہے لیکن وہ بیچ کا جو process ہے جس کو missing link کہا جاتا ہے آج تک missing link دریافت نہیں ہوا</w:t>
      </w:r>
    </w:p>
    <w:p>
      <w:r>
        <w:rPr>
          <w:b/>
        </w:rPr>
        <w:t xml:space="preserve">[1:03:23] </w:t>
      </w:r>
      <w:r>
        <w:t>matlab billi aur sher ke beech ka machhli aur chidiya ke beech ka bakri aur zarafah ke beech ka jo hai woh aaj tak pata nahi hai sirf yeh hai ke aik hi cheez jis par base karta hai in ka in ki philosophy woh hai similarity</w:t>
      </w:r>
    </w:p>
    <w:p>
      <w:pPr>
        <w:jc w:val="right"/>
      </w:pPr>
      <w:r>
        <w:t>مطلب بلی اور شیر کے بیچ کا مچھلی اور چڑیا کے بیچ کا بکری اور زرافہ کے بیچ کا جو ہے وہ آج تک پتہ نہیں ہے صرف یہ ہے کہ ایک ہی چیز جس پر base کرتا ہے ان کا ان کی philosophy وہ ہے similarity</w:t>
      </w:r>
    </w:p>
    <w:p>
      <w:r>
        <w:rPr>
          <w:b/>
        </w:rPr>
        <w:t xml:space="preserve">[1:03:46] </w:t>
      </w:r>
      <w:r>
        <w:t>similarity ke is waqt koi bhi proof nahi hai kyunke unhon ne dekha ke ghore ka jo skeleton hai aur insan ka jo skeleton hai dono mein similarity hai</w:t>
      </w:r>
    </w:p>
    <w:p>
      <w:pPr>
        <w:jc w:val="right"/>
      </w:pPr>
      <w:r>
        <w:t>similarity کے اس وقت کوئی بھی proof نہیں ہے کیونکہ انہوں نے دیکھا کہ گھوڑے کا جو skeleton ہے اور انسان کا جو skeleton ہے دونوں میں similarity ہے</w:t>
      </w:r>
    </w:p>
    <w:p>
      <w:r>
        <w:rPr>
          <w:b/>
        </w:rPr>
        <w:t xml:space="preserve">[1:03:58] </w:t>
      </w:r>
      <w:r>
        <w:t>is liye yeh nikal aaya ghoda jo hai is ki hi agli is mein insan nikal aaya yeh to koi yeh to koi argument nahi hai</w:t>
      </w:r>
    </w:p>
    <w:p>
      <w:pPr>
        <w:jc w:val="right"/>
      </w:pPr>
      <w:r>
        <w:t>اس لیے یہ نکل آیا گھوڑا جو ہے اس کی ہی اگلی اس میں انسان نکل آیا یہ تو کوئی یہ تو کوئی argument نہیں ہے</w:t>
      </w:r>
    </w:p>
    <w:p>
      <w:r>
        <w:rPr>
          <w:b/>
        </w:rPr>
        <w:t xml:space="preserve">[1:04:08] </w:t>
      </w:r>
      <w:r>
        <w:t>hum counter kar ke keh sakte hain ke ke jis tarah se Khuda ne pehla paida kiya yeh to wohi mante hain ke pehla paida kiya kyunke Darwin ne jo kitab hai is ki origin of species is mein kam az kam ghaliban teen jagah Khuda ka God ka word hai God</w:t>
      </w:r>
    </w:p>
    <w:p>
      <w:pPr>
        <w:jc w:val="right"/>
      </w:pPr>
      <w:r>
        <w:t>ہم counter کر کے کہہ سکتے ہیں کہ کہ جس طرح سے خدا نے پہلا پیدا کیا یہ تو وہی مانتے ہیں کہ پہلا پیدا کیا کیونکہ Darwin نے جو کتاب ہے اس کی origin of species اس میں کم از کم غالباً تین جگہ خدا کا God کا word ہے God</w:t>
      </w:r>
    </w:p>
    <w:p>
      <w:r>
        <w:rPr>
          <w:b/>
        </w:rPr>
        <w:t xml:space="preserve">[1:04:29] </w:t>
      </w:r>
      <w:r>
        <w:t>us ne likha hai ke jo is ka aap parh lijiye is ka jo last paragraph hai kitab ka last paragraph ke is ke likha hai ke zindagi ka yeh concept kitna acha hai ke Khuda ne pehla pehli life paida ki aur phir is life se tarah tarah ke species nikalti chali gayin is ka jo last paragraph hai</w:t>
      </w:r>
    </w:p>
    <w:p>
      <w:pPr>
        <w:jc w:val="right"/>
      </w:pPr>
      <w:r>
        <w:t>اس نے لکھا ہے کہ جو اس کا آپ پڑھ لیجئے اس کا جو last پیراگراف ہے کتاب کا last پیراگراف کہ اس کے لکھا ہے کہ زندگی کا یہ concept کتنا اچھا ہے کہ خدا نے پہلا پہلی life پیدا کی اور پھر اس life سے طرح طرح کے species نکلتی چلی گئیں اس کا جو last پیراگراف ہے</w:t>
      </w:r>
    </w:p>
    <w:p>
      <w:r>
        <w:rPr>
          <w:b/>
        </w:rPr>
        <w:t xml:space="preserve">[1:04:52] </w:t>
      </w:r>
      <w:r>
        <w:t>to mein yeh kehta hoon ke jis tarah se Khuda ne pehla yani pehli life paida ki is tarah doosri life bhi paida ki alag alag yani machhli bhi special creation chidiya bhi special creation aur goat bhi special creation zarafah bhi alag special creation to first life ko woh manta hai special creation Darwin jo hai first life ko special creation maan raha hai</w:t>
      </w:r>
    </w:p>
    <w:p>
      <w:pPr>
        <w:jc w:val="right"/>
      </w:pPr>
      <w:r>
        <w:t>تو میں یہ کہتا ہوں کہ جس طرح سے خدا نے پہلا یعنی پہلی life پیدا کی اس طرح دوسری life بھی پیدا کی الگ الگ یعنی مچھلی بھی special creation چڑیا بھی special creation اور goat بھی special creation زرافہ بھی الگ special creation تو first life کو وہ مانتا ہے special creation Darwin جو ہے first life کو special creation مان رہا ہے</w:t>
      </w:r>
    </w:p>
    <w:p>
      <w:r>
        <w:rPr>
          <w:b/>
        </w:rPr>
        <w:t xml:space="preserve">[1:05:21] </w:t>
      </w:r>
      <w:r>
        <w:t>to mein kahoon ga ke isi ko extend kar lo doosri doosri jo species hain un ko hi maan lo ke woh bhi specially create ki gayin yeh kahan se koi proof to hai nahi ke is se woh nikla is se woh nikla is se woh nikla similarity hona ab dekhiye is mein bhi to similarity hai ji koi keh sakta hai ke pehli se glass nikal aaya pehli se pai nikal aayi</w:t>
      </w:r>
    </w:p>
    <w:p>
      <w:pPr>
        <w:jc w:val="right"/>
      </w:pPr>
      <w:r>
        <w:t>تو میں کہوں گا کہ اسی کو extend کر لو دوسری دوسری جو species ہیں ان کو ہی مان لو کہ وہ بھی specially create کی گئی یہ کہاں سے کوئی proof تو ہے نہیں کہ اس سے وہ نکلا اس سے وہ نکلا اس سے وہ نکلا similarity ہونا اب دیکھئے اس میں بھی تو similarity ہے جی کوئی کہہ سکتا ہے کہ پہلی سے گلاس نکل آیا پہلی سے پائی نکل آئی</w:t>
      </w:r>
    </w:p>
    <w:p>
      <w:r>
        <w:rPr>
          <w:b/>
        </w:rPr>
        <w:t xml:space="preserve">[1:05:49] </w:t>
      </w:r>
      <w:r>
        <w:t>is se yani pehli ke andar se glass nikal aaya ya glass ke andar se pai nikal aayi aisa to nahi koi maan sakta yeh alag create hua yeh alag create hua to buniyadi baat yeh hai ke do baatein mein kehta hoon ke origin of species jo kitab hai Darwin ki is mein khud woh manta hai ke pehli life jo hai first life first life ko Khuda ne create kiya</w:t>
      </w:r>
    </w:p>
    <w:p>
      <w:pPr>
        <w:jc w:val="right"/>
      </w:pPr>
      <w:r>
        <w:t>اس سے یعنی پہلی کے اندر سے گلاس نکل آیا یا گلاس کے اندر سے پائی نکل آئی ایسا تو نہیں کوئی مان سکتا یہ الگ create ہوا یہ الگ create ہوا تو بنیادی بات یہ ہے کہ دو باتیں میں کہتا ہوں کہ origin of species جو کتاب ہے Darwin کی اس میں خود وہ مانتا ہے کہ پہلی life جو ہے first life first life کو خدا نے create کیا</w:t>
      </w:r>
    </w:p>
    <w:p>
      <w:r>
        <w:rPr>
          <w:b/>
        </w:rPr>
        <w:t xml:space="preserve">[1:06:17] </w:t>
      </w:r>
      <w:r>
        <w:t>God ka GOD God ka word us ko is mein hai is ke baad woh manta hai ke aik ke andar se doosri nikalti rahi yani bakri ke pait se zarafah nikal aaya aur machhli ke pait se bird nikal aayi chidiya nikal aayi bird to is ka to koi proof hai nahi</w:t>
      </w:r>
    </w:p>
    <w:p>
      <w:pPr>
        <w:jc w:val="right"/>
      </w:pPr>
      <w:r>
        <w:t>God کا GOD God کا word اس کو اس میں ہے اس کے بعد وہ مانتا ہے کہ ایک کے اندر سے دوسری نکلتی رہی یعنی بکری کے پیٹ سے زرافہ نکل آیا اور مچھلی کے پیٹ سے bird نکل آئی چڑیا نکل آئی bird تو اس کا تو کوئی proof ہے نہیں</w:t>
      </w:r>
    </w:p>
    <w:p>
      <w:r>
        <w:rPr>
          <w:b/>
        </w:rPr>
        <w:t xml:space="preserve">[1:06:37] </w:t>
      </w:r>
      <w:r>
        <w:t>to mein yeh kahoon ga ke jis tarah se first life jo hai special creation mante ho tum usi tarah se hum yeh kahein ke doosra bhi jitni life hain woh bhi special creation hai to is mein kya hai is mein guys unscientific baat kya hai to behal mein ne is ko bohat parha hai</w:t>
      </w:r>
    </w:p>
    <w:p>
      <w:pPr>
        <w:jc w:val="right"/>
      </w:pPr>
      <w:r>
        <w:t>تو میں یہ کہوں گا کہ جس طرح سے first life جو ہے special creation مانتے ہو تم اسی طریقے سے ہم یہ کہیں کہ دوسرا بھی جتنی life ہیں وہ بھی special creation ہے تو اس میں کیا ہے اس میں guys unscientific بات کیا ہے تو بہرحال میں نے اس کو بہت پڑھا ہے</w:t>
      </w:r>
    </w:p>
    <w:p>
      <w:r>
        <w:rPr>
          <w:b/>
        </w:rPr>
        <w:t xml:space="preserve">[1:06:56] </w:t>
      </w:r>
      <w:r>
        <w:t>mein yeh keh sakta hoon ke siwaye similarity ke koi bhi in ke paas proof nahi hai jis ko le kar ke woh yeh claim karte hon ke yani jis ko kehte hain organic evolution organic evolution ka koi bhi proof siwaye similarity ke nahi hai aur yeh bilkul illogical proof hai</w:t>
      </w:r>
    </w:p>
    <w:p>
      <w:pPr>
        <w:jc w:val="right"/>
      </w:pPr>
      <w:r>
        <w:t>میں یہ کہہ سکتا ہوں کہ سوائے similarity کے کوئی بھی ان کے پاس proof نہیں ہے جس کو لے کر کے وہ یہ claim کرتے ہوں کہ یعنی جس کو کہتے ہیں organic evolution organic evolution کا کوئی بھی proof سوائے similarity کے نہیں ہے اور یہ بالکل illogical proof ہے</w:t>
      </w:r>
    </w:p>
    <w:p>
      <w:r>
        <w:rPr>
          <w:b/>
        </w:rPr>
        <w:t xml:space="preserve">[1:07:17] </w:t>
      </w:r>
      <w:r>
        <w:t>isi liye dekhiye jo barhe barhe scholar hain barhe barhe scientist hain woh is ko working theory mante hain working theory is pe established theory ya scientific theory nahi mante woh log jitne top ke scientist hain yaad rakhiye top ke jo scientist hain woh is ko abhi hal mein chapi hai France ki encyclopedia aik is mein top ke logon ne likhe hain article French encyclopedia</w:t>
      </w:r>
    </w:p>
    <w:p>
      <w:pPr>
        <w:jc w:val="right"/>
      </w:pPr>
      <w:r>
        <w:t>اسی لیے دیکھئے جو بڑے بڑے scholar ہیں بڑے بڑے scientist ہیں وہ اس کو working theory مانتے ہیں working theory اس پہ established theory یا scientific theory نہیں مانتے وہ لوگ جتنے ٹاپ کے scientist ہیں یاد رکھیے ٹاپ کے جو scientist ہیں وہ اس کو ابھی حال میں چھپی ہے فرانس کی انسائیکلوپیڈیا ایک اس میں ٹاپ کے لوگوں نے لکھے ہیں آرٹیکل French انسائیکلوپیڈیا</w:t>
      </w:r>
    </w:p>
    <w:p>
      <w:r>
        <w:rPr>
          <w:b/>
        </w:rPr>
        <w:t xml:space="preserve">[1:07:47] </w:t>
      </w:r>
      <w:r>
        <w:t>saaf taur par likha hai unhon ne is mein evolution theory jo hai woh aik working theory hai established theory nahi hai kyunke abhi tak koi proof to mila nahi siwaye claim ke claim karne ke to mein keh doon ke bhai is is is cup se glass nikal aaya lekin is ka koi proof dena pare ga na</w:t>
      </w:r>
    </w:p>
    <w:p>
      <w:pPr>
        <w:jc w:val="right"/>
      </w:pPr>
      <w:r>
        <w:t>صاف طور پر لکھا ہے انہوں نے اس میں evolution theory جو ہے وہ ایک working theory ہے established theory نہیں ہے کیونکہ ابھی تک کوئی proof تو ملا نہیں سوائے claim کے claim کرنے کے تو میں کہہ دوں کہ بھائی اس اس اس کپ سے گلاس نکل آیا لیکن اس کا کوئی proof دینا پڑے گا نا</w:t>
      </w:r>
    </w:p>
    <w:p>
      <w:r>
        <w:rPr>
          <w:b/>
        </w:rPr>
        <w:t xml:space="preserve">[1:08:10] </w:t>
      </w:r>
      <w:r>
        <w:t>to jahan tak first life ki baat hai woh to aap ko manna hi pare ga ke woh special creation</w:t>
      </w:r>
    </w:p>
    <w:p>
      <w:pPr>
        <w:jc w:val="right"/>
      </w:pPr>
      <w:r>
        <w:t>تو جہاں تک first life کی بات ہے وہ تو آپ کو ماننا ہی پڑے گا کہ وہ special creation</w:t>
      </w:r>
    </w:p>
    <w:p>
      <w:r>
        <w:rPr>
          <w:b/>
        </w:rPr>
        <w:t xml:space="preserve">[1:08:18] </w:t>
      </w:r>
      <w:r>
        <w:t>to jab is ko aap mante hain to aap aur baad ki jo species hain un ko bhi maan lein ke woh bhi special creation hai mein to samajhta hoon ke is mein koi illogical baat nahi hai</w:t>
      </w:r>
    </w:p>
    <w:p>
      <w:pPr>
        <w:jc w:val="right"/>
      </w:pPr>
      <w:r>
        <w:t>تو جب اس کو آپ مانتے ہیں تو آپ اور بعد کی جو species ہیں ان کو بھی مان لیں کہ وہ بھی special creation ہے میں تو سمجھتا ہوں کہ اس میں کوئی illogical بات نہیں ہے</w:t>
      </w:r>
    </w:p>
    <w:p>
      <w:r>
        <w:rPr>
          <w:b/>
        </w:rPr>
        <w:t xml:space="preserve">[1:08:31] </w:t>
      </w:r>
      <w:r>
        <w:t>This question is from Dr. Pradhan What is intuition?</w:t>
      </w:r>
    </w:p>
    <w:p>
      <w:pPr>
        <w:jc w:val="right"/>
      </w:pPr>
      <w:r>
        <w:t>This question is from ڈاکٹر پردھان What is intuition?</w:t>
      </w:r>
    </w:p>
    <w:p>
      <w:r>
        <w:rPr>
          <w:b/>
        </w:rPr>
        <w:t xml:space="preserve">[1:08:40] </w:t>
      </w:r>
      <w:r>
        <w:t>intuition ko dekhiye</w:t>
      </w:r>
    </w:p>
    <w:p>
      <w:pPr>
        <w:jc w:val="right"/>
      </w:pPr>
      <w:r>
        <w:t>انٹیوشن کو دیکھئے</w:t>
      </w:r>
    </w:p>
    <w:p>
      <w:r>
        <w:rPr>
          <w:b/>
        </w:rPr>
        <w:t xml:space="preserve">[1:08:44] </w:t>
      </w:r>
      <w:r>
        <w:t>urdu ya</w:t>
      </w:r>
    </w:p>
    <w:p>
      <w:pPr>
        <w:jc w:val="right"/>
      </w:pPr>
      <w:r>
        <w:t>اردو یا</w:t>
      </w:r>
    </w:p>
    <w:p>
      <w:r>
        <w:rPr>
          <w:b/>
        </w:rPr>
        <w:t xml:space="preserve">[1:08:48] </w:t>
      </w:r>
      <w:r>
        <w:t>is mein wajdan kehte hain</w:t>
      </w:r>
    </w:p>
    <w:p>
      <w:pPr>
        <w:jc w:val="right"/>
      </w:pPr>
      <w:r>
        <w:t>اس میں وجدان کہتے ہیں</w:t>
      </w:r>
    </w:p>
    <w:p>
      <w:r>
        <w:rPr>
          <w:b/>
        </w:rPr>
        <w:t xml:space="preserve">[1:08:54] </w:t>
      </w:r>
      <w:r>
        <w:t>intuition ko</w:t>
      </w:r>
    </w:p>
    <w:p>
      <w:pPr>
        <w:jc w:val="right"/>
      </w:pPr>
      <w:r>
        <w:t>انٹیوشن کو</w:t>
      </w:r>
    </w:p>
    <w:p>
      <w:r>
        <w:rPr>
          <w:b/>
        </w:rPr>
        <w:t xml:space="preserve">[1:09:01] </w:t>
      </w:r>
      <w:r>
        <w:t>bohat ziyada define karna bohat mushkil kaam hai kyunke dil mein ek ehsaas aata hai ek feeling aati hai ek inspiration aata hai hum nahi keh sakte ke kahan se aaya kaise aaya</w:t>
      </w:r>
    </w:p>
    <w:p>
      <w:pPr>
        <w:jc w:val="right"/>
      </w:pPr>
      <w:r>
        <w:t>بہت زیادہ define کرنا بہت مشکل کام ہے کیونکہ دل میں ایک احساس آتا ہے ایک feeling آتی ہے ایک inspiration آتا ہے ہم نہیں کہہ سکتے کہ کہاں سے آیا کیسے آیا</w:t>
      </w:r>
    </w:p>
    <w:p>
      <w:r>
        <w:rPr>
          <w:b/>
        </w:rPr>
        <w:t xml:space="preserve">[1:09:19] </w:t>
      </w:r>
      <w:r>
        <w:t>lekin har aadmi mehsoos karta hai ke iske andar kuch aaya kahin se koi inspiration koi feeling</w:t>
      </w:r>
    </w:p>
    <w:p>
      <w:pPr>
        <w:jc w:val="right"/>
      </w:pPr>
      <w:r>
        <w:t>لیکن ہر آدمی محسوس کرتا ہے کہ اس کے اندر کچھ آیا کہیں سے کوئی inspiration کوئی feeling</w:t>
      </w:r>
    </w:p>
    <w:p>
      <w:r>
        <w:rPr>
          <w:b/>
        </w:rPr>
        <w:t xml:space="preserve">[1:09:24] </w:t>
      </w:r>
      <w:r>
        <w:t>to woh hai intuition</w:t>
      </w:r>
    </w:p>
    <w:p>
      <w:pPr>
        <w:jc w:val="right"/>
      </w:pPr>
      <w:r>
        <w:t>تو وہ ہے انٹیوشن</w:t>
      </w:r>
    </w:p>
    <w:p>
      <w:r>
        <w:rPr>
          <w:b/>
        </w:rPr>
        <w:t xml:space="preserve">[1:09:27] </w:t>
      </w:r>
      <w:r>
        <w:t>to jahan tak main samajhta hoon ki iske bare mein</w:t>
      </w:r>
    </w:p>
    <w:p>
      <w:pPr>
        <w:jc w:val="right"/>
      </w:pPr>
      <w:r>
        <w:t>تو جہاں تک میں سمجھتا ہوں کہ اس کے بارے میں</w:t>
      </w:r>
    </w:p>
    <w:p>
      <w:r>
        <w:rPr>
          <w:b/>
        </w:rPr>
        <w:t xml:space="preserve">[1:09:33] </w:t>
      </w:r>
      <w:r>
        <w:t>yaani sharai aitbaar se hum yeh keh sakte hain ki ke ek hai wahi wahi jo hai</w:t>
      </w:r>
    </w:p>
    <w:p>
      <w:pPr>
        <w:jc w:val="right"/>
      </w:pPr>
      <w:r>
        <w:t>یعنی شرعی اعتبار سے ہم یہ کہہ سکتے ہیں کہ کہ ایک ہے وحی وحی جو ہے</w:t>
      </w:r>
    </w:p>
    <w:p>
      <w:r>
        <w:rPr>
          <w:b/>
        </w:rPr>
        <w:t xml:space="preserve">[1:09:40] </w:t>
      </w:r>
      <w:r>
        <w:t>woh hai revelation</w:t>
      </w:r>
    </w:p>
    <w:p>
      <w:pPr>
        <w:jc w:val="right"/>
      </w:pPr>
      <w:r>
        <w:t>وہ ہے revelation</w:t>
      </w:r>
    </w:p>
    <w:p>
      <w:r>
        <w:rPr>
          <w:b/>
        </w:rPr>
        <w:t xml:space="preserve">[1:09:42] </w:t>
      </w:r>
      <w:r>
        <w:t>yaani direct taur par Khuda ki taraf se</w:t>
      </w:r>
    </w:p>
    <w:p>
      <w:pPr>
        <w:jc w:val="right"/>
      </w:pPr>
      <w:r>
        <w:t>یعنی direct طور پر خدا کی طرف سے</w:t>
      </w:r>
    </w:p>
    <w:p>
      <w:r>
        <w:rPr>
          <w:b/>
        </w:rPr>
        <w:t xml:space="preserve">[1:09:47] </w:t>
      </w:r>
      <w:r>
        <w:t>jab main angel ke zariye aap ko koi message mile to yeh sirf prophet ko hota hai</w:t>
      </w:r>
    </w:p>
    <w:p>
      <w:pPr>
        <w:jc w:val="right"/>
      </w:pPr>
      <w:r>
        <w:t>جب میں angel کے ذریعے آپ کو کوئی message ملے تو یہ صرف prophet کو ہوتا ہے</w:t>
      </w:r>
    </w:p>
    <w:p>
      <w:r>
        <w:rPr>
          <w:b/>
        </w:rPr>
        <w:t xml:space="preserve">[1:09:55] </w:t>
      </w:r>
      <w:r>
        <w:t>prophet hi ko sirf revelation hota hai aur kisi ko nahi hota doosri cheez jo hai woh us ko kaha jata hai ilqa ilqa ka doosra naam hai inspiration inspiration hi ki ek qism hai intuition</w:t>
      </w:r>
    </w:p>
    <w:p>
      <w:pPr>
        <w:jc w:val="right"/>
      </w:pPr>
      <w:r>
        <w:t>prophet ہی کو صرف revelation ہوتا ہے اور کسی کو نہیں ہوتا دوسری چیز جو ہے وہ اس کو کہا جاتا ہے القاء القاء کا دوسرا نام ہے inspiration inspiration ہی کی ایک قسم ہے انٹیوشن</w:t>
      </w:r>
    </w:p>
    <w:p>
      <w:r>
        <w:rPr>
          <w:b/>
        </w:rPr>
        <w:t xml:space="preserve">[1:10:11] </w:t>
      </w:r>
      <w:r>
        <w:t>toh mein samajhta hoon ke ke wahi ke baad jo doosre darje hain yani jis se aadmi kisi kisi kisi baat ko pata hai toh us ka zariya hai intuition ya ya inspiration ya ilqa</w:t>
      </w:r>
    </w:p>
    <w:p>
      <w:pPr>
        <w:jc w:val="right"/>
      </w:pPr>
      <w:r>
        <w:t>تو میں سمجھتا ہوں کہ کہ وحی کے بعد جو دوسرے درجے ہیں یعنی جس سے آدمی کسی کسی کسی بات کو پاتا ہے تو اس کا ذریعہ ہے انٹیوشن یا یا inspiration یا القاء</w:t>
      </w:r>
    </w:p>
    <w:p>
      <w:r>
        <w:rPr>
          <w:b/>
        </w:rPr>
        <w:t xml:space="preserve">[1:10:37] </w:t>
      </w:r>
      <w:r>
        <w:t>lekin intuition ke through jo baat hamein hamare janne mein aati hai us par hum yeh yaqeen nahi kar sakte ke yeh sahi hai yeh farq hai dekhiye revelation ke bare mein toh hamein yaqeen hota hai ke yeh sachai hai lekin jo doosri cheez jo hai yani ilqa ya intuition ya inspiration yeh sahi bhi ho sakta hai galat bhi ho sakta hai yani fifty fifty ka maamla hai</w:t>
      </w:r>
    </w:p>
    <w:p>
      <w:pPr>
        <w:jc w:val="right"/>
      </w:pPr>
      <w:r>
        <w:t>لیکن انٹیوشن کے through جو بات ہمیں ہمارے جاننے میں آتی ہے اس پر ہم یہ یقین نہیں کر سکتے کہ یہ صحیح ہے یہ فرق ہے دیکھیے revelation کے بارے میں تو ہمیں یقین ہوتا ہے کہ یہ سچائی ہے لیکن جو دوسری چیز جو ہے یعنی القاء یا انٹیوشن یا inspiration یہ صحیح بھی ہو سکتا ہے غلط بھی ہو سکتا ہے یعنی fifty fifty کا معاملہ ہے</w:t>
      </w:r>
    </w:p>
    <w:p>
      <w:r>
        <w:rPr>
          <w:b/>
        </w:rPr>
        <w:t xml:space="preserve">[1:11:07] </w:t>
      </w:r>
      <w:r>
        <w:t>hum yeh claim nahi kar sakte ki yeh koi zaroor sachhi baat hai yeh</w:t>
      </w:r>
    </w:p>
    <w:p>
      <w:pPr>
        <w:jc w:val="right"/>
      </w:pPr>
      <w:r>
        <w:t>ہم یہ claim نہیں کر سکتے کہ یہ کوئی ضرور سچی بات ہے یہ</w:t>
      </w:r>
    </w:p>
    <w:p>
      <w:r>
        <w:rPr>
          <w:b/>
        </w:rPr>
        <w:t xml:space="preserve">[1:11:13] </w:t>
      </w:r>
      <w:r>
        <w:t>sirf yeh hai ki hamein is se sochne ka ek ek starting point milta hai jaise ki main</w:t>
      </w:r>
    </w:p>
    <w:p>
      <w:pPr>
        <w:jc w:val="right"/>
      </w:pPr>
      <w:r>
        <w:t>صرف یہ ہے کہ ہمیں اس سے سوچنے کا ایک ایک starting point ملتا ہے جیسے کہ میں</w:t>
      </w:r>
    </w:p>
    <w:p>
      <w:r>
        <w:rPr>
          <w:b/>
        </w:rPr>
        <w:t xml:space="preserve">[1:11:18] </w:t>
      </w:r>
      <w:r>
        <w:t>ne ek ek article padha tha</w:t>
      </w:r>
    </w:p>
    <w:p>
      <w:pPr>
        <w:jc w:val="right"/>
      </w:pPr>
      <w:r>
        <w:t>نے ایک ایک آرٹیکل پڑھا تھا</w:t>
      </w:r>
    </w:p>
    <w:p>
      <w:r>
        <w:rPr>
          <w:b/>
        </w:rPr>
        <w:t xml:space="preserve">[1:11:21] </w:t>
      </w:r>
      <w:r>
        <w:t>iska iski heading thi Obey that impulse</w:t>
      </w:r>
    </w:p>
    <w:p>
      <w:pPr>
        <w:jc w:val="right"/>
      </w:pPr>
      <w:r>
        <w:t>اس کا اس کی heading تھی Obey that impulse</w:t>
      </w:r>
    </w:p>
    <w:p>
      <w:r>
        <w:rPr>
          <w:b/>
        </w:rPr>
        <w:t xml:space="preserve">[1:11:27] </w:t>
      </w:r>
      <w:r>
        <w:t>yaani kisi mauqe par ek impulse aaya</w:t>
      </w:r>
    </w:p>
    <w:p>
      <w:pPr>
        <w:jc w:val="right"/>
      </w:pPr>
      <w:r>
        <w:t>یعنی کسی موقع پر ایک impulse آیا</w:t>
      </w:r>
    </w:p>
    <w:p>
      <w:r>
        <w:rPr>
          <w:b/>
        </w:rPr>
        <w:t xml:space="preserve">[1:11:34] </w:t>
      </w:r>
      <w:r>
        <w:t>is impulse ko follow karo</w:t>
      </w:r>
    </w:p>
    <w:p>
      <w:pPr>
        <w:jc w:val="right"/>
      </w:pPr>
      <w:r>
        <w:t>اس impulse کو follow کرو</w:t>
      </w:r>
    </w:p>
    <w:p>
      <w:r>
        <w:rPr>
          <w:b/>
        </w:rPr>
        <w:t xml:space="preserve">[1:11:37] </w:t>
      </w:r>
      <w:r>
        <w:t>is impulse par socho is ko is ka analysis karo is ko samjho ho sakta hai ke is mein tumhare liye koi hint mili ho tum ko nature ki taraf se khuda ki taraf se Obey that impulse toh mein samajhta hoon ke yahi darja hai intuition ka Brother, God has kept a unique quality in every person which differentiates Him from others.</w:t>
      </w:r>
    </w:p>
    <w:p>
      <w:pPr>
        <w:jc w:val="right"/>
      </w:pPr>
      <w:r>
        <w:t>اس impulse پر سوچو اس کو اس کا analysis کرو اس کو سمجھو ہو سکتا ہے کہ اس میں تمہارے لیے کوئی hint ملی ہو تم کو nature کی طرف سے خدا کی طرف سے Obey that impulse تو میں سمجھتا ہوں کہ یہی درجہ ہے انٹیوشن کا Brother, God has kept a unique quality in every person which differentiates Him from others.</w:t>
      </w:r>
    </w:p>
    <w:p>
      <w:r>
        <w:rPr>
          <w:b/>
        </w:rPr>
        <w:t xml:space="preserve">[1:12:01] </w:t>
      </w:r>
      <w:r>
        <w:t>How can a person identify that unique quality in himself?</w:t>
      </w:r>
    </w:p>
    <w:p>
      <w:pPr>
        <w:jc w:val="right"/>
      </w:pPr>
      <w:r>
        <w:t>How can a person identify that unique quality in himself?</w:t>
      </w:r>
    </w:p>
    <w:p>
      <w:r>
        <w:rPr>
          <w:b/>
        </w:rPr>
        <w:t xml:space="preserve">[1:12:06] </w:t>
      </w:r>
      <w:r>
        <w:t>haan yeh bohat acha question hai dekhiye mein yeh samajh paya hoon Quran mein ek ayat hai ke وفوق كل ذي علم علیم</w:t>
      </w:r>
    </w:p>
    <w:p>
      <w:pPr>
        <w:jc w:val="right"/>
      </w:pPr>
      <w:r>
        <w:t>ہاں یہ بہت اچھا question ہے دیکھیے میں یہ سمجھ پایا ہوں قرآن میں ایک آیت ہے کہ وفوق كل ذي علم علیم</w:t>
      </w:r>
    </w:p>
    <w:p>
      <w:r>
        <w:rPr>
          <w:b/>
        </w:rPr>
        <w:t xml:space="preserve">[1:12:20] </w:t>
      </w:r>
      <w:r>
        <w:t>وفوق کل ذی علم علیم is se mein ne samjha hai ke har aadmi ka ek فوق hota hai فوق ka matlab hai speciality</w:t>
      </w:r>
    </w:p>
    <w:p>
      <w:pPr>
        <w:jc w:val="right"/>
      </w:pPr>
      <w:r>
        <w:t>وفوق کل ذی علم علیم اس سے میں نے سمجھا ہے کہ ہر آدمی کا ایک فوق ہوتا ہے فوق کا مطلب ہے speciality</w:t>
      </w:r>
    </w:p>
    <w:p>
      <w:r>
        <w:rPr>
          <w:b/>
        </w:rPr>
        <w:t xml:space="preserve">[1:12:32] </w:t>
      </w:r>
      <w:r>
        <w:t>har aadmi ka ek فوق hota hai har aadmi ka har aadmi ka ek speciality hoti hai yani khuda jab kisi ko paida karta hai toh kuch qualities toh us ke andar deta hai yani barabar barabar kisi ek quality ko zyada de deta hai zyada</w:t>
      </w:r>
    </w:p>
    <w:p>
      <w:pPr>
        <w:jc w:val="right"/>
      </w:pPr>
      <w:r>
        <w:t>ہر آدمی کا ایک فوق ہوتا ہے ہر آدمی کا ہر آدمی کا ایک speciality ہوتی ہے یعنی خدا جب کسی کو پیدا کرتا ہے تو کچھ qualities تو اس کے اندر دیتا ہے یعنی برابر برابر کسی ایک quality کو زیادہ دے دیتا ہے زیادہ</w:t>
      </w:r>
    </w:p>
    <w:p>
      <w:r>
        <w:rPr>
          <w:b/>
        </w:rPr>
        <w:t xml:space="preserve">[1:12:54] </w:t>
      </w:r>
      <w:r>
        <w:t>wohi us ka فوق hai toh bible mein aata hai ke Know thyself</w:t>
      </w:r>
    </w:p>
    <w:p>
      <w:pPr>
        <w:jc w:val="right"/>
      </w:pPr>
      <w:r>
        <w:t>وہی اس کا فوق ہے تو بائبل میں آتا ہے کہ Know thyself</w:t>
      </w:r>
    </w:p>
    <w:p>
      <w:r>
        <w:rPr>
          <w:b/>
        </w:rPr>
        <w:t xml:space="preserve">[1:13:02] </w:t>
      </w:r>
      <w:r>
        <w:t>mein is ko bohat manta hoon is baat ko ke aadmi ka pehla kaam yeh hai ke woh apne aap ko discover kare apne aap ko discover karne ke baad apni is is special quality ko discover kare yani apne apne فوق ko discover kare woh apne فوق ko discover kare woh</w:t>
      </w:r>
    </w:p>
    <w:p>
      <w:pPr>
        <w:jc w:val="right"/>
      </w:pPr>
      <w:r>
        <w:t>میں اس کو بہت مانتا ہوں اس بات کو کہ آدمی کا پہلا کام یہ ہے کہ وہ اپنے آپ کو discover کرے اپنے آپ کو discover کرنے کے بعد اپنی اس اس special quality کو discover کرے یعنی اپنے اپنے فوق کو discover کرے وہ اپنے فوق کو discover کرے وہ</w:t>
      </w:r>
    </w:p>
    <w:p>
      <w:r>
        <w:rPr>
          <w:b/>
        </w:rPr>
        <w:t xml:space="preserve">[1:13:26] </w:t>
      </w:r>
      <w:r>
        <w:t>toh us ko fourth caliph jo hain Hazrat Ali unhon ne kaha ke قيمة المرء مایوس is ka matlab hai ke The value of a person lies in excellence toh</w:t>
      </w:r>
    </w:p>
    <w:p>
      <w:pPr>
        <w:jc w:val="right"/>
      </w:pPr>
      <w:r>
        <w:t>تو اس کو fourth caliph جو ہیں حضرت علی انہوں نے کہا کہ قيمة المرء مایوس اس کا مطلب ہے کہ The value of a person lies in excellence تو</w:t>
      </w:r>
    </w:p>
    <w:p>
      <w:r>
        <w:rPr>
          <w:b/>
        </w:rPr>
        <w:t xml:space="preserve">[1:13:45] </w:t>
      </w:r>
      <w:r>
        <w:t>ab is ko mein ayat se mila kar ke samajh paya hoon ke aadmi ka jo sab se bari value hai woh yeh hai ke apne فوق ko daryaft kare woh yani jis jo special quality us ko di hai khuda ne us ko woh discover kare phir us ko develop kare us ko aage badhaye usi ke lehaz se uska darja banega</w:t>
      </w:r>
    </w:p>
    <w:p>
      <w:pPr>
        <w:jc w:val="right"/>
      </w:pPr>
      <w:r>
        <w:t>اب اس کو میں آیت سے ملا کر کے سمجھ پایا ہوں کہ آدمی کا جو سب سے بڑی value ہے وہ یہ ہے کہ اپنے فوق کو دریافت کرے وہ یعنی جس جو special quality اس کو دی ہے خدا نے اس کو وہ discover کرے پھر اس کو develop کرے اس کو آگے بڑھائے اسی کے لحاظ سے اس کا درجہ بنے گا</w:t>
      </w:r>
    </w:p>
    <w:p>
      <w:r>
        <w:rPr>
          <w:b/>
        </w:rPr>
        <w:t xml:space="preserve">[1:14:11] </w:t>
      </w:r>
      <w:r>
        <w:t>jaise Newton ke bare mein padha tha maine ki isko bachpan mein log bull gatherer kehte</w:t>
      </w:r>
    </w:p>
    <w:p>
      <w:pPr>
        <w:jc w:val="right"/>
      </w:pPr>
      <w:r>
        <w:t>جیسے نیوٹن کے بارے میں پڑھا تھا میں نے کہ اس کو بچپن میں لوگ bull gatherer کہتے</w:t>
      </w:r>
    </w:p>
    <w:p>
      <w:r>
        <w:rPr>
          <w:b/>
        </w:rPr>
        <w:t xml:space="preserve">[1:14:17] </w:t>
      </w:r>
      <w:r>
        <w:t>the bull gatherer</w:t>
      </w:r>
    </w:p>
    <w:p>
      <w:pPr>
        <w:jc w:val="right"/>
      </w:pPr>
      <w:r>
        <w:t>تھے bull gatherer</w:t>
      </w:r>
    </w:p>
    <w:p>
      <w:r>
        <w:rPr>
          <w:b/>
        </w:rPr>
        <w:t xml:space="preserve">[1:14:20] </w:t>
      </w:r>
      <w:r>
        <w:t>bull gatherer ko English mein kehte hain khoya khoya aadmi</w:t>
      </w:r>
    </w:p>
    <w:p>
      <w:pPr>
        <w:jc w:val="right"/>
      </w:pPr>
      <w:r>
        <w:t>bull gatherer کو انگلش میں کہتے ہیں کھویا کھویا آدمی</w:t>
      </w:r>
    </w:p>
    <w:p>
      <w:r>
        <w:rPr>
          <w:b/>
        </w:rPr>
        <w:t xml:space="preserve">[1:14:24] </w:t>
      </w:r>
      <w:r>
        <w:t>khoye aadmi ko jo ki khoya khoya rahe kam bole apna kahin kahin soch raha hai</w:t>
      </w:r>
    </w:p>
    <w:p>
      <w:pPr>
        <w:jc w:val="right"/>
      </w:pPr>
      <w:r>
        <w:t>کھوئے آدمی کو جو کہ کھویا کھویا رہے کم بولے اپنا کہیں کہیں سوچ رہا ہے</w:t>
      </w:r>
    </w:p>
    <w:p>
      <w:r>
        <w:rPr>
          <w:b/>
        </w:rPr>
        <w:t xml:space="preserve">[1:14:31] </w:t>
      </w:r>
      <w:r>
        <w:t>to log samajhte the ki yeh ladka jo hai kuch kuch iske andar kuch kuch kami hai</w:t>
      </w:r>
    </w:p>
    <w:p>
      <w:pPr>
        <w:jc w:val="right"/>
      </w:pPr>
      <w:r>
        <w:t>تو لوگ سمجھتے تھے کہ یہ لڑکا جو ہے کچھ کچھ اس کے اندر کچھ کچھ کمی ہے</w:t>
      </w:r>
    </w:p>
    <w:p>
      <w:r>
        <w:rPr>
          <w:b/>
        </w:rPr>
        <w:t xml:space="preserve">[1:14:36] </w:t>
      </w:r>
      <w:r>
        <w:t>iske andar</w:t>
      </w:r>
    </w:p>
    <w:p>
      <w:pPr>
        <w:jc w:val="right"/>
      </w:pPr>
      <w:r>
        <w:t>اس کے اندر</w:t>
      </w:r>
    </w:p>
    <w:p>
      <w:r>
        <w:rPr>
          <w:b/>
        </w:rPr>
        <w:t xml:space="preserve">[1:14:38] </w:t>
      </w:r>
      <w:r>
        <w:t>to bull gatherer negative sense mein bolte the negative sense mein</w:t>
      </w:r>
    </w:p>
    <w:p>
      <w:pPr>
        <w:jc w:val="right"/>
      </w:pPr>
      <w:r>
        <w:t>تو bull gatherer negative sense میں بولتے تھے negative sense میں</w:t>
      </w:r>
    </w:p>
    <w:p>
      <w:r>
        <w:rPr>
          <w:b/>
        </w:rPr>
        <w:t xml:space="preserve">[1:14:42] </w:t>
      </w:r>
      <w:r>
        <w:t>baad ko pata chala ke ke Newton ke andar kisi ek point par apne aap ko apni soch ko concentrate karne ki bohat ziyada quality thi us ke andar yeh us ki speciality thi kisi ek point par bohat ziyada concentrate kar sakta tha woh yeh us ki speciality thi</w:t>
      </w:r>
    </w:p>
    <w:p>
      <w:pPr>
        <w:jc w:val="right"/>
      </w:pPr>
      <w:r>
        <w:t>بعد کو پتہ چلا کہ کہ نیوٹن کے اندر کسی ایک point پر اپنے آپ کو اپنی سوچ کو concentrate کرنے کی بہت زیادہ quality تھی اس کے اندر یہ اس کی speciality تھی کسی ایک point پر بہت زیادہ concentrate کر سکتا تھا وہ یہ اس کی speciality تھی</w:t>
      </w:r>
    </w:p>
    <w:p>
      <w:r>
        <w:rPr>
          <w:b/>
        </w:rPr>
        <w:t xml:space="preserve">[1:15:02] </w:t>
      </w:r>
      <w:r>
        <w:t>toh mein samajhta hoon ke har aadmi ko chahiye ke woh apne فوق ko discover kare yani apni special quality ko aur phir us ko woh phir us ko develop kare woh mein apne bare mein keh sakta hoon ke aaj se bohat pehle se jab mein gaon mein rehta tha toh by nature mein yeh janta tha ke mujhe apne aap ko discover karna hai</w:t>
      </w:r>
    </w:p>
    <w:p>
      <w:pPr>
        <w:jc w:val="right"/>
      </w:pPr>
      <w:r>
        <w:t>تو میں سمجھتا ہوں کہ ہر آدمی کو چاہیے کہ وہ اپنے فوق کو discover کرے یعنی اپنی special quality کو اور پھر اس کو وہ پھر اس کو develop کرے وہ میں اپنے بارے میں کہہ سکتا ہوں کہ آج سے بہت پہلے سے جب میں گاؤں میں رہتا تھا تو by nature میں یہ جانتا تھا کہ مجھے اپنے آپ کو discover کرنا ہے</w:t>
      </w:r>
    </w:p>
    <w:p>
      <w:r>
        <w:rPr>
          <w:b/>
        </w:rPr>
        <w:t xml:space="preserve">[1:15:26] </w:t>
      </w:r>
      <w:r>
        <w:t>tab bhi mein kaha karta tha yani bohat naujawani ki umar mein ke sab se pehle apne aap ko jano us waqt mein jab mein gaon mein tha by nature toh baharhaal bohat dinon tak sochte sochte mein ne jo discover ki jo cheez woh yeh hai ke mere andar jo special cheez Allah taala ne di hai woh hai power of analysis power of analysis toh isi ko mein ne develop kiya bohat si book mein ne padhin</w:t>
      </w:r>
    </w:p>
    <w:p>
      <w:pPr>
        <w:jc w:val="right"/>
      </w:pPr>
      <w:r>
        <w:t>تب بھی میں کہا کرتا تھا یعنی بہت نوجوانی کی عمر میں کہ سب سے پہلے اپنے آپ کو جانو اس وقت میں جب میں گاؤں میں تھا by nature تو بہرحال بہت دنوں تک سوچتے سوچتے میں نے جو discover کی جو چیز وہ یہ ہے کہ میرے اندر جو special چیز اللہ تعالی نے دی ہے وہ ہے power of analysis power of analysis تو اسی کو میں نے develop کیا بہت سی book میں نے پڑھیں</w:t>
      </w:r>
    </w:p>
    <w:p>
      <w:r>
        <w:rPr>
          <w:b/>
        </w:rPr>
        <w:t xml:space="preserve">[1:15:55] </w:t>
      </w:r>
      <w:r>
        <w:t>ek book thi us ka naam tha ek bari si book thi us ka us ka naam tha Age of analysis Age of analysis toh mein samajhta hoon har aadmi ka pehla kaam yeh hai ke woh apne aap ko discover kare aur phir us us ko woh woh dekhein woh jo quality hai woh woh potential ke roop mein hoti hai potential ke roop mein hoti hai toh aap discover kar ke us ko</w:t>
      </w:r>
    </w:p>
    <w:p>
      <w:pPr>
        <w:jc w:val="right"/>
      </w:pPr>
      <w:r>
        <w:t>ایک book تھی اس کا نام تھا ایک بڑی سی book تھی اس کا اس کا نام تھا Age of analysis Age of analysis تو میں سمجھتا ہوں ہر آدمی کا پہلا کام یہ ہے کہ وہ اپنے آپ کو discover کرے اور پھر اس اس کو وہ وہ دیکھیں وہ جو quality ہے وہ وہ potential کے روپ میں ہوتی ہے potential کے روپ میں ہوتی ہے تو آپ discover کر کے اس کو</w:t>
      </w:r>
    </w:p>
    <w:p>
      <w:r>
        <w:rPr>
          <w:b/>
        </w:rPr>
        <w:t xml:space="preserve">[1:16:21] </w:t>
      </w:r>
      <w:r>
        <w:t>develop karein jaise mein ne apne andar power analysis jo hai woh discover kar ke us ko develop kiya bohat books padhin is ke bare mein</w:t>
      </w:r>
    </w:p>
    <w:p>
      <w:pPr>
        <w:jc w:val="right"/>
      </w:pPr>
      <w:r>
        <w:t>develop کریں جیسے میں نے اپنے اندر power analysis جو ہے وہ discover کر کے اس کو develop کیا بہت books پڑھیں اس کے بارے میں</w:t>
      </w:r>
    </w:p>
    <w:p>
      <w:r>
        <w:rPr>
          <w:b/>
        </w:rPr>
        <w:t xml:space="preserve">[1:16:30] </w:t>
      </w:r>
      <w:r>
        <w:t>to mein is ko manta hoon ke Hazrat Ali ne jo kaha tha bohat zabardast baat hai woh ke qeematul mar'u ma'aahu The value of a person lies in excellence yani woh jo special quality hai us ke andar hai us ko discover kar ke us ko develop karo isi mein tumhari value banegi yeh mein samajh paya hoon</w:t>
      </w:r>
    </w:p>
    <w:p>
      <w:pPr>
        <w:jc w:val="right"/>
      </w:pPr>
      <w:r>
        <w:t>تو میں اس کو مانتا ہوں کہ حضرت علی نے جو کہا تھا بہت زبردست بات ہے وہ کہ قيمة المرء مایوس The value of a person lies in excellence یعنی وہ جو special quality ہے اس کے اندر ہے اس کو discover کر کے اس کو develop کرو اسی میں تمہاری value بنے گی یہ میں سمجھ پایا ہوں</w:t>
      </w:r>
    </w:p>
    <w:p>
      <w:r>
        <w:rPr>
          <w:b/>
        </w:rPr>
        <w:t xml:space="preserve">[1:16:52] </w:t>
      </w:r>
      <w:r>
        <w:t>Brother, why is it that despite making efforts people are not able to come close to God?</w:t>
      </w:r>
    </w:p>
    <w:p>
      <w:pPr>
        <w:jc w:val="right"/>
      </w:pPr>
      <w:r>
        <w:t>Brother, why is it that despite making efforts people are not able to come close to God?</w:t>
      </w:r>
    </w:p>
    <w:p>
      <w:r>
        <w:rPr>
          <w:b/>
        </w:rPr>
        <w:t xml:space="preserve">[1:17:01] </w:t>
      </w:r>
      <w:r>
        <w:t>dekhein yeh to seedhi baat hai price diye baghair woh chahte hain Khuda ko paana price diye baghair to Khuda kaise mile ab dekhein ke Islam and the Destiny of Man aik book hai</w:t>
      </w:r>
    </w:p>
    <w:p>
      <w:pPr>
        <w:jc w:val="right"/>
      </w:pPr>
      <w:r>
        <w:t>دیکھیں یہ تو سیدھی بات ہے پرائز دیے بغیر وہ چاہتے ہیں خدا کو پانا پرائز دیے بغیر تو خدا کیسے ملے اب دیکھیں کہ Islam and the Destiny of Man ایک book ہے</w:t>
      </w:r>
    </w:p>
    <w:p>
      <w:r>
        <w:rPr>
          <w:b/>
        </w:rPr>
        <w:t xml:space="preserve">[1:17:21] </w:t>
      </w:r>
      <w:r>
        <w:t>to is mein aik hadees likhi hai ab aik aik sahib hain Delhi mein bohat un ko pasand aayi hai woh hadees haalankeh woh hadees bilkul mauzu hai fabricated hai bilkul jhooti hadees hai woh kyunke un ke matlab ki hai is liye bohat achhi lagi hai un ko woh kya hai</w:t>
      </w:r>
    </w:p>
    <w:p>
      <w:pPr>
        <w:jc w:val="right"/>
      </w:pPr>
      <w:r>
        <w:t>تو اس میں ایک حدیث لکھی ہے اب ایک ایک صاحب ہیں دہلی میں بہت ان کو پسند آئی ہے وہ حدیث حالانکہ وہ حدیث بالکل موضوع ہے fabricated ہے بالکل جھوٹی حدیث ہے وہ کیونکہ ان کے مطلب کی ہے اس لیے بہت اچھی لگی ہے ان کو وہ کیا ہے</w:t>
      </w:r>
    </w:p>
    <w:p>
      <w:r>
        <w:rPr>
          <w:b/>
        </w:rPr>
        <w:t xml:space="preserve">[1:17:40] </w:t>
      </w:r>
      <w:r>
        <w:t>yani woh sahib jo hain hamare haan aaye aik do baar class mein to un ko dilchaspi nahi hui yahan par ke mein interest nahi hua un ko aur woh parh liya unhone to bohat badi discovery un ko ho gayi woh kya hai is mein aik bilkul aik jhooti baat hai woh lekin woh hadees ke naam se arabi mein likhi hui kitabon mein</w:t>
      </w:r>
    </w:p>
    <w:p>
      <w:pPr>
        <w:jc w:val="right"/>
      </w:pPr>
      <w:r>
        <w:t>یعنی وہ صاحب جو ہیں ہمارے ہاں آئے ایک دو بار کلاس میں تو ان کو دلچسپی نہیں ہوئی یہاں پر کہ میں interest نہیں ہوا ان کو اور وہ پڑھ لیا انہوں نے تو بہت بڑی discovery ان کو ہو گئی وہ کیا ہے اس میں ایک بالکل ایک جھوٹی بات ہے وہ لیکن وہ حدیث کے نام سے عربی میں لکھی ہوئی کتابوں میں</w:t>
      </w:r>
    </w:p>
    <w:p>
      <w:r>
        <w:rPr>
          <w:b/>
        </w:rPr>
        <w:t xml:space="preserve">[1:17:56] </w:t>
      </w:r>
      <w:r>
        <w:t>woh yeh hai ke jab sab logon ka woh hoga jo day of judgement hoga aur sab ka woh ho jayega abhi yeh hell mein gaye yeh paradise mein gaye to Khuda kahega nabiyon se ke tum log jitna chaho</w:t>
      </w:r>
    </w:p>
    <w:p>
      <w:pPr>
        <w:jc w:val="right"/>
      </w:pPr>
      <w:r>
        <w:t>وہ یہ ہے کہ جب سب لوگوں کا وہ ہوگا جو day of judgement ہوگا اور سب کا وہ ہو جائے گا ابھی یہ hell میں گئے یہ paradise میں گئے تو خدا کہے گا نبیوں سے کہ تم لوگ جتنا چاہو</w:t>
      </w:r>
    </w:p>
    <w:p>
      <w:r>
        <w:rPr>
          <w:b/>
        </w:rPr>
        <w:t xml:space="preserve">[1:18:15] </w:t>
      </w:r>
      <w:r>
        <w:t>hell mein se nikaal lo apne jo tumhare favorite log hain jo tumhare jo jo tum ko chahte hain woh koi hell mein na rahein to nabi jo hain saare nabi jo hain ek lakh chobees hazar woh logon ko nikaal lenge achha is ke baad jannatiyon se kaha jayega jo jo jannat ja chuke hain ke tum bhi apne jin ko chaho nikaal lo ab woh nikaal lenge apne rishtedaron ko nikaalen doston ko nikaalen woh nikaal lenge sab logon ko</w:t>
      </w:r>
    </w:p>
    <w:p>
      <w:pPr>
        <w:jc w:val="right"/>
      </w:pPr>
      <w:r>
        <w:t>hell میں سے نکال لو اپنے جو تمہارے favorite لوگ ہیں جو تمہارے جو جو تم کو چاہتے ہیں وہ کوئی hell میں نہ رہیں تو نبی جو ہیں سارے نبی جو ہیں ایک لاکھ چوبیس ہزار وہ لوگوں کو نکال لیں گے اچھا اس کے بعد جنتیوں سے کہا جائے گا جو جو جنت جا چکے ہیں کہ تم بھی اپنے جن کو چاہو نکال لو اب وہ نکال لیں گے اپنے رشتہ داروں کو نکالیں دوستوں کو نکالیں وہ نکال لیں گے سب لوگوں کو</w:t>
      </w:r>
    </w:p>
    <w:p>
      <w:r>
        <w:rPr>
          <w:b/>
        </w:rPr>
        <w:t xml:space="preserve">[1:18:39] </w:t>
      </w:r>
      <w:r>
        <w:t>phir Khuda kahega achha mein apna haath dalta hoon to Khuda ka jo panja hai ke jitna bhi aayega woh sab mein itna nikaal loonga to Khuda nikaal lega achha yeh to jhooti jhooti hadees hai bilkul</w:t>
      </w:r>
    </w:p>
    <w:p>
      <w:pPr>
        <w:jc w:val="right"/>
      </w:pPr>
      <w:r>
        <w:t>پھر خدا کہے گا اچھا میں اپنا ہاتھ ڈالتا ہوں تو خدا کا جو پنجہ ہے کہ جتنا بھی آئے گا وہ سب میں اتنا نکال لوں گا تو خدا نکال لے گا اچھا یہ تو جھوٹی جھوٹی حدیث ہے بالکل</w:t>
      </w:r>
    </w:p>
    <w:p>
      <w:r>
        <w:rPr>
          <w:b/>
        </w:rPr>
        <w:t xml:space="preserve">[1:18:53] </w:t>
      </w:r>
      <w:r>
        <w:t>yani Khuda ki justice ka denial hai yeh ab un se hamari jo ladkiyan yahan par hain maujood un se kaha unhone ke aap itna zyada khush ho rahi hain is hadees pe hi to yani Khuda ki justice ke khilaaf hai bilkul yeh to kya kaha unhone ke dekhein Khuda ke hadees mein aata hai ke maa se bhi zyada mohabbat Khuda ko hoti hai insanon se</w:t>
      </w:r>
    </w:p>
    <w:p>
      <w:pPr>
        <w:jc w:val="right"/>
      </w:pPr>
      <w:r>
        <w:t>یعنی خدا کی justice کا denial ہے یہ اب ان سے ہماری جو لڑکیاں یہاں پر ہیں موجود ان سے کہا انہوں نے کہ آپ اتنا زیادہ خوش ہو رہی ہیں اس حدیث پہ ہی تو یعنی خدا کی justice کے خلاف ہے بالکل یہ تو کیا کہا انہوں نے کہ دیکھیں خدا کے حدیث میں آتا ہے کہ ماں سے بھی زیادہ محبت خدا کو ہوتی ہے انسانوں سے</w:t>
      </w:r>
    </w:p>
    <w:p>
      <w:r>
        <w:rPr>
          <w:b/>
        </w:rPr>
        <w:t xml:space="preserve">[1:19:21] </w:t>
      </w:r>
      <w:r>
        <w:t>yeh baat to sahi hai yeh hadees sahi hai to unhone kaha ke lekin yeh jo hai yeh to maa ke andar yeh weakness hai ke woh beta kuch bhi kare jaise Delhi mein aik family hai to hamare ghar ki kuch khawateen wahan gayin to woh kehti hain ke bete ki zimmedari kya matlab beta kuch bhi kare woh theek hi theek hai woh</w:t>
      </w:r>
    </w:p>
    <w:p>
      <w:pPr>
        <w:jc w:val="right"/>
      </w:pPr>
      <w:r>
        <w:t>یہ بات تو صحیح ہے یہ حدیث صحیح ہے تو انہوں نے کہا کہ لیکن یہ جو ہے یہ تو ماں کے اندر یہ weakness ہے کہ وہ بیٹا کچھ بھی کرے جیسے دہلی میں ایک family ہے تو ہمارے گھر کی کچھ خواتین وہاں گئیں تو وہ کہتی ہیں کہ بیٹے کی ذمہ داری کیا مطلب بیٹا کچھ بھی کرے وہ ٹھیک ہی ٹھیک ہے وہ</w:t>
      </w:r>
    </w:p>
    <w:p>
      <w:r>
        <w:rPr>
          <w:b/>
        </w:rPr>
        <w:t xml:space="preserve">[1:19:50] </w:t>
      </w:r>
      <w:r>
        <w:t>to unhone kaha ke ladkiyan jo hain un ko to hum kuch thoda pooch pooch karte hain kahan gayi ho kahan se aayi ho aur bete ki zimmedari kya to yeh to unhone kaha ke yeh to mother ki weakness hai to Khuda Khuda ki justice jo hai us mein weakness nahi hai Khuda jo hai us ki justice jo hai us mein koi weakness nahi hai to mother ki mohabbat bilashuba Khuda mein hoti hai lekin weakness nahi hoti us ke andar</w:t>
      </w:r>
    </w:p>
    <w:p>
      <w:pPr>
        <w:jc w:val="right"/>
      </w:pPr>
      <w:r>
        <w:t>تو انہوں نے کہا کہ لڑکیاں جو ہیں ان کو تو ہم کچھ تھوڑا پوچھ پوچھ کرتے ہیں کہاں گئی ہو کہاں سے آئی ہو اور بیٹے کی ذمہ داری کیا تو یہ تو انہوں نے کہا کہ یہ تو mother کی weakness ہے تو خدا خدا کی justice جو ہے اس میں weakness نہیں ہے خدا جو ہے اس کی justice جو ہے اس میں کوئی weakness نہیں ہے تو mother کی محبت بلاشبہ خدا میں ہوتی ہے لیکن weakness نہیں ہوتی اس کے اندر</w:t>
      </w:r>
    </w:p>
    <w:p>
      <w:r>
        <w:rPr>
          <w:b/>
        </w:rPr>
        <w:t xml:space="preserve">[1:20:18] </w:t>
      </w:r>
      <w:r>
        <w:t>is ka is ka is ki justice chahti hai ke jo jo bura kare us ka punishment ho jo achha kare us ko reward diya jaye to Khuda us ke khilaaf kabhi nahi karega to price dena nahi hai kuch karna karna nahi hai aur paradise mil jaye to woh hadees le liya unhone aur doosri hadees chhod diya unhone saari hadeesin</w:t>
      </w:r>
    </w:p>
    <w:p>
      <w:pPr>
        <w:jc w:val="right"/>
      </w:pPr>
      <w:r>
        <w:t>اس کا اس کا اس کی justice چاہتی ہے کہ جو جو برا کرے اس کا punishment ہو جو اچھا کرے اس کو reward دیا جائے تو خدا اس کے خلاف کبھی نہیں کرے گا تو پرائز دینا نہیں ہے کچھ کرنا کرنا نہیں ہے اور paradise مل جائے تو وہ حدیث لے لیا انہوں نے اور دوسری حدیث چھوڑ دیا انہوں نے ساری حدیثیں</w:t>
      </w:r>
    </w:p>
    <w:p>
      <w:r>
        <w:rPr>
          <w:b/>
        </w:rPr>
        <w:t xml:space="preserve">[1:20:42] </w:t>
      </w:r>
      <w:r>
        <w:t>to basic baat hi yeh hai ke har cheez ki price hoti hai paradise ki price hai Khuda ko paane ki bhi price hai sachai ko discover karne ki bhi price hai us ke baghair kuch nahi ho sakta jaise Newton ne solar system ko study ki aur solar system ko pehli baar us ne poori tafseel se bataya</w:t>
      </w:r>
    </w:p>
    <w:p>
      <w:pPr>
        <w:jc w:val="right"/>
      </w:pPr>
      <w:r>
        <w:t>تو basic بات ہی یہ ہے کہ ہر چیز کی price ہوتی ہے paradise کی price ہے خدا کو پانے کی بھی price ہے سچائی کو discover کرنے کی بھی price ہے اس کے بغیر کچھ نہیں ہو سکتا جیسے نیوٹن نے solar system کو study کی اور solar system کو پہلی بار اس نے پوری تفصیل سے بتایا</w:t>
      </w:r>
    </w:p>
    <w:p>
      <w:r>
        <w:rPr>
          <w:b/>
        </w:rPr>
        <w:t xml:space="preserve">[1:21:07] </w:t>
      </w:r>
      <w:r>
        <w:t>to saari zindagi itna zyada us ne concentrate kiya ke siwaye solar system ke us ki zindagi koi cheez sochta nahi tha woh jaise mashhoor aik qissa hai ke us ne carpenter ko bulaya us ne kaha ke bhai aik woh aik cage bana do hamare haan do do rabbit hain do khargosh rabbit to aik chhota hai aik bada hai to unhone us se kaha ke aik is ka jo door banana hai aik door chhota banana hai aik bada banana hai</w:t>
      </w:r>
    </w:p>
    <w:p>
      <w:pPr>
        <w:jc w:val="right"/>
      </w:pPr>
      <w:r>
        <w:t>تو ساری زندگی اتنا زیادہ اس نے concentrate کیا کہ سوائے solar system کے اس کی زندگی کوئی چیز سوچتا نہیں تھا وہ جیسے مشہور ایک قصہ ہے کہ اس نے carpenter کو بلایا اس نے کہا کہ بھئی ایک وہ ایک cage بنا دو ہمارے ہاں دو دو rabbit ہیں دو خرگوش rabbit تو ایک چھوٹا ہے ایک بڑا ہے تو انہوں نے اس سے کہا کہ ایک اس کا جو door بنانا ہے ایک door چھوٹا بنانا ہے ایک بڑا بنانا ہے</w:t>
      </w:r>
    </w:p>
    <w:p>
      <w:r>
        <w:rPr>
          <w:b/>
        </w:rPr>
        <w:t xml:space="preserve">[1:21:36] </w:t>
      </w:r>
      <w:r>
        <w:t>to us ne kaha ke chhota bada kyun kaha ke dekho hamare paas aik chhota rabbit hai aik bada hai to chhote wale ke liye chhota bade wale ke liye bada to us ne kaha ke sarkaar aik bada bada de ke us dono chale jayen</w:t>
      </w:r>
    </w:p>
    <w:p>
      <w:pPr>
        <w:jc w:val="right"/>
      </w:pPr>
      <w:r>
        <w:t>تو اس نے کہا کہ چھوٹا بڑا کیوں کہا کہ دیکھو ہمارے پاس ایک چھوٹا rabbit ہے ایک بڑا ہے تو چھوٹے والے کے لیے چھوٹا بڑے والے کے لیے بڑا تو اس نے کہا کہ سرکار ایک بڑا بڑا دے کے اسے دونوں چلے جائیں</w:t>
      </w:r>
    </w:p>
    <w:p>
      <w:r>
        <w:rPr>
          <w:b/>
        </w:rPr>
        <w:t xml:space="preserve">[1:21:52] </w:t>
      </w:r>
      <w:r>
        <w:t>to yeh hai concentration itna zyada us ne apne aap ko concentrate kiya kab solar system ka expert bana woh to us ne price di us ki price</w:t>
      </w:r>
    </w:p>
    <w:p>
      <w:pPr>
        <w:jc w:val="right"/>
      </w:pPr>
      <w:r>
        <w:t>تو یہ ہے concentration اتنا زیادہ اس نے اپنے آپ کو concentrate کیا کب solar system کا expert بنا وہ تو اس نے price دی اس کی price</w:t>
      </w:r>
    </w:p>
    <w:p>
      <w:r>
        <w:rPr>
          <w:b/>
        </w:rPr>
        <w:t xml:space="preserve">[1:22:06] </w:t>
      </w:r>
      <w:r>
        <w:t>founder of modern science maana jata hai Newton ko founder of modern science maana jata hai to kyun us ne price di us ki to Khuda ki discovery ki price deni padegi How would you define hypocrisy</w:t>
      </w:r>
    </w:p>
    <w:p>
      <w:pPr>
        <w:jc w:val="right"/>
      </w:pPr>
      <w:r>
        <w:t>founder of modern science مانا جاتا ہے نیوٹن کو founder of modern science مانا جاتا ہے تو کیوں اس نے price دی اس کی تو خدا کی discovery کی price دینی پڑے گی How would you define hypocrisy</w:t>
      </w:r>
    </w:p>
    <w:p>
      <w:r>
        <w:rPr>
          <w:b/>
        </w:rPr>
        <w:t xml:space="preserve">[1:22:22] </w:t>
      </w:r>
      <w:r>
        <w:t>dekhein hypocrisy jo hai us ka naam hai ke</w:t>
      </w:r>
    </w:p>
    <w:p>
      <w:pPr>
        <w:jc w:val="right"/>
      </w:pPr>
      <w:r>
        <w:t>دیکھیں hypocrisy جو ہے اس کا نام ہے کہ</w:t>
      </w:r>
    </w:p>
    <w:p>
      <w:r>
        <w:rPr>
          <w:b/>
        </w:rPr>
        <w:t xml:space="preserve">[1:22:31] </w:t>
      </w:r>
      <w:r>
        <w:t>jo kehte hain aap double standard duplicity isi ka naam hai hypocrisy</w:t>
      </w:r>
    </w:p>
    <w:p>
      <w:pPr>
        <w:jc w:val="right"/>
      </w:pPr>
      <w:r>
        <w:t>جو کہتے ہیں آپ double standard duplicity اسی کا نام ہے hypocrisy</w:t>
      </w:r>
    </w:p>
    <w:p>
      <w:r>
        <w:rPr>
          <w:b/>
        </w:rPr>
        <w:t xml:space="preserve">[1:22:38] </w:t>
      </w:r>
      <w:r>
        <w:t>jis ko hum duplicity kehte hain ya double standard kehte hain ke aik hota hai dekhein mind of principle</w:t>
      </w:r>
    </w:p>
    <w:p>
      <w:pPr>
        <w:jc w:val="right"/>
      </w:pPr>
      <w:r>
        <w:t>جس کو ہم duplicity کہتے ہیں یا double standard کہتے ہیں کہ ایک ہوتا ہے دیکھیں mind of principle</w:t>
      </w:r>
    </w:p>
    <w:p>
      <w:r>
        <w:rPr>
          <w:b/>
        </w:rPr>
        <w:t xml:space="preserve">[1:22:49] </w:t>
      </w:r>
      <w:r>
        <w:t>mind of principle aik hota hai mind of interest mind of principle jo hoga woh har jagah ek hi tarah se us ka behavior har jagah ek hi tarah se rahe ga</w:t>
      </w:r>
    </w:p>
    <w:p>
      <w:pPr>
        <w:jc w:val="right"/>
      </w:pPr>
      <w:r>
        <w:t>mind of principle ایک ہوتا ہے mind of interest mind of principle جو ہوگا وہ ہر جگہ ایک ہی طریقے سے اس کا behavior ہر جگہ ایک ہی طریقے سے رہے گ</w:t>
      </w:r>
    </w:p>
    <w:p>
      <w:r>
        <w:rPr>
          <w:b/>
        </w:rPr>
        <w:t xml:space="preserve">[1:23:03] </w:t>
      </w:r>
      <w:r>
        <w:t>a jaise hadith mein aata hai ki يأتي إلى حوله بوجه وإلى حوله بوجه yaani kuch logon se</w:t>
      </w:r>
    </w:p>
    <w:p>
      <w:pPr>
        <w:jc w:val="right"/>
      </w:pPr>
      <w:r>
        <w:t>ا جیسے حدیث میں آتا ہے کہ يأتي إلى حوله بوجه وإلى حوله بوجه یعنی کچھ لوگوں سے</w:t>
      </w:r>
    </w:p>
    <w:p>
      <w:r>
        <w:rPr>
          <w:b/>
        </w:rPr>
        <w:t xml:space="preserve">[1:23:10] </w:t>
      </w:r>
      <w:r>
        <w:t>doosra andaaz doosron ka doosra andaaz yeh hai munafiq</w:t>
      </w:r>
    </w:p>
    <w:p>
      <w:pPr>
        <w:jc w:val="right"/>
      </w:pPr>
      <w:r>
        <w:t>دوسرا انداز دوسروں کا دوسرا انداز یہ ہے منافق</w:t>
      </w:r>
    </w:p>
    <w:p>
      <w:r>
        <w:rPr>
          <w:b/>
        </w:rPr>
        <w:t xml:space="preserve">[1:23:15] </w:t>
      </w:r>
      <w:r>
        <w:t>yani kisi se principle behavior kisi se unprinciple behavior jaisa interest dekha waisa kar liya yeh hai munafiq</w:t>
      </w:r>
    </w:p>
    <w:p>
      <w:pPr>
        <w:jc w:val="right"/>
      </w:pPr>
      <w:r>
        <w:t>یعنی کسی سے principle behavior کسی سے unprinciple behavior جیسا interest دیکھا ویسا کر لیا یہ ہے منافق</w:t>
      </w:r>
    </w:p>
    <w:p>
      <w:r>
        <w:rPr>
          <w:b/>
        </w:rPr>
        <w:t xml:space="preserve">[1:23:24] </w:t>
      </w:r>
      <w:r>
        <w:t>aur principle behavior jiska hota hai woh hamesha ek hi is par rehta hai</w:t>
      </w:r>
    </w:p>
    <w:p>
      <w:pPr>
        <w:jc w:val="right"/>
      </w:pPr>
      <w:r>
        <w:t>اور principle behavior جس کا ہوتا ہے وہ ہمیشہ ایک ہی اس پر رہتا ہے</w:t>
      </w:r>
    </w:p>
    <w:p>
      <w:r>
        <w:rPr>
          <w:b/>
        </w:rPr>
        <w:t xml:space="preserve">[1:23:30] </w:t>
      </w:r>
      <w:r>
        <w:t>honesty par rehta hai hamesha</w:t>
      </w:r>
    </w:p>
    <w:p>
      <w:pPr>
        <w:jc w:val="right"/>
      </w:pPr>
      <w:r>
        <w:t>honesty پر رہتا ہے ہمیشہ</w:t>
      </w:r>
    </w:p>
    <w:p>
      <w:r>
        <w:rPr>
          <w:b/>
        </w:rPr>
        <w:t xml:space="preserve">[1:23:34] </w:t>
      </w:r>
      <w:r>
        <w:t>to munafiq us aadmi ka naam hai us insaan ka naam hai jo jo double standard ho jo double talk kare us ka koi principle na ho jaisa mauqa yani experience kehte hain experience hi munafiq ki sifat hoti hai experience hi jahan interest dekha wahan waisa kar liya</w:t>
      </w:r>
    </w:p>
    <w:p>
      <w:pPr>
        <w:jc w:val="right"/>
      </w:pPr>
      <w:r>
        <w:t>تو منافق اس آدمی کا نام ہے اس انسان کا نام ہے جو جو double standard ہو جو double talk کرے اس کا کوئی principle نہ ہو جیسا موقع یعنی experience کہتے ہیں experience ہی منافق کی صفت ہوتی ہے experience ہی جہاں interest دیکھا وہاں ویسا کر لیا</w:t>
      </w:r>
    </w:p>
    <w:p>
      <w:r>
        <w:rPr>
          <w:b/>
        </w:rPr>
        <w:t xml:space="preserve">[1:24:02] </w:t>
      </w:r>
      <w:r>
        <w:t>doosra mauqa aaya to wahan kuch aur dekha to kuch aur kar liya</w:t>
      </w:r>
    </w:p>
    <w:p>
      <w:pPr>
        <w:jc w:val="right"/>
      </w:pPr>
      <w:r>
        <w:t>دوسرا موقع آیا تو وہاں کچھ اور دیکھا تو کچھ اور کر لیا</w:t>
      </w:r>
    </w:p>
    <w:p>
      <w:r>
        <w:rPr>
          <w:b/>
        </w:rPr>
        <w:t xml:space="preserve">[1:24:10] </w:t>
      </w:r>
      <w:r>
        <w:t>to mind of interest hi ka naam munafiq hai aur mind of principle ka naam mukhlis hai ek lafz mein How many chances does a person get to purify himself nahi to mauqa kya matlab mauqa to hai hi yeh saara mauqa hi mauqa hai hain saari zindagi jo hai woh chance hi chance hai</w:t>
      </w:r>
    </w:p>
    <w:p>
      <w:pPr>
        <w:jc w:val="right"/>
      </w:pPr>
      <w:r>
        <w:t>تو mind of interest ہی کا نام منافق ہے اور mind of principle کا نام مخلص ہے ایک لفظ میں How many chances does a person get to purify himself نہیں تو موقع کیا مطلب موقع تو ہے ہی یہ سارا موقع ہی موقع ہے ہیں ساری زندگی جو ہے وہ chance ہی chance ہے</w:t>
      </w:r>
    </w:p>
    <w:p>
      <w:r>
        <w:rPr>
          <w:b/>
        </w:rPr>
        <w:t xml:space="preserve">[1:24:33] </w:t>
      </w:r>
      <w:r>
        <w:t>ji is liye ke hadith mein aata hai dekhen ke in allah yaqbal ut tauba ma la yaghraghar khuda aakhir waqt tak aadmi ko maaf karta rehta hai to sab chance hi chance hai sab mauqa hi mauqa hai</w:t>
      </w:r>
    </w:p>
    <w:p>
      <w:pPr>
        <w:jc w:val="right"/>
      </w:pPr>
      <w:r>
        <w:t>جی اس لیے کہ حدیث میں آتا ہے دیکھیں کہ إن الله يقبل التوبة مالا يغرغر خدا آخر وقت تک آدمی کو معاف کرتا رہتا ہے تو سب chance ہی chance ہے سب موقع ہی موقع ہے</w:t>
      </w:r>
    </w:p>
    <w:p>
      <w:r>
        <w:rPr>
          <w:b/>
        </w:rPr>
        <w:t xml:space="preserve">[1:24:49] </w:t>
      </w:r>
      <w:r>
        <w:t>subah shaam raat din sari zindagi khuda dekhta hai ke ye apne aap ko theek kar le theek kar le theek kar le aur hadithon ke padhne se samajh mein aata hai ke aadmi agar aakhri din kisi ko mila bilkul aakhri din aur us din bhi agar us ne apne ko sacha bana liya ek din ke liye to sab kuch maaf ho jayega</w:t>
      </w:r>
    </w:p>
    <w:p>
      <w:pPr>
        <w:jc w:val="right"/>
      </w:pPr>
      <w:r>
        <w:t>صبح شام رات دن ساری زندگی خدا دیکھتا ہے کہ یہ اپنے آپ کو ٹھیک کر لے ٹھیک کر لے ٹھیک کر لے اور حدیثوں کے پڑھنے سے سمجھ میں آتا ہے کہ آدمی اگر آخری دن کسی کو ملا بالکل آخری دن اور اس دن بھی اگر اس نے اپنے کو سچا بنا لیا ایک دن کے لیے تو سب کچھ معاف ہو جائے گا</w:t>
      </w:r>
    </w:p>
    <w:p>
      <w:r>
        <w:rPr>
          <w:b/>
        </w:rPr>
        <w:t xml:space="preserve">[1:25:18] </w:t>
      </w:r>
      <w:r>
        <w:t>lekin is ke sath ye bhi hai hadith mein ke agar koi inkar karta rahe ke bhai to abhi mein bohat umar padi hai meri abhi kya hai jab zyada umar ho jayegi to theek kar lunga apne aap ko to aisa aadmi kabhi theek nahi hota dekhen dono baaten alag alag hain</w:t>
      </w:r>
    </w:p>
    <w:p>
      <w:pPr>
        <w:jc w:val="right"/>
      </w:pPr>
      <w:r>
        <w:t>لیکن اس کے ساتھ یہ بھی ہے حدیث میں کہ اگر کوئی انکار کرتا رہے کہ بھئی تو ابھی میں بہت عمر پڑی ہے میری ابھی کیا ہے جب زیادہ عمر ہو جائے گی تو ٹھیک کر لوں گا اپنے آپ کو تو ایسا آدمی کبھی ٹھیک نہیں ہوتا دیکھیں دونوں باتیں الگ الگ ہیں</w:t>
      </w:r>
    </w:p>
    <w:p>
      <w:r>
        <w:rPr>
          <w:b/>
        </w:rPr>
        <w:t xml:space="preserve">[1:25:35] </w:t>
      </w:r>
      <w:r>
        <w:t>ek yeh hai ke aadmi</w:t>
      </w:r>
    </w:p>
    <w:p>
      <w:pPr>
        <w:jc w:val="right"/>
      </w:pPr>
      <w:r>
        <w:t>ایک یہ ہے کہ آدمی</w:t>
      </w:r>
    </w:p>
    <w:p>
      <w:r>
        <w:rPr>
          <w:b/>
        </w:rPr>
        <w:t xml:space="preserve">[1:25:38] </w:t>
      </w:r>
      <w:r>
        <w:t>bhool mein pada hua hai ghalati kar raha hai woh usko kuch</w:t>
      </w:r>
    </w:p>
    <w:p>
      <w:pPr>
        <w:jc w:val="right"/>
      </w:pPr>
      <w:r>
        <w:t>بھول میں پڑا ہوا ہے غلطی کر رہا ہے وہ اس کو کچھ</w:t>
      </w:r>
    </w:p>
    <w:p>
      <w:r>
        <w:rPr>
          <w:b/>
        </w:rPr>
        <w:t xml:space="preserve">[1:25:44] </w:t>
      </w:r>
      <w:r>
        <w:t>yani usko kuch repentance nahi aa raha hai chala ja raha hai</w:t>
      </w:r>
    </w:p>
    <w:p>
      <w:pPr>
        <w:jc w:val="right"/>
      </w:pPr>
      <w:r>
        <w:t>یعنی اس کو کچھ repentance نہیں آ رہا ہے چلا جا رہا ہے</w:t>
      </w:r>
    </w:p>
    <w:p>
      <w:r>
        <w:rPr>
          <w:b/>
        </w:rPr>
        <w:t xml:space="preserve">[1:25:51] </w:t>
      </w:r>
      <w:r>
        <w:t>aur phir hote hote ek time aisa aaya kisi wajah se usko bohat repentance aa gaya phir</w:t>
      </w:r>
    </w:p>
    <w:p>
      <w:pPr>
        <w:jc w:val="right"/>
      </w:pPr>
      <w:r>
        <w:t>اور پھر ہوتے ہوتے ایک ٹائم ایسا آیا کسی وجہ سے اس کو بہت repentance آ گیا پھر</w:t>
      </w:r>
    </w:p>
    <w:p>
      <w:r>
        <w:rPr>
          <w:b/>
        </w:rPr>
        <w:t xml:space="preserve">[1:25:56] </w:t>
      </w:r>
      <w:r>
        <w:t>apne ko theek kar liya ek to woh insaan hai lekin woh insaan jo hai woh to munafiq</w:t>
      </w:r>
    </w:p>
    <w:p>
      <w:pPr>
        <w:jc w:val="right"/>
      </w:pPr>
      <w:r>
        <w:t>اپنے کو ٹھیک کر لیا ایک تو وہ انسان ہے لیکن وہ انسان جو ہے وہ تو منافق</w:t>
      </w:r>
    </w:p>
    <w:p>
      <w:r>
        <w:rPr>
          <w:b/>
        </w:rPr>
        <w:t xml:space="preserve">[1:26:00] </w:t>
      </w:r>
      <w:r>
        <w:t>hai ke woh kahe ke bhai abhi to bohat din baqi hain abhi to main jawani ki umar</w:t>
      </w:r>
    </w:p>
    <w:p>
      <w:pPr>
        <w:jc w:val="right"/>
      </w:pPr>
      <w:r>
        <w:t>ہے کہ وہ کہے کہ بھئی ابھی تو بہت دن باقی ہیں ابھی تو میں جوانی کی عمر</w:t>
      </w:r>
    </w:p>
    <w:p>
      <w:r>
        <w:rPr>
          <w:b/>
        </w:rPr>
        <w:t xml:space="preserve">[1:26:06] </w:t>
      </w:r>
      <w:r>
        <w:t>hai abhi to yeh hai abhi to woh hai jab time aayega to apne ko theek kar</w:t>
      </w:r>
    </w:p>
    <w:p>
      <w:pPr>
        <w:jc w:val="right"/>
      </w:pPr>
      <w:r>
        <w:t>ہے ابھی تو یہ ہے ابھی تو وہ ہے جب ٹائم آئے گا تو اپنے کو ٹھیک کر</w:t>
      </w:r>
    </w:p>
    <w:p>
      <w:r>
        <w:rPr>
          <w:b/>
        </w:rPr>
        <w:t xml:space="preserve">[1:26:10] </w:t>
      </w:r>
      <w:r>
        <w:t>lenge</w:t>
      </w:r>
    </w:p>
    <w:p>
      <w:pPr>
        <w:jc w:val="right"/>
      </w:pPr>
      <w:r>
        <w:t>لیں گے</w:t>
      </w:r>
    </w:p>
    <w:p>
      <w:r>
        <w:rPr>
          <w:b/>
        </w:rPr>
        <w:t xml:space="preserve">[1:26:11] </w:t>
      </w:r>
      <w:r>
        <w:t>to ye hadith mein bohat bataya gaya ke bohat zabardast munafiq hai aisa aadmi aur is aadmi ki islaah kabhi bhi nahi hogi dono mein farq hai dono baaton mein You have to differentiate between the two positions.</w:t>
      </w:r>
    </w:p>
    <w:p>
      <w:pPr>
        <w:jc w:val="right"/>
      </w:pPr>
      <w:r>
        <w:t>تو یہ حدیث میں بہت بتایا گیا کہ بہت زبردست منافق ہے ایسا آدمی اور اس آدمی کی اصلاح کبھی بھی نہیں ہوگی دونوں میں فرق ہے دونوں باتوں میں You have to differentiate between the two positions.</w:t>
      </w:r>
    </w:p>
    <w:p>
      <w:r>
        <w:rPr>
          <w:b/>
        </w:rPr>
        <w:t xml:space="preserve">[1:26:25] </w:t>
      </w:r>
      <w:r>
        <w:t>What questions will a person be asked after his death?</w:t>
      </w:r>
    </w:p>
    <w:p>
      <w:pPr>
        <w:jc w:val="right"/>
      </w:pPr>
      <w:r>
        <w:t>What questions will a person be asked after his death?</w:t>
      </w:r>
    </w:p>
    <w:p>
      <w:r>
        <w:rPr>
          <w:b/>
        </w:rPr>
        <w:t xml:space="preserve">[1:26:34] </w:t>
      </w:r>
      <w:r>
        <w:t>dekhen hadithon mein aata hai ke jab aadmi marega aur qabar mein jayega to us se question kiye jayenge maslan question kiya gaya ke man rabbuk?</w:t>
      </w:r>
    </w:p>
    <w:p>
      <w:pPr>
        <w:jc w:val="right"/>
      </w:pPr>
      <w:r>
        <w:t>دیکھیں حدیثوں میں آتا ہے کہ جب آدمی مرے گا اور قبر میں جائے گا تو اس سے question کیے جائیں گے مثلاً question کیا گیا کہ من ربک؟</w:t>
      </w:r>
    </w:p>
    <w:p>
      <w:r>
        <w:rPr>
          <w:b/>
        </w:rPr>
        <w:t xml:space="preserve">[1:26:46] </w:t>
      </w:r>
      <w:r>
        <w:t>tumhara rab kaun hai? man rasuluk? tumhara rasool kaun hai? is tarah question kiye jayenge lekin ye symbolic sense mein hai yaad rakhiye ye sab to zindagi hi mein ho chuka hota hai</w:t>
      </w:r>
    </w:p>
    <w:p>
      <w:pPr>
        <w:jc w:val="right"/>
      </w:pPr>
      <w:r>
        <w:t>تمہارا رب کون ہے؟ من رسولک؟ تمہارا رسول کون ہے؟ اس طرح question کیے جائیں گے لیکن یہ symbolic sense میں ہے یاد رکھیے یہ سب تو زندگی ہی میں ہو چکا ہوتا ہے</w:t>
      </w:r>
    </w:p>
    <w:p>
      <w:r>
        <w:rPr>
          <w:b/>
        </w:rPr>
        <w:t xml:space="preserve">[1:27:03] </w:t>
      </w:r>
      <w:r>
        <w:t>yani angel jo baithi hui hain quran mein likha hai ke ke do angel har aadmi ke sath</w:t>
      </w:r>
    </w:p>
    <w:p>
      <w:pPr>
        <w:jc w:val="right"/>
      </w:pPr>
      <w:r>
        <w:t>یعنی اینجل جو بیٹھی ہوئی ہیں قرآن میں لکھا ہے کہ کہ دو اینجل ہر آدمی کے ساتھ</w:t>
      </w:r>
    </w:p>
    <w:p>
      <w:r>
        <w:rPr>
          <w:b/>
        </w:rPr>
        <w:t xml:space="preserve">[1:27:08] </w:t>
      </w:r>
      <w:r>
        <w:t>hote hain woh record banate rehte hain to record to already tayyar ho raha hai</w:t>
      </w:r>
    </w:p>
    <w:p>
      <w:pPr>
        <w:jc w:val="right"/>
      </w:pPr>
      <w:r>
        <w:t>ہوتے ہیں وہ ریکارڈ بناتے رہتے ہیں تو ریکارڈ تو already تیار ہو رہا ہے</w:t>
      </w:r>
    </w:p>
    <w:p>
      <w:r>
        <w:rPr>
          <w:b/>
        </w:rPr>
        <w:t xml:space="preserve">[1:27:15] </w:t>
      </w:r>
      <w:r>
        <w:t>maut ke baad jo hai woh record iske samne aa jayega</w:t>
      </w:r>
    </w:p>
    <w:p>
      <w:pPr>
        <w:jc w:val="right"/>
      </w:pPr>
      <w:r>
        <w:t>موت کے بعد جو ہے وہ ریکارڈ اس کے سامنے آ جائے گا</w:t>
      </w:r>
    </w:p>
    <w:p>
      <w:r>
        <w:rPr>
          <w:b/>
        </w:rPr>
        <w:t xml:space="preserve">[1:27:20] </w:t>
      </w:r>
      <w:r>
        <w:t>to mein yeh jo yeh jo</w:t>
      </w:r>
    </w:p>
    <w:p>
      <w:pPr>
        <w:jc w:val="right"/>
      </w:pPr>
      <w:r>
        <w:t>تو میں یہ جو یہ جو</w:t>
      </w:r>
    </w:p>
    <w:p>
      <w:r>
        <w:rPr>
          <w:b/>
        </w:rPr>
        <w:t xml:space="preserve">[1:27:25] </w:t>
      </w:r>
      <w:r>
        <w:t>aata hai ke qabr mein sawal o jawab hoga</w:t>
      </w:r>
    </w:p>
    <w:p>
      <w:pPr>
        <w:jc w:val="right"/>
      </w:pPr>
      <w:r>
        <w:t>آتا ہے کہ قبر میں سوال و جواب ہوگا</w:t>
      </w:r>
    </w:p>
    <w:p>
      <w:r>
        <w:rPr>
          <w:b/>
        </w:rPr>
        <w:t xml:space="preserve">[1:27:30] </w:t>
      </w:r>
      <w:r>
        <w:t>to usko mein symbolic sense mein manta hoon</w:t>
      </w:r>
    </w:p>
    <w:p>
      <w:pPr>
        <w:jc w:val="right"/>
      </w:pPr>
      <w:r>
        <w:t>تو اس کو میں symbolic sense میں مانتا ہوں</w:t>
      </w:r>
    </w:p>
    <w:p>
      <w:r>
        <w:rPr>
          <w:b/>
        </w:rPr>
        <w:t xml:space="preserve">[1:27:34] </w:t>
      </w:r>
      <w:r>
        <w:t>symbolic sense mein aisa kuch nahi ke wahi qabar mein jahan aadmi hai wahin par do farishte aaye wahin lage sawal karne utha kar ke us ko ye symbolic ye symbolic sense mein hai quran mein aisa kuch nahi hai quran mein aisa nahi hai ye mein is liye aisa manta hoon ke hadith mein doosri hadith bhi hai mamma faqat qamat qamat aadmi mara to qamat hogi shuru ye bhi hai sath sath to wo sari cheezen symbolic sense mein hain</w:t>
      </w:r>
    </w:p>
    <w:p>
      <w:pPr>
        <w:jc w:val="right"/>
      </w:pPr>
      <w:r>
        <w:t>symbolic sense میں ایسا کچھ نہیں کہ وہی قبر میں جہاں آدمی ہے وہیں پر دو فرشتے آئے وہیں لگے سوال کرنے اٹھا کر کے اس کو یہ symbolic یہ symbolic sense میں ہے قرآن میں ایسا کچھ نہیں ہے قرآن میں ایسا نہیں ہے یہ میں اس لیے ایسا مانتا ہوں کہ حدیث میں دوسری حدیث بھی ہے مما فقط قامت قیامت آدمی مرا تو قیامت ہوگی شروع یہ بھی ہے ساتھ ساتھ تو وہ ساری چیزیں symbolic sense میں ہیں</w:t>
      </w:r>
    </w:p>
    <w:p>
      <w:r>
        <w:rPr>
          <w:b/>
        </w:rPr>
        <w:t xml:space="preserve">[1:28:03] </w:t>
      </w:r>
      <w:r>
        <w:t>asal baat yahi hai ke hum dunya mein jab hain to hamara record ban raha hai aur marte hi wo record samne aa jayega bas</w:t>
      </w:r>
    </w:p>
    <w:p>
      <w:pPr>
        <w:jc w:val="right"/>
      </w:pPr>
      <w:r>
        <w:t>اصل بات یہی ہے کہ ہم دنیا میں جب ہیں تو ہمارا ریکارڈ بن رہا ہے اور مرتے ہی وہ ریکارڈ سامنے آ جائے گا بس</w:t>
      </w:r>
    </w:p>
    <w:p>
      <w:r>
        <w:rPr>
          <w:b/>
        </w:rPr>
        <w:t xml:space="preserve">[1:28:16] </w:t>
      </w:r>
      <w:r>
        <w:t>wo Maulana What is the significance of dreams? dream yes to ye dream ke bare mein hadith mein aata hai ke dream teen qism ke hote hain</w:t>
      </w:r>
    </w:p>
    <w:p>
      <w:pPr>
        <w:jc w:val="right"/>
      </w:pPr>
      <w:r>
        <w:t>وہ مولانا What is the significance of dreams? ڈریم یس تو یہ ڈریم کے بارے میں حدیث میں آتا ہے کہ ڈریم تین قسم کے ہوتے ہیں</w:t>
      </w:r>
    </w:p>
    <w:p>
      <w:r>
        <w:rPr>
          <w:b/>
        </w:rPr>
        <w:t xml:space="preserve">[1:28:32] </w:t>
      </w:r>
      <w:r>
        <w:t>ye bukhari mein riwayat hai ke hadith un nafs takhfif al-shaytan bushra min Allah ye teen yani apne mann ki baat ko khwab mein dekh lena apne mann ki baat ko khwab mein dekhna jaise mein mere mann mein hai ke mein jaon bombay to khwab mein dikhai pare ke mein bombay ja raha hoon to apne mann ki baat ko dream mein dekh lena ek khwab wo hota hai</w:t>
      </w:r>
    </w:p>
    <w:p>
      <w:pPr>
        <w:jc w:val="right"/>
      </w:pPr>
      <w:r>
        <w:t>یہ بخاری میں روایت ہے کہ حدیث النفس تخفیف الشیطان بشرى من اللہ یہ تین یعنی اپنے من کی بات کو خواب میں دیکھ لینا اپنے من کی بات کو خواب میں دیکھنا جیسے میں میرے من میں ہے کہ میں جاؤں بمبے تو خواب میں دکھائی پڑے کہ میں بمبے جا رہا ہوں تو اپنے من کی بات کو ڈریم میں دیکھ لینا ایک خواب وہ ہوتا ہے</w:t>
      </w:r>
    </w:p>
    <w:p>
      <w:r>
        <w:rPr>
          <w:b/>
        </w:rPr>
        <w:t xml:space="preserve">[1:29:01] </w:t>
      </w:r>
      <w:r>
        <w:t>doosra wo hai takhfif al-shaytan yani shaitan ka darawa to ye shaitan khwab mein aa kar ke aadmi ko tarah tarah se behkane wala darane wala kaam karta hai wo khwab ka jo nature hai use pehchan mein aata hai ke ye shaitani khwab hai aap samajh sakte hain ke ye khwab jaise shaitani khwab tha ye teesra jo hai wo bushra min Allah</w:t>
      </w:r>
    </w:p>
    <w:p>
      <w:pPr>
        <w:jc w:val="right"/>
      </w:pPr>
      <w:r>
        <w:t>دوسرا وہ ہے تخفیف الشیطان یعنی شیطان کا ڈراوا تو یہ شیطان خواب میں آ کر کے آدمی کو طرح طرح سے بہکانے والا ڈرانے والا کام کرتا ہے وہ خواب کا جو نیچر ہے اسے پہچان میں آتا ہے کہ یہ شیطانی خواب ہے آپ سمجھ سکتے ہیں کہ یہ خواب جیسے شیطانی خواب تھا یہ تیسرا جو ہے وہ بشرہ من اللہ</w:t>
      </w:r>
    </w:p>
    <w:p>
      <w:r>
        <w:rPr>
          <w:b/>
        </w:rPr>
        <w:t xml:space="preserve">[1:29:26] </w:t>
      </w:r>
      <w:r>
        <w:t>Good tiding from God</w:t>
      </w:r>
    </w:p>
    <w:p>
      <w:pPr>
        <w:jc w:val="right"/>
      </w:pPr>
      <w:r>
        <w:t>Good tiding from God</w:t>
      </w:r>
    </w:p>
    <w:p>
      <w:r>
        <w:rPr>
          <w:b/>
        </w:rPr>
        <w:t xml:space="preserve">[1:29:29] </w:t>
      </w:r>
      <w:r>
        <w:t>kisi achhi baat ko khwab mein dikhana to ye ye khwab bhi aap us ke jo nature hai khwab ka us ko dekh ke aap samajh sakte hain ke khuda hi khwab hai to ek khwab hota hai apne hi aap ko dekhna ek hota hai shaitan jo dikhawe wo dekhte hain aap ek hai khuda ki taraf se</w:t>
      </w:r>
    </w:p>
    <w:p>
      <w:pPr>
        <w:jc w:val="right"/>
      </w:pPr>
      <w:r>
        <w:t>کسی اچھی بات کو خواب میں دکھانا تو یہ یہ خواب بھی آپ اس کے جو نیچر ہے خواب کا اس کو دیکھ کے آپ سمجھ سکتے ہیں کہ خدا ہی خواب ہے تو ایک خواب ہوتا ہے اپنے ہی آپ کو دیکھنا ایک ہوتا ہے شیطان جو دکھاوے وہ دیکھتے ہیں آپ ایک ہے خدا کی طرف سے</w:t>
      </w:r>
    </w:p>
    <w:p>
      <w:r>
        <w:rPr>
          <w:b/>
        </w:rPr>
        <w:t xml:space="preserve">[1:29:57] </w:t>
      </w:r>
      <w:r>
        <w:t>to har khwab ke sath aisa kuch likha nahi rehta ke ye khwab ye hai lekin agar aap sochen is to us ka jo nature hai us ka jo detail hai us ki us par sochen to aap ko pata chal jata hai ke ye khwab teenon category mein is category mein jata hai</w:t>
      </w:r>
    </w:p>
    <w:p>
      <w:pPr>
        <w:jc w:val="right"/>
      </w:pPr>
      <w:r>
        <w:t>تو ہر خواب کے ساتھ ایسا کچھ لکھا نہیں رہتا کہ یہ خواب یہ ہے لیکن اگر آپ سوچیں اس تو اس کا جو نیچر ہے اس کا جو ڈیٹیل ہے اس کی اس پر سوچیں تو آپ کو پتہ چل جاتا ہے کہ یہ خواب تینوں کیٹگری میں اس کیٹگری میں جاتا ہے</w:t>
      </w:r>
    </w:p>
    <w:p>
      <w:r>
        <w:rPr>
          <w:b/>
        </w:rPr>
        <w:t xml:space="preserve">[1:30:19] </w:t>
      </w:r>
      <w:r>
        <w:t>waise hadith ye yani hamare jo question logon mein ek sahab the un ka naam tha ibn sirin ibn sirin bohat expert maane jate the khwabon ke to un ki ek kitab hai kitab al-ruya kitab al-ruya un ki kitab hai use transfer bhi ho chuka hai to koi is ko dilchaspi ho to padh sakta hai us ko to ibn sirin is ke poori history mein maana jata hai ke sab se bade expert the khwabon ke wo to</w:t>
      </w:r>
    </w:p>
    <w:p>
      <w:pPr>
        <w:jc w:val="right"/>
      </w:pPr>
      <w:r>
        <w:t>ویسے حدیث یہ یعنی ہمارے جو پرسچن لوگوں میں ایک صاحب تھے ان کا نام تھا ابن سیرین ابن سیرین بہت ایکسپرٹ مانے جاتے تھے خوابوں کے تو ان کی ایک کتاب ہے کتاب الرویا کتاب الرویا ان کی کتاب ہے اسے ٹرانسفر بھی ہو چکا ہے تو کوئی اس کو دلچسپی ہو تو پڑھ سکتا ہے اس کو تو ابن سیرین اس کے پوری ہسٹری میں مانا جاتا ہے کہ سب سے بڑے ایکسپرٹ تھے خوابوں کے وہ تو</w:t>
      </w:r>
    </w:p>
    <w:p>
      <w:r>
        <w:rPr>
          <w:b/>
        </w:rPr>
        <w:t xml:space="preserve">[1:30:49] </w:t>
      </w:r>
      <w:r>
        <w:t>kitab bhi likhi unhone to bohat se khwabon ka unhone interpretation bhi diya hai is mein aur aaj kal to aap jante hain ek moti si kitab hai freud ki interpretation of dreams freud ki jo kitab hai interpretation of dreams mein to us ko bohat hi yani misleading kitab samajhta hoon wo misguide karti hai logon ko agarche bohat se log is se influence hue hain is kitab se interpretation of dream</w:t>
      </w:r>
    </w:p>
    <w:p>
      <w:pPr>
        <w:jc w:val="right"/>
      </w:pPr>
      <w:r>
        <w:t>کتاب بھی لکھی انہوں نے تو بہت سے خوابوں کا انہوں نے انٹرپریٹیشن بھی دیا ہے اس میں اور آج کل تو آپ جانتے ہیں ایک موٹی سی کتاب ہے فرائیڈ کی انٹرپریٹیشن آف ڈریمز فرائیڈ کی جو کتاب ہے انٹرپریٹیشن آف ڈریمز میں تو اس کو بہت ہی یعنی مس لیڈنگ کتاب سمجھتا ہوں وہ مس گائیڈ کرتی ہے لوگوں کو اگرچہ بہت سے لوگ اس سے انفلوئنس ہوئے ہیں اس کتاب سے انٹرپریٹیشن آف ڈریم</w:t>
      </w:r>
    </w:p>
    <w:p>
      <w:r>
        <w:rPr>
          <w:b/>
        </w:rPr>
        <w:t xml:space="preserve">[1:31:17] </w:t>
      </w:r>
      <w:r>
        <w:t>to wo to mein ek gumrahi ki kitab samajhta hoon us ko lekin ibn sirin ki jo kitab hai wo bohat achhi kitab hai is se aap ko guidance milti hai khwab ko samajhne ke liye</w:t>
      </w:r>
    </w:p>
    <w:p>
      <w:pPr>
        <w:jc w:val="right"/>
      </w:pPr>
      <w:r>
        <w:t>تو وہ تو میں ایک گمراہی کی کتاب سمجھتا ہوں اس کو لیکن ابن سیرین کی جو کتاب ہے وہ بہت اچھی کتاب ہے اس سے آپ کو گائیڈنس ملتی ہے خواب کو سمجھنے کے لیے</w:t>
      </w:r>
    </w:p>
    <w:p>
      <w:r>
        <w:rPr>
          <w:b/>
        </w:rPr>
        <w:t xml:space="preserve">[1:31:31] </w:t>
      </w:r>
      <w:r>
        <w:t>Does God guide man or He has left him totally on his own dekhen dono ke beech mein baat hai</w:t>
      </w:r>
    </w:p>
    <w:p>
      <w:pPr>
        <w:jc w:val="right"/>
      </w:pPr>
      <w:r>
        <w:t>Does God guide man or He has left him totally on his own دیکھیں دونوں کے بیچ میں بات ہے</w:t>
      </w:r>
    </w:p>
    <w:p>
      <w:r>
        <w:rPr>
          <w:b/>
        </w:rPr>
        <w:t xml:space="preserve">[1:31:41] </w:t>
      </w:r>
      <w:r>
        <w:t>dono ke beech mein baat hai in between ye mamla hai</w:t>
      </w:r>
    </w:p>
    <w:p>
      <w:pPr>
        <w:jc w:val="right"/>
      </w:pPr>
      <w:r>
        <w:t>دونوں کے بیچ میں بات ہے ان بٹوین یہ معاملہ ہے</w:t>
      </w:r>
    </w:p>
    <w:p>
      <w:r>
        <w:rPr>
          <w:b/>
        </w:rPr>
        <w:t xml:space="preserve">[1:31:48] </w:t>
      </w:r>
      <w:r>
        <w:t>yani khuda ne insan ko total freedom diya hai total freedom</w:t>
      </w:r>
    </w:p>
    <w:p>
      <w:pPr>
        <w:jc w:val="right"/>
      </w:pPr>
      <w:r>
        <w:t>یعنی خدا نے انسان کو ٹوٹل فریڈم دیا ہے ٹوٹل فریڈم</w:t>
      </w:r>
    </w:p>
    <w:p>
      <w:r>
        <w:rPr>
          <w:b/>
        </w:rPr>
        <w:t xml:space="preserve">[1:31:55] </w:t>
      </w:r>
      <w:r>
        <w:t>lekin is freedom ko aap kaise istemal karen to us mein aap us mein aap ko bohat sare compulsions hain jaise ab mujhe freedom hai ke mein mujhe jana hai is se to mein steer na istemal karoon mein kood padoon to ye mujhe freedom hai</w:t>
      </w:r>
    </w:p>
    <w:p>
      <w:pPr>
        <w:jc w:val="right"/>
      </w:pPr>
      <w:r>
        <w:t>لیکن اس فریڈم کو آپ کیسے استعمال کریں تو اس میں آپ اس میں آپ کو بہت سارے کمپلشنز ہیں جیسے اب مجھے فریڈم ہے کہ میں مجھے جانا ہے اس سے تو میں اسٹیئر نہ استعمال کروں میں کود پڑوں تو یہ مجھے فریڈم ہے</w:t>
      </w:r>
    </w:p>
    <w:p>
      <w:r>
        <w:rPr>
          <w:b/>
        </w:rPr>
        <w:t xml:space="preserve">[1:32:19] </w:t>
      </w:r>
      <w:r>
        <w:t>lekin mein aql agar mujhe aql hai to mein koodunga nahi mein jump nahi lagaunga mein steer se jaunga to total freedom khuda ne di hai insan ko lekin sath sath wo law of nature jo hai us ko follow karna padta hai us ko agar law of nature follow na kare to phir wo yani us ko phir us ki price deni padegi</w:t>
      </w:r>
    </w:p>
    <w:p>
      <w:pPr>
        <w:jc w:val="right"/>
      </w:pPr>
      <w:r>
        <w:t>لیکن میں عقل اگر مجھے عقل ہے تو میں کودوں گا نہیں میں جمپ نہیں لگاؤں گا میں اسٹیئر سے جاؤں گا تو ٹوٹل فریڈم خدا نے دی ہے انسان کو لیکن ساتھ ساتھ وہ لاء آف نیچر جو ہے اس کو فالو کرنا پڑتا ہے اس کو اگر لاء آف نیچر فالو نہ کرے تو پھر وہ یعنی اس کو پھر اس کی پرائس دینی پڑے گی</w:t>
      </w:r>
    </w:p>
    <w:p>
      <w:r>
        <w:rPr>
          <w:b/>
        </w:rPr>
        <w:t xml:space="preserve">[1:32:46] </w:t>
      </w:r>
      <w:r>
        <w:t>jahan tak khuda ki guidance ki baat hai to khuda har waqt guidance ke liye yani tayyar rehta hai insaan ki lekin yeh guidance milti hai through dua yani aadmi khud amal kare law of nature ko follow karte hue phir woh dua kare to dua hi sirf ek cheez hai apne aap dekhen khuda ki guidance apne aap nahi aati</w:t>
      </w:r>
    </w:p>
    <w:p>
      <w:pPr>
        <w:jc w:val="right"/>
      </w:pPr>
      <w:r>
        <w:t>جہاں تک خدا کی گائیڈنس کی بات ہے تو خدا ہر وقت گائیڈنس کے لیے یعنی تیار رہتا ہے انسان کی لیکن یہ گائیڈنس ملتی ہے تھرو دعا یعنی آدمی خود عمل کرے لاء آف نیچر کو فالو کرتے ہوئے پھر وہ دعا کرے تو دعا ہی صرف ایک چیز ہے اپنے آپ دیکھیں خدا کی گائیڈنس اپنے آپ نہیں آتی</w:t>
      </w:r>
    </w:p>
    <w:p>
      <w:r>
        <w:rPr>
          <w:b/>
        </w:rPr>
        <w:t xml:space="preserve">[1:33:12] </w:t>
      </w:r>
      <w:r>
        <w:t>khud hi khud aa jaye aisa nahi hota hai kabhi bhi aisa nahi hoga khuda ki guidance jo hai jaise suraj nikla to light aa rahi hai hum ko khuda ki guidance is tarah nahi aayegi</w:t>
      </w:r>
    </w:p>
    <w:p>
      <w:pPr>
        <w:jc w:val="right"/>
      </w:pPr>
      <w:r>
        <w:t>خود ہی خود آ جائے ایسا نہیں ہوتا ہے کبھی بھی ایسا نہیں ہوگا خدا کی گائیڈنس جو ہے جیسے سورج نکلا تو لائٹ آ رہی ہے ہم کو خدا کی گائیڈنس اس طرح نہیں آئے گی</w:t>
      </w:r>
    </w:p>
    <w:p>
      <w:r>
        <w:rPr>
          <w:b/>
        </w:rPr>
        <w:t xml:space="preserve">[1:33:26] </w:t>
      </w:r>
      <w:r>
        <w:t>woh aap dua karenge tab milegi aap ko aur dua ke liye is se pehle maine bataya tha ke quran mein bataya gaya hai ke dua jo hai woh kya is ka yani tareeqa ke ilaih yasad al kalim al tayyib wal amal al salih wa yarfa' yeh quran ki ek ayat hai</w:t>
      </w:r>
    </w:p>
    <w:p>
      <w:pPr>
        <w:jc w:val="right"/>
      </w:pPr>
      <w:r>
        <w:t>وہ آپ دعا کریں گے تب ملے گی آپ کو اور دعا کے لیے اس سے پہلے میں نے بتایا تھا کہ قرآن میں بتایا گیا ہے کہ دعا جو ہے وہ کیا اس کا یعنی طریقہ کہ الیہ یسعد الکلم الطیب والعمل الصالح ویرفع یہ قرآن کی ایک آیت ہے</w:t>
      </w:r>
    </w:p>
    <w:p>
      <w:r>
        <w:rPr>
          <w:b/>
        </w:rPr>
        <w:t xml:space="preserve">[1:33:48] </w:t>
      </w:r>
      <w:r>
        <w:t>is mein bataya gaya hai ke dua jo hai 50 percent hai aur aap ka amal 50 percent hai yani agar aap kisi cheez ke liye dua kar rahe hain to us ke us ke yani us ka jo jo required amal hai woh bhi karna padega aap ko agar woh amal na karen aap sirf dua karte rahen dua karte rahen to kabhi nahi hoga</w:t>
      </w:r>
    </w:p>
    <w:p>
      <w:pPr>
        <w:jc w:val="right"/>
      </w:pPr>
      <w:r>
        <w:t>اس میں بتایا گیا ہے کہ دعا جو ہے 50 پرسنٹ ہے اور آپ کا عمل 50 پرسنٹ ہے یعنی اگر آپ کسی چیز کے لیے دعا کر رہے ہیں تو اس کے اس کے یعنی اس کا جو جو ریکوائرڈ عمل ہے وہ بھی کرنا پڑے گا آپ کو اگر وہ عمل نہ کریں آپ صرف دعا کرتے رہیں دعا کرتے رہیں تو کبھی نہیں ہوگا</w:t>
      </w:r>
    </w:p>
    <w:p>
      <w:r>
        <w:rPr>
          <w:b/>
        </w:rPr>
        <w:t xml:space="preserve">[1:34:16] </w:t>
      </w:r>
      <w:r>
        <w:t>jaise misaal ke taur par aap dua karen khuda se ke khuda ya mujhe teri marifat ho jaye teri realization ho jaye teri discovery mujh ko ho jaye hain aur zindagi jo hai bilkul body life bata rahe hon subah se sham tak aap partiyon mein jate hon shopping karte hon outing karte hon hawa karte hon gasp karte hon aur dua kar rahe hain khuda ya mujhe marifat ho jaye yeh to ridiculous baat hai ridiculous</w:t>
      </w:r>
    </w:p>
    <w:p>
      <w:pPr>
        <w:jc w:val="right"/>
      </w:pPr>
      <w:r>
        <w:t>جیسے مثال کے طور پر آپ دعا کریں خدا سے کہ خدایا مجھے تیری معرفت ہو جائے تیری ریلائزیشن ہو جائے تیری ڈسکوری مجھ کو ہو جائے ہیں اور زندگی جو ہے بالکل باڈی لائف بتا رہے ہوں صبح سے شام تک آپ پارٹیوں میں جاتے ہوں شاپنگ کرتے ہوں آؤٹنگ کرتے ہوں ہوا کرتے ہوں گاسپ کرتے ہوں اور دعا کر رہے ہیں خدایا مجھے معرفت ہو جائے یہ تو ریڈیکولس بات ہے ریڈیکولس</w:t>
      </w:r>
    </w:p>
    <w:p>
      <w:r>
        <w:rPr>
          <w:b/>
        </w:rPr>
        <w:t xml:space="preserve">[1:34:42] </w:t>
      </w:r>
      <w:r>
        <w:t>to in accordance dua</w:t>
      </w:r>
    </w:p>
    <w:p>
      <w:pPr>
        <w:jc w:val="right"/>
      </w:pPr>
      <w:r>
        <w:t>تو ان اکارڈنس دعا</w:t>
      </w:r>
    </w:p>
    <w:p>
      <w:r>
        <w:rPr>
          <w:b/>
        </w:rPr>
        <w:t xml:space="preserve">[1:34:49] </w:t>
      </w:r>
      <w:r>
        <w:t>yani dua ke mutabiq amal dua ke mutabiq amal jo bhi dua aap kar rahe hain aap to us ke mutabiq koi amal hoga jaise aap dua kar rahe hon ke mujhe halal rozi mile to halal rozi ke liye kya karna hai aap ko</w:t>
      </w:r>
    </w:p>
    <w:p>
      <w:pPr>
        <w:jc w:val="right"/>
      </w:pPr>
      <w:r>
        <w:t>یعنی دعا کے مطابق عمل دعا کے مطابق عمل جو بھی دعا آپ کر رہے ہیں آپ تو اس کے مطابق کوئی عمل ہوگا جیسے آپ دعا کر رہے ہوں کہ مجھے حلال روزی ملے تو حلال روزی کے لیے کیا کرنا ہے آپ کو</w:t>
      </w:r>
    </w:p>
    <w:p>
      <w:r>
        <w:rPr>
          <w:b/>
        </w:rPr>
        <w:t xml:space="preserve">[1:35:11] </w:t>
      </w:r>
      <w:r>
        <w:t>apne expenditure ghatana hai expenditure ko badhaye rahen ke mujhe halal rozi mile to yeh impossible hai halal rozi jo chahta ho khuda se mange khuda se to woh phir us ko apne expenditure ghatana padega needs par aana padega comfort aur luxury se door jana padega apne aap ko warna halal rozi ki dua kabhi qabool nahi hogi</w:t>
      </w:r>
    </w:p>
    <w:p>
      <w:pPr>
        <w:jc w:val="right"/>
      </w:pPr>
      <w:r>
        <w:t>اپنے ایکسپینڈیچر گھٹانا ہے ایکسپینڈیچر کو بڑھائے رہیں کہ مجھے حلال روزی ملے تو یہ امپاسیبل ہے حلال روزی جو چاہتا ہو خدا سے مانگے خدا سے تو وہ پھر اس کو اپنے ایکسپینڈیچر گھٹانا پڑے گا نیڈز پر آنا پڑے گا کمفرٹ اور لگژری سے دور جانا پڑے گا اپنے آپ کو ورنہ حلال روزی کی دعا کبھی قبول نہیں ہوگی</w:t>
      </w:r>
    </w:p>
    <w:p>
      <w:r>
        <w:rPr>
          <w:b/>
        </w:rPr>
        <w:t xml:space="preserve">[1:35:39] </w:t>
      </w:r>
      <w:r>
        <w:t>to jo bhi dua aap karen us dua ke hisab se ek required amal hai us amal ko karna padega ilaih yasad al kalim al tayyib wal amal al salih yarfa' ke khuda ki taraf dua jo upar uthti hai to uthata hai aap ka amal us ko push karta hai</w:t>
      </w:r>
    </w:p>
    <w:p>
      <w:pPr>
        <w:jc w:val="right"/>
      </w:pPr>
      <w:r>
        <w:t>تو جو بھی دعا آپ کریں اس دعا کے حساب سے ایک ریکوائرڈ عمل ہے اس عمل کو کرنا پڑے گا الیہ یسعد الکلم الطیب والعمل الصالحیرفع کہ خدا کی طرف دعا جو اوپر اٹھتی ہے تو اٹھاتا ہے آپ کا عمل اس کو پش کرتا ہے</w:t>
      </w:r>
    </w:p>
    <w:p>
      <w:r>
        <w:rPr>
          <w:b/>
        </w:rPr>
        <w:t xml:space="preserve">[1:36:02] </w:t>
      </w:r>
      <w:r>
        <w:t>yeh main samjha hoon dua ka matlab this question is from owais siddiqui</w:t>
      </w:r>
    </w:p>
    <w:p>
      <w:pPr>
        <w:jc w:val="right"/>
      </w:pPr>
      <w:r>
        <w:t>یہ میں سمجھا ہوں دعا کا مطلب This question is from Owais Siddiqui</w:t>
      </w:r>
    </w:p>
    <w:p>
      <w:r>
        <w:rPr>
          <w:b/>
        </w:rPr>
        <w:t xml:space="preserve">[1:36:08] </w:t>
      </w:r>
      <w:r>
        <w:t>how can a person be punished eternally in hell? hain how can a person be punished eternally in hell for sins that he did in this world for a limited time?</w:t>
      </w:r>
    </w:p>
    <w:p>
      <w:pPr>
        <w:jc w:val="right"/>
      </w:pPr>
      <w:r>
        <w:t>: How can a person be punished eternally in hell? ہیں How can a person be punished eternally in hell for sins that he did in this world for a limited time?</w:t>
      </w:r>
    </w:p>
    <w:p>
      <w:r>
        <w:rPr>
          <w:b/>
        </w:rPr>
        <w:t xml:space="preserve">[1:36:20] </w:t>
      </w:r>
      <w:r>
        <w:t>dekhen yeh question jo hai aksar log karte hain lekin yeh question main samajhta hoon ke bohat logical nahi hai yeh bohat logical question nahi hai</w:t>
      </w:r>
    </w:p>
    <w:p>
      <w:pPr>
        <w:jc w:val="right"/>
      </w:pPr>
      <w:r>
        <w:t>دیکھیں یہ question جو ہے اکثر لوگ کرتے ہیں لیکن یہ question میں سمجھتا ہوں کہ بہت logical نہیں ہے یہ بہت logical question نہیں ہے</w:t>
      </w:r>
    </w:p>
    <w:p>
      <w:r>
        <w:rPr>
          <w:b/>
        </w:rPr>
        <w:t xml:space="preserve">[1:36:33] </w:t>
      </w:r>
      <w:r>
        <w:t>is liye ke ek amal jo aadmi kar raha hai limited time mein aap us ko us paanch das minute ke lehaz se aap dekhte hain yani us ka quantitative value dekhte hain aap ko alitative value nahi dekhte is ka aap jaise ke maine aap ko kahi thi ab ice cream wali misaal ek aadmi ne ice cream ka jo qissa hai farz karen das minute laga is ko kharidne mein kh</w:t>
      </w:r>
    </w:p>
    <w:p>
      <w:pPr>
        <w:jc w:val="right"/>
      </w:pPr>
      <w:r>
        <w:t>اس لیے کہ ایک عمل جو آدمی کر رہا ہے limited time میں آپ اس کو اس پانچ دس منٹ کے لحاظ سے آپ دیکھتے ہیں یعنی اس کا quantitative value دیکھتے ہیں آپ کوalitative value نہیں دیکھتے اس کا آپ جیسے کہ میں نے آپ کو کہی تھی اب آئس کریم والی مثال ایک آدمی نے آئس کریم کا جو قصہ ہے فرض کریں دس منٹ لگا اس کو خریدنے میں کھ</w:t>
      </w:r>
    </w:p>
    <w:p>
      <w:r>
        <w:rPr>
          <w:b/>
        </w:rPr>
        <w:t xml:space="preserve">[1:37:01] </w:t>
      </w:r>
      <w:r>
        <w:t>aane mein to aap kahenge das minute laga hai to das minute usko punishment hona chahiye</w:t>
      </w:r>
    </w:p>
    <w:p>
      <w:pPr>
        <w:jc w:val="right"/>
      </w:pPr>
      <w:r>
        <w:t>انے میں تو آپ کہیں گے دس منٹ لگا ہے تو دس منٹ اس کو punishment ہونا چاہیے</w:t>
      </w:r>
    </w:p>
    <w:p>
      <w:r>
        <w:rPr>
          <w:b/>
        </w:rPr>
        <w:t xml:space="preserve">[1:37:07] </w:t>
      </w:r>
      <w:r>
        <w:t>lekin aisa nahi hai woh billion billion saal ko deny kar raha hai</w:t>
      </w:r>
    </w:p>
    <w:p>
      <w:pPr>
        <w:jc w:val="right"/>
      </w:pPr>
      <w:r>
        <w:t>لیکن ایسا نہیں ہے وہ بلین بلین سال کو deny کر رہا ہے</w:t>
      </w:r>
    </w:p>
    <w:p>
      <w:r>
        <w:rPr>
          <w:b/>
        </w:rPr>
        <w:t xml:space="preserve">[1:37:13] </w:t>
      </w:r>
      <w:r>
        <w:t>jo uska</w:t>
      </w:r>
    </w:p>
    <w:p>
      <w:pPr>
        <w:jc w:val="right"/>
      </w:pPr>
      <w:r>
        <w:t>جو اس کا</w:t>
      </w:r>
    </w:p>
    <w:p>
      <w:r>
        <w:rPr>
          <w:b/>
        </w:rPr>
        <w:t xml:space="preserve">[1:37:16] </w:t>
      </w:r>
      <w:r>
        <w:t>yani jis tareeqe se woh ice cream kha raha hai</w:t>
      </w:r>
    </w:p>
    <w:p>
      <w:pPr>
        <w:jc w:val="right"/>
      </w:pPr>
      <w:r>
        <w:t>یعنی جس طریقے سے وہ آئس کریم کھا رہا ہے</w:t>
      </w:r>
    </w:p>
    <w:p>
      <w:r>
        <w:rPr>
          <w:b/>
        </w:rPr>
        <w:t xml:space="preserve">[1:37:20] </w:t>
      </w:r>
      <w:r>
        <w:t>jis tareeqe se</w:t>
      </w:r>
    </w:p>
    <w:p>
      <w:pPr>
        <w:jc w:val="right"/>
      </w:pPr>
      <w:r>
        <w:t>جس طریقے سے</w:t>
      </w:r>
    </w:p>
    <w:p>
      <w:r>
        <w:rPr>
          <w:b/>
        </w:rPr>
        <w:t xml:space="preserve">[1:37:23] </w:t>
      </w:r>
      <w:r>
        <w:t>jo maine bataya aap ko to woh billion billion saalon ko deny kar raha hai woh</w:t>
      </w:r>
    </w:p>
    <w:p>
      <w:pPr>
        <w:jc w:val="right"/>
      </w:pPr>
      <w:r>
        <w:t>جو میں نے بتایا آپ کو تو وہ بلین بلین سالوں کو deny کر رہا ہے وہ</w:t>
      </w:r>
    </w:p>
    <w:p>
      <w:r>
        <w:rPr>
          <w:b/>
        </w:rPr>
        <w:t xml:space="preserve">[1:37:29] </w:t>
      </w:r>
      <w:r>
        <w:t>woh das minute ki baat nahi hai woh</w:t>
      </w:r>
    </w:p>
    <w:p>
      <w:pPr>
        <w:jc w:val="right"/>
      </w:pPr>
      <w:r>
        <w:t>وہ دس منٹ کی بات نہیں ہے وہ</w:t>
      </w:r>
    </w:p>
    <w:p>
      <w:r>
        <w:rPr>
          <w:b/>
        </w:rPr>
        <w:t xml:space="preserve">[1:37:33] </w:t>
      </w:r>
      <w:r>
        <w:t>to main samajhta hoon ke log aisa karte hain ke quantitative term mein dekhte hain is ko halanke us ko dekhna chahiye quantitative term mein phir yeh ishkal khatam ho jayega.</w:t>
      </w:r>
    </w:p>
    <w:p>
      <w:pPr>
        <w:jc w:val="right"/>
      </w:pPr>
      <w:r>
        <w:t>تو میں سمجھتا ہوں کہ لوگ ایسا کرتے ہیں کہ quantitative term میں دیکھتے ہیں اس کو حالانکہ اس کو دیکھنا چاہیے quantitative term میں پھر یہ اشکال ختم ہو جائے 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