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Oriented Life July 9, 2023</w:t>
      </w:r>
    </w:p>
    <w:p>
      <w:r>
        <w:t>https://youtu.be/0bQxMeOk5c8</w:t>
      </w:r>
    </w:p>
    <w:p>
      <w:r>
        <w:rPr>
          <w:b/>
        </w:rPr>
        <w:t xml:space="preserve">[00:10] </w:t>
      </w:r>
      <w:r>
        <w:t>assalam o alaikum. today we will have conversation with professor farida khanoom on the subject "god oriented life".</w:t>
      </w:r>
    </w:p>
    <w:p>
      <w:pPr>
        <w:jc w:val="right"/>
      </w:pPr>
      <w:r>
        <w:t>السلام علیکم۔ ٹوڈے وی ویل ہیو کانورسیشن ود پروفیسر فریدہ خانم آن دا سبجیکٹ "گاڈ اورینٹڈ لائف"۔</w:t>
      </w:r>
    </w:p>
    <w:p>
      <w:r>
        <w:rPr>
          <w:b/>
        </w:rPr>
        <w:t xml:space="preserve">[00:19] </w:t>
      </w:r>
      <w:r>
        <w:t>as we know that man is the creation and god is his creator, therefore it is human nature that he should come close to god to the ultimate extent.</w:t>
      </w:r>
    </w:p>
    <w:p>
      <w:pPr>
        <w:jc w:val="right"/>
      </w:pPr>
      <w:r>
        <w:t>ایز وی نو دیٹ مین از دا کریشن اینڈ گاڈ از ہز کریٹر، دیر فور اٹ از ہیومن نیچر دیٹ ہی شوڈ کم کلوز ٹو گاڈ ٹو دی الٹیمیٹ ایکسٹینٹ۔</w:t>
      </w:r>
    </w:p>
    <w:p>
      <w:r>
        <w:rPr>
          <w:b/>
        </w:rPr>
        <w:t xml:space="preserve">[00:30] </w:t>
      </w:r>
      <w:r>
        <w:t>but the level of nearness of god depends upon the level of personal realization of god.</w:t>
      </w:r>
    </w:p>
    <w:p>
      <w:pPr>
        <w:jc w:val="right"/>
      </w:pPr>
      <w:r>
        <w:t>بٹ دی لیول آف نیرنس آف گاڈ ڈیپینڈز اپون دا لیول آف پرسنل ریلائزیشن آف گاڈ۔</w:t>
      </w:r>
    </w:p>
    <w:p>
      <w:r>
        <w:rPr>
          <w:b/>
        </w:rPr>
        <w:t xml:space="preserve">[00:37] </w:t>
      </w:r>
      <w:r>
        <w:t>human life is a journey of realization that extends from this world to the here after. but the success of this journey depends upon the purification of one soul.</w:t>
      </w:r>
    </w:p>
    <w:p>
      <w:pPr>
        <w:jc w:val="right"/>
      </w:pPr>
      <w:r>
        <w:t>ہیومن لائف از ا جرنی آف ریلائزیشن دیٹ ایکسٹینڈز فرام دس ورلڈ ٹو دی ہیر آفٹر۔ بٹ دی سکسیس آف دس جرنی ڈیپینڈز اپون دا پیوریفیکیشن آف ون سول۔</w:t>
      </w:r>
    </w:p>
    <w:p>
      <w:r>
        <w:rPr>
          <w:b/>
        </w:rPr>
        <w:t xml:space="preserve">[00:50] </w:t>
      </w:r>
      <w:r>
        <w:t>according to the quran, if all the trees on the earth were made pens and sea is ink, and seven more seas added on to it, still the words of god would not exhaust.</w:t>
      </w:r>
    </w:p>
    <w:p>
      <w:pPr>
        <w:jc w:val="right"/>
      </w:pPr>
      <w:r>
        <w:t>اکارڈنگ ٹو دا قرآن، اف آل دا ٹریز آن دی ارتھ وار میڈ پینز اینڈ سی از انک، اینڈ سیون مور سیز ایڈڈ آن ٹو اٹ، سٹل دا ورڈز آف گاڈ وڈ ناٹ ایگزاسٹ۔</w:t>
      </w:r>
    </w:p>
    <w:p>
      <w:r>
        <w:rPr>
          <w:b/>
        </w:rPr>
        <w:t xml:space="preserve">[01:03] </w:t>
      </w:r>
      <w:r>
        <w:t>hazrat aisha, the prophet's wife, once said that prophet on every occasion would remember god. so this tradition shows the prophetic way of purification.</w:t>
      </w:r>
    </w:p>
    <w:p>
      <w:pPr>
        <w:jc w:val="right"/>
      </w:pPr>
      <w:r>
        <w:t>حضرت عائشہ، دا پرافٹ's wife, ونس سیڈ دیٹ پرافٹ آن ایوری اوکیژن وڈ ریممبر گاڈ۔ سو دس ٹریڈیشن شوز دا پروفیتک وے آف پیوریفیکیشن۔</w:t>
      </w:r>
    </w:p>
    <w:p>
      <w:r>
        <w:rPr>
          <w:b/>
        </w:rPr>
        <w:t xml:space="preserve">[01:16] </w:t>
      </w:r>
      <w:r>
        <w:t>to chaliye aaj isi subject par charcha karte hain farida apa ke sath. assalam o alaikum apa, kaise hain aap? wa alaikum assalam. sab theek hain, aap bhi theek hain?</w:t>
      </w:r>
    </w:p>
    <w:p>
      <w:pPr>
        <w:jc w:val="right"/>
      </w:pPr>
      <w:r>
        <w:t>تو چلیے آج اسی سبجیکٹ پر چرچا کرتے ہیں فریدہ آپا کے ساتھ۔ السلام علیکم آپا، کیسے ہیں آپ؟ وعلیکم السلام۔ سب ٹھیک ہیں، آپ بھی ٹھیک ہیں؟</w:t>
      </w:r>
    </w:p>
    <w:p>
      <w:r>
        <w:rPr>
          <w:b/>
        </w:rPr>
        <w:t xml:space="preserve">[01:25] </w:t>
      </w:r>
      <w:r>
        <w:t>ji alhamdulillah</w:t>
      </w:r>
    </w:p>
    <w:p>
      <w:pPr>
        <w:jc w:val="right"/>
      </w:pPr>
      <w:r>
        <w:t>جی الحمدللہ</w:t>
      </w:r>
    </w:p>
    <w:p>
      <w:r>
        <w:rPr>
          <w:b/>
        </w:rPr>
        <w:t xml:space="preserve">[01:26] </w:t>
      </w:r>
      <w:r>
        <w:t>apa. apa, subject par directly aane se pehle main chahunga ke ek important point hai jis ko aap wazeh karen, kyunke aksar log is mein confusion mein aa jate hain, aur woh hai rehbaniyat.</w:t>
      </w:r>
    </w:p>
    <w:p>
      <w:pPr>
        <w:jc w:val="right"/>
      </w:pPr>
      <w:r>
        <w:t>آپا۔ آپا، سبجیکٹ پر ڈائریکٹلی آنے سے پہلے میں چاہوں گا کہ ایک امپورٹنٹ پوائنٹ ہے جس کو آپ واضح کریں، کیونکہ اکثر لوگ اس میں کنفیوژن میں آ جاتے ہیں، اور وہ ہے رہبانیت۔</w:t>
      </w:r>
    </w:p>
    <w:p>
      <w:r>
        <w:rPr>
          <w:b/>
        </w:rPr>
        <w:t xml:space="preserve">[01:40] </w:t>
      </w:r>
      <w:r>
        <w:t>to main chahunga ke aap rehbaniyat ke bare mein pehle batayen, wahan se shuru kijiye aaj ka topic. bohat acha.</w:t>
      </w:r>
    </w:p>
    <w:p>
      <w:pPr>
        <w:jc w:val="right"/>
      </w:pPr>
      <w:r>
        <w:t>تو میں چاہوں گا کہ آپ رہبانیت کے بارے میں پہلے بتائیں، وہاں سے شروع کیجیے آج کا ٹاپک۔ بہت اچھا۔</w:t>
      </w:r>
    </w:p>
    <w:p>
      <w:r>
        <w:rPr>
          <w:b/>
        </w:rPr>
        <w:t xml:space="preserve">[01:48] </w:t>
      </w:r>
      <w:r>
        <w:t>asal mein dekhiye ke mein is spiritual by birth, lekin masla yeh hai ke is ko ek material dunya mein rehna hota hai.</w:t>
      </w:r>
    </w:p>
    <w:p>
      <w:pPr>
        <w:jc w:val="right"/>
      </w:pPr>
      <w:r>
        <w:t>اصل میں دیکھیے کہ مین از اسپریچول بائی برتھ، لیکن مسئلہ یہ ہے کہ اس کو ایک مٹیریل دنیا میں رہنا ہوتا ہے۔</w:t>
      </w:r>
    </w:p>
    <w:p>
      <w:r>
        <w:rPr>
          <w:b/>
        </w:rPr>
        <w:t xml:space="preserve">[02:00] </w:t>
      </w:r>
      <w:r>
        <w:t>ab woh har mazhab mein kuch rituals hote hain, woh rituals karta hai, lekin is ko aisa feel hota hai ke woh jo union with the divine jo hai, ya god se connection jo hai, woh is ka nahi ho raha hai.</w:t>
      </w:r>
    </w:p>
    <w:p>
      <w:pPr>
        <w:jc w:val="right"/>
      </w:pPr>
      <w:r>
        <w:t>اب وہ ہر مذہب میں کچھ ریچولز ہوتے ہیں، وہ ریچولز کرتا ہے، لیکن اس کو ایسا فیل ہوتا ہے کہ وہ جو یونین ود دا ڈیوائن جو ہے، یا گاڈ سے کنیکشن جو ہے، وہ اس کا نہیں ہو رہا ہے۔</w:t>
      </w:r>
    </w:p>
    <w:p>
      <w:r>
        <w:rPr>
          <w:b/>
        </w:rPr>
        <w:t xml:space="preserve">[02:15] </w:t>
      </w:r>
      <w:r>
        <w:t>to ek aisa tabqa har mazhab mein paya jata hai jo kuch mazeed karna chahta hai. to wohi log hain jin ko munk kehte hain, rahb kehte hain, hermit kehte hain.</w:t>
      </w:r>
    </w:p>
    <w:p>
      <w:pPr>
        <w:jc w:val="right"/>
      </w:pPr>
      <w:r>
        <w:t>تو ایک ایسا طبقہ ہر مذہب میں پایا جاتا ہے جو کچھ مزید کرنا چاہتا ہے۔ تو وہی لوگ ہیں جن کو منک کہتے ہیں، راہب کہتے ہیں، ہرمیٹ کہتے ہیں۔</w:t>
      </w:r>
    </w:p>
    <w:p>
      <w:r>
        <w:rPr>
          <w:b/>
        </w:rPr>
        <w:t xml:space="preserve">[02:28] </w:t>
      </w:r>
      <w:r>
        <w:t>to jo is jo practice karte hain, is ko rahbaniyat kehte hain. rahbaniyat ka matlab hai khuda ki talab mein dunya ko chhod dena.</w:t>
      </w:r>
    </w:p>
    <w:p>
      <w:pPr>
        <w:jc w:val="right"/>
      </w:pPr>
      <w:r>
        <w:t>تو جو اس جو پریکٹس کرتے ہیں، اس کو رہبانیت کہتے ہیں۔ رہبانیت کا مطلب ہے خدا کی طلب میں دنیا کو چھوڑ دینا۔</w:t>
      </w:r>
    </w:p>
    <w:p>
      <w:r>
        <w:rPr>
          <w:b/>
        </w:rPr>
        <w:t xml:space="preserve">[02:38] </w:t>
      </w:r>
      <w:r>
        <w:t>to woh log janglon mein, paharon mein, matlab seclusion mein jate hain taake woh zyada se zyada worship karein aur zyada se zyada jo hai khuda se connection qaim karein.</w:t>
      </w:r>
    </w:p>
    <w:p>
      <w:pPr>
        <w:jc w:val="right"/>
      </w:pPr>
      <w:r>
        <w:t>تو وہ لوگ جنگل میں، پہاڑ میں، مطلب سکلوجن میں جاتے ہیں تاکہ وہ زیادہ سے زیادہ ورشپ کریں اور زیادہ سے زیادہ جو ہے خدا سے کنیکشن قائم کریں۔</w:t>
      </w:r>
    </w:p>
    <w:p>
      <w:r>
        <w:rPr>
          <w:b/>
        </w:rPr>
        <w:t xml:space="preserve">[02:50] </w:t>
      </w:r>
      <w:r>
        <w:t>un ko lagta hai ke jab tak woh is dunya mein rahenge aur desires se scum hote rahenge, tab tak woh jo un ko chahiye, jo spirituality un ko chahiye, woh un ko nahi milegi.</w:t>
      </w:r>
    </w:p>
    <w:p>
      <w:pPr>
        <w:jc w:val="right"/>
      </w:pPr>
      <w:r>
        <w:t>ان کو لگتا ہے کہ جب تک وہ اس دنیا میں رہیں گے اور ڈیزائرز سے سکم ہوتے رہیں گے، تب تک وہ جو ان کو چاہیے، جو اسپریچولیٹی ان کو چاہیے، وہ ان کو نہیں ملے گی۔</w:t>
      </w:r>
    </w:p>
    <w:p>
      <w:r>
        <w:rPr>
          <w:b/>
        </w:rPr>
        <w:t xml:space="preserve">[03:03] </w:t>
      </w:r>
      <w:r>
        <w:t>to is liye woh dunya hi ko chhod dete hain.</w:t>
      </w:r>
    </w:p>
    <w:p>
      <w:pPr>
        <w:jc w:val="right"/>
      </w:pPr>
      <w:r>
        <w:t>تو اس لیے وہ دنیا ہی کو چھوڑ دیتے ہیں۔</w:t>
      </w:r>
    </w:p>
    <w:p>
      <w:r>
        <w:rPr>
          <w:b/>
        </w:rPr>
        <w:t xml:space="preserve">[03:06] </w:t>
      </w:r>
      <w:r>
        <w:t>to aise taqreeban har mazhab mein aisa hai ke woh dunya se door chale jate hain taake zyada se zyada time, full time, woh devote kar sakein khuda ke liye.</w:t>
      </w:r>
    </w:p>
    <w:p>
      <w:pPr>
        <w:jc w:val="right"/>
      </w:pPr>
      <w:r>
        <w:t>تو ایسے تقریباً ہر مذہب میں ایسا ہے کہ وہ دنیا سے دور چلے جاتے ہیں تاکہ زیادہ سے زیادہ ٹائم، فل ٹائم، وہ ڈیووٹ کر سکیں خدا کے لیے۔</w:t>
      </w:r>
    </w:p>
    <w:p>
      <w:r>
        <w:rPr>
          <w:b/>
        </w:rPr>
        <w:t xml:space="preserve">[03:18] </w:t>
      </w:r>
      <w:r>
        <w:t>to in logon ka yahi manna hai ke isi tareeqe se un ko khuda se qurbat hasil hogi. in different tarah tarah ke concepts hain. kisi ko kehta hai ke is tareeqe se union with the divine ho jayega, koi kehta hai khuda se connection qaim ho jayega,</w:t>
      </w:r>
    </w:p>
    <w:p>
      <w:pPr>
        <w:jc w:val="right"/>
      </w:pPr>
      <w:r>
        <w:t>تو ان لوگوں کا یہی ماننا ہے کہ اسی طریقے سے ان کو خدا سے قربت حاصل ہوگی۔ ان ڈفرنٹ طرح طرح کے کانسیپٹس ہیں۔ کسی کو کہتا ہے کہ اس طریقے سے یونین ود دا ڈیوائن ہو جائے گا، کوئی کہتا ہے خدا سے کنیکشن قائم ہو جائے گا،</w:t>
      </w:r>
    </w:p>
    <w:p>
      <w:r>
        <w:rPr>
          <w:b/>
        </w:rPr>
        <w:t xml:space="preserve">[03:34] </w:t>
      </w:r>
      <w:r>
        <w:t>koi kehta hai is ke andar hamare andar spirituality ayegi. to is liye yeh hota hai. asal mein islam se pehle yeh mana jata tha ke spirituality jo hai woh heart based hai.</w:t>
      </w:r>
    </w:p>
    <w:p>
      <w:pPr>
        <w:jc w:val="right"/>
      </w:pPr>
      <w:r>
        <w:t>کوئی کہتا ہے اس کے اندر ہمارے اندر اسپریچولٹی آئے گی۔ تو اس لیے یہ ہوتا ہے۔ اصل میں اسلام سے پہلے یہ مانا جاتا تھا کہ اسپریچولٹی جو ہے وہ ہارٹ بیسڈ ہے۔</w:t>
      </w:r>
    </w:p>
    <w:p>
      <w:r>
        <w:rPr>
          <w:b/>
        </w:rPr>
        <w:t xml:space="preserve">[03:48] </w:t>
      </w:r>
      <w:r>
        <w:t>heart ke andar, heart jo hai na, spirituality ka khazana hai. is mein kuch lataif hain,</w:t>
      </w:r>
    </w:p>
    <w:p>
      <w:pPr>
        <w:jc w:val="right"/>
      </w:pPr>
      <w:r>
        <w:t>ہارٹ کے اندر، ہارٹ جو ہے نا، اسپریچولٹی کا خزانہ ہے۔ اس میں کچھ لطائف ہیں،</w:t>
      </w:r>
    </w:p>
    <w:p>
      <w:r>
        <w:rPr>
          <w:b/>
        </w:rPr>
        <w:t xml:space="preserve">[03:55] </w:t>
      </w:r>
      <w:r>
        <w:t>is par hum jab tak zor dalte hain, kuch kuch aise mysterious qism ke alfaaz hote hain, is ko bar bar bar bar padhne se woh awaken hote hain.</w:t>
      </w:r>
    </w:p>
    <w:p>
      <w:pPr>
        <w:jc w:val="right"/>
      </w:pPr>
      <w:r>
        <w:t>اس پر ہم جب تک زور ڈالتے ہیں، کچھ کچھ ایسے مسٹیریس قسم کے الفاظ ہوتے ہیں، اس کو بار بار بار بار پڑھنے سے وہ اویکن ہوتے ہیں۔</w:t>
      </w:r>
    </w:p>
    <w:p>
      <w:r>
        <w:rPr>
          <w:b/>
        </w:rPr>
        <w:t xml:space="preserve">[04:07] </w:t>
      </w:r>
      <w:r>
        <w:t>to aisi aisi cheezon ke liye thoda sa chahiye ke ek dum seclusion mein ho taake insaan zyada se zyada concentrate kare, focus kare.</w:t>
      </w:r>
    </w:p>
    <w:p>
      <w:pPr>
        <w:jc w:val="right"/>
      </w:pPr>
      <w:r>
        <w:t>تو ایسی ایسی چیزوں کے لیے تھوڑا سا چاہیے کہ ایک دم سکلوجن میں ہو تاکہ انسان زیادہ سے زیادہ کنسنٹریٹ کرے، فوکس کرے۔</w:t>
      </w:r>
    </w:p>
    <w:p>
      <w:r>
        <w:rPr>
          <w:b/>
        </w:rPr>
        <w:t xml:space="preserve">[04:17] </w:t>
      </w:r>
      <w:r>
        <w:t>to yeh jo hai, is sufism ne bhi is baat ko is ko adopt kiya.</w:t>
      </w:r>
    </w:p>
    <w:p>
      <w:pPr>
        <w:jc w:val="right"/>
      </w:pPr>
      <w:r>
        <w:t>تو یہ جو ہے، اس صوفیزم نے بھی اس بات کو اس کو اڈاپٹ کیا۔</w:t>
      </w:r>
    </w:p>
    <w:p>
      <w:r>
        <w:rPr>
          <w:b/>
        </w:rPr>
        <w:t xml:space="preserve">[04:24] </w:t>
      </w:r>
      <w:r>
        <w:t>un ke haan bhi baqayda muraqba hota hai, alag ek chote se kamre mein alag baith kar kuch duaen, kuch kuch alfaaz, qurani alfaaz hote hain, aam taur par woh is ko padhte rehte hain, padhte rehte hain,</w:t>
      </w:r>
    </w:p>
    <w:p>
      <w:pPr>
        <w:jc w:val="right"/>
      </w:pPr>
      <w:r>
        <w:t>ان کے ہاں بھی باقاعدہ مراقبہ ہوتا ہے، الگ ایک چھوٹے سے کمرے میں الگ بیٹھ کر کچھ دعائیں، کچھ کچھ الفاظ، قرآنی الفاظ ہوتے ہیں، عام طور پر وہ اس کو پڑھتے رہتے ہیں، پڑھتے رہتے ہیں،</w:t>
      </w:r>
    </w:p>
    <w:p>
      <w:r>
        <w:rPr>
          <w:b/>
        </w:rPr>
        <w:t xml:space="preserve">[04:38] </w:t>
      </w:r>
      <w:r>
        <w:t>ghanton ghanton padhte rehte hain. to is se kehte hain ke un ke dil mein illumination hota hai, wahan se un ko spirituality milti hai.</w:t>
      </w:r>
    </w:p>
    <w:p>
      <w:pPr>
        <w:jc w:val="right"/>
      </w:pPr>
      <w:r>
        <w:t>گھنٹوں گھنٹوں پڑھتے رہتے ہیں۔ تو اس سے کہتے ہیں کہ ان کے دل میں الومینیشن ہوتا ہے، وہاں سے ان کو اسپریچولٹی ملتی ہے۔</w:t>
      </w:r>
    </w:p>
    <w:p>
      <w:r>
        <w:rPr>
          <w:b/>
        </w:rPr>
        <w:t xml:space="preserve">[04:48] </w:t>
      </w:r>
      <w:r>
        <w:t>to is mein ek to yeh hai ke jab aadmi bahar rahega, society se bahar, to woh gunah ka bhi mauqa nahi rehta, woh to sirf din raat ibadat karta rahega.</w:t>
      </w:r>
    </w:p>
    <w:p>
      <w:pPr>
        <w:jc w:val="right"/>
      </w:pPr>
      <w:r>
        <w:t>تو اس میں ایک تو یہ ہے کہ جب آدمی باہر رہے گا، سوسائٹی سے باہر، تو وہ گناہ کا بھی موقع نہیں رہتا، وہ تو صرف دن رات عبادت کرتا رہے گا۔</w:t>
      </w:r>
    </w:p>
    <w:p>
      <w:r>
        <w:rPr>
          <w:b/>
        </w:rPr>
        <w:t xml:space="preserve">[04:59] </w:t>
      </w:r>
      <w:r>
        <w:t>to is tareeqe se is ka jo hai self ko purify kar payega. jo islam mein bhi hai, tazkiya nafs, bas islam mein bas method different hai.</w:t>
      </w:r>
    </w:p>
    <w:p>
      <w:pPr>
        <w:jc w:val="right"/>
      </w:pPr>
      <w:r>
        <w:t>تو اس طریقے سے اس کا جو ہے سیلف کو پیوریفائی کر پائے گا۔ جو اسلام میں بھی ہے، تزکیہ نفس، بس اسلام میں بس میتھڈ ڈفرنٹ ہے۔</w:t>
      </w:r>
    </w:p>
    <w:p>
      <w:r>
        <w:rPr>
          <w:b/>
        </w:rPr>
        <w:t xml:space="preserve">[05:10] </w:t>
      </w:r>
      <w:r>
        <w:t>to to goal wohi hai ke apne aap ko pak karna, apne spirituality ko awaken karna.</w:t>
      </w:r>
    </w:p>
    <w:p>
      <w:pPr>
        <w:jc w:val="right"/>
      </w:pPr>
      <w:r>
        <w:t>تو تو گول وہی ہے کہ اپنے آپ کو پاک کرنا، اپنے اسپریچولٹی کو اویکن کرنا۔</w:t>
      </w:r>
    </w:p>
    <w:p>
      <w:r>
        <w:rPr>
          <w:b/>
        </w:rPr>
        <w:t xml:space="preserve">[05:18] </w:t>
      </w:r>
      <w:r>
        <w:t>to jaise rasool allah sallallahu alaihi wasallam ghare hira mein jate the, woh is jab un ko nabuwat nahi mili thi, tab woh ghare hira mein taqreeban chhe mahine tak afnan jate rahe.</w:t>
      </w:r>
    </w:p>
    <w:p>
      <w:pPr>
        <w:jc w:val="right"/>
      </w:pPr>
      <w:r>
        <w:t>تو جیسے رسول اللہ صلی اللہ علیہ وسلم غار حرا میں جاتے تھے، وہ اس جب ان کو نبوت نہیں ملی تھی، تب وہ غار حرا میں تقریباً چھ مہینے تک افنان جاتے رہے۔</w:t>
      </w:r>
    </w:p>
    <w:p>
      <w:r>
        <w:rPr>
          <w:b/>
        </w:rPr>
        <w:t xml:space="preserve">[05:29] </w:t>
      </w:r>
      <w:r>
        <w:t>to wahan akele mein baith ke tanhaiyon mein ab khuda ko yaad karte the. aur jo bhi is zamane mein, chuki jo jo hazrat ibrahim alaihi assalam ne jo mazhab bataya tha, woh bhool chuke the log,</w:t>
      </w:r>
    </w:p>
    <w:p>
      <w:pPr>
        <w:jc w:val="right"/>
      </w:pPr>
      <w:r>
        <w:t>تو وہاں اکیلے میں بیٹھ کے تنہائیوں میں اب خدا کو یاد کرتے تھے۔ اور جو بھی اس زمانے میں، چونکہ جو جو حضرت ابراہیم علیہ السلام نے جو مذہب بتایا تھا، وہ بھول چکے تھے لوگ،</w:t>
      </w:r>
    </w:p>
    <w:p>
      <w:r>
        <w:rPr>
          <w:b/>
        </w:rPr>
        <w:t xml:space="preserve">[05:45] </w:t>
      </w:r>
      <w:r>
        <w:t>to bas aise hi woh karte the contemplation, reflection, jis ko kahenge, kuch duaen karte the ke aye allah, hamein bata dijiye, hum hamara kaun,</w:t>
      </w:r>
    </w:p>
    <w:p>
      <w:pPr>
        <w:jc w:val="right"/>
      </w:pPr>
      <w:r>
        <w:t>تو بس ایسے ہی وہ کرتے تھے کنٹمپلیشن، ریفلیکشن، جس کو کہیں گے، کچھ دعائیں کرتے تھے کہ اے اللہ، ہمیں بتا دیجئے، ہم ہمارا کون،</w:t>
      </w:r>
    </w:p>
    <w:p>
      <w:r>
        <w:rPr>
          <w:b/>
        </w:rPr>
        <w:t xml:space="preserve">[05:58] </w:t>
      </w:r>
      <w:r>
        <w:t>hamari zindagi ka maqsad kya hai, marne ke baad kahan jayenge, yeh sari cheezein baithe akele mein tanhaiyon mein yahi sab sochte rehte the.</w:t>
      </w:r>
    </w:p>
    <w:p>
      <w:pPr>
        <w:jc w:val="right"/>
      </w:pPr>
      <w:r>
        <w:t>ہماری زندگی کا مقصد کیا ہے، مرنے کے بعد کہاں جائیں گے، یہ ساری چیزیں بیٹھے اکیلے میں تنہائیوں میں یہی سب سوچتے رہتے تھے۔</w:t>
      </w:r>
    </w:p>
    <w:p>
      <w:r>
        <w:rPr>
          <w:b/>
        </w:rPr>
        <w:t xml:space="preserve">[06:08] </w:t>
      </w:r>
      <w:r>
        <w:t>to hazrat musa alaihi assalam bhi chalis din tak woh pahad mein gaye the jab un ko tajalli mili thi. hazrat yahya alaihi assalam janglon mein hi rehte the.</w:t>
      </w:r>
    </w:p>
    <w:p>
      <w:pPr>
        <w:jc w:val="right"/>
      </w:pPr>
      <w:r>
        <w:t>تو حضرت موسی علیہ السلام بھی چالیس دن تک وہ پہاڑ میں گئے تھے جب ان کو تجلی ملی تھی۔ حضرت یحیی علیہ السلام جنگل میں ہی رہتے تھے۔</w:t>
      </w:r>
    </w:p>
    <w:p>
      <w:r>
        <w:rPr>
          <w:b/>
        </w:rPr>
        <w:t xml:space="preserve">[06:18] </w:t>
      </w:r>
      <w:r>
        <w:t>hazrat isa alaihi assalam bhi chalis din tak rahe the sahra mein. to is tareeqe se yeh tradition thi pehle se.</w:t>
      </w:r>
    </w:p>
    <w:p>
      <w:pPr>
        <w:jc w:val="right"/>
      </w:pPr>
      <w:r>
        <w:t>حضرت عیسی علیہ السلام بھی چالیس دن تک رہے تھے صحرا میں۔ تو اس طریقے سے یہ ٹریڈیشن تھی پہلے سے۔</w:t>
      </w:r>
    </w:p>
    <w:p>
      <w:r>
        <w:rPr>
          <w:b/>
        </w:rPr>
        <w:t xml:space="preserve">[06:30] </w:t>
      </w:r>
      <w:r>
        <w:t>budhism mein hai, monastery hoti hai, bhikshu jo wahan rehte hain, un ke liye thora hard life hoti hai</w:t>
      </w:r>
    </w:p>
    <w:p>
      <w:pPr>
        <w:jc w:val="right"/>
      </w:pPr>
      <w:r>
        <w:t>بدھزم میں ہے، موناسٹری ہوتی ہے، بھکشو جو وہاں رہتے ہیں، ان کے لیے تھوڑا ہارڈ لائف ہوتی</w:t>
      </w:r>
    </w:p>
    <w:p>
      <w:r>
        <w:rPr>
          <w:b/>
        </w:rPr>
        <w:t xml:space="preserve">[06:37] </w:t>
      </w:r>
      <w:r>
        <w:t>hai. woh awam ke liye aasaniyan hoti hain. awam agar sirf moral values par chalen to woh un ke liye kafi hai, lekin jo bhikshu hote hain, un ki bohat astral life hoti hai.</w:t>
      </w:r>
    </w:p>
    <w:p>
      <w:pPr>
        <w:jc w:val="right"/>
      </w:pPr>
      <w:r>
        <w:t>ہے۔ وہ عوام کے لیے آسانیاں ہوتی ہیں۔ عوام اگر صرف مورل ویلیوز پر چلیں تو وہ ان کے لیے کافی ہے، لیکن جو بھکشو ہوتے ہیں، ان کی بہت اسٹریل لائف ہوتی ہے۔</w:t>
      </w:r>
    </w:p>
    <w:p>
      <w:r>
        <w:rPr>
          <w:b/>
        </w:rPr>
        <w:t xml:space="preserve">[06:49] </w:t>
      </w:r>
      <w:r>
        <w:t>khana bhi woh aik hi bar khate hain aur monastery mein rehte hain. agar unhon ne koi earning ki to woh woh apne pas nahin rakhte hain, woh common treasury hoti hai, isi mein rakhte hain.</w:t>
      </w:r>
    </w:p>
    <w:p>
      <w:pPr>
        <w:jc w:val="right"/>
      </w:pPr>
      <w:r>
        <w:t>کھانا بھی وہ ایک ہی بار کھاتے ہیں اور موناسٹری میں رہتے ہیں۔ اگر انہوں نے کوئی ارننگ کی تو وہ وہ اپنے پاس نہیں رکھتے ہیں، وہ کامن ٹریژری ہوتی ہے، اسی میں رکھتے ہیں۔</w:t>
      </w:r>
    </w:p>
    <w:p>
      <w:r>
        <w:rPr>
          <w:b/>
        </w:rPr>
        <w:t xml:space="preserve">[07:02] </w:t>
      </w:r>
      <w:r>
        <w:t>to is tareeqe se woh har mazhab mein hai. sirf islam mein kaha gaya hai ke la rahbaniyah fi al-islam. islam mein rahbaniyat nahin hai, kyunke humein islam ke mutabiq isi dunya mein rehna hai aur yahin apna test dena hai.</w:t>
      </w:r>
    </w:p>
    <w:p>
      <w:pPr>
        <w:jc w:val="right"/>
      </w:pPr>
      <w:r>
        <w:t>تو اس طریقے سے وہ ہر مذہب میں ہے۔ صرف اسلام میں کہا گیا ہے کہ لا رہبانیہ فی الاسلام۔ اسلام میں رہبانیت نہیں ہے، کیونکہ ہمیں اسلام کے مطابق اسی دنیا میں رہنا ہے اور یہیں اپنا ٹیسٹ دینا ہے۔</w:t>
      </w:r>
    </w:p>
    <w:p>
      <w:r>
        <w:rPr>
          <w:b/>
        </w:rPr>
        <w:t xml:space="preserve">[07:18] </w:t>
      </w:r>
      <w:r>
        <w:t>connection jo Khuda se hoga, woh psychological level par hoga. to is ke bare mein phir baad mein baat karenge. apa, bohat mein samajhta hoon ke bohat ahem point hai.</w:t>
      </w:r>
    </w:p>
    <w:p>
      <w:pPr>
        <w:jc w:val="right"/>
      </w:pPr>
      <w:r>
        <w:t>کنیکشن جو خدا سے ہوگا، وہ سائیکلوجیکل لیول پر ہوگا۔ تو اس کے بارے میں پھر بعد میں بات کریں گے۔ آپا، بہت میں سمجھتا ہوں کہ بہت اہم پوائنٹ ہے۔</w:t>
      </w:r>
    </w:p>
    <w:p>
      <w:r>
        <w:rPr>
          <w:b/>
        </w:rPr>
        <w:t xml:space="preserve">[07:28] </w:t>
      </w:r>
      <w:r>
        <w:t>to rahbaniyat ka apa english word monasticism kahengay na</w:t>
      </w:r>
    </w:p>
    <w:p>
      <w:pPr>
        <w:jc w:val="right"/>
      </w:pPr>
      <w:r>
        <w:t>تو رہبانیت کا آپا انگلش ورڈ موناسٹیسزم کہیں گے نا</w:t>
      </w:r>
    </w:p>
    <w:p>
      <w:r>
        <w:rPr>
          <w:b/>
        </w:rPr>
        <w:t xml:space="preserve">[07:31] </w:t>
      </w:r>
      <w:r>
        <w:t>? ji. to apa, aik mere ko riwayat bhi yaad aati hai, kyunke yeh itna important question hai jis ka aap ne jawab diya, kyunke log aksar extreme ke level pe chale jatay hain.</w:t>
      </w:r>
    </w:p>
    <w:p>
      <w:pPr>
        <w:jc w:val="right"/>
      </w:pPr>
      <w:r>
        <w:t>؟ جی۔ تو آپا، ایک میرے کو روایت بھی یاد آتی ہے، کیونکہ یہ اتنا امپورٹنٹ کوئسچن ہے جس کا آپ نے جواب دیا، کیونکہ لوگ اکثر ایکسٹریم کے لیول پہ چلے جاتے ہیں۔</w:t>
      </w:r>
    </w:p>
    <w:p>
      <w:r>
        <w:rPr>
          <w:b/>
        </w:rPr>
        <w:t xml:space="preserve">[07:43] </w:t>
      </w:r>
      <w:r>
        <w:t>to aik Hazrat Usman ibn Mazoon aik sahabi thay, aur to un se riwayat hai ke un ki biwi aik martaba Rasool Allah ki biwion se milne gayi, aur un ki condition was pretty reached.</w:t>
      </w:r>
    </w:p>
    <w:p>
      <w:pPr>
        <w:jc w:val="right"/>
      </w:pPr>
      <w:r>
        <w:t>تو ایک حضرت عثمان ابن مزون ایک صحابی تھے، اور تو ان سے روایت ہے کہ ان کی بیوی ایک مرتبہ رسول اللہ کی بیویوں سے ملنے گئی، اور ان کی کنڈیشن واز پریٹی ریچڈ۔</w:t>
      </w:r>
    </w:p>
    <w:p>
      <w:r>
        <w:rPr>
          <w:b/>
        </w:rPr>
        <w:t xml:space="preserve">[07:57] </w:t>
      </w:r>
      <w:r>
        <w:t>she was wearing old and torn cloth.</w:t>
      </w:r>
    </w:p>
    <w:p>
      <w:pPr>
        <w:jc w:val="right"/>
      </w:pPr>
      <w:r>
        <w:t>شی واز ویئرنگ اولڈ اینڈ ٹون کلوتھ۔</w:t>
      </w:r>
    </w:p>
    <w:p>
      <w:r>
        <w:rPr>
          <w:b/>
        </w:rPr>
        <w:t xml:space="preserve">[08:01] </w:t>
      </w:r>
      <w:r>
        <w:t>to Rasool Allah ki biwion ne un se poocha ke why is she in this condition? to unhon ne kaha ke my husband always remains in prayer during the day, and in the night, and in the day he keeps fast.</w:t>
      </w:r>
    </w:p>
    <w:p>
      <w:pPr>
        <w:jc w:val="right"/>
      </w:pPr>
      <w:r>
        <w:t>تو رسول اللہ کی بیویوں نے ان سے پوچھا کہ وائی از شی ان دس کنڈیشن؟ تو انہوں نے کہا کہ مائی ہسبینڈ الویز ریمینز ان پریئر ڈیورنگ دا نائٹ، اینڈ ان دا نائٹ، اینڈ ان دا ڈے ہی کیپس فاسٹ۔</w:t>
      </w:r>
    </w:p>
    <w:p>
      <w:r>
        <w:rPr>
          <w:b/>
        </w:rPr>
        <w:t xml:space="preserve">[08:15] </w:t>
      </w:r>
      <w:r>
        <w:t>to jab Rasool Allah ko bataya gaya to unhon ne bulaya Hazrat Usman ko, aur unhon ne kaha ke o Usman, monasticism has not been made obligatory in Islam.</w:t>
      </w:r>
    </w:p>
    <w:p>
      <w:pPr>
        <w:jc w:val="right"/>
      </w:pPr>
      <w:r>
        <w:t>تو جب رسول اللہ کو بتایا گیا تو انہوں نے بلایا حضرت عثمان کو، اور انہوں نے کہا کہ او عثمان، موناسٹیسزم ہیز ناٹ بین میڈ ابلیگیٹری ان اسلام۔</w:t>
      </w:r>
    </w:p>
    <w:p>
      <w:r>
        <w:rPr>
          <w:b/>
        </w:rPr>
        <w:t xml:space="preserve">[08:26] </w:t>
      </w:r>
      <w:r>
        <w:t>yeh apa, mujhe achay se aur wazeh hua aik aur riwayat se ke Hazrat Umar ibn al-As jo thay, unhon ne apne bete Abdullah ki shadi aik Quraish ki lady se kari.</w:t>
      </w:r>
    </w:p>
    <w:p>
      <w:pPr>
        <w:jc w:val="right"/>
      </w:pPr>
      <w:r>
        <w:t>یہ آپا، مجھے اچھے سے اور واضح ہوا ایک اور روایت سے کہ حضرت عمر ابن العاص جو تھے، انہوں نے اپنے بیٹے عبداللہ کی شادی ایک قریش کی لیڈی سے کری۔</w:t>
      </w:r>
    </w:p>
    <w:p>
      <w:r>
        <w:rPr>
          <w:b/>
        </w:rPr>
        <w:t xml:space="preserve">[08:36] </w:t>
      </w:r>
      <w:r>
        <w:t>to kuch waqt ke baad unhon ne un se poocha ke how is the marriage life going? to unhon ne un se kaha ke woh to completely detached hain.</w:t>
      </w:r>
    </w:p>
    <w:p>
      <w:pPr>
        <w:jc w:val="right"/>
      </w:pPr>
      <w:r>
        <w:t>تو کچھ وقت کے بعد انہوں نے ان سے پوچھا کہ ہاؤ از دا میرج لائف گوئنگ؟ تو انہوں نے ان سے کہا کہ وہ تو کمپلیٹلی ڈیٹیچڈ ہیں۔</w:t>
      </w:r>
    </w:p>
    <w:p>
      <w:r>
        <w:rPr>
          <w:b/>
        </w:rPr>
        <w:t xml:space="preserve">[08:45] </w:t>
      </w:r>
      <w:r>
        <w:t>to yeh report unhon ne phir Prophet ko di. Prophet ne Hazrat Abdullah ko bulaya,</w:t>
      </w:r>
    </w:p>
    <w:p>
      <w:pPr>
        <w:jc w:val="right"/>
      </w:pPr>
      <w:r>
        <w:t>تو یہ رپورٹ انہوں نے پھر پرافٹ کو دی۔ پرافٹ نے حضرت عبداللہ کو بلایا،</w:t>
      </w:r>
    </w:p>
    <w:p>
      <w:r>
        <w:rPr>
          <w:b/>
        </w:rPr>
        <w:t xml:space="preserve">[08:51] </w:t>
      </w:r>
      <w:r>
        <w:t>to unhon ne poocha ke kya tum all through the night are you busy worshipping Allah? to unhon ne kaha yes, o Prophet.</w:t>
      </w:r>
    </w:p>
    <w:p>
      <w:pPr>
        <w:jc w:val="right"/>
      </w:pPr>
      <w:r>
        <w:t>تو انہوں نے پوچھا کہ کیا تم ال تھرو دا نائٹ ار یو بزی ورشپنگ اللہ؟ تو انہوں نے کہا یس، او پرافٹ۔</w:t>
      </w:r>
    </w:p>
    <w:p>
      <w:r>
        <w:rPr>
          <w:b/>
        </w:rPr>
        <w:t xml:space="preserve">[09:00] </w:t>
      </w:r>
      <w:r>
        <w:t>to Prophet ne kaha i also keep fast, i break the fast, i observe the prayer, and i sleep in the night, and i also visit my wife, and any person who does not follow my way is not from me.</w:t>
      </w:r>
    </w:p>
    <w:p>
      <w:pPr>
        <w:jc w:val="right"/>
      </w:pPr>
      <w:r>
        <w:t>تو پرافٹ نے کہا ائی السو کیپ فاسٹ، ائی بریک دا فاسٹ، ائی ابزرو دا پریئر، اینڈ ائی سلیپ ان دا نائٹ، اینڈ ائی السو وزٹ مائی وائف، اینڈ اینی پرسن ہو ڈز ناٹ فالو مائی وے از ناٹ فرام می۔</w:t>
      </w:r>
    </w:p>
    <w:p>
      <w:r>
        <w:rPr>
          <w:b/>
        </w:rPr>
        <w:t xml:space="preserve">[09:14] </w:t>
      </w:r>
      <w:r>
        <w:t>to is se apa, bara clear hota hai ke jaise aap ne bataya ke is dunya mein rehte hue jo hai, humein aagay apni zindagi batani bhi hai, humein da'wah work bhi karna hai.</w:t>
      </w:r>
    </w:p>
    <w:p>
      <w:pPr>
        <w:jc w:val="right"/>
      </w:pPr>
      <w:r>
        <w:t>تو اس سے آپا، بڑا کلیئر ہوتا ہے کہ جیسے آپ نے بتایا کہ اس دنیا میں رہتے ہوئے جو ہے، ہمیں آگے اپنی زندگی بتانی بھی ہے، ہمیں دعویٰ ورک بھی کرنا ہے۔</w:t>
      </w:r>
    </w:p>
    <w:p>
      <w:r>
        <w:rPr>
          <w:b/>
        </w:rPr>
        <w:t xml:space="preserve">[09:24] </w:t>
      </w:r>
      <w:r>
        <w:t>to monasticism is not the way in Islam, jaise aap ne bohat achay se samjhaya. apa, to ab is ke baad jo asal sawal aata hai, woh yeh ke rahbaniyat kya hai?</w:t>
      </w:r>
    </w:p>
    <w:p>
      <w:pPr>
        <w:jc w:val="right"/>
      </w:pPr>
      <w:r>
        <w:t>تو موناسٹیسزم از ناٹ دا وے ان اسلام، جیسے آپ نے بہت اچھے سے سمجھایا۔ آپا، تو اب اس کے بعد جو اصل سوال آتا ہے، وہ یہ کہ ربانیت کیا ہے؟</w:t>
      </w:r>
    </w:p>
    <w:p>
      <w:r>
        <w:rPr>
          <w:b/>
        </w:rPr>
        <w:t xml:space="preserve">[09:36] </w:t>
      </w:r>
      <w:r>
        <w:t>is ke bare mein aap batayen, is se woh difference jo hai, woh aap wazeh kar ke batayen.</w:t>
      </w:r>
    </w:p>
    <w:p>
      <w:pPr>
        <w:jc w:val="right"/>
      </w:pPr>
      <w:r>
        <w:t>اس کے بارے میں آپ بتائیں، اس سے وہ ڈفرنس جو ہے، وہ آپ واضح کر کے بتائیں۔</w:t>
      </w:r>
    </w:p>
    <w:p>
      <w:r>
        <w:rPr>
          <w:b/>
        </w:rPr>
        <w:t xml:space="preserve">[09:43] </w:t>
      </w:r>
      <w:r>
        <w:t>islam mein bhi God oriented life hi hamara goal hai, lekin bas woh method different hai. is liye ke islam ke mutabiq is dunya mein hum test ke liye aaye hain.</w:t>
      </w:r>
    </w:p>
    <w:p>
      <w:pPr>
        <w:jc w:val="right"/>
      </w:pPr>
      <w:r>
        <w:t>اسلام میں بھی گاڈ اورینٹڈ لائف ہی ہمارا گول ہے، لیکن بس وہ میتھڈ ڈفرنٹ ہے۔ اس لیے کہ اسلام کے مطابق اس دنیا میں ہم ٹیسٹ کے لیے آئے ہیں۔</w:t>
      </w:r>
    </w:p>
    <w:p>
      <w:r>
        <w:rPr>
          <w:b/>
        </w:rPr>
        <w:t xml:space="preserve">[09:54] </w:t>
      </w:r>
      <w:r>
        <w:t>ab aap sochiye ke agar aap full time akele ja ke jungle mein pahaar mein baithe rahen ge to aap ka test hi kahan hoga? aik bar mujhe bhi adat thi thora experiment karne ki.</w:t>
      </w:r>
    </w:p>
    <w:p>
      <w:pPr>
        <w:jc w:val="right"/>
      </w:pPr>
      <w:r>
        <w:t>اب آپ سوچیے کہ اگر آپ فل ٹائم اکیلے جا کے جنگل میں پہاڑ میں بیٹھے رہیں گے تو آپ کا ٹیسٹ ہی کہاں ہوگا؟ ایک بار مجھے بھی عادت تھی تھوڑا ایکسپیریمنٹ کرنے کی۔</w:t>
      </w:r>
    </w:p>
    <w:p>
      <w:r>
        <w:rPr>
          <w:b/>
        </w:rPr>
        <w:t xml:space="preserve">[10:06] </w:t>
      </w:r>
      <w:r>
        <w:t>to aik bar maine experiment kiya, maine kaha bas ab mein sirf namaz parhungi, Quran parhungi</w:t>
      </w:r>
    </w:p>
    <w:p>
      <w:pPr>
        <w:jc w:val="right"/>
      </w:pPr>
      <w:r>
        <w:t>تو ایک بار میں نے ایکسپیریمنٹ کیا، میں نے کہا بس اب میں صرف نماز پڑھوں گی، قرآن پڑھوں گ</w:t>
      </w:r>
    </w:p>
    <w:p>
      <w:r>
        <w:rPr>
          <w:b/>
        </w:rPr>
        <w:t xml:space="preserve">[10:12] </w:t>
      </w:r>
      <w:r>
        <w:t>ghar mein koi kaam nahin karungi. mein din raat Quran namaz parhne lagi. phir maine kaha yeh to bohat acha lag raha hai, to kuch kaam hi nahin karna par raha hai.</w:t>
      </w:r>
    </w:p>
    <w:p>
      <w:pPr>
        <w:jc w:val="right"/>
      </w:pPr>
      <w:r>
        <w:t>ی، گھر میں کوئی کام نہیں کروں گی۔ میں دن رات قرآن نماز پڑھنے لگی۔ پھر میں نے کہا یہ تو بہت اچھا لگ رہا ہے، تو کچھ کام ہی نہیں کرنا پڑ رہا ہے۔</w:t>
      </w:r>
    </w:p>
    <w:p>
      <w:r>
        <w:rPr>
          <w:b/>
        </w:rPr>
        <w:t xml:space="preserve">[10:23] </w:t>
      </w:r>
      <w:r>
        <w:t>to phir mujhe samajh mein aaya ke yeh aik adat ho jati hai.</w:t>
      </w:r>
    </w:p>
    <w:p>
      <w:pPr>
        <w:jc w:val="right"/>
      </w:pPr>
      <w:r>
        <w:t>تو پھر مجھے سمجھ میں آیا کہ یہ ایک عادت ہو جاتی ہے۔</w:t>
      </w:r>
    </w:p>
    <w:p>
      <w:r>
        <w:rPr>
          <w:b/>
        </w:rPr>
        <w:t xml:space="preserve">[10:28] </w:t>
      </w:r>
      <w:r>
        <w:t>har waqt Quran parta rahe, har waqt namaz parta rahe, to woh aik adat ho jati hai. to is mein jo hai, woh hamara test nahin hota. woh to wohi humein acha lagne lagta hai.</w:t>
      </w:r>
    </w:p>
    <w:p>
      <w:pPr>
        <w:jc w:val="right"/>
      </w:pPr>
      <w:r>
        <w:t>ہر وقت قرآن پڑھتا رہے، ہر وقت نماز پڑھتا رہے، تو وہ ایک عادت ہو جاتی ہے۔ تو اس میں جو ہے، وہ ہمارا ٹیسٹ نہیں ہوتا۔ وہ تو وہی ہمیں اچھا لگنے لگتا ہے۔</w:t>
      </w:r>
    </w:p>
    <w:p>
      <w:r>
        <w:rPr>
          <w:b/>
        </w:rPr>
        <w:t xml:space="preserve">[10:38] </w:t>
      </w:r>
      <w:r>
        <w:t>to hamara test wahi hai ke hum is dunya mein rahen aur is dunya mein Khuda ki marzi ke mutabiq apni zindagi guzaren. kisi ne hamein ghussa kar diya, kisi ne hamara koi haq maar liya, kisi se hamein koi doosri takleef pahunch gayi, hum us ko Khuda ki marzi ke mutabiq, Khuda ke kehne ke mutabiq, hum us ko maaf karte hain ke nahin, hum us ko is se darguzar karte hain ke nahin, hum ignore karte hain ke nahin.</w:t>
      </w:r>
    </w:p>
    <w:p>
      <w:pPr>
        <w:jc w:val="right"/>
      </w:pPr>
      <w:r>
        <w:t>تو ہمارا ٹیسٹ وہی ہے کہ ہم اس دنیا میں رہیں اور اس دنیا میں خدا کی مرضی کے مطابق اپنی زندگی گزاریں۔ کسی نے ہمیں غصہ کر دیا، کسی نے ہمارا کوئی حق مار لیا، کسی سے ہمیں کوئی دوسری تکلیف پہنچ گئی، ہم اس کو خدا کی مرضی کے مطابق، خدا کے کہنے کے مطابق، ہم اس کو معاف کرتے ہیں کہ نہیں، ہم اس کو اس سے درگزر کرتے ہیں کہ نہیں، ہم اگنور کرتے ہیں کہ نہیں۔</w:t>
      </w:r>
    </w:p>
    <w:p>
      <w:r>
        <w:rPr>
          <w:b/>
        </w:rPr>
        <w:t xml:space="preserve">[11:03] </w:t>
      </w:r>
      <w:r>
        <w:t>yahi to hamara test hai. to agar hum har waqt namaz roza karte rahen ge to hamara test hi nahin hoga. to Islam mein jo hai, Maulana ne likha hai ke intellectual monasticism hai, jis ko Maulana kehte hain fikri rehbaniyat.</w:t>
      </w:r>
    </w:p>
    <w:p>
      <w:pPr>
        <w:jc w:val="right"/>
      </w:pPr>
      <w:r>
        <w:t>یہی تو ہمارا ٹیسٹ ہے۔ تو اگر ہم ہر وقت نماز روزہ کرتے رہیں گے تو ہمارا ٹیسٹ ہی نہیں ہوگا۔ تو اسلام میں جو ہے، مولانا نے لکھا ہے کہ انٹلیکچول موناسٹیسزم ہے، جس کو مولانا کہتے ہیں فکری رہبانیت۔</w:t>
      </w:r>
    </w:p>
    <w:p>
      <w:r>
        <w:rPr>
          <w:b/>
        </w:rPr>
        <w:t xml:space="preserve">[11:17] </w:t>
      </w:r>
      <w:r>
        <w:t>to yeh kitab hai, bohat hi is is topic par bohat achhi kitab hai. to</w:t>
      </w:r>
    </w:p>
    <w:p>
      <w:pPr>
        <w:jc w:val="right"/>
      </w:pPr>
      <w:r>
        <w:t>تو یہ کتاب ہے، بہت ہی اس اس ٹاپک پر بہت اچھی کتاب ہے۔ تو</w:t>
      </w:r>
    </w:p>
    <w:p>
      <w:r>
        <w:rPr>
          <w:b/>
        </w:rPr>
        <w:t xml:space="preserve">[11:23] </w:t>
      </w:r>
      <w:r>
        <w:t>is mein detail mein aap log parh sakte hain.</w:t>
      </w:r>
    </w:p>
    <w:p>
      <w:pPr>
        <w:jc w:val="right"/>
      </w:pPr>
      <w:r>
        <w:t>اس میں ڈیٹیل میں آپ لوگ پڑھ سکتے ہیں۔</w:t>
      </w:r>
    </w:p>
    <w:p>
      <w:r>
        <w:rPr>
          <w:b/>
        </w:rPr>
        <w:t xml:space="preserve">[11:28] </w:t>
      </w:r>
      <w:r>
        <w:t>to yeh jo fikri rehbaniyat ka matlab, thought ke level par rehbaniyat, intellectual seclusion, to woh jo hai, isi dunya mein rehte hue hum dunya se be raghbat ho jayen, yeh zyada difficult hai.</w:t>
      </w:r>
    </w:p>
    <w:p>
      <w:pPr>
        <w:jc w:val="right"/>
      </w:pPr>
      <w:r>
        <w:t>تو یہ جو فکری رہبانیت کا مطلب، تھاٹ کے لیول پر رہبانیت، انٹلیکچول سکلوجن، تو وہ جو ہے، اسی دنیا میں رہتے ہوئے ہم دنیا سے بے رغبت ہو جائیں، یہ زیادہ ڈیفیکلٹ ہے۔</w:t>
      </w:r>
    </w:p>
    <w:p>
      <w:r>
        <w:rPr>
          <w:b/>
        </w:rPr>
        <w:t xml:space="preserve">[11:43] </w:t>
      </w:r>
      <w:r>
        <w:t>aur ja ke kahin jangul pahar mein rahen, din raat jo bhi ibadat karte rahen, to hamein to wahi achha lagne lage ga.</w:t>
      </w:r>
    </w:p>
    <w:p>
      <w:pPr>
        <w:jc w:val="right"/>
      </w:pPr>
      <w:r>
        <w:t>اور جا کے کہیں جنگل پہاڑ میں رہیں، دن رات جو بھی عبادت کرتے رہیں، تو ہمیں تو وہی اچھا لگنے لگے گا۔</w:t>
      </w:r>
    </w:p>
    <w:p>
      <w:r>
        <w:rPr>
          <w:b/>
        </w:rPr>
        <w:t xml:space="preserve">[11:51] </w:t>
      </w:r>
      <w:r>
        <w:t>aadat par jati hai is ki. to lekin is dunya mein tarah tarah ke masail face karte hue aur Khuda ke command ke mutabiq zindagi guzaren ge, to is se hamara ek to intellectual development hoga, hamari personality grow kare gi, hamare andar maturity aayegi.</w:t>
      </w:r>
    </w:p>
    <w:p>
      <w:pPr>
        <w:jc w:val="right"/>
      </w:pPr>
      <w:r>
        <w:t>عادت پڑ جاتی ہے اس کی۔ تو لیکن اس دنیا میں طرح طرح کے مسائل فیس کرتے ہوئے اور خدا کے کمانڈ کے مطابق زندگی گزاریں گے، تو اس سے ہمارا ایک تو انٹلیکچول ڈیویلپمنٹ ہوگا، ہماری پرسنیلٹی گرو کرے گی، ہمارے اندر میچورٹی آئے گی۔</w:t>
      </w:r>
    </w:p>
    <w:p>
      <w:r>
        <w:rPr>
          <w:b/>
        </w:rPr>
        <w:t xml:space="preserve">[12:09] </w:t>
      </w:r>
      <w:r>
        <w:t>to isi mein jo hai, hamein woh jo intellectual development aur spiritual development ek hi cheez hai.</w:t>
      </w:r>
    </w:p>
    <w:p>
      <w:pPr>
        <w:jc w:val="right"/>
      </w:pPr>
      <w:r>
        <w:t>تو اسی میں جو ہے، ہمیں وہ جو انٹلیکچول ڈیویلپمنٹ اور اسپریچول ڈیویلپمنٹ ایک ہی چیز ہے۔</w:t>
      </w:r>
    </w:p>
    <w:p>
      <w:r>
        <w:rPr>
          <w:b/>
        </w:rPr>
        <w:t xml:space="preserve">[12:18] </w:t>
      </w:r>
      <w:r>
        <w:t>to is tarah se Islam mein woh nahin hai jo Sufism waghera mein mana jata hai ke heart jo hai, woh hai spirituality ka khazana hai.</w:t>
      </w:r>
    </w:p>
    <w:p>
      <w:pPr>
        <w:jc w:val="right"/>
      </w:pPr>
      <w:r>
        <w:t>تو اس طریقے سے اسلام میں وہ نہیں ہے جو صوفیزم وغیرہ میں مانا جاتا ہے کہ ہارٹ جو ہے، وہ ہے اسپریچولٹی کا خزانہ ہے۔</w:t>
      </w:r>
    </w:p>
    <w:p>
      <w:r>
        <w:rPr>
          <w:b/>
        </w:rPr>
        <w:t xml:space="preserve">[12:28] </w:t>
      </w:r>
      <w:r>
        <w:t>heart ke upar zabrein laga laga kar is mein is ko awaken karo, wahan se spirituality mile gi. yeh nahin hai. mind, Maulana ne har jagah bar bar likha hai ke Islam ki spirituality jo hai, woh mind based hai,</w:t>
      </w:r>
    </w:p>
    <w:p>
      <w:pPr>
        <w:jc w:val="right"/>
      </w:pPr>
      <w:r>
        <w:t>ہارٹ کے اوپر ضربیں لگا لگا کر اس میں اس کو اویکن کرو، وہاں سے اسپریچولٹی ملے گی۔ یہ نہیں ہے۔ مائنڈ، مولانا نے ہر جگہ بار بار لکھا ہے کہ اسلام کی اسپریچولٹی جو ہے، وہ مائنڈ بیسڈ ہے،</w:t>
      </w:r>
    </w:p>
    <w:p>
      <w:r>
        <w:rPr>
          <w:b/>
        </w:rPr>
        <w:t xml:space="preserve">[12:42] </w:t>
      </w:r>
      <w:r>
        <w:t>ki</w:t>
      </w:r>
    </w:p>
    <w:p>
      <w:pPr>
        <w:jc w:val="right"/>
      </w:pPr>
      <w:r>
        <w:t>کی</w:t>
      </w:r>
    </w:p>
    <w:p>
      <w:r>
        <w:rPr>
          <w:b/>
        </w:rPr>
        <w:t xml:space="preserve">[12:43] </w:t>
      </w:r>
      <w:r>
        <w:t>unke heart to siwaye blood circulation ke, ek matlab ek pump ki kaam karta hai blood circulation ke liye. is mein sochne ki koi salahiyat hi nahin hai.</w:t>
      </w:r>
    </w:p>
    <w:p>
      <w:pPr>
        <w:jc w:val="right"/>
      </w:pPr>
      <w:r>
        <w:t>ونکہ ہارٹ تو سوائے بلڈ سرکولیشن کے، ایک مطلب ایک پمپ کی کام کرتا ہے بلڈ سرکولیشن کے لیے۔ اس میں سوچنے کی کوئی صلاحیت ہی نہیں ہے۔</w:t>
      </w:r>
    </w:p>
    <w:p>
      <w:r>
        <w:rPr>
          <w:b/>
        </w:rPr>
        <w:t xml:space="preserve">[12:53] </w:t>
      </w:r>
      <w:r>
        <w:t>sochne ki salahiyat to dimagh mein hi hai. to hamein apne dimagh ko train karna hai. hamein hamein Quran ki study karni hai, hadith ki study karni hai, Rasool Allah Salallahu Alaihi Wasallam ki zindagi ko dekhna hai.</w:t>
      </w:r>
    </w:p>
    <w:p>
      <w:pPr>
        <w:jc w:val="right"/>
      </w:pPr>
      <w:r>
        <w:t>سوچنے کی صلاحیت تو دماغ میں ہی ہے۔ تو ہمیں اپنے دماغ کو ٹرین کرنا ہے۔ ہمیں ہمیں قرآن کی اسٹڈی کرنی ہے، حدیث کی اسٹڈی کرنی ہے، رسول اللہ صلی اللہ علیہ وسلم کی زندگی کو دیکھنا ہے۔</w:t>
      </w:r>
    </w:p>
    <w:p>
      <w:r>
        <w:rPr>
          <w:b/>
        </w:rPr>
        <w:t xml:space="preserve">[13:08] </w:t>
      </w:r>
      <w:r>
        <w:t>to</w:t>
      </w:r>
    </w:p>
    <w:p>
      <w:pPr>
        <w:jc w:val="right"/>
      </w:pPr>
      <w:r>
        <w:t>تو</w:t>
      </w:r>
    </w:p>
    <w:p>
      <w:r>
        <w:rPr>
          <w:b/>
        </w:rPr>
        <w:t xml:space="preserve">[13:09] </w:t>
      </w:r>
      <w:r>
        <w:t>woh yahi yahi hum ko Quran mein milta hai. Surah Aal-e-Imran mein hai, verse 79, is mein kaun rabbani?</w:t>
      </w:r>
    </w:p>
    <w:p>
      <w:pPr>
        <w:jc w:val="right"/>
      </w:pPr>
      <w:r>
        <w:t>وہ یہی یہی ہم کو قرآن میں ملتا ہے۔ سورہ آل عمران میں ہے، ورس 79، اس میں کون ربانی؟</w:t>
      </w:r>
    </w:p>
    <w:p>
      <w:r>
        <w:rPr>
          <w:b/>
        </w:rPr>
        <w:t xml:space="preserve">[13:18] </w:t>
      </w:r>
      <w:r>
        <w:t>Rabb wale bano. to Rabb wale jo bano, to woh ghore karna. is mein poora ayat hai, lambi si, woh bataya hai ke tum zameen o aasman ki jo nishaniyan hain, us par ghore karo.</w:t>
      </w:r>
    </w:p>
    <w:p>
      <w:pPr>
        <w:jc w:val="right"/>
      </w:pPr>
      <w:r>
        <w:t>رب والے بنو۔ تو رب والے جو بنو، تو وہ غور کرنا۔ اس میں پورا آیت ہے، لمبی سی، وہ بتایا ہے کہ تم زمین و آسمان کی جو نشانیاں ہیں، اس پر غور کرو۔</w:t>
      </w:r>
    </w:p>
    <w:p>
      <w:r>
        <w:rPr>
          <w:b/>
        </w:rPr>
        <w:t xml:space="preserve">[13:30] </w:t>
      </w:r>
      <w:r>
        <w:t>to jab hum ghore karen ge, to is se hamein pata chalega ke Khuda jo hai, kitna ba kamal hai aur Khuda ki marzi ka, Khuda ki blessings ka.</w:t>
      </w:r>
    </w:p>
    <w:p>
      <w:pPr>
        <w:jc w:val="right"/>
      </w:pPr>
      <w:r>
        <w:t>تو جب ہم غور کریں گے، تو اس سے ہمیں پتہ چلے گا کہ خدا جو ہے، کتنا باکمال ہے اور خدا کی مرضی کا، خدا کی بلیسنگز کا۔</w:t>
      </w:r>
    </w:p>
    <w:p>
      <w:r>
        <w:rPr>
          <w:b/>
        </w:rPr>
        <w:t xml:space="preserve">[13:41] </w:t>
      </w:r>
      <w:r>
        <w:t>to Khuda manim hai, to woh sara hamare zehn mein aata chala jayega. to hum Khuda ko realize karen ge, Khuda ko discover karen ge.</w:t>
      </w:r>
    </w:p>
    <w:p>
      <w:pPr>
        <w:jc w:val="right"/>
      </w:pPr>
      <w:r>
        <w:t>تو خدا منیم ہے، تو وہ سارا ہمارے ذہن میں آتا چلا جائے گا۔ تو ہم خدا کو ریلائز کریں گے، خدا کو ڈسکور کریں گے۔</w:t>
      </w:r>
    </w:p>
    <w:p>
      <w:r>
        <w:rPr>
          <w:b/>
        </w:rPr>
        <w:t xml:space="preserve">[13:51] </w:t>
      </w:r>
      <w:r>
        <w:t>to har waqt jab hum Khuda ki koi blessings ko dekhen ge, to hamein Khuda yaad aayega.</w:t>
      </w:r>
    </w:p>
    <w:p>
      <w:pPr>
        <w:jc w:val="right"/>
      </w:pPr>
      <w:r>
        <w:t>تو ہر وقت جب ہم خدا کی کوئی بلیسنگز کو دیکھیں گے، تو ہمیں خدا یاد آئے گا۔</w:t>
      </w:r>
    </w:p>
    <w:p>
      <w:r>
        <w:rPr>
          <w:b/>
        </w:rPr>
        <w:t xml:space="preserve">[13:58] </w:t>
      </w:r>
      <w:r>
        <w:t>to yeh bilkul aise hi karte the Rasool Allah Salallahu Alaihi Wasallam ke har waqt Khuda ko yaad karte the, har mauqa mauqe par. woh nahin ke ek tasbeeh ho, parhte raho, parhte raho.</w:t>
      </w:r>
    </w:p>
    <w:p>
      <w:pPr>
        <w:jc w:val="right"/>
      </w:pPr>
      <w:r>
        <w:t>تو یہ بالکل ایسے ہی کرتے تھے رسول اللہ صلی اللہ علیہ وسلم کہ ہر وقت خدا کو یاد کرتے تھے، ہر موقع موقع پر۔ وہ نہیں کہ ایک تسبیح ہو، پڑھتے رہو، پڑھتے رہو۔</w:t>
      </w:r>
    </w:p>
    <w:p>
      <w:r>
        <w:rPr>
          <w:b/>
        </w:rPr>
        <w:t xml:space="preserve">[14:09] </w:t>
      </w:r>
      <w:r>
        <w:t>tasbeeh to log parhte rehte hain, baghair mind ko involve kiye hue, baghair. to woh adat hoti hai. adat nahin, balke hum soch soch kar kaam karen, jo bhi kaam karen.</w:t>
      </w:r>
    </w:p>
    <w:p>
      <w:pPr>
        <w:jc w:val="right"/>
      </w:pPr>
      <w:r>
        <w:t>تسبیح تو لوگ پڑھتے رہتے ہیں، بغیر مائنڈ کو انوالو کیے ہوئے، بغیر۔ تو وہ عادت ہوتی ہے۔ عادت نہیں، بلکہ ہم سوچ سوچ کر کام کریں، جو بھی کام کریں۔</w:t>
      </w:r>
    </w:p>
    <w:p>
      <w:r>
        <w:rPr>
          <w:b/>
        </w:rPr>
        <w:t xml:space="preserve">[14:19] </w:t>
      </w:r>
      <w:r>
        <w:t>koi bhi naya waqea hamare samne aaye,</w:t>
      </w:r>
    </w:p>
    <w:p>
      <w:pPr>
        <w:jc w:val="right"/>
      </w:pPr>
      <w:r>
        <w:t>کوئی بھی نیا واقعہ ہمارے سامنے آئے،</w:t>
      </w:r>
    </w:p>
    <w:p>
      <w:r>
        <w:rPr>
          <w:b/>
        </w:rPr>
        <w:t xml:space="preserve">[14:22] </w:t>
      </w:r>
      <w:r>
        <w:t>Rasool Allah Salallahu Alaihi Wasallam agar chidiya ko urte dekhte, to us se bhi woh kuch Khuda ki nishaniyon ki yaad dilate the.</w:t>
      </w:r>
    </w:p>
    <w:p>
      <w:pPr>
        <w:jc w:val="right"/>
      </w:pPr>
      <w:r>
        <w:t>رسول اللہ صلی اللہ علیہ وسلم اگر چڑیا کو اڑتے دیکھتے، تو اس سے بھی وہ کچھ خدا کی نشانیوں کی یاد دلاتے تھے۔</w:t>
      </w:r>
    </w:p>
    <w:p>
      <w:r>
        <w:rPr>
          <w:b/>
        </w:rPr>
        <w:t xml:space="preserve">[14:31] </w:t>
      </w:r>
      <w:r>
        <w:t>to is tarah se hamein har halat mein Khuda ko yaad karna hai aur Khuda ki marzi ke mutabiq is dunya mein zindagi guzarni hai.</w:t>
      </w:r>
    </w:p>
    <w:p>
      <w:pPr>
        <w:jc w:val="right"/>
      </w:pPr>
      <w:r>
        <w:t>تو اس طریقے سے ہمیں ہر حالت میں خدا کو یاد کرنا ہے اور خدا کی مرضی کے مطابق اس دنیا میں زندگی گزارنی ہے۔</w:t>
      </w:r>
    </w:p>
    <w:p>
      <w:r>
        <w:rPr>
          <w:b/>
        </w:rPr>
        <w:t xml:space="preserve">[14:41] </w:t>
      </w:r>
      <w:r>
        <w:t>to yahi hamara test hai aur isi se hum apne nafs ko pak kar sakenge.</w:t>
      </w:r>
    </w:p>
    <w:p>
      <w:pPr>
        <w:jc w:val="right"/>
      </w:pPr>
      <w:r>
        <w:t>تو یہی ہمارا ٹیسٹ ہے اور اسی سے ہم اپنے نفس کو پاک کر سکیں گے۔</w:t>
      </w:r>
    </w:p>
    <w:p>
      <w:r>
        <w:rPr>
          <w:b/>
        </w:rPr>
        <w:t xml:space="preserve">[14:47] </w:t>
      </w:r>
      <w:r>
        <w:t>dekhen, nafs jo hai, is dunya mein hum rehte hain, tarah tarah ke halaat hain, yahan par tarah tarah ke problems hote hain.</w:t>
      </w:r>
    </w:p>
    <w:p>
      <w:pPr>
        <w:jc w:val="right"/>
      </w:pPr>
      <w:r>
        <w:t>دیکھیں، نفس جو ہے، اس دنیا میں ہم رہتے ہیں، طرح طرح کے حالات ہیں، یہاں پر طرح طرح کے پرابلمز ہوتے ہیں۔</w:t>
      </w:r>
    </w:p>
    <w:p>
      <w:r>
        <w:rPr>
          <w:b/>
        </w:rPr>
        <w:t xml:space="preserve">[14:56] </w:t>
      </w:r>
      <w:r>
        <w:t>shaitan behkata hai, nafs behkata hai, hamari desires hum ko ghalat raaste par le jati hain. to wo humein apne aap ko is ko samajhna hai, alert rehna hai.</w:t>
      </w:r>
    </w:p>
    <w:p>
      <w:pPr>
        <w:jc w:val="right"/>
      </w:pPr>
      <w:r>
        <w:t>شیطان بہکاتا ہے، نفس بہکاتا ہے، ہماری ڈیزائرز ہم کو غلط راستے پر لے جاتی ہیں۔ تو وہ ہمیں اپنے آپ کو اس کو سمجھنا ہے، الرٹ رہنا ہے۔</w:t>
      </w:r>
    </w:p>
    <w:p>
      <w:r>
        <w:rPr>
          <w:b/>
        </w:rPr>
        <w:t xml:space="preserve">[15:06] </w:t>
      </w:r>
      <w:r>
        <w:t>aur jahan bhi humein lage ke yahan humein shaitan ne behkaya hai, isi waqt hum la haula padhen aur isi waqt hum alert ho</w:t>
      </w:r>
    </w:p>
    <w:p>
      <w:pPr>
        <w:jc w:val="right"/>
      </w:pPr>
      <w:r>
        <w:t>اور جہاں بھی ہمیں لگے کہ یہاں ہمیں شیطان نے بہکایا ہے، اسی وقت ہم لا حول پڑھیں اور اسی وقت ہم الرٹ ہو</w:t>
      </w:r>
    </w:p>
    <w:p>
      <w:r>
        <w:rPr>
          <w:b/>
        </w:rPr>
        <w:t xml:space="preserve">[15:15] </w:t>
      </w:r>
      <w:r>
        <w:t>jayen. jaise kehte hain ke Hazrat Umar itna zyada alert the shaitan ke behkaye se ke shaitan darta tha, khud shaitan darta tha.</w:t>
      </w:r>
    </w:p>
    <w:p>
      <w:pPr>
        <w:jc w:val="right"/>
      </w:pPr>
      <w:r>
        <w:t>جائیں۔ جیسے کہتے ہیں کہ حضرت عمر اتنا زیادہ الرٹ تھے شیطان کے بہکائے سے کہ شیطان ڈرتا تھا، خود شیطان ڈرتا تھا۔</w:t>
      </w:r>
    </w:p>
    <w:p>
      <w:r>
        <w:rPr>
          <w:b/>
        </w:rPr>
        <w:t xml:space="preserve">[15:26] </w:t>
      </w:r>
      <w:r>
        <w:t>un ko foran pata chal jata tha ke yahan shaitan behka raha hai. to hum apne andar wo sensitivity apne andar paida karen ke hum ke jaise shaitan humein behkaye, humein pata chal jaye ke ye shaitani baat hai aur foran la haula padhne lagen.</w:t>
      </w:r>
    </w:p>
    <w:p>
      <w:pPr>
        <w:jc w:val="right"/>
      </w:pPr>
      <w:r>
        <w:t>ان کو فوراً پتہ چل جاتا تھا کہ یہاں شیطان بہکا رہا ہے۔ تو ہم اپنے اندر وہ سینسٹیوٹی اپنے اندر پیدا کریں کہ ہم کہ جیسے شیطان ہمیں بہکائے، ہمیں پتہ چل جائے کہ یہ شیطانی بات ہے اور فوراً لا حول پڑھنے لگیں۔</w:t>
      </w:r>
    </w:p>
    <w:p>
      <w:r>
        <w:rPr>
          <w:b/>
        </w:rPr>
        <w:t xml:space="preserve">[15:41] </w:t>
      </w:r>
      <w:r>
        <w:t>to wo hamari jo desires hoti hain, wo sab matlab need based life hamari honi chahiye. aur jahan humein kisi baat pe ghussa aaya, to hum foran samajh len ke ye shaitan behka raha hai.</w:t>
      </w:r>
    </w:p>
    <w:p>
      <w:pPr>
        <w:jc w:val="right"/>
      </w:pPr>
      <w:r>
        <w:t>تو وہ ہماری جو ڈیزائرز ہوتی ہیں، وہ سب مطلب نیڈ بیسڈ لائف ہماری ہونی چاہیے۔ اور جہاں ہمیں کسی بات پہ غصہ آیا، تو ہم فوراً سمجھ لیں کہ یہ شیطان بہکا رہا ہے۔</w:t>
      </w:r>
    </w:p>
    <w:p>
      <w:r>
        <w:rPr>
          <w:b/>
        </w:rPr>
        <w:t xml:space="preserve">[15:53] </w:t>
      </w:r>
      <w:r>
        <w:t>baat itni badi hoti nahi hai, lekin ghussa zyada hi aa jata hai. to is se maine isi yahi samjha ke shaitan is ko aggravate karta hai.</w:t>
      </w:r>
    </w:p>
    <w:p>
      <w:pPr>
        <w:jc w:val="right"/>
      </w:pPr>
      <w:r>
        <w:t>بات اتنی بڑی ہوتی نہیں ہے، لیکن غصہ زیادہ ہی آ جاتا ہے۔ تو اس سے میں نے اسی یہی سمجھا کہ شیطان اس کو ایگریویٹ کرتا ہے۔</w:t>
      </w:r>
    </w:p>
    <w:p>
      <w:r>
        <w:rPr>
          <w:b/>
        </w:rPr>
        <w:t xml:space="preserve">[16:02] </w:t>
      </w:r>
      <w:r>
        <w:t>to is tarike se wo baat badh jati hai.</w:t>
      </w:r>
    </w:p>
    <w:p>
      <w:pPr>
        <w:jc w:val="right"/>
      </w:pPr>
      <w:r>
        <w:t>تو اس طریقے سے وہ بات بڑھ جاتی ہے۔</w:t>
      </w:r>
    </w:p>
    <w:p>
      <w:r>
        <w:rPr>
          <w:b/>
        </w:rPr>
        <w:t xml:space="preserve">[16:05] </w:t>
      </w:r>
      <w:r>
        <w:t>to humein ye baat ko samajhna hoga aur tabhi hum ek god oriented life jo hai, guzar sakenge. apa, kisi bhi cheez ko agar sahi perspective se dekhen to mind ek dum address ho jata hai.</w:t>
      </w:r>
    </w:p>
    <w:p>
      <w:pPr>
        <w:jc w:val="right"/>
      </w:pPr>
      <w:r>
        <w:t>تو ہمیں یہ بات کو سمجھنا ہوگا اور تبھی ہم ایک گاڈ اورینٹڈ لائف جو ہے، گزار سکیں گے۔ آپا، کسی بھی چیز کو اگر صحیح پرسپیکٹو سے دیکھیں تو مائنڈ ایک دم ایڈریس ہو جاتا ہے۔</w:t>
      </w:r>
    </w:p>
    <w:p>
      <w:r>
        <w:rPr>
          <w:b/>
        </w:rPr>
        <w:t xml:space="preserve">[16:18] </w:t>
      </w:r>
      <w:r>
        <w:t>aap ne jaise bahut acha bataya ke Maulana ne jo lafz kaha ke fikri rehbaniyat, to ek dum jo subject hai, wo clear ho gaya. apa, mind based spirituality aur heart based spirituality ka aap ne zikr</w:t>
      </w:r>
    </w:p>
    <w:p>
      <w:pPr>
        <w:jc w:val="right"/>
      </w:pPr>
      <w:r>
        <w:t>آپ نے جیسے بہت اچھا بتایا کہ مولانا نے جو لفظ کہا کہ فکری رہبانیت، تو ایک دم جو سبجیکٹ ہے، وہ کلیئر ہو گیا۔ آپا، مائنڈ بیسڈ سپریچولیٹی اور ہارٹ بیسڈ سپریچولیٹی کا آپ نے ذکر</w:t>
      </w:r>
    </w:p>
    <w:p>
      <w:r>
        <w:rPr>
          <w:b/>
        </w:rPr>
        <w:t xml:space="preserve">[16:32] </w:t>
      </w:r>
      <w:r>
        <w:t>kiya. in fact, Maulana Wahiduddin Khan sahab ne in the world of spirituality ek bahut zabardast kaam kiya aur wo yehi ke is difference, is farq ko bataya ke heart based spirituality kya hai aur mind based spirituality kya hai.</w:t>
      </w:r>
    </w:p>
    <w:p>
      <w:pPr>
        <w:jc w:val="right"/>
      </w:pPr>
      <w:r>
        <w:t>کیا۔ ان فیکٹ، مولانا وحید الدین خان صاحب نے ان دا ورلڈ آف سپریچولیٹی ایک بہت زبردست کام کیا اور وہ یہی کہ اس ڈیفرنس، اس فرق کو بتایا کہ ہارٹ بیسڈ سپریچولیٹی کیا ہے اور مائنڈ بیسڈ سپریچولیٹی کیا ہے۔</w:t>
      </w:r>
    </w:p>
    <w:p>
      <w:r>
        <w:rPr>
          <w:b/>
        </w:rPr>
        <w:t xml:space="preserve">[16:46] </w:t>
      </w:r>
      <w:r>
        <w:t>kyunki apa, history mein agar dekhen to log logon ne aksar spirituality ko heart se jod kar spirituality ko ek mysterious subject bana</w:t>
      </w:r>
    </w:p>
    <w:p>
      <w:pPr>
        <w:jc w:val="right"/>
      </w:pPr>
      <w:r>
        <w:t>کیونکہ آپا، ہسٹری میں اگر دیکھیں تو لوگ لوگوں نے اکثر سپریچولیٹی کو ہارٹ سے جوڑ کر سپریچولیٹی کو ایک مسٹیریس سبجیکٹ بنا</w:t>
      </w:r>
    </w:p>
    <w:p>
      <w:r>
        <w:rPr>
          <w:b/>
        </w:rPr>
        <w:t xml:space="preserve">[16:55] </w:t>
      </w:r>
      <w:r>
        <w:t>diya. lekin jab Maulana Wahiduddin Khan sahab ne is ko mind se joda, to wo mysterious subject se ek scientific subject ho gaya.</w:t>
      </w:r>
    </w:p>
    <w:p>
      <w:pPr>
        <w:jc w:val="right"/>
      </w:pPr>
      <w:r>
        <w:t>دیا۔ لیکن جب مولانا وحید الدین خان صاحب نے اس کو مائنڈ سے جوڑا، تو وہ مسٹیریس سبجیکٹ سے ایک سائنٹیفک سبجیکٹ ہو گیا۔</w:t>
      </w:r>
    </w:p>
    <w:p>
      <w:r>
        <w:rPr>
          <w:b/>
        </w:rPr>
        <w:t xml:space="preserve">[17:03] </w:t>
      </w:r>
      <w:r>
        <w:t>aur agar hum Quran aur Hadees ko bhi dekhen, apa, to is mein bhi yehi humein milta hai ke spirituality jo hai, wo mind based hi hai.</w:t>
      </w:r>
    </w:p>
    <w:p>
      <w:pPr>
        <w:jc w:val="right"/>
      </w:pPr>
      <w:r>
        <w:t>اور اگر ہم قرآن اور حدیث کو بھی دیکھیں، آپا، تو اس میں بھی یہی ہمیں ملتا ہے کہ سپریچولیٹی جو ہے، وہ مائنڈ بیسڈ ہی ہے۔</w:t>
      </w:r>
    </w:p>
    <w:p>
      <w:r>
        <w:rPr>
          <w:b/>
        </w:rPr>
        <w:t xml:space="preserve">[17:12] </w:t>
      </w:r>
      <w:r>
        <w:t>Quran mein bhi tadabbur, tafakkur, tasawwum ke bare mein</w:t>
      </w:r>
    </w:p>
    <w:p>
      <w:pPr>
        <w:jc w:val="right"/>
      </w:pPr>
      <w:r>
        <w:t>قرآن میں بھی تدبر، تفکر، توسم کے بارے میں</w:t>
      </w:r>
    </w:p>
    <w:p>
      <w:r>
        <w:rPr>
          <w:b/>
        </w:rPr>
        <w:t xml:space="preserve">[17:16] </w:t>
      </w:r>
      <w:r>
        <w:t>aaya hai. to apa, aap ne abhi jaise bade acche se explain kiya, to main chahunga ke ye heart based spirituality aur mind based spirituality ka jo difference hai, is ko aap aur acche se wazeh karen.</w:t>
      </w:r>
    </w:p>
    <w:p>
      <w:pPr>
        <w:jc w:val="right"/>
      </w:pPr>
      <w:r>
        <w:t>آیا ہے۔ تو آپا، آپ نے ابھی جیسے بڑے اچھے سے ایکسپلین کیا، تو میں چاہوں گا کہ یہ ہارٹ بیسڈ سپریچولیٹی اور مائنڈ بیسڈ سپریچولیٹی کا جو ڈیفرنس ہے، اس کو آپ اور اچھے سے واضح کریں۔</w:t>
      </w:r>
    </w:p>
    <w:p>
      <w:r>
        <w:rPr>
          <w:b/>
        </w:rPr>
        <w:t xml:space="preserve">[17:32] </w:t>
      </w:r>
      <w:r>
        <w:t>dekhen, heart based spirituality mein humein kuch milta nahi.</w:t>
      </w:r>
    </w:p>
    <w:p>
      <w:pPr>
        <w:jc w:val="right"/>
      </w:pPr>
      <w:r>
        <w:t>دیکھیں، ہارٹ بیسڈ سپریچولیٹی میں ہمیں کچھ ملتا نہیں۔</w:t>
      </w:r>
    </w:p>
    <w:p>
      <w:r>
        <w:rPr>
          <w:b/>
        </w:rPr>
        <w:t xml:space="preserve">[17:37] </w:t>
      </w:r>
      <w:r>
        <w:t>wo ek qism ki jaise hum bahut zyada duaen padh rahe hon, bahut zyada aur khaas taur par awaz ke sath, to wo sunte sunte sunte sunte dimagh jo hai na, wo aisa lagta hai ke is ke andar thoda ecstasy type, jis ko ihtijaz kehte hain, trance kehte hain, matlab ghanton ghanton aap sunte rahen, to wo ek trance type ki kaifiyat develop ho jati hai.</w:t>
      </w:r>
    </w:p>
    <w:p>
      <w:pPr>
        <w:jc w:val="right"/>
      </w:pPr>
      <w:r>
        <w:t>وہ ایک قسم کی جیسے ہم بہت زیادہ دعائیں پڑھ رہے ہوں، بہت زیادہ اور خاص طور پر آواز کے ساتھ، تو وہ سنتے سنتے سنتے سنتے دماغ جو ہے نا، وہ ایسا لگتا ہے کہ اس کے اندر تھوڑا ایکسٹریسی ٹائپ، جس کو احتجاز کہتے ہیں، ٹرانس کہتے ہیں، مطلب گھنٹوں گھنٹوں آپ سنتے رہیں، تو وہ ایک ٹرانس ٹائپ کی کیفیت ڈیویلپ ہو جاتی ہے۔</w:t>
      </w:r>
    </w:p>
    <w:p>
      <w:r>
        <w:rPr>
          <w:b/>
        </w:rPr>
        <w:t xml:space="preserve">[18:04] </w:t>
      </w:r>
      <w:r>
        <w:t>is se hamara koi purification nahi hota ke hamara purification of the self jo tazkiya-e-nafs hai, wo nahi hota. wo to humein bas lutf aane lagta hai, acha lagne lagta hai.</w:t>
      </w:r>
    </w:p>
    <w:p>
      <w:pPr>
        <w:jc w:val="right"/>
      </w:pPr>
      <w:r>
        <w:t>اس سے ہمارا کوئی پیوریفیکیشن نہیں ہوتا کہ ہمارا پیوریفیکیشن آف دا سیلف جو تزکیہ نفس ہے، وہ نہیں ہوتا۔ وہ تو ہمیں بس لطف آنے لگتا ہے، اچھا لگنے لگتا ہے۔</w:t>
      </w:r>
    </w:p>
    <w:p>
      <w:r>
        <w:rPr>
          <w:b/>
        </w:rPr>
        <w:t xml:space="preserve">[18:15] </w:t>
      </w:r>
      <w:r>
        <w:t>wo to wo jo hai, wo nahi karna hai humein, balki Maulana ne contemplation par bahut zyada zor diya hai. isi tarah Sahaba log jo the, wo thoda sa Quran padhte the, lekin us ko bahut zyada ghaur ghaur karne ke sath us par ghaur karte rehte the.</w:t>
      </w:r>
    </w:p>
    <w:p>
      <w:pPr>
        <w:jc w:val="right"/>
      </w:pPr>
      <w:r>
        <w:t>وہ تو وہ جو ہے، وہ نہیں کرنا ہے ہمیں، بلکہ مولانا نے کنٹیمپلیشن پر بہت زیادہ زور دیا ہے۔ اسی طرح صحابہ لوگ جو تھے، وہ تھوڑا سا قرآن پڑھتے تھے، لیکن اس کو بہت زیادہ غور غور کرنے کے ساتھ اس پر غور کرتے رہتے تھے۔</w:t>
      </w:r>
    </w:p>
    <w:p>
      <w:r>
        <w:rPr>
          <w:b/>
        </w:rPr>
        <w:t xml:space="preserve">[18:34] </w:t>
      </w:r>
      <w:r>
        <w:t>Hazrat Umar to sirf das ayat padhte the, us par ghaur karte rehte the, us ko us ko apni zindagi mein apply karte the. to ghaur o fikr karne se humein is mein jo gehri maani hain, wo ghaur o fikr se humein milengi.</w:t>
      </w:r>
    </w:p>
    <w:p>
      <w:pPr>
        <w:jc w:val="right"/>
      </w:pPr>
      <w:r>
        <w:t>حضرت عمر تو صرف دس آیت پڑھتے تھے، اس پر غور کرتے رہتے تھے، اس کو اس کو اپنی زندگی میں اپلائی کرتے تھے۔ تو غور و فکر کرنے سے ہمیں اس میں جو گہری معنی ہیں، وہ غور و فکر سے ہمیں ملیں گی۔</w:t>
      </w:r>
    </w:p>
    <w:p>
      <w:r>
        <w:rPr>
          <w:b/>
        </w:rPr>
        <w:t xml:space="preserve">[18:48] </w:t>
      </w:r>
      <w:r>
        <w:t>to humein contemplation karna hai. jo cheez bhi hum study karen, us par ghaur o fikr karen. jaise aaj kal chala hai ke bahut tezi se Quran padh jate hain,</w:t>
      </w:r>
    </w:p>
    <w:p>
      <w:pPr>
        <w:jc w:val="right"/>
      </w:pPr>
      <w:r>
        <w:t>تو ہمیں کنٹیمپلیشن کرنا ہے۔ جو چیز بھی ہم اسٹڈی کریں، اس پر غور و فکر کریں۔ جیسے آج کل چلا ہے کہ بہت تیزی سے قرآن پڑھ جاتے ہیں،</w:t>
      </w:r>
    </w:p>
    <w:p>
      <w:r>
        <w:rPr>
          <w:b/>
        </w:rPr>
        <w:t xml:space="preserve">[18:58] </w:t>
      </w:r>
      <w:r>
        <w:t>bahut hi speed, bahut hi speed se, aur is ka maani matlab baghair samjhe hue. to aaj kal kuch aisa hai, log samajhte hain ke sirf alfaaz ko dohra dene mein barkat hai.</w:t>
      </w:r>
    </w:p>
    <w:p>
      <w:pPr>
        <w:jc w:val="right"/>
      </w:pPr>
      <w:r>
        <w:t>بہت ہی سپیڈ، بہت ہی سپیڈ سے، اور اس کا معنی مطلب بغیر سمجھے ہوئے۔ تو آج کل کچھ ایسا ہے، لوگ سمجھتے ہیں کہ صرف الفاظ کو دہرا دینے میں برکت ہے۔</w:t>
      </w:r>
    </w:p>
    <w:p>
      <w:r>
        <w:rPr>
          <w:b/>
        </w:rPr>
        <w:t xml:space="preserve">[19:10] </w:t>
      </w:r>
      <w:r>
        <w:t>aisa nahi hai. alfaaz ke sath sath is ke maani ko samajhna, apni zindagi mein is ko utarna, ye zaroori hai. aur phir Quran ke sath sath jo aaj kal jo science ka zamana aaya hai, discoveries tarah tarah ki ho rahi hain, to</w:t>
      </w:r>
    </w:p>
    <w:p>
      <w:pPr>
        <w:jc w:val="right"/>
      </w:pPr>
      <w:r>
        <w:t>ایسا نہیں ہے۔ الفاظ کے ساتھ ساتھ اس کے معنی کو سمجھنا، اپنی زندگی میں اس کو اتارنا، یہ ضروری ہے۔ اور پھر قرآن کے ساتھ ساتھ جو آج کل جو سائنس کا زمانہ آیا ہے، ڈسکوریز طرح طرح کی ہو رہی ہیں، تو</w:t>
      </w:r>
    </w:p>
    <w:p>
      <w:r>
        <w:rPr>
          <w:b/>
        </w:rPr>
        <w:t xml:space="preserve">[19:26] </w:t>
      </w:r>
      <w:r>
        <w:t>wo us par ghaur o fikr karna. har cheez jo hai, wo jo poori creation hai, wo Allah taala ne isi liye itni badi dunya banai taake hamare liye jo hai, ghaur o fikr karne ke liye be hisab saman rahe.</w:t>
      </w:r>
    </w:p>
    <w:p>
      <w:pPr>
        <w:jc w:val="right"/>
      </w:pPr>
      <w:r>
        <w:t>وہ اس پر غور و فکر کرنا۔ ہر چیز جو ہے، وہ جو پوری کریشن ہے، وہ اللہ تعالی نے اسی لیے اتنی بڑی دنیا بنائی تاکہ ہمارے لیے جو ہے، غور و فکر کرنے کے لیے بے حساب سامان رہے۔</w:t>
      </w:r>
    </w:p>
    <w:p>
      <w:r>
        <w:rPr>
          <w:b/>
        </w:rPr>
        <w:t xml:space="preserve">[19:42] </w:t>
      </w:r>
      <w:r>
        <w:t>to hum is waqt zameen, aasman, yeh quran mein bhi bataya gaya hai, lekin is waqt hamara canvas jo hai, limited tha. ab science ne is ko unlimited kar diya hai.</w:t>
      </w:r>
    </w:p>
    <w:p>
      <w:pPr>
        <w:jc w:val="right"/>
      </w:pPr>
      <w:r>
        <w:t>تو ہم اس وقت زمین، آسمان، یہ قرآن میں بھی بتایا گیا ہے، لیکن اس وقت ہمارا کینوس جو ہے، لمیٹڈ تھا۔ اب سائنس نے اس کو ان لمیٹڈ کر دیا ہے۔</w:t>
      </w:r>
    </w:p>
    <w:p>
      <w:r>
        <w:rPr>
          <w:b/>
        </w:rPr>
        <w:t xml:space="preserve">[19:52] </w:t>
      </w:r>
      <w:r>
        <w:t>to bohat ziyada hum is ko dekhen, ghor karen.</w:t>
      </w:r>
    </w:p>
    <w:p>
      <w:pPr>
        <w:jc w:val="right"/>
      </w:pPr>
      <w:r>
        <w:t>تو بہت زیادہ ہم اس کو دیکھیں، غور کریں۔</w:t>
      </w:r>
    </w:p>
    <w:p>
      <w:r>
        <w:rPr>
          <w:b/>
        </w:rPr>
        <w:t xml:space="preserve">[19:57] </w:t>
      </w:r>
      <w:r>
        <w:t>maulana choti choti baton se bohat baray baray lessons nikalte thay, isi liye ke woh sochte rehte thay, jis ko quran mein tawsuf kaha gaya hai.</w:t>
      </w:r>
    </w:p>
    <w:p>
      <w:pPr>
        <w:jc w:val="right"/>
      </w:pPr>
      <w:r>
        <w:t>مولانا چھوٹی چھوٹی باتوں سے بہت بڑے بڑے لیسنز نکالتے تھے، اسی لیے کہ وہ سوچتے رہتے تھے، جس کو قرآن میں توسم کہا گیا ہے۔</w:t>
      </w:r>
    </w:p>
    <w:p>
      <w:r>
        <w:rPr>
          <w:b/>
        </w:rPr>
        <w:t xml:space="preserve">[20:06] </w:t>
      </w:r>
      <w:r>
        <w:t>to in in ka woh tha jo batate thay, ek likha bhi hai is par, jaise honey bee hoti hai. to honey bee jab urrti hai subah ko, jati hai nectar collect karne ke liye,</w:t>
      </w:r>
    </w:p>
    <w:p>
      <w:pPr>
        <w:jc w:val="right"/>
      </w:pPr>
      <w:r>
        <w:t>تو ان ان کا وہ تھا جو بتاتے تھے، ایک لکھا بھی ہے اس پر، جیسے ہنی بی ہوتی ہے۔ تو ہنی بی جب اڑتی ہے صبح کو، جاتی ہے نیکٹر کلیکٹ کرنے کے لیے،</w:t>
      </w:r>
    </w:p>
    <w:p>
      <w:r>
        <w:rPr>
          <w:b/>
        </w:rPr>
        <w:t xml:space="preserve">[20:21] </w:t>
      </w:r>
      <w:r>
        <w:t>to woh jati hai jangl mein. jangl mein bohat sarey pear hotey hain, to</w:t>
      </w:r>
    </w:p>
    <w:p>
      <w:pPr>
        <w:jc w:val="right"/>
      </w:pPr>
      <w:r>
        <w:t>تو وہ جاتی ہے جنگل میں۔ جنگل میں بہت سارے پیڑ ہوتے ہیں، تو</w:t>
      </w:r>
    </w:p>
    <w:p>
      <w:r>
        <w:rPr>
          <w:b/>
        </w:rPr>
        <w:t xml:space="preserve">[20:26] </w:t>
      </w:r>
      <w:r>
        <w:t>woh bilkul focused hoti hai. woh jangl mein is pear par jaye gi jahan phool honge, aur us phool mein koi bhi branches nahi dekhe gi, kuch nahi dekhe gi, poora phool bhi nahi dekhe gi.</w:t>
      </w:r>
    </w:p>
    <w:p>
      <w:pPr>
        <w:jc w:val="right"/>
      </w:pPr>
      <w:r>
        <w:t>وہ بالکل فوکسڈ ہوتی ہے۔ وہ جنگل میں اس پیڑ پر جائے گی جہاں پھول ہوں گے، اور اس پھول میں کوئی بھی برانچز نہیں دیکھے گی، کچھ نہیں دیکھے گی، پورا پھول بھی نہیں دیکھے گی۔</w:t>
      </w:r>
    </w:p>
    <w:p>
      <w:r>
        <w:rPr>
          <w:b/>
        </w:rPr>
        <w:t xml:space="preserve">[20:40] </w:t>
      </w:r>
      <w:r>
        <w:t>us phool ke jo beech mein jo nectar hota hai, to bas woh nectar le gi aur aur chali jaye gi. to yahi maulana ne bataya ke isi tarah se hum logon ko focus karna hai, ke</w:t>
      </w:r>
    </w:p>
    <w:p>
      <w:pPr>
        <w:jc w:val="right"/>
      </w:pPr>
      <w:r>
        <w:t>اس پھول کے جو بیچ میں جو نیکٹر ہوتا ہے، تو بس وہ نیکٹر لے گی اور اور چلی جائے گی۔ تو یہی مولانا نے بتایا کہ اسی طریقے سے ہم لوگوں کو فوکس کرنا ہے، کی</w:t>
      </w:r>
    </w:p>
    <w:p>
      <w:r>
        <w:rPr>
          <w:b/>
        </w:rPr>
        <w:t xml:space="preserve">[20:54] </w:t>
      </w:r>
      <w:r>
        <w:t>yunke jab tak hum focus nahi karenge, hamein gehri baatein samajh mein nahi ayengi. jo meanings chhupi hui hain quran mein bhi aur kainat mein bhi, woh bohat ziyada ghor o fikr karne se hamein samajh mein ati hain.</w:t>
      </w:r>
    </w:p>
    <w:p>
      <w:pPr>
        <w:jc w:val="right"/>
      </w:pPr>
      <w:r>
        <w:t>ونکہ جب تک ہم فوکس نہیں کریں گے، ہمیں گہری باتیں سمجھ میں نہیں آئیں گی۔ جو میننگز چھپی ہوئی ہیں قرآن میں بھی اور کائنات میں بھی، وہ بہت زیادہ غور و فکر کرنے سے ہمیں سمجھ میں آتی ہیں۔</w:t>
      </w:r>
    </w:p>
    <w:p>
      <w:r>
        <w:rPr>
          <w:b/>
        </w:rPr>
        <w:t xml:space="preserve">[21:08] </w:t>
      </w:r>
      <w:r>
        <w:t>to bohat ziyada hamein ghor o fikr karna hai. har madi cheezon mein rohani pehlu chupa hua hai.</w:t>
      </w:r>
    </w:p>
    <w:p>
      <w:pPr>
        <w:jc w:val="right"/>
      </w:pPr>
      <w:r>
        <w:t>تو بہت زیادہ ہمیں غور و فکر کرنا ہے۔ ہر مادی چیزوں میں روحانی پہلو چھپا ہوا ہے۔</w:t>
      </w:r>
    </w:p>
    <w:p>
      <w:r>
        <w:rPr>
          <w:b/>
        </w:rPr>
        <w:t xml:space="preserve">[21:15] </w:t>
      </w:r>
      <w:r>
        <w:t>to misal ke tor par, ek maine tasweer dekhi jo bari chirya hoti hai, mother bird hoti hai, woh apne chhote bachon ko aur munh mein woh le kar ati hai, chhote chhote keeday lati hai aur aur un ke munh mein dalti hai.</w:t>
      </w:r>
    </w:p>
    <w:p>
      <w:pPr>
        <w:jc w:val="right"/>
      </w:pPr>
      <w:r>
        <w:t>تو مثال کے طور پر، ایک میں نے تصویر دیکھی جو بڑی چڑیا ہوتی ہے، مدر برڈ ہوتی ہے، وہ اپنے چھوٹے بچوں کو اور منہ میں وہ لے کر آتی ہے، چھوٹے چھوٹے کیڑے لاتی ہے اور اور ان کے منہ میں ڈالتی ہے۔</w:t>
      </w:r>
    </w:p>
    <w:p>
      <w:r>
        <w:rPr>
          <w:b/>
        </w:rPr>
        <w:t xml:space="preserve">[21:30] </w:t>
      </w:r>
      <w:r>
        <w:t>to yeh maulana ne kaha ke dekho, isi tarah se kitna bachcha helpless lagta hai. agar maa is ko khilaye nahi to woh to mar jaye ga.</w:t>
      </w:r>
    </w:p>
    <w:p>
      <w:pPr>
        <w:jc w:val="right"/>
      </w:pPr>
      <w:r>
        <w:t>تو یہ مولانا نے کہا کہ دیکھو، اسی طریقے سے کتنا بچہ ہیلپ لیس لگتا ہے۔ اگر ماں اس کو کھلائے نہیں تو وہ تو مر جائے گا۔</w:t>
      </w:r>
    </w:p>
    <w:p>
      <w:r>
        <w:rPr>
          <w:b/>
        </w:rPr>
        <w:t xml:space="preserve">[21:40] </w:t>
      </w:r>
      <w:r>
        <w:t>to ek dam aise hi insan hai. in</w:t>
      </w:r>
    </w:p>
    <w:p>
      <w:pPr>
        <w:jc w:val="right"/>
      </w:pPr>
      <w:r>
        <w:t>تو ایک دم ایسے ہی انسان ہے۔ ان</w:t>
      </w:r>
    </w:p>
    <w:p>
      <w:r>
        <w:rPr>
          <w:b/>
        </w:rPr>
        <w:t xml:space="preserve">[21:43] </w:t>
      </w:r>
      <w:r>
        <w:t>san sab se pehle apne ajz ko daryaft kare ke insan ki koi hesiyat nahi hai. agar khuda hamein na khilaye, khuda hamein na pilaye, khuda hamari tamam zarooraton ka saman na kare, to hum survive nahi kar sakte.</w:t>
      </w:r>
    </w:p>
    <w:p>
      <w:pPr>
        <w:jc w:val="right"/>
      </w:pPr>
      <w:r>
        <w:t>سان سب سے پہلے اپنے عجز کو دریافت کرے کہ انسان کی کوئی حیثیت نہیں ہے۔ اگر خدا ہمیں نہ کھلائے، خدا ہمیں نہ پلائے، خدا ہماری تمام ضرورتوں کا سامان نہ کرے، تو ہم سروائیو نہیں کر سکتے۔</w:t>
      </w:r>
    </w:p>
    <w:p>
      <w:r>
        <w:rPr>
          <w:b/>
        </w:rPr>
        <w:t xml:space="preserve">[21:58] </w:t>
      </w:r>
      <w:r>
        <w:t>to ek ek cheez se jo madi cheezein hain, isi se hamein spiritual lessons lene hain. isi ko tawsuf kaha gaya hai.</w:t>
      </w:r>
    </w:p>
    <w:p>
      <w:pPr>
        <w:jc w:val="right"/>
      </w:pPr>
      <w:r>
        <w:t>تو ایک ایک چیز سے جو مادی چیزیں ہیں، اسی سے ہمیں سپریچول لیسنز لینے ہیں۔ اسی کو توسم کہا گیا ہے۔</w:t>
      </w:r>
    </w:p>
    <w:p>
      <w:r>
        <w:rPr>
          <w:b/>
        </w:rPr>
        <w:t xml:space="preserve">[22:09] </w:t>
      </w:r>
      <w:r>
        <w:t>to yeh contemplation se maloom hoga.</w:t>
      </w:r>
    </w:p>
    <w:p>
      <w:pPr>
        <w:jc w:val="right"/>
      </w:pPr>
      <w:r>
        <w:t>تو یہ کنٹیمپلیشن سے معلوم ہوگا۔</w:t>
      </w:r>
    </w:p>
    <w:p>
      <w:r>
        <w:rPr>
          <w:b/>
        </w:rPr>
        <w:t xml:space="preserve">[22:12] </w:t>
      </w:r>
      <w:r>
        <w:t>contemplation se jab aadmi gehrai se ghor o fikr kare ga, meditation se nahi hota. meditation ka to yeh hai tareeqa ke apna ek kamre mein baith ke kuch alfaaz hotey hain, aam tor par quranic alfaaz hotey hain, jo sufia sufia ke haan isi ko dohrate rehte hain, dohrate rehte hain.</w:t>
      </w:r>
    </w:p>
    <w:p>
      <w:pPr>
        <w:jc w:val="right"/>
      </w:pPr>
      <w:r>
        <w:t>کنٹیمپلیشن سے جب آدمی گہرائی سے غور و فکر کرے گا، میڈیٹیشن سے نہیں ہوتا۔ میڈیٹیشن کا تو یہ ہے طریقہ کہ اپنا ایک کمرے میں بیٹھ کے کچھ الفاظ ہوتے ہیں، عام طور پر قرآنی الفاظ ہوتے ہیں، جو صوفیاء صوفیاء کے ہاں اسی کو دہراتے رہتے ہیں، دہراتے رہتے ہیں۔</w:t>
      </w:r>
    </w:p>
    <w:p>
      <w:r>
        <w:rPr>
          <w:b/>
        </w:rPr>
        <w:t xml:space="preserve">[22:31] </w:t>
      </w:r>
      <w:r>
        <w:t>is mein ghor o fikr kuch nahi karte, sirf dohrate rehte hain.</w:t>
      </w:r>
    </w:p>
    <w:p>
      <w:pPr>
        <w:jc w:val="right"/>
      </w:pPr>
      <w:r>
        <w:t>اس میں غور و فکر کچھ نہیں کرتے، صرف دہراتے رہتے ہیں۔</w:t>
      </w:r>
    </w:p>
    <w:p>
      <w:r>
        <w:rPr>
          <w:b/>
        </w:rPr>
        <w:t xml:space="preserve">[22:35] </w:t>
      </w:r>
      <w:r>
        <w:t>to islam ki jo spirituality hai, woh ghor o fikr se ati hai. aur phir jab insan apne aap ko apna tazkiya e nafs karta hai, to woh farishton se qareeb ho jata hai.</w:t>
      </w:r>
    </w:p>
    <w:p>
      <w:pPr>
        <w:jc w:val="right"/>
      </w:pPr>
      <w:r>
        <w:t>تو اسلام کی جو سپریچولیٹی ہے، وہ غور و فکر سے آتی ہے۔ اور پھر جب انسان اپنے آپ کو اپنا تزکیہ نفس کرتا ہے، تو وہ فرشتوں سے قریب ہو جاتا ہے۔</w:t>
      </w:r>
    </w:p>
    <w:p>
      <w:r>
        <w:rPr>
          <w:b/>
        </w:rPr>
        <w:t xml:space="preserve">[22:47] </w:t>
      </w:r>
      <w:r>
        <w:t>farishton ke zariye se woh inspired hota hai. to is tarah se is ki spirituality mein izafa hota rehta hai. apa, bohat achhe se aap ne yeh wazeh kiya ke islam ki spirituality ghor o fikr se ati hai, aur ghor o fikr heart se nahi, mind se related hai.</w:t>
      </w:r>
    </w:p>
    <w:p>
      <w:pPr>
        <w:jc w:val="right"/>
      </w:pPr>
      <w:r>
        <w:t>فرشتوں کے ذریعے سے وہ انسپائر ہوتا ہے۔ تو اس طریقے سے اس کی سپریچولیٹی میں اضافہ ہوتا رہتا ہے۔ آپا، بہت اچھے سے آپ نے یہ واضح کیا کہ اسلام کی سپریچولیٹی غور و فکر سے آتی ہے، اور غور و فکر آپا ہارٹ سے نہیں، مائنڈ سے ریلیٹڈ ہے۔</w:t>
      </w:r>
    </w:p>
    <w:p>
      <w:r>
        <w:rPr>
          <w:b/>
        </w:rPr>
        <w:t xml:space="preserve">[23:05] </w:t>
      </w:r>
      <w:r>
        <w:t>lekin meri bhi apa jab kai logon se baat hoti hai spirituality ke subject pe, to aksar mein dekhta hoon ke woh words mein hi phanse rehte hain. heart ko le ke zyada emphasize karte hain, jabke aap ne bohat achhe se wazeh kiya ke heart is nothing but an organ to pump blood.</w:t>
      </w:r>
    </w:p>
    <w:p>
      <w:pPr>
        <w:jc w:val="right"/>
      </w:pPr>
      <w:r>
        <w:t>لیکن میری بھی آپا جب کئی لوگوں سے بات ہوتی ہے سپریچولیٹی کے سبجیکٹ پہ، تو اکثر میں دیکھتا ہوں کہ وہ ورڈز میں ہی پھنسے رہتے ہیں۔ ہارٹ کو لے کے زیادہ ایمفسائز کرتے ہیں، جبکہ آپ نے بہت اچھے سے واضح کیا کہ ہارٹ از نتھنگ بٹ این ارگن ٹو پمپ بل</w:t>
      </w:r>
    </w:p>
    <w:p>
      <w:r>
        <w:rPr>
          <w:b/>
        </w:rPr>
        <w:t xml:space="preserve">[23:21] </w:t>
      </w:r>
      <w:r>
        <w:t>blood. apa, hazrat Anas se riwayat hai, woh kehte thay ke jab sahaba prophet ke sath baithte thay, to woh hadith ko repeat karte thay, aur jab session khatam ho jata tha, aur woh khare hotay thay, to hazrat Anas ne farmaya ke it seemed as if the hadith were bred in our heart.</w:t>
      </w:r>
    </w:p>
    <w:p>
      <w:pPr>
        <w:jc w:val="right"/>
      </w:pPr>
      <w:r>
        <w:t>ڈ۔ آپا، حضرت انس سے روایت ہے، وہ کہتے تھے کہ جب صحابہ پرافٹ کے ساتھ بیٹھتے تھے، تو وہ حدیث کو ریپیٹ کرتے تھے، اور جب سیشن ختم ہو جاتا تھا، اور وہ کھڑے ہوتے تھے، تو حضرت انس نے فرمایا کہ اٹ سیمڈ ایز اف دی حدیث وار بریڈ ان اور ہارٹ۔</w:t>
      </w:r>
    </w:p>
    <w:p>
      <w:r>
        <w:rPr>
          <w:b/>
        </w:rPr>
        <w:t xml:space="preserve">[23:42] </w:t>
      </w:r>
      <w:r>
        <w:t>to ab bred in our heart ka agar literal meaning to bilkul samajh nahi ayega, is ka matlab yahi hai ke mind ke level pe woh ek settle down</w:t>
      </w:r>
    </w:p>
    <w:p>
      <w:pPr>
        <w:jc w:val="right"/>
      </w:pPr>
      <w:r>
        <w:t>تو اب بریڈ ان اور ہارٹ کا اگر لٹرل میننگ تو بالکل سمجھ نہیں آئے گا، اس کا مطلب یہی ہے کہ مائنڈ کے لیول پہ وہ ایک سیٹل ڈاؤن</w:t>
      </w:r>
    </w:p>
    <w:p>
      <w:r>
        <w:rPr>
          <w:b/>
        </w:rPr>
        <w:t xml:space="preserve">[23:51] </w:t>
      </w:r>
      <w:r>
        <w:t>ho gaya. isi tarah se hazrat Umar ibn al-Aas ne ek bar yeh kaha ke jab prophet gathering ko address karte thay, to he would fixed his face towards the naughty person in the crowd, and he would keep looking and addressing that person till he captured his heart.</w:t>
      </w:r>
    </w:p>
    <w:p>
      <w:pPr>
        <w:jc w:val="right"/>
      </w:pPr>
      <w:r>
        <w:t>ہو گیا۔ اسی طریقے سے حضرت عمر ابن العاص نے ایک بار یہ کہا کہ جب پرافٹ گیدرنگ کو ایڈریس کرتے تھے، تو ہی وڈ فکسڈ ہز فیس ٹورڈز دا ناٹی پرسن ان دا کراؤڈ، اینڈ ہی وڈ کیپ لوکنگ اینڈ ایڈریسنگ دیٹ پرسن ٹل ہی کیپچرڈ ہز ہارٹ۔</w:t>
      </w:r>
    </w:p>
    <w:p>
      <w:r>
        <w:rPr>
          <w:b/>
        </w:rPr>
        <w:t xml:space="preserve">[24:10] </w:t>
      </w:r>
      <w:r>
        <w:t>to apa, capturing the heart bhi agar dekhen, ka matlab hi yahi hai ke us ke mind ko address kar diya unho</w:t>
      </w:r>
    </w:p>
    <w:p>
      <w:pPr>
        <w:jc w:val="right"/>
      </w:pPr>
      <w:r>
        <w:t>تو آپا، کیپچرنگ دا ہارٹ بھی اگر دیکھیں، کا مطلب ہی یہی ہے کہ اس کے مائنڈ کو ایڈریس کر دیا انہوں</w:t>
      </w:r>
    </w:p>
    <w:p>
      <w:r>
        <w:rPr>
          <w:b/>
        </w:rPr>
        <w:t xml:space="preserve">[24:16] </w:t>
      </w:r>
      <w:r>
        <w:t>ne. to yeh lafz ko le ke log jo hain, ek baray jo ek spiritual ka jo concept hai, jo main maqsad hai, us ko woh theek se pakar nahi paate, jo aap ne bohat achhe se us ko wazeh kiya.</w:t>
      </w:r>
    </w:p>
    <w:p>
      <w:pPr>
        <w:jc w:val="right"/>
      </w:pPr>
      <w:r>
        <w:t>نے۔ تو یہ لفظ کو لے کے لوگ جو ہیں، ایک بڑے جو ایک سپریچول کا جو کانسیپٹ ہے، جو مین مقصد ہے، اس کو وہ ٹھیک سے پکڑ نہیں پاتے، جو آپ نے بہت اچھے سے اس کو واضح کیا۔</w:t>
      </w:r>
    </w:p>
    <w:p>
      <w:r>
        <w:rPr>
          <w:b/>
        </w:rPr>
        <w:t xml:space="preserve">[24:31] </w:t>
      </w:r>
      <w:r>
        <w:t>apa, aglay sawal ki taraf rukh karna chahunga. jaisa ke tazkiya ko agar hum dekhen, to it is a continuous process, and a person has to be watchful of ones action, ones speech.</w:t>
      </w:r>
    </w:p>
    <w:p>
      <w:pPr>
        <w:jc w:val="right"/>
      </w:pPr>
      <w:r>
        <w:t>آپا، اگلے سوال کی طرف رخ کرنا چاہوں گا۔ جیسا کہ تزکیہ کو اگر ہم دیکھیں، تو اٹ از ا کنٹینیوس پروسیس، اینڈ ا پرسن ہیز ٹو بی واچ فل اف ونز ایکشن، ونز سپیچ۔</w:t>
      </w:r>
    </w:p>
    <w:p>
      <w:r>
        <w:rPr>
          <w:b/>
        </w:rPr>
        <w:t xml:space="preserve">[24:46] </w:t>
      </w:r>
      <w:r>
        <w:t>to apa, aik jo sawal zehan mein aata hai ke source kya hota hai tazkiya ka? what is the source of tazkiya? is ke baray mein aap hum sab ko bataen.</w:t>
      </w:r>
    </w:p>
    <w:p>
      <w:pPr>
        <w:jc w:val="right"/>
      </w:pPr>
      <w:r>
        <w:t>تو آپا، ایک جو سوال ذہن میں آتا ہے کہ سورس کیا ہوتا ہے تزکیہ کا؟ واٹ از دا سورس اف تزکیہ؟ اس کے بارے میں آپ ہم سب کو بتائیں۔</w:t>
      </w:r>
    </w:p>
    <w:p>
      <w:r>
        <w:rPr>
          <w:b/>
        </w:rPr>
        <w:t xml:space="preserve">[24:58] </w:t>
      </w:r>
      <w:r>
        <w:t>source pehle to wahi hai ke ghor o fikr karna. har har jo tajurba hamare upar guzarta hai, us par sochna. agar sochen ge nahi to koi bhi gehri baat hum samajh nahi sakte.</w:t>
      </w:r>
    </w:p>
    <w:p>
      <w:pPr>
        <w:jc w:val="right"/>
      </w:pPr>
      <w:r>
        <w:t>سورس پہلے تو وہی ہے کہ غور و فکر کرنا۔ ہر ہر جو تجربہ ہمارے اوپر گزرتا ہے، اس پر سوچنا۔ اگر سوچیں گے نہیں تو کوئی بھی گہری بات ہم سمجھ نہیں سکتے۔</w:t>
      </w:r>
    </w:p>
    <w:p>
      <w:r>
        <w:rPr>
          <w:b/>
        </w:rPr>
        <w:t xml:space="preserve">[25:10] </w:t>
      </w:r>
      <w:r>
        <w:t>quran mein aaya hai surah al-imran mein ke zameen o asman mein Allah ki nishaniyan dekho,</w:t>
      </w:r>
    </w:p>
    <w:p>
      <w:pPr>
        <w:jc w:val="right"/>
      </w:pPr>
      <w:r>
        <w:t>قرآن میں آیا ہے سورہ آل عمران میں کہ زمین و آسمان میں اللہ کی نشانیاں دیکھو،</w:t>
      </w:r>
    </w:p>
    <w:p>
      <w:r>
        <w:rPr>
          <w:b/>
        </w:rPr>
        <w:t xml:space="preserve">[25:16] </w:t>
      </w:r>
      <w:r>
        <w:t>is ke zariye tum apne rab ko pehchano ge. to wahi khud quran mein bataya gaya hai ke har baat par socho, ghor o fikr karo.</w:t>
      </w:r>
    </w:p>
    <w:p>
      <w:pPr>
        <w:jc w:val="right"/>
      </w:pPr>
      <w:r>
        <w:t>اس کے ذریعے تم اپنے رب کو پہچانو گے۔ تو وہی خود قرآن میں بتایا گیا ہے کہ ہر بات پر سوچو، غور و فکر کرو۔</w:t>
      </w:r>
    </w:p>
    <w:p>
      <w:r>
        <w:rPr>
          <w:b/>
        </w:rPr>
        <w:t xml:space="preserve">[25:24] </w:t>
      </w:r>
      <w:r>
        <w:t>jab ghor o fikr karen ge, tab bar bar aisi cheezen hum discover kar paen ge jo hamare iman mein, hamare yaqeen mein izafa karen gi.</w:t>
      </w:r>
    </w:p>
    <w:p>
      <w:pPr>
        <w:jc w:val="right"/>
      </w:pPr>
      <w:r>
        <w:t>جب غور و فکر کریں گے، تب بار بار ایسی چیزیں ہم ڈسکور کر پائیں گے جو ہمارے ایمان میں، ہمارے یقین میں اضافہ کریں گی۔</w:t>
      </w:r>
    </w:p>
    <w:p>
      <w:r>
        <w:rPr>
          <w:b/>
        </w:rPr>
        <w:t xml:space="preserve">[25:34] </w:t>
      </w:r>
      <w:r>
        <w:t>to khud rasool Allah salallahu alaihi wasallam musalsal khamosh baithe sochte rehte the. sahaba khamosh rehte the, sochte rehte the,</w:t>
      </w:r>
    </w:p>
    <w:p>
      <w:pPr>
        <w:jc w:val="right"/>
      </w:pPr>
      <w:r>
        <w:t>تو خود رسول اللہ صلی اللہ علیہ وسلم مسلسل خاموش بیٹھے سوچتے رہتے تھے۔ صحابہ خاموش رہتے تھے، سوچتے رہتے تھے،</w:t>
      </w:r>
    </w:p>
    <w:p>
      <w:r>
        <w:rPr>
          <w:b/>
        </w:rPr>
        <w:t xml:space="preserve">[25:43] </w:t>
      </w:r>
      <w:r>
        <w:t>kyun ke hamare mind mein dekhen, har cheez potential ke roop mein hai. to wo potential jab bohat ziyada hum sochte hain, tabhi wo actual banta hai.</w:t>
      </w:r>
    </w:p>
    <w:p>
      <w:pPr>
        <w:jc w:val="right"/>
      </w:pPr>
      <w:r>
        <w:t>کیونکہ ہمارے مائنڈ میں دیکھیں، ہر چیز پوٹینشل کے روپ میں ہے۔ تو وہ پوٹینشل جب بہت زیادہ ہم سوچتے ہیں، تبھی وہ ایکچول بنتا ہے۔</w:t>
      </w:r>
    </w:p>
    <w:p>
      <w:r>
        <w:rPr>
          <w:b/>
        </w:rPr>
        <w:t xml:space="preserve">[25:55] </w:t>
      </w:r>
      <w:r>
        <w:t>tamam scientists ke sath aise hi hua hai. dekhen, aam aadmi ko kyun nahi discoveries hoti? kyun ke scientist jab bohat ziyada apne aap ko bilkul gharaq kar dete hain, sochte rehte hain, din raat sochte rehte hain, so</w:t>
      </w:r>
    </w:p>
    <w:p>
      <w:pPr>
        <w:jc w:val="right"/>
      </w:pPr>
      <w:r>
        <w:t>تمام سائنس دانوں کے ساتھ ایسے ہی ہوا ہے۔ دیکھیں، عام آدمی کو کیوں نہیں ڈسکوریز ہوتی؟ کیونکہ سائنس دان جب بہت زیادہ اپنے آپ کو بالکل غرق کر دیتے ہیں، سوچتے رہتے ہیں، دن رات سوچتے رہتے ہیں، سو</w:t>
      </w:r>
    </w:p>
    <w:p>
      <w:r>
        <w:rPr>
          <w:b/>
        </w:rPr>
        <w:t xml:space="preserve">[26:11] </w:t>
      </w:r>
      <w:r>
        <w:t>chte rehte hain, tab ja ke aisa kaha wo hai ke Allah taala ne tamam baton ko hamare mind mein daal diya hai.</w:t>
      </w:r>
    </w:p>
    <w:p>
      <w:pPr>
        <w:jc w:val="right"/>
      </w:pPr>
      <w:r>
        <w:t>چتے رہتے ہیں، تب جا کے ایسا کہا وہ ہے کہ اللہ تعالی نے تمام باتوں کو ہمارے مائنڈ میں ڈال دیا ہے۔</w:t>
      </w:r>
    </w:p>
    <w:p>
      <w:r>
        <w:rPr>
          <w:b/>
        </w:rPr>
        <w:t xml:space="preserve">[26:20] </w:t>
      </w:r>
      <w:r>
        <w:t>billions and trillions of cells hain hamare mind mein, sab kuch hai, lekin wo potential ke roop mein hai. to is par jab bohat ziyada pressure dalta hai, tab ja ke wo hamare samne aata hai.</w:t>
      </w:r>
    </w:p>
    <w:p>
      <w:pPr>
        <w:jc w:val="right"/>
      </w:pPr>
      <w:r>
        <w:t>بلینز اینڈ ٹریلینز اف سیلز ہیں ہمارے مائنڈ میں، سب کچھ ہے، لیکن وہ پوٹینشل کے روپ میں ہے۔ تو اس پر جب بہت زیادہ پریشر ڈلتا ہے، تب جا کے وہ ہمارے سامنے آتا ہے۔</w:t>
      </w:r>
    </w:p>
    <w:p>
      <w:r>
        <w:rPr>
          <w:b/>
        </w:rPr>
        <w:t xml:space="preserve">[26:33] </w:t>
      </w:r>
      <w:r>
        <w:t>to kisi ne kaha ke bhai, bohat sari jo aisi discoveries hain, jo aisi ho gayin, chance discoveries hoti hain.</w:t>
      </w:r>
    </w:p>
    <w:p>
      <w:pPr>
        <w:jc w:val="right"/>
      </w:pPr>
      <w:r>
        <w:t>تو کسی نے کہا کہ بھئی، بہت ساری جو ایسی ڈسکوریز ہیں، جو ایسی ہو گئیں، چانس ڈسکوریز ہوتی ہیں۔</w:t>
      </w:r>
    </w:p>
    <w:p>
      <w:r>
        <w:rPr>
          <w:b/>
        </w:rPr>
        <w:t xml:space="preserve">[26:42] </w:t>
      </w:r>
      <w:r>
        <w:t>to is ne jawab diya doosre ne ke wo chance discoveries scientist ko hi pesh aati hain, kyun ke wo din raat soch raha hai, soch raha hai, to us ko samajh mein aati hain.</w:t>
      </w:r>
    </w:p>
    <w:p>
      <w:pPr>
        <w:jc w:val="right"/>
      </w:pPr>
      <w:r>
        <w:t>تو اس نے جواب دیا دوسرے نے کہ وہ چانس ڈسکوریز سائنس دان کو ہی پیش آتی ہیں، کیونکہ وہ دن رات سوچ رہا ہے، سوچ رہا ہے، تو اس کو سمجھ میں آتی ہیں۔</w:t>
      </w:r>
    </w:p>
    <w:p>
      <w:r>
        <w:rPr>
          <w:b/>
        </w:rPr>
        <w:t xml:space="preserve">[26:52] </w:t>
      </w:r>
      <w:r>
        <w:t>aam aadmi ko kyun nahi samajh mein aati? to jaise misal ke tor par Einstein, Einstein ko bohat sab se bara scientist mana jata hai.</w:t>
      </w:r>
    </w:p>
    <w:p>
      <w:pPr>
        <w:jc w:val="right"/>
      </w:pPr>
      <w:r>
        <w:t>عام آدمی کو کیوں نہیں سمجھ میں آتی؟ تو جیسے مثال کے طور پر آئنسٹائن، آئنسٹائن کو بہت سب سے بڑا سائنس دان مانا جاتا ہے۔</w:t>
      </w:r>
    </w:p>
    <w:p>
      <w:r>
        <w:rPr>
          <w:b/>
        </w:rPr>
        <w:t xml:space="preserve">[27:03] </w:t>
      </w:r>
      <w:r>
        <w:t>to us ko aik bar kisi ne panch hazar pound ka check diya. ab wo is qadar soch mein gharaq tha ke us ne is check book ko bookmark bana diya.</w:t>
      </w:r>
    </w:p>
    <w:p>
      <w:pPr>
        <w:jc w:val="right"/>
      </w:pPr>
      <w:r>
        <w:t>تو اس کو ایک بار کسی نے پانچ ہزار پاؤنڈ کا چیک دیا۔ اب وہ اس قدر سوچ میں غرق تھا کہ اس نے اس چیک بک کو چیک کو بک مارک بنا دیا۔</w:t>
      </w:r>
    </w:p>
    <w:p>
      <w:r>
        <w:rPr>
          <w:b/>
        </w:rPr>
        <w:t xml:space="preserve">[27:14] </w:t>
      </w:r>
      <w:r>
        <w:t>ab wo kitab parhta raha, parhta raha, yahan tak ke kai mahina guzar gaya to pata chala ke wo is ka time hi khatam ho gaya tha. to jab aap dekhte hain ke choti choti baaten jo hain, wo itna ziyada sochne par maloom hoti hain, discover hoti hain, to yahan to humein God realization karna hai.</w:t>
      </w:r>
    </w:p>
    <w:p>
      <w:pPr>
        <w:jc w:val="right"/>
      </w:pPr>
      <w:r>
        <w:t>اب وہ کتاب پڑھتا رہا، پڑھتا رہا، یہاں تک کہ کئی مہینہ گزر گیا تو پتہ چلا کہ وہ اس کا ٹائم ہی ختم ہو گیا تھا۔ تو جب آپ دیکھتے ہیں کہ چھوٹی چھوٹی باتیں جو ہیں، وہ اتنا زیادہ سوچنے پر معلوم ہوتی ہیں، ڈسکور ہوتی ہیں، تو یہاں تو ہمیں گاڈ ریلائزیشن کرنا ہے۔</w:t>
      </w:r>
    </w:p>
    <w:p>
      <w:r>
        <w:rPr>
          <w:b/>
        </w:rPr>
        <w:t xml:space="preserve">[27:32] </w:t>
      </w:r>
      <w:r>
        <w:t>to humein to sochna hi pare ga. baghair soche jo hain, hum Khuda ka realization nahi kar sakte. to is ko is ke liye bohat sare alfaaz aaye hain quran mein: tafakkur, tadabbur, tazakkur, tawakkul, ta'aqqul, tasammum.</w:t>
      </w:r>
    </w:p>
    <w:p>
      <w:pPr>
        <w:jc w:val="right"/>
      </w:pPr>
      <w:r>
        <w:t>تو ہمیں تو سوچنا ہی پڑے گا۔ بغیر سوچے جو ہیں، ہم خدا کا ریلائزیشن نہیں کر سکتے۔ تو اس کو اس کے لیے بہت سارے الفاظ آئے ہیں قرآن میں: تفکر، تدبر، تذکر، توکل، تعقل، توسم۔</w:t>
      </w:r>
    </w:p>
    <w:p>
      <w:r>
        <w:rPr>
          <w:b/>
        </w:rPr>
        <w:t xml:space="preserve">[27:48] </w:t>
      </w:r>
      <w:r>
        <w:t>to ye sab alfaaz aaye hain, so so bar ye sab alfaaz aaye hain ke tum log kaise ho ke sochte nahi ho?</w:t>
      </w:r>
    </w:p>
    <w:p>
      <w:pPr>
        <w:jc w:val="right"/>
      </w:pPr>
      <w:r>
        <w:t>تو یہ سب الفاظ آئے ہیں، سو سو بار یہ سب الفاظ آئے ہیں کہ تم لوگ کیسے ہو کہ سوچتے نہیں ہو؟</w:t>
      </w:r>
    </w:p>
    <w:p>
      <w:r>
        <w:rPr>
          <w:b/>
        </w:rPr>
        <w:t xml:space="preserve">[27:58] </w:t>
      </w:r>
      <w:r>
        <w:t>to baghair soche hue koi baat samajh mein nahi aati</w:t>
      </w:r>
    </w:p>
    <w:p>
      <w:pPr>
        <w:jc w:val="right"/>
      </w:pPr>
      <w:r>
        <w:t>تو بغیر سوچے ہوئے کوئی بات سمجھ میں نہیں آتی</w:t>
      </w:r>
    </w:p>
    <w:p>
      <w:r>
        <w:rPr>
          <w:b/>
        </w:rPr>
        <w:t xml:space="preserve">[28:01] </w:t>
      </w:r>
      <w:r>
        <w:t>۔ to humein ziyada se ziyada sochna hai, Khuda ko yaad karna hai, Khuda ka charcha karna hai, tabhi humein Khuda se connection qaim hoga.</w:t>
      </w:r>
    </w:p>
    <w:p>
      <w:pPr>
        <w:jc w:val="right"/>
      </w:pPr>
      <w:r>
        <w:t>۔ تو ہمیں زیادہ سے زیادہ سوچنا ہے، خدا کو یاد کرنا ہے، خدا کا چرچہ کرنا ہے، تبھی ہمیں خدا سے کنیکشن قائم ہوگا۔</w:t>
      </w:r>
    </w:p>
    <w:p>
      <w:r>
        <w:rPr>
          <w:b/>
        </w:rPr>
        <w:t xml:space="preserve">[28:11] </w:t>
      </w:r>
      <w:r>
        <w:t>to marifat jo hai na, aik sho'oori daryaft hai. bilkul, bilkul. apa, agla sawal lene se pehle kuch comments parhna chahunga, jo viewers ne bheja hai.</w:t>
      </w:r>
    </w:p>
    <w:p>
      <w:pPr>
        <w:jc w:val="right"/>
      </w:pPr>
      <w:r>
        <w:t>تو معرفت جو ہے نا، ایک شعوری دریافت ہے۔ بالکل، بالکل۔ آپا، اگلا سوال لینے سے پہلے کچھ کمنٹس پڑھنا چاہوں گا، جو ویوورز نے بھیجا ہے۔</w:t>
      </w:r>
    </w:p>
    <w:p>
      <w:r>
        <w:rPr>
          <w:b/>
        </w:rPr>
        <w:t xml:space="preserve">[28:22] </w:t>
      </w:r>
      <w:r>
        <w:t>yeh comment bheja hai miss Fareeda Kamran ne Pakistan se, unhon ne likha hai: "jazak Allah very inspiring and iman boosting se</w:t>
      </w:r>
    </w:p>
    <w:p>
      <w:pPr>
        <w:jc w:val="right"/>
      </w:pPr>
      <w:r>
        <w:t>یہ کمنٹ بھیجا ہے مس فریدہ کامران نے پاکستان سے، انہوں نے لکھا ہے: "جزاک اللہ ویری انسپائرنگ اینڈ ایمان بوسٹنگ سی</w:t>
      </w:r>
    </w:p>
    <w:p>
      <w:r>
        <w:rPr>
          <w:b/>
        </w:rPr>
        <w:t xml:space="preserve">[28:30] </w:t>
      </w:r>
      <w:r>
        <w:t>vation. Allah is the greatest. Maulana sahib, taught that we should reform our self and adopt God oriented life for success in both the worlds.</w:t>
      </w:r>
    </w:p>
    <w:p>
      <w:pPr>
        <w:jc w:val="right"/>
      </w:pPr>
      <w:r>
        <w:t>شن۔ اللہ از دا گریٹسٹ۔ مولانا صاحب، ٹاٹ دیٹ وی شوڈ ریفارم اور سیلف اینڈ اڈاپٹ گاڈ اورینٹڈ لائف فار سکسیس ان بوتھ دا ورلڈز۔</w:t>
      </w:r>
    </w:p>
    <w:p>
      <w:r>
        <w:rPr>
          <w:b/>
        </w:rPr>
        <w:t xml:space="preserve">[28:40] </w:t>
      </w:r>
      <w:r>
        <w:t>main Allah, main Allah, rest Maulana sahib soul in peace. Ameen." Professor Najma Siddiqui ne Delhi se likha hai: "very inspiring and very meaningful lecture on God oriented life with very relevant examples.</w:t>
      </w:r>
    </w:p>
    <w:p>
      <w:pPr>
        <w:jc w:val="right"/>
      </w:pPr>
      <w:r>
        <w:t>میں اللہ، میں اللہ، ریسٹ مولانا صاحب سول ان پیس۔ آمین۔" پروفیسر نجمہ صدیقی نے دلی سے لکھا ہے: "ویری انسپائرنگ اینڈ ویری میننگ فل لیکچر ان گاڈ اورینٹڈ لائف ود ویری ریلیونٹ ایگزیمپلز۔</w:t>
      </w:r>
    </w:p>
    <w:p>
      <w:r>
        <w:rPr>
          <w:b/>
        </w:rPr>
        <w:t xml:space="preserve">[28:58] </w:t>
      </w:r>
      <w:r>
        <w:t>jazak</w:t>
      </w:r>
    </w:p>
    <w:p>
      <w:pPr>
        <w:jc w:val="right"/>
      </w:pPr>
      <w:r>
        <w:t>جزاک</w:t>
      </w:r>
    </w:p>
    <w:p>
      <w:r>
        <w:rPr>
          <w:b/>
        </w:rPr>
        <w:t xml:space="preserve">[28:59] </w:t>
      </w:r>
      <w:r>
        <w:t>allah. " muhammad asif khan sahib ne kanpur se likha hai: "gour aur fikr ka amal hamare andar tabdeeli lane ki wajah banta hai.</w:t>
      </w:r>
    </w:p>
    <w:p>
      <w:pPr>
        <w:jc w:val="right"/>
      </w:pPr>
      <w:r>
        <w:t>اللہ۔" محمد اصف خان صاحب نے کانپور سے لکھا ہے: "گور اور فکر کا عمل ہمارے اندر تبدیلی لانے کی وجہ بنتا ہے۔</w:t>
      </w:r>
    </w:p>
    <w:p>
      <w:r>
        <w:rPr>
          <w:b/>
        </w:rPr>
        <w:t xml:space="preserve">[29:07] </w:t>
      </w:r>
      <w:r>
        <w:t>bana gour aur fikr se hamare andar gehri ya sanjeedgi paida ho hi nahi sakti." doctor aslam khan sahib ne saharanpur se likha hai: "doctor farida, you are right.</w:t>
      </w:r>
    </w:p>
    <w:p>
      <w:pPr>
        <w:jc w:val="right"/>
      </w:pPr>
      <w:r>
        <w:t>بنا گور اور فکر سے ہمارے اندر گہری یا سنجیدگی پیدا ہو ہی نہیں سکتی۔" ڈاکٹر اسلم خان صاحب نے سہارن پور سے لکھا ہے: "ڈاکٹر فریدہ، یو آر رائٹ۔</w:t>
      </w:r>
    </w:p>
    <w:p>
      <w:r>
        <w:rPr>
          <w:b/>
        </w:rPr>
        <w:t xml:space="preserve">[29:19] </w:t>
      </w:r>
      <w:r>
        <w:t>quran says in chapter 39, verse 21, 22: 'have you not seen that god sends down water from the sky?</w:t>
      </w:r>
    </w:p>
    <w:p>
      <w:pPr>
        <w:jc w:val="right"/>
      </w:pPr>
      <w:r>
        <w:t>قرآن سیز ان چیپٹر 39، ورس 21، 22: 'ہیو یو ناٹ سین دیٹ گاڈ سینڈز ڈاؤن واٹر فرام دا سکائی؟</w:t>
      </w:r>
    </w:p>
    <w:p>
      <w:r>
        <w:rPr>
          <w:b/>
        </w:rPr>
        <w:t xml:space="preserve">[29:29] </w:t>
      </w:r>
      <w:r>
        <w:t>' those who do not keep these capabilities alive, can't realize the merciful god." apa, sachai yeh hai ke god has created man with an upright nature, but in life, because of external circumstances, external environment,</w:t>
      </w:r>
    </w:p>
    <w:p>
      <w:pPr>
        <w:jc w:val="right"/>
      </w:pPr>
      <w:r>
        <w:t>' دوز ہو ڈو ناٹ کیپ دیز کیپیبلٹیز الائیو، کانٹ ریلائز دی مرسی فل گاڈ۔" آپا، سچائی یہ ہے کہ گاڈ ہیز کریٹڈ مین ود این اپ رائٹ نیچر، بٹ ان لائف، بیکاز اف ایکسٹرنل سرکمسٹانسز، ایکسٹرنل انوائرمنٹ،</w:t>
      </w:r>
    </w:p>
    <w:p>
      <w:r>
        <w:rPr>
          <w:b/>
        </w:rPr>
        <w:t xml:space="preserve">[29:51] </w:t>
      </w:r>
      <w:r>
        <w:t>this important character, the aspect of the character, gets compromised. aur log, apa, sab se unfortunate baat hai ke log is ki ahmiyat ko nahi samajhte.</w:t>
      </w:r>
    </w:p>
    <w:p>
      <w:pPr>
        <w:jc w:val="right"/>
      </w:pPr>
      <w:r>
        <w:t>دس امپورٹنٹ کریکٹر، دی ایسپیکٹ اف دی کریکٹر، گیٹس کمپرومائزڈ۔ اور لوگ، آپا، سب سے انفارچونیٹ بات ہے کہ لوگ اس کی اہمیت کو نہیں سمجھتے۔</w:t>
      </w:r>
    </w:p>
    <w:p>
      <w:r>
        <w:rPr>
          <w:b/>
        </w:rPr>
        <w:t xml:space="preserve">[30:02] </w:t>
      </w:r>
      <w:r>
        <w:t>to importance of tazkiya bohat zyada hai.</w:t>
      </w:r>
    </w:p>
    <w:p>
      <w:pPr>
        <w:jc w:val="right"/>
      </w:pPr>
      <w:r>
        <w:t>تو امپورٹنس اف تزکیہ بہت زیادہ ہے۔</w:t>
      </w:r>
    </w:p>
    <w:p>
      <w:r>
        <w:rPr>
          <w:b/>
        </w:rPr>
        <w:t xml:space="preserve">[30:06] </w:t>
      </w:r>
      <w:r>
        <w:t>main chahunga ke aap is ke bare mein batayein ke kyun tazkiya important hai hum sab ke liye. aksar log is ko, taqreeban poori duniya hi is ko, main kahunga, ignore kar ke baithi hui hai aur ek doosri hi cheez ke peeche bhaag rahi hai.</w:t>
      </w:r>
    </w:p>
    <w:p>
      <w:pPr>
        <w:jc w:val="right"/>
      </w:pPr>
      <w:r>
        <w:t>میں چاہوں گا کہ آپ اس کے بارے میں بتائیں کہ کیوں تزکیہ امپورٹنٹ ہے ہم سب کے لیے۔ اکثر لوگ اس کو، تقریباً پوری دنیا ہی اس کو، میں کہوں گا، اگنور کر کے بیٹھی ہوئی ہے اور ایک دوسری ہی چیز کے پیچھے بھاگ رہی ہے۔</w:t>
      </w:r>
    </w:p>
    <w:p>
      <w:r>
        <w:rPr>
          <w:b/>
        </w:rPr>
        <w:t xml:space="preserve">[30:22] </w:t>
      </w:r>
      <w:r>
        <w:t>to importance of tazkiya kya hai, is ke bare mein batayein.</w:t>
      </w:r>
    </w:p>
    <w:p>
      <w:pPr>
        <w:jc w:val="right"/>
      </w:pPr>
      <w:r>
        <w:t>تو امپورٹنس اف تزکیہ کیا ہے، اس کے بارے میں بتائیں۔</w:t>
      </w:r>
    </w:p>
    <w:p>
      <w:r>
        <w:rPr>
          <w:b/>
        </w:rPr>
        <w:t xml:space="preserve">[30:27] </w:t>
      </w:r>
      <w:r>
        <w:t>dekhein, tazkiya itna zyada important hai ke paighambar ka ek kaam bataya gaya hai ke momineen ka tazkiya karein.</w:t>
      </w:r>
    </w:p>
    <w:p>
      <w:pPr>
        <w:jc w:val="right"/>
      </w:pPr>
      <w:r>
        <w:t>دیکھیں، تزکیہ اتنا زیادہ امپورٹنٹ ہے کہ پیغمبر کا ایک کام بتایا گیا ہے کہ مومنوں کا تزکیہ کریں۔</w:t>
      </w:r>
    </w:p>
    <w:p>
      <w:r>
        <w:rPr>
          <w:b/>
        </w:rPr>
        <w:t xml:space="preserve">[30:36] </w:t>
      </w:r>
      <w:r>
        <w:t>yeh hai chapter 2, verse 129. asal mein hum is duniya mein rehte hain aur yeh duniya ek material duniya hai.</w:t>
      </w:r>
    </w:p>
    <w:p>
      <w:pPr>
        <w:jc w:val="right"/>
      </w:pPr>
      <w:r>
        <w:t>یہ ہے چیپٹر ٹو، ورس 129۔ اصل میں ہم اس دنیا میں رہتے ہیں اور یہ دنیا ایک مٹیریل دنیا ہے۔</w:t>
      </w:r>
    </w:p>
    <w:p>
      <w:r>
        <w:rPr>
          <w:b/>
        </w:rPr>
        <w:t xml:space="preserve">[30:46] </w:t>
      </w:r>
      <w:r>
        <w:t>hamare interest hote hain, hamari bohat sari aisi cheezein hoti hain, desires hoti hain, jis ke mutabiq hamari personality shape hoti rehti hai.</w:t>
      </w:r>
    </w:p>
    <w:p>
      <w:pPr>
        <w:jc w:val="right"/>
      </w:pPr>
      <w:r>
        <w:t>ہمارے انٹرسٹ ہوتے ہیں، ہماری بہت ساری ایسی چیزیں ہوتی ہیں، ڈیزائرز ہوتی ہیں، جس کے مطابق ہماری پرسنیلٹی شیپ ہوتی رہتی ہے۔</w:t>
      </w:r>
    </w:p>
    <w:p>
      <w:r>
        <w:rPr>
          <w:b/>
        </w:rPr>
        <w:t xml:space="preserve">[30:56] </w:t>
      </w:r>
      <w:r>
        <w:t>to hamara andar ek jaise piyaz hoti hai, is mein layers and layers upon layers hote hain. to woh layers ke tareeqe se, woh jo hai, duniya ki jo hai, woh conditioning ho jati hai.</w:t>
      </w:r>
    </w:p>
    <w:p>
      <w:pPr>
        <w:jc w:val="right"/>
      </w:pPr>
      <w:r>
        <w:t>تو ہمارا اندر ایک جیسے پیاز ہوتی ہے، اس میں لیئرز اینڈ لیئرز اپون لیئرز ہوتے ہیں۔ تو وہ لیئرز کے طریقے سے، وہ جو ہے، دنیا کی جو ہے، وہ کنڈیشننگ ہو جاتی ہے۔</w:t>
      </w:r>
    </w:p>
    <w:p>
      <w:r>
        <w:rPr>
          <w:b/>
        </w:rPr>
        <w:t xml:space="preserve">[31:09] </w:t>
      </w:r>
      <w:r>
        <w:t>to hum ek conditioned case hote hain, jo hum paida hue, tab to woh hum fitrat par paida hue. har bachcha fitrat par paida hota hai, lekin woh ek society mein hota hai, ghar ka alag mahaul hota hai, bahar ka alag mahaul hota hai.</w:t>
      </w:r>
    </w:p>
    <w:p>
      <w:pPr>
        <w:jc w:val="right"/>
      </w:pPr>
      <w:r>
        <w:t>تو ہم ایک کنڈیشنڈ کیس ہوتے ہیں، جو ہم پیدا ہوئے، تب تو وہ ہم فطرت پر پیدا ہوئے۔ ہر بچہ فطرت پر پیدا ہوتا ہے، لیکن وہ ایک سوسائٹی میں ہوتا ہے، گھر کا الگ ماحول ہوتا ہے، باہر کا الگ ماحول ہوتا ہے۔</w:t>
      </w:r>
    </w:p>
    <w:p>
      <w:r>
        <w:rPr>
          <w:b/>
        </w:rPr>
        <w:t xml:space="preserve">[31:23] </w:t>
      </w:r>
      <w:r>
        <w:t>to woh conditioned ho jata hai.</w:t>
      </w:r>
    </w:p>
    <w:p>
      <w:pPr>
        <w:jc w:val="right"/>
      </w:pPr>
      <w:r>
        <w:t>تو وہ کنڈیشنڈ ہو جاتا ہے۔</w:t>
      </w:r>
    </w:p>
    <w:p>
      <w:r>
        <w:rPr>
          <w:b/>
        </w:rPr>
        <w:t xml:space="preserve">[31:26] </w:t>
      </w:r>
      <w:r>
        <w:t>to isi liye is ki conditioning ko door karne ke liye paighambar aate hain aur un ko bataya jata hai ke woh jo hai, sirat-e-mustaqeem, jo khuda ki taraf ja raha hai, woh seedha rasta hai,</w:t>
      </w:r>
    </w:p>
    <w:p>
      <w:pPr>
        <w:jc w:val="right"/>
      </w:pPr>
      <w:r>
        <w:t>تو اسی لیے اس کی کنڈیشننگ کو دور کرنے کے لیے پیغمبر آتے ہیں اور ان کو بتایا جاتا ہے کہ وہ جو ہے، صراط مستقیم، جو خدا کا طرف جا رہا ہے، وہ سیدھا راستہ ہے،</w:t>
      </w:r>
    </w:p>
    <w:p>
      <w:r>
        <w:rPr>
          <w:b/>
        </w:rPr>
        <w:t xml:space="preserve">[31:40] </w:t>
      </w:r>
      <w:r>
        <w:t>jis ko through fair kahenge, sirat-e-mustaqeem. lekin log jo hain, pagdandiyon ki taraf mud jate hain. kahin koi interest dekha, idhar mud gaye, kahin doosra interest dekha, idhar mud gaye, kahin apne jee mein kuch aaya, idhar</w:t>
      </w:r>
    </w:p>
    <w:p>
      <w:pPr>
        <w:jc w:val="right"/>
      </w:pPr>
      <w:r>
        <w:t>جس کو تھارو فیئر کہیں گے، صراط مستقیم۔ لیکن لوگ جو ہیں، پگڈنڈیوں کی طرف مڑ جاتے ہیں۔ کہیں کوئی انٹرسٹ دیکھا، ادھر مڑ گئے، کہیں دوسرا انٹرسٹ دیکھا، ادھر مڑ گئے، کہیں اپنے جی میں کچھ آیا، ادھر</w:t>
      </w:r>
    </w:p>
    <w:p>
      <w:r>
        <w:rPr>
          <w:b/>
        </w:rPr>
        <w:t xml:space="preserve">[31:54] </w:t>
      </w:r>
      <w:r>
        <w:t>mud gaye. to yeh soch samajh ke apni zindagi ka rukh mutayyan nahi karte hain. to is wajah se woh idhar udhar mud jate hain.</w:t>
      </w:r>
    </w:p>
    <w:p>
      <w:pPr>
        <w:jc w:val="right"/>
      </w:pPr>
      <w:r>
        <w:t>مڑ گئے۔ تو یہ سوچ سمجھ کے اپنی زندگی کا رخ متعین نہیں کرتے ہیں۔ تو اس وجہ سے وہ ادھر ادھر مڑ جاتے ہیں۔</w:t>
      </w:r>
    </w:p>
    <w:p>
      <w:r>
        <w:rPr>
          <w:b/>
        </w:rPr>
        <w:t xml:space="preserve">[32:04] </w:t>
      </w:r>
      <w:r>
        <w:t>halanke insan jo hai, woh ek spiritual creature paidaishi taur par hai, lekin woh zameen jaise ek lohe ka bartan hota hai, us mein rust lag jata hai.</w:t>
      </w:r>
    </w:p>
    <w:p>
      <w:pPr>
        <w:jc w:val="right"/>
      </w:pPr>
      <w:r>
        <w:t>حالانکہ انسان جو ہے، وہ ایک سپریچول کریچر پیدائشی طور پر ہے، لیکن وہ زمین جیسے ایک لوہے کا برتن ہوتا ہے، اس میں رسٹ لگ جاتا ہے۔</w:t>
      </w:r>
    </w:p>
    <w:p>
      <w:r>
        <w:rPr>
          <w:b/>
        </w:rPr>
        <w:t xml:space="preserve">[32:17] </w:t>
      </w:r>
      <w:r>
        <w:t>to andar to loha hai, upar se rusted hai woh. to is tareeqe se, bhai, insan hai,</w:t>
      </w:r>
    </w:p>
    <w:p>
      <w:pPr>
        <w:jc w:val="right"/>
      </w:pPr>
      <w:r>
        <w:t>تو اندر تو لوہا ہے، اوپر سے رسٹڈ ہے وہ۔ تو اس طریقے سے، بھئی، انسان ہے،</w:t>
      </w:r>
    </w:p>
    <w:p>
      <w:r>
        <w:rPr>
          <w:b/>
        </w:rPr>
        <w:t xml:space="preserve">[32:24] </w:t>
      </w:r>
      <w:r>
        <w:t>us par duniya ki cheezon ki, duniya ki jo temptations sab hain, us ke woh sab ek ek raddah charh gaya hai. to isi ko hatana hai, is layer ko hatana hai.</w:t>
      </w:r>
    </w:p>
    <w:p>
      <w:pPr>
        <w:jc w:val="right"/>
      </w:pPr>
      <w:r>
        <w:t>اس پر دنیا کی چیزوں کی، دنیا کی جو ٹیمپٹیشنز سب ہیں، اس کے وہ سب ایک ایک ردہ چڑھ گیا ہے۔ تو اسی کو ہٹانا ہے، اس لیئر کو ہٹانا ہے۔</w:t>
      </w:r>
    </w:p>
    <w:p>
      <w:r>
        <w:rPr>
          <w:b/>
        </w:rPr>
        <w:t xml:space="preserve">[32:36] </w:t>
      </w:r>
      <w:r>
        <w:t>to woh paighambar yeh kaam karta tha, kyunke jab tak woh layer hatega nahi na, tab tak hum ko spiritual baatein jo hain, woh appeal nahi karengi.</w:t>
      </w:r>
    </w:p>
    <w:p>
      <w:pPr>
        <w:jc w:val="right"/>
      </w:pPr>
      <w:r>
        <w:t>تو وہ پیغمبر یہ کام کرتا تھا، کیونکہ جب تک وہ لیئر ہٹے گا نہیں نا، تب تک ہم کو سپریچول باتیں جو ہیں، وہ اپیل نہیں کریں گی۔</w:t>
      </w:r>
    </w:p>
    <w:p>
      <w:r>
        <w:rPr>
          <w:b/>
        </w:rPr>
        <w:t xml:space="preserve">[32:46] </w:t>
      </w:r>
      <w:r>
        <w:t>to spiritual potential ko apne convert karna hai, actual mein yahi tazkiya-e-nafs hai.</w:t>
      </w:r>
    </w:p>
    <w:p>
      <w:pPr>
        <w:jc w:val="right"/>
      </w:pPr>
      <w:r>
        <w:t>تو سپریچول پوٹینشل کو اپنے کنورٹ کرنا ہے، ایکچول میں یہی تزکیہ نفس ہے۔</w:t>
      </w:r>
    </w:p>
    <w:p>
      <w:r>
        <w:rPr>
          <w:b/>
        </w:rPr>
        <w:t xml:space="preserve">[32:53] </w:t>
      </w:r>
      <w:r>
        <w:t>to yeh is ke kai sources hain. sab se pehle to hum quran ki study karte hain, hadith ki study karte hain, sahaba karam ki life ki study karte hain, kyunke sahaba karam directly trained the prophet ke zariye se.</w:t>
      </w:r>
    </w:p>
    <w:p>
      <w:pPr>
        <w:jc w:val="right"/>
      </w:pPr>
      <w:r>
        <w:t>تو یہ اس کے کئی سورسز ہیں۔ سب سے پہلے تو ہم قرآن کی سٹڈی کرتے ہیں، حدیث کی سٹڈی کرتے ہیں، صحابہ کرام کی لائف کی سٹڈی کرتے ہیں، کیونکہ صحابہ کرام ڈائریکٹلی ٹرینڈ تھے پرافٹ کے ذریعے سے۔</w:t>
      </w:r>
    </w:p>
    <w:p>
      <w:r>
        <w:rPr>
          <w:b/>
        </w:rPr>
        <w:t xml:space="preserve">[33:09] </w:t>
      </w:r>
      <w:r>
        <w:t>phir is ke baad ek hamari apni soch banti hai, develop hoti hai, spiritual soch. to phir is is duniya mein dekhein, ek taraf farishte hain aur ek taraf shaitan</w:t>
      </w:r>
    </w:p>
    <w:p>
      <w:pPr>
        <w:jc w:val="right"/>
      </w:pPr>
      <w:r>
        <w:t>پھر اس کے بعد ایک ہماری اپنی سوچ بنتی ہے، ڈیولپ ہوتی ہے، سپریچول سوچ۔ تو پھر اس اس دنیا میں دیکھیں، ایک طرف فرشتے ہیں اور ایک طرف شیطان</w:t>
      </w:r>
    </w:p>
    <w:p>
      <w:r>
        <w:rPr>
          <w:b/>
        </w:rPr>
        <w:t xml:space="preserve">[33:21] </w:t>
      </w:r>
      <w:r>
        <w:t>۔ to hamein shaitan alag behka raha hai, galat raaste ki taraf, aur farishte hamein inspire karte hain khuda ke raaste ki taraf. to ab yeh hamare upar hai ke hum farishton ki sunte hain ya shaitan ki sunte hain.</w:t>
      </w:r>
    </w:p>
    <w:p>
      <w:pPr>
        <w:jc w:val="right"/>
      </w:pPr>
      <w:r>
        <w:t>۔ تو ہمیں شیطان الگ بہکا رہا ہے، غلط راستے کی طرف، اور فرشتے ہمیں انسپائر کرتے ہیں خدا کے راستے کی طرف۔ تو اب یہ ہمارے اوپر ہے کہ ہم فرشتوں کی سنتے ہیں یا شیطان کی سنتے ہیں۔</w:t>
      </w:r>
    </w:p>
    <w:p>
      <w:r>
        <w:rPr>
          <w:b/>
        </w:rPr>
        <w:t xml:space="preserve">[33:35] </w:t>
      </w:r>
      <w:r>
        <w:t>to agar hum ne apni de conditioning kar li hai, to hum ko hum farishton ki baatein sunenge, un ke hum nashin banenge, aur is spiritual path par hum chalna shuru kar denge.</w:t>
      </w:r>
    </w:p>
    <w:p>
      <w:pPr>
        <w:jc w:val="right"/>
      </w:pPr>
      <w:r>
        <w:t>تو اگر ہم نے اپنی ڈی کنڈیشننگ کر لی ہے، تو ہم کو ہم فرشتوں کی باتیں سنیں گے، ان کے ہم نشیں بنیں گے، اور اس سپریچول پاتھ پر ہم چلنا شروع کر دیں گے۔</w:t>
      </w:r>
    </w:p>
    <w:p>
      <w:r>
        <w:rPr>
          <w:b/>
        </w:rPr>
        <w:t xml:space="preserve">[33:47] </w:t>
      </w:r>
      <w:r>
        <w:t>to</w:t>
      </w:r>
    </w:p>
    <w:p>
      <w:pPr>
        <w:jc w:val="right"/>
      </w:pPr>
      <w:r>
        <w:t>تو</w:t>
      </w:r>
    </w:p>
    <w:p>
      <w:r>
        <w:rPr>
          <w:b/>
        </w:rPr>
        <w:t xml:space="preserve">[33:48] </w:t>
      </w:r>
      <w:r>
        <w:t>isi ko tazkiya kehte hain, aur yahi hai apni asal fitrat par wapas jana. ji apa, bohat acha example diya aap ne piyaz ka ke jaise piyaz ka jo inner bulb hota hai, aur us par phir layers of onion charh jati hain.</w:t>
      </w:r>
    </w:p>
    <w:p>
      <w:pPr>
        <w:jc w:val="right"/>
      </w:pPr>
      <w:r>
        <w:t>اسی کو تزکیہ کہتے ہیں، اور یہی ہے اپنی اصل فطرت پر واپس جانا۔ جی آپا، بہت اچھا ایگزامپل دیا آپ نے پیاز کا کہ جیسے پیاز کا جو انر بلب ہوتا ہے، اور اس پر پھر لیئرز اف انین چڑھ جاتی ہیں۔</w:t>
      </w:r>
    </w:p>
    <w:p>
      <w:r>
        <w:rPr>
          <w:b/>
        </w:rPr>
        <w:t xml:space="preserve">[34:03] </w:t>
      </w:r>
      <w:r>
        <w:t>to isi tarah ke insan bhi jo hai, wo nature mein paida hota hai, lekin layers of conditioning over the years hides his true nature or true potential or true personality.</w:t>
      </w:r>
    </w:p>
    <w:p>
      <w:pPr>
        <w:jc w:val="right"/>
      </w:pPr>
      <w:r>
        <w:t>تو اسی طریقے سے کہ انسان بھی جو ہے، وہ نیچر میں پیدا ہوتا ہے، لیکن لیئرز اف کنڈیشننگ اوور دا ایئرز ہائیڈز ہز ٹرو نیچر اور ٹرو پوٹینشل اور ٹرو پرسنیلٹی۔</w:t>
      </w:r>
    </w:p>
    <w:p>
      <w:r>
        <w:rPr>
          <w:b/>
        </w:rPr>
        <w:t xml:space="preserve">[34:17] </w:t>
      </w:r>
      <w:r>
        <w:t>aur</w:t>
      </w:r>
    </w:p>
    <w:p>
      <w:pPr>
        <w:jc w:val="right"/>
      </w:pPr>
      <w:r>
        <w:t>اور</w:t>
      </w:r>
    </w:p>
    <w:p>
      <w:r>
        <w:rPr>
          <w:b/>
        </w:rPr>
        <w:t xml:space="preserve">[34:18] </w:t>
      </w:r>
      <w:r>
        <w:t>Maulana kehte the ke aap ko apne inner bulb yani inner personality, jo real personality hai, us tak aap pahunchna hai through merciless introspection.</w:t>
      </w:r>
    </w:p>
    <w:p>
      <w:pPr>
        <w:jc w:val="right"/>
      </w:pPr>
      <w:r>
        <w:t>مولانا کہتے تھے کہ آپ کو اپنے انر بلب یعنی انر پرسنیلٹی، جو ریئل پرسنیلٹی ہے، اس تک آپ پہنچنا ہے تھرو مرسی لیس انٹروسپیکشن۔</w:t>
      </w:r>
    </w:p>
    <w:p>
      <w:r>
        <w:rPr>
          <w:b/>
        </w:rPr>
        <w:t xml:space="preserve">[34:29] </w:t>
      </w:r>
      <w:r>
        <w:t>you have to be your own judge at every moment. to apa, introspection ka jo hai, wo bohat aham role hai is mein.</w:t>
      </w:r>
    </w:p>
    <w:p>
      <w:pPr>
        <w:jc w:val="right"/>
      </w:pPr>
      <w:r>
        <w:t>یو ہیو ٹو بی یور اون جج ایٹ ایوری مومنٹ۔ تو آپا، انٹروسپیکشن کا جو ہے، وہ بہت اہم رول ہے اس میں۔</w:t>
      </w:r>
    </w:p>
    <w:p>
      <w:r>
        <w:rPr>
          <w:b/>
        </w:rPr>
        <w:t xml:space="preserve">[34:38] </w:t>
      </w:r>
      <w:r>
        <w:t>to sawal yeh hota hai ke how should one engage in introspection? is ke bare mein aap hamein batayein.</w:t>
      </w:r>
    </w:p>
    <w:p>
      <w:pPr>
        <w:jc w:val="right"/>
      </w:pPr>
      <w:r>
        <w:t>تو سوال یہ ہوتا ہے کہ ہاؤ شوڈ ون انگیج ان انٹروسپیکشن؟ اس کے بارے میں آپ ہمیں بتائیں۔</w:t>
      </w:r>
    </w:p>
    <w:p>
      <w:r>
        <w:rPr>
          <w:b/>
        </w:rPr>
        <w:t xml:space="preserve">[34:47] </w:t>
      </w:r>
      <w:r>
        <w:t>jo mahol society ka hota hai, us par ek dilchasp waqia yaad aya ke Maulana gaye hue the Africa, Trinidad, ek country hai Trinidad.</w:t>
      </w:r>
    </w:p>
    <w:p>
      <w:pPr>
        <w:jc w:val="right"/>
      </w:pPr>
      <w:r>
        <w:t>جو ماحول سوسائٹی کا ہوتا ہے، اس پر ایک دلچسپ واقعہ یاد آیا کہ مولانا گئے ہوئے تھے افریقہ، ٹرینیڈاڈ، ایک کنٹری ہے ٹرینیڈاڈ۔</w:t>
      </w:r>
    </w:p>
    <w:p>
      <w:r>
        <w:rPr>
          <w:b/>
        </w:rPr>
        <w:t xml:space="preserve">[34:58] </w:t>
      </w:r>
      <w:r>
        <w:t>ji to haan, wahan par ek masjid mein gaye namaz parhne. to un ke jo host the, to wo apne bachay ko le gaye ke chalo tum bhi namaz parho.</w:t>
      </w:r>
    </w:p>
    <w:p>
      <w:pPr>
        <w:jc w:val="right"/>
      </w:pPr>
      <w:r>
        <w:t>جی تو ہاں، وہاں پر ایک مسجد میں گئے نماز پڑھنے۔ تو ان کے جو ہوسٹ تھے، تو وہ اپنے بچے کو لے گئے کہ چلو تم بھی نماز پڑھو۔</w:t>
      </w:r>
    </w:p>
    <w:p>
      <w:r>
        <w:rPr>
          <w:b/>
        </w:rPr>
        <w:t xml:space="preserve">[35:09] </w:t>
      </w:r>
      <w:r>
        <w:t>lekin ab wahan ka mahol to bilkul materialistic mahol tha, aur bachha namaz parhne mein shamil</w:t>
      </w:r>
    </w:p>
    <w:p>
      <w:pPr>
        <w:jc w:val="right"/>
      </w:pPr>
      <w:r>
        <w:t>لیکن اب وہاں کا ماحول تو بالکل مٹیریلسٹ ماحول تھا، اور بچہ نماز پڑھنے میں شامل</w:t>
      </w:r>
    </w:p>
    <w:p>
      <w:r>
        <w:rPr>
          <w:b/>
        </w:rPr>
        <w:t xml:space="preserve">[35:16] </w:t>
      </w:r>
      <w:r>
        <w:t>hi nahi hua. wo kehte rahe, bachha kehta raha, "may not, may not." to yeh hota hai mahol ke us mahol mein us ko namaz parhne ki koi ahmiyat nahi thi.</w:t>
      </w:r>
    </w:p>
    <w:p>
      <w:pPr>
        <w:jc w:val="right"/>
      </w:pPr>
      <w:r>
        <w:t>ہی نہیں ہوا۔ وہ کہتے رہے، بچہ کہتا رہا، "می ناٹ، می ناٹ۔" تو یہ ہوتا ہے ماحول کہ اس ماحول میں اس کو نماز پڑھنے کی کوئی اہمیت نہیں تھی۔</w:t>
      </w:r>
    </w:p>
    <w:p>
      <w:r>
        <w:rPr>
          <w:b/>
        </w:rPr>
        <w:t xml:space="preserve">[35:27] </w:t>
      </w:r>
      <w:r>
        <w:t>ji to wo may not karta hai, to sabhi log may not hi bane hue hain. to is wajah se hamein Quran parhna hai, study karna hai, prophet ki life, sahaba ki life, tab hamein spirituality milegi.</w:t>
      </w:r>
    </w:p>
    <w:p>
      <w:pPr>
        <w:jc w:val="right"/>
      </w:pPr>
      <w:r>
        <w:t>جی تو وہ می ناٹ کرتا ہے، تو سبھی لوگ می ناٹ ہی بنے ہوئے ہیں۔ تو اس وجہ سے ہمیں قرآن پڑھنا ہے، سٹڈی کرنا ہے، پرافٹ کی لائف، صحابہ کی لائف، تب ہم کو سپریچولٹی ملے گی۔</w:t>
      </w:r>
    </w:p>
    <w:p>
      <w:r>
        <w:rPr>
          <w:b/>
        </w:rPr>
        <w:t xml:space="preserve">[35:42] </w:t>
      </w:r>
      <w:r>
        <w:t>to introspection bhi is ka ek aham woh hai, tazkiya ka bohat zyada, kyun ke apna hisab karna parega. kyun ke din bhar aisa hai ke hum kai baar aise kaam karte hain, aur hamein mehsoos nahi hota ke yeh kaam jo hai, sahi nahi hai.</w:t>
      </w:r>
    </w:p>
    <w:p>
      <w:pPr>
        <w:jc w:val="right"/>
      </w:pPr>
      <w:r>
        <w:t>تو انٹروسپیکشن بھی اس کا ایک اہم وہ ہے، تزکیہ کا بہت زیادہ، کیونکہ اپنا احتساب کرنا پڑے گا۔ کیونکہ دن بھر ایسا ہے کہ ہم کئی بار ایسے کام کرتے ہیں، اور ہمیں محسوس نہیں ہوتا کہ یہ کام جو ہے، صحیح نہیں ہے۔</w:t>
      </w:r>
    </w:p>
    <w:p>
      <w:r>
        <w:rPr>
          <w:b/>
        </w:rPr>
        <w:t xml:space="preserve">[35:59] </w:t>
      </w:r>
      <w:r>
        <w:t>jo hum ko spiritual way of life hamein guzarni hai, us ke mutabiq nahi hai. to ab doosra to hamein har dam kahan batayega ke yeh tum ne galat kiya hai, aur na doosre ki baat shayad hamein samajh mein</w:t>
      </w:r>
    </w:p>
    <w:p>
      <w:pPr>
        <w:jc w:val="right"/>
      </w:pPr>
      <w:r>
        <w:t>جو ہم کو سپریچول وے اف لائف ہمیں گزارنی ہے، اس کے مطابق نہیں ہے۔ تو اب دوسرا تو ہمیں ہر دم کہاں بتائے گا کہ یہ تم نے غلط کیا ہے، اور نہ دوسرے کی بات شاید ہمیں سمجھ میں</w:t>
      </w:r>
    </w:p>
    <w:p>
      <w:r>
        <w:rPr>
          <w:b/>
        </w:rPr>
        <w:t xml:space="preserve">[36:11] </w:t>
      </w:r>
      <w:r>
        <w:t>bhi aaye. to hamein khud hi apna introspection karna hoga, khud hi apna hisab karna hoga. to aam taur par log justify kar dete hain ke falan wajah se hum ne aisa kiya, falan wajah se woh ghalati to doosre ki thi, meri thori ghalati thi.</w:t>
      </w:r>
    </w:p>
    <w:p>
      <w:pPr>
        <w:jc w:val="right"/>
      </w:pPr>
      <w:r>
        <w:t>بھی آئے۔ تو ہمیں خود ہی اپنا انٹروسپیکشن کرنا ہوگا، خود ہی اپنا احتساب کرنا ہوگا۔ تو عام طور پر لوگ جسٹیفائی کر دیتے ہیں کہ فلاں وجہ سے ہم نے ایسا کیا، فلاں وجہ سے وہ غلطی تو دوسرے کی تھی، میری تھوڑی غلطی تھی۔</w:t>
      </w:r>
    </w:p>
    <w:p>
      <w:r>
        <w:rPr>
          <w:b/>
        </w:rPr>
        <w:t xml:space="preserve">[36:26] </w:t>
      </w:r>
      <w:r>
        <w:t>to justify nahi karein. isi ko Maulana ne merciless hammering kaha hai. ji to apni hi hammering karna hai. is ko Maulana ne anti-self thinking bhi kaha ke hamein apne khilaf sochna hai,</w:t>
      </w:r>
    </w:p>
    <w:p>
      <w:pPr>
        <w:jc w:val="right"/>
      </w:pPr>
      <w:r>
        <w:t>تو جسٹیفائی نہیں کریں۔ اسی کو مولانا نے مرسی لیس ہیمرنگ کہا ہے۔ جی تو اپنی ہی ہیمرنگ کرنا ہے۔ اس کو مولانا نے اینٹی سیلف تھنکنگ بھی کہا کہ ہمیں اپنے خلاف سوچنا ہے،</w:t>
      </w:r>
    </w:p>
    <w:p>
      <w:r>
        <w:rPr>
          <w:b/>
        </w:rPr>
        <w:t xml:space="preserve">[36:39] </w:t>
      </w:r>
      <w:r>
        <w:t>kyun ke hum hi yeh kaam kar sakte hain ke hamare andar kya kamiyaan hain. hum ne din bhar mein aisa koi galat kaam to nahi kiya hai. yeh jab jab Rasool Allah Salallahu Alaihi Wasallam 70 baar istighfar karte the, to hamein to din raat hi yeh kaam karna hai.</w:t>
      </w:r>
    </w:p>
    <w:p>
      <w:pPr>
        <w:jc w:val="right"/>
      </w:pPr>
      <w:r>
        <w:t>کیونکہ ہم ہی یہ کام کر سکتے ہیں کہ ہمارے اندر کیا کمیاں ہیں۔ ہم نے دن بھر میں ایسا کوئی غلط کام تو نہیں کیا ہے۔ یہ جب جب رسول اللہ صلی اللہ علیہ وسلم 70 بار استغفار کرتے تھے، تو ہمیں تو دن رات ہی یہ کام کرنا ہے۔</w:t>
      </w:r>
    </w:p>
    <w:p>
      <w:r>
        <w:rPr>
          <w:b/>
        </w:rPr>
        <w:t xml:space="preserve">[36:55] </w:t>
      </w:r>
      <w:r>
        <w:t>to yeh sahaba log is mamle mein bohat zyada alert the ke un se koi ghalati to nahi ho gayi hai. bohat zabardast tareeqe se is ke is par woh aware ho jate the.</w:t>
      </w:r>
    </w:p>
    <w:p>
      <w:pPr>
        <w:jc w:val="right"/>
      </w:pPr>
      <w:r>
        <w:t>تو یہ صحابہ لوگ اس معاملے میں بہت زیادہ الرٹ تھے کہ ان سے کوئی غلطی تو نہیں ہو گئی ہے۔ بہت زبردست طریقے سے اس کے اس پر وہ اویئر ہو جاتے تھے۔</w:t>
      </w:r>
    </w:p>
    <w:p>
      <w:r>
        <w:rPr>
          <w:b/>
        </w:rPr>
        <w:t xml:space="preserve">[37:08] </w:t>
      </w:r>
      <w:r>
        <w:t>to</w:t>
      </w:r>
    </w:p>
    <w:p>
      <w:pPr>
        <w:jc w:val="right"/>
      </w:pPr>
      <w:r>
        <w:t>تو</w:t>
      </w:r>
    </w:p>
    <w:p>
      <w:r>
        <w:rPr>
          <w:b/>
        </w:rPr>
        <w:t xml:space="preserve">[37:09] </w:t>
      </w:r>
      <w:r>
        <w:t>Hazrat Umar jab ke Khalifa the, unhone kaha, "Khuda is insan par reham kare jo mujhe mere aib ka tohfa bhejhe." agar un ko Hazrat Umar ki ghalati koi batata na, ab woh zamane mein aisa society thi, sab log ek doosre se clear saaf tareeqe se baat karte the.</w:t>
      </w:r>
    </w:p>
    <w:p>
      <w:pPr>
        <w:jc w:val="right"/>
      </w:pPr>
      <w:r>
        <w:t>حضرت عمر جب کہ خلیفہ تھے، انہوں نے کہا، "خدا اس انسان پر رحم کرے جو مجھے میرے عیب کا تحفہ بھیجے۔" اگر ان کو حضرت عمر کی غلطی کوئی بتاتا نا، اب وہ زمانے میں ایسا سوسائٹی تھی، سب لوگ ایک دوسرے سے کلیئر صاف طریقے سے بات کرتے تھے۔</w:t>
      </w:r>
    </w:p>
    <w:p>
      <w:r>
        <w:rPr>
          <w:b/>
        </w:rPr>
        <w:t xml:space="preserve">[37:28] </w:t>
      </w:r>
      <w:r>
        <w:t>kisi ki koi kami dekhi to munh pe keh dete the, aur woh log bura bhi nahi mante the. un ki society ek alag tarah ki thi.</w:t>
      </w:r>
    </w:p>
    <w:p>
      <w:pPr>
        <w:jc w:val="right"/>
      </w:pPr>
      <w:r>
        <w:t>کسی کی کوئی کمی دیکھی تو منہ پہ کہہ دیتے تھے، اور وہ لوگ برا بھی نہیں مانتے تھے۔ ان کی سوسائٹی ایک الگ طرح کی تھی۔</w:t>
      </w:r>
    </w:p>
    <w:p>
      <w:r>
        <w:rPr>
          <w:b/>
        </w:rPr>
        <w:t xml:space="preserve">[37:35] </w:t>
      </w:r>
      <w:r>
        <w:t>to aisa koi kuch kehta to woh kehte ke "Allah Tala us ke us ke upar reham kare." aur yahan tak woh kehte ke "agar Ali na hote, agar falan na hota to main halak ho jata." matlab hamare andar aisi koi ghalati, aisi koi burai hamari personality mein nahi aani chahiye, kyun ke woh ek dhabba hota</w:t>
      </w:r>
    </w:p>
    <w:p>
      <w:pPr>
        <w:jc w:val="right"/>
      </w:pPr>
      <w:r>
        <w:t>تو ایسا کوئی کچھ کہتا تو وہ کہتے کہ "اللہ تعالی اس کے اس کے اوپر رحم کرے۔" اور یہاں تک وہ کہتے کہ "اگر علی نہ ہوتے، اگر فلاں نہ ہوتا تو میں ہلاک ہو جاتا۔" مطلب ہمارے اندر ایسی کوئی غلطی، ایسی کوئی برائی ہماری پرسنیلٹی میں نہیں آنی چاہیے، کیونکہ وہ ایک دھبہ ہوتا</w:t>
      </w:r>
    </w:p>
    <w:p>
      <w:r>
        <w:rPr>
          <w:b/>
        </w:rPr>
        <w:t xml:space="preserve">[37:57] </w:t>
      </w:r>
      <w:r>
        <w:t>hai. ek hadith hai na ke "hamare aadmi galat kaam karta rehta hai to us ke dil par dhabbe padte rehte hain." bilkul jaise lohe mein zang lagta hai, aur jab aadmi us ko rectify nahi karta, us ko purify nahi karta to woh dhabbe padte padte poora dil kala ho jata hai.</w:t>
      </w:r>
    </w:p>
    <w:p>
      <w:pPr>
        <w:jc w:val="right"/>
      </w:pPr>
      <w:r>
        <w:t>ہے۔ ایک حدیث ہے نا کہ "ہمارے آدمی غلط کام کرتا رہتا ہے تو اس کے دل پر دھبے پڑتے رہتے ہیں۔" بالکل جیسے لوہے میں زنگ لگتا ہے، اور جب آدمی اس کو ریکٹیفائی نہیں کرتا، اس کو پیوریفائی نہیں کرتا تو وہ دھبہ پڑتے پڑتے پورا دل کالا ہو جاتا ہے۔</w:t>
      </w:r>
    </w:p>
    <w:p>
      <w:r>
        <w:rPr>
          <w:b/>
        </w:rPr>
        <w:t xml:space="preserve">[38:17] </w:t>
      </w:r>
      <w:r>
        <w:t>yeh metaphorical hai, matlab hamari personality jo hai, pollute ho jati hai. to hamein rozana dekhna chahiye ke hum se koi ghalati to nahi hui hai,</w:t>
      </w:r>
    </w:p>
    <w:p>
      <w:pPr>
        <w:jc w:val="right"/>
      </w:pPr>
      <w:r>
        <w:t>یہ میٹافاریکل ہے، مطلب ہماری پرسنیلٹی جو ہے، پلوٹ ہو جاتی ہے۔ تو ہمیں روزانہ دیکھنا چاہیے کہ ہم سے کوئی غلطی تو نہیں ہوئی ہے،</w:t>
      </w:r>
    </w:p>
    <w:p>
      <w:r>
        <w:rPr>
          <w:b/>
        </w:rPr>
        <w:t xml:space="preserve">[38:26] </w:t>
      </w:r>
      <w:r>
        <w:t>aur is ko apni islaah karni chahiye, kyunke shaitan hi karvata hai sab kuch. to hamein shaitan ko bhagana hai, kyunke agar hum shaitan ko nahi bhagaenge to hum ghalti karte rahenge.</w:t>
      </w:r>
    </w:p>
    <w:p>
      <w:pPr>
        <w:jc w:val="right"/>
      </w:pPr>
      <w:r>
        <w:t>اور اس کو اپنی اصلاح کرنی چاہیے، کیونکہ شیطان ہی کرواتا ہے سب کچھ۔ تو ہمیں شیطان کو بھگانا ہے، کیونکہ اگر ہم شیطان کو نہیں بھگائیں گے تو ہم غلطی کرتے رہیں گے۔</w:t>
      </w:r>
    </w:p>
    <w:p>
      <w:r>
        <w:rPr>
          <w:b/>
        </w:rPr>
        <w:t xml:space="preserve">[38:37] </w:t>
      </w:r>
      <w:r>
        <w:t>yahan tak ke ek waqt aayega ke hamari poori personality hi hamari woh ho jayegi, pollute ho jayegi. kyunke har insaan ke andar dekhiye, I hai, ego hai.</w:t>
      </w:r>
    </w:p>
    <w:p>
      <w:pPr>
        <w:jc w:val="right"/>
      </w:pPr>
      <w:r>
        <w:t>یہاں تک کہ ایک وقت آئے گا کہ ہماری پوری پرسنیلٹی ہی ہماری وہ ہو جائے گی، پلوٹ ہو جائے گی۔ کیونکہ ہر انسان کے اندر دیکھیے، آئی ہے، ایگو ہے۔</w:t>
      </w:r>
    </w:p>
    <w:p>
      <w:r>
        <w:rPr>
          <w:b/>
        </w:rPr>
        <w:t xml:space="preserve">[38:49] </w:t>
      </w:r>
      <w:r>
        <w:t>to yeh ego jo hai, is se woh lagta hai ke jo main keh raha hoon, jo main kar raha hoon, wahi sahi hai.</w:t>
      </w:r>
    </w:p>
    <w:p>
      <w:pPr>
        <w:jc w:val="right"/>
      </w:pPr>
      <w:r>
        <w:t>تو یہ ایگو جو ہے، اس سے وہ لگتا ہے کہ جو میں کہہ رہا ہوں، جو میں کر رہا ہوں، وہی صحیح ہے۔</w:t>
      </w:r>
    </w:p>
    <w:p>
      <w:r>
        <w:rPr>
          <w:b/>
        </w:rPr>
        <w:t xml:space="preserve">[38:55] </w:t>
      </w:r>
      <w:r>
        <w:t>halanke aisa nahi hota ke har waqt hum hum sahi rastay par hi hoon. hamari ghalti bhi ho sakti hai. to isi ke liye ehtesaab jo hai na, woh bohat zyada zaroori hai.</w:t>
      </w:r>
    </w:p>
    <w:p>
      <w:pPr>
        <w:jc w:val="right"/>
      </w:pPr>
      <w:r>
        <w:t>حالانکہ ایسا نہیں ہوتا کہ ہر وقت ہم ہم صحیح راستے پر ہی ہوں۔ ہماری غلطی بھی ہو سکتی ہے۔ تو اسی کے لیے احتساب جو ہے نا، وہ بہت زیادہ ضروری ہے۔</w:t>
      </w:r>
    </w:p>
    <w:p>
      <w:r>
        <w:rPr>
          <w:b/>
        </w:rPr>
        <w:t xml:space="preserve">[39:06] </w:t>
      </w:r>
      <w:r>
        <w:t>kyunke Maulana ne kahin likha hai ke yeh jo I hai, yeh I bhi sirf hamari psychological level par hai. kyunke bahar ki jo duniya hai, woh to sab Khuda ki banai hui hai.</w:t>
      </w:r>
    </w:p>
    <w:p>
      <w:pPr>
        <w:jc w:val="right"/>
      </w:pPr>
      <w:r>
        <w:t>کیونکہ مولانا نے کہیں لکھا ہے کہ یہ جو آئی ہے، یہ آئی بھی صرف ہماری سائیکلوجیکل لیول پر ہے۔ کیونکہ باہر کی جو دنیا ہے، وہ تو سب خدا کی بنائی ہوئی ہے۔</w:t>
      </w:r>
    </w:p>
    <w:p>
      <w:r>
        <w:rPr>
          <w:b/>
        </w:rPr>
        <w:t xml:space="preserve">[39:18] </w:t>
      </w:r>
      <w:r>
        <w:t>hum kuch bhi nahi kar sakte.</w:t>
      </w:r>
    </w:p>
    <w:p>
      <w:pPr>
        <w:jc w:val="right"/>
      </w:pPr>
      <w:r>
        <w:t>ہم کچھ بھی نہیں کر سکتے۔</w:t>
      </w:r>
    </w:p>
    <w:p>
      <w:r>
        <w:rPr>
          <w:b/>
        </w:rPr>
        <w:t xml:space="preserve">[39:20] </w:t>
      </w:r>
      <w:r>
        <w:t>hum koi bimari hum ko hoti hai, hum ko accident hota hai, hum ko death hoti hai. hamein life support system chahiye, us par hamara koi ikhtiyar nahi.</w:t>
      </w:r>
    </w:p>
    <w:p>
      <w:pPr>
        <w:jc w:val="right"/>
      </w:pPr>
      <w:r>
        <w:t>ہم کوئی بیماری ہم کو ہوتی ہے، ہم کو ایکسیڈنٹ ہوتا ہے، ہم کو ڈیتھ ہوتی ہے۔ ہمیں لائف سپورٹ سسٹم چاہیے، اس پر ہمارا کوئی اختیار نہیں۔</w:t>
      </w:r>
    </w:p>
    <w:p>
      <w:r>
        <w:rPr>
          <w:b/>
        </w:rPr>
        <w:t xml:space="preserve">[39:30] </w:t>
      </w:r>
      <w:r>
        <w:t>to I jo sirf sirf psychological level par hum samajhte hain ke main hoon, main kuch nahi hoon, sirf Khuda hai, aur hamein apne aap ko Khuda ke aage surrender kar dena hai.</w:t>
      </w:r>
    </w:p>
    <w:p>
      <w:pPr>
        <w:jc w:val="right"/>
      </w:pPr>
      <w:r>
        <w:t>تو آئی جو صرف صرف سائیکلوجیکل لیول پر ہم سمجھتے ہیں کہ میں ہوں، میں کچھ نہیں ہوں، صرف خدا ہے، اور ہمیں اپنے آپ کو خدا کے آگے سرینڈر کر دینا ہے۔</w:t>
      </w:r>
    </w:p>
    <w:p>
      <w:r>
        <w:rPr>
          <w:b/>
        </w:rPr>
        <w:t xml:space="preserve">[39:42] </w:t>
      </w:r>
      <w:r>
        <w:t>kyunke hum bilkul total sense mein ek helpless creature hain. to is ko hamein realize karna</w:t>
      </w:r>
    </w:p>
    <w:p>
      <w:pPr>
        <w:jc w:val="right"/>
      </w:pPr>
      <w:r>
        <w:t>کیونکہ ہم بالکل ٹوٹل سینس میں ایک ہیلپ لیس کریچر ہیں۔ تو اس کو ہمیں ریلائز کرنا</w:t>
      </w:r>
    </w:p>
    <w:p>
      <w:r>
        <w:rPr>
          <w:b/>
        </w:rPr>
        <w:t xml:space="preserve">[39:49] </w:t>
      </w:r>
      <w:r>
        <w:t>hoga. kyunke aisa feeling to yahi hoti hai ke hum kuch kar sakte hain, hum kuch hain, lekin kuch hai nahi. jab woh waqt aata hai to pata chalta hai ke hum kuch nahi thay.</w:t>
      </w:r>
    </w:p>
    <w:p>
      <w:pPr>
        <w:jc w:val="right"/>
      </w:pPr>
      <w:r>
        <w:t>ہوگا۔ کیونکہ ایسا فیلنگ تو یہی ہوتی ہے کہ ہم کچھ کر سکتے ہیں، ہم کچھ ہیں، لیکن کچھ ہے نہیں۔ جب وہ وقت آتا ہے تو پتہ چلتا ہے کہ ہم کچھ نہیں تھے۔</w:t>
      </w:r>
    </w:p>
    <w:p>
      <w:r>
        <w:rPr>
          <w:b/>
        </w:rPr>
        <w:t xml:space="preserve">[39:59] </w:t>
      </w:r>
      <w:r>
        <w:t>hum kuch hotay to hum apne aap ko bacha lete. abhi woh jo Titanic ko dekhne ke liye woh samandar mein jaate hain, to us mein shayad kitna, chhay lakh dollar us ka ticket hota hai.</w:t>
      </w:r>
    </w:p>
    <w:p>
      <w:pPr>
        <w:jc w:val="right"/>
      </w:pPr>
      <w:r>
        <w:t>ہم کچھ ہوتے تو ہم اپنے آپ کو بچا لیتے۔ ابھی وہ جو ٹائٹینک کو دیکھنے کے لیے وہ سمندر میں جاتے ہیں، تو اس میں شاید کتنا، چھ لاکھ ڈالر اس کا ٹکٹ ہوتا ہے۔</w:t>
      </w:r>
    </w:p>
    <w:p>
      <w:r>
        <w:rPr>
          <w:b/>
        </w:rPr>
        <w:t xml:space="preserve">[40:14] </w:t>
      </w:r>
      <w:r>
        <w:t>aur us mein jo bohat hi bara business man tha, shayad Pakistan ka, aur us ne apne bete ko le ke gaya, aur pata nahi kya hua, woh phat gaya, wahin khatam ho gaya.</w:t>
      </w:r>
    </w:p>
    <w:p>
      <w:pPr>
        <w:jc w:val="right"/>
      </w:pPr>
      <w:r>
        <w:t>اور اس میں جو بہت ہی بڑا بزنس مین تھا، شاید پاکستان کا، اور اس نے اپنے بیٹے کو لے کے گیا، اور پتہ نہیں کیا ہوا، وہ پھٹ گیا، وہیں ختم ہو گیا۔</w:t>
      </w:r>
    </w:p>
    <w:p>
      <w:r>
        <w:rPr>
          <w:b/>
        </w:rPr>
        <w:t xml:space="preserve">[40:25] </w:t>
      </w:r>
      <w:r>
        <w:t>to ab woh paisa thori kisi ko bacha sakta hai. to hum bilkul Khuda ke haath mein hain. Khuda hamara koi bhi hamare andar aisi cheez nahi hai ke hum apne jo hamare halaat hain, us par control kar saken.</w:t>
      </w:r>
    </w:p>
    <w:p>
      <w:pPr>
        <w:jc w:val="right"/>
      </w:pPr>
      <w:r>
        <w:t>تو اب وہ پیسہ تھوڑی کسی کو بچا سکتا ہے۔ تو ہم بالکل خدا کے ہاتھ میں ہیں۔ خدا ہمارا کوئی بھی ہمارے اندر ایسی چیز نہیں ہے کہ ہم اپنے جو ہمارے حالات ہیں، اس پر کنٹرول کر سکیں۔</w:t>
      </w:r>
    </w:p>
    <w:p>
      <w:r>
        <w:rPr>
          <w:b/>
        </w:rPr>
        <w:t xml:space="preserve">[40:42] </w:t>
      </w:r>
      <w:r>
        <w:t>to hamein is baat ko realize karna hai, aur jahan hum se koi ghalti ho, bas keh dein ke hum "I was wrong". to is se hamari personality jo hai na, us mein woh purify hoti chali jayegi.</w:t>
      </w:r>
    </w:p>
    <w:p>
      <w:pPr>
        <w:jc w:val="right"/>
      </w:pPr>
      <w:r>
        <w:t>تو ہمیں اس بات کو ریلائز کرنا ہے، اور جہاں ہم سے کوئی غلطی ہو، بس کہہ دیں کہ ہم "آئی واز رونگ"۔ تو اس سے ہماری پرسنیلٹی جو ہے نا، اس میں وہ پیوریفائی ہوتی چلی جائے گی۔</w:t>
      </w:r>
    </w:p>
    <w:p>
      <w:r>
        <w:rPr>
          <w:b/>
        </w:rPr>
        <w:t xml:space="preserve">[40:54] </w:t>
      </w:r>
      <w:r>
        <w:t>rectification ka amal hota rahega, aur yahi bilkul hamein Maulana ne bataya. ji bilkul, jazak Allah apa, bohat achay se wazeh kiya aap ne.</w:t>
      </w:r>
    </w:p>
    <w:p>
      <w:pPr>
        <w:jc w:val="right"/>
      </w:pPr>
      <w:r>
        <w:t>ریکٹیفیکیشن کا عمل ہوتا رہے گا، اور یہی بالکل ہمیں مولانا نے بتایا۔ جی بالکل، جزاک اللہ آپا، بہت اچھے سے واضح کیا آپ نے۔</w:t>
      </w:r>
    </w:p>
    <w:p>
      <w:r>
        <w:rPr>
          <w:b/>
        </w:rPr>
        <w:t xml:space="preserve">[41:03] </w:t>
      </w:r>
      <w:r>
        <w:t>apa, ek sawal bheja hai Rohit Kumar ji ne, Amritsar se program ko</w:t>
      </w:r>
    </w:p>
    <w:p>
      <w:pPr>
        <w:jc w:val="right"/>
      </w:pPr>
      <w:r>
        <w:t>آپا، ایک سوال بھیجا ہے روہت کمار جی نے، امرتسر سے پروگرام کو</w:t>
      </w:r>
    </w:p>
    <w:p>
      <w:r>
        <w:rPr>
          <w:b/>
        </w:rPr>
        <w:t xml:space="preserve">[41:10] </w:t>
      </w:r>
      <w:r>
        <w:t>dekh rahe hain. woh unhon ne likha hai, "Apa ji, kya hamare dil aur dimagh ka taluq hamari rooh se hota hai? hamare andar jo khayal paida hote hain, hamein kaise pata chale ke woh hamare dil aur dimagh ka khayal hai ya rooh ki awaz?</w:t>
      </w:r>
    </w:p>
    <w:p>
      <w:pPr>
        <w:jc w:val="right"/>
      </w:pPr>
      <w:r>
        <w:t>دیکھ رہے ہیں۔ وہ انہوں نے لکھا ہے، "آپا جی، کیا ہمارے دل اور دماغ کا تعلق ہماری روح سے ہوتا ہے؟ ہمارے اندر جو خیال پیدا ہوتے ہیں، ہمیں کیسے پتہ چلے کہ وہ ہمارے دل اور دماغ کا خیال ہے یا روح کی آواز؟</w:t>
      </w:r>
    </w:p>
    <w:p>
      <w:r>
        <w:rPr>
          <w:b/>
        </w:rPr>
        <w:t xml:space="preserve">[41:25] </w:t>
      </w:r>
      <w:r>
        <w:t>kya rooh ki awaz hamein sunai deti hai? hamein kaise pata chale ke yeh hamare mann ka khayal hai ya hamare dimagh ka?" apa, kripa is ko clear karen.</w:t>
      </w:r>
    </w:p>
    <w:p>
      <w:pPr>
        <w:jc w:val="right"/>
      </w:pPr>
      <w:r>
        <w:t>کیا روح کی آواز ہمیں سنائی دیتی ہے؟ ہمیں کیسے پتہ چلے کہ یہ ہمارے من کا خیال ہے یا ہمارے دماغ کا؟" آپا، کرپا اس کو کلیئر کریں۔</w:t>
      </w:r>
    </w:p>
    <w:p>
      <w:r>
        <w:rPr>
          <w:b/>
        </w:rPr>
        <w:t xml:space="preserve">[41:41] </w:t>
      </w:r>
      <w:r>
        <w:t>insaan ke andar asal cheez dimaghi hai, mind hi hai. woh hamein feel hota hai jaise hum koi bohat khush hue hain to hamein heart lagta hai ke hamara zyada beat barh gayi hai ya koi sad ho gaye hain.</w:t>
      </w:r>
    </w:p>
    <w:p>
      <w:pPr>
        <w:jc w:val="right"/>
      </w:pPr>
      <w:r>
        <w:t>انسان کے اندر اصل چیز دماغی ہے، مائنڈ ہی ہے۔ وہ ہمیں فیل ہوتا ہے جیسے ہم کوئی بہت خوش ہوئے ہیں تو ہمیں ہارٹ لگتا ہے کہ ہمارا زیادہ بیٹ بڑھ گئی ہے یا کوئی سیڈ ہو گئے ہیں۔</w:t>
      </w:r>
    </w:p>
    <w:p>
      <w:r>
        <w:rPr>
          <w:b/>
        </w:rPr>
        <w:t xml:space="preserve">[41:54] </w:t>
      </w:r>
      <w:r>
        <w:t>to aisa heart ke level par hamein is ka effect mehsoos hota hai. woh effect hai, asal to mind hi hai. wahi hamari personality hai, wahi usi ko rooh aap keh sakte hain.</w:t>
      </w:r>
    </w:p>
    <w:p>
      <w:pPr>
        <w:jc w:val="right"/>
      </w:pPr>
      <w:r>
        <w:t>تو ایسا ہارٹ کے لیول پر ہمیں اس کا ایفیکٹ محسوس ہوتا ہے۔ وہ ایفیکٹ ہے، اصل تو مائنڈ ہی ہے۔ وہی ہماری پرسنیلٹی ہے، وہی اسی کو روح آپ کہہ سکتے ہیں۔</w:t>
      </w:r>
    </w:p>
    <w:p>
      <w:r>
        <w:rPr>
          <w:b/>
        </w:rPr>
        <w:t xml:space="preserve">[42:05] </w:t>
      </w:r>
      <w:r>
        <w:t>wahi consciousness jo hai, to wahi hai. mind hi yeh sab kuch hai.</w:t>
      </w:r>
    </w:p>
    <w:p>
      <w:pPr>
        <w:jc w:val="right"/>
      </w:pPr>
      <w:r>
        <w:t>وہی کانشیسنس جو ہے، تو وہی ہے۔ مائنڈ ہی یہ سب کچھ ہے۔</w:t>
      </w:r>
    </w:p>
    <w:p>
      <w:r>
        <w:rPr>
          <w:b/>
        </w:rPr>
        <w:t xml:space="preserve">[42:10] </w:t>
      </w:r>
      <w:r>
        <w:t>woh is ka sirf ehsaas hum ko alag alag mehsoos hota hai. kabhi heart pe mehsoos hota hai. to kyunke heart jo hai na, blood ko pump karta hai.</w:t>
      </w:r>
    </w:p>
    <w:p>
      <w:pPr>
        <w:jc w:val="right"/>
      </w:pPr>
      <w:r>
        <w:t>وہ اس کا صرف احساس ہم کو الگ الگ محسوس ہوتا ہے۔ کبھی ہارٹ پہ محسوس ہوتا ہے۔ تو کیونکہ ہارٹ جو ہے نا، بلڈ کو پمپ کرتا ہے۔</w:t>
      </w:r>
    </w:p>
    <w:p>
      <w:r>
        <w:rPr>
          <w:b/>
        </w:rPr>
        <w:t xml:space="preserve">[42:21] </w:t>
      </w:r>
      <w:r>
        <w:t>ab hamein zyada hum woh ho gaye, bohat zyada ehtejaj mein aa gaye. kya kahein ge is ko? to woh as heart ke, us ko baray beat, heart beat barh jati hai.</w:t>
      </w:r>
    </w:p>
    <w:p>
      <w:pPr>
        <w:jc w:val="right"/>
      </w:pPr>
      <w:r>
        <w:t>اب ہمیں زیادہ ہم وہ ہو گئے، بہت زیادہ احتجاج میں آ گئے۔ کیا کہیں گے اس کو؟ تو وہ ایز ہارٹ کے، اس کو بڑے بیٹ، ہارٹ بیٹ بڑھ جاتی ہے۔</w:t>
      </w:r>
    </w:p>
    <w:p>
      <w:r>
        <w:rPr>
          <w:b/>
        </w:rPr>
        <w:t xml:space="preserve">[42:33] </w:t>
      </w:r>
      <w:r>
        <w:t>to aisa lagta hai ke heart mein is ka asar, heart ki wajah se aisa hua. aisa nahi hai, woh to effect hai.</w:t>
      </w:r>
    </w:p>
    <w:p>
      <w:pPr>
        <w:jc w:val="right"/>
      </w:pPr>
      <w:r>
        <w:t>تو ایسا لگتا ہے کہ ہارٹ میں اس کا اثر، ہارٹ کی وجہ سے ایسا ہوا۔ ایسا نہیں ہے، وہ تو ایفیکٹ ہے۔</w:t>
      </w:r>
    </w:p>
    <w:p>
      <w:r>
        <w:rPr>
          <w:b/>
        </w:rPr>
        <w:t xml:space="preserve">[42:40] </w:t>
      </w:r>
      <w:r>
        <w:t>asal to mind hi hai. mind hi sochta hai, lekin mind itna zabardast tareeqay se automatic system hai woh ke foran feel kar leta hai.</w:t>
      </w:r>
    </w:p>
    <w:p>
      <w:pPr>
        <w:jc w:val="right"/>
      </w:pPr>
      <w:r>
        <w:t>اصل تو مائنڈ ہی ہے۔ مائنڈ ہی سوچتا ہے، لیکن مائنڈ اتنا زبردست طریقے سے آٹومیٹک سسٹم ہے وہ کہ فوراً فیل کر لیتا ہے۔</w:t>
      </w:r>
    </w:p>
    <w:p>
      <w:r>
        <w:rPr>
          <w:b/>
        </w:rPr>
        <w:t xml:space="preserve">[42:51] </w:t>
      </w:r>
      <w:r>
        <w:t>is ko der nahi lagti hai fail karne mein. ji to is liye hum samajh nahi paate ke hum ko mind se humein yeh baat hui hai. humein lagta hai ke heart se hui hai.</w:t>
      </w:r>
    </w:p>
    <w:p>
      <w:pPr>
        <w:jc w:val="right"/>
      </w:pPr>
      <w:r>
        <w:t>اس کو دیر نہیں لگتی ہے فیل کرنے میں۔ جی تو اس لیے ہم سمجھ نہیں پاتے کہ ہم کو مائنڈ سے ہمیں یہ بات ہوئی ہے۔ ہمیں لگتا ہے کہ ہارٹ سے ہوئی ہے۔</w:t>
      </w:r>
    </w:p>
    <w:p>
      <w:r>
        <w:rPr>
          <w:b/>
        </w:rPr>
        <w:t xml:space="preserve">[43:01] </w:t>
      </w:r>
      <w:r>
        <w:t>woh asal cheez mind, insaan ke dimagh mein mind hi hai.</w:t>
      </w:r>
    </w:p>
    <w:p>
      <w:pPr>
        <w:jc w:val="right"/>
      </w:pPr>
      <w:r>
        <w:t>وہ اصل چیز مائنڈ، انسان کے دماغ میں مائنڈ ہی ہے۔</w:t>
      </w:r>
    </w:p>
    <w:p>
      <w:r>
        <w:rPr>
          <w:b/>
        </w:rPr>
        <w:t xml:space="preserve">[43:05] </w:t>
      </w:r>
      <w:r>
        <w:t>ji ji aur bilkul apa aap ne sahi kaha ke main cheez to mind hi hai. aur shuru se hi Allah taala ne sab ke andar, jis ka apa aya ke lafz nafs lawwama aur nafs ammara ke insaan ke andar consciousness bhi hai aur ego bhi hai.</w:t>
      </w:r>
    </w:p>
    <w:p>
      <w:pPr>
        <w:jc w:val="right"/>
      </w:pPr>
      <w:r>
        <w:t>جی جی اور بالکل آپا آپ نے صحیح کہا کہ مین چیز تو مائنڈ ہی ہے۔ اور شروع سے ہی اللہ تعالی نے سب کے اندر، جس کا آپا آیا کہ لفظ نفس لوامہ اور نفس امارہ کہ انسان کے اندر کانشیس بھی ہے اور ایگو بھی ہے۔</w:t>
      </w:r>
    </w:p>
    <w:p>
      <w:r>
        <w:rPr>
          <w:b/>
        </w:rPr>
        <w:t xml:space="preserve">[43:20] </w:t>
      </w:r>
      <w:r>
        <w:t>to ab yeh aap par depend karta hai ke aap kis ko feed karte hain. to agar aap consciousness ko feed karenge to khayal achhe honge, aap ki personality positive banegi.</w:t>
      </w:r>
    </w:p>
    <w:p>
      <w:pPr>
        <w:jc w:val="right"/>
      </w:pPr>
      <w:r>
        <w:t>تو اب یہ آپ پر ڈیپینڈ کرتا ہے کہ آپ کس کو فیڈ کرتے ہیں۔ تو اگر آپ کانشیس کو فیڈ کریں گے تو خیال اچھے ہوں گے، آپ کی پرسنیلٹی پوزیٹیو بنے گی۔</w:t>
      </w:r>
    </w:p>
    <w:p>
      <w:r>
        <w:rPr>
          <w:b/>
        </w:rPr>
        <w:t xml:space="preserve">[43:29] </w:t>
      </w:r>
      <w:r>
        <w:t>ego ko feed karenge to negative personality banegi.</w:t>
      </w:r>
    </w:p>
    <w:p>
      <w:pPr>
        <w:jc w:val="right"/>
      </w:pPr>
      <w:r>
        <w:t>ایگو کو فیڈ کریں گے تو نیگیٹیو پرسنیلٹی بنے گی۔</w:t>
      </w:r>
    </w:p>
    <w:p>
      <w:r>
        <w:rPr>
          <w:b/>
        </w:rPr>
        <w:t xml:space="preserve">[43:33] </w:t>
      </w:r>
      <w:r>
        <w:t>to yeh integral part hai of the mind and of the personality. aur aksar is ko na samajhne se logon ke andar confusion ho jati hai. woh sochte hain ke rooh alag hai, dimagh alag hai, dil alag hai.</w:t>
      </w:r>
    </w:p>
    <w:p>
      <w:pPr>
        <w:jc w:val="right"/>
      </w:pPr>
      <w:r>
        <w:t>تو یہ انٹیگرل پارٹ ہے اف دا مائنڈ اینڈ اف دا پرسنیلٹی۔ اور اکثر اس کو نہ سمجھنے سے لوگوں کے اندر کنفیوژن ہو جاتی ہے۔ وہ سوچتے ہیں کہ روح الگ ہے، دماغ الگ ہے، دل الگ ہے۔</w:t>
      </w:r>
    </w:p>
    <w:p>
      <w:r>
        <w:rPr>
          <w:b/>
        </w:rPr>
        <w:t xml:space="preserve">[43:45] </w:t>
      </w:r>
      <w:r>
        <w:t>lekin asal mein main cheez aik hi hai, dimagh. aur is mein Allah taala ne aik upright nature shuru se hi dala hua hai. to yeh hamare upar depend karta hai that how we build our personalities.</w:t>
      </w:r>
    </w:p>
    <w:p>
      <w:pPr>
        <w:jc w:val="right"/>
      </w:pPr>
      <w:r>
        <w:t>لیکن اصل میں مین چیز ایک ہی ہے، دماغ۔ اور اس میں اللہ تعالی نے ایک اپرائٹ نیچر شروع سے ہی ڈالا ہوا ہے۔ تو یہ ہمارے اوپر ڈیپینڈ کرتا ہے دیٹ ہاؤ وی بلڈ اور پرسنیلٹیز۔</w:t>
      </w:r>
    </w:p>
    <w:p>
      <w:r>
        <w:rPr>
          <w:b/>
        </w:rPr>
        <w:t xml:space="preserve">[43:56] </w:t>
      </w:r>
      <w:r>
        <w:t>asal mein woh pehle zamane mein jab researches nahi hui thi na, ji tab log samajhte the</w:t>
      </w:r>
    </w:p>
    <w:p>
      <w:pPr>
        <w:jc w:val="right"/>
      </w:pPr>
      <w:r>
        <w:t>اصل میں وہ پہلے زمانے میں جب ریسرچز نہیں ہوئی تھی نا، جی تب لوگ سمجھتے تھے</w:t>
      </w:r>
    </w:p>
    <w:p>
      <w:r>
        <w:rPr>
          <w:b/>
        </w:rPr>
        <w:t xml:space="preserve">[44:02] </w:t>
      </w:r>
      <w:r>
        <w:t>alag alag. ab science ki jo research se pata chala hai ke asal cheez mind hi hai. bilkul ji ji apa aik sawal, yeh hashim ali sahib ne multan se kiya, pakistan se.</w:t>
      </w:r>
    </w:p>
    <w:p>
      <w:pPr>
        <w:jc w:val="right"/>
      </w:pPr>
      <w:r>
        <w:t>الگ الگ۔ اب سائنس کی جو ریسرچ سے پتہ چلا ہے کہ اصل چیز مائنڈ ہی ہے۔ بالکل جی جی آپا ایک سوال، یہ ہاشم علی صاحب نے ملتان سے کیا، پاکستان سے۔</w:t>
      </w:r>
    </w:p>
    <w:p>
      <w:r>
        <w:rPr>
          <w:b/>
        </w:rPr>
        <w:t xml:space="preserve">[44:13] </w:t>
      </w:r>
      <w:r>
        <w:t>aap is ka jawab de chuki hain. shayad unhon ne late session ko join kiya, but yeh aap se pooch rahe hain ke what is the meaning of purification of heart?</w:t>
      </w:r>
    </w:p>
    <w:p>
      <w:pPr>
        <w:jc w:val="right"/>
      </w:pPr>
      <w:r>
        <w:t>آپ اس کا جواب دے چکی ہیں۔ شاید انہوں نے لیٹ سیشن کو جوائن کیا، بٹ یہ آپ سے پوچھ رہے ہیں کہ واٹ از دا میننگ اف پیوریفیکیشن اف ہارٹ؟</w:t>
      </w:r>
    </w:p>
    <w:p>
      <w:r>
        <w:rPr>
          <w:b/>
        </w:rPr>
        <w:t xml:space="preserve">[44:23] </w:t>
      </w:r>
      <w:r>
        <w:t>to is ke bare mein aap batain. woh is zamane mein dekhiye, heart ka lafz bola jata tha jaise whole heartedly.</w:t>
      </w:r>
    </w:p>
    <w:p>
      <w:pPr>
        <w:jc w:val="right"/>
      </w:pPr>
      <w:r>
        <w:t>تو اس کے بارے میں آپ بتائیں۔ وہ اس زمانے میں دیکھیے، ہارٹ کا لفظ بولا جاتا تھا جیسے ہول ہارٹڈلی۔</w:t>
      </w:r>
    </w:p>
    <w:p>
      <w:r>
        <w:rPr>
          <w:b/>
        </w:rPr>
        <w:t xml:space="preserve">[44:33] </w:t>
      </w:r>
      <w:r>
        <w:t>woh bola jata tha, riwaj mein tha. ab whole mindedly nahi, koi bolega. woh bola jata tha. to wohi Islam mein bhi woh alfaaz to wohi sab aa jate hain jo language mein istemal hote hain.</w:t>
      </w:r>
    </w:p>
    <w:p>
      <w:pPr>
        <w:jc w:val="right"/>
      </w:pPr>
      <w:r>
        <w:t>وہ بولا جاتا تھا، رواج میں تھا۔ اب ہول مائنڈڈلی نہیں، کوئی بولے گا۔ وہ بولا جاتا تھا۔ تو وہی اسلام میں بھی وہ الفاظ تو وہی سب آ جاتے ہیں جو لینگویج میں استعمال ہوتے ہیں۔</w:t>
      </w:r>
    </w:p>
    <w:p>
      <w:r>
        <w:rPr>
          <w:b/>
        </w:rPr>
        <w:t xml:space="preserve">[44:45] </w:t>
      </w:r>
      <w:r>
        <w:t>to asal mein purification of the mind hai. ji woh bola jata tha, is liye purification of the heart bola jane laga. ji to wohi mind, wohi is ka aik thought process poora chalana parega.</w:t>
      </w:r>
    </w:p>
    <w:p>
      <w:pPr>
        <w:jc w:val="right"/>
      </w:pPr>
      <w:r>
        <w:t>تو اصل میں پیوریفیکیشن اف دا مائنڈ ہے۔ جی وہ بولا جاتا تھا، اس لیے پیوریفیکیشن اف دی ہارٹ بولا جانے لگا۔ جی تو وہی مائنڈ، وہی اس کا ایک تھاٹ پراسیس پورا چلانا پڑے گا۔</w:t>
      </w:r>
    </w:p>
    <w:p>
      <w:r>
        <w:rPr>
          <w:b/>
        </w:rPr>
        <w:t xml:space="preserve">[44:57] </w:t>
      </w:r>
      <w:r>
        <w:t>ji jahan hum ne koi ghalti ki, is ko foran is ko rectify karna parega</w:t>
      </w:r>
    </w:p>
    <w:p>
      <w:pPr>
        <w:jc w:val="right"/>
      </w:pPr>
      <w:r>
        <w:t>جی جہاں ہم نے کوئی غلطی کی، اس کو فوراً اس کو ریکٹیفائی کرنا پڑے گ</w:t>
      </w:r>
    </w:p>
    <w:p>
      <w:r>
        <w:rPr>
          <w:b/>
        </w:rPr>
        <w:t xml:space="preserve">[45:03] </w:t>
      </w:r>
      <w:r>
        <w:t>a. musalsal watch karna parega ke hamare andar koi ghalt idea, hum ne koi ghalt kaam kiya ho, kisi ko nuqsan pohanchaya ho.</w:t>
      </w:r>
    </w:p>
    <w:p>
      <w:pPr>
        <w:jc w:val="right"/>
      </w:pPr>
      <w:r>
        <w:t>ا۔ مسلسل واچ کرنا پڑے گا کہ ہمارے اندر کوئی غلط آئیڈیا، ہم نے کوئی غلط کام کیا ہو، کسی کو نقصان پہنچایا ہو۔</w:t>
      </w:r>
    </w:p>
    <w:p>
      <w:r>
        <w:rPr>
          <w:b/>
        </w:rPr>
        <w:t xml:space="preserve">[45:12] </w:t>
      </w:r>
      <w:r>
        <w:t>to yeh sab cheezon ko check karte rehna parega. agar check nahi karenge to dheere dheere hamari poori personality pollute ho jayegi.</w:t>
      </w:r>
    </w:p>
    <w:p>
      <w:pPr>
        <w:jc w:val="right"/>
      </w:pPr>
      <w:r>
        <w:t>تو یہ سب چیزوں کو چیک کرتے رہنا پڑے گا۔ اگر چیک نہیں کریں گے تو دھیرے دھیرے ہماری پوری پرسنیلٹی پلوٹ ہو جائے گی۔</w:t>
      </w:r>
    </w:p>
    <w:p>
      <w:r>
        <w:rPr>
          <w:b/>
        </w:rPr>
        <w:t xml:space="preserve">[45:23] </w:t>
      </w:r>
      <w:r>
        <w:t>aik bar mujhe yaad aata hai ke taqreeban shayad 25, 20, 25 saal ke Maulana rahe honge. ji to un ki jeb mein kuch so do so rupiya tha kisi ka.</w:t>
      </w:r>
    </w:p>
    <w:p>
      <w:pPr>
        <w:jc w:val="right"/>
      </w:pPr>
      <w:r>
        <w:t>ایک بار مجھے یاد آتا ہے کہ تقریباً شاید 25، 20، 25 سال کے مولانا رہے ہوں گے۔ جی تو ان کی جیب میں کچھ سو دو سو روپیہ تھا کسی کا۔</w:t>
      </w:r>
    </w:p>
    <w:p>
      <w:r>
        <w:rPr>
          <w:b/>
        </w:rPr>
        <w:t xml:space="preserve">[45:34] </w:t>
      </w:r>
      <w:r>
        <w:t>ab pata nahi kyun un ko aisa feel hua ke kahin mein mar jaon to pata nahi chalega kis ka paisa hai. hmm to un ko neend hi nahi aa rahi thi.</w:t>
      </w:r>
    </w:p>
    <w:p>
      <w:pPr>
        <w:jc w:val="right"/>
      </w:pPr>
      <w:r>
        <w:t>اب پتہ نہیں کیوں ان کو ایسا فیل ہوا کہ کہیں میں مر جاؤں تو پتہ نہیں چلے گا کس کا پیسہ ہے۔ ہمم تو ان کو نیند ہی نہیں آ رہی تھی۔</w:t>
      </w:r>
    </w:p>
    <w:p>
      <w:r>
        <w:rPr>
          <w:b/>
        </w:rPr>
        <w:t xml:space="preserve">[45:44] </w:t>
      </w:r>
      <w:r>
        <w:t>ji ji phir unhon ne lalten jalai. woh gaon ka zamana tha. lalten jalai, aik kaghaz qalam liya aur likha ke mein mar jaon to yeh paisa falan ko de diya jaye.</w:t>
      </w:r>
    </w:p>
    <w:p>
      <w:pPr>
        <w:jc w:val="right"/>
      </w:pPr>
      <w:r>
        <w:t>جی جی پھر انہوں نے لالٹین جلائی۔ وہ گاؤں کا زمانہ تھا۔ لالٹین جلائی، ایک کاغذ قلم لیا اور لکھا کہ میں مر جاؤں تو یہ پیسہ فلاں کو دے دیا جائے۔</w:t>
      </w:r>
    </w:p>
    <w:p>
      <w:r>
        <w:rPr>
          <w:b/>
        </w:rPr>
        <w:t xml:space="preserve">[45:54] </w:t>
      </w:r>
      <w:r>
        <w:t>ji to itna zyada insaan ko conscious rehna hai ke hum se koi ghalti na ho jaye.</w:t>
      </w:r>
    </w:p>
    <w:p>
      <w:pPr>
        <w:jc w:val="right"/>
      </w:pPr>
      <w:r>
        <w:t>جی تو اتنا زیادہ انسان کو کانشیس رہنا ہے کہ ہم سے کوئی غلطی نہ ہو جائے۔</w:t>
      </w:r>
    </w:p>
    <w:p>
      <w:r>
        <w:rPr>
          <w:b/>
        </w:rPr>
        <w:t xml:space="preserve">[46:00] </w:t>
      </w:r>
      <w:r>
        <w:t>jab conscious rahenge to phir woh sensitivity develop ho jayegi aur phir hum har ghalt kaam se khud ba khud bachne lagenge. bohat achha example yaad dilaya apa aap ne.</w:t>
      </w:r>
    </w:p>
    <w:p>
      <w:pPr>
        <w:jc w:val="right"/>
      </w:pPr>
      <w:r>
        <w:t>جب کانشیس رہیں گے تو پھر وہ سینسٹیوٹی ڈیولپ ہو جائے گی اور پھر ہم ہر غلط کام سے خود بخود بچنے لگیں گے۔ بہت اچھا ایگزامپل یاد دلایا آپا آپ نے۔</w:t>
      </w:r>
    </w:p>
    <w:p>
      <w:r>
        <w:rPr>
          <w:b/>
        </w:rPr>
        <w:t xml:space="preserve">[46:11] </w:t>
      </w:r>
      <w:r>
        <w:t>to asal cheez wohi hai jo aap ne kaha ke is nature pe lotna, jis nature pe Allah taala ne insaan ko paida kiya hai. ke apne dil mein kisi ke liye hate nahi rakhna, kisi ke andar malech, kisi ke liye</w:t>
      </w:r>
    </w:p>
    <w:p>
      <w:pPr>
        <w:jc w:val="right"/>
      </w:pPr>
      <w:r>
        <w:t>تو اصل چیز وہی ہے جو آپ نے کہا کہ اس نیچر پہ لوٹنا، جس نیچر پہ اللہ تعالی نے انسان کو پیدا کیا ہے۔ کہ اپنے دل میں کسی کے لیے ہیٹ نہیں رکھنا، کسی کے اندر میلچ، کسی کے لیے</w:t>
      </w:r>
    </w:p>
    <w:p>
      <w:r>
        <w:rPr>
          <w:b/>
        </w:rPr>
        <w:t xml:space="preserve">[46:25] </w:t>
      </w:r>
      <w:r>
        <w:t>malech nahi rakhna, aur doosre ke liye khair khwah banna. God oriented life bana batana. to yahi yahi hai purification of heart.</w:t>
      </w:r>
    </w:p>
    <w:p>
      <w:pPr>
        <w:jc w:val="right"/>
      </w:pPr>
      <w:r>
        <w:t>میلچ نہیں رکھنا، اور دوسرے کے لیے خیر خواہ بننا۔ گاڈ اورینٹڈ لائف بنا بتانا۔ تو یہی یہی ہے پیوریفیکیشن اف ہارٹ۔</w:t>
      </w:r>
    </w:p>
    <w:p>
      <w:r>
        <w:rPr>
          <w:b/>
        </w:rPr>
        <w:t xml:space="preserve">[46:34] </w:t>
      </w:r>
      <w:r>
        <w:t>and Quran mein aya hai ke only truly dost people be entered into paradise who have sound heart. to sound heart ka matlab hi yahi hai ke purified personality.</w:t>
      </w:r>
    </w:p>
    <w:p>
      <w:pPr>
        <w:jc w:val="right"/>
      </w:pPr>
      <w:r>
        <w:t>اینڈ قرآن میں آیا ہے کہ اونلی ٹرولی دوست پیپل بی اینٹرڈ انٹو پیراڈائز ہو ہیو ساؤنڈ ہارٹ۔ تو ساؤنڈ ہارٹ کا مطلب ہی یہی ہے کہ پیوریفائیڈ پرسنیلٹی۔</w:t>
      </w:r>
    </w:p>
    <w:p>
      <w:r>
        <w:rPr>
          <w:b/>
        </w:rPr>
        <w:t xml:space="preserve">[46:45] </w:t>
      </w:r>
      <w:r>
        <w:t>to yeh to jannat ki condition hai apa.</w:t>
      </w:r>
    </w:p>
    <w:p>
      <w:pPr>
        <w:jc w:val="right"/>
      </w:pPr>
      <w:r>
        <w:t>تو یہ تو جنت کی کنڈیشن ہے آپا۔</w:t>
      </w:r>
    </w:p>
    <w:p>
      <w:r>
        <w:rPr>
          <w:b/>
        </w:rPr>
        <w:t xml:space="preserve">[46:49] </w:t>
      </w:r>
      <w:r>
        <w:t>to aur yeh bhi tha ke jaise ab aba jo hain baat cheet karne ke andaaz mein kabhi bohat hi matlab bohat hi koi baat nahi samajh raha hai na to thoda tez bol dete the samjhane ke is liye ke us ko samajh mein nahi aa raha hai.</w:t>
      </w:r>
    </w:p>
    <w:p>
      <w:pPr>
        <w:jc w:val="right"/>
      </w:pPr>
      <w:r>
        <w:t>تو اور یہ بھی تھا کہ جیسے اب ابا جو ہیں بات چیت کرنے کے انداز میں کبھی بہت ہی مطلب بہت ہی کوئی بات نہیں سمجھ رہا ہے نا تو تھوڑا تیز بول دیتے تھے سمجھانے کے اس لیے کہ اس کو سمجھ میں نہیں آ رہا ہے۔</w:t>
      </w:r>
    </w:p>
    <w:p>
      <w:r>
        <w:rPr>
          <w:b/>
        </w:rPr>
        <w:t xml:space="preserve">[47:07] </w:t>
      </w:r>
      <w:r>
        <w:t>ke aap ki samajh mein nahi aata aisa kuch keh diya.</w:t>
      </w:r>
    </w:p>
    <w:p>
      <w:pPr>
        <w:jc w:val="right"/>
      </w:pPr>
      <w:r>
        <w:t>کہ آپ کی سمجھ میں نہیں آتا ایسا کچھ کہہ دیا۔</w:t>
      </w:r>
    </w:p>
    <w:p>
      <w:r>
        <w:rPr>
          <w:b/>
        </w:rPr>
        <w:t xml:space="preserve">[47:10] </w:t>
      </w:r>
      <w:r>
        <w:t>aisi koi baat aisi keh di na to koi bhi time ho, raat ka time ho, din ka time ho, agar aisi koi baat ho gayi to woh us ke ghar jaate the us se maafii maangne.</w:t>
      </w:r>
    </w:p>
    <w:p>
      <w:pPr>
        <w:jc w:val="right"/>
      </w:pPr>
      <w:r>
        <w:t>ایسی کوئی بات ایسی کہہ دی نا تو کوئی بھی ٹائم ہو، رات کا ٹائم ہو، دن کا ٹائم ہو، اگر ایسی کوئی بات ہو گئی تو وہ اس کے گھر جاتے تھے اس سے معافی مانگنے۔</w:t>
      </w:r>
    </w:p>
    <w:p>
      <w:r>
        <w:rPr>
          <w:b/>
        </w:rPr>
        <w:t xml:space="preserve">[47:22] </w:t>
      </w:r>
      <w:r>
        <w:t>to yeh mashhoor ho gaya tha ke agar yeh waheeduddin khan be waqt kisi ke ghar jayen to samajh lo maafii maangne aaye honge.</w:t>
      </w:r>
    </w:p>
    <w:p>
      <w:pPr>
        <w:jc w:val="right"/>
      </w:pPr>
      <w:r>
        <w:t>تو یہ مشہور ہو گیا تھا کہ اگر یہ وحید الدین خان بے وقت کسی کے گھر جائیں تو سمجھ لو معافی مانگنے آئے ہوں گے۔</w:t>
      </w:r>
    </w:p>
    <w:p>
      <w:r>
        <w:rPr>
          <w:b/>
        </w:rPr>
        <w:t xml:space="preserve">[47:31] </w:t>
      </w:r>
      <w:r>
        <w:t>to ghaltiyaan hoti hain, insaan hain, insaan ghalti karta hai. to humein maafii maangne ke liye tayyar rehna cha</w:t>
      </w:r>
    </w:p>
    <w:p>
      <w:pPr>
        <w:jc w:val="right"/>
      </w:pPr>
      <w:r>
        <w:t>تو غلطیاں ہوتی ہیں، انسان ہیں، انسان غلطی کرتا ہے۔ تو ہمیں معافی مانگنے کے لیے تیار رہنا چ</w:t>
      </w:r>
    </w:p>
    <w:p>
      <w:r>
        <w:rPr>
          <w:b/>
        </w:rPr>
        <w:t xml:space="preserve">[47:38] </w:t>
      </w:r>
      <w:r>
        <w:t>ahiye. bilkul apa bohat ziyada hum logon ki hammering hoti thi. ke aap ghalti kyun nahi maante? foran ghalti maaniye. to bohat achhe examples bataye apa aap ne.</w:t>
      </w:r>
    </w:p>
    <w:p>
      <w:pPr>
        <w:jc w:val="right"/>
      </w:pPr>
      <w:r>
        <w:t>اہیے۔ بالکل آپا بہت زیادہ ہم لوگوں کی ہیمرنگ ہوتی تھی۔ کہ آپ غلطی کیوں نہیں مانتے؟ فوراً غلطی مانیے۔ تو بہت اچھے ایگزامپلز بتائے آپا آپ نے۔</w:t>
      </w:r>
    </w:p>
    <w:p>
      <w:r>
        <w:rPr>
          <w:b/>
        </w:rPr>
        <w:t xml:space="preserve">[47:48] </w:t>
      </w:r>
      <w:r>
        <w:t>apa aakhri sawal aaj ke session ka.</w:t>
      </w:r>
    </w:p>
    <w:p>
      <w:pPr>
        <w:jc w:val="right"/>
      </w:pPr>
      <w:r>
        <w:t>آپا آخری سوال آج کے سیشن کا۔</w:t>
      </w:r>
    </w:p>
    <w:p>
      <w:r>
        <w:rPr>
          <w:b/>
        </w:rPr>
        <w:t xml:space="preserve">[47:52] </w:t>
      </w:r>
      <w:r>
        <w:t>apa aap ki conversation se to yahi seekha aaj hum ne ke tazkiya makes a person, builds a person with a noble personality, brings a man closer to God, and also enables him to be a deserving candidate for the company of angels.</w:t>
      </w:r>
    </w:p>
    <w:p>
      <w:pPr>
        <w:jc w:val="right"/>
      </w:pPr>
      <w:r>
        <w:t>آپا آپ کی کنورسیشن سے تو یہی سیکھا آج ہم نے کہ تزکیہ میکس ا پرسن، بلڈز ا پرسن ود ا نوبل پرسنیلٹی، برنگز ا مین کلوزر ٹو گاڈ، اینڈ السو انیبلز ہم ٹو بی ا ڈیزرونگ کینڈیڈیٹ فار دی کمپنی اف اینجلز۔</w:t>
      </w:r>
    </w:p>
    <w:p>
      <w:r>
        <w:rPr>
          <w:b/>
        </w:rPr>
        <w:t xml:space="preserve">[48:10] </w:t>
      </w:r>
      <w:r>
        <w:t>lekin apa ek hi cheez is ko derail kar sakti hai aur woh hai distraction.</w:t>
      </w:r>
    </w:p>
    <w:p>
      <w:pPr>
        <w:jc w:val="right"/>
      </w:pPr>
      <w:r>
        <w:t>لیکن آپا ایک ہی چیز اس کو ڈیریل کر سکتی ہے اور وہ ہے ڈسٹریکشن۔</w:t>
      </w:r>
    </w:p>
    <w:p>
      <w:r>
        <w:rPr>
          <w:b/>
        </w:rPr>
        <w:t xml:space="preserve">[48:17] </w:t>
      </w:r>
      <w:r>
        <w:t>maulana sahib kehte the ke one of the successful principle to lead a life, successful life in this world is that you should be able to abandon one thing in favor of another.</w:t>
      </w:r>
    </w:p>
    <w:p>
      <w:pPr>
        <w:jc w:val="right"/>
      </w:pPr>
      <w:r>
        <w:t>مولانا صاحب کہتے تھے کہ ون اف دا سکسیس فل پرنسپل ٹو لیڈ ا لائف، سکسیس فل لائف ان دس ورلڈ از دیٹ یو شوڈ بی ایبل ٹو ابینڈن ون تھنگ ان فیور اف انادر۔</w:t>
      </w:r>
    </w:p>
    <w:p>
      <w:r>
        <w:rPr>
          <w:b/>
        </w:rPr>
        <w:t xml:space="preserve">[48:29] </w:t>
      </w:r>
      <w:r>
        <w:t>to koi bhi insaan zindagi mein do do priorities nahi rakh sakta. focus mein ek hi cheez hoti hai. to agar aap ka focus, aap ki priority tazkiya hai, so you have to abandon all those things which are irrelevant for tazkiya</w:t>
      </w:r>
    </w:p>
    <w:p>
      <w:pPr>
        <w:jc w:val="right"/>
      </w:pPr>
      <w:r>
        <w:t>تو کوئی بھی انسان زندگی میں دو دو پرائرٹیز نہیں رکھ سکتا۔ فوکس میں ایک ہی چیز ہوتی ہے۔ تو اگر آپ کا فوکس، آپ کی پرائرٹی تزکیہ ہے، سو یو ہیو ٹو ابینڈن ال دوست تھنگز وچ ار اریلیونٹ فار تزکیہ</w:t>
      </w:r>
    </w:p>
    <w:p>
      <w:r>
        <w:rPr>
          <w:b/>
        </w:rPr>
        <w:t xml:space="preserve">[48:44] </w:t>
      </w:r>
      <w:r>
        <w:t>. to apa kal mila ke jo ek sab se aham question hai, saare log aaj ki date mein isi mein mubtala hain, isi mein phanse hue hain.</w:t>
      </w:r>
    </w:p>
    <w:p>
      <w:pPr>
        <w:jc w:val="right"/>
      </w:pPr>
      <w:r>
        <w:t>۔ تو آپا کل ملا کے جو ایک سب سے اہم کوئسچن ہے، سارے لوگ آج کی ڈیٹ میں اسی میں مبتلا ہیں، اسی میں پھنسے ہوئے ہیں۔</w:t>
      </w:r>
    </w:p>
    <w:p>
      <w:r>
        <w:rPr>
          <w:b/>
        </w:rPr>
        <w:t xml:space="preserve">[48:55] </w:t>
      </w:r>
      <w:r>
        <w:t>distraction to kaise apne aap ko distraction se bachayen? yeh apa aaj ka aakhri sawal hai. isi par main chahunga ke aap session ko khatam karen.</w:t>
      </w:r>
    </w:p>
    <w:p>
      <w:pPr>
        <w:jc w:val="right"/>
      </w:pPr>
      <w:r>
        <w:t>ڈسٹریکشن تو کیسے اپنے آپ کو ڈسٹریکشن سے بچائیں؟ یہ آپا آج کا آخری سوال ہے۔ اسی پر میں چاہوں گا کہ آپ سیشن کو ختم کریں۔</w:t>
      </w:r>
    </w:p>
    <w:p>
      <w:r>
        <w:rPr>
          <w:b/>
        </w:rPr>
        <w:t xml:space="preserve">[49:07] </w:t>
      </w:r>
      <w:r>
        <w:t>distraction hi main cheez hai jis ki wajah se hum apna tazkiya nahi kar paate.</w:t>
      </w:r>
    </w:p>
    <w:p>
      <w:pPr>
        <w:jc w:val="right"/>
      </w:pPr>
      <w:r>
        <w:t>ڈسٹریکشن ہی مین چیز ہے جس کی وجہ سے ہم اپنا تزکیہ نہیں کر پاتے۔</w:t>
      </w:r>
    </w:p>
    <w:p>
      <w:r>
        <w:rPr>
          <w:b/>
        </w:rPr>
        <w:t xml:space="preserve">[49:14] </w:t>
      </w:r>
      <w:r>
        <w:t>to baar baar hum distract hote rehte hain. aur sab se pehle humein yeh jaanna hai ke hamare paas bohat hi limited period of time hai.</w:t>
      </w:r>
    </w:p>
    <w:p>
      <w:pPr>
        <w:jc w:val="right"/>
      </w:pPr>
      <w:r>
        <w:t>تو بار بار ہم ڈسٹریکٹ ہوتے رہتے ہیں۔ اور سب سے پہلے ہمیں یہ جاننا ہے کہ ہمارے پاس بہت ہی لمیٹڈ پیریڈ اف ٹائم ہے۔</w:t>
      </w:r>
    </w:p>
    <w:p>
      <w:r>
        <w:rPr>
          <w:b/>
        </w:rPr>
        <w:t xml:space="preserve">[49:23] </w:t>
      </w:r>
      <w:r>
        <w:t>hamare paas waqt bohat kam hai. agar hum is mein distract hote rahenge baar baar to pata chalega ke hamara time hi khatam ho gaya. ab hum kuch karne ki position mein hi nahi</w:t>
      </w:r>
    </w:p>
    <w:p>
      <w:pPr>
        <w:jc w:val="right"/>
      </w:pPr>
      <w:r>
        <w:t>ہمارے پاس وقت بہت کم ہے۔ اگر ہم اس میں ڈسٹریکٹ ہوتے رہیں گے بار بار تو پتہ چلے گا کہ ہمارا ٹائم ہی ختم ہو گیا۔ اب ہم کچھ کرنے کی پوزیشن میں ہی نہیں</w:t>
      </w:r>
    </w:p>
    <w:p>
      <w:r>
        <w:rPr>
          <w:b/>
        </w:rPr>
        <w:t xml:space="preserve">[49:34] </w:t>
      </w:r>
      <w:r>
        <w:t>hain. to yeh baat humein samajhna hai aur apne aap ko poori tarah se har waqt tayyar rakhna hai ke jahan bhi koi un ko jahan bhi aisa lage ke yeh cheez humein matlab sab se pehle to humein apna goal set kar lena hai ke hamara goal kya hai?</w:t>
      </w:r>
    </w:p>
    <w:p>
      <w:pPr>
        <w:jc w:val="right"/>
      </w:pPr>
      <w:r>
        <w:t>ہیں۔ تو یہ بات ہمیں سمجھنا ہے اور اپنے آپ کو پوری طریقے سے ہر وقت تیار رکھنا ہے کہ جہاں بھی کوئی ان کو جہاں بھی ایسا لگے کہ یہ چیز ہمیں مطلب سب سے پہلے تو ہمیں اپنا گول سیٹ کر لینا ہے کہ ہمارا گول کیا ہے؟</w:t>
      </w:r>
    </w:p>
    <w:p>
      <w:r>
        <w:rPr>
          <w:b/>
        </w:rPr>
        <w:t xml:space="preserve">[49:53] </w:t>
      </w:r>
      <w:r>
        <w:t>kya spirituality hamara goal hai? Khuda se connection qaim karna hamara goal hai?</w:t>
      </w:r>
    </w:p>
    <w:p>
      <w:pPr>
        <w:jc w:val="right"/>
      </w:pPr>
      <w:r>
        <w:t>کیا سپریچولٹی ہمارا گول ہے؟ خدا سے کنیکشن قائم کرنا ہمارا گول ہے؟</w:t>
      </w:r>
    </w:p>
    <w:p>
      <w:r>
        <w:rPr>
          <w:b/>
        </w:rPr>
        <w:t xml:space="preserve">[49:58] </w:t>
      </w:r>
      <w:r>
        <w:t>ya duniya ka bhi koi goal ho to humein us goal ko sab se pehle set kar lena hai. is ke baad dekhna hai ke kya koi aisi cheez hai jo is mein hamare woh obstacle create kar rahi hai.</w:t>
      </w:r>
    </w:p>
    <w:p>
      <w:pPr>
        <w:jc w:val="right"/>
      </w:pPr>
      <w:r>
        <w:t>یا دنیا کا بھی کوئی گول ہو تو ہمیں اس گول کو سب سے پہلے سیٹ کر لینا ہے۔ اس کے بعد دیکھنا ہے کہ کیا کوئی ایسی چیز ہے جو اس میں ہمارے وہ ابسٹیکل کریٹ کر رہی ہے۔</w:t>
      </w:r>
    </w:p>
    <w:p>
      <w:r>
        <w:rPr>
          <w:b/>
        </w:rPr>
        <w:t xml:space="preserve">[50:12] </w:t>
      </w:r>
      <w:r>
        <w:t>matlab bohat saare log hain jo lazeez khano ke chakkar mein rehte hain. aur ladies khaas taur par shopping ke chakkar mein rehti hain.</w:t>
      </w:r>
    </w:p>
    <w:p>
      <w:pPr>
        <w:jc w:val="right"/>
      </w:pPr>
      <w:r>
        <w:t>مطلب بہت سارے لوگ ہیں جو لذیذ کھانوں کے چکر میں رہتے ہیں۔ اور لیڈیز خاص طور پر شاپنگ کے چکر میں رہتی ہیں۔</w:t>
      </w:r>
    </w:p>
    <w:p>
      <w:r>
        <w:rPr>
          <w:b/>
        </w:rPr>
        <w:t xml:space="preserve">[50:22] </w:t>
      </w:r>
      <w:r>
        <w:t>kitne hi un ke paas samaan ho lekin shopping karne chali jaati hain.</w:t>
      </w:r>
    </w:p>
    <w:p>
      <w:pPr>
        <w:jc w:val="right"/>
      </w:pPr>
      <w:r>
        <w:t>کتنے ہی ان کے پاس سامان ہو لیکن شاپنگ کرنے چلی جاتی ہیں۔</w:t>
      </w:r>
    </w:p>
    <w:p>
      <w:r>
        <w:rPr>
          <w:b/>
        </w:rPr>
        <w:t xml:space="preserve">[50:26] </w:t>
      </w:r>
      <w:r>
        <w:t>entertainment hai, daawaten hain aur bohat saari cheezen aisi hain. to yeh saari cheezon se apne aap ko bachana padega.</w:t>
      </w:r>
    </w:p>
    <w:p>
      <w:pPr>
        <w:jc w:val="right"/>
      </w:pPr>
      <w:r>
        <w:t>انٹرٹینمنٹ ہے، دعوتیں ہیں اور بہت ساری چیزیں ایسی ہیں۔ تو یہ ساری چیزوں سے اپنے آپ کو بچانا پڑے گا۔</w:t>
      </w:r>
    </w:p>
    <w:p>
      <w:r>
        <w:rPr>
          <w:b/>
        </w:rPr>
        <w:t xml:space="preserve">[50:35] </w:t>
      </w:r>
      <w:r>
        <w:t>jab Maulana keh dete hain need based life guzarni padegi. kyunke yeh to saari zindagi bazaar mein to roz nayi nayi cheezen aati rehti hain.</w:t>
      </w:r>
    </w:p>
    <w:p>
      <w:pPr>
        <w:jc w:val="right"/>
      </w:pPr>
      <w:r>
        <w:t>جب مولانا کہہ دیتے ہیں نیڈ بیسڈ لائف گزارنی پڑے گی۔ کیونکہ یہ تو ساری زندگی بازار میں تو روز نئی نئی چیزیں آتی رہتی ہیں۔</w:t>
      </w:r>
    </w:p>
    <w:p>
      <w:r>
        <w:rPr>
          <w:b/>
        </w:rPr>
        <w:t xml:space="preserve">[50:43] </w:t>
      </w:r>
      <w:r>
        <w:t>agar hum yeh karenge ke hum ko roz nayi nayi cheez chahiye, ab is se hum bore ho gaye, dil bhar gaya to hum phir isi mein. Maulana ke kamre mein chaalis saal wahi ek hi</w:t>
      </w:r>
    </w:p>
    <w:p>
      <w:pPr>
        <w:jc w:val="right"/>
      </w:pPr>
      <w:r>
        <w:t>اگر ہم یہ کریں گے کہ ہم کو روز نئی نئی چیز چاہیے، اب اس سے ہم بور ہو گئے، دل بھر گیا تو ہم پھر اسی میں۔ مولانا کے کمرے میں چالیس سال وہی ایک ہی</w:t>
      </w:r>
    </w:p>
    <w:p>
      <w:r>
        <w:rPr>
          <w:b/>
        </w:rPr>
        <w:t xml:space="preserve">[50:55] </w:t>
      </w:r>
      <w:r>
        <w:t>furniture raha. ji ji ji bilkul apa. woh kuch laane hi nahi dete the. abhi bhi wahi pada hai apa. ek baar kya hua, ek lambi si sofa bhi nahi thi, lambi bench thi.</w:t>
      </w:r>
    </w:p>
    <w:p>
      <w:pPr>
        <w:jc w:val="right"/>
      </w:pPr>
      <w:r>
        <w:t>فرنیچر رہا۔ جی جی جی بالکل آپا۔ وہ کچھ لانے ہی نہیں دیتے تھے۔ ابھی بھی وہی پڑا ہے آپا۔ ایک بار کیا ہوا، ایک لمبی سی صوفہ بھی نہیں تھی، لمبی بینچ تھی۔</w:t>
      </w:r>
    </w:p>
    <w:p>
      <w:r>
        <w:rPr>
          <w:b/>
        </w:rPr>
        <w:t xml:space="preserve">[51:06] </w:t>
      </w:r>
      <w:r>
        <w:t>achi thi woh. san usnein laye ke yeh abba ke kamre mein rakh dete hain. aur log aate hain baithne baithne ke liye. to maine kaha abba rakhne to denge nahin.</w:t>
      </w:r>
    </w:p>
    <w:p>
      <w:pPr>
        <w:jc w:val="right"/>
      </w:pPr>
      <w:r>
        <w:t>اچھی تھی وہ۔ سان اسنین لائے کہ یہ ابا کے کمرے میں رکھ دیتے ہیں۔ اور لوگ آتے ہیں بیٹھنے بیٹھنے کے لیے۔ تو میں نے کہا ابا رکھنے تو دیں گے نہیں۔</w:t>
      </w:r>
    </w:p>
    <w:p>
      <w:r>
        <w:rPr>
          <w:b/>
        </w:rPr>
        <w:t xml:space="preserve">[51:16] </w:t>
      </w:r>
      <w:r>
        <w:t>to jab woh namaz parhne lage na tab maine khamosh use ek taraf rakhwa diya.</w:t>
      </w:r>
    </w:p>
    <w:p>
      <w:pPr>
        <w:jc w:val="right"/>
      </w:pPr>
      <w:r>
        <w:t>تو جب وہ نماز پڑھنے لگے نا تب میں نے خاموش اسے ایک طرف رکھوا دیا۔</w:t>
      </w:r>
    </w:p>
    <w:p>
      <w:r>
        <w:rPr>
          <w:b/>
        </w:rPr>
        <w:t xml:space="preserve">[51:21] </w:t>
      </w:r>
      <w:r>
        <w:t>ji namaz parha parh ke sab se pehle unhon ne is ko bahar nikala. to woh kehte thay main status ko mein change nahin karta.</w:t>
      </w:r>
    </w:p>
    <w:p>
      <w:pPr>
        <w:jc w:val="right"/>
      </w:pPr>
      <w:r>
        <w:t>جی نماز پڑھا پڑھ کے سب سے پہلے انہوں نے اس کو باہر نکالا۔ تو وہ کہتے تھے میں سٹیٹس کو میں چینج نہیں کرتا۔</w:t>
      </w:r>
    </w:p>
    <w:p>
      <w:r>
        <w:rPr>
          <w:b/>
        </w:rPr>
        <w:t xml:space="preserve">[51:31] </w:t>
      </w:r>
      <w:r>
        <w:t>kyunke woh distraction ban jata hai. ji to is tarah se woh distraction se bohat door rehte thay. koi bhi aisa kaam nahin karte thay jaise shadiyon mein jana, dawatوں mein jana, taqreebon mein jana, yeh sab nahin karte thay.</w:t>
      </w:r>
    </w:p>
    <w:p>
      <w:pPr>
        <w:jc w:val="right"/>
      </w:pPr>
      <w:r>
        <w:t>کیونکہ وہ ڈسٹریکشن بن جاتا ہے۔ جی تو اس طریقے سے وہ ڈسٹریکشن سے بہت دور رہتے تھے۔ کوئی بھی ایسا کام نہیں کرتے تھے جیسے شادیوں میں جانا، دعوتوں میں جانا، تقریبوں میں جانا، یہ سب نہیں کرتے تھے۔</w:t>
      </w:r>
    </w:p>
    <w:p>
      <w:r>
        <w:rPr>
          <w:b/>
        </w:rPr>
        <w:t xml:space="preserve">[51:46] </w:t>
      </w:r>
      <w:r>
        <w:t>shuru shuru mein logon ne bohat shikayatein keen ke kahin aana jana nahin karte.</w:t>
      </w:r>
    </w:p>
    <w:p>
      <w:pPr>
        <w:jc w:val="right"/>
      </w:pPr>
      <w:r>
        <w:t>شروع شروع میں لوگوں نے بہت شکایتیں کیں کہ کہیں آنا جانا نہیں کرتے۔</w:t>
      </w:r>
    </w:p>
    <w:p>
      <w:r>
        <w:rPr>
          <w:b/>
        </w:rPr>
        <w:t xml:space="preserve">[51:50] </w:t>
      </w:r>
      <w:r>
        <w:t>lekin woh dheere dheere log bhi samajh lete hain ke yeh nahin aaye jayenge to phir kehna bhi chhod dete hain woh. ji to yeh har aadmi ka distraction alag alag hota hai.</w:t>
      </w:r>
    </w:p>
    <w:p>
      <w:pPr>
        <w:jc w:val="right"/>
      </w:pPr>
      <w:r>
        <w:t>لیکن وہ دھیرے دھیرے لوگ بھی سمجھ لیتے ہیں کہ یہ نہیں آئے جائیں گے تو پھر کہنا بھی چھوڑ دیتے ہیں وہ۔ جی تو یہ ہر آدمی کا ڈسٹریکشن الگ الگ ہوتا ہے۔</w:t>
      </w:r>
    </w:p>
    <w:p>
      <w:r>
        <w:rPr>
          <w:b/>
        </w:rPr>
        <w:t xml:space="preserve">[52:02] </w:t>
      </w:r>
      <w:r>
        <w:t>woh hamein khud hi is ko discover karna hai ke hamara kya distraction hai. to aur is se hamein apne aap ko hum bachana hai.</w:t>
      </w:r>
    </w:p>
    <w:p>
      <w:pPr>
        <w:jc w:val="right"/>
      </w:pPr>
      <w:r>
        <w:t>وہ ہمیں خود ہی اس کو ڈسکور کرنا ہے کہ ہمارا کیا ڈسٹریکشن ہے۔ تو اور اس سے ہمیں اپنے آپ کو ہم بچانا ہے۔</w:t>
      </w:r>
    </w:p>
    <w:p>
      <w:r>
        <w:rPr>
          <w:b/>
        </w:rPr>
        <w:t xml:space="preserve">[52:12] </w:t>
      </w:r>
      <w:r>
        <w:t>kyunke hamare bilkul focused hum reh</w:t>
      </w:r>
    </w:p>
    <w:p>
      <w:pPr>
        <w:jc w:val="right"/>
      </w:pPr>
      <w:r>
        <w:t>کیونکہ ہمارے بالکل فوکسڈ ہم رہ</w:t>
      </w:r>
    </w:p>
    <w:p>
      <w:r>
        <w:rPr>
          <w:b/>
        </w:rPr>
        <w:t xml:space="preserve">[52:15] </w:t>
      </w:r>
      <w:r>
        <w:t>ein. jo maine kaha tha na shehad ki makhi ki tarah hum focused rahein. tabhi hum kai kar sakte hain. ab jaise hum hi logon ka hai, jagah jagah log bulane lagte hain.</w:t>
      </w:r>
    </w:p>
    <w:p>
      <w:pPr>
        <w:jc w:val="right"/>
      </w:pPr>
      <w:r>
        <w:t>یں۔ جو میں نے کہا تھا نا شہد کی مکھی کی طرح ہم فوکسڈ رہیں۔ تبھی ہم کئی کر سکتے ہیں۔ اب جیسے ہم ہی لوگوں کا ہے، جگہ جگہ لوگ بلانے لگتے ہیں۔</w:t>
      </w:r>
    </w:p>
    <w:p>
      <w:r>
        <w:rPr>
          <w:b/>
        </w:rPr>
        <w:t xml:space="preserve">[52:24] </w:t>
      </w:r>
      <w:r>
        <w:t>kahin program bula rahe hain, kahin kuch kar rahe hain. yeh yeh kaam hai, woh kaam hai. to hum nahin jaate ke hamare paas bohat kaam hai. to is tarah se har aadmi ka alag alag distraction hota hai.</w:t>
      </w:r>
    </w:p>
    <w:p>
      <w:pPr>
        <w:jc w:val="right"/>
      </w:pPr>
      <w:r>
        <w:t>کہیں پروگرام بلا رہے ہیں، کہیں کچھ کر رہے ہیں۔ یہ یہ کام ہے، وہ کام ہے۔ تو ہم نہیں جاتے کہ ہمارے پاس بہت کام ہے۔ تو اس طریقے سے ہر آدمی کا الگ الگ ڈسٹریکشن ہوتا ہے۔</w:t>
      </w:r>
    </w:p>
    <w:p>
      <w:r>
        <w:rPr>
          <w:b/>
        </w:rPr>
        <w:t xml:space="preserve">[52:35] </w:t>
      </w:r>
      <w:r>
        <w:t>aur jab tak ke woh apne aap ko is distraction se nahin bachayega, tab tak woh focus</w:t>
      </w:r>
    </w:p>
    <w:p>
      <w:pPr>
        <w:jc w:val="right"/>
      </w:pPr>
      <w:r>
        <w:t>اور جب تک کہ وہ اپنے آپ کو اس ڈسٹریکشن سے نہیں بچائے گا، تب تک وہ فوکس</w:t>
      </w:r>
    </w:p>
    <w:p>
      <w:r>
        <w:rPr>
          <w:b/>
        </w:rPr>
        <w:t xml:space="preserve">[52:41] </w:t>
      </w:r>
      <w:r>
        <w:t>nahin kar sakta. jab focus nahin karega to is ko woh jo is ko paana chahta hai, woh na woh dunya ka koi goal hasil kar sakta hai, na koi akhirat ke hisab se koi goal hasil kar sakta hai.</w:t>
      </w:r>
    </w:p>
    <w:p>
      <w:pPr>
        <w:jc w:val="right"/>
      </w:pPr>
      <w:r>
        <w:t>نہیں کر سکتا۔ جب فوکس نہیں کرے گا تو اس کو وہ جو اس کو پانا چاہتا ہے، وہ نہ وہ دنیا کا کوئی گول حاصل کر سکتا ہے، نہ کوئی آخرت کے حساب سے کوئی گول حاصل کر سکتا ہے۔</w:t>
      </w:r>
    </w:p>
    <w:p>
      <w:r>
        <w:rPr>
          <w:b/>
        </w:rPr>
        <w:t xml:space="preserve">[52:54] </w:t>
      </w:r>
      <w:r>
        <w:t>jab tak ke woh apne aap ko har distraction se na bachaye. ji jazak Allah apa for doing a very good session today.</w:t>
      </w:r>
    </w:p>
    <w:p>
      <w:pPr>
        <w:jc w:val="right"/>
      </w:pPr>
      <w:r>
        <w:t>جب تک کہ وہ اپنے آپ کو ہر ڈسٹریکشن سے نہ بچائے۔ جی جزاک اللہ آپا فار ڈوئنگ ا ویری گڈ سیشن ٹوڈے۔</w:t>
      </w:r>
    </w:p>
    <w:p>
      <w:r>
        <w:rPr>
          <w:b/>
        </w:rPr>
        <w:t xml:space="preserve">[53:05] </w:t>
      </w:r>
      <w:r>
        <w:t>aap ko aaj ka session kaisa laga? aap</w:t>
      </w:r>
    </w:p>
    <w:p>
      <w:pPr>
        <w:jc w:val="right"/>
      </w:pPr>
      <w:r>
        <w:t>آپ کو آج کا سیشن کیسا لگا؟ آپ</w:t>
      </w:r>
    </w:p>
    <w:p>
      <w:r>
        <w:rPr>
          <w:b/>
        </w:rPr>
        <w:t xml:space="preserve">[53:09] </w:t>
      </w:r>
      <w:r>
        <w:t>is ke bare mein zaroor comment section mein likhiye. and also if you want apa fareeda apa to take a topic of your choice, do mention the list of topics in the comment section.</w:t>
      </w:r>
    </w:p>
    <w:p>
      <w:pPr>
        <w:jc w:val="right"/>
      </w:pPr>
      <w:r>
        <w:t>اس کے بارے میں ضرور کمنٹ سیکشن میں لکھیے۔ اینڈ السو اف یو وانٹ آپا فریدہ آپا ٹو ٹیک ا ٹاپک اف یور چوائس، ڈو مینشن دا لسٹ اف ٹاپکس ان دی کمنٹ سیکشن۔</w:t>
      </w:r>
    </w:p>
    <w:p>
      <w:r>
        <w:rPr>
          <w:b/>
        </w:rPr>
        <w:t xml:space="preserve">[53:21] </w:t>
      </w:r>
      <w:r>
        <w:t>we will be back next sunday same time. thank you for watching today sunday session.</w:t>
      </w:r>
    </w:p>
    <w:p>
      <w:pPr>
        <w:jc w:val="right"/>
      </w:pPr>
      <w:r>
        <w:t>وی ول بی بیک نیکسٹ سنڈے سیم ٹائم۔ تھینک یو فار واچنگ ٹوڈے سنڈے سیشن۔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