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Ramadan and Roza July 14, 2013</w:t>
      </w:r>
    </w:p>
    <w:p>
      <w:r>
        <w:t>https://youtu.be/M2p3NR5pF7c</w:t>
      </w:r>
    </w:p>
    <w:p>
      <w:r>
        <w:rPr>
          <w:b/>
        </w:rPr>
        <w:t xml:space="preserve">[00:29] </w:t>
      </w:r>
      <w:r>
        <w:t>wahel al-uqdah min lisani, yafqahu qawli.</w:t>
      </w:r>
    </w:p>
    <w:p>
      <w:pPr>
        <w:jc w:val="right"/>
      </w:pPr>
      <w:r>
        <w:t>، واحل العقدۃ من لسانی، یفقہ قولی۔</w:t>
      </w:r>
    </w:p>
    <w:p>
      <w:r>
        <w:rPr>
          <w:b/>
        </w:rPr>
        <w:t xml:space="preserve">[00:38] </w:t>
      </w:r>
      <w:r>
        <w:t>aaj july 2013 ki 14 tareekh hai, aur ramzan 1434 hijri ki 4 tareekh.</w:t>
      </w:r>
    </w:p>
    <w:p>
      <w:pPr>
        <w:jc w:val="right"/>
      </w:pPr>
      <w:r>
        <w:t>آج جولائی 2013 کی 14 تاریخ ہے، اور رمضان 1434 ہجری کی 4 تاریخ۔</w:t>
      </w:r>
    </w:p>
    <w:p>
      <w:r>
        <w:rPr>
          <w:b/>
        </w:rPr>
        <w:t xml:space="preserve">[00:59] </w:t>
      </w:r>
      <w:r>
        <w:t>aap jante hain ke yeh ramzan ka mahina hai, to is ki nisbat se main aaj ramzan aur roze ke mozu par kuch kehna chahta hoon.</w:t>
      </w:r>
    </w:p>
    <w:p>
      <w:pPr>
        <w:jc w:val="right"/>
      </w:pPr>
      <w:r>
        <w:t>آپ جانتے ہیں کہ یہ رمضان کا مہینہ ہے، تو اس کی نسبت سے میں آج رمضان اور روزہ کے موضوع پر کچھ کہنا چاہتا ہوں۔</w:t>
      </w:r>
    </w:p>
    <w:p>
      <w:r>
        <w:rPr>
          <w:b/>
        </w:rPr>
        <w:t xml:space="preserve">[01:21] </w:t>
      </w:r>
      <w:r>
        <w:t>dekhiye, ek to</w:t>
      </w:r>
    </w:p>
    <w:p>
      <w:pPr>
        <w:jc w:val="right"/>
      </w:pPr>
      <w:r>
        <w:t>دیکھیے، ایک تو</w:t>
      </w:r>
    </w:p>
    <w:p>
      <w:r>
        <w:rPr>
          <w:b/>
        </w:rPr>
        <w:t xml:space="preserve">[01:26] </w:t>
      </w:r>
      <w:r>
        <w:t>ramzan ke jo roze hain, un ke ek to masail hote hain. masail. to is par mujhe is waqt kuch nahin kehna hai.</w:t>
      </w:r>
    </w:p>
    <w:p>
      <w:pPr>
        <w:jc w:val="right"/>
      </w:pPr>
      <w:r>
        <w:t>رمضان کے جو روزے ہیں، ان کے ایک تو مسائل ہوتے ہیں۔ مسائل۔ تو اس پر مجھے اس وقت کچھ نہیں کہنا ہے۔</w:t>
      </w:r>
    </w:p>
    <w:p>
      <w:r>
        <w:rPr>
          <w:b/>
        </w:rPr>
        <w:t xml:space="preserve">[01:37] </w:t>
      </w:r>
      <w:r>
        <w:t>aam taur par logon ko roze ke masail achhi tarah maloom hain.</w:t>
      </w:r>
    </w:p>
    <w:p>
      <w:pPr>
        <w:jc w:val="right"/>
      </w:pPr>
      <w:r>
        <w:t>عام طور پر لوگوں کو روزے کے مسائل اچھی طرح معلوم ہیں۔</w:t>
      </w:r>
    </w:p>
    <w:p>
      <w:r>
        <w:rPr>
          <w:b/>
        </w:rPr>
        <w:t xml:space="preserve">[01:44] </w:t>
      </w:r>
      <w:r>
        <w:t>albata</w:t>
      </w:r>
    </w:p>
    <w:p>
      <w:pPr>
        <w:jc w:val="right"/>
      </w:pPr>
      <w:r>
        <w:t>البتہ</w:t>
      </w:r>
    </w:p>
    <w:p>
      <w:r>
        <w:rPr>
          <w:b/>
        </w:rPr>
        <w:t xml:space="preserve">[01:48] </w:t>
      </w:r>
      <w:r>
        <w:t>roze ki jo</w:t>
      </w:r>
    </w:p>
    <w:p>
      <w:pPr>
        <w:jc w:val="right"/>
      </w:pPr>
      <w:r>
        <w:t>روزے کی جو</w:t>
      </w:r>
    </w:p>
    <w:p>
      <w:r>
        <w:rPr>
          <w:b/>
        </w:rPr>
        <w:t xml:space="preserve">[01:53] </w:t>
      </w:r>
      <w:r>
        <w:t>hikmat hai, is ke bare mein main kuch arz karna chahta hoon.</w:t>
      </w:r>
    </w:p>
    <w:p>
      <w:pPr>
        <w:jc w:val="right"/>
      </w:pPr>
      <w:r>
        <w:t>حکمت ہے، اس کے بارے میں میں کچھ عرض کرنا چاہتا ہوں۔</w:t>
      </w:r>
    </w:p>
    <w:p>
      <w:r>
        <w:rPr>
          <w:b/>
        </w:rPr>
        <w:t xml:space="preserve">[02:01] </w:t>
      </w:r>
      <w:r>
        <w:t>quran ki surah albaqarah mein</w:t>
      </w:r>
    </w:p>
    <w:p>
      <w:pPr>
        <w:jc w:val="right"/>
      </w:pPr>
      <w:r>
        <w:t>قرآن کی سورہ البقرہ میں</w:t>
      </w:r>
    </w:p>
    <w:p>
      <w:r>
        <w:rPr>
          <w:b/>
        </w:rPr>
        <w:t xml:space="preserve">[02:09] </w:t>
      </w:r>
      <w:r>
        <w:t>ramzan ke bare mein aur roze ke bare mein kisi qadar tafseel ke sath aaya hai.</w:t>
      </w:r>
    </w:p>
    <w:p>
      <w:pPr>
        <w:jc w:val="right"/>
      </w:pPr>
      <w:r>
        <w:t>رمضان کے بارے میں اور روزے کے بارے میں کسی قدر تفصیل کے ساتھ آیا ہے۔</w:t>
      </w:r>
    </w:p>
    <w:p>
      <w:r>
        <w:rPr>
          <w:b/>
        </w:rPr>
        <w:t xml:space="preserve">[02:19] </w:t>
      </w:r>
      <w:r>
        <w:t>is mein jo roze ke jo bunyadi pehlu hain, woh is mein bayan kar diye gaye hain.</w:t>
      </w:r>
    </w:p>
    <w:p>
      <w:pPr>
        <w:jc w:val="right"/>
      </w:pPr>
      <w:r>
        <w:t>اس میں جو روزے کے جو بنیادی پہلو ہیں، وہ اس میں بیان کر دیے گئے ہیں۔</w:t>
      </w:r>
    </w:p>
    <w:p>
      <w:r>
        <w:rPr>
          <w:b/>
        </w:rPr>
        <w:t xml:space="preserve">[02:31] </w:t>
      </w:r>
      <w:r>
        <w:t>to</w:t>
      </w:r>
    </w:p>
    <w:p>
      <w:pPr>
        <w:jc w:val="right"/>
      </w:pPr>
      <w:r>
        <w:t>تو</w:t>
      </w:r>
    </w:p>
    <w:p>
      <w:r>
        <w:rPr>
          <w:b/>
        </w:rPr>
        <w:t xml:space="preserve">[02:37] </w:t>
      </w:r>
      <w:r>
        <w:t>is ke is mein yeh ayat aai hai ke "shahr ramzan alladhi unzila fi alquran hudan lilnnasi wabayyinatin min alhuda walfurqan faman shahida minkum alshahr falyusim" .</w:t>
      </w:r>
    </w:p>
    <w:p>
      <w:pPr>
        <w:jc w:val="right"/>
      </w:pPr>
      <w:r>
        <w:t>اس کے اس میں یہ آیت آئی ہے کہ "شهر رمضان الذي انزل في القرآن هدى للناس وبينات من الهدى والفرقان فمن شهد منكم الشهر فليصم" ۔</w:t>
      </w:r>
    </w:p>
    <w:p>
      <w:r>
        <w:rPr>
          <w:b/>
        </w:rPr>
        <w:t xml:space="preserve">[02:58] </w:t>
      </w:r>
      <w:r>
        <w:t>is se maloom hua ke ramzan ki khas ahmiyat yeh hai ke isi mahine mein quran utara gaya.</w:t>
      </w:r>
    </w:p>
    <w:p>
      <w:pPr>
        <w:jc w:val="right"/>
      </w:pPr>
      <w:r>
        <w:t>اس سے معلوم ہوا کہ رمضان کی خاص اہمیت یہ ہے کہ اسی مہینے میں قرآن اتارا گیا۔</w:t>
      </w:r>
    </w:p>
    <w:p>
      <w:r>
        <w:rPr>
          <w:b/>
        </w:rPr>
        <w:t xml:space="preserve">[03:09] </w:t>
      </w:r>
      <w:r>
        <w:t>to jis mahine mein quran utara gaya, isi mahine ke bare mein aaya ke is mahine mein roza rakho. is se maloom hua ke roza aur quran mein khas taluq hai.</w:t>
      </w:r>
    </w:p>
    <w:p>
      <w:pPr>
        <w:jc w:val="right"/>
      </w:pPr>
      <w:r>
        <w:t>تو جس مہینے میں قرآن اتارا گیا، اسی مہینے کے بارے میں آیا کہ اس مہینے میں روزہ رکھو۔ اس سے معلوم ہوا کہ روزہ اور قرآن میں خاص تعلق ہے۔</w:t>
      </w:r>
    </w:p>
    <w:p>
      <w:r>
        <w:rPr>
          <w:b/>
        </w:rPr>
        <w:t xml:space="preserve">[03:24] </w:t>
      </w:r>
      <w:r>
        <w:t>woh taluq kya hai?</w:t>
      </w:r>
    </w:p>
    <w:p>
      <w:pPr>
        <w:jc w:val="right"/>
      </w:pPr>
      <w:r>
        <w:t>وہ تعلق کیا ہے؟</w:t>
      </w:r>
    </w:p>
    <w:p>
      <w:r>
        <w:rPr>
          <w:b/>
        </w:rPr>
        <w:t xml:space="preserve">[03:28] </w:t>
      </w:r>
      <w:r>
        <w:t>mein samajhta hoon ke woh taluq yeh hai ke ramzan ke mahine mein aslan sab se zyada jo kaam karna hai, woh hai quran ka</w:t>
      </w:r>
    </w:p>
    <w:p>
      <w:pPr>
        <w:jc w:val="right"/>
      </w:pPr>
      <w:r>
        <w:t>میں سمجھتا ہوں کہ وہ تعلق یہ ہے کہ رمضان کے مہینے میں اصلًا سب سے زیادہ جو کام کرنا ہے، وہ ہے قرآن کا</w:t>
      </w:r>
    </w:p>
    <w:p>
      <w:r>
        <w:rPr>
          <w:b/>
        </w:rPr>
        <w:t xml:space="preserve">[03:45] </w:t>
      </w:r>
      <w:r>
        <w:t>mutala. tilawat nahi balkeh mutala. sab se zyada zaroori kaam yeh hai.</w:t>
      </w:r>
    </w:p>
    <w:p>
      <w:pPr>
        <w:jc w:val="right"/>
      </w:pPr>
      <w:r>
        <w:t>مطالعہ۔ تلاوت نہیں بلکہ مطالعہ۔ سب سے زیادہ ضروری کام یہ ہے۔</w:t>
      </w:r>
    </w:p>
    <w:p>
      <w:r>
        <w:rPr>
          <w:b/>
        </w:rPr>
        <w:t xml:space="preserve">[03:56] </w:t>
      </w:r>
      <w:r>
        <w:t>aur yeh jo din ke auqat mein khana aur peena chhodne ka hukum hai, is ka bhi gehra taluq isi cheez se hai.</w:t>
      </w:r>
    </w:p>
    <w:p>
      <w:pPr>
        <w:jc w:val="right"/>
      </w:pPr>
      <w:r>
        <w:t>اور یہ جو دن کے اوقات میں کھانا اور پینا چھوڑنے کا حکم ہے، اس کا بھی گہرا تعلق اسی چیز سے ہے۔</w:t>
      </w:r>
    </w:p>
    <w:p>
      <w:r>
        <w:rPr>
          <w:b/>
        </w:rPr>
        <w:t xml:space="preserve">[04:10] </w:t>
      </w:r>
      <w:r>
        <w:t>dekhein, roze ke bare mein jo arabi lafz hai, woh hai som. som ka english equivalent hai abstinence, yani rukna.</w:t>
      </w:r>
    </w:p>
    <w:p>
      <w:pPr>
        <w:jc w:val="right"/>
      </w:pPr>
      <w:r>
        <w:t>دیکھیں، روزہ کے بارے میں جو عربی لفظ ہے، وہ ہے صوم۔ صوم کا انگلش ایکولنٹ ہے ایبسٹیننس، یعنی رکنا۔</w:t>
      </w:r>
    </w:p>
    <w:p>
      <w:r>
        <w:rPr>
          <w:b/>
        </w:rPr>
        <w:t xml:space="preserve">[04:24] </w:t>
      </w:r>
      <w:r>
        <w:t>abstinence. rukna. to rukna kis cheez se?</w:t>
      </w:r>
    </w:p>
    <w:p>
      <w:pPr>
        <w:jc w:val="right"/>
      </w:pPr>
      <w:r>
        <w:t>ایبسٹیننس۔ رکنا۔ تو رکنا کس چیز سے؟</w:t>
      </w:r>
    </w:p>
    <w:p>
      <w:r>
        <w:rPr>
          <w:b/>
        </w:rPr>
        <w:t xml:space="preserve">[04:30] </w:t>
      </w:r>
      <w:r>
        <w:t>mein samajhta hoon ke yeh jo khane aur pani se rukna hota hai, yeh alamati rukna hai. yani symbolic abstinence.</w:t>
      </w:r>
    </w:p>
    <w:p>
      <w:pPr>
        <w:jc w:val="right"/>
      </w:pPr>
      <w:r>
        <w:t>میں سمجھتا ہوں کہ یہ جو کھانے اور پانی سے رکنا ہوتا ہے، یہ علامتی رکنا ہے۔ یعنی سمبولک ایبسٹیننس۔</w:t>
      </w:r>
    </w:p>
    <w:p>
      <w:r>
        <w:rPr>
          <w:b/>
        </w:rPr>
        <w:t xml:space="preserve">[04:44] </w:t>
      </w:r>
      <w:r>
        <w:t>is ka matlab yeh hai ke har us cheez se rukna jo aadmi ko distract karti ho.</w:t>
      </w:r>
    </w:p>
    <w:p>
      <w:pPr>
        <w:jc w:val="right"/>
      </w:pPr>
      <w:r>
        <w:t>اس کا مطلب یہ ہے کہ ہر اس چیز سے رکنا جو آدمی کو ڈسٹریکٹ کرتی ہو۔</w:t>
      </w:r>
    </w:p>
    <w:p>
      <w:r>
        <w:rPr>
          <w:b/>
        </w:rPr>
        <w:t xml:space="preserve">[04:55] </w:t>
      </w:r>
      <w:r>
        <w:t>yani distraction ki tamam suraton se rukna, hatta ke temporary tor par khane peene se bhi ruk jana.</w:t>
      </w:r>
    </w:p>
    <w:p>
      <w:pPr>
        <w:jc w:val="right"/>
      </w:pPr>
      <w:r>
        <w:t>یعنی ڈسٹریکشن کی تمام صورتوں سے رکنا، حتیٰ کہ ٹیمپریری طور پر کھانے پینے سے بھی رک جانا۔</w:t>
      </w:r>
    </w:p>
    <w:p>
      <w:r>
        <w:rPr>
          <w:b/>
        </w:rPr>
        <w:t xml:space="preserve">[05:06] </w:t>
      </w:r>
      <w:r>
        <w:t>to yeh rukna kis liye hai?</w:t>
      </w:r>
    </w:p>
    <w:p>
      <w:pPr>
        <w:jc w:val="right"/>
      </w:pPr>
      <w:r>
        <w:t>تو یہ رکنا کس لیے ہے؟</w:t>
      </w:r>
    </w:p>
    <w:p>
      <w:r>
        <w:rPr>
          <w:b/>
        </w:rPr>
        <w:t xml:space="preserve">[05:09] </w:t>
      </w:r>
      <w:r>
        <w:t>yeh rukna isi liye hai ke aap ke paas time ho, aap ke paas fursat ho, aap quran ko achhe tarike se samajh saken.</w:t>
      </w:r>
    </w:p>
    <w:p>
      <w:pPr>
        <w:jc w:val="right"/>
      </w:pPr>
      <w:r>
        <w:t>یہ رکنا اسی لیے ہے کہ آپ کے پاس ٹائم ہو، آپ کے پاس فرصت ہو، آپ قرآن کو اچھے طریقے سے سمجھ سکیں۔</w:t>
      </w:r>
    </w:p>
    <w:p>
      <w:r>
        <w:rPr>
          <w:b/>
        </w:rPr>
        <w:t xml:space="preserve">[05:22] </w:t>
      </w:r>
      <w:r>
        <w:t>to ramzan ka mahina sach poochhein to is liye hai ke aap yakso ho kar apne aap ko distraction se bacha kar, apne mind ko khali kar ke zyada se zyada quran ko padhen.</w:t>
      </w:r>
    </w:p>
    <w:p>
      <w:pPr>
        <w:jc w:val="right"/>
      </w:pPr>
      <w:r>
        <w:t>تو رمضان کا مہینہ سچ پوچھیں تو اس لیے ہے کہ آپ یکسو ہو کر اپنے آپ کو ڈسٹریکشن سے بچا کر، اپنے مائنڈ کو خالی کر کے زیادہ سے زیادہ قرآن کو پڑھیں۔</w:t>
      </w:r>
    </w:p>
    <w:p>
      <w:r>
        <w:rPr>
          <w:b/>
        </w:rPr>
        <w:t xml:space="preserve">[05:43] </w:t>
      </w:r>
      <w:r>
        <w:t>yani tilawat nahi, mutala, tadabbur. aur quran ke andar jo gehre mani hain, un ko daryaft karen.</w:t>
      </w:r>
    </w:p>
    <w:p>
      <w:pPr>
        <w:jc w:val="right"/>
      </w:pPr>
      <w:r>
        <w:t>یعنی تلاوت نہیں، مطالعہ، تدبر۔ اور قرآن کے اندر جو گہرے معنی ہیں، ان کو دریافت کریں۔</w:t>
      </w:r>
    </w:p>
    <w:p>
      <w:r>
        <w:rPr>
          <w:b/>
        </w:rPr>
        <w:t xml:space="preserve">[05:56] </w:t>
      </w:r>
      <w:r>
        <w:t>dekhein, quran ke bare mein hadith mein aaya hai ke "la tanqadi ajaib" . quran ke mani kabhi khatm nahi honge.</w:t>
      </w:r>
    </w:p>
    <w:p>
      <w:pPr>
        <w:jc w:val="right"/>
      </w:pPr>
      <w:r>
        <w:t>دیکھیں، قرآن کے بارے میں حدیث میں آیا ہے کہ "لا تنقضی عجائب" ۔ قرآن کے معنی کبھی ختم نہیں ہوں گے۔</w:t>
      </w:r>
    </w:p>
    <w:p>
      <w:r>
        <w:rPr>
          <w:b/>
        </w:rPr>
        <w:t xml:space="preserve">[06:10] </w:t>
      </w:r>
      <w:r>
        <w:t>jis tarah se samandar mein aap pani lete rahen, lete rahen, hazaron saal tak, phir bhi samandar ka pani khatm nahi hota.</w:t>
      </w:r>
    </w:p>
    <w:p>
      <w:pPr>
        <w:jc w:val="right"/>
      </w:pPr>
      <w:r>
        <w:t>جس طرح سے سمندر میں آپ پانی لیتے رہیں، لیتے رہیں، ہزاروں سال تک، پھر بھی سمندر کا پانی ختم نہیں ہوتا۔</w:t>
      </w:r>
    </w:p>
    <w:p>
      <w:r>
        <w:rPr>
          <w:b/>
        </w:rPr>
        <w:t xml:space="preserve">[06:22] </w:t>
      </w:r>
      <w:r>
        <w:t>to quran ke mani aap daryaft karte rahen to woh kabhi khatm nahi honge.</w:t>
      </w:r>
    </w:p>
    <w:p>
      <w:pPr>
        <w:jc w:val="right"/>
      </w:pPr>
      <w:r>
        <w:t>تو قرآن کے معنی آپ دریافت کرتے رہیں تو وہ کبھی ختم نہیں ہوں گے۔</w:t>
      </w:r>
    </w:p>
    <w:p>
      <w:r>
        <w:rPr>
          <w:b/>
        </w:rPr>
        <w:t xml:space="preserve">[06:28] </w:t>
      </w:r>
      <w:r>
        <w:t>to yeh jo har saal ek mahina is ke liye khaas kiya gaya hai, quran mein tadabbur karne ke liye, to isi liye hai ke is ke aur mani, aur mani, aur mani aap daryaft karte rahen.</w:t>
      </w:r>
    </w:p>
    <w:p>
      <w:pPr>
        <w:jc w:val="right"/>
      </w:pPr>
      <w:r>
        <w:t>تو یہ جو ہر سال ایک مہینہ اس کے لیے خاص کیا گیا ہے، قرآن میں تدبر کرنے کے لیے، تو اسی لیے ہے کہ اس کے اور معنی، اور معنی، اور معنی آپ دریافت کرتے رہیں۔</w:t>
      </w:r>
    </w:p>
    <w:p>
      <w:r>
        <w:rPr>
          <w:b/>
        </w:rPr>
        <w:t xml:space="preserve">[06:45] </w:t>
      </w:r>
      <w:r>
        <w:t>dunya parast log jo hote hain, un ka zehn kya hota hai? "more money, more money, more money".</w:t>
      </w:r>
    </w:p>
    <w:p>
      <w:pPr>
        <w:jc w:val="right"/>
      </w:pPr>
      <w:r>
        <w:t>دنیا پرست لوگ جو ہوتے ہیں، ان کا ذہن کیا ہوتا ہے؟ "مور منی، مور منی، مور منی"۔</w:t>
      </w:r>
    </w:p>
    <w:p>
      <w:r>
        <w:rPr>
          <w:b/>
        </w:rPr>
        <w:t xml:space="preserve">[06:52] </w:t>
      </w:r>
      <w:r>
        <w:t>lekin momin ka tareeqa yeh hona chahiye ke woh quran ke baray mein yahi zehan is ka ho ke "more wisdom, more wisdom, more wisdom from the quran".</w:t>
      </w:r>
    </w:p>
    <w:p>
      <w:pPr>
        <w:jc w:val="right"/>
      </w:pPr>
      <w:r>
        <w:t>لیکن مومن کا طریقہ یہ ہونا چاہیے کہ وہ قرآن کے بارے میں یہی ذہن اس کا ہو کہ "مور وزڈم، مور وزڈم، مور وزڈم فرام دی قرآن"۔</w:t>
      </w:r>
    </w:p>
    <w:p>
      <w:r>
        <w:rPr>
          <w:b/>
        </w:rPr>
        <w:t xml:space="preserve">[07:05] </w:t>
      </w:r>
      <w:r>
        <w:t>to har saal aap ko agar is tareeqay se aap apnay aap ko yaksou kar ke quran ka mutala karain ge to quran mein har saal aap ko naye naye mani daryaft hotay rahayn ge.</w:t>
      </w:r>
    </w:p>
    <w:p>
      <w:pPr>
        <w:jc w:val="right"/>
      </w:pPr>
      <w:r>
        <w:t>تو ہر سال آپ کو اگر اس طریقے سے آپ اپنے آپ کو یکسو کر کے قرآن کا مطالعہ کریں گے تو قرآن میں ہر سال آپ کو نئے نئے معنی دریافت ہوتے رہیں گے۔</w:t>
      </w:r>
    </w:p>
    <w:p>
      <w:r>
        <w:rPr>
          <w:b/>
        </w:rPr>
        <w:t xml:space="preserve">[07:22] </w:t>
      </w:r>
      <w:r>
        <w:t>har saal. to is qism ki kuch cheezain mein aap ki khidmat mein arz karna chahta hoon.</w:t>
      </w:r>
    </w:p>
    <w:p>
      <w:pPr>
        <w:jc w:val="right"/>
      </w:pPr>
      <w:r>
        <w:t>ہر سال۔ تو اس قسم کی کچھ چیزیں میں آپ کی خدمت میں عرض کرنا چاہتا ہوں۔</w:t>
      </w:r>
    </w:p>
    <w:p>
      <w:r>
        <w:rPr>
          <w:b/>
        </w:rPr>
        <w:t xml:space="preserve">[07:30] </w:t>
      </w:r>
      <w:r>
        <w:t>dekhen,</w:t>
      </w:r>
    </w:p>
    <w:p>
      <w:pPr>
        <w:jc w:val="right"/>
      </w:pPr>
      <w:r>
        <w:t>دیکھیں،</w:t>
      </w:r>
    </w:p>
    <w:p>
      <w:r>
        <w:rPr>
          <w:b/>
        </w:rPr>
        <w:t xml:space="preserve">[07:34] </w:t>
      </w:r>
      <w:r>
        <w:t>pehli ayat jo quran ki hai is silsilay mein, woh yeh hai ke "ya ayyuhal ladheena amanu kutiba alaikumus siyam kama kutiba alal ladheena min qablikum la allakum tattaqun" .</w:t>
      </w:r>
    </w:p>
    <w:p>
      <w:pPr>
        <w:jc w:val="right"/>
      </w:pPr>
      <w:r>
        <w:t>پہلی آیت جو قرآن کی ہے اس سلسلے میں، وہ یہ ہے کہ "يا أيها الذين آمنوا كتب عليكم الصيام كما كتب على الذين من قبلكم لعلكم تتقون" ۔</w:t>
      </w:r>
    </w:p>
    <w:p>
      <w:r>
        <w:rPr>
          <w:b/>
        </w:rPr>
        <w:t xml:space="preserve">[07:53] </w:t>
      </w:r>
      <w:r>
        <w:t>ae iman walo! tum par roza farz kiya gaya</w:t>
      </w:r>
    </w:p>
    <w:p>
      <w:pPr>
        <w:jc w:val="right"/>
      </w:pPr>
      <w:r>
        <w:t>اے ایمان والو! تم پر روزہ فرض کیا گیا</w:t>
      </w:r>
    </w:p>
    <w:p>
      <w:r>
        <w:rPr>
          <w:b/>
        </w:rPr>
        <w:t xml:space="preserve">[08:00] </w:t>
      </w:r>
      <w:r>
        <w:t>jis tarah pichlay logon par roza farz kiya gaya tha ta ke tumharay andar taqwa paida ho. yeh jo andaaz hai ayat ka, yeh bohat ajeeb andaaz hai.</w:t>
      </w:r>
    </w:p>
    <w:p>
      <w:pPr>
        <w:jc w:val="right"/>
      </w:pPr>
      <w:r>
        <w:t>جس طرح پچھلے لوگوں پر روزہ فرض کیا گیا تھا تاکہ تمہارے اندر تقویٰ پیدا ہو۔ یہ جو انداز ہے آیت کا، یہ بہت عجیب انداز ہے۔</w:t>
      </w:r>
    </w:p>
    <w:p>
      <w:r>
        <w:rPr>
          <w:b/>
        </w:rPr>
        <w:t xml:space="preserve">[08:16] </w:t>
      </w:r>
      <w:r>
        <w:t>is se maloom hota hai ke roza poori tareekh mein, yaani insaan ki poori tareekh mein, roza insanon ke liye farz raha hai.</w:t>
      </w:r>
    </w:p>
    <w:p>
      <w:pPr>
        <w:jc w:val="right"/>
      </w:pPr>
      <w:r>
        <w:t>اس سے معلوم ہوتا ہے کہ روزہ پوری تاریخ میں، یعنی انسان کی پوری تاریخ میں، روزہ انسانوں کے لیے فرض رہا ہے۔</w:t>
      </w:r>
    </w:p>
    <w:p>
      <w:r>
        <w:rPr>
          <w:b/>
        </w:rPr>
        <w:t xml:space="preserve">[08:29] </w:t>
      </w:r>
      <w:r>
        <w:t>insanon ki jo jo insaan jab dunya mein basaye gaye to shuru se peghambar atay rahay.</w:t>
      </w:r>
    </w:p>
    <w:p>
      <w:pPr>
        <w:jc w:val="right"/>
      </w:pPr>
      <w:r>
        <w:t>انسانوں کی جو جو انسان جب دنیا میں بسائے گئے تو شروع سے پیغمبر آتے رہے۔</w:t>
      </w:r>
    </w:p>
    <w:p>
      <w:r>
        <w:rPr>
          <w:b/>
        </w:rPr>
        <w:t xml:space="preserve">[08:39] </w:t>
      </w:r>
      <w:r>
        <w:t>to har peghambar ne apni ummat ko ya apnay zamanay ke logon ko yeh bataya ke tum ko roza rakhna hai.</w:t>
      </w:r>
    </w:p>
    <w:p>
      <w:pPr>
        <w:jc w:val="right"/>
      </w:pPr>
      <w:r>
        <w:t>تو ہر پیغمبر نے اپنی امت کو یا اپنے زمانے کے لوگوں کو یہ بتایا کہ تم کو روزہ رکھنا ہے۔</w:t>
      </w:r>
    </w:p>
    <w:p>
      <w:r>
        <w:rPr>
          <w:b/>
        </w:rPr>
        <w:t xml:space="preserve">[08:49] </w:t>
      </w:r>
      <w:r>
        <w:t>to yeh kaisi ajeeb baat hai? aaj aik aadmi jab roza rakhta hai to samajhta hai ke woh aik lambi tareekh se jud gaya hai.</w:t>
      </w:r>
    </w:p>
    <w:p>
      <w:pPr>
        <w:jc w:val="right"/>
      </w:pPr>
      <w:r>
        <w:t>تو یہ کیسی عجیب بات ہے؟ آج ایک آدمی جب روزہ رکھتا ہے تو سمجھتا ہے کہ وہ ایک لمبی تاریخ سے جڑ گیا ہے۔</w:t>
      </w:r>
    </w:p>
    <w:p>
      <w:r>
        <w:rPr>
          <w:b/>
        </w:rPr>
        <w:t xml:space="preserve">[09:03] </w:t>
      </w:r>
      <w:r>
        <w:t>to is ko sochte hue mere mind mein yeh aaya ke</w:t>
      </w:r>
    </w:p>
    <w:p>
      <w:pPr>
        <w:jc w:val="right"/>
      </w:pPr>
      <w:r>
        <w:t>تو اس کو سوچتے ہوئے میرے مائنڈ میں یہ آیا کہ</w:t>
      </w:r>
    </w:p>
    <w:p>
      <w:r>
        <w:rPr>
          <w:b/>
        </w:rPr>
        <w:t xml:space="preserve">[09:10] </w:t>
      </w:r>
      <w:r>
        <w:t>"What a thrilling idea</w:t>
      </w:r>
    </w:p>
    <w:p>
      <w:pPr>
        <w:jc w:val="right"/>
      </w:pPr>
      <w:r>
        <w:t>"What a thrilling idea</w:t>
      </w:r>
    </w:p>
    <w:p>
      <w:r>
        <w:rPr>
          <w:b/>
        </w:rPr>
        <w:t xml:space="preserve">[09:13] </w:t>
      </w:r>
      <w:r>
        <w:t>that a person who observes</w:t>
      </w:r>
    </w:p>
    <w:p>
      <w:pPr>
        <w:jc w:val="right"/>
      </w:pPr>
      <w:r>
        <w:t>that a person who observes</w:t>
      </w:r>
    </w:p>
    <w:p>
      <w:r>
        <w:rPr>
          <w:b/>
        </w:rPr>
        <w:t xml:space="preserve">[09:19] </w:t>
      </w:r>
      <w:r>
        <w:t>fasting in the month of Ramadan</w:t>
      </w:r>
    </w:p>
    <w:p>
      <w:pPr>
        <w:jc w:val="right"/>
      </w:pPr>
      <w:r>
        <w:t>fasting in the month of Ramadan</w:t>
      </w:r>
    </w:p>
    <w:p>
      <w:r>
        <w:rPr>
          <w:b/>
        </w:rPr>
        <w:t xml:space="preserve">[09:24] </w:t>
      </w:r>
      <w:r>
        <w:t>becomes a part of that divine chain</w:t>
      </w:r>
    </w:p>
    <w:p>
      <w:pPr>
        <w:jc w:val="right"/>
      </w:pPr>
      <w:r>
        <w:t>becomes a part of that divine chain</w:t>
      </w:r>
    </w:p>
    <w:p>
      <w:r>
        <w:rPr>
          <w:b/>
        </w:rPr>
        <w:t xml:space="preserve">[09:31] </w:t>
      </w:r>
      <w:r>
        <w:t>which begins from the first person</w:t>
      </w:r>
    </w:p>
    <w:p>
      <w:pPr>
        <w:jc w:val="right"/>
      </w:pPr>
      <w:r>
        <w:t>which begins from the first person</w:t>
      </w:r>
    </w:p>
    <w:p>
      <w:r>
        <w:rPr>
          <w:b/>
        </w:rPr>
        <w:t xml:space="preserve">[09:35] </w:t>
      </w:r>
      <w:r>
        <w:t>and ends with the last man of history."</w:t>
      </w:r>
    </w:p>
    <w:p>
      <w:pPr>
        <w:jc w:val="right"/>
      </w:pPr>
      <w:r>
        <w:t>and ends with the last man of history."</w:t>
      </w:r>
    </w:p>
    <w:p>
      <w:r>
        <w:rPr>
          <w:b/>
        </w:rPr>
        <w:t xml:space="preserve">[09:41] </w:t>
      </w:r>
      <w:r>
        <w:t>. ghor kijiye ke kaisi ajeeb baat hai jo pehli ayat mein aap ko milti hai ke roza rakhtay hi aap ko lagta hai ke mein aik poori, yaani tareekh se jud gaya.</w:t>
      </w:r>
    </w:p>
    <w:p>
      <w:pPr>
        <w:jc w:val="right"/>
      </w:pPr>
      <w:r>
        <w:t>۔ غور کیجیے کہ کیسی عجیب بات ہے جو پہلی آیت میں آپ کو ملتی ہے کہ روزہ رکھتے ہی آپ کو لگتا ہے کہ میں ایک پوری، یعنی تاریخ سے جڑ گیا۔</w:t>
      </w:r>
    </w:p>
    <w:p>
      <w:r>
        <w:rPr>
          <w:b/>
        </w:rPr>
        <w:t xml:space="preserve">[09:56] </w:t>
      </w:r>
      <w:r>
        <w:t>woh tamam achhay aur sachhay log, Allah ko mannay walay, Allah ki ibadat karnay walay, un ki list mein mera shumar ho gaya.</w:t>
      </w:r>
    </w:p>
    <w:p>
      <w:pPr>
        <w:jc w:val="right"/>
      </w:pPr>
      <w:r>
        <w:t>وہ تمام اچھے اور سچے لوگ، اللہ کو ماننے والے، اللہ کی عبادت کرنے والے، ان کی لسٹ میں میرا شمار ہو گیا۔</w:t>
      </w:r>
    </w:p>
    <w:p>
      <w:r>
        <w:rPr>
          <w:b/>
        </w:rPr>
        <w:t xml:space="preserve">[10:07] </w:t>
      </w:r>
      <w:r>
        <w:t>to yeh kaisi ajeeb baat hai?</w:t>
      </w:r>
    </w:p>
    <w:p>
      <w:pPr>
        <w:jc w:val="right"/>
      </w:pPr>
      <w:r>
        <w:t>تو یہ کیسی عجیب بات ہے؟</w:t>
      </w:r>
    </w:p>
    <w:p>
      <w:r>
        <w:rPr>
          <w:b/>
        </w:rPr>
        <w:t xml:space="preserve">[10:11] </w:t>
      </w:r>
      <w:r>
        <w:t>to aik cheez yeh hui. is ke baad aap dekhiye ke jab roza rakh kar aur aap apnay ko yaksou kar ke,</w:t>
      </w:r>
    </w:p>
    <w:p>
      <w:pPr>
        <w:jc w:val="right"/>
      </w:pPr>
      <w:r>
        <w:t>تو ایک چیز یہ ہوئی۔ اس کے بعد آپ دیکھیے کہ جب روزہ رکھ کر اور آپ اپنے کو یکسو کر کے،</w:t>
      </w:r>
    </w:p>
    <w:p>
      <w:r>
        <w:rPr>
          <w:b/>
        </w:rPr>
        <w:t xml:space="preserve">[10:25] </w:t>
      </w:r>
      <w:r>
        <w:t>aur doosray lafzon mein ke apnay ko prepared kar ke, prepared yaani prepared mind ban kar ke aap quran ka mutala kartay hain to bar bar aap ko aisi baatein milti hain jo aap ko strike karti hain,</w:t>
      </w:r>
    </w:p>
    <w:p>
      <w:pPr>
        <w:jc w:val="right"/>
      </w:pPr>
      <w:r>
        <w:t>اور دوسرے لفظوں میں کہ اپنے کو پریپیرڈ کر کے، پریپیرڈ یعنی پریپیرڈ مائنڈ بن کر کے آپ قرآن کا مطالعہ کرتے ہیں تو بار بار آپ کو ایسی باتیں ملتی ہیں جو آپ کو اسٹرائیک کرتی ہیں،</w:t>
      </w:r>
    </w:p>
    <w:p>
      <w:r>
        <w:rPr>
          <w:b/>
        </w:rPr>
        <w:t xml:space="preserve">[10:42] </w:t>
      </w:r>
      <w:r>
        <w:t>jo aap ke mind ke liye ghiza banti hain.</w:t>
      </w:r>
    </w:p>
    <w:p>
      <w:pPr>
        <w:jc w:val="right"/>
      </w:pPr>
      <w:r>
        <w:t>جو آپ کے مائنڈ کے لیے غذا بنتی ہیں۔</w:t>
      </w:r>
    </w:p>
    <w:p>
      <w:r>
        <w:rPr>
          <w:b/>
        </w:rPr>
        <w:t xml:space="preserve">[10:48] </w:t>
      </w:r>
      <w:r>
        <w:t>misalan pehli ayat lijiyay: "bismillah hir rahman nir rahim" . aap jantay hain ke isi ayat se quran shuru hota hai.</w:t>
      </w:r>
    </w:p>
    <w:p>
      <w:pPr>
        <w:jc w:val="right"/>
      </w:pPr>
      <w:r>
        <w:t>مثلاً پہلی آیت لیجیے: "بسم اللہ الرحمن الرحیم" ۔ آپ جانتے ہیں کہ اسی آیت سے قرآن شروع ہوتا ہے۔</w:t>
      </w:r>
    </w:p>
    <w:p>
      <w:r>
        <w:rPr>
          <w:b/>
        </w:rPr>
        <w:t xml:space="preserve">[11:01] </w:t>
      </w:r>
      <w:r>
        <w:t>is ka matlab hai ke mein shuru karta hoon Allah ke naam se, jo bara rahim hai, bara meharban hai.</w:t>
      </w:r>
    </w:p>
    <w:p>
      <w:pPr>
        <w:jc w:val="right"/>
      </w:pPr>
      <w:r>
        <w:t>اس کا مطلب ہے کہ میں شروع کرتا ہوں اللہ کے نام سے، جو بڑا رحیم ہے، بڑا مہربان ہے۔</w:t>
      </w:r>
    </w:p>
    <w:p>
      <w:r>
        <w:rPr>
          <w:b/>
        </w:rPr>
        <w:t xml:space="preserve">[11:13] </w:t>
      </w:r>
      <w:r>
        <w:t>is ka matlab kya hua?</w:t>
      </w:r>
    </w:p>
    <w:p>
      <w:pPr>
        <w:jc w:val="right"/>
      </w:pPr>
      <w:r>
        <w:t>اس کا مطلب کیا ہوا؟</w:t>
      </w:r>
    </w:p>
    <w:p>
      <w:r>
        <w:rPr>
          <w:b/>
        </w:rPr>
        <w:t xml:space="preserve">[11:15] </w:t>
      </w:r>
      <w:r>
        <w:t>ke jab bhi koi kaam aap shuru kartay hain, koi bhi kaam, aur is ke aaghaz mein aap yeh kalma parhtay hain to is ka matlab yeh hota hai ke aik attha yaqeen aap hasil kartay hain ke aap aik kaisi dunya mein apna kaam shuru karnay ja rahay hain,</w:t>
      </w:r>
    </w:p>
    <w:p>
      <w:pPr>
        <w:jc w:val="right"/>
      </w:pPr>
      <w:r>
        <w:t>کہ جب بھی کوئی کام آپ شروع کرتے ہیں، کوئی بھی کام، اور اس کے آغاز میں آپ یہ کلمہ پڑھتے ہیں تو اس کا مطلب یہ ہوتا ہے کہ ایک اتھا یقین آپ حاصل کرتے ہیں کہ آپ ایک کیسی دنیا میں اپنا کام شروع کرنے جا رہے ہیں،</w:t>
      </w:r>
    </w:p>
    <w:p>
      <w:r>
        <w:rPr>
          <w:b/>
        </w:rPr>
        <w:t xml:space="preserve">[11:37] </w:t>
      </w:r>
      <w:r>
        <w:t>jis dunya ka malik rehman aur rahim hai.</w:t>
      </w:r>
    </w:p>
    <w:p>
      <w:pPr>
        <w:jc w:val="right"/>
      </w:pPr>
      <w:r>
        <w:t>جس دنیا کا مالک رحمان اور رحیم ہے۔</w:t>
      </w:r>
    </w:p>
    <w:p>
      <w:r>
        <w:rPr>
          <w:b/>
        </w:rPr>
        <w:t xml:space="preserve">[11:44] </w:t>
      </w:r>
      <w:r>
        <w:t>aur is ki rehmat, is ki sifat khaas jo hai, woh rehmat hai. to is se kitna bara yaqeen aur bharosa paida hota hai ke har haal mein Allah meri madad karay ga, kyunke woh rehman o rahim hai.</w:t>
      </w:r>
    </w:p>
    <w:p>
      <w:pPr>
        <w:jc w:val="right"/>
      </w:pPr>
      <w:r>
        <w:t>اور اس کی رحمت، اس کی صفت خاص جو ہے، وہ رحمت ہے۔ تو اس سے کتنا بڑا یقین اور بھروسہ پیدا ہوتا ہے کہ ہر حال میں اللہ میری مدد کرے گا، کیونکہ وہ رحمان الرحیم ہے۔</w:t>
      </w:r>
    </w:p>
    <w:p>
      <w:r>
        <w:rPr>
          <w:b/>
        </w:rPr>
        <w:t xml:space="preserve">[12:00] </w:t>
      </w:r>
      <w:r>
        <w:t>rehman o rahim ki sifat</w:t>
      </w:r>
    </w:p>
    <w:p>
      <w:pPr>
        <w:jc w:val="right"/>
      </w:pPr>
      <w:r>
        <w:t>رحمان الرحیم کی صفت</w:t>
      </w:r>
    </w:p>
    <w:p>
      <w:r>
        <w:rPr>
          <w:b/>
        </w:rPr>
        <w:t xml:space="preserve">[12:05] </w:t>
      </w:r>
      <w:r>
        <w:t>lazim kar deti hai khud Allah taala ko, lazim kar deti hai ke apne bande ke liye nusrat kare, uski madad kare, har qadam par uska saathi ho jayega.</w:t>
      </w:r>
    </w:p>
    <w:p>
      <w:pPr>
        <w:jc w:val="right"/>
      </w:pPr>
      <w:r>
        <w:t>لازم کر دیتی ہے خود اللہ تعالیٰ کو، لازم کر دیتی ہے کہ اپنے بندے کے لیے نصرت کرے، اس کی مدد کرے، ہر قدم پر اس کا ساتھی ہو جائے۔</w:t>
      </w:r>
    </w:p>
    <w:p>
      <w:r>
        <w:rPr>
          <w:b/>
        </w:rPr>
        <w:t xml:space="preserve">[12:18] </w:t>
      </w:r>
      <w:r>
        <w:t>to pehle hi waris jo Quran ki hai, us mein aap ko itni badi baat mil jati hai.</w:t>
      </w:r>
    </w:p>
    <w:p>
      <w:pPr>
        <w:jc w:val="right"/>
      </w:pPr>
      <w:r>
        <w:t>تو پہلے ہی ورث جو قرآن کی ہے، اس میں آپ کو اتنی بڑی بات مل جاتی ہے۔</w:t>
      </w:r>
    </w:p>
    <w:p>
      <w:r>
        <w:rPr>
          <w:b/>
        </w:rPr>
        <w:t xml:space="preserve">[12:28] </w:t>
      </w:r>
      <w:r>
        <w:t>aise poora Quran jo hai, agar aap is tarah se padhenge to poore Quran mein aap ko bohat hi ajeeb taur par ghiza milegi.</w:t>
      </w:r>
    </w:p>
    <w:p>
      <w:pPr>
        <w:jc w:val="right"/>
      </w:pPr>
      <w:r>
        <w:t>ایسے پورا قرآن جو ہے، اگر آپ اس طرح سے پڑھیں گے تو پورے قرآن میں آپ کو بہت ہی عجیب طور پر غذا ملے گی۔</w:t>
      </w:r>
    </w:p>
    <w:p>
      <w:r>
        <w:rPr>
          <w:b/>
        </w:rPr>
        <w:t xml:space="preserve">[12:39] </w:t>
      </w:r>
      <w:r>
        <w:t>bohat ajeeb taur par ghiza milegi. abhi ek akhbar, ek angrezi akhbar ne mujh se farmaish ki roze par likhne ke liye.</w:t>
      </w:r>
    </w:p>
    <w:p>
      <w:pPr>
        <w:jc w:val="right"/>
      </w:pPr>
      <w:r>
        <w:t>بہت عجیب طور پر غذا ملے گی۔ ابھی ایک اخبار، ایک انگریزی اخبار نے مجھ سے فرمائش کی روزے پر لکھنے کے لیے۔</w:t>
      </w:r>
    </w:p>
    <w:p>
      <w:r>
        <w:rPr>
          <w:b/>
        </w:rPr>
        <w:t xml:space="preserve">[12:55] </w:t>
      </w:r>
      <w:r>
        <w:t>to maine kaha ke dekhiye, is mein bhi maine yeh baat likhi ke Ramadan ka mahina is aitbaar se goya introspection ka mahina hai.</w:t>
      </w:r>
    </w:p>
    <w:p>
      <w:pPr>
        <w:jc w:val="right"/>
      </w:pPr>
      <w:r>
        <w:t>تو میں نے کہا کہ دیکھیے، اس میں بھی میں نے یہ بات لکھی کہ رمضان کا مہینہ اس اعتبار سے گویا انٹروسپیکشن کا مہینہ ہے۔</w:t>
      </w:r>
    </w:p>
    <w:p>
      <w:r>
        <w:rPr>
          <w:b/>
        </w:rPr>
        <w:t xml:space="preserve">[13:06] </w:t>
      </w:r>
      <w:r>
        <w:t>yani Quran ko padhiye aur discover kijiye apne maazi ko, apne present ko, aur uske mutabiq apni planning kijiye.</w:t>
      </w:r>
    </w:p>
    <w:p>
      <w:pPr>
        <w:jc w:val="right"/>
      </w:pPr>
      <w:r>
        <w:t>یعنی قرآن کو پڑھیے اور ڈسکور کیجیے اپنے ماضی کو، اپنے پریزنٹ کو، اور اس کے مطابق اپنی پلاننگ کیجیے۔</w:t>
      </w:r>
    </w:p>
    <w:p>
      <w:r>
        <w:rPr>
          <w:b/>
        </w:rPr>
        <w:t xml:space="preserve">[13:19] </w:t>
      </w:r>
      <w:r>
        <w:t>to Ramadan ka mahina saada mahina nahi hai, woh month of introspection hai.</w:t>
      </w:r>
    </w:p>
    <w:p>
      <w:pPr>
        <w:jc w:val="right"/>
      </w:pPr>
      <w:r>
        <w:t>تو رمضان کا مہینہ سادہ مہینہ نہیں ہے، وہ منتھ آف انٹروسپیکشن ہے۔</w:t>
      </w:r>
    </w:p>
    <w:p>
      <w:r>
        <w:rPr>
          <w:b/>
        </w:rPr>
        <w:t xml:space="preserve">[13:25] </w:t>
      </w:r>
      <w:r>
        <w:t>to maine is mein likha ke dekhiye, agar agar Musalman waqai apne zehan ko khali kar ke Quran ko padhein is mahine mein to apni bohat ajeeb taur par woh payenge Quran majeed mein apni rehnumai.</w:t>
      </w:r>
    </w:p>
    <w:p>
      <w:pPr>
        <w:jc w:val="right"/>
      </w:pPr>
      <w:r>
        <w:t>تو میں نے اس میں لکھا کہ دیکھیے، اگر اگر مسلمان واقعی اپنے ذہن کو خالی کر کے قرآن کو پڑھیں اس مہینے میں تو اپنی بہت عجیب طور پر وہ پائیں گے قرآن مجید میں اپنی رہنمائی۔</w:t>
      </w:r>
    </w:p>
    <w:p>
      <w:r>
        <w:rPr>
          <w:b/>
        </w:rPr>
        <w:t xml:space="preserve">[13:46] </w:t>
      </w:r>
      <w:r>
        <w:t>misalan Quran ko padhte hue hi jab woh is ayat par pahunchenge ke "wa ma asabakum min musibatin bima kasabat aidikum" .</w:t>
      </w:r>
    </w:p>
    <w:p>
      <w:pPr>
        <w:jc w:val="right"/>
      </w:pPr>
      <w:r>
        <w:t>مثلاً قرآن کو پڑھتے ہوئے ہی جب وہ اس آیت پر پہنچیں گے کہ "وما اصابکم من مصیبت وبما کسبت ایدیکم" ۔</w:t>
      </w:r>
    </w:p>
    <w:p>
      <w:r>
        <w:rPr>
          <w:b/>
        </w:rPr>
        <w:t xml:space="preserve">[13:58] </w:t>
      </w:r>
      <w:r>
        <w:t>jo musibat bhi tum par parti hai, woh tumhare apne hi kiye ka nateeja hoti hai.</w:t>
      </w:r>
    </w:p>
    <w:p>
      <w:pPr>
        <w:jc w:val="right"/>
      </w:pPr>
      <w:r>
        <w:t>جو مصیبت بھی تم پر پڑتی ہے، وہ تمہارے اپنے ہی کیے کا نتیجہ ہوتی ہے۔</w:t>
      </w:r>
    </w:p>
    <w:p>
      <w:r>
        <w:rPr>
          <w:b/>
        </w:rPr>
        <w:t xml:space="preserve">[14:05] </w:t>
      </w:r>
      <w:r>
        <w:t>ab yahan par padhne wala thhetega, ruk kar sochega ke hum to yeh samajhte the ke falan dushman hai hamara, falan hamare khilaf sazish kar raha hai, falan hum ko tabah karne par tula hua hai, is liye hamein musibatein aayi hain.</w:t>
      </w:r>
    </w:p>
    <w:p>
      <w:pPr>
        <w:jc w:val="right"/>
      </w:pPr>
      <w:r>
        <w:t>اب یہاں پر پڑھنے والا ٹھٹکے گا، رک کر سوچے گا کہ ہم تو یہ سمجھتے تھے کہ فلاں دشمن ہے ہمارا، فلاں ہمارے خلاف سازش کر رہا ہے، فلاں ہم کو تباہ کرنے پر تلا ہوا ہے، اس لیے ہمیں مصیبتیں آئیں ہیں۔</w:t>
      </w:r>
    </w:p>
    <w:p>
      <w:r>
        <w:rPr>
          <w:b/>
        </w:rPr>
        <w:t xml:space="preserve">[14:25] </w:t>
      </w:r>
      <w:r>
        <w:t>lekin yahan to ulti baat hai. Quran mein to ulti baat hai ke jo musibat bhi aati hai tumhare upar, woh tumhare apne hi kiye ka nateeja hoti hai.</w:t>
      </w:r>
    </w:p>
    <w:p>
      <w:pPr>
        <w:jc w:val="right"/>
      </w:pPr>
      <w:r>
        <w:t>لیکن یہاں تو الٹی بات ہے۔ قرآن میں تو الٹی بات ہے کہ جو مصیبت بھی آتی ہے تمہارے اوپر، وہ تمہارے اپنے ہی کیے کا نتیجہ ہوتی ہے۔</w:t>
      </w:r>
    </w:p>
    <w:p>
      <w:r>
        <w:rPr>
          <w:b/>
        </w:rPr>
        <w:t xml:space="preserve">[14:39] </w:t>
      </w:r>
      <w:r>
        <w:t>ab is se dekhiye kya hoga? ek naya zehan paida hoga ke aap khud apne andar in asbab ko talash karo.</w:t>
      </w:r>
    </w:p>
    <w:p>
      <w:pPr>
        <w:jc w:val="right"/>
      </w:pPr>
      <w:r>
        <w:t>اب اس سے دیکھیے کیا ہوگا؟ ایک نیا ذہن پیدا ہوگا کہ آپ خود اپنے اندر ان اسباب کو تلاش کرو۔</w:t>
      </w:r>
    </w:p>
    <w:p>
      <w:r>
        <w:rPr>
          <w:b/>
        </w:rPr>
        <w:t xml:space="preserve">[14:52] </w:t>
      </w:r>
      <w:r>
        <w:t>hamari jo musibatein hain, hamare jo problems hain, woh kyun hain? iska sabab khud apne andar talash karo aur usko correct karo, uski islaah karo.</w:t>
      </w:r>
    </w:p>
    <w:p>
      <w:pPr>
        <w:jc w:val="right"/>
      </w:pPr>
      <w:r>
        <w:t>ہماری جو مصیبتیں ہیں، ہمارے جو پرابلم ہیں، وہ کیوں ہیں؟ اس کا سبب خود اپنے اندر تلاش کرو اور اس کو کریکٹ کرو، اس کی اصلاح کرو۔</w:t>
      </w:r>
    </w:p>
    <w:p>
      <w:r>
        <w:rPr>
          <w:b/>
        </w:rPr>
        <w:t xml:space="preserve">[15:04] </w:t>
      </w:r>
      <w:r>
        <w:t>yeh is mein milega.</w:t>
      </w:r>
    </w:p>
    <w:p>
      <w:pPr>
        <w:jc w:val="right"/>
      </w:pPr>
      <w:r>
        <w:t>یہ اس میں ملے گا۔</w:t>
      </w:r>
    </w:p>
    <w:p>
      <w:r>
        <w:rPr>
          <w:b/>
        </w:rPr>
        <w:t xml:space="preserve">[15:06] </w:t>
      </w:r>
      <w:r>
        <w:t>aise hi dekhiye,</w:t>
      </w:r>
    </w:p>
    <w:p>
      <w:pPr>
        <w:jc w:val="right"/>
      </w:pPr>
      <w:r>
        <w:t>ایسے ہی دیکھیے،</w:t>
      </w:r>
    </w:p>
    <w:p>
      <w:r>
        <w:rPr>
          <w:b/>
        </w:rPr>
        <w:t xml:space="preserve">[15:10] </w:t>
      </w:r>
      <w:r>
        <w:t>is mein maine likha ke ek aage ek ayat yeh milegi padhne wale ko ke "innallaha la yughayyiru ma biqawmin hatta yughayyiru ma bi anfusihim" .</w:t>
      </w:r>
    </w:p>
    <w:p>
      <w:pPr>
        <w:jc w:val="right"/>
      </w:pPr>
      <w:r>
        <w:t>اس میں میں نے لکھا کہ ایک آگے ایک آیت یہ ملے گی پڑھنے والے کو کہ "إن الله لا يغير ما بقوم حتى يغيروا ما بعرفه" ۔</w:t>
      </w:r>
    </w:p>
    <w:p>
      <w:r>
        <w:rPr>
          <w:b/>
        </w:rPr>
        <w:t xml:space="preserve">[15:23] </w:t>
      </w:r>
      <w:r>
        <w:t>Allah kisi qaum ki haalat is waqt tak nahi badalta jab tak woh khud apni haalat ko na badle.</w:t>
      </w:r>
    </w:p>
    <w:p>
      <w:pPr>
        <w:jc w:val="right"/>
      </w:pPr>
      <w:r>
        <w:t>اللہ کسی قوم کی حالت اس وقت تک نہیں بدلتا جب تک وہ خود اپنی حالت کو نہ بدلے۔</w:t>
      </w:r>
    </w:p>
    <w:p>
      <w:r>
        <w:rPr>
          <w:b/>
        </w:rPr>
        <w:t xml:space="preserve">[15:32] </w:t>
      </w:r>
      <w:r>
        <w:t>yeh kitni bada message is ke andar hai ke agar aap chahte hain ke aap ki haalat badle, aap ka mustaqbil durust ho, aap taraqqi karein, aap zindagi mein aage badhein to aap ko yeh karna padega ke aap apne andar dhoondhein ke mujhe kya karna hai.</w:t>
      </w:r>
    </w:p>
    <w:p>
      <w:pPr>
        <w:jc w:val="right"/>
      </w:pPr>
      <w:r>
        <w:t>یہ کتنی بڑا میسج اس کے اندر ہے کہ اگر آپ چاہتے ہیں کہ آپ کی حالت بدلے، آپ کا مستقبل درست ہو، آپ ترقی کریں، آپ زندگی میں آگے بڑھیں تو آپ کو یہ کرنا پڑے گا کہ آپ اپنے اندر ڈھونڈیں کہ مجھے کیا کرنا ہے۔</w:t>
      </w:r>
    </w:p>
    <w:p>
      <w:r>
        <w:rPr>
          <w:b/>
        </w:rPr>
        <w:t xml:space="preserve">[15:53] </w:t>
      </w:r>
      <w:r>
        <w:t>apni islaah karein, apni kamiyon ko door karein, apni shortcomings ko door karein, aur phir planning karein.</w:t>
      </w:r>
    </w:p>
    <w:p>
      <w:pPr>
        <w:jc w:val="right"/>
      </w:pPr>
      <w:r>
        <w:t>اپنی اصلاح کریں، اپنی کمیوں کو دور کریں، اپنی شارٹ کمنگ کو دور کریں، اور پھر پلاننگ کریں۔</w:t>
      </w:r>
    </w:p>
    <w:p>
      <w:r>
        <w:rPr>
          <w:b/>
        </w:rPr>
        <w:t xml:space="preserve">[16:04] </w:t>
      </w:r>
      <w:r>
        <w:t>tab aap Allah ka jo qanoon hai, woh aap ka saath dega.</w:t>
      </w:r>
    </w:p>
    <w:p>
      <w:pPr>
        <w:jc w:val="right"/>
      </w:pPr>
      <w:r>
        <w:t>تب آپ اللہ کا جو قانون ہے، وہ آپ کا ساتھ دے گا۔</w:t>
      </w:r>
    </w:p>
    <w:p>
      <w:r>
        <w:rPr>
          <w:b/>
        </w:rPr>
        <w:t xml:space="preserve">[16:10] </w:t>
      </w:r>
      <w:r>
        <w:t>is tarah se poora Quran aap ke liye introspection ki dawat deta hai. poora Quran isko jab, yani to Ramadan ka mahina is liye hai ke aap poori tarah apne aap ko har distraction se door kar ke, hatta ke khana peena bhi temporary taur par chhod dein, aur</w:t>
      </w:r>
    </w:p>
    <w:p>
      <w:pPr>
        <w:jc w:val="right"/>
      </w:pPr>
      <w:r>
        <w:t>اس طرح سے پورا قرآن آپ کے لیے انٹروسپیکشن کی دعوت دیتا ہے۔ پورا قرآن اس کو جب، یعنی تو رمضان کا مہینہ اس لیے ہے کہ آپ پوری طرح اپنے آپ کو ہر ڈسٹریکشن سے دور کر کے، حتیٰ کہ کھانا پینا بھی ٹیمپریری طور پر چھوڑ دیں، اور</w:t>
      </w:r>
    </w:p>
    <w:p>
      <w:r>
        <w:rPr>
          <w:b/>
        </w:rPr>
        <w:t xml:space="preserve">[16:37] </w:t>
      </w:r>
      <w:r>
        <w:t>phir Quran mein study karein, Quran ko samjhein.</w:t>
      </w:r>
    </w:p>
    <w:p>
      <w:pPr>
        <w:jc w:val="right"/>
      </w:pPr>
      <w:r>
        <w:t>پھر قرآن میں سٹڈی کریں، قرآن کو سمجھیں۔</w:t>
      </w:r>
    </w:p>
    <w:p>
      <w:r>
        <w:rPr>
          <w:b/>
        </w:rPr>
        <w:t xml:space="preserve">[16:40] </w:t>
      </w:r>
      <w:r>
        <w:t>dekhiye, Quran aap jante hain ke Ramadan ke mahine mein itikaf ka tareeqa hai. to aam taur par log das din itikaf karte hain aakhri zamane mein.</w:t>
      </w:r>
    </w:p>
    <w:p>
      <w:pPr>
        <w:jc w:val="right"/>
      </w:pPr>
      <w:r>
        <w:t>دیکھیے، قرآن آپ جانتے ہیں کہ رمضان کے مہینے میں اعتکاف کا طریقہ ہے۔ تو عام طور پر لوگ دس دن اعتکاف کرتے ہیں آخری زمانے میں۔</w:t>
      </w:r>
    </w:p>
    <w:p>
      <w:r>
        <w:rPr>
          <w:b/>
        </w:rPr>
        <w:t xml:space="preserve">[16:51] </w:t>
      </w:r>
      <w:r>
        <w:t>lekin sachhi baat hai ke poora mahina itikafi ka mahina hai. yani das din to goya ke aap masjid mein baith gaye, baqi ke dinon bhi ab chalta phirta itikaf hai.</w:t>
      </w:r>
    </w:p>
    <w:p>
      <w:pPr>
        <w:jc w:val="right"/>
      </w:pPr>
      <w:r>
        <w:t>لیکن سچی بات ہے کہ پورا مہینہ اعتکافی کا مہینہ ہے۔ یعنی دس دن تو گویا کہ آپ مسجد میں بیٹھ گئے، بقیہ دنوں بھی اب چلتا پھرتا اعتکاف ہے۔</w:t>
      </w:r>
    </w:p>
    <w:p>
      <w:r>
        <w:rPr>
          <w:b/>
        </w:rPr>
        <w:t xml:space="preserve">[17:05] </w:t>
      </w:r>
      <w:r>
        <w:t>woh kaisay? keh aap ka mind isi pe laga hua hai. aap ka mind isi pe laga hua hai.</w:t>
      </w:r>
    </w:p>
    <w:p>
      <w:pPr>
        <w:jc w:val="right"/>
      </w:pPr>
      <w:r>
        <w:t>وہ کیسے؟ کہ آپ کا مائنڈ اسی پہ لگا ہوا ہے۔ آپ کا مائنڈ اسی پہ لگا ہوا ہے۔</w:t>
      </w:r>
    </w:p>
    <w:p>
      <w:r>
        <w:rPr>
          <w:b/>
        </w:rPr>
        <w:t xml:space="preserve">[17:13] </w:t>
      </w:r>
      <w:r>
        <w:t>yani quran ke mazameen par. quran ko aap subah subah ko parhtay hain, sham ko parhtay hain, kyunkeh aap aik so aik so kiye hue hain.</w:t>
      </w:r>
    </w:p>
    <w:p>
      <w:pPr>
        <w:jc w:val="right"/>
      </w:pPr>
      <w:r>
        <w:t>یعنی قرآن کے مضامین پر۔ قرآن کو آپ صبح صبح کو پڑھتے ہیں، شام کو پڑھتے ہیں، کیونکہ آپ ایک سو ایک سو کیے ہوئے ہیں۔</w:t>
      </w:r>
    </w:p>
    <w:p>
      <w:r>
        <w:rPr>
          <w:b/>
        </w:rPr>
        <w:t xml:space="preserve">[17:23] </w:t>
      </w:r>
      <w:r>
        <w:t>to chahe aap bethe hon, soye hon, chal rahe hon, kuch kar rahe hon, lekin aap ka mind laga rahe ga quran ki un ayaton par jin ko aap ne parha hai ya namazon mein suna hai.</w:t>
      </w:r>
    </w:p>
    <w:p>
      <w:pPr>
        <w:jc w:val="right"/>
      </w:pPr>
      <w:r>
        <w:t>تو چاہے آپ بیٹھے ہوں، سوئے ہوں، چل رہے ہوں، کچھ کر رہے ہوں، لیکن آپ کا مائنڈ لگا رہے گا قرآن کی ان آیتوں پر جن کو آپ نے پڑھا ہے یا نمازوں میں سنا ہے۔</w:t>
      </w:r>
    </w:p>
    <w:p>
      <w:r>
        <w:rPr>
          <w:b/>
        </w:rPr>
        <w:t xml:space="preserve">[17:39] </w:t>
      </w:r>
      <w:r>
        <w:t>to goya keh das din ka itikaf formal itikaf hai aur baqi bais din in formal itikaf.</w:t>
      </w:r>
    </w:p>
    <w:p>
      <w:pPr>
        <w:jc w:val="right"/>
      </w:pPr>
      <w:r>
        <w:t>تو گویا کہ دس دن کا اعتکاف فارمل اعتکاف ہے اور بقیہ بیس دن ان فارمل اعتکاف۔</w:t>
      </w:r>
    </w:p>
    <w:p>
      <w:r>
        <w:rPr>
          <w:b/>
        </w:rPr>
        <w:t xml:space="preserve">[17:52] </w:t>
      </w:r>
      <w:r>
        <w:t>is aitbar se poora mahina itikaf ka mahina hai, sochne ka mahina, apna apne apne apne apne quran se hidayat aur rehnumai talash karne ka mahina.</w:t>
      </w:r>
    </w:p>
    <w:p>
      <w:pPr>
        <w:jc w:val="right"/>
      </w:pPr>
      <w:r>
        <w:t>اس اعتبار سے پورا مہینہ اعتکاف کا مہینہ ہے، سوچنے کا مہینہ، اپنا اپنے اپنے اپنے اپنے قرآن سے ہدایت اور رہنمائی تلاش کرنے کا مہینہ۔</w:t>
      </w:r>
    </w:p>
    <w:p>
      <w:r>
        <w:rPr>
          <w:b/>
        </w:rPr>
        <w:t xml:space="preserve">[18:08] </w:t>
      </w:r>
      <w:r>
        <w:t>to yeh ramzan ki yeh haqeeqat</w:t>
      </w:r>
    </w:p>
    <w:p>
      <w:pPr>
        <w:jc w:val="right"/>
      </w:pPr>
      <w:r>
        <w:t>تو یہ رمضان کی یہ حقیقت</w:t>
      </w:r>
    </w:p>
    <w:p>
      <w:r>
        <w:rPr>
          <w:b/>
        </w:rPr>
        <w:t xml:space="preserve">[18:10] </w:t>
      </w:r>
      <w:r>
        <w:t>hai. yeh nahi keh bas</w:t>
      </w:r>
    </w:p>
    <w:p>
      <w:pPr>
        <w:jc w:val="right"/>
      </w:pPr>
      <w:r>
        <w:t>ہے۔ یہ نہیں کہ بس</w:t>
      </w:r>
    </w:p>
    <w:p>
      <w:r>
        <w:rPr>
          <w:b/>
        </w:rPr>
        <w:t xml:space="preserve">[18:14] </w:t>
      </w:r>
      <w:r>
        <w:t>yani dawn se le kar censor tak aap khane apna rok diya to roza ho gaya. nahi, yeh to is ka form hai roze ka.</w:t>
      </w:r>
    </w:p>
    <w:p>
      <w:pPr>
        <w:jc w:val="right"/>
      </w:pPr>
      <w:r>
        <w:t>یعنی ڈان سے لے کر سنسنسر تک آپ کھانے اپنا روک دیا تو روزہ ہو گیا۔ نہیں، یہ تو اس کا فارم ہے روزے کا۔</w:t>
      </w:r>
    </w:p>
    <w:p>
      <w:r>
        <w:rPr>
          <w:b/>
        </w:rPr>
        <w:t xml:space="preserve">[18:29] </w:t>
      </w:r>
      <w:r>
        <w:t>yani ab ab sawal yeh hai keh for what? kis purpose ke liye yeh</w:t>
      </w:r>
    </w:p>
    <w:p>
      <w:pPr>
        <w:jc w:val="right"/>
      </w:pPr>
      <w:r>
        <w:t>یعنی اب اب سوال یہ ہے کہ فار واٹ؟ کس پرپس کے لیے یہ</w:t>
      </w:r>
    </w:p>
    <w:p>
      <w:r>
        <w:rPr>
          <w:b/>
        </w:rPr>
        <w:t xml:space="preserve">[18:34] </w:t>
      </w:r>
      <w:r>
        <w:t>kiya gaya? woh purpose hai apne ko yaksu kar ke, apne ko distraction se bacha kar quran ki study karna, quran ka mutala karna.</w:t>
      </w:r>
    </w:p>
    <w:p>
      <w:pPr>
        <w:jc w:val="right"/>
      </w:pPr>
      <w:r>
        <w:t>کیا گیا؟ وہ پرپس ہے اپنے کو یکسو کر کے، اپنے کو ڈسٹریکشن سے بچا کر قرآن کی سٹڈی کرنا، قرآن کا مطالعہ کرنا۔</w:t>
      </w:r>
    </w:p>
    <w:p>
      <w:r>
        <w:rPr>
          <w:b/>
        </w:rPr>
        <w:t xml:space="preserve">[18:45] </w:t>
      </w:r>
      <w:r>
        <w:t>quran ke mutale ke bare mein aik baat mein arz karon. aaj hi mere dimagh mein aik baat aai is par sochte hue keh quran mein yeh kaha gaya hai keh</w:t>
      </w:r>
    </w:p>
    <w:p>
      <w:pPr>
        <w:jc w:val="right"/>
      </w:pPr>
      <w:r>
        <w:t>قرآن کے مطالعے کے بارے میں ایک بات میں عرض کروں۔ آج ہی میرے دماغ میں ایک بات آئی اس پر سوچتے ہوئے کہ قرآن میں یہ کہا گیا ہے کہ</w:t>
      </w:r>
    </w:p>
    <w:p>
      <w:r>
        <w:rPr>
          <w:b/>
        </w:rPr>
        <w:t xml:space="preserve">[18:59] </w:t>
      </w:r>
      <w:r>
        <w:t>tadabbur karo.</w:t>
      </w:r>
    </w:p>
    <w:p>
      <w:pPr>
        <w:jc w:val="right"/>
      </w:pPr>
      <w:r>
        <w:t>تدبر کرو۔</w:t>
      </w:r>
    </w:p>
    <w:p>
      <w:r>
        <w:rPr>
          <w:b/>
        </w:rPr>
        <w:t xml:space="preserve">[19:01] </w:t>
      </w:r>
      <w:r>
        <w:t>yeh to quran utara gaya hai ta keh log is par tadabbur karen. ladabbara ayatihi tadabbur ka matlab hota hai contemplation, ghor o fikr, sochna.</w:t>
      </w:r>
    </w:p>
    <w:p>
      <w:pPr>
        <w:jc w:val="right"/>
      </w:pPr>
      <w:r>
        <w:t>یہ تو قرآن اتارا گیا ہے تاکہ لوگ اس پر تدبر کریں۔ لَدَبَّرُوا آيَاتِهِ تدبر کا مطلب ہوتا ہے کنٹمپریشن، غور و فکر، سوچنا۔</w:t>
      </w:r>
    </w:p>
    <w:p>
      <w:r>
        <w:rPr>
          <w:b/>
        </w:rPr>
        <w:t xml:space="preserve">[19:12] </w:t>
      </w:r>
      <w:r>
        <w:t>to aik ajib baat mere zehan mein aai keh ab is ayat ko lijiye aur phir is ke baad quran mein aik is aik aur ayat ko le kar Sochiye.</w:t>
      </w:r>
    </w:p>
    <w:p>
      <w:pPr>
        <w:jc w:val="right"/>
      </w:pPr>
      <w:r>
        <w:t>تو ایک عجیب بات میرے ذہن میں آئی کہ اب اس آیت کو لیجیے اور پھر اس کے بعد قرآن میں ایک اس ایک اور آیت کو لے کر سوچیے۔</w:t>
      </w:r>
    </w:p>
    <w:p>
      <w:r>
        <w:rPr>
          <w:b/>
        </w:rPr>
        <w:t xml:space="preserve">[19:25] </w:t>
      </w:r>
      <w:r>
        <w:t>isi hisse mein jahan roze ka zikr hai, wahan aik ayat yeh aati hai keh wa idha saalaka ibadi anni fa inni qareebun ujeebu dawat ad daai idha daani fal yastajeebu li wal yuminu bi la lahum yashhudun.</w:t>
      </w:r>
    </w:p>
    <w:p>
      <w:pPr>
        <w:jc w:val="right"/>
      </w:pPr>
      <w:r>
        <w:t>اسی حصے میں جہاں روزے کا ذکر ہے، وہاں ایک آیت یہ آتی ہے کہ وَإِذَا سَأَلَكَ عِبَادِي أَنِّي فَإِنِّي قَرِيبٌ أُجِيبُ دَعْوَةَ الدَّعَاءِ إِذَا دَعَانَ فَلْيَسْتَجِيبُوا لِي وَلْيُؤْمِنُوا بِي لَّا لَهُمْ يَشْهُدُونَ ۔</w:t>
      </w:r>
    </w:p>
    <w:p>
      <w:r>
        <w:rPr>
          <w:b/>
        </w:rPr>
        <w:t xml:space="preserve">[19:46] </w:t>
      </w:r>
      <w:r>
        <w:t>jab mere bande mere bare mein poochen to keh do keh main un se qareeb hoon,</w:t>
      </w:r>
    </w:p>
    <w:p>
      <w:pPr>
        <w:jc w:val="right"/>
      </w:pPr>
      <w:r>
        <w:t>جب میرے بندے میرے بارے میں پوچھیں تو کہہ دو کہ میں ان سے قریب ہوں،</w:t>
      </w:r>
    </w:p>
    <w:p>
      <w:r>
        <w:rPr>
          <w:b/>
        </w:rPr>
        <w:t xml:space="preserve">[19:53] </w:t>
      </w:r>
      <w:r>
        <w:t>main un ki pukar ko sunta hoon, to woh mujhe pukaren, main un ka jawab doon ga. phir farmaya keh la lahum yashhudun.</w:t>
      </w:r>
    </w:p>
    <w:p>
      <w:pPr>
        <w:jc w:val="right"/>
      </w:pPr>
      <w:r>
        <w:t>میں ان کی پکار کو سنتا ہوں، تو وہ مجھے پکاریں، میں ان کا جواب دوں گا۔ پھر فرمایا کہ لَا لَهُمْ يَشْهُدُونَ ۔</w:t>
      </w:r>
    </w:p>
    <w:p>
      <w:r>
        <w:rPr>
          <w:b/>
        </w:rPr>
        <w:t xml:space="preserve">[20:04] </w:t>
      </w:r>
      <w:r>
        <w:t>is tarah woh rushd payen ge, hidayat payen ge, is tarah un ko guidance mile gi.</w:t>
      </w:r>
    </w:p>
    <w:p>
      <w:pPr>
        <w:jc w:val="right"/>
      </w:pPr>
      <w:r>
        <w:t>اس طرح وہ رشد پائیں گے، ہدایت پائیں گے، اس طرح ان کو گائیڈنس ملے گی۔</w:t>
      </w:r>
    </w:p>
    <w:p>
      <w:r>
        <w:rPr>
          <w:b/>
        </w:rPr>
        <w:t xml:space="preserve">[20:12] </w:t>
      </w:r>
      <w:r>
        <w:t>is ko sochte hue aik ajib baat mere zehan mein aai keh quran mein tadabbur karna goya khuda ke kutub khane mein baithna hai,</w:t>
      </w:r>
    </w:p>
    <w:p>
      <w:pPr>
        <w:jc w:val="right"/>
      </w:pPr>
      <w:r>
        <w:t>اس کو سوچتے ہوئے ایک عجیب بات میرے ذہن میں آئی کہ قرآن میں تدبر کرنا گویا خدا کے کتب خانے میں بیٹھنا ہے،</w:t>
      </w:r>
    </w:p>
    <w:p>
      <w:r>
        <w:rPr>
          <w:b/>
        </w:rPr>
        <w:t xml:space="preserve">[20:26] </w:t>
      </w:r>
      <w:r>
        <w:t>divine library mein mutala karna hai. yeh saada baat nahi hai. jab aap library mein jayen, kitaben parhen to aap ko nai nai maloomat milti hain,</w:t>
      </w:r>
    </w:p>
    <w:p>
      <w:pPr>
        <w:jc w:val="right"/>
      </w:pPr>
      <w:r>
        <w:t>ڈیوائن لائبریری میں مطالعہ کرنا ہے۔ یہ سادہ بات نہیں ہے۔ جب آپ لائبریری میں جائیں، کتابیں پڑھیں تو آپ کو نئی نئی معلومات ملتی ہیں،</w:t>
      </w:r>
    </w:p>
    <w:p>
      <w:r>
        <w:rPr>
          <w:b/>
        </w:rPr>
        <w:t xml:space="preserve">[20:40] </w:t>
      </w:r>
      <w:r>
        <w:t>nai nai baaten aap daryaft karte hain.</w:t>
      </w:r>
    </w:p>
    <w:p>
      <w:pPr>
        <w:jc w:val="right"/>
      </w:pPr>
      <w:r>
        <w:t>نئی نئی باتیں آپ دریافت کرتے ہیں۔</w:t>
      </w:r>
    </w:p>
    <w:p>
      <w:r>
        <w:rPr>
          <w:b/>
        </w:rPr>
        <w:t xml:space="preserve">[20:44] </w:t>
      </w:r>
      <w:r>
        <w:t>aise jab aap tadabbur karte hain aur tadabbur aap ko khuda se qareeb kar deta hai, tadabbur aap ko is qabil bana deta hai keh Allah ka inspiration aap ko mile,</w:t>
      </w:r>
    </w:p>
    <w:p>
      <w:pPr>
        <w:jc w:val="right"/>
      </w:pPr>
      <w:r>
        <w:t>ایسے جب آپ تدبر کرتے ہیں اور تدبر آپ کو خدا سے قریب کر دیتا ہے، تدبر آپ کو اس قابل بنا دیتا ہے کہ اللہ کا انسپیریشن آپ کو ملے،</w:t>
      </w:r>
    </w:p>
    <w:p>
      <w:r>
        <w:rPr>
          <w:b/>
        </w:rPr>
        <w:t xml:space="preserve">[20:58] </w:t>
      </w:r>
      <w:r>
        <w:t>to goya keh aap divine library mein ja kar pohanch gaye aur nai nai baaten aap ko milen gi.</w:t>
      </w:r>
    </w:p>
    <w:p>
      <w:pPr>
        <w:jc w:val="right"/>
      </w:pPr>
      <w:r>
        <w:t>تو گویا کہ آپ ڈیوائن لائبریری میں جا کر پہنچ گئے اور نئی نئی باتیں آپ کو ملیں گی۔</w:t>
      </w:r>
    </w:p>
    <w:p>
      <w:r>
        <w:rPr>
          <w:b/>
        </w:rPr>
        <w:t xml:space="preserve">[21:08] </w:t>
      </w:r>
      <w:r>
        <w:t>aik to kitabon ke mutale se nai nai baaten milti hain, lekin tadabbur se bhi nai nai baaten milti hain. tadabbur se bhi nai nai baaten.</w:t>
      </w:r>
    </w:p>
    <w:p>
      <w:pPr>
        <w:jc w:val="right"/>
      </w:pPr>
      <w:r>
        <w:t>ایک تو کتابوں کے مطالعے سے نئی نئی باتیں ملتی ہیں، لیکن تدبر سے بھی نئی نئی باتیں ملتی ہیں۔ تدبر سے بھی نئی نئی باتیں۔</w:t>
      </w:r>
    </w:p>
    <w:p>
      <w:r>
        <w:rPr>
          <w:b/>
        </w:rPr>
        <w:t xml:space="preserve">[21:16] </w:t>
      </w:r>
      <w:r>
        <w:t>isi liye main kehta hoon keh tadabbur goya keh divine library mein baith kar mutala karna hai. to kaisi ajib baat hai!</w:t>
      </w:r>
    </w:p>
    <w:p>
      <w:pPr>
        <w:jc w:val="right"/>
      </w:pPr>
      <w:r>
        <w:t>اسی لیے میں کہتا ہوں کہ تدبر گویا کہ ڈیوائن لائبریری میں بیٹھ کر مطالعہ کرنا ہے۔ تو کیسی عجیب بات ہے!</w:t>
      </w:r>
    </w:p>
    <w:p>
      <w:r>
        <w:rPr>
          <w:b/>
        </w:rPr>
        <w:t xml:space="preserve">[21:29] </w:t>
      </w:r>
      <w:r>
        <w:t>kisi ajib bat hai</w:t>
      </w:r>
    </w:p>
    <w:p>
      <w:pPr>
        <w:jc w:val="right"/>
      </w:pPr>
      <w:r>
        <w:t>کیسی عجیب بات ہے</w:t>
      </w:r>
    </w:p>
    <w:p>
      <w:r>
        <w:rPr>
          <w:b/>
        </w:rPr>
        <w:t xml:space="preserve">[21:32] </w:t>
      </w:r>
      <w:r>
        <w:t>ke aap ka wisdom barhta hi rahe ga, hikmat ki batain aap ke zehn mein ati hi rahen gi.</w:t>
      </w:r>
    </w:p>
    <w:p>
      <w:pPr>
        <w:jc w:val="right"/>
      </w:pPr>
      <w:r>
        <w:t>کہ آپ کا وزڈم بڑھتا ہی رہے گا، حکمت کی باتیں آپ کے ذہن میں آتی ہی رہیں گی۔</w:t>
      </w:r>
    </w:p>
    <w:p>
      <w:r>
        <w:rPr>
          <w:b/>
        </w:rPr>
        <w:t xml:space="preserve">[21:43] </w:t>
      </w:r>
      <w:r>
        <w:t>naya naya intellectual development aap ka hota hi rahe ga agar aap is tareeqe ko follow karen.</w:t>
      </w:r>
    </w:p>
    <w:p>
      <w:pPr>
        <w:jc w:val="right"/>
      </w:pPr>
      <w:r>
        <w:t>نیا نیا انٹلیکچول ڈیویلپمنٹ آپ کا ہوتا ہی رہے گا اگر آپ اس طریقے کو فالو کریں۔</w:t>
      </w:r>
    </w:p>
    <w:p>
      <w:r>
        <w:rPr>
          <w:b/>
        </w:rPr>
        <w:t xml:space="preserve">[21:53] </w:t>
      </w:r>
      <w:r>
        <w:t>isi tarah dekhiye, is ke bohat se aur pehlu hain.</w:t>
      </w:r>
    </w:p>
    <w:p>
      <w:pPr>
        <w:jc w:val="right"/>
      </w:pPr>
      <w:r>
        <w:t>اسی طرح دیکھیے، اس کے بہت سے اور پہلو ہیں۔</w:t>
      </w:r>
    </w:p>
    <w:p>
      <w:r>
        <w:rPr>
          <w:b/>
        </w:rPr>
        <w:t xml:space="preserve">[21:59] </w:t>
      </w:r>
      <w:r>
        <w:t>misal ke taur par ek ek ajib bat mere zehn mein aai ke in ayaton mein jo roze ka hukum diya gaya hai, to wahan yeh farmaya ke wa alal lazeena yuteeqoonah fidatun taa'aamum miskeenan.</w:t>
      </w:r>
    </w:p>
    <w:p>
      <w:pPr>
        <w:jc w:val="right"/>
      </w:pPr>
      <w:r>
        <w:t>مثال کے طور پر ایک ایک عجیب بات میرے ذہن میں آئی کہ ان آیتوں میں جو روزے کا حکم دیا گیا ہے، تو وہاں یہ فرمایا کہ وَعَلَى الَّذِينَ يُطِيقُونَ فِدْةً طَعَامًا مُسْكِينًا ۔</w:t>
      </w:r>
    </w:p>
    <w:p>
      <w:r>
        <w:rPr>
          <w:b/>
        </w:rPr>
        <w:t xml:space="preserve">[22:19] </w:t>
      </w:r>
      <w:r>
        <w:t>aur jin logon ke liye roza rakhna mushkil ho jaye, yani doosre lafzon mein jo medically unfit ho jayen roza rakhne ke liye.</w:t>
      </w:r>
    </w:p>
    <w:p>
      <w:pPr>
        <w:jc w:val="right"/>
      </w:pPr>
      <w:r>
        <w:t>اور جن لوگوں کے لیے روزہ رکھنا مشکل ہو جائے، یعنی دوسرے لفظوں میں جو میڈیکلی ان فٹ ہو جائیں روزہ رکھنے کے لیے۔</w:t>
      </w:r>
    </w:p>
    <w:p>
      <w:r>
        <w:rPr>
          <w:b/>
        </w:rPr>
        <w:t xml:space="preserve">[22:31] </w:t>
      </w:r>
      <w:r>
        <w:t>jo log medically unfit ho jayen roza ke liye. yani doctor keh de ke ab aap roza nahi rakh sakte,</w:t>
      </w:r>
    </w:p>
    <w:p>
      <w:pPr>
        <w:jc w:val="right"/>
      </w:pPr>
      <w:r>
        <w:t>جو لوگ میڈیکلی ان فٹ ہو جائیں روزہ کے لیے۔ یعنی ڈاکٹر کہہ دے کہ اب آپ روزہ نہیں رکھ سکتے،</w:t>
      </w:r>
    </w:p>
    <w:p>
      <w:r>
        <w:rPr>
          <w:b/>
        </w:rPr>
        <w:t xml:space="preserve">[22:40] </w:t>
      </w:r>
      <w:r>
        <w:t>aap yeh roza jo hai rakhna is ko aap afford nahi kar sakte. to medically unfit jo ho jayen, jo log roza na rakh saken, to woh fidya den,</w:t>
      </w:r>
    </w:p>
    <w:p>
      <w:pPr>
        <w:jc w:val="right"/>
      </w:pPr>
      <w:r>
        <w:t>آپ یہ روزہ جو ہے رکھنا اس کو آپ افورڈ نہیں کر سکتے۔ تو میڈیکلی ان فٹ جو ہو جائیں، جو لوگ روزہ نہ رکھ سکیں، تو وہ فدیہ دیں،</w:t>
      </w:r>
    </w:p>
    <w:p>
      <w:r>
        <w:rPr>
          <w:b/>
        </w:rPr>
        <w:t xml:space="preserve">[22:56] </w:t>
      </w:r>
      <w:r>
        <w:t>fidya den, miskeen ko fidya</w:t>
      </w:r>
    </w:p>
    <w:p>
      <w:pPr>
        <w:jc w:val="right"/>
      </w:pPr>
      <w:r>
        <w:t>فدیہ دیں، مسکین کو فدیہ</w:t>
      </w:r>
    </w:p>
    <w:p>
      <w:r>
        <w:rPr>
          <w:b/>
        </w:rPr>
        <w:t xml:space="preserve">[22:59] </w:t>
      </w:r>
      <w:r>
        <w:t>den. ab is par sochte hue mujhe ek ajib o gharib bat zehn mein aai. kyunke dekhiye, Quran mein aur bhi aisi ayaten hain fidya ke bare mein, fidya ya sadqa ke bare mein.</w:t>
      </w:r>
    </w:p>
    <w:p>
      <w:pPr>
        <w:jc w:val="right"/>
      </w:pPr>
      <w:r>
        <w:t>دیں۔ اب اس پر سوچتے ہوئے مجھے ایک عجیب و غریب بات ذہن میں آئی۔ کیونکہ دیکھیے، قرآن میں اور بھی ایسی آیتیں ہیں فدیہ کے بارے میں، فدیہ یا صدقہ کے بارے میں۔</w:t>
      </w:r>
    </w:p>
    <w:p>
      <w:r>
        <w:rPr>
          <w:b/>
        </w:rPr>
        <w:t xml:space="preserve">[23:15] </w:t>
      </w:r>
      <w:r>
        <w:t>misalan ek ayat yeh hai wal lazeena yu'toona ma ataw wa quloobuhum wajala</w:t>
      </w:r>
    </w:p>
    <w:p>
      <w:pPr>
        <w:jc w:val="right"/>
      </w:pPr>
      <w:r>
        <w:t>مثلاً ایک آیت یہ ہے وَالَّذِينَ يُؤْتُونَ مَا أَعْطَوْا وَقُلُوبُهُمْ وَجَلًا</w:t>
      </w:r>
    </w:p>
    <w:p>
      <w:r>
        <w:rPr>
          <w:b/>
        </w:rPr>
        <w:t xml:space="preserve">[23:24] </w:t>
      </w:r>
      <w:r>
        <w:t>. yani woh log jo ke dete hain, jo kuch dete hain, aur un ke dil kanp rahe hote hain. ab dekhiye, aap aadmi hath se to de raha hai kuch money, kuch paisa, doosri taraf is ka dil kanp raha hai.</w:t>
      </w:r>
    </w:p>
    <w:p>
      <w:pPr>
        <w:jc w:val="right"/>
      </w:pPr>
      <w:r>
        <w:t>۔ یعنی وہ لوگ جو کہ دیتے ہیں، جو کچھ دیتے ہیں، اور ان کے دل کانپ رہے ہوتے ہیں۔ اب دیکھیے، آپ آدمی ہاتھ سے تو دے رہا ہے کچھ منی، کچھ پیسہ، دوسری طرف اس کا دل کانپ رہا ہے۔</w:t>
      </w:r>
    </w:p>
    <w:p>
      <w:r>
        <w:rPr>
          <w:b/>
        </w:rPr>
        <w:t xml:space="preserve">[23:41] </w:t>
      </w:r>
      <w:r>
        <w:t>to jo jo roze ke bare mein jo fidya ki bat hai, is ko bhi isi ki roshni mein dekhiye aap ke barbare uzr aadmi roza nahi rakh pa raha hai, to is ka fidya de raha hai.</w:t>
      </w:r>
    </w:p>
    <w:p>
      <w:pPr>
        <w:jc w:val="right"/>
      </w:pPr>
      <w:r>
        <w:t>تو جو جو روزے کے بارے میں جو فدیہ کی بات ہے، اس کو بھی اسی کی روشنی میں دیکھیے آپ کہ بربرائے عذر آدمی روزہ نہیں رکھ پا رہا ہے، تو اس کا فدیہ دے رہا ہے۔</w:t>
      </w:r>
    </w:p>
    <w:p>
      <w:r>
        <w:rPr>
          <w:b/>
        </w:rPr>
        <w:t xml:space="preserve">[23:55] </w:t>
      </w:r>
      <w:r>
        <w:t>woh to jab fidya de raha hoga to kya hoga? bas khali fidya de raha hoga, woh is ka dil kanp raha hoga, is ka dimagh soch raha hoga, is ke mind mein ek halchal paida ho chuki hogi.</w:t>
      </w:r>
    </w:p>
    <w:p>
      <w:pPr>
        <w:jc w:val="right"/>
      </w:pPr>
      <w:r>
        <w:t>وہ تو جب فدیہ دے رہا ہوگا تو کیا ہوگا؟ بس خالی فدیہ دے رہا ہوگا، وہ اس کا دل کانپ رہا ہوگا، اس کا دماغ سوچ رہا ہوگا، اس کے مائنڈ میں ایک ہلچل پیدا ہو چکی ہوگی۔</w:t>
      </w:r>
    </w:p>
    <w:p>
      <w:r>
        <w:rPr>
          <w:b/>
        </w:rPr>
        <w:t xml:space="preserve">[24:12] </w:t>
      </w:r>
      <w:r>
        <w:t>to is se mein meri samajh mein aya ke ek hai physical fasting, ek hai spiritual fasting.</w:t>
      </w:r>
    </w:p>
    <w:p>
      <w:pPr>
        <w:jc w:val="right"/>
      </w:pPr>
      <w:r>
        <w:t>تو اس سے میں میری سمجھ میں آیا کہ ایک ہے فزیکل فاسٹنگ، ایک ہے اسپریچول فاسٹنگ۔</w:t>
      </w:r>
    </w:p>
    <w:p>
      <w:r>
        <w:rPr>
          <w:b/>
        </w:rPr>
        <w:t xml:space="preserve">[24:22] </w:t>
      </w:r>
      <w:r>
        <w:t>to jis waqt aadmi barbare uzr sharai physical fasting na kar raha ho, tab bhi Allah ki rehmat se us ko mauqa hai ke woh spiritual fasting karne lage, aur phir bhi is ka sawab us ko milta rahe.</w:t>
      </w:r>
    </w:p>
    <w:p>
      <w:pPr>
        <w:jc w:val="right"/>
      </w:pPr>
      <w:r>
        <w:t>تو جس وقت آدمی بربرائے عذر شرعی فزیکل فاسٹنگ نہ کر رہا ہو، تب بھی اللہ کی رحمت سے اس کو موقع ہے کہ وہ اسپریچول فاسٹنگ کرنے لگے، اور پھر بھی اس کا ثواب اس کو ملتا رہے۔</w:t>
      </w:r>
    </w:p>
    <w:p>
      <w:r>
        <w:rPr>
          <w:b/>
        </w:rPr>
        <w:t xml:space="preserve">[24:39] </w:t>
      </w:r>
      <w:r>
        <w:t>yeh usool dekhiye, Quran se sabit hai. Quran se maloom hota hai ke Rasool Allah ke zamane mein ek tha Ghazwa Tabuk.</w:t>
      </w:r>
    </w:p>
    <w:p>
      <w:pPr>
        <w:jc w:val="right"/>
      </w:pPr>
      <w:r>
        <w:t>یہ اصول دیکھیے، قرآن سے ثابت ہے۔ قرآن سے معلوم ہوتا ہے کہ رسول اللہ کے زمانے میں ایک تھا غزوہ تبوک۔</w:t>
      </w:r>
    </w:p>
    <w:p>
      <w:r>
        <w:rPr>
          <w:b/>
        </w:rPr>
        <w:t xml:space="preserve">[24:51] </w:t>
      </w:r>
      <w:r>
        <w:t>Ghazwa ek tha, us Ghazwa Tabuk mein kuch log nahi ja sake. to ek sahabi aaye Rasool Allah ke paas, unhone kaha ke main chalna chahta hoon, lekin mere paas sawari nahi, mere paas koi saman nahi,</w:t>
      </w:r>
    </w:p>
    <w:p>
      <w:pPr>
        <w:jc w:val="right"/>
      </w:pPr>
      <w:r>
        <w:t>غزوہ ایک تھا، اس غزوہ تبوک میں کچھ لوگ نہیں جا سکے۔ تو ایک صحابی آئے رسول اللہ کے پاس، انہوں نے کہا کہ میں چلنا چاہتا ہوں، لیکن میرے پاس سواری نہیں، میرے پاس کوئی سامان نہیں،</w:t>
      </w:r>
    </w:p>
    <w:p>
      <w:r>
        <w:rPr>
          <w:b/>
        </w:rPr>
        <w:t xml:space="preserve">[25:08] </w:t>
      </w:r>
      <w:r>
        <w:t>to aap mujhe sawari de dijiye, aur saman de dijiye, to main bhi aap ke sath chalna chahta hoon. to Rasool Allah ne farmaya ke main to nahi de sakta, mere paas to yani mazeed sawari nahi hai.</w:t>
      </w:r>
    </w:p>
    <w:p>
      <w:pPr>
        <w:jc w:val="right"/>
      </w:pPr>
      <w:r>
        <w:t>تو آپ مجھے سواری دے دیجیے، اور سامان دے دیجیے، تو میں بھی آپ کے ساتھ چلنا چاہتا ہوں۔ تو رسول اللہ نے فرمایا کہ میں تو نہیں دے سکتا، میرے پاس تو یعنی مزید سواری نہیں ہے۔</w:t>
      </w:r>
    </w:p>
    <w:p>
      <w:r>
        <w:rPr>
          <w:b/>
        </w:rPr>
        <w:t xml:space="preserve">[25:24] </w:t>
      </w:r>
      <w:r>
        <w:t>to woh sahabi lote rote hue apne ghar ko, aur ghar par ja kar ke woh dua karne lage un logon ke liye jo Rasool Allah ke sath gaye the.</w:t>
      </w:r>
    </w:p>
    <w:p>
      <w:pPr>
        <w:jc w:val="right"/>
      </w:pPr>
      <w:r>
        <w:t>تو وہ صحابی لوٹے روتے ہوئے اپنے گھر کو، اور گھر پر جا کر کے وہ دعا کرنے لگے ان لوگوں کے لیے جو رسول اللہ کے ساتھ گئے تھے۔</w:t>
      </w:r>
    </w:p>
    <w:p>
      <w:r>
        <w:rPr>
          <w:b/>
        </w:rPr>
        <w:t xml:space="preserve">[25:36] </w:t>
      </w:r>
      <w:r>
        <w:t>to Quran mein aur hadith mein yeh bat aai hai ke woh log agarche ghar par the, lekin un ko sawab mil raha tha un logon ka jo Ghazwa mein amalan gaye the.</w:t>
      </w:r>
    </w:p>
    <w:p>
      <w:pPr>
        <w:jc w:val="right"/>
      </w:pPr>
      <w:r>
        <w:t>تو قرآن میں اور حدیث میں یہ بات آئی ہے کہ وہ لوگ اگرچہ گھر پر تھے، لیکن ان کو ثواب مل رہا تھا ان لوگوں کا جو غزوہ میں عملاً گئے تھے۔</w:t>
      </w:r>
    </w:p>
    <w:p>
      <w:r>
        <w:rPr>
          <w:b/>
        </w:rPr>
        <w:t xml:space="preserve">[25:48] </w:t>
      </w:r>
      <w:r>
        <w:t>is ke mani kuch log, kuch logon ne amali Ghazwa kiya, to kuch logon ne spiritual Ghazwa kiya. yani woh hain ghar mein, lekin spiritual taur par woh Ghazwa mein shareek hain, aur is ka sawab un ko mil raha hai.</w:t>
      </w:r>
    </w:p>
    <w:p>
      <w:pPr>
        <w:jc w:val="right"/>
      </w:pPr>
      <w:r>
        <w:t>اس کے معنی کچھ لوگ، کچھ لوگوں نے عملی غزوہ کیا، تو کچھ لوگوں نے اسپریچول غزوہ کیا۔ یعنی وہ ہیں گھر میں، لیکن اسپریچول طور پر وہ غزوہ میں شریک ہیں، اور اس کا ثواب ان کو مل رہا ہے۔</w:t>
      </w:r>
    </w:p>
    <w:p>
      <w:r>
        <w:rPr>
          <w:b/>
        </w:rPr>
        <w:t xml:space="preserve">[26:06] </w:t>
      </w:r>
      <w:r>
        <w:t>aise hi, aise hi jo log uzr sharai ki bina par roza na rakh saken, tab bhi un ke liye khushkhabri hai.</w:t>
      </w:r>
    </w:p>
    <w:p>
      <w:pPr>
        <w:jc w:val="right"/>
      </w:pPr>
      <w:r>
        <w:t>ایسے ہی، ایسے ہی جو لوگ عذر شرعی کی بنا پر روزہ نہ رکھ سکیں، تب بھی ان کے لیے خوشخبری ہے۔</w:t>
      </w:r>
    </w:p>
    <w:p>
      <w:r>
        <w:rPr>
          <w:b/>
        </w:rPr>
        <w:t xml:space="preserve">[26:20] </w:t>
      </w:r>
      <w:r>
        <w:t>yani physical fasting woh nahi kar pa rahe hain, lekin un ko phir bhi mauqa hai ke woh spiritual fasting karen.</w:t>
      </w:r>
    </w:p>
    <w:p>
      <w:pPr>
        <w:jc w:val="right"/>
      </w:pPr>
      <w:r>
        <w:t>یعنی فزیکل فاسٹنگ وہ نہیں کر پا رہے ہیں، لیکن ان کو پھر بھی موقع ہے کہ وہ اسپریچول فاسٹنگ کریں۔</w:t>
      </w:r>
    </w:p>
    <w:p>
      <w:r>
        <w:rPr>
          <w:b/>
        </w:rPr>
        <w:t xml:space="preserve">[26:29] </w:t>
      </w:r>
      <w:r>
        <w:t>yani roze ke bare mein sochen, rozedaron ke liye duayen karen, Quran ka mutala karen, roze ki haqiqaton par yani ghor o fikar karen.</w:t>
      </w:r>
    </w:p>
    <w:p>
      <w:pPr>
        <w:jc w:val="right"/>
      </w:pPr>
      <w:r>
        <w:t>یعنی روزے کے بارے میں سوچیں، روزے داروں کے لیے دعائیں کریں، قرآن کا مطالعہ کریں، روزے کی حقیقتوں پر یعنی غور و فکر کریں۔</w:t>
      </w:r>
    </w:p>
    <w:p>
      <w:r>
        <w:rPr>
          <w:b/>
        </w:rPr>
        <w:t xml:space="preserve">[26:40] </w:t>
      </w:r>
      <w:r>
        <w:t>to woh goya spiritual fasting kar rahe honge, to unko wahi sawab milega jo sawab physical fasting karne walon ko mil raha hai.</w:t>
      </w:r>
    </w:p>
    <w:p>
      <w:pPr>
        <w:jc w:val="right"/>
      </w:pPr>
      <w:r>
        <w:t>تو وہ گویا اسپریچول فاسٹنگ کر رہے ہوں گے، تو ان کو وہی ثواب ملے گا جو ثواب فزیکل فاسٹنگ کرنے والوں کو مل رہا ہے۔</w:t>
      </w:r>
    </w:p>
    <w:p>
      <w:r>
        <w:rPr>
          <w:b/>
        </w:rPr>
        <w:t xml:space="preserve">[26:52] </w:t>
      </w:r>
      <w:r>
        <w:t>to aap ghor kijiye ke kaisi ajeeb nematein hain.</w:t>
      </w:r>
    </w:p>
    <w:p>
      <w:pPr>
        <w:jc w:val="right"/>
      </w:pPr>
      <w:r>
        <w:t>تو آپ غور کیجیے کہ کیسی عجیب نعمتیں ہیں۔</w:t>
      </w:r>
    </w:p>
    <w:p>
      <w:r>
        <w:rPr>
          <w:b/>
        </w:rPr>
        <w:t xml:space="preserve">[26:58] </w:t>
      </w:r>
      <w:r>
        <w:t>ek hadith ka matlab aaj hi meri samajh mein aaya, is par ghor karte hue.</w:t>
      </w:r>
    </w:p>
    <w:p>
      <w:pPr>
        <w:jc w:val="right"/>
      </w:pPr>
      <w:r>
        <w:t>ایک حدیث کا مطلب آج ہی میری سمجھ میں آیا، اس پر غور کرتے ہوئے۔</w:t>
      </w:r>
    </w:p>
    <w:p>
      <w:r>
        <w:rPr>
          <w:b/>
        </w:rPr>
        <w:t xml:space="preserve">[27:05] </w:t>
      </w:r>
      <w:r>
        <w:t>ek lambi hadith hai, is ka ek tukra yeh hai. yani roze ke bare mein chand baatein kahi gayi hain, to is mein se ek baat yeh hai ke roze ke bare mein ke roza jo hai, woh shahr yizdad fihi rizq al-iman.</w:t>
      </w:r>
    </w:p>
    <w:p>
      <w:pPr>
        <w:jc w:val="right"/>
      </w:pPr>
      <w:r>
        <w:t>ایک لمبی حدیث ہے، اس کا ایک ٹکڑا یہ ہے۔ یعنی روزے کے بارے میں چند باتیں کہی گئی ہیں، تو اس میں سے ایک بات یہ ہے کہ روزے کے بارے میں کہ روزہ جو ہے، وہ شهر یزداد فیہ رزق الایمان ۔</w:t>
      </w:r>
    </w:p>
    <w:p>
      <w:r>
        <w:rPr>
          <w:b/>
        </w:rPr>
        <w:t xml:space="preserve">[27:29] </w:t>
      </w:r>
      <w:r>
        <w:t>shahr yizdad fihi rizq al-iman. roza woh mahina hai jab ke momin ka rizq badha diya jata hai.</w:t>
      </w:r>
    </w:p>
    <w:p>
      <w:pPr>
        <w:jc w:val="right"/>
      </w:pPr>
      <w:r>
        <w:t>شہر یزداد فیہ رزق الایمان۔ روزہ وہ مہینہ ہے جب کہ مومن کا رزق بڑھا دیا جاتا ہے۔</w:t>
      </w:r>
    </w:p>
    <w:p>
      <w:r>
        <w:rPr>
          <w:b/>
        </w:rPr>
        <w:t xml:space="preserve">[27:41] </w:t>
      </w:r>
      <w:r>
        <w:t>roze ke mahine mein momin ka rizq badha diya jata hai. to aam taur par log is ka matlab kya samajhte hain ke yani maadi maane mein lete hain is ko.</w:t>
      </w:r>
    </w:p>
    <w:p>
      <w:pPr>
        <w:jc w:val="right"/>
      </w:pPr>
      <w:r>
        <w:t>روزے کے مہینے میں مومن کا رزق بڑھا دیا جاتا ہے۔ تو عام طور پر لوگ اس کا مطلب کیا سمجھتے ہیں کہ یعنی مادی معنی میں لیتے ہیں اس کو۔</w:t>
      </w:r>
    </w:p>
    <w:p>
      <w:r>
        <w:rPr>
          <w:b/>
        </w:rPr>
        <w:t xml:space="preserve">[27:53] </w:t>
      </w:r>
      <w:r>
        <w:t>yani is ke paas khana peena saman badh jata hai, paisa zyada aa jata hai. is maane mein yeh bilashubah bilkul galat hai. yeh maane is ke nahi hain.</w:t>
      </w:r>
    </w:p>
    <w:p>
      <w:pPr>
        <w:jc w:val="right"/>
      </w:pPr>
      <w:r>
        <w:t>یعنی اس کے پاس کھانا پینا سامان بڑھ جاتا ہے، پیسہ زیادہ آ جاتا ہے۔ اس معنی میں یہ بلاشبہ بالکل غلط ہے۔ یہ معنی اس کے نہیں ہیں۔</w:t>
      </w:r>
    </w:p>
    <w:p>
      <w:r>
        <w:rPr>
          <w:b/>
        </w:rPr>
        <w:t xml:space="preserve">[28:02] </w:t>
      </w:r>
      <w:r>
        <w:t>kyunki dekhiye, yeh kaha gaya ke momin ka rizq. to momin ka rizq ka yahi hai. momin ka rizq rizq maadi hai.</w:t>
      </w:r>
    </w:p>
    <w:p>
      <w:pPr>
        <w:jc w:val="right"/>
      </w:pPr>
      <w:r>
        <w:t>کیونکہ دیکھیے، یہ کہا گیا کہ مومن کا رزق۔ تو مومن کا رزق کا یہی ہے۔ مومن کا رزق رزق مادی ہے۔</w:t>
      </w:r>
    </w:p>
    <w:p>
      <w:r>
        <w:rPr>
          <w:b/>
        </w:rPr>
        <w:t xml:space="preserve">[28:15] </w:t>
      </w:r>
      <w:r>
        <w:t>yani momin Allah se chahega to kya chahega ke bhai rizq maadi badh jaye</w:t>
      </w:r>
    </w:p>
    <w:p>
      <w:pPr>
        <w:jc w:val="right"/>
      </w:pPr>
      <w:r>
        <w:t>یعنی مومن اللہ سے چاہے گا تو کیا چاہے گا کہ بھئی رزق مادی بڑھ جائے</w:t>
      </w:r>
    </w:p>
    <w:p>
      <w:r>
        <w:rPr>
          <w:b/>
        </w:rPr>
        <w:t xml:space="preserve">[28:20] </w:t>
      </w:r>
      <w:r>
        <w:t>, mere paas zyada paisa ho jaye, zyada khane peene ka saman mere paas ho jaye. hargiz nahi.</w:t>
      </w:r>
    </w:p>
    <w:p>
      <w:pPr>
        <w:jc w:val="right"/>
      </w:pPr>
      <w:r>
        <w:t>، میرے پاس زیادہ پیسہ ہو جائے، زیادہ کھانے پینے کا سامان میرے پاس ہو جائے۔ ہرگز نہیں۔</w:t>
      </w:r>
    </w:p>
    <w:p>
      <w:r>
        <w:rPr>
          <w:b/>
        </w:rPr>
        <w:t xml:space="preserve">[28:30] </w:t>
      </w:r>
      <w:r>
        <w:t>momin ka momin ka rizq kya hai? is ka ke iman badhe, is ki marifat badhe, is ki rabbaniyat badhe.</w:t>
      </w:r>
    </w:p>
    <w:p>
      <w:pPr>
        <w:jc w:val="right"/>
      </w:pPr>
      <w:r>
        <w:t>مومن کا مومن کا رزق کیا ہے؟ اس کا کہ ایمان بڑھے، اس کی معرفت بڑھے، اس کی ربانیت بڑھے۔</w:t>
      </w:r>
    </w:p>
    <w:p>
      <w:r>
        <w:rPr>
          <w:b/>
        </w:rPr>
        <w:t xml:space="preserve">[28:39] </w:t>
      </w:r>
      <w:r>
        <w:t>yeh hai is ka.</w:t>
      </w:r>
    </w:p>
    <w:p>
      <w:pPr>
        <w:jc w:val="right"/>
      </w:pPr>
      <w:r>
        <w:t>یہ ہے اس کا۔</w:t>
      </w:r>
    </w:p>
    <w:p>
      <w:r>
        <w:rPr>
          <w:b/>
        </w:rPr>
        <w:t xml:space="preserve">[28:41] </w:t>
      </w:r>
      <w:r>
        <w:t>to is hadith mein jo farmaya jo gaya ke shahr yizdad fihi rizq al-momin ka matlab hai ke Ramzan ke mahine mein is ki marifat marti hai,</w:t>
      </w:r>
    </w:p>
    <w:p>
      <w:pPr>
        <w:jc w:val="right"/>
      </w:pPr>
      <w:r>
        <w:t>تو اس حدیث میں جو فرمایا جو گیا کہ شهر یزداد فیہ رزق المومن کا معنی ہے کہ رمضان کے مہینے میں اس کی معرفت بڑھتی ہے،</w:t>
      </w:r>
    </w:p>
    <w:p>
      <w:r>
        <w:rPr>
          <w:b/>
        </w:rPr>
        <w:t xml:space="preserve">[28:55] </w:t>
      </w:r>
      <w:r>
        <w:t>is ki rabbaniyat marti hai, is ka khauf Khuda marti hai, is ki mohabbat Khuda marti hai. woh kaise?</w:t>
      </w:r>
    </w:p>
    <w:p>
      <w:pPr>
        <w:jc w:val="right"/>
      </w:pPr>
      <w:r>
        <w:t>اس کی ربانیت بڑھتی ہے، اس کا خوف خدا بڑھتا ہے، اس کی محبت خدا بڑھتی ہے۔ وہ کیسے؟</w:t>
      </w:r>
    </w:p>
    <w:p>
      <w:r>
        <w:rPr>
          <w:b/>
        </w:rPr>
        <w:t xml:space="preserve">[29:07] </w:t>
      </w:r>
      <w:r>
        <w:t>dekhiye, woh is tarah se yeh bahut hi saada yani samajh mein aane wali baat hai. yeh koi mystery nahi hai, koi asrar baat nahi hai.</w:t>
      </w:r>
    </w:p>
    <w:p>
      <w:pPr>
        <w:jc w:val="right"/>
      </w:pPr>
      <w:r>
        <w:t>دیکھیے، وہ اس طرح سے یہ بہت ہی سادہ یعنی سمجھ میں آنے والی بات ہے۔ یہ کوئی مسٹری نہیں ہے، کوئی پراسرار بات نہیں ہے۔</w:t>
      </w:r>
    </w:p>
    <w:p>
      <w:r>
        <w:rPr>
          <w:b/>
        </w:rPr>
        <w:t xml:space="preserve">[29:19] </w:t>
      </w:r>
      <w:r>
        <w:t>dekhiye, jab aap itna zyada keen hote hain, keen Allah ke liye ke aap apne ko yaksou karne ki khatir khana peena chhod dete hain,</w:t>
      </w:r>
    </w:p>
    <w:p>
      <w:pPr>
        <w:jc w:val="right"/>
      </w:pPr>
      <w:r>
        <w:t>دیکھیے، جب آپ اتنا زیادہ کین ہوتے ہیں، کین اللہ کے لیے کہ آپ اپنے کو یکسو کرنے کی خاطر کھانا پینا چھوڑ دیتے ہیں،</w:t>
      </w:r>
    </w:p>
    <w:p>
      <w:r>
        <w:rPr>
          <w:b/>
        </w:rPr>
        <w:t xml:space="preserve">[29:34] </w:t>
      </w:r>
      <w:r>
        <w:t>temporary auqat mein aap</w:t>
      </w:r>
    </w:p>
    <w:p>
      <w:pPr>
        <w:jc w:val="right"/>
      </w:pPr>
      <w:r>
        <w:t>ٹیمپریری اوقات میں آپ</w:t>
      </w:r>
    </w:p>
    <w:p>
      <w:r>
        <w:rPr>
          <w:b/>
        </w:rPr>
        <w:t xml:space="preserve">[29:37] </w:t>
      </w:r>
      <w:r>
        <w:t>ab destruction se apne ko bachate hain, aur yaksou ho kar aap Khuda ki kitab ke mutale mein lag jate hain. bahut zyada tadabbur karte hain, bahut zyada ghor o fikr karte hain.</w:t>
      </w:r>
    </w:p>
    <w:p>
      <w:pPr>
        <w:jc w:val="right"/>
      </w:pPr>
      <w:r>
        <w:t>اب ڈسٹرکشن سے اپنے کو بچاتے ہیں، اور یکسو ہو کر آپ خدا کی کتاب کے مطالعے میں لگ جاتے ہیں۔ بہت زیادہ تدبر کرتے ہیں، بہت زیادہ غور و فکر کرتے ہیں۔</w:t>
      </w:r>
    </w:p>
    <w:p>
      <w:r>
        <w:rPr>
          <w:b/>
        </w:rPr>
        <w:t xml:space="preserve">[29:49] </w:t>
      </w:r>
      <w:r>
        <w:t>jab aap padh rahe hote hain, tab bhi aur jab padh kar rakh dete hain is ko, aur aap ke dimagh mein ayatain hoti hain, is par sochte rehte hain.</w:t>
      </w:r>
    </w:p>
    <w:p>
      <w:pPr>
        <w:jc w:val="right"/>
      </w:pPr>
      <w:r>
        <w:t>جب آپ پڑھ رہے ہوتے ہیں، تب بھی اور جب پڑھ کر رکھ دیتے ہیں اس کو، اور آپ کے دماغ میں آیتیں ہوتی ہیں، اس پر سوچتے رہتے ہیں۔</w:t>
      </w:r>
    </w:p>
    <w:p>
      <w:r>
        <w:rPr>
          <w:b/>
        </w:rPr>
        <w:t xml:space="preserve">[29:59] </w:t>
      </w:r>
      <w:r>
        <w:t>to is mein naye naye maane aate hain, naya naya emergency hota hai, naye naye mafahim khulte hain. yeh hota hai, yeh matlab hai momin ka rizq ka badhna ke chunke Ramzan ke mahine mein momin khususi ehtimam karta hai Quran mein tadabbur ka, Quran mein sochne ka,</w:t>
      </w:r>
    </w:p>
    <w:p>
      <w:pPr>
        <w:jc w:val="right"/>
      </w:pPr>
      <w:r>
        <w:t>تو اس میں نئے نئے معنی آتے ہیں، نیا نیا ایمرجنسی ہوتا ہے، نئے نئے مفاہیم کھلتے ہیں۔ یہ ہوتا ہے، یہ مطلب ہے مومن کا رزق کا بڑھنا کہ چونکہ رمضان کے مہینے میں مومن خصوصی اہتمام کرتا ہے قرآن میں تدبر کا، قرآن میں سوچنے کا،</w:t>
      </w:r>
    </w:p>
    <w:p>
      <w:r>
        <w:rPr>
          <w:b/>
        </w:rPr>
        <w:t xml:space="preserve">[30:23] </w:t>
      </w:r>
      <w:r>
        <w:t>aur duaon ka. is bina par is ki spirituality marti hai, is ka intellectual development marti hai is ke andar, aur is is bina par is ke andar ek nayi nayi emergency, nayi personality jaag uthti hai.</w:t>
      </w:r>
    </w:p>
    <w:p>
      <w:pPr>
        <w:jc w:val="right"/>
      </w:pPr>
      <w:r>
        <w:t>اور دعاؤں کا۔ اس بنا پر اس کی اسپریچوٹی بڑھتی ہے، اس کا انٹلیکچول ڈیویلپمنٹ بڑھتا ہے اس کے اندر، اور اس اس بنا پر اس کے اندر ایک نئی نئی ایمرجنسی، نئی پرسنیلٹی جاگ اٹھتی ہے۔</w:t>
      </w:r>
    </w:p>
    <w:p>
      <w:r>
        <w:rPr>
          <w:b/>
        </w:rPr>
        <w:t xml:space="preserve">[30:42] </w:t>
      </w:r>
      <w:r>
        <w:t>zyada woh Allah ki baaton ke liye recipient ho jata hai, zyada woh azkh karne ki taqat marti hai is ki. Allah ki taraf se jo ilqa ho raha hai, woh zyada azkh karne lagta hai.</w:t>
      </w:r>
    </w:p>
    <w:p>
      <w:pPr>
        <w:jc w:val="right"/>
      </w:pPr>
      <w:r>
        <w:t>زیادہ وہ اللہ کی باتوں کے لیے ریسیپینٹ ہو جاتا ہے، زیادہ وہ اخذ کرنے کی طاقت بڑھ جاتی ہے اس کی۔ اللہ کی طرف سے جو القاء ہو رہا ہے، وہ زیادہ اخذ کرنے لگتا ہے۔</w:t>
      </w:r>
    </w:p>
    <w:p>
      <w:r>
        <w:rPr>
          <w:b/>
        </w:rPr>
        <w:t xml:space="preserve">[30:55] </w:t>
      </w:r>
      <w:r>
        <w:t>woh is maane mein badhta hai iman.</w:t>
      </w:r>
    </w:p>
    <w:p>
      <w:pPr>
        <w:jc w:val="right"/>
      </w:pPr>
      <w:r>
        <w:t>وہ اس معنی میں بڑھتا ہے ایمان۔</w:t>
      </w:r>
    </w:p>
    <w:p>
      <w:r>
        <w:rPr>
          <w:b/>
        </w:rPr>
        <w:t xml:space="preserve">[31:00] </w:t>
      </w:r>
      <w:r>
        <w:t>yeh jo farmaya ke is mahine mein momin ka rizq badh jata hai, is se matlab rizq maadi nahi hai, is se matlab rizq hai, rizq maanvi hai, rizq rabbani hai.</w:t>
      </w:r>
    </w:p>
    <w:p>
      <w:pPr>
        <w:jc w:val="right"/>
      </w:pPr>
      <w:r>
        <w:t>یہ جو فرمایا کہ اس مہینے میں مومن کا رزق بڑھ جاتا ہے، اس سے مطلب رزق مادی نہیں ہے، اس سے مطلب رزق ہے، رزق معنوی ہے، رزق ربانی ہے۔</w:t>
      </w:r>
    </w:p>
    <w:p>
      <w:r>
        <w:rPr>
          <w:b/>
        </w:rPr>
        <w:t xml:space="preserve">[31:14] </w:t>
      </w:r>
      <w:r>
        <w:t>to kitni ajeeb ajeeb baatein samajh mein aati hain agar aap yaksou ho kar sochein is ke bare mein.</w:t>
      </w:r>
    </w:p>
    <w:p>
      <w:pPr>
        <w:jc w:val="right"/>
      </w:pPr>
      <w:r>
        <w:t>تو کتنی عجیب عجیب باتیں سمجھ میں آتی ہیں اگر آپ ایکسو ہو کر سوچیں اس کے بارے میں۔</w:t>
      </w:r>
    </w:p>
    <w:p>
      <w:r>
        <w:rPr>
          <w:b/>
        </w:rPr>
        <w:t xml:space="preserve">[31:25] </w:t>
      </w:r>
      <w:r>
        <w:t>to sab se bari baat jo is mahine mein karna hai, woh yeh hai fard ko bhi aur ummat ko bhi.</w:t>
      </w:r>
    </w:p>
    <w:p>
      <w:pPr>
        <w:jc w:val="right"/>
      </w:pPr>
      <w:r>
        <w:t>تو سب سے بڑی بات جو اس مہینے میں کرنا ہے، وہ یہ ہے فرد کو بھی اور امت کو بھی۔</w:t>
      </w:r>
    </w:p>
    <w:p>
      <w:r>
        <w:rPr>
          <w:b/>
        </w:rPr>
        <w:t xml:space="preserve">[31:36] </w:t>
      </w:r>
      <w:r>
        <w:t>fard ko bhi, ummat ko bhi.</w:t>
      </w:r>
    </w:p>
    <w:p>
      <w:pPr>
        <w:jc w:val="right"/>
      </w:pPr>
      <w:r>
        <w:t>فرد کو بھی، امت کو بھی۔</w:t>
      </w:r>
    </w:p>
    <w:p>
      <w:r>
        <w:rPr>
          <w:b/>
        </w:rPr>
        <w:t xml:space="preserve">[31:38] </w:t>
      </w:r>
      <w:r>
        <w:t>woh yeh hai ke quran ko parh kar, quran ka mutala kar ke apne maazi ka muhasba, maazi ka transposition, maazi ko reassess karna, maazi ko phir se dekhna ke kya hum ne kiya, kya ghaltiyan theen is mein,</w:t>
      </w:r>
    </w:p>
    <w:p>
      <w:pPr>
        <w:jc w:val="right"/>
      </w:pPr>
      <w:r>
        <w:t>وہ یہ ہے کہ قرآن کو پڑھ کر، قرآن کا مطالعہ کر کے اپنے ماضی کا محاسبہ، ماضی کا ٹرانسپیکشن، ماضی کو ری ایسس کرنا، ماضی کو پھر سے دیکھنا کہ کیا ہم نے کیا، کیا غلطیاں تھیں اس میں،</w:t>
      </w:r>
    </w:p>
    <w:p>
      <w:r>
        <w:rPr>
          <w:b/>
        </w:rPr>
        <w:t xml:space="preserve">[31:58] </w:t>
      </w:r>
      <w:r>
        <w:t>maazi mein kya kya khataein hum se sarzad ho</w:t>
      </w:r>
    </w:p>
    <w:p>
      <w:pPr>
        <w:jc w:val="right"/>
      </w:pPr>
      <w:r>
        <w:t>ماضی میں کیا کیا خطائیں ہم سے سرزد ہو</w:t>
      </w:r>
    </w:p>
    <w:p>
      <w:r>
        <w:rPr>
          <w:b/>
        </w:rPr>
        <w:t xml:space="preserve">[32:02] </w:t>
      </w:r>
      <w:r>
        <w:t>ein, is ko janna. aur phir mustaqbil ke bare mein, future ke bare mein quran se rehnumai le kar re-planning karna.</w:t>
      </w:r>
    </w:p>
    <w:p>
      <w:pPr>
        <w:jc w:val="right"/>
      </w:pPr>
      <w:r>
        <w:t>ئیں، اس کو جاننا۔ اور پھر مستقبل کے بارے میں، فیوچر کے بارے میں قرآن سے رہنمائی لے کر ری پلاننگ کرنا۔</w:t>
      </w:r>
    </w:p>
    <w:p>
      <w:r>
        <w:rPr>
          <w:b/>
        </w:rPr>
        <w:t xml:space="preserve">[32:13] </w:t>
      </w:r>
      <w:r>
        <w:t>yani maazi ka correction aur future ki re-planning, yeh maqsad hai. yeh goya ek saalana yeh training hai, goya saalana training hai.</w:t>
      </w:r>
    </w:p>
    <w:p>
      <w:pPr>
        <w:jc w:val="right"/>
      </w:pPr>
      <w:r>
        <w:t>یعنی ماضی کا کریکشن اور فیوچر کی ری پلاننگ، یہ مقصد ہے۔ یہ گویا ایک سالانہ یہ ٹریننگ ہے، گویا سالانہ ٹریننگ ہے۔</w:t>
      </w:r>
    </w:p>
    <w:p>
      <w:r>
        <w:rPr>
          <w:b/>
        </w:rPr>
        <w:t xml:space="preserve">[32:27] </w:t>
      </w:r>
      <w:r>
        <w:t>ek saalana</w:t>
      </w:r>
    </w:p>
    <w:p>
      <w:pPr>
        <w:jc w:val="right"/>
      </w:pPr>
      <w:r>
        <w:t>ایک سالانہ</w:t>
      </w:r>
    </w:p>
    <w:p>
      <w:r>
        <w:rPr>
          <w:b/>
        </w:rPr>
        <w:t xml:space="preserve">[32:32] </w:t>
      </w:r>
      <w:r>
        <w:t>aap apne aap ko apna rehearsal hai, ek ek saalana course hai, jabke aap yeh karein bahesiyat fard ke bhi aur bahesiyat ummat ke bhi.</w:t>
      </w:r>
    </w:p>
    <w:p>
      <w:pPr>
        <w:jc w:val="right"/>
      </w:pPr>
      <w:r>
        <w:t>آپ اپنے آپ کو اپنا ریہرسل ہے، ایک ایک سالانہ کورس ہے، جبکہ آپ یہ کریں بحیثیت فرد کے بھی اور بحیثیت امت کے بھی۔</w:t>
      </w:r>
    </w:p>
    <w:p>
      <w:r>
        <w:rPr>
          <w:b/>
        </w:rPr>
        <w:t xml:space="preserve">[32:48] </w:t>
      </w:r>
      <w:r>
        <w:t>yani as an individual bhi aur as a ummat bhi.</w:t>
      </w:r>
    </w:p>
    <w:p>
      <w:pPr>
        <w:jc w:val="right"/>
      </w:pPr>
      <w:r>
        <w:t>یعنی ایز این انڈیویجول بھی اور ایز اے امت بھی۔</w:t>
      </w:r>
    </w:p>
    <w:p>
      <w:r>
        <w:rPr>
          <w:b/>
        </w:rPr>
        <w:t xml:space="preserve">[32:58] </w:t>
      </w:r>
      <w:r>
        <w:t>yeh ek mustaqil zaroorat hai hamari, jo sari umar jari rahe gi, sari umar.</w:t>
      </w:r>
    </w:p>
    <w:p>
      <w:pPr>
        <w:jc w:val="right"/>
      </w:pPr>
      <w:r>
        <w:t>یہ ایک مستقل ضرورت ہے ہماری، جو ساری عمر جاری رہے گی، ساری عمر۔</w:t>
      </w:r>
    </w:p>
    <w:p>
      <w:r>
        <w:rPr>
          <w:b/>
        </w:rPr>
        <w:t xml:space="preserve">[33:07] </w:t>
      </w:r>
      <w:r>
        <w:t>ke apne yani ek ek mahina aisa muqarrar kar diya gaya, is mahine mein apne ek ek shukr ke maazi ka jaiza lo, maazi ki ghaltiyon ko aur toba karo,</w:t>
      </w:r>
    </w:p>
    <w:p>
      <w:pPr>
        <w:jc w:val="right"/>
      </w:pPr>
      <w:r>
        <w:t>کہ اپنے یعنی ایک ایک مہینہ ایسا مقرر کر دیا گیا، اس مہینے میں اپنے ایک ایک شکر کے ماضی کا جائزہ لو، ماضی کی غلطیوں کو اور توبہ کرو،</w:t>
      </w:r>
    </w:p>
    <w:p>
      <w:r>
        <w:rPr>
          <w:b/>
        </w:rPr>
        <w:t xml:space="preserve">[33:22] </w:t>
      </w:r>
      <w:r>
        <w:t>is se apni islaah karo, aur jo jo jo aindah jo mustaqbil aa raha hai, us ke liye dobara sahi andaaz mein planning karo apni.</w:t>
      </w:r>
    </w:p>
    <w:p>
      <w:pPr>
        <w:jc w:val="right"/>
      </w:pPr>
      <w:r>
        <w:t>اس سے اپنی اصلاح کرو، اور جو جو جو آئندہ جو مستقبل آ رہا ہے، اس کے لیے دوبارہ صحیح انداز میں پلاننگ کرو اپنی۔</w:t>
      </w:r>
    </w:p>
    <w:p>
      <w:r>
        <w:rPr>
          <w:b/>
        </w:rPr>
        <w:t xml:space="preserve">[33:35] </w:t>
      </w:r>
      <w:r>
        <w:t>to yeh kitna zabardast course hai yeh. agar is course ko sahi taur par ikhtiyar kiya jaye to kitna yani saare mamlaat durust ho jayenge, saare mamlaat durust ho jayenge.</w:t>
      </w:r>
    </w:p>
    <w:p>
      <w:pPr>
        <w:jc w:val="right"/>
      </w:pPr>
      <w:r>
        <w:t>تو یہ کتنا زبردست کورس ہے یہ۔ اگر اس کورس کو صحیح طور پر اختیار کیا جائے تو کتنا یعنی سارے معاملات درست ہو جائیں گے، سارے معاملات درست ہو جائیں گے۔</w:t>
      </w:r>
    </w:p>
    <w:p>
      <w:r>
        <w:rPr>
          <w:b/>
        </w:rPr>
        <w:t xml:space="preserve">[33:52] </w:t>
      </w:r>
      <w:r>
        <w:t>jaise misaal ke taur par main soch raha tha ke aaj kal misr mein aapas mein log lad rahe hain, yani musalman musalman ko maar raha hai.</w:t>
      </w:r>
    </w:p>
    <w:p>
      <w:pPr>
        <w:jc w:val="right"/>
      </w:pPr>
      <w:r>
        <w:t>جیسے مثال کے طور پر میں سوچ رہا تھا کہ آج کل مصر میں آپس میں لوگ لڑ رہے ہیں، یعنی مسلمان مسلمان کو مار رہا ہے۔</w:t>
      </w:r>
    </w:p>
    <w:p>
      <w:r>
        <w:rPr>
          <w:b/>
        </w:rPr>
        <w:t xml:space="preserve">[34:05] </w:t>
      </w:r>
      <w:r>
        <w:t>sirf ek saal ke andar taqreeban hazar aadmi mar gaye, aur maarne wale bhi musalman aur marne wale bhi musalman.</w:t>
      </w:r>
    </w:p>
    <w:p>
      <w:pPr>
        <w:jc w:val="right"/>
      </w:pPr>
      <w:r>
        <w:t>صرف ایک سال کے اندر تقریباً ہزار آدمی مر گئے، اور مارنے والے بھی مسلمان اور مرنے والے بھی مسلمان۔</w:t>
      </w:r>
    </w:p>
    <w:p>
      <w:r>
        <w:rPr>
          <w:b/>
        </w:rPr>
        <w:t xml:space="preserve">[34:16] </w:t>
      </w:r>
      <w:r>
        <w:t>to kaha jata hai ke yani misr ke logon ko fakhr hai ke wahan qirat ka bohat bara kaam hua, qirat quran ka.</w:t>
      </w:r>
    </w:p>
    <w:p>
      <w:pPr>
        <w:jc w:val="right"/>
      </w:pPr>
      <w:r>
        <w:t>تو کہا جاتا ہے کہ یعنی مصر کے لوگوں کو فخر ہے کہ وہاں قرأت کا بہت بڑا کام ہوا، قرأت قرآن کا۔</w:t>
      </w:r>
    </w:p>
    <w:p>
      <w:r>
        <w:rPr>
          <w:b/>
        </w:rPr>
        <w:t xml:space="preserve">[34:30] </w:t>
      </w:r>
      <w:r>
        <w:t>unki khaas qirat hoti hai, jis tarah ke aap jante hain.</w:t>
      </w:r>
    </w:p>
    <w:p>
      <w:pPr>
        <w:jc w:val="right"/>
      </w:pPr>
      <w:r>
        <w:t>ان کی خاص قرأت ہوتی ہے، جس طرح کہ آپ جانتے ہیں۔</w:t>
      </w:r>
    </w:p>
    <w:p>
      <w:r>
        <w:rPr>
          <w:b/>
        </w:rPr>
        <w:t xml:space="preserve">[34:33] </w:t>
      </w:r>
      <w:r>
        <w:t>to yeh mashhoor hai ke nazal al quran fil hijaz wa quriya fi misr ke quran utra hijaz mein aur parha gaya misr mein.</w:t>
      </w:r>
    </w:p>
    <w:p>
      <w:pPr>
        <w:jc w:val="right"/>
      </w:pPr>
      <w:r>
        <w:t>تو یہ مشہور ہے کہ نزل القرآن فی فی الحجاز و قرأ فی مصر کہ قرآن اترا حجاز میں اور پڑھا گیا مصر میں۔</w:t>
      </w:r>
    </w:p>
    <w:p>
      <w:r>
        <w:rPr>
          <w:b/>
        </w:rPr>
        <w:t xml:space="preserve">[34:47] </w:t>
      </w:r>
      <w:r>
        <w:t>lekin yeh kya parha gaya?</w:t>
      </w:r>
    </w:p>
    <w:p>
      <w:pPr>
        <w:jc w:val="right"/>
      </w:pPr>
      <w:r>
        <w:t>لیکن یہ کیا پڑھا گیا؟</w:t>
      </w:r>
    </w:p>
    <w:p>
      <w:r>
        <w:rPr>
          <w:b/>
        </w:rPr>
        <w:t xml:space="preserve">[34:49] </w:t>
      </w:r>
      <w:r>
        <w:t>alfaaz ki tilawat. bas agar is ke maanvi ghor o fikr karte woh log, to jab woh is ayat par pohnchte ke quran mein dekhein, ek bohat hi bohat hi zyada yani chokidan aur yeh ayat hai ke man qatal mominan mutammadan fa jaza jahannam</w:t>
      </w:r>
    </w:p>
    <w:p>
      <w:pPr>
        <w:jc w:val="right"/>
      </w:pPr>
      <w:r>
        <w:t>الفاظ کی تلاوت۔ بس اگر اس کے معنوی غور و فکر کرتے وہ لوگ، تو جب وہ اس آیت پر پہنچتے کہ قرآن میں دیکھیں، ایک بہت ہی بہت ہی زیادہ یعنی چوکیدان اور یہ آیت ہے کہ من قتل مومنا متعمدا فجزا جہنم</w:t>
      </w:r>
    </w:p>
    <w:p>
      <w:r>
        <w:rPr>
          <w:b/>
        </w:rPr>
        <w:t xml:space="preserve">[35:17] </w:t>
      </w:r>
      <w:r>
        <w:t>jis ne ek momin ko jaan boojh kar mara, to woh jahannam mein jayega. to saare misri cheekh uthte hain, kehte hain bhai aap kya kar rahe hain?</w:t>
      </w:r>
    </w:p>
    <w:p>
      <w:pPr>
        <w:jc w:val="right"/>
      </w:pPr>
      <w:r>
        <w:t>جس نے ایک مومن کو جان بوجھ کر مارا، تو وہ جہنم میں جائے گا۔ تو سارے مصری چیخ اٹھتے ہیں، کہتے ہیں بھئی آپ کیا کر رہے ہیں؟</w:t>
      </w:r>
    </w:p>
    <w:p>
      <w:r>
        <w:rPr>
          <w:b/>
        </w:rPr>
        <w:t xml:space="preserve">[35:30] </w:t>
      </w:r>
      <w:r>
        <w:t>hum jisko maar rahe hain, woh to musalman hai. ab musalman ko maar kar kya aap apni apne liye jahannam ka ticket khareed rahe hain?</w:t>
      </w:r>
    </w:p>
    <w:p>
      <w:pPr>
        <w:jc w:val="right"/>
      </w:pPr>
      <w:r>
        <w:t>ہم جس کو مار رہے ہیں، وہ تو مسلمان ہے۔ اب مسلمان کو مار کر کیا آپ اپنی اپنے لیے جہنم کا ٹکٹ خرید رہے ہیں؟</w:t>
      </w:r>
    </w:p>
    <w:p>
      <w:r>
        <w:rPr>
          <w:b/>
        </w:rPr>
        <w:t xml:space="preserve">[35:39] </w:t>
      </w:r>
      <w:r>
        <w:t>to</w:t>
      </w:r>
    </w:p>
    <w:p>
      <w:pPr>
        <w:jc w:val="right"/>
      </w:pPr>
      <w:r>
        <w:t>تو</w:t>
      </w:r>
    </w:p>
    <w:p>
      <w:r>
        <w:rPr>
          <w:b/>
        </w:rPr>
        <w:t xml:space="preserve">[35:40] </w:t>
      </w:r>
      <w:r>
        <w:t>band karo foran, saare hathiyaron ko bhej do, phenk do darya-e-neel mein, jang band karo, aur aur sulah ka tareeqa ikhtiyar karo.</w:t>
      </w:r>
    </w:p>
    <w:p>
      <w:pPr>
        <w:jc w:val="right"/>
      </w:pPr>
      <w:r>
        <w:t>بند کرو فوراً، سارے ہتھیاروں کو بھیج دو، پھینک دو دریائے نیل میں، جنگ بند کرو، اور اور صلح کا طریقہ اختیار کرو۔</w:t>
      </w:r>
    </w:p>
    <w:p>
      <w:r>
        <w:rPr>
          <w:b/>
        </w:rPr>
        <w:t xml:space="preserve">[35:50] </w:t>
      </w:r>
      <w:r>
        <w:t>lekin bas alfaaz ki tilawat karte hain aur quran ke maani par ghor o fikr nahi karte.</w:t>
      </w:r>
    </w:p>
    <w:p>
      <w:pPr>
        <w:jc w:val="right"/>
      </w:pPr>
      <w:r>
        <w:t>لیکن بس الفاظ کی تلاوت کرتے ہیں اور قرآن کے معنی پر غور و فکر نہیں کرتے۔</w:t>
      </w:r>
    </w:p>
    <w:p>
      <w:r>
        <w:rPr>
          <w:b/>
        </w:rPr>
        <w:t xml:space="preserve">[35:58] </w:t>
      </w:r>
      <w:r>
        <w:t>to jaisa ke maine arz kiya ke asal jo kaam jo karna hai, roza rakh kar ke, woh sirf yeh nahi ke bhooke rahe aur pyase rahe aur din poora kar ke iftar kar liya.</w:t>
      </w:r>
    </w:p>
    <w:p>
      <w:pPr>
        <w:jc w:val="right"/>
      </w:pPr>
      <w:r>
        <w:t>تو جیسا کہ میں نے عرض کیا کہ اصل جو کام جو کرنا ہے، روزہ رکھ کر کے، وہ صرف یہ نہیں کہ بھوکے رہے اور پیاسے رہے اور دن پورا کر کے افطار کر لیا۔</w:t>
      </w:r>
    </w:p>
    <w:p>
      <w:r>
        <w:rPr>
          <w:b/>
        </w:rPr>
        <w:t xml:space="preserve">[36:11] </w:t>
      </w:r>
      <w:r>
        <w:t>nahi, apne ko tayyar kar ke, apne ko distraction se bacha kar ke quran ka mutala. jab quran ka aap mutala karenge to quran ki ayatein aap ko chaunkayengi.</w:t>
      </w:r>
    </w:p>
    <w:p>
      <w:pPr>
        <w:jc w:val="right"/>
      </w:pPr>
      <w:r>
        <w:t>نہیں، اپنے کو تیار کر کے، اپنے کو ڈسٹرکشن سے بچا کر کے قرآن کا مطالعہ۔ جب قرآن کا آپ مطالعہ کریں گے تو قرآن کی آیتیں آپ کو چونکائیں گی۔</w:t>
      </w:r>
    </w:p>
    <w:p>
      <w:r>
        <w:rPr>
          <w:b/>
        </w:rPr>
        <w:t xml:space="preserve">[36:26] </w:t>
      </w:r>
      <w:r>
        <w:t>a'asabi ban jao, badi ayat sari misriyon ke liye chaunka dene ke liye kafi hai ke woh 60 baras se aapas mein ek doosre ko maar rahe hain.</w:t>
      </w:r>
    </w:p>
    <w:p>
      <w:pPr>
        <w:jc w:val="right"/>
      </w:pPr>
      <w:r>
        <w:t>اعصابی بن جاؤ، بڑی آیت ساری مصریوں کے لیے چونکا دینے کے لیے کافی ہے کہ وہ 60 برس سے آپس میں ایک دوسرے کو مار رہے ہیں۔</w:t>
      </w:r>
    </w:p>
    <w:p>
      <w:r>
        <w:rPr>
          <w:b/>
        </w:rPr>
        <w:t xml:space="preserve">[36:36] </w:t>
      </w:r>
      <w:r>
        <w:t>1952 se, 1952 se yeh ladai shuru hui aur aaj tak ladai jaari hai. to marne wala yeh musalman hai, maarne wala yeh musalman hai.</w:t>
      </w:r>
    </w:p>
    <w:p>
      <w:pPr>
        <w:jc w:val="right"/>
      </w:pPr>
      <w:r>
        <w:t>1952 سے، 1952 سے یہ لڑائی شروع ہوئی اور آج تک لڑائی جاری ہے۔ تو مرنے والا یہ مسلمان ہے، مارنے والا یہ مسلمان ہے۔</w:t>
      </w:r>
    </w:p>
    <w:p>
      <w:r>
        <w:rPr>
          <w:b/>
        </w:rPr>
        <w:t xml:space="preserve">[36:49] </w:t>
      </w:r>
      <w:r>
        <w:t>to ramzan ka mahina is liye hai ke log quran ka study kar ke, quran ka mutala kar ke sochein aur apna aur yeh maloom karein ke quran un ke bare mein kya hukum deta hai,</w:t>
      </w:r>
    </w:p>
    <w:p>
      <w:pPr>
        <w:jc w:val="right"/>
      </w:pPr>
      <w:r>
        <w:t>تو رمضان کا مہینہ اس لیے ہے کہ لوگ قرآن کا اسٹڈی کر کے، قرآن کا مطالعہ کر کے سوچیں اور اپنا اور یہ معلوم کریں کہ قرآن ان کے بارے میں کیا حکم دیتا ہے،</w:t>
      </w:r>
    </w:p>
    <w:p>
      <w:r>
        <w:rPr>
          <w:b/>
        </w:rPr>
        <w:t xml:space="preserve">[37:04] </w:t>
      </w:r>
      <w:r>
        <w:t>quran un ke bare mein kya faisla karta hai, quran un ko kya batata hai, kya karo aur kya na karo, kya karo aur kya na karo ke bare mein kya bat</w:t>
      </w:r>
    </w:p>
    <w:p>
      <w:pPr>
        <w:jc w:val="right"/>
      </w:pPr>
      <w:r>
        <w:t>قرآن ان کے بارے میں کیا فیصلہ کرتا ہے، قرآن ان کو کیا بتاتا ہے، کیا کرو اور کیا نہ کرو، کیا کرو اور کیا نہ کرو کے بارے میں کیا بت</w:t>
      </w:r>
    </w:p>
    <w:p>
      <w:r>
        <w:rPr>
          <w:b/>
        </w:rPr>
        <w:t xml:space="preserve">[37:18] </w:t>
      </w:r>
      <w:r>
        <w:t>ata hai. yeh pata karein, agar yeh is tareeqe se musalman har saal karein, ek dum musalmanon ki zindagi badal jaye.</w:t>
      </w:r>
    </w:p>
    <w:p>
      <w:pPr>
        <w:jc w:val="right"/>
      </w:pPr>
      <w:r>
        <w:t>اتا ہے۔ یہ پتہ کریں، اگر یہ اس طریقے سے مسلمان ہر سال کریں، ایک دم مسلمانوں کی زندگی بدل جائے۔</w:t>
      </w:r>
    </w:p>
    <w:p>
      <w:r>
        <w:rPr>
          <w:b/>
        </w:rPr>
        <w:t xml:space="preserve">[37:30] </w:t>
      </w:r>
      <w:r>
        <w:t>agar is tareeqe se musalman har saal karein to poori zindagi mein ek inqalab aa jaye.</w:t>
      </w:r>
    </w:p>
    <w:p>
      <w:pPr>
        <w:jc w:val="right"/>
      </w:pPr>
      <w:r>
        <w:t>اگر اس طریقے سے مسلمان ہر سال کریں تو پوری زندگی میں ایک انقلاب آ جائے۔</w:t>
      </w:r>
    </w:p>
    <w:p>
      <w:r>
        <w:rPr>
          <w:b/>
        </w:rPr>
        <w:t xml:space="preserve">[37:37] </w:t>
      </w:r>
      <w:r>
        <w:t>lekin amalan kya hai? ramzan ke zamane mein ek lafz hai, purasrar khatm-e-quran. ek purasrar lafz hai, khatm-e-quran.</w:t>
      </w:r>
    </w:p>
    <w:p>
      <w:pPr>
        <w:jc w:val="right"/>
      </w:pPr>
      <w:r>
        <w:t>لیکن عملاً کیا ہے؟ رمضان کے زمانے میں ایک لفظ ہے، پراسرار ختم قرآن۔ ایک پراسرار لفظ ہے، ختم قرآن۔</w:t>
      </w:r>
    </w:p>
    <w:p>
      <w:r>
        <w:rPr>
          <w:b/>
        </w:rPr>
        <w:t xml:space="preserve">[37:48] </w:t>
      </w:r>
      <w:r>
        <w:t>yani foran foran foran foran foran foran padh kar khatm kar dena, yeh to kuch bhi nahi.</w:t>
      </w:r>
    </w:p>
    <w:p>
      <w:pPr>
        <w:jc w:val="right"/>
      </w:pPr>
      <w:r>
        <w:t>یعنی فوراً فوراً فوراً فوراً فوراً فوراً پڑھ کر ختم کر دینا، یہ تو کچھ بھی نہیں۔</w:t>
      </w:r>
    </w:p>
    <w:p>
      <w:r>
        <w:rPr>
          <w:b/>
        </w:rPr>
        <w:t xml:space="preserve">[37:54] </w:t>
      </w:r>
      <w:r>
        <w:t>yani sare ramzan mein hi hota hai, log masjidon mein jama hote hain, taraveeh padhi jati hai aur quran foran foran foran foran foran padhaya jata hai aur samajhte hain ke hum ne quran khatm kar liya.</w:t>
      </w:r>
    </w:p>
    <w:p>
      <w:pPr>
        <w:jc w:val="right"/>
      </w:pPr>
      <w:r>
        <w:t>یعنی سارے رمضان میں ہی ہوتا ہے، لوگ مسجدوں میں جمع ہوتے ہیں، تراویح پڑھی جاتی ہے اور قرآن فوراً فوراً فوراً فوراً فوراً پڑھایا جاتا ہے اور سمجھتے ہیں کہ ہم نے قرآن ختم کر لیا۔</w:t>
      </w:r>
    </w:p>
    <w:p>
      <w:r>
        <w:rPr>
          <w:b/>
        </w:rPr>
        <w:t xml:space="preserve">[38:09] </w:t>
      </w:r>
      <w:r>
        <w:t>to is ke bare mein ek hadith maujood hai</w:t>
      </w:r>
    </w:p>
    <w:p>
      <w:pPr>
        <w:jc w:val="right"/>
      </w:pPr>
      <w:r>
        <w:t>تو اس کے بارے میں ایک حدیث موجود ہے</w:t>
      </w:r>
    </w:p>
    <w:p>
      <w:r>
        <w:rPr>
          <w:b/>
        </w:rPr>
        <w:t xml:space="preserve">[38:11] </w:t>
      </w:r>
      <w:r>
        <w:t>sahih bukhari mein ke hazrat aisha ke zamane mein kuch log aisa karte the, foran foran padhte the aur foran foran khatm karte the.</w:t>
      </w:r>
    </w:p>
    <w:p>
      <w:pPr>
        <w:jc w:val="right"/>
      </w:pPr>
      <w:r>
        <w:t>صحیح بخاری میں کہ حضرت عائشہ کے زمانے میں کچھ لوگ ایسا کرتے تھے، فوراً فوراً پڑھتے تھے اور فوراً فوراً ختم کرتے تھے۔</w:t>
      </w:r>
    </w:p>
    <w:p>
      <w:r>
        <w:rPr>
          <w:b/>
        </w:rPr>
        <w:t xml:space="preserve">[38:22] </w:t>
      </w:r>
      <w:r>
        <w:t>to hazrat aisha se bataya gaya ke kuch log aisa karte hain. to unhone kya kaha? unhone kaha ke 'awlaika qara'u wa lam yaqra'u' yani unhone padha magar unhone nahi padha.</w:t>
      </w:r>
    </w:p>
    <w:p>
      <w:pPr>
        <w:jc w:val="right"/>
      </w:pPr>
      <w:r>
        <w:t>تو حضرت عائشہ سے بتایا گیا کہ کچھ لوگ ایسا کرتے ہیں۔ تو انہوں نے کیا کہا؟ انہوں نے کہا کہ اولئک قرو ولم یقرو یعنی انہوں نے پڑھا مگر انہوں نے نہیں پڑھا۔</w:t>
      </w:r>
    </w:p>
    <w:p>
      <w:r>
        <w:rPr>
          <w:b/>
        </w:rPr>
        <w:t xml:space="preserve">[38:40] </w:t>
      </w:r>
      <w:r>
        <w:t>qara'u wa lam yaqra'u unhone padha magar unhone nahi padha. kyunke foran foran foran padh kar khatm karna, yeh to koi kaam hi nahi hai. yeh to koi kaam hi nahi hai.</w:t>
      </w:r>
    </w:p>
    <w:p>
      <w:pPr>
        <w:jc w:val="right"/>
      </w:pPr>
      <w:r>
        <w:t>قرو ولم یقرو انہوں نے پڑھا مگر انہوں نے نہیں پڑھا۔ کیونکہ فوراً فوراً فوراً پڑھ کر ختم کرنا، یہ تو کوئی کام ہی نہیں ہے۔ یہ تو کوئی کام ہی نہیں ہے۔</w:t>
      </w:r>
    </w:p>
    <w:p>
      <w:r>
        <w:rPr>
          <w:b/>
        </w:rPr>
        <w:t xml:space="preserve">[38:52] </w:t>
      </w:r>
      <w:r>
        <w:t>kaam to hai mutala karna, ghor-o-fikr karna, is ke mani ko daryaft karna aur quran ke banat ki roshni mein apni zindagi ki, yani quran ke aaine mein apne aap ko dekhna.</w:t>
      </w:r>
    </w:p>
    <w:p>
      <w:pPr>
        <w:jc w:val="right"/>
      </w:pPr>
      <w:r>
        <w:t>کام تو ہے مطالعہ کرنا، غور و فکر کرنا، اس کے معنی کو دریافت کرنا اور قرآن کے بانات کی روشنی میں اپنی زندگی کی، یعنی قرآن کے آئینے میں اپنے آپ کو دیکھنا۔</w:t>
      </w:r>
    </w:p>
    <w:p>
      <w:r>
        <w:rPr>
          <w:b/>
        </w:rPr>
        <w:t xml:space="preserve">[39:07] </w:t>
      </w:r>
      <w:r>
        <w:t>jis tarah se aaine mein aap apna chehra dekhein aur chehre par dhabba ho to aaina batayega, phir us ko saaf karenge aap.</w:t>
      </w:r>
    </w:p>
    <w:p>
      <w:pPr>
        <w:jc w:val="right"/>
      </w:pPr>
      <w:r>
        <w:t>جس طرح سے آئینے میں آپ اپنے چہرہ دیکھیں اور چہرے پر دھبہ ہو تو آئینہ بتائے گا، پھر اس کو صاف کریں گے آپ۔</w:t>
      </w:r>
    </w:p>
    <w:p>
      <w:r>
        <w:rPr>
          <w:b/>
        </w:rPr>
        <w:t xml:space="preserve">[39:17] </w:t>
      </w:r>
      <w:r>
        <w:t>to kaha ke quran ke aaine mein apna chehra dekhna aur jahan jahan quran bataye ke dhabba hai, wahan wahan theek karna, us ki islaah karna.</w:t>
      </w:r>
    </w:p>
    <w:p>
      <w:pPr>
        <w:jc w:val="right"/>
      </w:pPr>
      <w:r>
        <w:t>تو کہا کہ قرآن کے آئینے میں اپنا چہرہ دیکھنا اور جہاں جہاں قرآن بتائے کہ دھبہ ہے، وہاں وہاں ٹھیک کرنا، اس کی اصلاح کرنا۔</w:t>
      </w:r>
    </w:p>
    <w:p>
      <w:r>
        <w:rPr>
          <w:b/>
        </w:rPr>
        <w:t xml:space="preserve">[39:30] </w:t>
      </w:r>
      <w:r>
        <w:t>to us waqt jo riwaj hai musalmanon mein khatm-e-quran ka, is ka koi talluq islam se nahi hai, kuch bhi talluq nahi hai islam se.</w:t>
      </w:r>
    </w:p>
    <w:p>
      <w:pPr>
        <w:jc w:val="right"/>
      </w:pPr>
      <w:r>
        <w:t>تو اس وقت جو رواج ہے مسلمانوں میں ختم قرآن کا، اس کا کوئی تعلق اسلام سے نہیں ہے، کچھ بھی تعلق نہیں ہے اسلام سے۔</w:t>
      </w:r>
    </w:p>
    <w:p>
      <w:r>
        <w:rPr>
          <w:b/>
        </w:rPr>
        <w:t xml:space="preserve">[39:40] </w:t>
      </w:r>
      <w:r>
        <w:t>islam jo hai, jo chahta hai woh yeh ke aap quran ka mutala karein, quran ka ghor-o-fikr karein, quran ke mani ko daryaft karein, quran mein ke jo ahkam hain, us ki roshni mein aap ab us ko apne upar apply karein,</w:t>
      </w:r>
    </w:p>
    <w:p>
      <w:pPr>
        <w:jc w:val="right"/>
      </w:pPr>
      <w:r>
        <w:t>اسلام جو ہے، جو چاہتا ہے وہ یہ کہ آپ قرآن کا مطالعہ کریں، قرآن کا غور و فکر کریں، قرآن کے معنی کو دریافت کریں، قرآن میں کے جو احکام ہیں، اس کی روشنی میں آپ اب اس کو اپنے اوپر اپلائی کریں،</w:t>
      </w:r>
    </w:p>
    <w:p>
      <w:r>
        <w:rPr>
          <w:b/>
        </w:rPr>
        <w:t xml:space="preserve">[39:56] </w:t>
      </w:r>
      <w:r>
        <w:t>apply kar ke dekhein.</w:t>
      </w:r>
    </w:p>
    <w:p>
      <w:pPr>
        <w:jc w:val="right"/>
      </w:pPr>
      <w:r>
        <w:t>اپلائی کر کے دیکھیں۔</w:t>
      </w:r>
    </w:p>
    <w:p>
      <w:r>
        <w:rPr>
          <w:b/>
        </w:rPr>
        <w:t xml:space="preserve">[39:59] </w:t>
      </w:r>
      <w:r>
        <w:t>misal ke taur par dekhiye, is par sochte hue ek baat mere zehan mein aayi ke aaj kal musalman sari duniya mein kya karte hain ke rasool Allah par koi baat bol de, jis ko jis ko shatm kaha jata hai, to sari jagah hungama shuru ho jata hai.</w:t>
      </w:r>
    </w:p>
    <w:p>
      <w:pPr>
        <w:jc w:val="right"/>
      </w:pPr>
      <w:r>
        <w:t>مثلاً دیکھیے، اس پر سوچتے ہوئے ایک بات میرے ذہن میں آئی کہ آج کل مسلمان ساری دنیا میں کیا کرتے ہیں کہ رسول اللہ پر کوئی بات بول دے، جس کو جس کو شتم کہا جاتا ہے، تو ساری جگہ ہنگامہ شروع ہو جاتا ہے۔</w:t>
      </w:r>
    </w:p>
    <w:p>
      <w:r>
        <w:rPr>
          <w:b/>
        </w:rPr>
        <w:t xml:space="preserve">[40:19] </w:t>
      </w:r>
      <w:r>
        <w:t>sab se zyada musalman bhadakte hain shatm-e-rasool par aur bada hungama is mein sankdon log maare jate hain.</w:t>
      </w:r>
    </w:p>
    <w:p>
      <w:pPr>
        <w:jc w:val="right"/>
      </w:pPr>
      <w:r>
        <w:t>سب سے زیادہ مسلمان بھڑکتے ہیں شتم رسول پر اور بڑا ہنگامہ اس میں سینکڑوں لوگ مارے جاتے ہیں۔</w:t>
      </w:r>
    </w:p>
    <w:p>
      <w:r>
        <w:rPr>
          <w:b/>
        </w:rPr>
        <w:t xml:space="preserve">[40:28] </w:t>
      </w:r>
      <w:r>
        <w:t>kya kya qisse hote hain, aap jante hain.</w:t>
      </w:r>
    </w:p>
    <w:p>
      <w:pPr>
        <w:jc w:val="right"/>
      </w:pPr>
      <w:r>
        <w:t>کیا کیا قصے ہوتے ہیں، آپ جانتے ہیں۔</w:t>
      </w:r>
    </w:p>
    <w:p>
      <w:r>
        <w:rPr>
          <w:b/>
        </w:rPr>
        <w:t xml:space="preserve">[40:33] </w:t>
      </w:r>
      <w:r>
        <w:t>to maine dekha hai quran mein to yeh kahin likha hi likha hi nahi hai ke jo rasool Allah ka shatm kare, to us par tum hungama karo, us ko maro peeto, us ke khilaf qanoon banao.</w:t>
      </w:r>
    </w:p>
    <w:p>
      <w:pPr>
        <w:jc w:val="right"/>
      </w:pPr>
      <w:r>
        <w:t>تو میں نے دیکھا ہے قرآن میں تو یہ کہیں لکھا ہی لکھا ہی نہیں ہے کہ جو رسول اللہ کا شتم کرے، تو اس پر تم ہنگامہ کرو، اس کو مارو پیٹو، اس کے خلاف قانون بناؤ۔</w:t>
      </w:r>
    </w:p>
    <w:p>
      <w:r>
        <w:rPr>
          <w:b/>
        </w:rPr>
        <w:t xml:space="preserve">[40:43] </w:t>
      </w:r>
      <w:r>
        <w:t>yeh to kahin yeh likha hi nahin hai,</w:t>
      </w:r>
    </w:p>
    <w:p>
      <w:pPr>
        <w:jc w:val="right"/>
      </w:pPr>
      <w:r>
        <w:t>یہ تو کہیں یہ لکھا ہی نہیں ہے،</w:t>
      </w:r>
    </w:p>
    <w:p>
      <w:r>
        <w:rPr>
          <w:b/>
        </w:rPr>
        <w:t xml:space="preserve">[40:46] </w:t>
      </w:r>
      <w:r>
        <w:t>is ka ulta likha hua hai.</w:t>
      </w:r>
    </w:p>
    <w:p>
      <w:pPr>
        <w:jc w:val="right"/>
      </w:pPr>
      <w:r>
        <w:t>اس کا الٹا لکھا ہوا ہے۔</w:t>
      </w:r>
    </w:p>
    <w:p>
      <w:r>
        <w:rPr>
          <w:b/>
        </w:rPr>
        <w:t xml:space="preserve">[40:50] </w:t>
      </w:r>
      <w:r>
        <w:t>yani yeh likha hua hai ke la tasubbu alladhina yaduna min dunillahi fa yasubbu allahu adan bighayri</w:t>
      </w:r>
    </w:p>
    <w:p>
      <w:pPr>
        <w:jc w:val="right"/>
      </w:pPr>
      <w:r>
        <w:t>یعنی یہ لکھا ہوا ہے کہ لا تسب الذینیدون من دون اللہ فیسب اللہ بغیر</w:t>
      </w:r>
    </w:p>
    <w:p>
      <w:r>
        <w:rPr>
          <w:b/>
        </w:rPr>
        <w:t xml:space="preserve">[41:05] </w:t>
      </w:r>
      <w:r>
        <w:t>yani musalmanon se kaha gaya hai ke tum doosron ko sab o shatm na karo, warna woh retaliat karenge.</w:t>
      </w:r>
    </w:p>
    <w:p>
      <w:pPr>
        <w:jc w:val="right"/>
      </w:pPr>
      <w:r>
        <w:t>یعنی مسلمانوں سے کہا گیا ہے کہ تم دوسروں کو سب و شتم نہ کرو، ورنہ وہ ریٹیلیٹ کریں گے۔</w:t>
      </w:r>
    </w:p>
    <w:p>
      <w:r>
        <w:rPr>
          <w:b/>
        </w:rPr>
        <w:t xml:space="preserve">[41:14] </w:t>
      </w:r>
      <w:r>
        <w:t>kisi ajeeb baat hai, musalman mana kar raha hai doosron ko ke tum sab o shatm na karo, jabke quran mana kar raha hai khud musalmanon ko.</w:t>
      </w:r>
    </w:p>
    <w:p>
      <w:pPr>
        <w:jc w:val="right"/>
      </w:pPr>
      <w:r>
        <w:t>کیسی عجیب بات ہے، مسلمان منع کر رہا ہے دوسروں کو کہ تم سب و شتم نہ کرو، جبکہ قرآن منع کر رہا ہے خود مسلمانوں کو۔</w:t>
      </w:r>
    </w:p>
    <w:p>
      <w:r>
        <w:rPr>
          <w:b/>
        </w:rPr>
        <w:t xml:space="preserve">[41:26] </w:t>
      </w:r>
      <w:r>
        <w:t>is par ghaur kijiye aap la tasubbu alladhina yaduna min dunillahi fa yasubbu allahu adan bighayri yani aye musalmanon, tum sab o</w:t>
      </w:r>
    </w:p>
    <w:p>
      <w:pPr>
        <w:jc w:val="right"/>
      </w:pPr>
      <w:r>
        <w:t>اس پر غور کیجئے آپ لا تسب الذینیدون من دون اللہ فیسب اللہ بغیر یعنی اے مسلمانوں، تم سب و</w:t>
      </w:r>
    </w:p>
    <w:p>
      <w:r>
        <w:rPr>
          <w:b/>
        </w:rPr>
        <w:t xml:space="preserve">[41:37] </w:t>
      </w:r>
      <w:r>
        <w:t>shatm na karo doosron ke jin ko woh muqaddas samajhte hain, kyunke woh phir Allah aur rasool ko bura bhala kahenge.</w:t>
      </w:r>
    </w:p>
    <w:p>
      <w:pPr>
        <w:jc w:val="right"/>
      </w:pPr>
      <w:r>
        <w:t>شتم نہ کرو دوسروں کے جن کو وہ مقدس سمجھتے ہیں، کیونکہ وہ پھر اللہ اور رسول کو برا بھلا کہیں گے۔</w:t>
      </w:r>
    </w:p>
    <w:p>
      <w:r>
        <w:rPr>
          <w:b/>
        </w:rPr>
        <w:t xml:space="preserve">[41:51] </w:t>
      </w:r>
      <w:r>
        <w:t>ab is par agar musalman ghaur karen,</w:t>
      </w:r>
    </w:p>
    <w:p>
      <w:pPr>
        <w:jc w:val="right"/>
      </w:pPr>
      <w:r>
        <w:t>اب اس پر اگر مسلمان غور کریں،</w:t>
      </w:r>
    </w:p>
    <w:p>
      <w:r>
        <w:rPr>
          <w:b/>
        </w:rPr>
        <w:t xml:space="preserve">[41:55] </w:t>
      </w:r>
      <w:r>
        <w:t>yani ramzan mein sach much quran ko padhen to jab ishaat pohnchenge, woh to achaanak un ko thathak jayenge. Achaanak, yani yeh kya?</w:t>
      </w:r>
    </w:p>
    <w:p>
      <w:pPr>
        <w:jc w:val="right"/>
      </w:pPr>
      <w:r>
        <w:t>یعنی رمضان میں سچ مچ قرآن کو پڑھیں تو جب اشاعت پہنچیں گے، وہ تو اچانک ان کو ٹھٹک جائیں گے۔ اچانک، یعنی یہ کیا؟</w:t>
      </w:r>
    </w:p>
    <w:p>
      <w:r>
        <w:rPr>
          <w:b/>
        </w:rPr>
        <w:t xml:space="preserve">[42:05] </w:t>
      </w:r>
      <w:r>
        <w:t>yeh kya hai?</w:t>
      </w:r>
    </w:p>
    <w:p>
      <w:pPr>
        <w:jc w:val="right"/>
      </w:pPr>
      <w:r>
        <w:t>یہ کیا ہے؟</w:t>
      </w:r>
    </w:p>
    <w:p>
      <w:r>
        <w:rPr>
          <w:b/>
        </w:rPr>
        <w:t xml:space="preserve">[42:06] </w:t>
      </w:r>
      <w:r>
        <w:t>yeh to quran mein kuch likha hai, aap kuch kar rahe hain. Agar khatm quran ka zehan na ho, balkeh quran ke mutale'a ka zehan ho, quran se rehnumai lene ka zehan ho, is tarah se agar quran ko padhen to jab is ayat ko pohnchenge to bilkul woh bilkul, yani un ka bura haal ho jayega ke hum kya karte rahe aur kya likha hua hai.</w:t>
      </w:r>
    </w:p>
    <w:p>
      <w:pPr>
        <w:jc w:val="right"/>
      </w:pPr>
      <w:r>
        <w:t>یہ تو قرآن میں کچھ لکھا ہے، آپ کچھ کر رہے ہیں۔ اگر ختم قرآن کا ذہن نہ ہو، بلکہ قرآن کے مطالعے کا ذہن ہو، قرآن سے رہنمائی لینے کا ذہن ہو، اس طریقے سے اگر قرآن کو پڑھیں تو جب اس آیت کو پہنچیں گے تو بالکل وہ بالکل، یعنی ان کا برا حال ہو جائے گا کہ ہم کیا کرتے رہے اور کیا لکھا ہوا ہے۔</w:t>
      </w:r>
    </w:p>
    <w:p>
      <w:r>
        <w:rPr>
          <w:b/>
        </w:rPr>
        <w:t xml:space="preserve">[42:33] </w:t>
      </w:r>
      <w:r>
        <w:t>hum doosron se kehte rahe ke tum sab o shatm na karo, nahin to hum tum ko marenge. Yahan kya hai? Yahan musalmanon se kaha gaya hai ke aye musalmanon, tum sab o shatm na karo.</w:t>
      </w:r>
    </w:p>
    <w:p>
      <w:pPr>
        <w:jc w:val="right"/>
      </w:pPr>
      <w:r>
        <w:t>ہم دوسروں سے کہتے رہے کہ تم سب و شتم نہ کرو، نہیں تو ہم تم کو ماریں گے۔ یہاں کیا ہے؟ یہاں مسلمانوں سے کہا گیا ہے کہ اے مسلمانوں، تم سب و شتم نہ کرو۔</w:t>
      </w:r>
    </w:p>
    <w:p>
      <w:r>
        <w:rPr>
          <w:b/>
        </w:rPr>
        <w:t xml:space="preserve">[42:44] </w:t>
      </w:r>
      <w:r>
        <w:t>doosron ke bare mein kuch kaha hi nahin gaya.</w:t>
      </w:r>
    </w:p>
    <w:p>
      <w:pPr>
        <w:jc w:val="right"/>
      </w:pPr>
      <w:r>
        <w:t>دوسروں کے بارے میں کچھ کہا ہی نہیں گیا۔</w:t>
      </w:r>
    </w:p>
    <w:p>
      <w:r>
        <w:rPr>
          <w:b/>
        </w:rPr>
        <w:t xml:space="preserve">[42:50] </w:t>
      </w:r>
      <w:r>
        <w:t>to yeh hai, isi liye main kehta hoon quran jo hai, in transaction ka mahina hai, yani muhasba ka mahina.</w:t>
      </w:r>
    </w:p>
    <w:p>
      <w:pPr>
        <w:jc w:val="right"/>
      </w:pPr>
      <w:r>
        <w:t>تو یہ ہے، اسی لیے میں کہتا ہوں قرآن جو ہے، ان ٹرانسپیکشن کا مہینہ ہے، یعنی محاسبہ کا مہینہ۔</w:t>
      </w:r>
    </w:p>
    <w:p>
      <w:r>
        <w:rPr>
          <w:b/>
        </w:rPr>
        <w:t xml:space="preserve">[43:01] </w:t>
      </w:r>
      <w:r>
        <w:t>muhasba</w:t>
      </w:r>
    </w:p>
    <w:p>
      <w:pPr>
        <w:jc w:val="right"/>
      </w:pPr>
      <w:r>
        <w:t>محاسبہ</w:t>
      </w:r>
    </w:p>
    <w:p>
      <w:r>
        <w:rPr>
          <w:b/>
        </w:rPr>
        <w:t xml:space="preserve">[43:04] </w:t>
      </w:r>
      <w:r>
        <w:t>to</w:t>
      </w:r>
    </w:p>
    <w:p>
      <w:pPr>
        <w:jc w:val="right"/>
      </w:pPr>
      <w:r>
        <w:t>تو</w:t>
      </w:r>
    </w:p>
    <w:p>
      <w:r>
        <w:rPr>
          <w:b/>
        </w:rPr>
        <w:t xml:space="preserve">[43:07] </w:t>
      </w:r>
      <w:r>
        <w:t>yeh kaha jata hai ke ramzan ka mahina bohat mubarak mahina hai, is ke bohat fazail bayan kiye jate hain. To kis aitbar se? Koi mysterious baat nahin hai.</w:t>
      </w:r>
    </w:p>
    <w:p>
      <w:pPr>
        <w:jc w:val="right"/>
      </w:pPr>
      <w:r>
        <w:t>یہ کہا جاتا ہے کہ رمضان کا مہینہ بہت مبارک مہینہ ہے، اس کے بہت فضائل بیان کیے جاتے ہیں۔ تو کس اعتبار سے؟ کوئی مسٹیریس بات نہیں ہے۔</w:t>
      </w:r>
    </w:p>
    <w:p>
      <w:r>
        <w:rPr>
          <w:b/>
        </w:rPr>
        <w:t xml:space="preserve">[43:16] </w:t>
      </w:r>
      <w:r>
        <w:t>yeh mubarak kis aitbar se hai? Fazilat kis aitbar se hai? Koi purasarar mani mein nahin hai.</w:t>
      </w:r>
    </w:p>
    <w:p>
      <w:pPr>
        <w:jc w:val="right"/>
      </w:pPr>
      <w:r>
        <w:t>یہ مبارک کس اعتبار سے ہے؟ فضیلت کس اعتبار سے ہے؟ کوئی پراسرار معنی میں نہیں ہے۔</w:t>
      </w:r>
    </w:p>
    <w:p>
      <w:r>
        <w:rPr>
          <w:b/>
        </w:rPr>
        <w:t xml:space="preserve">[43:25] </w:t>
      </w:r>
      <w:r>
        <w:t>isi mani mein hai ke is mein hum ko, agar hum sahi tarah se is ka mutale'a karen to hum ko rehnumai mil jayegi.</w:t>
      </w:r>
    </w:p>
    <w:p>
      <w:pPr>
        <w:jc w:val="right"/>
      </w:pPr>
      <w:r>
        <w:t>اسی معنی میں ہے کہ اس میں ہم کو، اگر ہم صحیح طریقے سے اس کا مطالعہ کریں تو ہم کو رہنمائی مل جائے گی۔</w:t>
      </w:r>
    </w:p>
    <w:p>
      <w:r>
        <w:rPr>
          <w:b/>
        </w:rPr>
        <w:t xml:space="preserve">[43:34] </w:t>
      </w:r>
      <w:r>
        <w:t>jis aaine dhabba dikhaya tha, to hum jaldi us ko saaf karte hain. Aise hi quran se hum ko rehnumai mil jayegi apni islaah ke liye, apni better planning ke liye, apne aap ko jannat ka mustahiq banane ke liye, apne aap ko Allah ki rehmat ka mustahiq banane ke liye,</w:t>
      </w:r>
    </w:p>
    <w:p>
      <w:pPr>
        <w:jc w:val="right"/>
      </w:pPr>
      <w:r>
        <w:t>جس آئینہ دھبہ دکھایا تھا، تو ہم جلدی اس کو صاف کرتے ہیں۔ ایسے ہی قرآن سے ہم کو رہنمائی مل جائے گی اپنی اصلاح کے لیے، اپنی بیٹر پلاننگ کے لیے، اپنے آپ کو جنت کا مستحق بنانے کے لیے، اپنے آپ کو اللہ کی رحمت کا مستحق بنانے کے لیے،</w:t>
      </w:r>
    </w:p>
    <w:p>
      <w:r>
        <w:rPr>
          <w:b/>
        </w:rPr>
        <w:t xml:space="preserve">[43:55] </w:t>
      </w:r>
      <w:r>
        <w:t>apne aap ko saat mustaqeem pe chalane ke liye. Is mani mein mubarak hai yeh,</w:t>
      </w:r>
    </w:p>
    <w:p>
      <w:pPr>
        <w:jc w:val="right"/>
      </w:pPr>
      <w:r>
        <w:t>اپنے آپ کو سات مستقیم پہ چلانے کے لیے۔ اس معنی میں مبارک ہے یہ،</w:t>
      </w:r>
    </w:p>
    <w:p>
      <w:r>
        <w:rPr>
          <w:b/>
        </w:rPr>
        <w:t xml:space="preserve">[44:02] </w:t>
      </w:r>
      <w:r>
        <w:t>kisi purasarar mani mein nahin.</w:t>
      </w:r>
    </w:p>
    <w:p>
      <w:pPr>
        <w:jc w:val="right"/>
      </w:pPr>
      <w:r>
        <w:t>کسی پراسرار معنی میں نہیں۔</w:t>
      </w:r>
    </w:p>
    <w:p>
      <w:r>
        <w:rPr>
          <w:b/>
        </w:rPr>
        <w:t xml:space="preserve">[44:07] </w:t>
      </w:r>
      <w:r>
        <w:t>aur jo rizq badhta hai momin ka, woh isi mani mein badhta hai, maadi mani mein nahin. Yeh jo hadith mein hai ke is mahine mein momin ka rizq badhta hai, to is ko isi mani mein hai ke is ko, yani rehnumai milti hai quran se, islaah ka nuskhah is ko daryaft karta hai, is se</w:t>
      </w:r>
    </w:p>
    <w:p>
      <w:pPr>
        <w:jc w:val="right"/>
      </w:pPr>
      <w:r>
        <w:t>اور جو رزق بڑھتا ہے مومن کا، وہ اسی معنی میں بڑھتا ہے، مادی معنی میں نہیں۔ یہ جو حدیث میں ہے کہ اس مہینے میں مومن کا رزق بڑھتا ہے، تو اس کو اسی معنی میں ہے کہ اس کو، یعنی رہنمائی ملتی ہے قرآن سے، اصلاح کا نسخہ اس کو دریافت کرتا ہے، اس سے</w:t>
      </w:r>
    </w:p>
    <w:p>
      <w:r>
        <w:rPr>
          <w:b/>
        </w:rPr>
        <w:t xml:space="preserve">[44:30] </w:t>
      </w:r>
      <w:r>
        <w:t>apne mustaqbil ki ta'ameer ka raaz daryaft karta hai. Is se</w:t>
      </w:r>
    </w:p>
    <w:p>
      <w:pPr>
        <w:jc w:val="right"/>
      </w:pPr>
      <w:r>
        <w:t>اپنے مستقبل کی تعمیر کا راز دریافت کرتا ہے۔ اس سے</w:t>
      </w:r>
    </w:p>
    <w:p>
      <w:r>
        <w:rPr>
          <w:b/>
        </w:rPr>
        <w:t xml:space="preserve">[44:37] </w:t>
      </w:r>
      <w:r>
        <w:t>to meri dua hai ke Allah taala mujh ko aur aap ko tofeeq de ke hum sahi ma'anon mein ramzan ki ahmiyat ko samjhen, sahi ma'anon mein roze ki ahmiyat ko samjhen, aur sahi ma'anon mein quran se faida uthayen taake hum Allah ki rehmat ka mustahiq banen aur hum Allah ki jannat mein dakhla milen.</w:t>
      </w:r>
    </w:p>
    <w:p>
      <w:pPr>
        <w:jc w:val="right"/>
      </w:pPr>
      <w:r>
        <w:t>تو میری دعا ہے کہ اللہ تعالی مجھ کو اور آپ کو توفیق دے کہ ہم صحیح معنوں میں رمضان کی اہمیت کو سمجھیں، صحیح معنوں میں روزے کی اہمیت کو سمجھیں، اور صحیح معنوں میں قرآن سے فائدہ اٹھائیں تاکہ ہم اللہ کی رحمت کا مستحق بنیں اور ہم اللہ کی جنت میں داخلہ ملے۔</w:t>
      </w:r>
    </w:p>
    <w:p>
      <w:r>
        <w:rPr>
          <w:b/>
        </w:rPr>
        <w:t xml:space="preserve">[45:01] </w:t>
      </w:r>
      <w:r>
        <w:t>hum ko aqool qaulihaza wastaghfirullaha liwalakum ajmaeen</w:t>
      </w:r>
    </w:p>
    <w:p>
      <w:pPr>
        <w:jc w:val="right"/>
      </w:pPr>
      <w:r>
        <w:t>ہم کو اقول قولیھذا واستغفراللہ لولکم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