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Creative Personality | 20 Nov 2011</w:t>
      </w:r>
    </w:p>
    <w:p>
      <w:r>
        <w:t>https://youtu.be/jdfhpwfEvKg</w:t>
      </w:r>
    </w:p>
    <w:p>
      <w:r>
        <w:rPr>
          <w:b/>
        </w:rPr>
        <w:t xml:space="preserve">[00:14] </w:t>
      </w:r>
      <w:r>
        <w:t>bismillah hir rahman nir rahim, wa salla Allahu ala an-nabiyyil karim.</w:t>
      </w:r>
    </w:p>
    <w:p>
      <w:pPr>
        <w:jc w:val="right"/>
      </w:pPr>
      <w:r>
        <w:t>بسم اللہ الرحمن الرحیم، وصلی اللہ علی النبی الکریم۔</w:t>
      </w:r>
    </w:p>
    <w:p>
      <w:r>
        <w:rPr>
          <w:b/>
        </w:rPr>
        <w:t xml:space="preserve">[00:24] </w:t>
      </w:r>
      <w:r>
        <w:t>rabbi-shrah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aaj ka topic hai: make building a</w:t>
      </w:r>
    </w:p>
    <w:p>
      <w:pPr>
        <w:jc w:val="right"/>
      </w:pPr>
      <w:r>
        <w:t>آج کا ٹاپک ہے: میک بلڈنگ ا</w:t>
      </w:r>
    </w:p>
    <w:p>
      <w:r>
        <w:rPr>
          <w:b/>
        </w:rPr>
        <w:t xml:space="preserve">[00:44] </w:t>
      </w:r>
      <w:r>
        <w:t>creative personality.</w:t>
      </w:r>
    </w:p>
    <w:p>
      <w:pPr>
        <w:jc w:val="right"/>
      </w:pPr>
      <w:r>
        <w:t>کریٹیو پرسنیلٹی۔</w:t>
      </w:r>
    </w:p>
    <w:p>
      <w:r>
        <w:rPr>
          <w:b/>
        </w:rPr>
        <w:t xml:space="preserve">[00:52] </w:t>
      </w:r>
      <w:r>
        <w:t>takhleeqi shakhsiyat ki taameer.</w:t>
      </w:r>
    </w:p>
    <w:p>
      <w:pPr>
        <w:jc w:val="right"/>
      </w:pPr>
      <w:r>
        <w:t>تخلیقی شخصیت کی تعمیر۔</w:t>
      </w:r>
    </w:p>
    <w:p>
      <w:r>
        <w:rPr>
          <w:b/>
        </w:rPr>
        <w:t xml:space="preserve">[01:00] </w:t>
      </w:r>
      <w:r>
        <w:t>Creative thinking or creative personality ka matlab kya hai? Woh hai thinking in a different way.</w:t>
      </w:r>
    </w:p>
    <w:p>
      <w:pPr>
        <w:jc w:val="right"/>
      </w:pPr>
      <w:r>
        <w:t>کریٹیو تھنکنگ یا کریٹیو پرسنیلٹی کا مطلب کیا ہے؟ وہ ہے تھنکنگ ان ا ڈفرنٹ وے۔</w:t>
      </w:r>
    </w:p>
    <w:p>
      <w:r>
        <w:rPr>
          <w:b/>
        </w:rPr>
        <w:t xml:space="preserve">[01:09] </w:t>
      </w:r>
      <w:r>
        <w:t>alag dhang se sochna.</w:t>
      </w:r>
    </w:p>
    <w:p>
      <w:pPr>
        <w:jc w:val="right"/>
      </w:pPr>
      <w:r>
        <w:t>الگ ڈھنگ سے سوچنا۔</w:t>
      </w:r>
    </w:p>
    <w:p>
      <w:r>
        <w:rPr>
          <w:b/>
        </w:rPr>
        <w:t xml:space="preserve">[01:17] </w:t>
      </w:r>
      <w:r>
        <w:t>zindagi mein bar bar naye challenge aate hain, nayi situation create hoti hai, naye problem aate hain. zindagi ka safar kabhi bhi smooth safar nahi hua karta. is liye bar bar zarurat hoti hai ke phir se soch aa jaye, naye dhang se ghor kiya jai</w:t>
      </w:r>
    </w:p>
    <w:p>
      <w:pPr>
        <w:jc w:val="right"/>
      </w:pPr>
      <w:r>
        <w:t>زندگی میں بار بار نئے چیلنج آتے ہیں، نئی سچویشن کریٹ ہوتی ہے، نئے پرابلم آتے ہیں۔ زندگی کا سفر کبھی بھی اسموتھ سفر نہیں ہوا کرتا۔ اس لیے بار بار ضرورت ہوتی ہے کہ پھر سے سوچ آ جائے، نئے ڈھنگ سے غور کیا جائ</w:t>
      </w:r>
    </w:p>
    <w:p>
      <w:r>
        <w:rPr>
          <w:b/>
        </w:rPr>
        <w:t xml:space="preserve">[01:47] </w:t>
      </w:r>
      <w:r>
        <w:t>e.</w:t>
      </w:r>
    </w:p>
    <w:p>
      <w:pPr>
        <w:jc w:val="right"/>
      </w:pPr>
      <w:r>
        <w:t>ے۔</w:t>
      </w:r>
    </w:p>
    <w:p>
      <w:r>
        <w:rPr>
          <w:b/>
        </w:rPr>
        <w:t xml:space="preserve">[01:52] </w:t>
      </w:r>
      <w:r>
        <w:t>isi ko kehte hain creative thinking.</w:t>
      </w:r>
    </w:p>
    <w:p>
      <w:pPr>
        <w:jc w:val="right"/>
      </w:pPr>
      <w:r>
        <w:t>اسی کو کہتے ہیں کریٹیو تھنکنگ۔</w:t>
      </w:r>
    </w:p>
    <w:p>
      <w:r>
        <w:rPr>
          <w:b/>
        </w:rPr>
        <w:t xml:space="preserve">[01:57] </w:t>
      </w:r>
      <w:r>
        <w:t>jin logon ke andar creative thinking hoti hai, wahi bari taraqqi hasil karte kar sakte hain.</w:t>
      </w:r>
    </w:p>
    <w:p>
      <w:pPr>
        <w:jc w:val="right"/>
      </w:pPr>
      <w:r>
        <w:t>جن لوگوں کے اندر کریٹیو تھنکنگ ہوتی ہے، وہی بڑی ترقی حاصل کرتے کر سکتے ہیں۔</w:t>
      </w:r>
    </w:p>
    <w:p>
      <w:r>
        <w:rPr>
          <w:b/>
        </w:rPr>
        <w:t xml:space="preserve">[02:02] </w:t>
      </w:r>
      <w:r>
        <w:t>jo sirf routine ki soch jante hon, wo zyada bari taraqqi nahi karte.</w:t>
      </w:r>
    </w:p>
    <w:p>
      <w:pPr>
        <w:jc w:val="right"/>
      </w:pPr>
      <w:r>
        <w:t>جو صرف روٹین کی سوچ جانتے ہوں، وہ زیادہ بڑی ترقی نہیں کرتے۔</w:t>
      </w:r>
    </w:p>
    <w:p>
      <w:r>
        <w:rPr>
          <w:b/>
        </w:rPr>
        <w:t xml:space="preserve">[02:07] </w:t>
      </w:r>
      <w:r>
        <w:t>main chand ek misaal doonga.</w:t>
      </w:r>
    </w:p>
    <w:p>
      <w:pPr>
        <w:jc w:val="right"/>
      </w:pPr>
      <w:r>
        <w:t>میں چند ایک مثال دوں گا۔</w:t>
      </w:r>
    </w:p>
    <w:p>
      <w:r>
        <w:rPr>
          <w:b/>
        </w:rPr>
        <w:t xml:space="preserve">[02:12] </w:t>
      </w:r>
      <w:r>
        <w:t>dekhiye, creative thinking ki zaroorat secular field mein bhi hoti hai</w:t>
      </w:r>
    </w:p>
    <w:p>
      <w:pPr>
        <w:jc w:val="right"/>
      </w:pPr>
      <w:r>
        <w:t>دیکھیے، کریٹیو تھنکنگ کی ضرورت سیکولر فیلڈ میں بھی ہوتی ہے</w:t>
      </w:r>
    </w:p>
    <w:p>
      <w:r>
        <w:rPr>
          <w:b/>
        </w:rPr>
        <w:t xml:space="preserve">[02:17] </w:t>
      </w:r>
      <w:r>
        <w:t>aur religious field mein bhi.</w:t>
      </w:r>
    </w:p>
    <w:p>
      <w:pPr>
        <w:jc w:val="right"/>
      </w:pPr>
      <w:r>
        <w:t>اور رجس فیلڈ میں بھی۔</w:t>
      </w:r>
    </w:p>
    <w:p>
      <w:r>
        <w:rPr>
          <w:b/>
        </w:rPr>
        <w:t xml:space="preserve">[02:25] </w:t>
      </w:r>
      <w:r>
        <w:t>kuch misaal se main isko wazeh karunga.</w:t>
      </w:r>
    </w:p>
    <w:p>
      <w:pPr>
        <w:jc w:val="right"/>
      </w:pPr>
      <w:r>
        <w:t>کچھ مثال سے میں اس کو واضح کروں گا۔</w:t>
      </w:r>
    </w:p>
    <w:p>
      <w:r>
        <w:rPr>
          <w:b/>
        </w:rPr>
        <w:t xml:space="preserve">[02:33] </w:t>
      </w:r>
      <w:r>
        <w:t>ek bahut hi well known misaal hai qaumi aitbar se Japan ki.</w:t>
      </w:r>
    </w:p>
    <w:p>
      <w:pPr>
        <w:jc w:val="right"/>
      </w:pPr>
      <w:r>
        <w:t>ایک بہت ہی ویل نون مثال ہے قومی اعتبار سے جاپان کی۔</w:t>
      </w:r>
    </w:p>
    <w:p>
      <w:r>
        <w:rPr>
          <w:b/>
        </w:rPr>
        <w:t xml:space="preserve">[02:41] </w:t>
      </w:r>
      <w:r>
        <w:t>Japan jo hai, second world war se pehle ek ladaka qaum samjha jata tha.</w:t>
      </w:r>
    </w:p>
    <w:p>
      <w:pPr>
        <w:jc w:val="right"/>
      </w:pPr>
      <w:r>
        <w:t>جاپان جو ہے، سیکنڈ ورلڈ وار سے پہلے ایک لڑاکا قوم سمجھا جاتا تھا۔</w:t>
      </w:r>
    </w:p>
    <w:p>
      <w:r>
        <w:rPr>
          <w:b/>
        </w:rPr>
        <w:t xml:space="preserve">[02:49] </w:t>
      </w:r>
      <w:r>
        <w:t>jangju qaum the wo log.</w:t>
      </w:r>
    </w:p>
    <w:p>
      <w:pPr>
        <w:jc w:val="right"/>
      </w:pPr>
      <w:r>
        <w:t>جنگجو قوم تھے وہ لوگ۔</w:t>
      </w:r>
    </w:p>
    <w:p>
      <w:r>
        <w:rPr>
          <w:b/>
        </w:rPr>
        <w:t xml:space="preserve">[02:55] </w:t>
      </w:r>
      <w:r>
        <w:t>aur second world war mein unhon ne bahut kuch tabahi machai.</w:t>
      </w:r>
    </w:p>
    <w:p>
      <w:pPr>
        <w:jc w:val="right"/>
      </w:pPr>
      <w:r>
        <w:t>اور سیکنڈ ورلڈ وار میں انہوں نے بہت کچھ تباہی مچائی۔</w:t>
      </w:r>
    </w:p>
    <w:p>
      <w:r>
        <w:rPr>
          <w:b/>
        </w:rPr>
        <w:t xml:space="preserve">[03:01] </w:t>
      </w:r>
      <w:r>
        <w:t>lekin kya hua? wo unko defeat hui.</w:t>
      </w:r>
    </w:p>
    <w:p>
      <w:pPr>
        <w:jc w:val="right"/>
      </w:pPr>
      <w:r>
        <w:t>لیکن کیا ہوا؟ وہ ان کو ڈیفیٹ ہوئی۔</w:t>
      </w:r>
    </w:p>
    <w:p>
      <w:r>
        <w:rPr>
          <w:b/>
        </w:rPr>
        <w:t xml:space="preserve">[03:07] </w:t>
      </w:r>
      <w:r>
        <w:t>second world war mein do group the: axis powers aur allied powers.</w:t>
      </w:r>
    </w:p>
    <w:p>
      <w:pPr>
        <w:jc w:val="right"/>
      </w:pPr>
      <w:r>
        <w:t>سیکنڈ ورلڈ وار میں دو گروپ تھے: ایکسز پاورز اور الائیڈ پاورز۔</w:t>
      </w:r>
    </w:p>
    <w:p>
      <w:r>
        <w:rPr>
          <w:b/>
        </w:rPr>
        <w:t xml:space="preserve">[03:13] </w:t>
      </w:r>
      <w:r>
        <w:t>to unka taalluq axis powers se tha. unko</w:t>
      </w:r>
    </w:p>
    <w:p>
      <w:pPr>
        <w:jc w:val="right"/>
      </w:pPr>
      <w:r>
        <w:t>تو ان کا تعلق ایکسز پاورز سے تھا۔ ان کو</w:t>
      </w:r>
    </w:p>
    <w:p>
      <w:r>
        <w:rPr>
          <w:b/>
        </w:rPr>
        <w:t xml:space="preserve">[03:19] </w:t>
      </w:r>
      <w:r>
        <w:t>jis ki lead, jis ki leader tha Germany, teen logon ko haar hui.</w:t>
      </w:r>
    </w:p>
    <w:p>
      <w:pPr>
        <w:jc w:val="right"/>
      </w:pPr>
      <w:r>
        <w:t>جس کی لیڈ، جس کی لیڈر تھا جرمنی، تین لوگوں کو ہار ہوئی۔</w:t>
      </w:r>
    </w:p>
    <w:p>
      <w:r>
        <w:rPr>
          <w:b/>
        </w:rPr>
        <w:t xml:space="preserve">[03:25] </w:t>
      </w:r>
      <w:r>
        <w:t>haarne ke baad Japan ne saare mamle ko phir se reassess kiya.</w:t>
      </w:r>
    </w:p>
    <w:p>
      <w:pPr>
        <w:jc w:val="right"/>
      </w:pPr>
      <w:r>
        <w:t>ہارنے کے بعد جاپان نے سارے معاملے کو پھر سے ری ایسس کیا۔</w:t>
      </w:r>
    </w:p>
    <w:p>
      <w:r>
        <w:rPr>
          <w:b/>
        </w:rPr>
        <w:t xml:space="preserve">[03:31] </w:t>
      </w:r>
      <w:r>
        <w:t>achanak unhon ne you turn le liya.</w:t>
      </w:r>
    </w:p>
    <w:p>
      <w:pPr>
        <w:jc w:val="right"/>
      </w:pPr>
      <w:r>
        <w:t>اچانک انہوں نے یو ٹرن لے لیا۔</w:t>
      </w:r>
    </w:p>
    <w:p>
      <w:r>
        <w:rPr>
          <w:b/>
        </w:rPr>
        <w:t xml:space="preserve">[03:38] </w:t>
      </w:r>
      <w:r>
        <w:t>yani ek qaum jo laraka qaum thi, woh bilkul peaceful qaum ban gayi.</w:t>
      </w:r>
    </w:p>
    <w:p>
      <w:pPr>
        <w:jc w:val="right"/>
      </w:pPr>
      <w:r>
        <w:t>یعنی ایک قوم جو لڑاکا قوم تھی، وہ بالکل پیس فل قوم بن گئی۔</w:t>
      </w:r>
    </w:p>
    <w:p>
      <w:r>
        <w:rPr>
          <w:b/>
        </w:rPr>
        <w:t xml:space="preserve">[03:44] </w:t>
      </w:r>
      <w:r>
        <w:t>ab unhon ne sari jangjoo'i ko chhod kar</w:t>
      </w:r>
    </w:p>
    <w:p>
      <w:pPr>
        <w:jc w:val="right"/>
      </w:pPr>
      <w:r>
        <w:t>اب انہوں نے ساری جنگجوئی کو چھوڑ کر</w:t>
      </w:r>
    </w:p>
    <w:p>
      <w:r>
        <w:rPr>
          <w:b/>
        </w:rPr>
        <w:t xml:space="preserve">[03:50] </w:t>
      </w:r>
      <w:r>
        <w:t>apni energy education mein, industry mein, business mein laga di.</w:t>
      </w:r>
    </w:p>
    <w:p>
      <w:pPr>
        <w:jc w:val="right"/>
      </w:pPr>
      <w:r>
        <w:t>اپنی انرجی ایجوکیشن میں، انڈسٹری میں، بزنس میں لگا دی۔</w:t>
      </w:r>
    </w:p>
    <w:p>
      <w:r>
        <w:rPr>
          <w:b/>
        </w:rPr>
        <w:t xml:space="preserve">[03:58] </w:t>
      </w:r>
      <w:r>
        <w:t>aur aap jante hain ke sirf 30 saal ke andar yeh hua ke Japan ne ek nayi history banayi.</w:t>
      </w:r>
    </w:p>
    <w:p>
      <w:pPr>
        <w:jc w:val="right"/>
      </w:pPr>
      <w:r>
        <w:t>اور آپ جانتے ہیں کہ صرف 30 سال کے اندر یہ ہوا کہ جاپان نے ایک نئی ہسٹری بنائی۔</w:t>
      </w:r>
    </w:p>
    <w:p>
      <w:r>
        <w:rPr>
          <w:b/>
        </w:rPr>
        <w:t xml:space="preserve">[04:06] </w:t>
      </w:r>
      <w:r>
        <w:t>yani woh economic superpower ban gaya.</w:t>
      </w:r>
    </w:p>
    <w:p>
      <w:pPr>
        <w:jc w:val="right"/>
      </w:pPr>
      <w:r>
        <w:t>یعنی وہ ایکانومک سپر پاور بن گیا۔</w:t>
      </w:r>
    </w:p>
    <w:p>
      <w:r>
        <w:rPr>
          <w:b/>
        </w:rPr>
        <w:t xml:space="preserve">[04:14] </w:t>
      </w:r>
      <w:r>
        <w:t>yeh tha creative thinking ka miracle.</w:t>
      </w:r>
    </w:p>
    <w:p>
      <w:pPr>
        <w:jc w:val="right"/>
      </w:pPr>
      <w:r>
        <w:t>یہ تھا کریٹیو تھنکنگ کا میریکل۔</w:t>
      </w:r>
    </w:p>
    <w:p>
      <w:r>
        <w:rPr>
          <w:b/>
        </w:rPr>
        <w:t xml:space="preserve">[04:22] </w:t>
      </w:r>
      <w:r>
        <w:t>agar Japan isi pichhli soch mein rehta, phir ladta phirta rehta, to aaj tak bhi is ko taraqqi na hoti.</w:t>
      </w:r>
    </w:p>
    <w:p>
      <w:pPr>
        <w:jc w:val="right"/>
      </w:pPr>
      <w:r>
        <w:t>اگر جاپان اسی پچھلی سوچ میں رہتا، پھر لڑتا پھرتا رہتا، تو آج تک بھی اس کو ترقی نہ ہوتی۔</w:t>
      </w:r>
    </w:p>
    <w:p>
      <w:r>
        <w:rPr>
          <w:b/>
        </w:rPr>
        <w:t xml:space="preserve">[04:27] </w:t>
      </w:r>
      <w:r>
        <w:t>ab main ek chhoti si misaal deta hoon.</w:t>
      </w:r>
    </w:p>
    <w:p>
      <w:pPr>
        <w:jc w:val="right"/>
      </w:pPr>
      <w:r>
        <w:t>اب میں ایک چھوٹی سی مثال دیتا ہوں۔</w:t>
      </w:r>
    </w:p>
    <w:p>
      <w:r>
        <w:rPr>
          <w:b/>
        </w:rPr>
        <w:t xml:space="preserve">[04:32] </w:t>
      </w:r>
      <w:r>
        <w:t>dekhiye, yeh jo hai, yeh ek chhoti si misaal hai creative thinking ki.</w:t>
      </w:r>
    </w:p>
    <w:p>
      <w:pPr>
        <w:jc w:val="right"/>
      </w:pPr>
      <w:r>
        <w:t>دیکھیے، یہ جو ہے، یہ ایک چھوٹی سی مثال ہے کریٹیو تھنکنگ کی۔</w:t>
      </w:r>
    </w:p>
    <w:p>
      <w:r>
        <w:rPr>
          <w:b/>
        </w:rPr>
        <w:t xml:space="preserve">[04:37] </w:t>
      </w:r>
      <w:r>
        <w:t>yeh Turkey ka hai.</w:t>
      </w:r>
    </w:p>
    <w:p>
      <w:pPr>
        <w:jc w:val="right"/>
      </w:pPr>
      <w:r>
        <w:t>یہ ترکی کا ہے۔</w:t>
      </w:r>
    </w:p>
    <w:p>
      <w:r>
        <w:rPr>
          <w:b/>
        </w:rPr>
        <w:t xml:space="preserve">[04:42] </w:t>
      </w:r>
      <w:r>
        <w:t>Doctor Suhan Hussain sahib Turkey gaye.</w:t>
      </w:r>
    </w:p>
    <w:p>
      <w:pPr>
        <w:jc w:val="right"/>
      </w:pPr>
      <w:r>
        <w:t>ڈاکٹر سہان حسین صاحب ترکی گئے۔</w:t>
      </w:r>
    </w:p>
    <w:p>
      <w:r>
        <w:rPr>
          <w:b/>
        </w:rPr>
        <w:t xml:space="preserve">[04:47] </w:t>
      </w:r>
      <w:r>
        <w:t>wahan unhon ne contact</w:t>
      </w:r>
    </w:p>
    <w:p>
      <w:pPr>
        <w:jc w:val="right"/>
      </w:pPr>
      <w:r>
        <w:t>وہاں انہوں نے کنٹیکٹ</w:t>
      </w:r>
    </w:p>
    <w:p>
      <w:r>
        <w:rPr>
          <w:b/>
        </w:rPr>
        <w:t xml:space="preserve">[04:52] </w:t>
      </w:r>
      <w:r>
        <w:t>kya kuch logon se.</w:t>
      </w:r>
    </w:p>
    <w:p>
      <w:pPr>
        <w:jc w:val="right"/>
      </w:pPr>
      <w:r>
        <w:t>کیا کچھ لوگوں سے۔</w:t>
      </w:r>
    </w:p>
    <w:p>
      <w:r>
        <w:rPr>
          <w:b/>
        </w:rPr>
        <w:t xml:space="preserve">[04:56] </w:t>
      </w:r>
      <w:r>
        <w:t>aur maloom hua ke wahan bohat achhi technology hai, bohat achha infrastructure hai.</w:t>
      </w:r>
    </w:p>
    <w:p>
      <w:pPr>
        <w:jc w:val="right"/>
      </w:pPr>
      <w:r>
        <w:t>اور معلوم ہوا کہ وہاں بہت اچھی ٹیکنالوجی ہے، بہت اچھا انفراسٹرکچر ہے۔</w:t>
      </w:r>
    </w:p>
    <w:p>
      <w:r>
        <w:rPr>
          <w:b/>
        </w:rPr>
        <w:t xml:space="preserve">[05:00] </w:t>
      </w:r>
      <w:r>
        <w:t>to printing technology bhi bohat developed hai wahan ki.</w:t>
      </w:r>
    </w:p>
    <w:p>
      <w:pPr>
        <w:jc w:val="right"/>
      </w:pPr>
      <w:r>
        <w:t>تو پرنٹنگ ٹیکنالوجی بھی بہت ڈویلپڈ ہے وہاں کی۔</w:t>
      </w:r>
    </w:p>
    <w:p>
      <w:r>
        <w:rPr>
          <w:b/>
        </w:rPr>
        <w:t xml:space="preserve">[05:05] </w:t>
      </w:r>
      <w:r>
        <w:t>to yeh unhon ne wahan se Quran chhapwaya.</w:t>
      </w:r>
    </w:p>
    <w:p>
      <w:pPr>
        <w:jc w:val="right"/>
      </w:pPr>
      <w:r>
        <w:t>تو یہ انہوں نے وہاں سے قرآن چھپوایا۔</w:t>
      </w:r>
    </w:p>
    <w:p>
      <w:r>
        <w:rPr>
          <w:b/>
        </w:rPr>
        <w:t xml:space="preserve">[05:09] </w:t>
      </w:r>
      <w:r>
        <w:t>Quran ka tarjuma.</w:t>
      </w:r>
    </w:p>
    <w:p>
      <w:pPr>
        <w:jc w:val="right"/>
      </w:pPr>
      <w:r>
        <w:t>قرآن کا ترجمہ۔</w:t>
      </w:r>
    </w:p>
    <w:p>
      <w:r>
        <w:rPr>
          <w:b/>
        </w:rPr>
        <w:t xml:space="preserve">[05:13] </w:t>
      </w:r>
      <w:r>
        <w:t>aur wahan par bohat hi zabardast qism ki tourism industry hai.</w:t>
      </w:r>
    </w:p>
    <w:p>
      <w:pPr>
        <w:jc w:val="right"/>
      </w:pPr>
      <w:r>
        <w:t>اور وہاں پر بہت ہی زبردست قسم کی ٹورزم انڈسٹری ہے۔</w:t>
      </w:r>
    </w:p>
    <w:p>
      <w:r>
        <w:rPr>
          <w:b/>
        </w:rPr>
        <w:t xml:space="preserve">[05:18] </w:t>
      </w:r>
      <w:r>
        <w:t>kyun ke bohat zyada wahan par buildingen hain, historical monument hain.</w:t>
      </w:r>
    </w:p>
    <w:p>
      <w:pPr>
        <w:jc w:val="right"/>
      </w:pPr>
      <w:r>
        <w:t>کیونکہ بہت زیادہ وہاں پر بلڈنگیں ہیں، ہسٹوریکل مونومنٹ ہیں۔</w:t>
      </w:r>
    </w:p>
    <w:p>
      <w:r>
        <w:rPr>
          <w:b/>
        </w:rPr>
        <w:t xml:space="preserve">[05:22] </w:t>
      </w:r>
      <w:r>
        <w:t>to daily lakhon log aate hain wahan par Europe ke.</w:t>
      </w:r>
    </w:p>
    <w:p>
      <w:pPr>
        <w:jc w:val="right"/>
      </w:pPr>
      <w:r>
        <w:t>تو ڈیلی لاکھوں لوگ آتے ہیں وہاں پر یورپ کے۔</w:t>
      </w:r>
    </w:p>
    <w:p>
      <w:r>
        <w:rPr>
          <w:b/>
        </w:rPr>
        <w:t xml:space="preserve">[05:27] </w:t>
      </w:r>
      <w:r>
        <w:t>to wahan par ek masjid ke, ek tareekhi masjid hai.</w:t>
      </w:r>
    </w:p>
    <w:p>
      <w:pPr>
        <w:jc w:val="right"/>
      </w:pPr>
      <w:r>
        <w:t>تو وہاں پر ایک مسجد کے، ایک تاریخی مسجد ہے۔</w:t>
      </w:r>
    </w:p>
    <w:p>
      <w:r>
        <w:rPr>
          <w:b/>
        </w:rPr>
        <w:t xml:space="preserve">[05:32] </w:t>
      </w:r>
      <w:r>
        <w:t>is ke imam ko unhon ne tayyar kiya.</w:t>
      </w:r>
    </w:p>
    <w:p>
      <w:pPr>
        <w:jc w:val="right"/>
      </w:pPr>
      <w:r>
        <w:t>اس کے امام کو انہوں نے تیار کیا۔</w:t>
      </w:r>
    </w:p>
    <w:p>
      <w:r>
        <w:rPr>
          <w:b/>
        </w:rPr>
        <w:t xml:space="preserve">[05:37] </w:t>
      </w:r>
      <w:r>
        <w:t>aur unhon ne kaha ke hum apne haan jo tourist aate hain, un ko yeh denge. Free mein.</w:t>
      </w:r>
    </w:p>
    <w:p>
      <w:pPr>
        <w:jc w:val="right"/>
      </w:pPr>
      <w:r>
        <w:t>اور انہوں نے کہا کہ ہم اپنے ہاں جو ٹورسٹ آتے ہیں، ان کو یہ دیں گے۔ فری میں۔</w:t>
      </w:r>
    </w:p>
    <w:p>
      <w:r>
        <w:rPr>
          <w:b/>
        </w:rPr>
        <w:t xml:space="preserve">[05:42] </w:t>
      </w:r>
      <w:r>
        <w:t>to Doctor Science sahib ne to sirf un ko yeh diya tha, Quran diya tha.</w:t>
      </w:r>
    </w:p>
    <w:p>
      <w:pPr>
        <w:jc w:val="right"/>
      </w:pPr>
      <w:r>
        <w:t>تو ڈاکٹر سائنس صاحب نے تو صرف ان کو یہ دیا تھا، قرآن دیا تھا۔</w:t>
      </w:r>
    </w:p>
    <w:p>
      <w:r>
        <w:rPr>
          <w:b/>
        </w:rPr>
        <w:t xml:space="preserve">[05:47] </w:t>
      </w:r>
      <w:r>
        <w:t>unhon ne kya kiya? imam sahib ne apni taraf se yeh yeh banaya</w:t>
      </w:r>
    </w:p>
    <w:p>
      <w:pPr>
        <w:jc w:val="right"/>
      </w:pPr>
      <w:r>
        <w:t>انہوں نے کیا کیا؟ امام صاحب نے اپنی طرف سے یہ یہ بنایا</w:t>
      </w:r>
    </w:p>
    <w:p>
      <w:r>
        <w:rPr>
          <w:b/>
        </w:rPr>
        <w:t xml:space="preserve">[05:52] </w:t>
      </w:r>
      <w:r>
        <w:t>.</w:t>
      </w:r>
    </w:p>
    <w:p>
      <w:pPr>
        <w:jc w:val="right"/>
      </w:pPr>
      <w:r>
        <w:t>۔</w:t>
      </w:r>
    </w:p>
    <w:p>
      <w:r>
        <w:rPr>
          <w:b/>
        </w:rPr>
        <w:t xml:space="preserve">[05:56] </w:t>
      </w:r>
      <w:r>
        <w:t>aur is mein is ko rakh kar ke ek jagah unhon ne likh diya ke tourist ke liye free gift.</w:t>
      </w:r>
    </w:p>
    <w:p>
      <w:pPr>
        <w:jc w:val="right"/>
      </w:pPr>
      <w:r>
        <w:t>اور اس میں اس کو رکھ کر کے ایک جگہ انہوں نے لکھ دیا کہ ٹورسٹ کے لیے فری گفٹ۔</w:t>
      </w:r>
    </w:p>
    <w:p>
      <w:r>
        <w:rPr>
          <w:b/>
        </w:rPr>
        <w:t xml:space="preserve">[06:01] </w:t>
      </w:r>
      <w:r>
        <w:t>to ab jo aata hai tourist, wo is ko bare shauq se leta hai.</w:t>
      </w:r>
    </w:p>
    <w:p>
      <w:pPr>
        <w:jc w:val="right"/>
      </w:pPr>
      <w:r>
        <w:t>تو اب جو آتا ہے ٹورسٹ، وہ اس کو بڑے شوق سے لیتا ہے۔</w:t>
      </w:r>
    </w:p>
    <w:p>
      <w:r>
        <w:rPr>
          <w:b/>
        </w:rPr>
        <w:t xml:space="preserve">[06:05] </w:t>
      </w:r>
      <w:r>
        <w:t>kyunke pehle yeh un ke zehen mein sirf quran tha.</w:t>
      </w:r>
    </w:p>
    <w:p>
      <w:pPr>
        <w:jc w:val="right"/>
      </w:pPr>
      <w:r>
        <w:t>کیونکہ پہلے یہ ان کے ذہن میں صرف قرآن تھا۔</w:t>
      </w:r>
    </w:p>
    <w:p>
      <w:r>
        <w:rPr>
          <w:b/>
        </w:rPr>
        <w:t xml:space="preserve">[06:09] </w:t>
      </w:r>
      <w:r>
        <w:t>ab yeh tourist gift ban gaya.</w:t>
      </w:r>
    </w:p>
    <w:p>
      <w:pPr>
        <w:jc w:val="right"/>
      </w:pPr>
      <w:r>
        <w:t>اب یہ ٹورسٹ گفٹ بن گیا۔</w:t>
      </w:r>
    </w:p>
    <w:p>
      <w:r>
        <w:rPr>
          <w:b/>
        </w:rPr>
        <w:t xml:space="preserve">[06:14] </w:t>
      </w:r>
      <w:r>
        <w:t>tourist log is tarah ki cheezon ko bohat pasand karte hain.</w:t>
      </w:r>
    </w:p>
    <w:p>
      <w:pPr>
        <w:jc w:val="right"/>
      </w:pPr>
      <w:r>
        <w:t>ٹورسٹ لوگ اس طرح کی چیزوں کو بہت پسند کرتے ہیں۔</w:t>
      </w:r>
    </w:p>
    <w:p>
      <w:r>
        <w:rPr>
          <w:b/>
        </w:rPr>
        <w:t xml:space="preserve">[06:18] </w:t>
      </w:r>
      <w:r>
        <w:t>to yeh thi</w:t>
      </w:r>
    </w:p>
    <w:p>
      <w:pPr>
        <w:jc w:val="right"/>
      </w:pPr>
      <w:r>
        <w:t>تو یہ تھی</w:t>
      </w:r>
    </w:p>
    <w:p>
      <w:r>
        <w:rPr>
          <w:b/>
        </w:rPr>
        <w:t xml:space="preserve">[06:22] </w:t>
      </w:r>
      <w:r>
        <w:t>creativity.</w:t>
      </w:r>
    </w:p>
    <w:p>
      <w:pPr>
        <w:jc w:val="right"/>
      </w:pPr>
      <w:r>
        <w:t>کریٹیوٹی۔</w:t>
      </w:r>
    </w:p>
    <w:p>
      <w:r>
        <w:rPr>
          <w:b/>
        </w:rPr>
        <w:t xml:space="preserve">[06:26] </w:t>
      </w:r>
      <w:r>
        <w:t>ke jo cheez pehle quran thi un ki nazar mein, ab wo un ki nazar mein ban gayi tourist gift.</w:t>
      </w:r>
    </w:p>
    <w:p>
      <w:pPr>
        <w:jc w:val="right"/>
      </w:pPr>
      <w:r>
        <w:t>کہ جو چیز پہلے قرآن تھی ان کی نظر میں، اب وہ ان کی نظر میں بن گئی ٹورسٹ گفٹ۔</w:t>
      </w:r>
    </w:p>
    <w:p>
      <w:r>
        <w:rPr>
          <w:b/>
        </w:rPr>
        <w:t xml:space="preserve">[06:31] </w:t>
      </w:r>
      <w:r>
        <w:t>to bare shauq se lete hain aur le kar jaate hain.</w:t>
      </w:r>
    </w:p>
    <w:p>
      <w:pPr>
        <w:jc w:val="right"/>
      </w:pPr>
      <w:r>
        <w:t>تو بڑے شوق سے لیتے ہیں اور لے کر جاتے ہیں۔</w:t>
      </w:r>
    </w:p>
    <w:p>
      <w:r>
        <w:rPr>
          <w:b/>
        </w:rPr>
        <w:t xml:space="preserve">[06:35] </w:t>
      </w:r>
      <w:r>
        <w:t>aise hi hath mein le kar ke.</w:t>
      </w:r>
    </w:p>
    <w:p>
      <w:pPr>
        <w:jc w:val="right"/>
      </w:pPr>
      <w:r>
        <w:t>ایسے ہی ہاتھ میں لے کر کے۔</w:t>
      </w:r>
    </w:p>
    <w:p>
      <w:r>
        <w:rPr>
          <w:b/>
        </w:rPr>
        <w:t xml:space="preserve">[06:39] </w:t>
      </w:r>
      <w:r>
        <w:t>yeh ek choti si misaal hai creativity ki.</w:t>
      </w:r>
    </w:p>
    <w:p>
      <w:pPr>
        <w:jc w:val="right"/>
      </w:pPr>
      <w:r>
        <w:t>یہ ایک چھوٹی سی مثال ہے کریٹیوٹی کی۔</w:t>
      </w:r>
    </w:p>
    <w:p>
      <w:r>
        <w:rPr>
          <w:b/>
        </w:rPr>
        <w:t xml:space="preserve">[06:44] </w:t>
      </w:r>
      <w:r>
        <w:t>to dekhiye, zindagi mein bohat zaroori hai ke aap ke andar yeh salahiyat ho phir se sochne ki.</w:t>
      </w:r>
    </w:p>
    <w:p>
      <w:pPr>
        <w:jc w:val="right"/>
      </w:pPr>
      <w:r>
        <w:t>تو دیکھیے، زندگی میں بہت ضروری ہے کہ آپ کے اندر یہ صلاحیت ہو پھر سے سوچنے کی۔</w:t>
      </w:r>
    </w:p>
    <w:p>
      <w:r>
        <w:rPr>
          <w:b/>
        </w:rPr>
        <w:t xml:space="preserve">[06:48] </w:t>
      </w:r>
      <w:r>
        <w:t>alag dhang se sochne ki. d</w:t>
      </w:r>
    </w:p>
    <w:p>
      <w:pPr>
        <w:jc w:val="right"/>
      </w:pPr>
      <w:r>
        <w:t>الگ ڈھنگ سے سوچنے کی۔ ڈ</w:t>
      </w:r>
    </w:p>
    <w:p>
      <w:r>
        <w:rPr>
          <w:b/>
        </w:rPr>
        <w:t xml:space="preserve">[06:52] </w:t>
      </w:r>
      <w:r>
        <w:t>different way mein sochne ki.</w:t>
      </w:r>
    </w:p>
    <w:p>
      <w:pPr>
        <w:jc w:val="right"/>
      </w:pPr>
      <w:r>
        <w:t>فرنٹ وے میں سوچنے کی۔</w:t>
      </w:r>
    </w:p>
    <w:p>
      <w:r>
        <w:rPr>
          <w:b/>
        </w:rPr>
        <w:t xml:space="preserve">[06:57] </w:t>
      </w:r>
      <w:r>
        <w:t>nahi to aap phans kar reh jayenge.</w:t>
      </w:r>
    </w:p>
    <w:p>
      <w:pPr>
        <w:jc w:val="right"/>
      </w:pPr>
      <w:r>
        <w:t>نہیں تو آپ پھنس کر رہ جائیں گے۔</w:t>
      </w:r>
    </w:p>
    <w:p>
      <w:r>
        <w:rPr>
          <w:b/>
        </w:rPr>
        <w:t xml:space="preserve">[07:01] </w:t>
      </w:r>
      <w:r>
        <w:t>is waqt mein islam ki nisbat se kaha jata hoon yeh baat ke islam mein kitni ahmiyat is ki hai.</w:t>
      </w:r>
    </w:p>
    <w:p>
      <w:pPr>
        <w:jc w:val="right"/>
      </w:pPr>
      <w:r>
        <w:t>اس وقت میں اسلام کی نسبت سے کہا جاتا ہوں یہ بات کہ اسلام میں کتنی اہمیت اس کی ہے۔</w:t>
      </w:r>
    </w:p>
    <w:p>
      <w:r>
        <w:rPr>
          <w:b/>
        </w:rPr>
        <w:t xml:space="preserve">[07:06] </w:t>
      </w:r>
      <w:r>
        <w:t>asal mein log is ko is liye samajh nahi paate ke islam mein is ki ahmiyat ko samajhne</w:t>
      </w:r>
    </w:p>
    <w:p>
      <w:pPr>
        <w:jc w:val="right"/>
      </w:pPr>
      <w:r>
        <w:t>اصل میں لوگ اس کو اس لیے سمجھ نہیں پاتے کہ اسلام میں اس کی اہمیت کو سمجھنے</w:t>
      </w:r>
    </w:p>
    <w:p>
      <w:r>
        <w:rPr>
          <w:b/>
        </w:rPr>
        <w:t xml:space="preserve">[07:11] </w:t>
      </w:r>
      <w:r>
        <w:t>ke liye aap ko lafz badalna padega.</w:t>
      </w:r>
    </w:p>
    <w:p>
      <w:pPr>
        <w:jc w:val="right"/>
      </w:pPr>
      <w:r>
        <w:t>کے لیے آپ کو لفظ بدلنا پڑے گا۔</w:t>
      </w:r>
    </w:p>
    <w:p>
      <w:r>
        <w:rPr>
          <w:b/>
        </w:rPr>
        <w:t xml:space="preserve">[07:15] </w:t>
      </w:r>
      <w:r>
        <w:t>creative thinking ke liye islam mein kya lafz hai, yeh janna padega.</w:t>
      </w:r>
    </w:p>
    <w:p>
      <w:pPr>
        <w:jc w:val="right"/>
      </w:pPr>
      <w:r>
        <w:t>کریٹیو تھنکنگ کے لیے اسلام میں کیا لفظ ہے، یہ جاننا پڑے گا۔</w:t>
      </w:r>
    </w:p>
    <w:p>
      <w:r>
        <w:rPr>
          <w:b/>
        </w:rPr>
        <w:t xml:space="preserve">[07:20] </w:t>
      </w:r>
      <w:r>
        <w:t>wo lafz hai ijtihad.</w:t>
      </w:r>
    </w:p>
    <w:p>
      <w:pPr>
        <w:jc w:val="right"/>
      </w:pPr>
      <w:r>
        <w:t>وہ لفظ ہے اجتہاد۔</w:t>
      </w:r>
    </w:p>
    <w:p>
      <w:r>
        <w:rPr>
          <w:b/>
        </w:rPr>
        <w:t xml:space="preserve">[07:24] </w:t>
      </w:r>
      <w:r>
        <w:t>ijtihad aur creative thinking haqeeqat mein ek hi mafhoom ke do alfaaz hain.</w:t>
      </w:r>
    </w:p>
    <w:p>
      <w:pPr>
        <w:jc w:val="right"/>
      </w:pPr>
      <w:r>
        <w:t>اجتہاد اور کریٹیو تھنکنگ حقیقت میں ایک ہی مفہوم کے دو الفاظ ہیں۔</w:t>
      </w:r>
    </w:p>
    <w:p>
      <w:r>
        <w:rPr>
          <w:b/>
        </w:rPr>
        <w:t xml:space="preserve">[07:29] </w:t>
      </w:r>
      <w:r>
        <w:t>اجتہاد کا مطلب بھی یہی ہے: to think a different way.</w:t>
      </w:r>
    </w:p>
    <w:p>
      <w:pPr>
        <w:jc w:val="right"/>
      </w:pPr>
      <w:r>
        <w:t>اجتہاد کا مطلب بھی یہی ہے: ٹو تھنک ا ڈفرنٹ وے۔</w:t>
      </w:r>
    </w:p>
    <w:p>
      <w:r>
        <w:rPr>
          <w:b/>
        </w:rPr>
        <w:t xml:space="preserve">[07:35] </w:t>
      </w:r>
      <w:r>
        <w:t>yeh bhi ijtihadi ka matlab hai.</w:t>
      </w:r>
    </w:p>
    <w:p>
      <w:pPr>
        <w:jc w:val="right"/>
      </w:pPr>
      <w:r>
        <w:t>یہ بھی اجتہادی کا مطلب ہے۔</w:t>
      </w:r>
    </w:p>
    <w:p>
      <w:r>
        <w:rPr>
          <w:b/>
        </w:rPr>
        <w:t xml:space="preserve">[07:40] </w:t>
      </w:r>
      <w:r>
        <w:t>jab bhi koi situation paida ho to aap phir se sochen, phir se sochen, phir se sochen.</w:t>
      </w:r>
    </w:p>
    <w:p>
      <w:pPr>
        <w:jc w:val="right"/>
      </w:pPr>
      <w:r>
        <w:t>جب بھی کوئی سچویشن پیدا ہو تو آپ پھر سے سوچیں، پھر سے سوچیں، پھر سے سوچیں۔</w:t>
      </w:r>
    </w:p>
    <w:p>
      <w:r>
        <w:rPr>
          <w:b/>
        </w:rPr>
        <w:t xml:space="preserve">[07:45] </w:t>
      </w:r>
      <w:r>
        <w:t>aur phir aage badh jayen.</w:t>
      </w:r>
    </w:p>
    <w:p>
      <w:pPr>
        <w:jc w:val="right"/>
      </w:pPr>
      <w:r>
        <w:t>اور پھر آگے بڑھ جائیں۔</w:t>
      </w:r>
    </w:p>
    <w:p>
      <w:r>
        <w:rPr>
          <w:b/>
        </w:rPr>
        <w:t xml:space="preserve">[07:50] </w:t>
      </w:r>
      <w:r>
        <w:t>badqismati se hamara kya hua? lafz ijtihad jo hai, jo raaij hua,</w:t>
      </w:r>
    </w:p>
    <w:p>
      <w:pPr>
        <w:jc w:val="right"/>
      </w:pPr>
      <w:r>
        <w:t>بدقسمتی سے ہمارا کیا ہوا؟ لفظ اجتہاد جو ہے، جو رائج ہوا،</w:t>
      </w:r>
    </w:p>
    <w:p>
      <w:r>
        <w:rPr>
          <w:b/>
        </w:rPr>
        <w:t xml:space="preserve">[07:55] </w:t>
      </w:r>
      <w:r>
        <w:t>agarche yeh lafz pehle maujood tha, zyada rawaaj hua is ka Abbasi daur mein. yaani fiqh ke, fiqh ki tadween ke dauran. aap jante hain ke Islam mein pehle Quran ki tadween hui, phir hadith ki tadween hui, aur is ke baad Abbasi daur mein fiqh ki tadween hui. is zamane mein ijtihad ka lafz zyada</w:t>
      </w:r>
    </w:p>
    <w:p>
      <w:pPr>
        <w:jc w:val="right"/>
      </w:pPr>
      <w:r>
        <w:t>اگرچہ یہ لفظ پہلے موجود تھا، زیادہ رواج ہوا اس کا عباسی دور میں۔ یعنی فقہ کے، فقہ کی تدوین کے دوران۔ آپ جانتے ہیں کہ اسلام میں پہلے قرآن کی تدوین ہوئی، پھر حدیث کی تدوین ہوئی، اور اس کے بعد عباسی دور میں فقہ کی تدوین ہوئی۔ اس زمانے میں اجتہاد کا لفظ زیادہ</w:t>
      </w:r>
    </w:p>
    <w:p>
      <w:r>
        <w:rPr>
          <w:b/>
        </w:rPr>
        <w:t xml:space="preserve">[08:25] </w:t>
      </w:r>
      <w:r>
        <w:t>raaij hua.</w:t>
      </w:r>
    </w:p>
    <w:p>
      <w:pPr>
        <w:jc w:val="right"/>
      </w:pPr>
      <w:r>
        <w:t>رائج ہوا۔</w:t>
      </w:r>
    </w:p>
    <w:p>
      <w:r>
        <w:rPr>
          <w:b/>
        </w:rPr>
        <w:t xml:space="preserve">[08:31] </w:t>
      </w:r>
      <w:r>
        <w:t>to fiqah mein ijtihad ka lafz jo istemal kiya unhon ne, to bilkul fitri taur par ijtihad ka</w:t>
      </w:r>
    </w:p>
    <w:p>
      <w:pPr>
        <w:jc w:val="right"/>
      </w:pPr>
      <w:r>
        <w:t>تو فقہ میں اجتہاد کا لفظ جو استعمال کیا انہوں نے، تو بالکل فطری طور پر اجتہاد کا</w:t>
      </w:r>
    </w:p>
    <w:p>
      <w:r>
        <w:rPr>
          <w:b/>
        </w:rPr>
        <w:t xml:space="preserve">[08:37] </w:t>
      </w:r>
      <w:r>
        <w:t>mafhoom bohat ghat gaya.</w:t>
      </w:r>
    </w:p>
    <w:p>
      <w:pPr>
        <w:jc w:val="right"/>
      </w:pPr>
      <w:r>
        <w:t>مفہوم بہت گھٹ گیا۔</w:t>
      </w:r>
    </w:p>
    <w:p>
      <w:r>
        <w:rPr>
          <w:b/>
        </w:rPr>
        <w:t xml:space="preserve">[08:43] </w:t>
      </w:r>
      <w:r>
        <w:t>kyon? is liye ke fiqah mein nai soch ke liye unhein kam scope dikhai diya.</w:t>
      </w:r>
    </w:p>
    <w:p>
      <w:pPr>
        <w:jc w:val="right"/>
      </w:pPr>
      <w:r>
        <w:t>کیوں؟ اس لیے کہ فقہ میں نئی سوچ کے لیے انہیں کم اسکوپ دکھائی دیا۔</w:t>
      </w:r>
    </w:p>
    <w:p>
      <w:r>
        <w:rPr>
          <w:b/>
        </w:rPr>
        <w:t xml:space="preserve">[08:49] </w:t>
      </w:r>
      <w:r>
        <w:t>kyonke dekhiye, ibadat ko lijiye. ibadat</w:t>
      </w:r>
    </w:p>
    <w:p>
      <w:pPr>
        <w:jc w:val="right"/>
      </w:pPr>
      <w:r>
        <w:t>کیونکہ دیکھیے، عبادات کو لیجیے۔ عبادات</w:t>
      </w:r>
    </w:p>
    <w:p>
      <w:r>
        <w:rPr>
          <w:b/>
        </w:rPr>
        <w:t xml:space="preserve">[08:55] </w:t>
      </w:r>
      <w:r>
        <w:t>ka ek hissa woh hai jo yeh woh to fuqaha bohat se taqseem karte hain.</w:t>
      </w:r>
    </w:p>
    <w:p>
      <w:pPr>
        <w:jc w:val="right"/>
      </w:pPr>
      <w:r>
        <w:t>کا ایک حصہ وہ ہے جو یہ وہ تو فقہاء بہت سے تقسیم کرتے ہیں۔</w:t>
      </w:r>
    </w:p>
    <w:p>
      <w:r>
        <w:rPr>
          <w:b/>
        </w:rPr>
        <w:t xml:space="preserve">[09:01] </w:t>
      </w:r>
      <w:r>
        <w:t>mein sirf do taqseem karta hoon.</w:t>
      </w:r>
    </w:p>
    <w:p>
      <w:pPr>
        <w:jc w:val="right"/>
      </w:pPr>
      <w:r>
        <w:t>میں صرف دو تقسیم کرتا ہوں۔</w:t>
      </w:r>
    </w:p>
    <w:p>
      <w:r>
        <w:rPr>
          <w:b/>
        </w:rPr>
        <w:t xml:space="preserve">[09:08] </w:t>
      </w:r>
      <w:r>
        <w:t>ek basics, ek non-basics.</w:t>
      </w:r>
    </w:p>
    <w:p>
      <w:pPr>
        <w:jc w:val="right"/>
      </w:pPr>
      <w:r>
        <w:t>ایک بیسکس، ایک نان بیسکس۔</w:t>
      </w:r>
    </w:p>
    <w:p>
      <w:r>
        <w:rPr>
          <w:b/>
        </w:rPr>
        <w:t xml:space="preserve">[09:14] </w:t>
      </w:r>
      <w:r>
        <w:t>to basics kya hain? maslan, fajar ki namaz do rak'at, maghrib ki namaz teen rak'at, zuhr ki namaz char rak'at.</w:t>
      </w:r>
    </w:p>
    <w:p>
      <w:pPr>
        <w:jc w:val="right"/>
      </w:pPr>
      <w:r>
        <w:t>تو بیسکس کیا ہیں؟ مثلاً فجر کی نماز دو رکعت، مغرب کی نماز تین رکعت، ظہر کی نماز چار رکعت۔</w:t>
      </w:r>
    </w:p>
    <w:p>
      <w:r>
        <w:rPr>
          <w:b/>
        </w:rPr>
        <w:t xml:space="preserve">[09:20] </w:t>
      </w:r>
      <w:r>
        <w:t>is mein aap kya sochenge? is mein kya ijtihad karenge?</w:t>
      </w:r>
    </w:p>
    <w:p>
      <w:pPr>
        <w:jc w:val="right"/>
      </w:pPr>
      <w:r>
        <w:t>اس میں آپ کیا سوچیں گے؟ اس میں کیا اجتہاد کریں گے؟</w:t>
      </w:r>
    </w:p>
    <w:p>
      <w:r>
        <w:rPr>
          <w:b/>
        </w:rPr>
        <w:t xml:space="preserve">[09:26] </w:t>
      </w:r>
      <w:r>
        <w:t>is mein to koi ijtihad nahi kar sakte aap.</w:t>
      </w:r>
    </w:p>
    <w:p>
      <w:pPr>
        <w:jc w:val="right"/>
      </w:pPr>
      <w:r>
        <w:t>اس میں تو کوئی اجتہاد نہیں کر سکتے آپ۔</w:t>
      </w:r>
    </w:p>
    <w:p>
      <w:r>
        <w:rPr>
          <w:b/>
        </w:rPr>
        <w:t xml:space="preserve">[09:30] </w:t>
      </w:r>
      <w:r>
        <w:t>to sirf juz'i cheezon mein ijtihad raaij hua.</w:t>
      </w:r>
    </w:p>
    <w:p>
      <w:pPr>
        <w:jc w:val="right"/>
      </w:pPr>
      <w:r>
        <w:t>تو صرف جزئی چیزوں میں اجتہاد رائج ہوا۔</w:t>
      </w:r>
    </w:p>
    <w:p>
      <w:r>
        <w:rPr>
          <w:b/>
        </w:rPr>
        <w:t xml:space="preserve">[09:35] </w:t>
      </w:r>
      <w:r>
        <w:t>yani masail ke juz'iyat mein.</w:t>
      </w:r>
    </w:p>
    <w:p>
      <w:pPr>
        <w:jc w:val="right"/>
      </w:pPr>
      <w:r>
        <w:t>یعنی مسائل کے جزئیات میں۔</w:t>
      </w:r>
    </w:p>
    <w:p>
      <w:r>
        <w:rPr>
          <w:b/>
        </w:rPr>
        <w:t xml:space="preserve">[09:39] </w:t>
      </w:r>
      <w:r>
        <w:t>kulliyat masail mein ijtihad ka rawaaj nahi hua.</w:t>
      </w:r>
    </w:p>
    <w:p>
      <w:pPr>
        <w:jc w:val="right"/>
      </w:pPr>
      <w:r>
        <w:t>کلیات مسائل میں اجتہاد کا رواج نہیں ہوا۔</w:t>
      </w:r>
    </w:p>
    <w:p>
      <w:r>
        <w:rPr>
          <w:b/>
        </w:rPr>
        <w:t xml:space="preserve">[09:43] </w:t>
      </w:r>
      <w:r>
        <w:t>juz'iyat masail mein ijtihad ka rawaaj hua.</w:t>
      </w:r>
    </w:p>
    <w:p>
      <w:pPr>
        <w:jc w:val="right"/>
      </w:pPr>
      <w:r>
        <w:t>جزئیات مسائل میں اجتہاد کا رواج ہوا۔</w:t>
      </w:r>
    </w:p>
    <w:p>
      <w:r>
        <w:rPr>
          <w:b/>
        </w:rPr>
        <w:t xml:space="preserve">[09:47] </w:t>
      </w:r>
      <w:r>
        <w:t>ke falan saf ho jaye to sajda saf ki karna chahiye ya nahi karna chahiye.</w:t>
      </w:r>
    </w:p>
    <w:p>
      <w:pPr>
        <w:jc w:val="right"/>
      </w:pPr>
      <w:r>
        <w:t>کہ فلاں صف ہو جائے تو سجدہ صف کی کرنا چاہیے یا نہیں کرنا چاہیے۔</w:t>
      </w:r>
    </w:p>
    <w:p>
      <w:r>
        <w:rPr>
          <w:b/>
        </w:rPr>
        <w:t xml:space="preserve">[09:52] </w:t>
      </w:r>
      <w:r>
        <w:t>falan shakal ho jaye to hadas shumar hoga, nahi sh</w:t>
      </w:r>
    </w:p>
    <w:p>
      <w:pPr>
        <w:jc w:val="right"/>
      </w:pPr>
      <w:r>
        <w:t>فلاں شکل ہو جائے تو حدث شمار ہوگا، نہیں ش</w:t>
      </w:r>
    </w:p>
    <w:p>
      <w:r>
        <w:rPr>
          <w:b/>
        </w:rPr>
        <w:t xml:space="preserve">[09:56] </w:t>
      </w:r>
      <w:r>
        <w:t>maar hoga.</w:t>
      </w:r>
    </w:p>
    <w:p>
      <w:pPr>
        <w:jc w:val="right"/>
      </w:pPr>
      <w:r>
        <w:t>مار ہوگا۔</w:t>
      </w:r>
    </w:p>
    <w:p>
      <w:r>
        <w:rPr>
          <w:b/>
        </w:rPr>
        <w:t xml:space="preserve">[10:01] </w:t>
      </w:r>
      <w:r>
        <w:t>matlab jo juz'iyati masail the, usi mein ijtihad ka rawaaj pada.</w:t>
      </w:r>
    </w:p>
    <w:p>
      <w:pPr>
        <w:jc w:val="right"/>
      </w:pPr>
      <w:r>
        <w:t>مطلب جو جزئیاتی مسائل تھے، اسی میں اجتہاد کا رواج پڑا۔</w:t>
      </w:r>
    </w:p>
    <w:p>
      <w:r>
        <w:rPr>
          <w:b/>
        </w:rPr>
        <w:t xml:space="preserve">[10:06] </w:t>
      </w:r>
      <w:r>
        <w:t>kyonke kulliyat mein unhein nazar aaya ke wahan par ijtihad ka mauqa nahi hai.</w:t>
      </w:r>
    </w:p>
    <w:p>
      <w:pPr>
        <w:jc w:val="right"/>
      </w:pPr>
      <w:r>
        <w:t>کیونکہ کلیات میں انہیں نظر آیا کہ وہاں پر اجتہاد کا موقع نہیں ہے۔</w:t>
      </w:r>
    </w:p>
    <w:p>
      <w:r>
        <w:rPr>
          <w:b/>
        </w:rPr>
        <w:t xml:space="preserve">[10:11] </w:t>
      </w:r>
      <w:r>
        <w:t>paanch waqt ki namaz ko na teen kar sakte the, na chhe kar sakte the.</w:t>
      </w:r>
    </w:p>
    <w:p>
      <w:pPr>
        <w:jc w:val="right"/>
      </w:pPr>
      <w:r>
        <w:t>پانچ وقت کی نماز کو نہ تین کر سکتے تھے، نہ چھ کر سکتے تھے۔</w:t>
      </w:r>
    </w:p>
    <w:p>
      <w:r>
        <w:rPr>
          <w:b/>
        </w:rPr>
        <w:t xml:space="preserve">[10:16] </w:t>
      </w:r>
      <w:r>
        <w:t>mein samajhta hoon ke yeh bohat bari kami thi ke ijtihad itni bari cheez hai, bohat hi bari cheez hai.</w:t>
      </w:r>
    </w:p>
    <w:p>
      <w:pPr>
        <w:jc w:val="right"/>
      </w:pPr>
      <w:r>
        <w:t>میں سمجھتا ہوں کہ یہ بہت بڑی کمی تھی کہ اجتہاد اتنی بڑی چیز ہے، بہت ہی بڑی چیز ہے۔</w:t>
      </w:r>
    </w:p>
    <w:p>
      <w:r>
        <w:rPr>
          <w:b/>
        </w:rPr>
        <w:t xml:space="preserve">[10:21] </w:t>
      </w:r>
      <w:r>
        <w:t>yani creativity bohat hi bari cheez hai.</w:t>
      </w:r>
    </w:p>
    <w:p>
      <w:pPr>
        <w:jc w:val="right"/>
      </w:pPr>
      <w:r>
        <w:t>یعنی کریٹیوٹی بہت ہی بڑی چیز ہے۔</w:t>
      </w:r>
    </w:p>
    <w:p>
      <w:r>
        <w:rPr>
          <w:b/>
        </w:rPr>
        <w:t xml:space="preserve">[10:26] </w:t>
      </w:r>
      <w:r>
        <w:t>creativity ke baghair koi taraqqi nahin.</w:t>
      </w:r>
    </w:p>
    <w:p>
      <w:pPr>
        <w:jc w:val="right"/>
      </w:pPr>
      <w:r>
        <w:t>کریٹیوٹی کے بغیر کوئی ترقی نہیں۔</w:t>
      </w:r>
    </w:p>
    <w:p>
      <w:r>
        <w:rPr>
          <w:b/>
        </w:rPr>
        <w:t xml:space="preserve">[10:31] </w:t>
      </w:r>
      <w:r>
        <w:t>lekin hamare haan ijtihad ka lafz aaya isi ma'ni mein.</w:t>
      </w:r>
    </w:p>
    <w:p>
      <w:pPr>
        <w:jc w:val="right"/>
      </w:pPr>
      <w:r>
        <w:t>لیکن ہمارے ہاں اجتہاد کا لفظ آیا اسی معنی میں۔</w:t>
      </w:r>
    </w:p>
    <w:p>
      <w:r>
        <w:rPr>
          <w:b/>
        </w:rPr>
        <w:t xml:space="preserve">[10:37] </w:t>
      </w:r>
      <w:r>
        <w:t>to woh aaya reduced form mein.</w:t>
      </w:r>
    </w:p>
    <w:p>
      <w:pPr>
        <w:jc w:val="right"/>
      </w:pPr>
      <w:r>
        <w:t>تو وہ آیا ریڈیوسڈ فارم میں۔</w:t>
      </w:r>
    </w:p>
    <w:p>
      <w:r>
        <w:rPr>
          <w:b/>
        </w:rPr>
        <w:t xml:space="preserve">[10:42] </w:t>
      </w:r>
      <w:r>
        <w:t>natija yeh hua ke aap ke haan jo logon ko kaha jata hai mujtahid-e-mutlaq, woh kya hain?</w:t>
      </w:r>
    </w:p>
    <w:p>
      <w:pPr>
        <w:jc w:val="right"/>
      </w:pPr>
      <w:r>
        <w:t>نتیجہ یہ ہوا کہ آپ کے ہاں جو لوگوں کو کہا جاتا ہے مجتہد مطلق، وہ کیا ہیں؟</w:t>
      </w:r>
    </w:p>
    <w:p>
      <w:r>
        <w:rPr>
          <w:b/>
        </w:rPr>
        <w:t xml:space="preserve">[10:47] </w:t>
      </w:r>
      <w:r>
        <w:t>woh mujtahid-e-juzviyat hain woh.</w:t>
      </w:r>
    </w:p>
    <w:p>
      <w:pPr>
        <w:jc w:val="right"/>
      </w:pPr>
      <w:r>
        <w:t>وہ مجتہد جزئیات ہیں وہ۔</w:t>
      </w:r>
    </w:p>
    <w:p>
      <w:r>
        <w:rPr>
          <w:b/>
        </w:rPr>
        <w:t xml:space="preserve">[10:53] </w:t>
      </w:r>
      <w:r>
        <w:t>jitne fuqaha ko samjha jata hai ke woh mujtahid-e-mutlaq thay, woh haqeeqat mein mujtahid jo hain, juzviyat thay.</w:t>
      </w:r>
    </w:p>
    <w:p>
      <w:pPr>
        <w:jc w:val="right"/>
      </w:pPr>
      <w:r>
        <w:t>جتنے فقہاء کو سمجھا جاتا ہے کہ وہ مجتہد مطلق تھے، وہ حقیقت میں مجتہد جو ہیں، جزئیات تھے۔</w:t>
      </w:r>
    </w:p>
    <w:p>
      <w:r>
        <w:rPr>
          <w:b/>
        </w:rPr>
        <w:t xml:space="preserve">[10:58] </w:t>
      </w:r>
      <w:r>
        <w:t>dekhiye, ijtihad jo hai, is ka ta'alluq ibadat se sirf nahin hai, har ma'amle se, har ma'amle se.</w:t>
      </w:r>
    </w:p>
    <w:p>
      <w:pPr>
        <w:jc w:val="right"/>
      </w:pPr>
      <w:r>
        <w:t>دیکھیے، اجتہاد جو ہے، اس کا تعلق عبادات سے صرف نہیں ہے، ہر معاملے سے، ہر معاملے سے۔</w:t>
      </w:r>
    </w:p>
    <w:p>
      <w:r>
        <w:rPr>
          <w:b/>
        </w:rPr>
        <w:t xml:space="preserve">[11:02] </w:t>
      </w:r>
      <w:r>
        <w:t>aur har lamhe se.</w:t>
      </w:r>
    </w:p>
    <w:p>
      <w:pPr>
        <w:jc w:val="right"/>
      </w:pPr>
      <w:r>
        <w:t>اور ہر لمحے سے۔</w:t>
      </w:r>
    </w:p>
    <w:p>
      <w:r>
        <w:rPr>
          <w:b/>
        </w:rPr>
        <w:t xml:space="preserve">[11:05] </w:t>
      </w:r>
      <w:r>
        <w:t>yani Rasool Allah ki zindagi ho, Rasool Allah maujood tab bhi ijtihad hai.</w:t>
      </w:r>
    </w:p>
    <w:p>
      <w:pPr>
        <w:jc w:val="right"/>
      </w:pPr>
      <w:r>
        <w:t>یعنی رسول اللہ کی زندگی ہو، رسول اللہ موجود تب بھی اجتہاد ہے۔</w:t>
      </w:r>
    </w:p>
    <w:p>
      <w:r>
        <w:rPr>
          <w:b/>
        </w:rPr>
        <w:t xml:space="preserve">[11:09] </w:t>
      </w:r>
      <w:r>
        <w:t>Rasool Allah ke baad bhi ijtihad hai.</w:t>
      </w:r>
    </w:p>
    <w:p>
      <w:pPr>
        <w:jc w:val="right"/>
      </w:pPr>
      <w:r>
        <w:t>رسول اللہ کے بعد بھی اجتہاد ہے۔</w:t>
      </w:r>
    </w:p>
    <w:p>
      <w:r>
        <w:rPr>
          <w:b/>
        </w:rPr>
        <w:t xml:space="preserve">[11:13] </w:t>
      </w:r>
      <w:r>
        <w:t>ibadat mein bhi hai, ghair ibadat mein bhi hai.</w:t>
      </w:r>
    </w:p>
    <w:p>
      <w:pPr>
        <w:jc w:val="right"/>
      </w:pPr>
      <w:r>
        <w:t>عبادت میں بھی ہے، غیر عبادت میں بھی ہے۔</w:t>
      </w:r>
    </w:p>
    <w:p>
      <w:r>
        <w:rPr>
          <w:b/>
        </w:rPr>
        <w:t xml:space="preserve">[11:17] </w:t>
      </w:r>
      <w:r>
        <w:t>yani ijtihad to zindagi ke sath sath hai.</w:t>
      </w:r>
    </w:p>
    <w:p>
      <w:pPr>
        <w:jc w:val="right"/>
      </w:pPr>
      <w:r>
        <w:t>یعنی اجتہاد تو زندگی کے ساتھ ساتھ ہے۔</w:t>
      </w:r>
    </w:p>
    <w:p>
      <w:r>
        <w:rPr>
          <w:b/>
        </w:rPr>
        <w:t xml:space="preserve">[11:20] </w:t>
      </w:r>
      <w:r>
        <w:t>lekin is ko mehdood kar diya gaya.</w:t>
      </w:r>
    </w:p>
    <w:p>
      <w:pPr>
        <w:jc w:val="right"/>
      </w:pPr>
      <w:r>
        <w:t>لیکن اس کو محدود کر دیا گیا۔</w:t>
      </w:r>
    </w:p>
    <w:p>
      <w:r>
        <w:rPr>
          <w:b/>
        </w:rPr>
        <w:t xml:space="preserve">[11:24] </w:t>
      </w:r>
      <w:r>
        <w:t>phir is ka</w:t>
      </w:r>
    </w:p>
    <w:p>
      <w:pPr>
        <w:jc w:val="right"/>
      </w:pPr>
      <w:r>
        <w:t>پھر اس کا</w:t>
      </w:r>
    </w:p>
    <w:p>
      <w:r>
        <w:rPr>
          <w:b/>
        </w:rPr>
        <w:t xml:space="preserve">[11:28] </w:t>
      </w:r>
      <w:r>
        <w:t>darwaza bhi band kar diya gaya.</w:t>
      </w:r>
    </w:p>
    <w:p>
      <w:pPr>
        <w:jc w:val="right"/>
      </w:pPr>
      <w:r>
        <w:t>دروازہ بھی بند کر دیا گیا۔</w:t>
      </w:r>
    </w:p>
    <w:p>
      <w:r>
        <w:rPr>
          <w:b/>
        </w:rPr>
        <w:t xml:space="preserve">[11:34] </w:t>
      </w:r>
      <w:r>
        <w:t>ab mein aap ko chand misalein deta hoon.</w:t>
      </w:r>
    </w:p>
    <w:p>
      <w:pPr>
        <w:jc w:val="right"/>
      </w:pPr>
      <w:r>
        <w:t>اب میں آپ کو چند مثالیں دیتا ہوں۔</w:t>
      </w:r>
    </w:p>
    <w:p>
      <w:r>
        <w:rPr>
          <w:b/>
        </w:rPr>
        <w:t xml:space="preserve">[11:41] </w:t>
      </w:r>
      <w:r>
        <w:t>yeh janne ke liye ijtihad kya hai Islam mein.</w:t>
      </w:r>
    </w:p>
    <w:p>
      <w:pPr>
        <w:jc w:val="right"/>
      </w:pPr>
      <w:r>
        <w:t>یہ جاننے کے لیے اجتہاد کیا ہے اسلام میں۔</w:t>
      </w:r>
    </w:p>
    <w:p>
      <w:r>
        <w:rPr>
          <w:b/>
        </w:rPr>
        <w:t xml:space="preserve">[11:47] </w:t>
      </w:r>
      <w:r>
        <w:t>dekhiye, ek waqea aata hai kitabon mein ke Rasool Allah sallallahu alaihi wasallam ne sahaba ki ek</w:t>
      </w:r>
    </w:p>
    <w:p>
      <w:pPr>
        <w:jc w:val="right"/>
      </w:pPr>
      <w:r>
        <w:t>دیکھیے، ایک واقعہ آتا ہے کتابوں میں کہ رسول اللہ صلی اللہ علیہ وسلم نے صحابہ کی ایک</w:t>
      </w:r>
    </w:p>
    <w:p>
      <w:r>
        <w:rPr>
          <w:b/>
        </w:rPr>
        <w:t xml:space="preserve">[11:53] </w:t>
      </w:r>
      <w:r>
        <w:t>jama'at ko Madine se bheja ek yahudiyon ki basti mein.</w:t>
      </w:r>
    </w:p>
    <w:p>
      <w:pPr>
        <w:jc w:val="right"/>
      </w:pPr>
      <w:r>
        <w:t>جماعت کو مدینے سے بھیجا ایک یہودیوں کی بستی میں۔</w:t>
      </w:r>
    </w:p>
    <w:p>
      <w:r>
        <w:rPr>
          <w:b/>
        </w:rPr>
        <w:t xml:space="preserve">[12:00] </w:t>
      </w:r>
      <w:r>
        <w:t>un ka naam tha Banu Quraiza.</w:t>
      </w:r>
    </w:p>
    <w:p>
      <w:pPr>
        <w:jc w:val="right"/>
      </w:pPr>
      <w:r>
        <w:t>ان کا نام تھا بنو قریضہ۔</w:t>
      </w:r>
    </w:p>
    <w:p>
      <w:r>
        <w:rPr>
          <w:b/>
        </w:rPr>
        <w:t xml:space="preserve">[12:06] </w:t>
      </w:r>
      <w:r>
        <w:t>to aap ne zuhr baad un ko bheja tha, rawana kiya tha.</w:t>
      </w:r>
    </w:p>
    <w:p>
      <w:pPr>
        <w:jc w:val="right"/>
      </w:pPr>
      <w:r>
        <w:t>تو آپ نے ظہر بعد ان کو بھیجا تھا، روانہ کیا تھا۔</w:t>
      </w:r>
    </w:p>
    <w:p>
      <w:r>
        <w:rPr>
          <w:b/>
        </w:rPr>
        <w:t xml:space="preserve">[12:12] </w:t>
      </w:r>
      <w:r>
        <w:t>to aap ne naseehat ki ke la yusalliyan ahdakum al-asr illa fi Banu Quraiza.</w:t>
      </w:r>
    </w:p>
    <w:p>
      <w:pPr>
        <w:jc w:val="right"/>
      </w:pPr>
      <w:r>
        <w:t>تو آپ نے نصیحت کی کہ لا یصلن عہدکم العصر الا فی بنی قریضہ۔</w:t>
      </w:r>
    </w:p>
    <w:p>
      <w:r>
        <w:rPr>
          <w:b/>
        </w:rPr>
        <w:t xml:space="preserve">[12:18] </w:t>
      </w:r>
      <w:r>
        <w:t>tum Banu Quraiza ki basti mein pahunch kar hi asr ki namaz parhna.</w:t>
      </w:r>
    </w:p>
    <w:p>
      <w:pPr>
        <w:jc w:val="right"/>
      </w:pPr>
      <w:r>
        <w:t>تم بنو قریضہ کے بستی میں پہنچ کر ہی عصر کی نماز پڑھنا۔</w:t>
      </w:r>
    </w:p>
    <w:p>
      <w:r>
        <w:rPr>
          <w:b/>
        </w:rPr>
        <w:t xml:space="preserve">[12:24] </w:t>
      </w:r>
      <w:r>
        <w:t>bohat ta'keed ke</w:t>
      </w:r>
    </w:p>
    <w:p>
      <w:pPr>
        <w:jc w:val="right"/>
      </w:pPr>
      <w:r>
        <w:t>بہت تاکید کے</w:t>
      </w:r>
    </w:p>
    <w:p>
      <w:r>
        <w:rPr>
          <w:b/>
        </w:rPr>
        <w:t xml:space="preserve">[12:30] </w:t>
      </w:r>
      <w:r>
        <w:t>saath aap ne farmaya: la yusalliyan ke sirf us waqt namaz parhna asr ki jabke tum Banu Quraiza</w:t>
      </w:r>
    </w:p>
    <w:p>
      <w:pPr>
        <w:jc w:val="right"/>
      </w:pPr>
      <w:r>
        <w:t>ساتھ آپ نے فرمایا: لا یصلن کہ صرف اس وقت نماز پڑھنا عصر کی جبکہ تم بنو قریضہ</w:t>
      </w:r>
    </w:p>
    <w:p>
      <w:r>
        <w:rPr>
          <w:b/>
        </w:rPr>
        <w:t xml:space="preserve">[12:35] </w:t>
      </w:r>
      <w:r>
        <w:t>ki basti mein pohnch jae.</w:t>
      </w:r>
    </w:p>
    <w:p>
      <w:pPr>
        <w:jc w:val="right"/>
      </w:pPr>
      <w:r>
        <w:t>کی بستی میں پہنچ جائے۔</w:t>
      </w:r>
    </w:p>
    <w:p>
      <w:r>
        <w:rPr>
          <w:b/>
        </w:rPr>
        <w:t xml:space="preserve">[12:40] </w:t>
      </w:r>
      <w:r>
        <w:t>acha, ye log chale to abhi basti mein pohnchne se pehle pehle jo lal rang ho jata hai</w:t>
      </w:r>
    </w:p>
    <w:p>
      <w:pPr>
        <w:jc w:val="right"/>
      </w:pPr>
      <w:r>
        <w:t>اچھا، یہ لوگ چلے تو ابھی بستی میں پہنچنے سے پہلے پہلے جو لال رنگ ہو جاتا ہے</w:t>
      </w:r>
    </w:p>
    <w:p>
      <w:r>
        <w:rPr>
          <w:b/>
        </w:rPr>
        <w:t xml:space="preserve">[12:45] </w:t>
      </w:r>
      <w:r>
        <w:t>suraj ka sham ko, wo wo wo waqt aa gaya.</w:t>
      </w:r>
    </w:p>
    <w:p>
      <w:pPr>
        <w:jc w:val="right"/>
      </w:pPr>
      <w:r>
        <w:t>سورج کا شام کو، وہ وہ وہ وقت آ گیا۔</w:t>
      </w:r>
    </w:p>
    <w:p>
      <w:r>
        <w:rPr>
          <w:b/>
        </w:rPr>
        <w:t xml:space="preserve">[12:50] </w:t>
      </w:r>
      <w:r>
        <w:t>ghar thori dair mein asar ka waqt khatm ho jae ga.</w:t>
      </w:r>
    </w:p>
    <w:p>
      <w:pPr>
        <w:jc w:val="right"/>
      </w:pPr>
      <w:r>
        <w:t>گھر تھوڑی دیر میں عصر کا وقت ختم ہو جائے گا۔</w:t>
      </w:r>
    </w:p>
    <w:p>
      <w:r>
        <w:rPr>
          <w:b/>
        </w:rPr>
        <w:t xml:space="preserve">[12:55] </w:t>
      </w:r>
      <w:r>
        <w:t>to jo sahaba the,</w:t>
      </w:r>
    </w:p>
    <w:p>
      <w:pPr>
        <w:jc w:val="right"/>
      </w:pPr>
      <w:r>
        <w:t>تو جو صحابہ تھے،</w:t>
      </w:r>
    </w:p>
    <w:p>
      <w:r>
        <w:rPr>
          <w:b/>
        </w:rPr>
        <w:t xml:space="preserve">[13:00] </w:t>
      </w:r>
      <w:r>
        <w:t>kuch logon ne kaha ke hum to wahin padhenge. rasool Allah ne yeh kaha hai ke pahunch kar parhna. achha, kuch logon ne kya kiya? phir se socha. dobara socha is masle par. aur yeh socha ke jab hum abhi nafl nahi padhte hain aur der karte hain to to asr ka waqt hi nikal jayega. to unhon ne bano qareza ki basti mein</w:t>
      </w:r>
    </w:p>
    <w:p>
      <w:pPr>
        <w:jc w:val="right"/>
      </w:pPr>
      <w:r>
        <w:t>کچھ لوگوں نے کہا کہ ہم تو وہیں پڑھیں گے۔ رسول اللہ نے یہ کہا ہے کہ پہنچ کر پڑھنا۔ اچھا، کچھ لوگوں نے کیا کیا؟ پھر سے سوچا۔ دوبارہ سوچا اس مسئلے پر۔ اور یہ سوچا کہ جب ہم ابھی نفل نہیں پڑھتے ہیں اور دیر کرتے ہیں تو تو عصر کا وقت ہی نکل جائے گا۔ تو انہوں نے بنو قریضہ کی بستی میں</w:t>
      </w:r>
    </w:p>
    <w:p>
      <w:r>
        <w:rPr>
          <w:b/>
        </w:rPr>
        <w:t xml:space="preserve">[13:30] </w:t>
      </w:r>
      <w:r>
        <w:t>pohnchne se pehle namaz parh li.</w:t>
      </w:r>
    </w:p>
    <w:p>
      <w:pPr>
        <w:jc w:val="right"/>
      </w:pPr>
      <w:r>
        <w:t>پہنچنے سے پہلے نماز پڑھ لی۔</w:t>
      </w:r>
    </w:p>
    <w:p>
      <w:r>
        <w:rPr>
          <w:b/>
        </w:rPr>
        <w:t xml:space="preserve">[13:34] </w:t>
      </w:r>
      <w:r>
        <w:t>aur ye kaha unho ne: inma irada ta'jeel us sayr.</w:t>
      </w:r>
    </w:p>
    <w:p>
      <w:pPr>
        <w:jc w:val="right"/>
      </w:pPr>
      <w:r>
        <w:t>اور یہ کہا انہوں نے: انما ارادہ تعجیل السیر۔</w:t>
      </w:r>
    </w:p>
    <w:p>
      <w:r>
        <w:rPr>
          <w:b/>
        </w:rPr>
        <w:t xml:space="preserve">[13:38] </w:t>
      </w:r>
      <w:r>
        <w:t>rasool Allah ka matlab sirf ye tha ke tez tez chal kar chal kar jao.</w:t>
      </w:r>
    </w:p>
    <w:p>
      <w:pPr>
        <w:jc w:val="right"/>
      </w:pPr>
      <w:r>
        <w:t>رسول اللہ کا مطلب صرف یہ تھا کہ تیز تیز چل کر چل کر جاؤ۔</w:t>
      </w:r>
    </w:p>
    <w:p>
      <w:r>
        <w:rPr>
          <w:b/>
        </w:rPr>
        <w:t xml:space="preserve">[13:43] </w:t>
      </w:r>
      <w:r>
        <w:t>to ye ek usloob tha ek kehne ka.</w:t>
      </w:r>
    </w:p>
    <w:p>
      <w:pPr>
        <w:jc w:val="right"/>
      </w:pPr>
      <w:r>
        <w:t>تو یہ ایک اسلوب تھا ایک کہنے کا۔</w:t>
      </w:r>
    </w:p>
    <w:p>
      <w:r>
        <w:rPr>
          <w:b/>
        </w:rPr>
        <w:t xml:space="preserve">[13:47] </w:t>
      </w:r>
      <w:r>
        <w:t>warna asal mein matlab tha ke tez raftari se safar karo.</w:t>
      </w:r>
    </w:p>
    <w:p>
      <w:pPr>
        <w:jc w:val="right"/>
      </w:pPr>
      <w:r>
        <w:t>ورنہ اصل میں مطلب تھا کہ تیز رفتاری سے سفر کرو۔</w:t>
      </w:r>
    </w:p>
    <w:p>
      <w:r>
        <w:rPr>
          <w:b/>
        </w:rPr>
        <w:t xml:space="preserve">[13:51] </w:t>
      </w:r>
      <w:r>
        <w:t>to aap dekhen ke ek ek nai surat-e-haal pesh aai thi.</w:t>
      </w:r>
    </w:p>
    <w:p>
      <w:pPr>
        <w:jc w:val="right"/>
      </w:pPr>
      <w:r>
        <w:t>تو آپ دیکھیں کہ ایک ایک نئی صورتحال پیش آئی تھی۔</w:t>
      </w:r>
    </w:p>
    <w:p>
      <w:r>
        <w:rPr>
          <w:b/>
        </w:rPr>
        <w:t xml:space="preserve">[13:56] </w:t>
      </w:r>
      <w:r>
        <w:t>suraj doobne doobne ke qareeb ho gaya tha.</w:t>
      </w:r>
    </w:p>
    <w:p>
      <w:pPr>
        <w:jc w:val="right"/>
      </w:pPr>
      <w:r>
        <w:t>سورج ڈوبنے ڈوبنے کے قریب ہو گیا تھا۔</w:t>
      </w:r>
    </w:p>
    <w:p>
      <w:r>
        <w:rPr>
          <w:b/>
        </w:rPr>
        <w:t xml:space="preserve">[14:00] </w:t>
      </w:r>
      <w:r>
        <w:t>us waqt phir se sochna tha.</w:t>
      </w:r>
    </w:p>
    <w:p>
      <w:pPr>
        <w:jc w:val="right"/>
      </w:pPr>
      <w:r>
        <w:t>اس وقت پھر سے سوچنا تھا۔</w:t>
      </w:r>
    </w:p>
    <w:p>
      <w:r>
        <w:rPr>
          <w:b/>
        </w:rPr>
        <w:t xml:space="preserve">[14:04] </w:t>
      </w:r>
      <w:r>
        <w:t>phir se sochna tha.</w:t>
      </w:r>
    </w:p>
    <w:p>
      <w:pPr>
        <w:jc w:val="right"/>
      </w:pPr>
      <w:r>
        <w:t>پھر سے سوچنا تھا۔</w:t>
      </w:r>
    </w:p>
    <w:p>
      <w:r>
        <w:rPr>
          <w:b/>
        </w:rPr>
        <w:t xml:space="preserve">[14:09] </w:t>
      </w:r>
      <w:r>
        <w:t>ye phir se sochne wali jo baat hai, hamesha zindagi mein pesh aati hai.</w:t>
      </w:r>
    </w:p>
    <w:p>
      <w:pPr>
        <w:jc w:val="right"/>
      </w:pPr>
      <w:r>
        <w:t>یہ پھر سے سوچنے والی جو بات ہے، ہمیشہ زندگی میں پیش آتی ہے۔</w:t>
      </w:r>
    </w:p>
    <w:p>
      <w:r>
        <w:rPr>
          <w:b/>
        </w:rPr>
        <w:t xml:space="preserve">[14:13] </w:t>
      </w:r>
      <w:r>
        <w:t>aur har mamle mein pesh aati hai.</w:t>
      </w:r>
    </w:p>
    <w:p>
      <w:pPr>
        <w:jc w:val="right"/>
      </w:pPr>
      <w:r>
        <w:t>اور ہر معاملے میں پیش آتی ہے۔</w:t>
      </w:r>
    </w:p>
    <w:p>
      <w:r>
        <w:rPr>
          <w:b/>
        </w:rPr>
        <w:t xml:space="preserve">[14:17] </w:t>
      </w:r>
      <w:r>
        <w:t>to qaum ke andar ijtihad mahdood ma'non mein raaij hua.</w:t>
      </w:r>
    </w:p>
    <w:p>
      <w:pPr>
        <w:jc w:val="right"/>
      </w:pPr>
      <w:r>
        <w:t>تو قوم کے اندر اجتہاد محدود معنوں میں رائج ہوا۔</w:t>
      </w:r>
    </w:p>
    <w:p>
      <w:r>
        <w:rPr>
          <w:b/>
        </w:rPr>
        <w:t xml:space="preserve">[14:21] </w:t>
      </w:r>
      <w:r>
        <w:t>aur phir ijtihad ko darwaza band kar ke taqleed shuru kar di gai.</w:t>
      </w:r>
    </w:p>
    <w:p>
      <w:pPr>
        <w:jc w:val="right"/>
      </w:pPr>
      <w:r>
        <w:t>اور پھر اجتہاد کو دروازہ بند کر کے تقلید شروع کر دی گئی۔</w:t>
      </w:r>
    </w:p>
    <w:p>
      <w:r>
        <w:rPr>
          <w:b/>
        </w:rPr>
        <w:t xml:space="preserve">[14:26] </w:t>
      </w:r>
      <w:r>
        <w:t>ye sab qaum ke liye ek bohat hi</w:t>
      </w:r>
    </w:p>
    <w:p>
      <w:pPr>
        <w:jc w:val="right"/>
      </w:pPr>
      <w:r>
        <w:t>یہ سب قوم کے لیے ایک بہت ہی</w:t>
      </w:r>
    </w:p>
    <w:p>
      <w:r>
        <w:rPr>
          <w:b/>
        </w:rPr>
        <w:t xml:space="preserve">[14:30] </w:t>
      </w:r>
      <w:r>
        <w:t>yani bohat hi nuqsan ki baat thi.</w:t>
      </w:r>
    </w:p>
    <w:p>
      <w:pPr>
        <w:jc w:val="right"/>
      </w:pPr>
      <w:r>
        <w:t>یعنی بہت ہی نقصان کی بات تھی۔</w:t>
      </w:r>
    </w:p>
    <w:p>
      <w:r>
        <w:rPr>
          <w:b/>
        </w:rPr>
        <w:t xml:space="preserve">[14:36] </w:t>
      </w:r>
      <w:r>
        <w:t>kyun ke taraqqi ruk jati hai is se.</w:t>
      </w:r>
    </w:p>
    <w:p>
      <w:pPr>
        <w:jc w:val="right"/>
      </w:pPr>
      <w:r>
        <w:t>کیونکہ ترقی رک جاتی ہے اس سے۔</w:t>
      </w:r>
    </w:p>
    <w:p>
      <w:r>
        <w:rPr>
          <w:b/>
        </w:rPr>
        <w:t xml:space="preserve">[14:42] </w:t>
      </w:r>
      <w:r>
        <w:t>ab dekhiye, rasool Allah sallallahu alaihi wasallam ke aanay ka ek waqea mein arz karun.</w:t>
      </w:r>
    </w:p>
    <w:p>
      <w:pPr>
        <w:jc w:val="right"/>
      </w:pPr>
      <w:r>
        <w:t>اب دیکھیے، رسول اللہ صلی اللہ علیہ وسلم کے آنے کا ایک واقعہ میں عرض کروں۔</w:t>
      </w:r>
    </w:p>
    <w:p>
      <w:r>
        <w:rPr>
          <w:b/>
        </w:rPr>
        <w:t xml:space="preserve">[14:49] </w:t>
      </w:r>
      <w:r>
        <w:t>ke aap Makka se rawana hue Taif janay ke liye.</w:t>
      </w:r>
    </w:p>
    <w:p>
      <w:pPr>
        <w:jc w:val="right"/>
      </w:pPr>
      <w:r>
        <w:t>کہ آپ مکہ سے روانہ ہوئے طائف جانے کے لیے۔</w:t>
      </w:r>
    </w:p>
    <w:p>
      <w:r>
        <w:rPr>
          <w:b/>
        </w:rPr>
        <w:t xml:space="preserve">[14:55] </w:t>
      </w:r>
      <w:r>
        <w:t>aap ke sath das hazar se zyada afraad the us waqt.</w:t>
      </w:r>
    </w:p>
    <w:p>
      <w:pPr>
        <w:jc w:val="right"/>
      </w:pPr>
      <w:r>
        <w:t>آپ کے ساتھ دس ہزار سے زیادہ افراد تھے اس وقت۔</w:t>
      </w:r>
    </w:p>
    <w:p>
      <w:r>
        <w:rPr>
          <w:b/>
        </w:rPr>
        <w:t xml:space="preserve">[15:01] </w:t>
      </w:r>
      <w:r>
        <w:t>to jaise ke chalte hain log, phail kar chal rahe the.</w:t>
      </w:r>
    </w:p>
    <w:p>
      <w:pPr>
        <w:jc w:val="right"/>
      </w:pPr>
      <w:r>
        <w:t>تو جیسے کہ چلتے ہیں لوگ، پھیل کر چل رہے تھے۔</w:t>
      </w:r>
    </w:p>
    <w:p>
      <w:r>
        <w:rPr>
          <w:b/>
        </w:rPr>
        <w:t xml:space="preserve">[15:07] </w:t>
      </w:r>
      <w:r>
        <w:t>yani horizontal way mein phailay hue chal rahay thay woh.</w:t>
      </w:r>
    </w:p>
    <w:p>
      <w:pPr>
        <w:jc w:val="right"/>
      </w:pPr>
      <w:r>
        <w:t>یعنی ہوریزنٹل وے میں پھیلے ہوئے چل رہے تھے وہ۔</w:t>
      </w:r>
    </w:p>
    <w:p>
      <w:r>
        <w:rPr>
          <w:b/>
        </w:rPr>
        <w:t xml:space="preserve">[15:14] </w:t>
      </w:r>
      <w:r>
        <w:t>to wahan par rastay hua karte thay paharon mein, jis ko ghati kehte hain.</w:t>
      </w:r>
    </w:p>
    <w:p>
      <w:pPr>
        <w:jc w:val="right"/>
      </w:pPr>
      <w:r>
        <w:t>تو وہاں پر راستے ہوا کرتے تھے پہاڑوں میں، جس کو گھاٹی کہتے ہیں۔</w:t>
      </w:r>
    </w:p>
    <w:p>
      <w:r>
        <w:rPr>
          <w:b/>
        </w:rPr>
        <w:t xml:space="preserve">[15:20] </w:t>
      </w:r>
      <w:r>
        <w:t>to aik rasta aisa aaya jo do paharon ke darmiyan tha woh.</w:t>
      </w:r>
    </w:p>
    <w:p>
      <w:pPr>
        <w:jc w:val="right"/>
      </w:pPr>
      <w:r>
        <w:t>تو ایک راستہ ایسا آیا جو دو پہاڑوں کے درمیان تھا وہ۔</w:t>
      </w:r>
    </w:p>
    <w:p>
      <w:r>
        <w:rPr>
          <w:b/>
        </w:rPr>
        <w:t xml:space="preserve">[15:26] </w:t>
      </w:r>
      <w:r>
        <w:t>to is ka naam tha, aap ne farmaya ke is ka naam kya hai? to logon ne kaha ke alzaika.</w:t>
      </w:r>
    </w:p>
    <w:p>
      <w:pPr>
        <w:jc w:val="right"/>
      </w:pPr>
      <w:r>
        <w:t>تو اس کا نام تھا، آپ نے فرمایا کہ اس کا نام کیا ہے؟ تو لوگوں نے کہا کہ الزائقہ۔</w:t>
      </w:r>
    </w:p>
    <w:p>
      <w:r>
        <w:rPr>
          <w:b/>
        </w:rPr>
        <w:t xml:space="preserve">[15:32] </w:t>
      </w:r>
      <w:r>
        <w:t>yani tang rasta.</w:t>
      </w:r>
    </w:p>
    <w:p>
      <w:pPr>
        <w:jc w:val="right"/>
      </w:pPr>
      <w:r>
        <w:t>یعنی تنگ راستہ۔</w:t>
      </w:r>
    </w:p>
    <w:p>
      <w:r>
        <w:rPr>
          <w:b/>
        </w:rPr>
        <w:t xml:space="preserve">[15:37] </w:t>
      </w:r>
      <w:r>
        <w:t>to aap ne farmaya ke nahi, is ka naam hai al-isra.</w:t>
      </w:r>
    </w:p>
    <w:p>
      <w:pPr>
        <w:jc w:val="right"/>
      </w:pPr>
      <w:r>
        <w:t>تو آپ نے فرمایا کہ نہیں، اس کا نام ہے الیسرا۔</w:t>
      </w:r>
    </w:p>
    <w:p>
      <w:r>
        <w:rPr>
          <w:b/>
        </w:rPr>
        <w:t xml:space="preserve">[15:42] </w:t>
      </w:r>
      <w:r>
        <w:t>yani aasan rasta.</w:t>
      </w:r>
    </w:p>
    <w:p>
      <w:pPr>
        <w:jc w:val="right"/>
      </w:pPr>
      <w:r>
        <w:t>یعنی آسان راستہ۔</w:t>
      </w:r>
    </w:p>
    <w:p>
      <w:r>
        <w:rPr>
          <w:b/>
        </w:rPr>
        <w:t xml:space="preserve">[15:48] </w:t>
      </w:r>
      <w:r>
        <w:t>تو صورتحال کیا تھی؟ یہ لوگ جو تھے، وہ horizontal way میں پھیلے ہوئے تھے۔</w:t>
      </w:r>
    </w:p>
    <w:p>
      <w:pPr>
        <w:jc w:val="right"/>
      </w:pPr>
      <w:r>
        <w:t>تو صورتحال کیا تھی؟ یہ لوگ جو تھے، وہ ہوریزنٹل وے میں پھیلے ہوئے تھے۔</w:t>
      </w:r>
    </w:p>
    <w:p>
      <w:r>
        <w:rPr>
          <w:b/>
        </w:rPr>
        <w:t xml:space="preserve">[15:53] </w:t>
      </w:r>
      <w:r>
        <w:t>yani dayen bayen aise phailay hue thay.</w:t>
      </w:r>
    </w:p>
    <w:p>
      <w:pPr>
        <w:jc w:val="right"/>
      </w:pPr>
      <w:r>
        <w:t>یعنی دائیں بائیں ایسے پھیلے ہوئے تھے۔</w:t>
      </w:r>
    </w:p>
    <w:p>
      <w:r>
        <w:rPr>
          <w:b/>
        </w:rPr>
        <w:t xml:space="preserve">[15:58] </w:t>
      </w:r>
      <w:r>
        <w:t>to woh lagta tha ke kaise is mein guzren ge, kaise? itnay saaray jo log</w:t>
      </w:r>
    </w:p>
    <w:p>
      <w:pPr>
        <w:jc w:val="right"/>
      </w:pPr>
      <w:r>
        <w:t>تو وہ لگتا تھا کہ کیسے اس میں گزریں گے، کیسے؟ اتنے سارے جو لوگ</w:t>
      </w:r>
    </w:p>
    <w:p>
      <w:r>
        <w:rPr>
          <w:b/>
        </w:rPr>
        <w:t xml:space="preserve">[16:03] </w:t>
      </w:r>
      <w:r>
        <w:t>the, un ko guzarne ke liye raasta tang dikhai padta tha. to aap ne kya kaha? aap ne kaha ke ke vertical way mein kyun bana lo? kyun line? qataar. to logon ne aisa kiya, kyun bana liya? to nihayat aasani se is se guzar gaye. yeh hai ijtihad ka waqia. yani phir se sochna. ke is soorat-e-haal se guzarne ke liye phir se ghaur karna. to ijtihad</w:t>
      </w:r>
    </w:p>
    <w:p>
      <w:pPr>
        <w:jc w:val="right"/>
      </w:pPr>
      <w:r>
        <w:t>تھے، ان کو گزرنے کے لیے راستہ تنگ دکھائی پڑتا تھا۔ تو آپ نے کیا کہا؟ آپ نے کہا کہ کہ ورٹیکل وے میں کیوں بنا لو؟ کیوں لائن؟ قطار۔ تو لوگوں نے ایسا کیا، کیوں بنا لیا؟ تو نہایت آسانی سے اس سے گزر گئے۔ یہ ہے اجتہاد کا واقعہ۔ یعنی پھر سے سوچنا۔ کہ اس صورتحال سے گزرنے کے لیے پھر سے غور کرنا۔ تو اجتہاد</w:t>
      </w:r>
    </w:p>
    <w:p>
      <w:r>
        <w:rPr>
          <w:b/>
        </w:rPr>
        <w:t xml:space="preserve">[16:33] </w:t>
      </w:r>
      <w:r>
        <w:t>koi juzviyat fiqh ka masla nahi hai yeh.</w:t>
      </w:r>
    </w:p>
    <w:p>
      <w:pPr>
        <w:jc w:val="right"/>
      </w:pPr>
      <w:r>
        <w:t>کوئی جزئیات فقہ کا مسئلہ نہیں ہے یہ۔</w:t>
      </w:r>
    </w:p>
    <w:p>
      <w:r>
        <w:rPr>
          <w:b/>
        </w:rPr>
        <w:t xml:space="preserve">[16:37] </w:t>
      </w:r>
      <w:r>
        <w:t>yeh zindagi ka masla hai.</w:t>
      </w:r>
    </w:p>
    <w:p>
      <w:pPr>
        <w:jc w:val="right"/>
      </w:pPr>
      <w:r>
        <w:t>یہ زندگی کا مسئلہ ہے۔</w:t>
      </w:r>
    </w:p>
    <w:p>
      <w:r>
        <w:rPr>
          <w:b/>
        </w:rPr>
        <w:t xml:space="preserve">[16:41] </w:t>
      </w:r>
      <w:r>
        <w:t>aur baray baray masail mein aur bhi ziyada ahmiyat ho jati hai ijtihad ki.</w:t>
      </w:r>
    </w:p>
    <w:p>
      <w:pPr>
        <w:jc w:val="right"/>
      </w:pPr>
      <w:r>
        <w:t>اور بڑے بڑے مسائل میں اور بھی زیادہ اہمیت ہو جاتی ہے اجتہاد کی۔</w:t>
      </w:r>
    </w:p>
    <w:p>
      <w:r>
        <w:rPr>
          <w:b/>
        </w:rPr>
        <w:t xml:space="preserve">[16:46] </w:t>
      </w:r>
      <w:r>
        <w:t>mislan mein aik bas misaal deta hoon.</w:t>
      </w:r>
    </w:p>
    <w:p>
      <w:pPr>
        <w:jc w:val="right"/>
      </w:pPr>
      <w:r>
        <w:t>مثلاً میں ایک بس مثال دیتا ہوں۔</w:t>
      </w:r>
    </w:p>
    <w:p>
      <w:r>
        <w:rPr>
          <w:b/>
        </w:rPr>
        <w:t xml:space="preserve">[16:50] </w:t>
      </w:r>
      <w:r>
        <w:t>ke aik muamla aisa tha jis mein ijtihad bohat hi zaroori tha.</w:t>
      </w:r>
    </w:p>
    <w:p>
      <w:pPr>
        <w:jc w:val="right"/>
      </w:pPr>
      <w:r>
        <w:t>کہ ایک معاملہ ایسا تھا جس میں اجتہاد بہت ہی ضروری تھا۔</w:t>
      </w:r>
    </w:p>
    <w:p>
      <w:r>
        <w:rPr>
          <w:b/>
        </w:rPr>
        <w:t xml:space="preserve">[16:54] </w:t>
      </w:r>
      <w:r>
        <w:t>lekin woh masla tha kulliyat ka.</w:t>
      </w:r>
    </w:p>
    <w:p>
      <w:pPr>
        <w:jc w:val="right"/>
      </w:pPr>
      <w:r>
        <w:t>لیکن وہ مسئلہ تھا کلیات کا۔</w:t>
      </w:r>
    </w:p>
    <w:p>
      <w:r>
        <w:rPr>
          <w:b/>
        </w:rPr>
        <w:t xml:space="preserve">[16:59] </w:t>
      </w:r>
      <w:r>
        <w:t>aur log juzviyat mein ijtihad ko samajhte thay.</w:t>
      </w:r>
    </w:p>
    <w:p>
      <w:pPr>
        <w:jc w:val="right"/>
      </w:pPr>
      <w:r>
        <w:t>اور لوگ جزئیات میں اجتہاد کو سمجھتے تھے۔</w:t>
      </w:r>
    </w:p>
    <w:p>
      <w:r>
        <w:rPr>
          <w:b/>
        </w:rPr>
        <w:t xml:space="preserve">[17:03] </w:t>
      </w:r>
      <w:r>
        <w:t>to woh ijtihad nahi kar sakay.</w:t>
      </w:r>
    </w:p>
    <w:p>
      <w:pPr>
        <w:jc w:val="right"/>
      </w:pPr>
      <w:r>
        <w:t>تو وہ اجتہاد نہیں کر سکے۔</w:t>
      </w:r>
    </w:p>
    <w:p>
      <w:r>
        <w:rPr>
          <w:b/>
        </w:rPr>
        <w:t xml:space="preserve">[17:09] </w:t>
      </w:r>
      <w:r>
        <w:t>aur aaj tak woh is mein hum phansay hue hain.</w:t>
      </w:r>
    </w:p>
    <w:p>
      <w:pPr>
        <w:jc w:val="right"/>
      </w:pPr>
      <w:r>
        <w:t>اور آج تک وہ اس میں ہم پھنسے ہوئے ہیں۔</w:t>
      </w:r>
    </w:p>
    <w:p>
      <w:r>
        <w:rPr>
          <w:b/>
        </w:rPr>
        <w:t xml:space="preserve">[17:15] </w:t>
      </w:r>
      <w:r>
        <w:t>woh kya hai? woh hai muamla musallah jihad ka, jis ko qital kehte hain.</w:t>
      </w:r>
    </w:p>
    <w:p>
      <w:pPr>
        <w:jc w:val="right"/>
      </w:pPr>
      <w:r>
        <w:t>وہ کیا ہے؟ وہ ہے معاملہ مسلح جہاد کا، جس کو قتال کہتے ہیں۔</w:t>
      </w:r>
    </w:p>
    <w:p>
      <w:r>
        <w:rPr>
          <w:b/>
        </w:rPr>
        <w:t xml:space="preserve">[17:21] </w:t>
      </w:r>
      <w:r>
        <w:t>rasool Allah sal Allah alaihi wasallam ke zamanay mein qital hua musallah jihad.</w:t>
      </w:r>
    </w:p>
    <w:p>
      <w:pPr>
        <w:jc w:val="right"/>
      </w:pPr>
      <w:r>
        <w:t>رسول اللہ صلی اللہ علیہ وسلم کے زمانے میں قتال ہوا۔ مسلح جہاد۔</w:t>
      </w:r>
    </w:p>
    <w:p>
      <w:r>
        <w:rPr>
          <w:b/>
        </w:rPr>
        <w:t xml:space="preserve">[17:27] </w:t>
      </w:r>
      <w:r>
        <w:t>to quran mein yeh ayat hai ke qataloohum hatta la takuna fitna wa yakoon ad-deenu k</w:t>
      </w:r>
    </w:p>
    <w:p>
      <w:pPr>
        <w:jc w:val="right"/>
      </w:pPr>
      <w:r>
        <w:t>تو قرآن میں یہ آیت ہے کہ قاتلوہم حتی لا تکون فتنہ ویکون الدین ک</w:t>
      </w:r>
    </w:p>
    <w:p>
      <w:r>
        <w:rPr>
          <w:b/>
        </w:rPr>
        <w:t xml:space="preserve">[17:33] </w:t>
      </w:r>
      <w:r>
        <w:t>llah. yani fitnah ke khatm hone tak qital karo. fitnah ke khatm hone tak qital karo. jab tak fitnah khatm na ho jaye to tab tak qital jaari rakho. fitnah kya tha? fitnah ka matlab wahi hai jis ko hum kehte hain religious persecution. yani mazhabi zabr, mazhabi zabr, mazhabi zulm. qadeem zamana, qadeem zamane mein hazaron saal se saari duniya mein</w:t>
      </w:r>
    </w:p>
    <w:p>
      <w:pPr>
        <w:jc w:val="right"/>
      </w:pPr>
      <w:r>
        <w:t>لہ للہ۔ یعنی فتنہ کے ختم ہونے تک قتال کرو۔ فتنہ کے ختم ہونے تک قتال کرو۔ جب تک فتنہ ختم نہ ہو جائے تو تب تک قتال جاری رکھو۔ فتنہ کیا تھا؟ فتنہ کا مطلب وہی ہے جس کو ہم کہتے ہیں ریلیجس پرسیکیوشن۔ یعنی مذہبی زبر، مذہبی جبر، مذہبی ظلم۔ قدیم زمانہ، قدیم زمانے میں ہزاروں سال سے ساری دنیا میں</w:t>
      </w:r>
    </w:p>
    <w:p>
      <w:r>
        <w:rPr>
          <w:b/>
        </w:rPr>
        <w:t xml:space="preserve">[18:03] </w:t>
      </w:r>
      <w:r>
        <w:t>yeh tha ke aik mazhab wala doosre mazhab ko bardasht nahi karta tha.</w:t>
      </w:r>
    </w:p>
    <w:p>
      <w:pPr>
        <w:jc w:val="right"/>
      </w:pPr>
      <w:r>
        <w:t>یہ تھا کہ ایک مذہب والا دوسرے مذہب کو برداشت نہیں کرتا تھا۔</w:t>
      </w:r>
    </w:p>
    <w:p>
      <w:r>
        <w:rPr>
          <w:b/>
        </w:rPr>
        <w:t xml:space="preserve">[18:08] </w:t>
      </w:r>
      <w:r>
        <w:t>mazhabi takrao jari rehta tha hazaron saal tak.</w:t>
      </w:r>
    </w:p>
    <w:p>
      <w:pPr>
        <w:jc w:val="right"/>
      </w:pPr>
      <w:r>
        <w:t>مذہبی ٹکراؤ جاری رہتا تھا ہزاروں سال تک۔</w:t>
      </w:r>
    </w:p>
    <w:p>
      <w:r>
        <w:rPr>
          <w:b/>
        </w:rPr>
        <w:t xml:space="preserve">[18:13] </w:t>
      </w:r>
      <w:r>
        <w:t>تو اس کو کہتے ہیں religious persecution.</w:t>
      </w:r>
    </w:p>
    <w:p>
      <w:pPr>
        <w:jc w:val="right"/>
      </w:pPr>
      <w:r>
        <w:t>تو اس کو کہتے ہیں ریلیجس پرسیکیوشن۔</w:t>
      </w:r>
    </w:p>
    <w:p>
      <w:r>
        <w:rPr>
          <w:b/>
        </w:rPr>
        <w:t xml:space="preserve">[18:18] </w:t>
      </w:r>
      <w:r>
        <w:t>yeh aik bohat bara masla tha.</w:t>
      </w:r>
    </w:p>
    <w:p>
      <w:pPr>
        <w:jc w:val="right"/>
      </w:pPr>
      <w:r>
        <w:t>یہ ایک بہت بڑا مسئلہ تھا۔</w:t>
      </w:r>
    </w:p>
    <w:p>
      <w:r>
        <w:rPr>
          <w:b/>
        </w:rPr>
        <w:t xml:space="preserve">[18:23] </w:t>
      </w:r>
      <w:r>
        <w:t>yani log ibadat karne ke liye azaad nahi thay.</w:t>
      </w:r>
    </w:p>
    <w:p>
      <w:pPr>
        <w:jc w:val="right"/>
      </w:pPr>
      <w:r>
        <w:t>یعنی لوگ عبادت کرنے کے لیے آزاد نہیں تھے۔</w:t>
      </w:r>
    </w:p>
    <w:p>
      <w:r>
        <w:rPr>
          <w:b/>
        </w:rPr>
        <w:t xml:space="preserve">[18:28] </w:t>
      </w:r>
      <w:r>
        <w:t>dawat o tabligh ke liye azaad nahi thay. aur</w:t>
      </w:r>
    </w:p>
    <w:p>
      <w:pPr>
        <w:jc w:val="right"/>
      </w:pPr>
      <w:r>
        <w:t>دعوت و تبلیغ کے لیے آزاد نہیں تھے۔ اور</w:t>
      </w:r>
    </w:p>
    <w:p>
      <w:r>
        <w:rPr>
          <w:b/>
        </w:rPr>
        <w:t xml:space="preserve">[18:34] </w:t>
      </w:r>
      <w:r>
        <w:t>ibadati aur mazhabi sargarmion ke liye azaad nahi thay.</w:t>
      </w:r>
    </w:p>
    <w:p>
      <w:pPr>
        <w:jc w:val="right"/>
      </w:pPr>
      <w:r>
        <w:t>عبادتی اور مذہبی سرگرمیوں کے لیے آزاد نہیں تھے۔</w:t>
      </w:r>
    </w:p>
    <w:p>
      <w:r>
        <w:rPr>
          <w:b/>
        </w:rPr>
        <w:t xml:space="preserve">[18:38] </w:t>
      </w:r>
      <w:r>
        <w:t>yeh bohat hi bara masla tha.</w:t>
      </w:r>
    </w:p>
    <w:p>
      <w:pPr>
        <w:jc w:val="right"/>
      </w:pPr>
      <w:r>
        <w:t>یہ بہت ہی بڑا مسئلہ تھا۔</w:t>
      </w:r>
    </w:p>
    <w:p>
      <w:r>
        <w:rPr>
          <w:b/>
        </w:rPr>
        <w:t xml:space="preserve">[18:42] </w:t>
      </w:r>
      <w:r>
        <w:t>aur yeh masla is liye tha sangin tha ke Allah ka jo creation plan hai, us ke khilaaf tha yeh.</w:t>
      </w:r>
    </w:p>
    <w:p>
      <w:pPr>
        <w:jc w:val="right"/>
      </w:pPr>
      <w:r>
        <w:t>اور یہ مسئلہ اس لیے تھا سنگین تھا کہ اللہ کا جو کریشن پلان ہے، اس کے خلاف تھا یہ۔</w:t>
      </w:r>
    </w:p>
    <w:p>
      <w:r>
        <w:rPr>
          <w:b/>
        </w:rPr>
        <w:t xml:space="preserve">[18:47] </w:t>
      </w:r>
      <w:r>
        <w:t>Allah ne paida kiya insaan ko is dunya mein test ke liye.</w:t>
      </w:r>
    </w:p>
    <w:p>
      <w:pPr>
        <w:jc w:val="right"/>
      </w:pPr>
      <w:r>
        <w:t>اللہ نے پیدا کیا انسان کو اس دنیا میں ٹیسٹ کے لیے۔</w:t>
      </w:r>
    </w:p>
    <w:p>
      <w:r>
        <w:rPr>
          <w:b/>
        </w:rPr>
        <w:t xml:space="preserve">[18:51] </w:t>
      </w:r>
      <w:r>
        <w:t>to test kaise hoga? is ke liye azaadi zaroori hai.</w:t>
      </w:r>
    </w:p>
    <w:p>
      <w:pPr>
        <w:jc w:val="right"/>
      </w:pPr>
      <w:r>
        <w:t>تو ٹیسٹ کیسے ہوگا؟ اس کے لیے آزادی ضروری ہے۔</w:t>
      </w:r>
    </w:p>
    <w:p>
      <w:r>
        <w:rPr>
          <w:b/>
        </w:rPr>
        <w:t xml:space="preserve">[18:55] </w:t>
      </w:r>
      <w:r>
        <w:t>azaadi deni hai to test kahan se hoga? to jab aap ne pabandi laga di ke aik hi</w:t>
      </w:r>
    </w:p>
    <w:p>
      <w:pPr>
        <w:jc w:val="right"/>
      </w:pPr>
      <w:r>
        <w:t>آزادی دینی ہے تو ٹیسٹ کہاں سے ہوگا؟ تو جب آپ نے پابندی لگا دی کہ ایک ہی</w:t>
      </w:r>
    </w:p>
    <w:p>
      <w:r>
        <w:rPr>
          <w:b/>
        </w:rPr>
        <w:t xml:space="preserve">[18:59] </w:t>
      </w:r>
      <w:r>
        <w:t>dhang par tum</w:t>
      </w:r>
    </w:p>
    <w:p>
      <w:pPr>
        <w:jc w:val="right"/>
      </w:pPr>
      <w:r>
        <w:t>ڈھنگ پر تم</w:t>
      </w:r>
    </w:p>
    <w:p>
      <w:r>
        <w:rPr>
          <w:b/>
        </w:rPr>
        <w:t xml:space="preserve">[19:04] </w:t>
      </w:r>
      <w:r>
        <w:t>, yani aik hi mazhab ko ikhtiyar kar sakte ho, doosra nahi ikhtiyar kar sakte ho, to jabr aa gaya.</w:t>
      </w:r>
    </w:p>
    <w:p>
      <w:pPr>
        <w:jc w:val="right"/>
      </w:pPr>
      <w:r>
        <w:t>، یعنی ایک ہی مذہب کو اختیار کر سکتے ہو، دوسرا نہیں اختیار کر سکتے ہو، تو جبر آ گیا۔</w:t>
      </w:r>
    </w:p>
    <w:p>
      <w:r>
        <w:rPr>
          <w:b/>
        </w:rPr>
        <w:t xml:space="preserve">[19:08] </w:t>
      </w:r>
      <w:r>
        <w:t>جبر آ گیا تو اللہ کا تخلیقی منصوبہ جہاں jeopardize ہونے لگا۔</w:t>
      </w:r>
    </w:p>
    <w:p>
      <w:pPr>
        <w:jc w:val="right"/>
      </w:pPr>
      <w:r>
        <w:t>جبر آ گیا تو اللہ کا تخلیقی منصوبہ جہاں جیپرٹائز ہونے لگا۔</w:t>
      </w:r>
    </w:p>
    <w:p>
      <w:r>
        <w:rPr>
          <w:b/>
        </w:rPr>
        <w:t xml:space="preserve">[19:13] </w:t>
      </w:r>
      <w:r>
        <w:t>to Allah taala ko matloob hua ke is soorathal ko khatam kiya jaye jo ke Allah ke takhleeqi</w:t>
      </w:r>
    </w:p>
    <w:p>
      <w:pPr>
        <w:jc w:val="right"/>
      </w:pPr>
      <w:r>
        <w:t>تو اللہ تعالیٰ کو مطلوب ہوا کہ اس صورتحال کو ختم کیا جائے جو کہ اللہ کے تخلیقی</w:t>
      </w:r>
    </w:p>
    <w:p>
      <w:r>
        <w:rPr>
          <w:b/>
        </w:rPr>
        <w:t xml:space="preserve">[19:17] </w:t>
      </w:r>
      <w:r>
        <w:t>mansoobe ko ke liye masla ban gaya hai.</w:t>
      </w:r>
    </w:p>
    <w:p>
      <w:pPr>
        <w:jc w:val="right"/>
      </w:pPr>
      <w:r>
        <w:t>منصوبے کو کے لیے مسئلہ بن گیا ہے۔</w:t>
      </w:r>
    </w:p>
    <w:p>
      <w:r>
        <w:rPr>
          <w:b/>
        </w:rPr>
        <w:t xml:space="preserve">[19:22] </w:t>
      </w:r>
      <w:r>
        <w:t>is liye qitaal hua.</w:t>
      </w:r>
    </w:p>
    <w:p>
      <w:pPr>
        <w:jc w:val="right"/>
      </w:pPr>
      <w:r>
        <w:t>اس لیے قتال ہوا۔</w:t>
      </w:r>
    </w:p>
    <w:p>
      <w:r>
        <w:rPr>
          <w:b/>
        </w:rPr>
        <w:t xml:space="preserve">[19:26] </w:t>
      </w:r>
      <w:r>
        <w:t>to khatm fitna tak qitaal.</w:t>
      </w:r>
    </w:p>
    <w:p>
      <w:pPr>
        <w:jc w:val="right"/>
      </w:pPr>
      <w:r>
        <w:t>تو ختم فتنہ تک قتال۔</w:t>
      </w:r>
    </w:p>
    <w:p>
      <w:r>
        <w:rPr>
          <w:b/>
        </w:rPr>
        <w:t xml:space="preserve">[19:31] </w:t>
      </w:r>
      <w:r>
        <w:t>yani jab tak religious persecution khatm na ho, tab tak qitaal. to</w:t>
      </w:r>
    </w:p>
    <w:p>
      <w:pPr>
        <w:jc w:val="right"/>
      </w:pPr>
      <w:r>
        <w:t>یعنی جب تک ریلیجس پرسیکیوشن ختم نہ ہو، تب تک قتال۔ تو</w:t>
      </w:r>
    </w:p>
    <w:p>
      <w:r>
        <w:rPr>
          <w:b/>
        </w:rPr>
        <w:t xml:space="preserve">[19:35] </w:t>
      </w:r>
      <w:r>
        <w:t>rasool Allah sallallahu alaihi wasallam aur sahaba rasool ne jo ladaiyan keen, woh isi maqsad ke liye theen. aur is ke baad kya hua? mukammal khatma ho gaya mazhabi zabr ka, religious persecution ka. Hazrat Umar ke zamane tak khatm ho chuka tha bilkul yeh. lekin is ke baad qital jaari raha. to jahan tak mein samajhta hoon, is tareekh mein sirf do aadmi aise mujhe maloom</w:t>
      </w:r>
    </w:p>
    <w:p>
      <w:pPr>
        <w:jc w:val="right"/>
      </w:pPr>
      <w:r>
        <w:t>رسول اللہ صلی اللہ علیہ وسلم اور صحابہ رسول نے جو لڑائیاں کیں، وہ اسی مقصد کے لیے تھیں۔ اور اس کے بعد کیا ہوا؟ مکمل خاتمہ ہو گیا مذہبی جبر کا، ریلیجس پرسیکیوشن کا۔ حضرت عمر کے زمانے تک ختم ہو چکا تھا بالکل یہ۔ لیکن اس کے بعد قتال جاری رہا۔ تو جہاں تک میں سمجھتا ہوں، اس تاریخ میں صرف دو آدمی ایسے مجھے معلوم</w:t>
      </w:r>
    </w:p>
    <w:p>
      <w:r>
        <w:rPr>
          <w:b/>
        </w:rPr>
        <w:t xml:space="preserve">[20:05] </w:t>
      </w:r>
      <w:r>
        <w:t>hain jo is haqeeqat ko samajh saken ke ab qitaal ki zaroorat khatm ho chuki hai.</w:t>
      </w:r>
    </w:p>
    <w:p>
      <w:pPr>
        <w:jc w:val="right"/>
      </w:pPr>
      <w:r>
        <w:t>ہیں جو اس حقیقت کو سمجھ سکیں کہ اب قتال کی ضرورت ختم ہو چکی ہے۔</w:t>
      </w:r>
    </w:p>
    <w:p>
      <w:r>
        <w:rPr>
          <w:b/>
        </w:rPr>
        <w:t xml:space="preserve">[20:11] </w:t>
      </w:r>
      <w:r>
        <w:t>aik Abdullah ibn Umar aur aik Hazrat Umar ibn Aziz.</w:t>
      </w:r>
    </w:p>
    <w:p>
      <w:pPr>
        <w:jc w:val="right"/>
      </w:pPr>
      <w:r>
        <w:t>ایک عبداللہ ابن عمر اور ایک حضرت عمر ابن عزیز۔</w:t>
      </w:r>
    </w:p>
    <w:p>
      <w:r>
        <w:rPr>
          <w:b/>
        </w:rPr>
        <w:t xml:space="preserve">[20:17] </w:t>
      </w:r>
      <w:r>
        <w:t>yani Hazrat Abdullah ibn Umar aur Hazrat Umar ibn Abdul Aziz.</w:t>
      </w:r>
    </w:p>
    <w:p>
      <w:pPr>
        <w:jc w:val="right"/>
      </w:pPr>
      <w:r>
        <w:t>یعنی حضرت عبداللہ ابن عمر اور حضرت عمر ابن عبدالعزیز۔</w:t>
      </w:r>
    </w:p>
    <w:p>
      <w:r>
        <w:rPr>
          <w:b/>
        </w:rPr>
        <w:t xml:space="preserve">[20:23] </w:t>
      </w:r>
      <w:r>
        <w:t>unhon ne yeh samjha ke ab qitaal kis liye? ab to ibadat karo, dawat do, deeni sargarmion mein</w:t>
      </w:r>
    </w:p>
    <w:p>
      <w:pPr>
        <w:jc w:val="right"/>
      </w:pPr>
      <w:r>
        <w:t>انہوں نے یہ سمجھا کہ اب قتال کس لیے؟ اب تو عبادت کرو، دعوت دو، دینی سرگرمیوں میں</w:t>
      </w:r>
    </w:p>
    <w:p>
      <w:r>
        <w:rPr>
          <w:b/>
        </w:rPr>
        <w:t xml:space="preserve">[20:29] </w:t>
      </w:r>
      <w:r>
        <w:t>dikhao, saare kaam karo</w:t>
      </w:r>
    </w:p>
    <w:p>
      <w:pPr>
        <w:jc w:val="right"/>
      </w:pPr>
      <w:r>
        <w:t>دکھاؤ، سارے کام کرو</w:t>
      </w:r>
    </w:p>
    <w:p>
      <w:r>
        <w:rPr>
          <w:b/>
        </w:rPr>
        <w:t xml:space="preserve">[20:35] </w:t>
      </w:r>
      <w:r>
        <w:t>, koi rok tok to hai nahi.</w:t>
      </w:r>
    </w:p>
    <w:p>
      <w:pPr>
        <w:jc w:val="right"/>
      </w:pPr>
      <w:r>
        <w:t>، کوئی روک ٹوک تو ہے نہیں۔</w:t>
      </w:r>
    </w:p>
    <w:p>
      <w:r>
        <w:rPr>
          <w:b/>
        </w:rPr>
        <w:t xml:space="preserve">[20:40] </w:t>
      </w:r>
      <w:r>
        <w:t>to Hazrat Abdullah ibn Umar ke zamanay mein log larne lagay.</w:t>
      </w:r>
    </w:p>
    <w:p>
      <w:pPr>
        <w:jc w:val="right"/>
      </w:pPr>
      <w:r>
        <w:t>تو حضرت عبداللہ ابن عمر کے زمانے میں لوگ لڑنے لگے۔</w:t>
      </w:r>
    </w:p>
    <w:p>
      <w:r>
        <w:rPr>
          <w:b/>
        </w:rPr>
        <w:t xml:space="preserve">[20:45] </w:t>
      </w:r>
      <w:r>
        <w:t>yani yani is doosray naye issue le kar larne lagay hukoomaton se.</w:t>
      </w:r>
    </w:p>
    <w:p>
      <w:pPr>
        <w:jc w:val="right"/>
      </w:pPr>
      <w:r>
        <w:t>یعنی یعنی اس دوسرے نئے ایشو لے کر لڑنے لگے حکومتوں سے۔</w:t>
      </w:r>
    </w:p>
    <w:p>
      <w:r>
        <w:rPr>
          <w:b/>
        </w:rPr>
        <w:t xml:space="preserve">[20:50] </w:t>
      </w:r>
      <w:r>
        <w:t>hukoomaton se naye issue le kar takrao shuru kar diya.</w:t>
      </w:r>
    </w:p>
    <w:p>
      <w:pPr>
        <w:jc w:val="right"/>
      </w:pPr>
      <w:r>
        <w:t>حکومتوں سے نئے ایشو لے کر ٹکراؤ شروع کر دیا۔</w:t>
      </w:r>
    </w:p>
    <w:p>
      <w:r>
        <w:rPr>
          <w:b/>
        </w:rPr>
        <w:t xml:space="preserve">[20:55] </w:t>
      </w:r>
      <w:r>
        <w:t>issue to sirf aik tha, woh tha religious persecution.</w:t>
      </w:r>
    </w:p>
    <w:p>
      <w:pPr>
        <w:jc w:val="right"/>
      </w:pPr>
      <w:r>
        <w:t>ایشو تو صرف ایک تھا، وہ تھا ریلیجس پرسیکیوشن۔</w:t>
      </w:r>
    </w:p>
    <w:p>
      <w:r>
        <w:rPr>
          <w:b/>
        </w:rPr>
        <w:t xml:space="preserve">[21:00] </w:t>
      </w:r>
      <w:r>
        <w:t>aur koi issue nahi tha is ke liye aap larein ke ke hukmaran zalim hai</w:t>
      </w:r>
    </w:p>
    <w:p>
      <w:pPr>
        <w:jc w:val="right"/>
      </w:pPr>
      <w:r>
        <w:t>اور کوئی ایشو نہیں تھا اس کے لیے آپ لڑیں کہ کہ حکمران ظالم ہے</w:t>
      </w:r>
    </w:p>
    <w:p>
      <w:r>
        <w:rPr>
          <w:b/>
        </w:rPr>
        <w:t xml:space="preserve">[21:05] </w:t>
      </w:r>
      <w:r>
        <w:t>ya justice nahi ho rahi hai aur ya mustafa nizam nahi qaaim hai ya maashi nabarabarri ho gayi hai waghera. yeh sab umoor jihad ke issue nahi hain. yeh peaceful struggle ke issue hain. peaceful, peaceful tareeqe se aap logon ko samjhaiye, bataiye, zehan banaiye, samajh banaiye, maashra banaiye. lekin yani other than religious per</w:t>
      </w:r>
    </w:p>
    <w:p>
      <w:pPr>
        <w:jc w:val="right"/>
      </w:pPr>
      <w:r>
        <w:t>یا جسٹس نہیں ہو رہی ہے اور یا مصطفیٰ نظام نہیں قائم ہے یا معاشی نابرابری ہو گئی ہے وغیرہ۔ یہ سب امور جہاد کے ایشو نہیں ہیں۔ یہ پیس فل اسٹرگل کے ایشو ہیں۔ پیس فل، پیس فل طریقے سے آپ لوگوں کو سمجھائیے، بتائیے، ذہن بنائیے، سماج بنائیے، معاشرہ بنائیے۔ لیکن یعنی ادر دین ریلیجس پر</w:t>
      </w:r>
    </w:p>
    <w:p>
      <w:r>
        <w:rPr>
          <w:b/>
        </w:rPr>
        <w:t xml:space="preserve">[21:35] </w:t>
      </w:r>
      <w:r>
        <w:t>secution ko logon ne issue bana liya aur ladne lage is ko. to Hazrat Abdullah ibn Umar se logon ne kaha ke aap kyun nahi is jang mein shareek hote? to woh alag the is is jang se, is mein shareek nahi hue the woh. to unhon ne kaha ke yeh hum woh jo yeh aayat padhi aur logon ne qaatiluhum hatta la takuna fitnah. to unhon ne kaha qatalna, woh to hum ne kar diya. qatalna ha</w:t>
      </w:r>
    </w:p>
    <w:p>
      <w:pPr>
        <w:jc w:val="right"/>
      </w:pPr>
      <w:r>
        <w:t>سیکیوشن کو لوگوں نے ایشو بنا لیا اور لڑنے لگے اس کو۔ تو حضرت عبداللہ ابن عمر سے لوگوں نے کہا کہ آپ کیوں نہیں اس جنگ میں شریک ہوتے؟ تو وہ الگ تھے اس اس جنگ سے، اس میں شریک نہیں ہوئے تھے وہ۔ تو انہوں نے کہا کہ یہ ہم وہ جو یہ آیت پڑھی اور لوگوں نے قاتلوہم حتی لا تکون فتنہ۔ تو انہوں نے کہا قتلنا، وہ تو ہم نے کر دیا۔ قتلنا ح</w:t>
      </w:r>
    </w:p>
    <w:p>
      <w:r>
        <w:rPr>
          <w:b/>
        </w:rPr>
        <w:t xml:space="preserve">[22:05] </w:t>
      </w:r>
      <w:r>
        <w:t>ti la takoon fitna.</w:t>
      </w:r>
    </w:p>
    <w:p>
      <w:pPr>
        <w:jc w:val="right"/>
      </w:pPr>
      <w:r>
        <w:t>تی لا تکون فتنہ۔</w:t>
      </w:r>
    </w:p>
    <w:p>
      <w:r>
        <w:rPr>
          <w:b/>
        </w:rPr>
        <w:t xml:space="preserve">[22:11] </w:t>
      </w:r>
      <w:r>
        <w:t>yani hum ne woh jang ki aur woh fitna khatam ho chuka.</w:t>
      </w:r>
    </w:p>
    <w:p>
      <w:pPr>
        <w:jc w:val="right"/>
      </w:pPr>
      <w:r>
        <w:t>یعنی ہم نے وہ جنگ کی اور وہ فتنہ ختم ہو چکا۔</w:t>
      </w:r>
    </w:p>
    <w:p>
      <w:r>
        <w:rPr>
          <w:b/>
        </w:rPr>
        <w:t xml:space="preserve">[22:16] </w:t>
      </w:r>
      <w:r>
        <w:t>ab kis liye larai? to un ka yeh jo qol hai, is se sabit hota hai ke islam</w:t>
      </w:r>
    </w:p>
    <w:p>
      <w:pPr>
        <w:jc w:val="right"/>
      </w:pPr>
      <w:r>
        <w:t>اب کس لیے لڑائی؟ تو ان کا یہ جو قول ہے، اس سے ثابت ہوتا ہے کہ اسلام</w:t>
      </w:r>
    </w:p>
    <w:p>
      <w:r>
        <w:rPr>
          <w:b/>
        </w:rPr>
        <w:t xml:space="preserve">[22:21] </w:t>
      </w:r>
      <w:r>
        <w:t>mein jo qital tha, woh sirf khatam fitna ke liye tha aur kisi maqsad ke liye nahi tha.</w:t>
      </w:r>
    </w:p>
    <w:p>
      <w:pPr>
        <w:jc w:val="right"/>
      </w:pPr>
      <w:r>
        <w:t>میں جو قتال تھا، وہ صرف ختم فتنہ کے لیے تھا اور کسی مقصد کے لیے نہیں تھا۔</w:t>
      </w:r>
    </w:p>
    <w:p>
      <w:r>
        <w:rPr>
          <w:b/>
        </w:rPr>
        <w:t xml:space="preserve">[22:26] </w:t>
      </w:r>
      <w:r>
        <w:t>naye naye issue utha kar ke aap larnay lagay hain, is ka taluq quran se nahi hai.</w:t>
      </w:r>
    </w:p>
    <w:p>
      <w:pPr>
        <w:jc w:val="right"/>
      </w:pPr>
      <w:r>
        <w:t>نئے نئے ایشو اٹھا کر کے آپ لڑنے لگے ہیں، اس کا تعلق قرآن سے نہیں ہے۔</w:t>
      </w:r>
    </w:p>
    <w:p>
      <w:r>
        <w:rPr>
          <w:b/>
        </w:rPr>
        <w:t xml:space="preserve">[22:31] </w:t>
      </w:r>
      <w:r>
        <w:t>woh aap ki</w:t>
      </w:r>
    </w:p>
    <w:p>
      <w:pPr>
        <w:jc w:val="right"/>
      </w:pPr>
      <w:r>
        <w:t>وہ آپ کی</w:t>
      </w:r>
    </w:p>
    <w:p>
      <w:r>
        <w:rPr>
          <w:b/>
        </w:rPr>
        <w:t xml:space="preserve">[22:36] </w:t>
      </w:r>
      <w:r>
        <w:t>yani yeh hai aap ka khud sakhta woh qital hai, khud sakhta jihad hai, khud sakhta jang hai. is tarah se Umar ibn Abdul Aziz ke zamane mein ek governor se unhon ne kaha tha ke wa'ak in Muhammad (SAW) bo'is hadiyan wa lam yub'as jabiyan. tumhara bura ho, Muhammad sallallahu alaihi wasallam bheje gaye the hidayat ke liye, tax</w:t>
      </w:r>
    </w:p>
    <w:p>
      <w:pPr>
        <w:jc w:val="right"/>
      </w:pPr>
      <w:r>
        <w:t>یعنی یہ ہے آپ کا خود ساختہ وہ قتال ہے، خود ساختہ جہاد ہے، خود ساختہ جنگ ہے۔ اس طرح سے عمر ابن عزیز کے زمانے میں ایک گورنر سے انہوں نے کہا تھا کہ واہک ان محمد بوس ہادی ولم یباس جابین۔ تمہارا برا ہو، محمد صلی اللہ علیہ وسلم بھیجے گئے تھے ہدایت کے لیے، ٹیکس</w:t>
      </w:r>
    </w:p>
    <w:p>
      <w:r>
        <w:rPr>
          <w:b/>
        </w:rPr>
        <w:t xml:space="preserve">[23:06] </w:t>
      </w:r>
      <w:r>
        <w:t>vasool karne ke liye nahi.</w:t>
      </w:r>
    </w:p>
    <w:p>
      <w:pPr>
        <w:jc w:val="right"/>
      </w:pPr>
      <w:r>
        <w:t>وصول کرنے کے لیے نہیں۔</w:t>
      </w:r>
    </w:p>
    <w:p>
      <w:r>
        <w:rPr>
          <w:b/>
        </w:rPr>
        <w:t xml:space="preserve">[23:11] </w:t>
      </w:r>
      <w:r>
        <w:t>matlab lado, hukoomat par qabza karo, qabza kar ke tax lagao, is ke liye nahi bhejay gaye thay.</w:t>
      </w:r>
    </w:p>
    <w:p>
      <w:pPr>
        <w:jc w:val="right"/>
      </w:pPr>
      <w:r>
        <w:t>مطلب لڑو، حکومت پر قبضہ کرو، قبضہ کر کے ٹیکس لگاؤ، اس کے لیے نہیں بھیجے گئے تھے۔</w:t>
      </w:r>
    </w:p>
    <w:p>
      <w:r>
        <w:rPr>
          <w:b/>
        </w:rPr>
        <w:t xml:space="preserve">[23:15] </w:t>
      </w:r>
      <w:r>
        <w:t>to poori tareekh mein do aadmi aise mujhe maloom hain jo is haqeeqat se baghaibar thay ke jab</w:t>
      </w:r>
    </w:p>
    <w:p>
      <w:pPr>
        <w:jc w:val="right"/>
      </w:pPr>
      <w:r>
        <w:t>تو پوری تاریخ میں دو آدمی ایسے مجھے معلوم ہیں جو اس حقیقت سے باخبر تھے کہ جب</w:t>
      </w:r>
    </w:p>
    <w:p>
      <w:r>
        <w:rPr>
          <w:b/>
        </w:rPr>
        <w:t xml:space="preserve">[23:19] </w:t>
      </w:r>
      <w:r>
        <w:t>fitna khatam hoga to qital bhi khatam hogi.</w:t>
      </w:r>
    </w:p>
    <w:p>
      <w:pPr>
        <w:jc w:val="right"/>
      </w:pPr>
      <w:r>
        <w:t>فتنہ ختم ہوگا تو قتال بھی ختم ہوگی۔</w:t>
      </w:r>
    </w:p>
    <w:p>
      <w:r>
        <w:rPr>
          <w:b/>
        </w:rPr>
        <w:t xml:space="preserve">[23:24] </w:t>
      </w:r>
      <w:r>
        <w:t>ab perm jo jo hai karna hai.</w:t>
      </w:r>
    </w:p>
    <w:p>
      <w:pPr>
        <w:jc w:val="right"/>
      </w:pPr>
      <w:r>
        <w:t>اب پرم جو جو ہے کرنا ہے۔</w:t>
      </w:r>
    </w:p>
    <w:p>
      <w:r>
        <w:rPr>
          <w:b/>
        </w:rPr>
        <w:t xml:space="preserve">[23:28] </w:t>
      </w:r>
      <w:r>
        <w:t>lekin aap dekhiye, doosray doosray issue le ke larr rahay hain log.</w:t>
      </w:r>
    </w:p>
    <w:p>
      <w:pPr>
        <w:jc w:val="right"/>
      </w:pPr>
      <w:r>
        <w:t>لیکن آپ دیکھیے، دوسرے دوسرے ایشو لے کے لڑ رہے ہیں لوگ۔</w:t>
      </w:r>
    </w:p>
    <w:p>
      <w:r>
        <w:rPr>
          <w:b/>
        </w:rPr>
        <w:t xml:space="preserve">[23:32] </w:t>
      </w:r>
      <w:r>
        <w:t>land ka issue, insaaf ka issue, zulm ka issue, hukoomat</w:t>
      </w:r>
    </w:p>
    <w:p>
      <w:pPr>
        <w:jc w:val="right"/>
      </w:pPr>
      <w:r>
        <w:t>لینڈ کا ایشو، انصاف کا ایشو، ظلم کا ایشو، حکومت</w:t>
      </w:r>
    </w:p>
    <w:p>
      <w:r>
        <w:rPr>
          <w:b/>
        </w:rPr>
        <w:t xml:space="preserve">[23:37] </w:t>
      </w:r>
      <w:r>
        <w:t>mein islaah ka issue, yeh sab issue hain nahi jang ke. yeh sab yeh sab issue jo hain, peaceful struggle ke issue hain. yeh bahut hi bada hamari tareekh mein khala hai jo ijtihad na karne se hua hai. is waqt logon ko ijtihad kar ke karne ke batana chahiye tha. yeh ijtihad ka issue tha. yani phir se sochne ka issue tha. jaisa mein ne kaha ke creative thinking ka matlab hai thinking in a different way. ye</w:t>
      </w:r>
    </w:p>
    <w:p>
      <w:pPr>
        <w:jc w:val="right"/>
      </w:pPr>
      <w:r>
        <w:t>وں میں اصلاح کا ایشو، یہ سب ایشو ہیں نہیں جنگ کے۔ یہ سب یہ سب ایشو جو ہیں، پیس فل اسٹرگل کے ایشو ہیں۔ یہ بہت ہی بڑا ہماری تاریخ میں خلا ہے جو اجتہاد نہ کرنے سے ہوا ہے۔ اس وقت لوگوں کو اجتہاد کر کے کرنے کے بتانا چاہیے تھا۔ یہ اجتہاد کا ایشو تھا۔ یعنی پھر سے سوچنے کا ایشو تھا۔ جیسا میں نے کہا کہ کریٹیو تھنکنگ کا مطلب ہے تھنکنگ ان ا ڈفرنٹ وے۔ ی</w:t>
      </w:r>
    </w:p>
    <w:p>
      <w:r>
        <w:rPr>
          <w:b/>
        </w:rPr>
        <w:t xml:space="preserve">[24:07] </w:t>
      </w:r>
      <w:r>
        <w:t>yani jo riwayati soch thi, us riwayati soch se hat kar ke alag se sochna.</w:t>
      </w:r>
    </w:p>
    <w:p>
      <w:pPr>
        <w:jc w:val="right"/>
      </w:pPr>
      <w:r>
        <w:t>عنی جو روایتی سوچ تھی، اس روایتی سوچ سے ہٹ کر کے الگ سے سوچنا۔</w:t>
      </w:r>
    </w:p>
    <w:p>
      <w:r>
        <w:rPr>
          <w:b/>
        </w:rPr>
        <w:t xml:space="preserve">[24:13] </w:t>
      </w:r>
      <w:r>
        <w:t>to riwayati soch mein to hazaron saal se laraiyan chali aa rahi theen.</w:t>
      </w:r>
    </w:p>
    <w:p>
      <w:pPr>
        <w:jc w:val="right"/>
      </w:pPr>
      <w:r>
        <w:t>تو روایتی سوچ میں تو ہزاروں سال سے لڑائیاں چلی آ رہی تھیں۔</w:t>
      </w:r>
    </w:p>
    <w:p>
      <w:r>
        <w:rPr>
          <w:b/>
        </w:rPr>
        <w:t xml:space="preserve">[24:19] </w:t>
      </w:r>
      <w:r>
        <w:t>is soch se hat kar ke sochna chahiye tha ke islam mein sirf fitne ke khatam ke liye</w:t>
      </w:r>
    </w:p>
    <w:p>
      <w:pPr>
        <w:jc w:val="right"/>
      </w:pPr>
      <w:r>
        <w:t>اس سوچ سے ہٹ کر کے سوچنا چاہیے تھا کہ اسلام میں صرف فتنے کے ختم کے لیے</w:t>
      </w:r>
    </w:p>
    <w:p>
      <w:r>
        <w:rPr>
          <w:b/>
        </w:rPr>
        <w:t xml:space="preserve">[24:25] </w:t>
      </w:r>
      <w:r>
        <w:t>qital tha, ab koi qital nahi hai.</w:t>
      </w:r>
    </w:p>
    <w:p>
      <w:pPr>
        <w:jc w:val="right"/>
      </w:pPr>
      <w:r>
        <w:t>قتال تھا، اب کوئی قتال نہیں ہے۔</w:t>
      </w:r>
    </w:p>
    <w:p>
      <w:r>
        <w:rPr>
          <w:b/>
        </w:rPr>
        <w:t xml:space="preserve">[24:31] </w:t>
      </w:r>
      <w:r>
        <w:t>ab khoob aman parwar tor par kaam karo, har qism ke darwazay khulay hue hain. lekin</w:t>
      </w:r>
    </w:p>
    <w:p>
      <w:pPr>
        <w:jc w:val="right"/>
      </w:pPr>
      <w:r>
        <w:t>اب خوب پرامن طور پر کام کرو، ہر قسم کے دروازے کھلے ہوئے ہیں۔ لیکن</w:t>
      </w:r>
    </w:p>
    <w:p>
      <w:r>
        <w:rPr>
          <w:b/>
        </w:rPr>
        <w:t xml:space="preserve">[24:37] </w:t>
      </w:r>
      <w:r>
        <w:t>chounke majority jo hai, us ke andar soch badli nahi, is liye aaj tak larai jari hai.</w:t>
      </w:r>
    </w:p>
    <w:p>
      <w:pPr>
        <w:jc w:val="right"/>
      </w:pPr>
      <w:r>
        <w:t>چونکہ میجورٹی جو ہے، اس کے اندر سوچ بدلی نہیں، اس لیے آج تک لڑائی جاری ہے۔</w:t>
      </w:r>
    </w:p>
    <w:p>
      <w:r>
        <w:rPr>
          <w:b/>
        </w:rPr>
        <w:t xml:space="preserve">[24:42] </w:t>
      </w:r>
      <w:r>
        <w:t>aaj tak larai jari hai.</w:t>
      </w:r>
    </w:p>
    <w:p>
      <w:pPr>
        <w:jc w:val="right"/>
      </w:pPr>
      <w:r>
        <w:t>آج تک لڑائی جاری ہے۔</w:t>
      </w:r>
    </w:p>
    <w:p>
      <w:r>
        <w:rPr>
          <w:b/>
        </w:rPr>
        <w:t xml:space="preserve">[24:47] </w:t>
      </w:r>
      <w:r>
        <w:t>doosray do issue le kar ab kahin bhi, kahin bhi jahan woh musalman larr rahay hain, kahin gun</w:t>
      </w:r>
    </w:p>
    <w:p>
      <w:pPr>
        <w:jc w:val="right"/>
      </w:pPr>
      <w:r>
        <w:t>دوسرے دو ایشو لے کر اب کہیں بھی، کہیں بھی جہاں وہ مسلمان لڑ رہے ہیں، کہیں گن</w:t>
      </w:r>
    </w:p>
    <w:p>
      <w:r>
        <w:rPr>
          <w:b/>
        </w:rPr>
        <w:t xml:space="preserve">[24:52] </w:t>
      </w:r>
      <w:r>
        <w:t>chala rahay hain, bomb maar rahay hain, suicide bombing kar rahay hain, kahin bhi woh issue nahi hai.</w:t>
      </w:r>
    </w:p>
    <w:p>
      <w:pPr>
        <w:jc w:val="right"/>
      </w:pPr>
      <w:r>
        <w:t>چلا رہے ہیں، بم مار رہے ہیں، سوسائیڈ بمنگ کر رہے ہیں، کہیں بھی وہ ایشو نہیں ہے۔</w:t>
      </w:r>
    </w:p>
    <w:p>
      <w:r>
        <w:rPr>
          <w:b/>
        </w:rPr>
        <w:t xml:space="preserve">[24:57] </w:t>
      </w:r>
      <w:r>
        <w:t>religious persecution, religious persecution ka issue, mazhabi jabr ka issue.</w:t>
      </w:r>
    </w:p>
    <w:p>
      <w:pPr>
        <w:jc w:val="right"/>
      </w:pPr>
      <w:r>
        <w:t>ریلیجس پرسیکیوشن، ریلیجس پرسیکیوشن کا ایشو، مذہبی جبر کا ایشو۔</w:t>
      </w:r>
    </w:p>
    <w:p>
      <w:r>
        <w:rPr>
          <w:b/>
        </w:rPr>
        <w:t xml:space="preserve">[25:02] </w:t>
      </w:r>
      <w:r>
        <w:t>rasool aur sahaba rasool jis</w:t>
      </w:r>
    </w:p>
    <w:p>
      <w:pPr>
        <w:jc w:val="right"/>
      </w:pPr>
      <w:r>
        <w:t>رسول اور صحابہ رسول جس</w:t>
      </w:r>
    </w:p>
    <w:p>
      <w:r>
        <w:rPr>
          <w:b/>
        </w:rPr>
        <w:t xml:space="preserve">[25:07] </w:t>
      </w:r>
      <w:r>
        <w:t>issue ke liye larray thay, woh issue tha religious persecution ka issue, mazhabi jabr ka, mazhabi zulm ka issue.</w:t>
      </w:r>
    </w:p>
    <w:p>
      <w:pPr>
        <w:jc w:val="right"/>
      </w:pPr>
      <w:r>
        <w:t>ایشو کے لیے لڑے تھے، وہ ایشو تھا ریلیجس پرسیکیوشن کا ایشو، مذہبی جبر کا، مذہبی ظلم کا ایشو۔</w:t>
      </w:r>
    </w:p>
    <w:p>
      <w:r>
        <w:rPr>
          <w:b/>
        </w:rPr>
        <w:t xml:space="preserve">[25:12] </w:t>
      </w:r>
      <w:r>
        <w:t>woh toh khatm ho gaya.</w:t>
      </w:r>
    </w:p>
    <w:p>
      <w:pPr>
        <w:jc w:val="right"/>
      </w:pPr>
      <w:r>
        <w:t>وہ تو ختم ہو گیا۔</w:t>
      </w:r>
    </w:p>
    <w:p>
      <w:r>
        <w:rPr>
          <w:b/>
        </w:rPr>
        <w:t xml:space="preserve">[25:17] </w:t>
      </w:r>
      <w:r>
        <w:t>ab doosre doosre khud sakhta, khud sakhta issue le kar ke laraiyan kar rahe hain.</w:t>
      </w:r>
    </w:p>
    <w:p>
      <w:pPr>
        <w:jc w:val="right"/>
      </w:pPr>
      <w:r>
        <w:t>اب دوسرے دوسرے خود ساختہ، خود ساختہ ایشو لے کر کے لڑائیاں کر رہے ہیں۔</w:t>
      </w:r>
    </w:p>
    <w:p>
      <w:r>
        <w:rPr>
          <w:b/>
        </w:rPr>
        <w:t xml:space="preserve">[25:22] </w:t>
      </w:r>
      <w:r>
        <w:t>is ka talluq Islam se nahi hai.</w:t>
      </w:r>
    </w:p>
    <w:p>
      <w:pPr>
        <w:jc w:val="right"/>
      </w:pPr>
      <w:r>
        <w:t>اس کا تعلق اسلام سے نہیں ہے۔</w:t>
      </w:r>
    </w:p>
    <w:p>
      <w:r>
        <w:rPr>
          <w:b/>
        </w:rPr>
        <w:t xml:space="preserve">[25:27] </w:t>
      </w:r>
      <w:r>
        <w:t>yeh kyun aisa hua? Ijtihadi spirit khatm hone ki wajah se.</w:t>
      </w:r>
    </w:p>
    <w:p>
      <w:pPr>
        <w:jc w:val="right"/>
      </w:pPr>
      <w:r>
        <w:t>یہ کیوں ایسا ہوا؟ اجتہادی اسپرٹ ختم ہونے کی وجہ سے۔</w:t>
      </w:r>
    </w:p>
    <w:p>
      <w:r>
        <w:rPr>
          <w:b/>
        </w:rPr>
        <w:t xml:space="preserve">[25:32] </w:t>
      </w:r>
      <w:r>
        <w:t>yani baad ke zamane mein logon ne ijtihad ka matlab samjha kuch juzviyat fiqh mein ijtihad aur jo kulliyat</w:t>
      </w:r>
    </w:p>
    <w:p>
      <w:pPr>
        <w:jc w:val="right"/>
      </w:pPr>
      <w:r>
        <w:t>یعنی بعد کے زمانے میں لوگوں نے اجتہاد کا مطلب سمجھا کچھ جزئیات فقہ میں اجتہاد اور جو کلیات</w:t>
      </w:r>
    </w:p>
    <w:p>
      <w:r>
        <w:rPr>
          <w:b/>
        </w:rPr>
        <w:t xml:space="preserve">[25:37] </w:t>
      </w:r>
      <w:r>
        <w:t>masail thay, is mein ijtihad nahi. ghhor kijiye, kitna bara nuqsan yeh hua. yeh aaj bhi dekhiye, aaj ka masla jo hai, kya hai? ijtihad na karne ki wajah se. western civilization ko lijiye. western civilization aayi toh is mein kuch masail thay, mislan nudity hai, nudity aur bohat ziyada freedom. is tarah ke kuch masail ya aur masail ke woh unhon ne poli</w:t>
      </w:r>
    </w:p>
    <w:p>
      <w:pPr>
        <w:jc w:val="right"/>
      </w:pPr>
      <w:r>
        <w:t>مسائل تھے، اس میں اجتہاد نہیں۔ غور کیجئے، کتنا بڑا نقصان یہ ہوا۔ یہ آج بھی دیکھیے، آج کا مسئلہ جو ہے، کیا ہے؟ اجتہاد نہ کرنے کی وجہ سے۔ ویسٹرن سولائزیشن کو لیجئے۔ ویسٹرن سولائزیشن آئی تو اس میں کچھ مسئلے تھے، مثلاً نیوڈیٹی ہے، نیوڈیٹی اور بہت زیادہ فریڈم۔ اس طرح کے کچھ مسئلے یا اور مسئلے کہ وہ انہوں نے پولی</w:t>
      </w:r>
    </w:p>
    <w:p>
      <w:r>
        <w:rPr>
          <w:b/>
        </w:rPr>
        <w:t xml:space="preserve">[26:07] </w:t>
      </w:r>
      <w:r>
        <w:t>technical expansion ka masla waghera, is ko le kar phir jang ladne lage woh.</w:t>
      </w:r>
    </w:p>
    <w:p>
      <w:pPr>
        <w:jc w:val="right"/>
      </w:pPr>
      <w:r>
        <w:t>ٹیکل ایکسپینشن کا مسئلہ وغیرہ، اس کو لے کر پھر جنگ لڑنے لگے وہ۔</w:t>
      </w:r>
    </w:p>
    <w:p>
      <w:r>
        <w:rPr>
          <w:b/>
        </w:rPr>
        <w:t xml:space="preserve">[26:12] </w:t>
      </w:r>
      <w:r>
        <w:t>aur sari duniya mein musalmanon ko maghribi, western civilization matanfir kar diya.</w:t>
      </w:r>
    </w:p>
    <w:p>
      <w:pPr>
        <w:jc w:val="right"/>
      </w:pPr>
      <w:r>
        <w:t>اور ساری دنیا میں مسلمانوں کو مغربی، ویسٹرن سولائزیشن متنفر کر دیا۔</w:t>
      </w:r>
    </w:p>
    <w:p>
      <w:r>
        <w:rPr>
          <w:b/>
        </w:rPr>
        <w:t xml:space="preserve">[26:17] </w:t>
      </w:r>
      <w:r>
        <w:t>har aadmi nafrat karta hai maghrib se.</w:t>
      </w:r>
    </w:p>
    <w:p>
      <w:pPr>
        <w:jc w:val="right"/>
      </w:pPr>
      <w:r>
        <w:t>ہر آدمی نفرت کرتا ہے مغرب سے۔</w:t>
      </w:r>
    </w:p>
    <w:p>
      <w:r>
        <w:rPr>
          <w:b/>
        </w:rPr>
        <w:t xml:space="preserve">[26:23] </w:t>
      </w:r>
      <w:r>
        <w:t>har aadmi nafrat karta hai maghrib se.</w:t>
      </w:r>
    </w:p>
    <w:p>
      <w:pPr>
        <w:jc w:val="right"/>
      </w:pPr>
      <w:r>
        <w:t>ہر آدمی نفرت کرتا ہے مغرب سے۔</w:t>
      </w:r>
    </w:p>
    <w:p>
      <w:r>
        <w:rPr>
          <w:b/>
        </w:rPr>
        <w:t xml:space="preserve">[26:28] </w:t>
      </w:r>
      <w:r>
        <w:t>lekin yahi maghrib hai jis ne naye darwaze khole hain dawat ke.</w:t>
      </w:r>
    </w:p>
    <w:p>
      <w:pPr>
        <w:jc w:val="right"/>
      </w:pPr>
      <w:r>
        <w:t>لیکن یہی مغرب ہے جس نے نئے دروازے کھولے ہیں دعوت کے۔</w:t>
      </w:r>
    </w:p>
    <w:p>
      <w:r>
        <w:rPr>
          <w:b/>
        </w:rPr>
        <w:t xml:space="preserve">[26:33] </w:t>
      </w:r>
      <w:r>
        <w:t>dekhiye, dawat ke liye</w:t>
      </w:r>
    </w:p>
    <w:p>
      <w:pPr>
        <w:jc w:val="right"/>
      </w:pPr>
      <w:r>
        <w:t>دیکھیے، دعوت کے لیے</w:t>
      </w:r>
    </w:p>
    <w:p>
      <w:r>
        <w:rPr>
          <w:b/>
        </w:rPr>
        <w:t xml:space="preserve">[26:38] </w:t>
      </w:r>
      <w:r>
        <w:t>zarurat thi modern, mazeed yani universal communication ki, global communication ki.</w:t>
      </w:r>
    </w:p>
    <w:p>
      <w:pPr>
        <w:jc w:val="right"/>
      </w:pPr>
      <w:r>
        <w:t>ضرورت تھی ماڈرن، مزید یعنی یونیورسل کمیونیکیشن کی، گلوبل کمیونیکیشن کی۔</w:t>
      </w:r>
    </w:p>
    <w:p>
      <w:r>
        <w:rPr>
          <w:b/>
        </w:rPr>
        <w:t xml:space="preserve">[26:44] </w:t>
      </w:r>
      <w:r>
        <w:t>qadeem zamane mein kya tha ke dawat ka kaam hota tha zabani taur par bol kar ke ya</w:t>
      </w:r>
    </w:p>
    <w:p>
      <w:pPr>
        <w:jc w:val="right"/>
      </w:pPr>
      <w:r>
        <w:t>قدیم زمانے میں کیا تھا کہ دعوت کا کام ہوتا تھا زبانی طور پر بول کر کے یا</w:t>
      </w:r>
    </w:p>
    <w:p>
      <w:r>
        <w:rPr>
          <w:b/>
        </w:rPr>
        <w:t xml:space="preserve">[26:51] </w:t>
      </w:r>
      <w:r>
        <w:t>haath se likhte the.</w:t>
      </w:r>
    </w:p>
    <w:p>
      <w:pPr>
        <w:jc w:val="right"/>
      </w:pPr>
      <w:r>
        <w:t>ہاتھ سے لکھتے تھے۔</w:t>
      </w:r>
    </w:p>
    <w:p>
      <w:r>
        <w:rPr>
          <w:b/>
        </w:rPr>
        <w:t xml:space="preserve">[26:57] </w:t>
      </w:r>
      <w:r>
        <w:t>modern civilization jo hai, is ne kya kiya? Printing industry, printing technology ijad ki, chhapa mumkin ho gaya.</w:t>
      </w:r>
    </w:p>
    <w:p>
      <w:pPr>
        <w:jc w:val="right"/>
      </w:pPr>
      <w:r>
        <w:t>ماڈرن سولائزیشن جو ہے، اس نے کیا کیا؟ پرنٹنگ انڈسٹری، پرنٹنگ ٹیکنالوجی ایجاد کی، چھپنا ممکن ہو گیا۔</w:t>
      </w:r>
    </w:p>
    <w:p>
      <w:r>
        <w:rPr>
          <w:b/>
        </w:rPr>
        <w:t xml:space="preserve">[27:03] </w:t>
      </w:r>
      <w:r>
        <w:t>yani is tarah ka jo Quran hai, pehle zamane mein</w:t>
      </w:r>
    </w:p>
    <w:p>
      <w:pPr>
        <w:jc w:val="right"/>
      </w:pPr>
      <w:r>
        <w:t>یعنی اس طرح کا جو قرآن ہے، پہلے زمانے میں</w:t>
      </w:r>
    </w:p>
    <w:p>
      <w:r>
        <w:rPr>
          <w:b/>
        </w:rPr>
        <w:t xml:space="preserve">[27:09] </w:t>
      </w:r>
      <w:r>
        <w:t>chhap hi nahi sakta tha.</w:t>
      </w:r>
    </w:p>
    <w:p>
      <w:pPr>
        <w:jc w:val="right"/>
      </w:pPr>
      <w:r>
        <w:t>چھپ ہی نہیں سکتا تھا۔</w:t>
      </w:r>
    </w:p>
    <w:p>
      <w:r>
        <w:rPr>
          <w:b/>
        </w:rPr>
        <w:t xml:space="preserve">[27:14] </w:t>
      </w:r>
      <w:r>
        <w:t>yani agar is zamane mein koi aisa Quran le kar aata, yani seventh century, toh woh samajhte hain</w:t>
      </w:r>
    </w:p>
    <w:p>
      <w:pPr>
        <w:jc w:val="right"/>
      </w:pPr>
      <w:r>
        <w:t>یعنی اگر اس زمانے میں کوئی ایسا قرآن لے کر آتا، یعنی سیونتھ سینچری، تو وہ سمجھتے ہیں</w:t>
      </w:r>
    </w:p>
    <w:p>
      <w:r>
        <w:rPr>
          <w:b/>
        </w:rPr>
        <w:t xml:space="preserve">[27:19] </w:t>
      </w:r>
      <w:r>
        <w:t>ke yeh Quran jo hai, shayad malaika se aaya hua hai.</w:t>
      </w:r>
    </w:p>
    <w:p>
      <w:pPr>
        <w:jc w:val="right"/>
      </w:pPr>
      <w:r>
        <w:t>کہ یہ قرآن جو ہے، شاید ملائکہ سے آیا ہوا ہے۔</w:t>
      </w:r>
    </w:p>
    <w:p>
      <w:r>
        <w:rPr>
          <w:b/>
        </w:rPr>
        <w:t xml:space="preserve">[27:24] </w:t>
      </w:r>
      <w:r>
        <w:t>yani yeh jo musalmanon ka aqeedah hai ke kisi aasman par mehfooz hai Quran ka nuskha, samajhte hain</w:t>
      </w:r>
    </w:p>
    <w:p>
      <w:pPr>
        <w:jc w:val="right"/>
      </w:pPr>
      <w:r>
        <w:t>یعنی یہ جو مسلمانوں کا عقیدہ ہے کہ کسی آسمان پر محفوظ ہے قرآن کا نسخہ، سمجھتے ہیں</w:t>
      </w:r>
    </w:p>
    <w:p>
      <w:r>
        <w:rPr>
          <w:b/>
        </w:rPr>
        <w:t xml:space="preserve">[27:29] </w:t>
      </w:r>
      <w:r>
        <w:t>ke woh nuskha yeh hai.</w:t>
      </w:r>
    </w:p>
    <w:p>
      <w:pPr>
        <w:jc w:val="right"/>
      </w:pPr>
      <w:r>
        <w:t>کہ وہ نسخہ یہ ہے۔</w:t>
      </w:r>
    </w:p>
    <w:p>
      <w:r>
        <w:rPr>
          <w:b/>
        </w:rPr>
        <w:t xml:space="preserve">[27:34] </w:t>
      </w:r>
      <w:r>
        <w:t>kyun ke agar aap ne dekha ho museum ya ya library mein jo</w:t>
      </w:r>
    </w:p>
    <w:p>
      <w:pPr>
        <w:jc w:val="right"/>
      </w:pPr>
      <w:r>
        <w:t>کیونکہ اگر آپ نے دیکھا ہو میوزیم یا یا لائبریری میں جو</w:t>
      </w:r>
    </w:p>
    <w:p>
      <w:r>
        <w:rPr>
          <w:b/>
        </w:rPr>
        <w:t xml:space="preserve">[27:39] </w:t>
      </w:r>
      <w:r>
        <w:t>pehlay zamane ke haath ke likhe hue hon, toh ajeeb baithkon se hote hain.</w:t>
      </w:r>
    </w:p>
    <w:p>
      <w:pPr>
        <w:jc w:val="right"/>
      </w:pPr>
      <w:r>
        <w:t>پہلے زمانے کے ہاتھ کے لکھے ہوئے ہوں، تو عجیب بیٹھکیں سے ہوتے ہیں۔</w:t>
      </w:r>
    </w:p>
    <w:p>
      <w:r>
        <w:rPr>
          <w:b/>
        </w:rPr>
        <w:t xml:space="preserve">[27:45] </w:t>
      </w:r>
      <w:r>
        <w:t>itna khoobsurat chhapa hua Quran qadeem zamane mein bilkul yani unthinkable tha.</w:t>
      </w:r>
    </w:p>
    <w:p>
      <w:pPr>
        <w:jc w:val="right"/>
      </w:pPr>
      <w:r>
        <w:t>اتنا خوبصورت چھپا ہوا قرآن قدیم زمانے میں بالکل یعنی ان تھنکیبل تھا۔</w:t>
      </w:r>
    </w:p>
    <w:p>
      <w:r>
        <w:rPr>
          <w:b/>
        </w:rPr>
        <w:t xml:space="preserve">[27:51] </w:t>
      </w:r>
      <w:r>
        <w:t>toh woh samajhte hain ke yeh aasman se aaya hai.</w:t>
      </w:r>
    </w:p>
    <w:p>
      <w:pPr>
        <w:jc w:val="right"/>
      </w:pPr>
      <w:r>
        <w:t>تو وہ سمجھتے ہیں کہ یہ آسمان سے آیا ہے۔</w:t>
      </w:r>
    </w:p>
    <w:p>
      <w:r>
        <w:rPr>
          <w:b/>
        </w:rPr>
        <w:t xml:space="preserve">[27:57] </w:t>
      </w:r>
      <w:r>
        <w:t>yeh kis ne kiya? yeh technology kis ne paida ki? yeh paper technology, printing technology aur sara jo</w:t>
      </w:r>
    </w:p>
    <w:p>
      <w:pPr>
        <w:jc w:val="right"/>
      </w:pPr>
      <w:r>
        <w:t>یہ کس نے کیا؟ یہ ٹیکنالوجی کس نے پیدا کی؟ یہ پیپر ٹیکنالوجی، پرنٹنگ ٹیکنالوجی اور سارا جو</w:t>
      </w:r>
    </w:p>
    <w:p>
      <w:r>
        <w:rPr>
          <w:b/>
        </w:rPr>
        <w:t xml:space="preserve">[28:03] </w:t>
      </w:r>
      <w:r>
        <w:t>is ke zarooriyat hain, bijli, communication waghera, woh sab</w:t>
      </w:r>
    </w:p>
    <w:p>
      <w:pPr>
        <w:jc w:val="right"/>
      </w:pPr>
      <w:r>
        <w:t>اس کے ضروریات ہیں، بجلی، کمیونیکیشن وغیرہ، وہ سب</w:t>
      </w:r>
    </w:p>
    <w:p>
      <w:r>
        <w:rPr>
          <w:b/>
        </w:rPr>
        <w:t xml:space="preserve">[28:10] </w:t>
      </w:r>
      <w:r>
        <w:t>maghrib ne paida ki.</w:t>
      </w:r>
    </w:p>
    <w:p>
      <w:pPr>
        <w:jc w:val="right"/>
      </w:pPr>
      <w:r>
        <w:t>مغرب نے پیدا کی۔</w:t>
      </w:r>
    </w:p>
    <w:p>
      <w:r>
        <w:rPr>
          <w:b/>
        </w:rPr>
        <w:t xml:space="preserve">[28:15] </w:t>
      </w:r>
      <w:r>
        <w:t>lekin ijtihadi salahiyat na hone ki wajah se ya logon ko dikhai nahi diya ke west jo hai,</w:t>
      </w:r>
    </w:p>
    <w:p>
      <w:pPr>
        <w:jc w:val="right"/>
      </w:pPr>
      <w:r>
        <w:t>لیکن اجتہادی صلاحیت نہ ہونے کی وجہ سے یا لوگوں کو دکھائی نہیں دیا کہ ویسٹ جو ہے،</w:t>
      </w:r>
    </w:p>
    <w:p>
      <w:r>
        <w:rPr>
          <w:b/>
        </w:rPr>
        <w:t xml:space="preserve">[28:20] </w:t>
      </w:r>
      <w:r>
        <w:t>woh hamare liye aik aik tohfa ban kar aaya hai, natural gift ban kar aaya hai.</w:t>
      </w:r>
    </w:p>
    <w:p>
      <w:pPr>
        <w:jc w:val="right"/>
      </w:pPr>
      <w:r>
        <w:t>وہ ہمارے لیے ایک ایک تحفہ بن کر آیا ہے، نیچرل گفٹ بن کر آیا ہے۔</w:t>
      </w:r>
    </w:p>
    <w:p>
      <w:r>
        <w:rPr>
          <w:b/>
        </w:rPr>
        <w:t xml:space="preserve">[28:25] </w:t>
      </w:r>
      <w:r>
        <w:t>bas nafrat hi nafrat, nafrat hi nafrat.</w:t>
      </w:r>
    </w:p>
    <w:p>
      <w:pPr>
        <w:jc w:val="right"/>
      </w:pPr>
      <w:r>
        <w:t>بس نفرت ہی نفرت، نفرت ہی نفرت۔</w:t>
      </w:r>
    </w:p>
    <w:p>
      <w:r>
        <w:rPr>
          <w:b/>
        </w:rPr>
        <w:t xml:space="preserve">[28:30] </w:t>
      </w:r>
      <w:r>
        <w:t>kuch log is se nafrat karte hain, kuch log is ke khilaf taqreerein karte hain, kuch log is</w:t>
      </w:r>
    </w:p>
    <w:p>
      <w:pPr>
        <w:jc w:val="right"/>
      </w:pPr>
      <w:r>
        <w:t>کچھ لوگ اس سے نفرت کرتے ہیں، کچھ لوگ اس کے خلاف تقریریں کرتے ہیں، کچھ لوگ اس</w:t>
      </w:r>
    </w:p>
    <w:p>
      <w:r>
        <w:rPr>
          <w:b/>
        </w:rPr>
        <w:t xml:space="preserve">[28:35] </w:t>
      </w:r>
      <w:r>
        <w:t>ke khilaf kitabein likhte hain aur kuch logon ne is ke khilaf hathiyar utha rakha hai.</w:t>
      </w:r>
    </w:p>
    <w:p>
      <w:pPr>
        <w:jc w:val="right"/>
      </w:pPr>
      <w:r>
        <w:t>کے خلاف کتابیں لکھتے ہیں اور کچھ لوگوں نے اس کے خلاف ہتھیار اٹھا رکھا ہے۔</w:t>
      </w:r>
    </w:p>
    <w:p>
      <w:r>
        <w:rPr>
          <w:b/>
        </w:rPr>
        <w:t xml:space="preserve">[28:40] </w:t>
      </w:r>
      <w:r>
        <w:t>kuch passive violence mein hain, kuch active violence mein hain.</w:t>
      </w:r>
    </w:p>
    <w:p>
      <w:pPr>
        <w:jc w:val="right"/>
      </w:pPr>
      <w:r>
        <w:t>کچھ پیسو وائلنس میں ہیں، کچھ ایکٹیو وائلنس میں ہیں۔</w:t>
      </w:r>
    </w:p>
    <w:p>
      <w:r>
        <w:rPr>
          <w:b/>
        </w:rPr>
        <w:t xml:space="preserve">[28:45] </w:t>
      </w:r>
      <w:r>
        <w:t>poori ummat bati hui hai west ke khilaf, ya to passive violence ya active violence.</w:t>
      </w:r>
    </w:p>
    <w:p>
      <w:pPr>
        <w:jc w:val="right"/>
      </w:pPr>
      <w:r>
        <w:t>پوری امت بٹی ہوئی ہے ویسٹ کے خلاف، یا تو پیسو وائلنس یا ایکٹیو وائلنس۔</w:t>
      </w:r>
    </w:p>
    <w:p>
      <w:r>
        <w:rPr>
          <w:b/>
        </w:rPr>
        <w:t xml:space="preserve">[28:50] </w:t>
      </w:r>
      <w:r>
        <w:t>kyun? ijtihad ki salahiyat nahi.</w:t>
      </w:r>
    </w:p>
    <w:p>
      <w:pPr>
        <w:jc w:val="right"/>
      </w:pPr>
      <w:r>
        <w:t>کیوں؟ اجتہاد کی صلاحیت نہیں۔</w:t>
      </w:r>
    </w:p>
    <w:p>
      <w:r>
        <w:rPr>
          <w:b/>
        </w:rPr>
        <w:t xml:space="preserve">[28:55] </w:t>
      </w:r>
      <w:r>
        <w:t>yeh dekh nahi paate ke is ka jo negative aspect hai, one percent hai, 99 percent to positive aspect hai.</w:t>
      </w:r>
    </w:p>
    <w:p>
      <w:pPr>
        <w:jc w:val="right"/>
      </w:pPr>
      <w:r>
        <w:t>یہ دیکھ نہیں پاتے کہ اس کا جو نیگیٹیو اسپیکٹ ہے، ون پرسنٹ ہے، 99 پرسنٹ تو پازیٹیو اسپیکٹ ہے۔</w:t>
      </w:r>
    </w:p>
    <w:p>
      <w:r>
        <w:rPr>
          <w:b/>
        </w:rPr>
        <w:t xml:space="preserve">[29:00] </w:t>
      </w:r>
      <w:r>
        <w:t>ab kitni bari yeh, kitni bari kami hai yeh.</w:t>
      </w:r>
    </w:p>
    <w:p>
      <w:pPr>
        <w:jc w:val="right"/>
      </w:pPr>
      <w:r>
        <w:t>اب کتنی بڑی یہ، کتنی بڑی کمی ہے یہ۔</w:t>
      </w:r>
    </w:p>
    <w:p>
      <w:r>
        <w:rPr>
          <w:b/>
        </w:rPr>
        <w:t xml:space="preserve">[29:05] </w:t>
      </w:r>
      <w:r>
        <w:t>phir se soch sakna ke mada</w:t>
      </w:r>
    </w:p>
    <w:p>
      <w:pPr>
        <w:jc w:val="right"/>
      </w:pPr>
      <w:r>
        <w:t>پھر سے سوچ سکنا کہ مادہ</w:t>
      </w:r>
    </w:p>
    <w:p>
      <w:r>
        <w:rPr>
          <w:b/>
        </w:rPr>
        <w:t xml:space="preserve">[29:10] </w:t>
      </w:r>
      <w:r>
        <w:t>hamare logon mein khatam ho gaya hai.</w:t>
      </w:r>
    </w:p>
    <w:p>
      <w:pPr>
        <w:jc w:val="right"/>
      </w:pPr>
      <w:r>
        <w:t>ہمارے لوگوں میں ختم ہو گیا ہے۔</w:t>
      </w:r>
    </w:p>
    <w:p>
      <w:r>
        <w:rPr>
          <w:b/>
        </w:rPr>
        <w:t xml:space="preserve">[29:15] </w:t>
      </w:r>
      <w:r>
        <w:t>jo maine arz kiya ke creative, creative think ka matlab hai thinking in a different way, alag</w:t>
      </w:r>
    </w:p>
    <w:p>
      <w:pPr>
        <w:jc w:val="right"/>
      </w:pPr>
      <w:r>
        <w:t>جو میں نے عرض کیا کہ کریٹیو، کریٹیو تھنک کا مطلب ہے تھنکنگ ان ا ڈفرنٹ وے، الگ</w:t>
      </w:r>
    </w:p>
    <w:p>
      <w:r>
        <w:rPr>
          <w:b/>
        </w:rPr>
        <w:t xml:space="preserve">[29:20] </w:t>
      </w:r>
      <w:r>
        <w:t>dhang se sochna.</w:t>
      </w:r>
    </w:p>
    <w:p>
      <w:pPr>
        <w:jc w:val="right"/>
      </w:pPr>
      <w:r>
        <w:t>ڈھنگ سے سوچنا۔</w:t>
      </w:r>
    </w:p>
    <w:p>
      <w:r>
        <w:rPr>
          <w:b/>
        </w:rPr>
        <w:t xml:space="preserve">[29:25] </w:t>
      </w:r>
      <w:r>
        <w:t>jo chala aa raha traditional tareeqa, us se hat kar ke sochna.</w:t>
      </w:r>
    </w:p>
    <w:p>
      <w:pPr>
        <w:jc w:val="right"/>
      </w:pPr>
      <w:r>
        <w:t>جو چلا آ رہا ٹریڈیشنل طریقہ، اس سے ہٹ کر کے سوچنا۔</w:t>
      </w:r>
    </w:p>
    <w:p>
      <w:r>
        <w:rPr>
          <w:b/>
        </w:rPr>
        <w:t xml:space="preserve">[29:31] </w:t>
      </w:r>
      <w:r>
        <w:t>to is ki wajah se kya hai ke hum yani opportunity ke hujoom mein sirf shikayatein karte hain.</w:t>
      </w:r>
    </w:p>
    <w:p>
      <w:pPr>
        <w:jc w:val="right"/>
      </w:pPr>
      <w:r>
        <w:t>تو اس کی وجہ سے کیا ہے کہ ہم یعنی اپرچونیٹی کے ہجوم میں صرف شکایتیں کرتے ہیں۔</w:t>
      </w:r>
    </w:p>
    <w:p>
      <w:r>
        <w:rPr>
          <w:b/>
        </w:rPr>
        <w:t xml:space="preserve">[29:36] </w:t>
      </w:r>
      <w:r>
        <w:t>yeh zamana yeh hai ke yeh opportunity explosion ka zaman</w:t>
      </w:r>
    </w:p>
    <w:p>
      <w:pPr>
        <w:jc w:val="right"/>
      </w:pPr>
      <w:r>
        <w:t>یہ زمانہ یہ ہے کہ یہ اپرچونیٹی ایکسپلوژن کا زمان</w:t>
      </w:r>
    </w:p>
    <w:p>
      <w:r>
        <w:rPr>
          <w:b/>
        </w:rPr>
        <w:t xml:space="preserve">[29:41] </w:t>
      </w:r>
      <w:r>
        <w:t>h hai.</w:t>
      </w:r>
    </w:p>
    <w:p>
      <w:pPr>
        <w:jc w:val="right"/>
      </w:pPr>
      <w:r>
        <w:t>ہ ہے۔</w:t>
      </w:r>
    </w:p>
    <w:p>
      <w:r>
        <w:rPr>
          <w:b/>
        </w:rPr>
        <w:t xml:space="preserve">[29:46] </w:t>
      </w:r>
      <w:r>
        <w:t>aik toofan hai mawaqe ka jis ko humein avail karna hai aur sari duniya mein sachai ko phailana</w:t>
      </w:r>
    </w:p>
    <w:p>
      <w:pPr>
        <w:jc w:val="right"/>
      </w:pPr>
      <w:r>
        <w:t>ایک طوفان ہے مواقع کا جس کو ہمیں اویل کرنا ہے اور ساری دنیا میں سچائی کو پھیلانا</w:t>
      </w:r>
    </w:p>
    <w:p>
      <w:r>
        <w:rPr>
          <w:b/>
        </w:rPr>
        <w:t xml:space="preserve">[29:51] </w:t>
      </w:r>
      <w:r>
        <w:t>hai, sari duniya mein Allah ka paigham pohanchana hai.</w:t>
      </w:r>
    </w:p>
    <w:p>
      <w:pPr>
        <w:jc w:val="right"/>
      </w:pPr>
      <w:r>
        <w:t>ہے، ساری دنیا میں اللہ کا پیغام پہنچانا ہے۔</w:t>
      </w:r>
    </w:p>
    <w:p>
      <w:r>
        <w:rPr>
          <w:b/>
        </w:rPr>
        <w:t xml:space="preserve">[29:56] </w:t>
      </w:r>
      <w:r>
        <w:t>lekin siwaye nafrat ke, kuch logon ko apni maloom nafratein karna, nafratein karna, nafratein karna bas.</w:t>
      </w:r>
    </w:p>
    <w:p>
      <w:pPr>
        <w:jc w:val="right"/>
      </w:pPr>
      <w:r>
        <w:t>لیکن سوائے نفرت کے، کچھ لوگوں کو اپنی معلوم نفرتیں کرنا، نفرتیں کرنا، نفرتیں کرنا بس۔</w:t>
      </w:r>
    </w:p>
    <w:p>
      <w:r>
        <w:rPr>
          <w:b/>
        </w:rPr>
        <w:t xml:space="preserve">[30:01] </w:t>
      </w:r>
      <w:r>
        <w:t>yani yeh zamana itna zyada yani mukhtalif hai pichle zamane se.</w:t>
      </w:r>
    </w:p>
    <w:p>
      <w:pPr>
        <w:jc w:val="right"/>
      </w:pPr>
      <w:r>
        <w:t>یعنی یہ زمانہ اتنا زیادہ یعنی مختلف ہے پچھلے زمانے سے۔</w:t>
      </w:r>
    </w:p>
    <w:p>
      <w:r>
        <w:rPr>
          <w:b/>
        </w:rPr>
        <w:t xml:space="preserve">[30:06] </w:t>
      </w:r>
      <w:r>
        <w:t>is ko janne ke liye</w:t>
      </w:r>
    </w:p>
    <w:p>
      <w:pPr>
        <w:jc w:val="right"/>
      </w:pPr>
      <w:r>
        <w:t>اس کو جاننے کے لیے</w:t>
      </w:r>
    </w:p>
    <w:p>
      <w:r>
        <w:rPr>
          <w:b/>
        </w:rPr>
        <w:t xml:space="preserve">[30:11] </w:t>
      </w:r>
      <w:r>
        <w:t>mujtahedana baseerat darkaar thi.</w:t>
      </w:r>
    </w:p>
    <w:p>
      <w:pPr>
        <w:jc w:val="right"/>
      </w:pPr>
      <w:r>
        <w:t>مجتہدانہ بصیرت درکار تھی۔</w:t>
      </w:r>
    </w:p>
    <w:p>
      <w:r>
        <w:rPr>
          <w:b/>
        </w:rPr>
        <w:t xml:space="preserve">[30:16] </w:t>
      </w:r>
      <w:r>
        <w:t>ab dekhiye, abhi chand din ki baat hai.</w:t>
      </w:r>
    </w:p>
    <w:p>
      <w:pPr>
        <w:jc w:val="right"/>
      </w:pPr>
      <w:r>
        <w:t>اب دیکھیے، ابھی چند دن کی بات ہے۔</w:t>
      </w:r>
    </w:p>
    <w:p>
      <w:r>
        <w:rPr>
          <w:b/>
        </w:rPr>
        <w:t xml:space="preserve">[30:21] </w:t>
      </w:r>
      <w:r>
        <w:t>dilli mein bohat se christian center hain, inhi mein se ek christian center mein ek program tha.</w:t>
      </w:r>
    </w:p>
    <w:p>
      <w:pPr>
        <w:jc w:val="right"/>
      </w:pPr>
      <w:r>
        <w:t>دلی میں بہت سے کرسچن سینٹر ہیں، انہی میں سے ایک کرسچن سینٹر میں ایک پروگرام تھا۔</w:t>
      </w:r>
    </w:p>
    <w:p>
      <w:r>
        <w:rPr>
          <w:b/>
        </w:rPr>
        <w:t xml:space="preserve">[30:26] </w:t>
      </w:r>
      <w:r>
        <w:t>yeh parhe likhe log is mein jama hue thay.</w:t>
      </w:r>
    </w:p>
    <w:p>
      <w:pPr>
        <w:jc w:val="right"/>
      </w:pPr>
      <w:r>
        <w:t>یہ پڑھے لکھے لوگ اس میں جمع ہوئے تھے۔</w:t>
      </w:r>
    </w:p>
    <w:p>
      <w:r>
        <w:rPr>
          <w:b/>
        </w:rPr>
        <w:t xml:space="preserve">[30:32] </w:t>
      </w:r>
      <w:r>
        <w:t>to europe ke kuch log aaye thay aur india ke bhi kuch log thay, sab non muslim thay.</w:t>
      </w:r>
    </w:p>
    <w:p>
      <w:pPr>
        <w:jc w:val="right"/>
      </w:pPr>
      <w:r>
        <w:t>تو یورپ کے کچھ لوگ آئے تھے اور انڈیا کے بھی کچھ لوگ تھے، سب نان مسلم تھے۔</w:t>
      </w:r>
    </w:p>
    <w:p>
      <w:r>
        <w:rPr>
          <w:b/>
        </w:rPr>
        <w:t xml:space="preserve">[30:37] </w:t>
      </w:r>
      <w:r>
        <w:t>to is mein different mazahib ka</w:t>
      </w:r>
    </w:p>
    <w:p>
      <w:pPr>
        <w:jc w:val="right"/>
      </w:pPr>
      <w:r>
        <w:t>تو اس میں ڈفرنٹ مذاہب کا</w:t>
      </w:r>
    </w:p>
    <w:p>
      <w:r>
        <w:rPr>
          <w:b/>
        </w:rPr>
        <w:t xml:space="preserve">[30:42] </w:t>
      </w:r>
      <w:r>
        <w:t>ka tazkara tha.</w:t>
      </w:r>
    </w:p>
    <w:p>
      <w:pPr>
        <w:jc w:val="right"/>
      </w:pPr>
      <w:r>
        <w:t>کا تذکرہ تھا۔</w:t>
      </w:r>
    </w:p>
    <w:p>
      <w:r>
        <w:rPr>
          <w:b/>
        </w:rPr>
        <w:t xml:space="preserve">[30:48] </w:t>
      </w:r>
      <w:r>
        <w:t>ek din unhon ne sirf mujh ko diya islam ke message ko batane ke liye.</w:t>
      </w:r>
    </w:p>
    <w:p>
      <w:pPr>
        <w:jc w:val="right"/>
      </w:pPr>
      <w:r>
        <w:t>ایک دن انہوں نے صرف مجھ کو دیا اسلام کے میسج کو بتانے کے لیے۔</w:t>
      </w:r>
    </w:p>
    <w:p>
      <w:r>
        <w:rPr>
          <w:b/>
        </w:rPr>
        <w:t xml:space="preserve">[30:54] </w:t>
      </w:r>
      <w:r>
        <w:t>ek ek din poora dedh ghanta, yaani poora dedh ghanta sirf hum ko diya ke hum in logon</w:t>
      </w:r>
    </w:p>
    <w:p>
      <w:pPr>
        <w:jc w:val="right"/>
      </w:pPr>
      <w:r>
        <w:t>ایک ایک دن پورا ڈیڑھ گھنٹہ، یعنی پورا ڈیڑھ گھنٹہ صرف ہم کو دیا کہ ہم ان لوگوں</w:t>
      </w:r>
    </w:p>
    <w:p>
      <w:r>
        <w:rPr>
          <w:b/>
        </w:rPr>
        <w:t xml:space="preserve">[31:00] </w:t>
      </w:r>
      <w:r>
        <w:t>ko batayein ke islam kya hai.</w:t>
      </w:r>
    </w:p>
    <w:p>
      <w:pPr>
        <w:jc w:val="right"/>
      </w:pPr>
      <w:r>
        <w:t>کو بتائیں کہ اسلام کیا ہے۔</w:t>
      </w:r>
    </w:p>
    <w:p>
      <w:r>
        <w:rPr>
          <w:b/>
        </w:rPr>
        <w:t xml:space="preserve">[31:06] </w:t>
      </w:r>
      <w:r>
        <w:t>ab ghor kijiye ke unhon ne organize kiya seminar ko, apni building mein kiya,</w:t>
      </w:r>
    </w:p>
    <w:p>
      <w:pPr>
        <w:jc w:val="right"/>
      </w:pPr>
      <w:r>
        <w:t>اب غور کیجئے کہ انہوں نے ارگنائز کیا سیمینار کو، اپنی بلڈنگ میں کیا،</w:t>
      </w:r>
    </w:p>
    <w:p>
      <w:r>
        <w:rPr>
          <w:b/>
        </w:rPr>
        <w:t xml:space="preserve">[31:12] </w:t>
      </w:r>
      <w:r>
        <w:t>saara kharcha unhon ne uthaya.</w:t>
      </w:r>
    </w:p>
    <w:p>
      <w:pPr>
        <w:jc w:val="right"/>
      </w:pPr>
      <w:r>
        <w:t>سارا خرچہ انہوں نے اٹھایا۔</w:t>
      </w:r>
    </w:p>
    <w:p>
      <w:r>
        <w:rPr>
          <w:b/>
        </w:rPr>
        <w:t xml:space="preserve">[31:17] </w:t>
      </w:r>
      <w:r>
        <w:t>jo kuch bhi is ke mutalliqat hain, sab unhon ne kiya.</w:t>
      </w:r>
    </w:p>
    <w:p>
      <w:pPr>
        <w:jc w:val="right"/>
      </w:pPr>
      <w:r>
        <w:t>جو کچھ بھی اس کے متعلقات ہیں، سب انہوں نے کیا۔</w:t>
      </w:r>
    </w:p>
    <w:p>
      <w:r>
        <w:rPr>
          <w:b/>
        </w:rPr>
        <w:t xml:space="preserve">[31:21] </w:t>
      </w:r>
      <w:r>
        <w:t>hum ko bula kar kaha ke aap yahan bataiye logon ko islam kya hai.</w:t>
      </w:r>
    </w:p>
    <w:p>
      <w:pPr>
        <w:jc w:val="right"/>
      </w:pPr>
      <w:r>
        <w:t>ہم کو بلا کر کہا کہ آپ یہاں بتائیے لوگوں کو اسلام کیا ہے۔</w:t>
      </w:r>
    </w:p>
    <w:p>
      <w:r>
        <w:rPr>
          <w:b/>
        </w:rPr>
        <w:t xml:space="preserve">[31:26] </w:t>
      </w:r>
      <w:r>
        <w:t>aur dedh ghanta maine istemal kiya.</w:t>
      </w:r>
    </w:p>
    <w:p>
      <w:pPr>
        <w:jc w:val="right"/>
      </w:pPr>
      <w:r>
        <w:t>اور ڈیڑھ گھنٹہ میں نے استعمال کیا۔</w:t>
      </w:r>
    </w:p>
    <w:p>
      <w:r>
        <w:rPr>
          <w:b/>
        </w:rPr>
        <w:t xml:space="preserve">[31:30] </w:t>
      </w:r>
      <w:r>
        <w:t>wo poora program english mein tha.</w:t>
      </w:r>
    </w:p>
    <w:p>
      <w:pPr>
        <w:jc w:val="right"/>
      </w:pPr>
      <w:r>
        <w:t>وہ پورا پروگرام انگلش میں تھا۔</w:t>
      </w:r>
    </w:p>
    <w:p>
      <w:r>
        <w:rPr>
          <w:b/>
        </w:rPr>
        <w:t xml:space="preserve">[31:35] </w:t>
      </w:r>
      <w:r>
        <w:t>hamare saathi bhi gaye thay aur unhon ne kitabein ja kar distribute kin wahan par.</w:t>
      </w:r>
    </w:p>
    <w:p>
      <w:pPr>
        <w:jc w:val="right"/>
      </w:pPr>
      <w:r>
        <w:t>ہمارے ساتھی بھی گئے تھے اور انہوں نے کتابیں جا کر ڈسٹریبیوٹ کیں وہاں پر۔</w:t>
      </w:r>
    </w:p>
    <w:p>
      <w:r>
        <w:rPr>
          <w:b/>
        </w:rPr>
        <w:t xml:space="preserve">[31:40] </w:t>
      </w:r>
      <w:r>
        <w:t>yeh jo quran hai, yeh quran diya aur kitabein dein.</w:t>
      </w:r>
    </w:p>
    <w:p>
      <w:pPr>
        <w:jc w:val="right"/>
      </w:pPr>
      <w:r>
        <w:t>یہ جو قرآن ہے، یہ قرآن دیا اور کتابیں دیں۔</w:t>
      </w:r>
    </w:p>
    <w:p>
      <w:r>
        <w:rPr>
          <w:b/>
        </w:rPr>
        <w:t xml:space="preserve">[31:44] </w:t>
      </w:r>
      <w:r>
        <w:t>jab khatm ho gaya, hum log aane lage to is ke jo organizer thay, christian father, unhon ne</w:t>
      </w:r>
    </w:p>
    <w:p>
      <w:pPr>
        <w:jc w:val="right"/>
      </w:pPr>
      <w:r>
        <w:t>جب ختم ہو گیا، ہم لوگ آنے لگے تو اس کے جو ارگنائزر تھے، کرسچن فادر، انہوں نے</w:t>
      </w:r>
    </w:p>
    <w:p>
      <w:r>
        <w:rPr>
          <w:b/>
        </w:rPr>
        <w:t xml:space="preserve">[31:49] </w:t>
      </w:r>
      <w:r>
        <w:t>hamare saathi mr rajat, rajat ko ek ek ek ek lifafa diya.</w:t>
      </w:r>
    </w:p>
    <w:p>
      <w:pPr>
        <w:jc w:val="right"/>
      </w:pPr>
      <w:r>
        <w:t>ہمارے ساتھی مسٹر رجت، رجت کو ایک ایک ایک ایک لفافہ دیا۔</w:t>
      </w:r>
    </w:p>
    <w:p>
      <w:r>
        <w:rPr>
          <w:b/>
        </w:rPr>
        <w:t xml:space="preserve">[31:54] </w:t>
      </w:r>
      <w:r>
        <w:t>wo kehte hue ke literature ke liye hai.</w:t>
      </w:r>
    </w:p>
    <w:p>
      <w:pPr>
        <w:jc w:val="right"/>
      </w:pPr>
      <w:r>
        <w:t>وہ کہتے ہوئے کہ لٹریچر کے لیے ہے۔</w:t>
      </w:r>
    </w:p>
    <w:p>
      <w:r>
        <w:rPr>
          <w:b/>
        </w:rPr>
        <w:t xml:space="preserve">[31:59] </w:t>
      </w:r>
      <w:r>
        <w:t>yaani jo literature unhon ne taqseem kiya tha, ja kar ke is ka paisa bhi lota diya unhon ne.</w:t>
      </w:r>
    </w:p>
    <w:p>
      <w:pPr>
        <w:jc w:val="right"/>
      </w:pPr>
      <w:r>
        <w:t>یعنی جو لٹریچر انہوں نے تقسیم کیا تھا، جا کر کے اس کا پیسہ بھی لوٹا دیا انہوں نے۔</w:t>
      </w:r>
    </w:p>
    <w:p>
      <w:r>
        <w:rPr>
          <w:b/>
        </w:rPr>
        <w:t xml:space="preserve">[32:04] </w:t>
      </w:r>
      <w:r>
        <w:t>ab kuch barha kar lotaya hai.</w:t>
      </w:r>
    </w:p>
    <w:p>
      <w:pPr>
        <w:jc w:val="right"/>
      </w:pPr>
      <w:r>
        <w:t>اب کچھ بڑھا کر لوٹایا ہے۔</w:t>
      </w:r>
    </w:p>
    <w:p>
      <w:r>
        <w:rPr>
          <w:b/>
        </w:rPr>
        <w:t xml:space="preserve">[32:09] </w:t>
      </w:r>
      <w:r>
        <w:t>yaani kaisa zamana</w:t>
      </w:r>
    </w:p>
    <w:p>
      <w:pPr>
        <w:jc w:val="right"/>
      </w:pPr>
      <w:r>
        <w:t>یعنی کیسا زمانہ</w:t>
      </w:r>
    </w:p>
    <w:p>
      <w:r>
        <w:rPr>
          <w:b/>
        </w:rPr>
        <w:t xml:space="preserve">[32:14] </w:t>
      </w:r>
      <w:r>
        <w:t>hai, ghhor kijiye ke non muslim ya christian jin se musalman nafrat kartay hain, woh logon ko bulatay hain, apnay paisay par organize kartay hain seminar aur wahan mauqa detay hain ke aap apni kitabein distribute karein aur phir is ki qeemat bhi ada kar detay hain. yeh kyun hai? yeh naye zamanay mein jo tabdiliyan huin, un mein se aik tabdili hai jis ko kehtay hain openness.</w:t>
      </w:r>
    </w:p>
    <w:p>
      <w:pPr>
        <w:jc w:val="right"/>
      </w:pPr>
      <w:r>
        <w:t>ہے، غور کیجئے کہ نان مسلم یا کرسچن جن سے مسلمان نفرت کرتے ہیں، وہ لوگوں کو بلاتے ہیں، اپنے پیسے پر ارگنائز کرتے ہیں سیمینار اور وہاں موقع دیتے ہیں کہ آپ اپنی کتابیں ڈسٹریبیوٹ کریں اور پھر اس کی قیمت بھی ادا کر دیتے ہیں۔ یہ کیوں ہے؟ یہ نئے زمانے میں جو تبدیلیاں ہوئیں، ان میں سے ایک تبدیلی ہے جس کو کہتے ہیں اوپننس۔</w:t>
      </w:r>
    </w:p>
    <w:p>
      <w:r>
        <w:rPr>
          <w:b/>
        </w:rPr>
        <w:t xml:space="preserve">[32:44] </w:t>
      </w:r>
      <w:r>
        <w:t>yeh openness ki baat hai, religious freedom ki baat hai, openness ki baat hai jo kabhi thi nahi tareekh mein.</w:t>
      </w:r>
    </w:p>
    <w:p>
      <w:pPr>
        <w:jc w:val="right"/>
      </w:pPr>
      <w:r>
        <w:t>یہ اوپننس کی بات ہے، ریلیجس فریڈم کی بات ہے، اوپننس کی بات ہے جو کبھی تھی نہیں تاریخ میں۔</w:t>
      </w:r>
    </w:p>
    <w:p>
      <w:r>
        <w:rPr>
          <w:b/>
        </w:rPr>
        <w:t xml:space="preserve">[32:49] </w:t>
      </w:r>
      <w:r>
        <w:t>to chunke ijtihadi salahiyat hai, yani koi baat sunwa nahi paate, wahi rawayati tareeqe pe sochte hain, wahi</w:t>
      </w:r>
    </w:p>
    <w:p>
      <w:pPr>
        <w:jc w:val="right"/>
      </w:pPr>
      <w:r>
        <w:t>تو چونکہ اجتہادی صلاحیت ہے، یعنی کوئی بات سنوا نہیں پاتے، وہی روایتی طریقے پہ سوچتے ہیں، وہی</w:t>
      </w:r>
    </w:p>
    <w:p>
      <w:r>
        <w:rPr>
          <w:b/>
        </w:rPr>
        <w:t xml:space="preserve">[32:55] </w:t>
      </w:r>
      <w:r>
        <w:t>rawayati dagar jo hai.</w:t>
      </w:r>
    </w:p>
    <w:p>
      <w:pPr>
        <w:jc w:val="right"/>
      </w:pPr>
      <w:r>
        <w:t>روایتی ڈگر جو ہے۔</w:t>
      </w:r>
    </w:p>
    <w:p>
      <w:r>
        <w:rPr>
          <w:b/>
        </w:rPr>
        <w:t xml:space="preserve">[33:00] </w:t>
      </w:r>
      <w:r>
        <w:t>bas ijtihad ke maani hain rawayati dagar se hat kar sochna.</w:t>
      </w:r>
    </w:p>
    <w:p>
      <w:pPr>
        <w:jc w:val="right"/>
      </w:pPr>
      <w:r>
        <w:t>بس اجتہاد کے معنی ہیں روایتی ڈگر سے ہٹ کر سوچنا۔</w:t>
      </w:r>
    </w:p>
    <w:p>
      <w:r>
        <w:rPr>
          <w:b/>
        </w:rPr>
        <w:t xml:space="preserve">[33:05] </w:t>
      </w:r>
      <w:r>
        <w:t>jaise maine misaal di aap ko Banu Quraiza wali ke agar Sahaba isi alfaaz ko le kar</w:t>
      </w:r>
    </w:p>
    <w:p>
      <w:pPr>
        <w:jc w:val="right"/>
      </w:pPr>
      <w:r>
        <w:t>جیسے میں نے مثال دی آپ کو بنو قریضہ والی کہ اگر صحابہ اسی الفاظ کو لے کر</w:t>
      </w:r>
    </w:p>
    <w:p>
      <w:r>
        <w:rPr>
          <w:b/>
        </w:rPr>
        <w:t xml:space="preserve">[33:10] </w:t>
      </w:r>
      <w:r>
        <w:t>sochte hain jo Rasool Allah ne bolay thay</w:t>
      </w:r>
    </w:p>
    <w:p>
      <w:pPr>
        <w:jc w:val="right"/>
      </w:pPr>
      <w:r>
        <w:t>سوچتے ہیں جو رسول اللہ نے بولے تھے</w:t>
      </w:r>
    </w:p>
    <w:p>
      <w:r>
        <w:rPr>
          <w:b/>
        </w:rPr>
        <w:t xml:space="preserve">[33:16] </w:t>
      </w:r>
      <w:r>
        <w:t>ke Quraiza ki basti mein pahunch kar hi namaz parhna, isi alfaaz ke le ke sochte hain.</w:t>
      </w:r>
    </w:p>
    <w:p>
      <w:pPr>
        <w:jc w:val="right"/>
      </w:pPr>
      <w:r>
        <w:t>کہ قریضہ کی بستی میں پہنچ کر ہی نماز پڑھنا، اسی الفاظ کے لے کے سوچتے ہیں۔</w:t>
      </w:r>
    </w:p>
    <w:p>
      <w:r>
        <w:rPr>
          <w:b/>
        </w:rPr>
        <w:t xml:space="preserve">[33:21] </w:t>
      </w:r>
      <w:r>
        <w:t>bas to Asr ki namaz na parhte yahan tak ke faut ho jati.</w:t>
      </w:r>
    </w:p>
    <w:p>
      <w:pPr>
        <w:jc w:val="right"/>
      </w:pPr>
      <w:r>
        <w:t>بس تو عصر کی نماز نہ پڑھتے یہاں تک کہ فوت ہو جاتی۔</w:t>
      </w:r>
    </w:p>
    <w:p>
      <w:r>
        <w:rPr>
          <w:b/>
        </w:rPr>
        <w:t xml:space="preserve">[33:26] </w:t>
      </w:r>
      <w:r>
        <w:t>lekin unhon ne phir se socha, dobara socha aur is ki unhon ne tashreeh ki, is ko explain</w:t>
      </w:r>
    </w:p>
    <w:p>
      <w:pPr>
        <w:jc w:val="right"/>
      </w:pPr>
      <w:r>
        <w:t>لیکن انہوں نے پھر سے سوچا، دوبارہ سوچا اور اس کی انہوں نے تشریح کی، اس کو ایکسپلین</w:t>
      </w:r>
    </w:p>
    <w:p>
      <w:r>
        <w:rPr>
          <w:b/>
        </w:rPr>
        <w:t xml:space="preserve">[33:31] </w:t>
      </w:r>
      <w:r>
        <w:t>kya ke aap ka matlab tha ke tez tez jao.</w:t>
      </w:r>
    </w:p>
    <w:p>
      <w:pPr>
        <w:jc w:val="right"/>
      </w:pPr>
      <w:r>
        <w:t>کیا کہ آپ کا مطلب تھا کہ تیز تیز جاؤ۔</w:t>
      </w:r>
    </w:p>
    <w:p>
      <w:r>
        <w:rPr>
          <w:b/>
        </w:rPr>
        <w:t xml:space="preserve">[33:36] </w:t>
      </w:r>
      <w:r>
        <w:t>aur yeh to usloob ki baat hai ke is tarah aap ne farmaya.</w:t>
      </w:r>
    </w:p>
    <w:p>
      <w:pPr>
        <w:jc w:val="right"/>
      </w:pPr>
      <w:r>
        <w:t>اور یہ تو اسلوب کی بات ہے کہ اس طرح آپ نے فرمایا۔</w:t>
      </w:r>
    </w:p>
    <w:p>
      <w:r>
        <w:rPr>
          <w:b/>
        </w:rPr>
        <w:t xml:space="preserve">[33:41] </w:t>
      </w:r>
      <w:r>
        <w:t>yeh hai ijtihadi tareeqa sochne ka</w:t>
      </w:r>
    </w:p>
    <w:p>
      <w:pPr>
        <w:jc w:val="right"/>
      </w:pPr>
      <w:r>
        <w:t>یہ ہے اجتہادی طریقہ سوچنے کا</w:t>
      </w:r>
    </w:p>
    <w:p>
      <w:r>
        <w:rPr>
          <w:b/>
        </w:rPr>
        <w:t xml:space="preserve">[33:46] </w:t>
      </w:r>
      <w:r>
        <w:t>.</w:t>
      </w:r>
    </w:p>
    <w:p>
      <w:pPr>
        <w:jc w:val="right"/>
      </w:pPr>
      <w:r>
        <w:t>۔</w:t>
      </w:r>
    </w:p>
    <w:p>
      <w:r>
        <w:rPr>
          <w:b/>
        </w:rPr>
        <w:t xml:space="preserve">[33:52] </w:t>
      </w:r>
      <w:r>
        <w:t>to ijtihad ka bilkul band kar diya gaya silsila aur jo hai ijtihad woh bhi juzviyat mein hai.</w:t>
      </w:r>
    </w:p>
    <w:p>
      <w:pPr>
        <w:jc w:val="right"/>
      </w:pPr>
      <w:r>
        <w:t>تو اجتہاد کا بالکل بند کر دیا گیا سلسلہ اور جو ہے اجتہاد وہ بھی جزئیات میں ہے۔</w:t>
      </w:r>
    </w:p>
    <w:p>
      <w:r>
        <w:rPr>
          <w:b/>
        </w:rPr>
        <w:t xml:space="preserve">[33:58] </w:t>
      </w:r>
      <w:r>
        <w:t>misalan ek sahab, ek aalim research kar rahe thay, bohat ek research ka mauzu un ka tha.</w:t>
      </w:r>
    </w:p>
    <w:p>
      <w:pPr>
        <w:jc w:val="right"/>
      </w:pPr>
      <w:r>
        <w:t>مثلاً ایک صاحب، ایک عالم ریسرچ کر رہے تھے، بہت ایک ریسرچ کا موضوع ان کا تھا۔</w:t>
      </w:r>
    </w:p>
    <w:p>
      <w:r>
        <w:rPr>
          <w:b/>
        </w:rPr>
        <w:t xml:space="preserve">[34:04] </w:t>
      </w:r>
      <w:r>
        <w:t>to maine un se poocha kya research kar rahe hain aap ek fiqhi maslay par.</w:t>
      </w:r>
    </w:p>
    <w:p>
      <w:pPr>
        <w:jc w:val="right"/>
      </w:pPr>
      <w:r>
        <w:t>تو میں نے ان سے پوچھا کیا ریسرچ کر رہے ہیں آپ ایک فقہی مسئلے پر۔</w:t>
      </w:r>
    </w:p>
    <w:p>
      <w:r>
        <w:rPr>
          <w:b/>
        </w:rPr>
        <w:t xml:space="preserve">[34:10] </w:t>
      </w:r>
      <w:r>
        <w:t>to is ke liye bohat safar kiya, yahan gaye, wahan gaye, bohat baray research karate hain is par. woh kya</w:t>
      </w:r>
    </w:p>
    <w:p>
      <w:pPr>
        <w:jc w:val="right"/>
      </w:pPr>
      <w:r>
        <w:t>تو اس کے لیے بہت سفر کیا، یہاں گئے، وہاں گئے، بہت بڑے ریسرچ کراتے ہیں اس پر۔ وہ کیا</w:t>
      </w:r>
    </w:p>
    <w:p>
      <w:r>
        <w:rPr>
          <w:b/>
        </w:rPr>
        <w:t xml:space="preserve">[34:16] </w:t>
      </w:r>
      <w:r>
        <w:t>ke Ramzan roze ke zamanay mein agar aap munh se kuch khayen to woh roza toot jata hai,</w:t>
      </w:r>
    </w:p>
    <w:p>
      <w:pPr>
        <w:jc w:val="right"/>
      </w:pPr>
      <w:r>
        <w:t>کہ رمضان روزے کے زمانے میں اگر آپ منہ سے کچھ کھائیں تو وہ روزہ ٹوٹ جاتا ہے،</w:t>
      </w:r>
    </w:p>
    <w:p>
      <w:r>
        <w:rPr>
          <w:b/>
        </w:rPr>
        <w:t xml:space="preserve">[34:21] </w:t>
      </w:r>
      <w:r>
        <w:t>aap jante hain.</w:t>
      </w:r>
    </w:p>
    <w:p>
      <w:pPr>
        <w:jc w:val="right"/>
      </w:pPr>
      <w:r>
        <w:t>آپ جانتے ہیں۔</w:t>
      </w:r>
    </w:p>
    <w:p>
      <w:r>
        <w:rPr>
          <w:b/>
        </w:rPr>
        <w:t xml:space="preserve">[34:26] </w:t>
      </w:r>
      <w:r>
        <w:t>lekin agar injection ke zariye se body mein kuch dakhil ki jaye to roza toote ga, nahi toote ga.</w:t>
      </w:r>
    </w:p>
    <w:p>
      <w:pPr>
        <w:jc w:val="right"/>
      </w:pPr>
      <w:r>
        <w:t>لیکن اگر انجیکشن کے ذریعے سے باڈی میں کچھ داخل کی جائے تو روزہ ٹوٹے گا، نہیں ٹوٹے گا۔</w:t>
      </w:r>
    </w:p>
    <w:p>
      <w:r>
        <w:rPr>
          <w:b/>
        </w:rPr>
        <w:t xml:space="preserve">[34:32] </w:t>
      </w:r>
      <w:r>
        <w:t>is par is par research ho rahi thi muddaton tak.</w:t>
      </w:r>
    </w:p>
    <w:p>
      <w:pPr>
        <w:jc w:val="right"/>
      </w:pPr>
      <w:r>
        <w:t>اس پر اس پر ریسرچ ہو رہی تھی مدتوں تک۔</w:t>
      </w:r>
    </w:p>
    <w:p>
      <w:r>
        <w:rPr>
          <w:b/>
        </w:rPr>
        <w:t xml:space="preserve">[34:37] </w:t>
      </w:r>
      <w:r>
        <w:t>ek juzwi maamlay mein bohat to baray research kar rahe thay woh, lekin jo kulli maamlaat hain, jo</w:t>
      </w:r>
    </w:p>
    <w:p>
      <w:pPr>
        <w:jc w:val="right"/>
      </w:pPr>
      <w:r>
        <w:t>ایک جزئی معاملے میں بہت تو بڑے ریسرچ کر رہے تھے وہ، لیکن جو کلی معاملات ہیں، جو</w:t>
      </w:r>
    </w:p>
    <w:p>
      <w:r>
        <w:rPr>
          <w:b/>
        </w:rPr>
        <w:t xml:space="preserve">[34:42] </w:t>
      </w:r>
      <w:r>
        <w:t>basics hain, jaise baray baray faislay is par hotay hain, is par koi research nahi.</w:t>
      </w:r>
    </w:p>
    <w:p>
      <w:pPr>
        <w:jc w:val="right"/>
      </w:pPr>
      <w:r>
        <w:t>بیسکس ہیں، جیسے بڑے بڑے فیصلے اس پر ہوتے ہیں، اس پر کوئی ریسرچ نہیں۔</w:t>
      </w:r>
    </w:p>
    <w:p>
      <w:r>
        <w:rPr>
          <w:b/>
        </w:rPr>
        <w:t xml:space="preserve">[34:48] </w:t>
      </w:r>
      <w:r>
        <w:t>is par koi research nahi.</w:t>
      </w:r>
    </w:p>
    <w:p>
      <w:pPr>
        <w:jc w:val="right"/>
      </w:pPr>
      <w:r>
        <w:t>اس پر کوئی ریسرچ نہیں۔</w:t>
      </w:r>
    </w:p>
    <w:p>
      <w:r>
        <w:rPr>
          <w:b/>
        </w:rPr>
        <w:t xml:space="preserve">[34:52] </w:t>
      </w:r>
      <w:r>
        <w:t>misalan isi par research honi chahiye ke western logon ne agar jo ek nai tehzeeb paida ki hai,</w:t>
      </w:r>
    </w:p>
    <w:p>
      <w:pPr>
        <w:jc w:val="right"/>
      </w:pPr>
      <w:r>
        <w:t>مثلاً اسی پر ریسرچ ہونی چاہیے کہ ویسٹرن لوگوں نے اگر جو ایک نئی تہذیب پیدا کی ہے،</w:t>
      </w:r>
    </w:p>
    <w:p>
      <w:r>
        <w:rPr>
          <w:b/>
        </w:rPr>
        <w:t xml:space="preserve">[34:56] </w:t>
      </w:r>
      <w:r>
        <w:t>is ka aik cultural aspect hai.</w:t>
      </w:r>
    </w:p>
    <w:p>
      <w:pPr>
        <w:jc w:val="right"/>
      </w:pPr>
      <w:r>
        <w:t>اس کا ایک کلچرل اسپیکٹ ہے۔</w:t>
      </w:r>
    </w:p>
    <w:p>
      <w:r>
        <w:rPr>
          <w:b/>
        </w:rPr>
        <w:t xml:space="preserve">[35:00] </w:t>
      </w:r>
      <w:r>
        <w:t>is cultural aspect mein newity mislan hai ya bohat hi be mawa freedom hai.</w:t>
      </w:r>
    </w:p>
    <w:p>
      <w:pPr>
        <w:jc w:val="right"/>
      </w:pPr>
      <w:r>
        <w:t>اس کلچرل اسپیکٹ میں نیوڈیٹی مثلاً ہے یا بہت ہی بے ماوا فریڈم ہے۔</w:t>
      </w:r>
    </w:p>
    <w:p>
      <w:r>
        <w:rPr>
          <w:b/>
        </w:rPr>
        <w:t xml:space="preserve">[35:05] </w:t>
      </w:r>
      <w:r>
        <w:t>lekin doosra jo aspect is ka hai, is ka jo technical aspect hai, technological aspect, woh to hamare</w:t>
      </w:r>
    </w:p>
    <w:p>
      <w:pPr>
        <w:jc w:val="right"/>
      </w:pPr>
      <w:r>
        <w:t>لیکن دوسرا جو اسپیکٹ اس کا ہے، اس کا جو ٹیکنیکل اسپیکٹ ہے، ٹیکنالوجیکل اسپیکٹ، وہ تو ہمارے</w:t>
      </w:r>
    </w:p>
    <w:p>
      <w:r>
        <w:rPr>
          <w:b/>
        </w:rPr>
        <w:t xml:space="preserve">[35:09] </w:t>
      </w:r>
      <w:r>
        <w:t>liye tohfa hai.</w:t>
      </w:r>
    </w:p>
    <w:p>
      <w:pPr>
        <w:jc w:val="right"/>
      </w:pPr>
      <w:r>
        <w:t>لیے تحفہ ہے۔</w:t>
      </w:r>
    </w:p>
    <w:p>
      <w:r>
        <w:rPr>
          <w:b/>
        </w:rPr>
        <w:t xml:space="preserve">[35:13] </w:t>
      </w:r>
      <w:r>
        <w:t>is ki is ki science, is ki technology,</w:t>
      </w:r>
    </w:p>
    <w:p>
      <w:pPr>
        <w:jc w:val="right"/>
      </w:pPr>
      <w:r>
        <w:t>اس کی اس کی سائنس، اس کی ٹیکنالوجی،</w:t>
      </w:r>
    </w:p>
    <w:p>
      <w:r>
        <w:rPr>
          <w:b/>
        </w:rPr>
        <w:t xml:space="preserve">[35:18] </w:t>
      </w:r>
      <w:r>
        <w:t>is ki industry to hamare liye tohfa hai.</w:t>
      </w:r>
    </w:p>
    <w:p>
      <w:pPr>
        <w:jc w:val="right"/>
      </w:pPr>
      <w:r>
        <w:t>اس کی انڈسٹری تو ہمارے لیے تحفہ ہے۔</w:t>
      </w:r>
    </w:p>
    <w:p>
      <w:r>
        <w:rPr>
          <w:b/>
        </w:rPr>
        <w:t xml:space="preserve">[35:23] </w:t>
      </w:r>
      <w:r>
        <w:t>woh to nafrat kis liye karein hum? is ko hum welcome karna chahiye hum ko.</w:t>
      </w:r>
    </w:p>
    <w:p>
      <w:pPr>
        <w:jc w:val="right"/>
      </w:pPr>
      <w:r>
        <w:t>وہ تو نفرت کس لیے کریں ہم؟ اس کو ہم ویلکم کرنا چاہیے ہم کو۔</w:t>
      </w:r>
    </w:p>
    <w:p>
      <w:r>
        <w:rPr>
          <w:b/>
        </w:rPr>
        <w:t xml:space="preserve">[35:28] </w:t>
      </w:r>
      <w:r>
        <w:t>lekin sari duniya mein aap jahan bhi jaiye, kisi bhi mulk mein log nafrat karte hain.</w:t>
      </w:r>
    </w:p>
    <w:p>
      <w:pPr>
        <w:jc w:val="right"/>
      </w:pPr>
      <w:r>
        <w:t>لیکن ساری دنیا میں آپ جہاں بھی جائیے، کسی بھی ملک میں لوگ نفرت کرتے ہیں۔</w:t>
      </w:r>
    </w:p>
    <w:p>
      <w:r>
        <w:rPr>
          <w:b/>
        </w:rPr>
        <w:t xml:space="preserve">[35:33] </w:t>
      </w:r>
      <w:r>
        <w:t>hata ke Europe, America mein jo musalman rehte hain, woh bhi un ke dil mein bhi nafrat hai.</w:t>
      </w:r>
    </w:p>
    <w:p>
      <w:pPr>
        <w:jc w:val="right"/>
      </w:pPr>
      <w:r>
        <w:t>حتیٰ کہ یورپ، امریکہ میں جو مسلمان رہتے ہیں، وہ بھی ان کے دلوں میں بھی نفرت ہے۔</w:t>
      </w:r>
    </w:p>
    <w:p>
      <w:r>
        <w:rPr>
          <w:b/>
        </w:rPr>
        <w:t xml:space="preserve">[35:38] </w:t>
      </w:r>
      <w:r>
        <w:t>wahan gaye hain sirf wahan dollar kamane ke liye.</w:t>
      </w:r>
    </w:p>
    <w:p>
      <w:pPr>
        <w:jc w:val="right"/>
      </w:pPr>
      <w:r>
        <w:t>وہاں گئے ہیں صرف وہاں ڈالر کمانے کے لیے۔</w:t>
      </w:r>
    </w:p>
    <w:p>
      <w:r>
        <w:rPr>
          <w:b/>
        </w:rPr>
        <w:t xml:space="preserve">[35:43] </w:t>
      </w:r>
      <w:r>
        <w:t>bas kyun? ijtihadi nazar, ijtihadi soch nahi hai, mujtahidana soch, creative</w:t>
      </w:r>
    </w:p>
    <w:p>
      <w:pPr>
        <w:jc w:val="right"/>
      </w:pPr>
      <w:r>
        <w:t>بس کیوں؟ اجتہادی نظر، اجتہادی سوچ نہیں ہے، مجتہدانہ سوچ، کریٹیو</w:t>
      </w:r>
    </w:p>
    <w:p>
      <w:r>
        <w:rPr>
          <w:b/>
        </w:rPr>
        <w:t xml:space="preserve">[35:48] </w:t>
      </w:r>
      <w:r>
        <w:t>thinking hi nahi.</w:t>
      </w:r>
    </w:p>
    <w:p>
      <w:pPr>
        <w:jc w:val="right"/>
      </w:pPr>
      <w:r>
        <w:t>تھنکنگ ہی نہیں۔</w:t>
      </w:r>
    </w:p>
    <w:p>
      <w:r>
        <w:rPr>
          <w:b/>
        </w:rPr>
        <w:t xml:space="preserve">[35:55] </w:t>
      </w:r>
      <w:r>
        <w:t>creative thinking jo hai, woh secular taraqqi ke liye ya mazhabi taraqqi dono ke liye bohat hi lazmi hai, lazmi.</w:t>
      </w:r>
    </w:p>
    <w:p>
      <w:pPr>
        <w:jc w:val="right"/>
      </w:pPr>
      <w:r>
        <w:t>کریٹیو تھنکنگ جو ہے، وہ سیکولر ترقی کے لیے یا مذہبی ترقی دونوں کے لیے بہت ہی لازمی ہے، لازمی۔</w:t>
      </w:r>
    </w:p>
    <w:p>
      <w:r>
        <w:rPr>
          <w:b/>
        </w:rPr>
        <w:t xml:space="preserve">[36:03] </w:t>
      </w:r>
      <w:r>
        <w:t>Rasool Allah Sal Allah Alayh Wasallam ke andar yeh cheez badar utam thi, bohat ziyada thi.</w:t>
      </w:r>
    </w:p>
    <w:p>
      <w:pPr>
        <w:jc w:val="right"/>
      </w:pPr>
      <w:r>
        <w:t>رسول اللہ صلی اللہ علیہ وسلم کے اندر یہ چیز بدر عتم تھی، بہت زیادہ تھی۔</w:t>
      </w:r>
    </w:p>
    <w:p>
      <w:r>
        <w:rPr>
          <w:b/>
        </w:rPr>
        <w:t xml:space="preserve">[36:10] </w:t>
      </w:r>
      <w:r>
        <w:t>misal ke taur par dekhiye ke Rasool Allah Sal Allah Alayh Wasallam ko nabuwat mili</w:t>
      </w:r>
    </w:p>
    <w:p>
      <w:pPr>
        <w:jc w:val="right"/>
      </w:pPr>
      <w:r>
        <w:t>مثال کے طور پر دیکھیے کہ رسول اللہ صلی اللہ علیہ وسلم کو نبوت ملی</w:t>
      </w:r>
    </w:p>
    <w:p>
      <w:r>
        <w:rPr>
          <w:b/>
        </w:rPr>
        <w:t xml:space="preserve">[36:18] </w:t>
      </w:r>
      <w:r>
        <w:t>Seventh century ke first quarter mein.</w:t>
      </w:r>
    </w:p>
    <w:p>
      <w:pPr>
        <w:jc w:val="right"/>
      </w:pPr>
      <w:r>
        <w:t>سیونتھ سینچری کے فرسٹ کوارٹر میں۔</w:t>
      </w:r>
    </w:p>
    <w:p>
      <w:r>
        <w:rPr>
          <w:b/>
        </w:rPr>
        <w:t xml:space="preserve">[36:24] </w:t>
      </w:r>
      <w:r>
        <w:t>aap ko Makah mein, Makah mein aap ko dawati mission chalana tha, tauheed ka mission.</w:t>
      </w:r>
    </w:p>
    <w:p>
      <w:pPr>
        <w:jc w:val="right"/>
      </w:pPr>
      <w:r>
        <w:t>آپ کو مکہ میں، مکہ میں آپ کو دعوتی مشن چلانا تھا، توحید کا مشن۔</w:t>
      </w:r>
    </w:p>
    <w:p>
      <w:r>
        <w:rPr>
          <w:b/>
        </w:rPr>
        <w:t xml:space="preserve">[36:30] </w:t>
      </w:r>
      <w:r>
        <w:t>wahan par shirk phaila hua tha, log sath sath mushrik the, sab.</w:t>
      </w:r>
    </w:p>
    <w:p>
      <w:pPr>
        <w:jc w:val="right"/>
      </w:pPr>
      <w:r>
        <w:t>وہاں پر شرک پھیلا ہوا تھا، لوگ ساتھ ساتھ مشرک تھے، سب۔</w:t>
      </w:r>
    </w:p>
    <w:p>
      <w:r>
        <w:rPr>
          <w:b/>
        </w:rPr>
        <w:t xml:space="preserve">[36:36] </w:t>
      </w:r>
      <w:r>
        <w:t>aap ko dawat, dawat tauheed wahan chalana tha.</w:t>
      </w:r>
    </w:p>
    <w:p>
      <w:pPr>
        <w:jc w:val="right"/>
      </w:pPr>
      <w:r>
        <w:t>آپ کو دعوت، دعوت توحید وہاں چلانا تھا۔</w:t>
      </w:r>
    </w:p>
    <w:p>
      <w:r>
        <w:rPr>
          <w:b/>
        </w:rPr>
        <w:t xml:space="preserve">[36:42] </w:t>
      </w:r>
      <w:r>
        <w:t>to bohat hi zabardast masla kya tha wahan par ke Kaba mein saink</w:t>
      </w:r>
    </w:p>
    <w:p>
      <w:pPr>
        <w:jc w:val="right"/>
      </w:pPr>
      <w:r>
        <w:t>تو بہت ہی زبردست مسئلہ کیا تھا وہاں پر کہ کعبہ میں سینک</w:t>
      </w:r>
    </w:p>
    <w:p>
      <w:r>
        <w:rPr>
          <w:b/>
        </w:rPr>
        <w:t xml:space="preserve">[36:48] </w:t>
      </w:r>
      <w:r>
        <w:t>ron but, Kaba banaya gaya tha tauheed ke ghar ke taur par, is mein but rakhe hue hain.</w:t>
      </w:r>
    </w:p>
    <w:p>
      <w:pPr>
        <w:jc w:val="right"/>
      </w:pPr>
      <w:r>
        <w:t>ڑوں بت، کعبہ بنایا گیا تھا توحید کے گھر کے طور پر، اس میں بت رکھے ہوئے ہیں۔</w:t>
      </w:r>
    </w:p>
    <w:p>
      <w:r>
        <w:rPr>
          <w:b/>
        </w:rPr>
        <w:t xml:space="preserve">[36:53] </w:t>
      </w:r>
      <w:r>
        <w:t>to pehla masla yeh tha ke is se ladein, is se takrain, is se protest karein, is se</w:t>
      </w:r>
    </w:p>
    <w:p>
      <w:pPr>
        <w:jc w:val="right"/>
      </w:pPr>
      <w:r>
        <w:t>تو پہلا مسئلہ یہ تھا کہ اس سے لڑیں، اس سے ٹکرائیں، اس سے پروٹیسٹ کریں، اس سے</w:t>
      </w:r>
    </w:p>
    <w:p>
      <w:r>
        <w:rPr>
          <w:b/>
        </w:rPr>
        <w:t xml:space="preserve">[36:58] </w:t>
      </w:r>
      <w:r>
        <w:t>shikayat shikayatein karein is ke khilaf.</w:t>
      </w:r>
    </w:p>
    <w:p>
      <w:pPr>
        <w:jc w:val="right"/>
      </w:pPr>
      <w:r>
        <w:t>شکایت شکایتیں کریں اس کے خلاف۔</w:t>
      </w:r>
    </w:p>
    <w:p>
      <w:r>
        <w:rPr>
          <w:b/>
        </w:rPr>
        <w:t xml:space="preserve">[37:04] </w:t>
      </w:r>
      <w:r>
        <w:t>آپ نے مکمل طور پر اس کو نظر نظر نظر انداز کیا، ignore کیا اس کو۔</w:t>
      </w:r>
    </w:p>
    <w:p>
      <w:pPr>
        <w:jc w:val="right"/>
      </w:pPr>
      <w:r>
        <w:t>آپ نے مکمل طور پر اس کو نظر نظر نظر انداز کیا، اگنور کیا اس کو۔</w:t>
      </w:r>
    </w:p>
    <w:p>
      <w:r>
        <w:rPr>
          <w:b/>
        </w:rPr>
        <w:t xml:space="preserve">[37:09] </w:t>
      </w:r>
      <w:r>
        <w:t>کیوں؟ آپ نے creatively انداز میں دیکھ پایا اس کو، آپ اجتہادی انداز میں دیکھ پایا اس کو۔</w:t>
      </w:r>
    </w:p>
    <w:p>
      <w:pPr>
        <w:jc w:val="right"/>
      </w:pPr>
      <w:r>
        <w:t>کیوں؟ آپ نے کریٹلی انداز میں دیکھ پایا اس کو، آپ اجتہادی انداز میں دیکھ پایا اس کو۔</w:t>
      </w:r>
    </w:p>
    <w:p>
      <w:r>
        <w:rPr>
          <w:b/>
        </w:rPr>
        <w:t xml:space="preserve">[37:14] </w:t>
      </w:r>
      <w:r>
        <w:t>aap woh kya ke wahan do cheezein theen. aik tha</w:t>
      </w:r>
    </w:p>
    <w:p>
      <w:pPr>
        <w:jc w:val="right"/>
      </w:pPr>
      <w:r>
        <w:t>آپ وہ کیا کہ وہاں دو چیزیں تھیں۔ ایک تھا</w:t>
      </w:r>
    </w:p>
    <w:p>
      <w:r>
        <w:rPr>
          <w:b/>
        </w:rPr>
        <w:t xml:space="preserve">[37:20] </w:t>
      </w:r>
      <w:r>
        <w:t>Kaba mein buton ka presence, doosra isi buton ki wajah se wahan par audience jama hota tha, gathering hoti thi.</w:t>
      </w:r>
    </w:p>
    <w:p>
      <w:pPr>
        <w:jc w:val="right"/>
      </w:pPr>
      <w:r>
        <w:t>کعبہ میں بتوں کا پریزنس، دوسرا اسی بتوں کی وجہ سے وہاں پر آڈینس جمع ہوتا تھا، گیدرنگ ہوتی تھی۔</w:t>
      </w:r>
    </w:p>
    <w:p>
      <w:r>
        <w:rPr>
          <w:b/>
        </w:rPr>
        <w:t xml:space="preserve">[37:26] </w:t>
      </w:r>
      <w:r>
        <w:t>is gathering ko bator audience istemal kiya aap ne.</w:t>
      </w:r>
    </w:p>
    <w:p>
      <w:pPr>
        <w:jc w:val="right"/>
      </w:pPr>
      <w:r>
        <w:t>اس گیدرنگ کو بطور آڈینس استعمال کیا آپ نے۔</w:t>
      </w:r>
    </w:p>
    <w:p>
      <w:r>
        <w:rPr>
          <w:b/>
        </w:rPr>
        <w:t xml:space="preserve">[37:32] </w:t>
      </w:r>
      <w:r>
        <w:t>buton ko nazar andaaz kar ke woh jo gathering mushrikeen ki hoti thi, un ko bator audience istemal</w:t>
      </w:r>
    </w:p>
    <w:p>
      <w:pPr>
        <w:jc w:val="right"/>
      </w:pPr>
      <w:r>
        <w:t>بتوں کو نظر انداز کر کے وہ جو گیدرنگ مشرکین کی ہوتی تھی، ان کو بطور آڈینس استعمال</w:t>
      </w:r>
    </w:p>
    <w:p>
      <w:r>
        <w:rPr>
          <w:b/>
        </w:rPr>
        <w:t xml:space="preserve">[37:38] </w:t>
      </w:r>
      <w:r>
        <w:t>kiya aur roza ja kar ke aap ko quran sunate thay.</w:t>
      </w:r>
    </w:p>
    <w:p>
      <w:pPr>
        <w:jc w:val="right"/>
      </w:pPr>
      <w:r>
        <w:t>کیا اور روزہ جا کر کے آپ کو قرآن سناتے تھے۔</w:t>
      </w:r>
    </w:p>
    <w:p>
      <w:r>
        <w:rPr>
          <w:b/>
        </w:rPr>
        <w:t xml:space="preserve">[37:44] </w:t>
      </w:r>
      <w:r>
        <w:t>un ko aise hi dekhiye, hijrat kar ke jab gaye aap madina to</w:t>
      </w:r>
    </w:p>
    <w:p>
      <w:pPr>
        <w:jc w:val="right"/>
      </w:pPr>
      <w:r>
        <w:t>ان کو ایسے ہی دیکھیے، ہجرت کر کے جب گئے آپ مدینہ تو</w:t>
      </w:r>
    </w:p>
    <w:p>
      <w:r>
        <w:rPr>
          <w:b/>
        </w:rPr>
        <w:t xml:space="preserve">[37:51] </w:t>
      </w:r>
      <w:r>
        <w:t>hijrat se pehle makke mein aap ka jo tajurba tha, woh kya tha? aap ko sataya gaya tha, aap ko pareshan kiya gaya tha, aap ke laye hue deen ko radd kiya gaya tha, yahan tak ke aap ko majboor kiya gaya ke aap chhod ke chale jayen madina. achha, madine pahunch kar ke agar isi isi hi abssesion mein hote, aap isi ki hamare sath zulm kiya, hamare sath yeh kiya, hamare sath woh kiya, to madine mein</w:t>
      </w:r>
    </w:p>
    <w:p>
      <w:pPr>
        <w:jc w:val="right"/>
      </w:pPr>
      <w:r>
        <w:t>ہجرت سے پہلے مکے میں آپ کا جو تجربہ تھا، وہ کیا تھا؟ آپ کو ستایا گیا تھا، آپ کو پریشان کیا گیا تھا، آپ کے لائے ہوئے دین کو رد کیا گیا تھا، یہاں تک کہ آپ کو مجبور کیا گیا کہ آپ چھوڑ کے چلے جائیں مدینہ۔ اچھا، مدینہ پہنچ کر کے اگر اسی اسی ہی ابسیشن میں ہوتے، آپ اسی کی ہمارے ساتھ ظلم کیا، ہمارے ساتھ یہ کیا، ہمارے ساتھ وہ کیا، تو مدینے میں</w:t>
      </w:r>
    </w:p>
    <w:p>
      <w:r>
        <w:rPr>
          <w:b/>
        </w:rPr>
        <w:t xml:space="preserve">[38:21] </w:t>
      </w:r>
      <w:r>
        <w:t>bhi isi ko repeat karte hain.</w:t>
      </w:r>
    </w:p>
    <w:p>
      <w:pPr>
        <w:jc w:val="right"/>
      </w:pPr>
      <w:r>
        <w:t>بھی اسی کو ریپیٹ کرتے ہیں۔</w:t>
      </w:r>
    </w:p>
    <w:p>
      <w:r>
        <w:rPr>
          <w:b/>
        </w:rPr>
        <w:t xml:space="preserve">[38:26] </w:t>
      </w:r>
      <w:r>
        <w:t>aap yeh ke dekhiye, madine mein yahoodi thay, rasool Allah ke sath ansar ho gaye thay jo majority mein thay.</w:t>
      </w:r>
    </w:p>
    <w:p>
      <w:pPr>
        <w:jc w:val="right"/>
      </w:pPr>
      <w:r>
        <w:t>آپ یہ کہ دیکھیے، مدینے میں یہودی تھے، رسول اللہ کے ساتھ انصار ہو گئے تھے جو میجورٹی میں تھے۔</w:t>
      </w:r>
    </w:p>
    <w:p>
      <w:r>
        <w:rPr>
          <w:b/>
        </w:rPr>
        <w:t xml:space="preserve">[38:31] </w:t>
      </w:r>
      <w:r>
        <w:t>yahoodiyon ke khilaf isi wohi kaam karte hain aap.</w:t>
      </w:r>
    </w:p>
    <w:p>
      <w:pPr>
        <w:jc w:val="right"/>
      </w:pPr>
      <w:r>
        <w:t>یہودیوں کے خلاف اسی وہی کام کرتے ہیں آپ۔</w:t>
      </w:r>
    </w:p>
    <w:p>
      <w:r>
        <w:rPr>
          <w:b/>
        </w:rPr>
        <w:t xml:space="preserve">[38:36] </w:t>
      </w:r>
      <w:r>
        <w:t>lekin aap ne kiya kiya? yahoodiyon ke qibla ko aap ne qibla bana liya.</w:t>
      </w:r>
    </w:p>
    <w:p>
      <w:pPr>
        <w:jc w:val="right"/>
      </w:pPr>
      <w:r>
        <w:t>لیکن آپ نے کیا کیا؟ یہودیوں کے قبلہ کو آپ نے قبلہ بنا لیا۔</w:t>
      </w:r>
    </w:p>
    <w:p>
      <w:r>
        <w:rPr>
          <w:b/>
        </w:rPr>
        <w:t xml:space="preserve">[38:41] </w:t>
      </w:r>
      <w:r>
        <w:t>yahoodi jin roza rakhte thay, us din roza rakhne lagay.</w:t>
      </w:r>
    </w:p>
    <w:p>
      <w:pPr>
        <w:jc w:val="right"/>
      </w:pPr>
      <w:r>
        <w:t>یہودی جن روزہ رکھتے تھے، اس دن روزہ رکھنے لگے۔</w:t>
      </w:r>
    </w:p>
    <w:p>
      <w:r>
        <w:rPr>
          <w:b/>
        </w:rPr>
        <w:t xml:space="preserve">[38:46] </w:t>
      </w:r>
      <w:r>
        <w:t>aap yahood ek charter jari kiya, aap ne jis mein likha hota tha ke "lil yahood deen wal muslimeen deen"</w:t>
      </w:r>
    </w:p>
    <w:p>
      <w:pPr>
        <w:jc w:val="right"/>
      </w:pPr>
      <w:r>
        <w:t>آپ یہود ایک چارٹر جاری کیا، آپ نے جس میں لکھا ہوتا تھا کہ "للیہود الدین والمسلمین دین"</w:t>
      </w:r>
    </w:p>
    <w:p>
      <w:r>
        <w:rPr>
          <w:b/>
        </w:rPr>
        <w:t xml:space="preserve">[38:51] </w:t>
      </w:r>
      <w:r>
        <w:t>.</w:t>
      </w:r>
    </w:p>
    <w:p>
      <w:pPr>
        <w:jc w:val="right"/>
      </w:pPr>
      <w:r>
        <w:t>۔</w:t>
      </w:r>
    </w:p>
    <w:p>
      <w:r>
        <w:rPr>
          <w:b/>
        </w:rPr>
        <w:t xml:space="preserve">[38:56] </w:t>
      </w:r>
      <w:r>
        <w:t>musalman ke liye musalman ka deen, yahood yahood ke liye yahood ka deen.</w:t>
      </w:r>
    </w:p>
    <w:p>
      <w:pPr>
        <w:jc w:val="right"/>
      </w:pPr>
      <w:r>
        <w:t>مسلمان کے لیے مسلمان کا دین، یہود یہود کے لیے یہود کا دین۔</w:t>
      </w:r>
    </w:p>
    <w:p>
      <w:r>
        <w:rPr>
          <w:b/>
        </w:rPr>
        <w:t xml:space="preserve">[39:01] </w:t>
      </w:r>
      <w:r>
        <w:t>yani mukammal azadi de di yahood ko, jab ke aap ko makkah mein azadi nahi mili thi.</w:t>
      </w:r>
    </w:p>
    <w:p>
      <w:pPr>
        <w:jc w:val="right"/>
      </w:pPr>
      <w:r>
        <w:t>یعنی مکمل آزادی دے دی یہود کو، جبکہ آپ کو مکہ میں آزادی نہیں ملی تھی۔</w:t>
      </w:r>
    </w:p>
    <w:p>
      <w:r>
        <w:rPr>
          <w:b/>
        </w:rPr>
        <w:t xml:space="preserve">[39:06] </w:t>
      </w:r>
      <w:r>
        <w:t>yeh thi yeh creative thinking, yeh thi ke alag se socha aap ne.</w:t>
      </w:r>
    </w:p>
    <w:p>
      <w:pPr>
        <w:jc w:val="right"/>
      </w:pPr>
      <w:r>
        <w:t>یہ تھی یہ کریٹیو تھنکنگ، یہ تھی کہ الگ سے سوچا آپ نے۔</w:t>
      </w:r>
    </w:p>
    <w:p>
      <w:r>
        <w:rPr>
          <w:b/>
        </w:rPr>
        <w:t xml:space="preserve">[39:11] </w:t>
      </w:r>
      <w:r>
        <w:t>yani makkah mein jo tajurba tha, us tajurbe ko makkah mein chhod aaye aur madine mein aap ne</w:t>
      </w:r>
    </w:p>
    <w:p>
      <w:pPr>
        <w:jc w:val="right"/>
      </w:pPr>
      <w:r>
        <w:t>یعنی مکے میں جو تجربہ تھا، اس تجربے کو مکے میں چھوڑ آئے اور مدینے میں آپ نے</w:t>
      </w:r>
    </w:p>
    <w:p>
      <w:r>
        <w:rPr>
          <w:b/>
        </w:rPr>
        <w:t xml:space="preserve">[39:16] </w:t>
      </w:r>
      <w:r>
        <w:t>phir se soch kar ke wahan par apna toheed ka mission jari kiya.</w:t>
      </w:r>
    </w:p>
    <w:p>
      <w:pPr>
        <w:jc w:val="right"/>
      </w:pPr>
      <w:r>
        <w:t>پھر سے سوچ کر کے وہاں پر اپنا توحید کا مشن جاری کیا۔</w:t>
      </w:r>
    </w:p>
    <w:p>
      <w:r>
        <w:rPr>
          <w:b/>
        </w:rPr>
        <w:t xml:space="preserve">[39:22] </w:t>
      </w:r>
      <w:r>
        <w:t>to musalmanon ke andar jo creativity nahi hai us zamane mein, us ka sab se bara nuksan hai,</w:t>
      </w:r>
    </w:p>
    <w:p>
      <w:pPr>
        <w:jc w:val="right"/>
      </w:pPr>
      <w:r>
        <w:t>تو مسلمانوں کے اندر جو کریٹیوٹی نہیں ہے اس زمانے میں، اس کا سب سے بڑا نقصان ہے،</w:t>
      </w:r>
    </w:p>
    <w:p>
      <w:r>
        <w:rPr>
          <w:b/>
        </w:rPr>
        <w:t xml:space="preserve">[39:27] </w:t>
      </w:r>
      <w:r>
        <w:t>sab se bara nuksan ke positive thinking ghayab ho gayi hai.</w:t>
      </w:r>
    </w:p>
    <w:p>
      <w:pPr>
        <w:jc w:val="right"/>
      </w:pPr>
      <w:r>
        <w:t>سب سے بڑا نقصان کہ پازیٹیو تھنکنگ غائب ہو گئی ہے۔</w:t>
      </w:r>
    </w:p>
    <w:p>
      <w:r>
        <w:rPr>
          <w:b/>
        </w:rPr>
        <w:t xml:space="preserve">[39:32] </w:t>
      </w:r>
      <w:r>
        <w:t>kyun ke dekhiye, zindagi aisi cheez hai, bar bar wahan par aap ko yani unpleasant situation pesh aati hai.</w:t>
      </w:r>
    </w:p>
    <w:p>
      <w:pPr>
        <w:jc w:val="right"/>
      </w:pPr>
      <w:r>
        <w:t>کیونکہ دیکھیے، زندگی ایسی چیز ہے، بار بار وہاں پر آپ کو یعنی ان پریزنٹ سچوئیشن پیش آتی ہے۔</w:t>
      </w:r>
    </w:p>
    <w:p>
      <w:r>
        <w:rPr>
          <w:b/>
        </w:rPr>
        <w:t xml:space="preserve">[39:37] </w:t>
      </w:r>
      <w:r>
        <w:t>bar bar aap ko kuch na kuch aap ke khilaf koi kar deta hai, koi provoke kar deta</w:t>
      </w:r>
    </w:p>
    <w:p>
      <w:pPr>
        <w:jc w:val="right"/>
      </w:pPr>
      <w:r>
        <w:t>بار بار آپ کو کچھ نہ کچھ آپ کے خلاف کوئی کر دیتا ہے، کوئی پرووک کر دیتا</w:t>
      </w:r>
    </w:p>
    <w:p>
      <w:r>
        <w:rPr>
          <w:b/>
        </w:rPr>
        <w:t xml:space="preserve">[39:42] </w:t>
      </w:r>
      <w:r>
        <w:t>hai, kuch karta hai to aap negative ho jatay hain.</w:t>
      </w:r>
    </w:p>
    <w:p>
      <w:pPr>
        <w:jc w:val="right"/>
      </w:pPr>
      <w:r>
        <w:t>ہے، کچھ کرتا ہے تو آپ نیگیٹیو ہو جاتے ہیں۔</w:t>
      </w:r>
    </w:p>
    <w:p>
      <w:r>
        <w:rPr>
          <w:b/>
        </w:rPr>
        <w:t xml:space="preserve">[39:47] </w:t>
      </w:r>
      <w:r>
        <w:t>zindagi naam hai yani</w:t>
      </w:r>
    </w:p>
    <w:p>
      <w:pPr>
        <w:jc w:val="right"/>
      </w:pPr>
      <w:r>
        <w:t>زندگی نام ہے یعنی</w:t>
      </w:r>
    </w:p>
    <w:p>
      <w:r>
        <w:rPr>
          <w:b/>
        </w:rPr>
        <w:t xml:space="preserve">[39:52] </w:t>
      </w:r>
      <w:r>
        <w:t>aisi duniya ka jahan ke kabhi bhi aap ko apne muwafiq khayalat na milen to aap us se react karte hain, to ho jate hain negative ho jate hain. is negativity se apne ko bachane ke liye zaroori hai ke aap ke andar creative thinking ho, aap manage kar saken, aap sort out kar saken cheezon ko, aap phir se soch saken, aap result ko dekh kar soch saken, aap cheezon ko right way pe dekh saken. yeh</w:t>
      </w:r>
    </w:p>
    <w:p>
      <w:pPr>
        <w:jc w:val="right"/>
      </w:pPr>
      <w:r>
        <w:t>ایسی دنیا کا جہاں کہ کبھی بھی آپ کو اپنے موافق خیالات نہ ملیں تو آپ اس سے ری ایکٹ کرتے ہیں، تو ہو جاتے ہیں نیگیٹیو ہو جاتے ہیں۔ اس نیگیٹیوٹی سے اپنے کو بچانے کے لیے ضروری ہے کہ آپ کے اندر کریٹیو تھنکنگ ہو، آپ مینج کر سکیں، آپ سارٹ آؤٹ کر سکیں چیزوں کو، آپ پھر سے سوچ سکیں، آپ رزلٹ کو دیکھ کر سوچ سکیں، آپ چیزوں کو رائٹ وے پہ دیکھ سکیں۔ یہ</w:t>
      </w:r>
    </w:p>
    <w:p>
      <w:r>
        <w:rPr>
          <w:b/>
        </w:rPr>
        <w:t xml:space="preserve">[40:22] </w:t>
      </w:r>
      <w:r>
        <w:t>sab creativity se aata hai. to musalman mein creativity hai hi nahi, ijtihadi tarz fikr hai hi nahi. to kya sari duniya musalman negative bani hui hain? negative banne ka nuksan kya hota hai? ke positivity chali jati hai. yaad rakhiye, positive thinking hi se tamam badi badi cheezen hasil hoti hain. positive thinking se marifat aati hai, positive thinking se aap dawat ka kaam kar pate hain, positive thinking se aap</w:t>
      </w:r>
    </w:p>
    <w:p>
      <w:pPr>
        <w:jc w:val="right"/>
      </w:pPr>
      <w:r>
        <w:t>سب کریٹیوٹی سے آتا ہے۔ تو مسلمان میں کریٹیوٹی ہے ہی نہیں، اجتہادی طرز فکر ہے ہی نہیں۔ تو کیا ساری دنیا مسلمان نیگیٹیو بنی ہوئی ہیں؟ نیگیٹیو بننے کا نقصان کیا ہوتا ہے؟ کہ پازیٹیوٹی چلی جاتی ہے۔ یاد رکھیے، پازیٹیو تھنکنگ ہی سے تمام بڑی بڑی چیزیں حاصل ہوتی ہیں۔ پازیٹیو تھنکنگ سے معرفت آتی ہے، پازیٹیو تھنکنگ سے آپ دعوت کا کام کر پاتے ہیں، پازیٹیو تھنکنگ سے آپ</w:t>
      </w:r>
    </w:p>
    <w:p>
      <w:r>
        <w:rPr>
          <w:b/>
        </w:rPr>
        <w:t xml:space="preserve">[40:52] </w:t>
      </w:r>
      <w:r>
        <w:t>quran aur hadith ko samajh paate hain, positive thinking se aap dunya mein deeni mission chala paate hain.</w:t>
      </w:r>
    </w:p>
    <w:p>
      <w:pPr>
        <w:jc w:val="right"/>
      </w:pPr>
      <w:r>
        <w:t>قرآن اور حدیث کو سمجھ پاتے ہیں، پازیٹیو تھنکنگ سے آپ دنیا میں دینی مشن چلا پاتے ہیں۔</w:t>
      </w:r>
    </w:p>
    <w:p>
      <w:r>
        <w:rPr>
          <w:b/>
        </w:rPr>
        <w:t xml:space="preserve">[41:00] </w:t>
      </w:r>
      <w:r>
        <w:t>yani har cheez ka taluq juda hua hai positive thinking se aur positive thinking gannwai gayi jab ke aap</w:t>
      </w:r>
    </w:p>
    <w:p>
      <w:pPr>
        <w:jc w:val="right"/>
      </w:pPr>
      <w:r>
        <w:t>یعنی ہر چیز کا تعلق جڑا ہوا ہے پازیٹیو تھنکنگ سے اور پازیٹیو تھنکنگ گنوائی گئی جبکہ آپ</w:t>
      </w:r>
    </w:p>
    <w:p>
      <w:r>
        <w:rPr>
          <w:b/>
        </w:rPr>
        <w:t xml:space="preserve">[41:09] </w:t>
      </w:r>
      <w:r>
        <w:t>ke andar mujtahidana baseerat ho.</w:t>
      </w:r>
    </w:p>
    <w:p>
      <w:pPr>
        <w:jc w:val="right"/>
      </w:pPr>
      <w:r>
        <w:t>کے اندر مجتہدانہ بصیرت ہو۔</w:t>
      </w:r>
    </w:p>
    <w:p>
      <w:r>
        <w:rPr>
          <w:b/>
        </w:rPr>
        <w:t xml:space="preserve">[41:17] </w:t>
      </w:r>
      <w:r>
        <w:t>lekin ek ajib o gharib yani yeh galti hui hai ke ijtihad ko sarr se khatam hi kar diya.</w:t>
      </w:r>
    </w:p>
    <w:p>
      <w:pPr>
        <w:jc w:val="right"/>
      </w:pPr>
      <w:r>
        <w:t>لیکن ایک عجیب و غریب یعنی یہ غلطی ہوئی ہے کہ اجتہاد کو سرے سے ختم ہی کر دیا۔</w:t>
      </w:r>
    </w:p>
    <w:p>
      <w:r>
        <w:rPr>
          <w:b/>
        </w:rPr>
        <w:t xml:space="preserve">[41:25] </w:t>
      </w:r>
      <w:r>
        <w:t>jab ijtihad jari kiya, tab bhi juz'i mamlaat mein.</w:t>
      </w:r>
    </w:p>
    <w:p>
      <w:pPr>
        <w:jc w:val="right"/>
      </w:pPr>
      <w:r>
        <w:t>جب اجتہاد جاری کیا، تب بھی جزئی معاملات میں۔</w:t>
      </w:r>
    </w:p>
    <w:p>
      <w:r>
        <w:rPr>
          <w:b/>
        </w:rPr>
        <w:t xml:space="preserve">[41:31] </w:t>
      </w:r>
      <w:r>
        <w:t>ab to ijtihad darwaze hi band kar diya hai.</w:t>
      </w:r>
    </w:p>
    <w:p>
      <w:pPr>
        <w:jc w:val="right"/>
      </w:pPr>
      <w:r>
        <w:t>اب تو اجتہاد دروازے ہی بند کر دیا ہے۔</w:t>
      </w:r>
    </w:p>
    <w:p>
      <w:r>
        <w:rPr>
          <w:b/>
        </w:rPr>
        <w:t xml:space="preserve">[41:37] </w:t>
      </w:r>
      <w:r>
        <w:t>to poori poori qaum ko mubtala kar diya aisi duniya mein jahan is ko creativity se mahroom ho.</w:t>
      </w:r>
    </w:p>
    <w:p>
      <w:pPr>
        <w:jc w:val="right"/>
      </w:pPr>
      <w:r>
        <w:t>تو پوری پوری قوم کو مبتلا کر دیا ایسی دنیا میں جہاں اس کو کریٹیوٹی سے محروم ہو۔</w:t>
      </w:r>
    </w:p>
    <w:p>
      <w:r>
        <w:rPr>
          <w:b/>
        </w:rPr>
        <w:t xml:space="preserve">[41:43] </w:t>
      </w:r>
      <w:r>
        <w:t>to behal hum ko hamara jo mission hai, humein is baat ko jaanna chahiye.</w:t>
      </w:r>
    </w:p>
    <w:p>
      <w:pPr>
        <w:jc w:val="right"/>
      </w:pPr>
      <w:r>
        <w:t>تو بہرحال ہم کو ہمارا جو مشن ہے، ہمیں اس بات کو جاننا چاہیے۔</w:t>
      </w:r>
    </w:p>
    <w:p>
      <w:r>
        <w:rPr>
          <w:b/>
        </w:rPr>
        <w:t xml:space="preserve">[41:49] </w:t>
      </w:r>
      <w:r>
        <w:t>humein sab se pehle ab khud hamare andar creativity aani chahiye, khud hamare andar creative thinking aani chahiye. phir</w:t>
      </w:r>
    </w:p>
    <w:p>
      <w:pPr>
        <w:jc w:val="right"/>
      </w:pPr>
      <w:r>
        <w:t>ہمیں سب سے پہلے اب خود ہمارے اندر کریٹیوٹی آنی چاہیے، خود ہمارے اندر کریٹیو تھنکنگ آنی چاہیے۔ پھر</w:t>
      </w:r>
    </w:p>
    <w:p>
      <w:r>
        <w:rPr>
          <w:b/>
        </w:rPr>
        <w:t xml:space="preserve">[41:55] </w:t>
      </w:r>
      <w:r>
        <w:t>hum doosron ko, humein doosron ke andar creative thinking lana chahiye.</w:t>
      </w:r>
    </w:p>
    <w:p>
      <w:pPr>
        <w:jc w:val="right"/>
      </w:pPr>
      <w:r>
        <w:t>ہم دوسروں کو، ہمیں دوسروں کے اندر کریٹیو تھنکنگ لانا چاہیے۔</w:t>
      </w:r>
    </w:p>
    <w:p>
      <w:r>
        <w:rPr>
          <w:b/>
        </w:rPr>
        <w:t xml:space="preserve">[42:00] </w:t>
      </w:r>
      <w:r>
        <w:t>yeh yeh hamare mission ka juz' hai.</w:t>
      </w:r>
    </w:p>
    <w:p>
      <w:pPr>
        <w:jc w:val="right"/>
      </w:pPr>
      <w:r>
        <w:t>یہ یہ ہمارے مشن کا جز ہے۔</w:t>
      </w:r>
    </w:p>
    <w:p>
      <w:r>
        <w:rPr>
          <w:b/>
        </w:rPr>
        <w:t xml:space="preserve">[42:05] </w:t>
      </w:r>
      <w:r>
        <w:t>yeh agar aap ke andar creativity na hogi to aap dawat kaam nahi kar sakte, doosron ke sath</w:t>
      </w:r>
    </w:p>
    <w:p>
      <w:pPr>
        <w:jc w:val="right"/>
      </w:pPr>
      <w:r>
        <w:t>یہ اگر آپ کے اندر کریٹیوٹی نہ ہوگی تو آپ دعوت کام نہیں کر سکتے، دوسروں کے ساتھ</w:t>
      </w:r>
    </w:p>
    <w:p>
      <w:r>
        <w:rPr>
          <w:b/>
        </w:rPr>
        <w:t xml:space="preserve">[42:10] </w:t>
      </w:r>
      <w:r>
        <w:t>sahi mamla nahi kar sakte.</w:t>
      </w:r>
    </w:p>
    <w:p>
      <w:pPr>
        <w:jc w:val="right"/>
      </w:pPr>
      <w:r>
        <w:t>صحیح معاملہ نہیں کر سکتے۔</w:t>
      </w:r>
    </w:p>
    <w:p>
      <w:r>
        <w:rPr>
          <w:b/>
        </w:rPr>
        <w:t xml:space="preserve">[42:15] </w:t>
      </w:r>
      <w:r>
        <w:t>tajrubaat jo paish aayenge, woh tajrubaat ko sahi taur par aap un ko explain nahi kar sakte.</w:t>
      </w:r>
    </w:p>
    <w:p>
      <w:pPr>
        <w:jc w:val="right"/>
      </w:pPr>
      <w:r>
        <w:t>تجربات جو پیش آئیں گے، وہ تجربات کو صحیح طور پر آپ ان کو ایکسپلین نہیں کر سکتے۔</w:t>
      </w:r>
    </w:p>
    <w:p>
      <w:r>
        <w:rPr>
          <w:b/>
        </w:rPr>
        <w:t xml:space="preserve">[42:21] </w:t>
      </w:r>
      <w:r>
        <w:t>to ab mein kahunga ke hamare jo saathi hain</w:t>
      </w:r>
    </w:p>
    <w:p>
      <w:pPr>
        <w:jc w:val="right"/>
      </w:pPr>
      <w:r>
        <w:t>تو اب میں کہوں گا کہ ہمارے جو ساتھی ہیں</w:t>
      </w:r>
    </w:p>
    <w:p>
      <w:r>
        <w:rPr>
          <w:b/>
        </w:rPr>
        <w:t xml:space="preserve">[42:26] </w:t>
      </w:r>
      <w:r>
        <w:t>is mission mein, un sab ke andar yeh baat aaye yani woh creative thinking khud apne aap ko isi nish par tayyar karen aur doosron ko sabak den is ka. yahi woh maqam hai jahan ke jo jo hamare andar leak kar raha hai, jo salahiyat, jo jo mamlat ki zabanen bigdi hain musalmanon ke, us ki sab se badi wajah mere nazdeek yeh hai ke koi andar</w:t>
      </w:r>
    </w:p>
    <w:p>
      <w:pPr>
        <w:jc w:val="right"/>
      </w:pPr>
      <w:r>
        <w:t>اس مشن میں، ان سب کے اندر یہ بات آئے یعنی وہ کریٹیو تھنکنگ خود اپنے آپ کو اسی نش پر تیار کریں اور دوسروں کو سبق دیں اس کا۔ یہی وہ مقام ہے جہاں کہ جو جو ہمارے اندر لیک کر رہا ہے، جو صلاحیت، جو جو معاملات کی زبانیں بگڑی ہیں مسلمانوں کے، اس کی سب سے بڑی وجہ میرے نزدیک یہ ہے کہ کوئی اندر</w:t>
      </w:r>
    </w:p>
    <w:p>
      <w:r>
        <w:rPr>
          <w:b/>
        </w:rPr>
        <w:t xml:space="preserve">[42:56] </w:t>
      </w:r>
      <w:r>
        <w:t>creative thinking hi nahi hai. soch nahi pate, woh soch hi nahi paate. main khud aap ko apne bare mein arz karoon ke main apna ek tajurba yeh jo turkey se yeh aaya mere pas to yeh meri ek discovery thi. yeh kyun? main bhi isi duniya mein padha padha bada hoon, isi madarse mein padha hai maine. to taleem ke zamane se</w:t>
      </w:r>
    </w:p>
    <w:p>
      <w:pPr>
        <w:jc w:val="right"/>
      </w:pPr>
      <w:r>
        <w:t>کریٹیو تھنکنگ ہی نہیں ہے۔ سوچ نہیں پاتے، وہ سوچ ہی نہیں پاتے۔ میں خود آپ کو اپنے بارے میں عرض کروں کہ میں اپنا ایک تجربہ یہ جو ترکی سے یہ آیا میرے پاس تو یہ میری ایک ڈسکوری تھی۔ یہ کیوں؟ میں بھی اسی دنیا میں پڑھا پڑھا بڑا ہوں، اسی مدرسے میں پڑھا ہے میں نے۔ تو تعلیم کے زمانے سے</w:t>
      </w:r>
    </w:p>
    <w:p>
      <w:r>
        <w:rPr>
          <w:b/>
        </w:rPr>
        <w:t xml:space="preserve">[43:26] </w:t>
      </w:r>
      <w:r>
        <w:t>mein negative tha turkey ke baray mein kyunke beesween sadi ke aaghaz mein jo kamal tha turk ko</w:t>
      </w:r>
    </w:p>
    <w:p>
      <w:pPr>
        <w:jc w:val="right"/>
      </w:pPr>
      <w:r>
        <w:t>میں نیگیٹیو تھا ترکی کے بارے میں کیونکہ بیسویں صدی کے آغاز میں جو کمال تھا ترک کو</w:t>
      </w:r>
    </w:p>
    <w:p>
      <w:r>
        <w:rPr>
          <w:b/>
        </w:rPr>
        <w:t xml:space="preserve">[43:31] </w:t>
      </w:r>
      <w:r>
        <w:t>wahan power mil gaya to woh thay secular aadmi, bilkul hi secular aadmi thay.</w:t>
      </w:r>
    </w:p>
    <w:p>
      <w:pPr>
        <w:jc w:val="right"/>
      </w:pPr>
      <w:r>
        <w:t>وہاں پاور مل گیا تو وہ تھے سیکولر آدمی، بالکل ہی سیکولر آدمی تھے۔</w:t>
      </w:r>
    </w:p>
    <w:p>
      <w:r>
        <w:rPr>
          <w:b/>
        </w:rPr>
        <w:t xml:space="preserve">[43:36] </w:t>
      </w:r>
      <w:r>
        <w:t>unhon ne bohat sari tabdeeliyaan wahan keen.</w:t>
      </w:r>
    </w:p>
    <w:p>
      <w:pPr>
        <w:jc w:val="right"/>
      </w:pPr>
      <w:r>
        <w:t>انہوں نے بہت ساری تبدیلیاں وہاں کیں۔</w:t>
      </w:r>
    </w:p>
    <w:p>
      <w:r>
        <w:rPr>
          <w:b/>
        </w:rPr>
        <w:t xml:space="preserve">[43:41] </w:t>
      </w:r>
      <w:r>
        <w:t>misal ke taur par unhon ne turki zaban jo likhi aati thi arabic script mein, us ko english</w:t>
      </w:r>
    </w:p>
    <w:p>
      <w:pPr>
        <w:jc w:val="right"/>
      </w:pPr>
      <w:r>
        <w:t>مثال کے طور پر انہوں نے ترکی زبان جو لکھی آتی تھی عربک اسکرپٹ میں، اس کو انگلش</w:t>
      </w:r>
    </w:p>
    <w:p>
      <w:r>
        <w:rPr>
          <w:b/>
        </w:rPr>
        <w:t xml:space="preserve">[43:46] </w:t>
      </w:r>
      <w:r>
        <w:t>script mein kar diya.</w:t>
      </w:r>
    </w:p>
    <w:p>
      <w:pPr>
        <w:jc w:val="right"/>
      </w:pPr>
      <w:r>
        <w:t>اسکرپٹ میں کر دیا۔</w:t>
      </w:r>
    </w:p>
    <w:p>
      <w:r>
        <w:rPr>
          <w:b/>
        </w:rPr>
        <w:t xml:space="preserve">[43:51] </w:t>
      </w:r>
      <w:r>
        <w:t>unhon ne is tarah ke bohat sare cultural changes ke, unhon</w:t>
      </w:r>
    </w:p>
    <w:p>
      <w:pPr>
        <w:jc w:val="right"/>
      </w:pPr>
      <w:r>
        <w:t>انہوں نے اس طرح کے بہت سارے کلچرل چینجز کیے، انہوں</w:t>
      </w:r>
    </w:p>
    <w:p>
      <w:r>
        <w:rPr>
          <w:b/>
        </w:rPr>
        <w:t xml:space="preserve">[43:56] </w:t>
      </w:r>
      <w:r>
        <w:t>ne aur ulama ko, unhon ne ulama ko yani darja bohat ghataya aur bohat se mazhabi mamlaat aur</w:t>
      </w:r>
    </w:p>
    <w:p>
      <w:pPr>
        <w:jc w:val="right"/>
      </w:pPr>
      <w:r>
        <w:t>نے اور علماء کو، انہوں نے علماء کو یعنی درجہ بہت گھٹایا اور بہت سے مذہبی معاملات اور</w:t>
      </w:r>
    </w:p>
    <w:p>
      <w:r>
        <w:rPr>
          <w:b/>
        </w:rPr>
        <w:t xml:space="preserve">[44:02] </w:t>
      </w:r>
      <w:r>
        <w:t>bohat sara unhon ne aisi cheezein keen jis se logon ko shikayatein ho'een.</w:t>
      </w:r>
    </w:p>
    <w:p>
      <w:pPr>
        <w:jc w:val="right"/>
      </w:pPr>
      <w:r>
        <w:t>بہت سارا انہوں نے ایسی چیزیں کیں جس سے لوگوں کو شکایتیں ہوئیں۔</w:t>
      </w:r>
    </w:p>
    <w:p>
      <w:r>
        <w:rPr>
          <w:b/>
        </w:rPr>
        <w:t xml:space="preserve">[44:08] </w:t>
      </w:r>
      <w:r>
        <w:t>to gharaaz ek hum ne woh kitabein padhi theen jis mein yeh ta'assur diya gaya tha ke kamal</w:t>
      </w:r>
    </w:p>
    <w:p>
      <w:pPr>
        <w:jc w:val="right"/>
      </w:pPr>
      <w:r>
        <w:t>تو غرض ایک ہم نے وہ کتابیں پڑھی تھیں جس میں یہ تاثر دیا گیا تھا کہ کمال</w:t>
      </w:r>
    </w:p>
    <w:p>
      <w:r>
        <w:rPr>
          <w:b/>
        </w:rPr>
        <w:t xml:space="preserve">[44:14] </w:t>
      </w:r>
      <w:r>
        <w:t>atar ke sath dushman aadmi hain, kamal atar turk aur us ke sath hi sath islam dushman aadmi hain.</w:t>
      </w:r>
    </w:p>
    <w:p>
      <w:pPr>
        <w:jc w:val="right"/>
      </w:pPr>
      <w:r>
        <w:t>عطر کے ساتھ دشمن آدمی ہیں، کمال عطر ترک اور اس کے ساتھ ہی ساتھ اسلام دشمن آدمی ہیں۔</w:t>
      </w:r>
    </w:p>
    <w:p>
      <w:r>
        <w:rPr>
          <w:b/>
        </w:rPr>
        <w:t xml:space="preserve">[44:20] </w:t>
      </w:r>
      <w:r>
        <w:t>yeh saare madrasay ke log abhi bhi yahi samajhte hain.</w:t>
      </w:r>
    </w:p>
    <w:p>
      <w:pPr>
        <w:jc w:val="right"/>
      </w:pPr>
      <w:r>
        <w:t>یہ سارے مدرسے کے لوگ ابھی بھی یہی سمجھتے ہیں۔</w:t>
      </w:r>
    </w:p>
    <w:p>
      <w:r>
        <w:rPr>
          <w:b/>
        </w:rPr>
        <w:t xml:space="preserve">[44:26] </w:t>
      </w:r>
      <w:r>
        <w:t>aap kisi madrasay mein jaiye aur kamal turk ka naam lije, kahenge woh to islam dushman aadmi tha.</w:t>
      </w:r>
    </w:p>
    <w:p>
      <w:pPr>
        <w:jc w:val="right"/>
      </w:pPr>
      <w:r>
        <w:t>آپ کسی مدرسے میں جائیے اور کمال ترک کا نام لیجئے، کہیں گے وہ تو اسلام دشمن آدمی تھا۔</w:t>
      </w:r>
    </w:p>
    <w:p>
      <w:r>
        <w:rPr>
          <w:b/>
        </w:rPr>
        <w:t xml:space="preserve">[44:31] </w:t>
      </w:r>
      <w:r>
        <w:t>woh abhi bhi us waqt bhi.</w:t>
      </w:r>
    </w:p>
    <w:p>
      <w:pPr>
        <w:jc w:val="right"/>
      </w:pPr>
      <w:r>
        <w:t>وہ ابھی بھی اس وقت بھی۔</w:t>
      </w:r>
    </w:p>
    <w:p>
      <w:r>
        <w:rPr>
          <w:b/>
        </w:rPr>
        <w:t xml:space="preserve">[44:36] </w:t>
      </w:r>
      <w:r>
        <w:t>ab mein abhi abhi yani is tajrube se pehle bakhud bhi isi mein mubtala tha lekin jo hamare</w:t>
      </w:r>
    </w:p>
    <w:p>
      <w:pPr>
        <w:jc w:val="right"/>
      </w:pPr>
      <w:r>
        <w:t>اب میں ابھی ابھی یعنی اس تجربے سے پہلے بخود بھی اسی میں مبتلا تھا لیکن جو ہمارے</w:t>
      </w:r>
    </w:p>
    <w:p>
      <w:r>
        <w:rPr>
          <w:b/>
        </w:rPr>
        <w:t xml:space="preserve">[44:41] </w:t>
      </w:r>
      <w:r>
        <w:t>saathi wahan gaye, wahan ja kar dekha, unhon ne jo bataya to maloom hua ke kamal turk aur</w:t>
      </w:r>
    </w:p>
    <w:p>
      <w:pPr>
        <w:jc w:val="right"/>
      </w:pPr>
      <w:r>
        <w:t>ساتھی وہاں گئے، وہاں جا کر دیکھا، انہوں نے جو بتایا تو معلوم ہوا کہ کمال ترک اور</w:t>
      </w:r>
    </w:p>
    <w:p>
      <w:r>
        <w:rPr>
          <w:b/>
        </w:rPr>
        <w:t xml:space="preserve">[44:46] </w:t>
      </w:r>
      <w:r>
        <w:t>is ke saathi jo thay, woh islam dushman nahi thay.</w:t>
      </w:r>
    </w:p>
    <w:p>
      <w:pPr>
        <w:jc w:val="right"/>
      </w:pPr>
      <w:r>
        <w:t>اس کے ساتھی جو تھے، وہ اسلام دشمن نہیں تھے۔</w:t>
      </w:r>
    </w:p>
    <w:p>
      <w:r>
        <w:rPr>
          <w:b/>
        </w:rPr>
        <w:t xml:space="preserve">[44:51] </w:t>
      </w:r>
      <w:r>
        <w:t>woh yani woh nai tar</w:t>
      </w:r>
    </w:p>
    <w:p>
      <w:pPr>
        <w:jc w:val="right"/>
      </w:pPr>
      <w:r>
        <w:t>وہ یعنی وہ نئی تر</w:t>
      </w:r>
    </w:p>
    <w:p>
      <w:r>
        <w:rPr>
          <w:b/>
        </w:rPr>
        <w:t xml:space="preserve">[44:56] </w:t>
      </w:r>
      <w:r>
        <w:t>qiyon ko chala lana chahte the turkey mein kyunke khilafat ke zamane mein bilkul wahan traditional cheez har cheez hua karti thi aur modern tarqiyan western civilization wahan dakhil nahi ho pati theen. to us ko us dhanche ko unhone tod diya, unhone aur unhone jo tarqiyan ho rahi theen europe mein, us ko dakhil kiya turkey mein. aur ab us waqt turkey jo hai, ek bahut hi develop country hai, bahut hi</w:t>
      </w:r>
    </w:p>
    <w:p>
      <w:pPr>
        <w:jc w:val="right"/>
      </w:pPr>
      <w:r>
        <w:t>قیوں کو چلا لانا چاہتے تھے ترکی میں کیونکہ خلافت کے زمانے میں بالکل وہاں ٹریڈیشنل چیز ہر چیز ہوا کرتی تھی اور ماڈرن ترقیاں ویسٹرن سولائزیشن وہاں داخل نہیں ہو پاتی تھیں۔ تو اس کو اس ڈھانچے کو انہوں نے توڑ دیا، انہوں نے اور انہوں نے جو ترقیاں ہو رہی تھیں یورپ میں، اس کو داخل کیا ترکی میں۔ اور اب اس وقت ترکی جو ہے، ایک بہت ہی ڈیولپ کنٹری ہے، بہت ہی</w:t>
      </w:r>
    </w:p>
    <w:p>
      <w:r>
        <w:rPr>
          <w:b/>
        </w:rPr>
        <w:t xml:space="preserve">[45:26] </w:t>
      </w:r>
      <w:r>
        <w:t>aala darjay ki sarkain, aala darjay ka yani bijli ka nizam, telephone ka nizam, industry aala darjay</w:t>
      </w:r>
    </w:p>
    <w:p>
      <w:pPr>
        <w:jc w:val="right"/>
      </w:pPr>
      <w:r>
        <w:t>اعلیٰ درجے کی سڑکیں، اعلیٰ درجے کا یعنی بجلی کا نظام، ٹیلی فون کا نظام، انڈسٹری اعلیٰ درجے</w:t>
      </w:r>
    </w:p>
    <w:p>
      <w:r>
        <w:rPr>
          <w:b/>
        </w:rPr>
        <w:t xml:space="preserve">[45:34] </w:t>
      </w:r>
      <w:r>
        <w:t>ki, printing ka bohat acha nizam yani bohat hi aala darjay ka develop country hai woh yani secular sense mein.</w:t>
      </w:r>
    </w:p>
    <w:p>
      <w:pPr>
        <w:jc w:val="right"/>
      </w:pPr>
      <w:r>
        <w:t>کی، پرنٹنگ کا بہت اچھا نظام یعنی بہت ہی اعلیٰ درجے کا ڈیولپ کنٹری ہے وہ یعنی سیکولر سینس میں۔</w:t>
      </w:r>
    </w:p>
    <w:p>
      <w:r>
        <w:rPr>
          <w:b/>
        </w:rPr>
        <w:t xml:space="preserve">[45:41] </w:t>
      </w:r>
      <w:r>
        <w:t>ab hum, mein khud hi is mamle mein negative tha kyunke mein wahan ke wahan ke airport se</w:t>
      </w:r>
    </w:p>
    <w:p>
      <w:pPr>
        <w:jc w:val="right"/>
      </w:pPr>
      <w:r>
        <w:t>اب ہم، میں خود ہی اس معاملے میں نیگیٹیو تھا کیونکہ میں وہاں کے وہاں کے ایئرپورٹ سے</w:t>
      </w:r>
    </w:p>
    <w:p>
      <w:r>
        <w:rPr>
          <w:b/>
        </w:rPr>
        <w:t xml:space="preserve">[45:49] </w:t>
      </w:r>
      <w:r>
        <w:t>guzra hoon lekin khud turki shehar mein, turki mulk mein kabhi gaya nahi tha mein.</w:t>
      </w:r>
    </w:p>
    <w:p>
      <w:pPr>
        <w:jc w:val="right"/>
      </w:pPr>
      <w:r>
        <w:t>گزرا ہوں لیکن خود ترکی شہر میں، ترکی ملک میں کبھی گیا نہیں تھا میں۔</w:t>
      </w:r>
    </w:p>
    <w:p>
      <w:r>
        <w:rPr>
          <w:b/>
        </w:rPr>
        <w:t xml:space="preserve">[45:56] </w:t>
      </w:r>
      <w:r>
        <w:t>to mein ne socha tha ke mere zehen mein yeh tha ke airport to bana diya unhon ne</w:t>
      </w:r>
    </w:p>
    <w:p>
      <w:pPr>
        <w:jc w:val="right"/>
      </w:pPr>
      <w:r>
        <w:t>تو میں نے سوچا تھا کہ میرے ذہن میں یہ تھا کہ ایئرپورٹ تو بنا دیا انہوں نے</w:t>
      </w:r>
    </w:p>
    <w:p>
      <w:r>
        <w:rPr>
          <w:b/>
        </w:rPr>
        <w:t xml:space="preserve">[46:02] </w:t>
      </w:r>
      <w:r>
        <w:t>lekin andar turki jo hai, bilkul kharab halaat mein hoga.</w:t>
      </w:r>
    </w:p>
    <w:p>
      <w:pPr>
        <w:jc w:val="right"/>
      </w:pPr>
      <w:r>
        <w:t>لیکن اندر ترکی جو ہے، بالکل خراب حالات میں ہوگا۔</w:t>
      </w:r>
    </w:p>
    <w:p>
      <w:r>
        <w:rPr>
          <w:b/>
        </w:rPr>
        <w:t xml:space="preserve">[46:08] </w:t>
      </w:r>
      <w:r>
        <w:t>lekin ab jo hamare saathi wahan gaye, doctor sana hussain sahib aur doosre log, to unhon ne bataya</w:t>
      </w:r>
    </w:p>
    <w:p>
      <w:pPr>
        <w:jc w:val="right"/>
      </w:pPr>
      <w:r>
        <w:t>لیکن اب جو ہمارے ساتھی وہاں گئے، ڈاکٹر سان حسین صاحب اور دوسرے لوگ، تو انہوں نے بتایا</w:t>
      </w:r>
    </w:p>
    <w:p>
      <w:r>
        <w:rPr>
          <w:b/>
        </w:rPr>
        <w:t xml:space="preserve">[46:15] </w:t>
      </w:r>
      <w:r>
        <w:t>ke wahan par to zabardast taraqqiyan hui hain.</w:t>
      </w:r>
    </w:p>
    <w:p>
      <w:pPr>
        <w:jc w:val="right"/>
      </w:pPr>
      <w:r>
        <w:t>کہ وہاں پر تو زبردست ترقیاں ہوئی ہیں۔</w:t>
      </w:r>
    </w:p>
    <w:p>
      <w:r>
        <w:rPr>
          <w:b/>
        </w:rPr>
        <w:t xml:space="preserve">[46:21] </w:t>
      </w:r>
      <w:r>
        <w:t>tab meri aankh khul gayi to mein ne alag kiya yani ata turk ki tehreek ka ek pehlu hai ke</w:t>
      </w:r>
    </w:p>
    <w:p>
      <w:pPr>
        <w:jc w:val="right"/>
      </w:pPr>
      <w:r>
        <w:t>تب میری آنکھ کھل گئی تو میں نے الگ کیا یعنی عطا ترک کی تحریک کا ایک پہلو ہے کہ</w:t>
      </w:r>
    </w:p>
    <w:p>
      <w:r>
        <w:rPr>
          <w:b/>
        </w:rPr>
        <w:t xml:space="preserve">[46:27] </w:t>
      </w:r>
      <w:r>
        <w:t>traditional culture ko unhon ne khatam kiya wahan par.</w:t>
      </w:r>
    </w:p>
    <w:p>
      <w:pPr>
        <w:jc w:val="right"/>
      </w:pPr>
      <w:r>
        <w:t>ٹریڈیشنل کلچر کو انہوں نے ختم کیا وہاں پر۔</w:t>
      </w:r>
    </w:p>
    <w:p>
      <w:r>
        <w:rPr>
          <w:b/>
        </w:rPr>
        <w:t xml:space="preserve">[46:32] </w:t>
      </w:r>
      <w:r>
        <w:t>doosra pehlu yeh hai ke technology aur science ko taraqqi di unhon ne, wahan develop kiya unhon ne</w:t>
      </w:r>
    </w:p>
    <w:p>
      <w:pPr>
        <w:jc w:val="right"/>
      </w:pPr>
      <w:r>
        <w:t>دوسرا پہلو یہ ہے کہ ٹیکنالوجی اور سائنس کو ترقی دی انہوں نے، وہاں ڈیولپ کیا انہوں نے</w:t>
      </w:r>
    </w:p>
    <w:p>
      <w:r>
        <w:rPr>
          <w:b/>
        </w:rPr>
        <w:t xml:space="preserve">[46:37] </w:t>
      </w:r>
      <w:r>
        <w:t>apne shehron ko.</w:t>
      </w:r>
    </w:p>
    <w:p>
      <w:pPr>
        <w:jc w:val="right"/>
      </w:pPr>
      <w:r>
        <w:t>اپنے شہروں کو۔</w:t>
      </w:r>
    </w:p>
    <w:p>
      <w:r>
        <w:rPr>
          <w:b/>
        </w:rPr>
        <w:t xml:space="preserve">[46:42] </w:t>
      </w:r>
      <w:r>
        <w:t>ek doosra pehlu yeh to doosra pehlu hum ko bataya nahi gaya tha madrasay mein.</w:t>
      </w:r>
    </w:p>
    <w:p>
      <w:pPr>
        <w:jc w:val="right"/>
      </w:pPr>
      <w:r>
        <w:t>ایک دوسرا پہلو یہ تو دوسرا پہلو ہم کو بتایا نہیں گیا تھا مدرسے میں۔</w:t>
      </w:r>
    </w:p>
    <w:p>
      <w:r>
        <w:rPr>
          <w:b/>
        </w:rPr>
        <w:t xml:space="preserve">[46:47] </w:t>
      </w:r>
      <w:r>
        <w:t>hamare jo is daur mein jo kitabein padhein, mein ne jo mazameen padhta tha, mein doosra pehlu is</w:t>
      </w:r>
    </w:p>
    <w:p>
      <w:pPr>
        <w:jc w:val="right"/>
      </w:pPr>
      <w:r>
        <w:t>ہمارے جو اس دور میں جو کتابیں پڑھیں، میں نے جو مضامین پڑھتا تھا، میں دوسرا پہلو اس</w:t>
      </w:r>
    </w:p>
    <w:p>
      <w:r>
        <w:rPr>
          <w:b/>
        </w:rPr>
        <w:t xml:space="preserve">[46:52] </w:t>
      </w:r>
      <w:r>
        <w:t>mein nahi hota tha, woh sirf ek hi pehlu hota tha.</w:t>
      </w:r>
    </w:p>
    <w:p>
      <w:pPr>
        <w:jc w:val="right"/>
      </w:pPr>
      <w:r>
        <w:t>میں نہیں ہوتا تھا، وہ صرف ایک ہی پہلو ہوتا تھا۔</w:t>
      </w:r>
    </w:p>
    <w:p>
      <w:r>
        <w:rPr>
          <w:b/>
        </w:rPr>
        <w:t xml:space="preserve">[46:58] </w:t>
      </w:r>
      <w:r>
        <w:t>to ab meri aankh khuli to maloom hua ke turki to bohat taraqqi yafta mulk hai, develop country hai.</w:t>
      </w:r>
    </w:p>
    <w:p>
      <w:pPr>
        <w:jc w:val="right"/>
      </w:pPr>
      <w:r>
        <w:t>تو اب میری آنکھ کھلی تو معلوم ہوا کہ ترکی تو بہت ترقی یافتہ ملک ہے، ڈیولپ کنٹری ہے۔</w:t>
      </w:r>
    </w:p>
    <w:p>
      <w:r>
        <w:rPr>
          <w:b/>
        </w:rPr>
        <w:t xml:space="preserve">[47:05] </w:t>
      </w:r>
      <w:r>
        <w:t>to yeh aap samajh sakte hain ke mera jaisa aadmi bhi kehta hoon yani yani mera mere jaisa</w:t>
      </w:r>
    </w:p>
    <w:p>
      <w:pPr>
        <w:jc w:val="right"/>
      </w:pPr>
      <w:r>
        <w:t>تو یہ آپ سمجھ سکتے ہیں کہ میرا جیسا آدمی بھی کہتا ہوں یعنی یعنی میرا میرے جیسا</w:t>
      </w:r>
    </w:p>
    <w:p>
      <w:r>
        <w:rPr>
          <w:b/>
        </w:rPr>
        <w:t xml:space="preserve">[47:13] </w:t>
      </w:r>
      <w:r>
        <w:t>aadmi bhi kehta tha shikar banta hai in in provonto ka jabke mein bohat hi apne ko samajhta</w:t>
      </w:r>
    </w:p>
    <w:p>
      <w:pPr>
        <w:jc w:val="right"/>
      </w:pPr>
      <w:r>
        <w:t>آدمی بھی کہتا تھا شکار بنتا ہے ان ان پروونٹوں کا جبکہ میں بہت ہی اپنے کو سمجھتا</w:t>
      </w:r>
    </w:p>
    <w:p>
      <w:r>
        <w:rPr>
          <w:b/>
        </w:rPr>
        <w:t xml:space="preserve">[47:21] </w:t>
      </w:r>
      <w:r>
        <w:t>hoon ke mein bohat hi yani</w:t>
      </w:r>
    </w:p>
    <w:p>
      <w:pPr>
        <w:jc w:val="right"/>
      </w:pPr>
      <w:r>
        <w:t>ہوں کہ میں بہت ہی یعنی</w:t>
      </w:r>
    </w:p>
    <w:p>
      <w:r>
        <w:rPr>
          <w:b/>
        </w:rPr>
        <w:t xml:space="preserve">[47:29] </w:t>
      </w:r>
      <w:r>
        <w:t>is cheezon mein mutasir nahi hone wala aadmi hoon.</w:t>
      </w:r>
    </w:p>
    <w:p>
      <w:pPr>
        <w:jc w:val="right"/>
      </w:pPr>
      <w:r>
        <w:t>اس چیزوں میں متاثر نہیں ہونے والا آدمی ہوں۔</w:t>
      </w:r>
    </w:p>
    <w:p>
      <w:r>
        <w:rPr>
          <w:b/>
        </w:rPr>
        <w:t xml:space="preserve">[47:35] </w:t>
      </w:r>
      <w:r>
        <w:t>to aap ab aap logon ko samjhiye ke kehta tha woh andhere mein jee rahe honge.</w:t>
      </w:r>
    </w:p>
    <w:p>
      <w:pPr>
        <w:jc w:val="right"/>
      </w:pPr>
      <w:r>
        <w:t>تو آپ اب آپ لوگوں کو سمجھئے کہ کہتا تھا وہ اندھیرے میں جی رہے ہوں گے۔</w:t>
      </w:r>
    </w:p>
    <w:p>
      <w:r>
        <w:rPr>
          <w:b/>
        </w:rPr>
        <w:t xml:space="preserve">[47:41] </w:t>
      </w:r>
      <w:r>
        <w:t>to khulasa yeh hai ke agar aap ko dunya mein dawat ka kaam aalami satah par chalana hai</w:t>
      </w:r>
    </w:p>
    <w:p>
      <w:pPr>
        <w:jc w:val="right"/>
      </w:pPr>
      <w:r>
        <w:t>تو خلاصہ یہ ہے کہ اگر آپ کو دنیا میں دعوت کا کام عالمی سطح پر چلانا ہے</w:t>
      </w:r>
    </w:p>
    <w:p>
      <w:r>
        <w:rPr>
          <w:b/>
        </w:rPr>
        <w:t xml:space="preserve">[47:47] </w:t>
      </w:r>
      <w:r>
        <w:t>aur logon se aala darje se talluqat qaim karne hain aur aaj ki dunya ke lehaz se Islam</w:t>
      </w:r>
    </w:p>
    <w:p>
      <w:pPr>
        <w:jc w:val="right"/>
      </w:pPr>
      <w:r>
        <w:t>اور لوگوں سے اعلیٰ درجے سے تعلقات قائم کرنے ہیں اور آج کی دنیا کے لحاظ سے اسلام</w:t>
      </w:r>
    </w:p>
    <w:p>
      <w:r>
        <w:rPr>
          <w:b/>
        </w:rPr>
        <w:t xml:space="preserve">[47:53] </w:t>
      </w:r>
      <w:r>
        <w:t>ko revive karna hai to aap</w:t>
      </w:r>
    </w:p>
    <w:p>
      <w:pPr>
        <w:jc w:val="right"/>
      </w:pPr>
      <w:r>
        <w:t>کو ریوائیو کرنا ہے تو آپ</w:t>
      </w:r>
    </w:p>
    <w:p>
      <w:r>
        <w:rPr>
          <w:b/>
        </w:rPr>
        <w:t xml:space="preserve">[47:59] </w:t>
      </w:r>
      <w:r>
        <w:t>ke to zaroori hai ke aap ke andar creative thinking ho, ijtihadi salahiyat ho. yahan main ek baat yeh arz karunga ke aam taur par yeh mashhoor hai ke ijtihad mat karo, taqleed karo kyunke ijtihad bahut khatarnak cheez hai. yeh bahut hi galat baat hai, sarrasar galat baat hai. hadith se maloom hota hai ke ijtihad ko rasool Allah salallahu alaihi wasallam ne encourage kiya yani har aadmi ijtihad kare. aisa lag</w:t>
      </w:r>
    </w:p>
    <w:p>
      <w:pPr>
        <w:jc w:val="right"/>
      </w:pPr>
      <w:r>
        <w:t>کے تو ضروری ہے کہ آپ کے اندر کریٹیو تھنکنگ ہو، اجتہادی صلاحیت ہو۔ یہاں میں ایک بات یہ عرض کروں گا کہ عام طور پر یہ مشہور ہے کہ اجتہاد مت کرو، تقلید کرو کیونکہ اجتہاد بہت خطرناک چیز ہے۔ یہ بہت ہی غلط بات ہے، سرتاسر غلط بات ہے۔ حدیث سے معلوم ہوتا ہے کہ اجتہاد کو رسول اللہ صلی اللہ علیہ وسلم نے انکریج کیا یعنی ہر آدمی اجتہاد کرے۔ ایسا لگ</w:t>
      </w:r>
    </w:p>
    <w:p>
      <w:r>
        <w:rPr>
          <w:b/>
        </w:rPr>
        <w:t xml:space="preserve">[48:29] </w:t>
      </w:r>
      <w:r>
        <w:t>ta hai hadithon se sabit hota hai. bukhari mein ek riwayat hai ke us mein hai ke ijtihad karo, agar tum se agar tumhara ijtihad sahi hoga to tum ko double sawab milega, agar ijtihad mein khata ho gayi to aadha sawab milega. yani goya ke encourage kiya ja raha hai ke ijtihad kabhi bhi mat roko. yani ijtihad mein khata ho jayegi, tab bhi tum ko sawab</w:t>
      </w:r>
    </w:p>
    <w:p>
      <w:pPr>
        <w:jc w:val="right"/>
      </w:pPr>
      <w:r>
        <w:t>تا ہے حدیثوں سے ثابت ہوتا ہے۔ بخاری میں ایک روایت ہے کہ اس میں ہے کہ اجتہاد کرو، اگر تم سے اگر تمہارا اجتہاد صحیح ہوگا تو تم کو ڈبل ثواب ملے گا، اگر اجتہاد میں خطا ہو گئی تو ادھا ثواب ملے گا۔ یعنی گویا کہ انکریج کیا جا رہا ہے کہ اجتہاد کبھی بھی مت روکو۔ یعنی اجتہاد میں خطا ہو جائے گی، تب بھی تم کو ث</w:t>
      </w:r>
    </w:p>
    <w:p>
      <w:r>
        <w:rPr>
          <w:b/>
        </w:rPr>
        <w:t xml:space="preserve">[48:59] </w:t>
      </w:r>
      <w:r>
        <w:t>wab mile ga.</w:t>
      </w:r>
    </w:p>
    <w:p>
      <w:pPr>
        <w:jc w:val="right"/>
      </w:pPr>
      <w:r>
        <w:t>واب ملے گا۔</w:t>
      </w:r>
    </w:p>
    <w:p>
      <w:r>
        <w:rPr>
          <w:b/>
        </w:rPr>
        <w:t xml:space="preserve">[49:04] </w:t>
      </w:r>
      <w:r>
        <w:t>to yeh hadithon ke mutabiq to goya hamein yani ijtihad darwaza kisi haal mein band nahi karna chahiye,</w:t>
      </w:r>
    </w:p>
    <w:p>
      <w:pPr>
        <w:jc w:val="right"/>
      </w:pPr>
      <w:r>
        <w:t>تو یہ حدیثوں کے مطابق تو گویا ہمیں یعنی اجتہاد دروازہ کسی حال میں بند نہیں کرنا چاہیے،</w:t>
      </w:r>
    </w:p>
    <w:p>
      <w:r>
        <w:rPr>
          <w:b/>
        </w:rPr>
        <w:t xml:space="preserve">[49:09] </w:t>
      </w:r>
      <w:r>
        <w:t>chahe yeh khatra ho ke khata ho jaye gi, ghalati ho jaye gi ijtihad karne mein.</w:t>
      </w:r>
    </w:p>
    <w:p>
      <w:pPr>
        <w:jc w:val="right"/>
      </w:pPr>
      <w:r>
        <w:t>چاہے یہ خطرہ ہو کہ خطا ہو جائے گی، غلطی ہو جائے گی اجتہاد کرنے میں۔</w:t>
      </w:r>
    </w:p>
    <w:p>
      <w:r>
        <w:rPr>
          <w:b/>
        </w:rPr>
        <w:t xml:space="preserve">[49:14] </w:t>
      </w:r>
      <w:r>
        <w:t>kyunke discussion Islam chahta hai ke discussion khula, open discussion ho.</w:t>
      </w:r>
    </w:p>
    <w:p>
      <w:pPr>
        <w:jc w:val="right"/>
      </w:pPr>
      <w:r>
        <w:t>کیونکہ ڈسکشن اسلام چاہتا ہے کہ ڈسکشن کھلا، اوپن ڈسکشن ہو۔</w:t>
      </w:r>
    </w:p>
    <w:p>
      <w:r>
        <w:rPr>
          <w:b/>
        </w:rPr>
        <w:t xml:space="preserve">[49:19] </w:t>
      </w:r>
      <w:r>
        <w:t>agar koi ijtihadi ghalati karta hai to aap us ko tokiye, us ko darwaza kyun band karte hain?</w:t>
      </w:r>
    </w:p>
    <w:p>
      <w:pPr>
        <w:jc w:val="right"/>
      </w:pPr>
      <w:r>
        <w:t>اگر کوئی اجتہادی غلطی کرتا ہے تو آپ اس کو ٹوکیے، اس کو دروازہ کیوں بند کرتے ہیں؟</w:t>
      </w:r>
    </w:p>
    <w:p>
      <w:r>
        <w:rPr>
          <w:b/>
        </w:rPr>
        <w:t xml:space="preserve">[49:24] </w:t>
      </w:r>
      <w:r>
        <w:t>bajaye darwaza band karne ke,</w:t>
      </w:r>
    </w:p>
    <w:p>
      <w:pPr>
        <w:jc w:val="right"/>
      </w:pPr>
      <w:r>
        <w:t>بجائے دروازہ بند کرنے کے،</w:t>
      </w:r>
    </w:p>
    <w:p>
      <w:r>
        <w:rPr>
          <w:b/>
        </w:rPr>
        <w:t xml:space="preserve">[49:29] </w:t>
      </w:r>
      <w:r>
        <w:t>jis ne ghalati ki hai, us ko tokiye, us par article likhiye, kitabein likhiye.</w:t>
      </w:r>
    </w:p>
    <w:p>
      <w:pPr>
        <w:jc w:val="right"/>
      </w:pPr>
      <w:r>
        <w:t>جس نے غلطی کی ہے، اس کو ٹوکیے، اس پر آرٹیکل لکھیے، کتابیں لکھیے۔</w:t>
      </w:r>
    </w:p>
    <w:p>
      <w:r>
        <w:rPr>
          <w:b/>
        </w:rPr>
        <w:t xml:space="preserve">[49:37] </w:t>
      </w:r>
      <w:r>
        <w:t>to bohat hi zaroori hai ke hamare andar creative thinking aaye aur ijtihadi sargarmiyan jari hon, warna kabhi</w:t>
      </w:r>
    </w:p>
    <w:p>
      <w:pPr>
        <w:jc w:val="right"/>
      </w:pPr>
      <w:r>
        <w:t>تو بہت ہی ضروری ہے کہ ہمارے اندر کریٹیو تھنکنگ آئے اور اجتہادی سرگرمیاں جاری ہوں، ورنہ کبھی</w:t>
      </w:r>
    </w:p>
    <w:p>
      <w:r>
        <w:rPr>
          <w:b/>
        </w:rPr>
        <w:t xml:space="preserve">[49:44] </w:t>
      </w:r>
      <w:r>
        <w:t>bhi koi na bari taraqqi ho sake gi, na dawat ka kaam bare paimane par ho sakta hai.</w:t>
      </w:r>
    </w:p>
    <w:p>
      <w:pPr>
        <w:jc w:val="right"/>
      </w:pPr>
      <w:r>
        <w:t>بھی کوئی نہ بڑی ترقی ہو سکے گی، نہ دعوت کا کام بڑے پیمانے پر ہو سکتا ہے۔</w:t>
      </w:r>
    </w:p>
    <w:p>
      <w:r>
        <w:rPr>
          <w:b/>
        </w:rPr>
        <w:t xml:space="preserve">[49:52] </w:t>
      </w:r>
      <w:r>
        <w:t>aisi bohat si cheezein hain</w:t>
      </w:r>
    </w:p>
    <w:p>
      <w:pPr>
        <w:jc w:val="right"/>
      </w:pPr>
      <w:r>
        <w:t>ایسی بہت سی چیزیں ہیں</w:t>
      </w:r>
    </w:p>
    <w:p>
      <w:r>
        <w:rPr>
          <w:b/>
        </w:rPr>
        <w:t xml:space="preserve">[50:00] </w:t>
      </w:r>
      <w:r>
        <w:t>jo ijtihadi baseerat na hone ki wajah se hum phanse hue hain is mein. misal ke tor par dekhiye, patriarchism ka mu'amla. aam taur par musalmanon ke bare mein yeh samjha jata hai ke musalman watan ke wafadar nahi hote. yani yahan se le kar america tak yeh baat phaili hui hai ke musalman jo hain, apne watan ke wafadar nahi hote. aisa kyun hai? aisa is liye hai ke qadeem zamane</w:t>
      </w:r>
    </w:p>
    <w:p>
      <w:pPr>
        <w:jc w:val="right"/>
      </w:pPr>
      <w:r>
        <w:t>جو اجتہادی بصیرت نہ ہونے کی وجہ سے ہم پھنسے ہوئے ہیں اس میں۔ مثال کے طور پر دیکھیے، پیٹریارکزم کا معاملہ۔ عام طور پر مسلمانوں کے بارے میں یہ سمجھا جاتا ہے کہ مسلمان وطن کے وفادار نہیں ہوتے۔ یعنی یہاں سے لے کر امریکہ تک یہ بات پھیلی ہوئی ہے کہ مسلمان جو ہیں، اپنے وطن کے وفادار نہیں ہوتے۔ ایسا کیوں ہے؟ ایسا اس لیے ہے کہ قدیم زمانے</w:t>
      </w:r>
    </w:p>
    <w:p>
      <w:r>
        <w:rPr>
          <w:b/>
        </w:rPr>
        <w:t xml:space="preserve">[50:30] </w:t>
      </w:r>
      <w:r>
        <w:t>mein jo wataniyat ka tasawwur tha, woh yeh nahi tha jo aaj hai.</w:t>
      </w:r>
    </w:p>
    <w:p>
      <w:pPr>
        <w:jc w:val="right"/>
      </w:pPr>
      <w:r>
        <w:t>میں جو وطنیت کا تصور تھا، وہ یہ نہیں تھا جو آج ہے۔</w:t>
      </w:r>
    </w:p>
    <w:p>
      <w:r>
        <w:rPr>
          <w:b/>
        </w:rPr>
        <w:t xml:space="preserve">[50:35] </w:t>
      </w:r>
      <w:r>
        <w:t>aaj jo hai, aaj nationhood jo hai, woh yani homeland par base karti hai.</w:t>
      </w:r>
    </w:p>
    <w:p>
      <w:pPr>
        <w:jc w:val="right"/>
      </w:pPr>
      <w:r>
        <w:t>آج جو ہے، آج نیشن ہڈ جو ہے، وہ یعنی ہوم لینڈ پر بیس کرتی ہے۔</w:t>
      </w:r>
    </w:p>
    <w:p>
      <w:r>
        <w:rPr>
          <w:b/>
        </w:rPr>
        <w:t xml:space="preserve">[50:40] </w:t>
      </w:r>
      <w:r>
        <w:t>homeland par mabni nationhood ka daur hai.</w:t>
      </w:r>
    </w:p>
    <w:p>
      <w:pPr>
        <w:jc w:val="right"/>
      </w:pPr>
      <w:r>
        <w:t>ہوم ہوم لینڈ پر مبنی نیشن ہڈ کا دور ہے۔</w:t>
      </w:r>
    </w:p>
    <w:p>
      <w:r>
        <w:rPr>
          <w:b/>
        </w:rPr>
        <w:t xml:space="preserve">[50:45] </w:t>
      </w:r>
      <w:r>
        <w:t>yeh zamana aaya, qadeem zamane mein yeh tha nahi, sirf mazhabi sab kuch hua karta tha.</w:t>
      </w:r>
    </w:p>
    <w:p>
      <w:pPr>
        <w:jc w:val="right"/>
      </w:pPr>
      <w:r>
        <w:t>یہ زمانہ آیا، قدیم زمانے میں یہ تھا نہیں، صرف مذہبی سب کچھ ہوا کرتا تھا۔</w:t>
      </w:r>
    </w:p>
    <w:p>
      <w:r>
        <w:rPr>
          <w:b/>
        </w:rPr>
        <w:t xml:space="preserve">[50:50] </w:t>
      </w:r>
      <w:r>
        <w:t>qadeem zamane mein mazhab sab kuch hua karta tha.</w:t>
      </w:r>
    </w:p>
    <w:p>
      <w:pPr>
        <w:jc w:val="right"/>
      </w:pPr>
      <w:r>
        <w:t>قدیم زمانے میں مذہب سب کچھ ہوا کرتا تھا۔</w:t>
      </w:r>
    </w:p>
    <w:p>
      <w:r>
        <w:rPr>
          <w:b/>
        </w:rPr>
        <w:t xml:space="preserve">[50:55] </w:t>
      </w:r>
      <w:r>
        <w:t>ab naya zamana jo aaya</w:t>
      </w:r>
    </w:p>
    <w:p>
      <w:pPr>
        <w:jc w:val="right"/>
      </w:pPr>
      <w:r>
        <w:t>اب نیا زمانہ جو آیا</w:t>
      </w:r>
    </w:p>
    <w:p>
      <w:r>
        <w:rPr>
          <w:b/>
        </w:rPr>
        <w:t xml:space="preserve">[51:00] </w:t>
      </w:r>
      <w:r>
        <w:t>to is mein watan jo hai, homeland ko is ka qomiyat ka ya ya nationality ka, nation</w:t>
      </w:r>
    </w:p>
    <w:p>
      <w:pPr>
        <w:jc w:val="right"/>
      </w:pPr>
      <w:r>
        <w:t>تو اس میں وطن جو ہے، ہوم لینڈ کو اس کا قومیت کا یا یا نیشنلٹی کا، نیشن</w:t>
      </w:r>
    </w:p>
    <w:p>
      <w:r>
        <w:rPr>
          <w:b/>
        </w:rPr>
        <w:t xml:space="preserve">[51:06] </w:t>
      </w:r>
      <w:r>
        <w:t>nationhood ka buniyad qarar diya gaya, qarar pa gaya.</w:t>
      </w:r>
    </w:p>
    <w:p>
      <w:pPr>
        <w:jc w:val="right"/>
      </w:pPr>
      <w:r>
        <w:t>نیشن نیشن ہڈ کا بنیاد قرار دیا گیا، قرار پا گیا۔</w:t>
      </w:r>
    </w:p>
    <w:p>
      <w:r>
        <w:rPr>
          <w:b/>
        </w:rPr>
        <w:t xml:space="preserve">[51:12] </w:t>
      </w:r>
      <w:r>
        <w:t>to ab yeh chunke nayi cheez thi, us ko samajh nahi paye.</w:t>
      </w:r>
    </w:p>
    <w:p>
      <w:pPr>
        <w:jc w:val="right"/>
      </w:pPr>
      <w:r>
        <w:t>تو اب یہ چونکہ نئی چیز تھی، اس کو سمجھ نہیں پائے۔</w:t>
      </w:r>
    </w:p>
    <w:p>
      <w:r>
        <w:rPr>
          <w:b/>
        </w:rPr>
        <w:t xml:space="preserve">[51:18] </w:t>
      </w:r>
      <w:r>
        <w:t>yahan tak ke hamare ulama mein sirf ek shakhs mujhe maloom hai, Maulana Hussain Ahmed Madni, unhon ne</w:t>
      </w:r>
    </w:p>
    <w:p>
      <w:pPr>
        <w:jc w:val="right"/>
      </w:pPr>
      <w:r>
        <w:t>یہاں تک کہ ہمارے علماء میں صرف ایک شخص مجھے معلوم ہے، مولانا حسین احمد بندنی، انہوں نے</w:t>
      </w:r>
    </w:p>
    <w:p>
      <w:r>
        <w:rPr>
          <w:b/>
        </w:rPr>
        <w:t xml:space="preserve">[51:24] </w:t>
      </w:r>
      <w:r>
        <w:t>kaha tha ke fi zamana qom</w:t>
      </w:r>
    </w:p>
    <w:p>
      <w:pPr>
        <w:jc w:val="right"/>
      </w:pPr>
      <w:r>
        <w:t>کہا تھا کہ فی زمانہ قوم</w:t>
      </w:r>
    </w:p>
    <w:p>
      <w:r>
        <w:rPr>
          <w:b/>
        </w:rPr>
        <w:t xml:space="preserve">[51:30] </w:t>
      </w:r>
      <w:r>
        <w:t>mein watan se banti hain.</w:t>
      </w:r>
    </w:p>
    <w:p>
      <w:pPr>
        <w:jc w:val="right"/>
      </w:pPr>
      <w:r>
        <w:t>یں اوتان سے بنتی ہیں۔</w:t>
      </w:r>
    </w:p>
    <w:p>
      <w:r>
        <w:rPr>
          <w:b/>
        </w:rPr>
        <w:t xml:space="preserve">[51:35] </w:t>
      </w:r>
      <w:r>
        <w:t>yeh alfaaz the un ke ke is zamane mein qomiyat jo hai, us ka talluq watan se ho gaya hai.</w:t>
      </w:r>
    </w:p>
    <w:p>
      <w:pPr>
        <w:jc w:val="right"/>
      </w:pPr>
      <w:r>
        <w:t>یہ الفاظ تھے ان کے کہ اس زمانے میں قومیت جو ہے، اس کا تعلق وطن سے ہو گیا ہے۔</w:t>
      </w:r>
    </w:p>
    <w:p>
      <w:r>
        <w:rPr>
          <w:b/>
        </w:rPr>
        <w:t xml:space="preserve">[51:39] </w:t>
      </w:r>
      <w:r>
        <w:t>fi zamana qaumein otaan se banti theen.</w:t>
      </w:r>
    </w:p>
    <w:p>
      <w:pPr>
        <w:jc w:val="right"/>
      </w:pPr>
      <w:r>
        <w:t>فی زمانہ قومیں اوتان سے بنتی تھیں۔</w:t>
      </w:r>
    </w:p>
    <w:p>
      <w:r>
        <w:rPr>
          <w:b/>
        </w:rPr>
        <w:t xml:space="preserve">[51:43] </w:t>
      </w:r>
      <w:r>
        <w:t>to un ke baad, yaani un ki fawafat ke baad, un ke logon ne kya kiya? un ke</w:t>
      </w:r>
    </w:p>
    <w:p>
      <w:pPr>
        <w:jc w:val="right"/>
      </w:pPr>
      <w:r>
        <w:t>تو ان کے بعد، یعنی ان کی وفات کے بعد، ان کے لوگوں نے کیا کیا؟ ان کے</w:t>
      </w:r>
    </w:p>
    <w:p>
      <w:r>
        <w:rPr>
          <w:b/>
        </w:rPr>
        <w:t xml:space="preserve">[51:48] </w:t>
      </w:r>
      <w:r>
        <w:t>shagirdon ne chhupa hua mazmoon unhon ne parha hai.</w:t>
      </w:r>
    </w:p>
    <w:p>
      <w:pPr>
        <w:jc w:val="right"/>
      </w:pPr>
      <w:r>
        <w:t>شاگردوں نے چھپا ہوا مضمون انہوں نے پڑھا ہے۔</w:t>
      </w:r>
    </w:p>
    <w:p>
      <w:r>
        <w:rPr>
          <w:b/>
        </w:rPr>
        <w:t xml:space="preserve">[51:52] </w:t>
      </w:r>
      <w:r>
        <w:t>unhon ne kaha ke Hazrat ne yeh baat jo kahi thi, yeh khabar thi, insha nahi thi.</w:t>
      </w:r>
    </w:p>
    <w:p>
      <w:pPr>
        <w:jc w:val="right"/>
      </w:pPr>
      <w:r>
        <w:t>انہوں نے کہا کہ حضرت نے یہ بات جو کہی تھی، یہ خبر تھی، انشاء نہیں تھی۔</w:t>
      </w:r>
    </w:p>
    <w:p>
      <w:r>
        <w:rPr>
          <w:b/>
        </w:rPr>
        <w:t xml:space="preserve">[51:56] </w:t>
      </w:r>
      <w:r>
        <w:t>matlab hamein aisa nahi banna hai, hamein phir bhi</w:t>
      </w:r>
    </w:p>
    <w:p>
      <w:pPr>
        <w:jc w:val="right"/>
      </w:pPr>
      <w:r>
        <w:t>مطلب ہمیں ایسا نہیں بننا ہے، ہمیں پھر بھی</w:t>
      </w:r>
    </w:p>
    <w:p>
      <w:r>
        <w:rPr>
          <w:b/>
        </w:rPr>
        <w:t xml:space="preserve">[52:01] </w:t>
      </w:r>
      <w:r>
        <w:t>mazhabi ko apni wataniyat ki buniyad banaye rakhna hai. chunaanche musalman aaj tak watan se is ko jo taaluq hona chahiye, woh un ko aaj paida nahi hota ke woh samajhte hain ke watan jo hai, woh to Iqbal ne keh diya tha ke inteha khudaon mein bara sab se watan hai. watan ko maabood bana diya. yaani Iqbal agarche un ki taleem hui thi Europe mein, woh bhi be khabar the is se bilkul</w:t>
      </w:r>
    </w:p>
    <w:p>
      <w:pPr>
        <w:jc w:val="right"/>
      </w:pPr>
      <w:r>
        <w:t>مذہبی کو اپنی وطنیت کی بنیاد بنائے رکھنا ہے۔ چنانچہ مسلمان آج تک وطن سے اس کو جو تعلق ہونا چاہیے، وہ ان کو آج پیدا نہیں ہوتا کہ وہ سمجھتے ہیں کہ وطن جو ہے، وہ تو اقبال نے کہہ دیا تھا کہ انتہا خداؤں میں بڑا سب سے وطن ہے۔ وطن کو معبود بنا دیا۔ یعنی اقبال اگرچہ ان کی تعلیم ہوئی تھی یورپ میں، وہ بھی بے خبر تھے اس سے بالکل</w:t>
      </w:r>
    </w:p>
    <w:p>
      <w:r>
        <w:rPr>
          <w:b/>
        </w:rPr>
        <w:t xml:space="preserve">[52:31] </w:t>
      </w:r>
      <w:r>
        <w:t>ke yeh ijtihadi mozu hai, yeh ek aqeeday ka mozu nahi hai. yaani wataniyat jo hai, yeh aqeeday ka mozu nahi hai, ijtihadi mozu hai. jab sari duniya mein yeh riwaj aa gaya ke unhon ne maan liya ke watan jo hai, wohi yaani quomiyat ki buniyad hai, to aap bhi maan lijiye is ko. to is mein aap ko aqeeday ka masla bana kar is se is se ikhtilaf karne ki kya zaroorat hai? to ab itna bara masla hai ke sari duniya</w:t>
      </w:r>
    </w:p>
    <w:p>
      <w:pPr>
        <w:jc w:val="right"/>
      </w:pPr>
      <w:r>
        <w:t>کہ یہ اجتہادی موضوع ہے، یہ ایک عقیدے کا موضوع نہیں ہے۔ یعنی وطنیت جو ہے، یہ عقیدے کا موضوع نہیں ہے، اجتہادی موضوع ہے۔ جب ساری دنیا میں یہ رواج آ گیا کہ انہوں نے مان لیا کہ وطن جو ہے، وہی یعنی قومیت کی بنیاد ہے، تو آپ بھی مان لیجئے اس کو۔ تو اس میں آپ کو عقیدے کا مسئلہ بنا کر اس سے اس سے اختلاف کرنے کی کیا ضرورت ہے؟ تو اب اتنا بڑا مسئلہ ہے کہ ساری دنیا</w:t>
      </w:r>
    </w:p>
    <w:p>
      <w:r>
        <w:rPr>
          <w:b/>
        </w:rPr>
        <w:t xml:space="preserve">[53:01] </w:t>
      </w:r>
      <w:r>
        <w:t>mein musalmanon ko shakk ki nazar dikhaya tha, sari duniya mein ke yeh log wafadar nahi hote apne watan ke.</w:t>
      </w:r>
    </w:p>
    <w:p>
      <w:pPr>
        <w:jc w:val="right"/>
      </w:pPr>
      <w:r>
        <w:t>میں مسلمانوں کو شک کی نظر دکھایا تھا، ساری دنیا میں کہ یہ لوگ وفادار نہیں ہوتے اپنے وطن کے۔</w:t>
      </w:r>
    </w:p>
    <w:p>
      <w:r>
        <w:rPr>
          <w:b/>
        </w:rPr>
        <w:t xml:space="preserve">[53:08] </w:t>
      </w:r>
      <w:r>
        <w:t>ab jaise ek ek hadith hai ke hubb ul watan min al iman, watan ki mohabbat iman ka hissa hai.</w:t>
      </w:r>
    </w:p>
    <w:p>
      <w:pPr>
        <w:jc w:val="right"/>
      </w:pPr>
      <w:r>
        <w:t>اب جیسے ایک ایک حدیث ہے کہ حب الوطن من الایمان، وطن کی محبت ایمان کا حصہ ہے۔</w:t>
      </w:r>
    </w:p>
    <w:p>
      <w:r>
        <w:rPr>
          <w:b/>
        </w:rPr>
        <w:t xml:space="preserve">[53:16] </w:t>
      </w:r>
      <w:r>
        <w:t>to hamare ulma kehte hain ke hadith mauzu hai.</w:t>
      </w:r>
    </w:p>
    <w:p>
      <w:pPr>
        <w:jc w:val="right"/>
      </w:pPr>
      <w:r>
        <w:t>تو ہمارے علماء کہتے ہیں کہ حدیث موضوع ہے۔</w:t>
      </w:r>
    </w:p>
    <w:p>
      <w:r>
        <w:rPr>
          <w:b/>
        </w:rPr>
        <w:t xml:space="preserve">[53:23] </w:t>
      </w:r>
      <w:r>
        <w:t>mein kehta hoon ke yeh hadith bil farz mauzu ho, tab</w:t>
      </w:r>
    </w:p>
    <w:p>
      <w:pPr>
        <w:jc w:val="right"/>
      </w:pPr>
      <w:r>
        <w:t>میں کہتا ہوں کہ یہ حدیث بالفرض موضوع ہو، تب</w:t>
      </w:r>
    </w:p>
    <w:p>
      <w:r>
        <w:rPr>
          <w:b/>
        </w:rPr>
        <w:t xml:space="preserve">[53:31] </w:t>
      </w:r>
      <w:r>
        <w:t>bhi woh is ki ahmiyat hai.</w:t>
      </w:r>
    </w:p>
    <w:p>
      <w:pPr>
        <w:jc w:val="right"/>
      </w:pPr>
      <w:r>
        <w:t>بھی وہ اس کی اہمیت ہے۔</w:t>
      </w:r>
    </w:p>
    <w:p>
      <w:r>
        <w:rPr>
          <w:b/>
        </w:rPr>
        <w:t xml:space="preserve">[53:35] </w:t>
      </w:r>
      <w:r>
        <w:t>kyun? is liye ke is mein to ek fitrat ke usool ko bataya gaya hai, koi mazhabi usool</w:t>
      </w:r>
    </w:p>
    <w:p>
      <w:pPr>
        <w:jc w:val="right"/>
      </w:pPr>
      <w:r>
        <w:t>کیوں؟ اس لیے کہ اس میں تو ایک فطرت کے اصول کو بتایا گیا ہے، کوئی مذہبی اصول</w:t>
      </w:r>
    </w:p>
    <w:p>
      <w:r>
        <w:rPr>
          <w:b/>
        </w:rPr>
        <w:t xml:space="preserve">[53:40] </w:t>
      </w:r>
      <w:r>
        <w:t>ko nahi bataya gaya.</w:t>
      </w:r>
    </w:p>
    <w:p>
      <w:pPr>
        <w:jc w:val="right"/>
      </w:pPr>
      <w:r>
        <w:t>کو نہیں بتایا گیا۔</w:t>
      </w:r>
    </w:p>
    <w:p>
      <w:r>
        <w:rPr>
          <w:b/>
        </w:rPr>
        <w:t xml:space="preserve">[53:44] </w:t>
      </w:r>
      <w:r>
        <w:t>yaani yeh hadith agar hadith-e-rasool na ho, tab bhi woh hadith fitrat hai.</w:t>
      </w:r>
    </w:p>
    <w:p>
      <w:pPr>
        <w:jc w:val="right"/>
      </w:pPr>
      <w:r>
        <w:t>یعنی یہ حدیث اگر حدیث رسول نہ ہو، تب بھی وہ حدیث فطرت ہے۔</w:t>
      </w:r>
    </w:p>
    <w:p>
      <w:r>
        <w:rPr>
          <w:b/>
        </w:rPr>
        <w:t xml:space="preserve">[53:48] </w:t>
      </w:r>
      <w:r>
        <w:t>woh aap ghor kijiye ke watan jahan aap paida hue hain, jahan aap parhe parhe hain, us se</w:t>
      </w:r>
    </w:p>
    <w:p>
      <w:pPr>
        <w:jc w:val="right"/>
      </w:pPr>
      <w:r>
        <w:t>وہ آپ غور کیجئے کہ وطن جہاں آپ پیدا ہوئے ہیں، جہاں آپ پڑھے پڑھے ہیں، اس سے</w:t>
      </w:r>
    </w:p>
    <w:p>
      <w:r>
        <w:rPr>
          <w:b/>
        </w:rPr>
        <w:t xml:space="preserve">[53:53] </w:t>
      </w:r>
      <w:r>
        <w:t>mohabbat to bilkul fitri baat hai.</w:t>
      </w:r>
    </w:p>
    <w:p>
      <w:pPr>
        <w:jc w:val="right"/>
      </w:pPr>
      <w:r>
        <w:t>محبت تو بالکل فطری بات ہے۔</w:t>
      </w:r>
    </w:p>
    <w:p>
      <w:r>
        <w:rPr>
          <w:b/>
        </w:rPr>
        <w:t xml:space="preserve">[53:57] </w:t>
      </w:r>
      <w:r>
        <w:t>us ko masla kyun banane ki kya zaroorat hai? us ko ke yeh hadith mauzu hai, is liye Islam mein</w:t>
      </w:r>
    </w:p>
    <w:p>
      <w:pPr>
        <w:jc w:val="right"/>
      </w:pPr>
      <w:r>
        <w:t>اس کو مسئلہ کیوں بنانے کی کیا ضرورت ہے؟ اس کو کہ یہ حدیث موضوع ہے، اس لیے اسلام میں</w:t>
      </w:r>
    </w:p>
    <w:p>
      <w:r>
        <w:rPr>
          <w:b/>
        </w:rPr>
        <w:t xml:space="preserve">[54:01] </w:t>
      </w:r>
      <w:r>
        <w:t>watan se mohabbat nahi hai.</w:t>
      </w:r>
    </w:p>
    <w:p>
      <w:pPr>
        <w:jc w:val="right"/>
      </w:pPr>
      <w:r>
        <w:t>وطن سے محبت نہیں ہے۔</w:t>
      </w:r>
    </w:p>
    <w:p>
      <w:r>
        <w:rPr>
          <w:b/>
        </w:rPr>
        <w:t xml:space="preserve">[54:08] </w:t>
      </w:r>
      <w:r>
        <w:t>mein samajhta hoon ke Islam musalmanon ko watan se itni mohabbat honi chahiye jitni ke doosron ko, secular logon ko.</w:t>
      </w:r>
    </w:p>
    <w:p>
      <w:pPr>
        <w:jc w:val="right"/>
      </w:pPr>
      <w:r>
        <w:t>میں سمجھتا ہوں کہ اسلام مسلمانوں کو وطن سے اتنی محبت ہونی چاہیے جتنی کہ دوسروں کو، سیکولر لوگوں کو۔</w:t>
      </w:r>
    </w:p>
    <w:p>
      <w:r>
        <w:rPr>
          <w:b/>
        </w:rPr>
        <w:t xml:space="preserve">[54:14] </w:t>
      </w:r>
      <w:r>
        <w:t>ek secular aadmi jis tarah mohabbat karta hai watan se, wahi mohabbat musalman ko bhi honi chahiye apne watan se.</w:t>
      </w:r>
    </w:p>
    <w:p>
      <w:pPr>
        <w:jc w:val="right"/>
      </w:pPr>
      <w:r>
        <w:t>ایک سیکولر آدمی جس طرح محبت کرتا ہے وطن سے، وہی محبت مسلمان کو بھی ہونی چاہیے اپنے وطن سے۔</w:t>
      </w:r>
    </w:p>
    <w:p>
      <w:r>
        <w:rPr>
          <w:b/>
        </w:rPr>
        <w:t xml:space="preserve">[54:20] </w:t>
      </w:r>
      <w:r>
        <w:t>yeh aqeeday ka masla nahi hai, yeh practical life ka masla hai.</w:t>
      </w:r>
    </w:p>
    <w:p>
      <w:pPr>
        <w:jc w:val="right"/>
      </w:pPr>
      <w:r>
        <w:t>یہ عقیدے کا مسئلہ نہیں ہے، یہ پریکٹیکل لائف کا مسئلہ ہے۔</w:t>
      </w:r>
    </w:p>
    <w:p>
      <w:r>
        <w:rPr>
          <w:b/>
        </w:rPr>
        <w:t xml:space="preserve">[54:26] </w:t>
      </w:r>
      <w:r>
        <w:t>dekhiye, ek hota hai aqeeday ka masla, ek hota hai practical life ka masla.</w:t>
      </w:r>
    </w:p>
    <w:p>
      <w:pPr>
        <w:jc w:val="right"/>
      </w:pPr>
      <w:r>
        <w:t>دیکھیے، ایک ہوتا ہے عقیدے کا مسئلہ، ایک ہوتا ہے پریکٹیکل لائف کا مسئلہ۔</w:t>
      </w:r>
    </w:p>
    <w:p>
      <w:r>
        <w:rPr>
          <w:b/>
        </w:rPr>
        <w:t xml:space="preserve">[54:32] </w:t>
      </w:r>
      <w:r>
        <w:t>to practical life ke aitbaar se watan ek muslim ke liye bhi itna hi ahim hai jitna ke ek secular aadmi ke liye ahim hai. to yeh sab baatein kyun paida ho rahi hain? ijtihadi baseerat na hone ki wajah se. aise hi dekhiye, democracy hai. baqayda hamare haan aise log paida hue hain jo democracy ko ladiniyat keh dete the. chhupayein, kitabein chhapi hui hain. jumhoor</w:t>
      </w:r>
    </w:p>
    <w:p>
      <w:pPr>
        <w:jc w:val="right"/>
      </w:pPr>
      <w:r>
        <w:t>تو پریکٹیکل لائف کے اعتبار سے وطن ایک مسلم کے لیے بھی اتنا ہی اہم ہے جتنا کہ ایک سیکولر آدمی کے لیے اہم ہے۔ تو یہ سب باتیں کیوں پیدا ہو رہی ہیں؟ اجتہادی بصیرت نہ ہونے کی وجہ سے۔ ایسے ہی دیکھیے، ڈیموکریسی ہے۔ باقاعدہ ہمارے ہاں ایسے لوگ پیدا ہوئے ہیں جو ڈیموکریسی کو لادینیت کہا دیتے تھے۔ چھپائیں، کتابیں چھپی ہوئی ہیں۔ جمہور</w:t>
      </w:r>
    </w:p>
    <w:p>
      <w:r>
        <w:rPr>
          <w:b/>
        </w:rPr>
        <w:t xml:space="preserve">[55:02] </w:t>
      </w:r>
      <w:r>
        <w:t>iyat jo hai, Islam ke khilaf hai kyunke ab is mein insaan jo hai, faisla saazi insaan qanoon saazi karta hai. insaan ko qanoon ka haq de diya jata hai jabke qanoon ka haq Khuda ko hai. yeh sab aqeeday ka masla bana liya hai is ko. halanke dekhiye, agar ijtihadi yaani baseerat hoti to woh daryaft kar lete ke democracy jo hai, woh power sharing ki politics hai.</w:t>
      </w:r>
    </w:p>
    <w:p>
      <w:pPr>
        <w:jc w:val="right"/>
      </w:pPr>
      <w:r>
        <w:t>یت جو ہے، اسلام کے خلاف ہے کیونکہ اب اس میں انسان جو ہے، فیصلہ سازی انسان قانون سازی کرتا ہے۔ انسان کو قانون کا حق دے دیا جاتا ہے جبکہ قانون کا حق خدا کو ہے۔ یہ سب عقیدے کا مسئلہ بنا لیا ہے اس کو۔ حالانکہ دیکھیے، اگر اجتہادی یعنی بصیرت ہوتی تو وہ دریافت کر لیتے کہ ڈیموکریسی جو ہے، وہ پاور شیئرنگ کی پولیٹکس ہے۔</w:t>
      </w:r>
    </w:p>
    <w:p>
      <w:r>
        <w:rPr>
          <w:b/>
        </w:rPr>
        <w:t xml:space="preserve">[55:32] </w:t>
      </w:r>
      <w:r>
        <w:t>power sharing pehle zamane mein power sharing nahi hua karti thi.</w:t>
      </w:r>
    </w:p>
    <w:p>
      <w:pPr>
        <w:jc w:val="right"/>
      </w:pPr>
      <w:r>
        <w:t>پاور شیئرنگ پہلے زمانے میں پاور شیئرنگ نہیں ہوا کرتی تھی۔</w:t>
      </w:r>
    </w:p>
    <w:p>
      <w:r>
        <w:rPr>
          <w:b/>
        </w:rPr>
        <w:t xml:space="preserve">[55:37] </w:t>
      </w:r>
      <w:r>
        <w:t>ek badshah hai, bas wohi usi ke hath mein sab kuch hai.</w:t>
      </w:r>
    </w:p>
    <w:p>
      <w:pPr>
        <w:jc w:val="right"/>
      </w:pPr>
      <w:r>
        <w:t>ایک بادشاہ ہے، بس وہی اسی کے ہاتھ میں سب کچھ ہے۔</w:t>
      </w:r>
    </w:p>
    <w:p>
      <w:r>
        <w:rPr>
          <w:b/>
        </w:rPr>
        <w:t xml:space="preserve">[55:42] </w:t>
      </w:r>
      <w:r>
        <w:t>usi is jo us ki zuban se jo alfaaz nikle, wahi qanoon hai.</w:t>
      </w:r>
    </w:p>
    <w:p>
      <w:pPr>
        <w:jc w:val="right"/>
      </w:pPr>
      <w:r>
        <w:t>اسی اس جو اس کی زبان سے جو الفاظ نکلے، وہی قانون ہے۔</w:t>
      </w:r>
    </w:p>
    <w:p>
      <w:r>
        <w:rPr>
          <w:b/>
        </w:rPr>
        <w:t xml:space="preserve">[55:47] </w:t>
      </w:r>
      <w:r>
        <w:t>lekin democracy mein yeh hua ke ke poora jo samaj hai, poora jo muashra hai, poori jo society</w:t>
      </w:r>
    </w:p>
    <w:p>
      <w:pPr>
        <w:jc w:val="right"/>
      </w:pPr>
      <w:r>
        <w:t>لیکن ڈیموکریسی میں یہ ہوا کہ کہ پورا جو سماج ہے، پورا جو معاشرہ ہے، پوری جو سوسائٹی</w:t>
      </w:r>
    </w:p>
    <w:p>
      <w:r>
        <w:rPr>
          <w:b/>
        </w:rPr>
        <w:t xml:space="preserve">[55:52] </w:t>
      </w:r>
      <w:r>
        <w:t>hai, sab ka hissa hai politics mein.</w:t>
      </w:r>
    </w:p>
    <w:p>
      <w:pPr>
        <w:jc w:val="right"/>
      </w:pPr>
      <w:r>
        <w:t>ہے، سب کا حصہ ہے پولیٹکس میں۔</w:t>
      </w:r>
    </w:p>
    <w:p>
      <w:r>
        <w:rPr>
          <w:b/>
        </w:rPr>
        <w:t xml:space="preserve">[55:57] </w:t>
      </w:r>
      <w:r>
        <w:t>to democracy, democracy aslan</w:t>
      </w:r>
    </w:p>
    <w:p>
      <w:pPr>
        <w:jc w:val="right"/>
      </w:pPr>
      <w:r>
        <w:t>تو ڈیموکریسی، ڈیموکریسی اصلاً</w:t>
      </w:r>
    </w:p>
    <w:p>
      <w:r>
        <w:rPr>
          <w:b/>
        </w:rPr>
        <w:t xml:space="preserve">[56:03] </w:t>
      </w:r>
      <w:r>
        <w:t>power sharing ki siyasat hai. yaani har aadmi hissadar hai saath mein. goya ke qadeem zamane ki jo siyasat thi, us ko decentralize kar diya gaya jumhooriyat mein. to woh Islami hai, phir is mein ghair Islami kya hai? is ko bhi ghair Islami bana diya. democracy bilashuba ek Islami cheez hai, is mein koi ghair Islami baat nahi hai. to gharaaz hai ke ijtihadi baseerat na hone</w:t>
      </w:r>
    </w:p>
    <w:p>
      <w:pPr>
        <w:jc w:val="right"/>
      </w:pPr>
      <w:r>
        <w:t>پاور شیئرنگ کی سیاست ہے۔ یعنی ہر آدمی حصے دار ہے ساتھ میں۔ گویا کہ قدیم زمانے کی جو سیاست تھی، اس کو ڈی سینٹرلائز کر دیا گیا جمہوریت میں۔ تو وہ اسلامی ہے، پھر اس میں غیر اسلامی کیا ہے؟ اس کو بھی غیر اسلامی بنا دیا۔ ڈیموکریسی بلاشبہ ایک اسلامی چیز ہے، اس میں کوئی غیر اسلامی بات نہیں ہے۔ تو غرض ہے کہ اجتہادی بصیرت نہ ہونے</w:t>
      </w:r>
    </w:p>
    <w:p>
      <w:r>
        <w:rPr>
          <w:b/>
        </w:rPr>
        <w:t xml:space="preserve">[56:33] </w:t>
      </w:r>
      <w:r>
        <w:t>ki wajah se kisi maamle ko sahi dhang se log dekh nahi paye aur ghair zaroori qism ke misaal khara ho gaye, khare ho gaye musalmanon ke liye. jitni shikayatein aap sunte hain ke musalmanon ke khilaf sazish ho rahi hai, musalmanon ke khilaf zulm ho raha hai, musalmanon ke khilaf yeh ho raha hai, woh ho raha hai, yeh sab apni usool reform karti jayein ke hum samajh nahi paate is cheezon ko to hum negative ho jate hain. hum sam</w:t>
      </w:r>
    </w:p>
    <w:p>
      <w:pPr>
        <w:jc w:val="right"/>
      </w:pPr>
      <w:r>
        <w:t>کی وجہ سے کسی معاملے کو صحیح ڈھنگ سے لوگ دیکھ نہیں پائے اور غیر ضروری قسم کے مثال کھڑا ہو گئے، کھڑے ہو گئے مسلمانوں کے لیے۔ جتنی شکایتیں آپ سنتے ہیں کہ مسلمانوں کے خلاف سازش ہو رہی ہے، مسلمانوں کے خلاف ظلم ہو رہا ہے، مسلمانوں کے خلاف یہ ہو رہا ہے، وہ ہو رہا ہے، یہ سب اپنی اصول ریفارم کرتی جائیں کہ ہم سمجھ نہیں پاتے اس چیزوں کو تو ہم نیگیٹیو ہو جاتے ہیں۔ ہم سم</w:t>
      </w:r>
    </w:p>
    <w:p>
      <w:r>
        <w:rPr>
          <w:b/>
        </w:rPr>
        <w:t xml:space="preserve">[57:03] </w:t>
      </w:r>
      <w:r>
        <w:t>jho nahi paate, is liye negative ho jate hain.</w:t>
      </w:r>
    </w:p>
    <w:p>
      <w:pPr>
        <w:jc w:val="right"/>
      </w:pPr>
      <w:r>
        <w:t>جھ نہیں پاتے، اس لیے نیگیٹیو ہو جاتے ہیں۔</w:t>
      </w:r>
    </w:p>
    <w:p>
      <w:r>
        <w:rPr>
          <w:b/>
        </w:rPr>
        <w:t xml:space="preserve">[57:08] </w:t>
      </w:r>
      <w:r>
        <w:t>to main yeh kahunga ke yeh bhi hamare mission ka ek hissa hai ke hum logon ki</w:t>
      </w:r>
    </w:p>
    <w:p>
      <w:pPr>
        <w:jc w:val="right"/>
      </w:pPr>
      <w:r>
        <w:t>تو میں یہ کہوں گا کہ یہ بھی ہمارے مشن کا ایک حصہ ہے کہ ہم لوگوں کی</w:t>
      </w:r>
    </w:p>
    <w:p>
      <w:r>
        <w:rPr>
          <w:b/>
        </w:rPr>
        <w:t xml:space="preserve">[57:14] </w:t>
      </w:r>
      <w:r>
        <w:t>soch ko sahi karen.</w:t>
      </w:r>
    </w:p>
    <w:p>
      <w:pPr>
        <w:jc w:val="right"/>
      </w:pPr>
      <w:r>
        <w:t>سوچ کو صحیح کریں۔</w:t>
      </w:r>
    </w:p>
    <w:p>
      <w:r>
        <w:rPr>
          <w:b/>
        </w:rPr>
        <w:t xml:space="preserve">[57:19] </w:t>
      </w:r>
      <w:r>
        <w:t>ek to hai ke hamein dawat phailani hai, daawti mission chalana hai.</w:t>
      </w:r>
    </w:p>
    <w:p>
      <w:pPr>
        <w:jc w:val="right"/>
      </w:pPr>
      <w:r>
        <w:t>ایک تو ہے کہ ہمیں دعوت پھیلانی ہے، دعوتی مشن چلانا ہے۔</w:t>
      </w:r>
    </w:p>
    <w:p>
      <w:r>
        <w:rPr>
          <w:b/>
        </w:rPr>
        <w:t xml:space="preserve">[57:25] </w:t>
      </w:r>
      <w:r>
        <w:t>lekin daawti mission chalane ke liye bhi zaroori hai ke logon ki soch positive ho.</w:t>
      </w:r>
    </w:p>
    <w:p>
      <w:pPr>
        <w:jc w:val="right"/>
      </w:pPr>
      <w:r>
        <w:t>لیکن دعوتی مشن چلانے کے لیے بھی ضروری ہے کہ لوگوں کی سوچ پازیٹیو ہو۔</w:t>
      </w:r>
    </w:p>
    <w:p>
      <w:r>
        <w:rPr>
          <w:b/>
        </w:rPr>
        <w:t xml:space="preserve">[57:31] </w:t>
      </w:r>
      <w:r>
        <w:t>positive soch nahi hogi to daawti mission kamyabi ke sath nahi chal sakta hai.</w:t>
      </w:r>
    </w:p>
    <w:p>
      <w:pPr>
        <w:jc w:val="right"/>
      </w:pPr>
      <w:r>
        <w:t>پازیٹیو سوچ نہیں ہوگی تو دعوتی مشن کامیابی کے ساتھ نہیں چل سکتا ہے۔</w:t>
      </w:r>
    </w:p>
    <w:p>
      <w:r>
        <w:rPr>
          <w:b/>
        </w:rPr>
        <w:t xml:space="preserve">[57:36] </w:t>
      </w:r>
      <w:r>
        <w:t>to yeh yani main khud ek ek madarse mein taleem meri hui to is jo mahol tha madarse</w:t>
      </w:r>
    </w:p>
    <w:p>
      <w:pPr>
        <w:jc w:val="right"/>
      </w:pPr>
      <w:r>
        <w:t>تو یہ یعنی میں خود ایک ایک مدرسے میں تعلیم میری ہوئی تو اس جو ماحول تھا مدرسے</w:t>
      </w:r>
    </w:p>
    <w:p>
      <w:r>
        <w:rPr>
          <w:b/>
        </w:rPr>
        <w:t xml:space="preserve">[57:42] </w:t>
      </w:r>
      <w:r>
        <w:t>mein, is ki hesiyat yeh main khud isi ka shikar tha.</w:t>
      </w:r>
    </w:p>
    <w:p>
      <w:pPr>
        <w:jc w:val="right"/>
      </w:pPr>
      <w:r>
        <w:t>میں، اس کی حیثیت یہ میں خود اسی کا شکار تھا۔</w:t>
      </w:r>
    </w:p>
    <w:p>
      <w:r>
        <w:rPr>
          <w:b/>
        </w:rPr>
        <w:t xml:space="preserve">[57:48] </w:t>
      </w:r>
      <w:r>
        <w:t>ek lambi muddat ke baad main apne ko is is se nikal paya aur yeh baatein jo aaj</w:t>
      </w:r>
    </w:p>
    <w:p>
      <w:pPr>
        <w:jc w:val="right"/>
      </w:pPr>
      <w:r>
        <w:t>ایک لمبی مدت کے بعد میں اپنے کو اس اس سے نکال پایا اور یہ باتیں جو آج</w:t>
      </w:r>
    </w:p>
    <w:p>
      <w:r>
        <w:rPr>
          <w:b/>
        </w:rPr>
        <w:t xml:space="preserve">[57:55] </w:t>
      </w:r>
      <w:r>
        <w:t>aaj aap se keh raha hoon, main lambi muddat ke safar ke baad mujhe baatein mili hain.</w:t>
      </w:r>
    </w:p>
    <w:p>
      <w:pPr>
        <w:jc w:val="right"/>
      </w:pPr>
      <w:r>
        <w:t>آج آپ سے کہہ رہا ہوں، میں لمبی مدت کے سفر کے بعد مجھے باتیں ملی ہیں۔</w:t>
      </w:r>
    </w:p>
    <w:p>
      <w:r>
        <w:rPr>
          <w:b/>
        </w:rPr>
        <w:t xml:space="preserve">[58:01] </w:t>
      </w:r>
      <w:r>
        <w:t>main bhi samajhta tha ke ijtihad ka talluq fiqhi kuch fiqhi masail se hai.</w:t>
      </w:r>
    </w:p>
    <w:p>
      <w:pPr>
        <w:jc w:val="right"/>
      </w:pPr>
      <w:r>
        <w:t>میں بھی سمجھتا تھا کہ اجتہاد کا تعلق فقہی کچھ فقہی مسائل سے ہے۔</w:t>
      </w:r>
    </w:p>
    <w:p>
      <w:r>
        <w:rPr>
          <w:b/>
        </w:rPr>
        <w:t xml:space="preserve">[58:07] </w:t>
      </w:r>
      <w:r>
        <w:t>mudaton tak yahi mera zehan tha ke ijtihad ka talluq kuch fiqhi masail se hai.</w:t>
      </w:r>
    </w:p>
    <w:p>
      <w:pPr>
        <w:jc w:val="right"/>
      </w:pPr>
      <w:r>
        <w:t>مدتوں تک یہی میرا ذہن تھا کہ اجتہاد کا تعلق کچھ فقہی مسائل سے ہے۔</w:t>
      </w:r>
    </w:p>
    <w:p>
      <w:r>
        <w:rPr>
          <w:b/>
        </w:rPr>
        <w:t xml:space="preserve">[58:13] </w:t>
      </w:r>
      <w:r>
        <w:t>bahut baat ko main samajh saka ke ijtihad ka talluq poori zindagi se hai.</w:t>
      </w:r>
    </w:p>
    <w:p>
      <w:pPr>
        <w:jc w:val="right"/>
      </w:pPr>
      <w:r>
        <w:t>بہت بات کو میں سمجھ سکا کہ اجتہاد کا تعلق پوری زندگی سے ہے۔</w:t>
      </w:r>
    </w:p>
    <w:p>
      <w:r>
        <w:rPr>
          <w:b/>
        </w:rPr>
        <w:t xml:space="preserve">[58:19] </w:t>
      </w:r>
      <w:r>
        <w:t>poori zindagi se ijtihad talluq hai aur sirf juziyat se nahi, badi kulliya se bhi hai.</w:t>
      </w:r>
    </w:p>
    <w:p>
      <w:pPr>
        <w:jc w:val="right"/>
      </w:pPr>
      <w:r>
        <w:t>پوری زندگی سے اجتہاد تعلق ہے اور صرف جزیات سے نہیں، بڑی کلیہ سے بھی ہے۔</w:t>
      </w:r>
    </w:p>
    <w:p>
      <w:r>
        <w:rPr>
          <w:b/>
        </w:rPr>
        <w:t xml:space="preserve">[58:25] </w:t>
      </w:r>
      <w:r>
        <w:t>ab kaisi ajeeb baat hai ke yani hamare jo idare hain, hamare jo madaris hain, hamara jo mahol</w:t>
      </w:r>
    </w:p>
    <w:p>
      <w:pPr>
        <w:jc w:val="right"/>
      </w:pPr>
      <w:r>
        <w:t>اب کیسی عجیب بات ہے کہ یعنی ہمارے جو ادارے ہیں، ہمارے جو مدارس ہیں، ہمارا جو ماحول</w:t>
      </w:r>
    </w:p>
    <w:p>
      <w:r>
        <w:rPr>
          <w:b/>
        </w:rPr>
        <w:t xml:space="preserve">[58:31] </w:t>
      </w:r>
      <w:r>
        <w:t>hai, woh aadmi ko sahi</w:t>
      </w:r>
    </w:p>
    <w:p>
      <w:pPr>
        <w:jc w:val="right"/>
      </w:pPr>
      <w:r>
        <w:t>ہے، وہ آدمی کو صحیح</w:t>
      </w:r>
    </w:p>
    <w:p>
      <w:r>
        <w:rPr>
          <w:b/>
        </w:rPr>
        <w:t xml:space="preserve">[58:37] </w:t>
      </w:r>
      <w:r>
        <w:t>baseerat nahi nahi de pata.</w:t>
      </w:r>
    </w:p>
    <w:p>
      <w:pPr>
        <w:jc w:val="right"/>
      </w:pPr>
      <w:r>
        <w:t>بصیرت نہیں نہیں دے پاتا۔</w:t>
      </w:r>
    </w:p>
    <w:p>
      <w:r>
        <w:rPr>
          <w:b/>
        </w:rPr>
        <w:t xml:space="preserve">[58:43] </w:t>
      </w:r>
      <w:r>
        <w:t>ek hadith hai ke momin ke bare mein, is mein ek juz is ka yeh hai: "an yakuna</w:t>
      </w:r>
    </w:p>
    <w:p>
      <w:pPr>
        <w:jc w:val="right"/>
      </w:pPr>
      <w:r>
        <w:t>ایک حدیث ہے کہ مومن کے بارے میں، اس میں ایک جز اس کا یہ ہے: "أن يكون</w:t>
      </w:r>
    </w:p>
    <w:p>
      <w:r>
        <w:rPr>
          <w:b/>
        </w:rPr>
        <w:t xml:space="preserve">[58:49] </w:t>
      </w:r>
      <w:r>
        <w:t>baseeran bizamanih" yani zamane ki baseerat rakhne wala, zamane ko janne wala, baseer zamana.</w:t>
      </w:r>
    </w:p>
    <w:p>
      <w:pPr>
        <w:jc w:val="right"/>
      </w:pPr>
      <w:r>
        <w:t>بصيرا بزمانه" یعنی زمانے کی بصیرت رکھنے والا، زمانے کو جاننے والا، بصیر زمانہ۔</w:t>
      </w:r>
    </w:p>
    <w:p>
      <w:r>
        <w:rPr>
          <w:b/>
        </w:rPr>
        <w:t xml:space="preserve">[58:55] </w:t>
      </w:r>
      <w:r>
        <w:t>yeh bhi momin ki sifat hai.</w:t>
      </w:r>
    </w:p>
    <w:p>
      <w:pPr>
        <w:jc w:val="right"/>
      </w:pPr>
      <w:r>
        <w:t>یہ بھی مومن کی صفت ہے۔</w:t>
      </w:r>
    </w:p>
    <w:p>
      <w:r>
        <w:rPr>
          <w:b/>
        </w:rPr>
        <w:t xml:space="preserve">[59:01] </w:t>
      </w:r>
      <w:r>
        <w:t>lekin aaj aaj dekhiye ke log basarat, baseerat zamana se bal</w:t>
      </w:r>
    </w:p>
    <w:p>
      <w:pPr>
        <w:jc w:val="right"/>
      </w:pPr>
      <w:r>
        <w:t>لیکن آج آج دیکھیے کہ لوگ بصارت، بصیرت زمانہ سے بال</w:t>
      </w:r>
    </w:p>
    <w:p>
      <w:r>
        <w:rPr>
          <w:b/>
        </w:rPr>
        <w:t xml:space="preserve">[59:07] </w:t>
      </w:r>
      <w:r>
        <w:t>kal mahroom hain.</w:t>
      </w:r>
    </w:p>
    <w:p>
      <w:pPr>
        <w:jc w:val="right"/>
      </w:pPr>
      <w:r>
        <w:t>کل محروم ہیں۔</w:t>
      </w:r>
    </w:p>
    <w:p>
      <w:r>
        <w:rPr>
          <w:b/>
        </w:rPr>
        <w:t xml:space="preserve">[59:12] </w:t>
      </w:r>
      <w:r>
        <w:t>kuch unhein pata nahi ke zamana kya hai.</w:t>
      </w:r>
    </w:p>
    <w:p>
      <w:pPr>
        <w:jc w:val="right"/>
      </w:pPr>
      <w:r>
        <w:t>کچھ انہیں پتہ نہیں کہ زمانہ کیا ہے۔</w:t>
      </w:r>
    </w:p>
    <w:p>
      <w:r>
        <w:rPr>
          <w:b/>
        </w:rPr>
        <w:t xml:space="preserve">[59:17] </w:t>
      </w:r>
      <w:r>
        <w:t>misalan woh jo misal mein ne di aap ko seminar ki ke woh kitni bari baat hai ke</w:t>
      </w:r>
    </w:p>
    <w:p>
      <w:pPr>
        <w:jc w:val="right"/>
      </w:pPr>
      <w:r>
        <w:t>مثلاً وہ جو مثال میں نے دی آپ کو سیمینار کی کہ وہ کتنی بڑی بات ہے کہ</w:t>
      </w:r>
    </w:p>
    <w:p>
      <w:r>
        <w:rPr>
          <w:b/>
        </w:rPr>
        <w:t xml:space="preserve">[59:22] </w:t>
      </w:r>
      <w:r>
        <w:t>is daur mein openness kitni zyada aai hai, kitni zyada aai hai ke aap ka apne mazhab ki</w:t>
      </w:r>
    </w:p>
    <w:p>
      <w:pPr>
        <w:jc w:val="right"/>
      </w:pPr>
      <w:r>
        <w:t>اس دور میں اوپننس کتنی زیادہ آئی ہے، کتنی زیادہ آئی ہے کہ آپ کا اپنے مذہب کی</w:t>
      </w:r>
    </w:p>
    <w:p>
      <w:r>
        <w:rPr>
          <w:b/>
        </w:rPr>
        <w:t xml:space="preserve">[59:27] </w:t>
      </w:r>
      <w:r>
        <w:t>baat kahiye ja kar ke, ab woh us ko appreciate karenge.</w:t>
      </w:r>
    </w:p>
    <w:p>
      <w:pPr>
        <w:jc w:val="right"/>
      </w:pPr>
      <w:r>
        <w:t>بات کہیے جا کر کے، اب وہ اس کو اپریشیٹ کریں گے۔</w:t>
      </w:r>
    </w:p>
    <w:p>
      <w:r>
        <w:rPr>
          <w:b/>
        </w:rPr>
        <w:t xml:space="preserve">[59:32] </w:t>
      </w:r>
      <w:r>
        <w:t>jaise abhi mein gaya tha america to wahan par ek christian church mein mujhe bil</w:t>
      </w:r>
    </w:p>
    <w:p>
      <w:pPr>
        <w:jc w:val="right"/>
      </w:pPr>
      <w:r>
        <w:t>جیسے ابھی میں گیا تھا امریکہ تو وہاں پر ایک کرسچن چرچ میں مجھے بل</w:t>
      </w:r>
    </w:p>
    <w:p>
      <w:r>
        <w:rPr>
          <w:b/>
        </w:rPr>
        <w:t xml:space="preserve">[59:37] </w:t>
      </w:r>
      <w:r>
        <w:t>aya gaya lecture dene ke liye.</w:t>
      </w:r>
    </w:p>
    <w:p>
      <w:pPr>
        <w:jc w:val="right"/>
      </w:pPr>
      <w:r>
        <w:t>ایا گیا لیکچر دینے کے لیے۔</w:t>
      </w:r>
    </w:p>
    <w:p>
      <w:r>
        <w:rPr>
          <w:b/>
        </w:rPr>
        <w:t xml:space="preserve">[59:41] </w:t>
      </w:r>
      <w:r>
        <w:t>to wahan mein ne taqreer ki islam par to hamare saathi wahan bhi kitabein le gaye the, quran waghera.</w:t>
      </w:r>
    </w:p>
    <w:p>
      <w:pPr>
        <w:jc w:val="right"/>
      </w:pPr>
      <w:r>
        <w:t>تو وہاں میں نے تقریر کی اسلام پر تو ہمارے ساتھی وہاں بھی کتابیں لے گئے تھے، قرآن وغیرہ۔</w:t>
      </w:r>
    </w:p>
    <w:p>
      <w:r>
        <w:rPr>
          <w:b/>
        </w:rPr>
        <w:t xml:space="preserve">[59:46] </w:t>
      </w:r>
      <w:r>
        <w:t>to woh log baqayda us ko taqseem karne lage.</w:t>
      </w:r>
    </w:p>
    <w:p>
      <w:pPr>
        <w:jc w:val="right"/>
      </w:pPr>
      <w:r>
        <w:t>تو وہ لوگ باقاعدہ اس کو تقسیم کرنے لگے۔</w:t>
      </w:r>
    </w:p>
    <w:p>
      <w:r>
        <w:rPr>
          <w:b/>
        </w:rPr>
        <w:t xml:space="preserve">[59:50] </w:t>
      </w:r>
      <w:r>
        <w:t>yani taqseem karne mein unhone help kiya baqayda.</w:t>
      </w:r>
    </w:p>
    <w:p>
      <w:pPr>
        <w:jc w:val="right"/>
      </w:pPr>
      <w:r>
        <w:t>یعنی تقسیم کرنے میں انہوں نے ہیلپ کیا باقاعدہ۔</w:t>
      </w:r>
    </w:p>
    <w:p>
      <w:r>
        <w:rPr>
          <w:b/>
        </w:rPr>
        <w:t xml:space="preserve">[59:54] </w:t>
      </w:r>
      <w:r>
        <w:t>ab ghor kijiye ke un ka mazhab doosra hai, un ka mazhab christianity hai.</w:t>
      </w:r>
    </w:p>
    <w:p>
      <w:pPr>
        <w:jc w:val="right"/>
      </w:pPr>
      <w:r>
        <w:t>اب غور کیجئے کہ ان کا مذہب دوسرا ہے، ان کا مذہب کرسچینٹی ہے۔</w:t>
      </w:r>
    </w:p>
    <w:p>
      <w:r>
        <w:rPr>
          <w:b/>
        </w:rPr>
        <w:t xml:space="preserve">[59:59] </w:t>
      </w:r>
      <w:r>
        <w:t>hum sab log muslim the aur hamari kitabon ko bare shauq se khoob khud bhi le rahe the,</w:t>
      </w:r>
    </w:p>
    <w:p>
      <w:pPr>
        <w:jc w:val="right"/>
      </w:pPr>
      <w:r>
        <w:t>ہم سب لوگ مسلم تھے اور ہماری کتابوں کو بڑے شوق سے خوب خود بھی لے رہے تھے،</w:t>
      </w:r>
    </w:p>
    <w:p>
      <w:r>
        <w:rPr>
          <w:b/>
        </w:rPr>
        <w:t xml:space="preserve">[1:00:03] </w:t>
      </w:r>
      <w:r>
        <w:t>doosron ko bhi</w:t>
      </w:r>
    </w:p>
    <w:p>
      <w:pPr>
        <w:jc w:val="right"/>
      </w:pPr>
      <w:r>
        <w:t>دوسروں کو بھی</w:t>
      </w:r>
    </w:p>
    <w:p>
      <w:r>
        <w:rPr>
          <w:b/>
        </w:rPr>
        <w:t xml:space="preserve">[1:00:07] </w:t>
      </w:r>
      <w:r>
        <w:t>de rahe the. woh to hamare log be khabar hain is se ke yeh daur openness ka daur hai, khule pan ka daur hai. woh zamana khatam ho gaya. is liye ab hamein kya karna hai? ladai khatam, jang khatam, hathiyar khatam, yeh sab yeh sab cheezein band kar dene ka zamana aa gaya hai. ab jo zamana hai ke ke peaceful tareeqay se aap Islami mission chalaiye, daawti mission chalaiye, koi</w:t>
      </w:r>
    </w:p>
    <w:p>
      <w:pPr>
        <w:jc w:val="right"/>
      </w:pPr>
      <w:r>
        <w:t>دے رہے تھے۔ وہ تو ہمارے لوگ بے خبر ہیں اس سے کہ یہ دور اوپننس کا دور ہے، کھلے پن کا دور ہے۔ وہ زمانہ ختم ہو گیا۔ اس لیے اب ہمیں کیا کرنا ہے؟ لڑائی ختم، جنگ ختم، ہتھیار ختم، یہ سب یہ سب چیزیں بند کر دینے کا زمانہ آ گیا ہے۔ اب جو زمانہ ہے کہ کہ پیس فل طریقے سے آپ اسلامی مشن چلائیے، دعوتی مشن چلائیے، کوئی</w:t>
      </w:r>
    </w:p>
    <w:p>
      <w:r>
        <w:rPr>
          <w:b/>
        </w:rPr>
        <w:t xml:space="preserve">[1:00:37] </w:t>
      </w:r>
      <w:r>
        <w:t>rukawat nahi, balkeh aap ko doosron ki taraf se commission milega.</w:t>
      </w:r>
    </w:p>
    <w:p>
      <w:pPr>
        <w:jc w:val="right"/>
      </w:pPr>
      <w:r>
        <w:t>رکاوٹ نہیں، بلکہ آپ کو دوسروں کی طرف سے کمشن ملے گا۔</w:t>
      </w:r>
    </w:p>
    <w:p>
      <w:r>
        <w:rPr>
          <w:b/>
        </w:rPr>
        <w:t xml:space="preserve">[1:00:43] </w:t>
      </w:r>
      <w:r>
        <w:t>to zamane se bekhabari kyun hai? kyunke ijtihadi baseerat hasil nahi hai logon ko.</w:t>
      </w:r>
    </w:p>
    <w:p>
      <w:pPr>
        <w:jc w:val="right"/>
      </w:pPr>
      <w:r>
        <w:t>تو زمانے سے بے خبری کیوں ہے؟ کیونکہ اجتہادی بصیرت حاصل نہیں ہے لوگوں کو۔</w:t>
      </w:r>
    </w:p>
    <w:p>
      <w:r>
        <w:rPr>
          <w:b/>
        </w:rPr>
        <w:t xml:space="preserve">[1:00:50] </w:t>
      </w:r>
      <w:r>
        <w:t>muamlat ko istarun o ghor karne ki salahiyat nahi hai.</w:t>
      </w:r>
    </w:p>
    <w:p>
      <w:pPr>
        <w:jc w:val="right"/>
      </w:pPr>
      <w:r>
        <w:t>معاملات کو استرن و غور کرنے کی صلاحیت نہیں ہے۔</w:t>
      </w:r>
    </w:p>
    <w:p>
      <w:r>
        <w:rPr>
          <w:b/>
        </w:rPr>
        <w:t xml:space="preserve">[1:00:56] </w:t>
      </w:r>
      <w:r>
        <w:t>ek hi jo riwayati tareeqa chala raha hai, bas usi ko jante hain.</w:t>
      </w:r>
    </w:p>
    <w:p>
      <w:pPr>
        <w:jc w:val="right"/>
      </w:pPr>
      <w:r>
        <w:t>ایک ہی جو روایتی طریقہ چلا رہا ہے، بس اسی کو جانتے ہیں۔</w:t>
      </w:r>
    </w:p>
    <w:p>
      <w:r>
        <w:rPr>
          <w:b/>
        </w:rPr>
        <w:t xml:space="preserve">[1:01:02] </w:t>
      </w:r>
      <w:r>
        <w:t>is ke aage kuch nahi khabar hai un ko kisi cheez ki.</w:t>
      </w:r>
    </w:p>
    <w:p>
      <w:pPr>
        <w:jc w:val="right"/>
      </w:pPr>
      <w:r>
        <w:t>اس کے آگے کچھ نہیں خبر ہے ان کو کسی چیز کی۔</w:t>
      </w:r>
    </w:p>
    <w:p>
      <w:r>
        <w:rPr>
          <w:b/>
        </w:rPr>
        <w:t xml:space="preserve">[1:01:08] </w:t>
      </w:r>
      <w:r>
        <w:t>to main dua karta hoon ke Allah taala hum sab aap ko tofeeq de sahi raaste par chalne ki. aqool qawli haza wastaghfirullaha li wa lakum ajmaeen. Maulana, yeh sawal aaya hai Mr Shahnawaz Zafar</w:t>
      </w:r>
    </w:p>
    <w:p>
      <w:pPr>
        <w:jc w:val="right"/>
      </w:pPr>
      <w:r>
        <w:t>تو میں دعا کرتا ہوں کہ اللہ تعالی ہم سب آپ کو توفیق دے صحیح راستے پر چلنے کی۔ اقول قولیھذا واستغفراللہ حلی وکم اجمعین۔ مولانا، یہ سوال آیا ہے مسٹر شاہنواز ظفر</w:t>
      </w:r>
    </w:p>
    <w:p>
      <w:r>
        <w:rPr>
          <w:b/>
        </w:rPr>
        <w:t xml:space="preserve">[1:01:38] </w:t>
      </w:r>
      <w:r>
        <w:t>ka nai dilli se.</w:t>
      </w:r>
    </w:p>
    <w:p>
      <w:pPr>
        <w:jc w:val="right"/>
      </w:pPr>
      <w:r>
        <w:t>کا نئی دہلی سے۔</w:t>
      </w:r>
    </w:p>
    <w:p>
      <w:r>
        <w:rPr>
          <w:b/>
        </w:rPr>
        <w:t xml:space="preserve">[1:01:44] </w:t>
      </w:r>
      <w:r>
        <w:t>unhone likha hai: "in chapter 56, verse number 79, allah says: layamasso illal mutahharoon".</w:t>
      </w:r>
    </w:p>
    <w:p>
      <w:pPr>
        <w:jc w:val="right"/>
      </w:pPr>
      <w:r>
        <w:t>انہوں نے لکھا ہے: "ان چیپٹر 56، ورس نمبر 79، اللہ سیز: لایمسو الا المطہرون"۔</w:t>
      </w:r>
    </w:p>
    <w:p>
      <w:r>
        <w:rPr>
          <w:b/>
        </w:rPr>
        <w:t xml:space="preserve">[1:01:50] </w:t>
      </w:r>
      <w:r>
        <w:t>which means: "which one shall touch but those who are clean".</w:t>
      </w:r>
    </w:p>
    <w:p>
      <w:pPr>
        <w:jc w:val="right"/>
      </w:pPr>
      <w:r>
        <w:t>وچ مینز: "وچ ون شیل ٹچ بٹ دوز ہو آر کلین"۔</w:t>
      </w:r>
    </w:p>
    <w:p>
      <w:r>
        <w:rPr>
          <w:b/>
        </w:rPr>
        <w:t xml:space="preserve">[1:01:56] </w:t>
      </w:r>
      <w:r>
        <w:t>Does it mean those who are pure or clean can only touch the Holy Quran? In this way,</w:t>
      </w:r>
    </w:p>
    <w:p>
      <w:pPr>
        <w:jc w:val="right"/>
      </w:pPr>
      <w:r>
        <w:t>ڈز اٹ مین دوز ہو آر پاک اور کلین کین اونلی ٹچ دا ہولی قرآن؟ ان دس وے،</w:t>
      </w:r>
    </w:p>
    <w:p>
      <w:r>
        <w:rPr>
          <w:b/>
        </w:rPr>
        <w:t xml:space="preserve">[1:02:02] </w:t>
      </w:r>
      <w:r>
        <w:t>the unbelievers who do not maintain cleanness and women during the</w:t>
      </w:r>
    </w:p>
    <w:p>
      <w:pPr>
        <w:jc w:val="right"/>
      </w:pPr>
      <w:r>
        <w:t>دا ان بیلیورز ہو ڈو ناٹ مینٹین کلینینس اینڈ وومن ڈورنگ د</w:t>
      </w:r>
    </w:p>
    <w:p>
      <w:r>
        <w:rPr>
          <w:b/>
        </w:rPr>
        <w:t xml:space="preserve">[1:02:08] </w:t>
      </w:r>
      <w:r>
        <w:t>their period are not allowed to touch or recide the holy Quran? please guide me with your answer. dekhein, yeh is ayat ka koi taaluq is taharat aur pakizgi se nahi hai jis ko hum samajhte hain. yeh yeh ayat farishton ke bare mein hai. yahan insaan ka zikr hi nahi hai. aur yeh</w:t>
      </w:r>
    </w:p>
    <w:p>
      <w:pPr>
        <w:jc w:val="right"/>
      </w:pPr>
      <w:r>
        <w:t>یر پیریڈ ار ناٹ الاؤڈ ٹو ٹچ اور ریسائیڈ دا ہولی قرآن۔ پلیز گائیڈ می ود یور انسر۔ دیکھیں، یہ اس آیت کا کوئی تعلق اس طہارت اور پاکیزگی سے نہیں ہے جس کو ہم سمجھتے ہیں۔ یہ یہ آیت فرشتوں کے بارے میں ہے۔ یہاں انسان کا ذکر ہی نہیں ہے۔ اور یہ</w:t>
      </w:r>
    </w:p>
    <w:p>
      <w:r>
        <w:rPr>
          <w:b/>
        </w:rPr>
        <w:t xml:space="preserve">[1:02:38] </w:t>
      </w:r>
      <w:r>
        <w:t>aap dekhen, is ke alfaaz hain ke is ko nahi miss karte, lekin tahir log yani ek waqea</w:t>
      </w:r>
    </w:p>
    <w:p>
      <w:pPr>
        <w:jc w:val="right"/>
      </w:pPr>
      <w:r>
        <w:t>آپ دیکھیں، اس کے الفاظ ہیں کہ اس کو نہیں مس کرتے، لیکن طاہر لوگ یعنی ایک واقعہ</w:t>
      </w:r>
    </w:p>
    <w:p>
      <w:r>
        <w:rPr>
          <w:b/>
        </w:rPr>
        <w:t xml:space="preserve">[1:02:42] </w:t>
      </w:r>
      <w:r>
        <w:t>ka zikr hai.</w:t>
      </w:r>
    </w:p>
    <w:p>
      <w:pPr>
        <w:jc w:val="right"/>
      </w:pPr>
      <w:r>
        <w:t>کا ذکر ہے۔</w:t>
      </w:r>
    </w:p>
    <w:p>
      <w:r>
        <w:rPr>
          <w:b/>
        </w:rPr>
        <w:t xml:space="preserve">[1:02:46] </w:t>
      </w:r>
      <w:r>
        <w:t>yeh nahi hai ke jab tum quran ko chho'o to ja kar pehle pak apne ko pak karo.</w:t>
      </w:r>
    </w:p>
    <w:p>
      <w:pPr>
        <w:jc w:val="right"/>
      </w:pPr>
      <w:r>
        <w:t>یہ نہیں ہے کہ جب تم قرآن کو چھوؤ تو جا کر پہلے پاک اپنے کو پاک کرو۔</w:t>
      </w:r>
    </w:p>
    <w:p>
      <w:r>
        <w:rPr>
          <w:b/>
        </w:rPr>
        <w:t xml:space="preserve">[1:02:50] </w:t>
      </w:r>
      <w:r>
        <w:t>yeh amar ka saghar nahi hai.</w:t>
      </w:r>
    </w:p>
    <w:p>
      <w:pPr>
        <w:jc w:val="right"/>
      </w:pPr>
      <w:r>
        <w:t>یہ امر کا صغر نہیں ہے۔</w:t>
      </w:r>
    </w:p>
    <w:p>
      <w:r>
        <w:rPr>
          <w:b/>
        </w:rPr>
        <w:t xml:space="preserve">[1:02:53] </w:t>
      </w:r>
      <w:r>
        <w:t>yahan par yeh to ek khabar di gayi hai.</w:t>
      </w:r>
    </w:p>
    <w:p>
      <w:pPr>
        <w:jc w:val="right"/>
      </w:pPr>
      <w:r>
        <w:t>یہاں پر یہ تو ایک خبر دی گئی ہے۔</w:t>
      </w:r>
    </w:p>
    <w:p>
      <w:r>
        <w:rPr>
          <w:b/>
        </w:rPr>
        <w:t xml:space="preserve">[1:02:57] </w:t>
      </w:r>
      <w:r>
        <w:t>is ke alfaaz yeh nahi hain ke: "ae musalmano!</w:t>
      </w:r>
    </w:p>
    <w:p>
      <w:pPr>
        <w:jc w:val="right"/>
      </w:pPr>
      <w:r>
        <w:t>اس کے الفاظ یہ نہیں ہیں کہ: "اے مسلمانوں!</w:t>
      </w:r>
    </w:p>
    <w:p>
      <w:r>
        <w:rPr>
          <w:b/>
        </w:rPr>
        <w:t xml:space="preserve">[1:03:01] </w:t>
      </w:r>
      <w:r>
        <w:t>jab tum quran ko chho'o to pehle ja kar ke wazu karo".</w:t>
      </w:r>
    </w:p>
    <w:p>
      <w:pPr>
        <w:jc w:val="right"/>
      </w:pPr>
      <w:r>
        <w:t>جب تم قرآن کو چھوؤ تو پہلے جا کر کے وضو کرو"۔</w:t>
      </w:r>
    </w:p>
    <w:p>
      <w:r>
        <w:rPr>
          <w:b/>
        </w:rPr>
        <w:t xml:space="preserve">[1:03:05] </w:t>
      </w:r>
      <w:r>
        <w:t>yeh to hai hi nahi is mein. yeh</w:t>
      </w:r>
    </w:p>
    <w:p>
      <w:pPr>
        <w:jc w:val="right"/>
      </w:pPr>
      <w:r>
        <w:t>یہ تو ہے ہی نہیں اس میں۔ یہ</w:t>
      </w:r>
    </w:p>
    <w:p>
      <w:r>
        <w:rPr>
          <w:b/>
        </w:rPr>
        <w:t xml:space="preserve">[1:03:09] </w:t>
      </w:r>
      <w:r>
        <w:t>khud sakhta bana liya gaya hai. is ka tarjuma ayat ka yeh hai ke nahi touch karte is ko magar woh log jo ke pak hain, yaani already pak hain. woh aisa nahi ke wuzu kar ke apne ko pak banate hain. woh yeh saath kuch bhi taluq is masle se nahi jo bana liya gaya hai. to farishtay 24 ghantay har waqt pak hi rehte</w:t>
      </w:r>
    </w:p>
    <w:p>
      <w:pPr>
        <w:jc w:val="right"/>
      </w:pPr>
      <w:r>
        <w:t>خود ساختہ بنا لیا گیا ہے۔ اس کا ترجمہ آیت کا یہ ہے کہ نہیں ٹچ کرتے اس کو مگر وہ لوگ جو کہ پاک ہیں، یعنی الریڈی پاک ہیں۔ وہ ایسا نہیں کہ وضو کر کے اپنے کو پاک بناتے ہیں۔ وہ یہ ساتھ کچھ بھی تعلق اس مسئلے سے نہیں جو بنا لیا گیا ہے۔ تو فرشتے 24 گھنٹے ہر وقت پاک ہی رہتے</w:t>
      </w:r>
    </w:p>
    <w:p>
      <w:r>
        <w:rPr>
          <w:b/>
        </w:rPr>
        <w:t xml:space="preserve">[1:03:39] </w:t>
      </w:r>
      <w:r>
        <w:t>hain.</w:t>
      </w:r>
    </w:p>
    <w:p>
      <w:pPr>
        <w:jc w:val="right"/>
      </w:pPr>
      <w:r>
        <w:t>ہیں۔</w:t>
      </w:r>
    </w:p>
    <w:p>
      <w:r>
        <w:rPr>
          <w:b/>
        </w:rPr>
        <w:t xml:space="preserve">[1:03:43] </w:t>
      </w:r>
      <w:r>
        <w:t>un ke haan napaki koi tasawwur nahi parta.</w:t>
      </w:r>
    </w:p>
    <w:p>
      <w:pPr>
        <w:jc w:val="right"/>
      </w:pPr>
      <w:r>
        <w:t>ان کے ہاں ناپاکی کوئی تصور نہیں پڑتا۔</w:t>
      </w:r>
    </w:p>
    <w:p>
      <w:r>
        <w:rPr>
          <w:b/>
        </w:rPr>
        <w:t xml:space="preserve">[1:03:47] </w:t>
      </w:r>
      <w:r>
        <w:t>to mein to yaad rakhiye ke is mein ek khabar di gayi hai, koi hukum nahi diya gaya hai.</w:t>
      </w:r>
    </w:p>
    <w:p>
      <w:pPr>
        <w:jc w:val="right"/>
      </w:pPr>
      <w:r>
        <w:t>تو میں تو یاد رکھیے کہ اس میں ایک خبر دی گئی ہے، کوئی حکم نہیں دیا گیا ہے۔</w:t>
      </w:r>
    </w:p>
    <w:p>
      <w:r>
        <w:rPr>
          <w:b/>
        </w:rPr>
        <w:t xml:space="preserve">[1:03:52] </w:t>
      </w:r>
      <w:r>
        <w:t>agar hukum hota to is ke alfaaz doosre hote ke: "ae musalman!" jaise aaj jagah jagah aata hai</w:t>
      </w:r>
    </w:p>
    <w:p>
      <w:pPr>
        <w:jc w:val="right"/>
      </w:pPr>
      <w:r>
        <w:t>اگر حکم ہوتا تو اس کے الفاظ دوسرے ہوتے کہ: "اے مسلمان!" جیسے آج جگہ جگہ آتا ہے</w:t>
      </w:r>
    </w:p>
    <w:p>
      <w:r>
        <w:rPr>
          <w:b/>
        </w:rPr>
        <w:t xml:space="preserve">[1:03:56] </w:t>
      </w:r>
      <w:r>
        <w:t>na: "ae musalmano! ae momino!</w:t>
      </w:r>
    </w:p>
    <w:p>
      <w:pPr>
        <w:jc w:val="right"/>
      </w:pPr>
      <w:r>
        <w:t>نا: "اے مسلمانوں! اے مومنوں!</w:t>
      </w:r>
    </w:p>
    <w:p>
      <w:r>
        <w:rPr>
          <w:b/>
        </w:rPr>
        <w:t xml:space="preserve">[1:04:00] </w:t>
      </w:r>
      <w:r>
        <w:t>ae iman walo!" to wahi yahan hota: "ae iman walo!</w:t>
      </w:r>
    </w:p>
    <w:p>
      <w:pPr>
        <w:jc w:val="right"/>
      </w:pPr>
      <w:r>
        <w:t>اے ایمان والو!" تو وہی یہاں ہوتا: "اے ایمان والو!</w:t>
      </w:r>
    </w:p>
    <w:p>
      <w:r>
        <w:rPr>
          <w:b/>
        </w:rPr>
        <w:t xml:space="preserve">[1:04:05] </w:t>
      </w:r>
      <w:r>
        <w:t>جب تم قرآن کو چھونا ہو، تم کو touch کرنا ہو تو پہلے جا کر کے وضو کرو</w:t>
      </w:r>
    </w:p>
    <w:p>
      <w:pPr>
        <w:jc w:val="right"/>
      </w:pPr>
      <w:r>
        <w:t>جب تم قرآن کو چھونا ہو، تم کو ٹچ کرنا ہو تو پہلے جا کر کے وضو کرو</w:t>
      </w:r>
    </w:p>
    <w:p>
      <w:r>
        <w:rPr>
          <w:b/>
        </w:rPr>
        <w:t xml:space="preserve">[1:04:09] </w:t>
      </w:r>
      <w:r>
        <w:t>ya nahao".</w:t>
      </w:r>
    </w:p>
    <w:p>
      <w:pPr>
        <w:jc w:val="right"/>
      </w:pPr>
      <w:r>
        <w:t>یا نہاؤ"۔</w:t>
      </w:r>
    </w:p>
    <w:p>
      <w:r>
        <w:rPr>
          <w:b/>
        </w:rPr>
        <w:t xml:space="preserve">[1:04:13] </w:t>
      </w:r>
      <w:r>
        <w:t>kuch bhi jo hota, yeh to hai hi nahi is mein.</w:t>
      </w:r>
    </w:p>
    <w:p>
      <w:pPr>
        <w:jc w:val="right"/>
      </w:pPr>
      <w:r>
        <w:t>کچھ بھی جو ہوتا، یہ تو ہے ہی نہیں اس میں۔</w:t>
      </w:r>
    </w:p>
    <w:p>
      <w:r>
        <w:rPr>
          <w:b/>
        </w:rPr>
        <w:t xml:space="preserve">[1:04:17] </w:t>
      </w:r>
      <w:r>
        <w:t>aap kisi bhi quran ka le lijiye, is ka tarjuma padhiye.</w:t>
      </w:r>
    </w:p>
    <w:p>
      <w:pPr>
        <w:jc w:val="right"/>
      </w:pPr>
      <w:r>
        <w:t>آپ کسی بھی قرآن کا لے لیجئے، اس کا ترجمہ پڑھیے۔</w:t>
      </w:r>
    </w:p>
    <w:p>
      <w:r>
        <w:rPr>
          <w:b/>
        </w:rPr>
        <w:t xml:space="preserve">[1:04:20] </w:t>
      </w:r>
      <w:r>
        <w:t>tarjume mein kya hai? tarjume mein ek khabar ki baat ki gayi, ek waqea jo ho raha hai,</w:t>
      </w:r>
    </w:p>
    <w:p>
      <w:pPr>
        <w:jc w:val="right"/>
      </w:pPr>
      <w:r>
        <w:t>ترجمے میں کیا ہے؟ ترجمے میں ایک خبر کی بات کی گئی، ایک واقعہ جو ہو رہا ہے،</w:t>
      </w:r>
    </w:p>
    <w:p>
      <w:r>
        <w:rPr>
          <w:b/>
        </w:rPr>
        <w:t xml:space="preserve">[1:04:24] </w:t>
      </w:r>
      <w:r>
        <w:t>is ko bataya gaya ke jo quran utarta hai Allah ki taraf se to farishta lata tha is</w:t>
      </w:r>
    </w:p>
    <w:p>
      <w:pPr>
        <w:jc w:val="right"/>
      </w:pPr>
      <w:r>
        <w:t>اس کو بتایا گیا کہ جو قرآن اترتا ہے اللہ کی طرف سے تو فرشتہ لاتا تھا اس</w:t>
      </w:r>
    </w:p>
    <w:p>
      <w:r>
        <w:rPr>
          <w:b/>
        </w:rPr>
        <w:t xml:space="preserve">[1:04:28] </w:t>
      </w:r>
      <w:r>
        <w:t>ko rasool Allah ke paas.</w:t>
      </w:r>
    </w:p>
    <w:p>
      <w:pPr>
        <w:jc w:val="right"/>
      </w:pPr>
      <w:r>
        <w:t>کو رسول اللہ کے پاس۔</w:t>
      </w:r>
    </w:p>
    <w:p>
      <w:r>
        <w:rPr>
          <w:b/>
        </w:rPr>
        <w:t xml:space="preserve">[1:04:32] </w:t>
      </w:r>
      <w:r>
        <w:t>quran aata tha farishte ke zariye se.</w:t>
      </w:r>
    </w:p>
    <w:p>
      <w:pPr>
        <w:jc w:val="right"/>
      </w:pPr>
      <w:r>
        <w:t>قرآن آتا تھا فرشتے کے ذریعے سے۔</w:t>
      </w:r>
    </w:p>
    <w:p>
      <w:r>
        <w:rPr>
          <w:b/>
        </w:rPr>
        <w:t xml:space="preserve">[1:04:36] </w:t>
      </w:r>
      <w:r>
        <w:t>to is mein sirf yeh bataya ke Allah se le kar ke jo farishte</w:t>
      </w:r>
    </w:p>
    <w:p>
      <w:pPr>
        <w:jc w:val="right"/>
      </w:pPr>
      <w:r>
        <w:t>تو اس میں صرف یہ بتایا کہ اللہ سے لے کر کے جو فرشتے</w:t>
      </w:r>
    </w:p>
    <w:p>
      <w:r>
        <w:rPr>
          <w:b/>
        </w:rPr>
        <w:t xml:space="preserve">[1:04:40] </w:t>
      </w:r>
      <w:r>
        <w:t>is quran ko nabi tak pohnchte hain, woh bohat hi pak log hain.</w:t>
      </w:r>
    </w:p>
    <w:p>
      <w:pPr>
        <w:jc w:val="right"/>
      </w:pPr>
      <w:r>
        <w:t>اس قرآن کو نبی تک پہنچتے ہیں، وہ بہت ہی پاک لوگ ہیں۔</w:t>
      </w:r>
    </w:p>
    <w:p>
      <w:r>
        <w:rPr>
          <w:b/>
        </w:rPr>
        <w:t xml:space="preserve">[1:04:44] </w:t>
      </w:r>
      <w:r>
        <w:t>yani baqi yahan pak wazu karne ke silsile mein nahi hai.</w:t>
      </w:r>
    </w:p>
    <w:p>
      <w:pPr>
        <w:jc w:val="right"/>
      </w:pPr>
      <w:r>
        <w:t>یعنی باقی یہاں پاک وضو کرنے کے سلسلے میں نہیں ہے۔</w:t>
      </w:r>
    </w:p>
    <w:p>
      <w:r>
        <w:rPr>
          <w:b/>
        </w:rPr>
        <w:t xml:space="preserve">[1:04:48] </w:t>
      </w:r>
      <w:r>
        <w:t>matlab woh un ke andar nafarmani nahi hai, un ke andar inhiraf nahi hai, Allah ke hukum se</w:t>
      </w:r>
    </w:p>
    <w:p>
      <w:pPr>
        <w:jc w:val="right"/>
      </w:pPr>
      <w:r>
        <w:t>مطلب وہ ان کے اندر نافرمانی نہیں ہے، ان کے اندر انحراف نہیں ہے، اللہ کے حکم سے</w:t>
      </w:r>
    </w:p>
    <w:p>
      <w:r>
        <w:rPr>
          <w:b/>
        </w:rPr>
        <w:t xml:space="preserve">[1:04:52] </w:t>
      </w:r>
      <w:r>
        <w:t>khilaf nahi jate.</w:t>
      </w:r>
    </w:p>
    <w:p>
      <w:pPr>
        <w:jc w:val="right"/>
      </w:pPr>
      <w:r>
        <w:t>خلاف نہیں جاتے۔</w:t>
      </w:r>
    </w:p>
    <w:p>
      <w:r>
        <w:rPr>
          <w:b/>
        </w:rPr>
        <w:t xml:space="preserve">[1:04:57] </w:t>
      </w:r>
      <w:r>
        <w:t>woh woh har lehaz se pakiza log hain.</w:t>
      </w:r>
    </w:p>
    <w:p>
      <w:pPr>
        <w:jc w:val="right"/>
      </w:pPr>
      <w:r>
        <w:t>وہ وہ ہر لحاظ سے پاکیزہ لوگ ہیں۔</w:t>
      </w:r>
    </w:p>
    <w:p>
      <w:r>
        <w:rPr>
          <w:b/>
        </w:rPr>
        <w:t xml:space="preserve">[1:05:01] </w:t>
      </w:r>
      <w:r>
        <w:t>to yeh farishton ke bare mein hai aur is ka tarjuma khud batata hai ke yeh insan ke</w:t>
      </w:r>
    </w:p>
    <w:p>
      <w:pPr>
        <w:jc w:val="right"/>
      </w:pPr>
      <w:r>
        <w:t>تو یہ فرشتوں کے بارے میں ہے اور اس کا ترجمہ خود بتاتا ہے کہ یہ انسان کے</w:t>
      </w:r>
    </w:p>
    <w:p>
      <w:r>
        <w:rPr>
          <w:b/>
        </w:rPr>
        <w:t xml:space="preserve">[1:05:05] </w:t>
      </w:r>
      <w:r>
        <w:t>bare mein nahi</w:t>
      </w:r>
    </w:p>
    <w:p>
      <w:pPr>
        <w:jc w:val="right"/>
      </w:pPr>
      <w:r>
        <w:t>بارے میں نہیں</w:t>
      </w:r>
    </w:p>
    <w:p>
      <w:r>
        <w:rPr>
          <w:b/>
        </w:rPr>
        <w:t xml:space="preserve">[1:05:10] </w:t>
      </w:r>
      <w:r>
        <w:t>hai, farishton ke bare mein hai.</w:t>
      </w:r>
    </w:p>
    <w:p>
      <w:pPr>
        <w:jc w:val="right"/>
      </w:pPr>
      <w:r>
        <w:t>ہے، فرشتوں کے بارے میں ہے۔</w:t>
      </w:r>
    </w:p>
    <w:p>
      <w:r>
        <w:rPr>
          <w:b/>
        </w:rPr>
        <w:t xml:space="preserve">[1:05:15] </w:t>
      </w:r>
      <w:r>
        <w:t>isi tarah aap ja kar is ka tarjuma padhiye.</w:t>
      </w:r>
    </w:p>
    <w:p>
      <w:pPr>
        <w:jc w:val="right"/>
      </w:pPr>
      <w:r>
        <w:t>اسی طرح آپ جا کر اس کا ترجمہ پڑھیے۔</w:t>
      </w:r>
    </w:p>
    <w:p>
      <w:r>
        <w:rPr>
          <w:b/>
        </w:rPr>
        <w:t xml:space="preserve">[1:05:20] </w:t>
      </w:r>
      <w:r>
        <w:t>aap maulana, yeh sawal misster abdul lateef ka aaya hai karachi pakistan se.</w:t>
      </w:r>
    </w:p>
    <w:p>
      <w:pPr>
        <w:jc w:val="right"/>
      </w:pPr>
      <w:r>
        <w:t>آپ مولانا، یہ سوال مسٹر عبداللطیف کا آیا ہے کراچی پاکستان سے۔</w:t>
      </w:r>
    </w:p>
    <w:p>
      <w:r>
        <w:rPr>
          <w:b/>
        </w:rPr>
        <w:t xml:space="preserve">[1:05:25] </w:t>
      </w:r>
      <w:r>
        <w:t>unhon ne likha hai: "sawal se pehle main allah taala ki baargah mein dua karta hoon ke allah</w:t>
      </w:r>
    </w:p>
    <w:p>
      <w:pPr>
        <w:jc w:val="right"/>
      </w:pPr>
      <w:r>
        <w:t>انہوں نے لکھا ہے: "سوال سے پہلے میں اللہ تعالی کی بارگاہ میں دعا کرتا ہوں کہ اللہ</w:t>
      </w:r>
    </w:p>
    <w:p>
      <w:r>
        <w:rPr>
          <w:b/>
        </w:rPr>
        <w:t xml:space="preserve">[1:05:31] </w:t>
      </w:r>
      <w:r>
        <w:t>taala aap ko aur cps ke jumla arkan ko dawat o tablegh ke maidan mein sargram</w:t>
      </w:r>
    </w:p>
    <w:p>
      <w:pPr>
        <w:jc w:val="right"/>
      </w:pPr>
      <w:r>
        <w:t>تعالی آپ کو اور سی پی ایس کے جملہ ارکان کو دعوت و تبلیغ کے میدان میں سرگرم</w:t>
      </w:r>
    </w:p>
    <w:p>
      <w:r>
        <w:rPr>
          <w:b/>
        </w:rPr>
        <w:t xml:space="preserve">[1:05:36] </w:t>
      </w:r>
      <w:r>
        <w:t>e amal hone ki wajah se aakhirat ki kamyabi ata farmaye."</w:t>
      </w:r>
    </w:p>
    <w:p>
      <w:pPr>
        <w:jc w:val="right"/>
      </w:pPr>
      <w:r>
        <w:t>عمل ہونے کی وجہ سے آخرت کی کامیابی عطا فرمائے۔"</w:t>
      </w:r>
    </w:p>
    <w:p>
      <w:r>
        <w:rPr>
          <w:b/>
        </w:rPr>
        <w:t xml:space="preserve">[1:05:41] </w:t>
      </w:r>
      <w:r>
        <w:t>mera sawal yeh hai ke kya jannat mein yahoodi, muslims, christians aur hindu waghera ke saleh log jayen</w:t>
      </w:r>
    </w:p>
    <w:p>
      <w:pPr>
        <w:jc w:val="right"/>
      </w:pPr>
      <w:r>
        <w:t>میرا سوال یہ ہے کہ کیا جنت میں یہودی، مسلمز، کرسچنز اور ہندو وغیرہ کے صالح لوگ جائیں</w:t>
      </w:r>
    </w:p>
    <w:p>
      <w:r>
        <w:rPr>
          <w:b/>
        </w:rPr>
        <w:t xml:space="preserve">[1:05:51] </w:t>
      </w:r>
      <w:r>
        <w:t>ge ya sirf allah ki marifat wale log? insanon mein se kahiye aap, yeh nahi ke falan falan</w:t>
      </w:r>
    </w:p>
    <w:p>
      <w:pPr>
        <w:jc w:val="right"/>
      </w:pPr>
      <w:r>
        <w:t>گے یا صرف اللہ کی معرفت والے لوگ؟ انسانوں میں سے کہیے آپ، یہ نہیں کہ فلاں فلاں</w:t>
      </w:r>
    </w:p>
    <w:p>
      <w:r>
        <w:rPr>
          <w:b/>
        </w:rPr>
        <w:t xml:space="preserve">[1:06:01] </w:t>
      </w:r>
      <w:r>
        <w:t>guroh ka jo aap naam le rahe hain, aap to is is se koi talluq jannat ka nahi hai.</w:t>
      </w:r>
    </w:p>
    <w:p>
      <w:pPr>
        <w:jc w:val="right"/>
      </w:pPr>
      <w:r>
        <w:t>گروہ کا جو آپ نام لے رہے ہیں، آپ تو اس اس سے کوئی تعلق جنت کا نہیں ہے۔</w:t>
      </w:r>
    </w:p>
    <w:p>
      <w:r>
        <w:rPr>
          <w:b/>
        </w:rPr>
        <w:t xml:space="preserve">[1:06:12] </w:t>
      </w:r>
      <w:r>
        <w:t>jannat ka taluq hai woh insan jo imaan aur amal salih par poora utre. jo quran ke jo alfaaz hain, woh hain: " imaan aur amal salih, zalik jaza mantazk". jo apna tazkiya kare. to quran mein jo alfaaz hain, woh imaan, amal salih, tazkiya, taqwa yeh alfaaz hain. hum yeh kehte hain ke yeh sari siftain jo hain, is se bhi pehle ek ch</w:t>
      </w:r>
    </w:p>
    <w:p>
      <w:pPr>
        <w:jc w:val="right"/>
      </w:pPr>
      <w:r>
        <w:t>جنت کا تعلق ہے وہ انسان جو ایمان اور عمل صالح پر پورا اترے۔ جو قرآن کے جو الفاظ ہیں، وہ ہیں: "ایمان اور عمل صالح، ذالک جزا منتزک"۔ جو اپنا تزکیہ کرے۔ تو قرآن میں جو الفاظ ہیں، وہ ایمان، عمل صالح، تزکیہ، تقویٰ یہ الفاظ ہیں۔ ہم یہ کہتے ہیں کہ یہ ساری صفتیں جو ہیں، اس سے بھی پہلے ایک چ</w:t>
      </w:r>
    </w:p>
    <w:p>
      <w:r>
        <w:rPr>
          <w:b/>
        </w:rPr>
        <w:t xml:space="preserve">[1:06:42] </w:t>
      </w:r>
      <w:r>
        <w:t>yaz matloob hai, woh hai marifat.</w:t>
      </w:r>
    </w:p>
    <w:p>
      <w:pPr>
        <w:jc w:val="right"/>
      </w:pPr>
      <w:r>
        <w:t>یز مطلوب ہے، وہ ہے معرفت۔</w:t>
      </w:r>
    </w:p>
    <w:p>
      <w:r>
        <w:rPr>
          <w:b/>
        </w:rPr>
        <w:t xml:space="preserve">[1:06:48] </w:t>
      </w:r>
      <w:r>
        <w:t>jab tak aap ko allah ki marifat nahi hoti hai, allah ki daryaft nahi hoti hai, tab tak</w:t>
      </w:r>
    </w:p>
    <w:p>
      <w:pPr>
        <w:jc w:val="right"/>
      </w:pPr>
      <w:r>
        <w:t>جب تک آپ کو اللہ کی معرفت نہیں ہوتی ہے، اللہ کی دریافت نہیں ہوتی ہے، تب تک</w:t>
      </w:r>
    </w:p>
    <w:p>
      <w:r>
        <w:rPr>
          <w:b/>
        </w:rPr>
        <w:t xml:space="preserve">[1:06:54] </w:t>
      </w:r>
      <w:r>
        <w:t>yeh sawal ubhrenge nahi aap ke andar.</w:t>
      </w:r>
    </w:p>
    <w:p>
      <w:pPr>
        <w:jc w:val="right"/>
      </w:pPr>
      <w:r>
        <w:t>یہ سوال ابھریں گے نہیں آپ کے اندر۔</w:t>
      </w:r>
    </w:p>
    <w:p>
      <w:r>
        <w:rPr>
          <w:b/>
        </w:rPr>
        <w:t xml:space="preserve">[1:07:00] </w:t>
      </w:r>
      <w:r>
        <w:t>to is mein koi shaq nahi ke jannat mein dakhle ki shartein wahi hain: imaan, amal saleh, taqwa, tazkiya.</w:t>
      </w:r>
    </w:p>
    <w:p>
      <w:pPr>
        <w:jc w:val="right"/>
      </w:pPr>
      <w:r>
        <w:t>تو اس میں کوئی شک نہیں کہ جنت میں داخلے کی شرطیں وہی ہیں: ایمان، عمل صالح، تقویٰ، تزکیہ۔</w:t>
      </w:r>
    </w:p>
    <w:p>
      <w:r>
        <w:rPr>
          <w:b/>
        </w:rPr>
        <w:t xml:space="preserve">[1:07:06] </w:t>
      </w:r>
      <w:r>
        <w:t>lekin yeh sab kab hota hai? jab aap ke andar marifat aa gayi ho, allah ki darya</w:t>
      </w:r>
    </w:p>
    <w:p>
      <w:pPr>
        <w:jc w:val="right"/>
      </w:pPr>
      <w:r>
        <w:t>لیکن یہ سب کب ہوتا ہے؟ جب آپ کے اندر معرفت آ گئی ہو، اللہ کی دریا</w:t>
      </w:r>
    </w:p>
    <w:p>
      <w:r>
        <w:rPr>
          <w:b/>
        </w:rPr>
        <w:t xml:space="preserve">[1:07:12] </w:t>
      </w:r>
      <w:r>
        <w:t>ft ki ho, aap ne Allah ki barhai ko aap ke zehn mein napa liya ho. jab tak aap Allah ki azmat ko, Allah ki barhai ko daryaft nahi karenge, yeh sifatain ubhrengi nahi aap ke andar. is hissay se marifat ka taluq is se ho jata hai. Maulana Zikwan Nadvi ne Delhi se likha hai: " ek guftagu ke douran aap ne فرم</w:t>
      </w:r>
    </w:p>
    <w:p>
      <w:pPr>
        <w:jc w:val="right"/>
      </w:pPr>
      <w:r>
        <w:t>فت کی ہو، آپ نے اللہ کی بڑائی کو آپ کے ذہن میں نپا لیا ہو۔ جب تک آپ اللہ کی عظمت کو، اللہ کی بڑائی کو دریافت نہیں کریں گے، یہ صفتیں ابھریں گی نہیں آپ کے اندر۔ اس حصے سے معرفت کا تعلق اس سے ہو جاتا ہے۔ مولانا زکوان ندوی نے دلی سے لکھا ہے: "ایک گفتگو کے دوران آپ نے فرم</w:t>
      </w:r>
    </w:p>
    <w:p>
      <w:r>
        <w:rPr>
          <w:b/>
        </w:rPr>
        <w:t xml:space="preserve">[1:07:42] </w:t>
      </w:r>
      <w:r>
        <w:t>aya tha ke quran mein yahood o nasara se taluq ko tark karne ka jo hukum diya gaya hai, woh koi aam hukum nahi. is ka taluq us halat se hai jabke musalman aur yahood at war hon. quran ki mazkoorah ayat ka taluq jangii soorat-e-haal se hai. is ko janne ki ilmi buniyad kya hai?" yaani buniyad hai shan-e-nuzool. saaray ulma mante hain ke qura</w:t>
      </w:r>
    </w:p>
    <w:p>
      <w:pPr>
        <w:jc w:val="right"/>
      </w:pPr>
      <w:r>
        <w:t>ایا تھا کہ قرآن میں یہود و نصاری سے تعلق کو ترک کرنے کا جو حکم دیا گیا ہے، وہ کوئی عمومی حکم نہیں۔ اس کا تعلق اس حالت سے ہے جبکہ مسلمان اور یہود ایٹ وار ہوں۔ قرآن کی مذکورہ آیت کا تعلق جنگی صورتحال سے ہے۔ اس کو جاننے کی علمی بنیاد کیا ہے؟" یعنی بنیاد ہے شان نزول۔ سارے علماء مانتے ہیں کہ قر</w:t>
      </w:r>
    </w:p>
    <w:p>
      <w:r>
        <w:rPr>
          <w:b/>
        </w:rPr>
        <w:t xml:space="preserve">[1:08:12] </w:t>
      </w:r>
      <w:r>
        <w:t>an ko samajhne ke liye shan e nuzool ki riwayatein zaroori hain, jaanna asbab e nuzool yani background jis</w:t>
      </w:r>
    </w:p>
    <w:p>
      <w:pPr>
        <w:jc w:val="right"/>
      </w:pPr>
      <w:r>
        <w:t>آن کو سمجھنے کے لیے شان نزول کی روایتیں ضروری ہیں، جاننا اسباب نزول یعنی بیک گراؤنڈ جس</w:t>
      </w:r>
    </w:p>
    <w:p>
      <w:r>
        <w:rPr>
          <w:b/>
        </w:rPr>
        <w:t xml:space="preserve">[1:08:18] </w:t>
      </w:r>
      <w:r>
        <w:t>ko hum kehte hain.</w:t>
      </w:r>
    </w:p>
    <w:p>
      <w:pPr>
        <w:jc w:val="right"/>
      </w:pPr>
      <w:r>
        <w:t>کو ہم کہتے ہیں۔</w:t>
      </w:r>
    </w:p>
    <w:p>
      <w:r>
        <w:rPr>
          <w:b/>
        </w:rPr>
        <w:t xml:space="preserve">[1:08:24] </w:t>
      </w:r>
      <w:r>
        <w:t>to baqayda riwayatein hain aur kuch tafaseer likhi gayi hain inhi riwayaton par le kar ke, mislan tafseer ibn e kaseer.</w:t>
      </w:r>
    </w:p>
    <w:p>
      <w:pPr>
        <w:jc w:val="right"/>
      </w:pPr>
      <w:r>
        <w:t>تو باقاعدہ روایتیں ہیں اور کچھ تفسیریں لکھی گئی ہیں انہی روایتوں پر لے کر کے، مثلاً تفسیر ابن کثیر۔</w:t>
      </w:r>
    </w:p>
    <w:p>
      <w:r>
        <w:rPr>
          <w:b/>
        </w:rPr>
        <w:t xml:space="preserve">[1:08:30] </w:t>
      </w:r>
      <w:r>
        <w:t>to aap yeh dekhiye in in in riwayaton ko le kar ke ke yeh aayatein kab utri theen.</w:t>
      </w:r>
    </w:p>
    <w:p>
      <w:pPr>
        <w:jc w:val="right"/>
      </w:pPr>
      <w:r>
        <w:t>تو آپ یہ دیکھیے ان ان ان روایتوں کو لے کر کے کہ یہ آیتیں کب اتری تھیں۔</w:t>
      </w:r>
    </w:p>
    <w:p>
      <w:r>
        <w:rPr>
          <w:b/>
        </w:rPr>
        <w:t xml:space="preserve">[1:08:36] </w:t>
      </w:r>
      <w:r>
        <w:t>to yeh riwayatein utri</w:t>
      </w:r>
    </w:p>
    <w:p>
      <w:pPr>
        <w:jc w:val="right"/>
      </w:pPr>
      <w:r>
        <w:t>تو یہ روایتیں اتری</w:t>
      </w:r>
    </w:p>
    <w:p>
      <w:r>
        <w:rPr>
          <w:b/>
        </w:rPr>
        <w:t xml:space="preserve">[1:08:42] </w:t>
      </w:r>
      <w:r>
        <w:t>hain makke mein nahi, aisi koi aayat makke mein nahi utri hai.</w:t>
      </w:r>
    </w:p>
    <w:p>
      <w:pPr>
        <w:jc w:val="right"/>
      </w:pPr>
      <w:r>
        <w:t>ہیں مکے میں نہیں، ایسی کوئی آیت مکے میں نہیں اتری ہے۔</w:t>
      </w:r>
    </w:p>
    <w:p>
      <w:r>
        <w:rPr>
          <w:b/>
        </w:rPr>
        <w:t xml:space="preserve">[1:08:46] </w:t>
      </w:r>
      <w:r>
        <w:t>madine mein utri hain jabke halat e jang mein qayam ho chuki thi.</w:t>
      </w:r>
    </w:p>
    <w:p>
      <w:pPr>
        <w:jc w:val="right"/>
      </w:pPr>
      <w:r>
        <w:t>مدینے میں اتری ہیں جبکہ حالت جنگ میں قائم ہو چکی تھی۔</w:t>
      </w:r>
    </w:p>
    <w:p>
      <w:r>
        <w:rPr>
          <w:b/>
        </w:rPr>
        <w:t xml:space="preserve">[1:08:51] </w:t>
      </w:r>
      <w:r>
        <w:t>yeh is tarah ki jadeed aayatein hain, madani aayatein hain, makki nahi hain.</w:t>
      </w:r>
    </w:p>
    <w:p>
      <w:pPr>
        <w:jc w:val="right"/>
      </w:pPr>
      <w:r>
        <w:t>یہ اس طرح کی جدید آیتیں ہیں، مدنی آیتیں ہیں، مکی نہیں ہیں۔</w:t>
      </w:r>
    </w:p>
    <w:p>
      <w:r>
        <w:rPr>
          <w:b/>
        </w:rPr>
        <w:t xml:space="preserve">[1:08:55] </w:t>
      </w:r>
      <w:r>
        <w:t>to ilmi taur par is ko samajhne ka jo zariya hai, wahi hai jo ulma mante hain ke</w:t>
      </w:r>
    </w:p>
    <w:p>
      <w:pPr>
        <w:jc w:val="right"/>
      </w:pPr>
      <w:r>
        <w:t>تو علمی طور پر اس کو سمجھنے کا جو ذریعہ ہے، وہی ہے جو علماء مانتے ہیں کہ</w:t>
      </w:r>
    </w:p>
    <w:p>
      <w:r>
        <w:rPr>
          <w:b/>
        </w:rPr>
        <w:t xml:space="preserve">[1:08:59] </w:t>
      </w:r>
      <w:r>
        <w:t>aayaton ko shan e nuzool ke samjho, asbab e nuzool ke zariye samjho.</w:t>
      </w:r>
    </w:p>
    <w:p>
      <w:pPr>
        <w:jc w:val="right"/>
      </w:pPr>
      <w:r>
        <w:t>آیتوں کو شان نزول کے سمجھو، اسباب نزول کے ذریعے سمجھو۔</w:t>
      </w:r>
    </w:p>
    <w:p>
      <w:r>
        <w:rPr>
          <w:b/>
        </w:rPr>
        <w:t xml:space="preserve">[1:09:04] </w:t>
      </w:r>
      <w:r>
        <w:t>yani woh aayat kab utri hai, kis mahol mein utri hai, kis masle mein utri hai, is ko jano.</w:t>
      </w:r>
    </w:p>
    <w:p>
      <w:pPr>
        <w:jc w:val="right"/>
      </w:pPr>
      <w:r>
        <w:t>یعنی وہ آیت کب اتری ہے، کس ماحول میں اتری ہے، کس مسئلے میں اتری ہے، اس کو جانو۔</w:t>
      </w:r>
    </w:p>
    <w:p>
      <w:r>
        <w:rPr>
          <w:b/>
        </w:rPr>
        <w:t xml:space="preserve">[1:09:08] </w:t>
      </w:r>
      <w:r>
        <w:t>to main yeh kahunga ke yeh aayatein</w:t>
      </w:r>
    </w:p>
    <w:p>
      <w:pPr>
        <w:jc w:val="right"/>
      </w:pPr>
      <w:r>
        <w:t>تو میں یہ کہوں گا کہ یہ آیتیں</w:t>
      </w:r>
    </w:p>
    <w:p>
      <w:r>
        <w:rPr>
          <w:b/>
        </w:rPr>
        <w:t xml:space="preserve">[1:09:12] </w:t>
      </w:r>
      <w:r>
        <w:t>makke mein nahi utri, madine mein utri hain aur us waqt utri hain jabke jang chhut chuki thi</w:t>
      </w:r>
    </w:p>
    <w:p>
      <w:pPr>
        <w:jc w:val="right"/>
      </w:pPr>
      <w:r>
        <w:t>مکے میں نہیں اتری، مدینے میں اتری ہیں اور اس وقت اتری ہیں جبکہ جنگ چھٹ چکی تھی</w:t>
      </w:r>
    </w:p>
    <w:p>
      <w:r>
        <w:rPr>
          <w:b/>
        </w:rPr>
        <w:t xml:space="preserve">[1:09:17] </w:t>
      </w:r>
      <w:r>
        <w:t>aur muslims aur doosre log uth waar ho chuke thay.</w:t>
      </w:r>
    </w:p>
    <w:p>
      <w:pPr>
        <w:jc w:val="right"/>
      </w:pPr>
      <w:r>
        <w:t>اور مسلمز اور دوسرے لوگ اٹھ وار ہو چکے تھے۔</w:t>
      </w:r>
    </w:p>
    <w:p>
      <w:r>
        <w:rPr>
          <w:b/>
        </w:rPr>
        <w:t xml:space="preserve">[1:09:22] </w:t>
      </w:r>
      <w:r>
        <w:t>is wajah se yeh isi pas manzar mein is ko hum samajh sakte hain, is ko alag kar</w:t>
      </w:r>
    </w:p>
    <w:p>
      <w:pPr>
        <w:jc w:val="right"/>
      </w:pPr>
      <w:r>
        <w:t>اس وجہ سے یہ اسی پس منظر میں اس کو ہم سمجھ سکتے ہیں، اس کو الگ کر</w:t>
      </w:r>
    </w:p>
    <w:p>
      <w:r>
        <w:rPr>
          <w:b/>
        </w:rPr>
        <w:t xml:space="preserve">[1:09:27] </w:t>
      </w:r>
      <w:r>
        <w:t>ke hum nahi samajh sakte.</w:t>
      </w:r>
    </w:p>
    <w:p>
      <w:pPr>
        <w:jc w:val="right"/>
      </w:pPr>
      <w:r>
        <w:t>کے ہم نہیں سمجھ سکتے۔</w:t>
      </w:r>
    </w:p>
    <w:p>
      <w:r>
        <w:rPr>
          <w:b/>
        </w:rPr>
        <w:t xml:space="preserve">[1:09:32] </w:t>
      </w:r>
      <w:r>
        <w:t>maulana, agla sawal aaya hai miss saira ka karachi pakistan se.</w:t>
      </w:r>
    </w:p>
    <w:p>
      <w:pPr>
        <w:jc w:val="right"/>
      </w:pPr>
      <w:r>
        <w:t>مولانا، اگلا سوال آیا ہے مس سائرہ کا کراچی پاکستان سے۔</w:t>
      </w:r>
    </w:p>
    <w:p>
      <w:r>
        <w:rPr>
          <w:b/>
        </w:rPr>
        <w:t xml:space="preserve">[1:09:37] </w:t>
      </w:r>
      <w:r>
        <w:t>unhon ne likha hai: "aaj kal poori dunya mein ghair muslimon mein da</w:t>
      </w:r>
    </w:p>
    <w:p>
      <w:pPr>
        <w:jc w:val="right"/>
      </w:pPr>
      <w:r>
        <w:t>انہوں نے لکھا ہے: "آج کل پوری دنیا میں غیر مسلموں میں دع</w:t>
      </w:r>
    </w:p>
    <w:p>
      <w:r>
        <w:rPr>
          <w:b/>
        </w:rPr>
        <w:t xml:space="preserve">[1:09:42] </w:t>
      </w:r>
      <w:r>
        <w:t>wat o tablighi ka kaam CPS team ke ilawa kahin bhi nazar nahi aata. is ki kya wajah hai?" baat yeh hai ke musalmano par is daur mein, yeh jo daur aaya hai, is mein musalmano par mukhtalif asbab</w:t>
      </w:r>
    </w:p>
    <w:p>
      <w:pPr>
        <w:jc w:val="right"/>
      </w:pPr>
      <w:r>
        <w:t>وت و تبلیغی کا کام سی پی ایس ٹیم کے علاوہ کہیں بھی نظر نہیں آتا۔ اس کی کیا وجہ ہے؟" بات یہ ہے کہ مسلمانوں پر اس دور میں، یہ جو دور آیا ہے، اس میں مسلمانوں پر مختلف اسباب</w:t>
      </w:r>
    </w:p>
    <w:p>
      <w:r>
        <w:rPr>
          <w:b/>
        </w:rPr>
        <w:t xml:space="preserve">[1:10:12] </w:t>
      </w:r>
      <w:r>
        <w:t>se yeh chha gaya ke hum hum hamare khilaaf saazish ki ja rahi hai.</w:t>
      </w:r>
    </w:p>
    <w:p>
      <w:pPr>
        <w:jc w:val="right"/>
      </w:pPr>
      <w:r>
        <w:t>سے یہ چھا گیا کہ ہم ہم ہمارے خلاف سازش کی جا رہی ہے۔</w:t>
      </w:r>
    </w:p>
    <w:p>
      <w:r>
        <w:rPr>
          <w:b/>
        </w:rPr>
        <w:t xml:space="preserve">[1:10:18] </w:t>
      </w:r>
      <w:r>
        <w:t>sab log dushman hain, hamare sab islam ke khilaaf sargarmian kar rahe hain log.</w:t>
      </w:r>
    </w:p>
    <w:p>
      <w:pPr>
        <w:jc w:val="right"/>
      </w:pPr>
      <w:r>
        <w:t>سب لوگ دشمن ہیں، ہمارے سب اسلام کے خلاف سرگرمیاں کر رہے ہیں لوگ۔</w:t>
      </w:r>
    </w:p>
    <w:p>
      <w:r>
        <w:rPr>
          <w:b/>
        </w:rPr>
        <w:t xml:space="preserve">[1:10:25] </w:t>
      </w:r>
      <w:r>
        <w:t>to musalmanon ke andar mizaj aa gaya takrao ka, ladaai bhadaai ka.</w:t>
      </w:r>
    </w:p>
    <w:p>
      <w:pPr>
        <w:jc w:val="right"/>
      </w:pPr>
      <w:r>
        <w:t>تو مسلمانوں کے اندر مزاج آ گیا ٹکراؤ کا، لڑائی بھڑائی کا۔</w:t>
      </w:r>
    </w:p>
    <w:p>
      <w:r>
        <w:rPr>
          <w:b/>
        </w:rPr>
        <w:t xml:space="preserve">[1:10:31] </w:t>
      </w:r>
      <w:r>
        <w:t>wohi kar rahe hain is musalman ya to nafrat karte hain ya tashaddud karte hain ya baqaida takrao karte hain.</w:t>
      </w:r>
    </w:p>
    <w:p>
      <w:pPr>
        <w:jc w:val="right"/>
      </w:pPr>
      <w:r>
        <w:t>وہی کر رہے ہیں اس مسلمان یا تو نفرت کرتے ہیں یا تشدد کرتے ہیں یا باقاعدہ ٹکراؤ کرتے ہیں۔</w:t>
      </w:r>
    </w:p>
    <w:p>
      <w:r>
        <w:rPr>
          <w:b/>
        </w:rPr>
        <w:t xml:space="preserve">[1:10:37] </w:t>
      </w:r>
      <w:r>
        <w:t>to yeh jo mizaj aaya hai, yeh sau do sau saal ke andar aaya hai. jabke magh</w:t>
      </w:r>
    </w:p>
    <w:p>
      <w:pPr>
        <w:jc w:val="right"/>
      </w:pPr>
      <w:r>
        <w:t>تو یہ جو مزاج آیا ہے، یہ سو دو سو سال کے اندر آیا ہے۔ جبکہ مغ</w:t>
      </w:r>
    </w:p>
    <w:p>
      <w:r>
        <w:rPr>
          <w:b/>
        </w:rPr>
        <w:t xml:space="preserve">[1:10:43] </w:t>
      </w:r>
      <w:r>
        <w:t>rabi qoumein ubhren aur europe se aur har jagah in ko dabdaba mila, to musalmanon mein reaction</w:t>
      </w:r>
    </w:p>
    <w:p>
      <w:pPr>
        <w:jc w:val="right"/>
      </w:pPr>
      <w:r>
        <w:t>ربی قومیں ابھریں اور یورپ سے اور ہر جگہ ان کو دبدبہ ملا، تو مسلمانوں میں ری ایکشن</w:t>
      </w:r>
    </w:p>
    <w:p>
      <w:r>
        <w:rPr>
          <w:b/>
        </w:rPr>
        <w:t xml:space="preserve">[1:10:48] </w:t>
      </w:r>
      <w:r>
        <w:t>ke taur par yeh mizaj paida hua.</w:t>
      </w:r>
    </w:p>
    <w:p>
      <w:pPr>
        <w:jc w:val="right"/>
      </w:pPr>
      <w:r>
        <w:t>کے طور پر یہ مزاج پیدا ہوا۔</w:t>
      </w:r>
    </w:p>
    <w:p>
      <w:r>
        <w:rPr>
          <w:b/>
        </w:rPr>
        <w:t xml:space="preserve">[1:10:53] </w:t>
      </w:r>
      <w:r>
        <w:t>is waqt saare musalman reaction ki nafsiyat mein jeete hain.</w:t>
      </w:r>
    </w:p>
    <w:p>
      <w:pPr>
        <w:jc w:val="right"/>
      </w:pPr>
      <w:r>
        <w:t>اس وقت سارے مسلمان ری ایکشن کی نفسیات میں جیتے ہیں۔</w:t>
      </w:r>
    </w:p>
    <w:p>
      <w:r>
        <w:rPr>
          <w:b/>
        </w:rPr>
        <w:t xml:space="preserve">[1:10:58] </w:t>
      </w:r>
      <w:r>
        <w:t>to aap ki koshish honi chahiye ke logon ko reaction se nikalen.</w:t>
      </w:r>
    </w:p>
    <w:p>
      <w:pPr>
        <w:jc w:val="right"/>
      </w:pPr>
      <w:r>
        <w:t>تو آپ کی کوشش ہونی چاہیے کہ لوگوں کو ری ایکشن سے نکالیں۔</w:t>
      </w:r>
    </w:p>
    <w:p>
      <w:r>
        <w:rPr>
          <w:b/>
        </w:rPr>
        <w:t xml:space="preserve">[1:11:03] </w:t>
      </w:r>
      <w:r>
        <w:t>isi liye mein zor deta hoon bohat zyada positive thinking par.</w:t>
      </w:r>
    </w:p>
    <w:p>
      <w:pPr>
        <w:jc w:val="right"/>
      </w:pPr>
      <w:r>
        <w:t>اسی لیے میں زور دیتا ہوں بہت زیادہ پازیٹیو تھنکنگ پر۔</w:t>
      </w:r>
    </w:p>
    <w:p>
      <w:r>
        <w:rPr>
          <w:b/>
        </w:rPr>
        <w:t xml:space="preserve">[1:11:08] </w:t>
      </w:r>
      <w:r>
        <w:t>jab tak aap musalmanon ko reaction ki nafsiyat se azaad nahi karenge, woh is baat ko samajh nahi</w:t>
      </w:r>
    </w:p>
    <w:p>
      <w:pPr>
        <w:jc w:val="right"/>
      </w:pPr>
      <w:r>
        <w:t>جب تک آپ مسلمانوں کو ری ایکشن کی نفسیات سے آزاد نہیں کریں گے، وہ اس بات کو سمجھ نہیں</w:t>
      </w:r>
    </w:p>
    <w:p>
      <w:r>
        <w:rPr>
          <w:b/>
        </w:rPr>
        <w:t xml:space="preserve">[1:11:13] </w:t>
      </w:r>
      <w:r>
        <w:t>paayenge.</w:t>
      </w:r>
    </w:p>
    <w:p>
      <w:pPr>
        <w:jc w:val="right"/>
      </w:pPr>
      <w:r>
        <w:t>پائیں گے۔</w:t>
      </w:r>
    </w:p>
    <w:p>
      <w:r>
        <w:rPr>
          <w:b/>
        </w:rPr>
        <w:t xml:space="preserve">[1:11:17] </w:t>
      </w:r>
      <w:r>
        <w:t>kyun ke reaction ki nafsiyat ka kya nateeja hua hai ke doosri qoumein aap ko lagti hain dushman, saazishi.</w:t>
      </w:r>
    </w:p>
    <w:p>
      <w:pPr>
        <w:jc w:val="right"/>
      </w:pPr>
      <w:r>
        <w:t>کیونکہ ری ایکشن کی نفسیات کا کیا نتیجہ ہوا ہے کہ دوسری قومیں آپ کو لگتی ہیں دشمن، سازشی۔</w:t>
      </w:r>
    </w:p>
    <w:p>
      <w:r>
        <w:rPr>
          <w:b/>
        </w:rPr>
        <w:t xml:space="preserve">[1:11:21] </w:t>
      </w:r>
      <w:r>
        <w:t>to un ko dawat kya den ge aap? dawat ke liye zaroori hai ke aap doosron qomon ko</w:t>
      </w:r>
    </w:p>
    <w:p>
      <w:pPr>
        <w:jc w:val="right"/>
      </w:pPr>
      <w:r>
        <w:t>تو ان کو دعوت کیا دیں گے آپ؟ دعوت کے لیے ضروری ہے کہ آپ دوسروں قوموں کو</w:t>
      </w:r>
    </w:p>
    <w:p>
      <w:r>
        <w:rPr>
          <w:b/>
        </w:rPr>
        <w:t xml:space="preserve">[1:11:26] </w:t>
      </w:r>
      <w:r>
        <w:t>ke khair khwah hon, nasir hon.</w:t>
      </w:r>
    </w:p>
    <w:p>
      <w:pPr>
        <w:jc w:val="right"/>
      </w:pPr>
      <w:r>
        <w:t>کہ خیر خواہ ہوں، ناصر ہوں۔</w:t>
      </w:r>
    </w:p>
    <w:p>
      <w:r>
        <w:rPr>
          <w:b/>
        </w:rPr>
        <w:t xml:space="preserve">[1:11:30] </w:t>
      </w:r>
      <w:r>
        <w:t>to khair khwahi to hai nahi.</w:t>
      </w:r>
    </w:p>
    <w:p>
      <w:pPr>
        <w:jc w:val="right"/>
      </w:pPr>
      <w:r>
        <w:t>تو خیر خواہی تو ہے نہیں۔</w:t>
      </w:r>
    </w:p>
    <w:p>
      <w:r>
        <w:rPr>
          <w:b/>
        </w:rPr>
        <w:t xml:space="preserve">[1:11:34] </w:t>
      </w:r>
      <w:r>
        <w:t>jab khair khwahi nahi hai to wohi hai jo is waqt ho raha hoga.</w:t>
      </w:r>
    </w:p>
    <w:p>
      <w:pPr>
        <w:jc w:val="right"/>
      </w:pPr>
      <w:r>
        <w:t>جب خیر خواہی نہیں ہے تو وہی ہے جو اس وقت ہو رہا ہوگا۔</w:t>
      </w:r>
    </w:p>
    <w:p>
      <w:r>
        <w:rPr>
          <w:b/>
        </w:rPr>
        <w:t xml:space="preserve">[1:11:39] </w:t>
      </w:r>
      <w:r>
        <w:t>to pehla kaam jo hai yeh hai ke doosri qomon ko hum batayen, musalmanon ko ke woh madu hain,</w:t>
      </w:r>
    </w:p>
    <w:p>
      <w:pPr>
        <w:jc w:val="right"/>
      </w:pPr>
      <w:r>
        <w:t>تو پہلا کام جو ہے یہ ہے کہ دوسری قوموں کو ہم بتائیں، مسلمانوں کو کہ وہ مدعو ہیں،</w:t>
      </w:r>
    </w:p>
    <w:p>
      <w:r>
        <w:rPr>
          <w:b/>
        </w:rPr>
        <w:t xml:space="preserve">[1:11:43] </w:t>
      </w:r>
      <w:r>
        <w:t>woh aap ke dushman nahi hain. har haal mein woh mad'u hain, ba-farz woh aap ke khilaf koi dushmani wali baat kar rahe hon, tab bhi woh aap ke mad'u hain, tab bhi aap ko dawat dena hai. to chunke saara literature jo aap dekhiye, jitna literature zaban mein tayyar hua hai, chahe woh Urdu mein ho, Persian mein ho, Arabic mein ho, English mein ho, woh sab negative nafsiyat ke sath tayyar hua hai.</w:t>
      </w:r>
    </w:p>
    <w:p>
      <w:pPr>
        <w:jc w:val="right"/>
      </w:pPr>
      <w:r>
        <w:t>وہ آپ کے دشمن نہیں ہیں۔ ہر حال میں وہ مدعو ہیں، بالفرض وہ آپ کے خلاف کوئی دشمنی والی بات کر رہے ہوں، تب بھی وہ آپ کے مدعو ہیں، تب بھی آپ کو دعوت دینا ہے۔ تو چونکہ سارا لٹریچر جو آپ دیکھیے، جتنا لٹریچر زبان میں تیار ہوا ہے، چاہے وہ اردو میں ہو، پرشین میں ہو، عربی میں ہو، انگریزی میں ہو، وہ سب نیگیٹیو نفسیات کے ساتھ تیار ہوا ہے۔</w:t>
      </w:r>
    </w:p>
    <w:p>
      <w:r>
        <w:rPr>
          <w:b/>
        </w:rPr>
        <w:t xml:space="preserve">[1:12:13] </w:t>
      </w:r>
      <w:r>
        <w:t>sab ko dikhaya gaya hai ke sab dushman hain, saazishi hain, hamare khilaaf sargami kar rahe hain.</w:t>
      </w:r>
    </w:p>
    <w:p>
      <w:pPr>
        <w:jc w:val="right"/>
      </w:pPr>
      <w:r>
        <w:t>سب کو دکھایا گیا ہے کہ سب دشمن ہیں، سازشی ہیں، ہمارے خلاف سرگرمی کر رہے ہیں۔</w:t>
      </w:r>
    </w:p>
    <w:p>
      <w:r>
        <w:rPr>
          <w:b/>
        </w:rPr>
        <w:t xml:space="preserve">[1:12:19] </w:t>
      </w:r>
      <w:r>
        <w:t>to is literature se zehn bana musalmanon ka aur aur media yeh karta hai.</w:t>
      </w:r>
    </w:p>
    <w:p>
      <w:pPr>
        <w:jc w:val="right"/>
      </w:pPr>
      <w:r>
        <w:t>تو اس لٹریچر سے ذہن بنا مسلمانوں کا اور اور میڈیا یہ کرتا ہے۔</w:t>
      </w:r>
    </w:p>
    <w:p>
      <w:r>
        <w:rPr>
          <w:b/>
        </w:rPr>
        <w:t xml:space="preserve">[1:12:25] </w:t>
      </w:r>
      <w:r>
        <w:t>to yeh aik bohat hi gehra muamla hai aur jab tak aap musalmanon ke zehan na badlen, aap</w:t>
      </w:r>
    </w:p>
    <w:p>
      <w:pPr>
        <w:jc w:val="right"/>
      </w:pPr>
      <w:r>
        <w:t>تو یہ ایک بہت ہی گہرا معاملہ ہے اور جب تک آپ مسلمانوں کے ذہن نہ بدلیں، آپ</w:t>
      </w:r>
    </w:p>
    <w:p>
      <w:r>
        <w:rPr>
          <w:b/>
        </w:rPr>
        <w:t xml:space="preserve">[1:12:31] </w:t>
      </w:r>
      <w:r>
        <w:t>dawati kaam nahi ho sakta.</w:t>
      </w:r>
    </w:p>
    <w:p>
      <w:pPr>
        <w:jc w:val="right"/>
      </w:pPr>
      <w:r>
        <w:t>دعوتی کام نہیں ہو سکتا۔</w:t>
      </w:r>
    </w:p>
    <w:p>
      <w:r>
        <w:rPr>
          <w:b/>
        </w:rPr>
        <w:t xml:space="preserve">[1:12:37] </w:t>
      </w:r>
      <w:r>
        <w:t>to pehla kaam hai musalmanon ki soch ko badalna, phir is ke baad dawati kaam hoga.</w:t>
      </w:r>
    </w:p>
    <w:p>
      <w:pPr>
        <w:jc w:val="right"/>
      </w:pPr>
      <w:r>
        <w:t>تو پہلا کام ہے مسلمانوں کی سوچ کو بدلنا، پھر اس کے بعد دعوتی کام ہوگا۔</w:t>
      </w:r>
    </w:p>
    <w:p>
      <w:r>
        <w:rPr>
          <w:b/>
        </w:rPr>
        <w:t xml:space="preserve">[1:12:43] </w:t>
      </w:r>
      <w:r>
        <w:t>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p>
    <w:p>
      <w:pPr>
        <w:jc w:val="right"/>
      </w:pPr>
      <w:r>
        <w:t>مولانا، اگلا سوال آیا ہے مسٹر فضل امین کا کراچی پاکستان سے۔ انہوں نے لکھا ہے کہ میں ایک دکاندار ہوں، بعض کاروباری مسائل کی وجہ سے مجھے ٹینشن رہتا ہے۔ اس کی اس اس کی کیا وجہ ہے؟ دیکھیے، میرا جو تجربہ ہے، وہ کاروبار کی وجہ سے ٹینشن نہیں ہوتا۔ ٹینشن ہوتا ہے مور اور مور کا جو جزہ ہے، جس کو کہ</w:t>
      </w:r>
    </w:p>
    <w:p>
      <w:r>
        <w:rPr>
          <w:b/>
        </w:rPr>
        <w:t xml:space="preserve">[1:13:13] </w:t>
      </w:r>
      <w:r>
        <w:t>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p>
    <w:p>
      <w:pPr>
        <w:jc w:val="right"/>
      </w:pPr>
      <w:r>
        <w:t>تے ہیں حرص۔ انسان کے دو رویے ہیں: یا تو قناعت یا حرص۔ یعنی اپنے بس پر اگر آپ کاروبار کریں، اپنے بس پر آپ خرچ کریں، اپنے خرچ کو اور آمدنی کو کنٹرول میں رکھیں تو کوئی ٹینشن نہیں ہوگا۔ ہوتا یہ ہے کہ آمدنی کم، خرچ زیادہ تو آپ اور زیادہ کمائی، اور زیادہ کمائی۔ اس میں لوگ بینک کا قرض لیتے ہیں، طرح طرح کی چیزیں کرتے ہیں۔ تو اصل</w:t>
      </w:r>
    </w:p>
    <w:p>
      <w:r>
        <w:rPr>
          <w:b/>
        </w:rPr>
        <w:t xml:space="preserve">[1:13:43] </w:t>
      </w:r>
      <w:r>
        <w:t>cheez tension ka sabab hiras hai, karobar nahi hai.</w:t>
      </w:r>
    </w:p>
    <w:p>
      <w:pPr>
        <w:jc w:val="right"/>
      </w:pPr>
      <w:r>
        <w:t>چیز ٹینشن کا سبب حرص ہے، کاروبار نہیں ہے۔</w:t>
      </w:r>
    </w:p>
    <w:p>
      <w:r>
        <w:rPr>
          <w:b/>
        </w:rPr>
        <w:t xml:space="preserve">[1:13:48] </w:t>
      </w:r>
      <w:r>
        <w:t>yaad rakhiye, hiras ko khatm kijiye, qanaat ko ikhtiyar kijiye, kharch ko ghataye, aamdani ko manage kijiye to</w:t>
      </w:r>
    </w:p>
    <w:p>
      <w:pPr>
        <w:jc w:val="right"/>
      </w:pPr>
      <w:r>
        <w:t>یاد رکھیے، حرص کو ختم کیجئے، قناعت کو اختیار کیجئے، خرچ کو گھٹائیے، آمدنی کو مینج کیجئے تو</w:t>
      </w:r>
    </w:p>
    <w:p>
      <w:r>
        <w:rPr>
          <w:b/>
        </w:rPr>
        <w:t xml:space="preserve">[1:13:53] </w:t>
      </w:r>
      <w:r>
        <w:t>tension harghiz nahi hoga.</w:t>
      </w:r>
    </w:p>
    <w:p>
      <w:pPr>
        <w:jc w:val="right"/>
      </w:pPr>
      <w:r>
        <w:t>ٹینشن ہرگز نہیں ہوگا۔</w:t>
      </w:r>
    </w:p>
    <w:p>
      <w:r>
        <w:rPr>
          <w:b/>
        </w:rPr>
        <w:t xml:space="preserve">[1:13:58] </w:t>
      </w:r>
      <w:r>
        <w:t>mujhe mera tareeqa hai, main to koi kharch hi nahi, main koi tension bhi nahi.</w:t>
      </w:r>
    </w:p>
    <w:p>
      <w:pPr>
        <w:jc w:val="right"/>
      </w:pPr>
      <w:r>
        <w:t>مجھے میرا طریقہ ہے، میں تو کوئی خرچ ہی نہیں، میں کوئی ٹینشن بھی نہیں۔</w:t>
      </w:r>
    </w:p>
    <w:p>
      <w:r>
        <w:rPr>
          <w:b/>
        </w:rPr>
        <w:t xml:space="preserve">[1:14:03] </w:t>
      </w:r>
      <w:r>
        <w:t>main jo hai, woh isi pe, isi pe raazi rehta hoon, isi pe raazi rehta hoon.</w:t>
      </w:r>
    </w:p>
    <w:p>
      <w:pPr>
        <w:jc w:val="right"/>
      </w:pPr>
      <w:r>
        <w:t>میں جو ہے، وہ اسی پہ، اسی پہ راضی رہتا ہوں، اسی پہ راضی رہتا ہوں۔</w:t>
      </w:r>
    </w:p>
    <w:p>
      <w:r>
        <w:rPr>
          <w:b/>
        </w:rPr>
        <w:t xml:space="preserve">[1:14:08] </w:t>
      </w:r>
      <w:r>
        <w:t>misalan yeh farz kijiye, glass mein hai, glass hai, glass mein pani pi loon ga, glass nahi</w:t>
      </w:r>
    </w:p>
    <w:p>
      <w:pPr>
        <w:jc w:val="right"/>
      </w:pPr>
      <w:r>
        <w:t>مثلاً یہ فرض کیجیے، گلاس میں ہے، گلاس ہے، گلاس میں پانی پی لوں گا، گلاس نہیں</w:t>
      </w:r>
    </w:p>
    <w:p>
      <w:r>
        <w:rPr>
          <w:b/>
        </w:rPr>
        <w:t xml:space="preserve">[1:14:13] </w:t>
      </w:r>
      <w:r>
        <w:t>to hath se hi pi loon ga, hath se pi loon ga, kisi cheez se pi loon ga.</w:t>
      </w:r>
    </w:p>
    <w:p>
      <w:pPr>
        <w:jc w:val="right"/>
      </w:pPr>
      <w:r>
        <w:t>تو ہاتھ سے ہی پی لوں گا، ہاتھ سے پی لوں گا، کسی چیز سے پی لوں گا۔</w:t>
      </w:r>
    </w:p>
    <w:p>
      <w:r>
        <w:rPr>
          <w:b/>
        </w:rPr>
        <w:t xml:space="preserve">[1:14:20] </w:t>
      </w:r>
      <w:r>
        <w:t>mujhe koi pareshani nahi hogi, glass nahi, glass nahi, glass nahi.</w:t>
      </w:r>
    </w:p>
    <w:p>
      <w:pPr>
        <w:jc w:val="right"/>
      </w:pPr>
      <w:r>
        <w:t>مجھے کوئی پریشانی نہیں ہوگی، گلاس نہیں، گلاس نہیں، گلاس نہیں۔</w:t>
      </w:r>
    </w:p>
    <w:p>
      <w:r>
        <w:rPr>
          <w:b/>
        </w:rPr>
        <w:t xml:space="preserve">[1:14:26] </w:t>
      </w:r>
      <w:r>
        <w:t>to yeh ghalat hai soch ke karobar ki waja se tension harghiz nahi, hiras ki waja se tension.</w:t>
      </w:r>
    </w:p>
    <w:p>
      <w:pPr>
        <w:jc w:val="right"/>
      </w:pPr>
      <w:r>
        <w:t>تو یہ غلط ہے سوچ کہ کاروبار کی وجہ سے ٹینشن ہرگز نہیں، حرص کی وجہ سے ٹینشن۔</w:t>
      </w:r>
    </w:p>
    <w:p>
      <w:r>
        <w:rPr>
          <w:b/>
        </w:rPr>
        <w:t xml:space="preserve">[1:14:32] </w:t>
      </w:r>
      <w:r>
        <w:t>log apna kharch barhaye rehte hain, aamdani ab hoti nahi hoti to phir aamdani barhaye, koshish pe lage</w:t>
      </w:r>
    </w:p>
    <w:p>
      <w:pPr>
        <w:jc w:val="right"/>
      </w:pPr>
      <w:r>
        <w:t>لوگ اپنا خرچ بڑھائے رہتے ہیں، آمدنی اب ہوتی نہیں ہوتی تو پھر آمدنی بڑھائے، کوشش پہ لگے</w:t>
      </w:r>
    </w:p>
    <w:p>
      <w:r>
        <w:rPr>
          <w:b/>
        </w:rPr>
        <w:t xml:space="preserve">[1:14:39] </w:t>
      </w:r>
      <w:r>
        <w:t>rehte hain, raat din, raat din, raat din to tension hoga. woh to</w:t>
      </w:r>
    </w:p>
    <w:p>
      <w:pPr>
        <w:jc w:val="right"/>
      </w:pPr>
      <w:r>
        <w:t>رہتے ہیں، رات دن، رات دن، رات دن تو ٹینشن ہوگا۔ وہ تو</w:t>
      </w:r>
    </w:p>
    <w:p>
      <w:r>
        <w:rPr>
          <w:b/>
        </w:rPr>
        <w:t xml:space="preserve">[1:14:45] </w:t>
      </w:r>
      <w:r>
        <w:t>apne karobar ko manage kijiye.</w:t>
      </w:r>
    </w:p>
    <w:p>
      <w:pPr>
        <w:jc w:val="right"/>
      </w:pPr>
      <w:r>
        <w:t>اپنے کاروبار کو مینج کیجئے۔</w:t>
      </w:r>
    </w:p>
    <w:p>
      <w:r>
        <w:rPr>
          <w:b/>
        </w:rPr>
        <w:t xml:space="preserve">[1:14:51] </w:t>
      </w:r>
      <w:r>
        <w:t>aik hi hal hai ke manage kijiye aur had ke andar rahiye, bas had se bahar na jaiye.</w:t>
      </w:r>
    </w:p>
    <w:p>
      <w:pPr>
        <w:jc w:val="right"/>
      </w:pPr>
      <w:r>
        <w:t>ایک ہی حل ہے کہ مینج کیجئے اور حد کے اندر رہیے، بس حد سے باہر نہ جائیے۔</w:t>
      </w:r>
    </w:p>
    <w:p>
      <w:r>
        <w:rPr>
          <w:b/>
        </w:rPr>
        <w:t xml:space="preserve">[1:14:57] </w:t>
      </w:r>
      <w:r>
        <w:t>quran ne kaha: "takathur, takathur asal raaz hai tension ka." ilhaq o takathur, takathur se apne aap ko bachaiye.</w:t>
      </w:r>
    </w:p>
    <w:p>
      <w:pPr>
        <w:jc w:val="right"/>
      </w:pPr>
      <w:r>
        <w:t>قرآن نے کہا: "تکاثر، تکاثر اصل راز ہے ٹینشن کا۔" الحاق و تکاثر، تکاثر سے اپنے آپ کو بچائیے۔</w:t>
      </w:r>
    </w:p>
    <w:p>
      <w:r>
        <w:rPr>
          <w:b/>
        </w:rPr>
        <w:t xml:space="preserve">[1:15:03] </w:t>
      </w:r>
      <w:r>
        <w:t>mister khawaja kaleemuddin ne pennsylvania, usa se sawal kiya hai.</w:t>
      </w:r>
    </w:p>
    <w:p>
      <w:pPr>
        <w:jc w:val="right"/>
      </w:pPr>
      <w:r>
        <w:t>مسٹر خواجہ کلیم الدین نے پینسلوینیا، یو ایس اے سے سوال کیا ہے۔</w:t>
      </w:r>
    </w:p>
    <w:p>
      <w:r>
        <w:rPr>
          <w:b/>
        </w:rPr>
        <w:t xml:space="preserve">[1:15:09] </w:t>
      </w:r>
      <w:r>
        <w:t>unhon ne likha hai: "mol</w:t>
      </w:r>
    </w:p>
    <w:p>
      <w:pPr>
        <w:jc w:val="right"/>
      </w:pPr>
      <w:r>
        <w:t>انہوں نے لکھا ہے: "مول</w:t>
      </w:r>
    </w:p>
    <w:p>
      <w:r>
        <w:rPr>
          <w:b/>
        </w:rPr>
        <w:t xml:space="preserve">[1:15:15] </w:t>
      </w:r>
      <w:r>
        <w:t>"Ana sahib, what is the difference between Ijtihad and Ijma? Is Ijma necessary in any Ijtihad?" Dekhiye, yeh</w:t>
      </w:r>
    </w:p>
    <w:p>
      <w:pPr>
        <w:jc w:val="right"/>
      </w:pPr>
      <w:r>
        <w:t>انا صاحب، واٹ از دا ڈیفرنس بٹوین اجتہاد اینڈ اجماع؟ از اجماع نیسیسری ان اینی اجتہاد؟" دیکھیے، یہ</w:t>
      </w:r>
    </w:p>
    <w:p>
      <w:r>
        <w:rPr>
          <w:b/>
        </w:rPr>
        <w:t xml:space="preserve">[1:15:21] </w:t>
      </w:r>
      <w:r>
        <w:t>aik bara masla hai.</w:t>
      </w:r>
    </w:p>
    <w:p>
      <w:pPr>
        <w:jc w:val="right"/>
      </w:pPr>
      <w:r>
        <w:t>ایک بڑا مسئلہ ہے۔</w:t>
      </w:r>
    </w:p>
    <w:p>
      <w:r>
        <w:rPr>
          <w:b/>
        </w:rPr>
        <w:t xml:space="preserve">[1:15:27] </w:t>
      </w:r>
      <w:r>
        <w:t>yeh aaj mein isi par bolne wala tha lekin kisi waja se topic badal gaya.</w:t>
      </w:r>
    </w:p>
    <w:p>
      <w:pPr>
        <w:jc w:val="right"/>
      </w:pPr>
      <w:r>
        <w:t>یہ آج میں اسی پر بولنے والا تھا لیکن کسی وجہ سے ٹاپک بدل گیا۔</w:t>
      </w:r>
    </w:p>
    <w:p>
      <w:r>
        <w:rPr>
          <w:b/>
        </w:rPr>
        <w:t xml:space="preserve">[1:15:33] </w:t>
      </w:r>
      <w:r>
        <w:t>dekhen, ijma ka jo tasawwur hai logon ka, ab mein is ko sahi nahi samajhta.</w:t>
      </w:r>
    </w:p>
    <w:p>
      <w:pPr>
        <w:jc w:val="right"/>
      </w:pPr>
      <w:r>
        <w:t>دیکھیں، اجماع کا جو تصور ہے لوگوں کا، اب میں اس کو صحیح نہیں سمجھتا۔</w:t>
      </w:r>
    </w:p>
    <w:p>
      <w:r>
        <w:rPr>
          <w:b/>
        </w:rPr>
        <w:t xml:space="preserve">[1:15:39] </w:t>
      </w:r>
      <w:r>
        <w:t>ijma ko woh aaj kal kiya hai, mukhtasar tor par</w:t>
      </w:r>
    </w:p>
    <w:p>
      <w:pPr>
        <w:jc w:val="right"/>
      </w:pPr>
      <w:r>
        <w:t>اجماع کو وہ آج کل کیا ہے، مختصر طور پر</w:t>
      </w:r>
    </w:p>
    <w:p>
      <w:r>
        <w:rPr>
          <w:b/>
        </w:rPr>
        <w:t xml:space="preserve">[1:15:45] </w:t>
      </w:r>
      <w:r>
        <w:t>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p>
    <w:p>
      <w:pPr>
        <w:jc w:val="right"/>
      </w:pPr>
      <w:r>
        <w:t>عرض کروں گا کہ فقہاء جو ہیں کہتے ہیں کہ شریعت کے چار مصادر ہیں۔ مصدر یعنی سورس۔ سورس آف شریعت جو ہے، وہ چار ہیں: قرآن، سنت، اجماع اور قیاس۔ میں کہتا ہوں یہ صحیح نہیں ہے، صرف دو ہی مصدر ہیں، وہ ہیں قرآن اور حدیث۔ جیسا کہ قرآن، جیسا کہ حدیث میں آتا ہے: "طرف مستقلا کتاب اللہ و سنتی"۔ تو اصل جو ہے، وہ صرف قرآن اور حدیث ہے اور کوئی اصلاً</w:t>
      </w:r>
    </w:p>
    <w:p>
      <w:r>
        <w:rPr>
          <w:b/>
        </w:rPr>
        <w:t xml:space="preserve">[1:16:15] </w:t>
      </w:r>
      <w:r>
        <w:t>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p>
    <w:p>
      <w:pPr>
        <w:jc w:val="right"/>
      </w:pPr>
      <w:r>
        <w:t>نہیں ہے۔ باقی جو ہے، تیسرا وہ اجتہاد ہے۔ اجتہاد کی قسمیں میں سے ایک قسم ہے اجماع، ایک قسم ہے قیاس۔ تو اجماع جو ہے، ابدی نہیں ہوتا۔ لوگوں نے سمجھ رکھا ہے کہ ایک بار اگر اجماع ہو گیا تو ہمیشہ کے لیے اجماع قرآن و سنت کی طرف ہو گیا۔ یہ بالکل غلط ہے، یہ ہرگز نہیں۔ اجماع جو ہوتا ہے، کسی وقتی مسئلے کو حل کرنے کے لیے ہوتا ہے۔ تو ایک وقتی مسئلہ پیش آیا، اس میں دو صورتیں ہیں۔ اگر سب کی را</w:t>
      </w:r>
    </w:p>
    <w:p>
      <w:r>
        <w:rPr>
          <w:b/>
        </w:rPr>
        <w:t xml:space="preserve">[1:16:45] </w:t>
      </w:r>
      <w:r>
        <w:t>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p>
    <w:p>
      <w:pPr>
        <w:jc w:val="right"/>
      </w:pPr>
      <w:r>
        <w:t>ہ ایک ہو جائے تو وہ ہوا اجماع۔ اگر سب کی راہ ایک نہ ہو تو اکثریت دیکھا جائے گا، اس کو کہتے ہیں جمہور۔ تو نہ تو جمہور کی راہ ہے اور نہ اجماع ہمیشہ کے لیے ہوتا ہے۔ وقتی ہوتا ہے وہ، یعنی حالات بدل جائیں تو اجماع بھی بدل جائے گا اور جمہور کی راہ بھی بدل جائے گی۔ جو نئے بدلنے والی چیز ہے، وہ صرف دو ہیں: قرآن اور حدیث۔ تو خلاصہ یہ ہے کہ اجماع سے پہلے اجتہاد ہے۔ جب</w:t>
      </w:r>
    </w:p>
    <w:p>
      <w:r>
        <w:rPr>
          <w:b/>
        </w:rPr>
        <w:t xml:space="preserve">[1:17:15] </w:t>
      </w:r>
      <w:r>
        <w:t>bhi quran o hadith mein sarahatan kuch na mile, hidayat aap ko sochna pare to woh woh ijtihad</w:t>
      </w:r>
    </w:p>
    <w:p>
      <w:pPr>
        <w:jc w:val="right"/>
      </w:pPr>
      <w:r>
        <w:t>بھی قرآن و حدیث میں صراحتاً کچھ نہ ملے، ہدایت آپ کو سوچنا پڑے تو وہ وہ اجتہاد</w:t>
      </w:r>
    </w:p>
    <w:p>
      <w:r>
        <w:rPr>
          <w:b/>
        </w:rPr>
        <w:t xml:space="preserve">[1:17:19] </w:t>
      </w:r>
      <w:r>
        <w:t>ka masla hota hai.</w:t>
      </w:r>
    </w:p>
    <w:p>
      <w:pPr>
        <w:jc w:val="right"/>
      </w:pPr>
      <w:r>
        <w:t>کا مسئلہ ہوتا ہے۔</w:t>
      </w:r>
    </w:p>
    <w:p>
      <w:r>
        <w:rPr>
          <w:b/>
        </w:rPr>
        <w:t xml:space="preserve">[1:17:24] </w:t>
      </w:r>
      <w:r>
        <w:t>ab ijtihad ki jab aap karenge to kabhi consensus ho jayega, kabhi nahi hoga.</w:t>
      </w:r>
    </w:p>
    <w:p>
      <w:pPr>
        <w:jc w:val="right"/>
      </w:pPr>
      <w:r>
        <w:t>اب اجتہاد کی جب آپ کریں گے تو کبھی کنسنسس ہو جائے گا، کبھی نہیں ہوگا۔</w:t>
      </w:r>
    </w:p>
    <w:p>
      <w:r>
        <w:rPr>
          <w:b/>
        </w:rPr>
        <w:t xml:space="preserve">[1:17:28] </w:t>
      </w:r>
      <w:r>
        <w:t>is ki wajah se shaklein badlengi.</w:t>
      </w:r>
    </w:p>
    <w:p>
      <w:pPr>
        <w:jc w:val="right"/>
      </w:pPr>
      <w:r>
        <w:t>اس کی وجہ سے شکلیں بدلیں گی۔</w:t>
      </w:r>
    </w:p>
    <w:p>
      <w:r>
        <w:rPr>
          <w:b/>
        </w:rPr>
        <w:t xml:space="preserve">[1:17:32] </w:t>
      </w:r>
      <w:r>
        <w:t>to mere dekh, asal cheez Quran o Sunnat ke baad jo hai, wo ijtihad hi hai.</w:t>
      </w:r>
    </w:p>
    <w:p>
      <w:pPr>
        <w:jc w:val="right"/>
      </w:pPr>
      <w:r>
        <w:t>تو میرے دیکھ، اصل چیز قرآن و سنت کے بعد جو ہے، وہ اجتہاد ہی ہے۔</w:t>
      </w:r>
    </w:p>
    <w:p>
      <w:r>
        <w:rPr>
          <w:b/>
        </w:rPr>
        <w:t xml:space="preserve">[1:17:36] </w:t>
      </w:r>
      <w:r>
        <w:t>yeh jo logon ne banaya hai, ijma o qiyas, yeh apni taraf se banaya hai.</w:t>
      </w:r>
    </w:p>
    <w:p>
      <w:pPr>
        <w:jc w:val="right"/>
      </w:pPr>
      <w:r>
        <w:t>یہ جو لوگوں نے بنایا ہے، اجماع و قیاس، یہ اپنی طرف سے بنایا ہے۔</w:t>
      </w:r>
    </w:p>
    <w:p>
      <w:r>
        <w:rPr>
          <w:b/>
        </w:rPr>
        <w:t xml:space="preserve">[1:17:41] </w:t>
      </w:r>
      <w:r>
        <w:t>lekin phir bhi</w:t>
      </w:r>
    </w:p>
    <w:p>
      <w:pPr>
        <w:jc w:val="right"/>
      </w:pPr>
      <w:r>
        <w:t>لیکن پھر بھی</w:t>
      </w:r>
    </w:p>
    <w:p>
      <w:r>
        <w:rPr>
          <w:b/>
        </w:rPr>
        <w:t xml:space="preserve">[1:17:45] </w:t>
      </w:r>
      <w:r>
        <w:t>main kahunga ke ijma agar kisi cheez ke upar ho jaye to wo abadi kabhi bhi nahi</w:t>
      </w:r>
    </w:p>
    <w:p>
      <w:pPr>
        <w:jc w:val="right"/>
      </w:pPr>
      <w:r>
        <w:t>میں کہوں گا کہ اجماع اگر کسی چیز کے اوپر ہو جائے تو وہ ابدی کبھی بھی نہیں</w:t>
      </w:r>
    </w:p>
    <w:p>
      <w:r>
        <w:rPr>
          <w:b/>
        </w:rPr>
        <w:t xml:space="preserve">[1:17:50] </w:t>
      </w:r>
      <w:r>
        <w:t>hoga, waqti hoga.</w:t>
      </w:r>
    </w:p>
    <w:p>
      <w:pPr>
        <w:jc w:val="right"/>
      </w:pPr>
      <w:r>
        <w:t>ہوگا، وقتی ہوگا۔</w:t>
      </w:r>
    </w:p>
    <w:p>
      <w:r>
        <w:rPr>
          <w:b/>
        </w:rPr>
        <w:t xml:space="preserve">[1:17:55] </w:t>
      </w:r>
      <w:r>
        <w:t>wo abadi hai to sirf Quran o Sunnat hai.</w:t>
      </w:r>
    </w:p>
    <w:p>
      <w:pPr>
        <w:jc w:val="right"/>
      </w:pPr>
      <w:r>
        <w:t>وہ ابدی ہے تو صرف قرآن و سنت ہے۔</w:t>
      </w:r>
    </w:p>
    <w:p>
      <w:r>
        <w:rPr>
          <w:b/>
        </w:rPr>
        <w:t xml:space="preserve">[1:18:00] </w:t>
      </w:r>
      <w:r>
        <w:t>is par inshallah main ek ek poora ek class karna chahta hoon is masle par aindah kisi waqt.</w:t>
      </w:r>
    </w:p>
    <w:p>
      <w:pPr>
        <w:jc w:val="right"/>
      </w:pPr>
      <w:r>
        <w:t>اس پر انشاءاللہ میں ایک ایک پورا ایک کلاس کرنا چاہتا ہوں اس مسئلے پر آئندہ کسی وقت۔</w:t>
      </w:r>
    </w:p>
    <w:p>
      <w:r>
        <w:rPr>
          <w:b/>
        </w:rPr>
        <w:t xml:space="preserve">[1:18:06] </w:t>
      </w:r>
      <w:r>
        <w:t>Maulana, agla sawal aaya hai Mr Shahnawaz Khan ka Delhi se.</w:t>
      </w:r>
    </w:p>
    <w:p>
      <w:pPr>
        <w:jc w:val="right"/>
      </w:pPr>
      <w:r>
        <w:t>مولانا، اگلا سوال آیا ہے مسٹر شاہنواز خان کا دلی سے۔</w:t>
      </w:r>
    </w:p>
    <w:p>
      <w:r>
        <w:rPr>
          <w:b/>
        </w:rPr>
        <w:t xml:space="preserve">[1:18:11] </w:t>
      </w:r>
      <w:r>
        <w:t>انہوں نے لکھا ہے: "The body is the body is made of atoms which is lifeless</w:t>
      </w:r>
    </w:p>
    <w:p>
      <w:pPr>
        <w:jc w:val="right"/>
      </w:pPr>
      <w:r>
        <w:t>انہوں نے لکھا ہے: "دا باڈی از دا باڈی از میڈ آف ایٹمز وچ از لائف لیس</w:t>
      </w:r>
    </w:p>
    <w:p>
      <w:r>
        <w:rPr>
          <w:b/>
        </w:rPr>
        <w:t xml:space="preserve">[1:18:16] </w:t>
      </w:r>
      <w:r>
        <w:t>and of course mortal, but the existence of life is due to soul which is immortal. i am fine with this so far, but when i think about cloning, for instance, dolly the sheep was cloned and developed exactly like how flesh has to be grown, like a collection of atoms. the scientist did not give it a soul as only allah can do it. so how did dolly the sheep get l</w:t>
      </w:r>
    </w:p>
    <w:p>
      <w:pPr>
        <w:jc w:val="right"/>
      </w:pPr>
      <w:r>
        <w:t>اینڈ اف کورس مارٹل، بٹ دی ایگزسٹنس آف لائف از ڈیو ٹو سول وچ از امورٹل۔ آئی ایم فائن ود دس سو فار، بٹ وین آئی تھنک اباؤٹ کلوننگ، فار انسٹنس، ڈولی دا شیپ واز کلونڈ اینڈ ڈیویلپڈ ایگزیکٹلی لائک ہاؤ فلیش ہیز ٹو بی گرون، لائک ا کلیکشن آف ایٹمز۔ دا سائنٹسٹ ڈیڈ ناٹ گیو اٹ ا سول ایز اونلی اللہ کین ڈو اٹ۔ سو ہاؤ ڈیڈ ڈولی دا شیپ گیٹ ل</w:t>
      </w:r>
    </w:p>
    <w:p>
      <w:r>
        <w:rPr>
          <w:b/>
        </w:rPr>
        <w:t xml:space="preserve">[1:18:46] </w:t>
      </w:r>
      <w:r>
        <w:t>ife? from where did the life come in it? it puts a big question mark in my mind about the existence of soul. please clear this in reference to islam." dekhiye, hamara mauzu nahi yeh sab, hamare hadith koi aham masail nahi hain ya mere hadith anya sirf masail hain. agar aap ko detail janna ho to aap mujh se telephone par baat kijiye ya tehreer likh lijiye ya mujh se miliye to main bataunga. baqi yeh jo hota</w:t>
      </w:r>
    </w:p>
    <w:p>
      <w:pPr>
        <w:jc w:val="right"/>
      </w:pPr>
      <w:r>
        <w:t>ائف؟ فرام ویر ڈیڈ دا لائف کم ان اٹ؟ اٹ پٹس ا بگ کوئسچن مارک ان مائی مائنڈ اباؤٹ دی ایگزسٹنس آف سول۔ پلیز کلیئر دس ان ریفرنس ٹو اسلام۔" دیکھیے، ہمارا موضوع نہیں یہ سب، ہمارے حدیک کوئی اہم مسائل نہیں ہیں یا میرے حدیک अन्य صرف مسائل ہیں۔ اگر آپ کو ڈیٹیل جاننا ہو تو آپ مجھ سے ٹیلی فون پر بات کیجئے یا تحریر لکھ لیجئے یا مجھ سے ملیے تو میں بتاؤں گا۔ باقی یہ جو ہوتا</w:t>
      </w:r>
    </w:p>
    <w:p>
      <w:r>
        <w:rPr>
          <w:b/>
        </w:rPr>
        <w:t xml:space="preserve">[1:19:16] </w:t>
      </w:r>
      <w:r>
        <w:t>hai class hamara, yeh asal dawat ke liye hota hai aur is tarah ke masail ke liye nahi hota hai.</w:t>
      </w:r>
    </w:p>
    <w:p>
      <w:pPr>
        <w:jc w:val="right"/>
      </w:pPr>
      <w:r>
        <w:t>ہے کلاس ہمارا، یہ اصلاً دعوت کے لیے ہوتا ہے اور اس طرح کے مسائل کے لیے نہیں ہوتا ہے۔</w:t>
      </w:r>
    </w:p>
    <w:p>
      <w:r>
        <w:rPr>
          <w:b/>
        </w:rPr>
        <w:t xml:space="preserve">[1:19:22] </w:t>
      </w:r>
      <w:r>
        <w:t>yeh aap ko agar dilchaspi ho to alag se mujh se mil sakte hain.</w:t>
      </w:r>
    </w:p>
    <w:p>
      <w:pPr>
        <w:jc w:val="right"/>
      </w:pPr>
      <w:r>
        <w:t>یہ آپ کو اگر دلچسپی ہو تو الگ سے مجھ سے مل سکتے ہیں۔</w:t>
      </w:r>
    </w:p>
    <w:p>
      <w:r>
        <w:rPr>
          <w:b/>
        </w:rPr>
        <w:t xml:space="preserve">[1:19:28] </w:t>
      </w:r>
      <w:r>
        <w:t>aap Maulana, agla sawal aaya hai Mr Noman Afzal ka Hyderabad Pakistan se.</w:t>
      </w:r>
    </w:p>
    <w:p>
      <w:pPr>
        <w:jc w:val="right"/>
      </w:pPr>
      <w:r>
        <w:t>آپ مولانا، اگلا سوال آیا ہے مسٹر نعمان افضل کا حیدرآباد پاکستان سے۔</w:t>
      </w:r>
    </w:p>
    <w:p>
      <w:r>
        <w:rPr>
          <w:b/>
        </w:rPr>
        <w:t xml:space="preserve">[1:19:34] </w:t>
      </w:r>
      <w:r>
        <w:t>unhon ne likha hai: "Islamic society mein mard aur khawateen ke darmiyan interaction ke bare mein kya ahkamat</w:t>
      </w:r>
    </w:p>
    <w:p>
      <w:pPr>
        <w:jc w:val="right"/>
      </w:pPr>
      <w:r>
        <w:t>انہوں نے لکھا ہے: "اسلامک سوسائٹی میں مرد اور خواتین کے درمیان انٹریکشن کے بارے میں کیا احکامات</w:t>
      </w:r>
    </w:p>
    <w:p>
      <w:r>
        <w:rPr>
          <w:b/>
        </w:rPr>
        <w:t xml:space="preserve">[1:19:40] </w:t>
      </w:r>
      <w:r>
        <w:t>hain? is ke bare mein batayen." nahi, yeh koi</w:t>
      </w:r>
    </w:p>
    <w:p>
      <w:pPr>
        <w:jc w:val="right"/>
      </w:pPr>
      <w:r>
        <w:t>ہیں؟ اس کے بارے میں بتائیں۔" نہیں، یہ کوئی</w:t>
      </w:r>
    </w:p>
    <w:p>
      <w:r>
        <w:rPr>
          <w:b/>
        </w:rPr>
        <w:t xml:space="preserve">[1:19:47] </w:t>
      </w:r>
      <w:r>
        <w:t>poochne ki baat hai.</w:t>
      </w:r>
    </w:p>
    <w:p>
      <w:pPr>
        <w:jc w:val="right"/>
      </w:pPr>
      <w:r>
        <w:t>پوچھنے کی بات ہے۔</w:t>
      </w:r>
    </w:p>
    <w:p>
      <w:r>
        <w:rPr>
          <w:b/>
        </w:rPr>
        <w:t xml:space="preserve">[1:19:51] </w:t>
      </w:r>
      <w:r>
        <w:t>aap sab jante hain ke mard aurat ka ki exai jo hai, sirf do ek hi shakal mein</w:t>
      </w:r>
    </w:p>
    <w:p>
      <w:pPr>
        <w:jc w:val="right"/>
      </w:pPr>
      <w:r>
        <w:t>آپ سب جانتے ہیں کہ مرد عورت کا کی ایگزائی جو ہے، صرف دو ایک ہی شکل میں</w:t>
      </w:r>
    </w:p>
    <w:p>
      <w:r>
        <w:rPr>
          <w:b/>
        </w:rPr>
        <w:t xml:space="preserve">[1:19:55] </w:t>
      </w:r>
      <w:r>
        <w:t>honi chahiye, wo hai nikah.</w:t>
      </w:r>
    </w:p>
    <w:p>
      <w:pPr>
        <w:jc w:val="right"/>
      </w:pPr>
      <w:r>
        <w:t>ہونی چاہیے، وہ ہے نکاح۔</w:t>
      </w:r>
    </w:p>
    <w:p>
      <w:r>
        <w:rPr>
          <w:b/>
        </w:rPr>
        <w:t xml:space="preserve">[1:20:00] </w:t>
      </w:r>
      <w:r>
        <w:t>bas aur shaklein jo hain, wo amli zaroorat ke tehat, maslan ek office mein kaam kar rahe hain</w:t>
      </w:r>
    </w:p>
    <w:p>
      <w:pPr>
        <w:jc w:val="right"/>
      </w:pPr>
      <w:r>
        <w:t>بس اور شکلیں جو ہیں، وہ عملی ضرورت کے تحت، مثلاً ایک افس میں کام کر رہے ہیں</w:t>
      </w:r>
    </w:p>
    <w:p>
      <w:r>
        <w:rPr>
          <w:b/>
        </w:rPr>
        <w:t xml:space="preserve">[1:20:04] </w:t>
      </w:r>
      <w:r>
        <w:t>to wo ijazat ho hoga.</w:t>
      </w:r>
    </w:p>
    <w:p>
      <w:pPr>
        <w:jc w:val="right"/>
      </w:pPr>
      <w:r>
        <w:t>تو وہ اجازت ہو ہوگا۔</w:t>
      </w:r>
    </w:p>
    <w:p>
      <w:r>
        <w:rPr>
          <w:b/>
        </w:rPr>
        <w:t xml:space="preserve">[1:20:08] </w:t>
      </w:r>
      <w:r>
        <w:t>lekin baqayda jo jo mil kar rehna hai, wo sirf nikah ki shakal mein mil kar rehna hai.</w:t>
      </w:r>
    </w:p>
    <w:p>
      <w:pPr>
        <w:jc w:val="right"/>
      </w:pPr>
      <w:r>
        <w:t>لیکن باقاعدہ جو جو مل کر رہنا ہے، وہ صرف نکاح کی شکل میں مل کر رہنا ہے۔</w:t>
      </w:r>
    </w:p>
    <w:p>
      <w:r>
        <w:rPr>
          <w:b/>
        </w:rPr>
        <w:t xml:space="preserve">[1:20:12] </w:t>
      </w:r>
      <w:r>
        <w:t>aur jo shaklein aaj kal raij hui hain,</w:t>
      </w:r>
    </w:p>
    <w:p>
      <w:pPr>
        <w:jc w:val="right"/>
      </w:pPr>
      <w:r>
        <w:t>اور جو شکلیں آج کل رائج ہوئی ہیں،</w:t>
      </w:r>
    </w:p>
    <w:p>
      <w:r>
        <w:rPr>
          <w:b/>
        </w:rPr>
        <w:t xml:space="preserve">[1:20:17] </w:t>
      </w:r>
      <w:r>
        <w:t>wo Islam mein jaiz nahi hain.</w:t>
      </w:r>
    </w:p>
    <w:p>
      <w:pPr>
        <w:jc w:val="right"/>
      </w:pPr>
      <w:r>
        <w:t>وہ اسلام میں جائز نہیں ہیں۔</w:t>
      </w:r>
    </w:p>
    <w:p>
      <w:r>
        <w:rPr>
          <w:b/>
        </w:rPr>
        <w:t xml:space="preserve">[1:20:20] </w:t>
      </w:r>
      <w:r>
        <w:t>amli zaroorat ke tehat aap karobar mein, office mein, bazaar mein mil kar kaam kar sakte hain, apne</w:t>
      </w:r>
    </w:p>
    <w:p>
      <w:pPr>
        <w:jc w:val="right"/>
      </w:pPr>
      <w:r>
        <w:t>عملی ضرورت کے تحت آپ کاروبار میں، افس میں، بازار میں مل کر کام کر سکتے ہیں، اپنے</w:t>
      </w:r>
    </w:p>
    <w:p>
      <w:r>
        <w:rPr>
          <w:b/>
        </w:rPr>
        <w:t xml:space="preserve">[1:20:23] </w:t>
      </w:r>
      <w:r>
        <w:t>hudood ko baqi rakhte hue.</w:t>
      </w:r>
    </w:p>
    <w:p>
      <w:pPr>
        <w:jc w:val="right"/>
      </w:pPr>
      <w:r>
        <w:t>حدود کو باقی رکھتے ہوئے۔</w:t>
      </w:r>
    </w:p>
    <w:p>
      <w:r>
        <w:rPr>
          <w:b/>
        </w:rPr>
        <w:t xml:space="preserve">[1:20:27] </w:t>
      </w:r>
      <w:r>
        <w:t>to woh jaiz hai.</w:t>
      </w:r>
    </w:p>
    <w:p>
      <w:pPr>
        <w:jc w:val="right"/>
      </w:pPr>
      <w:r>
        <w:t>تو وہ جائز ہے۔</w:t>
      </w:r>
    </w:p>
    <w:p>
      <w:r>
        <w:rPr>
          <w:b/>
        </w:rPr>
        <w:t xml:space="preserve">[1:20:30] </w:t>
      </w:r>
      <w:r>
        <w:t>yeh bohat kitabein likhi gayi hain, aap parh lijiyay.</w:t>
      </w:r>
    </w:p>
    <w:p>
      <w:pPr>
        <w:jc w:val="right"/>
      </w:pPr>
      <w:r>
        <w:t>یہ بہت کتابیں لکھی گئی ہیں، آپ پڑھ لیجئے۔</w:t>
      </w:r>
    </w:p>
    <w:p>
      <w:r>
        <w:rPr>
          <w:b/>
        </w:rPr>
        <w:t xml:space="preserve">[1:20:34] </w:t>
      </w:r>
      <w:r>
        <w:t>meri kitab hai "khawateen Islam", is ko parh lijiyay.</w:t>
      </w:r>
    </w:p>
    <w:p>
      <w:pPr>
        <w:jc w:val="right"/>
      </w:pPr>
      <w:r>
        <w:t>میری کتاب ہے "خاتون اسلام"، اس کو پڑھ لیجئے۔</w:t>
      </w:r>
    </w:p>
    <w:p>
      <w:r>
        <w:rPr>
          <w:b/>
        </w:rPr>
        <w:t xml:space="preserve">[1:20:37] </w:t>
      </w:r>
      <w:r>
        <w:t>aur bhi kai kitabein chhapi hain, is ko parh lijiyay.</w:t>
      </w:r>
    </w:p>
    <w:p>
      <w:pPr>
        <w:jc w:val="right"/>
      </w:pPr>
      <w:r>
        <w:t>اور بھی کئی کتابیں چھپی ہیں، اس کو پڑھ لیجئے۔</w:t>
      </w:r>
    </w:p>
    <w:p>
      <w:r>
        <w:rPr>
          <w:b/>
        </w:rPr>
        <w:t xml:space="preserve">[1:20:40] </w:t>
      </w:r>
      <w:r>
        <w:t>Maulana, agla sawal aaya hai Mr Riaz Bhat ka Hyderabad India se.</w:t>
      </w:r>
    </w:p>
    <w:p>
      <w:pPr>
        <w:jc w:val="right"/>
      </w:pPr>
      <w:r>
        <w:t>مولانا، اگلا سوال آیا ہے مسٹر ریاض بھٹ کا حیدرآباد انڈیا سے۔</w:t>
      </w:r>
    </w:p>
    <w:p>
      <w:r>
        <w:rPr>
          <w:b/>
        </w:rPr>
        <w:t xml:space="preserve">[1:20:44] </w:t>
      </w:r>
      <w:r>
        <w:t>unhon ne likha hai:</w:t>
      </w:r>
    </w:p>
    <w:p>
      <w:pPr>
        <w:jc w:val="right"/>
      </w:pPr>
      <w:r>
        <w:t>انہوں نے لکھا ہے:</w:t>
      </w:r>
    </w:p>
    <w:p>
      <w:r>
        <w:rPr>
          <w:b/>
        </w:rPr>
        <w:t xml:space="preserve">[1:20:47] </w:t>
      </w:r>
      <w:r>
        <w:t>"as per quran, god has put man in test on earth, but why god needs to test us? can't he create pure souls at the first place and settle them in jannat? he can create whatever he wills. kindly explain." yeh yeh yeh ek sawal nahi hai, yeh sirf ek zehni woh upaj hai. bas bhai, baghair aadmi</w:t>
      </w:r>
    </w:p>
    <w:p>
      <w:pPr>
        <w:jc w:val="right"/>
      </w:pPr>
      <w:r>
        <w:t>"ایز پر قرآن، گاڈ ہیز پٹ مین ان ٹیسٹ ان ارتھ، بٹ وائی گاڈ نیڈز ٹو ٹیسٹ اس؟ کانٹ ہی کریٹ پیور سولز ایٹ دا فرسٹ پلیس اینڈ سیٹل دیم ان جنت؟ ہی کین کریٹ واٹ ایور ہی ولز۔ کائنڈلی ایکسپلین۔" یہ یہ یہ ایک سوال نہیں ہے، یہ صرف ایک ذہنی وہ اوپج ہے۔ بس بھئی، بغیر آدمی</w:t>
      </w:r>
    </w:p>
    <w:p>
      <w:r>
        <w:rPr>
          <w:b/>
        </w:rPr>
        <w:t xml:space="preserve">[1:21:17] </w:t>
      </w:r>
      <w:r>
        <w:t>ko, aadmi ko aap dunya mein jitni bhi job hain, jo deserve karta hai, us ko job milta hai.</w:t>
      </w:r>
    </w:p>
    <w:p>
      <w:pPr>
        <w:jc w:val="right"/>
      </w:pPr>
      <w:r>
        <w:t>کو، آدمی کو آپ دنیا میں جتنی بھی جاب ہیں، جو ڈیزرو کرتا ہے، اس کو جاب ملتا ہے۔</w:t>
      </w:r>
    </w:p>
    <w:p>
      <w:r>
        <w:rPr>
          <w:b/>
        </w:rPr>
        <w:t xml:space="preserve">[1:21:23] </w:t>
      </w:r>
      <w:r>
        <w:t>khawamkhwah thori de diya hai kisi ko ke paida karo, jannat mein daal do.</w:t>
      </w:r>
    </w:p>
    <w:p>
      <w:pPr>
        <w:jc w:val="right"/>
      </w:pPr>
      <w:r>
        <w:t>خوامخواہ تھوڑی دے دیا ہے کسی کو کہ پیدا کرو، جنت میں ڈال دو۔</w:t>
      </w:r>
    </w:p>
    <w:p>
      <w:r>
        <w:rPr>
          <w:b/>
        </w:rPr>
        <w:t xml:space="preserve">[1:21:29] </w:t>
      </w:r>
      <w:r>
        <w:t>aisa kaise ho sakta hai? jo apne ko deserve sabit karega, us ke liye jannat milegi.</w:t>
      </w:r>
    </w:p>
    <w:p>
      <w:pPr>
        <w:jc w:val="right"/>
      </w:pPr>
      <w:r>
        <w:t>ایسا کیسے ہو سکتا ہے؟ جو اپنے کو ڈیزرو ثابت کرے گا، اس کے لیے جنت ملے گی۔</w:t>
      </w:r>
    </w:p>
    <w:p>
      <w:r>
        <w:rPr>
          <w:b/>
        </w:rPr>
        <w:t xml:space="preserve">[1:21:35] </w:t>
      </w:r>
      <w:r>
        <w:t>us ko nahi sabit karega, us ko kura khane mein daal diya jayega.</w:t>
      </w:r>
    </w:p>
    <w:p>
      <w:pPr>
        <w:jc w:val="right"/>
      </w:pPr>
      <w:r>
        <w:t>اس کو نہیں ثابت کرے گا، اس کو کوڑا خانے میں ڈال دیا جائے گا۔</w:t>
      </w:r>
    </w:p>
    <w:p>
      <w:r>
        <w:rPr>
          <w:b/>
        </w:rPr>
        <w:t xml:space="preserve">[1:21:41] </w:t>
      </w:r>
      <w:r>
        <w:t>yeh to yani kya aap, aap aik is koi bhi aap kaam karte hon to kya baghair</w:t>
      </w:r>
    </w:p>
    <w:p>
      <w:pPr>
        <w:jc w:val="right"/>
      </w:pPr>
      <w:r>
        <w:t>یہ تو یعنی کیا آپ، آپ ایک اس کوئی بھی آپ کام کرتے ہوں تو کیا بغیر</w:t>
      </w:r>
    </w:p>
    <w:p>
      <w:r>
        <w:rPr>
          <w:b/>
        </w:rPr>
        <w:t xml:space="preserve">[1:21:47] </w:t>
      </w:r>
      <w:r>
        <w:t>deservation dekhe bhi usko dakhil karte hain? is mein aap aisa kaise ho sakta hai? yeh jo kaam aap khud na karte, usko chahte hain ke khuda usko ikhtiyar kare. koi bhi shakhs jo business chalata ho, koi koi idara chalata ho, to uske paas aadmi aata hai kaam ke liye, to usko zahir hai ke uska dekha hai ke deserve karta hai ya nahi karta. to allah taala ne yeh duniya ko banaya hai ke jo apne ko deserving candidate sabit karega, woh jannat mein jayega</w:t>
      </w:r>
    </w:p>
    <w:p>
      <w:pPr>
        <w:jc w:val="right"/>
      </w:pPr>
      <w:r>
        <w:t>ڈیزرویشن دیکھے بھی اس کو داخل کرتے ہیں؟ اس میں آپ ایسا کیسے ہو سکتا ہے؟ یہ جو کام آپ خود نہ کرتے، اس کو چاہتے ہیں کہ خدا اس کو اختیار کرے۔ کوئی بھی شخص جو بزنس چلاتا ہو، کوئی کوئی ادارہ چلاتا ہو، تو اس کے پاس آدمی آتا ہے کام کے لیے، تو اس کو ظاہر ہے کہ اس کا دیکھا ہے کہ ڈیزرو کرتا ہے یا نہیں کرتا۔ تو اللہ تعالی نے یہ دنیا کو بنایا ہے کہ جو اپنے کو ڈیزروئنگ کینڈیڈیٹ ثابت کرے گا، وہ جنت میں جائے</w:t>
      </w:r>
    </w:p>
    <w:p>
      <w:r>
        <w:rPr>
          <w:b/>
        </w:rPr>
        <w:t xml:space="preserve">[1:22:17] </w:t>
      </w:r>
      <w:r>
        <w:t>ga.</w:t>
      </w:r>
    </w:p>
    <w:p>
      <w:pPr>
        <w:jc w:val="right"/>
      </w:pPr>
      <w:r>
        <w:t>گا۔</w:t>
      </w:r>
    </w:p>
    <w:p>
      <w:r>
        <w:rPr>
          <w:b/>
        </w:rPr>
        <w:t xml:space="preserve">[1:22:21] </w:t>
      </w:r>
      <w:r>
        <w:t>jo nahi sabit karega, to us ko kura khane mein daal diya jayega.</w:t>
      </w:r>
    </w:p>
    <w:p>
      <w:pPr>
        <w:jc w:val="right"/>
      </w:pPr>
      <w:r>
        <w:t>جو نہیں ثابت کرے گا، تو اس کو کوڑا خانے میں ڈال دیا جائے گا۔</w:t>
      </w:r>
    </w:p>
    <w:p>
      <w:r>
        <w:rPr>
          <w:b/>
        </w:rPr>
        <w:t xml:space="preserve">[1:22:26] </w:t>
      </w:r>
      <w:r>
        <w:t>yeh to bilkul aik fitri baat hai.</w:t>
      </w:r>
    </w:p>
    <w:p>
      <w:pPr>
        <w:jc w:val="right"/>
      </w:pPr>
      <w:r>
        <w:t>یہ تو بالکل ایک فطری بات ہے۔</w:t>
      </w:r>
    </w:p>
    <w:p>
      <w:r>
        <w:rPr>
          <w:b/>
        </w:rPr>
        <w:t xml:space="preserve">[1:22:30] </w:t>
      </w:r>
      <w:r>
        <w:t>is mein sawal karna kyun? main nahi samajhta is mein kya sawal hai. banta hai.</w:t>
      </w:r>
    </w:p>
    <w:p>
      <w:pPr>
        <w:jc w:val="right"/>
      </w:pPr>
      <w:r>
        <w:t>اس میں سوال کرنا کیوں؟ میں نہیں سمجھتا اس میں کیا سوال ہے۔ بنتا ہے۔</w:t>
      </w:r>
    </w:p>
    <w:p>
      <w:r>
        <w:rPr>
          <w:b/>
        </w:rPr>
        <w:t xml:space="preserve">[1:22:34] </w:t>
      </w:r>
      <w:r>
        <w:t>Maulana, agla sawal kya hai? Maulana Zakwan Nadvi ne Delhi se.</w:t>
      </w:r>
    </w:p>
    <w:p>
      <w:pPr>
        <w:jc w:val="right"/>
      </w:pPr>
      <w:r>
        <w:t>مولانا، اگلا سوال کیا ہے؟ مولانا زکوان ندوی نے دلی سے۔</w:t>
      </w:r>
    </w:p>
    <w:p>
      <w:r>
        <w:rPr>
          <w:b/>
        </w:rPr>
        <w:t xml:space="preserve">[1:22:39] </w:t>
      </w:r>
      <w:r>
        <w:t>unhon ne likha hai: "Kindly explain the chapter five verse number 82 of Quran, where it says: you</w:t>
      </w:r>
    </w:p>
    <w:p>
      <w:pPr>
        <w:jc w:val="right"/>
      </w:pPr>
      <w:r>
        <w:t>انہوں نے لکھا ہے: "کائنڈلی ایکسپلین دی چیپٹر فائیو ورس نمبر 82 اف قرآن، ویئر اٹ سیز: یو</w:t>
      </w:r>
    </w:p>
    <w:p>
      <w:r>
        <w:rPr>
          <w:b/>
        </w:rPr>
        <w:t xml:space="preserve">[1:22:43] </w:t>
      </w:r>
      <w:r>
        <w:t>will find that the nearest in affection to the faithful are</w:t>
      </w:r>
    </w:p>
    <w:p>
      <w:pPr>
        <w:jc w:val="right"/>
      </w:pPr>
      <w:r>
        <w:t>ویل فائنڈ دیٹ دا نیئرسٹ ان افیکشن ٹو دا فیتھ فل ار</w:t>
      </w:r>
    </w:p>
    <w:p>
      <w:r>
        <w:rPr>
          <w:b/>
        </w:rPr>
        <w:t xml:space="preserve">[1:22:47] </w:t>
      </w:r>
      <w:r>
        <w:t>those who say we are Christians.</w:t>
      </w:r>
    </w:p>
    <w:p>
      <w:pPr>
        <w:jc w:val="right"/>
      </w:pPr>
      <w:r>
        <w:t>دوز ہو سی وی ار کرسچنز۔</w:t>
      </w:r>
    </w:p>
    <w:p>
      <w:r>
        <w:rPr>
          <w:b/>
        </w:rPr>
        <w:t xml:space="preserve">[1:22:53] </w:t>
      </w:r>
      <w:r>
        <w:t>that is because their priest and monks among them, and because they are free from pride." haan, Christian</w:t>
      </w:r>
    </w:p>
    <w:p>
      <w:pPr>
        <w:jc w:val="right"/>
      </w:pPr>
      <w:r>
        <w:t>دیٹ از بیکاز دیر پریسٹ اینڈ منکس امنگ دیم، اینڈ بیکاز دے ار فری فرام پرائیڈ۔" ہاں، کرسچن</w:t>
      </w:r>
    </w:p>
    <w:p>
      <w:r>
        <w:rPr>
          <w:b/>
        </w:rPr>
        <w:t xml:space="preserve">[1:23:00] </w:t>
      </w:r>
      <w:r>
        <w:t>ke baray mein jo ayat hai, woh hadith mein bhi aaya hai.</w:t>
      </w:r>
    </w:p>
    <w:p>
      <w:pPr>
        <w:jc w:val="right"/>
      </w:pPr>
      <w:r>
        <w:t>کے بارے میں جو آیت ہے، وہ حدیث میں بھی آیا ہے۔</w:t>
      </w:r>
    </w:p>
    <w:p>
      <w:r>
        <w:rPr>
          <w:b/>
        </w:rPr>
        <w:t xml:space="preserve">[1:23:06] </w:t>
      </w:r>
      <w:r>
        <w:t>to yeh aap sab ka tajurba hai ke Christian mein nermi hoti hai aur yani unhein cooperation ka</w:t>
      </w:r>
    </w:p>
    <w:p>
      <w:pPr>
        <w:jc w:val="right"/>
      </w:pPr>
      <w:r>
        <w:t>تو یہ آپ سب کا تجربہ ہے کہ کرسچن میں نرمی ہوتی ہے اور یعنی انہیں کوآپریشن کا</w:t>
      </w:r>
    </w:p>
    <w:p>
      <w:r>
        <w:rPr>
          <w:b/>
        </w:rPr>
        <w:t xml:space="preserve">[1:23:12] </w:t>
      </w:r>
      <w:r>
        <w:t>madah hota hai,</w:t>
      </w:r>
    </w:p>
    <w:p>
      <w:pPr>
        <w:jc w:val="right"/>
      </w:pPr>
      <w:r>
        <w:t>مادہ ہوتا ہے،</w:t>
      </w:r>
    </w:p>
    <w:p>
      <w:r>
        <w:rPr>
          <w:b/>
        </w:rPr>
        <w:t xml:space="preserve">[1:23:18] </w:t>
      </w:r>
      <w:r>
        <w:t>sakhti nahi hoti hai.</w:t>
      </w:r>
    </w:p>
    <w:p>
      <w:pPr>
        <w:jc w:val="right"/>
      </w:pPr>
      <w:r>
        <w:t>سختی نہیں ہوتی ہے۔</w:t>
      </w:r>
    </w:p>
    <w:p>
      <w:r>
        <w:rPr>
          <w:b/>
        </w:rPr>
        <w:t xml:space="preserve">[1:23:23] </w:t>
      </w:r>
      <w:r>
        <w:t>ab yeh kyun aisa hai? yeh yeh yeh sochne ki baat hai, lekin yeh baat hai apni jagah par sahi.</w:t>
      </w:r>
    </w:p>
    <w:p>
      <w:pPr>
        <w:jc w:val="right"/>
      </w:pPr>
      <w:r>
        <w:t>اب یہ کیوں ایسا ہے؟ یہ یہ یہ سوچنے کی بات ہے، لیکن یہ بات ہے اپنی جگہ پر صحیح۔</w:t>
      </w:r>
    </w:p>
    <w:p>
      <w:r>
        <w:rPr>
          <w:b/>
        </w:rPr>
        <w:t xml:space="preserve">[1:23:27] </w:t>
      </w:r>
      <w:r>
        <w:t>abhi mein ne qissa bataya aap ko christian ka ke unhon ne seminar kiya, sara kharcha unhon ne</w:t>
      </w:r>
    </w:p>
    <w:p>
      <w:pPr>
        <w:jc w:val="right"/>
      </w:pPr>
      <w:r>
        <w:t>ابھی میں نے قصہ بتایا آپ کو کرسچن کا کہ انہوں نے سیمینار کیا، سارا خرچہ انہوں نے</w:t>
      </w:r>
    </w:p>
    <w:p>
      <w:r>
        <w:rPr>
          <w:b/>
        </w:rPr>
        <w:t xml:space="preserve">[1:23:31] </w:t>
      </w:r>
      <w:r>
        <w:t>uthaya, sab kuch.</w:t>
      </w:r>
    </w:p>
    <w:p>
      <w:pPr>
        <w:jc w:val="right"/>
      </w:pPr>
      <w:r>
        <w:t>اٹھایا، سب کچھ۔</w:t>
      </w:r>
    </w:p>
    <w:p>
      <w:r>
        <w:rPr>
          <w:b/>
        </w:rPr>
        <w:t xml:space="preserve">[1:23:36] </w:t>
      </w:r>
      <w:r>
        <w:t>aur hamare log jo gaye apni kitabein le kar ke wahan taqseem kiya, is ka bhi paisa loota</w:t>
      </w:r>
    </w:p>
    <w:p>
      <w:pPr>
        <w:jc w:val="right"/>
      </w:pPr>
      <w:r>
        <w:t>اور ہمارے لوگ جو گئے اپنی کتابیں لے کر کے وہاں تقسیم کیا، اس کا بھی پیسہ لوٹا</w:t>
      </w:r>
    </w:p>
    <w:p>
      <w:r>
        <w:rPr>
          <w:b/>
        </w:rPr>
        <w:t xml:space="preserve">[1:23:40] </w:t>
      </w:r>
      <w:r>
        <w:t>diya unhon ne.</w:t>
      </w:r>
    </w:p>
    <w:p>
      <w:pPr>
        <w:jc w:val="right"/>
      </w:pPr>
      <w:r>
        <w:t>دیا انہوں نے۔</w:t>
      </w:r>
    </w:p>
    <w:p>
      <w:r>
        <w:rPr>
          <w:b/>
        </w:rPr>
        <w:t xml:space="preserve">[1:23:45] </w:t>
      </w:r>
      <w:r>
        <w:t>mein to samajhta hoon ke christian logon ke andar bohat hi ajeeb sifaat hain,</w:t>
      </w:r>
    </w:p>
    <w:p>
      <w:pPr>
        <w:jc w:val="right"/>
      </w:pPr>
      <w:r>
        <w:t>میں تو سمجھتا ہوں کہ کرسچن لوگوں کے اندر بہت ہی عجیب صفات ہیں،</w:t>
      </w:r>
    </w:p>
    <w:p>
      <w:r>
        <w:rPr>
          <w:b/>
        </w:rPr>
        <w:t xml:space="preserve">[1:23:49] </w:t>
      </w:r>
      <w:r>
        <w:t>bohat ajeeb sifaat hain: narmi, modesty, openness, aur help karna.</w:t>
      </w:r>
    </w:p>
    <w:p>
      <w:pPr>
        <w:jc w:val="right"/>
      </w:pPr>
      <w:r>
        <w:t>بہت عجیب صفات ہیں: نرمی، ماڈیسٹی، اوپننس، اور ہیلپ کرنا۔</w:t>
      </w:r>
    </w:p>
    <w:p>
      <w:r>
        <w:rPr>
          <w:b/>
        </w:rPr>
        <w:t xml:space="preserve">[1:23:55] </w:t>
      </w:r>
      <w:r>
        <w:t>is ka waja kya hai? yeh mein nahi jaanta, mujhe nahi maloom, lekin waqea hai, aaj bhi yeh</w:t>
      </w:r>
    </w:p>
    <w:p>
      <w:pPr>
        <w:jc w:val="right"/>
      </w:pPr>
      <w:r>
        <w:t>اس کا وجہ کیا ہے؟ یہ میں نہیں جانتا، مجھے نہیں معلوم، لیکن واقعہ ہے، آج بھی یہ</w:t>
      </w:r>
    </w:p>
    <w:p>
      <w:r>
        <w:rPr>
          <w:b/>
        </w:rPr>
        <w:t xml:space="preserve">[1:24:01] </w:t>
      </w:r>
      <w:r>
        <w:t>waqea hai ke christian logon mein yeh sab baatein pai jati hain.</w:t>
      </w:r>
    </w:p>
    <w:p>
      <w:pPr>
        <w:jc w:val="right"/>
      </w:pPr>
      <w:r>
        <w:t>واقعہ ہے کہ کرسچن لوگوں میں یہ سب باتیں پائی جاتی ہیں۔</w:t>
      </w:r>
    </w:p>
    <w:p>
      <w:r>
        <w:rPr>
          <w:b/>
        </w:rPr>
        <w:t xml:space="preserve">[1:24:07] </w:t>
      </w:r>
      <w:r>
        <w:t>maulana sharq hussain ne dilli se sawal kiya hai: aap ne farmaya ke positive thinking ke zariye hi</w:t>
      </w:r>
    </w:p>
    <w:p>
      <w:pPr>
        <w:jc w:val="right"/>
      </w:pPr>
      <w:r>
        <w:t>مولانا شارق حسین نے دلی سے سوال کیا ہے: آپ نے فرمایا کہ پوزیٹیو تھنکنگ کے ذریعے ہی</w:t>
      </w:r>
    </w:p>
    <w:p>
      <w:r>
        <w:rPr>
          <w:b/>
        </w:rPr>
        <w:t xml:space="preserve">[1:24:13] </w:t>
      </w:r>
      <w:r>
        <w:t>insan ke liye</w:t>
      </w:r>
    </w:p>
    <w:p>
      <w:pPr>
        <w:jc w:val="right"/>
      </w:pPr>
      <w:r>
        <w:t>انسان کے لیے</w:t>
      </w:r>
    </w:p>
    <w:p>
      <w:r>
        <w:rPr>
          <w:b/>
        </w:rPr>
        <w:t xml:space="preserve">[1:24:19] </w:t>
      </w:r>
      <w:r>
        <w:t>یہ پوسیبل ہو سکتا ہے کہ اس کے اندر creative thinking آئے۔</w:t>
      </w:r>
    </w:p>
    <w:p>
      <w:pPr>
        <w:jc w:val="right"/>
      </w:pPr>
      <w:r>
        <w:t>یہ پوسیبل ہو سکتا ہے کہ اس کے اندر کریٹیو تھنکنگ آئے۔</w:t>
      </w:r>
    </w:p>
    <w:p>
      <w:r>
        <w:rPr>
          <w:b/>
        </w:rPr>
        <w:t xml:space="preserve">[1:24:24] </w:t>
      </w:r>
      <w:r>
        <w:t>is ko thora sa aur wazeh karein.</w:t>
      </w:r>
    </w:p>
    <w:p>
      <w:pPr>
        <w:jc w:val="right"/>
      </w:pPr>
      <w:r>
        <w:t>اس کو تھوڑا سا اور واضح کریں۔</w:t>
      </w:r>
    </w:p>
    <w:p>
      <w:r>
        <w:rPr>
          <w:b/>
        </w:rPr>
        <w:t xml:space="preserve">[1:24:29] </w:t>
      </w:r>
      <w:r>
        <w:t>dekhein, creative thinking ke liye zaroori hai ke aap aap ka mind free ho, ghair zaroori masail se.</w:t>
      </w:r>
    </w:p>
    <w:p>
      <w:pPr>
        <w:jc w:val="right"/>
      </w:pPr>
      <w:r>
        <w:t>دیکھیں، کریٹیو تھنکنگ کے لیے ضروری ہے کہ آپ آپ کا مائنڈ فری ہو، غیر ضروری مسائل سے۔</w:t>
      </w:r>
    </w:p>
    <w:p>
      <w:r>
        <w:rPr>
          <w:b/>
        </w:rPr>
        <w:t xml:space="preserve">[1:24:35] </w:t>
      </w:r>
      <w:r>
        <w:t>beshtar log, kya sare log, mein pata hoon logon ke andar ghair zaroori masail mein uljhe rehte hain.</w:t>
      </w:r>
    </w:p>
    <w:p>
      <w:pPr>
        <w:jc w:val="right"/>
      </w:pPr>
      <w:r>
        <w:t>بیشتر لوگ، کیا سارے لوگ، میں پاتا ہوں لوگوں کے اندر غیر ضروری مسائل میں الجھے رہتے ہیں۔</w:t>
      </w:r>
    </w:p>
    <w:p>
      <w:r>
        <w:rPr>
          <w:b/>
        </w:rPr>
        <w:t xml:space="preserve">[1:24:40] </w:t>
      </w:r>
      <w:r>
        <w:t>is liye woh kehte hain ke creativity barhti nahi.</w:t>
      </w:r>
    </w:p>
    <w:p>
      <w:pPr>
        <w:jc w:val="right"/>
      </w:pPr>
      <w:r>
        <w:t>اس لیے وہ کہتے ہیں کہ کریٹیوٹی بڑھتی نہیں۔</w:t>
      </w:r>
    </w:p>
    <w:p>
      <w:r>
        <w:rPr>
          <w:b/>
        </w:rPr>
        <w:t xml:space="preserve">[1:24:45] </w:t>
      </w:r>
      <w:r>
        <w:t>to creative thinking</w:t>
      </w:r>
    </w:p>
    <w:p>
      <w:pPr>
        <w:jc w:val="right"/>
      </w:pPr>
      <w:r>
        <w:t>تو کریٹیو تھنکنگ</w:t>
      </w:r>
    </w:p>
    <w:p>
      <w:r>
        <w:rPr>
          <w:b/>
        </w:rPr>
        <w:t xml:space="preserve">[1:24:50] </w:t>
      </w:r>
      <w:r>
        <w:t>ki pehli shart yeh hai ke aap ka zehan jo hai, manfi sawalat mein na uljhe, ghair zaroori</w:t>
      </w:r>
    </w:p>
    <w:p>
      <w:pPr>
        <w:jc w:val="right"/>
      </w:pPr>
      <w:r>
        <w:t>کی پہلی شرط یہ ہے کہ آپ کا ذہن جو ہے، منفی سوالات میں نہ الجھے، غیر ضروری</w:t>
      </w:r>
    </w:p>
    <w:p>
      <w:r>
        <w:rPr>
          <w:b/>
        </w:rPr>
        <w:t xml:space="preserve">[1:24:53] </w:t>
      </w:r>
      <w:r>
        <w:t>qism ke sawalat mein na uljhe.</w:t>
      </w:r>
    </w:p>
    <w:p>
      <w:pPr>
        <w:jc w:val="right"/>
      </w:pPr>
      <w:r>
        <w:t>قسم کے سوالات میں نہ الجھے۔</w:t>
      </w:r>
    </w:p>
    <w:p>
      <w:r>
        <w:rPr>
          <w:b/>
        </w:rPr>
        <w:t xml:space="preserve">[1:24:57] </w:t>
      </w:r>
      <w:r>
        <w:t>yeh sab na ho, tab woh woh woh woh positivity aye gi.</w:t>
      </w:r>
    </w:p>
    <w:p>
      <w:pPr>
        <w:jc w:val="right"/>
      </w:pPr>
      <w:r>
        <w:t>یہ سب نہ ہو، تب وہ وہ وہ وہ پوزیٹیوٹی آئے گی۔</w:t>
      </w:r>
    </w:p>
    <w:p>
      <w:r>
        <w:rPr>
          <w:b/>
        </w:rPr>
        <w:t xml:space="preserve">[1:25:01] </w:t>
      </w:r>
      <w:r>
        <w:t>positivity is tarah kabhi nahi aa sakti hai ke aap negative jo hai, uljhe hue hon aur aur</w:t>
      </w:r>
    </w:p>
    <w:p>
      <w:pPr>
        <w:jc w:val="right"/>
      </w:pPr>
      <w:r>
        <w:t>پوزیٹیوٹی اس طرح کبھی نہیں آ سکتی ہے کہ آپ نیگیٹیو جو ہے، الجھے ہوئے ہوں اور اور</w:t>
      </w:r>
    </w:p>
    <w:p>
      <w:r>
        <w:rPr>
          <w:b/>
        </w:rPr>
        <w:t xml:space="preserve">[1:25:05] </w:t>
      </w:r>
      <w:r>
        <w:t>positivity bhi taraqqi kare.</w:t>
      </w:r>
    </w:p>
    <w:p>
      <w:pPr>
        <w:jc w:val="right"/>
      </w:pPr>
      <w:r>
        <w:t>پوزیٹیوٹی بھی ترقی کرے۔</w:t>
      </w:r>
    </w:p>
    <w:p>
      <w:r>
        <w:rPr>
          <w:b/>
        </w:rPr>
        <w:t xml:space="preserve">[1:25:09] </w:t>
      </w:r>
      <w:r>
        <w:t>aisa nahi ho sakta.</w:t>
      </w:r>
    </w:p>
    <w:p>
      <w:pPr>
        <w:jc w:val="right"/>
      </w:pPr>
      <w:r>
        <w:t>ایسا نہیں ہو سکتا۔</w:t>
      </w:r>
    </w:p>
    <w:p>
      <w:r>
        <w:rPr>
          <w:b/>
        </w:rPr>
        <w:t xml:space="preserve">[1:25:12] </w:t>
      </w:r>
      <w:r>
        <w:t>to jis aadmi ko banna hai positive thinker, us ko aik price deni pare gi.</w:t>
      </w:r>
    </w:p>
    <w:p>
      <w:pPr>
        <w:jc w:val="right"/>
      </w:pPr>
      <w:r>
        <w:t>تو جس آدمی کو بننا ہے پوزیٹیو تھنکر، اس کو ایک پرائس دینی پڑے گی۔</w:t>
      </w:r>
    </w:p>
    <w:p>
      <w:r>
        <w:rPr>
          <w:b/>
        </w:rPr>
        <w:t xml:space="preserve">[1:25:16] </w:t>
      </w:r>
      <w:r>
        <w:t>woh price yeh hai ke negative thinking se</w:t>
      </w:r>
    </w:p>
    <w:p>
      <w:pPr>
        <w:jc w:val="right"/>
      </w:pPr>
      <w:r>
        <w:t>وہ پرائس یہ ہے کہ نیگیٹیو تھنکنگ سے</w:t>
      </w:r>
    </w:p>
    <w:p>
      <w:r>
        <w:rPr>
          <w:b/>
        </w:rPr>
        <w:t xml:space="preserve">[1:25:20] </w:t>
      </w:r>
      <w:r>
        <w:t>mukammal taur par apne ko azaad karna. maslan aaj hi subah main kisi se keh raha tha, peeche ki baat ko le kar ke unhone kuch shikayati baat ki, barson pehle ki baat. main ne kaha, barson ke pehle baat jo ho gayi, woh woh aap lota to sakte nahi. woh jo ho gaya, woh ho gaya. ab us ko kyun yaad karte hain? woh yaad kar ke kyun apne zehn ko negative banate hain? to jis aadmi ko ban</w:t>
      </w:r>
    </w:p>
    <w:p>
      <w:pPr>
        <w:jc w:val="right"/>
      </w:pPr>
      <w:r>
        <w:t>مکمل طور پر اپنے کو آزاد کرنا۔ مثلاً آج ہی صبح میں کسی سے کہہ رہا تھا، پیچھے کی بات کو لے کر کے انہوں نے کچھ شکایتی بات کی، برسوں پہلے کی بات۔ میں نے کہا، برسوں کے پہلے بات جو ہو گئی، وہ وہ آپ لوٹا تو سکتے نہیں۔ وہ جو ہو گیا، وہ ہو گیا۔ اب اس کو کیوں یاد کرتے ہیں؟ وہ یاد کر کے کیوں اپنے ذہن کو نیگیٹیو بناتے ہیں؟ تو جس آدمی کو کریٹی</w:t>
      </w:r>
    </w:p>
    <w:p>
      <w:r>
        <w:rPr>
          <w:b/>
        </w:rPr>
        <w:t xml:space="preserve">[1:25:50] </w:t>
      </w:r>
      <w:r>
        <w:t>na hai creative thinking ki ahmiyat maloom ho, jo apne aap ko positive thinker banana chahta ho, us ko ek price deni padegi. woh price yeh hai ke ghair zaroori sawalat se apne ko bachana. do cheezon se bachana padega, teen cheezon se: distraction se, unnecessary questions se, aur negative sentiment se. nahi to kabhi bhi development nahi hoga. yaad rakhiye, creative thinking ya positive thinking ki ek price hai. woh price kya hai? ke aap in</w:t>
      </w:r>
    </w:p>
    <w:p>
      <w:pPr>
        <w:jc w:val="right"/>
      </w:pPr>
      <w:r>
        <w:t>و تھنکنگ کی اہمیت معلوم ہو، جو اپنے آپ کو پوزیٹیو تھنکر بنانا چاہتا ہو، اس کو ایک پرائس دینی پڑے گی۔ وہ پرائس یہ ہے کہ غیر ضروری سوالات سے اپنے کو بچانا۔ دو چیزوں سے بچانا پڑے گا، تین چیزوں سے: ڈسٹریکشن سے، ان نیسیسری کوئسچن سے، اور نیگیٹیو سینٹیمنٹ سے۔ نہیں تو کبھی بھی ڈیویلپمنٹ نہیں ہوگا۔ یاد رکھیے، کریٹیو تھنکنگ یا پوزیٹیو تھنکنگ کی ایک پرائس ہے۔ وہ پرائس کیا ہے؟ کہ آپ ان</w:t>
      </w:r>
    </w:p>
    <w:p>
      <w:r>
        <w:rPr>
          <w:b/>
        </w:rPr>
        <w:t xml:space="preserve">[1:26:20] </w:t>
      </w:r>
      <w:r>
        <w:t>necessary question se apne ko bachayein, distraction se bachayein, aur negativity se bachayein.</w:t>
      </w:r>
    </w:p>
    <w:p>
      <w:pPr>
        <w:jc w:val="right"/>
      </w:pPr>
      <w:r>
        <w:t>نیسیسری کوئسچن سے اپنے کو بچائیں، ڈسٹریکشن سے بچائیں، اور نیگیٹیوٹی سے بچائیں۔</w:t>
      </w:r>
    </w:p>
    <w:p>
      <w:r>
        <w:rPr>
          <w:b/>
        </w:rPr>
        <w:t xml:space="preserve">[1:26:26] </w:t>
      </w:r>
      <w:r>
        <w:t>tab ja kar ke yeh development hoga, warna nahi hoga.</w:t>
      </w:r>
    </w:p>
    <w:p>
      <w:pPr>
        <w:jc w:val="right"/>
      </w:pPr>
      <w:r>
        <w:t>تب جا کر کے یہ ڈیویلپمنٹ ہوگا، ورنہ نہیں ہوگا۔</w:t>
      </w:r>
    </w:p>
    <w:p>
      <w:r>
        <w:rPr>
          <w:b/>
        </w:rPr>
        <w:t xml:space="preserve">[1:26:32] </w:t>
      </w:r>
      <w:r>
        <w:t>maulana, agla sawal aya hai tamil nadu se maulana iqbal ahmad umri ka.</w:t>
      </w:r>
    </w:p>
    <w:p>
      <w:pPr>
        <w:jc w:val="right"/>
      </w:pPr>
      <w:r>
        <w:t>مولانا، اگلا سوال آیا ہے تمل ناڈو سے مولانا اقبال احمد عمری کا۔</w:t>
      </w:r>
    </w:p>
    <w:p>
      <w:r>
        <w:rPr>
          <w:b/>
        </w:rPr>
        <w:t xml:space="preserve">[1:26:38] </w:t>
      </w:r>
      <w:r>
        <w:t>unhon ne likha hai: kaha jata hai ke ijtihad mein ghalti ka imkan zyada hota hai, isi liye</w:t>
      </w:r>
    </w:p>
    <w:p>
      <w:pPr>
        <w:jc w:val="right"/>
      </w:pPr>
      <w:r>
        <w:t>انہوں نے لکھا ہے: کہا جاتا ہے کہ اجتہاد میں غلطی کا امکان زیادہ ہوتا ہے، اسی لیے</w:t>
      </w:r>
    </w:p>
    <w:p>
      <w:r>
        <w:rPr>
          <w:b/>
        </w:rPr>
        <w:t xml:space="preserve">[1:26:44] </w:t>
      </w:r>
      <w:r>
        <w:t>ijtihad ka darwaza band kar diya gaya hai. kya</w:t>
      </w:r>
    </w:p>
    <w:p>
      <w:pPr>
        <w:jc w:val="right"/>
      </w:pPr>
      <w:r>
        <w:t>اجتہاد کا دروازہ بند کر دیا گیا ہے۔ کیا</w:t>
      </w:r>
    </w:p>
    <w:p>
      <w:r>
        <w:rPr>
          <w:b/>
        </w:rPr>
        <w:t xml:space="preserve">[1:26:50] </w:t>
      </w:r>
      <w:r>
        <w:t>aisa samajhna sahi hai? har giz sahi nahi hai.</w:t>
      </w:r>
    </w:p>
    <w:p>
      <w:pPr>
        <w:jc w:val="right"/>
      </w:pPr>
      <w:r>
        <w:t>ایسا سمجھنا صحیح ہے؟ ہرگز صحیح نہیں ہے۔</w:t>
      </w:r>
    </w:p>
    <w:p>
      <w:r>
        <w:rPr>
          <w:b/>
        </w:rPr>
        <w:t xml:space="preserve">[1:26:56] </w:t>
      </w:r>
      <w:r>
        <w:t>kaun hai jo hadith mein di hui hidayat ko mansookh kare? mujhe yeh bataiye, kis ko allah taala</w:t>
      </w:r>
    </w:p>
    <w:p>
      <w:pPr>
        <w:jc w:val="right"/>
      </w:pPr>
      <w:r>
        <w:t>کون ہے جو حدیث میں دی ہوئی ہدایت کو منسوخ کرے؟ مجھے یہ بتائیے، کس کو اللہ تعالی</w:t>
      </w:r>
    </w:p>
    <w:p>
      <w:r>
        <w:rPr>
          <w:b/>
        </w:rPr>
        <w:t xml:space="preserve">[1:27:02] </w:t>
      </w:r>
      <w:r>
        <w:t>ne yeh license diya hai? bukhari ki riwayat mein jab yeh hai ke mujtahid koi shart nahi lagai</w:t>
      </w:r>
    </w:p>
    <w:p>
      <w:pPr>
        <w:jc w:val="right"/>
      </w:pPr>
      <w:r>
        <w:t>نے یہ لائسنس دیا ہے؟ بخاری کی روایت میں جب یہ ہے کہ مجتہد کوئی شرط نہیں لگائی</w:t>
      </w:r>
    </w:p>
    <w:p>
      <w:r>
        <w:rPr>
          <w:b/>
        </w:rPr>
        <w:t xml:space="preserve">[1:27:08] </w:t>
      </w:r>
      <w:r>
        <w:t>gayi hai aur sirf yeh bataye ga ke agar tum ijtihad karo aur ghalti ho jaye to aadha</w:t>
      </w:r>
    </w:p>
    <w:p>
      <w:pPr>
        <w:jc w:val="right"/>
      </w:pPr>
      <w:r>
        <w:t>گئی ہے اور صرف یہ بتائے گا کہ اگر تم اجتہاد کرو اور غلطی ہو جائے تو آدھا</w:t>
      </w:r>
    </w:p>
    <w:p>
      <w:r>
        <w:rPr>
          <w:b/>
        </w:rPr>
        <w:t xml:space="preserve">[1:27:14] </w:t>
      </w:r>
      <w:r>
        <w:t>sawab mile ga, sahi rahe ga to double</w:t>
      </w:r>
    </w:p>
    <w:p>
      <w:pPr>
        <w:jc w:val="right"/>
      </w:pPr>
      <w:r>
        <w:t>ثواب ملے گا، صحیح رہے گا تو ڈبل</w:t>
      </w:r>
    </w:p>
    <w:p>
      <w:r>
        <w:rPr>
          <w:b/>
        </w:rPr>
        <w:t xml:space="preserve">[1:27:20] </w:t>
      </w:r>
      <w:r>
        <w:t>sawab mile ga.</w:t>
      </w:r>
    </w:p>
    <w:p>
      <w:pPr>
        <w:jc w:val="right"/>
      </w:pPr>
      <w:r>
        <w:t>ثواب ملے گا۔</w:t>
      </w:r>
    </w:p>
    <w:p>
      <w:r>
        <w:rPr>
          <w:b/>
        </w:rPr>
        <w:t xml:space="preserve">[1:27:25] </w:t>
      </w:r>
      <w:r>
        <w:t>to kis ko yeh allah taala ne ikhtiyar diya hai ke woh mansookh kare ijtihad ko? ghalti ke</w:t>
      </w:r>
    </w:p>
    <w:p>
      <w:pPr>
        <w:jc w:val="right"/>
      </w:pPr>
      <w:r>
        <w:t>تو کس کو یہ اللہ تعالی نے اختیار دیا ہے کہ وہ منسوخ کرے اجتہاد کو؟ غلطی کے</w:t>
      </w:r>
    </w:p>
    <w:p>
      <w:r>
        <w:rPr>
          <w:b/>
        </w:rPr>
        <w:t xml:space="preserve">[1:27:29] </w:t>
      </w:r>
      <w:r>
        <w:t>imkan ke bawajood ijtihad karte rehna hai.</w:t>
      </w:r>
    </w:p>
    <w:p>
      <w:pPr>
        <w:jc w:val="right"/>
      </w:pPr>
      <w:r>
        <w:t>امکان کے باوجود اجتہاد کرتے رہنا ہے۔</w:t>
      </w:r>
    </w:p>
    <w:p>
      <w:r>
        <w:rPr>
          <w:b/>
        </w:rPr>
        <w:t xml:space="preserve">[1:27:33] </w:t>
      </w:r>
      <w:r>
        <w:t>albatta aadmi ke andar israr nahi hona chahiye.</w:t>
      </w:r>
    </w:p>
    <w:p>
      <w:pPr>
        <w:jc w:val="right"/>
      </w:pPr>
      <w:r>
        <w:t>البتہ آدمی کے اندر اصرار نہیں ہونا چاہیے۔</w:t>
      </w:r>
    </w:p>
    <w:p>
      <w:r>
        <w:rPr>
          <w:b/>
        </w:rPr>
        <w:t xml:space="preserve">[1:27:38] </w:t>
      </w:r>
      <w:r>
        <w:t>agar mujh se ghalti ho gayi hai to mein mein bara muhasba karon, apni apni ghaltiyon ko janne</w:t>
      </w:r>
    </w:p>
    <w:p>
      <w:pPr>
        <w:jc w:val="right"/>
      </w:pPr>
      <w:r>
        <w:t>اگر مجھ سے غلطی ہو گئی ہے تو میں میں بڑا محاسبہ کروں، اپنی اپنی غلطیوں کو جاننے</w:t>
      </w:r>
    </w:p>
    <w:p>
      <w:r>
        <w:rPr>
          <w:b/>
        </w:rPr>
        <w:t xml:space="preserve">[1:27:42] </w:t>
      </w:r>
      <w:r>
        <w:t>ki koshish karon, discussion karon, aur apna correction karon.</w:t>
      </w:r>
    </w:p>
    <w:p>
      <w:pPr>
        <w:jc w:val="right"/>
      </w:pPr>
      <w:r>
        <w:t>کی کوشش کروں، ڈسکشن کروں، اور اپنا کریکشن کروں۔</w:t>
      </w:r>
    </w:p>
    <w:p>
      <w:r>
        <w:rPr>
          <w:b/>
        </w:rPr>
        <w:t xml:space="preserve">[1:27:46] </w:t>
      </w:r>
      <w:r>
        <w:t>to koi bhi shakhs haq nahi rakhta ke ijtihad darwaza band kare.</w:t>
      </w:r>
    </w:p>
    <w:p>
      <w:pPr>
        <w:jc w:val="right"/>
      </w:pPr>
      <w:r>
        <w:t>تو کوئی بھی شخص حق نہیں رکھتا کہ اجتہاد دروازہ بند کرے۔</w:t>
      </w:r>
    </w:p>
    <w:p>
      <w:r>
        <w:rPr>
          <w:b/>
        </w:rPr>
        <w:t xml:space="preserve">[1:27:50] </w:t>
      </w:r>
      <w:r>
        <w:t>jab rasool allah ne farma diya hai ke ghalti karoge, tab bhi sawab mile ga, to kis</w:t>
      </w:r>
    </w:p>
    <w:p>
      <w:pPr>
        <w:jc w:val="right"/>
      </w:pPr>
      <w:r>
        <w:t>جب رسول اللہ نے فرما دیا ہے کہ غلطی کرو گے، تب بھی ثواب ملے گا، تو کس</w:t>
      </w:r>
    </w:p>
    <w:p>
      <w:r>
        <w:rPr>
          <w:b/>
        </w:rPr>
        <w:t xml:space="preserve">[1:27:55] </w:t>
      </w:r>
      <w:r>
        <w:t>ko haq hai ke woh band kare darwaza? sirf yeh aap ko haq hai ke agar aap dekhte</w:t>
      </w:r>
    </w:p>
    <w:p>
      <w:pPr>
        <w:jc w:val="right"/>
      </w:pPr>
      <w:r>
        <w:t>کو حق ہے کہ وہ بند کرے دروازہ؟ صرف یہ آپ کو حق ہے کہ اگر آپ دیکھتے</w:t>
      </w:r>
    </w:p>
    <w:p>
      <w:r>
        <w:rPr>
          <w:b/>
        </w:rPr>
        <w:t xml:space="preserve">[1:28:00] </w:t>
      </w:r>
      <w:r>
        <w:t>hain ke koi shakhs ghalti kar raha hai to us ko bas baat, us ko baat kijiye, us</w:t>
      </w:r>
    </w:p>
    <w:p>
      <w:pPr>
        <w:jc w:val="right"/>
      </w:pPr>
      <w:r>
        <w:t>ہیں کہ کوئی شخص غلطی کر رہا ہے تو اس کو بس بات، اس کو بات کیجئے، اس</w:t>
      </w:r>
    </w:p>
    <w:p>
      <w:r>
        <w:rPr>
          <w:b/>
        </w:rPr>
        <w:t xml:space="preserve">[1:28:04] </w:t>
      </w:r>
      <w:r>
        <w:t>se guftagu kijiye.</w:t>
      </w:r>
    </w:p>
    <w:p>
      <w:pPr>
        <w:jc w:val="right"/>
      </w:pPr>
      <w:r>
        <w:t>سے گفتگو کیجئے۔</w:t>
      </w:r>
    </w:p>
    <w:p>
      <w:r>
        <w:rPr>
          <w:b/>
        </w:rPr>
        <w:t xml:space="preserve">[1:28:09] </w:t>
      </w:r>
      <w:r>
        <w:t>bas bajaye is ke ke ijtihad darwaza aap band karen, aap yeh kar sakte hain ke us ki</w:t>
      </w:r>
    </w:p>
    <w:p>
      <w:pPr>
        <w:jc w:val="right"/>
      </w:pPr>
      <w:r>
        <w:t>بس بجائے اس کے کہ اجتہاد دروازہ آپ بند کریں، آپ یہ کر سکتے ہیں کہ اس کی</w:t>
      </w:r>
    </w:p>
    <w:p>
      <w:r>
        <w:rPr>
          <w:b/>
        </w:rPr>
        <w:t xml:space="preserve">[1:28:13] </w:t>
      </w:r>
      <w:r>
        <w:t>ghalti ko durust karen guftagu sunid ke zariye se.</w:t>
      </w:r>
    </w:p>
    <w:p>
      <w:pPr>
        <w:jc w:val="right"/>
      </w:pPr>
      <w:r>
        <w:t>غلطی کو درست کریں گفتگو شنید کے ذریعے سے۔</w:t>
      </w:r>
    </w:p>
    <w:p>
      <w:r>
        <w:rPr>
          <w:b/>
        </w:rPr>
        <w:t xml:space="preserve">[1:28:18] </w:t>
      </w:r>
      <w:r>
        <w:t>is se zyada kisi ko koi haq nahi. koi</w:t>
      </w:r>
    </w:p>
    <w:p>
      <w:pPr>
        <w:jc w:val="right"/>
      </w:pPr>
      <w:r>
        <w:t>اس سے زیادہ کسی کو کوئی حق نہیں۔ کوئی</w:t>
      </w:r>
    </w:p>
    <w:p>
      <w:r>
        <w:rPr>
          <w:b/>
        </w:rPr>
        <w:t xml:space="preserve">[1:28:23] </w:t>
      </w:r>
      <w:r>
        <w:t>maulana, isi se related aik aur sawal kiya gaya hai.</w:t>
      </w:r>
    </w:p>
    <w:p>
      <w:pPr>
        <w:jc w:val="right"/>
      </w:pPr>
      <w:r>
        <w:t>مولانا، اسی سے ریلیٹڈ ایک اور سوال کیا گیا ہے۔</w:t>
      </w:r>
    </w:p>
    <w:p>
      <w:r>
        <w:rPr>
          <w:b/>
        </w:rPr>
        <w:t xml:space="preserve">[1:28:29] </w:t>
      </w:r>
      <w:r>
        <w:t>مس نغمہ صدیقی نے دلی سے، انہوں نے لکھا ہے: "On what basis was the door to ijtihad</w:t>
      </w:r>
    </w:p>
    <w:p>
      <w:pPr>
        <w:jc w:val="right"/>
      </w:pPr>
      <w:r>
        <w:t>مس نغمہ صدیقی نے دلی سے، انہوں نے لکھا ہے: "ان واٹ بیسز واز دا ڈور ٹو اجتہاد</w:t>
      </w:r>
    </w:p>
    <w:p>
      <w:r>
        <w:rPr>
          <w:b/>
        </w:rPr>
        <w:t xml:space="preserve">[1:28:35] </w:t>
      </w:r>
      <w:r>
        <w:t>closed by the ulama? how can muslims be made to understand the importance of ijtihad now? khud sakhta</w:t>
      </w:r>
    </w:p>
    <w:p>
      <w:pPr>
        <w:jc w:val="right"/>
      </w:pPr>
      <w:r>
        <w:t>کلوزڈ بائی دی علماء؟ ہاؤ کین مسلمز بی میڈ ٹو انڈرسٹینڈ دی امپورٹنس اف اجتہاد ناؤ؟" خود ساختہ</w:t>
      </w:r>
    </w:p>
    <w:p>
      <w:r>
        <w:rPr>
          <w:b/>
        </w:rPr>
        <w:t xml:space="preserve">[1:28:41] </w:t>
      </w:r>
      <w:r>
        <w:t>aik aik khud sakhta mafroza, khud supposition ke kahin ghalti na ho jaye.</w:t>
      </w:r>
    </w:p>
    <w:p>
      <w:pPr>
        <w:jc w:val="right"/>
      </w:pPr>
      <w:r>
        <w:t>ایک ایک خود ساختہ مفروضہ، خود سپوزیشن کہ کہیں غلطی نہ ہو جائے۔</w:t>
      </w:r>
    </w:p>
    <w:p>
      <w:r>
        <w:rPr>
          <w:b/>
        </w:rPr>
        <w:t xml:space="preserve">[1:28:47] </w:t>
      </w:r>
      <w:r>
        <w:t>yeh jo dor band kiya gaya, is khud sakht</w:t>
      </w:r>
    </w:p>
    <w:p>
      <w:pPr>
        <w:jc w:val="right"/>
      </w:pPr>
      <w:r>
        <w:t>یہ جو ڈور بند کیا گیا، اس خود ساخت</w:t>
      </w:r>
    </w:p>
    <w:p>
      <w:r>
        <w:rPr>
          <w:b/>
        </w:rPr>
        <w:t xml:space="preserve">[1:28:53] </w:t>
      </w:r>
      <w:r>
        <w:t>h mufrudha ko le kar ke kaheen ghalti na ho jaye.</w:t>
      </w:r>
    </w:p>
    <w:p>
      <w:pPr>
        <w:jc w:val="right"/>
      </w:pPr>
      <w:r>
        <w:t>ہ مفروضہ کو لے کر کے کہیں غلطی نہ ہو جائے۔</w:t>
      </w:r>
    </w:p>
    <w:p>
      <w:r>
        <w:rPr>
          <w:b/>
        </w:rPr>
        <w:t xml:space="preserve">[1:28:57] </w:t>
      </w:r>
      <w:r>
        <w:t>Bhai, ghalti ho jaye, tab bhi to sawab mile ga.</w:t>
      </w:r>
    </w:p>
    <w:p>
      <w:pPr>
        <w:jc w:val="right"/>
      </w:pPr>
      <w:r>
        <w:t>بھئی، غلطی ہو جائے، تب بھی تو ثواب ملے گا۔</w:t>
      </w:r>
    </w:p>
    <w:p>
      <w:r>
        <w:rPr>
          <w:b/>
        </w:rPr>
        <w:t xml:space="preserve">[1:29:01] </w:t>
      </w:r>
      <w:r>
        <w:t>To kis ko? Yani yeh logon ne jo kiya, apne haq se aage ja kar kiya.</w:t>
      </w:r>
    </w:p>
    <w:p>
      <w:pPr>
        <w:jc w:val="right"/>
      </w:pPr>
      <w:r>
        <w:t>تو کس کو؟ یعنی یہ لوگوں نے جو کیا، اپنے حق سے آگے جا کر کیا۔</w:t>
      </w:r>
    </w:p>
    <w:p>
      <w:r>
        <w:rPr>
          <w:b/>
        </w:rPr>
        <w:t xml:space="preserve">[1:29:06] </w:t>
      </w:r>
      <w:r>
        <w:t>Jo darwaza Rasool Allah ne band nahi kiya, woh aap kon hotay ho band karnay walay? Kon hotay</w:t>
      </w:r>
    </w:p>
    <w:p>
      <w:pPr>
        <w:jc w:val="right"/>
      </w:pPr>
      <w:r>
        <w:t>جو دروازہ رسول اللہ نے بند نہیں کیا، وہ آپ کون ہوتے ہو بند کرنے والے؟ کون ہوتے</w:t>
      </w:r>
    </w:p>
    <w:p>
      <w:r>
        <w:rPr>
          <w:b/>
        </w:rPr>
        <w:t xml:space="preserve">[1:29:10] </w:t>
      </w:r>
      <w:r>
        <w:t>ho band karnay walay? Aap ko aik khadsha ko le kar ke ke sahib, kaheen ghalti na ho jaye.</w:t>
      </w:r>
    </w:p>
    <w:p>
      <w:pPr>
        <w:jc w:val="right"/>
      </w:pPr>
      <w:r>
        <w:t>ہو بند کرنے والے؟ آپ کو ایک خدشہ کو لے کر کے کہ صاحب، کہیں غلطی نہ ہو جائے۔</w:t>
      </w:r>
    </w:p>
    <w:p>
      <w:r>
        <w:rPr>
          <w:b/>
        </w:rPr>
        <w:t xml:space="preserve">[1:29:14] </w:t>
      </w:r>
      <w:r>
        <w:t>Ghalti ho, tab bhi to sawab bataya gaya hai.</w:t>
      </w:r>
    </w:p>
    <w:p>
      <w:pPr>
        <w:jc w:val="right"/>
      </w:pPr>
      <w:r>
        <w:t>غلطی ہو، تب بھی تو ثواب بتایا گیا ہے۔</w:t>
      </w:r>
    </w:p>
    <w:p>
      <w:r>
        <w:rPr>
          <w:b/>
        </w:rPr>
        <w:t xml:space="preserve">[1:29:19] </w:t>
      </w:r>
      <w:r>
        <w:t>To mein dekh, is hadith se sabit hota hai ke har haal</w:t>
      </w:r>
    </w:p>
    <w:p>
      <w:pPr>
        <w:jc w:val="right"/>
      </w:pPr>
      <w:r>
        <w:t>تو میں دیکھ، اس حدیث سے ثابت ہوتا ہے کہ ہر حال</w:t>
      </w:r>
    </w:p>
    <w:p>
      <w:r>
        <w:rPr>
          <w:b/>
        </w:rPr>
        <w:t xml:space="preserve">[1:29:23] </w:t>
      </w:r>
      <w:r>
        <w:t>mein ijtihad karo.</w:t>
      </w:r>
    </w:p>
    <w:p>
      <w:pPr>
        <w:jc w:val="right"/>
      </w:pPr>
      <w:r>
        <w:t>میں اجتہاد کرو۔</w:t>
      </w:r>
    </w:p>
    <w:p>
      <w:r>
        <w:rPr>
          <w:b/>
        </w:rPr>
        <w:t xml:space="preserve">[1:29:28] </w:t>
      </w:r>
      <w:r>
        <w:t>Albatta yeh shart rahe gi sath sath ke apne correction ke tayyar raho.</w:t>
      </w:r>
    </w:p>
    <w:p>
      <w:pPr>
        <w:jc w:val="right"/>
      </w:pPr>
      <w:r>
        <w:t>البتہ یہ شرط رہے گی ساتھ ساتھ کہ اپنے کریکشن کے تیار رہو۔</w:t>
      </w:r>
    </w:p>
    <w:p>
      <w:r>
        <w:rPr>
          <w:b/>
        </w:rPr>
        <w:t xml:space="preserve">[1:29:33] </w:t>
      </w:r>
      <w:r>
        <w:t>Agar koi aadmi tum ko toka hai to woh ghalti ko bataya, to foran maan lo, "I was</w:t>
      </w:r>
    </w:p>
    <w:p>
      <w:pPr>
        <w:jc w:val="right"/>
      </w:pPr>
      <w:r>
        <w:t>اگر کوئی آدمی تم کو ٹوکا ہے تو وہ غلطی کو بتایا، تو فوراً مان لو، "آئی واز</w:t>
      </w:r>
    </w:p>
    <w:p>
      <w:r>
        <w:rPr>
          <w:b/>
        </w:rPr>
        <w:t xml:space="preserve">[1:29:38] </w:t>
      </w:r>
      <w:r>
        <w:t>wrong." Ijtihad sach pooche to ijtihad asal farq yeh hai.</w:t>
      </w:r>
    </w:p>
    <w:p>
      <w:pPr>
        <w:jc w:val="right"/>
      </w:pPr>
      <w:r>
        <w:t>رونگ۔" اجتہاد سچ پوچھے تو اجتہاد اصل فرق یہ ہے۔</w:t>
      </w:r>
    </w:p>
    <w:p>
      <w:r>
        <w:rPr>
          <w:b/>
        </w:rPr>
        <w:t xml:space="preserve">[1:29:43] </w:t>
      </w:r>
      <w:r>
        <w:t>Yaad rakhiye, is aadmi ke liye ijtihad ain sawab hai jo is ke liye tayyar rehta ho ke</w:t>
      </w:r>
    </w:p>
    <w:p>
      <w:pPr>
        <w:jc w:val="right"/>
      </w:pPr>
      <w:r>
        <w:t>یاد رکھیے، اس آدمی کے لیے اجتہاد عین ثواب ہے جو اس کے لیے تیار رہتا ہو کہ</w:t>
      </w:r>
    </w:p>
    <w:p>
      <w:r>
        <w:rPr>
          <w:b/>
        </w:rPr>
        <w:t xml:space="preserve">[1:29:48] </w:t>
      </w:r>
      <w:r>
        <w:t>is ki ghalti batayi jaye, to woh keh de, "I was wrong." Aur jo</w:t>
      </w:r>
    </w:p>
    <w:p>
      <w:pPr>
        <w:jc w:val="right"/>
      </w:pPr>
      <w:r>
        <w:t>اس کی غلطی بتائی جائے، تو وہ کہہ دے، "آئی واز رونگ۔" اور جو</w:t>
      </w:r>
    </w:p>
    <w:p>
      <w:r>
        <w:rPr>
          <w:b/>
        </w:rPr>
        <w:t xml:space="preserve">[1:29:53] </w:t>
      </w:r>
      <w:r>
        <w:t>aadmi ka haal yeh ho ke ijtihad karnay ke baad ghalti na manay, sarkashi kare, us ki to</w:t>
      </w:r>
    </w:p>
    <w:p>
      <w:pPr>
        <w:jc w:val="right"/>
      </w:pPr>
      <w:r>
        <w:t>آدمی کا حال یہ ہو کہ اجتہاد کرنے کے بعد غلطی نہ مانے، سرکشی کرے، اس کی تو</w:t>
      </w:r>
    </w:p>
    <w:p>
      <w:r>
        <w:rPr>
          <w:b/>
        </w:rPr>
        <w:t xml:space="preserve">[1:29:58] </w:t>
      </w:r>
      <w:r>
        <w:t>poori zindagi gunah hai.</w:t>
      </w:r>
    </w:p>
    <w:p>
      <w:pPr>
        <w:jc w:val="right"/>
      </w:pPr>
      <w:r>
        <w:t>پوری زندگی گناہ ہے۔</w:t>
      </w:r>
    </w:p>
    <w:p>
      <w:r>
        <w:rPr>
          <w:b/>
        </w:rPr>
        <w:t xml:space="preserve">[1:30:03] </w:t>
      </w:r>
      <w:r>
        <w:t>Ijtihad kiya? Is ko kuch bhi karnay ka haq nahi hai.</w:t>
      </w:r>
    </w:p>
    <w:p>
      <w:pPr>
        <w:jc w:val="right"/>
      </w:pPr>
      <w:r>
        <w:t>اجتہاد کیا؟ اس کو کچھ بھی کرنے کا حق نہیں ہے۔</w:t>
      </w:r>
    </w:p>
    <w:p>
      <w:r>
        <w:rPr>
          <w:b/>
        </w:rPr>
        <w:t xml:space="preserve">[1:30:08] </w:t>
      </w:r>
      <w:r>
        <w:t>Phir mein repeat karunga ke aik aadmi ijtihad kare aur woh ghalti kare, aur jab uth toka</w:t>
      </w:r>
    </w:p>
    <w:p>
      <w:pPr>
        <w:jc w:val="right"/>
      </w:pPr>
      <w:r>
        <w:t>پھر میں ریپیٹ کروں گا کہ ایک آدمی اجتہاد کرے اور وہ غلطی کرے، اور جب اٹھ ٹوکا</w:t>
      </w:r>
    </w:p>
    <w:p>
      <w:r>
        <w:rPr>
          <w:b/>
        </w:rPr>
        <w:t xml:space="preserve">[1:30:13] </w:t>
      </w:r>
      <w:r>
        <w:t>jaye to na manay, woh apni sarkashi dikhanay lage, to us ke liye sartaapa is ki zindagi gunah hai.</w:t>
      </w:r>
    </w:p>
    <w:p>
      <w:pPr>
        <w:jc w:val="right"/>
      </w:pPr>
      <w:r>
        <w:t>جائے تو نہ مانے، وہ اپنی سرکشی دکھانے لگے، تو اس کے لیے سرتاپا اس کی زندگی گناہ ہے۔</w:t>
      </w:r>
    </w:p>
    <w:p>
      <w:r>
        <w:rPr>
          <w:b/>
        </w:rPr>
        <w:t xml:space="preserve">[1:30:18] </w:t>
      </w:r>
      <w:r>
        <w:t>Ijtihad yeh nahi hai, sab kuch is ka gunah hai kyunke s</w:t>
      </w:r>
    </w:p>
    <w:p>
      <w:pPr>
        <w:jc w:val="right"/>
      </w:pPr>
      <w:r>
        <w:t>اجتہاد یہ نہیں ہے، سب کچھ اس کا گناہ ہے کیونکہ س</w:t>
      </w:r>
    </w:p>
    <w:p>
      <w:r>
        <w:rPr>
          <w:b/>
        </w:rPr>
        <w:t xml:space="preserve">[1:30:23] </w:t>
      </w:r>
      <w:r>
        <w:t>arkashi maaf nahi hogi is ki.</w:t>
      </w:r>
    </w:p>
    <w:p>
      <w:pPr>
        <w:jc w:val="right"/>
      </w:pPr>
      <w:r>
        <w:t>رکشی معافی نہیں ہوگی اس کی۔</w:t>
      </w:r>
    </w:p>
    <w:p>
      <w:r>
        <w:rPr>
          <w:b/>
        </w:rPr>
        <w:t xml:space="preserve">[1:30:27] </w:t>
      </w:r>
      <w:r>
        <w:t>Lekin jo aadmi ijtihad kare aur is ke sath tayyar ho ke jab bhi is ko ghalti batayi</w:t>
      </w:r>
    </w:p>
    <w:p>
      <w:pPr>
        <w:jc w:val="right"/>
      </w:pPr>
      <w:r>
        <w:t>لیکن جو آدمی اجتہاد کرے اور اس کے ساتھ تیار ہو کہ جب بھی اس کو غلطی بتائی</w:t>
      </w:r>
    </w:p>
    <w:p>
      <w:r>
        <w:rPr>
          <w:b/>
        </w:rPr>
        <w:t xml:space="preserve">[1:30:32] </w:t>
      </w:r>
      <w:r>
        <w:t>jaye gi, daleel se, daleel se to foran maan le ga, keh de ga, "I was wrong." To</w:t>
      </w:r>
    </w:p>
    <w:p>
      <w:pPr>
        <w:jc w:val="right"/>
      </w:pPr>
      <w:r>
        <w:t>جائے گی، دلیل سے، دلیل سے تو فوراً مان لے گا، کہہ دے گا، "آئی واز رونگ۔" تو</w:t>
      </w:r>
    </w:p>
    <w:p>
      <w:r>
        <w:rPr>
          <w:b/>
        </w:rPr>
        <w:t xml:space="preserve">[1:30:36] </w:t>
      </w:r>
      <w:r>
        <w:t>is ke liye ain sawab hai ijtihad.</w:t>
      </w:r>
    </w:p>
    <w:p>
      <w:pPr>
        <w:jc w:val="right"/>
      </w:pPr>
      <w:r>
        <w:t>اس کے لیے عین ثواب ہے اجتہاد۔</w:t>
      </w:r>
    </w:p>
    <w:p>
      <w:r>
        <w:rPr>
          <w:b/>
        </w:rPr>
        <w:t xml:space="preserve">[1:30:40] </w:t>
      </w:r>
      <w:r>
        <w:t>To aap ijtihad darwaza band karnay ka koi haq nahi rakhtay.</w:t>
      </w:r>
    </w:p>
    <w:p>
      <w:pPr>
        <w:jc w:val="right"/>
      </w:pPr>
      <w:r>
        <w:t>تو آپ اجتہاد دروازہ بند کرنے کا کوئی حق نہیں رکھتے۔</w:t>
      </w:r>
    </w:p>
    <w:p>
      <w:r>
        <w:rPr>
          <w:b/>
        </w:rPr>
        <w:t xml:space="preserve">[1:30:45] </w:t>
      </w:r>
      <w:r>
        <w:t>sirf yeh kehna chahiye aap ko ke tum ijtihad karo, lekin is ke liye bhi tayyar raho ke</w:t>
      </w:r>
    </w:p>
    <w:p>
      <w:pPr>
        <w:jc w:val="right"/>
      </w:pPr>
      <w:r>
        <w:t>صرف یہ کہنا چاہیے آپ کو کہ تم اجتہاد کرو، لیکن اس کے لیے بھی تیار رہو کہ</w:t>
      </w:r>
    </w:p>
    <w:p>
      <w:r>
        <w:rPr>
          <w:b/>
        </w:rPr>
        <w:t xml:space="preserve">[1:30:49] </w:t>
      </w:r>
      <w:r>
        <w:t>jab tum ko ghalti batai jaye,</w:t>
      </w:r>
    </w:p>
    <w:p>
      <w:pPr>
        <w:jc w:val="right"/>
      </w:pPr>
      <w:r>
        <w:t>جب تم کو غلطی بتائی جائے،</w:t>
      </w:r>
    </w:p>
    <w:p>
      <w:r>
        <w:rPr>
          <w:b/>
        </w:rPr>
        <w:t xml:space="preserve">[1:30:53] </w:t>
      </w:r>
      <w:r>
        <w:t>tum maan lo apni ghalati. yani etiraf, etiraf ka jazba bhi apne andar develop karo. bas. molana asrar khatib ne chennai se likha hai ke ijtihad ke liye kya shariat hai? molana aap ne abhi bataya, lekin woh yeh bhi janna chahte hain ke is ke liye kya quran aur hadith ka ilm zaroori hai ya nahi? ijtihad ko ek ajeeb o ghareeb maani panah diye gaye hain. har cheez mein</w:t>
      </w:r>
    </w:p>
    <w:p>
      <w:pPr>
        <w:jc w:val="right"/>
      </w:pPr>
      <w:r>
        <w:t>تم مان لو اپنی غلطی۔ یعنی اعتراف، اعتراف کا جذبہ بھی اپنے اندر ڈیویلپ کرو۔ بس۔ مولانا اسرار خطیب نے چنئی سے لکھا ہے کہ اجتہاد کے لیے کیا شریعت ہے؟ مولانا آپ نے ابھی بتایا، لیکن وہ یہ بھی جاننا چاہتے ہیں کہ اس کے لیے کیا قرآن اور حدیث کا علم ضروری ہے یا نہیں؟ اجتہاد کو ایک عجیب و غریب معنی پناہ دیے گئے ہیں۔ ہر چیز میں</w:t>
      </w:r>
    </w:p>
    <w:p>
      <w:r>
        <w:rPr>
          <w:b/>
        </w:rPr>
        <w:t xml:space="preserve">[1:31:23] </w:t>
      </w:r>
      <w:r>
        <w:t>ijtihad hai. farz kijiye ke aap aate hain yahan class mein shirkat karne ke liye. aap aate hain to farz kijiye ek darwaza band hai. darwaza band hai jahan se aap enter hote hain. to wahan pe ijtihad hai ke ek to yeh hai ke aap darwaza band hai, woh loot gaye wapas. ek hai ke darwaza band hai, socha aap ne ke kya karna chahiye? to woh mobile uthaya. is ke baad hamare kisi aadmi ko aap ne telephone kar diya, mister rajat ko, kisi ko ke bhai aaj kya, aaj kya baat hai? yeh</w:t>
      </w:r>
    </w:p>
    <w:p>
      <w:pPr>
        <w:jc w:val="right"/>
      </w:pPr>
      <w:r>
        <w:t>اجتہاد ہے۔ فرض کیجئے کہ آپ آتے ہیں یہاں کلاس میں شرکت کرنے کے لیے۔ آپ آتے ہیں تو فرض کیجئے ایک دروازہ بند ہے۔ دروازہ بند ہے جہاں سے آپ انٹر ہوتے ہیں۔ تو وہاں پہ اجتہاد ہے کہ ایک تو یہ ہے کہ آپ دروازہ بند ہے، وہ لوٹ گئے واپس۔ ایک ہے کہ دروازہ بند ہے، سوچا آپ نے کہ کیا کرنا چاہیے؟ تو وہ موبائل اٹھایا۔ اس کے بعد ہمارے کسی آدمی کو آپ نے ٹیلی فون کر دیا، مسٹر رجت کو، کسی کو کہ بھئی آج کیا، آج کیا بات ہے؟ یہ</w:t>
      </w:r>
    </w:p>
    <w:p>
      <w:r>
        <w:rPr>
          <w:b/>
        </w:rPr>
        <w:t xml:space="preserve">[1:31:53] </w:t>
      </w:r>
      <w:r>
        <w:t>ijtihad ho gaya.</w:t>
      </w:r>
    </w:p>
    <w:p>
      <w:pPr>
        <w:jc w:val="right"/>
      </w:pPr>
      <w:r>
        <w:t>اجتہاد ہو گیا۔</w:t>
      </w:r>
    </w:p>
    <w:p>
      <w:r>
        <w:rPr>
          <w:b/>
        </w:rPr>
        <w:t xml:space="preserve">[1:31:57] </w:t>
      </w:r>
      <w:r>
        <w:t>to ijtihad to ek aisi cheez hai jo har waqt jari rehta hai.</w:t>
      </w:r>
    </w:p>
    <w:p>
      <w:pPr>
        <w:jc w:val="right"/>
      </w:pPr>
      <w:r>
        <w:t>تو اجتہاد تو ایک ایسی چیز ہے جو ہر وقت جاری رہتا ہے۔</w:t>
      </w:r>
    </w:p>
    <w:p>
      <w:r>
        <w:rPr>
          <w:b/>
        </w:rPr>
        <w:t xml:space="preserve">[1:32:01] </w:t>
      </w:r>
      <w:r>
        <w:t>har waqt jari rehta hai.</w:t>
      </w:r>
    </w:p>
    <w:p>
      <w:pPr>
        <w:jc w:val="right"/>
      </w:pPr>
      <w:r>
        <w:t>ہر وقت جاری رہتا ہے۔</w:t>
      </w:r>
    </w:p>
    <w:p>
      <w:r>
        <w:rPr>
          <w:b/>
        </w:rPr>
        <w:t xml:space="preserve">[1:32:04] </w:t>
      </w:r>
      <w:r>
        <w:t>ab yeh pani hai, farz kijiye ke pani thanda hai aur mera gale ka masla paida hua to</w:t>
      </w:r>
    </w:p>
    <w:p>
      <w:pPr>
        <w:jc w:val="right"/>
      </w:pPr>
      <w:r>
        <w:t>اب یہ پانی ہے، فرض کیجئے کہ پانی ٹھنڈا ہے اور میرا گلے کا مسئلہ پیدا ہوا تو</w:t>
      </w:r>
    </w:p>
    <w:p>
      <w:r>
        <w:rPr>
          <w:b/>
        </w:rPr>
        <w:t xml:space="preserve">[1:32:08] </w:t>
      </w:r>
      <w:r>
        <w:t>thande pani se to main sochun ke mujhe thanda pani nahi peena chahiye, mujhe garam pani peena chahiye.</w:t>
      </w:r>
    </w:p>
    <w:p>
      <w:pPr>
        <w:jc w:val="right"/>
      </w:pPr>
      <w:r>
        <w:t>ٹھنڈے پانی سے تو میں سوچوں کہ مجھے ٹھنڈا پانی نہیں پینا چاہیے، مجھے گرم پانی پینا چاہیے۔</w:t>
      </w:r>
    </w:p>
    <w:p>
      <w:r>
        <w:rPr>
          <w:b/>
        </w:rPr>
        <w:t xml:space="preserve">[1:32:12] </w:t>
      </w:r>
      <w:r>
        <w:t>to main kahun, mujhe kehna chahiye ke bhai garam pani lao.</w:t>
      </w:r>
    </w:p>
    <w:p>
      <w:pPr>
        <w:jc w:val="right"/>
      </w:pPr>
      <w:r>
        <w:t>تو میں کہوں، مجھے کہنا چاہیے کہ بھئی گرم پانی لاؤ۔</w:t>
      </w:r>
    </w:p>
    <w:p>
      <w:r>
        <w:rPr>
          <w:b/>
        </w:rPr>
        <w:t xml:space="preserve">[1:32:16] </w:t>
      </w:r>
      <w:r>
        <w:t>yeh bhi ijtihad hai.</w:t>
      </w:r>
    </w:p>
    <w:p>
      <w:pPr>
        <w:jc w:val="right"/>
      </w:pPr>
      <w:r>
        <w:t>یہ بھی اجتہاد ہے۔</w:t>
      </w:r>
    </w:p>
    <w:p>
      <w:r>
        <w:rPr>
          <w:b/>
        </w:rPr>
        <w:t xml:space="preserve">[1:32:20] </w:t>
      </w:r>
      <w:r>
        <w:t>ijtihad ko logon ne ajeeb o ghareeb ek cheez samajh liya hai. ijtihad ka</w:t>
      </w:r>
    </w:p>
    <w:p>
      <w:pPr>
        <w:jc w:val="right"/>
      </w:pPr>
      <w:r>
        <w:t>اجتہاد کو لوگوں نے عجیب و غریب ایک چیز سمجھ لیا ہے۔ اجتہاد کا</w:t>
      </w:r>
    </w:p>
    <w:p>
      <w:r>
        <w:rPr>
          <w:b/>
        </w:rPr>
        <w:t xml:space="preserve">[1:32:23] </w:t>
      </w:r>
      <w:r>
        <w:t>taalluq yaad rakhiye zindagi ke har masle se aur isi tarah se deeni masle se bhi hai, dawat</w:t>
      </w:r>
    </w:p>
    <w:p>
      <w:pPr>
        <w:jc w:val="right"/>
      </w:pPr>
      <w:r>
        <w:t>تعلق یاد رکھیے زندگی کے ہر مسئلے سے اور اسی طرح سے دینی مسئلے سے بھی ہے، دعوت</w:t>
      </w:r>
    </w:p>
    <w:p>
      <w:r>
        <w:rPr>
          <w:b/>
        </w:rPr>
        <w:t xml:space="preserve">[1:32:27] </w:t>
      </w:r>
      <w:r>
        <w:t>ke masle se bhi hai.</w:t>
      </w:r>
    </w:p>
    <w:p>
      <w:pPr>
        <w:jc w:val="right"/>
      </w:pPr>
      <w:r>
        <w:t>کے مسئلے سے بھی ہے۔</w:t>
      </w:r>
    </w:p>
    <w:p>
      <w:r>
        <w:rPr>
          <w:b/>
        </w:rPr>
        <w:t xml:space="preserve">[1:32:31] </w:t>
      </w:r>
      <w:r>
        <w:t>Allah taala ne duniya ko jab is tarah banaya hai ke har lamha halaat badalte hain, nai situation</w:t>
      </w:r>
    </w:p>
    <w:p>
      <w:pPr>
        <w:jc w:val="right"/>
      </w:pPr>
      <w:r>
        <w:t>اللہ تعالی نے دنیا کو جب اس طرح بنایا ہے کہ ہر لمحہ حالات بدلتے ہیں، نئی سچوئیشن</w:t>
      </w:r>
    </w:p>
    <w:p>
      <w:r>
        <w:rPr>
          <w:b/>
        </w:rPr>
        <w:t xml:space="preserve">[1:32:35] </w:t>
      </w:r>
      <w:r>
        <w:t>create hoti hai, naye naye tajrube hote hain.</w:t>
      </w:r>
    </w:p>
    <w:p>
      <w:pPr>
        <w:jc w:val="right"/>
      </w:pPr>
      <w:r>
        <w:t>کریٹ ہوتی ہے، نئے نئے تجربے ہوتے ہیں۔</w:t>
      </w:r>
    </w:p>
    <w:p>
      <w:r>
        <w:rPr>
          <w:b/>
        </w:rPr>
        <w:t xml:space="preserve">[1:32:38] </w:t>
      </w:r>
      <w:r>
        <w:t>Allah taala ne isi bani duniya banai hai.</w:t>
      </w:r>
    </w:p>
    <w:p>
      <w:pPr>
        <w:jc w:val="right"/>
      </w:pPr>
      <w:r>
        <w:t>اللہ تعالی نے اسی بنی دنیا بنائی ہے۔</w:t>
      </w:r>
    </w:p>
    <w:p>
      <w:r>
        <w:rPr>
          <w:b/>
        </w:rPr>
        <w:t xml:space="preserve">[1:32:42] </w:t>
      </w:r>
      <w:r>
        <w:t>to is ke baad ijtihad zaroori ho gaya.</w:t>
      </w:r>
    </w:p>
    <w:p>
      <w:pPr>
        <w:jc w:val="right"/>
      </w:pPr>
      <w:r>
        <w:t>تو اس کے بعد اجتہاد ضروری ہو گیا۔</w:t>
      </w:r>
    </w:p>
    <w:p>
      <w:r>
        <w:rPr>
          <w:b/>
        </w:rPr>
        <w:t xml:space="preserve">[1:32:46] </w:t>
      </w:r>
      <w:r>
        <w:t>to zaroori hoga ijtihad.</w:t>
      </w:r>
    </w:p>
    <w:p>
      <w:pPr>
        <w:jc w:val="right"/>
      </w:pPr>
      <w:r>
        <w:t>تو ضروری ہوگا اجتہاد۔</w:t>
      </w:r>
    </w:p>
    <w:p>
      <w:r>
        <w:rPr>
          <w:b/>
        </w:rPr>
        <w:t xml:space="preserve">[1:32:50] </w:t>
      </w:r>
      <w:r>
        <w:t>ab aap farz kijiye aap gaye اسٹی</w:t>
      </w:r>
    </w:p>
    <w:p>
      <w:pPr>
        <w:jc w:val="right"/>
      </w:pPr>
      <w:r>
        <w:t>اب آپ فرض کیجئے آپ گئے اسٹی</w:t>
      </w:r>
    </w:p>
    <w:p>
      <w:r>
        <w:rPr>
          <w:b/>
        </w:rPr>
        <w:t xml:space="preserve">[1:32:53] </w:t>
      </w:r>
      <w:r>
        <w:t>aur train chhoot gayi, woh bhi ijtihad hai ke wapas jaon ghar ya agli train ka intezar karun? to kaun hai darwaza band kare ijtihad ka? kis ko haq hai? jabke Allah taala ke kaise planning mein shamil hai ke ijtihad karo, ijtihad karo? to main nahi samajhta ke yeh yeh is ka koi bhi maaqool sabab koi bata sakta hai. molana</w:t>
      </w:r>
    </w:p>
    <w:p>
      <w:pPr>
        <w:jc w:val="right"/>
      </w:pPr>
      <w:r>
        <w:t>شن اور ٹرین چھوٹ گئی، وہ بھی اجتہاد ہے کہ واپس جاؤں گھر یا اگلی ٹرین کا انتظار کروں؟ تو کون ہے دروازہ بند کرے اجتہاد کا؟ کس کو حق ہے؟ جبکہ اللہ تعالی کے کیسے پلاننگ میں شامل ہے کہ اجتہاد کرو، اجتہاد کرو؟ تو میں نہیں سمجھتا کہ یہ یہ اس کا کوئی بھی معقول سبب کوئی بتا سکتا ہے۔ مولانا ا</w:t>
      </w:r>
    </w:p>
    <w:p>
      <w:r>
        <w:rPr>
          <w:b/>
        </w:rPr>
        <w:t xml:space="preserve">[1:33:23] </w:t>
      </w:r>
      <w:r>
        <w:t>gala sawal kya hai? Mr Shakeel Ahmed ne Delhi se, unhon ne likha hai: jaisa ke Islam sab</w:t>
      </w:r>
    </w:p>
    <w:p>
      <w:pPr>
        <w:jc w:val="right"/>
      </w:pPr>
      <w:r>
        <w:t>گلا سوال کیا ہے؟ مسٹر شکیل احمد نے دلی سے، انہوں نے لکھا ہے: جیسا کہ اسلام سب</w:t>
      </w:r>
    </w:p>
    <w:p>
      <w:r>
        <w:rPr>
          <w:b/>
        </w:rPr>
        <w:t xml:space="preserve">[1:33:29] </w:t>
      </w:r>
      <w:r>
        <w:t>ke liye hai aur is mein sabhi ki riayat ki gayi hai, to hum sarhadi pathan ya un</w:t>
      </w:r>
    </w:p>
    <w:p>
      <w:pPr>
        <w:jc w:val="right"/>
      </w:pPr>
      <w:r>
        <w:t>کے لیے ہے اور اس میں سبھی کی رعایت کی گئی ہے، تو ہم سرحدی پٹھان یا ان</w:t>
      </w:r>
    </w:p>
    <w:p>
      <w:r>
        <w:rPr>
          <w:b/>
        </w:rPr>
        <w:t xml:space="preserve">[1:33:35] </w:t>
      </w:r>
      <w:r>
        <w:t>ke mizaj ke logon ko mukammal peace ki baat kaise samjhayein? jabke Quran mein bhi un ki riayat</w:t>
      </w:r>
    </w:p>
    <w:p>
      <w:pPr>
        <w:jc w:val="right"/>
      </w:pPr>
      <w:r>
        <w:t>کے مزاج کے لوگوں کو مکمل پیس کی بات کیسے سمجھائیں؟ جبکہ قرآن میں بھی ان کی رعایت</w:t>
      </w:r>
    </w:p>
    <w:p>
      <w:r>
        <w:rPr>
          <w:b/>
        </w:rPr>
        <w:t xml:space="preserve">[1:33:41] </w:t>
      </w:r>
      <w:r>
        <w:t>ki gayi hai ke aankh ka badla aankh, hath ka badla hath waghera, lekin zulm na ho aur</w:t>
      </w:r>
    </w:p>
    <w:p>
      <w:pPr>
        <w:jc w:val="right"/>
      </w:pPr>
      <w:r>
        <w:t>کی گئی ہے کہ آنکھ کا بدلہ آنکھ، ہاتھ کا بدلہ ہاتھ وغیرہ، لیکن ظلم نہ ہو اور</w:t>
      </w:r>
    </w:p>
    <w:p>
      <w:r>
        <w:rPr>
          <w:b/>
        </w:rPr>
        <w:t xml:space="preserve">[1:33:48] </w:t>
      </w:r>
      <w:r>
        <w:t>maaf kar do</w:t>
      </w:r>
    </w:p>
    <w:p>
      <w:pPr>
        <w:jc w:val="right"/>
      </w:pPr>
      <w:r>
        <w:t>معاف کر دو</w:t>
      </w:r>
    </w:p>
    <w:p>
      <w:r>
        <w:rPr>
          <w:b/>
        </w:rPr>
        <w:t xml:space="preserve">[1:33:54] </w:t>
      </w:r>
      <w:r>
        <w:t>to behtar hai agar tum jante ho.</w:t>
      </w:r>
    </w:p>
    <w:p>
      <w:pPr>
        <w:jc w:val="right"/>
      </w:pPr>
      <w:r>
        <w:t>تو بہتر ہے اگر تم جانتے ہو۔</w:t>
      </w:r>
    </w:p>
    <w:p>
      <w:r>
        <w:rPr>
          <w:b/>
        </w:rPr>
        <w:t xml:space="preserve">[1:33:59] </w:t>
      </w:r>
      <w:r>
        <w:t>kis ke bare mein? pathan? kis ke bare mein? pathan, sarhadi pathan ya un ke jaisay mizaj ke</w:t>
      </w:r>
    </w:p>
    <w:p>
      <w:pPr>
        <w:jc w:val="right"/>
      </w:pPr>
      <w:r>
        <w:t>کس کے بارے میں؟ پٹھان؟ کس کے بارے میں؟ پٹھان، سرحدی پٹھان یا ان کے جیسے مزاج کے</w:t>
      </w:r>
    </w:p>
    <w:p>
      <w:r>
        <w:rPr>
          <w:b/>
        </w:rPr>
        <w:t xml:space="preserve">[1:34:04] </w:t>
      </w:r>
      <w:r>
        <w:t>log? dekhen, yeh jo pathan log hain, afghani log hain, yeh asal mein muamla hai ke woh tribal</w:t>
      </w:r>
    </w:p>
    <w:p>
      <w:pPr>
        <w:jc w:val="right"/>
      </w:pPr>
      <w:r>
        <w:t>لوگ؟ دیکھیں، یہ جو پٹھان لوگ ہیں، افغانی لوگ ہیں، یہ اصل میں معاملہ ہے کہ وہ ٹرائبل</w:t>
      </w:r>
    </w:p>
    <w:p>
      <w:r>
        <w:rPr>
          <w:b/>
        </w:rPr>
        <w:t xml:space="preserve">[1:34:09] </w:t>
      </w:r>
      <w:r>
        <w:t>culture par hain.</w:t>
      </w:r>
    </w:p>
    <w:p>
      <w:pPr>
        <w:jc w:val="right"/>
      </w:pPr>
      <w:r>
        <w:t>کلچر پر ہیں۔</w:t>
      </w:r>
    </w:p>
    <w:p>
      <w:r>
        <w:rPr>
          <w:b/>
        </w:rPr>
        <w:t xml:space="preserve">[1:34:14] </w:t>
      </w:r>
      <w:r>
        <w:t>tribal culture mein sab se bari cheez hoti thi revenge, inteqam.</w:t>
      </w:r>
    </w:p>
    <w:p>
      <w:pPr>
        <w:jc w:val="right"/>
      </w:pPr>
      <w:r>
        <w:t>ٹرائبل کلچر میں سب سے بڑی چیز ہوتی تھی ریونج، انتقام۔</w:t>
      </w:r>
    </w:p>
    <w:p>
      <w:r>
        <w:rPr>
          <w:b/>
        </w:rPr>
        <w:t xml:space="preserve">[1:34:19] </w:t>
      </w:r>
      <w:r>
        <w:t>yeh jo in ka aap dekhte hain maar dhaarr, woh is ka talluq Islam se nahi hai.</w:t>
      </w:r>
    </w:p>
    <w:p>
      <w:pPr>
        <w:jc w:val="right"/>
      </w:pPr>
      <w:r>
        <w:t>یہ جو ان کا آپ دیکھتے ہیں مار دھاڑ، وہ اس کا تعلق اسلام سے نہیں ہے۔</w:t>
      </w:r>
    </w:p>
    <w:p>
      <w:r>
        <w:rPr>
          <w:b/>
        </w:rPr>
        <w:t xml:space="preserve">[1:34:24] </w:t>
      </w:r>
      <w:r>
        <w:t>woh jihad ka naam len, tab bhi Islam se nahi hai.</w:t>
      </w:r>
    </w:p>
    <w:p>
      <w:pPr>
        <w:jc w:val="right"/>
      </w:pPr>
      <w:r>
        <w:t>وہ جہاد کا نام لیں، تب بھی اسلام سے نہیں ہے۔</w:t>
      </w:r>
    </w:p>
    <w:p>
      <w:r>
        <w:rPr>
          <w:b/>
        </w:rPr>
        <w:t xml:space="preserve">[1:34:28] </w:t>
      </w:r>
      <w:r>
        <w:t>woh hai tribal culture.</w:t>
      </w:r>
    </w:p>
    <w:p>
      <w:pPr>
        <w:jc w:val="right"/>
      </w:pPr>
      <w:r>
        <w:t>وہ ہے ٹرائبل کلچر۔</w:t>
      </w:r>
    </w:p>
    <w:p>
      <w:r>
        <w:rPr>
          <w:b/>
        </w:rPr>
        <w:t xml:space="preserve">[1:34:32] </w:t>
      </w:r>
      <w:r>
        <w:t>tribal culture mein kya hota tha? inteqam sab se bari cheez in ke haan hai.</w:t>
      </w:r>
    </w:p>
    <w:p>
      <w:pPr>
        <w:jc w:val="right"/>
      </w:pPr>
      <w:r>
        <w:t>ٹرائبل کلچر میں کیا ہوتا تھا؟ انتقام سب سے بڑی چیز ان کے ہاں ہے۔</w:t>
      </w:r>
    </w:p>
    <w:p>
      <w:r>
        <w:rPr>
          <w:b/>
        </w:rPr>
        <w:t xml:space="preserve">[1:34:37] </w:t>
      </w:r>
      <w:r>
        <w:t>mein jab Afghanistan gaya tha to aik naujawan se poocha, maine: "tum kya karte ho?" to us</w:t>
      </w:r>
    </w:p>
    <w:p>
      <w:pPr>
        <w:jc w:val="right"/>
      </w:pPr>
      <w:r>
        <w:t>میں جب افغانستان گیا تھا تو ایک نوجوان سے پوچھا، میں نے: "تم کیا کرتے ہو؟" تو اس</w:t>
      </w:r>
    </w:p>
    <w:p>
      <w:r>
        <w:rPr>
          <w:b/>
        </w:rPr>
        <w:t xml:space="preserve">[1:34:41] </w:t>
      </w:r>
      <w:r>
        <w:t>ne kaha ke "meri maa mujh ko school bhejti hai parhne ke liye." phir khud hi kehta hai</w:t>
      </w:r>
    </w:p>
    <w:p>
      <w:pPr>
        <w:jc w:val="right"/>
      </w:pPr>
      <w:r>
        <w:t>نے کہا کہ "میری ماں مجھ کو اسکول بھیجتی ہے پڑھنے کے لیے۔" پھر خود ہی کہتا ہے</w:t>
      </w:r>
    </w:p>
    <w:p>
      <w:r>
        <w:rPr>
          <w:b/>
        </w:rPr>
        <w:t xml:space="preserve">[1:34:45] </w:t>
      </w:r>
      <w:r>
        <w:t>ke "mujhe parhna parhna nahi hai.</w:t>
      </w:r>
    </w:p>
    <w:p>
      <w:pPr>
        <w:jc w:val="right"/>
      </w:pPr>
      <w:r>
        <w:t>کہ "مجھے پڑھنا پڑھنا نہیں ہے۔</w:t>
      </w:r>
    </w:p>
    <w:p>
      <w:r>
        <w:rPr>
          <w:b/>
        </w:rPr>
        <w:t xml:space="preserve">[1:34:49] </w:t>
      </w:r>
      <w:r>
        <w:t>mujhe to aap ne dada ya</w:t>
      </w:r>
    </w:p>
    <w:p>
      <w:pPr>
        <w:jc w:val="right"/>
      </w:pPr>
      <w:r>
        <w:t>مجھے تو آپ نے دادا یا</w:t>
      </w:r>
    </w:p>
    <w:p>
      <w:r>
        <w:rPr>
          <w:b/>
        </w:rPr>
        <w:t xml:space="preserve">[1:34:54] </w:t>
      </w:r>
      <w:r>
        <w:t>kaha tha, baap kaha tha, us ka badla lena hai. us ke dada ya baap ko kisi ne maar dala tha." to bas us ke zehan mein sab se badi cheez parhna nahi hai. us ka inteqam jab tak na le, woh us ka yani maamla pakka nahi hoga. to yeh sirf arbon mein yahi tha. yani arbon mein bhi ladai bhidai hoti rehti thi inteqam ki wajah se. to tribal culture mein har jagah, jahan bhi tribal culture hai,</w:t>
      </w:r>
    </w:p>
    <w:p>
      <w:pPr>
        <w:jc w:val="right"/>
      </w:pPr>
      <w:r>
        <w:t>کہا تھا، باپ کہا تھا، اس کا بدلہ لینا ہے۔ اس کے دادا یا باپ کو کسی نے مار ڈالا تھا۔" تو بس اس کے ذہن میں سب سے بڑی چیز پڑھنا نہیں ہے۔ اس کا انتقام جب تک نہ لے، وہ اس کا یعنی معاملہ پکا نہیں ہوگا۔ تو یہ صرف عربوں میں یہی تھا۔ یعنی عربوں میں بھی لڑائی بھڑائی ہوتی رہتی تھی انتقام کی وجہ سے۔ تو ٹرائبل کلچر میں ہر جگہ، جہاں بھی ٹرائبل کلچر ہے،</w:t>
      </w:r>
    </w:p>
    <w:p>
      <w:r>
        <w:rPr>
          <w:b/>
        </w:rPr>
        <w:t xml:space="preserve">[1:35:24] </w:t>
      </w:r>
      <w:r>
        <w:t>wahan par sab se bari cheez hoti hai revenge, inteqam.</w:t>
      </w:r>
    </w:p>
    <w:p>
      <w:pPr>
        <w:jc w:val="right"/>
      </w:pPr>
      <w:r>
        <w:t>وہاں پر سب سے بڑی چیز ہوتی ہے ریونج، انتقام۔</w:t>
      </w:r>
    </w:p>
    <w:p>
      <w:r>
        <w:rPr>
          <w:b/>
        </w:rPr>
        <w:t xml:space="preserve">[1:35:28] </w:t>
      </w:r>
      <w:r>
        <w:t>is ka talluq Islam se kuch bhi nahi hai.</w:t>
      </w:r>
    </w:p>
    <w:p>
      <w:pPr>
        <w:jc w:val="right"/>
      </w:pPr>
      <w:r>
        <w:t>اس کا تعلق اسلام سے کچھ بھی نہیں ہے۔</w:t>
      </w:r>
    </w:p>
    <w:p>
      <w:r>
        <w:rPr>
          <w:b/>
        </w:rPr>
        <w:t xml:space="preserve">[1:35:32] </w:t>
      </w:r>
      <w:r>
        <w:t>woh jihad ka naam lete hain, tab bhi woh intiqami hai, woh jihad nahi hai.</w:t>
      </w:r>
    </w:p>
    <w:p>
      <w:pPr>
        <w:jc w:val="right"/>
      </w:pPr>
      <w:r>
        <w:t>وہ جہاد کا نام لیتے ہیں، تب بھی وہ انتقامی ہے، وہ جہاد نہیں ہے۔</w:t>
      </w:r>
    </w:p>
    <w:p>
      <w:r>
        <w:rPr>
          <w:b/>
        </w:rPr>
        <w:t xml:space="preserve">[1:35:35] </w:t>
      </w:r>
      <w:r>
        <w:t>to is ki wajah kya hai? in ka taleem nahi hui.</w:t>
      </w:r>
    </w:p>
    <w:p>
      <w:pPr>
        <w:jc w:val="right"/>
      </w:pPr>
      <w:r>
        <w:t>تو اس کی وجہ کیا ہے؟ ان کا تعلیم نہیں ہوئی۔</w:t>
      </w:r>
    </w:p>
    <w:p>
      <w:r>
        <w:rPr>
          <w:b/>
        </w:rPr>
        <w:t xml:space="preserve">[1:35:39] </w:t>
      </w:r>
      <w:r>
        <w:t>jahan jahan taleem hui hai, mein khud bhi aik afghani hoon, wohin se hamare baap dada aaye the,</w:t>
      </w:r>
    </w:p>
    <w:p>
      <w:pPr>
        <w:jc w:val="right"/>
      </w:pPr>
      <w:r>
        <w:t>جہاں جہاں تعلیم ہوئی ہے، میں خود بھی ایک افغانی ہوں، وہیں سے ہمارے باپ دادا آئے تھے،</w:t>
      </w:r>
    </w:p>
    <w:p>
      <w:r>
        <w:rPr>
          <w:b/>
        </w:rPr>
        <w:t xml:space="preserve">[1:35:43] </w:t>
      </w:r>
      <w:r>
        <w:t>lekin taleem ne mere zehn badal diye.</w:t>
      </w:r>
    </w:p>
    <w:p>
      <w:pPr>
        <w:jc w:val="right"/>
      </w:pPr>
      <w:r>
        <w:t>لیکن تعلیم نے میرے ذہن بدل دیا۔</w:t>
      </w:r>
    </w:p>
    <w:p>
      <w:r>
        <w:rPr>
          <w:b/>
        </w:rPr>
        <w:t xml:space="preserve">[1:35:47] </w:t>
      </w:r>
      <w:r>
        <w:t>asal cheez jo zaroorat hai in in logon mein, woh yeh hai ke khoob taleem phailai jaye, khoob</w:t>
      </w:r>
    </w:p>
    <w:p>
      <w:pPr>
        <w:jc w:val="right"/>
      </w:pPr>
      <w:r>
        <w:t>اصل چیز جو ضرورت ہے ان ان لوگوں میں، وہ یہ ہے کہ خوب تعلیم پھیلائی جائے، خوب</w:t>
      </w:r>
    </w:p>
    <w:p>
      <w:r>
        <w:rPr>
          <w:b/>
        </w:rPr>
        <w:t xml:space="preserve">[1:35:51] </w:t>
      </w:r>
      <w:r>
        <w:t>taleem phailai jaye</w:t>
      </w:r>
    </w:p>
    <w:p>
      <w:pPr>
        <w:jc w:val="right"/>
      </w:pPr>
      <w:r>
        <w:t>تعلیم پھیلائی جائے</w:t>
      </w:r>
    </w:p>
    <w:p>
      <w:r>
        <w:rPr>
          <w:b/>
        </w:rPr>
        <w:t xml:space="preserve">[1:35:55] </w:t>
      </w:r>
      <w:r>
        <w:t>taake qadeem riwayat jo hain, woh khatam ho jayen aur naye tarz par sochna un ko aa jaye.</w:t>
      </w:r>
    </w:p>
    <w:p>
      <w:pPr>
        <w:jc w:val="right"/>
      </w:pPr>
      <w:r>
        <w:t>تاکہ قدیم روایات جو ہیں، وہ ختم ہو جائیں اور نئے طرز پر سوچنا ان کو آ جائے۔</w:t>
      </w:r>
    </w:p>
    <w:p>
      <w:r>
        <w:rPr>
          <w:b/>
        </w:rPr>
        <w:t xml:space="preserve">[1:36:02] </w:t>
      </w:r>
      <w:r>
        <w:t>aur koi hal nahi hai siwaye taleem ke, aur koi hal nahi hai wahan par.</w:t>
      </w:r>
    </w:p>
    <w:p>
      <w:pPr>
        <w:jc w:val="right"/>
      </w:pPr>
      <w:r>
        <w:t>اور کوئی حل نہیں ہے سوائے تعلیم کے، اور کوئی حل نہیں ہے وہاں پر۔</w:t>
      </w:r>
    </w:p>
    <w:p>
      <w:r>
        <w:rPr>
          <w:b/>
        </w:rPr>
        <w:t xml:space="preserve">[1:36:10] </w:t>
      </w:r>
      <w:r>
        <w:t>Maulana Faizuddin Umri ne Karnataka se likha hai: aap ne farmaya tha ke jo log sachai ko</w:t>
      </w:r>
    </w:p>
    <w:p>
      <w:pPr>
        <w:jc w:val="right"/>
      </w:pPr>
      <w:r>
        <w:t>مولانا فیض الدین عمری نے کرناٹکا سے لکھا ہے: آپ نے فرمایا تھا کہ جو لوگ سچائی کو</w:t>
      </w:r>
    </w:p>
    <w:p>
      <w:r>
        <w:rPr>
          <w:b/>
        </w:rPr>
        <w:t xml:space="preserve">[1:36:17] </w:t>
      </w:r>
      <w:r>
        <w:t>صرف کسی انسان کے بتانے سے مان لیں، وہ سچائی کو underestimate کرتے ہیں۔ سچائی کو</w:t>
      </w:r>
    </w:p>
    <w:p>
      <w:pPr>
        <w:jc w:val="right"/>
      </w:pPr>
      <w:r>
        <w:t>صرف کسی انسان کے بتانے سے مان لیں، وہ سچائی کو انڈر ایسٹیمیٹ کرتے ہیں۔ سچائی کو</w:t>
      </w:r>
    </w:p>
    <w:p>
      <w:r>
        <w:rPr>
          <w:b/>
        </w:rPr>
        <w:t xml:space="preserve">[1:36:25] </w:t>
      </w:r>
      <w:r>
        <w:t>sirf is insaan ne jana jis ne use is ko self discovery ke level par daryaft kiya.</w:t>
      </w:r>
    </w:p>
    <w:p>
      <w:pPr>
        <w:jc w:val="right"/>
      </w:pPr>
      <w:r>
        <w:t>صرف اس انسان نے جانا جس نے اسے اس کو سیلف ڈسکوری کے لیول پر دریافت کیا۔</w:t>
      </w:r>
    </w:p>
    <w:p>
      <w:r>
        <w:rPr>
          <w:b/>
        </w:rPr>
        <w:t xml:space="preserve">[1:36:30] </w:t>
      </w:r>
      <w:r>
        <w:t>is baat ko aap wazeh farmayen.</w:t>
      </w:r>
    </w:p>
    <w:p>
      <w:pPr>
        <w:jc w:val="right"/>
      </w:pPr>
      <w:r>
        <w:t>اس بات کو آپ واضح فرمائیں۔</w:t>
      </w:r>
    </w:p>
    <w:p>
      <w:r>
        <w:rPr>
          <w:b/>
        </w:rPr>
        <w:t xml:space="preserve">[1:36:35] </w:t>
      </w:r>
      <w:r>
        <w:t>dekhen, yeh aala mayar hai.</w:t>
      </w:r>
    </w:p>
    <w:p>
      <w:pPr>
        <w:jc w:val="right"/>
      </w:pPr>
      <w:r>
        <w:t>دیکھیں، یہ اعلیٰ معیار ہے۔</w:t>
      </w:r>
    </w:p>
    <w:p>
      <w:r>
        <w:rPr>
          <w:b/>
        </w:rPr>
        <w:t xml:space="preserve">[1:36:40] </w:t>
      </w:r>
      <w:r>
        <w:t>har cheez mein do meyar hotay hain: aik aala, aik secondary.</w:t>
      </w:r>
    </w:p>
    <w:p>
      <w:pPr>
        <w:jc w:val="right"/>
      </w:pPr>
      <w:r>
        <w:t>ہر چیز میں دو معیار ہوتے ہیں: ایک اعلیٰ، ایک سیکنڈری۔</w:t>
      </w:r>
    </w:p>
    <w:p>
      <w:r>
        <w:rPr>
          <w:b/>
        </w:rPr>
        <w:t xml:space="preserve">[1:36:45] </w:t>
      </w:r>
      <w:r>
        <w:t>to aala meyar to yahi hai, lekin har aadmi yeh nahi kar sakta aisa.</w:t>
      </w:r>
    </w:p>
    <w:p>
      <w:pPr>
        <w:jc w:val="right"/>
      </w:pPr>
      <w:r>
        <w:t>تو اعلیٰ معیار تو یہی ہے، لیکن ہر آدمی یہ نہیں کر سکتا ایسا۔</w:t>
      </w:r>
    </w:p>
    <w:p>
      <w:r>
        <w:rPr>
          <w:b/>
        </w:rPr>
        <w:t xml:space="preserve">[1:36:50] </w:t>
      </w:r>
      <w:r>
        <w:t>is wajah se main manta hoon ke kisi ko, jis koi aalim jis par us ko bharosa</w:t>
      </w:r>
    </w:p>
    <w:p>
      <w:pPr>
        <w:jc w:val="right"/>
      </w:pPr>
      <w:r>
        <w:t>اس وجہ سے میں مانتا ہوں کہ کسی کو، جس کوئی عالم جس پر اس کو بھروس</w:t>
      </w:r>
    </w:p>
    <w:p>
      <w:r>
        <w:rPr>
          <w:b/>
        </w:rPr>
        <w:t xml:space="preserve">[1:36:55] </w:t>
      </w:r>
      <w:r>
        <w:t>ho, us ki baat ko maan le.</w:t>
      </w:r>
    </w:p>
    <w:p>
      <w:pPr>
        <w:jc w:val="right"/>
      </w:pPr>
      <w:r>
        <w:t>ہ ہو، اس کی بات کو مان لے۔</w:t>
      </w:r>
    </w:p>
    <w:p>
      <w:r>
        <w:rPr>
          <w:b/>
        </w:rPr>
        <w:t xml:space="preserve">[1:37:01] </w:t>
      </w:r>
      <w:r>
        <w:t>woh to aik hai, woh iman jo self discovery, self discovery discovery pe khara ho, yani khud daryaft kardah iman.</w:t>
      </w:r>
    </w:p>
    <w:p>
      <w:pPr>
        <w:jc w:val="right"/>
      </w:pPr>
      <w:r>
        <w:t>وہ تو ایک ہے، وہ ایمان جو سیلف ڈسکر، سیلف ڈسکر ڈسکوری پہ کھڑا ہو، یعنی خود دریافت کردہ ایمان۔</w:t>
      </w:r>
    </w:p>
    <w:p>
      <w:r>
        <w:rPr>
          <w:b/>
        </w:rPr>
        <w:t xml:space="preserve">[1:37:07] </w:t>
      </w:r>
      <w:r>
        <w:t>lekin yeh aala meyar hai, sab log yahan tak nahi puhanch sakte.</w:t>
      </w:r>
    </w:p>
    <w:p>
      <w:pPr>
        <w:jc w:val="right"/>
      </w:pPr>
      <w:r>
        <w:t>لیکن یہ اعلیٰ معیار ہے، سب لوگ یہاں تک نہیں پہنچ سکتے۔</w:t>
      </w:r>
    </w:p>
    <w:p>
      <w:r>
        <w:rPr>
          <w:b/>
        </w:rPr>
        <w:t xml:space="preserve">[1:37:14] </w:t>
      </w:r>
      <w:r>
        <w:t>aam logon ke liye main kehta hoon ke un ke liye taqleed hai, yani kisi aalim ko pakar</w:t>
      </w:r>
    </w:p>
    <w:p>
      <w:pPr>
        <w:jc w:val="right"/>
      </w:pPr>
      <w:r>
        <w:t>عام لوگوں کے لیے میں کہتا ہوں کہ ان کے لیے تقلید ہے، یعنی کسی عالم کو پکڑ</w:t>
      </w:r>
    </w:p>
    <w:p>
      <w:r>
        <w:rPr>
          <w:b/>
        </w:rPr>
        <w:t xml:space="preserve">[1:37:20] </w:t>
      </w:r>
      <w:r>
        <w:t>lein jis par un ko bharosa ho, woh jo kahe, woh karein. bas.</w:t>
      </w:r>
    </w:p>
    <w:p>
      <w:pPr>
        <w:jc w:val="right"/>
      </w:pPr>
      <w:r>
        <w:t>لیں جس پر ان کو بھروسہ ہو، وہ جو کہے، وہ کریں۔ بس۔</w:t>
      </w:r>
    </w:p>
    <w:p>
      <w:r>
        <w:rPr>
          <w:b/>
        </w:rPr>
        <w:t xml:space="preserve">[1:37:26] </w:t>
      </w:r>
      <w:r>
        <w:t>Mr. Abdul Rasheed ne dilli se likha hai: maujooda zamanay ke musalmanon ke andar shaoori iman nahi hai.</w:t>
      </w:r>
    </w:p>
    <w:p>
      <w:pPr>
        <w:jc w:val="right"/>
      </w:pPr>
      <w:r>
        <w:t>مسٹر عبدالرشید نے دلی سے لکھا ہے: موجودہ زمانے کے مسلمانوں کے اندر شعوری ایمان نہیں ہے۔</w:t>
      </w:r>
    </w:p>
    <w:p>
      <w:r>
        <w:rPr>
          <w:b/>
        </w:rPr>
        <w:t xml:space="preserve">[1:37:34] </w:t>
      </w:r>
      <w:r>
        <w:t>isi tarah hindu bhaiyon ke andar bhi shaoori maujood nahi, shaoor maujood nahi.</w:t>
      </w:r>
    </w:p>
    <w:p>
      <w:pPr>
        <w:jc w:val="right"/>
      </w:pPr>
      <w:r>
        <w:t>اسی طرح ہندو بھائیوں کے اندر بھی شعوری موجود نہیں، شعور موجود نہیں۔</w:t>
      </w:r>
    </w:p>
    <w:p>
      <w:r>
        <w:rPr>
          <w:b/>
        </w:rPr>
        <w:t xml:space="preserve">[1:37:42] </w:t>
      </w:r>
      <w:r>
        <w:t>aisi halat mein dono qomon ke beech dawat ka mu'assir kaam kaise kiya jaye? aik hi hai, shor paida kijiye.</w:t>
      </w:r>
    </w:p>
    <w:p>
      <w:pPr>
        <w:jc w:val="right"/>
      </w:pPr>
      <w:r>
        <w:t>ایسی حالت میں دونوں قوموں کے بیچ دعوت کا مؤثر کام کیسے کیا جائے؟ ایک ہی ہے، شور پیدا کیجئے۔</w:t>
      </w:r>
    </w:p>
    <w:p>
      <w:r>
        <w:rPr>
          <w:b/>
        </w:rPr>
        <w:t xml:space="preserve">[1:37:50] </w:t>
      </w:r>
      <w:r>
        <w:t>un ke andar bhi, un ke andar bhi.</w:t>
      </w:r>
    </w:p>
    <w:p>
      <w:pPr>
        <w:jc w:val="right"/>
      </w:pPr>
      <w:r>
        <w:t>ان کے اندر بھی، ان کے اندر بھی۔</w:t>
      </w:r>
    </w:p>
    <w:p>
      <w:r>
        <w:rPr>
          <w:b/>
        </w:rPr>
        <w:t xml:space="preserve">[1:37:57] </w:t>
      </w:r>
      <w:r>
        <w:t>is mein to koi do tareeqa nahi hoga.</w:t>
      </w:r>
    </w:p>
    <w:p>
      <w:pPr>
        <w:jc w:val="right"/>
      </w:pPr>
      <w:r>
        <w:t>اس میں تو کوئی دو طریقہ نہیں ہوگا۔</w:t>
      </w:r>
    </w:p>
    <w:p>
      <w:r>
        <w:rPr>
          <w:b/>
        </w:rPr>
        <w:t xml:space="preserve">[1:38:03] </w:t>
      </w:r>
      <w:r>
        <w:t>main jahan tak samjha hai, asal cheez jo baat jananay ki hai, yaad rakhiye, woh hai creation plan of God.</w:t>
      </w:r>
    </w:p>
    <w:p>
      <w:pPr>
        <w:jc w:val="right"/>
      </w:pPr>
      <w:r>
        <w:t>میں جہاں تک سمجھا ہے، اصل چیز جو بات جاننے کی ہے، یاد رکھیے، وہ ہے کریشن پلان آف گاڈ۔</w:t>
      </w:r>
    </w:p>
    <w:p>
      <w:r>
        <w:rPr>
          <w:b/>
        </w:rPr>
        <w:t xml:space="preserve">[1:38:09] </w:t>
      </w:r>
      <w:r>
        <w:t>asal cheez yeh hai.</w:t>
      </w:r>
    </w:p>
    <w:p>
      <w:pPr>
        <w:jc w:val="right"/>
      </w:pPr>
      <w:r>
        <w:t>اصل چیز یہ ہے۔</w:t>
      </w:r>
    </w:p>
    <w:p>
      <w:r>
        <w:rPr>
          <w:b/>
        </w:rPr>
        <w:t xml:space="preserve">[1:38:15] </w:t>
      </w:r>
      <w:r>
        <w:t>aaj hi subah main soch raha tha ke rozana log paida hotay hain, rozana mar jatay hain.</w:t>
      </w:r>
    </w:p>
    <w:p>
      <w:pPr>
        <w:jc w:val="right"/>
      </w:pPr>
      <w:r>
        <w:t>آج ہی صبح میں سوچ رہا تھا کہ روزانہ لوگ پیدا ہوتے ہیں، روزانہ مر جاتے ہیں۔</w:t>
      </w:r>
    </w:p>
    <w:p>
      <w:r>
        <w:rPr>
          <w:b/>
        </w:rPr>
        <w:t xml:space="preserve">[1:38:21] </w:t>
      </w:r>
      <w:r>
        <w:t>to maut ke baad</w:t>
      </w:r>
    </w:p>
    <w:p>
      <w:pPr>
        <w:jc w:val="right"/>
      </w:pPr>
      <w:r>
        <w:t>تو موت کے بعد</w:t>
      </w:r>
    </w:p>
    <w:p>
      <w:r>
        <w:rPr>
          <w:b/>
        </w:rPr>
        <w:t xml:space="preserve">[1:38:27] </w:t>
      </w:r>
      <w:r>
        <w:t>kya pesh aane wala hai, us se bilkul bekhabar. duniya mein samajhte hain jab tak zinda hain, woh ke kamayo, ghar banao, family ko khush karo wagerah. lekin marte hi achanak ek nai soorat-e-haal. is se bilkul bekhabar hain log. aap kahin bhi jaiye, na maut ka charchaa hai, na aakhirat ka charchaa hai, na hashar ka charchaa hai, na Allah ke samne accountability ka charchaa hai. to asal masla yeh hai, cha</w:t>
      </w:r>
    </w:p>
    <w:p>
      <w:pPr>
        <w:jc w:val="right"/>
      </w:pPr>
      <w:r>
        <w:t>کیا پیش آنے والا ہے، اس سے بالکل بے خبر۔ دنیا میں سمجھتے ہیں جب تک زندہ ہیں، وہ کہ کماؤ، گھر بناؤ، فیملی کو خوش کرو وغیرہ۔ لیکن مرتے ہی اچانک ایک نئی صورتحال۔ اس سے بالکل بے خبر ہیں لوگ۔ آپ کہیں بھی جائیے، نہ موت کا چرچہ ہے، نہ آخرت کا چرچہ ہے، نہ حشر کا چرچہ ہے، نہ اللہ کے سامنے اکاؤنٹیبلٹی کا چرچہ ہے۔ تو اصل مسئلہ یہ ہے، چ</w:t>
      </w:r>
    </w:p>
    <w:p>
      <w:r>
        <w:rPr>
          <w:b/>
        </w:rPr>
        <w:t xml:space="preserve">[1:38:57] </w:t>
      </w:r>
      <w:r>
        <w:t>chahay hindu ho ya musalman.</w:t>
      </w:r>
    </w:p>
    <w:p>
      <w:pPr>
        <w:jc w:val="right"/>
      </w:pPr>
      <w:r>
        <w:t>اہے ہندو ہو یا مسلمان۔</w:t>
      </w:r>
    </w:p>
    <w:p>
      <w:r>
        <w:rPr>
          <w:b/>
        </w:rPr>
        <w:t xml:space="preserve">[1:39:02] </w:t>
      </w:r>
      <w:r>
        <w:t>musalman bhi jo bazahir deendar aap samajhte hain jin ko, woh bhi un ka wahi deendari hai, form</w:t>
      </w:r>
    </w:p>
    <w:p>
      <w:pPr>
        <w:jc w:val="right"/>
      </w:pPr>
      <w:r>
        <w:t>مسلمان بھی جو بظاہر دیندار آپ سمجھتے ہیں جن کو، وہ بھی ان کا وہی دینداری ہے، فارم</w:t>
      </w:r>
    </w:p>
    <w:p>
      <w:r>
        <w:rPr>
          <w:b/>
        </w:rPr>
        <w:t xml:space="preserve">[1:39:06] </w:t>
      </w:r>
      <w:r>
        <w:t>ki ho, form wali.</w:t>
      </w:r>
    </w:p>
    <w:p>
      <w:pPr>
        <w:jc w:val="right"/>
      </w:pPr>
      <w:r>
        <w:t>کی ہو، فارم والی۔</w:t>
      </w:r>
    </w:p>
    <w:p>
      <w:r>
        <w:rPr>
          <w:b/>
        </w:rPr>
        <w:t xml:space="preserve">[1:39:11] </w:t>
      </w:r>
      <w:r>
        <w:t>dekhiye, deendari woh hai jahan insaan ke andar Allah ki azmat ho, Allah ka khauf ho, Allah se</w:t>
      </w:r>
    </w:p>
    <w:p>
      <w:pPr>
        <w:jc w:val="right"/>
      </w:pPr>
      <w:r>
        <w:t>دیکھیے، دینداری وہ ہے جہاں انسان کے اندر اللہ کی عظمت ہو، اللہ کا خوف ہو، اللہ سے</w:t>
      </w:r>
    </w:p>
    <w:p>
      <w:r>
        <w:rPr>
          <w:b/>
        </w:rPr>
        <w:t xml:space="preserve">[1:39:15] </w:t>
      </w:r>
      <w:r>
        <w:t>mohabbat ho, Allah ki pakar ka andesha ho.</w:t>
      </w:r>
    </w:p>
    <w:p>
      <w:pPr>
        <w:jc w:val="right"/>
      </w:pPr>
      <w:r>
        <w:t>محبت ہو، اللہ کی پکڑ کا اندیشہ ہو۔</w:t>
      </w:r>
    </w:p>
    <w:p>
      <w:r>
        <w:rPr>
          <w:b/>
        </w:rPr>
        <w:t xml:space="preserve">[1:39:19] </w:t>
      </w:r>
      <w:r>
        <w:t>nahi to koi deendari kuch bhi nahi.</w:t>
      </w:r>
    </w:p>
    <w:p>
      <w:pPr>
        <w:jc w:val="right"/>
      </w:pPr>
      <w:r>
        <w:t>نہیں تو کوئی دینداری کچھ بھی نہیں۔</w:t>
      </w:r>
    </w:p>
    <w:p>
      <w:r>
        <w:rPr>
          <w:b/>
        </w:rPr>
        <w:t xml:space="preserve">[1:39:24] </w:t>
      </w:r>
      <w:r>
        <w:t>deendari kisi waza' qata' ka naam nahi hai, kisi ritual ka naam nahi hai.</w:t>
      </w:r>
    </w:p>
    <w:p>
      <w:pPr>
        <w:jc w:val="right"/>
      </w:pPr>
      <w:r>
        <w:t>دینداری کسی وضع قطع کا نام نہیں ہے، کسی ریچول کا نام نہیں ہے۔</w:t>
      </w:r>
    </w:p>
    <w:p>
      <w:r>
        <w:rPr>
          <w:b/>
        </w:rPr>
        <w:t xml:space="preserve">[1:39:28] </w:t>
      </w:r>
      <w:r>
        <w:t>dindari kisi form ka naam nahi hai. dindari taalluq billah ka naam hai. to woh hindu musalman ke aitbar se na dekhiye, insaan ke aitbar se dekhiye aap ke woh insaan kis kis tarah ki zindagi guzar raha hai. woh insaan ke aitbar se insaanon ko dekhiye, na ke hindu muslim ke aitbar se. molana, agla sawal raipur se aaya hai. mister idrees aur miss shabana ne likha hai ke ulama have closed</w:t>
      </w:r>
    </w:p>
    <w:p>
      <w:pPr>
        <w:jc w:val="right"/>
      </w:pPr>
      <w:r>
        <w:t>دینداری کسی فارم کا نام نہیں ہے۔ دینداری تعلق باللہ کا نام ہے۔ تو وہ ہندو مسلمان کے اعتبار سے نہ دیکھیے، انسان کے اعتبار سے دیکھیے آپ کہ وہ انسان کس کس طرح کی زندگی گزار رہا ہے۔ وہ انسان کے اعتبار سے انسانوں کو دیکھیے، نہ کہ ہندو مسلم کے اعتبار سے۔ مولانا، اگلا سوال رائے پور سے آیا ہے۔ مسٹر ادریس اور مس شبانہ نے لکھا ہے کہ علماء ہیو کل</w:t>
      </w:r>
    </w:p>
    <w:p>
      <w:r>
        <w:rPr>
          <w:b/>
        </w:rPr>
        <w:t xml:space="preserve">[1:39:58] </w:t>
      </w:r>
      <w:r>
        <w:t>open the doors of the ijtehad.</w:t>
      </w:r>
    </w:p>
    <w:p>
      <w:pPr>
        <w:jc w:val="right"/>
      </w:pPr>
      <w:r>
        <w:t>وز دا ڈورز آف دی اجتہاد۔</w:t>
      </w:r>
    </w:p>
    <w:p>
      <w:r>
        <w:rPr>
          <w:b/>
        </w:rPr>
        <w:t xml:space="preserve">[1:40:04] </w:t>
      </w:r>
      <w:r>
        <w:t>I want to know if common Muslims' thinking be corrected, even if their ulema's existing mentality and approach continues.</w:t>
      </w:r>
    </w:p>
    <w:p>
      <w:pPr>
        <w:jc w:val="right"/>
      </w:pPr>
      <w:r>
        <w:t>آئی وانٹ ٹو نو اف کامن مسلمز تھنکنگ بی کریکٹڈ، ایون اف دیر علماء ایگزسٹنگ مینٹیلیٹی اینڈ اپروچ کنٹینیوز۔</w:t>
      </w:r>
    </w:p>
    <w:p>
      <w:r>
        <w:rPr>
          <w:b/>
        </w:rPr>
        <w:t xml:space="preserve">[1:40:10] </w:t>
      </w:r>
      <w:r>
        <w:t>aur correction and ulama thinking is a precondition to improve the situation.</w:t>
      </w:r>
    </w:p>
    <w:p>
      <w:pPr>
        <w:jc w:val="right"/>
      </w:pPr>
      <w:r>
        <w:t>اور کریکشن اینڈ علماء تھنکنگ از ا پری کنڈیشن ٹو امپروو دا سچویشن۔</w:t>
      </w:r>
    </w:p>
    <w:p>
      <w:r>
        <w:rPr>
          <w:b/>
        </w:rPr>
        <w:t xml:space="preserve">[1:40:16] </w:t>
      </w:r>
      <w:r>
        <w:t>bhai, kon sa masla hai jis mein ulma poochte hon? musalman koi job ke liye, business ke liye,</w:t>
      </w:r>
    </w:p>
    <w:p>
      <w:pPr>
        <w:jc w:val="right"/>
      </w:pPr>
      <w:r>
        <w:t>بھئی، کون سا مسئلہ ہے جس میں علماء پوچھتے ہوں؟ مسلمان کوئی جاب کے لیے، بزنس کے لیے،</w:t>
      </w:r>
    </w:p>
    <w:p>
      <w:r>
        <w:rPr>
          <w:b/>
        </w:rPr>
        <w:t xml:space="preserve">[1:40:23] </w:t>
      </w:r>
      <w:r>
        <w:t>shadi ke liye, jehez ke liye koi poochta hai? isi mein koi shart lagai jaye.</w:t>
      </w:r>
    </w:p>
    <w:p>
      <w:pPr>
        <w:jc w:val="right"/>
      </w:pPr>
      <w:r>
        <w:t>شادی کے لیے، جہیز کے لیے کوئی پوچھتا ہے؟ اسی میں کوئی شرط لگائی جائے۔</w:t>
      </w:r>
    </w:p>
    <w:p>
      <w:r>
        <w:rPr>
          <w:b/>
        </w:rPr>
        <w:t xml:space="preserve">[1:40:29] </w:t>
      </w:r>
      <w:r>
        <w:t>ji, ulma bilkul ineffective hain.</w:t>
      </w:r>
    </w:p>
    <w:p>
      <w:pPr>
        <w:jc w:val="right"/>
      </w:pPr>
      <w:r>
        <w:t>جی، علماء بالکل ان ایفیکٹیو ہیں۔</w:t>
      </w:r>
    </w:p>
    <w:p>
      <w:r>
        <w:rPr>
          <w:b/>
        </w:rPr>
        <w:t xml:space="preserve">[1:40:32] </w:t>
      </w:r>
      <w:r>
        <w:t>society mein koi in ka asar nahi hai.</w:t>
      </w:r>
    </w:p>
    <w:p>
      <w:pPr>
        <w:jc w:val="right"/>
      </w:pPr>
      <w:r>
        <w:t>سوسائٹی میں کوئی ان کا اثر نہیں ہے۔</w:t>
      </w:r>
    </w:p>
    <w:p>
      <w:r>
        <w:rPr>
          <w:b/>
        </w:rPr>
        <w:t xml:space="preserve">[1:40:36] </w:t>
      </w:r>
      <w:r>
        <w:t>bas kuch fatwa dete hain, kuch bolte hain.</w:t>
      </w:r>
    </w:p>
    <w:p>
      <w:pPr>
        <w:jc w:val="right"/>
      </w:pPr>
      <w:r>
        <w:t>بس کچھ فتوی دیتے ہیں، کچھ بولتے ہیں۔</w:t>
      </w:r>
    </w:p>
    <w:p>
      <w:r>
        <w:rPr>
          <w:b/>
        </w:rPr>
        <w:t xml:space="preserve">[1:40:40] </w:t>
      </w:r>
      <w:r>
        <w:t>lekin asar kya hai? mujhe bataiye, kon aadmi hai? aap is ko is ka naam bataein mujhe jo</w:t>
      </w:r>
    </w:p>
    <w:p>
      <w:pPr>
        <w:jc w:val="right"/>
      </w:pPr>
      <w:r>
        <w:t>لیکن اثر کیا ہے؟ مجھے بتائیے، کون آدمی ہے؟ آپ اس کو اس کا نام بتائیں مجھے جو</w:t>
      </w:r>
    </w:p>
    <w:p>
      <w:r>
        <w:rPr>
          <w:b/>
        </w:rPr>
        <w:t xml:space="preserve">[1:40:44] </w:t>
      </w:r>
      <w:r>
        <w:t>apne job ke liye ulma se poochta ho, business ke liye ulma se poochta ho, shadi mein jahaz</w:t>
      </w:r>
    </w:p>
    <w:p>
      <w:pPr>
        <w:jc w:val="right"/>
      </w:pPr>
      <w:r>
        <w:t>اپنے جاب کے لیے علماء سے پوچھتا ہو، بزنس کے لیے علماء سے پوچھتا ہو، شادی میں جہاز</w:t>
      </w:r>
    </w:p>
    <w:p>
      <w:r>
        <w:rPr>
          <w:b/>
        </w:rPr>
        <w:t xml:space="preserve">[1:40:48] </w:t>
      </w:r>
      <w:r>
        <w:t>doon ke na doon, is liye is ulma se poochta ho? kuch nahi, koi poochta nahi.</w:t>
      </w:r>
    </w:p>
    <w:p>
      <w:pPr>
        <w:jc w:val="right"/>
      </w:pPr>
      <w:r>
        <w:t>دوں کہ نہ دوں، اس لیے اس علماء سے پوچھتا ہو؟ کچھ نہیں، کوئی پوچھتا نہیں۔</w:t>
      </w:r>
    </w:p>
    <w:p>
      <w:r>
        <w:rPr>
          <w:b/>
        </w:rPr>
        <w:t xml:space="preserve">[1:40:51] </w:t>
      </w:r>
      <w:r>
        <w:t>to is mein bhi koi aap excuse banate hain.</w:t>
      </w:r>
    </w:p>
    <w:p>
      <w:pPr>
        <w:jc w:val="right"/>
      </w:pPr>
      <w:r>
        <w:t>تو اس میں بھی کوئی آپ ایکسکیوز بناتے ہیں۔</w:t>
      </w:r>
    </w:p>
    <w:p>
      <w:r>
        <w:rPr>
          <w:b/>
        </w:rPr>
        <w:t xml:space="preserve">[1:40:55] </w:t>
      </w:r>
      <w:r>
        <w:t>har aadmi ko khud parhna chahiye, khud</w:t>
      </w:r>
    </w:p>
    <w:p>
      <w:pPr>
        <w:jc w:val="right"/>
      </w:pPr>
      <w:r>
        <w:t>ہر آدمی کو خود پڑھنا چاہیے، خود</w:t>
      </w:r>
    </w:p>
    <w:p>
      <w:r>
        <w:rPr>
          <w:b/>
        </w:rPr>
        <w:t xml:space="preserve">[1:40:59] </w:t>
      </w:r>
      <w:r>
        <w:t>mutalea karna chahiye, aur quran ko, hadith ko, aur doosri kitabein jo hain, is ko parh kar ke</w:t>
      </w:r>
    </w:p>
    <w:p>
      <w:pPr>
        <w:jc w:val="right"/>
      </w:pPr>
      <w:r>
        <w:t>مطالعہ کرنا چاہیے، اور قرآن کو، حدیث کو، اور دوسری کتابیں جو ہیں، اس کو پڑھ کر کے</w:t>
      </w:r>
    </w:p>
    <w:p>
      <w:r>
        <w:rPr>
          <w:b/>
        </w:rPr>
        <w:t xml:space="preserve">[1:41:04] </w:t>
      </w:r>
      <w:r>
        <w:t>khud rai banaye.</w:t>
      </w:r>
    </w:p>
    <w:p>
      <w:pPr>
        <w:jc w:val="right"/>
      </w:pPr>
      <w:r>
        <w:t>خود رائے بنائے۔</w:t>
      </w:r>
    </w:p>
    <w:p>
      <w:r>
        <w:rPr>
          <w:b/>
        </w:rPr>
        <w:t xml:space="preserve">[1:41:09] </w:t>
      </w:r>
      <w:r>
        <w:t>woh kya sahi hai, kya galat hai? ulma to ineffective hain.</w:t>
      </w:r>
    </w:p>
    <w:p>
      <w:pPr>
        <w:jc w:val="right"/>
      </w:pPr>
      <w:r>
        <w:t>وہ کیا صحیح ہے، کیا غلط ہے؟ علماء تو ان ایفیکٹیو ہیں۔</w:t>
      </w:r>
    </w:p>
    <w:p>
      <w:r>
        <w:rPr>
          <w:b/>
        </w:rPr>
        <w:t xml:space="preserve">[1:41:14] </w:t>
      </w:r>
      <w:r>
        <w:t>mein nahi samajhta kisi bhi shobe mein in ka koi darja hai.</w:t>
      </w:r>
    </w:p>
    <w:p>
      <w:pPr>
        <w:jc w:val="right"/>
      </w:pPr>
      <w:r>
        <w:t>میں نہیں سمجھتا کسی بھی شعبے میں ان کا کوئی درجہ ہے۔</w:t>
      </w:r>
    </w:p>
    <w:p>
      <w:r>
        <w:rPr>
          <w:b/>
        </w:rPr>
        <w:t xml:space="preserve">[1:41:19] </w:t>
      </w:r>
      <w:r>
        <w:t>woh fatwa dete hain, lekin manta kon hai in ke fatwe ko? ji, maulana, agla sawal aya hai.</w:t>
      </w:r>
    </w:p>
    <w:p>
      <w:pPr>
        <w:jc w:val="right"/>
      </w:pPr>
      <w:r>
        <w:t>وہ فتوی دیتے ہیں، لیکن مانتا کون ہے ان کے فتوے کو؟ جی، مولانا، اگلا سوال آیا ہے۔</w:t>
      </w:r>
    </w:p>
    <w:p>
      <w:r>
        <w:rPr>
          <w:b/>
        </w:rPr>
        <w:t xml:space="preserve">[1:41:24] </w:t>
      </w:r>
      <w:r>
        <w:t>maulana inayatullah</w:t>
      </w:r>
    </w:p>
    <w:p>
      <w:pPr>
        <w:jc w:val="right"/>
      </w:pPr>
      <w:r>
        <w:t>مولانا عنایت اللہ</w:t>
      </w:r>
    </w:p>
    <w:p>
      <w:r>
        <w:rPr>
          <w:b/>
        </w:rPr>
        <w:t xml:space="preserve">[1:41:29] </w:t>
      </w:r>
      <w:r>
        <w:t>umri ka bangalore se. unhon ne likha hai ke wala aur bara ke masle ki haqeeqat kya hai? dekhiye, aaj kal kuch aisi kitabein likhi gayi hain arbon, arab duniya mein. is mein woh kehte hain ke wala musalmanon ke liye hai aur bara ghair musalmanon</w:t>
      </w:r>
    </w:p>
    <w:p>
      <w:pPr>
        <w:jc w:val="right"/>
      </w:pPr>
      <w:r>
        <w:t>عمری کا بنگلور سے۔ انہوں نے لکھا ہے کہ ولا اور برا کے مسئلے کی حقیقت کیا ہے؟ دیکھیے، آج کل کچھ ایسی کتابیں لکھی گئی ہیں عربوں، عرب دنیا میں۔ اس میں وہ کہتے ہیں کہ ولا مسلمانوں کے لیے ہے اور برا غیر مسلموں</w:t>
      </w:r>
    </w:p>
    <w:p>
      <w:r>
        <w:rPr>
          <w:b/>
        </w:rPr>
        <w:t xml:space="preserve">[1:41:59] </w:t>
      </w:r>
      <w:r>
        <w:t>ke liye hai.</w:t>
      </w:r>
    </w:p>
    <w:p>
      <w:pPr>
        <w:jc w:val="right"/>
      </w:pPr>
      <w:r>
        <w:t>کے لیے ہے۔</w:t>
      </w:r>
    </w:p>
    <w:p>
      <w:r>
        <w:rPr>
          <w:b/>
        </w:rPr>
        <w:t xml:space="preserve">[1:42:04] </w:t>
      </w:r>
      <w:r>
        <w:t>kyun ke quran mein aisa aya hai, aaye hain references ke tum ko musalmanon se wala maani, yani gehra</w:t>
      </w:r>
    </w:p>
    <w:p>
      <w:pPr>
        <w:jc w:val="right"/>
      </w:pPr>
      <w:r>
        <w:t>کیونکہ قرآن میں ایسا آیا ہے، آئے ہیں ریفرنسز کہ تم کو مسلمانوں سے ولا معنی، یعنی گہرا</w:t>
      </w:r>
    </w:p>
    <w:p>
      <w:r>
        <w:rPr>
          <w:b/>
        </w:rPr>
        <w:t xml:space="preserve">[1:42:09] </w:t>
      </w:r>
      <w:r>
        <w:t>ta'alluq, mohabbat ka ta'alluq, aur bara maani un se judai, alheydgi.</w:t>
      </w:r>
    </w:p>
    <w:p>
      <w:pPr>
        <w:jc w:val="right"/>
      </w:pPr>
      <w:r>
        <w:t>تعلق، محبت کا تعلق، اور برا معنی ان سے جدائی، علیحدگی۔</w:t>
      </w:r>
    </w:p>
    <w:p>
      <w:r>
        <w:rPr>
          <w:b/>
        </w:rPr>
        <w:t xml:space="preserve">[1:42:14] </w:t>
      </w:r>
      <w:r>
        <w:t>to kaha ghair muslimon se hamein judai, distance banana chahiye, juda hona chahiye, aur sirf musalmanon se hamein</w:t>
      </w:r>
    </w:p>
    <w:p>
      <w:pPr>
        <w:jc w:val="right"/>
      </w:pPr>
      <w:r>
        <w:t>تو کہا غیر مسلموں سے ہمیں جدائی، ڈسٹنس بنانا چاہیے، جدا ہونا چاہیے، اور صرف مسلمانوں سے ہمیں</w:t>
      </w:r>
    </w:p>
    <w:p>
      <w:r>
        <w:rPr>
          <w:b/>
        </w:rPr>
        <w:t xml:space="preserve">[1:42:19] </w:t>
      </w:r>
      <w:r>
        <w:t>ta'alluq rakhna chahiye.</w:t>
      </w:r>
    </w:p>
    <w:p>
      <w:pPr>
        <w:jc w:val="right"/>
      </w:pPr>
      <w:r>
        <w:t>تعلق رکھنا چاہیے۔</w:t>
      </w:r>
    </w:p>
    <w:p>
      <w:r>
        <w:rPr>
          <w:b/>
        </w:rPr>
        <w:t xml:space="preserve">[1:42:24] </w:t>
      </w:r>
      <w:r>
        <w:t>to yeh aisi kitabein likhi gayi hain ke mein</w:t>
      </w:r>
    </w:p>
    <w:p>
      <w:pPr>
        <w:jc w:val="right"/>
      </w:pPr>
      <w:r>
        <w:t>تو یہ ایسی کتابیں لکھی گئی ہیں کہ میں</w:t>
      </w:r>
    </w:p>
    <w:p>
      <w:r>
        <w:rPr>
          <w:b/>
        </w:rPr>
        <w:t xml:space="preserve">[1:42:29] </w:t>
      </w:r>
      <w:r>
        <w:t>in kitabon ko bilkul galat samajhta hoon, aur quran ke hawale galat dete hain. yaani jo quran mein yeh aayatein jo hain, woh kisi particular situation ke liye hain, us ko aam karte hain, woh us ko generalize karte hain. woh yaani yeh kaha gaya hai, maslan ke jab musalman kisi doosre groh se etwar hon to wahan par bara hoga. yaani hum se ta'alluq distance banana parega, kyunke</w:t>
      </w:r>
    </w:p>
    <w:p>
      <w:pPr>
        <w:jc w:val="right"/>
      </w:pPr>
      <w:r>
        <w:t>ان کتابوں کو بالکل غلط سمجھتا ہوں، اور قرآن کے حوالے غلط دیتے ہیں۔ یعنی جو قرآن میں یہ آیتیں جو ہیں، وہ کسی پرٹیکولر سچوئیشن کے لیے ہیں، اس کو عام کرتے ہیں، وہ اس کو جنرلائز کرتے ہیں۔ وہ یعنی یہ کہا گیا ہے، مثلاً کہ جب مسلمان کسی دوسرے گروہ سے ایٹوار ہوں تو وہاں پر برا ہوگا۔ یعنی ہم سے تعلق ڈسٹنس بنانا پڑے گا، کیونکہ</w:t>
      </w:r>
    </w:p>
    <w:p>
      <w:r>
        <w:rPr>
          <w:b/>
        </w:rPr>
        <w:t xml:space="preserve">[1:42:59] </w:t>
      </w:r>
      <w:r>
        <w:t>razdari bartni parti hai, raaz muntaqil ho jate hain, to hum ko distance maintain karna parega.</w:t>
      </w:r>
    </w:p>
    <w:p>
      <w:pPr>
        <w:jc w:val="right"/>
      </w:pPr>
      <w:r>
        <w:t>رازداری برتنی پڑتی ہے، راز منتقل ہو جاتے ہیں، تو ہم کو ڈسٹنس مینٹین کرنا پڑے گا۔</w:t>
      </w:r>
    </w:p>
    <w:p>
      <w:r>
        <w:rPr>
          <w:b/>
        </w:rPr>
        <w:t xml:space="preserve">[1:43:04] </w:t>
      </w:r>
      <w:r>
        <w:t>to woh halat jang ke liye is ko, is ko generalize kar diya unhon ne, aur sari duniya</w:t>
      </w:r>
    </w:p>
    <w:p>
      <w:pPr>
        <w:jc w:val="right"/>
      </w:pPr>
      <w:r>
        <w:t>تو وہ حالت جنگ کے لیے اس کو، اس کو جنرلائز کر دیا انہوں نے، اور ساری دنیا</w:t>
      </w:r>
    </w:p>
    <w:p>
      <w:r>
        <w:rPr>
          <w:b/>
        </w:rPr>
        <w:t xml:space="preserve">[1:43:09] </w:t>
      </w:r>
      <w:r>
        <w:t>ke jo ghair muslim hain, un se dori banao.</w:t>
      </w:r>
    </w:p>
    <w:p>
      <w:pPr>
        <w:jc w:val="right"/>
      </w:pPr>
      <w:r>
        <w:t>کے جو غیر مسلم ہیں، ان سے دوری بناؤ۔</w:t>
      </w:r>
    </w:p>
    <w:p>
      <w:r>
        <w:rPr>
          <w:b/>
        </w:rPr>
        <w:t xml:space="preserve">[1:43:14] </w:t>
      </w:r>
      <w:r>
        <w:t>yeh bilkul galat thi, yeh islam se koi talluq is ka nahi hai.</w:t>
      </w:r>
    </w:p>
    <w:p>
      <w:pPr>
        <w:jc w:val="right"/>
      </w:pPr>
      <w:r>
        <w:t>یہ بالکل غلط تھی، یہ اسلام سے کوئی تعلق اس کا نہیں ہے۔</w:t>
      </w:r>
    </w:p>
    <w:p>
      <w:r>
        <w:rPr>
          <w:b/>
        </w:rPr>
        <w:t xml:space="preserve">[1:43:19] </w:t>
      </w:r>
      <w:r>
        <w:t>arbon ka muamla dekhen, ek baat bataon mein aap ko ke sare arbon ka muamla yeh hai ke</w:t>
      </w:r>
    </w:p>
    <w:p>
      <w:pPr>
        <w:jc w:val="right"/>
      </w:pPr>
      <w:r>
        <w:t>عربوں کا معاملہ دیکھیں، ایک بات بتاؤں میں آپ کو کہ سارے عربوں کا معاملہ یہ ہے کہ</w:t>
      </w:r>
    </w:p>
    <w:p>
      <w:r>
        <w:rPr>
          <w:b/>
        </w:rPr>
        <w:t xml:space="preserve">[1:43:24] </w:t>
      </w:r>
      <w:r>
        <w:t>woh in ka jo islam hai, woh sara ka sara falasteen se bana hai, israel se bana hai, saaf</w:t>
      </w:r>
    </w:p>
    <w:p>
      <w:pPr>
        <w:jc w:val="right"/>
      </w:pPr>
      <w:r>
        <w:t>وہ ان کا جو اسلام ہے، وہ سارا کا سارا فلسطین سے بنا ہے، اسرائیل سے بنا ہے، صاف</w:t>
      </w:r>
    </w:p>
    <w:p>
      <w:r>
        <w:rPr>
          <w:b/>
        </w:rPr>
        <w:t xml:space="preserve">[1:43:29] </w:t>
      </w:r>
      <w:r>
        <w:t>isi se le kar ke in ka mind banaya hai.</w:t>
      </w:r>
    </w:p>
    <w:p>
      <w:pPr>
        <w:jc w:val="right"/>
      </w:pPr>
      <w:r>
        <w:t>اسی سے لے کر کے ان کا مائنڈ بنایا ہے۔</w:t>
      </w:r>
    </w:p>
    <w:p>
      <w:r>
        <w:rPr>
          <w:b/>
        </w:rPr>
        <w:t xml:space="preserve">[1:43:35] </w:t>
      </w:r>
      <w:r>
        <w:t>chunki unhein nafrat hai yahudiyon se, is wajah se woh sare islam ko isi waqt explain karte hain.</w:t>
      </w:r>
    </w:p>
    <w:p>
      <w:pPr>
        <w:jc w:val="right"/>
      </w:pPr>
      <w:r>
        <w:t>چونکہ انہیں نفرت ہے یہودیوں سے، اس وجہ سے وہ سارے اسلام کو اسی وقت ایکسپلین کرتے ہیں۔</w:t>
      </w:r>
    </w:p>
    <w:p>
      <w:r>
        <w:rPr>
          <w:b/>
        </w:rPr>
        <w:t xml:space="preserve">[1:43:40] </w:t>
      </w:r>
      <w:r>
        <w:t>woh sare arab jo hain, gehrai ke sath yahudi nafrat mein mubtala hain, bas yeh israel se nafrat</w:t>
      </w:r>
    </w:p>
    <w:p>
      <w:pPr>
        <w:jc w:val="right"/>
      </w:pPr>
      <w:r>
        <w:t>وہ سارے عرب جو ہیں، گہرائی کے ساتھ یہودی نفرت میں مبتلا ہیں، بس یہ اسرائیل سے نفرت</w:t>
      </w:r>
    </w:p>
    <w:p>
      <w:r>
        <w:rPr>
          <w:b/>
        </w:rPr>
        <w:t xml:space="preserve">[1:43:45] </w:t>
      </w:r>
      <w:r>
        <w:t>mein mubtala hain, bohat hi gehrai ke sath.</w:t>
      </w:r>
    </w:p>
    <w:p>
      <w:pPr>
        <w:jc w:val="right"/>
      </w:pPr>
      <w:r>
        <w:t>میں مبتلا ہیں، بہت ہی گہرائی کے ساتھ۔</w:t>
      </w:r>
    </w:p>
    <w:p>
      <w:r>
        <w:rPr>
          <w:b/>
        </w:rPr>
        <w:t xml:space="preserve">[1:43:50] </w:t>
      </w:r>
      <w:r>
        <w:t>wohi refer karta hai in ke taqreeron mein, in ke mazmoonon mein, in ki kitabon mein.</w:t>
      </w:r>
    </w:p>
    <w:p>
      <w:pPr>
        <w:jc w:val="right"/>
      </w:pPr>
      <w:r>
        <w:t>وہی ریفر کرتا ہے ان کے تقریروں میں، ان کے مضمونوں میں، ان کی کتابوں میں۔</w:t>
      </w:r>
    </w:p>
    <w:p>
      <w:r>
        <w:rPr>
          <w:b/>
        </w:rPr>
        <w:t xml:space="preserve">[1:43:55] </w:t>
      </w:r>
      <w:r>
        <w:t>toh arbon ki kitabon ko ka aap zariya na banayen.</w:t>
      </w:r>
    </w:p>
    <w:p>
      <w:pPr>
        <w:jc w:val="right"/>
      </w:pPr>
      <w:r>
        <w:t>تو عربوں کی کتابوں کو کا آپ ذریعہ نہ بنائیں۔</w:t>
      </w:r>
    </w:p>
    <w:p>
      <w:r>
        <w:rPr>
          <w:b/>
        </w:rPr>
        <w:t xml:space="preserve">[1:44:01] </w:t>
      </w:r>
      <w:r>
        <w:t>aap quran o hadith ko direct parhen toh aap islam samajh mein ayega.</w:t>
      </w:r>
    </w:p>
    <w:p>
      <w:pPr>
        <w:jc w:val="right"/>
      </w:pPr>
      <w:r>
        <w:t>آپ قرآن و حدیث کو ڈائریکٹ پڑھیں تو آپ اسلام سمجھ میں آئے گا۔</w:t>
      </w:r>
    </w:p>
    <w:p>
      <w:r>
        <w:rPr>
          <w:b/>
        </w:rPr>
        <w:t xml:space="preserve">[1:44:06] </w:t>
      </w:r>
      <w:r>
        <w:t>maulana, agla sawal pennsylvania se aya hai.</w:t>
      </w:r>
    </w:p>
    <w:p>
      <w:pPr>
        <w:jc w:val="right"/>
      </w:pPr>
      <w:r>
        <w:t>مولانا، اگلا سوال پینسلوینیا سے آیا ہے۔</w:t>
      </w:r>
    </w:p>
    <w:p>
      <w:r>
        <w:rPr>
          <w:b/>
        </w:rPr>
        <w:t xml:space="preserve">[1:44:11] </w:t>
      </w:r>
      <w:r>
        <w:t>mister khawaja kaleemuddin ka.</w:t>
      </w:r>
    </w:p>
    <w:p>
      <w:pPr>
        <w:jc w:val="right"/>
      </w:pPr>
      <w:r>
        <w:t>مسٹر خواجہ کلیم الدین کا۔</w:t>
      </w:r>
    </w:p>
    <w:p>
      <w:r>
        <w:rPr>
          <w:b/>
        </w:rPr>
        <w:t xml:space="preserve">[1:44:16] </w:t>
      </w:r>
      <w:r>
        <w:t>unhon ne likha hai: "maulana sahib, people mix up between ijtihad and taqwa.</w:t>
      </w:r>
    </w:p>
    <w:p>
      <w:pPr>
        <w:jc w:val="right"/>
      </w:pPr>
      <w:r>
        <w:t>انہوں نے لکھا ہے: "مولانا صاحب، پیپل مکس اپ بٹوین اجتہاد اینڈ تقویٰ۔</w:t>
      </w:r>
    </w:p>
    <w:p>
      <w:r>
        <w:rPr>
          <w:b/>
        </w:rPr>
        <w:t xml:space="preserve">[1:44:21] </w:t>
      </w:r>
      <w:r>
        <w:t>The way we refrain from doubtful things, we should also refrain from doing ijtihad due</w:t>
      </w:r>
    </w:p>
    <w:p>
      <w:pPr>
        <w:jc w:val="right"/>
      </w:pPr>
      <w:r>
        <w:t>دے سے دا وے وی ریفرین فرام ڈاؤٹ فل تھنگز، وی شوڈ السو ریفرین فرام ڈوئنگ اجتہاد ڈیو</w:t>
      </w:r>
    </w:p>
    <w:p>
      <w:r>
        <w:rPr>
          <w:b/>
        </w:rPr>
        <w:t xml:space="preserve">[1:44:26] </w:t>
      </w:r>
      <w:r>
        <w:t>to the fear of going wrong.</w:t>
      </w:r>
    </w:p>
    <w:p>
      <w:pPr>
        <w:jc w:val="right"/>
      </w:pPr>
      <w:r>
        <w:t>ٹو دا فیئر آف گوئنگ رونگ۔</w:t>
      </w:r>
    </w:p>
    <w:p>
      <w:r>
        <w:rPr>
          <w:b/>
        </w:rPr>
        <w:t xml:space="preserve">[1:44:31] </w:t>
      </w:r>
      <w:r>
        <w:t>please clarify between these two matters." yeh toh mein ne arz kiya ke khud sakhta baat hai.</w:t>
      </w:r>
    </w:p>
    <w:p>
      <w:pPr>
        <w:jc w:val="right"/>
      </w:pPr>
      <w:r>
        <w:t>پلیز کلیریفائی بٹوین دیز ٹو میٹرز۔" یہ تو میں نے عرض کیا کہ خود ساختہ بات ہے۔</w:t>
      </w:r>
    </w:p>
    <w:p>
      <w:r>
        <w:rPr>
          <w:b/>
        </w:rPr>
        <w:t xml:space="preserve">[1:44:35] </w:t>
      </w:r>
      <w:r>
        <w:t>yeh jab quran, jab hadith mein khud hai ke ghalti karoge, tabhi sawab milega, toh aap</w:t>
      </w:r>
    </w:p>
    <w:p>
      <w:pPr>
        <w:jc w:val="right"/>
      </w:pPr>
      <w:r>
        <w:t>یہ جب قرآن، جب حدیث میں خود ہے کہ غلطی کرو گے، تبھی ثواب ملے گا، تو آپ</w:t>
      </w:r>
    </w:p>
    <w:p>
      <w:r>
        <w:rPr>
          <w:b/>
        </w:rPr>
        <w:t xml:space="preserve">[1:44:40] </w:t>
      </w:r>
      <w:r>
        <w:t>hum ko, hum is se rukne ka kiya? hum kyun ruken? taqwa ka jo lafz hai, woh woh</w:t>
      </w:r>
    </w:p>
    <w:p>
      <w:pPr>
        <w:jc w:val="right"/>
      </w:pPr>
      <w:r>
        <w:t>ہم کو، ہم اس سے رکنے کا کیا؟ ہم کیوں رکیں؟ تقویٰ کا جو لفظ ہے، وہ وہ</w:t>
      </w:r>
    </w:p>
    <w:p>
      <w:r>
        <w:rPr>
          <w:b/>
        </w:rPr>
        <w:t xml:space="preserve">[1:44:44] </w:t>
      </w:r>
      <w:r>
        <w:t>toh khulli khulli burai ke liye hai.</w:t>
      </w:r>
    </w:p>
    <w:p>
      <w:pPr>
        <w:jc w:val="right"/>
      </w:pPr>
      <w:r>
        <w:t>تو کھلی کھلی برائی کے لیے ہے۔</w:t>
      </w:r>
    </w:p>
    <w:p>
      <w:r>
        <w:rPr>
          <w:b/>
        </w:rPr>
        <w:t xml:space="preserve">[1:44:48] </w:t>
      </w:r>
      <w:r>
        <w:t>bas sharab na piyen, khinzir na khayen.</w:t>
      </w:r>
    </w:p>
    <w:p>
      <w:pPr>
        <w:jc w:val="right"/>
      </w:pPr>
      <w:r>
        <w:t>بس شراب نہ پیئیں، خنزیر نہ کھائیں۔</w:t>
      </w:r>
    </w:p>
    <w:p>
      <w:r>
        <w:rPr>
          <w:b/>
        </w:rPr>
        <w:t xml:space="preserve">[1:44:53] </w:t>
      </w:r>
      <w:r>
        <w:t>ijtihad ka, yani ijtihad ek alag cheez hai.</w:t>
      </w:r>
    </w:p>
    <w:p>
      <w:pPr>
        <w:jc w:val="right"/>
      </w:pPr>
      <w:r>
        <w:t>اجتہاد کا، یعنی اجتہاد ایک الگ چیز ہے۔</w:t>
      </w:r>
    </w:p>
    <w:p>
      <w:r>
        <w:rPr>
          <w:b/>
        </w:rPr>
        <w:t xml:space="preserve">[1:44:57] </w:t>
      </w:r>
      <w:r>
        <w:t>taqwa jo hai, yeh hai ke</w:t>
      </w:r>
    </w:p>
    <w:p>
      <w:pPr>
        <w:jc w:val="right"/>
      </w:pPr>
      <w:r>
        <w:t>تقویٰ جو ہے، یہ ہے کہ</w:t>
      </w:r>
    </w:p>
    <w:p>
      <w:r>
        <w:rPr>
          <w:b/>
        </w:rPr>
        <w:t xml:space="preserve">[1:45:01] </w:t>
      </w:r>
      <w:r>
        <w:t>namaz chhod den, maslan hum sharab peene lagen hain, khinzir khayen toh wahan taqwa ka masla aata hai.</w:t>
      </w:r>
    </w:p>
    <w:p>
      <w:pPr>
        <w:jc w:val="right"/>
      </w:pPr>
      <w:r>
        <w:t>نماز چھوڑ دیں، مثلاً ہم شراب پینے لگے ہیں، خنزیر کھائیں تو وہاں تقویٰ کا مسئلہ آتا ہے۔</w:t>
      </w:r>
    </w:p>
    <w:p>
      <w:r>
        <w:rPr>
          <w:b/>
        </w:rPr>
        <w:t xml:space="preserve">[1:45:06] </w:t>
      </w:r>
      <w:r>
        <w:t>ijtihad ka masla bilkul alag hai.</w:t>
      </w:r>
    </w:p>
    <w:p>
      <w:pPr>
        <w:jc w:val="right"/>
      </w:pPr>
      <w:r>
        <w:t>اجتہاد کا مسئلہ بالکل الگ ہے۔</w:t>
      </w:r>
    </w:p>
    <w:p>
      <w:r>
        <w:rPr>
          <w:b/>
        </w:rPr>
        <w:t xml:space="preserve">[1:45:10] </w:t>
      </w:r>
      <w:r>
        <w:t>ijtihad toh yeh hai ke ek surah aala paida hui hai, us mein kiya sochen hum? maslan us</w:t>
      </w:r>
    </w:p>
    <w:p>
      <w:pPr>
        <w:jc w:val="right"/>
      </w:pPr>
      <w:r>
        <w:t>اجتہاد تو یہ ہے کہ ایک سورۃ اعلیٰ پیدا ہوئی ہے، اس میں کیا سوچیں ہم؟ مثلاً اس</w:t>
      </w:r>
    </w:p>
    <w:p>
      <w:r>
        <w:rPr>
          <w:b/>
        </w:rPr>
        <w:t xml:space="preserve">[1:45:14] </w:t>
      </w:r>
      <w:r>
        <w:t>zamane mein watniyat ko qomiyat ki buniyad bana liya gaya, us par sochna toh is ka, is ka</w:t>
      </w:r>
    </w:p>
    <w:p>
      <w:pPr>
        <w:jc w:val="right"/>
      </w:pPr>
      <w:r>
        <w:t>زمانے میں وطنیت کو قومیت کی بنیاد بنا لیا گیا، اس پر سوچنا تو اس کا، اس کا</w:t>
      </w:r>
    </w:p>
    <w:p>
      <w:r>
        <w:rPr>
          <w:b/>
        </w:rPr>
        <w:t xml:space="preserve">[1:45:19] </w:t>
      </w:r>
      <w:r>
        <w:t>yeh yeh khinzir aur sharab jaisi cheez thori hai.</w:t>
      </w:r>
    </w:p>
    <w:p>
      <w:pPr>
        <w:jc w:val="right"/>
      </w:pPr>
      <w:r>
        <w:t>یہ یہ خنزیر اور شراب جیسی چیز تھوڑی ہے۔</w:t>
      </w:r>
    </w:p>
    <w:p>
      <w:r>
        <w:rPr>
          <w:b/>
        </w:rPr>
        <w:t xml:space="preserve">[1:45:23] </w:t>
      </w:r>
      <w:r>
        <w:t>is mein hum sochen ge, agar ghalati ho jaye gi, tabhi hamein sawab mile ga.</w:t>
      </w:r>
    </w:p>
    <w:p>
      <w:pPr>
        <w:jc w:val="right"/>
      </w:pPr>
      <w:r>
        <w:t>اس میں ہم سوچیں گے، اگر غلطی ہو جائے گی، تبھی ہمیں ثواب ملے گا۔</w:t>
      </w:r>
    </w:p>
    <w:p>
      <w:r>
        <w:rPr>
          <w:b/>
        </w:rPr>
        <w:t xml:space="preserve">[1:45:27] </w:t>
      </w:r>
      <w:r>
        <w:t>to ijtihad ka masla alag hai, taqwa ka masla alag hai.</w:t>
      </w:r>
    </w:p>
    <w:p>
      <w:pPr>
        <w:jc w:val="right"/>
      </w:pPr>
      <w:r>
        <w:t>تو اجتہاد کا مسئلہ الگ ہے، تقویٰ کا مسئلہ الگ ہے۔</w:t>
      </w:r>
    </w:p>
    <w:p>
      <w:r>
        <w:rPr>
          <w:b/>
        </w:rPr>
        <w:t xml:space="preserve">[1:45:32] </w:t>
      </w:r>
      <w:r>
        <w:t>donon mein confuse nahi karna chahiye.</w:t>
      </w:r>
    </w:p>
    <w:p>
      <w:pPr>
        <w:jc w:val="right"/>
      </w:pPr>
      <w:r>
        <w:t>دونوں میں کنفیوز نہیں کرنا چاہیے۔</w:t>
      </w:r>
    </w:p>
    <w:p>
      <w:r>
        <w:rPr>
          <w:b/>
        </w:rPr>
        <w:t xml:space="preserve">[1:45:38] </w:t>
      </w:r>
      <w:r>
        <w:t>ji, Maulana, agla sawal kiya hai? Maulana Amanullah ne Delhi se.</w:t>
      </w:r>
    </w:p>
    <w:p>
      <w:pPr>
        <w:jc w:val="right"/>
      </w:pPr>
      <w:r>
        <w:t>جی، مولانا، اگلا سوال کیا ہے؟ مولانا امان اللہ نے دلی سے۔</w:t>
      </w:r>
    </w:p>
    <w:p>
      <w:r>
        <w:rPr>
          <w:b/>
        </w:rPr>
        <w:t xml:space="preserve">[1:45:44] </w:t>
      </w:r>
      <w:r>
        <w:t>unhon ne likha hai ke Maulana, istikhara kiya hai? is ka tareeqa kar kiya hai? kiya is ki</w:t>
      </w:r>
    </w:p>
    <w:p>
      <w:pPr>
        <w:jc w:val="right"/>
      </w:pPr>
      <w:r>
        <w:t>انہوں نے لکھا ہے کہ مولانا، استخارہ کیا ہے؟ اس کا طریقہ کار کیا ہے؟ کیا اس کی</w:t>
      </w:r>
    </w:p>
    <w:p>
      <w:r>
        <w:rPr>
          <w:b/>
        </w:rPr>
        <w:t xml:space="preserve">[1:45:51] </w:t>
      </w:r>
      <w:r>
        <w:t>koi sharait bhi hain? dekhein, Sahabi kehte hain ke "yul number al istikhara kama yul number al Quran" ke Rasool</w:t>
      </w:r>
    </w:p>
    <w:p>
      <w:pPr>
        <w:jc w:val="right"/>
      </w:pPr>
      <w:r>
        <w:t>کوئی شرائط بھی ہیں؟ دیکھیں، صحابی کہتے ہیں کہ "یول نمبر الاستخارہ کما یول نمبر القرآن" کہ رسول</w:t>
      </w:r>
    </w:p>
    <w:p>
      <w:r>
        <w:rPr>
          <w:b/>
        </w:rPr>
        <w:t xml:space="preserve">[1:45:57] </w:t>
      </w:r>
      <w:r>
        <w:t>Allah hum ko istikhara sikhate thay, jis tarah Quran sikhate thay.</w:t>
      </w:r>
    </w:p>
    <w:p>
      <w:pPr>
        <w:jc w:val="right"/>
      </w:pPr>
      <w:r>
        <w:t>اللہ ہم کو استخارہ سکھاتے تھے، جس طرح قرآن سکھاتے تھے۔</w:t>
      </w:r>
    </w:p>
    <w:p>
      <w:r>
        <w:rPr>
          <w:b/>
        </w:rPr>
        <w:t xml:space="preserve">[1:46:03] </w:t>
      </w:r>
      <w:r>
        <w:t>is tarah aap ahmiyat samajh sakte hain is ki ke istikhara koi wahmi cheez nahi hai, koi awami cheez nahi, yeh bilkul sunnat hai. aur rasoolullah sallallahu alaihi wasallam logon ko batate the istikhara. to istikhara ke lafzi maani dekhiye hain: talab khair, khair chahna. lafzi maani is ke hain istikhara. to istikhara to musalman karta hi hai. ab jab dua karte hain, woh bhi istikhara hota hai. ab jo dua karte hain ke "khuda mujhe aisa</w:t>
      </w:r>
    </w:p>
    <w:p>
      <w:pPr>
        <w:jc w:val="right"/>
      </w:pPr>
      <w:r>
        <w:t>اس طرح آپ اہمیت سمجھ سکتے ہیں اس کی کہ استخارہ کوئی وہمی چیز نہیں ہے، کوئی عوامی چیز نہیں، یہ بالکل سنت ہے۔ اور رسول اللہ صلی اللہ علیہ وسلم لوگوں کو بتاتے تھے استخارہ۔ تو استخارہ کے لفظی معنی دیکھیے ہیں: طلب خیر، خیر چاہنا۔ لفظی معنی اس کے ہیں استخارہ۔ تو استخارہ تو مسلمان کرتا ہی ہے۔ اب جب دعا کرتے ہیں، وہ بھی استخارہ ہوتا ہے۔ اب جو دعا کرتے ہیں کہ "خدا مجھے ایسا</w:t>
      </w:r>
    </w:p>
    <w:p>
      <w:r>
        <w:rPr>
          <w:b/>
        </w:rPr>
        <w:t xml:space="preserve">[1:46:33] </w:t>
      </w:r>
      <w:r>
        <w:t>mere haq mein kar, aisa haq mein kar" to woh istikhara hi hota hai. woh is ki ek formal shakal bhi hai istikhare ki. woh yeh hai ke aap isha ki namaz ke baad sone se pehle do rakat namaz padhein. agar aap ko yaad ho to is pehli rakat mein surah al-zuha, doosri rakat mein al-nasrah padhein, aur us ke baad dua karein. ek dua hadith ki</w:t>
      </w:r>
    </w:p>
    <w:p>
      <w:pPr>
        <w:jc w:val="right"/>
      </w:pPr>
      <w:r>
        <w:t>میرے حق میں کر، ایسا حق میں کر" تو وہ استخارہ ہی ہوتا ہے۔ وہ اس کی ایک فارمل شکل بھی ہے استخارے کی۔ وہ یہ ہے کہ آپ عشاء کی نماز کے بعد سونے سے پہلے دو رکعت نماز پڑھیں۔ اگر آپ کو یاد ہو تو اس پہلی رکعت میں سورہ الضحیٰ، دوسری رکعت میں النصرہ پڑھیں، اور اس کے بعد دعا کریں۔ ایک دعا حدیث کی</w:t>
      </w:r>
    </w:p>
    <w:p>
      <w:r>
        <w:rPr>
          <w:b/>
        </w:rPr>
        <w:t xml:space="preserve">[1:47:03] </w:t>
      </w:r>
      <w:r>
        <w:t>kitab mein aati hai: "Allah astakhiruka bi ilmika" waghera.</w:t>
      </w:r>
    </w:p>
    <w:p>
      <w:pPr>
        <w:jc w:val="right"/>
      </w:pPr>
      <w:r>
        <w:t>کتاب میں آتی ہے: "اللہ استخیرک بیلمک" وغیرہ۔</w:t>
      </w:r>
    </w:p>
    <w:p>
      <w:r>
        <w:rPr>
          <w:b/>
        </w:rPr>
        <w:t xml:space="preserve">[1:47:07] </w:t>
      </w:r>
      <w:r>
        <w:t>yeh zaroori nahi parhna, apni zuban mein aap dua kar sakte hain.</w:t>
      </w:r>
    </w:p>
    <w:p>
      <w:pPr>
        <w:jc w:val="right"/>
      </w:pPr>
      <w:r>
        <w:t>یہ ضروری نہیں پڑھنا، اپنی زبان میں آپ دعا کر سکتے ہیں۔</w:t>
      </w:r>
    </w:p>
    <w:p>
      <w:r>
        <w:rPr>
          <w:b/>
        </w:rPr>
        <w:t xml:space="preserve">[1:47:12] </w:t>
      </w:r>
      <w:r>
        <w:t>woh jo dua aati hai, usi ko dohrana zaroori nahi hai.</w:t>
      </w:r>
    </w:p>
    <w:p>
      <w:pPr>
        <w:jc w:val="right"/>
      </w:pPr>
      <w:r>
        <w:t>وہ جو دعا آتی ہے، اسی کو دہرانا ضروری نہیں ہے۔</w:t>
      </w:r>
    </w:p>
    <w:p>
      <w:r>
        <w:rPr>
          <w:b/>
        </w:rPr>
        <w:t xml:space="preserve">[1:47:16] </w:t>
      </w:r>
      <w:r>
        <w:t>to ke "Allah inni astakhiruka bi ilmika wa astaghfiruka bi qudratika" wasta'aluka in is tarah ke alfaaz hain.</w:t>
      </w:r>
    </w:p>
    <w:p>
      <w:pPr>
        <w:jc w:val="right"/>
      </w:pPr>
      <w:r>
        <w:t>تو کہ "اللہ انی استخیرک بیلمک واستغفرک بقدرتک" واسطرک ان اس طرح کے الفاظ ہیں۔</w:t>
      </w:r>
    </w:p>
    <w:p>
      <w:r>
        <w:rPr>
          <w:b/>
        </w:rPr>
        <w:t xml:space="preserve">[1:47:20] </w:t>
      </w:r>
      <w:r>
        <w:t>to woh yaad kar lein aur dua karein.</w:t>
      </w:r>
    </w:p>
    <w:p>
      <w:pPr>
        <w:jc w:val="right"/>
      </w:pPr>
      <w:r>
        <w:t>تو وہ یاد کر لیں اور دعا کریں۔</w:t>
      </w:r>
    </w:p>
    <w:p>
      <w:r>
        <w:rPr>
          <w:b/>
        </w:rPr>
        <w:t xml:space="preserve">[1:47:25] </w:t>
      </w:r>
      <w:r>
        <w:t>isi se yeh koi zaroori nahi hai.</w:t>
      </w:r>
    </w:p>
    <w:p>
      <w:pPr>
        <w:jc w:val="right"/>
      </w:pPr>
      <w:r>
        <w:t>اسی سے یہ کوئی ضروری نہیں ہے۔</w:t>
      </w:r>
    </w:p>
    <w:p>
      <w:r>
        <w:rPr>
          <w:b/>
        </w:rPr>
        <w:t xml:space="preserve">[1:47:29] </w:t>
      </w:r>
      <w:r>
        <w:t>jo bhi aap</w:t>
      </w:r>
    </w:p>
    <w:p>
      <w:pPr>
        <w:jc w:val="right"/>
      </w:pPr>
      <w:r>
        <w:t>جو بھی آپ</w:t>
      </w:r>
    </w:p>
    <w:p>
      <w:r>
        <w:rPr>
          <w:b/>
        </w:rPr>
        <w:t xml:space="preserve">[1:47:33] </w:t>
      </w:r>
      <w:r>
        <w:t>, jo bhi aap ka masla hai, jo aap ki zuban hai, us zuban mein is masle ko bayan karein.</w:t>
      </w:r>
    </w:p>
    <w:p>
      <w:pPr>
        <w:jc w:val="right"/>
      </w:pPr>
      <w:r>
        <w:t>، جو بھی آپ کا مسئلہ ہے، جو آپ کی زبان ہے، اس زبان میں اس مسئلے کو بیان کریں۔</w:t>
      </w:r>
    </w:p>
    <w:p>
      <w:r>
        <w:rPr>
          <w:b/>
        </w:rPr>
        <w:t xml:space="preserve">[1:47:38] </w:t>
      </w:r>
      <w:r>
        <w:t>to is tarah se do rakat namaz parh ke so jayein.</w:t>
      </w:r>
    </w:p>
    <w:p>
      <w:pPr>
        <w:jc w:val="right"/>
      </w:pPr>
      <w:r>
        <w:t>تو اس طرح سے دو رکعت نماز پڑھ کے سو جائیں۔</w:t>
      </w:r>
    </w:p>
    <w:p>
      <w:r>
        <w:rPr>
          <w:b/>
        </w:rPr>
        <w:t xml:space="preserve">[1:47:42] </w:t>
      </w:r>
      <w:r>
        <w:t>to raat ko do shakalain hongi: ya to aap ke dil mein koi khayal aa jaye ga,</w:t>
      </w:r>
    </w:p>
    <w:p>
      <w:pPr>
        <w:jc w:val="right"/>
      </w:pPr>
      <w:r>
        <w:t>تو رات کو دو شکلیں ہوں گی: یا تو آپ کے دل میں کوئی خیال آ جائے گا،</w:t>
      </w:r>
    </w:p>
    <w:p>
      <w:r>
        <w:rPr>
          <w:b/>
        </w:rPr>
        <w:t xml:space="preserve">[1:47:46] </w:t>
      </w:r>
      <w:r>
        <w:t>ya aap khwab koi dekhein ge.</w:t>
      </w:r>
    </w:p>
    <w:p>
      <w:pPr>
        <w:jc w:val="right"/>
      </w:pPr>
      <w:r>
        <w:t>یا آپ خواب کوئی دیکھیں گے۔</w:t>
      </w:r>
    </w:p>
    <w:p>
      <w:r>
        <w:rPr>
          <w:b/>
        </w:rPr>
        <w:t xml:space="preserve">[1:47:50] </w:t>
      </w:r>
      <w:r>
        <w:t>to ulama ne yeh likha hai ke is tarah se se saat din tak karna chahiye.</w:t>
      </w:r>
    </w:p>
    <w:p>
      <w:pPr>
        <w:jc w:val="right"/>
      </w:pPr>
      <w:r>
        <w:t>تو علماء نے یہ لکھا ہے کہ اس طرح سے سے سات دن تک کرنا چاہیے۔</w:t>
      </w:r>
    </w:p>
    <w:p>
      <w:r>
        <w:rPr>
          <w:b/>
        </w:rPr>
        <w:t xml:space="preserve">[1:47:55] </w:t>
      </w:r>
      <w:r>
        <w:t>pehlay din agar wazeh jawab na aaye to saat din tak karta rahe aadmi.</w:t>
      </w:r>
    </w:p>
    <w:p>
      <w:pPr>
        <w:jc w:val="right"/>
      </w:pPr>
      <w:r>
        <w:t>پہلے دن اگر واضح جواب نہ آئے تو سات دن تک کرتا رہے آدمی۔</w:t>
      </w:r>
    </w:p>
    <w:p>
      <w:r>
        <w:rPr>
          <w:b/>
        </w:rPr>
        <w:t xml:space="preserve">[1:47:59] </w:t>
      </w:r>
      <w:r>
        <w:t>mera tajruba yeh hai ke zar</w:t>
      </w:r>
    </w:p>
    <w:p>
      <w:pPr>
        <w:jc w:val="right"/>
      </w:pPr>
      <w:r>
        <w:t>میرا تجربہ یہ ہے کہ ضر</w:t>
      </w:r>
    </w:p>
    <w:p>
      <w:r>
        <w:rPr>
          <w:b/>
        </w:rPr>
        <w:t xml:space="preserve">[1:48:03] </w:t>
      </w:r>
      <w:r>
        <w:t>jawab aata hai. mein baaz auqat mein ne istikhara kiya hai to jawab aata hai. yaani kabhi dil mein ek jo kehte hain inshirah, dil khul jata hai. kabhi khwab aata hai. to istikhara bohat hi sahi kaam hai. hadith se sabit hai, har aadmi ko chahiye ke istikhara kare, aur us ko yeh samajhna ke istikhara koi wahmi cheez hai,</w:t>
      </w:r>
    </w:p>
    <w:p>
      <w:pPr>
        <w:jc w:val="right"/>
      </w:pPr>
      <w:r>
        <w:t>ور جواب آتا ہے۔ میں بعض اوقات میں نے استخارہ کیا ہے تو جواب آتا ہے۔ یعنی کبھی دل میں ایک جو کہتے ہیں انشراح، دل کھل جاتا ہے۔ کبھی خواب آتا ہے۔ تو استخارہ بہت ہی صحیح کام ہے۔ حدیث سے ثابت ہے، ہر آدمی کو چاہیے کہ استخارہ کرے، اور اس کو یہ سمجھنا کہ استخارہ کوئی وہمی چیز ہے،</w:t>
      </w:r>
    </w:p>
    <w:p>
      <w:r>
        <w:rPr>
          <w:b/>
        </w:rPr>
        <w:t xml:space="preserve">[1:48:33] </w:t>
      </w:r>
      <w:r>
        <w:t>bilkul ghalat hai.</w:t>
      </w:r>
    </w:p>
    <w:p>
      <w:pPr>
        <w:jc w:val="right"/>
      </w:pPr>
      <w:r>
        <w:t>بالکل غلط ہے۔</w:t>
      </w:r>
    </w:p>
    <w:p>
      <w:r>
        <w:rPr>
          <w:b/>
        </w:rPr>
        <w:t xml:space="preserve">[1:48:39] </w:t>
      </w:r>
      <w:r>
        <w:t>Maulana, agla sawal Mr. Abdullah ne kiya hai Delhi se.</w:t>
      </w:r>
    </w:p>
    <w:p>
      <w:pPr>
        <w:jc w:val="right"/>
      </w:pPr>
      <w:r>
        <w:t>مولانا، اگلا سوال مسٹر عبداللہ نے کیا ہے دلی سے۔</w:t>
      </w:r>
    </w:p>
    <w:p>
      <w:r>
        <w:rPr>
          <w:b/>
        </w:rPr>
        <w:t xml:space="preserve">[1:48:45] </w:t>
      </w:r>
      <w:r>
        <w:t>unhon ne likha hai ke aap ne Al-Risala tazkiya November mein likha tha ke insaan apne se ziyada</w:t>
      </w:r>
    </w:p>
    <w:p>
      <w:pPr>
        <w:jc w:val="right"/>
      </w:pPr>
      <w:r>
        <w:t>انہوں نے لکھا ہے کہ آپ نے الرسالہ تزکیہ نومبر میں لکھا تھا کہ انسان اپنے سے زیادہ</w:t>
      </w:r>
    </w:p>
    <w:p>
      <w:r>
        <w:rPr>
          <w:b/>
        </w:rPr>
        <w:t xml:space="preserve">[1:48:51] </w:t>
      </w:r>
      <w:r>
        <w:t>janane wale kisi insan ko apna murshid man le, aur phir us se rehnumai hasil karta rahe.</w:t>
      </w:r>
    </w:p>
    <w:p>
      <w:pPr>
        <w:jc w:val="right"/>
      </w:pPr>
      <w:r>
        <w:t>جاننے والے کسی انسان کو اپنا مرشد مان لے، اور پھر اس سے رہنمائی حاصل کرتا رہے۔</w:t>
      </w:r>
    </w:p>
    <w:p>
      <w:r>
        <w:rPr>
          <w:b/>
        </w:rPr>
        <w:t xml:space="preserve">[1:48:57] </w:t>
      </w:r>
      <w:r>
        <w:t>aaj ke lecture mein aap ne farmaya ke har insan ko creative thinker hona chahiye. is se</w:t>
      </w:r>
    </w:p>
    <w:p>
      <w:pPr>
        <w:jc w:val="right"/>
      </w:pPr>
      <w:r>
        <w:t>آج کے لیکچر میں آپ نے فرمایا کہ ہر انسان کو کریٹیو تھنکر ہونا چاہیے۔ اس سے</w:t>
      </w:r>
    </w:p>
    <w:p>
      <w:r>
        <w:rPr>
          <w:b/>
        </w:rPr>
        <w:t xml:space="preserve">[1:49:03] </w:t>
      </w:r>
      <w:r>
        <w:t>aisa mehsoos hota hai ke kisi murshid se rehnumai lene ki zaroorat nahin. wazahat farmayen.</w:t>
      </w:r>
    </w:p>
    <w:p>
      <w:pPr>
        <w:jc w:val="right"/>
      </w:pPr>
      <w:r>
        <w:t>ایسا محسوس ہوتا ہے کہ کسی مرشد سے رہنمائی لینے کی ضرورت نہیں۔ وضاحت فرمائیں۔</w:t>
      </w:r>
    </w:p>
    <w:p>
      <w:r>
        <w:rPr>
          <w:b/>
        </w:rPr>
        <w:t xml:space="preserve">[1:49:08] </w:t>
      </w:r>
      <w:r>
        <w:t>nahin, abhi mein is ka jawab de chuka hoon.</w:t>
      </w:r>
    </w:p>
    <w:p>
      <w:pPr>
        <w:jc w:val="right"/>
      </w:pPr>
      <w:r>
        <w:t>نہیں، ابھی میں اس کا جواب دے چکا ہوں۔</w:t>
      </w:r>
    </w:p>
    <w:p>
      <w:r>
        <w:rPr>
          <w:b/>
        </w:rPr>
        <w:t xml:space="preserve">[1:49:14] </w:t>
      </w:r>
      <w:r>
        <w:t>dekhiye, har mamle ke do darje hote hain.</w:t>
      </w:r>
    </w:p>
    <w:p>
      <w:pPr>
        <w:jc w:val="right"/>
      </w:pPr>
      <w:r>
        <w:t>دیکھیے، ہر معاملے کے دو درجے ہوتے ہیں۔</w:t>
      </w:r>
    </w:p>
    <w:p>
      <w:r>
        <w:rPr>
          <w:b/>
        </w:rPr>
        <w:t xml:space="preserve">[1:49:19] </w:t>
      </w:r>
      <w:r>
        <w:t>har mamle ke yeh bhi ek law of nature hai.</w:t>
      </w:r>
    </w:p>
    <w:p>
      <w:pPr>
        <w:jc w:val="right"/>
      </w:pPr>
      <w:r>
        <w:t>ہر معاملے کے یہ بھی ایک لاء آف نیچر ہے۔</w:t>
      </w:r>
    </w:p>
    <w:p>
      <w:r>
        <w:rPr>
          <w:b/>
        </w:rPr>
        <w:t xml:space="preserve">[1:49:24] </w:t>
      </w:r>
      <w:r>
        <w:t>to is ke bhi do darje hain.</w:t>
      </w:r>
    </w:p>
    <w:p>
      <w:pPr>
        <w:jc w:val="right"/>
      </w:pPr>
      <w:r>
        <w:t>تو اس کے بھی دو درجے ہیں۔</w:t>
      </w:r>
    </w:p>
    <w:p>
      <w:r>
        <w:rPr>
          <w:b/>
        </w:rPr>
        <w:t xml:space="preserve">[1:49:29] </w:t>
      </w:r>
      <w:r>
        <w:t>agar aap ke paas time hai to aap mutala kar, khud barah-e-rast.</w:t>
      </w:r>
    </w:p>
    <w:p>
      <w:pPr>
        <w:jc w:val="right"/>
      </w:pPr>
      <w:r>
        <w:t>اگر آپ کے پاس ٹائم ہے تو آپ مطالعہ کیجئے، خود براہ راست۔</w:t>
      </w:r>
    </w:p>
    <w:p>
      <w:r>
        <w:rPr>
          <w:b/>
        </w:rPr>
        <w:t xml:space="preserve">[1:49:34] </w:t>
      </w:r>
      <w:r>
        <w:t>kyun ke dekhiye, mutala karne ke liye aap ka achhi arabi zaban aana chahiye.</w:t>
      </w:r>
    </w:p>
    <w:p>
      <w:pPr>
        <w:jc w:val="right"/>
      </w:pPr>
      <w:r>
        <w:t>کیونکہ دیکھیے، مطالعہ کرنے کے لیے آپ کا اچھی عربی زبان آنا چاہیے۔</w:t>
      </w:r>
    </w:p>
    <w:p>
      <w:r>
        <w:rPr>
          <w:b/>
        </w:rPr>
        <w:t xml:space="preserve">[1:49:38] </w:t>
      </w:r>
      <w:r>
        <w:t>quran o hadith ko bohat zyada parhna chahiye.</w:t>
      </w:r>
    </w:p>
    <w:p>
      <w:pPr>
        <w:jc w:val="right"/>
      </w:pPr>
      <w:r>
        <w:t>قرآن و حدیث کو بہت زیادہ پڑھنا چاہیے۔</w:t>
      </w:r>
    </w:p>
    <w:p>
      <w:r>
        <w:rPr>
          <w:b/>
        </w:rPr>
        <w:t xml:space="preserve">[1:49:41] </w:t>
      </w:r>
      <w:r>
        <w:t>is se jo mutaliq literature hai, us ko hi parhna chahiye.</w:t>
      </w:r>
    </w:p>
    <w:p>
      <w:pPr>
        <w:jc w:val="right"/>
      </w:pPr>
      <w:r>
        <w:t>اس سے جو متعلق لٹریچر ہے، اس کو ہی پڑھنا چاہیے۔</w:t>
      </w:r>
    </w:p>
    <w:p>
      <w:r>
        <w:rPr>
          <w:b/>
        </w:rPr>
        <w:t xml:space="preserve">[1:49:45] </w:t>
      </w:r>
      <w:r>
        <w:t>chahe is mein 40 saal beet jayen.</w:t>
      </w:r>
    </w:p>
    <w:p>
      <w:pPr>
        <w:jc w:val="right"/>
      </w:pPr>
      <w:r>
        <w:t>چاہے اس میں 40 سال بیت جائیں۔</w:t>
      </w:r>
    </w:p>
    <w:p>
      <w:r>
        <w:rPr>
          <w:b/>
        </w:rPr>
        <w:t xml:space="preserve">[1:49:49] </w:t>
      </w:r>
      <w:r>
        <w:t>to ek shakal yeh hai ke aap ke paas kafi time hai, aap ke paas ilm hai, aap</w:t>
      </w:r>
    </w:p>
    <w:p>
      <w:pPr>
        <w:jc w:val="right"/>
      </w:pPr>
      <w:r>
        <w:t>تو ایک شکل یہ ہے کہ آپ کے پاس کافی ٹائم ہے، آپ کے پاس علم ہے، آپ</w:t>
      </w:r>
    </w:p>
    <w:p>
      <w:r>
        <w:rPr>
          <w:b/>
        </w:rPr>
        <w:t xml:space="preserve">[1:49:53] </w:t>
      </w:r>
      <w:r>
        <w:t>ke paas faraghat hai, to aap mutala karen.</w:t>
      </w:r>
    </w:p>
    <w:p>
      <w:pPr>
        <w:jc w:val="right"/>
      </w:pPr>
      <w:r>
        <w:t>کے پاس فراغت ہے، تو آپ مطالعہ کریں۔</w:t>
      </w:r>
    </w:p>
    <w:p>
      <w:r>
        <w:rPr>
          <w:b/>
        </w:rPr>
        <w:t xml:space="preserve">[1:49:57] </w:t>
      </w:r>
      <w:r>
        <w:t>mutala karte rahen, karte rahen, yahan tak ke aap par khul jaye.</w:t>
      </w:r>
    </w:p>
    <w:p>
      <w:pPr>
        <w:jc w:val="right"/>
      </w:pPr>
      <w:r>
        <w:t>مطالعہ کرتے رہیں، کرتے رہیں، یہاں تک کہ آپ پر کھل جائے۔</w:t>
      </w:r>
    </w:p>
    <w:p>
      <w:r>
        <w:rPr>
          <w:b/>
        </w:rPr>
        <w:t xml:space="preserve">[1:50:00] </w:t>
      </w:r>
      <w:r>
        <w:t>lekin yeh har ek ke liye mumkin nahin hota.</w:t>
      </w:r>
    </w:p>
    <w:p>
      <w:pPr>
        <w:jc w:val="right"/>
      </w:pPr>
      <w:r>
        <w:t>لیکن یہ ہر ایک کے لیے ممکن نہیں ہوتا۔</w:t>
      </w:r>
    </w:p>
    <w:p>
      <w:r>
        <w:rPr>
          <w:b/>
        </w:rPr>
        <w:t xml:space="preserve">[1:50:04] </w:t>
      </w:r>
      <w:r>
        <w:t>har ek itna time nahin de sakta.</w:t>
      </w:r>
    </w:p>
    <w:p>
      <w:pPr>
        <w:jc w:val="right"/>
      </w:pPr>
      <w:r>
        <w:t>ہر ایک اتنا ٹائم نہیں دے سکتا۔</w:t>
      </w:r>
    </w:p>
    <w:p>
      <w:r>
        <w:rPr>
          <w:b/>
        </w:rPr>
        <w:t xml:space="preserve">[1:50:08] </w:t>
      </w:r>
      <w:r>
        <w:t>to doosra darja mein hamesha ek kaha karta hoon ke ek darja ijtihad ka hai, doosra taqleed ka hai.</w:t>
      </w:r>
    </w:p>
    <w:p>
      <w:pPr>
        <w:jc w:val="right"/>
      </w:pPr>
      <w:r>
        <w:t>تو دوسرا درجہ میں ہمیشہ ایک کہا کرتا ہوں کہ ایک درجہ اجتہاد کا ہے، دوسرا تقلید کا ہے۔</w:t>
      </w:r>
    </w:p>
    <w:p>
      <w:r>
        <w:rPr>
          <w:b/>
        </w:rPr>
        <w:t xml:space="preserve">[1:50:13] </w:t>
      </w:r>
      <w:r>
        <w:t>donon darje hain.</w:t>
      </w:r>
    </w:p>
    <w:p>
      <w:pPr>
        <w:jc w:val="right"/>
      </w:pPr>
      <w:r>
        <w:t>دونوں درجے ہیں۔</w:t>
      </w:r>
    </w:p>
    <w:p>
      <w:r>
        <w:rPr>
          <w:b/>
        </w:rPr>
        <w:t xml:space="preserve">[1:50:17] </w:t>
      </w:r>
      <w:r>
        <w:t>ijtihad in, yani ek to hai rozmarra ka ijtihad, us ko mein nahin keh raha hoon.</w:t>
      </w:r>
    </w:p>
    <w:p>
      <w:pPr>
        <w:jc w:val="right"/>
      </w:pPr>
      <w:r>
        <w:t>اجتہاد ان، یعنی ایک تو ہے روزمرہ کا اجتہاد، اس کو میں نہیں کہہ رہا ہوں۔</w:t>
      </w:r>
    </w:p>
    <w:p>
      <w:r>
        <w:rPr>
          <w:b/>
        </w:rPr>
        <w:t xml:space="preserve">[1:50:21] </w:t>
      </w:r>
      <w:r>
        <w:t>yani haqeeqat ta'ala ke daryaft, us ke is mani mein keh raha hoon.</w:t>
      </w:r>
    </w:p>
    <w:p>
      <w:pPr>
        <w:jc w:val="right"/>
      </w:pPr>
      <w:r>
        <w:t>یعنی حقیقت تعالیٰ کے دریافت، اس کے اس معنی میں کہہ رہا ہوں۔</w:t>
      </w:r>
    </w:p>
    <w:p>
      <w:r>
        <w:rPr>
          <w:b/>
        </w:rPr>
        <w:t xml:space="preserve">[1:50:26] </w:t>
      </w:r>
      <w:r>
        <w:t>to agar aap ke paas time hai to itna mutala kijiye, itna apne aap ko lagayen.</w:t>
      </w:r>
    </w:p>
    <w:p>
      <w:pPr>
        <w:jc w:val="right"/>
      </w:pPr>
      <w:r>
        <w:t>تو اگر آپ کے پاس ٹائم ہے تو اتنا مطالعہ کیجئے، اتنا اپنے آپ کو لگائیں۔</w:t>
      </w:r>
    </w:p>
    <w:p>
      <w:r>
        <w:rPr>
          <w:b/>
        </w:rPr>
        <w:t xml:space="preserve">[1:50:30] </w:t>
      </w:r>
      <w:r>
        <w:t>chahe 40, 50 saal beet jayen, beetne</w:t>
      </w:r>
    </w:p>
    <w:p>
      <w:pPr>
        <w:jc w:val="right"/>
      </w:pPr>
      <w:r>
        <w:t>چاہے 40، 50 سال بیت جائیں، بیتنے</w:t>
      </w:r>
    </w:p>
    <w:p>
      <w:r>
        <w:rPr>
          <w:b/>
        </w:rPr>
        <w:t xml:space="preserve">[1:50:34] </w:t>
      </w:r>
      <w:r>
        <w:t>dijiye. agar aap ke paas waqt hai to yahan tak ke aap ko khule ke deen ki sahi ta'abeer kya hai, quran ka sahi mafhoom kya hai, rasoolullah ke ba'asat ka asal maqsad kya tha. yeh sari baatein jo hain. aur nahi, agar aap ka itna time nahi hai to kisi aalim ko aap apna maan lijiye, jis par aap ko bharosa ho, apna murshid, aur us se aap baatein puchte rahiye, aur us ke mutabiq kaam karte rahiye. yeh do darje hain. yeh do darje hamesha</w:t>
      </w:r>
    </w:p>
    <w:p>
      <w:pPr>
        <w:jc w:val="right"/>
      </w:pPr>
      <w:r>
        <w:t>دیجئے۔ اگر آپ کے پاس وقت ہے تو یہاں تک کہ آپ کو کھلے کہ دین کی صحیح تعبیر کیا ہے، قرآن کا صحیح مفہوم کیا ہے، رسول اللہ کے بعثت کا اصل مقصد کیا تھا۔ یہ ساری باتیں جو ہیں۔ اور نہیں، اگر آپ کا اتنا ٹائم نہیں ہے تو کسی عالم کو آپ اپنا مان لیجئے، جس پر آپ کو بھروسہ ہو، اپنا مرشد، اور اس سے آپ باتیں پوچھتے رہیے، اور اس کے مطابق کام کرتے رہیے۔ یہ دو درجے ہیں۔ یہ دو درجے ہمیش</w:t>
      </w:r>
    </w:p>
    <w:p>
      <w:r>
        <w:rPr>
          <w:b/>
        </w:rPr>
        <w:t xml:space="preserve">[1:51:04] </w:t>
      </w:r>
      <w:r>
        <w:t>h se the, aaj bhi hamesha rahen ge.</w:t>
      </w:r>
    </w:p>
    <w:p>
      <w:pPr>
        <w:jc w:val="right"/>
      </w:pPr>
      <w:r>
        <w:t>ہ سے تھے، آج بھی ہمیشہ رہیں گے۔</w:t>
      </w:r>
    </w:p>
    <w:p>
      <w:r>
        <w:rPr>
          <w:b/>
        </w:rPr>
        <w:t xml:space="preserve">[1:51:09] </w:t>
      </w:r>
      <w:r>
        <w:t>baqi is mein koi, yani is mein koi harj nahin hai.</w:t>
      </w:r>
    </w:p>
    <w:p>
      <w:pPr>
        <w:jc w:val="right"/>
      </w:pPr>
      <w:r>
        <w:t>باقی اس میں کوئی، یعنی اس میں کوئی حرج نہیں ہے۔</w:t>
      </w:r>
    </w:p>
    <w:p>
      <w:r>
        <w:rPr>
          <w:b/>
        </w:rPr>
        <w:t xml:space="preserve">[1:51:14] </w:t>
      </w:r>
      <w:r>
        <w:t>maulana, agla sawal lene se pehle ek comment padhna chahte hain jo ammar khan ne likha hai saharanpur se.</w:t>
      </w:r>
    </w:p>
    <w:p>
      <w:pPr>
        <w:jc w:val="right"/>
      </w:pPr>
      <w:r>
        <w:t>مولانا، اگلا سوال لینے سے پہلے ایک کمنٹ پڑھنا چاہتے ہیں جو عمار خان نے لکھا ہے سارن پور سے۔</w:t>
      </w:r>
    </w:p>
    <w:p>
      <w:r>
        <w:rPr>
          <w:b/>
        </w:rPr>
        <w:t xml:space="preserve">[1:51:19] </w:t>
      </w:r>
      <w:r>
        <w:t>انہوں نے لکھا ہے کہ "I am writing to thank you, a big thank you for distinctly educating</w:t>
      </w:r>
    </w:p>
    <w:p>
      <w:pPr>
        <w:jc w:val="right"/>
      </w:pPr>
      <w:r>
        <w:t>انہوں نے لکھا ہے کہ "آئی ایم رائٹنگ ٹو تھینک یو اور بگ تھینک یو فار ڈسٹنکٹلی ایجوکیٹنگ</w:t>
      </w:r>
    </w:p>
    <w:p>
      <w:r>
        <w:rPr>
          <w:b/>
        </w:rPr>
        <w:t xml:space="preserve">[1:51:24] </w:t>
      </w:r>
      <w:r>
        <w:t>is. thank you, maulana sahib.</w:t>
      </w:r>
    </w:p>
    <w:p>
      <w:pPr>
        <w:jc w:val="right"/>
      </w:pPr>
      <w:r>
        <w:t>اس۔" تھینک یو، مولانا صاحب۔</w:t>
      </w:r>
    </w:p>
    <w:p>
      <w:r>
        <w:rPr>
          <w:b/>
        </w:rPr>
        <w:t xml:space="preserve">[1:51:29] </w:t>
      </w:r>
      <w:r>
        <w:t>agla sawal hai mr. inayatullah umri ka</w:t>
      </w:r>
    </w:p>
    <w:p>
      <w:pPr>
        <w:jc w:val="right"/>
      </w:pPr>
      <w:r>
        <w:t>اگلا سوال ہے مسٹر عنایت اللہ عمری کا</w:t>
      </w:r>
    </w:p>
    <w:p>
      <w:r>
        <w:rPr>
          <w:b/>
        </w:rPr>
        <w:t xml:space="preserve">[1:51:34] </w:t>
      </w:r>
      <w:r>
        <w:t>bangalore se.</w:t>
      </w:r>
    </w:p>
    <w:p>
      <w:pPr>
        <w:jc w:val="right"/>
      </w:pPr>
      <w:r>
        <w:t>بنگلور سے۔</w:t>
      </w:r>
    </w:p>
    <w:p>
      <w:r>
        <w:rPr>
          <w:b/>
        </w:rPr>
        <w:t xml:space="preserve">[1:51:40] </w:t>
      </w:r>
      <w:r>
        <w:t>unhon ne likha hai ke deep thinking ka matlab kya hai? kya rooh ki haqeeqat aur kainat ki</w:t>
      </w:r>
    </w:p>
    <w:p>
      <w:pPr>
        <w:jc w:val="right"/>
      </w:pPr>
      <w:r>
        <w:t>انہوں نے لکھا ہے کہ "ڈیپ تھنکنگ کا مطلب کیا ہے؟ کیا روح کی حقیقت اور کائنات کی</w:t>
      </w:r>
    </w:p>
    <w:p>
      <w:r>
        <w:rPr>
          <w:b/>
        </w:rPr>
        <w:t xml:space="preserve">[1:51:46] </w:t>
      </w:r>
      <w:r>
        <w:t>mysteries ko janne ki koshish deep thinking hai? dekhen, deep thinking koi had nahi hai.</w:t>
      </w:r>
    </w:p>
    <w:p>
      <w:pPr>
        <w:jc w:val="right"/>
      </w:pPr>
      <w:r>
        <w:t>مسٹریز کو جاننے کی کوشش ڈیپ تھنکنگ ہے؟" دیکھیں، ڈیپ تھنکنگ کوئی حد نہیں ہے۔</w:t>
      </w:r>
    </w:p>
    <w:p>
      <w:r>
        <w:rPr>
          <w:b/>
        </w:rPr>
        <w:t xml:space="preserve">[1:51:53] </w:t>
      </w:r>
      <w:r>
        <w:t>yeh to sari umar ka masla hai.</w:t>
      </w:r>
    </w:p>
    <w:p>
      <w:pPr>
        <w:jc w:val="right"/>
      </w:pPr>
      <w:r>
        <w:t>یہ تو ساری عمر کا مسئلہ ہے۔</w:t>
      </w:r>
    </w:p>
    <w:p>
      <w:r>
        <w:rPr>
          <w:b/>
        </w:rPr>
        <w:t xml:space="preserve">[1:51:59] </w:t>
      </w:r>
      <w:r>
        <w:t>aap har cheez mein aap deep thinking karte rahen. to talash</w:t>
      </w:r>
    </w:p>
    <w:p>
      <w:pPr>
        <w:jc w:val="right"/>
      </w:pPr>
      <w:r>
        <w:t>آپ ہر چیز میں آپ ڈیپ تھنکنگ کرتے رہیے۔ تو تلاش</w:t>
      </w:r>
    </w:p>
    <w:p>
      <w:r>
        <w:rPr>
          <w:b/>
        </w:rPr>
        <w:t xml:space="preserve">[1:52:05] </w:t>
      </w:r>
      <w:r>
        <w:t>, yani ilm ki, ilm ki talash, haqeeqat ki talash, yeh ek life long process hai.</w:t>
      </w:r>
    </w:p>
    <w:p>
      <w:pPr>
        <w:jc w:val="right"/>
      </w:pPr>
      <w:r>
        <w:t>، یعنی علم کی، علم کی تلاش، حقیقت کی تلاش، یہ ایک لائف لانگ پروسیس ہے۔</w:t>
      </w:r>
    </w:p>
    <w:p>
      <w:r>
        <w:rPr>
          <w:b/>
        </w:rPr>
        <w:t xml:space="preserve">[1:52:10] </w:t>
      </w:r>
      <w:r>
        <w:t>to koi had is ki nahi aati.</w:t>
      </w:r>
    </w:p>
    <w:p>
      <w:pPr>
        <w:jc w:val="right"/>
      </w:pPr>
      <w:r>
        <w:t>تو کوئی حد اس کی نہیں آتی۔</w:t>
      </w:r>
    </w:p>
    <w:p>
      <w:r>
        <w:rPr>
          <w:b/>
        </w:rPr>
        <w:t xml:space="preserve">[1:52:15] </w:t>
      </w:r>
      <w:r>
        <w:t>to aap jiske paas jitna waqt ho, uske lehaz se woh karega.</w:t>
      </w:r>
    </w:p>
    <w:p>
      <w:pPr>
        <w:jc w:val="right"/>
      </w:pPr>
      <w:r>
        <w:t>تو آپ جس کے پاس جتنا وقت ہو، اس کے لحاظ سے وہ کرے گا۔</w:t>
      </w:r>
    </w:p>
    <w:p>
      <w:r>
        <w:rPr>
          <w:b/>
        </w:rPr>
        <w:t xml:space="preserve">[1:52:21] </w:t>
      </w:r>
      <w:r>
        <w:t>waqt na ho to itna kijiye, itna ke aapke bas mein hai.</w:t>
      </w:r>
    </w:p>
    <w:p>
      <w:pPr>
        <w:jc w:val="right"/>
      </w:pPr>
      <w:r>
        <w:t>وقت نہ ہو تو اتنا کیجئے، اتنا کہ آپ کے بس میں ہے۔</w:t>
      </w:r>
    </w:p>
    <w:p>
      <w:r>
        <w:rPr>
          <w:b/>
        </w:rPr>
        <w:t xml:space="preserve">[1:52:26] </w:t>
      </w:r>
      <w:r>
        <w:t>waqt zyada aapka hai to karte rahen, karte rahen, karte rahen.</w:t>
      </w:r>
    </w:p>
    <w:p>
      <w:pPr>
        <w:jc w:val="right"/>
      </w:pPr>
      <w:r>
        <w:t>وقت زیادہ آپ کا ہے تو کرتے رہیے، کرتے رہیے، کرتے رہیے۔</w:t>
      </w:r>
    </w:p>
    <w:p>
      <w:r>
        <w:rPr>
          <w:b/>
        </w:rPr>
        <w:t xml:space="preserve">[1:52:32] </w:t>
      </w:r>
      <w:r>
        <w:t>is ka koi laga hua formula nahi hai.</w:t>
      </w:r>
    </w:p>
    <w:p>
      <w:pPr>
        <w:jc w:val="right"/>
      </w:pPr>
      <w:r>
        <w:t>اس کا کوئی لگا ہوا فارمولا نہیں ہے۔</w:t>
      </w:r>
    </w:p>
    <w:p>
      <w:r>
        <w:rPr>
          <w:b/>
        </w:rPr>
        <w:t xml:space="preserve">[1:52:37] </w:t>
      </w:r>
      <w:r>
        <w:t>mr. shah imran hasan ne dilli se likha hai: "aap ne apne lecture mein kaha ke ulama society mein ineffective hain, parantu aap kehte hain ke al-risala mission ko gehrai ke sath sirf ulama hi samajh sakte hain, jabke haqeeqat yeh hai ke secular log hi aap ki baaton ko zyada mante hain." yaani mein ne aisa kabhi nahi kaha ke ulama hi samajh sakte hain. pata nahi kahan se yeh baat nikli hai. sab log samajhte</w:t>
      </w:r>
    </w:p>
    <w:p>
      <w:pPr>
        <w:jc w:val="right"/>
      </w:pPr>
      <w:r>
        <w:t>مسٹر شاہ عمران حسن نے دلی سے لکھا ہے: "آپ نے اپنے لیکچر میں کہا کہ علماء سوسائٹی میں ان ایفیکٹو ہیں، پرंतو آپ کہتے ہیں کہ الرسالہ مشن کو گہرائی کے ساتھ صرف علماء ہی سمجھ سکتے ہیں، جبکہ حقیقت یہ ہے کہ سیکولر لوگ ہی آپ کی باتوں کو زیادہ مانتے ہیں۔" یعنی میں نے ایسا کبھی نہیں کہا کہ علماء ہی سمجھ سکتے ہیں۔ پتہ نہیں کہاں سے یہ بات نکلی ہے۔ سب لوگ سمجھتے</w:t>
      </w:r>
    </w:p>
    <w:p>
      <w:r>
        <w:rPr>
          <w:b/>
        </w:rPr>
        <w:t xml:space="preserve">[1:53:07] </w:t>
      </w:r>
      <w:r>
        <w:t>hain.</w:t>
      </w:r>
    </w:p>
    <w:p>
      <w:pPr>
        <w:jc w:val="right"/>
      </w:pPr>
      <w:r>
        <w:t>ہیں۔</w:t>
      </w:r>
    </w:p>
    <w:p>
      <w:r>
        <w:rPr>
          <w:b/>
        </w:rPr>
        <w:t xml:space="preserve">[1:53:11] </w:t>
      </w:r>
      <w:r>
        <w:t>quran kitab fitrat hai, kitab madrasa nahi hai.</w:t>
      </w:r>
    </w:p>
    <w:p>
      <w:pPr>
        <w:jc w:val="right"/>
      </w:pPr>
      <w:r>
        <w:t>قرآن کتاب فطرت ہے، کتاب مدرسہ نہیں ہے۔</w:t>
      </w:r>
    </w:p>
    <w:p>
      <w:r>
        <w:rPr>
          <w:b/>
        </w:rPr>
        <w:t xml:space="preserve">[1:53:15] </w:t>
      </w:r>
      <w:r>
        <w:t>quran kitab madrasa nahi hai, kitab fitrat hai.</w:t>
      </w:r>
    </w:p>
    <w:p>
      <w:pPr>
        <w:jc w:val="right"/>
      </w:pPr>
      <w:r>
        <w:t>قرآن کتاب مدرسہ نہیں ہے، کتاب فطرت ہے۔</w:t>
      </w:r>
    </w:p>
    <w:p>
      <w:r>
        <w:rPr>
          <w:b/>
        </w:rPr>
        <w:t xml:space="preserve">[1:53:20] </w:t>
      </w:r>
      <w:r>
        <w:t>to fitrat har ek ke paas hai, har aadmi samajh sakta hai.</w:t>
      </w:r>
    </w:p>
    <w:p>
      <w:pPr>
        <w:jc w:val="right"/>
      </w:pPr>
      <w:r>
        <w:t>تو فطرت ہر ایک کے پاس ہے، ہر آدمی سمجھ سکتا ہے۔</w:t>
      </w:r>
    </w:p>
    <w:p>
      <w:r>
        <w:rPr>
          <w:b/>
        </w:rPr>
        <w:t xml:space="preserve">[1:53:24] </w:t>
      </w:r>
      <w:r>
        <w:t>sirf itni si baat hai jo main kehta hoon, woh ke kabhi main ne kaha hoga ke jo</w:t>
      </w:r>
    </w:p>
    <w:p>
      <w:pPr>
        <w:jc w:val="right"/>
      </w:pPr>
      <w:r>
        <w:t>صرف اتنی سی بات ہے جو میں کہتا ہوں، وہ کہ کبھی میں نے کہا ہوگا کہ جو</w:t>
      </w:r>
    </w:p>
    <w:p>
      <w:r>
        <w:rPr>
          <w:b/>
        </w:rPr>
        <w:t xml:space="preserve">[1:53:28] </w:t>
      </w:r>
      <w:r>
        <w:t>technical term hai, to woh ulama is se aashna hote hain.</w:t>
      </w:r>
    </w:p>
    <w:p>
      <w:pPr>
        <w:jc w:val="right"/>
      </w:pPr>
      <w:r>
        <w:t>ٹیکنیکل ٹرم ہے، تو وہ علماء اس سے آشنا ہوتے ہیں۔</w:t>
      </w:r>
    </w:p>
    <w:p>
      <w:r>
        <w:rPr>
          <w:b/>
        </w:rPr>
        <w:t xml:space="preserve">[1:53:33] </w:t>
      </w:r>
      <w:r>
        <w:t>aur jo aadmi arabi nahi janta, madrasa</w:t>
      </w:r>
    </w:p>
    <w:p>
      <w:pPr>
        <w:jc w:val="right"/>
      </w:pPr>
      <w:r>
        <w:t>اور جو آدمی عربی نہیں جانتا، مدرس</w:t>
      </w:r>
    </w:p>
    <w:p>
      <w:r>
        <w:rPr>
          <w:b/>
        </w:rPr>
        <w:t xml:space="preserve">[1:53:37] </w:t>
      </w:r>
      <w:r>
        <w:t>e mein parha hua nahi, to is technical term se waqif nahi hota.</w:t>
      </w:r>
    </w:p>
    <w:p>
      <w:pPr>
        <w:jc w:val="right"/>
      </w:pPr>
      <w:r>
        <w:t>ے میں پڑھا ہوا نہیں، تو اس ٹیکنیکل ٹرم سے واقف نہیں ہوتا۔</w:t>
      </w:r>
    </w:p>
    <w:p>
      <w:r>
        <w:rPr>
          <w:b/>
        </w:rPr>
        <w:t xml:space="preserve">[1:53:41] </w:t>
      </w:r>
      <w:r>
        <w:t>woh to is ke liye hamein is ko explain karna padta hai.</w:t>
      </w:r>
    </w:p>
    <w:p>
      <w:pPr>
        <w:jc w:val="right"/>
      </w:pPr>
      <w:r>
        <w:t>وہ تو اس کے لیے ہمیں اس کو ایکسپلین کرنا پڑتا ہے۔</w:t>
      </w:r>
    </w:p>
    <w:p>
      <w:r>
        <w:rPr>
          <w:b/>
        </w:rPr>
        <w:t xml:space="preserve">[1:53:45] </w:t>
      </w:r>
      <w:r>
        <w:t>to main chuke madrasa ki taleem meri hui hai, to jab main be takalluf bolta hoon to woh</w:t>
      </w:r>
    </w:p>
    <w:p>
      <w:pPr>
        <w:jc w:val="right"/>
      </w:pPr>
      <w:r>
        <w:t>تو میں چونکہ مدرسے کی تعلیم میری ہوئی ہے، تو جب میں بے تکلف بولتا ہوں تو وہ</w:t>
      </w:r>
    </w:p>
    <w:p>
      <w:r>
        <w:rPr>
          <w:b/>
        </w:rPr>
        <w:t xml:space="preserve">[1:53:48] </w:t>
      </w:r>
      <w:r>
        <w:t>term meri zuban par aane lagte hain, jo jis ko main madrasa ki zindagi mein jo be dua</w:t>
      </w:r>
    </w:p>
    <w:p>
      <w:pPr>
        <w:jc w:val="right"/>
      </w:pPr>
      <w:r>
        <w:t>ٹرم میری زبان پر آنے لگتے ہیں، جو جس کو میں مدرسے کی زندگی میں جو بے دعا</w:t>
      </w:r>
    </w:p>
    <w:p>
      <w:r>
        <w:rPr>
          <w:b/>
        </w:rPr>
        <w:t xml:space="preserve">[1:53:52] </w:t>
      </w:r>
      <w:r>
        <w:t>mein charh gaye thay.</w:t>
      </w:r>
    </w:p>
    <w:p>
      <w:pPr>
        <w:jc w:val="right"/>
      </w:pPr>
      <w:r>
        <w:t>میں چڑھ گئے تھے۔</w:t>
      </w:r>
    </w:p>
    <w:p>
      <w:r>
        <w:rPr>
          <w:b/>
        </w:rPr>
        <w:t xml:space="preserve">[1:53:56] </w:t>
      </w:r>
      <w:r>
        <w:t>to yeh masla hai.</w:t>
      </w:r>
    </w:p>
    <w:p>
      <w:pPr>
        <w:jc w:val="right"/>
      </w:pPr>
      <w:r>
        <w:t>تو یہ مسئلہ ہے۔</w:t>
      </w:r>
    </w:p>
    <w:p>
      <w:r>
        <w:rPr>
          <w:b/>
        </w:rPr>
        <w:t xml:space="preserve">[1:54:00] </w:t>
      </w:r>
      <w:r>
        <w:t>yeh achi tarah yaad rakhiye ke Khuda ka jo deen hai, woh fitri deen hai.</w:t>
      </w:r>
    </w:p>
    <w:p>
      <w:pPr>
        <w:jc w:val="right"/>
      </w:pPr>
      <w:r>
        <w:t>یہ اچھی طرح یاد رکھیے کہ خدا کا جو دین ہے، وہ فطری دین ہے۔</w:t>
      </w:r>
    </w:p>
    <w:p>
      <w:r>
        <w:rPr>
          <w:b/>
        </w:rPr>
        <w:t xml:space="preserve">[1:54:03] </w:t>
      </w:r>
      <w:r>
        <w:t>Quraan kitaab-e-fitrat hai. Jis</w:t>
      </w:r>
    </w:p>
    <w:p>
      <w:pPr>
        <w:jc w:val="right"/>
      </w:pPr>
      <w:r>
        <w:t>قرآن کتاب فطرت ہے۔ جس</w:t>
      </w:r>
    </w:p>
    <w:p>
      <w:r>
        <w:rPr>
          <w:b/>
        </w:rPr>
        <w:t xml:space="preserve">[1:54:07] </w:t>
      </w:r>
      <w:r>
        <w:t>aadmi ko bhi Allah ne paida kiya, fitrat ke saath paida kiya hai, woh samajh sakta hai.</w:t>
      </w:r>
    </w:p>
    <w:p>
      <w:pPr>
        <w:jc w:val="right"/>
      </w:pPr>
      <w:r>
        <w:t>آدمی کو بھی اللہ نے پیدا کیا، فطرت کے ساتھ پیدا کیا ہے، وہ سمجھ سکتا ہے۔</w:t>
      </w:r>
    </w:p>
    <w:p>
      <w:r>
        <w:rPr>
          <w:b/>
        </w:rPr>
        <w:t xml:space="preserve">[1:54:12] </w:t>
      </w:r>
      <w:r>
        <w:t>lekin jo baat, lekin ek language gap ka masla ek alag masla hai.</w:t>
      </w:r>
    </w:p>
    <w:p>
      <w:pPr>
        <w:jc w:val="right"/>
      </w:pPr>
      <w:r>
        <w:t>لیکن جو بات، لیکن ایک لینگویج گیپ کا مسئلہ ایک الگ مسئلہ ہے۔</w:t>
      </w:r>
    </w:p>
    <w:p>
      <w:r>
        <w:rPr>
          <w:b/>
        </w:rPr>
        <w:t xml:space="preserve">[1:54:16] </w:t>
      </w:r>
      <w:r>
        <w:t>ab mein chunchke madrasay ki taleem ki wajah se meri zubaan isi tarah ki ho gayi hai, madrasay</w:t>
      </w:r>
    </w:p>
    <w:p>
      <w:pPr>
        <w:jc w:val="right"/>
      </w:pPr>
      <w:r>
        <w:t>اب میں چونکہ مدرسے کی تعلیم کی وجہ سے میری زبان اسی طرح کی ہو گئی ہے، مدرسے</w:t>
      </w:r>
    </w:p>
    <w:p>
      <w:r>
        <w:rPr>
          <w:b/>
        </w:rPr>
        <w:t xml:space="preserve">[1:54:20] </w:t>
      </w:r>
      <w:r>
        <w:t>wali zubaan, to bohat kaafi mein apne ko bachata hoon is se.</w:t>
      </w:r>
    </w:p>
    <w:p>
      <w:pPr>
        <w:jc w:val="right"/>
      </w:pPr>
      <w:r>
        <w:t>والی زبان، تو بہت کافی میں اپنے کو بچاتا ہوں اس سے۔</w:t>
      </w:r>
    </w:p>
    <w:p>
      <w:r>
        <w:rPr>
          <w:b/>
        </w:rPr>
        <w:t xml:space="preserve">[1:54:25] </w:t>
      </w:r>
      <w:r>
        <w:t>kyunke pehle to bohat mushkil zubaan hoti thi meri, bohat mushkil hoti thi.</w:t>
      </w:r>
    </w:p>
    <w:p>
      <w:pPr>
        <w:jc w:val="right"/>
      </w:pPr>
      <w:r>
        <w:t>کیونکہ پہلے تو بہت مشکل زبان ہوتی تھی میری، بہت مشکل ہوتی تھی۔</w:t>
      </w:r>
    </w:p>
    <w:p>
      <w:r>
        <w:rPr>
          <w:b/>
        </w:rPr>
        <w:t xml:space="preserve">[1:54:29] </w:t>
      </w:r>
      <w:r>
        <w:t>aaj aaj jo zubaan bolta hoon, yeh bohat sakht zubaan hoti hai.</w:t>
      </w:r>
    </w:p>
    <w:p>
      <w:pPr>
        <w:jc w:val="right"/>
      </w:pPr>
      <w:r>
        <w:t>آج آج جو زبان بولتا ہوں، یہ بہت سخت زبان ہوتی ہے۔</w:t>
      </w:r>
    </w:p>
    <w:p>
      <w:r>
        <w:rPr>
          <w:b/>
        </w:rPr>
        <w:t xml:space="preserve">[1:54:33] </w:t>
      </w:r>
      <w:r>
        <w:t>misaal ke taur par aap meri kitaab shuru zamane ki parhiye, Al-Islam,</w:t>
      </w:r>
    </w:p>
    <w:p>
      <w:pPr>
        <w:jc w:val="right"/>
      </w:pPr>
      <w:r>
        <w:t>مثال کے طور پر آپ میری کتاب شروع زمانے کی پڑھیے، الاسلام،</w:t>
      </w:r>
    </w:p>
    <w:p>
      <w:r>
        <w:rPr>
          <w:b/>
        </w:rPr>
        <w:t xml:space="preserve">[1:54:38] </w:t>
      </w:r>
      <w:r>
        <w:t>wo bari mushkil zuban is ki hai. kyunke wahi wahi molviyana zuban jis ko kaha jata hai, wo hai is ki. to yeh hai language gap ki baat. aur yeh nahi ke wo Quran kitaab madrase hai, aisi koi baat nahi hai. mein aisa kabhi mein ne nahi kaha hai. to mein koshish karta hoon ke jab koi aqeedah log hain to un ko thora sa mein doosre dhang se bolta hoon. aur arabi udhal hoga to to zuban</w:t>
      </w:r>
    </w:p>
    <w:p>
      <w:pPr>
        <w:jc w:val="right"/>
      </w:pPr>
      <w:r>
        <w:t>وہ بڑی مشکل زبان اس کی ہے۔ کیونکہ وہی وہی مولویانہ زبان جس کو کہا جاتا ہے، وہ ہے اس کی۔ تو یہ ہے لینگویج گیپ کی بات۔ اور یہ نہیں کہ وہ قرآن کتاب مدرسہ ہے، ایسی کوئی بات نہیں ہے۔ میں ایسا کبھی میں نے نہیں کہا ہے۔ تو میں کوشش کرتا ہوں کہ جب کوئی عقیدہ لوگ ہیں تو ان کو تھوڑا سا میں دوسرے ڈھنگ سے بولتا ہوں۔ اور عربی ادال ہوگا تو تو زبان</w:t>
      </w:r>
    </w:p>
    <w:p>
      <w:r>
        <w:rPr>
          <w:b/>
        </w:rPr>
        <w:t xml:space="preserve">[1:55:08] </w:t>
      </w:r>
      <w:r>
        <w:t>doosre dhang se ho jati hai. to yeh sara mamla zuban ka hai aur kuch nahi hai.</w:t>
      </w:r>
    </w:p>
    <w:p>
      <w:pPr>
        <w:jc w:val="right"/>
      </w:pPr>
      <w:r>
        <w:t>دوسرے ڈھنگ سے ہو جاتی ہے۔ تو یہ سارا معاملہ زبان کا ہے اور کچھ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