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Belief in the Existance of God | 11 Jan, 2009</w:t>
      </w:r>
    </w:p>
    <w:p>
      <w:r>
        <w:t>https://youtu.be/BniNkb0aE6Q</w:t>
      </w:r>
    </w:p>
    <w:p>
      <w:r>
        <w:rPr>
          <w:b/>
        </w:rPr>
        <w:t xml:space="preserve">[00:14] </w:t>
      </w:r>
      <w:r>
        <w:t>Bismillah-hir-Rehman-nir-Raheem, wa Salla Allahu 'ala an-Nabi al-Kareem.</w:t>
      </w:r>
    </w:p>
    <w:p>
      <w:pPr>
        <w:jc w:val="right"/>
      </w:pPr>
      <w:r>
        <w:t>بسم اللہ الرحمن الرحیم، وصلی اللہ علی النبی الکریم۔</w:t>
      </w:r>
    </w:p>
    <w:p>
      <w:r>
        <w:rPr>
          <w:b/>
        </w:rPr>
        <w:t xml:space="preserve">[00:24] </w:t>
      </w:r>
      <w:r>
        <w:t>Rabishrah li sadri, wa yassir li amri, wah-l-uqdatan min lisani, yafqahu qawli.</w:t>
      </w:r>
    </w:p>
    <w:p>
      <w:pPr>
        <w:jc w:val="right"/>
      </w:pPr>
      <w:r>
        <w:t>رب اشرح لی صدری، ویسر لی امری، واحل العقدۃ من لسانی، یفقہ قولی۔</w:t>
      </w:r>
    </w:p>
    <w:p>
      <w:r>
        <w:rPr>
          <w:b/>
        </w:rPr>
        <w:t xml:space="preserve">[00:34] </w:t>
      </w:r>
      <w:r>
        <w:t>aaj ka topic Khuda ke wajood ke baray mein hai, yaani</w:t>
      </w:r>
    </w:p>
    <w:p>
      <w:pPr>
        <w:jc w:val="right"/>
      </w:pPr>
      <w:r>
        <w:t>آج کا ٹاپک خدا کے وجود کے بارے میں ہے، یعنی</w:t>
      </w:r>
    </w:p>
    <w:p>
      <w:r>
        <w:rPr>
          <w:b/>
        </w:rPr>
        <w:t xml:space="preserve">[00:44] </w:t>
      </w:r>
      <w:r>
        <w:t>belief in the existence of God.</w:t>
      </w:r>
    </w:p>
    <w:p>
      <w:pPr>
        <w:jc w:val="right"/>
      </w:pPr>
      <w:r>
        <w:t>بیلیف ان دا ایگزسٹنس آف گاڈ۔</w:t>
      </w:r>
    </w:p>
    <w:p>
      <w:r>
        <w:rPr>
          <w:b/>
        </w:rPr>
        <w:t xml:space="preserve">[00:54] </w:t>
      </w:r>
      <w:r>
        <w:t>آپ جانتے ہیں کہ یہ بہت ہی، یعنی، controversial topic ہے، اور سارے فلاسفرز اس پر بحثیں کرتے</w:t>
      </w:r>
    </w:p>
    <w:p>
      <w:pPr>
        <w:jc w:val="right"/>
      </w:pPr>
      <w:r>
        <w:t>آپ جانتے ہیں کہ یہ بہت ہی، یعنی، کنٹروورشل ٹاپک ہے، اور سارے فلاسفرز اس پر بحثیں کرتے</w:t>
      </w:r>
    </w:p>
    <w:p>
      <w:r>
        <w:rPr>
          <w:b/>
        </w:rPr>
        <w:t xml:space="preserve">[01:05] </w:t>
      </w:r>
      <w:r>
        <w:t>rahe hain, theologians is par bahasein karte rahe hain, atheists is par bahasein karte rahe hain, aur abhi tak yeh</w:t>
      </w:r>
    </w:p>
    <w:p>
      <w:pPr>
        <w:jc w:val="right"/>
      </w:pPr>
      <w:r>
        <w:t>رہے ہیں، تھیولوجین اس پر بحثیں کرتے رہے ہیں، اتھیسٹ اس پر بحثیں کرتے رہے ہیں، اور ابھی تک یہ</w:t>
      </w:r>
    </w:p>
    <w:p>
      <w:r>
        <w:rPr>
          <w:b/>
        </w:rPr>
        <w:t xml:space="preserve">[01:15] </w:t>
      </w:r>
      <w:r>
        <w:t>bahas ya discussion jaari hai.</w:t>
      </w:r>
    </w:p>
    <w:p>
      <w:pPr>
        <w:jc w:val="right"/>
      </w:pPr>
      <w:r>
        <w:t>بحث یا ڈسکشن جاری ہے۔</w:t>
      </w:r>
    </w:p>
    <w:p>
      <w:r>
        <w:rPr>
          <w:b/>
        </w:rPr>
        <w:t xml:space="preserve">[01:23] </w:t>
      </w:r>
      <w:r>
        <w:t>maine abhi is par bohat socha aur parha, yaani philosophers kya kehte hain woh bhi parha, theologians</w:t>
      </w:r>
    </w:p>
    <w:p>
      <w:pPr>
        <w:jc w:val="right"/>
      </w:pPr>
      <w:r>
        <w:t>میں نے ابھی اس پر بہت سوچا اور پڑھا، یعنی فلاسفرز کیا کہتے ہیں وہ بھی پڑھا، تھیولوجین</w:t>
      </w:r>
    </w:p>
    <w:p>
      <w:r>
        <w:rPr>
          <w:b/>
        </w:rPr>
        <w:t xml:space="preserve">[01:31] </w:t>
      </w:r>
      <w:r>
        <w:t>kya kehte hain woh bhi parha, atheists kya kehte hain woh bhi parha.</w:t>
      </w:r>
    </w:p>
    <w:p>
      <w:pPr>
        <w:jc w:val="right"/>
      </w:pPr>
      <w:r>
        <w:t>کیا کہتے ہیں وہ بھی پڑھا، اتھیسٹ کیا کہتے ہیں وہ بھی پڑھا۔</w:t>
      </w:r>
    </w:p>
    <w:p>
      <w:r>
        <w:rPr>
          <w:b/>
        </w:rPr>
        <w:t xml:space="preserve">[01:39] </w:t>
      </w:r>
      <w:r>
        <w:t>abhi mein gaya tha Adamgarh, yaani</w:t>
      </w:r>
    </w:p>
    <w:p>
      <w:pPr>
        <w:jc w:val="right"/>
      </w:pPr>
      <w:r>
        <w:t>ابھی میں گیا تھا آدم گڑھ، یعنی</w:t>
      </w:r>
    </w:p>
    <w:p>
      <w:r>
        <w:rPr>
          <w:b/>
        </w:rPr>
        <w:t xml:space="preserve">[01:47] </w:t>
      </w:r>
      <w:r>
        <w:t>December ke last week mein, to wahan par mein thehra tha Shibli Degree College ke guest house mein.</w:t>
      </w:r>
    </w:p>
    <w:p>
      <w:pPr>
        <w:jc w:val="right"/>
      </w:pPr>
      <w:r>
        <w:t>دسمبر کے لاسٹ ویک میں، تو وہاں پر میں ٹھہرا تھا شبلی ڈگری کالج کے گیسٹ ہاؤس میں۔</w:t>
      </w:r>
    </w:p>
    <w:p>
      <w:r>
        <w:rPr>
          <w:b/>
        </w:rPr>
        <w:t xml:space="preserve">[01:54] </w:t>
      </w:r>
      <w:r>
        <w:t>to wahan par bohat si yaadein mere zehan mein aayin.</w:t>
      </w:r>
    </w:p>
    <w:p>
      <w:pPr>
        <w:jc w:val="right"/>
      </w:pPr>
      <w:r>
        <w:t>تو وہاں پر بہت سی یادیں میرے ذہن میں آئیں۔</w:t>
      </w:r>
    </w:p>
    <w:p>
      <w:r>
        <w:rPr>
          <w:b/>
        </w:rPr>
        <w:t xml:space="preserve">[02:02] </w:t>
      </w:r>
      <w:r>
        <w:t>is mein se ek yaad yeh thi ke bohat pehle jab mein Adamgarh mein rehta tha, aur</w:t>
      </w:r>
    </w:p>
    <w:p>
      <w:pPr>
        <w:jc w:val="right"/>
      </w:pPr>
      <w:r>
        <w:t>اس میں سے ایک یاد یہ تھی کہ بہت پہلے جب میں آدم گڑھ میں رہتا تھا، اور</w:t>
      </w:r>
    </w:p>
    <w:p>
      <w:r>
        <w:rPr>
          <w:b/>
        </w:rPr>
        <w:t xml:space="preserve">[02:09] </w:t>
      </w:r>
      <w:r>
        <w:t>maine chaha ke mein is issue par, is subject par, study karoon,</w:t>
      </w:r>
    </w:p>
    <w:p>
      <w:pPr>
        <w:jc w:val="right"/>
      </w:pPr>
      <w:r>
        <w:t>میں نے چاہا کہ میں اس ایشو پر، اس سبجیکٹ پر، اسٹڈی کروں،</w:t>
      </w:r>
    </w:p>
    <w:p>
      <w:r>
        <w:rPr>
          <w:b/>
        </w:rPr>
        <w:t xml:space="preserve">[02:17] </w:t>
      </w:r>
      <w:r>
        <w:t>yani atheist logon ka case kya hai, is ko janoon. to mein wahan ki ek library mein gaya, Shibli College ki library mein, to us waqt logon ne mujhe bataya tha ke Bertrand Russell jo hai, wo 20th century ka sab se bara atheist hai, bohat bara philosopher, bohat bara atheist. to mein ne socha ke isi ko parhein jo 20th cen</w:t>
      </w:r>
    </w:p>
    <w:p>
      <w:pPr>
        <w:jc w:val="right"/>
      </w:pPr>
      <w:r>
        <w:t>یعنی اتھیسٹ لوگوں کا کیس کیا ہے، اس کو جانوں۔ تو میں وہاں کی ایک لائبریری میں گیا، شبلی کالج کی لائبریری میں، تو اس وقت لوگوں نے مجھے بتایا تھا کہ بارٹن رسل جو ہے، وہ ٹوئنٹی سنچری کا سب سے بڑا اتھیسٹ ہے، بہت بڑا فلاسفر، بہت بڑا اتھیسٹ۔ تو میں نے سوچا کہ اسی کو پڑھیں جو ٹوئنٹی سن</w:t>
      </w:r>
    </w:p>
    <w:p>
      <w:r>
        <w:rPr>
          <w:b/>
        </w:rPr>
        <w:t xml:space="preserve">[02:47] </w:t>
      </w:r>
      <w:r>
        <w:t>tury ka sab se bara munkir-e-Khuda mana jata hai. to wahan ki library mein mein gaya to wahan par poora set jo hai Bertrand Russell ka, kisi ne unhein donate kiya tha, wo ek shelf pe rakha hua tha. to mein ne library se poocha ke is mein se aap ek sath mujhe kitni kitaab de sakte hain? ek denge, do denge, kitni kitaab? to unhon ne kaha ke aap sare set le jaiye,</w:t>
      </w:r>
    </w:p>
    <w:p>
      <w:pPr>
        <w:jc w:val="right"/>
      </w:pPr>
      <w:r>
        <w:t>چری کا سب سے بڑا منکر خدا مانا جاتا ہے۔ تو وہاں کی لائبریری میں میں گیا تو وہاں پر پورا سیٹ جو ہے بارٹن رسل کا، کسی نے انہیں ڈونیٹ کیا تھا، وہ ایک شیلف پہ رکھا ہوا تھا۔ تو میں نے لائبریری سے پوچھا کہ اس میں سے آپ ایک ساتھ مجھے کتنی کتاب دے سکتے ہیں؟ ایک دیں گے، دو دیں گے، کتنی کتاب؟ تو انہوں نے کہا کہ آپ سارے سیٹ لے جائیے،</w:t>
      </w:r>
    </w:p>
    <w:p>
      <w:r>
        <w:rPr>
          <w:b/>
        </w:rPr>
        <w:t xml:space="preserve">[03:17] </w:t>
      </w:r>
      <w:r>
        <w:t>parh ke lota dijiye, kyunke yahan to koi parhta nahi hai is ko, yahan koi is ko parhta nahi. yani abhi tak wo untouched thi wo kitaab, ek bhi entry is mein nahi thi. kyun? Shibli College ek Muslim College hai, wahan ke teacher Muslim, wahan ke student Muslim, wahan ka mahol Muslim. us waqt to yahi tha, ab ab mujhe nahi maloom ke aaj kal kya hai. Principal Muslim. to wahan log samajhte thay ke</w:t>
      </w:r>
    </w:p>
    <w:p>
      <w:pPr>
        <w:jc w:val="right"/>
      </w:pPr>
      <w:r>
        <w:t>پڑھ کے لوٹا دیجیے، کیونکہ یہاں تو کوئی پڑھتا نہیں ہے اس کو، یہاں کوئی اس کو پڑھتا نہیں۔ یعنی ابھی تک وہ ان ٹچ تھی وہ کتاب، ایک بھی انٹری اس میں نہیں تھی۔ کیوں؟ شبلی کالج ایک مسلم کالج ہے، وہاں کے ٹیچر مسلم، وہاں کے اسٹوڈنٹ مسلم، وہاں کا ماحول مسلم۔ اس وقت تو یہی تھا، اب اب مجھے نہیں معلوم کہ آج کل کیا ہے۔ پرنسپل مسلم۔ تو وہاں لوگ سمجھتے تھے کہ</w:t>
      </w:r>
    </w:p>
    <w:p>
      <w:r>
        <w:rPr>
          <w:b/>
        </w:rPr>
        <w:t xml:space="preserve">[03:47] </w:t>
      </w:r>
      <w:r>
        <w:t>Bertrand Russell ko parhoge to tumhara aqeedah kharab ho jayega, khwah-makhwah shakk par jayega Khuda ke baray mein. to koi is ko chhoota nahi tha. is ko jaise kuch plant hotay hain, untouchable shayad kaha jata hai un ko, to koi chhoota nahi hai un ko. to bahar-hal mein ne librarian sahib</w:t>
      </w:r>
    </w:p>
    <w:p>
      <w:pPr>
        <w:jc w:val="right"/>
      </w:pPr>
      <w:r>
        <w:t>بارٹن رسل کو پڑھو گے تو تمہارا عقیدہ خراب ہو جائے گا، خوامخواہ شک پڑ جائے گا خدا کے بارے میں۔ تو کوئی اس کو چھوتا نہیں تھا۔ اس کو جیسے کچھ پلانٹ ہوتے ہیں، ان ٹچیبل شاید کہا جاتا ہے ان کو، تو کوئی چھوتا نہیں ہے ان کو۔ تو بہرحال میں نے لائبریرین صاحب</w:t>
      </w:r>
    </w:p>
    <w:p>
      <w:r>
        <w:rPr>
          <w:b/>
        </w:rPr>
        <w:t xml:space="preserve">[04:17] </w:t>
      </w:r>
      <w:r>
        <w:t>ke kehne ke mutabiq sara set liya aur sara set le kar wapas aaya. yani taqreeban sara set tha. to ghar wapas aa kar mein. hamari biwi wohin rehti thi Adampur mein us waqt. hum log baki manzil mein rehte thay. to mein ne kaha ke bhai yeh Bertrand Russell ki kitaabein hain aur yeh kaha jata hai ke 20th century ka sab se bara at</w:t>
      </w:r>
    </w:p>
    <w:p>
      <w:pPr>
        <w:jc w:val="right"/>
      </w:pPr>
      <w:r>
        <w:t>کے کہنے کے مطابق سارا سیٹ لیا اور سارا سیٹ لے کر واپس آیا۔ یعنی تقریباً سارا سیٹ تھا۔ تو گھر واپس آ کر میں۔ ہماری بیوی وہیں رہتی تھی آدم گڑھ میں اس وقت۔ ہم لوگ باقی منزل میں رہتے تھے۔ تو میں نے کہا کہ بھئی یہ بارٹن رسل کی کتابیں ہیں اور یہ کہا جاتا ہے کہ ٹوئنٹی سنچری کا سب سے بڑا ات</w:t>
      </w:r>
    </w:p>
    <w:p>
      <w:r>
        <w:rPr>
          <w:b/>
        </w:rPr>
        <w:t xml:space="preserve">[04:47] </w:t>
      </w:r>
      <w:r>
        <w:t>atheist tha yeh Bertrand Russell.</w:t>
      </w:r>
    </w:p>
    <w:p>
      <w:pPr>
        <w:jc w:val="right"/>
      </w:pPr>
      <w:r>
        <w:t>ھیسٹ تھا یہ بارٹن رسل۔</w:t>
      </w:r>
    </w:p>
    <w:p>
      <w:r>
        <w:rPr>
          <w:b/>
        </w:rPr>
        <w:t xml:space="preserve">[04:51] </w:t>
      </w:r>
      <w:r>
        <w:t>to unhon ne kaha ke phir to ab aap bhag jayenge.</w:t>
      </w:r>
    </w:p>
    <w:p>
      <w:pPr>
        <w:jc w:val="right"/>
      </w:pPr>
      <w:r>
        <w:t>تو انہوں نے کہا کہ پھر تو اب آپ بھاگ جائیں گے۔</w:t>
      </w:r>
    </w:p>
    <w:p>
      <w:r>
        <w:rPr>
          <w:b/>
        </w:rPr>
        <w:t xml:space="preserve">[04:55] </w:t>
      </w:r>
      <w:r>
        <w:t>ab to aap bilkul.</w:t>
      </w:r>
    </w:p>
    <w:p>
      <w:pPr>
        <w:jc w:val="right"/>
      </w:pPr>
      <w:r>
        <w:t>اب تو آپ بالکل۔</w:t>
      </w:r>
    </w:p>
    <w:p>
      <w:r>
        <w:rPr>
          <w:b/>
        </w:rPr>
        <w:t xml:space="preserve">[05:00] </w:t>
      </w:r>
      <w:r>
        <w:t>is waqt mera mere bare mein logon ka tasawwur yeh tha ke main bhaga hua aadmi hoon, yani</w:t>
      </w:r>
    </w:p>
    <w:p>
      <w:pPr>
        <w:jc w:val="right"/>
      </w:pPr>
      <w:r>
        <w:t>اس وقت میرا میرے بارے میں لوگوں کا تصور یہ تھا کہ میں بھاگا ہوا آدمی ہوں، یعنی</w:t>
      </w:r>
    </w:p>
    <w:p>
      <w:r>
        <w:rPr>
          <w:b/>
        </w:rPr>
        <w:t xml:space="preserve">[05:04] </w:t>
      </w:r>
      <w:r>
        <w:t>mazhab se bhaga hua.</w:t>
      </w:r>
    </w:p>
    <w:p>
      <w:pPr>
        <w:jc w:val="right"/>
      </w:pPr>
      <w:r>
        <w:t>مذہب سے بھاگا ہوا۔</w:t>
      </w:r>
    </w:p>
    <w:p>
      <w:r>
        <w:rPr>
          <w:b/>
        </w:rPr>
        <w:t xml:space="preserve">[05:08] </w:t>
      </w:r>
      <w:r>
        <w:t>to unhon ne kaha ke ab to aap paka, mujhe lagta hai ke aap bhag jayenge.</w:t>
      </w:r>
    </w:p>
    <w:p>
      <w:pPr>
        <w:jc w:val="right"/>
      </w:pPr>
      <w:r>
        <w:t>تو انہوں نے کہا کہ اب تو آپ پکا، مجھے لگتا ہے کہ آپ بھاگ جائیں گے۔</w:t>
      </w:r>
    </w:p>
    <w:p>
      <w:r>
        <w:rPr>
          <w:b/>
        </w:rPr>
        <w:t xml:space="preserve">[05:13] </w:t>
      </w:r>
      <w:r>
        <w:t>khair, lekin yeh anokhi baat hai ke barton russell ko parh kar</w:t>
      </w:r>
    </w:p>
    <w:p>
      <w:pPr>
        <w:jc w:val="right"/>
      </w:pPr>
      <w:r>
        <w:t>خیر، لیکن یہ انوکھی بات ہے کہ بارٹن رسل کو پڑھ کر</w:t>
      </w:r>
    </w:p>
    <w:p>
      <w:r>
        <w:rPr>
          <w:b/>
        </w:rPr>
        <w:t xml:space="preserve">[05:17] </w:t>
      </w:r>
      <w:r>
        <w:t>mera imaan aur yaqeen barh gaya.</w:t>
      </w:r>
    </w:p>
    <w:p>
      <w:pPr>
        <w:jc w:val="right"/>
      </w:pPr>
      <w:r>
        <w:t>میرا ایمان اور یقین بڑھ گیا۔</w:t>
      </w:r>
    </w:p>
    <w:p>
      <w:r>
        <w:rPr>
          <w:b/>
        </w:rPr>
        <w:t xml:space="preserve">[05:22] </w:t>
      </w:r>
      <w:r>
        <w:t>mera yaqeen barh gaya aur balkeh islam ki taraf dobara wapsi mein bohat bara dakhal mila hai barton</w:t>
      </w:r>
    </w:p>
    <w:p>
      <w:pPr>
        <w:jc w:val="right"/>
      </w:pPr>
      <w:r>
        <w:t>میرا یقین بڑھ گیا اور بلکہ اسلام کی طرف دوبارہ واپسی میں بہت بڑا دخل ملا ہے بارٹن</w:t>
      </w:r>
    </w:p>
    <w:p>
      <w:r>
        <w:rPr>
          <w:b/>
        </w:rPr>
        <w:t xml:space="preserve">[05:27] </w:t>
      </w:r>
      <w:r>
        <w:t>russell ki kitabon ka.</w:t>
      </w:r>
    </w:p>
    <w:p>
      <w:pPr>
        <w:jc w:val="right"/>
      </w:pPr>
      <w:r>
        <w:t>رسل کی کتابوں کا۔</w:t>
      </w:r>
    </w:p>
    <w:p>
      <w:r>
        <w:rPr>
          <w:b/>
        </w:rPr>
        <w:t xml:space="preserve">[05:32] </w:t>
      </w:r>
      <w:r>
        <w:t>khas tor par is ki jo do kitabein hain, ek hai human knowledge aur doosra jo hai why</w:t>
      </w:r>
    </w:p>
    <w:p>
      <w:pPr>
        <w:jc w:val="right"/>
      </w:pPr>
      <w:r>
        <w:t>خاص طور پر اس کی جو دو کتابیں ہیں، ایک ہے ہیومن نالج اور دوسرا جو ہے وائی</w:t>
      </w:r>
    </w:p>
    <w:p>
      <w:r>
        <w:rPr>
          <w:b/>
        </w:rPr>
        <w:t xml:space="preserve">[05:37] </w:t>
      </w:r>
      <w:r>
        <w:t>i am not a christian.</w:t>
      </w:r>
    </w:p>
    <w:p>
      <w:pPr>
        <w:jc w:val="right"/>
      </w:pPr>
      <w:r>
        <w:t>آئی ایم ناٹ ا کرسچن۔</w:t>
      </w:r>
    </w:p>
    <w:p>
      <w:r>
        <w:rPr>
          <w:b/>
        </w:rPr>
        <w:t xml:space="preserve">[05:42] </w:t>
      </w:r>
      <w:r>
        <w:t>to behal in kitabon ke mutale se aur</w:t>
      </w:r>
    </w:p>
    <w:p>
      <w:pPr>
        <w:jc w:val="right"/>
      </w:pPr>
      <w:r>
        <w:t>تو بہرحال ان کتابوں کے مطالعے سے اور</w:t>
      </w:r>
    </w:p>
    <w:p>
      <w:r>
        <w:rPr>
          <w:b/>
        </w:rPr>
        <w:t xml:space="preserve">[05:47] </w:t>
      </w:r>
      <w:r>
        <w:t>doosri cheezein jo main parhin, is ke baad mera jo manna hai woh yeh hai ke yeh jo</w:t>
      </w:r>
    </w:p>
    <w:p>
      <w:pPr>
        <w:jc w:val="right"/>
      </w:pPr>
      <w:r>
        <w:t>دوسری چیزیں جو میں پڑھیں، اس کے بعد میرا جو ماننا ہے وہ یہ ہے کہ یہ جو</w:t>
      </w:r>
    </w:p>
    <w:p>
      <w:r>
        <w:rPr>
          <w:b/>
        </w:rPr>
        <w:t xml:space="preserve">[05:57] </w:t>
      </w:r>
      <w:r>
        <w:t>belief ka issue hai khuda ko manna ka, yeh sara mamla level of marifat ka hai, marifat ki satah.</w:t>
      </w:r>
    </w:p>
    <w:p>
      <w:pPr>
        <w:jc w:val="right"/>
      </w:pPr>
      <w:r>
        <w:t>بیلیف کا ایشو ہے خدا کو ماننے کا، یہ سارا معاملہ لیول آف معرفت کا ہے، معرفت کی سطح۔</w:t>
      </w:r>
    </w:p>
    <w:p>
      <w:r>
        <w:rPr>
          <w:b/>
        </w:rPr>
        <w:t xml:space="preserve">[06:07] </w:t>
      </w:r>
      <w:r>
        <w:t>english mein aap kahein ke level of realization, le</w:t>
      </w:r>
    </w:p>
    <w:p>
      <w:pPr>
        <w:jc w:val="right"/>
      </w:pPr>
      <w:r>
        <w:t>انگلش میں آپ کہیں کہ لیول آف ریلائزیشن، لی</w:t>
      </w:r>
    </w:p>
    <w:p>
      <w:r>
        <w:rPr>
          <w:b/>
        </w:rPr>
        <w:t xml:space="preserve">[06:17] </w:t>
      </w:r>
      <w:r>
        <w:t>vel of understanding.</w:t>
      </w:r>
    </w:p>
    <w:p>
      <w:pPr>
        <w:jc w:val="right"/>
      </w:pPr>
      <w:r>
        <w:t>ول آف انڈرسٹینڈنگ۔</w:t>
      </w:r>
    </w:p>
    <w:p>
      <w:r>
        <w:rPr>
          <w:b/>
        </w:rPr>
        <w:t xml:space="preserve">[06:24] </w:t>
      </w:r>
      <w:r>
        <w:t>yani is ka matlab nahi ke khud khuda ke wajood mein koi doubt hai, aisa nahi hai.</w:t>
      </w:r>
    </w:p>
    <w:p>
      <w:pPr>
        <w:jc w:val="right"/>
      </w:pPr>
      <w:r>
        <w:t>یعنی اس کا مطلب نہیں کہ خود خدا کے وجود میں کوئی ڈاؤٹ ہے، ایسا نہیں ہے۔</w:t>
      </w:r>
    </w:p>
    <w:p>
      <w:r>
        <w:rPr>
          <w:b/>
        </w:rPr>
        <w:t xml:space="preserve">[06:31] </w:t>
      </w:r>
      <w:r>
        <w:t>balkeh woh level jo hona chahiye khuda ko realize karne ke liye, us mein kami hoti hai to</w:t>
      </w:r>
    </w:p>
    <w:p>
      <w:pPr>
        <w:jc w:val="right"/>
      </w:pPr>
      <w:r>
        <w:t>بلکہ وہ لیول جو ہونا چاہیے خدا کو ریلائز کرنے کے لیے، اس میں کمی ہوتی ہے تو</w:t>
      </w:r>
    </w:p>
    <w:p>
      <w:r>
        <w:rPr>
          <w:b/>
        </w:rPr>
        <w:t xml:space="preserve">[06:38] </w:t>
      </w:r>
      <w:r>
        <w:t>woh kehte hain ke sir aap khuda hain ke nahi hain, yeh shak karte hain.</w:t>
      </w:r>
    </w:p>
    <w:p>
      <w:pPr>
        <w:jc w:val="right"/>
      </w:pPr>
      <w:r>
        <w:t>وہ کہتے ہیں کہ سر آپ خدا ہیں کہ نہیں ہیں، یہ شک کرتے ہیں۔</w:t>
      </w:r>
    </w:p>
    <w:p>
      <w:r>
        <w:rPr>
          <w:b/>
        </w:rPr>
        <w:t xml:space="preserve">[06:45] </w:t>
      </w:r>
      <w:r>
        <w:t>It all depends upon the level of ma'rifah, level of understanding.</w:t>
      </w:r>
    </w:p>
    <w:p>
      <w:pPr>
        <w:jc w:val="right"/>
      </w:pPr>
      <w:r>
        <w:t>اٹ آل ڈیپینڈز اپون دا لیول آف معرفہ، لیول آف انڈرسٹینڈنگ۔</w:t>
      </w:r>
    </w:p>
    <w:p>
      <w:r>
        <w:rPr>
          <w:b/>
        </w:rPr>
        <w:t xml:space="preserve">[06:52] </w:t>
      </w:r>
      <w:r>
        <w:t>dekhiye, abhi main adam garh gaya tha to wahan par ek us zamane mein jab ke main rehta</w:t>
      </w:r>
    </w:p>
    <w:p>
      <w:pPr>
        <w:jc w:val="right"/>
      </w:pPr>
      <w:r>
        <w:t>دیکھیے، ابھی میں آدم گڑھ گیا تھا تو وہاں پر ایک اس زمانے میں جب کہ میں رہتا</w:t>
      </w:r>
    </w:p>
    <w:p>
      <w:r>
        <w:rPr>
          <w:b/>
        </w:rPr>
        <w:t xml:space="preserve">[06:58] </w:t>
      </w:r>
      <w:r>
        <w:t>tha, yani azadi se pehle, pre 1947 era, to us waqt is poore area mein sab se bara</w:t>
      </w:r>
    </w:p>
    <w:p>
      <w:pPr>
        <w:jc w:val="right"/>
      </w:pPr>
      <w:r>
        <w:t>تھا، یعنی آزادی سے پہلے، پری 1947 ایرا، تو اس وقت اس پورے ایریا میں سب سے بڑا</w:t>
      </w:r>
    </w:p>
    <w:p>
      <w:r>
        <w:rPr>
          <w:b/>
        </w:rPr>
        <w:t xml:space="preserve">[07:04] </w:t>
      </w:r>
      <w:r>
        <w:t>makan jo tha woh raja herk chand ka hota tha.</w:t>
      </w:r>
    </w:p>
    <w:p>
      <w:pPr>
        <w:jc w:val="right"/>
      </w:pPr>
      <w:r>
        <w:t>مکان جو تھا وہ راجہ ہرک چند کا ہوتا تھا۔</w:t>
      </w:r>
    </w:p>
    <w:p>
      <w:r>
        <w:rPr>
          <w:b/>
        </w:rPr>
        <w:t xml:space="preserve">[07:10] </w:t>
      </w:r>
      <w:r>
        <w:t>raja herk chand bohat bari kothi banai thi unhon ne aur 1946 mein un ki death ho gayi.</w:t>
      </w:r>
    </w:p>
    <w:p>
      <w:pPr>
        <w:jc w:val="right"/>
      </w:pPr>
      <w:r>
        <w:t>راجہ ہرک چند بہت بڑی کوٹھی بنائی تھی انہوں نے اور 1946 میں ان کی ڈیتھ ہو گئی۔</w:t>
      </w:r>
    </w:p>
    <w:p>
      <w:r>
        <w:rPr>
          <w:b/>
        </w:rPr>
        <w:t xml:space="preserve">[07:16] </w:t>
      </w:r>
      <w:r>
        <w:t>is mein rehna nahi mila unhein</w:t>
      </w:r>
    </w:p>
    <w:p>
      <w:pPr>
        <w:jc w:val="right"/>
      </w:pPr>
      <w:r>
        <w:t>اس میں رہنا نہیں ملا انہیں</w:t>
      </w:r>
    </w:p>
    <w:p>
      <w:r>
        <w:rPr>
          <w:b/>
        </w:rPr>
        <w:t xml:space="preserve">[07:22] </w:t>
      </w:r>
      <w:r>
        <w:t>.</w:t>
      </w:r>
    </w:p>
    <w:p>
      <w:pPr>
        <w:jc w:val="right"/>
      </w:pPr>
      <w:r>
        <w:t>۔</w:t>
      </w:r>
    </w:p>
    <w:p>
      <w:r>
        <w:rPr>
          <w:b/>
        </w:rPr>
        <w:t xml:space="preserve">[07:27] </w:t>
      </w:r>
      <w:r>
        <w:t>boht barson ke baad bani thi lekin wo is mein rahe baghair wo mar gaye.</w:t>
      </w:r>
    </w:p>
    <w:p>
      <w:pPr>
        <w:jc w:val="right"/>
      </w:pPr>
      <w:r>
        <w:t>بہت برسوں کے بعد بنی تھی لیکن وہ اس میں رہے بغیر وہ مر گئے۔</w:t>
      </w:r>
    </w:p>
    <w:p>
      <w:r>
        <w:rPr>
          <w:b/>
        </w:rPr>
        <w:t xml:space="preserve">[07:32] </w:t>
      </w:r>
      <w:r>
        <w:t>to khair, wahan jo cheez, wahan mein gaya kyunke wahan par kuch mujhe recording karni thi ek.</w:t>
      </w:r>
    </w:p>
    <w:p>
      <w:pPr>
        <w:jc w:val="right"/>
      </w:pPr>
      <w:r>
        <w:t>تو خیر، وہاں جو چیز، وہاں میں گیا کیونکہ وہاں پر کچھ مجھے ریکارڈنگ کرنی تھی ایک۔</w:t>
      </w:r>
    </w:p>
    <w:p>
      <w:r>
        <w:rPr>
          <w:b/>
        </w:rPr>
        <w:t xml:space="preserve">[07:37] </w:t>
      </w:r>
      <w:r>
        <w:t>to us zamane mein jo test tha buildingon ke baray mein to is mein naqsh o nigar boht hota tha.</w:t>
      </w:r>
    </w:p>
    <w:p>
      <w:pPr>
        <w:jc w:val="right"/>
      </w:pPr>
      <w:r>
        <w:t>تو اس زمانے میں جو ٹیسٹ تھا بلڈنگوں کے بارے میں تو اس میں نقش و نگار بہت ہوتا تھا۔</w:t>
      </w:r>
    </w:p>
    <w:p>
      <w:r>
        <w:rPr>
          <w:b/>
        </w:rPr>
        <w:t xml:space="preserve">[07:42] </w:t>
      </w:r>
      <w:r>
        <w:t>yani is ko kahengay shayad is sculpture.</w:t>
      </w:r>
    </w:p>
    <w:p>
      <w:pPr>
        <w:jc w:val="right"/>
      </w:pPr>
      <w:r>
        <w:t>یعنی اس کو کہیں گے شاید اسکلپچر۔</w:t>
      </w:r>
    </w:p>
    <w:p>
      <w:r>
        <w:rPr>
          <w:b/>
        </w:rPr>
        <w:t xml:space="preserve">[07:47] </w:t>
      </w:r>
      <w:r>
        <w:t>to ek thay noor muhammad, wo is ke boht baray</w:t>
      </w:r>
    </w:p>
    <w:p>
      <w:pPr>
        <w:jc w:val="right"/>
      </w:pPr>
      <w:r>
        <w:t>تو ایک تھے نور محمد، وہ اس کے بہت بڑے</w:t>
      </w:r>
    </w:p>
    <w:p>
      <w:r>
        <w:rPr>
          <w:b/>
        </w:rPr>
        <w:t xml:space="preserve">[07:52] </w:t>
      </w:r>
      <w:r>
        <w:t>expert thay.</w:t>
      </w:r>
    </w:p>
    <w:p>
      <w:pPr>
        <w:jc w:val="right"/>
      </w:pPr>
      <w:r>
        <w:t>ایکسپرٹ تھے۔</w:t>
      </w:r>
    </w:p>
    <w:p>
      <w:r>
        <w:rPr>
          <w:b/>
        </w:rPr>
        <w:t xml:space="preserve">[07:56] </w:t>
      </w:r>
      <w:r>
        <w:t>is poore area mein number one samjhate thay wo naqsh o nigar jo banate thay buildingon mein.</w:t>
      </w:r>
    </w:p>
    <w:p>
      <w:pPr>
        <w:jc w:val="right"/>
      </w:pPr>
      <w:r>
        <w:t>اس پورے ایریا میں نمبر ون سمجھاتے تھے وہ نقش و نگار جو بناتے تھے بلڈنگوں میں۔</w:t>
      </w:r>
    </w:p>
    <w:p>
      <w:r>
        <w:rPr>
          <w:b/>
        </w:rPr>
        <w:t xml:space="preserve">[08:00] </w:t>
      </w:r>
      <w:r>
        <w:t>pehle raja, maharajah aur nawab ke haan jo buildingen banti theen to boht hi is mein naqsh o</w:t>
      </w:r>
    </w:p>
    <w:p>
      <w:pPr>
        <w:jc w:val="right"/>
      </w:pPr>
      <w:r>
        <w:t>پہلے راجہ، مہاراجہ اور نواب کے ہاں جو بلڈنگیں بنتی تھیں تو بہت ہی اس میں نقش و</w:t>
      </w:r>
    </w:p>
    <w:p>
      <w:r>
        <w:rPr>
          <w:b/>
        </w:rPr>
        <w:t xml:space="preserve">[08:04] </w:t>
      </w:r>
      <w:r>
        <w:t>nigar hotay thay.</w:t>
      </w:r>
    </w:p>
    <w:p>
      <w:pPr>
        <w:jc w:val="right"/>
      </w:pPr>
      <w:r>
        <w:t>نگار ہوتے تھے۔</w:t>
      </w:r>
    </w:p>
    <w:p>
      <w:r>
        <w:rPr>
          <w:b/>
        </w:rPr>
        <w:t xml:space="preserve">[08:08] </w:t>
      </w:r>
      <w:r>
        <w:t>ab to wo architecture hai nahi, wo architecture ab khatam ho gaya.</w:t>
      </w:r>
    </w:p>
    <w:p>
      <w:pPr>
        <w:jc w:val="right"/>
      </w:pPr>
      <w:r>
        <w:t>اب تو وہ آرکیٹیکچر ہے نہیں، وہ آرکیٹیکچر اب ختم ہو گیا۔</w:t>
      </w:r>
    </w:p>
    <w:p>
      <w:r>
        <w:rPr>
          <w:b/>
        </w:rPr>
        <w:t xml:space="preserve">[08:11] </w:t>
      </w:r>
      <w:r>
        <w:t>to wasay expert bhi aap shayad duniya mein na hon.</w:t>
      </w:r>
    </w:p>
    <w:p>
      <w:pPr>
        <w:jc w:val="right"/>
      </w:pPr>
      <w:r>
        <w:t>تو ویسے ایکسپرٹ بھی آپ شاید دنیا میں نہ ہوں۔</w:t>
      </w:r>
    </w:p>
    <w:p>
      <w:r>
        <w:rPr>
          <w:b/>
        </w:rPr>
        <w:t xml:space="preserve">[08:15] </w:t>
      </w:r>
      <w:r>
        <w:t>to noor muhammad sahab boht zabardast expert thay is baat ke naqsh o nigar jo banta hai cement</w:t>
      </w:r>
    </w:p>
    <w:p>
      <w:pPr>
        <w:jc w:val="right"/>
      </w:pPr>
      <w:r>
        <w:t>تو نور محمد صاحب بہت زبردست ایکسپرٹ تھے اس بات کے نقش و نگار جو بنتا ہے سیمنٹ</w:t>
      </w:r>
    </w:p>
    <w:p>
      <w:r>
        <w:rPr>
          <w:b/>
        </w:rPr>
        <w:t xml:space="preserve">[08:19] </w:t>
      </w:r>
      <w:r>
        <w:t>se ya color se</w:t>
      </w:r>
    </w:p>
    <w:p>
      <w:pPr>
        <w:jc w:val="right"/>
      </w:pPr>
      <w:r>
        <w:t>سے یا کلر سے</w:t>
      </w:r>
    </w:p>
    <w:p>
      <w:r>
        <w:rPr>
          <w:b/>
        </w:rPr>
        <w:t xml:space="preserve">[08:23] </w:t>
      </w:r>
      <w:r>
        <w:t>.</w:t>
      </w:r>
    </w:p>
    <w:p>
      <w:pPr>
        <w:jc w:val="right"/>
      </w:pPr>
      <w:r>
        <w:t>۔</w:t>
      </w:r>
    </w:p>
    <w:p>
      <w:r>
        <w:rPr>
          <w:b/>
        </w:rPr>
        <w:t xml:space="preserve">[08:27] </w:t>
      </w:r>
      <w:r>
        <w:t>to unhon ne sara is ki kothi mein kaam kiya tha.</w:t>
      </w:r>
    </w:p>
    <w:p>
      <w:pPr>
        <w:jc w:val="right"/>
      </w:pPr>
      <w:r>
        <w:t>تو انہوں نے سارا اس کی کوٹھی میں کام کیا تھا۔</w:t>
      </w:r>
    </w:p>
    <w:p>
      <w:r>
        <w:rPr>
          <w:b/>
        </w:rPr>
        <w:t xml:space="preserve">[08:31] </w:t>
      </w:r>
      <w:r>
        <w:t>to is ko dekhte hi mujhe noor muhammad sahab yaad aa gaye.</w:t>
      </w:r>
    </w:p>
    <w:p>
      <w:pPr>
        <w:jc w:val="right"/>
      </w:pPr>
      <w:r>
        <w:t>تو اس کو دیکھتے ہی مجھے نور محمد صاحب یاد آ گئے۔</w:t>
      </w:r>
    </w:p>
    <w:p>
      <w:r>
        <w:rPr>
          <w:b/>
        </w:rPr>
        <w:t xml:space="preserve">[08:36] </w:t>
      </w:r>
      <w:r>
        <w:t>is building ko dekhte hi noor muhammad yaad aa gaye ke wo akela ek insan tha is zamane</w:t>
      </w:r>
    </w:p>
    <w:p>
      <w:pPr>
        <w:jc w:val="right"/>
      </w:pPr>
      <w:r>
        <w:t>اس بلڈنگ کو دیکھتے ہی نور محمد یاد آ گئے کہ وہ اکیلا ایک انسان تھا اس زمانے</w:t>
      </w:r>
    </w:p>
    <w:p>
      <w:r>
        <w:rPr>
          <w:b/>
        </w:rPr>
        <w:t xml:space="preserve">[08:40] </w:t>
      </w:r>
      <w:r>
        <w:t>mein jo samjha jata tha ke is ka expert hai.</w:t>
      </w:r>
    </w:p>
    <w:p>
      <w:pPr>
        <w:jc w:val="right"/>
      </w:pPr>
      <w:r>
        <w:t>میں جو سمجھا جاتا تھا کہ اس کا ایکسپرٹ ہے۔</w:t>
      </w:r>
    </w:p>
    <w:p>
      <w:r>
        <w:rPr>
          <w:b/>
        </w:rPr>
        <w:t xml:space="preserve">[08:44] </w:t>
      </w:r>
      <w:r>
        <w:t>is kainaat ko dekh kar ke khuda na yaad aaye aap ko, khuda ko aap realize na kar saken.</w:t>
      </w:r>
    </w:p>
    <w:p>
      <w:pPr>
        <w:jc w:val="right"/>
      </w:pPr>
      <w:r>
        <w:t>اس کائنات کو دیکھ کر کے خدا نہ یاد آئے آپ کو، خدا کو آپ ریلائز نہ کر سکیں۔</w:t>
      </w:r>
    </w:p>
    <w:p>
      <w:r>
        <w:rPr>
          <w:b/>
        </w:rPr>
        <w:t xml:space="preserve">[08:49] </w:t>
      </w:r>
      <w:r>
        <w:t>that is a question of</w:t>
      </w:r>
    </w:p>
    <w:p>
      <w:pPr>
        <w:jc w:val="right"/>
      </w:pPr>
      <w:r>
        <w:t>دیٹ از اے کوئسچن آف</w:t>
      </w:r>
    </w:p>
    <w:p>
      <w:r>
        <w:rPr>
          <w:b/>
        </w:rPr>
        <w:t xml:space="preserve">[08:53] </w:t>
      </w:r>
      <w:r>
        <w:t>marifat.</w:t>
      </w:r>
    </w:p>
    <w:p>
      <w:pPr>
        <w:jc w:val="right"/>
      </w:pPr>
      <w:r>
        <w:t>معرفت۔</w:t>
      </w:r>
    </w:p>
    <w:p>
      <w:r>
        <w:rPr>
          <w:b/>
        </w:rPr>
        <w:t xml:space="preserve">[08:57] </w:t>
      </w:r>
      <w:r>
        <w:t>yani level aap ka wo nahi hai bana jis se aap discover kar saken.</w:t>
      </w:r>
    </w:p>
    <w:p>
      <w:pPr>
        <w:jc w:val="right"/>
      </w:pPr>
      <w:r>
        <w:t>یعنی لیول آپ کا وہ نہیں ہے بنا جس سے آپ ڈسکور کر سکیں۔</w:t>
      </w:r>
    </w:p>
    <w:p>
      <w:r>
        <w:rPr>
          <w:b/>
        </w:rPr>
        <w:t xml:space="preserve">[09:01] </w:t>
      </w:r>
      <w:r>
        <w:t>jaise jo aadmi hark chand ki kothi ke baray mein na janta ho ke noor muhammad jo thay</w:t>
      </w:r>
    </w:p>
    <w:p>
      <w:pPr>
        <w:jc w:val="right"/>
      </w:pPr>
      <w:r>
        <w:t>جیسے جو آدمی ہرک چند کی کوٹھی کے بارے میں نہ جانتا ہو کہ نور محمد جو تھے</w:t>
      </w:r>
    </w:p>
    <w:p>
      <w:r>
        <w:rPr>
          <w:b/>
        </w:rPr>
        <w:t xml:space="preserve">[09:06] </w:t>
      </w:r>
      <w:r>
        <w:t>unhon ne banaya hai, to bas kothi ko dekhe ga aur noor muhammad ka koi concept is ke</w:t>
      </w:r>
    </w:p>
    <w:p>
      <w:pPr>
        <w:jc w:val="right"/>
      </w:pPr>
      <w:r>
        <w:t>انہوں نے بنایا ہے، تو بس کوٹھی کو دیکھے گا اور نور محمد کا کوئی کانسیپٹ اس کے</w:t>
      </w:r>
    </w:p>
    <w:p>
      <w:r>
        <w:rPr>
          <w:b/>
        </w:rPr>
        <w:t xml:space="preserve">[09:10] </w:t>
      </w:r>
      <w:r>
        <w:t>mind mein nahi aye ga.</w:t>
      </w:r>
    </w:p>
    <w:p>
      <w:pPr>
        <w:jc w:val="right"/>
      </w:pPr>
      <w:r>
        <w:t>مائنڈ میں نہیں آئے گا۔</w:t>
      </w:r>
    </w:p>
    <w:p>
      <w:r>
        <w:rPr>
          <w:b/>
        </w:rPr>
        <w:t xml:space="preserve">[09:14] </w:t>
      </w:r>
      <w:r>
        <w:t>kyunke woh janta hi nahi hai.</w:t>
      </w:r>
    </w:p>
    <w:p>
      <w:pPr>
        <w:jc w:val="right"/>
      </w:pPr>
      <w:r>
        <w:t>کیونکہ وہ جانتا ہی نہیں ہے۔</w:t>
      </w:r>
    </w:p>
    <w:p>
      <w:r>
        <w:rPr>
          <w:b/>
        </w:rPr>
        <w:t xml:space="preserve">[09:19] </w:t>
      </w:r>
      <w:r>
        <w:t>bas dekhega aur aur aur ek chala jayega. main chunke</w:t>
      </w:r>
    </w:p>
    <w:p>
      <w:pPr>
        <w:jc w:val="right"/>
      </w:pPr>
      <w:r>
        <w:t>بس دیکھے گا اور اور اور ایک چلا جائے گا۔ میں چونکہ</w:t>
      </w:r>
    </w:p>
    <w:p>
      <w:r>
        <w:rPr>
          <w:b/>
        </w:rPr>
        <w:t xml:space="preserve">[09:23] </w:t>
      </w:r>
      <w:r>
        <w:t>janta tha apni aankhon ke samne unhon ne unhon ne kaam kiya tha, main achhi tarah waqif tha is se.</w:t>
      </w:r>
    </w:p>
    <w:p>
      <w:pPr>
        <w:jc w:val="right"/>
      </w:pPr>
      <w:r>
        <w:t>جانتا تھا اپنی آنکھوں کے سامنے انہوں نے انہوں نے کام کیا تھا، میں اچھی طرح واقف تھا اس سے۔</w:t>
      </w:r>
    </w:p>
    <w:p>
      <w:r>
        <w:rPr>
          <w:b/>
        </w:rPr>
        <w:t xml:space="preserve">[09:28] </w:t>
      </w:r>
      <w:r>
        <w:t>toh un ki kothi ko dekhte hi foran main samajh liya ke Noor Muhammad ka yeh kaam hai.</w:t>
      </w:r>
    </w:p>
    <w:p>
      <w:pPr>
        <w:jc w:val="right"/>
      </w:pPr>
      <w:r>
        <w:t>تو ان کی کوٹھی کو دیکھتے ہی فوراً میں سمجھ لیا کہ نور محمد کا یہ کام ہے۔</w:t>
      </w:r>
    </w:p>
    <w:p>
      <w:r>
        <w:rPr>
          <w:b/>
        </w:rPr>
        <w:t xml:space="preserve">[09:33] </w:t>
      </w:r>
      <w:r>
        <w:t>balke us zamane mein woh itna mashhoor the woh ke koi bohat achha agar kahin kaam hota tha</w:t>
      </w:r>
    </w:p>
    <w:p>
      <w:pPr>
        <w:jc w:val="right"/>
      </w:pPr>
      <w:r>
        <w:t>بلکہ اس زمانے میں وہ اتنا مشہور تھے وہ کہ کوئی بہت اچھا اگر کہیں کام ہوتا تھا</w:t>
      </w:r>
    </w:p>
    <w:p>
      <w:r>
        <w:rPr>
          <w:b/>
        </w:rPr>
        <w:t xml:space="preserve">[09:38] </w:t>
      </w:r>
      <w:r>
        <w:t>kisi building mein naqsh o nigar ka toh log kehte the bhai yeh toh Noor Muhammad ka kaam</w:t>
      </w:r>
    </w:p>
    <w:p>
      <w:pPr>
        <w:jc w:val="right"/>
      </w:pPr>
      <w:r>
        <w:t>کسی بلڈنگ میں نقش و نگار کا تو لوگ کہتے تھے بھئی یہ تو نور محمد کا کام</w:t>
      </w:r>
    </w:p>
    <w:p>
      <w:r>
        <w:rPr>
          <w:b/>
        </w:rPr>
        <w:t xml:space="preserve">[09:43] </w:t>
      </w:r>
      <w:r>
        <w:t>hai aur toh koi aisa bana sakta nahi hai.</w:t>
      </w:r>
    </w:p>
    <w:p>
      <w:pPr>
        <w:jc w:val="right"/>
      </w:pPr>
      <w:r>
        <w:t>ہے اور تو کوئی ایسا بنا سکتا نہیں ہے۔</w:t>
      </w:r>
    </w:p>
    <w:p>
      <w:r>
        <w:rPr>
          <w:b/>
        </w:rPr>
        <w:t xml:space="preserve">[09:48] </w:t>
      </w:r>
      <w:r>
        <w:t>toh building ko dekh kar maine Noor Muhammad</w:t>
      </w:r>
    </w:p>
    <w:p>
      <w:pPr>
        <w:jc w:val="right"/>
      </w:pPr>
      <w:r>
        <w:t>تو بلڈنگ کو دیکھ کر میں نے نور محمد</w:t>
      </w:r>
    </w:p>
    <w:p>
      <w:r>
        <w:rPr>
          <w:b/>
        </w:rPr>
        <w:t xml:space="preserve">[09:53] </w:t>
      </w:r>
      <w:r>
        <w:t>ko yaad kiya.</w:t>
      </w:r>
    </w:p>
    <w:p>
      <w:pPr>
        <w:jc w:val="right"/>
      </w:pPr>
      <w:r>
        <w:t>کو یاد کیا۔</w:t>
      </w:r>
    </w:p>
    <w:p>
      <w:r>
        <w:rPr>
          <w:b/>
        </w:rPr>
        <w:t xml:space="preserve">[09:56] </w:t>
      </w:r>
      <w:r>
        <w:t>aisi is kainat ko dekh kar aap Khuda ko yaad karenge agar aap ki marifat jo hai</w:t>
      </w:r>
    </w:p>
    <w:p>
      <w:pPr>
        <w:jc w:val="right"/>
      </w:pPr>
      <w:r>
        <w:t>ایسی اس کائنات کو دیکھ کر آپ خدا کو یاد کریں گے اگر آپ کی معرفت جو ہے</w:t>
      </w:r>
    </w:p>
    <w:p>
      <w:r>
        <w:rPr>
          <w:b/>
        </w:rPr>
        <w:t xml:space="preserve">[10:00] </w:t>
      </w:r>
      <w:r>
        <w:t>is darje ko pahunchi hui ho.</w:t>
      </w:r>
    </w:p>
    <w:p>
      <w:pPr>
        <w:jc w:val="right"/>
      </w:pPr>
      <w:r>
        <w:t>اس درجے کو پہنچی ہوئی ہو۔</w:t>
      </w:r>
    </w:p>
    <w:p>
      <w:r>
        <w:rPr>
          <w:b/>
        </w:rPr>
        <w:t xml:space="preserve">[10:03] </w:t>
      </w:r>
      <w:r>
        <w:t>toh us zamane mein jab ke maine is par bohat hi study ki thi, us zamane ka</w:t>
      </w:r>
    </w:p>
    <w:p>
      <w:pPr>
        <w:jc w:val="right"/>
      </w:pPr>
      <w:r>
        <w:t>تو اس زمانے میں جب کہ میں نے اس پر بہت ہی اسٹڈی کی تھی، اس زمانے کا</w:t>
      </w:r>
    </w:p>
    <w:p>
      <w:r>
        <w:rPr>
          <w:b/>
        </w:rPr>
        <w:t xml:space="preserve">[10:07] </w:t>
      </w:r>
      <w:r>
        <w:t>ek waqia mujhe yaad aata hai, woh yahan Adam Garh ka ke hum log jahan rehte the badraqa</w:t>
      </w:r>
    </w:p>
    <w:p>
      <w:pPr>
        <w:jc w:val="right"/>
      </w:pPr>
      <w:r>
        <w:t>ایک واقعہ مجھے یاد آتا ہے، وہ یہاں آدم گڑھ کا کہ ہم لوگ جہاں رہتے تھے بدرقہ</w:t>
      </w:r>
    </w:p>
    <w:p>
      <w:r>
        <w:rPr>
          <w:b/>
        </w:rPr>
        <w:t xml:space="preserve">[10:10] </w:t>
      </w:r>
      <w:r>
        <w:t>mein baki manzil mein, toh baki manzil se mila hua ek sahib ka makan tha, un ka naam</w:t>
      </w:r>
    </w:p>
    <w:p>
      <w:pPr>
        <w:jc w:val="right"/>
      </w:pPr>
      <w:r>
        <w:t>میں باقی منزل میں، تو باقی منزل سے ملا ہوا ایک صاحب کا مکان تھا، ان کا نام</w:t>
      </w:r>
    </w:p>
    <w:p>
      <w:r>
        <w:rPr>
          <w:b/>
        </w:rPr>
        <w:t xml:space="preserve">[10:13] </w:t>
      </w:r>
      <w:r>
        <w:t>tha Shah Naseer.</w:t>
      </w:r>
    </w:p>
    <w:p>
      <w:pPr>
        <w:jc w:val="right"/>
      </w:pPr>
      <w:r>
        <w:t>تھا شاہ نصیر۔</w:t>
      </w:r>
    </w:p>
    <w:p>
      <w:r>
        <w:rPr>
          <w:b/>
        </w:rPr>
        <w:t xml:space="preserve">[10:17] </w:t>
      </w:r>
      <w:r>
        <w:t>un ka naam tha.</w:t>
      </w:r>
    </w:p>
    <w:p>
      <w:pPr>
        <w:jc w:val="right"/>
      </w:pPr>
      <w:r>
        <w:t>ان کا نام تھا۔</w:t>
      </w:r>
    </w:p>
    <w:p>
      <w:r>
        <w:rPr>
          <w:b/>
        </w:rPr>
        <w:t xml:space="preserve">[10:20] </w:t>
      </w:r>
      <w:r>
        <w:t>ab un ki death ho chuki hai. toh</w:t>
      </w:r>
    </w:p>
    <w:p>
      <w:pPr>
        <w:jc w:val="right"/>
      </w:pPr>
      <w:r>
        <w:t>اب ان کی ڈیتھ ہو چکی ہے۔ تو</w:t>
      </w:r>
    </w:p>
    <w:p>
      <w:r>
        <w:rPr>
          <w:b/>
        </w:rPr>
        <w:t xml:space="preserve">[10:23] </w:t>
      </w:r>
      <w:r>
        <w:t>ek din main ghar se nikla toh woh apne ghar ke bahar charpai par baithe hue the.</w:t>
      </w:r>
    </w:p>
    <w:p>
      <w:pPr>
        <w:jc w:val="right"/>
      </w:pPr>
      <w:r>
        <w:t>ایک دن میں گھر سے نکلا تو وہ اپنے گھر کے باہر چارپائی پر بیٹھے ہوئے تھے۔</w:t>
      </w:r>
    </w:p>
    <w:p>
      <w:r>
        <w:rPr>
          <w:b/>
        </w:rPr>
        <w:t xml:space="preserve">[10:30] </w:t>
      </w:r>
      <w:r>
        <w:t>main pahuncha toh abhi main khada tha, woh baithe hue charpai par achaanak unhon ne ek sawal kiya.</w:t>
      </w:r>
    </w:p>
    <w:p>
      <w:pPr>
        <w:jc w:val="right"/>
      </w:pPr>
      <w:r>
        <w:t>میں پہنچا تو ابھی میں کھڑا تھا، وہ بیٹھے ہوئے چارپائی پر اچانک انہوں نے ایک سوال کیا۔</w:t>
      </w:r>
    </w:p>
    <w:p>
      <w:r>
        <w:rPr>
          <w:b/>
        </w:rPr>
        <w:t xml:space="preserve">[10:36] </w:t>
      </w:r>
      <w:r>
        <w:t>achaanak, kya insan Khuda ko dekh sakta hai? ab tak mujhe woh scene yaad hai ke woh charpai</w:t>
      </w:r>
    </w:p>
    <w:p>
      <w:pPr>
        <w:jc w:val="right"/>
      </w:pPr>
      <w:r>
        <w:t>اچانک، کیا انسان خدا کو دیکھ سکتا ہے؟ اب تک مجھے وہ سین یاد ہے کہ وہ چارپائی</w:t>
      </w:r>
    </w:p>
    <w:p>
      <w:r>
        <w:rPr>
          <w:b/>
        </w:rPr>
        <w:t xml:space="preserve">[10:42] </w:t>
      </w:r>
      <w:r>
        <w:t>par baithe hue hain aur main wahan khada hua hoon.</w:t>
      </w:r>
    </w:p>
    <w:p>
      <w:pPr>
        <w:jc w:val="right"/>
      </w:pPr>
      <w:r>
        <w:t>پر بیٹھے ہوئے ہیں اور میں وہاں کھڑا ہوا ہوں۔</w:t>
      </w:r>
    </w:p>
    <w:p>
      <w:r>
        <w:rPr>
          <w:b/>
        </w:rPr>
        <w:t xml:space="preserve">[10:49] </w:t>
      </w:r>
      <w:r>
        <w:t>woh kehte hain, kya insan Khuda ko dekh sakta hai?</w:t>
      </w:r>
    </w:p>
    <w:p>
      <w:pPr>
        <w:jc w:val="right"/>
      </w:pPr>
      <w:r>
        <w:t>وہ کہتے ہیں، کیا انسان خدا کو دیکھ سکتا ہے؟</w:t>
      </w:r>
    </w:p>
    <w:p>
      <w:r>
        <w:rPr>
          <w:b/>
        </w:rPr>
        <w:t xml:space="preserve">[10:55] </w:t>
      </w:r>
      <w:r>
        <w:t>to instantly mere zehan se nikalta hai, kya aap ne abhi tak Khuda ko dekha nahi? kya aap ne abhi tak Khuda ko dekha nahi? to is zamane mein jab maine study ki is issue par to aisa sach much lagta tha mujhe ke main Khuda ko dekh raha hoon. jis tarah se Hark Chand ki kothi ko dekh kar aisa laga mujhe ke main Noor Muhammad ko dekh raha hoon. aisi is kainat ko dekh</w:t>
      </w:r>
    </w:p>
    <w:p>
      <w:pPr>
        <w:jc w:val="right"/>
      </w:pPr>
      <w:r>
        <w:t>تو انسٹنٹلی میرے ذہن سے نکلتا ہے، کیا آپ نے ابھی تک خدا کو دیکھا نہیں؟ کیا آپ نے ابھی تک خدا کو دیکھا نہیں؟ تو اس زمانے میں جب میں نے اسٹڈی کی اس ایشو پر تو ایسا سچ مچ لگتا تھا مجھے کہ میں خدا کو دیکھ رہا ہوں۔ جس طرح سے ہرک چند کی کوٹھی کو دیکھ کر ایسا لگا مجھے کہ میں نور محمد کو دیکھ رہا ہوں۔ ایسی اس کائنات کو دیکھ</w:t>
      </w:r>
    </w:p>
    <w:p>
      <w:r>
        <w:rPr>
          <w:b/>
        </w:rPr>
        <w:t xml:space="preserve">[11:25] </w:t>
      </w:r>
      <w:r>
        <w:t>kar, is duniya ko dekh kar aisa lagne laga mujhe ke main Khuda ko dekh raha hoon.</w:t>
      </w:r>
    </w:p>
    <w:p>
      <w:pPr>
        <w:jc w:val="right"/>
      </w:pPr>
      <w:r>
        <w:t>کر، اس دنیا کو دیکھ کر ایسا لگنے لگا مجھے کہ میں خدا کو دیکھ رہا ہوں۔</w:t>
      </w:r>
    </w:p>
    <w:p>
      <w:r>
        <w:rPr>
          <w:b/>
        </w:rPr>
        <w:t xml:space="preserve">[11:30] </w:t>
      </w:r>
      <w:r>
        <w:t>toh main samajhta hoon ke sara mamla jo hai yeh marifat ki satah ka hai, yani level of</w:t>
      </w:r>
    </w:p>
    <w:p>
      <w:pPr>
        <w:jc w:val="right"/>
      </w:pPr>
      <w:r>
        <w:t>تو میں سمجھتا ہوں کہ سارا معاملہ جو ہے یہ معرفت کی سطح کا ہے، یعنی لیول آف</w:t>
      </w:r>
    </w:p>
    <w:p>
      <w:r>
        <w:rPr>
          <w:b/>
        </w:rPr>
        <w:t xml:space="preserve">[11:35] </w:t>
      </w:r>
      <w:r>
        <w:t>understanding ka hai. sara mamla.</w:t>
      </w:r>
    </w:p>
    <w:p>
      <w:pPr>
        <w:jc w:val="right"/>
      </w:pPr>
      <w:r>
        <w:t>انڈرسٹینڈنگ کا ہے۔ سارا معاملہ۔</w:t>
      </w:r>
    </w:p>
    <w:p>
      <w:r>
        <w:rPr>
          <w:b/>
        </w:rPr>
        <w:t xml:space="preserve">[11:40] </w:t>
      </w:r>
      <w:r>
        <w:t>ab mein aap ko aik historical example deta hoon.</w:t>
      </w:r>
    </w:p>
    <w:p>
      <w:pPr>
        <w:jc w:val="right"/>
      </w:pPr>
      <w:r>
        <w:t>اب میں آپ کو ایک ہسٹاریکل ایگزامپل دیتا ہوں۔</w:t>
      </w:r>
    </w:p>
    <w:p>
      <w:r>
        <w:rPr>
          <w:b/>
        </w:rPr>
        <w:t xml:space="preserve">[11:45] </w:t>
      </w:r>
      <w:r>
        <w:t>dekhiye, hum sab jante hain suraj ko aur zameen ko.</w:t>
      </w:r>
    </w:p>
    <w:p>
      <w:pPr>
        <w:jc w:val="right"/>
      </w:pPr>
      <w:r>
        <w:t>دیکھیے، ہم سب جانتے ہیں سورج کو اور زمین کو۔</w:t>
      </w:r>
    </w:p>
    <w:p>
      <w:r>
        <w:rPr>
          <w:b/>
        </w:rPr>
        <w:t xml:space="preserve">[11:50] </w:t>
      </w:r>
      <w:r>
        <w:t>har din hum dekhte hain</w:t>
      </w:r>
    </w:p>
    <w:p>
      <w:pPr>
        <w:jc w:val="right"/>
      </w:pPr>
      <w:r>
        <w:t>ہر دن ہم دیکھتے ہیں</w:t>
      </w:r>
    </w:p>
    <w:p>
      <w:r>
        <w:rPr>
          <w:b/>
        </w:rPr>
        <w:t xml:space="preserve">[11:55] </w:t>
      </w:r>
      <w:r>
        <w:t>zameen ko, har din dekhte hain hum Suraj ko. to naked eye se jab aap dekhte hain to lagta hai ke hum zameen par khade hue hain aur Suraj jo hai is ke gird nikla aur dooba. yani East se nikla aur aur chalte chalte chalte West mein dooba. yeh hum dekhte hain apni aankh se. to apparently, yani sun revolves around this around our earth. to is</w:t>
      </w:r>
    </w:p>
    <w:p>
      <w:pPr>
        <w:jc w:val="right"/>
      </w:pPr>
      <w:r>
        <w:t>زمین کو، ہر دن دیکھتے ہیں ہم سورج کو۔ تو نیکڈ آئی سے جب آپ دیکھتے ہیں تو لگتا ہے کہ ہم زمین پر کھڑے ہوئے ہیں اور سورج جو ہے اس کے گرد نکلا اور ڈوبا۔ یعنی ایسٹ سے نکلا اور اور چلتے چلتے چلتے ویسٹ میں ڈوبا۔ یہ ہم دیکھتے ہیں اپنی آنکھ سے۔ تو اپرینٹلی، یعنی سن ریواز اراؤنڈ دس اراؤنڈ اور ارتھ۔ تو اس</w:t>
      </w:r>
    </w:p>
    <w:p>
      <w:r>
        <w:rPr>
          <w:b/>
        </w:rPr>
        <w:t xml:space="preserve">[12:25] </w:t>
      </w:r>
      <w:r>
        <w:t>se pehle, yani Greece mein aik philosopher tha jis ka naam hai Ptolemy.</w:t>
      </w:r>
    </w:p>
    <w:p>
      <w:pPr>
        <w:jc w:val="right"/>
      </w:pPr>
      <w:r>
        <w:t>سے پہلے، یعنی گریس میں ایک فلاسفر تھا جس کا نام ہے ٹالمی۔</w:t>
      </w:r>
    </w:p>
    <w:p>
      <w:r>
        <w:rPr>
          <w:b/>
        </w:rPr>
        <w:t xml:space="preserve">[12:31] </w:t>
      </w:r>
      <w:r>
        <w:t>P-T-O-L-E-M-Y, yani P silent hai. Ptolemy.</w:t>
      </w:r>
    </w:p>
    <w:p>
      <w:pPr>
        <w:jc w:val="right"/>
      </w:pPr>
      <w:r>
        <w:t>پی ٹی او ایل ای ایم وائی، یعنی پی سائلنٹ ہے۔ ٹالمی۔</w:t>
      </w:r>
    </w:p>
    <w:p>
      <w:r>
        <w:rPr>
          <w:b/>
        </w:rPr>
        <w:t xml:space="preserve">[12:37] </w:t>
      </w:r>
      <w:r>
        <w:t>yeh second century AD ka aadmi hai.</w:t>
      </w:r>
    </w:p>
    <w:p>
      <w:pPr>
        <w:jc w:val="right"/>
      </w:pPr>
      <w:r>
        <w:t>یہ سیکنڈ سنچری اے ڈی کا آدمی ہے۔</w:t>
      </w:r>
    </w:p>
    <w:p>
      <w:r>
        <w:rPr>
          <w:b/>
        </w:rPr>
        <w:t xml:space="preserve">[12:44] </w:t>
      </w:r>
      <w:r>
        <w:t>yani doosri sadi eesvi ka aadmi hai.</w:t>
      </w:r>
    </w:p>
    <w:p>
      <w:pPr>
        <w:jc w:val="right"/>
      </w:pPr>
      <w:r>
        <w:t>یعنی دوسری صدی عیسوی کا آدمی ہے۔</w:t>
      </w:r>
    </w:p>
    <w:p>
      <w:r>
        <w:rPr>
          <w:b/>
        </w:rPr>
        <w:t xml:space="preserve">[12:50] </w:t>
      </w:r>
      <w:r>
        <w:t>to jo hamein dikhai parta hai usi se is ne philosophy banai apni ke beech mein zameen hai</w:t>
      </w:r>
    </w:p>
    <w:p>
      <w:pPr>
        <w:jc w:val="right"/>
      </w:pPr>
      <w:r>
        <w:t>تو جو ہمیں دکھائی پڑتا ہے اسی سے اس نے فلاسفی بنائی اپنی کہ بیچ میں زمین ہے</w:t>
      </w:r>
    </w:p>
    <w:p>
      <w:r>
        <w:rPr>
          <w:b/>
        </w:rPr>
        <w:t xml:space="preserve">[12:56] </w:t>
      </w:r>
      <w:r>
        <w:t>aur is ke charon taraf suraj ghoom raha hai.</w:t>
      </w:r>
    </w:p>
    <w:p>
      <w:pPr>
        <w:jc w:val="right"/>
      </w:pPr>
      <w:r>
        <w:t>اور اس کے چاروں طرف سورج گھوم رہا ہے۔</w:t>
      </w:r>
    </w:p>
    <w:p>
      <w:r>
        <w:rPr>
          <w:b/>
        </w:rPr>
        <w:t xml:space="preserve">[13:01] </w:t>
      </w:r>
      <w:r>
        <w:t>is ko kehte hain geo-centric theory.</w:t>
      </w:r>
    </w:p>
    <w:p>
      <w:pPr>
        <w:jc w:val="right"/>
      </w:pPr>
      <w:r>
        <w:t>اس کو کہتے ہیں جیو سینٹرک تھیوری۔</w:t>
      </w:r>
    </w:p>
    <w:p>
      <w:r>
        <w:rPr>
          <w:b/>
        </w:rPr>
        <w:t xml:space="preserve">[13:06] </w:t>
      </w:r>
      <w:r>
        <w:t>to Ptolemy se attribute ki jati hai geo-centric theory.</w:t>
      </w:r>
    </w:p>
    <w:p>
      <w:pPr>
        <w:jc w:val="right"/>
      </w:pPr>
      <w:r>
        <w:t>تو ٹالمی سے ایٹریبیوٹ کی جاتی ہے جیو سینٹرک تھیوری۔</w:t>
      </w:r>
    </w:p>
    <w:p>
      <w:r>
        <w:rPr>
          <w:b/>
        </w:rPr>
        <w:t xml:space="preserve">[13:11] </w:t>
      </w:r>
      <w:r>
        <w:t>yani is ko kehte hain Urdu mein kahenge zameen markazi nazariya.</w:t>
      </w:r>
    </w:p>
    <w:p>
      <w:pPr>
        <w:jc w:val="right"/>
      </w:pPr>
      <w:r>
        <w:t>یعنی اس کو کہتے ہیں اردو میں کہیں گے زمین مرکزی نظریہ۔</w:t>
      </w:r>
    </w:p>
    <w:p>
      <w:r>
        <w:rPr>
          <w:b/>
        </w:rPr>
        <w:t xml:space="preserve">[13:16] </w:t>
      </w:r>
      <w:r>
        <w:t>zameen ka center mein hona aur suraj ka is ke gird ghoomna.</w:t>
      </w:r>
    </w:p>
    <w:p>
      <w:pPr>
        <w:jc w:val="right"/>
      </w:pPr>
      <w:r>
        <w:t>زمین کا سینٹر میں ہونا اور سورج کا اس کے گرد گھومنا۔</w:t>
      </w:r>
    </w:p>
    <w:p>
      <w:r>
        <w:rPr>
          <w:b/>
        </w:rPr>
        <w:t xml:space="preserve">[13:22] </w:t>
      </w:r>
      <w:r>
        <w:t>yeh Ptolemy ne yeh nazariya pesh kiya second century AD mein.</w:t>
      </w:r>
    </w:p>
    <w:p>
      <w:pPr>
        <w:jc w:val="right"/>
      </w:pPr>
      <w:r>
        <w:t>یہ ٹالمی نے یہ نظریہ پیش کیا سیکنڈ سنچری اے ڈی میں۔</w:t>
      </w:r>
    </w:p>
    <w:p>
      <w:r>
        <w:rPr>
          <w:b/>
        </w:rPr>
        <w:t xml:space="preserve">[13:27] </w:t>
      </w:r>
      <w:r>
        <w:t>aur yeh sadiyon tak yahi mana jata raha.</w:t>
      </w:r>
    </w:p>
    <w:p>
      <w:pPr>
        <w:jc w:val="right"/>
      </w:pPr>
      <w:r>
        <w:t>اور یہ صدیوں تک یہی مانا جاتا رہا۔</w:t>
      </w:r>
    </w:p>
    <w:p>
      <w:r>
        <w:rPr>
          <w:b/>
        </w:rPr>
        <w:t xml:space="preserve">[13:31] </w:t>
      </w:r>
      <w:r>
        <w:t>kyun? jo aadmi dekhta tha aise hi lagta tha is ko.</w:t>
      </w:r>
    </w:p>
    <w:p>
      <w:pPr>
        <w:jc w:val="right"/>
      </w:pPr>
      <w:r>
        <w:t>کیوں؟ جو آدمی دیکھتا تھا ایسے ہی لگتا تھا اس کو۔</w:t>
      </w:r>
    </w:p>
    <w:p>
      <w:r>
        <w:rPr>
          <w:b/>
        </w:rPr>
        <w:t xml:space="preserve">[13:35] </w:t>
      </w:r>
      <w:r>
        <w:t>naked eye se jo aap dekhte hain to yahi lagta hai aap ko ke beech mein zameen hai</w:t>
      </w:r>
    </w:p>
    <w:p>
      <w:pPr>
        <w:jc w:val="right"/>
      </w:pPr>
      <w:r>
        <w:t>نیکڈ آئی سے جو آپ دیکھتے ہیں تو یہی لگتا ہے آپ کو کہ بیچ میں زمین ہے</w:t>
      </w:r>
    </w:p>
    <w:p>
      <w:r>
        <w:rPr>
          <w:b/>
        </w:rPr>
        <w:t xml:space="preserve">[13:40] </w:t>
      </w:r>
      <w:r>
        <w:t>aur suraj jaise nikla aur nikalte nikalte yahan tak aa kar doob gaya.</w:t>
      </w:r>
    </w:p>
    <w:p>
      <w:pPr>
        <w:jc w:val="right"/>
      </w:pPr>
      <w:r>
        <w:t>اور سورج جیسے نکلا اور نکلتے نکلتے یہاں تک آ کر ڈوب گیا۔</w:t>
      </w:r>
    </w:p>
    <w:p>
      <w:r>
        <w:rPr>
          <w:b/>
        </w:rPr>
        <w:t xml:space="preserve">[13:44] </w:t>
      </w:r>
      <w:r>
        <w:t>to lagta hai ke zameen beech mein hai aur suraj ghoom raha hai.</w:t>
      </w:r>
    </w:p>
    <w:p>
      <w:pPr>
        <w:jc w:val="right"/>
      </w:pPr>
      <w:r>
        <w:t>تو لگتا ہے کہ زمین بیچ میں ہے اور سورج گھوم رہا ہے۔</w:t>
      </w:r>
    </w:p>
    <w:p>
      <w:r>
        <w:rPr>
          <w:b/>
        </w:rPr>
        <w:t xml:space="preserve">[13:48] </w:t>
      </w:r>
      <w:r>
        <w:t>phir kya hua ke jab telescope bana, telescope.</w:t>
      </w:r>
    </w:p>
    <w:p>
      <w:pPr>
        <w:jc w:val="right"/>
      </w:pPr>
      <w:r>
        <w:t>پھر کیا ہوا کہ جب ٹیلیسکوپ بنا، ٹیلیسکوپ۔</w:t>
      </w:r>
    </w:p>
    <w:p>
      <w:r>
        <w:rPr>
          <w:b/>
        </w:rPr>
        <w:t xml:space="preserve">[13:53] </w:t>
      </w:r>
      <w:r>
        <w:t>to Galileo jo Italy ka astronomer tha, is</w:t>
      </w:r>
    </w:p>
    <w:p>
      <w:pPr>
        <w:jc w:val="right"/>
      </w:pPr>
      <w:r>
        <w:t>تو گلیلیو جو اٹلی کا اسٹرانومر تھا، اس</w:t>
      </w:r>
    </w:p>
    <w:p>
      <w:r>
        <w:rPr>
          <w:b/>
        </w:rPr>
        <w:t xml:space="preserve">[13:57] </w:t>
      </w:r>
      <w:r>
        <w:t>ne 1609 yani 1609 mein pehli baar, yeh Galileo history ka pehla astronomer tha jis ne space mein</w:t>
      </w:r>
    </w:p>
    <w:p>
      <w:pPr>
        <w:jc w:val="right"/>
      </w:pPr>
      <w:r>
        <w:t>نے 1609 یعنی 1609 میں پہلی بار، یہ گلیلیو ہسٹری کا پہلا اسٹرانومر تھا جس نے اسپیس میں</w:t>
      </w:r>
    </w:p>
    <w:p>
      <w:r>
        <w:rPr>
          <w:b/>
        </w:rPr>
        <w:t xml:space="preserve">[14:03] </w:t>
      </w:r>
      <w:r>
        <w:t>telescope se dekha.</w:t>
      </w:r>
    </w:p>
    <w:p>
      <w:pPr>
        <w:jc w:val="right"/>
      </w:pPr>
      <w:r>
        <w:t>ٹیلیسکوپ سے دیکھا۔</w:t>
      </w:r>
    </w:p>
    <w:p>
      <w:r>
        <w:rPr>
          <w:b/>
        </w:rPr>
        <w:t xml:space="preserve">[14:09] </w:t>
      </w:r>
      <w:r>
        <w:t>telescope se dekha is ne.</w:t>
      </w:r>
    </w:p>
    <w:p>
      <w:pPr>
        <w:jc w:val="right"/>
      </w:pPr>
      <w:r>
        <w:t>ٹیلیسکوپ سے دیکھا اس نے۔</w:t>
      </w:r>
    </w:p>
    <w:p>
      <w:r>
        <w:rPr>
          <w:b/>
        </w:rPr>
        <w:t xml:space="preserve">[14:16] </w:t>
      </w:r>
      <w:r>
        <w:t>telescope banai thi aik aur scientist ne jo Holland ka tha, lekin istemal kiya is ko is ne</w:t>
      </w:r>
    </w:p>
    <w:p>
      <w:pPr>
        <w:jc w:val="right"/>
      </w:pPr>
      <w:r>
        <w:t>ٹیلیسکوپ بنائی تھی ایک اور سائنٹسٹ نے جو ہالینڈ کا تھا، لیکن استعمال کیا اس کو اس نے</w:t>
      </w:r>
    </w:p>
    <w:p>
      <w:r>
        <w:rPr>
          <w:b/>
        </w:rPr>
        <w:t xml:space="preserve">[14:22] </w:t>
      </w:r>
      <w:r>
        <w:t>galilio ne 1609 mein.</w:t>
      </w:r>
    </w:p>
    <w:p>
      <w:pPr>
        <w:jc w:val="right"/>
      </w:pPr>
      <w:r>
        <w:t>گلیلیو نے 1609 میں۔</w:t>
      </w:r>
    </w:p>
    <w:p>
      <w:r>
        <w:rPr>
          <w:b/>
        </w:rPr>
        <w:t xml:space="preserve">[14:28] </w:t>
      </w:r>
      <w:r>
        <w:t>to is jab 1609 mein is ne dekha space ko telescope se to ek bilkul ek naya scene</w:t>
      </w:r>
    </w:p>
    <w:p>
      <w:pPr>
        <w:jc w:val="right"/>
      </w:pPr>
      <w:r>
        <w:t>تو اس جب 1609 میں اس نے دیکھا اسپیس کو ٹیلیسکوپ سے تو ایک بالکل ایک نیا سین</w:t>
      </w:r>
    </w:p>
    <w:p>
      <w:r>
        <w:rPr>
          <w:b/>
        </w:rPr>
        <w:t xml:space="preserve">[14:34] </w:t>
      </w:r>
      <w:r>
        <w:t>is ke samne aa gaya.</w:t>
      </w:r>
    </w:p>
    <w:p>
      <w:pPr>
        <w:jc w:val="right"/>
      </w:pPr>
      <w:r>
        <w:t>اس کے سامنے آ گیا۔</w:t>
      </w:r>
    </w:p>
    <w:p>
      <w:r>
        <w:rPr>
          <w:b/>
        </w:rPr>
        <w:t xml:space="preserve">[14:40] </w:t>
      </w:r>
      <w:r>
        <w:t>jo naked eye se dikhai parta tha us se bohat zyada alag, bohat zyada bara, bohat zyada different.</w:t>
      </w:r>
    </w:p>
    <w:p>
      <w:pPr>
        <w:jc w:val="right"/>
      </w:pPr>
      <w:r>
        <w:t>جو نیکڈ آئی سے دکھائی پڑتا تھا اس سے بہت زیادہ الگ، بہت زیادہ بڑا، بہت زیادہ ڈفرنٹ۔</w:t>
      </w:r>
    </w:p>
    <w:p>
      <w:r>
        <w:rPr>
          <w:b/>
        </w:rPr>
        <w:t xml:space="preserve">[14:46] </w:t>
      </w:r>
      <w:r>
        <w:t>to galilio ne yeh baat kahi ke talmi ki soch galat hai.</w:t>
      </w:r>
    </w:p>
    <w:p>
      <w:pPr>
        <w:jc w:val="right"/>
      </w:pPr>
      <w:r>
        <w:t>تو گلیلیو نے یہ بات کہی کہ ٹالمی کی سوچ غلط ہے۔</w:t>
      </w:r>
    </w:p>
    <w:p>
      <w:r>
        <w:rPr>
          <w:b/>
        </w:rPr>
        <w:t xml:space="preserve">[14:52] </w:t>
      </w:r>
      <w:r>
        <w:t>sahi baat yeh hai ke suraj center mein hai aur zameen is ke gird ghoom rahi hai.</w:t>
      </w:r>
    </w:p>
    <w:p>
      <w:pPr>
        <w:jc w:val="right"/>
      </w:pPr>
      <w:r>
        <w:t>صحیح بات یہ ہے کہ سورج سینٹر میں ہے اور زمین اس کے گرد گھوم رہی ہے۔</w:t>
      </w:r>
    </w:p>
    <w:p>
      <w:r>
        <w:rPr>
          <w:b/>
        </w:rPr>
        <w:t xml:space="preserve">[14:58] </w:t>
      </w:r>
      <w:r>
        <w:t>ab dekhiye ke ek tha, ab mein kahoon ke teen level hain.</w:t>
      </w:r>
    </w:p>
    <w:p>
      <w:pPr>
        <w:jc w:val="right"/>
      </w:pPr>
      <w:r>
        <w:t>اب دیکھیے کہ ایک تھا، اب میں کہوں کہ تین لیول ہیں۔</w:t>
      </w:r>
    </w:p>
    <w:p>
      <w:r>
        <w:rPr>
          <w:b/>
        </w:rPr>
        <w:t xml:space="preserve">[15:04] </w:t>
      </w:r>
      <w:r>
        <w:t>ek hai level yani pre telescope level of understanding.</w:t>
      </w:r>
    </w:p>
    <w:p>
      <w:pPr>
        <w:jc w:val="right"/>
      </w:pPr>
      <w:r>
        <w:t>ایک ہے لیول یعنی پری ٹیلیسکوپ لیول آف انڈرسٹینڈنگ۔</w:t>
      </w:r>
    </w:p>
    <w:p>
      <w:r>
        <w:rPr>
          <w:b/>
        </w:rPr>
        <w:t xml:space="preserve">[15:11] </w:t>
      </w:r>
      <w:r>
        <w:t>telescope se pehle ki soch.</w:t>
      </w:r>
    </w:p>
    <w:p>
      <w:pPr>
        <w:jc w:val="right"/>
      </w:pPr>
      <w:r>
        <w:t>ٹیلیسکوپ سے پہلے کی سوچ۔</w:t>
      </w:r>
    </w:p>
    <w:p>
      <w:r>
        <w:rPr>
          <w:b/>
        </w:rPr>
        <w:t xml:space="preserve">[15:17] </w:t>
      </w:r>
      <w:r>
        <w:t>pre telescope level of understanding.</w:t>
      </w:r>
    </w:p>
    <w:p>
      <w:pPr>
        <w:jc w:val="right"/>
      </w:pPr>
      <w:r>
        <w:t>پری ٹیلیسکوپ لیول آف انڈرسٹینڈنگ۔</w:t>
      </w:r>
    </w:p>
    <w:p>
      <w:r>
        <w:rPr>
          <w:b/>
        </w:rPr>
        <w:t xml:space="preserve">[15:23] </w:t>
      </w:r>
      <w:r>
        <w:t>dusra hai post telescope level of understanding.</w:t>
      </w:r>
    </w:p>
    <w:p>
      <w:pPr>
        <w:jc w:val="right"/>
      </w:pPr>
      <w:r>
        <w:t>دوسرا ہے پوسٹ ٹیلیسکوپ لیول آف انڈرسٹینڈنگ۔</w:t>
      </w:r>
    </w:p>
    <w:p>
      <w:r>
        <w:rPr>
          <w:b/>
        </w:rPr>
        <w:t xml:space="preserve">[15:29] </w:t>
      </w:r>
      <w:r>
        <w:t>phir teesra jo hai jo main arz karna chahunga ke beyond telescope level of understanding. yeh teen level hain. to telescope se pehle jo level tha marifat ka, woh is ko yani is ka jo alamati taur par naam hum le sakte hain woh Tolmi ka hai. jab duniya mein telescope bani nahi thi, apni aankh se dekhta tha aadmi. to telesco</w:t>
      </w:r>
    </w:p>
    <w:p>
      <w:pPr>
        <w:jc w:val="right"/>
      </w:pPr>
      <w:r>
        <w:t>پھر تیسرا جو ہے جو میں عرض کرنا چاہوں گا کہ بیان ٹیلیسکوپ لیول آف انڈرسٹینڈنگ۔ یہ تین لیول ہیں۔ تو ٹیلیسکوپ سے پہلے جو لیول تھا معرفت کا، وہ اس کو یعنی اس کا جو علامتی طور پر نام ہم لے سکتے ہیں وہ ٹالمی کا ہے۔ جب دنیا میں ٹیلیسکوپ بنی نہیں تھی، اپنی آنکھ سے دیکھتا تھا آدمی۔ تو ٹیلیسکو</w:t>
      </w:r>
    </w:p>
    <w:p>
      <w:r>
        <w:rPr>
          <w:b/>
        </w:rPr>
        <w:t xml:space="preserve">[15:59] </w:t>
      </w:r>
      <w:r>
        <w:t>p se pehle ka jo zamana hai woh hai talmi ka zamana.</w:t>
      </w:r>
    </w:p>
    <w:p>
      <w:pPr>
        <w:jc w:val="right"/>
      </w:pPr>
      <w:r>
        <w:t>پ سے پہلے کا جو زمانہ ہے وہ ہے ٹالمی کا زمانہ۔</w:t>
      </w:r>
    </w:p>
    <w:p>
      <w:r>
        <w:rPr>
          <w:b/>
        </w:rPr>
        <w:t xml:space="preserve">[16:05] </w:t>
      </w:r>
      <w:r>
        <w:t>to jo dekha tha us ne wahi.</w:t>
      </w:r>
    </w:p>
    <w:p>
      <w:pPr>
        <w:jc w:val="right"/>
      </w:pPr>
      <w:r>
        <w:t>تو جو دیکھا تھا اس نے وہی۔</w:t>
      </w:r>
    </w:p>
    <w:p>
      <w:r>
        <w:rPr>
          <w:b/>
        </w:rPr>
        <w:t xml:space="preserve">[16:11] </w:t>
      </w:r>
      <w:r>
        <w:t>us ne kaha ke zameen beech mein hai aur suraj ghoom raha hai is ke gird.</w:t>
      </w:r>
    </w:p>
    <w:p>
      <w:pPr>
        <w:jc w:val="right"/>
      </w:pPr>
      <w:r>
        <w:t>اس نے کہا کہ زمین بیچ میں ہے اور سورج گھوم رہا ہے اس کے گرد۔</w:t>
      </w:r>
    </w:p>
    <w:p>
      <w:r>
        <w:rPr>
          <w:b/>
        </w:rPr>
        <w:t xml:space="preserve">[16:17] </w:t>
      </w:r>
      <w:r>
        <w:t>lekin jab telescope ka zamana aaya aur insan ne zyada door tak dekha to rai badal gayi.</w:t>
      </w:r>
    </w:p>
    <w:p>
      <w:pPr>
        <w:jc w:val="right"/>
      </w:pPr>
      <w:r>
        <w:t>لیکن جب ٹیلیسکوپ کا زمانہ آیا اور انسان نے زیادہ دور تک دیکھا تو رائے بدل گئی۔</w:t>
      </w:r>
    </w:p>
    <w:p>
      <w:r>
        <w:rPr>
          <w:b/>
        </w:rPr>
        <w:t xml:space="preserve">[16:23] </w:t>
      </w:r>
      <w:r>
        <w:t>aur ab yeh rai bani ke nahi, suraj center mein hai aur zameen ghoom rahi hai.</w:t>
      </w:r>
    </w:p>
    <w:p>
      <w:pPr>
        <w:jc w:val="right"/>
      </w:pPr>
      <w:r>
        <w:t>اور اب یہ رائے بنی کہ نہیں، سورج سینٹر میں ہے اور زمین گھوم رہی ہے۔</w:t>
      </w:r>
    </w:p>
    <w:p>
      <w:r>
        <w:rPr>
          <w:b/>
        </w:rPr>
        <w:t xml:space="preserve">[16:29] </w:t>
      </w:r>
      <w:r>
        <w:t>woh tha yani post telescope level of understanding. is ke baad ek to second century AD mein aata hai Tolmi. aur seven aur aur yeh jo hai doosra jo hai seven 17 century, satrahveen sadi mein aata hai Galileo. second century AD mein aata hai Tolmi. jo pre telesco</w:t>
      </w:r>
    </w:p>
    <w:p>
      <w:pPr>
        <w:jc w:val="right"/>
      </w:pPr>
      <w:r>
        <w:t>وہ تھا یعنی پوسٹ ٹیلیسکوپ لیول آف انڈرسٹینڈنگ۔ اس کے بعد ایک تو سیکنڈ سنچری اے ڈی میں آتا ہے ٹالمی۔ اور سیون اور اور یہ جو ہے دوسرا جو ہے سیون 17 سینچری، سترہویں صدی میں آتا ہے گلیلیو۔ سیکنڈ سنچری اے ڈی میں آتا ہے ٹالمی۔ جو پری ٹیلیسکو</w:t>
      </w:r>
    </w:p>
    <w:p>
      <w:r>
        <w:rPr>
          <w:b/>
        </w:rPr>
        <w:t xml:space="preserve">[16:59] </w:t>
      </w:r>
      <w:r>
        <w:t>پ level of understanding کا نمائندہ تھا۔</w:t>
      </w:r>
    </w:p>
    <w:p>
      <w:pPr>
        <w:jc w:val="right"/>
      </w:pPr>
      <w:r>
        <w:t>پ لیول آف انڈرسٹینڈنگ کا نمائندہ تھا۔</w:t>
      </w:r>
    </w:p>
    <w:p>
      <w:r>
        <w:rPr>
          <w:b/>
        </w:rPr>
        <w:t xml:space="preserve">[17:05] </w:t>
      </w:r>
      <w:r>
        <w:t>aur satrahveen sadi mein yani 17 century mein yani satrahveen sadi mein aata hai galilio.</w:t>
      </w:r>
    </w:p>
    <w:p>
      <w:pPr>
        <w:jc w:val="right"/>
      </w:pPr>
      <w:r>
        <w:t>اور سترہویں صدی میں یعنی 17 سینچری میں یعنی سترہویں صدی میں آتا ہے گلیلیو۔</w:t>
      </w:r>
    </w:p>
    <w:p>
      <w:r>
        <w:rPr>
          <w:b/>
        </w:rPr>
        <w:t xml:space="preserve">[17:12] </w:t>
      </w:r>
      <w:r>
        <w:t>جو represents کرتا ہے post-telescope level of understanding کو۔</w:t>
      </w:r>
    </w:p>
    <w:p>
      <w:pPr>
        <w:jc w:val="right"/>
      </w:pPr>
      <w:r>
        <w:t>جو ریپریزنٹ کرتا ہے پوسٹ ٹیلیسکوپ لیول آف انڈرسٹینڈنگ کو۔</w:t>
      </w:r>
    </w:p>
    <w:p>
      <w:r>
        <w:rPr>
          <w:b/>
        </w:rPr>
        <w:t xml:space="preserve">[17:18] </w:t>
      </w:r>
      <w:r>
        <w:t>ab is ke baad aata hai 20 century mein einstein.</w:t>
      </w:r>
    </w:p>
    <w:p>
      <w:pPr>
        <w:jc w:val="right"/>
      </w:pPr>
      <w:r>
        <w:t>اب اس کے بعد آتا ہے 20 سینچری میں آئنسٹین۔</w:t>
      </w:r>
    </w:p>
    <w:p>
      <w:r>
        <w:rPr>
          <w:b/>
        </w:rPr>
        <w:t xml:space="preserve">[17:24] </w:t>
      </w:r>
      <w:r>
        <w:t>وہ تھا یعنی beyond telescope level of understanding.</w:t>
      </w:r>
    </w:p>
    <w:p>
      <w:pPr>
        <w:jc w:val="right"/>
      </w:pPr>
      <w:r>
        <w:t>وہ تھا یعنی بیونڈ ٹیلیسکوپ لیول آف انڈرسٹینڈنگ۔</w:t>
      </w:r>
    </w:p>
    <w:p>
      <w:r>
        <w:rPr>
          <w:b/>
        </w:rPr>
        <w:t xml:space="preserve">[17:31] </w:t>
      </w:r>
      <w:r>
        <w:t>jo theory of relativity hai woh yahi hai.</w:t>
      </w:r>
    </w:p>
    <w:p>
      <w:pPr>
        <w:jc w:val="right"/>
      </w:pPr>
      <w:r>
        <w:t>جو تھیوری آف ریلیٹیوٹی ہے وہ یہی ہے۔</w:t>
      </w:r>
    </w:p>
    <w:p>
      <w:r>
        <w:rPr>
          <w:b/>
        </w:rPr>
        <w:t xml:space="preserve">[17:36] </w:t>
      </w:r>
      <w:r>
        <w:t>einstein ne jo pesh kiya, jo us ki jo general theory of relativity hai ke jo kuch hum</w:t>
      </w:r>
    </w:p>
    <w:p>
      <w:pPr>
        <w:jc w:val="right"/>
      </w:pPr>
      <w:r>
        <w:t>آئنسٹین نے جو پیش کیا، جو اس کی جو جنرل تھیوری آف ریلیٹیوٹی ہے کہ جو کچھ ہم</w:t>
      </w:r>
    </w:p>
    <w:p>
      <w:r>
        <w:rPr>
          <w:b/>
        </w:rPr>
        <w:t xml:space="preserve">[17:41] </w:t>
      </w:r>
      <w:r>
        <w:t>hamare jo knowledge hai woh space and time ke andar hoti hai.</w:t>
      </w:r>
    </w:p>
    <w:p>
      <w:pPr>
        <w:jc w:val="right"/>
      </w:pPr>
      <w:r>
        <w:t>ہمارے جو نالج ہے وہ اسپیس اینڈ ٹائم کے اندر ہوتی ہے۔</w:t>
      </w:r>
    </w:p>
    <w:p>
      <w:r>
        <w:rPr>
          <w:b/>
        </w:rPr>
        <w:t xml:space="preserve">[17:46] </w:t>
      </w:r>
      <w:r>
        <w:t>hum space and time ke andar hain aur isi mein hum soch paate hain.</w:t>
      </w:r>
    </w:p>
    <w:p>
      <w:pPr>
        <w:jc w:val="right"/>
      </w:pPr>
      <w:r>
        <w:t>ہم اسپیس اینڈ ٹائم کے اندر ہیں اور اسی میں ہم سوچ پاتے ہیں۔</w:t>
      </w:r>
    </w:p>
    <w:p>
      <w:r>
        <w:rPr>
          <w:b/>
        </w:rPr>
        <w:t xml:space="preserve">[17:51] </w:t>
      </w:r>
      <w:r>
        <w:t>beyond space and time ke baray mein hamein kuch pata nahi.</w:t>
      </w:r>
    </w:p>
    <w:p>
      <w:pPr>
        <w:jc w:val="right"/>
      </w:pPr>
      <w:r>
        <w:t>بیونڈ اسپیس اینڈ ٹائم کے بارے میں ہمیں کچھ پتہ نہیں۔</w:t>
      </w:r>
    </w:p>
    <w:p>
      <w:r>
        <w:rPr>
          <w:b/>
        </w:rPr>
        <w:t xml:space="preserve">[17:56] </w:t>
      </w:r>
      <w:r>
        <w:t>to us ne ek bohat hi simple</w:t>
      </w:r>
    </w:p>
    <w:p>
      <w:pPr>
        <w:jc w:val="right"/>
      </w:pPr>
      <w:r>
        <w:t>تو اس نے ایک بہت ہی سمپل</w:t>
      </w:r>
    </w:p>
    <w:p>
      <w:r>
        <w:rPr>
          <w:b/>
        </w:rPr>
        <w:t xml:space="preserve">[18:01] </w:t>
      </w:r>
      <w:r>
        <w:t>misal di hai, bohat hi sada jo har aadmi us ko samajh sakta hai.</w:t>
      </w:r>
    </w:p>
    <w:p>
      <w:pPr>
        <w:jc w:val="right"/>
      </w:pPr>
      <w:r>
        <w:t>مثال دی ہے، بہت ہی سادہ جو ہر آدمی اس کو سمجھ سکتا ہے۔</w:t>
      </w:r>
    </w:p>
    <w:p>
      <w:r>
        <w:rPr>
          <w:b/>
        </w:rPr>
        <w:t xml:space="preserve">[18:04] </w:t>
      </w:r>
      <w:r>
        <w:t>keh aik railway track hai, double line ki.</w:t>
      </w:r>
    </w:p>
    <w:p>
      <w:pPr>
        <w:jc w:val="right"/>
      </w:pPr>
      <w:r>
        <w:t>کہ ایک ریلوے ٹریک ہے، ڈبل لائن کی۔</w:t>
      </w:r>
    </w:p>
    <w:p>
      <w:r>
        <w:rPr>
          <w:b/>
        </w:rPr>
        <w:t xml:space="preserve">[18:08] </w:t>
      </w:r>
      <w:r>
        <w:t>aur do trainen is par dor rahi hain.</w:t>
      </w:r>
    </w:p>
    <w:p>
      <w:pPr>
        <w:jc w:val="right"/>
      </w:pPr>
      <w:r>
        <w:t>اور دو ٹرینیں اس پر دوڑ رہی ہیں۔</w:t>
      </w:r>
    </w:p>
    <w:p>
      <w:r>
        <w:rPr>
          <w:b/>
        </w:rPr>
        <w:t xml:space="preserve">[18:12] </w:t>
      </w:r>
      <w:r>
        <w:t>aik hi speed se, yaani 100 kilometer ki speed se chal rahi hain dono.</w:t>
      </w:r>
    </w:p>
    <w:p>
      <w:pPr>
        <w:jc w:val="right"/>
      </w:pPr>
      <w:r>
        <w:t>ایک ہی سپیڈ سے، یعنی 100 کلومیٹر کی سپیڈ سے چل رہی ہیں دونوں۔</w:t>
      </w:r>
    </w:p>
    <w:p>
      <w:r>
        <w:rPr>
          <w:b/>
        </w:rPr>
        <w:t xml:space="preserve">[18:16] </w:t>
      </w:r>
      <w:r>
        <w:t>suppose kijiye aap.</w:t>
      </w:r>
    </w:p>
    <w:p>
      <w:pPr>
        <w:jc w:val="right"/>
      </w:pPr>
      <w:r>
        <w:t>سپوز کیجیے آپ۔</w:t>
      </w:r>
    </w:p>
    <w:p>
      <w:r>
        <w:rPr>
          <w:b/>
        </w:rPr>
        <w:t xml:space="preserve">[18:20] </w:t>
      </w:r>
      <w:r>
        <w:t>aik dam exact tor par dono ki speed aik hai.</w:t>
      </w:r>
    </w:p>
    <w:p>
      <w:pPr>
        <w:jc w:val="right"/>
      </w:pPr>
      <w:r>
        <w:t>ایک دم ایگزیکٹ طور پر دونوں کی سپیڈ ایک ہے۔</w:t>
      </w:r>
    </w:p>
    <w:p>
      <w:r>
        <w:rPr>
          <w:b/>
        </w:rPr>
        <w:t xml:space="preserve">[18:23] </w:t>
      </w:r>
      <w:r>
        <w:t>acha, aap aik gaari mein bethe hue hain.</w:t>
      </w:r>
    </w:p>
    <w:p>
      <w:pPr>
        <w:jc w:val="right"/>
      </w:pPr>
      <w:r>
        <w:t>اچھا، آپ ایک گاڑی میں بیٹھے ہوئے ہیں۔</w:t>
      </w:r>
    </w:p>
    <w:p>
      <w:r>
        <w:rPr>
          <w:b/>
        </w:rPr>
        <w:t xml:space="preserve">[18:27] </w:t>
      </w:r>
      <w:r>
        <w:t>to aap ko lagega keh doosri</w:t>
      </w:r>
    </w:p>
    <w:p>
      <w:pPr>
        <w:jc w:val="right"/>
      </w:pPr>
      <w:r>
        <w:t>تو آپ کو لگے گا کہ دوسری</w:t>
      </w:r>
    </w:p>
    <w:p>
      <w:r>
        <w:rPr>
          <w:b/>
        </w:rPr>
        <w:t xml:space="preserve">[18:31] </w:t>
      </w:r>
      <w:r>
        <w:t>gaari thehri hui hai.</w:t>
      </w:r>
    </w:p>
    <w:p>
      <w:pPr>
        <w:jc w:val="right"/>
      </w:pPr>
      <w:r>
        <w:t>گاڑی ٹھہری ہوئی ہے۔</w:t>
      </w:r>
    </w:p>
    <w:p>
      <w:r>
        <w:rPr>
          <w:b/>
        </w:rPr>
        <w:t xml:space="preserve">[18:34] </w:t>
      </w:r>
      <w:r>
        <w:t>standing still hai woh.</w:t>
      </w:r>
    </w:p>
    <w:p>
      <w:pPr>
        <w:jc w:val="right"/>
      </w:pPr>
      <w:r>
        <w:t>اسٹینڈنگ سٹل ہے وہ۔</w:t>
      </w:r>
    </w:p>
    <w:p>
      <w:r>
        <w:rPr>
          <w:b/>
        </w:rPr>
        <w:t xml:space="preserve">[18:37] </w:t>
      </w:r>
      <w:r>
        <w:t>jis aik gaari mein aap bethe hue hain, doosri gaari ko dekh rahe hain.</w:t>
      </w:r>
    </w:p>
    <w:p>
      <w:pPr>
        <w:jc w:val="right"/>
      </w:pPr>
      <w:r>
        <w:t>جس ایک گاڑی میں آپ بیٹھے ہوئے ہیں، دوسری گاڑی کو دیکھ رہے ہیں۔</w:t>
      </w:r>
    </w:p>
    <w:p>
      <w:r>
        <w:rPr>
          <w:b/>
        </w:rPr>
        <w:t xml:space="preserve">[18:40] </w:t>
      </w:r>
      <w:r>
        <w:t>to aap ko yeh nahi lagega keh gaari dor rahi hai.</w:t>
      </w:r>
    </w:p>
    <w:p>
      <w:pPr>
        <w:jc w:val="right"/>
      </w:pPr>
      <w:r>
        <w:t>تو آپ کو یہ نہیں لگے گا کہ گاڑی دوڑ رہی ہے۔</w:t>
      </w:r>
    </w:p>
    <w:p>
      <w:r>
        <w:rPr>
          <w:b/>
        </w:rPr>
        <w:t xml:space="preserve">[18:43] </w:t>
      </w:r>
      <w:r>
        <w:t>aap ko lagega bilkul thehri hui hai.</w:t>
      </w:r>
    </w:p>
    <w:p>
      <w:pPr>
        <w:jc w:val="right"/>
      </w:pPr>
      <w:r>
        <w:t>آپ کو لگے گا بالکل ٹھہری ہوئی ہے۔</w:t>
      </w:r>
    </w:p>
    <w:p>
      <w:r>
        <w:rPr>
          <w:b/>
        </w:rPr>
        <w:t xml:space="preserve">[18:46] </w:t>
      </w:r>
      <w:r>
        <w:t>keh aap ki jo speed hai wahi us ki speed hai.</w:t>
      </w:r>
    </w:p>
    <w:p>
      <w:pPr>
        <w:jc w:val="right"/>
      </w:pPr>
      <w:r>
        <w:t>کہ آپ کی جو سپیڈ ہے وہی اس کی سپیڈ ہے۔</w:t>
      </w:r>
    </w:p>
    <w:p>
      <w:r>
        <w:rPr>
          <w:b/>
        </w:rPr>
        <w:t xml:space="preserve">[18:49] </w:t>
      </w:r>
      <w:r>
        <w:t>acha, agar aap opposite side mein gaariyan chal rahi hon, aap ki idhar ja rahi ho, us ki</w:t>
      </w:r>
    </w:p>
    <w:p>
      <w:pPr>
        <w:jc w:val="right"/>
      </w:pPr>
      <w:r>
        <w:t>اچھا، اگر آپ اپوزٹ سائیڈ میں گاڑیاں چل رہی ہوں، آپ کی ادھر جا رہی ہو، اس کی</w:t>
      </w:r>
    </w:p>
    <w:p>
      <w:r>
        <w:rPr>
          <w:b/>
        </w:rPr>
        <w:t xml:space="preserve">[18:52] </w:t>
      </w:r>
      <w:r>
        <w:t>idhar ja rahi ho, to aap ko double speed lagegi.</w:t>
      </w:r>
    </w:p>
    <w:p>
      <w:pPr>
        <w:jc w:val="right"/>
      </w:pPr>
      <w:r>
        <w:t>ادھر جا رہی ہو، تو آپ کو ڈبل اسپیڈ لگے گی۔</w:t>
      </w:r>
    </w:p>
    <w:p>
      <w:r>
        <w:rPr>
          <w:b/>
        </w:rPr>
        <w:t xml:space="preserve">[18:55] </w:t>
      </w:r>
      <w:r>
        <w:t>speed lagegi.</w:t>
      </w:r>
    </w:p>
    <w:p>
      <w:pPr>
        <w:jc w:val="right"/>
      </w:pPr>
      <w:r>
        <w:t>اسپیڈ لگے گی۔</w:t>
      </w:r>
    </w:p>
    <w:p>
      <w:r>
        <w:rPr>
          <w:b/>
        </w:rPr>
        <w:t xml:space="preserve">[18:58] </w:t>
      </w:r>
      <w:r>
        <w:t>yaani 200 kilometer par lagega dor</w:t>
      </w:r>
    </w:p>
    <w:p>
      <w:pPr>
        <w:jc w:val="right"/>
      </w:pPr>
      <w:r>
        <w:t>یعنی 200 کلومیٹر پر لگے گا دوڑ</w:t>
      </w:r>
    </w:p>
    <w:p>
      <w:r>
        <w:rPr>
          <w:b/>
        </w:rPr>
        <w:t xml:space="preserve">[19:01] </w:t>
      </w:r>
      <w:r>
        <w:t>rahi gaari.</w:t>
      </w:r>
    </w:p>
    <w:p>
      <w:pPr>
        <w:jc w:val="right"/>
      </w:pPr>
      <w:r>
        <w:t>رہی گاڑی۔</w:t>
      </w:r>
    </w:p>
    <w:p>
      <w:r>
        <w:rPr>
          <w:b/>
        </w:rPr>
        <w:t xml:space="preserve">[19:06] </w:t>
      </w:r>
      <w:r>
        <w:t>acha, ab aap helicopter par beth jaen, ooper jaen, ooper se dekhen.</w:t>
      </w:r>
    </w:p>
    <w:p>
      <w:pPr>
        <w:jc w:val="right"/>
      </w:pPr>
      <w:r>
        <w:t>اچھا، اب آپ ہیلی کاپٹر پر بیٹھ جائیں، اوپر جائیں، اوپر سے دیکھیں۔</w:t>
      </w:r>
    </w:p>
    <w:p>
      <w:r>
        <w:rPr>
          <w:b/>
        </w:rPr>
        <w:t xml:space="preserve">[19:11] </w:t>
      </w:r>
      <w:r>
        <w:t>to aap dekhenge keh yaani is ko jo asli speed hai is ko dekh paenge aap.</w:t>
      </w:r>
    </w:p>
    <w:p>
      <w:pPr>
        <w:jc w:val="right"/>
      </w:pPr>
      <w:r>
        <w:t>تو آپ دیکھیں گے کہ یعنی اس کو جو اصلی سپیڈ ہے اس کو دیکھ پائیں گے آپ۔</w:t>
      </w:r>
    </w:p>
    <w:p>
      <w:r>
        <w:rPr>
          <w:b/>
        </w:rPr>
        <w:t xml:space="preserve">[19:17] </w:t>
      </w:r>
      <w:r>
        <w:t>keh yeh 100 100 kilometer par hour ki speed chal rahi hai.</w:t>
      </w:r>
    </w:p>
    <w:p>
      <w:pPr>
        <w:jc w:val="right"/>
      </w:pPr>
      <w:r>
        <w:t>کہ یہ 100 100 کلومیٹر پر آور کی سپیڈ چل رہی ہے۔</w:t>
      </w:r>
    </w:p>
    <w:p>
      <w:r>
        <w:rPr>
          <w:b/>
        </w:rPr>
        <w:t xml:space="preserve">[19:22] </w:t>
      </w:r>
      <w:r>
        <w:t>ya 200 200 kilometer par hour ki speed chal rahi hai.</w:t>
      </w:r>
    </w:p>
    <w:p>
      <w:pPr>
        <w:jc w:val="right"/>
      </w:pPr>
      <w:r>
        <w:t>یا 200 200 کلومیٹر پر آور کی سپیڈ چل رہی ہے۔</w:t>
      </w:r>
    </w:p>
    <w:p>
      <w:r>
        <w:rPr>
          <w:b/>
        </w:rPr>
        <w:t xml:space="preserve">[19:27] </w:t>
      </w:r>
      <w:r>
        <w:t>yaani helicopter se aap jab dekhenge</w:t>
      </w:r>
    </w:p>
    <w:p>
      <w:pPr>
        <w:jc w:val="right"/>
      </w:pPr>
      <w:r>
        <w:t>یعنی ہیلی کاپٹر سے آپ جب دیکھیں گے</w:t>
      </w:r>
    </w:p>
    <w:p>
      <w:r>
        <w:rPr>
          <w:b/>
        </w:rPr>
        <w:t xml:space="preserve">[19:32] </w:t>
      </w:r>
      <w:r>
        <w:t>aur jab train mein beth kar dekhenge, dono farq ho jayega.</w:t>
      </w:r>
    </w:p>
    <w:p>
      <w:pPr>
        <w:jc w:val="right"/>
      </w:pPr>
      <w:r>
        <w:t>اور جب ٹرین میں بیٹھ کر دیکھیں گے، دونوں فرق ہو جائے گا۔</w:t>
      </w:r>
    </w:p>
    <w:p>
      <w:r>
        <w:rPr>
          <w:b/>
        </w:rPr>
        <w:t xml:space="preserve">[19:37] </w:t>
      </w:r>
      <w:r>
        <w:t>is ko le kar woh kehta hai keh jo kuch hamara observation hai woh hai space and time ke andar.</w:t>
      </w:r>
    </w:p>
    <w:p>
      <w:pPr>
        <w:jc w:val="right"/>
      </w:pPr>
      <w:r>
        <w:t>اس کو لے کر وہ کہتا ہے کہ جو کچھ ہمارا ابزرویشن ہے وہ ہے اسپیس اینڈ ٹائم کے اندر۔</w:t>
      </w:r>
    </w:p>
    <w:p>
      <w:r>
        <w:rPr>
          <w:b/>
        </w:rPr>
        <w:t xml:space="preserve">[19:42] </w:t>
      </w:r>
      <w:r>
        <w:t>aur bayan space and time jo hai wahan se observe karne ki position hum nahin hain.</w:t>
      </w:r>
    </w:p>
    <w:p>
      <w:pPr>
        <w:jc w:val="right"/>
      </w:pPr>
      <w:r>
        <w:t>اور بیان اسپیس اینڈ ٹائم جو ہے وہاں سے ابزرو کرنے کی پوزیشن ہم نہیں ہیں۔</w:t>
      </w:r>
    </w:p>
    <w:p>
      <w:r>
        <w:rPr>
          <w:b/>
        </w:rPr>
        <w:t xml:space="preserve">[19:47] </w:t>
      </w:r>
      <w:r>
        <w:t>to sab kuch relative hai.</w:t>
      </w:r>
    </w:p>
    <w:p>
      <w:pPr>
        <w:jc w:val="right"/>
      </w:pPr>
      <w:r>
        <w:t>تو سب کچھ ریلیٹیو ہے۔</w:t>
      </w:r>
    </w:p>
    <w:p>
      <w:r>
        <w:rPr>
          <w:b/>
        </w:rPr>
        <w:t xml:space="preserve">[19:52] </w:t>
      </w:r>
      <w:r>
        <w:t>all the observations are relative.</w:t>
      </w:r>
    </w:p>
    <w:p>
      <w:pPr>
        <w:jc w:val="right"/>
      </w:pPr>
      <w:r>
        <w:t>آل دا ابزرویشنز آر ریلیٹیو۔</w:t>
      </w:r>
    </w:p>
    <w:p>
      <w:r>
        <w:rPr>
          <w:b/>
        </w:rPr>
        <w:t xml:space="preserve">[19:57] </w:t>
      </w:r>
      <w:r>
        <w:t>to main yeh kahunga ke Khuda ke mamle mein dekhiye, yeh mamla hai</w:t>
      </w:r>
    </w:p>
    <w:p>
      <w:pPr>
        <w:jc w:val="right"/>
      </w:pPr>
      <w:r>
        <w:t>تو میں یہ کہوں گا کہ خدا کے معاملے میں دیکھیے، یہ معاملہ ہے</w:t>
      </w:r>
    </w:p>
    <w:p>
      <w:r>
        <w:rPr>
          <w:b/>
        </w:rPr>
        <w:t xml:space="preserve">[20:02] </w:t>
      </w:r>
      <w:r>
        <w:t>ke hum Khuda jo hai hum space and time ke andar hain.</w:t>
      </w:r>
    </w:p>
    <w:p>
      <w:pPr>
        <w:jc w:val="right"/>
      </w:pPr>
      <w:r>
        <w:t>کہ ہم خدا جو ہے ہم اسپیس اینڈ ٹائم کے اندر ہیں۔</w:t>
      </w:r>
    </w:p>
    <w:p>
      <w:r>
        <w:rPr>
          <w:b/>
        </w:rPr>
        <w:t xml:space="preserve">[20:06] </w:t>
      </w:r>
      <w:r>
        <w:t>Khuda jo creator hai woh space and time ke bahar hai.</w:t>
      </w:r>
    </w:p>
    <w:p>
      <w:pPr>
        <w:jc w:val="right"/>
      </w:pPr>
      <w:r>
        <w:t>خدا جو کریٹر ہے وہ اسپیس اینڈ ٹائم کے باہر ہے۔</w:t>
      </w:r>
    </w:p>
    <w:p>
      <w:r>
        <w:rPr>
          <w:b/>
        </w:rPr>
        <w:t xml:space="preserve">[20:11] </w:t>
      </w:r>
      <w:r>
        <w:t>beyond space and time.</w:t>
      </w:r>
    </w:p>
    <w:p>
      <w:pPr>
        <w:jc w:val="right"/>
      </w:pPr>
      <w:r>
        <w:t>بیونڈ اسپیس اینڈ ٹائم۔</w:t>
      </w:r>
    </w:p>
    <w:p>
      <w:r>
        <w:rPr>
          <w:b/>
        </w:rPr>
        <w:t xml:space="preserve">[20:15] </w:t>
      </w:r>
      <w:r>
        <w:t>to agar hamare paas woh nigah ho jo beyond space and time dekh sakti ho, tab hum jaan</w:t>
      </w:r>
    </w:p>
    <w:p>
      <w:pPr>
        <w:jc w:val="right"/>
      </w:pPr>
      <w:r>
        <w:t>تو اگر ہمارے پاس وہ نگاہ ہو جو بیونڈ اسپیس اینڈ ٹائم دیکھ سکتی ہو، تب ہم جان</w:t>
      </w:r>
    </w:p>
    <w:p>
      <w:r>
        <w:rPr>
          <w:b/>
        </w:rPr>
        <w:t xml:space="preserve">[20:19] </w:t>
      </w:r>
      <w:r>
        <w:t>payenge Khuda ke existence ko directly.</w:t>
      </w:r>
    </w:p>
    <w:p>
      <w:pPr>
        <w:jc w:val="right"/>
      </w:pPr>
      <w:r>
        <w:t>پائیں گے خدا کے ایگزسٹنس کو ڈائریکٹلی۔</w:t>
      </w:r>
    </w:p>
    <w:p>
      <w:r>
        <w:rPr>
          <w:b/>
        </w:rPr>
        <w:t xml:space="preserve">[20:24] </w:t>
      </w:r>
      <w:r>
        <w:t>abhi hum sirf indirect way mein jaan sakte hain.</w:t>
      </w:r>
    </w:p>
    <w:p>
      <w:pPr>
        <w:jc w:val="right"/>
      </w:pPr>
      <w:r>
        <w:t>ابھی ہم صرف ان ڈائریکٹ وے میں جان سکتے ہیں۔</w:t>
      </w:r>
    </w:p>
    <w:p>
      <w:r>
        <w:rPr>
          <w:b/>
        </w:rPr>
        <w:t xml:space="preserve">[20:28] </w:t>
      </w:r>
      <w:r>
        <w:t>chunaanche jitni bhi n</w:t>
      </w:r>
    </w:p>
    <w:p>
      <w:pPr>
        <w:jc w:val="right"/>
      </w:pPr>
      <w:r>
        <w:t>چنانچہ جتنی بھی ن</w:t>
      </w:r>
    </w:p>
    <w:p>
      <w:r>
        <w:rPr>
          <w:b/>
        </w:rPr>
        <w:t xml:space="preserve">[20:32] </w:t>
      </w:r>
      <w:r>
        <w:t>owledge is science mein hui hai, sab indirect way mein jani gai hai. kyun? is ko hum wahan tak pahunch nahi sakte. yani Einstein ke baad jo knowledge barhi hai science mein, woh sab indirect way mein hasil hui hai. kyunke direct tor par hum jaan nahi sakte is ko. to yeh Quran Majeed mein ghaliban isi ko kaha gaya is tarah se ke LAQAD K</w:t>
      </w:r>
    </w:p>
    <w:p>
      <w:pPr>
        <w:jc w:val="right"/>
      </w:pPr>
      <w:r>
        <w:t>الج اس سائنس میں ہوئی ہے، سب ان ڈائریکٹ وے میں جانی گئی ہے۔ کیوں؟ اس کو ہم وہاں تک پہنچ نہیں سکتے۔ یعنی آئنسٹین کے بعد جو نالج بڑھی ہے سائنس میں، وہ سب ان ڈائریکٹ وے میں حاصل ہوئی ہے۔ کیونکہ ڈائریکٹ طور پر ہم جان نہیں سکتے اس کو۔ تو یہ قرآن مجید میں غالباً اسی کو کہا گیا اس طرح سے کہ لَقَدْ ك</w:t>
      </w:r>
    </w:p>
    <w:p>
      <w:r>
        <w:rPr>
          <w:b/>
        </w:rPr>
        <w:t xml:space="preserve">[21:02] </w:t>
      </w:r>
      <w:r>
        <w:t>unt fi ghaflatin min hadha fakashafna anka ghaytan fabasarukal yawma hadeedan tum the is se pehle is tarah</w:t>
      </w:r>
    </w:p>
    <w:p>
      <w:pPr>
        <w:jc w:val="right"/>
      </w:pPr>
      <w:r>
        <w:t>ُنْتَ فِي غَفْلَةٍ مِّنْ هٰذَا فَكَشَفْنَا أَنْكَ غَيْتَا۟ فَبَصَرْكَ الْيَوْمَ حَدِيدًا تم تھے اس سے پہلے اس طرح</w:t>
      </w:r>
    </w:p>
    <w:p>
      <w:r>
        <w:rPr>
          <w:b/>
        </w:rPr>
        <w:t xml:space="preserve">[21:07] </w:t>
      </w:r>
      <w:r>
        <w:t>se ke tumhare upar nigahon par ek cover pada hua tha.</w:t>
      </w:r>
    </w:p>
    <w:p>
      <w:pPr>
        <w:jc w:val="right"/>
      </w:pPr>
      <w:r>
        <w:t>سے کہ تمہارے اوپر نگاہوں پر ایک کور پڑا ہوا تھا۔</w:t>
      </w:r>
    </w:p>
    <w:p>
      <w:r>
        <w:rPr>
          <w:b/>
        </w:rPr>
        <w:t xml:space="preserve">[21:12] </w:t>
      </w:r>
      <w:r>
        <w:t>tumhari nigahon par ek parda pada hua tha.</w:t>
      </w:r>
    </w:p>
    <w:p>
      <w:pPr>
        <w:jc w:val="right"/>
      </w:pPr>
      <w:r>
        <w:t>تمہاری نگاہوں پر ایک پردہ پڑا ہوا تھا۔</w:t>
      </w:r>
    </w:p>
    <w:p>
      <w:r>
        <w:rPr>
          <w:b/>
        </w:rPr>
        <w:t xml:space="preserve">[21:17] </w:t>
      </w:r>
      <w:r>
        <w:t>aaj hum ne woh parda hata diya.</w:t>
      </w:r>
    </w:p>
    <w:p>
      <w:pPr>
        <w:jc w:val="right"/>
      </w:pPr>
      <w:r>
        <w:t>آج ہم نے وہ پردہ ہٹا دیا۔</w:t>
      </w:r>
    </w:p>
    <w:p>
      <w:r>
        <w:rPr>
          <w:b/>
        </w:rPr>
        <w:t xml:space="preserve">[21:22] </w:t>
      </w:r>
      <w:r>
        <w:t>to ab tum ko har cheez khoob dikhai de rahi hai.</w:t>
      </w:r>
    </w:p>
    <w:p>
      <w:pPr>
        <w:jc w:val="right"/>
      </w:pPr>
      <w:r>
        <w:t>تو اب تم کو ہر چیز خوب دکھائی دے رہی ہے۔</w:t>
      </w:r>
    </w:p>
    <w:p>
      <w:r>
        <w:rPr>
          <w:b/>
        </w:rPr>
        <w:t xml:space="preserve">[21:27] </w:t>
      </w:r>
      <w:r>
        <w:t>laqad kunt fi ghaflatin min hadha fak</w:t>
      </w:r>
    </w:p>
    <w:p>
      <w:pPr>
        <w:jc w:val="right"/>
      </w:pPr>
      <w:r>
        <w:t>لَقَدْ كُنْتَ فِي غَفْلَةٍ مِّنْ هٰذَا فَكَ</w:t>
      </w:r>
    </w:p>
    <w:p>
      <w:r>
        <w:rPr>
          <w:b/>
        </w:rPr>
        <w:t xml:space="preserve">[21:32] </w:t>
      </w:r>
      <w:r>
        <w:t>ASHAFNA ANKA GHITA A FA BASARUKAL YAWMA HADEEDAN Surah Qaf mein hai yeh. Quran ki Surah Qaf mein yeh ayat hai ke is se pehle tumhari aankhon par parda pada hua tha. tum ko dikhai de rahi thi koi cheez. ab hum ne parda hata diya. to ab tum ko khoob khoob dikhai de raha hai. is ka matlab kya hua? is se pehle tum space and time ke andar the. ab tum beyond space and time ka level tum ko mil gaya. yec</w:t>
      </w:r>
    </w:p>
    <w:p>
      <w:pPr>
        <w:jc w:val="right"/>
      </w:pPr>
      <w:r>
        <w:t>شَفْنَا أَنْكَ غَيْتَا۟ فَبَصَرْكَ الْيَوْمَ حَدِيدًا سورہ قاف میں ہے یہ۔ قرآن کی سورہ قاف میں یہ آیت ہے کہ اس سے پہلے تمہاری آنکھوں پر پردہ پڑا ہوا تھا۔ تم کو دکھائی دے رہی تھی کوئی چیز۔ اب ہم نے پردہ ہٹا دیا۔ تو اب تم کو خوب خوب دکھائی دے رہا ہے۔ اس کا مطلب کیا ہوا؟ اس سے پہلے تم اسپیس اینڈ ٹائم کے اندر تھے۔ اب تم بیونڈ اسپیس اینڈ ٹائم کا لیول تم کو مل گیا۔ یع</w:t>
      </w:r>
    </w:p>
    <w:p>
      <w:r>
        <w:rPr>
          <w:b/>
        </w:rPr>
        <w:t xml:space="preserve">[22:02] </w:t>
      </w:r>
      <w:r>
        <w:t>ni pre-death period mein aadmi space and time ke andar hota hai.</w:t>
      </w:r>
    </w:p>
    <w:p>
      <w:pPr>
        <w:jc w:val="right"/>
      </w:pPr>
      <w:r>
        <w:t>نی پری ڈیتھ پیریڈ میں آدمی اسپیس اینڈ ٹائم کے اندر ہوتا ہے۔</w:t>
      </w:r>
    </w:p>
    <w:p>
      <w:r>
        <w:rPr>
          <w:b/>
        </w:rPr>
        <w:t xml:space="preserve">[22:06] </w:t>
      </w:r>
      <w:r>
        <w:t>aur post-death period mein is ki pahunch beyond space and time ho jayegi.</w:t>
      </w:r>
    </w:p>
    <w:p>
      <w:pPr>
        <w:jc w:val="right"/>
      </w:pPr>
      <w:r>
        <w:t>اور پوسٹ ڈیتھ پیریڈ میں اس کی پہنچ بیونڈ اسپیس اینڈ ٹائم ہو جائے گی۔</w:t>
      </w:r>
    </w:p>
    <w:p>
      <w:r>
        <w:rPr>
          <w:b/>
        </w:rPr>
        <w:t xml:space="preserve">[22:10] </w:t>
      </w:r>
      <w:r>
        <w:t>to har cheez dikhai dene lagegi is ko direct taur par.</w:t>
      </w:r>
    </w:p>
    <w:p>
      <w:pPr>
        <w:jc w:val="right"/>
      </w:pPr>
      <w:r>
        <w:t>تو ہر چیز دکھائی دینے لگے گی اس کو ڈائریکٹ طور پر۔</w:t>
      </w:r>
    </w:p>
    <w:p>
      <w:r>
        <w:rPr>
          <w:b/>
        </w:rPr>
        <w:t xml:space="preserve">[22:14] </w:t>
      </w:r>
      <w:r>
        <w:t>to abhi hum sirf indirect way mein hi dekh paate hain.</w:t>
      </w:r>
    </w:p>
    <w:p>
      <w:pPr>
        <w:jc w:val="right"/>
      </w:pPr>
      <w:r>
        <w:t>تو ابھی ہم صرف ان ڈائریکٹ وے میں ہی دیکھ پاتے ہیں۔</w:t>
      </w:r>
    </w:p>
    <w:p>
      <w:r>
        <w:rPr>
          <w:b/>
        </w:rPr>
        <w:t xml:space="preserve">[22:17] </w:t>
      </w:r>
      <w:r>
        <w:t>agar aap chahte hain ke direct taur par dekhen cheezon ko to phir post-death period ka humein</w:t>
      </w:r>
    </w:p>
    <w:p>
      <w:pPr>
        <w:jc w:val="right"/>
      </w:pPr>
      <w:r>
        <w:t>اگر آپ چاہتے ہیں کہ ڈائریکٹ طور پر دیکھیں چیزوں کو تو پھر پوسٹ ڈیتھ پیریڈ کا ہمیں</w:t>
      </w:r>
    </w:p>
    <w:p>
      <w:r>
        <w:rPr>
          <w:b/>
        </w:rPr>
        <w:t xml:space="preserve">[22:21] </w:t>
      </w:r>
      <w:r>
        <w:t>intezar karna chahiye.</w:t>
      </w:r>
    </w:p>
    <w:p>
      <w:pPr>
        <w:jc w:val="right"/>
      </w:pPr>
      <w:r>
        <w:t>انتظار کرنا چاہیے۔</w:t>
      </w:r>
    </w:p>
    <w:p>
      <w:r>
        <w:rPr>
          <w:b/>
        </w:rPr>
        <w:t xml:space="preserve">[22:25] </w:t>
      </w:r>
      <w:r>
        <w:t>ek baat yeh hai.</w:t>
      </w:r>
    </w:p>
    <w:p>
      <w:pPr>
        <w:jc w:val="right"/>
      </w:pPr>
      <w:r>
        <w:t>ایک بات یہ ہے۔</w:t>
      </w:r>
    </w:p>
    <w:p>
      <w:r>
        <w:rPr>
          <w:b/>
        </w:rPr>
        <w:t xml:space="preserve">[22:29] </w:t>
      </w:r>
      <w:r>
        <w:t>ab main aap ko</w:t>
      </w:r>
    </w:p>
    <w:p>
      <w:pPr>
        <w:jc w:val="right"/>
      </w:pPr>
      <w:r>
        <w:t>اب میں آپ کو</w:t>
      </w:r>
    </w:p>
    <w:p>
      <w:r>
        <w:rPr>
          <w:b/>
        </w:rPr>
        <w:t xml:space="preserve">[22:33] </w:t>
      </w:r>
      <w:r>
        <w:t>ek aur example deta hoon.</w:t>
      </w:r>
    </w:p>
    <w:p>
      <w:pPr>
        <w:jc w:val="right"/>
      </w:pPr>
      <w:r>
        <w:t>ایک اور ایگزامپل دیتا ہوں۔</w:t>
      </w:r>
    </w:p>
    <w:p>
      <w:r>
        <w:rPr>
          <w:b/>
        </w:rPr>
        <w:t xml:space="preserve">[22:37] </w:t>
      </w:r>
      <w:r>
        <w:t>ke jo is baat ka ek proof hai ke koi aur hasti hai jo beyond space and time</w:t>
      </w:r>
    </w:p>
    <w:p>
      <w:pPr>
        <w:jc w:val="right"/>
      </w:pPr>
      <w:r>
        <w:t>کہ جو اس بات کا ایک پروف ہے کہ کوئی اور ہستی ہے جو بیونڈ اسپیس اینڈ ٹائم</w:t>
      </w:r>
    </w:p>
    <w:p>
      <w:r>
        <w:rPr>
          <w:b/>
        </w:rPr>
        <w:t xml:space="preserve">[22:42] </w:t>
      </w:r>
      <w:r>
        <w:t>dekh rahi hai, hamare siwa, yeh Quran se maloom hota hai.</w:t>
      </w:r>
    </w:p>
    <w:p>
      <w:pPr>
        <w:jc w:val="right"/>
      </w:pPr>
      <w:r>
        <w:t>دیکھ رہی ہے، ہمارے سوا، یہ قرآن سے معلوم ہوتا ہے۔</w:t>
      </w:r>
    </w:p>
    <w:p>
      <w:r>
        <w:rPr>
          <w:b/>
        </w:rPr>
        <w:t xml:space="preserve">[22:46] </w:t>
      </w:r>
      <w:r>
        <w:t>woh hai big bang theory jo hai.</w:t>
      </w:r>
    </w:p>
    <w:p>
      <w:pPr>
        <w:jc w:val="right"/>
      </w:pPr>
      <w:r>
        <w:t>وہ ہے بگ بینگ تھیوری جو ہے۔</w:t>
      </w:r>
    </w:p>
    <w:p>
      <w:r>
        <w:rPr>
          <w:b/>
        </w:rPr>
        <w:t xml:space="preserve">[22:50] </w:t>
      </w:r>
      <w:r>
        <w:t>big bang theory yeh proof karti hai ke koi aur dekhne wala hai jo beyond space and time</w:t>
      </w:r>
    </w:p>
    <w:p>
      <w:pPr>
        <w:jc w:val="right"/>
      </w:pPr>
      <w:r>
        <w:t>بگ بینگ تھیوری یہ پروف کرتی ہے کہ کوئی اور دیکھنے والا ہے جو بیونڈ اسپیس اینڈ ٹائم</w:t>
      </w:r>
    </w:p>
    <w:p>
      <w:r>
        <w:rPr>
          <w:b/>
        </w:rPr>
        <w:t xml:space="preserve">[22:55] </w:t>
      </w:r>
      <w:r>
        <w:t>dekh raha hai.</w:t>
      </w:r>
    </w:p>
    <w:p>
      <w:pPr>
        <w:jc w:val="right"/>
      </w:pPr>
      <w:r>
        <w:t>دیکھ رہا ہے۔</w:t>
      </w:r>
    </w:p>
    <w:p>
      <w:r>
        <w:rPr>
          <w:b/>
        </w:rPr>
        <w:t xml:space="preserve">[22:59] </w:t>
      </w:r>
      <w:r>
        <w:t>big bang theory kya hai? dekhiye,</w:t>
      </w:r>
    </w:p>
    <w:p>
      <w:pPr>
        <w:jc w:val="right"/>
      </w:pPr>
      <w:r>
        <w:t>بگ بینگ تھیوری کیا ہے؟ دیکھیے،</w:t>
      </w:r>
    </w:p>
    <w:p>
      <w:r>
        <w:rPr>
          <w:b/>
        </w:rPr>
        <w:t xml:space="preserve">[23:04] </w:t>
      </w:r>
      <w:r>
        <w:t>yani 20th century mein, yani ghaleban 1927 mein, 1927 mein, 1927 mein ek scientist ne yeh yeh yeh</w:t>
      </w:r>
    </w:p>
    <w:p>
      <w:pPr>
        <w:jc w:val="right"/>
      </w:pPr>
      <w:r>
        <w:t>یعنی 20 سینچری میں، یعنی غالباً 1927 میں، 1927 میں، 1927 میں ایک سائنٹسٹ نے یہ یہ یہ</w:t>
      </w:r>
    </w:p>
    <w:p>
      <w:r>
        <w:rPr>
          <w:b/>
        </w:rPr>
        <w:t xml:space="preserve">[23:10] </w:t>
      </w:r>
      <w:r>
        <w:t>yeh nazariya pesh kiya, yeh baat kahi ke aisa lagta hai ke yeh kainat jo hai, yeh universe</w:t>
      </w:r>
    </w:p>
    <w:p>
      <w:pPr>
        <w:jc w:val="right"/>
      </w:pPr>
      <w:r>
        <w:t>یہ نظریہ پیش کیا، یہ بات کہی کہ ایسا لگتا ہے کہ یہ کائنات جو ہے، یہ یونیورس</w:t>
      </w:r>
    </w:p>
    <w:p>
      <w:r>
        <w:rPr>
          <w:b/>
        </w:rPr>
        <w:t xml:space="preserve">[23:16] </w:t>
      </w:r>
      <w:r>
        <w:t>jo hai, pehle ek super atom ki shakal mein thi.</w:t>
      </w:r>
    </w:p>
    <w:p>
      <w:pPr>
        <w:jc w:val="right"/>
      </w:pPr>
      <w:r>
        <w:t>جو ہے، پہلے ایک سپر ایٹم کی شکل میں تھی۔</w:t>
      </w:r>
    </w:p>
    <w:p>
      <w:r>
        <w:rPr>
          <w:b/>
        </w:rPr>
        <w:t xml:space="preserve">[23:22] </w:t>
      </w:r>
      <w:r>
        <w:t>phir explosion hua.</w:t>
      </w:r>
    </w:p>
    <w:p>
      <w:pPr>
        <w:jc w:val="right"/>
      </w:pPr>
      <w:r>
        <w:t>پھر ایکسپلوژن ہوا۔</w:t>
      </w:r>
    </w:p>
    <w:p>
      <w:r>
        <w:rPr>
          <w:b/>
        </w:rPr>
        <w:t xml:space="preserve">[23:28] </w:t>
      </w:r>
      <w:r>
        <w:t>kyunke aap jante hain ke jo jo</w:t>
      </w:r>
    </w:p>
    <w:p>
      <w:pPr>
        <w:jc w:val="right"/>
      </w:pPr>
      <w:r>
        <w:t>کیونکہ آپ جانتے ہیں کہ جو جو</w:t>
      </w:r>
    </w:p>
    <w:p>
      <w:r>
        <w:rPr>
          <w:b/>
        </w:rPr>
        <w:t xml:space="preserve">[23:34] </w:t>
      </w:r>
      <w:r>
        <w:t>jo theory hai, yani expanding theory of universe, ke zameen yeh universe barabar, universe barabar phail rahi hai. phail rahi hai, phail rahi hai, phail rahi hai, phail rahi hai. abhi bhi phail rahi hai woh. is ko kehte hain expanding universe theory. to phail rahi hai ke maani hain kabhi samti hui thi. jab hum dekhte hain balloon ko, aap dekhein ke woh aap hawa daalte hain, woh phail raha hota hai. to is maani hai ke hawa se pehle woh sam</w:t>
      </w:r>
    </w:p>
    <w:p>
      <w:pPr>
        <w:jc w:val="right"/>
      </w:pPr>
      <w:r>
        <w:t>جو تھیوری ہے، یعنی ایکسپینڈنگ تھیوری آف یونیورس، کہ زمین یہ یونیورس برابر، یونیورس برابر پھیل رہی ہے۔ پھیل رہی ہے، پھیل رہی ہے، پھیل رہی ہے، پھیل رہی ہے۔ ابھی بھی پھیل رہی ہے وہ۔ اس کو کہتے ہیں ایکسپینڈنگ یونیورس تھیوری۔ تو پھیل رہی ہے کے معنی ہیں کبھی سمٹی ہوئی تھی۔ جب ہم دیکھتے ہیں بلون کو، آپ دیکھیں کہ وہ آپ ہوا ڈالتے ہیں، وہ پھیل رہا ہوتا ہے۔ تو اس معنی ہے کہ ہوا سے پہلے وہ سم</w:t>
      </w:r>
    </w:p>
    <w:p>
      <w:r>
        <w:rPr>
          <w:b/>
        </w:rPr>
        <w:t xml:space="preserve">[24:04] </w:t>
      </w:r>
      <w:r>
        <w:t>ta hua tha.</w:t>
      </w:r>
    </w:p>
    <w:p>
      <w:pPr>
        <w:jc w:val="right"/>
      </w:pPr>
      <w:r>
        <w:t>ٹا ہوا تھا۔</w:t>
      </w:r>
    </w:p>
    <w:p>
      <w:r>
        <w:rPr>
          <w:b/>
        </w:rPr>
        <w:t xml:space="preserve">[24:08] </w:t>
      </w:r>
      <w:r>
        <w:t>toh universe ka ka phailao continuously yeh apne aap mein batata hai ke woh kabhi woh simti hui thi.</w:t>
      </w:r>
    </w:p>
    <w:p>
      <w:pPr>
        <w:jc w:val="right"/>
      </w:pPr>
      <w:r>
        <w:t>تو یونیورس کا کا پھیلاؤ کنٹینیوسلی یہ اپنے آپ میں بتاتا ہے کہ وہ کبھی وہ سمٹی ہوئی تھی۔</w:t>
      </w:r>
    </w:p>
    <w:p>
      <w:r>
        <w:rPr>
          <w:b/>
        </w:rPr>
        <w:t xml:space="preserve">[24:13] </w:t>
      </w:r>
      <w:r>
        <w:t>toh usne kaha ke woh ek saare jo particle hain universe mein, woh sab simte hue the.</w:t>
      </w:r>
    </w:p>
    <w:p>
      <w:pPr>
        <w:jc w:val="right"/>
      </w:pPr>
      <w:r>
        <w:t>تو اس نے کہا کہ وہ ایک سارے جو پارٹیکل ہیں یونیورس میں، وہ سب سمٹے ہوئے تھے۔</w:t>
      </w:r>
    </w:p>
    <w:p>
      <w:r>
        <w:rPr>
          <w:b/>
        </w:rPr>
        <w:t xml:space="preserve">[24:17] </w:t>
      </w:r>
      <w:r>
        <w:t>yeh usne theory pesh ki 1927 mein.</w:t>
      </w:r>
    </w:p>
    <w:p>
      <w:pPr>
        <w:jc w:val="right"/>
      </w:pPr>
      <w:r>
        <w:t>یہ اس نے تھیوری پیش کی 1927 میں۔</w:t>
      </w:r>
    </w:p>
    <w:p>
      <w:r>
        <w:rPr>
          <w:b/>
        </w:rPr>
        <w:t xml:space="preserve">[24:21] </w:t>
      </w:r>
      <w:r>
        <w:t>is par scientist ne kaam karna shuru kiya.</w:t>
      </w:r>
    </w:p>
    <w:p>
      <w:pPr>
        <w:jc w:val="right"/>
      </w:pPr>
      <w:r>
        <w:t>اس پر سائنٹسٹ نے کام کرنا شروع کیا۔</w:t>
      </w:r>
    </w:p>
    <w:p>
      <w:r>
        <w:rPr>
          <w:b/>
        </w:rPr>
        <w:t xml:space="preserve">[24:25] </w:t>
      </w:r>
      <w:r>
        <w:t>bahut zyada kaam hone laga.</w:t>
      </w:r>
    </w:p>
    <w:p>
      <w:pPr>
        <w:jc w:val="right"/>
      </w:pPr>
      <w:r>
        <w:t>بہت زیادہ کام ہونے لگا۔</w:t>
      </w:r>
    </w:p>
    <w:p>
      <w:r>
        <w:rPr>
          <w:b/>
        </w:rPr>
        <w:t xml:space="preserve">[24:30] </w:t>
      </w:r>
      <w:r>
        <w:t>yahan tak ke NASA jo America ka jo adara hai, NASA,</w:t>
      </w:r>
    </w:p>
    <w:p>
      <w:pPr>
        <w:jc w:val="right"/>
      </w:pPr>
      <w:r>
        <w:t>یہاں تک کہ ناسا جو امریکہ کا جو ادارہ ہے، ناسا،</w:t>
      </w:r>
    </w:p>
    <w:p>
      <w:r>
        <w:rPr>
          <w:b/>
        </w:rPr>
        <w:t xml:space="preserve">[24:34] </w:t>
      </w:r>
      <w:r>
        <w:t>N.A.S.A., usne ek rocket bheja upar.</w:t>
      </w:r>
    </w:p>
    <w:p>
      <w:pPr>
        <w:jc w:val="right"/>
      </w:pPr>
      <w:r>
        <w:t>این اے ایس اے، اس نے ایک راکٹ بھیجا اوپر۔</w:t>
      </w:r>
    </w:p>
    <w:p>
      <w:r>
        <w:rPr>
          <w:b/>
        </w:rPr>
        <w:t xml:space="preserve">[24:38] </w:t>
      </w:r>
      <w:r>
        <w:t>jiska naam tha Cosmic Background Explorer.</w:t>
      </w:r>
    </w:p>
    <w:p>
      <w:pPr>
        <w:jc w:val="right"/>
      </w:pPr>
      <w:r>
        <w:t>جس کا نام تھا کاسمک بیک گراؤنڈ ایکسپلورر۔</w:t>
      </w:r>
    </w:p>
    <w:p>
      <w:r>
        <w:rPr>
          <w:b/>
        </w:rPr>
        <w:t xml:space="preserve">[24:43] </w:t>
      </w:r>
      <w:r>
        <w:t>Cosmic Background Explorer.</w:t>
      </w:r>
    </w:p>
    <w:p>
      <w:pPr>
        <w:jc w:val="right"/>
      </w:pPr>
      <w:r>
        <w:t>کاسمک بیک گراؤنڈ ایکسپلورر۔</w:t>
      </w:r>
    </w:p>
    <w:p>
      <w:r>
        <w:rPr>
          <w:b/>
        </w:rPr>
        <w:t xml:space="preserve">[24:47] </w:t>
      </w:r>
      <w:r>
        <w:t>kyunke yeh kuch scientist aise the jinhone pata kiya tha ke jo upper level hai universe ka,</w:t>
      </w:r>
    </w:p>
    <w:p>
      <w:pPr>
        <w:jc w:val="right"/>
      </w:pPr>
      <w:r>
        <w:t>کیونکہ یہ کچھ سائنٹسٹ ایسے تھے جنہوں نے پتہ کیا تھا کہ جو اپر لیول ہے یونیورس کا،</w:t>
      </w:r>
    </w:p>
    <w:p>
      <w:r>
        <w:rPr>
          <w:b/>
        </w:rPr>
        <w:t xml:space="preserve">[24:51] </w:t>
      </w:r>
      <w:r>
        <w:t>wahan par kuch kuch rays hain, kuch ripples hain.</w:t>
      </w:r>
    </w:p>
    <w:p>
      <w:pPr>
        <w:jc w:val="right"/>
      </w:pPr>
      <w:r>
        <w:t>وہاں پر کچھ کچھ ریز ہیں، کچھ رپلز ہیں۔</w:t>
      </w:r>
    </w:p>
    <w:p>
      <w:r>
        <w:rPr>
          <w:b/>
        </w:rPr>
        <w:t xml:space="preserve">[24:56] </w:t>
      </w:r>
      <w:r>
        <w:t>kuch toh isko explore karne ke liye unhone bheja.</w:t>
      </w:r>
    </w:p>
    <w:p>
      <w:pPr>
        <w:jc w:val="right"/>
      </w:pPr>
      <w:r>
        <w:t>کچھ تو اس کو ایکسپلور کرنے کے لیے انہوں نے بھیجا۔</w:t>
      </w:r>
    </w:p>
    <w:p>
      <w:r>
        <w:rPr>
          <w:b/>
        </w:rPr>
        <w:t xml:space="preserve">[25:00] </w:t>
      </w:r>
      <w:r>
        <w:t>cosmic background</w:t>
      </w:r>
    </w:p>
    <w:p>
      <w:pPr>
        <w:jc w:val="right"/>
      </w:pPr>
      <w:r>
        <w:t>کاسمک بیک گراؤنڈ</w:t>
      </w:r>
    </w:p>
    <w:p>
      <w:r>
        <w:rPr>
          <w:b/>
        </w:rPr>
        <w:t xml:space="preserve">[25:04] </w:t>
      </w:r>
      <w:r>
        <w:t>Explorer. woh gaya. aur aur woh saade paanch sau mile upar tak pohncha zameen se. 500 and saade paanch sau mile upar woh woh woh woh is ke woh ghoomta raha, ghoomta raha, ghoomta raha. is par telescope lagi hui thi. yani jis ko electronic telescope. to woh photo leta raha, photo leta</w:t>
      </w:r>
    </w:p>
    <w:p>
      <w:pPr>
        <w:jc w:val="right"/>
      </w:pPr>
      <w:r>
        <w:t>ایکسپلورر۔ وہ گیا۔ اور اور وہ ساڑھے پانچ سو مائل اوپر تک پہنچا زمین سے۔ 500 اینڈ ساڑھے پانچ سو مائل اوپر وہ وہ وہ وہ اس کے وہ گھومتا رہا، گھومتا رہا، گھومتا رہا۔ اس پر ٹیلیسکوپ لگی ہوئی تھی۔ یعنی جس کو الیکٹرانک ٹیلیسکوپ۔ تو وہ فوٹو لیتا رہا، فوٹو لیتا</w:t>
      </w:r>
    </w:p>
    <w:p>
      <w:r>
        <w:rPr>
          <w:b/>
        </w:rPr>
        <w:t xml:space="preserve">[25:34] </w:t>
      </w:r>
      <w:r>
        <w:t>raha, photo leta raha.</w:t>
      </w:r>
    </w:p>
    <w:p>
      <w:pPr>
        <w:jc w:val="right"/>
      </w:pPr>
      <w:r>
        <w:t>رہا، فوٹو لیتا رہا۔</w:t>
      </w:r>
    </w:p>
    <w:p>
      <w:r>
        <w:rPr>
          <w:b/>
        </w:rPr>
        <w:t xml:space="preserve">[25:38] </w:t>
      </w:r>
      <w:r>
        <w:t>woh jab is ke photo aaye, us ko examine kiya gaya.</w:t>
      </w:r>
    </w:p>
    <w:p>
      <w:pPr>
        <w:jc w:val="right"/>
      </w:pPr>
      <w:r>
        <w:t>وہ جب اس کے فوٹو آئے، اس کو ایگزیمن کیا گیا۔</w:t>
      </w:r>
    </w:p>
    <w:p>
      <w:r>
        <w:rPr>
          <w:b/>
        </w:rPr>
        <w:t xml:space="preserve">[25:43] </w:t>
      </w:r>
      <w:r>
        <w:t>22 scientist thay is mein, examine kiya unhon ne.</w:t>
      </w:r>
    </w:p>
    <w:p>
      <w:pPr>
        <w:jc w:val="right"/>
      </w:pPr>
      <w:r>
        <w:t>22 سائنٹسٹ تھے اس میں، ایگزیمن کیا انہوں نے۔</w:t>
      </w:r>
    </w:p>
    <w:p>
      <w:r>
        <w:rPr>
          <w:b/>
        </w:rPr>
        <w:t xml:space="preserve">[25:47] </w:t>
      </w:r>
      <w:r>
        <w:t>isi par do scientist thay, un ko award bhi mila.</w:t>
      </w:r>
    </w:p>
    <w:p>
      <w:pPr>
        <w:jc w:val="right"/>
      </w:pPr>
      <w:r>
        <w:t>اسی پر دو سائنٹسٹ تھے، ان کو ایوارڈ بھی ملا۔</w:t>
      </w:r>
    </w:p>
    <w:p>
      <w:r>
        <w:rPr>
          <w:b/>
        </w:rPr>
        <w:t xml:space="preserve">[25:51] </w:t>
      </w:r>
      <w:r>
        <w:t>yani woh nobel prize mila un ko.</w:t>
      </w:r>
    </w:p>
    <w:p>
      <w:pPr>
        <w:jc w:val="right"/>
      </w:pPr>
      <w:r>
        <w:t>یعنی وہ نوبل پرائز ملا ان کو۔</w:t>
      </w:r>
    </w:p>
    <w:p>
      <w:r>
        <w:rPr>
          <w:b/>
        </w:rPr>
        <w:t xml:space="preserve">[25:56] </w:t>
      </w:r>
      <w:r>
        <w:t>do isi isi ke study par.</w:t>
      </w:r>
    </w:p>
    <w:p>
      <w:pPr>
        <w:jc w:val="right"/>
      </w:pPr>
      <w:r>
        <w:t>دو اسی اسی کے اسٹڈی پر۔</w:t>
      </w:r>
    </w:p>
    <w:p>
      <w:r>
        <w:rPr>
          <w:b/>
        </w:rPr>
        <w:t xml:space="preserve">[26:00] </w:t>
      </w:r>
      <w:r>
        <w:t>study kar ke unhon ne nikala ke upper jo strata hai universe ka, wahan par ripples paye jatay hain. ripples.</w:t>
      </w:r>
    </w:p>
    <w:p>
      <w:pPr>
        <w:jc w:val="right"/>
      </w:pPr>
      <w:r>
        <w:t>اسٹڈی کر کے انہوں نے نکالا کہ اپر جو سٹیٹا ہے یونیورس کا، وہاں پر رپلز پائے جاتے ہیں۔ رپلز۔</w:t>
      </w:r>
    </w:p>
    <w:p>
      <w:r>
        <w:rPr>
          <w:b/>
        </w:rPr>
        <w:t xml:space="preserve">[26:04] </w:t>
      </w:r>
      <w:r>
        <w:t>toh is ripples ko unhon ne explain kiya ke ek scientist ne yeh kaha ke That is like</w:t>
      </w:r>
    </w:p>
    <w:p>
      <w:pPr>
        <w:jc w:val="right"/>
      </w:pPr>
      <w:r>
        <w:t>تو اس رپلز کو انہوں نے ایکسپلین کیا کہ ایک سائنٹسٹ نے یہ کہا کہ That is like</w:t>
      </w:r>
    </w:p>
    <w:p>
      <w:r>
        <w:rPr>
          <w:b/>
        </w:rPr>
        <w:t xml:space="preserve">[26:11] </w:t>
      </w:r>
      <w:r>
        <w:t>seeing the handwriting of God.</w:t>
      </w:r>
    </w:p>
    <w:p>
      <w:pPr>
        <w:jc w:val="right"/>
      </w:pPr>
      <w:r>
        <w:t>seeing the handwriting of God.</w:t>
      </w:r>
    </w:p>
    <w:p>
      <w:r>
        <w:rPr>
          <w:b/>
        </w:rPr>
        <w:t xml:space="preserve">[26:17] </w:t>
      </w:r>
      <w:r>
        <w:t>ke woh ripples kahan se aaye? What is kaise wajood mein aaye yeh ripples? toh ek scientist ne</w:t>
      </w:r>
    </w:p>
    <w:p>
      <w:pPr>
        <w:jc w:val="right"/>
      </w:pPr>
      <w:r>
        <w:t>کہ وہ رپلز کہاں سے آئے؟ What is کیسے وجود میں آئے یہ رپلز؟ تو ایک سائنٹسٹ نے</w:t>
      </w:r>
    </w:p>
    <w:p>
      <w:r>
        <w:rPr>
          <w:b/>
        </w:rPr>
        <w:t xml:space="preserve">[26:23] </w:t>
      </w:r>
      <w:r>
        <w:t>kaha ke It is like seeing the handwriting of God.</w:t>
      </w:r>
    </w:p>
    <w:p>
      <w:pPr>
        <w:jc w:val="right"/>
      </w:pPr>
      <w:r>
        <w:t>کہا کہ It is like seeing the handwriting of God.</w:t>
      </w:r>
    </w:p>
    <w:p>
      <w:r>
        <w:rPr>
          <w:b/>
        </w:rPr>
        <w:t xml:space="preserve">[26:29] </w:t>
      </w:r>
      <w:r>
        <w:t>toh ab yeh establish ho gaya hai ke big bang hua aur</w:t>
      </w:r>
    </w:p>
    <w:p>
      <w:pPr>
        <w:jc w:val="right"/>
      </w:pPr>
      <w:r>
        <w:t>تو اب یہ اسٹیبلش ہو گیا ہے کہ بگ بینگ ہوا اور</w:t>
      </w:r>
    </w:p>
    <w:p>
      <w:r>
        <w:rPr>
          <w:b/>
        </w:rPr>
        <w:t xml:space="preserve">[26:35] </w:t>
      </w:r>
      <w:r>
        <w:t>15 billion saal pehle, 15 billion saal pehle ek super atom tha.</w:t>
      </w:r>
    </w:p>
    <w:p>
      <w:pPr>
        <w:jc w:val="right"/>
      </w:pPr>
      <w:r>
        <w:t>15 بلین سال پہلے، 15 بلین سال پہلے ایک سپر ایٹم تھا۔</w:t>
      </w:r>
    </w:p>
    <w:p>
      <w:r>
        <w:rPr>
          <w:b/>
        </w:rPr>
        <w:t xml:space="preserve">[26:39] </w:t>
      </w:r>
      <w:r>
        <w:t>super atom ka matlab yeh hai ke sari universe mein jitnay particle hain, woh sab aisay ikatha thay,</w:t>
      </w:r>
    </w:p>
    <w:p>
      <w:pPr>
        <w:jc w:val="right"/>
      </w:pPr>
      <w:r>
        <w:t>سپر ایٹم کا مطلب یہ ہے کہ ساری یونیورس میں جتنے پارٹیکل ہیں، وہ سب ایسے اکٹھا تھے،</w:t>
      </w:r>
    </w:p>
    <w:p>
      <w:r>
        <w:rPr>
          <w:b/>
        </w:rPr>
        <w:t xml:space="preserve">[26:43] </w:t>
      </w:r>
      <w:r>
        <w:t>milay hue thay.</w:t>
      </w:r>
    </w:p>
    <w:p>
      <w:pPr>
        <w:jc w:val="right"/>
      </w:pPr>
      <w:r>
        <w:t>ملے ہوئے تھے۔</w:t>
      </w:r>
    </w:p>
    <w:p>
      <w:r>
        <w:rPr>
          <w:b/>
        </w:rPr>
        <w:t xml:space="preserve">[26:47] </w:t>
      </w:r>
      <w:r>
        <w:t>yeh phaili hui universe nahi thi.</w:t>
      </w:r>
    </w:p>
    <w:p>
      <w:pPr>
        <w:jc w:val="right"/>
      </w:pPr>
      <w:r>
        <w:t>یہ پھیلی ہوئی یونیورس نہیں تھی۔</w:t>
      </w:r>
    </w:p>
    <w:p>
      <w:r>
        <w:rPr>
          <w:b/>
        </w:rPr>
        <w:t xml:space="preserve">[26:50] </w:t>
      </w:r>
      <w:r>
        <w:t>ek hi baray super atom ki shakal mein sab aisay juri hui thi.</w:t>
      </w:r>
    </w:p>
    <w:p>
      <w:pPr>
        <w:jc w:val="right"/>
      </w:pPr>
      <w:r>
        <w:t>ایک ہی بڑے سپر ایٹم کی شکل میں سب ایسے جڑی ہوئی تھی۔</w:t>
      </w:r>
    </w:p>
    <w:p>
      <w:r>
        <w:rPr>
          <w:b/>
        </w:rPr>
        <w:t xml:space="preserve">[26:54] </w:t>
      </w:r>
      <w:r>
        <w:t>bohat hi ziyada compact halat mein.</w:t>
      </w:r>
    </w:p>
    <w:p>
      <w:pPr>
        <w:jc w:val="right"/>
      </w:pPr>
      <w:r>
        <w:t>بہت ہی زیادہ کمپیکٹ حالت میں۔</w:t>
      </w:r>
    </w:p>
    <w:p>
      <w:r>
        <w:rPr>
          <w:b/>
        </w:rPr>
        <w:t xml:space="preserve">[26:58] </w:t>
      </w:r>
      <w:r>
        <w:t>toh 15 billion saal pehle explosion hua aur phir is se phaili.</w:t>
      </w:r>
    </w:p>
    <w:p>
      <w:pPr>
        <w:jc w:val="right"/>
      </w:pPr>
      <w:r>
        <w:t>تو 15 بلین سال پہلے ایکسپلوژن ہوا اور پھر اس سے پھیلی۔</w:t>
      </w:r>
    </w:p>
    <w:p>
      <w:r>
        <w:rPr>
          <w:b/>
        </w:rPr>
        <w:t xml:space="preserve">[27:02] </w:t>
      </w:r>
      <w:r>
        <w:t>phailte phailte yeh</w:t>
      </w:r>
    </w:p>
    <w:p>
      <w:pPr>
        <w:jc w:val="right"/>
      </w:pPr>
      <w:r>
        <w:t>پھیلتے پھیلتے یہ</w:t>
      </w:r>
    </w:p>
    <w:p>
      <w:r>
        <w:rPr>
          <w:b/>
        </w:rPr>
        <w:t xml:space="preserve">[27:05] </w:t>
      </w:r>
      <w:r>
        <w:t>sari universe bani.</w:t>
      </w:r>
    </w:p>
    <w:p>
      <w:pPr>
        <w:jc w:val="right"/>
      </w:pPr>
      <w:r>
        <w:t>ساری یونیورس بنی۔</w:t>
      </w:r>
    </w:p>
    <w:p>
      <w:r>
        <w:rPr>
          <w:b/>
        </w:rPr>
        <w:t xml:space="preserve">[27:09] </w:t>
      </w:r>
      <w:r>
        <w:t>abhi haal mein aap ne dekha hoga, aaya tha media mein, ek scientist ne kaha ke do bang hue hain.</w:t>
      </w:r>
    </w:p>
    <w:p>
      <w:pPr>
        <w:jc w:val="right"/>
      </w:pPr>
      <w:r>
        <w:t>ابھی حال میں آپ نے دیکھا ہوگا، آیا تھا میڈیا میں، ایک سائنٹسٹ نے کہا کہ دو بینگ ہوئے ہیں۔</w:t>
      </w:r>
    </w:p>
    <w:p>
      <w:r>
        <w:rPr>
          <w:b/>
        </w:rPr>
        <w:t xml:space="preserve">[27:13] </w:t>
      </w:r>
      <w:r>
        <w:t>ek little bang aur ek big bang.</w:t>
      </w:r>
    </w:p>
    <w:p>
      <w:pPr>
        <w:jc w:val="right"/>
      </w:pPr>
      <w:r>
        <w:t>ایک لٹل بینگ اور ایک بگ بینگ۔</w:t>
      </w:r>
    </w:p>
    <w:p>
      <w:r>
        <w:rPr>
          <w:b/>
        </w:rPr>
        <w:t xml:space="preserve">[27:17] </w:t>
      </w:r>
      <w:r>
        <w:t>big bang se toh universe bani.</w:t>
      </w:r>
    </w:p>
    <w:p>
      <w:pPr>
        <w:jc w:val="right"/>
      </w:pPr>
      <w:r>
        <w:t>بگ بینگ سے تو یونیورس بنی۔</w:t>
      </w:r>
    </w:p>
    <w:p>
      <w:r>
        <w:rPr>
          <w:b/>
        </w:rPr>
        <w:t xml:space="preserve">[27:20] </w:t>
      </w:r>
      <w:r>
        <w:t>aur little bang se hamara solar system bana.</w:t>
      </w:r>
    </w:p>
    <w:p>
      <w:pPr>
        <w:jc w:val="right"/>
      </w:pPr>
      <w:r>
        <w:t>اور لٹل بینگ سے ہمارا سولر سسٹم بنا۔</w:t>
      </w:r>
    </w:p>
    <w:p>
      <w:r>
        <w:rPr>
          <w:b/>
        </w:rPr>
        <w:t xml:space="preserve">[27:24] </w:t>
      </w:r>
      <w:r>
        <w:t>abhi jaldi aaya tha media mein yeh baat, aap ne dekha hoga ke 15 billion saal pehle big</w:t>
      </w:r>
    </w:p>
    <w:p>
      <w:pPr>
        <w:jc w:val="right"/>
      </w:pPr>
      <w:r>
        <w:t>ابھی جلدی آیا تھا میڈیا میں یہ بات، آپ نے دیکھا ہوگا کہ 15 بلین سال پہلے بگ</w:t>
      </w:r>
    </w:p>
    <w:p>
      <w:r>
        <w:rPr>
          <w:b/>
        </w:rPr>
        <w:t xml:space="preserve">[27:28] </w:t>
      </w:r>
      <w:r>
        <w:t>bang hua tha.</w:t>
      </w:r>
    </w:p>
    <w:p>
      <w:pPr>
        <w:jc w:val="right"/>
      </w:pPr>
      <w:r>
        <w:t>بینگ ہوا تھا۔</w:t>
      </w:r>
    </w:p>
    <w:p>
      <w:r>
        <w:rPr>
          <w:b/>
        </w:rPr>
        <w:t xml:space="preserve">[27:32] </w:t>
      </w:r>
      <w:r>
        <w:t>aur is ke baad ek waqt aaya jab ke ek little bang</w:t>
      </w:r>
    </w:p>
    <w:p>
      <w:pPr>
        <w:jc w:val="right"/>
      </w:pPr>
      <w:r>
        <w:t>اور اس کے بعد ایک وقت آیا جب کہ ایک لٹل بین</w:t>
      </w:r>
    </w:p>
    <w:p>
      <w:r>
        <w:rPr>
          <w:b/>
        </w:rPr>
        <w:t xml:space="preserve">[27:35] </w:t>
      </w:r>
      <w:r>
        <w:t>g hua.</w:t>
      </w:r>
    </w:p>
    <w:p>
      <w:pPr>
        <w:jc w:val="right"/>
      </w:pPr>
      <w:r>
        <w:t>گ ہوا۔</w:t>
      </w:r>
    </w:p>
    <w:p>
      <w:r>
        <w:rPr>
          <w:b/>
        </w:rPr>
        <w:t xml:space="preserve">[27:39] </w:t>
      </w:r>
      <w:r>
        <w:t>is se hamara solar system bana.</w:t>
      </w:r>
    </w:p>
    <w:p>
      <w:pPr>
        <w:jc w:val="right"/>
      </w:pPr>
      <w:r>
        <w:t>اس سے ہمارا سولر سسٹم بنا۔</w:t>
      </w:r>
    </w:p>
    <w:p>
      <w:r>
        <w:rPr>
          <w:b/>
        </w:rPr>
        <w:t xml:space="preserve">[27:42] </w:t>
      </w:r>
      <w:r>
        <w:t>kyun ke dekhiye, solar system ek bilkul hi exceptional system hai.</w:t>
      </w:r>
    </w:p>
    <w:p>
      <w:pPr>
        <w:jc w:val="right"/>
      </w:pPr>
      <w:r>
        <w:t>کیونکہ دیکھیے، سولر سسٹم ایک بالکل ہی ایکسیپشنل سسٹم ہے۔</w:t>
      </w:r>
    </w:p>
    <w:p>
      <w:r>
        <w:rPr>
          <w:b/>
        </w:rPr>
        <w:t xml:space="preserve">[27:46] </w:t>
      </w:r>
      <w:r>
        <w:t>pure universe mein kahin bhi doosra koi solar system nahin.</w:t>
      </w:r>
    </w:p>
    <w:p>
      <w:pPr>
        <w:jc w:val="right"/>
      </w:pPr>
      <w:r>
        <w:t>پورے یونیورس میں کہیں بھی دوسرا کوئی سولر سسٹم نہیں۔</w:t>
      </w:r>
    </w:p>
    <w:p>
      <w:r>
        <w:rPr>
          <w:b/>
        </w:rPr>
        <w:t xml:space="preserve">[27:49] </w:t>
      </w:r>
      <w:r>
        <w:t>koi earth nahin is type ki, na koi solar system hai.</w:t>
      </w:r>
    </w:p>
    <w:p>
      <w:pPr>
        <w:jc w:val="right"/>
      </w:pPr>
      <w:r>
        <w:t>کوئی ارتھ نہیں اس ٹائپ کی، نہ کوئی سولر سسٹم ہے۔</w:t>
      </w:r>
    </w:p>
    <w:p>
      <w:r>
        <w:rPr>
          <w:b/>
        </w:rPr>
        <w:t xml:space="preserve">[27:52] </w:t>
      </w:r>
      <w:r>
        <w:t>log mante hain, guess kar ke ke bahut se solar system ho sakte hain.</w:t>
      </w:r>
    </w:p>
    <w:p>
      <w:pPr>
        <w:jc w:val="right"/>
      </w:pPr>
      <w:r>
        <w:t>لوگ مانتے ہیں، گیس کر کے کہ بہت سے سولر سسٹم ہو سکتے ہیں۔</w:t>
      </w:r>
    </w:p>
    <w:p>
      <w:r>
        <w:rPr>
          <w:b/>
        </w:rPr>
        <w:t xml:space="preserve">[27:56] </w:t>
      </w:r>
      <w:r>
        <w:t>lekin ho sakte hain ki baat alag hai.</w:t>
      </w:r>
    </w:p>
    <w:p>
      <w:pPr>
        <w:jc w:val="right"/>
      </w:pPr>
      <w:r>
        <w:t>لیکن ہو سکتے ہیں کی بات الگ ہے۔</w:t>
      </w:r>
    </w:p>
    <w:p>
      <w:r>
        <w:rPr>
          <w:b/>
        </w:rPr>
        <w:t xml:space="preserve">[27:59] </w:t>
      </w:r>
      <w:r>
        <w:t>ho sakte hain ki baat alag hai.</w:t>
      </w:r>
    </w:p>
    <w:p>
      <w:pPr>
        <w:jc w:val="right"/>
      </w:pPr>
      <w:r>
        <w:t>ہو سکتے ہیں کی بات الگ ہے۔</w:t>
      </w:r>
    </w:p>
    <w:p>
      <w:r>
        <w:rPr>
          <w:b/>
        </w:rPr>
        <w:t xml:space="preserve">[28:02] </w:t>
      </w:r>
      <w:r>
        <w:t>abhi tak koi doosra solar system ya koi zameen</w:t>
      </w:r>
    </w:p>
    <w:p>
      <w:pPr>
        <w:jc w:val="right"/>
      </w:pPr>
      <w:r>
        <w:t>ابھی تک کوئی دوسرا سولر سسٹم یا کوئی زمین</w:t>
      </w:r>
    </w:p>
    <w:p>
      <w:r>
        <w:rPr>
          <w:b/>
        </w:rPr>
        <w:t xml:space="preserve">[28:06] </w:t>
      </w:r>
      <w:r>
        <w:t>ya aisi duniya jahan life support system maujood ho, aisa insaan ke janne mein nahin aaya hai.</w:t>
      </w:r>
    </w:p>
    <w:p>
      <w:pPr>
        <w:jc w:val="right"/>
      </w:pPr>
      <w:r>
        <w:t>یا ایسی دنیا جہاں لائف سپورٹ سسٹم موجود ہو، ایسا انسان کے جاننے میں نہیں آیا ہے۔</w:t>
      </w:r>
    </w:p>
    <w:p>
      <w:r>
        <w:rPr>
          <w:b/>
        </w:rPr>
        <w:t xml:space="preserve">[28:12] </w:t>
      </w:r>
      <w:r>
        <w:t>to guess par to aap koi rai nahin bana sakte.</w:t>
      </w:r>
    </w:p>
    <w:p>
      <w:pPr>
        <w:jc w:val="right"/>
      </w:pPr>
      <w:r>
        <w:t>تو گیس پر تو آپ کوئی رائے نہیں بنا سکتے۔</w:t>
      </w:r>
    </w:p>
    <w:p>
      <w:r>
        <w:rPr>
          <w:b/>
        </w:rPr>
        <w:t xml:space="preserve">[28:18] </w:t>
      </w:r>
      <w:r>
        <w:t>to yeh main jo kehna chahta hoon woh yeh hai ke woh baat jo poori tarah unknown</w:t>
      </w:r>
    </w:p>
    <w:p>
      <w:pPr>
        <w:jc w:val="right"/>
      </w:pPr>
      <w:r>
        <w:t>تو یہ میں جو کہنا چاہتا ہوں وہ یہ ہے کہ وہ بات جو پوری طرح ان نون</w:t>
      </w:r>
    </w:p>
    <w:p>
      <w:r>
        <w:rPr>
          <w:b/>
        </w:rPr>
        <w:t xml:space="preserve">[28:24] </w:t>
      </w:r>
      <w:r>
        <w:t>thi insaan ke liye, 1927 se pehle, yaani 15 billion saal pehle hone wala ek event, jis ko</w:t>
      </w:r>
    </w:p>
    <w:p>
      <w:pPr>
        <w:jc w:val="right"/>
      </w:pPr>
      <w:r>
        <w:t>تھی انسان کے لیے، 1927 سے پہلے، یعنی 15 بلین سال پہلے ہونے والا ایک ایونٹ، جس کو</w:t>
      </w:r>
    </w:p>
    <w:p>
      <w:r>
        <w:rPr>
          <w:b/>
        </w:rPr>
        <w:t xml:space="preserve">[28:31] </w:t>
      </w:r>
      <w:r>
        <w:t>1927 tak aadmi kuch bhi nahin janta tha,</w:t>
      </w:r>
    </w:p>
    <w:p>
      <w:pPr>
        <w:jc w:val="right"/>
      </w:pPr>
      <w:r>
        <w:t>1927 تک آدمی کچھ بھی نہیں جانتا تھا،</w:t>
      </w:r>
    </w:p>
    <w:p>
      <w:r>
        <w:rPr>
          <w:b/>
        </w:rPr>
        <w:t xml:space="preserve">[28:37] </w:t>
      </w:r>
      <w:r>
        <w:t>is ko seven century mein jo Quran aaya, use bataya gaya.</w:t>
      </w:r>
    </w:p>
    <w:p>
      <w:pPr>
        <w:jc w:val="right"/>
      </w:pPr>
      <w:r>
        <w:t>اس کو سیون سینچری میں جو قرآن آیا، اسے بتایا گیا۔</w:t>
      </w:r>
    </w:p>
    <w:p>
      <w:r>
        <w:rPr>
          <w:b/>
        </w:rPr>
        <w:t xml:space="preserve">[28:43] </w:t>
      </w:r>
      <w:r>
        <w:t>yaani poore 1300 saal pehle.</w:t>
      </w:r>
    </w:p>
    <w:p>
      <w:pPr>
        <w:jc w:val="right"/>
      </w:pPr>
      <w:r>
        <w:t>یعنی پورے 1300 سال پہلے۔</w:t>
      </w:r>
    </w:p>
    <w:p>
      <w:r>
        <w:rPr>
          <w:b/>
        </w:rPr>
        <w:t xml:space="preserve">[28:49] </w:t>
      </w:r>
      <w:r>
        <w:t>1300 saal pehle, 1300 years pehle.</w:t>
      </w:r>
    </w:p>
    <w:p>
      <w:pPr>
        <w:jc w:val="right"/>
      </w:pPr>
      <w:r>
        <w:t>1300 سال پہلے، 1300 ایئرز پہلے۔</w:t>
      </w:r>
    </w:p>
    <w:p>
      <w:r>
        <w:rPr>
          <w:b/>
        </w:rPr>
        <w:t xml:space="preserve">[28:55] </w:t>
      </w:r>
      <w:r>
        <w:t>ab bataiye ke ek kaise kaise kisi ne jaana? Yaani Quran aap jante hain ke aaya hai, yaani</w:t>
      </w:r>
    </w:p>
    <w:p>
      <w:pPr>
        <w:jc w:val="right"/>
      </w:pPr>
      <w:r>
        <w:t>اب بتائیے کہ ایک کیسے کیسے کسی نے جانا؟ یعنی قرآن آپ جانتے ہیں کہ آیا ہے، یعنی</w:t>
      </w:r>
    </w:p>
    <w:p>
      <w:r>
        <w:rPr>
          <w:b/>
        </w:rPr>
        <w:t xml:space="preserve">[29:02] </w:t>
      </w:r>
      <w:r>
        <w:t>six century AD ke first quarter mein.</w:t>
      </w:r>
    </w:p>
    <w:p>
      <w:pPr>
        <w:jc w:val="right"/>
      </w:pPr>
      <w:r>
        <w:t>سکس سینچری اے ڈی کے فرسٹ کوارٹر میں۔</w:t>
      </w:r>
    </w:p>
    <w:p>
      <w:r>
        <w:rPr>
          <w:b/>
        </w:rPr>
        <w:t xml:space="preserve">[29:08] </w:t>
      </w:r>
      <w:r>
        <w:t>is ke 1300 saal baad insaan ne 1927 mein jaana ke aisa koi big bang tha, aisa koi</w:t>
      </w:r>
    </w:p>
    <w:p>
      <w:pPr>
        <w:jc w:val="right"/>
      </w:pPr>
      <w:r>
        <w:t>اس کے 1300 سال بعد انسان نے 1927 میں جانا کہ ایسا کوئی بگ بینگ تھا، ایسا کوئی</w:t>
      </w:r>
    </w:p>
    <w:p>
      <w:r>
        <w:rPr>
          <w:b/>
        </w:rPr>
        <w:t xml:space="preserve">[29:13] </w:t>
      </w:r>
      <w:r>
        <w:t>super atom tha, aisa koi explosion hua.</w:t>
      </w:r>
    </w:p>
    <w:p>
      <w:pPr>
        <w:jc w:val="right"/>
      </w:pPr>
      <w:r>
        <w:t>سپر ایٹم تھا، ایسا کوئی ایکسپلوژن ہوا۔</w:t>
      </w:r>
    </w:p>
    <w:p>
      <w:r>
        <w:rPr>
          <w:b/>
        </w:rPr>
        <w:t xml:space="preserve">[29:18] </w:t>
      </w:r>
      <w:r>
        <w:t>yeh kis ne jana? is mani ke koi beyond space and time bhi koi hai jo is waqt</w:t>
      </w:r>
    </w:p>
    <w:p>
      <w:pPr>
        <w:jc w:val="right"/>
      </w:pPr>
      <w:r>
        <w:t>یہ کس نے جانا؟ اس معنی کہ کوئی بیونڈ اسپیس اینڈ ٹائم بھی کوئی ہے جو اس وقت</w:t>
      </w:r>
    </w:p>
    <w:p>
      <w:r>
        <w:rPr>
          <w:b/>
        </w:rPr>
        <w:t xml:space="preserve">[29:23] </w:t>
      </w:r>
      <w:r>
        <w:t>dekh raha tha cheezon ko, jabke insan nahi dekh raha tha.</w:t>
      </w:r>
    </w:p>
    <w:p>
      <w:pPr>
        <w:jc w:val="right"/>
      </w:pPr>
      <w:r>
        <w:t>دیکھ رہا تھا چیزوں کو، جبکہ انسان نہیں دیکھ رہا تھا۔</w:t>
      </w:r>
    </w:p>
    <w:p>
      <w:r>
        <w:rPr>
          <w:b/>
        </w:rPr>
        <w:t xml:space="preserve">[29:28] </w:t>
      </w:r>
      <w:r>
        <w:t>alaihima alamun ta'alamun to quran mein dekhiye, do ayatein hain is silsile mein.</w:t>
      </w:r>
    </w:p>
    <w:p>
      <w:pPr>
        <w:jc w:val="right"/>
      </w:pPr>
      <w:r>
        <w:t>عَلَيْهِمْ عَلَمٌ تَعَلَمٌ تو قرآن میں دیکھیے، دو آیتیں ہیں اس سلسلے میں۔</w:t>
      </w:r>
    </w:p>
    <w:p>
      <w:r>
        <w:rPr>
          <w:b/>
        </w:rPr>
        <w:t xml:space="preserve">[29:33] </w:t>
      </w:r>
      <w:r>
        <w:t>ek ayat hai ke</w:t>
      </w:r>
    </w:p>
    <w:p>
      <w:pPr>
        <w:jc w:val="right"/>
      </w:pPr>
      <w:r>
        <w:t>ایک آیت ہے کہ</w:t>
      </w:r>
    </w:p>
    <w:p>
      <w:r>
        <w:rPr>
          <w:b/>
        </w:rPr>
        <w:t xml:space="preserve">[29:38] </w:t>
      </w:r>
      <w:r>
        <w:t>innas samawati wal arda kantā ratqan fafataqnahuma dekhiye, ratq aur fatq do lafz quran majeed mein aaye hain.</w:t>
      </w:r>
    </w:p>
    <w:p>
      <w:pPr>
        <w:jc w:val="right"/>
      </w:pPr>
      <w:r>
        <w:t>إِنَّ السَّمَاوَاتِ وَالْأَرْضَ كَانْتَا رَتْقًا فَفَتَقْنَاهُمْ دیکھیے، رتق اور فتق دو لفظ قرآن مجید میں آئے ہیں۔</w:t>
      </w:r>
    </w:p>
    <w:p>
      <w:r>
        <w:rPr>
          <w:b/>
        </w:rPr>
        <w:t xml:space="preserve">[29:43] </w:t>
      </w:r>
      <w:r>
        <w:t>ratq kehte hain is tarah se, is ko kehte hain munzammu al-ajza'i munzamul ajza, yani is tarah se</w:t>
      </w:r>
    </w:p>
    <w:p>
      <w:pPr>
        <w:jc w:val="right"/>
      </w:pPr>
      <w:r>
        <w:t>رتق کہتے ہیں اس طرح سے، اس کو کہتے ہیں مُنْزَمُّ الْأَجْزَاءِ منزمل اجزاء، یعنی اس طرح سے</w:t>
      </w:r>
    </w:p>
    <w:p>
      <w:r>
        <w:rPr>
          <w:b/>
        </w:rPr>
        <w:t xml:space="preserve">[29:48] </w:t>
      </w:r>
      <w:r>
        <w:t>aapas mein juda hua cheezon ka.</w:t>
      </w:r>
    </w:p>
    <w:p>
      <w:pPr>
        <w:jc w:val="right"/>
      </w:pPr>
      <w:r>
        <w:t>آپس میں جڑا ہوا چیزوں کا۔</w:t>
      </w:r>
    </w:p>
    <w:p>
      <w:r>
        <w:rPr>
          <w:b/>
        </w:rPr>
        <w:t xml:space="preserve">[29:54] </w:t>
      </w:r>
      <w:r>
        <w:t>aur fatq kehte hain is tarah ho jana, yani khul jana.</w:t>
      </w:r>
    </w:p>
    <w:p>
      <w:pPr>
        <w:jc w:val="right"/>
      </w:pPr>
      <w:r>
        <w:t>اور فتق کہتے ہیں اس طرح ہو جانا، یعنی کھل جانا۔</w:t>
      </w:r>
    </w:p>
    <w:p>
      <w:r>
        <w:rPr>
          <w:b/>
        </w:rPr>
        <w:t xml:space="preserve">[29:59] </w:t>
      </w:r>
      <w:r>
        <w:t>to woh quran mein aaya hai ke zameen aur aasman sab aise jude hue the.</w:t>
      </w:r>
    </w:p>
    <w:p>
      <w:pPr>
        <w:jc w:val="right"/>
      </w:pPr>
      <w:r>
        <w:t>تو وہ قرآن میں آیا ہے کہ زمین اور آسمان سب ایسے جڑے ہوئے تھے۔</w:t>
      </w:r>
    </w:p>
    <w:p>
      <w:r>
        <w:rPr>
          <w:b/>
        </w:rPr>
        <w:t xml:space="preserve">[30:04] </w:t>
      </w:r>
      <w:r>
        <w:t>phir hum ne use khol diya.</w:t>
      </w:r>
    </w:p>
    <w:p>
      <w:pPr>
        <w:jc w:val="right"/>
      </w:pPr>
      <w:r>
        <w:t>پھر ہم نے اسے کھول دیا۔</w:t>
      </w:r>
    </w:p>
    <w:p>
      <w:r>
        <w:rPr>
          <w:b/>
        </w:rPr>
        <w:t xml:space="preserve">[30:09] </w:t>
      </w:r>
      <w:r>
        <w:t>innas samawati wal arda kantā ratqan fafataqnahuma to yeh kya hai? wohi cheez to hai ke ek super atom</w:t>
      </w:r>
    </w:p>
    <w:p>
      <w:pPr>
        <w:jc w:val="right"/>
      </w:pPr>
      <w:r>
        <w:t>إِنَّ السَّمَاوَاتِ وَالْأَرْضَ كَانْتَا رَتْقًا فَفَتَقْنَاهُمْ تو یہ کیا ہے؟ وہی چیز تو ہے کہ ایک سپر ایٹم</w:t>
      </w:r>
    </w:p>
    <w:p>
      <w:r>
        <w:rPr>
          <w:b/>
        </w:rPr>
        <w:t xml:space="preserve">[30:15] </w:t>
      </w:r>
      <w:r>
        <w:t>tha, us ko hum ne khol diya.</w:t>
      </w:r>
    </w:p>
    <w:p>
      <w:pPr>
        <w:jc w:val="right"/>
      </w:pPr>
      <w:r>
        <w:t>تھا، اس کو ہم نے کھول دیا۔</w:t>
      </w:r>
    </w:p>
    <w:p>
      <w:r>
        <w:rPr>
          <w:b/>
        </w:rPr>
        <w:t xml:space="preserve">[30:22] </w:t>
      </w:r>
      <w:r>
        <w:t>aur phir sari universe bani hai.</w:t>
      </w:r>
    </w:p>
    <w:p>
      <w:pPr>
        <w:jc w:val="right"/>
      </w:pPr>
      <w:r>
        <w:t>اور پھر ساری یونیورس بنی ہے۔</w:t>
      </w:r>
    </w:p>
    <w:p>
      <w:r>
        <w:rPr>
          <w:b/>
        </w:rPr>
        <w:t xml:space="preserve">[30:28] </w:t>
      </w:r>
      <w:r>
        <w:t>innas samawati wal arda kantā ratqan fafataqnahuma ke zameen aur aasman sab ke sab is tarah jude hue the.</w:t>
      </w:r>
    </w:p>
    <w:p>
      <w:pPr>
        <w:jc w:val="right"/>
      </w:pPr>
      <w:r>
        <w:t>إِنَّ السَّمَاوَاتِ وَالْأَرْضَ كَانْتَا رَتْقًا فَفَتَقْنَاهُمْ کہ زمین اور آسمان سب کے سب اس طرح جڑے ہوئے تھے۔</w:t>
      </w:r>
    </w:p>
    <w:p>
      <w:r>
        <w:rPr>
          <w:b/>
        </w:rPr>
        <w:t xml:space="preserve">[30:34] </w:t>
      </w:r>
      <w:r>
        <w:t>phir hum ne explosion kiya, explosion kar ke woh sab khul kar ke phir universe bani.</w:t>
      </w:r>
    </w:p>
    <w:p>
      <w:pPr>
        <w:jc w:val="right"/>
      </w:pPr>
      <w:r>
        <w:t>پھر ہم نے ایکسپلوژن کیا، ایکسپلوژن کر کے وہ سب کھل کر کے پھر یونیورس بنی۔</w:t>
      </w:r>
    </w:p>
    <w:p>
      <w:r>
        <w:rPr>
          <w:b/>
        </w:rPr>
        <w:t xml:space="preserve">[30:41] </w:t>
      </w:r>
      <w:r>
        <w:t>doosri ayat jo hai surah ibrahim mein hai, woh hai afi Allahi shakkun fatiris samawati wal ardi kya tum</w:t>
      </w:r>
    </w:p>
    <w:p>
      <w:pPr>
        <w:jc w:val="right"/>
      </w:pPr>
      <w:r>
        <w:t>دوسری آیت جو ہے سورہ ابراہیم میں ہے، وہ ہے أَفِي اللَّهِ شَكٌّ فَاطِرِ السَّمَاوَاتِ وَالْأَرْضِ کیا تم</w:t>
      </w:r>
    </w:p>
    <w:p>
      <w:r>
        <w:rPr>
          <w:b/>
        </w:rPr>
        <w:t xml:space="preserve">[30:49] </w:t>
      </w:r>
      <w:r>
        <w:t>ko shakk hai zameen aur aasman ke fatir ke bare mein? dekhiye, fatir ke literal meaning hote hain</w:t>
      </w:r>
    </w:p>
    <w:p>
      <w:pPr>
        <w:jc w:val="right"/>
      </w:pPr>
      <w:r>
        <w:t>کو شک ہے زمین اور آسمان کے فاطر کے بارے میں؟ دیکھیے، فاطر کے لیٹرل میننگ ہوتے ہیں</w:t>
      </w:r>
    </w:p>
    <w:p>
      <w:r>
        <w:rPr>
          <w:b/>
        </w:rPr>
        <w:t xml:space="preserve">[30:57] </w:t>
      </w:r>
      <w:r>
        <w:t>pharna, to split, to break up. pharna.</w:t>
      </w:r>
    </w:p>
    <w:p>
      <w:pPr>
        <w:jc w:val="right"/>
      </w:pPr>
      <w:r>
        <w:t>پھاڑنا، ٹو اسپلٹ، ٹو بریک اپ۔ پھاڑنا۔</w:t>
      </w:r>
    </w:p>
    <w:p>
      <w:r>
        <w:rPr>
          <w:b/>
        </w:rPr>
        <w:t xml:space="preserve">[31:05] </w:t>
      </w:r>
      <w:r>
        <w:t>to kya tum ko shakk hai us khuda ke bare mein jis ne zameen aur aasman ko phara?</w:t>
      </w:r>
    </w:p>
    <w:p>
      <w:pPr>
        <w:jc w:val="right"/>
      </w:pPr>
      <w:r>
        <w:t>تو کیا تم کو شک ہے اس خدا کے بارے میں جس نے زمین اور آسمان کو پھاڑا؟</w:t>
      </w:r>
    </w:p>
    <w:p>
      <w:r>
        <w:rPr>
          <w:b/>
        </w:rPr>
        <w:t xml:space="preserve">[31:14] </w:t>
      </w:r>
      <w:r>
        <w:t>to yeh bohat hi anokhi baat hai ke aap tafseeron ko padhein, arabi tafseeron ko ya koi bhi</w:t>
      </w:r>
    </w:p>
    <w:p>
      <w:pPr>
        <w:jc w:val="right"/>
      </w:pPr>
      <w:r>
        <w:t>تو یہ بہت ہی انوکھی بات ہے کہ آپ تفسیروں کو پڑھیں، عربی تفسیروں کو یا کوئی بھی</w:t>
      </w:r>
    </w:p>
    <w:p>
      <w:r>
        <w:rPr>
          <w:b/>
        </w:rPr>
        <w:t xml:space="preserve">[31:19] </w:t>
      </w:r>
      <w:r>
        <w:t>tafseer ko, sab mein fatir ka batayenge, paida karne wala.</w:t>
      </w:r>
    </w:p>
    <w:p>
      <w:pPr>
        <w:jc w:val="right"/>
      </w:pPr>
      <w:r>
        <w:t>تفسیر کو، سب میں فاطر کا بتائیں گے، پیدا کرنے والا۔</w:t>
      </w:r>
    </w:p>
    <w:p>
      <w:r>
        <w:rPr>
          <w:b/>
        </w:rPr>
        <w:t xml:space="preserve">[31:24] </w:t>
      </w:r>
      <w:r>
        <w:t>kya tum ko shakk hai us khuda ko jis ne zameen aur aasman ko paida kiya? halanke fatir</w:t>
      </w:r>
    </w:p>
    <w:p>
      <w:pPr>
        <w:jc w:val="right"/>
      </w:pPr>
      <w:r>
        <w:t>کیا تم کو شک ہے اس خدا کو جس نے زمین اور آسمان کو پیدا کیا؟ حالانکہ فاطر</w:t>
      </w:r>
    </w:p>
    <w:p>
      <w:r>
        <w:rPr>
          <w:b/>
        </w:rPr>
        <w:t xml:space="preserve">[31:29] </w:t>
      </w:r>
      <w:r>
        <w:t>ke mani paida karna hai hi nahi.</w:t>
      </w:r>
    </w:p>
    <w:p>
      <w:pPr>
        <w:jc w:val="right"/>
      </w:pPr>
      <w:r>
        <w:t>کے معنی پیدا کرنا ہے ہی نہیں۔</w:t>
      </w:r>
    </w:p>
    <w:p>
      <w:r>
        <w:rPr>
          <w:b/>
        </w:rPr>
        <w:t xml:space="preserve">[31:34] </w:t>
      </w:r>
      <w:r>
        <w:t>yani fatir ka jo word hai, is ka literal meaning paida karne wala hai hi nahi.</w:t>
      </w:r>
    </w:p>
    <w:p>
      <w:pPr>
        <w:jc w:val="right"/>
      </w:pPr>
      <w:r>
        <w:t>یعنی فاطر کا جو ورڈ ہے، اس کا لیٹرل میننگ پیدا کرنے والا ہے ہی نہیں۔</w:t>
      </w:r>
    </w:p>
    <w:p>
      <w:r>
        <w:rPr>
          <w:b/>
        </w:rPr>
        <w:t xml:space="preserve">[31:39] </w:t>
      </w:r>
      <w:r>
        <w:t>lekin chuki in noon tha yeh, is sare log to is ko yani in aware the hi. khud musalman</w:t>
      </w:r>
    </w:p>
    <w:p>
      <w:pPr>
        <w:jc w:val="right"/>
      </w:pPr>
      <w:r>
        <w:t>لیکن چونکہ ان نون تھا یہ، اس سارے لوگ تو اس کو یعنی ان ایور تھے ہی۔ خود مسلمان</w:t>
      </w:r>
    </w:p>
    <w:p>
      <w:r>
        <w:rPr>
          <w:b/>
        </w:rPr>
        <w:t xml:space="preserve">[31:44] </w:t>
      </w:r>
      <w:r>
        <w:t>bhi is se unaware the. Quran utarne ke baad bhi. is point ko aap samjhiye ke zameen o aasman mein kabhi explosion hua hai, is se poori duniya, poori history, poori poori history bekhabar thi. yahan tak ke Quran mein jab aayat utri, tab bhi khud Musalman aur Quran ke commentator is se bekhabar the. aur is ko bata dete the, paida</w:t>
      </w:r>
    </w:p>
    <w:p>
      <w:pPr>
        <w:jc w:val="right"/>
      </w:pPr>
      <w:r>
        <w:t>بھی اس سے ان ایور تھے۔ قرآن اترنے کے بعد بھی۔ اس پوائنٹ کو آپ سمجھیے کہ زمین و آسمان میں کبھی ایکسپلوژن ہوا ہے، اس سے پوری دنیا، پوری ہسٹری، پوری پوری ہسٹری بے خبر تھی۔ یہاں تک کہ قرآن میں جب آیت اتری، تب بھی خود مسلمان اور قرآن کے کمنٹیٹر اس سے بے خبر تھے۔ اور اس کو بتا دیتے تھے، پیدا</w:t>
      </w:r>
    </w:p>
    <w:p>
      <w:r>
        <w:rPr>
          <w:b/>
        </w:rPr>
        <w:t xml:space="preserve">[32:14] </w:t>
      </w:r>
      <w:r>
        <w:t>karne wala.</w:t>
      </w:r>
    </w:p>
    <w:p>
      <w:pPr>
        <w:jc w:val="right"/>
      </w:pPr>
      <w:r>
        <w:t>کرنے والا۔</w:t>
      </w:r>
    </w:p>
    <w:p>
      <w:r>
        <w:rPr>
          <w:b/>
        </w:rPr>
        <w:t xml:space="preserve">[32:18] </w:t>
      </w:r>
      <w:r>
        <w:t>halankeh fāṭir ke ma'ne paida karne wala hai hi nahin.</w:t>
      </w:r>
    </w:p>
    <w:p>
      <w:pPr>
        <w:jc w:val="right"/>
      </w:pPr>
      <w:r>
        <w:t>حالانکہ فاطر کے معنی پیدا کرنے والا ہے ہی نہیں۔</w:t>
      </w:r>
    </w:p>
    <w:p>
      <w:r>
        <w:rPr>
          <w:b/>
        </w:rPr>
        <w:t xml:space="preserve">[32:23] </w:t>
      </w:r>
      <w:r>
        <w:t>is ke ma'ne phāṛne wala. phāṛne wala.</w:t>
      </w:r>
    </w:p>
    <w:p>
      <w:pPr>
        <w:jc w:val="right"/>
      </w:pPr>
      <w:r>
        <w:t>اس کے معنی پھاڑنے والا۔ پھاڑنے والا۔</w:t>
      </w:r>
    </w:p>
    <w:p>
      <w:r>
        <w:rPr>
          <w:b/>
        </w:rPr>
        <w:t xml:space="preserve">[32:27] </w:t>
      </w:r>
      <w:r>
        <w:t>ek qissah maine ek martabah paṛha tha keh ek ek jagah kahin is par ya'ne discussion hua,</w:t>
      </w:r>
    </w:p>
    <w:p>
      <w:pPr>
        <w:jc w:val="right"/>
      </w:pPr>
      <w:r>
        <w:t>ایک قصہ میں نے ایک مرتبہ پڑھا تھا کہ ایک ایک جگہ کہیں اس پر یعنی ڈسکشن ہوا،</w:t>
      </w:r>
    </w:p>
    <w:p>
      <w:r>
        <w:rPr>
          <w:b/>
        </w:rPr>
        <w:t xml:space="preserve">[32:31] </w:t>
      </w:r>
      <w:r>
        <w:t>controversy hui keh kya Khuda hai? kuchh log kahte the Khuda nahin hai, kuchh kahte the Khuda hai.</w:t>
      </w:r>
    </w:p>
    <w:p>
      <w:pPr>
        <w:jc w:val="right"/>
      </w:pPr>
      <w:r>
        <w:t>کنٹروورسی ہوئی کہ کیا خدا ہے؟ کچھ لوگ کہتے تھے خدا نہیں ہے، کچھ کہتے تھے خدا ہے۔</w:t>
      </w:r>
    </w:p>
    <w:p>
      <w:r>
        <w:rPr>
          <w:b/>
        </w:rPr>
        <w:t xml:space="preserve">[32:36] </w:t>
      </w:r>
      <w:r>
        <w:t>to woh bahs chal rahi thi aur bahs khatm nahin hoti thi.</w:t>
      </w:r>
    </w:p>
    <w:p>
      <w:pPr>
        <w:jc w:val="right"/>
      </w:pPr>
      <w:r>
        <w:t>تو وہ بحث چل رہی تھی اور بحث ختم نہیں ہوتی تھی۔</w:t>
      </w:r>
    </w:p>
    <w:p>
      <w:r>
        <w:rPr>
          <w:b/>
        </w:rPr>
        <w:t xml:space="preserve">[32:40] </w:t>
      </w:r>
      <w:r>
        <w:t>to is basti mein ek buzurg the,</w:t>
      </w:r>
    </w:p>
    <w:p>
      <w:pPr>
        <w:jc w:val="right"/>
      </w:pPr>
      <w:r>
        <w:t>تو اس بستی میں ایک بزرگ تھے،</w:t>
      </w:r>
    </w:p>
    <w:p>
      <w:r>
        <w:rPr>
          <w:b/>
        </w:rPr>
        <w:t xml:space="preserve">[32:44] </w:t>
      </w:r>
      <w:r>
        <w:t>to unhon ne kaha bhai in ko bulao.</w:t>
      </w:r>
    </w:p>
    <w:p>
      <w:pPr>
        <w:jc w:val="right"/>
      </w:pPr>
      <w:r>
        <w:t>تو انہوں نے کہا بھئی ان کو بلاؤ۔</w:t>
      </w:r>
    </w:p>
    <w:p>
      <w:r>
        <w:rPr>
          <w:b/>
        </w:rPr>
        <w:t xml:space="preserve">[32:48] </w:t>
      </w:r>
      <w:r>
        <w:t>scholar the woh.</w:t>
      </w:r>
    </w:p>
    <w:p>
      <w:pPr>
        <w:jc w:val="right"/>
      </w:pPr>
      <w:r>
        <w:t>اسکالر تھے وہ۔</w:t>
      </w:r>
    </w:p>
    <w:p>
      <w:r>
        <w:rPr>
          <w:b/>
        </w:rPr>
        <w:t xml:space="preserve">[32:52] </w:t>
      </w:r>
      <w:r>
        <w:t>shayad woh is ko kuchh bataen jis se hum kisi conclusion par pahunch saken.</w:t>
      </w:r>
    </w:p>
    <w:p>
      <w:pPr>
        <w:jc w:val="right"/>
      </w:pPr>
      <w:r>
        <w:t>شاید وہ اس کو کچھ بتائیں جس سے ہم کسی کانکلوژن پر پہنچ سکیں۔</w:t>
      </w:r>
    </w:p>
    <w:p>
      <w:r>
        <w:rPr>
          <w:b/>
        </w:rPr>
        <w:t xml:space="preserve">[32:56] </w:t>
      </w:r>
      <w:r>
        <w:t>to bulaye gae woh.</w:t>
      </w:r>
    </w:p>
    <w:p>
      <w:pPr>
        <w:jc w:val="right"/>
      </w:pPr>
      <w:r>
        <w:t>تو بلائے گئے وہ۔</w:t>
      </w:r>
    </w:p>
    <w:p>
      <w:r>
        <w:rPr>
          <w:b/>
        </w:rPr>
        <w:t xml:space="preserve">[33:00] </w:t>
      </w:r>
      <w:r>
        <w:t>woh aaye, boṛhe aadmi.</w:t>
      </w:r>
    </w:p>
    <w:p>
      <w:pPr>
        <w:jc w:val="right"/>
      </w:pPr>
      <w:r>
        <w:t>وہ آئے، بوڑھے آدمی۔</w:t>
      </w:r>
    </w:p>
    <w:p>
      <w:r>
        <w:rPr>
          <w:b/>
        </w:rPr>
        <w:t xml:space="preserve">[33:03] </w:t>
      </w:r>
      <w:r>
        <w:t>to aa kar unhon ne kiya kiya keh khaṛe hue, kaha keh bism a'ūdh billāhi minash shaiṭānir rajīm</w:t>
      </w:r>
    </w:p>
    <w:p>
      <w:pPr>
        <w:jc w:val="right"/>
      </w:pPr>
      <w:r>
        <w:t>تو آ کر انہوں نے کیا کیا کہ کھڑے ہوئے، کہا کہ بِسْمِ أعُوذُ بِاللَّهِ مِنَ الشَّيْطَانِ الرَّجِيمِ</w:t>
      </w:r>
    </w:p>
    <w:p>
      <w:r>
        <w:rPr>
          <w:b/>
        </w:rPr>
        <w:t xml:space="preserve">[33:07] </w:t>
      </w:r>
      <w:r>
        <w:t>bismillāhir raḥmānnir raḥīm afīllāhi shakkun fāṭiris samāwāti wal arḍ yeh kaha aur chale gae.</w:t>
      </w:r>
    </w:p>
    <w:p>
      <w:pPr>
        <w:jc w:val="right"/>
      </w:pPr>
      <w:r>
        <w:t>بِسْمِ اللَّهِ الرَّحْمٰنِ الرَّحِيمِ أَفِي اللَّهِ شَكٌّ فَاطِرِ السَّمَاوَاتِ وَالْأَرْضِ یہ کہا اور چلے گئے۔</w:t>
      </w:r>
    </w:p>
    <w:p>
      <w:r>
        <w:rPr>
          <w:b/>
        </w:rPr>
        <w:t xml:space="preserve">[33:11] </w:t>
      </w:r>
      <w:r>
        <w:t>to us waqt bhi</w:t>
      </w:r>
    </w:p>
    <w:p>
      <w:pPr>
        <w:jc w:val="right"/>
      </w:pPr>
      <w:r>
        <w:t>تو اس وقت بھی</w:t>
      </w:r>
    </w:p>
    <w:p>
      <w:r>
        <w:rPr>
          <w:b/>
        </w:rPr>
        <w:t xml:space="preserve">[33:15] </w:t>
      </w:r>
      <w:r>
        <w:t>woh scholar jis ne yeh paṛhi thi āyat, us ne fāṭir ko paida karne ke bare mein ma'ne</w:t>
      </w:r>
    </w:p>
    <w:p>
      <w:pPr>
        <w:jc w:val="right"/>
      </w:pPr>
      <w:r>
        <w:t>وہ اسکالر جس نے یہ پڑھی تھی آیت، اس نے فاطر کو پیدا کرنے کے بارے میں معنی</w:t>
      </w:r>
    </w:p>
    <w:p>
      <w:r>
        <w:rPr>
          <w:b/>
        </w:rPr>
        <w:t xml:space="preserve">[33:21] </w:t>
      </w:r>
      <w:r>
        <w:t>samjha tha us ko.</w:t>
      </w:r>
    </w:p>
    <w:p>
      <w:pPr>
        <w:jc w:val="right"/>
      </w:pPr>
      <w:r>
        <w:t>سمجھا تھا اس کو۔</w:t>
      </w:r>
    </w:p>
    <w:p>
      <w:r>
        <w:rPr>
          <w:b/>
        </w:rPr>
        <w:t xml:space="preserve">[33:28] </w:t>
      </w:r>
      <w:r>
        <w:t>kya tum ko shakk hai Khuda ke bare mein jis ne paida kiya zamin ko, āsmān ko? un</w:t>
      </w:r>
    </w:p>
    <w:p>
      <w:pPr>
        <w:jc w:val="right"/>
      </w:pPr>
      <w:r>
        <w:t>کیا تم کو شک ہے خدا کے بارے میں جس نے پیدا کیا زمین کو، آسمان کو؟ ان</w:t>
      </w:r>
    </w:p>
    <w:p>
      <w:r>
        <w:rPr>
          <w:b/>
        </w:rPr>
        <w:t xml:space="preserve">[33:34] </w:t>
      </w:r>
      <w:r>
        <w:t>ko pata nahin tha keh is mein ma'ne phatne ka mafhūm hai, phatna. ya'ne explosion.</w:t>
      </w:r>
    </w:p>
    <w:p>
      <w:pPr>
        <w:jc w:val="right"/>
      </w:pPr>
      <w:r>
        <w:t>کو پتہ نہیں تھا کہ اس میں معنی پھٹنے کا مفہوم ہے، پھٹنا۔ یعنی ایکسپلوژن۔</w:t>
      </w:r>
    </w:p>
    <w:p>
      <w:r>
        <w:rPr>
          <w:b/>
        </w:rPr>
        <w:t xml:space="preserve">[33:40] </w:t>
      </w:r>
      <w:r>
        <w:t>to aap bataiye keh kitna khula khula is bāt ka proof hai keh Qur'an ek aisi hasti ne diya hai</w:t>
      </w:r>
    </w:p>
    <w:p>
      <w:pPr>
        <w:jc w:val="right"/>
      </w:pPr>
      <w:r>
        <w:t>تو آپ بتائیے کہ کتنا کھلا کھلا اس بات کا پروف ہے کہ قرآن ایک ایسی ہستی نے دیا ہے</w:t>
      </w:r>
    </w:p>
    <w:p>
      <w:r>
        <w:rPr>
          <w:b/>
        </w:rPr>
        <w:t xml:space="preserve">[33:47] </w:t>
      </w:r>
      <w:r>
        <w:t>jo in bāton ko us waqt janta tha jabkeh puri puri history ke liye woh in known thi woh.</w:t>
      </w:r>
    </w:p>
    <w:p>
      <w:pPr>
        <w:jc w:val="right"/>
      </w:pPr>
      <w:r>
        <w:t>جو ان باتوں کو اس وقت جانتا تھا جبکہ پوری پوری ہسٹری کے لیے وہ ان نون تھی وہ۔</w:t>
      </w:r>
    </w:p>
    <w:p>
      <w:r>
        <w:rPr>
          <w:b/>
        </w:rPr>
        <w:t xml:space="preserve">[33:52] </w:t>
      </w:r>
      <w:r>
        <w:t>to is mein do bāten nikalti hain dekhiye.</w:t>
      </w:r>
    </w:p>
    <w:p>
      <w:pPr>
        <w:jc w:val="right"/>
      </w:pPr>
      <w:r>
        <w:t>تو اس میں دو باتیں نکلتی ہیں دیکھیے۔</w:t>
      </w:r>
    </w:p>
    <w:p>
      <w:r>
        <w:rPr>
          <w:b/>
        </w:rPr>
        <w:t xml:space="preserve">[33:57] </w:t>
      </w:r>
      <w:r>
        <w:t>ek to Khuda ka existence.</w:t>
      </w:r>
    </w:p>
    <w:p>
      <w:pPr>
        <w:jc w:val="right"/>
      </w:pPr>
      <w:r>
        <w:t>ایک تو خدا کا ایگزسٹنس۔</w:t>
      </w:r>
    </w:p>
    <w:p>
      <w:r>
        <w:rPr>
          <w:b/>
        </w:rPr>
        <w:t xml:space="preserve">[34:02] </w:t>
      </w:r>
      <w:r>
        <w:t>dusre Qur'an ka is Khuda ka kalām hona.</w:t>
      </w:r>
    </w:p>
    <w:p>
      <w:pPr>
        <w:jc w:val="right"/>
      </w:pPr>
      <w:r>
        <w:t>دوسرے قرآن کا اس خدا کا کلام ہونا۔</w:t>
      </w:r>
    </w:p>
    <w:p>
      <w:r>
        <w:rPr>
          <w:b/>
        </w:rPr>
        <w:t xml:space="preserve">[34:07] </w:t>
      </w:r>
      <w:r>
        <w:t>ya'ne is dunya ka ek Khuda hai aur Qur'an word of God hai.</w:t>
      </w:r>
    </w:p>
    <w:p>
      <w:pPr>
        <w:jc w:val="right"/>
      </w:pPr>
      <w:r>
        <w:t>یعنی اس دنیا کا ایک خدا ہے اور قرآن ورڈ آف گاڈ ہے۔</w:t>
      </w:r>
    </w:p>
    <w:p>
      <w:r>
        <w:rPr>
          <w:b/>
        </w:rPr>
        <w:t xml:space="preserve">[34:12] </w:t>
      </w:r>
      <w:r>
        <w:t>kisi bhi kitaab mein, kisi bhi insaan ke dimaagh mein yeh koi kaansipt nahin tha, kuch bhi, door</w:t>
      </w:r>
    </w:p>
    <w:p>
      <w:pPr>
        <w:jc w:val="right"/>
      </w:pPr>
      <w:r>
        <w:t>کسی بھی کتاب میں، کسی بھی انسان کے دماغ میں یہ کوئی کانسیپٹ نہیں تھا، کچھ بھی، دور</w:t>
      </w:r>
    </w:p>
    <w:p>
      <w:r>
        <w:rPr>
          <w:b/>
        </w:rPr>
        <w:t xml:space="preserve">[34:17] </w:t>
      </w:r>
      <w:r>
        <w:t>door tak bhi nahin.</w:t>
      </w:r>
    </w:p>
    <w:p>
      <w:pPr>
        <w:jc w:val="right"/>
      </w:pPr>
      <w:r>
        <w:t>دور تک بھی نہیں۔</w:t>
      </w:r>
    </w:p>
    <w:p>
      <w:r>
        <w:rPr>
          <w:b/>
        </w:rPr>
        <w:t xml:space="preserve">[34:22] </w:t>
      </w:r>
      <w:r>
        <w:t>ke zameen o aasmaan kabhi aise jure hue the, ek super atom ki shakal mein the.</w:t>
      </w:r>
    </w:p>
    <w:p>
      <w:pPr>
        <w:jc w:val="right"/>
      </w:pPr>
      <w:r>
        <w:t>کہ زمین و آسمان کبھی ایسے جڑے ہوئے تھے، ایک سپر ایٹم کی شکل میں تھے۔</w:t>
      </w:r>
    </w:p>
    <w:p>
      <w:r>
        <w:rPr>
          <w:b/>
        </w:rPr>
        <w:t xml:space="preserve">[34:27] </w:t>
      </w:r>
      <w:r>
        <w:t>main washingtan jab gaya tha to wahan par jo woh hota hai, planetarium, us mein mujhe le gaye</w:t>
      </w:r>
    </w:p>
    <w:p>
      <w:pPr>
        <w:jc w:val="right"/>
      </w:pPr>
      <w:r>
        <w:t>میں واشنگٹن جب گیا تھا تو وہاں پر جو وہ ہوتا ہے، پلینیٹیریم، اس میں مجھے لے گئے</w:t>
      </w:r>
    </w:p>
    <w:p>
      <w:r>
        <w:rPr>
          <w:b/>
        </w:rPr>
        <w:t xml:space="preserve">[34:32] </w:t>
      </w:r>
      <w:r>
        <w:t>the log to wahan us ko dikhate hain us mein.</w:t>
      </w:r>
    </w:p>
    <w:p>
      <w:pPr>
        <w:jc w:val="right"/>
      </w:pPr>
      <w:r>
        <w:t>تھے لوگ تو وہاں اس کو دکھاتے ہیں اس میں۔</w:t>
      </w:r>
    </w:p>
    <w:p>
      <w:r>
        <w:rPr>
          <w:b/>
        </w:rPr>
        <w:t xml:space="preserve">[34:38] </w:t>
      </w:r>
      <w:r>
        <w:t>yaani screen par dikhate hain, bahut bada screen hai, us par dikhate hain woh.</w:t>
      </w:r>
    </w:p>
    <w:p>
      <w:pPr>
        <w:jc w:val="right"/>
      </w:pPr>
      <w:r>
        <w:t>یعنی اسکرین پر دکھاتے ہیں، بہت بڑا اسکرین ہے، اس پر دکھاتے ہیں وہ۔</w:t>
      </w:r>
    </w:p>
    <w:p>
      <w:r>
        <w:rPr>
          <w:b/>
        </w:rPr>
        <w:t xml:space="preserve">[34:43] </w:t>
      </w:r>
      <w:r>
        <w:t>to us mein maine dekha ke ek bahut bada ball</w:t>
      </w:r>
    </w:p>
    <w:p>
      <w:pPr>
        <w:jc w:val="right"/>
      </w:pPr>
      <w:r>
        <w:t>تو اس میں میں نے دیکھا کہ ایک بہت بڑا بال</w:t>
      </w:r>
    </w:p>
    <w:p>
      <w:r>
        <w:rPr>
          <w:b/>
        </w:rPr>
        <w:t xml:space="preserve">[34:48] </w:t>
      </w:r>
      <w:r>
        <w:t>space mein aata hai.</w:t>
      </w:r>
    </w:p>
    <w:p>
      <w:pPr>
        <w:jc w:val="right"/>
      </w:pPr>
      <w:r>
        <w:t>اسپیس میں آتا ہے۔</w:t>
      </w:r>
    </w:p>
    <w:p>
      <w:r>
        <w:rPr>
          <w:b/>
        </w:rPr>
        <w:t xml:space="preserve">[34:52] </w:t>
      </w:r>
      <w:r>
        <w:t>bahut bada ball.</w:t>
      </w:r>
    </w:p>
    <w:p>
      <w:pPr>
        <w:jc w:val="right"/>
      </w:pPr>
      <w:r>
        <w:t>بہت بڑا بال۔</w:t>
      </w:r>
    </w:p>
    <w:p>
      <w:r>
        <w:rPr>
          <w:b/>
        </w:rPr>
        <w:t xml:space="preserve">[34:55] </w:t>
      </w:r>
      <w:r>
        <w:t>koi super atom.</w:t>
      </w:r>
    </w:p>
    <w:p>
      <w:pPr>
        <w:jc w:val="right"/>
      </w:pPr>
      <w:r>
        <w:t>کوئی سپر ایٹم۔</w:t>
      </w:r>
    </w:p>
    <w:p>
      <w:r>
        <w:rPr>
          <w:b/>
        </w:rPr>
        <w:t xml:space="preserve">[34:58] </w:t>
      </w:r>
      <w:r>
        <w:t>ab is ke baad is ke andar explosion hota hai, phatta hai.</w:t>
      </w:r>
    </w:p>
    <w:p>
      <w:pPr>
        <w:jc w:val="right"/>
      </w:pPr>
      <w:r>
        <w:t>اب اس کے بعد اس کے اندر ایکسپلوژن ہوتا ہے، پھٹتا ہے۔</w:t>
      </w:r>
    </w:p>
    <w:p>
      <w:r>
        <w:rPr>
          <w:b/>
        </w:rPr>
        <w:t xml:space="preserve">[35:02] </w:t>
      </w:r>
      <w:r>
        <w:t>phat kar ke particle jo hain is ke bikhirte hain.</w:t>
      </w:r>
    </w:p>
    <w:p>
      <w:pPr>
        <w:jc w:val="right"/>
      </w:pPr>
      <w:r>
        <w:t>پھٹ کر کے پارٹیکل جو ہیں اس کے بکھرتے ہیں۔</w:t>
      </w:r>
    </w:p>
    <w:p>
      <w:r>
        <w:rPr>
          <w:b/>
        </w:rPr>
        <w:t xml:space="preserve">[35:05] </w:t>
      </w:r>
      <w:r>
        <w:t>ab bikhar bikhar ke phir woh kya hota hai, galaxy banti hai, star bante hain, planet bante hain.</w:t>
      </w:r>
    </w:p>
    <w:p>
      <w:pPr>
        <w:jc w:val="right"/>
      </w:pPr>
      <w:r>
        <w:t>اب بکھر بکھر کے پھر وہ کیا ہوتا ہے، گلیکسی بنتی ہے، اسٹار بنتے ہیں، پلینٹ بنتے ہیں۔</w:t>
      </w:r>
    </w:p>
    <w:p>
      <w:r>
        <w:rPr>
          <w:b/>
        </w:rPr>
        <w:t xml:space="preserve">[35:08] </w:t>
      </w:r>
      <w:r>
        <w:t>yahan tak ke aakhir mein solar system banta hai.</w:t>
      </w:r>
    </w:p>
    <w:p>
      <w:pPr>
        <w:jc w:val="right"/>
      </w:pPr>
      <w:r>
        <w:t>یہاں تک کہ آخر میں سولر سسٹم بنتا ہے۔</w:t>
      </w:r>
    </w:p>
    <w:p>
      <w:r>
        <w:rPr>
          <w:b/>
        </w:rPr>
        <w:t xml:space="preserve">[35:12] </w:t>
      </w:r>
      <w:r>
        <w:t>to us ko unhon ne project kiya hai us mein.</w:t>
      </w:r>
    </w:p>
    <w:p>
      <w:pPr>
        <w:jc w:val="right"/>
      </w:pPr>
      <w:r>
        <w:t>تو اس کو انہوں نے پروجیکٹ کیا ہے اس میں۔</w:t>
      </w:r>
    </w:p>
    <w:p>
      <w:r>
        <w:rPr>
          <w:b/>
        </w:rPr>
        <w:t xml:space="preserve">[35:15] </w:t>
      </w:r>
      <w:r>
        <w:t>to yeh jo quran mein ayat hai do, yeh ek</w:t>
      </w:r>
    </w:p>
    <w:p>
      <w:pPr>
        <w:jc w:val="right"/>
      </w:pPr>
      <w:r>
        <w:t>تو یہ جو قرآن میں آیت ہے دو، یہ ایک</w:t>
      </w:r>
    </w:p>
    <w:p>
      <w:r>
        <w:rPr>
          <w:b/>
        </w:rPr>
        <w:t xml:space="preserve">[35:19] </w:t>
      </w:r>
      <w:r>
        <w:t>do cheezon ka saboot banti hai, yeh do cheezon ka proof.</w:t>
      </w:r>
    </w:p>
    <w:p>
      <w:pPr>
        <w:jc w:val="right"/>
      </w:pPr>
      <w:r>
        <w:t>دو چیزوں کا ثبوت بنتی ہے، یہ دو چیزوں کا پروف۔</w:t>
      </w:r>
    </w:p>
    <w:p>
      <w:r>
        <w:rPr>
          <w:b/>
        </w:rPr>
        <w:t xml:space="preserve">[35:24] </w:t>
      </w:r>
      <w:r>
        <w:t>number one ke quran is a word of god. number one.</w:t>
      </w:r>
    </w:p>
    <w:p>
      <w:pPr>
        <w:jc w:val="right"/>
      </w:pPr>
      <w:r>
        <w:t>نمبر ون کہ قرآن از اے ورڈ آف گاڈ۔ نمبر ون۔</w:t>
      </w:r>
    </w:p>
    <w:p>
      <w:r>
        <w:rPr>
          <w:b/>
        </w:rPr>
        <w:t xml:space="preserve">[35:29] </w:t>
      </w:r>
      <w:r>
        <w:t>number do ke beyond space and time bhi koi hai, koi exist kar raha hai.</w:t>
      </w:r>
    </w:p>
    <w:p>
      <w:pPr>
        <w:jc w:val="right"/>
      </w:pPr>
      <w:r>
        <w:t>نمبر دو کہ بیونڈ اسپیس اینڈ ٹائم بھی کوئی ہے، کوئی ایگزسٹ کر رہا ہے۔</w:t>
      </w:r>
    </w:p>
    <w:p>
      <w:r>
        <w:rPr>
          <w:b/>
        </w:rPr>
        <w:t xml:space="preserve">[35:34] </w:t>
      </w:r>
      <w:r>
        <w:t>yaani hum jahan se dekh rahe hain cheezon ko, is se bahar bhi koi hai jo dekh raha</w:t>
      </w:r>
    </w:p>
    <w:p>
      <w:pPr>
        <w:jc w:val="right"/>
      </w:pPr>
      <w:r>
        <w:t>یعنی ہم جہاں سے دیکھ رہے ہیں چیزوں کو، اس سے باہر بھی کوئی ہے جو دیکھ رہا</w:t>
      </w:r>
    </w:p>
    <w:p>
      <w:r>
        <w:rPr>
          <w:b/>
        </w:rPr>
        <w:t xml:space="preserve">[35:39] </w:t>
      </w:r>
      <w:r>
        <w:t>hai cheezon ko, jis se hum an aware hain.</w:t>
      </w:r>
    </w:p>
    <w:p>
      <w:pPr>
        <w:jc w:val="right"/>
      </w:pPr>
      <w:r>
        <w:t>ہے چیزوں کو، جس سے ہم ان اویئر ہیں۔</w:t>
      </w:r>
    </w:p>
    <w:p>
      <w:r>
        <w:rPr>
          <w:b/>
        </w:rPr>
        <w:t xml:space="preserve">[35:44] </w:t>
      </w:r>
      <w:r>
        <w:t>yaani hum goya ke cocoon mein hain. cocoon mein</w:t>
      </w:r>
    </w:p>
    <w:p>
      <w:pPr>
        <w:jc w:val="right"/>
      </w:pPr>
      <w:r>
        <w:t>یعنی ہم گویا کہ ککون میں ہیں۔ ککون میں</w:t>
      </w:r>
    </w:p>
    <w:p>
      <w:r>
        <w:rPr>
          <w:b/>
        </w:rPr>
        <w:t xml:space="preserve">[35:49] </w:t>
      </w:r>
      <w:r>
        <w:t>ek is ke andar koi keera hota hai.</w:t>
      </w:r>
    </w:p>
    <w:p>
      <w:pPr>
        <w:jc w:val="right"/>
      </w:pPr>
      <w:r>
        <w:t>ایک اس کے اندر کوئی کیڑا ہوتا ہے۔</w:t>
      </w:r>
    </w:p>
    <w:p>
      <w:r>
        <w:rPr>
          <w:b/>
        </w:rPr>
        <w:t xml:space="preserve">[35:53] </w:t>
      </w:r>
      <w:r>
        <w:t>to ek ek woh keera hai jo cocoon ke andar se cheezon ko dekh raha hai.</w:t>
      </w:r>
    </w:p>
    <w:p>
      <w:pPr>
        <w:jc w:val="right"/>
      </w:pPr>
      <w:r>
        <w:t>تو ایک ایک وہ کیڑا ہے جو ککون کے اندر سے چیزوں کو دیکھ رہا ہے۔</w:t>
      </w:r>
    </w:p>
    <w:p>
      <w:r>
        <w:rPr>
          <w:b/>
        </w:rPr>
        <w:t xml:space="preserve">[35:58] </w:t>
      </w:r>
      <w:r>
        <w:t>ek woh insaan hai jo cocoon ke bahar se dekh raha hai.</w:t>
      </w:r>
    </w:p>
    <w:p>
      <w:pPr>
        <w:jc w:val="right"/>
      </w:pPr>
      <w:r>
        <w:t>ایک وہ انسان ہے جو ککون کے باہر سے دیکھ رہا ہے۔</w:t>
      </w:r>
    </w:p>
    <w:p>
      <w:r>
        <w:rPr>
          <w:b/>
        </w:rPr>
        <w:t xml:space="preserve">[36:02] </w:t>
      </w:r>
      <w:r>
        <w:t>to hum log jo hain kkon ke andar hain.</w:t>
      </w:r>
    </w:p>
    <w:p>
      <w:pPr>
        <w:jc w:val="right"/>
      </w:pPr>
      <w:r>
        <w:t>تو ہم لوگ جو ہیں ککون کے اندر ہیں۔</w:t>
      </w:r>
    </w:p>
    <w:p>
      <w:r>
        <w:rPr>
          <w:b/>
        </w:rPr>
        <w:t xml:space="preserve">[36:07] </w:t>
      </w:r>
      <w:r>
        <w:t>aur khuda kkon ke bahar se cheezon ko dekh raha hai.</w:t>
      </w:r>
    </w:p>
    <w:p>
      <w:pPr>
        <w:jc w:val="right"/>
      </w:pPr>
      <w:r>
        <w:t>اور خدا ککون کے باہر سے چیزوں کو دیکھ رہا ہے۔</w:t>
      </w:r>
    </w:p>
    <w:p>
      <w:r>
        <w:rPr>
          <w:b/>
        </w:rPr>
        <w:t xml:space="preserve">[36:11] </w:t>
      </w:r>
      <w:r>
        <w:t>yani hum space and time ke andar dekh rahe hain, khuda space and time ke bahar dekh raha hai.</w:t>
      </w:r>
    </w:p>
    <w:p>
      <w:pPr>
        <w:jc w:val="right"/>
      </w:pPr>
      <w:r>
        <w:t>یعنی ہم اسپیس اینڈ ٹائم کے اندر دیکھ رہے ہیں، خدا اسپیس اینڈ ٹائم کے باہر دیکھ رہا ہے۔</w:t>
      </w:r>
    </w:p>
    <w:p>
      <w:r>
        <w:rPr>
          <w:b/>
        </w:rPr>
        <w:t xml:space="preserve">[36:16] </w:t>
      </w:r>
      <w:r>
        <w:t>yeh clear proof hai is baat ka</w:t>
      </w:r>
    </w:p>
    <w:p>
      <w:pPr>
        <w:jc w:val="right"/>
      </w:pPr>
      <w:r>
        <w:t>یہ کلیئر پروف ہے اس بات کا</w:t>
      </w:r>
    </w:p>
    <w:p>
      <w:r>
        <w:rPr>
          <w:b/>
        </w:rPr>
        <w:t xml:space="preserve">[36:20] </w:t>
      </w:r>
      <w:r>
        <w:t>ke is kainat ka ek khuda hai, woh is ka creator hai, is ne quran ki shakal mein</w:t>
      </w:r>
    </w:p>
    <w:p>
      <w:pPr>
        <w:jc w:val="right"/>
      </w:pPr>
      <w:r>
        <w:t>کہ اس کائنات کا ایک خدا ہے، وہ اس کا کریٹر ہے، اس نے قرآن کی شکل میں</w:t>
      </w:r>
    </w:p>
    <w:p>
      <w:r>
        <w:rPr>
          <w:b/>
        </w:rPr>
        <w:t xml:space="preserve">[36:25] </w:t>
      </w:r>
      <w:r>
        <w:t>apna kalam bheja hai.</w:t>
      </w:r>
    </w:p>
    <w:p>
      <w:pPr>
        <w:jc w:val="right"/>
      </w:pPr>
      <w:r>
        <w:t>اپنا کلام بھیجا ہے۔</w:t>
      </w:r>
    </w:p>
    <w:p>
      <w:r>
        <w:rPr>
          <w:b/>
        </w:rPr>
        <w:t xml:space="preserve">[36:29] </w:t>
      </w:r>
      <w:r>
        <w:t>lekin yaad rakhiye, kisi bhi baat ko jab tak aadmi manne ko tayyar na ho, yani sincere na</w:t>
      </w:r>
    </w:p>
    <w:p>
      <w:pPr>
        <w:jc w:val="right"/>
      </w:pPr>
      <w:r>
        <w:t>لیکن یاد رکھیے، کسی بھی بات کو جب تک آدمی ماننے کو تیار نہ ہو، یعنی سنسیئر نہ</w:t>
      </w:r>
    </w:p>
    <w:p>
      <w:r>
        <w:rPr>
          <w:b/>
        </w:rPr>
        <w:t xml:space="preserve">[36:33] </w:t>
      </w:r>
      <w:r>
        <w:t>ho is ko, to woh proof is ke liye proof nahi hoga.</w:t>
      </w:r>
    </w:p>
    <w:p>
      <w:pPr>
        <w:jc w:val="right"/>
      </w:pPr>
      <w:r>
        <w:t>ہو اس کو، تو وہ پروف اس کے لیے پروف نہیں ہوگا۔</w:t>
      </w:r>
    </w:p>
    <w:p>
      <w:r>
        <w:rPr>
          <w:b/>
        </w:rPr>
        <w:t xml:space="preserve">[36:38] </w:t>
      </w:r>
      <w:r>
        <w:t>hindi mein ek misl hai ke mano deware to pathar.</w:t>
      </w:r>
    </w:p>
    <w:p>
      <w:pPr>
        <w:jc w:val="right"/>
      </w:pPr>
      <w:r>
        <w:t>ہندی میں ایک مثل ہے کہ मानो देवरे तो पत्थर।</w:t>
      </w:r>
    </w:p>
    <w:p>
      <w:r>
        <w:rPr>
          <w:b/>
        </w:rPr>
        <w:t xml:space="preserve">[36:42] </w:t>
      </w:r>
      <w:r>
        <w:t>mano deware to pathar.</w:t>
      </w:r>
    </w:p>
    <w:p>
      <w:pPr>
        <w:jc w:val="right"/>
      </w:pPr>
      <w:r>
        <w:t>मानो देवरे तो पत्थर।</w:t>
      </w:r>
    </w:p>
    <w:p>
      <w:r>
        <w:rPr>
          <w:b/>
        </w:rPr>
        <w:t xml:space="preserve">[36:47] </w:t>
      </w:r>
      <w:r>
        <w:t>matlab ek ek ek ek</w:t>
      </w:r>
    </w:p>
    <w:p>
      <w:pPr>
        <w:jc w:val="right"/>
      </w:pPr>
      <w:r>
        <w:t>مطلب ایک ایک ایک ایک</w:t>
      </w:r>
    </w:p>
    <w:p>
      <w:r>
        <w:rPr>
          <w:b/>
        </w:rPr>
        <w:t xml:space="preserve">[36:51] </w:t>
      </w:r>
      <w:r>
        <w:t>but banaya jata hai, woh pathar ka banta hai.</w:t>
      </w:r>
    </w:p>
    <w:p>
      <w:pPr>
        <w:jc w:val="right"/>
      </w:pPr>
      <w:r>
        <w:t>بت بنایا جاتا ہے، وہ پتھر کا بنتا ہے۔</w:t>
      </w:r>
    </w:p>
    <w:p>
      <w:r>
        <w:rPr>
          <w:b/>
        </w:rPr>
        <w:t xml:space="preserve">[36:56] </w:t>
      </w:r>
      <w:r>
        <w:t>to agar jab maan lete hain log to woh devta ban gaya.</w:t>
      </w:r>
    </w:p>
    <w:p>
      <w:pPr>
        <w:jc w:val="right"/>
      </w:pPr>
      <w:r>
        <w:t>تو اگر جب مان لیتے ہیں لوگ تو وہ دیوتا بن گیا۔</w:t>
      </w:r>
    </w:p>
    <w:p>
      <w:r>
        <w:rPr>
          <w:b/>
        </w:rPr>
        <w:t xml:space="preserve">[37:01] </w:t>
      </w:r>
      <w:r>
        <w:t>na maane to pathar rahega.</w:t>
      </w:r>
    </w:p>
    <w:p>
      <w:pPr>
        <w:jc w:val="right"/>
      </w:pPr>
      <w:r>
        <w:t>نہ مانے تو پتھر رہے گا۔</w:t>
      </w:r>
    </w:p>
    <w:p>
      <w:r>
        <w:rPr>
          <w:b/>
        </w:rPr>
        <w:t xml:space="preserve">[37:06] </w:t>
      </w:r>
      <w:r>
        <w:t>to mano to deware to pathar.</w:t>
      </w:r>
    </w:p>
    <w:p>
      <w:pPr>
        <w:jc w:val="right"/>
      </w:pPr>
      <w:r>
        <w:t>تو मानो तो देवरे तो पत्थर।</w:t>
      </w:r>
    </w:p>
    <w:p>
      <w:r>
        <w:rPr>
          <w:b/>
        </w:rPr>
        <w:t xml:space="preserve">[37:11] </w:t>
      </w:r>
      <w:r>
        <w:t>yeh jo proof mein de raha hoon aap ko, aadmi agar sincere ho, seriously woh le baaton ko,</w:t>
      </w:r>
    </w:p>
    <w:p>
      <w:pPr>
        <w:jc w:val="right"/>
      </w:pPr>
      <w:r>
        <w:t>یہ جو پروف میں دے رہا ہوں آپ کو، آدمی اگر سنسیئر ہو، سیریسلی وہ لے باتوں کو،</w:t>
      </w:r>
    </w:p>
    <w:p>
      <w:r>
        <w:rPr>
          <w:b/>
        </w:rPr>
        <w:t xml:space="preserve">[37:17] </w:t>
      </w:r>
      <w:r>
        <w:t>is par soche, is gehrai mein jaye, to chala uthega ke bilashuba khuda hai, bilashuba creator hai.</w:t>
      </w:r>
    </w:p>
    <w:p>
      <w:pPr>
        <w:jc w:val="right"/>
      </w:pPr>
      <w:r>
        <w:t>اس پر سوچے، اس گہرائی میں جائے، تو چلا اٹھے گا کہ بلاشبہ خدا ہے، بلاشبہ کریٹر ہے۔</w:t>
      </w:r>
    </w:p>
    <w:p>
      <w:r>
        <w:rPr>
          <w:b/>
        </w:rPr>
        <w:t xml:space="preserve">[37:22] </w:t>
      </w:r>
      <w:r>
        <w:t>Aur agar woh sincere na ho, cheezon ko seriously na leta ho, to jaisa pehle tha waisa ab bhi rahega. Jaise Quran mein kuch insaan hote hain, like animal, un ke saamne kuch bhi kehte raho, woh apna baithe rahenge aise hi, koi response nahi denge. Kisi animal ke saamne aap koi koi speech dein, us ko garment dein, koi scientific formula pesh karein</w:t>
      </w:r>
    </w:p>
    <w:p>
      <w:pPr>
        <w:jc w:val="right"/>
      </w:pPr>
      <w:r>
        <w:t>اور اگر وہ سنسیئر نہ ہو، چیزوں کو سیریسلی نہ لیتا ہو، تو جیسا پہلے تھا ویسے اب بھی رہے گا۔ جیسے قرآن میں کچھ انسان ہوتے ہیں، لائک اینیمل، ان کے سامنے کچھ بھی کہتے رہو، وہ اپنا بیٹھے رہیں گے ایسے ہی، کوئی رسپانس نہیں دیں گے۔ کسی اینیمل کے سامنے آپ کوئی کوئی اسپیچ دیں، اس کو گارومنٹ دیں، کوئی سائنٹیفک فارمولا پیش کریں</w:t>
      </w:r>
    </w:p>
    <w:p>
      <w:r>
        <w:rPr>
          <w:b/>
        </w:rPr>
        <w:t xml:space="preserve">[37:52] </w:t>
      </w:r>
      <w:r>
        <w:t>, to woh apna baitha rahega aise hi, koi response nahi dega woh. Kyunkeh woh samajhta nahi hai. To insaanon pe kuch log just like animal hote hain. Jab insaanon mein jo log insincere ho jayein, seriousness khatam ho jaaye un ke andar, then they are just like animal. Baqi jo sochne wala aadmi hai, is proof ke baad woh apne ko speechless payega. Khuli hui</w:t>
      </w:r>
    </w:p>
    <w:p>
      <w:pPr>
        <w:jc w:val="right"/>
      </w:pPr>
      <w:r>
        <w:t>، تو وہ اپنا بیٹھا رہے گا ایسے ہی، کوئی رسپانس نہیں دے گا وہ۔ کیونکہ وہ سمجھتا نہیں ہے۔ تو انسانوں پہ کچھ لوگ جسٹ لائک اینیمل ہوتے ہیں۔ جب انسانوں میں جو لوگ ان سنسیئر ہو جائیں، سیریسنس ختم ہو جائے ان کے اندر، دین دے آر جسٹ لائک اینیمل۔ باقی جو سوچنے والا آدمی ہے، اس پروف کے بعد وہ اپنے کو اسپیچ لیس پائے گا۔ کھلی ہوئی</w:t>
      </w:r>
    </w:p>
    <w:p>
      <w:r>
        <w:rPr>
          <w:b/>
        </w:rPr>
        <w:t xml:space="preserve">[38:22] </w:t>
      </w:r>
      <w:r>
        <w:t>baat hai, aap ghor kijiye ke is se bada aur proof kya chahiye? to jaisa ke maine</w:t>
      </w:r>
    </w:p>
    <w:p>
      <w:pPr>
        <w:jc w:val="right"/>
      </w:pPr>
      <w:r>
        <w:t>بات ہے، آپ غور کیجیے کہ اس سے بڑا اور پروف کیا چاہیے؟ تو جیسا کہ میں نے</w:t>
      </w:r>
    </w:p>
    <w:p>
      <w:r>
        <w:rPr>
          <w:b/>
        </w:rPr>
        <w:t xml:space="preserve">[38:29] </w:t>
      </w:r>
      <w:r>
        <w:t>arz kiya shuru mein ke it all depends upon the level of marifat.</w:t>
      </w:r>
    </w:p>
    <w:p>
      <w:pPr>
        <w:jc w:val="right"/>
      </w:pPr>
      <w:r>
        <w:t>عرض کیا شروع میں کہ it all depends upon the level of معرفت۔</w:t>
      </w:r>
    </w:p>
    <w:p>
      <w:r>
        <w:rPr>
          <w:b/>
        </w:rPr>
        <w:t xml:space="preserve">[38:37] </w:t>
      </w:r>
      <w:r>
        <w:t>marifat to jo level hai, woh kya hai? matlab ke log yeh kehte hain ke yani yani how</w:t>
      </w:r>
    </w:p>
    <w:p>
      <w:pPr>
        <w:jc w:val="right"/>
      </w:pPr>
      <w:r>
        <w:t>معرفت تو جو لیول ہے، وہ کیا ہے؟ مطلب کہ لوگ یہ کہتے ہیں کہ یعنی یعنی how</w:t>
      </w:r>
    </w:p>
    <w:p>
      <w:r>
        <w:rPr>
          <w:b/>
        </w:rPr>
        <w:t xml:space="preserve">[38:45] </w:t>
      </w:r>
      <w:r>
        <w:t>to believe in the existence of God</w:t>
      </w:r>
    </w:p>
    <w:p>
      <w:pPr>
        <w:jc w:val="right"/>
      </w:pPr>
      <w:r>
        <w:t>to believe in the existence of God</w:t>
      </w:r>
    </w:p>
    <w:p>
      <w:r>
        <w:rPr>
          <w:b/>
        </w:rPr>
        <w:t xml:space="preserve">[38:52] </w:t>
      </w:r>
      <w:r>
        <w:t>yani sawal yeh karenge how to believe in the existence of God lekin masla yeh nahi hai.</w:t>
      </w:r>
    </w:p>
    <w:p>
      <w:pPr>
        <w:jc w:val="right"/>
      </w:pPr>
      <w:r>
        <w:t>یعنی سوال یہ کریں گے how to believe in the existence of God لیکن مسئلہ یہ نہیں ہے۔</w:t>
      </w:r>
    </w:p>
    <w:p>
      <w:r>
        <w:rPr>
          <w:b/>
        </w:rPr>
        <w:t xml:space="preserve">[39:00] </w:t>
      </w:r>
      <w:r>
        <w:t>what is the level of level what is the level of understanding ki baat hai yeh.</w:t>
      </w:r>
    </w:p>
    <w:p>
      <w:pPr>
        <w:jc w:val="right"/>
      </w:pPr>
      <w:r>
        <w:t>What is the level of لیول واٹ از دا لیول اف انڈرسٹینڈنگ کی بات ہے یہ۔</w:t>
      </w:r>
    </w:p>
    <w:p>
      <w:r>
        <w:rPr>
          <w:b/>
        </w:rPr>
        <w:t xml:space="preserve">[39:07] </w:t>
      </w:r>
      <w:r>
        <w:t>level of understanding jo hai, agar woh ho jis mein sanjidgi hai, jis mein seriousness hai, jis mein</w:t>
      </w:r>
    </w:p>
    <w:p>
      <w:pPr>
        <w:jc w:val="right"/>
      </w:pPr>
      <w:r>
        <w:t>لیول اف انڈرسٹینڈنگ جو ہے، اگر وہ ہو جس میں سنجیدگی ہے، جس میں سیریسنس ہے، جس میں</w:t>
      </w:r>
    </w:p>
    <w:p>
      <w:r>
        <w:rPr>
          <w:b/>
        </w:rPr>
        <w:t xml:space="preserve">[39:15] </w:t>
      </w:r>
      <w:r>
        <w:t>jis mein sincerity hai, jo baaton ko samajh sakta hai, jo prepared mind hai, woh level hai ke nahi hai.</w:t>
      </w:r>
    </w:p>
    <w:p>
      <w:pPr>
        <w:jc w:val="right"/>
      </w:pPr>
      <w:r>
        <w:t>جس میں سنسیرٹی ہے، جو باتوں کو سمجھ سکتا ہے، جو پریپیرڈ مائنڈ ہے، وہ لیول ہے کہ نہیں ہے۔</w:t>
      </w:r>
    </w:p>
    <w:p>
      <w:r>
        <w:rPr>
          <w:b/>
        </w:rPr>
        <w:t xml:space="preserve">[39:22] </w:t>
      </w:r>
      <w:r>
        <w:t>جیسے ٹالمی کا لیول جو تھا، تب آدمی سمجھ نہیں سکتا تھا یعنی heliocentric theory کو۔</w:t>
      </w:r>
    </w:p>
    <w:p>
      <w:pPr>
        <w:jc w:val="right"/>
      </w:pPr>
      <w:r>
        <w:t>جیسے ٹالمی کا لیول جو تھا، تب آدمی سمجھ نہیں سکتا تھا یعنی ہیلیو سینٹرک تھیوری کو۔</w:t>
      </w:r>
    </w:p>
    <w:p>
      <w:r>
        <w:rPr>
          <w:b/>
        </w:rPr>
        <w:t xml:space="preserve">[39:27] </w:t>
      </w:r>
      <w:r>
        <w:t>گلیلو کے زمانے میں یہ possible ہوا کہ آدمی heliocentric theory کو سمجھے۔</w:t>
      </w:r>
    </w:p>
    <w:p>
      <w:pPr>
        <w:jc w:val="right"/>
      </w:pPr>
      <w:r>
        <w:t>گلیلو کے زمانے میں یہ پاسیبل ہوا کہ آدمی ہیلیو سینٹرک تھیوری کو سمجھے۔</w:t>
      </w:r>
    </w:p>
    <w:p>
      <w:r>
        <w:rPr>
          <w:b/>
        </w:rPr>
        <w:t xml:space="preserve">[39:32] </w:t>
      </w:r>
      <w:r>
        <w:t>lekin ainstain ke zamane mein phir bhi ek kami hai, woh yeh ke jo beyond space and time</w:t>
      </w:r>
    </w:p>
    <w:p>
      <w:pPr>
        <w:jc w:val="right"/>
      </w:pPr>
      <w:r>
        <w:t>لیکن آئنسٹائن کے زمانے میں پھر بھی ایک کمی ہے، وہ یہ کہ جو بیونڈ اسپیس اینڈ ٹائم</w:t>
      </w:r>
    </w:p>
    <w:p>
      <w:r>
        <w:rPr>
          <w:b/>
        </w:rPr>
        <w:t xml:space="preserve">[39:37] </w:t>
      </w:r>
      <w:r>
        <w:t>jo baatein hain, phir bhi aap us ko samajh nahin sakte hain.</w:t>
      </w:r>
    </w:p>
    <w:p>
      <w:pPr>
        <w:jc w:val="right"/>
      </w:pPr>
      <w:r>
        <w:t>جو باتیں ہیں، پھر بھی آپ اس کو سمجھ نہیں سکتے ہیں۔</w:t>
      </w:r>
    </w:p>
    <w:p>
      <w:r>
        <w:rPr>
          <w:b/>
        </w:rPr>
        <w:t xml:space="preserve">[39:42] </w:t>
      </w:r>
      <w:r>
        <w:t>to yeh yeh sara maamla hai marifat ki satah ka, yani level of understanding ka.</w:t>
      </w:r>
    </w:p>
    <w:p>
      <w:pPr>
        <w:jc w:val="right"/>
      </w:pPr>
      <w:r>
        <w:t>تو یہ یہ سارا معاملہ ہے معرفت کی سطح کا، یعنی لیول اف انڈرسٹینڈنگ کا۔</w:t>
      </w:r>
    </w:p>
    <w:p>
      <w:r>
        <w:rPr>
          <w:b/>
        </w:rPr>
        <w:t xml:space="preserve">[39:47] </w:t>
      </w:r>
      <w:r>
        <w:t>to khud kha</w:t>
      </w:r>
    </w:p>
    <w:p>
      <w:pPr>
        <w:jc w:val="right"/>
      </w:pPr>
      <w:r>
        <w:t>تو خود خ</w:t>
      </w:r>
    </w:p>
    <w:p>
      <w:r>
        <w:rPr>
          <w:b/>
        </w:rPr>
        <w:t xml:space="preserve">[39:52] </w:t>
      </w:r>
      <w:r>
        <w:t>da ka wajood, woh bilashuba sabit hai, us mein koi shakk hi nahi. Ab main yahan par aik aur reference dena chahunga, Bertrand Russell ka, jo maine arz kiya aap se pehle. Bertrand Russell ke haan maine aik bohat bari cheez discover ki. Bertrand Russell ke bare mein main yeh arz kar doon keh bohat hi honest aadmi tha woh. Yaani agarche woh atheist tha, Khuda ko nahi manta tha, lekin woh jhoot nahi bolta tha kab</w:t>
      </w:r>
    </w:p>
    <w:p>
      <w:pPr>
        <w:jc w:val="right"/>
      </w:pPr>
      <w:r>
        <w:t>دا کا وجود، وہ بلاشبہ ثابت ہے، اس میں کوئی شک ہی نہیں۔ اب میں یہاں پر ایک اور ریفرنس دینا چاہوں گا، برٹ ڈرسل کا، جو میں نے عرض کیا آپ سے پہلے۔ برٹ ڈرسل کے ہاں میں نے ایک بہت بڑی چیز ڈسکور کی۔ برٹ ڈرسل کے بارے میں میں یہ عرض کر دوں کہ بہت ہی آنیسٹ آدمی تھا وہ۔ یعنی اگرچہ وہ ایتھیسٹ تھا، خدا کو نہیں مانتا تھا، لیکن وہ جھوٹ نہیں بولتا تھا کب</w:t>
      </w:r>
    </w:p>
    <w:p>
      <w:r>
        <w:rPr>
          <w:b/>
        </w:rPr>
        <w:t xml:space="preserve">[40:22] </w:t>
      </w:r>
      <w:r>
        <w:t>hi.</w:t>
      </w:r>
    </w:p>
    <w:p>
      <w:pPr>
        <w:jc w:val="right"/>
      </w:pPr>
      <w:r>
        <w:t>ھی۔</w:t>
      </w:r>
    </w:p>
    <w:p>
      <w:r>
        <w:rPr>
          <w:b/>
        </w:rPr>
        <w:t xml:space="preserve">[40:27] </w:t>
      </w:r>
      <w:r>
        <w:t>khaas baat yeh thi bert drasel mein ke woh jhoot nahin bol sakta tha.</w:t>
      </w:r>
    </w:p>
    <w:p>
      <w:pPr>
        <w:jc w:val="right"/>
      </w:pPr>
      <w:r>
        <w:t>خاص بات یہ تھی برٹ ڈرسل میں کہ وہ جھوٹ نہیں بول سکتا تھا۔</w:t>
      </w:r>
    </w:p>
    <w:p>
      <w:r>
        <w:rPr>
          <w:b/>
        </w:rPr>
        <w:t xml:space="preserve">[40:31] </w:t>
      </w:r>
      <w:r>
        <w:t>woh us ko afford nahin kar sakta tha ke woh jhoot boley.</w:t>
      </w:r>
    </w:p>
    <w:p>
      <w:pPr>
        <w:jc w:val="right"/>
      </w:pPr>
      <w:r>
        <w:t>وہ اس کو افورڈ نہیں کر سکتا تھا کہ وہ جھوٹ بولے۔</w:t>
      </w:r>
    </w:p>
    <w:p>
      <w:r>
        <w:rPr>
          <w:b/>
        </w:rPr>
        <w:t xml:space="preserve">[40:35] </w:t>
      </w:r>
      <w:r>
        <w:t>itna honest, intellectual honest tha, itna zabardast woh.</w:t>
      </w:r>
    </w:p>
    <w:p>
      <w:pPr>
        <w:jc w:val="right"/>
      </w:pPr>
      <w:r>
        <w:t>اتنا آنیسٹ، انٹلیکچول آنیسٹ تھا، اتنا زبردست وہ۔</w:t>
      </w:r>
    </w:p>
    <w:p>
      <w:r>
        <w:rPr>
          <w:b/>
        </w:rPr>
        <w:t xml:space="preserve">[40:40] </w:t>
      </w:r>
      <w:r>
        <w:t>aap us ki biography parhein, agar yeh moti si biography hai.</w:t>
      </w:r>
    </w:p>
    <w:p>
      <w:pPr>
        <w:jc w:val="right"/>
      </w:pPr>
      <w:r>
        <w:t>آپ اس کی بائیوگرافی پڑھیں، اگر یہ موٹی سی بائیوگرافی ہے۔</w:t>
      </w:r>
    </w:p>
    <w:p>
      <w:r>
        <w:rPr>
          <w:b/>
        </w:rPr>
        <w:t xml:space="preserve">[40:44] </w:t>
      </w:r>
      <w:r>
        <w:t>is mein aisi aisi baatein us ne likhi hain jo hum aap nahin likh sakte.</w:t>
      </w:r>
    </w:p>
    <w:p>
      <w:pPr>
        <w:jc w:val="right"/>
      </w:pPr>
      <w:r>
        <w:t>اس میں ایسی ایسی باتیں اس نے لکھی ہیں جو ہم آپ نہیں لکھ سکتے۔</w:t>
      </w:r>
    </w:p>
    <w:p>
      <w:r>
        <w:rPr>
          <w:b/>
        </w:rPr>
        <w:t xml:space="preserve">[40:48] </w:t>
      </w:r>
      <w:r>
        <w:t>ek dam khula khula jo bhi weakness thi, jo bhi us ki ghaltiyan thin, seedhi seedhi likh diya us ne. woh</w:t>
      </w:r>
    </w:p>
    <w:p>
      <w:pPr>
        <w:jc w:val="right"/>
      </w:pPr>
      <w:r>
        <w:t>ایک دم کھلا کھلا جو بھی ویکنس تھی، جو بھی اس کی غلطیاں تھیں، سیدھی سیدھی لکھ دیا اس نے۔ وہ</w:t>
      </w:r>
    </w:p>
    <w:p>
      <w:r>
        <w:rPr>
          <w:b/>
        </w:rPr>
        <w:t xml:space="preserve">[40:53] </w:t>
      </w:r>
      <w:r>
        <w:t>chup kar duniya ke saamne pohancha. Koi cheez chupai nahi us mein. Yeh bohat hi anokhi biography hai Russell ki keh apni weakness ko chupata nahi woh. Bari bari weakness jo hain, us mein us ne likh diya us mein. Kyun woh jhoot nahi bol sakta tha woh? To us ne, halanke bohat hi parha likha aadmi, yaani kaha jata hai keh 20th century mein do aadmi sab se zyada learner the, sab se zyada. Aik hai Alfred North Whitehead</w:t>
      </w:r>
    </w:p>
    <w:p>
      <w:pPr>
        <w:jc w:val="right"/>
      </w:pPr>
      <w:r>
        <w:t>چھپ کر دنیا کے سامنے پہنچا۔ کوئی چیز چھپائی نہیں اس میں۔ یہ بہت ہی انوکھی بائیوگرافی ہے ڈرسل کی کہ اپنی ویکنس کو چھپاتا نہیں وہ۔ بڑی بڑی ویکنس جو ہیں، اس میں اس نے لکھ دیا اس میں۔ کیوں وہ جھوٹ نہیں بول سکتا تھا وہ؟ تو اس نے، حالانکہ بہت ہی پڑھا لکھا آدمی، یعنی کہا جاتا ہے کہ ٹونٹی سنچری میں دو آدمی سب سے زیادہ لرنر تھے، سب سے زیادہ۔ ایک ہے الفریڈ ناٹ وائٹ ہیڈ</w:t>
      </w:r>
    </w:p>
    <w:p>
      <w:r>
        <w:rPr>
          <w:b/>
        </w:rPr>
        <w:t xml:space="preserve">[41:23] </w:t>
      </w:r>
      <w:r>
        <w:t>aur doosra burton drasel.</w:t>
      </w:r>
    </w:p>
    <w:p>
      <w:pPr>
        <w:jc w:val="right"/>
      </w:pPr>
      <w:r>
        <w:t>اور دوسرا برٹن ڈرسل۔</w:t>
      </w:r>
    </w:p>
    <w:p>
      <w:r>
        <w:rPr>
          <w:b/>
        </w:rPr>
        <w:t xml:space="preserve">[41:29] </w:t>
      </w:r>
      <w:r>
        <w:t>twentieth century mein sab se zyada study karne wale do aadmi maane jaate hain, whitehead aur drasel.</w:t>
      </w:r>
    </w:p>
    <w:p>
      <w:pPr>
        <w:jc w:val="right"/>
      </w:pPr>
      <w:r>
        <w:t>ٹونٹی سنچری میں سب سے زیادہ اسٹڈی کرنے والے دو آدمی مانے جاتے ہیں، وائٹ ہیڈ اور ڈرسل۔</w:t>
      </w:r>
    </w:p>
    <w:p>
      <w:r>
        <w:rPr>
          <w:b/>
        </w:rPr>
        <w:t xml:space="preserve">[41:35] </w:t>
      </w:r>
      <w:r>
        <w:t>to us ne jo kitaab us ki hai ke "why i am not a christian" jo likhi, us</w:t>
      </w:r>
    </w:p>
    <w:p>
      <w:pPr>
        <w:jc w:val="right"/>
      </w:pPr>
      <w:r>
        <w:t>تو اس نے جو کتاب اس کی ہے کہ "وائی آئی ایم ناٹ اے کرسچن" جو لکھی، اس</w:t>
      </w:r>
    </w:p>
    <w:p>
      <w:r>
        <w:rPr>
          <w:b/>
        </w:rPr>
        <w:t xml:space="preserve">[41:41] </w:t>
      </w:r>
      <w:r>
        <w:t>mein ek bohat important baat woh us ko manna para.</w:t>
      </w:r>
    </w:p>
    <w:p>
      <w:pPr>
        <w:jc w:val="right"/>
      </w:pPr>
      <w:r>
        <w:t>میں ایک بہت امپورٹنٹ بات وہ اس کو ماننا پڑا۔</w:t>
      </w:r>
    </w:p>
    <w:p>
      <w:r>
        <w:rPr>
          <w:b/>
        </w:rPr>
        <w:t xml:space="preserve">[41:47] </w:t>
      </w:r>
      <w:r>
        <w:t>is mein woh kehta hai ke theologian jo hain, woh Khuda par jo argument qaim</w:t>
      </w:r>
    </w:p>
    <w:p>
      <w:pPr>
        <w:jc w:val="right"/>
      </w:pPr>
      <w:r>
        <w:t>اس میں وہ کہتا ہے کہ تھیالوجین جو ہیں، وہ خدا پر جو ارگیومنٹ قائم</w:t>
      </w:r>
    </w:p>
    <w:p>
      <w:r>
        <w:rPr>
          <w:b/>
        </w:rPr>
        <w:t xml:space="preserve">[41:53] </w:t>
      </w:r>
      <w:r>
        <w:t>karte hain, to woh hota hai jis ko kehte hain argument from design.</w:t>
      </w:r>
    </w:p>
    <w:p>
      <w:pPr>
        <w:jc w:val="right"/>
      </w:pPr>
      <w:r>
        <w:t>کرتے ہیں، تو وہ ہوتا ہے جس کو کہتے ہیں ارگیومنٹ فرام ڈیزائن۔</w:t>
      </w:r>
    </w:p>
    <w:p>
      <w:r>
        <w:rPr>
          <w:b/>
        </w:rPr>
        <w:t xml:space="preserve">[41:58] </w:t>
      </w:r>
      <w:r>
        <w:t>ke where there is design, there is designer kyunke hum jab universe ko dekhte hain to is mein</w:t>
      </w:r>
    </w:p>
    <w:p>
      <w:pPr>
        <w:jc w:val="right"/>
      </w:pPr>
      <w:r>
        <w:t>کہ where there is design, there is designer کیونکہ ہم جب یونیورس کو دیکھتے ہیں تو اس میں</w:t>
      </w:r>
    </w:p>
    <w:p>
      <w:r>
        <w:rPr>
          <w:b/>
        </w:rPr>
        <w:t xml:space="preserve">[42:03] </w:t>
      </w:r>
      <w:r>
        <w:t>bohat design hai, bohat hi harmony hai.</w:t>
      </w:r>
    </w:p>
    <w:p>
      <w:pPr>
        <w:jc w:val="right"/>
      </w:pPr>
      <w:r>
        <w:t>بہت ڈیزائن ہے، بہت ہی ہارمونی ہے۔</w:t>
      </w:r>
    </w:p>
    <w:p>
      <w:r>
        <w:rPr>
          <w:b/>
        </w:rPr>
        <w:t xml:space="preserve">[42:08] </w:t>
      </w:r>
      <w:r>
        <w:t>bilkul sara sara universe zero zero defect industry hai.</w:t>
      </w:r>
    </w:p>
    <w:p>
      <w:pPr>
        <w:jc w:val="right"/>
      </w:pPr>
      <w:r>
        <w:t>بالکل سارا سارا یونیورس زیرو زیرو ڈیفیکٹ انڈسٹری ہے۔</w:t>
      </w:r>
    </w:p>
    <w:p>
      <w:r>
        <w:rPr>
          <w:b/>
        </w:rPr>
        <w:t xml:space="preserve">[42:13] </w:t>
      </w:r>
      <w:r>
        <w:t>aap jante hain ke japan ne zero defect industry shuru ki thi, woh fail ho gaya.</w:t>
      </w:r>
    </w:p>
    <w:p>
      <w:pPr>
        <w:jc w:val="right"/>
      </w:pPr>
      <w:r>
        <w:t>آپ جانتے ہیں کہ جاپان نے زیرو ڈیفیکٹ انڈسٹری شروع کی تھی، وہ فیل ہو گیا۔</w:t>
      </w:r>
    </w:p>
    <w:p>
      <w:r>
        <w:rPr>
          <w:b/>
        </w:rPr>
        <w:t xml:space="preserve">[42:19] </w:t>
      </w:r>
      <w:r>
        <w:t>woh us ki caron mein defect, us ke</w:t>
      </w:r>
    </w:p>
    <w:p>
      <w:pPr>
        <w:jc w:val="right"/>
      </w:pPr>
      <w:r>
        <w:t>وہ اس کی کاروں میں ڈیفیکٹ، اس کے</w:t>
      </w:r>
    </w:p>
    <w:p>
      <w:r>
        <w:rPr>
          <w:b/>
        </w:rPr>
        <w:t xml:space="preserve">[42:24] </w:t>
      </w:r>
      <w:r>
        <w:t>products mein defect discover kiya gaya.</w:t>
      </w:r>
    </w:p>
    <w:p>
      <w:pPr>
        <w:jc w:val="right"/>
      </w:pPr>
      <w:r>
        <w:t>پروڈکٹس میں ڈیفیکٹ ڈسکور کیا گیا۔</w:t>
      </w:r>
    </w:p>
    <w:p>
      <w:r>
        <w:rPr>
          <w:b/>
        </w:rPr>
        <w:t xml:space="preserve">[42:30] </w:t>
      </w:r>
      <w:r>
        <w:t>to lekin yeh jo universe hai, woh zero defect universe hi hai.</w:t>
      </w:r>
    </w:p>
    <w:p>
      <w:pPr>
        <w:jc w:val="right"/>
      </w:pPr>
      <w:r>
        <w:t>تو لیکن یہ جو یونیورس ہے، وہ زیرو ڈیفیکٹ یونیورس ہی ہے۔</w:t>
      </w:r>
    </w:p>
    <w:p>
      <w:r>
        <w:rPr>
          <w:b/>
        </w:rPr>
        <w:t xml:space="preserve">[42:36] </w:t>
      </w:r>
      <w:r>
        <w:t>quran majeed mein hai ke woh tum dekho zameen o aasman ko, tum is mein koi futoor nahin paoge.</w:t>
      </w:r>
    </w:p>
    <w:p>
      <w:pPr>
        <w:jc w:val="right"/>
      </w:pPr>
      <w:r>
        <w:t>قرآن مجید میں ہے کہ وہ تم دیکھو زمین و آسمان کو، تم اس میں کوئی فتور نہیں پاؤ گے۔</w:t>
      </w:r>
    </w:p>
    <w:p>
      <w:r>
        <w:rPr>
          <w:b/>
        </w:rPr>
        <w:t xml:space="preserve">[42:42] </w:t>
      </w:r>
      <w:r>
        <w:t>hal turab man fitoor yani poori poori universe jo hai, zero defect universe hai.</w:t>
      </w:r>
    </w:p>
    <w:p>
      <w:pPr>
        <w:jc w:val="right"/>
      </w:pPr>
      <w:r>
        <w:t>حل تراب من فتور یعنی پوری پوری یونیورس جو ہے، زیرو ڈیفیکٹ یونیورس ہے۔</w:t>
      </w:r>
    </w:p>
    <w:p>
      <w:r>
        <w:rPr>
          <w:b/>
        </w:rPr>
        <w:t xml:space="preserve">[42:48] </w:t>
      </w:r>
      <w:r>
        <w:t>aur aaj tak koi fitoor nikal nahi saka, yani koi defect nikal nahi saka.</w:t>
      </w:r>
    </w:p>
    <w:p>
      <w:pPr>
        <w:jc w:val="right"/>
      </w:pPr>
      <w:r>
        <w:t>اور آج تک کوئی فتور نکال نہیں سکا، یعنی کوئی ڈیفیکٹ نکال نہیں سکا۔</w:t>
      </w:r>
    </w:p>
    <w:p>
      <w:r>
        <w:rPr>
          <w:b/>
        </w:rPr>
        <w:t xml:space="preserve">[42:54] </w:t>
      </w:r>
      <w:r>
        <w:t>Itni bari universe, aap sochiye, itni bari universe jis ko keh aaj tak hum yaani na dekh sake, na samajh sake, na travel kar sake. Us ke bare mein Quran kehta hai keh poori poori universe jo hai, woh zero defect universe hai. Tum us mein koi defect nahi nikal sakte. Main aksar sochta hoon keh ghaas ka model kya hai, koi aur ho sakta hai? Ghaas apne final model par hai. Aik cheunti bhi apne final mo</w:t>
      </w:r>
    </w:p>
    <w:p>
      <w:pPr>
        <w:jc w:val="right"/>
      </w:pPr>
      <w:r>
        <w:t>اتنی بڑی یونیورس، آپ سوچیے، اتنی بڑی یونیورس جس کو کہ آج تک ہم یعنی نہ دیکھ سکے، نہ سمجھ سکے، نہ ٹریول کر سکے۔ اس کے بارے میں قرآن کہتا ہے کہ پوری پوری یونیورس جو ہے، وہ زیرو ڈیفیکٹ یونیورس ہے۔ تم اس میں کوئی ڈیفیکٹ نہیں نکال سکتے۔ میں اکثر سوچتا ہوں کہ گھاس کا ماڈل کیا ہے، کوئی اور ہو سکتا ہے؟ گھاس اپنے فائنل ماڈل پر ہے۔ ایک چیونٹی بھی اپنے فائنل ما</w:t>
      </w:r>
    </w:p>
    <w:p>
      <w:r>
        <w:rPr>
          <w:b/>
        </w:rPr>
        <w:t xml:space="preserve">[43:24] </w:t>
      </w:r>
      <w:r>
        <w:t>del par hai. Aik haathi apne final model par hai. Solar system apne final model par hai. Koi doosra model aap soch nahi sakte. Insaan apne final model par hai. To yeh sara mamla zero defect mamla hai. Yeh us ki anokhi baat hai. Is se theologians yeh kehte hain keh jab itni bari design hai, yeh there must be a designer us ko kehte hain ar</w:t>
      </w:r>
    </w:p>
    <w:p>
      <w:pPr>
        <w:jc w:val="right"/>
      </w:pPr>
      <w:r>
        <w:t>ڈل پر ہے۔ ایک ہاتھی اپنے فائنل ماڈل پر ہے۔ سولر سسٹم اپنے فائنل ماڈل پر ہے۔ کوئی دوسرا ماڈل آپ سوچ نہیں سکتے۔ انسان اپنے فائنل ماڈل پر ہے۔ تو یہ سارا معاملہ زیرو ڈیفیکٹ معاملہ ہے۔ یہ اس کی انوکھی بات ہے۔ اس سے تھیالوجین یہ کہتے ہیں کہ جب اتنی بڑی ڈیزائن ہے، یہ there must be a designer اس کو کہتے ہیں ار</w:t>
      </w:r>
    </w:p>
    <w:p>
      <w:r>
        <w:rPr>
          <w:b/>
        </w:rPr>
        <w:t xml:space="preserve">[43:54] </w:t>
      </w:r>
      <w:r>
        <w:t>gument from design.</w:t>
      </w:r>
    </w:p>
    <w:p>
      <w:pPr>
        <w:jc w:val="right"/>
      </w:pPr>
      <w:r>
        <w:t>گیومنٹ فرام ڈیزائن۔</w:t>
      </w:r>
    </w:p>
    <w:p>
      <w:r>
        <w:rPr>
          <w:b/>
        </w:rPr>
        <w:t xml:space="preserve">[44:00] </w:t>
      </w:r>
      <w:r>
        <w:t>ke where there is design, there is a designer to burton yeh kehta hai ke yeh argument pehle,</w:t>
      </w:r>
    </w:p>
    <w:p>
      <w:pPr>
        <w:jc w:val="right"/>
      </w:pPr>
      <w:r>
        <w:t>کہ where there is design, there is a designer تو برٹن یہ کہتا ہے کہ یہ ارگیومنٹ پہلے،</w:t>
      </w:r>
    </w:p>
    <w:p>
      <w:r>
        <w:rPr>
          <w:b/>
        </w:rPr>
        <w:t xml:space="preserve">[44:06] </w:t>
      </w:r>
      <w:r>
        <w:t>yani newton se pehle ya newton tak, scientific argument nahi mana jata tha.</w:t>
      </w:r>
    </w:p>
    <w:p>
      <w:pPr>
        <w:jc w:val="right"/>
      </w:pPr>
      <w:r>
        <w:t>یعنی نیوٹن سے پہلے یا نیوٹن تک، سائنٹیفک ارگیومنٹ نہیں مانا جاتا تھا۔</w:t>
      </w:r>
    </w:p>
    <w:p>
      <w:r>
        <w:rPr>
          <w:b/>
        </w:rPr>
        <w:t xml:space="preserve">[44:12] </w:t>
      </w:r>
      <w:r>
        <w:t>newton tak jo science thi, us waqt tak is argument ko scientific argument nahi mana mana jata tha.</w:t>
      </w:r>
    </w:p>
    <w:p>
      <w:pPr>
        <w:jc w:val="right"/>
      </w:pPr>
      <w:r>
        <w:t>نیوٹن تک جو سائنس تھی، اس وقت تک اس ارگیومنٹ کو سائنٹیفک ارگیومنٹ نہیں مانا مانا جاتا تھا۔</w:t>
      </w:r>
    </w:p>
    <w:p>
      <w:r>
        <w:rPr>
          <w:b/>
        </w:rPr>
        <w:t xml:space="preserve">[44:18] </w:t>
      </w:r>
      <w:r>
        <w:t>kyunke us waqt dabdaba tha logical p</w:t>
      </w:r>
    </w:p>
    <w:p>
      <w:pPr>
        <w:jc w:val="right"/>
      </w:pPr>
      <w:r>
        <w:t>کیونکہ اس وقت دبدبہ تھا لاجیکل پ</w:t>
      </w:r>
    </w:p>
    <w:p>
      <w:r>
        <w:rPr>
          <w:b/>
        </w:rPr>
        <w:t xml:space="preserve">[44:24] </w:t>
      </w:r>
      <w:r>
        <w:t>azitivism ka.</w:t>
      </w:r>
    </w:p>
    <w:p>
      <w:pPr>
        <w:jc w:val="right"/>
      </w:pPr>
      <w:r>
        <w:t>ازیٹیو ازم کا۔</w:t>
      </w:r>
    </w:p>
    <w:p>
      <w:r>
        <w:rPr>
          <w:b/>
        </w:rPr>
        <w:t xml:space="preserve">[44:30] </w:t>
      </w:r>
      <w:r>
        <w:t>log samajhte the ke jo cheez dikhai de, jo na, jis ko, jis ko hum, jis ko hum</w:t>
      </w:r>
    </w:p>
    <w:p>
      <w:pPr>
        <w:jc w:val="right"/>
      </w:pPr>
      <w:r>
        <w:t>لوگ سمجھتے تھے کہ جو چیز دکھائی دے، جو نہ، جس کو، جس کو ہم، جس کو ہم</w:t>
      </w:r>
    </w:p>
    <w:p>
      <w:r>
        <w:rPr>
          <w:b/>
        </w:rPr>
        <w:t xml:space="preserve">[44:35] </w:t>
      </w:r>
      <w:r>
        <w:t>naap sakein, jo measurable ho, jo observable ho, wahi fact hai.</w:t>
      </w:r>
    </w:p>
    <w:p>
      <w:pPr>
        <w:jc w:val="right"/>
      </w:pPr>
      <w:r>
        <w:t>ناپ سکیں، جو میزیریبل ہو، جو ابزریبل ہو، وہی فیکٹ ہے۔</w:t>
      </w:r>
    </w:p>
    <w:p>
      <w:r>
        <w:rPr>
          <w:b/>
        </w:rPr>
        <w:t xml:space="preserve">[44:40] </w:t>
      </w:r>
      <w:r>
        <w:t>lekin jab is atom mein split hua to us ke baad maloom hua ke koi cheez observable nahi hai.</w:t>
      </w:r>
    </w:p>
    <w:p>
      <w:pPr>
        <w:jc w:val="right"/>
      </w:pPr>
      <w:r>
        <w:t>لیکن جب اس ایٹم میں اسپلٹ ہوا تو اس کے بعد معلوم ہوا کہ کوئی چیز ابزریبل نہیں ہے۔</w:t>
      </w:r>
    </w:p>
    <w:p>
      <w:r>
        <w:rPr>
          <w:b/>
        </w:rPr>
        <w:t xml:space="preserve">[44:45] </w:t>
      </w:r>
      <w:r>
        <w:t>yani woh condition khatam ho gayi ke koi cheez observable ho, measurable ho, tab bhi woh fact hai.</w:t>
      </w:r>
    </w:p>
    <w:p>
      <w:pPr>
        <w:jc w:val="right"/>
      </w:pPr>
      <w:r>
        <w:t>یعنی وہ کنڈیشن ختم ہوگئی کہ کوئی چیز ابزریبل ہو، میزیریبل ہو، تب بھی وہ فیکٹ ہے۔</w:t>
      </w:r>
    </w:p>
    <w:p>
      <w:r>
        <w:rPr>
          <w:b/>
        </w:rPr>
        <w:t xml:space="preserve">[44:50] </w:t>
      </w:r>
      <w:r>
        <w:t>yeh nazariya khatam hogaya us waqt jab koi atom mein split hua.</w:t>
      </w:r>
    </w:p>
    <w:p>
      <w:pPr>
        <w:jc w:val="right"/>
      </w:pPr>
      <w:r>
        <w:t>یہ نظریہ ختم ہوگیا اس وقت جب کوئی ایٹم میں اسپلٹ ہوا۔</w:t>
      </w:r>
    </w:p>
    <w:p>
      <w:r>
        <w:rPr>
          <w:b/>
        </w:rPr>
        <w:t xml:space="preserve">[44:55] </w:t>
      </w:r>
      <w:r>
        <w:t>ab to sab kuch un observable ban gaya.</w:t>
      </w:r>
    </w:p>
    <w:p>
      <w:pPr>
        <w:jc w:val="right"/>
      </w:pPr>
      <w:r>
        <w:t>اب تو سب کچھ ان ابزریبل بن گیا۔</w:t>
      </w:r>
    </w:p>
    <w:p>
      <w:r>
        <w:rPr>
          <w:b/>
        </w:rPr>
        <w:t xml:space="preserve">[45:00] </w:t>
      </w:r>
      <w:r>
        <w:t>tab bhi hum mante hain in cheezon ko.</w:t>
      </w:r>
    </w:p>
    <w:p>
      <w:pPr>
        <w:jc w:val="right"/>
      </w:pPr>
      <w:r>
        <w:t>تب بھی ہم مانتے ہیں ان چیزوں کو۔</w:t>
      </w:r>
    </w:p>
    <w:p>
      <w:r>
        <w:rPr>
          <w:b/>
        </w:rPr>
        <w:t xml:space="preserve">[45:06] </w:t>
      </w:r>
      <w:r>
        <w:t>yani science mein is se ek bohat bara ek ek ek ek badlav aaya ke influential argument bhi</w:t>
      </w:r>
    </w:p>
    <w:p>
      <w:pPr>
        <w:jc w:val="right"/>
      </w:pPr>
      <w:r>
        <w:t>یعنی سائنس میں اس سے ایک بہت بڑا ایک ایک ایک ایک بدلاؤ آیا کہ انفلوئنشل ارگیومنٹ بھی</w:t>
      </w:r>
    </w:p>
    <w:p>
      <w:r>
        <w:rPr>
          <w:b/>
        </w:rPr>
        <w:t xml:space="preserve">[45:11] </w:t>
      </w:r>
      <w:r>
        <w:t>valid argument ban gaya, jo ke is se pehle nahi tha.</w:t>
      </w:r>
    </w:p>
    <w:p>
      <w:pPr>
        <w:jc w:val="right"/>
      </w:pPr>
      <w:r>
        <w:t>ویلڈ ارگیومنٹ بن گیا، جو کہ اس سے پہلے نہیں تھا۔</w:t>
      </w:r>
    </w:p>
    <w:p>
      <w:r>
        <w:rPr>
          <w:b/>
        </w:rPr>
        <w:t xml:space="preserve">[45:16] </w:t>
      </w:r>
      <w:r>
        <w:t>newton tak nahi tha.</w:t>
      </w:r>
    </w:p>
    <w:p>
      <w:pPr>
        <w:jc w:val="right"/>
      </w:pPr>
      <w:r>
        <w:t>نیوٹن تک نہیں تھا۔</w:t>
      </w:r>
    </w:p>
    <w:p>
      <w:r>
        <w:rPr>
          <w:b/>
        </w:rPr>
        <w:t xml:space="preserve">[45:21] </w:t>
      </w:r>
      <w:r>
        <w:t>yani influential argument ko log mante the ke yeh scientific argument nahi hai. to ab</w:t>
      </w:r>
    </w:p>
    <w:p>
      <w:pPr>
        <w:jc w:val="right"/>
      </w:pPr>
      <w:r>
        <w:t>یعنی انفلوئنشل ارگیومنٹ کو لوگ مانتے تھے کہ یہ سائنٹیفک ارگیومنٹ نہیں ہے۔ تو اب</w:t>
      </w:r>
    </w:p>
    <w:p>
      <w:r>
        <w:rPr>
          <w:b/>
        </w:rPr>
        <w:t xml:space="preserve">[45:26] </w:t>
      </w:r>
      <w:r>
        <w:t>Einstein ke baad jo naya zamana aaya to maan liya gaya ke influential argument bhi valid argument hai.</w:t>
      </w:r>
    </w:p>
    <w:p>
      <w:pPr>
        <w:jc w:val="right"/>
      </w:pPr>
      <w:r>
        <w:t>آئنسٹائن کے بعد جو نیا زمانہ آیا تو مان لیا گیا کہ انفلوئنشل ارگیومنٹ بھی ویلڈ ارگیومنٹ ہے۔</w:t>
      </w:r>
    </w:p>
    <w:p>
      <w:r>
        <w:rPr>
          <w:b/>
        </w:rPr>
        <w:t xml:space="preserve">[45:34] </w:t>
      </w:r>
      <w:r>
        <w:t>is ko le kar kehta hai burton drusel ke theologian ka woh jo argument hai, jis ko kehte</w:t>
      </w:r>
    </w:p>
    <w:p>
      <w:pPr>
        <w:jc w:val="right"/>
      </w:pPr>
      <w:r>
        <w:t>اس کو لے کر کہتا ہے برٹن ڈرسل کہ تھیالوجین کا وہ جو ارگیومنٹ ہے، جس کو کہتے</w:t>
      </w:r>
    </w:p>
    <w:p>
      <w:r>
        <w:rPr>
          <w:b/>
        </w:rPr>
        <w:t xml:space="preserve">[45:42] </w:t>
      </w:r>
      <w:r>
        <w:t>hain law of yani design ko le kar argue karna.</w:t>
      </w:r>
    </w:p>
    <w:p>
      <w:pPr>
        <w:jc w:val="right"/>
      </w:pPr>
      <w:r>
        <w:t>ہیں لا آف یعنی ڈیزائن کو لے کر ارگو کرنا۔</w:t>
      </w:r>
    </w:p>
    <w:p>
      <w:r>
        <w:rPr>
          <w:b/>
        </w:rPr>
        <w:t xml:space="preserve">[45:50] </w:t>
      </w:r>
      <w:r>
        <w:t>ke where there is design, there is a designer yeh apne nature mein scientific argument hai.</w:t>
      </w:r>
    </w:p>
    <w:p>
      <w:pPr>
        <w:jc w:val="right"/>
      </w:pPr>
      <w:r>
        <w:t>کہ where there is design, there is a designer یہ اپنے نیچر میں سائنٹیفک ارگیومنٹ ہے۔</w:t>
      </w:r>
    </w:p>
    <w:p>
      <w:r>
        <w:rPr>
          <w:b/>
        </w:rPr>
        <w:t xml:space="preserve">[45:58] </w:t>
      </w:r>
      <w:r>
        <w:t>is ka jo nature hai, is ka jo reasoning hai, woh apne aap mein scientific hai.</w:t>
      </w:r>
    </w:p>
    <w:p>
      <w:pPr>
        <w:jc w:val="right"/>
      </w:pPr>
      <w:r>
        <w:t>اس کا جو نیچر ہے، اس کا جو ریزننگ ہے، وہ اپنے آپ میں سائنٹیفک ہے۔</w:t>
      </w:r>
    </w:p>
    <w:p>
      <w:r>
        <w:rPr>
          <w:b/>
        </w:rPr>
        <w:t xml:space="preserve">[46:03] </w:t>
      </w:r>
      <w:r>
        <w:t>woh yeh mujhe mila is ki kitab mein.</w:t>
      </w:r>
    </w:p>
    <w:p>
      <w:pPr>
        <w:jc w:val="right"/>
      </w:pPr>
      <w:r>
        <w:t>وہ یہ مجھے ملا اس کی کتاب میں۔</w:t>
      </w:r>
    </w:p>
    <w:p>
      <w:r>
        <w:rPr>
          <w:b/>
        </w:rPr>
        <w:t xml:space="preserve">[46:08] </w:t>
      </w:r>
      <w:r>
        <w:t>phir mein ne is par aur bhi parha, aur bhi parha, aur bhi parha.</w:t>
      </w:r>
    </w:p>
    <w:p>
      <w:pPr>
        <w:jc w:val="right"/>
      </w:pPr>
      <w:r>
        <w:t>پھر میں نے اس پر اور بھی پڑھا، اور بھی پڑھا، اور بھی پڑھا۔</w:t>
      </w:r>
    </w:p>
    <w:p>
      <w:r>
        <w:rPr>
          <w:b/>
        </w:rPr>
        <w:t xml:space="preserve">[46:13] </w:t>
      </w:r>
      <w:r>
        <w:t>to bilkul sahi baat is ne kahi hai.</w:t>
      </w:r>
    </w:p>
    <w:p>
      <w:pPr>
        <w:jc w:val="right"/>
      </w:pPr>
      <w:r>
        <w:t>تو بالکل صحیح بات اس نے کہی ہے۔</w:t>
      </w:r>
    </w:p>
    <w:p>
      <w:r>
        <w:rPr>
          <w:b/>
        </w:rPr>
        <w:t xml:space="preserve">[46:18] </w:t>
      </w:r>
      <w:r>
        <w:t>to jab yeh discovery hui ke universe bohat hi meaningful universe hai, bohat ziyada wisdom is ke</w:t>
      </w:r>
    </w:p>
    <w:p>
      <w:pPr>
        <w:jc w:val="right"/>
      </w:pPr>
      <w:r>
        <w:t>تو جب یہ ڈسکوری ہوئی کہ یونیورس بہت ہی میننگ فل یونیورس ہے، بہت زیادہ وزڈم اس کے</w:t>
      </w:r>
    </w:p>
    <w:p>
      <w:r>
        <w:rPr>
          <w:b/>
        </w:rPr>
        <w:t xml:space="preserve">[46:23] </w:t>
      </w:r>
      <w:r>
        <w:t>andar hai, to science dan yeh kehne par majboor hue ke is universe ke peechay aik intelli</w:t>
      </w:r>
    </w:p>
    <w:p>
      <w:pPr>
        <w:jc w:val="right"/>
      </w:pPr>
      <w:r>
        <w:t>اندر ہے، تو سائنس دان یہ کہنے پر مجبور ہوئے کہ اس یونیورس کے پیچھے ایک انٹیلی</w:t>
      </w:r>
    </w:p>
    <w:p>
      <w:r>
        <w:rPr>
          <w:b/>
        </w:rPr>
        <w:t xml:space="preserve">[46:28] </w:t>
      </w:r>
      <w:r>
        <w:t>jence hai.</w:t>
      </w:r>
    </w:p>
    <w:p>
      <w:pPr>
        <w:jc w:val="right"/>
      </w:pPr>
      <w:r>
        <w:t>جنس ہے۔</w:t>
      </w:r>
    </w:p>
    <w:p>
      <w:r>
        <w:rPr>
          <w:b/>
        </w:rPr>
        <w:t xml:space="preserve">[46:34] </w:t>
      </w:r>
      <w:r>
        <w:t>koi kehta hai ke sahib yeh mathematical mind hai, koi kehta hai intelligent mind hai, koi kuch yani</w:t>
      </w:r>
    </w:p>
    <w:p>
      <w:pPr>
        <w:jc w:val="right"/>
      </w:pPr>
      <w:r>
        <w:t>کوئی کہتا ہے کہ صاحب یہ میتھمیٹیکل مائنڈ ہے، کوئی کہتا ہے انٹیلیجنٹ مائنڈ ہے، کوئی کچھ یعنی</w:t>
      </w:r>
    </w:p>
    <w:p>
      <w:r>
        <w:rPr>
          <w:b/>
        </w:rPr>
        <w:t xml:space="preserve">[46:40] </w:t>
      </w:r>
      <w:r>
        <w:t>God ka naam na le kar ke us ko mante hain ke itne ziyada design, itna ziyada harmony</w:t>
      </w:r>
    </w:p>
    <w:p>
      <w:pPr>
        <w:jc w:val="right"/>
      </w:pPr>
      <w:r>
        <w:t>گاڈ کا نام نہ لے کر کے اس کو مانتے ہیں کہ اتنے زیادہ ڈیزائن، اتنا زیادہ ہارمونی</w:t>
      </w:r>
    </w:p>
    <w:p>
      <w:r>
        <w:rPr>
          <w:b/>
        </w:rPr>
        <w:t xml:space="preserve">[46:46] </w:t>
      </w:r>
      <w:r>
        <w:t>kese ho sakti hai agar is ke peechay koi mind na ho.</w:t>
      </w:r>
    </w:p>
    <w:p>
      <w:pPr>
        <w:jc w:val="right"/>
      </w:pPr>
      <w:r>
        <w:t>کیسے ہو سکتی ہے اگر اس کے پیچھے کوئی مائنڈ نہ ہو۔</w:t>
      </w:r>
    </w:p>
    <w:p>
      <w:r>
        <w:rPr>
          <w:b/>
        </w:rPr>
        <w:t xml:space="preserve">[46:52] </w:t>
      </w:r>
      <w:r>
        <w:t>to ab in sari baaton ko aap leejie to aap ke liye koi bhi yani excuse nahi rehta</w:t>
      </w:r>
    </w:p>
    <w:p>
      <w:pPr>
        <w:jc w:val="right"/>
      </w:pPr>
      <w:r>
        <w:t>تو اب ان ساری باتوں کو آپ لیجیے تو آپ کے لیے کوئی بھی یعنی ایکسکیوز نہیں رہتا</w:t>
      </w:r>
    </w:p>
    <w:p>
      <w:r>
        <w:rPr>
          <w:b/>
        </w:rPr>
        <w:t xml:space="preserve">[46:58] </w:t>
      </w:r>
      <w:r>
        <w:t>ke aap kyon na Khuda ke existence ko manen.</w:t>
      </w:r>
    </w:p>
    <w:p>
      <w:pPr>
        <w:jc w:val="right"/>
      </w:pPr>
      <w:r>
        <w:t>کہ آپ کیوں نہ خدا کے ایگزسٹنس کو مانیں۔</w:t>
      </w:r>
    </w:p>
    <w:p>
      <w:r>
        <w:rPr>
          <w:b/>
        </w:rPr>
        <w:t xml:space="preserve">[47:02] </w:t>
      </w:r>
      <w:r>
        <w:t>kyon na manen.</w:t>
      </w:r>
    </w:p>
    <w:p>
      <w:pPr>
        <w:jc w:val="right"/>
      </w:pPr>
      <w:r>
        <w:t>کیوں نہ مانیں۔</w:t>
      </w:r>
    </w:p>
    <w:p>
      <w:r>
        <w:rPr>
          <w:b/>
        </w:rPr>
        <w:t xml:space="preserve">[47:06] </w:t>
      </w:r>
      <w:r>
        <w:t>ab jo hai aik baat is mein aur yeh masla hai ke bohat se log jo Khuda ko</w:t>
      </w:r>
    </w:p>
    <w:p>
      <w:pPr>
        <w:jc w:val="right"/>
      </w:pPr>
      <w:r>
        <w:t>اب جو ہے ایک بات اس میں اور یہ مسئلہ ہے کہ بہت سے لوگ جو خدا کو</w:t>
      </w:r>
    </w:p>
    <w:p>
      <w:r>
        <w:rPr>
          <w:b/>
        </w:rPr>
        <w:t xml:space="preserve">[47:10] </w:t>
      </w:r>
      <w:r>
        <w:t>mante hain, woh monistic sense mein mante hain.</w:t>
      </w:r>
    </w:p>
    <w:p>
      <w:pPr>
        <w:jc w:val="right"/>
      </w:pPr>
      <w:r>
        <w:t>مانتے ہیں، وہ مونسٹک سینس میں مانتے ہیں۔</w:t>
      </w:r>
    </w:p>
    <w:p>
      <w:r>
        <w:rPr>
          <w:b/>
        </w:rPr>
        <w:t xml:space="preserve">[47:13] </w:t>
      </w:r>
      <w:r>
        <w:t>jaise aap jante hain ke philosophers Khuda ko mante hain, lekin monistic sense mein mante hain.</w:t>
      </w:r>
    </w:p>
    <w:p>
      <w:pPr>
        <w:jc w:val="right"/>
      </w:pPr>
      <w:r>
        <w:t>جیسے آپ جانتے ہیں کہ فلاسفرز خدا کو مانتے ہیں، لیکن مونسٹک سینس میں مانتے ہیں۔</w:t>
      </w:r>
    </w:p>
    <w:p>
      <w:r>
        <w:rPr>
          <w:b/>
        </w:rPr>
        <w:t xml:space="preserve">[47:17] </w:t>
      </w:r>
      <w:r>
        <w:t>hinduism mein, jainism mein, buddhism, buddhism ko chhod kar ke sab mante hain Khuda ko, lekin woh monistic</w:t>
      </w:r>
    </w:p>
    <w:p>
      <w:pPr>
        <w:jc w:val="right"/>
      </w:pPr>
      <w:r>
        <w:t>ہندوازم میں، جینیزم میں، بدھزم، بدھزم کو چھوڑ کر کے سب مانتے ہیں خدا کو، لیکن وہ مونسٹک</w:t>
      </w:r>
    </w:p>
    <w:p>
      <w:r>
        <w:rPr>
          <w:b/>
        </w:rPr>
        <w:t xml:space="preserve">[47:21] </w:t>
      </w:r>
      <w:r>
        <w:t>sense mein mante hain.</w:t>
      </w:r>
    </w:p>
    <w:p>
      <w:pPr>
        <w:jc w:val="right"/>
      </w:pPr>
      <w:r>
        <w:t>سینس میں مانتے ہیں۔</w:t>
      </w:r>
    </w:p>
    <w:p>
      <w:r>
        <w:rPr>
          <w:b/>
        </w:rPr>
        <w:t xml:space="preserve">[47:25] </w:t>
      </w:r>
      <w:r>
        <w:t>yani Khuda aik spirit hai,</w:t>
      </w:r>
    </w:p>
    <w:p>
      <w:pPr>
        <w:jc w:val="right"/>
      </w:pPr>
      <w:r>
        <w:t>یعنی خدا ایک اسپرٹ ہے،</w:t>
      </w:r>
    </w:p>
    <w:p>
      <w:r>
        <w:rPr>
          <w:b/>
        </w:rPr>
        <w:t xml:space="preserve">[47:28] </w:t>
      </w:r>
      <w:r>
        <w:t>Khuda aik idea hai. Lekin Islam mein ya Christianity mein ya Judaism mein jo maana jata hai Khuda ko, woh monotheistic sense mein maana jata hai. Yaani God is a person. To personal God ka jo concept hai, woh hai us mein yaani Semitic religion mein. Aur jo woh jo jo kehte hain nirakar ya formless, woh hai Aryan religion mein. Lekin aap ghor kijiye</w:t>
      </w:r>
    </w:p>
    <w:p>
      <w:pPr>
        <w:jc w:val="right"/>
      </w:pPr>
      <w:r>
        <w:t>خدا ایک آئیڈیا ہے۔ لیکن اسلام میں یا کرسچینٹی میں یا جڈائز میں جو مانا جاتا ہے خدا کو، وہ موریتھیسٹک سینس میں مانا جاتا ہے۔ یعنی God is a person تو پرسنل گاڈ کا جو کانسیپٹ ہے، وہ ہے اس میں یعنی سیمپٹک ریلیجن میں۔ اور جو وہ جو جو جو کہتے ہیں نراکار یا فارم لیس، وہ ہے ارین ریلیجن میں۔ لیکن آپ غور کیجی</w:t>
      </w:r>
    </w:p>
    <w:p>
      <w:r>
        <w:rPr>
          <w:b/>
        </w:rPr>
        <w:t xml:space="preserve">[47:58] </w:t>
      </w:r>
      <w:r>
        <w:t>keh jis kainaat, jis universe ko discover kiya hai science ne, woh formless God kabhi us ko wajood mein la sakta hai? Us ki itni meaningful duniya, itna zyada harmony, itna design. To aik aik God jo formless God ho, woh to just like gravity hai. Gravity koi cheez create kar sakti hai. Formless God jo hai, woh just like</w:t>
      </w:r>
    </w:p>
    <w:p>
      <w:pPr>
        <w:jc w:val="right"/>
      </w:pPr>
      <w:r>
        <w:t>ے کہ جس کائنات، جس یونیورس کو ڈسکور کیا ہے سائنس نے، وہ فارم لیس گاڈ کبھی اس کو وجود میں لا سکتا ہے؟ اس کی اتنی میننگ فل دنیا، اتنا زیادہ ہارمونی، اتنا ڈیزائن۔ تو ایک ایک گاڈ جو فارم لیس گاڈ ہو، وہ تو جسٹ لائک گریویٹی ہے۔ گریویٹی کوئی چیز کریٹ کر سکتی ہے۔ فارم لیس گاڈ جو ہے، وہ جسٹ لائک</w:t>
      </w:r>
    </w:p>
    <w:p>
      <w:r>
        <w:rPr>
          <w:b/>
        </w:rPr>
        <w:t xml:space="preserve">[48:28] </w:t>
      </w:r>
      <w:r>
        <w:t>gravity hai.</w:t>
      </w:r>
    </w:p>
    <w:p>
      <w:pPr>
        <w:jc w:val="right"/>
      </w:pPr>
      <w:r>
        <w:t>گریویٹی ہے۔</w:t>
      </w:r>
    </w:p>
    <w:p>
      <w:r>
        <w:rPr>
          <w:b/>
        </w:rPr>
        <w:t xml:space="preserve">[48:33] </w:t>
      </w:r>
      <w:r>
        <w:t>to gravity ke paas mind nahi hai, gravity ke paas thinking power nahi hai.</w:t>
      </w:r>
    </w:p>
    <w:p>
      <w:pPr>
        <w:jc w:val="right"/>
      </w:pPr>
      <w:r>
        <w:t>تو گریویٹی کے پاس مائنڈ نہیں ہے، گریویٹی کے پاس تھنکنگ پاور نہیں ہے۔</w:t>
      </w:r>
    </w:p>
    <w:p>
      <w:r>
        <w:rPr>
          <w:b/>
        </w:rPr>
        <w:t xml:space="preserve">[48:37] </w:t>
      </w:r>
      <w:r>
        <w:t>gravity ke paas kisi nai cheez ko create karne ki taqat nahi hai.</w:t>
      </w:r>
    </w:p>
    <w:p>
      <w:pPr>
        <w:jc w:val="right"/>
      </w:pPr>
      <w:r>
        <w:t>گریویٹی کے پاس کسی نئی چیز کو کریٹ کرنے کی طاقت نہیں ہے۔</w:t>
      </w:r>
    </w:p>
    <w:p>
      <w:r>
        <w:rPr>
          <w:b/>
        </w:rPr>
        <w:t xml:space="preserve">[48:41] </w:t>
      </w:r>
      <w:r>
        <w:t>to aik aisa Khuda jo just like gravity ho, woh kuch bhi nahi bana sakta.</w:t>
      </w:r>
    </w:p>
    <w:p>
      <w:pPr>
        <w:jc w:val="right"/>
      </w:pPr>
      <w:r>
        <w:t>تو ایک ایسا خدا جو جسٹ لائک گریویٹی ہو، وہ کچھ بھی نہیں بنا سکتا۔</w:t>
      </w:r>
    </w:p>
    <w:p>
      <w:r>
        <w:rPr>
          <w:b/>
        </w:rPr>
        <w:t xml:space="preserve">[48:46] </w:t>
      </w:r>
      <w:r>
        <w:t>to aap ko manna paray ga ke jo universe hum ne discover ki hai, woh formless God</w:t>
      </w:r>
    </w:p>
    <w:p>
      <w:pPr>
        <w:jc w:val="right"/>
      </w:pPr>
      <w:r>
        <w:t>تو آپ کو ماننا پڑے گا کہ جو یونیورس ہم نے ڈسکور کی ہے، وہ فارم لیس گاڈ</w:t>
      </w:r>
    </w:p>
    <w:p>
      <w:r>
        <w:rPr>
          <w:b/>
        </w:rPr>
        <w:t xml:space="preserve">[48:50] </w:t>
      </w:r>
      <w:r>
        <w:t>nahi ho sakta.</w:t>
      </w:r>
    </w:p>
    <w:p>
      <w:pPr>
        <w:jc w:val="right"/>
      </w:pPr>
      <w:r>
        <w:t>نہیں ہو سکتا۔</w:t>
      </w:r>
    </w:p>
    <w:p>
      <w:r>
        <w:rPr>
          <w:b/>
        </w:rPr>
        <w:t xml:space="preserve">[48:54] </w:t>
      </w:r>
      <w:r>
        <w:t>to monism jo hai,</w:t>
      </w:r>
    </w:p>
    <w:p>
      <w:pPr>
        <w:jc w:val="right"/>
      </w:pPr>
      <w:r>
        <w:t>تو مونزم جو ہے،</w:t>
      </w:r>
    </w:p>
    <w:p>
      <w:r>
        <w:rPr>
          <w:b/>
        </w:rPr>
        <w:t xml:space="preserve">[48:59] </w:t>
      </w:r>
      <w:r>
        <w:t>science ke zamane mein discord ho chuka hai. science se pehle philosophy mein aur theology mein mana jata tha monism ko, yani formless god ko. lekin science ne is ko discard kar diya hai. kyunke science ne jis duniya ko discover kiya hai, woh itni zyada meaningful hai, itni zyada design is ke andar hai, itni zyada harmony is ke andar hai ke yeh impossible ho gaya ke koi yani aisa khuda jo jis ka ko</w:t>
      </w:r>
    </w:p>
    <w:p>
      <w:pPr>
        <w:jc w:val="right"/>
      </w:pPr>
      <w:r>
        <w:t>سائنس کے زمانے میں ڈسکارڈ ہو چکا ہے۔ سائنس سے پہلے فلاسفی میں اور تھیالوجی میں مانا جاتا تھا مونزم کو، یعنی فارم لیس گاڈ کو۔ لیکن سائنس نے اس کو ڈسکارڈ کر دیا ہے۔ کیونکہ سائنس نے جس دنیا کو ڈسکور کیا ہے، وہ اتنی زیادہ میننگ فل ہے، اتنی زیادہ ڈیزائن اس کے اندر ہے، اتنی زیادہ ہارمونی اس کے اندر ہے کہ یہ امپاسیبل ہو گیا کہ کوئی یعنی ایسا خدا جو جس کا کو</w:t>
      </w:r>
    </w:p>
    <w:p>
      <w:r>
        <w:rPr>
          <w:b/>
        </w:rPr>
        <w:t xml:space="preserve">[49:29] </w:t>
      </w:r>
      <w:r>
        <w:t>ei wujood na ho, jo gravity ki tarah se ho, cosmic rays ki tarah se ho, woh sirf</w:t>
      </w:r>
    </w:p>
    <w:p>
      <w:pPr>
        <w:jc w:val="right"/>
      </w:pPr>
      <w:r>
        <w:t>ئی وجود نہ ہو، جو گریویٹی کی طرح سے ہو، کاسمک ریز کی طرح سے ہو، وہ صرف</w:t>
      </w:r>
    </w:p>
    <w:p>
      <w:r>
        <w:rPr>
          <w:b/>
        </w:rPr>
        <w:t xml:space="preserve">[49:35] </w:t>
      </w:r>
      <w:r>
        <w:t>ek idea ho.</w:t>
      </w:r>
    </w:p>
    <w:p>
      <w:pPr>
        <w:jc w:val="right"/>
      </w:pPr>
      <w:r>
        <w:t>ایک آئیڈیا ہو۔</w:t>
      </w:r>
    </w:p>
    <w:p>
      <w:r>
        <w:rPr>
          <w:b/>
        </w:rPr>
        <w:t xml:space="preserve">[49:41] </w:t>
      </w:r>
      <w:r>
        <w:t>jise philosophers kehte the ke khuda ko ek idea, ek spirit, jise hegel ne kaha tha ke world idea.</w:t>
      </w:r>
    </w:p>
    <w:p>
      <w:pPr>
        <w:jc w:val="right"/>
      </w:pPr>
      <w:r>
        <w:t>جسے فلاسفرز کہتے تھے کہ خدا کو ایک آئیڈیا، ایک اسپرٹ، جسے ہیگل نے کہا تھا کہ ورلڈ آئیڈیا۔</w:t>
      </w:r>
    </w:p>
    <w:p>
      <w:r>
        <w:rPr>
          <w:b/>
        </w:rPr>
        <w:t xml:space="preserve">[49:47] </w:t>
      </w:r>
      <w:r>
        <w:t>to aisa khuda create karega? create karne ke liye woh khuda chahiye jiske paas mind ho,</w:t>
      </w:r>
    </w:p>
    <w:p>
      <w:pPr>
        <w:jc w:val="right"/>
      </w:pPr>
      <w:r>
        <w:t>تو ایسا خدا کریٹ کرے گا؟ کریٹ کرنے کے لیے وہ خدا چاہیے جس کے پاس مائنڈ ہو،</w:t>
      </w:r>
    </w:p>
    <w:p>
      <w:r>
        <w:rPr>
          <w:b/>
        </w:rPr>
        <w:t xml:space="preserve">[49:53] </w:t>
      </w:r>
      <w:r>
        <w:t>jiske paas will ho, jiske jo plan plan kar sakta ho.</w:t>
      </w:r>
    </w:p>
    <w:p>
      <w:pPr>
        <w:jc w:val="right"/>
      </w:pPr>
      <w:r>
        <w:t>جس کے پاس ول ہو، جس جو پلان پلان کر سکتا ہو۔</w:t>
      </w:r>
    </w:p>
    <w:p>
      <w:r>
        <w:rPr>
          <w:b/>
        </w:rPr>
        <w:t xml:space="preserve">[49:59] </w:t>
      </w:r>
      <w:r>
        <w:t>to is ka matlab yeh hai ke science ke baad ab hamare liye monism ka option baqi nahi raha.</w:t>
      </w:r>
    </w:p>
    <w:p>
      <w:pPr>
        <w:jc w:val="right"/>
      </w:pPr>
      <w:r>
        <w:t>تو اس کا معنی یہ ہے کہ سائنس کے بعد اب ہمارے لیے مونزم کا آپشن باقی نہیں رہا۔</w:t>
      </w:r>
    </w:p>
    <w:p>
      <w:r>
        <w:rPr>
          <w:b/>
        </w:rPr>
        <w:t xml:space="preserve">[50:04] </w:t>
      </w:r>
      <w:r>
        <w:t>science ke baad hamare liye monistic khuda ka jo option hai, woh woh option hi baqi nahi, woh</w:t>
      </w:r>
    </w:p>
    <w:p>
      <w:pPr>
        <w:jc w:val="right"/>
      </w:pPr>
      <w:r>
        <w:t>سائنس کے بعد ہمارے لیے مونسٹک خدا کا جو آپشن ہے، وہ وہ آپشن ہی باقی نہیں، وہ</w:t>
      </w:r>
    </w:p>
    <w:p>
      <w:r>
        <w:rPr>
          <w:b/>
        </w:rPr>
        <w:t xml:space="preserve">[50:09] </w:t>
      </w:r>
      <w:r>
        <w:t>khatam, woh option khatam ho chuka.</w:t>
      </w:r>
    </w:p>
    <w:p>
      <w:pPr>
        <w:jc w:val="right"/>
      </w:pPr>
      <w:r>
        <w:t>ختم، وہ آپشن ختم ہو چکا۔</w:t>
      </w:r>
    </w:p>
    <w:p>
      <w:r>
        <w:rPr>
          <w:b/>
        </w:rPr>
        <w:t xml:space="preserve">[50:14] </w:t>
      </w:r>
      <w:r>
        <w:t>monistic god ka concept khatam ho chuka.</w:t>
      </w:r>
    </w:p>
    <w:p>
      <w:pPr>
        <w:jc w:val="right"/>
      </w:pPr>
      <w:r>
        <w:t>مونسٹک گاڈ کا کانسیپٹ ختم ہو چکا۔</w:t>
      </w:r>
    </w:p>
    <w:p>
      <w:r>
        <w:rPr>
          <w:b/>
        </w:rPr>
        <w:t xml:space="preserve">[50:20] </w:t>
      </w:r>
      <w:r>
        <w:t>ab ek hi option hai, woh hai monotheistic god, yani personal god.</w:t>
      </w:r>
    </w:p>
    <w:p>
      <w:pPr>
        <w:jc w:val="right"/>
      </w:pPr>
      <w:r>
        <w:t>اب ایک ہی آپشن ہے، وہ ہے موریتھیسٹک گاڈ، یعنی پرسنل گاڈ۔</w:t>
      </w:r>
    </w:p>
    <w:p>
      <w:r>
        <w:rPr>
          <w:b/>
        </w:rPr>
        <w:t xml:space="preserve">[50:25] </w:t>
      </w:r>
      <w:r>
        <w:t>personal god ka matlab hai ke woh god jiske paas mind hai, jo plan kar sakta hai,</w:t>
      </w:r>
    </w:p>
    <w:p>
      <w:pPr>
        <w:jc w:val="right"/>
      </w:pPr>
      <w:r>
        <w:t>پرسنل گاڈ کا مطلب ہے کہ وہ گاڈ جس کے پاس مائنڈ ہے، جو پلان کر سکتا ہے،</w:t>
      </w:r>
    </w:p>
    <w:p>
      <w:r>
        <w:rPr>
          <w:b/>
        </w:rPr>
        <w:t xml:space="preserve">[50:30] </w:t>
      </w:r>
      <w:r>
        <w:t>jo soch sakta hai, jo design kar sakta hai. toh yeh main samajhta hoon ke in saare jo development hue hain maujooda zamane mein, in sab ko aap lein toh khuda ka existence hai, yani is aakhri had tak prove ho chuka hai. ab is mein koi shakk ki baat nahi rahi. toh jab maine in sab cheezon ko padha, main khud bhi un se</w:t>
      </w:r>
    </w:p>
    <w:p>
      <w:pPr>
        <w:jc w:val="right"/>
      </w:pPr>
      <w:r>
        <w:t>جو سوچ سکتا ہے، جو ڈیزائن کر سکتا ہے۔ تو یہ میں سمجھتا ہوں کہ ان سارے جو ڈیولپمنٹ ہوئے ہیں موجودہ زمانے میں، ان سب کو آپ کو لیں تو خدا کا ایگزسٹنس ہے، یعنی اس آخری حد تک پروف ہو چکا ہے۔ اب اس میں کوئی شک کی بات نہیں رہی۔ تو جب میں نے ان سب چیزوں کو پڑھا، میں خود بھی ان سے</w:t>
      </w:r>
    </w:p>
    <w:p>
      <w:r>
        <w:rPr>
          <w:b/>
        </w:rPr>
        <w:t xml:space="preserve">[51:00] </w:t>
      </w:r>
      <w:r>
        <w:t>be khabar tha. pehle mera jo, yani main ek ek seeker tha, ek seeker tha main ka bachpan se. kehna chahiye toh main ne is se pehle ghaliban bataya tha ke adham garh mein jab meri zindagi shuru hui, bahut pehle ki baat hai, naujmani ki umar mein. toh abhi main jab gaya tha adham garh toh apne sathiyon ko main le gaya, wahan masjid mein, wahan dikhaya maine ke yahan main khada hua tha,</w:t>
      </w:r>
    </w:p>
    <w:p>
      <w:pPr>
        <w:jc w:val="right"/>
      </w:pPr>
      <w:r>
        <w:t>بے خبر تھا۔ پہلے میرا جو، یعنی میں ایک ایک سیکھر تھا، ایک سیکھر تھا میں کا بچپن سے۔ کہنا چاہیے تو میں نے اس سے پہلے غالباً بتایا تھا کہ آدم گڑھ میں جب میری زندگی شروع ہوئی، بہت پہلے کی بات ہے، نوجوانی کی عمر میں۔ تو ابھی میں جب گیا تھا آدم گڑھ تو اپنے ساتھیوں کو میں لے گیا، وہاں مسجد میں، وہاں دکھایا میں نے کہ یہاں میں کھڑا ہوا تھا،</w:t>
      </w:r>
    </w:p>
    <w:p>
      <w:r>
        <w:rPr>
          <w:b/>
        </w:rPr>
        <w:t xml:space="preserve">[51:30] </w:t>
      </w:r>
      <w:r>
        <w:t>woh jagah maine dikhai.</w:t>
      </w:r>
    </w:p>
    <w:p>
      <w:pPr>
        <w:jc w:val="right"/>
      </w:pPr>
      <w:r>
        <w:t>وہ جگہ میں نے دکھائی۔</w:t>
      </w:r>
    </w:p>
    <w:p>
      <w:r>
        <w:rPr>
          <w:b/>
        </w:rPr>
        <w:t xml:space="preserve">[51:34] </w:t>
      </w:r>
      <w:r>
        <w:t>aur wahan par us waqt ek papita, papite ka peir hua karta tha.</w:t>
      </w:r>
    </w:p>
    <w:p>
      <w:pPr>
        <w:jc w:val="right"/>
      </w:pPr>
      <w:r>
        <w:t>اور وہاں پر اس وقت ایک پپیتا، پپیتے کا پیڑ ہوا کرتا تھا۔</w:t>
      </w:r>
    </w:p>
    <w:p>
      <w:r>
        <w:rPr>
          <w:b/>
        </w:rPr>
        <w:t xml:space="preserve">[51:39] </w:t>
      </w:r>
      <w:r>
        <w:t>ab to woh nahi tha wahan par, papita khatam ho chuka tha lekin jagah thi woh.</w:t>
      </w:r>
    </w:p>
    <w:p>
      <w:pPr>
        <w:jc w:val="right"/>
      </w:pPr>
      <w:r>
        <w:t>اب تو وہ نہیں تھا وہاں پر، پپیتا ختم ہو چکا تھا لیکن جگہ تھی وہ۔</w:t>
      </w:r>
    </w:p>
    <w:p>
      <w:r>
        <w:rPr>
          <w:b/>
        </w:rPr>
        <w:t xml:space="preserve">[51:43] </w:t>
      </w:r>
      <w:r>
        <w:t>to maine apne sathiyon ko bataya ke dekh, yahan main khada hua tha aur yahan papite ka</w:t>
      </w:r>
    </w:p>
    <w:p>
      <w:pPr>
        <w:jc w:val="right"/>
      </w:pPr>
      <w:r>
        <w:t>تو میں نے اپنے ساتھیوں کو بتایا کہ دیکھ، یہاں میں کھڑا ہوا تھا اور یہاں پپیتے کا</w:t>
      </w:r>
    </w:p>
    <w:p>
      <w:r>
        <w:rPr>
          <w:b/>
        </w:rPr>
        <w:t xml:space="preserve">[51:47] </w:t>
      </w:r>
      <w:r>
        <w:t>ek peir tha.</w:t>
      </w:r>
    </w:p>
    <w:p>
      <w:pPr>
        <w:jc w:val="right"/>
      </w:pPr>
      <w:r>
        <w:t>ایک پیڑ تھا۔</w:t>
      </w:r>
    </w:p>
    <w:p>
      <w:r>
        <w:rPr>
          <w:b/>
        </w:rPr>
        <w:t xml:space="preserve">[51:51] </w:t>
      </w:r>
      <w:r>
        <w:t>to ek taraf papite ka, aap ne kabhi dekha ho to papite phool jhadte rehte hain.</w:t>
      </w:r>
    </w:p>
    <w:p>
      <w:pPr>
        <w:jc w:val="right"/>
      </w:pPr>
      <w:r>
        <w:t>تو ایک طرف پپیتے کا، آپ نے کبھی دیکھا ہو تو پپیتے پھول جھڑتے رہتے ہیں۔</w:t>
      </w:r>
    </w:p>
    <w:p>
      <w:r>
        <w:rPr>
          <w:b/>
        </w:rPr>
        <w:t xml:space="preserve">[51:56] </w:t>
      </w:r>
      <w:r>
        <w:t>agar aap ne kabhi papite ka peir dekha ho to bohat phool is ke andar hote hain</w:t>
      </w:r>
    </w:p>
    <w:p>
      <w:pPr>
        <w:jc w:val="right"/>
      </w:pPr>
      <w:r>
        <w:t>اگر آپ نے کبھی پپیتے کا پیڑ دیکھا ہو تو بہت پھول اس کے اندر ہوتے ہیں</w:t>
      </w:r>
    </w:p>
    <w:p>
      <w:r>
        <w:rPr>
          <w:b/>
        </w:rPr>
        <w:t xml:space="preserve">[52:00] </w:t>
      </w:r>
      <w:r>
        <w:t>, woh jhadte rehte hain, jhadte rehte hain.</w:t>
      </w:r>
    </w:p>
    <w:p>
      <w:pPr>
        <w:jc w:val="right"/>
      </w:pPr>
      <w:r>
        <w:t>، وہ جھڑتے رہتے ہیں، جھڑتے رہتے ہیں۔</w:t>
      </w:r>
    </w:p>
    <w:p>
      <w:r>
        <w:rPr>
          <w:b/>
        </w:rPr>
        <w:t xml:space="preserve">[52:04] </w:t>
      </w:r>
      <w:r>
        <w:t>woh papite ke peir ke neeche pade rehte hain.</w:t>
      </w:r>
    </w:p>
    <w:p>
      <w:pPr>
        <w:jc w:val="right"/>
      </w:pPr>
      <w:r>
        <w:t>وہ پپیتے کے پیڑ کے نیچے پڑے رہتے ہیں۔</w:t>
      </w:r>
    </w:p>
    <w:p>
      <w:r>
        <w:rPr>
          <w:b/>
        </w:rPr>
        <w:t xml:space="preserve">[52:09] </w:t>
      </w:r>
      <w:r>
        <w:t>woh to papite ke peir mein yeh anokhi baat hai ke is ke phool jhadte rehte hain.</w:t>
      </w:r>
    </w:p>
    <w:p>
      <w:pPr>
        <w:jc w:val="right"/>
      </w:pPr>
      <w:r>
        <w:t>وہ تو پپیتے کے پیڑ میں یہ انوکھی بات ہے کہ اس کے پھول جھڑتے رہتے ہیں۔</w:t>
      </w:r>
    </w:p>
    <w:p>
      <w:r>
        <w:rPr>
          <w:b/>
        </w:rPr>
        <w:t xml:space="preserve">[52:13] </w:t>
      </w:r>
      <w:r>
        <w:t>is ke to maine kaha ke main yahan khada hua tha to ek taraf papite ke phool</w:t>
      </w:r>
    </w:p>
    <w:p>
      <w:pPr>
        <w:jc w:val="right"/>
      </w:pPr>
      <w:r>
        <w:t>اس کے تو میں نے کہا کہ میں یہاں کھڑا ہوا تھا تو ایک طرف پپیتے کے پھول</w:t>
      </w:r>
    </w:p>
    <w:p>
      <w:r>
        <w:rPr>
          <w:b/>
        </w:rPr>
        <w:t xml:space="preserve">[52:18] </w:t>
      </w:r>
      <w:r>
        <w:t>jhad rahe the, ek taraf mere aansu tapak rahe the zameen par.</w:t>
      </w:r>
    </w:p>
    <w:p>
      <w:pPr>
        <w:jc w:val="right"/>
      </w:pPr>
      <w:r>
        <w:t>جھڑ رہے تھے، ایک طرف میرے آنسو ٹپک رہے تھے زمین پر۔</w:t>
      </w:r>
    </w:p>
    <w:p>
      <w:r>
        <w:rPr>
          <w:b/>
        </w:rPr>
        <w:t xml:space="preserve">[52:22] </w:t>
      </w:r>
      <w:r>
        <w:t>yani zameen ek taraf jo hamare qadmon ke neeche jo zameen thi, wahan ek taraf papite ke phool</w:t>
      </w:r>
    </w:p>
    <w:p>
      <w:pPr>
        <w:jc w:val="right"/>
      </w:pPr>
      <w:r>
        <w:t>یعنی زمین ایک طرف جو ہمارے قدموں کے نیچے جو زمین تھی، وہاں ایک طرف پپیتے کے پھول</w:t>
      </w:r>
    </w:p>
    <w:p>
      <w:r>
        <w:rPr>
          <w:b/>
        </w:rPr>
        <w:t xml:space="preserve">[52:27] </w:t>
      </w:r>
      <w:r>
        <w:t>jhad rahe the.</w:t>
      </w:r>
    </w:p>
    <w:p>
      <w:pPr>
        <w:jc w:val="right"/>
      </w:pPr>
      <w:r>
        <w:t>جھڑ رہے تھے۔</w:t>
      </w:r>
    </w:p>
    <w:p>
      <w:r>
        <w:rPr>
          <w:b/>
        </w:rPr>
        <w:t xml:space="preserve">[52:31] </w:t>
      </w:r>
      <w:r>
        <w:t>dusri taraf wahan meri aankhon, meri aankhon se aansu nikal tapak rahe the aur meri zuban se nikal raha tha bar bar: "khawand, tu kab aayega? main kab tak tere aane ka intezar karoon?" yahi kehta tha main ke "khawand, tu kab aayega? main kab tak tere aane ka intezar karoon?" phir ek lambi kahani hai. is ke baad woh waqt aata hai jab ke maine aapse arz kiya, kafi study ke baad ke shah naseer sahib mujh se poochte hain ke "kya insan khuda ko dek</w:t>
      </w:r>
    </w:p>
    <w:p>
      <w:pPr>
        <w:jc w:val="right"/>
      </w:pPr>
      <w:r>
        <w:t>دوسری طرف وہاں میری آنکھوں، میری آنکھوں سے آنسو نکل ٹپک رہے تھے اور میری زبان سے نکل رہا تھا بار بار: "خداوند، تو کب آئے گا؟ میں کب تک تیرے آنے کا انتظار کروں؟" یہی کہتا تھا میں کہ "خداوند، تو کب آئے گا؟ میں کب تک تیرے آنے کا انتظار کروں؟" پھر ایک لمبی کہانی ہے۔ اس کے بعد وہ وقت آتا ہے جب کہ میں نے آپ سے عرض کیا، کافی اسٹڈی کے بعد کہ شاہ نصیر صاحب مجھ سے پوچھتے ہیں کہ "کیا انسان خدا کو دیک</w:t>
      </w:r>
    </w:p>
    <w:p>
      <w:r>
        <w:rPr>
          <w:b/>
        </w:rPr>
        <w:t xml:space="preserve">[53:01] </w:t>
      </w:r>
      <w:r>
        <w:t>h sakta hai?" mere munh se nikalta hai ke "kya aap ne abhi tak khuda ko dekha nahi?"</w:t>
      </w:r>
    </w:p>
    <w:p>
      <w:pPr>
        <w:jc w:val="right"/>
      </w:pPr>
      <w:r>
        <w:t>ھ سکتا ہے؟" میرے منہ سے نکلتا ہے کہ "کیا آپ نے ابھی تک خدا کو دیکھا نہیں؟"</w:t>
      </w:r>
    </w:p>
    <w:p>
      <w:r>
        <w:rPr>
          <w:b/>
        </w:rPr>
        <w:t xml:space="preserve">[53:06] </w:t>
      </w:r>
      <w:r>
        <w:t>kyunke mujhe to dikhai de raha tha khuda, jis tarah se hirk chand ki building mein mujhe noor</w:t>
      </w:r>
    </w:p>
    <w:p>
      <w:pPr>
        <w:jc w:val="right"/>
      </w:pPr>
      <w:r>
        <w:t>کیونکہ مجھے تو دکھائی دے رہا تھا خدا، جس طرح سے ہرک چند کی بلڈنگ میں مجھے نور</w:t>
      </w:r>
    </w:p>
    <w:p>
      <w:r>
        <w:rPr>
          <w:b/>
        </w:rPr>
        <w:t xml:space="preserve">[53:12] </w:t>
      </w:r>
      <w:r>
        <w:t>muhammad dikhai de rahe thay.</w:t>
      </w:r>
    </w:p>
    <w:p>
      <w:pPr>
        <w:jc w:val="right"/>
      </w:pPr>
      <w:r>
        <w:t>محمد دکھائی دے رہے تھے۔</w:t>
      </w:r>
    </w:p>
    <w:p>
      <w:r>
        <w:rPr>
          <w:b/>
        </w:rPr>
        <w:t xml:space="preserve">[53:17] </w:t>
      </w:r>
      <w:r>
        <w:t>jaise maine bataya ke hirk chand ka jo kothi thi, bohat bari, aur main pohncha is kothi</w:t>
      </w:r>
    </w:p>
    <w:p>
      <w:pPr>
        <w:jc w:val="right"/>
      </w:pPr>
      <w:r>
        <w:t>جیسے میں نے بتایا کہ ہرک چند کا جو کوٹھی تھی، بہت بڑی، اور میں پہنچا اس کوٹھی</w:t>
      </w:r>
    </w:p>
    <w:p>
      <w:r>
        <w:rPr>
          <w:b/>
        </w:rPr>
        <w:t xml:space="preserve">[53:22] </w:t>
      </w:r>
      <w:r>
        <w:t>mein, mujhe noor muhammad kargar dikhai dene laga, jis ne banaya tha is ko.</w:t>
      </w:r>
    </w:p>
    <w:p>
      <w:pPr>
        <w:jc w:val="right"/>
      </w:pPr>
      <w:r>
        <w:t>میں، مجھے نور محمد کارگر دکھائی دینے لگا، جس نے بنایا تھا اس کو۔</w:t>
      </w:r>
    </w:p>
    <w:p>
      <w:r>
        <w:rPr>
          <w:b/>
        </w:rPr>
        <w:t xml:space="preserve">[53:27] </w:t>
      </w:r>
      <w:r>
        <w:t>to aise hi shah naseer sahib ne jo mujh se sawal kiya</w:t>
      </w:r>
    </w:p>
    <w:p>
      <w:pPr>
        <w:jc w:val="right"/>
      </w:pPr>
      <w:r>
        <w:t>تو ایسے ہی شاہ نصیر صاحب نے جو مجھ سے سوال کیا</w:t>
      </w:r>
    </w:p>
    <w:p>
      <w:r>
        <w:rPr>
          <w:b/>
        </w:rPr>
        <w:t xml:space="preserve">[53:33] </w:t>
      </w:r>
      <w:r>
        <w:t>ke "kya insan khuda ko dekh sakta hai?" to sari universe mujhe bata rahi thi ke "kya khuda</w:t>
      </w:r>
    </w:p>
    <w:p>
      <w:pPr>
        <w:jc w:val="right"/>
      </w:pPr>
      <w:r>
        <w:t>کہ "کیا انسان خدا کو دیکھ سکتا ہے؟" تو ساری یونیورس مجھے بتا رہی تھی کہ "کیا خدا</w:t>
      </w:r>
    </w:p>
    <w:p>
      <w:r>
        <w:rPr>
          <w:b/>
        </w:rPr>
        <w:t xml:space="preserve">[53:39] </w:t>
      </w:r>
      <w:r>
        <w:t>to hai? yeh dekho, kya shakk hai is mein?" to yeh sari cheezon ko aap dhiyan mein laiye aur sochiye.</w:t>
      </w:r>
    </w:p>
    <w:p>
      <w:pPr>
        <w:jc w:val="right"/>
      </w:pPr>
      <w:r>
        <w:t>تو ہے؟ یہ دیکھو، کیا شک ہے اس میں؟" تو یہ ساری چیزوں کو آپ دھیان میں لائیے اور سوچیے۔</w:t>
      </w:r>
    </w:p>
    <w:p>
      <w:r>
        <w:rPr>
          <w:b/>
        </w:rPr>
        <w:t xml:space="preserve">[53:45] </w:t>
      </w:r>
      <w:r>
        <w:t>تو میں بس بتاؤں کہ belief in God جو ہے، ایک بالکل سائنٹیفک، ایک سائنٹیفک فارمولا ہے، یہ</w:t>
      </w:r>
    </w:p>
    <w:p>
      <w:pPr>
        <w:jc w:val="right"/>
      </w:pPr>
      <w:r>
        <w:t>تو میں بس بتاؤں کہ بیلیف ان گاڈ جو ہے، ایک بالکل سائنٹیفک، ایک سائنٹیفک فارمولا ہے، یہ</w:t>
      </w:r>
    </w:p>
    <w:p>
      <w:r>
        <w:rPr>
          <w:b/>
        </w:rPr>
        <w:t xml:space="preserve">[53:51] </w:t>
      </w:r>
      <w:r>
        <w:t>ek scientific principle hai.</w:t>
      </w:r>
    </w:p>
    <w:p>
      <w:pPr>
        <w:jc w:val="right"/>
      </w:pPr>
      <w:r>
        <w:t>ایک سائنٹیفک پرنسپل ہے۔</w:t>
      </w:r>
    </w:p>
    <w:p>
      <w:r>
        <w:rPr>
          <w:b/>
        </w:rPr>
        <w:t xml:space="preserve">[53:58] </w:t>
      </w:r>
      <w:r>
        <w:t>yeh sirf aqide ki baat nahi hai, yeh sirf aqide ki baat nahi hai, ek scientific principle hai. yeh</w:t>
      </w:r>
    </w:p>
    <w:p>
      <w:pPr>
        <w:jc w:val="right"/>
      </w:pPr>
      <w:r>
        <w:t>یہ صرف عقیدے کی بات نہیں ہے، یہ صرف عقیدے کی بات نہیں ہے، ایک سائنٹیفک پرنسپل ہے۔ یہ</w:t>
      </w:r>
    </w:p>
    <w:p>
      <w:r>
        <w:rPr>
          <w:b/>
        </w:rPr>
        <w:t xml:space="preserve">[54:04] </w:t>
      </w:r>
      <w:r>
        <w:t>mamla sirf yeh hai ke woh level aap ka ho, understanding, woh level of understanding aap ko hasil</w:t>
      </w:r>
    </w:p>
    <w:p>
      <w:pPr>
        <w:jc w:val="right"/>
      </w:pPr>
      <w:r>
        <w:t>معاملہ صرف یہ ہے کہ وہ لیول آپ کا ہو، انڈرسٹینڈنگ، وہ لیول آف انڈرسٹینڈنگ آپ کو حاصل</w:t>
      </w:r>
    </w:p>
    <w:p>
      <w:r>
        <w:rPr>
          <w:b/>
        </w:rPr>
        <w:t xml:space="preserve">[54:10] </w:t>
      </w:r>
      <w:r>
        <w:t>ہو جائے جو چاہیے بیان space</w:t>
      </w:r>
    </w:p>
    <w:p>
      <w:pPr>
        <w:jc w:val="right"/>
      </w:pPr>
      <w:r>
        <w:t>ہو جائے جو چاہیے بیان اسپیس اینڈ ٹائم جو وجود ہے، اس کو اس کو مائنڈ میں لانے کے لیے۔</w:t>
      </w:r>
    </w:p>
    <w:p>
      <w:r>
        <w:rPr>
          <w:b/>
        </w:rPr>
        <w:t xml:space="preserve">[54:16] </w:t>
      </w:r>
      <w:r>
        <w:t>yani hirk chand ki kothi ko dekh kar ke bhi main soch kar hi to laya is is</w:t>
      </w:r>
    </w:p>
    <w:p>
      <w:pPr>
        <w:jc w:val="right"/>
      </w:pPr>
      <w:r>
        <w:t>یعنی ہرک چند کی کوٹھی کو دیکھ کر کے بھی میں سوچ کر ہی تو لایا اس اس</w:t>
      </w:r>
    </w:p>
    <w:p>
      <w:r>
        <w:rPr>
          <w:b/>
        </w:rPr>
        <w:t xml:space="preserve">[54:23] </w:t>
      </w:r>
      <w:r>
        <w:t>noor muhammad ko.</w:t>
      </w:r>
    </w:p>
    <w:p>
      <w:pPr>
        <w:jc w:val="right"/>
      </w:pPr>
      <w:r>
        <w:t>نور محمد کو۔</w:t>
      </w:r>
    </w:p>
    <w:p>
      <w:r>
        <w:rPr>
          <w:b/>
        </w:rPr>
        <w:t xml:space="preserve">[54:29] </w:t>
      </w:r>
      <w:r>
        <w:t>mere samne to woh khare nahi thay, mere samne jo tha woh raja hirk chand ki kothi thi.</w:t>
      </w:r>
    </w:p>
    <w:p>
      <w:pPr>
        <w:jc w:val="right"/>
      </w:pPr>
      <w:r>
        <w:t>میرے سامنے تو وہ کھڑے نہیں تھے، میرے سامنے جو تھا وہ راجہ ہرک چند کی کوٹھی تھی۔</w:t>
      </w:r>
    </w:p>
    <w:p>
      <w:r>
        <w:rPr>
          <w:b/>
        </w:rPr>
        <w:t xml:space="preserve">[54:35] </w:t>
      </w:r>
      <w:r>
        <w:t>noor muhammad to maujood nahi thay wahan par, lekin mere mind ne link kiya aur phir mujhe laga</w:t>
      </w:r>
    </w:p>
    <w:p>
      <w:pPr>
        <w:jc w:val="right"/>
      </w:pPr>
      <w:r>
        <w:t>نور محمد تو موجود نہیں تھے وہاں پر، لیکن میرے مائنڈ نے لنک کیا اور پھر مجھے لگا</w:t>
      </w:r>
    </w:p>
    <w:p>
      <w:r>
        <w:rPr>
          <w:b/>
        </w:rPr>
        <w:t xml:space="preserve">[54:41] </w:t>
      </w:r>
      <w:r>
        <w:t>ke main noor muhammad ko dekh raha hoon, yahan woh kaam kar rahe hain.</w:t>
      </w:r>
    </w:p>
    <w:p>
      <w:pPr>
        <w:jc w:val="right"/>
      </w:pPr>
      <w:r>
        <w:t>کہ میں نور محمد کو دیکھ رہا ہوں، یہاں وہ کام کر رہے ہیں۔</w:t>
      </w:r>
    </w:p>
    <w:p>
      <w:r>
        <w:rPr>
          <w:b/>
        </w:rPr>
        <w:t xml:space="preserve">[54:48] </w:t>
      </w:r>
      <w:r>
        <w:t>aise hi jab aap is universe ko dekhen, is duniya ko dekhen aur is ko, is ki jo</w:t>
      </w:r>
    </w:p>
    <w:p>
      <w:pPr>
        <w:jc w:val="right"/>
      </w:pPr>
      <w:r>
        <w:t>ایسے ہی جب آپ اس یونیورس کو دیکھیں، اس دنیا کو دیکھیں اور اس کو، اس کی جو</w:t>
      </w:r>
    </w:p>
    <w:p>
      <w:r>
        <w:rPr>
          <w:b/>
        </w:rPr>
        <w:t xml:space="preserve">[54:54] </w:t>
      </w:r>
      <w:r>
        <w:t>is ke andar jo design hai, is ke andar jo harmony hai, is ke andar jo meaning hai,</w:t>
      </w:r>
    </w:p>
    <w:p>
      <w:pPr>
        <w:jc w:val="right"/>
      </w:pPr>
      <w:r>
        <w:t>اس کے اندر جو ڈیزائن ہے، اس کے اندر جو ہارمونی ہے، اس کے اندر جو میننگ ہے،</w:t>
      </w:r>
    </w:p>
    <w:p>
      <w:r>
        <w:rPr>
          <w:b/>
        </w:rPr>
        <w:t xml:space="preserve">[55:01] </w:t>
      </w:r>
      <w:r>
        <w:t>is par ghor karen to achaanak aap dekhenge aap khuda aap ko nazar aa raha hai,</w:t>
      </w:r>
    </w:p>
    <w:p>
      <w:pPr>
        <w:jc w:val="right"/>
      </w:pPr>
      <w:r>
        <w:t>اس پر غور کریں تو اچانک آپ دیکھیں گے آپ خدا آپ کو نظر آ رہا ہے،</w:t>
      </w:r>
    </w:p>
    <w:p>
      <w:r>
        <w:rPr>
          <w:b/>
        </w:rPr>
        <w:t xml:space="preserve">[55:07] </w:t>
      </w:r>
      <w:r>
        <w:t>jaise quran ki jo surah al imran, is ki ayat aakhri ruku jo hai, woh isi ki tasweer batati hai.</w:t>
      </w:r>
    </w:p>
    <w:p>
      <w:pPr>
        <w:jc w:val="right"/>
      </w:pPr>
      <w:r>
        <w:t>جسے قرآن کی جو سورہ آل عمران، اس کی آیت آخری رکوع جو ہے، وہ اسی کی تصویر بتاتی ہے۔</w:t>
      </w:r>
    </w:p>
    <w:p>
      <w:r>
        <w:rPr>
          <w:b/>
        </w:rPr>
        <w:t xml:space="preserve">[55:17] </w:t>
      </w:r>
      <w:r>
        <w:t>bohat ajeeb hain woh ayatein, is ko parhiye aap surah al imran ka aakhri ruku: inna fi khalqi</w:t>
      </w:r>
    </w:p>
    <w:p>
      <w:pPr>
        <w:jc w:val="right"/>
      </w:pPr>
      <w:r>
        <w:t>بہت عجیب ہیں وہ آیتیں، اس کو پڑھیے آپ سورہ آل عمران کا آخری رکوع: إن فی خلق</w:t>
      </w:r>
    </w:p>
    <w:p>
      <w:r>
        <w:rPr>
          <w:b/>
        </w:rPr>
        <w:t xml:space="preserve">[55:27] </w:t>
      </w:r>
      <w:r>
        <w:t>al samawati wal ardi wakhtilafi al laili wal nahari laayatin lil ulil albab. allazina yadhkurunallaha qiyamaw waquudaw waala junubihim wa yatafakkaruna fi khalqi al samawati</w:t>
      </w:r>
    </w:p>
    <w:p>
      <w:pPr>
        <w:jc w:val="right"/>
      </w:pPr>
      <w:r>
        <w:t>السماوات والارض واختلاف الليل والنهار لآیات الذین یذکرون اللہ قیام وقود وعلی جنبہم ویتفکرون فی خلق السماوات ما خلقت</w:t>
      </w:r>
    </w:p>
    <w:p>
      <w:r>
        <w:rPr>
          <w:b/>
        </w:rPr>
        <w:t xml:space="preserve">[55:37] </w:t>
      </w:r>
      <w:r>
        <w:t>hathaa batilan subhanaka faqina azab al nar. is ka matlab yeh hai ke jo log sochte hain zameen o</w:t>
      </w:r>
    </w:p>
    <w:p>
      <w:pPr>
        <w:jc w:val="right"/>
      </w:pPr>
      <w:r>
        <w:t>ھذا باطلا سبحانک فقنا عذاب النار اس کا مطلب یہ ہے کہ جو لوگ سوچتے ہیں زمین و</w:t>
      </w:r>
    </w:p>
    <w:p>
      <w:r>
        <w:rPr>
          <w:b/>
        </w:rPr>
        <w:t xml:space="preserve">[55:45] </w:t>
      </w:r>
      <w:r>
        <w:t>aasman par, jo log ghor karte hain kainat par, raat par aur din par, paharon ko dekhte hain,</w:t>
      </w:r>
    </w:p>
    <w:p>
      <w:pPr>
        <w:jc w:val="right"/>
      </w:pPr>
      <w:r>
        <w:t>آسمان پر، جو لوگ غور کرتے ہیں کائنات پر، رات پر اور دن پر، پہاڑوں کو دیکھتے ہیں،</w:t>
      </w:r>
    </w:p>
    <w:p>
      <w:r>
        <w:rPr>
          <w:b/>
        </w:rPr>
        <w:t xml:space="preserve">[55:52] </w:t>
      </w:r>
      <w:r>
        <w:t>samundaron ko dekhte hain, darakhton ko dekhte hain, yeh sara jo hai ek ek universal system, is ko</w:t>
      </w:r>
    </w:p>
    <w:p>
      <w:pPr>
        <w:jc w:val="right"/>
      </w:pPr>
      <w:r>
        <w:t>سمندروں کو دیکھتے ہیں، درختوں کو دیکھتے ہیں، یہ سارا جو ہے ایک ایک یونیورسل سسٹم، اس کو</w:t>
      </w:r>
    </w:p>
    <w:p>
      <w:r>
        <w:rPr>
          <w:b/>
        </w:rPr>
        <w:t xml:space="preserve">[56:00] </w:t>
      </w:r>
      <w:r>
        <w:t>dekhte hain to achaanak bol padte hain. achaanak is</w:t>
      </w:r>
    </w:p>
    <w:p>
      <w:pPr>
        <w:jc w:val="right"/>
      </w:pPr>
      <w:r>
        <w:t>دیکھتے ہیں تو اچانک بول پڑتے ہیں۔ اچانک اس</w:t>
      </w:r>
    </w:p>
    <w:p>
      <w:r>
        <w:rPr>
          <w:b/>
        </w:rPr>
        <w:t xml:space="preserve">[56:08] </w:t>
      </w:r>
      <w:r>
        <w:t>yani woh ayat ko padhiye aap, achaanak un ke munh se nikal padta hai ke "khudaya, tune in cheezon ko, tu hai jo us ne in ko paida kiya aur aur tune in ko bekar nahi banaya." toh sara mamla jo hai level of understanding ka hai. kisi bhi mamle mein aap kisi mamle mein jo aap ke marifat ka darja hoga, jo aap ke samajh ka darja hoga, usi ke l</w:t>
      </w:r>
    </w:p>
    <w:p>
      <w:pPr>
        <w:jc w:val="right"/>
      </w:pPr>
      <w:r>
        <w:t>یعنی وہ آیت کو پڑھیے آپ، اچانک ان کے منہ سے نکل پڑتا ہے کہ "خدایا، تو نے ان چیزوں کو، تو ہے جو اس نے ان کو پیدا کیا اور اور تو نے ان کو بیکار نہیں بنایا۔" تو سارا معاملہ جو ہے لیول آف انڈرسٹینڈنگ کا ہے۔ کسی بھی معاملے میں آپ کسی معاملے میں جو آپ کے معرفت کا درجہ ہوگا، جو آپ کے سمجھ کا درجہ ہوگا، اسی کے ل</w:t>
      </w:r>
    </w:p>
    <w:p>
      <w:r>
        <w:rPr>
          <w:b/>
        </w:rPr>
        <w:t xml:space="preserve">[56:38] </w:t>
      </w:r>
      <w:r>
        <w:t>حاظ سے آپ چیزوں کو perceive کر پائیں گے۔</w:t>
      </w:r>
    </w:p>
    <w:p>
      <w:pPr>
        <w:jc w:val="right"/>
      </w:pPr>
      <w:r>
        <w:t>حاظ سے آپ چیزوں کو پرسیو کر پائیں گے۔</w:t>
      </w:r>
    </w:p>
    <w:p>
      <w:r>
        <w:rPr>
          <w:b/>
        </w:rPr>
        <w:t xml:space="preserve">[56:43] </w:t>
      </w:r>
      <w:r>
        <w:t>samajh ka darja kam hai to aap ka perception bhi kam hoga aur samajh ka darja zyada hai</w:t>
      </w:r>
    </w:p>
    <w:p>
      <w:pPr>
        <w:jc w:val="right"/>
      </w:pPr>
      <w:r>
        <w:t>سمجھ کا درجہ کم ہے تو آپ کا پرسیپشن بھی کم ہوگا اور سمجھ کا درجہ زیادہ ہے</w:t>
      </w:r>
    </w:p>
    <w:p>
      <w:r>
        <w:rPr>
          <w:b/>
        </w:rPr>
        <w:t xml:space="preserve">[56:48] </w:t>
      </w:r>
      <w:r>
        <w:t>taake perception zyada hoga.</w:t>
      </w:r>
    </w:p>
    <w:p>
      <w:pPr>
        <w:jc w:val="right"/>
      </w:pPr>
      <w:r>
        <w:t>تاکہ پرسیپشن زیادہ ہوگا۔</w:t>
      </w:r>
    </w:p>
    <w:p>
      <w:r>
        <w:rPr>
          <w:b/>
        </w:rPr>
        <w:t xml:space="preserve">[56:53] </w:t>
      </w:r>
      <w:r>
        <w:t>yeh ek aisi haqeeqat hai jis ko aap har din aap jaan sakte hain apne aas paas ki duniya se.</w:t>
      </w:r>
    </w:p>
    <w:p>
      <w:pPr>
        <w:jc w:val="right"/>
      </w:pPr>
      <w:r>
        <w:t>یہ ایک ایسی حقیقت ہے جس کو آپ ہر دن آپ جان سکتے ہیں اپنے آس پاس کی دنیا سے۔</w:t>
      </w:r>
    </w:p>
    <w:p>
      <w:r>
        <w:rPr>
          <w:b/>
        </w:rPr>
        <w:t xml:space="preserve">[56:58] </w:t>
      </w:r>
      <w:r>
        <w:t>to chunaanche dekhein is duniya mein insaan ko rakha gaya hai test ke liye, test ke liye yaani</w:t>
      </w:r>
    </w:p>
    <w:p>
      <w:pPr>
        <w:jc w:val="right"/>
      </w:pPr>
      <w:r>
        <w:t>تو چونکہ دیکھیں اس دنیا میں انسان کو رکھا گیا ہے ٹیسٹ کے لیے، ٹیسٹ کے لیے یعنی</w:t>
      </w:r>
    </w:p>
    <w:p>
      <w:r>
        <w:rPr>
          <w:b/>
        </w:rPr>
        <w:t xml:space="preserve">[57:03] </w:t>
      </w:r>
      <w:r>
        <w:t>without yani compulsion aap khuda</w:t>
      </w:r>
    </w:p>
    <w:p>
      <w:pPr>
        <w:jc w:val="right"/>
      </w:pPr>
      <w:r>
        <w:t>ودا آؤٹ یعنی کمپلشن آپ خدا</w:t>
      </w:r>
    </w:p>
    <w:p>
      <w:r>
        <w:rPr>
          <w:b/>
        </w:rPr>
        <w:t xml:space="preserve">[57:08] </w:t>
      </w:r>
      <w:r>
        <w:t>کو مانیں، without یعنی کمپلشن آپ خدا کو acknowledge کریں، یہ تو ٹیسٹ ہے۔</w:t>
      </w:r>
    </w:p>
    <w:p>
      <w:pPr>
        <w:jc w:val="right"/>
      </w:pPr>
      <w:r>
        <w:t>کو مانیں، ودا آؤٹ یعنی کمپلشن آپ خدا کو اکنالج کریں، یہ تو ٹیسٹ ہے۔</w:t>
      </w:r>
    </w:p>
    <w:p>
      <w:r>
        <w:rPr>
          <w:b/>
        </w:rPr>
        <w:t xml:space="preserve">[57:13] </w:t>
      </w:r>
      <w:r>
        <w:t>is liye yeh test phir bhi baqi rehta hai ke aap ko azaadi rahegi, aap ka option</w:t>
      </w:r>
    </w:p>
    <w:p>
      <w:pPr>
        <w:jc w:val="right"/>
      </w:pPr>
      <w:r>
        <w:t>اس لیے یہ ٹیسٹ پھر بھی باقی رہتا ہے کہ آپ کو آزادی رہے گی، آپ کا آپشن</w:t>
      </w:r>
    </w:p>
    <w:p>
      <w:r>
        <w:rPr>
          <w:b/>
        </w:rPr>
        <w:t xml:space="preserve">[57:18] </w:t>
      </w:r>
      <w:r>
        <w:t>rahega ke maanein ya na maanein.</w:t>
      </w:r>
    </w:p>
    <w:p>
      <w:pPr>
        <w:jc w:val="right"/>
      </w:pPr>
      <w:r>
        <w:t>رہے گا کہ مانیں یا نہ مانیں۔</w:t>
      </w:r>
    </w:p>
    <w:p>
      <w:r>
        <w:rPr>
          <w:b/>
        </w:rPr>
        <w:t xml:space="preserve">[57:23] </w:t>
      </w:r>
      <w:r>
        <w:t>woh jo maine kaha ke maano to dev nahi to pathar.</w:t>
      </w:r>
    </w:p>
    <w:p>
      <w:pPr>
        <w:jc w:val="right"/>
      </w:pPr>
      <w:r>
        <w:t>وہ جو میں نے کہا کہ مانو تو دیو نہیں تو پتھر۔</w:t>
      </w:r>
    </w:p>
    <w:p>
      <w:r>
        <w:rPr>
          <w:b/>
        </w:rPr>
        <w:t xml:space="preserve">[57:28] </w:t>
      </w:r>
      <w:r>
        <w:t>to dalail sab kuch khule hue hain, argument sab kuch maujood hai, reason mein koi kami nahi hai.</w:t>
      </w:r>
    </w:p>
    <w:p>
      <w:pPr>
        <w:jc w:val="right"/>
      </w:pPr>
      <w:r>
        <w:t>تو دلائل سب کچھ کھلے ہوئے ہیں، ارگیومنٹ سب کچھ موجود ہے، ریزن میں کوئی کمی نہیں ہے۔</w:t>
      </w:r>
    </w:p>
    <w:p>
      <w:r>
        <w:rPr>
          <w:b/>
        </w:rPr>
        <w:t xml:space="preserve">[57:33] </w:t>
      </w:r>
      <w:r>
        <w:t>saare jo relevant facts hain woh sab sam</w:t>
      </w:r>
    </w:p>
    <w:p>
      <w:pPr>
        <w:jc w:val="right"/>
      </w:pPr>
      <w:r>
        <w:t>سارے جو ریلیونٹ فیکٹس ہیں وہ سب سام</w:t>
      </w:r>
    </w:p>
    <w:p>
      <w:r>
        <w:rPr>
          <w:b/>
        </w:rPr>
        <w:t xml:space="preserve">[57:38] </w:t>
      </w:r>
      <w:r>
        <w:t>ne aa chuke hain. lekin kyunke test ka mamla hai, is liye phir bhi aap ko option baqi rehta hai ke aap chahe maanein ya chahe na maanein. toh agar aap sincere hain, agar aap ke andar waqai koi complex nahi hai, complex free hain, agar aap complex free. dekhein, bahut badi cheez hai yeh quran mein jo</w:t>
      </w:r>
    </w:p>
    <w:p>
      <w:pPr>
        <w:jc w:val="right"/>
      </w:pPr>
      <w:r>
        <w:t>نے آ چکے ہیں۔ لیکن چونکہ ٹیسٹ کا معاملہ ہے، اس لیے پھر بھی آپ کو آپشن باقی رہتا ہے کہ آپ چاہے مانیں یا چاہے نہ مانیں۔ تو اگر آپ سنسیئر ہیں، اگر آپ کے اندر واقعی کوئی کمپلیکس نہیں ہے، کمپلیکس فری ہیں، اگر آپ کمپلیکس فری۔ دیکھیں، بہت بڑی چیز ہے یہ قرآن میں جو کہ</w:t>
      </w:r>
    </w:p>
    <w:p>
      <w:r>
        <w:rPr>
          <w:b/>
        </w:rPr>
        <w:t xml:space="preserve">[58:08] </w:t>
      </w:r>
      <w:r>
        <w:t>kehte hain an nafs al mutma'innah yani complex free soul. jo aadmi complex free ho, wahi baaton ko samajhta hai, wahi baaton ko acknowledge karta hai. nahi toh aap phansa rehta hai kisi na kisi complex mein. toh sara mamla yeh hai ke aap ki understanding ho, aap ko marifat ho, aap complex free hon. toh is ke baad khuda is tarah dikhai dega jaise ke aap ko himalaya pahad dikhai deta hai. khuda aise hi dikhai dega jaise aap ko, aap ko atlantic ocean dikhai deta hai. khuda aise hi dikhai de</w:t>
      </w:r>
    </w:p>
    <w:p>
      <w:pPr>
        <w:jc w:val="right"/>
      </w:pPr>
      <w:r>
        <w:t>تے ہیں النفس المطمئنة یعنی کمپلیکس فری سول۔ جو آدمی کمپلیکس فری ہو، وہی باتوں کو سمجھتا ہے، وہی باتوں کو اکنالج کرتا ہے۔ نہیں تو آپ پھنسا رہتا ہے کسی نہ کسی کمپلیکس میں۔ تو سارا معاملہ یہ ہے کہ آپ کی انڈرسٹینڈنگ ہو، آپ کو معرفت ہو، آپ کمپلیکس فری ہوں۔ تو اس کے بعد خدا اس طرح دکھائی دے گا جیسے کہ آپ کو ہمالیہ پہاڑ دکھائی دیتا ہے۔ خدا ایسے ہی دکھائی دے گا جیسے آپ کو، آپ کو اٹلانٹک اوشن دکھائی دیتا ہے۔ خدا ایسے ہی دکھائی دے</w:t>
      </w:r>
    </w:p>
    <w:p>
      <w:r>
        <w:rPr>
          <w:b/>
        </w:rPr>
        <w:t xml:space="preserve">[58:38] </w:t>
      </w:r>
      <w:r>
        <w:t>ga aap ko jaise ke suraj aur chand aap ko dikhai dete hain.</w:t>
      </w:r>
    </w:p>
    <w:p>
      <w:pPr>
        <w:jc w:val="right"/>
      </w:pPr>
      <w:r>
        <w:t>گا آپ کو جیسے کہ سورج اور چاند آپ کو دکھائی دیتے ہیں۔</w:t>
      </w:r>
    </w:p>
    <w:p>
      <w:r>
        <w:rPr>
          <w:b/>
        </w:rPr>
        <w:t xml:space="preserve">[58:43] </w:t>
      </w:r>
      <w:r>
        <w:t>to apni understanding ko badhaiye, apni study ko badhaiye, apne maarfat ka jo level hai, us ko badhaiye.</w:t>
      </w:r>
    </w:p>
    <w:p>
      <w:pPr>
        <w:jc w:val="right"/>
      </w:pPr>
      <w:r>
        <w:t>تو اپنی انڈرسٹینڈنگ کو بڑھائیے، اپنی اسٹڈی کو بڑھائیے، اپنے معرفت کا جو لیول ہے، اس کو بڑھائیے۔</w:t>
      </w:r>
    </w:p>
    <w:p>
      <w:r>
        <w:rPr>
          <w:b/>
        </w:rPr>
        <w:t xml:space="preserve">[58:49] </w:t>
      </w:r>
      <w:r>
        <w:t>lafz maarfat mein baar baar bol raha hoon ke is ke is ke liye koi ek equivalent angrezi</w:t>
      </w:r>
    </w:p>
    <w:p>
      <w:pPr>
        <w:jc w:val="right"/>
      </w:pPr>
      <w:r>
        <w:t>لفظ معرفت میں بار بار بول رہا ہوں کہ اس کے اس کے لیے کوئی ایک ایکولنٹ انگریزی</w:t>
      </w:r>
    </w:p>
    <w:p>
      <w:r>
        <w:rPr>
          <w:b/>
        </w:rPr>
        <w:t xml:space="preserve">[58:54] </w:t>
      </w:r>
      <w:r>
        <w:t>mein nahi hai.</w:t>
      </w:r>
    </w:p>
    <w:p>
      <w:pPr>
        <w:jc w:val="right"/>
      </w:pPr>
      <w:r>
        <w:t>میں نہیں ہے۔</w:t>
      </w:r>
    </w:p>
    <w:p>
      <w:r>
        <w:rPr>
          <w:b/>
        </w:rPr>
        <w:t xml:space="preserve">[59:00] </w:t>
      </w:r>
      <w:r>
        <w:t>understanding ya realization waghera jo alfaaz hain, woh bharpoor woh maani us mein nahi aate jo maarfat mein aate hain.</w:t>
      </w:r>
    </w:p>
    <w:p>
      <w:pPr>
        <w:jc w:val="right"/>
      </w:pPr>
      <w:r>
        <w:t>انڈرسٹینڈنگ یا ریلائزیشن وغیرہ جو الفاظ ہیں، وہ بھرپور وہ معنی اس میں نہیں آتے جو معرفت میں آتے ہیں۔</w:t>
      </w:r>
    </w:p>
    <w:p>
      <w:r>
        <w:rPr>
          <w:b/>
        </w:rPr>
        <w:t xml:space="preserve">[59:05] </w:t>
      </w:r>
      <w:r>
        <w:t>to level aur maarfat ko aap badhana hai. aap ko</w:t>
      </w:r>
    </w:p>
    <w:p>
      <w:pPr>
        <w:jc w:val="right"/>
      </w:pPr>
      <w:r>
        <w:t>تو لیول اور معرفت کو آپ بڑھانا ہے۔ آپ کو</w:t>
      </w:r>
    </w:p>
    <w:p>
      <w:r>
        <w:rPr>
          <w:b/>
        </w:rPr>
        <w:t xml:space="preserve">[59:11] </w:t>
      </w:r>
      <w:r>
        <w:t>jitna aap badha payenge, utna hi aap khuda ko apne qareeb payenge aur aap ko kisi</w:t>
      </w:r>
    </w:p>
    <w:p>
      <w:pPr>
        <w:jc w:val="right"/>
      </w:pPr>
      <w:r>
        <w:t>جتنا آپ بڑھا پائیں گے، اتنا ہی آپ خدا کو اپنے قریب پائیں گے اور آپ کو کسی</w:t>
      </w:r>
    </w:p>
    <w:p>
      <w:r>
        <w:rPr>
          <w:b/>
        </w:rPr>
        <w:t xml:space="preserve">[59:17] </w:t>
      </w:r>
      <w:r>
        <w:t>bhi yani koi outa bhi nahi laga yeh yeh maanne mein ke khuda exist kar raha hai, khuda</w:t>
      </w:r>
    </w:p>
    <w:p>
      <w:pPr>
        <w:jc w:val="right"/>
      </w:pPr>
      <w:r>
        <w:t>بھی یعنی کوئی آئوٹا بھی نہیں لگا یہ یہ ماننے میں کہ خدا ایگزسٹ کر رہا ہے، خدا</w:t>
      </w:r>
    </w:p>
    <w:p>
      <w:r>
        <w:rPr>
          <w:b/>
        </w:rPr>
        <w:t xml:space="preserve">[59:23] </w:t>
      </w:r>
      <w:r>
        <w:t>creator hai, khuda ne banaye hain in sab saari cheezon ko.</w:t>
      </w:r>
    </w:p>
    <w:p>
      <w:pPr>
        <w:jc w:val="right"/>
      </w:pPr>
      <w:r>
        <w:t>کریٹر ہے، خدا نے بنائے ہیں ان سب ساری چیزوں کو۔</w:t>
      </w:r>
    </w:p>
    <w:p>
      <w:r>
        <w:rPr>
          <w:b/>
        </w:rPr>
        <w:t xml:space="preserve">[59:29] </w:t>
      </w:r>
      <w:r>
        <w:t>تو belief in God جو ہے، بالکل ایک سائنٹیفک belief، سائنٹیفک principle ہے۔</w:t>
      </w:r>
    </w:p>
    <w:p>
      <w:pPr>
        <w:jc w:val="right"/>
      </w:pPr>
      <w:r>
        <w:t>تو بیلیف ان گاڈ جو ہے، بالکل ایک سائنٹیفک بیلیف، سائنٹیفک پرنسپل ہے۔</w:t>
      </w:r>
    </w:p>
    <w:p>
      <w:r>
        <w:rPr>
          <w:b/>
        </w:rPr>
        <w:t xml:space="preserve">[59:35] </w:t>
      </w:r>
      <w:r>
        <w:t>yeh koi credit</w:t>
      </w:r>
    </w:p>
    <w:p>
      <w:pPr>
        <w:jc w:val="right"/>
      </w:pPr>
      <w:r>
        <w:t>یہ کوئی کریڈ نہیں</w:t>
      </w:r>
    </w:p>
    <w:p>
      <w:r>
        <w:rPr>
          <w:b/>
        </w:rPr>
        <w:t xml:space="preserve">[59:41] </w:t>
      </w:r>
      <w:r>
        <w:t>hai, sirf yeh sirf ek ek yani poora sara aqide ki baat nahi hai. toh main main dua karta hoon ke Allah taala hum ko yeh yaqeen de, hum ko hamare mind ko khole, hum haqeeqaton ko bharpoor taur par realize kar sakein aur keh sakein ke khudaya, maine tujh ko daryaft kar liya, khudaya, maine</w:t>
      </w:r>
    </w:p>
    <w:p>
      <w:pPr>
        <w:jc w:val="right"/>
      </w:pPr>
      <w:r>
        <w:t>ہے، صرف یہ صرف ایک ایک یعنی پورا سارا عقیدے کی بات نہیں ہے۔ تو میں میں دعا کرتا ہوں کہ اللہ تعالی ہم کو یہ یقین دے، ہم کو ہمارے مائنڈ کو کھولے، ہم حقیقتوں کو بھرپور طور پر ریلائز کر سکیں اور کہہ سکیں کہ خدایا، میں نے تجھ کو دریافت کر لیا، خدایا، میں نے</w:t>
      </w:r>
    </w:p>
    <w:p>
      <w:r>
        <w:rPr>
          <w:b/>
        </w:rPr>
        <w:t xml:space="preserve">[1:00:11] </w:t>
      </w:r>
      <w:r>
        <w:t>tera surrender kiya, khudaya, to mujhe apni rehmaton mein le le.</w:t>
      </w:r>
    </w:p>
    <w:p>
      <w:pPr>
        <w:jc w:val="right"/>
      </w:pPr>
      <w:r>
        <w:t>تیرا سرینڈر کیا، خدایا، تو مجھے اپنی رحمتوں میں لے لے۔</w:t>
      </w:r>
    </w:p>
    <w:p>
      <w:r>
        <w:rPr>
          <w:b/>
        </w:rPr>
        <w:t xml:space="preserve">[1:00:26] </w:t>
      </w:r>
      <w:r>
        <w:t>aqool qooli haaza wastaghfirullah li walakum ajmaeen dekhein, main yeh kahunga</w:t>
      </w:r>
    </w:p>
    <w:p>
      <w:pPr>
        <w:jc w:val="right"/>
      </w:pPr>
      <w:r>
        <w:t>أقول قولي هذا واستغفرالله لي ولكم اجمعین دیکھیں، میں یہ کہوں گا</w:t>
      </w:r>
    </w:p>
    <w:p>
      <w:r>
        <w:rPr>
          <w:b/>
        </w:rPr>
        <w:t xml:space="preserve">[1:00:42] </w:t>
      </w:r>
      <w:r>
        <w:t>کہ by nature میرے اندر ایک چیز تھی، وہ ہے uncompromising attitude.</w:t>
      </w:r>
    </w:p>
    <w:p>
      <w:pPr>
        <w:jc w:val="right"/>
      </w:pPr>
      <w:r>
        <w:t>کہ بائی نیچر میرے اندر ایک چیز تھی، وہ ہے ان کمپرومائزنگ ایٹیٹیوڈ۔</w:t>
      </w:r>
    </w:p>
    <w:p>
      <w:r>
        <w:rPr>
          <w:b/>
        </w:rPr>
        <w:t xml:space="preserve">[1:00:49] </w:t>
      </w:r>
      <w:r>
        <w:t>بائی نیچر، less than truth پر میں راضی نہیں ہو سکتا تھا۔</w:t>
      </w:r>
    </w:p>
    <w:p>
      <w:pPr>
        <w:jc w:val="right"/>
      </w:pPr>
      <w:r>
        <w:t>بائی نیچر، لیس دین ٹروتھ پر میں راضی نہیں ہو سکتا تھا۔</w:t>
      </w:r>
    </w:p>
    <w:p>
      <w:r>
        <w:rPr>
          <w:b/>
        </w:rPr>
        <w:t xml:space="preserve">[1:00:57] </w:t>
      </w:r>
      <w:r>
        <w:t>do cheezein ek saath mere andar hain ke main agar main realize karoon ke mujh se koi ghalti</w:t>
      </w:r>
    </w:p>
    <w:p>
      <w:pPr>
        <w:jc w:val="right"/>
      </w:pPr>
      <w:r>
        <w:t>دو چیزیں ایک ساتھ میرے اندر ہیں کہ میں اگر میں ریلائز کروں کہ مجھ سے کوئی غلطی</w:t>
      </w:r>
    </w:p>
    <w:p>
      <w:r>
        <w:rPr>
          <w:b/>
        </w:rPr>
        <w:t xml:space="preserve">[1:01:05] </w:t>
      </w:r>
      <w:r>
        <w:t>ہوئی ہے تو میں afford نہیں کر سکتا کہ میں اس کو مجھ سے نہ بولوں۔</w:t>
      </w:r>
    </w:p>
    <w:p>
      <w:pPr>
        <w:jc w:val="right"/>
      </w:pPr>
      <w:r>
        <w:t>ہوئی ہے تو میں افورڈ نہیں کر سکتا کہ میں اس کو مجھ سے نہ بولوں۔</w:t>
      </w:r>
    </w:p>
    <w:p>
      <w:r>
        <w:rPr>
          <w:b/>
        </w:rPr>
        <w:t xml:space="preserve">[1:01:13] </w:t>
      </w:r>
      <w:r>
        <w:t>mein chala kar kahunga ke mujh se ghalti hui.</w:t>
      </w:r>
    </w:p>
    <w:p>
      <w:pPr>
        <w:jc w:val="right"/>
      </w:pPr>
      <w:r>
        <w:t>میں چلا کر کہوں گا کہ مجھ سے غلطی ہوئی۔</w:t>
      </w:r>
    </w:p>
    <w:p>
      <w:r>
        <w:rPr>
          <w:b/>
        </w:rPr>
        <w:t xml:space="preserve">[1:01:18] </w:t>
      </w:r>
      <w:r>
        <w:t>I was wrong yeh main chalaunga ke saari duniya zameen o aasmaan sun lein.</w:t>
      </w:r>
    </w:p>
    <w:p>
      <w:pPr>
        <w:jc w:val="right"/>
      </w:pPr>
      <w:r>
        <w:t>I was wrong یہ میں چلاؤں گا کہ ساری دنیا زمین و آسمان سن لیں۔</w:t>
      </w:r>
    </w:p>
    <w:p>
      <w:r>
        <w:rPr>
          <w:b/>
        </w:rPr>
        <w:t xml:space="preserve">[1:01:23] </w:t>
      </w:r>
      <w:r>
        <w:t>mein is ko afford nahin kar sakta.</w:t>
      </w:r>
    </w:p>
    <w:p>
      <w:pPr>
        <w:jc w:val="right"/>
      </w:pPr>
      <w:r>
        <w:t>میں اس کو افورڈ نہیں کر سکتا۔</w:t>
      </w:r>
    </w:p>
    <w:p>
      <w:r>
        <w:rPr>
          <w:b/>
        </w:rPr>
        <w:t xml:space="preserve">[1:01:28] </w:t>
      </w:r>
      <w:r>
        <w:t>mera seena phatne lagta hai ke mujhe ehsaas ho jaye ke mujh se ghalati hui.</w:t>
      </w:r>
    </w:p>
    <w:p>
      <w:pPr>
        <w:jc w:val="right"/>
      </w:pPr>
      <w:r>
        <w:t>میرا سینہ پھٹنے لگتا ہے کہ مجھے احساس ہو جائے کہ مجھ سے غلطی ہوئی۔</w:t>
      </w:r>
    </w:p>
    <w:p>
      <w:r>
        <w:rPr>
          <w:b/>
        </w:rPr>
        <w:t xml:space="preserve">[1:01:33] </w:t>
      </w:r>
      <w:r>
        <w:t>aur ghalati ke mani kya hain? Ek aaiota ke barabar bhi ghalati ho to mein is ko himalaya</w:t>
      </w:r>
    </w:p>
    <w:p>
      <w:pPr>
        <w:jc w:val="right"/>
      </w:pPr>
      <w:r>
        <w:t>اور غلطی کے معنی کیا ہیں؟ ایک آئوٹا کے برابر بھی غلطی ہو تو میں اس کو ہمالیہ</w:t>
      </w:r>
    </w:p>
    <w:p>
      <w:r>
        <w:rPr>
          <w:b/>
        </w:rPr>
        <w:t xml:space="preserve">[1:01:38] </w:t>
      </w:r>
      <w:r>
        <w:t>pahar barabar samajhta hoon. Is ko</w:t>
      </w:r>
    </w:p>
    <w:p>
      <w:pPr>
        <w:jc w:val="right"/>
      </w:pPr>
      <w:r>
        <w:t>پہاڑ برابر سمجھتا ہوں۔ اس کو</w:t>
      </w:r>
    </w:p>
    <w:p>
      <w:r>
        <w:rPr>
          <w:b/>
        </w:rPr>
        <w:t xml:space="preserve">[1:01:43] </w:t>
      </w:r>
      <w:r>
        <w:t>yeh mera nature hai.</w:t>
      </w:r>
    </w:p>
    <w:p>
      <w:pPr>
        <w:jc w:val="right"/>
      </w:pPr>
      <w:r>
        <w:t>یہ میرا نیچر ہے۔</w:t>
      </w:r>
    </w:p>
    <w:p>
      <w:r>
        <w:rPr>
          <w:b/>
        </w:rPr>
        <w:t xml:space="preserve">[1:01:48] </w:t>
      </w:r>
      <w:r>
        <w:t>mera manna yeh hai ke ya to 100 feesad truth hoga ya kuch bhi nahin hoga.</w:t>
      </w:r>
    </w:p>
    <w:p>
      <w:pPr>
        <w:jc w:val="right"/>
      </w:pPr>
      <w:r>
        <w:t>میرا ماننا یہ ہے کہ یا تو 100 فیصد ٹروتھ ہوگا یا کچھ بھی نہیں ہوگا۔</w:t>
      </w:r>
    </w:p>
    <w:p>
      <w:r>
        <w:rPr>
          <w:b/>
        </w:rPr>
        <w:t xml:space="preserve">[1:01:53] </w:t>
      </w:r>
      <w:r>
        <w:t>99 فیصد truth کوئی چیز نہیں ہوتی۔</w:t>
      </w:r>
    </w:p>
    <w:p>
      <w:pPr>
        <w:jc w:val="right"/>
      </w:pPr>
      <w:r>
        <w:t>99 فیصد ٹروتھ کوئی چیز نہیں ہوتی۔</w:t>
      </w:r>
    </w:p>
    <w:p>
      <w:r>
        <w:rPr>
          <w:b/>
        </w:rPr>
        <w:t xml:space="preserve">[1:01:58] </w:t>
      </w:r>
      <w:r>
        <w:t>Yad rakhiye, ye mere apne samajh se hai.</w:t>
      </w:r>
    </w:p>
    <w:p>
      <w:pPr>
        <w:jc w:val="right"/>
      </w:pPr>
      <w:r>
        <w:t>یاد رکھیے، یہ میرے اپنے سمجھ سے ہے۔</w:t>
      </w:r>
    </w:p>
    <w:p>
      <w:r>
        <w:rPr>
          <w:b/>
        </w:rPr>
        <w:t xml:space="preserve">[1:02:03] </w:t>
      </w:r>
      <w:r>
        <w:t>99 فیصد ٹروتھ ہو اور ون فیصد وہ ٹروتھ نہ ہو تو وہ کچھ بھی، this is nothing.</w:t>
      </w:r>
    </w:p>
    <w:p>
      <w:pPr>
        <w:jc w:val="right"/>
      </w:pPr>
      <w:r>
        <w:t>99 فیصد ٹروتھ ہو اور ون فیصد وہ ٹروتھ نہ ہو تو وہ کچھ بھی، دس از نتھنگ۔</w:t>
      </w:r>
    </w:p>
    <w:p>
      <w:r>
        <w:rPr>
          <w:b/>
        </w:rPr>
        <w:t xml:space="preserve">[1:02:08] </w:t>
      </w:r>
      <w:r>
        <w:t>truth ko aap baant nahin sakte. To yeh</w:t>
      </w:r>
    </w:p>
    <w:p>
      <w:pPr>
        <w:jc w:val="right"/>
      </w:pPr>
      <w:r>
        <w:t>ٹروتھ کو آپ بانٹ نہیں سکتے۔ تو یہ</w:t>
      </w:r>
    </w:p>
    <w:p>
      <w:r>
        <w:rPr>
          <w:b/>
        </w:rPr>
        <w:t xml:space="preserve">[1:02:13] </w:t>
      </w:r>
      <w:r>
        <w:t>میرا نیچر ہے کہ ایک طرف یہ ہے کہ میں compromise کر نہیں سکتا سچائی کے بارے میں،</w:t>
      </w:r>
    </w:p>
    <w:p>
      <w:pPr>
        <w:jc w:val="right"/>
      </w:pPr>
      <w:r>
        <w:t>میرا نیچر ہے کہ ایک طرف یہ ہے کہ میں کمپرومائز کر نہیں سکتا سچائی کے بارے میں،</w:t>
      </w:r>
    </w:p>
    <w:p>
      <w:r>
        <w:rPr>
          <w:b/>
        </w:rPr>
        <w:t xml:space="preserve">[1:02:18] </w:t>
      </w:r>
      <w:r>
        <w:t>chahe mera kuch bhi loss ho jaye, kuch bhi nuksan ho jaye, kuch bhi ho jaye.</w:t>
      </w:r>
    </w:p>
    <w:p>
      <w:pPr>
        <w:jc w:val="right"/>
      </w:pPr>
      <w:r>
        <w:t>چاہے میرا کچھ بھی لاس ہو جائے، کچھ بھی نقصان ہو جائے، کچھ بھی ہو جائے۔</w:t>
      </w:r>
    </w:p>
    <w:p>
      <w:r>
        <w:rPr>
          <w:b/>
        </w:rPr>
        <w:t xml:space="preserve">[1:02:22] </w:t>
      </w:r>
      <w:r>
        <w:t>abhi bhi dekhein, sari dunya mein beshumar beshumar log mujhe jante hain aur mujh ko samajhte</w:t>
      </w:r>
    </w:p>
    <w:p>
      <w:pPr>
        <w:jc w:val="right"/>
      </w:pPr>
      <w:r>
        <w:t>ابھی بھی دیکھیں، ساری دنیا میں بے شمار بے شمار لوگ مجھے جانتے ہیں اور مجھ کو سمجھتے</w:t>
      </w:r>
    </w:p>
    <w:p>
      <w:r>
        <w:rPr>
          <w:b/>
        </w:rPr>
        <w:t xml:space="preserve">[1:02:26] </w:t>
      </w:r>
      <w:r>
        <w:t>hain ke yahudiyon ka agent hai, hinduo ka agent hai, government ka agent hai.</w:t>
      </w:r>
    </w:p>
    <w:p>
      <w:pPr>
        <w:jc w:val="right"/>
      </w:pPr>
      <w:r>
        <w:t>ہیں کہ یہودیوں کا ایجنٹ ہے، ہندوؤں کا ایجنٹ ہے، گورنمنٹ کا ایجنٹ ہے۔</w:t>
      </w:r>
    </w:p>
    <w:p>
      <w:r>
        <w:rPr>
          <w:b/>
        </w:rPr>
        <w:t xml:space="preserve">[1:02:31] </w:t>
      </w:r>
      <w:r>
        <w:t>mujhe aisi koi parwah nahin hoti.</w:t>
      </w:r>
    </w:p>
    <w:p>
      <w:pPr>
        <w:jc w:val="right"/>
      </w:pPr>
      <w:r>
        <w:t>مجھے ایسی کوئی پرواہ نہیں ہوتی۔</w:t>
      </w:r>
    </w:p>
    <w:p>
      <w:r>
        <w:rPr>
          <w:b/>
        </w:rPr>
        <w:t xml:space="preserve">[1:02:35] </w:t>
      </w:r>
      <w:r>
        <w:t>kuch bhi kehte rahen log.</w:t>
      </w:r>
    </w:p>
    <w:p>
      <w:pPr>
        <w:jc w:val="right"/>
      </w:pPr>
      <w:r>
        <w:t>کچھ بھی کہتے رہیں لوگ۔</w:t>
      </w:r>
    </w:p>
    <w:p>
      <w:r>
        <w:rPr>
          <w:b/>
        </w:rPr>
        <w:t xml:space="preserve">[1:02:39] </w:t>
      </w:r>
      <w:r>
        <w:t>mein jab rampur mein tha</w:t>
      </w:r>
    </w:p>
    <w:p>
      <w:pPr>
        <w:jc w:val="right"/>
      </w:pPr>
      <w:r>
        <w:t>میں جب رام پور میں تھا</w:t>
      </w:r>
    </w:p>
    <w:p>
      <w:r>
        <w:rPr>
          <w:b/>
        </w:rPr>
        <w:t xml:space="preserve">[1:02:44] </w:t>
      </w:r>
      <w:r>
        <w:t>to abhi jo ameer jamaat hain, Maulana Jalaluddin Umri, hamare saathi hua karte the wahan par. yeh mujhse chhote hain. yeh to main likhta tha to bahut hi wohi un compromising andaaz mein hota tha ke discipline hoti thi aur yeh hota tha. to yeh mujhe darate the ke aisa likhte hain, aap kaun padhega isko? itna critical likhte hain, itna zyada yani kisi se aap compro</w:t>
      </w:r>
    </w:p>
    <w:p>
      <w:pPr>
        <w:jc w:val="right"/>
      </w:pPr>
      <w:r>
        <w:t>تو ابھی جو امیر جماعت ہیں، مولانا جلال الدین عمری، ہمارے ساتھی ہوا کرتے تھے وہاں پر۔ یہ مجھ سے چھوٹے ہیں۔ یہ تو میں لکھتا تھا تو بہت ہی وہی ان کمپرومائزنگ انداز میں ہوتا تھا کہ ڈسپلن ہوتی تھی اور یہ ہوتا تھا۔ تو یہ مجھے ڈراتے تھے کہ ایسا لکھتے ہیں، آپ کون پڑھے گا اس کو؟ اتنا کریٹیکل لکھتے ہیں، اتنا زیادہ یعنی کسی سے آپ کمپروم</w:t>
      </w:r>
    </w:p>
    <w:p>
      <w:r>
        <w:rPr>
          <w:b/>
        </w:rPr>
        <w:t xml:space="preserve">[1:03:14] </w:t>
      </w:r>
      <w:r>
        <w:t>mise nahi karte. to maine us waqt kaha tha Rampur mein bahut pehle ke aap samajhte hain ke main doosron ke liye likhta hoon? woh zinda maujood hain, gawahi denge. woh maine kaha tha ke aap samajhte hain ke main doosron ke liye likhta hoon? main apne liye likhta hoon, apne liye. maine kaha tha us waqt ke mere seene mein jo koi thought aata hai to main usko jab tak paper par na laoon, mera seena phatne phatta rehta hai. kisi thought ko mujhe paper par lana</w:t>
      </w:r>
    </w:p>
    <w:p>
      <w:pPr>
        <w:jc w:val="right"/>
      </w:pPr>
      <w:r>
        <w:t>ائز نہیں کرتے۔ تو میں نے اس وقت کہا تھا رام پور میں بہت پہلے کہ آپ سمجھتے ہیں کہ میں دوسروں کے لیے لکھتا ہوں؟ وہ زندہ موجود ہیں، گواہی دیں گے۔ وہ میں نے کہا تھا کہ آپ سمجھتے ہیں کہ میں دوسروں کے لیے لکھتا ہوں؟ میں اپنے لیے لکھتا ہوں، اپنے لیے۔ میں نے کہا تھا اس وقت کہ میرے سینے میں جو کوئی تھاٹ آتا ہے تو میں اس کو جب تک پیپر پر نہ لاؤں، میرا سینہ پھٹنے پھٹتا رہتا ہے۔ کسی تھاٹ کو مجھے پیپر پر لانا</w:t>
      </w:r>
    </w:p>
    <w:p>
      <w:r>
        <w:rPr>
          <w:b/>
        </w:rPr>
        <w:t xml:space="preserve">[1:03:44] </w:t>
      </w:r>
      <w:r>
        <w:t>hai.</w:t>
      </w:r>
    </w:p>
    <w:p>
      <w:pPr>
        <w:jc w:val="right"/>
      </w:pPr>
      <w:r>
        <w:t>ہے۔</w:t>
      </w:r>
    </w:p>
    <w:p>
      <w:r>
        <w:rPr>
          <w:b/>
        </w:rPr>
        <w:t xml:space="preserve">[1:03:50] </w:t>
      </w:r>
      <w:r>
        <w:t>تو دو چیزیں یہ میرے اندر تھیں by nature کہ ایک طرف uncompromising attitude.</w:t>
      </w:r>
    </w:p>
    <w:p>
      <w:pPr>
        <w:jc w:val="right"/>
      </w:pPr>
      <w:r>
        <w:t>تو دو چیزیں یہ میرے اندر تھیں بائی نیچر کہ ایک طرف ان کمپرومائزنگ ایٹیٹیوڈ۔</w:t>
      </w:r>
    </w:p>
    <w:p>
      <w:r>
        <w:rPr>
          <w:b/>
        </w:rPr>
        <w:t xml:space="preserve">[1:03:56] </w:t>
      </w:r>
      <w:r>
        <w:t>koi bade se bada bhi insan ho, Khuda aur Rasool ke siwa, Khuda aur Rasool sahaba kiram ke</w:t>
      </w:r>
    </w:p>
    <w:p>
      <w:pPr>
        <w:jc w:val="right"/>
      </w:pPr>
      <w:r>
        <w:t>کوئی بڑے سے بڑا بھی انسان ہو، خدا اور رسول کے سوا، خدا اور رسول صحابہ کرام کے</w:t>
      </w:r>
    </w:p>
    <w:p>
      <w:r>
        <w:rPr>
          <w:b/>
        </w:rPr>
        <w:t xml:space="preserve">[1:04:02] </w:t>
      </w:r>
      <w:r>
        <w:t>siwa, mujhe is pe criticize karne mein koi pareshani nahin hoti.</w:t>
      </w:r>
    </w:p>
    <w:p>
      <w:pPr>
        <w:jc w:val="right"/>
      </w:pPr>
      <w:r>
        <w:t>سوا، مجھے اس پہ کریٹیسائز کرنے میں کوئی پریشانی نہیں ہوتی۔</w:t>
      </w:r>
    </w:p>
    <w:p>
      <w:r>
        <w:rPr>
          <w:b/>
        </w:rPr>
        <w:t xml:space="preserve">[1:04:08] </w:t>
      </w:r>
      <w:r>
        <w:t>yani poori poori history mein jin ko acknowledge kiya gaya, un par mein tanqeed kiya. Mein ne</w:t>
      </w:r>
    </w:p>
    <w:p>
      <w:pPr>
        <w:jc w:val="right"/>
      </w:pPr>
      <w:r>
        <w:t>یعنی پوری پوری ہسٹری میں جن کو اکنالج کیا گیا، ان پر میں تنقید کیا۔ میں نے</w:t>
      </w:r>
    </w:p>
    <w:p>
      <w:r>
        <w:rPr>
          <w:b/>
        </w:rPr>
        <w:t xml:space="preserve">[1:04:14] </w:t>
      </w:r>
      <w:r>
        <w:t>sahaba ko chhod kar ke bahut top ke jo naam hain, un par bhi mein ne criticize kiya.</w:t>
      </w:r>
    </w:p>
    <w:p>
      <w:pPr>
        <w:jc w:val="right"/>
      </w:pPr>
      <w:r>
        <w:t>صحابہ کو چھوڑ کر کے بہت ٹاپ کے جو نام ہیں، ان پر بھی میں نے کریٹیسائز کیا۔</w:t>
      </w:r>
    </w:p>
    <w:p>
      <w:r>
        <w:rPr>
          <w:b/>
        </w:rPr>
        <w:t xml:space="preserve">[1:04:20] </w:t>
      </w:r>
      <w:r>
        <w:t>log mujhe kuch samajhte nahin, samajhte rahen, mujhe is ki parwah nahin hai.</w:t>
      </w:r>
    </w:p>
    <w:p>
      <w:pPr>
        <w:jc w:val="right"/>
      </w:pPr>
      <w:r>
        <w:t>لوگ مجھے کچھ سمجھتے نہیں، سمجھتے رہیں، مجھے اس کی پرواہ نہیں ہے۔</w:t>
      </w:r>
    </w:p>
    <w:p>
      <w:r>
        <w:rPr>
          <w:b/>
        </w:rPr>
        <w:t xml:space="preserve">[1:04:26] </w:t>
      </w:r>
      <w:r>
        <w:t>to sachai ke muamle mein uncompromising attitude yeh ek mera yeh tha.</w:t>
      </w:r>
    </w:p>
    <w:p>
      <w:pPr>
        <w:jc w:val="right"/>
      </w:pPr>
      <w:r>
        <w:t>تو سچائی کے معاملے میں ان کمپرومائزنگ ایٹیٹیوڈ یہ ایک میرا یہ تھا۔</w:t>
      </w:r>
    </w:p>
    <w:p>
      <w:r>
        <w:rPr>
          <w:b/>
        </w:rPr>
        <w:t xml:space="preserve">[1:04:32] </w:t>
      </w:r>
      <w:r>
        <w:t>lekin sath sath, at the same time, jab mujhe khul jaye ke mein ghalat ghalat ghalat nahin padhta</w:t>
      </w:r>
    </w:p>
    <w:p>
      <w:pPr>
        <w:jc w:val="right"/>
      </w:pPr>
      <w:r>
        <w:t>لیکن ساتھ ساتھ، ایٹ دا سیم ٹائم، جب مجھے کھل جائے کہ میں غلط غلط غلط نہیں پڑھتا</w:t>
      </w:r>
    </w:p>
    <w:p>
      <w:r>
        <w:rPr>
          <w:b/>
        </w:rPr>
        <w:t xml:space="preserve">[1:04:38] </w:t>
      </w:r>
      <w:r>
        <w:t>تو میں چلا کر کہوں گا: "I was wrong, I was wrong, I was wrong."</w:t>
      </w:r>
    </w:p>
    <w:p>
      <w:pPr>
        <w:jc w:val="right"/>
      </w:pPr>
      <w:r>
        <w:t>تو میں چلا کر کہوں گا: "آئی واز رونگ، آئی واز رونگ، آئی واز رونگ۔"</w:t>
      </w:r>
    </w:p>
    <w:p>
      <w:r>
        <w:rPr>
          <w:b/>
        </w:rPr>
        <w:t xml:space="preserve">[1:04:44] </w:t>
      </w:r>
      <w:r>
        <w:t>yeh thi two fold yani sifat mere andar. aur isi ki wajah se mera safar jo hai, ek second ruka nahi kabhi. mera jo safar tha yani sachai ko talash karne ka, woh ruka nahi kabhi, ruka nahi. main koi koi complex mujhko rok nahi sakta. koi mujhe kuch bhi keh</w:t>
      </w:r>
    </w:p>
    <w:p>
      <w:pPr>
        <w:jc w:val="right"/>
      </w:pPr>
      <w:r>
        <w:t>یہ تھی ٹو فول یعنی صفت میرے اندر۔ اور اسی کی وجہ سے میرا سفر جو ہے، ایک سیکنڈ رکا نہیں کبھی۔ میرا جو سفر تھا یعنی سچائی کو تلاش کرنے کا، وہ رکا نہیں کبھی، رکا نہیں۔ میں کوئی کوئی کمپلیکس مجھ کو روک نہیں سکتا۔ کوئی مجھے کچھ بھی کہ</w:t>
      </w:r>
    </w:p>
    <w:p>
      <w:r>
        <w:rPr>
          <w:b/>
        </w:rPr>
        <w:t xml:space="preserve">[1:05:14] </w:t>
      </w:r>
      <w:r>
        <w:t>hai.</w:t>
      </w:r>
    </w:p>
    <w:p>
      <w:pPr>
        <w:jc w:val="right"/>
      </w:pPr>
      <w:r>
        <w:t>ے۔</w:t>
      </w:r>
    </w:p>
    <w:p>
      <w:r>
        <w:rPr>
          <w:b/>
        </w:rPr>
        <w:t xml:space="preserve">[1:05:19] </w:t>
      </w:r>
      <w:r>
        <w:t>ek martaba mein gaya tha maharashtra to wahan ek ek hindu mujh se milne ke liye aaye.</w:t>
      </w:r>
    </w:p>
    <w:p>
      <w:pPr>
        <w:jc w:val="right"/>
      </w:pPr>
      <w:r>
        <w:t>ایک مرتبہ میں گیا تھا مہاراشٹر تو وہاں ایک ایک ہندو مجھ سے ملنے کے لیے آئے۔</w:t>
      </w:r>
    </w:p>
    <w:p>
      <w:r>
        <w:rPr>
          <w:b/>
        </w:rPr>
        <w:t xml:space="preserve">[1:05:23] </w:t>
      </w:r>
      <w:r>
        <w:t>to mere sath ek musalman the aur ek hindu the.</w:t>
      </w:r>
    </w:p>
    <w:p>
      <w:pPr>
        <w:jc w:val="right"/>
      </w:pPr>
      <w:r>
        <w:t>تو میرے ساتھ ایک مسلمان تھے اور ایک ہندو تھے۔</w:t>
      </w:r>
    </w:p>
    <w:p>
      <w:r>
        <w:rPr>
          <w:b/>
        </w:rPr>
        <w:t xml:space="preserve">[1:05:27] </w:t>
      </w:r>
      <w:r>
        <w:t>to unhon ne poocha mujh se ek sawal, is hindu ne Islam ke bare mein.</w:t>
      </w:r>
    </w:p>
    <w:p>
      <w:pPr>
        <w:jc w:val="right"/>
      </w:pPr>
      <w:r>
        <w:t>تو انہوں نے پوچھا مجھ سے ایک سوال، اس ہندو نے اسلام کے بارے میں۔</w:t>
      </w:r>
    </w:p>
    <w:p>
      <w:r>
        <w:rPr>
          <w:b/>
        </w:rPr>
        <w:t xml:space="preserve">[1:05:32] </w:t>
      </w:r>
      <w:r>
        <w:t>to mein aik second socha, phir maine kaha ke mein aap ko kal jawab doon ga is ka.</w:t>
      </w:r>
    </w:p>
    <w:p>
      <w:pPr>
        <w:jc w:val="right"/>
      </w:pPr>
      <w:r>
        <w:t>تو میں ایک سیکنڈ سوچا، پھر میں نے کہا کہ میں آپ کو کل جواب دوں گا اس کا۔</w:t>
      </w:r>
    </w:p>
    <w:p>
      <w:r>
        <w:rPr>
          <w:b/>
        </w:rPr>
        <w:t xml:space="preserve">[1:05:36] </w:t>
      </w:r>
      <w:r>
        <w:t>abhi mera mind clear nahi hai, kal jawab doon ga.</w:t>
      </w:r>
    </w:p>
    <w:p>
      <w:pPr>
        <w:jc w:val="right"/>
      </w:pPr>
      <w:r>
        <w:t>ابھی میرا مائنڈ کلیئر نہیں ہے، کل جواب دوں گا۔</w:t>
      </w:r>
    </w:p>
    <w:p>
      <w:r>
        <w:rPr>
          <w:b/>
        </w:rPr>
        <w:t xml:space="preserve">[1:05:40] </w:t>
      </w:r>
      <w:r>
        <w:t>to jab woh chalay gaye to hamaray saathi jo musalman thay, un ka aisa keh diya aap ne.</w:t>
      </w:r>
    </w:p>
    <w:p>
      <w:pPr>
        <w:jc w:val="right"/>
      </w:pPr>
      <w:r>
        <w:t>تو جب وہ چلے گئے تو ہمارے ساتھی جو مسلمان تھے، ان کا ایسا کہہ دیا آپ نے۔</w:t>
      </w:r>
    </w:p>
    <w:p>
      <w:r>
        <w:rPr>
          <w:b/>
        </w:rPr>
        <w:t xml:space="preserve">[1:05:45] </w:t>
      </w:r>
      <w:r>
        <w:t>yeh samjhein ke aap aalim nahi hain, aap is kaaran nahi hain.</w:t>
      </w:r>
    </w:p>
    <w:p>
      <w:pPr>
        <w:jc w:val="right"/>
      </w:pPr>
      <w:r>
        <w:t>یہ سمجھیں کہ آپ عالم نہیں ہیں، آپ اس کارن نہیں ہیں۔</w:t>
      </w:r>
    </w:p>
    <w:p>
      <w:r>
        <w:rPr>
          <w:b/>
        </w:rPr>
        <w:t xml:space="preserve">[1:05:51] </w:t>
      </w:r>
      <w:r>
        <w:t>maine kaha: "koi samajhta rahe, koi samajhta rahe." is se kya hota hai? jab mera mind clear</w:t>
      </w:r>
    </w:p>
    <w:p>
      <w:pPr>
        <w:jc w:val="right"/>
      </w:pPr>
      <w:r>
        <w:t>میں نے کہا: "کوئی سمجھتا رہے، کوئی سمجھتا رہے۔" اس سے کیا ہوتا ہے؟ جب میرا مائنڈ کلیئر</w:t>
      </w:r>
    </w:p>
    <w:p>
      <w:r>
        <w:rPr>
          <w:b/>
        </w:rPr>
        <w:t xml:space="preserve">[1:05:57] </w:t>
      </w:r>
      <w:r>
        <w:t>nahi tha to mein kaisay bol lagta bolnay? mein kal sochon ga, parhoon ga is par to phir</w:t>
      </w:r>
    </w:p>
    <w:p>
      <w:pPr>
        <w:jc w:val="right"/>
      </w:pPr>
      <w:r>
        <w:t>نہیں تھا تو میں کیسے بول لگتا بولنے؟ میں کل سوچوں گا، پڑھوں گا اس پر تو پھر</w:t>
      </w:r>
    </w:p>
    <w:p>
      <w:r>
        <w:rPr>
          <w:b/>
        </w:rPr>
        <w:t xml:space="preserve">[1:06:04] </w:t>
      </w:r>
      <w:r>
        <w:t>kal bata doon ga, un ko bataoon ga.</w:t>
      </w:r>
    </w:p>
    <w:p>
      <w:pPr>
        <w:jc w:val="right"/>
      </w:pPr>
      <w:r>
        <w:t>کل بتا دوں گا، ان کو بتاؤں گا۔</w:t>
      </w:r>
    </w:p>
    <w:p>
      <w:r>
        <w:rPr>
          <w:b/>
        </w:rPr>
        <w:t xml:space="preserve">[1:06:10] </w:t>
      </w:r>
      <w:r>
        <w:t>to mein kisi cheez ko bhi, kisi aur cheez ko maine kabhi concern nahi banaya apna sachai ke siwa.</w:t>
      </w:r>
    </w:p>
    <w:p>
      <w:pPr>
        <w:jc w:val="right"/>
      </w:pPr>
      <w:r>
        <w:t>تو میں کسی چیز کو بھی، کسی اور چیز کو میں نے کبھی کنسرن نہیں بنایا اپنا سچائی کے سوا۔</w:t>
      </w:r>
    </w:p>
    <w:p>
      <w:r>
        <w:rPr>
          <w:b/>
        </w:rPr>
        <w:t xml:space="preserve">[1:06:16] </w:t>
      </w:r>
      <w:r>
        <w:t>aur mujhe yaqeen hai ke yahi khaas baat honi chahiye aadmi ke andar agar woh sachai tak pahunchna</w:t>
      </w:r>
    </w:p>
    <w:p>
      <w:pPr>
        <w:jc w:val="right"/>
      </w:pPr>
      <w:r>
        <w:t>اور مجھے یقین ہے کہ یہی خاص بات ہونی چاہیے آدمی کے اندر اگر وہ سچائی تک پہنچنا</w:t>
      </w:r>
    </w:p>
    <w:p>
      <w:r>
        <w:rPr>
          <w:b/>
        </w:rPr>
        <w:t xml:space="preserve">[1:06:21] </w:t>
      </w:r>
      <w:r>
        <w:t>chahta hai ke kisi doosri cheez, koi doosri cheez is ka concern na ho.</w:t>
      </w:r>
    </w:p>
    <w:p>
      <w:pPr>
        <w:jc w:val="right"/>
      </w:pPr>
      <w:r>
        <w:t>چاہتا ہے کہ کسی دوسری چیز، کوئی دوسری چیز اس کا کنسرن نہ ہو۔</w:t>
      </w:r>
    </w:p>
    <w:p>
      <w:r>
        <w:rPr>
          <w:b/>
        </w:rPr>
        <w:t xml:space="preserve">[1:06:25] </w:t>
      </w:r>
      <w:r>
        <w:t>matlab family concern hoti hai logon ka.</w:t>
      </w:r>
    </w:p>
    <w:p>
      <w:pPr>
        <w:jc w:val="right"/>
      </w:pPr>
      <w:r>
        <w:t>مطلب فیملی کنسرن ہوتی ہے لوگوں کا۔</w:t>
      </w:r>
    </w:p>
    <w:p>
      <w:r>
        <w:rPr>
          <w:b/>
        </w:rPr>
        <w:t xml:space="preserve">[1:06:29] </w:t>
      </w:r>
      <w:r>
        <w:t>family hai, money hai, dosti hai, aur aur shopping hai, outing hai.</w:t>
      </w:r>
    </w:p>
    <w:p>
      <w:pPr>
        <w:jc w:val="right"/>
      </w:pPr>
      <w:r>
        <w:t>فیملی ہے، منی ہے، دوستی ہے، اور اور شاپنگ ہے، آؤٹنگ ہے۔</w:t>
      </w:r>
    </w:p>
    <w:p>
      <w:r>
        <w:rPr>
          <w:b/>
        </w:rPr>
        <w:t xml:space="preserve">[1:06:34] </w:t>
      </w:r>
      <w:r>
        <w:t>yeh woh dunya bhar ki cheezein hain jo logon ko concern pari rehti hain.</w:t>
      </w:r>
    </w:p>
    <w:p>
      <w:pPr>
        <w:jc w:val="right"/>
      </w:pPr>
      <w:r>
        <w:t>یہ وہ دنیا بھر کی چیزیں ہیں جو لوگوں کو کنسرن پڑی رہتی ہیں۔</w:t>
      </w:r>
    </w:p>
    <w:p>
      <w:r>
        <w:rPr>
          <w:b/>
        </w:rPr>
        <w:t xml:space="preserve">[1:06:38] </w:t>
      </w:r>
      <w:r>
        <w:t>koi bhi cheez mera concern nahi hai.</w:t>
      </w:r>
    </w:p>
    <w:p>
      <w:pPr>
        <w:jc w:val="right"/>
      </w:pPr>
      <w:r>
        <w:t>کوئی بھی چیز میرا کنسرن نہیں ہے۔</w:t>
      </w:r>
    </w:p>
    <w:p>
      <w:r>
        <w:rPr>
          <w:b/>
        </w:rPr>
        <w:t xml:space="preserve">[1:06:42] </w:t>
      </w:r>
      <w:r>
        <w:t>mujhe kisi cheez</w:t>
      </w:r>
    </w:p>
    <w:p>
      <w:pPr>
        <w:jc w:val="right"/>
      </w:pPr>
      <w:r>
        <w:t>مجھے کسی چیز</w:t>
      </w:r>
    </w:p>
    <w:p>
      <w:r>
        <w:rPr>
          <w:b/>
        </w:rPr>
        <w:t xml:space="preserve">[1:06:47] </w:t>
      </w:r>
      <w:r>
        <w:t>ko main apna concern nahi bana sakta siwa sachai ke. to yeh main samajhta hoon ke yeh woh price hai jo deni padegi kisi ko agar sachai ko 100 fisad janna chahta hai. dekhiye, less than 100 to sab ko mili rehti hai sachai. less than 100 har ek ko sachai mili rehti hai. main isko nothing samajhta hoon. eroded sachai hai, woh eroded sachai is</w:t>
      </w:r>
    </w:p>
    <w:p>
      <w:pPr>
        <w:jc w:val="right"/>
      </w:pPr>
      <w:r>
        <w:t>کو میں اپنا کنسرن نہیں بنا سکتا سوا سچائی کے۔ تو یہ میں سمجھتا ہوں کہ یہ وہ پرائس ہے جو دینی پڑے گی کسی کو اگر سچائی کو 100 فیصد جاننا چاہتا ہے۔ دیکھیں، لیس دین 100 تو سب کو ملی رہتی ہے سچائی۔ لیس دین 100 ہر ایک کو سچائی ملی رہتی ہے۔ میں اس کو نتھنگ سمجھتا ہوں۔ ایروڈڈ سچائی ہے، وہ ایروڈڈ سچائی از ن</w:t>
      </w:r>
    </w:p>
    <w:p>
      <w:r>
        <w:rPr>
          <w:b/>
        </w:rPr>
        <w:t xml:space="preserve">[1:07:17] </w:t>
      </w:r>
      <w:r>
        <w:t>thing.</w:t>
      </w:r>
    </w:p>
    <w:p>
      <w:pPr>
        <w:jc w:val="right"/>
      </w:pPr>
      <w:r>
        <w:t>تھنگ۔</w:t>
      </w:r>
    </w:p>
    <w:p>
      <w:r>
        <w:rPr>
          <w:b/>
        </w:rPr>
        <w:t xml:space="preserve">[1:07:21] </w:t>
      </w:r>
      <w:r>
        <w:t>to mein yahi kahoon ga ke aik hi cheez ko apna supreme concern bana laina, aur woh sachai hai.</w:t>
      </w:r>
    </w:p>
    <w:p>
      <w:pPr>
        <w:jc w:val="right"/>
      </w:pPr>
      <w:r>
        <w:t>تو میں یہی کہوں گا کہ ایک ہی چیز کو اپنا سپریم کنسرن بنا لینا، اور وہ سچائی ہے۔</w:t>
      </w:r>
    </w:p>
    <w:p>
      <w:r>
        <w:rPr>
          <w:b/>
        </w:rPr>
        <w:t xml:space="preserve">[1:07:25] </w:t>
      </w:r>
      <w:r>
        <w:t>to phir sachai is pe khul kar rehti hai.</w:t>
      </w:r>
    </w:p>
    <w:p>
      <w:pPr>
        <w:jc w:val="right"/>
      </w:pPr>
      <w:r>
        <w:t>تو پھر سچائی اس پہ کھل کر رہتی ہے۔</w:t>
      </w:r>
    </w:p>
    <w:p>
      <w:r>
        <w:rPr>
          <w:b/>
        </w:rPr>
        <w:t xml:space="preserve">[1:07:29] </w:t>
      </w:r>
      <w:r>
        <w:t>impossible hai ke is par sachai na khulay.</w:t>
      </w:r>
    </w:p>
    <w:p>
      <w:pPr>
        <w:jc w:val="right"/>
      </w:pPr>
      <w:r>
        <w:t>امپاسیبل ہے کہ اس پر سچائی نہ کھلے۔</w:t>
      </w:r>
    </w:p>
    <w:p>
      <w:r>
        <w:rPr>
          <w:b/>
        </w:rPr>
        <w:t xml:space="preserve">[1:07:34] </w:t>
      </w:r>
      <w:r>
        <w:t>yeh mera experience hai.</w:t>
      </w:r>
    </w:p>
    <w:p>
      <w:pPr>
        <w:jc w:val="right"/>
      </w:pPr>
      <w:r>
        <w:t>یہ میرا ایکسپیرینس ہے۔</w:t>
      </w:r>
    </w:p>
    <w:p>
      <w:r>
        <w:rPr>
          <w:b/>
        </w:rPr>
        <w:t xml:space="preserve">[1:07:38] </w:t>
      </w:r>
      <w:r>
        <w:t>This question is from Mr. O.P. Sikka.</w:t>
      </w:r>
    </w:p>
    <w:p>
      <w:pPr>
        <w:jc w:val="right"/>
      </w:pPr>
      <w:r>
        <w:t>دس کوئسچن از فرام مسٹر او پی سکہ۔</w:t>
      </w:r>
    </w:p>
    <w:p>
      <w:r>
        <w:rPr>
          <w:b/>
        </w:rPr>
        <w:t xml:space="preserve">[1:07:42] </w:t>
      </w:r>
      <w:r>
        <w:t>maulana sahib, it</w:t>
      </w:r>
    </w:p>
    <w:p>
      <w:pPr>
        <w:jc w:val="right"/>
      </w:pPr>
      <w:r>
        <w:t>مولانا صاحب، اٹ</w:t>
      </w:r>
    </w:p>
    <w:p>
      <w:r>
        <w:rPr>
          <w:b/>
        </w:rPr>
        <w:t xml:space="preserve">[1:07:47] </w:t>
      </w:r>
      <w:r>
        <w:t>is said that knowing without seeing is not possible.</w:t>
      </w:r>
    </w:p>
    <w:p>
      <w:pPr>
        <w:jc w:val="right"/>
      </w:pPr>
      <w:r>
        <w:t>از سیڈ دیٹ نوئنگ ودا آؤٹ سینگ از ناٹ پوسیبل۔</w:t>
      </w:r>
    </w:p>
    <w:p>
      <w:r>
        <w:rPr>
          <w:b/>
        </w:rPr>
        <w:t xml:space="preserve">[1:07:53] </w:t>
      </w:r>
      <w:r>
        <w:t>You could think of Noor Muhammad Sahib only because you had seen him, so it was possible to</w:t>
      </w:r>
    </w:p>
    <w:p>
      <w:pPr>
        <w:jc w:val="right"/>
      </w:pPr>
      <w:r>
        <w:t>یو کڈ تھنک آف نور محمد صاحب اونلی بیکاز یو ہیڈ سین ہم، سو اٹ واز پوسیبل ٹو</w:t>
      </w:r>
    </w:p>
    <w:p>
      <w:r>
        <w:rPr>
          <w:b/>
        </w:rPr>
        <w:t xml:space="preserve">[1:08:00] </w:t>
      </w:r>
      <w:r>
        <w:t>bring him to vision.</w:t>
      </w:r>
    </w:p>
    <w:p>
      <w:pPr>
        <w:jc w:val="right"/>
      </w:pPr>
      <w:r>
        <w:t>برنگ ہم ٹو ویژن۔</w:t>
      </w:r>
    </w:p>
    <w:p>
      <w:r>
        <w:rPr>
          <w:b/>
        </w:rPr>
        <w:t xml:space="preserve">[1:08:06] </w:t>
      </w:r>
      <w:r>
        <w:t>But in case of God, whom we have never seen or experienced, is it not beyond our mind?</w:t>
      </w:r>
    </w:p>
    <w:p>
      <w:pPr>
        <w:jc w:val="right"/>
      </w:pPr>
      <w:r>
        <w:t>بٹ ان کیس آف گاڈ، ہم وی ہیو نیور سین اور ایکسپیرینس، از اٹ ناٹ بیونڈ اور مائنڈ</w:t>
      </w:r>
    </w:p>
    <w:p>
      <w:r>
        <w:rPr>
          <w:b/>
        </w:rPr>
        <w:t xml:space="preserve">[1:08:12] </w:t>
      </w:r>
      <w:r>
        <w:t>and intellect? dekhein, yeh question jo hai, yeh scientific question nahi hai</w:t>
      </w:r>
    </w:p>
    <w:p>
      <w:pPr>
        <w:jc w:val="right"/>
      </w:pPr>
      <w:r>
        <w:t>اینڈ انٹلیکٹ؟ دیکھیں، یہ کوئسچن جو ہے، یہ سائنٹیفک کوئسچن نہیں ہے</w:t>
      </w:r>
    </w:p>
    <w:p>
      <w:r>
        <w:rPr>
          <w:b/>
        </w:rPr>
        <w:t xml:space="preserve">[1:08:19] </w:t>
      </w:r>
      <w:r>
        <w:t>kyun ke big bang to kisi ne dekha nahi.</w:t>
      </w:r>
    </w:p>
    <w:p>
      <w:pPr>
        <w:jc w:val="right"/>
      </w:pPr>
      <w:r>
        <w:t>کیونکہ بگ بینگ تو کسی نے دیکھا نہیں۔</w:t>
      </w:r>
    </w:p>
    <w:p>
      <w:r>
        <w:rPr>
          <w:b/>
        </w:rPr>
        <w:t xml:space="preserve">[1:08:23] </w:t>
      </w:r>
      <w:r>
        <w:t>phir bhi hum yaqeen karte hain scientifically.</w:t>
      </w:r>
    </w:p>
    <w:p>
      <w:pPr>
        <w:jc w:val="right"/>
      </w:pPr>
      <w:r>
        <w:t>پھر بھی ہم یقین کرتے ہیں سائنٹیفیکلی۔</w:t>
      </w:r>
    </w:p>
    <w:p>
      <w:r>
        <w:rPr>
          <w:b/>
        </w:rPr>
        <w:t xml:space="preserve">[1:08:26] </w:t>
      </w:r>
      <w:r>
        <w:t>kis ne big bang ko dekha? mujhe bataiye.</w:t>
      </w:r>
    </w:p>
    <w:p>
      <w:pPr>
        <w:jc w:val="right"/>
      </w:pPr>
      <w:r>
        <w:t>کس نے بگ بینگ کو دیکھا؟ مجھے بتائیے۔</w:t>
      </w:r>
    </w:p>
    <w:p>
      <w:r>
        <w:rPr>
          <w:b/>
        </w:rPr>
        <w:t xml:space="preserve">[1:08:30] </w:t>
      </w:r>
      <w:r>
        <w:t>main kehta hoon har insaan ke paas kya? kisi ne apne ko maa ke pait se paida hote</w:t>
      </w:r>
    </w:p>
    <w:p>
      <w:pPr>
        <w:jc w:val="right"/>
      </w:pPr>
      <w:r>
        <w:t>میں کہتا ہوں ہر انسان کے پاس کیا؟ کسی نے اپنے کو ماں کے پیٹ سے پیدا ہوتے</w:t>
      </w:r>
    </w:p>
    <w:p>
      <w:r>
        <w:rPr>
          <w:b/>
        </w:rPr>
        <w:t xml:space="preserve">[1:08:34] </w:t>
      </w:r>
      <w:r>
        <w:t>hue dekha hai? hum mein se koi keh sakta hai ke maine apne aap ko dekha hua</w:t>
      </w:r>
    </w:p>
    <w:p>
      <w:pPr>
        <w:jc w:val="right"/>
      </w:pPr>
      <w:r>
        <w:t>ہوئے دیکھا ہے؟ ہم میں سے کوئی کہہ سکتا ہے کہ میں نے اپنے آپ کو دیکھا ہوا</w:t>
      </w:r>
    </w:p>
    <w:p>
      <w:r>
        <w:rPr>
          <w:b/>
        </w:rPr>
        <w:t xml:space="preserve">[1:08:38] </w:t>
      </w:r>
      <w:r>
        <w:t>hai ke pait se paida hui hoti hai? is liye main kehta hoon yeh meri maa hai.</w:t>
      </w:r>
    </w:p>
    <w:p>
      <w:pPr>
        <w:jc w:val="right"/>
      </w:pPr>
      <w:r>
        <w:t>ہے کہ پیٹ سے پیدا ہوئی ہوتی ہے؟ اس لیے میں کہتا ہوں یہ میری ماں ہے۔</w:t>
      </w:r>
    </w:p>
    <w:p>
      <w:r>
        <w:rPr>
          <w:b/>
        </w:rPr>
        <w:t xml:space="preserve">[1:08:42] </w:t>
      </w:r>
      <w:r>
        <w:t>kaun hai? mujhe bataiye.</w:t>
      </w:r>
    </w:p>
    <w:p>
      <w:pPr>
        <w:jc w:val="right"/>
      </w:pPr>
      <w:r>
        <w:t>کون ہے؟ مجھے بتائیے۔</w:t>
      </w:r>
    </w:p>
    <w:p>
      <w:r>
        <w:rPr>
          <w:b/>
        </w:rPr>
        <w:t xml:space="preserve">[1:08:45] </w:t>
      </w:r>
      <w:r>
        <w:t>yani dekh kar manna yeh to ek absurd baat hai.</w:t>
      </w:r>
    </w:p>
    <w:p>
      <w:pPr>
        <w:jc w:val="right"/>
      </w:pPr>
      <w:r>
        <w:t>یعنی دیکھ کر ماننا یہ تو ایک ایبسرٹ بات ہے۔</w:t>
      </w:r>
    </w:p>
    <w:p>
      <w:r>
        <w:rPr>
          <w:b/>
        </w:rPr>
        <w:t xml:space="preserve">[1:08:49] </w:t>
      </w:r>
      <w:r>
        <w:t>aap dekhte kahan kisi cheez ko hain?</w:t>
      </w:r>
    </w:p>
    <w:p>
      <w:pPr>
        <w:jc w:val="right"/>
      </w:pPr>
      <w:r>
        <w:t>آپ دیکھتے کہاں کسی چیز کو ہیں؟</w:t>
      </w:r>
    </w:p>
    <w:p>
      <w:r>
        <w:rPr>
          <w:b/>
        </w:rPr>
        <w:t xml:space="preserve">[1:08:53] </w:t>
      </w:r>
      <w:r>
        <w:t>Sir Arthur Eddington, jo bahut hi bada scientist hai, us ne likha hai ke jis mez par, jis table par main kaam karta hoon, they two fold table table hai. woh yani ek woh jis ko main dekh raha hoon, ek woh jis ko main dekhte nahi hain, aur wahi real table wahi hai kyun ke woh might down some electron. woh woh doosri table jo hai, main us ko dekh nahi sakta. to yeh ek ek awami maqoola hai ke dekh kar hi aadmi jaanta</w:t>
      </w:r>
    </w:p>
    <w:p>
      <w:pPr>
        <w:jc w:val="right"/>
      </w:pPr>
      <w:r>
        <w:t>سر ارتھر ایڈنگٹن، جو بہت ہی بڑا سائنٹسٹ ہے، اس نے لکھا ہے کہ جس میز پر، جس ٹیبل پر میں کام کرتا ہوں، دے ٹو فولڈ ٹیبل ٹیبل ہے۔ وہ یعنی ایک وہ جس کو میں دیکھ رہا ہوں، ایک وہ جس کو میں دیکھتے نہیں ہیں، اور وہی ریئل ٹیبل وہی ہے کیونکہ وہ مائٹ ڈاؤن سم الیکٹران ہے۔ وہ وہ دوسری ٹیبل جو ہے، میں اس کو دیکھ نہیں سکتا۔ تو یہ ایک ایک عوامی مقولہ ہے کہ دیکھ کر ہی آدمی جانتا</w:t>
      </w:r>
    </w:p>
    <w:p>
      <w:r>
        <w:rPr>
          <w:b/>
        </w:rPr>
        <w:t xml:space="preserve">[1:09:23] </w:t>
      </w:r>
      <w:r>
        <w:t>hai. yeh to awami maqoola hai, yeh scientific, yeh koi scientific principle nahi hai. yeh science mein to bina dekhe hi cheezon ko mana jata hai. yani effect ko dekh kar. dekhiye, ek hai direct to us ko dekhna, ek hai effect ko dekhna. jaise X-ray mein aap jate hain, aap photograph liya jata hai aap ka, to aap photograph effect hai, woh X-rays nahi hai. woh X-rays ko aap nahi dekhte, effect ko dekha aap ne. that is scientific principle. to Khuda</w:t>
      </w:r>
    </w:p>
    <w:p>
      <w:pPr>
        <w:jc w:val="right"/>
      </w:pPr>
      <w:r>
        <w:t>ہے۔ یہ تو عوامی مقولہ ہے، یہ سائنٹیفک، یہ کوئی سائنٹیفک پرنسپل نہیں ہے۔ یہ سائنس میں تو بنا دیکھے ہی چیزوں کو مانا جاتا ہے۔ یعنی ایفیکٹ کو دیکھ کر۔ دیکھیں، ایک ہے ڈائریکٹ تو اب اس کو دیکھنا، ایک ہے ایفیکٹ کو دیکھنا۔ جیسے ایکس رے میں آپ جاتے ہیں، آپ فوٹوگراف لیا جاتا ہے آپ کا، تو آپ فوٹوگراف ایفیکٹ ہے، وہ ایکس ریز نہیں ہے۔ وہ ایکس ریز کو آپ نہیں دیکھتے، ایفیکٹ کو دیکھا آپ نے۔ دیٹ از سائنٹیفک پرنسپل۔ تو خدا</w:t>
      </w:r>
    </w:p>
    <w:p>
      <w:r>
        <w:rPr>
          <w:b/>
        </w:rPr>
        <w:t xml:space="preserve">[1:09:53] </w:t>
      </w:r>
      <w:r>
        <w:t>ke effect ko hum dekh rahe hain.</w:t>
      </w:r>
    </w:p>
    <w:p>
      <w:pPr>
        <w:jc w:val="right"/>
      </w:pPr>
      <w:r>
        <w:t>کے ایفیکٹ کو ہم دیکھ رہے ہیں۔</w:t>
      </w:r>
    </w:p>
    <w:p>
      <w:r>
        <w:rPr>
          <w:b/>
        </w:rPr>
        <w:t xml:space="preserve">[1:09:57] </w:t>
      </w:r>
      <w:r>
        <w:t>yeh sara jo hai, khuda ke effect hi to hai.</w:t>
      </w:r>
    </w:p>
    <w:p>
      <w:pPr>
        <w:jc w:val="right"/>
      </w:pPr>
      <w:r>
        <w:t>یہ سارا جو ہے، خدا کے ایفیکٹ ہی تو ہے۔</w:t>
      </w:r>
    </w:p>
    <w:p>
      <w:r>
        <w:rPr>
          <w:b/>
        </w:rPr>
        <w:t xml:space="preserve">[1:10:02] </w:t>
      </w:r>
      <w:r>
        <w:t>یہ تو scientifically speaking, you cannot see things directly.</w:t>
      </w:r>
    </w:p>
    <w:p>
      <w:pPr>
        <w:jc w:val="right"/>
      </w:pPr>
      <w:r>
        <w:t>یہ تو سائنٹیفیکلی سپیکنگ، یو کین ناٹ سی تھنگز ڈائریکٹلی۔</w:t>
      </w:r>
    </w:p>
    <w:p>
      <w:r>
        <w:rPr>
          <w:b/>
        </w:rPr>
        <w:t xml:space="preserve">[1:10:06] </w:t>
      </w:r>
      <w:r>
        <w:t>You can can see only the effects.</w:t>
      </w:r>
    </w:p>
    <w:p>
      <w:pPr>
        <w:jc w:val="right"/>
      </w:pPr>
      <w:r>
        <w:t>یو کین کین سی اونلی دا ایفیکٹس۔</w:t>
      </w:r>
    </w:p>
    <w:p>
      <w:r>
        <w:rPr>
          <w:b/>
        </w:rPr>
        <w:t xml:space="preserve">[1:10:10] </w:t>
      </w:r>
      <w:r>
        <w:t>to khuda ke effect ko hum is ke creation ke roop mein dekh rahe hain.</w:t>
      </w:r>
    </w:p>
    <w:p>
      <w:pPr>
        <w:jc w:val="right"/>
      </w:pPr>
      <w:r>
        <w:t>تو خدا کے ایفیکٹ کو ہم اس کے کریشن کے روپ میں دیکھ رہے ہیں۔</w:t>
      </w:r>
    </w:p>
    <w:p>
      <w:r>
        <w:rPr>
          <w:b/>
        </w:rPr>
        <w:t xml:space="preserve">[1:10:15] </w:t>
      </w:r>
      <w:r>
        <w:t>اس لیے ہم مانتے ہیں خدا کو، اور یہی یہی possible ہے۔</w:t>
      </w:r>
    </w:p>
    <w:p>
      <w:pPr>
        <w:jc w:val="right"/>
      </w:pPr>
      <w:r>
        <w:t>اس لیے ہم مانتے ہیں خدا کو، اور یہی یہی پاسیبل ہے۔</w:t>
      </w:r>
    </w:p>
    <w:p>
      <w:r>
        <w:rPr>
          <w:b/>
        </w:rPr>
        <w:t xml:space="preserve">[1:10:19] </w:t>
      </w:r>
      <w:r>
        <w:t>agar yeh na ho to aap ko agnostic banna parega.</w:t>
      </w:r>
    </w:p>
    <w:p>
      <w:pPr>
        <w:jc w:val="right"/>
      </w:pPr>
      <w:r>
        <w:t>اگر یہ نہ ہو تو آپ کو اگناسٹک بننا پڑے گا۔</w:t>
      </w:r>
    </w:p>
    <w:p>
      <w:r>
        <w:rPr>
          <w:b/>
        </w:rPr>
        <w:t xml:space="preserve">[1:10:24] </w:t>
      </w:r>
      <w:r>
        <w:t>agnostic.</w:t>
      </w:r>
    </w:p>
    <w:p>
      <w:pPr>
        <w:jc w:val="right"/>
      </w:pPr>
      <w:r>
        <w:t>اگناسٹک۔</w:t>
      </w:r>
    </w:p>
    <w:p>
      <w:r>
        <w:rPr>
          <w:b/>
        </w:rPr>
        <w:t xml:space="preserve">[1:10:27] </w:t>
      </w:r>
      <w:r>
        <w:t>lekin agnostic ban nahi sakte.</w:t>
      </w:r>
    </w:p>
    <w:p>
      <w:pPr>
        <w:jc w:val="right"/>
      </w:pPr>
      <w:r>
        <w:t>لیکن اگناسٹک بن نہیں سکتے۔</w:t>
      </w:r>
    </w:p>
    <w:p>
      <w:r>
        <w:rPr>
          <w:b/>
        </w:rPr>
        <w:t xml:space="preserve">[1:10:31] </w:t>
      </w:r>
      <w:r>
        <w:t>aap huxley ne likha hai, julian huxley ne ke agnostic banna yeh possible nahi hai.</w:t>
      </w:r>
    </w:p>
    <w:p>
      <w:pPr>
        <w:jc w:val="right"/>
      </w:pPr>
      <w:r>
        <w:t>آپ حقسلے نے لکھا ہے، جولن حقسلے نے کہ اگناسٹک بننا یہ پاسیبل نہیں ہے۔</w:t>
      </w:r>
    </w:p>
    <w:p>
      <w:r>
        <w:rPr>
          <w:b/>
        </w:rPr>
        <w:t xml:space="preserve">[1:10:35] </w:t>
      </w:r>
      <w:r>
        <w:t>kyun? har cheez mein shakk karna parega aap ko.</w:t>
      </w:r>
    </w:p>
    <w:p>
      <w:pPr>
        <w:jc w:val="right"/>
      </w:pPr>
      <w:r>
        <w:t>کیوں؟ ہر چیز میں شک کرنا پڑے گا آپ کو۔</w:t>
      </w:r>
    </w:p>
    <w:p>
      <w:r>
        <w:rPr>
          <w:b/>
        </w:rPr>
        <w:t xml:space="preserve">[1:10:39] </w:t>
      </w:r>
      <w:r>
        <w:t>yeh pani jo hai, pani hai ke yeh is ke andar pathar hai? to aap kaise piyenge?</w:t>
      </w:r>
    </w:p>
    <w:p>
      <w:pPr>
        <w:jc w:val="right"/>
      </w:pPr>
      <w:r>
        <w:t>یہ پانی جو ہے، پانی ہے کہ یہ اس کے اندر پتھر ہے؟ تو آپ کیسے پیئیں گے؟</w:t>
      </w:r>
    </w:p>
    <w:p>
      <w:r>
        <w:rPr>
          <w:b/>
        </w:rPr>
        <w:t xml:space="preserve">[1:10:42] </w:t>
      </w:r>
      <w:r>
        <w:t>is ko bataiye mujhe.</w:t>
      </w:r>
    </w:p>
    <w:p>
      <w:pPr>
        <w:jc w:val="right"/>
      </w:pPr>
      <w:r>
        <w:t>اس کو بتائیے مجھے۔</w:t>
      </w:r>
    </w:p>
    <w:p>
      <w:r>
        <w:rPr>
          <w:b/>
        </w:rPr>
        <w:t xml:space="preserve">[1:10:46] </w:t>
      </w:r>
      <w:r>
        <w:t>پانی ہے کہ پیٹرول ہے؟ کیسے پیئیں گے آپ کو؟ Agnostic ban nahi sakte aap.</w:t>
      </w:r>
    </w:p>
    <w:p>
      <w:pPr>
        <w:jc w:val="right"/>
      </w:pPr>
      <w:r>
        <w:t>پانی ہے کہ پیٹرول ہے؟ کیسے پیئیں گے آپ کو؟ اگناسٹک بن نہیں سکتے آپ۔</w:t>
      </w:r>
    </w:p>
    <w:p>
      <w:r>
        <w:rPr>
          <w:b/>
        </w:rPr>
        <w:t xml:space="preserve">[1:10:50] </w:t>
      </w:r>
      <w:r>
        <w:t>aap ko manna hi parta hai kuch na kuch. julian</w:t>
      </w:r>
    </w:p>
    <w:p>
      <w:pPr>
        <w:jc w:val="right"/>
      </w:pPr>
      <w:r>
        <w:t>آپ کو ماننا ہی پڑتا ہے کچھ نہ کچھ۔ جولن</w:t>
      </w:r>
    </w:p>
    <w:p>
      <w:r>
        <w:rPr>
          <w:b/>
        </w:rPr>
        <w:t xml:space="preserve">[1:10:54] </w:t>
      </w:r>
      <w:r>
        <w:t>Huxley ki kitab hai, ah ah, Religion Without Revelation. to us ko discuss kiya us ne ke jo log kehte hain main agnostic hoon, to woh sincere nahi hote. us ne likha ke history mein sirf ek hi agnostic paida hua hai. sirf Greece mein ek ek ek philosopher tha, woh agnostic ban gaya tha. to peed par chadh gaya. kisi ne poocha ke tum kaun ho? wahan baithe hue ho? to us ne kaha ke main yahi to nahi jaanta</w:t>
      </w:r>
    </w:p>
    <w:p>
      <w:pPr>
        <w:jc w:val="right"/>
      </w:pPr>
      <w:r>
        <w:t>حقسلے کی کتاب ہے، اہ اہ، ریلیجن ودا آؤٹ ریولیشن۔ تو اس کو ڈسکس کیا اس نے کہ جو لوگ کہتے ہیں میں اگناسٹک ہوں، تو وہ سنسیئر نہیں ہوتے۔ اس نے لکھا کہ ہسٹری میں صرف ایک ہی اگناسٹک پیدا ہوا ہے۔ صرف گریس میں ایک ایک ایک فلاسفر تھا، وہ اگناسٹک بن گیا تھا۔ تو پیڑ پر چڑھ گیا۔ کسی نے پوچھا کہ تم کون ہو؟ وہاں بیٹھے ہوئے ہو؟ تو اس نے کہا کہ میں یہی تو نہیں جانت</w:t>
      </w:r>
    </w:p>
    <w:p>
      <w:r>
        <w:rPr>
          <w:b/>
        </w:rPr>
        <w:t xml:space="preserve">[1:11:24] </w:t>
      </w:r>
      <w:r>
        <w:t>a ke main kaun hoon.</w:t>
      </w:r>
    </w:p>
    <w:p>
      <w:pPr>
        <w:jc w:val="right"/>
      </w:pPr>
      <w:r>
        <w:t>ا کہ میں کون ہوں۔</w:t>
      </w:r>
    </w:p>
    <w:p>
      <w:r>
        <w:rPr>
          <w:b/>
        </w:rPr>
        <w:t xml:space="preserve">[1:11:27] </w:t>
      </w:r>
      <w:r>
        <w:t>tabhi to hum baitha hoon peed par yahan.</w:t>
      </w:r>
    </w:p>
    <w:p>
      <w:pPr>
        <w:jc w:val="right"/>
      </w:pPr>
      <w:r>
        <w:t>تبھی تو ہم بیٹھا ہوں پیڑ پر یہاں۔</w:t>
      </w:r>
    </w:p>
    <w:p>
      <w:r>
        <w:rPr>
          <w:b/>
        </w:rPr>
        <w:t xml:space="preserve">[1:11:31] </w:t>
      </w:r>
      <w:r>
        <w:t>to is ne likha ke is ek insaan ke siwa koi sahi maani mein agnostic nahi hai.</w:t>
      </w:r>
    </w:p>
    <w:p>
      <w:pPr>
        <w:jc w:val="right"/>
      </w:pPr>
      <w:r>
        <w:t>تو اس نے لکھا کہ اس ایک انسان کے سوا کوئی صحیح معنی میں اگناسٹک نہیں ہے۔</w:t>
      </w:r>
    </w:p>
    <w:p>
      <w:r>
        <w:rPr>
          <w:b/>
        </w:rPr>
        <w:t xml:space="preserve">[1:11:34] </w:t>
      </w:r>
      <w:r>
        <w:t>kehte hain log aise hi bas.</w:t>
      </w:r>
    </w:p>
    <w:p>
      <w:pPr>
        <w:jc w:val="right"/>
      </w:pPr>
      <w:r>
        <w:t>کہتے ہیں لوگ ایسے ہی بس۔</w:t>
      </w:r>
    </w:p>
    <w:p>
      <w:r>
        <w:rPr>
          <w:b/>
        </w:rPr>
        <w:t xml:space="preserve">[1:11:37] </w:t>
      </w:r>
      <w:r>
        <w:t>کیونکہ آپ کس ہر چیز کو آپ بارے میں آپ کو آج agnostic بننا پڑے گا۔</w:t>
      </w:r>
    </w:p>
    <w:p>
      <w:pPr>
        <w:jc w:val="right"/>
      </w:pPr>
      <w:r>
        <w:t>کیونکہ آپ کس ہر چیز کو آپ بارے میں آپ کو آج اگناسٹک بننا پڑے گا۔</w:t>
      </w:r>
    </w:p>
    <w:p>
      <w:r>
        <w:rPr>
          <w:b/>
        </w:rPr>
        <w:t xml:space="preserve">[1:11:41] </w:t>
      </w:r>
      <w:r>
        <w:t>aap ki maa, aap ki biwi, aap ke bachche, aap ka aap ki belongings, har cheez ke bare</w:t>
      </w:r>
    </w:p>
    <w:p>
      <w:pPr>
        <w:jc w:val="right"/>
      </w:pPr>
      <w:r>
        <w:t>آپ کی ماں، آپ کی بیوی، آپ کے بچے، آپ کا آپ کی بیلانگنگز، ہر چیز کے بارے</w:t>
      </w:r>
    </w:p>
    <w:p>
      <w:r>
        <w:rPr>
          <w:b/>
        </w:rPr>
        <w:t xml:space="preserve">[1:11:44] </w:t>
      </w:r>
      <w:r>
        <w:t>mein bani hai.</w:t>
      </w:r>
    </w:p>
    <w:p>
      <w:pPr>
        <w:jc w:val="right"/>
      </w:pPr>
      <w:r>
        <w:t>میں بنی ہے۔</w:t>
      </w:r>
    </w:p>
    <w:p>
      <w:r>
        <w:rPr>
          <w:b/>
        </w:rPr>
        <w:t xml:space="preserve">[1:11:48] </w:t>
      </w:r>
      <w:r>
        <w:t>phir to aap zinda kaise rahenge? aap to scientific principle jo hai, wahi hai ke effect ko</w:t>
      </w:r>
    </w:p>
    <w:p>
      <w:pPr>
        <w:jc w:val="right"/>
      </w:pPr>
      <w:r>
        <w:t>پھر تو آپ زندہ کیسے رہیں گے؟ آپ تو سائنٹیفک پرنسپل جو ہے، وہی ہے کہ ایفیکٹ کو</w:t>
      </w:r>
    </w:p>
    <w:p>
      <w:r>
        <w:rPr>
          <w:b/>
        </w:rPr>
        <w:t xml:space="preserve">[1:11:51] </w:t>
      </w:r>
      <w:r>
        <w:t>dekh kar ke</w:t>
      </w:r>
    </w:p>
    <w:p>
      <w:pPr>
        <w:jc w:val="right"/>
      </w:pPr>
      <w:r>
        <w:t>دیکھ کر کے</w:t>
      </w:r>
    </w:p>
    <w:p>
      <w:r>
        <w:rPr>
          <w:b/>
        </w:rPr>
        <w:t xml:space="preserve">[1:11:54] </w:t>
      </w:r>
      <w:r>
        <w:t>is cheez ki presence ko manna.</w:t>
      </w:r>
    </w:p>
    <w:p>
      <w:pPr>
        <w:jc w:val="right"/>
      </w:pPr>
      <w:r>
        <w:t>اس چیز کی پریزنس کو ماننا۔</w:t>
      </w:r>
    </w:p>
    <w:p>
      <w:r>
        <w:rPr>
          <w:b/>
        </w:rPr>
        <w:t xml:space="preserve">[1:11:59] </w:t>
      </w:r>
      <w:r>
        <w:t>yani photograph dekh kar ke x rays ko manna.</w:t>
      </w:r>
    </w:p>
    <w:p>
      <w:pPr>
        <w:jc w:val="right"/>
      </w:pPr>
      <w:r>
        <w:t>یعنی فوٹوگراف دیکھ کر کے ایکس ریز کو ماننا۔</w:t>
      </w:r>
    </w:p>
    <w:p>
      <w:r>
        <w:rPr>
          <w:b/>
        </w:rPr>
        <w:t xml:space="preserve">[1:12:03] </w:t>
      </w:r>
      <w:r>
        <w:t>aise hi mein kahunga ke creation ko dekh kar ke creator ko manna.</w:t>
      </w:r>
    </w:p>
    <w:p>
      <w:pPr>
        <w:jc w:val="right"/>
      </w:pPr>
      <w:r>
        <w:t>ایسے ہی میں کہوں گا کہ کریشن کو دیکھ کر کے کریٹر کو ماننا۔</w:t>
      </w:r>
    </w:p>
    <w:p>
      <w:r>
        <w:rPr>
          <w:b/>
        </w:rPr>
        <w:t xml:space="preserve">[1:12:07] </w:t>
      </w:r>
      <w:r>
        <w:t>donon ek hi baat hai.</w:t>
      </w:r>
    </w:p>
    <w:p>
      <w:pPr>
        <w:jc w:val="right"/>
      </w:pPr>
      <w:r>
        <w:t>دونوں ایک ہی بات ہے۔</w:t>
      </w:r>
    </w:p>
    <w:p>
      <w:r>
        <w:rPr>
          <w:b/>
        </w:rPr>
        <w:t xml:space="preserve">[1:12:12] </w:t>
      </w:r>
      <w:r>
        <w:t>yani in nature there is no difference between two arguments.</w:t>
      </w:r>
    </w:p>
    <w:p>
      <w:pPr>
        <w:jc w:val="right"/>
      </w:pPr>
      <w:r>
        <w:t>یعنی ان نیچر دیر از نو ڈیفرنس بٹوین ٹو ارگیومنٹس۔</w:t>
      </w:r>
    </w:p>
    <w:p>
      <w:r>
        <w:rPr>
          <w:b/>
        </w:rPr>
        <w:t xml:space="preserve">[1:12:16] </w:t>
      </w:r>
      <w:r>
        <w:t>yeh hai yeh hamare my finding.</w:t>
      </w:r>
    </w:p>
    <w:p>
      <w:pPr>
        <w:jc w:val="right"/>
      </w:pPr>
      <w:r>
        <w:t>یہ ہے یہ ہمارے میری فائنڈنگ۔</w:t>
      </w:r>
    </w:p>
    <w:p>
      <w:r>
        <w:rPr>
          <w:b/>
        </w:rPr>
        <w:t xml:space="preserve">[1:12:20] </w:t>
      </w:r>
      <w:r>
        <w:t>das question is from doctor hamid hussain. mol</w:t>
      </w:r>
    </w:p>
    <w:p>
      <w:pPr>
        <w:jc w:val="right"/>
      </w:pPr>
      <w:r>
        <w:t>دس کوئسچن از فرام ڈاکٹر حامد حسین۔ مول</w:t>
      </w:r>
    </w:p>
    <w:p>
      <w:r>
        <w:rPr>
          <w:b/>
        </w:rPr>
        <w:t xml:space="preserve">[1:12:24] </w:t>
      </w:r>
      <w:r>
        <w:t>I know, will the reward be more if we do a charity with the intention to please God, or</w:t>
      </w:r>
    </w:p>
    <w:p>
      <w:pPr>
        <w:jc w:val="right"/>
      </w:pPr>
      <w:r>
        <w:t>انا، ول دا ریوارڈ بی مور اف وی ڈو ا چیریٹی ود دی انٹینشن ٹو پلیز گاڈ، اور</w:t>
      </w:r>
    </w:p>
    <w:p>
      <w:r>
        <w:rPr>
          <w:b/>
        </w:rPr>
        <w:t xml:space="preserve">[1:12:31] </w:t>
      </w:r>
      <w:r>
        <w:t>if we do it because we feel it deep in our heart? kindly comment.</w:t>
      </w:r>
    </w:p>
    <w:p>
      <w:pPr>
        <w:jc w:val="right"/>
      </w:pPr>
      <w:r>
        <w:t>اف وی ڈو اٹ بیکاز وی فیل اٹ ڈیپ ان اور ہارٹ؟ کائنڈلی کمنٹ۔</w:t>
      </w:r>
    </w:p>
    <w:p>
      <w:r>
        <w:rPr>
          <w:b/>
        </w:rPr>
        <w:t xml:space="preserve">[1:12:37] </w:t>
      </w:r>
      <w:r>
        <w:t>dekhain, quran mein to bohat saaf hai ke ibtighar rizwan allah.</w:t>
      </w:r>
    </w:p>
    <w:p>
      <w:pPr>
        <w:jc w:val="right"/>
      </w:pPr>
      <w:r>
        <w:t>دیکھیں، قرآن میں تو بہت صاف ہے کہ ابتغار رضوان اللہ۔</w:t>
      </w:r>
    </w:p>
    <w:p>
      <w:r>
        <w:rPr>
          <w:b/>
        </w:rPr>
        <w:t xml:space="preserve">[1:12:43] </w:t>
      </w:r>
      <w:r>
        <w:t>jihad kar ke aadmi log kehte hain ke ab sab shaheed ho gaya.</w:t>
      </w:r>
    </w:p>
    <w:p>
      <w:pPr>
        <w:jc w:val="right"/>
      </w:pPr>
      <w:r>
        <w:t>جہاد کر کے آدمی لوگ کہتے ہیں کہ اب سب شہید ہو گیا۔</w:t>
      </w:r>
    </w:p>
    <w:p>
      <w:r>
        <w:rPr>
          <w:b/>
        </w:rPr>
        <w:t xml:space="preserve">[1:12:49] </w:t>
      </w:r>
      <w:r>
        <w:t>woh bhi agar ibtighar rizwan allah nahi to iska koi kuch bhi reward nahi hai.</w:t>
      </w:r>
    </w:p>
    <w:p>
      <w:pPr>
        <w:jc w:val="right"/>
      </w:pPr>
      <w:r>
        <w:t>وہ بھی اگر ابتغار رضوان اللہ نہیں تو اس کا کوئی کچھ بھی ریوارڈ نہیں ہے۔</w:t>
      </w:r>
    </w:p>
    <w:p>
      <w:r>
        <w:rPr>
          <w:b/>
        </w:rPr>
        <w:t xml:space="preserve">[1:12:56] </w:t>
      </w:r>
      <w:r>
        <w:t>to na sadqa ka na kisi aur kaam ka reward khuda ke haan hai.</w:t>
      </w:r>
    </w:p>
    <w:p>
      <w:pPr>
        <w:jc w:val="right"/>
      </w:pPr>
      <w:r>
        <w:t>تو نہ صدقہ کا نہ کسی اور کام کا ریوارڈ خدا کے ہاں ہے۔</w:t>
      </w:r>
    </w:p>
    <w:p>
      <w:r>
        <w:rPr>
          <w:b/>
        </w:rPr>
        <w:t xml:space="preserve">[1:13:01] </w:t>
      </w:r>
      <w:r>
        <w:t>agar woh allah ki raza ke liye nahi hai to agar aap ne consciousness ki awaz par kiya,</w:t>
      </w:r>
    </w:p>
    <w:p>
      <w:pPr>
        <w:jc w:val="right"/>
      </w:pPr>
      <w:r>
        <w:t>اگر وہ اللہ کی رضا کے لیے نہیں ہے تو اگر آپ نے کانشیسنس کی آواز پر کیا،</w:t>
      </w:r>
    </w:p>
    <w:p>
      <w:r>
        <w:rPr>
          <w:b/>
        </w:rPr>
        <w:t xml:space="preserve">[1:13:06] </w:t>
      </w:r>
      <w:r>
        <w:t>aap ne koi kaam, aap apne soch ke lehaz se kiya, aap ne koi kaam to woh aap</w:t>
      </w:r>
    </w:p>
    <w:p>
      <w:pPr>
        <w:jc w:val="right"/>
      </w:pPr>
      <w:r>
        <w:t>آپ نے کوئی کام، آپ اپنے سوچ کے لحاظ سے کیا، آپ نے کوئی کام تو وہ آپ</w:t>
      </w:r>
    </w:p>
    <w:p>
      <w:r>
        <w:rPr>
          <w:b/>
        </w:rPr>
        <w:t xml:space="preserve">[1:13:11] </w:t>
      </w:r>
      <w:r>
        <w:t>ka apna kaam tha.</w:t>
      </w:r>
    </w:p>
    <w:p>
      <w:pPr>
        <w:jc w:val="right"/>
      </w:pPr>
      <w:r>
        <w:t>کا اپنا کام تھا۔</w:t>
      </w:r>
    </w:p>
    <w:p>
      <w:r>
        <w:rPr>
          <w:b/>
        </w:rPr>
        <w:t xml:space="preserve">[1:13:16] </w:t>
      </w:r>
      <w:r>
        <w:t>har cheez, har amal jo hai, woh is quran majeed mein bar bar yeh baat aati hai.</w:t>
      </w:r>
    </w:p>
    <w:p>
      <w:pPr>
        <w:jc w:val="right"/>
      </w:pPr>
      <w:r>
        <w:t>ہر چیز، ہر عمل جو ہے، وہ اس قرآن مجید میں بار بار یہ بات آتی ہے۔</w:t>
      </w:r>
    </w:p>
    <w:p>
      <w:r>
        <w:rPr>
          <w:b/>
        </w:rPr>
        <w:t xml:space="preserve">[1:13:21] </w:t>
      </w:r>
      <w:r>
        <w:t>yeh chahe aap namaz, roza ho, cha</w:t>
      </w:r>
    </w:p>
    <w:p>
      <w:pPr>
        <w:jc w:val="right"/>
      </w:pPr>
      <w:r>
        <w:t>یہ چاہے آپ نماز، روزہ ہو، چاہ</w:t>
      </w:r>
    </w:p>
    <w:p>
      <w:r>
        <w:rPr>
          <w:b/>
        </w:rPr>
        <w:t xml:space="preserve">[1:13:26] </w:t>
      </w:r>
      <w:r>
        <w:t>he jihad ho, chahe sadqa ho, chahe social work ho, mili work, kuch bhi ho, kuch bhi ho,</w:t>
      </w:r>
    </w:p>
    <w:p>
      <w:pPr>
        <w:jc w:val="right"/>
      </w:pPr>
      <w:r>
        <w:t>ے جہاد ہو، چاہے صدقہ ہو، چاہے سوشل ورک ہو، ملی ورک، کچھ بھی ہو، کچھ بھی ہو،</w:t>
      </w:r>
    </w:p>
    <w:p>
      <w:r>
        <w:rPr>
          <w:b/>
        </w:rPr>
        <w:t xml:space="preserve">[1:13:32] </w:t>
      </w:r>
      <w:r>
        <w:t>reward jab milega jab aap ne kiya ho is ko khalis allah ki raza ke liye.</w:t>
      </w:r>
    </w:p>
    <w:p>
      <w:pPr>
        <w:jc w:val="right"/>
      </w:pPr>
      <w:r>
        <w:t>ریوارڈ جب ملے گا جب آپ نے کیا ہو اس کو خالص اللہ کی رضا کے لیے۔</w:t>
      </w:r>
    </w:p>
    <w:p>
      <w:r>
        <w:rPr>
          <w:b/>
        </w:rPr>
        <w:t xml:space="preserve">[1:13:38] </w:t>
      </w:r>
      <w:r>
        <w:t>bukhari agar aap kholain to bohat ajeeb baat is ke andar hai.</w:t>
      </w:r>
    </w:p>
    <w:p>
      <w:pPr>
        <w:jc w:val="right"/>
      </w:pPr>
      <w:r>
        <w:t>بخاری اگر آپ کھولیں تو بہت عجیب بات اس کے اندر ہے۔</w:t>
      </w:r>
    </w:p>
    <w:p>
      <w:r>
        <w:rPr>
          <w:b/>
        </w:rPr>
        <w:t xml:space="preserve">[1:13:44] </w:t>
      </w:r>
      <w:r>
        <w:t>yani pehli jo hadith unhon ne naqal ki hai, woh aisi hadith hai ke jo abla bab ke hai.</w:t>
      </w:r>
    </w:p>
    <w:p>
      <w:pPr>
        <w:jc w:val="right"/>
      </w:pPr>
      <w:r>
        <w:t>یعنی پہلی جو حدیث انہوں نے نقل کی ہے، وہ ایسی حدیث ہے کہ جو ابلہ باب کے ہے۔</w:t>
      </w:r>
    </w:p>
    <w:p>
      <w:r>
        <w:rPr>
          <w:b/>
        </w:rPr>
        <w:t xml:space="preserve">[1:13:50] </w:t>
      </w:r>
      <w:r>
        <w:t>jaise bismillah-ir-rehman-ir-rahim hota hai, is tareeqe se. wan</w:t>
      </w:r>
    </w:p>
    <w:p>
      <w:pPr>
        <w:jc w:val="right"/>
      </w:pPr>
      <w:r>
        <w:t>جیسے بسم اللہ الرحمن الرحیم ہوتا ہے، اس طریقے سے۔ وان</w:t>
      </w:r>
    </w:p>
    <w:p>
      <w:r>
        <w:rPr>
          <w:b/>
        </w:rPr>
        <w:t xml:space="preserve">[1:13:56] </w:t>
      </w:r>
      <w:r>
        <w:t>ma al-a'malu binniyat.</w:t>
      </w:r>
    </w:p>
    <w:p>
      <w:pPr>
        <w:jc w:val="right"/>
      </w:pPr>
      <w:r>
        <w:t>ما الاعمال بالنیات۔</w:t>
      </w:r>
    </w:p>
    <w:p>
      <w:r>
        <w:rPr>
          <w:b/>
        </w:rPr>
        <w:t xml:space="preserve">[1:14:00] </w:t>
      </w:r>
      <w:r>
        <w:t>yani is ko number one hadith qarar diya hai bukhari ne.</w:t>
      </w:r>
    </w:p>
    <w:p>
      <w:pPr>
        <w:jc w:val="right"/>
      </w:pPr>
      <w:r>
        <w:t>یعنی اس کو نمبر ون حدیث قرار دیا ہے بخاری نے۔</w:t>
      </w:r>
    </w:p>
    <w:p>
      <w:r>
        <w:rPr>
          <w:b/>
        </w:rPr>
        <w:t xml:space="preserve">[1:14:04] </w:t>
      </w:r>
      <w:r>
        <w:t>inma al-a'malu binniyat.</w:t>
      </w:r>
    </w:p>
    <w:p>
      <w:pPr>
        <w:jc w:val="right"/>
      </w:pPr>
      <w:r>
        <w:t>انما الاعمال بالنیات۔</w:t>
      </w:r>
    </w:p>
    <w:p>
      <w:r>
        <w:rPr>
          <w:b/>
        </w:rPr>
        <w:t xml:space="preserve">[1:14:09] </w:t>
      </w:r>
      <w:r>
        <w:t>yani actions depend on intention.</w:t>
      </w:r>
    </w:p>
    <w:p>
      <w:pPr>
        <w:jc w:val="right"/>
      </w:pPr>
      <w:r>
        <w:t>یعنی ایکشنز ڈیپینڈ ان انٹینشن۔</w:t>
      </w:r>
    </w:p>
    <w:p>
      <w:r>
        <w:rPr>
          <w:b/>
        </w:rPr>
        <w:t xml:space="preserve">[1:14:13] </w:t>
      </w:r>
      <w:r>
        <w:t>jaisi niyat, waisa uska reward.</w:t>
      </w:r>
    </w:p>
    <w:p>
      <w:pPr>
        <w:jc w:val="right"/>
      </w:pPr>
      <w:r>
        <w:t>جیسی نیت، ویسا اس کا ریوارڈ۔</w:t>
      </w:r>
    </w:p>
    <w:p>
      <w:r>
        <w:rPr>
          <w:b/>
        </w:rPr>
        <w:t xml:space="preserve">[1:14:17] </w:t>
      </w:r>
      <w:r>
        <w:t>ismein quran o hadees mein ismein zara bhi koi doubt nahi hai ke kisi koi barey</w:t>
      </w:r>
    </w:p>
    <w:p>
      <w:pPr>
        <w:jc w:val="right"/>
      </w:pPr>
      <w:r>
        <w:t>اس میں قرآن و حدیث میں اس میں ذرا بھی کوئی ڈاؤٹ نہیں ہے کہ کسی کوئی بڑے</w:t>
      </w:r>
    </w:p>
    <w:p>
      <w:r>
        <w:rPr>
          <w:b/>
        </w:rPr>
        <w:t xml:space="preserve">[1:14:22] </w:t>
      </w:r>
      <w:r>
        <w:t>se bara amal bhi us waqt khuda ke haan rewardable banta hai jab sach much hi</w:t>
      </w:r>
    </w:p>
    <w:p>
      <w:pPr>
        <w:jc w:val="right"/>
      </w:pPr>
      <w:r>
        <w:t>سے بڑا عمل بھی اس وقت خدا کے ہاں ریوارڈیبل بنتا ہے جب سچ مچ ہی</w:t>
      </w:r>
    </w:p>
    <w:p>
      <w:r>
        <w:rPr>
          <w:b/>
        </w:rPr>
        <w:t xml:space="preserve">[1:14:26] </w:t>
      </w:r>
      <w:r>
        <w:t>woh allah ke liye ho. sach much. woh bhi dekhein, dikhawe ke liye nahin. quran mein hadith mein aata hai ke riya o sam'a dikhawe ke liye ya fame ke liye ya yeh ke log kahein aap ko. hadith mein aata hai ke teen log aayenge wahan par akhirat mein. ek aadmi us ne bohat ziyada maal kharch kiya hoga. ek aadmi us ne bohat ziyada ilm phailaya hoga. ek aadmi us ne bohat ziyada jihad kiya hoga. aur teeno ko teen</w:t>
      </w:r>
    </w:p>
    <w:p>
      <w:pPr>
        <w:jc w:val="right"/>
      </w:pPr>
      <w:r>
        <w:t>وہ اللہ کے لیے ہو۔ سچ مچ۔ وہ بھی دیکھیں، دکھاوے کے لیے نہیں۔ قرآن میں حدیث میں آتا ہے کہ ریا و سمع دکھاوے کے لیے یا فیم کے لیے یا یہ کہ لوگ کہیں آپ کو۔ حدیث میں آتا ہے کہ تین لوگ آئیں گے وہاں پر آخرت میں۔ ایک آدمی اس نے بہت زیادہ مال خرچ کیا ہوگا۔ ایک آدمی اس نے بہت زیادہ علم پھیلایا ہوگا۔ ایک آدمی اس نے بہت زیادہ جہاد کیا ہوگا۔ اور تینوں کو تین</w:t>
      </w:r>
    </w:p>
    <w:p>
      <w:r>
        <w:rPr>
          <w:b/>
        </w:rPr>
        <w:t xml:space="preserve">[1:14:56] </w:t>
      </w:r>
      <w:r>
        <w:t>on ko jahannum mein daal diya jayega.</w:t>
      </w:r>
    </w:p>
    <w:p>
      <w:pPr>
        <w:jc w:val="right"/>
      </w:pPr>
      <w:r>
        <w:t>وں کو جہنم میں ڈال دیا جائے گا۔</w:t>
      </w:r>
    </w:p>
    <w:p>
      <w:r>
        <w:rPr>
          <w:b/>
        </w:rPr>
        <w:t xml:space="preserve">[1:15:00] </w:t>
      </w:r>
      <w:r>
        <w:t>yeh bukhari ki riwayat hai, bukhari ki ke qayamat mein teen aadmi pesh kiye jayenge khuda ke samne.</w:t>
      </w:r>
    </w:p>
    <w:p>
      <w:pPr>
        <w:jc w:val="right"/>
      </w:pPr>
      <w:r>
        <w:t>یہ بخاری کی روایت ہے، بخاری کی کہ قیامت میں تین آدمی پیش کیے جائیں گے خدا کے سامنے۔</w:t>
      </w:r>
    </w:p>
    <w:p>
      <w:r>
        <w:rPr>
          <w:b/>
        </w:rPr>
        <w:t xml:space="preserve">[1:15:04] </w:t>
      </w:r>
      <w:r>
        <w:t>un mein se ek woh insan hoga jisne bohat zyada ilm phailaya hoga duniya mein.</w:t>
      </w:r>
    </w:p>
    <w:p>
      <w:pPr>
        <w:jc w:val="right"/>
      </w:pPr>
      <w:r>
        <w:t>ان میں سے ایک وہ انسان ہوگا جس نے بہت زیادہ علم پھیلایا ہوگا دنیا میں۔</w:t>
      </w:r>
    </w:p>
    <w:p>
      <w:r>
        <w:rPr>
          <w:b/>
        </w:rPr>
        <w:t xml:space="preserve">[1:15:09] </w:t>
      </w:r>
      <w:r>
        <w:t>ek woh hoga jisne bohat zyada paisa diya hoga, sadqa kiya hoga.</w:t>
      </w:r>
    </w:p>
    <w:p>
      <w:pPr>
        <w:jc w:val="right"/>
      </w:pPr>
      <w:r>
        <w:t>ایک وہ ہوگا جس نے بہت زیادہ پیسہ دیا ہوگا، صدقہ کیا ہوگا۔</w:t>
      </w:r>
    </w:p>
    <w:p>
      <w:r>
        <w:rPr>
          <w:b/>
        </w:rPr>
        <w:t xml:space="preserve">[1:15:13] </w:t>
      </w:r>
      <w:r>
        <w:t>teesra hoga jisne bohat zyada jihad kiya hoga.</w:t>
      </w:r>
    </w:p>
    <w:p>
      <w:pPr>
        <w:jc w:val="right"/>
      </w:pPr>
      <w:r>
        <w:t>تیسرا ہوگا جس نے بہت زیادہ جہاد کیا ہوگا۔</w:t>
      </w:r>
    </w:p>
    <w:p>
      <w:r>
        <w:rPr>
          <w:b/>
        </w:rPr>
        <w:t xml:space="preserve">[1:15:17] </w:t>
      </w:r>
      <w:r>
        <w:t>teenon jahannum mein daal diye jayenge.</w:t>
      </w:r>
    </w:p>
    <w:p>
      <w:pPr>
        <w:jc w:val="right"/>
      </w:pPr>
      <w:r>
        <w:t>تینوں جہنم میں ڈال دیے جائیں گے۔</w:t>
      </w:r>
    </w:p>
    <w:p>
      <w:r>
        <w:rPr>
          <w:b/>
        </w:rPr>
        <w:t xml:space="preserve">[1:15:22] </w:t>
      </w:r>
      <w:r>
        <w:t>khuda kahega ke tumne is liye kiya tha</w:t>
      </w:r>
    </w:p>
    <w:p>
      <w:pPr>
        <w:jc w:val="right"/>
      </w:pPr>
      <w:r>
        <w:t>خدا کہے گا کہ تم نے اس لیے کیا تھا</w:t>
      </w:r>
    </w:p>
    <w:p>
      <w:r>
        <w:rPr>
          <w:b/>
        </w:rPr>
        <w:t xml:space="preserve">[1:15:26] </w:t>
      </w:r>
      <w:r>
        <w:t>le ya qaal, le ya qaal.</w:t>
      </w:r>
    </w:p>
    <w:p>
      <w:pPr>
        <w:jc w:val="right"/>
      </w:pPr>
      <w:r>
        <w:t>، لے یقال، لے یقال۔</w:t>
      </w:r>
    </w:p>
    <w:p>
      <w:r>
        <w:rPr>
          <w:b/>
        </w:rPr>
        <w:t xml:space="preserve">[1:15:31] </w:t>
      </w:r>
      <w:r>
        <w:t>yani tum ko kaha jaye.</w:t>
      </w:r>
    </w:p>
    <w:p>
      <w:pPr>
        <w:jc w:val="right"/>
      </w:pPr>
      <w:r>
        <w:t>یعنی تم کو کہا جائے۔</w:t>
      </w:r>
    </w:p>
    <w:p>
      <w:r>
        <w:rPr>
          <w:b/>
        </w:rPr>
        <w:t xml:space="preserve">[1:15:36] </w:t>
      </w:r>
      <w:r>
        <w:t>tum ko woh mile logon ke darmiyan achhe ban jao tum.</w:t>
      </w:r>
    </w:p>
    <w:p>
      <w:pPr>
        <w:jc w:val="right"/>
      </w:pPr>
      <w:r>
        <w:t>تم کو وہ ملے لوگوں کے درمیان اچھے بن جاؤ تم۔</w:t>
      </w:r>
    </w:p>
    <w:p>
      <w:r>
        <w:rPr>
          <w:b/>
        </w:rPr>
        <w:t xml:space="preserve">[1:15:41] </w:t>
      </w:r>
      <w:r>
        <w:t>لے یقال لکھا literal translation ہے کہ تاکہ تم کو کہا جائے کہ او بڑا مال خرچ کرنے</w:t>
      </w:r>
    </w:p>
    <w:p>
      <w:pPr>
        <w:jc w:val="right"/>
      </w:pPr>
      <w:r>
        <w:t>لے یقال لکھا لٹرل ٹرانسلیشن ہے کہ تاکہ تم کو کہا جائے کہ او بڑا مال خرچ کرنے</w:t>
      </w:r>
    </w:p>
    <w:p>
      <w:r>
        <w:rPr>
          <w:b/>
        </w:rPr>
        <w:t xml:space="preserve">[1:15:46] </w:t>
      </w:r>
      <w:r>
        <w:t>wala aadmi hai, yeh bara jihad karne wala aadmi hai, yeh bohat bara scholar hai.</w:t>
      </w:r>
    </w:p>
    <w:p>
      <w:pPr>
        <w:jc w:val="right"/>
      </w:pPr>
      <w:r>
        <w:t>والا آدمی ہے، یہ بڑا جہاد کرنے والا آدمی ہے، یہ بہت بڑا اسکالر ہے۔</w:t>
      </w:r>
    </w:p>
    <w:p>
      <w:r>
        <w:rPr>
          <w:b/>
        </w:rPr>
        <w:t xml:space="preserve">[1:15:51] </w:t>
      </w:r>
      <w:r>
        <w:t>le ya qaal to khuda kahega faqat qeel to keh diya gaya, faqat qeel</w:t>
      </w:r>
    </w:p>
    <w:p>
      <w:pPr>
        <w:jc w:val="right"/>
      </w:pPr>
      <w:r>
        <w:t>لے یقال تو خدا کہے گا فقط قیل تو کہہ دیا گیا، فقط قیل</w:t>
      </w:r>
    </w:p>
    <w:p>
      <w:r>
        <w:rPr>
          <w:b/>
        </w:rPr>
        <w:t xml:space="preserve">[1:15:56] </w:t>
      </w:r>
      <w:r>
        <w:t>to tum ko kaha gaya ke tum bade aise ho, bade waise ho, ab to kuch bhi nahin tumhare liye yahan par hai, jao jahannum mein. to quran aur hadith ko aap padhein to is mein zara bhi koi doubt nahin rehta waqai ke wohi amal khuda ke haan rewardable hai jo sirf khuda ke liye kiya jaye, dil se khuda ke liye. yani yeh nahin ke lift service ki tarah par nahin. lift service ki taraf to to munafiqat hai, woh is mein koi bhi shak ki gunj</w:t>
      </w:r>
    </w:p>
    <w:p>
      <w:pPr>
        <w:jc w:val="right"/>
      </w:pPr>
      <w:r>
        <w:t>تو تم کو کہا گیا کہ تم بڑے ایسے ہو، بڑے ویسے ہو، اب تو کچھ بھی نہیں تمہارے لیے یہاں پر ہے، جاؤ جہنم میں۔ تو قرآن اور حدیث کو آپ پڑھیں تو اس میں ذرا بھی کوئی ڈاؤٹ نہیں رہتا واقعی کہ وہی عمل خدا کے ہاں ریوارڈیبل ہے جو صرف خدا کے لیے کیا جائے، دل سے خدا کے لیے۔ یعنی یہ نہیں کہ لفٹ سروس کی طرح پر نہیں۔ لفٹ سروس کی طرف تو تو منافقت ہے، وہ اس میں کوئی بھی شک کی گنج</w:t>
      </w:r>
    </w:p>
    <w:p>
      <w:r>
        <w:rPr>
          <w:b/>
        </w:rPr>
        <w:t xml:space="preserve">[1:16:26] </w:t>
      </w:r>
      <w:r>
        <w:t>aish nahi hai, koi bhi doubt ka ismein koi jagah nahi hai.</w:t>
      </w:r>
    </w:p>
    <w:p>
      <w:pPr>
        <w:jc w:val="right"/>
      </w:pPr>
      <w:r>
        <w:t>ائش نہیں ہے، کوئی بھی ڈاؤٹ کا اس میں کوئی جگہ نہیں ہے۔</w:t>
      </w:r>
    </w:p>
    <w:p>
      <w:r>
        <w:rPr>
          <w:b/>
        </w:rPr>
        <w:t xml:space="preserve">[1:16:34] </w:t>
      </w:r>
      <w:r>
        <w:t>This question is from Maulana Zakwan Nadwi.</w:t>
      </w:r>
    </w:p>
    <w:p>
      <w:pPr>
        <w:jc w:val="right"/>
      </w:pPr>
      <w:r>
        <w:t>دس کوئسچن از فرام مولانا زکوان ندوی۔</w:t>
      </w:r>
    </w:p>
    <w:p>
      <w:r>
        <w:rPr>
          <w:b/>
        </w:rPr>
        <w:t xml:space="preserve">[1:16:41] </w:t>
      </w:r>
      <w:r>
        <w:t>What is the significance of saying Sami Allah Halim Halida Hamida in salat? Hmm, abhi chand din pehle,</w:t>
      </w:r>
    </w:p>
    <w:p>
      <w:pPr>
        <w:jc w:val="right"/>
      </w:pPr>
      <w:r>
        <w:t>واٹ از دا سگنیفیکنس اف سینگ سمیع اللہ حلیم حلیدہ حمیدہ ان صلاۃ؟ ہمم، ابھی چند دن پہلے،</w:t>
      </w:r>
    </w:p>
    <w:p>
      <w:r>
        <w:rPr>
          <w:b/>
        </w:rPr>
        <w:t xml:space="preserve">[1:16:49] </w:t>
      </w:r>
      <w:r>
        <w:t>ab hum bachpan se namaz padhte hain to yeh kehte hain namaz mein</w:t>
      </w:r>
    </w:p>
    <w:p>
      <w:pPr>
        <w:jc w:val="right"/>
      </w:pPr>
      <w:r>
        <w:t>اب ہم بچپن سے نماز پڑھتے ہیں تو یہ کہتے ہیں نماز میں</w:t>
      </w:r>
    </w:p>
    <w:p>
      <w:r>
        <w:rPr>
          <w:b/>
        </w:rPr>
        <w:t xml:space="preserve">[1:16:57] </w:t>
      </w:r>
      <w:r>
        <w:t>sami Allahu liman hamida.</w:t>
      </w:r>
    </w:p>
    <w:p>
      <w:pPr>
        <w:jc w:val="right"/>
      </w:pPr>
      <w:r>
        <w:t>سمع اللہ لمن حمدہ۔</w:t>
      </w:r>
    </w:p>
    <w:p>
      <w:r>
        <w:rPr>
          <w:b/>
        </w:rPr>
        <w:t xml:space="preserve">[1:17:02] </w:t>
      </w:r>
      <w:r>
        <w:t>iska translation hai ke Allah ne suna uski hamd ko jo usne ki khuda ke liye.</w:t>
      </w:r>
    </w:p>
    <w:p>
      <w:pPr>
        <w:jc w:val="right"/>
      </w:pPr>
      <w:r>
        <w:t>اس کا ٹرانسلیشن ہے کہ اللہ نے سنا اس کی حمد کو جو اس نے کی خدا کے لیے۔</w:t>
      </w:r>
    </w:p>
    <w:p>
      <w:r>
        <w:rPr>
          <w:b/>
        </w:rPr>
        <w:t xml:space="preserve">[1:17:07] </w:t>
      </w:r>
      <w:r>
        <w:t>yani Allah ne suna uske baad jisne khuda ki hamd ki, hamd mani shukr kiya ya</w:t>
      </w:r>
    </w:p>
    <w:p>
      <w:pPr>
        <w:jc w:val="right"/>
      </w:pPr>
      <w:r>
        <w:t>یعنی اللہ نے سنا اس کے بعد جس نے خدا کی حمد کی، حمد معنی شکر کیا یا</w:t>
      </w:r>
    </w:p>
    <w:p>
      <w:r>
        <w:rPr>
          <w:b/>
        </w:rPr>
        <w:t xml:space="preserve">[1:17:12] </w:t>
      </w:r>
      <w:r>
        <w:t>ya tareef ki.</w:t>
      </w:r>
    </w:p>
    <w:p>
      <w:pPr>
        <w:jc w:val="right"/>
      </w:pPr>
      <w:r>
        <w:t>یا تعریف کی۔</w:t>
      </w:r>
    </w:p>
    <w:p>
      <w:r>
        <w:rPr>
          <w:b/>
        </w:rPr>
        <w:t xml:space="preserve">[1:17:18] </w:t>
      </w:r>
      <w:r>
        <w:t>to suna ismein sami ka mani suna.</w:t>
      </w:r>
    </w:p>
    <w:p>
      <w:pPr>
        <w:jc w:val="right"/>
      </w:pPr>
      <w:r>
        <w:t>تو سنا اس میں سمع کا معنی سنا۔</w:t>
      </w:r>
    </w:p>
    <w:p>
      <w:r>
        <w:rPr>
          <w:b/>
        </w:rPr>
        <w:t xml:space="preserve">[1:17:23] </w:t>
      </w:r>
      <w:r>
        <w:t>to achhanak ek mere mind mein aaya ke suna jo hai woh kya matlab hai uska.</w:t>
      </w:r>
    </w:p>
    <w:p>
      <w:pPr>
        <w:jc w:val="right"/>
      </w:pPr>
      <w:r>
        <w:t>تو اچانک ایک میرے مائنڈ میں آیا کہ سنا جو ہے وہ کیا مطلب ہے اس کا۔</w:t>
      </w:r>
    </w:p>
    <w:p>
      <w:r>
        <w:rPr>
          <w:b/>
        </w:rPr>
        <w:t xml:space="preserve">[1:17:28] </w:t>
      </w:r>
      <w:r>
        <w:t>to main yani ek kitaab mein likha to nahi hai yeh ke mere mind mein aaya ke jab</w:t>
      </w:r>
    </w:p>
    <w:p>
      <w:pPr>
        <w:jc w:val="right"/>
      </w:pPr>
      <w:r>
        <w:t>تو میں یعنی ایک کتاب میں لکھا تو نہیں ہے یہ کہ میرے مائنڈ میں آیا کہ جب</w:t>
      </w:r>
    </w:p>
    <w:p>
      <w:r>
        <w:rPr>
          <w:b/>
        </w:rPr>
        <w:t xml:space="preserve">[1:17:34] </w:t>
      </w:r>
      <w:r>
        <w:t>suna jo hai ke jab hum rukoo mein hotay hain, us waqt jo hum kehtay hain us ke</w:t>
      </w:r>
    </w:p>
    <w:p>
      <w:pPr>
        <w:jc w:val="right"/>
      </w:pPr>
      <w:r>
        <w:t>سنا جو ہے کہ جب ہم رکوع میں ہوتے ہیں، اس وقت جو ہم کہتے ہیں اس کے</w:t>
      </w:r>
    </w:p>
    <w:p>
      <w:r>
        <w:rPr>
          <w:b/>
        </w:rPr>
        <w:t xml:space="preserve">[1:17:40] </w:t>
      </w:r>
      <w:r>
        <w:t>baray mein Khuda kehta hai ke Khuda ne sun liya, yaani bande ki bande ki baat ko sun liya.</w:t>
      </w:r>
    </w:p>
    <w:p>
      <w:pPr>
        <w:jc w:val="right"/>
      </w:pPr>
      <w:r>
        <w:t>بارے میں خدا کہتا ہے کہ خدا نے سن لیا، یعنی بندے کی بندے کی بات کو سن لیا۔</w:t>
      </w:r>
    </w:p>
    <w:p>
      <w:r>
        <w:rPr>
          <w:b/>
        </w:rPr>
        <w:t xml:space="preserve">[1:17:46] </w:t>
      </w:r>
      <w:r>
        <w:t>yeh hai us se maine natija nikala ke rukoo jo hai woh dua ka waqt hai, dua</w:t>
      </w:r>
    </w:p>
    <w:p>
      <w:pPr>
        <w:jc w:val="right"/>
      </w:pPr>
      <w:r>
        <w:t>یہ ہے اس سے میں نے نتیجہ نکالا کہ رکوع جو ہے وہ دعا کا وقت ہے، دعا</w:t>
      </w:r>
    </w:p>
    <w:p>
      <w:r>
        <w:rPr>
          <w:b/>
        </w:rPr>
        <w:t xml:space="preserve">[1:17:52] </w:t>
      </w:r>
      <w:r>
        <w:t>ka ke is waqt jo aap dua karein ge, sachi dua, lip</w:t>
      </w:r>
    </w:p>
    <w:p>
      <w:pPr>
        <w:jc w:val="right"/>
      </w:pPr>
      <w:r>
        <w:t>کا کہ اس وقت جو آپ دعا کریں گے، سچی دعا، لپ</w:t>
      </w:r>
    </w:p>
    <w:p>
      <w:r>
        <w:rPr>
          <w:b/>
        </w:rPr>
        <w:t xml:space="preserve">[1:17:58] </w:t>
      </w:r>
      <w:r>
        <w:t>service wali dua nahi, yeh rati hui dua nahi, dil se nikli hui dua, is par Khuda ki</w:t>
      </w:r>
    </w:p>
    <w:p>
      <w:pPr>
        <w:jc w:val="right"/>
      </w:pPr>
      <w:r>
        <w:t>سروس والی دعا نہیں، یہ رٹی ہوئی دعا نہیں، دل سے نکلی ہوئی دعا، اس پر خدا کی</w:t>
      </w:r>
    </w:p>
    <w:p>
      <w:r>
        <w:rPr>
          <w:b/>
        </w:rPr>
        <w:t xml:space="preserve">[1:18:03] </w:t>
      </w:r>
      <w:r>
        <w:t>taraf se yeh aye ga ke sam'a, sam'a Allah, Khuda ne sun liya tumhari baat ko, yaani qabool</w:t>
      </w:r>
    </w:p>
    <w:p>
      <w:pPr>
        <w:jc w:val="right"/>
      </w:pPr>
      <w:r>
        <w:t>طرف سے یہ آئے گا کہ سمع، سمع اللہ، خدا نے سن لیا تمہاری بات کو، یعنی قبول</w:t>
      </w:r>
    </w:p>
    <w:p>
      <w:r>
        <w:rPr>
          <w:b/>
        </w:rPr>
        <w:t xml:space="preserve">[1:18:08] </w:t>
      </w:r>
      <w:r>
        <w:t>kar liya tumhari baat ko.</w:t>
      </w:r>
    </w:p>
    <w:p>
      <w:pPr>
        <w:jc w:val="right"/>
      </w:pPr>
      <w:r>
        <w:t>کر لیا تمہاری بات کو۔</w:t>
      </w:r>
    </w:p>
    <w:p>
      <w:r>
        <w:rPr>
          <w:b/>
        </w:rPr>
        <w:t xml:space="preserve">[1:18:13] </w:t>
      </w:r>
      <w:r>
        <w:t>to to farz namaz mein to aap wohi parhein ge jo ke subhan rabbi al azeem waghera jo alfaaz</w:t>
      </w:r>
    </w:p>
    <w:p>
      <w:pPr>
        <w:jc w:val="right"/>
      </w:pPr>
      <w:r>
        <w:t>تو تو فرض نماز میں تو آپ وہی پڑھیں گے جو کہ سبحان رب العظیم وغیرہ جو الفاظ</w:t>
      </w:r>
    </w:p>
    <w:p>
      <w:r>
        <w:rPr>
          <w:b/>
        </w:rPr>
        <w:t xml:space="preserve">[1:18:18] </w:t>
      </w:r>
      <w:r>
        <w:t>hain, prescribed alfaaz, prescribed.</w:t>
      </w:r>
    </w:p>
    <w:p>
      <w:pPr>
        <w:jc w:val="right"/>
      </w:pPr>
      <w:r>
        <w:t>ہیں، پریسکرائبڈ الفاظ، پریسکرائبڈ۔</w:t>
      </w:r>
    </w:p>
    <w:p>
      <w:r>
        <w:rPr>
          <w:b/>
        </w:rPr>
        <w:t xml:space="preserve">[1:18:23] </w:t>
      </w:r>
      <w:r>
        <w:t>lekin adar deen farz mein aap apni mother t</w:t>
      </w:r>
    </w:p>
    <w:p>
      <w:pPr>
        <w:jc w:val="right"/>
      </w:pPr>
      <w:r>
        <w:t>لیکن ادر دین فرض میں آپ اپنی مدر ٹ</w:t>
      </w:r>
    </w:p>
    <w:p>
      <w:r>
        <w:rPr>
          <w:b/>
        </w:rPr>
        <w:t xml:space="preserve">[1:18:28] </w:t>
      </w:r>
      <w:r>
        <w:t>ong mein baat kar sakte hain, mother tong mein chahe aap Hindi zaban mein bolein ya aap Urdu</w:t>
      </w:r>
    </w:p>
    <w:p>
      <w:pPr>
        <w:jc w:val="right"/>
      </w:pPr>
      <w:r>
        <w:t>نگ میں بات کر سکتے ہیں، مدر ٹنگ میں چاہے آپ ہندی زبان میں بولیں یا آپ اردو</w:t>
      </w:r>
    </w:p>
    <w:p>
      <w:r>
        <w:rPr>
          <w:b/>
        </w:rPr>
        <w:t xml:space="preserve">[1:18:32] </w:t>
      </w:r>
      <w:r>
        <w:t>mein bolein, Persian mein bolein, English mein bolein.</w:t>
      </w:r>
    </w:p>
    <w:p>
      <w:pPr>
        <w:jc w:val="right"/>
      </w:pPr>
      <w:r>
        <w:t>میں بولیں، پرشین میں بولیں، انگلش میں بولیں۔</w:t>
      </w:r>
    </w:p>
    <w:p>
      <w:r>
        <w:rPr>
          <w:b/>
        </w:rPr>
        <w:t xml:space="preserve">[1:18:36] </w:t>
      </w:r>
      <w:r>
        <w:t>to main jahan tak maine samjha ke bohat hi khaas woh moment hota hai Khuda ki se</w:t>
      </w:r>
    </w:p>
    <w:p>
      <w:pPr>
        <w:jc w:val="right"/>
      </w:pPr>
      <w:r>
        <w:t>تو میں جہاں تک میں نے سمجھا کہ بہت ہی خاص وہ مومنٹ ہوتا ہے خدا کی سے</w:t>
      </w:r>
    </w:p>
    <w:p>
      <w:r>
        <w:rPr>
          <w:b/>
        </w:rPr>
        <w:t xml:space="preserve">[1:18:40] </w:t>
      </w:r>
      <w:r>
        <w:t>dua karne ka aur dua ke ke qabool kiye janay ka.</w:t>
      </w:r>
    </w:p>
    <w:p>
      <w:pPr>
        <w:jc w:val="right"/>
      </w:pPr>
      <w:r>
        <w:t>دعا کرنے کا اور دعا کے کے قبول کیے جانے کا۔</w:t>
      </w:r>
    </w:p>
    <w:p>
      <w:r>
        <w:rPr>
          <w:b/>
        </w:rPr>
        <w:t xml:space="preserve">[1:18:44] </w:t>
      </w:r>
      <w:r>
        <w:t>sam'a Allahu liman hamidah, yaani tum ne Khuda ke hamd ke sath jo dua ki to Khuda ne</w:t>
      </w:r>
    </w:p>
    <w:p>
      <w:pPr>
        <w:jc w:val="right"/>
      </w:pPr>
      <w:r>
        <w:t>سمع اللہ لمن حمدہ، یعنی تم نے خدا کے حمد کے ساتھ جو دعا کی تو خدا نے</w:t>
      </w:r>
    </w:p>
    <w:p>
      <w:r>
        <w:rPr>
          <w:b/>
        </w:rPr>
        <w:t xml:space="preserve">[1:18:48] </w:t>
      </w:r>
      <w:r>
        <w:t>us ko sun liya aur us ko qabool kiya.</w:t>
      </w:r>
    </w:p>
    <w:p>
      <w:pPr>
        <w:jc w:val="right"/>
      </w:pPr>
      <w:r>
        <w:t>اس کو سن لیا اور اس کو قبول کیا۔</w:t>
      </w:r>
    </w:p>
    <w:p>
      <w:r>
        <w:rPr>
          <w:b/>
        </w:rPr>
        <w:t xml:space="preserve">[1:18:52] </w:t>
      </w:r>
      <w:r>
        <w:t>yeh matlab is ka hua.</w:t>
      </w:r>
    </w:p>
    <w:p>
      <w:pPr>
        <w:jc w:val="right"/>
      </w:pPr>
      <w:r>
        <w:t>یہ مطلب اس کا ہوا۔</w:t>
      </w:r>
    </w:p>
    <w:p>
      <w:r>
        <w:rPr>
          <w:b/>
        </w:rPr>
        <w:t xml:space="preserve">[1:18:55] </w:t>
      </w:r>
      <w:r>
        <w:t>to bohat ajeeb lamha yeh hai, rukoo</w:t>
      </w:r>
    </w:p>
    <w:p>
      <w:pPr>
        <w:jc w:val="right"/>
      </w:pPr>
      <w:r>
        <w:t>تو بہت عجیب لمحہ یہ ہے، رکوع</w:t>
      </w:r>
    </w:p>
    <w:p>
      <w:r>
        <w:rPr>
          <w:b/>
        </w:rPr>
        <w:t xml:space="preserve">[1:18:59] </w:t>
      </w:r>
      <w:r>
        <w:t>bohat ajeeb lamha hai jab aap hotay hain, yaani aap kharay hue namaz mein, kharay hone ke baad</w:t>
      </w:r>
    </w:p>
    <w:p>
      <w:pPr>
        <w:jc w:val="right"/>
      </w:pPr>
      <w:r>
        <w:t>بہت عجیب لمحہ ہے جب آپ ہوتے ہیں، یعنی آپ کھڑے ہوئے نماز میں، کھڑے ہونے کے بعد</w:t>
      </w:r>
    </w:p>
    <w:p>
      <w:r>
        <w:rPr>
          <w:b/>
        </w:rPr>
        <w:t xml:space="preserve">[1:19:07] </w:t>
      </w:r>
      <w:r>
        <w:t>Allah o Akbar keh kar ke aap yahan gaye, us waqt aap ne dua ki.</w:t>
      </w:r>
    </w:p>
    <w:p>
      <w:pPr>
        <w:jc w:val="right"/>
      </w:pPr>
      <w:r>
        <w:t>اللہ اکبر کہہ کر کے آپ یہاں گئے، اس وقت آپ نے دعا کی۔</w:t>
      </w:r>
    </w:p>
    <w:p>
      <w:r>
        <w:rPr>
          <w:b/>
        </w:rPr>
        <w:t xml:space="preserve">[1:19:15] </w:t>
      </w:r>
      <w:r>
        <w:t>yeh jhukay hue, woh jhukay hue aap jo Khuda se mangein ge, is par Khuda kehta hai sam'a</w:t>
      </w:r>
    </w:p>
    <w:p>
      <w:pPr>
        <w:jc w:val="right"/>
      </w:pPr>
      <w:r>
        <w:t>یہ جھکے ہوئے، وہ جھکے ہوئے آپ جو خدا سے مانگیں گے، اس پر خدا کہتا ہے سمع</w:t>
      </w:r>
    </w:p>
    <w:p>
      <w:r>
        <w:rPr>
          <w:b/>
        </w:rPr>
        <w:t xml:space="preserve">[1:19:23] </w:t>
      </w:r>
      <w:r>
        <w:t>Allahu liman hamidah ke bande ne jhuk kar ke hamd karte hue</w:t>
      </w:r>
    </w:p>
    <w:p>
      <w:pPr>
        <w:jc w:val="right"/>
      </w:pPr>
      <w:r>
        <w:t>اللہ لمن حمدہ کہ بندے نے جھک کر کے حمد کرتے ہوئے</w:t>
      </w:r>
    </w:p>
    <w:p>
      <w:r>
        <w:rPr>
          <w:b/>
        </w:rPr>
        <w:t xml:space="preserve">[1:19:30] </w:t>
      </w:r>
      <w:r>
        <w:t>jo mujh se sawal kiya, tum ne sun liya us ko. aur aap jante hain ke malik agar kahega sun liya to mani qabool kar liya. malik ki kainat agar yeh kahe ke khuda ne sun li, sun sun liya ke malik kya hai, woh implicit hai, us ke andar implicit hai ke qabool ho gayi woh baat. to yeh main samajhta hoon ke bohat hi khaas waqt hai dua karne ka ruku ki halat mein. lekin yeh farz ke bare mein nahin keh raha hoon, farz mein to prescribed word hi bolenge</w:t>
      </w:r>
    </w:p>
    <w:p>
      <w:pPr>
        <w:jc w:val="right"/>
      </w:pPr>
      <w:r>
        <w:t>جو مجھ سے سوال کیا، تم نے سن لیا اس کو۔ اور آپ جانتے ہیں کہ مالک اگر کہے گا سن لیا تو معنی قبول کر لیا۔ مالک کی کائنات اگر یہ کہے کہ خدا نے سن لی، سن سن لیا کہ مالک کیا ہے، وہ ایمپلیسٹ ہے، اس کے اندر ایمپلیسٹ ہے کہ قبول ہو گئی وہ بات۔ تو یہ میں سمجھتا ہوں کہ بہت ہی خاص وقت ہے دعا کرنے کا رکوع کی حالت میں۔ لیکن یہ فرض کے بارے میں نہیں کہہ رہا ہوں، فرض میں تو پریسکرائبڈ ورڈ ہی بولیں گے</w:t>
      </w:r>
    </w:p>
    <w:p>
      <w:r>
        <w:rPr>
          <w:b/>
        </w:rPr>
        <w:t xml:space="preserve">[1:20:00] </w:t>
      </w:r>
      <w:r>
        <w:t>aap.</w:t>
      </w:r>
    </w:p>
    <w:p>
      <w:pPr>
        <w:jc w:val="right"/>
      </w:pPr>
      <w:r>
        <w:t>آپ۔</w:t>
      </w:r>
    </w:p>
    <w:p>
      <w:r>
        <w:rPr>
          <w:b/>
        </w:rPr>
        <w:t xml:space="preserve">[1:20:06] </w:t>
      </w:r>
      <w:r>
        <w:t>adar deen farz mein main samajhta hoon ke jab aap namaz parhein to rukoo ko dua ke liye istemal karein.</w:t>
      </w:r>
    </w:p>
    <w:p>
      <w:pPr>
        <w:jc w:val="right"/>
      </w:pPr>
      <w:r>
        <w:t>ادر دین فرض میں میں سمجھتا ہوں کہ جب آپ نماز پڑھیں تو رکوع کو دعا کے لیے استعمال کریں۔</w:t>
      </w:r>
    </w:p>
    <w:p>
      <w:r>
        <w:rPr>
          <w:b/>
        </w:rPr>
        <w:t xml:space="preserve">[1:20:12] </w:t>
      </w:r>
      <w:r>
        <w:t>this is just experience which is been written down by Mr. Ammar Khan.</w:t>
      </w:r>
    </w:p>
    <w:p>
      <w:pPr>
        <w:jc w:val="right"/>
      </w:pPr>
      <w:r>
        <w:t>دس از جسٹ ایکسپیرینس وچ از بین رٹن ڈاؤن بائے مسٹر عمار خان۔</w:t>
      </w:r>
    </w:p>
    <w:p>
      <w:r>
        <w:rPr>
          <w:b/>
        </w:rPr>
        <w:t xml:space="preserve">[1:20:18] </w:t>
      </w:r>
      <w:r>
        <w:t>maulana, everyday i read some verses from quran, still certain seduces me.</w:t>
      </w:r>
    </w:p>
    <w:p>
      <w:pPr>
        <w:jc w:val="right"/>
      </w:pPr>
      <w:r>
        <w:t>مولانا، ایوری ڈے ائی ریڈ سم ورسز فرام قرآن، سٹل سیٹن سیڈیوسز می۔</w:t>
      </w:r>
    </w:p>
    <w:p>
      <w:r>
        <w:rPr>
          <w:b/>
        </w:rPr>
        <w:t xml:space="preserve">[1:20:24] </w:t>
      </w:r>
      <w:r>
        <w:t>few days ago i realized remembrance of allah is the biggest thing in life, so i</w:t>
      </w:r>
    </w:p>
    <w:p>
      <w:pPr>
        <w:jc w:val="right"/>
      </w:pPr>
      <w:r>
        <w:t>فیو ڈیز ایگو ائی ریلائزڈ ریممبرنس اف اللہ از دا بگسٹ تھنگ ان لائف، سو ائی</w:t>
      </w:r>
    </w:p>
    <w:p>
      <w:r>
        <w:rPr>
          <w:b/>
        </w:rPr>
        <w:t xml:space="preserve">[1:20:30] </w:t>
      </w:r>
      <w:r>
        <w:t>seek allah refuge against certain when it really works. theek hai, dekhein satan jo hai hamare aap ke sath bhi hota hai, prophet ke sath bhi hota hai, peghamabar ke sath bhi. yeh bas wajah hai ke peghamabar jo hai, hum log jo naat khwaniyon mein rehte hain, woh jante hain nahin ek peghamabar ko. woh to samajhte hain ke naat khwani jo hai musalmanon mein, yeh bohat hi zyada yani bidat hai, bohat buri bidat hai.</w:t>
      </w:r>
    </w:p>
    <w:p>
      <w:pPr>
        <w:jc w:val="right"/>
      </w:pPr>
      <w:r>
        <w:t>سیک اللہ ریفیوج اگینسٹ سیٹن وین اٹ ریلی ورکس۔ ٹھیک ہے، دیکھیں سیٹن جو ہے ہمارے آپ کے ساتھ بھی ہوتا ہے، پرافٹ کے ساتھ بھی ہوتا ہے، پیغمبر کے ساتھ بھی۔ یہ بس وجہ ہے کہ پیغمبر جو ہے، ہم لوگ جو نعت خوانیوں میں رہتے ہیں، وہ جانتے ہیں نہیں ایک پیغمبر کو۔ وہ تو سمجھتے ہیں کہ نعت خوانی جو ہے مسلمانوں میں، یہ بہت ہی زیادہ یعنی بدعت ہے، بہت بری بدعت ہے۔</w:t>
      </w:r>
    </w:p>
    <w:p>
      <w:r>
        <w:rPr>
          <w:b/>
        </w:rPr>
        <w:t xml:space="preserve">[1:21:00] </w:t>
      </w:r>
      <w:r>
        <w:t>Rasool ki pehchanne mein yaani ulti hai.</w:t>
      </w:r>
    </w:p>
    <w:p>
      <w:pPr>
        <w:jc w:val="right"/>
      </w:pPr>
      <w:r>
        <w:t>رسول کی پہچاننے میں یعنی الٹی ہے۔</w:t>
      </w:r>
    </w:p>
    <w:p>
      <w:r>
        <w:rPr>
          <w:b/>
        </w:rPr>
        <w:t xml:space="preserve">[1:21:06] </w:t>
      </w:r>
      <w:r>
        <w:t>wo rasool ek insan tha, rasool ke sath bhi shaitan hota tha, hamare aap ke sath bhi hota hai.</w:t>
      </w:r>
    </w:p>
    <w:p>
      <w:pPr>
        <w:jc w:val="right"/>
      </w:pPr>
      <w:r>
        <w:t>وہ رسول ایک انسان تھا، رسول کے ساتھ بھی شیطان ہوتا تھا، ہمارے آپ کے ساتھ بھی ہوتا ہے۔</w:t>
      </w:r>
    </w:p>
    <w:p>
      <w:r>
        <w:rPr>
          <w:b/>
        </w:rPr>
        <w:t xml:space="preserve">[1:21:13] </w:t>
      </w:r>
      <w:r>
        <w:t>to is ka behtareen yeh hai ke aap jab bhi aap ko mehsoos ho ke shaitan attack kar</w:t>
      </w:r>
    </w:p>
    <w:p>
      <w:pPr>
        <w:jc w:val="right"/>
      </w:pPr>
      <w:r>
        <w:t>تو اس کا بہترین یہ ہے کہ آپ جب بھی آپ کو محسوس ہو کہ شیطان اٹیک کر</w:t>
      </w:r>
    </w:p>
    <w:p>
      <w:r>
        <w:rPr>
          <w:b/>
        </w:rPr>
        <w:t xml:space="preserve">[1:21:19] </w:t>
      </w:r>
      <w:r>
        <w:t>raha hai aap ko, to kahiye la haula wa la quwwata illa billahil aliyyil azeem.</w:t>
      </w:r>
    </w:p>
    <w:p>
      <w:pPr>
        <w:jc w:val="right"/>
      </w:pPr>
      <w:r>
        <w:t>رہا ہے آپ کو، تو کہیے لا حول ولا قوۃ الا باللہ العلی العظیم۔</w:t>
      </w:r>
    </w:p>
    <w:p>
      <w:r>
        <w:rPr>
          <w:b/>
        </w:rPr>
        <w:t xml:space="preserve">[1:21:25] </w:t>
      </w:r>
      <w:r>
        <w:t>yeh kahiye ke allahumma inni aoozu bik minash shaitanir rajeem, allahumma inni aoozu</w:t>
      </w:r>
    </w:p>
    <w:p>
      <w:pPr>
        <w:jc w:val="right"/>
      </w:pPr>
      <w:r>
        <w:t>یہ کہیے کہ اللہم انی اعوذ بک من الشیطان الرجیم، اللہم انی اعوذ</w:t>
      </w:r>
    </w:p>
    <w:p>
      <w:r>
        <w:rPr>
          <w:b/>
        </w:rPr>
        <w:t xml:space="preserve">[1:21:31] </w:t>
      </w:r>
      <w:r>
        <w:t>bik min hamzaatish shayateen.</w:t>
      </w:r>
    </w:p>
    <w:p>
      <w:pPr>
        <w:jc w:val="right"/>
      </w:pPr>
      <w:r>
        <w:t>بک من حمدات الشیاطین۔</w:t>
      </w:r>
    </w:p>
    <w:p>
      <w:r>
        <w:rPr>
          <w:b/>
        </w:rPr>
        <w:t xml:space="preserve">[1:21:34] </w:t>
      </w:r>
      <w:r>
        <w:t>aur wo bhag jayega is ke baad.</w:t>
      </w:r>
    </w:p>
    <w:p>
      <w:pPr>
        <w:jc w:val="right"/>
      </w:pPr>
      <w:r>
        <w:t>اور وہ بھاگ جائے گا اس کے بعد۔</w:t>
      </w:r>
    </w:p>
    <w:p>
      <w:r>
        <w:rPr>
          <w:b/>
        </w:rPr>
        <w:t xml:space="preserve">[1:21:38] </w:t>
      </w:r>
      <w:r>
        <w:t>mujhe to bar bar yahi hota hai, jab bhi mujhe mehsoos hota hai ke shaitan jo hai, wo</w:t>
      </w:r>
    </w:p>
    <w:p>
      <w:pPr>
        <w:jc w:val="right"/>
      </w:pPr>
      <w:r>
        <w:t>مجھے تو بار بار یہی ہوتا ہے، جب بھی مجھے محسوس ہوتا ہے کہ شیطان جو ہے، وہ</w:t>
      </w:r>
    </w:p>
    <w:p>
      <w:r>
        <w:rPr>
          <w:b/>
        </w:rPr>
        <w:t xml:space="preserve">[1:21:42] </w:t>
      </w:r>
      <w:r>
        <w:t>attack kiya is ne, to jaldi se parta hoon main allahumma inni aoozu bik min hamzaatish shayateen.</w:t>
      </w:r>
    </w:p>
    <w:p>
      <w:pPr>
        <w:jc w:val="right"/>
      </w:pPr>
      <w:r>
        <w:t>اٹیک کیا اس نے، تو جلدی سے پڑھتا ہوں میں اللہم انی اعوذ بک من حمدات الشیاطین۔</w:t>
      </w:r>
    </w:p>
    <w:p>
      <w:r>
        <w:rPr>
          <w:b/>
        </w:rPr>
        <w:t xml:space="preserve">[1:21:46] </w:t>
      </w:r>
      <w:r>
        <w:t>aur wo din sakht mein bhag jata hai.</w:t>
      </w:r>
    </w:p>
    <w:p>
      <w:pPr>
        <w:jc w:val="right"/>
      </w:pPr>
      <w:r>
        <w:t>اور وہ دن سکر میں بھاگ جاتا ہے۔</w:t>
      </w:r>
    </w:p>
    <w:p>
      <w:r>
        <w:rPr>
          <w:b/>
        </w:rPr>
        <w:t xml:space="preserve">[1:21:50] </w:t>
      </w:r>
      <w:r>
        <w:t>wo yeh rasool allah karte the, yeh hum aap ko karna chahiye.</w:t>
      </w:r>
    </w:p>
    <w:p>
      <w:pPr>
        <w:jc w:val="right"/>
      </w:pPr>
      <w:r>
        <w:t>وہ یہ رسول اللہ کرتے تھے، یہ ہم آپ کو کرنا چاہیے۔</w:t>
      </w:r>
    </w:p>
    <w:p>
      <w:r>
        <w:rPr>
          <w:b/>
        </w:rPr>
        <w:t xml:space="preserve">[1:21:53] </w:t>
      </w:r>
      <w:r>
        <w:t>this question is from mr. basit jamal.</w:t>
      </w:r>
    </w:p>
    <w:p>
      <w:pPr>
        <w:jc w:val="right"/>
      </w:pPr>
      <w:r>
        <w:t>دس کوئسچن از فرام مسٹر باسط جمال۔</w:t>
      </w:r>
    </w:p>
    <w:p>
      <w:r>
        <w:rPr>
          <w:b/>
        </w:rPr>
        <w:t xml:space="preserve">[1:21:57] </w:t>
      </w:r>
      <w:r>
        <w:t>a lot of muslims</w:t>
      </w:r>
    </w:p>
    <w:p>
      <w:pPr>
        <w:jc w:val="right"/>
      </w:pPr>
      <w:r>
        <w:t>ا لاٹ اف مسلمز</w:t>
      </w:r>
    </w:p>
    <w:p>
      <w:r>
        <w:rPr>
          <w:b/>
        </w:rPr>
        <w:t xml:space="preserve">[1:22:01] </w:t>
      </w:r>
      <w:r>
        <w:t>stop people from gaining knowledge of science.</w:t>
      </w:r>
    </w:p>
    <w:p>
      <w:pPr>
        <w:jc w:val="right"/>
      </w:pPr>
      <w:r>
        <w:t>سٹاپ پیپل فرام گیننگ نالج اف سائنس۔</w:t>
      </w:r>
    </w:p>
    <w:p>
      <w:r>
        <w:rPr>
          <w:b/>
        </w:rPr>
        <w:t xml:space="preserve">[1:22:05] </w:t>
      </w:r>
      <w:r>
        <w:t>they cite different reasons for doing so.</w:t>
      </w:r>
    </w:p>
    <w:p>
      <w:pPr>
        <w:jc w:val="right"/>
      </w:pPr>
      <w:r>
        <w:t>دے سائٹ ڈفرنٹ ریزنز فار ڈوئنگ سو۔</w:t>
      </w:r>
    </w:p>
    <w:p>
      <w:r>
        <w:rPr>
          <w:b/>
        </w:rPr>
        <w:t xml:space="preserve">[1:22:10] </w:t>
      </w:r>
      <w:r>
        <w:t>please throw light on this phenomena.</w:t>
      </w:r>
    </w:p>
    <w:p>
      <w:pPr>
        <w:jc w:val="right"/>
      </w:pPr>
      <w:r>
        <w:t>پلیز تھرو لائٹ ان دس فیناومینا۔</w:t>
      </w:r>
    </w:p>
    <w:p>
      <w:r>
        <w:rPr>
          <w:b/>
        </w:rPr>
        <w:t xml:space="preserve">[1:22:14] </w:t>
      </w:r>
      <w:r>
        <w:t>dekhen, hamare ulama ne jo ghaltiyan keen, is mein ek yeh bhi hai.</w:t>
      </w:r>
    </w:p>
    <w:p>
      <w:pPr>
        <w:jc w:val="right"/>
      </w:pPr>
      <w:r>
        <w:t>دیکھیں، ہمارے علماء نے جو غلطیاں کیں، اس میں ایک یہ بھی ہے۔</w:t>
      </w:r>
    </w:p>
    <w:p>
      <w:r>
        <w:rPr>
          <w:b/>
        </w:rPr>
        <w:t xml:space="preserve">[1:22:18] </w:t>
      </w:r>
      <w:r>
        <w:t>میں اپنے بچپن میں سمجھتا تھا کہ سائنس means atheism.</w:t>
      </w:r>
    </w:p>
    <w:p>
      <w:pPr>
        <w:jc w:val="right"/>
      </w:pPr>
      <w:r>
        <w:t>میں اپنے بچپن میں سمجھتا تھا کہ سائنس مینز اتھیزم۔</w:t>
      </w:r>
    </w:p>
    <w:p>
      <w:r>
        <w:rPr>
          <w:b/>
        </w:rPr>
        <w:t xml:space="preserve">[1:22:23] </w:t>
      </w:r>
      <w:r>
        <w:t>apne bachpan mein kiya, is pass ke ulama jo hain, wo yeh samajhte the ke science ka matlab hai ilhad.</w:t>
      </w:r>
    </w:p>
    <w:p>
      <w:pPr>
        <w:jc w:val="right"/>
      </w:pPr>
      <w:r>
        <w:t>اپنے بچپن میں کیا، اس پاس کے علماء جو ہیں، وہ یہ سمجھتے تھے کہ سائنس کا مطلب ہے الحاد۔</w:t>
      </w:r>
    </w:p>
    <w:p>
      <w:r>
        <w:rPr>
          <w:b/>
        </w:rPr>
        <w:t xml:space="preserve">[1:22:27] </w:t>
      </w:r>
      <w:r>
        <w:t>in dono ko ek yani wo</w:t>
      </w:r>
    </w:p>
    <w:p>
      <w:pPr>
        <w:jc w:val="right"/>
      </w:pPr>
      <w:r>
        <w:t>ان دونوں کو ایک یعنی وہ</w:t>
      </w:r>
    </w:p>
    <w:p>
      <w:r>
        <w:rPr>
          <w:b/>
        </w:rPr>
        <w:t xml:space="preserve">[1:22:31] </w:t>
      </w:r>
      <w:r>
        <w:t>samajhte the ke jo science yani ilhadi ka doosra naam science hai. bana jante hue, bana padhe hue, yeh tasawwur bana hua tha. to main khud isi ka shikar tha. aaj tak musalmanon mein wohi chala ja raha hai ke samajhte hain ke science padhoge to khuda se door ho jaoge. yeh sab bewakoofi ki baatein hain. musalmanon ki ab majority, main to aaj bhi majority aisi</w:t>
      </w:r>
    </w:p>
    <w:p>
      <w:pPr>
        <w:jc w:val="right"/>
      </w:pPr>
      <w:r>
        <w:t>سمجھتے تھے کہ جو سائنس یعنی الحادی کا دوسرا نام سائنس ہے۔ بنا جانے ہوئے، بنا پڑھے ہوئے، یہ تصور بنا ہوا تھا۔ تو میں خود اسی کا شکار تھا۔ آج تک مسلمانوں میں وہی چلا جا رہا ہے کہ سمجھتے ہیں کہ سائنس پڑھو گے تو خدا سے دور ہو جاؤ گے۔ یہ سب بیوقوفی کی باتیں ہیں۔ مسلمانوں کی اب میجورٹی، میں تو آج بھی میجورٹی ایسی</w:t>
      </w:r>
    </w:p>
    <w:p>
      <w:r>
        <w:rPr>
          <w:b/>
        </w:rPr>
        <w:t xml:space="preserve">[1:23:01] </w:t>
      </w:r>
      <w:r>
        <w:t>ہے جس نے ابھی تک جانا نہیں کہ سائنس کی کہ importance کیا ہے۔</w:t>
      </w:r>
    </w:p>
    <w:p>
      <w:pPr>
        <w:jc w:val="right"/>
      </w:pPr>
      <w:r>
        <w:t>ہے جس نے ابھی تک جانا نہیں کہ سائنس کی کہ امپورٹنس کیا ہے۔</w:t>
      </w:r>
    </w:p>
    <w:p>
      <w:r>
        <w:rPr>
          <w:b/>
        </w:rPr>
        <w:t xml:space="preserve">[1:23:07] </w:t>
      </w:r>
      <w:r>
        <w:t>سائنس تو اس قرآن کی اس آیت میں میں جو بتایا گیا تھا، اسی کا یعنی scenario ہم</w:t>
      </w:r>
    </w:p>
    <w:p>
      <w:pPr>
        <w:jc w:val="right"/>
      </w:pPr>
      <w:r>
        <w:t>سائنس تو اس قرآن کی اس آیت میں میں جو بتایا گیا تھا، اسی کا یعنی سنوری ہم</w:t>
      </w:r>
    </w:p>
    <w:p>
      <w:r>
        <w:rPr>
          <w:b/>
        </w:rPr>
        <w:t xml:space="preserve">[1:23:13] </w:t>
      </w:r>
      <w:r>
        <w:t>ayatana fil afaqi wa fi anfusihim hatta yatabayyanal haqq.</w:t>
      </w:r>
    </w:p>
    <w:p>
      <w:pPr>
        <w:jc w:val="right"/>
      </w:pPr>
      <w:r>
        <w:t>آیاتنا فی الافاق و فی انفسہم حتیٰ یتبین الحق۔</w:t>
      </w:r>
    </w:p>
    <w:p>
      <w:r>
        <w:rPr>
          <w:b/>
        </w:rPr>
        <w:t xml:space="preserve">[1:23:20] </w:t>
      </w:r>
      <w:r>
        <w:t>دیکھیں، سائنس کے دو different وہ ہیں: ایک سائنس اور ایک اپلائیڈ سائنس، جس کو ہم ٹیکنیکل سائنس</w:t>
      </w:r>
    </w:p>
    <w:p>
      <w:pPr>
        <w:jc w:val="right"/>
      </w:pPr>
      <w:r>
        <w:t>دیکھیں، سائنس کے دو ڈفرنٹ وہ ہیں: ایک سائنس اور ایک اپلائیڈ سائنس، جس کو ہم ٹیکنیکل سائنس</w:t>
      </w:r>
    </w:p>
    <w:p>
      <w:r>
        <w:rPr>
          <w:b/>
        </w:rPr>
        <w:t xml:space="preserve">[1:23:26] </w:t>
      </w:r>
      <w:r>
        <w:t>keh sakte hain.</w:t>
      </w:r>
    </w:p>
    <w:p>
      <w:pPr>
        <w:jc w:val="right"/>
      </w:pPr>
      <w:r>
        <w:t>کہہ سکتے ہیں۔</w:t>
      </w:r>
    </w:p>
    <w:p>
      <w:r>
        <w:rPr>
          <w:b/>
        </w:rPr>
        <w:t xml:space="preserve">[1:23:32] </w:t>
      </w:r>
      <w:r>
        <w:t>to theoretical science jo hai, woh to woh to bilkul khuda yani khuda ke qanoon ko batati hai. technical science to aap machine banane ke liye kaam aati hai aur bridge banane ke liye kaam aati hai, hawa jahaz banane ke liye kaam aati hai. woh thing to us ko kaha jata hai applied science. to applied science aur technical science bohat alag hai, lekin jo theoretical science hai, woh to ain islam hai, ain ain mazhab hai, a</w:t>
      </w:r>
    </w:p>
    <w:p>
      <w:pPr>
        <w:jc w:val="right"/>
      </w:pPr>
      <w:r>
        <w:t>تو تھریٹیکل سائنس جو ہے، وہ تو وہ تو بالکل خدا یعنی خدا کے قانون کو بتاتی ہے۔ ٹیکنیکل سائنس تو آپ مشین بنانے کے لیے کام آتی ہے اور برج بنانے کے لیے کام آتی ہے، ہوا جہاز بنانے کے لیے کام آتی ہے۔ وہ تھنگ تو اس کو کہا جاتا ہے اپلائیڈ سائنس۔ تو اپلائیڈ سائنس اور ٹیکنیکل سائنس بہت الگ ہے، لیکن جو تھریٹیکل سائنس ہے، وہ تو عین اسلام ہے، عین عین مذہب ہے، ع</w:t>
      </w:r>
    </w:p>
    <w:p>
      <w:r>
        <w:rPr>
          <w:b/>
        </w:rPr>
        <w:t xml:space="preserve">[1:24:02] </w:t>
      </w:r>
      <w:r>
        <w:t>yeh khuda ki baat hai.</w:t>
      </w:r>
    </w:p>
    <w:p>
      <w:pPr>
        <w:jc w:val="right"/>
      </w:pPr>
      <w:r>
        <w:t>ین خدا کی بات ہے۔</w:t>
      </w:r>
    </w:p>
    <w:p>
      <w:r>
        <w:rPr>
          <w:b/>
        </w:rPr>
        <w:t xml:space="preserve">[1:24:06] </w:t>
      </w:r>
      <w:r>
        <w:t>wo lekin hamare ulama jante hain nahi is ko.</w:t>
      </w:r>
    </w:p>
    <w:p>
      <w:pPr>
        <w:jc w:val="right"/>
      </w:pPr>
      <w:r>
        <w:t>وہ لیکن ہمارے علماء جانتے ہیں نہیں اس کو۔</w:t>
      </w:r>
    </w:p>
    <w:p>
      <w:r>
        <w:rPr>
          <w:b/>
        </w:rPr>
        <w:t xml:space="preserve">[1:24:11] </w:t>
      </w:r>
      <w:r>
        <w:t>wo to pata hai ke science parhoge to mazhab se door ho jaoge.</w:t>
      </w:r>
    </w:p>
    <w:p>
      <w:pPr>
        <w:jc w:val="right"/>
      </w:pPr>
      <w:r>
        <w:t>وہ تو پتہ ہے کہ سائنس پڑھو گے تو مذہب سے دور ہو جاؤ گے۔</w:t>
      </w:r>
    </w:p>
    <w:p>
      <w:r>
        <w:rPr>
          <w:b/>
        </w:rPr>
        <w:t xml:space="preserve">[1:24:15] </w:t>
      </w:r>
      <w:r>
        <w:t>to yeh bohat hi yani bohat bari qism ki miss understanding hai, jo jo so baras se chali</w:t>
      </w:r>
    </w:p>
    <w:p>
      <w:pPr>
        <w:jc w:val="right"/>
      </w:pPr>
      <w:r>
        <w:t>تو یہ بہت ہی یعنی بہت بڑی قسم کی مس انڈرسٹینڈنگ ہے، جو جو سو برس سے چلی</w:t>
      </w:r>
    </w:p>
    <w:p>
      <w:r>
        <w:rPr>
          <w:b/>
        </w:rPr>
        <w:t xml:space="preserve">[1:24:19] </w:t>
      </w:r>
      <w:r>
        <w:t>aa rahi hai aur abhi tak woh khatam nahi hui.</w:t>
      </w:r>
    </w:p>
    <w:p>
      <w:pPr>
        <w:jc w:val="right"/>
      </w:pPr>
      <w:r>
        <w:t>آ رہی ہے اور ابھی تک وہ ختم نہیں ہوئی۔</w:t>
      </w:r>
    </w:p>
    <w:p>
      <w:r>
        <w:rPr>
          <w:b/>
        </w:rPr>
        <w:t xml:space="preserve">[1:24:24] </w:t>
      </w:r>
      <w:r>
        <w:t>to yeh to kya kya jaye? yeh hai.</w:t>
      </w:r>
    </w:p>
    <w:p>
      <w:pPr>
        <w:jc w:val="right"/>
      </w:pPr>
      <w:r>
        <w:t>تو یہ تو کیا کیا جائے؟ یہ ہے۔</w:t>
      </w:r>
    </w:p>
    <w:p>
      <w:r>
        <w:rPr>
          <w:b/>
        </w:rPr>
        <w:t xml:space="preserve">[1:24:28] </w:t>
      </w:r>
      <w:r>
        <w:t>aur hamara mission jo hai, hamara mission ka ek yeh bhi pehlu hai ki is blindness ko khatam karna,</w:t>
      </w:r>
    </w:p>
    <w:p>
      <w:pPr>
        <w:jc w:val="right"/>
      </w:pPr>
      <w:r>
        <w:t>اور ہمارا مشن جو ہے، ہمارا مشن کا ایک یہ بھی پہلو ہے کہ اس بلائنڈنس کو ختم کرنا،</w:t>
      </w:r>
    </w:p>
    <w:p>
      <w:r>
        <w:rPr>
          <w:b/>
        </w:rPr>
        <w:t xml:space="preserve">[1:24:33] </w:t>
      </w:r>
      <w:r>
        <w:t>ان لوگوں کو اس اس misunderstanding سے نکالنا۔</w:t>
      </w:r>
    </w:p>
    <w:p>
      <w:pPr>
        <w:jc w:val="right"/>
      </w:pPr>
      <w:r>
        <w:t>ان لوگوں کو اس اس مس انڈرسٹینڈنگ سے نکالنا۔</w:t>
      </w:r>
    </w:p>
    <w:p>
      <w:r>
        <w:rPr>
          <w:b/>
        </w:rPr>
        <w:t xml:space="preserve">[1:24:39] </w:t>
      </w:r>
      <w:r>
        <w:t>das question is from doctor farida khanum.</w:t>
      </w:r>
    </w:p>
    <w:p>
      <w:pPr>
        <w:jc w:val="right"/>
      </w:pPr>
      <w:r>
        <w:t>دس کوئسچن از فرام ڈاکٹر فریدہ خانم۔</w:t>
      </w:r>
    </w:p>
    <w:p>
      <w:r>
        <w:rPr>
          <w:b/>
        </w:rPr>
        <w:t xml:space="preserve">[1:24:45] </w:t>
      </w:r>
      <w:r>
        <w:t>you were supported by your family in your search for truth.</w:t>
      </w:r>
    </w:p>
    <w:p>
      <w:pPr>
        <w:jc w:val="right"/>
      </w:pPr>
      <w:r>
        <w:t>یو ورس سپورٹڈ بائے یور فیملی ان یور سرچ فار ٹروتھ۔</w:t>
      </w:r>
    </w:p>
    <w:p>
      <w:r>
        <w:rPr>
          <w:b/>
        </w:rPr>
        <w:t xml:space="preserve">[1:24:52] </w:t>
      </w:r>
      <w:r>
        <w:t>If someone does not enjoy the family support, should he opt for this difficult path, or he</w:t>
      </w:r>
    </w:p>
    <w:p>
      <w:pPr>
        <w:jc w:val="right"/>
      </w:pPr>
      <w:r>
        <w:t>اف سم ون ڈز ناٹ انجوائے دا فیملی سپورٹ، شوڈ ہی اپٹ فار دس ڈیفیکلٹ پاتھ، اور ہی</w:t>
      </w:r>
    </w:p>
    <w:p>
      <w:r>
        <w:rPr>
          <w:b/>
        </w:rPr>
        <w:t xml:space="preserve">[1:24:58] </w:t>
      </w:r>
      <w:r>
        <w:t>should only follow someone who has found the truth?</w:t>
      </w:r>
    </w:p>
    <w:p>
      <w:pPr>
        <w:jc w:val="right"/>
      </w:pPr>
      <w:r>
        <w:t>شوڈ اونلی فالو سم ون ہو ہیز فاؤنڈ دا ٹروتھ؟</w:t>
      </w:r>
    </w:p>
    <w:p>
      <w:r>
        <w:rPr>
          <w:b/>
        </w:rPr>
        <w:t xml:space="preserve">[1:25:04] </w:t>
      </w:r>
      <w:r>
        <w:t>dekhiye, is bare mein main kahunga ke support ki ek so ek qismein hain. asal cheez hai, aap jis ko hindi mein kehte hain, bada achha ek lafz hai, samarpan. aap apna khuda ke aage samarpan kar sakein. agar samarpan kar dein ke khuda kis tarike se aap ko support dega, woh hum peeche jaan nahin sakte. jaise main aap ko ek misaal deta hoon ke islam ki tareekh mein</w:t>
      </w:r>
    </w:p>
    <w:p>
      <w:pPr>
        <w:jc w:val="right"/>
      </w:pPr>
      <w:r>
        <w:t>دیکھیے، اس بارے میں میں کہوں گا کہ سپورٹ کی ایک سو ایک قسمیں ہیں۔ اصل چیز ہے، آپ جس کو ہندی میں کہتے ہیں، بڑا اچھا ایک لفظ ہے، سمرپن۔ آپ اپنا خدا کے آگے سمرپن کر سکیں۔ اگر سمرپن کر دیں کہ خدا کس طریقے سے آپ کو سپورٹ دے گا، وہ ہم پیچھے جان نہیں سکتے۔ جیسے میں آپ کو ایک مثال دیتا ہوں کہ اسلام کی تاریخ میں</w:t>
      </w:r>
    </w:p>
    <w:p>
      <w:r>
        <w:rPr>
          <w:b/>
        </w:rPr>
        <w:t xml:space="preserve">[1:25:34] </w:t>
      </w:r>
      <w:r>
        <w:t>ek bohat bade scholar the, un ko kehte hain imam razi, imam razi, fakhruddin razi, fakhruddin ar-razi. un ke un ki bohat badi badi kitabein hain, quran ki commentary unhone likhi hai, shayad 20 volume mein, kitne volume mein, bohat badi. to woh ghareeb aadmi the, bilkul ghareeb the, koi support un ke nahin thi. to kya hua? ek aadmi jis ke paas ek hi beti thi, bohat paise wala tha</w:t>
      </w:r>
    </w:p>
    <w:p>
      <w:pPr>
        <w:jc w:val="right"/>
      </w:pPr>
      <w:r>
        <w:t>ایک بہت بڑے سکالر تھے، ان کو کہتے ہیں امام رازی، امام رازی، فخر الدین رازی، فخر الدین الراضی۔ ان کے ان کی بہت بڑی بڑی کتابیں ہیں، قرآن کی کمنٹری انہوں نے لکھی ہے، شاید 20 والیوم میں، کتنے والیوم میں، بہت بڑی۔ تو وہ غریب آدمی تھے، بالکل غریب تھے، کوئی سپورٹ ان کے نہیں تھی۔ تو کیا ہوا؟ ایک آدمی جس کے پاس ایک ہی بیٹی تھی، بہت پیسے والا تھا</w:t>
      </w:r>
    </w:p>
    <w:p>
      <w:r>
        <w:rPr>
          <w:b/>
        </w:rPr>
        <w:t xml:space="preserve">[1:26:04] </w:t>
      </w:r>
      <w:r>
        <w:t>, woh bohat rich tha, woh sirf ek beti thi.</w:t>
      </w:r>
    </w:p>
    <w:p>
      <w:pPr>
        <w:jc w:val="right"/>
      </w:pPr>
      <w:r>
        <w:t>، وہ بہت رچ تھا، وہ صرف ایک بیٹی تھی۔</w:t>
      </w:r>
    </w:p>
    <w:p>
      <w:r>
        <w:rPr>
          <w:b/>
        </w:rPr>
        <w:t xml:space="preserve">[1:26:09] </w:t>
      </w:r>
      <w:r>
        <w:t>to woh razi ke kisi baat se mutasir ho gaya, us ne apni beti ki shadi razi se</w:t>
      </w:r>
    </w:p>
    <w:p>
      <w:pPr>
        <w:jc w:val="right"/>
      </w:pPr>
      <w:r>
        <w:t>تو وہ رازی کے کسی بات سے متاثر ہو گیا، اس نے اپنی بیٹی کی شادی رازی سے</w:t>
      </w:r>
    </w:p>
    <w:p>
      <w:r>
        <w:rPr>
          <w:b/>
        </w:rPr>
        <w:t xml:space="preserve">[1:26:14] </w:t>
      </w:r>
      <w:r>
        <w:t>kar di, aur sara uska wealth jo hai, razi ko mil gaya.</w:t>
      </w:r>
    </w:p>
    <w:p>
      <w:pPr>
        <w:jc w:val="right"/>
      </w:pPr>
      <w:r>
        <w:t>کر دی، اور سارا اس کا ویلتھ جو ہے، رازی کو مل گیا۔</w:t>
      </w:r>
    </w:p>
    <w:p>
      <w:r>
        <w:rPr>
          <w:b/>
        </w:rPr>
        <w:t xml:space="preserve">[1:26:19] </w:t>
      </w:r>
      <w:r>
        <w:t>aur zindagi bhar woh kaam karte rahe.</w:t>
      </w:r>
    </w:p>
    <w:p>
      <w:pPr>
        <w:jc w:val="right"/>
      </w:pPr>
      <w:r>
        <w:t>اور زندگی بھر وہ کام کرتے رہے۔</w:t>
      </w:r>
    </w:p>
    <w:p>
      <w:r>
        <w:rPr>
          <w:b/>
        </w:rPr>
        <w:t xml:space="preserve">[1:26:24] </w:t>
      </w:r>
      <w:r>
        <w:t>woh kisi ko pata nahi hai ke khuda kis rastay se verzeh munh mujh ko bilashuba yeh baat</w:t>
      </w:r>
    </w:p>
    <w:p>
      <w:pPr>
        <w:jc w:val="right"/>
      </w:pPr>
      <w:r>
        <w:t>وہ کسی کو پتہ نہیں ہے کہ خدا کس راستے سے ویرزخ منہ مجھ کو بلاشبہ یہ بات</w:t>
      </w:r>
    </w:p>
    <w:p>
      <w:r>
        <w:rPr>
          <w:b/>
        </w:rPr>
        <w:t xml:space="preserve">[1:26:29] </w:t>
      </w:r>
      <w:r>
        <w:t>hai ke mere sath ke</w:t>
      </w:r>
    </w:p>
    <w:p>
      <w:pPr>
        <w:jc w:val="right"/>
      </w:pPr>
      <w:r>
        <w:t>ہے کہ میرے ساتھ کہ</w:t>
      </w:r>
    </w:p>
    <w:p>
      <w:r>
        <w:rPr>
          <w:b/>
        </w:rPr>
        <w:t xml:space="preserve">[1:26:34] </w:t>
      </w:r>
      <w:r>
        <w:t>family ki support bhi yeh mili, yani pehle din se aaj tak, aaj bhi mein family ki support</w:t>
      </w:r>
    </w:p>
    <w:p>
      <w:pPr>
        <w:jc w:val="right"/>
      </w:pPr>
      <w:r>
        <w:t>فیملی کی سپورٹ بھی یہ ملی، یعنی پہلے دن سے آج تک، آج بھی میں فیملی کی سپورٹ</w:t>
      </w:r>
    </w:p>
    <w:p>
      <w:r>
        <w:rPr>
          <w:b/>
        </w:rPr>
        <w:t xml:space="preserve">[1:26:40] </w:t>
      </w:r>
      <w:r>
        <w:t>hi pe chal raha hoon.</w:t>
      </w:r>
    </w:p>
    <w:p>
      <w:pPr>
        <w:jc w:val="right"/>
      </w:pPr>
      <w:r>
        <w:t>ہی پہ چل رہا ہوں۔</w:t>
      </w:r>
    </w:p>
    <w:p>
      <w:r>
        <w:rPr>
          <w:b/>
        </w:rPr>
        <w:t xml:space="preserve">[1:26:45] </w:t>
      </w:r>
      <w:r>
        <w:t>pura poori life time mein mein family ki support par chalta raha hoon.</w:t>
      </w:r>
    </w:p>
    <w:p>
      <w:pPr>
        <w:jc w:val="right"/>
      </w:pPr>
      <w:r>
        <w:t>پورا پوری لائف ٹائم میں میں فیملی کی سپورٹ پر چلتا رہا ہوں۔</w:t>
      </w:r>
    </w:p>
    <w:p>
      <w:r>
        <w:rPr>
          <w:b/>
        </w:rPr>
        <w:t xml:space="preserve">[1:26:50] </w:t>
      </w:r>
      <w:r>
        <w:t>lekin doosri bhi example hain, yani history mein.</w:t>
      </w:r>
    </w:p>
    <w:p>
      <w:pPr>
        <w:jc w:val="right"/>
      </w:pPr>
      <w:r>
        <w:t>لیکن دوسری بھی ایگزامپل ہیں، یعنی ہسٹری میں۔</w:t>
      </w:r>
    </w:p>
    <w:p>
      <w:r>
        <w:rPr>
          <w:b/>
        </w:rPr>
        <w:t xml:space="preserve">[1:26:55] </w:t>
      </w:r>
      <w:r>
        <w:t>to asal cheez yeh hai ke aap khuda ko samarpan kar saken, apne aap ko khuda ke aage</w:t>
      </w:r>
    </w:p>
    <w:p>
      <w:pPr>
        <w:jc w:val="right"/>
      </w:pPr>
      <w:r>
        <w:t>تو اصل چیز یہ ہے کہ آپ خدا کو سمرپن کر سکیں، اپنے آپ کو خدا کے آگے</w:t>
      </w:r>
    </w:p>
    <w:p>
      <w:r>
        <w:rPr>
          <w:b/>
        </w:rPr>
        <w:t xml:space="preserve">[1:27:00] </w:t>
      </w:r>
      <w:r>
        <w:t>surrender kar saken, aur sach much yeh</w:t>
      </w:r>
    </w:p>
    <w:p>
      <w:pPr>
        <w:jc w:val="right"/>
      </w:pPr>
      <w:r>
        <w:t>سرنڈر کر سکیں، اور سچ مچ یہ</w:t>
      </w:r>
    </w:p>
    <w:p>
      <w:r>
        <w:rPr>
          <w:b/>
        </w:rPr>
        <w:t xml:space="preserve">[1:27:05] </w:t>
      </w:r>
      <w:r>
        <w:t>dikha dein ke mein yani khuda ki madad ka mohtaj hoon.</w:t>
      </w:r>
    </w:p>
    <w:p>
      <w:pPr>
        <w:jc w:val="right"/>
      </w:pPr>
      <w:r>
        <w:t>دکھا دیں کہ میں یعنی خدا کی مدد کا محتاج ہوں۔</w:t>
      </w:r>
    </w:p>
    <w:p>
      <w:r>
        <w:rPr>
          <w:b/>
        </w:rPr>
        <w:t xml:space="preserve">[1:27:10] </w:t>
      </w:r>
      <w:r>
        <w:t>to mujhe yaqeen hai ke kisi na kisi roop mein khuda ki madad us ko aye gi, kisi</w:t>
      </w:r>
    </w:p>
    <w:p>
      <w:pPr>
        <w:jc w:val="right"/>
      </w:pPr>
      <w:r>
        <w:t>تو مجھے یقین ہے کہ کسی نہ کسی روپ میں خدا کی مدد اس کو آئے گی، کسی</w:t>
      </w:r>
    </w:p>
    <w:p>
      <w:r>
        <w:rPr>
          <w:b/>
        </w:rPr>
        <w:t xml:space="preserve">[1:27:14] </w:t>
      </w:r>
      <w:r>
        <w:t>na kisi roop mein.</w:t>
      </w:r>
    </w:p>
    <w:p>
      <w:pPr>
        <w:jc w:val="right"/>
      </w:pPr>
      <w:r>
        <w:t>نہ کسی روپ میں۔</w:t>
      </w:r>
    </w:p>
    <w:p>
      <w:r>
        <w:rPr>
          <w:b/>
        </w:rPr>
        <w:t xml:space="preserve">[1:27:19] </w:t>
      </w:r>
      <w:r>
        <w:t>agarche hum nahi jaan sakte kis roop mein aye gi.</w:t>
      </w:r>
    </w:p>
    <w:p>
      <w:pPr>
        <w:jc w:val="right"/>
      </w:pPr>
      <w:r>
        <w:t>اگرچہ ہم نہیں جان سکتے کس روپ میں آئے گی۔</w:t>
      </w:r>
    </w:p>
    <w:p>
      <w:r>
        <w:rPr>
          <w:b/>
        </w:rPr>
        <w:t xml:space="preserve">[1:27:23] </w:t>
      </w:r>
      <w:r>
        <w:t>to mujhe family ki support mili, imam razi ko is tarah mili ke woh ek wealthy aadmi ne</w:t>
      </w:r>
    </w:p>
    <w:p>
      <w:pPr>
        <w:jc w:val="right"/>
      </w:pPr>
      <w:r>
        <w:t>تو مجھے فیملی کی سپورٹ ملی، امام رازی کو اس طرح ملی کہ وہ ایک ویلدی آدمی نے</w:t>
      </w:r>
    </w:p>
    <w:p>
      <w:r>
        <w:rPr>
          <w:b/>
        </w:rPr>
        <w:t xml:space="preserve">[1:27:28] </w:t>
      </w:r>
      <w:r>
        <w:t>shadi kar di apni beti ki.</w:t>
      </w:r>
    </w:p>
    <w:p>
      <w:pPr>
        <w:jc w:val="right"/>
      </w:pPr>
      <w:r>
        <w:t>شادی کر دی اپنی بیٹی کی۔</w:t>
      </w:r>
    </w:p>
    <w:p>
      <w:r>
        <w:rPr>
          <w:b/>
        </w:rPr>
        <w:t xml:space="preserve">[1:27:32] </w:t>
      </w:r>
      <w:r>
        <w:t>aur bhi aisi bohat sari example hain history mein.</w:t>
      </w:r>
    </w:p>
    <w:p>
      <w:pPr>
        <w:jc w:val="right"/>
      </w:pPr>
      <w:r>
        <w:t>اور بھی ایسی بہت ساری ایگزامپل ہیں ہسٹری میں۔</w:t>
      </w:r>
    </w:p>
    <w:p>
      <w:r>
        <w:rPr>
          <w:b/>
        </w:rPr>
        <w:t xml:space="preserve">[1:27:37] </w:t>
      </w:r>
      <w:r>
        <w:t>to asal cheez yeh hai ke aap sach much Khuda ke aage, yaani apne aap ko dikha dein</w:t>
      </w:r>
    </w:p>
    <w:p>
      <w:pPr>
        <w:jc w:val="right"/>
      </w:pPr>
      <w:r>
        <w:t>تو اصل چیز یہ ہے کہ آپ سچ مچ خدا کے آگے، یعنی اپنے آپ کو دکھا دیں</w:t>
      </w:r>
    </w:p>
    <w:p>
      <w:r>
        <w:rPr>
          <w:b/>
        </w:rPr>
        <w:t xml:space="preserve">[1:27:45] </w:t>
      </w:r>
      <w:r>
        <w:t>ke aap yaani aap jis baat ke mustahiq hain ke Khuda aap ko support de, to zaroor support de ga.</w:t>
      </w:r>
    </w:p>
    <w:p>
      <w:pPr>
        <w:jc w:val="right"/>
      </w:pPr>
      <w:r>
        <w:t>کہ آپ یعنی آپ جس بات کے مستحق ہیں کہ خدا آپ کو سپورٹ دے، تو ضرور سپورٹ دے گا۔</w:t>
      </w:r>
    </w:p>
    <w:p>
      <w:r>
        <w:rPr>
          <w:b/>
        </w:rPr>
        <w:t xml:space="preserve">[1:27:52] </w:t>
      </w:r>
      <w:r>
        <w:t>alazeen jadu fi lana Quran mein kai aayatein aisi hain jis mein hai ke Khuda par yeh hai</w:t>
      </w:r>
    </w:p>
    <w:p>
      <w:pPr>
        <w:jc w:val="right"/>
      </w:pPr>
      <w:r>
        <w:t>الذین جادو فی لنا قرآن میں کئی آیتیں ایسی ہیں جس میں ہے کہ خدا پر یہ ہے</w:t>
      </w:r>
    </w:p>
    <w:p>
      <w:r>
        <w:rPr>
          <w:b/>
        </w:rPr>
        <w:t xml:space="preserve">[1:28:00] </w:t>
      </w:r>
      <w:r>
        <w:t>ke woh yaani</w:t>
      </w:r>
    </w:p>
    <w:p>
      <w:pPr>
        <w:jc w:val="right"/>
      </w:pPr>
      <w:r>
        <w:t>کہ وہ یعنی</w:t>
      </w:r>
    </w:p>
    <w:p>
      <w:r>
        <w:rPr>
          <w:b/>
        </w:rPr>
        <w:t xml:space="preserve">[1:28:07] </w:t>
      </w:r>
      <w:r>
        <w:t>al-iman ki madad kare. Allah bohat si aayatein is qism ki hain ke Khuda par yeh hai ke woh is ki madad kare jo is par sacha iman laye. to aadmi ko apne oopar tatolna chahiye, apne dil ko, apne mind ko ke kya main sach much yaani apne aap ko maine is is darje mein surrender kiya hai. yeh lafz mujhe bohat pasand hai, samarpan jo hai, lafz itna acha word</w:t>
      </w:r>
    </w:p>
    <w:p>
      <w:pPr>
        <w:jc w:val="right"/>
      </w:pPr>
      <w:r>
        <w:t>الایمان کی مدد کرے۔ اللہ بہت سی آیتیں اس قسم کی ہیں کہ خدا پر یہ ہے کہ وہ اس کی مدد کرے جو اس پر سچا ایمان لائے۔ تو آدمی کو اپنے اوپر ٹٹولنا چاہیے، اپنے دل کو، اپنے مائنڈ کو کہ کیا میں سچ مچ یعنی اپنے آپ کو میں نے اس اس درجے میں سپرمنٹ کیا ہے۔ یہ لفظ مجھے بہت پسند ہے، سمرپن جو ہے، لفظ اتنا اچھا ور</w:t>
      </w:r>
    </w:p>
    <w:p>
      <w:r>
        <w:rPr>
          <w:b/>
        </w:rPr>
        <w:t xml:space="preserve">[1:28:37] </w:t>
      </w:r>
      <w:r>
        <w:t>d shayad koi doosra hai nahi. to woh agar aadmi dikha de to Khuda ki madad toot pare gi is ke liye. to shikayat apne se hona chahiye, na ke doosron se.</w:t>
      </w:r>
    </w:p>
    <w:p>
      <w:pPr>
        <w:jc w:val="right"/>
      </w:pPr>
      <w:r>
        <w:t>ڈ شاید کوئی دوسرا ہے نہیں۔ تو وہ اگر آدمی دکھا دے تو خدا کی مدد ٹوٹ پڑے گی اس کے لیے۔ تو شکایت اپنے سے ہونا چاہیے، نہ کہ دوسروں سے۔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