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Role of Reasons in Theology August 24, 2008</w:t>
      </w:r>
    </w:p>
    <w:p>
      <w:r>
        <w:t>https://youtu.be/ZJFumhKX25Y</w:t>
      </w:r>
    </w:p>
    <w:p>
      <w:r>
        <w:rPr>
          <w:b/>
        </w:rPr>
        <w:t xml:space="preserve">[00:27] </w:t>
      </w:r>
      <w:r>
        <w:t>wa al aqda min lisani yafqah qawli.</w:t>
      </w:r>
    </w:p>
    <w:p>
      <w:pPr>
        <w:jc w:val="right"/>
      </w:pPr>
      <w:r>
        <w:t>، واحل العقدۃ من لسانی، یفقہ قولی۔</w:t>
      </w:r>
    </w:p>
    <w:p>
      <w:r>
        <w:rPr>
          <w:b/>
        </w:rPr>
        <w:t xml:space="preserve">[00:36] </w:t>
      </w:r>
      <w:r>
        <w:t>aaj ka topic hai:</w:t>
      </w:r>
    </w:p>
    <w:p>
      <w:pPr>
        <w:jc w:val="right"/>
      </w:pPr>
      <w:r>
        <w:t>آج کا ٹاپک ہے:</w:t>
      </w:r>
    </w:p>
    <w:p>
      <w:r>
        <w:rPr>
          <w:b/>
        </w:rPr>
        <w:t xml:space="preserve">[00:41] </w:t>
      </w:r>
      <w:r>
        <w:t>role of reason in theology.</w:t>
      </w:r>
    </w:p>
    <w:p>
      <w:pPr>
        <w:jc w:val="right"/>
      </w:pPr>
      <w:r>
        <w:t>رول آف ریزن ان تھیالوجی۔</w:t>
      </w:r>
    </w:p>
    <w:p>
      <w:r>
        <w:rPr>
          <w:b/>
        </w:rPr>
        <w:t xml:space="preserve">[00:48] </w:t>
      </w:r>
      <w:r>
        <w:t>yani mazhab ke maamlay mein aqal ka hissa.</w:t>
      </w:r>
    </w:p>
    <w:p>
      <w:pPr>
        <w:jc w:val="right"/>
      </w:pPr>
      <w:r>
        <w:t>یعنی مذہب کے معاملے میں عقل کا حصہ۔</w:t>
      </w:r>
    </w:p>
    <w:p>
      <w:r>
        <w:rPr>
          <w:b/>
        </w:rPr>
        <w:t xml:space="preserve">[00:57] </w:t>
      </w:r>
      <w:r>
        <w:t>jahan tak mein ne parha hai, mera apna ehsaas yeh hai ke poori history mein sab se ziyada insaan ne jo ghalti ki hai,</w:t>
      </w:r>
    </w:p>
    <w:p>
      <w:pPr>
        <w:jc w:val="right"/>
      </w:pPr>
      <w:r>
        <w:t>جہاں تک میں نے پڑھا ہے، میرا اپنا احساس یہ ہے کہ پوری ہسٹری میں سب سے زیادہ انسان نے جو غلطی کی ہے،</w:t>
      </w:r>
    </w:p>
    <w:p>
      <w:r>
        <w:rPr>
          <w:b/>
        </w:rPr>
        <w:t xml:space="preserve">[01:13] </w:t>
      </w:r>
      <w:r>
        <w:t>woh yeh hai ke is ne reason ko ya to istemal nahi kiya ya reason ko misuse kiya.</w:t>
      </w:r>
    </w:p>
    <w:p>
      <w:pPr>
        <w:jc w:val="right"/>
      </w:pPr>
      <w:r>
        <w:t>وہ یہ ہے کہ اس نے ریزن کو یا تو استعمال نہیں کیا یا ریزن کو مس یوز کیا۔</w:t>
      </w:r>
    </w:p>
    <w:p>
      <w:r>
        <w:rPr>
          <w:b/>
        </w:rPr>
        <w:t xml:space="preserve">[01:26] </w:t>
      </w:r>
      <w:r>
        <w:t>yani sab se bari jo cheez di thi khuda ne, creator ne, insan ko, woh reason thi. aur reason hi ko aadmi under utilize kar raha ya us ko utilize hi nahi kiya.</w:t>
      </w:r>
    </w:p>
    <w:p>
      <w:pPr>
        <w:jc w:val="right"/>
      </w:pPr>
      <w:r>
        <w:t>یعنی سب سے بڑی جو چیز دی تھی خدا نے، کریٹر نے، انسان کو، وہ ریزن تھی۔ اور ریزن ہی کو آدمی انڈر یوٹیلائز کر رہا یا اس کو یوٹیلائز ہی نہیں کیا۔</w:t>
      </w:r>
    </w:p>
    <w:p>
      <w:r>
        <w:rPr>
          <w:b/>
        </w:rPr>
        <w:t xml:space="preserve">[01:46] </w:t>
      </w:r>
      <w:r>
        <w:t>yeh mera ehsas hai.</w:t>
      </w:r>
    </w:p>
    <w:p>
      <w:pPr>
        <w:jc w:val="right"/>
      </w:pPr>
      <w:r>
        <w:t>یہ میرا احساس ہے۔</w:t>
      </w:r>
    </w:p>
    <w:p>
      <w:r>
        <w:rPr>
          <w:b/>
        </w:rPr>
        <w:t xml:space="preserve">[01:50] </w:t>
      </w:r>
      <w:r>
        <w:t>dekhein, ek hadith hai: "kuntu kanzan makhfiyan fa ahbabtu an u'raf fa khalaqtu al khalq" .</w:t>
      </w:r>
    </w:p>
    <w:p>
      <w:pPr>
        <w:jc w:val="right"/>
      </w:pPr>
      <w:r>
        <w:t>دیکھیں، ایک حدیث ہے: "كنت کنزا مخفیہ فاحببت اورفا فخلقت الخلق" ۔</w:t>
      </w:r>
    </w:p>
    <w:p>
      <w:r>
        <w:rPr>
          <w:b/>
        </w:rPr>
        <w:t xml:space="preserve">[02:04] </w:t>
      </w:r>
      <w:r>
        <w:t>ke mein "I was a hidden treasure" . yani khuda kehta hai, khuda ne kaha: "I was a hidden treasure,</w:t>
      </w:r>
    </w:p>
    <w:p>
      <w:pPr>
        <w:jc w:val="right"/>
      </w:pPr>
      <w:r>
        <w:t>کہ میں "I was a hidden treasure" ۔ یعنی خدا کہتا ہے، خدا نے کہا: "I was a hidden treasure,</w:t>
      </w:r>
    </w:p>
    <w:p>
      <w:r>
        <w:rPr>
          <w:b/>
        </w:rPr>
        <w:t xml:space="preserve">[02:16] </w:t>
      </w:r>
      <w:r>
        <w:t>then I wanted to be known and I created man." . mein ek chupa hua khazana tha. phir maine chaha ke log janen mujh ko.</w:t>
      </w:r>
    </w:p>
    <w:p>
      <w:pPr>
        <w:jc w:val="right"/>
      </w:pPr>
      <w:r>
        <w:t>then I wanted to be known and I created man." ۔ میں ایک چھپا ہوا خزانہ تھا۔ پھر میں نے چاہا کہ لوگ جانیں مجھ کو۔</w:t>
      </w:r>
    </w:p>
    <w:p>
      <w:r>
        <w:rPr>
          <w:b/>
        </w:rPr>
        <w:t xml:space="preserve">[02:29] </w:t>
      </w:r>
      <w:r>
        <w:t>to maine khalq ko paida kiya. yani insan ko paida kiya. hamare jo muhaddiseen hain, woh is hadith ko zaeef ya mauzu kehte hain.</w:t>
      </w:r>
    </w:p>
    <w:p>
      <w:pPr>
        <w:jc w:val="right"/>
      </w:pPr>
      <w:r>
        <w:t>تو میں نے خلق کو پیدا کیا۔ یعنی انسان کو پیدا کیا۔ ہمارے جو محدثین ہیں، وہ اس حدیث کو ضعیف یا موضوع کہتے ہیں۔</w:t>
      </w:r>
    </w:p>
    <w:p>
      <w:r>
        <w:rPr>
          <w:b/>
        </w:rPr>
        <w:t xml:space="preserve">[02:42] </w:t>
      </w:r>
      <w:r>
        <w:t>dekhein, ek hai kisi cheez ko janchne ka tareeqa ke sanad. yani chain of narrators. is aitbar se zaroor yeh zaeef ya ho sakti hai.</w:t>
      </w:r>
    </w:p>
    <w:p>
      <w:pPr>
        <w:jc w:val="right"/>
      </w:pPr>
      <w:r>
        <w:t>دیکھیں، ایک ہے کسی چیز کو جانچ جانچنے کا طریقہ کہ سند۔ یعنی چین آف نریٹرز۔ اس اعتبار سے ضرور یہ ضعیف یا ہو سکتی ہے۔</w:t>
      </w:r>
    </w:p>
    <w:p>
      <w:r>
        <w:rPr>
          <w:b/>
        </w:rPr>
        <w:t xml:space="preserve">[02:55] </w:t>
      </w:r>
      <w:r>
        <w:t>lekin jo baat is mein kahi gayi hai, woh baat to bilkul sahi hai. yeh hadith na bhi hoti, tab bhi woh sahi hoti.</w:t>
      </w:r>
    </w:p>
    <w:p>
      <w:pPr>
        <w:jc w:val="right"/>
      </w:pPr>
      <w:r>
        <w:t>لیکن جو بات اس میں کہی گئی ہے، وہ بات تو بالکل صحیح ہے۔ یہ حدیث نہ بھی ہوتی، تب بھی وہ صحیح ہوتی۔</w:t>
      </w:r>
    </w:p>
    <w:p>
      <w:r>
        <w:rPr>
          <w:b/>
        </w:rPr>
        <w:t xml:space="preserve">[03:07] </w:t>
      </w:r>
      <w:r>
        <w:t>woh kya</w:t>
      </w:r>
    </w:p>
    <w:p>
      <w:pPr>
        <w:jc w:val="right"/>
      </w:pPr>
      <w:r>
        <w:t>وہ کیا</w:t>
      </w:r>
    </w:p>
    <w:p>
      <w:r>
        <w:rPr>
          <w:b/>
        </w:rPr>
        <w:t xml:space="preserve">[03:10] </w:t>
      </w:r>
      <w:r>
        <w:t>? khuda jo hai, woh kya hai? khuda great mind hai. sab se bara mind hai. kisi ne kaha hai ke ek mathematical mind hai jis ne yeh duniya ko banaya.</w:t>
      </w:r>
    </w:p>
    <w:p>
      <w:pPr>
        <w:jc w:val="right"/>
      </w:pPr>
      <w:r>
        <w:t>؟ خدا جو ہے، وہ کیا ہے؟ خدا گریٹ مائنڈ ہے۔ سب سے بڑا مائنڈ ہے۔ کسی نے کہا ہے کہ ایک میتھمیٹیکل مائنڈ ہے جس نے یہ دنیا کو بنایا۔</w:t>
      </w:r>
    </w:p>
    <w:p>
      <w:r>
        <w:rPr>
          <w:b/>
        </w:rPr>
        <w:t xml:space="preserve">[03:25] </w:t>
      </w:r>
      <w:r>
        <w:t>kyun ke yeh duniya jis mein hum hain, jis ko hum kainat kehte hain, har taraf is mein reason hai. har taraf meaning hai. har taraf positive activities hain.</w:t>
      </w:r>
    </w:p>
    <w:p>
      <w:pPr>
        <w:jc w:val="right"/>
      </w:pPr>
      <w:r>
        <w:t>کیونکہ یہ دنیا جس میں ہم ہیں، جس کو ہم کائنات کہتے ہیں، ہر طرف اس میں ریزن ہے۔ ہر طرف میننگ ہے۔ ہر طرف پازیٹیو ایکٹیویٹیز ہیں۔</w:t>
      </w:r>
    </w:p>
    <w:p>
      <w:r>
        <w:rPr>
          <w:b/>
        </w:rPr>
        <w:t xml:space="preserve">[03:39] </w:t>
      </w:r>
      <w:r>
        <w:t>sab reason hi reason hai.</w:t>
      </w:r>
    </w:p>
    <w:p>
      <w:pPr>
        <w:jc w:val="right"/>
      </w:pPr>
      <w:r>
        <w:t>سب ریزن ہی ریزن ہے۔</w:t>
      </w:r>
    </w:p>
    <w:p>
      <w:r>
        <w:rPr>
          <w:b/>
        </w:rPr>
        <w:t xml:space="preserve">[03:42] </w:t>
      </w:r>
      <w:r>
        <w:t>to zahir hai ke is ka jo creator hai, jo is ka banane wala hai, woh is ke andar super reason honi chahiye. to is is yeh jo duniya hai, jis mein har taraf reason hai,</w:t>
      </w:r>
    </w:p>
    <w:p>
      <w:pPr>
        <w:jc w:val="right"/>
      </w:pPr>
      <w:r>
        <w:t>تو ظاہر ہے کہ اس کا جو کریٹر ہے، جو اس کا بنانے والا ہے، وہ اس کے اندر سپر ریزن ہونی چاہیے۔ تو اس اس یہ جو دنیا ہے، جس میں ہر طرف ریزن ہے،</w:t>
      </w:r>
    </w:p>
    <w:p>
      <w:r>
        <w:rPr>
          <w:b/>
        </w:rPr>
        <w:t xml:space="preserve">[03:57] </w:t>
      </w:r>
      <w:r>
        <w:t>is ko sambhalne ke liye bhi reason chahiye.</w:t>
      </w:r>
    </w:p>
    <w:p>
      <w:pPr>
        <w:jc w:val="right"/>
      </w:pPr>
      <w:r>
        <w:t>اس کو سنبھالنے کے لیے بھی ریزن چاہیے۔</w:t>
      </w:r>
    </w:p>
    <w:p>
      <w:r>
        <w:rPr>
          <w:b/>
        </w:rPr>
        <w:t xml:space="preserve">[04:01] </w:t>
      </w:r>
      <w:r>
        <w:t>aap jante hain ke woh reason, woh mind, woh aql na to galaxy ke paas hai, na kisi star ya planet ke paas hai, na mountain aur ocean ke paas hai.</w:t>
      </w:r>
    </w:p>
    <w:p>
      <w:pPr>
        <w:jc w:val="right"/>
      </w:pPr>
      <w:r>
        <w:t>آپ جانتے ہیں کہ وہ ریزن، وہ مائنڈ، وہ عقل نہ تو گلیکسی کے پاس ہے، نہ کسی سٹار یا پلینٹ کے پاس ہے، نہ ماؤنٹین اور اوشن کے پاس ہے۔</w:t>
      </w:r>
    </w:p>
    <w:p>
      <w:r>
        <w:rPr>
          <w:b/>
        </w:rPr>
        <w:t xml:space="preserve">[04:15] </w:t>
      </w:r>
      <w:r>
        <w:t>yahan tak ke animal ke paas bhi nahi hai.</w:t>
      </w:r>
    </w:p>
    <w:p>
      <w:pPr>
        <w:jc w:val="right"/>
      </w:pPr>
      <w:r>
        <w:t>یہاں تک کہ اینیمل کے پاس بھی نہیں ہے۔</w:t>
      </w:r>
    </w:p>
    <w:p>
      <w:r>
        <w:rPr>
          <w:b/>
        </w:rPr>
        <w:t xml:space="preserve">[04:20] </w:t>
      </w:r>
      <w:r>
        <w:t>to kaha hai ke sab se bari baat jo thi, wohi is duniya mein koi janne wala na tha.</w:t>
      </w:r>
    </w:p>
    <w:p>
      <w:pPr>
        <w:jc w:val="right"/>
      </w:pPr>
      <w:r>
        <w:t>تو کہا ہے کہ سب سے بڑی بات جو تھی، وہی اس دنیا میں کوئی جاننے والا نہ تھا۔</w:t>
      </w:r>
    </w:p>
    <w:p>
      <w:r>
        <w:rPr>
          <w:b/>
        </w:rPr>
        <w:t xml:space="preserve">[04:28] </w:t>
      </w:r>
      <w:r>
        <w:t>sab se bari baat yahi thi ke aadmi khuda ko pehchane, jo super reason ka malik hai, jo aisi duniya bana sakta tha.</w:t>
      </w:r>
    </w:p>
    <w:p>
      <w:pPr>
        <w:jc w:val="right"/>
      </w:pPr>
      <w:r>
        <w:t>سب سے بڑی بات یہی تھی کہ آدمی خدا کو پہچانے، جو سپر ریزن کا مالک ہے، جو ایسی دنیا بنا سکتا تھا۔</w:t>
      </w:r>
    </w:p>
    <w:p>
      <w:r>
        <w:rPr>
          <w:b/>
        </w:rPr>
        <w:t xml:space="preserve">[04:38] </w:t>
      </w:r>
      <w:r>
        <w:t>to wohi cheez logon ke liye unknown bani hui thi, jo sab se zyada janne ki thi. to khuda ne insan ko banaya. insan ko reason di.</w:t>
      </w:r>
    </w:p>
    <w:p>
      <w:pPr>
        <w:jc w:val="right"/>
      </w:pPr>
      <w:r>
        <w:t>تو وہی چیز لوگوں کے لیے ان نون بنی ہوئی تھی، جو سب سے زیادہ جاننے کی تھی۔ تو خدا نے انسان کو بنایا۔ انسان کو ریزن دیا۔</w:t>
      </w:r>
    </w:p>
    <w:p>
      <w:r>
        <w:rPr>
          <w:b/>
        </w:rPr>
        <w:t xml:space="preserve">[04:51] </w:t>
      </w:r>
      <w:r>
        <w:t>yani woh quality jo khud khud khuda ke andar perfect aur ideal sense mein hai, uska ek chota sa hissa insan ko diya khuda ne.</w:t>
      </w:r>
    </w:p>
    <w:p>
      <w:pPr>
        <w:jc w:val="right"/>
      </w:pPr>
      <w:r>
        <w:t>یعنی وہ کوالٹی جو خود خود خدا کے اندر پرفیکٹ اور آئیڈیل سینس میں ہے، اس کا ایک چھوٹا سا حصہ انسان کو دیا خدا نے۔</w:t>
      </w:r>
    </w:p>
    <w:p>
      <w:r>
        <w:rPr>
          <w:b/>
        </w:rPr>
        <w:t xml:space="preserve">[05:05] </w:t>
      </w:r>
      <w:r>
        <w:t>yeh hai reason. aap jante hain ke hamara jo hamari jo hasti hai, woh ek body hai, ek mind hai. body to waise hi aise hai ke doosre animal ki hoti hai.</w:t>
      </w:r>
    </w:p>
    <w:p>
      <w:pPr>
        <w:jc w:val="right"/>
      </w:pPr>
      <w:r>
        <w:t>یہ ہے ریزن۔ آپ جانتے ہیں کہ ہمارا جو ہماری جو ہستی ہے، وہ ایک باڈی ہے، ایک مائنڈ ہے۔ باڈی تو ویسے ہی ایسے ہے کہ دوسرے اینیمل کی ہوتی ہے۔</w:t>
      </w:r>
    </w:p>
    <w:p>
      <w:r>
        <w:rPr>
          <w:b/>
        </w:rPr>
        <w:t xml:space="preserve">[05:19] </w:t>
      </w:r>
      <w:r>
        <w:t>to in terms of body, we are like other animals. in terms of body, we are an animal, like other animals.</w:t>
      </w:r>
    </w:p>
    <w:p>
      <w:pPr>
        <w:jc w:val="right"/>
      </w:pPr>
      <w:r>
        <w:t>تو ان ٹرم آف باڈی، وی آر لائک ادر اینیملز۔ ان ٹرم آف باڈی، وی آر این اینیمل، لائک ادر اینیملز۔</w:t>
      </w:r>
    </w:p>
    <w:p>
      <w:r>
        <w:rPr>
          <w:b/>
        </w:rPr>
        <w:t xml:space="preserve">[05:33] </w:t>
      </w:r>
      <w:r>
        <w:t>to hamari jo pehchan hai, hamari jo identity hai, woh body nahi hai, woh mind hai.</w:t>
      </w:r>
    </w:p>
    <w:p>
      <w:pPr>
        <w:jc w:val="right"/>
      </w:pPr>
      <w:r>
        <w:t>تو ہماری جو پہچان ہے، ہماری جو آئیڈینٹیٹی ہے، وہ باڈی نہیں ہے، وہ مائنڈ ہے۔</w:t>
      </w:r>
    </w:p>
    <w:p>
      <w:r>
        <w:rPr>
          <w:b/>
        </w:rPr>
        <w:t xml:space="preserve">[05:45] </w:t>
      </w:r>
      <w:r>
        <w:t>mind ke level par hum hain jo kuch hain.</w:t>
      </w:r>
    </w:p>
    <w:p>
      <w:pPr>
        <w:jc w:val="right"/>
      </w:pPr>
      <w:r>
        <w:t>مائنڈ کے لیول پر ہم ہیں جو کچھ ہیں۔</w:t>
      </w:r>
    </w:p>
    <w:p>
      <w:r>
        <w:rPr>
          <w:b/>
        </w:rPr>
        <w:t xml:space="preserve">[05:50] </w:t>
      </w:r>
      <w:r>
        <w:t>to khuda ne chaha ke ek rational being paida kare. khud khuda super rational being hai. khuda jo creator hai, woh super rational being hai.</w:t>
      </w:r>
    </w:p>
    <w:p>
      <w:pPr>
        <w:jc w:val="right"/>
      </w:pPr>
      <w:r>
        <w:t>تو خدا نے چاہا کہ ایک ریشنل بینگ پیدا کرے۔ خود خدا سپر ریشنل بینگ ہے۔ خدا جو کریٹر ہے، وہ سپر ریشنل بینگ ہے۔</w:t>
      </w:r>
    </w:p>
    <w:p>
      <w:r>
        <w:rPr>
          <w:b/>
        </w:rPr>
        <w:t xml:space="preserve">[06:03] </w:t>
      </w:r>
      <w:r>
        <w:t>woh eternal hai, woh perfect hai, woh ideal hai. to is ne insan ko banaya jo ek rational being ke taur par.</w:t>
      </w:r>
    </w:p>
    <w:p>
      <w:pPr>
        <w:jc w:val="right"/>
      </w:pPr>
      <w:r>
        <w:t>وہ ایٹرنل ہے، وہ پرفیکٹ ہے، وہ آئیڈیل ہے۔ تو اس نے انسان کو بنایا جو ایک ریشنل بینگ کے طور پر۔</w:t>
      </w:r>
    </w:p>
    <w:p>
      <w:r>
        <w:rPr>
          <w:b/>
        </w:rPr>
        <w:t xml:space="preserve">[06:16] </w:t>
      </w:r>
      <w:r>
        <w:t>tahke woh jaane.</w:t>
      </w:r>
    </w:p>
    <w:p>
      <w:pPr>
        <w:jc w:val="right"/>
      </w:pPr>
      <w:r>
        <w:t>تاکہ وہ جانے۔</w:t>
      </w:r>
    </w:p>
    <w:p>
      <w:r>
        <w:rPr>
          <w:b/>
        </w:rPr>
        <w:t xml:space="preserve">[06:19] </w:t>
      </w:r>
      <w:r>
        <w:t>dekhen, quran mein bataya gaya hai ke jab khuda ne paida kiya pehle insan ko, yani adam ko, to allama adam al asma'a kullaha.</w:t>
      </w:r>
    </w:p>
    <w:p>
      <w:pPr>
        <w:jc w:val="right"/>
      </w:pPr>
      <w:r>
        <w:t>دیکھیں، قرآن میں بتایا گیا ہے کہ جب خدا نے پیدا کیا پہلے انسان کو، یعنی آدم کو، تو علم آدم الأسماء كلها ۔</w:t>
      </w:r>
    </w:p>
    <w:p>
      <w:r>
        <w:rPr>
          <w:b/>
        </w:rPr>
        <w:t xml:space="preserve">[06:30] </w:t>
      </w:r>
      <w:r>
        <w:t>to adam ko sari baat khuda ne bata di. yani us ke unconscious mind mein rakh di. sari baat insan ke unconscious mein khuda ne daal di.</w:t>
      </w:r>
    </w:p>
    <w:p>
      <w:pPr>
        <w:jc w:val="right"/>
      </w:pPr>
      <w:r>
        <w:t>تو آدم کو ساری بات خدا نے بتا دی۔ یعنی اس کے ان کانشیس مائنڈ میں رکھ دی۔ ساری بات انسان کے ان کانشیس میں خدا نے ڈال دی۔</w:t>
      </w:r>
    </w:p>
    <w:p>
      <w:r>
        <w:rPr>
          <w:b/>
        </w:rPr>
        <w:t xml:space="preserve">[06:43] </w:t>
      </w:r>
      <w:r>
        <w:t>jo generation of generation, woh ek doosre ko mil rahi hai. ke woh jo adam ke mind mein khuda ne dala tha, sab kuch, woh sab pahunch raha hai mujh tak aur aap tak.</w:t>
      </w:r>
    </w:p>
    <w:p>
      <w:pPr>
        <w:jc w:val="right"/>
      </w:pPr>
      <w:r>
        <w:t>جو جنریشن آف جنریشن، وہ ایک دوسرے کو مل رہی ہے۔ کہ وہ جو آدم کے مائنڈ میں خدا نے ڈالا تھا، سب کچھ، وہ سب پہنچ رہا ہے مجھ تک اور آپ تک۔</w:t>
      </w:r>
    </w:p>
    <w:p>
      <w:r>
        <w:rPr>
          <w:b/>
        </w:rPr>
        <w:t xml:space="preserve">[06:57] </w:t>
      </w:r>
      <w:r>
        <w:t>jis mani ke sab kuch potentially hamare mind mein maujood hai. ab kya karna hai? is ko unfold karna hai. unfold kaise hum karenge?</w:t>
      </w:r>
    </w:p>
    <w:p>
      <w:pPr>
        <w:jc w:val="right"/>
      </w:pPr>
      <w:r>
        <w:t>جس معنی کہ سب کچھ پوٹینشلی ہمارے مائنڈ میں موجود ہے۔ اب کیا کرنا ہے؟ اس کو ان فولڈ کرنا ہے۔ ان فولڈ کیسے ہم کریں گے؟</w:t>
      </w:r>
    </w:p>
    <w:p>
      <w:r>
        <w:rPr>
          <w:b/>
        </w:rPr>
        <w:t xml:space="preserve">[07:09] </w:t>
      </w:r>
      <w:r>
        <w:t>reason ko istemal kar ke.</w:t>
      </w:r>
    </w:p>
    <w:p>
      <w:pPr>
        <w:jc w:val="right"/>
      </w:pPr>
      <w:r>
        <w:t>ریزن کو استعمال کر کے۔</w:t>
      </w:r>
    </w:p>
    <w:p>
      <w:r>
        <w:rPr>
          <w:b/>
        </w:rPr>
        <w:t xml:space="preserve">[07:13] </w:t>
      </w:r>
      <w:r>
        <w:t>reason ko istemal kar ke hi hum is ko unfold karenge aur khuda ki glory ko janenge. ek anokhi baat hai ke poori history mein aisa hua ke insan reason ko sahi dhang par istemal na kar saka.</w:t>
      </w:r>
    </w:p>
    <w:p>
      <w:pPr>
        <w:jc w:val="right"/>
      </w:pPr>
      <w:r>
        <w:t>ریزن کو استعمال کر کے ہی ہم اس کو ان فولڈ کریں گے اور خدا کی گلوری کو جانیں گے۔ ایک انوکھی بات ہے کہ پوری ہسٹری میں ایسا ہوا کہ انسان ریزن کو صحیح ڈھنگ پر استعمال نہ کر سکا۔</w:t>
      </w:r>
    </w:p>
    <w:p>
      <w:r>
        <w:rPr>
          <w:b/>
        </w:rPr>
        <w:t xml:space="preserve">[07:30] </w:t>
      </w:r>
      <w:r>
        <w:t>sab se pehle aap dekhiye, history batati hai ke insan sab se pehle nature ko poochta tha. nature worship</w:t>
      </w:r>
    </w:p>
    <w:p>
      <w:pPr>
        <w:jc w:val="right"/>
      </w:pPr>
      <w:r>
        <w:t>سب سے پہلے آپ دیکھیے، ہسٹری بتاتی ہے کہ انسان سب سے پہلے نیچر کو پوچھتا تھا۔ نیچر ورشپ</w:t>
      </w:r>
    </w:p>
    <w:p>
      <w:r>
        <w:rPr>
          <w:b/>
        </w:rPr>
        <w:t xml:space="preserve">[07:41] </w:t>
      </w:r>
      <w:r>
        <w:t>. yeh jo nature hai, aap jante hain ke lafz nature jo hai, woh poore kainat ke liye bola jata hai. jis cheez ko hum urdu mein kehte hain kainat, usi ko nature kaha jata hai.</w:t>
      </w:r>
    </w:p>
    <w:p>
      <w:pPr>
        <w:jc w:val="right"/>
      </w:pPr>
      <w:r>
        <w:t>۔ یہ جو نیچر ہے، آپ جانتے ہیں کہ لفظ نیچر جو ہے، وہ پورے کائنات کے لیے بولا جاتا ہے۔ جس چیز کو ہم اردو میں کہتے ہیں کائنات، اسی کو نیچر کہا جاتا ہے۔</w:t>
      </w:r>
    </w:p>
    <w:p>
      <w:r>
        <w:rPr>
          <w:b/>
        </w:rPr>
        <w:t xml:space="preserve">[07:53] </w:t>
      </w:r>
      <w:r>
        <w:t>sab kuch jo hum jante hain apne bahar, woh sab nature hai. to nature mein sab kuch chupa hua tha. ab is ko unfold karna tha.</w:t>
      </w:r>
    </w:p>
    <w:p>
      <w:pPr>
        <w:jc w:val="right"/>
      </w:pPr>
      <w:r>
        <w:t>سب کچھ جو ہم جانتے ہیں اپنے باہر، وہ سب نیچر ہے۔ تو نیچر میں سب کچھ چھپا ہوا تھا۔ اب اس کو ان فولڈ کرنا تھا۔</w:t>
      </w:r>
    </w:p>
    <w:p>
      <w:r>
        <w:rPr>
          <w:b/>
        </w:rPr>
        <w:t xml:space="preserve">[08:06] </w:t>
      </w:r>
      <w:r>
        <w:t>kaise insan unfold karega? woh reason ke through</w:t>
      </w:r>
    </w:p>
    <w:p>
      <w:pPr>
        <w:jc w:val="right"/>
      </w:pPr>
      <w:r>
        <w:t>کیسے انسان ان فولڈ کرے گا؟ وہ ریزن کے تھرو</w:t>
      </w:r>
    </w:p>
    <w:p>
      <w:r>
        <w:rPr>
          <w:b/>
        </w:rPr>
        <w:t xml:space="preserve">[08:11] </w:t>
      </w:r>
      <w:r>
        <w:t>. jaise misaal ke taur par pani hai. pani mein steam power chupa hua hai. pani ke andar steam power chupa hua hai.</w:t>
      </w:r>
    </w:p>
    <w:p>
      <w:pPr>
        <w:jc w:val="right"/>
      </w:pPr>
      <w:r>
        <w:t>۔ جیسے مثال کے طور پر پانی ہے۔ پانی میں اسٹیم پاور چھپا ہوا ہے۔ پانی کے اندر اسٹیم پاور چھپا ہوا ہے۔</w:t>
      </w:r>
    </w:p>
    <w:p>
      <w:r>
        <w:rPr>
          <w:b/>
        </w:rPr>
        <w:t xml:space="preserve">[08:21] </w:t>
      </w:r>
      <w:r>
        <w:t>to kaise janenge aap? us ki discovery kar ke janenge. apne mind ko istemal kar ke janenge. to hua yeh hai ke insan shuru hi se nature ko poojne laga.</w:t>
      </w:r>
    </w:p>
    <w:p>
      <w:pPr>
        <w:jc w:val="right"/>
      </w:pPr>
      <w:r>
        <w:t>تو کیسے جانیں گے آپ؟ اس کی ڈسکوری کر کے جانیں گے۔ اپنے مائنڈ کو استعمال کر کے جانیں گے۔ تو ہوا یہ ہے کہ انسان شروع ہی سے نیچر کو پوجنے لگا۔</w:t>
      </w:r>
    </w:p>
    <w:p>
      <w:r>
        <w:rPr>
          <w:b/>
        </w:rPr>
        <w:t xml:space="preserve">[08:37] </w:t>
      </w:r>
      <w:r>
        <w:t>quran mein ek rabana kathira.</w:t>
      </w:r>
    </w:p>
    <w:p>
      <w:pPr>
        <w:jc w:val="right"/>
      </w:pPr>
      <w:r>
        <w:t>قرآن میں ایک ربنا کثیرا۔</w:t>
      </w:r>
    </w:p>
    <w:p>
      <w:r>
        <w:rPr>
          <w:b/>
        </w:rPr>
        <w:t xml:space="preserve">[08:40] </w:t>
      </w:r>
      <w:r>
        <w:t>jab us ne dekha ke suraj chamak raha hai, chand chamak raha hai, mountain jo hai buland hain, darya beh rahi hai, peir khade hue hain, to inhi cheezon ko samjha ke yahi hai devta, yahi hai khuda.</w:t>
      </w:r>
    </w:p>
    <w:p>
      <w:pPr>
        <w:jc w:val="right"/>
      </w:pPr>
      <w:r>
        <w:t>جب اس نے دیکھا کہ سورج چمک رہا ہے، چاند چمک رہا ہے، ماؤنٹین جو ہے بلند ہیں، دریا بہہ رہی ہے، پیڑ کھڑے ہوئے ہیں، تو انہی چیزوں کو سمجھا کہ یہی ہے دیوتا، یہی ہے خدا۔</w:t>
      </w:r>
    </w:p>
    <w:p>
      <w:r>
        <w:rPr>
          <w:b/>
        </w:rPr>
        <w:t xml:space="preserve">[08:53] </w:t>
      </w:r>
      <w:r>
        <w:t>to inhi ko poojne laga. is se jo culture bana, woh tha, us ko kehte hain history mein nature worship.</w:t>
      </w:r>
    </w:p>
    <w:p>
      <w:pPr>
        <w:jc w:val="right"/>
      </w:pPr>
      <w:r>
        <w:t>تو انہی کو پوجنے لگا۔ اس سے جو کلچر بنا، وہ تھا، اس کو کہتے ہیں ہسٹری میں نیچر ورشپ۔</w:t>
      </w:r>
    </w:p>
    <w:p>
      <w:r>
        <w:rPr>
          <w:b/>
        </w:rPr>
        <w:t xml:space="preserve">[09:04] </w:t>
      </w:r>
      <w:r>
        <w:t>to nature worship poori history mein yahan se wahan tak jaari rahi.</w:t>
      </w:r>
    </w:p>
    <w:p>
      <w:pPr>
        <w:jc w:val="right"/>
      </w:pPr>
      <w:r>
        <w:t>تو نیچر ورشپ پوری ہسٹری میں یہاں سے وہاں تک جاری رہی۔</w:t>
      </w:r>
    </w:p>
    <w:p>
      <w:r>
        <w:rPr>
          <w:b/>
        </w:rPr>
        <w:t xml:space="preserve">[09:09] </w:t>
      </w:r>
      <w:r>
        <w:t>to is mein kya hua? nature jo hai, ek mysterious cheez ban gayi. jo god mysterious hota hai, secret cheez ban gayi.</w:t>
      </w:r>
    </w:p>
    <w:p>
      <w:pPr>
        <w:jc w:val="right"/>
      </w:pPr>
      <w:r>
        <w:t>تو اس میں کیا ہوا؟ نیچر جو ہے، ایک مسٹیریس چیز بن گئی۔ جو گاڈ مسٹیریس ہوتا ہے، سیکرٹ چیز بن گئی۔</w:t>
      </w:r>
    </w:p>
    <w:p>
      <w:r>
        <w:rPr>
          <w:b/>
        </w:rPr>
        <w:t xml:space="preserve">[09:20] </w:t>
      </w:r>
      <w:r>
        <w:t>to reason ka wahan par application nahi raha. jab aap ne, jab aap ne nature ko god samajh liya, is ka matlab yeh hua ke aap apne apne apne reason ko apply nahi karenge wahan par.</w:t>
      </w:r>
    </w:p>
    <w:p>
      <w:pPr>
        <w:jc w:val="right"/>
      </w:pPr>
      <w:r>
        <w:t>تو ریزن کا وہاں پر ایپلیکیشن نہیں رہا۔ جب آپ نے، جب آپ نے نیچر کو گاڈ سمجھ لیا، اس کا مطلب یہ ہوا کہ آپ اپنے اپنے اپنے ریزن کو اپلائی نہیں کریں گے وہاں پر۔</w:t>
      </w:r>
    </w:p>
    <w:p>
      <w:r>
        <w:rPr>
          <w:b/>
        </w:rPr>
        <w:t xml:space="preserve">[09:34] </w:t>
      </w:r>
      <w:r>
        <w:t>god to god hai.</w:t>
      </w:r>
    </w:p>
    <w:p>
      <w:pPr>
        <w:jc w:val="right"/>
      </w:pPr>
      <w:r>
        <w:t>گاڈ تو گاڈ ہے۔</w:t>
      </w:r>
    </w:p>
    <w:p>
      <w:r>
        <w:rPr>
          <w:b/>
        </w:rPr>
        <w:t xml:space="preserve">[09:37] </w:t>
      </w:r>
      <w:r>
        <w:t>isi liye aap jante hain, kabhi insan yeh soch nahi saka ke woh chand par qadam rakhe. is zamane mein soch saka jab ke science ka zamana aaya.</w:t>
      </w:r>
    </w:p>
    <w:p>
      <w:pPr>
        <w:jc w:val="right"/>
      </w:pPr>
      <w:r>
        <w:t>اسی لیے آپ جانتے ہیں، کبھی انسان یہ سوچ نہیں سکا کہ وہ چاند پر قدم رکھے۔ اس زمانے میں سوچ سکا جب کہ سائنس کا زمانہ آیا۔</w:t>
      </w:r>
    </w:p>
    <w:p>
      <w:r>
        <w:rPr>
          <w:b/>
        </w:rPr>
        <w:t xml:space="preserve">[09:48] </w:t>
      </w:r>
      <w:r>
        <w:t>to nature ko explore karna, us ke liye zaroorat thi ke aadmi reason ko apply kare.</w:t>
      </w:r>
    </w:p>
    <w:p>
      <w:pPr>
        <w:jc w:val="right"/>
      </w:pPr>
      <w:r>
        <w:t>تو نیچر کو ایکسپلور کرنا، اس کے لیے ضرورت تھی کہ آدمی ریزن کو اپلائی کرے۔</w:t>
      </w:r>
    </w:p>
    <w:p>
      <w:r>
        <w:rPr>
          <w:b/>
        </w:rPr>
        <w:t xml:space="preserve">[09:56] </w:t>
      </w:r>
      <w:r>
        <w:t>to lekin nature ko us ne secret maan liya. nature ko us mysterious maan liya. nature ko god maan liya. to reason ko apply karne ka mind hi khatam ho gaya.</w:t>
      </w:r>
    </w:p>
    <w:p>
      <w:pPr>
        <w:jc w:val="right"/>
      </w:pPr>
      <w:r>
        <w:t>تو لیکن نیچر کو اس نے سیکرٹ مان لیا۔ نیچر کو اس مسٹیریس مان لیا۔ نیچر کو گاڈ مان لیا۔ تو ریزن کو اپلائی کرنے کا مائنڈ ہی ختم ہو گیا۔</w:t>
      </w:r>
    </w:p>
    <w:p>
      <w:r>
        <w:rPr>
          <w:b/>
        </w:rPr>
        <w:t xml:space="preserve">[10:10] </w:t>
      </w:r>
      <w:r>
        <w:t>ab dekhen, kitna bara loss tha yeh. kitna bara loss tha yeh. dekhen, isi par hazaron hazar saal beet gaye.</w:t>
      </w:r>
    </w:p>
    <w:p>
      <w:pPr>
        <w:jc w:val="right"/>
      </w:pPr>
      <w:r>
        <w:t>اب دیکھیں، کتنا بڑا لاس تھا یہ۔ کتنا بڑا لاس تھا یہ۔ دیکھیں، اسی پر ہزاروں ہزار سال بیت گئے۔</w:t>
      </w:r>
    </w:p>
    <w:p>
      <w:r>
        <w:rPr>
          <w:b/>
        </w:rPr>
        <w:t xml:space="preserve">[10:22] </w:t>
      </w:r>
      <w:r>
        <w:t>is ke baad islam, yani profit of islam aaye. wahan se history mein ek naya zamana shuru hota hai.</w:t>
      </w:r>
    </w:p>
    <w:p>
      <w:pPr>
        <w:jc w:val="right"/>
      </w:pPr>
      <w:r>
        <w:t>اس کے بعد اسلام، یعنی پرافٹ آف اسلام آئے۔ وہاں سے ہسٹری میں ایک نیا زمانہ شروع ہوتا ہے۔</w:t>
      </w:r>
    </w:p>
    <w:p>
      <w:r>
        <w:rPr>
          <w:b/>
        </w:rPr>
        <w:t xml:space="preserve">[10:34] </w:t>
      </w:r>
      <w:r>
        <w:t>mujh se ek martaba lucknow mein jab mein tha, ghaliban 1965 mein, to ek bare scholar wahan par thay jo atheist thay.</w:t>
      </w:r>
    </w:p>
    <w:p>
      <w:pPr>
        <w:jc w:val="right"/>
      </w:pPr>
      <w:r>
        <w:t>مجھ سے ایک مرتبہ لکھنو میں جب میں تھا، غالباً 1965 میں، تو ایک بڑے سکالر وہاں پر تھے جو اتھیسٹ تھے۔</w:t>
      </w:r>
    </w:p>
    <w:p>
      <w:r>
        <w:rPr>
          <w:b/>
        </w:rPr>
        <w:t xml:space="preserve">[10:44] </w:t>
      </w:r>
      <w:r>
        <w:t>har mazhab ko nahi mante thay. kisi mazhab ko nahi mante thay.</w:t>
      </w:r>
    </w:p>
    <w:p>
      <w:pPr>
        <w:jc w:val="right"/>
      </w:pPr>
      <w:r>
        <w:t>ہر مذہب کو نہیں مانتے تھے۔ کسی مذہب کو نہیں مانتے تھے۔</w:t>
      </w:r>
    </w:p>
    <w:p>
      <w:r>
        <w:rPr>
          <w:b/>
        </w:rPr>
        <w:t xml:space="preserve">[10:50] </w:t>
      </w:r>
      <w:r>
        <w:t>to by birth woh ek hindu thay. lekin woh hindu thay na musalman thay, woh kuch bhi nahi thay. bas woh atheist thay. to baat cheet ho rahi thi un se.</w:t>
      </w:r>
    </w:p>
    <w:p>
      <w:pPr>
        <w:jc w:val="right"/>
      </w:pPr>
      <w:r>
        <w:t>تو بائے برتھ وہ ایک ہندو تھے۔ لیکن وہ ہندو تھے نہ مسلمان تھے، وہ کچھ بھی نہیں تھے۔ بس وہ اتھیسٹ تھے۔ تو بات چیت ہو رہی تھی ان سے۔</w:t>
      </w:r>
    </w:p>
    <w:p>
      <w:r>
        <w:rPr>
          <w:b/>
        </w:rPr>
        <w:t xml:space="preserve">[11:03] </w:t>
      </w:r>
      <w:r>
        <w:t>mere sath iftikhar azmi sahib thay is waqt. iftikhar azmi hamare adampur zile ke thay. inhi ke woh dost thay.</w:t>
      </w:r>
    </w:p>
    <w:p>
      <w:pPr>
        <w:jc w:val="right"/>
      </w:pPr>
      <w:r>
        <w:t>میرے ساتھ افتخار عازمی صاحب تھے اس وقت۔ افتخار عازمی ہمارے آدم گڑھ ضلعے کے تھے۔ انہی کے وہ دوست تھے۔</w:t>
      </w:r>
    </w:p>
    <w:p>
      <w:r>
        <w:rPr>
          <w:b/>
        </w:rPr>
        <w:t xml:space="preserve">[11:12] </w:t>
      </w:r>
      <w:r>
        <w:t>to wohi mujhe le gaye thay wahan par. to mein tha, iftikhar azmi thay aur woh thay.</w:t>
      </w:r>
    </w:p>
    <w:p>
      <w:pPr>
        <w:jc w:val="right"/>
      </w:pPr>
      <w:r>
        <w:t>تو وہی مجھے لے گئے تھے وہاں پر۔ تو میں تھا، افتخار عازمی تھے اور وہ تھے۔</w:t>
      </w:r>
    </w:p>
    <w:p>
      <w:r>
        <w:rPr>
          <w:b/>
        </w:rPr>
        <w:t xml:space="preserve">[11:19] </w:t>
      </w:r>
      <w:r>
        <w:t>to baat karte hi unhon ne kaha ke muhammad ko agar tareekh se nikal diya jaye to tareekh mein kya kabhi reh jayegi?</w:t>
      </w:r>
    </w:p>
    <w:p>
      <w:pPr>
        <w:jc w:val="right"/>
      </w:pPr>
      <w:r>
        <w:t>تو بات کرتے ہی انہوں نے کہا کہ محمد کو اگر تاریخ سے نکال دیا جائے تو تاریخ میں کیا کبھی رہ جائے گی؟</w:t>
      </w:r>
    </w:p>
    <w:p>
      <w:r>
        <w:rPr>
          <w:b/>
        </w:rPr>
        <w:t xml:space="preserve">[11:29] </w:t>
      </w:r>
      <w:r>
        <w:t>yani if we remove muhammad from history I don't think we can we would lose anything we will lose anything</w:t>
      </w:r>
    </w:p>
    <w:p>
      <w:pPr>
        <w:jc w:val="right"/>
      </w:pPr>
      <w:r>
        <w:t>یعنی if we remove محمد from history I don't think we can we would lose anything we will lose anything</w:t>
      </w:r>
    </w:p>
    <w:p>
      <w:r>
        <w:rPr>
          <w:b/>
        </w:rPr>
        <w:t xml:space="preserve">[11:45] </w:t>
      </w:r>
      <w:r>
        <w:t>kyun unhon ne kaha aisa? unhon ne dekha ke yahan se wahan tak insan ne reason ko apply nahi kiya, kuch hasil nahi kar saka.</w:t>
      </w:r>
    </w:p>
    <w:p>
      <w:pPr>
        <w:jc w:val="right"/>
      </w:pPr>
      <w:r>
        <w:t>کیوں انہوں نے کہا ایسا؟ انہوں نے دیکھا کہ یہاں سے وہاں تک انسان نے ریزن کو اپلائی نہیں کیا، کچھ حاصل نہیں کر سکا۔</w:t>
      </w:r>
    </w:p>
    <w:p>
      <w:r>
        <w:rPr>
          <w:b/>
        </w:rPr>
        <w:t xml:space="preserve">[11:54] </w:t>
      </w:r>
      <w:r>
        <w:t>jo kuch mila, woh to ab mila hai. teen sau saal ke andar. lekin mein yeh kahunga ke is ki jo is naye process ki beginning jo hai, muhammad ne shuru ki.</w:t>
      </w:r>
    </w:p>
    <w:p>
      <w:pPr>
        <w:jc w:val="right"/>
      </w:pPr>
      <w:r>
        <w:t>جو کچھ ملا، وہ تو اب ملا ہے۔ تین سو سال کے اندر۔ لیکن میں یہ کہوں گا کہ اس کی جو اس نئے پروسیس کی بگنی جو ہے، محمد نے شروع کی۔</w:t>
      </w:r>
    </w:p>
    <w:p>
      <w:r>
        <w:rPr>
          <w:b/>
        </w:rPr>
        <w:t xml:space="preserve">[12:08] </w:t>
      </w:r>
      <w:r>
        <w:t>muhammad sallallahu alaihi wasallam ne.</w:t>
      </w:r>
    </w:p>
    <w:p>
      <w:pPr>
        <w:jc w:val="right"/>
      </w:pPr>
      <w:r>
        <w:t>محمد صلی اللہ علیہ وسلم نے۔</w:t>
      </w:r>
    </w:p>
    <w:p>
      <w:r>
        <w:rPr>
          <w:b/>
        </w:rPr>
        <w:t xml:space="preserve">[12:12] </w:t>
      </w:r>
      <w:r>
        <w:t>yani nature ko khuda na samajh kar ke nature ko taskheer ka mozu banaya. taskheer ka subject. yani nature ko explore karo.</w:t>
      </w:r>
    </w:p>
    <w:p>
      <w:pPr>
        <w:jc w:val="right"/>
      </w:pPr>
      <w:r>
        <w:t>یعنی نیچر کو خدا نہ سمجھ کر کہ نیچر کو تسخیر کا موضوع بنایا۔ تسخیر کا سبجیکٹ۔ یعنی نیچر کو ایکسپلور کرو۔</w:t>
      </w:r>
    </w:p>
    <w:p>
      <w:r>
        <w:rPr>
          <w:b/>
        </w:rPr>
        <w:t xml:space="preserve">[12:21] </w:t>
      </w:r>
      <w:r>
        <w:t>nature ko jano. nature ko discover karo. is ko istemal karo. yeh zehan pehle tha hi nahi. yeh tha hi nahi.</w:t>
      </w:r>
    </w:p>
    <w:p>
      <w:pPr>
        <w:jc w:val="right"/>
      </w:pPr>
      <w:r>
        <w:t>نیچر کو جانو۔ نیچر کو ڈسکور کرو۔ اس کو استعمال کرو۔ یہ ذہن پہلے تھا ہی نہیں۔ یہ تھا ہی نہیں۔</w:t>
      </w:r>
    </w:p>
    <w:p>
      <w:r>
        <w:rPr>
          <w:b/>
        </w:rPr>
        <w:t xml:space="preserve">[12:34] </w:t>
      </w:r>
      <w:r>
        <w:t>jo mind tha, jo soch tha, woh yahi tha pehle ke yeh sab cheezein secret hain, yeh mysterious hain, inhe to bas poojna hai aur in ke aage to jhukna hai bas.</w:t>
      </w:r>
    </w:p>
    <w:p>
      <w:pPr>
        <w:jc w:val="right"/>
      </w:pPr>
      <w:r>
        <w:t>جو مائنڈ تھا، جو سوچ تھا، وہ یہی تھا پہلے کہ یہ سب چیزیں سیکرٹ ہیں، یہ مسٹیریس ہیں، انہیں تو بس پوجنا ہے اور ان کے آگے تو جھکنا ہے بس۔</w:t>
      </w:r>
    </w:p>
    <w:p>
      <w:r>
        <w:rPr>
          <w:b/>
        </w:rPr>
        <w:t xml:space="preserve">[12:46] </w:t>
      </w:r>
      <w:r>
        <w:t>to jab nature ko divinities hataya gaya, jo jo ke islam ne hataya. yani history mein pehli bar nature ko divinity ke maqam se hataya gaya islam ke zamane mein.</w:t>
      </w:r>
    </w:p>
    <w:p>
      <w:pPr>
        <w:jc w:val="right"/>
      </w:pPr>
      <w:r>
        <w:t>تو جب نیچر کو ڈیوینیٹیز ہٹایا گیا، جو جو کہ اسلام نے ہٹایا۔ یعنی ہسٹری میں پہلی بار نیچر کو ڈیوینیٹی کے مقام سے ہٹایا گیا اسلام کے زمانے میں۔</w:t>
      </w:r>
    </w:p>
    <w:p>
      <w:r>
        <w:rPr>
          <w:b/>
        </w:rPr>
        <w:t xml:space="preserve">[13:00] </w:t>
      </w:r>
      <w:r>
        <w:t>tab ek naya process shuru hua.</w:t>
      </w:r>
    </w:p>
    <w:p>
      <w:pPr>
        <w:jc w:val="right"/>
      </w:pPr>
      <w:r>
        <w:t>تب ایک نیا پروسیس شروع ہوا۔</w:t>
      </w:r>
    </w:p>
    <w:p>
      <w:r>
        <w:rPr>
          <w:b/>
        </w:rPr>
        <w:t xml:space="preserve">[13:03] </w:t>
      </w:r>
      <w:r>
        <w:t>yani thinking ko apply kiya insan ne nature ke upar. phir ek ke baad ek cheezein daryaft hone lagin. yeh jo process tha, yahi tha science ki beginning.</w:t>
      </w:r>
    </w:p>
    <w:p>
      <w:pPr>
        <w:jc w:val="right"/>
      </w:pPr>
      <w:r>
        <w:t>یعنی تھنکنگ کو اپلائی کیا انسان نے نیچر کے اوپر۔ پھر ایک کے بعد ایک چیزیں دریافت ہونے لگیں۔ یہ جو پروسیس تھا، یہی تھا سائنس کی بگننگ۔</w:t>
      </w:r>
    </w:p>
    <w:p>
      <w:r>
        <w:rPr>
          <w:b/>
        </w:rPr>
        <w:t xml:space="preserve">[13:17] </w:t>
      </w:r>
      <w:r>
        <w:t>jo makkah mein shuru hui, phir madina pahunchi, phir damishq pahunchi, phir baghdad pahunchi. to science ki beginning darasal yahi hui thi.</w:t>
      </w:r>
    </w:p>
    <w:p>
      <w:pPr>
        <w:jc w:val="right"/>
      </w:pPr>
      <w:r>
        <w:t>جو مکہ میں شروع ہوئی، پھر مدینہ پہنچی، پھر دمشق پہنچی، پھر بغداد پہنچی۔ تو سائنس کی بگننگ دراصل یہی ہوئی تھی۔</w:t>
      </w:r>
    </w:p>
    <w:p>
      <w:r>
        <w:rPr>
          <w:b/>
        </w:rPr>
        <w:t xml:space="preserve">[13:28] </w:t>
      </w:r>
      <w:r>
        <w:t>lekin science bohat aage musalman na badha sake. is ka kyun aisa hua?</w:t>
      </w:r>
    </w:p>
    <w:p>
      <w:pPr>
        <w:jc w:val="right"/>
      </w:pPr>
      <w:r>
        <w:t>لیکن سائنس بہت آگے مسلمان نہ بڑھا سکے۔ اس کا کیوں ایسا ہوا؟</w:t>
      </w:r>
    </w:p>
    <w:p>
      <w:r>
        <w:rPr>
          <w:b/>
        </w:rPr>
        <w:t xml:space="preserve">[13:33] </w:t>
      </w:r>
      <w:r>
        <w:t>is ko samjhiye aap. jab islam ya musalman pahunche, yani damishq aur baghdad tak, qahirah tak.</w:t>
      </w:r>
    </w:p>
    <w:p>
      <w:pPr>
        <w:jc w:val="right"/>
      </w:pPr>
      <w:r>
        <w:t>اس کو سمجھیے آپ۔ جب اسلام یا مسلمان پہنچے، یعنی دمشق اور بغداد تک، قاہرہ تک۔</w:t>
      </w:r>
    </w:p>
    <w:p>
      <w:r>
        <w:rPr>
          <w:b/>
        </w:rPr>
        <w:t xml:space="preserve">[13:44] </w:t>
      </w:r>
      <w:r>
        <w:t>yani jab hukumat in ka empire jab ban gaya. to is zamane mein pehli ghalati jo hui, woh yeh hui ke philosophy ko unhon ne ilm samjha.</w:t>
      </w:r>
    </w:p>
    <w:p>
      <w:pPr>
        <w:jc w:val="right"/>
      </w:pPr>
      <w:r>
        <w:t>یعنی جب حکومت ان کا ایمپائر جب بن گیا۔ تو اس زمانے میں پہلی غلطی جو ہوئی، وہ یہ ہوئی کہ فلاسفی کو انہوں نے علم سمجھا۔</w:t>
      </w:r>
    </w:p>
    <w:p>
      <w:r>
        <w:rPr>
          <w:b/>
        </w:rPr>
        <w:t xml:space="preserve">[13:56] </w:t>
      </w:r>
      <w:r>
        <w:t>greek philosophy ka domination tha is zamane mein.</w:t>
      </w:r>
    </w:p>
    <w:p>
      <w:pPr>
        <w:jc w:val="right"/>
      </w:pPr>
      <w:r>
        <w:t>گریک فلاسفی کا ڈومینیشن تھا اس زمانے میں۔</w:t>
      </w:r>
    </w:p>
    <w:p>
      <w:r>
        <w:rPr>
          <w:b/>
        </w:rPr>
        <w:t xml:space="preserve">[14:00] </w:t>
      </w:r>
      <w:r>
        <w:t>yani queen of art samjha jata tha philosophy ko. ab to nahi hai. woh zamana tha jab ke philosophy ko queen of art samjha jata tha. sab se bara ilm.</w:t>
      </w:r>
    </w:p>
    <w:p>
      <w:pPr>
        <w:jc w:val="right"/>
      </w:pPr>
      <w:r>
        <w:t>یعنی کوئین آف آرٹ سمجھا جاتا تھا فلاسفی کو۔ اب تو نہیں ہے۔ وہ زمانہ تھا جب کہ فلاسفی کو کوئین آف آرٹ سمجھا جاتا تھا۔ سب سے بڑا علم۔</w:t>
      </w:r>
    </w:p>
    <w:p>
      <w:r>
        <w:rPr>
          <w:b/>
        </w:rPr>
        <w:t xml:space="preserve">[14:11] </w:t>
      </w:r>
      <w:r>
        <w:t>to abbasi khilafat ke zamane mein yeh hua ke sab woh mangao sari kitaben. to misr, egypt ke library mein maujood theen.</w:t>
      </w:r>
    </w:p>
    <w:p>
      <w:pPr>
        <w:jc w:val="right"/>
      </w:pPr>
      <w:r>
        <w:t>تو عباسی خلافت کے زمانے میں یہ ہوا کہ سب وہ منگاؤ ساری کتابیں۔ تو مصر، ایجپٹ کے لائبریری میں موجود تھیں۔</w:t>
      </w:r>
    </w:p>
    <w:p>
      <w:r>
        <w:rPr>
          <w:b/>
        </w:rPr>
        <w:t xml:space="preserve">[14:24] </w:t>
      </w:r>
      <w:r>
        <w:t>sirya ki library mein maujood theen. to jagah jagah se kitabein mangai janay lagin.</w:t>
      </w:r>
    </w:p>
    <w:p>
      <w:pPr>
        <w:jc w:val="right"/>
      </w:pPr>
      <w:r>
        <w:t>سیریا کی لائبریری میں موجود تھیں۔ تو جگہ جگہ سے کتابیں منگائی جانے لگیں۔</w:t>
      </w:r>
    </w:p>
    <w:p>
      <w:r>
        <w:rPr>
          <w:b/>
        </w:rPr>
        <w:t xml:space="preserve">[14:31] </w:t>
      </w:r>
      <w:r>
        <w:t>isi ko lihali ne kaha hai ke hareemi khilafat mein oonton par lat kar chale jatay thay misr o yunan ke daftar.</w:t>
      </w:r>
    </w:p>
    <w:p>
      <w:pPr>
        <w:jc w:val="right"/>
      </w:pPr>
      <w:r>
        <w:t>اسی کو لحالی نے کہا ہے کہ حریمی خلافت میں اونٹوں پر لت کر چلے جاتے تھے مصر و یونہ کے دفتر۔</w:t>
      </w:r>
    </w:p>
    <w:p>
      <w:r>
        <w:rPr>
          <w:b/>
        </w:rPr>
        <w:t xml:space="preserve">[14:41] </w:t>
      </w:r>
      <w:r>
        <w:t>ab is ka translation kiya gaya arabic language mein. parha logon ne. to philosophy ban gayi logon ka charchaa. ab charchaa honay laga inhi inhi philosophical questions ka.</w:t>
      </w:r>
    </w:p>
    <w:p>
      <w:pPr>
        <w:jc w:val="right"/>
      </w:pPr>
      <w:r>
        <w:t>اب اس کا ٹرانسلیشن کیا گیا عربک لینگویج میں۔ پڑھا لوگوں نے۔ تو فلاسفی بن گئی لوگوں کا چرچہ۔ اب چرچہ ہونے لگا انہی انہی فیویکل کوئسچنز کا۔</w:t>
      </w:r>
    </w:p>
    <w:p>
      <w:r>
        <w:rPr>
          <w:b/>
        </w:rPr>
        <w:t xml:space="preserve">[14:56] </w:t>
      </w:r>
      <w:r>
        <w:t>aur philosophy the thing but an art of confusion</w:t>
      </w:r>
    </w:p>
    <w:p>
      <w:pPr>
        <w:jc w:val="right"/>
      </w:pPr>
      <w:r>
        <w:t>اور فلاسفی the thing but an art of confusion</w:t>
      </w:r>
    </w:p>
    <w:p>
      <w:r>
        <w:rPr>
          <w:b/>
        </w:rPr>
        <w:t xml:space="preserve">[15:02] </w:t>
      </w:r>
      <w:r>
        <w:t>philosophy itna dominate kiya philosophy ne to khayali baat hai. misaal ke taur par philosophy mein kya hota tha? isi se ilm-e-kalam bana.</w:t>
      </w:r>
    </w:p>
    <w:p>
      <w:pPr>
        <w:jc w:val="right"/>
      </w:pPr>
      <w:r>
        <w:t>فلاسفی اتنا ڈومینیٹ کیا فلاسفی نے تو خیالی بات ہے۔ مثلاً فلاسفی میں کیا ہوتا تھا؟ اسی سے علم کلام بنا۔</w:t>
      </w:r>
    </w:p>
    <w:p>
      <w:r>
        <w:rPr>
          <w:b/>
        </w:rPr>
        <w:t xml:space="preserve">[15:13] </w:t>
      </w:r>
      <w:r>
        <w:t>yani ilm-e-kalam jis ko mutakallimeen kehte hain hum. to philosophy ke zer asar unhon ne ilm-e-kalam banaya. jis ko ab theology kaha jata hai.</w:t>
      </w:r>
    </w:p>
    <w:p>
      <w:pPr>
        <w:jc w:val="right"/>
      </w:pPr>
      <w:r>
        <w:t>یعنی علم کلام جس کو متکلمین کہتے ہیں ہم۔ تو فلاسفی کے زیر اثر انہوں نے علم کلام بنایا۔ جس کو اب تھیالوجی کہا جاتا ہے۔</w:t>
      </w:r>
    </w:p>
    <w:p>
      <w:r>
        <w:rPr>
          <w:b/>
        </w:rPr>
        <w:t xml:space="preserve">[15:25] </w:t>
      </w:r>
      <w:r>
        <w:t>to woh jo theology thi, woh woh thi under influence of philosophy. yani philosophy ke influence mein jo theology bani, isi ko hum kehte hain ilm-e-kalam.</w:t>
      </w:r>
    </w:p>
    <w:p>
      <w:pPr>
        <w:jc w:val="right"/>
      </w:pPr>
      <w:r>
        <w:t>تو وہ جو تھیالوجی تھی، وہ وہ تھی انڈر انفلوئنس آف فلاسفی۔ یعنی فلاسفی کے انفلوئنس میں جو تھیالوجی بنی، اسی کو ہم کہتے ہیں علم کلام۔</w:t>
      </w:r>
    </w:p>
    <w:p>
      <w:r>
        <w:rPr>
          <w:b/>
        </w:rPr>
        <w:t xml:space="preserve">[15:35] </w:t>
      </w:r>
      <w:r>
        <w:t>isi ko jo expert thay, un ko kaha jata hai mutakallim. to us waqt domination ho gaya philosophy ka. kyunke arabon ka jo zaouq tha, jo quran mein jo tha, jo hadith mein tha, woh natural yani sab kuch natural thinking base karta tha.</w:t>
      </w:r>
    </w:p>
    <w:p>
      <w:pPr>
        <w:jc w:val="right"/>
      </w:pPr>
      <w:r>
        <w:t>اسی کو جو ایکسپرٹ تھے، ان کو کہا جاتا ہے متکلم۔ تو اس وقت ڈومینیشن ہو گیا فلاسفی کا۔ کیونکہ عربوں کا جو ذوق تھا، جو قرآن میں جو تھا، جو حدیث میں تھا، وہ نیچرل یعنی سب کچھ نیچرل تھنکنگ بیس کرتا تھا۔</w:t>
      </w:r>
    </w:p>
    <w:p>
      <w:r>
        <w:rPr>
          <w:b/>
        </w:rPr>
        <w:t xml:space="preserve">[15:55] </w:t>
      </w:r>
      <w:r>
        <w:t>to unhon ne jo jo technical bahasain theen, philosophical bahasain theen, us ko aik bari cheez samjha aur us mein mashgool ho gaye. to kuch logon ne bohat sakhti se react kiya.</w:t>
      </w:r>
    </w:p>
    <w:p>
      <w:pPr>
        <w:jc w:val="right"/>
      </w:pPr>
      <w:r>
        <w:t>تو انہوں نے جو جو ٹیکنیکل بحثیں تھیں، فلاسفیکل بحثیں تھیں، اس کو ایک بڑی چیز سمجھا اور اس میں مشغول ہو گئے۔ تو کچھ لوگوں نے بہت سختی سے ری ایکٹ کیا۔</w:t>
      </w:r>
    </w:p>
    <w:p>
      <w:r>
        <w:rPr>
          <w:b/>
        </w:rPr>
        <w:t xml:space="preserve">[16:06] </w:t>
      </w:r>
      <w:r>
        <w:t>aik sahib ne kaha tha us zamanay mein ke man tamanna taqwa tazandaq matlab jo philosophy pe gaya, woh zindiq ho gaya. lekin yeh minority bhi thay, yeh log.</w:t>
      </w:r>
    </w:p>
    <w:p>
      <w:pPr>
        <w:jc w:val="right"/>
      </w:pPr>
      <w:r>
        <w:t>ایک صاحب نے کہا تھا اس زمانے میں کہ من تمن تقى تزندق مطلب جو فلاسفی پہ گیا، وہ زندیق ہو گیا۔ لیکن یہ مائنورٹی بھی تھے، یہ لوگ۔</w:t>
      </w:r>
    </w:p>
    <w:p>
      <w:r>
        <w:rPr>
          <w:b/>
        </w:rPr>
        <w:t xml:space="preserve">[16:17] </w:t>
      </w:r>
      <w:r>
        <w:t>usay koi farq nahi para. log toot paray wohi isi mein.</w:t>
      </w:r>
    </w:p>
    <w:p>
      <w:pPr>
        <w:jc w:val="right"/>
      </w:pPr>
      <w:r>
        <w:t>اسے کوئی فرق نہیں پڑا۔ لوگ ٹوٹ پڑے وہی اسی میں۔</w:t>
      </w:r>
    </w:p>
    <w:p>
      <w:r>
        <w:rPr>
          <w:b/>
        </w:rPr>
        <w:t xml:space="preserve">[16:22] </w:t>
      </w:r>
      <w:r>
        <w:t>to yeh waqt tha. main aik do misaal ladta hoon ke kya be-ma'ni qism ke faislay karte thay woh log. aur isi mein barson guzaar diye logon ne.</w:t>
      </w:r>
    </w:p>
    <w:p>
      <w:pPr>
        <w:jc w:val="right"/>
      </w:pPr>
      <w:r>
        <w:t>تو یہ وقت تھا۔ میں ایک دو مثال لڑتا ہوں کہ کیا بے معنی قسم کے فیصلے کرتے تھے وہ لوگ۔ اور اسی میں برسوں گزار دیے لوگوں نے۔</w:t>
      </w:r>
    </w:p>
    <w:p>
      <w:r>
        <w:rPr>
          <w:b/>
        </w:rPr>
        <w:t xml:space="preserve">[16:33] </w:t>
      </w:r>
      <w:r>
        <w:t>misaal ke taur par aik question yeh tha ke khuda kahan hai? to khuda haid mein hai ke haid ke bahir hai? haid kehte hain jise hamein yahan pe aik aik aik jagah hai, aik jis mein hum hain.</w:t>
      </w:r>
    </w:p>
    <w:p>
      <w:pPr>
        <w:jc w:val="right"/>
      </w:pPr>
      <w:r>
        <w:t>مثلاً ایک کوئسچن یہ تھا کہ خدا کہاں ہے؟ تو خدا حید میں ہے کہ حید کے باہر ہے؟ حید کہتے ہیں جسے ہمیں یہاں پہ ایک ایک ایک جگہ ہے، ایک جس میں ہم ہیں۔</w:t>
      </w:r>
    </w:p>
    <w:p>
      <w:r>
        <w:rPr>
          <w:b/>
        </w:rPr>
        <w:t xml:space="preserve">[16:46] </w:t>
      </w:r>
      <w:r>
        <w:t>yeh jo haal hai, yeh haid hai.</w:t>
      </w:r>
    </w:p>
    <w:p>
      <w:pPr>
        <w:jc w:val="right"/>
      </w:pPr>
      <w:r>
        <w:t>یہ جو حال ہے، یہ حید ہے۔</w:t>
      </w:r>
    </w:p>
    <w:p>
      <w:r>
        <w:rPr>
          <w:b/>
        </w:rPr>
        <w:t xml:space="preserve">[16:49] </w:t>
      </w:r>
      <w:r>
        <w:t>aap space keh lijiye. yani space ke andar hai, space ke bahir hai. yun samajh lijiye aap. to haid ke andar hai, haid ke bahir hai. is par woh behas hai, woh behas hai.</w:t>
      </w:r>
    </w:p>
    <w:p>
      <w:pPr>
        <w:jc w:val="right"/>
      </w:pPr>
      <w:r>
        <w:t>آپ اسپیس کہہ لیجئے۔ یعنی اسپیس کے اندر ہے، اسپیس کے باہر ہے۔ یوں سمجھ لیجئے آپ۔ تو حید کے اندر ہے، حید کے باہر ہے۔ اس پر وہ بحث ہے، وہ بحث ہے۔</w:t>
      </w:r>
    </w:p>
    <w:p>
      <w:r>
        <w:rPr>
          <w:b/>
        </w:rPr>
        <w:t xml:space="preserve">[16:58] </w:t>
      </w:r>
      <w:r>
        <w:t>is kitab mein sab duniya mein. halankay yeh aik question hi be-ma'ni tha. aik question be-ma'ni tha ke khuda space ke andar hai ya space ke bahir hai?</w:t>
      </w:r>
    </w:p>
    <w:p>
      <w:pPr>
        <w:jc w:val="right"/>
      </w:pPr>
      <w:r>
        <w:t>اس کتاب میں سب دنیا میں۔ حالانکہ یہ ایک کوئسچن ہی بے معنی تھا۔ ایک کوئسچن بے معنی تھا کہ خدا اسپیس کے اندر ہے یا اسپیس کے باہر ہے؟</w:t>
      </w:r>
    </w:p>
    <w:p>
      <w:r>
        <w:rPr>
          <w:b/>
        </w:rPr>
        <w:t xml:space="preserve">[17:12] </w:t>
      </w:r>
      <w:r>
        <w:t>is tareeqay se dekhiye, ma'ni is</w:t>
      </w:r>
    </w:p>
    <w:p>
      <w:pPr>
        <w:jc w:val="right"/>
      </w:pPr>
      <w:r>
        <w:t>اس طریقے سے دیکھیے، معنی اس</w:t>
      </w:r>
    </w:p>
    <w:p>
      <w:r>
        <w:rPr>
          <w:b/>
        </w:rPr>
        <w:t xml:space="preserve">[17:16] </w:t>
      </w:r>
      <w:r>
        <w:t>par bari behas hai, bohat behas hai ke khuda ke hath jo hain, hamare jaisay hath hain ya kuch aur dhang ke hath hain khuda ke.</w:t>
      </w:r>
    </w:p>
    <w:p>
      <w:pPr>
        <w:jc w:val="right"/>
      </w:pPr>
      <w:r>
        <w:t>پر بڑی بحث ہے، بہت بحث ہے کہ خدا کے ہاتھ جو ہیں، ہمارے جیسے ہاتھ ہیں یا کچھ اور ڈھنگ کے ہاتھ ہیں خدا کے۔</w:t>
      </w:r>
    </w:p>
    <w:p>
      <w:r>
        <w:rPr>
          <w:b/>
        </w:rPr>
        <w:t xml:space="preserve">[17:24] </w:t>
      </w:r>
      <w:r>
        <w:t>ab bahasain is par ho rahi hain. aisay hi hai ke khuda ki zaat aur khuda ki sifatain aik hai ke do hain. yani zaat matlab God as a person aur sifatain matlab us ki quality, us ke attributes.</w:t>
      </w:r>
    </w:p>
    <w:p>
      <w:pPr>
        <w:jc w:val="right"/>
      </w:pPr>
      <w:r>
        <w:t>اب بحثیں اس پر ہو رہی ہیں۔ ایسے ہی ہے کہ خدا کے ذات اور خدا کی صفات ایک ہے کہ دو ہیں۔ یعنی ذات مین گاڈ ایز ا پرسن اور صفات مطلب اس کی کوالٹی، اس کے ایٹریبیوٹس۔</w:t>
      </w:r>
    </w:p>
    <w:p>
      <w:r>
        <w:rPr>
          <w:b/>
        </w:rPr>
        <w:t xml:space="preserve">[17:41] </w:t>
      </w:r>
      <w:r>
        <w:t>to khuda ke attributes alag hain, us ki personality alag hai ke dono aik hain.</w:t>
      </w:r>
    </w:p>
    <w:p>
      <w:pPr>
        <w:jc w:val="right"/>
      </w:pPr>
      <w:r>
        <w:t>تو خدا کے ایٹریبیوٹس الگ ہیں، اس کی پرسنیلٹی الگ ہے کہ دونوں ایک ہیں۔</w:t>
      </w:r>
    </w:p>
    <w:p>
      <w:r>
        <w:rPr>
          <w:b/>
        </w:rPr>
        <w:t xml:space="preserve">[17:45] </w:t>
      </w:r>
      <w:r>
        <w:t>ab bilkul meaningless baat hai, yeh sab hai.</w:t>
      </w:r>
    </w:p>
    <w:p>
      <w:pPr>
        <w:jc w:val="right"/>
      </w:pPr>
      <w:r>
        <w:t>اب بالکل میننگ لیس بات ہے، یہ سب ہے۔</w:t>
      </w:r>
    </w:p>
    <w:p>
      <w:r>
        <w:rPr>
          <w:b/>
        </w:rPr>
        <w:t xml:space="preserve">[17:50] </w:t>
      </w:r>
      <w:r>
        <w:t>aisay hi dekhiye, bara hungama hua is par ke quran jo hai, woh makhlooq hai ke ghair makhlooq hai.</w:t>
      </w:r>
    </w:p>
    <w:p>
      <w:pPr>
        <w:jc w:val="right"/>
      </w:pPr>
      <w:r>
        <w:t>ایسے ہی دیکھیے، بڑا ہنگامہ ہوا اس پر کہ قرآن جو ہے، وہ مخلوق ہے کہ غیر مخلوق ہے۔</w:t>
      </w:r>
    </w:p>
    <w:p>
      <w:r>
        <w:rPr>
          <w:b/>
        </w:rPr>
        <w:t xml:space="preserve">[17:59] </w:t>
      </w:r>
      <w:r>
        <w:t>yani woh creation hai ya baghair creation ke hua hai? woh us ki koi behas hai yeh ke khuda ne quran ko create kiya, tab quran wajood mein aaya ya creation ke baghair hi woh tha?</w:t>
      </w:r>
    </w:p>
    <w:p>
      <w:pPr>
        <w:jc w:val="right"/>
      </w:pPr>
      <w:r>
        <w:t>یعنی وہ کریشن ہے یا بغیر کریشن کے ہوا ہے؟ وہ اس کی کوئی بحث ہے یہ کہ خدا نے قرآن کو کریٹ کیا، تب قرآن وجود میں آیا یا کریشن کے بغیر ہی وہ تھا؟</w:t>
      </w:r>
    </w:p>
    <w:p>
      <w:r>
        <w:rPr>
          <w:b/>
        </w:rPr>
        <w:t xml:space="preserve">[18:14] </w:t>
      </w:r>
      <w:r>
        <w:t>is qism ke lafzon mein, behas hai, meaningless behas hai. isi mein logon ne time guzaar diya. to woh reason jo tha, ke philosophy ka ta'alluq reason se nahi hai, yeh to speculation hai.</w:t>
      </w:r>
    </w:p>
    <w:p>
      <w:pPr>
        <w:jc w:val="right"/>
      </w:pPr>
      <w:r>
        <w:t>اس قسم کے لائے نہیں، بحث ہے، میننگ لیس بحث ہے۔ اسی میں لوگوں نے ٹائم گزار دیا۔ تو وہ ریزن جو تھا، کہ فلاسفی کا تعلق ریزن سے نہیں ہے، یہ تو اسپیکولیشن ہے۔</w:t>
      </w:r>
    </w:p>
    <w:p>
      <w:r>
        <w:rPr>
          <w:b/>
        </w:rPr>
        <w:t xml:space="preserve">[18:26] </w:t>
      </w:r>
      <w:r>
        <w:t>philosophy saray ke saray base karti hai speculation par, imagination par. to isi liye philosophy ko speculative science kaha jata hai.</w:t>
      </w:r>
    </w:p>
    <w:p>
      <w:pPr>
        <w:jc w:val="right"/>
      </w:pPr>
      <w:r>
        <w:t>فلاسفی سارے کے سارے بیس کرتی ہے اسپیکولیشن پر، امیجنیشن پر۔ تو اسی لیے فلاسفی کو اسپیکولیٹیو سائنس کہا جاتا ہے۔</w:t>
      </w:r>
    </w:p>
    <w:p>
      <w:r>
        <w:rPr>
          <w:b/>
        </w:rPr>
        <w:t xml:space="preserve">[18:36] </w:t>
      </w:r>
      <w:r>
        <w:t>"speciality science". To jab tak philosophy ka domination tha, tab tak yaani reason ka haqeeqi ist</w:t>
      </w:r>
    </w:p>
    <w:p>
      <w:pPr>
        <w:jc w:val="right"/>
      </w:pPr>
      <w:r>
        <w:t>اسپیکولیٹیو سائنس۔ تو جب تک فلاسفی کا ڈومینیشن تھا، تب تک یعنی ریزن کا حقیقی است</w:t>
      </w:r>
    </w:p>
    <w:p>
      <w:r>
        <w:rPr>
          <w:b/>
        </w:rPr>
        <w:t xml:space="preserve">[18:43] </w:t>
      </w:r>
      <w:r>
        <w:t>emaal nahi hua. That was misuse of reason. Yaani philosophy was a kind of misuse of reason. Yaani reason istemaal karte thay is mein log, lekin woh misuse tha is ka.</w:t>
      </w:r>
    </w:p>
    <w:p>
      <w:pPr>
        <w:jc w:val="right"/>
      </w:pPr>
      <w:r>
        <w:t>عمال نہیں ہوا۔ دیٹ واز مس یوز آف ریزن۔ یعنی فلاسفی واز اب ا کائنڈ آف مس یوز آف ریزن۔ یعنی ریزن استعمال کرتے تھے اس میں لوگ، لیکن وہ مس یوز تھا اس کا۔</w:t>
      </w:r>
    </w:p>
    <w:p>
      <w:r>
        <w:rPr>
          <w:b/>
        </w:rPr>
        <w:t xml:space="preserve">[18:58] </w:t>
      </w:r>
      <w:r>
        <w:t>to is ke baad kya hua ke aik aik aik aik accident hua, wahan se aik naya zamana shuru hua.</w:t>
      </w:r>
    </w:p>
    <w:p>
      <w:pPr>
        <w:jc w:val="right"/>
      </w:pPr>
      <w:r>
        <w:t>تو اس کے بعد کیا ہوا کہ ایک ایک ایک ایکسیڈنٹ ہوا، وہاں سے ایک نیا زمانہ شروع ہوا۔</w:t>
      </w:r>
    </w:p>
    <w:p>
      <w:r>
        <w:rPr>
          <w:b/>
        </w:rPr>
        <w:t xml:space="preserve">[19:07] </w:t>
      </w:r>
      <w:r>
        <w:t>yaani bani umaya ke log jo thay, un ko bani abbas ne pakar aur maar</w:t>
      </w:r>
    </w:p>
    <w:p>
      <w:pPr>
        <w:jc w:val="right"/>
      </w:pPr>
      <w:r>
        <w:t>یعنی بنو امیہ کے لوگ جو تھے، ان کو بنو عباس نے پکڑ اور مار</w:t>
      </w:r>
    </w:p>
    <w:p>
      <w:r>
        <w:rPr>
          <w:b/>
        </w:rPr>
        <w:t xml:space="preserve">[19:11] </w:t>
      </w:r>
      <w:r>
        <w:t>na shuru kiya. un ki un ki poori family khatm ho jaye kyunke bani umaya se unhon ne rule chheena tha. to aik aadmi un mein se, is ka naam tha humi abdul rehman dakhil.</w:t>
      </w:r>
    </w:p>
    <w:p>
      <w:pPr>
        <w:jc w:val="right"/>
      </w:pPr>
      <w:r>
        <w:t>نا شروع کیا۔ ان کی ان کی پوری فیملی ختم ہو جائے کیونکہ بنوی امیہ سے انہوں نے رول چھینا تھا۔ تو ایک آدمی ان میں سے، اس کا نام تھا حمی عبدالرحمن داخل۔</w:t>
      </w:r>
    </w:p>
    <w:p>
      <w:r>
        <w:rPr>
          <w:b/>
        </w:rPr>
        <w:t xml:space="preserve">[19:24] </w:t>
      </w:r>
      <w:r>
        <w:t>abdul rehman, abdul rehman dakhil, woh kaise kaise bhaga baghdad se aur kaise darya aur samundaron ko paar karta hua, kaise kaise bari mushkil se woh spain pohncha.</w:t>
      </w:r>
    </w:p>
    <w:p>
      <w:pPr>
        <w:jc w:val="right"/>
      </w:pPr>
      <w:r>
        <w:t>عبدالرحمن، عبدالرحمن داخل، وہ کیسے کیسے بھاگا بغداد سے اور کیسے دریا اور سمندروں کو پار کرتا ہوا، کیسے کیسے بڑی مشکل سے وہ اسپین پہنچا۔</w:t>
      </w:r>
    </w:p>
    <w:p>
      <w:r>
        <w:rPr>
          <w:b/>
        </w:rPr>
        <w:t xml:space="preserve">[19:34] </w:t>
      </w:r>
      <w:r>
        <w:t>us ne spain mein aik nai tareekh shuru ki.</w:t>
      </w:r>
    </w:p>
    <w:p>
      <w:pPr>
        <w:jc w:val="right"/>
      </w:pPr>
      <w:r>
        <w:t>اس نے اسپین میں ایک نئی تاریخ شروع کی۔</w:t>
      </w:r>
    </w:p>
    <w:p>
      <w:r>
        <w:rPr>
          <w:b/>
        </w:rPr>
        <w:t xml:space="preserve">[19:38] </w:t>
      </w:r>
      <w:r>
        <w:t>aap jante hain ke musalman, yeh jo kaha jata hai ke musalmanon ne is science mein kaam kiya hai, to woh kahan kaam hua? baghdad mein nahi hua, na baghdad mein, na qurtuba mein, na damishq mein.</w:t>
      </w:r>
    </w:p>
    <w:p>
      <w:pPr>
        <w:jc w:val="right"/>
      </w:pPr>
      <w:r>
        <w:t>آپ جانتے ہیں کہ مسلمان، یہ جو کہا جاتا ہے کہ مسلمانوں نے اس سائنس میں کام کیا ہے، تو وہ کہاں کام ہوا؟ بغداد میں نہیں ہوا، نہ بغداد میں، نہ قرطبہ میں، نہ دمشق میں۔</w:t>
      </w:r>
    </w:p>
    <w:p>
      <w:r>
        <w:rPr>
          <w:b/>
        </w:rPr>
        <w:t xml:space="preserve">[19:49] </w:t>
      </w:r>
      <w:r>
        <w:t>woh kaam hua spain mein. kyunke is se is se alag ho gaye. woh spain mein us waqt philosophy ka zor nahi tha, nature par thay woh log.</w:t>
      </w:r>
    </w:p>
    <w:p>
      <w:pPr>
        <w:jc w:val="right"/>
      </w:pPr>
      <w:r>
        <w:t>وہ کام ہوا اسپین میں۔ کیونکہ اس سے اس سے الگ ہو گئے۔ وہ اسپین میں اس وقت فلاسفی کا زور نہیں تھا، نیچر پر تھے وہ لوگ۔</w:t>
      </w:r>
    </w:p>
    <w:p>
      <w:r>
        <w:rPr>
          <w:b/>
        </w:rPr>
        <w:t xml:space="preserve">[20:02] </w:t>
      </w:r>
      <w:r>
        <w:t>to wahan un ko environment mila aur wahan par unhon ne woh jo process tha quran ka, jo beech mein ruk gaya tha philosophy ke aane ki wajah se, phir se shuru kiya.</w:t>
      </w:r>
    </w:p>
    <w:p>
      <w:pPr>
        <w:jc w:val="right"/>
      </w:pPr>
      <w:r>
        <w:t>تو وہاں ان کو انوائرمنٹ ملا اور وہاں پر انہوں نے وہ جو پروسیس تھا قرآن کا، جو بیچ میں رک گیا تھا فلاسفی کے آنے کی وجہ سے، پھر سے شروع کیا۔</w:t>
      </w:r>
    </w:p>
    <w:p>
      <w:r>
        <w:rPr>
          <w:b/>
        </w:rPr>
        <w:t xml:space="preserve">[20:14] </w:t>
      </w:r>
      <w:r>
        <w:t>unhon ne</w:t>
      </w:r>
    </w:p>
    <w:p>
      <w:pPr>
        <w:jc w:val="right"/>
      </w:pPr>
      <w:r>
        <w:t>انہوں نے</w:t>
      </w:r>
    </w:p>
    <w:p>
      <w:r>
        <w:rPr>
          <w:b/>
        </w:rPr>
        <w:t xml:space="preserve">[20:16] </w:t>
      </w:r>
      <w:r>
        <w:t>yaani reason based thinking, philosophy se alag kar ke, jis ko kehte hain hum, jis ko kehte hain experimental, ah, experimental, ah, ilm,</w:t>
      </w:r>
    </w:p>
    <w:p>
      <w:pPr>
        <w:jc w:val="right"/>
      </w:pPr>
      <w:r>
        <w:t>یعنی ریزن بیسڈ تھنکنگ، فلاسفی سے الگ کر کے، جس کو کہتے ہیں ہم، جس کو کہتے ہیں ایکسپیریمنٹل، اہ، ایکسپیریمنٹل، اہ، علم،</w:t>
      </w:r>
    </w:p>
    <w:p>
      <w:r>
        <w:rPr>
          <w:b/>
        </w:rPr>
        <w:t xml:space="preserve">[20:29] </w:t>
      </w:r>
      <w:r>
        <w:t>experiment par base kar ke jo ilm banta hai, yaani facts aur figure par jo banta hai. to there is the beginning of science. to spain mein in logon ne yeh kaam shuru kiya phir dobara aur kafi taraqqi ki unhon ne</w:t>
      </w:r>
    </w:p>
    <w:p>
      <w:pPr>
        <w:jc w:val="right"/>
      </w:pPr>
      <w:r>
        <w:t>ایکسپیریمنٹ پر بیس کر کے جو علم بنتا ہے، یعنی فیکٹس اور فگر پر جو بنتا ہے۔ تو دیر از دا بگننگ آف سائنس۔ تو اسپین میں ان لوگوں نے یہ کام شروع کیا پھر دوبارہ اور کافی ترقی کی انہوں نے</w:t>
      </w:r>
    </w:p>
    <w:p>
      <w:r>
        <w:rPr>
          <w:b/>
        </w:rPr>
        <w:t xml:space="preserve">[20:43] </w:t>
      </w:r>
      <w:r>
        <w:t>science mein. science ki pehli eid jahan rakhi gayi spain mein, musalmanon ne rakhi, jis ko kehte hain moor, moore.</w:t>
      </w:r>
    </w:p>
    <w:p>
      <w:pPr>
        <w:jc w:val="right"/>
      </w:pPr>
      <w:r>
        <w:t>سائنس میں۔ سائنس کی پہلی عید جہاں رکھی گئی اسپین میں، مسلمانوں نے رکھی، جس کو کہتے ہیں مور، ایم ڈبل او آر ای۔</w:t>
      </w:r>
    </w:p>
    <w:p>
      <w:r>
        <w:rPr>
          <w:b/>
        </w:rPr>
        <w:t xml:space="preserve">[20:53] </w:t>
      </w:r>
      <w:r>
        <w:t>in logon ne buniyad rakhi. lekin wahan par kya hua ke wahan christian jo thay, un ke mukhalif ho gaye political reason se. ab aur lambi kahani hai, kai sau saal ke takrao hua musalmanon mein aur christians mein, yahan tak ke unhon ne musalmanon ko nikaal diya, wahan se bahar kar diya,</w:t>
      </w:r>
    </w:p>
    <w:p>
      <w:pPr>
        <w:jc w:val="right"/>
      </w:pPr>
      <w:r>
        <w:t>ان لوگوں نے بنیاد رکھی۔ لیکن وہاں پر کیا ہوا کہ وہاں کرسچن جو تھے، ان کے مخالف ہو گئے پولیٹیکل ریزن سے۔ اب اور لمبی کہانی ہے، کئی سو سال کے ٹکراؤ ہوا مسلمانوں میں اور کرسچنز میں، یہاں تک کہ انہوں نے مسلمانوں کو نکال دیا، وہاں سے باہر کر دیا،</w:t>
      </w:r>
    </w:p>
    <w:p>
      <w:r>
        <w:rPr>
          <w:b/>
        </w:rPr>
        <w:t xml:space="preserve">[21:11] </w:t>
      </w:r>
      <w:r>
        <w:t>spain se nikaal diya</w:t>
      </w:r>
    </w:p>
    <w:p>
      <w:pPr>
        <w:jc w:val="right"/>
      </w:pPr>
      <w:r>
        <w:t>اسپین سے نکال دیا</w:t>
      </w:r>
    </w:p>
    <w:p>
      <w:r>
        <w:rPr>
          <w:b/>
        </w:rPr>
        <w:t xml:space="preserve">[21:14] </w:t>
      </w:r>
      <w:r>
        <w:t>us waqt tak. lekin christians jo thay, woh science mein kuch bhi aage nahi barh paaye thay. science mein woh kuch bhi nahi jante thay. mein aik example deta hoon aap ko ke musalmanon ne spain mein observatory banai thi,</w:t>
      </w:r>
    </w:p>
    <w:p>
      <w:pPr>
        <w:jc w:val="right"/>
      </w:pPr>
      <w:r>
        <w:t>اس وقت تک۔ لیکن کرسچنز جو تھے، وہ سائنس میں کچھ بھی آگے نہیں بڑھ پائے تھے۔ سائنس میں وہ کچھ بھی نہیں جانتے تھے۔ میں ایک ایگزامپل دیتا ہوں آپ کو کہ مسلمانوں نے اسپین میں ابزرویٹری بنائی تھی،</w:t>
      </w:r>
    </w:p>
    <w:p>
      <w:r>
        <w:rPr>
          <w:b/>
        </w:rPr>
        <w:t xml:space="preserve">[21:29] </w:t>
      </w:r>
      <w:r>
        <w:t>yaani woh observatory aisi nahi thi aaj ki, aaj kal jo hoti hai. to is ka equipment, equipment aisa nahi tha jo aaj kal hota hai,</w:t>
      </w:r>
    </w:p>
    <w:p>
      <w:pPr>
        <w:jc w:val="right"/>
      </w:pPr>
      <w:r>
        <w:t>یعنی وہ ابزرویٹری ایسی نہیں تھی آج کی، آج کل جو ہوتی ہے۔ تو اس کا ایکوپمنٹ، ایکوپمنٹ ایسا نہیں تھا جو آج کل ہوتا ہے،</w:t>
      </w:r>
    </w:p>
    <w:p>
      <w:r>
        <w:rPr>
          <w:b/>
        </w:rPr>
        <w:t xml:space="preserve">[21:39] </w:t>
      </w:r>
      <w:r>
        <w:t>lekin bahar woh observatory thi, us ko dekhte thay sitaron ko aur aasman ko. to jab musalmanon ne chhod diya spain to wahan par observatory jo thi, aik building ki shakal mein thi.</w:t>
      </w:r>
    </w:p>
    <w:p>
      <w:pPr>
        <w:jc w:val="right"/>
      </w:pPr>
      <w:r>
        <w:t>لیکن باہر وہ ابزرویٹری تھی، اس کو دیکھتے تھے ستاروں کو اور آسمان کو۔ تو جب مسلمانوں نے چھوڑ دیا اسپین تو وہاں پر ابزرویٹری جو تھی، ایک بلڈنگ کی شکل میں تھی۔</w:t>
      </w:r>
    </w:p>
    <w:p>
      <w:r>
        <w:rPr>
          <w:b/>
        </w:rPr>
        <w:t xml:space="preserve">[21:56] </w:t>
      </w:r>
      <w:r>
        <w:t>is ka aik chhota sa namuna aap dilli mein dekh sakte hain, jannat mandir road par. jannat mandir road par aik hai, woh isi ka namuna hai.</w:t>
      </w:r>
    </w:p>
    <w:p>
      <w:pPr>
        <w:jc w:val="right"/>
      </w:pPr>
      <w:r>
        <w:t>اس کا ایک چھوٹا سا نمونہ آپ دلی میں دیکھ سکتے ہیں، جنت مندر روڈ پر۔ جنت مندر روڈ پر ایک ہے، وہ اسی کا نمونہ ہے۔</w:t>
      </w:r>
    </w:p>
    <w:p>
      <w:r>
        <w:rPr>
          <w:b/>
        </w:rPr>
        <w:t xml:space="preserve">[22:07] </w:t>
      </w:r>
      <w:r>
        <w:t>to jab musalmanon ne chhod kar jana pada musalmanon ko, kyunke bohat musalmanon ko martay thay, kaat te thay, to wahan par jo observatory chhod di thi unhon ne, jis ko marsad kaha tha, marsad.</w:t>
      </w:r>
    </w:p>
    <w:p>
      <w:pPr>
        <w:jc w:val="right"/>
      </w:pPr>
      <w:r>
        <w:t>تو جب مسلمانوں نے چھوڑ کر جانا پڑا مسلمانوں کو، کیونکہ بہت مسلمانوں کو مار مارتے تھے، کاٹتے تھے، تو وہاں پر جو ابزرویٹری چھوڑی تھی انہوں نے، جس کو مرصد کہا تھا، مرصد۔</w:t>
      </w:r>
    </w:p>
    <w:p>
      <w:r>
        <w:rPr>
          <w:b/>
        </w:rPr>
        <w:t xml:space="preserve">[22:22] </w:t>
      </w:r>
      <w:r>
        <w:t>to spain ke christians ko nahi maloom tha ke is ka istemaal kiya hai. us waqt itne backward thay woh log,</w:t>
      </w:r>
    </w:p>
    <w:p>
      <w:pPr>
        <w:jc w:val="right"/>
      </w:pPr>
      <w:r>
        <w:t>تو اسپین کے کرسچنز کو نہیں معلوم تھا کہ اس کا استعمال کیا ہے۔ اس وقت اتنے بیکورڈ تھے وہ لوگ،</w:t>
      </w:r>
    </w:p>
    <w:p>
      <w:r>
        <w:rPr>
          <w:b/>
        </w:rPr>
        <w:t xml:space="preserve">[22:33] </w:t>
      </w:r>
      <w:r>
        <w:t>us waqt itne backward thay ke woh nahi jante thay ke is is bars ya is observatory ka kya istemaal karein. to unhon ne is ko kya kiya?</w:t>
      </w:r>
    </w:p>
    <w:p>
      <w:pPr>
        <w:jc w:val="right"/>
      </w:pPr>
      <w:r>
        <w:t>اس وقت اتنے بیکورڈ تھے کہ وہ نہیں جانتے تھے کہ اس اس برس یا اس ابزرویٹری کا کیا استعمال کریں۔ تو انہوں نے اس کو کیا کیا؟</w:t>
      </w:r>
    </w:p>
    <w:p>
      <w:r>
        <w:rPr>
          <w:b/>
        </w:rPr>
        <w:t xml:space="preserve">[22:44] </w:t>
      </w:r>
      <w:r>
        <w:t>church ka ghanta ghar bana diya, kyunke oonchi building thi. woh ghanta ghar ooper hota hai, to church ka ghanta ghar us waqt itna peechay thay yeh log musalmanon se.</w:t>
      </w:r>
    </w:p>
    <w:p>
      <w:pPr>
        <w:jc w:val="right"/>
      </w:pPr>
      <w:r>
        <w:t>چرچ کا گھنٹہ گھر بنا دیا، کیونکہ اونچی بلڈنگ تھی۔ وہ گھنٹہ گھر اوپر ہوتا ہے، تو چرچ کا گھنٹہ گھر اس وقت اتنا پیچھے تھے یہ لوگ مسلمانوں سے۔</w:t>
      </w:r>
    </w:p>
    <w:p>
      <w:r>
        <w:rPr>
          <w:b/>
        </w:rPr>
        <w:t xml:space="preserve">[23:00] </w:t>
      </w:r>
      <w:r>
        <w:t>lekin wahin par musalmanon ka, yaani wahan par musalmanon ka dobara aik aik aik woh hua, aik setback hua dobara. kyun?</w:t>
      </w:r>
    </w:p>
    <w:p>
      <w:pPr>
        <w:jc w:val="right"/>
      </w:pPr>
      <w:r>
        <w:t>لیکن وہیں پر مسلمانوں کا، یعنی وہاں پر مسلمانوں کا دوبارہ ایک ایک ایک وہ ہوا، ایک سیٹ بیک ہوا دوبارہ۔ کیوں؟</w:t>
      </w:r>
    </w:p>
    <w:p>
      <w:r>
        <w:rPr>
          <w:b/>
        </w:rPr>
        <w:t xml:space="preserve">[23:08] </w:t>
      </w:r>
      <w:r>
        <w:t>is beech mein ek aur reaction musalmanon mein hua, jis ko hum kehte hain soofiism, jo ke bohat barh gaya tha musalmanon mein. paisa parasti aur politics aur yeh sab jo philosophy ke bahsien hain, sab to is se ek reaction hua.</w:t>
      </w:r>
    </w:p>
    <w:p>
      <w:pPr>
        <w:jc w:val="right"/>
      </w:pPr>
      <w:r>
        <w:t>اس بیچ میں ایک اور ری ایکشن مسلمانوں میں ہوا، جس کو ہم کہتے ہیں صوفی ازم، جو کہ بہت بڑھ گیا تھا مسلمانوں میں۔ پیسہ پرستی اور پولیٹکس اور یہ سب جو فلاسفی کے بحثیں ہیں، سب تو اس سے ایک ری ایکشن ہوا۔</w:t>
      </w:r>
    </w:p>
    <w:p>
      <w:r>
        <w:rPr>
          <w:b/>
        </w:rPr>
        <w:t xml:space="preserve">[23:27] </w:t>
      </w:r>
      <w:r>
        <w:t>ghazali ne likhi thi kitaab "al-munqidh min al-dalal", yaani gumrahi se nikalne wala. to ghazali ne react kiya is se. ek naya trend aaya, jis ko hum soofiism kehte hain.</w:t>
      </w:r>
    </w:p>
    <w:p>
      <w:pPr>
        <w:jc w:val="right"/>
      </w:pPr>
      <w:r>
        <w:t>غزالی نے لکھی تھی کتاب "المنقذ من الظلال"، یعنی گمراہی سے نکلنے والا۔ تو غزالی نے ری ایکٹ کیا اس سے۔ ایک نیا ٹرینڈ آیا، جس کو ہم صوفی ازم کہتے ہیں۔</w:t>
      </w:r>
    </w:p>
    <w:p>
      <w:r>
        <w:rPr>
          <w:b/>
        </w:rPr>
        <w:t xml:space="preserve">[23:40] </w:t>
      </w:r>
      <w:r>
        <w:t>lekin that soofiism waz based on heart, dil par mabni kar ke jo bana tha, jo soofiism, woh soofiism tha us waqt.</w:t>
      </w:r>
    </w:p>
    <w:p>
      <w:pPr>
        <w:jc w:val="right"/>
      </w:pPr>
      <w:r>
        <w:t>لیکن دیٹ صوفی ازم واز بیسڈ ان ہارٹ، دل پر مبنی کر کے جو بنا تھا، جو صوفی ازم، وہ صوفی ازم تھا اس وقت۔</w:t>
      </w:r>
    </w:p>
    <w:p>
      <w:r>
        <w:rPr>
          <w:b/>
        </w:rPr>
        <w:t xml:space="preserve">[23:50] </w:t>
      </w:r>
      <w:r>
        <w:t>ab log murakaba karne lage aur meditation karne lagay.</w:t>
      </w:r>
    </w:p>
    <w:p>
      <w:pPr>
        <w:jc w:val="right"/>
      </w:pPr>
      <w:r>
        <w:t>اب لوگ مراقبہ کرنے لگے اور میڈیٹیشن کرنے لگے۔</w:t>
      </w:r>
    </w:p>
    <w:p>
      <w:r>
        <w:rPr>
          <w:b/>
        </w:rPr>
        <w:t xml:space="preserve">[23:55] </w:t>
      </w:r>
      <w:r>
        <w:t>to meditation to kuch bhi nahi, woh to andhera hai, woh to darkness hai. darkness mein jhaank jhaankne ka matlab hai woh. to sadiyon sadiyon hamare soofiya isi mein juray rahe ke dil mein jhaank ke nikaal rahe hain.</w:t>
      </w:r>
    </w:p>
    <w:p>
      <w:pPr>
        <w:jc w:val="right"/>
      </w:pPr>
      <w:r>
        <w:t>تو میڈیٹیشن تو کچھ بھی نہیں، وہ تو اندھیرا ہے، وہ تو ڈارکنس ہے۔ ڈارکنس میں جھانک جھانکنے کا معنی ہے وہ۔ تو صدیوں صدیوں ہمارے صوفیاء اسی میں جڑے رہے کہ دل میں جھانک کے نکال رہے ہیں۔</w:t>
      </w:r>
    </w:p>
    <w:p>
      <w:r>
        <w:rPr>
          <w:b/>
        </w:rPr>
        <w:t xml:space="preserve">[24:09] </w:t>
      </w:r>
      <w:r>
        <w:t>yaani Khuda ne jo khazaina rakha tha, khazana woh to mind mein tha. mind ko unfold karna tha, woh unfold karne lage dil ko, jahan kuch bhi nahi tha.</w:t>
      </w:r>
    </w:p>
    <w:p>
      <w:pPr>
        <w:jc w:val="right"/>
      </w:pPr>
      <w:r>
        <w:t>یعنی خدا نے جو خزائنہ رکھا تھا، خزانہ وہ تو مائنڈ میں تھا۔ مائنڈ کو انفولڈ کرنا تھا، وہ انفولڈ کرنے لگے دل کو، جہاں کچھ بھی نہیں تھا۔</w:t>
      </w:r>
    </w:p>
    <w:p>
      <w:r>
        <w:rPr>
          <w:b/>
        </w:rPr>
        <w:t xml:space="preserve">[24:21] </w:t>
      </w:r>
      <w:r>
        <w:t>ek dilchasp waqia mein arz karoon aap ko.</w:t>
      </w:r>
    </w:p>
    <w:p>
      <w:pPr>
        <w:jc w:val="right"/>
      </w:pPr>
      <w:r>
        <w:t>ایک دلچسپ واقعہ میں عرض کروں آپ کو۔</w:t>
      </w:r>
    </w:p>
    <w:p>
      <w:r>
        <w:rPr>
          <w:b/>
        </w:rPr>
        <w:t xml:space="preserve">[24:24] </w:t>
      </w:r>
      <w:r>
        <w:t>india mein ek soofi hue hain, jin ko kehte hain Shah Waliullah Dehlvi. Shah Waliullah yeh Mughal saltanat ke aakhri zamane mein Dilli mein hua karte thay.</w:t>
      </w:r>
    </w:p>
    <w:p>
      <w:pPr>
        <w:jc w:val="right"/>
      </w:pPr>
      <w:r>
        <w:t>انڈیا میں ایک صوفی ہوئے ہیں، جن کو کہتے ہیں شاہ ولی اللہ دہلوی۔ شاہ ولی اللہ یہ مغل سلطنت کے آخری زمانے میں دلی میں ہوا کرتے تھے۔</w:t>
      </w:r>
    </w:p>
    <w:p>
      <w:r>
        <w:rPr>
          <w:b/>
        </w:rPr>
        <w:t xml:space="preserve">[24:34] </w:t>
      </w:r>
      <w:r>
        <w:t>to un ke waqiat mein hum ne parha ke un ke un ke baap bhi soofi thay, Shah Waliullah sahib ke. to Shah Waliullah sahib aslan to Phalt ke thay, Phalt,</w:t>
      </w:r>
    </w:p>
    <w:p>
      <w:pPr>
        <w:jc w:val="right"/>
      </w:pPr>
      <w:r>
        <w:t>تو ان کے واقعات میں ہم نے پڑھا کہ ان کے ان کے باپ بھی صوفی تھے، شاہ ولی اللہ صاحب کے۔ تو شاہ ولی اللہ صاحب اصلاً تو بھلت کے تھے، بھلت،</w:t>
      </w:r>
    </w:p>
    <w:p>
      <w:r>
        <w:rPr>
          <w:b/>
        </w:rPr>
        <w:t xml:space="preserve">[24:49] </w:t>
      </w:r>
      <w:r>
        <w:t>lekin woh Dilli mein chuna che rehte thay to Dehlvi kehlati hain. woh</w:t>
      </w:r>
    </w:p>
    <w:p>
      <w:pPr>
        <w:jc w:val="right"/>
      </w:pPr>
      <w:r>
        <w:t>لیکن وہ دلی میں چونکہ رہتے تھے تو دہلوی کہلاتے ہیں۔ وہ</w:t>
      </w:r>
    </w:p>
    <w:p>
      <w:r>
        <w:rPr>
          <w:b/>
        </w:rPr>
        <w:t xml:space="preserve">[24:55] </w:t>
      </w:r>
      <w:r>
        <w:t>to kya hua? ek din woh un ke kuch dost thay, larkay, naujawani ko jawani ki baat hai. aaye un ko kaha ke chalo bhai, kuch sair karne chalte hain.</w:t>
      </w:r>
    </w:p>
    <w:p>
      <w:pPr>
        <w:jc w:val="right"/>
      </w:pPr>
      <w:r>
        <w:t>تو کیا ہوا؟ ایک دن وہ ان کے کچھ دوست تھے، لڑکے، نوجوانی کو جوانی کی بات ہے۔ آئے ان کو کہا کہ چلو بھئی، کچھ سیر کرنے چلتے ہیں۔</w:t>
      </w:r>
    </w:p>
    <w:p>
      <w:r>
        <w:rPr>
          <w:b/>
        </w:rPr>
        <w:t xml:space="preserve">[25:06] </w:t>
      </w:r>
      <w:r>
        <w:t>to un ko le kar ke bagh mein chale gaye, yaani basti ke bahar bagh mein. ghaleban yeh waqia Phalt ka hoga.</w:t>
      </w:r>
    </w:p>
    <w:p>
      <w:pPr>
        <w:jc w:val="right"/>
      </w:pPr>
      <w:r>
        <w:t>تو ان کو لے کر کے باغ میں چلے گئے، یعنی بستی کے باہر باغ میں۔ غالباً یہ واقعہ پھلت کا ہوگا۔</w:t>
      </w:r>
    </w:p>
    <w:p>
      <w:r>
        <w:rPr>
          <w:b/>
        </w:rPr>
        <w:t xml:space="preserve">[25:16] </w:t>
      </w:r>
      <w:r>
        <w:t>to wahan kuch dair lagi, un ko ghanta do ghanta. jab wapas aaye to un ke baap ne poocha ke bhai, kahan gaye thay?</w:t>
      </w:r>
    </w:p>
    <w:p>
      <w:pPr>
        <w:jc w:val="right"/>
      </w:pPr>
      <w:r>
        <w:t>تو وہاں کچھ دیر لگی، ان کو گھنٹہ دو گھنٹہ۔ جب واپس آئے تو ان کے باپ نے پوچھا کہ بھئی، کہاں گئے تھے؟</w:t>
      </w:r>
    </w:p>
    <w:p>
      <w:r>
        <w:rPr>
          <w:b/>
        </w:rPr>
        <w:t xml:space="preserve">[25:23] </w:t>
      </w:r>
      <w:r>
        <w:t>kaha ke hum bagh mein gaye thay, bagh mein hum log sair karne ke liye. to unhon ne kaha ke bagh mein gaye thay, time waste kiya. itni dair to aap koi meditation karte, kuch murakaba karte to kuch to un ko faida hota.</w:t>
      </w:r>
    </w:p>
    <w:p>
      <w:pPr>
        <w:jc w:val="right"/>
      </w:pPr>
      <w:r>
        <w:t>کہا کہ ہم باغ میں گئے تھے، باغ میں ہم لوگ سیر کرنے کے لیے۔ تو انہوں نے کہا کہ باغ میں گئے تھے، ٹائم ویسٹ کیا۔ اتنی دیر تو آپ کوئی میڈیٹیشن کرتے، کچھ مراقبہ کرتے تو کچھ تو ان کو فائدہ ہوتا۔</w:t>
      </w:r>
    </w:p>
    <w:p>
      <w:r>
        <w:rPr>
          <w:b/>
        </w:rPr>
        <w:t xml:space="preserve">[25:38] </w:t>
      </w:r>
      <w:r>
        <w:t>yaani unhon ne bagh mein samjha ke bagh mein to koi hai nahi, koi baat, koi cheez lene ki. lene ki cheez hai, woh andheri kothri mein hai.</w:t>
      </w:r>
    </w:p>
    <w:p>
      <w:pPr>
        <w:jc w:val="right"/>
      </w:pPr>
      <w:r>
        <w:t>یعنی انہوں نے باغ میں سمجھا کہ باغ میں تو کوئی ہے نہیں، کوئی بات، کوئی چیز لینے کی۔ لینے کی چیز ہے، وہ اندھیری کوٹھری میں ہے۔</w:t>
      </w:r>
    </w:p>
    <w:p>
      <w:r>
        <w:rPr>
          <w:b/>
        </w:rPr>
        <w:t xml:space="preserve">[25:48] </w:t>
      </w:r>
      <w:r>
        <w:t>kothri mein chadar orh ke baitho, meditation karo, murakaba karo, tab kuch milega. is se aap samajh sakte hain ke what was soofiism.</w:t>
      </w:r>
    </w:p>
    <w:p>
      <w:pPr>
        <w:jc w:val="right"/>
      </w:pPr>
      <w:r>
        <w:t>کوٹھری میں چادر اوڑھ کے بیٹھو، میڈیٹیشن کرو، مراقبہ کرو، تب کچھ ملے گا۔ اس سے آپ سمجھ سکتے ہیں کہ واٹ واز صوفی ازم۔</w:t>
      </w:r>
    </w:p>
    <w:p>
      <w:r>
        <w:rPr>
          <w:b/>
        </w:rPr>
        <w:t xml:space="preserve">[25:58] </w:t>
      </w:r>
      <w:r>
        <w:t>main main main khud apne ko soofi samajhta hoon, lekin my soofiism based on mind rather than heart. heart to sirf circle, sirf blood ka zariya hai.</w:t>
      </w:r>
    </w:p>
    <w:p>
      <w:pPr>
        <w:jc w:val="right"/>
      </w:pPr>
      <w:r>
        <w:t>میں میں میں خود اپنے کو صوفی سمجھتا ہوں، لیکن مائی صوفی ازم بیسڈ ان مائنڈ رادر دین ہارٹ۔ ہارٹ تو صرف سرکل، صرف بلڈ کا ذریعہ ہے۔</w:t>
      </w:r>
    </w:p>
    <w:p>
      <w:r>
        <w:rPr>
          <w:b/>
        </w:rPr>
        <w:t xml:space="preserve">[26:10] </w:t>
      </w:r>
      <w:r>
        <w:t>to unhon ne un ko kaha ke tum chale gaye, time waste kiya tum ne?</w:t>
      </w:r>
    </w:p>
    <w:p>
      <w:pPr>
        <w:jc w:val="right"/>
      </w:pPr>
      <w:r>
        <w:t>تو انہوں نے ان کو کہا کہ تم چلے گئے، ٹائم ویسٹ کیا تم نے؟</w:t>
      </w:r>
    </w:p>
    <w:p>
      <w:r>
        <w:rPr>
          <w:b/>
        </w:rPr>
        <w:t xml:space="preserve">[26:14] </w:t>
      </w:r>
      <w:r>
        <w:t>yeh nahi kaha ke woh bagh mein gaye thay, wahan to nature tha, wahan to Khuda ki tajalliyat thi, wahan to hara bhara ek ek duniya thi, hari bhari. kya tum ne paya?</w:t>
      </w:r>
    </w:p>
    <w:p>
      <w:pPr>
        <w:jc w:val="right"/>
      </w:pPr>
      <w:r>
        <w:t>یہ نہیں کہا کہ وہ باغ میں گئے تھے، وہاں تو نیچر تھا، وہاں تو خدا کی تجلیات تھیں، وہاں تو ہرا بھرا ایک ایک دنیا تھی، ہری بھری۔ کیا تم نے پایا؟</w:t>
      </w:r>
    </w:p>
    <w:p>
      <w:r>
        <w:rPr>
          <w:b/>
        </w:rPr>
        <w:t xml:space="preserve">[26:23] </w:t>
      </w:r>
      <w:r>
        <w:t>kya socha tum ne? batao apni soch ko. kya un tum ko experience hua wahan par? yeh nahi poocha unhon ne, kyun ke woh jante hi nahi thay ke mind ko istemal kar ke kuch pa sakta hai aadmi marifat.</w:t>
      </w:r>
    </w:p>
    <w:p>
      <w:pPr>
        <w:jc w:val="right"/>
      </w:pPr>
      <w:r>
        <w:t>کیا سوچا تم نے؟ بتاؤ اپنی سوچ کو۔ کیا ان تم کو ایکسپیرینس ہوا وہاں پر؟ یہ نہیں پوچھا انہوں نے، کیونکہ وہ جانتے ہی نہیں تھے کہ مائنڈ کو استعمال کر کے کچھ پا سکتا ہے آدمی معرفت۔</w:t>
      </w:r>
    </w:p>
    <w:p>
      <w:r>
        <w:rPr>
          <w:b/>
        </w:rPr>
        <w:t xml:space="preserve">[26:38] </w:t>
      </w:r>
      <w:r>
        <w:t>to us waqt jo tha domination, woh tha heart based soofiism ka, na ke mind based soofiism ka. to main yeh keh raha hoon ke Islam ne is daur ko khatam kiya jab ke suppression tha,</w:t>
      </w:r>
    </w:p>
    <w:p>
      <w:pPr>
        <w:jc w:val="right"/>
      </w:pPr>
      <w:r>
        <w:t>تو اس وقت جو تھا ڈومینیشن، وہ تھا ہارٹ بیسڈ صوفی ازم کا، نہ کہ مائنڈ بیسڈ صوفی ازم کا۔ تو میں یہ کہہ رہا ہوں کہ اسلام نے اس دور کو ختم کیا جب کہ سپریسیشن تھا،</w:t>
      </w:r>
    </w:p>
    <w:p>
      <w:r>
        <w:rPr>
          <w:b/>
        </w:rPr>
        <w:t xml:space="preserve">[26:54] </w:t>
      </w:r>
      <w:r>
        <w:t>jab ke har taraf cheezon ko secret samjha jata tha aur reason ko apply nahi kiya jata tha. to Islam ne istemal, istemal ne is Islam ne ek naya zamana shuru kiya, naya age shuru kiya.</w:t>
      </w:r>
    </w:p>
    <w:p>
      <w:pPr>
        <w:jc w:val="right"/>
      </w:pPr>
      <w:r>
        <w:t>جب کہ ہر طرف چیزوں کو سیکرٹ سمجھا جاتا تھا اور ریزن کو اپلائی نہیں کیا جاتا تھا۔ تو اسلام نے استعمال، استعمال نے اس اسلام نے ایک نیا زمانہ شروع کیا، نیا ایج شروع کیا۔</w:t>
      </w:r>
    </w:p>
    <w:p>
      <w:r>
        <w:rPr>
          <w:b/>
        </w:rPr>
        <w:t xml:space="preserve">[27:08] </w:t>
      </w:r>
      <w:r>
        <w:t>jab</w:t>
      </w:r>
    </w:p>
    <w:p>
      <w:pPr>
        <w:jc w:val="right"/>
      </w:pPr>
      <w:r>
        <w:t>جب</w:t>
      </w:r>
    </w:p>
    <w:p>
      <w:r>
        <w:rPr>
          <w:b/>
        </w:rPr>
        <w:t xml:space="preserve">[27:09] </w:t>
      </w:r>
      <w:r>
        <w:t>ke aadmi apne apne mind ko apply kare nature ke upar, soche. Quran mein aap bar bar parhenge: "afala taqiloon, afala tazakroon, afala tudabiroon".</w:t>
      </w:r>
    </w:p>
    <w:p>
      <w:pPr>
        <w:jc w:val="right"/>
      </w:pPr>
      <w:r>
        <w:t>کہ آدمی اپنے اپنے مائنڈ کو اپلائی کرے نیچر کے اوپر، سوچے۔ قرآن میں آپ بار بار پڑھیں گے: "افلا تعقلون، افلا تذکرون، افلا تدبرون"۔</w:t>
      </w:r>
    </w:p>
    <w:p>
      <w:r>
        <w:rPr>
          <w:b/>
        </w:rPr>
        <w:t xml:space="preserve">[27:21] </w:t>
      </w:r>
      <w:r>
        <w:t>afala yaani yeh bar bar kaha to sochte nahi, kaha to woh aql nahi hai, kaha to woh apne reason ko istemal nahi karte. yeh pehli kitaab hai history mein Quran jis ne ke barah e raast mind ko address kiya ke mind ko kholo, reason ko istemal karo,</w:t>
      </w:r>
    </w:p>
    <w:p>
      <w:pPr>
        <w:jc w:val="right"/>
      </w:pPr>
      <w:r>
        <w:t>افلا یعنی یہ بار بار کہا تو سوچتے نہیں، کہا تو وہ عقل نہیں ہے، کہا تو وہ اپنے ریزن کو استعمال نہیں کرتے۔ یہ پہلی کتاب ہے ہسٹری میں قرآن جس نے کہ براہ راست مائنڈ کو ایڈریس کیا کہ مائنڈ کو کھولو، ریزن کو استعمال کرو،</w:t>
      </w:r>
    </w:p>
    <w:p>
      <w:r>
        <w:rPr>
          <w:b/>
        </w:rPr>
        <w:t xml:space="preserve">[27:40] </w:t>
      </w:r>
      <w:r>
        <w:t>dunya ko samjho apne reason ko istemal kar ke. aur woh shuru hua, lekin pehla set back hua jab philosophy aayi, doosra set back hua jab ke tasawwuf aaya.</w:t>
      </w:r>
    </w:p>
    <w:p>
      <w:pPr>
        <w:jc w:val="right"/>
      </w:pPr>
      <w:r>
        <w:t>دنیا کو سمجھو اپنے ریزن کو استعمال کر کے۔ اور وہ شروع ہوا، لیکن پہلا سیٹ بیک ہوا جب فلاسفی آئی، دوسرا سیٹ بیک ہوا جب کہ تصوف آیا۔</w:t>
      </w:r>
    </w:p>
    <w:p>
      <w:r>
        <w:rPr>
          <w:b/>
        </w:rPr>
        <w:t xml:space="preserve">[27:54] </w:t>
      </w:r>
      <w:r>
        <w:t>yeh chalta raha</w:t>
      </w:r>
    </w:p>
    <w:p>
      <w:pPr>
        <w:jc w:val="right"/>
      </w:pPr>
      <w:r>
        <w:t>یہ چلتا رہا</w:t>
      </w:r>
    </w:p>
    <w:p>
      <w:r>
        <w:rPr>
          <w:b/>
        </w:rPr>
        <w:t xml:space="preserve">[27:57] </w:t>
      </w:r>
      <w:r>
        <w:t>to science ko ek had tak pouncha kar musalman jo hain back mein chale gaye, make mein chale gaye. aage kaam jo kiya, woh European ne kiya.</w:t>
      </w:r>
    </w:p>
    <w:p>
      <w:pPr>
        <w:jc w:val="right"/>
      </w:pPr>
      <w:r>
        <w:t>تو سائنس کو ایک حد تک پہنچا کر مسلمان جو ہیں بیک میں چلے گئے، میک میں چلے گئے۔ آگے کام جو کیا، وہ یورپین نے کیا۔</w:t>
      </w:r>
    </w:p>
    <w:p>
      <w:r>
        <w:rPr>
          <w:b/>
        </w:rPr>
        <w:t xml:space="preserve">[28:09] </w:t>
      </w:r>
      <w:r>
        <w:t>main apna manna yeh hai ke Quran mein jo hai ek hati fatah Yaajooj o Maajooj, ya Yaajooj Maajooj se murad yeh European qaum hai.</w:t>
      </w:r>
    </w:p>
    <w:p>
      <w:pPr>
        <w:jc w:val="right"/>
      </w:pPr>
      <w:r>
        <w:t>میں اپنا ماننا یہ ہے کہ قرآن میں جو ہے ایک حتی فتح یاجوج و ماجوج، یا یاجوج ماجوج سے مراد یہ یورپین قوم ہے۔</w:t>
      </w:r>
    </w:p>
    <w:p>
      <w:r>
        <w:rPr>
          <w:b/>
        </w:rPr>
        <w:t xml:space="preserve">[28:20] </w:t>
      </w:r>
      <w:r>
        <w:t>Quran mein yeh hai ke jab khole jayenge, Yaajooj Maajooj khole jaane ka matlab hai ke jab unko yani woh rise karenge, jab unka advent hoga to initial stage par musalmanon ne science ko aage badhaya tha.</w:t>
      </w:r>
    </w:p>
    <w:p>
      <w:pPr>
        <w:jc w:val="right"/>
      </w:pPr>
      <w:r>
        <w:t>قرآن میں یہ ہے کہ جب کھولے جائیں گے، یاجوج ماجوج کھولے جانے کا معنی ہے کہ جب ان کو یعنی وہ رائز کریں گے، جب ان کا ایڈونٹ ہوگا تو انیشل سٹیج پر مسلمانوں نے سائنس کو آگے بڑھایا تھا۔</w:t>
      </w:r>
    </w:p>
    <w:p>
      <w:r>
        <w:rPr>
          <w:b/>
        </w:rPr>
        <w:t xml:space="preserve">[28:37] </w:t>
      </w:r>
      <w:r>
        <w:t>science matlab ek reason based thinking,</w:t>
      </w:r>
    </w:p>
    <w:p>
      <w:pPr>
        <w:jc w:val="right"/>
      </w:pPr>
      <w:r>
        <w:t>سائنس مطلب ایک ریزن بیسڈ تھنکنگ،</w:t>
      </w:r>
    </w:p>
    <w:p>
      <w:r>
        <w:rPr>
          <w:b/>
        </w:rPr>
        <w:t xml:space="preserve">[28:43] </w:t>
      </w:r>
      <w:r>
        <w:t>lekin woh ek had ke aage badh nahi sake. iske baad ka jo kaam hai, woh kya hai? European ne, yani Newton ko kaha jata hai "father of modern science".</w:t>
      </w:r>
    </w:p>
    <w:p>
      <w:pPr>
        <w:jc w:val="right"/>
      </w:pPr>
      <w:r>
        <w:t>لیکن وہ ایک حد کے آگے بڑھ نہیں سکے۔ اس کے بعد کا جو کام ہے، وہ کیا ہے؟ یورپین نے، یعنی نیوٹن کو کہا جاتا ہے "ادر اف ماڈرن سائنس"۔</w:t>
      </w:r>
    </w:p>
    <w:p>
      <w:r>
        <w:rPr>
          <w:b/>
        </w:rPr>
        <w:t xml:space="preserve">[28:53] </w:t>
      </w:r>
      <w:r>
        <w:t>to jab usne discover kiya, yani seb ke girne se discover kiya ke gravity hai yahan par, that was the beginning of science.</w:t>
      </w:r>
    </w:p>
    <w:p>
      <w:pPr>
        <w:jc w:val="right"/>
      </w:pPr>
      <w:r>
        <w:t>تو جب اس نے ڈسکور کیا، یعنی سیب کے گرنے سے ڈسکور کیا کہ گریوٹی ہے یہاں پر، دیٹ واز دا بگننگ اف سائنس۔</w:t>
      </w:r>
    </w:p>
    <w:p>
      <w:r>
        <w:rPr>
          <w:b/>
        </w:rPr>
        <w:t xml:space="preserve">[29:02] </w:t>
      </w:r>
      <w:r>
        <w:t>yani science ke matlab kaha jata hai ke woh hai iski jar "spirit of inquiry". "spirit of inquiry" ek ek cheez ko janne ki koshish karna.</w:t>
      </w:r>
    </w:p>
    <w:p>
      <w:pPr>
        <w:jc w:val="right"/>
      </w:pPr>
      <w:r>
        <w:t>یعنی سائنس کے مطلب کہا جاتا ہے کہ وہ ہے اس کی جڑ "اسپیٹ اف انکوائری"۔ "اسپیٹ اف انکوائری" ایک ایک چیز کو جاننے کی کوشش کرنا۔</w:t>
      </w:r>
    </w:p>
    <w:p>
      <w:r>
        <w:rPr>
          <w:b/>
        </w:rPr>
        <w:t xml:space="preserve">[29:13] </w:t>
      </w:r>
      <w:r>
        <w:t>to pehle zamane mein log sochte nahi the, bas devta samajh liya, khuda samajh liya, aql ko apply nahi karte. to Quran ne kaha: "kya tum aql ko apply nahi karte?</w:t>
      </w:r>
    </w:p>
    <w:p>
      <w:pPr>
        <w:jc w:val="right"/>
      </w:pPr>
      <w:r>
        <w:t>تو پہلے زمانے میں لوگ سوچتے نہیں تھے، بس دیوتا سمجھ لیا، خدا سمجھ لیا، عقل کو اپلائی نہیں کرتے۔ تو قرآن نے کہا: "کیا تم عقل کو اپلائی نہیں کرتے؟</w:t>
      </w:r>
    </w:p>
    <w:p>
      <w:r>
        <w:rPr>
          <w:b/>
        </w:rPr>
        <w:t xml:space="preserve">[29:22] </w:t>
      </w:r>
      <w:r>
        <w:t>afla taqiloon, afla tadabbaroon, afla tazakroon".</w:t>
      </w:r>
    </w:p>
    <w:p>
      <w:pPr>
        <w:jc w:val="right"/>
      </w:pPr>
      <w:r>
        <w:t>افلا تعقلون، افلا تدبرون، افلا تذکرون"۔</w:t>
      </w:r>
    </w:p>
    <w:p>
      <w:r>
        <w:rPr>
          <w:b/>
        </w:rPr>
        <w:t xml:space="preserve">[29:28] </w:t>
      </w:r>
      <w:r>
        <w:t>sochte kyun nahi? jab koi aql di hai, socho isko. yani Khuda ne Quran mein bar bar yeh baat kahi: "aql tum ko kis liye diya hai?</w:t>
      </w:r>
    </w:p>
    <w:p>
      <w:pPr>
        <w:jc w:val="right"/>
      </w:pPr>
      <w:r>
        <w:t>سوچتے کیوں نہیں؟ جب کوئی عقل دی ہے، سوچو اس کو۔ یعنی خدا نے قرآن میں بار بار یہ بات کہی: "عقل تم کو کس لیے دیا ہے؟</w:t>
      </w:r>
    </w:p>
    <w:p>
      <w:r>
        <w:rPr>
          <w:b/>
        </w:rPr>
        <w:t xml:space="preserve">[29:37] </w:t>
      </w:r>
      <w:r>
        <w:t>socho, socho, socho, socho" tab ja kar history mein ek naya zamana aaya. lekin yeh jo set back hua, pehle philosophy ka set back hua, phir tasawwuf ka set back hua,</w:t>
      </w:r>
    </w:p>
    <w:p>
      <w:pPr>
        <w:jc w:val="right"/>
      </w:pPr>
      <w:r>
        <w:t>سوچو، سوچو، سوچو، سوچو"۔ تب جا کر ہسٹری میں ایک نیا زمانہ آیا۔ لیکن یہ جو سیٹ بیک ہوا، پہلے فلاسفی کا سیٹ بیک ہوا، پھر تصوف کا سیٹ بیک ہوا،</w:t>
      </w:r>
    </w:p>
    <w:p>
      <w:r>
        <w:rPr>
          <w:b/>
        </w:rPr>
        <w:t xml:space="preserve">[29:55] </w:t>
      </w:r>
      <w:r>
        <w:t>to musalman aage nahi badha sake.</w:t>
      </w:r>
    </w:p>
    <w:p>
      <w:pPr>
        <w:jc w:val="right"/>
      </w:pPr>
      <w:r>
        <w:t>تو مسلمان آگے نہیں بڑھا سکے۔</w:t>
      </w:r>
    </w:p>
    <w:p>
      <w:r>
        <w:rPr>
          <w:b/>
        </w:rPr>
        <w:t xml:space="preserve">[29:58] </w:t>
      </w:r>
      <w:r>
        <w:t>yeh European ne aage badhaya, yani yeh European the jinhone, yani alchemy ko chemistry banaya, jinhone, ah, isko astrology ko, ah,</w:t>
      </w:r>
    </w:p>
    <w:p>
      <w:pPr>
        <w:jc w:val="right"/>
      </w:pPr>
      <w:r>
        <w:t>یہ یورپین نے آگے بڑھایا، یعنی یہ یورپین تھے جنہوں نے، یعنی الکیمی کو کیمسٹری بنایا، جنہوں نے، اہ، اس کو اسٹرالوجی کو، اہ،</w:t>
      </w:r>
    </w:p>
    <w:p>
      <w:r>
        <w:rPr>
          <w:b/>
        </w:rPr>
        <w:t xml:space="preserve">[30:12] </w:t>
      </w:r>
      <w:r>
        <w:t>astrology ko astronomy banaya. insan ko suppresses nikal kar ke science ke zamane mein laya hua.</w:t>
      </w:r>
    </w:p>
    <w:p>
      <w:pPr>
        <w:jc w:val="right"/>
      </w:pPr>
      <w:r>
        <w:t>اسٹرالوجی کو ایسٹرانومی بنایا۔ انسان کو سپریسیز نکال کر کے سائنس کے زمانے میں لایا ہوا۔</w:t>
      </w:r>
    </w:p>
    <w:p>
      <w:r>
        <w:rPr>
          <w:b/>
        </w:rPr>
        <w:t xml:space="preserve">[30:22] </w:t>
      </w:r>
      <w:r>
        <w:t>yeh taqreeban teen sau saal ya is se zyada ki muddat hai jabke science, ah, barhi Europe mein pehle, phir America mein.</w:t>
      </w:r>
    </w:p>
    <w:p>
      <w:pPr>
        <w:jc w:val="right"/>
      </w:pPr>
      <w:r>
        <w:t>یہ تقریباً تین سو سال یا اس سے زیادہ کی مدت ہے جبکہ سائنس، اہ، بڑھی یورپ میں پہلے، پھر امریکہ میں۔</w:t>
      </w:r>
    </w:p>
    <w:p>
      <w:r>
        <w:rPr>
          <w:b/>
        </w:rPr>
        <w:t xml:space="preserve">[30:33] </w:t>
      </w:r>
      <w:r>
        <w:t>lekin ab kya hua? ab jo sawal tha, unhone reason ko apply kiya tha nature par sirf material sense mein. material sense mein, jaise maine kal yahan par speech mein kaha tha ke main America bar bar gaya hoon,</w:t>
      </w:r>
    </w:p>
    <w:p>
      <w:pPr>
        <w:jc w:val="right"/>
      </w:pPr>
      <w:r>
        <w:t>لیکن اب کیا ہوا؟ اب جو سوال تھا، انہوں نے ریزن کو اپلائی کیا تھا نیچر پر صرف مٹیریل سینس میں۔ مٹیریل سینس میں، جیسے میں نے کل یہاں پر اسپیچ میں کہا تھا کہ میں امریکہ بار بار گیا ہوں،</w:t>
      </w:r>
    </w:p>
    <w:p>
      <w:r>
        <w:rPr>
          <w:b/>
        </w:rPr>
        <w:t xml:space="preserve">[30:49] </w:t>
      </w:r>
      <w:r>
        <w:t>to kuch log America ko badi cheez samajhte hain.</w:t>
      </w:r>
    </w:p>
    <w:p>
      <w:pPr>
        <w:jc w:val="right"/>
      </w:pPr>
      <w:r>
        <w:t>تو کچھ لوگ امریکہ کو بڑی چیز سمجھتے ہیں۔</w:t>
      </w:r>
    </w:p>
    <w:p>
      <w:r>
        <w:rPr>
          <w:b/>
        </w:rPr>
        <w:t xml:space="preserve">[30:51] </w:t>
      </w:r>
      <w:r>
        <w:t>maine kaha ke India is se behtar hai. maine kaha tha ke Mother Teresa ka jo Nobel Prize mila tha, to America bulai gayi thi, woh to aaj woh address kiya unhone.</w:t>
      </w:r>
    </w:p>
    <w:p>
      <w:pPr>
        <w:jc w:val="right"/>
      </w:pPr>
      <w:r>
        <w:t>میں نے کہا کہ انڈیا اس سے بہتر ہے۔ میں نے کہا تھا کہ مدر ٹریسا کا جو نوبل پرائز ملا تھا، تو امریکہ بلائی گئی تھی، وہ تو آج وہ ایڈریس کیا انہوں نے۔</w:t>
      </w:r>
    </w:p>
    <w:p>
      <w:r>
        <w:rPr>
          <w:b/>
        </w:rPr>
        <w:t xml:space="preserve">[31:02] </w:t>
      </w:r>
      <w:r>
        <w:t>to unhone kaha ke main ek rich country se ek poor country mein aayi hoon, to main India ko rich country samajhta hoon, America ko poor country samajhta hoon.</w:t>
      </w:r>
    </w:p>
    <w:p>
      <w:pPr>
        <w:jc w:val="right"/>
      </w:pPr>
      <w:r>
        <w:t>تو انہوں نے کہا کہ میں ایک رچ کنٹری سے ایک پور کنٹری میں آئی ہوں، تو میں انڈیا کو رچ کنٹری سمجھتا ہوں، امریکہ کو پور کنٹری سمجھتا ہوں۔</w:t>
      </w:r>
    </w:p>
    <w:p>
      <w:r>
        <w:rPr>
          <w:b/>
        </w:rPr>
        <w:t xml:space="preserve">[31:13] </w:t>
      </w:r>
      <w:r>
        <w:t>kis sense mein? America mein maine kaha hai compulsive materials mein,</w:t>
      </w:r>
    </w:p>
    <w:p>
      <w:pPr>
        <w:jc w:val="right"/>
      </w:pPr>
      <w:r>
        <w:t>کس سینس میں؟ امریکہ میں میں نے کہا ہے کمپلسو مٹیریلز میں،</w:t>
      </w:r>
    </w:p>
    <w:p>
      <w:r>
        <w:rPr>
          <w:b/>
        </w:rPr>
        <w:t xml:space="preserve">[31:19] </w:t>
      </w:r>
      <w:r>
        <w:t>yani ek hi framework hai, ek hi cell hai, ek hi khol. is mein aap jeete hain, woh hai material cell. har aadmi bas isi mein jeeta hai, uske bahar ja nahi sakta hai.</w:t>
      </w:r>
    </w:p>
    <w:p>
      <w:pPr>
        <w:jc w:val="right"/>
      </w:pPr>
      <w:r>
        <w:t>یعنی ایک ہی فریم ورک ہے، ایک ہی سیل ہے، ایک ہی خول۔ اس میں آپ جیتے ہیں، وہ ہے مٹیریل سیل۔ ہر آدمی بس اسی میں جیتا ہے، اس کے باہر جا نہیں سکتا ہے۔</w:t>
      </w:r>
    </w:p>
    <w:p>
      <w:r>
        <w:rPr>
          <w:b/>
        </w:rPr>
        <w:t xml:space="preserve">[31:31] </w:t>
      </w:r>
      <w:r>
        <w:t>yeh samajh lijiye ke jaise aap road par ja rahe hain aur beech mein aap ki car hai, idhar bhi car, udhar bhi car. ab daud rahi hain caron.</w:t>
      </w:r>
    </w:p>
    <w:p>
      <w:pPr>
        <w:jc w:val="right"/>
      </w:pPr>
      <w:r>
        <w:t>یہ سمجھ لیجئے کہ جیسے آپ روڈ پر جا رہے ہیں اور بیچ میں آپ کی کار ہے، ادھر بھی کار، ادھر بھی کار۔ اب دوڑ رہی ہیں کاریں۔</w:t>
      </w:r>
    </w:p>
    <w:p>
      <w:r>
        <w:rPr>
          <w:b/>
        </w:rPr>
        <w:t xml:space="preserve">[31:41] </w:t>
      </w:r>
      <w:r>
        <w:t>ab jo aaj beech mein jo aap hain, to aap na dayen mud sakte hain, na bayen mud sakte hain, na peeche hat sakte hain, aage badh sakte hain.</w:t>
      </w:r>
    </w:p>
    <w:p>
      <w:pPr>
        <w:jc w:val="right"/>
      </w:pPr>
      <w:r>
        <w:t>اب جو آج بیچ میں جو آپ ہیں، تو آپ نہ دائیں مڑ سکتے ہیں، نہ بائیں مڑ سکتے ہیں، نہ پیچھے ہٹ سکتے ہیں، آگے بڑھ سکتے ہیں۔</w:t>
      </w:r>
    </w:p>
    <w:p>
      <w:r>
        <w:rPr>
          <w:b/>
        </w:rPr>
        <w:t xml:space="preserve">[31:47] </w:t>
      </w:r>
      <w:r>
        <w:t>bas aap ko isi race mein bhaage, bhaagte, bhaagte rehna hai.</w:t>
      </w:r>
    </w:p>
    <w:p>
      <w:pPr>
        <w:jc w:val="right"/>
      </w:pPr>
      <w:r>
        <w:t>بس آپ کو اسی ریس میں بھاگے، بھاگتے، بھاگتے رہنا ہے۔</w:t>
      </w:r>
    </w:p>
    <w:p>
      <w:r>
        <w:rPr>
          <w:b/>
        </w:rPr>
        <w:t xml:space="preserve">[31:54] </w:t>
      </w:r>
      <w:r>
        <w:t>yaani ek road hai jis par aap apni gaadi par chal rahe hain, to aap akele nahin honge. aap aage bhi gaadi hogi, peechhe bhi gaadi hogi. is waqt kuch bhi aap ke mind mein nahin hota, siwaye is ke ke main is lane par chalta rahoon, chalta rahoon, chalta rahoon.</w:t>
      </w:r>
    </w:p>
    <w:p>
      <w:pPr>
        <w:jc w:val="right"/>
      </w:pPr>
      <w:r>
        <w:t>یعنی ایک روڈ ہے جس پر آپ اپنی گاڑی پر چل رہے ہیں، تو آپ اکیلے نہیں ہوں گے۔ آپ آگے بھی گاڑی ہوگی، پیچھے بھی گاڑی ہوگی۔ اس وقت کچھ بھی آپ کے مائنڈ میں نہیں ہوتا، سوائے اس کے کہ میں اس لین پر چلتا رہوں، چلتا رہوں، چلتا رہوں۔</w:t>
      </w:r>
    </w:p>
    <w:p>
      <w:r>
        <w:rPr>
          <w:b/>
        </w:rPr>
        <w:t xml:space="preserve">[32:08] </w:t>
      </w:r>
      <w:r>
        <w:t>aap speed ko kam nahin kar sakte. agar speed karenge to peechhe takraao hoga, tez karenge to aage takraao hoga. yeh hai compulsive materialism.</w:t>
      </w:r>
    </w:p>
    <w:p>
      <w:pPr>
        <w:jc w:val="right"/>
      </w:pPr>
      <w:r>
        <w:t>آپ اسپیڈ کو کم نہیں کر سکتے۔ اگر اسپیڈ کریں گے تو پیچھے ٹکراؤ ہوگا، تیز کریں گے تو آگے ٹکراؤ ہوگا۔ یہ ہے کمپلسو مٹیریلزم۔</w:t>
      </w:r>
    </w:p>
    <w:p>
      <w:r>
        <w:rPr>
          <w:b/>
        </w:rPr>
        <w:t xml:space="preserve">[32:19] </w:t>
      </w:r>
      <w:r>
        <w:t>yeh is ka naam hai America. India mein optional materialism hai. hum chahein to materials banen ya na banen, yeh kitni bari nemat hai, kitni bari blessing hai.</w:t>
      </w:r>
    </w:p>
    <w:p>
      <w:pPr>
        <w:jc w:val="right"/>
      </w:pPr>
      <w:r>
        <w:t>یہ اس کا نام ہے امریکہ۔ انڈیا میں آپشنل مٹیریلزم ہے۔ ہم چاہیں تو مٹیریلز بنیں یا نہ بنیں، یہ کتنی بڑی نعمت ہے، کتنی بڑی بلیسنگ ہے۔</w:t>
      </w:r>
    </w:p>
    <w:p>
      <w:r>
        <w:rPr>
          <w:b/>
        </w:rPr>
        <w:t xml:space="preserve">[32:29] </w:t>
      </w:r>
      <w:r>
        <w:t>yeh kaash log jaanen is baat ko, to bhaag bhaag ke America na jaayen. to khair, main yeh keh raha tha ke Europe ne aur America ne scientific thinking ko ya reason ke application ko sirf materialism tak pahunchaya.</w:t>
      </w:r>
    </w:p>
    <w:p>
      <w:pPr>
        <w:jc w:val="right"/>
      </w:pPr>
      <w:r>
        <w:t>یہ کاش لوگ جانیں اس بات کو، تو بھاگ بھاگ کے امریکہ نہ جائیں۔ تو خیر، میں یہ کہہ رہا تھا کہ یورپ نے اور امریکہ نے سائنٹیفک تھنکنگ کو یا ریزن کے ایپلیکیشن کو صرف مٹیریلزم تک پہنچایا۔</w:t>
      </w:r>
    </w:p>
    <w:p>
      <w:r>
        <w:rPr>
          <w:b/>
        </w:rPr>
        <w:t xml:space="preserve">[32:47] </w:t>
      </w:r>
      <w:r>
        <w:t>abhi ek kaam baqi tha, woh tha theology par, us ko religion par, us ko apply karna. bara kaam, yaani rational theology duniya mein lana.</w:t>
      </w:r>
    </w:p>
    <w:p>
      <w:pPr>
        <w:jc w:val="right"/>
      </w:pPr>
      <w:r>
        <w:t>ابھی ایک کام باقی تھا، وہ تھا تھیالوجی پر، اس کو ریلیجن پر، اس کو اپلائی کرنا۔ بڑا کام، یعنی ریشنل تھیالوجی دنیا میں لانا۔</w:t>
      </w:r>
    </w:p>
    <w:p>
      <w:r>
        <w:rPr>
          <w:b/>
        </w:rPr>
        <w:t xml:space="preserve">[32:59] </w:t>
      </w:r>
      <w:r>
        <w:t>rational theology, reason base theology. is se pehle kya tha ke philosophy base theology thi ya tasawwuf base theology thi.</w:t>
      </w:r>
    </w:p>
    <w:p>
      <w:pPr>
        <w:jc w:val="right"/>
      </w:pPr>
      <w:r>
        <w:t>ریشنل تھیالوجی، ریزن بیس تھیالوجی۔ اس سے پہلے کیا تھا کہ فلاسفی بیس تھیالوجی تھی یا تصوف بیس تھیالوجی تھی۔</w:t>
      </w:r>
    </w:p>
    <w:p>
      <w:r>
        <w:rPr>
          <w:b/>
        </w:rPr>
        <w:t xml:space="preserve">[33:12] </w:t>
      </w:r>
      <w:r>
        <w:t>donon ke donon woh kaam nahin kar sake jo chahiye tha karna,</w:t>
      </w:r>
    </w:p>
    <w:p>
      <w:pPr>
        <w:jc w:val="right"/>
      </w:pPr>
      <w:r>
        <w:t>دونوں کے دونوں وہ کام نہیں کر سکے جو چاہیے تھا کرنا،</w:t>
      </w:r>
    </w:p>
    <w:p>
      <w:r>
        <w:rPr>
          <w:b/>
        </w:rPr>
        <w:t xml:space="preserve">[33:17] </w:t>
      </w:r>
      <w:r>
        <w:t>woh kaam nahin kar sake woh log. ab jo mauqa tha, woh yeh hai ke reason base theology duniya mein laayi jaaye. yahan aadha kaam western countries ne kar diya, yaani scientific discovery ki unhone,</w:t>
      </w:r>
    </w:p>
    <w:p>
      <w:pPr>
        <w:jc w:val="right"/>
      </w:pPr>
      <w:r>
        <w:t>وہ کام نہیں کر سکے وہ لوگ۔ اب جو موقع تھا، وہ یہ ہے کہ ریزن بیس تھیالوجی دنیا میں لائی جائے۔ یہاں ادھا کام ویسٹرن کنٹریز نے کر دیا، یعنی سائنٹیفک ڈسکوری کی انہوں نے،</w:t>
      </w:r>
    </w:p>
    <w:p>
      <w:r>
        <w:rPr>
          <w:b/>
        </w:rPr>
        <w:t xml:space="preserve">[33:32] </w:t>
      </w:r>
      <w:r>
        <w:t>yaani nature ko unfold kiya. unhone nature ko unfold kiya, unhone,</w:t>
      </w:r>
    </w:p>
    <w:p>
      <w:pPr>
        <w:jc w:val="right"/>
      </w:pPr>
      <w:r>
        <w:t>یعنی نیچر کو انفولڈ کیا۔ انہوں نے نیچر کو انفولڈ کیا، انہوں نے،</w:t>
      </w:r>
    </w:p>
    <w:p>
      <w:r>
        <w:rPr>
          <w:b/>
        </w:rPr>
        <w:t xml:space="preserve">[33:37] </w:t>
      </w:r>
      <w:r>
        <w:t>unhone ore ko steel banaya, steel ko engine banaya, unhone paani ko steam power mein convert kiya, unhone petrol nikala, petrol se phir gaadiyan daudayin, hawai jahaaz udaaye.</w:t>
      </w:r>
    </w:p>
    <w:p>
      <w:pPr>
        <w:jc w:val="right"/>
      </w:pPr>
      <w:r>
        <w:t>انہوں نے اور کو اسٹیل بنایا، اسٹیل کو انجن بنایا، انہوں نے پانی کو اسٹیم پاور میں کنورٹ کیا، انہوں نے پیٹرول نکالا، پیٹرول سے پھر گاڑیاں دوڑائیں، ہوائی جہاز اڑائے۔</w:t>
      </w:r>
    </w:p>
    <w:p>
      <w:r>
        <w:rPr>
          <w:b/>
        </w:rPr>
        <w:t xml:space="preserve">[33:51] </w:t>
      </w:r>
      <w:r>
        <w:t>unhone itna kiya. ab jo kaam tha aage ka, woh tha reason ko apply karna theology par ya ya religion par.</w:t>
      </w:r>
    </w:p>
    <w:p>
      <w:pPr>
        <w:jc w:val="right"/>
      </w:pPr>
      <w:r>
        <w:t>انہوں نے اتنا کیا۔ اب جو کام تھا آگے کا، وہ تھا ریزن کو اپلائی کرنا تھیالوجی پر یا یا ریلیجن پر۔</w:t>
      </w:r>
    </w:p>
    <w:p>
      <w:r>
        <w:rPr>
          <w:b/>
        </w:rPr>
        <w:t xml:space="preserve">[34:03] </w:t>
      </w:r>
      <w:r>
        <w:t>is kaam mein musalmanon ne kuch bhi nahin kiya, one percent bhi nahin kiya. agar kisi ko ek manna ho ke us ne kiya musalmanon ne to mujhe bataaye.</w:t>
      </w:r>
    </w:p>
    <w:p>
      <w:pPr>
        <w:jc w:val="right"/>
      </w:pPr>
      <w:r>
        <w:t>اس کام میں مسواؤں نے کچھ بھی نہیں کیا، ون پرسنٹ بھی نہیں کیا۔ اگر کسی کو ایک ماننا ہو کہ اس نے کیا مسواؤں نے تو مجھے بتائے۔</w:t>
      </w:r>
    </w:p>
    <w:p>
      <w:r>
        <w:rPr>
          <w:b/>
        </w:rPr>
        <w:t xml:space="preserve">[34:14] </w:t>
      </w:r>
      <w:r>
        <w:t>ek hi kitaab chhapi hai jo Algeria se, us ka naam hai "Qissat al-Iman bayn al-Falsafa wa al-Ilm wa al-Quran".</w:t>
      </w:r>
    </w:p>
    <w:p>
      <w:pPr>
        <w:jc w:val="right"/>
      </w:pPr>
      <w:r>
        <w:t>ایک ہی کتاب چھپی ہے جو الجزائر سے، اس کا نام ہے "قصۃ الایمان بین الفلسفۃ والعلم والقران"۔</w:t>
      </w:r>
    </w:p>
    <w:p>
      <w:r>
        <w:rPr>
          <w:b/>
        </w:rPr>
        <w:t xml:space="preserve">[34:23] </w:t>
      </w:r>
      <w:r>
        <w:t>us ko log samajhte hain ke woh woh hai, yaani musalmanon ka contribution hai is maidan mein. maine is poori kitaab padhi, is is ka tarjuma bhi maine kiya tha us zamane mein.</w:t>
      </w:r>
    </w:p>
    <w:p>
      <w:pPr>
        <w:jc w:val="right"/>
      </w:pPr>
      <w:r>
        <w:t>اس کو لوگ سمجھتے ہیں کہ وہ وہ ہے، یعنی مسلمانوں کا کنٹریبیوشن ہے اس میدان میں۔ میں نے اس پوری کتاب پڑھی، اس اس کا ترجمہ بھی میں نے کیا تھا اس زمانے میں۔</w:t>
      </w:r>
    </w:p>
    <w:p>
      <w:r>
        <w:rPr>
          <w:b/>
        </w:rPr>
        <w:t xml:space="preserve">[34:33] </w:t>
      </w:r>
      <w:r>
        <w:t>yaani poori kitaab mein philosophy hai, science mein is mein kuch hai hi nahin. yaani, yaani woh jo kitaab hai, us mein yaani theology,</w:t>
      </w:r>
    </w:p>
    <w:p>
      <w:pPr>
        <w:jc w:val="right"/>
      </w:pPr>
      <w:r>
        <w:t>یعنی پوری کتاب میں فلاسفی ہے، سائنس میں اس میں کچھ ہے ہی نہیں۔ یعنی، یعنی وہ جو کتاب ہے، اس میں یعنی تھیالوجی،</w:t>
      </w:r>
    </w:p>
    <w:p>
      <w:r>
        <w:rPr>
          <w:b/>
        </w:rPr>
        <w:t xml:space="preserve">[34:47] </w:t>
      </w:r>
      <w:r>
        <w:t>yaani philosophy base theology hai, woh science base theology nahin hai. poori kitaab mein philosophy ko le kar ke unhone Islamic theology banayi hai, Islamic ilm o kalam ko banaya hai.</w:t>
      </w:r>
    </w:p>
    <w:p>
      <w:pPr>
        <w:jc w:val="right"/>
      </w:pPr>
      <w:r>
        <w:t>یعنی فلاسفی بیس تھیالوجی ہے، وہ سائنس بیس تھیالوجی نہیں ہے۔ پوری کتاب میں فلاسفی کو لے کر کے انہوں نے اسلامک تھیالوجی بنائی ہے، اسلامک علم و کلام کو بنایا ہے۔</w:t>
      </w:r>
    </w:p>
    <w:p>
      <w:r>
        <w:rPr>
          <w:b/>
        </w:rPr>
        <w:t xml:space="preserve">[34:59] </w:t>
      </w:r>
      <w:r>
        <w:t>that is based on end philosophy.</w:t>
      </w:r>
    </w:p>
    <w:p>
      <w:pPr>
        <w:jc w:val="right"/>
      </w:pPr>
      <w:r>
        <w:t>دیٹ از بیسڈ ان اینڈ فلاسفی۔</w:t>
      </w:r>
    </w:p>
    <w:p>
      <w:r>
        <w:rPr>
          <w:b/>
        </w:rPr>
        <w:t xml:space="preserve">[35:02] </w:t>
      </w:r>
      <w:r>
        <w:t>aise hi log kehte hain Iqbal ka ek bohat kitaab hai, un ki "The Reconstruction of Religious Thought in Islam". us ko samajhte hain ke woh kuch bhi nahin, wohi philosophy hai.</w:t>
      </w:r>
    </w:p>
    <w:p>
      <w:pPr>
        <w:jc w:val="right"/>
      </w:pPr>
      <w:r>
        <w:t>ایسے ہی لوگ کہتے ہیں اقبال کا ایک بہت کتاب ہے، ان کی "دی ریکانسٹرکشن اف ریلیجس تھاٹ ان اسلام"۔ اس کو سمجھتے ہیں کہ وہ کچھ بھی نہیں، وہی فلاسفی ہے۔</w:t>
      </w:r>
    </w:p>
    <w:p>
      <w:r>
        <w:rPr>
          <w:b/>
        </w:rPr>
        <w:t xml:space="preserve">[35:12] </w:t>
      </w:r>
      <w:r>
        <w:t>woh dekhen, philosophy par base kar ke jo ilm kalam banta hai, woh kuch bhi nahin, woh nothing hai.</w:t>
      </w:r>
    </w:p>
    <w:p>
      <w:pPr>
        <w:jc w:val="right"/>
      </w:pPr>
      <w:r>
        <w:t>وہ دیکھیں، فلاسفی پر بیس کر کے جو علم کلام بنتا ہے، وہ کچھ بھی نہیں، وہ نتھنگ ہے۔</w:t>
      </w:r>
    </w:p>
    <w:p>
      <w:r>
        <w:rPr>
          <w:b/>
        </w:rPr>
        <w:t xml:space="preserve">[35:20] </w:t>
      </w:r>
      <w:r>
        <w:t>woh to Algeria se jo kitaab chhapi, woh bhi philosophy par base karti hai. Iqbal ki jo kitaab hui, philosophy par base karti hai.</w:t>
      </w:r>
    </w:p>
    <w:p>
      <w:pPr>
        <w:jc w:val="right"/>
      </w:pPr>
      <w:r>
        <w:t>وہ تو الجزائر سے جو کتاب چھپی، وہ بھی فلاسفی پر بیس کرتی ہے۔ اقبال کی جو کتاب ہوئی، فلاسفی پر بیس کرتی ہے۔</w:t>
      </w:r>
    </w:p>
    <w:p>
      <w:r>
        <w:rPr>
          <w:b/>
        </w:rPr>
        <w:t xml:space="preserve">[35:31] </w:t>
      </w:r>
      <w:r>
        <w:t>science par base kar ke jo kitaab likhna tha, woh baqi hai. Khuda ka fazl, hamare mission mein yeh kaam ho raha hai, magar hamare mission ke bahar kisi ne kuch bhi nahin kiya, one percent mein nahin kiya.</w:t>
      </w:r>
    </w:p>
    <w:p>
      <w:pPr>
        <w:jc w:val="right"/>
      </w:pPr>
      <w:r>
        <w:t>سائنس پر بیس کر کے جو کتاب لکھنا تھا، وہ باقی ہے۔ خدا کا فضل، ہمارے مشن میں یہ کام ہو رہا ہے، مگر ہمارے مشن کے باہر کسی نے کچھ بھی نہیں کیا، ون پرسنٹ میں نہیں کیا۔</w:t>
      </w:r>
    </w:p>
    <w:p>
      <w:r>
        <w:rPr>
          <w:b/>
        </w:rPr>
        <w:t xml:space="preserve">[35:42] </w:t>
      </w:r>
      <w:r>
        <w:t>haan, is ka aaghaz jo hai, us Christian ne kiya tha, main yeh maanoonga. isi un ke aaghaz ko maine aage badhaya hai, un ke aaghaz ko maine aage badhaya hai.</w:t>
      </w:r>
    </w:p>
    <w:p>
      <w:pPr>
        <w:jc w:val="right"/>
      </w:pPr>
      <w:r>
        <w:t>ہاں، اس کا آغاز جو ہے، اس کرسچن نے کیا تھا، میں یہ مانوں گا۔ اسی ان کے آغاز کو میں نے آگے بڑھایا ہے، ان کے آغاز کو میں نے آگے بڑھایا ہے۔</w:t>
      </w:r>
    </w:p>
    <w:p>
      <w:r>
        <w:rPr>
          <w:b/>
        </w:rPr>
        <w:t xml:space="preserve">[35:53] </w:t>
      </w:r>
      <w:r>
        <w:t>yaani reason base thinking jo thi, us ko le kar ke mazhab ko us par apply kiya jaaye.</w:t>
      </w:r>
    </w:p>
    <w:p>
      <w:pPr>
        <w:jc w:val="right"/>
      </w:pPr>
      <w:r>
        <w:t>یعنی ریزن بیس تھنکنگ جو تھی، اس کو لے کر کے مذہب کو اس پر اپلائی کیا جائے۔</w:t>
      </w:r>
    </w:p>
    <w:p>
      <w:r>
        <w:rPr>
          <w:b/>
        </w:rPr>
        <w:t xml:space="preserve">[35:59] </w:t>
      </w:r>
      <w:r>
        <w:t>yeh kaam kuch Isaiyon ne kiya, kuch Isaiyon ne kiya. yaani yeh jo, yeh, yeh jo kaam tha, us ki beginning Isaiyon ne ki hai.</w:t>
      </w:r>
    </w:p>
    <w:p>
      <w:pPr>
        <w:jc w:val="right"/>
      </w:pPr>
      <w:r>
        <w:t>یہ کام کچھ عیسائیوں نے کیا، کچھ عیسائیوں نے کیا۔ یعنی یہ جو، یہ، یہ جو کام تھا، اس کی بگننگ عیسائیوں نے کی ہے۔</w:t>
      </w:r>
    </w:p>
    <w:p>
      <w:r>
        <w:rPr>
          <w:b/>
        </w:rPr>
        <w:t xml:space="preserve">[36:08] </w:t>
      </w:r>
      <w:r>
        <w:t>jaise ek kitaab chhapi thi, us ko maine padha tha, us ka naam tha "nature and science speak about god".</w:t>
      </w:r>
    </w:p>
    <w:p>
      <w:pPr>
        <w:jc w:val="right"/>
      </w:pPr>
      <w:r>
        <w:t>جیسے ایک کتاب چھپی تھی، اس کو میں نے پڑھا تھا، اس کا نام تھا "نیچر اینڈ سائنس اسپیک اباؤٹ گاڈ"۔</w:t>
      </w:r>
    </w:p>
    <w:p>
      <w:r>
        <w:rPr>
          <w:b/>
        </w:rPr>
        <w:t xml:space="preserve">[36:19] </w:t>
      </w:r>
      <w:r>
        <w:t>"nature and science speak about god" woh isi nahaj mein likhi gayi thi. aisi ek kitaab thi "evidence of god in an expanding universe".</w:t>
      </w:r>
    </w:p>
    <w:p>
      <w:pPr>
        <w:jc w:val="right"/>
      </w:pPr>
      <w:r>
        <w:t>"نیچر اینڈ سائنس اسپیک اباؤٹ گاڈ" وہ اسی نہج میں لکھی گئی تھی۔ ایسی ایک کتاب تھی "ایویڈنس اف گاڈ ان این ایکسپینڈنگ یونیورس"۔</w:t>
      </w:r>
    </w:p>
    <w:p>
      <w:r>
        <w:rPr>
          <w:b/>
        </w:rPr>
        <w:t xml:space="preserve">[36:28] </w:t>
      </w:r>
      <w:r>
        <w:t>yeh kitaab isi nahaj mein likhi gayi thi. phir islam ke aitbaar se bhi inhi ne pehle kitaabein likhi hain, yaani modern style mein.</w:t>
      </w:r>
    </w:p>
    <w:p>
      <w:pPr>
        <w:jc w:val="right"/>
      </w:pPr>
      <w:r>
        <w:t>یہ کتاب اسی نہج میں لکھی گئی تھی۔ پھر اسلام کے اعتبار سے بھی انہی نے پہلے کتابیں لکھی ہیں، یعنی ماڈرن اسٹائل میں۔</w:t>
      </w:r>
    </w:p>
    <w:p>
      <w:r>
        <w:rPr>
          <w:b/>
        </w:rPr>
        <w:t xml:space="preserve">[36:39] </w:t>
      </w:r>
      <w:r>
        <w:t>jaise aap dekhiye ke islam phaila sari duniya mein, aap jaante hain. lekin log kya samajhte the? buzurgon karamat se phaila.</w:t>
      </w:r>
    </w:p>
    <w:p>
      <w:pPr>
        <w:jc w:val="right"/>
      </w:pPr>
      <w:r>
        <w:t>جیسے آپ دیکھیے کہ اسلام پھیلا ساری دنیا میں، آپ جانتے ہیں۔ لیکن لوگ کیا سمجھتے تھے؟ بزرگوں کرامت سے پھیلا۔</w:t>
      </w:r>
    </w:p>
    <w:p>
      <w:r>
        <w:rPr>
          <w:b/>
        </w:rPr>
        <w:t xml:space="preserve">[36:51] </w:t>
      </w:r>
      <w:r>
        <w:t>yeh jaante the log, buzurg karamat se phaila.</w:t>
      </w:r>
    </w:p>
    <w:p>
      <w:pPr>
        <w:jc w:val="right"/>
      </w:pPr>
      <w:r>
        <w:t>یہ جانتے تھے لوگ، بزرگ کرامت سے پھیلا۔</w:t>
      </w:r>
    </w:p>
    <w:p>
      <w:r>
        <w:rPr>
          <w:b/>
        </w:rPr>
        <w:t xml:space="preserve">[36:57] </w:t>
      </w:r>
      <w:r>
        <w:t>jaise ek saahib, jo ek saahib ne mujhe bataya ke ek saahib abhi jaldi ki baat hai, woh speech de rahe the. turk saahib ek ek hindu family mein ek bach, ek ladki paida.</w:t>
      </w:r>
    </w:p>
    <w:p>
      <w:pPr>
        <w:jc w:val="right"/>
      </w:pPr>
      <w:r>
        <w:t>جیسے ایک صاحب، جو ایک صاحب نے مجھے بتایا کہ ایک صاحب ابھی جلدی کی بات ہے، وہ اسپیچ دے رہے تھے۔ ترک صاحب ایک ایک ہندو فیملی میں ایک بچ، ایک لڑکی پیدا۔</w:t>
      </w:r>
    </w:p>
    <w:p>
      <w:r>
        <w:rPr>
          <w:b/>
        </w:rPr>
        <w:t xml:space="preserve">[37:08] </w:t>
      </w:r>
      <w:r>
        <w:t>ek woh paida hua toh woh bachchi thi, ladki thi. is ladki ko woh yaani pasand nahi karte the. woh chahte the bachcha, yaani ladka, ladki hui nahi.</w:t>
      </w:r>
    </w:p>
    <w:p>
      <w:pPr>
        <w:jc w:val="right"/>
      </w:pPr>
      <w:r>
        <w:t>ایک وہ پیدا ہوا تو وہ بچی تھی، لڑکی تھی۔ اس لڑکی کو وہ یعنی پسند نہیں کرتے تھے۔ وہ چاہتے تھے بچہ، یعنی لڑکا، لڑکی ہوئی نہیں۔</w:t>
      </w:r>
    </w:p>
    <w:p>
      <w:r>
        <w:rPr>
          <w:b/>
        </w:rPr>
        <w:t xml:space="preserve">[37:18] </w:t>
      </w:r>
      <w:r>
        <w:t>is bachchi ko phenk diya jangl mein. is hindu family ne is bachchi ko jangl mein phenk diya.</w:t>
      </w:r>
    </w:p>
    <w:p>
      <w:pPr>
        <w:jc w:val="right"/>
      </w:pPr>
      <w:r>
        <w:t>اس بچی کو پھینک دیا جنگل میں۔ اس ہندو فیملی نے اس بچی کو جنگل میں پھینک دیا۔</w:t>
      </w:r>
    </w:p>
    <w:p>
      <w:r>
        <w:rPr>
          <w:b/>
        </w:rPr>
        <w:t xml:space="preserve">[37:25] </w:t>
      </w:r>
      <w:r>
        <w:t>ab pata nahi kaise jangl mein woh zinda rahi, phir kisi ko mili woh bachchi. phir kaise phir jaana us ne ke woh falan family ki ladki hai, toh us ko utha ke le gaya family mein.</w:t>
      </w:r>
    </w:p>
    <w:p>
      <w:pPr>
        <w:jc w:val="right"/>
      </w:pPr>
      <w:r>
        <w:t>اب پتہ نہیں کیسے جنگل میں وہ زندہ رہی، پھر کسی کو ملی وہ بچی۔ پھر کیسے پھر جانا اس نے کہ وہ فلاں فیملی کی لڑکی ہے، تو اس کو اٹھا کے لے گیا فیملی میں۔</w:t>
      </w:r>
    </w:p>
    <w:p>
      <w:r>
        <w:rPr>
          <w:b/>
        </w:rPr>
        <w:t xml:space="preserve">[37:36] </w:t>
      </w:r>
      <w:r>
        <w:t>ab bachchi wahan pahunchi toh kya kehti hai? woh "la ilaha illallah". yaani pehli bol jo nikala us ne, woh "la ilaha illallah". ab log hairaan reh gaye, bhai yeh kya maamla hai?</w:t>
      </w:r>
    </w:p>
    <w:p>
      <w:pPr>
        <w:jc w:val="right"/>
      </w:pPr>
      <w:r>
        <w:t>اب بچی وہاں پہنچی تو کیا کہتی ہے؟ وہ "لا الہ الا اللہ"۔ یعنی پہلی بول جو نکالا اس نے، وہ "لا الہ الا اللہ"۔ اب لوگ حیران رہ گئے، بھئی یہ کیا معاملہ ہے؟</w:t>
      </w:r>
    </w:p>
    <w:p>
      <w:r>
        <w:rPr>
          <w:b/>
        </w:rPr>
        <w:t xml:space="preserve">[37:45] </w:t>
      </w:r>
      <w:r>
        <w:t>toh kisi molvi ko bulaya gaya, kaha ke yeh toh musalman ladki hai. ab sab ke sab musalman ho gaye. ab yeh jhootha qissa hai.</w:t>
      </w:r>
    </w:p>
    <w:p>
      <w:pPr>
        <w:jc w:val="right"/>
      </w:pPr>
      <w:r>
        <w:t>تو کسی مولوی کو بلایا گیا، کہا کہ یہ تو مسلمان لڑکی ہے۔ اب سب کے سب مسلمان ہو گئے۔ اب یہ جھوٹا قصہ ہے۔</w:t>
      </w:r>
    </w:p>
    <w:p>
      <w:r>
        <w:rPr>
          <w:b/>
        </w:rPr>
        <w:t xml:space="preserve">[37:54] </w:t>
      </w:r>
      <w:r>
        <w:t>is aise hazaron nahi, lakhon qisse banaye gaye. is tarah islam phaila hai. islam jo phaila hai duniya mein, toh woh phaila yaani buzurgon ki barkat se, buzurgon ki yaani yaani buzurgon ki tilsmati waqiaat se.</w:t>
      </w:r>
    </w:p>
    <w:p>
      <w:pPr>
        <w:jc w:val="right"/>
      </w:pPr>
      <w:r>
        <w:t>اس ایسے ہزاروں نہیں، لاکھوں قصے بنائے گئے۔ اس طرح اسلام پھیلا ہے۔ اسلام جو پھیلا ہے دنیا میں، تو وہ پھیلا یعنی بزرگوں کی برکت سے، بزرگوں کی یعنی یعنی بزرگوں کی تلسماتی واقعات سے۔</w:t>
      </w:r>
    </w:p>
    <w:p>
      <w:r>
        <w:rPr>
          <w:b/>
        </w:rPr>
        <w:t xml:space="preserve">[38:12] </w:t>
      </w:r>
      <w:r>
        <w:t>is se phaila. bachpan mein hum bhi yahi sochte the. pehli baar kisi shakhs ne bataya ke scientific daawa ke zariye islam phaila hai.</w:t>
      </w:r>
    </w:p>
    <w:p>
      <w:pPr>
        <w:jc w:val="right"/>
      </w:pPr>
      <w:r>
        <w:t>اس سے پھیلا۔ بچپن میں ہم بھی یہی سوچتے تھے۔ پہلی بار کسی شخص نے بتایا کہ سائنٹیفک دعویٰ کے ذریعے اسلام پھیلا ہے۔</w:t>
      </w:r>
    </w:p>
    <w:p>
      <w:r>
        <w:rPr>
          <w:b/>
        </w:rPr>
        <w:t xml:space="preserve">[38:24] </w:t>
      </w:r>
      <w:r>
        <w:t>scientific daawa ke zariye. woh kis ne? kaun tha? mr doctor tier w arnold. ek angrez tha, woh angrez tha.</w:t>
      </w:r>
    </w:p>
    <w:p>
      <w:pPr>
        <w:jc w:val="right"/>
      </w:pPr>
      <w:r>
        <w:t>سائنٹیفک دعویٰ کے ذریعے۔ وہ کس نے؟ کون تھا؟ مسٹر ڈاکٹر ٹیئر ڈبلیو انرلڈ۔ ایک انگریز تھا، وہ انگریز تھا۔</w:t>
      </w:r>
    </w:p>
    <w:p>
      <w:r>
        <w:rPr>
          <w:b/>
        </w:rPr>
        <w:t xml:space="preserve">[38:33] </w:t>
      </w:r>
      <w:r>
        <w:t>woh woh bahut si language jaanta tha, yaani arabic, persian, urdu aur arabic, persian, turkish. kai zabaan jaanta tha.</w:t>
      </w:r>
    </w:p>
    <w:p>
      <w:pPr>
        <w:jc w:val="right"/>
      </w:pPr>
      <w:r>
        <w:t>وہ وہ بہت سی لینگویج جانتا تھا، یعنی عربک، پرشین، اردو اور عربک، پرشین، ٹرکش۔ کئی زبان جانتا تھا۔</w:t>
      </w:r>
    </w:p>
    <w:p>
      <w:r>
        <w:rPr>
          <w:b/>
        </w:rPr>
        <w:t xml:space="preserve">[38:43] </w:t>
      </w:r>
      <w:r>
        <w:t>woh thirty years tak us ne study ki, phir us ne kitaab likhi "the preaching of islam". is kitaab mein dikhaya us ne ke islam jo phaila hai, woh rational tablegh ke zariye phaila hai, rational dawat ke zariye phaila hai.</w:t>
      </w:r>
    </w:p>
    <w:p>
      <w:pPr>
        <w:jc w:val="right"/>
      </w:pPr>
      <w:r>
        <w:t>وہ تھرٹی ایئرز تک اس نے اسٹڈی کی، پھر اس نے کتاب لکھی "دا پریچنگ اف اسلام"۔ اس کتاب میں دکھایا اس نے کہ اسلام جو پھیلا ہے، وہ ریشنل تبلیغ کے ذریعے پھیلا ہے، ریشنل دعوت کے ذریعے پھیلا ہے۔</w:t>
      </w:r>
    </w:p>
    <w:p>
      <w:r>
        <w:rPr>
          <w:b/>
        </w:rPr>
        <w:t xml:space="preserve">[38:58] </w:t>
      </w:r>
      <w:r>
        <w:t>koi koi yeh nahi ke woh buzurgon ke phoonk diya unhone toh</w:t>
      </w:r>
    </w:p>
    <w:p>
      <w:pPr>
        <w:jc w:val="right"/>
      </w:pPr>
      <w:r>
        <w:t>کوئی کوئی یہ نہیں کہ وہ بزرگوں کے پھونک دیا انہوں نے تو</w:t>
      </w:r>
    </w:p>
    <w:p>
      <w:r>
        <w:rPr>
          <w:b/>
        </w:rPr>
        <w:t xml:space="preserve">[39:02] </w:t>
      </w:r>
      <w:r>
        <w:t>sab sab log musalman ho gaye. aisa kuch nahi hai. toh dawat ki history jo hai, yaani history of dawah jo hai, us se pehle base karti thi, yaani farzi kahaniyon par.</w:t>
      </w:r>
    </w:p>
    <w:p>
      <w:pPr>
        <w:jc w:val="right"/>
      </w:pPr>
      <w:r>
        <w:t>سب سب لوگ مسلمان ہو گئے۔ ایسا کچھ نہیں ہے۔ تو دعوت کی ہسٹری جو ہے، یعنی ہسٹری اف دعویٰ جو ہے، اس سے پہلے بیس کرتی تھی، یعنی فرضی کہانیوں پر۔</w:t>
      </w:r>
    </w:p>
    <w:p>
      <w:r>
        <w:rPr>
          <w:b/>
        </w:rPr>
        <w:t xml:space="preserve">[39:16] </w:t>
      </w:r>
      <w:r>
        <w:t>farzi kahaniyon par base karti thi. unhone is ko dikhaya ke nahi, yeh reason based dawah work tha, us se ke islam phaila hai sari duniya mein. yeh dikhaya unhone.</w:t>
      </w:r>
    </w:p>
    <w:p>
      <w:pPr>
        <w:jc w:val="right"/>
      </w:pPr>
      <w:r>
        <w:t>فرضی کہانیوں پر بیس کرتی تھی۔ انہوں نے اس کو دکھایا کہ نہیں، یہ ریزن بیسڈ دعوت ورک تھا، اس سے کہ اسلام پھیلا ہے ساری دنیا میں۔ یہ دکھایا انہوں نے۔</w:t>
      </w:r>
    </w:p>
    <w:p>
      <w:r>
        <w:rPr>
          <w:b/>
        </w:rPr>
        <w:t xml:space="preserve">[39:27] </w:t>
      </w:r>
      <w:r>
        <w:t>is tarah se dekhiye, un ki kitaab jo</w:t>
      </w:r>
    </w:p>
    <w:p>
      <w:pPr>
        <w:jc w:val="right"/>
      </w:pPr>
      <w:r>
        <w:t>اس طرح سے دیکھیے، ان کی کتاب جو</w:t>
      </w:r>
    </w:p>
    <w:p>
      <w:r>
        <w:rPr>
          <w:b/>
        </w:rPr>
        <w:t xml:space="preserve">[39:31] </w:t>
      </w:r>
      <w:r>
        <w:t>hai, doctor maurice bucaille ki kitaab, us ne dikhaya ke jo science ki discoveries hain, woh islam ki mufeed hain, yaani islam ko ko woh endorse kar rahi hain.</w:t>
      </w:r>
    </w:p>
    <w:p>
      <w:pPr>
        <w:jc w:val="right"/>
      </w:pPr>
      <w:r>
        <w:t>ہے، ڈاکٹر مورث بقائی کی کتاب، اس نے دکھایا کہ جو سائنس کی ڈسکوریز ہیں، وہ اسلام کی معید ہیں، یعنی اسلام کو کو وہ انڈورس کر رہی ہیں۔</w:t>
      </w:r>
    </w:p>
    <w:p>
      <w:r>
        <w:rPr>
          <w:b/>
        </w:rPr>
        <w:t xml:space="preserve">[39:44] </w:t>
      </w:r>
      <w:r>
        <w:t>jo baatein quran mein kahi gayi thin, bahut pehle, bahut pehle, ab woh science is ki tasdeeq kar rahi hai. is se pehle kisi ne yeh baat nahi kahi thi ke science jo hai, verify kar rahi hai quran ki baaton ko.</w:t>
      </w:r>
    </w:p>
    <w:p>
      <w:pPr>
        <w:jc w:val="right"/>
      </w:pPr>
      <w:r>
        <w:t>جو باتیں قرآن میں کہی گئی تھیں، بہت پہلے، بہت پہلے، اب وہ سائنس اس کی تصدیق کر رہی ہے۔ اس سے پہلے کسی نے یہ بات نہیں کہی تھی کہ سائنس جو ہے، ویریفائی کر رہی ہے قرآن کی باتوں کو۔</w:t>
      </w:r>
    </w:p>
    <w:p>
      <w:r>
        <w:rPr>
          <w:b/>
        </w:rPr>
        <w:t xml:space="preserve">[40:01] </w:t>
      </w:r>
      <w:r>
        <w:t>toh quran jo hai, woh woh science, yaani quran aur science ka jo taalluq tha, bahut gehra, us ko khola kis ne?</w:t>
      </w:r>
    </w:p>
    <w:p>
      <w:pPr>
        <w:jc w:val="right"/>
      </w:pPr>
      <w:r>
        <w:t>تو قرآن جو ہے، وہ وہ سائنس، یعنی قرآن اور سائنس کا جو تعلق تھا، بہت گہرا، اس کو کھولا کس نے؟</w:t>
      </w:r>
    </w:p>
    <w:p>
      <w:r>
        <w:rPr>
          <w:b/>
        </w:rPr>
        <w:t xml:space="preserve">[40:10] </w:t>
      </w:r>
      <w:r>
        <w:t>doctor maurice bucaille ne.</w:t>
      </w:r>
    </w:p>
    <w:p>
      <w:pPr>
        <w:jc w:val="right"/>
      </w:pPr>
      <w:r>
        <w:t>ڈاکٹر مورث بقائی نے۔</w:t>
      </w:r>
    </w:p>
    <w:p>
      <w:r>
        <w:rPr>
          <w:b/>
        </w:rPr>
        <w:t xml:space="preserve">[40:16] </w:t>
      </w:r>
      <w:r>
        <w:t>phir dekhiye, rasool allah ko yeh itni badi kamyabi hui, us ko bhi log samajhte the ke kya ek fazilat, yaani abdul anbiya the, aap yeh dhara dhara har jagah islam phail gaya.</w:t>
      </w:r>
    </w:p>
    <w:p>
      <w:pPr>
        <w:jc w:val="right"/>
      </w:pPr>
      <w:r>
        <w:t>پھر دیکھیے، رسول اللہ کو یہ اتنی بڑی کامیابی ہوئی، اس کو بھی لوگ سمجھتے تھے کہ کیا ایک فضیلت، یعنی عبدالانبیاء تھے، آپ یہ دھڑا دھڑ ہر جگہ اسلام پھیل گیا۔</w:t>
      </w:r>
    </w:p>
    <w:p>
      <w:r>
        <w:rPr>
          <w:b/>
        </w:rPr>
        <w:t xml:space="preserve">[40:25] </w:t>
      </w:r>
      <w:r>
        <w:t>yani abdul anbiya khane mein dale hue the. woh ek mysterious waqea samajhte the is ko, woh</w:t>
      </w:r>
    </w:p>
    <w:p>
      <w:pPr>
        <w:jc w:val="right"/>
      </w:pPr>
      <w:r>
        <w:t>یعنی عبدالانبیاء خانے میں ڈالے ہوئے تھے۔ وہ ایک مسٹیریس واقعہ سمجھتے تھے اس کو، وہ</w:t>
      </w:r>
    </w:p>
    <w:p>
      <w:r>
        <w:rPr>
          <w:b/>
        </w:rPr>
        <w:t xml:space="preserve">[40:31] </w:t>
      </w:r>
      <w:r>
        <w:t>ke rasool Allah jahan jate the to woh woh badal aap par saya karta tha. aap ja rahe hain, upar badal chal raha hai. kahin gaye to aap darakht aap ko sajda kar rahe hain.</w:t>
      </w:r>
    </w:p>
    <w:p>
      <w:pPr>
        <w:jc w:val="right"/>
      </w:pPr>
      <w:r>
        <w:t>کہ رسول اللہ جہاں جاتے تھے تو وہ وہ بادل آپ پر سایہ کرتا تھا۔ آپ جا رہے ہیں، اوپر بادل چل رہا ہے۔ کہیں گئے تو آپ درخت آپ کو سجدہ کر رہے ہیں۔</w:t>
      </w:r>
    </w:p>
    <w:p>
      <w:r>
        <w:rPr>
          <w:b/>
        </w:rPr>
        <w:t xml:space="preserve">[40:43] </w:t>
      </w:r>
      <w:r>
        <w:t>isi qism ki jhooti kahaniyan laga sirf samajhte the, isi Islam phaila samajhte the.</w:t>
      </w:r>
    </w:p>
    <w:p>
      <w:pPr>
        <w:jc w:val="right"/>
      </w:pPr>
      <w:r>
        <w:t>اسی قسم کی جھوٹی کہانیاں لگا صرف سمجھتے تھے، اسی اسلام پھیلا سمجھتے تھے۔</w:t>
      </w:r>
    </w:p>
    <w:p>
      <w:r>
        <w:rPr>
          <w:b/>
        </w:rPr>
        <w:t xml:space="preserve">[40:51] </w:t>
      </w:r>
      <w:r>
        <w:t>aur Islam ko jo expansion hua, is se hua. pehli bar jis ne is ko historical phenomenon bataya, woh doctor Michael Hart hai,</w:t>
      </w:r>
    </w:p>
    <w:p>
      <w:pPr>
        <w:jc w:val="right"/>
      </w:pPr>
      <w:r>
        <w:t>اور اسلام کو جو ایکسپینشن ہوا، اس سے ہوا۔ پہلی بار جس نے اس کو ہسٹوریکل فیناومینا بتایا، وہ ڈاکٹر مائیکل ہارٹ ہے،</w:t>
      </w:r>
    </w:p>
    <w:p>
      <w:r>
        <w:rPr>
          <w:b/>
        </w:rPr>
        <w:t xml:space="preserve">[40:59] </w:t>
      </w:r>
      <w:r>
        <w:t>jis ne kitab likhi "The Hundred" ke rasool Allah ka jo waqea hai, woh ek historical phenomenon hai. matlab woh bhi reason based ek waqea hai, yeh nahi ke koi koi woh mysterious waqea hai, koi woh ah woh superstition cheezon ke zariye Islam phail gaya hai.</w:t>
      </w:r>
    </w:p>
    <w:p>
      <w:pPr>
        <w:jc w:val="right"/>
      </w:pPr>
      <w:r>
        <w:t>جس نے کتاب لکھی "دا ہنڈرڈ" کہ رسول اللہ کا جو واقعہ ہے، وہ ایک ہسٹوریکل فیناومینا ہے۔ مطلب وہ بھی ریزن بیسڈ ایک واقعہ ہے، یہ نہیں کہ کوئی کوئی وہ مسٹیریس واقعہ ہے، کوئی وہ اہ وہ سپر سٹیشن چیزوں کے ذریعے اسلام پھیل گیا ہے۔</w:t>
      </w:r>
    </w:p>
    <w:p>
      <w:r>
        <w:rPr>
          <w:b/>
        </w:rPr>
        <w:t xml:space="preserve">[41:18] </w:t>
      </w:r>
      <w:r>
        <w:t>is tarah kai kitabein likhin isaiyon ne, to unhone sab se pehle is ko discover kiya aur likha.</w:t>
      </w:r>
    </w:p>
    <w:p>
      <w:pPr>
        <w:jc w:val="right"/>
      </w:pPr>
      <w:r>
        <w:t>اس طرح کئی کتابیں لکھیں عیسائیوں نے، تو انہوں نے سب سے پہلے اس کو ڈسکور کیا اور لکھا۔</w:t>
      </w:r>
    </w:p>
    <w:p>
      <w:r>
        <w:rPr>
          <w:b/>
        </w:rPr>
        <w:t xml:space="preserve">[41:27] </w:t>
      </w:r>
      <w:r>
        <w:t>to Islam ka jo rational aspect hai, main samajhta hoon kisi bhi musalman, koi bhi musalman is ko khol nahi saka. mujhe ek bhi musalman nahi maloom, is ko khola hai ghair muslimon ne.</w:t>
      </w:r>
    </w:p>
    <w:p>
      <w:pPr>
        <w:jc w:val="right"/>
      </w:pPr>
      <w:r>
        <w:t>تو اسلام کا جو ریشنل اسپیکٹ ہے، میں سمجھتا ہوں کسی بھی مسلمان، کوئی بھی مسلمان اس کو کھول نہیں سکا۔ مجھے ایک بھی مسلمان نہیں معلوم، اس کو کھولا ہے غیر مسلموں نے۔</w:t>
      </w:r>
    </w:p>
    <w:p>
      <w:r>
        <w:rPr>
          <w:b/>
        </w:rPr>
        <w:t xml:space="preserve">[41:39] </w:t>
      </w:r>
      <w:r>
        <w:t>jaise aap dekhiye, ek the Bengal ke doctor Nishikant Chattopadhyay. doctor Nishikant Chattopadhyay bohat hi learned aadmi the, woh kai language jante the.</w:t>
      </w:r>
    </w:p>
    <w:p>
      <w:pPr>
        <w:jc w:val="right"/>
      </w:pPr>
      <w:r>
        <w:t>جیسے آپ دیکھیے، ایک تھے بنگال کے ڈاکٹر نیشو کانت ٹٹوپادیا۔ ڈاکٹر نیشو کانت ٹٹوپادیا بہت ہی لرنڈ آدمی تھے، وہ کئی لینگویج جانتے تھے۔</w:t>
      </w:r>
    </w:p>
    <w:p>
      <w:r>
        <w:rPr>
          <w:b/>
        </w:rPr>
        <w:t xml:space="preserve">[41:51] </w:t>
      </w:r>
      <w:r>
        <w:t>woh to he was a true, he was a true seeker.</w:t>
      </w:r>
    </w:p>
    <w:p>
      <w:pPr>
        <w:jc w:val="right"/>
      </w:pPr>
      <w:r>
        <w:t>وہ تو ہی واز ا ٹرو، ہی واز ا ٹرو سیکر۔</w:t>
      </w:r>
    </w:p>
    <w:p>
      <w:r>
        <w:rPr>
          <w:b/>
        </w:rPr>
        <w:t xml:space="preserve">[41:55] </w:t>
      </w:r>
      <w:r>
        <w:t>padha, padha, padha. unhone philosophy padha, mazhab padha, yeh padha, woh padha. to mazhab padha jab unhone, to unhone jab dekha jdi mazhab ki personalities hain, to jahan atak ta tha un ka mind, kyunke bohat hi rational aadmi the ke woh un ko historical nahi lagte the.</w:t>
      </w:r>
    </w:p>
    <w:p>
      <w:pPr>
        <w:jc w:val="right"/>
      </w:pPr>
      <w:r>
        <w:t>پڑھا، پڑھا، پڑھا، پڑھا۔ انہوں نے فلاسفی پڑھا، مذہب پڑھا، یہ پڑھا، وہ پڑھا۔ تو مذہب پڑھا جب انہوں نے، تو انہوں نے جب دیکھا جدی مذہب کی پرسنیلٹیز ہیں، تو جہاں اٹکتا تھا ان کا مائنڈ، کیونکہ بہت ہی ریشنل آدمی تھے کہ وہ ان کو ہسٹوریکل نہیں لگتے تھے۔</w:t>
      </w:r>
    </w:p>
    <w:p>
      <w:r>
        <w:rPr>
          <w:b/>
        </w:rPr>
        <w:t xml:space="preserve">[42:15] </w:t>
      </w:r>
      <w:r>
        <w:t>woh historical credibility unhe nahi nazar aati thi. un ke andar un ko jitne mazhabi peshwa mile, un ko</w:t>
      </w:r>
    </w:p>
    <w:p>
      <w:pPr>
        <w:jc w:val="right"/>
      </w:pPr>
      <w:r>
        <w:t>وہ ہسٹوریکل کریڈیبلٹی انہیں نہیں نظر آتی تھی۔ ان کے اندر ان کو جتنے مذہبی پیشوا ملے، ان کو</w:t>
      </w:r>
    </w:p>
    <w:p>
      <w:r>
        <w:rPr>
          <w:b/>
        </w:rPr>
        <w:t xml:space="preserve">[42:23] </w:t>
      </w:r>
      <w:r>
        <w:t>aaakhir mein unhone Muhammad Sallallahu Alaihi Wasallam ko padha. to jab Muhammad Sallallahu Alaihi Wasallam ne padha, tab samjhaya ke yahan par hai sachai, kyunke history ke criteria par poora utarte the rasool Allah Sallallahu Alaihi Wasallam.</w:t>
      </w:r>
    </w:p>
    <w:p>
      <w:pPr>
        <w:jc w:val="right"/>
      </w:pPr>
      <w:r>
        <w:t>آخر میں انہوں نے محمد صلی اللہ علیہ وسلم کو پڑھا۔ تو جب محمد صلی اللہ علیہ وسلم نے پڑھا، تب سمجھایا کہ یہاں پر ہے سچائی، کیونکہ ہسٹری کے کرائٹیریا پر پورا اترتے تھے رسول اللہ صلی اللہ علیہ وسلم۔</w:t>
      </w:r>
    </w:p>
    <w:p>
      <w:r>
        <w:rPr>
          <w:b/>
        </w:rPr>
        <w:t xml:space="preserve">[42:34] </w:t>
      </w:r>
      <w:r>
        <w:t>to unhone jo kitab likhi hai, us mein yeh jumla main ne is se pehle bhi aap ko sunaya hua hai ke bohat hi thrilling jumla, thrilling, ek thrilling sentence: "Oh what a relief to find after all a truly historical prophet to believe in".</w:t>
      </w:r>
    </w:p>
    <w:p>
      <w:pPr>
        <w:jc w:val="right"/>
      </w:pPr>
      <w:r>
        <w:t>تو انہوں نے جو کتاب لکھی ہے، اس میں یہ جملہ میں نے اس سے پہلے بھی آپ کو سنایا ہوا ہے کہ بہت ہی تھرلنگ جملہ، تھرلنگ، ایک تھرلنگ سینٹنس: "او واٹ ا ریلیف ٹو فائنڈ افٹر آل ا ٹرولی ہسٹوریکل پرافٹ ٹو بیلیو ان"۔</w:t>
      </w:r>
    </w:p>
    <w:p>
      <w:r>
        <w:rPr>
          <w:b/>
        </w:rPr>
        <w:t xml:space="preserve">[42:52] </w:t>
      </w:r>
      <w:r>
        <w:t>ek thrilling, ek ek nikla un ki zuban se yeh sentence: "Oh what a relief to find after all a truly historical prophet to believe in".</w:t>
      </w:r>
    </w:p>
    <w:p>
      <w:pPr>
        <w:jc w:val="right"/>
      </w:pPr>
      <w:r>
        <w:t>ایک تھرلنگ، ایک ایک نکلا ان کی زبان سے یہ سینٹنس: "او واٹ ا ریلیف ٹو فائنڈ افٹر آل ا ٹرولی ہسٹوریکل پرافٹ ٹو بیلیو ان"۔</w:t>
      </w:r>
    </w:p>
    <w:p>
      <w:r>
        <w:rPr>
          <w:b/>
        </w:rPr>
        <w:t xml:space="preserve">[43:01] </w:t>
      </w:r>
      <w:r>
        <w:t>ab dekhen, yeh jo hesiyat hai rasool Allah Sallallahu Alaihi Wasallam ki ke aap hi ek tareekhi nabi hain, aap hi ko historical authenticity hasil hai, aap hi ko historical credibility hasil hai, aur kisi ko nahi hasil hai.</w:t>
      </w:r>
    </w:p>
    <w:p>
      <w:pPr>
        <w:jc w:val="right"/>
      </w:pPr>
      <w:r>
        <w:t>اب دیکھیں، یہ جو حیثیت ہے رسول اللہ صلی اللہ علیہ وسلم کی کہ آپ ہی ایک تاریخی نبی ہیں، آپ ہی کو ہسٹوریکل اتھنٹیسٹی حاصل ہے، آپ ہی کو ہسٹوریکل کریڈیبلٹی حاصل ہے، اور کسی کو نہیں حاصل ہے۔</w:t>
      </w:r>
    </w:p>
    <w:p>
      <w:r>
        <w:rPr>
          <w:b/>
        </w:rPr>
        <w:t xml:space="preserve">[43:12] </w:t>
      </w:r>
      <w:r>
        <w:t>yeh yeh koi likh nahi saka tha, bas abdul anbiya, abdul anbiya yeh jante the log.</w:t>
      </w:r>
    </w:p>
    <w:p>
      <w:pPr>
        <w:jc w:val="right"/>
      </w:pPr>
      <w:r>
        <w:t>یہ یہ کوئی لکھ نہیں سکا تھا، بس عبدالانبیاء، عبدالانبیاء یہ جانتے تھے لوگ۔</w:t>
      </w:r>
    </w:p>
    <w:p>
      <w:r>
        <w:rPr>
          <w:b/>
        </w:rPr>
        <w:t xml:space="preserve">[43:18] </w:t>
      </w:r>
      <w:r>
        <w:t>sarwar e alam aur sarwar e kainat aur sab pata nahi kya kya laqab laqab nikal rakha hai logon ne. woh samajhte the abdul anbiya the, is liye sab kuch ho gaya.</w:t>
      </w:r>
    </w:p>
    <w:p>
      <w:pPr>
        <w:jc w:val="right"/>
      </w:pPr>
      <w:r>
        <w:t>سرور عالم اور سرور کائنات اور سب پتہ نہیں کیا کیا لقب لقب نکال رکھا ہے لوگوں نے۔ وہ سمجھتے تھے عبدالانبیاء تھے، اس لیے سب کچھ ہو گیا۔</w:t>
      </w:r>
    </w:p>
    <w:p>
      <w:r>
        <w:rPr>
          <w:b/>
        </w:rPr>
        <w:t xml:space="preserve">[43:29] </w:t>
      </w:r>
      <w:r>
        <w:t>is ko ek historical phenomenon ke taur par discover kiya jis ne woh doctor Kant Chattopadhyay the. woh musalman nahi tha, koi kaisi ajeeb baat thi.</w:t>
      </w:r>
    </w:p>
    <w:p>
      <w:pPr>
        <w:jc w:val="right"/>
      </w:pPr>
      <w:r>
        <w:t>اس کو ایک ہسٹوریکل فیناومینا کے طور پر ڈسکور کیا جس نے وہ ڈاکٹر کانٹ ٹٹوپادیا تھے۔ وہ مسلمان نہیں تھا، کوئی کیسی عجیب بات تھی۔</w:t>
      </w:r>
    </w:p>
    <w:p>
      <w:r>
        <w:rPr>
          <w:b/>
        </w:rPr>
        <w:t xml:space="preserve">[43:42] </w:t>
      </w:r>
      <w:r>
        <w:t>to is tarike se main samajhta hoon ke aaghaz jo kiya hai ke reason ko apply karein hum Muslim Islamic theology par, woh kaam ghair muslimon ne kiya.</w:t>
      </w:r>
    </w:p>
    <w:p>
      <w:pPr>
        <w:jc w:val="right"/>
      </w:pPr>
      <w:r>
        <w:t>تو اس طریقے سے میں سمجھتا ہوں کہ آغاز جو کیا ہے کہ ریزن کو اپلائی کریں ہم مسلم اسلامک تھیالوجی پر، وہ کام غیر مسلموں نے کیا۔</w:t>
      </w:r>
    </w:p>
    <w:p>
      <w:r>
        <w:rPr>
          <w:b/>
        </w:rPr>
        <w:t xml:space="preserve">[43:54] </w:t>
      </w:r>
      <w:r>
        <w:t>main yeh keh sakta hoon ke main ne is kaam ko aage badhaya, apni poori mission isi pe laga diya. hamari jitni bhi kitabein hain, search ki hain, to woh isi ka woh hain.</w:t>
      </w:r>
    </w:p>
    <w:p>
      <w:pPr>
        <w:jc w:val="right"/>
      </w:pPr>
      <w:r>
        <w:t>میں یہ کہہ سکتا ہوں کہ میں نے اس کام کو آگے بڑھایا، اپنی پوری مشن اسی پہ لگا دیا۔ ہماری جتنی بھی کتابیں ہیں، سرچ کی ہیں، تو وہ اسی کا وہ ہیں۔</w:t>
      </w:r>
    </w:p>
    <w:p>
      <w:r>
        <w:rPr>
          <w:b/>
        </w:rPr>
        <w:t xml:space="preserve">[44:04] </w:t>
      </w:r>
      <w:r>
        <w:t>reason based theology hum ne banane ki koshish ki hai.</w:t>
      </w:r>
    </w:p>
    <w:p>
      <w:pPr>
        <w:jc w:val="right"/>
      </w:pPr>
      <w:r>
        <w:t>ریزن بیس تھیالوجی ہم نے بنانے کی کوشش کی ہے۔</w:t>
      </w:r>
    </w:p>
    <w:p>
      <w:r>
        <w:rPr>
          <w:b/>
        </w:rPr>
        <w:t xml:space="preserve">[44:08] </w:t>
      </w:r>
      <w:r>
        <w:t>reason based theology yani woh jo Quran mein hai ke socho, agar apni aql ko istemal karo, aql ko kyun nahi istemal karte? ab muddatein guzar gayin ke logon ne aql ko istemal nahi kiya ya kiya to adhura istemal kiya.</w:t>
      </w:r>
    </w:p>
    <w:p>
      <w:pPr>
        <w:jc w:val="right"/>
      </w:pPr>
      <w:r>
        <w:t>ریزن بیس تھیالوجی یعنی وہ جو قرآن میں ہے کہ سوچو، اگر اپنی عقل کو استعمال کرو، عقل کو کیوں نہیں استعمال کرتے؟ اب مدتیں گزر گئیں کہ لوگوں نے عقل کو استعمال نہیں کیا یا کیا تو ادھورا استعمال کیا۔</w:t>
      </w:r>
    </w:p>
    <w:p>
      <w:r>
        <w:rPr>
          <w:b/>
        </w:rPr>
        <w:t xml:space="preserve">[44:24] </w:t>
      </w:r>
      <w:r>
        <w:t>to Khuda ki tofeeq se, Allah taala ki tofeeq se yeh kaam hum ne anjam diya.</w:t>
      </w:r>
    </w:p>
    <w:p>
      <w:pPr>
        <w:jc w:val="right"/>
      </w:pPr>
      <w:r>
        <w:t>تو خدا کی توفیق سے، اللہ تعالی کی توفیق سے یہ کام ہم نے انجام دیا۔</w:t>
      </w:r>
    </w:p>
    <w:p>
      <w:r>
        <w:rPr>
          <w:b/>
        </w:rPr>
        <w:t xml:space="preserve">[44:29] </w:t>
      </w:r>
      <w:r>
        <w:t>to main yeh kahunga ke is kaam ki jo beginning hai, woh kuch doosron ne ki thi, aur mujhe Allah ki tofeeq se is kaam ko aage badhane ki tofeeq mili.</w:t>
      </w:r>
    </w:p>
    <w:p>
      <w:pPr>
        <w:jc w:val="right"/>
      </w:pPr>
      <w:r>
        <w:t>تو میں یہ کہوں گا کہ اس کام کی جو بگننگ ہے، وہ کچھ دوسروں نے کی تھی، اور مجھے اللہ کی توفیق سے اس کام کو آگے بڑھانے کی توفیق ملی۔</w:t>
      </w:r>
    </w:p>
    <w:p>
      <w:r>
        <w:rPr>
          <w:b/>
        </w:rPr>
        <w:t xml:space="preserve">[44:41] </w:t>
      </w:r>
      <w:r>
        <w:t>yeh main ne kiya, aur chunke in logon ka jo mindset tha, woh Islami nahi tha, un ka mindset doosra tha, is wajah se woh theek theek is ki is ko woh bayan nahi kar sakte the.</w:t>
      </w:r>
    </w:p>
    <w:p>
      <w:pPr>
        <w:jc w:val="right"/>
      </w:pPr>
      <w:r>
        <w:t>یہ میں نے کیا، اور چونکہ ان لوگوں کا جو مائنڈ سیٹ تھا، وہ اسلامی نہیں تھا، ان کا مائنڈ سیٹ دوسرا تھا، اس وجہ سے وہ ٹھیک ٹھیک اس کی اس کو وہ بیان نہیں کر سکتے تھے۔</w:t>
      </w:r>
    </w:p>
    <w:p>
      <w:r>
        <w:rPr>
          <w:b/>
        </w:rPr>
        <w:t xml:space="preserve">[44:55] </w:t>
      </w:r>
      <w:r>
        <w:t>dekhiye, islam ko bayan karne ke liye aap ko woh mind set chahiye</w:t>
      </w:r>
    </w:p>
    <w:p>
      <w:pPr>
        <w:jc w:val="right"/>
      </w:pPr>
      <w:r>
        <w:t>دیکھیے، اسلام کو بیان کرنے کے لیے آپ کو وہ مائنڈ سیٹ چاہیے</w:t>
      </w:r>
    </w:p>
    <w:p>
      <w:r>
        <w:rPr>
          <w:b/>
        </w:rPr>
        <w:t xml:space="preserve">[45:00] </w:t>
      </w:r>
      <w:r>
        <w:t>jo quran ko aur hadith ko padh kar bana ho. agar aap ka mind set theek theek wahi nahi hai, to jagah jagah aap ghalati karenge, jagah jagah aap thokar khayenge.</w:t>
      </w:r>
    </w:p>
    <w:p>
      <w:pPr>
        <w:jc w:val="right"/>
      </w:pPr>
      <w:r>
        <w:t>جو قرآن کو اور حدیث کو پڑھ کر بنا ہو۔ اگر آپ کا مائنڈ سیٹ ٹھیک ٹھیک وہی نہیں ہے، تو جگہ جگہ آپ غلطی کریں گے، جگہ جگہ آپ ٹھوکر کھائیں گے۔</w:t>
      </w:r>
    </w:p>
    <w:p>
      <w:r>
        <w:rPr>
          <w:b/>
        </w:rPr>
        <w:t xml:space="preserve">[45:10] </w:t>
      </w:r>
      <w:r>
        <w:t>to meri taleem madarse mein hui thi, us waqt mein jo mera mind set hai, woh bana tha madarse ke mahaul mein. phir jab maine in cheezon ko padha, to maine sahi mind set ke sath us ko liya,</w:t>
      </w:r>
    </w:p>
    <w:p>
      <w:pPr>
        <w:jc w:val="right"/>
      </w:pPr>
      <w:r>
        <w:t>تو میری تعلیم مدرسے میں ہوئی تھی، اس وقت میں جو میرا مائنڈ سیٹ ہے، وہ بنا تھا مدرسے کے ماحول میں۔ پھر جب میں نے ان چیزوں کو پڑھا، تو میں نے صحیح مائنڈ سیٹ کے ساتھ اس کو لیا،</w:t>
      </w:r>
    </w:p>
    <w:p>
      <w:r>
        <w:rPr>
          <w:b/>
        </w:rPr>
        <w:t xml:space="preserve">[45:23] </w:t>
      </w:r>
      <w:r>
        <w:t>aur sahi mind ke sath us ko mein aage badha badha saka. yeh hai hamara mission.</w:t>
      </w:r>
    </w:p>
    <w:p>
      <w:pPr>
        <w:jc w:val="right"/>
      </w:pPr>
      <w:r>
        <w:t>اور صحیح مائنڈ کے ساتھ اس کو میں آگے بڑھا بڑھا سکا۔ یہ ہے ہمارا مشن۔</w:t>
      </w:r>
    </w:p>
    <w:p>
      <w:r>
        <w:rPr>
          <w:b/>
        </w:rPr>
        <w:t xml:space="preserve">[45:32] </w:t>
      </w:r>
      <w:r>
        <w:t>ab dekhiye, kal parson ek sahab mere paas aaye, to unhone kaha ke main aap kitabein padhta hoon, aap ka magazine padhta hoon waghera waghera.</w:t>
      </w:r>
    </w:p>
    <w:p>
      <w:pPr>
        <w:jc w:val="right"/>
      </w:pPr>
      <w:r>
        <w:t>اب دیکھیے، کل پرسوں ایک صاحب میرے پاس آئے، تو انہوں نے کہا کہ میں آپ کتابیں پڑھتا ہوں، آپ کا میگزین پڑھتا ہوں وغیرہ وغیرہ۔</w:t>
      </w:r>
    </w:p>
    <w:p>
      <w:r>
        <w:rPr>
          <w:b/>
        </w:rPr>
        <w:t xml:space="preserve">[45:42] </w:t>
      </w:r>
      <w:r>
        <w:t>maine poocha ke bhai aap ko koi woh hai, koi doubt hai to woh kya hai? bohat poochte poochte unhone kaha ke aap criticize karte hain, criticize mat kijiye, matlab criticism na kar ke sirf positive andaaz mein apni baatein kahiye.</w:t>
      </w:r>
    </w:p>
    <w:p>
      <w:pPr>
        <w:jc w:val="right"/>
      </w:pPr>
      <w:r>
        <w:t>میں نے پوچھا کہ بھئی آپ کو کوئی وہ ہے، کوئی ڈاؤٹ ہے تو وہ کیا ہے؟ بہت پوچھتے پوچھتے انہوں نے کہا کہ آپ کریٹیسائز کرتے ہیں، کریٹیسائز مت کیجئے، مطلب کریٹیسزم نہ کر کے صرف پازیٹیو انداز میں اپنی باتیں کہیے۔</w:t>
      </w:r>
    </w:p>
    <w:p>
      <w:r>
        <w:rPr>
          <w:b/>
        </w:rPr>
        <w:t xml:space="preserve">[45:59] </w:t>
      </w:r>
      <w:r>
        <w:t>to maine un se kaha ke dekhiye, aap sab se pehle jaane ke hamara target audience kya hai? hamara target audience kya hai?</w:t>
      </w:r>
    </w:p>
    <w:p>
      <w:pPr>
        <w:jc w:val="right"/>
      </w:pPr>
      <w:r>
        <w:t>تو میں نے ان سے کہا کہ دیکھیے، آپ سب سے پہلے جانیں کہ ہمارا ٹارگٹ آڈینس کیا ہے؟ ہمارا ٹارگٹ آڈینس کیا ہے؟</w:t>
      </w:r>
    </w:p>
    <w:p>
      <w:r>
        <w:rPr>
          <w:b/>
        </w:rPr>
        <w:t xml:space="preserve">[46:11] </w:t>
      </w:r>
      <w:r>
        <w:t>tab aap samjhenge ke hum criticism kitna zaroori hai hamare liye. aap samajhte honge ke woh target audience hamara hai jo tablighi jamaat walon ka hai, woh hamara hai hi nahi.</w:t>
      </w:r>
    </w:p>
    <w:p>
      <w:pPr>
        <w:jc w:val="right"/>
      </w:pPr>
      <w:r>
        <w:t>تب آپ سمجھیں کہ ہم کریٹیسزم کتنا ضروری ہے ہمارے لیے۔ آپ سمجھتے ہوں گے کہ وہ ٹارگٹ آڈینس ہمارا ہے جو تبلیغی جماعت والوں کا ہے، وہ ہمارا ہے ہی نہیں۔</w:t>
      </w:r>
    </w:p>
    <w:p>
      <w:r>
        <w:rPr>
          <w:b/>
        </w:rPr>
        <w:t xml:space="preserve">[46:22] </w:t>
      </w:r>
      <w:r>
        <w:t>woh to fazail ki dastaan sun kar ke us pe khoob jhoomte hain, woh</w:t>
      </w:r>
    </w:p>
    <w:p>
      <w:pPr>
        <w:jc w:val="right"/>
      </w:pPr>
      <w:r>
        <w:t>وہ تو فضائل کی داستاں سن کر کے اس پہ خوب جھومتے ہیں، وہ</w:t>
      </w:r>
    </w:p>
    <w:p>
      <w:r>
        <w:rPr>
          <w:b/>
        </w:rPr>
        <w:t xml:space="preserve">[46:26] </w:t>
      </w:r>
      <w:r>
        <w:t>to hamein fazail ki dastaan sun kar ke jo jhoomte hain, jo log, woh darkar nahi hain wahan pe. phir maine kaha ke dekhiye, ab se bohat pehle Maulana Ali maine kitab likhi thi "Riddat Abu Bakr Allah".</w:t>
      </w:r>
    </w:p>
    <w:p>
      <w:pPr>
        <w:jc w:val="right"/>
      </w:pPr>
      <w:r>
        <w:t>تو ہمیں فضائل کی داستاں سن کر کے جو جھومتے ہیں، جو لوگ، وہ درکار نہیں ہیں وہاں پہ۔ پھر میں نے کہا کہ دیکھیے، اب سے بہت پہلے مولانا علی میں نے کتاب لکھی تھی "ردت ابا بکر اللہ"۔</w:t>
      </w:r>
    </w:p>
    <w:p>
      <w:r>
        <w:rPr>
          <w:b/>
        </w:rPr>
        <w:t xml:space="preserve">[46:41] </w:t>
      </w:r>
      <w:r>
        <w:t>ek irtidad hai, lekin koi abubakar nahi, yani ek apostasy hai, lekin us ko koi, us ka koi, us ka ek challenge hai, us ko koi meet karne wala nahi.</w:t>
      </w:r>
    </w:p>
    <w:p>
      <w:pPr>
        <w:jc w:val="right"/>
      </w:pPr>
      <w:r>
        <w:t>ایک ارتداد ہے، لیکن کوئی ابوبکر نہیں، یعنی ایک اپوسٹیسی ہے، لیکن اس کو کوئی، اس کا کوئی، اس کا ایک چیلنج ہے، اس کو کوئی میٹ کرنے والا نہیں۔</w:t>
      </w:r>
    </w:p>
    <w:p>
      <w:r>
        <w:rPr>
          <w:b/>
        </w:rPr>
        <w:t xml:space="preserve">[46:53] </w:t>
      </w:r>
      <w:r>
        <w:t>to us ko humne, us ki humne tehqeeq ki to maloom hua ke apostasy nahi hai, yeh hai intellectual dissatisfaction, yani modern education jinki hui hai, jinhone modern kitabon ko padha hai, modern thought se jo waqif hain, to woh is traditional style se jo ab tak chalta aa raha hai, us se woh satisfied nahi hain.</w:t>
      </w:r>
    </w:p>
    <w:p>
      <w:pPr>
        <w:jc w:val="right"/>
      </w:pPr>
      <w:r>
        <w:t>تو اس کو ہم نے، اس کی ہم نے تحقیق کی تو معلوم ہوا کہ اپوسٹیسی نہیں ہے، یہ ہے انٹیلیجول ڈس سیٹسفیکشن، یعنی ماڈرن ایجوکیشن جن کی ہوئی ہے، جنہوں نے ماڈرن کتابوں کو پڑھا ہے، ماڈرن تھاٹ سے جو واقف ہیں، تو وہ اس ٹریڈیشنل اسٹائل سے جو اب تک چلتا آ رہا ہے، اس سے وہ سیٹسفائیڈ نہیں ہیں۔</w:t>
      </w:r>
    </w:p>
    <w:p>
      <w:r>
        <w:rPr>
          <w:b/>
        </w:rPr>
        <w:t xml:space="preserve">[47:15] </w:t>
      </w:r>
      <w:r>
        <w:t>woh aap ka jo traditional andaaz mein aap log speeches dete hain, jo kitabein likhi hui hain, aap us se</w:t>
      </w:r>
    </w:p>
    <w:p>
      <w:pPr>
        <w:jc w:val="right"/>
      </w:pPr>
      <w:r>
        <w:t>وہ آپ کا جو ٹریڈیشنل انداز میں آپ لوگ اسپیچز دیتے ہیں، جو کتابیں لکھی ہوئی ہیں، آپ اس سے</w:t>
      </w:r>
    </w:p>
    <w:p>
      <w:r>
        <w:rPr>
          <w:b/>
        </w:rPr>
        <w:t xml:space="preserve">[47:22] </w:t>
      </w:r>
      <w:r>
        <w:t>woh mutmaeen nahi hote, unka mind use address nahi hota.</w:t>
      </w:r>
    </w:p>
    <w:p>
      <w:pPr>
        <w:jc w:val="right"/>
      </w:pPr>
      <w:r>
        <w:t>وہ مطمئن نہیں ہوتے، ان کا مائنڈ اسے ایڈریس نہیں ہوتا۔</w:t>
      </w:r>
    </w:p>
    <w:p>
      <w:r>
        <w:rPr>
          <w:b/>
        </w:rPr>
        <w:t xml:space="preserve">[47:28] </w:t>
      </w:r>
      <w:r>
        <w:t>to un ko aap ne keh diya ke yeh to murtad ho gaye. nahi, woh murtad nahi hain, woh woh dissatisfied log hain. aap islam ko pesh kijiye modern style mein, to aap dekhenge ke wahi log jo hain daud ke aayenge aap ke sath.</w:t>
      </w:r>
    </w:p>
    <w:p>
      <w:pPr>
        <w:jc w:val="right"/>
      </w:pPr>
      <w:r>
        <w:t>تو ان کو آپ نے کہہ دیا کہ یہ تو مرتد ہو گئے۔ نہیں، وہ مرتد نہیں ہیں، وہ وہ ڈس سیٹسفائیڈ لوگ ہیں۔ آپ اسلام کو پیش کیجئے ماڈرن اسٹائل میں، تو آپ دیکھیں گے کہ وہی لوگ جو ہیں دوڑ کے آئیں گے آپ کے ساتھ۔</w:t>
      </w:r>
    </w:p>
    <w:p>
      <w:r>
        <w:rPr>
          <w:b/>
        </w:rPr>
        <w:t xml:space="preserve">[47:46] </w:t>
      </w:r>
      <w:r>
        <w:t>to yahan se hum hamara mission jo hai shuru hota hai ke humne target audience jo hamara hai, woh log hain jo modern thought ya modern education ke baad un ko, yani dissatisfaction ka shikar hue, woh log, woh hamara target audience hai.</w:t>
      </w:r>
    </w:p>
    <w:p>
      <w:pPr>
        <w:jc w:val="right"/>
      </w:pPr>
      <w:r>
        <w:t>تو یہاں سے ہم ہمارا مشن جو ہے شروع ہوتا ہے کہ ہم نے ٹارگٹ آڈینس جو ہمارا ہے، وہ لوگ ہیں جو ماڈرن تھاٹ یا ماڈرن ایجوکیشن کے بعد ان کو، یعنی ڈس سیٹسفیکشن کا شکار ہوئے، وہ لوگ، وہ ہمارا ٹارگٹ آڈینس ہے۔</w:t>
      </w:r>
    </w:p>
    <w:p>
      <w:r>
        <w:rPr>
          <w:b/>
        </w:rPr>
        <w:t xml:space="preserve">[48:07] </w:t>
      </w:r>
      <w:r>
        <w:t>to un ke liye to, yani must hai criticism.</w:t>
      </w:r>
    </w:p>
    <w:p>
      <w:pPr>
        <w:jc w:val="right"/>
      </w:pPr>
      <w:r>
        <w:t>تو ان کے لیے تو، یعنی مسٹ ہے کریٹیسزم۔</w:t>
      </w:r>
    </w:p>
    <w:p>
      <w:r>
        <w:rPr>
          <w:b/>
        </w:rPr>
        <w:t xml:space="preserve">[48:12] </w:t>
      </w:r>
      <w:r>
        <w:t>phir maine kaha ke dekhiye, aaj kal ke zamane mein criticism jis ko sahi lafz hai, us ke liye analysis. criticism ke liye sahi word jo hai, analysis hai.</w:t>
      </w:r>
    </w:p>
    <w:p>
      <w:pPr>
        <w:jc w:val="right"/>
      </w:pPr>
      <w:r>
        <w:t>پھر میں نے کہا کہ دیکھیے، آج کل کے زمانے میں کریٹیسزم جس کو صحیح لفظ ہے، اس کے لیے انالیسز۔ کریٹیسزم کے لیے صحیح ورڈ جو ہے، انالیسز ہے۔</w:t>
      </w:r>
    </w:p>
    <w:p>
      <w:r>
        <w:rPr>
          <w:b/>
        </w:rPr>
        <w:t xml:space="preserve">[48:22] </w:t>
      </w:r>
      <w:r>
        <w:t>analysis ke baghair koi intellectual development ho nahi sakta hai. maine kaha ke main America mein ek professor se maine poocha ke western countries mein jo taraqqi hui, us ka kya khaas raaz hai?</w:t>
      </w:r>
    </w:p>
    <w:p>
      <w:pPr>
        <w:jc w:val="right"/>
      </w:pPr>
      <w:r>
        <w:t>انالیسز کے بغیر کوئی انٹلیکچول ڈیویلپمنٹ ہو نہیں سکتا ہے۔ میں نے کہا کہ میں امریکہ میں ایک پروفیسر سے میں نے پوچھا کہ ویسٹرن کنٹریز میں جو ترقی ہوئی، اس کا کیا خاص راز ہے؟</w:t>
      </w:r>
    </w:p>
    <w:p>
      <w:r>
        <w:rPr>
          <w:b/>
        </w:rPr>
        <w:t xml:space="preserve">[48:37] </w:t>
      </w:r>
      <w:r>
        <w:t>to unhone kaha ke raaz yeh hai ke hum dissent ko bohat importance dete hain,</w:t>
      </w:r>
    </w:p>
    <w:p>
      <w:pPr>
        <w:jc w:val="right"/>
      </w:pPr>
      <w:r>
        <w:t>تو انہوں نے کہا کہ راز یہ ہے کہ ہم ڈیسنٹ کو بہت امپورٹنس دیتے ہیں،</w:t>
      </w:r>
    </w:p>
    <w:p>
      <w:r>
        <w:rPr>
          <w:b/>
        </w:rPr>
        <w:t xml:space="preserve">[48:42] </w:t>
      </w:r>
      <w:r>
        <w:t>dissent ko right samajhte hain aadmi ka. dissent matlab ikhtilaf. to poori science jo hai, poora modern knowledge jo hai, poori modern thinking jo hai, analysis par khadi hui hai.</w:t>
      </w:r>
    </w:p>
    <w:p>
      <w:pPr>
        <w:jc w:val="right"/>
      </w:pPr>
      <w:r>
        <w:t>ڈیسنٹ کو رائٹ سمجھتے ہیں آدمی کا۔ ڈیسنٹ مطلب اختلاف۔ تو پوری سائنس جو ہے، پورا ماڈرن نالج جو ہے، پوری ماڈرن تھنکنگ جو ہے، انالیسز پر کھڑی ہوئی ہے۔</w:t>
      </w:r>
    </w:p>
    <w:p>
      <w:r>
        <w:rPr>
          <w:b/>
        </w:rPr>
        <w:t xml:space="preserve">[48:56] </w:t>
      </w:r>
      <w:r>
        <w:t>analysis par ek kitab maine padhi hai, moti si, uska naam hai "Age of Analysis". "Age of Analysis".</w:t>
      </w:r>
    </w:p>
    <w:p>
      <w:pPr>
        <w:jc w:val="right"/>
      </w:pPr>
      <w:r>
        <w:t>انالیسز پر ایک کتاب میں نے پڑھی ہے، موٹی سی، اس کا نام ہے "ایج اف انالیسز"۔ "ایج اف انالیسز"۔</w:t>
      </w:r>
    </w:p>
    <w:p>
      <w:r>
        <w:rPr>
          <w:b/>
        </w:rPr>
        <w:t xml:space="preserve">[49:05] </w:t>
      </w:r>
      <w:r>
        <w:t>analysis karenge to sari baatein maloom hoti hain.</w:t>
      </w:r>
    </w:p>
    <w:p>
      <w:pPr>
        <w:jc w:val="right"/>
      </w:pPr>
      <w:r>
        <w:t>انالیسز کریں گے تو ساری باتیں معلوم ہوتی ہیں۔</w:t>
      </w:r>
    </w:p>
    <w:p>
      <w:r>
        <w:rPr>
          <w:b/>
        </w:rPr>
        <w:t xml:space="preserve">[49:10] </w:t>
      </w:r>
      <w:r>
        <w:t>to maine kaha ke agar hum analysis na karein, jis ko aap, yani jis ka nickname rakh rakha hai, aap ne tanqeed, woh analysis hota hai, yani facts ke base par uska tajziya karna.</w:t>
      </w:r>
    </w:p>
    <w:p>
      <w:pPr>
        <w:jc w:val="right"/>
      </w:pPr>
      <w:r>
        <w:t>تو میں نے کہا کہ اگر ہم انالیسز نہ کریں، جس کو آپ، یعنی جس کا نک نیم رکھ رکھا ہے، آپ نے تنقید، وہ انالیسز ہوتا ہے، یعنی فیکٹس کے بیس پر اس کا تجزیہ کرنا۔</w:t>
      </w:r>
    </w:p>
    <w:p>
      <w:r>
        <w:rPr>
          <w:b/>
        </w:rPr>
        <w:t xml:space="preserve">[49:24] </w:t>
      </w:r>
      <w:r>
        <w:t>us ke baghair woh zehan satisfied nahi hoga. jin logon ko hum chahte hain satisfy karna, un ko satisfy karne ke liye zaroori hai ke hum analysis karein, hum criticize karein,</w:t>
      </w:r>
    </w:p>
    <w:p>
      <w:pPr>
        <w:jc w:val="right"/>
      </w:pPr>
      <w:r>
        <w:t>اس کے بغیر وہ ذہن سیٹسفائی نہیں ہوگا۔ جن لوگوں کو ہم چاہتے ہیں سیٹسفائی کرنا، ان کو سیٹسفائی کرنے کے لیے ضروری ہے کہ ہم انالیسز کریں، ہم کریٹیسز کریں،</w:t>
      </w:r>
    </w:p>
    <w:p>
      <w:r>
        <w:rPr>
          <w:b/>
        </w:rPr>
        <w:t xml:space="preserve">[49:39] </w:t>
      </w:r>
      <w:r>
        <w:t>yani black aur white ko alag kar ke dikhayen inhen. To chounke aap hamare target audience ko nahi jante, is wajah se aap aisa bol rahe hain. Aap tablighi jamaat ke chalon pe gaye honge to chahte hain ke wahi bolen, hum bhi bolen.</w:t>
      </w:r>
    </w:p>
    <w:p>
      <w:pPr>
        <w:jc w:val="right"/>
      </w:pPr>
      <w:r>
        <w:t>یعنی بلیک اور وائٹ کو الگ کر کے دکھائیں انہیں۔ تو چونکہ آپ ہمارے ٹارگٹ آڈینس کو نہیں جانتے، اس وجہ سے آپ ایسا بول رہے ہیں۔ آپ تبلیغی جماعت کے چلوں پہ گئے ہوں گے تو چاہتے ہیں کہ وہی بولیں، ہم بھی بولیں۔</w:t>
      </w:r>
    </w:p>
    <w:p>
      <w:r>
        <w:rPr>
          <w:b/>
        </w:rPr>
        <w:t xml:space="preserve">[49:52] </w:t>
      </w:r>
      <w:r>
        <w:t>To hum bolen, kaise bolen? Inka target audience doosra hai, hamara doosra hai.</w:t>
      </w:r>
    </w:p>
    <w:p>
      <w:pPr>
        <w:jc w:val="right"/>
      </w:pPr>
      <w:r>
        <w:t>تو ہم بولیں، کیسے بولیں؟ ان کا ٹارگٹ آڈینس دوسرا ہے، ہمارا دوسرا ہے۔</w:t>
      </w:r>
    </w:p>
    <w:p>
      <w:r>
        <w:rPr>
          <w:b/>
        </w:rPr>
        <w:t xml:space="preserve">[49:59] </w:t>
      </w:r>
      <w:r>
        <w:t>To yeh hai hamara, yani mission. Aap logon ko jo kaam karna hai, woh samjhiye ke aap ko kya kaam karna hai.</w:t>
      </w:r>
    </w:p>
    <w:p>
      <w:pPr>
        <w:jc w:val="right"/>
      </w:pPr>
      <w:r>
        <w:t>تو یہ ہے ہمارا، یعنی مشن۔ آپ لوگوں کو جو کام کرنا ہے، وہ سمجھئے کہ آپ کو کیا کام کرنا ہے۔</w:t>
      </w:r>
    </w:p>
    <w:p>
      <w:r>
        <w:rPr>
          <w:b/>
        </w:rPr>
        <w:t xml:space="preserve">[50:10] </w:t>
      </w:r>
      <w:r>
        <w:t>Waqt ka jo opinion makers class hai, har zamane mein dekhiye, opinion opinion makers hote hain. Jaise Quran majeed mein aap padhenge ke peghambaron ne jo address kiya tha, to Quran ke lafzon mein woh the "mulla wa qala al-mala alladhina min qawmi", yani mulla ko address kiya tha unhon ne.</w:t>
      </w:r>
    </w:p>
    <w:p>
      <w:pPr>
        <w:jc w:val="right"/>
      </w:pPr>
      <w:r>
        <w:t>وقت کا جو اوپین میکرز کلاس ہے، ہر زمانے میں دیکھیے، اوپین اوپین میکرز ہوتے ہیں۔ جیسے قرآن مجید میں آپ پڑھیں گے کہ پیغمبروں نے جو ایڈریس کیا تھا، تو قرآن کے لفظوں میں وہ تھے "ملا وقال ملا الذین من قومی"، یعنی ملا کو ایڈریس کیا تھا انہوں نے۔</w:t>
      </w:r>
    </w:p>
    <w:p>
      <w:r>
        <w:rPr>
          <w:b/>
        </w:rPr>
        <w:t xml:space="preserve">[50:31] </w:t>
      </w:r>
      <w:r>
        <w:t>To mulla kaun the? Mulla ke literal maani hote hain sardar, yani sardar ko unhon ne address kiya tha, woh sardaron ko</w:t>
      </w:r>
    </w:p>
    <w:p>
      <w:pPr>
        <w:jc w:val="right"/>
      </w:pPr>
      <w:r>
        <w:t>تو ملا کون تھے؟ ملا کے لیٹر معنی ہوتے ہیں سردار، یعنی سردار کو انہوں نے ایڈریس کیا تھا، وہ سرداروں کو</w:t>
      </w:r>
    </w:p>
    <w:p>
      <w:r>
        <w:rPr>
          <w:b/>
        </w:rPr>
        <w:t xml:space="preserve">[50:39] </w:t>
      </w:r>
      <w:r>
        <w:t>. Lekin sardar kaun hai? Woh hai opinion maker class. Aaj ke language mein hum kahenge ke intellectuals jo opinion makers hote hain, pehle zamane mein woh sardar hua karte the, aaj educated log hote hain.</w:t>
      </w:r>
    </w:p>
    <w:p>
      <w:pPr>
        <w:jc w:val="right"/>
      </w:pPr>
      <w:r>
        <w:t>۔ لیکن سردار کون ہے؟ وہ ہے اوپینین میکر کلاس۔ آج کے لینگویج میں ہم کہیں گے کہ انٹلیکچولز جو اوپینین میکرز ہوتے ہیں، پہلے زمانے میں وہ سردار ہوا کرتے تھے، آج ایجوکیٹڈ لوگ ہوتے ہیں۔</w:t>
      </w:r>
    </w:p>
    <w:p>
      <w:r>
        <w:rPr>
          <w:b/>
        </w:rPr>
        <w:t xml:space="preserve">[50:57] </w:t>
      </w:r>
      <w:r>
        <w:t>Is ko humein address karna hai, is ko humein satisfy karna hai, is ko humein mutmaeen karna hai. To baghair tajziye ke, baghair analysis ke to ho hi nahi sakta hai.</w:t>
      </w:r>
    </w:p>
    <w:p>
      <w:pPr>
        <w:jc w:val="right"/>
      </w:pPr>
      <w:r>
        <w:t>اس کو ہمیں ایڈریس کرنا ہے، اس کو ہمیں سیٹسفائی کرنا ہے، اس کو ہمیں مطمئن کرنا ہے۔ تو بغیر تجزیے کے، بغیر انالیسز کے تو ہو ہی نہیں سکتا ہے۔</w:t>
      </w:r>
    </w:p>
    <w:p>
      <w:r>
        <w:rPr>
          <w:b/>
        </w:rPr>
        <w:t xml:space="preserve">[51:08] </w:t>
      </w:r>
      <w:r>
        <w:t>Woh</w:t>
      </w:r>
    </w:p>
    <w:p>
      <w:pPr>
        <w:jc w:val="right"/>
      </w:pPr>
      <w:r>
        <w:t>وہ</w:t>
      </w:r>
    </w:p>
    <w:p>
      <w:r>
        <w:rPr>
          <w:b/>
        </w:rPr>
        <w:t xml:space="preserve">[51:12] </w:t>
      </w:r>
      <w:r>
        <w:t>To aap samjhiye, hamare mission ka jo nature hai, is ki jo is ka jo target hai, is ko samjhiye.</w:t>
      </w:r>
    </w:p>
    <w:p>
      <w:pPr>
        <w:jc w:val="right"/>
      </w:pPr>
      <w:r>
        <w:t>تو آپ سمجھئے، ہمارے مشن کا جو نیچر ہے، اس کی جو اس کا جو ٹارگٹ ہے، اس کو سمجھئے۔</w:t>
      </w:r>
    </w:p>
    <w:p>
      <w:r>
        <w:rPr>
          <w:b/>
        </w:rPr>
        <w:t xml:space="preserve">[51:21] </w:t>
      </w:r>
      <w:r>
        <w:t>To yeh hai maine jo arz kiya aap ko, poori history ka ek ek ek sequence hai jo yahan pe aa kar ke is ka culmination hua hai.</w:t>
      </w:r>
    </w:p>
    <w:p>
      <w:pPr>
        <w:jc w:val="right"/>
      </w:pPr>
      <w:r>
        <w:t>تو یہ ہے میں نے جو عرض کیا آپ کو، پوری ہسٹری کا ایک ایک ایک سیکوئنس ہے جو یہاں پہ آ کر کے اس کا کلمنیشن ہوا ہے۔</w:t>
      </w:r>
    </w:p>
    <w:p>
      <w:r>
        <w:rPr>
          <w:b/>
        </w:rPr>
        <w:t xml:space="preserve">[51:30] </w:t>
      </w:r>
      <w:r>
        <w:t>Kal mein samjhaun ke yeh mission jo hai, is ka culmination hai. Ji</w:t>
      </w:r>
    </w:p>
    <w:p>
      <w:pPr>
        <w:jc w:val="right"/>
      </w:pPr>
      <w:r>
        <w:t>کل میں سمجھاؤں کہ یہ مشن جو ہے، اس کا کلمنیشن ہے۔ جی</w:t>
      </w:r>
    </w:p>
    <w:p>
      <w:r>
        <w:rPr>
          <w:b/>
        </w:rPr>
        <w:t xml:space="preserve">[51:38] </w:t>
      </w:r>
      <w:r>
        <w:t>To is ko aap achhi tarah samjhi</w:t>
      </w:r>
    </w:p>
    <w:p>
      <w:pPr>
        <w:jc w:val="right"/>
      </w:pPr>
      <w:r>
        <w:t>تو اس کو آپ اچھی طرح سمجھی</w:t>
      </w:r>
    </w:p>
    <w:p>
      <w:r>
        <w:rPr>
          <w:b/>
        </w:rPr>
        <w:t xml:space="preserve">[51:40] </w:t>
      </w:r>
      <w:r>
        <w:t>e. Jab tak woh achhi tarah samjhenge nahi, aap to mission ke maamle mein aap apna sahi, yani role ada nahi kar sakenge. To kaha ek poori history mein jo kami rahi hai, is kami ko poora kar rahe hain.</w:t>
      </w:r>
    </w:p>
    <w:p>
      <w:pPr>
        <w:jc w:val="right"/>
      </w:pPr>
      <w:r>
        <w:t>ے۔ جب تک وہ اچھی طرح سمجھیں گے نہیں، آپ تو مشن کے معاملے میں آپ اپنا صحیح، یعنی رول ادا نہیں کر سکیں گے۔ تو کہا ایک پوری ہسٹری میں جو کمی رہی ہے، اس کمی کو پورا کر رہے ہیں۔</w:t>
      </w:r>
    </w:p>
    <w:p>
      <w:r>
        <w:rPr>
          <w:b/>
        </w:rPr>
        <w:t xml:space="preserve">[51:53] </w:t>
      </w:r>
      <w:r>
        <w:t>Aap zara ghor kijiye ke Khuda ne paida kiya insaan ko, to is ko aql di, reason di. Wahi reason istemal nahi ho raha tha, kyunke Khuda ki ma'rifat sab se badi cheez hai.</w:t>
      </w:r>
    </w:p>
    <w:p>
      <w:pPr>
        <w:jc w:val="right"/>
      </w:pPr>
      <w:r>
        <w:t>آپ ذرا غور کیجئے کہ خدا نے پیدا کیا انسان کو، تو اس کو عقل دی، ریزن دیا۔ وہی ریزن استعمال نہیں ہو رہا تھا، کیونکہ خدا کی معرفت سب سے بڑی چیز ہے۔</w:t>
      </w:r>
    </w:p>
    <w:p>
      <w:r>
        <w:rPr>
          <w:b/>
        </w:rPr>
        <w:t xml:space="preserve">[52:07] </w:t>
      </w:r>
      <w:r>
        <w:t>Khuda ko realize karna, Khuda ko discover karna, yeh sab se badi cheez hai. Is se badi to koi cheez nahi. To discovery kaise hogi?</w:t>
      </w:r>
    </w:p>
    <w:p>
      <w:pPr>
        <w:jc w:val="right"/>
      </w:pPr>
      <w:r>
        <w:t>خدا کو ریلائز کرنا، خدا کو ڈسکور کرنا، یہ سب سے بڑی چیز ہے۔ اس سے بڑی تو کوئی چیز نہیں۔ تو ڈسکوری کیسے ہوگی؟</w:t>
      </w:r>
    </w:p>
    <w:p>
      <w:r>
        <w:rPr>
          <w:b/>
        </w:rPr>
        <w:t xml:space="preserve">[52:16] </w:t>
      </w:r>
      <w:r>
        <w:t>Reason ko apply kar ke hogi, aql ko istemal kar ke hogi. Lekin yahi kaam nahi hua poori history mein. Phir Islam aaya 7th century mein, 7th century AD ke first quarter mein.</w:t>
      </w:r>
    </w:p>
    <w:p>
      <w:pPr>
        <w:jc w:val="right"/>
      </w:pPr>
      <w:r>
        <w:t>ریزن کو اپلائی کر کے ہوگی، عقل کو استعمال کر کے ہوگی۔ لیکن یہی کام نہیں ہوا پوری ہسٹری میں۔ پھر اسلام آیا سیون سینچری میں، سیون سینچری اے ڈی کے فرسٹ کوارٹر میں۔</w:t>
      </w:r>
    </w:p>
    <w:p>
      <w:r>
        <w:rPr>
          <w:b/>
        </w:rPr>
        <w:t xml:space="preserve">[52:31] </w:t>
      </w:r>
      <w:r>
        <w:t>To is ne ek nayi beginning ki, Islam ne</w:t>
      </w:r>
    </w:p>
    <w:p>
      <w:pPr>
        <w:jc w:val="right"/>
      </w:pPr>
      <w:r>
        <w:t>تو اس نے ایک نئی بگننگ کی، اسلام نے</w:t>
      </w:r>
    </w:p>
    <w:p>
      <w:r>
        <w:rPr>
          <w:b/>
        </w:rPr>
        <w:t xml:space="preserve">[52:35] </w:t>
      </w:r>
      <w:r>
        <w:t>ek naya process shuru hua jo ke science ki taraf jaane wala tha. Lekin beech mein, jaisa ke maine arz kiya ke philosophy record ban kar aa gayi, phir heart based tasawwuf record ban kar aa gaya.</w:t>
      </w:r>
    </w:p>
    <w:p>
      <w:pPr>
        <w:jc w:val="right"/>
      </w:pPr>
      <w:r>
        <w:t>ایک نیا پروسیس شروع ہوا جو کہ سائنس کی طرف جانے والا تھا۔ لیکن بیچ میں، جیسا کہ میں نے عرض کیا کہ فلاسفی ریکارڈ بن کر آ گئی، پھر ہارٹ بیسڈ تصوف ریکارڈ بن کر آ گیا۔</w:t>
      </w:r>
    </w:p>
    <w:p>
      <w:r>
        <w:rPr>
          <w:b/>
        </w:rPr>
        <w:t xml:space="preserve">[52:54] </w:t>
      </w:r>
      <w:r>
        <w:t>Phir beech mein kuch log Musalman Spain pahunche, kisi tarah se wahan par unhon ne beginning ki, yani reason based knowledge ki aur science ka aaghaz kiya unhon ne.</w:t>
      </w:r>
    </w:p>
    <w:p>
      <w:pPr>
        <w:jc w:val="right"/>
      </w:pPr>
      <w:r>
        <w:t>پھر بیچ میں کچھ لوگ مسلمان اسپین پہنچے، کسی طریقے سے وہاں پر انہوں نے بگننگ کی، یعنی ریزن بیسڈ نالج کی اور سائنس کا آغاز کیا انہوں نے۔</w:t>
      </w:r>
    </w:p>
    <w:p>
      <w:r>
        <w:rPr>
          <w:b/>
        </w:rPr>
        <w:t xml:space="preserve">[53:05] </w:t>
      </w:r>
      <w:r>
        <w:t>Lekin woh bhi break ho gaya, wahan bhi aage process chala nahi. Is ke baad jin ko mauqa mila kaam karne ka, woh woh European qaumein theen jin ke mutalliq maine arz kiya ke woh Quran mein un ko Yaajooj Maajooj kaha gaya.</w:t>
      </w:r>
    </w:p>
    <w:p>
      <w:pPr>
        <w:jc w:val="right"/>
      </w:pPr>
      <w:r>
        <w:t>لیکن وہ بھی بریک ہو گیا، وہاں بھی آگے پروسیس چلا نہیں۔ اس کے بعد جن کو موقع ملا کام کرنے کا، وہ وہ یورپین قومیں تھیں جن کے متعلق میں نے عرض کیا کہ وہ قرآن میں ان کو یاجوج ماجوج کہا گیا۔</w:t>
      </w:r>
    </w:p>
    <w:p>
      <w:r>
        <w:rPr>
          <w:b/>
        </w:rPr>
        <w:t xml:space="preserve">[53:22] </w:t>
      </w:r>
      <w:r>
        <w:t>Haj, hatta fatah Yaajooj wa Maajooj, yani mera yeh mera andaza yeh hai, yeh meri study hai ke wahi yeh Yaajooj Maajooj se murad yeh European qaumein hain jinhon ne ke nature ke nature ko explore kiya aur nature mein jo jo raaz chhupe hue the, un ko unfold kiya unhon ne.</w:t>
      </w:r>
    </w:p>
    <w:p>
      <w:pPr>
        <w:jc w:val="right"/>
      </w:pPr>
      <w:r>
        <w:t>حج، حتیٰ فتح یاجوج و ماجوج، یعنی میرا یہ میرا اندازہ یہ ہے، یہ میری اسٹڈی ہے کہ وہی یہ یاجوج ماجوج سے مراد یہ یورپین قومیں ہیں جنہوں نے کہ نیچر کے نیچر کو ایکسپلور کیا اور نیچر میں جو جو راز چھپے ہوئے تھے، ان کو ان فولڈ کیا انہوں نے۔</w:t>
      </w:r>
    </w:p>
    <w:p>
      <w:r>
        <w:rPr>
          <w:b/>
        </w:rPr>
        <w:t xml:space="preserve">[53:46] </w:t>
      </w:r>
      <w:r>
        <w:t>Lekin woh tha material sense mein, woh religious sense mein nahi tha. Woh</w:t>
      </w:r>
    </w:p>
    <w:p>
      <w:pPr>
        <w:jc w:val="right"/>
      </w:pPr>
      <w:r>
        <w:t>لیکن وہ تھا مٹیریل سینس میں، وہ ریلیجس سینس میں نہیں تھا۔ وہ</w:t>
      </w:r>
    </w:p>
    <w:p>
      <w:r>
        <w:rPr>
          <w:b/>
        </w:rPr>
        <w:t xml:space="preserve">[53:52] </w:t>
      </w:r>
      <w:r>
        <w:t>Ab hamara kaam kya hai ke hum is reason ko, is scientific knowledge ko apply karen religion par, ek reason based theology banayein taake insaan jo hai, is ko sahi ma'rifat Khuda ki hasil ho, Khuda ka sahi realization ho, Khuda ki sahi discovery ho.</w:t>
      </w:r>
    </w:p>
    <w:p>
      <w:pPr>
        <w:jc w:val="right"/>
      </w:pPr>
      <w:r>
        <w:t>اب ہمارا کام کیا ہے کہ ہم اس ریزن کو، اس سائنٹیفک نالج کو اپلائی کریں ریلیجن پر، ایک ریزن بیس تھیالوجی بنائیں تاکہ انسان جو ہے، اس کو صحیح معرفت خدا کی حاصل ہو، خدا کا صحیح ریلائزیشن ہو، خدا کی صحیح ڈسکوری ہو۔</w:t>
      </w:r>
    </w:p>
    <w:p>
      <w:r>
        <w:rPr>
          <w:b/>
        </w:rPr>
        <w:t xml:space="preserve">[54:13] </w:t>
      </w:r>
      <w:r>
        <w:t>Aur sab se badi cheez yahi hai, yaad rakhiye, sab se badi ibadat ma'rifat hai. Sab se badi ibadat jo</w:t>
      </w:r>
    </w:p>
    <w:p>
      <w:pPr>
        <w:jc w:val="right"/>
      </w:pPr>
      <w:r>
        <w:t>اور سب سے بڑی چیز یہی ہے، یاد رکھیے، سب سے بڑی عبادت معرفت ہے۔ سب سے بڑی عبادت جو</w:t>
      </w:r>
    </w:p>
    <w:p>
      <w:r>
        <w:rPr>
          <w:b/>
        </w:rPr>
        <w:t xml:space="preserve">[54:21] </w:t>
      </w:r>
      <w:r>
        <w:t>hai, woh ma'rifat hai. Ma'rifat kya hai? Khuda ko realize karna. Khuda ko realize kahan karenge? Aap mind ke level par. Mind ke level par aap Surah Al-Imran ka aakhri ruku padhiye.</w:t>
      </w:r>
    </w:p>
    <w:p>
      <w:pPr>
        <w:jc w:val="right"/>
      </w:pPr>
      <w:r>
        <w:t>ہے، وہ معرفت ہے۔ معرفت کیا ہے؟ خدا کو ریلائز کرنا۔ خدا کو ریلائز کہاں کریں گے؟ آپ مائنڈ کے لیول پر۔ مائنڈ کے لیول پر آپ سورہ ال عمران کا آخری رکوع پڑھیے۔</w:t>
      </w:r>
    </w:p>
    <w:p>
      <w:r>
        <w:rPr>
          <w:b/>
        </w:rPr>
        <w:t xml:space="preserve">[54:36] </w:t>
      </w:r>
      <w:r>
        <w:t>surah al imran ka aakhri ruku parhiye, is mein aap paayenge yahi baat ke sochna, ghaur karna, contemplation karna. to sab se bari ibadat hai marfat</w:t>
      </w:r>
    </w:p>
    <w:p>
      <w:pPr>
        <w:jc w:val="right"/>
      </w:pPr>
      <w:r>
        <w:t>سورہ ال عمران کا آخری رکوع پڑھیے، اس میں آپ پائیں گے یہی بات کہ سوچنا، غور کرنا، کنٹیمپلیٹ کرنا۔ تو سب سے بڑی عبادت ہے معر</w:t>
      </w:r>
    </w:p>
    <w:p>
      <w:r>
        <w:rPr>
          <w:b/>
        </w:rPr>
        <w:t xml:space="preserve">[54:49] </w:t>
      </w:r>
      <w:r>
        <w:t>ma'arfat. ma'arfat hasil hoti hai through, yaani reason. reason ko apply karte hain jab hum apni zindagi par, apne aas paas duniya par to hum is ko daryaft kar paate hain.</w:t>
      </w:r>
    </w:p>
    <w:p>
      <w:pPr>
        <w:jc w:val="right"/>
      </w:pPr>
      <w:r>
        <w:t>فت۔ معرفت حاصل ہوتی ہے تھرو، یعنی ریزن۔ ریزن کو اپلائی کرتے ہیں جب ہم اپنی زندگی پر، اپنے اس پاس دنیا پر تو ہم اس کو دریافت کر پاتے ہیں۔</w:t>
      </w:r>
    </w:p>
    <w:p>
      <w:r>
        <w:rPr>
          <w:b/>
        </w:rPr>
        <w:t xml:space="preserve">[55:04] </w:t>
      </w:r>
      <w:r>
        <w:t>yeh baat prediction ke taur par quran mein maujood thi bohat pehle se. sanureehim ayatinā fīl āfāqi wa fī anfusihim ḥattā yatabayyana lahum annahūl ḥaqq.</w:t>
      </w:r>
    </w:p>
    <w:p>
      <w:pPr>
        <w:jc w:val="right"/>
      </w:pPr>
      <w:r>
        <w:t>یہ بات پریڈکشن کے طور پر قرآن میں موجود تھی بہت پہلے سے۔ سنوریہم آیاتنا فی الافاق وفی انفسہم حتیٰ یتبین لہم انہ الحق۔</w:t>
      </w:r>
    </w:p>
    <w:p>
      <w:r>
        <w:rPr>
          <w:b/>
        </w:rPr>
        <w:t xml:space="preserve">[55:18] </w:t>
      </w:r>
      <w:r>
        <w:t>is mein bataya gaya hai ke future mein aisa hoga ke nishaniyan khulengi, sign jo khuda ke hain, woh khulenge. to un ko un ki study kar ke aadmi ma'arfat hasil karega.</w:t>
      </w:r>
    </w:p>
    <w:p>
      <w:pPr>
        <w:jc w:val="right"/>
      </w:pPr>
      <w:r>
        <w:t>اس میں بتایا گیا ہے کہ فیوچر میں ایسا ہوگا کہ نشانیاں کھلیں گی، سائن جو خدا کے ہیں، وہ کھلیں گے۔ تو ان کو ان کی اسٹڈی کر کے آدمی معرفت حاصل کرے گا۔</w:t>
      </w:r>
    </w:p>
    <w:p>
      <w:r>
        <w:rPr>
          <w:b/>
        </w:rPr>
        <w:t xml:space="preserve">[55:32] </w:t>
      </w:r>
      <w:r>
        <w:t>yaani ma'arfat se murad hai ma'arfat ka aala darja. dekhiye, ma'arfat ke bhi do darje hain. ma'arfat ka ek, yaani ek ooncha darja hai jiske liye high thinking chahiye, ek nichla darja hai.</w:t>
      </w:r>
    </w:p>
    <w:p>
      <w:pPr>
        <w:jc w:val="right"/>
      </w:pPr>
      <w:r>
        <w:t>یعنی معرفت سے مراد ہے معرفت کا اعلیٰ درجہ۔ دیکھیں، معرفت کے بھی دو درجے ہیں۔ معرفت کا ایک، یعنی ایک اونچا درجہ ہے جس کے لیے ہائی تھنکنگ چاہیے، ایک نچلا درجہ ہے۔</w:t>
      </w:r>
    </w:p>
    <w:p>
      <w:r>
        <w:rPr>
          <w:b/>
        </w:rPr>
        <w:t xml:space="preserve">[55:47] </w:t>
      </w:r>
      <w:r>
        <w:t>to ajab kisi se keh raha tha ke jannat ke 200 stories hain, hadith ke mutabiq 200. to oopar ka jo darja hai, woh in logon ke liye hai jo aala ma'arfat wale hon.</w:t>
      </w:r>
    </w:p>
    <w:p>
      <w:pPr>
        <w:jc w:val="right"/>
      </w:pPr>
      <w:r>
        <w:t>تو عاجب کسی سے کہہ رہا تھا کہ جنت کے 200 اسٹوریز ہیں، حدیث کے مطابق 200۔ تو اوپر کا جو درجہ ہے، وہ ان لوگوں کے لیے ہے جو اعلیٰ معرفت والے ہوں۔</w:t>
      </w:r>
    </w:p>
    <w:p>
      <w:r>
        <w:rPr>
          <w:b/>
        </w:rPr>
        <w:t xml:space="preserve">[56:00] </w:t>
      </w:r>
      <w:r>
        <w:t>neeche ka darja jo hai, woh aam logon ke liye hoga.</w:t>
      </w:r>
    </w:p>
    <w:p>
      <w:pPr>
        <w:jc w:val="right"/>
      </w:pPr>
      <w:r>
        <w:t>نیچے کا درجہ جو ہے، وہ عام لوگوں کے لیے ہوگا۔</w:t>
      </w:r>
    </w:p>
    <w:p>
      <w:r>
        <w:rPr>
          <w:b/>
        </w:rPr>
        <w:t xml:space="preserve">[56:09] </w:t>
      </w:r>
      <w:r>
        <w:t>to jin logon ko hadith mein hai ke khuda se firdaus mango, to firdaus mangne ka matlab nahi ke aye khuda, mujhe firdaus de de, jannat ul firdaus de de.</w:t>
      </w:r>
    </w:p>
    <w:p>
      <w:pPr>
        <w:jc w:val="right"/>
      </w:pPr>
      <w:r>
        <w:t>تو جن لوگوں کو حدیث میں ہے کہ خدا سے فردوس مانگو، تو فردوس مانگنے کا مطلب نہیں کہ اے خدا، مجھے فردوس دے دے، جنت الفردوس دے دے۔</w:t>
      </w:r>
    </w:p>
    <w:p>
      <w:r>
        <w:rPr>
          <w:b/>
        </w:rPr>
        <w:t xml:space="preserve">[56:22] </w:t>
      </w:r>
      <w:r>
        <w:t>yeh to mazak hai. yaani woh quality apne andar paida karo ke tum ko jannat ul firdaus mein settle kiya jaye.</w:t>
      </w:r>
    </w:p>
    <w:p>
      <w:pPr>
        <w:jc w:val="right"/>
      </w:pPr>
      <w:r>
        <w:t>یہ تو مذاق ہے۔ یعنی وہ کوالٹی اپنے اندر پیدا کرو کہ تم کو جنت الفردوس میں سیٹل کیا جائے۔</w:t>
      </w:r>
    </w:p>
    <w:p>
      <w:r>
        <w:rPr>
          <w:b/>
        </w:rPr>
        <w:t xml:space="preserve">[56:31] </w:t>
      </w:r>
      <w:r>
        <w:t>woh quality, yaani reason ko istemal kar ke jo ma'arfat hasil hoti hai, is ma'arfat ko tum hasil karoge,</w:t>
      </w:r>
    </w:p>
    <w:p>
      <w:pPr>
        <w:jc w:val="right"/>
      </w:pPr>
      <w:r>
        <w:t>وہ کوالٹی، یعنی ریزن کو استعمال کر کے جو معرفت حاصل ہوتی ہے، اس معرفت کو تم حاصل کرو گے،</w:t>
      </w:r>
    </w:p>
    <w:p>
      <w:r>
        <w:rPr>
          <w:b/>
        </w:rPr>
        <w:t xml:space="preserve">[56:38] </w:t>
      </w:r>
      <w:r>
        <w:t>is darje mein khuda ko paoge tum. tab tum is qabil thehroge ke tum firdaus mein tum ko jagah mile.</w:t>
      </w:r>
    </w:p>
    <w:p>
      <w:pPr>
        <w:jc w:val="right"/>
      </w:pPr>
      <w:r>
        <w:t>اس درجے میں خدا کو پاؤ گے تم۔ تب تم اس قابل ٹھہرو گے کہ تم فردوس میں تم کو جگہ ملے۔</w:t>
      </w:r>
    </w:p>
    <w:p>
      <w:r>
        <w:rPr>
          <w:b/>
        </w:rPr>
        <w:t xml:space="preserve">[56:48] </w:t>
      </w:r>
      <w:r>
        <w:t>firdaus mein kuch lafzon ko dohra kar ke jagah nahi milti. aye khuda, mujhe jannat ul firdaus mein jagah de de aur phir darwaza khol diya jaye. to koi utras nahi hai.</w:t>
      </w:r>
    </w:p>
    <w:p>
      <w:pPr>
        <w:jc w:val="right"/>
      </w:pPr>
      <w:r>
        <w:t>فردوس میں کچھ لفظوں کو دہرا کر کے جگہ نہیں ملتی۔ اے خدا، مجھے جنت الفردوس میں جگہ دے دے اور پھر دروازہ کھول دیا جائے۔ تو کوئی اترس نہیں ہے۔</w:t>
      </w:r>
    </w:p>
    <w:p>
      <w:r>
        <w:rPr>
          <w:b/>
        </w:rPr>
        <w:t xml:space="preserve">[56:57] </w:t>
      </w:r>
      <w:r>
        <w:t>yeh</w:t>
      </w:r>
    </w:p>
    <w:p>
      <w:pPr>
        <w:jc w:val="right"/>
      </w:pPr>
      <w:r>
        <w:t>یہ</w:t>
      </w:r>
    </w:p>
    <w:p>
      <w:r>
        <w:rPr>
          <w:b/>
        </w:rPr>
        <w:t xml:space="preserve">[57:00] </w:t>
      </w:r>
      <w:r>
        <w:t>is quality, is ka matlab hai ke is quality ko paida karo ke khuda tum ko jannat ul firdaus mein jagah de.</w:t>
      </w:r>
    </w:p>
    <w:p>
      <w:pPr>
        <w:jc w:val="right"/>
      </w:pPr>
      <w:r>
        <w:t>اس کوالٹی، اس کا مطلب ہے کہ اس کوالٹی کو پیدا کرو کہ خدا تم کو جنت الفردوس میں جگہ دے۔</w:t>
      </w:r>
    </w:p>
    <w:p>
      <w:r>
        <w:rPr>
          <w:b/>
        </w:rPr>
        <w:t xml:space="preserve">[57:07] </w:t>
      </w:r>
      <w:r>
        <w:t>woh quality yahi hai ke apni sab se bari jo aap ke andar salahiyat di hai khuda ne, reason, is ko bharpoor taur par istemal karein, is ki qeemat ada karein.</w:t>
      </w:r>
    </w:p>
    <w:p>
      <w:pPr>
        <w:jc w:val="right"/>
      </w:pPr>
      <w:r>
        <w:t>وہ کوالٹی یہی ہے کہ اپنی سب سے بڑی جو آپ کے اندر صلاحیت دی ہے خدا نے، ریزن، اس کو بھرپور طور پر استعمال کریں، اس کی قیمت ادا کریں۔</w:t>
      </w:r>
    </w:p>
    <w:p>
      <w:r>
        <w:rPr>
          <w:b/>
        </w:rPr>
        <w:t xml:space="preserve">[57:16] </w:t>
      </w:r>
      <w:r>
        <w:t>qeemat jaise ajab kisi se keh raha tha ke apne ko distraction se aap ko bachana padega. agar aap distraction se nahi bachate hain to reason ka istemal nahi kar sakenge.</w:t>
      </w:r>
    </w:p>
    <w:p>
      <w:pPr>
        <w:jc w:val="right"/>
      </w:pPr>
      <w:r>
        <w:t>قیمت جیسے عاجب کسی سے کہہ رہا تھا کہ اپنے کو ڈسٹریکشن سے آپ کو بچانا پڑے گا۔ اگر آپ ڈسٹریکشن سے نہیں بچاتے ہیں تو ریزن کا استعمال نہیں کر سکیں گے۔</w:t>
      </w:r>
    </w:p>
    <w:p>
      <w:r>
        <w:rPr>
          <w:b/>
        </w:rPr>
        <w:t xml:space="preserve">[57:26] </w:t>
      </w:r>
      <w:r>
        <w:t>aap di</w:t>
      </w:r>
    </w:p>
    <w:p>
      <w:pPr>
        <w:jc w:val="right"/>
      </w:pPr>
      <w:r>
        <w:t>آپ ڈ</w:t>
      </w:r>
    </w:p>
    <w:p>
      <w:r>
        <w:rPr>
          <w:b/>
        </w:rPr>
        <w:t xml:space="preserve">[57:29] </w:t>
      </w:r>
      <w:r>
        <w:t>distraction se jitna zyada bachayenge apne aap ko, utna hi apne aap ko aap is qabil banayenge ke aap reason ko istemal karein aur ma'arfat ke aala darje ko paayein.</w:t>
      </w:r>
    </w:p>
    <w:p>
      <w:pPr>
        <w:jc w:val="right"/>
      </w:pPr>
      <w:r>
        <w:t>سٹریکشن سے جتنا زیادہ بچائیں گے اپنے آپ کو، اتنا ہی اپنے آپ کو آپ اس قابل بنائیں گے کہ آپ ریزن کو استعمال کریں اور معرفت کے اعلیٰ درجے کو پائیں۔</w:t>
      </w:r>
    </w:p>
    <w:p>
      <w:r>
        <w:rPr>
          <w:b/>
        </w:rPr>
        <w:t xml:space="preserve">[57:41] </w:t>
      </w:r>
      <w:r>
        <w:t>to yeh hai formula ma'arfat ka aur jannat ka. is mamle mein main samajhta hoon kisi ko wishful thinking mein mubtala nahi hona chahiye.</w:t>
      </w:r>
    </w:p>
    <w:p>
      <w:pPr>
        <w:jc w:val="right"/>
      </w:pPr>
      <w:r>
        <w:t>تو یہ ہے فارمولا معرفت کا اور جنت کا۔ اس معاملے میں میں سمجھتا ہوں کسی کو وش فل تھنکنگ میں مبتلا نہیں ہونا چاہیے۔</w:t>
      </w:r>
    </w:p>
    <w:p>
      <w:r>
        <w:rPr>
          <w:b/>
        </w:rPr>
        <w:t xml:space="preserve">[57:53] </w:t>
      </w:r>
      <w:r>
        <w:t>na to aap ko jannat ko underestimate karna chahiye, jannat ke mamle ko aur na wishful thinking mein mubtala hona chahiye.</w:t>
      </w:r>
    </w:p>
    <w:p>
      <w:pPr>
        <w:jc w:val="right"/>
      </w:pPr>
      <w:r>
        <w:t>نہ تو آپ کو جنت کو انڈر ایسٹیمیٹ کرنا چاہیے، جنت کے معاملے کو اور نہ وش فل تھنکنگ میں مبتلا ہونا چاہیے۔</w:t>
      </w:r>
    </w:p>
    <w:p>
      <w:r>
        <w:rPr>
          <w:b/>
        </w:rPr>
        <w:t xml:space="preserve">[58:07] </w:t>
      </w:r>
      <w:r>
        <w:t>yeh mamla bohat zyada sochne ka hai, bohat zyada sochne ka hai, bohat zyada apne dimagh ko soch mein lagane ka hai.</w:t>
      </w:r>
    </w:p>
    <w:p>
      <w:pPr>
        <w:jc w:val="right"/>
      </w:pPr>
      <w:r>
        <w:t>یہ معاملہ بہت زیادہ سوچنے کا ہے، بہت زیادہ سوچنے کا ہے، بہت زیادہ اپنے دماغ کو سوچ میں لگانے کا ہے۔</w:t>
      </w:r>
    </w:p>
    <w:p>
      <w:r>
        <w:rPr>
          <w:b/>
        </w:rPr>
        <w:t xml:space="preserve">[58:19] </w:t>
      </w:r>
      <w:r>
        <w:t>aksar log jo hain, woh kya hain? woh wishful thinking mein mubtala rehte hain. quran mein aaya hai ke "laysa bi ayatinā wa lā bi amāniyil kitāb" ke wishful thinking se kisi ko kuch milne wala nahi hai.</w:t>
      </w:r>
    </w:p>
    <w:p>
      <w:pPr>
        <w:jc w:val="right"/>
      </w:pPr>
      <w:r>
        <w:t>اکثر لوگ جو ہیں، وہ کیا ہیں؟ وہ وش فل تھنکنگ میں مبتلا رہتے ہیں۔ قرآن میں آیا ہے کہ "لیس بیانی ولا مانی الکتاب" کہ وش فل تھنکنگ سے کسی کو کچھ ملنے والا نہیں ہے۔</w:t>
      </w:r>
    </w:p>
    <w:p>
      <w:r>
        <w:rPr>
          <w:b/>
        </w:rPr>
        <w:t xml:space="preserve">[58:34] </w:t>
      </w:r>
      <w:r>
        <w:t>to sincere baniye, khuda ki sachi ma'arfat hasil kijiye aur khuda ke mehboob bando mein apne aap ko shamil kijiye.</w:t>
      </w:r>
    </w:p>
    <w:p>
      <w:pPr>
        <w:jc w:val="right"/>
      </w:pPr>
      <w:r>
        <w:t>تو سنسیئر بنیے، خدا کی سچی معرفت حاصل کیجئے اور خدا کے محبوب بندوں میں اپنے آپ کو شامل کیجئے۔</w:t>
      </w:r>
    </w:p>
    <w:p>
      <w:r>
        <w:rPr>
          <w:b/>
        </w:rPr>
        <w:t xml:space="preserve">[58:45] </w:t>
      </w:r>
      <w:r>
        <w:t>yahi hai zindagi ka maqsad. aqoolu qawli hādhā wastaghfirullāha lī walakum ajmaīn.</w:t>
      </w:r>
    </w:p>
    <w:p>
      <w:pPr>
        <w:jc w:val="right"/>
      </w:pPr>
      <w:r>
        <w:t>یہی ہے زندگی کا مقصد۔ اقول قولیھذا واستغفراللہ لی ولکم اجمعین۔</w:t>
      </w:r>
    </w:p>
    <w:p>
      <w:r>
        <w:rPr>
          <w:b/>
        </w:rPr>
        <w:t xml:space="preserve">[59:02] </w:t>
      </w:r>
      <w:r>
        <w:t>ah, 10 question is from Mr MF Umri. when a person resolves to serve on a mission, should he make it a priority over the rest of his life?</w:t>
      </w:r>
    </w:p>
    <w:p>
      <w:pPr>
        <w:jc w:val="right"/>
      </w:pPr>
      <w:r>
        <w:t>اہ، دس کوئسچن از فرام مسٹر ایم ایف عمری۔ وین ا پرسن ریزولوز ٹو سرو ان ا مشن، شوڈ ہی میک اٹ ا پرائرٹی اوور دا ریسٹ اف ہز لائف؟</w:t>
      </w:r>
    </w:p>
    <w:p>
      <w:r>
        <w:rPr>
          <w:b/>
        </w:rPr>
        <w:t xml:space="preserve">[59:17] </w:t>
      </w:r>
      <w:r>
        <w:t>af yes, how should he practically do it?</w:t>
      </w:r>
    </w:p>
    <w:p>
      <w:pPr>
        <w:jc w:val="right"/>
      </w:pPr>
      <w:r>
        <w:t>اف یس، ہاؤ شوڈ ہی پریکٹیکلی ڈو اٹ؟</w:t>
      </w:r>
    </w:p>
    <w:p>
      <w:r>
        <w:rPr>
          <w:b/>
        </w:rPr>
        <w:t xml:space="preserve">[59:28] </w:t>
      </w:r>
      <w:r>
        <w:t>dekhen, mission ka jo ideal concept hai, woh toh yahi hai ke aadmi is ko isi ko sirf apni priority bana le.</w:t>
      </w:r>
    </w:p>
    <w:p>
      <w:pPr>
        <w:jc w:val="right"/>
      </w:pPr>
      <w:r>
        <w:t>دیکھیں، مشن کا جو ائیڈیل کانسیپٹ ہے، وہ تو یہی ہے کہ آدمی اس کو اسی کو صرف اپنی پرائرٹی بنائے۔</w:t>
      </w:r>
    </w:p>
    <w:p>
      <w:r>
        <w:rPr>
          <w:b/>
        </w:rPr>
        <w:t xml:space="preserve">[59:42] </w:t>
      </w:r>
      <w:r>
        <w:t>ideal concept toh yahi hai, lekin sab log chuki is ideal par nahi chal sakte, isi liye hum ne likha tha ek baar ke do qism ke log hote hain: ek one man, one mission, doosra one man, two mission.</w:t>
      </w:r>
    </w:p>
    <w:p>
      <w:pPr>
        <w:jc w:val="right"/>
      </w:pPr>
      <w:r>
        <w:t>ائیڈیل کانسیپٹ تو یہی ہے، لیکن سب لوگ چونکہ اس ائیڈیل پر نہیں چل سکتے، اسی لیے ہم نے لکھا تھا ایک بار کہ دو قسم کے لوگ ہوتے ہیں: ایک ون مین، ون مشن، دوسرا ون مین، ٹو مشن۔</w:t>
      </w:r>
    </w:p>
    <w:p>
      <w:r>
        <w:rPr>
          <w:b/>
        </w:rPr>
        <w:t xml:space="preserve">[59:58] </w:t>
      </w:r>
      <w:r>
        <w:t>so, there are two categories: one man, one mission, one man, two mission. yeh quran se liya hai maine, quran se yeh baat li aap ke lafzon mein.</w:t>
      </w:r>
    </w:p>
    <w:p>
      <w:pPr>
        <w:jc w:val="right"/>
      </w:pPr>
      <w:r>
        <w:t>سو، دیر ار ٹو کیٹگریز: ون مین، ون مشن، ون مین، ٹو مشن۔ یہ قرآن سے لیا ہے میں نے، قرآن سے یہ بات لی آپ کے لفظوں میں۔</w:t>
      </w:r>
    </w:p>
    <w:p>
      <w:r>
        <w:rPr>
          <w:b/>
        </w:rPr>
        <w:t xml:space="preserve">[1:00:14] </w:t>
      </w:r>
      <w:r>
        <w:t>toh ek aadmi isi ek hi cheez ko apna mission bana le, yaani dawat ko. dawat ke siwa har cheez ko secondary bana</w:t>
      </w:r>
    </w:p>
    <w:p>
      <w:pPr>
        <w:jc w:val="right"/>
      </w:pPr>
      <w:r>
        <w:t>تو ایک آدمی اسی ایک ہی چیز کو اپنا مشن بنا لے، یعنی دعوت کو۔ دعوت کے سوا ہر چیز کو سیکنڈری بنا</w:t>
      </w:r>
    </w:p>
    <w:p>
      <w:r>
        <w:rPr>
          <w:b/>
        </w:rPr>
        <w:t xml:space="preserve">[1:00:27] </w:t>
      </w:r>
      <w:r>
        <w:t>de, har cheez secondary hoti hai, toh ho na ho ti toh na ho. doosri cheezein jo hain, hoti hain, hoti hain toh ho, hoti hain na ho.</w:t>
      </w:r>
    </w:p>
    <w:p>
      <w:pPr>
        <w:jc w:val="right"/>
      </w:pPr>
      <w:r>
        <w:t>دے، ہر چیز سیکنڈری ہوتی ہے، تو ہو نہ ہوتی تو نہ ہو۔ دوسری چیزیں جو ہیں، ہوتی ہیں، ہوتی ہیں تو ہو، ہوتی ہیں نہ ہو۔</w:t>
      </w:r>
    </w:p>
    <w:p>
      <w:r>
        <w:rPr>
          <w:b/>
        </w:rPr>
        <w:t xml:space="preserve">[1:00:37] </w:t>
      </w:r>
      <w:r>
        <w:t>mile toh milti hai, toh mile, mil na mile toh na mile. toh yeh woh woh woh insaan hai jo one man, one mission ke principle par chalta hai.</w:t>
      </w:r>
    </w:p>
    <w:p>
      <w:pPr>
        <w:jc w:val="right"/>
      </w:pPr>
      <w:r>
        <w:t>ملے تو ملتی ہے، تو ملے، مل نہ ملے تو نہ ملے۔ تو یہ وہ وہ وہ انسان ہے جو ون مین، ون مشن کے پرنسپل پر چلتا ہے۔</w:t>
      </w:r>
    </w:p>
    <w:p>
      <w:r>
        <w:rPr>
          <w:b/>
        </w:rPr>
        <w:t xml:space="preserve">[1:00:48] </w:t>
      </w:r>
      <w:r>
        <w:t>doosra hai one man, two mission,</w:t>
      </w:r>
    </w:p>
    <w:p>
      <w:pPr>
        <w:jc w:val="right"/>
      </w:pPr>
      <w:r>
        <w:t>دوسرا ہے ون مین، ٹو مشن،</w:t>
      </w:r>
    </w:p>
    <w:p>
      <w:r>
        <w:rPr>
          <w:b/>
        </w:rPr>
        <w:t xml:space="preserve">[1:00:52] </w:t>
      </w:r>
      <w:r>
        <w:t>yaani 50 percent apne aap ko de mission ke liye, 50 percent de apne aap ko apni family life ke liye. toh quran mein hai ke jannat do hain, jannatan do jannatein.</w:t>
      </w:r>
    </w:p>
    <w:p>
      <w:pPr>
        <w:jc w:val="right"/>
      </w:pPr>
      <w:r>
        <w:t>یعنی 50 پرسنٹ اپنے آپ کو دے مشن کے لیے، 50 پرسنٹ دے اپنے آپ کو اپنی فیملی لائف کے لیے۔ تو قرآن میں ہے کہ جنت دو ہیں، جنتان دو جنتیں۔</w:t>
      </w:r>
    </w:p>
    <w:p>
      <w:r>
        <w:rPr>
          <w:b/>
        </w:rPr>
        <w:t xml:space="preserve">[1:01:09] </w:t>
      </w:r>
      <w:r>
        <w:t>hadees mein toh aur bhi hai, lekin quran mein yahi hai: do jannatein.</w:t>
      </w:r>
    </w:p>
    <w:p>
      <w:pPr>
        <w:jc w:val="right"/>
      </w:pPr>
      <w:r>
        <w:t>حدیث میں تو اور بھی ہے، لیکن قرآن میں یہی ہے: دو جنتیں۔</w:t>
      </w:r>
    </w:p>
    <w:p>
      <w:r>
        <w:rPr>
          <w:b/>
        </w:rPr>
        <w:t xml:space="preserve">[1:01:17] </w:t>
      </w:r>
      <w:r>
        <w:t>toh main yeh samajh paya hoon ke do jannatein jo hain, woh ek hai as-saabiq rubb al-izzat aur ek hai ashab al-yameen.</w:t>
      </w:r>
    </w:p>
    <w:p>
      <w:pPr>
        <w:jc w:val="right"/>
      </w:pPr>
      <w:r>
        <w:t>تو میں یہ سمجھ پایا ہوں کہ دو جنتیں جو ہیں، وہ ایک ہے الصابق رب العزت اور ایک ہے اصحاب الیمین۔</w:t>
      </w:r>
    </w:p>
    <w:p>
      <w:r>
        <w:rPr>
          <w:b/>
        </w:rPr>
        <w:t xml:space="preserve">[1:01:29] </w:t>
      </w:r>
      <w:r>
        <w:t>toh isi ko main in lafzon mein keh raha hoon ke ek woh log hain jo one man, one mission ke principle par chalen,</w:t>
      </w:r>
    </w:p>
    <w:p>
      <w:pPr>
        <w:jc w:val="right"/>
      </w:pPr>
      <w:r>
        <w:t>تو اسی کو میں ان لفظوں میں کہہ رہا ہوں کہ ایک وہ لوگ ہیں جو ون مین، ون مشن کے اہ پرنسپل پر چلیں،</w:t>
      </w:r>
    </w:p>
    <w:p>
      <w:r>
        <w:rPr>
          <w:b/>
        </w:rPr>
        <w:t xml:space="preserve">[1:01:45] </w:t>
      </w:r>
      <w:r>
        <w:t>aur doosre one man, two mission ke principle par, yaani aadha dein mission ko, aadha dein apni family life ko. toh yeh aadmi ke apne upar hai, apne upar hai.</w:t>
      </w:r>
    </w:p>
    <w:p>
      <w:pPr>
        <w:jc w:val="right"/>
      </w:pPr>
      <w:r>
        <w:t>اور دوسرے ون مین، ٹو مشن کے پرنسپل پر، یعنی ادھا دیں مشن کو، ادھا دیں اپنی فیملی لائف کو۔ تو یہ آدمی کے اپنے اوپر ہے، اپنے اوپر ہے۔</w:t>
      </w:r>
    </w:p>
    <w:p>
      <w:r>
        <w:rPr>
          <w:b/>
        </w:rPr>
        <w:t xml:space="preserve">[1:01:57] </w:t>
      </w:r>
      <w:r>
        <w:t>dekhen, marne ke baad humein eternal eternity ka saamna karna hai.</w:t>
      </w:r>
    </w:p>
    <w:p>
      <w:pPr>
        <w:jc w:val="right"/>
      </w:pPr>
      <w:r>
        <w:t>دیکھیں، مرنے کے بعد ہمیں ایٹرنل ایٹرنٹی کا سامنا کرنا ہے۔</w:t>
      </w:r>
    </w:p>
    <w:p>
      <w:r>
        <w:rPr>
          <w:b/>
        </w:rPr>
        <w:t xml:space="preserve">[1:02:05] </w:t>
      </w:r>
      <w:r>
        <w:t>just after the death, we will face eternity, eternal life, eternal life, eternal life. aap sochiye ke eternal life jo hai, us ko jo socha hai aadmi, main samajhta hoon ke jo soche sach pooch, toh us woh woh payega ke one man, one mission hi us ke liye option hai.</w:t>
      </w:r>
    </w:p>
    <w:p>
      <w:pPr>
        <w:jc w:val="right"/>
      </w:pPr>
      <w:r>
        <w:t>جسٹ افٹر دی ڈیتھ، وی ویل فیس ایٹرنٹی، ایٹرنل لائف، ایٹرنل لائف، ایٹرنل لائف۔ آپ سوچیے کہ ایٹرنل لائف جو ہے، اس کو جو سوچا ہے آدمی، میں سمجھتا ہوں کہ جو سوچے سچ پوچھ، تو اس وہ وہ پائے گا کہ ون مین، ون مشن ہی اس کے لیے آپشن ہے۔</w:t>
      </w:r>
    </w:p>
    <w:p>
      <w:r>
        <w:rPr>
          <w:b/>
        </w:rPr>
        <w:t xml:space="preserve">[1:02:27] </w:t>
      </w:r>
      <w:r>
        <w:t>jo na soche, wahi one man, two mission ka option lega. lekin behraal, khuda ne dono ko mauqa diya hai, dono qism ke logon ka ke jo ek ek top ke log hain,</w:t>
      </w:r>
    </w:p>
    <w:p>
      <w:pPr>
        <w:jc w:val="right"/>
      </w:pPr>
      <w:r>
        <w:t>جو نہ سوچے، وہی ون مین، ٹو مشن کا آپشن لے گا۔ لیکن بہرحال، خدا نے دونوں کو موقع دیا ہے، دونوں قسم کے لوگوں کا کہ جو ایک ایک ٹاپ کے لوگ ہیں،</w:t>
      </w:r>
    </w:p>
    <w:p>
      <w:r>
        <w:rPr>
          <w:b/>
        </w:rPr>
        <w:t xml:space="preserve">[1:02:40] </w:t>
      </w:r>
      <w:r>
        <w:t>jin ko quran majeed mein hai ke woh</w:t>
      </w:r>
    </w:p>
    <w:p>
      <w:pPr>
        <w:jc w:val="right"/>
      </w:pPr>
      <w:r>
        <w:t>جن کو قرآن مجید میں ہے کہ وہ</w:t>
      </w:r>
    </w:p>
    <w:p>
      <w:r>
        <w:rPr>
          <w:b/>
        </w:rPr>
        <w:t xml:space="preserve">[1:02:53] </w:t>
      </w:r>
      <w:r>
        <w:t>wohan par, yaani har qism ki ke aaram ka ka pahad hoga, aur wahan pe ikhtiyar hoga haasil un ko, yaani freedom aur iqtidaar, yaani har qism ki cheezein apne aakhri darje mein mili hui hongi un ko.</w:t>
      </w:r>
    </w:p>
    <w:p>
      <w:pPr>
        <w:jc w:val="right"/>
      </w:pPr>
      <w:r>
        <w:t>وہاں پر، یعنی ہر قسم کی کہ آرام کا کا پہاڑ ہوگا، اور وہاں پہ اختیار ہوگا حاصل ان کو، یعنی فریڈم اور اقتدار، یعنی ہر قسم کی چیزیں اپنے آخری درجے میں ملی ہوئی ہوں گی ان کو۔</w:t>
      </w:r>
    </w:p>
    <w:p>
      <w:r>
        <w:rPr>
          <w:b/>
        </w:rPr>
        <w:t xml:space="preserve">[1:03:13] </w:t>
      </w:r>
      <w:r>
        <w:t>yeh yeh hain woh log jo one man, one mission wale hain.</w:t>
      </w:r>
    </w:p>
    <w:p>
      <w:pPr>
        <w:jc w:val="right"/>
      </w:pPr>
      <w:r>
        <w:t>یہ یہ ہیں وہ لوگ جو ون مین، ون مشن والے ہیں۔</w:t>
      </w:r>
    </w:p>
    <w:p>
      <w:r>
        <w:rPr>
          <w:b/>
        </w:rPr>
        <w:t xml:space="preserve">[1:03:18] </w:t>
      </w:r>
      <w:r>
        <w:t>doosra neeche darje ke log hain jo ashab al-yameen, jo kaha gaya hai. teesri koi category nahi yaad rakhi. teesri category yeh nahi ke aap, yaani dawat ko apna mission na banayein aur sirf jiyein wishful thinking par.</w:t>
      </w:r>
    </w:p>
    <w:p>
      <w:pPr>
        <w:jc w:val="right"/>
      </w:pPr>
      <w:r>
        <w:t>دوسرا نیچے درجے کے لوگ ہیں جو اصحاب الیمین، جو کہا گیا ہے۔ تیسری کوئی کیٹگری نہیں یاد رکھی۔ تیسری کیٹگری یہ نہیں کہ آپ، یعنی دعوت کو اپنا مشن نہ بنائیں اور صرف جیئیں وش فل تھنکنگ پر۔</w:t>
      </w:r>
    </w:p>
    <w:p>
      <w:r>
        <w:rPr>
          <w:b/>
        </w:rPr>
        <w:t xml:space="preserve">[1:03:34] </w:t>
      </w:r>
      <w:r>
        <w:t>wishful thinking par toh is ki koi woh koi category nahi hai. ya toh aap ki zindagi mein 50 percent dena padega aap ko da'wati mission ke liye, ya kal dena padega,</w:t>
      </w:r>
    </w:p>
    <w:p>
      <w:pPr>
        <w:jc w:val="right"/>
      </w:pPr>
      <w:r>
        <w:t>وش فل تھنکنگ پر تو اس کی کوئی وہ کوئی کیٹگری نہیں ہے۔ یا تو آپ کی زندگی میں 50 پرسنٹ دینا پڑے گا آپ کو دعوتی مشن کے لیے، یا کل دینا پڑے گا،</w:t>
      </w:r>
    </w:p>
    <w:p>
      <w:r>
        <w:rPr>
          <w:b/>
        </w:rPr>
        <w:t xml:space="preserve">[1:03:50] </w:t>
      </w:r>
      <w:r>
        <w:t>kal dena padega. yeh kal dene mein aisa nahi ke aap sab kuch kho dete hain, aisa nahi hai,</w:t>
      </w:r>
    </w:p>
    <w:p>
      <w:pPr>
        <w:jc w:val="right"/>
      </w:pPr>
      <w:r>
        <w:t>کل دینا پڑے گا۔ یہ کل دینے میں ایسا نہیں کہ آپ سب کچھ کھو دیتے ہیں، ایسا نہیں ہے،</w:t>
      </w:r>
    </w:p>
    <w:p>
      <w:r>
        <w:rPr>
          <w:b/>
        </w:rPr>
        <w:t xml:space="preserve">[1:04:01] </w:t>
      </w:r>
      <w:r>
        <w:t>aisa nahi, aisa nahi hota hai. abhi pariya malik ne ek qissa bataya, us ki ek misaal hai ke bombay gayi thi, woh wahan par kuch log the, un ke saamne unhone da'wa work kiya, aur is tarah kiya ke woh sab ke sab, yaani is se kaafi impress hue.</w:t>
      </w:r>
    </w:p>
    <w:p>
      <w:pPr>
        <w:jc w:val="right"/>
      </w:pPr>
      <w:r>
        <w:t>ایسا نہیں، ایسا نہیں ہوتا ہے۔ ابھی پریہ ملک نے ایک قصہ بتایا، اس کی ایک مثال ہے کہ بمبے گئی تھی، وہ وہاں پر کچھ لوگ تھے، ان کے سامنے انہوں نے دعویٰ ورک کیا، اور اس طرح کیا کہ وہ سب کے سب، یعنی اس سے کافی امپریس ہوئے۔</w:t>
      </w:r>
    </w:p>
    <w:p>
      <w:r>
        <w:rPr>
          <w:b/>
        </w:rPr>
        <w:t xml:space="preserve">[1:04:20] </w:t>
      </w:r>
      <w:r>
        <w:t>toh yeh baat cheet hotel mein ho rahi thi, jahan ke kai hazar rupay ka bill banta tha. toh unhone kaha ke bhai, ab toh hum aap ne jeet liya, ab ab toh hum hi ko dena padega sara bill.</w:t>
      </w:r>
    </w:p>
    <w:p>
      <w:pPr>
        <w:jc w:val="right"/>
      </w:pPr>
      <w:r>
        <w:t>تو یہ بات چیت ہوٹل میں ہو رہی تھی، جہاں کے کئی ہزار روپے کا بل بنتا تھا۔ تو انہوں نے کہا کہ بھئی، اب تو ہم آپ نے جیت لیا، اب اب تو ہم ہی کو دینا پڑے گا سارا بل۔</w:t>
      </w:r>
    </w:p>
    <w:p>
      <w:r>
        <w:rPr>
          <w:b/>
        </w:rPr>
        <w:t xml:space="preserve">[1:04:31] </w:t>
      </w:r>
      <w:r>
        <w:t>toh un ko paise nahi dene diya, khud hi sara paisa de diya. toh jo one man, one mission banaye, yeh bas samjhein ke woh lose karta hai, woh bhi gain karta hai, different tareeqe se.</w:t>
      </w:r>
    </w:p>
    <w:p>
      <w:pPr>
        <w:jc w:val="right"/>
      </w:pPr>
      <w:r>
        <w:t>تو ان کو پیسے نہیں دینے دیا، خود ہی سارا پیسہ دے دیا۔ تو جو ون مین، ون مشن بنائے، یہ بس سمجھیں کہ وہ لوز کرتا ہے، وہ بھی گین کرتا ہے، ڈفرنٹ طریقے سے۔</w:t>
      </w:r>
    </w:p>
    <w:p>
      <w:r>
        <w:rPr>
          <w:b/>
        </w:rPr>
        <w:t xml:space="preserve">[1:04:45] </w:t>
      </w:r>
      <w:r>
        <w:t>yani jo one man, two mission banaye, woh khud hi chahta hai ke main lose na karoon, khud koshish karta hai. Lekin jo one man, one mission banta hai, to us ke liye to farishtay atay hain, us ke liye sari insaniyat ati hai, us ke liye ke us ko koi loss na hone paye.</w:t>
      </w:r>
    </w:p>
    <w:p>
      <w:pPr>
        <w:jc w:val="right"/>
      </w:pPr>
      <w:r>
        <w:t>یعنی جو ون مین، ٹو مشن بنائے، وہ خود ہی چاہتا ہے کہ میں لوز نہ کروں، خود کوشش کرتا ہے۔ لیکن جو ون مین، ون مشن بنتا ہے، تو اس کے لیے تو فرشتے آتے ہیں، اس کے لیے ساری انسانیت آتی ہے، اس کے لیے کہ اس کو کوئی لاس نہ ہونے پائے۔</w:t>
      </w:r>
    </w:p>
    <w:p>
      <w:r>
        <w:rPr>
          <w:b/>
        </w:rPr>
        <w:t xml:space="preserve">[1:05:01] </w:t>
      </w:r>
      <w:r>
        <w:t>to yun keh saktay hain, aap aik ko direct tor par milta hai, aik ko indirect tor par milta hai. To lose koi bhi nahi karta, yaad rakhiye,</w:t>
      </w:r>
    </w:p>
    <w:p>
      <w:pPr>
        <w:jc w:val="right"/>
      </w:pPr>
      <w:r>
        <w:t>تو یوں کہہ سکتے ہیں، آپ ایک کو ڈائریکٹ طور پر ملتا ہے، ایک کو ان ڈائریکٹ طور پر ملتا ہے۔ تو لوز کوئی بھی نہیں کرتا، یاد رکھیے،</w:t>
      </w:r>
    </w:p>
    <w:p>
      <w:r>
        <w:rPr>
          <w:b/>
        </w:rPr>
        <w:t xml:space="preserve">[1:05:10] </w:t>
      </w:r>
      <w:r>
        <w:t>yeh apni himmat ki baat hai ke hum one man, one mission banna chahtay hain ya one man, two mission banna chahtay hain. Baqi lose koi bhi nahi karega, yaad rakhiye, aik agar direct way mein payega, doosra indirect way mein payega.</w:t>
      </w:r>
    </w:p>
    <w:p>
      <w:pPr>
        <w:jc w:val="right"/>
      </w:pPr>
      <w:r>
        <w:t>یہ اپنی ہمت کی بات ہے کہ ہم ون مین، ون مشن بننا چاہتے ہیں یا ون مین، ٹو مشن بننا چاہتے ہیں۔ باقی لوز کوئی بھی نہیں کرے گا، یاد رکھیے، ایک اگر ڈائریکٹ وے میں پائے گا، دوسرا ان ڈائریکٹ وے میں پائے گا۔</w:t>
      </w:r>
    </w:p>
    <w:p>
      <w:r>
        <w:rPr>
          <w:b/>
        </w:rPr>
        <w:t xml:space="preserve">[1:05:25] </w:t>
      </w:r>
      <w:r>
        <w:t>yeh poori history witness hai is ke liye. Maulana, there are two similar questions, I will read both of them.</w:t>
      </w:r>
    </w:p>
    <w:p>
      <w:pPr>
        <w:jc w:val="right"/>
      </w:pPr>
      <w:r>
        <w:t>یہ پوری ہسٹری وٹنس ہے اس کے لیے۔ مولانا، دیر آر ٹو سمیلر کوئسچنز، آئی ویل ریڈ بوتھ آف دیم۔</w:t>
      </w:r>
    </w:p>
    <w:p>
      <w:r>
        <w:rPr>
          <w:b/>
        </w:rPr>
        <w:t xml:space="preserve">[1:05:34] </w:t>
      </w:r>
      <w:r>
        <w:t>First is from Miss Naghma:</w:t>
      </w:r>
    </w:p>
    <w:p>
      <w:pPr>
        <w:jc w:val="right"/>
      </w:pPr>
      <w:r>
        <w:t>فرسٹ از فرام مس نغمہ:</w:t>
      </w:r>
    </w:p>
    <w:p>
      <w:r>
        <w:rPr>
          <w:b/>
        </w:rPr>
        <w:t xml:space="preserve">[1:05:37] </w:t>
      </w:r>
      <w:r>
        <w:t>How could people just after the early phase of Islam come under great influence of Greek philosophy and heart based Sufism, when they knew the Islamic scriptures very well?</w:t>
      </w:r>
    </w:p>
    <w:p>
      <w:pPr>
        <w:jc w:val="right"/>
      </w:pPr>
      <w:r>
        <w:t>ہاؤ کڈ پیپل جسٹ افٹر دی ارلی فیس آف اسلام کم انڈر گریٹ انفلوئنس آف گریک فلاسفی اینڈ ہارٹ بیس سوفزم، وین دے نیو دا اسلامک سکرپچرز ویری ویل؟</w:t>
      </w:r>
    </w:p>
    <w:p>
      <w:r>
        <w:rPr>
          <w:b/>
        </w:rPr>
        <w:t xml:space="preserve">[1:05:50] </w:t>
      </w:r>
      <w:r>
        <w:t>Second, the other question is: us ke liye yeh mat kijiye. Okay, dekhen, yeh suddenly nahi hota hai, yeh yeh hota hai gradual tor par.</w:t>
      </w:r>
    </w:p>
    <w:p>
      <w:pPr>
        <w:jc w:val="right"/>
      </w:pPr>
      <w:r>
        <w:t>سیکنڈ، دی ادر کوئسچن از: اس کے لیے یہ مت کیجئے۔ اوکے، دیکھیں، یہ سڈنلی نہیں ہوتا ہے، یہ یہ ہوتا ہے گریجول طور پر۔</w:t>
      </w:r>
    </w:p>
    <w:p>
      <w:r>
        <w:rPr>
          <w:b/>
        </w:rPr>
        <w:t xml:space="preserve">[1:06:02] </w:t>
      </w:r>
      <w:r>
        <w:t>De generation ka process dekh ke pehle hi us ko shuru ho jata hai.</w:t>
      </w:r>
    </w:p>
    <w:p>
      <w:pPr>
        <w:jc w:val="right"/>
      </w:pPr>
      <w:r>
        <w:t>ڈی جنریشن کا پروسیس دیکھ کے پہلے ہی اس کو شروع ہو جاتا ہے۔</w:t>
      </w:r>
    </w:p>
    <w:p>
      <w:r>
        <w:rPr>
          <w:b/>
        </w:rPr>
        <w:t xml:space="preserve">[1:06:06] </w:t>
      </w:r>
      <w:r>
        <w:t>yani baap ko discovery hui, baap ne discovery ke darjay mein Khuda ko paya, is ka matlab hai ke beta bhi isi darjay mein pa lega.</w:t>
      </w:r>
    </w:p>
    <w:p>
      <w:pPr>
        <w:jc w:val="right"/>
      </w:pPr>
      <w:r>
        <w:t>یعنی باپ کو ڈسکوری ہوئی، باپ نے ڈسکوری کے درجے میں خدا کو پایا، اس کا مطلب ہے کہ بیٹا بھی اسی درجے میں پا لے گا۔</w:t>
      </w:r>
    </w:p>
    <w:p>
      <w:r>
        <w:rPr>
          <w:b/>
        </w:rPr>
        <w:t xml:space="preserve">[1:06:18] </w:t>
      </w:r>
      <w:r>
        <w:t>Betay mein de generation hoga, phir potay mein aur zyada hoga. To that was a phenomenon of de generation ke hum samjhen ke achaanak ho gaya.</w:t>
      </w:r>
    </w:p>
    <w:p>
      <w:pPr>
        <w:jc w:val="right"/>
      </w:pPr>
      <w:r>
        <w:t>بیٹے میں ڈی جنریشن ہوگا، پھر پوتے میں اور زیادہ ہوگا۔ تو دیٹ واز ا فیناومینا آف ڈی جنریشن کہ ہم سمجھیں کہ اچانک ہو گیا۔</w:t>
      </w:r>
    </w:p>
    <w:p>
      <w:r>
        <w:rPr>
          <w:b/>
        </w:rPr>
        <w:t xml:space="preserve">[1:06:30] </w:t>
      </w:r>
      <w:r>
        <w:t>De generation hota hai to kya hota hai ke jo large level par jo un ko mila tha, woh madham parta jata hai, aur jo dikhai deti hai cheez hai, usi ko bara samajh letay hain woh log.</w:t>
      </w:r>
    </w:p>
    <w:p>
      <w:pPr>
        <w:jc w:val="right"/>
      </w:pPr>
      <w:r>
        <w:t>ڈی جنریشن ہوتا ہے تو کیا ہوتا ہے کہ جو لارج لیول پر جو ان کو ملا تھا، وہ مدھم پڑتا جاتا ہے، اور جو دکھائی دیتی ہے چیز ہے، اسی کو بڑا سمجھ لیتے ہیں وہ لوگ۔</w:t>
      </w:r>
    </w:p>
    <w:p>
      <w:r>
        <w:rPr>
          <w:b/>
        </w:rPr>
        <w:t xml:space="preserve">[1:06:42] </w:t>
      </w:r>
      <w:r>
        <w:t>yani paisa hai, political power hai, aur dhoom hai. To woh de generation to hota hi hota hai, har har Musalman ke paas nahi hai, hamesha de generation har aik ka hota hai.</w:t>
      </w:r>
    </w:p>
    <w:p>
      <w:pPr>
        <w:jc w:val="right"/>
      </w:pPr>
      <w:r>
        <w:t>یعنی پیسہ ہے، پولیٹیکل پاور ہے، اور دھوم ہے۔ تو وہ ڈی جنریشن تو ہوتا ہی ہوتا ہے، ہر ہر مسلمان کے پاس نہیں ہے، ہمیشہ ڈی جنریشن ہر ایک کا ہوتا ہے۔</w:t>
      </w:r>
    </w:p>
    <w:p>
      <w:r>
        <w:rPr>
          <w:b/>
        </w:rPr>
        <w:t xml:space="preserve">[1:06:55] </w:t>
      </w:r>
      <w:r>
        <w:t>To that was a phenomenon of de generation. To</w:t>
      </w:r>
    </w:p>
    <w:p>
      <w:pPr>
        <w:jc w:val="right"/>
      </w:pPr>
      <w:r>
        <w:t>تو دیٹ واز ا فیناومینا آف ڈی جنریشن۔ تو</w:t>
      </w:r>
    </w:p>
    <w:p>
      <w:r>
        <w:rPr>
          <w:b/>
        </w:rPr>
        <w:t xml:space="preserve">[1:06:59] </w:t>
      </w:r>
      <w:r>
        <w:t>is zamanay mein chounkay philosophy ka raaj tha, philosophy jo hai, koi award mani jati thi, idhar chup gaye. Woh phir Sufiyon ko jo aya, woh bhi Sufiyon ne khud invent nahi kiya tha.</w:t>
      </w:r>
    </w:p>
    <w:p>
      <w:pPr>
        <w:jc w:val="right"/>
      </w:pPr>
      <w:r>
        <w:t>اس زمانے میں چونکہ فلسفے کا راج تھا، فلاسفی جو ہے، کوئی ایوارڈ مانی جاتی تھی، ادھر چھپ گئے۔ وہ پھر صوفیوں کو جو آیا، وہ بھی صوفیوں نے خود انورٹ نہیں کیا تھا۔</w:t>
      </w:r>
    </w:p>
    <w:p>
      <w:r>
        <w:rPr>
          <w:b/>
        </w:rPr>
        <w:t xml:space="preserve">[1:07:10] </w:t>
      </w:r>
      <w:r>
        <w:t>Is zamanay mein jo mysticism tha, usi ko adopt kar liya unhonay. Yahan aaye India mein to Vedanta jo tha, us ko adopt kar liya unhonay.</w:t>
      </w:r>
    </w:p>
    <w:p>
      <w:pPr>
        <w:jc w:val="right"/>
      </w:pPr>
      <w:r>
        <w:t>اس زمانے میں جو مسٹزم تھا، اسی کو اڈاپٹ کر لیا انہوں نے۔ یہاں آئے انڈیا میں تو ویدانتا جو تھا، اس کو اڈاپٹ کر لیا انہوں نے۔</w:t>
      </w:r>
    </w:p>
    <w:p>
      <w:r>
        <w:rPr>
          <w:b/>
        </w:rPr>
        <w:t xml:space="preserve">[1:07:19] </w:t>
      </w:r>
      <w:r>
        <w:t>Kyun? Is paas ka jo mahol hota hai, us se oopar uthna bohat mushkil kaam hai.</w:t>
      </w:r>
    </w:p>
    <w:p>
      <w:pPr>
        <w:jc w:val="right"/>
      </w:pPr>
      <w:r>
        <w:t>کیوں؟ اس پاس کا جو ماحول ہوتا ہے، اس سے اوپر اٹھنا بہت مشکل کام ہے۔</w:t>
      </w:r>
    </w:p>
    <w:p>
      <w:r>
        <w:rPr>
          <w:b/>
        </w:rPr>
        <w:t xml:space="preserve">[1:07:24] </w:t>
      </w:r>
      <w:r>
        <w:t>Deny karna saray is paas ki cheezon ko, aur phir apnay aap ko, apni apni us ko maintain karna, apni individuality ko, bohat mushkil kaam hai.</w:t>
      </w:r>
    </w:p>
    <w:p>
      <w:pPr>
        <w:jc w:val="right"/>
      </w:pPr>
      <w:r>
        <w:t>ڈینائی کرنا سارے اس پاس کی چیزوں کو، اور پھر اپنے آپ کو، اپنی اپنی اس کو مینٹین کرنا، اپنی انڈیویجولٹی کو، بہت مشکل کام ہے۔</w:t>
      </w:r>
    </w:p>
    <w:p>
      <w:r>
        <w:rPr>
          <w:b/>
        </w:rPr>
        <w:t xml:space="preserve">[1:07:36] </w:t>
      </w:r>
      <w:r>
        <w:t>To pehli generation mein aadmi influence hota hai apnay mind se, lekin us ke baad dhiray dhiray apnay environment se hone lagta hai. To environment se hone jab influence hone lagta hai, woh to usi ka phenomenon tha.</w:t>
      </w:r>
    </w:p>
    <w:p>
      <w:pPr>
        <w:jc w:val="right"/>
      </w:pPr>
      <w:r>
        <w:t>تو پہلی جنریشن میں آدمی انفلوئنس ہوتا ہے اپنے مائنڈ سے، لیکن اس کے بعد دھیرے دھیرے اپنے انوائرمنٹس ہونے لگتا ہے۔ تو انوائرمنٹ سے ہونے جب انفلوئنس ہونے لگتا ہے، وہ تو اسی کا فیناومینا تھا۔</w:t>
      </w:r>
    </w:p>
    <w:p>
      <w:r>
        <w:rPr>
          <w:b/>
        </w:rPr>
        <w:t xml:space="preserve">[1:07:50] </w:t>
      </w:r>
      <w:r>
        <w:t>Woh to yeh hota hi hota hai hamesha.</w:t>
      </w:r>
    </w:p>
    <w:p>
      <w:pPr>
        <w:jc w:val="right"/>
      </w:pPr>
      <w:r>
        <w:t>وہ تو یہ ہوتا ہی ہوتا ہے ہمیشہ۔</w:t>
      </w:r>
    </w:p>
    <w:p>
      <w:r>
        <w:rPr>
          <w:b/>
        </w:rPr>
        <w:t xml:space="preserve">[1:07:55] </w:t>
      </w:r>
      <w:r>
        <w:t>This question is from Dr. Farida Khanam: Why man finds such great fascination in the pursuit of philosophy?</w:t>
      </w:r>
    </w:p>
    <w:p>
      <w:pPr>
        <w:jc w:val="right"/>
      </w:pPr>
      <w:r>
        <w:t>دس کوئسچن از فرام ڈاکٹر فریدہ خانم: وائی مین فائنڈز سچ گریٹ فیسینیشن ان دی پرسیوٹ آف فلاسفی؟</w:t>
      </w:r>
    </w:p>
    <w:p>
      <w:r>
        <w:rPr>
          <w:b/>
        </w:rPr>
        <w:t xml:space="preserve">[1:08:07] </w:t>
      </w:r>
      <w:r>
        <w:t>Yeh aaj ki baat nahi hai, is zamanay ki baat hai. Is zamanay mein koi option hi nahi tha ke thinking log jo thay, sochne walay, un ke liye koi option nahi tha siwaye philosophy ke.</w:t>
      </w:r>
    </w:p>
    <w:p>
      <w:pPr>
        <w:jc w:val="right"/>
      </w:pPr>
      <w:r>
        <w:t>یہ آج کی بات نہیں ہے، اس زمانے کی بات ہے۔ اس زمانے میں کوئی آپشن ہی نہیں تھا کہ تھنکنگ لوگ جو تھے، سوچنے والے، ان کے لیے کوئی آپشن نہیں تھا سوائے فلاسفی کے۔</w:t>
      </w:r>
    </w:p>
    <w:p>
      <w:r>
        <w:rPr>
          <w:b/>
        </w:rPr>
        <w:t xml:space="preserve">[1:08:17] </w:t>
      </w:r>
      <w:r>
        <w:t>Lekin jo framework tha, woh phir sabaq framework tha. Aaj ka koi aadmi is se fascinate nahi hoga.</w:t>
      </w:r>
    </w:p>
    <w:p>
      <w:pPr>
        <w:jc w:val="right"/>
      </w:pPr>
      <w:r>
        <w:t>لیکن جو فریم ورک تھا، وہ پھر سابق الفریم ورک تھا۔ آج کا کوئی آدمی اس سے فیسینیٹ نہیں ہوگا۔</w:t>
      </w:r>
    </w:p>
    <w:p>
      <w:r>
        <w:rPr>
          <w:b/>
        </w:rPr>
        <w:t xml:space="preserve">[1:08:25] </w:t>
      </w:r>
      <w:r>
        <w:t>Yeh aik age, that is phenomenon of age. Is age mein hazaron saal se chala aa raha tha philosophy ka dabdaba. Wohi aik framework band band ban gaya tha jis ko sochne walay sochein.</w:t>
      </w:r>
    </w:p>
    <w:p>
      <w:pPr>
        <w:jc w:val="right"/>
      </w:pPr>
      <w:r>
        <w:t>یہ ایک ایج، دیٹ از فیناومینا آف ایج۔ اس ایج میں ہزاروں سال سے چلا آ رہا تھا فلاسفی کا دبدبہ۔ وہی ایک فریم ورک بند بند بن گیا تھا جس کو سوچنے والے سوچیں۔</w:t>
      </w:r>
    </w:p>
    <w:p>
      <w:r>
        <w:rPr>
          <w:b/>
        </w:rPr>
        <w:t xml:space="preserve">[1:08:39] </w:t>
      </w:r>
      <w:r>
        <w:t>To is zamanay mein koi tha hi doosra option. Sochne walay log jo intelligent log thay, woh isi pe chalay atay thay.</w:t>
      </w:r>
    </w:p>
    <w:p>
      <w:pPr>
        <w:jc w:val="right"/>
      </w:pPr>
      <w:r>
        <w:t>تو اس زمانے میں کوئی تھا ہی دوسرا آپشن۔ سوچنے والے لوگ جو انٹیلیجنٹ لوگ تھے، وہ اسی پہ چلے آتے تھے۔</w:t>
      </w:r>
    </w:p>
    <w:p>
      <w:r>
        <w:rPr>
          <w:b/>
        </w:rPr>
        <w:t xml:space="preserve">[1:08:49] </w:t>
      </w:r>
      <w:r>
        <w:t>Ab dhiray dhiray jab philosophy ka yani downfall ho gaya to ab log jatay hain science ki taraf. Ab saray log science ki taraf chalay ja rahay hain.</w:t>
      </w:r>
    </w:p>
    <w:p>
      <w:pPr>
        <w:jc w:val="right"/>
      </w:pPr>
      <w:r>
        <w:t>اب دھیرے دھیرے جب فلاسفی کا یعنی ڈاؤن فال ہو گیا تو اب لوگ جاتے ہیں سائنس کی طرف۔ اب سارے لوگ سائنس کی طرف چلے جا رہے ہیں۔</w:t>
      </w:r>
    </w:p>
    <w:p>
      <w:r>
        <w:rPr>
          <w:b/>
        </w:rPr>
        <w:t xml:space="preserve">[1:09:00] </w:t>
      </w:r>
      <w:r>
        <w:t>to bas samajhta hoon ke age ka phenomenon hai.</w:t>
      </w:r>
    </w:p>
    <w:p>
      <w:pPr>
        <w:jc w:val="right"/>
      </w:pPr>
      <w:r>
        <w:t>تو بس سمجھتا ہوں کہ ایج کا فیناومینا ہے۔</w:t>
      </w:r>
    </w:p>
    <w:p>
      <w:r>
        <w:rPr>
          <w:b/>
        </w:rPr>
        <w:t xml:space="preserve">[1:09:06] </w:t>
      </w:r>
      <w:r>
        <w:t>das question is from miss priya malik</w:t>
      </w:r>
    </w:p>
    <w:p>
      <w:pPr>
        <w:jc w:val="right"/>
      </w:pPr>
      <w:r>
        <w:t>دس کوئسچن از فرام مس پریہ ملک</w:t>
      </w:r>
    </w:p>
    <w:p>
      <w:r>
        <w:rPr>
          <w:b/>
        </w:rPr>
        <w:t xml:space="preserve">[1:09:09] </w:t>
      </w:r>
      <w:r>
        <w:t>: why muslims start the religious journey from namaz, roza, etcetera, and not god as in the case of most non muslims?</w:t>
      </w:r>
    </w:p>
    <w:p>
      <w:pPr>
        <w:jc w:val="right"/>
      </w:pPr>
      <w:r>
        <w:t>: وائی مسلمز سٹارٹ دی ریلیجیس جرنی فرام نماز، روزہ، ایٹسیٹرا، اینڈ ناٹ گاڈ ایز ان دا کیس آف موسٹ نان مسلمز؟</w:t>
      </w:r>
    </w:p>
    <w:p>
      <w:r>
        <w:rPr>
          <w:b/>
        </w:rPr>
        <w:t xml:space="preserve">[1:09:24] </w:t>
      </w:r>
      <w:r>
        <w:t>dekhen, yeh bhi degeneration ka phenomenon hai. ab hum aaj jo muslim log hain, woh woh to degenerated lot hain islam ka.</w:t>
      </w:r>
    </w:p>
    <w:p>
      <w:pPr>
        <w:jc w:val="right"/>
      </w:pPr>
      <w:r>
        <w:t>دیکھیں، یہ بھی ڈی جنریشن کا فیناومینا ہے۔ اب ہم آج جو مسلم لوگ ہیں، وہ وہ تو ڈی جنریٹڈ لاٹ ہیں اسلام کا۔</w:t>
      </w:r>
    </w:p>
    <w:p>
      <w:r>
        <w:rPr>
          <w:b/>
        </w:rPr>
        <w:t xml:space="preserve">[1:09:37] </w:t>
      </w:r>
      <w:r>
        <w:t>to woh kya karenge? form bohat aasan hota hai ke khuda ko discover karna, yeh to bohat mushkil kaam hai, bada long process hai. yeh hum ko to chalis saal beet gaye isi mein, lekin form jo hai, bohat aasani se aap jadd se seekhen, jaldi se is ko kar lijiye.</w:t>
      </w:r>
    </w:p>
    <w:p>
      <w:pPr>
        <w:jc w:val="right"/>
      </w:pPr>
      <w:r>
        <w:t>تو وہ کیا کریں گے؟ فارم بہت آسان ہوتا ہے کہ خدا کو ڈسکور کرنا، یہ تو بہت مشکل کام ہے، بڑا لانگ پروسیس ہے۔ یہ ہم کو تو چالیس سال بیت گئے اسی میں، لیکن فارم جو ہے، بہت آسانی سے آپ جڑ سے سیکھیں، جلدی سے اس کو کر لیجئے۔</w:t>
      </w:r>
    </w:p>
    <w:p>
      <w:r>
        <w:rPr>
          <w:b/>
        </w:rPr>
        <w:t xml:space="preserve">[1:09:55] </w:t>
      </w:r>
      <w:r>
        <w:t>to form based religion bohat aasan hota hai, aur realized based religion bohat mushkil kaam hota hai.</w:t>
      </w:r>
    </w:p>
    <w:p>
      <w:pPr>
        <w:jc w:val="right"/>
      </w:pPr>
      <w:r>
        <w:t>تو فارم بیس ریلیجن بہت آسان ہوتا ہے، اور ریلائزڈ بیس ریلیجن بہت مشکل کام ہوتا ہے۔</w:t>
      </w:r>
    </w:p>
    <w:p>
      <w:r>
        <w:rPr>
          <w:b/>
        </w:rPr>
        <w:t xml:space="preserve">[1:10:04] </w:t>
      </w:r>
      <w:r>
        <w:t>aadmi aap jante hain ke mushkil ko chhodta hai, aasani ko le leta hai. itni si baat hai. to koi koi nikalta hai jis ke andar woh yani pursue ki spirit bohat gehri hoti hai.</w:t>
      </w:r>
    </w:p>
    <w:p>
      <w:pPr>
        <w:jc w:val="right"/>
      </w:pPr>
      <w:r>
        <w:t>آدمی آپ جانتے ہیں کہ مشکل کو چھوڑتا ہے، آسانی کو لے لیتا ہے۔ اتنی سی بات ہے۔ تو کوئی کوئی نکلتا ہے جس کے اندر وہ یعنی پرسیوٹ کی سپرٹ بہت گہری ہوتی ہے۔</w:t>
      </w:r>
    </w:p>
    <w:p>
      <w:r>
        <w:rPr>
          <w:b/>
        </w:rPr>
        <w:t xml:space="preserve">[1:10:16] </w:t>
      </w:r>
      <w:r>
        <w:t>to woh raazi nahi hota hai form par, woh apne apne mind ki window kholta hai. yeh doctor dish onter padi aate hain.</w:t>
      </w:r>
    </w:p>
    <w:p>
      <w:pPr>
        <w:jc w:val="right"/>
      </w:pPr>
      <w:r>
        <w:t>تو وہ راضی نہیں ہوتا ہے فارم پر، وہ اپنے اپنے مائنڈ کی ونڈو کھولتا ہے۔ یہ ڈاکٹر ڈش آنٹر پادی آتے ہیں۔</w:t>
      </w:r>
    </w:p>
    <w:p>
      <w:r>
        <w:rPr>
          <w:b/>
        </w:rPr>
        <w:t xml:space="preserve">[1:10:27] </w:t>
      </w:r>
      <w:r>
        <w:t>mujhe bhi khuda ke fazl se aisa hua ke mere mind, mere mind ki window kh</w:t>
      </w:r>
    </w:p>
    <w:p>
      <w:pPr>
        <w:jc w:val="right"/>
      </w:pPr>
      <w:r>
        <w:t>مجھے بھی خدا کے فضل سے ایسا ہوا کہ میرے مائنڈ، میرے مائنڈ کی ونڈو کھ</w:t>
      </w:r>
    </w:p>
    <w:p>
      <w:r>
        <w:rPr>
          <w:b/>
        </w:rPr>
        <w:t xml:space="preserve">[1:10:31] </w:t>
      </w:r>
      <w:r>
        <w:t>li. main chalis saal tak yani yahi sab karta raha, intellectual pursuit mein bataye maine.</w:t>
      </w:r>
    </w:p>
    <w:p>
      <w:pPr>
        <w:jc w:val="right"/>
      </w:pPr>
      <w:r>
        <w:t>لی۔ میں چالیس سال تک یعنی یہی سب کرتا رہا، انٹلیکچول پرسیوٹ میں بتائے میں نے۔</w:t>
      </w:r>
    </w:p>
    <w:p>
      <w:r>
        <w:rPr>
          <w:b/>
        </w:rPr>
        <w:t xml:space="preserve">[1:10:40] </w:t>
      </w:r>
      <w:r>
        <w:t>to aise log hamesha kab the, aaj bhi kam rahenge. yeh bas samjhen ke crowd aisa ho sakta hai, kabhi kabhi bhi crowd aisa na hua hai, na hoga.</w:t>
      </w:r>
    </w:p>
    <w:p>
      <w:pPr>
        <w:jc w:val="right"/>
      </w:pPr>
      <w:r>
        <w:t>تو ایسے لوگ ہمیشہ کب تھے، آج بھی کم رہیں گے۔ یہ بس سمجھیں کہ کراؤڈ ایسا ہو سکتا ہے، کبھی کبھی بھی کراؤڈ ایسا نہ ہوا ہے، نہ ہوگا۔</w:t>
      </w:r>
    </w:p>
    <w:p>
      <w:r>
        <w:rPr>
          <w:b/>
        </w:rPr>
        <w:t xml:space="preserve">[1:10:51] </w:t>
      </w:r>
      <w:r>
        <w:t>kuch log hon, bas yahi yahi bari baat hai. kuch log agar ho jayen to bohat yani samajhta hoon ke bohat hi bari bari baat ho gayi.</w:t>
      </w:r>
    </w:p>
    <w:p>
      <w:pPr>
        <w:jc w:val="right"/>
      </w:pPr>
      <w:r>
        <w:t>کچھ لوگ ہوں، بس یہی یہی بڑی بات ہے۔ کچھ لوگ اگر ہو جائیں تو بہت یعنی سمجھتا ہوں کہ بہت ہی بڑی بڑی بات ہو گئی۔</w:t>
      </w:r>
    </w:p>
    <w:p>
      <w:r>
        <w:rPr>
          <w:b/>
        </w:rPr>
        <w:t xml:space="preserve">[1:11:02] </w:t>
      </w:r>
      <w:r>
        <w:t>das question is from mr muhammad zubair: what is yajuj majuj? please explain.</w:t>
      </w:r>
    </w:p>
    <w:p>
      <w:pPr>
        <w:jc w:val="right"/>
      </w:pPr>
      <w:r>
        <w:t>دس کوئسچن از فرام مسٹر محمد زبیر: واٹ از یاجوج ماجوج؟ پلیز ایکسپلین۔</w:t>
      </w:r>
    </w:p>
    <w:p>
      <w:r>
        <w:rPr>
          <w:b/>
        </w:rPr>
        <w:t xml:space="preserve">[1:11:12] </w:t>
      </w:r>
      <w:r>
        <w:t>dekhen, yajuj majuj ka zikr bible mein bhi hai, gog my gog ke naam se. to yeh chala aa raha hai tradition jo hai, yani biblical tradition mein bhi hai aur islam mein bhi hai ke koi yajuj majuj hain, woh khole jayenge, yeh fateh hat ke maani khole jayenge.</w:t>
      </w:r>
    </w:p>
    <w:p>
      <w:pPr>
        <w:jc w:val="right"/>
      </w:pPr>
      <w:r>
        <w:t>دیکھیں، یاجوج ماجوج کا ذکر بائبل میں بھی ہے، گاگ مائی گاگ کے نام سے۔ تو یہ چلا آ رہا ہے ٹریڈیشن جو ہے، یعنی ببلیکل ٹریڈیشن میں بھی ہے اور اسلام میں بھی ہے کہ کوئی یاجوج ماجوج ہیں، وہ کھولے جائیں گے، یہ فتح حت کے معنی کھولے جائیں گے۔</w:t>
      </w:r>
    </w:p>
    <w:p>
      <w:r>
        <w:rPr>
          <w:b/>
        </w:rPr>
        <w:t xml:space="preserve">[1:11:31] </w:t>
      </w:r>
      <w:r>
        <w:t>jab</w:t>
      </w:r>
    </w:p>
    <w:p>
      <w:pPr>
        <w:jc w:val="right"/>
      </w:pPr>
      <w:r>
        <w:t>جب</w:t>
      </w:r>
    </w:p>
    <w:p>
      <w:r>
        <w:rPr>
          <w:b/>
        </w:rPr>
        <w:t xml:space="preserve">[1:11:33] </w:t>
      </w:r>
      <w:r>
        <w:t>matlab in ka zahoor hoga to yeh kaun hain? yeh kahin kisi bhi se kuch nikalta nahi. koi hadith ya koi tafsir se yeh baat maloom nahi hoti ke kaun log hain.</w:t>
      </w:r>
    </w:p>
    <w:p>
      <w:pPr>
        <w:jc w:val="right"/>
      </w:pPr>
      <w:r>
        <w:t>مطلب ان کا ظہور ہوگا تو یہ کون ہیں؟ یہ کہیں کسی بھی سے کچھ نکلتا نہیں۔ کوئی حدیث یا کوئی تفسیر سے یہ بات معلوم نہیں ہوتی کہ کون لوگ ہیں۔</w:t>
      </w:r>
    </w:p>
    <w:p>
      <w:r>
        <w:rPr>
          <w:b/>
        </w:rPr>
        <w:t xml:space="preserve">[1:11:48] </w:t>
      </w:r>
      <w:r>
        <w:t>yeh sarta sar yeh baat hai, yani ek influential baat hai.</w:t>
      </w:r>
    </w:p>
    <w:p>
      <w:pPr>
        <w:jc w:val="right"/>
      </w:pPr>
      <w:r>
        <w:t>یہ سرتا سر یہ بات ہے، یعنی ایک انفلوئنشل بات ہے۔</w:t>
      </w:r>
    </w:p>
    <w:p>
      <w:r>
        <w:rPr>
          <w:b/>
        </w:rPr>
        <w:t xml:space="preserve">[1:11:56] </w:t>
      </w:r>
      <w:r>
        <w:t>direct taur par koi is mein nasb maujood nahi hai, koi aisa hamare paas aisa reference maujood nahi hai jo direct taur par bataye ke kaun hai yajuj majuj.</w:t>
      </w:r>
    </w:p>
    <w:p>
      <w:pPr>
        <w:jc w:val="right"/>
      </w:pPr>
      <w:r>
        <w:t>ڈائریکٹ طور پر کوئی اس میں نصب موجود نہیں ہے، کوئی ایسا ہمارے پاس ایسا ریفرنس موجود نہیں ہے جو ڈائریکٹ طور پر بتائے کہ کون ہے یاجوج ماجوج۔</w:t>
      </w:r>
    </w:p>
    <w:p>
      <w:r>
        <w:rPr>
          <w:b/>
        </w:rPr>
        <w:t xml:space="preserve">[1:12:07] </w:t>
      </w:r>
      <w:r>
        <w:t>woh to koi maujood nahi hai. mera apna yeh influence hai ke yajuj majuj se murad european nations hain. mere paas zaati yani influence hai, zaati qayas ke siwa aur koi cheez nahi hai.</w:t>
      </w:r>
    </w:p>
    <w:p>
      <w:pPr>
        <w:jc w:val="right"/>
      </w:pPr>
      <w:r>
        <w:t>وہ تو کوئی موجود نہیں ہے۔ میرا اپنا یہ انفلوئنس ہے کہ یاجوج ماجوج سے مراد یورپین نیشنز ہیں۔ میرے پاس ذاتی یعنی انفلوئنس ہے، ذاتی قیاس کے سوا اور کوئی چیز نہیں ہے۔</w:t>
      </w:r>
    </w:p>
    <w:p>
      <w:r>
        <w:rPr>
          <w:b/>
        </w:rPr>
        <w:t xml:space="preserve">[1:12:23] </w:t>
      </w:r>
      <w:r>
        <w:t>main koi hadith nahi pesh kar sakta kar sakta is maamle mein. lekin is par maine likha hai. ab hamare magazine jo is mein ek poora ek article aaya hai, us ke upar aap is ko padh lijiye.</w:t>
      </w:r>
    </w:p>
    <w:p>
      <w:pPr>
        <w:jc w:val="right"/>
      </w:pPr>
      <w:r>
        <w:t>میں کوئی حدیث نہیں پیش کر سکتا کر سکتا اس معاملے میں۔ لیکن اس پر میں نے لکھا ہے۔ اب ہمارے میگزین جو اس میں ایک پورا ایک آرٹیکل آیا ہے، اس کے اوپر آپ اس کو پڑھ لیجئے۔</w:t>
      </w:r>
    </w:p>
    <w:p>
      <w:r>
        <w:rPr>
          <w:b/>
        </w:rPr>
        <w:t xml:space="preserve">[1:12:32] </w:t>
      </w:r>
      <w:r>
        <w:t>to jo jis base par maine rai banai hai, us ko maine apne magazine mein likh diya hai. maulana, adda question is: in the sufism center of meditation is heart.</w:t>
      </w:r>
    </w:p>
    <w:p>
      <w:pPr>
        <w:jc w:val="right"/>
      </w:pPr>
      <w:r>
        <w:t>تو جو جس بیس پر میں نے رائے بنائی ہے، اس کو میں نے اپنے میگزین میں لکھ دیا ہے۔ مولانا، اضادہ کوئسچن از: ان دا صوفزم سینٹر آف میڈیٹیشن از ہارٹ۔</w:t>
      </w:r>
    </w:p>
    <w:p>
      <w:r>
        <w:rPr>
          <w:b/>
        </w:rPr>
        <w:t xml:space="preserve">[1:12:45] </w:t>
      </w:r>
      <w:r>
        <w:t>then how can you say that you are a sufi?</w:t>
      </w:r>
    </w:p>
    <w:p>
      <w:pPr>
        <w:jc w:val="right"/>
      </w:pPr>
      <w:r>
        <w:t>دین ہاؤ کین یو سے دیٹ یو آر ا صوفی؟</w:t>
      </w:r>
    </w:p>
    <w:p>
      <w:r>
        <w:rPr>
          <w:b/>
        </w:rPr>
        <w:t xml:space="preserve">[1:12:52] </w:t>
      </w:r>
      <w:r>
        <w:t>aap new sufism keh sakte hain is ko. hamari jo sufism hai, woh new sufism keh sakte hain. aap maine correct kiya hai galti ko. correction ka right hamesha rahega aadmi ko.</w:t>
      </w:r>
    </w:p>
    <w:p>
      <w:pPr>
        <w:jc w:val="right"/>
      </w:pPr>
      <w:r>
        <w:t>آپ نیو صوفزم کہہ سکتے ہیں اس کو۔ ہماری جو صوفزم ہے، وہ نیو صوفزم کہہ سکتے ہیں۔ آپ میں نے کریکٹ کیا ہے غلطی کو۔ کریکشن کا رائٹ ہمیشہ رہے گا آدمی کو۔</w:t>
      </w:r>
    </w:p>
    <w:p>
      <w:r>
        <w:rPr>
          <w:b/>
        </w:rPr>
        <w:t xml:space="preserve">[1:13:04] </w:t>
      </w:r>
      <w:r>
        <w:t>maine ek correction kiya hai ke sufism apni jagah par to theek hai, yani spirituality, yani science of spirituality ka naam hai sufism.</w:t>
      </w:r>
    </w:p>
    <w:p>
      <w:pPr>
        <w:jc w:val="right"/>
      </w:pPr>
      <w:r>
        <w:t>میں نے ایک کریکشن کیا ہے کہ صوفزم اپنی جگہ پر تو ٹھیک ہے، یعنی سپریچولیٹی، یعنی سائنس آف سپریچولیٹی کا نام ہے صوفزم۔</w:t>
      </w:r>
    </w:p>
    <w:p>
      <w:r>
        <w:rPr>
          <w:b/>
        </w:rPr>
        <w:t xml:space="preserve">[1:13:15] </w:t>
      </w:r>
      <w:r>
        <w:t>ke sufism kya hai? yani science of spirituality. yeh to khud woh log bhi kehte hain,</w:t>
      </w:r>
    </w:p>
    <w:p>
      <w:pPr>
        <w:jc w:val="right"/>
      </w:pPr>
      <w:r>
        <w:t>کہ صوفزم کیا ہے؟ یعنی سائنس آف سپریچولیٹی۔ یہ تو خود وہ لوگ بھی کہتے ہیں،</w:t>
      </w:r>
    </w:p>
    <w:p>
      <w:r>
        <w:rPr>
          <w:b/>
        </w:rPr>
        <w:t xml:space="preserve">[1:13:22] </w:t>
      </w:r>
      <w:r>
        <w:t>sofi log bhi science of spirituality. ab sawal hai ke spirituality ka yani woh kya hai? source kya hai?</w:t>
      </w:r>
    </w:p>
    <w:p>
      <w:pPr>
        <w:jc w:val="right"/>
      </w:pPr>
      <w:r>
        <w:t>صوفی لوگ بھی سائنس آف سپریچولیٹی۔ اب سوال ہے کہ سپریچولیٹی کا یعنی وہ کیا ہے؟ سورس کیا ہے؟</w:t>
      </w:r>
    </w:p>
    <w:p>
      <w:r>
        <w:rPr>
          <w:b/>
        </w:rPr>
        <w:t xml:space="preserve">[1:13:32] </w:t>
      </w:r>
      <w:r>
        <w:t>kahan se mile gi woh spirituality? to basic jo principle hai, is mein dono ek hain. main bhi, woh bhi. sirf is mein ikhtilaf hai ke source kya hai.</w:t>
      </w:r>
    </w:p>
    <w:p>
      <w:pPr>
        <w:jc w:val="right"/>
      </w:pPr>
      <w:r>
        <w:t>کہاں سے ملے گی وہ سپریچولیٹی؟ تو بیسک جو پرنسپل ہے، اس میں دونوں ایک ہیں۔ میں بھی، وہ بھی۔ صرف اس میں اختلاف ہے کہ سورس کیا ہے۔</w:t>
      </w:r>
    </w:p>
    <w:p>
      <w:r>
        <w:rPr>
          <w:b/>
        </w:rPr>
        <w:t xml:space="preserve">[1:13:43] </w:t>
      </w:r>
      <w:r>
        <w:t>to woh samajhte thay ke heart jo hai, woh source hai. hamari discovery hai ke heart source nahi hai, mind source hai.</w:t>
      </w:r>
    </w:p>
    <w:p>
      <w:pPr>
        <w:jc w:val="right"/>
      </w:pPr>
      <w:r>
        <w:t>تو وہ سمجھتے تھے کہ ہارٹ جو ہے، وہ سورس ہے۔ ہماری ڈسکوری ہے کہ ہارٹ سورس نہیں ہے، مائنڈ سورس ہے۔</w:t>
      </w:r>
    </w:p>
    <w:p>
      <w:r>
        <w:rPr>
          <w:b/>
        </w:rPr>
        <w:t xml:space="preserve">[1:13:51] </w:t>
      </w:r>
      <w:r>
        <w:t>to sirf source mein ikhtilaf hua hai, bas. aur kisi cheez mein nahi hua hai. to yeh meri discovery hai. agar yeh poori history mein sab log yeh mante rahe ke ke tasawwuf ka jo markaz hai, woh dil hai.</w:t>
      </w:r>
    </w:p>
    <w:p>
      <w:pPr>
        <w:jc w:val="right"/>
      </w:pPr>
      <w:r>
        <w:t>تو صرف سورس میں اختلاف ہوا ہے، بس۔ اور کسی چیز میں نہیں ہوا ہے۔ تو یہ میری ڈسکوری ہے۔ اگر یہ پوری ہسٹری میں سب لوگ یہ مانتے رہے کہ کہ تصوف کا جو مرکز ہے، وہ دل ہے۔</w:t>
      </w:r>
    </w:p>
    <w:p>
      <w:r>
        <w:rPr>
          <w:b/>
        </w:rPr>
        <w:t xml:space="preserve">[1:14:07] </w:t>
      </w:r>
      <w:r>
        <w:t>dil mein jhankna, dil mein zarbein lagana, dil mein muraqba karna, dil mein meditate karna, yeh hai. yahan tak ke log rasool ALLAH sallallahu alaihi wasallam keh diya ke woh woh bhi wahan par karte thay.</w:t>
      </w:r>
    </w:p>
    <w:p>
      <w:pPr>
        <w:jc w:val="right"/>
      </w:pPr>
      <w:r>
        <w:t>دل میں جھانکنا، دل میں ضربیں لگانا، دل میں مراقبہ کرنا، دل میں میڈیٹیٹ کرنا، یہ ہے۔ یہاں تک کہ لوگ رسول اللہ صلی اللہ علیہ وسلم کہہ دیا کہ وہ وہ بھی وہاں پر کرتے تھے۔</w:t>
      </w:r>
    </w:p>
    <w:p>
      <w:r>
        <w:rPr>
          <w:b/>
        </w:rPr>
        <w:t xml:space="preserve">[1:14:20] </w:t>
      </w:r>
      <w:r>
        <w:t>hira</w:t>
      </w:r>
    </w:p>
    <w:p>
      <w:pPr>
        <w:jc w:val="right"/>
      </w:pPr>
      <w:r>
        <w:t>حرا</w:t>
      </w:r>
    </w:p>
    <w:p>
      <w:r>
        <w:rPr>
          <w:b/>
        </w:rPr>
        <w:t xml:space="preserve">[1:14:21] </w:t>
      </w:r>
      <w:r>
        <w:t>mein bilkul yani abstract baat hai yeh ke rasool ALLAH jo hira mein rehte thay, woh woh aap sochte thay, koi dil par zarba nahi lagate thay.</w:t>
      </w:r>
    </w:p>
    <w:p>
      <w:pPr>
        <w:jc w:val="right"/>
      </w:pPr>
      <w:r>
        <w:t>میں بالکل یعنی ایبسٹریکٹ بات ہے یہ کہ رسول اللہ جو حرا میں رہتے تھے، وہ وہ آپ سوچتے تھے، کوئی دل پر ضربہ نہیں لگاتے تھے۔</w:t>
      </w:r>
    </w:p>
    <w:p>
      <w:r>
        <w:rPr>
          <w:b/>
        </w:rPr>
        <w:t xml:space="preserve">[1:14:30] </w:t>
      </w:r>
      <w:r>
        <w:t>wahan par woh yeh bilkul galat hai aisa kehna.</w:t>
      </w:r>
    </w:p>
    <w:p>
      <w:pPr>
        <w:jc w:val="right"/>
      </w:pPr>
      <w:r>
        <w:t>وہاں پر وہ یہ بالکل غلط ہے ایسا کہنا۔</w:t>
      </w:r>
    </w:p>
    <w:p>
      <w:r>
        <w:rPr>
          <w:b/>
        </w:rPr>
        <w:t xml:space="preserve">[1:14:37] </w:t>
      </w:r>
      <w:r>
        <w:t>to is mein yeh yeh ikhtilaf jo hai, woh yeh koi real ikhtilaf nahi hai. yeh aisa ikhtilaf hai jo hota hi hota hai har jagah. aap mere sufism ko new sufism keh sakte hain.</w:t>
      </w:r>
    </w:p>
    <w:p>
      <w:pPr>
        <w:jc w:val="right"/>
      </w:pPr>
      <w:r>
        <w:t>تو اس میں یہ یہ اختلاف جو ہے، وہ یہ کوئی ریل اختلاف نہیں ہے۔ یہ ایسا اختلاف ہے جو ہوتا ہی ہوتا ہے ہر جگہ۔ آپ میرے صوفزم کو نیو صوفزم کہہ سکتے ہیں۔</w:t>
      </w:r>
    </w:p>
    <w:p>
      <w:r>
        <w:rPr>
          <w:b/>
        </w:rPr>
        <w:t xml:space="preserve">[1:14:54] </w:t>
      </w:r>
      <w:r>
        <w:t>das question is from mr op sikha: sir, all of us here day in and day out. that kya hai?</w:t>
      </w:r>
    </w:p>
    <w:p>
      <w:pPr>
        <w:jc w:val="right"/>
      </w:pPr>
      <w:r>
        <w:t>دس کوئسچن از فرام مسٹر او پی سکہ: سر، ال اف اس ہیئر ڈے ان اینڈ ڈے آؤٹ۔ دیٹ کیا ہے؟</w:t>
      </w:r>
    </w:p>
    <w:p>
      <w:r>
        <w:rPr>
          <w:b/>
        </w:rPr>
        <w:t xml:space="preserve">[1:15:02] </w:t>
      </w:r>
      <w:r>
        <w:t>all of us here day in and day out. that god is omnipotent, omnipresent and omniscient. kindly enlighten.</w:t>
      </w:r>
    </w:p>
    <w:p>
      <w:pPr>
        <w:jc w:val="right"/>
      </w:pPr>
      <w:r>
        <w:t>ال اف اس ہیئر ڈے ان اینڈ ڈے آؤٹ۔ دیٹ گاڈ از اومنی پوٹنٹ، اومنی پریزنٹ اینڈ اومنیشینٹ۔ کائنڈلی انلائٹن۔</w:t>
      </w:r>
    </w:p>
    <w:p>
      <w:r>
        <w:rPr>
          <w:b/>
        </w:rPr>
        <w:t xml:space="preserve">[1:15:13] </w:t>
      </w:r>
      <w:r>
        <w:t>dekhein, yeh bohat purana question hai. to khuda kaise har jagah hai?</w:t>
      </w:r>
    </w:p>
    <w:p>
      <w:pPr>
        <w:jc w:val="right"/>
      </w:pPr>
      <w:r>
        <w:t>دیکھیں، یہ بہت پرانا کوئسچن ہے۔ تو خدا کیسے ہر جگہ ہے؟</w:t>
      </w:r>
    </w:p>
    <w:p>
      <w:r>
        <w:rPr>
          <w:b/>
        </w:rPr>
        <w:t xml:space="preserve">[1:15:22] </w:t>
      </w:r>
      <w:r>
        <w:t>yeh ek sawal hai philosophy mein bhi aur religion mein bhi. to is tarah ke question jo hain, in ko hum yani sirf samajh sakte hain.</w:t>
      </w:r>
    </w:p>
    <w:p>
      <w:pPr>
        <w:jc w:val="right"/>
      </w:pPr>
      <w:r>
        <w:t>یہ ایک سوال ہے فلاسفی میں بھی اور ریلیجن میں بھی۔ تو اس طرح کے کوئسچن جو ہیں، ان کو ہم یعنی صرف سمجھ سکتے ہیں۔</w:t>
      </w:r>
    </w:p>
    <w:p>
      <w:r>
        <w:rPr>
          <w:b/>
        </w:rPr>
        <w:t xml:space="preserve">[1:15:38] </w:t>
      </w:r>
      <w:r>
        <w:t>iska koi demonstration possible nahi hai. to khuda yani physically yahi hai, yeh matlab iska nahi hai.</w:t>
      </w:r>
    </w:p>
    <w:p>
      <w:pPr>
        <w:jc w:val="right"/>
      </w:pPr>
      <w:r>
        <w:t>اس کا کوئی ڈیمونسٹریشن پاسیبل نہیں ہے۔ تو خدا یعنی فزیکلی یہی ہے، یہ مطلب اس کا نہیں ہے۔</w:t>
      </w:r>
    </w:p>
    <w:p>
      <w:r>
        <w:rPr>
          <w:b/>
        </w:rPr>
        <w:t xml:space="preserve">[1:15:49] </w:t>
      </w:r>
      <w:r>
        <w:t>khuda apne ilm ke sath yahan hai.</w:t>
      </w:r>
    </w:p>
    <w:p>
      <w:pPr>
        <w:jc w:val="right"/>
      </w:pPr>
      <w:r>
        <w:t>خدا اپنے علم کے ساتھ یہاں ہے۔</w:t>
      </w:r>
    </w:p>
    <w:p>
      <w:r>
        <w:rPr>
          <w:b/>
        </w:rPr>
        <w:t xml:space="preserve">[1:15:51] </w:t>
      </w:r>
      <w:r>
        <w:t>yani iska ilm jo hai, woh sab sab yani apne ilm se woh har baat ko jaanta hai. apne ilm se woh sare kainaat ko control kar raha hai.</w:t>
      </w:r>
    </w:p>
    <w:p>
      <w:pPr>
        <w:jc w:val="right"/>
      </w:pPr>
      <w:r>
        <w:t>یعنی اس کا علم جو ہے، وہ سب سب یعنی اپنے علم سے وہ ہر بات کو جانتا ہے۔ اپنے علم سے وہ سارے کائنات کو کنٹرول کر رہا ہے۔</w:t>
      </w:r>
    </w:p>
    <w:p>
      <w:r>
        <w:rPr>
          <w:b/>
        </w:rPr>
        <w:t xml:space="preserve">[1:16:03] </w:t>
      </w:r>
      <w:r>
        <w:t>to presence in terms of body nahi hai. is ka matlab?</w:t>
      </w:r>
    </w:p>
    <w:p>
      <w:pPr>
        <w:jc w:val="right"/>
      </w:pPr>
      <w:r>
        <w:t>تو پریزنس ان ٹرم آف باڈی نہیں ہے۔ اس کس کا مطلب؟</w:t>
      </w:r>
    </w:p>
    <w:p>
      <w:r>
        <w:rPr>
          <w:b/>
        </w:rPr>
        <w:t xml:space="preserve">[1:16:11] </w:t>
      </w:r>
      <w:r>
        <w:t>to is ko hum yeh itna hi keh sakte hain ke yeh yeh jo hai, yani is ko bilkul logical way mein hum clear nahi bata sakte ke khuda hai to kaise hai.</w:t>
      </w:r>
    </w:p>
    <w:p>
      <w:pPr>
        <w:jc w:val="right"/>
      </w:pPr>
      <w:r>
        <w:t>تو اس کو ہم یہ اتنا ہی کہہ سکتے ہیں کہ یہ یہ جو ہے، یعنی اس کو بالکل لاجیکل وے میں ہم کلیئر نہیں بتا سکتے کہ خدا ہے تو کیسے ہے۔</w:t>
      </w:r>
    </w:p>
    <w:p>
      <w:r>
        <w:rPr>
          <w:b/>
        </w:rPr>
        <w:t xml:space="preserve">[1:16:28] </w:t>
      </w:r>
      <w:r>
        <w:t>lekin main apna experience bata sakta hoon aap ko ke ke aaj jaise main bola hoon yahan par, ab kuch bhi mere mind mein nahi tha.</w:t>
      </w:r>
    </w:p>
    <w:p>
      <w:pPr>
        <w:jc w:val="right"/>
      </w:pPr>
      <w:r>
        <w:t>لیکن میں اپنا ایکسپیرینس بتا سکتا ہوں آپ کو کہ کہ آج جیسے میں بولا ہوں یہاں پر، اب کچھ بھی میرے مائنڈ میں نہیں تھا۔</w:t>
      </w:r>
    </w:p>
    <w:p>
      <w:r>
        <w:rPr>
          <w:b/>
        </w:rPr>
        <w:t xml:space="preserve">[1:16:42] </w:t>
      </w:r>
      <w:r>
        <w:t>subah ko yahan aanay se pehle main soch raha tha ke mujhe kya bolna hai. hamare do sathi aa gaye. aaj subah ki baat kar raha hoon.</w:t>
      </w:r>
    </w:p>
    <w:p>
      <w:pPr>
        <w:jc w:val="right"/>
      </w:pPr>
      <w:r>
        <w:t>صبح کو یہاں آنے سے پہلے میں سوچ رہا تھا کہ مجھے کیا بولنا ہے۔ ہمارے دو ساتھی آ گئے۔ آج صبح کی بات کر رہا ہوں۔</w:t>
      </w:r>
    </w:p>
    <w:p>
      <w:r>
        <w:rPr>
          <w:b/>
        </w:rPr>
        <w:t xml:space="preserve">[1:16:52] </w:t>
      </w:r>
      <w:r>
        <w:t>main andar se pareshan tha ke do sathiyon ko bhai yeh to kar nahi sakta. aap tashreef le jayen. dono qareebi sathi thay mere, yahan maujood hain. to jo mere sochne ka waqt tha, apne mind ko banane ka waqt tha, us waqt do aadmi aa gaye aur main unhi mein busy raha.</w:t>
      </w:r>
    </w:p>
    <w:p>
      <w:pPr>
        <w:jc w:val="right"/>
      </w:pPr>
      <w:r>
        <w:t>میں اندر سے پریشان تھا کہ دو ساتھیوں کو بھئی یہ تو کر نہیں سکتا۔ آپ تشریف لے جائیں۔ دونوں قریبی ساتھی تھے میرے، یہاں موجود ہیں۔ تو جو میرے سوچنے کا وقت تھا، اپنے مائنڈ کو بنانے کا وقت تھا، اس وقت دو آدمی آ گئے اور میں انہی میں بزی رہا۔</w:t>
      </w:r>
    </w:p>
    <w:p>
      <w:r>
        <w:rPr>
          <w:b/>
        </w:rPr>
        <w:t xml:space="preserve">[1:17:07] </w:t>
      </w:r>
      <w:r>
        <w:t>kuch soch nahi saka.</w:t>
      </w:r>
    </w:p>
    <w:p>
      <w:pPr>
        <w:jc w:val="right"/>
      </w:pPr>
      <w:r>
        <w:t>کچھ سوچ نہیں سکا۔</w:t>
      </w:r>
    </w:p>
    <w:p>
      <w:r>
        <w:rPr>
          <w:b/>
        </w:rPr>
        <w:t xml:space="preserve">[1:17:09] </w:t>
      </w:r>
      <w:r>
        <w:t>aap bakr ke yahan aa kar baith gaya to mujhe pata nahi tha ke mujhe kya bolna hai. bas dua kar raha tha, bas dua, bas sirf dua kar raha tha. soch nahi raha tha ke kya bolna hai. rab shrah li sadri, rab shrah li sadri.</w:t>
      </w:r>
    </w:p>
    <w:p>
      <w:pPr>
        <w:jc w:val="right"/>
      </w:pPr>
      <w:r>
        <w:t>آپ بکر کے یہاں آ کر بیٹھ گیا تو مجھے پتہ نہیں تھا کہ مجھے کیا بولنا ہے۔ بس دعا کر رہا تھا، بس دعا، بس صرف دعا کر رہا تھا۔ سوچ نہیں رہا تھا کہ کیا بولنا ہے۔ رب شریح صدری، رب شریح صدری۔</w:t>
      </w:r>
    </w:p>
    <w:p>
      <w:r>
        <w:rPr>
          <w:b/>
        </w:rPr>
        <w:t xml:space="preserve">[1:17:22] </w:t>
      </w:r>
      <w:r>
        <w:t>to yeh is baat jante hain kya hua? jab main bolna shuru kiya, jis ko angrez mein kehte hain instill, is cheez ko tapkana.</w:t>
      </w:r>
    </w:p>
    <w:p>
      <w:pPr>
        <w:jc w:val="right"/>
      </w:pPr>
      <w:r>
        <w:t>تو یہ اس بات جانتے ہیں کیا ہوا؟ جب میں بولنا شروع کیا، جس کو انگریز میں کہتے ہیں انسٹل، اس چیز کو ٹپکانا۔</w:t>
      </w:r>
    </w:p>
    <w:p>
      <w:r>
        <w:rPr>
          <w:b/>
        </w:rPr>
        <w:t xml:space="preserve">[1:17:32] </w:t>
      </w:r>
      <w:r>
        <w:t>to bar bar ideas mere mind mein tapakte rahe.</w:t>
      </w:r>
    </w:p>
    <w:p>
      <w:pPr>
        <w:jc w:val="right"/>
      </w:pPr>
      <w:r>
        <w:t>تو بار بار آئیڈیاز میرے مائنڈ میں ٹپکتے رہے۔</w:t>
      </w:r>
    </w:p>
    <w:p>
      <w:r>
        <w:rPr>
          <w:b/>
        </w:rPr>
        <w:t xml:space="preserve">[1:17:37] </w:t>
      </w:r>
      <w:r>
        <w:t>aik baat maine kahi aur aage kya kahoon, mujhe pata nahi tha. lekin yaani yaani yaani inspiration hua. woh aik install kiya, kuch idea mere mind mein.</w:t>
      </w:r>
    </w:p>
    <w:p>
      <w:pPr>
        <w:jc w:val="right"/>
      </w:pPr>
      <w:r>
        <w:t>ایک بات میں نے کہی اور آگے کیا کہوں، مجھے پتہ نہیں تھا۔ لیکن یعنی یعنی یعنی انسپیریشن ہوا۔ وہ ایک انسٹل کیا، کچھ آئیڈیا میں میرے مائنڈ میں۔</w:t>
      </w:r>
    </w:p>
    <w:p>
      <w:r>
        <w:rPr>
          <w:b/>
        </w:rPr>
        <w:t xml:space="preserve">[1:17:49] </w:t>
      </w:r>
      <w:r>
        <w:t>aur isi tarah se poora poori speech bolta raha.</w:t>
      </w:r>
    </w:p>
    <w:p>
      <w:pPr>
        <w:jc w:val="right"/>
      </w:pPr>
      <w:r>
        <w:t>اور اسی طرح سے پورا پوری سپیچ بولتا رہا۔</w:t>
      </w:r>
    </w:p>
    <w:p>
      <w:r>
        <w:rPr>
          <w:b/>
        </w:rPr>
        <w:t xml:space="preserve">[1:17:56] </w:t>
      </w:r>
      <w:r>
        <w:t>yaani baar baar aisa hota hai ke main aik baat kahi, maine aur aage samajhte hain ab mujhe kya kehna hai. theek isi, theek isi moment mere mind mein aik cheez install hui.</w:t>
      </w:r>
    </w:p>
    <w:p>
      <w:pPr>
        <w:jc w:val="right"/>
      </w:pPr>
      <w:r>
        <w:t>یعنی بار بار ایسا ہوتا ہے کہ میں ایک بات کہی، میں نے اور آگے سمجھتے ہیں اب مجھے کیا کہنا ہے۔ ٹھیک اسی، ٹھیک اسی مومنٹ میرے مائنڈ میں ایک چیز انسٹل ہوئی۔</w:t>
      </w:r>
    </w:p>
    <w:p>
      <w:r>
        <w:rPr>
          <w:b/>
        </w:rPr>
        <w:t xml:space="preserve">[1:18:06] </w:t>
      </w:r>
      <w:r>
        <w:t>aik aik jaise aik idea tapka, usko le kar phir main barha, phir barha, phir woh baat khatam ho gayi. phir ab aage kya kahoon? phir aik idea install hua mere mind mein.</w:t>
      </w:r>
    </w:p>
    <w:p>
      <w:pPr>
        <w:jc w:val="right"/>
      </w:pPr>
      <w:r>
        <w:t>ایک ایک جیسے ایک آئیڈیا ٹپکا، اس کو لے کر پھر میں بڑھا، پھر بڑھا، پھر وہ بات ختم ہو گئی۔ پھر اب آگے کیا کہوں؟ پھر ایک آئیڈیا انسٹل ہوا میرے مائنڈ میں۔</w:t>
      </w:r>
    </w:p>
    <w:p>
      <w:r>
        <w:rPr>
          <w:b/>
        </w:rPr>
        <w:t xml:space="preserve">[1:18:18] </w:t>
      </w:r>
      <w:r>
        <w:t>to kaun tha jis ne install kiya? yaani ke woh Khuda tha jis ne meri dua ko suna.</w:t>
      </w:r>
    </w:p>
    <w:p>
      <w:pPr>
        <w:jc w:val="right"/>
      </w:pPr>
      <w:r>
        <w:t>تو کون تھا جس نے انسٹل کیا؟ یعنی کہ وہ خدا تھا جس نے میری دعا کو سنا۔</w:t>
      </w:r>
    </w:p>
    <w:p>
      <w:r>
        <w:rPr>
          <w:b/>
        </w:rPr>
        <w:t xml:space="preserve">[1:18:26] </w:t>
      </w:r>
      <w:r>
        <w:t>to yeh is baat ka yaqeen mujhe haasil ho jata hai without any logic ke Khuda hai, Khuda mere saath hai, Khuda meri madad karta hai, Khuda mujhe inspire karta hai.</w:t>
      </w:r>
    </w:p>
    <w:p>
      <w:pPr>
        <w:jc w:val="right"/>
      </w:pPr>
      <w:r>
        <w:t>تو یہ اس بات کا یقین مجھے حاصل ہو جاتا ہے ودا آؤٹ اینی لاجک کہ خدا ہے، خدا میرے ساتھ ہے، خدا میری مدد کرتا ہے، خدا مجھے انسپائر کرتا ہے۔</w:t>
      </w:r>
    </w:p>
    <w:p>
      <w:r>
        <w:rPr>
          <w:b/>
        </w:rPr>
        <w:t xml:space="preserve">[1:18:38] </w:t>
      </w:r>
      <w:r>
        <w:t>to main kaise deny deny kar sakta hoon is haqeeqat ko?</w:t>
      </w:r>
    </w:p>
    <w:p>
      <w:pPr>
        <w:jc w:val="right"/>
      </w:pPr>
      <w:r>
        <w:t>تو میں کیسے ڈینائی ڈینائی کر سکتا ہوں اس حقیقت کو؟</w:t>
      </w:r>
    </w:p>
    <w:p>
      <w:r>
        <w:rPr>
          <w:b/>
        </w:rPr>
        <w:t xml:space="preserve">[1:18:42] </w:t>
      </w:r>
      <w:r>
        <w:t>yaani bilkul aaj ki baat main kar raha hoon, aaj ki baat ke do aadmi jab mere paas aa gaye subah ko to yun kehte hain yaani nakwha mehman, and unwanted guest thay.</w:t>
      </w:r>
    </w:p>
    <w:p>
      <w:pPr>
        <w:jc w:val="right"/>
      </w:pPr>
      <w:r>
        <w:t>یعنی بالکل آج کی بات میں کر رہا ہوں، آج کی بات کہ دو آدمی جب میرے پاس آ گئے صبح کو تو یوں کہتے ہیں یعنی ناخواہ مہمان، اینڈ ان وانٹڈ گیسٹ تھے۔</w:t>
      </w:r>
    </w:p>
    <w:p>
      <w:r>
        <w:rPr>
          <w:b/>
        </w:rPr>
        <w:t xml:space="preserve">[1:18:57] </w:t>
      </w:r>
      <w:r>
        <w:t>goya ke woh to main samjha ke main to bilkul Jibraeel ho gaya, aaj main koi bol nahi paunga ke jo apne mind mein set kar raha tha, main baaton ko ke is tarah bolna hai, is tarah bolna hai, woh woh time hi nahi mujhe nahi mila set karne ka.</w:t>
      </w:r>
    </w:p>
    <w:p>
      <w:pPr>
        <w:jc w:val="right"/>
      </w:pPr>
      <w:r>
        <w:t>گویا کہ وہ تو میں سمجھا کہ میں تو بالکل جبرائیل ہو گیا، آج میں کوئی بول نہیں پاؤں گا کہ جو اپنے مائنڈ میں سیٹ کر رہا تھا، میں باتوں کو کہ اس طرح بولنا ہے، اس طرح بولنا ہے، وہ وہ ٹائم ہی نہیں مجھے نہیں ملا سیٹ کرنے کا۔</w:t>
      </w:r>
    </w:p>
    <w:p>
      <w:r>
        <w:rPr>
          <w:b/>
        </w:rPr>
        <w:t xml:space="preserve">[1:19:08] </w:t>
      </w:r>
      <w:r>
        <w:t>to dono mere aziz thay, qareeb thay,</w:t>
      </w:r>
    </w:p>
    <w:p>
      <w:pPr>
        <w:jc w:val="right"/>
      </w:pPr>
      <w:r>
        <w:t>تو دونوں میرے عزیز تھے، قریب تھے،</w:t>
      </w:r>
    </w:p>
    <w:p>
      <w:r>
        <w:rPr>
          <w:b/>
        </w:rPr>
        <w:t xml:space="preserve">[1:19:11] </w:t>
      </w:r>
      <w:r>
        <w:t>main unko nahi keh sakta tha ke aap tashreef le jaiye. to aakhir waqt tak mere saath rahe, woh yahan baith gaya to mere paas yeh thay ke dua karta rahoon.</w:t>
      </w:r>
    </w:p>
    <w:p>
      <w:pPr>
        <w:jc w:val="right"/>
      </w:pPr>
      <w:r>
        <w:t>میں ان کو نہیں کہہ سکتا تھا کہ آپ تشریف لے جائیے۔ تو آخر وقت تک میرے ساتھ رہے، وہ یہاں بیٹھ گیا تو میرے پاس یہ تھے کہ دعا کرتا رہوں۔</w:t>
      </w:r>
    </w:p>
    <w:p>
      <w:r>
        <w:rPr>
          <w:b/>
        </w:rPr>
        <w:t xml:space="preserve">[1:19:22] </w:t>
      </w:r>
      <w:r>
        <w:t>to every moment ideas were installed in my mind. to main ab kaise main in deny karoon? ab is is baat ko to main manta hoon ke Khuda hai, Khuda har jagah hai, Khuda dekh raha hai, Khuda sun raha hai, Khuda dua ko qabool kar raha hai.</w:t>
      </w:r>
    </w:p>
    <w:p>
      <w:pPr>
        <w:jc w:val="right"/>
      </w:pPr>
      <w:r>
        <w:t>تو ایوری مومنٹ آئیڈیاز ویئر انسٹلڈ ان مائی مائنڈ۔ تو میں اب کیسے میں ان ڈینائی کروں؟ اب اس اس بات کو تو میں مانتا ہوں کہ خدا ہے، خدا ہر جگہ ہے، خدا دیکھ رہا ہے، خدا سن رہا ہے، خدا دعا کو قبول کر رہا ہے۔</w:t>
      </w:r>
    </w:p>
    <w:p>
      <w:r>
        <w:rPr>
          <w:b/>
        </w:rPr>
        <w:t xml:space="preserve">[1:19:38] </w:t>
      </w:r>
      <w:r>
        <w:t>yeh apne personal experience mein majboor hoon ke maanu is ko. baqi agar koi logic pohancha to phir logic mere paas nahi hai. Maulana, unwanted, unwanted guest nahi, unexpected guest.</w:t>
      </w:r>
    </w:p>
    <w:p>
      <w:pPr>
        <w:jc w:val="right"/>
      </w:pPr>
      <w:r>
        <w:t>یہ اپنے پرسنل ایکسپیرینس میں مجبور ہوں کہ مانوں اس کو۔ باقی اگر کوئی لاجک پہنچا تو پھر لاجک میرے پاس نہیں ہے۔ مولانا، ان وانٹڈ، ان وانٹڈ گیسٹ نہیں، ان ایکسپیکٹڈ گیسٹ۔</w:t>
      </w:r>
    </w:p>
    <w:p>
      <w:r>
        <w:rPr>
          <w:b/>
        </w:rPr>
        <w:t xml:space="preserve">[1:19:52] </w:t>
      </w:r>
      <w:r>
        <w:t>haan, unwanted guest bara galat kaha, unexpected guest.</w:t>
      </w:r>
    </w:p>
    <w:p>
      <w:pPr>
        <w:jc w:val="right"/>
      </w:pPr>
      <w:r>
        <w:t>ہاں، ان وانٹڈ گیسٹ بڑا غلط کہا، ان ایکسپیکٹڈ گیسٹ۔</w:t>
      </w:r>
    </w:p>
    <w:p>
      <w:r>
        <w:rPr>
          <w:b/>
        </w:rPr>
        <w:t xml:space="preserve">[1:19:58] </w:t>
      </w:r>
      <w:r>
        <w:t>main yeh abhi bata rahe hain mujh ko, yeh unwanted guest nahi hai, sahi lafz hai, unexpected guest.</w:t>
      </w:r>
    </w:p>
    <w:p>
      <w:pPr>
        <w:jc w:val="right"/>
      </w:pPr>
      <w:r>
        <w:t>میں یہ ابھی بتا رہے ہیں مجھ کو، یہ ان وانٹڈ گیسٹ نہیں ہے، صحیح لفظ ہے، ان ایکسپیکٹڈ گیسٹ۔</w:t>
      </w:r>
    </w:p>
    <w:p>
      <w:r>
        <w:rPr>
          <w:b/>
        </w:rPr>
        <w:t xml:space="preserve">[1:20:11] </w:t>
      </w:r>
      <w:r>
        <w:t>zara das question is from Maulana Zakwan: in the last lecture you said that humans fail to discover the truth because they don't have any point of reference like Quran.</w:t>
      </w:r>
    </w:p>
    <w:p>
      <w:pPr>
        <w:jc w:val="right"/>
      </w:pPr>
      <w:r>
        <w:t>ذرا دس کوئسچن از فرام مولانا زکوان: ان دی لاسٹ لیکچر یو سیڈ دیٹ ہیومنز فیل ٹو ڈسکور دا ٹروتھ بیکاز دے ڈونٹ ہیو اینی پوائنٹ آف ریفرنس لائک قرآن۔</w:t>
      </w:r>
    </w:p>
    <w:p>
      <w:r>
        <w:rPr>
          <w:b/>
        </w:rPr>
        <w:t xml:space="preserve">[1:20:24] </w:t>
      </w:r>
      <w:r>
        <w:t>but the question is that why Muslims fail to find the truth, although they have a point of reference like Quran. dekhen, yeh lafz history mein nahi bola gaya, yeh to main bolta hoon.</w:t>
      </w:r>
    </w:p>
    <w:p>
      <w:pPr>
        <w:jc w:val="right"/>
      </w:pPr>
      <w:r>
        <w:t>بٹ دا کوئسچن از دیٹ وائی مسلمز فیل ٹو فائنڈ دا ٹروتھ، الدو دے ہیو ا پوائنٹ آف ریفرنس لائک قرآن۔ دیکھیں، یہ لفظ ہسٹری میں نہیں بولا گیا، یہ تو میں بولتا ہوں۔</w:t>
      </w:r>
    </w:p>
    <w:p>
      <w:r>
        <w:rPr>
          <w:b/>
        </w:rPr>
        <w:t xml:space="preserve">[1:20:39] </w:t>
      </w:r>
      <w:r>
        <w:t>yaani as a point of reference, kisi ne Quran ko discover hi nahi kiya. kyun? sab se bari wajah hai fazilat ka concept. main bataoon ke jo sab se galat baat woh zamane mein shamil hui ke fazilat concept har cheez afzal hai,</w:t>
      </w:r>
    </w:p>
    <w:p>
      <w:pPr>
        <w:jc w:val="right"/>
      </w:pPr>
      <w:r>
        <w:t>یعنی ایز اے پوائنٹ آف ریفرنس، کسی نے قرآن کو ڈسکور ہی نہیں کیا۔ کیوں؟ سب سے بڑی وجہ ہے فضیلت کا کانسیپٹ۔ میں بتاؤں کہ جو سب سے غلط بات وہ زمانے میں شامل ہوئی کہ فضیلت کانسیپٹ ہر چیز افضل ہے،</w:t>
      </w:r>
    </w:p>
    <w:p>
      <w:r>
        <w:rPr>
          <w:b/>
        </w:rPr>
        <w:t xml:space="preserve">[1:20:56] </w:t>
      </w:r>
      <w:r>
        <w:t>Nabi afzal hai, ummat afzal hai, Quran afzal hai, bas afzal, afzal, afzal. to ab fazilat ka jo concept hai, woh aap ka mind ko stop kar deta hai.</w:t>
      </w:r>
    </w:p>
    <w:p>
      <w:pPr>
        <w:jc w:val="right"/>
      </w:pPr>
      <w:r>
        <w:t>نبی افضل ہے، امت افضل ہے، قرآن افضل ہے، بس افضل، افضل، افضل۔ تو اب فضیلت کا جو کانسیپٹ ہے، وہ آپ کا مائنڈ کو اسٹاپ کر دیتا ہے۔</w:t>
      </w:r>
    </w:p>
    <w:p>
      <w:r>
        <w:rPr>
          <w:b/>
        </w:rPr>
        <w:t xml:space="preserve">[1:21:06] </w:t>
      </w:r>
      <w:r>
        <w:t>bas secret, har cheez secret ban jati hai, bas secret, muqaddas. to logon ne Quran ko bas samjha ke yeh aap jante honge, Musalmanon mein yeh aqeedah hai ke ke woh woh Quran ko aik aik aadmi tha, parha likha nahi tha, jahil tha.</w:t>
      </w:r>
    </w:p>
    <w:p>
      <w:pPr>
        <w:jc w:val="right"/>
      </w:pPr>
      <w:r>
        <w:t>بس سیکرٹ، ہر چیز سیکرٹ بن جاتی ہے، بس سیکرٹ، مقدس۔ تو لوگوں نے قرآن کو بس سمجھا کہ یہ آپ جانتے ہوں گے، مسلمانوں میں یہ عقیدہ ہے کہ کہ وہ وہ قرآن کو ایک ایک آدمی تھا، پڑھا لکھا نہیں تھا، جاہل تھا۔</w:t>
      </w:r>
    </w:p>
    <w:p>
      <w:r>
        <w:rPr>
          <w:b/>
        </w:rPr>
        <w:t xml:space="preserve">[1:21:26] </w:t>
      </w:r>
      <w:r>
        <w:t>to Quran khola us ne aur line par ungli aise pherane laga: yeh bhi Quran hai, yeh bhi Quran hai, yeh bhi Quran hai.</w:t>
      </w:r>
    </w:p>
    <w:p>
      <w:pPr>
        <w:jc w:val="right"/>
      </w:pPr>
      <w:r>
        <w:t>تو قرآن کھولا اس نے اور لائن پر انگلی ایسے پھیرانے لگا: یہ بھی قرآن ہے، یہ بھی قرآن ہے، یہ بھی قرآن ہے۔</w:t>
      </w:r>
    </w:p>
    <w:p>
      <w:r>
        <w:rPr>
          <w:b/>
        </w:rPr>
        <w:t xml:space="preserve">[1:21:35] </w:t>
      </w:r>
      <w:r>
        <w:t>to bas mysterious, mysteriously us ko sara, yaani yaani sara woh mil gaya. yeh sab bilkul bekar kahaniyan hain, bilkul bekar kahaniyan hain.</w:t>
      </w:r>
    </w:p>
    <w:p>
      <w:pPr>
        <w:jc w:val="right"/>
      </w:pPr>
      <w:r>
        <w:t>تو بس مسٹیریس، مسٹیریسلی اس کو سارا، یعنی یعنی سارا وہ مل گیا۔ یہ سب بالکل بیکار کہانیاں ہیں، بالکل بیکار کہانیاں ہیں۔</w:t>
      </w:r>
    </w:p>
    <w:p>
      <w:r>
        <w:rPr>
          <w:b/>
        </w:rPr>
        <w:t xml:space="preserve">[1:21:46] </w:t>
      </w:r>
      <w:r>
        <w:t>par us ne jo time us mein lagaya, us ko unhon ne kisi molvi ke paas parha kyun nahi? us ne jo aadmi aise ungli pherane par to kisi molvi ke paas ja raha hai ke mujhe parha do.</w:t>
      </w:r>
    </w:p>
    <w:p>
      <w:pPr>
        <w:jc w:val="right"/>
      </w:pPr>
      <w:r>
        <w:t>پر اس نے جو ٹائم اس میں لگایا، اس کو انہوں نے کسی مولوی کے پاس پڑھا کیوں نہیں؟ اس نے جو آدمی ایسے انگلی پھیرانے پر تو کسی مولوی کے پاس جا رہا ہے کہ مجھے پڑھا دو۔</w:t>
      </w:r>
    </w:p>
    <w:p>
      <w:r>
        <w:rPr>
          <w:b/>
        </w:rPr>
        <w:t xml:space="preserve">[1:21:59] </w:t>
      </w:r>
      <w:r>
        <w:t>aur parhne ke liye maine apni zindagi mein Hindi jo seekhi thi na, sirf saat ghante mein.</w:t>
      </w:r>
    </w:p>
    <w:p>
      <w:pPr>
        <w:jc w:val="right"/>
      </w:pPr>
      <w:r>
        <w:t>اور پڑھنے کے لیے میں نے اپنی زندگی میں ہندی جو سیکھی تھی نا، صرف سات گھنٹے میں۔</w:t>
      </w:r>
    </w:p>
    <w:p>
      <w:r>
        <w:rPr>
          <w:b/>
        </w:rPr>
        <w:t xml:space="preserve">[1:22:06] </w:t>
      </w:r>
      <w:r>
        <w:t>aik sahib thay, beshumar naat parhne ka naam tha, hamare paas aate thay har din aik ghante ke liye, aik sirf aik ghanta. saat din aaye, sirf saat din.</w:t>
      </w:r>
    </w:p>
    <w:p>
      <w:pPr>
        <w:jc w:val="right"/>
      </w:pPr>
      <w:r>
        <w:t>ایک صاحب تھے، بے شمر نعت پڑھنے کا نام تھا، ہمارے پاس آتے تھے ہر دن ایک گھنٹے کے لیے، ایک صرف ایک گھنٹہ۔ سات دن آئے، صرف سات دن۔</w:t>
      </w:r>
    </w:p>
    <w:p>
      <w:r>
        <w:rPr>
          <w:b/>
        </w:rPr>
        <w:t xml:space="preserve">[1:22:15] </w:t>
      </w:r>
      <w:r>
        <w:t>to saat ghanta kharch kar ke main hindi padhne laga. to is aadmi ne jo aise aise ghumata tha, kyun nahi saat ghanta kharch kiya usne? arabi padhne laga woh.</w:t>
      </w:r>
    </w:p>
    <w:p>
      <w:pPr>
        <w:jc w:val="right"/>
      </w:pPr>
      <w:r>
        <w:t>تو سات گھنٹہ خرچ کر کے میں ہندی پڑھنے لگا۔ تو اس آدمی نے جو ایسے ایسے گھماتا تھا، کیوں نہیں سات گھنٹہ خرچ کیا اس نے؟ عربی پڑھنے لگا وہ۔</w:t>
      </w:r>
    </w:p>
    <w:p>
      <w:r>
        <w:rPr>
          <w:b/>
        </w:rPr>
        <w:t xml:space="preserve">[1:22:25] </w:t>
      </w:r>
      <w:r>
        <w:t>to fazilat bas quran ko dekh le to quran ko chhu le, tab bhi quran ghar mein rakh lo, tab bhi sab kuch mil jayega aap ko.</w:t>
      </w:r>
    </w:p>
    <w:p>
      <w:pPr>
        <w:jc w:val="right"/>
      </w:pPr>
      <w:r>
        <w:t>تو فضیلت بس قرآن کو دیکھ لے تو قرآن کو چھو لے، تب بھی قرآن گھر میں رکھ لو، تب بھی سب کچھ مل جائے گا آپ کو۔</w:t>
      </w:r>
    </w:p>
    <w:p>
      <w:r>
        <w:rPr>
          <w:b/>
        </w:rPr>
        <w:t xml:space="preserve">[1:22:33] </w:t>
      </w:r>
      <w:r>
        <w:t>yani tadabbur ka jo concept hai, ghor karna is par, woh concept se nikal gaya musalmanon se. to point of reference ka samjho, yeh scientific reference concept hai.</w:t>
      </w:r>
    </w:p>
    <w:p>
      <w:pPr>
        <w:jc w:val="right"/>
      </w:pPr>
      <w:r>
        <w:t>یعنی تدبر کا جو کانسیپٹ ہے، غور کرنا اس پر، وہ کانسیپٹ سے نکل گیا مسلمانوں سے۔ تو پوائنٹ آف ریفرنس کا سمجھو، یہ سائنٹیفک ریفرنس کانسیپٹ ہے۔</w:t>
      </w:r>
    </w:p>
    <w:p>
      <w:r>
        <w:rPr>
          <w:b/>
        </w:rPr>
        <w:t xml:space="preserve">[1:22:45] </w:t>
      </w:r>
      <w:r>
        <w:t>point of reference ka jo concept hai, scientific reference hai. musalmanon mein science hai hi nahi. iqbal jaisa aadmi bhi falsafi ki baatein karta hai. to yeh jo cheez hai, aayi nahi musalmanon mein.</w:t>
      </w:r>
    </w:p>
    <w:p>
      <w:pPr>
        <w:jc w:val="right"/>
      </w:pPr>
      <w:r>
        <w:t>پوائنٹ آف ریفرنس کا جو کانسیپٹ ہے، سائنٹیفک ریفرنس ہے۔ مسلمانوں میں سائنس ہے ہی نہیں۔ اقبال جیسا آدمی بھی فلسفی کی باتیں کرتا ہے۔ تو یہ جو چیز ہے، آئی نہیں مسلمانوں میں۔</w:t>
      </w:r>
    </w:p>
    <w:p>
      <w:r>
        <w:rPr>
          <w:b/>
        </w:rPr>
        <w:t xml:space="preserve">[1:22:57] </w:t>
      </w:r>
      <w:r>
        <w:t>aap yeh na likhein ke kyun nahi aayi, lekin waqia dekhein, waqia kya hua?</w:t>
      </w:r>
    </w:p>
    <w:p>
      <w:pPr>
        <w:jc w:val="right"/>
      </w:pPr>
      <w:r>
        <w:t>آپ یہ نہ لکھیں کہ کیوں نہیں آئی، لیکن واقعہ دیکھیں، واقعہ کیا ہوا؟</w:t>
      </w:r>
    </w:p>
    <w:p>
      <w:r>
        <w:rPr>
          <w:b/>
        </w:rPr>
        <w:t xml:space="preserve">[1:23:02] </w:t>
      </w:r>
      <w:r>
        <w:t>waqia kya hua? waqia yeh hai ke yeh concept nahi aaya, to quran koi shariyat le aaye nahi unhone. aur khuda ne dekhiye, yeh duniya ko banaya is liye nahi ke aap ko sab kuch udel de, aap ke upar nahi.</w:t>
      </w:r>
    </w:p>
    <w:p>
      <w:pPr>
        <w:jc w:val="right"/>
      </w:pPr>
      <w:r>
        <w:t>واقعہ کیا ہوا؟ واقعہ یہ ہے کہ یہ کانسیپٹ نہیں آیا، تو قرآن کوئی شریعت لے آئے نہیں انہوں نے۔ اور خدا نے دیکھیے، یہ دنیا کو بنایا اس لیے نہیں کہ آپ کو سب کچھ اڈیل دے، آپ کے اوپر نہیں۔</w:t>
      </w:r>
    </w:p>
    <w:p>
      <w:r>
        <w:rPr>
          <w:b/>
        </w:rPr>
        <w:t xml:space="preserve">[1:23:15] </w:t>
      </w:r>
      <w:r>
        <w:t>aap ko khud apne mind ko harkat mein lana padega, sochna padega. nahi to aap jaiye, aap bahar mein jaiye, khuda ko is ki parwah nahi hai.</w:t>
      </w:r>
    </w:p>
    <w:p>
      <w:pPr>
        <w:jc w:val="right"/>
      </w:pPr>
      <w:r>
        <w:t>آپ کو خود اپنے مائنڈ کو حرکت میں لانا پڑے گا، سوچنا پڑے گا۔ نہیں تو آپ جائیے، آپ باہر میں جائیے، خدا کو اس کی پرواہ نہیں ہے۔</w:t>
      </w:r>
    </w:p>
    <w:p>
      <w:r>
        <w:rPr>
          <w:b/>
        </w:rPr>
        <w:t xml:space="preserve">[1:23:25] </w:t>
      </w:r>
      <w:r>
        <w:t>yani hazrat usman ke zamane mein kuch log bigad gaye aur unhone khalifa ko qatl kar diya, hazrat usman ko, jo ke rasool allah ke woh the, yani sani allah the.</w:t>
      </w:r>
    </w:p>
    <w:p>
      <w:pPr>
        <w:jc w:val="right"/>
      </w:pPr>
      <w:r>
        <w:t>یعنی حضرت عثمان کے زمانے میں کچھ لوگ بگڑ گئے اور انہوں نے خلیفہ کو قتل کر دیا، حضرت عثمان کو، جو کہ رسول اللہ کے وہ تھے، یعنی ثانی اللہ تھے۔</w:t>
      </w:r>
    </w:p>
    <w:p>
      <w:r>
        <w:rPr>
          <w:b/>
        </w:rPr>
        <w:t xml:space="preserve">[1:23:35] </w:t>
      </w:r>
      <w:r>
        <w:t>to khuda ne farishton ko nahi bheja ke ja kar pakdo un ko ke mere, mere, mere, mere paygambar ke sani allah ko utha qatl karen. woh khuda bilkul be niyazi ke sath dekhta raha.</w:t>
      </w:r>
    </w:p>
    <w:p>
      <w:pPr>
        <w:jc w:val="right"/>
      </w:pPr>
      <w:r>
        <w:t>تو خدا نے فرشتوں کو نہیں بھیجا کہ جا کر پکڑو ان کو کہ میرے، میرے، میرے، میرے پیغمبر کے ثانی اللہ کو اٹھا قتل کریں۔ وہ خدا بالکل بے نیازی کے ساتھ دیکھتا رہا۔</w:t>
      </w:r>
    </w:p>
    <w:p>
      <w:r>
        <w:rPr>
          <w:b/>
        </w:rPr>
        <w:t xml:space="preserve">[1:23:48] </w:t>
      </w:r>
      <w:r>
        <w:t>to khuda interview nahi karega, khud aap ko sochna padega</w:t>
      </w:r>
    </w:p>
    <w:p>
      <w:pPr>
        <w:jc w:val="right"/>
      </w:pPr>
      <w:r>
        <w:t>تو خدا انٹرویو نہیں کرے گا، خود آپ کو سوچنا پڑے</w:t>
      </w:r>
    </w:p>
    <w:p>
      <w:r>
        <w:rPr>
          <w:b/>
        </w:rPr>
        <w:t xml:space="preserve">[1:23:53] </w:t>
      </w:r>
      <w:r>
        <w:t>ga, khud aap ko decision lena padega. le lete hain to aap aap jayen, bhagtiye hain is ko.</w:t>
      </w:r>
    </w:p>
    <w:p>
      <w:pPr>
        <w:jc w:val="right"/>
      </w:pPr>
      <w:r>
        <w:t>گا، خود آپ کو ڈیسیژن لینا پڑے گا۔ لے لیتے ہیں تو آپ آپ جائیں، بھگتیے ہیں اس کو۔</w:t>
      </w:r>
    </w:p>
    <w:p>
      <w:r>
        <w:rPr>
          <w:b/>
        </w:rPr>
        <w:t xml:space="preserve">[1:24:04] </w:t>
      </w:r>
      <w:r>
        <w:t>aur doosri baat yeh hai, dekhiye, is ko aap bhayanak na samjhiye. maine is se pehle ek baar kaha tha ke islam mein discovery method istemal kiya gaya hai.</w:t>
      </w:r>
    </w:p>
    <w:p>
      <w:pPr>
        <w:jc w:val="right"/>
      </w:pPr>
      <w:r>
        <w:t>اور دوسری بات یہ ہے، دیکھیے، اس کو آپ بھیانک نہ سمجھیے۔ میں نے اس سے پہلے ایک بار کہا تھا کہ اسلام میں ڈسکوری میتھڈ استعمال کیا گیا ہے۔</w:t>
      </w:r>
    </w:p>
    <w:p>
      <w:r>
        <w:rPr>
          <w:b/>
        </w:rPr>
        <w:t xml:space="preserve">[1:24:16] </w:t>
      </w:r>
      <w:r>
        <w:t>discovery method, yeh method kya hai ke lakdi ke tukde hon, use oont, oont banaya jaye, lakdi ka, phir us ko kaat diya jaye.</w:t>
      </w:r>
    </w:p>
    <w:p>
      <w:pPr>
        <w:jc w:val="right"/>
      </w:pPr>
      <w:r>
        <w:t>ڈسکوری میتھڈ، یہ میتھڈ کیا ہے کہ لکڑی کے ٹکڑے ہوں، اسے اونٹ، اونٹ بنایا جائے، لکڑی کا، پھر اس کو کاٹ دیا جائے۔</w:t>
      </w:r>
    </w:p>
    <w:p>
      <w:r>
        <w:rPr>
          <w:b/>
        </w:rPr>
        <w:t xml:space="preserve">[1:24:24] </w:t>
      </w:r>
      <w:r>
        <w:t>leg alag hain aur us ki tail alag hai aur us ka sar alag hai. aur phir bachche se kaha jaye ke is ko jod ke oont banao, to dhoondega, kabhi tail dhoond ke nikalega, kabhi leg dhoond ke nikalega, kabhi us ka sar dhoond ke nikalega.</w:t>
      </w:r>
    </w:p>
    <w:p>
      <w:pPr>
        <w:jc w:val="right"/>
      </w:pPr>
      <w:r>
        <w:t>لیگ الگ ہیں اور اس کی ٹیل الگ ہے اور اس کا سر الگ ہے۔ اور پھر بچے سے کہا جائے کہ اس کو جوڑ کے اونٹ بناؤ، تو ڈھونڈے گا، کبھی ٹیل ڈھونڈ کے نکالے گا، کبھی لیگ ڈھونڈ کے نکالے گا، کبھی اس کا سر ڈھونڈ کے نکالے گا۔</w:t>
      </w:r>
    </w:p>
    <w:p>
      <w:r>
        <w:rPr>
          <w:b/>
        </w:rPr>
        <w:t xml:space="preserve">[1:24:39] </w:t>
      </w:r>
      <w:r>
        <w:t>dhoond, dhoond, dhoond, dhoond ke phir woh jod ke oont banayega. that is discovery method.</w:t>
      </w:r>
    </w:p>
    <w:p>
      <w:pPr>
        <w:jc w:val="right"/>
      </w:pPr>
      <w:r>
        <w:t>ڈھونڈ، ڈھونڈ، ڈھونڈ، ڈھونڈ کے پھر وہ جوڑ کے اونٹ بنائے گا۔ دیٹ از ڈسکوری میتھڈ۔</w:t>
      </w:r>
    </w:p>
    <w:p>
      <w:r>
        <w:rPr>
          <w:b/>
        </w:rPr>
        <w:t xml:space="preserve">[1:24:46] </w:t>
      </w:r>
      <w:r>
        <w:t>to allah taala ne is duniya mein marifat ke liye discovery method rakha. yaad rakhiye, allah taala ne duniya mein marifat ke liye, realization ke liye, marifat ka ke liye discovery method rakha hai.</w:t>
      </w:r>
    </w:p>
    <w:p>
      <w:pPr>
        <w:jc w:val="right"/>
      </w:pPr>
      <w:r>
        <w:t>تو اللہ تعالی نے اس دنیا میں معرفت کے لیے ڈسکوری میتھڈ رکھا۔ یاد رکھیے، اللہ تعالی نے دنیا میں معرفت کے لیے، ریلائزیشن کے لیے، معرفت کا کے لیے ڈسکوری میتھڈ رکھا ہے۔</w:t>
      </w:r>
    </w:p>
    <w:p>
      <w:r>
        <w:rPr>
          <w:b/>
        </w:rPr>
        <w:t xml:space="preserve">[1:25:00] </w:t>
      </w:r>
      <w:r>
        <w:t>dhoond, dhoond ke nikalo, dhoond, dhoond ke nikalo. jangal hai ideas ka, jangal, is mein dhoond, dhoond ke nikalo. black ko alag karo, white ko alag karo, sort out karo cheezon ko.</w:t>
      </w:r>
    </w:p>
    <w:p>
      <w:pPr>
        <w:jc w:val="right"/>
      </w:pPr>
      <w:r>
        <w:t>ڈھونڈ، ڈھونڈ کے نکالو، ڈھونڈ، ڈھونڈ کے نکالو۔ جنگل ہے آئیڈیاز کا، جنگل، اس میں ڈھونڈ، ڈھونڈ کے نکالو۔ بلیک کو الگ کرو، وائٹ کو الگ کرو، سورٹ آؤٹ کرو چیزوں کو۔</w:t>
      </w:r>
    </w:p>
    <w:p>
      <w:r>
        <w:rPr>
          <w:b/>
        </w:rPr>
        <w:t xml:space="preserve">[1:25:11] </w:t>
      </w:r>
      <w:r>
        <w:t>to hamein khud is cheezon ko sort out karna padega.</w:t>
      </w:r>
    </w:p>
    <w:p>
      <w:pPr>
        <w:jc w:val="right"/>
      </w:pPr>
      <w:r>
        <w:t>تو ہمیں خود اس چیزوں کو سورٹ آؤٹ کرنا پڑے گا۔</w:t>
      </w:r>
    </w:p>
    <w:p>
      <w:r>
        <w:rPr>
          <w:b/>
        </w:rPr>
        <w:t xml:space="preserve">[1:25:14] </w:t>
      </w:r>
      <w:r>
        <w:t>that is discovery method. khuda ke yahi scheme hai, khuda ke yahi us ne plan hai, khuda ka koi doosra option hamare liye nahi hai ke hum discovery method ko follow karen.</w:t>
      </w:r>
    </w:p>
    <w:p>
      <w:pPr>
        <w:jc w:val="right"/>
      </w:pPr>
      <w:r>
        <w:t>دیٹ از ڈسکوری میتھڈ۔ خدا کے یہی سکیم ہے، خدا کے یہی اس نے پلان ہے، خدا کا کوئی دوسرا آپشن ہمارے لیے نہیں ہے کہ ہم ڈسکوری میتھڈ کو فالو کریں۔</w:t>
      </w:r>
    </w:p>
    <w:p>
      <w:r>
        <w:rPr>
          <w:b/>
        </w:rPr>
        <w:t xml:space="preserve">[1:25:31] </w:t>
      </w:r>
      <w:r>
        <w:t>maulana, this is more of a request than a question. it is from mr idrees. he is written: maulana, once i had asked a question, how did you discover ga</w:t>
      </w:r>
    </w:p>
    <w:p>
      <w:pPr>
        <w:jc w:val="right"/>
      </w:pPr>
      <w:r>
        <w:t>مولانا، دس از مور آف ا ریکویسٹ دین ا کوئسچن۔ اٹ از فرام مسٹر ادریس۔ ہی از رٹن: مولانا، ونس آئی ہیڈ اسکڈ ا کوئسچن، ہاؤ ڈیڈ یو ڈسکور گا</w:t>
      </w:r>
    </w:p>
    <w:p>
      <w:r>
        <w:rPr>
          <w:b/>
        </w:rPr>
        <w:t xml:space="preserve">[1:25:42] </w:t>
      </w:r>
      <w:r>
        <w:t>d? you had assured to cover it one day as a subject of sunday lecture. i request you to kindly consider it.</w:t>
      </w:r>
    </w:p>
    <w:p>
      <w:pPr>
        <w:jc w:val="right"/>
      </w:pPr>
      <w:r>
        <w:t>ڈ؟ یو ہیڈ اشورڈ ٹو کور اٹ ون ڈے ایز ا سبجیکٹ آف سنڈے لیکچر۔ آئی ریکویسٹ یو ٹو کائنڈلی کنسیڈر اٹ۔</w:t>
      </w:r>
    </w:p>
    <w:p>
      <w:r>
        <w:rPr>
          <w:b/>
        </w:rPr>
        <w:t xml:space="preserve">[1:25:51] </w:t>
      </w:r>
      <w:r>
        <w:t>dekhein, ek cheez to main abhi arz kar deta hoon ke sab se badi cheez jo sab se badi prize jo deni hai, woh hai: save yourself from all kind of discussion, distraction.</w:t>
      </w:r>
    </w:p>
    <w:p>
      <w:pPr>
        <w:jc w:val="right"/>
      </w:pPr>
      <w:r>
        <w:t>دیکھیں، ایک چیز تو میں ابھی عرض کر دیتا ہوں کہ سب سے بڑی چیز جو سب سے بڑی پرائز جو دینی ہے، وہ ہے: سیو یور سیلف فرام ال کائنڈ آف ڈسکشن، ڈسٹریکشن۔</w:t>
      </w:r>
    </w:p>
    <w:p>
      <w:r>
        <w:rPr>
          <w:b/>
        </w:rPr>
        <w:t xml:space="preserve">[1:26:07] </w:t>
      </w:r>
      <w:r>
        <w:t>sab se badi prize jo chahta hai khuda ko discover karna,</w:t>
      </w:r>
    </w:p>
    <w:p>
      <w:pPr>
        <w:jc w:val="right"/>
      </w:pPr>
      <w:r>
        <w:t>سب سے بڑی پرائز جو چاہتا ہے خدا کو ڈسکور کرنا،</w:t>
      </w:r>
    </w:p>
    <w:p>
      <w:r>
        <w:rPr>
          <w:b/>
        </w:rPr>
        <w:t xml:space="preserve">[1:26:11] </w:t>
      </w:r>
      <w:r>
        <w:t>to us ko janana chahiye ke ek hi sab se badi prize hai ke you have to save yourself from all kind of distraction. aap jo jo jo jo ek prize de sake, de na de sake to phir marifat ki marifat ki baatein hi nahi karen.</w:t>
      </w:r>
    </w:p>
    <w:p>
      <w:pPr>
        <w:jc w:val="right"/>
      </w:pPr>
      <w:r>
        <w:t>تو اس کو جاننا چاہیے کہ ایک ہی سب سے بڑی پرائز ہے کہ یو ہیو ٹو سیو یور سیلف فرام ال کائنڈ آف ڈسٹریکشن۔ آپ جو جو جو جو ایک پرائز دے سکے، دے نہ دے سکے تو پھر معرفت کی معرفت کی باتیں ہی نہیں کریں۔</w:t>
      </w:r>
    </w:p>
    <w:p>
      <w:r>
        <w:rPr>
          <w:b/>
        </w:rPr>
        <w:t xml:space="preserve">[1:26:30] </w:t>
      </w:r>
      <w:r>
        <w:t>main samajhta hoon aaj kal zamane mein har aadmi distraction mein jeeta hai, har waqt distraction. aaj bas subah ek kisi se keh raha tha ke un ki jeb mein woh tha mobile</w:t>
      </w:r>
    </w:p>
    <w:p>
      <w:pPr>
        <w:jc w:val="right"/>
      </w:pPr>
      <w:r>
        <w:t>میں سمجھتا ہوں آج کل زمانے میں ہر آدمی ڈسٹریکشن میں جیتا ہے، ہر وقت ڈسٹریکشن۔ آج بس صبح ایک کسی سے کہہ رہا تھا کہ ان کی جیب میں وہ تھا موبائل</w:t>
      </w:r>
    </w:p>
    <w:p>
      <w:r>
        <w:rPr>
          <w:b/>
        </w:rPr>
        <w:t xml:space="preserve">[1:26:40] </w:t>
      </w:r>
      <w:r>
        <w:t>. ab kya hota hai? ghanti baji, jaldi se log bhagte hain bahar, baat karte hain. maine kaha: mobile is source of distraction. kyon?</w:t>
      </w:r>
    </w:p>
    <w:p>
      <w:pPr>
        <w:jc w:val="right"/>
      </w:pPr>
      <w:r>
        <w:t>۔ اب کیا ہوتا ہے؟ گھنٹی بجی، جلدی سے لوگ بھاگتے ہیں باہر، بات کرتے ہیں۔ میں نے کہا: موبائل از سورس آف ڈسٹریکشن۔ کیوں؟</w:t>
      </w:r>
    </w:p>
    <w:p>
      <w:r>
        <w:rPr>
          <w:b/>
        </w:rPr>
        <w:t xml:space="preserve">[1:26:48] </w:t>
      </w:r>
      <w:r>
        <w:t>aap itne zyada mobile ke chakkar mein pade hue hain? aap mere paas aaye hain, aap kuch der baithenge mere paas to aap mobile band kar dijiye. yeh kya tareeqa hai?</w:t>
      </w:r>
    </w:p>
    <w:p>
      <w:pPr>
        <w:jc w:val="right"/>
      </w:pPr>
      <w:r>
        <w:t>آپ اتنے زیادہ موبائل کے چکر میں پڑے ہوئے ہیں؟ آپ میرے پاس آئے ہیں، آپ کچھ دیر بیٹھیں گے میرے پاس تو آپ موبائل بند کر دیجئے۔ یہ کیا طریقہ ہے؟</w:t>
      </w:r>
    </w:p>
    <w:p>
      <w:r>
        <w:rPr>
          <w:b/>
        </w:rPr>
        <w:t xml:space="preserve">[1:26:57] </w:t>
      </w:r>
      <w:r>
        <w:t>mobile ki ghanti baji, aap le ke daud rahe hain. to mobile is source of distraction, tv is source of distraction.</w:t>
      </w:r>
    </w:p>
    <w:p>
      <w:pPr>
        <w:jc w:val="right"/>
      </w:pPr>
      <w:r>
        <w:t>موبائل کی گھنٹی بجی، آپ لے کے دوڑ رہے ہیں۔ تو موبائل از سورس آف ڈسٹریکشن، ٹی وی از سورس آف ڈسٹریکشن۔</w:t>
      </w:r>
    </w:p>
    <w:p>
      <w:r>
        <w:rPr>
          <w:b/>
        </w:rPr>
        <w:t xml:space="preserve">[1:27:06] </w:t>
      </w:r>
      <w:r>
        <w:t>har cheez source of distraction bani hui hai, har cheez, har cheez, har cheez</w:t>
      </w:r>
    </w:p>
    <w:p>
      <w:pPr>
        <w:jc w:val="right"/>
      </w:pPr>
      <w:r>
        <w:t>ہر چیز سورس آف ڈسٹریکشن بنی ہوئی ہے، ہر چیز، ہر چیز، ہر چیز</w:t>
      </w:r>
    </w:p>
    <w:p>
      <w:r>
        <w:rPr>
          <w:b/>
        </w:rPr>
        <w:t xml:space="preserve">[1:27:10] </w:t>
      </w:r>
      <w:r>
        <w:t>. yeh shopping center kya hai? source of distraction. yeh parties jo hain, dinner jo hai, yeh yeh outing jo hai, sab source of distraction.</w:t>
      </w:r>
    </w:p>
    <w:p>
      <w:pPr>
        <w:jc w:val="right"/>
      </w:pPr>
      <w:r>
        <w:t>۔ یہ شاپنگ سینٹر کیا ہے؟ سورس آف ڈسٹریکشن۔ یہ پارٹیاں جو ہیں، ڈنر جو ہے، یہ یہ آؤٹنگ جو ہے، سب سورس آف ڈسٹریکشن۔</w:t>
      </w:r>
    </w:p>
    <w:p>
      <w:r>
        <w:rPr>
          <w:b/>
        </w:rPr>
        <w:t xml:space="preserve">[1:27:21] </w:t>
      </w:r>
      <w:r>
        <w:t>to ya to aadmi maarifat ka naam na le, agar is ko maarifat chahiye to woh yeh prize ada kare ke woh har qism ke distraction se apne aap ko bachaye.</w:t>
      </w:r>
    </w:p>
    <w:p>
      <w:pPr>
        <w:jc w:val="right"/>
      </w:pPr>
      <w:r>
        <w:t>تو یا تو آدمی معرفت کا نام نہ لے، اگر اس کو معرفت چاہیے تو وہ یہ پرائز ادا کرے کہ وہ ہر قسم کے ڈسٹریکشن سے اپنے آپ کو بچائے۔</w:t>
      </w:r>
    </w:p>
    <w:p>
      <w:r>
        <w:rPr>
          <w:b/>
        </w:rPr>
        <w:t xml:space="preserve">[1:27:34] </w:t>
      </w:r>
      <w:r>
        <w:t>das question is from doctor farida khanam:</w:t>
      </w:r>
    </w:p>
    <w:p>
      <w:pPr>
        <w:jc w:val="right"/>
      </w:pPr>
      <w:r>
        <w:t>دس کوئسچن از فرام ڈاکٹر فریدہ خانم:</w:t>
      </w:r>
    </w:p>
    <w:p>
      <w:r>
        <w:rPr>
          <w:b/>
        </w:rPr>
        <w:t xml:space="preserve">[1:27:37] </w:t>
      </w:r>
      <w:r>
        <w:t>in most cases, people do not lead god oriented life, and yet they are successful in worldly terms. this deceives them into thinking that there is no need to discover god.</w:t>
      </w:r>
    </w:p>
    <w:p>
      <w:pPr>
        <w:jc w:val="right"/>
      </w:pPr>
      <w:r>
        <w:t>ان موسٹ کیسز، پیپل ڈو ناٹ لیڈ گاڈ اورینٹڈ لائف، اینڈ یٹ دے آر سکسیس فل ان ورلڈلی ٹرمز۔ دس ڈیسیوز دیم انٹو تھنکنگ دیٹ دیر از نو نیڈ ٹو ڈسکور گاڈ۔</w:t>
      </w:r>
    </w:p>
    <w:p>
      <w:r>
        <w:rPr>
          <w:b/>
        </w:rPr>
        <w:t xml:space="preserve">[1:27:51] </w:t>
      </w:r>
      <w:r>
        <w:t>how can we convince such people that worldly success is no guarantee of success in the hereafter?</w:t>
      </w:r>
    </w:p>
    <w:p>
      <w:pPr>
        <w:jc w:val="right"/>
      </w:pPr>
      <w:r>
        <w:t>ہاؤ کین وی کنونس سچ پیپل دیٹ ورلڈلی سکسیس از نو گارنٹی آف سکسیس ان دا ہیر افٹر؟</w:t>
      </w:r>
    </w:p>
    <w:p>
      <w:r>
        <w:rPr>
          <w:b/>
        </w:rPr>
        <w:t xml:space="preserve">[1:28:01] </w:t>
      </w:r>
      <w:r>
        <w:t>guarantee ki baatein is ka guzron se koi talluq hi nahi hai, kyunke yeh jo material cheezein hain, woh to test papers hain. kisi ko kam milti hai, kisi ko zyada milti hai, woh sab test papers hain.</w:t>
      </w:r>
    </w:p>
    <w:p>
      <w:pPr>
        <w:jc w:val="right"/>
      </w:pPr>
      <w:r>
        <w:t>گارنٹی کی باتیں اس کا گزروں سے کوئی تعلق ہی نہیں ہے، کیونکہ یہ جو مٹیریل چیزیں ہیں، وہ تو ٹیسٹ پیپرز ہیں۔ کسی کو کم ملتی ہے، کسی کو زیادہ ملتی ہے، وہ سب ٹیسٹ پیپرز ہیں۔</w:t>
      </w:r>
    </w:p>
    <w:p>
      <w:r>
        <w:rPr>
          <w:b/>
        </w:rPr>
        <w:t xml:space="preserve">[1:28:15] </w:t>
      </w:r>
      <w:r>
        <w:t>balkeh jisko zyada mila, woh woh bohat hi zyada yani woh hai, is mein</w:t>
      </w:r>
    </w:p>
    <w:p>
      <w:pPr>
        <w:jc w:val="right"/>
      </w:pPr>
      <w:r>
        <w:t>بلکہ جس کو زیادہ ملا، وہ وہ بہت ہی زیادہ یعنی وہ ہے، اس میں</w:t>
      </w:r>
    </w:p>
    <w:p>
      <w:r>
        <w:rPr>
          <w:b/>
        </w:rPr>
        <w:t xml:space="preserve">[1:28:25] </w:t>
      </w:r>
      <w:r>
        <w:t>disadvantages position mein hai, kyunke woh jab bohat zyada test paper is ko hoga to usi mein phansa rahega, phansa rahega, phansa rahega.</w:t>
      </w:r>
    </w:p>
    <w:p>
      <w:pPr>
        <w:jc w:val="right"/>
      </w:pPr>
      <w:r>
        <w:t>ڈس ایڈوانٹیجز پوزیشن میں ہے، کیونکہ وہ جب بہت زیادہ ٹیسٹ پیپر اس کو ہوگا تو اسی میں پھنسا رہے گا، پھنسا رہے گا، پھنسا رہے گا۔</w:t>
      </w:r>
    </w:p>
    <w:p>
      <w:r>
        <w:rPr>
          <w:b/>
        </w:rPr>
        <w:t xml:space="preserve">[1:28:34] </w:t>
      </w:r>
      <w:r>
        <w:t>to jis ke paas kam ho, kam paisa ho, kam maal ho, to woh woh safe side mein hai, woh ke kam is ko busy hoga in cheezon mein</w:t>
      </w:r>
    </w:p>
    <w:p>
      <w:pPr>
        <w:jc w:val="right"/>
      </w:pPr>
      <w:r>
        <w:t>تو جس کے پاس کم ہو، کم پیسہ ہو، کم مال ہو، تو وہ وہ سیف سائیڈ میں ہے، وہ کہ کم اس کو بزی ہوگا ان چیزوں میں</w:t>
      </w:r>
    </w:p>
    <w:p>
      <w:r>
        <w:rPr>
          <w:b/>
        </w:rPr>
        <w:t xml:space="preserve">[1:28:45] </w:t>
      </w:r>
      <w:r>
        <w:t>. distraction se yani bach jayega thoda bahut. jis ke paas zyada hai, us ko har waqt distraction mein phansa rehta hai, to us ko to kuch bhi jaan nahi pata.</w:t>
      </w:r>
    </w:p>
    <w:p>
      <w:pPr>
        <w:jc w:val="right"/>
      </w:pPr>
      <w:r>
        <w:t>۔ ڈسٹریکشن سے یعنی بچ جائے گا تھوڑا بہت۔ جس کے پاس زیادہ ہے، اس کو ہر وقت ڈسٹریکشن میں پھنسا رہتا ہے، تو اس کو تو کچھ بھی جان نہیں پاتا۔</w:t>
      </w:r>
    </w:p>
    <w:p>
      <w:r>
        <w:rPr>
          <w:b/>
        </w:rPr>
        <w:t xml:space="preserve">[1:28:54] </w:t>
      </w:r>
      <w:r>
        <w:t>woh baqi dono ka koi ek doosre se talluq nahi. yani dunya mein agar kisi ko achi zindagi ho to is ka matlab nahi ke akhirat ki achi zindagi is ki ho, kyunke dunya mein jo kuch hai, woh reward nahi hai, woh test paper hai.</w:t>
      </w:r>
    </w:p>
    <w:p>
      <w:pPr>
        <w:jc w:val="right"/>
      </w:pPr>
      <w:r>
        <w:t>وہ باقی دونوں کا کوئی ایک دوسرے سے تعلق نہیں۔ یعنی دنیا میں اگر کسی کو اچھی زندگی ہو تو اس کا مطلب نہیں کہ آخرت کی اچھی زندگی اس کی ہو، کیونکہ دنیا میں جو کچھ ہے، وہ ریوارڈ نہیں ہے، وہ ٹیسٹ پیپر ہے۔</w:t>
      </w:r>
    </w:p>
    <w:p>
      <w:r>
        <w:rPr>
          <w:b/>
        </w:rPr>
        <w:t xml:space="preserve">[1:29:08] </w:t>
      </w:r>
      <w:r>
        <w:t>yeh batana padega insaan ko ke tum jis cheez ko samajhte ho ke yeh nemat hai, woh nemat hai hi nahi,</w:t>
      </w:r>
    </w:p>
    <w:p>
      <w:pPr>
        <w:jc w:val="right"/>
      </w:pPr>
      <w:r>
        <w:t>یہ بتانا پڑے گا انسان کو کہ تم جس چیز کو سمجھتے ہو کہ یہ نعمت ہے، وہ نعمت ہے ہی نہیں،</w:t>
      </w:r>
    </w:p>
    <w:p>
      <w:r>
        <w:rPr>
          <w:b/>
        </w:rPr>
        <w:t xml:space="preserve">[1:29:16] </w:t>
      </w:r>
      <w:r>
        <w:t>woh to imtehani parcha hai. yeh yahi hum ko batana padega logon ko, aur koi doosra is ka solution nahi. this question is from doctor gajdar: if we do dawa work with non believers, they get involved and say: if we ask you to change your faith, will you do that?</w:t>
      </w:r>
    </w:p>
    <w:p>
      <w:pPr>
        <w:jc w:val="right"/>
      </w:pPr>
      <w:r>
        <w:t>وہ تو امتحانی پرچہ ہے۔ یہ یہی ہم کو بتانا پڑے گا لوگوں کو، اور کوئی دوسرا اس کا سلویوشن نہیں۔ دس کوئسچن از فرام ڈاکٹر گجدر: اف وی ڈو دعوی ورک ود نان بیلیورز، دے گیٹ انوائرڈ اینڈ سے: اف وی اسک یو ٹو چینج یور فیتھ، ول یو ڈو دیٹ؟</w:t>
      </w:r>
    </w:p>
    <w:p>
      <w:r>
        <w:rPr>
          <w:b/>
        </w:rPr>
        <w:t xml:space="preserve">[1:29:40] </w:t>
      </w:r>
      <w:r>
        <w:t>they further say: that you ask us to change our faith when you yourself are not prepared to change your faith. kindly comment.</w:t>
      </w:r>
    </w:p>
    <w:p>
      <w:pPr>
        <w:jc w:val="right"/>
      </w:pPr>
      <w:r>
        <w:t>دے فردر سے: دیٹ یو اسک اس ٹو چینج اور فیتھ وین یو یور سیلف ار ناٹ پریپیئرڈ ٹو چینج یور فیتھ۔ کائنڈلی کمنٹ۔</w:t>
      </w:r>
    </w:p>
    <w:p>
      <w:r>
        <w:rPr>
          <w:b/>
        </w:rPr>
        <w:t xml:space="preserve">[1:29:50] </w:t>
      </w:r>
      <w:r>
        <w:t>dekhen, hum yani hamara jo mission hai, woh faith ko change karne ka hai hi nahi. ab dekhen, hum koi faith ko change karne ki baat karte hain ke mazhab ko badalne ki baat karte hain.</w:t>
      </w:r>
    </w:p>
    <w:p>
      <w:pPr>
        <w:jc w:val="right"/>
      </w:pPr>
      <w:r>
        <w:t>دیکھیں، ہم یعنی ہمارا جو مشن ہے، وہ فیتھ کو چینج کرنے کا ہے ہی نہیں۔ اب دیکھیں، ہم کوئی فیتھ کو چینج کرنے کی بات کرتے ہیں کہ مذہب کو بدلنے کی بات کرتے ہیں۔</w:t>
      </w:r>
    </w:p>
    <w:p>
      <w:r>
        <w:rPr>
          <w:b/>
        </w:rPr>
        <w:t xml:space="preserve">[1:30:03] </w:t>
      </w:r>
      <w:r>
        <w:t>mazhab ko badalne ka koi masla hi nahi hai. asal cheez hai discovery of god ka.</w:t>
      </w:r>
    </w:p>
    <w:p>
      <w:pPr>
        <w:jc w:val="right"/>
      </w:pPr>
      <w:r>
        <w:t>مذہب کو بدلنے کا کوئی مسئلہ ہی نہیں ہے۔ اصل چیز ہے ڈسکوری اف گاڈ کا۔</w:t>
      </w:r>
    </w:p>
    <w:p>
      <w:r>
        <w:rPr>
          <w:b/>
        </w:rPr>
        <w:t xml:space="preserve">[1:30:10] </w:t>
      </w:r>
      <w:r>
        <w:t>hum jab dekhte hain logon ko ke unhone khuda ki discovery nahi ki, khuda ka realization nahi hua, un ko khuda ki maarifat nahi hui, to yahan par hum unhein address karte hain.</w:t>
      </w:r>
    </w:p>
    <w:p>
      <w:pPr>
        <w:jc w:val="right"/>
      </w:pPr>
      <w:r>
        <w:t>ہم جب دیکھتے ہیں لوگوں کو کہ انہوں نے خدا کی ڈسکوری نہیں کی، خدا کا ریلائزیشن نہیں ہوا، ان کو خدا کی معرفت نہیں ہوئی، تو یہاں پر ہم انہیں ایڈریس کرتے ہیں۔</w:t>
      </w:r>
    </w:p>
    <w:p>
      <w:r>
        <w:rPr>
          <w:b/>
        </w:rPr>
        <w:t xml:space="preserve">[1:30:21] </w:t>
      </w:r>
      <w:r>
        <w:t>baqi mazhab badalne ki baat to hum kabhi nahi karte. to woh is ko jo misunderstanding hui, jis se aap ne kaha hoga ke aap un ka mazhab badalna chahte hain, nahi, aap is ko chahte hain ke woh khuda ko discover kare.</w:t>
      </w:r>
    </w:p>
    <w:p>
      <w:pPr>
        <w:jc w:val="right"/>
      </w:pPr>
      <w:r>
        <w:t>باقی مذہب بدلنے کی بات تو ہم کبھی نہیں کرتے۔ تو وہ اس کو جو مس انڈرسٹینڈنگ ہوئی، جس سے آپ نے کہا ہوگا کہ آپ ان کا مذہب بدلنا چاہتے ہیں، نہیں، آپ اس کو چاہتے ہیں کہ وہ خدا کو ڈسکور کرے۔</w:t>
      </w:r>
    </w:p>
    <w:p>
      <w:r>
        <w:rPr>
          <w:b/>
        </w:rPr>
        <w:t xml:space="preserve">[1:30:38] </w:t>
      </w:r>
      <w:r>
        <w:t>bas is ke aage kuch nahi. jab khuda ko discover kar lega to aage koi baat ho sakti hai, koi doosri. bas to is mein koi bhadakne ki baat nahi hai.</w:t>
      </w:r>
    </w:p>
    <w:p>
      <w:pPr>
        <w:jc w:val="right"/>
      </w:pPr>
      <w:r>
        <w:t>بس اس کے آگے کچھ نہیں۔ جب خدا کو ڈسکور کر لے گا تو آگے کوئی بات ہو سکتی ہے، کوئی دوسری۔ بس تو اس میں کوئی بھڑکنے کی بات نہیں ہے۔</w:t>
      </w:r>
    </w:p>
    <w:p>
      <w:r>
        <w:rPr>
          <w:b/>
        </w:rPr>
        <w:t xml:space="preserve">[1:30:47] </w:t>
      </w:r>
      <w:r>
        <w:t>mujhe to koi aisa nahi mila jo bhadke is baat par. mujhe to koi aisa nahi mila. haan, mazhab badalne ki baat karen to zaroor bhadke ek aadmi. lekin aap jab discovery of god ki baat karen to wahan bhadakne ki koi baat nahi hoti.</w:t>
      </w:r>
    </w:p>
    <w:p>
      <w:pPr>
        <w:jc w:val="right"/>
      </w:pPr>
      <w:r>
        <w:t>مجھے تو کوئی ایسا نہیں ملا جو بھڑکے اس بات پر۔ مجھے تو کوئی ایسا نہیں ملا۔ ہاں، مذہب بدلنے کی بات کریں تو ضرور بھڑکے ایک آدمی۔ لیکن آپ جب ڈسکوری اف گاڈ کی بات کریں تو وہاں بھڑکنے کی کوئی بات نہیں ہوتی۔</w:t>
      </w:r>
    </w:p>
    <w:p>
      <w:r>
        <w:rPr>
          <w:b/>
        </w:rPr>
        <w:t xml:space="preserve">[1:31:00] </w:t>
      </w:r>
      <w:r>
        <w:t>yahan tak mera tajurba hai.</w:t>
      </w:r>
    </w:p>
    <w:p>
      <w:pPr>
        <w:jc w:val="right"/>
      </w:pPr>
      <w:r>
        <w:t>یہاں تک میرا تجربہ ہے۔</w:t>
      </w:r>
    </w:p>
    <w:p>
      <w:r>
        <w:rPr>
          <w:b/>
        </w:rPr>
        <w:t xml:space="preserve">[1:31:03] </w:t>
      </w:r>
      <w:r>
        <w:t>molana, in continuation to his first question, his second part of the question is: how can one start doing da'wah work with non believers?</w:t>
      </w:r>
    </w:p>
    <w:p>
      <w:pPr>
        <w:jc w:val="right"/>
      </w:pPr>
      <w:r>
        <w:t>مولانا، ان کنٹینیویشن ٹو ہز فرسٹ کوئسچن، ہز سیکنڈ پارٹ اف دا کوئسچن از: ہاؤ کین ون سٹارٹ ڈوئنگ دعوی ورک ود نان بیلیورز؟</w:t>
      </w:r>
    </w:p>
    <w:p>
      <w:r>
        <w:rPr>
          <w:b/>
        </w:rPr>
        <w:t xml:space="preserve">[1:31:14] </w:t>
      </w:r>
      <w:r>
        <w:t>dekhen, believer non believer ki baat hi nahi hai. yeh zamane mein to bas sab ek hi level par hain ke form war religion yeh bhi liye hain, form war religion woh bhi liye hue hain.</w:t>
      </w:r>
    </w:p>
    <w:p>
      <w:pPr>
        <w:jc w:val="right"/>
      </w:pPr>
      <w:r>
        <w:t>دیکھیں، بیلیور نان بیلیور کی بات ہی نہیں ہے۔ یہ زمانے میں تو بس سب ایک ہی لیول پر ہیں کہ فارم وار ریلیجن یہ بھی لیے ہیں، فارم وار ریلیجن وہ بھی لیے ہوئے ہیں۔</w:t>
      </w:r>
    </w:p>
    <w:p>
      <w:r>
        <w:rPr>
          <w:b/>
        </w:rPr>
        <w:t xml:space="preserve">[1:31:25] </w:t>
      </w:r>
      <w:r>
        <w:t>marifat wala mazhab in ke paas hai aur in ke paas hai.</w:t>
      </w:r>
    </w:p>
    <w:p>
      <w:pPr>
        <w:jc w:val="right"/>
      </w:pPr>
      <w:r>
        <w:t>معرفت والا مذہب ان کے پاس ہے اور ان کے پاس ہے۔</w:t>
      </w:r>
    </w:p>
    <w:p>
      <w:r>
        <w:rPr>
          <w:b/>
        </w:rPr>
        <w:t xml:space="preserve">[1:31:28] </w:t>
      </w:r>
      <w:r>
        <w:t>yeh saare musalman jo bheed lagi hui hai idhar udhar, yeh sab musalman jo hain, bas marifat ke baghair musalman hain. main samajhta hoon ke yeh sab yani koi in ki value nahi, koi qeemat nahi hai.</w:t>
      </w:r>
    </w:p>
    <w:p>
      <w:pPr>
        <w:jc w:val="right"/>
      </w:pPr>
      <w:r>
        <w:t>یہ سارے مسلمان جو بھیڑ لگی ہوئی ہے ادھر ادھر، یہ سب مسلمان جو ہیں، بس معرفت کے بغیر مسلمان ہیں۔ میں سمجھتا ہوں کہ یہ سب یعنی کوئی ان کی ویلیو نہیں، کوئی قیمت نہیں ہے۔</w:t>
      </w:r>
    </w:p>
    <w:p>
      <w:r>
        <w:rPr>
          <w:b/>
        </w:rPr>
        <w:t xml:space="preserve">[1:31:41] </w:t>
      </w:r>
      <w:r>
        <w:t>in ki ek form hai, jaise main batata hoon aap ko, jab masjid mein namaz parhne jata hoon main to jab dekhta hoon ke khaas taur par jab jaise alwida hai ya koi khaas din to phir ke phir aate hain masjidon mein.</w:t>
      </w:r>
    </w:p>
    <w:p>
      <w:pPr>
        <w:jc w:val="right"/>
      </w:pPr>
      <w:r>
        <w:t>ان کی ایک فارم ہے، جیسے میں بتاتا ہوں آپ کو، جب مسجد میں نماز پڑھنے جاتا ہوں میں تو جب دیکھتا ہوں کہ خاص طور پر جب جیسے الوداع ہے یا کوئی خاص دن تو پھر کے پھر آتے ہیں مسجدوں میں۔</w:t>
      </w:r>
    </w:p>
    <w:p>
      <w:r>
        <w:rPr>
          <w:b/>
        </w:rPr>
        <w:t xml:space="preserve">[1:31:55] </w:t>
      </w:r>
      <w:r>
        <w:t>jab nikalte hain to main ne ghaur kiya ke ek koi aadmi namaz ki baat nahi karta, idhar udhar ki baatein karta hai. apni dosti ki baatein, apne business ki baatein, apne shopping ki baatein, idhar udhar ki baatein.</w:t>
      </w:r>
    </w:p>
    <w:p>
      <w:pPr>
        <w:jc w:val="right"/>
      </w:pPr>
      <w:r>
        <w:t>جب نکلتے ہیں تو میں نے غور کیا کہ ایک کوئی آدمی نماز کی بات نہیں کرتا، ادھر ادھر کی باتیں کرتا ہے۔ اپنی دوستی کی باتیں، اپنے بزنس کی باتیں، اپنے شاپنگ کی باتیں، ادھر ادھر کی باتیں۔</w:t>
      </w:r>
    </w:p>
    <w:p>
      <w:r>
        <w:rPr>
          <w:b/>
        </w:rPr>
        <w:t xml:space="preserve">[1:32:09] </w:t>
      </w:r>
      <w:r>
        <w:t>phir yeh kaisi namaz hai? yeh yeh kaisi namaz hai ke abhi aap masjid se nikal rahe hain aur namaz culture aap mein aaya nahi, namaz ki thinking aap ke andar aayi nahi.</w:t>
      </w:r>
    </w:p>
    <w:p>
      <w:pPr>
        <w:jc w:val="right"/>
      </w:pPr>
      <w:r>
        <w:t>پھر یہ کیسی نماز ہے؟ یہ یہ کیسی نماز ہے کہ ابھی آپ مسجد سے نکل رہے ہیں اور نماز کلچر آپ میں آیا نہیں، نماز کی تھنکنگ آپ کے اندر آئی نہیں۔</w:t>
      </w:r>
    </w:p>
    <w:p>
      <w:r>
        <w:rPr>
          <w:b/>
        </w:rPr>
        <w:t xml:space="preserve">[1:32:21] </w:t>
      </w:r>
      <w:r>
        <w:t>misalan namaz ke andar aap suna aap ne: Allah ak</w:t>
      </w:r>
    </w:p>
    <w:p>
      <w:pPr>
        <w:jc w:val="right"/>
      </w:pPr>
      <w:r>
        <w:t>مثلاً نماز کے اندر آپ سنا آپ نے: اللہ اک</w:t>
      </w:r>
    </w:p>
    <w:p>
      <w:r>
        <w:rPr>
          <w:b/>
        </w:rPr>
        <w:t xml:space="preserve">[1:32:24] </w:t>
      </w:r>
      <w:r>
        <w:t>bar, khuda bada hai. isi par aapas mein baat karen, do aadmi aur dekho, unhon ne kaha ke khuda bada hai, marifat honi chahiye, hona chahiye, hona chahiye.</w:t>
      </w:r>
    </w:p>
    <w:p>
      <w:pPr>
        <w:jc w:val="right"/>
      </w:pPr>
      <w:r>
        <w:t>بر، خدا بڑا ہے۔ اسی پر آپس میں بات کریں، دو آدمی اور دیکھو، انہوں نے کہا کہ خدا بڑا ہے، معرفت ہونی چاہیے، ہونا چاہیے، ہونا چاہیے۔</w:t>
      </w:r>
    </w:p>
    <w:p>
      <w:r>
        <w:rPr>
          <w:b/>
        </w:rPr>
        <w:t xml:space="preserve">[1:32:32] </w:t>
      </w:r>
      <w:r>
        <w:t>kya karen? hum log kaise banayein apne aap ko? is is spirit ko kaise apne andar layein? kuch hi nahi. jab chaha jaye, dekh lijiye, aap kisi bhi masjid mein chale jaiye, kisi bhi masjid mein chale jaiye, namaz parh ke nikle gaye ho aur us ke baad koi beedi jala ke pani se beedi peene lagta hai,</w:t>
      </w:r>
    </w:p>
    <w:p>
      <w:pPr>
        <w:jc w:val="right"/>
      </w:pPr>
      <w:r>
        <w:t>کیا کریں؟ ہم لوگ کیسے بنائیں اپنے آپ کو؟ اس اسپرٹ کو کیسے اپنے اندر لائیں؟ کچھ ہی نہیں۔ جب چاہا جائے، دیکھ لیجئے، آپ کسی بھی مسجد میں چلے جائیے، کسی بھی مسجد میں چلے جائیے، نماز پڑھ کے نکلے گئے ہو اور اس کے بعد کوئی بیڑی جلا کے پانی سے بیڑی پینے لگتا ہے،</w:t>
      </w:r>
    </w:p>
    <w:p>
      <w:r>
        <w:rPr>
          <w:b/>
        </w:rPr>
        <w:t xml:space="preserve">[1:32:51] </w:t>
      </w:r>
      <w:r>
        <w:t>koi idhar udhar ki baatein karta hai,</w:t>
      </w:r>
    </w:p>
    <w:p>
      <w:pPr>
        <w:jc w:val="right"/>
      </w:pPr>
      <w:r>
        <w:t>کوئی ادھر ادھر کی باتیں کرتا ہے،</w:t>
      </w:r>
    </w:p>
    <w:p>
      <w:r>
        <w:rPr>
          <w:b/>
        </w:rPr>
        <w:t xml:space="preserve">[1:32:54] </w:t>
      </w:r>
      <w:r>
        <w:t>koi pan khata hai, koi namaz ka jo namaz ka jo wahan par seekha hai, unhon ne is ka koi charcha hai is ki zuban par nahi. yeh koi namaz hai?</w:t>
      </w:r>
    </w:p>
    <w:p>
      <w:pPr>
        <w:jc w:val="right"/>
      </w:pPr>
      <w:r>
        <w:t>کوئی پان کھاتا ہے، کوئی نماز کا جو نماز کا جو وہاں پر سیکھا ہے، انہوں نے اس کا کوئی چرچا ہے اس کی زبان پر نہیں۔ یہ کوئی نماز ہے؟</w:t>
      </w:r>
    </w:p>
    <w:p>
      <w:r>
        <w:rPr>
          <w:b/>
        </w:rPr>
        <w:t xml:space="preserve">[1:33:03] </w:t>
      </w:r>
      <w:r>
        <w:t>yeh ek banda is ko namaz nahi samajhta. kam se kam pehchan yeh hai ke namaz ke baad aap khamoshi taari ho jaye.</w:t>
      </w:r>
    </w:p>
    <w:p>
      <w:pPr>
        <w:jc w:val="right"/>
      </w:pPr>
      <w:r>
        <w:t>یہ ایک بندہ اس کو نماز نہیں سمجھتا۔ کم سے کم پہچان یہ ہے کہ نماز کے بعد آپ خاموشی طاری ہو جائے۔</w:t>
      </w:r>
    </w:p>
    <w:p>
      <w:r>
        <w:rPr>
          <w:b/>
        </w:rPr>
        <w:t xml:space="preserve">[1:33:12] </w:t>
      </w:r>
      <w:r>
        <w:t>sahaba namaz parhte the to chup ho jate the, bilkul bolte nahi the. woh yahan to har aadmi bol raha hai. ek masjid gate par nikalte hain aur bolte hue nikalte hain,</w:t>
      </w:r>
    </w:p>
    <w:p>
      <w:pPr>
        <w:jc w:val="right"/>
      </w:pPr>
      <w:r>
        <w:t>صحابہ نماز پڑھتے تھے تو چپ ہو جاتے تھے، بالکل بولتے نہیں تھے۔ وہ یہاں تو ہر آدمی بول رہا ہے۔ ایک مسجد گیٹ پر نکلتے ہیں اور بولتے ہوئے نکلتے ہیں،</w:t>
      </w:r>
    </w:p>
    <w:p>
      <w:r>
        <w:rPr>
          <w:b/>
        </w:rPr>
        <w:t xml:space="preserve">[1:33:22] </w:t>
      </w:r>
      <w:r>
        <w:t>apne doston se, apne rishtedaron se bolte hue. sahaba nikalte the to ek dum chup chap uthe, masjid se chup chap ghar chale gaye.</w:t>
      </w:r>
    </w:p>
    <w:p>
      <w:pPr>
        <w:jc w:val="right"/>
      </w:pPr>
      <w:r>
        <w:t>اپنے دوستوں سے، اپنے رشتہ داروں سے بولتے ہوئے۔ صحابہ نکلتے تھے تو ایک دم چپ چاپ اٹھے، مسجد سے چپ چاپ گھر چلے گئے۔</w:t>
      </w:r>
    </w:p>
    <w:p>
      <w:r>
        <w:rPr>
          <w:b/>
        </w:rPr>
        <w:t xml:space="preserve">[1:33:33] </w:t>
      </w:r>
      <w:r>
        <w:t>mujhe bataiye, aap kisi masjid mein aisa hai? main yahan tablegh ke masjid bar bar mein gaya hoon, jo yahan ke log samajhte hain ke hum deen ka darya baha rahe hain. koi mujhe nahi mila jis par jis par sukoot taari ho gaya ho.</w:t>
      </w:r>
    </w:p>
    <w:p>
      <w:pPr>
        <w:jc w:val="right"/>
      </w:pPr>
      <w:r>
        <w:t>مجھے بتائیے، آپ کسی مسجد میں ایسا ہے؟ میں یہاں تبلیغ کے مسجد بار بار میں گیا ہوں، جو یہاں کے لوگ سمجھتے ہیں کہ ہم دین کا دریا بہا رہے ہیں۔ کوئی مجھے نہیں ملا جس پر جس پر سکوت طاری ہو گیا ہو۔</w:t>
      </w:r>
    </w:p>
    <w:p>
      <w:r>
        <w:rPr>
          <w:b/>
        </w:rPr>
        <w:t xml:space="preserve">[1:33:46] </w:t>
      </w:r>
      <w:r>
        <w:t>namaz parhi to sukoot taari ho jaye, phir chup taari ho jaye, chup.</w:t>
      </w:r>
    </w:p>
    <w:p>
      <w:pPr>
        <w:jc w:val="right"/>
      </w:pPr>
      <w:r>
        <w:t>نماز پڑھی تو سکوت طاری ہو جائے، پھر چپ طاری ہو جائے، چپ۔</w:t>
      </w:r>
    </w:p>
    <w:p>
      <w:r>
        <w:rPr>
          <w:b/>
        </w:rPr>
        <w:t xml:space="preserve">[1:33:53] </w:t>
      </w:r>
      <w:r>
        <w:t>namaz parhi aur phir wahi wahi sab baatein shuru hogayin. gate par aaye, ab koi beedi jala raha hai, koi pan kha raha hai, koi apne doston se baatein kar raha hai, koi keh raha hai: "bhai, kahan chalo chaye peena hai?" yeh kya namaz hai?</w:t>
      </w:r>
    </w:p>
    <w:p>
      <w:pPr>
        <w:jc w:val="right"/>
      </w:pPr>
      <w:r>
        <w:t>نماز پڑھی اور پھر وہی وہی سب باتیں شروع ہوگئیں۔ گیٹ پر آئے، اب کوئی بیڑی جلا رہا ہے، کوئی پان کھا رہا ہے، کوئی اپنے دوستوں سے باتیں کر رہا ہے، کوئی کہہ رہا ہے: "بھئی، کہاں چلو چائے پینا ہے؟" یہ کیا نماز ہے؟</w:t>
      </w:r>
    </w:p>
    <w:p>
      <w:r>
        <w:rPr>
          <w:b/>
        </w:rPr>
        <w:t xml:space="preserve">[1:34:06] </w:t>
      </w:r>
      <w:r>
        <w:t>yeh main ek sada pehchani batata hoon aap ko ke sahaba wali jis mein aap dekhen ke wahan tha ke jab rasool Allah namaz khatam karte the to chup chap thori dair baithe rehte the, woh apni jagah par</w:t>
      </w:r>
    </w:p>
    <w:p>
      <w:pPr>
        <w:jc w:val="right"/>
      </w:pPr>
      <w:r>
        <w:t>یہ میں ایک سادہ پہچانی بتاتا ہوں آپ کو کہ صحابہ والی جس میں آپ دیکھیں کہ وہاں تھا کہ جب رسول اللہ نماز ختم کرتے تھے تو چپ چاپ تھوڑی دیر بیٹھے رہتے تھے، وہ اپنی جگہ پر</w:t>
      </w:r>
    </w:p>
    <w:p>
      <w:r>
        <w:rPr>
          <w:b/>
        </w:rPr>
        <w:t xml:space="preserve">[1:34:22] </w:t>
      </w:r>
      <w:r>
        <w:t>. yahan namaz parhi hai, bilkul chup chap. matlab sochte the, sochte the, sochte the. phir jab uthte the to chup chap bahar aaye, phir chup chap apne ghar chale gaye.</w:t>
      </w:r>
    </w:p>
    <w:p>
      <w:pPr>
        <w:jc w:val="right"/>
      </w:pPr>
      <w:r>
        <w:t>۔ یہاں نماز پڑھی ہے، بالکل چپ چاپ۔ مطلب سوچتے تھے، سوچتے تھے، سوچتے تھے۔ پھر جب اٹھتے تھے تو چپ چاپ باہر آئے، پھر چپ چاپ اپنے گھر چلے گئے۔</w:t>
      </w:r>
    </w:p>
    <w:p>
      <w:r>
        <w:rPr>
          <w:b/>
        </w:rPr>
        <w:t xml:space="preserve">[1:34:37] </w:t>
      </w:r>
      <w:r>
        <w:t>is mani ke namaz woh hai jo soch daale aap ke andar. namaz woh hai jo aap ko idhar ek nayi thinking laye. agar agar namaz ne aap ko idhar soch paida nahi ki hai to kuch aur cheez hogi, woh namaz ki shakal mein.</w:t>
      </w:r>
    </w:p>
    <w:p>
      <w:pPr>
        <w:jc w:val="right"/>
      </w:pPr>
      <w:r>
        <w:t>اس معنی کہ نماز وہ ہے جو سوچ ڈالے آپ کے اندر۔ نماز وہ ہے جو آپ کو ادھر ایک نئی تھنکنگ لائے۔ اگر اگر نماز نے آپ کو ادھر سوچ پیدا نہیں کی ہے تو کچھ اور چیز ہوگی، وہ نماز کی شکل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