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Prophet Muhammad April 5, 2008</w:t>
      </w:r>
    </w:p>
    <w:p>
      <w:r>
        <w:t>https://youtu.be/4Awv6yrWLBw</w:t>
      </w:r>
    </w:p>
    <w:p>
      <w:r>
        <w:rPr>
          <w:b/>
        </w:rPr>
        <w:t xml:space="preserve">[00:13] </w:t>
      </w:r>
      <w:r>
        <w:t>bismillah rahman rahim. wa salallahu ala nabiyil karim. rab ishrah li sadri, wa yassir li amri, wahul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 qawli.</w:t>
      </w:r>
    </w:p>
    <w:p>
      <w:pPr>
        <w:jc w:val="right"/>
      </w:pPr>
      <w:r>
        <w:t>یفقہ قولی۔</w:t>
      </w:r>
    </w:p>
    <w:p>
      <w:r>
        <w:rPr>
          <w:b/>
        </w:rPr>
        <w:t xml:space="preserve">[00:34] </w:t>
      </w:r>
      <w:r>
        <w:t>jaisa ke aap jante hain, aaj ke sham ke liye jo topic hai woh hai "the message of the prophet of Islam".</w:t>
      </w:r>
    </w:p>
    <w:p>
      <w:pPr>
        <w:jc w:val="right"/>
      </w:pPr>
      <w:r>
        <w:t>جیسا کہ آپ جانتے ہیں، آج کے شام کے لیے جو ٹاپک ہے وہ ہے "دا میسج آف دی پروفٹ آف اسلام"۔</w:t>
      </w:r>
    </w:p>
    <w:p>
      <w:r>
        <w:rPr>
          <w:b/>
        </w:rPr>
        <w:t xml:space="preserve">[00:53] </w:t>
      </w:r>
      <w:r>
        <w:t>prophet of Islam Muhammad bin</w:t>
      </w:r>
    </w:p>
    <w:p>
      <w:pPr>
        <w:jc w:val="right"/>
      </w:pPr>
      <w:r>
        <w:t>پرافٹ آف اسلام محمد بن</w:t>
      </w:r>
    </w:p>
    <w:p>
      <w:r>
        <w:rPr>
          <w:b/>
        </w:rPr>
        <w:t xml:space="preserve">[01:00] </w:t>
      </w:r>
      <w:r>
        <w:t>aleh wasallam arab mein makka ke shehar mein 570 ad mein paida hue.</w:t>
      </w:r>
    </w:p>
    <w:p>
      <w:pPr>
        <w:jc w:val="right"/>
      </w:pPr>
      <w:r>
        <w:t>علیہ وسلم عرب میں مکہ کے شہر میں 570 اے ڈی میں پیدا ہوئے۔</w:t>
      </w:r>
    </w:p>
    <w:p>
      <w:r>
        <w:rPr>
          <w:b/>
        </w:rPr>
        <w:t xml:space="preserve">[01:15] </w:t>
      </w:r>
      <w:r>
        <w:t>aap ko khuda ne prophet banaya 610 ad mein.</w:t>
      </w:r>
    </w:p>
    <w:p>
      <w:pPr>
        <w:jc w:val="right"/>
      </w:pPr>
      <w:r>
        <w:t>آپ کو خدا نے پرافٹ بنایا 610 اے ڈی میں۔</w:t>
      </w:r>
    </w:p>
    <w:p>
      <w:r>
        <w:rPr>
          <w:b/>
        </w:rPr>
        <w:t xml:space="preserve">[01:22] </w:t>
      </w:r>
      <w:r>
        <w:t>aap ne makka mein 13 saal tak apna mission phailaya.</w:t>
      </w:r>
    </w:p>
    <w:p>
      <w:pPr>
        <w:jc w:val="right"/>
      </w:pPr>
      <w:r>
        <w:t>آپ نے مکہ میں 13 سال تک اپنا مشن پھیلایا۔</w:t>
      </w:r>
    </w:p>
    <w:p>
      <w:r>
        <w:rPr>
          <w:b/>
        </w:rPr>
        <w:t xml:space="preserve">[01:32] </w:t>
      </w:r>
      <w:r>
        <w:t>is zamane mein makka ek central city bana hua tha. makka ka matlab tha arab ka center. to wahan par daily visitors aate rehte the.</w:t>
      </w:r>
    </w:p>
    <w:p>
      <w:pPr>
        <w:jc w:val="right"/>
      </w:pPr>
      <w:r>
        <w:t>اس زمانے میں مکہ ایک سنٹرل سٹی بنا ہوا تھا۔ مکہ کا مطلب تھا عرب کا سینٹر۔ تو وہاں پر ڈیلی وزیٹرز آتے رہتے تھے۔</w:t>
      </w:r>
    </w:p>
    <w:p>
      <w:r>
        <w:rPr>
          <w:b/>
        </w:rPr>
        <w:t xml:space="preserve">[01:48] </w:t>
      </w:r>
      <w:r>
        <w:t>is tarah se aap ka maqam sirf makka mein nahi tha balkeh goya ke indirect way mein poore arab mein tha.</w:t>
      </w:r>
    </w:p>
    <w:p>
      <w:pPr>
        <w:jc w:val="right"/>
      </w:pPr>
      <w:r>
        <w:t>اس طرح سے آپ کا مقام صرف مکہ میں نہیں تھا بلکہ گویا کہ ان ڈائریکٹ وے میں پورے عرب میں تھا۔</w:t>
      </w:r>
    </w:p>
    <w:p>
      <w:r>
        <w:rPr>
          <w:b/>
        </w:rPr>
        <w:t xml:space="preserve">[01:59] </w:t>
      </w:r>
      <w:r>
        <w:t>is tarah se 13 saal ke andar aap ne arab ke bohat se logon tak apna message phauchaya aur bohat se log aap ke message se prabhavit hue.</w:t>
      </w:r>
    </w:p>
    <w:p>
      <w:pPr>
        <w:jc w:val="right"/>
      </w:pPr>
      <w:r>
        <w:t>اس طرح سے 13 سال کے اندر آپ نے عرب کے بہت سے لوگوں تک اپنا میسج پہنچایا اور بہت سے لوگ آپ کے میسج سے प्रभावیت ہوئے۔</w:t>
      </w:r>
    </w:p>
    <w:p>
      <w:r>
        <w:rPr>
          <w:b/>
        </w:rPr>
        <w:t xml:space="preserve">[02:16] </w:t>
      </w:r>
      <w:r>
        <w:t>phir 13 saal ke baad aap ne migrate kiya makka se aur aap chale gaye madina.</w:t>
      </w:r>
    </w:p>
    <w:p>
      <w:pPr>
        <w:jc w:val="right"/>
      </w:pPr>
      <w:r>
        <w:t>پھر 13 سال کے بعد آپ نے مائیگریٹ کیا مکہ سے اور آپ چلے گئے مدینہ۔</w:t>
      </w:r>
    </w:p>
    <w:p>
      <w:r>
        <w:rPr>
          <w:b/>
        </w:rPr>
        <w:t xml:space="preserve">[02:26] </w:t>
      </w:r>
      <w:r>
        <w:t>yani doosra jo city tha us zamane mein arab ka. wahan par aap 10 saal tak rahe. phir 632 mein aap ki death hui aur aap ko madina mein bury kiya gaya.</w:t>
      </w:r>
    </w:p>
    <w:p>
      <w:pPr>
        <w:jc w:val="right"/>
      </w:pPr>
      <w:r>
        <w:t>یعنی دوسرا جو سٹی تھا اس زمانے میں عرب کا۔ وہاں پر آپ 10 سال تک رہے۔ پھر 632 میں آپ کی ڈیتھ ہوئی اور آپ کو مدینہ میں بری کیا گیا۔</w:t>
      </w:r>
    </w:p>
    <w:p>
      <w:r>
        <w:rPr>
          <w:b/>
        </w:rPr>
        <w:t xml:space="preserve">[02:45] </w:t>
      </w:r>
      <w:r>
        <w:t>aap ki qabar ab bhi wahan par maujood hai.</w:t>
      </w:r>
    </w:p>
    <w:p>
      <w:pPr>
        <w:jc w:val="right"/>
      </w:pPr>
      <w:r>
        <w:t>آپ کی قبر اب بھی وہاں پر موجود ہے۔</w:t>
      </w:r>
    </w:p>
    <w:p>
      <w:r>
        <w:rPr>
          <w:b/>
        </w:rPr>
        <w:t xml:space="preserve">[02:52] </w:t>
      </w:r>
      <w:r>
        <w:t>dekhen, aap jante hain ke Muhammad aleh wasallam ne jo kitab khuda ki taraf se pesh ki uska naam hai quran.</w:t>
      </w:r>
    </w:p>
    <w:p>
      <w:pPr>
        <w:jc w:val="right"/>
      </w:pPr>
      <w:r>
        <w:t>دیکھیں، آپ جانتے ہیں کہ محمد صلی اللہ علیہ وسلم نے جو کتاب خدا کی طرف سے پیش کی اس کا نام ہے قرآن۔</w:t>
      </w:r>
    </w:p>
    <w:p>
      <w:r>
        <w:rPr>
          <w:b/>
        </w:rPr>
        <w:t xml:space="preserve">[03:06] </w:t>
      </w:r>
      <w:r>
        <w:t>quran mein woh sari baat in principle maujood hai jo aap ka message tha. phir uski detail hum ko hadith mein aur aap ki life mein milti hai.</w:t>
      </w:r>
    </w:p>
    <w:p>
      <w:pPr>
        <w:jc w:val="right"/>
      </w:pPr>
      <w:r>
        <w:t>قرآن میں وہ ساری بات ان پرنسپل موجود ہے جو آپ کا میسج تھا۔ پھر اس کی ڈیٹیل ہم کو حدیث میں اور آپ کی لائف میں ملتی ہے۔</w:t>
      </w:r>
    </w:p>
    <w:p>
      <w:r>
        <w:rPr>
          <w:b/>
        </w:rPr>
        <w:t xml:space="preserve">[03:20] </w:t>
      </w:r>
      <w:r>
        <w:t>quran se maloom hota hai ke khuda ne paida kiya hai is duniya ko aur insan ko. aur unki guidance ka double intezam kiya.</w:t>
      </w:r>
    </w:p>
    <w:p>
      <w:pPr>
        <w:jc w:val="right"/>
      </w:pPr>
      <w:r>
        <w:t>قرآن سے معلوم ہوتا ہے کہ خدا نے پیدا کیا ہے اس دنیا کو اور انسان کو۔ اور ان کی گائیڈنس کا ڈبل انتظام کیا۔</w:t>
      </w:r>
    </w:p>
    <w:p>
      <w:r>
        <w:rPr>
          <w:b/>
        </w:rPr>
        <w:t xml:space="preserve">[03:33] </w:t>
      </w:r>
      <w:r>
        <w:t>double yeh ke verbal ek tha verbal guidance, doosra tha non verbal guidance.</w:t>
      </w:r>
    </w:p>
    <w:p>
      <w:pPr>
        <w:jc w:val="right"/>
      </w:pPr>
      <w:r>
        <w:t>ڈبل یہ کہ وربل ایک تھا وربل گائیڈنس، دوسرا تھا نان وربل گائیڈنس۔</w:t>
      </w:r>
    </w:p>
    <w:p>
      <w:r>
        <w:rPr>
          <w:b/>
        </w:rPr>
        <w:t xml:space="preserve">[03:43] </w:t>
      </w:r>
      <w:r>
        <w:t>non verbal guidance mein is ko keh raha hoon jo aap ke consciousness mein hai, jo nature mein hai. to woh unspoken word mein wahan par maujood hai aur jo log is mein dhoondhte hain paate hain.</w:t>
      </w:r>
    </w:p>
    <w:p>
      <w:pPr>
        <w:jc w:val="right"/>
      </w:pPr>
      <w:r>
        <w:t>نان وربل گائیڈنس میں اس کو کہہ رہا ہوں جو آپ کے کانشیس میں ہے، جو نیچر میں ہے۔ تو وہ ان اسپوکن ورڈ میں وہاں پر موجود ہے اور جو لوگ اس میں ڈھونڈتے ہیں پاتے ہیں۔</w:t>
      </w:r>
    </w:p>
    <w:p>
      <w:r>
        <w:rPr>
          <w:b/>
        </w:rPr>
        <w:t xml:space="preserve">[04:00] </w:t>
      </w:r>
      <w:r>
        <w:t>isi ke sath khuda ne intezam kiya verbal guidance ka aur Muhammad aleh wasallam par revelation ke through apni kitab bheji jis ko hum quran kehte hain.</w:t>
      </w:r>
    </w:p>
    <w:p>
      <w:pPr>
        <w:jc w:val="right"/>
      </w:pPr>
      <w:r>
        <w:t>اسی کے ساتھ خدا نے انتظام کیا وربل گائیڈنس کا اور محمد صلی اللہ علیہ وسلم پر ریولیشن کے تھرو اپنی کتاب بھیجی جس کو ہم قرآن کہتے ہیں۔</w:t>
      </w:r>
    </w:p>
    <w:p>
      <w:r>
        <w:rPr>
          <w:b/>
        </w:rPr>
        <w:t xml:space="preserve">[04:15] </w:t>
      </w:r>
      <w:r>
        <w:t>quran mein kul 114 chapters hain, verses hain 6500.</w:t>
      </w:r>
    </w:p>
    <w:p>
      <w:pPr>
        <w:jc w:val="right"/>
      </w:pPr>
      <w:r>
        <w:t>قرآن میں کل 114 چیپٹرز ہیں، ورسز ہیں 6500۔</w:t>
      </w:r>
    </w:p>
    <w:p>
      <w:r>
        <w:rPr>
          <w:b/>
        </w:rPr>
        <w:t xml:space="preserve">[04:24] </w:t>
      </w:r>
      <w:r>
        <w:t>is mein woh sari basic baatein hain jo Muhammad aleh wasallam ka message tha.</w:t>
      </w:r>
    </w:p>
    <w:p>
      <w:pPr>
        <w:jc w:val="right"/>
      </w:pPr>
      <w:r>
        <w:t>اس میں وہ ساری بیسک باتیں ہیں جو محمد صلی اللہ علیہ وسلم کا میسج تھا۔</w:t>
      </w:r>
    </w:p>
    <w:p>
      <w:r>
        <w:rPr>
          <w:b/>
        </w:rPr>
        <w:t xml:space="preserve">[04:34] </w:t>
      </w:r>
      <w:r>
        <w:t>agar mujhe yeh batana ho ke quran ka ya Muhammad aleh wasallam ka basic message kya tha, main yeh kahunga ke woh tha creation plan of god ko batana.</w:t>
      </w:r>
    </w:p>
    <w:p>
      <w:pPr>
        <w:jc w:val="right"/>
      </w:pPr>
      <w:r>
        <w:t>اگر مجھے یہ بتانا ہو کہ قرآن کا یا محمد صلی اللہ علیہ وسلم کا بیسک میسج کیا تھا، میں یہ کہوں گا کہ وہ تھا کریشن پلان آف گاڈ کو بتانا۔</w:t>
      </w:r>
    </w:p>
    <w:p>
      <w:r>
        <w:rPr>
          <w:b/>
        </w:rPr>
        <w:t xml:space="preserve">[04:52] </w:t>
      </w:r>
      <w:r>
        <w:t>khuda ne paida kar ke duniya mein insan ko bheja. to ab zaroorat thi ke insan yeh jaane ke is ka purpose kya hai, yahan woh kyun aaya hai, who why purpose of my life,</w:t>
      </w:r>
    </w:p>
    <w:p>
      <w:pPr>
        <w:jc w:val="right"/>
      </w:pPr>
      <w:r>
        <w:t>خدا نے پیدا کر کے دنیا میں انسان کو بھیجا۔ تو اب ضرورت تھی کہ انسان یہ جانے کہ اس کا پرپس کیا ہے، یہاں وہ کیوں آیا ہے، ہو وائی پرپس آف مائی لائف،</w:t>
      </w:r>
    </w:p>
    <w:p>
      <w:r>
        <w:rPr>
          <w:b/>
        </w:rPr>
        <w:t xml:space="preserve">[05:08] </w:t>
      </w:r>
      <w:r>
        <w:t>what is before death, what is after death. yeh sare question ka answer dene ke liye khuda ne apni kitab utari Muhammad aleh wasallam par.</w:t>
      </w:r>
    </w:p>
    <w:p>
      <w:pPr>
        <w:jc w:val="right"/>
      </w:pPr>
      <w:r>
        <w:t>واٹ از بیفور ڈیتھ، واٹ از آفٹر ڈیتھ۔ یہ سارے کوئسچن کا انسر دینے کے لیے خدا نے اپنی کتاب اتاری محمد صلی اللہ علیہ وسلم پر۔</w:t>
      </w:r>
    </w:p>
    <w:p>
      <w:r>
        <w:rPr>
          <w:b/>
        </w:rPr>
        <w:t xml:space="preserve">[05:21] </w:t>
      </w:r>
      <w:r>
        <w:t>isi ko main kehta hoon creation plan of god.</w:t>
      </w:r>
    </w:p>
    <w:p>
      <w:pPr>
        <w:jc w:val="right"/>
      </w:pPr>
      <w:r>
        <w:t>اسی کو میں کہتا ہوں کریشن پلان آف گاڈ۔</w:t>
      </w:r>
    </w:p>
    <w:p>
      <w:r>
        <w:rPr>
          <w:b/>
        </w:rPr>
        <w:t xml:space="preserve">[05:27] </w:t>
      </w:r>
      <w:r>
        <w:t>to quran ko agar aap padhen to aap payenge ke khuda ne insan ko yeh bataya hai ke tum is duniya mein paida kiye gaye ho, yeh sab kuch tum ko mila hua hai.</w:t>
      </w:r>
    </w:p>
    <w:p>
      <w:pPr>
        <w:jc w:val="right"/>
      </w:pPr>
      <w:r>
        <w:t>تو قرآن کو اگر آپ پڑھیں تو آپ پائیں گے کہ خدا نے انسان کو یہ بتایا ہے کہ تم اس دنیا میں پیدا کیے گئے ہو، یہ سب کچھ تم کو ملا ہوا ہے۔</w:t>
      </w:r>
    </w:p>
    <w:p>
      <w:r>
        <w:rPr>
          <w:b/>
        </w:rPr>
        <w:t xml:space="preserve">[05:42] </w:t>
      </w:r>
      <w:r>
        <w:t>yeh blessing nahi hai, reward nahi hai. yeh sirf test papers hain. aap ko chahiye money aap ke paas ho, aap ke paas aulad ho, building ho, car ho, jo kuch bhi ho,</w:t>
      </w:r>
    </w:p>
    <w:p>
      <w:pPr>
        <w:jc w:val="right"/>
      </w:pPr>
      <w:r>
        <w:t>یہ بلیسنگ نہیں ہے، ریوارڈ نہیں ہے۔ یہ صرف ٹیسٹ پیپرز ہیں۔ آپ کو چاہے منی آپ کے پاس ہو، آپ کے پاس اولاد ہو، بلڈنگ ہو، کار ہو، جو کچھ بھی ہو،</w:t>
      </w:r>
    </w:p>
    <w:p>
      <w:r>
        <w:rPr>
          <w:b/>
        </w:rPr>
        <w:t xml:space="preserve">[05:56] </w:t>
      </w:r>
      <w:r>
        <w:t>woh aap ke paas bator reward nahi hai, bator blessing nahi hai. woh sirf test papers ke taur par hai.</w:t>
      </w:r>
    </w:p>
    <w:p>
      <w:pPr>
        <w:jc w:val="right"/>
      </w:pPr>
      <w:r>
        <w:t>وہ آپ کے پاس بطور ریوارڈ نہیں ہے، بطور بلیسنگ نہیں ہے۔ وہ صرف ٹیسٹ پیپرز کے طور پر ہے۔</w:t>
      </w:r>
    </w:p>
    <w:p>
      <w:r>
        <w:rPr>
          <w:b/>
        </w:rPr>
        <w:t xml:space="preserve">[06:03] </w:t>
      </w:r>
      <w:r>
        <w:t>inhi cheezon pe aap ko apna apna test dena hai. to jo log is test mein poore utren, inhi ke liye khuda ke haan asal reward hai, jis ko paradise kaha jata hai.</w:t>
      </w:r>
    </w:p>
    <w:p>
      <w:pPr>
        <w:jc w:val="right"/>
      </w:pPr>
      <w:r>
        <w:t>انہی چیزوں پہ آپ کو اپنا اپنا ٹیسٹ دینا ہے۔ تو جو لوگ اس ٹیسٹ میں پورے اتریں، انہی کے لیے خدا کے ہاں اصل ریوارڈ ہے، جس کو پیراڈائز کہا جاتا ہے۔</w:t>
      </w:r>
    </w:p>
    <w:p>
      <w:r>
        <w:rPr>
          <w:b/>
        </w:rPr>
        <w:t xml:space="preserve">[06:19] </w:t>
      </w:r>
      <w:r>
        <w:t>aur jo is mein fail ho jayen, un ke liye punishment hai, jis ko hell kehte hain. yeh test kya hai?</w:t>
      </w:r>
    </w:p>
    <w:p>
      <w:pPr>
        <w:jc w:val="right"/>
      </w:pPr>
      <w:r>
        <w:t>اور جو اس میں فیل ہو جائیں، ان کے لیے پنشمنٹ ہے، جس کو ہیل کہتے ہیں۔ یہ ٹیسٹ کیا ہے؟</w:t>
      </w:r>
    </w:p>
    <w:p>
      <w:r>
        <w:rPr>
          <w:b/>
        </w:rPr>
        <w:t xml:space="preserve">[06:26] </w:t>
      </w:r>
      <w:r>
        <w:t>basically woh test yeh hai ke Khuda ne insaan ko freedom diya, freedom. total freedom.</w:t>
      </w:r>
    </w:p>
    <w:p>
      <w:pPr>
        <w:jc w:val="right"/>
      </w:pPr>
      <w:r>
        <w:t>بیسیکلی وہ ٹیسٹ یہ ہے کہ خدا نے انسان کو فریڈم دیا، فریڈم۔ ٹوٹل فریڈم۔</w:t>
      </w:r>
    </w:p>
    <w:p>
      <w:r>
        <w:rPr>
          <w:b/>
        </w:rPr>
        <w:t xml:space="preserve">[06:37] </w:t>
      </w:r>
      <w:r>
        <w:t>insaan is duniya mein poori tarah azaad hai. sochne ke liye, bolne ke liye, karne ke liye is par koi bhi rok nahi hai.</w:t>
      </w:r>
    </w:p>
    <w:p>
      <w:pPr>
        <w:jc w:val="right"/>
      </w:pPr>
      <w:r>
        <w:t>انسان اس دنیا میں پوری طرح آزاد ہے۔ سوچنے کے لیے، بولنے کے لیے، کرنے کے لیے اس پر کوئی بھی روک نہیں ہے۔</w:t>
      </w:r>
    </w:p>
    <w:p>
      <w:r>
        <w:rPr>
          <w:b/>
        </w:rPr>
        <w:t xml:space="preserve">[06:47] </w:t>
      </w:r>
      <w:r>
        <w:t>to yahi test hai. yaani hamein apni freedom ko misuse nahi karna hai balkeh is ka proper use karna hai.</w:t>
      </w:r>
    </w:p>
    <w:p>
      <w:pPr>
        <w:jc w:val="right"/>
      </w:pPr>
      <w:r>
        <w:t>تو یہی ٹیسٹ ہے۔ یعنی ہمیں اپنی فریڈم کو مس یوز نہیں کرنا ہے بلکہ اس کا پراپر یوز کرنا ہے۔</w:t>
      </w:r>
    </w:p>
    <w:p>
      <w:r>
        <w:rPr>
          <w:b/>
        </w:rPr>
        <w:t xml:space="preserve">[06:57] </w:t>
      </w:r>
      <w:r>
        <w:t>yahi test hai. apni freedom ko hum agar misuse karein, yaani Khuda ki guidance ko dhyan mein rakhe baghair khud hi khud jo chahein karein,</w:t>
      </w:r>
    </w:p>
    <w:p>
      <w:pPr>
        <w:jc w:val="right"/>
      </w:pPr>
      <w:r>
        <w:t>یہی ٹیسٹ ہے۔ اپنی فریڈم کو ہم اگر مس یوز کریں، یعنی خدا کی گائیڈنس کو دھیان میں رکھے بغیر خود ہی خود جو چاہیں کریں،</w:t>
      </w:r>
    </w:p>
    <w:p>
      <w:r>
        <w:rPr>
          <w:b/>
        </w:rPr>
        <w:t xml:space="preserve">[07:14] </w:t>
      </w:r>
      <w:r>
        <w:t>jaise Khuda ne kaha hai ke sach bolo to hum jhoot bol kar apna kaam banayein, Khuda ne kaha ke honesty se raho to hum dishonesty ke saath apna business chalayein, Khuda ne kaha hai ke doosron ke liye tum harmless ban kar raho to hum doosron ke liye harmful ban jayein,</w:t>
      </w:r>
    </w:p>
    <w:p>
      <w:pPr>
        <w:jc w:val="right"/>
      </w:pPr>
      <w:r>
        <w:t>جیسے خدا نے کہا ہے کہ سچ بولو تو ہم جھوٹ بول کر اپنا کام بنائیں، خدا نے کہا کہ اونیسٹی سے رہو تو ہم ڈس اونیسٹی کے ساتھ اپنا بزنس چلائیں، خدا نے کہا ہے کہ دوسروں کے لیے تم ہارملیس بن کر رہو تو ہم دوسروں کے لیے ہارم فل بن جائیں،</w:t>
      </w:r>
    </w:p>
    <w:p>
      <w:r>
        <w:rPr>
          <w:b/>
        </w:rPr>
        <w:t xml:space="preserve">[07:32] </w:t>
      </w:r>
      <w:r>
        <w:t>to saari jo cheezein Khuda ne batayi hain is ko dhyan mein rakh kar ke jo aadmi rahe to us ne goya apni freedom ko theek tor par use kiya.</w:t>
      </w:r>
    </w:p>
    <w:p>
      <w:pPr>
        <w:jc w:val="right"/>
      </w:pPr>
      <w:r>
        <w:t>تو ساری جو چیزیں خدا نے بتائی ہیں اس کو دھیان میں رکھ کر کے جو آدمی رہے تو اس نے گویا اپنی فریڈم کو ٹھیک طور پر یوز کیا۔</w:t>
      </w:r>
    </w:p>
    <w:p>
      <w:r>
        <w:rPr>
          <w:b/>
        </w:rPr>
        <w:t xml:space="preserve">[07:45] </w:t>
      </w:r>
      <w:r>
        <w:t>aur jo aisa na kare us ne apni freedom ko misuse kiya. to sara jo crucial test hai woh isi maamle mein hai ke apni freedom ko hum ne kaisa use kiya.</w:t>
      </w:r>
    </w:p>
    <w:p>
      <w:pPr>
        <w:jc w:val="right"/>
      </w:pPr>
      <w:r>
        <w:t>اور جو ایسا نہ کرے اس نے اپنی فریڈم کو مس یوز کیا۔ تو سارا جو کروشل ٹیسٹ ہے وہ اسی معاملے میں ہے کہ اپنی فریڈم کو ہم نے کیسا یوز کیا۔</w:t>
      </w:r>
    </w:p>
    <w:p>
      <w:r>
        <w:rPr>
          <w:b/>
        </w:rPr>
        <w:t xml:space="preserve">[07:59] </w:t>
      </w:r>
      <w:r>
        <w:t>isi par paradise hai, isi par hell hai.</w:t>
      </w:r>
    </w:p>
    <w:p>
      <w:pPr>
        <w:jc w:val="right"/>
      </w:pPr>
      <w:r>
        <w:t>اسی پر پیراڈائز ہے، اسی پر ہیل ہے۔</w:t>
      </w:r>
    </w:p>
    <w:p>
      <w:r>
        <w:rPr>
          <w:b/>
        </w:rPr>
        <w:t xml:space="preserve">[08:03] </w:t>
      </w:r>
      <w:r>
        <w:t>Quran mein bataya gaya hai ke paradise ke bare mein ke dhalik jaza man tudqq. yaani paradise hai purified soul ke liye.</w:t>
      </w:r>
    </w:p>
    <w:p>
      <w:pPr>
        <w:jc w:val="right"/>
      </w:pPr>
      <w:r>
        <w:t>قرآن میں بتایا گیا ہے کہ پیراڈائز کے بارے میں کہ ذالک جزا من تدق۔ یعنی پیراڈائز ہے پیوریفائیڈ سول کے لیے۔</w:t>
      </w:r>
    </w:p>
    <w:p>
      <w:r>
        <w:rPr>
          <w:b/>
        </w:rPr>
        <w:t xml:space="preserve">[08:17] </w:t>
      </w:r>
      <w:r>
        <w:t>purified soul kaun hai? woh</w:t>
      </w:r>
    </w:p>
    <w:p>
      <w:pPr>
        <w:jc w:val="right"/>
      </w:pPr>
      <w:r>
        <w:t>پیوریفائیڈ سول کون ہے؟ وہ</w:t>
      </w:r>
    </w:p>
    <w:p>
      <w:r>
        <w:rPr>
          <w:b/>
        </w:rPr>
        <w:t xml:space="preserve">[08:20] </w:t>
      </w:r>
      <w:r>
        <w:t>hai ke duniya mein chuki yeh test ke liye hai to it is but natural ke yahan har waqt aap ko tarah tarah ke provocation hote hain, tarah ke embarrassing situation hoti hai.</w:t>
      </w:r>
    </w:p>
    <w:p>
      <w:pPr>
        <w:jc w:val="right"/>
      </w:pPr>
      <w:r>
        <w:t>ہے کہ دنیا میں چونکہ یہ ٹیسٹ کے لیے ہے تو اٹ از بٹ نیچرل کہ یہاں ہر وقت آپ کو طرح طرح کے پرووکیشن ہوتے ہیں، طرح کے ایمپریزن سچویشن ہوتی ہے۔</w:t>
      </w:r>
    </w:p>
    <w:p>
      <w:r>
        <w:rPr>
          <w:b/>
        </w:rPr>
        <w:t xml:space="preserve">[08:33] </w:t>
      </w:r>
      <w:r>
        <w:t>to bar bar aisa hota hai ke aap kisi galat raaste par chal jayein. maslan aap ghusse mein aa kar kisi se revenge lene lagein, provoke aap par provoke ho kar aap us ko us ko murder karne ka mansooba banayein.</w:t>
      </w:r>
    </w:p>
    <w:p>
      <w:pPr>
        <w:jc w:val="right"/>
      </w:pPr>
      <w:r>
        <w:t>تو بار بار ایسا ہوتا ہے کہ آپ کسی غلط راستے پر چل جائیں۔ مثلاً آپ غصے میں آ کر کسی سے ریونج لینے لگیں، پرووک کر آپ پر پرووک ہو کر آپ اس کو اس کو مارڈر کرنے کا منصوبہ بنائیں۔</w:t>
      </w:r>
    </w:p>
    <w:p>
      <w:r>
        <w:rPr>
          <w:b/>
        </w:rPr>
        <w:t xml:space="preserve">[08:51] </w:t>
      </w:r>
      <w:r>
        <w:t>to yeh saare jo provocations hain in sab ke beech mein aap ko apne aap ko is tarah rakhna hai ke aap is limit ko cross na karein jo Khuda ne qaim kar diya</w:t>
      </w:r>
    </w:p>
    <w:p>
      <w:pPr>
        <w:jc w:val="right"/>
      </w:pPr>
      <w:r>
        <w:t>تو یہ سارے جو پرووکیشنز ہیں ان سب کے بیچ میں آپ کو اپنے آپ کو اس طرح رکھنا ہے کہ آپ اس لمٹ کو کراس نہ کریں جو خدا نے قائم کر دیا</w:t>
      </w:r>
    </w:p>
    <w:p>
      <w:r>
        <w:rPr>
          <w:b/>
        </w:rPr>
        <w:t xml:space="preserve">[09:05] </w:t>
      </w:r>
      <w:r>
        <w:t>hai. dekhein Quran ki jo basic ideology hai woh base karti hai tauheed par. tauheed ka matlab hai oneness of God.</w:t>
      </w:r>
    </w:p>
    <w:p>
      <w:pPr>
        <w:jc w:val="right"/>
      </w:pPr>
      <w:r>
        <w:t>ہے۔ دیکھیں قرآن کی جو بیسک آئیڈالوجی ہے وہ بیس کرتی ہے توحید پر۔ توحید کا مطلب ہے وننس آف گاڈ۔</w:t>
      </w:r>
    </w:p>
    <w:p>
      <w:r>
        <w:rPr>
          <w:b/>
        </w:rPr>
        <w:t xml:space="preserve">[09:15] </w:t>
      </w:r>
      <w:r>
        <w:t>Khuda ko ek manna. yahi basic ideology hai.</w:t>
      </w:r>
    </w:p>
    <w:p>
      <w:pPr>
        <w:jc w:val="right"/>
      </w:pPr>
      <w:r>
        <w:t>خدا کو ایک ماننا۔ یہی بیسک آئیڈالوجی ہے۔</w:t>
      </w:r>
    </w:p>
    <w:p>
      <w:r>
        <w:rPr>
          <w:b/>
        </w:rPr>
        <w:t xml:space="preserve">[09:19] </w:t>
      </w:r>
      <w:r>
        <w:t>Khuda ko ek manne ka matlab yeh nahi hai ke jaise yeh glass hai woh ek ek hai, aise Khuda bhi ek hai ginti mein. aisa nahi hai. oneness of God ka matlab hai ke God hi ko aap creator maanein,</w:t>
      </w:r>
    </w:p>
    <w:p>
      <w:pPr>
        <w:jc w:val="right"/>
      </w:pPr>
      <w:r>
        <w:t>خدا کو ایک ماننے کا مطلب یہ نہیں ہے کہ جیسے یہ گلاس ہے وہ ایک ایک ہے، ایسے خدا بھی ایک ہے گنتی میں۔ ایسا نہیں ہے۔ وننس آف گاڈ کا مطلب ہے کہ گاڈ ہی کو آپ کریٹر مانیں،</w:t>
      </w:r>
    </w:p>
    <w:p>
      <w:r>
        <w:rPr>
          <w:b/>
        </w:rPr>
        <w:t xml:space="preserve">[09:36] </w:t>
      </w:r>
      <w:r>
        <w:t>God ko aap all powerful maanein, God ko everything samjhein. aap ko yeh maanein ke jo kuch mila hai Khuda ki taraf se mila hai, woh chheen le to hamein koi dene wala nahi.</w:t>
      </w:r>
    </w:p>
    <w:p>
      <w:pPr>
        <w:jc w:val="right"/>
      </w:pPr>
      <w:r>
        <w:t>گاڈ کو آپ آل پاورفل مانیں، گاڈ کو ایوری تھنگ سمجھیں۔ آپ کو یہ مانیں کہ جو کچھ ملا ہے خدا کی طرف سے ملا ہے، وہ چھین لے تو ہمیں کوئی دینے والا نہیں۔</w:t>
      </w:r>
    </w:p>
    <w:p>
      <w:r>
        <w:rPr>
          <w:b/>
        </w:rPr>
        <w:t xml:space="preserve">[09:50] </w:t>
      </w:r>
      <w:r>
        <w:t>maslan dekhein is duniya mein hum aap hamein</w:t>
      </w:r>
    </w:p>
    <w:p>
      <w:pPr>
        <w:jc w:val="right"/>
      </w:pPr>
      <w:r>
        <w:t>مثلاً دیکھیں اس دنیا میں ہم آپ ہمیں</w:t>
      </w:r>
    </w:p>
    <w:p>
      <w:r>
        <w:rPr>
          <w:b/>
        </w:rPr>
        <w:t xml:space="preserve">[09:53] </w:t>
      </w:r>
      <w:r>
        <w:t>to paida hote hi kya hota hai? hum ko ek zameen mil jati hai jis ke upar chalein phirien hum, jis mein bohat hi theek theek balance way mein gravitation hai.</w:t>
      </w:r>
    </w:p>
    <w:p>
      <w:pPr>
        <w:jc w:val="right"/>
      </w:pPr>
      <w:r>
        <w:t>تو پیدا ہوتے ہی کیا ہوتا ہے؟ ہم کو ایک زمین مل جاتی ہے جس کے اوپر چلے پھریں ہم، جس میں بہت ہی ٹھیک ٹھیک بیلنس وے میں گریویٹیشن ہے۔</w:t>
      </w:r>
    </w:p>
    <w:p>
      <w:r>
        <w:rPr>
          <w:b/>
        </w:rPr>
        <w:t xml:space="preserve">[10:05] </w:t>
      </w:r>
      <w:r>
        <w:t>gravitation agar zameen mein zyada ho tab bhi hum nahi kaam kar sakte apna, kam ho tab bhi nahi kar sakte.</w:t>
      </w:r>
    </w:p>
    <w:p>
      <w:pPr>
        <w:jc w:val="right"/>
      </w:pPr>
      <w:r>
        <w:t>گریویٹیشن اگر زمین میں زیادہ ہو تب بھی ہم نہیں کام کر سکتے اپنا، کم ہو تب بھی نہیں کر سکتے۔</w:t>
      </w:r>
    </w:p>
    <w:p>
      <w:r>
        <w:rPr>
          <w:b/>
        </w:rPr>
        <w:t xml:space="preserve">[10:11] </w:t>
      </w:r>
      <w:r>
        <w:t>to kitna zyada balance way mein yahan par gravitation hai. phir aap dekhein yahan par oxygen maujood hai, barabar hamein oxygen supply ho rahi hai.</w:t>
      </w:r>
    </w:p>
    <w:p>
      <w:pPr>
        <w:jc w:val="right"/>
      </w:pPr>
      <w:r>
        <w:t>تو کتنا زیادہ بیلنس وے میں یہاں پر گریویٹیشن ہے۔ پھر آپ دیکھیں یہاں پر آکسیجن موجود ہے، برابر ہمیں آکسیجن سپلائی ہو رہی ہے۔</w:t>
      </w:r>
    </w:p>
    <w:p>
      <w:r>
        <w:rPr>
          <w:b/>
        </w:rPr>
        <w:t xml:space="preserve">[10:23] </w:t>
      </w:r>
      <w:r>
        <w:t>sunlight hai, agar suraj ki roshni na ho to aankh rakhte hue bhi aap kuch nahi dekhenge.</w:t>
      </w:r>
    </w:p>
    <w:p>
      <w:pPr>
        <w:jc w:val="right"/>
      </w:pPr>
      <w:r>
        <w:t>سن لائٹ ہے، اگر سورج کی روشنی نہ ہو تو آنکھ رکھتے ہوئے بھی آپ کچھ نہیں دیکھیں گے۔</w:t>
      </w:r>
    </w:p>
    <w:p>
      <w:r>
        <w:rPr>
          <w:b/>
        </w:rPr>
        <w:t xml:space="preserve">[10:29] </w:t>
      </w:r>
      <w:r>
        <w:t>pichli video mein nahi dikhai dega ke aankh ko dekhne ke liye light chahiye. aap yahan food hai, yahan soil hai, yahan pani hai. ab dekhein yeh pani jo hai kitna zyada precious cheez hai.</w:t>
      </w:r>
    </w:p>
    <w:p>
      <w:pPr>
        <w:jc w:val="right"/>
      </w:pPr>
      <w:r>
        <w:t>پچھلی ویڈیو میں نہیں دکھائی دے گا کہ آنکھ کو دیکھنے کے لیے لائٹ چاہیے۔ آپ یہاں فوڈ ہے، یہاں سوائل ہے، یہاں پانی ہے۔ اب دیکھیں یہ پانی جو ہے کتنا زیادہ پریشیس چیز ہے۔</w:t>
      </w:r>
    </w:p>
    <w:p>
      <w:r>
        <w:rPr>
          <w:b/>
        </w:rPr>
        <w:t xml:space="preserve">[10:42] </w:t>
      </w:r>
      <w:r>
        <w:t>pani kaise banta hai? aap jante hain ke do gases ke milne se pani ban gaya.</w:t>
      </w:r>
    </w:p>
    <w:p>
      <w:pPr>
        <w:jc w:val="right"/>
      </w:pPr>
      <w:r>
        <w:t>پانی کیسے بنتا ہے؟ آپ جانتے ہیں کہ دو گیسز کے ملنے سے پانی بن گیا۔</w:t>
      </w:r>
    </w:p>
    <w:p>
      <w:r>
        <w:rPr>
          <w:b/>
        </w:rPr>
        <w:t xml:space="preserve">[10:49] </w:t>
      </w:r>
      <w:r>
        <w:t>to kaisa miracle hai ke do cheezein alag alag gas hain aur mil gayeen to woh ek pani jaisi cheez ban gayi jis mein beshumar faiday hain.</w:t>
      </w:r>
    </w:p>
    <w:p>
      <w:pPr>
        <w:jc w:val="right"/>
      </w:pPr>
      <w:r>
        <w:t>تو کیسا میریکل ہے کہ دو چیزیں الگ الگ گیس ہیں اور مل گئیں تو وہ ایک پانی جیسی چیز بن گئی جس میں بے شمار فائدے ہیں۔</w:t>
      </w:r>
    </w:p>
    <w:p>
      <w:r>
        <w:rPr>
          <w:b/>
        </w:rPr>
        <w:t xml:space="preserve">[11:01] </w:t>
      </w:r>
      <w:r>
        <w:t>aaj mere haath mein gond lag gayi, ab is ko mujhe saaf karna tha.</w:t>
      </w:r>
    </w:p>
    <w:p>
      <w:pPr>
        <w:jc w:val="right"/>
      </w:pPr>
      <w:r>
        <w:t>آج میرے ہاتھ میں گوند لگ گئی، اب اس کو مجھے صاف کرنا تھا۔</w:t>
      </w:r>
    </w:p>
    <w:p>
      <w:r>
        <w:rPr>
          <w:b/>
        </w:rPr>
        <w:t xml:space="preserve">[11:06] </w:t>
      </w:r>
      <w:r>
        <w:t>to maine paper se poocha to saaf nahi hua. woh is jagah mere paas gold ho, silver ho ya note ho, dollar ho to us se saaf karoon to saaf nahi hua.</w:t>
      </w:r>
    </w:p>
    <w:p>
      <w:pPr>
        <w:jc w:val="right"/>
      </w:pPr>
      <w:r>
        <w:t>تو میں نے پیپر سے پوچھا تو صاف نہیں ہوا۔ وہ اس جگہ میرے پاس گولڈ ہو، سلور ہو یا نوٹ ہو، ڈالر ہو تو اس سے صاف کروں تو صاف نہیں ہوا۔</w:t>
      </w:r>
    </w:p>
    <w:p>
      <w:r>
        <w:rPr>
          <w:b/>
        </w:rPr>
        <w:t xml:space="preserve">[11:17] </w:t>
      </w:r>
      <w:r>
        <w:t>aur jab main pani mein gaya, wash basin mein to ek second mein saaf ho gaya.</w:t>
      </w:r>
    </w:p>
    <w:p>
      <w:pPr>
        <w:jc w:val="right"/>
      </w:pPr>
      <w:r>
        <w:t>اور جب میں پانی میں گیا، واش بیسن میں تو ایک سیکنڈ میں صاف ہو گیا۔</w:t>
      </w:r>
    </w:p>
    <w:p>
      <w:r>
        <w:rPr>
          <w:b/>
        </w:rPr>
        <w:t xml:space="preserve">[11:24] </w:t>
      </w:r>
      <w:r>
        <w:t>to hazaron nahi, lakhon nahi, karoron kaam aise hain jo pani se hote hain hamare. to ab hamein sochna chahiye ke mujh ko kis ne paida kiya, yeh sara life support system kis ne duniya mein rakha.</w:t>
      </w:r>
    </w:p>
    <w:p>
      <w:pPr>
        <w:jc w:val="right"/>
      </w:pPr>
      <w:r>
        <w:t>تو ہزاروں نہیں، لاکھوں نہیں، کروڑوں کام ایسے ہیں جو پانی سے ہوتے ہیں ہمارے۔ تو اب ہمیں سوچنا چاہیے کہ مجھ کو کس نے پیدا کیا، یہ سارا لائف سپورٹ سسٹم کس نے دنیا میں رکھا۔</w:t>
      </w:r>
    </w:p>
    <w:p>
      <w:r>
        <w:rPr>
          <w:b/>
        </w:rPr>
        <w:t xml:space="preserve">[11:36] </w:t>
      </w:r>
      <w:r>
        <w:t>agar hum na sochen to hum animal hain, hum blind hain. yahi hai insaan ka test. khuda ne aankh kis liye di?</w:t>
      </w:r>
    </w:p>
    <w:p>
      <w:pPr>
        <w:jc w:val="right"/>
      </w:pPr>
      <w:r>
        <w:t>اگر ہم نہ سوچیں تو ہم اینیمل ہیں، ہم بلائنڈ ہیں۔ یہی ہے انسان کا ٹیسٹ۔ خدا نے آنکھ کس لیے دی؟</w:t>
      </w:r>
    </w:p>
    <w:p>
      <w:r>
        <w:rPr>
          <w:b/>
        </w:rPr>
        <w:t xml:space="preserve">[11:47] </w:t>
      </w:r>
      <w:r>
        <w:t>taake aap khuda ke creation mein dhyan lagayein, dekhein us ko. yeh mind itna kyun diya? taake aap sochen aur soch kar ke baaton ko jaanein.</w:t>
      </w:r>
    </w:p>
    <w:p>
      <w:pPr>
        <w:jc w:val="right"/>
      </w:pPr>
      <w:r>
        <w:t>تاکہ آپ خدا کے کریشن میں دھیان لگائیں، دیکھیں اس کو۔ یہ مائنڈ اتنا کیوں دیا؟ تاکہ آپ سوچیں اور سوچ کر کے باتوں کو جانیں۔</w:t>
      </w:r>
    </w:p>
    <w:p>
      <w:r>
        <w:rPr>
          <w:b/>
        </w:rPr>
        <w:t xml:space="preserve">[12:00] </w:t>
      </w:r>
      <w:r>
        <w:t>to yeh sara jo aap ko itna well equipped paida kiya hai khuda ne, aur phir life support system aap jaane se pehle aap rakh diya. to hamein sochna chahiye ke kis ne diya?</w:t>
      </w:r>
    </w:p>
    <w:p>
      <w:pPr>
        <w:jc w:val="right"/>
      </w:pPr>
      <w:r>
        <w:t>تو یہ سارا جو آپ کو اتنا ویل ایکوپڈ پیدا کیا ہے خدا نے، اور پھر لائف سپورٹ سسٹم آپ جانے سے پہلے آپ رکھ دیا۔ تو ہمیں سوچنا چاہیے کہ کس نے دیا؟</w:t>
      </w:r>
    </w:p>
    <w:p>
      <w:r>
        <w:rPr>
          <w:b/>
        </w:rPr>
        <w:t xml:space="preserve">[12:12] </w:t>
      </w:r>
      <w:r>
        <w:t>ek sahab mujh se mile, kaha ke main to khuda ko nahi manta. main samajhta hoon khuda koi cheez nahi hai. magar theek hai, aap khuda ko na maanein, lekin khuda ki cheezon ko aap ko istemal karne ka right bhi nahi hai.</w:t>
      </w:r>
    </w:p>
    <w:p>
      <w:pPr>
        <w:jc w:val="right"/>
      </w:pPr>
      <w:r>
        <w:t>ایک صاحب مجھ سے ملے، کہا کہ میں تو خدا کو نہیں مانتا۔ میں سمجھتا ہوں خدا کوئی چیز نہیں ہے۔ مگر ٹھیک ہے، آپ خدا کو نہ مانیں، لیکن خدا کی چیزوں کو آپ کو استعمال کرنے کا رائٹ بھی نہیں ہے۔</w:t>
      </w:r>
    </w:p>
    <w:p>
      <w:r>
        <w:rPr>
          <w:b/>
        </w:rPr>
        <w:t xml:space="preserve">[12:27] </w:t>
      </w:r>
      <w:r>
        <w:t>khuda ki zameen pe kyun chalte hain aap? khuda ki oxygen kyun saans lete hain aap? khuda ke suraj mein kyun aap apni aankh se dekhte hain cheezon ko?</w:t>
      </w:r>
    </w:p>
    <w:p>
      <w:pPr>
        <w:jc w:val="right"/>
      </w:pPr>
      <w:r>
        <w:t>خدا کے زمین پہ کیوں چلتے ہیں آپ؟ خدا کی آکسیجن کیوں سانس لیتے ہیں آپ؟ خدا کے سورج میں کیوں آپ اپنی آنکھ سے دیکھتے ہیں چیزوں کو؟</w:t>
      </w:r>
    </w:p>
    <w:p>
      <w:r>
        <w:rPr>
          <w:b/>
        </w:rPr>
        <w:t xml:space="preserve">[12:38] </w:t>
      </w:r>
      <w:r>
        <w:t>khuda ke jo food paida karta hai, us ko kyun khate hain aap? to khuda ko na manne ka right aap ko hai.</w:t>
      </w:r>
    </w:p>
    <w:p>
      <w:pPr>
        <w:jc w:val="right"/>
      </w:pPr>
      <w:r>
        <w:t>خدا کے جو فوڈ پیدا کرتا ہے، اس کو کیوں کھاتے ہیں آپ؟ تو خدا کو نہ ماننے کا رائٹ آپ کو ہے۔</w:t>
      </w:r>
    </w:p>
    <w:p>
      <w:r>
        <w:rPr>
          <w:b/>
        </w:rPr>
        <w:t xml:space="preserve">[12:49] </w:t>
      </w:r>
      <w:r>
        <w:t>yeh right nahi hai ke khuda ko na man kar bhi khuda ki zameen ko, khuda ki cheezon ko aap istemal karte rahein.</w:t>
      </w:r>
    </w:p>
    <w:p>
      <w:pPr>
        <w:jc w:val="right"/>
      </w:pPr>
      <w:r>
        <w:t>یہ رائٹ نہیں ہے کہ خدا کو نہ مان کر بھی خدا کی زمین کو، خدا کی چیزوں کو آپ استعمال کرتے رہیں۔</w:t>
      </w:r>
    </w:p>
    <w:p>
      <w:r>
        <w:rPr>
          <w:b/>
        </w:rPr>
        <w:t xml:space="preserve">[12:56] </w:t>
      </w:r>
      <w:r>
        <w:t>to khade ho gaye woh, unhone kaha ke aaj tak maine is tarah socha nahi tha, aur aaj se main manta hoon ke khuda hai.</w:t>
      </w:r>
    </w:p>
    <w:p>
      <w:pPr>
        <w:jc w:val="right"/>
      </w:pPr>
      <w:r>
        <w:t>تو کھڑے ہو گئے وہ، انہوں نے کہا کہ آج تک میں نے اس طرح سوچا نہیں تھا، اور آج سے میں مانتا ہوں کہ خدا ہے۔</w:t>
      </w:r>
    </w:p>
    <w:p>
      <w:r>
        <w:rPr>
          <w:b/>
        </w:rPr>
        <w:t xml:space="preserve">[13:03] </w:t>
      </w:r>
      <w:r>
        <w:t>to yeh mind jo hai, sochne ke liye hai. sochne ke liye. agar aap sochen, tab hi aap baaton ko samjhenge. main yeh kahunga ke tauheed jo hai, yun to aap jante hain ke tauheed ka matlab hai ke la ilaha illallah kehna.</w:t>
      </w:r>
    </w:p>
    <w:p>
      <w:pPr>
        <w:jc w:val="right"/>
      </w:pPr>
      <w:r>
        <w:t>تو یہ مائنڈ جو ہے، سوچنے کے لیے ہے۔ سوچنے کے لیے۔ اگر آپ سوچیں، تب ہی آپ باتوں کو سمجھیں گے۔ میں یہ کہوں گا کہ توحید جو ہے، یوں تو آپ جانتے ہیں کہ توحید کا مطلب ہے کہ لا الہ الا اللہ کہنا۔</w:t>
      </w:r>
    </w:p>
    <w:p>
      <w:r>
        <w:rPr>
          <w:b/>
        </w:rPr>
        <w:t xml:space="preserve">[13:19] </w:t>
      </w:r>
      <w:r>
        <w:t>hadees mein aata hai ke man qala la ilaha illallah dakhala al jannah. jo aadmi kahe ke la ilaha illallah, woh jannat mein jayega.</w:t>
      </w:r>
    </w:p>
    <w:p>
      <w:pPr>
        <w:jc w:val="right"/>
      </w:pPr>
      <w:r>
        <w:t>حدیث میں آتا ہے کہ من قال لا الہ الا اللہ دخل الجنہ۔ جو آدمی کہے کہ لا الہ الا اللہ، وہ جنت میں جائے گا۔</w:t>
      </w:r>
    </w:p>
    <w:p>
      <w:r>
        <w:rPr>
          <w:b/>
        </w:rPr>
        <w:t xml:space="preserve">[13:32] </w:t>
      </w:r>
      <w:r>
        <w:t>to log samajhte hain ke bas ek simply recitation jo hai, usi ka naam kehna hai. nahi, yeh galat baat hai.</w:t>
      </w:r>
    </w:p>
    <w:p>
      <w:pPr>
        <w:jc w:val="right"/>
      </w:pPr>
      <w:r>
        <w:t>تو لوگ سمجھتے ہیں کہ بس ایک سمپلی ریزیکیشن جو ہے، اسی کا نام کہنا ہے۔ نہیں، یہ غلط بات ہے۔</w:t>
      </w:r>
    </w:p>
    <w:p>
      <w:r>
        <w:rPr>
          <w:b/>
        </w:rPr>
        <w:t xml:space="preserve">[13:42] </w:t>
      </w:r>
      <w:r>
        <w:t>la ilaha illallah jo hai, ek discovery ka bol hai. ek cheez aap ko discover hoti hai, khuda ka existence, khuda ka presence.</w:t>
      </w:r>
    </w:p>
    <w:p>
      <w:pPr>
        <w:jc w:val="right"/>
      </w:pPr>
      <w:r>
        <w:t>لا الہ الا اللہ جو ہے، ایک ڈسکوری کا بول ہے۔ ایک چیز آپ کو ڈسکور ہوتی ہے، خدا کا ایگزسٹنس، خدا کا پریزنس۔</w:t>
      </w:r>
    </w:p>
    <w:p>
      <w:r>
        <w:rPr>
          <w:b/>
        </w:rPr>
        <w:t xml:space="preserve">[13:51] </w:t>
      </w:r>
      <w:r>
        <w:t>ke aap bol padhte hain ke la ilaha illallah. there is no god but one god.</w:t>
      </w:r>
    </w:p>
    <w:p>
      <w:pPr>
        <w:jc w:val="right"/>
      </w:pPr>
      <w:r>
        <w:t>کہ آپ بول پڑھتے ہیں کہ لا الہ الا اللہ۔ دیر از نو گاڈ بٹ ون گاڈ۔</w:t>
      </w:r>
    </w:p>
    <w:p>
      <w:r>
        <w:rPr>
          <w:b/>
        </w:rPr>
        <w:t xml:space="preserve">[13:56] </w:t>
      </w:r>
      <w:r>
        <w:t>main aap ko misaal doonga ke aap jante hain ke Christ se, Eid Christ se koi teen sau saal pehle, Greek mein, Greece mein ek scientist paida hua, uska naam tha Archimedes.</w:t>
      </w:r>
    </w:p>
    <w:p>
      <w:pPr>
        <w:jc w:val="right"/>
      </w:pPr>
      <w:r>
        <w:t>میں آپ کو مثال دوں گا کہ آپ جانتے ہیں کہ کرائسٹ سے، عید کرائسٹ سے کوئی تین سو سال پہلے، گریک میں، گریس میں ایک سائنٹسٹ پیدا ہوا، اس کا نام تھا آرکیبیڈیز۔</w:t>
      </w:r>
    </w:p>
    <w:p>
      <w:r>
        <w:rPr>
          <w:b/>
        </w:rPr>
        <w:t xml:space="preserve">[14:14] </w:t>
      </w:r>
      <w:r>
        <w:t>us ko badshah ne ek challenge diya ke tum mujhe batao ke boat jo hai, pani mein kyun chalti hai? agar hum zameen, agar hum pani mein ek lohe ka tukda daal dein to woh doob jata hai,</w:t>
      </w:r>
    </w:p>
    <w:p>
      <w:pPr>
        <w:jc w:val="right"/>
      </w:pPr>
      <w:r>
        <w:t>اس کو بادشاہ نے ایک چیلنج دیا کہ تم مجھے بتاؤ کہ بوٹ جو ہے، پانی میں کیوں چلتی ہے؟ اگر ہم زمین، اگر ہم پانی میں ایک لوہے کا ٹکڑا ڈال دیں تو وہ ڈوب جاتا ہے،</w:t>
      </w:r>
    </w:p>
    <w:p>
      <w:r>
        <w:rPr>
          <w:b/>
        </w:rPr>
        <w:t xml:space="preserve">[14:27] </w:t>
      </w:r>
      <w:r>
        <w:t>aur boat jo hai, woh chal rahi hai, tair rahi hai. batao, uska kya law hai, kya science hai? to yeh pehla aadmi us ko discover kiya, us science ko.</w:t>
      </w:r>
    </w:p>
    <w:p>
      <w:pPr>
        <w:jc w:val="right"/>
      </w:pPr>
      <w:r>
        <w:t>اور بوٹ جو ہے، وہ چل رہی ہے، تیر رہی ہے۔ بتاؤ، اس کا کیا لاء ہے، کیا سائنس ہے؟ تو یہ پہلا آدمی اس کو ڈسکور کیا، اس سائنس کو۔</w:t>
      </w:r>
    </w:p>
    <w:p>
      <w:r>
        <w:rPr>
          <w:b/>
        </w:rPr>
        <w:t xml:space="preserve">[14:38] </w:t>
      </w:r>
      <w:r>
        <w:t>to kya hua? jab jab king ne us ko challenge diya tha, tab us ko pata nahi tha. to woh ek din apne tub mein naha raha tha.</w:t>
      </w:r>
    </w:p>
    <w:p>
      <w:pPr>
        <w:jc w:val="right"/>
      </w:pPr>
      <w:r>
        <w:t>تو کیا ہوا؟ جب جب کنگ نے اس کو چیلنج دیا تھا، تب اس کو پتہ نہیں تھا۔ تو وہ ایک دن اپنے ٹب میں نہا رہا تھا۔</w:t>
      </w:r>
    </w:p>
    <w:p>
      <w:r>
        <w:rPr>
          <w:b/>
        </w:rPr>
        <w:t xml:space="preserve">[14:49] </w:t>
      </w:r>
      <w:r>
        <w:t>achanak kuch der ke liye uska body, use float karne laga. us waqt discover kiya us ne ke kya mamla hai? use kehte hain hydrostatics.</w:t>
      </w:r>
    </w:p>
    <w:p>
      <w:pPr>
        <w:jc w:val="right"/>
      </w:pPr>
      <w:r>
        <w:t>اچانک کچھ دیر کے لیے اس کا باڈی، اسے فلوٹ کرنے لگا۔ اس وقت ڈسکور کیا اس نے کہ کیا معاملہ ہے؟ اسے کہتے ہیں ہائیڈرو اسٹیٹکس۔</w:t>
      </w:r>
    </w:p>
    <w:p>
      <w:r>
        <w:rPr>
          <w:b/>
        </w:rPr>
        <w:t xml:space="preserve">[15:00] </w:t>
      </w:r>
      <w:r>
        <w:t>ab bohat hi well known science hai, hydrostatics. use discover kiya ke pani mein jitna jab hum dalte hain ek ek naav jaisi ek cheez ko, to jitni jagah, jitni pani ko displace karti hai, woh usi ke equal upper pressure paida hota hai.</w:t>
      </w:r>
    </w:p>
    <w:p>
      <w:pPr>
        <w:jc w:val="right"/>
      </w:pPr>
      <w:r>
        <w:t>اب بہت ہی ویل نون سائنس ہے، ہائیڈرو اسٹیٹکس۔ اسے ڈسکور کیا کہ پانی میں جتنا جب ہم ڈالتے ہیں ایک ایک ناو جیسی ایک چیز کو، تو جتنی جگہ، جتنی پانی کو ڈسپلیس کرتی ہے، وہ اسی کے ایکول اپر پریشر پیدا ہوتا ہے۔</w:t>
      </w:r>
    </w:p>
    <w:p>
      <w:r>
        <w:rPr>
          <w:b/>
        </w:rPr>
        <w:t xml:space="preserve">[15:23] </w:t>
      </w:r>
      <w:r>
        <w:t>to upper pressure par naav chalne lagti hai. yeh hai hydrostatics</w:t>
      </w:r>
    </w:p>
    <w:p>
      <w:pPr>
        <w:jc w:val="right"/>
      </w:pPr>
      <w:r>
        <w:t>تو اپر پریشر پر ناو چلنے لگتی ہے۔ یہ ہے ہائیڈرو اسٹیٹکس</w:t>
      </w:r>
    </w:p>
    <w:p>
      <w:r>
        <w:rPr>
          <w:b/>
        </w:rPr>
        <w:t xml:space="preserve">[15:28] </w:t>
      </w:r>
      <w:r>
        <w:t>to is ke jab yeh discovery hui to kya hua? woh nikla tub se aur bhaga, yeh kehte hue, "eureka, eureka, maine pa liya, maine pa liya." yeh hai la ilaha illallah.</w:t>
      </w:r>
    </w:p>
    <w:p>
      <w:pPr>
        <w:jc w:val="right"/>
      </w:pPr>
      <w:r>
        <w:t>۔ تو اس کے جب یہ ڈسکوری ہوئی تو کیا ہوا؟ وہ نکلا ٹب سے اور بھاگا، یہ کہتے ہوئے، "یوریکا، یوریکا، میں نے پا لیا، میں نے پا لیا۔" یہ ہے لا الہ الا اللہ۔</w:t>
      </w:r>
    </w:p>
    <w:p>
      <w:r>
        <w:rPr>
          <w:b/>
        </w:rPr>
        <w:t xml:space="preserve">[15:43] </w:t>
      </w:r>
      <w:r>
        <w:t>ke jab aap apne bare mein sochen ke kaise ban gaya ek bolta hua insan, ek dekhta hua insan, ek chalta hua insan, kaise ban gaya?</w:t>
      </w:r>
    </w:p>
    <w:p>
      <w:pPr>
        <w:jc w:val="right"/>
      </w:pPr>
      <w:r>
        <w:t>کہ جب آپ اپنے بارے میں سوچیں کہ کیسے بن گیا ایک بولتا ہوا انسان، ایک دیکھتا ہوا انسان، ایک چلتا ہوا انسان، کیسے بن گیا؟</w:t>
      </w:r>
    </w:p>
    <w:p>
      <w:r>
        <w:rPr>
          <w:b/>
        </w:rPr>
        <w:t xml:space="preserve">[15:52] </w:t>
      </w:r>
      <w:r>
        <w:t>mere baap ke andar yeh taqat nahi thi, meri maa ke andar yeh taqat nahi thi, khud mere andar yeh taqat nahi thi. kaise woh ban gaya?</w:t>
      </w:r>
    </w:p>
    <w:p>
      <w:pPr>
        <w:jc w:val="right"/>
      </w:pPr>
      <w:r>
        <w:t>میرے باپ کے اندر یہ طاقت نہیں تھی، میری ماں کے اندر یہ طاقت نہیں تھی، خود میرے اندر یہ طاقت نہیں تھی۔ کیسے وہ بن گیا؟</w:t>
      </w:r>
    </w:p>
    <w:p>
      <w:r>
        <w:rPr>
          <w:b/>
        </w:rPr>
        <w:t xml:space="preserve">[16:02] </w:t>
      </w:r>
      <w:r>
        <w:t>phir aap sochte hain ke yeh zameen kaise ban gayi, jo pure universe mein ek exception hai. aap jante hain ke pure universe mein ya to aag hai ya pathar hai, aur kuch nahi hai.</w:t>
      </w:r>
    </w:p>
    <w:p>
      <w:pPr>
        <w:jc w:val="right"/>
      </w:pPr>
      <w:r>
        <w:t>پھر آپ سوچتے ہیں کہ یہ زمین کیسے بن گئی، جو پورے یونیورس میں ایک ایکسیپشن ہے۔ آپ جانتے ہیں کہ پورے یونیورس میں یا تو آگ ہے یا پتھر ہے، اور کچھ نہیں ہے۔</w:t>
      </w:r>
    </w:p>
    <w:p>
      <w:r>
        <w:rPr>
          <w:b/>
        </w:rPr>
        <w:t xml:space="preserve">[16:16] </w:t>
      </w:r>
      <w:r>
        <w:t>ya aag hai ya pathar. zameen jaisa koi planet pure universe mein maujood nahi hai. halanke planet bohat hi bari hai, universe bohat bari hai, bohat bari hai, bohat bari hai.</w:t>
      </w:r>
    </w:p>
    <w:p>
      <w:pPr>
        <w:jc w:val="right"/>
      </w:pPr>
      <w:r>
        <w:t>یا آگ ہے یا پتھر۔ زمین جیسا کوئی پلینٹ پورے یونیورس میں موجود نہیں ہے۔ حالانکہ پلینٹ بہت ہی بڑی ہے، یونیورس بہت بڑی ہے، بہت بڑی ہے، بہت بڑی ہے۔</w:t>
      </w:r>
    </w:p>
    <w:p>
      <w:r>
        <w:rPr>
          <w:b/>
        </w:rPr>
        <w:t xml:space="preserve">[16:25] </w:t>
      </w:r>
      <w:r>
        <w:t>to itne bare universe mein ek aisa ek exception, unique exception kaise hai jahan main rahoon, jahan main saans loon, jahan main khaoon, jahan main civilization banaoon?</w:t>
      </w:r>
    </w:p>
    <w:p>
      <w:pPr>
        <w:jc w:val="right"/>
      </w:pPr>
      <w:r>
        <w:t>تو اتنے بڑے یونیورس میں ایک ایسا ایک ایکسیپشن، یونیک ایکسیپشن کیسے ہے جہاں میں رہوں، جہاں میں سانس لوں، جہاں میں کھاؤں، جہاں میں سویلائزیشن بناؤں؟</w:t>
      </w:r>
    </w:p>
    <w:p>
      <w:r>
        <w:rPr>
          <w:b/>
        </w:rPr>
        <w:t xml:space="preserve">[16:37] </w:t>
      </w:r>
      <w:r>
        <w:t>to aap sochna parta hai. to sochte sochte jab aap discover karte hain ke ek creator hai, to aap keh dete hain, "la ilaha illallah, there is no god but one god, ek hi creator hai." aaj main ek article parh raha tha,</w:t>
      </w:r>
    </w:p>
    <w:p>
      <w:pPr>
        <w:jc w:val="right"/>
      </w:pPr>
      <w:r>
        <w:t>تو آپ سوچنا پڑتا ہے۔ تو سوچتے سوچتے جب آپ ڈسکور کرتے ہیں کہ ایک کریٹر ہے، تو آپ کہہ دیتے ہیں، "لا الہ الا اللہ، دیر از نو گاڈ بٹ ون گاڈ، ایک ہی کریٹر ہے۔" آج میں ایک آرٹیکل پڑھ رہا تھا،</w:t>
      </w:r>
    </w:p>
    <w:p>
      <w:r>
        <w:rPr>
          <w:b/>
        </w:rPr>
        <w:t xml:space="preserve">[16:56] </w:t>
      </w:r>
      <w:r>
        <w:t>is mein is ne bataya tha ke tamam scientist indirectly khuda ko mante thay. kyunke science kya hai? science is ilm ka naam hai jo nature ko study karti hai.</w:t>
      </w:r>
    </w:p>
    <w:p>
      <w:pPr>
        <w:jc w:val="right"/>
      </w:pPr>
      <w:r>
        <w:t>اس میں اس نے بتایا تھا کہ تمام سائنٹسٹ ان ڈائریکٹلی خدا کو مانتے تھے۔ کیونکہ سائنس کیا ہے؟ سائنس اس علم کا نام ہے جو نیچر کو کی سٹڈی کرتی ہے۔</w:t>
      </w:r>
    </w:p>
    <w:p>
      <w:r>
        <w:rPr>
          <w:b/>
        </w:rPr>
        <w:t xml:space="preserve">[17:09] </w:t>
      </w:r>
      <w:r>
        <w:t>nature kya hai? nature creation of god. creation of god, un ka subject of study hai.</w:t>
      </w:r>
    </w:p>
    <w:p>
      <w:pPr>
        <w:jc w:val="right"/>
      </w:pPr>
      <w:r>
        <w:t>نیچر کیا ہے؟ نیچر کریشن آف گاڈ۔ کریشن آف گاڈ، ان کا سبجیکٹ آف سٹڈی ہے۔</w:t>
      </w:r>
    </w:p>
    <w:p>
      <w:r>
        <w:rPr>
          <w:b/>
        </w:rPr>
        <w:t xml:space="preserve">[17:17] </w:t>
      </w:r>
      <w:r>
        <w:t>to is mein woh dekhte hain ke is mein meaning hai, is mein design hai, is mein be-panah harmony hai. to yeh jo un ko milti hai cheez universe mein, to un ka dil andar se manne lagta hai ke is mein koi koi force kaam kar rahi hai.</w:t>
      </w:r>
    </w:p>
    <w:p>
      <w:pPr>
        <w:jc w:val="right"/>
      </w:pPr>
      <w:r>
        <w:t>تو اس میں وہ دیکھتے ہیں کہ اس میں میننگ ہے، اس میں ڈیزائن ہے، اس میں بے پناہ ہارمونی ہے۔ تو یہ جو ان کو ملتی ہے چیز یونیورس میں، تو ان کا دل اندر سے ماننے لگتا ہے کہ اس میں کوئی کوئی فورس کام کر رہی ہے۔</w:t>
      </w:r>
    </w:p>
    <w:p>
      <w:r>
        <w:rPr>
          <w:b/>
        </w:rPr>
        <w:t xml:space="preserve">[17:38] </w:t>
      </w:r>
      <w:r>
        <w:t>yeh sirf ek ek, yeh sirf ek material cheezon ka ek kaam nahi ho sakta hai, koi force hai.</w:t>
      </w:r>
    </w:p>
    <w:p>
      <w:pPr>
        <w:jc w:val="right"/>
      </w:pPr>
      <w:r>
        <w:t>یہ صرف ایک ایک، یہ صرف ایک مٹیریل چیزیں کا ایک کام نہیں ہو سکتا ہے، کوئی فورس ہے۔</w:t>
      </w:r>
    </w:p>
    <w:p>
      <w:r>
        <w:rPr>
          <w:b/>
        </w:rPr>
        <w:t xml:space="preserve">[17:48] </w:t>
      </w:r>
      <w:r>
        <w:t>to is mein bataya tha is ne ke agarchay scientist god ka naam to nahi lete, lekin doosre namon se indirectly mante hain. is ko mislan Newton ne aur Kepler ne mana ke universe mein ek order hai.</w:t>
      </w:r>
    </w:p>
    <w:p>
      <w:pPr>
        <w:jc w:val="right"/>
      </w:pPr>
      <w:r>
        <w:t>تو اس میں بتایا تھا اس نے کہ اگرچہ سائنٹسٹ گاڈ کا نام تو نہیں لیتے، لیکن دوسرے ناموں سے ان ڈائریکٹلی مانتے ہیں۔ اس کو مثلاً نیوٹن نے اور کپلر نے مانا کہ یونیورس میں ایک آرڈر ہے۔</w:t>
      </w:r>
    </w:p>
    <w:p>
      <w:r>
        <w:rPr>
          <w:b/>
        </w:rPr>
        <w:t xml:space="preserve">[18:04] </w:t>
      </w:r>
      <w:r>
        <w:t>is tareeqay se Spinoza ne aur Einstein ne mana ke yahan ek cosmic, ek cosmic spirit hai.</w:t>
      </w:r>
    </w:p>
    <w:p>
      <w:pPr>
        <w:jc w:val="right"/>
      </w:pPr>
      <w:r>
        <w:t>اس طریقے سے اسپروزا نے اور آئنسٹین نے مانا کہ یہاں ایک کاسمک، ایک کاسمک اسپرٹ ہے۔</w:t>
      </w:r>
    </w:p>
    <w:p>
      <w:r>
        <w:rPr>
          <w:b/>
        </w:rPr>
        <w:t xml:space="preserve">[18:12] </w:t>
      </w:r>
      <w:r>
        <w:t>James Jeans ne aur Arthur Eddington ne mana ke yahan koi ek michael mind hai. to agarchay woh god ka naam nahi lete, GOT god, lekin indirectly woh mante hain ke is ke peechay ek khuda hai, ek taqat hai, ek force hai.</w:t>
      </w:r>
    </w:p>
    <w:p>
      <w:pPr>
        <w:jc w:val="right"/>
      </w:pPr>
      <w:r>
        <w:t>جیمز دینز نے اور آرتھر ایڈنگٹن نے مانا کہ یہاں کوئی ایک مائیکل مائنڈ ہے۔ تو اگرچہ وہ گاڈ کا نام نہیں لیتے، جی او ٹی گاڈ، لیکن ان ڈائریکٹلی وہ مانتے ہیں کہ اس کے پیچھے ایک خدا ہے، ایک طاقت ہے، ایک فورس ہے۔</w:t>
      </w:r>
    </w:p>
    <w:p>
      <w:r>
        <w:rPr>
          <w:b/>
        </w:rPr>
        <w:t xml:space="preserve">[18:28] </w:t>
      </w:r>
      <w:r>
        <w:t>to beharhaal main yeh keh raha tha ke jis ko hum tawheed kehte hain, jis ko hum kehte hain la ilaha illallah, woh koi, woh koi koi written vidya nahi hai.</w:t>
      </w:r>
    </w:p>
    <w:p>
      <w:pPr>
        <w:jc w:val="right"/>
      </w:pPr>
      <w:r>
        <w:t>تو بہرحال میں یہ کہہ رہا تھا کہ جس کو ہم توحید کہتے ہیں، جس کو ہم کہتے ہیں لا الہ الا اللہ، وہ کوئی، وہ کوئی کوئی رٹن ودیا نہیں ہے۔</w:t>
      </w:r>
    </w:p>
    <w:p>
      <w:r>
        <w:rPr>
          <w:b/>
        </w:rPr>
        <w:t xml:space="preserve">[18:39] </w:t>
      </w:r>
      <w:r>
        <w:t>woh koi mujh se yeh yeh yeh service nahi hai. yeh yeh ek discovery ke baad nikalne wala bold hai, jis tarah Archimedes ke munh se nikla, "eureka, eureka".</w:t>
      </w:r>
    </w:p>
    <w:p>
      <w:pPr>
        <w:jc w:val="right"/>
      </w:pPr>
      <w:r>
        <w:t>وہ کوئی مجھ سے یہ یہ یہ سروس نہیں ہے۔ یہ یہ ایک ڈسکوری کے بعد نکلنے والا بولڈ ہے، جس طرح آرکیومیڈیز کے منہ سے نکلا، "یوریکا، یوریکا"۔</w:t>
      </w:r>
    </w:p>
    <w:p>
      <w:r>
        <w:rPr>
          <w:b/>
        </w:rPr>
        <w:t xml:space="preserve">[18:52] </w:t>
      </w:r>
      <w:r>
        <w:t>is tarah jab ek aadmi wahan par sochta hai, apne mind ko istemal karta hai, to us ko ek discovery hoti hai.</w:t>
      </w:r>
    </w:p>
    <w:p>
      <w:pPr>
        <w:jc w:val="right"/>
      </w:pPr>
      <w:r>
        <w:t>اس طرح جب ایک آدمی وہاں پر سوچتا ہے، اپنے مائنڈ کو استعمال کرتا ہے، تو اس کو ایک ڈسکوری ہوتی ہے۔</w:t>
      </w:r>
    </w:p>
    <w:p>
      <w:r>
        <w:rPr>
          <w:b/>
        </w:rPr>
        <w:t xml:space="preserve">[19:01] </w:t>
      </w:r>
      <w:r>
        <w:t>to pukaar uthta hai ke "la ilaha illallah, there is no god but one god".</w:t>
      </w:r>
    </w:p>
    <w:p>
      <w:pPr>
        <w:jc w:val="right"/>
      </w:pPr>
      <w:r>
        <w:t>تو پکار اٹھتا ہے کہ "لا الہ الا اللہ، دیر از نو گاڈ بٹ ون گاڈ"۔</w:t>
      </w:r>
    </w:p>
    <w:p>
      <w:r>
        <w:rPr>
          <w:b/>
        </w:rPr>
        <w:t xml:space="preserve">[19:07] </w:t>
      </w:r>
      <w:r>
        <w:t>ab main yeh kahoon ga ke Quran mein ya prophet aleh-e-salam ke jo aap ne jo is ki batai,</w:t>
      </w:r>
    </w:p>
    <w:p>
      <w:pPr>
        <w:jc w:val="right"/>
      </w:pPr>
      <w:r>
        <w:t>اب میں یہ کہوں گا کہ قرآن میں یا پرافٹ علیہ السلام کے جو آپ نے جو اس کی بتائی،</w:t>
      </w:r>
    </w:p>
    <w:p>
      <w:r>
        <w:rPr>
          <w:b/>
        </w:rPr>
        <w:t xml:space="preserve">[19:18] </w:t>
      </w:r>
      <w:r>
        <w:t>jab aap khuda ko pa lete hain to zindagi phir kahan se shuru hoti hai? is ke bare mein is mein bataya gaya hai ke muhasba se. muhasba ka matlab hai introspection.</w:t>
      </w:r>
    </w:p>
    <w:p>
      <w:pPr>
        <w:jc w:val="right"/>
      </w:pPr>
      <w:r>
        <w:t>جب آپ خدا کو پا لیتے ہیں تو زندگی پھر کہاں سے شروع ہوتی ہے؟ اس کے بارے میں اس میں بتایا گیا ہے کہ محاسبہ سے۔ محاسبہ کا مطلب ہے انٹراسپیکشن۔</w:t>
      </w:r>
    </w:p>
    <w:p>
      <w:r>
        <w:rPr>
          <w:b/>
        </w:rPr>
        <w:t xml:space="preserve">[19:30] </w:t>
      </w:r>
      <w:r>
        <w:t>introspection kya cheez hai? hadith mein aata hai ke har aadmi conditioned mind hota hai.</w:t>
      </w:r>
    </w:p>
    <w:p>
      <w:pPr>
        <w:jc w:val="right"/>
      </w:pPr>
      <w:r>
        <w:t>انٹراسپیکشن کیا چیز ہے؟ حدیث میں آتا ہے کہ ہر آدمی کنڈیشن مائنڈ ہوتا ہے۔</w:t>
      </w:r>
    </w:p>
    <w:p>
      <w:r>
        <w:rPr>
          <w:b/>
        </w:rPr>
        <w:t xml:space="preserve">[19:36] </w:t>
      </w:r>
      <w:r>
        <w:t>every human being, har aurat, har mard paida hotay hi is ki conditioning shuru ho jati hai. apne ghar mein, apne environment mein, apne society mein, apne institutions mein, jahan woh jata hai to us ki conditioning hoti rehti hai.</w:t>
      </w:r>
    </w:p>
    <w:p>
      <w:pPr>
        <w:jc w:val="right"/>
      </w:pPr>
      <w:r>
        <w:t>ایوری ہیومن بینگ، ہر عورت، ہر مرد پیدا ہوتے ہی اس کی کنڈیشننگ شروع ہو جاتی ہے۔ اپنے گھر میں، اپنے انوائرمنٹ میں، اپنی سوسائٹی میں، اپنے انسٹیٹیوشنز میں، جہاں وہ جاتا ہے تو اس کی کنڈیشننگ ہوتی رہتی ہے۔</w:t>
      </w:r>
    </w:p>
    <w:p>
      <w:r>
        <w:rPr>
          <w:b/>
        </w:rPr>
        <w:t xml:space="preserve">[19:52] </w:t>
      </w:r>
      <w:r>
        <w:t>conditioning to har aadmi mr. condition ban jata hai. is cheez ko maujooda zaban mein Professor Watson ne is ke risk kiya hai.</w:t>
      </w:r>
    </w:p>
    <w:p>
      <w:pPr>
        <w:jc w:val="right"/>
      </w:pPr>
      <w:r>
        <w:t>کنڈیشننگ تو ہر آدمی مسٹر کنڈیشن بن جاتا ہے۔ اس چیز کو موجودہ زبان میں پروفسور واٹسن نے اس کے رزق کیا ہے۔</w:t>
      </w:r>
    </w:p>
    <w:p>
      <w:r>
        <w:rPr>
          <w:b/>
        </w:rPr>
        <w:t xml:space="preserve">[20:04] </w:t>
      </w:r>
      <w:r>
        <w:t>har aadmi ki conditioning hoti rehti hai.</w:t>
      </w:r>
    </w:p>
    <w:p>
      <w:pPr>
        <w:jc w:val="right"/>
      </w:pPr>
      <w:r>
        <w:t>ہر آدمی کی کنڈیشننگ ہوتی رہتی ہے۔</w:t>
      </w:r>
    </w:p>
    <w:p>
      <w:r>
        <w:rPr>
          <w:b/>
        </w:rPr>
        <w:t xml:space="preserve">[20:08] </w:t>
      </w:r>
      <w:r>
        <w:t>to nai zindagi ka aghaz yani discovery ke baad, khuda ki discovery ke baad jo nai zindagi shuru hoti hai, us ka aghaz kahan se hota hai? deconditioning se, apni conditioning ko torne se.</w:t>
      </w:r>
    </w:p>
    <w:p>
      <w:pPr>
        <w:jc w:val="right"/>
      </w:pPr>
      <w:r>
        <w:t>تو نئی زندگی کا آغاز یعنی ڈسکوری کے بعد، خدا کی ڈسکوری کے بعد جو نئی زندگی شروع ہوتی ہے، اس کا آغاز کہاں سے ہوتا ہے؟ ڈی کنڈیشننگ سے، اپنی کنڈیشننگ کو توڑنے سے۔</w:t>
      </w:r>
    </w:p>
    <w:p>
      <w:r>
        <w:rPr>
          <w:b/>
        </w:rPr>
        <w:t xml:space="preserve">[20:22] </w:t>
      </w:r>
      <w:r>
        <w:t>kyunke agarchay aap ne Khuda ko maan liya, lekin chunkay aap condition ho chukay thay aik society mein, aik environment mein, aik mahaul mein, to jab tak aap apnay ko decondition na karein, us waqt tak aap ke andar yeh salahiyat nahi aati ke baaton ko khulay tor par samajhein.</w:t>
      </w:r>
    </w:p>
    <w:p>
      <w:pPr>
        <w:jc w:val="right"/>
      </w:pPr>
      <w:r>
        <w:t>کیونکہ اگرچہ آپ نے خدا کو مان لیا، لیکن چونکہ آپ کنڈیشن ہو چکے تھے ایک سوسائٹی میں، ایک انوائرمنٹ میں، ایک ماحول میں، تو جب تک آپ اپنے کو ڈی کنڈیشن نہ کریں، اس وقت تک آپ کے اندر یہ صلاحیت نہیں آتی کہ باتوں کو کھلے طور پر سمجھیں۔</w:t>
      </w:r>
    </w:p>
    <w:p>
      <w:r>
        <w:rPr>
          <w:b/>
        </w:rPr>
        <w:t xml:space="preserve">[20:39] </w:t>
      </w:r>
      <w:r>
        <w:t>isi ko kaha gaya hai muhasba. muhasba ka matlab hai introspection.</w:t>
      </w:r>
    </w:p>
    <w:p>
      <w:pPr>
        <w:jc w:val="right"/>
      </w:pPr>
      <w:r>
        <w:t>اسی کو کہا گیا ہے محاسبہ۔ محاسبہ کا مطلب ہے انٹراسپیکشن۔</w:t>
      </w:r>
    </w:p>
    <w:p>
      <w:r>
        <w:rPr>
          <w:b/>
        </w:rPr>
        <w:t xml:space="preserve">[20:44] </w:t>
      </w:r>
      <w:r>
        <w:t>to mein yeh kahunga ke muhasba isi cheez ka naam hai jis ko aaj hum kehte hain deconditioning.</w:t>
      </w:r>
    </w:p>
    <w:p>
      <w:pPr>
        <w:jc w:val="right"/>
      </w:pPr>
      <w:r>
        <w:t>تو میں یہ کہوں گا کہ محاسبہ اسی چیز کا نام ہے جس کو آج ہم کہتے ہیں ڈی کنڈیشننگ۔</w:t>
      </w:r>
    </w:p>
    <w:p>
      <w:r>
        <w:rPr>
          <w:b/>
        </w:rPr>
        <w:t xml:space="preserve">[20:55] </w:t>
      </w:r>
      <w:r>
        <w:t>jaise misaal ke tor par arz karta hoon ke</w:t>
      </w:r>
    </w:p>
    <w:p>
      <w:pPr>
        <w:jc w:val="right"/>
      </w:pPr>
      <w:r>
        <w:t>جیسے مثال کے طور پر عرض کرتا ہوں کہ</w:t>
      </w:r>
    </w:p>
    <w:p>
      <w:r>
        <w:rPr>
          <w:b/>
        </w:rPr>
        <w:t xml:space="preserve">[21:00] </w:t>
      </w:r>
      <w:r>
        <w:t>aadmi, mein ab Pakistan gaya to aik aik aik bachay se mila. mein woh abhi teenage mein tha, woh to mein ne us se</w:t>
      </w:r>
    </w:p>
    <w:p>
      <w:pPr>
        <w:jc w:val="right"/>
      </w:pPr>
      <w:r>
        <w:t>آدمی، میں اب پاکستان گیا تو ایک ایک ایک بچے سے ملا۔ میں وہ ابھی ٹین ایج میں تھا، وہ تو میں نے اس سے</w:t>
      </w:r>
    </w:p>
    <w:p>
      <w:r>
        <w:rPr>
          <w:b/>
        </w:rPr>
        <w:t xml:space="preserve">[21:15] </w:t>
      </w:r>
      <w:r>
        <w:t>poochna shuru kiya us ki baatein. to baatein karte karte woh kehta hai, "kya woh larka ke meri maa mujh ko parhanay ke liye school bhejti hai daily?</w:t>
      </w:r>
    </w:p>
    <w:p>
      <w:pPr>
        <w:jc w:val="right"/>
      </w:pPr>
      <w:r>
        <w:t>پوچھنا شروع کیا اس کی باتیں۔ تو باتیں کرتے کرتے وہ کہتا ہے، "کیا وہ لڑکا کہ میری ماں مجھ کو پڑھانے کے لیے اسکول بھیجتی ہے ڈیلی؟</w:t>
      </w:r>
    </w:p>
    <w:p>
      <w:r>
        <w:rPr>
          <w:b/>
        </w:rPr>
        <w:t xml:space="preserve">[21:29] </w:t>
      </w:r>
      <w:r>
        <w:t>mera dil lagta nahi is parhai mein." to mein ne kaha, "kyun?" kaha, "mujhe parhna nahi hai.</w:t>
      </w:r>
    </w:p>
    <w:p>
      <w:pPr>
        <w:jc w:val="right"/>
      </w:pPr>
      <w:r>
        <w:t>میرا دل لگتا نہیں اس پڑھائی میں۔" تو میں نے کہا، "کیوں؟" کہا، "مجھے پڑھنا نہیں ہے۔</w:t>
      </w:r>
    </w:p>
    <w:p>
      <w:r>
        <w:rPr>
          <w:b/>
        </w:rPr>
        <w:t xml:space="preserve">[21:36] </w:t>
      </w:r>
      <w:r>
        <w:t>mein josh se ne kaha, mujhe apnay dada ka revenge lena hai, woh apnay baap ka." us ne kaha ke "mere baap ko is aadmi ne maar dala.</w:t>
      </w:r>
    </w:p>
    <w:p>
      <w:pPr>
        <w:jc w:val="right"/>
      </w:pPr>
      <w:r>
        <w:t>میں جوش سے نے کہا، مجھے اپنے دادا کا ریونج لینا ہے، وہ اپنے باپ کا۔" اس نے کہا کہ "میرے باپ کو اس آدمی نے مار ڈالا۔</w:t>
      </w:r>
    </w:p>
    <w:p>
      <w:r>
        <w:rPr>
          <w:b/>
        </w:rPr>
        <w:t xml:space="preserve">[21:48] </w:t>
      </w:r>
      <w:r>
        <w:t>us ka baap jo tha, us ka martyred hua tha. to us ne maar dala hai. to ab mujhe is ka badla lena hi lena hai, is ka revenge lena hi lena hai.</w:t>
      </w:r>
    </w:p>
    <w:p>
      <w:pPr>
        <w:jc w:val="right"/>
      </w:pPr>
      <w:r>
        <w:t>اس کا باپ جو تھا، اس کا مارٹرڈ ہوا تھا۔ تو اس نے مار ڈالا ہے۔ تو اب مجھے اس کا بدلہ لینا ہی لینا ہے، اس کا ریونج لینا ہی لینا ہے۔</w:t>
      </w:r>
    </w:p>
    <w:p>
      <w:r>
        <w:rPr>
          <w:b/>
        </w:rPr>
        <w:t xml:space="preserve">[21:56] </w:t>
      </w:r>
      <w:r>
        <w:t>meri maa khwah makhwah mujh ko parhwana chahti hai. mujhe parhna hai nahi, mujh ko to revenge lena hai." to mein ne socha ke yeh bachha kyun aisa bol raha hai?</w:t>
      </w:r>
    </w:p>
    <w:p>
      <w:pPr>
        <w:jc w:val="right"/>
      </w:pPr>
      <w:r>
        <w:t>میری ماں خواہ مخواہ مجھ کو پڑھوانا چاہتی ہے۔ مجھے پڑھنا ہے نہیں، مجھ کو تو ریونج لینا ہے۔" تو میں نے سوچا کہ یہ بچہ کیوں ایسا بول رہا ہے؟</w:t>
      </w:r>
    </w:p>
    <w:p>
      <w:r>
        <w:rPr>
          <w:b/>
        </w:rPr>
        <w:t xml:space="preserve">[22:06] </w:t>
      </w:r>
      <w:r>
        <w:t>agar aap jantay hon Afghanistan ke baray mein, Afghanistan ka poora culture yahi hai, revenge based culture.</w:t>
      </w:r>
    </w:p>
    <w:p>
      <w:pPr>
        <w:jc w:val="right"/>
      </w:pPr>
      <w:r>
        <w:t>اگر آپ جانتے ہوں افغانستان کے بارے میں، افغانستان کا پورا کلچر یہی ہے، ریونج بیسڈ کلچر۔</w:t>
      </w:r>
    </w:p>
    <w:p>
      <w:r>
        <w:rPr>
          <w:b/>
        </w:rPr>
        <w:t xml:space="preserve">[22:17] </w:t>
      </w:r>
      <w:r>
        <w:t>un ka sab se bari value hai ke revenge lena hai. kisi ne hum ko mara hai, phir marna hai humein. to us ke nazdeek yeh cheez us ke soch se bahar thi ke "jab mere baap ko kisi ne mara hai to us ko bhula ke mein parhai parhoon." yeh nahi janta tha woh.</w:t>
      </w:r>
    </w:p>
    <w:p>
      <w:pPr>
        <w:jc w:val="right"/>
      </w:pPr>
      <w:r>
        <w:t>ان کا سب سے بڑی ویلیو ہے کہ ریونج لینا ہے۔ کسی نے ہم کو مارا ہے، پھر مارنا ہے ہمیں۔ تو اس کے نزدیک یہ چیز اس کے سوچ سے باہر تھی کہ "جب میرے باپ کو کسی نے مارا ہے تو اس کو بھلا کے میں پڑھائی پڑھوں۔" یہ نہیں جانتا تھا وہ۔</w:t>
      </w:r>
    </w:p>
    <w:p>
      <w:r>
        <w:rPr>
          <w:b/>
        </w:rPr>
        <w:t xml:space="preserve">[22:35] </w:t>
      </w:r>
      <w:r>
        <w:t>yeh hai deconditioning. yeh hai deconditioning ke har aadmi kisi na kisi negative thought pe jeeta hai. aap apni society mein logon se baat kijiye, scrutiny kijiye, har aadmi kahin na kahin kisi negative thought jee raha hoga.</w:t>
      </w:r>
    </w:p>
    <w:p>
      <w:pPr>
        <w:jc w:val="right"/>
      </w:pPr>
      <w:r>
        <w:t>یہ ہے ڈی کنڈیشننگ۔ یہ ہے ڈی کنڈیشننگ کہ ہر آدمی کسی نہ کسی نیگیٹیو تھاٹ پہ جیتا ہے۔ آپ اپنی سوسائٹی میں لوگوں سے بات کیجئے، اسکروٹنی کیجئے، ہر آدمی کہیں نہ کہیں کسی نیگیٹیو تھاٹ جی رہا ہوگا۔</w:t>
      </w:r>
    </w:p>
    <w:p>
      <w:r>
        <w:rPr>
          <w:b/>
        </w:rPr>
        <w:t xml:space="preserve">[22:51] </w:t>
      </w:r>
      <w:r>
        <w:t>har aadmi, chahe aurat ho ya mard, woh jo negative thought hai, wahi hai conditioning.</w:t>
      </w:r>
    </w:p>
    <w:p>
      <w:pPr>
        <w:jc w:val="right"/>
      </w:pPr>
      <w:r>
        <w:t>ہر آدمی، چاہے عورت ہو یا مرد، وہ جو نیگیٹیو تھاٹ ہے، وہی ہے کنڈیشننگ۔</w:t>
      </w:r>
    </w:p>
    <w:p>
      <w:r>
        <w:rPr>
          <w:b/>
        </w:rPr>
        <w:t xml:space="preserve">[22:57] </w:t>
      </w:r>
      <w:r>
        <w:t>is negative thought ko deconditioning kar ke hamein positive lana hai. Muhammad (SAW) ne sab se bara jo sabak diya, woh yeh tha ke aap ko positive thinker banna hai, positivity mein jeena hai.</w:t>
      </w:r>
    </w:p>
    <w:p>
      <w:pPr>
        <w:jc w:val="right"/>
      </w:pPr>
      <w:r>
        <w:t>اس نیگیٹیو تھاٹ کو ڈی کنڈیشننگ کر کے ہمیں پازیٹیو لانا ہے۔ محمد صلی اللہ علیہ وسلم نے سب سے بڑا جو سبق دیا، وہ یہ تھا کہ آپ کو پازیٹیو تھنکر بننا ہے، پازیٹیوٹی میں جینا ہے۔</w:t>
      </w:r>
    </w:p>
    <w:p>
      <w:r>
        <w:rPr>
          <w:b/>
        </w:rPr>
        <w:t xml:space="preserve">[23:12] </w:t>
      </w:r>
      <w:r>
        <w:t>aur positivity ka kya? aap ne formula bataya</w:t>
      </w:r>
    </w:p>
    <w:p>
      <w:pPr>
        <w:jc w:val="right"/>
      </w:pPr>
      <w:r>
        <w:t>اور پازیٹیوٹی کا کیا؟ آپ نے فارمولا بتایا</w:t>
      </w:r>
    </w:p>
    <w:p>
      <w:r>
        <w:rPr>
          <w:b/>
        </w:rPr>
        <w:t xml:space="preserve">[23:16] </w:t>
      </w:r>
      <w:r>
        <w:t>ke "negative, you have to convert your negative negativity into positivity." jaise aik aadmi aap ke paas aaya, us ne poocha ke "O Prophet, give me master advice by which I may be able to manage all the affairs of my life?"</w:t>
      </w:r>
    </w:p>
    <w:p>
      <w:pPr>
        <w:jc w:val="right"/>
      </w:pPr>
      <w:r>
        <w:t>کہ "نیگیٹیو، یو ہیو ٹو کنورٹ یور نیگیٹیو نیگیٹیوٹی انٹو پازیٹیوٹی۔" جیسے ایک آدمی آپ کے پاس آیا، اس نے پوچھا کہ "او پرافٹ، گیو می ماسٹر ایڈوائس بائے وچ آئی می بی ایبل ٹو مینج ال دا افیئرز آف مائی لائف؟"</w:t>
      </w:r>
    </w:p>
    <w:p>
      <w:r>
        <w:rPr>
          <w:b/>
        </w:rPr>
        <w:t xml:space="preserve">[23:35] </w:t>
      </w:r>
      <w:r>
        <w:t>to aap ne kya kaha? "La tahzan, don't be angry." ab don't be angry koi simple baat nahi hai.</w:t>
      </w:r>
    </w:p>
    <w:p>
      <w:pPr>
        <w:jc w:val="right"/>
      </w:pPr>
      <w:r>
        <w:t>تو آپ نے کیا کہا؟ "لا تحزت، ڈونٹ بی اینگری۔" اب ڈونٹ بی اینگری کوئی سمپل بات نہیں ہے۔</w:t>
      </w:r>
    </w:p>
    <w:p>
      <w:r>
        <w:rPr>
          <w:b/>
        </w:rPr>
        <w:t xml:space="preserve">[23:44] </w:t>
      </w:r>
      <w:r>
        <w:t>aadmi bilawaja to ghussa hota nahi, koi provocation hota hai, koi aap ko dukh pohanchata hai, tab to aap angry hotay hain. to anger naam hai aik aik aisi cheez ka jo kisi ke negative reaction ke tor par paida hoti hai.</w:t>
      </w:r>
    </w:p>
    <w:p>
      <w:pPr>
        <w:jc w:val="right"/>
      </w:pPr>
      <w:r>
        <w:t>آدمی بلاوجہ تو غصہ ہوتا نہیں، کوئی پرووکیشن ہوتا ہے، کوئی آپ کو دکھ پہنچاتا ہے، تب تو آپ اینگری ہوتے ہیں۔ تو اینگر نام ہے ایک ایک ایسی چیز کا جو کسی کے نیگیٹیو ری ایکشن کے طور پر پیدا ہوتی ہے۔</w:t>
      </w:r>
    </w:p>
    <w:p>
      <w:r>
        <w:rPr>
          <w:b/>
        </w:rPr>
        <w:t xml:space="preserve">[24:02] </w:t>
      </w:r>
      <w:r>
        <w:t>kisi ne aik aik action kiya, aap negatively aap ne us ko react karna chaha, woh hai is ka naam hai anger. to aap ne kaha ke "ghussa na ho." is ke maani kya hue?</w:t>
      </w:r>
    </w:p>
    <w:p>
      <w:pPr>
        <w:jc w:val="right"/>
      </w:pPr>
      <w:r>
        <w:t>کسی نے ایک ایکشن کیا، آپ نیگیٹیولی آپ نے اس کو ری ایکٹ کرنا چاہا، وہ ہے اس کا نام ہے اینگر۔ تو آپ نے کہا کہ "غصہ نہ ہو۔" اس کے معنی کیا ہوئے؟</w:t>
      </w:r>
    </w:p>
    <w:p>
      <w:r>
        <w:rPr>
          <w:b/>
        </w:rPr>
        <w:t xml:space="preserve">[24:14] </w:t>
      </w:r>
      <w:r>
        <w:t>ke tum ko chahiye "you have to respond positively even in negative situations."</w:t>
      </w:r>
    </w:p>
    <w:p>
      <w:pPr>
        <w:jc w:val="right"/>
      </w:pPr>
      <w:r>
        <w:t>کہ تم کو چاہیے "یو ہیو ٹو ریسپانڈ پازیٹیولی ایون ان نیگیٹیو سچویشنز۔"</w:t>
      </w:r>
    </w:p>
    <w:p>
      <w:r>
        <w:rPr>
          <w:b/>
        </w:rPr>
        <w:t xml:space="preserve">[24:23] </w:t>
      </w:r>
      <w:r>
        <w:t>"you have to respond positively even in negative situations." yeh hai deconditioning. to har aadmi is tarah ke kisi mahaul mein rehta hai to wahan par har waqt negative experience hota rehta hai.</w:t>
      </w:r>
    </w:p>
    <w:p>
      <w:pPr>
        <w:jc w:val="right"/>
      </w:pPr>
      <w:r>
        <w:t>"یو ہیو ٹو ریسپانڈ پازیٹیولی ایون ان نیگیٹیو سچویشنز۔" یہ ہے ڈی کنڈیشننگ۔ تو ہر آدمی اس طرح کے کسی ماحول میں رہتا ہے تو وہاں پر ہر وقت نیگیٹیو ایکسپیرینس ہوتا رہتا ہے۔</w:t>
      </w:r>
    </w:p>
    <w:p>
      <w:r>
        <w:rPr>
          <w:b/>
        </w:rPr>
        <w:t xml:space="preserve">[24:38] </w:t>
      </w:r>
      <w:r>
        <w:t>to aadmi ke andar negative thought atay rehtay hain. to hamari jo jo zindagi ka safar hai, woh shuru hota hai muhasba se, yani deconditioning se.</w:t>
      </w:r>
    </w:p>
    <w:p>
      <w:pPr>
        <w:jc w:val="right"/>
      </w:pPr>
      <w:r>
        <w:t>تو آدمی کے اندر نیگیٹیو تھاٹ آتے رہتے ہیں۔ تو ہماری جو جو زندگی کا سفر ہے، وہ شروع ہوتا ہے محاسبہ سے، یعنی ڈی کنڈیشننگ سے۔</w:t>
      </w:r>
    </w:p>
    <w:p>
      <w:r>
        <w:rPr>
          <w:b/>
        </w:rPr>
        <w:t xml:space="preserve">[24:51] </w:t>
      </w:r>
      <w:r>
        <w:t>deconditioning se. agar aadmi merciless apni deconditioning na kare to phir woh sachai ko nahi paye ga. negativity mein jeeyega, negativity mein marye ga.</w:t>
      </w:r>
    </w:p>
    <w:p>
      <w:pPr>
        <w:jc w:val="right"/>
      </w:pPr>
      <w:r>
        <w:t>ڈی کنڈیشننگ سے۔ اگر آدمی مرسیلس اپنی ڈی کنڈیشننگ نہ کرے تو پھر وہ سچائی کو نہیں پائے گا۔ نیگیٹیوٹی میں جیے گا، نیگیٹیوٹی میں مرے گا۔</w:t>
      </w:r>
    </w:p>
    <w:p>
      <w:r>
        <w:rPr>
          <w:b/>
        </w:rPr>
        <w:t xml:space="preserve">[25:02] </w:t>
      </w:r>
      <w:r>
        <w:t>negativity mein jeeyega, negativity mein marye ga. aap kisi bhi ghar mein ja kar pata kijiye, husband aur wife ke darmiyan negative soch hai, parosiyon ke beech mein negative soch hai,</w:t>
      </w:r>
    </w:p>
    <w:p>
      <w:pPr>
        <w:jc w:val="right"/>
      </w:pPr>
      <w:r>
        <w:t>نیگیٹیوٹی میں جیے گا، نیگیٹیوٹی میں مرے گا۔ آپ کسی بھی گھر میں جا کر پتہ کیجئے، ہسبینڈ اور وائف کے درمیان نیگیٹیو سوچ ہے، پڑوسیوں کے بیچ میں نیگیٹیو سوچ ہے،</w:t>
      </w:r>
    </w:p>
    <w:p>
      <w:r>
        <w:rPr>
          <w:b/>
        </w:rPr>
        <w:t xml:space="preserve">[25:18] </w:t>
      </w:r>
      <w:r>
        <w:t>communities ke beech mein negative soch hai, nations ke beech mein negative soch hai. Jahan bhi dekhiye, to main samajhta hoon ke agar aadmi chahta hai ke sachai par jeena, sachai par marna, aur sach much Khuda ki Khuda ka chehra dekhna,</w:t>
      </w:r>
    </w:p>
    <w:p>
      <w:pPr>
        <w:jc w:val="right"/>
      </w:pPr>
      <w:r>
        <w:t>کمیونٹیز کے بیچ میں نیگیٹیو سوچ ہے، نیشنز کے بیچ میں نیگیٹیو سوچ ہے۔ جہاں بھی دیکھیے، تو میں سمجھتا ہوں کہ اگر آدمی چاہتا ہے کہ سچائی پر جینا، سچائی پر مرنا، اور سچ مچ خدا کی خدا کا چہرہ دیکھنا،</w:t>
      </w:r>
    </w:p>
    <w:p>
      <w:r>
        <w:rPr>
          <w:b/>
        </w:rPr>
        <w:t xml:space="preserve">[25:35] </w:t>
      </w:r>
      <w:r>
        <w:t>to us ko apni deconditioning karni paregi. Apne aap ko positive thinker banana parega, warna yeh sab kuch nahi ho sakta.</w:t>
      </w:r>
    </w:p>
    <w:p>
      <w:pPr>
        <w:jc w:val="right"/>
      </w:pPr>
      <w:r>
        <w:t>تو اس کو اپنی ڈی کنڈیشننگ کرنی پڑے گی۔ اپنے آپ کو پازیٹیو تھنکر بنانا پڑے گا، ورنہ یہ سب کچھ نہیں ہو سکتا۔</w:t>
      </w:r>
    </w:p>
    <w:p>
      <w:r>
        <w:rPr>
          <w:b/>
        </w:rPr>
        <w:t xml:space="preserve">[25:46] </w:t>
      </w:r>
      <w:r>
        <w:t>Ab dekhiye ke ek bohat hi zyada important baat yeh hai ke aaj kal aap suntay hain har taraf "right, right, right" ki baat karte hain.</w:t>
      </w:r>
    </w:p>
    <w:p>
      <w:pPr>
        <w:jc w:val="right"/>
      </w:pPr>
      <w:r>
        <w:t>اب دیکھیے کہ ایک بہت ہی زیادہ امپورٹنٹ بات یہ ہے کہ آج کل آپ سنتے ہیں ہر طرف "رائٹ، رائٹ، رائٹ" کی بات کرتے ہیں۔</w:t>
      </w:r>
    </w:p>
    <w:p>
      <w:r>
        <w:rPr>
          <w:b/>
        </w:rPr>
        <w:t xml:space="preserve">[25:56] </w:t>
      </w:r>
      <w:r>
        <w:t>Log har ek right ki baat karta hai. Right! Prophet Muhammad ne kabhi right ki baat hi nahi ki,</w:t>
      </w:r>
    </w:p>
    <w:p>
      <w:pPr>
        <w:jc w:val="right"/>
      </w:pPr>
      <w:r>
        <w:t>لوگ ہر ایک رائٹ کی بات کرتا ہے۔ رائٹ! پرافٹ محمد نے کبھی رائٹ کی بات ہی نہیں کی،</w:t>
      </w:r>
    </w:p>
    <w:p>
      <w:r>
        <w:rPr>
          <w:b/>
        </w:rPr>
        <w:t xml:space="preserve">[26:07] </w:t>
      </w:r>
      <w:r>
        <w:t>duty ki baat ki, sirf duty ki. Yeh bohat hi anokhi baat hai jo aaj ki duniya ke liye ek lesson hai, kyunke har ek right mang raha hai to dene wala kaun hai?</w:t>
      </w:r>
    </w:p>
    <w:p>
      <w:pPr>
        <w:jc w:val="right"/>
      </w:pPr>
      <w:r>
        <w:t>ڈیوٹی کی بات کی، صرف ڈیوٹی کی۔ یہ بہت ہی انوکھی بات ہے جو آج کی دنیا کے لیے ایک لیسن ہے، کیونکہ ہر ایک رائٹ مانگ رہا ہے تو دینے والا کون ہے؟</w:t>
      </w:r>
    </w:p>
    <w:p>
      <w:r>
        <w:rPr>
          <w:b/>
        </w:rPr>
        <w:t xml:space="preserve">[26:17] </w:t>
      </w:r>
      <w:r>
        <w:t>Aap sochiye, har ek to right ka jhanda uthaya hua hai, "mujhe right do!" To dene wala kaun hai?</w:t>
      </w:r>
    </w:p>
    <w:p>
      <w:pPr>
        <w:jc w:val="right"/>
      </w:pPr>
      <w:r>
        <w:t>آپ سوچیے، ہر ایک تو رائٹ کا جھنڈا اٹھایا ہوا ہے، "مجھے رائٹ دو!" تو دینے والا کون ہے؟</w:t>
      </w:r>
    </w:p>
    <w:p>
      <w:r>
        <w:rPr>
          <w:b/>
        </w:rPr>
        <w:t xml:space="preserve">[26:24] </w:t>
      </w:r>
      <w:r>
        <w:t>Isi liye aap dekhiye, human right commission bohat bane hue hain, lekin milta kuch bhi nahi kisi ko. Sirf protest hai, sirf demand hai jo media mein aap dekh sakte hain, lekin woh right mile kisi ko, yeh to kisi ko milta nahi.</w:t>
      </w:r>
    </w:p>
    <w:p>
      <w:pPr>
        <w:jc w:val="right"/>
      </w:pPr>
      <w:r>
        <w:t>اسی لیے آپ دیکھیے، ہیومن رائٹ کمیشن بہت بنے ہوئے ہیں، لیکن ملتا کچھ بھی نہیں کسی کو۔ صرف پروٹیسٹ ہے، صرف ڈیمانڈ ہے جو میڈیا میں آپ دیکھ سکتے ہیں، لیکن وہ رائٹ ملے کسی کو، یہ تو کسی کو ملتا نہیں۔</w:t>
      </w:r>
    </w:p>
    <w:p>
      <w:r>
        <w:rPr>
          <w:b/>
        </w:rPr>
        <w:t xml:space="preserve">[26:42] </w:t>
      </w:r>
      <w:r>
        <w:t>To poori society jo hai, right conscious ho gayi hai. Hamari Prophet (AS) ka message hai, woh yeh hai ke tum duty conscious bano aur society ko duty conscious banao.</w:t>
      </w:r>
    </w:p>
    <w:p>
      <w:pPr>
        <w:jc w:val="right"/>
      </w:pPr>
      <w:r>
        <w:t>تو پوری سوسائٹی جو ہے، رائٹ کانشیس ہو گئی ہے۔ ہماری پرافٹ علیہ السلام کا میسج ہے، وہ یہ ہے کہ تم ڈیوٹی کانشیس بنو اور سوسائٹی کو ڈیوٹی کانشیس بناؤ۔</w:t>
      </w:r>
    </w:p>
    <w:p>
      <w:r>
        <w:rPr>
          <w:b/>
        </w:rPr>
        <w:t xml:space="preserve">[26:55] </w:t>
      </w:r>
      <w:r>
        <w:t>Hadees mein aata hai: "Addu" bohat hi simple formula, "addu ilayhim haqq wa sal Allah haqq" yani tumhara jo haq hai,</w:t>
      </w:r>
    </w:p>
    <w:p>
      <w:pPr>
        <w:jc w:val="right"/>
      </w:pPr>
      <w:r>
        <w:t>حدیث میں آتا ہے: "عدو" بہت ہی سمپل فارمولا، "عدو الیہم حق و سل اللہ حق" یعنی تمہارا جو حق ہے،</w:t>
      </w:r>
    </w:p>
    <w:p>
      <w:r>
        <w:rPr>
          <w:b/>
        </w:rPr>
        <w:t xml:space="preserve">[27:10] </w:t>
      </w:r>
      <w:r>
        <w:t>tumhara jo right hai, us ko Khuda se mango, aur doosron ka jo tumhare par haq puhanchta hai, doosron ka jo right tumhare par aata hai, us ko unhein ada karo.</w:t>
      </w:r>
    </w:p>
    <w:p>
      <w:pPr>
        <w:jc w:val="right"/>
      </w:pPr>
      <w:r>
        <w:t>تمہارا جو رائٹ ہے، اس کو خدا سے مانگو، اور دوسروں کا جو تمہارے پر حق پہنچتا ہے، دوسروں کا جو رائٹ تمہارے پر آتا ہے، اس کو انہیں ادا کرو۔</w:t>
      </w:r>
    </w:p>
    <w:p>
      <w:r>
        <w:rPr>
          <w:b/>
        </w:rPr>
        <w:t xml:space="preserve">[27:20] </w:t>
      </w:r>
      <w:r>
        <w:t>Yaani doosron ka right jo hai tumhare par, us ko ada karo. Apna jo hai, woh Khuda se mango. Khuda se mangne ka matlab kya hai? Yeh koi maseehis baat nahi hai.</w:t>
      </w:r>
    </w:p>
    <w:p>
      <w:pPr>
        <w:jc w:val="right"/>
      </w:pPr>
      <w:r>
        <w:t>یعنی دوسروں کا رائٹ جو ہے تمہارے پر، اس کو ادا کرو۔ اپنا جو ہے، وہ خدا سے مانگو۔ خدا سے مانگنے کا مطلب کیا ہے؟ یہ کوئی مسجیس بات نہیں ہے۔</w:t>
      </w:r>
    </w:p>
    <w:p>
      <w:r>
        <w:rPr>
          <w:b/>
        </w:rPr>
        <w:t xml:space="preserve">[27:32] </w:t>
      </w:r>
      <w:r>
        <w:t>Is ka matlab hai ke struggle karo, mehnat karo, koshish karo.</w:t>
      </w:r>
    </w:p>
    <w:p>
      <w:pPr>
        <w:jc w:val="right"/>
      </w:pPr>
      <w:r>
        <w:t>اس کا مطلب ہے کہ سٹرگل کرو، محنت کرو، کوشش کرو۔</w:t>
      </w:r>
    </w:p>
    <w:p>
      <w:r>
        <w:rPr>
          <w:b/>
        </w:rPr>
        <w:t xml:space="preserve">[27:38] </w:t>
      </w:r>
      <w:r>
        <w:t>To is ka formula Quran mein aur Hadees mein yeh bataya gaya hai ke</w:t>
      </w:r>
    </w:p>
    <w:p>
      <w:pPr>
        <w:jc w:val="right"/>
      </w:pPr>
      <w:r>
        <w:t>تو اس کا فارمولا قرآن میں اور حدیث میں یہ بتایا گیا ہے کہ</w:t>
      </w:r>
    </w:p>
    <w:p>
      <w:r>
        <w:rPr>
          <w:b/>
        </w:rPr>
        <w:t xml:space="preserve">[27:48] </w:t>
      </w:r>
      <w:r>
        <w:t>duniya mein, duniya ko Khuda ne is tarah banaya hai ke yahan par "inna ma'al 'usri yusra" yani duniya mein banaya aisa ke yahan par problem honge, problem lekin sath sath opportunities bhi hongi.</w:t>
      </w:r>
    </w:p>
    <w:p>
      <w:pPr>
        <w:jc w:val="right"/>
      </w:pPr>
      <w:r>
        <w:t>دنیا میں، دنیا کو خدا نے اس طرح بنایا ہے کہ یہاں پر "ان مال اسریسرا" یعنی دنیا میں بنایا ایسا کہ یہاں پر پرابلم ہوں گے، پرابلم لیکن ساتھ ساتھ اپرچونیٹیز بھی ہوں گی۔</w:t>
      </w:r>
    </w:p>
    <w:p>
      <w:r>
        <w:rPr>
          <w:b/>
        </w:rPr>
        <w:t xml:space="preserve">[28:05] </w:t>
      </w:r>
      <w:r>
        <w:t>Yeh impossible hai ke problem ho aur opportunities na hon. Yeh Khuda ka yani banaya hua system hai.</w:t>
      </w:r>
    </w:p>
    <w:p>
      <w:pPr>
        <w:jc w:val="right"/>
      </w:pPr>
      <w:r>
        <w:t>یہ امپاسیبل ہے کہ پرابلم ہو اور اپرچونیٹیز نہ ہوں۔ یہ خدا کا یعنی بنایا ہوا سسٹم ہے۔</w:t>
      </w:r>
    </w:p>
    <w:p>
      <w:r>
        <w:rPr>
          <w:b/>
        </w:rPr>
        <w:t xml:space="preserve">[28:14] </w:t>
      </w:r>
      <w:r>
        <w:t>To "inna ma'al 'usri yusra" ko main ne is ka formula banaya ke "ignore the problem, avail the opportunities."</w:t>
      </w:r>
    </w:p>
    <w:p>
      <w:pPr>
        <w:jc w:val="right"/>
      </w:pPr>
      <w:r>
        <w:t>تو "ان مال اسریسرا" کو میں نے اس کا فارمولا بنایا کہ "اگنور دا پرابلم، اویل دا اپرچونیٹیز۔"</w:t>
      </w:r>
    </w:p>
    <w:p>
      <w:r>
        <w:rPr>
          <w:b/>
        </w:rPr>
        <w:t xml:space="preserve">[28:25] </w:t>
      </w:r>
      <w:r>
        <w:t>Ignore the problem, avail the opportunities. Yeh hai formula.</w:t>
      </w:r>
    </w:p>
    <w:p>
      <w:pPr>
        <w:jc w:val="right"/>
      </w:pPr>
      <w:r>
        <w:t>اگنور دا پرابلم، اویل دا اپرچونیٹیز۔ یہ ہے فارمولا۔</w:t>
      </w:r>
    </w:p>
    <w:p>
      <w:r>
        <w:rPr>
          <w:b/>
        </w:rPr>
        <w:t xml:space="preserve">[28:32] </w:t>
      </w:r>
      <w:r>
        <w:t>Main ne apni poori zindagi mein is formula ka ek yani tajurba kiya hai. Main ne paya hai ke kisi bhi kisi bhi situation mein, chahe woh situation kitna hi zyada lage ke bohat hi zyada yani yahan par kuch nahi hai, tab bhi wahan kuch hota hai.</w:t>
      </w:r>
    </w:p>
    <w:p>
      <w:pPr>
        <w:jc w:val="right"/>
      </w:pPr>
      <w:r>
        <w:t>میں نے اپنی پوری زندگی میں اس فارمولے کا ایک یعنی تجربہ کیا ہے۔ میں نے پایا ہے کہ کسی بھی کسی بھی سچویشن میں، چاہے وہ سچویشن کتنا ہی زیادہ لگے کہ بہت ہی زیادہ یعنی یہاں پر کچھ نہیں ہے، تب بھی وہاں کچھ ہوتا ہے۔</w:t>
      </w:r>
    </w:p>
    <w:p>
      <w:r>
        <w:rPr>
          <w:b/>
        </w:rPr>
        <w:t xml:space="preserve">[28:52] </w:t>
      </w:r>
      <w:r>
        <w:t>Tab bhi wahan kuch hota hai. Is liye main poori zindagi mein mera tajurba hai, is par main sainkaron qisse main bata sakta hoon aap ko ke kis tarah se intehai aise halaat mein, jahan par bazahir kuch dikhai nahi deta,</w:t>
      </w:r>
    </w:p>
    <w:p>
      <w:pPr>
        <w:jc w:val="right"/>
      </w:pPr>
      <w:r>
        <w:t>تب بھی وہاں کچھ ہوتا ہے۔ اس لیے میں پوری زندگی میں میرا تجربہ ہے، اس پر میں سینکڑوں قصے میں بتا سکتا ہوں آپ کو کہ کس طرح سے انتہائی ایسے حالات میں، جہاں پر بظاہر کچھ دکھائی نہیں دیتا،</w:t>
      </w:r>
    </w:p>
    <w:p>
      <w:r>
        <w:rPr>
          <w:b/>
        </w:rPr>
        <w:t xml:space="preserve">[29:08] </w:t>
      </w:r>
      <w:r>
        <w:t>problem problem, lekin wahan par bhi opportunity maujood hoti hai. Sirf yeh hai ke aap us ko discover karein aur us ko avail karein.</w:t>
      </w:r>
    </w:p>
    <w:p>
      <w:pPr>
        <w:jc w:val="right"/>
      </w:pPr>
      <w:r>
        <w:t>پرابلم پرابلم، لیکن وہاں پر بھی اپرچونیٹی موجود ہوتی ہے۔ صرف یہ ہے کہ آپ اس کو ڈسکور کریں اور اس کو اویل کریں۔</w:t>
      </w:r>
    </w:p>
    <w:p>
      <w:r>
        <w:rPr>
          <w:b/>
        </w:rPr>
        <w:t xml:space="preserve">[29:16] </w:t>
      </w:r>
      <w:r>
        <w:t>To main ne jo formula banaya hai is is Hadees ko ko le kar, is ayat ko le kar ke, woh yeh hai ke "ignore the problem, avail the opportunities." Is ko agar aap istemal karein</w:t>
      </w:r>
    </w:p>
    <w:p>
      <w:pPr>
        <w:jc w:val="right"/>
      </w:pPr>
      <w:r>
        <w:t>تو میں نے جو فارمولا بنایا ہے اس اس حدیث کو کو لے کر، اس آیت کو لے کر کے، وہ یہ ہے کہ "اگنور دا پرابلم، اویل دا اپرچونیٹیز۔" اس کو اگر آپ استعمال کریں</w:t>
      </w:r>
    </w:p>
    <w:p>
      <w:r>
        <w:rPr>
          <w:b/>
        </w:rPr>
        <w:t xml:space="preserve">[29:34] </w:t>
      </w:r>
      <w:r>
        <w:t>to poori duniya aap ke liye khula maidan ban jati hai. Har jagah aap ke liye opportunity hai, har jagah aap ke liye opportunity hai.</w:t>
      </w:r>
    </w:p>
    <w:p>
      <w:pPr>
        <w:jc w:val="right"/>
      </w:pPr>
      <w:r>
        <w:t>تو پوری دنیا آپ کے لیے کھلا میدان بن جاتی ہے۔ ہر جگہ آپ کے لیے اپرچونیٹی ہے، ہر جگہ آپ کے لیے اپرچونیٹی ہے۔</w:t>
      </w:r>
    </w:p>
    <w:p>
      <w:r>
        <w:rPr>
          <w:b/>
        </w:rPr>
        <w:t xml:space="preserve">[29:43] </w:t>
      </w:r>
      <w:r>
        <w:t>Ek qissa main aksar bayan karta hoon ke Punjab mein ek sahib thay, Swami Ram Pir.</w:t>
      </w:r>
    </w:p>
    <w:p>
      <w:pPr>
        <w:jc w:val="right"/>
      </w:pPr>
      <w:r>
        <w:t>ایک قصہ میں اکثر بیان کرتا ہوں کہ پنجاب میں ایک صاحب تھے، سوامی رام پیر۔</w:t>
      </w:r>
    </w:p>
    <w:p>
      <w:r>
        <w:rPr>
          <w:b/>
        </w:rPr>
        <w:t xml:space="preserve">[29:52] </w:t>
      </w:r>
      <w:r>
        <w:t>Us waqt sal America gaye, chota sa sal pehle. Us waqt America mein koi Indian nahi hota tha, aur yeh gaye, wahi apna kapra, jo gehra kapra tha, un ka pehne hue, aur aur kuch bhi saman nahi, koi luggage nahi, koi kuch nahi, koi saman nahi.</w:t>
      </w:r>
    </w:p>
    <w:p>
      <w:pPr>
        <w:jc w:val="right"/>
      </w:pPr>
      <w:r>
        <w:t>اس وقت سال امریکہ گئے، چھوٹا سا سال پہلے۔ اس وقت امریکہ میں کوئی انڈین نہیں ہوتا تھا، اور یہ گئے، وہی اپنا کپڑا، جو گہروا کپڑا تھا، ان کا پہنے ہوئے، اور اور کچھ بھی سامان نہیں، کوئی لگیج نہیں، کوئی کچھ نہیں، کوئی سامان نہیں۔</w:t>
      </w:r>
    </w:p>
    <w:p>
      <w:r>
        <w:rPr>
          <w:b/>
        </w:rPr>
        <w:t xml:space="preserve">[30:09] </w:t>
      </w:r>
      <w:r>
        <w:t>To jab wahan par utre, yeh us waqt ki baat hai, jab ke jab ke hawai jahaz nahi hua karte thay, to wahan par utre woh airport par ship se.</w:t>
      </w:r>
    </w:p>
    <w:p>
      <w:pPr>
        <w:jc w:val="right"/>
      </w:pPr>
      <w:r>
        <w:t>تو جب وہاں پر اترے، یہ اس وقت کی بات ہے، جب کہ جب کہ ہوائی جہاز نہیں ہوا کرتے تھے، تو وہاں پر اترے وہ ایئرپورٹ پر شپ سے۔</w:t>
      </w:r>
    </w:p>
    <w:p>
      <w:r>
        <w:rPr>
          <w:b/>
        </w:rPr>
        <w:t xml:space="preserve">[30:21] </w:t>
      </w:r>
      <w:r>
        <w:t>to kisi american ne in ko dekha to woh kaha ke is ko in ka ajeeb sa laga, yeh aadmi kaisa aadmi hai,</w:t>
      </w:r>
    </w:p>
    <w:p>
      <w:pPr>
        <w:jc w:val="right"/>
      </w:pPr>
      <w:r>
        <w:t>تو کسی امریکن نے ان کو دیکھا تو وہ کہا کہ اس کو ان کا عجیب سا لگا، یہ آدمی کیسا آدمی ہے،</w:t>
      </w:r>
    </w:p>
    <w:p>
      <w:r>
        <w:rPr>
          <w:b/>
        </w:rPr>
        <w:t xml:space="preserve">[30:27] </w:t>
      </w:r>
      <w:r>
        <w:t>is ko koi is ke paas koi luggage bhi nahi hai, kuch bhi nahi hai, aise hi chal raha hai. to is se poocha ke tumhara America mein tumhara koi dost tha?</w:t>
      </w:r>
    </w:p>
    <w:p>
      <w:pPr>
        <w:jc w:val="right"/>
      </w:pPr>
      <w:r>
        <w:t>اس کو کوئی اس کے پاس کوئی لگیج بھی نہیں ہے، کچھ بھی نہیں ہے، ایسے ہی چل رہا ہے۔ تو اس سے پوچھا کہ تمہارا امریکہ میں تمہارا کوئی دوست تھا؟</w:t>
      </w:r>
    </w:p>
    <w:p>
      <w:r>
        <w:rPr>
          <w:b/>
        </w:rPr>
        <w:t xml:space="preserve">[30:36] </w:t>
      </w:r>
      <w:r>
        <w:t>matlab kahan jana chahte ho? koi dost hai America mein tumhara? to swami ram peer ne kaha, "haan, ek dost hai." ab woh yeh hai, is ko emigres kar liya.</w:t>
      </w:r>
    </w:p>
    <w:p>
      <w:pPr>
        <w:jc w:val="right"/>
      </w:pPr>
      <w:r>
        <w:t>مطلب کہاں جانا چاہتے ہو؟ کوئی دوست ہے امریکہ میں تمہارا؟ تو سوامی رام پیر نے کہا، "ہاں، ایک دوست ہے۔" اب وہ یہ ہے، اس کو ایمگریس کر لیا۔</w:t>
      </w:r>
    </w:p>
    <w:p>
      <w:r>
        <w:rPr>
          <w:b/>
        </w:rPr>
        <w:t xml:space="preserve">[30:49] </w:t>
      </w:r>
      <w:r>
        <w:t>"haan, ek dost hai America mein mera, aur woh yeh hai."</w:t>
      </w:r>
    </w:p>
    <w:p>
      <w:pPr>
        <w:jc w:val="right"/>
      </w:pPr>
      <w:r>
        <w:t>"ہاں، ایک دوست ہے امریکہ میں میرا، اور وہ یہ ہے۔"</w:t>
      </w:r>
    </w:p>
    <w:p>
      <w:r>
        <w:rPr>
          <w:b/>
        </w:rPr>
        <w:t xml:space="preserve">[30:55] </w:t>
      </w:r>
      <w:r>
        <w:t>aur is ke baad jante hain kya hua? sach much woh aadmi in ka dost ban gaya, aur jab tak woh wahan par rahe, tab tak inhi ke ghar par rahe woh.</w:t>
      </w:r>
    </w:p>
    <w:p>
      <w:pPr>
        <w:jc w:val="right"/>
      </w:pPr>
      <w:r>
        <w:t>اور اس کے بعد جانتے ہیں کیا ہوا؟ سچ مچ وہ آدمی ان کا دوست بن گیا، اور جب تک وہ وہاں پر رہے، تب تک انہی کے گھر پر رہے وہ۔</w:t>
      </w:r>
    </w:p>
    <w:p>
      <w:r>
        <w:rPr>
          <w:b/>
        </w:rPr>
        <w:t xml:space="preserve">[31:04] </w:t>
      </w:r>
      <w:r>
        <w:t>to is mani ke jahan kuch nahi tha, wahan bhi tha, jahan in ka koi relative nahi tha, jahan koi in ka friend nahi tha, jahan in ka koi bank balance nahi tha, jahan in ka koi business nahi tha, tab bhi ek bohat bari cheez thi ke ek achhe salook ke zariye, ek achhe behaviour ke zariye, ek aadmi ko j</w:t>
      </w:r>
    </w:p>
    <w:p>
      <w:pPr>
        <w:jc w:val="right"/>
      </w:pPr>
      <w:r>
        <w:t>تو اس معنی کہ جہاں کچھ نہیں تھا، وہاں بھی تھا، جہاں ان کا کوئی ریلیٹو نہیں تھا، جہاں کوئی ان کا فرینڈ نہیں تھا، جہاں ان کا کوئی بینک بیلنس نہیں تھا، جہاں ان کا کوئی بزنس نہیں تھا، تب بھی ایک بہت بڑی چیز تھی کہ ایک اچھے سلوک کے ذریعے، ایک اچھے بیہیویئر کے ذریعے، ایک آدمی کو ج</w:t>
      </w:r>
    </w:p>
    <w:p>
      <w:r>
        <w:rPr>
          <w:b/>
        </w:rPr>
        <w:t xml:space="preserve">[31:22] </w:t>
      </w:r>
      <w:r>
        <w:t>it lenge. yeh hai disadvantage mein advantage hona, minus point mein plus point hona, problem mein opportunities ka hona.</w:t>
      </w:r>
    </w:p>
    <w:p>
      <w:pPr>
        <w:jc w:val="right"/>
      </w:pPr>
      <w:r>
        <w:t>یت لیں گے۔ یہ ہے ڈس ایڈوانٹیج میں ایڈوانٹیج ہونا، مائنس پوائنٹ میں پلس پوائنٹ ہونا، پرابلم میں اپرچونیٹیز کا ہونا۔</w:t>
      </w:r>
    </w:p>
    <w:p>
      <w:r>
        <w:rPr>
          <w:b/>
        </w:rPr>
        <w:t xml:space="preserve">[31:33] </w:t>
      </w:r>
      <w:r>
        <w:t>mein samajhta hoon ke yeh bohat hi zyada important message hai Quran ka aur prophet aleh salam ka. ab mein aap ko ek aur baat arz karna chahunga, woh yeh hai ke peace ka concept.</w:t>
      </w:r>
    </w:p>
    <w:p>
      <w:pPr>
        <w:jc w:val="right"/>
      </w:pPr>
      <w:r>
        <w:t>میں سمجھتا ہوں کہ یہ بہت ہی زیادہ امپورٹنٹ میسج ہے قرآن کا اور پرافٹ علیہ السلام کا۔ اب میں آپ کو ایک اور بات عرض کرنا چاہوں گا، وہ یہ ہے کہ پیس کا کانسیپٹ۔</w:t>
      </w:r>
    </w:p>
    <w:p>
      <w:r>
        <w:rPr>
          <w:b/>
        </w:rPr>
        <w:t xml:space="preserve">[31:49] </w:t>
      </w:r>
      <w:r>
        <w:t>mein samajhta hoon ke Quran mein aur Prophet (peace be upon him) ke jo sayings hain, is mein is parhne ke baad mein ne samjha hai ke aap ke message mein peace hi summum bonum hai.</w:t>
      </w:r>
    </w:p>
    <w:p>
      <w:pPr>
        <w:jc w:val="right"/>
      </w:pPr>
      <w:r>
        <w:t>میں سمجھتا ہوں کہ قرآن میں اور پرافٹ علیہ السلام کے جو سینگ ہیں، اس میں اس پڑھنے کے بعد میں نے سمجھا ہے کہ آپ کے میسج میں پیس ہی سمم بونم ہے۔</w:t>
      </w:r>
    </w:p>
    <w:p>
      <w:r>
        <w:rPr>
          <w:b/>
        </w:rPr>
        <w:t xml:space="preserve">[32:04] </w:t>
      </w:r>
      <w:r>
        <w:t>peace jo hai, woh summum bonum hai. aaj kal aap jante hain ke western civilization mein freedom ko summum bonum mante hain.</w:t>
      </w:r>
    </w:p>
    <w:p>
      <w:pPr>
        <w:jc w:val="right"/>
      </w:pPr>
      <w:r>
        <w:t>پیس جو ہے، وہ سمم بونم ہے۔ آج کل آپ جانتے ہیں کہ ویسٹرن سویلائزیشن میں فریڈم کو سمم بونم مانتے ہیں۔</w:t>
      </w:r>
    </w:p>
    <w:p>
      <w:r>
        <w:rPr>
          <w:b/>
        </w:rPr>
        <w:t xml:space="preserve">[32:14] </w:t>
      </w:r>
      <w:r>
        <w:t>mein kehta hoon ke nahi, freedom ko bhi summum bonum ho nahi sakti, kyunke freedom agar aap aap ko unchecked use karein to woh anarchy ban jayegi.</w:t>
      </w:r>
    </w:p>
    <w:p>
      <w:pPr>
        <w:jc w:val="right"/>
      </w:pPr>
      <w:r>
        <w:t>میں کہتا ہوں کہ نہیں، فریڈم کو بھی سمم بونم ہو نہیں سکتی، کیونکہ فریڈم اگر آپ آپ کو ان چیک یوز کریں تو وہ انارکی بن جائے گی۔</w:t>
      </w:r>
    </w:p>
    <w:p>
      <w:r>
        <w:rPr>
          <w:b/>
        </w:rPr>
        <w:t xml:space="preserve">[32:25] </w:t>
      </w:r>
      <w:r>
        <w:t>agar freedom ko unlimited way mein aap is ko cover karein to woh anarchy ban jayegi. to phir aap summum bonum kahan hua ho? to summum bonum peace hai. peace ko aap kitna hi use kijiye, kitna hi peaceful ban jaiye,</w:t>
      </w:r>
    </w:p>
    <w:p>
      <w:pPr>
        <w:jc w:val="right"/>
      </w:pPr>
      <w:r>
        <w:t>اگر فریڈم کو ان لمیٹڈ وے میں آپ اس کو کور کریں تو وہ انارکی بن جائے گی۔ تو پھر آپ سمم بونم کہاں ہوا ہو؟ تو سمم بونم پیس ہے۔ پیس کو آپ کتنا ہی یوز کیجئے، کتنا ہی پیس فل بن جائیے،</w:t>
      </w:r>
    </w:p>
    <w:p>
      <w:r>
        <w:rPr>
          <w:b/>
        </w:rPr>
        <w:t xml:space="preserve">[32:39] </w:t>
      </w:r>
      <w:r>
        <w:t>koi problem aap create nahi karenge.</w:t>
      </w:r>
    </w:p>
    <w:p>
      <w:pPr>
        <w:jc w:val="right"/>
      </w:pPr>
      <w:r>
        <w:t>کوئی پرابلم آپ کریٹ نہیں کریں گے۔</w:t>
      </w:r>
    </w:p>
    <w:p>
      <w:r>
        <w:rPr>
          <w:b/>
        </w:rPr>
        <w:t xml:space="preserve">[32:42] </w:t>
      </w:r>
      <w:r>
        <w:t>koi aadmi aakhri had tak, to the last extent, peaceful ban jaye to kya problem create karega woh? lekin freedom ko agar aap is tarah use karein to aap doosron ko harmful ban jate hain, doosron ke liye.</w:t>
      </w:r>
    </w:p>
    <w:p>
      <w:pPr>
        <w:jc w:val="right"/>
      </w:pPr>
      <w:r>
        <w:t>کوئی آدمی آخری حد تک، ٹو دا لاسٹ ایکسٹینٹ، پیس فل بن جائے تو کیا پرابلم کریٹ کرے گا وہ؟ لیکن فریڈم کو اگر آپ اس طرح یوز کریں تو آپ دوسروں کو ہارم فل بن جاتے ہیں، دوسروں کے لیے۔</w:t>
      </w:r>
    </w:p>
    <w:p>
      <w:r>
        <w:rPr>
          <w:b/>
        </w:rPr>
        <w:t xml:space="preserve">[32:56] </w:t>
      </w:r>
      <w:r>
        <w:t>aur duniya mein anarchy lati hai aisi freedom.</w:t>
      </w:r>
    </w:p>
    <w:p>
      <w:pPr>
        <w:jc w:val="right"/>
      </w:pPr>
      <w:r>
        <w:t>اور دنیا میں انارکی لاتی ہے ایسی فریڈم۔</w:t>
      </w:r>
    </w:p>
    <w:p>
      <w:r>
        <w:rPr>
          <w:b/>
        </w:rPr>
        <w:t xml:space="preserve">[33:00] </w:t>
      </w:r>
      <w:r>
        <w:t>isi liye America mein ek professor Skinner the, un ki kitaab hai, us mein woh kehte hain ke "we can't afford freedom" yani freedom hum ko afford nahi kar sakte,</w:t>
      </w:r>
    </w:p>
    <w:p>
      <w:pPr>
        <w:jc w:val="right"/>
      </w:pPr>
      <w:r>
        <w:t>اسی لیے امریکہ میں ایک پروفیسر اسکنر تھے، ان کی کتاب ہے، اس میں وہ کہتے ہیں کہ "وی کانٹ افورڈ فریڈم" یعنی فریڈم ہم کو افورڈ نہیں کر سکتے،</w:t>
      </w:r>
    </w:p>
    <w:p>
      <w:r>
        <w:rPr>
          <w:b/>
        </w:rPr>
        <w:t xml:space="preserve">[33:14] </w:t>
      </w:r>
      <w:r>
        <w:t>sirf limited freedom hi hamare</w:t>
      </w:r>
    </w:p>
    <w:p>
      <w:pPr>
        <w:jc w:val="right"/>
      </w:pPr>
      <w:r>
        <w:t>صرف لمیٹڈ فریڈم ہی ہمارے</w:t>
      </w:r>
    </w:p>
    <w:p>
      <w:r>
        <w:rPr>
          <w:b/>
        </w:rPr>
        <w:t xml:space="preserve">[33:16] </w:t>
      </w:r>
      <w:r>
        <w:t>kaam ki hoti hai. to Islam mein bataya gaya hai peace ko, peace ko summum bonum, jis ko aap kehte hain khair haal.</w:t>
      </w:r>
    </w:p>
    <w:p>
      <w:pPr>
        <w:jc w:val="right"/>
      </w:pPr>
      <w:r>
        <w:t>کام کی ہوتی ہے۔ تو اسلام میں بتایا گیا ہے پیس کو، پیس کو سمم بونم، جس کو آپ کہتے ہیں خیر حال۔</w:t>
      </w:r>
    </w:p>
    <w:p>
      <w:r>
        <w:rPr>
          <w:b/>
        </w:rPr>
        <w:t xml:space="preserve">[33:28] </w:t>
      </w:r>
      <w:r>
        <w:t>Quran mein hai ke "alsulhu khair" yani "peace is the best".</w:t>
      </w:r>
    </w:p>
    <w:p>
      <w:pPr>
        <w:jc w:val="right"/>
      </w:pPr>
      <w:r>
        <w:t>قرآن میں ہے کہ "الصلح خیر" یعنی "پیس از دا بیسٹ"۔</w:t>
      </w:r>
    </w:p>
    <w:p>
      <w:r>
        <w:rPr>
          <w:b/>
        </w:rPr>
        <w:t xml:space="preserve">[33:35] </w:t>
      </w:r>
      <w:r>
        <w:t>"peace is the best" isi se sufi logon ne yeh formula banaya tha ke "sulh e kul" jis ko kehte hain, "sulh e kul" yani "peace with all".</w:t>
      </w:r>
    </w:p>
    <w:p>
      <w:pPr>
        <w:jc w:val="right"/>
      </w:pPr>
      <w:r>
        <w:t>"پیس از دا بیسٹ" اسی سے صوفی لوگوں نے یہ فارمولا بنایا تھا کہ "صلح کل" جس کو کہتے ہیں، "صلح کل" یعنی "پیس ود ال"۔</w:t>
      </w:r>
    </w:p>
    <w:p>
      <w:r>
        <w:rPr>
          <w:b/>
        </w:rPr>
        <w:t xml:space="preserve">[33:47] </w:t>
      </w:r>
      <w:r>
        <w:t>"peace with all" ka matlab kya hai? dushman, dushman se bhi peace, aur dost se bhi peace,</w:t>
      </w:r>
    </w:p>
    <w:p>
      <w:pPr>
        <w:jc w:val="right"/>
      </w:pPr>
      <w:r>
        <w:t>"پیس ود ال" کا مطلب کیا ہے؟ دشمن، دشمن سے بھی پیس، اور دوست سے بھی پیس،</w:t>
      </w:r>
    </w:p>
    <w:p>
      <w:r>
        <w:rPr>
          <w:b/>
        </w:rPr>
        <w:t xml:space="preserve">[33:52] </w:t>
      </w:r>
      <w:r>
        <w:t>apne se bhi peace, doosre se bhi peace. to yeh tha "sulh e kul" sufi formula. yeh sufi formula bana tha isi Quran ki is ayat se "sulh e kul".</w:t>
      </w:r>
    </w:p>
    <w:p>
      <w:pPr>
        <w:jc w:val="right"/>
      </w:pPr>
      <w:r>
        <w:t>اپنے سے بھی پیس، دوسرے سے بھی پیس۔ تو یہ تھا "صلح کل" صوفی فارمولا۔ یہ صوفی فارمولا بنا تھا اسی قرآن کی اس آیت سے "صلح کل"۔</w:t>
      </w:r>
    </w:p>
    <w:p>
      <w:r>
        <w:rPr>
          <w:b/>
        </w:rPr>
        <w:t xml:space="preserve">[34:04] </w:t>
      </w:r>
      <w:r>
        <w:t>to Islam mein mein samajhta hoon ke summum bonum agar kaha jaye kisi cheez ko to woh hai peace.</w:t>
      </w:r>
    </w:p>
    <w:p>
      <w:pPr>
        <w:jc w:val="right"/>
      </w:pPr>
      <w:r>
        <w:t>تو اسلام میں میں سمجھتا ہوں کہ سمم بونم اگر کہا جائے کسی چیز کو تو وہ ہے پیس۔</w:t>
      </w:r>
    </w:p>
    <w:p>
      <w:r>
        <w:rPr>
          <w:b/>
        </w:rPr>
        <w:t xml:space="preserve">[34:14] </w:t>
      </w:r>
      <w:r>
        <w:t>ek hadith hai ke "annallaha</w:t>
      </w:r>
    </w:p>
    <w:p>
      <w:pPr>
        <w:jc w:val="right"/>
      </w:pPr>
      <w:r>
        <w:t>ایک حدیث ہے کہ "ان اللہ</w:t>
      </w:r>
    </w:p>
    <w:p>
      <w:r>
        <w:rPr>
          <w:b/>
        </w:rPr>
        <w:t xml:space="preserve">[34:20] </w:t>
      </w:r>
      <w:r>
        <w:t>god grants to non violence. what he does not grant to violence? jab peace par jo cheez milti hai Khuda ki taraf se, woh violence par nahi milti.</w:t>
      </w:r>
    </w:p>
    <w:p>
      <w:pPr>
        <w:jc w:val="right"/>
      </w:pPr>
      <w:r>
        <w:t>گاڈ گرانٹس ٹو نان وائلنس"۔ واٹ ہی ڈز ناٹ گرانٹ ٹو وائلنس؟ جب پیس پر جو چیز ملتی ہے خدا کی طرف سے، وہ وائلنس پر نہیں ملتی۔</w:t>
      </w:r>
    </w:p>
    <w:p>
      <w:r>
        <w:rPr>
          <w:b/>
        </w:rPr>
        <w:t xml:space="preserve">[34:35] </w:t>
      </w:r>
      <w:r>
        <w:t>is liye yeh kehna bilkul sahi hoga ke Islam mein peace jo hai, wahi summum bonum hai.</w:t>
      </w:r>
    </w:p>
    <w:p>
      <w:pPr>
        <w:jc w:val="right"/>
      </w:pPr>
      <w:r>
        <w:t>اس لیے یہ کہنا بالکل صحیح ہوگا کہ اسلام میں پیس جو ہے، وہی سمم بونم ہے۔</w:t>
      </w:r>
    </w:p>
    <w:p>
      <w:r>
        <w:rPr>
          <w:b/>
        </w:rPr>
        <w:t xml:space="preserve">[34:42] </w:t>
      </w:r>
      <w:r>
        <w:t>khair aala, sab se bari cheez, greatest good. to ek bohat hi important baat islam mein maine yeh payi hai islam ki study mein, woh yeh hai ke islam differentiates between enemy and</w:t>
      </w:r>
    </w:p>
    <w:p>
      <w:pPr>
        <w:jc w:val="right"/>
      </w:pPr>
      <w:r>
        <w:t>خیر اعلیٰ، سب سے بڑی چیز، گریٹسٹ گڈ۔ تو ایک بہت ہی امپورٹنٹ بات اسلام میں میں نے یہ پائی ہے اسلام کی سٹڈی میں، وہ یہ ہے کہ اسلام ڈیفرنشیٹس بٹوین اینمی اینڈ</w:t>
      </w:r>
    </w:p>
    <w:p>
      <w:r>
        <w:rPr>
          <w:b/>
        </w:rPr>
        <w:t xml:space="preserve">[35:01] </w:t>
      </w:r>
      <w:r>
        <w:t>attacker. aaj kal hum dekhte hain ke bohat se log yeh keh kar ke hamara dushman hai, is se ladaai chhod dete hain. dushman ke khilaaf ladaai, dushman ke khilaaf jang.</w:t>
      </w:r>
    </w:p>
    <w:p>
      <w:pPr>
        <w:jc w:val="right"/>
      </w:pPr>
      <w:r>
        <w:t>اٹیکر۔ آج کل ہم دیکھتے ہیں کہ بہت سے لوگ یہ کہہ کر کہ ہمارا دشمن ہے، اس سے لڑائی چھوڑ دیتے ہیں۔ دشمن کے خلاف لڑائی، دشمن کے خلاف جنگ۔</w:t>
      </w:r>
    </w:p>
    <w:p>
      <w:r>
        <w:rPr>
          <w:b/>
        </w:rPr>
        <w:t xml:space="preserve">[35:13] </w:t>
      </w:r>
      <w:r>
        <w:t>islam mein dushman ke khilaaf ladaai hai hi nahin. islam mein sirf</w:t>
      </w:r>
    </w:p>
    <w:p>
      <w:pPr>
        <w:jc w:val="right"/>
      </w:pPr>
      <w:r>
        <w:t>اسلام میں دشمن کے خلاف لڑائی ہے ہی نہیں۔ اسلام میں صرف</w:t>
      </w:r>
    </w:p>
    <w:p>
      <w:r>
        <w:rPr>
          <w:b/>
        </w:rPr>
        <w:t xml:space="preserve">[35:19] </w:t>
      </w:r>
      <w:r>
        <w:t>aggressor ya attacker ke khilaaf ladaai hai.</w:t>
      </w:r>
    </w:p>
    <w:p>
      <w:pPr>
        <w:jc w:val="right"/>
      </w:pPr>
      <w:r>
        <w:t>ایگریسر یا اٹیکر کے خلاف لڑائی ہے۔</w:t>
      </w:r>
    </w:p>
    <w:p>
      <w:r>
        <w:rPr>
          <w:b/>
        </w:rPr>
        <w:t xml:space="preserve">[35:24] </w:t>
      </w:r>
      <w:r>
        <w:t>rasool Allah salallaho alaihi wasallam ne jis jis deen ko phailaya logon ke darmiyan, us mein farq kiya gaya attacker par, attacker mein aur enemy mein.</w:t>
      </w:r>
    </w:p>
    <w:p>
      <w:pPr>
        <w:jc w:val="right"/>
      </w:pPr>
      <w:r>
        <w:t>رسول اللہ صلی اللہ علیہ وسلم نے جس جس دین کو پھیلایا لوگوں کے درمیان، اس میں فرق کیا گیا اٹیکر پر، اٹیکر میں اور اینمی میں۔</w:t>
      </w:r>
    </w:p>
    <w:p>
      <w:r>
        <w:rPr>
          <w:b/>
        </w:rPr>
        <w:t xml:space="preserve">[35:37] </w:t>
      </w:r>
      <w:r>
        <w:t>agar koi aap ke establish, agar aap ke ek, agar agar aap koi aap ke bahir ki koi taaqat aap par attack kare</w:t>
      </w:r>
    </w:p>
    <w:p>
      <w:pPr>
        <w:jc w:val="right"/>
      </w:pPr>
      <w:r>
        <w:t>اگر کوئی آپ کے اسٹیبلش، اگر آپ کے ایک، اگر اگر آپ کوئی آپ کے باہر کی کوئی طاقت آپ پر اٹیک کرے</w:t>
      </w:r>
    </w:p>
    <w:p>
      <w:r>
        <w:rPr>
          <w:b/>
        </w:rPr>
        <w:t xml:space="preserve">[35:46] </w:t>
      </w:r>
      <w:r>
        <w:t>to aap ko right hai ke aap defense karen. yaani at the time of attack, at time of aggression, you have every right to go to to defense.</w:t>
      </w:r>
    </w:p>
    <w:p>
      <w:pPr>
        <w:jc w:val="right"/>
      </w:pPr>
      <w:r>
        <w:t>تو آپ کو رائٹ ہے کہ آپ ڈیفنس کریں۔ یعنی ایٹ دا ٹائم آف اٹیک، ایٹ ٹائم آف ایگریشن، یو ہیو ایوری رائٹ ٹو گو ٹو ٹو ڈیفنس۔</w:t>
      </w:r>
    </w:p>
    <w:p>
      <w:r>
        <w:rPr>
          <w:b/>
        </w:rPr>
        <w:t xml:space="preserve">[36:00] </w:t>
      </w:r>
      <w:r>
        <w:t>to jab attack ho, jab aap ke upar hamla kiya jaye to defense ke taur par ladna aap ke liye jaiz hai.</w:t>
      </w:r>
    </w:p>
    <w:p>
      <w:pPr>
        <w:jc w:val="right"/>
      </w:pPr>
      <w:r>
        <w:t>تو جب اٹیک ہو، جب آپ کے اوپر حملہ کیا جائے تو ڈیفنس کے طور پر لڑنا آپ کے لیے جائز ہے۔</w:t>
      </w:r>
    </w:p>
    <w:p>
      <w:r>
        <w:rPr>
          <w:b/>
        </w:rPr>
        <w:t xml:space="preserve">[36:09] </w:t>
      </w:r>
      <w:r>
        <w:t>lekin agar koi aap ko enemy dikhai deta hai, koi dikhata hai ke aap ke khilaaf woh conspiracy kar raha hai,</w:t>
      </w:r>
    </w:p>
    <w:p>
      <w:pPr>
        <w:jc w:val="right"/>
      </w:pPr>
      <w:r>
        <w:t>لیکن اگر کوئی آپ کو اینمی دکھائی دیتا ہے، کوئی دکھاتا ہے کہ آپ کے خلاف وہ کانسپریسی کر رہا ہے،</w:t>
      </w:r>
    </w:p>
    <w:p>
      <w:r>
        <w:rPr>
          <w:b/>
        </w:rPr>
        <w:t xml:space="preserve">[36:16] </w:t>
      </w:r>
      <w:r>
        <w:t>to aap ko is se ladna hargiz jaiz nahin hai. that is unlawful. yaani is se kya karna hai?</w:t>
      </w:r>
    </w:p>
    <w:p>
      <w:pPr>
        <w:jc w:val="right"/>
      </w:pPr>
      <w:r>
        <w:t>تو آپ کو اس سے لڑنا ہرگز جائز نہیں ہے۔ دیٹ از ان لافل۔ یعنی اس سے کیا کرنا ہے؟</w:t>
      </w:r>
    </w:p>
    <w:p>
      <w:r>
        <w:rPr>
          <w:b/>
        </w:rPr>
        <w:t xml:space="preserve">[36:27] </w:t>
      </w:r>
      <w:r>
        <w:t>quran ki ek ayat hai ke "la tasta b al hasrati wa al sayyiati, adfa bil lati hi ahsan." faida</w:t>
      </w:r>
    </w:p>
    <w:p>
      <w:pPr>
        <w:jc w:val="right"/>
      </w:pPr>
      <w:r>
        <w:t>قرآن کی ایک آیت ہے کہ "لا تستب الحسرت والسیہ، ادفع بالتی حسن۔" فائدہ</w:t>
      </w:r>
    </w:p>
    <w:p>
      <w:r>
        <w:rPr>
          <w:b/>
        </w:rPr>
        <w:t xml:space="preserve">[36:39] </w:t>
      </w:r>
      <w:r>
        <w:t>ka is ka matlab kya hai? ke "do good deed in return for bad deed" and you will find that your enemy has become your dear friend.</w:t>
      </w:r>
    </w:p>
    <w:p>
      <w:pPr>
        <w:jc w:val="right"/>
      </w:pPr>
      <w:r>
        <w:t>کا اس کا مطلب کیا ہے؟ کہ "ڈو گڈ ڈیڈ ان ریٹرن فار بیڈ ڈیڈ" اینڈ یو ویل فائنڈ دیٹ یور اینمی ہیز بیکم یور ڈیئر فرینڈ۔</w:t>
      </w:r>
    </w:p>
    <w:p>
      <w:r>
        <w:rPr>
          <w:b/>
        </w:rPr>
        <w:t xml:space="preserve">[36:51] </w:t>
      </w:r>
      <w:r>
        <w:t>is ka matlab yeh hai ke jo aadmi aap ko dushman dikhai deta hai, woh bhi aap ka potential friend hai.</w:t>
      </w:r>
    </w:p>
    <w:p>
      <w:pPr>
        <w:jc w:val="right"/>
      </w:pPr>
      <w:r>
        <w:t>اس کا مطلب یہ ہے کہ جو آدمی آپ کو دشمن دکھائی دیتا ہے، وہ بھی آپ کا پوٹینشل فرینڈ ہے۔</w:t>
      </w:r>
    </w:p>
    <w:p>
      <w:r>
        <w:rPr>
          <w:b/>
        </w:rPr>
        <w:t xml:space="preserve">[37:00] </w:t>
      </w:r>
      <w:r>
        <w:t>your enemy is also your potential friend. to turn this potential into actual, your enemy is your potential friend.</w:t>
      </w:r>
    </w:p>
    <w:p>
      <w:pPr>
        <w:jc w:val="right"/>
      </w:pPr>
      <w:r>
        <w:t>یور اینمی از السو یور پوٹینشل فرینڈ۔ ٹو ٹرن دس پوٹینشل انٹو ایکچول، یور اینمی از یور پوٹینشل فرینڈ۔</w:t>
      </w:r>
    </w:p>
    <w:p>
      <w:r>
        <w:rPr>
          <w:b/>
        </w:rPr>
        <w:t xml:space="preserve">[37:11] </w:t>
      </w:r>
      <w:r>
        <w:t>so you have to turn this potential into actual.</w:t>
      </w:r>
    </w:p>
    <w:p>
      <w:pPr>
        <w:jc w:val="right"/>
      </w:pPr>
      <w:r>
        <w:t>سو یو ہیو ٹو ٹرن دس پوٹینشل انٹو ایکچول۔</w:t>
      </w:r>
    </w:p>
    <w:p>
      <w:r>
        <w:rPr>
          <w:b/>
        </w:rPr>
        <w:t xml:space="preserve">[37:15] </w:t>
      </w:r>
      <w:r>
        <w:t>yeh hai formula ke agar koi aap ke country par bahir se attack kare to aap ko right hai ke is se aap defense karen,</w:t>
      </w:r>
    </w:p>
    <w:p>
      <w:pPr>
        <w:jc w:val="right"/>
      </w:pPr>
      <w:r>
        <w:t>یہ ہے فارمولا کہ اگر کوئی آپ کے کنٹری پر باہر سے اٹیک کرے تو آپ کو رائٹ ہے کہ اس سے آپ ڈیفنس کریں،</w:t>
      </w:r>
    </w:p>
    <w:p>
      <w:r>
        <w:rPr>
          <w:b/>
        </w:rPr>
        <w:t xml:space="preserve">[37:28] </w:t>
      </w:r>
      <w:r>
        <w:t>is se defense war laren. lekin agar koi aap ko dikhai deta hai enemy, chahe woh koi individual ho, chahe koi nation ho, chahe koi community ho, chahe koi group ho, is se aap discuss kijiye, is se aap dialogue kijiye,</w:t>
      </w:r>
    </w:p>
    <w:p>
      <w:pPr>
        <w:jc w:val="right"/>
      </w:pPr>
      <w:r>
        <w:t>اس سے ڈیفنسو وار لڑیں۔ لیکن اگر کوئی آپ کو دکھائی دیتا ہے اینمی، چاہے وہ کوئی انڈیویجول ہو، چاہے کوئی نیشن ہو، چاہے کوئی کمیونٹی ہو، چاہے کوئی گروپ ہو، اس سے آپ ڈسکس کیجئے، اس سے آپ ڈائیلاگ کیجئے،</w:t>
      </w:r>
    </w:p>
    <w:p>
      <w:r>
        <w:rPr>
          <w:b/>
        </w:rPr>
        <w:t xml:space="preserve">[37:43] </w:t>
      </w:r>
      <w:r>
        <w:t>us ko apni baatein peaceful tareeqe se bataiye. aksar dekhiye hota kya hai? misunderstanding ki wajah se enmity ban jati hai.</w:t>
      </w:r>
    </w:p>
    <w:p>
      <w:pPr>
        <w:jc w:val="right"/>
      </w:pPr>
      <w:r>
        <w:t>اس کو اپنی باتیں پیس فل طریقے سے بتائیے۔ اکثر دیکھیے ہوتا کیا ہے؟ مس انڈرسٹینڈنگ کی وجہ سے اینمیٹی بن جاتی ہے۔</w:t>
      </w:r>
    </w:p>
    <w:p>
      <w:r>
        <w:rPr>
          <w:b/>
        </w:rPr>
        <w:t xml:space="preserve">[37:53] </w:t>
      </w:r>
      <w:r>
        <w:t>maine paya hai ke jis ko aap kehte hain enemy, woh enemy nahin hota, woh misunderstanding ka case hota hai. arabic mein ek saying hai ke "al naasu adha ma jahalu".</w:t>
      </w:r>
    </w:p>
    <w:p>
      <w:pPr>
        <w:jc w:val="right"/>
      </w:pPr>
      <w:r>
        <w:t>میں نے پایا ہے کہ جس کو آپ کہتے ہیں اینمی، وہ اینمی نہیں ہوتا، وہ مس انڈرسٹینڈنگ کا کیس ہوتا ہے۔ عربک میں ایک سینگ ہے کہ "الناسو ادا ما جہلو"۔</w:t>
      </w:r>
    </w:p>
    <w:p>
      <w:r>
        <w:rPr>
          <w:b/>
        </w:rPr>
        <w:t xml:space="preserve">[38:06] </w:t>
      </w:r>
      <w:r>
        <w:t>log misunderstanding ki wajah se dushman ban jate hain. to jis ko aap dushman samajh rahe hain, woh to misunderstanding ka case hai.</w:t>
      </w:r>
    </w:p>
    <w:p>
      <w:pPr>
        <w:jc w:val="right"/>
      </w:pPr>
      <w:r>
        <w:t>لوگ مس انڈرسٹینڈنگ کی وجہ سے دشمن بن جاتے ہیں۔ تو جس کو آپ دشمن سمجھ رہے ہیں، وہ تو مس انڈرسٹینڈنگ کا کیس ہے۔</w:t>
      </w:r>
    </w:p>
    <w:p>
      <w:r>
        <w:rPr>
          <w:b/>
        </w:rPr>
        <w:t xml:space="preserve">[38:16] </w:t>
      </w:r>
      <w:r>
        <w:t>to aap se miliye, us ki misunderstanding ko door kijiye, aur phir dekhen ke aap us ko friend friend ban gaya.</w:t>
      </w:r>
    </w:p>
    <w:p>
      <w:pPr>
        <w:jc w:val="right"/>
      </w:pPr>
      <w:r>
        <w:t>تو آپ سے ملیے، اس کی مس انڈرسٹینڈنگ کو دور کیجئے، اور پھر دیکھیں کہ آپ اس کو فرینڈ فرینڈ بن گیا۔</w:t>
      </w:r>
    </w:p>
    <w:p>
      <w:r>
        <w:rPr>
          <w:b/>
        </w:rPr>
        <w:t xml:space="preserve">[38:24] </w:t>
      </w:r>
      <w:r>
        <w:t>aap ka maine apni zindagi mein aisa bohat baar kiya hai. kai logon ko maine dekha ke woh bol chaal band hai, aapas mein milna julna nahin hota.</w:t>
      </w:r>
    </w:p>
    <w:p>
      <w:pPr>
        <w:jc w:val="right"/>
      </w:pPr>
      <w:r>
        <w:t>آپ کا میں نے اپنی زندگی میں ایسا بہت بار کیا ہے۔ کئی لوگوں کو میں نے دیکھا کہ وہ بول چال بند ہے، آپس میں ملنا جلنا نہیں ہوتا۔</w:t>
      </w:r>
    </w:p>
    <w:p>
      <w:r>
        <w:rPr>
          <w:b/>
        </w:rPr>
        <w:t xml:space="preserve">[38:32] </w:t>
      </w:r>
      <w:r>
        <w:t>kehte hain ke woh to hamara dushman hai, is se hum kaise milein? main un ko le kar gaya un ke ghar par. khud maine kaha ke chaliye mere saath chaliye aap</w:t>
      </w:r>
    </w:p>
    <w:p>
      <w:pPr>
        <w:jc w:val="right"/>
      </w:pPr>
      <w:r>
        <w:t>کہتے ہیں کہ وہ تو ہمارا دشمن ہے، اس سے ہم کیسے ملیں؟ میں ان کو لے کر گیا ان کے گھر پر۔ خود میں نے کہا کہ چلیے میرے ساتھ چلیے آپ</w:t>
      </w:r>
    </w:p>
    <w:p>
      <w:r>
        <w:rPr>
          <w:b/>
        </w:rPr>
        <w:t xml:space="preserve">[38:42] </w:t>
      </w:r>
      <w:r>
        <w:t>aur baat cheet karwai. maloom hua ke misunderstanding thi. jitne cases maine deal kiye hain, sab mein maine paya ke there were shared misunderstanding.</w:t>
      </w:r>
    </w:p>
    <w:p>
      <w:pPr>
        <w:jc w:val="right"/>
      </w:pPr>
      <w:r>
        <w:t>اور بات چیت کروائی۔ معلوم ہوا کہ مس انڈرسٹینڈنگ تھی۔ جتنے کیسز میں نے ڈیل کیے ہیں، سب میں میں نے پایا کہ دیریں وار شیئر مس انڈرسٹینڈنگ۔</w:t>
      </w:r>
    </w:p>
    <w:p>
      <w:r>
        <w:rPr>
          <w:b/>
        </w:rPr>
        <w:t xml:space="preserve">[38:57] </w:t>
      </w:r>
      <w:r>
        <w:t>to jab miss understanding khatm ho gayi to woh aapas mein dost ban gaye. to</w:t>
      </w:r>
    </w:p>
    <w:p>
      <w:pPr>
        <w:jc w:val="right"/>
      </w:pPr>
      <w:r>
        <w:t>تو جب مس انڈرسٹینڈنگ ختم ہو گئی تو وہ آپس میں دوست بن گئے۔ تو</w:t>
      </w:r>
    </w:p>
    <w:p>
      <w:r>
        <w:rPr>
          <w:b/>
        </w:rPr>
        <w:t xml:space="preserve">[39:02] </w:t>
      </w:r>
      <w:r>
        <w:t>woh to jis cheez ko aap kehte hain enmity ya dushmani, mein samajhta hoon ke baseless cheez hoti hai, us ki koi haqeeqat nahi hoti, us ki koi haqeeqat nahi hoti.</w:t>
      </w:r>
    </w:p>
    <w:p>
      <w:pPr>
        <w:jc w:val="right"/>
      </w:pPr>
      <w:r>
        <w:t>وہ تو جس چیز کو آپ کہتے ہیں اینمیٹی یا دشمنی، میں سمجھتا ہوں کہ بیسلیس چیز ہوتی ہے، اس کی کوئی حقیقت نہیں ہوتی، اس کی کوئی حقیقت نہیں ہوتی۔</w:t>
      </w:r>
    </w:p>
    <w:p>
      <w:r>
        <w:rPr>
          <w:b/>
        </w:rPr>
        <w:t xml:space="preserve">[39:15] </w:t>
      </w:r>
      <w:r>
        <w:t>woh hoti hai miss understanding. jab hum society mein rehte hain to aisa hota hai ke baar baar</w:t>
      </w:r>
    </w:p>
    <w:p>
      <w:pPr>
        <w:jc w:val="right"/>
      </w:pPr>
      <w:r>
        <w:t>وہ ہوتی ہے مس انڈرسٹینڈنگ۔ جب ہم سوسائٹی میں رہتے ہیں تو ایسا ہوتا ہے کہ بار بار</w:t>
      </w:r>
    </w:p>
    <w:p>
      <w:r>
        <w:rPr>
          <w:b/>
        </w:rPr>
        <w:t xml:space="preserve">[39:22] </w:t>
      </w:r>
      <w:r>
        <w:t>aisi baatein hoti hain jis se doosra aadmi samajh nahi pata. jaise mein ek office mein rehta tha pehle, yeh</w:t>
      </w:r>
    </w:p>
    <w:p>
      <w:pPr>
        <w:jc w:val="right"/>
      </w:pPr>
      <w:r>
        <w:t>ایسی باتیں ہوتی ہیں جس سے دوسرا آدمی سمجھ نہیں پاتا۔ جیسے میں ایک افس میں رہتا تھا پہلے، یہ</w:t>
      </w:r>
    </w:p>
    <w:p>
      <w:r>
        <w:rPr>
          <w:b/>
        </w:rPr>
        <w:t xml:space="preserve">[39:34] </w:t>
      </w:r>
      <w:r>
        <w:t>yeh baat hai koi 30-40 saal pehle ki baat hai. to mujh ko ek aadmi ne bataya ke log samajhte hain ke aap bohat arrogant aadmi hain aur aap se log hate karte hain.</w:t>
      </w:r>
    </w:p>
    <w:p>
      <w:pPr>
        <w:jc w:val="right"/>
      </w:pPr>
      <w:r>
        <w:t>یہ بات ہے کوئی 30-40 سال پہلے کی بات ہے۔ تو مجھ کو ایک آدمی نے بتایا کہ لوگ سمجھتے ہیں کہ آپ بہت اروگنٹ آدمی ہیں اور آپ سے لوگ ہیٹ کرتے ہیں۔</w:t>
      </w:r>
    </w:p>
    <w:p>
      <w:r>
        <w:rPr>
          <w:b/>
        </w:rPr>
        <w:t xml:space="preserve">[39:48] </w:t>
      </w:r>
      <w:r>
        <w:t>mein ne kaha kyun? ke aap kisi ko salam karte hain, na kisi se milte.</w:t>
      </w:r>
    </w:p>
    <w:p>
      <w:pPr>
        <w:jc w:val="right"/>
      </w:pPr>
      <w:r>
        <w:t>میں نے کہا کیوں؟ کہ آپ کسی کو سلام کرتے ہیں، نہ کسی سے ملتے۔</w:t>
      </w:r>
    </w:p>
    <w:p>
      <w:r>
        <w:rPr>
          <w:b/>
        </w:rPr>
        <w:t xml:space="preserve">[39:52] </w:t>
      </w:r>
      <w:r>
        <w:t>to baat yeh thi ke mein apne office se nikalta tha sirf namaz ke liye, bas office mein kaam karta tha. azan hui to namaz ke liye nikla aur seedhe mein chala gaya masjid mein.</w:t>
      </w:r>
    </w:p>
    <w:p>
      <w:pPr>
        <w:jc w:val="right"/>
      </w:pPr>
      <w:r>
        <w:t>تو بات یہ تھی کہ میں اپنے افس سے نکلتا تھا صرف نماز کے لیے، بس افس میں کام کرتا تھا۔ اذان ہوئی تو نماز کے لیے نکلا اور سیدھے میں چلا گیا مسجد میں۔</w:t>
      </w:r>
    </w:p>
    <w:p>
      <w:r>
        <w:rPr>
          <w:b/>
        </w:rPr>
        <w:t xml:space="preserve">[40:03] </w:t>
      </w:r>
      <w:r>
        <w:t>to mera principle hai ke kisi ko interfere na karo, interfere na karo.</w:t>
      </w:r>
    </w:p>
    <w:p>
      <w:pPr>
        <w:jc w:val="right"/>
      </w:pPr>
      <w:r>
        <w:t>تو میرا پرنسپل ہے کہ کسی کو انٹرفیئر نہ کرو، انٹرفیئر نہ کرو۔</w:t>
      </w:r>
    </w:p>
    <w:p>
      <w:r>
        <w:rPr>
          <w:b/>
        </w:rPr>
        <w:t xml:space="preserve">[40:10] </w:t>
      </w:r>
      <w:r>
        <w:t>kisi ko interfere kar ke ab woh aadmi kaam kar raha hai, koi cheez parh raha hai, koi likh raha hai, to hum kahein "assalam o alaikum". that is interference.</w:t>
      </w:r>
    </w:p>
    <w:p>
      <w:pPr>
        <w:jc w:val="right"/>
      </w:pPr>
      <w:r>
        <w:t>کسی کو انٹرفیئر کر کے اب وہ آدمی کام کر رہا ہے، کوئی چیز پڑھ رہا ہے، کوئی لکھ رہا ہے، تو ہم کہیں "السلام علیکم"۔ دیٹ از انٹرفیئرنس۔</w:t>
      </w:r>
    </w:p>
    <w:p>
      <w:r>
        <w:rPr>
          <w:b/>
        </w:rPr>
        <w:t xml:space="preserve">[40:21] </w:t>
      </w:r>
      <w:r>
        <w:t>to is qism ke "assalam o alaikum" ko mein interference samajhta hoon. to mein yeh na karte hue chup chap aap se masjid chala jaata tha, mujh se wapas aata tha.</w:t>
      </w:r>
    </w:p>
    <w:p>
      <w:pPr>
        <w:jc w:val="right"/>
      </w:pPr>
      <w:r>
        <w:t>تو اس قسم کے "السلام علیکم" کو میں انٹرفیئرنس سمجھتا ہوں۔ تو میں یہ نہ کرتے ہوئے چپ چاپ آپ سے مسجد چلاتا تھا، مجھ سے واپس آتا تھا۔</w:t>
      </w:r>
    </w:p>
    <w:p>
      <w:r>
        <w:rPr>
          <w:b/>
        </w:rPr>
        <w:t xml:space="preserve">[40:31] </w:t>
      </w:r>
      <w:r>
        <w:t>to logon ne kya samjha ke mein arrogant hoon, is wajah se mein salam nahi karta. haalankeh baat yeh nahi thi ke mein apni samajh se, yeh meri rai yeh thi ke jab aadmi parh raha hai, likh raha hai, kuch kaam kar raha hai to mein agar kahunga "assalam o alaikum" to woh ek interfere kar raha ho.</w:t>
      </w:r>
    </w:p>
    <w:p>
      <w:pPr>
        <w:jc w:val="right"/>
      </w:pPr>
      <w:r>
        <w:t>تو لوگوں نے کیا سمجھا کہ میں اروگنٹ ہوں، اس وجہ سے میں سلام نہیں کرتا۔ حالانکہ بات یہ نہیں تھی کہ میں اپنی سمجھ سے، یہ میری رائے یہ تھی کہ جب آدمی پڑھ رہا ہے، لکھ رہا ہے، کچھ کام کر رہا ہے تو میں اگر کہوں گا "السلام علیکم" تو وہ ایک انٹرفیئر کر رہا ہو۔</w:t>
      </w:r>
    </w:p>
    <w:p>
      <w:r>
        <w:rPr>
          <w:b/>
        </w:rPr>
        <w:t xml:space="preserve">[40:52] </w:t>
      </w:r>
      <w:r>
        <w:t>to hum interfere kyun karein?</w:t>
      </w:r>
    </w:p>
    <w:p>
      <w:pPr>
        <w:jc w:val="right"/>
      </w:pPr>
      <w:r>
        <w:t>تو ہم انٹرفیئر کیوں کریں؟</w:t>
      </w:r>
    </w:p>
    <w:p>
      <w:r>
        <w:rPr>
          <w:b/>
        </w:rPr>
        <w:t xml:space="preserve">[40:55] </w:t>
      </w:r>
      <w:r>
        <w:t>is wajah se miss understanding jo hai, woh logon ko ek doosre ka dushman bana chuki hai.</w:t>
      </w:r>
    </w:p>
    <w:p>
      <w:pPr>
        <w:jc w:val="right"/>
      </w:pPr>
      <w:r>
        <w:t>اس وجہ سے مس انڈرسٹینڈنگ جو ہے، وہ لوگوں کو ایک دوسرے کا دشمن بنا چکی ہے۔</w:t>
      </w:r>
    </w:p>
    <w:p>
      <w:r>
        <w:rPr>
          <w:b/>
        </w:rPr>
        <w:t xml:space="preserve">[41:06] </w:t>
      </w:r>
      <w:r>
        <w:t>islam mein ek bohat bari cheezein sikhayi gayi hain ke "your actions must be result oriented".</w:t>
      </w:r>
    </w:p>
    <w:p>
      <w:pPr>
        <w:jc w:val="right"/>
      </w:pPr>
      <w:r>
        <w:t>اسلام میں ایک بہت بڑی چیزیں سکھائی گئی ہیں کہ "یور ایکشنز مسٹ بی رزلٹ اورینٹڈ"۔</w:t>
      </w:r>
    </w:p>
    <w:p>
      <w:r>
        <w:rPr>
          <w:b/>
        </w:rPr>
        <w:t xml:space="preserve">[41:17] </w:t>
      </w:r>
      <w:r>
        <w:t>jaise prophet ne kaha ke "min hasan islami mar taraka maula". yaani</w:t>
      </w:r>
    </w:p>
    <w:p>
      <w:pPr>
        <w:jc w:val="right"/>
      </w:pPr>
      <w:r>
        <w:t>جیسے پرافٹ نے کہا کہ "من حسن اسلامی مر ترکہ مولا"۔ یعنی</w:t>
      </w:r>
    </w:p>
    <w:p>
      <w:r>
        <w:rPr>
          <w:b/>
        </w:rPr>
        <w:t xml:space="preserve">[41:24] </w:t>
      </w:r>
      <w:r>
        <w:t>is ka matlab kya hai? ke tum jab bhi koi step lo, koi kaam karo to pehle yeh socho ke yeh aisa to nahi ke woh tum samjhoge kisi achhe maqsad ke liye kar raha hoon.</w:t>
      </w:r>
    </w:p>
    <w:p>
      <w:pPr>
        <w:jc w:val="right"/>
      </w:pPr>
      <w:r>
        <w:t>اس کا مطلب کیا ہے؟ کہ تم جب بھی کوئی سٹیپ لو، کوئی کام کرو تو پہلے یہ سوچو کہ یہ ایسا تو نہیں کہ وہ تم سمجھو گے کسی اچھے مقصد کے لیے کر رہا ہوں۔</w:t>
      </w:r>
    </w:p>
    <w:p>
      <w:r>
        <w:rPr>
          <w:b/>
        </w:rPr>
        <w:t xml:space="preserve">[41:36] </w:t>
      </w:r>
      <w:r>
        <w:t>mein woh hoga counter productive. to positive result agar nikal raha hai, tab to tumhein kaam karna chahiye aur nahi to nahi karna chahiye.</w:t>
      </w:r>
    </w:p>
    <w:p>
      <w:pPr>
        <w:jc w:val="right"/>
      </w:pPr>
      <w:r>
        <w:t>میں وہ ہوگا کاؤنٹر پروڈکٹو۔ تو پازیٹیو رزلٹ اگر نکل رہا ہے، تب تو تمہیں کام کرنا چاہیے اور نہیں تو نہیں کرنا چاہیے۔</w:t>
      </w:r>
    </w:p>
    <w:p>
      <w:r>
        <w:rPr>
          <w:b/>
        </w:rPr>
        <w:t xml:space="preserve">[41:48] </w:t>
      </w:r>
      <w:r>
        <w:t>aisa kaam jis ka nateeja ulta nikle, woh islam mein nahi hai. islam mein woh kaam hai jis ka koi positive nateeja nikalne wala.</w:t>
      </w:r>
    </w:p>
    <w:p>
      <w:pPr>
        <w:jc w:val="right"/>
      </w:pPr>
      <w:r>
        <w:t>ایسا کام جس کا نتیجہ الٹا نکلے، وہ اسلام میں نہیں ہے۔ اسلام میں وہ کام ہے جس کا کوئی پازیٹیو نتیجہ نکلنے والا۔</w:t>
      </w:r>
    </w:p>
    <w:p>
      <w:r>
        <w:rPr>
          <w:b/>
        </w:rPr>
        <w:t xml:space="preserve">[42:01] </w:t>
      </w:r>
      <w:r>
        <w:t>to yeh ek bohat important baat hai. log aksar yeh dekh kar ke kehte hain ke mein</w:t>
      </w:r>
    </w:p>
    <w:p>
      <w:pPr>
        <w:jc w:val="right"/>
      </w:pPr>
      <w:r>
        <w:t>تو یہ ایک بہت امپورٹنٹ بات ہے۔ لوگ اکثر یہ دیکھ کر کے کہ دیکھتے ہیں کہ میں</w:t>
      </w:r>
    </w:p>
    <w:p>
      <w:r>
        <w:rPr>
          <w:b/>
        </w:rPr>
        <w:t xml:space="preserve">[42:07] </w:t>
      </w:r>
      <w:r>
        <w:t>yaani ek cheez ko samajhte hain ke ek to burai hai, ek to evil hai, mujhe ladna chahiye is ke khilaaf, aur lad jaate hain. aur nateeja kya hota hai?</w:t>
      </w:r>
    </w:p>
    <w:p>
      <w:pPr>
        <w:jc w:val="right"/>
      </w:pPr>
      <w:r>
        <w:t>یعنی ایک چیز کو سمجھتے ہیں کہ ایک تو برائی ہے، ایک تو ایول ہے، مجھے لڑنا چاہیے اس کے خلاف، اور لڑ جاتے ہیں۔ اور نتیجہ کیا ہوتا ہے؟</w:t>
      </w:r>
    </w:p>
    <w:p>
      <w:r>
        <w:rPr>
          <w:b/>
        </w:rPr>
        <w:t xml:space="preserve">[42:16] </w:t>
      </w:r>
      <w:r>
        <w:t>ke ek evil ko khatm karne ke naam par das aur evil ban jaati hain. yaani woh woh un ka un ka jo action hota hai, woh ban jaata hai counter productive.</w:t>
      </w:r>
    </w:p>
    <w:p>
      <w:pPr>
        <w:jc w:val="right"/>
      </w:pPr>
      <w:r>
        <w:t>کہ ایک ایول کو ختم کرنے کے نام پر دس اور ایول بن جاتی ہیں۔ یعنی وہ وہ ان کا ان کا جو ایکشن ہوتا ہے، وہ بن جاتا ہے کاؤنٹر پروڈکٹو۔</w:t>
      </w:r>
    </w:p>
    <w:p>
      <w:r>
        <w:rPr>
          <w:b/>
        </w:rPr>
        <w:t xml:space="preserve">[42:28] </w:t>
      </w:r>
      <w:r>
        <w:t>islam mein is ko sakhti se mana kiya gaya hai. islam ka yeh yeh islam ki yeh teaching hai ke wahi kaam karo jo positive result jis ka nikalne wala ho.</w:t>
      </w:r>
    </w:p>
    <w:p>
      <w:pPr>
        <w:jc w:val="right"/>
      </w:pPr>
      <w:r>
        <w:t>اسلام میں اس کو سختی سے منع کیا گیا ہے۔ اسلام کا یہ یہ اسلام کی یہ ٹیچنگ ہے کہ وہی کام کرو جو پازیٹیو رزلٹ جس کا نکلنے والا ہو۔</w:t>
      </w:r>
    </w:p>
    <w:p>
      <w:r>
        <w:rPr>
          <w:b/>
        </w:rPr>
        <w:t xml:space="preserve">[42:45] </w:t>
      </w:r>
      <w:r>
        <w:t>aur agar positive result nahi nikalne wala hai to woh kaam bhi mat karo. to prophet of islam ne is maamle mein bohat zyada yaani amal kiya.</w:t>
      </w:r>
    </w:p>
    <w:p>
      <w:pPr>
        <w:jc w:val="right"/>
      </w:pPr>
      <w:r>
        <w:t>اور اگر پازیٹیو رزلٹ نہیں نکلنے والا ہے تو وہ کام بھی مت کرو۔ تو پرافٹ آف اسلام نے اس معاملے میں بہت زیادہ یعنی عمل کیا۔</w:t>
      </w:r>
    </w:p>
    <w:p>
      <w:r>
        <w:rPr>
          <w:b/>
        </w:rPr>
        <w:t xml:space="preserve">[42:58] </w:t>
      </w:r>
      <w:r>
        <w:t>is ke upar misaal ke taur par makkah mein 13 saal aap the to bohat se log aap ke saathi ban gaye, lekin jo wahan ke sardar the, sardar woh aap ke saathi nahi bane, woh aap ke dushman bane rahe.</w:t>
      </w:r>
    </w:p>
    <w:p>
      <w:pPr>
        <w:jc w:val="right"/>
      </w:pPr>
      <w:r>
        <w:t>اس کے اوپر مثال کے طور پر مکہ میں 13 سال آپ تھے تو بہت سے لوگ آپ کے ساتھی بن گئے، لیکن جو وہاں کے سردار تھے، سردار وہ آپ کے ساتھی نہیں بنے، وہ آپ کے دشمن بنے رہے۔</w:t>
      </w:r>
    </w:p>
    <w:p>
      <w:r>
        <w:rPr>
          <w:b/>
        </w:rPr>
        <w:t xml:space="preserve">[43:12] </w:t>
      </w:r>
      <w:r>
        <w:t>to terahveen saal unhone kaha ke ab ab ab ab hum se aur muhammad se ladai hogi. woh talwar le kar aa gaye.</w:t>
      </w:r>
    </w:p>
    <w:p>
      <w:pPr>
        <w:jc w:val="right"/>
      </w:pPr>
      <w:r>
        <w:t>تو تیرہویں سال انہوں نے کہا کہ اب اب اب اب ہم سے اور محمد سے لڑائی ہوگی۔ وہ تلوار لے کر آ گئے۔</w:t>
      </w:r>
    </w:p>
    <w:p>
      <w:r>
        <w:rPr>
          <w:b/>
        </w:rPr>
        <w:t xml:space="preserve">[43:21] </w:t>
      </w:r>
      <w:r>
        <w:t>is waqt aap apne sathiyon ko ikatha kar ke lar sakte thay, lekin aap khamoshi se raat ke waqt makkah chhod kar madinah chale gaye. kyon?</w:t>
      </w:r>
    </w:p>
    <w:p>
      <w:pPr>
        <w:jc w:val="right"/>
      </w:pPr>
      <w:r>
        <w:t>اس وقت آپ اپنے ساتھیوں کو اکٹھا کر کے لڑ سکتے تھے، لیکن آپ خاموشی سے رات کے وقت مکہ چھوڑ کر مدینہ چلے گئے۔ کیوں؟</w:t>
      </w:r>
    </w:p>
    <w:p>
      <w:r>
        <w:rPr>
          <w:b/>
        </w:rPr>
        <w:t xml:space="preserve">[43:31] </w:t>
      </w:r>
      <w:r>
        <w:t>to ab aai da waar. waar hoti hai to blood shed hota, maare jaate hain log, khoon kharaba hota, aur result nikalta kya?</w:t>
      </w:r>
    </w:p>
    <w:p>
      <w:pPr>
        <w:jc w:val="right"/>
      </w:pPr>
      <w:r>
        <w:t>تو اب آئی دا وار۔ وار ہوتی ہے تو بلڈ شیڈ ہوتا، مارے جاتے ہیں لوگ، خون خرابہ ہوتا، اور رزلٹ نکلتا کیا؟</w:t>
      </w:r>
    </w:p>
    <w:p>
      <w:r>
        <w:rPr>
          <w:b/>
        </w:rPr>
        <w:t xml:space="preserve">[43:42] </w:t>
      </w:r>
      <w:r>
        <w:t>khoon behte logon ke. to aap ne is se bachne ke liye ke logon ka khoon be, logon ki gardanein maare jaaein, apne aap ko makkah se le kar ke aap madine mein chale gaye.</w:t>
      </w:r>
    </w:p>
    <w:p>
      <w:pPr>
        <w:jc w:val="right"/>
      </w:pPr>
      <w:r>
        <w:t>خون بہتے لوگوں کے۔ تو آپ نے اس سے بچنے کے لیے کہ لوگوں کا خون بہے، لوگوں کی گردنیں مارے جائیں، اپنے آپ کو مکہ سے لے کر کے آپ مدینے میں چلے گئے۔</w:t>
      </w:r>
    </w:p>
    <w:p>
      <w:r>
        <w:rPr>
          <w:b/>
        </w:rPr>
        <w:t xml:space="preserve">[43:54] </w:t>
      </w:r>
      <w:r>
        <w:t>aap wahan par</w:t>
      </w:r>
    </w:p>
    <w:p>
      <w:pPr>
        <w:jc w:val="right"/>
      </w:pPr>
      <w:r>
        <w:t>آپ وہاں پر</w:t>
      </w:r>
    </w:p>
    <w:p>
      <w:r>
        <w:rPr>
          <w:b/>
        </w:rPr>
        <w:t xml:space="preserve">[43:56] </w:t>
      </w:r>
      <w:r>
        <w:t>to har maamle mein aap dekhein, agar is tarah se koi padhein aap to aap ka har action jo tha, woh result aur hua karta tha. ab mein ek baat, ek ek jo bahut bada problem is zamane mein hai, woh hai ke "how to live in a multi religion society".</w:t>
      </w:r>
    </w:p>
    <w:p>
      <w:pPr>
        <w:jc w:val="right"/>
      </w:pPr>
      <w:r>
        <w:t>تو ہر معاملے میں آپ دیکھیں، اگر اس طرح سے کوئی پڑھیں آپ تو آپ کا ہر ایکشن جو تھا، وہ رزلٹ اور ہوا کرتا تھا۔ اب میں ایک بات، ایک ایک جو بہت بڑا پرابلم اس زمانے میں ہے، وہ ہے کہ "ہاؤ ٹو لیو ان اے ملٹی ریلیجن سوسائٹی"۔</w:t>
      </w:r>
    </w:p>
    <w:p>
      <w:r>
        <w:rPr>
          <w:b/>
        </w:rPr>
        <w:t xml:space="preserve">[44:16] </w:t>
      </w:r>
      <w:r>
        <w:t>ek society mein kai mazhab ke log hain to wahan kaise rahein?</w:t>
      </w:r>
    </w:p>
    <w:p>
      <w:pPr>
        <w:jc w:val="right"/>
      </w:pPr>
      <w:r>
        <w:t>ایک سوسائٹی میں کئی مذہب کے لوگ ہیں تو وہاں ہم کیسے رہیں؟</w:t>
      </w:r>
    </w:p>
    <w:p>
      <w:r>
        <w:rPr>
          <w:b/>
        </w:rPr>
        <w:t xml:space="preserve">[44:23] </w:t>
      </w:r>
      <w:r>
        <w:t>different religion ke log hain to wahan kaise rahein?</w:t>
      </w:r>
    </w:p>
    <w:p>
      <w:pPr>
        <w:jc w:val="right"/>
      </w:pPr>
      <w:r>
        <w:t>ڈفرنٹ ریلیجن کے لوگ ہیں تو وہاں کیسے رہیں؟</w:t>
      </w:r>
    </w:p>
    <w:p>
      <w:r>
        <w:rPr>
          <w:b/>
        </w:rPr>
        <w:t xml:space="preserve">[44:26] </w:t>
      </w:r>
      <w:r>
        <w:t>is ka formula simple bataya gaya hai quran majeed mein. woh yeh hai ke "lakum deenukum waliya deen". is ka transition hai, literal transition ke "for you your religion, for me mine".</w:t>
      </w:r>
    </w:p>
    <w:p>
      <w:pPr>
        <w:jc w:val="right"/>
      </w:pPr>
      <w:r>
        <w:t>اس کا فارمولا سمپل بتایا گیا ہے قرآن مجید میں۔ وہ یہ ہے کہ "لکم دینکم ولیا دین"۔ اس کا ٹرانسیشن ہے، لٹرل ٹرانسیشن کہ "فار یو یور ریلیجن، فار می مائنڈ"۔</w:t>
      </w:r>
    </w:p>
    <w:p>
      <w:r>
        <w:rPr>
          <w:b/>
        </w:rPr>
        <w:t xml:space="preserve">[44:40] </w:t>
      </w:r>
      <w:r>
        <w:t>is ka matlab kya hua? yeh formula base karta hai mutual respect par. mutual respect! tum meri izzat karo, mein tumhari izzat karunga.</w:t>
      </w:r>
    </w:p>
    <w:p>
      <w:pPr>
        <w:jc w:val="right"/>
      </w:pPr>
      <w:r>
        <w:t>اس کا مطلب کیا ہوا؟ یہ فارمولا بیس کرتا ہے میوچول ریسپیکٹ پر۔ میوچول ریسپیکٹ! تم میری عزت کرو، میں تمہاری عزت کروں گا۔</w:t>
      </w:r>
    </w:p>
    <w:p>
      <w:r>
        <w:rPr>
          <w:b/>
        </w:rPr>
        <w:t xml:space="preserve">[44:52] </w:t>
      </w:r>
      <w:r>
        <w:t>inspired all do differences, is formula ko mein ne is tarah se banaya hai ke "follow one and respect all".</w:t>
      </w:r>
    </w:p>
    <w:p>
      <w:pPr>
        <w:jc w:val="right"/>
      </w:pPr>
      <w:r>
        <w:t>انسپائرڈ ال دو ڈیفرنسز، اس فارمولے کو میں نے اس طرح سے بنایا ہے کہ "فالو ون اینڈ ریسپیکٹ ال"۔</w:t>
      </w:r>
    </w:p>
    <w:p>
      <w:r>
        <w:rPr>
          <w:b/>
        </w:rPr>
        <w:t xml:space="preserve">[45:04] </w:t>
      </w:r>
      <w:r>
        <w:t>"follow one and respect all" yeh hai formula "lakum deenukum waliya deen".</w:t>
      </w:r>
    </w:p>
    <w:p>
      <w:pPr>
        <w:jc w:val="right"/>
      </w:pPr>
      <w:r>
        <w:t>"فالو ون اینڈ ریسپیکٹ ال" یہ ہے فارمولا "لکم دینکم ولیا دین"۔</w:t>
      </w:r>
    </w:p>
    <w:p>
      <w:r>
        <w:rPr>
          <w:b/>
        </w:rPr>
        <w:t xml:space="preserve">[45:09] </w:t>
      </w:r>
      <w:r>
        <w:t>ab dekhein kitna natural formula yeh hai, kyunke dekhein aap aap jo hai difference ko mita nahi sakte.</w:t>
      </w:r>
    </w:p>
    <w:p>
      <w:pPr>
        <w:jc w:val="right"/>
      </w:pPr>
      <w:r>
        <w:t>اب دیکھیں کتنا نیچرل فارمولا یہ ہے، کیونکہ دیکھیں آپ آپ جو ہے ڈیفرنس کو مٹا نہیں سکتے۔</w:t>
      </w:r>
    </w:p>
    <w:p>
      <w:r>
        <w:rPr>
          <w:b/>
        </w:rPr>
        <w:t xml:space="preserve">[45:19] </w:t>
      </w:r>
      <w:r>
        <w:t>difference is part of nature. ek ek scholar ne baja taur par kaha ke "nature abhors uniformity" ke nature yaksaniyat se nafrat karti hai.</w:t>
      </w:r>
    </w:p>
    <w:p>
      <w:pPr>
        <w:jc w:val="right"/>
      </w:pPr>
      <w:r>
        <w:t>ڈیفرنس از پارٹ آف نیچر۔ ایک ایک اسکالر نے بجا طور پر کہا کہ "نیچر ابورڈز یونیفارمٹی" کہ نیچر یکسانیت سے نفرت کرتی ہے۔</w:t>
      </w:r>
    </w:p>
    <w:p>
      <w:r>
        <w:rPr>
          <w:b/>
        </w:rPr>
        <w:t xml:space="preserve">[45:34] </w:t>
      </w:r>
      <w:r>
        <w:t>to "difference is part of nature", "difference is part of life", "difference is part of society".</w:t>
      </w:r>
    </w:p>
    <w:p>
      <w:pPr>
        <w:jc w:val="right"/>
      </w:pPr>
      <w:r>
        <w:t>تو "ڈیفرنس از پارٹ آف نیچر"، "ڈیفرنس از پارٹ آف لائف"، "ڈیفرنس از پارٹ آف سوسائٹی"۔</w:t>
      </w:r>
    </w:p>
    <w:p>
      <w:r>
        <w:rPr>
          <w:b/>
        </w:rPr>
        <w:t xml:space="preserve">[45:41] </w:t>
      </w:r>
      <w:r>
        <w:t>sab log ek hi religion hon, tab bhi differences aa jaate hain. sab log ek hi religion ke ho jaaein, tab bhi differences rahenge, kyunke difference jo hai, woh to part of nature hai.</w:t>
      </w:r>
    </w:p>
    <w:p>
      <w:pPr>
        <w:jc w:val="right"/>
      </w:pPr>
      <w:r>
        <w:t>سب لوگ ایک ہی ریلیجن ہوں، تب بھی ڈیفرنسز آ جاتے ہیں۔ سب لوگ ایک ہی ریلیجن کے ہو جائیں، تب بھی ڈیفرنسز رہیں گے، کیونکہ ڈیفرنس جو ہے، وہ تو پارٹ آف نیچر ہے۔</w:t>
      </w:r>
    </w:p>
    <w:p>
      <w:r>
        <w:rPr>
          <w:b/>
        </w:rPr>
        <w:t xml:space="preserve">[45:54] </w:t>
      </w:r>
      <w:r>
        <w:t>to phir ek hi hal hai, woh hal yeh hai ke difference ko aap avoid karte rahein. difference ko mitana yeh koi formula nahi.</w:t>
      </w:r>
    </w:p>
    <w:p>
      <w:pPr>
        <w:jc w:val="right"/>
      </w:pPr>
      <w:r>
        <w:t>تو پھر ایک ہی حل ہے، وہ حل یہ ہے کہ ڈیفرنس کو آپ اوائڈ کرتے رہیں۔ ڈیفرنس کو مٹانا یہ کوئی فارمولا نہیں۔</w:t>
      </w:r>
    </w:p>
    <w:p>
      <w:r>
        <w:rPr>
          <w:b/>
        </w:rPr>
        <w:t xml:space="preserve">[46:05] </w:t>
      </w:r>
      <w:r>
        <w:t>it is impossible to eliminate all the differences. it is impossible. duniya mein jab bhi kisi ne difference ko mitana chaha to mita nahi saka, koi difference aur badh gaye.</w:t>
      </w:r>
    </w:p>
    <w:p>
      <w:pPr>
        <w:jc w:val="right"/>
      </w:pPr>
      <w:r>
        <w:t>اٹ از امپاسیبل ٹو ایلیمینیٹ ال دو ڈیفرنسز۔ اٹ از امپاسیبل۔ دنیا میں جب بھی کسی نے ڈیفرنس کو مٹانا چاہا تو مٹا نہیں سکا، کوئی ڈیفرنس اور بڑھ گئے۔</w:t>
      </w:r>
    </w:p>
    <w:p>
      <w:r>
        <w:rPr>
          <w:b/>
        </w:rPr>
        <w:t xml:space="preserve">[46:20] </w:t>
      </w:r>
      <w:r>
        <w:t>is liye sahi formula kya</w:t>
      </w:r>
    </w:p>
    <w:p>
      <w:pPr>
        <w:jc w:val="right"/>
      </w:pPr>
      <w:r>
        <w:t>اس لیے صحیح فارمولا کیا</w:t>
      </w:r>
    </w:p>
    <w:p>
      <w:r>
        <w:rPr>
          <w:b/>
        </w:rPr>
        <w:t xml:space="preserve">[46:22] </w:t>
      </w:r>
      <w:r>
        <w:t>hai? sahi formula yahi hai ke "follow one and respect all". aap jis ko theek samajhte ho, to aap woh aisa kijiye aur doosron ko aap mauqa dijiye ke woh bhi apne tareeqe par chalein.</w:t>
      </w:r>
    </w:p>
    <w:p>
      <w:pPr>
        <w:jc w:val="right"/>
      </w:pPr>
      <w:r>
        <w:t>ہے؟ صحیح فارمولا یہی ہے کہ "فالو ون اینڈ ریسپیکٹ ال"۔ آپ جس کو ٹھیک سمجھتے ہو، تو آپ وہ ایسا کیجئے اور دوسروں کو آپ موقع دیجئے کہ وہ بھی اپنے طریقے پر چلیں۔</w:t>
      </w:r>
    </w:p>
    <w:p>
      <w:r>
        <w:rPr>
          <w:b/>
        </w:rPr>
        <w:t xml:space="preserve">[46:39] </w:t>
      </w:r>
      <w:r>
        <w:t>"Let's agree to disagree". Simple formula hai. Yeh hai yeh formula is based on mutual respect, aur yeh formula har jagah hum koi hum already hum istemal karte hain.</w:t>
      </w:r>
    </w:p>
    <w:p>
      <w:pPr>
        <w:jc w:val="right"/>
      </w:pPr>
      <w:r>
        <w:t>"لیٹس ایگری ڈس ایگری"۔ سمپل فارمولا ہے۔ یہ ہے یہ فارمولا از بیسڈ ان میوچول ریسپیکٹ، اور یہ فارمولا ہر جگہ ہم کوئی ہم الریڈی ہم استعمال کرتے ہیں۔</w:t>
      </w:r>
    </w:p>
    <w:p>
      <w:r>
        <w:rPr>
          <w:b/>
        </w:rPr>
        <w:t xml:space="preserve">[46:55] </w:t>
      </w:r>
      <w:r>
        <w:t>mazhab mein nahi, har jagah. business mein,</w:t>
      </w:r>
    </w:p>
    <w:p>
      <w:pPr>
        <w:jc w:val="right"/>
      </w:pPr>
      <w:r>
        <w:t>مذہب میں نہیں، ہر جگہ۔ بزنس میں،</w:t>
      </w:r>
    </w:p>
    <w:p>
      <w:r>
        <w:rPr>
          <w:b/>
        </w:rPr>
        <w:t xml:space="preserve">[46:59] </w:t>
      </w:r>
      <w:r>
        <w:t>apni company mein, apne government mein, har jagah mutual respect ka formula istemal karte hain, kyunke difference har jagah hota hai.</w:t>
      </w:r>
    </w:p>
    <w:p>
      <w:pPr>
        <w:jc w:val="right"/>
      </w:pPr>
      <w:r>
        <w:t>اپنی کمپنی میں، اپنے گورنمنٹ میں، ہر جگہ میوچول ریسپیکٹ کا فارمولا استعمال کرتے ہیں، کیونکہ ڈیفرنس ہر جگہ ہوتا ہے۔</w:t>
      </w:r>
    </w:p>
    <w:p>
      <w:r>
        <w:rPr>
          <w:b/>
        </w:rPr>
        <w:t xml:space="preserve">[47:09] </w:t>
      </w:r>
      <w:r>
        <w:t>difference har jagah hota hai,</w:t>
      </w:r>
    </w:p>
    <w:p>
      <w:pPr>
        <w:jc w:val="right"/>
      </w:pPr>
      <w:r>
        <w:t>ڈیفرنس ہر جگہ ہوتا ہے،</w:t>
      </w:r>
    </w:p>
    <w:p>
      <w:r>
        <w:rPr>
          <w:b/>
        </w:rPr>
        <w:t xml:space="preserve">[47:15] </w:t>
      </w:r>
      <w:r>
        <w:t>aur islam ka jo bahut hi important principle hai, jo rasool Allah ne diya, woh hai universal brotherhood. kitabon mein aata hai ke rasool Allah sallallahu alaihi wasallam raat ko uthte the, suraj nikalne se pehle,</w:t>
      </w:r>
    </w:p>
    <w:p>
      <w:pPr>
        <w:jc w:val="right"/>
      </w:pPr>
      <w:r>
        <w:t>اور اسلام کا جو بہت ہی امپورٹنٹ پرنسپل ہے، جو رسول اللہ نے دیا، وہ ہے یونیورسل برادرہوڈ۔ کتابوں میں آتا ہے کہ رسول اللہ صلی اللہ علیہ وسلم رات کو اٹھتے تھے، سورج نکلنے سے پہلے،</w:t>
      </w:r>
    </w:p>
    <w:p>
      <w:r>
        <w:rPr>
          <w:b/>
        </w:rPr>
        <w:t xml:space="preserve">[47:34] </w:t>
      </w:r>
      <w:r>
        <w:t>aur ibadat karte the</w:t>
      </w:r>
    </w:p>
    <w:p>
      <w:pPr>
        <w:jc w:val="right"/>
      </w:pPr>
      <w:r>
        <w:t>اور عبادت کرتے تھے</w:t>
      </w:r>
    </w:p>
    <w:p>
      <w:r>
        <w:rPr>
          <w:b/>
        </w:rPr>
        <w:t xml:space="preserve">[47:39] </w:t>
      </w:r>
      <w:r>
        <w:t>sawere ki ibadat. to ibadat ke baad aap dua jab karte the to aap aksar yeh dua karte the ke "Allah mashhad in al-ibad kull ikhwah".</w:t>
      </w:r>
    </w:p>
    <w:p>
      <w:pPr>
        <w:jc w:val="right"/>
      </w:pPr>
      <w:r>
        <w:t>سویرے کی عبادت۔ تو عبادت کے بعد آپ دعا جب کرتے تھے تو آپ اکثر یہ دعا کرتے تھے کہ "اللہ مشہد ان العباد کل اخوت"۔</w:t>
      </w:r>
    </w:p>
    <w:p>
      <w:r>
        <w:rPr>
          <w:b/>
        </w:rPr>
        <w:t xml:space="preserve">[47:54] </w:t>
      </w:r>
      <w:r>
        <w:t>oh god! i bear witness that all men or women are brothers and sisters to each other.</w:t>
      </w:r>
    </w:p>
    <w:p>
      <w:pPr>
        <w:jc w:val="right"/>
      </w:pPr>
      <w:r>
        <w:t>او گاڈ! آئی بیئر وٹنس دیٹ ال مین اور وومن آر برادرز اینڈ سسٹرز ٹو ایچ ادر۔</w:t>
      </w:r>
    </w:p>
    <w:p>
      <w:r>
        <w:rPr>
          <w:b/>
        </w:rPr>
        <w:t xml:space="preserve">[48:05] </w:t>
      </w:r>
      <w:r>
        <w:t>ae khuda! main gawahi deta hoon ke sare aurat aur sare mard ek doosre ke bhai hain, ek doosre ki behan hain. yeh hai universal brotherhood ka formula.</w:t>
      </w:r>
    </w:p>
    <w:p>
      <w:pPr>
        <w:jc w:val="right"/>
      </w:pPr>
      <w:r>
        <w:t>اے خدا! میں گواہی دیتا ہوں کہ سارے عورت اور سارے مرد ایک دوسرے کے بھائی ہیں، ایک دوسرے کی بہن ہیں۔ یہ ہے یونیورسل برادرہوڈ کا فارمولا۔</w:t>
      </w:r>
    </w:p>
    <w:p>
      <w:r>
        <w:rPr>
          <w:b/>
        </w:rPr>
        <w:t xml:space="preserve">[48:16] </w:t>
      </w:r>
      <w:r>
        <w:t>yani Islam ke nazdeek sare log ek hi jodi ke zariye paida hue hain, yani Adam aur Hawa. Khuda ne Adam aur Hawa ko paida kiya, isi se yeh sari naslein chalin.</w:t>
      </w:r>
    </w:p>
    <w:p>
      <w:pPr>
        <w:jc w:val="right"/>
      </w:pPr>
      <w:r>
        <w:t>یعنی اسلام کے نزدیک سارے لوگ ایک ہی جوڑی کے ذریعے پیدا ہوئے ہیں، یعنی آدم اور حوا۔ خدا نے آدم اور حوا کو پیدا کیا، اسی سے یہ ساری نسلیں چلیں۔</w:t>
      </w:r>
    </w:p>
    <w:p>
      <w:r>
        <w:rPr>
          <w:b/>
        </w:rPr>
        <w:t xml:space="preserve">[48:29] </w:t>
      </w:r>
      <w:r>
        <w:t>yani jo hamari jo instru hain, woh kai nahin hain,</w:t>
      </w:r>
    </w:p>
    <w:p>
      <w:pPr>
        <w:jc w:val="right"/>
      </w:pPr>
      <w:r>
        <w:t>یعنی جو ہماری جو انسٹر ہیں، وہ کئی نہیں ہیں،</w:t>
      </w:r>
    </w:p>
    <w:p>
      <w:r>
        <w:rPr>
          <w:b/>
        </w:rPr>
        <w:t xml:space="preserve">[48:33] </w:t>
      </w:r>
      <w:r>
        <w:t>ek hi hain. Sare insano ke instru ek hi hain, Adam aur Hawa. To hum sab log blood brothers hain, hum log sab ke sab ek doosre ke bhai hain, ek doosre ki behan hain.</w:t>
      </w:r>
    </w:p>
    <w:p>
      <w:pPr>
        <w:jc w:val="right"/>
      </w:pPr>
      <w:r>
        <w:t>ایک ہی ہیں۔ سارے انسانوں کے انسٹر ایک ہی ہیں، آدم اور حوا۔ تو ہم سب لوگ بلڈ برادرز ہیں، ہم لوگ سب کے سب ایک دوسرے کے بھائی ہیں، ایک دوسرے کی بہن ہیں۔</w:t>
      </w:r>
    </w:p>
    <w:p>
      <w:r>
        <w:rPr>
          <w:b/>
        </w:rPr>
        <w:t xml:space="preserve">[48:47] </w:t>
      </w:r>
      <w:r>
        <w:t>isi par base karta hai Islam ka</w:t>
      </w:r>
    </w:p>
    <w:p>
      <w:pPr>
        <w:jc w:val="right"/>
      </w:pPr>
      <w:r>
        <w:t>اسی پر بیس کرتا ہے اسلام کا</w:t>
      </w:r>
    </w:p>
    <w:p>
      <w:r>
        <w:rPr>
          <w:b/>
        </w:rPr>
        <w:t xml:space="preserve">[48:50] </w:t>
      </w:r>
      <w:r>
        <w:t>formula, jo universal brotherhood ka formula hai,</w:t>
      </w:r>
    </w:p>
    <w:p>
      <w:pPr>
        <w:jc w:val="right"/>
      </w:pPr>
      <w:r>
        <w:t>فارمولا، جو یونیورسل برادرہوڈ کا فارمولا ہے،</w:t>
      </w:r>
    </w:p>
    <w:p>
      <w:r>
        <w:rPr>
          <w:b/>
        </w:rPr>
        <w:t xml:space="preserve">[48:57] </w:t>
      </w:r>
      <w:r>
        <w:t>jis par Islam ne ek poori society banai. Ek bahut zyada important baat Islam ne di, usko main arz karunga.</w:t>
      </w:r>
    </w:p>
    <w:p>
      <w:pPr>
        <w:jc w:val="right"/>
      </w:pPr>
      <w:r>
        <w:t>جس پر اسلام نے ایک پوری سوسائٹی بنائی۔ ایک بہت زیادہ امپورٹنٹ بات اسلام نے دی، اس کو میں عرض کروں گا۔</w:t>
      </w:r>
    </w:p>
    <w:p>
      <w:r>
        <w:rPr>
          <w:b/>
        </w:rPr>
        <w:t xml:space="preserve">[49:12] </w:t>
      </w:r>
      <w:r>
        <w:t>woh yeh hai</w:t>
      </w:r>
    </w:p>
    <w:p>
      <w:pPr>
        <w:jc w:val="right"/>
      </w:pPr>
      <w:r>
        <w:t>وہ یہ ہے</w:t>
      </w:r>
    </w:p>
    <w:p>
      <w:r>
        <w:rPr>
          <w:b/>
        </w:rPr>
        <w:t xml:space="preserve">[49:15] </w:t>
      </w:r>
      <w:r>
        <w:t>ke is duniya mein aap ko less than ideal par aadmi hona hai. Har aadmi kya karta hai? Ek ideal mind mein bithaya, usi par daud raha hai. To ideal karna bhi achieve.</w:t>
      </w:r>
    </w:p>
    <w:p>
      <w:pPr>
        <w:jc w:val="right"/>
      </w:pPr>
      <w:r>
        <w:t>کہ اس دنیا میں آپ کو لیس دین آئیڈیل پر آدمی ہونا ہے۔ ہر آدمی کیا کرتا ہے؟ ایک آئیڈیل مائنڈ میں بٹھایا، اسی پر دوڑ رہا ہے۔ تو آئیڈیل کرنا بھی اچیو۔</w:t>
      </w:r>
    </w:p>
    <w:p>
      <w:r>
        <w:rPr>
          <w:b/>
        </w:rPr>
        <w:t xml:space="preserve">[49:26] </w:t>
      </w:r>
      <w:r>
        <w:t>natija kya hota hai? Apni frustration padta hai, tension mein jeeta hai. To aap agar chahte hain ke tension free zindagi aap ki ho to aap less than ideal par aadmi ho jaiye.</w:t>
      </w:r>
    </w:p>
    <w:p>
      <w:pPr>
        <w:jc w:val="right"/>
      </w:pPr>
      <w:r>
        <w:t>نتیجہ کیا ہوتا ہے؟ اپنی فرسٹریشن پڑتا ہے، ٹینشن میں جیتا ہے۔ تو آپ اگر چاہتے ہیں کہ ٹینشن فری زندگی آپ کی ہو تو آپ لیس دین آئیڈیل پر آدمی ہو جائیے۔</w:t>
      </w:r>
    </w:p>
    <w:p>
      <w:r>
        <w:rPr>
          <w:b/>
        </w:rPr>
        <w:t xml:space="preserve">[49:38] </w:t>
      </w:r>
      <w:r>
        <w:t>aakhri baat main yeh kahunga ke Islam mein jo sab se badi cheez hai, woh hai intellectual development. Sab se badi cheez, yani jo sab se ooncha jo jo tasawwur hai Islam mein kisi insan ka, woh yahi hai ke woh woh intellectually intellectually developed person ho, intellectually awareness person ho.</w:t>
      </w:r>
    </w:p>
    <w:p>
      <w:pPr>
        <w:jc w:val="right"/>
      </w:pPr>
      <w:r>
        <w:t>آخری بات میں یہ کہوں گا کہ اسلام میں جو سب سے بڑی چیز ہے، وہ ہے انٹلیکچول ڈیولپمنٹ۔ سب سے بڑی چیز، یعنی جو سب سے اونچا جو جو تصور ہے اسلام میں کسی انسان کا، وہ یہی ہے کہ وہ وہ انٹلیکچولی انٹلیکچولی ڈیولپڈ پرسن ہو، انٹلیکچولی اویرنس پرسن ہو۔</w:t>
      </w:r>
    </w:p>
    <w:p>
      <w:r>
        <w:rPr>
          <w:b/>
        </w:rPr>
        <w:t xml:space="preserve">[50:02] </w:t>
      </w:r>
      <w:r>
        <w:t>to intellectual development hi Islam mein sab se badi cheez hai. Aur jitni bhi Islam mein ibadatein hain, Quran hai, jitni bhi cheezein hain, woh sab ka ek hi maqsad hai ke woh insaan ke andar spiritual development par layein, intellectual development layein,</w:t>
      </w:r>
    </w:p>
    <w:p>
      <w:pPr>
        <w:jc w:val="right"/>
      </w:pPr>
      <w:r>
        <w:t>تو انٹلیکچول ڈیولپمنٹ ہی اسلام میں سب سے بڑی چیز ہے۔ اور جتنی بھی اسلام میں عبادتیں ہیں، قرآن ہے، جتنی بھی چیزیں ہیں، وہ سب کا ایک ہی مقصد ہے کہ وہ انسان کے اندر اسپیریچول ڈیولپمنٹ پر لائیں، انٹلیکچول ڈیولپمنٹ لائیں،</w:t>
      </w:r>
    </w:p>
    <w:p>
      <w:r>
        <w:rPr>
          <w:b/>
        </w:rPr>
        <w:t xml:space="preserve">[50:20] </w:t>
      </w:r>
      <w:r>
        <w:t>aur har bank ko superman banayein. Kyun ke jo aakhri jo concept hai Islam mein paradise ka, to paradise mein wahi log jayenge jo is duniya mein apne apna development karein,</w:t>
      </w:r>
    </w:p>
    <w:p>
      <w:pPr>
        <w:jc w:val="right"/>
      </w:pPr>
      <w:r>
        <w:t>اور ہر بینک کو سپرمین بنائیں۔ کیونکہ جو آخری جو کانسیپٹ ہے اسلام میں پیراڈائز کا، تو پیراڈائز میں وہی لوگ جائیں گے جو اس دنیا میں اپنے اپنا ڈیولپمنٹ کریں،</w:t>
      </w:r>
    </w:p>
    <w:p>
      <w:r>
        <w:rPr>
          <w:b/>
        </w:rPr>
        <w:t xml:space="preserve">[50:35] </w:t>
      </w:r>
      <w:r>
        <w:t>in terms of spirituality, in terms of intellect. To intellectual development aur spiritual development yahi Islam ka goal hai.</w:t>
      </w:r>
    </w:p>
    <w:p>
      <w:pPr>
        <w:jc w:val="right"/>
      </w:pPr>
      <w:r>
        <w:t>ان ٹرم آف اسپیریچولیٹی، ان ٹرم آف انٹلیکٹ۔ تو انٹلیکچول ڈیولپمنٹ اور اسپیریچول ڈیولپمنٹ یہی اسلام کا گول ہے۔</w:t>
      </w:r>
    </w:p>
    <w:p>
      <w:r>
        <w:rPr>
          <w:b/>
        </w:rPr>
        <w:t xml:space="preserve">[50:47] </w:t>
      </w:r>
      <w:r>
        <w:t>yeh sari cheezein jo main arz kiya aap ka aap ki khidmat mein hain, in sab ka jo aakhri jo maqsad hai, woh yahi hai ke hamari zehni irtqa ho aur intellectual development ho.</w:t>
      </w:r>
    </w:p>
    <w:p>
      <w:pPr>
        <w:jc w:val="right"/>
      </w:pPr>
      <w:r>
        <w:t>یہ ساری چیزیں جو میں عرض کیا آپ کا آپ کی خدمت میں ہیں، ان سب کا جو آخری جو مقصد ہے، وہ یہی ہے کہ ہماری ذہنی ارتقاء ہو اور انٹلیکچول ڈیولپمنٹ ہو۔</w:t>
      </w:r>
    </w:p>
    <w:p>
      <w:r>
        <w:rPr>
          <w:b/>
        </w:rPr>
        <w:t xml:space="preserve">[50:58] </w:t>
      </w:r>
      <w:r>
        <w:t>kyun ke kyun ke yeh sari cheezein jo hain, distraction ban jati hain. Agar hum apne aap ko</w:t>
      </w:r>
    </w:p>
    <w:p>
      <w:pPr>
        <w:jc w:val="right"/>
      </w:pPr>
      <w:r>
        <w:t>کیونکہ کیونکہ یہ ساری چیزیں جو ہیں، ڈسٹریکشن بن جاتی ہیں۔ اگر ہم اپنے آپ کو</w:t>
      </w:r>
    </w:p>
    <w:p>
      <w:r>
        <w:rPr>
          <w:b/>
        </w:rPr>
        <w:t xml:space="preserve">[51:05] </w:t>
      </w:r>
      <w:r>
        <w:t>bachayein nahin jhagde wali cheezon se, agar hum peaceful tareeqe se dar rahe hain, agar hum ghussa karein waghera waghera, to kya hota hai?</w:t>
      </w:r>
    </w:p>
    <w:p>
      <w:pPr>
        <w:jc w:val="right"/>
      </w:pPr>
      <w:r>
        <w:t>بچائیں نہیں جھگڑے والی چیزوں سے، اگر ہم پیس فل طریقے سے ڈر رہے ہیں، اگر ہم غصہ کریں وغیرہ وغیرہ، تو کیا ہوتا ہے؟</w:t>
      </w:r>
    </w:p>
    <w:p>
      <w:r>
        <w:rPr>
          <w:b/>
        </w:rPr>
        <w:t xml:space="preserve">[51:16] </w:t>
      </w:r>
      <w:r>
        <w:t>ke har waqt hum distract hote rahenge, aur phir hum intellectual development ka humein mauqa hi nahin milega.</w:t>
      </w:r>
    </w:p>
    <w:p>
      <w:pPr>
        <w:jc w:val="right"/>
      </w:pPr>
      <w:r>
        <w:t>کہ ہر وقت ہم ڈسٹریکٹ ہوتے رہیں گے، اور پھر ہم انٹلیکچول ڈیولپمنٹ کا ہمیں موقع ہی نہیں ملے گا۔</w:t>
      </w:r>
    </w:p>
    <w:p>
      <w:r>
        <w:rPr>
          <w:b/>
        </w:rPr>
        <w:t xml:space="preserve">[51:23] </w:t>
      </w:r>
      <w:r>
        <w:t>to aakhri baat main yahi kahunga ke Islam mein jo aakhri jo goal hai, woh yeh hai intellectual development. Aur intellectual development sirf is waqt milta hai jab aap ne aap ko distraction se bachayein.</w:t>
      </w:r>
    </w:p>
    <w:p>
      <w:pPr>
        <w:jc w:val="right"/>
      </w:pPr>
      <w:r>
        <w:t>تو آخری بات میں یہی کہوں گا کہ اسلام میں جو آخری جو گول ہے، وہ یہ ہے انٹلیکچول ڈیولپمنٹ۔ اور انٹلیکچول ڈیولپمنٹ صرف اس وقت ملتا ہے جب آپ نے آپ کو ڈسٹریکشن سے بچائیں۔</w:t>
      </w:r>
    </w:p>
    <w:p>
      <w:r>
        <w:rPr>
          <w:b/>
        </w:rPr>
        <w:t xml:space="preserve">[51:37] </w:t>
      </w:r>
      <w:r>
        <w:t>aqool qawlan wa astaghfirullah.</w:t>
      </w:r>
    </w:p>
    <w:p>
      <w:pPr>
        <w:jc w:val="right"/>
      </w:pPr>
      <w:r>
        <w:t>اقول قول واستغفراللہ۔</w:t>
      </w:r>
    </w:p>
    <w:p>
      <w:r>
        <w:rPr>
          <w:b/>
        </w:rPr>
        <w:t xml:space="preserve">[51:54] </w:t>
      </w:r>
      <w:r>
        <w:t>abhi verma, how to secure constant remembrance of the supreme in everyday life? Kindly comment.</w:t>
      </w:r>
    </w:p>
    <w:p>
      <w:pPr>
        <w:jc w:val="right"/>
      </w:pPr>
      <w:r>
        <w:t>ابھی ورما، ہاؤ ٹو سیکیور کانسٹنٹ ریممبرنس آف دا سپریم ان ایوری ڈے لائف؟ کائنڈلی کمنٹ۔</w:t>
      </w:r>
    </w:p>
    <w:p>
      <w:r>
        <w:rPr>
          <w:b/>
        </w:rPr>
        <w:t xml:space="preserve">[52:12] </w:t>
      </w:r>
      <w:r>
        <w:t>main samajhta hoon ke zindagi ka har moment hamein yaad dilata hai</w:t>
      </w:r>
    </w:p>
    <w:p>
      <w:pPr>
        <w:jc w:val="right"/>
      </w:pPr>
      <w:r>
        <w:t>میں سمجھتا ہوں کہ زندگی کا ہر مومنٹ ہمیں یاد دلاتا ہے</w:t>
      </w:r>
    </w:p>
    <w:p>
      <w:r>
        <w:rPr>
          <w:b/>
        </w:rPr>
        <w:t xml:space="preserve">[52:22] </w:t>
      </w:r>
      <w:r>
        <w:t>us supreme hasti ki.</w:t>
      </w:r>
    </w:p>
    <w:p>
      <w:pPr>
        <w:jc w:val="right"/>
      </w:pPr>
      <w:r>
        <w:t>اس سپریم ہستی کی۔</w:t>
      </w:r>
    </w:p>
    <w:p>
      <w:r>
        <w:rPr>
          <w:b/>
        </w:rPr>
        <w:t xml:space="preserve">[52:27] </w:t>
      </w:r>
      <w:r>
        <w:t>koi bhi aap, koi bhi kaam aap saans lein aur saans mein aap oxygen ko andar le jaaein aur carbon dioxide ko exhale karein, to yeh system kis ne banaya?</w:t>
      </w:r>
    </w:p>
    <w:p>
      <w:pPr>
        <w:jc w:val="right"/>
      </w:pPr>
      <w:r>
        <w:t>کوئی بھی آپ، کوئی بھی کام آپ سانس لیں اور سانس میں آپ آکسیجن کو اندر لے جائیں اور کاربن ڈائی آکسائیڈ کو ایکسہیل کریں، تو یہ سسٹم کس نے بنایا؟</w:t>
      </w:r>
    </w:p>
    <w:p>
      <w:r>
        <w:rPr>
          <w:b/>
        </w:rPr>
        <w:t xml:space="preserve">[52:41] </w:t>
      </w:r>
      <w:r>
        <w:t>aap khana khaaein jis mein badan mein ja ke digest ho, to woh kis ne banaya?</w:t>
      </w:r>
    </w:p>
    <w:p>
      <w:pPr>
        <w:jc w:val="right"/>
      </w:pPr>
      <w:r>
        <w:t>آپ کھانا کھائیں جس میں بدن میں جا کے ڈائجسٹ ہو، تو وہ کس نے بنایا؟</w:t>
      </w:r>
    </w:p>
    <w:p>
      <w:r>
        <w:rPr>
          <w:b/>
        </w:rPr>
        <w:t xml:space="preserve">[52:46] </w:t>
      </w:r>
      <w:r>
        <w:t>aap pani piyein to woh kis ne aap ko pani jaisi cheez de di? itni carbon kaam ki liquid cheez.</w:t>
      </w:r>
    </w:p>
    <w:p>
      <w:pPr>
        <w:jc w:val="right"/>
      </w:pPr>
      <w:r>
        <w:t>آپ پانی پیئیں تو وہ کس نے آپ کو پانی جیسی چیز دے دی؟ اتنی کاربن کام کی لیکوڈ چیز۔</w:t>
      </w:r>
    </w:p>
    <w:p>
      <w:r>
        <w:rPr>
          <w:b/>
        </w:rPr>
        <w:t xml:space="preserve">[52:55] </w:t>
      </w:r>
      <w:r>
        <w:t>to koi bhi cheez, koi bhi cheez, koi bhi cheez jis ko aap, jis ka aap is duniya mein tajurba karte hain, woh reminder hai aap ke liye.</w:t>
      </w:r>
    </w:p>
    <w:p>
      <w:pPr>
        <w:jc w:val="right"/>
      </w:pPr>
      <w:r>
        <w:t>تو کوئی بھی چیز، کوئی بھی چیز، کوئی بھی چیز جس کو آپ، جس کا آپ اس دنیا میں تجربہ کرتے ہیں، وہ ریمائنڈر ہے آپ کے لیے۔</w:t>
      </w:r>
    </w:p>
    <w:p>
      <w:r>
        <w:rPr>
          <w:b/>
        </w:rPr>
        <w:t xml:space="preserve">[53:06] </w:t>
      </w:r>
      <w:r>
        <w:t>sirf khule zehan ke sath jeena seekh lein. agar aap mein samajhta hoon ke koi doosra artificial tareeqa is ka nahi hai. is ka tareeqa yahi hai ke hum open mind ke sath jeena seekh lein aur positive mind ke sath duniya mein</w:t>
      </w:r>
    </w:p>
    <w:p>
      <w:pPr>
        <w:jc w:val="right"/>
      </w:pPr>
      <w:r>
        <w:t>صرف کھلے ذہن کے ساتھ جینا سیکھ لیں۔ اگر آپ میں سمجھتا ہوں کہ کوئی دوسرا آرٹیفیشل طریقہ اس کا نہیں ہے۔ اس کا طریقہ یہی ہے کہ ہم اوپن مائنڈ کے ساتھ جینا سیکھ لیں اور پازیٹیو مائنڈ کے ساتھ دنیا میں</w:t>
      </w:r>
    </w:p>
    <w:p>
      <w:r>
        <w:rPr>
          <w:b/>
        </w:rPr>
        <w:t xml:space="preserve">[53:21] </w:t>
      </w:r>
      <w:r>
        <w:t>rahein. yeh natural tareeqa hai. das question is from Nudeeeb Kapoor.</w:t>
      </w:r>
    </w:p>
    <w:p>
      <w:pPr>
        <w:jc w:val="right"/>
      </w:pPr>
      <w:r>
        <w:t>رہیں۔ یہ نیچرل طریقہ ہے۔ دس کوئسچن از فرام نودیب کپور۔</w:t>
      </w:r>
    </w:p>
    <w:p>
      <w:r>
        <w:rPr>
          <w:b/>
        </w:rPr>
        <w:t xml:space="preserve">[53:29] </w:t>
      </w:r>
      <w:r>
        <w:t>Maulana, if the prophet of Islam preach peace in his message to mankind, then why is it that the present day Muslims indulge in violent activities in the name of their prophet and religion?</w:t>
      </w:r>
    </w:p>
    <w:p>
      <w:pPr>
        <w:jc w:val="right"/>
      </w:pPr>
      <w:r>
        <w:t>مولانا، اف دا پرافٹ آف اسلام پریچ پیس ان ہز میسج ٹو مین کائنڈ، دین وائی از اٹ دیٹ دا پریزنٹ ڈے مسلمز انڈلج ان وائلنٹ ایکٹیویٹیز ان دا نیم آف دیر پرافٹ اینڈ ریلیجن؟</w:t>
      </w:r>
    </w:p>
    <w:p>
      <w:r>
        <w:rPr>
          <w:b/>
        </w:rPr>
        <w:t xml:space="preserve">[53:49] </w:t>
      </w:r>
      <w:r>
        <w:t>dekhein, yeh</w:t>
      </w:r>
    </w:p>
    <w:p>
      <w:pPr>
        <w:jc w:val="right"/>
      </w:pPr>
      <w:r>
        <w:t>دیکھیں، یہ</w:t>
      </w:r>
    </w:p>
    <w:p>
      <w:r>
        <w:rPr>
          <w:b/>
        </w:rPr>
        <w:t xml:space="preserve">[53:53] </w:t>
      </w:r>
      <w:r>
        <w:t>Muslim jo leaders hain hamare is zamane ke, unhone Musalmanon ko ulta sabaq diya. main jitna sochta hoon, is par to yahi milta hai ke kuch problem paida hui hai,</w:t>
      </w:r>
    </w:p>
    <w:p>
      <w:pPr>
        <w:jc w:val="right"/>
      </w:pPr>
      <w:r>
        <w:t>مسلم جو لیڈرز ہیں ہمارے اس زمانے کے، انہوں نے مسلمانوں کو الٹا سبق دیا۔ میں جتنا سوچتا ہوں، اس پر تو یہی ملتا ہے کہ کچھ پرابلم پیدا ہوئی ہے،</w:t>
      </w:r>
    </w:p>
    <w:p>
      <w:r>
        <w:rPr>
          <w:b/>
        </w:rPr>
        <w:t xml:space="preserve">[54:09] </w:t>
      </w:r>
      <w:r>
        <w:t>political problem, koi land ka problem, to is problem ke sath opportunities maujood theen.</w:t>
      </w:r>
    </w:p>
    <w:p>
      <w:pPr>
        <w:jc w:val="right"/>
      </w:pPr>
      <w:r>
        <w:t>پولیٹیکل پرابلم، کوئی لینڈ کا پرابلم، تو اس پرابلم کے ساتھ اپرچونیٹیز موجود تھیں۔</w:t>
      </w:r>
    </w:p>
    <w:p>
      <w:r>
        <w:rPr>
          <w:b/>
        </w:rPr>
        <w:t xml:space="preserve">[54:19] </w:t>
      </w:r>
      <w:r>
        <w:t>to hamare leaderon ko chahiye tha ke woh is is opportunities ki taraf kushadgi karein. jaise sab se bara problem jis ne violence paida kiya duniya bhar mein, woh hai Palestine ka problem.</w:t>
      </w:r>
    </w:p>
    <w:p>
      <w:pPr>
        <w:jc w:val="right"/>
      </w:pPr>
      <w:r>
        <w:t>تو ہمارے لیڈروں کو چاہیے تھا کہ وہ اس اس اپرچونیٹیز کی طرف کشادگی کریں۔ جیسے سب سے بڑا پرابلم جس نے وائلنس پیدا کیا دنیا بھر میں، وہ ہے فلسطین کا پرابلم۔</w:t>
      </w:r>
    </w:p>
    <w:p>
      <w:r>
        <w:rPr>
          <w:b/>
        </w:rPr>
        <w:t xml:space="preserve">[54:30] </w:t>
      </w:r>
      <w:r>
        <w:t>Palestine ka problem.</w:t>
      </w:r>
    </w:p>
    <w:p>
      <w:pPr>
        <w:jc w:val="right"/>
      </w:pPr>
      <w:r>
        <w:t>فلسطین کا پرابلم۔</w:t>
      </w:r>
    </w:p>
    <w:p>
      <w:r>
        <w:rPr>
          <w:b/>
        </w:rPr>
        <w:t xml:space="preserve">[54:32] </w:t>
      </w:r>
      <w:r>
        <w:t>abhi kal parson mere paas ek sahib aaye the bahir ke, us ko unhone chheda ke aap bohat peace ki baat karte hain, Palestine mein kaise peace aaye gi?</w:t>
      </w:r>
    </w:p>
    <w:p>
      <w:pPr>
        <w:jc w:val="right"/>
      </w:pPr>
      <w:r>
        <w:t>ابھی کل پرسوں میرے پاس ایک صاحب آئے تھے باہر کے، اس کو انہوں نے چھیڑا کہ آپ بہت پیس کی بات کرتے ہیں، فلسطین میں کیسے پیس آئے گی؟</w:t>
      </w:r>
    </w:p>
    <w:p>
      <w:r>
        <w:rPr>
          <w:b/>
        </w:rPr>
        <w:t xml:space="preserve">[54:42] </w:t>
      </w:r>
      <w:r>
        <w:t>to maine kaha yeh story aap aaj se nahi shuru kijiye, 1948 se shuru kijiye. aaj se shuru shuru karte hain. aap</w:t>
      </w:r>
    </w:p>
    <w:p>
      <w:pPr>
        <w:jc w:val="right"/>
      </w:pPr>
      <w:r>
        <w:t>تو میں نے کہا یہ سٹوری آپ آج سے نہیں شروع کیجئے، 948 سے شروع کیجئے۔ آج سے شروع شروع کرتے ہیں۔ آپ</w:t>
      </w:r>
    </w:p>
    <w:p>
      <w:r>
        <w:rPr>
          <w:b/>
        </w:rPr>
        <w:t xml:space="preserve">[54:50] </w:t>
      </w:r>
      <w:r>
        <w:t>jab koi aadmi ja ke sarak par takra kar ke apne hath paon tod le, to mujh se kahe ke bhai kya karein? bhai tum sarak pe ja ke kyun takraye? to dekhein, 1948 mein jab wahan par Balfour commission ke tehat wahan par partition kiya gaya, to one third tha UK ke paas, two third tha Musalmanon ke paas</w:t>
      </w:r>
    </w:p>
    <w:p>
      <w:pPr>
        <w:jc w:val="right"/>
      </w:pPr>
      <w:r>
        <w:t>جب کوئی آدمی جا کے سڑک پر ٹکرا کر کے اپنے ہاتھ پاؤں توڑ لے، تو مجھ سے کہے کہ بھئی کیا کریں؟ بھئی تم سڑک پہ جا کے کیوں ٹکرائے؟ تو دیکھیں، 1948 میں جب وہاں پر بالفور کمیشن کے تحت وہاں پر پارٹیشن کیا گیا، تو ون تھرڈ تھا یو کے پاس، ٹو تھرڈ تھا مسلمانوں کے پاس</w:t>
      </w:r>
    </w:p>
    <w:p>
      <w:r>
        <w:rPr>
          <w:b/>
        </w:rPr>
        <w:t xml:space="preserve">[55:13] </w:t>
      </w:r>
      <w:r>
        <w:t>. main samajhta hoon ke ke yeh yeh koi injustice nahi tha ke jo Jewish community diaspora mein thi, us ko unhone basne ka mauqa diya tha.</w:t>
      </w:r>
    </w:p>
    <w:p>
      <w:pPr>
        <w:jc w:val="right"/>
      </w:pPr>
      <w:r>
        <w:t>۔ میں سمجھتا ہوں کہ کہ یہ یہ کوئی انجسٹس نہیں تھا کہ جو جیوش کمیونٹی ڈائسپورا میں تھی، اس کو انہوں نے بسنے کا موقع دیا تھا۔</w:t>
      </w:r>
    </w:p>
    <w:p>
      <w:r>
        <w:rPr>
          <w:b/>
        </w:rPr>
        <w:t xml:space="preserve">[55:24] </w:t>
      </w:r>
      <w:r>
        <w:t>bara kiya tha? jo diaspora mein the, un ko wahan basne ka mauqa diya, one third de kar ke, aur two third unhone Arabon ko de diya, jo behtareen soil thi, jo jo sara Jerusalem aur sab kuch de diya unhone Arabon ko.</w:t>
      </w:r>
    </w:p>
    <w:p>
      <w:pPr>
        <w:jc w:val="right"/>
      </w:pPr>
      <w:r>
        <w:t>برا کیا تھا؟ جو ڈائسپورا میں تھے، ان کو وہاں بسنے کا موقع دیا، ون تھرڈ دے کر کے، اور ٹو تھرڈ انہوں نے عربوں کو دے دیا، جو بہترین سائل تھی، جو جو سارا یروشلم اور سب کچھ دے دیا انہوں نے عربوں کو۔</w:t>
      </w:r>
    </w:p>
    <w:p>
      <w:r>
        <w:rPr>
          <w:b/>
        </w:rPr>
        <w:t xml:space="preserve">[55:38] </w:t>
      </w:r>
      <w:r>
        <w:t>one third un ko diya.</w:t>
      </w:r>
    </w:p>
    <w:p>
      <w:pPr>
        <w:jc w:val="right"/>
      </w:pPr>
      <w:r>
        <w:t>ون تھرڈ ان کو دیا۔</w:t>
      </w:r>
    </w:p>
    <w:p>
      <w:r>
        <w:rPr>
          <w:b/>
        </w:rPr>
        <w:t xml:space="preserve">[55:40] </w:t>
      </w:r>
      <w:r>
        <w:t>main samajhta hoon ke ya yeh admit karna chahiye tha aap ko ke ke woh diaspora mein the, to aa ke rahein. theek hai, hamare parosi ke tareeqe se rahein, hum dono mil kar ke pressure ko taraqqi dein ge.</w:t>
      </w:r>
    </w:p>
    <w:p>
      <w:pPr>
        <w:jc w:val="right"/>
      </w:pPr>
      <w:r>
        <w:t>میں سمجھتا ہوں کہ یا یہ ایڈمٹ کرنا چاہیے تھا آپ کو کہ کہ وہ ڈائسپورا میں تھے، تو آ کے رہیں۔ ٹھیک ہے، ہمارے پڑوسی کے طریقے سے رہیں، ہم دونوں مل کر کے پریشر کو ترقی دیں گے۔</w:t>
      </w:r>
    </w:p>
    <w:p>
      <w:r>
        <w:rPr>
          <w:b/>
        </w:rPr>
        <w:t xml:space="preserve">[55:52] </w:t>
      </w:r>
      <w:r>
        <w:t>to yeh aap ne nahi kiya, bas larai shuru kar di. woh bahir hain, kaatein ge, sar sar bhi bilkul bahir, tum ko hum samandar mein dhakel dein ge.</w:t>
      </w:r>
    </w:p>
    <w:p>
      <w:pPr>
        <w:jc w:val="right"/>
      </w:pPr>
      <w:r>
        <w:t>تو یہ آپ نے نہیں کیا، بس لڑائی شروع کر دی۔ وہ باہر ہیں، کاٹیں گے، سر سر بھی بالکل باہر، تم کو ہم سمندر میں ڈھکیل دیں گے۔</w:t>
      </w:r>
    </w:p>
    <w:p>
      <w:r>
        <w:rPr>
          <w:b/>
        </w:rPr>
        <w:t xml:space="preserve">[56:01] </w:t>
      </w:r>
      <w:r>
        <w:t>yeh koi policy nahi hai, yeh koi policy nahi hai.</w:t>
      </w:r>
    </w:p>
    <w:p>
      <w:pPr>
        <w:jc w:val="right"/>
      </w:pPr>
      <w:r>
        <w:t>یہ کوئی پالیسی نہیں ہے، یہ کوئی پالیسی نہیں ہے۔</w:t>
      </w:r>
    </w:p>
    <w:p>
      <w:r>
        <w:rPr>
          <w:b/>
        </w:rPr>
        <w:t xml:space="preserve">[56:07] </w:t>
      </w:r>
      <w:r>
        <w:t>to ab aap jab tak yeh na maanein ke hum ne wahan ghalti ki hai, tab tak aaj ka koi koi yani koi planning aaj ke liye nahi ho sakti.</w:t>
      </w:r>
    </w:p>
    <w:p>
      <w:pPr>
        <w:jc w:val="right"/>
      </w:pPr>
      <w:r>
        <w:t>تو اب آپ جب تک یہ نہ مانیں کہ ہم نے وہاں غلطی کی ہے، تب تک آج کا کوئی کوئی یعنی کوئی پلاننگ آج کے لیے نہیں ہو سکتی۔</w:t>
      </w:r>
    </w:p>
    <w:p>
      <w:r>
        <w:rPr>
          <w:b/>
        </w:rPr>
        <w:t xml:space="preserve">[56:19] </w:t>
      </w:r>
      <w:r>
        <w:t>jab bhi yaad rakhiye, jab aadmi koi ghalti kare to phir agla start,</w:t>
      </w:r>
    </w:p>
    <w:p>
      <w:pPr>
        <w:jc w:val="right"/>
      </w:pPr>
      <w:r>
        <w:t>جب بھی یاد رکھیے، جب آدمی کوئی غلطی کرے تو پھر اگلا اسٹارٹ،</w:t>
      </w:r>
    </w:p>
    <w:p>
      <w:r>
        <w:rPr>
          <w:b/>
        </w:rPr>
        <w:t xml:space="preserve">[56:25] </w:t>
      </w:r>
      <w:r>
        <w:t>yani next start jo hai, woh hoga apni ghalti manne se. agar aap keh sakte hain ke I was wrong, tab agla start shuru hota hai. nahi to kuch nahi hoga.</w:t>
      </w:r>
    </w:p>
    <w:p>
      <w:pPr>
        <w:jc w:val="right"/>
      </w:pPr>
      <w:r>
        <w:t>یعنی نیکسٹ اسٹارٹ جو ہے، وہ ہوگا اپنی غلطی ماننے سے۔ اگر آپ کہہ سکتے ہیں کہ آئی واز رونگ، تب اگلا اسٹارٹ شروع ہوتا ہے۔ نہیں تو کچھ نہیں ہوگا۔</w:t>
      </w:r>
    </w:p>
    <w:p>
      <w:r>
        <w:rPr>
          <w:b/>
        </w:rPr>
        <w:t xml:space="preserve">[56:36] </w:t>
      </w:r>
      <w:r>
        <w:t>main kehta hoon, kya logic thi ke woh woh log jo diaspora mein the, un ko la ke wahan basaya gaya? to is mein is mein kya harj tha? aap maan lete hain ke hamare parosi hain, yeh hum dono mil kar kaam karein ge.</w:t>
      </w:r>
    </w:p>
    <w:p>
      <w:pPr>
        <w:jc w:val="right"/>
      </w:pPr>
      <w:r>
        <w:t>میں کہتا ہوں، کیا لاجک تھی کہ وہ وہ لوگ جو ڈائسپورا میں تھے، ان کو لا کے وہاں بسایا گیا؟ تو اس میں اس میں کیا حرج تھا؟ آپ مان لیتے ہیں کہ ہمارے پڑوسی ہیں، یہ ہم دونوں مل کر کام کریں گے۔</w:t>
      </w:r>
    </w:p>
    <w:p>
      <w:r>
        <w:rPr>
          <w:b/>
        </w:rPr>
        <w:t xml:space="preserve">[56:48] </w:t>
      </w:r>
      <w:r>
        <w:t>aur aur mil kar kaam karne ka faida itna hota ke yeh sab highly educated log thay, yeh jo yeh thay Yahoodi jo thay, highly educated log thay, yeh aur Arab jo thay, un unhein koi education nahi thi.</w:t>
      </w:r>
    </w:p>
    <w:p>
      <w:pPr>
        <w:jc w:val="right"/>
      </w:pPr>
      <w:r>
        <w:t>اور اور مل کر کام کرنے کا فائدہ اتنا ہوتا کہ یہ سب ہائیلی ایجوکیٹڈ لوگ تھے، یہ جو یہ تھے یہودی جو تھے، ہائیلی ایجوکیٹڈ لوگ تھے، یہ اور عرب جو تھے، ان انہیں کوئی ایجوکیشن نہیں تھی۔</w:t>
      </w:r>
    </w:p>
    <w:p>
      <w:r>
        <w:rPr>
          <w:b/>
        </w:rPr>
        <w:t xml:space="preserve">[57:02] </w:t>
      </w:r>
      <w:r>
        <w:t>to main samajhta hoon ke bohat acha interaction hota,</w:t>
      </w:r>
    </w:p>
    <w:p>
      <w:pPr>
        <w:jc w:val="right"/>
      </w:pPr>
      <w:r>
        <w:t>تو میں سمجھتا ہوں کہ بہت اچھا انٹریکشن ہوتا،</w:t>
      </w:r>
    </w:p>
    <w:p>
      <w:r>
        <w:rPr>
          <w:b/>
        </w:rPr>
        <w:t xml:space="preserve">[57:05] </w:t>
      </w:r>
      <w:r>
        <w:t>donon mil kar ke bohat ziyada taraqqi karte hain. aur is ka proof yeh hai, aap aaj bhi jayen agar to jo area you ko mila hai, wahan par aap dekhen ke desert jo tha, wahan par horticulture hai, jo desert tha, wahan par agriculture hai,</w:t>
      </w:r>
    </w:p>
    <w:p>
      <w:pPr>
        <w:jc w:val="right"/>
      </w:pPr>
      <w:r>
        <w:t>دونوں مل کر کے بہت زیادہ ترقی کرتے ہیں۔ اور اس کا پروف یہ ہے، آپ آج بھی جائیں اگر تو جو ایریا یو کو ملا ہے، وہاں پر آپ دیکھیں کہ ڈیزرٹ جو تھا، وہاں پر ہارٹی کلچر ہے، جو ڈیزرٹ تھا، وہاں پر ایگریکلچر ہے،</w:t>
      </w:r>
    </w:p>
    <w:p>
      <w:r>
        <w:rPr>
          <w:b/>
        </w:rPr>
        <w:t xml:space="preserve">[57:20] </w:t>
      </w:r>
      <w:r>
        <w:t>aur jo jo Arabon ko jo mila tha, wahan kuch bhi nahi, wahan reit urti hai.</w:t>
      </w:r>
    </w:p>
    <w:p>
      <w:pPr>
        <w:jc w:val="right"/>
      </w:pPr>
      <w:r>
        <w:t>اور جو جو عربوں کو جو ملا تھا، وہاں کچھ بھی نہیں، وہاں ریت اڑتی ہے۔</w:t>
      </w:r>
    </w:p>
    <w:p>
      <w:r>
        <w:rPr>
          <w:b/>
        </w:rPr>
        <w:t xml:space="preserve">[57:25] </w:t>
      </w:r>
      <w:r>
        <w:t>to woh samajhte hain ke yeh aaye hain hamare paas, hamare teacher hain, yeh log, in ke sath hum mil kar seekhenge, donon mil kar ke Palestine ko kaam taraqqi denge. to peaceful thinking agar hoti, peaceful thinking to koi masla na paida hota.</w:t>
      </w:r>
    </w:p>
    <w:p>
      <w:pPr>
        <w:jc w:val="right"/>
      </w:pPr>
      <w:r>
        <w:t>تو وہ سمجھتے ہیں کہ یہ آئے ہیں ہمارے پاس، ہمارے ٹیچر ہیں، یہ لوگ، ان کے ساتھ ہم مل کر سیکھیں گے، دونوں مل کر کے فلسطین کو کام ترقی دیں گے۔ تو پیس فل تھنکنگ اگر ہوتی، پیس فل تھنکنگ تو کوئی مسئلہ نہ پیدا ہوتا۔</w:t>
      </w:r>
    </w:p>
    <w:p>
      <w:r>
        <w:rPr>
          <w:b/>
        </w:rPr>
        <w:t xml:space="preserve">[57:40] </w:t>
      </w:r>
      <w:r>
        <w:t>ab hamare leaderon ne khwamkhwah wahan larai chhod di.</w:t>
      </w:r>
    </w:p>
    <w:p>
      <w:pPr>
        <w:jc w:val="right"/>
      </w:pPr>
      <w:r>
        <w:t>اب ہمارے لیڈروں نے خوامخواہ وہاں لڑائی چھوڑ دی۔</w:t>
      </w:r>
    </w:p>
    <w:p>
      <w:r>
        <w:rPr>
          <w:b/>
        </w:rPr>
        <w:t xml:space="preserve">[57:44] </w:t>
      </w:r>
      <w:r>
        <w:t>main to is mein poori tarah Arabon ko samajhta hoon ke wohi responsible hain is ke, aur unhein naya start jab milega, jab woh keh sakenge ke I was wrong, we were wrong, nahi to phir blind alam pade rahenge.</w:t>
      </w:r>
    </w:p>
    <w:p>
      <w:pPr>
        <w:jc w:val="right"/>
      </w:pPr>
      <w:r>
        <w:t>میں تو اس میں پوری طرح عربوں کو سمجھتا ہوں کہ وہی رسپانسبل ہیں اس کے، اور انہیں نیا اسٹارٹ جب ملے گا، جب وہ کہہ سکیں کہ آئی واز رونگ، وی ویر رونگ، نہیں تو پھر بلائنڈ عالم پڑے رہیں گے۔</w:t>
      </w:r>
    </w:p>
    <w:p>
      <w:r>
        <w:rPr>
          <w:b/>
        </w:rPr>
        <w:t xml:space="preserve">[57:58] </w:t>
      </w:r>
      <w:r>
        <w:t>is ka Islam se koi bhi talluq nahi.</w:t>
      </w:r>
    </w:p>
    <w:p>
      <w:pPr>
        <w:jc w:val="right"/>
      </w:pPr>
      <w:r>
        <w:t>اس کا اسلام سے کوئی بھی تعلق نہیں۔</w:t>
      </w:r>
    </w:p>
    <w:p>
      <w:r>
        <w:rPr>
          <w:b/>
        </w:rPr>
        <w:t xml:space="preserve">[58:03] </w:t>
      </w:r>
      <w:r>
        <w:t>das question is from Mr Sanjay Sethi. how do how should we help our less informed family members about the goodness of certain things?</w:t>
      </w:r>
    </w:p>
    <w:p>
      <w:pPr>
        <w:jc w:val="right"/>
      </w:pPr>
      <w:r>
        <w:t>دس کوئسچن از فرام مسٹر سنجے سیٹھی۔ ہاؤ ڈو ہاؤ شوڈ وی ہیلپ اور لیس انفارمڈ فیملی ممبرز اباؤٹ دا گڈنس اف سرٹن تھنگز؟</w:t>
      </w:r>
    </w:p>
    <w:p>
      <w:r>
        <w:rPr>
          <w:b/>
        </w:rPr>
        <w:t xml:space="preserve">[58:15] </w:t>
      </w:r>
      <w:r>
        <w:t>in other words, how to help others decondition themself? for example, wife sometimes follow wrong methods to discipline the child.</w:t>
      </w:r>
    </w:p>
    <w:p>
      <w:pPr>
        <w:jc w:val="right"/>
      </w:pPr>
      <w:r>
        <w:t>ان ادر ورڈز، ہاؤ ٹو ہیلپ ادر ڈی کنڈیشن دیم سیلف؟ فار ایگزامپل، وائف سم ٹائمز فالو رونگ میتھڈز ٹو ڈسپلن دا چائلڈ۔</w:t>
      </w:r>
    </w:p>
    <w:p>
      <w:r>
        <w:rPr>
          <w:b/>
        </w:rPr>
        <w:t xml:space="preserve">[58:26] </w:t>
      </w:r>
      <w:r>
        <w:t>k</w:t>
      </w:r>
    </w:p>
    <w:p>
      <w:pPr>
        <w:jc w:val="right"/>
      </w:pPr>
      <w:r>
        <w:t>ک</w:t>
      </w:r>
    </w:p>
    <w:p>
      <w:r>
        <w:rPr>
          <w:b/>
        </w:rPr>
        <w:t xml:space="preserve">[58:27] </w:t>
      </w:r>
      <w:r>
        <w:t>aindly comment. dekhen, insan ka jo mind hai, woh bohat hi ziyada capacity is ke andar hai. aaj bhi dekhen, jo bachche aaj kal padhte hain English schoolon mein, woh maa baap ke khilaf sochte hain.</w:t>
      </w:r>
    </w:p>
    <w:p>
      <w:pPr>
        <w:jc w:val="right"/>
      </w:pPr>
      <w:r>
        <w:t>ائنڈلی کمنٹ۔ دیکھیں، انسان کا جو مائنڈ ہے، وہ بہت ہی زیادہ کپیسٹی اس کے اندر ہے۔ آج بھی دیکھیں، جو بچے آج کل پڑھتے ہیں انگلش سکولوں میں، وہ ماں باپ کے خلاف سوچتے ہیں۔</w:t>
      </w:r>
    </w:p>
    <w:p>
      <w:r>
        <w:rPr>
          <w:b/>
        </w:rPr>
        <w:t xml:space="preserve">[58:41] </w:t>
      </w:r>
      <w:r>
        <w:t>abhi aaj dekh lijiyega, aap society mein apni aaj jo bachche hamare padh rahe hain English schoolon mein, woh kehte hain ke hum apni zindagi khud banayenge, hum maa baap ke kahe par nahi chalenge.</w:t>
      </w:r>
    </w:p>
    <w:p>
      <w:pPr>
        <w:jc w:val="right"/>
      </w:pPr>
      <w:r>
        <w:t>ابھی آج دیکھ لیجئے، آپ سوسائٹی میں اپنی آج جو بچے ہمارے پڑھ رہے ہیں انگلش سکولوں میں، وہ کہتے ہیں کہ ہم اپنی زندگی خود بنائیں گے، ہم ماں باپ کے کہے پر نہیں چلیں گے۔</w:t>
      </w:r>
    </w:p>
    <w:p>
      <w:r>
        <w:rPr>
          <w:b/>
        </w:rPr>
        <w:t xml:space="preserve">[58:54] </w:t>
      </w:r>
      <w:r>
        <w:t>to yeh kahan aisa hai ke maa aap ne sikha diya, maa baap ne, to is mein aap ki conditioning aisi ho gayi ke aap is se hat nahi sakte? yeh to koi baat nahi hui. negative sense mein to aap decondition kar rahe hain apni, to positive sense bhi kar sakte hain aap decondition.</w:t>
      </w:r>
    </w:p>
    <w:p>
      <w:pPr>
        <w:jc w:val="right"/>
      </w:pPr>
      <w:r>
        <w:t>تو یہ کہاں ایسا ہے کہ ماں آپ نے سکھا دیا، ماں باپ نے، تو اس میں آپ کی کنڈیشننگ ایسی ہو گئی کہ آپ اس سے ہٹ نہیں سکتے؟ یہ تو کوئی بات نہیں ہوئی۔ نیگیٹیو سینس میں تو آپ ڈی کنڈیشن کر رہے ہیں اپنی، تو پازیٹیو سینس بھی کر سکتے ہیں آپ ڈی کنڈیشن۔</w:t>
      </w:r>
    </w:p>
    <w:p>
      <w:r>
        <w:rPr>
          <w:b/>
        </w:rPr>
        <w:t xml:space="preserve">[59:09] </w:t>
      </w:r>
      <w:r>
        <w:t>to main is ko to koi obstacle nahi samajhta.</w:t>
      </w:r>
    </w:p>
    <w:p>
      <w:pPr>
        <w:jc w:val="right"/>
      </w:pPr>
      <w:r>
        <w:t>تو میں اس کو تو کوئی ابسٹیکل نہیں سمجھتا۔</w:t>
      </w:r>
    </w:p>
    <w:p>
      <w:r>
        <w:rPr>
          <w:b/>
        </w:rPr>
        <w:t xml:space="preserve">[59:16] </w:t>
      </w:r>
      <w:r>
        <w:t>das question is from Danish Siddiqui.</w:t>
      </w:r>
    </w:p>
    <w:p>
      <w:pPr>
        <w:jc w:val="right"/>
      </w:pPr>
      <w:r>
        <w:t>دس کوئسچن از فرام دانش صدیقی۔</w:t>
      </w:r>
    </w:p>
    <w:p>
      <w:r>
        <w:rPr>
          <w:b/>
        </w:rPr>
        <w:t xml:space="preserve">[59:19] </w:t>
      </w:r>
      <w:r>
        <w:t>as there will not be any prophet or messenger after prophet Muhammad, so it is all Muslims responsibility to do dawah work.</w:t>
      </w:r>
    </w:p>
    <w:p>
      <w:pPr>
        <w:jc w:val="right"/>
      </w:pPr>
      <w:r>
        <w:t>ایز دیر ول ناٹ بی اینی پرافٹ اور میسنجر افٹر پرافٹ محمد، سو اٹ از ال مسلمز ریسپانسبیلٹی ٹو ڈو دعوی ورک۔</w:t>
      </w:r>
    </w:p>
    <w:p>
      <w:r>
        <w:rPr>
          <w:b/>
        </w:rPr>
        <w:t xml:space="preserve">[59:30] </w:t>
      </w:r>
      <w:r>
        <w:t>how should we give dawah to non Muslims?</w:t>
      </w:r>
    </w:p>
    <w:p>
      <w:pPr>
        <w:jc w:val="right"/>
      </w:pPr>
      <w:r>
        <w:t>ہاؤ شوڈ وی گیو دعوی ٹو نان مسلمز؟</w:t>
      </w:r>
    </w:p>
    <w:p>
      <w:r>
        <w:rPr>
          <w:b/>
        </w:rPr>
        <w:t xml:space="preserve">[59:36] </w:t>
      </w:r>
      <w:r>
        <w:t>sab se pehli baat yeh hai ke non Muslim ko aap apni hi tarah ka insan samhen.</w:t>
      </w:r>
    </w:p>
    <w:p>
      <w:pPr>
        <w:jc w:val="right"/>
      </w:pPr>
      <w:r>
        <w:t>سب سے پہلی بات یہ ہے کہ نان مسلم کو آپ اپنی ہی طرح کا انسان سمجھیں۔</w:t>
      </w:r>
    </w:p>
    <w:p>
      <w:r>
        <w:rPr>
          <w:b/>
        </w:rPr>
        <w:t xml:space="preserve">[59:45] </w:t>
      </w:r>
      <w:r>
        <w:t>kal mujh se ek sahib ne bataya ke ek shakhs Lucknow se train par baith kar aaya hai Delhi, to unhon ne baat ki us se.</w:t>
      </w:r>
    </w:p>
    <w:p>
      <w:pPr>
        <w:jc w:val="right"/>
      </w:pPr>
      <w:r>
        <w:t>کل مجھ سے ایک صاحب نے بتایا کہ ایک شخص لکھنو سے ٹرین پر بیٹھ کر آیا ہے دلی، تو انہوں نے بات کی اس سے۔</w:t>
      </w:r>
    </w:p>
    <w:p>
      <w:r>
        <w:rPr>
          <w:b/>
        </w:rPr>
        <w:t xml:space="preserve">[59:56] </w:t>
      </w:r>
      <w:r>
        <w:t>to woh nafrat ki baaten karta tha. to unhon ne kaha ke yeh jo train mein baith kar tum aaye ho, yeh train kis kis ne banayi hai? is ke engineer kaun thay?</w:t>
      </w:r>
    </w:p>
    <w:p>
      <w:pPr>
        <w:jc w:val="right"/>
      </w:pPr>
      <w:r>
        <w:t>تو وہ نفرت کی باتیں کرتا تھا۔ تو انہوں نے کہا کہ یہ جو ٹرین میں بیٹھ کر تم آئے ہو، یہ ٹرین کس کس نے بنائی ہے؟ اس کے انجینئر کون تھے؟</w:t>
      </w:r>
    </w:p>
    <w:p>
      <w:r>
        <w:rPr>
          <w:b/>
        </w:rPr>
        <w:t xml:space="preserve">[1:00:05] </w:t>
      </w:r>
      <w:r>
        <w:t>sab non Muslim thay. to tum kaho acknowledge karo un ko. to woh kehta hai ke main kafir ko manoon? ab dekhen, yeh koi thinking hai, yeh koi soch hai,</w:t>
      </w:r>
    </w:p>
    <w:p>
      <w:pPr>
        <w:jc w:val="right"/>
      </w:pPr>
      <w:r>
        <w:t>سب نان مسلم تھے۔ تو تم کہو اکنالج کرو ان کو۔ تو وہ کہتا ہے کہ میں کافر کو مانوں؟ اب دیکھیں، یہ کوئی تھنکنگ ہے، یہ کوئی سوچ ہے،</w:t>
      </w:r>
    </w:p>
    <w:p>
      <w:r>
        <w:rPr>
          <w:b/>
        </w:rPr>
        <w:t xml:space="preserve">[1:00:16] </w:t>
      </w:r>
      <w:r>
        <w:t>yeh koi soch hai. sab se pehli baat yeh hai ke aap apni dictionary se kafir ka word nikal den. yahin se beginning hoti hai dawah work ki.</w:t>
      </w:r>
    </w:p>
    <w:p>
      <w:pPr>
        <w:jc w:val="right"/>
      </w:pPr>
      <w:r>
        <w:t>یہ کوئی سوچ ہے۔ سب سے پہلی بات یہ ہے کہ آپ اپنی ڈکشنری سے کافر کا ورڈ نکال دیں۔ یہیں سے بگننگ ہوتی ہے دعوی ورک کی۔</w:t>
      </w:r>
    </w:p>
    <w:p>
      <w:r>
        <w:rPr>
          <w:b/>
        </w:rPr>
        <w:t xml:space="preserve">[1:00:27] </w:t>
      </w:r>
      <w:r>
        <w:t>kafir ka word dictionary se bilkul nikal dijiyega. un ko insan samhen, apne jaisa insan, un se mohabbat kijiyega.</w:t>
      </w:r>
    </w:p>
    <w:p>
      <w:pPr>
        <w:jc w:val="right"/>
      </w:pPr>
      <w:r>
        <w:t>کافر کا ورڈ ڈکشنری سے بالکل نکال دیجئے۔ ان کو انسان سمجھیے، اپنے جیسا انسان، ان سے محبت کیجئے۔</w:t>
      </w:r>
    </w:p>
    <w:p>
      <w:r>
        <w:rPr>
          <w:b/>
        </w:rPr>
        <w:t xml:space="preserve">[1:00:37] </w:t>
      </w:r>
      <w:r>
        <w:t>jab tak yeh nahi hoga, dawah work kiya hai?</w:t>
      </w:r>
    </w:p>
    <w:p>
      <w:pPr>
        <w:jc w:val="right"/>
      </w:pPr>
      <w:r>
        <w:t>جب تک یہ نہیں ہوگا، دعوی ورک کیا ہے؟</w:t>
      </w:r>
    </w:p>
    <w:p>
      <w:r>
        <w:rPr>
          <w:b/>
        </w:rPr>
        <w:t xml:space="preserve">[1:00:41] </w:t>
      </w:r>
      <w:r>
        <w:t>to mein samajhta hoon ke jo aadmi chahta hai khuda kahan hai, us ka dawat ka credit mile, to us ko isi duniya mein mohabbat ka amal karna hoga.</w:t>
      </w:r>
    </w:p>
    <w:p>
      <w:pPr>
        <w:jc w:val="right"/>
      </w:pPr>
      <w:r>
        <w:t>تو میں سمجھتا ہوں کہ جو آدمی چاہتا ہے خدا کہاں ہے، اس کا دعوت کا کریڈٹ ملے، تو اس کو اسی دنیا میں محبت کا عمل کرنا ہوگا۔</w:t>
      </w:r>
    </w:p>
    <w:p>
      <w:r>
        <w:rPr>
          <w:b/>
        </w:rPr>
        <w:t xml:space="preserve">[1:00:51] </w:t>
      </w:r>
      <w:r>
        <w:t>mohabbat nahin to dawat bhi nahin. mohabbat nahin to daawa work ka credit bhi khuda ka kisi ko milne wala nahin hai.</w:t>
      </w:r>
    </w:p>
    <w:p>
      <w:pPr>
        <w:jc w:val="right"/>
      </w:pPr>
      <w:r>
        <w:t>محبت نہیں تو دعوت بھی نہیں۔ محبت نہیں تو دعوی ورک کا کریڈٹ بھی خدا کا کسی کو ملنے والا نہیں ہے۔</w:t>
      </w:r>
    </w:p>
    <w:p>
      <w:r>
        <w:rPr>
          <w:b/>
        </w:rPr>
        <w:t xml:space="preserve">[1:01:01] </w:t>
      </w:r>
      <w:r>
        <w:t>to hum to yahi machine chala rahe hain ke log insaan ko insaan samjhein, insaanon se mohabbat karna seekhein. tabhi aap sachai ke message logon tak pohncha sakte hain.</w:t>
      </w:r>
    </w:p>
    <w:p>
      <w:pPr>
        <w:jc w:val="right"/>
      </w:pPr>
      <w:r>
        <w:t>تو ہم تو یہی مشین چلا رہے ہیں کہ لوگ انسان کو انسان سمجھیں، انسانوں سے محبت کرنا سیکھیں۔ تبھی آپ سچائی کے میسج لوگوں تک پہنچا سکتے ہیں۔</w:t>
      </w:r>
    </w:p>
    <w:p>
      <w:r>
        <w:rPr>
          <w:b/>
        </w:rPr>
        <w:t xml:space="preserve">[1:01:10] </w:t>
      </w:r>
      <w:r>
        <w:t>friends, in chapter eight, verse 12 of quran, two use of terror, it says: "i am with you, give firmness to the believers, i will instill terror into the hearts of the un-believers,</w:t>
      </w:r>
    </w:p>
    <w:p>
      <w:pPr>
        <w:jc w:val="right"/>
      </w:pPr>
      <w:r>
        <w:t>فرینڈز، ان چیپٹر ایٹ، ورس 12 اف قرآن، ٹو یوز اف ٹیرر، اٹ سیز: "آئی ایم ود یو، گیو فرمنس ٹو دا بیلیورز، آئی ول انسٹل ٹیرر انٹو دی ہارٹس اف دی ان بیلیورز،</w:t>
      </w:r>
    </w:p>
    <w:p>
      <w:r>
        <w:rPr>
          <w:b/>
        </w:rPr>
        <w:t xml:space="preserve">[1:01:25] </w:t>
      </w:r>
      <w:r>
        <w:t>"smite you above their necks and smite all their finger tips of them." what does this verse mean? is it not an exatation to terrorism?</w:t>
      </w:r>
    </w:p>
    <w:p>
      <w:pPr>
        <w:jc w:val="right"/>
      </w:pPr>
      <w:r>
        <w:t>سمائٹ یو اباؤ دیر نیکس اینڈ سمائٹ ال دیر فنگر ٹپس اف دیم۔" واٹ ڈز دس ورس مین؟ از اٹ ناٹ این ایگزاٹیشن ٹو ٹیررزم؟</w:t>
      </w:r>
    </w:p>
    <w:p>
      <w:r>
        <w:rPr>
          <w:b/>
        </w:rPr>
        <w:t xml:space="preserve">[1:01:35] </w:t>
      </w:r>
      <w:r>
        <w:t>nahin, terrorism ki baat nahin hai. woh</w:t>
      </w:r>
    </w:p>
    <w:p>
      <w:pPr>
        <w:jc w:val="right"/>
      </w:pPr>
      <w:r>
        <w:t>نہیں، ٹیررزم کی بات نہیں ہے۔ وہ</w:t>
      </w:r>
    </w:p>
    <w:p>
      <w:r>
        <w:rPr>
          <w:b/>
        </w:rPr>
        <w:t xml:space="preserve">[1:01:39] </w:t>
      </w:r>
      <w:r>
        <w:t>kisi bhi baat ko us ke context hi mein aap samajh sakte hain, us ke context mein samajh sakte hain. aisa nahin jaise geeta mein hai ke krish ji kehte hain ke: "hai arjun, aage badh aur youth kar." to aap kya matlab?</w:t>
      </w:r>
    </w:p>
    <w:p>
      <w:pPr>
        <w:jc w:val="right"/>
      </w:pPr>
      <w:r>
        <w:t>کسی بھی بات کو اس کے کنٹیکسٹ ہی میں آپ سمجھ سکتے ہیں، اس کے کنٹیکسٹ میں سمجھ سکتے ہیں۔ ایسا نہیں جیسے گیتا میں ہے کہ کرش جی کہتے ہیں کہ: "ہے ارجن، آگے بڑھ اور یوتھ کر۔" تو آپ کیا مطلب؟</w:t>
      </w:r>
    </w:p>
    <w:p>
      <w:r>
        <w:rPr>
          <w:b/>
        </w:rPr>
        <w:t xml:space="preserve">[1:01:54] </w:t>
      </w:r>
      <w:r>
        <w:t>society mein ladai kya karo? woh us waqt ki baat hai jab ke jang ka maidan khula hua hai, tab ki</w:t>
      </w:r>
    </w:p>
    <w:p>
      <w:pPr>
        <w:jc w:val="right"/>
      </w:pPr>
      <w:r>
        <w:t>سوسائٹی میں لڑائی کیا کرو؟ وہ اس وقت کی بات ہے جب کہ جنگ کا میدان کھلا ہوا ہے، تب کی</w:t>
      </w:r>
    </w:p>
    <w:p>
      <w:r>
        <w:rPr>
          <w:b/>
        </w:rPr>
        <w:t xml:space="preserve">[1:02:02] </w:t>
      </w:r>
      <w:r>
        <w:t>baat hai. to yeh jo aayatein hain jo aap quran ki, yeh woh aayatein hain jab ke madine mein, yaani ke hijrat ke baad, jab unhon ne attack karna shuru kiya, yaani rasool allah sallallahu alaihi wasallam itna peaceful the ke makka ko chhod kar ke chale gaye madine.</w:t>
      </w:r>
    </w:p>
    <w:p>
      <w:pPr>
        <w:jc w:val="right"/>
      </w:pPr>
      <w:r>
        <w:t>بات ہے۔ تو یہ جو آیتیں ہیں جو آپ قرآن کی، یہ وہ آیتیں ہیں جب کہ مدینہ میں، یعنی کہ ہجرت کے بعد، جب انہوں نے اٹیک کرنا شروع کیا، یعنی رسول اللہ صلی اللہ علیہ وسلم اتنا پیس فل تھے کہ مکہ کو چھوڑ کر کے چلے گئے مدینہ۔</w:t>
      </w:r>
    </w:p>
    <w:p>
      <w:r>
        <w:rPr>
          <w:b/>
        </w:rPr>
        <w:t xml:space="preserve">[1:02:22] </w:t>
      </w:r>
      <w:r>
        <w:t>to unhon ne makka aur madine ke beech mein 300 mile ka faasla tha, to wahan se army le kar ke madine par attack kiya unhon ne.</w:t>
      </w:r>
    </w:p>
    <w:p>
      <w:pPr>
        <w:jc w:val="right"/>
      </w:pPr>
      <w:r>
        <w:t>تو انہوں نے مکہ اور مدینہ کے بیچ میں 300 مائل کا فاصلہ تھا، تو وہاں سے آرمی لے کر کے مدینے پر اٹیک کیا انہوں نے۔</w:t>
      </w:r>
    </w:p>
    <w:p>
      <w:r>
        <w:rPr>
          <w:b/>
        </w:rPr>
        <w:t xml:space="preserve">[1:02:33] </w:t>
      </w:r>
      <w:r>
        <w:t>tab bhi aap ne sirf teen baar un se un se defensive war ladi hai: badr, uhud aur hunain. baqi aap ne avoid kiya, avoid kiya, avoid kiya.</w:t>
      </w:r>
    </w:p>
    <w:p>
      <w:pPr>
        <w:jc w:val="right"/>
      </w:pPr>
      <w:r>
        <w:t>تب بھی آپ نے صرف تین بار ان سے ان سے ڈیفنسو وار لڑی ہے: بدر، احد اور حنین۔ باقی آپ نے اوائڈ کیا، اوائڈ کیا، اوائڈ کیا۔</w:t>
      </w:r>
    </w:p>
    <w:p>
      <w:r>
        <w:rPr>
          <w:b/>
        </w:rPr>
        <w:t xml:space="preserve">[1:02:42] </w:t>
      </w:r>
      <w:r>
        <w:t>to is is mauqe par jo aayat utri thi, us ko aap generalize na karein, isi particular reference mein rakh kar dekhein. to yeh har society mein kiya jata hai.</w:t>
      </w:r>
    </w:p>
    <w:p>
      <w:pPr>
        <w:jc w:val="right"/>
      </w:pPr>
      <w:r>
        <w:t>تو اس اس موقع پر جو آیت اتری تھی، اس کو آپ جنرلائز نہ کریں، اسی پرٹیکولر ریفرنس میں رکھ کر دیکھیں۔ تو یہ ہر سوسائٹی میں کیا جاتا ہے۔</w:t>
      </w:r>
    </w:p>
    <w:p>
      <w:r>
        <w:rPr>
          <w:b/>
        </w:rPr>
        <w:t xml:space="preserve">[1:02:52] </w:t>
      </w:r>
      <w:r>
        <w:t>jab attack hota hai to defensive war ladi jati hai.</w:t>
      </w:r>
    </w:p>
    <w:p>
      <w:pPr>
        <w:jc w:val="right"/>
      </w:pPr>
      <w:r>
        <w:t>جب اٹیک ہوتا ہے تو ڈیفنسو وار لڑی جاتی ہے۔</w:t>
      </w:r>
    </w:p>
    <w:p>
      <w:r>
        <w:rPr>
          <w:b/>
        </w:rPr>
        <w:t xml:space="preserve">[1:02:56] </w:t>
      </w:r>
      <w:r>
        <w:t>tab bhi rasool allah ka tareeqa yeh tha ke dekhein, aap kitabon mein padhein to 83 baar unhon ne attempt kiya tha, 83 baar, lekin hamesha aap ne avoid kiya, avoid kiya, avoid kiya.</w:t>
      </w:r>
    </w:p>
    <w:p>
      <w:pPr>
        <w:jc w:val="right"/>
      </w:pPr>
      <w:r>
        <w:t>تب بھی رسول اللہ کا طریقہ یہ تھا کہ دیکھیں، آپ کتابوں میں پڑھیں تو 83 بار انہوں نے اٹیمپٹ کیا تھا، 83 بار، لیکن ہمیشہ آپ نے اوائڈ کیا، اوائڈ کیا، اوائڈ کیا۔</w:t>
      </w:r>
    </w:p>
    <w:p>
      <w:r>
        <w:rPr>
          <w:b/>
        </w:rPr>
        <w:t xml:space="preserve">[1:03:07] </w:t>
      </w:r>
      <w:r>
        <w:t>sirf teen baar lade aap badr mein, uhud mein, unhon ne jabke un avoidable, unavoidable ban gaya tha. to is context mein rakh kar dekhein aap, tab is ka matlab samajh mein aayega.</w:t>
      </w:r>
    </w:p>
    <w:p>
      <w:pPr>
        <w:jc w:val="right"/>
      </w:pPr>
      <w:r>
        <w:t>صرف تین بار لڑے آپ بدر میں، احد میں، انہوں نے جبکہ ان اوائڈیبل، ان اوائڈیبل بن گیا تھا۔ تو اس کنٹیکسٹ میں رکھ کر دیکھیں آپ، تب اس کا مطلب سمجھ میں آئے گا۔</w:t>
      </w:r>
    </w:p>
    <w:p>
      <w:r>
        <w:rPr>
          <w:b/>
        </w:rPr>
        <w:t xml:space="preserve">[1:03:18] </w:t>
      </w:r>
      <w:r>
        <w:t>this question is from mr d k mittal:</w:t>
      </w:r>
    </w:p>
    <w:p>
      <w:pPr>
        <w:jc w:val="right"/>
      </w:pPr>
      <w:r>
        <w:t>دس کوئسچن از فرام مسٹر ڈی کے میتھل:</w:t>
      </w:r>
    </w:p>
    <w:p>
      <w:r>
        <w:rPr>
          <w:b/>
        </w:rPr>
        <w:t xml:space="preserve">[1:03:21] </w:t>
      </w:r>
      <w:r>
        <w:t>"between 610 ad to 622 ad, out of 114 surahs of quran, 80 percent had been revealed, but arabs of makka were not influenced and did not accept islam.</w:t>
      </w:r>
    </w:p>
    <w:p>
      <w:pPr>
        <w:jc w:val="right"/>
      </w:pPr>
      <w:r>
        <w:t>"بٹوین 610 اے ڈی ٹو 622 اے ڈی، آؤٹ آف 114 سوراز اف قرآن، 80 پرسنٹ ہیڈ بین ریویلڈ، بٹ عربز اف مکہ وار ناٹ انفلوئنسڈ اینڈ ڈیڈ ناٹ ایکسیپٹ اسلام۔</w:t>
      </w:r>
    </w:p>
    <w:p>
      <w:r>
        <w:rPr>
          <w:b/>
        </w:rPr>
        <w:t xml:space="preserve">[1:03:37] </w:t>
      </w:r>
      <w:r>
        <w:t>however, in the next ten years, that is between 622 ad to 632 ad, the 22 surahs which predominantly relate to jihad by sword and booty, including women and children, whole of arabia became islamic.</w:t>
      </w:r>
    </w:p>
    <w:p>
      <w:pPr>
        <w:jc w:val="right"/>
      </w:pPr>
      <w:r>
        <w:t>ہاؤ ایور، ان دا نیکسٹ ٹین ایئرز، دیٹ از بٹوین 622 اے ڈی ٹو 632 اے ڈی، دا 22 سوراز وچ پریڈومیننٹلی ریلیٹ ٹو جہاد بائے سورڈ اینڈ بوٹی، انکلوڈنگ وومن اینڈ چلڈرن، ہول اف عریبیہ بیکم اسلامک۔</w:t>
      </w:r>
    </w:p>
    <w:p>
      <w:r>
        <w:rPr>
          <w:b/>
        </w:rPr>
        <w:t xml:space="preserve">[1:03:55] </w:t>
      </w:r>
      <w:r>
        <w:t>after the battle of badr, islamic sword was unsheathed, resulting in murder of asma, ka'b, abu afaq, and subsequently, with the approval of prophet, he gave consent to kill the un-believers, wherever they be.</w:t>
      </w:r>
    </w:p>
    <w:p>
      <w:pPr>
        <w:jc w:val="right"/>
      </w:pPr>
      <w:r>
        <w:t>افٹر دی بیٹل اف بدر، اسلامک سورڈ واز انسیتھ، رزلٹنگ ان مرڈر اف اسماء، کعب، ابو افاق، اینڈ سبسیکونٹلی، ود دی اپروول اف پرافٹ، ہی گیو کنسنٹ ٹو کل دا ان بیلیورز، ویئر ایور دے بی۔</w:t>
      </w:r>
    </w:p>
    <w:p>
      <w:r>
        <w:rPr>
          <w:b/>
        </w:rPr>
        <w:t xml:space="preserve">[1:04:12] </w:t>
      </w:r>
      <w:r>
        <w:t>islam may be anything but is not a religion of peace.</w:t>
      </w:r>
    </w:p>
    <w:p>
      <w:pPr>
        <w:jc w:val="right"/>
      </w:pPr>
      <w:r>
        <w:t>اسلام می بی اینی تھنگ بٹ از ناٹ ا ریلیجن اف پیس۔</w:t>
      </w:r>
    </w:p>
    <w:p>
      <w:r>
        <w:rPr>
          <w:b/>
        </w:rPr>
        <w:t xml:space="preserve">[1:04:17] </w:t>
      </w:r>
      <w:r>
        <w:t>"dekhein, yeh to aadmi jis jahan chahe koi laga de apna word. cheez yeh hai ke aap is ko aayaton ko isi context mein rakh kar padhna padega, alag se nahin.</w:t>
      </w:r>
    </w:p>
    <w:p>
      <w:pPr>
        <w:jc w:val="right"/>
      </w:pPr>
      <w:r>
        <w:t>" دیکھیں، یہ تو آدمی جس جہاں چاہے کوئی لگا دے اپنا ورڈ۔ چیز یہ ہے کہ آپ اس کو آیتوں کو اسی کنٹیکسٹ میں رکھ کر پڑھنا پڑے گا، الگ سے نہیں۔</w:t>
      </w:r>
    </w:p>
    <w:p>
      <w:r>
        <w:rPr>
          <w:b/>
        </w:rPr>
        <w:t xml:space="preserve">[1:04:30] </w:t>
      </w:r>
      <w:r>
        <w:t>rasool allah ki poori zindagi mein maine is par teen kitabein likhi hain prophet ke upar, us ko aap padhiye to poori zindagi aap peaceful hi rahe, poori zindagi aap peaceful rahe.</w:t>
      </w:r>
    </w:p>
    <w:p>
      <w:pPr>
        <w:jc w:val="right"/>
      </w:pPr>
      <w:r>
        <w:t>رسول اللہ کی پوری زندگی میں میں نے اس پر تین کتابیں لکھی ہیں پرافٹ کے اوپر، اس کو آپ پڑھیے تو پوری زندگی آپ پیس فل ہی رہے، پوری زندگی آپ پیس فل رہے۔</w:t>
      </w:r>
    </w:p>
    <w:p>
      <w:r>
        <w:rPr>
          <w:b/>
        </w:rPr>
        <w:t xml:space="preserve">[1:04:43] </w:t>
      </w:r>
      <w:r>
        <w:t>"asal al-khair peace is the best."</w:t>
      </w:r>
    </w:p>
    <w:p>
      <w:pPr>
        <w:jc w:val="right"/>
      </w:pPr>
      <w:r>
        <w:t>آپ نے فارمولا دیا کہ "اصل الخیر پیس از دا بیسٹ۔</w:t>
      </w:r>
    </w:p>
    <w:p>
      <w:r>
        <w:rPr>
          <w:b/>
        </w:rPr>
        <w:t xml:space="preserve">[1:04:47] </w:t>
      </w:r>
      <w:r>
        <w:t>"main ne arz kiya ke 83 baar unhon ne attempt kiya, lekin har baar aap ne avoid karte rahe. sirf teen baar aap un se lade kyunke un avoidable ban gaya tha.</w:t>
      </w:r>
    </w:p>
    <w:p>
      <w:pPr>
        <w:jc w:val="right"/>
      </w:pPr>
      <w:r>
        <w:t>" میں نے عرض کیا کہ 83 بار انہوں نے اٹیمپٹ کیا، لیکن ہر بار آپ نے اوائڈ کرتے رہے۔ صرف تین بار آپ ان سے لڑے کیونکہ ان اوائڈیبل بن گیا تھا۔</w:t>
      </w:r>
    </w:p>
    <w:p>
      <w:r>
        <w:rPr>
          <w:b/>
        </w:rPr>
        <w:t xml:space="preserve">[1:04:57] </w:t>
      </w:r>
      <w:r>
        <w:t>yeh 300 mile chhod kar chale gaye, aap madine aa gaye aur wahan se aa kar ke attack karte the. woh to defensive war thi. woh defensive war ke zamane mein jo aayatein utrin, un aayaton ko aap generalize nahin kar sakte.</w:t>
      </w:r>
    </w:p>
    <w:p>
      <w:pPr>
        <w:jc w:val="right"/>
      </w:pPr>
      <w:r>
        <w:t>یہ 300 مائل چھوڑ کر چلے گئے، آپ مدینہ آ گئے اور وہاں سے آ کر کے اٹیک کرتے تھے۔ وہ تو ڈیفنسو وار تھی۔ وہ ڈیفنسو وار کے زمانے میں جو آیتیں اتریں، ان آیتوں کو آپ جنرلائز نہیں کر سکتے۔</w:t>
      </w:r>
    </w:p>
    <w:p>
      <w:r>
        <w:rPr>
          <w:b/>
        </w:rPr>
        <w:t xml:space="preserve">[1:05:12] </w:t>
      </w:r>
      <w:r>
        <w:t>baqi jo aayaten hain, un ko dekhiye, aap woh to less than one percent hain. yeh aayaten yani Quran ki jo aayaten hain, 600, 6500, is mein less than one percent woh aayaten hain jo jo war ke bare mein hain, woh usi waqt utri thin jab ke unhon ne war chhod rakhi thi.</w:t>
      </w:r>
    </w:p>
    <w:p>
      <w:pPr>
        <w:jc w:val="right"/>
      </w:pPr>
      <w:r>
        <w:t>باقی جو آیتیں ہیں، ان کو دیکھیے، آپ وہ تو لیس دین ون پرسنٹ ہیں۔ یہ آیتیں یعنی قرآن کی جو آیتیں ہیں، 600، 6500، اس میں لیس دین ون پرسنٹ وہ آیتیں ہیں جو جو وار کے بارے میں ہیں، وہ اسی وقت اتری تھیں جب کہ انہوں نے وار چھوڑ رکھی تھی۔</w:t>
      </w:r>
    </w:p>
    <w:p>
      <w:r>
        <w:rPr>
          <w:b/>
        </w:rPr>
        <w:t xml:space="preserve">[1:05:32] </w:t>
      </w:r>
      <w:r>
        <w:t>to aap justice agar karen to context mein rakh kar ke dekhiye to</w:t>
      </w:r>
    </w:p>
    <w:p>
      <w:pPr>
        <w:jc w:val="right"/>
      </w:pPr>
      <w:r>
        <w:t>تو آپ جسٹس اگر کریں تو کنٹیکسٹ میں رکھ کر کے دیکھیے تو</w:t>
      </w:r>
    </w:p>
    <w:p>
      <w:r>
        <w:rPr>
          <w:b/>
        </w:rPr>
        <w:t xml:space="preserve">[1:05:38] </w:t>
      </w:r>
      <w:r>
        <w:t>aap payenge ke woh sab aayaton ka ta'alluq is is is waqt se hai jab ke unhon ne jang chhod di thi aur aur defensive war jo hai, woh inevitable ban gayi thi.</w:t>
      </w:r>
    </w:p>
    <w:p>
      <w:pPr>
        <w:jc w:val="right"/>
      </w:pPr>
      <w:r>
        <w:t>آپ پائیں گے کہ وہ سب آیتوں کا تعلق اس اس اس وقت سے ہے جب کہ انہوں نے جنگ چھوڑ دی تھی اور اور ڈیفنسو وار جو ہے، وہ ان ایویٹیبل بن گئی تھی۔</w:t>
      </w:r>
    </w:p>
    <w:p>
      <w:r>
        <w:rPr>
          <w:b/>
        </w:rPr>
        <w:t xml:space="preserve">[1:05:52] </w:t>
      </w:r>
      <w:r>
        <w:t>adrawise, is ke pehle bhi peace hai, is ke baad bhi peace hai Islam mein.</w:t>
      </w:r>
    </w:p>
    <w:p>
      <w:pPr>
        <w:jc w:val="right"/>
      </w:pPr>
      <w:r>
        <w:t>ادروائز، اس کے پہلے بھی پیس ہے، اس کے بعد بھی پیس ہے اسلام میں۔</w:t>
      </w:r>
    </w:p>
    <w:p>
      <w:r>
        <w:rPr>
          <w:b/>
        </w:rPr>
        <w:t xml:space="preserve">[1:06:00] </w:t>
      </w:r>
      <w:r>
        <w:t>das question is from miss saima: "how can we convert our negative thinking into positive thinking, is</w:t>
      </w:r>
    </w:p>
    <w:p>
      <w:pPr>
        <w:jc w:val="right"/>
      </w:pPr>
      <w:r>
        <w:t>دس کوئسچن از فرام مس صائمہ: "ہاؤ کین وی کنورٹ اور نیگیٹیو تھنکنگ انٹو پازیٹیو تھنکنگ، اس</w:t>
      </w:r>
    </w:p>
    <w:p>
      <w:r>
        <w:rPr>
          <w:b/>
        </w:rPr>
        <w:t xml:space="preserve">[1:06:08] </w:t>
      </w:r>
      <w:r>
        <w:t>peshli when all the circumstances are against you? secondly, also tell us how can we overcome our anger?" dekhen, jo study ki gayi hai psychology mein to jab aap anger, jab aap ghussa karte hain ya aap kisi mein malice paalte hain to sab se zyada nuqsan khud aap ko hota hai.</w:t>
      </w:r>
    </w:p>
    <w:p>
      <w:pPr>
        <w:jc w:val="right"/>
      </w:pPr>
      <w:r>
        <w:t>پیشلی وین ال دی سرکمسٹانسز ار اگینسٹ یو؟ سیکنڈلی، السو ٹیل اس ہاؤ کین وی اوورکم اور اینگر؟" دیکھیں، جو سٹڈی کی گئی ہے سائیکالوجی میں تو جب آپ اینگر، جب آپ غصہ کرتے ہیں یا آپ کسی میں مائلس پالتے ہیں تو سب سے زیادہ نقصان خود آپ کو ہوتا ہے۔</w:t>
      </w:r>
    </w:p>
    <w:p>
      <w:r>
        <w:rPr>
          <w:b/>
        </w:rPr>
        <w:t xml:space="preserve">[1:06:32] </w:t>
      </w:r>
      <w:r>
        <w:t>yeh psychology ki study se maloom hua hai.</w:t>
      </w:r>
    </w:p>
    <w:p>
      <w:pPr>
        <w:jc w:val="right"/>
      </w:pPr>
      <w:r>
        <w:t>یہ سائیکالوجی کی اسٹڈی سے معلوم ہوا ہے۔</w:t>
      </w:r>
    </w:p>
    <w:p>
      <w:r>
        <w:rPr>
          <w:b/>
        </w:rPr>
        <w:t xml:space="preserve">[1:06:37] </w:t>
      </w:r>
      <w:r>
        <w:t>to doosre ko nuqsan to hua nahin, hua aap ko nuqsan ho gaya.</w:t>
      </w:r>
    </w:p>
    <w:p>
      <w:pPr>
        <w:jc w:val="right"/>
      </w:pPr>
      <w:r>
        <w:t>تو دوسرے کو نقصان تو ہوا نہیں، ہوا آپ کو نقصان ہو گیا۔</w:t>
      </w:r>
    </w:p>
    <w:p>
      <w:r>
        <w:rPr>
          <w:b/>
        </w:rPr>
        <w:t xml:space="preserve">[1:06:44] </w:t>
      </w:r>
      <w:r>
        <w:t>aur sab se bada nuqsan yeh hai ke aap ke andar, aap ke andar positive thinking khatm ho gayi aur negative thinking aa gayi.</w:t>
      </w:r>
    </w:p>
    <w:p>
      <w:pPr>
        <w:jc w:val="right"/>
      </w:pPr>
      <w:r>
        <w:t>اور سب سے بڑا نقصان یہ ہے کہ آپ کے اندر، آپ کے اندر پازیٹیو تھنکنگ ختم ہوگئی اور نیگیٹیو تھنکنگ آگئی۔</w:t>
      </w:r>
    </w:p>
    <w:p>
      <w:r>
        <w:rPr>
          <w:b/>
        </w:rPr>
        <w:t xml:space="preserve">[1:06:53] </w:t>
      </w:r>
      <w:r>
        <w:t>to zindagi mein sirf wohi log kamyab hote hain jo positive thinking jin ke andar ho. ek kitab chhapi hai "super achievers", is ko aap padhiye.</w:t>
      </w:r>
    </w:p>
    <w:p>
      <w:pPr>
        <w:jc w:val="right"/>
      </w:pPr>
      <w:r>
        <w:t>تو زندگی میں صرف وہی لوگ کامیاب ہوتے ہیں جو پازیٹیو تھنکنگ جن کے اندر ہو۔ ایک کتاب چھپی ہے "سپر اچیورز"، اس کو آپ پڑھیے۔</w:t>
      </w:r>
    </w:p>
    <w:p>
      <w:r>
        <w:rPr>
          <w:b/>
        </w:rPr>
        <w:t xml:space="preserve">[1:07:02] </w:t>
      </w:r>
      <w:r>
        <w:t>woh log jo unhon ne badi badi kamyabiyan kamyabi hasil ki, woh count, woh sab ke sab positive think karte, woh bhulane wale, logon ko maaf karne wale log the.</w:t>
      </w:r>
    </w:p>
    <w:p>
      <w:pPr>
        <w:jc w:val="right"/>
      </w:pPr>
      <w:r>
        <w:t>وہ لوگ جو انہوں نے بڑی بڑی کامیابیاں کامیابی حاصل کی، وہ کاؤنٹ، وہ سب کے سب پازیٹیو تھنک کرتے، وہ بھلانے والے، لوگوں کو معاف کرنے والے لوگ تھے۔</w:t>
      </w:r>
    </w:p>
    <w:p>
      <w:r>
        <w:rPr>
          <w:b/>
        </w:rPr>
        <w:t xml:space="preserve">[1:07:13] </w:t>
      </w:r>
      <w:r>
        <w:t>is kitab ko aap padhiye to dunya mein agar koi aadmi badi kamyabi hasil karna chahta hai to is ko yahi karna padega ke kuch logon ko bhulaye, kuch baaton ko avoid kare, kuch baaton ko ignore kare, warna har waqt woh ladai jhagde mein pada rahega aur koi badi taraqqi is ko hasil nahin ho sakegi.</w:t>
      </w:r>
    </w:p>
    <w:p>
      <w:pPr>
        <w:jc w:val="right"/>
      </w:pPr>
      <w:r>
        <w:t>اس کتاب کو آپ پڑھیے تو دنیا میں اگر کوئی آدمی بڑی کامیابی حاصل کرنا چاہتا ہے تو اس کو یہی کرنا پڑے گا کہ کچھ لوگوں کو بھلائے، کچھ باتوں کو اوائڈ کرے، کچھ باتوں کو اگنور کرے، ورنہ ہر وقت وہ لڑائی جھگڑے میں پڑا رہے گا اور کوئی بڑی ترقی اس کو حاصل نہیں ہو سکے گی۔</w:t>
      </w:r>
    </w:p>
    <w:p>
      <w:r>
        <w:rPr>
          <w:b/>
        </w:rPr>
        <w:t xml:space="preserve">[1:07:30] </w:t>
      </w:r>
      <w:r>
        <w:t>das question is from mr mansoor elahi: "now a days fundamentalism and terrorism are treated as synonyms.</w:t>
      </w:r>
    </w:p>
    <w:p>
      <w:pPr>
        <w:jc w:val="right"/>
      </w:pPr>
      <w:r>
        <w:t>دس کوئسچن از فرام مسٹر منصور الہی: "ناؤ اے ڈیز فنڈامینٹلزم اینڈ ٹیررزم ار ٹریٹڈ ایز سینونمز۔</w:t>
      </w:r>
    </w:p>
    <w:p>
      <w:r>
        <w:rPr>
          <w:b/>
        </w:rPr>
        <w:t xml:space="preserve">[1:07:41] </w:t>
      </w:r>
      <w:r>
        <w:t>how far you feel is this correct?"</w:t>
      </w:r>
    </w:p>
    <w:p>
      <w:pPr>
        <w:jc w:val="right"/>
      </w:pPr>
      <w:r>
        <w:t>ہاؤ فار یو فیل از دس کریکٹ؟"</w:t>
      </w:r>
    </w:p>
    <w:p>
      <w:r>
        <w:rPr>
          <w:b/>
        </w:rPr>
        <w:t xml:space="preserve">[1:07:46] </w:t>
      </w:r>
      <w:r>
        <w:t>dekhen, fundamentalism jo hai, literal taur par to is baat ka naam hai ke aap fundamentals ko stick karen, lekin practical sense mein hota hai ke is se extremism aata hai.</w:t>
      </w:r>
    </w:p>
    <w:p>
      <w:pPr>
        <w:jc w:val="right"/>
      </w:pPr>
      <w:r>
        <w:t>دیکھیں، فنڈامینٹلزم جو ہے، لٹرل طور پر تو اس بات کا نام ہے کہ آپ فنڈامینٹلز کو اسٹک کریں، لیکن پریکٹیکل سینس میں ہوتا ہے کہ اس سے ایکسٹریمزم آتا ہے۔</w:t>
      </w:r>
    </w:p>
    <w:p>
      <w:r>
        <w:rPr>
          <w:b/>
        </w:rPr>
        <w:t xml:space="preserve">[1:07:58] </w:t>
      </w:r>
      <w:r>
        <w:t>extremism yani fundamentalism jo hai, apne aap mein koi galat cheez nahin hai, lekin jab woh extremism ban jata hai to wahan se ghalati shuru hoti hai. pehle aap extremism bante hain, phir is ke baad aap militant ban jaate hain.</w:t>
      </w:r>
    </w:p>
    <w:p>
      <w:pPr>
        <w:jc w:val="right"/>
      </w:pPr>
      <w:r>
        <w:t>ایکسٹریمزم یعنی فنڈامینٹلزم جو ہے، اپنے آپ میں کوئی غلط چیز نہیں ہے، لیکن جب وہ ایکسٹریمزم بن جاتا ہے تو وہاں سے غلطی شروع ہوتی ہے۔ پہلے آپ ایکسٹریمزم بنتے ہیں، پھر اس کے بعد آپ ملٹنٹ بن جاتے ہیں۔</w:t>
      </w:r>
    </w:p>
    <w:p>
      <w:r>
        <w:rPr>
          <w:b/>
        </w:rPr>
        <w:t xml:space="preserve">[1:08:12] </w:t>
      </w:r>
      <w:r>
        <w:t>to main samajhta hoon ke ek demarcation hona chahiye ke aap apne mazhab ke fundamentals ko follow karen baghair is ke ke doosre ko aap har pahunchayen.</w:t>
      </w:r>
    </w:p>
    <w:p>
      <w:pPr>
        <w:jc w:val="right"/>
      </w:pPr>
      <w:r>
        <w:t>تو میں سمجھتا ہوں کہ ایک ڈیوارکیشن ہونا چاہیے کہ آپ اپنے مذہب کے فنڈامینٹلز کو فالو کریں بغیر اس کے کہ دوسرے کو آپ ہار پہنچائیں۔</w:t>
      </w:r>
    </w:p>
    <w:p>
      <w:r>
        <w:rPr>
          <w:b/>
        </w:rPr>
        <w:t xml:space="preserve">[1:08:24] </w:t>
      </w:r>
      <w:r>
        <w:t>tab tak woh fundamentalism theek hai, lekin jab aap fundamentalist banne ke baad doosre ko har bhi pahunchane lagen to phir woh extremism ho gaya, woh militancy ho gayi.</w:t>
      </w:r>
    </w:p>
    <w:p>
      <w:pPr>
        <w:jc w:val="right"/>
      </w:pPr>
      <w:r>
        <w:t>تب تک وہ فنڈامینٹلزم ٹھیک ہے، لیکن جب آپ فنڈامینٹلسٹ بننے کے بعد دوسرے کو ہار بھی پہنچانے لگے تو پھر وہ اسٹیبزم ہو گیا، وہ ملٹنسی ہو گئی۔</w:t>
      </w:r>
    </w:p>
    <w:p>
      <w:r>
        <w:rPr>
          <w:b/>
        </w:rPr>
        <w:t xml:space="preserve">[1:08:35] </w:t>
      </w:r>
      <w:r>
        <w:t>to main samajhta hoon ke literal sense mein to fundamentalism koi galat cheez nahin nazar aati, lekin</w:t>
      </w:r>
    </w:p>
    <w:p>
      <w:pPr>
        <w:jc w:val="right"/>
      </w:pPr>
      <w:r>
        <w:t>تو میں سمجھتا ہوں کہ لٹرل سینس میں تو فنڈامینٹلزم کوئی غلط چیز نہیں نظر آتی، لیکن</w:t>
      </w:r>
    </w:p>
    <w:p>
      <w:r>
        <w:rPr>
          <w:b/>
        </w:rPr>
        <w:t xml:space="preserve">[1:08:41] </w:t>
      </w:r>
      <w:r>
        <w:t>aam taur par dekha gaya hai ke jo fundamentals fundamentalist hote hain, woh extremist ban jaate hain. extremist bante hi phir militancy ki soorat shuru ho jati hai.</w:t>
      </w:r>
    </w:p>
    <w:p>
      <w:pPr>
        <w:jc w:val="right"/>
      </w:pPr>
      <w:r>
        <w:t>عام طور پر دیکھا گیا ہے کہ جو فنڈامینٹلز فنڈامینٹلسٹ ہوتے ہیں، وہ ایکسٹریمسٹ بن جاتے ہیں۔ ایکسٹریمسٹ بنتے ہی پھر ملٹنسی کی صورت شروع ہو جاتی ہے۔</w:t>
      </w:r>
    </w:p>
    <w:p>
      <w:r>
        <w:rPr>
          <w:b/>
        </w:rPr>
        <w:t xml:space="preserve">[1:08:51] </w:t>
      </w:r>
      <w:r>
        <w:t>yeh hai dono mein farq ka maamla.</w:t>
      </w:r>
    </w:p>
    <w:p>
      <w:pPr>
        <w:jc w:val="right"/>
      </w:pPr>
      <w:r>
        <w:t>یہ ہے دونوں میں فرق کا معاملہ۔</w:t>
      </w:r>
    </w:p>
    <w:p>
      <w:r>
        <w:rPr>
          <w:b/>
        </w:rPr>
        <w:t xml:space="preserve">[1:08:56] </w:t>
      </w:r>
      <w:r>
        <w:t>ah, this is a question which has been given by mr ajmal khan. its not very clear. i would request him if he can, you know, ask us question. that almighty god gave a birth to a child to a non muslim family.</w:t>
      </w:r>
    </w:p>
    <w:p>
      <w:pPr>
        <w:jc w:val="right"/>
      </w:pPr>
      <w:r>
        <w:t>اہ، دس از ا کوئسچن وچ ہیز بین گیون بائے مسٹر اجمل خان۔ اٹس ناٹ ویری کلیئر۔ آئی وڈ ریکویسٹ ہم اف ہی کین، یو نو، اسک اس کوئسچن۔ دیٹ المائٹی گاڈ گیو اے برتھ ٹو اے چائلڈ ٹو اے نان مسلم فیملی۔</w:t>
      </w:r>
    </w:p>
    <w:p>
      <w:r>
        <w:rPr>
          <w:b/>
        </w:rPr>
        <w:t xml:space="preserve">[1:09:10] </w:t>
      </w:r>
      <w:r>
        <w:t>Allah rab ul izzat jo hai ke non muslim family mein bachche ko kyun paida karta hai? dekhiye, yeh is supposition par yeh question kiya gaya hai ke jo muslim family mein paida hoga to woh paradise mein jayega.</w:t>
      </w:r>
    </w:p>
    <w:p>
      <w:pPr>
        <w:jc w:val="right"/>
      </w:pPr>
      <w:r>
        <w:t>اللہ رب العزت جو ہے کہ نان مسلم فیملی میں بچے کو کیوں پیدا کرتا ہے؟ دیکھیے، یہ اس سپوزیشن پر یہ کوئسچن کیا گیا ہے کہ جو مسلم فیملی میں پیدا ہوگا تو وہ پیراڈائز میں جائے گا۔</w:t>
      </w:r>
    </w:p>
    <w:p>
      <w:r>
        <w:rPr>
          <w:b/>
        </w:rPr>
        <w:t xml:space="preserve">[1:09:23] </w:t>
      </w:r>
      <w:r>
        <w:t>halanke to wohi galat hai. yeh yani yeh birth birth se ta'alluq nahin hai paradise ka.</w:t>
      </w:r>
    </w:p>
    <w:p>
      <w:pPr>
        <w:jc w:val="right"/>
      </w:pPr>
      <w:r>
        <w:t>حالانکہ تو وہی غلط ہے۔ یہ یعنی یہ برتھ برتھ سے تعلق نہیں ہے پیراڈائز کا۔</w:t>
      </w:r>
    </w:p>
    <w:p>
      <w:r>
        <w:rPr>
          <w:b/>
        </w:rPr>
        <w:t xml:space="preserve">[1:09:33] </w:t>
      </w:r>
      <w:r>
        <w:t>yeh yeh soch hi galat hai ke</w:t>
      </w:r>
    </w:p>
    <w:p>
      <w:pPr>
        <w:jc w:val="right"/>
      </w:pPr>
      <w:r>
        <w:t>یہ یہ سوچ ہی غلط ہے کہ</w:t>
      </w:r>
    </w:p>
    <w:p>
      <w:r>
        <w:rPr>
          <w:b/>
        </w:rPr>
        <w:t xml:space="preserve">[1:09:41] </w:t>
      </w:r>
      <w:r>
        <w:t>yeh soch hi galat hai ke jo paida ho jaye musalman hai, woh woh jaye ga paradise mein aur nahi jaye ga hell mein. Yeh yeh apne aap mein galat hai. Laisal insanu illaa ma saaa.</w:t>
      </w:r>
    </w:p>
    <w:p>
      <w:pPr>
        <w:jc w:val="right"/>
      </w:pPr>
      <w:r>
        <w:t>یہ سوچ ہی غلط ہے کہ جو پیدا ہو جائے مسلمان ہے، وہ وہ جائے گا پیراڈائز میں اور نہیں جائے گا ہیل میں۔ یہ یہ اپنے آپ میں غلط ہے۔ لیس الانسان الا ماسا۔</w:t>
      </w:r>
    </w:p>
    <w:p>
      <w:r>
        <w:rPr>
          <w:b/>
        </w:rPr>
        <w:t xml:space="preserve">[1:09:52] </w:t>
      </w:r>
      <w:r>
        <w:t>Paradise jo hai, woh aadmi ko mile gi amal par, amal par kisi family par. Is se is ka is ka decided, is ka decision nahi hone wala hai.</w:t>
      </w:r>
    </w:p>
    <w:p>
      <w:pPr>
        <w:jc w:val="right"/>
      </w:pPr>
      <w:r>
        <w:t>پیراڈائز جو ہے، وہ آدمی کو ملے گی عمل پر، عمل پر کسی فیملی پر۔ اس سے اس کا اس کا ڈیسائیڈ، اس کا ڈیسیژن نہیں ہونے والا ہے۔</w:t>
      </w:r>
    </w:p>
    <w:p>
      <w:r>
        <w:rPr>
          <w:b/>
        </w:rPr>
        <w:t xml:space="preserve">[1:10:02] </w:t>
      </w:r>
      <w:r>
        <w:t>Toh yeh yeh question jo hai, is ke peeche aik aik aik galat supposition shamil hai. You have a second question as well.</w:t>
      </w:r>
    </w:p>
    <w:p>
      <w:pPr>
        <w:jc w:val="right"/>
      </w:pPr>
      <w:r>
        <w:t>تو یہ یہ کوئسچن جو ہے، اس کے پیچھے ایک ایک ایک غلط سپوزیشن شامل ہے۔ یو ہیو ا سیکنڈ کوئسچن ایز ویل۔</w:t>
      </w:r>
    </w:p>
    <w:p>
      <w:r>
        <w:rPr>
          <w:b/>
        </w:rPr>
        <w:t xml:space="preserve">[1:10:12] </w:t>
      </w:r>
      <w:r>
        <w:t>Ah, jo Maulana preaching chal rahi hai Madarsa mein, kya woh theek hai? Preaching ke teaching? Preaching teaching teaching teaching teaching teaching teaching teaching te ching.</w:t>
      </w:r>
    </w:p>
    <w:p>
      <w:pPr>
        <w:jc w:val="right"/>
      </w:pPr>
      <w:r>
        <w:t>اہ، جو مولانا پریچنگ چل رہی ہے مدر سا میں، کیا وہ ٹھیک ہے؟ پریچنگ کہ ٹیچنگ؟ پریچنگ ٹیچنگ ٹیچنگ ٹیچنگ ٹیچنگ ٹیچنگ ٹیچنگ ٹیچنگ ٹی چنگ۔</w:t>
      </w:r>
    </w:p>
    <w:p>
      <w:r>
        <w:rPr>
          <w:b/>
        </w:rPr>
        <w:t xml:space="preserve">[1:10:24] </w:t>
      </w:r>
      <w:r>
        <w:t>Dekhiye, har community ki, chahe Muslim ho ya doosri communities hon, un ki aik requirement hoti hai ke un ka culture, un ka mazhab, un ki generation se jaan hai.</w:t>
      </w:r>
    </w:p>
    <w:p>
      <w:pPr>
        <w:jc w:val="right"/>
      </w:pPr>
      <w:r>
        <w:t>دیکھیے، ہر کمیونٹی کی، چاہے مسلم ہو یا دوسری کمیونٹیز ہوں، ان کی ایک ریکوائرمنٹ ہوتی ہے کہ ان کا کلچر، ان کا مذہب، ان کی جنریشن سے جان ہے۔</w:t>
      </w:r>
    </w:p>
    <w:p>
      <w:r>
        <w:rPr>
          <w:b/>
        </w:rPr>
        <w:t xml:space="preserve">[1:10:39] </w:t>
      </w:r>
      <w:r>
        <w:t>Is ko is ke liye wahan pathshalayein hoti hain, Hinduo mein Christian mein seminaries hoti hain, Musalmano mein madaris hote</w:t>
      </w:r>
    </w:p>
    <w:p>
      <w:pPr>
        <w:jc w:val="right"/>
      </w:pPr>
      <w:r>
        <w:t>اس کو اس کے لیے وہاں پاٹھشالائیں ہوتی ہیں، ہندوؤں میں کرسچن میں سیمینریز ہوتی ہیں، مسلمانوں میں مدرسے ہوتے</w:t>
      </w:r>
    </w:p>
    <w:p>
      <w:r>
        <w:rPr>
          <w:b/>
        </w:rPr>
        <w:t xml:space="preserve">[1:10:47] </w:t>
      </w:r>
      <w:r>
        <w:t>hain. Toh aap is ko is se is criteria par dekhein ke kya woh un ki religious need ko poora kar raha hai ya nahi.</w:t>
      </w:r>
    </w:p>
    <w:p>
      <w:pPr>
        <w:jc w:val="right"/>
      </w:pPr>
      <w:r>
        <w:t>ہیں۔ تو آپ اس کو اس سے اس کرائٹیریا پر دیکھیں کہ کیا وہ ان کی ریلیجس نیڈ کو پورا کر رہا ہے یا نہیں۔</w:t>
      </w:r>
    </w:p>
    <w:p>
      <w:r>
        <w:rPr>
          <w:b/>
        </w:rPr>
        <w:t xml:space="preserve">[1:10:57] </w:t>
      </w:r>
      <w:r>
        <w:t>Main samajhta hoon ke is lihaaz se madaris apna kaam theek kar rahe hain. Ab aap yeh kahein ke sahib, is mein engineer kyun nahi bante? Is mein doctor kyun nahi bante? Is ke alag institutions hain, is ke liye alag idare hain, wahan par parhai ho bachon ko apni.</w:t>
      </w:r>
    </w:p>
    <w:p>
      <w:pPr>
        <w:jc w:val="right"/>
      </w:pPr>
      <w:r>
        <w:t>میں سمجھتا ہوں کہ اس لحاظ سے مدرسے اپنا کام ٹھیک کر رہے ہیں۔ اب آپ یہ کہیں کہ صاحب، اس میں انجینئر کیوں نہیں بنتے؟ اس میں ڈاکٹر کیوں نہیں بنتے؟ اس کے الگ انسٹیٹیوشنز ہیں، اس کے لیے الگ ادارے ہیں، وہاں پر پڑھائی ہو بچوں کو اپنی۔</w:t>
      </w:r>
    </w:p>
    <w:p>
      <w:r>
        <w:rPr>
          <w:b/>
        </w:rPr>
        <w:t xml:space="preserve">[1:11:10] </w:t>
      </w:r>
      <w:r>
        <w:t>Toh main samajhta hoon ke do parallel nizam hona chahiye: aik secular education, aik religious education.</w:t>
      </w:r>
    </w:p>
    <w:p>
      <w:pPr>
        <w:jc w:val="right"/>
      </w:pPr>
      <w:r>
        <w:t>تو میں سمجھتا ہوں کہ دو پیرلل نظام ہونا چاہیے: ایک سولر ایجوکیشن، ایک ریلیجس ایجوکیشن۔</w:t>
      </w:r>
    </w:p>
    <w:p>
      <w:r>
        <w:rPr>
          <w:b/>
        </w:rPr>
        <w:t xml:space="preserve">[1:11:16] </w:t>
      </w:r>
      <w:r>
        <w:t>Toh madaris jo hain, woh religious education ke liye hain, woh doctor aur engineer bante ke liye nahi hain. Is lihaaz se bas woh madaris bilkul theek kaam kar rahe hain.</w:t>
      </w:r>
    </w:p>
    <w:p>
      <w:pPr>
        <w:jc w:val="right"/>
      </w:pPr>
      <w:r>
        <w:t>تو مدرسے جو ہیں، وہ ریلیجس ایجوکیشن کے لیے ہیں، وہ ڈاکٹر اور انجینئر بننے کے لیے نہیں ہیں۔ اس لحاظ سے بس وہ مدرسے بالکل ٹھیک کام کر رہے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