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Sects in Islam December 21, 2008</w:t>
      </w:r>
    </w:p>
    <w:p>
      <w:r>
        <w:t>https://youtu.be/Y8C_ml3itz8</w:t>
      </w:r>
    </w:p>
    <w:p>
      <w:r>
        <w:rPr>
          <w:b/>
        </w:rPr>
        <w:t xml:space="preserve">[00:38] </w:t>
      </w:r>
      <w:r>
        <w:t>aaj main aik khaas</w:t>
      </w:r>
    </w:p>
    <w:p>
      <w:pPr>
        <w:jc w:val="right"/>
      </w:pPr>
      <w:r>
        <w:t>آج میں ایکخاص</w:t>
      </w:r>
    </w:p>
    <w:p>
      <w:r>
        <w:rPr>
          <w:b/>
        </w:rPr>
        <w:t xml:space="preserve">[00:45] </w:t>
      </w:r>
      <w:r>
        <w:t>issue par kuch kehna chahta hoon jo aksar log bohat</w:t>
      </w:r>
    </w:p>
    <w:p>
      <w:pPr>
        <w:jc w:val="right"/>
      </w:pPr>
      <w:r>
        <w:t>ایشوپر کچھ کہناچاہتاہوں جو اکثرلوگ بہت</w:t>
      </w:r>
    </w:p>
    <w:p>
      <w:r>
        <w:rPr>
          <w:b/>
        </w:rPr>
        <w:t xml:space="preserve">[00:51] </w:t>
      </w:r>
      <w:r>
        <w:t>poochte rehte hain. woh yeh hai ke musalmanon mein itne ziyada sect kyun hain, jis ko hum kehte hain firqa?</w:t>
      </w:r>
    </w:p>
    <w:p>
      <w:pPr>
        <w:jc w:val="right"/>
      </w:pPr>
      <w:r>
        <w:t>پوچھتےرہتےہیں۔ وہیہہےکہمس لمانوںمیں اتنے زیادہ سیکٹکیوںہیں، جسکوہمکہتےہیں فر قہ ؟</w:t>
      </w:r>
    </w:p>
    <w:p>
      <w:r>
        <w:rPr>
          <w:b/>
        </w:rPr>
        <w:t xml:space="preserve">[01:03] </w:t>
      </w:r>
      <w:r>
        <w:t>ke musalmanon mein itne ziyada firqay kyun hain, itne ziyada sect kyun hain?</w:t>
      </w:r>
    </w:p>
    <w:p>
      <w:pPr>
        <w:jc w:val="right"/>
      </w:pPr>
      <w:r>
        <w:t>کہ مسلمانوںمیںاتنےزیادہ فرقےکیوںہیں،اتنےزیادہسیکٹکیوںہیں؟</w:t>
      </w:r>
    </w:p>
    <w:p>
      <w:r>
        <w:rPr>
          <w:b/>
        </w:rPr>
        <w:t xml:space="preserve">[01:08] </w:t>
      </w:r>
      <w:r>
        <w:t>yani millat e wahida hona chahiye musalmanon ko. unka quran ek hai, rasool ek hai, khuda ek hai.</w:t>
      </w:r>
    </w:p>
    <w:p>
      <w:pPr>
        <w:jc w:val="right"/>
      </w:pPr>
      <w:r>
        <w:t>یعنیملت واحد ہ ہوناچاہیےمسلمانوںکو ۔ انکا قرآنایک ہے، رسول ایکہے،خداایک ہے۔</w:t>
      </w:r>
    </w:p>
    <w:p>
      <w:r>
        <w:rPr>
          <w:b/>
        </w:rPr>
        <w:t xml:space="preserve">[01:20] </w:t>
      </w:r>
      <w:r>
        <w:t>to itne zyada firqe kyun? yani factions kahiye aap ya sect kahiye.</w:t>
      </w:r>
    </w:p>
    <w:p>
      <w:pPr>
        <w:jc w:val="right"/>
      </w:pPr>
      <w:r>
        <w:t>تو اتنےزیادہ فرقےکیوں ؟ یعنی فیکشنزکہیےآپ یا سیکٹکہیے۔</w:t>
      </w:r>
    </w:p>
    <w:p>
      <w:r>
        <w:rPr>
          <w:b/>
        </w:rPr>
        <w:t xml:space="preserve">[01:29] </w:t>
      </w:r>
      <w:r>
        <w:t>to dekhiye, pehli baat to yeh hai ke yeh koi</w:t>
      </w:r>
    </w:p>
    <w:p>
      <w:pPr>
        <w:jc w:val="right"/>
      </w:pPr>
      <w:r>
        <w:t>تودیکھیے، پہلیباتتویہہےکہ یہ کوئی</w:t>
      </w:r>
    </w:p>
    <w:p>
      <w:r>
        <w:rPr>
          <w:b/>
        </w:rPr>
        <w:t xml:space="preserve">[01:37] </w:t>
      </w:r>
      <w:r>
        <w:t>muslim phenomenon nahi hai, yeh ek universal phenomenon hai.</w:t>
      </w:r>
    </w:p>
    <w:p>
      <w:pPr>
        <w:jc w:val="right"/>
      </w:pPr>
      <w:r>
        <w:t>مسلم فیناومینانہیںہے، یہ ایکیونیورسل فیناومیناہے۔</w:t>
      </w:r>
    </w:p>
    <w:p>
      <w:r>
        <w:rPr>
          <w:b/>
        </w:rPr>
        <w:t xml:space="preserve">[01:43] </w:t>
      </w:r>
      <w:r>
        <w:t>kisi bhi mazhab ko aap dekhenge to wahan par jo iske jo founder the, unke zamane mein woh mazhab ek mazhab hota tha.</w:t>
      </w:r>
    </w:p>
    <w:p>
      <w:pPr>
        <w:jc w:val="right"/>
      </w:pPr>
      <w:r>
        <w:t>کسی بھیمذہبکوآپدیکھیں گےتووہاںپر جو اسکے جو فاؤنڈرتھے، انکےزمان ےمیںوہ مذہب ایک مذہب ہوتاتھا۔</w:t>
      </w:r>
    </w:p>
    <w:p>
      <w:r>
        <w:rPr>
          <w:b/>
        </w:rPr>
        <w:t xml:space="preserve">[01:54] </w:t>
      </w:r>
      <w:r>
        <w:t>lekin later period mein in mein</w:t>
      </w:r>
    </w:p>
    <w:p>
      <w:pPr>
        <w:jc w:val="right"/>
      </w:pPr>
      <w:r>
        <w:t>لیکن لیٹر پیریڈمیں انمیں</w:t>
      </w:r>
    </w:p>
    <w:p>
      <w:r>
        <w:rPr>
          <w:b/>
        </w:rPr>
        <w:t xml:space="preserve">[02:00] </w:t>
      </w:r>
      <w:r>
        <w:t>tukde hue aur bohat se sect ban gaye.</w:t>
      </w:r>
    </w:p>
    <w:p>
      <w:pPr>
        <w:jc w:val="right"/>
      </w:pPr>
      <w:r>
        <w:t>ٹکڑےہوئے اور بہت سے سیکٹبنگئے۔</w:t>
      </w:r>
    </w:p>
    <w:p>
      <w:r>
        <w:rPr>
          <w:b/>
        </w:rPr>
        <w:t xml:space="preserve">[02:05] </w:t>
      </w:r>
      <w:r>
        <w:t>christianity mein, jainism mein, hinduism mein, jainism mein, buddhism mein, jisko bhi dekhie aap.</w:t>
      </w:r>
    </w:p>
    <w:p>
      <w:pPr>
        <w:jc w:val="right"/>
      </w:pPr>
      <w:r>
        <w:t>کرسچنمیں، جو میں ،ہند ودمیں، جینزمیں،بدھزمیں ،جسکوبھیدیکھیےآپ۔</w:t>
      </w:r>
    </w:p>
    <w:p>
      <w:r>
        <w:rPr>
          <w:b/>
        </w:rPr>
        <w:t xml:space="preserve">[02:16] </w:t>
      </w:r>
      <w:r>
        <w:t>to yeh ek universal phenomenon hai jo har mazhab mein paya jata hai. is waqt mein doosre mazhab ke bare mein kuch nahi kahunga.</w:t>
      </w:r>
    </w:p>
    <w:p>
      <w:pPr>
        <w:jc w:val="right"/>
      </w:pPr>
      <w:r>
        <w:t>تو یہایک یونیورسلفیناومیناہےجوہرمذہبمیں پایاجاتاہے۔ اسوقت میں دوسرے مذہبکےبارےمیںکچھنہیں کہوںگا۔</w:t>
      </w:r>
    </w:p>
    <w:p>
      <w:r>
        <w:rPr>
          <w:b/>
        </w:rPr>
        <w:t xml:space="preserve">[02:27] </w:t>
      </w:r>
      <w:r>
        <w:t>is waqt mein islam mein jo firqe hain, jo sect hain, unke bare mein kuch kehne ki koshish karunga.</w:t>
      </w:r>
    </w:p>
    <w:p>
      <w:pPr>
        <w:jc w:val="right"/>
      </w:pPr>
      <w:r>
        <w:t>اسوقت میں اسلام میںجو فرقےہیں، جو سیکٹہیں،انکےبارےمیں کچھ کہنےکیکوششکروںگا۔</w:t>
      </w:r>
    </w:p>
    <w:p>
      <w:r>
        <w:rPr>
          <w:b/>
        </w:rPr>
        <w:t xml:space="preserve">[02:38] </w:t>
      </w:r>
      <w:r>
        <w:t>dekhiye, pehli baat to yeh hai ke yeh sect hain, in mein ek woh hai jo jinko aap devoted sects keh sakte hain.</w:t>
      </w:r>
    </w:p>
    <w:p>
      <w:pPr>
        <w:jc w:val="right"/>
      </w:pPr>
      <w:r>
        <w:t>دیکھیے،پہلیباتتویہہے کہیہ سیکٹہیں، انمیں ایک وہہےجو جنکوآپ ڈیویٹڈسیکٹسکہہسکتےہیں۔</w:t>
      </w:r>
    </w:p>
    <w:p>
      <w:r>
        <w:rPr>
          <w:b/>
        </w:rPr>
        <w:t xml:space="preserve">[02:49] </w:t>
      </w:r>
      <w:r>
        <w:t>yani asal jo</w:t>
      </w:r>
    </w:p>
    <w:p>
      <w:pPr>
        <w:jc w:val="right"/>
      </w:pPr>
      <w:r>
        <w:t>یعنی اصلجو</w:t>
      </w:r>
    </w:p>
    <w:p>
      <w:r>
        <w:rPr>
          <w:b/>
        </w:rPr>
        <w:t xml:space="preserve">[02:54] </w:t>
      </w:r>
      <w:r>
        <w:t>jisko kaha gaya sirat e mustaqeem, jo asal jo path hai, us se hat kar ke bane hain.</w:t>
      </w:r>
    </w:p>
    <w:p>
      <w:pPr>
        <w:jc w:val="right"/>
      </w:pPr>
      <w:r>
        <w:t>جسکوکہاگیاصراط مست قیم، جو اصلجو پاتھہے، اسسےہٹکرکےبنےہیں۔</w:t>
      </w:r>
    </w:p>
    <w:p>
      <w:r>
        <w:rPr>
          <w:b/>
        </w:rPr>
        <w:t xml:space="preserve">[03:06] </w:t>
      </w:r>
      <w:r>
        <w:t>aur ek woh hai jo hate nahi hain, deviation nahi kiya unhone, phir bhi wahan firqe ban gaye hain. so you have to differentiate between the two,</w:t>
      </w:r>
    </w:p>
    <w:p>
      <w:pPr>
        <w:jc w:val="right"/>
      </w:pPr>
      <w:r>
        <w:t>اور ایک وہہےجو ہٹےنہیںہیں، ڈیویایشننہیںکیا انہوںنے، پھربھیوہاںفرقےبنگئےہیں۔ سویوہیوٹوڈیفرنشیٹبٹوینداٹو،</w:t>
      </w:r>
    </w:p>
    <w:p>
      <w:r>
        <w:rPr>
          <w:b/>
        </w:rPr>
        <w:t xml:space="preserve">[03:21] </w:t>
      </w:r>
      <w:r>
        <w:t>otherwise you cannot understand this phenomenon.</w:t>
      </w:r>
    </w:p>
    <w:p>
      <w:pPr>
        <w:jc w:val="right"/>
      </w:pPr>
      <w:r>
        <w:t>ادروائزیوکینناٹانڈرسٹینڈ دسفیناومینا۔</w:t>
      </w:r>
    </w:p>
    <w:p>
      <w:r>
        <w:rPr>
          <w:b/>
        </w:rPr>
        <w:t xml:space="preserve">[03:28] </w:t>
      </w:r>
      <w:r>
        <w:t>to pehle mein arz karunga devoted jo sects hain, unke bare mein. dekhiye, devoted sects se kaun se murad hain?</w:t>
      </w:r>
    </w:p>
    <w:p>
      <w:pPr>
        <w:jc w:val="right"/>
      </w:pPr>
      <w:r>
        <w:t>توپہلےمیں عرضکروںگا ڈیویٹڈ جو سیکٹسہیں،انکےبارےمیں ۔ دیکھیے، ڈیویٹڈسیکٹسسےکونسےمرادہیں؟</w:t>
      </w:r>
    </w:p>
    <w:p>
      <w:r>
        <w:rPr>
          <w:b/>
        </w:rPr>
        <w:t xml:space="preserve">[03:40] </w:t>
      </w:r>
      <w:r>
        <w:t>jaise dargahi log hain. aur arab countries mein to dargah ka phenomenon nahi hai, lekin indian subcontinent mein bohat zyada hai.</w:t>
      </w:r>
    </w:p>
    <w:p>
      <w:pPr>
        <w:jc w:val="right"/>
      </w:pPr>
      <w:r>
        <w:t>جیسے درگاہیلوگہیں۔ اور عرب کنٹریزمیںتو درگاہکافیناومینانہیںہے، لیکن انڈ ین سب کانٹیننٹمیںبہتزیادہ ہے۔</w:t>
      </w:r>
    </w:p>
    <w:p>
      <w:r>
        <w:rPr>
          <w:b/>
        </w:rPr>
        <w:t xml:space="preserve">[03:54] </w:t>
      </w:r>
      <w:r>
        <w:t>bohat sare log hain jo dargahon se jode hue hain. isko aap ek dargahi firqa keh sakte hain. lekin yeh completely an-islam kahe.</w:t>
      </w:r>
    </w:p>
    <w:p>
      <w:pPr>
        <w:jc w:val="right"/>
      </w:pPr>
      <w:r>
        <w:t>بہت سارےلوگہیں جودرگاہوںسےجڑےہوئےہیں۔ اسکوآپایکدرگاہیفرقہ کہہسکتےہیں۔ لیکن یہ کمپلیٹلی اناسلام کہے۔</w:t>
      </w:r>
    </w:p>
    <w:p>
      <w:r>
        <w:rPr>
          <w:b/>
        </w:rPr>
        <w:t xml:space="preserve">[04:06] </w:t>
      </w:r>
      <w:r>
        <w:t>iska koi bhi basis quran ya hadith mein nahi hai.</w:t>
      </w:r>
    </w:p>
    <w:p>
      <w:pPr>
        <w:jc w:val="right"/>
      </w:pPr>
      <w:r>
        <w:t>اسکا کوئیبھی بیس قرآنیاحدیثمیںنہیںہے۔</w:t>
      </w:r>
    </w:p>
    <w:p>
      <w:r>
        <w:rPr>
          <w:b/>
        </w:rPr>
        <w:t xml:space="preserve">[04:14] </w:t>
      </w:r>
      <w:r>
        <w:t>yeh jo dargahi phenomenon hai, jisse bohat sare log jode hue hain, to uska koi bhi islam se talluq nahi hai.</w:t>
      </w:r>
    </w:p>
    <w:p>
      <w:pPr>
        <w:jc w:val="right"/>
      </w:pPr>
      <w:r>
        <w:t>یہجو درگاہیفیناومیناہے، جسسے بہت سارےلوگ جڑےہوئےہیں، تواسکا کوئی بھی اسلام سے تعلقنہیںہے۔</w:t>
      </w:r>
    </w:p>
    <w:p>
      <w:r>
        <w:rPr>
          <w:b/>
        </w:rPr>
        <w:t xml:space="preserve">[04:25] </w:t>
      </w:r>
      <w:r>
        <w:t>yeh to dekhiye, darasal baat yeh hui hai ke jo log convert ho kar islam mein aate hain, to unki deconditioning poori tarah ho nahi paati.</w:t>
      </w:r>
    </w:p>
    <w:p>
      <w:pPr>
        <w:jc w:val="right"/>
      </w:pPr>
      <w:r>
        <w:t>یہتو دیکھیے،دراصل باتیہہوئیہے کہ جولوگ کنورٹہوکراسلام میںآتےہیں، تو انکی ڈی کنڈیشننگپوریطرحہونہیںپاتی۔</w:t>
      </w:r>
    </w:p>
    <w:p>
      <w:r>
        <w:rPr>
          <w:b/>
        </w:rPr>
        <w:t xml:space="preserve">[04:38] </w:t>
      </w:r>
      <w:r>
        <w:t>to pichhle culture ka jo unke upar asar hota hai, usiko woh islamize kar lete hain.</w:t>
      </w:r>
    </w:p>
    <w:p>
      <w:pPr>
        <w:jc w:val="right"/>
      </w:pPr>
      <w:r>
        <w:t>تو پچھلے کلچرکاجو انکےاوپر اثرہوتاہے، اسیکووہاسلام ائزکرلیتےہیں۔</w:t>
      </w:r>
    </w:p>
    <w:p>
      <w:r>
        <w:rPr>
          <w:b/>
        </w:rPr>
        <w:t xml:space="preserve">[04:49] </w:t>
      </w:r>
      <w:r>
        <w:t>to yeh jo indian subcontinent jisko hum kehte hain, ismein jo conversion hua, to aap jante hain ke yahan par log jo the, idol worshipers the.</w:t>
      </w:r>
    </w:p>
    <w:p>
      <w:pPr>
        <w:jc w:val="right"/>
      </w:pPr>
      <w:r>
        <w:t>تویہجو انڈین سب کانٹیننٹجسکوہمکہتےہیں، اسمیںجو کنورژنہوا، توآپجانتےہیںکہیہاںپر لوگجوہیں، آئیڈلورشپرتھے۔</w:t>
      </w:r>
    </w:p>
    <w:p>
      <w:r>
        <w:rPr>
          <w:b/>
        </w:rPr>
        <w:t xml:space="preserve">[05:04] </w:t>
      </w:r>
      <w:r>
        <w:t>to woh is jab woh islam mein aaye to unki education nahi ho saki, unki deconditioning nahi hui.</w:t>
      </w:r>
    </w:p>
    <w:p>
      <w:pPr>
        <w:jc w:val="right"/>
      </w:pPr>
      <w:r>
        <w:t>تو وہ اس جبوہ اسلام میںآئے تو انکی ایجوکیشننہیںہوسکی، انکی ڈی کنڈیشننگنہیںہوئی۔</w:t>
      </w:r>
    </w:p>
    <w:p>
      <w:r>
        <w:rPr>
          <w:b/>
        </w:rPr>
        <w:t xml:space="preserve">[05:15] </w:t>
      </w:r>
      <w:r>
        <w:t>to isi mind ko le kar ke islam mein aa gaye aur wahan unhone apne purane usko islamize kar liya.</w:t>
      </w:r>
    </w:p>
    <w:p>
      <w:pPr>
        <w:jc w:val="right"/>
      </w:pPr>
      <w:r>
        <w:t>تو اسی مائنڈکولےکرکے اسلام میںآگئے اور وہاں انہوںنے اپنے اسپرانے اسکو اسلام ائزکرلیا۔</w:t>
      </w:r>
    </w:p>
    <w:p>
      <w:r>
        <w:rPr>
          <w:b/>
        </w:rPr>
        <w:t xml:space="preserve">[05:24] </w:t>
      </w:r>
      <w:r>
        <w:t>main aik martaba Hishikesh gaya to wahan per maine dekha aik gallery thi. is gallery mein bohat se Hindu but rakhe hue the. aap jante hain ke Hinduon ke bohat saare but hain, idols. to is gallery mein dono taraf, ya'ni right aur left, dono taraf bohat saare but rakhe hue the.</w:t>
      </w:r>
    </w:p>
    <w:p>
      <w:pPr>
        <w:jc w:val="right"/>
      </w:pPr>
      <w:r>
        <w:t>میںایکمرتبہرشیکیشگیا تووہاںپرمیںنےدیکھا ایکگیلریتھی۔ اسگیلریمیں بہت سے ہندو بت رکھےہوئےتھے۔ آپجانتےہیںکہہندوؤںکےبہتسارےبت ہیں،آئیڈلز ۔تواسگیلریمیں دونوںطرف ،یعنیرائٹاور لیفٹ،دونوںطرف بہتسارےبت رکھےہوئےتھے۔</w:t>
      </w:r>
    </w:p>
    <w:p>
      <w:r>
        <w:rPr>
          <w:b/>
        </w:rPr>
        <w:t xml:space="preserve">[05:49] </w:t>
      </w:r>
      <w:r>
        <w:t>to mere saath jo guide the, wahan aik Hindu guide, usko dekhkar unhon ne kaha ke dekhiye, Hindu aur Musalman mein kya difference hai?</w:t>
      </w:r>
    </w:p>
    <w:p>
      <w:pPr>
        <w:jc w:val="right"/>
      </w:pPr>
      <w:r>
        <w:t>تو میرےساتھجوگائیڈتھے،وہاںایکہندو گائیڈ، اسکودیکھکرانہوںنےکہا کہدیکھیے، ہندو اورمسلمانمیںکیا ڈیفرنسہے؟</w:t>
      </w:r>
    </w:p>
    <w:p>
      <w:r>
        <w:rPr>
          <w:b/>
        </w:rPr>
        <w:t xml:space="preserve">[06:00] </w:t>
      </w:r>
      <w:r>
        <w:t>hum log khare kar poochte hain, aap let kar poochte hain. bas dargah mein jo qabr hoti hai, us qabr mein jo buzurg hain, woh lete hue hain.</w:t>
      </w:r>
    </w:p>
    <w:p>
      <w:pPr>
        <w:jc w:val="right"/>
      </w:pPr>
      <w:r>
        <w:t>ہملوگ کھڑاکرپوچھتےہیں، آپ لی ٹالیٹاکرپوچھتےہیں۔ بسدرگاہمیںجوقبرہوتیہے،اسقبرمیں جو بزرگ ہیں،وہلیٹےہوئےہیں۔</w:t>
      </w:r>
    </w:p>
    <w:p>
      <w:r>
        <w:rPr>
          <w:b/>
        </w:rPr>
        <w:t xml:space="preserve">[06:12] </w:t>
      </w:r>
      <w:r>
        <w:t>hum ne yahan in ko patharon mein kya shakal dekar baitha rakha hai. to us ne kaha ke hum log khare kar poochte hain, aap lete kar poochte hain.</w:t>
      </w:r>
    </w:p>
    <w:p>
      <w:pPr>
        <w:jc w:val="right"/>
      </w:pPr>
      <w:r>
        <w:t>ہمنےیہاں انکو پتھروںمیں کیشکلدےکر بیٹھارکھاہے۔ تواسنےکہاکہ ہملوگ کھڑاکرپوچھتےہیں،آپلیٹاکرپوچھتےہیں۔</w:t>
      </w:r>
    </w:p>
    <w:p>
      <w:r>
        <w:rPr>
          <w:b/>
        </w:rPr>
        <w:t xml:space="preserve">[06:26] </w:t>
      </w:r>
      <w:r>
        <w:t>to woh samajhte the ke yeh yeh bhi Islam hai ke lete kar poochhna. to maine kaha ke nahin, yeh to un ne aap ke culture ko jo convert log the, unhon ne Islamize karke dargah ki shakal de di.</w:t>
      </w:r>
    </w:p>
    <w:p>
      <w:pPr>
        <w:jc w:val="right"/>
      </w:pPr>
      <w:r>
        <w:t>تو وہسمجھتےتھےکہیہ یہبھی اسلام ہے کہلیٹاکرپوچھنا۔ تومیںنےکہاکہنہیں،یہتو اننے آپ کے کلچرکو جو کنورٹلوگتھے،انہوںنےاسلام ائزکرکے درگاہکیشکلدےدی۔</w:t>
      </w:r>
    </w:p>
    <w:p>
      <w:r>
        <w:rPr>
          <w:b/>
        </w:rPr>
        <w:t xml:space="preserve">[06:44] </w:t>
      </w:r>
      <w:r>
        <w:t>isi tarah dekhiye, hamara Tafziliya firqa hai jo Hazrat Ali ko sab se zyada afzal manta hai.</w:t>
      </w:r>
    </w:p>
    <w:p>
      <w:pPr>
        <w:jc w:val="right"/>
      </w:pPr>
      <w:r>
        <w:t>اسیطرح دیکھیے،ہمارا تفضیلیہفرقہہے جو حضرتعلیکو سبسےزیادہافضلمانتاہے۔</w:t>
      </w:r>
    </w:p>
    <w:p>
      <w:r>
        <w:rPr>
          <w:b/>
        </w:rPr>
        <w:t xml:space="preserve">[06:51] </w:t>
      </w:r>
      <w:r>
        <w:t>yeh bhi deviation hai. kyun ke Hazrat Ali ka afzal hona, yeh bilkul aik iska Islam se koi ta'alluq nahin hai.</w:t>
      </w:r>
    </w:p>
    <w:p>
      <w:pPr>
        <w:jc w:val="right"/>
      </w:pPr>
      <w:r>
        <w:t>یہبھی ڈیویایشنہے۔ کیونکہ حضرتعلی کاافضلہونا، یہبالکل ایک اسکا اسلام سےکوئیتعلقنہیںہے۔</w:t>
      </w:r>
    </w:p>
    <w:p>
      <w:r>
        <w:rPr>
          <w:b/>
        </w:rPr>
        <w:t xml:space="preserve">[07:04] </w:t>
      </w:r>
      <w:r>
        <w:t>balke Quran aur Hadees mein to kisi bhi aik Sahabi ko do Sahaba par afzal batane ki koi Hadees ya Quran mein hai hi nahin. kuch sab Sahaba barabar hain.</w:t>
      </w:r>
    </w:p>
    <w:p>
      <w:pPr>
        <w:jc w:val="right"/>
      </w:pPr>
      <w:r>
        <w:t>بلکہ قرآناورحدیثمیںتوکسی بھیایک صحابیکو دو صحابہ پرافضل بت انےکیکوئیحدیث یاقرآنمیںہےہینہیں۔کچھ سب صحابہبرابرہیں۔</w:t>
      </w:r>
    </w:p>
    <w:p>
      <w:r>
        <w:rPr>
          <w:b/>
        </w:rPr>
        <w:t xml:space="preserve">[07:17] </w:t>
      </w:r>
      <w:r>
        <w:t>yeh yeh concept hi bilkul Islam ke khilaf hai ke koi aik Sahabi ko le, aap kahein ke yeh do sab Sahaba ke oopar afzal hai. yeh yeh firqa bhi deviated firqa hai.</w:t>
      </w:r>
    </w:p>
    <w:p>
      <w:pPr>
        <w:jc w:val="right"/>
      </w:pPr>
      <w:r>
        <w:t>یہ یہ کان سیپٹہیبالکل اسلام کےخلاف ہےکہکوئیایک صحابیکولے،آپکہیںکہیہ دو سبصحابہکےاوپرافضلہے۔یہ یہ فرقہبھی ڈیویٹڈفرقہہے۔</w:t>
      </w:r>
    </w:p>
    <w:p>
      <w:r>
        <w:rPr>
          <w:b/>
        </w:rPr>
        <w:t xml:space="preserve">[07:30] </w:t>
      </w:r>
      <w:r>
        <w:t>aise hi dekhiye, aik firqa hai, us ko hum kaha jata hai Qurani firqa. yeh log kehte hain ke hamein sirf Quran kaif hai, hasbunallahu kitabul Allah, Hadees ki zaroorat nahin hai hum ko.</w:t>
      </w:r>
    </w:p>
    <w:p>
      <w:pPr>
        <w:jc w:val="right"/>
      </w:pPr>
      <w:r>
        <w:t>ایسےہیدیکھیے،ایکفرقہہے،اسکوہم کہاجاتا ہے قرآنی فرقہ ۔ یہلوگکہتےہیںکہہمیںصرفقرآنکافیہے، حسب ناکتاب اللہ ،حدیثکیضرورتنہیںہےہمکو ۔</w:t>
      </w:r>
    </w:p>
    <w:p>
      <w:r>
        <w:rPr>
          <w:b/>
        </w:rPr>
        <w:t xml:space="preserve">[07:44] </w:t>
      </w:r>
      <w:r>
        <w:t>yeh firqa bhi deviated firqa hai. is is concept ki koi base, koi asal na Quran mein hai na Hadees mein hai.</w:t>
      </w:r>
    </w:p>
    <w:p>
      <w:pPr>
        <w:jc w:val="right"/>
      </w:pPr>
      <w:r>
        <w:t>یہ فرقہبھی ڈیویٹڈفرقہہے۔ اس اس کان سیپٹکیکوئی بیس ،کوئی اصل نہقرآنمیںہےنہحدیثمیںہے۔</w:t>
      </w:r>
    </w:p>
    <w:p>
      <w:r>
        <w:rPr>
          <w:b/>
        </w:rPr>
        <w:t xml:space="preserve">[07:58] </w:t>
      </w:r>
      <w:r>
        <w:t>Islam ke jo taleemat hain, Islam ka jo mazhab hai, woh Quran aur Sunnat dono se mil kar ke samajh mein aata hai. aap Sunnat ko alag kar dein, Sunnat-e-Rasool ko, sirf Quran ko le lein to kuch bhi nahin paaya gaya aap.</w:t>
      </w:r>
    </w:p>
    <w:p>
      <w:pPr>
        <w:jc w:val="right"/>
      </w:pPr>
      <w:r>
        <w:t>اسلام کےجو تعلیم اتہیں،اسلام کاجومذہبہے، وہ قرآناورسنتدونوںسےملکرکےسمجھمیںآتاہے۔ آپسنتکوالگکردیں،سنترسولکو ،صرفقرآنکولےلیں تو کچھبھینہیںپایاگیا آپ۔</w:t>
      </w:r>
    </w:p>
    <w:p>
      <w:r>
        <w:rPr>
          <w:b/>
        </w:rPr>
        <w:t xml:space="preserve">[08:15] </w:t>
      </w:r>
      <w:r>
        <w:t>to main yeh kehta hoon ke yeh jo aap farq karte hain, yeh farq ki base kya hai? kya buniyad hai?</w:t>
      </w:r>
    </w:p>
    <w:p>
      <w:pPr>
        <w:jc w:val="right"/>
      </w:pPr>
      <w:r>
        <w:t>تو میںیہکہتاہوںکہیہجو آپ فرقکرتے ہیں، یہفرقکیبیسکیاہے؟کیا بنیادہے؟</w:t>
      </w:r>
    </w:p>
    <w:p>
      <w:r>
        <w:rPr>
          <w:b/>
        </w:rPr>
        <w:t xml:space="preserve">[08:24] </w:t>
      </w:r>
      <w:r>
        <w:t>kyun ke Quran bhi Hadees yeh hai. dekhiye, hamara aik istilaah hai Hadees Qudsi. Hadees Qudsi us ko kehte hain jis mein Khuda ki zuban se baat kahi gayi ho.</w:t>
      </w:r>
    </w:p>
    <w:p>
      <w:pPr>
        <w:jc w:val="right"/>
      </w:pPr>
      <w:r>
        <w:t>کیونکہ قرآنبھیحدیثیہے۔ دیکھیے،ہماراایکاصطلاحہےحدیث قد سی۔ حدیث قدسیاسکوکہتےہیں جسمیں خدا کی زبان سےباتکہیگئیہو ۔</w:t>
      </w:r>
    </w:p>
    <w:p>
      <w:r>
        <w:rPr>
          <w:b/>
        </w:rPr>
        <w:t xml:space="preserve">[08:37] </w:t>
      </w:r>
      <w:r>
        <w:t>jaise "Ana inda zanni abdi" yeh Hadees hai, lekin Khuda ki zuban se hai.</w:t>
      </w:r>
    </w:p>
    <w:p>
      <w:pPr>
        <w:jc w:val="right"/>
      </w:pPr>
      <w:r>
        <w:t>جیسے"انا عند ذن عبدی" یہحدیثہے، لیکن خداکیزبان سےہے۔</w:t>
      </w:r>
    </w:p>
    <w:p>
      <w:r>
        <w:rPr>
          <w:b/>
        </w:rPr>
        <w:t xml:space="preserve">[08:43] </w:t>
      </w:r>
      <w:r>
        <w:t>main bande ke gumaan ke saath hoon. main kehta hoon Quran Hadees Qudsi hai. kyun ke jis Paighambar ki zuban se Hadees nikli hai, usi Paighambar se hum ne Quran ko bhi suna hai.</w:t>
      </w:r>
    </w:p>
    <w:p>
      <w:pPr>
        <w:jc w:val="right"/>
      </w:pPr>
      <w:r>
        <w:t>میں بندےکے گمانکےساتھ ہوں۔ میںکہتاہوںقرآنحدیثقدسیہے۔ کیونکہجس پیغمبرکیزبان سےحدیثنکلیہے، اسیپیغمبرسے ہمنےقرآنکوبھیسناہے۔</w:t>
      </w:r>
    </w:p>
    <w:p>
      <w:r>
        <w:rPr>
          <w:b/>
        </w:rPr>
        <w:t xml:space="preserve">[08:59] </w:t>
      </w:r>
      <w:r>
        <w:t>to is mein difference kya hai?</w:t>
      </w:r>
    </w:p>
    <w:p>
      <w:pPr>
        <w:jc w:val="right"/>
      </w:pPr>
      <w:r>
        <w:t>تو اسمیںڈیفرنسکیاہے؟</w:t>
      </w:r>
    </w:p>
    <w:p>
      <w:r>
        <w:rPr>
          <w:b/>
        </w:rPr>
        <w:t xml:space="preserve">[09:03] </w:t>
      </w:r>
      <w:r>
        <w:t>to main kehta hoon ke jo log difference karte hain, woh bilkul hi</w:t>
      </w:r>
    </w:p>
    <w:p>
      <w:pPr>
        <w:jc w:val="right"/>
      </w:pPr>
      <w:r>
        <w:t>تومیں کہتاہوںکہجولوگڈیفرنسکرتےہیں،وہبالکل ہی</w:t>
      </w:r>
    </w:p>
    <w:p>
      <w:r>
        <w:rPr>
          <w:b/>
        </w:rPr>
        <w:t xml:space="preserve">[09:09] </w:t>
      </w:r>
      <w:r>
        <w:t>ya'ni koi is ki ilmi base nahin hai.</w:t>
      </w:r>
    </w:p>
    <w:p>
      <w:pPr>
        <w:jc w:val="right"/>
      </w:pPr>
      <w:r>
        <w:t>یعنی کوئیاسکی علم ی بیسنہیںہے۔</w:t>
      </w:r>
    </w:p>
    <w:p>
      <w:r>
        <w:rPr>
          <w:b/>
        </w:rPr>
        <w:t xml:space="preserve">[09:16] </w:t>
      </w:r>
      <w:r>
        <w:t>doosri Hadees hain agar Hadees hain to Quran jo hai, woh Hadees Qudsi hai. ya'ni Khuda ki zuban se baat kahi gayi hai is mein. ya'ni mutakallim jo hai, woh Khuda hai.</w:t>
      </w:r>
    </w:p>
    <w:p>
      <w:pPr>
        <w:jc w:val="right"/>
      </w:pPr>
      <w:r>
        <w:t>دوسریحدیثیںاگرحدیثہیں تو قرآنجوہے،وہحدیثقدسیہے۔ یعنیخدا کیزبان سے باتکہیگئیہےاسمیں ۔ یعنیمتکلمجوہے،وہخداہے۔</w:t>
      </w:r>
    </w:p>
    <w:p>
      <w:r>
        <w:rPr>
          <w:b/>
        </w:rPr>
        <w:t xml:space="preserve">[09:26] </w:t>
      </w:r>
      <w:r>
        <w:t>aise bohat se firqe bane hain jo bilkul baseless hain.</w:t>
      </w:r>
    </w:p>
    <w:p>
      <w:pPr>
        <w:jc w:val="right"/>
      </w:pPr>
      <w:r>
        <w:t>ایسےبہت سے فرقےبنےہیںجو بالکل بیسلیسہیں۔</w:t>
      </w:r>
    </w:p>
    <w:p>
      <w:r>
        <w:rPr>
          <w:b/>
        </w:rPr>
        <w:t xml:space="preserve">[09:31] </w:t>
      </w:r>
      <w:r>
        <w:t>Islam mein in ki koi jagah nahin hai. main janta hoon ke yeh log apne taur par aik aik aik aik nikalte hain ke dekho Quran mein yeh hai, Hadees mein yeh hai, lekin woh sab bilkul hi baseless baatein hoti hain.</w:t>
      </w:r>
    </w:p>
    <w:p>
      <w:pPr>
        <w:jc w:val="right"/>
      </w:pPr>
      <w:r>
        <w:t>اسلام میں انکیکوئی جگہنہیںہے۔ میں جانتاہوںکہیہلوگ اپنے طورپر ایک ایک ایکایک نکالتےہیں کہدیکھوقرآنمیںیہہے،حدیثمیںیہہے،لیکنوہ سببالکلہی بیسلیباتیںہوتیہیں۔</w:t>
      </w:r>
    </w:p>
    <w:p>
      <w:r>
        <w:rPr>
          <w:b/>
        </w:rPr>
        <w:t xml:space="preserve">[09:49] </w:t>
      </w:r>
      <w:r>
        <w:t>jaise misaal ke taur par mere paas aik baar kuch Shia hazraat aaye, ulama the woh. main ne un se poocha ke aap log kehte hain ke Hazrat Ali jo hain, woh afzal hain</w:t>
      </w:r>
    </w:p>
    <w:p>
      <w:pPr>
        <w:jc w:val="right"/>
      </w:pPr>
      <w:r>
        <w:t>جیسےمثالکےطورپرمیرےپاسایکبار کچھ شیعہحضرات آئے، علم اءتھےوہ۔ میںنےانسےپوچھاکہآپلوگکہتےہیںکہحضرتعلیجوہیں،وہ افضلہیں</w:t>
      </w:r>
    </w:p>
    <w:p>
      <w:r>
        <w:rPr>
          <w:b/>
        </w:rPr>
        <w:t xml:space="preserve">[10:02] </w:t>
      </w:r>
      <w:r>
        <w:t>sab se. to kahan Quran aur Hadees mein kahan yeh hai? woh to Quran mein hai bilkul. to main ne kaha kahan hai?</w:t>
      </w:r>
    </w:p>
    <w:p>
      <w:pPr>
        <w:jc w:val="right"/>
      </w:pPr>
      <w:r>
        <w:t>سبسے ۔توکہاں قرآناورحدیثمیںکہاںیہہے؟ وہیتوقرآنمیںہےبالکل ۔ تومیںنےکہاکہاںہے؟</w:t>
      </w:r>
    </w:p>
    <w:p>
      <w:r>
        <w:rPr>
          <w:b/>
        </w:rPr>
        <w:t xml:space="preserve">[10:11] </w:t>
      </w:r>
      <w:r>
        <w:t>unhon ne kaha ke "Ali kabira". main ne kaha astaghfirullah, yeh koi daleel hai? "Ali kabira" yeh koi daleel nahin hai. jo aadmi bhi ilm janta ho, Arabi zuban janta ho, woh us ko kahega yeh to aik jo kahe.</w:t>
      </w:r>
    </w:p>
    <w:p>
      <w:pPr>
        <w:jc w:val="right"/>
      </w:pPr>
      <w:r>
        <w:t>انہوںنےکہاکہ "علی کبیرہ" ۔میںنےکہااستغفراللہ،یہکوئیدلیلہے؟ "علی کبیرہ" یہکوئیدلیلہینہیںہے۔جو آدمیبھی علم جانتاہو،عربیزبان جانتاہو، وہاسکوکہےگایہتو ایکجوکہے۔</w:t>
      </w:r>
    </w:p>
    <w:p>
      <w:r>
        <w:rPr>
          <w:b/>
        </w:rPr>
        <w:t xml:space="preserve">[10:29] </w:t>
      </w:r>
      <w:r>
        <w:t>"ali kabira" se aap nikalen ke ali kabira hain. iska ta'alluq na arab k grammar se hai, na arab k laghat se hai, kisi cheez se nahin hai.</w:t>
      </w:r>
    </w:p>
    <w:p>
      <w:pPr>
        <w:jc w:val="right"/>
      </w:pPr>
      <w:r>
        <w:t>"علی کبیرہ"سےآپنکالیںکہعلیکبیرہیں۔ اسکا تعلق نہ عرب کگریمرسےہے، نہعربکلغتسےہے، کسی چیزسےنہیںہے۔</w:t>
      </w:r>
    </w:p>
    <w:p>
      <w:r>
        <w:rPr>
          <w:b/>
        </w:rPr>
        <w:t xml:space="preserve">[10:41] </w:t>
      </w:r>
      <w:r>
        <w:t>to</w:t>
      </w:r>
    </w:p>
    <w:p>
      <w:pPr>
        <w:jc w:val="right"/>
      </w:pPr>
      <w:r>
        <w:t>تو</w:t>
      </w:r>
    </w:p>
    <w:p>
      <w:r>
        <w:rPr>
          <w:b/>
        </w:rPr>
        <w:t xml:space="preserve">[10:42] </w:t>
      </w:r>
      <w:r>
        <w:t>is tarah se log jo hai, nikalte hain. jaise ek sahib mein taqreer suni to woh rasool Allah ko itna barhate thay ke bas.</w:t>
      </w:r>
    </w:p>
    <w:p>
      <w:pPr>
        <w:jc w:val="right"/>
      </w:pPr>
      <w:r>
        <w:t>اس طرحسے لوگ جوہے، نکالتےہیں۔ جیسےایکصاحبمیںتقریرسنی تو وہ رسولاللہ کواتنابڑھاتےتھےکہبس۔</w:t>
      </w:r>
    </w:p>
    <w:p>
      <w:r>
        <w:rPr>
          <w:b/>
        </w:rPr>
        <w:t xml:space="preserve">[10:55] </w:t>
      </w:r>
      <w:r>
        <w:t>to unhon ne taqreeban josh o kharosh se kaha ke sara quran rasool Allah ki na'at hai. ab kitni ahmaqana baat hai yeh.</w:t>
      </w:r>
    </w:p>
    <w:p>
      <w:pPr>
        <w:jc w:val="right"/>
      </w:pPr>
      <w:r>
        <w:t>تو انہوںنےتقریباًجوشخروشسےکہا کہ سارا قرآن رسولاللہ کینعتہے۔ ابکتنیاحمقانہباتہےیہ۔</w:t>
      </w:r>
    </w:p>
    <w:p>
      <w:r>
        <w:rPr>
          <w:b/>
        </w:rPr>
        <w:t xml:space="preserve">[11:05] </w:t>
      </w:r>
      <w:r>
        <w:t>woh aalim thay, woh bhi . sara quran rasool Allah ki na'at hai.</w:t>
      </w:r>
    </w:p>
    <w:p>
      <w:pPr>
        <w:jc w:val="right"/>
      </w:pPr>
      <w:r>
        <w:t>وہعالمتھے،وہبھی ۔ساراقرآنرسولاللہکینعتہے۔</w:t>
      </w:r>
    </w:p>
    <w:p>
      <w:r>
        <w:rPr>
          <w:b/>
        </w:rPr>
        <w:t xml:space="preserve">[11:11] </w:t>
      </w:r>
      <w:r>
        <w:t>is tarah ki baatein jo log kehte hain, bظاهر woh kuch references bhi de dete hain, lekin woh references ilm ki kasoti par poore nahin utarte.</w:t>
      </w:r>
    </w:p>
    <w:p>
      <w:pPr>
        <w:jc w:val="right"/>
      </w:pPr>
      <w:r>
        <w:t>اسطرح کیباتیںجولوگکہتےہیں، بظاہر وہ کچھ ریفرنسزبھیدیتےہیں،لیکن وہریفرنسز علم کیکسوٹیپرپورےنہیںاترتے۔</w:t>
      </w:r>
    </w:p>
    <w:p>
      <w:r>
        <w:rPr>
          <w:b/>
        </w:rPr>
        <w:t xml:space="preserve">[11:22] </w:t>
      </w:r>
      <w:r>
        <w:t>agar aap 'ilmi a'tebar se jaanchen to 'aalimon ka yeh tu jo kahe. yeh koi argument nahin hai. yeh koi reasoning nahin hai.</w:t>
      </w:r>
    </w:p>
    <w:p>
      <w:pPr>
        <w:jc w:val="right"/>
      </w:pPr>
      <w:r>
        <w:t>اگر آپ علمیاعتبارسےجانچیں تو عالموںکایہتوجوکہے۔ یہ کوئیآرگومنٹنہیںہے۔ یہکوئیریزننگنہیںہے۔</w:t>
      </w:r>
    </w:p>
    <w:p>
      <w:r>
        <w:rPr>
          <w:b/>
        </w:rPr>
        <w:t xml:space="preserve">[11:32] </w:t>
      </w:r>
      <w:r>
        <w:t>to dekhiye, jahan tak devoted schools jo hain, devoted sects jo hain, inka ta'alluq hai, inke to koi baat nahin hai.</w:t>
      </w:r>
    </w:p>
    <w:p>
      <w:pPr>
        <w:jc w:val="right"/>
      </w:pPr>
      <w:r>
        <w:t>تو دیکھیے،جہاںتک ڈیویٹڈ اسکولز جوہیں، ڈیویٹڈسیکٹسجوہیں،انکاتعلقہے، انکےتوکوئیباتہینہیںہے۔</w:t>
      </w:r>
    </w:p>
    <w:p>
      <w:r>
        <w:rPr>
          <w:b/>
        </w:rPr>
        <w:t xml:space="preserve">[11:42] </w:t>
      </w:r>
      <w:r>
        <w:t>woh to rejected hain, rejected. woh bad'ati in school mana jayega inko . aur hadith mein aata hai ke "man fi</w:t>
      </w:r>
    </w:p>
    <w:p>
      <w:pPr>
        <w:jc w:val="right"/>
      </w:pPr>
      <w:r>
        <w:t>وہتوریجیکٹرہیں،ریجیکٹر۔ وہ بد عتی ان اسکول ماناجائےگاانکو ۔ اورحدیثمیںآتاہےکہ "من فی</w:t>
      </w:r>
    </w:p>
    <w:p>
      <w:r>
        <w:rPr>
          <w:b/>
        </w:rPr>
        <w:t xml:space="preserve">[11:55] </w:t>
      </w:r>
      <w:r>
        <w:t>man</w:t>
      </w:r>
    </w:p>
    <w:p>
      <w:pPr>
        <w:jc w:val="right"/>
      </w:pPr>
      <w:r>
        <w:t>من</w:t>
      </w:r>
    </w:p>
    <w:p>
      <w:r>
        <w:rPr>
          <w:b/>
        </w:rPr>
        <w:t xml:space="preserve">[11:57] </w:t>
      </w:r>
      <w:r>
        <w:t>jo shakhs hamare deen mein koi aisi baat nikale jiski asal na ho deen mein , to woh rejected hai".</w:t>
      </w:r>
    </w:p>
    <w:p>
      <w:pPr>
        <w:jc w:val="right"/>
      </w:pPr>
      <w:r>
        <w:t>جو شخص ہمارےدینمیں کوئی ایسیبات نکالے جسکی اصل نہہودینمیں ،تووہ ریجیکٹرہے"۔</w:t>
      </w:r>
    </w:p>
    <w:p>
      <w:r>
        <w:rPr>
          <w:b/>
        </w:rPr>
        <w:t xml:space="preserve">[12:10] </w:t>
      </w:r>
      <w:r>
        <w:t>to aise bohat se firqe hain jo haqeeqat mein rejected hain, woh kyunke inke paas koi daleel nahin hai. ek ek dhandsle ki zuban bolte hain woh, aur bilkul ya'ni ghair 'ilmi andaaz mein woh kuch apna pesh karte hain.</w:t>
      </w:r>
    </w:p>
    <w:p>
      <w:pPr>
        <w:jc w:val="right"/>
      </w:pPr>
      <w:r>
        <w:t>تو ایسےبہت سے فرقےہیںجو حقیقتمیںریجیکٹڈہیں،وہ کیونکہانکےپاسکوئیدلیلنہیں۔ ایکایک دھاندلیکیزبان بولتےہیںوہ، اوربالکل یعنیغیر علمی اندازمیں وہکچھ اپناپیشکرتےہیں۔</w:t>
      </w:r>
    </w:p>
    <w:p>
      <w:r>
        <w:rPr>
          <w:b/>
        </w:rPr>
        <w:t xml:space="preserve">[12:25] </w:t>
      </w:r>
      <w:r>
        <w:t>aayatein, hadith.</w:t>
      </w:r>
    </w:p>
    <w:p>
      <w:pPr>
        <w:jc w:val="right"/>
      </w:pPr>
      <w:r>
        <w:t>آیتیں،حدیثیں۔</w:t>
      </w:r>
    </w:p>
    <w:p>
      <w:r>
        <w:rPr>
          <w:b/>
        </w:rPr>
        <w:t xml:space="preserve">[12:29] </w:t>
      </w:r>
      <w:r>
        <w:t>mujhe yaad hai ke jis zamane mein communism ka zor tha, ab to communism ka zor nahin hai. ek zamane mein communism ek fashion tha.</w:t>
      </w:r>
    </w:p>
    <w:p>
      <w:pPr>
        <w:jc w:val="right"/>
      </w:pPr>
      <w:r>
        <w:t>مجھےیادہےکہجسزمانےمیں کمیونزمکازورتھا، ابتوکمیونزمکازورنہیںہے۔ ایکزمانےمیںکمیونزمایکفیشنتھا۔</w:t>
      </w:r>
    </w:p>
    <w:p>
      <w:r>
        <w:rPr>
          <w:b/>
        </w:rPr>
        <w:t xml:space="preserve">[12:38] </w:t>
      </w:r>
      <w:r>
        <w:t>har aadmi communist bana hua tha. to ek sahib se mulaqat hui to unhon ne kaha ke communism to quran mein maujood hai.</w:t>
      </w:r>
    </w:p>
    <w:p>
      <w:pPr>
        <w:jc w:val="right"/>
      </w:pPr>
      <w:r>
        <w:t>ہرآدمیکمیونسٹبناہواتھا۔ توایکصاحبسےملاقاتہوئیتو انہوںنےکہاکہ کمیونزمتو قرآنمیںموجود ہے۔</w:t>
      </w:r>
    </w:p>
    <w:p>
      <w:r>
        <w:rPr>
          <w:b/>
        </w:rPr>
        <w:t xml:space="preserve">[12:48] </w:t>
      </w:r>
      <w:r>
        <w:t>khud quran mein maine kaha kaise maujood hai? mein ek ayat padhi: "inna al-ardh lillah ". zameen khuda ki hai.</w:t>
      </w:r>
    </w:p>
    <w:p>
      <w:pPr>
        <w:jc w:val="right"/>
      </w:pPr>
      <w:r>
        <w:t>خود قرآنمیںمیںنےکہاکیسےموجود ہے؟ میں ایکآیتپڑھی: "إنالرضالله "۔ زمین خداکیہے۔</w:t>
      </w:r>
    </w:p>
    <w:p>
      <w:r>
        <w:rPr>
          <w:b/>
        </w:rPr>
        <w:t xml:space="preserve">[12:59] </w:t>
      </w:r>
      <w:r>
        <w:t>to state khuda ka, khuda ko represent karta hai, isliye zameen khud state ki ho gayi . is tarah ki daleel hain, par jo sect khade hue hain, woh bilkul hi rejected hain. inki koi haisiyat nahin hai.</w:t>
      </w:r>
    </w:p>
    <w:p>
      <w:pPr>
        <w:jc w:val="right"/>
      </w:pPr>
      <w:r>
        <w:t>تو اسٹیٹخداکا، خداکو ریپریزنٹکرتاہے، اسلیےزمین خود اسٹیٹکیہوگئی ۔ اسطرح کی دلیل یںہیں، پرجو سیکٹکھڑےہوئےہیں، وہبالکلہی ریجیکٹرہیں۔انکیکوئیحیثیتنہیںہے۔</w:t>
      </w:r>
    </w:p>
    <w:p>
      <w:r>
        <w:rPr>
          <w:b/>
        </w:rPr>
        <w:t xml:space="preserve">[13:17] </w:t>
      </w:r>
      <w:r>
        <w:t>to iska school mein zyada detail mein nahin jana chahunga.</w:t>
      </w:r>
    </w:p>
    <w:p>
      <w:pPr>
        <w:jc w:val="right"/>
      </w:pPr>
      <w:r>
        <w:t>تو اس کا اسکومیں زیادہ ڈیٹیلمیںنہیںجاناچاہوںگا۔</w:t>
      </w:r>
    </w:p>
    <w:p>
      <w:r>
        <w:rPr>
          <w:b/>
        </w:rPr>
        <w:t xml:space="preserve">[13:22] </w:t>
      </w:r>
      <w:r>
        <w:t>doosra jo hai, jiski asal hai, jo devoted school nahin kahin, balke inko mein kahunga fiqhi school.</w:t>
      </w:r>
    </w:p>
    <w:p>
      <w:pPr>
        <w:jc w:val="right"/>
      </w:pPr>
      <w:r>
        <w:t>دوس راجوہے، جسکی کہاصلہے، جو ڈیویٹڈاسکولنہیں کہیں،بلکہانکو میںکہوںگافقہیاسکول ۔</w:t>
      </w:r>
    </w:p>
    <w:p>
      <w:r>
        <w:rPr>
          <w:b/>
        </w:rPr>
        <w:t xml:space="preserve">[13:32] </w:t>
      </w:r>
      <w:r>
        <w:t>fiqhi school, fiqhi school jo hai, woh devoted school nahin hai. to fiqh ke school bohat saare thay, mein samajhta hoon das se bhi zyada thay.</w:t>
      </w:r>
    </w:p>
    <w:p>
      <w:pPr>
        <w:jc w:val="right"/>
      </w:pPr>
      <w:r>
        <w:t>فقہیاسکول، فقہیاسکولجوہے،وہ ڈیویٹڈاسکولنہیںہے۔ تو فقہکے اسکول بہتسارےتھے، میںسمجھتاہوںدسسےبھیزیادہ تھے۔</w:t>
      </w:r>
    </w:p>
    <w:p>
      <w:r>
        <w:rPr>
          <w:b/>
        </w:rPr>
        <w:t xml:space="preserve">[13:44] </w:t>
      </w:r>
      <w:r>
        <w:t>aajkal hum chaar fiqh ko mante hain,</w:t>
      </w:r>
    </w:p>
    <w:p>
      <w:pPr>
        <w:jc w:val="right"/>
      </w:pPr>
      <w:r>
        <w:t>آجکل ہم چارفقہکومانتےہیں،</w:t>
      </w:r>
    </w:p>
    <w:p>
      <w:r>
        <w:rPr>
          <w:b/>
        </w:rPr>
        <w:t xml:space="preserve">[13:47] </w:t>
      </w:r>
      <w:r>
        <w:t>ya'ni Hanafi, Shafi'i, Hanbali aur Maliki. aur</w:t>
      </w:r>
    </w:p>
    <w:p>
      <w:pPr>
        <w:jc w:val="right"/>
      </w:pPr>
      <w:r>
        <w:t>یعنیحنفی ،شافعی، حنبلیاور مال کی۔ اور</w:t>
      </w:r>
    </w:p>
    <w:p>
      <w:r>
        <w:rPr>
          <w:b/>
        </w:rPr>
        <w:t xml:space="preserve">[13:57] </w:t>
      </w:r>
      <w:r>
        <w:t>to woh woh jo aur saare bohat se thay, fiqhi school, woh to kitabon mein hain. rawaj mein to yeh chaar fiqhi school paaye jaate hain.</w:t>
      </w:r>
    </w:p>
    <w:p>
      <w:pPr>
        <w:jc w:val="right"/>
      </w:pPr>
      <w:r>
        <w:t>تو وہ وہ جو اور سارےبہت سے تھے، فقہیاسکول،وہتوکتاب وںمیںہیں۔ رواجمیںتویہ چارفقہیاسکول پائےجاتےہیں۔</w:t>
      </w:r>
    </w:p>
    <w:p>
      <w:r>
        <w:rPr>
          <w:b/>
        </w:rPr>
        <w:t xml:space="preserve">[14:09] </w:t>
      </w:r>
      <w:r>
        <w:t>to yeh chaar fiqhi school jo hain, inko zyada samajhne ki zaroorat hai, kyunke yeh devoted school nahin hain.</w:t>
      </w:r>
    </w:p>
    <w:p>
      <w:pPr>
        <w:jc w:val="right"/>
      </w:pPr>
      <w:r>
        <w:t>تویہ چارفقہیاسکولجوہیں، انکو زیادہ سمجھنےکیضرورتہے، کیونکہ یہ ڈیویٹڈاسکولنہیںہیں۔</w:t>
      </w:r>
    </w:p>
    <w:p>
      <w:r>
        <w:rPr>
          <w:b/>
        </w:rPr>
        <w:t xml:space="preserve">[14:18] </w:t>
      </w:r>
      <w:r>
        <w:t>inhon mein sara mu'amla hai, kyunke inke paas references hain. yeh aisa nahin ke inhon ne ek jo 'un' nikala aur koi ek baseless baat keh di, us par khade ho gaye. woh to inhi ko zyada samajhne ki zaroorat hai ke phir bhi yeh sawal paida hota hai ke chaar fiqhi school kyun ban gaye?</w:t>
      </w:r>
    </w:p>
    <w:p>
      <w:pPr>
        <w:jc w:val="right"/>
      </w:pPr>
      <w:r>
        <w:t>انہیمیںسارامعاملہہے، کیونکہ انکےپاس ریفر نسزہیں۔ یہ ایسانہیںکہانہوںنے ایک جوکنکالااورکوئی ایک بیسلیسباتکہہدی،اسپرکھڑےہوگئے۔وہ توانہیکوزیادہ سمجھنےکیضرورتہے کہ پھربھییہسوالپیدا ہوتاہےکہ چارفقہیاسکولکیوںبنگئے؟</w:t>
      </w:r>
    </w:p>
    <w:p>
      <w:r>
        <w:rPr>
          <w:b/>
        </w:rPr>
        <w:t xml:space="preserve">[14:46] </w:t>
      </w:r>
      <w:r>
        <w:t>char fiqahiy school jo bane hain, aap hadith ki kitabon mein parhein to hadith ki kitabon mein hamare school ki maujood hai.</w:t>
      </w:r>
    </w:p>
    <w:p>
      <w:pPr>
        <w:jc w:val="right"/>
      </w:pPr>
      <w:r>
        <w:t>چارفقہیاسکولجوبنےہیں، آپ حدیثکیکتاب یںپڑھیں تو حدیثکیکتاب وںمیں انسارے اسکول کی موجود ہے۔</w:t>
      </w:r>
    </w:p>
    <w:p>
      <w:r>
        <w:rPr>
          <w:b/>
        </w:rPr>
        <w:t xml:space="preserve">[14:58] </w:t>
      </w:r>
      <w:r>
        <w:t>yani fiqah mein jo bhi maslak ikhtiyar kiya gaya hai, woh sab hamari hadith ki kitabon mein maujood hai. Aisa nahi ke unhon ne khud se ghad liya ho.</w:t>
      </w:r>
    </w:p>
    <w:p>
      <w:pPr>
        <w:jc w:val="right"/>
      </w:pPr>
      <w:r>
        <w:t>یعنی فقہمیںجوبھی مسلکاختیارکیاگیاہے، وہ سب ہماریحدیثکیکتاب وںمیںموجود ہے۔ ایسانہیںکہانہوںنےخود سے گھڑلیاہے۔</w:t>
      </w:r>
    </w:p>
    <w:p>
      <w:r>
        <w:rPr>
          <w:b/>
        </w:rPr>
        <w:t xml:space="preserve">[15:12] </w:t>
      </w:r>
      <w:r>
        <w:t>lekin yahan sawal yeh paida hota hai ke hamari tareekh mein do daur kyun hain? Sahaba ke zamane mein,</w:t>
      </w:r>
    </w:p>
    <w:p>
      <w:pPr>
        <w:jc w:val="right"/>
      </w:pPr>
      <w:r>
        <w:t>لیکن یہاںسوال یہپیدا ہوتاہے کہ ہماری تاریخ میں دو دور کیوںہیں؟ صحابہکےزمان ےمیں،</w:t>
      </w:r>
    </w:p>
    <w:p>
      <w:r>
        <w:rPr>
          <w:b/>
        </w:rPr>
        <w:t xml:space="preserve">[15:25] </w:t>
      </w:r>
      <w:r>
        <w:t>jisko hum kehte hain, yani hadith mein aata hai ke teen zamane qurun mashhoodul la khair hain, yani Rasool Allah ka zamana, Sahaba ka zamana aur Tabi'een ka zamana.</w:t>
      </w:r>
    </w:p>
    <w:p>
      <w:pPr>
        <w:jc w:val="right"/>
      </w:pPr>
      <w:r>
        <w:t>جسکوہمکہتےہیں، یعنی حدیث میںآتاہےکہ تینزمان ے قرون مشہودلہابالخیرہیں، یعنیرسولاللہ کازمان ہ ،صحابہکازمان ہ اور تابعینکازمان ہ۔</w:t>
      </w:r>
    </w:p>
    <w:p>
      <w:r>
        <w:rPr>
          <w:b/>
        </w:rPr>
        <w:t xml:space="preserve">[15:39] </w:t>
      </w:r>
      <w:r>
        <w:t>yeh hai qurun mashhoodul la khair, yani woh zamana jo khair ka zamana hai, jo namoone ka zamana hai, jo model ka zamana hai.</w:t>
      </w:r>
    </w:p>
    <w:p>
      <w:pPr>
        <w:jc w:val="right"/>
      </w:pPr>
      <w:r>
        <w:t>یہہے قرون مشہود لہابالخیر ،یعنی وہ زمان ہ جو خیرکازمانہہے، جو نم ونےکازمانہہے،جوماڈلکازمان ہہے۔</w:t>
      </w:r>
    </w:p>
    <w:p>
      <w:r>
        <w:rPr>
          <w:b/>
        </w:rPr>
        <w:t xml:space="preserve">[15:50] </w:t>
      </w:r>
      <w:r>
        <w:t>to sawal aap jante hain ke fiqah bani hai kab? Kya teen zamanon ke bahar bani hai, ya abasi period mein. Kya teen zamanon mein fiqah nahi bani thi.</w:t>
      </w:r>
    </w:p>
    <w:p>
      <w:pPr>
        <w:jc w:val="right"/>
      </w:pPr>
      <w:r>
        <w:t>تو سوال آپجانتےہیںکہفقہبنیہےکب ؟ انتینزمان وںکےباہربنی ہے، یا عباسدپیریڈمیں۔ انتینزمان وںمیںفقہنہیںبنی تھی۔</w:t>
      </w:r>
    </w:p>
    <w:p>
      <w:r>
        <w:rPr>
          <w:b/>
        </w:rPr>
        <w:t xml:space="preserve">[16:02] </w:t>
      </w:r>
      <w:r>
        <w:t>to iske baad bani hai abasi period mein.</w:t>
      </w:r>
    </w:p>
    <w:p>
      <w:pPr>
        <w:jc w:val="right"/>
      </w:pPr>
      <w:r>
        <w:t>تو اسکےبعد بنی ہے عب اسدپیریڈمیں۔</w:t>
      </w:r>
    </w:p>
    <w:p>
      <w:r>
        <w:rPr>
          <w:b/>
        </w:rPr>
        <w:t xml:space="preserve">[16:07] </w:t>
      </w:r>
      <w:r>
        <w:t>yahan yeh sawal paida hota hai ke haan, jo hadithein ikatthi ki gayin abasi daur mein, un hadithon se maloom hua ke Sahaba ne mukhtalif adad mein riwayatein ki hain.</w:t>
      </w:r>
    </w:p>
    <w:p>
      <w:pPr>
        <w:jc w:val="right"/>
      </w:pPr>
      <w:r>
        <w:t>یہاںپریہسوال پیدا ہوتاہے کہ ہاں،جو حدیثیںاکٹھاکیگئیں عباسی دورمیں، انحدیثوںسےمعلومہواکہصحابہ نے مختلف اعدادمیںروایتیںکیہیں۔</w:t>
      </w:r>
    </w:p>
    <w:p>
      <w:r>
        <w:rPr>
          <w:b/>
        </w:rPr>
        <w:t xml:space="preserve">[16:24] </w:t>
      </w:r>
      <w:r>
        <w:t>yani Sahaba ki riwayatein jo hain, woh mukhtalif Rasool Allah ke mukhtalif maslak ko batati hain.</w:t>
      </w:r>
    </w:p>
    <w:p>
      <w:pPr>
        <w:jc w:val="right"/>
      </w:pPr>
      <w:r>
        <w:t>یعنیصحابہکیروایتیںجوہیں، وہ مختلف رسولاللہ کےمختلف مسلککوبت اتیہیں۔</w:t>
      </w:r>
    </w:p>
    <w:p>
      <w:r>
        <w:rPr>
          <w:b/>
        </w:rPr>
        <w:t xml:space="preserve">[16:31] </w:t>
      </w:r>
      <w:r>
        <w:t>namaz aap ne kaise padhi aur mukhtalif cheezein hain, kaise kiya aap ne? To ismein mukhtalif andaaz se, kai ke andaaz se bataya unhon ne.</w:t>
      </w:r>
    </w:p>
    <w:p>
      <w:pPr>
        <w:jc w:val="right"/>
      </w:pPr>
      <w:r>
        <w:t>نماز آپ نےکیسےپڑھی اور مختلف چیزیںہیں، کیسےکیا آپنے؟تواسمیں مختلف اندازسے، کئیکےاندازسے بت ایاانہوںنے ۔</w:t>
      </w:r>
    </w:p>
    <w:p>
      <w:r>
        <w:rPr>
          <w:b/>
        </w:rPr>
        <w:t xml:space="preserve">[16:42] </w:t>
      </w:r>
      <w:r>
        <w:t>is se sawal paida hua ke hum kis tareeqe ki qaleh aur kis tareeqe ko nah len? Yeh paida hua.</w:t>
      </w:r>
    </w:p>
    <w:p>
      <w:pPr>
        <w:jc w:val="right"/>
      </w:pPr>
      <w:r>
        <w:t>اسسےسوال پیدا ہواکہ ہم کسطریقےکیکلیہاورکسطریقےکونہلیں؟ یہ پیدا ہوا ۔</w:t>
      </w:r>
    </w:p>
    <w:p>
      <w:r>
        <w:rPr>
          <w:b/>
        </w:rPr>
        <w:t xml:space="preserve">[16:50] </w:t>
      </w:r>
      <w:r>
        <w:t>to yeh baat mein kahunga ke sawal yeh hai ke jab Sahaba ke zamane mein yeh saare ikhtilaf, ikhtilaf ma'ni farq, differences maujood the, wahan par section nahi bane, fiqahiy school nahi bane, to baad ko fiqahiy school kyun banaye gaye?</w:t>
      </w:r>
    </w:p>
    <w:p>
      <w:pPr>
        <w:jc w:val="right"/>
      </w:pPr>
      <w:r>
        <w:t>تو یہ بات میں کہوںگا کہ سوالیہہےکہجب صحابہکےزمان ےمیں یہسارے اخت لاف ،اختلاف معنیفرق،ڈیفر نسز موجود تھے، وہاںپر سیکٹنہیںبنے، فقہیاسکولنہیںبنے، تو بعد کوفقہیاسکولکیوںبنائےگئے؟</w:t>
      </w:r>
    </w:p>
    <w:p>
      <w:r>
        <w:rPr>
          <w:b/>
        </w:rPr>
        <w:t xml:space="preserve">[17:09] </w:t>
      </w:r>
      <w:r>
        <w:t>yani fiqahiy school jo banaye gaye, alag alag Sahaba ke zamane mein nahi banaye gaye. Baad ko kyun banaye gaye?</w:t>
      </w:r>
    </w:p>
    <w:p>
      <w:pPr>
        <w:jc w:val="right"/>
      </w:pPr>
      <w:r>
        <w:t>یعنیفقہیاسکولجوبنائےگئے،الگالگ صحابہکےزمانےمیںنہیںبنائےگئے۔ بعدکوکیوںبنائےگئے؟</w:t>
      </w:r>
    </w:p>
    <w:p>
      <w:r>
        <w:rPr>
          <w:b/>
        </w:rPr>
        <w:t xml:space="preserve">[17:18] </w:t>
      </w:r>
      <w:r>
        <w:t>jis tarah Sahaba ke zamane mein tha, waise hi baqi rehta. Yani inspired of all the differences, sab ek bane hue the. Yeh bahut zyada sochne ki baat hai ke fiqahiy school jin hadithon ko le kar bane, woh hadithein to bid'ati hadithein nahi thin, lekin alag alag fiqahiy school banana belashubah bid'at tha. Woh</w:t>
      </w:r>
    </w:p>
    <w:p>
      <w:pPr>
        <w:jc w:val="right"/>
      </w:pPr>
      <w:r>
        <w:t>جس طرح صحابہکےزمان ےمیںتھا،ویسےہیباقیرہتا۔ یعنیانسپائرڈآفال دو ڈیفر نسز،سبایکبنےہوئےتھے۔ یہبہتزیادہسوچنےکیباتہے کہ فقہیاسکول جن حدیثوںکولےکربنے،وہ حدیثیںتوبدعتیحدیثیںنہیںتھیں، لیکن الگالگفقہیاسکولبنانابلاشبہبدعتتھا۔وہ</w:t>
      </w:r>
    </w:p>
    <w:p>
      <w:r>
        <w:rPr>
          <w:b/>
        </w:rPr>
        <w:t xml:space="preserve">[17:42] </w:t>
      </w:r>
      <w:r>
        <w:t>yani fiqah ki categorization jo bid'at tha, woh agar che hadithein jo thin, woh apne aap maujood thin kitabon mein. To dekhiye, is masle par bahut si kitabein likhi gayi hain.</w:t>
      </w:r>
    </w:p>
    <w:p>
      <w:pPr>
        <w:jc w:val="right"/>
      </w:pPr>
      <w:r>
        <w:t>یعنی فقہیکیٹیگرائزیشنجوبدعتتھا،وہ اگر چہحدیثیںجوتھیں،وہ اپنےآپ موجود تھیںکتاب وںمیں۔ تو دیکھیے، اس مسئلےپر بہتسیکتاب یںلکھیگئیہیں۔</w:t>
      </w:r>
    </w:p>
    <w:p>
      <w:r>
        <w:rPr>
          <w:b/>
        </w:rPr>
        <w:t xml:space="preserve">[17:58] </w:t>
      </w:r>
      <w:r>
        <w:t>misal ke taur par ek kitab hai "Jami' Bayan al-'Ilm wa Fadlihi". Yeh kitab hai Ibn Abd al-Barr ki "Jami' Bayan al-'Ilm wa Fadlihi".</w:t>
      </w:r>
    </w:p>
    <w:p>
      <w:pPr>
        <w:jc w:val="right"/>
      </w:pPr>
      <w:r>
        <w:t>مثلاً ایککتاب ہے "جام ع بیانیالعلم وف ضلہ"۔ یہکتاب ہےابن عبدالبر کی "جام ع بیانیالعلم وفضلہ"۔</w:t>
      </w:r>
    </w:p>
    <w:p>
      <w:r>
        <w:rPr>
          <w:b/>
        </w:rPr>
        <w:t xml:space="preserve">[18:12] </w:t>
      </w:r>
      <w:r>
        <w:t>bahut detail se is masle ko liya hai unhon ne, sahih andaaz se. To dekhiye, jab yeh saamne aaya, yani Sahaba se jo riwayatein ikatthi ki gayin, mujhe yeh baat saamne aayi ke Rasool Allah ne different andaaz se namaz padhi hai.</w:t>
      </w:r>
    </w:p>
    <w:p>
      <w:pPr>
        <w:jc w:val="right"/>
      </w:pPr>
      <w:r>
        <w:t>بہتڈیٹیلسےاسمسئلےکولیاہےانہوںنے، صحیحاندازسے۔ تودیکھیے، جب یہ سامنےآیا ،یعنیصحابہ سے جو روایتیںاکٹھاکیگئیں، مجھےیہباتسامنےآئیکہرسولاللہنے ڈفرنٹ اندازسے نمازپڑھیہے۔</w:t>
      </w:r>
    </w:p>
    <w:p>
      <w:r>
        <w:rPr>
          <w:b/>
        </w:rPr>
        <w:t xml:space="preserve">[18:33] </w:t>
      </w:r>
      <w:r>
        <w:t>to to us waqt sawal paida hua ke ab kya kiya jaye? To do raahein bani.</w:t>
      </w:r>
    </w:p>
    <w:p>
      <w:pPr>
        <w:jc w:val="right"/>
      </w:pPr>
      <w:r>
        <w:t>تو تواسوقتسوالپیدا ہواکہابکیاکیاجائے؟ تو دوراہیںبنگئیں۔</w:t>
      </w:r>
    </w:p>
    <w:p>
      <w:r>
        <w:rPr>
          <w:b/>
        </w:rPr>
        <w:t xml:space="preserve">[18:39] </w:t>
      </w:r>
      <w:r>
        <w:t>ek raah yeh thi ke "Al-haq la tata'addad". Haq ka hadd nahi ho sakta, yani ek hi tareeqa sahih hoga, baqi to phir galat hoga.</w:t>
      </w:r>
    </w:p>
    <w:p>
      <w:pPr>
        <w:jc w:val="right"/>
      </w:pPr>
      <w:r>
        <w:t>ایک راہیہتھی کہ"الحق لا تعد د" ۔حق کاہینہیںہوسکتا، یعنیایکہیطریقہصحیحہوگا،باقیتوپھرغلطہوگا۔</w:t>
      </w:r>
    </w:p>
    <w:p>
      <w:r>
        <w:rPr>
          <w:b/>
        </w:rPr>
        <w:t xml:space="preserve">[18:50] </w:t>
      </w:r>
      <w:r>
        <w:t>doosri raah yeh thi ke nahi, yeh hai tanawwu' ka maamla, yani diversity ka maamla. To jo bhi tum tareeqa ikhtiyar karo, woh sahih hoga.</w:t>
      </w:r>
    </w:p>
    <w:p>
      <w:pPr>
        <w:jc w:val="right"/>
      </w:pPr>
      <w:r>
        <w:t>دوسریراہیہتھیکہنہیں ، یہہے تن وع کامعاملہ،یعنیڈائیورس ٹیکامعاملہ۔ تو جو بھیتم طریقہاختیارکرو،وہصحیحہوگا۔</w:t>
      </w:r>
    </w:p>
    <w:p>
      <w:r>
        <w:rPr>
          <w:b/>
        </w:rPr>
        <w:t xml:space="preserve">[19:02] </w:t>
      </w:r>
      <w:r>
        <w:t>aur is ki basis thi ek hadith par.</w:t>
      </w:r>
    </w:p>
    <w:p>
      <w:pPr>
        <w:jc w:val="right"/>
      </w:pPr>
      <w:r>
        <w:t>اور اس کی بیستھیایکحدیثپر ۔</w:t>
      </w:r>
    </w:p>
    <w:p>
      <w:r>
        <w:rPr>
          <w:b/>
        </w:rPr>
        <w:t xml:space="preserve">[19:06] </w:t>
      </w:r>
      <w:r>
        <w:t>"Al-haq la tata'addad" to khud unhon ne nikala tha, fuqaha ne nikala tha ke haq sirf ek hoga, kai nahi hoga. Koi hadith nahi hai is qism ki. Lekin doosra jo maslak tha ke har ek ko ba taur tanawwu' ko lo, yani diversity ke taur par lo,</w:t>
      </w:r>
    </w:p>
    <w:p>
      <w:pPr>
        <w:jc w:val="right"/>
      </w:pPr>
      <w:r>
        <w:t>" الحق لا تعد د"تو خود انہوںنےنکالاتھا،فقہاءنےنکالاتھا کہحق صرفایکہوگا،کئینہیںہوگا۔ کوئیحدیثنہیںہےاسقسم کی۔ لیکن دوسراجومسلکتھا کہ ہرایک کو بطورتن وعکولو،یعنیڈائیورسٹی کےطورپرلو،</w:t>
      </w:r>
    </w:p>
    <w:p>
      <w:r>
        <w:rPr>
          <w:b/>
        </w:rPr>
        <w:t xml:space="preserve">[19:27] </w:t>
      </w:r>
      <w:r>
        <w:t>to is ki hadith, is ki basis hadithein maujood thin. Ek hadith hai ke aap ne farmaya, Rasool Allah sallallahu alaihi wasallam ne farmaya ke</w:t>
      </w:r>
    </w:p>
    <w:p>
      <w:pPr>
        <w:jc w:val="right"/>
      </w:pPr>
      <w:r>
        <w:t>تواسکیحدیث ،اسکیبیسحدیثیںموجود تھیں۔ ایکحدیثہے کہ آپ نےفرمایا، رسولاللہصلیاللہعلیہوسلمنےفرمایا کہ</w:t>
      </w:r>
    </w:p>
    <w:p>
      <w:r>
        <w:rPr>
          <w:b/>
        </w:rPr>
        <w:t xml:space="preserve">[19:39] </w:t>
      </w:r>
      <w:r>
        <w:t>aap ne farmaya ke "Ashabi kan-najoomu bi aihim-iqtadaytum".</w:t>
      </w:r>
    </w:p>
    <w:p>
      <w:pPr>
        <w:jc w:val="right"/>
      </w:pPr>
      <w:r>
        <w:t>آپنےفرمایاکہ" اصحابی کانجوم با ہم اقت دیت اجتدائتم"۔</w:t>
      </w:r>
    </w:p>
    <w:p>
      <w:r>
        <w:rPr>
          <w:b/>
        </w:rPr>
        <w:t xml:space="preserve">[19:49] </w:t>
      </w:r>
      <w:r>
        <w:t>mere Sahaba sitaron ke maanind hain. Un mein se jis ke jis ko tum itba' karoge, tum hidayat pa lo ge.</w:t>
      </w:r>
    </w:p>
    <w:p>
      <w:pPr>
        <w:jc w:val="right"/>
      </w:pPr>
      <w:r>
        <w:t>میرےصحابہ ستاروںکےمان ندہیں۔ انمیںسے جس کے جسکوتمفالوکروگے،تم ہدایت پالوگے۔</w:t>
      </w:r>
    </w:p>
    <w:p>
      <w:r>
        <w:rPr>
          <w:b/>
        </w:rPr>
        <w:t xml:space="preserve">[19:59] </w:t>
      </w:r>
      <w:r>
        <w:t>is kaam ka matlab yeh hai ke har tareeqa jo tha, apni jagah barabar tha.</w:t>
      </w:r>
    </w:p>
    <w:p>
      <w:pPr>
        <w:jc w:val="right"/>
      </w:pPr>
      <w:r>
        <w:t>اسکامعنییہہےکہہرطریقہجوتھا،اپنیجگہبرابرتھا۔</w:t>
      </w:r>
    </w:p>
    <w:p>
      <w:r>
        <w:rPr>
          <w:b/>
        </w:rPr>
        <w:t xml:space="preserve">[20:06] </w:t>
      </w:r>
      <w:r>
        <w:t>har tareeqa barabar tha. "bi hum iqtidaa'i ijtidaa'i tum". is kaam ka matlab kya hua? yeh masla tanawwu' ka tha, diversity ka tha.</w:t>
      </w:r>
    </w:p>
    <w:p>
      <w:pPr>
        <w:jc w:val="right"/>
      </w:pPr>
      <w:r>
        <w:t>ہرطریقہبرابرتھا۔ "بی ہم اقتدیت اجتدائتم"۔ اسکامعنیکیاہوا؟ یہ مسئلہ تن وع کاتھا،ڈائی ورسٹیکا تھا۔</w:t>
      </w:r>
    </w:p>
    <w:p>
      <w:r>
        <w:rPr>
          <w:b/>
        </w:rPr>
        <w:t xml:space="preserve">[20:19] </w:t>
      </w:r>
      <w:r>
        <w:t>ismein ek iqsaani laane ki zaroorat nahi thi. ab mein isko mazeed detail karunga ke dekhiye, tamam sahaba ne bataya ke Rasool Allah ne paanch waqt namazein padhein:</w:t>
      </w:r>
    </w:p>
    <w:p>
      <w:pPr>
        <w:jc w:val="right"/>
      </w:pPr>
      <w:r>
        <w:t>اسمیں ایک اقسانی لانےکیضرورتنہیںتھی۔ ابمیںاسکومزید ڈیٹیلکروںگا کہ دیکھیے، تمام صحابہنےبتایاکہرسولاللہنےپانچوقت نمازیںپڑھیں:</w:t>
      </w:r>
    </w:p>
    <w:p>
      <w:r>
        <w:rPr>
          <w:b/>
        </w:rPr>
        <w:t xml:space="preserve">[20:33] </w:t>
      </w:r>
      <w:r>
        <w:t>fajr, zuhr, asr, maghrib, isha. tamam sahaba ne bataya ke aap ne fajr ki namaz do rakat padhi aur zuhr ki chaar, asr ki chaar, maghrib ki teen aur isha ki chaar.</w:t>
      </w:r>
    </w:p>
    <w:p>
      <w:pPr>
        <w:jc w:val="right"/>
      </w:pPr>
      <w:r>
        <w:t>فجر ،ظہر،عصر،مغرب،عشاء۔ تمام صحابہنےبتایاکہآپنے فجر کینمازدورکعتپڑھی اور ظہرکیچار،عصرکیچار ،مغربکیتین اور عشاءکیچار۔</w:t>
      </w:r>
    </w:p>
    <w:p>
      <w:r>
        <w:rPr>
          <w:b/>
        </w:rPr>
        <w:t xml:space="preserve">[20:48] </w:t>
      </w:r>
      <w:r>
        <w:t>ismein koi bhi ikhtilaf nahi hai. koi yeh nahi kehta ke Rasool Allah ne fajr ki namaz jo hai, woh teen rakat padhi aur maghrib ki namaz jo aap ne do rakat padhi.</w:t>
      </w:r>
    </w:p>
    <w:p>
      <w:pPr>
        <w:jc w:val="right"/>
      </w:pPr>
      <w:r>
        <w:t>اس میں کوئی بھی اخت لافنہیں ہے۔ کوئییہنہیںکہتاکہرسولاللہ نے فجرکینمازجوہے،وہ تینرکعتپڑھیاور مغربکینمازجوآپنے دورکعتپڑھی۔</w:t>
      </w:r>
    </w:p>
    <w:p>
      <w:r>
        <w:rPr>
          <w:b/>
        </w:rPr>
        <w:t xml:space="preserve">[21:02] </w:t>
      </w:r>
      <w:r>
        <w:t>to jin cheezon mein ikhtilaf tha, farq tha, woh basic nahi the. yaani ibaadat mein ek hai basic aur ek hai non-basic.</w:t>
      </w:r>
    </w:p>
    <w:p>
      <w:pPr>
        <w:jc w:val="right"/>
      </w:pPr>
      <w:r>
        <w:t>تو جنچیزوںمیں اخت لاف تھا،فرقتھا، وہ بیسکسنہیںتھیں۔ یعنیعبادتمیں ایک ہےبیسکس اورایکہےنانبیسکس۔</w:t>
      </w:r>
    </w:p>
    <w:p>
      <w:r>
        <w:rPr>
          <w:b/>
        </w:rPr>
        <w:t xml:space="preserve">[21:17] </w:t>
      </w:r>
      <w:r>
        <w:t>bas Allahu Akbar kehna, Allahu Akbar kehna basic hai. yaani baghair Allahu Akbar kiye hue aap namaz shuru nahi kar sakte. namaz jab shuru karte hain to aap kehte hain Allahu Akbar, lekin Allahu Akbar keh ke niyat kahan bandhein?</w:t>
      </w:r>
    </w:p>
    <w:p>
      <w:pPr>
        <w:jc w:val="right"/>
      </w:pPr>
      <w:r>
        <w:t>بس اللہ اکبرکہنا، اللہ اکبرکہنابیسکہے۔یعنیبغیراللہ اکبر کیےہوئےآپ نماز شروع نہیںکرسکتے۔ نمازجبشروعکرتےہیںتوآپکہتےہیںاللہ اکبر، لیکن اللہ اکبرکہہکےنیتکہاںباندھیں؟</w:t>
      </w:r>
    </w:p>
    <w:p>
      <w:r>
        <w:rPr>
          <w:b/>
        </w:rPr>
        <w:t xml:space="preserve">[21:32] </w:t>
      </w:r>
      <w:r>
        <w:t>yeh basic mein nahi hai. kisi sahabi ne bataya ke aap ne namaz ya Allahu Akbar kehne ke baad yahan baandh li niyat.</w:t>
      </w:r>
    </w:p>
    <w:p>
      <w:pPr>
        <w:jc w:val="right"/>
      </w:pPr>
      <w:r>
        <w:t>یہ بیسکسمیںنہیںہے۔ کسی صحابینے بتایا کہآپ نےنماز یا اللہ اکبرکہنےکےبعد یہاں باندھلینیت۔</w:t>
      </w:r>
    </w:p>
    <w:p>
      <w:r>
        <w:rPr>
          <w:b/>
        </w:rPr>
        <w:t xml:space="preserve">[21:40] </w:t>
      </w:r>
      <w:r>
        <w:t>kisi ne kaha ke aap ne yahan bhi niyat baandh li.</w:t>
      </w:r>
    </w:p>
    <w:p>
      <w:pPr>
        <w:jc w:val="right"/>
      </w:pPr>
      <w:r>
        <w:t>کسینےکہاکہآپنےیہاں بھینیتباندھلی</w:t>
      </w:r>
    </w:p>
    <w:p>
      <w:r>
        <w:rPr>
          <w:b/>
        </w:rPr>
        <w:t xml:space="preserve">[21:43] </w:t>
      </w:r>
      <w:r>
        <w:t>to kaha hai ke Allahu Akbar jo hai, ismein koi controversy nahi hai. isko kehna hai kehna hai. niyat kahan bandhein?</w:t>
      </w:r>
    </w:p>
    <w:p>
      <w:pPr>
        <w:jc w:val="right"/>
      </w:pPr>
      <w:r>
        <w:t>تو کہاہےکہ اللہ اکبرجوہے، اسمیںکوئیکنٹروورسینہیںہے۔ اسکو کہناہیکہناہے۔ نیتکہاںباندھیں؟</w:t>
      </w:r>
    </w:p>
    <w:p>
      <w:r>
        <w:rPr>
          <w:b/>
        </w:rPr>
        <w:t xml:space="preserve">[21:54] </w:t>
      </w:r>
      <w:r>
        <w:t>woh aap ki convenience par hai. yahan baandh dein, tab bhi theek hai. yahan baandh dein, tab bhi theek hai. to isi jo jo farq hain, jo ikhtilafat hain, woh sab non-basic mein hain.</w:t>
      </w:r>
    </w:p>
    <w:p>
      <w:pPr>
        <w:jc w:val="right"/>
      </w:pPr>
      <w:r>
        <w:t>وہآپکیکنوینینسپرہے۔ یہاں باندھدیں،تببھیٹھیکہے۔یہاںباندھدیں،تببھیٹھیکہے۔ تو اسیجو جو فرقہیں، جو اختلافاتہیں، وہ سب نانبیسکسمیںہیں۔</w:t>
      </w:r>
    </w:p>
    <w:p>
      <w:r>
        <w:rPr>
          <w:b/>
        </w:rPr>
        <w:t xml:space="preserve">[22:07] </w:t>
      </w:r>
      <w:r>
        <w:t>basic mein koi ikhtilaf nahi hai.</w:t>
      </w:r>
    </w:p>
    <w:p>
      <w:pPr>
        <w:jc w:val="right"/>
      </w:pPr>
      <w:r>
        <w:t>بیسکمیںکوئیاختلافنہیںہے۔</w:t>
      </w:r>
    </w:p>
    <w:p>
      <w:r>
        <w:rPr>
          <w:b/>
        </w:rPr>
        <w:t xml:space="preserve">[22:11] </w:t>
      </w:r>
      <w:r>
        <w:t>to ek tabqa woh tha jo muhaddiseen ka tha. unhone kaha yahi baat jo mein keh raha hoon ke tum is baat se mat parho ke inmein se kaun si ek ko hum lein hain, ek aur doosre ko nahi lena.</w:t>
      </w:r>
    </w:p>
    <w:p>
      <w:pPr>
        <w:jc w:val="right"/>
      </w:pPr>
      <w:r>
        <w:t>تو ایک طبقہوہتھا جو محدثینکاتھا۔ انہوںنےکہا یہیباتجومیںکہہرہاہوں کہتم اسباتسےمتپڑھوکہ انمیںسے کونسیایک کوہملیناہے،ایکاوردوسرےکونہیںلینا۔</w:t>
      </w:r>
    </w:p>
    <w:p>
      <w:r>
        <w:rPr>
          <w:b/>
        </w:rPr>
        <w:t xml:space="preserve">[22:26] </w:t>
      </w:r>
      <w:r>
        <w:t>jo chahe le lo. yahan baaz auqat bhi theek hai, yahan baaz auqat bhi theek hai. dono theek hain.</w:t>
      </w:r>
    </w:p>
    <w:p>
      <w:pPr>
        <w:jc w:val="right"/>
      </w:pPr>
      <w:r>
        <w:t>جو چاہےلےلو۔ یہاں بعض اوقاتبھیٹھیکہے،یہاںبعضاوقاتبھیٹھیکہے۔ دونوںٹھیکہیں۔</w:t>
      </w:r>
    </w:p>
    <w:p>
      <w:r>
        <w:rPr>
          <w:b/>
        </w:rPr>
        <w:t xml:space="preserve">[22:36] </w:t>
      </w:r>
      <w:r>
        <w:t>lekin yeh us waqt behtar tha jab tak ke muhaddiseen ka zamana tha aur sahaba ka zamana tha, tabieen ka zamana tha. tab tak to yeh raha ke in ikhtilafat ko, in ikhtilafat ko non-basic samjho,</w:t>
      </w:r>
    </w:p>
    <w:p>
      <w:pPr>
        <w:jc w:val="right"/>
      </w:pPr>
      <w:r>
        <w:t>لیکن یہ اس وقت باترہیجبتککہمحدثینکازمان ہتھا اور صحابہکازمانہتھا،تابعینکازمانہتھا۔تبتکتویہیرہاکہ انان اناختلافاتکو، اناختلافات کو نانبیسکسمجھو،</w:t>
      </w:r>
    </w:p>
    <w:p>
      <w:r>
        <w:rPr>
          <w:b/>
        </w:rPr>
        <w:t xml:space="preserve">[22:52] </w:t>
      </w:r>
      <w:r>
        <w:t>ziman samjho aur isko natural samjho.</w:t>
      </w:r>
    </w:p>
    <w:p>
      <w:pPr>
        <w:jc w:val="right"/>
      </w:pPr>
      <w:r>
        <w:t>ضمنیسمجھو اور اسکو نیچرلسمجھو۔</w:t>
      </w:r>
    </w:p>
    <w:p>
      <w:r>
        <w:rPr>
          <w:b/>
        </w:rPr>
        <w:t xml:space="preserve">[22:58] </w:t>
      </w:r>
      <w:r>
        <w:t>jaise misaal ke taur par mein ek misaal doon aap ko ke basic aur non-basic ka kya difference hota hai.</w:t>
      </w:r>
    </w:p>
    <w:p>
      <w:pPr>
        <w:jc w:val="right"/>
      </w:pPr>
      <w:r>
        <w:t>جیسےمثالکےطورپرمیںایکمثالدوںآپکو کہ بیسکاورنانبیسک کا کا کیا ڈیفرنسہوتاہے۔</w:t>
      </w:r>
    </w:p>
    <w:p>
      <w:r>
        <w:rPr>
          <w:b/>
        </w:rPr>
        <w:t xml:space="preserve">[23:08] </w:t>
      </w:r>
      <w:r>
        <w:t>ek aadmi is is kamre mein aata hai, kehta hai ke yahan 40 aadmi baithe hue hain, balke woh statement deta hai. woh</w:t>
      </w:r>
    </w:p>
    <w:p>
      <w:pPr>
        <w:jc w:val="right"/>
      </w:pPr>
      <w:r>
        <w:t>ایک آدمی اس اس کمرےمیںآتاہے، کہتاہےکہیہاں 40 آدمیبیٹھےہوئےہیں ،بلکہوہاسٹیٹمنٹدیتاہے۔وہ</w:t>
      </w:r>
    </w:p>
    <w:p>
      <w:r>
        <w:rPr>
          <w:b/>
        </w:rPr>
        <w:t xml:space="preserve">[23:22] </w:t>
      </w:r>
      <w:r>
        <w:t>to yeh statement apni woh sahi hai ke yahan 40 aadmi baithe hue hain, lekin is sab ke baithne ka jo tareeqa hai, jo mood hai, kya ek sa hai?</w:t>
      </w:r>
    </w:p>
    <w:p>
      <w:pPr>
        <w:jc w:val="right"/>
      </w:pPr>
      <w:r>
        <w:t>تویہ اسٹیٹمنٹاپنی وہصحیحہے کہیہاں 40آدمیبیٹھےہوئےہیں، لیکن اسسبکےبیٹھنےکا جو طریقہہے، جو موڈہے،کیا ایکساہے؟</w:t>
      </w:r>
    </w:p>
    <w:p>
      <w:r>
        <w:rPr>
          <w:b/>
        </w:rPr>
        <w:t xml:space="preserve">[23:32] </w:t>
      </w:r>
      <w:r>
        <w:t>sab alag alag dhang mein baithe hue hain. jitne aadmi hain, unke baithne ki jo waza hai, jo dhang hai, jo mood hai, woh alag alag hai. woh to woh woh jo cheez hai, jo waza jo hai, usko mein keh raha hoon, jisko woh hai non-basic.</w:t>
      </w:r>
    </w:p>
    <w:p>
      <w:pPr>
        <w:jc w:val="right"/>
      </w:pPr>
      <w:r>
        <w:t>سب الگالگڈھنگمیںبیٹھےہوئےہیں۔ جتنےآدمیہیں،انکے بیٹھنےکیجووضعہے، جو ڈھنگہے، جو موڈہے، وہالگالگہے۔وہ تو وہ وہ جوچیزہے،جو وضعجوہے،اسکومیںکہہرہاہوں،جسکو وہہے نانبیسکس ۔</w:t>
      </w:r>
    </w:p>
    <w:p>
      <w:r>
        <w:rPr>
          <w:b/>
        </w:rPr>
        <w:t xml:space="preserve">[23:49] </w:t>
      </w:r>
      <w:r>
        <w:t>basic cheez hai ke aap baithe hona.</w:t>
      </w:r>
    </w:p>
    <w:p>
      <w:pPr>
        <w:jc w:val="right"/>
      </w:pPr>
      <w:r>
        <w:t>بیسکچیزہےکہآپبیٹھاہونا۔</w:t>
      </w:r>
    </w:p>
    <w:p>
      <w:r>
        <w:rPr>
          <w:b/>
        </w:rPr>
        <w:t xml:space="preserve">[23:53] </w:t>
      </w:r>
      <w:r>
        <w:t>yeh hi mamla ismein hai ibaadaat mein ke basic mein koi ikhtilaf nahi hai. jo ikhtilaf hai, woh non-basic mein hai.</w:t>
      </w:r>
    </w:p>
    <w:p>
      <w:pPr>
        <w:jc w:val="right"/>
      </w:pPr>
      <w:r>
        <w:t>یہیمعاملہ اسمیںہےعباداتمیں کہ بیسکسمیںکوئیاختلافنہیںہے۔ جواخت لافہے،وہنانبیسکسمیںہے۔</w:t>
      </w:r>
    </w:p>
    <w:p>
      <w:r>
        <w:rPr>
          <w:b/>
        </w:rPr>
        <w:t xml:space="preserve">[24:05] </w:t>
      </w:r>
      <w:r>
        <w:t>to non-basic mein ikhtilaf az-ba-tabee'at. woh to hoga hi ikhtilaf, woh ek nahi ho sakta hai. lekin us wahan par unhone chaha ke isko bhi ek banayein, ek banayein, ek banayein.</w:t>
      </w:r>
    </w:p>
    <w:p>
      <w:pPr>
        <w:jc w:val="right"/>
      </w:pPr>
      <w:r>
        <w:t>تو نانبیسکسمیں اختلاف ازبٹنیچرل۔وہتوہوگاہیاختلاف، وہایکنہیںہوسکتاہے۔ لیکن اسوہاںپر انہوںنےچاہاکہاسکوبھیایکبنائیں،ایک بنائیں،ایکبنائیں۔</w:t>
      </w:r>
    </w:p>
    <w:p>
      <w:r>
        <w:rPr>
          <w:b/>
        </w:rPr>
        <w:t xml:space="preserve">[24:17] </w:t>
      </w:r>
      <w:r>
        <w:t>is ka nateeja kya hua? ke is namaz se form ka naam ho kar reh gayi,</w:t>
      </w:r>
    </w:p>
    <w:p>
      <w:pPr>
        <w:jc w:val="right"/>
      </w:pPr>
      <w:r>
        <w:t>اسکانتیجہکیاہوا؟کہ اس نماز سے فارمکانام ہوکررہگئی،</w:t>
      </w:r>
    </w:p>
    <w:p>
      <w:r>
        <w:rPr>
          <w:b/>
        </w:rPr>
        <w:t xml:space="preserve">[24:23] </w:t>
      </w:r>
      <w:r>
        <w:t>zinda amal nahi raha. dekhiye, jab aap namaz ko padhenge, ek ek ek ek zinda amal ke taur par, ek stated amal ke taur par, to kabhi bhi yeh mumkin nahi hai ke aap ek dam bilkul robot ki tarah se ek sa andaz mein namaz padhein.</w:t>
      </w:r>
    </w:p>
    <w:p>
      <w:pPr>
        <w:jc w:val="right"/>
      </w:pPr>
      <w:r>
        <w:t>زند ہعمل نہیںرہا۔ دیکھیے،جبآپ نمازکوپڑھیںگے،ایکایک ایک ایک زندہعمل کےطور پر، ایک اسٹیٹڈعمل کےطورپر، تو کبھیبھی یہممکننہیںہےکہآپ ایک دم بالکل روبوٹکیطرحسے ایک ساںاندازمیںنمازپڑھیں۔</w:t>
      </w:r>
    </w:p>
    <w:p>
      <w:r>
        <w:rPr>
          <w:b/>
        </w:rPr>
        <w:t xml:space="preserve">[24:41] </w:t>
      </w:r>
      <w:r>
        <w:t>firqa hotaahot wohojayega.</w:t>
      </w:r>
    </w:p>
    <w:p>
      <w:pPr>
        <w:jc w:val="right"/>
      </w:pPr>
      <w:r>
        <w:t>فرقہوتاہوتوہوجائےگا۔</w:t>
      </w:r>
    </w:p>
    <w:p>
      <w:r>
        <w:rPr>
          <w:b/>
        </w:rPr>
        <w:t xml:space="preserve">[24:45] </w:t>
      </w:r>
      <w:r>
        <w:t>to jo jo diversity hai, woh isliye hai ke yeh namaz ek zinda amal hai, isliye nanbees kisam mein kuch na kuch firqa ho jayega. Bees kisam mein nahi hoga.</w:t>
      </w:r>
    </w:p>
    <w:p>
      <w:pPr>
        <w:jc w:val="right"/>
      </w:pPr>
      <w:r>
        <w:t>تو جو جو ڈائی ورسٹیہے، وہاسلیےہےکہ یہ نمازایکزندہعمل ہے، اسلیے نانبیسکسمیںکچھنہکچھفرقہوجائےگا۔ بیسکس میںنہیںہوگا۔</w:t>
      </w:r>
    </w:p>
    <w:p>
      <w:r>
        <w:rPr>
          <w:b/>
        </w:rPr>
        <w:t xml:space="preserve">[24:55] </w:t>
      </w:r>
      <w:r>
        <w:t>matlab aap fajar ki namaz do hi rakat padhenge, chaar nahi padhenge, ya maghrib ki namaz teen hi rakat padhenge, isko do nahi padhenge.</w:t>
      </w:r>
    </w:p>
    <w:p>
      <w:pPr>
        <w:jc w:val="right"/>
      </w:pPr>
      <w:r>
        <w:t>مطلب آپ فجرکینمازدوہیرکعتپڑھیںگے، چارنہیںپڑھیںگے، یا مغربکینمازتینہیرکعتپڑھیںگے،اسکودونہیںپڑھیںگے۔</w:t>
      </w:r>
    </w:p>
    <w:p>
      <w:r>
        <w:rPr>
          <w:b/>
        </w:rPr>
        <w:t xml:space="preserve">[25:04] </w:t>
      </w:r>
      <w:r>
        <w:t>yahan firq nahi hoga, lekin</w:t>
      </w:r>
    </w:p>
    <w:p>
      <w:pPr>
        <w:jc w:val="right"/>
      </w:pPr>
      <w:r>
        <w:t>یہاںفرقنہیںہوگا، لیکن</w:t>
      </w:r>
    </w:p>
    <w:p>
      <w:r>
        <w:rPr>
          <w:b/>
        </w:rPr>
        <w:t xml:space="preserve">[25:07] </w:t>
      </w:r>
      <w:r>
        <w:t>aur cheezon mein firq ho jayega. Kyunke jab ek spirited amal jo hota hai, woh bilkul is tarah nahi ho sakta ke bilkul jaise jaise robot karta hai.</w:t>
      </w:r>
    </w:p>
    <w:p>
      <w:pPr>
        <w:jc w:val="right"/>
      </w:pPr>
      <w:r>
        <w:t>اورچیزوںمیںفرقہوجائےگا۔ کیونکہجب ایک اسپیریٹڈعمل جوہوتاہے، وہ بالکل اسطرحنہیںہوسکتاکہبالکل جیسےجیسےروبوٹکرتاہے۔</w:t>
      </w:r>
    </w:p>
    <w:p>
      <w:r>
        <w:rPr>
          <w:b/>
        </w:rPr>
        <w:t xml:space="preserve">[25:16] </w:t>
      </w:r>
      <w:r>
        <w:t>amal mein aapko ek misaal deta hoon. Hum namaz mein aap jaante hain ke ruku mein jaate hain, phir uthte hain, subhan Allah wal hamd kehte hue,</w:t>
      </w:r>
    </w:p>
    <w:p>
      <w:pPr>
        <w:jc w:val="right"/>
      </w:pPr>
      <w:r>
        <w:t>عمل میںآپکوایکمثالدیتاہوں۔ ہم نمازمیں آپجانتےہیںکہرکوعمیںجاتےہیں، پھر اٹھتےہیں،سبحاناللہ وال حمدہ کہتےہوئے،</w:t>
      </w:r>
    </w:p>
    <w:p>
      <w:r>
        <w:rPr>
          <w:b/>
        </w:rPr>
        <w:t xml:space="preserve">[25:32] </w:t>
      </w:r>
      <w:r>
        <w:t>aur phir Rabbul Alameen Alhamd kehte hain.</w:t>
      </w:r>
    </w:p>
    <w:p>
      <w:pPr>
        <w:jc w:val="right"/>
      </w:pPr>
      <w:r>
        <w:t>اورپھرربالعالم ینالحمدکہتےہیں۔</w:t>
      </w:r>
    </w:p>
    <w:p>
      <w:r>
        <w:rPr>
          <w:b/>
        </w:rPr>
        <w:t xml:space="preserve">[25:37] </w:t>
      </w:r>
      <w:r>
        <w:t>to ek baar Rasool Allah (SAW) namaz padh rahe the, aap ke peeche Sahaba namaz padh rahe the. To aap jibre ruku se uthe to jab aapne kaha ke Rabbul Alameen Alhamd, Rasool Allah ne itna hi kaha tha,</w:t>
      </w:r>
    </w:p>
    <w:p>
      <w:pPr>
        <w:jc w:val="right"/>
      </w:pPr>
      <w:r>
        <w:t>توایکباررسولاللہصلیاللہعلیہوسلمنمازپڑھارہےتھے، آپ کےپیچھےصحابہنمازپڑھرہےتھے۔ توآپ جبرکوعسےاٹھےتو جب آپنےکہاکہ ربالعالمین الحمد،رسولاللہنےاتناہیکہاتھا،</w:t>
      </w:r>
    </w:p>
    <w:p>
      <w:r>
        <w:rPr>
          <w:b/>
        </w:rPr>
        <w:t xml:space="preserve">[25:52] </w:t>
      </w:r>
      <w:r>
        <w:t>Rabbul Alame</w:t>
      </w:r>
    </w:p>
    <w:p>
      <w:pPr>
        <w:jc w:val="right"/>
      </w:pPr>
      <w:r>
        <w:t>رب العالم</w:t>
      </w:r>
    </w:p>
    <w:p>
      <w:r>
        <w:rPr>
          <w:b/>
        </w:rPr>
        <w:t xml:space="preserve">[25:53] </w:t>
      </w:r>
      <w:r>
        <w:t>en Alhamd. Ek Sahabi jo the peeche, unki zuban se nikla, Rabbul Alameen Alhamd, hamdan kasiran, tayyiban mubarakan feeh.</w:t>
      </w:r>
    </w:p>
    <w:p>
      <w:pPr>
        <w:jc w:val="right"/>
      </w:pPr>
      <w:r>
        <w:t>ینالحمد۔ ایک صحابی جو تھےپیچھے، انکیزبان سےنکلا،ربالعالمین الحمد،حمداکثیرا،طیبوار کن فی۔</w:t>
      </w:r>
    </w:p>
    <w:p>
      <w:r>
        <w:rPr>
          <w:b/>
        </w:rPr>
        <w:t xml:space="preserve">[26:03] </w:t>
      </w:r>
      <w:r>
        <w:t>Rasool Allah ne kaha tha sirf Rabbul Alameen Alhamd, aur Sahabi ki zuban se nikla, Rabbul Alameen Alhamd, hamdan kasiran, tayyiban mubarakan feeh.</w:t>
      </w:r>
    </w:p>
    <w:p>
      <w:pPr>
        <w:jc w:val="right"/>
      </w:pPr>
      <w:r>
        <w:t>رسولاللہنےکہاتھاصرفربالعالمینالحمد، اور صحابیکیزبان سےنکلا، رب العالمینالحمد،حمداکثیرا،طیب وارکنفی۔</w:t>
      </w:r>
    </w:p>
    <w:p>
      <w:r>
        <w:rPr>
          <w:b/>
        </w:rPr>
        <w:t xml:space="preserve">[26:17] </w:t>
      </w:r>
      <w:r>
        <w:t>jab namaz khatam ho gayi to Rasool Allah ne poocha ke kisne aisa</w:t>
      </w:r>
    </w:p>
    <w:p>
      <w:pPr>
        <w:jc w:val="right"/>
      </w:pPr>
      <w:r>
        <w:t>جب نمازختمہوگئی تورسولاللہنےپوچھاکہ کسنےایسا</w:t>
      </w:r>
    </w:p>
    <w:p>
      <w:r>
        <w:rPr>
          <w:b/>
        </w:rPr>
        <w:t xml:space="preserve">[26:23] </w:t>
      </w:r>
      <w:r>
        <w:t>kaha tha? Kaun bol raha tha is tarah se?</w:t>
      </w:r>
    </w:p>
    <w:p>
      <w:pPr>
        <w:jc w:val="right"/>
      </w:pPr>
      <w:r>
        <w:t>کہاتھا؟کونبولاتھااسطرحسے ؟</w:t>
      </w:r>
    </w:p>
    <w:p>
      <w:r>
        <w:rPr>
          <w:b/>
        </w:rPr>
        <w:t xml:space="preserve">[26:28] </w:t>
      </w:r>
      <w:r>
        <w:t>to sab log chup ho gaye. Woh sab bata rahe the ke hamari ghalti koi ho gayi. To aapne phir repeatedly poocha. To jo Sahabi bol pade the,</w:t>
      </w:r>
    </w:p>
    <w:p>
      <w:pPr>
        <w:jc w:val="right"/>
      </w:pPr>
      <w:r>
        <w:t>تو سبلوگچپہوگئے۔ وہسببتارہےتھےکہہماریغلطیکوئیہوگئی۔ توآپنےپھرریپیٹڈلیپوچھا۔ توجو صح ابی بول پڑےتھے،</w:t>
      </w:r>
    </w:p>
    <w:p>
      <w:r>
        <w:rPr>
          <w:b/>
        </w:rPr>
        <w:t xml:space="preserve">[26:43] </w:t>
      </w:r>
      <w:r>
        <w:t>unhone kaha ke maine aisa kaha tha.</w:t>
      </w:r>
    </w:p>
    <w:p>
      <w:pPr>
        <w:jc w:val="right"/>
      </w:pPr>
      <w:r>
        <w:t>انہوںنےکہاکہ میںنےایساکہہدیاتھا۔</w:t>
      </w:r>
    </w:p>
    <w:p>
      <w:r>
        <w:rPr>
          <w:b/>
        </w:rPr>
        <w:t xml:space="preserve">[26:53] </w:t>
      </w:r>
      <w:r>
        <w:t>to aapne farmaya ke</w:t>
      </w:r>
    </w:p>
    <w:p>
      <w:pPr>
        <w:jc w:val="right"/>
      </w:pPr>
      <w:r>
        <w:t>تو آپنےفرمایا کہ</w:t>
      </w:r>
    </w:p>
    <w:p>
      <w:r>
        <w:rPr>
          <w:b/>
        </w:rPr>
        <w:t xml:space="preserve">[26:58] </w:t>
      </w:r>
      <w:r>
        <w:t>bahut se farishte is kalme ko lene ke liye rashk rashkar ke aa gaye the yahan par, matlab isko report karein, isko record karein iske liye.</w:t>
      </w:r>
    </w:p>
    <w:p>
      <w:pPr>
        <w:jc w:val="right"/>
      </w:pPr>
      <w:r>
        <w:t>بہت سے فرشتے اس کلمےکو لینےکےلیے رشک رشکرکےآگئےتھےیہاںپر ، مطلباسکو رپورٹکریں،اسکوریکارڈکریںاسکےلیے۔</w:t>
      </w:r>
    </w:p>
    <w:p>
      <w:r>
        <w:rPr>
          <w:b/>
        </w:rPr>
        <w:t xml:space="preserve">[27:10] </w:t>
      </w:r>
      <w:r>
        <w:t>yani Allah Ta'ala ko itna pasand aaya. Woh usse kya nateeja nikla? Nateeja yeh hai ke ek routine ki namaz jab padhenge aap to Rabbul Alameen Alhamd nahi kahenge ismein,</w:t>
      </w:r>
    </w:p>
    <w:p>
      <w:pPr>
        <w:jc w:val="right"/>
      </w:pPr>
      <w:r>
        <w:t>یعنیاللہ تعالیکواتنا پسندآیا۔وہ اسسے کیانتیجہنکلا؟ نتیجہیہہےکہایک روٹینکی نمازجبپڑھیںگےآپتو ربالعالم ینالحمدنہیںکہیںگےاسمیں،</w:t>
      </w:r>
    </w:p>
    <w:p>
      <w:r>
        <w:rPr>
          <w:b/>
        </w:rPr>
        <w:t xml:space="preserve">[27:23] </w:t>
      </w:r>
      <w:r>
        <w:t>lekin jab aapko spirit jaagegi, jab aapko deen ka ehsaas aayega Khuda ki yaad ka, to toh aur bhi kuch cheezein aapko kuch nikal padengi.</w:t>
      </w:r>
    </w:p>
    <w:p>
      <w:pPr>
        <w:jc w:val="right"/>
      </w:pPr>
      <w:r>
        <w:t>لیکن جبآپکو اسپرٹجاگےگی، جبآپکو دسسٹارمآئےگاخداکییادکا، تو تواوربھیکچھ چیزیںآپکوکچھنکلپڑیںگی۔</w:t>
      </w:r>
    </w:p>
    <w:p>
      <w:r>
        <w:rPr>
          <w:b/>
        </w:rPr>
        <w:t xml:space="preserve">[27:35] </w:t>
      </w:r>
      <w:r>
        <w:t>jaise ruku kar lijiye. Ruku mein aap jaate hain to aap kehte hain ke Subhan Rabbil Azeem.</w:t>
      </w:r>
    </w:p>
    <w:p>
      <w:pPr>
        <w:jc w:val="right"/>
      </w:pPr>
      <w:r>
        <w:t>جیسے رکوعکرلیجئے۔ رکوعمیںآپجاتےہیں توآپکہتےہیںکہ سبحان رب العظیم۔</w:t>
      </w:r>
    </w:p>
    <w:p>
      <w:r>
        <w:rPr>
          <w:b/>
        </w:rPr>
        <w:t xml:space="preserve">[27:47] </w:t>
      </w:r>
      <w:r>
        <w:t>yeh routine ki yeh routine ka kalma hai,</w:t>
      </w:r>
    </w:p>
    <w:p>
      <w:pPr>
        <w:jc w:val="right"/>
      </w:pPr>
      <w:r>
        <w:t>یہروٹینکی یہ روٹینکاکلمہہے،</w:t>
      </w:r>
    </w:p>
    <w:p>
      <w:r>
        <w:rPr>
          <w:b/>
        </w:rPr>
        <w:t xml:space="preserve">[27:52] </w:t>
      </w:r>
      <w:r>
        <w:t>subhanrabialazeem. lekin rasoolallahsalallaho alaihe wasallam ne ek baar namaz padhi to aapki zuban se nikla ke allah ma lakarkat wadak amant wa alaik to allah ma rak alik makh y baazmi wasfi.</w:t>
      </w:r>
    </w:p>
    <w:p>
      <w:pPr>
        <w:jc w:val="right"/>
      </w:pPr>
      <w:r>
        <w:t>سبحانربالعظیم۔ لیکن رسولاللہصلیاللہعلیہوسلمنےایکبارنمازپڑھیتوآپکیزبان سےنکلا کہ اللہ م لکرکعت ودک امنت وعلیک تو کل تو اللہ م رک علک مخ ی بعظمی واصفی۔</w:t>
      </w:r>
    </w:p>
    <w:p>
      <w:r>
        <w:rPr>
          <w:b/>
        </w:rPr>
        <w:t xml:space="preserve">[28:09] </w:t>
      </w:r>
      <w:r>
        <w:t>yani aur aur kalmat nikal pade.</w:t>
      </w:r>
    </w:p>
    <w:p>
      <w:pPr>
        <w:jc w:val="right"/>
      </w:pPr>
      <w:r>
        <w:t>یعنیاوراورکلماتنکلپڑے۔</w:t>
      </w:r>
    </w:p>
    <w:p>
      <w:r>
        <w:rPr>
          <w:b/>
        </w:rPr>
        <w:t xml:space="preserve">[28:14] </w:t>
      </w:r>
      <w:r>
        <w:t>to dekhiye, yeh yeh mumkin nahin hai ke aap ek spiritual namaz padhein, zinda namaz padhein, aur bilkul woh robot ki tarah se ho. Woh tarah tarah ke farq is mein ho jayenge.</w:t>
      </w:r>
    </w:p>
    <w:p>
      <w:pPr>
        <w:jc w:val="right"/>
      </w:pPr>
      <w:r>
        <w:t>تودیکھیے، یہ یہ ممکن ہینہیںہےکہآپ ایک اسپیریٹوالی نمازپڑھیں،زندہنمازپڑھیں، اوربالکل وہ روبوٹکیطرحسےہو۔وہ طرحطرح کےفرقاسمیںہوجائیںگے۔</w:t>
      </w:r>
    </w:p>
    <w:p>
      <w:r>
        <w:rPr>
          <w:b/>
        </w:rPr>
        <w:t xml:space="preserve">[28:32] </w:t>
      </w:r>
      <w:r>
        <w:t>is farq ko lekar ke logon ne is ko bana liye, alag alag. Halanke woh farq toh rahenge, phir bhi rahenge.</w:t>
      </w:r>
    </w:p>
    <w:p>
      <w:pPr>
        <w:jc w:val="right"/>
      </w:pPr>
      <w:r>
        <w:t>اس فرقکولےکر کے لوگوںنے اسکولبنالیے، الگالگ۔ حالانکہوہفرقتو رہیںگے،پھربھیرہیںگے۔</w:t>
      </w:r>
    </w:p>
    <w:p>
      <w:r>
        <w:rPr>
          <w:b/>
        </w:rPr>
        <w:t xml:space="preserve">[28:43] </w:t>
      </w:r>
      <w:r>
        <w:t>yahan kya kya unhon ne? unhon ne ek usool nikala, jis ko kehte hain tarjeeh. tarjeeh ka matlab hai preference, preference, preference.</w:t>
      </w:r>
    </w:p>
    <w:p>
      <w:pPr>
        <w:jc w:val="right"/>
      </w:pPr>
      <w:r>
        <w:t>یہاںکیا کیاانہوں نے ؟انہوںنےایک اصولنکالا،جسکوکہتےہیں ترجیح ۔ ترجیح کامطلبہے پریفریشن،پریفر نس،پریفرنس۔</w:t>
      </w:r>
    </w:p>
    <w:p>
      <w:r>
        <w:rPr>
          <w:b/>
        </w:rPr>
        <w:t xml:space="preserve">[28:54] </w:t>
      </w:r>
      <w:r>
        <w:t>yani kai mein kisi ek ko tarjeeh dena, kisi ek ko prefer karke lena.</w:t>
      </w:r>
    </w:p>
    <w:p>
      <w:pPr>
        <w:jc w:val="right"/>
      </w:pPr>
      <w:r>
        <w:t>یعنی کئی میں کسی ایک کو ترجیحدینا، کسی ایککوپریفرکرکےلینا۔</w:t>
      </w:r>
    </w:p>
    <w:p>
      <w:r>
        <w:rPr>
          <w:b/>
        </w:rPr>
        <w:t xml:space="preserve">[29:00] </w:t>
      </w:r>
      <w:r>
        <w:t>ke preference ke usool ko mein bilkul galat samajhta hoon. tarjeeh ka usool, kyunke har ek jo jo jo sahaba ne bataya tha ke kisi ne kaha tha Rabbul Alameen Alhamd, kisi ne keh diya ke Rabbul Alameen Alhamd, hamdan kaseeran, tayyiban mubarakan fee.</w:t>
      </w:r>
    </w:p>
    <w:p>
      <w:pPr>
        <w:jc w:val="right"/>
      </w:pPr>
      <w:r>
        <w:t>کہپریفرنسکاجواصولہے،اسکومیںبالکلغلطسمجھتاہوں۔ ترجیحکااصول، کیونکہ ہرایک جو جو جو صحابہنےبتایاتھا کہکسی نےکہاکہربالعالمین الحمد ،کسی نےکہہدیا کہربالعالمین الحمد،حمداکثیرا،طیبوار کن فی۔</w:t>
      </w:r>
    </w:p>
    <w:p>
      <w:r>
        <w:rPr>
          <w:b/>
        </w:rPr>
        <w:t xml:space="preserve">[29:19] </w:t>
      </w:r>
      <w:r>
        <w:t>kisi ne kaha tha ke Subhana Rabbil Azeem, kisi ne keh diya tha ke Allahumma lakal hamdu wa lakash shukru wa lakal mulku wa lakal fadlu wa alhamdu lak. to yeh jo farq tha, woh toh farq bilkul yani bohat</w:t>
      </w:r>
    </w:p>
    <w:p>
      <w:pPr>
        <w:jc w:val="right"/>
      </w:pPr>
      <w:r>
        <w:t>کسی نےکہاکہ سبحانربالعظیم ،کسی نےکہہدیاکہاللہملکرکعت وک امنتوعلیکتوکل تو۔ تویہجو فرقتھا، وہتو فرقبالکل یعنیبہت</w:t>
      </w:r>
    </w:p>
    <w:p>
      <w:r>
        <w:rPr>
          <w:b/>
        </w:rPr>
        <w:t xml:space="preserve">[29:33] </w:t>
      </w:r>
      <w:r>
        <w:t>sahih tha. is mein koi galati nahi thi. is mein woh farq hota rahega, woh hota rahega. farq jab bhi aap zinda amal padhein, zinda abad karein ge toh is tarah ke farq hote rahen ge.</w:t>
      </w:r>
    </w:p>
    <w:p>
      <w:pPr>
        <w:jc w:val="right"/>
      </w:pPr>
      <w:r>
        <w:t>صحیحتھا۔اسمیںکوئیغلطینہیںتھی۔اسمیں وہفرقہوتاہیرہےگا، وہہوتاہیرہےگا۔فرق جب بھیآپزندہعملپڑھیں، زندہآباد کریںگےتو اسطرحکےفرقہوتےرہیںگے۔</w:t>
      </w:r>
    </w:p>
    <w:p>
      <w:r>
        <w:rPr>
          <w:b/>
        </w:rPr>
        <w:t xml:space="preserve">[29:46] </w:t>
      </w:r>
      <w:r>
        <w:t>aisi is par bohat bari behas hai ke</w:t>
      </w:r>
    </w:p>
    <w:p>
      <w:pPr>
        <w:jc w:val="right"/>
      </w:pPr>
      <w:r>
        <w:t>ایسی اسپربہت بڑی بحثہے کہ</w:t>
      </w:r>
    </w:p>
    <w:p>
      <w:r>
        <w:rPr>
          <w:b/>
        </w:rPr>
        <w:t xml:space="preserve">[29:52] </w:t>
      </w:r>
      <w:r>
        <w:t>ameen, ameen bis sirr, ameen bil jahar. jab Surah Fatiha aap padhte hain, jab khatam karte hain toh is par kaha jata hai ameen.</w:t>
      </w:r>
    </w:p>
    <w:p>
      <w:pPr>
        <w:jc w:val="right"/>
      </w:pPr>
      <w:r>
        <w:t>ام ین، امین بالسر،امین بالجہر۔ جبسورہفاتحہآپپڑھتےہیں، جب ختمکرتے ہیں تواسپر کہاجاتا ہے امین ۔</w:t>
      </w:r>
    </w:p>
    <w:p>
      <w:r>
        <w:rPr>
          <w:b/>
        </w:rPr>
        <w:t xml:space="preserve">[30:04] </w:t>
      </w:r>
      <w:r>
        <w:t>toh bari behas hai ke ameen bis sirr hai ke ameen bil jahar hai. ke zor se kehna hai ke dheere se kehna hai. halanke bilkul hi yeh yeh bilkul behas hi bekar hai.</w:t>
      </w:r>
    </w:p>
    <w:p>
      <w:pPr>
        <w:jc w:val="right"/>
      </w:pPr>
      <w:r>
        <w:t>توبڑی بحثیںہیںکہامین بالسرہےکہامینبالجہرہے۔ کہزورسےکہناہےکہدھیرےسےکہناہے۔ حالانکہبالکل ہی یہ یہبالکل بحثہیبیکارہے۔</w:t>
      </w:r>
    </w:p>
    <w:p>
      <w:r>
        <w:rPr>
          <w:b/>
        </w:rPr>
        <w:t xml:space="preserve">[30:16] </w:t>
      </w:r>
      <w:r>
        <w:t>dekhiye, kabhi aap jab padhein ge toh woh Alhamdulillah Rabbil Alameen, Ar-Rahman-Ar-Raheem, Maliki Yawmid Deen, Iyyaka Na'budu wa Iyyaka Nasta'een, Ihdinas Siratal Mustaqeem, Siratal Ladheena An'amta Alaihim,</w:t>
      </w:r>
    </w:p>
    <w:p>
      <w:pPr>
        <w:jc w:val="right"/>
      </w:pPr>
      <w:r>
        <w:t>دیکھیے،کبھیآپ جبپڑھیںگے تووہ الحمدللہ ربالعالم ین، الرحمن الرحیم ،مال کیومالدین ،ایاکنعبد وای اک نستعین، اہدناالصراط المست قیم ،صراط الذ ین انعمتعلی ہم،</w:t>
      </w:r>
    </w:p>
    <w:p>
      <w:r>
        <w:rPr>
          <w:b/>
        </w:rPr>
        <w:t xml:space="preserve">[30:35] </w:t>
      </w:r>
      <w:r>
        <w:t>Ghairil Maghdubi Alaihim Walad Dallin. kabhi aap padhein ge bohat hi jazbe ke saath, spirit ke saath toh it's naturally ke ameen aapse zor se nikal jayega.</w:t>
      </w:r>
    </w:p>
    <w:p>
      <w:pPr>
        <w:jc w:val="right"/>
      </w:pPr>
      <w:r>
        <w:t>غیر المغضوب علی ہم ولا الض الین۔ کبھیآپپڑھیںگےبہتہی جذبےکےساتھ،اسپیریٹکےساتھ تو از بٹنیچرلکہامینآپسےزورسےنکلجائےگا۔</w:t>
      </w:r>
    </w:p>
    <w:p>
      <w:r>
        <w:rPr>
          <w:b/>
        </w:rPr>
        <w:t xml:space="preserve">[30:46] </w:t>
      </w:r>
      <w:r>
        <w:t>ameen, Allahumma ameen. aur kabhi aap padhein ge routine ke andaaz mein toh dheere se keh dein ge. aise hi hua tha wahan par toh sahaba ne dono dhangon ko bataya ke ameen kabhi hum ne suni,</w:t>
      </w:r>
    </w:p>
    <w:p>
      <w:pPr>
        <w:jc w:val="right"/>
      </w:pPr>
      <w:r>
        <w:t>ام ین، اللہ مامین۔ اورکبھیآپپڑھیںگےروٹینکےاندازمیں تو دھیرےسےکہہدیںگے۔ ایسےہواتھاوہاںپر توصحابہنےدونوںدھنگوںکوبتایا کہ امینکبھیہمنےسنی،</w:t>
      </w:r>
    </w:p>
    <w:p>
      <w:r>
        <w:rPr>
          <w:b/>
        </w:rPr>
        <w:t xml:space="preserve">[31:00] </w:t>
      </w:r>
      <w:r>
        <w:t>dheere se kabhi suni, zor se. ab is par is ko usool banane lage yeh log ke is ko preference dein. toh kisi ne kaha ke ameen bis sirr, sirr hai, dheere se ameen kehna, nahi, bab al jahar hai, zor se ameen. is par behas hui.</w:t>
      </w:r>
    </w:p>
    <w:p>
      <w:pPr>
        <w:jc w:val="right"/>
      </w:pPr>
      <w:r>
        <w:t>دھیرےسےکبھیسنی،زورسے۔اباسپراسکولبنانےلگےیہلوگ کہاسکوپریفرنسدیں۔ تو کسی نےکہاکہامین بستر بسترہے، دھیرےسےامین کہانہیں،باب بالجہرہے، زورسےامین۔اسپر بحثیںہوگئیں۔</w:t>
      </w:r>
    </w:p>
    <w:p>
      <w:r>
        <w:rPr>
          <w:b/>
        </w:rPr>
        <w:t xml:space="preserve">[31:16] </w:t>
      </w:r>
      <w:r>
        <w:t>toh dekhiye, yeh jo fiqhi usool bane, agarche har ek ki ek base thi, bani ad thi, yani har ek ke paas ek reference tha ke main kahun ke reference ki had tak toh theek tha woh, lekin jab aap ne is ko preference dena shuru kiya toh galat ho gaya. aap yeh preference ki baat nahi thi.</w:t>
      </w:r>
    </w:p>
    <w:p>
      <w:pPr>
        <w:jc w:val="right"/>
      </w:pPr>
      <w:r>
        <w:t>تو دیکھیے، یہجو فقہیاسکولبنے، اگر چہہرایککیایکبیستھی،بنی ادتھی، یعنیہرایککےپاسایک ریفرنستھا کہمیںکہوںکہریفرنسکیحدتکتوٹھیکتھاوہ ،لیکن جبآپنےاسکو پریفرنس دیناشروع کیا توغلطہوگئے۔آپ یہپریفرنسکیباتہینہیںتھی۔</w:t>
      </w:r>
    </w:p>
    <w:p>
      <w:r>
        <w:rPr>
          <w:b/>
        </w:rPr>
        <w:t xml:space="preserve">[31:35] </w:t>
      </w:r>
      <w:r>
        <w:t>aap ko kehna chahiye tha yeh bhi theek hai, woh bhi theek hai, be it muqtada ummeed de tum. toh diversity ke bawajood fiqhi usool na bante.</w:t>
      </w:r>
    </w:p>
    <w:p>
      <w:pPr>
        <w:jc w:val="right"/>
      </w:pPr>
      <w:r>
        <w:t>آپ کوکہناچاہیےتھا یہ بھیٹھیکہے،وہبھیٹھیکہے، بےیہ مقتداتوامید دےتم ۔ تو ڈائی ورسٹیکےباوجود فقہیاسکولنہبنتے۔</w:t>
      </w:r>
    </w:p>
    <w:p>
      <w:r>
        <w:rPr>
          <w:b/>
        </w:rPr>
        <w:t xml:space="preserve">[31:49] </w:t>
      </w:r>
      <w:r>
        <w:t>diversity, diversity ke bawajood fiqhi usool na bante.</w:t>
      </w:r>
    </w:p>
    <w:p>
      <w:pPr>
        <w:jc w:val="right"/>
      </w:pPr>
      <w:r>
        <w:t>ڈائی ورسٹی،ڈائیورس ٹیکےباوجود فقہیاسکولنہبنتے۔</w:t>
      </w:r>
    </w:p>
    <w:p>
      <w:r>
        <w:rPr>
          <w:b/>
        </w:rPr>
        <w:t xml:space="preserve">[31:53] </w:t>
      </w:r>
      <w:r>
        <w:t>aur aap ka preference de de de kar jo fiqh ko dabaya aap ne, ibadat ko aap ne kar ek robotic amal bana, amal bana diya. bilkul robotic amal. aise haath, aise paon, aise sar.</w:t>
      </w:r>
    </w:p>
    <w:p>
      <w:pPr>
        <w:jc w:val="right"/>
      </w:pPr>
      <w:r>
        <w:t>اور آپ کاپریفرنسدےدےدےکرجوفقہکودبڑایاآپنے ، عبادتکوآپنے کر ایک روبوٹکاعمل بنا،عملبنادیا۔ بالکل روبوٹکاعمل۔ایسےہاتھ،ایسے پاؤں،ایسےسر۔</w:t>
      </w:r>
    </w:p>
    <w:p>
      <w:r>
        <w:rPr>
          <w:b/>
        </w:rPr>
        <w:t xml:space="preserve">[32:04] </w:t>
      </w:r>
      <w:r>
        <w:t>yeh kaun si namaz hai? yeh yeh toh robotic namaz hai. lekin jab aap ne preference ke usool ko apply kiya yahan par toh yeh hua ke robotic namaz ban gayi.</w:t>
      </w:r>
    </w:p>
    <w:p>
      <w:pPr>
        <w:jc w:val="right"/>
      </w:pPr>
      <w:r>
        <w:t>یہکوئینمازہے؟یہ یہتوروبوٹکینمازہے۔ لیکن جب آپنے پریفرنسکےاصولکواپلائیکیایہاںپر تویہہواکہروبوٹکینمازبنگئی ۔</w:t>
      </w:r>
    </w:p>
    <w:p>
      <w:r>
        <w:rPr>
          <w:b/>
        </w:rPr>
        <w:t xml:space="preserve">[32:16] </w:t>
      </w:r>
      <w:r>
        <w:t>is silsile mein ek bohat hi yani sabak wala ek ek ek hawala main doonga Imam Shafi'i ka.</w:t>
      </w:r>
    </w:p>
    <w:p>
      <w:pPr>
        <w:jc w:val="right"/>
      </w:pPr>
      <w:r>
        <w:t>اسسلسلےمیںایکبہت ہی یعنی سبقوالاایک ایک ایک حوالہ میںدوںگا امامشافعیکا۔</w:t>
      </w:r>
    </w:p>
    <w:p>
      <w:r>
        <w:rPr>
          <w:b/>
        </w:rPr>
        <w:t xml:space="preserve">[32:27] </w:t>
      </w:r>
      <w:r>
        <w:t>Imam Shafi'i ki bohat hi mashhoor kitab hai "Al-Umm", kitab "Al-Umm" jo fiqh ke subject par hai. bohat ahem kitab samjhi jati hai.</w:t>
      </w:r>
    </w:p>
    <w:p>
      <w:pPr>
        <w:jc w:val="right"/>
      </w:pPr>
      <w:r>
        <w:t>امامشافعیکیبہتہی مشہورکتاب ہے "الام"،کتاب "الام" جو فقہکے سبجیکٹپرہے۔ بہت اہمکتاب سمجھیجاتیہے۔</w:t>
      </w:r>
    </w:p>
    <w:p>
      <w:r>
        <w:rPr>
          <w:b/>
        </w:rPr>
        <w:t xml:space="preserve">[32:39] </w:t>
      </w:r>
      <w:r>
        <w:t>is par unhon ne behas ki hai. lambi behas ke baad kya kehte hain</w:t>
      </w:r>
    </w:p>
    <w:p>
      <w:pPr>
        <w:jc w:val="right"/>
      </w:pPr>
      <w:r>
        <w:t>اسپرانہوںنےبحثکیہے۔ لمبیبحثکےبعدکیا کہتےہیں</w:t>
      </w:r>
    </w:p>
    <w:p>
      <w:r>
        <w:rPr>
          <w:b/>
        </w:rPr>
        <w:t xml:space="preserve">[32:47] </w:t>
      </w:r>
      <w:r>
        <w:t>ke matlab preference de kar ke yeh theek hai ke woh theek hai. is par behas matlab dheere se ameen kahein tab theek hai ke zor se ameen kahein tab theek hai.</w:t>
      </w:r>
    </w:p>
    <w:p>
      <w:pPr>
        <w:jc w:val="right"/>
      </w:pPr>
      <w:r>
        <w:t>کہمطلب پریفرنسدےکرکے یہٹھیکہےکہوہٹھیکہے۔اسپربحث مطلبدھیرےسےامینکہیں تبٹھیکہےکہزورسےامینکہیںتبٹھیکہے۔</w:t>
      </w:r>
    </w:p>
    <w:p>
      <w:r>
        <w:rPr>
          <w:b/>
        </w:rPr>
        <w:t xml:space="preserve">[32:58] </w:t>
      </w:r>
      <w:r>
        <w:t>is tarah ki bohat sari jo cheezein hain is par lambi behas kar ke phir kehte hain ke ra'i thwabi yahtamil al khata wa ra'i ghayri khata yahtamil ath thawab.</w:t>
      </w:r>
    </w:p>
    <w:p>
      <w:pPr>
        <w:jc w:val="right"/>
      </w:pPr>
      <w:r>
        <w:t>اسطرحکیبہتساریجوچیزیںہیںاس پرلمبیبحثکرکے پھرکہتےہیں کہ ر ائی ثواب یحت مل الخطا ورائی غیری خط ایحتمل الثواب۔</w:t>
      </w:r>
    </w:p>
    <w:p>
      <w:r>
        <w:rPr>
          <w:b/>
        </w:rPr>
        <w:t xml:space="preserve">[33:13] </w:t>
      </w:r>
      <w:r>
        <w:t>meri rai sahi hai</w:t>
      </w:r>
    </w:p>
    <w:p>
      <w:pPr>
        <w:jc w:val="right"/>
      </w:pPr>
      <w:r>
        <w:t>میریرائے صحیحہے</w:t>
      </w:r>
    </w:p>
    <w:p>
      <w:r>
        <w:rPr>
          <w:b/>
        </w:rPr>
        <w:t xml:space="preserve">[33:18] </w:t>
      </w:r>
      <w:r>
        <w:t>is ihtimal ke saath ke shayad woh sahi na bhi ho. doosre ki rai galat hai is ihtimal ke saath ke shayad woh sahi bhi ho.</w:t>
      </w:r>
    </w:p>
    <w:p>
      <w:pPr>
        <w:jc w:val="right"/>
      </w:pPr>
      <w:r>
        <w:t>اس احتمالکےساتھ کہشایدوہ صحیحنہبھیہو۔ دوسرے کی رائےغلطہے اساحتمالکےساتھ کہشایدوہصحیحبھیہو۔</w:t>
      </w:r>
    </w:p>
    <w:p>
      <w:r>
        <w:rPr>
          <w:b/>
        </w:rPr>
        <w:t xml:space="preserve">[33:28] </w:t>
      </w:r>
      <w:r>
        <w:t>kya si naukh ki baat hui hai ke kyun? kyun kaha unhon ne? unhon ne kaha unhon ne is liye kaha ke farz kiye ke unhon ne liya ameen zor se kehne ko, ameen bil jahar ko.</w:t>
      </w:r>
    </w:p>
    <w:p>
      <w:pPr>
        <w:jc w:val="right"/>
      </w:pPr>
      <w:r>
        <w:t>کیسیانوکھیباتہوئیہے کہ کیوں؟کیوں کہاانہوںنے؟انہوںنے کہ انہوںنےاسلیےکہا کہ فرضکیےکہانہوںنے لیا امینزورسےکہنےکو،امین بالجہرکو۔</w:t>
      </w:r>
    </w:p>
    <w:p>
      <w:r>
        <w:rPr>
          <w:b/>
        </w:rPr>
        <w:t xml:space="preserve">[33:42] </w:t>
      </w:r>
      <w:r>
        <w:t>to saare daleel dene ke bawajood unhein pata chala ke kuch sahabi aise hain jo kehte hain ke hum amin basar ki baat karte hain, dheere se kehne ki baat.</w:t>
      </w:r>
    </w:p>
    <w:p>
      <w:pPr>
        <w:jc w:val="right"/>
      </w:pPr>
      <w:r>
        <w:t>تو سارےدلیلدینےکےباوجود انہیں پتہچلاکہ کچھ صحابیایسےہیںجوکہتےہیںکہامینبسر کیباتکرتے ہیں، دھیرےسےکہنےکیبات۔</w:t>
      </w:r>
    </w:p>
    <w:p>
      <w:r>
        <w:rPr>
          <w:b/>
        </w:rPr>
        <w:t xml:space="preserve">[33:51] </w:t>
      </w:r>
      <w:r>
        <w:t>to in riwayaton ko woh galat saabit nahi kar sakte the. Hadees ki kitabon mein dono qism ki riwayatein thi. To saare daleel dene ke bawajood maloom hua ke bhai woh bhi hadees maujood hai.</w:t>
      </w:r>
    </w:p>
    <w:p>
      <w:pPr>
        <w:jc w:val="right"/>
      </w:pPr>
      <w:r>
        <w:t>تو ان روایتوںکو وہ غلطثابتنہیںکرسکتےتھے۔ حدیثکیکتاب وںمیںدونوںقسم کیروایتیںتھیں۔ تو ساریدلیلدینےکےباوجود معلومہواکہبھئیوہبھیحدیثموجود ہے۔</w:t>
      </w:r>
    </w:p>
    <w:p>
      <w:r>
        <w:rPr>
          <w:b/>
        </w:rPr>
        <w:t xml:space="preserve">[34:05] </w:t>
      </w:r>
      <w:r>
        <w:t>hum kaise galat kahenge isko ?</w:t>
      </w:r>
    </w:p>
    <w:p>
      <w:pPr>
        <w:jc w:val="right"/>
      </w:pPr>
      <w:r>
        <w:t>ہمکیسےغلطکہیںگےاسکو ؟</w:t>
      </w:r>
    </w:p>
    <w:p>
      <w:r>
        <w:rPr>
          <w:b/>
        </w:rPr>
        <w:t xml:space="preserve">[34:07] </w:t>
      </w:r>
      <w:r>
        <w:t>is liye unhone yeh kaha ke meri rai jo hai woh durust hai, lekin shayad unki rai bhi galat na ho, unki to durust ho, kyunke unke haq mein bhi hadees hai.</w:t>
      </w:r>
    </w:p>
    <w:p>
      <w:pPr>
        <w:jc w:val="right"/>
      </w:pPr>
      <w:r>
        <w:t>اس لیےانہوںنےیہکہا کہ میریرائےجوہے وہ درستہے، لیکن شاید انکیرائےبھیغلط نہہو،انکیتودرستہو،کیونکہانکے حقمیںبھیحدیثہے۔</w:t>
      </w:r>
    </w:p>
    <w:p>
      <w:r>
        <w:rPr>
          <w:b/>
        </w:rPr>
        <w:t xml:space="preserve">[34:19] </w:t>
      </w:r>
      <w:r>
        <w:t>to main kehta hoon is is janjal ki zaroorat hi kya hai? Aap keh dein ke yeh bhi theek hai, woh bhi theek hai. Itni bahason ke baad agar sirf imkaan milta hai ke shayad meri rai sahi hai aur shayad uski rai durust sahi nahi hai,</w:t>
      </w:r>
    </w:p>
    <w:p>
      <w:pPr>
        <w:jc w:val="right"/>
      </w:pPr>
      <w:r>
        <w:t>تو میںکہتاہوں اس اس جنجالکیضرورتہیکیاہے؟ آپکہہدیںکہیہبھیٹھیکہے،وہبھیٹھیکہے۔ ات نی بحثوںکےبعداگر صرف احتمالملتاہے کہشاید میریرائےصحیحہے اورشایداسکیرائےدرست صحیحنہیںہے،</w:t>
      </w:r>
    </w:p>
    <w:p>
      <w:r>
        <w:rPr>
          <w:b/>
        </w:rPr>
        <w:t xml:space="preserve">[34:35] </w:t>
      </w:r>
      <w:r>
        <w:t>to is bahas ki zaroorat hi kya hai?</w:t>
      </w:r>
    </w:p>
    <w:p>
      <w:pPr>
        <w:jc w:val="right"/>
      </w:pPr>
      <w:r>
        <w:t>تو اس بحثکیضرورتہیکیاہے؟</w:t>
      </w:r>
    </w:p>
    <w:p>
      <w:r>
        <w:rPr>
          <w:b/>
        </w:rPr>
        <w:t xml:space="preserve">[34:39] </w:t>
      </w:r>
      <w:r>
        <w:t>yeh baat is mein hai jab jam-e-bayan ali mein wufud jo kitab is mein yahi baat hai ke yeh bahas hum padhein kyun? Aap yeh maan lein ke yeh bhi theek hai, woh bhi theek hai, be-yahi muqtada ameed de tum.</w:t>
      </w:r>
    </w:p>
    <w:p>
      <w:pPr>
        <w:jc w:val="right"/>
      </w:pPr>
      <w:r>
        <w:t>یہبات اسمیںہےجب جام ع بیانعلی میںوفدجو کتاب اسمیںیہیباتہے کہ یہبحثہمپڑھیںکیوں؟آپ یہ مانلیںکہیہبھیٹھیکہے،وہبھیٹھیکہے، بےیہیمقتداتوامید دےتم ۔</w:t>
      </w:r>
    </w:p>
    <w:p>
      <w:r>
        <w:rPr>
          <w:b/>
        </w:rPr>
        <w:t xml:space="preserve">[34:54] </w:t>
      </w:r>
      <w:r>
        <w:t>to yeh maslak agar ikhtiyar karte woh log jisko main jisko kehte hain ke kaha jaata hai tasawwuf ka maslak, yaani diversity ka maslak, to ek bahut bada faida hota.</w:t>
      </w:r>
    </w:p>
    <w:p>
      <w:pPr>
        <w:jc w:val="right"/>
      </w:pPr>
      <w:r>
        <w:t>تو یہ مسلکاگراختیارکرتے وہلوگ جسکومیں جسکوکہتےہیں کہاجاتاہےت وسعکامسلک ،یعنی ڈائی ورسٹیکامسلک، توایکبہت بڑافائدہہوتا۔</w:t>
      </w:r>
    </w:p>
    <w:p>
      <w:r>
        <w:rPr>
          <w:b/>
        </w:rPr>
        <w:t xml:space="preserve">[35:06] </w:t>
      </w:r>
      <w:r>
        <w:t>yeh hai jisko angrezi mein kehte hain "shift of emphasis".</w:t>
      </w:r>
    </w:p>
    <w:p>
      <w:pPr>
        <w:jc w:val="right"/>
      </w:pPr>
      <w:r>
        <w:t>یہہےجسکوانگریزیمیںکہتےہیں"شفٹاف ایمفیسز"۔</w:t>
      </w:r>
    </w:p>
    <w:p>
      <w:r>
        <w:rPr>
          <w:b/>
        </w:rPr>
        <w:t xml:space="preserve">[35:11] </w:t>
      </w:r>
      <w:r>
        <w:t>yeh yeh kai fiqi school banne mein kya hua ke yeh fiqh af yeh "shift of emphasis" ho gaya.</w:t>
      </w:r>
    </w:p>
    <w:p>
      <w:pPr>
        <w:jc w:val="right"/>
      </w:pPr>
      <w:r>
        <w:t>یہ یہ کئی فقہی اسکولبننےمیںکیاہوا کہیہ فقہاف یہ "شفٹاف ایمفیسز"ہوگیا۔</w:t>
      </w:r>
    </w:p>
    <w:p>
      <w:r>
        <w:rPr>
          <w:b/>
        </w:rPr>
        <w:t xml:space="preserve">[35:21] </w:t>
      </w:r>
      <w:r>
        <w:t>yaani spirit par zor jo dena chahiye tha, usko zor chala gaya form par. Kitna bada lasth tha yeh?</w:t>
      </w:r>
    </w:p>
    <w:p>
      <w:pPr>
        <w:jc w:val="right"/>
      </w:pPr>
      <w:r>
        <w:t>یعنی اسپیریٹپرزور جودیناچاہیےتھا،اسکوزورچلاگیا فارمپر ۔ کتنا بڑالاستھایہ؟</w:t>
      </w:r>
    </w:p>
    <w:p>
      <w:r>
        <w:rPr>
          <w:b/>
        </w:rPr>
        <w:t xml:space="preserve">[35:31] </w:t>
      </w:r>
      <w:r>
        <w:t>kitna bada nuqsan tha yeh ke "shift of emphasis" ho gaya. Aap Quran ko padhein, poore Quran ko padhenge to aap paayenge</w:t>
      </w:r>
    </w:p>
    <w:p>
      <w:pPr>
        <w:jc w:val="right"/>
      </w:pPr>
      <w:r>
        <w:t>کتنابڑانقصانتھا یہ کہ"شفٹافایمفیسز"ہوگیا۔ آپ قرآنکوپڑھیے، پورےقرآنکوپڑھیںگےتوآپپائیںگے</w:t>
      </w:r>
    </w:p>
    <w:p>
      <w:r>
        <w:rPr>
          <w:b/>
        </w:rPr>
        <w:t xml:space="preserve">[35:40] </w:t>
      </w:r>
      <w:r>
        <w:t>saara zor Quran ka kis par hai? Spirit par hai, spirit par hai. Kahin form par zor hai hi nahi Quran majeed mein. Misaal ke taur par dekhiye, Quran mein hai "qad aflaha al mominun alladhina hum fi salatihim khashi'un".</w:t>
      </w:r>
    </w:p>
    <w:p>
      <w:pPr>
        <w:jc w:val="right"/>
      </w:pPr>
      <w:r>
        <w:t>سارا زورقرآنکاکسپرہے؟ اسپیریٹپرہے، اسپیریٹپرہے۔کہیںفارمپرزورہےہینہیںقرآنمجیدمیں۔ مثالکےطورپردیکھیے،قرآنمیںہے" قد افلا المومنون الذین فیصراطہمخاشعون"۔</w:t>
      </w:r>
    </w:p>
    <w:p>
      <w:r>
        <w:rPr>
          <w:b/>
        </w:rPr>
        <w:t xml:space="preserve">[35:58] </w:t>
      </w:r>
      <w:r>
        <w:t>yaani namaz woh namaz hai jismein khushu ho. Saara zor Quran mein khushu par diya gaya hai.</w:t>
      </w:r>
    </w:p>
    <w:p>
      <w:pPr>
        <w:jc w:val="right"/>
      </w:pPr>
      <w:r>
        <w:t>یعنینماز وہنمازہےجسمیںخشوعہو۔ سارازورقرآنمیںخشوعپردیاگیاہے۔</w:t>
      </w:r>
    </w:p>
    <w:p>
      <w:r>
        <w:rPr>
          <w:b/>
        </w:rPr>
        <w:t xml:space="preserve">[36:07] </w:t>
      </w:r>
      <w:r>
        <w:t>kahin bhi Quran mein aap nahi dekhenge ke Quran mein namaz ke jo masail hon bayan kiye gaye hon, kuch bhi nahi. Spirit par zor diya gaya hai.</w:t>
      </w:r>
    </w:p>
    <w:p>
      <w:pPr>
        <w:jc w:val="right"/>
      </w:pPr>
      <w:r>
        <w:t>کہیںبھیقرآنمیں آپنہیںدیکھیںگےکہقرآنمیں نماز کے جو مسائل ہوںبیانکیےگئےہوں، کچھبھینہیں ۔ اسپیریٹپرزوردیاگیاہے۔</w:t>
      </w:r>
    </w:p>
    <w:p>
      <w:r>
        <w:rPr>
          <w:b/>
        </w:rPr>
        <w:t xml:space="preserve">[36:19] </w:t>
      </w:r>
      <w:r>
        <w:t>aise hi dekhiye qurbani ke baare mein "lan yanal laaha luhumuha wa la dimaauku wa lakin yanaluhut taqwaa minkum" ke qurbani ka gosht khoon nahi pahunchta Khuda ko, balke tumhara taqwa pahunchta hai jo jo andar hai ke spirit hai.</w:t>
      </w:r>
    </w:p>
    <w:p>
      <w:pPr>
        <w:jc w:val="right"/>
      </w:pPr>
      <w:r>
        <w:t>ایسےہیدیکھیےقربانیکےبارےمیں" ل ین االلہ ولا دماغولا تق وی"منکو کہقربانیکاگوشتخوننہیںپہنچتاخداکو،بلکہ تمہاراتقویپہنچتاہےجو جو اندرہے کہاسپیریٹہے۔</w:t>
      </w:r>
    </w:p>
    <w:p>
      <w:r>
        <w:rPr>
          <w:b/>
        </w:rPr>
        <w:t xml:space="preserve">[36:33] </w:t>
      </w:r>
      <w:r>
        <w:t>abhi yahan bhi dekhein, saara zor spirit par de diya gaya. Yeh nahi ke janwar jo hai woh safed ho, kala ho, chota ho ke bada ho, kuch bhi nahi. To Quran mein aap paayenge ke ibadaton ke baare mein Quran mein</w:t>
      </w:r>
    </w:p>
    <w:p>
      <w:pPr>
        <w:jc w:val="right"/>
      </w:pPr>
      <w:r>
        <w:t>ابیہاںبھیدیکھیں،سارازوراسپیریٹپردےدیاگیا۔ یہنہیںکہجانورجوہےوہسفیدہو،کالاہو ، چھوٹاہوکہبڑاہو، کچھبھینہیں ۔ تو قرآنمیںآپ پائیںگےکہ عبادتوںکےبارےمیں قرآنمیں</w:t>
      </w:r>
    </w:p>
    <w:p>
      <w:r>
        <w:rPr>
          <w:b/>
        </w:rPr>
        <w:t xml:space="preserve">[36:47] </w:t>
      </w:r>
      <w:r>
        <w:t>saara zor diya gaya hai spirit par. Lekin yahan par "shift of emphasis" ho gaya fiqh mein ke saara zor chala gaya form par, chala gaya. Aap ghaur kijiye, kitna bada lasth tha, kitna bada nuqsan tha.</w:t>
      </w:r>
    </w:p>
    <w:p>
      <w:pPr>
        <w:jc w:val="right"/>
      </w:pPr>
      <w:r>
        <w:t>سارا زوردیاگیاہے اسپیریٹپر۔ لیکن یہاں پر"شفٹاف ایفیسز"ہوگیافقہمیں کہسارازورچلاگیا فارمپر،چلاگیا۔ آپغورکیجئے،کتنابڑالاستھا، کتنابڑانقصانتھا۔</w:t>
      </w:r>
    </w:p>
    <w:p>
      <w:r>
        <w:rPr>
          <w:b/>
        </w:rPr>
        <w:t xml:space="preserve">[37:00] </w:t>
      </w:r>
      <w:r>
        <w:t>yeh bahut hi bada nuqsan. Saari ummat jo hai form ki namaz padh rahi hai aur samajhti hai ke hum sahi namaz padh rahe hain, kyunke fiqh ki naaptol bilkul sahi hai. Woh</w:t>
      </w:r>
    </w:p>
    <w:p>
      <w:pPr>
        <w:jc w:val="right"/>
      </w:pPr>
      <w:r>
        <w:t>یہ بہت ہیبڑانقصان۔ساری امتجوہے فارمکینمازپڑھرہیہے اور سمجھتیہےکہہمصحیحنمازپڑھرہےہیں، کیونکہ فقہکیناپتول بالکلصحیحہے۔وہ</w:t>
      </w:r>
    </w:p>
    <w:p>
      <w:r>
        <w:rPr>
          <w:b/>
        </w:rPr>
        <w:t xml:space="preserve">[37:15] </w:t>
      </w:r>
      <w:r>
        <w:t>jo namazein log padhte hain to fiqh ki naaptol bilkul theek rehti hai. Aise haath baandho, waise khade ho, waise utho, waise baitho.</w:t>
      </w:r>
    </w:p>
    <w:p>
      <w:pPr>
        <w:jc w:val="right"/>
      </w:pPr>
      <w:r>
        <w:t>جو نمازیںلوگپڑھتےہیں تو فقہکیناپتول بالکلٹھیکرہتیہے۔ ایسےہاتھباندھو، ویسے کھڑےہو،ویسےاٹھو،ویسےبیٹھو۔</w:t>
      </w:r>
    </w:p>
    <w:p>
      <w:r>
        <w:rPr>
          <w:b/>
        </w:rPr>
        <w:t xml:space="preserve">[37:27] </w:t>
      </w:r>
      <w:r>
        <w:t>to fiqh ki naaptol bilkul theek namaz samajhte hain ke hum namaz padh rahe hain. Haalanke Quran mein dekhiye, saaf saaf hai ke "waylul lil musallin alladhina hum an salatihim sahun".</w:t>
      </w:r>
    </w:p>
    <w:p>
      <w:pPr>
        <w:jc w:val="right"/>
      </w:pPr>
      <w:r>
        <w:t>تو فقہکیناپتول بالکلٹھیکنمازسمجھتےہیںکہہمنمازپڑھرہےہیں۔ حالانکہقرآنمیںدیکھیے،صافصافہے کہ "ویل للم صلین الذین فیصراطہمساہون"۔</w:t>
      </w:r>
    </w:p>
    <w:p>
      <w:r>
        <w:rPr>
          <w:b/>
        </w:rPr>
        <w:t xml:space="preserve">[37:42] </w:t>
      </w:r>
      <w:r>
        <w:t>aisi namaz jo sirf form par pesh karti ho, woh woh namaz koain namaz hi nahi hai. Hadees mein aata hai ke "la salata liman lam yakhsha hu" jis namaz mein khushu na ho, woh namaz hi nahi.</w:t>
      </w:r>
    </w:p>
    <w:p>
      <w:pPr>
        <w:jc w:val="right"/>
      </w:pPr>
      <w:r>
        <w:t>ایسی نمازجوصرف فارمپرپیشکرتیہو، وہوہنمازکوئینمازہینہیںہے۔ حدیثمیںآتاہےکہ"لاصلاۃلمنلاتخ شہ"۔ جسنمازمیںخشوعنہہو، وہ نمازہینہیں ۔</w:t>
      </w:r>
    </w:p>
    <w:p>
      <w:r>
        <w:rPr>
          <w:b/>
        </w:rPr>
        <w:t xml:space="preserve">[37:55] </w:t>
      </w:r>
      <w:r>
        <w:t>lekin yeh fiqh ne isko justify kar diya. Aap fiqh ki kitabon ko padhein to saari bahasein ab to form par rahengi. Form par, form par, form par.</w:t>
      </w:r>
    </w:p>
    <w:p>
      <w:pPr>
        <w:jc w:val="right"/>
      </w:pPr>
      <w:r>
        <w:t>لیکن یہفقہنےاسکو جسٹیفائیکردیا۔ آپفقہکیکتاب وںکوپڑھیں تو ساری بحثیںابتوفارمپررہیںگی۔فارمپر،فارمپر،فارمپر ۔</w:t>
      </w:r>
    </w:p>
    <w:p>
      <w:r>
        <w:rPr>
          <w:b/>
        </w:rPr>
        <w:t xml:space="preserve">[38:09] </w:t>
      </w:r>
      <w:r>
        <w:t>yahan par main ek baat arz karunga ke fiqh mein jo ikhtilafat paida hue, wahan bhi do category thi iski. Ek hai ibadat wali fiqh, ek hai ahkam wali fiqh.</w:t>
      </w:r>
    </w:p>
    <w:p>
      <w:pPr>
        <w:jc w:val="right"/>
      </w:pPr>
      <w:r>
        <w:t>یہاںپرمیںایکباتعرضکروںگا کہ فقہمیںجو اخت لافات پیدا ہوئے، وہاںبھی دوکیٹگری تھیںاسکی۔ ایکہے عبادتوالی فقہ ،ایک ہےاحکاموالی فقہ۔</w:t>
      </w:r>
    </w:p>
    <w:p>
      <w:r>
        <w:rPr>
          <w:b/>
        </w:rPr>
        <w:t xml:space="preserve">[38:22] </w:t>
      </w:r>
      <w:r>
        <w:t>yaani ibadati fiqh aur ahkami fiqh. To dekhiye, ahkam wali fiqh mein bhi ikhtilafat hain. Maslan yeh hai ke chor ka haath kaato,</w:t>
      </w:r>
    </w:p>
    <w:p>
      <w:pPr>
        <w:jc w:val="right"/>
      </w:pPr>
      <w:r>
        <w:t>یعنیعبادتیفقہاوراحکامی فقہ۔ تودیکھیے،احکاموالی فقہمیںبھیاختلافاتہیں۔ مثلاًیہہےکہ چورکاہاتھکاٹو،</w:t>
      </w:r>
    </w:p>
    <w:p>
      <w:r>
        <w:rPr>
          <w:b/>
        </w:rPr>
        <w:t xml:space="preserve">[38:36] </w:t>
      </w:r>
      <w:r>
        <w:t>quran majeed mein hai.</w:t>
      </w:r>
    </w:p>
    <w:p>
      <w:pPr>
        <w:jc w:val="right"/>
      </w:pPr>
      <w:r>
        <w:t>قرآنمجیدمیںہے۔</w:t>
      </w:r>
    </w:p>
    <w:p>
      <w:r>
        <w:rPr>
          <w:b/>
        </w:rPr>
        <w:t xml:space="preserve">[38:38] </w:t>
      </w:r>
      <w:r>
        <w:t>to haath kaato to kahan se kaato? Matlab ungli kaat lo ke yahan se kaato ke yahan se kaato? Yeh quran mein nahin hai. Fuqha mein is par ikhtilafat hue, kai raaye ban gayi ke chor ka haath kaata jaye to kahan se kaata jaye?</w:t>
      </w:r>
    </w:p>
    <w:p>
      <w:pPr>
        <w:jc w:val="right"/>
      </w:pPr>
      <w:r>
        <w:t>تو ہاتھ کاٹوتوکہاںسےکاٹو؟ مطلبانگلی کاٹلو کہیہاںسےکاٹوکہیہاںسےکاٹو؟ یہقرآنمیںنہیںہے۔ فقہمیںاسپہاختلافاتہوئے ، کئی رائےبنگئیں کہ چورکاہاتھکاٹاجائےتوکہاںسےکاٹاجائے؟</w:t>
      </w:r>
    </w:p>
    <w:p>
      <w:r>
        <w:rPr>
          <w:b/>
        </w:rPr>
        <w:t xml:space="preserve">[38:57] </w:t>
      </w:r>
      <w:r>
        <w:t>aise hi woh hai qatil ko qatl kar do, yeh quran majeed mein hai. Yeh nahin ke kaise qatl karo? Fuqha mein bahut si raaye ban gayi.</w:t>
      </w:r>
    </w:p>
    <w:p>
      <w:pPr>
        <w:jc w:val="right"/>
      </w:pPr>
      <w:r>
        <w:t>ایسےہیجوہے قاتلکوقتلکردو، یہقرآنمجیدمیںہے۔ یہنہیںکہکیسےقتلکرو؟ف قہمیںبہتسیرائےبنگئیں۔</w:t>
      </w:r>
    </w:p>
    <w:p>
      <w:r>
        <w:rPr>
          <w:b/>
        </w:rPr>
        <w:t xml:space="preserve">[39:07] </w:t>
      </w:r>
      <w:r>
        <w:t>misalan ek raaye yeh hai ke kisi ne jis tarah qatl kiya hai, usi tarah usi tarah is ko qatl kiya jaye. Yeh farz kiya is ne darya mein dooba ke mara hai to qatil ko bhi dooba ke mara jayega.</w:t>
      </w:r>
    </w:p>
    <w:p>
      <w:pPr>
        <w:jc w:val="right"/>
      </w:pPr>
      <w:r>
        <w:t>مثلاًایکرائےیہہے کہ کسی نے جس طرح قتلکیاہے، اسیطرح اسیطرحاسکوقتلکیا جائے۔ یہفرضکیااسنےدریا میںڈوباکےماراہے تو قاتلکوبھیڈوباکےماراجائےگا۔</w:t>
      </w:r>
    </w:p>
    <w:p>
      <w:r>
        <w:rPr>
          <w:b/>
        </w:rPr>
        <w:t xml:space="preserve">[39:24] </w:t>
      </w:r>
      <w:r>
        <w:t>jo is tareeqe se is ne qatl kiya, usi tareeqe se is ko qatl kiya jayega. Lekin doosra is ko yeh kehta hai ke nahin, ek hi tareeqa rahega, qatil ko qatl kar diya jayega. Bas</w:t>
      </w:r>
    </w:p>
    <w:p>
      <w:pPr>
        <w:jc w:val="right"/>
      </w:pPr>
      <w:r>
        <w:t>جو اسطریقےسےاسنےقتلکیا،اسیطریقےسےاسکو قتلکیاجائےگا۔ لیکن دوسرا اسکولیہ کہتاہےکہنہیں،ایکہیطریقہرہےگا، قاتلکوقتلکردیاجائےگا۔بس</w:t>
      </w:r>
    </w:p>
    <w:p>
      <w:r>
        <w:rPr>
          <w:b/>
        </w:rPr>
        <w:t xml:space="preserve">[39:37] </w:t>
      </w:r>
      <w:r>
        <w:t>to ahkam ke mamle mein aise farq the. Lekin main yeh arz karna chahunga ke ahkam ke mamle mein farq se koi koi koi mazhab mein koi masla nahin paida hua.</w:t>
      </w:r>
    </w:p>
    <w:p>
      <w:pPr>
        <w:jc w:val="right"/>
      </w:pPr>
      <w:r>
        <w:t>تو احکامکےمعاملےمیںایسےفرقتھے۔ لیکن میںیہعرضکرناچاہوںگا کہ احکام کےمعاملےمیںفرقسےکوئیکوئی کوئی مذہبمیںکوئی مسئلہنہیںپیدا ہوا ۔</w:t>
      </w:r>
    </w:p>
    <w:p>
      <w:r>
        <w:rPr>
          <w:b/>
        </w:rPr>
        <w:t xml:space="preserve">[39:52] </w:t>
      </w:r>
      <w:r>
        <w:t>mazhab mein koi masla nahin paida hua, lekin ibadat mein masla paida ho gaya. Kyun ke dekhiye, ibadat ka ta'alluq jo hai usi par salvation ka inhisaar hai.</w:t>
      </w:r>
    </w:p>
    <w:p>
      <w:pPr>
        <w:jc w:val="right"/>
      </w:pPr>
      <w:r>
        <w:t>مذہبمیںکوئیمسئلہنہیںپیدا ہوا،لیکن عبادتمیں مسئلہپیدا ہوگیا۔ کیونکہ دیکھیے، عبادتکاتعلقجوہےاسیپرسالویشن کاانحصارہے۔</w:t>
      </w:r>
    </w:p>
    <w:p>
      <w:r>
        <w:rPr>
          <w:b/>
        </w:rPr>
        <w:t xml:space="preserve">[40:02] </w:t>
      </w:r>
      <w:r>
        <w:t>bhai, ahkam ka ta'alluq har har har musalman se toh hota nahin, woh toh hota hai courts se, adalat se. Adalat jaane aur judge jaane.</w:t>
      </w:r>
    </w:p>
    <w:p>
      <w:pPr>
        <w:jc w:val="right"/>
      </w:pPr>
      <w:r>
        <w:t>بھئی،احکامکاتعلق ہرہر ہرمسلمانسےتوہوتانہیں،وہتو ہوتاہے کورٹسے ، عدالتسے۔ عدالت جانے اور جججانے۔</w:t>
      </w:r>
    </w:p>
    <w:p>
      <w:r>
        <w:rPr>
          <w:b/>
        </w:rPr>
        <w:t xml:space="preserve">[40:13] </w:t>
      </w:r>
      <w:r>
        <w:t>yani yeh toh nahin hain ke saza dein kisi qatil ko ya kisi chor ko. Woh saza toh dega judge, toh woh judge ke domain ki cheez hai. Woh ahkam ka mamla hai ke woh judge ke domain ki cheez hai.</w:t>
      </w:r>
    </w:p>
    <w:p>
      <w:pPr>
        <w:jc w:val="right"/>
      </w:pPr>
      <w:r>
        <w:t>یعنیہمتونہیںہیںکہ سزادیںکسیقاتلکویاکسی چورکو۔ وہسزاتودےگا جج، تووہجج کے ڈومینکیچیزہے۔وہاحکامکامعاملہہےکہوہججکےڈومینکیچیزہے۔</w:t>
      </w:r>
    </w:p>
    <w:p>
      <w:r>
        <w:rPr>
          <w:b/>
        </w:rPr>
        <w:t xml:space="preserve">[40:26] </w:t>
      </w:r>
      <w:r>
        <w:t>lekin ibadat ka mamla har insaan, har musalman, har momin ke ka arsal masla hai. Isi par salvation ka mazara hai.</w:t>
      </w:r>
    </w:p>
    <w:p>
      <w:pPr>
        <w:jc w:val="right"/>
      </w:pPr>
      <w:r>
        <w:t>لیکن عبادتکامعاملہہرانسان ،ہرمسلم ،ہرمومنکے کا ارسللمسئلہہے۔ اسیپر سال ویشن کا مزار ہے۔</w:t>
      </w:r>
    </w:p>
    <w:p>
      <w:r>
        <w:rPr>
          <w:b/>
        </w:rPr>
        <w:t xml:space="preserve">[40:40] </w:t>
      </w:r>
      <w:r>
        <w:t>to yeh har insaan ka masla ban gaya. Aur bhai, yeh masla ban gaya. Agar main namaz meri kuch gadbad ho gayi toh phir Khuda ke haan qabool nahin hogi. Qabool nahin hogi Khuda ke haan.</w:t>
      </w:r>
    </w:p>
    <w:p>
      <w:pPr>
        <w:jc w:val="right"/>
      </w:pPr>
      <w:r>
        <w:t>تویہہرانسان کامسئلہبنگیا۔ اوربھئی،یہمسئلہبنگیا۔اگرمیںنمازمیریکچھگڑبڑہوگئیتوپھر خداکےہاںقبولنہیںہوگی۔ قبولہینہیںہوگیخداکےہاں۔</w:t>
      </w:r>
    </w:p>
    <w:p>
      <w:r>
        <w:rPr>
          <w:b/>
        </w:rPr>
        <w:t xml:space="preserve">[40:53] </w:t>
      </w:r>
      <w:r>
        <w:t>to phir mujhe jannat nahin milegi.</w:t>
      </w:r>
    </w:p>
    <w:p>
      <w:pPr>
        <w:jc w:val="right"/>
      </w:pPr>
      <w:r>
        <w:t>توپھرمجھےجنتنہیںملےگی۔</w:t>
      </w:r>
    </w:p>
    <w:p>
      <w:r>
        <w:rPr>
          <w:b/>
        </w:rPr>
        <w:t xml:space="preserve">[40:56] </w:t>
      </w:r>
      <w:r>
        <w:t>to har har aadmi is mein pad gaya ke main namaz sahi padhoon. Aur namaz sahi padhne ke paas is ka jo model tha, woh fiqhi model tha. Frame work tha, fiqhi frame work tha.</w:t>
      </w:r>
    </w:p>
    <w:p>
      <w:pPr>
        <w:jc w:val="right"/>
      </w:pPr>
      <w:r>
        <w:t>توہر ہرآدمی اسمیںپڑگیا کہمیں نمازصحیحپڑھوں۔ اورنمازصحیحپڑھوںکےپاساسکاجو ماڈلتھا،وہفقہیماڈلتھا۔ فریمورکتھا،فقہیفریمورکتھا۔</w:t>
      </w:r>
    </w:p>
    <w:p>
      <w:r>
        <w:rPr>
          <w:b/>
        </w:rPr>
        <w:t xml:space="preserve">[41:07] </w:t>
      </w:r>
      <w:r>
        <w:t>yani har aadmi jo namaz padhta hai, is ka ek concern hota hai ke main namaz sahi padhoon taake Khuda ke huqooq ho. Lekin jo is ke paas frame work hai, woh fiqhi frame work hai.</w:t>
      </w:r>
    </w:p>
    <w:p>
      <w:pPr>
        <w:jc w:val="right"/>
      </w:pPr>
      <w:r>
        <w:t>یعنیہرآدمیجونمازپڑھتاہے، اسکا ایک کنسرنہوتاہےکہمیںنمازصحیحپڑھوں تاکہخداکےحقوق ہو ۔ لیکن جو اسکےپاسفریمورکہے،وہفقہیفریمورکہے۔</w:t>
      </w:r>
    </w:p>
    <w:p>
      <w:r>
        <w:rPr>
          <w:b/>
        </w:rPr>
        <w:t xml:space="preserve">[41:19] </w:t>
      </w:r>
      <w:r>
        <w:t>wohi model hai, ek hi doosra koi model nahin hai.</w:t>
      </w:r>
    </w:p>
    <w:p>
      <w:pPr>
        <w:jc w:val="right"/>
      </w:pPr>
      <w:r>
        <w:t>وہیماڈلہے،ایکہیدوسراکوئیماڈلنہیںہے۔</w:t>
      </w:r>
    </w:p>
    <w:p>
      <w:r>
        <w:rPr>
          <w:b/>
        </w:rPr>
        <w:t xml:space="preserve">[41:21] </w:t>
      </w:r>
      <w:r>
        <w:t>to sara is ka dhyan chala jata hai masail par. Aur masail wohin, woh toh relative wohin, part hain, real part nahin hain.</w:t>
      </w:r>
    </w:p>
    <w:p>
      <w:pPr>
        <w:jc w:val="right"/>
      </w:pPr>
      <w:r>
        <w:t>تو سارا اسکادھیان چلاجاتاہےمسائلپر ۔ اورمسائلجوہیں،وہتو ریلیٹوہیں،پارٹہیں،ریئلپارٹنہیںہیں۔</w:t>
      </w:r>
    </w:p>
    <w:p>
      <w:r>
        <w:rPr>
          <w:b/>
        </w:rPr>
        <w:t xml:space="preserve">[41:32] </w:t>
      </w:r>
      <w:r>
        <w:t>namaz ka real part nahin hai, masail woh relative part hain. Real part hai spirit, khushu, andar wala jo mamla hai, woh is par dhyan hat gaya bilkul.</w:t>
      </w:r>
    </w:p>
    <w:p>
      <w:pPr>
        <w:jc w:val="right"/>
      </w:pPr>
      <w:r>
        <w:t>نماز کا ریئلپارٹنہیںہے،مسائل وہ ریلیٹوپارٹہیں۔ ریئلپارٹہے اسپیریٹ، خشوع ،اندروالا جو معاملہہے،وہ اسپردھیانہٹگیابالکل ۔</w:t>
      </w:r>
    </w:p>
    <w:p>
      <w:r>
        <w:rPr>
          <w:b/>
        </w:rPr>
        <w:t xml:space="preserve">[41:48] </w:t>
      </w:r>
      <w:r>
        <w:t>sare log fiqhwali namaz padh rahe hain, quran</w:t>
      </w:r>
    </w:p>
    <w:p>
      <w:pPr>
        <w:jc w:val="right"/>
      </w:pPr>
      <w:r>
        <w:t>سارےلوگ فقہوالینمازپڑھرہےہیں، قر</w:t>
      </w:r>
    </w:p>
    <w:p>
      <w:r>
        <w:rPr>
          <w:b/>
        </w:rPr>
        <w:t xml:space="preserve">[41:51] </w:t>
      </w:r>
      <w:r>
        <w:t>quranwali namaz ko nahin padh raha hai aajkal ke zamane mein. Aur samajhte hain ke hum bilkul theek theek namaz padh rahe hain.</w:t>
      </w:r>
    </w:p>
    <w:p>
      <w:pPr>
        <w:jc w:val="right"/>
      </w:pPr>
      <w:r>
        <w:t>آنقرآنوالینمازکوئینہیںپڑھرہاہے آجکلکےزمان ےمیں۔ اورسمجھتےہیںکہہمبالکلٹھیکٹھیکنمازپڑھرہےہیں۔</w:t>
      </w:r>
    </w:p>
    <w:p>
      <w:r>
        <w:rPr>
          <w:b/>
        </w:rPr>
        <w:t xml:space="preserve">[42:01] </w:t>
      </w:r>
      <w:r>
        <w:t>to that was shift of emphasis ke fuqaha ne jo abbasee daur ke zamane mein aaye, yeh log unhon ne yeh kiya ke emphasis ko badal diya.</w:t>
      </w:r>
    </w:p>
    <w:p>
      <w:pPr>
        <w:jc w:val="right"/>
      </w:pPr>
      <w:r>
        <w:t>تو دیٹواز شفٹ اف ایمف یسز کہ فقہاءنے جو عباسیدورکےزمان ےمیں آئے،یہلوگ انہوںنے یہ کیا کہایمفیسزکوبدلدیا۔</w:t>
      </w:r>
    </w:p>
    <w:p>
      <w:r>
        <w:rPr>
          <w:b/>
        </w:rPr>
        <w:t xml:space="preserve">[42:14] </w:t>
      </w:r>
      <w:r>
        <w:t>emphasis tha sara spirit par, rooh par, andar wale pehlu par. Unhon ne emphasis de diya kis par?</w:t>
      </w:r>
    </w:p>
    <w:p>
      <w:pPr>
        <w:jc w:val="right"/>
      </w:pPr>
      <w:r>
        <w:t>ایمفیسزتھا سارا اسپیریٹپر، روحپر، اندروالے پہلوپر۔ انہوںنے ایمفیسزدےدیاکسپر؟</w:t>
      </w:r>
    </w:p>
    <w:p>
      <w:r>
        <w:rPr>
          <w:b/>
        </w:rPr>
        <w:t xml:space="preserve">[42:23] </w:t>
      </w:r>
      <w:r>
        <w:t>formpar. to formpar khoob khoob behasain keen, bohat hi set kia form ka, aisa hona chahiye, waisa hona chahiye. lekin sawal hai ke woh kya? woh namaz hai? kya namaz koi circus hai?</w:t>
      </w:r>
    </w:p>
    <w:p>
      <w:pPr>
        <w:jc w:val="right"/>
      </w:pPr>
      <w:r>
        <w:t>فارمپر ۔ تو فارمپرخوبخوببحثیںکیں، بہت ہی سیٹکیا فارمکا،ایساہوناچاہیے،ویساہوناچاہیے۔ لیکن سوالہےکہ وہ کیا؟وہنمازہے ؟کیا نمازکوئیسرکسہے؟</w:t>
      </w:r>
    </w:p>
    <w:p>
      <w:r>
        <w:rPr>
          <w:b/>
        </w:rPr>
        <w:t xml:space="preserve">[42:36] </w:t>
      </w:r>
      <w:r>
        <w:t>koi acting hai? namaz namaz koi acting hai?</w:t>
      </w:r>
    </w:p>
    <w:p>
      <w:pPr>
        <w:jc w:val="right"/>
      </w:pPr>
      <w:r>
        <w:t>کوئیایکٹنگہے؟نماز نمازکوئیایکٹنگہے؟</w:t>
      </w:r>
    </w:p>
    <w:p>
      <w:r>
        <w:rPr>
          <w:b/>
        </w:rPr>
        <w:t xml:space="preserve">[42:43] </w:t>
      </w:r>
      <w:r>
        <w:t>un logon ne namaz ko acting bana diya. yaad rakhiye, namaz acting nahin hai. namaz ek spirited amal ka naam hai, jismein rooh bhari hui ho, spirit bhari hui ho, jismein yaani Khuda ki yaad bhari hui ho, woh namaz hai.</w:t>
      </w:r>
    </w:p>
    <w:p>
      <w:pPr>
        <w:jc w:val="right"/>
      </w:pPr>
      <w:r>
        <w:t>انلوگوںنےنمازکوایکٹنگبنادیا۔ یادرکھیے،نماز ایکٹنگنہیںہے۔ نماز ایک اسپیریٹڈ عمل کانام ہے، جسمیں روح بھریہوئیہو،اسپیریٹبھریہوئیہو، جسمیں یعنیخداکی یادبھریہوئیہو، وہنمازہے۔</w:t>
      </w:r>
    </w:p>
    <w:p>
      <w:r>
        <w:rPr>
          <w:b/>
        </w:rPr>
        <w:t xml:space="preserve">[43:10] </w:t>
      </w:r>
      <w:r>
        <w:t>to un logon ne jo kiya, jaisa ke maine arz kiya ke yeh woh log thay jinhon ne biddatain nikali, woh to discarded hain, unka koi darja nahin hai.</w:t>
      </w:r>
    </w:p>
    <w:p>
      <w:pPr>
        <w:jc w:val="right"/>
      </w:pPr>
      <w:r>
        <w:t>تو انلوگوںنےجو کیا، جیساکہمیںنےعرضکیاکہایکوہلوگ تھےجنہوںنے بد عتیںنکالی، وہتوڈسکارڈڈہیں، انکا کوئیدرجہنہیںہے۔</w:t>
      </w:r>
    </w:p>
    <w:p>
      <w:r>
        <w:rPr>
          <w:b/>
        </w:rPr>
        <w:t xml:space="preserve">[43:22] </w:t>
      </w:r>
      <w:r>
        <w:t>biddatain nikalne wale hain, is par firqay banaye unhon ne, woh to discarded log hain, unki koi unki koi ginti nahin hai. aur yeh isi area mein hain bhi, yeh log</w:t>
      </w:r>
    </w:p>
    <w:p>
      <w:pPr>
        <w:jc w:val="right"/>
      </w:pPr>
      <w:r>
        <w:t>بد عتیںنکالنےوالےہیں،اسپرفرقےبنائےانہوںنے،وہتو ڈسکارڈڈلوگہیں، انکی کوئی انکیکوئیگنتینہیںہے۔ اوریہاسی ایریامیںہیںبھی،یہلوگ</w:t>
      </w:r>
    </w:p>
    <w:p>
      <w:r>
        <w:rPr>
          <w:b/>
        </w:rPr>
        <w:t xml:space="preserve">[43:33] </w:t>
      </w:r>
      <w:r>
        <w:t>arab arab countries mein koi na dargah hai, na koi qabar hai, na koi. yeh sab jitne hain, abhi quran khwani aur chaliswan, pichaswan, yeh kuch wahan nahin hota, yeh sab yahi isi area mein hote hain.</w:t>
      </w:r>
    </w:p>
    <w:p>
      <w:pPr>
        <w:jc w:val="right"/>
      </w:pPr>
      <w:r>
        <w:t>عرب عرب کنٹریزمیںکوئینہدرگاہہے،نہکوئیقبرہے،نہکوئی ۔یہسبجتنےہیں،ابھیقرآنخوانیاور چالیسواں،پچاسواں،یہکچھوہاںنہیںہوتا، یہسب یہی اسی ایریامیںہوتےہیں۔</w:t>
      </w:r>
    </w:p>
    <w:p>
      <w:r>
        <w:rPr>
          <w:b/>
        </w:rPr>
        <w:t xml:space="preserve">[43:44] </w:t>
      </w:r>
      <w:r>
        <w:t>jitni biddatain hain, woh sab isi area mein hoti hain. woh hai Hinduism ka Islamization. biddatain kya hain? woh Hinduism ka Islamization hai.</w:t>
      </w:r>
    </w:p>
    <w:p>
      <w:pPr>
        <w:jc w:val="right"/>
      </w:pPr>
      <w:r>
        <w:t>جتنی بدعتیںہیں،وہسباسیایریامیںہوتیہیں۔ وہہے ہند وازمکااسلام ائزیشن۔ بدعتیںکیاہیں؟ وہہند وازمکااسلام ائزیشنہے۔</w:t>
      </w:r>
    </w:p>
    <w:p>
      <w:r>
        <w:rPr>
          <w:b/>
        </w:rPr>
        <w:t xml:space="preserve">[43:54] </w:t>
      </w:r>
      <w:r>
        <w:t>to wahan yeh sab cheezain nahin hain, lekin woh cheez wahan bhi hai, yaani form wali namaz wahan bhi hai, har jagah hai.</w:t>
      </w:r>
    </w:p>
    <w:p>
      <w:pPr>
        <w:jc w:val="right"/>
      </w:pPr>
      <w:r>
        <w:t>تو وہاں یہسب چیزیںنہیںہیں، لیکن وہ چیزوہاںبھیہے، یعنی فار موالی نماز وہاںبھیہے، ہرجگہہے۔</w:t>
      </w:r>
    </w:p>
    <w:p>
      <w:r>
        <w:rPr>
          <w:b/>
        </w:rPr>
        <w:t xml:space="preserve">[44:03] </w:t>
      </w:r>
      <w:r>
        <w:t>to fiqah jo thi, woh kisi yaani jis cheez pe khari hui thi, woh khud to sabit thi, yaani hadithain sab sabit thin, is par apni fiqah ko khari kiya.</w:t>
      </w:r>
    </w:p>
    <w:p>
      <w:pPr>
        <w:jc w:val="right"/>
      </w:pPr>
      <w:r>
        <w:t>تو فقہجوتھی، وہ کسی یعنی جسچیزپہکھڑیہوئیتھی،وہ خود تو ثابت تھی،یعنیحدیثیں سبثابتتھیں،اسپر اپنیفقہکوکھڑاکیا۔</w:t>
      </w:r>
    </w:p>
    <w:p>
      <w:r>
        <w:rPr>
          <w:b/>
        </w:rPr>
        <w:t xml:space="preserve">[44:17] </w:t>
      </w:r>
      <w:r>
        <w:t>lekin jab inko is ko preference ka masla bana diya, tarjeeh ka masla, to phir to yeh hua ke woh yeh form ka masla ban gaya.</w:t>
      </w:r>
    </w:p>
    <w:p>
      <w:pPr>
        <w:jc w:val="right"/>
      </w:pPr>
      <w:r>
        <w:t>لیکن جب انکواسکوپریفرنسکامسئلہبنادیا،ترجیحکامسئلہ، تو پھرتویہہواکہ وہیہ فارمکامسئلہبنگیا۔</w:t>
      </w:r>
    </w:p>
    <w:p>
      <w:r>
        <w:rPr>
          <w:b/>
        </w:rPr>
        <w:t xml:space="preserve">[44:27] </w:t>
      </w:r>
      <w:r>
        <w:t>to char fiqah usool manay, char form ban gaye. woh to main yeh kahunga ke jahan tak ahkam ka mamla tha, ismein ikhtilafat hue to koi ismein koi nuksan nahin hai.</w:t>
      </w:r>
    </w:p>
    <w:p>
      <w:pPr>
        <w:jc w:val="right"/>
      </w:pPr>
      <w:r>
        <w:t>تو چارفقہیاصول مانے،چار فارم بنگئے۔وہ تو میںیہکہوںگاکہجہاںتک احکامکامعاملہتھا، اسمیں اختلافاتہوئے توکوئیاسمیں کوئینقصاننہیںہے۔</w:t>
      </w:r>
    </w:p>
    <w:p>
      <w:r>
        <w:rPr>
          <w:b/>
        </w:rPr>
        <w:t xml:space="preserve">[44:40] </w:t>
      </w:r>
      <w:r>
        <w:t>woh jo jurisprudence ka masla tha. jo jurisprudence mein har ismein har system mein ikhtilafat hote hain.</w:t>
      </w:r>
    </w:p>
    <w:p>
      <w:pPr>
        <w:jc w:val="right"/>
      </w:pPr>
      <w:r>
        <w:t>وہ جورسپیریڈنسکامسئلہتھا۔ جورسپیریڈنسمیں ہر اسمیں ہر سسٹممیںاختلافاتہوتےہیں۔</w:t>
      </w:r>
    </w:p>
    <w:p>
      <w:r>
        <w:rPr>
          <w:b/>
        </w:rPr>
        <w:t xml:space="preserve">[44:47] </w:t>
      </w:r>
      <w:r>
        <w:t>India mein jo law ke jo experts hain, unmein hamesha ikhtilafat hote hain. judges ke mein ikhtilafat hote hain, wakeelon mein ikhtilafat hote hain.</w:t>
      </w:r>
    </w:p>
    <w:p>
      <w:pPr>
        <w:jc w:val="right"/>
      </w:pPr>
      <w:r>
        <w:t>انڈیامیں جو لاءکےجوایکسپرٹسہیں،انمیں ہمیشہاختلافاتہوتےہیں۔ ججز کےمیں اختلافہوتےہیں، وکیلوںمیںاختلافہوتےہیں۔</w:t>
      </w:r>
    </w:p>
    <w:p>
      <w:r>
        <w:rPr>
          <w:b/>
        </w:rPr>
        <w:t xml:space="preserve">[44:58] </w:t>
      </w:r>
      <w:r>
        <w:t>to jurisprudence, jurisprudence ke mamle mein, law ke mamle mein agar ikhtilaf ho to woh court mein aata hai, discussion is par hota hai, court mein is par behas hoti hai, judge faisla karta hai.</w:t>
      </w:r>
    </w:p>
    <w:p>
      <w:pPr>
        <w:jc w:val="right"/>
      </w:pPr>
      <w:r>
        <w:t>تو جورسپیریڈنس،جورسپیریڈنسکےمعاملےمیں،لاءکےمعاملےمیں اگر اختلاف ہو تو وہ کورٹمیں آتاہے، ڈسکشناسپرہوتاہے، کورٹمیںاسپہبحثہوتیہے، جج فیصلہکرتاہے۔</w:t>
      </w:r>
    </w:p>
    <w:p>
      <w:r>
        <w:rPr>
          <w:b/>
        </w:rPr>
        <w:t xml:space="preserve">[45:12] </w:t>
      </w:r>
      <w:r>
        <w:t>is se koi deen mein farq nahin waqe hota,</w:t>
      </w:r>
    </w:p>
    <w:p>
      <w:pPr>
        <w:jc w:val="right"/>
      </w:pPr>
      <w:r>
        <w:t>اسسےکوئی دینمیںفرقنہیں واقع ہوتا،</w:t>
      </w:r>
    </w:p>
    <w:p>
      <w:r>
        <w:rPr>
          <w:b/>
        </w:rPr>
        <w:t xml:space="preserve">[45:15] </w:t>
      </w:r>
      <w:r>
        <w:t>lekin jo ibadat mein jo jo ikhtilafat hain, is se bohat bara farq waqe ho gaya ke form ka naam ibadat ban gaya, halanke ibadat naam hai spirit ka naam, Khuda ko yaad karne ka naam.</w:t>
      </w:r>
    </w:p>
    <w:p>
      <w:pPr>
        <w:jc w:val="right"/>
      </w:pPr>
      <w:r>
        <w:t>لیکن جو عبادتمیںجو جو اختلافاتہیں، اسسے بہت بڑا فرقواقع ہوگیا کہ فارمکانام عبادتبنگیا، حالانکہعبادتنام ہے اسپیریٹکانام ،خداکویادکرنےکانام۔</w:t>
      </w:r>
    </w:p>
    <w:p>
      <w:r>
        <w:rPr>
          <w:b/>
        </w:rPr>
        <w:t xml:space="preserve">[45:34] </w:t>
      </w:r>
      <w:r>
        <w:t>to is ko samajhna chahiye.</w:t>
      </w:r>
    </w:p>
    <w:p>
      <w:pPr>
        <w:jc w:val="right"/>
      </w:pPr>
      <w:r>
        <w:t>تواسکوسمجھناچاہیے۔</w:t>
      </w:r>
    </w:p>
    <w:p>
      <w:r>
        <w:rPr>
          <w:b/>
        </w:rPr>
        <w:t xml:space="preserve">[45:40] </w:t>
      </w:r>
      <w:r>
        <w:t>fiqah ischool jo bane, woh baad ke zamanay mein bane, pehle zamanay mein nahin bane, jab ke woh saaray firqay jo ischool ko le kar ke fiqah ischool bane hain, woh us se pehle maujood thay,</w:t>
      </w:r>
    </w:p>
    <w:p>
      <w:pPr>
        <w:jc w:val="right"/>
      </w:pPr>
      <w:r>
        <w:t>فقہیاسکولجو بنے، وہ بعد کےزمان ےمیںبنے، پہلے زمانےمیںنہیںبنے، جب کہوہسارےفرقجو جسکولےلےکرکےفقہیاسکولبنےہیں،وہاسسےپہلےموجود تھے،</w:t>
      </w:r>
    </w:p>
    <w:p>
      <w:r>
        <w:rPr>
          <w:b/>
        </w:rPr>
        <w:t xml:space="preserve">[45:55] </w:t>
      </w:r>
      <w:r>
        <w:t>pehle hi maujood thay. to pehle kyun nahin bane? kyunke woh ischool lete thay tan o ke maanim mein, tause ke maanim mein, yaani divorce take maanim mein. yeh bhi theek hai, woh bhi theek hai, yeh bhi theek hai, woh bhi theek hai.</w:t>
      </w:r>
    </w:p>
    <w:p>
      <w:pPr>
        <w:jc w:val="right"/>
      </w:pPr>
      <w:r>
        <w:t>پہلے ہیموجود تھے۔ تو پہلے کیوںنہیںبنے؟ کیونکہ وہاسکولیتےتھے تن وع کے معنیمیں،توسعکےمعنیمیں،یعنی ڈائیورس ٹیکےمعنیمیں۔یہبھیٹھیکہے،وہبھیٹھیکہے، یہبھیٹھیکہے،وہبھیٹھیکہے۔</w:t>
      </w:r>
    </w:p>
    <w:p>
      <w:r>
        <w:rPr>
          <w:b/>
        </w:rPr>
        <w:t xml:space="preserve">[46:13] </w:t>
      </w:r>
      <w:r>
        <w:t>ab jaise main aap se arz karoon ke aap kisi fiqah se masla poochne jayen kaha agar main namaz parhoon aur sajday mein mujh par kuch kaifiyat taari ho to main apni language mein dua kar sakta hoon?</w:t>
      </w:r>
    </w:p>
    <w:p>
      <w:pPr>
        <w:jc w:val="right"/>
      </w:pPr>
      <w:r>
        <w:t>ابجیسےمیں آپ سےعرضکروں کہآپکسی فقیہسےمسئلہپوچھنےجائیں کہاگر میں نمازپڑھوں اورسجدےمیںمجھپر کچھ کیفیتطاریہو تو میں اپنی لینگویجمیںدعاکرسکتاہوں؟</w:t>
      </w:r>
    </w:p>
    <w:p>
      <w:r>
        <w:rPr>
          <w:b/>
        </w:rPr>
        <w:t xml:space="preserve">[46:28] </w:t>
      </w:r>
      <w:r>
        <w:t>kahin nahin to kahega to to woh ho jayegi, tumhari namaz hi kharab ho jayegi. yeh kyun hai? form ki wajah se,</w:t>
      </w:r>
    </w:p>
    <w:p>
      <w:pPr>
        <w:jc w:val="right"/>
      </w:pPr>
      <w:r>
        <w:t>کہیںنہیںتو کہےگاتوتو وہہوجائےگی، تمہاری نمازہیخرابہوجائےگی۔ یہکیوںہے؟فارمکیوجہ سے،</w:t>
      </w:r>
    </w:p>
    <w:p>
      <w:r>
        <w:rPr>
          <w:b/>
        </w:rPr>
        <w:t xml:space="preserve">[46:36] </w:t>
      </w:r>
      <w:r>
        <w:t>yeh form ki wajah se, kyunke isi ko samajhte hain ke wahi qaidah, wahi lafz bole to dua to yaani sahi form hai, nahin to form hi galat ho gaya.</w:t>
      </w:r>
    </w:p>
    <w:p>
      <w:pPr>
        <w:jc w:val="right"/>
      </w:pPr>
      <w:r>
        <w:t>یہ فارمکیوجہسے،کیونکہاسیکو سمجھتےہیںکہ وہی قیدیہ،وہیلفظبولےتودعا تو یعنی صحیحفارمہے،نہیںتو فارمہیغلطہوگیا۔</w:t>
      </w:r>
    </w:p>
    <w:p>
      <w:r>
        <w:rPr>
          <w:b/>
        </w:rPr>
        <w:t xml:space="preserve">[46:50] </w:t>
      </w:r>
      <w:r>
        <w:t>halanke main samajhta hoon ke jab jazbat ka wufur ho to yeh woh jazbat ka wufur thaharna nahin hai. woh woh balajaga aapke muttering mein kuch ehsasat zahir hote hain,</w:t>
      </w:r>
    </w:p>
    <w:p>
      <w:pPr>
        <w:jc w:val="right"/>
      </w:pPr>
      <w:r>
        <w:t>حالانکہمیںسمجھتاہوںکہ جب جذبات کاوفورہو تو یہ وہ جذبات کاوفورتھمتانہیںہے۔ وہوہبلاجگہآپکےمدرٹنگمیںکچھ احساساتظاہرہوتےہیں،</w:t>
      </w:r>
    </w:p>
    <w:p>
      <w:r>
        <w:rPr>
          <w:b/>
        </w:rPr>
        <w:t xml:space="preserve">[47:04] </w:t>
      </w:r>
      <w:r>
        <w:t>woh bohat hi oonchi baat hai, woh agar aisa ho to. lekin fiqah mein jo form par base karti hai, banaya gaya, wahan par koi g</w:t>
      </w:r>
    </w:p>
    <w:p>
      <w:pPr>
        <w:jc w:val="right"/>
      </w:pPr>
      <w:r>
        <w:t>وہ بہت ہی اونچیباتہے،وہ اگر ایساہوتو۔ لیکن فقہمیںجو فارم پربیسکرتیہے،بنایاگیا، وہاںپرکوئیگ</w:t>
      </w:r>
    </w:p>
    <w:p>
      <w:r>
        <w:rPr>
          <w:b/>
        </w:rPr>
        <w:t xml:space="preserve">[47:16] </w:t>
      </w:r>
      <w:r>
        <w:t>najation nahin hai. yahan tak ke yahi yahan tak pohancha yeh mamla ke khutba jo hota hai logon ka address karne ke liye, jo log wahan baithe hue hain, jo audience hai, unko kuch batane ke liye hota hai. uske baad ismein bhi bohat zabardast ikhtilaf hai ke kya aap kisi aur zuban mein khutba de sakte hain?</w:t>
      </w:r>
    </w:p>
    <w:p>
      <w:pPr>
        <w:jc w:val="right"/>
      </w:pPr>
      <w:r>
        <w:t>نجائشنہیں۔یہاںتککہیہیہاںتک پہنچایہمعاملہ کہ خط بہجو ہوتاہے لوگوںکاایڈریسکرنےکےلیے، جو لوگ وہاںبیٹھےہوئےہیں،جوآڈینسہے، انکوکچھبت انےکےلیےہوتاہے۔اسکے بعد اسمیں بھیبہت زبردستاختلافہے کہکیا آپکسی اور زبان میںخطبہدےسکتےہیں؟</w:t>
      </w:r>
    </w:p>
    <w:p>
      <w:r>
        <w:rPr>
          <w:b/>
        </w:rPr>
        <w:t xml:space="preserve">[47:34] </w:t>
      </w:r>
      <w:r>
        <w:t>to ek ischool woh hai jo sirf Arabi zuban mein khutba dene ko lazim manta hai, kisi aur zuban mein khutba nahin de sakte. aap</w:t>
      </w:r>
    </w:p>
    <w:p>
      <w:pPr>
        <w:jc w:val="right"/>
      </w:pPr>
      <w:r>
        <w:t>تو ایک اسکولوہہےجوصرف عربیزبان میںخطبہدینےکو لازم مانتاہے، کسیاور زبان میںخطبہنہیںدےسکتے۔آپ</w:t>
      </w:r>
    </w:p>
    <w:p>
      <w:r>
        <w:rPr>
          <w:b/>
        </w:rPr>
        <w:t xml:space="preserve">[47:44] </w:t>
      </w:r>
      <w:r>
        <w:t>ekjoohe mainorṭimein kuch log aise hain jo ke maa yani doosri zuban mein khutba dene ko jaiz samajhte hain, kyunke yahan pe farq wohi form ka masla hai.</w:t>
      </w:r>
    </w:p>
    <w:p>
      <w:pPr>
        <w:jc w:val="right"/>
      </w:pPr>
      <w:r>
        <w:t>ایکجوہے مائنورٹیمیںکچھلوگایسےہیںجوکہ ماںیعنی دوسریزبان میںخطبہدینےکوجائزسمجھتےہیں،کیونکہیہاںپہفرقوہیفارمکامسئلہہے۔</w:t>
      </w:r>
    </w:p>
    <w:p>
      <w:r>
        <w:rPr>
          <w:b/>
        </w:rPr>
        <w:t xml:space="preserve">[47:54] </w:t>
      </w:r>
      <w:r>
        <w:t>halanke khutba kya hota hai? khutba to ek speech hai, address hai, logon ko samjhana batana hai. to extreme par chale aate hain log, yani form ke maamle mein extreme par chale gaye, woh extreme par chale gaye. woh</w:t>
      </w:r>
    </w:p>
    <w:p>
      <w:pPr>
        <w:jc w:val="right"/>
      </w:pPr>
      <w:r>
        <w:t>حالانکہخطبہکیاہوتاہے؟خطبہتوایک اسپیچہے، ایڈریسہے، لوگوںکوسمجھانابتاناہے۔ تو ایکسٹریمپرچلےآتےہیںلوگ ،یعنی فارمکےمعاملےمیںایکسٹریمپر چلےگئے،وہ ایکسٹریمپہچلےگئے۔وہ</w:t>
      </w:r>
    </w:p>
    <w:p>
      <w:r>
        <w:rPr>
          <w:b/>
        </w:rPr>
        <w:t xml:space="preserve">[48:13] </w:t>
      </w:r>
      <w:r>
        <w:t>imam abu hanifa jo the,</w:t>
      </w:r>
    </w:p>
    <w:p>
      <w:pPr>
        <w:jc w:val="right"/>
      </w:pPr>
      <w:r>
        <w:t>امامابوحنیفہجو تھے،</w:t>
      </w:r>
    </w:p>
    <w:p>
      <w:r>
        <w:rPr>
          <w:b/>
        </w:rPr>
        <w:t xml:space="preserve">[48:18] </w:t>
      </w:r>
      <w:r>
        <w:t>woh unka zaati masla yeh tha ke agar ek shakhs no-muslim hai to usko yaad de dete ke farsi zuban mein namaz parh le. woh aa ja agar agar aap kahein kaheen se to kahega ke yeh kaun si namaz hai?</w:t>
      </w:r>
    </w:p>
    <w:p>
      <w:pPr>
        <w:jc w:val="right"/>
      </w:pPr>
      <w:r>
        <w:t>وہانکا ذاتی مسئلہیہتھاکہاگر ایکشخص نومسلمہے تو اسکو یاددےدیتےکہ فارسیزبانمیںنمازپڑھلے۔وہ آجاگر اگرآپ کہیںکہیںسے تو کہےگاکہیہکونسینمازہے؟</w:t>
      </w:r>
    </w:p>
    <w:p>
      <w:r>
        <w:rPr>
          <w:b/>
        </w:rPr>
        <w:t xml:space="preserve">[48:32] </w:t>
      </w:r>
      <w:r>
        <w:t>ke aap kahein ke kabhi hindi zuban mein namaz parh lo. halanke imam abu hanifa jo the, unhone yeh kaha tha ke farsi zuban mein no-muslim ko yaad dena chahiye ke namaz parh le. woh</w:t>
      </w:r>
    </w:p>
    <w:p>
      <w:pPr>
        <w:jc w:val="right"/>
      </w:pPr>
      <w:r>
        <w:t>کہآپکہیںکہکبھیہندیزبانمیںنمازپڑھلو۔ حالانکہامامابوحنیفہجوتھے،انہوںنےیہکہاتھاکہفارسیزبان میں نومسلمکویاددیناچاہیےکہنمازپڑھلے۔وہ</w:t>
      </w:r>
    </w:p>
    <w:p>
      <w:r>
        <w:rPr>
          <w:b/>
        </w:rPr>
        <w:t xml:space="preserve">[48:43] </w:t>
      </w:r>
      <w:r>
        <w:t>to woh log jo the, ek baat aur bhi samajhna chahiye ke jo woh us zamane ke jo fiqh log the, fuqaha, wahan par extreme nahi aaya tha, yeh ab jo aaya hua hai, ab jo bohat hi alag alag school ban gaye hain, aisa tha us waqt us zamane mein nahi tha.</w:t>
      </w:r>
    </w:p>
    <w:p>
      <w:pPr>
        <w:jc w:val="right"/>
      </w:pPr>
      <w:r>
        <w:t>تو وہلوگجو تھے، ایکباتاوربھیسمجھناچاہیےکہجو وہ اسزمانےکےجوفقیہلوگتھے،فقہاء، وہاںپر ایکسٹریمزمنہیںآیاتھا، یہ ابجوآیاہواہے، ابجو بہت ہی الگالگ اسکولبنگئےہیں،ایساتھا اسوقت اسزمانےمیںنہیںتھا۔</w:t>
      </w:r>
    </w:p>
    <w:p>
      <w:r>
        <w:rPr>
          <w:b/>
        </w:rPr>
        <w:t xml:space="preserve">[49:04] </w:t>
      </w:r>
      <w:r>
        <w:t>chunanche mash ho rahe hain ke imam shafi gaye imam abu hanifa ki qabr par to wahan unhone is imam ke peeche namaz parhi jo unke maslak ke mutabiq parhta tha namaz, halanke apni kitaab mein likh rakha hai unhone ke namaz is tarah parhna chahiye.</w:t>
      </w:r>
    </w:p>
    <w:p>
      <w:pPr>
        <w:jc w:val="right"/>
      </w:pPr>
      <w:r>
        <w:t>چنانچہمش ہورہےکہامامشافعی گئے امامابوحنیفہکیقبرپر تو وہاںانہوںنے اس امامکےپیچھےنمازپڑھیجوانکےمسلککےمطابقپڑھتاتھانماز،حالانکہاپنیکتاب میںلکھرکھاہےانہوںنے کہ نمازاسطرحپڑھناچاہیے۔</w:t>
      </w:r>
    </w:p>
    <w:p>
      <w:r>
        <w:rPr>
          <w:b/>
        </w:rPr>
        <w:t xml:space="preserve">[49:19] </w:t>
      </w:r>
      <w:r>
        <w:t>to woh log extreme nahi the, lekin dekhiye jab bhi koi cheez mazhab mein nikali jayegi to bahar woh ghulu tak pahunchti hai, ghulu tak yani extremism tak pahunchti hai.</w:t>
      </w:r>
    </w:p>
    <w:p>
      <w:pPr>
        <w:jc w:val="right"/>
      </w:pPr>
      <w:r>
        <w:t>تووہلوگ ایکسٹریمسٹنہیںتھے، لیکن دیکھیے جب بھی کوئیچیز مذہبمیں نکالیجائےگی تو باہروہغلوتکپہنچتیہے، غلوتک یعنیایکسٹریمزمتکپہنچتیہے۔</w:t>
      </w:r>
    </w:p>
    <w:p>
      <w:r>
        <w:rPr>
          <w:b/>
        </w:rPr>
        <w:t xml:space="preserve">[49:34] </w:t>
      </w:r>
      <w:r>
        <w:t>jin fuqaha ne yeh alag alag school banaye, khud to woh extreme nahi the, woh lekin unhe jaanna chahiye tha ke mazhab mein hamesha ghulu hota hai, hamesha extremism aa jata hai baad ke zamane mein,</w:t>
      </w:r>
    </w:p>
    <w:p>
      <w:pPr>
        <w:jc w:val="right"/>
      </w:pPr>
      <w:r>
        <w:t>جن فقہاءنے یہ الگالگ اسکولبنائے، خود تووہایکسٹریمسٹنہیںتھے،وہ لیکن انہیں جانناچاہیےتھاکہ مذہبمیںہمیشہ غلوہوتاہے،ہمیشہایکسٹریمزمآجاتاہےبعدکےزمانےمیں،</w:t>
      </w:r>
    </w:p>
    <w:p>
      <w:r>
        <w:rPr>
          <w:b/>
        </w:rPr>
        <w:t xml:space="preserve">[49:50] </w:t>
      </w:r>
      <w:r>
        <w:t>yeh aana hi aana hai. woh</w:t>
      </w:r>
    </w:p>
    <w:p>
      <w:pPr>
        <w:jc w:val="right"/>
      </w:pPr>
      <w:r>
        <w:t>یہآناہیآناہے۔ وہ</w:t>
      </w:r>
    </w:p>
    <w:p>
      <w:r>
        <w:rPr>
          <w:b/>
        </w:rPr>
        <w:t xml:space="preserve">[49:54] </w:t>
      </w:r>
      <w:r>
        <w:t>aur yeh har mazhab mein aata hai, har mazhab mein aa chuka hai,</w:t>
      </w:r>
    </w:p>
    <w:p>
      <w:pPr>
        <w:jc w:val="right"/>
      </w:pPr>
      <w:r>
        <w:t>اوریہہرمذہبمیںآتاہے، ہرمذہبمیںآچکاہے،</w:t>
      </w:r>
    </w:p>
    <w:p>
      <w:r>
        <w:rPr>
          <w:b/>
        </w:rPr>
        <w:t xml:space="preserve">[50:01] </w:t>
      </w:r>
      <w:r>
        <w:t>har mazhab mein aa chuka hai.</w:t>
      </w:r>
    </w:p>
    <w:p>
      <w:pPr>
        <w:jc w:val="right"/>
      </w:pPr>
      <w:r>
        <w:t>ہرمذہبمیںآچکاہے۔</w:t>
      </w:r>
    </w:p>
    <w:p>
      <w:r>
        <w:rPr>
          <w:b/>
        </w:rPr>
        <w:t xml:space="preserve">[50:04] </w:t>
      </w:r>
      <w:r>
        <w:t>kyun? shuru mein jo log is mazhab ka yeh masla banate hain to woh to samajhte hain ke bhai yeh ek masla hai sirf, kyunke baad ke log jo hain woh yeh samajh nahi paate to ghulu karne lagte hain. woh yani bohat zyada iske form ki bohat zyada pabandi agar nahi ki to huwa kaam nahi huwa, phir ibadat nahi hui.</w:t>
      </w:r>
    </w:p>
    <w:p>
      <w:pPr>
        <w:jc w:val="right"/>
      </w:pPr>
      <w:r>
        <w:t>کیوں ؟ شروع میں جو لوگ اس مذہبکاوہمسئلہبناتےہیں تو وہتوسمجھتےہیںکہبھئییہایکمسئلہہےصرف ،کیونکہبعد کےلوگجوہیں وہیہسمجھنہیںپاتے تو غلوکرنےلگتےہیں۔وہیعنیبہتزیادہ اسکے فارمکی بہتزیادہ پابندی اگر نہیں کیتو ہوا کامہینہیںہوا،پھرعبادتہینہیںہوئی ۔</w:t>
      </w:r>
    </w:p>
    <w:p>
      <w:r>
        <w:rPr>
          <w:b/>
        </w:rPr>
        <w:t xml:space="preserve">[50:26] </w:t>
      </w:r>
      <w:r>
        <w:t>to fuqaha ke apne zamane mein agarche aajkal ki tarah se ghulu nahi tha, yani extremist extremist nahi tha, us zamane mein log yani itna sakhti nahi karte the ke aisa kiya to namaz nahi hui, waisa kiya to namaz nahi hui.</w:t>
      </w:r>
    </w:p>
    <w:p>
      <w:pPr>
        <w:jc w:val="right"/>
      </w:pPr>
      <w:r>
        <w:t>تو فقہاءکے اپنے زمان ےمیں اگر چہ آجکل کیطرحسے غلونہیںتھا، یعنی ایکسٹریمسٹ ایکسٹریمسٹنہیںتھا،اسزمان ےمیں لوگ یعنی اتناسختینہیںکرتے تھےکہایساکیاتونمازہینہیںہوئی،ویساکیاتونمازہینہیںہوئی۔</w:t>
      </w:r>
    </w:p>
    <w:p>
      <w:r>
        <w:rPr>
          <w:b/>
        </w:rPr>
        <w:t xml:space="preserve">[50:45] </w:t>
      </w:r>
      <w:r>
        <w:t>lekin dheere dheere dheere dheere sab set ho gaya jab to ghulu aa gaya. log samajhne samajhne lage ke aisa kiya to namaz nahi hogi, waisa kiya to namaz nahi hogi.</w:t>
      </w:r>
    </w:p>
    <w:p>
      <w:pPr>
        <w:jc w:val="right"/>
      </w:pPr>
      <w:r>
        <w:t>لیکن دھیرےدھیرےدھیرےدھیرےسب سیٹہوگیاجب تو غلوآگیا۔ لوگ سمجھنے سمجھنےلگےکہ ایسا کیاتونمازنہیںہوگی،ویساکیاتونمازنہیںہوگی۔</w:t>
      </w:r>
    </w:p>
    <w:p>
      <w:r>
        <w:rPr>
          <w:b/>
        </w:rPr>
        <w:t xml:space="preserve">[50:55] </w:t>
      </w:r>
      <w:r>
        <w:t>jaise misaal ke taur par maine dekha</w:t>
      </w:r>
    </w:p>
    <w:p>
      <w:pPr>
        <w:jc w:val="right"/>
      </w:pPr>
      <w:r>
        <w:t>جیسےمثالکےطورپر میںنےدیکھا</w:t>
      </w:r>
    </w:p>
    <w:p>
      <w:r>
        <w:rPr>
          <w:b/>
        </w:rPr>
        <w:t xml:space="preserve">[50:57] </w:t>
      </w:r>
      <w:r>
        <w:t>kai baar ke ek naujawan aata hai masjid mein, uske sar pe topi nahi hai, ab woh namaz mein khada ho jata hai.</w:t>
      </w:r>
    </w:p>
    <w:p>
      <w:pPr>
        <w:jc w:val="right"/>
      </w:pPr>
      <w:r>
        <w:t>کئیبار کہایکنوجوانآتاہےمسجدمیں، اسکےسرپہٹوپینہیںہے، ابوہنمازمیںکھڑاہوجاتاہے۔</w:t>
      </w:r>
    </w:p>
    <w:p>
      <w:r>
        <w:rPr>
          <w:b/>
        </w:rPr>
        <w:t xml:space="preserve">[51:09] </w:t>
      </w:r>
      <w:r>
        <w:t>ab ek sahab bohat hi isko dekhte the ke bohat hi bohat hi galat koi kaam kar raha hai, daud kar kahan dhoond dhaand ke ek topi laate hain, uske sar pe rakhte hain. isko yeh extremism hai, yeh</w:t>
      </w:r>
    </w:p>
    <w:p>
      <w:pPr>
        <w:jc w:val="right"/>
      </w:pPr>
      <w:r>
        <w:t>اب ایک صاحب بہت ہیاسکودیکھتےتھےکہبہت ہی بہتہیغلطکوئیکامکررہاہے، دوڑکرکہاںڈھونڈڈھاڑکےایکٹوپیلاتےہیں،اسسرپہرکھتےہیں۔اسکو یہ ایکسٹریمزمہے،یہ</w:t>
      </w:r>
    </w:p>
    <w:p>
      <w:r>
        <w:rPr>
          <w:b/>
        </w:rPr>
        <w:t xml:space="preserve">[51:25] </w:t>
      </w:r>
      <w:r>
        <w:t>topi rakh kar bhi namaz ho jayegi, topi ke baghair bhi namaz ho jayegi.</w:t>
      </w:r>
    </w:p>
    <w:p>
      <w:pPr>
        <w:jc w:val="right"/>
      </w:pPr>
      <w:r>
        <w:t>ٹوپیرکھ کربھینمازہوجائےگی،ٹوپی کےبغیربھینمازہوجائےگی۔</w:t>
      </w:r>
    </w:p>
    <w:p>
      <w:r>
        <w:rPr>
          <w:b/>
        </w:rPr>
        <w:t xml:space="preserve">[51:32] </w:t>
      </w:r>
      <w:r>
        <w:t>lekin in logon ka ek ek naqsha bana hua hai ke topi sar pe nahi hai to koi namaz nahi hai.</w:t>
      </w:r>
    </w:p>
    <w:p>
      <w:pPr>
        <w:jc w:val="right"/>
      </w:pPr>
      <w:r>
        <w:t>لیکن انلوگوںکا ایک ایک نقشہبناہواہےکہ ٹوپیسرپرنہیںہےتوکو ئینمازینہیںہے۔</w:t>
      </w:r>
    </w:p>
    <w:p>
      <w:r>
        <w:rPr>
          <w:b/>
        </w:rPr>
        <w:t xml:space="preserve">[51:40] </w:t>
      </w:r>
      <w:r>
        <w:t>ab misaal ke taur par main ek hadith arz karoon ke hadith mein aata hai ke sallallahu alaihi wasallam munta'al waghera munta'al rasoolullahi sallallahu alaihi wasallam ne namaz parhi joote pehne hue bhi, joote utaar kar bhi.</w:t>
      </w:r>
    </w:p>
    <w:p>
      <w:pPr>
        <w:jc w:val="right"/>
      </w:pPr>
      <w:r>
        <w:t>ابمثالکےطورپرمیںایکحدیث عرضکروں کہ حدیثمیںآتاہےکہ صلیاللہعلیہوسلم منت عل وغیرہمنت علرس ولاللہصلیاللہعلیہوسلمنے نمازپڑھی جوتاپہنےہوئےبھی،جوتااتارکربھی۔</w:t>
      </w:r>
    </w:p>
    <w:p>
      <w:r>
        <w:rPr>
          <w:b/>
        </w:rPr>
        <w:t xml:space="preserve">[51:56] </w:t>
      </w:r>
      <w:r>
        <w:t>ab aaj aap masjid mein jayein, joote pehan ke namaz padhein to log kahenge yeh kaun si namaz hai bhai? phir joote utaar pehle. halanke yeh hadith maujood hai ke rasoolullah sallallahu alaihi wasallam ne joote pehan ke bhi namaz parhi, joote utaar ke bhi namaz parhi.</w:t>
      </w:r>
    </w:p>
    <w:p>
      <w:pPr>
        <w:jc w:val="right"/>
      </w:pPr>
      <w:r>
        <w:t>ابآجآپ مسجدمیںجائیں،جوتاپہنکےنمازپڑھیںتولوگکہیںگےیہکونسینمازہےبھئی؟ پھرجوتااتاروپہلے۔ حالانکہیہحدیثموجود ہے کہرسولاللہصلیاللہعلیہوسلمنےجوتاپہنکےبھینمازپڑھی،جوتااتارکےبھینمازپڑھی۔</w:t>
      </w:r>
    </w:p>
    <w:p>
      <w:r>
        <w:rPr>
          <w:b/>
        </w:rPr>
        <w:t xml:space="preserve">[52:11] </w:t>
      </w:r>
      <w:r>
        <w:t>to form baad ke zamane mein formi ko log asal samajh lete hain, jo shift of emphasis hua us zamane mein badhte badhte ab extremism tak pahunch gaya.</w:t>
      </w:r>
    </w:p>
    <w:p>
      <w:pPr>
        <w:jc w:val="right"/>
      </w:pPr>
      <w:r>
        <w:t>تو فارم بعد کےزمان ےمیں فارمی کولوگاصلسمجھلیتےہیں، جو شفٹآفایمفیسزہوااسزمانےمیں بڑھتےبڑھتےابایکسٹریمزمتکپہنچگیا۔</w:t>
      </w:r>
    </w:p>
    <w:p>
      <w:r>
        <w:rPr>
          <w:b/>
        </w:rPr>
        <w:t xml:space="preserve">[52:22] </w:t>
      </w:r>
      <w:r>
        <w:t>woh ab jo maamla hai woh extremism ka maamla hai, iski wajah se log jaan daar namazon se mehroom hain,</w:t>
      </w:r>
    </w:p>
    <w:p>
      <w:pPr>
        <w:jc w:val="right"/>
      </w:pPr>
      <w:r>
        <w:t>وہ ابجومعاملہہےوہایکسٹریمزمکامعاملہہے، اسکیوجہ سےلوگ جان دار نمازوںسےمحرومہیں،</w:t>
      </w:r>
    </w:p>
    <w:p>
      <w:r>
        <w:rPr>
          <w:b/>
        </w:rPr>
        <w:t xml:space="preserve">[52:35] </w:t>
      </w:r>
      <w:r>
        <w:t>jaan daar namazon se mehroom hain.</w:t>
      </w:r>
    </w:p>
    <w:p>
      <w:pPr>
        <w:jc w:val="right"/>
      </w:pPr>
      <w:r>
        <w:t>جان دارنمازوںسےمحرومہیں۔</w:t>
      </w:r>
    </w:p>
    <w:p>
      <w:r>
        <w:rPr>
          <w:b/>
        </w:rPr>
        <w:t xml:space="preserve">[52:38] </w:t>
      </w:r>
      <w:r>
        <w:t>yani woh namaz ke jab insan khara ho to use lage ke sachmuch woh rab al alameen ke samne khara hua hai.</w:t>
      </w:r>
    </w:p>
    <w:p>
      <w:pPr>
        <w:jc w:val="right"/>
      </w:pPr>
      <w:r>
        <w:t>یعنیوہنماز کہجب انسان کھڑاہو تو اسےلگےکہسچمچوہ ربالعالمینکےسامنےکھڑاہواہے۔</w:t>
      </w:r>
    </w:p>
    <w:p>
      <w:r>
        <w:rPr>
          <w:b/>
        </w:rPr>
        <w:t xml:space="preserve">[52:50] </w:t>
      </w:r>
      <w:r>
        <w:t>jab woh khara ho to sachmuch aesa lage usko ke mein rab al alameen ke samne khara hua hoon. Iske jism mein kapkapi tari ho jaye, iske badan ke rongte khare ho jayein, iske dimagh mein halchal paida ho jaye.</w:t>
      </w:r>
    </w:p>
    <w:p>
      <w:pPr>
        <w:jc w:val="right"/>
      </w:pPr>
      <w:r>
        <w:t>جب وہکھڑاہو تو سچمچایسالگےاسکوکہمیںربالعالمینکےسامنےکھڑاہواہوں۔ اسکےجسممیںکپکپیطاریہوجائے، اسکےبدنکےرونگٹےکھڑےہوجائیں، اسکےدماغمیںہلچلپیداہوجائے۔</w:t>
      </w:r>
    </w:p>
    <w:p>
      <w:r>
        <w:rPr>
          <w:b/>
        </w:rPr>
        <w:t xml:space="preserve">[53:03] </w:t>
      </w:r>
      <w:r>
        <w:t>Aesi namaz logon ko hasil nahi hoti.</w:t>
      </w:r>
    </w:p>
    <w:p>
      <w:pPr>
        <w:jc w:val="right"/>
      </w:pPr>
      <w:r>
        <w:t>ایسینمازلوگوںکوحاصل نہیںہوتی۔</w:t>
      </w:r>
    </w:p>
    <w:p>
      <w:r>
        <w:rPr>
          <w:b/>
        </w:rPr>
        <w:t xml:space="preserve">[53:09] </w:t>
      </w:r>
      <w:r>
        <w:t>Ek zamane mein mein tha Rampur mein to wahan jehrin namazein mein padhta tha. Mein yani Isha ki aur Fajr ki do namazein mein padhaya karta tha, jisko jehrin namaz kehte hain.</w:t>
      </w:r>
    </w:p>
    <w:p>
      <w:pPr>
        <w:jc w:val="right"/>
      </w:pPr>
      <w:r>
        <w:t>ایک زمانےمیںمیںتھارامپورمیںتووہاں جہرینمازیںمیںپڑھاتاتھا۔میںیعنی عشاءکیاور فجر کی دونمازیںمیںپڑھایاکرتاتھا، جسکوجہرینمازکہتےہیں۔</w:t>
      </w:r>
    </w:p>
    <w:p>
      <w:r>
        <w:rPr>
          <w:b/>
        </w:rPr>
        <w:t xml:space="preserve">[53:24] </w:t>
      </w:r>
      <w:r>
        <w:t>To Fajr ki namaz mein thori si lambi qirat hoti thi, to mein jab qirat karta tha to kai bar aesa hota hai ke meri aankhon mein aansu aansu aa jata tha.</w:t>
      </w:r>
    </w:p>
    <w:p>
      <w:pPr>
        <w:jc w:val="right"/>
      </w:pPr>
      <w:r>
        <w:t>تو فجرکینمازمیںتھوڑیسیلمبیقرأتہوتیتھی، تو میںجبقرأتکرتاتھا تو کئیبارایساہوتاہےکہمیریآنکھوںمیںآنسوآنسوآجاتا تھا۔</w:t>
      </w:r>
    </w:p>
    <w:p>
      <w:r>
        <w:rPr>
          <w:b/>
        </w:rPr>
        <w:t xml:space="preserve">[53:34] </w:t>
      </w:r>
      <w:r>
        <w:t>To ek sahib jo namaz padhte the, bohat pabandi se, wahan unhone aitraz kiya ispar ke yeh kaun si namaz hai ke awam sahib jo hain woh namaz mein rone lagte hain.</w:t>
      </w:r>
    </w:p>
    <w:p>
      <w:pPr>
        <w:jc w:val="right"/>
      </w:pPr>
      <w:r>
        <w:t>توایکصاحبجونمازپڑھتےتھے،بہت پابندیسے،وہاں انہوںنے اعتراضکیا اسپرکہیہکونسینمازہے کہعوامصاحبجوہیںوہ نمازمیںرونےلگتےہیں۔</w:t>
      </w:r>
    </w:p>
    <w:p>
      <w:r>
        <w:rPr>
          <w:b/>
        </w:rPr>
        <w:t xml:space="preserve">[53:45] </w:t>
      </w:r>
      <w:r>
        <w:t>Unke samajh mein nahi aata tha ke namaz mein rona kya hai. Form pura kar li to bas namaz ho gayi, yahan tak ke unhone wahan aana chhod diya.</w:t>
      </w:r>
    </w:p>
    <w:p>
      <w:pPr>
        <w:jc w:val="right"/>
      </w:pPr>
      <w:r>
        <w:t>انکےسمجھمیںنہیںآتاتھاکہ نمازمیںروناکیاہے۔ فارمپوراکرلیاتو بسنمازہوگئی ، یہاںتککہانہوںنےوہاں آناچھوڑدیا۔</w:t>
      </w:r>
    </w:p>
    <w:p>
      <w:r>
        <w:rPr>
          <w:b/>
        </w:rPr>
        <w:t xml:space="preserve">[53:57] </w:t>
      </w:r>
      <w:r>
        <w:t>Wahan par jo uske masjid ke jo nazim the, Maulana Abdul Hayi sahib, usse unhone aitraz kiya to unhone kaha ke bhai bhai ke yeh to woh yeh to hum samajh mein nahi aata.</w:t>
      </w:r>
    </w:p>
    <w:p>
      <w:pPr>
        <w:jc w:val="right"/>
      </w:pPr>
      <w:r>
        <w:t>وہاںپرجواسکے مسجدکےجوناظمتھے، مولاناعبدالحیصاحب، اسسےانہوںنےاعتراضکیا توانہوںنےکہاکہبھئیبھئی کہیہتوہمیہتوہمسمجھمیںنہیںآتا۔</w:t>
      </w:r>
    </w:p>
    <w:p>
      <w:r>
        <w:rPr>
          <w:b/>
        </w:rPr>
        <w:t xml:space="preserve">[54:08] </w:t>
      </w:r>
      <w:r>
        <w:t>To Abdul Hayi sahib ne kaha ke nahi bhai theek hai, jo padhate hain woh namaz theek theek padhate hain. To woh namaz mein Fajr ke baad aana chhod diya, unhone kahin aur ja ke namaz padhne lage. Woh woh manos nahi the, woh familiar nahi the aesi namaz se jisme aadmi namaz mein rone lage, uski aankhon mein aansu aa jaye.</w:t>
      </w:r>
    </w:p>
    <w:p>
      <w:pPr>
        <w:jc w:val="right"/>
      </w:pPr>
      <w:r>
        <w:t>توعبدالحیصاحبنےکہاکہنہیںبھئیٹھیکہے،جوپڑھاتےہیںوہنمازٹھیکٹھیکپڑھاتےہیں۔ تو وہ نماز میں فجرکےبعد آناچھوڑدیا،انہوںنےکہیںاورجاکےنمازپڑھنےلگے۔وہ وہ مانوسنہیںتھے،وہفیمیلرنہیں تھےایسینمازسےجسمیںآدمی نماز میں رونےلگے،اسکیآنکھوںمیںآنسوآجائے۔</w:t>
      </w:r>
    </w:p>
    <w:p>
      <w:r>
        <w:rPr>
          <w:b/>
        </w:rPr>
        <w:t xml:space="preserve">[54:28] </w:t>
      </w:r>
      <w:r>
        <w:t>Woh sirf form ke poori tarah se kar lene ko namaz samajhte the aur kayfiyat ko isse jod kar nahi dekh pate the ke namaz ek kayfiyat wala amal hai.</w:t>
      </w:r>
    </w:p>
    <w:p>
      <w:pPr>
        <w:jc w:val="right"/>
      </w:pPr>
      <w:r>
        <w:t>وہ صرف فار م کے پوریطرحسے کرلینےکو نمازسمجھتےتھے اور کیفیاتکو اسسے جوڑکر نہیں دیکھپاتےتھے کہنمازایک کیفیتوالاعمل ہے۔</w:t>
      </w:r>
    </w:p>
    <w:p>
      <w:r>
        <w:rPr>
          <w:b/>
        </w:rPr>
        <w:t xml:space="preserve">[54:44] </w:t>
      </w:r>
      <w:r>
        <w:t>Yeh ek misaal nahi hai, yeh har jagah yeh mamla hai.</w:t>
      </w:r>
    </w:p>
    <w:p>
      <w:pPr>
        <w:jc w:val="right"/>
      </w:pPr>
      <w:r>
        <w:t>یہ ایکمثالنہیںہے،یہہرجگہیہمعاملہہے۔</w:t>
      </w:r>
    </w:p>
    <w:p>
      <w:r>
        <w:rPr>
          <w:b/>
        </w:rPr>
        <w:t xml:space="preserve">[54:49] </w:t>
      </w:r>
      <w:r>
        <w:t>Masjido mein aap jaiye, maslan jumme mein aap jaiye, wahan bohat log aate hain.</w:t>
      </w:r>
    </w:p>
    <w:p>
      <w:pPr>
        <w:jc w:val="right"/>
      </w:pPr>
      <w:r>
        <w:t>مسجدوںمیں آپ جائیے، مثلاًجمعہمیںآپجائیے،وہاںبہتلوگ آتےہیں۔</w:t>
      </w:r>
    </w:p>
    <w:p>
      <w:r>
        <w:rPr>
          <w:b/>
        </w:rPr>
        <w:t xml:space="preserve">[54:55] </w:t>
      </w:r>
      <w:r>
        <w:t>Namaz padhiye, namaz padh ke jab aap niklenge, jab aap dekhenge door ke bahar to koi ek shakhs bhi nahi milega aapko jo namaz ki baatein kar raha ho.</w:t>
      </w:r>
    </w:p>
    <w:p>
      <w:pPr>
        <w:jc w:val="right"/>
      </w:pPr>
      <w:r>
        <w:t>نمازپڑھیے، نمازپڑھکےجبآپنکلیںگے، جبآپ دیکھیںگے ڈورکےباہر تو کوئی ایک شخص بھینہیں ملےگاآپکو جو نمازکیباتیںکررہاہو۔</w:t>
      </w:r>
    </w:p>
    <w:p>
      <w:r>
        <w:rPr>
          <w:b/>
        </w:rPr>
        <w:t xml:space="preserve">[55:09] </w:t>
      </w:r>
      <w:r>
        <w:t>Har aadmi baatein kya kar raha hai? Koi dost ki, market ki, business ki, uski, uski kar raha hai. Bas kyun? Woh speed se namaz padhi nahi ho. Usne</w:t>
      </w:r>
    </w:p>
    <w:p>
      <w:pPr>
        <w:jc w:val="right"/>
      </w:pPr>
      <w:r>
        <w:t>ہرآدمی باتیںکیاکررہاہے؟ کوئیدوست کی،مارکیٹکی،بزنسکی، اسکی،اسکیکررہاہے۔بس کیوں؟وہ اسپیٹرنمازپڑھینہیںہو۔اسنے</w:t>
      </w:r>
    </w:p>
    <w:p>
      <w:r>
        <w:rPr>
          <w:b/>
        </w:rPr>
        <w:t xml:space="preserve">[55:20] </w:t>
      </w:r>
      <w:r>
        <w:t>Agar woh namaz padhi ho, usne woh jisne speed se bhari ho yeh to usiki baatein karega. Woh Sahaba Karam ke bare mein aata hai ke woh namaz jab padhte the</w:t>
      </w:r>
    </w:p>
    <w:p>
      <w:pPr>
        <w:jc w:val="right"/>
      </w:pPr>
      <w:r>
        <w:t>اگر وہنماز پڑھیہو،اسنےوہ جسنے اسپیٹسےبھریہوئیہو تو اسیکیباتکرےگا۔وہ صحابہکرامکےبارےمیںآتاہےکہوہنمازجبپڑھتےتھے</w:t>
      </w:r>
    </w:p>
    <w:p>
      <w:r>
        <w:rPr>
          <w:b/>
        </w:rPr>
        <w:t xml:space="preserve">[55:34] </w:t>
      </w:r>
      <w:r>
        <w:t>To namaz khatam ki, Rasool Allah (SAW) aam taur par namaz ke baad hath utha ke dua nahi karte the. Salam pher diya aur namaz khatam ho gayi.</w:t>
      </w:r>
    </w:p>
    <w:p>
      <w:pPr>
        <w:jc w:val="right"/>
      </w:pPr>
      <w:r>
        <w:t>تو نمازختم کی، رسولاللہصلیاللہعلیہوسلم عامطورپر نمازکےبعد ہاتھاٹھاکےدعانہیںکرتے تھے۔ سلامپھیردیااورنمازختمہوگئی۔</w:t>
      </w:r>
    </w:p>
    <w:p>
      <w:r>
        <w:rPr>
          <w:b/>
        </w:rPr>
        <w:t xml:space="preserve">[55:45] </w:t>
      </w:r>
      <w:r>
        <w:t>To Rasool Allah (SAW) ne salam pher diya aur namaz khatam ho gayi.</w:t>
      </w:r>
    </w:p>
    <w:p>
      <w:pPr>
        <w:jc w:val="right"/>
      </w:pPr>
      <w:r>
        <w:t>تو رسولاللہصلیاللہعلیہوسلمنے سلام پھیردیااورنمازختمہوگئی۔</w:t>
      </w:r>
    </w:p>
    <w:p>
      <w:r>
        <w:rPr>
          <w:b/>
        </w:rPr>
        <w:t xml:space="preserve">[55:50] </w:t>
      </w:r>
      <w:r>
        <w:t>To Sahaba jo the foran nahi uth jaate the ke yeh idhar namaz khatam hui, jaise uth kar ke bhagne lage. Chup chap kuch der tak baithe rehte the.</w:t>
      </w:r>
    </w:p>
    <w:p>
      <w:pPr>
        <w:jc w:val="right"/>
      </w:pPr>
      <w:r>
        <w:t>تو صحابہجوتھےف وراًنہیںاٹھجاتےتھے کہ یہادھرنمازختمہوئی،جیسےاٹھکرکے بھاگنےلگے۔ چپچاپ کچھدیرتکبیٹھےرہتےتھے۔</w:t>
      </w:r>
    </w:p>
    <w:p>
      <w:r>
        <w:rPr>
          <w:b/>
        </w:rPr>
        <w:t xml:space="preserve">[56:04] </w:t>
      </w:r>
      <w:r>
        <w:t>Phir jab uthte the</w:t>
      </w:r>
    </w:p>
    <w:p>
      <w:pPr>
        <w:jc w:val="right"/>
      </w:pPr>
      <w:r>
        <w:t>پھرجباٹھتےتھے</w:t>
      </w:r>
    </w:p>
    <w:p>
      <w:r>
        <w:rPr>
          <w:b/>
        </w:rPr>
        <w:t xml:space="preserve">[56:08] </w:t>
      </w:r>
      <w:r>
        <w:t>Aur aur gates se nikalte the to koi aapas mein baat nahi karta tha.</w:t>
      </w:r>
    </w:p>
    <w:p>
      <w:pPr>
        <w:jc w:val="right"/>
      </w:pPr>
      <w:r>
        <w:t>اور اور گیٹسےنکلتےتھے توکوئیآپسمیںباتنہیںکرتاتھا۔</w:t>
      </w:r>
    </w:p>
    <w:p>
      <w:r>
        <w:rPr>
          <w:b/>
        </w:rPr>
        <w:t xml:space="preserve">[56:16] </w:t>
      </w:r>
      <w:r>
        <w:t>Yeh bohat zyada sochne ki baat hai.</w:t>
      </w:r>
    </w:p>
    <w:p>
      <w:pPr>
        <w:jc w:val="right"/>
      </w:pPr>
      <w:r>
        <w:t>یہبہتزیادہسوچنےکیباتہے۔</w:t>
      </w:r>
    </w:p>
    <w:p>
      <w:r>
        <w:rPr>
          <w:b/>
        </w:rPr>
        <w:t xml:space="preserve">[56:19] </w:t>
      </w:r>
      <w:r>
        <w:t>Baghair baatein kiye hue khamoshi ke sath hum bikhro kachle aate the. Kyun? Jo padhi hai namaz mein, jo baatein padhi hain, unhone namaz mein jo zikr aur duayein ki hain, unhone unke dimagh par woh chhaya hua tha.</w:t>
      </w:r>
    </w:p>
    <w:p>
      <w:pPr>
        <w:jc w:val="right"/>
      </w:pPr>
      <w:r>
        <w:t>بغیر باتکیےہوئے خاموشیکےساتھ ہمبکھروکچلےآتےتھے۔ کیوں ؟ جو پڑھیہے نمازمیں،جوباتیںپڑھیہیں،انہوںنے نمازمیںجو ذکر اوردعائیںکیہیں،انہوںنے ان کےدماغپروہچھایاہواہوتاتھا۔</w:t>
      </w:r>
    </w:p>
    <w:p>
      <w:r>
        <w:rPr>
          <w:b/>
        </w:rPr>
        <w:t xml:space="preserve">[56:38] </w:t>
      </w:r>
      <w:r>
        <w:t>Namaz ke baad bhi isi ko soch rahe hain, isi ko sochte hue apne gharon ko ja rahe hain,</w:t>
      </w:r>
    </w:p>
    <w:p>
      <w:pPr>
        <w:jc w:val="right"/>
      </w:pPr>
      <w:r>
        <w:t>نمازکےبعد بھیاسیکوسوچرہےہیں، اسیکوسوچتےہوئےاپنےگھروںکوجارہےہیں،</w:t>
      </w:r>
    </w:p>
    <w:p>
      <w:r>
        <w:rPr>
          <w:b/>
        </w:rPr>
        <w:t xml:space="preserve">[56:47] </w:t>
      </w:r>
      <w:r>
        <w:t>Isi mein bilkul gum hain, inhi khayalon mein. Kyun ke woh namaz padhi thi unhone speed wali namaz. Ab kya hai? Aap kahin bhi dekh lijiye.</w:t>
      </w:r>
    </w:p>
    <w:p>
      <w:pPr>
        <w:jc w:val="right"/>
      </w:pPr>
      <w:r>
        <w:t>اسی میںبالکل گمہیں،انہیخیالات میں۔ کیونکہوہنمازپڑھیتھیاناسپیٹوالینماز۔ ابکیاہے؟ آپکہیںبھیدیکھلیجئے۔</w:t>
      </w:r>
    </w:p>
    <w:p>
      <w:r>
        <w:rPr>
          <w:b/>
        </w:rPr>
        <w:t xml:space="preserve">[56:58] </w:t>
      </w:r>
      <w:r>
        <w:t>Mein ek waqt America mein namaz padhe. America mein ek bar aesa hua ke mujhse kaha gaya jumme ki namaz padhane ke liye.</w:t>
      </w:r>
    </w:p>
    <w:p>
      <w:pPr>
        <w:jc w:val="right"/>
      </w:pPr>
      <w:r>
        <w:t>میں ایکوقتامریک ہمیں نمازپڑھے۔ امریک ہمیںایکبار ایساہوا کہمجھسےکہاگیا جمعہکینمازپڑھانےکےلیے۔</w:t>
      </w:r>
    </w:p>
    <w:p>
      <w:r>
        <w:rPr>
          <w:b/>
        </w:rPr>
        <w:t xml:space="preserve">[57:08] </w:t>
      </w:r>
      <w:r>
        <w:t>to maine mainne kaha ke dekhen jama hoke namaz mein nahin padhaunga, kyunke ek riwayat hai ke namaz woh padhaye jo maqami aadmi ho.</w:t>
      </w:r>
    </w:p>
    <w:p>
      <w:pPr>
        <w:jc w:val="right"/>
      </w:pPr>
      <w:r>
        <w:t>تو میںنے میںنےکہاکہدیکھیںجمع ہکینماز میںنہیںپڑھاؤںگا،کیونکہ ایکروایتہے کہ نمازوہپڑھائےجومق امیآدمیہو۔</w:t>
      </w:r>
    </w:p>
    <w:p>
      <w:r>
        <w:rPr>
          <w:b/>
        </w:rPr>
        <w:t xml:space="preserve">[57:20] </w:t>
      </w:r>
      <w:r>
        <w:t>sunan abu daud jo kitab hai, usmein yeh riwayat hai ke namaz padhaye woh aadmi jo maqami ho, local aadmi ho. to unhone naye maane meinne khada kar diya.</w:t>
      </w:r>
    </w:p>
    <w:p>
      <w:pPr>
        <w:jc w:val="right"/>
      </w:pPr>
      <w:r>
        <w:t>سننابیداؤدجوکتاب ہے،اسمیںیہروایتہےکہ نماز پڑھائےوہآدمیجومقامیہو،لوکل آدمیہو۔ توانہوںنےنئےمانےمیںنےکھڑاکردیا۔</w:t>
      </w:r>
    </w:p>
    <w:p>
      <w:r>
        <w:rPr>
          <w:b/>
        </w:rPr>
        <w:t xml:space="preserve">[57:32] </w:t>
      </w:r>
      <w:r>
        <w:t>ab maine jo khutba khatm kiya, khutba karke namaz ke liye khada hua to do minute ka farq ho gaya tha. wahan jo muqarrar tha, misaal ke taur par ek baje, ek baje tha, do minute ka farq.</w:t>
      </w:r>
    </w:p>
    <w:p>
      <w:pPr>
        <w:jc w:val="right"/>
      </w:pPr>
      <w:r>
        <w:t>اب میںنےجو خطبہختمکیا، خطبہکرکے نمازکےلیےکھڑاہوا تو دومنٹکافرقہوگیاتھا۔ وہاں جومقررتھا،مثلاًایک بجے،ایکبجےتھا، دومنٹکافرق۔</w:t>
      </w:r>
    </w:p>
    <w:p>
      <w:r>
        <w:rPr>
          <w:b/>
        </w:rPr>
        <w:t xml:space="preserve">[57:42] </w:t>
      </w:r>
      <w:r>
        <w:t>ek sahab aaj ghadi dekhkar aate the, kahin office mein kaam karte the to woh pehla, woh yaani takbeer-e-oola malmal jati thi unko. aisa aate the woh.</w:t>
      </w:r>
    </w:p>
    <w:p>
      <w:pPr>
        <w:jc w:val="right"/>
      </w:pPr>
      <w:r>
        <w:t>ایک صاحبآجگھڑیدیکھکرآتےتھے،کہیںآفسمیںکامکرتے تھے تو وہ پہلا،وہ یعنی تکبیراولی ململجاتیتھیانکو۔ایساآتےتھےوہ۔</w:t>
      </w:r>
    </w:p>
    <w:p>
      <w:r>
        <w:rPr>
          <w:b/>
        </w:rPr>
        <w:t xml:space="preserve">[57:52] </w:t>
      </w:r>
      <w:r>
        <w:t>to main mera khutba jo tha, woh do minute pehle khatm ho gaya. to namaz bhi maine do minute pehle shuru kar di. unko takbeer-e-oola nahin</w:t>
      </w:r>
    </w:p>
    <w:p>
      <w:pPr>
        <w:jc w:val="right"/>
      </w:pPr>
      <w:r>
        <w:t>تو میں میراخطبہجوتھا،وہدومنٹپہلےختمہوگیا۔تو نماز بھیمیںنےدومنٹپہلےشروعکردی۔ انکو تکبیر اولینہیں</w:t>
      </w:r>
    </w:p>
    <w:p>
      <w:r>
        <w:rPr>
          <w:b/>
        </w:rPr>
        <w:t xml:space="preserve">[58:00] </w:t>
      </w:r>
      <w:r>
        <w:t>mili. ab woh aage badhe bahas karne lage, sab ladne jhagadne lage ke kya tareeqa hai ke aap pehle do minute pehle kyun namaz padhi? meri takbeer-e-oola chhoot gayi.</w:t>
      </w:r>
    </w:p>
    <w:p>
      <w:pPr>
        <w:jc w:val="right"/>
      </w:pPr>
      <w:r>
        <w:t>ملی۔ ابوہآگےبڑے بحثیںکرنےلگے،سب لڑنےجھگڑنےلگے کہکیاطریقہہے کہآپ پہلےدومنٹپہلےکیوںنمازپڑھی؟میریتکبیراولی چھوٹگئی۔</w:t>
      </w:r>
    </w:p>
    <w:p>
      <w:r>
        <w:rPr>
          <w:b/>
        </w:rPr>
        <w:t xml:space="preserve">[58:11] </w:t>
      </w:r>
      <w:r>
        <w:t>to yeh kya hai? form ko form ko ahmiyat dena. woh samajhte hain takbeer-e-oola na chhoot ti to kahan namaz badi aasan ho jati hai. haalanki bilkul galat soch hai yeh.</w:t>
      </w:r>
    </w:p>
    <w:p>
      <w:pPr>
        <w:jc w:val="right"/>
      </w:pPr>
      <w:r>
        <w:t>تو یہ کیاہے؟ فارم فارمکواہمیتدینا۔ وہسمجھتےہیںتکبیراولی نہچھوٹتیتوکہانمازبڑی انانکیہوجاتیہے۔حالانکہبالکل غلط سوچہےیہ۔</w:t>
      </w:r>
    </w:p>
    <w:p>
      <w:r>
        <w:rPr>
          <w:b/>
        </w:rPr>
        <w:t xml:space="preserve">[58:24] </w:t>
      </w:r>
      <w:r>
        <w:t>namaz se aap ka realization aaye, namaz se aap ka introspection aaye, namaz se aap ke dilon mein hulchul paida ho, dimagh se aap ke dimagh mein Khuda ka khauf jaage.</w:t>
      </w:r>
    </w:p>
    <w:p>
      <w:pPr>
        <w:jc w:val="right"/>
      </w:pPr>
      <w:r>
        <w:t>نمازسےآپکاری پیٹنسآئے، نمازسےآپکا انٹراسپیک شنآئے، نمازسےآپکے دلوںمیںہلچلپیدا ہو، دماغ سےآپکےدماغمیں خداکاخوف جاگے۔</w:t>
      </w:r>
    </w:p>
    <w:p>
      <w:r>
        <w:rPr>
          <w:b/>
        </w:rPr>
        <w:t xml:space="preserve">[58:35] </w:t>
      </w:r>
      <w:r>
        <w:t>woh woh namaz hai. yeh nahin ke takbeer-e-oola mili ke nahin mili. yeh to reality hai. yeh saare din mein musalman aaj kal karte hain ke namaz padh rahe hain bilkul form wali aur iski jar wohin jati hai. mere nazdeek</w:t>
      </w:r>
    </w:p>
    <w:p>
      <w:pPr>
        <w:jc w:val="right"/>
      </w:pPr>
      <w:r>
        <w:t>وہ وہنمازہے۔ یہ نہیںکہتکبیراولی ملی کہنہیںملی ۔ یہتو ریلیٹوباتہے۔یہ سارےدنیا میں مس لمانآجکلیہکرتےہیںکہ نمازپڑھرہےہیںبالکلفارموالی اور اسکیجڑوہیںتکجاتیہے۔میرےنزدیک</w:t>
      </w:r>
    </w:p>
    <w:p>
      <w:r>
        <w:rPr>
          <w:b/>
        </w:rPr>
        <w:t xml:space="preserve">[58:52] </w:t>
      </w:r>
      <w:r>
        <w:t>jo fiqhi school bane, preference ke usool par, haalanki fiqhi school banna chahiye tha diversity ke usool par. yeh bhi theek hai, woh bhi theek hai.</w:t>
      </w:r>
    </w:p>
    <w:p>
      <w:pPr>
        <w:jc w:val="right"/>
      </w:pPr>
      <w:r>
        <w:t>جو فقہیاسکولبنے، پریفرنسکےاصولپر، حالانکہفقہیاسکولبنناچاہیےتھا ڈائیورس ٹیکےاصولپر۔ یہبھیٹھیکہے،وہبھیٹھیکہے۔</w:t>
      </w:r>
    </w:p>
    <w:p>
      <w:r>
        <w:rPr>
          <w:b/>
        </w:rPr>
        <w:t xml:space="preserve">[59:02] </w:t>
      </w:r>
      <w:r>
        <w:t>aam cheez hai, khushi wali namaz padhein, Allah ki yaad wali ibadat karein. form to reality nahin balki reality woh hai.</w:t>
      </w:r>
    </w:p>
    <w:p>
      <w:pPr>
        <w:jc w:val="right"/>
      </w:pPr>
      <w:r>
        <w:t>عامچیزہے، خوشیوالینمازپڑھیں، اللہ کییادوالی عبادتکریں۔ فارمتو ریئلنہیںبلکہریلیٹوہے۔</w:t>
      </w:r>
    </w:p>
    <w:p>
      <w:r>
        <w:rPr>
          <w:b/>
        </w:rPr>
        <w:t xml:space="preserve">[59:14] </w:t>
      </w:r>
      <w:r>
        <w:t>aqool qaul hadha, wa astaghfir ullaha liwalikum ajmaeen.</w:t>
      </w:r>
    </w:p>
    <w:p>
      <w:pPr>
        <w:jc w:val="right"/>
      </w:pPr>
      <w:r>
        <w:t>عقول قولھذا، واستغفراللہ لیولکماجمعین۔</w:t>
      </w:r>
    </w:p>
    <w:p>
      <w:r>
        <w:rPr>
          <w:b/>
        </w:rPr>
        <w:t xml:space="preserve">[59:32] </w:t>
      </w:r>
      <w:r>
        <w:t>This question is from Maulvi Anas Khan. Maulana, what is the relevance of the khutbah given in Jumu'ah prayer and the prayers of Eid?</w:t>
      </w:r>
    </w:p>
    <w:p>
      <w:pPr>
        <w:jc w:val="right"/>
      </w:pPr>
      <w:r>
        <w:t>دسکوئسچن ازفر ام مول انازکوان ۔ مولانا،واٹازداریلیونس اف دی خط باز گیون ان جمعہپریر اینڈدیپریرزاف عید؟</w:t>
      </w:r>
    </w:p>
    <w:p>
      <w:r>
        <w:rPr>
          <w:b/>
        </w:rPr>
        <w:t xml:space="preserve">[59:49] </w:t>
      </w:r>
      <w:r>
        <w:t>dekhen, khat bah jo hai, chahe woh jumah ka ho ya eid ka ho ya eid adhika ho, sab ka maqsad jo hai woh ek hi hai.</w:t>
      </w:r>
    </w:p>
    <w:p>
      <w:pPr>
        <w:jc w:val="right"/>
      </w:pPr>
      <w:r>
        <w:t>دیکھیں،خط بہ جوہے، چاہےوہجمعہکاہویا عید کاہویا عید اضحیکاہو، سب کا مقصدجوہےوہ ایکہیہے۔</w:t>
      </w:r>
    </w:p>
    <w:p>
      <w:r>
        <w:rPr>
          <w:b/>
        </w:rPr>
        <w:t xml:space="preserve">[1:00:02] </w:t>
      </w:r>
      <w:r>
        <w:t>yani logon ko islam ke bare mein batana . yeh batana jo hai, besikali yeh nahi hai ke aap absolute tor par musa iljwas ke bangaye hain, baad period mein woh batate rahen.</w:t>
      </w:r>
    </w:p>
    <w:p>
      <w:pPr>
        <w:jc w:val="right"/>
      </w:pPr>
      <w:r>
        <w:t>یعنی لوگوںکو اسلام کےبارےمیں بت انا۔ یہبت اناجوہے، بیسیکلییہنہیںہےکہآپ ایبسولیوٹطورپرمس ائلجواسکےبنگئےہیں ،بعد پیریڈمیںوہبتاتےرہیں۔</w:t>
      </w:r>
    </w:p>
    <w:p>
      <w:r>
        <w:rPr>
          <w:b/>
        </w:rPr>
        <w:t xml:space="preserve">[1:00:21] </w:t>
      </w:r>
      <w:r>
        <w:t>jis jis waqt mein aap bol rahe hain, us waqt ke jo masail hain, unke reference mein islam ko apply karke batana.</w:t>
      </w:r>
    </w:p>
    <w:p>
      <w:pPr>
        <w:jc w:val="right"/>
      </w:pPr>
      <w:r>
        <w:t>جس جس وقت میںآپ بولرہےہیں، اسوقت کےجومسائلہیں، انکے ریفرنسمیں اسلام کو اپلائیکرکےبت انا۔</w:t>
      </w:r>
    </w:p>
    <w:p>
      <w:r>
        <w:rPr>
          <w:b/>
        </w:rPr>
        <w:t xml:space="preserve">[1:00:32] </w:t>
      </w:r>
      <w:r>
        <w:t>besikali yeh maqsad hai. aajkal kya hota hai ke khat bon ki kitaben hain, kabhi kisi ne likh di thi khatba, isi ko lete hain, isi ko dohrate rahte hain.</w:t>
      </w:r>
    </w:p>
    <w:p>
      <w:pPr>
        <w:jc w:val="right"/>
      </w:pPr>
      <w:r>
        <w:t>بیسیکلییہمقصدہے۔ آجکلکیاہوتاہےکہ خط بوںکیکتاب یںہیں، کبھیکسی نےلکھدیاتھا خطبہ، اسیکو لیتےہیں،اسیکودہراتےرہتےہیں۔</w:t>
      </w:r>
    </w:p>
    <w:p>
      <w:r>
        <w:rPr>
          <w:b/>
        </w:rPr>
        <w:t xml:space="preserve">[1:00:44] </w:t>
      </w:r>
      <w:r>
        <w:t>main to is mein khatbe ka maqsad hasil nahi hota. likhe hue khatbe ko, chhape hue khatbe ko padh diya jaye to khatbe ka asli maqsad hasil nahi hota.</w:t>
      </w:r>
    </w:p>
    <w:p>
      <w:pPr>
        <w:jc w:val="right"/>
      </w:pPr>
      <w:r>
        <w:t>میں تواسمیںخطبےکامقصدحاصل نہیںہوتا۔ لکھ ےہوئے خطبےکو، چھپےہوئےخطبےکو پڑھدیا جائے تو خطبےکااصلمقصدحاصل نہیںہوتا۔</w:t>
      </w:r>
    </w:p>
    <w:p>
      <w:r>
        <w:rPr>
          <w:b/>
        </w:rPr>
        <w:t xml:space="preserve">[1:00:55] </w:t>
      </w:r>
      <w:r>
        <w:t>asli maqsad yeh hai ke us waqt jab ke aadmi khada hua hai khatba dene ke liye, us waqt musalman kin kin cheezon ko face kar rahe hain, unke mind mein kis qism ki baaten hain,</w:t>
      </w:r>
    </w:p>
    <w:p>
      <w:pPr>
        <w:jc w:val="right"/>
      </w:pPr>
      <w:r>
        <w:t>اصلمقصدیہہےکہ اس وقت جب کہآدمیکھڑاہواہے خطبہدینےکےلیے، اسوقت مس لمان کن کن چیزوںکوفیسکررہےہیں، انکےمائنڈمیں کسقسم کی باتیںہیں،</w:t>
      </w:r>
    </w:p>
    <w:p>
      <w:r>
        <w:rPr>
          <w:b/>
        </w:rPr>
        <w:t xml:space="preserve">[1:01:11] </w:t>
      </w:r>
      <w:r>
        <w:t>to us ko le kar ke us ke reference mein islam ko apply karna . yeh nahi hota . khatbon mein</w:t>
      </w:r>
    </w:p>
    <w:p>
      <w:pPr>
        <w:jc w:val="right"/>
      </w:pPr>
      <w:r>
        <w:t>تو اسکو لےکرکے اس کے ریفرنسمیں اسلام کواپلائیکرنا۔ یہنہیںہوتا۔خطبوںمیں</w:t>
      </w:r>
    </w:p>
    <w:p>
      <w:r>
        <w:rPr>
          <w:b/>
        </w:rPr>
        <w:t xml:space="preserve">[1:01:19] </w:t>
      </w:r>
      <w:r>
        <w:t>koi agar khatba deta hai, yani bahar chha pe hui kitabon ke bahar, tab bhi woh isi traditional cheezon ko dohrata rahta hai.</w:t>
      </w:r>
    </w:p>
    <w:p>
      <w:pPr>
        <w:jc w:val="right"/>
      </w:pPr>
      <w:r>
        <w:t>کوئیاگر خطبہدیتاہے، یعنی باہر چھ پیہوئیکتاب وںکےباہر،تببھیوہاسی ٹریڈیشنلچیزوںکودہراتارہتاہے۔</w:t>
      </w:r>
    </w:p>
    <w:p>
      <w:r>
        <w:rPr>
          <w:b/>
        </w:rPr>
        <w:t xml:space="preserve">[1:01:29] </w:t>
      </w:r>
      <w:r>
        <w:t>main samajhta hoon ke maqsad jo hai khatbe ka yeh nahi hai. hadith mein aata hai ke momin ke bare mein ke "aneqwan basir ab zaman" woh zaman e ko janne wala ho .</w:t>
      </w:r>
    </w:p>
    <w:p>
      <w:pPr>
        <w:jc w:val="right"/>
      </w:pPr>
      <w:r>
        <w:t>میںسمجھتاہوںکہمقصدجوہےخطبےکایہنہیںہے۔ حدیثمیںآتاہےکہ مومنکےبارےمیں کہ "انیک ون بصیرابزمان" وہ زمان ے کو جاننےوالاہو ۔</w:t>
      </w:r>
    </w:p>
    <w:p>
      <w:r>
        <w:rPr>
          <w:b/>
        </w:rPr>
        <w:t xml:space="preserve">[1:01:43] </w:t>
      </w:r>
      <w:r>
        <w:t>to zamane ko kaun janwayega? aam momin jo hai, woh kaise janega ke zamana kya hai?</w:t>
      </w:r>
    </w:p>
    <w:p>
      <w:pPr>
        <w:jc w:val="right"/>
      </w:pPr>
      <w:r>
        <w:t>توزمانےکوکونجانوائےگا؟ عام مومنجوہے،وہکیسےجانےگاکہزمان ہکیاہے؟</w:t>
      </w:r>
    </w:p>
    <w:p>
      <w:r>
        <w:rPr>
          <w:b/>
        </w:rPr>
        <w:t xml:space="preserve">[1:01:49] </w:t>
      </w:r>
      <w:r>
        <w:t>yeh khatib ka kaam hai, yeh imam ka kaam hai. yani hadith mein yeh jo farmaya hai ke momin ko apne zamane se aagah hona chahiye, to aagah kaise hoga? woh har aadmi koi ilmbiyastudien nahi kar sakta.</w:t>
      </w:r>
    </w:p>
    <w:p>
      <w:pPr>
        <w:jc w:val="right"/>
      </w:pPr>
      <w:r>
        <w:t>یہ خطیبکاکامہے،یہامامکاکام ہے۔ یعنیحدیثمیں یہجو فرمایاہےکہمومنکو اپنے زمان ےسے آگاہہوناچاہیے، توآگاہکیسےہوگا؟وہ ہرآدمیکوئیلمبیاسٹڈینہیںکرسکتا۔</w:t>
      </w:r>
    </w:p>
    <w:p>
      <w:r>
        <w:rPr>
          <w:b/>
        </w:rPr>
        <w:t xml:space="preserve">[1:02:08] </w:t>
      </w:r>
      <w:r>
        <w:t>wahan ja sab log namaz padhne jate hain.</w:t>
      </w:r>
    </w:p>
    <w:p>
      <w:pPr>
        <w:jc w:val="right"/>
      </w:pPr>
      <w:r>
        <w:t>وہاں جاسبلوگنمازپڑھنےجاتےہیں۔</w:t>
      </w:r>
    </w:p>
    <w:p>
      <w:r>
        <w:rPr>
          <w:b/>
        </w:rPr>
        <w:t xml:space="preserve">[1:02:11] </w:t>
      </w:r>
      <w:r>
        <w:t>to main samajhta hoon ke khateeb ka ya imam ka kaam yeh hai ke woh un musalmanon ko jo wahan maujood ho gaye hain, un ko aisi baatein bataye jis se woh zamane ko pehchane, zamane ko jaane, zamane ke mutabiq woh Islam ko apply kar saken.</w:t>
      </w:r>
    </w:p>
    <w:p>
      <w:pPr>
        <w:jc w:val="right"/>
      </w:pPr>
      <w:r>
        <w:t>تومیںسمجھتاہوںکہخطیبکا یاامامکاکامیہہےکہوہ ان مسلمانوںکوجووہاںموجود ہوگئےہیں،انکو ایسیباتیںبتائےجسسےکوئیزمان ےکوپہچانے، زمان ےکوجانے، زمانےکےمطابق وہ اسلام کواپلائیکرسکیں۔</w:t>
      </w:r>
    </w:p>
    <w:p>
      <w:r>
        <w:rPr>
          <w:b/>
        </w:rPr>
        <w:t xml:space="preserve">[1:02:28] </w:t>
      </w:r>
      <w:r>
        <w:t>khutbe ka asal maqsad yeh hai.</w:t>
      </w:r>
    </w:p>
    <w:p>
      <w:pPr>
        <w:jc w:val="right"/>
      </w:pPr>
      <w:r>
        <w:t>خطبےکااصلمقصدیہہے۔</w:t>
      </w:r>
    </w:p>
    <w:p>
      <w:r>
        <w:rPr>
          <w:b/>
        </w:rPr>
        <w:t xml:space="preserve">[1:02:32] </w:t>
      </w:r>
      <w:r>
        <w:t>This is a question from Miss Naghma. Maulana, can you elaborate on Sufism?</w:t>
      </w:r>
    </w:p>
    <w:p>
      <w:pPr>
        <w:jc w:val="right"/>
      </w:pPr>
      <w:r>
        <w:t>دسکوئسچناز فرام مس نغمہ۔ مولانا،کینیو الیبوریٹ ان صوفزم</w:t>
      </w:r>
    </w:p>
    <w:p>
      <w:r>
        <w:rPr>
          <w:b/>
        </w:rPr>
        <w:t xml:space="preserve">[1:02:39] </w:t>
      </w:r>
      <w:r>
        <w:t>? is it a part of a devoted or undivided sect?</w:t>
      </w:r>
    </w:p>
    <w:p>
      <w:pPr>
        <w:jc w:val="right"/>
      </w:pPr>
      <w:r>
        <w:t>؟ازاٹ اپارٹافا ڈیویٹڈ اور اانڈیویٹڈسیکٹ؟</w:t>
      </w:r>
    </w:p>
    <w:p>
      <w:r>
        <w:rPr>
          <w:b/>
        </w:rPr>
        <w:t xml:space="preserve">[1:02:46] </w:t>
      </w:r>
      <w:r>
        <w:t>dekhen, yeh ek badi lambi bahs hai.</w:t>
      </w:r>
    </w:p>
    <w:p>
      <w:pPr>
        <w:jc w:val="right"/>
      </w:pPr>
      <w:r>
        <w:t>دیکھیں،یہایکبڑیلمبیبحثہے۔</w:t>
      </w:r>
    </w:p>
    <w:p>
      <w:r>
        <w:rPr>
          <w:b/>
        </w:rPr>
        <w:t xml:space="preserve">[1:02:54] </w:t>
      </w:r>
      <w:r>
        <w:t>in short mein kahoon ga ke sufism ke do pe</w:t>
      </w:r>
    </w:p>
    <w:p>
      <w:pPr>
        <w:jc w:val="right"/>
      </w:pPr>
      <w:r>
        <w:t>انشارٹمیں کہوںگاکہ صوف یزمکے دو پی</w:t>
      </w:r>
    </w:p>
    <w:p>
      <w:r>
        <w:rPr>
          <w:b/>
        </w:rPr>
        <w:t xml:space="preserve">[1:03:01] </w:t>
      </w:r>
      <w:r>
        <w:t>riod hain. ek woh period hai jo ke is zamane mein tha, yani</w:t>
      </w:r>
    </w:p>
    <w:p>
      <w:pPr>
        <w:jc w:val="right"/>
      </w:pPr>
      <w:r>
        <w:t>ریڈہیں۔ ایکوہ پیریڈہےجوکہ اسزمانےمیںتھا، یعنی</w:t>
      </w:r>
    </w:p>
    <w:p>
      <w:r>
        <w:rPr>
          <w:b/>
        </w:rPr>
        <w:t xml:space="preserve">[1:03:09] </w:t>
      </w:r>
      <w:r>
        <w:t>ibtedai zamane mein, tabe tabe'een ke zamane mein. to woh jo tha, woh deviation nahin tha.</w:t>
      </w:r>
    </w:p>
    <w:p>
      <w:pPr>
        <w:jc w:val="right"/>
      </w:pPr>
      <w:r>
        <w:t>ابتدائیزمان ےمیں، تبعتابعینکےزمان ےمیں۔ تو وہجوتھا، وہ ڈیویایشننہیںتھا۔</w:t>
      </w:r>
    </w:p>
    <w:p>
      <w:r>
        <w:rPr>
          <w:b/>
        </w:rPr>
        <w:t xml:space="preserve">[1:03:20] </w:t>
      </w:r>
      <w:r>
        <w:t>woh Islam ke spiritual aspect ko zyada, yani emphasize dene ke ma'ne mein tha.</w:t>
      </w:r>
    </w:p>
    <w:p>
      <w:pPr>
        <w:jc w:val="right"/>
      </w:pPr>
      <w:r>
        <w:t>وہ اسلام کے اسپیریچولایسپیکٹکو زیادہ ،یعنی ایمفازسدینےکےمعنیمیںتھا۔</w:t>
      </w:r>
    </w:p>
    <w:p>
      <w:r>
        <w:rPr>
          <w:b/>
        </w:rPr>
        <w:t xml:space="preserve">[1:03:31] </w:t>
      </w:r>
      <w:r>
        <w:t>bas is se zyada nahin tha. woh</w:t>
      </w:r>
    </w:p>
    <w:p>
      <w:pPr>
        <w:jc w:val="right"/>
      </w:pPr>
      <w:r>
        <w:t>بس اسسےزیادہنہیںتھا۔وہ</w:t>
      </w:r>
    </w:p>
    <w:p>
      <w:r>
        <w:rPr>
          <w:b/>
        </w:rPr>
        <w:t xml:space="preserve">[1:03:38] </w:t>
      </w:r>
      <w:r>
        <w:t>to lekin baad ke zamane mein, khaas taur par India mein, jab tasawwuf aaya hai to bahut zyada deviation ho gaya.</w:t>
      </w:r>
    </w:p>
    <w:p>
      <w:pPr>
        <w:jc w:val="right"/>
      </w:pPr>
      <w:r>
        <w:t>تو لیکن بعد کےزمان ےمیں، خاص طورپرانڈیامیں،جب تص وفآیاہے تو بہت زیادہڈیویایشنہوگیا۔</w:t>
      </w:r>
    </w:p>
    <w:p>
      <w:r>
        <w:rPr>
          <w:b/>
        </w:rPr>
        <w:t xml:space="preserve">[1:03:50] </w:t>
      </w:r>
      <w:r>
        <w:t>yeh tasawwuf jab tak Arab countries mein tha, tab tak koi is qism ka deviation, koi bada deviation nahin aaya tha.</w:t>
      </w:r>
    </w:p>
    <w:p>
      <w:pPr>
        <w:jc w:val="right"/>
      </w:pPr>
      <w:r>
        <w:t>یہتصوفجبتک عرب کنٹریزمیںتھا، تبتک کوئی اسقسم کاڈیویایشن، کوئیبڑاڈیویایشننہیںآیاتھا۔</w:t>
      </w:r>
    </w:p>
    <w:p>
      <w:r>
        <w:rPr>
          <w:b/>
        </w:rPr>
        <w:t xml:space="preserve">[1:04:03] </w:t>
      </w:r>
      <w:r>
        <w:t>lekin jab India mein aaya to yahan par jo yogi log the, yahan par jo,</w:t>
      </w:r>
    </w:p>
    <w:p>
      <w:pPr>
        <w:jc w:val="right"/>
      </w:pPr>
      <w:r>
        <w:t>لیکن جب انڈیامیںآیاتویہاںپرجو یوگیلوگتھے،یہاںپرجو،</w:t>
      </w:r>
    </w:p>
    <w:p>
      <w:r>
        <w:rPr>
          <w:b/>
        </w:rPr>
        <w:t xml:space="preserve">[1:04:10] </w:t>
      </w:r>
      <w:r>
        <w:t>yahan par jo woh tha, vedanta system jo tha, Hindu logon ke haan jo dhyan gyan ke tareeqe the, is se sufi log bahut zyada mutassir hue.</w:t>
      </w:r>
    </w:p>
    <w:p>
      <w:pPr>
        <w:jc w:val="right"/>
      </w:pPr>
      <w:r>
        <w:t>یہاںپرجو وہتھا، ویدانتاسسٹمجوتھا، ہندو لوگوںکےہاںجودھیانگیانکےطریقےتھے، اسسے صوفیلوگبہت زیادہمتاثرہوئے۔</w:t>
      </w:r>
    </w:p>
    <w:p>
      <w:r>
        <w:rPr>
          <w:b/>
        </w:rPr>
        <w:t xml:space="preserve">[1:04:21] </w:t>
      </w:r>
      <w:r>
        <w:t>to main samajhta hoon ke yahan ka jo sufism hai, woh woh hai Indianized sufism. Indianized sufism</w:t>
      </w:r>
    </w:p>
    <w:p>
      <w:pPr>
        <w:jc w:val="right"/>
      </w:pPr>
      <w:r>
        <w:t>تو میںسمجھتاہوںکہیہاںکاجوصوفیزمہے، وہ وہہے انڈین ائز صوفیزم۔ انڈ ین ائزصوفیزم</w:t>
      </w:r>
    </w:p>
    <w:p>
      <w:r>
        <w:rPr>
          <w:b/>
        </w:rPr>
        <w:t xml:space="preserve">[1:04:33] </w:t>
      </w:r>
      <w:r>
        <w:t>, yahan ka jo sufism hai India ka, to ek pehlu yeh hai.</w:t>
      </w:r>
    </w:p>
    <w:p>
      <w:pPr>
        <w:jc w:val="right"/>
      </w:pPr>
      <w:r>
        <w:t>،یہاںکاجوصوف یازمہےانڈیاکا، تو ایک پہلویہہے۔</w:t>
      </w:r>
    </w:p>
    <w:p>
      <w:r>
        <w:rPr>
          <w:b/>
        </w:rPr>
        <w:t xml:space="preserve">[1:04:40] </w:t>
      </w:r>
      <w:r>
        <w:t>doosra pehlu yeh hai jis mein ke hazaron saal se insan mubtala raha hai ke woh spiritual ity ko jode hue tha dil se, qalb se, yani heart based spirituality.</w:t>
      </w:r>
    </w:p>
    <w:p>
      <w:pPr>
        <w:jc w:val="right"/>
      </w:pPr>
      <w:r>
        <w:t>دوسراپہلویہہے جسمیں کہ ہزاروںسالسےانسان مبتلارہاہےکہوہ اسپیریچولیٹیکوجوڑےہوئےتھا دل سے ، قلبسے ، یعنیہارٹ بیسڈاسپیریچولیٹی۔</w:t>
      </w:r>
    </w:p>
    <w:p>
      <w:r>
        <w:rPr>
          <w:b/>
        </w:rPr>
        <w:t xml:space="preserve">[1:04:53] </w:t>
      </w:r>
      <w:r>
        <w:t>yani sufism basically spiritual science ka naam hai, spirituality ko hasil karne ka naam hai.</w:t>
      </w:r>
    </w:p>
    <w:p>
      <w:pPr>
        <w:jc w:val="right"/>
      </w:pPr>
      <w:r>
        <w:t>یعنیصوفیزمبیسیکلی اسپیریچولسائنسکانامہے، اسپیریچولیٹیکو حاصل کرنےکانامہے۔</w:t>
      </w:r>
    </w:p>
    <w:p>
      <w:r>
        <w:rPr>
          <w:b/>
        </w:rPr>
        <w:t xml:space="preserve">[1:05:01] </w:t>
      </w:r>
      <w:r>
        <w:t>to hazaron saal se, yani Islam ke bhi pehle ke zamane se, log samajhte the ke spirituality ka jo reservoir hai, woh dil mein hai, is se hum dhyan gyan ke zariye se is ko hasil kar sakte hain.</w:t>
      </w:r>
    </w:p>
    <w:p>
      <w:pPr>
        <w:jc w:val="right"/>
      </w:pPr>
      <w:r>
        <w:t>تو ہزاروںسالسے ،یعنیاسلام کےبھیپہلے کےزمان ےسے، لوگسمجھتےتھےکہ اسپیریچولیٹیکاجو ریزروائرہے،وہدلمیںہے، اسسےہم دھیان گیانکےذریعےسے اسکو حاصل کرسکتےہیں۔</w:t>
      </w:r>
    </w:p>
    <w:p>
      <w:r>
        <w:rPr>
          <w:b/>
        </w:rPr>
        <w:t xml:space="preserve">[1:05:20] </w:t>
      </w:r>
      <w:r>
        <w:t>lekin yeh aise hi hai jaise ke pre scientific age mein geocentric theory, jo geocentric theory aap jante hain ke discard ho gayi.</w:t>
      </w:r>
    </w:p>
    <w:p>
      <w:pPr>
        <w:jc w:val="right"/>
      </w:pPr>
      <w:r>
        <w:t>لیکن یہ ایسےہیہےجیسےکہ پریسائنٹیفکایجمیں جیوسینٹرکتھیوری، جو جیوسینٹرکتھیوریآپجانتےہیںکہ ڈسکارڈہوگئی ۔</w:t>
      </w:r>
    </w:p>
    <w:p>
      <w:r>
        <w:rPr>
          <w:b/>
        </w:rPr>
        <w:t xml:space="preserve">[1:05:31] </w:t>
      </w:r>
      <w:r>
        <w:t>to aise hi yeh, yani heart based jo sufism tha, woh bhi ab discard hona chahiye. is liye main agar che khud, yani main apne, main mein khud bhi agar sufi hoon aur sufism ka main,</w:t>
      </w:r>
    </w:p>
    <w:p>
      <w:pPr>
        <w:jc w:val="right"/>
      </w:pPr>
      <w:r>
        <w:t>تو ایسےہییہ، یعنی ہارٹ بیسڈجو صوفیزمتھا، وہبھیابڈسکارڈہوناچاہیے۔ اسلیےمیںاگر چہخود ،یعنی میں اپنے،میں میںخود بھی اگر صوفیہوں اور صوفیزمکامیں،</w:t>
      </w:r>
    </w:p>
    <w:p>
      <w:r>
        <w:rPr>
          <w:b/>
        </w:rPr>
        <w:t xml:space="preserve">[1:05:47] </w:t>
      </w:r>
      <w:r>
        <w:t>yani parchar karta hoon, lekin mera sufism woh hai, woh mind based hai, heart based nahin hai. heart based nahin hai,</w:t>
      </w:r>
    </w:p>
    <w:p>
      <w:pPr>
        <w:jc w:val="right"/>
      </w:pPr>
      <w:r>
        <w:t>یعنی پرچارکرتاہوں،لیکن میراصوفیزمجوہے،وہمائنڈبیسڈہے، ہارٹبیسڈنہیںہے۔ ہارٹبیسڈنہیںہے،</w:t>
      </w:r>
    </w:p>
    <w:p>
      <w:r>
        <w:rPr>
          <w:b/>
        </w:rPr>
        <w:t xml:space="preserve">[1:05:58] </w:t>
      </w:r>
      <w:r>
        <w:t>yani wohi sufism jo ke tabe tabe'een ke zamane mein tha, us ko main revive karna chahta hoon. yeh itne farq ke sath ke un ka jo sufism tha, woh bhi heart based tha, woh lekin mera jo sufism hai, woh mind based hai.</w:t>
      </w:r>
    </w:p>
    <w:p>
      <w:pPr>
        <w:jc w:val="right"/>
      </w:pPr>
      <w:r>
        <w:t>یعنی وہی صوفیزمجو کہ تبع تابعینکےزمانےمیںتھا، اسکو میں ریوائیوکرناچاہتاہوں۔ یہاتنےفرقکےساتھ کہانکاجو صوفیزمتھا، وہبھی ہارٹبیسڈتھا،وہ لیکن میراجو صوفیزمہے،وہ مائنڈبیسڈہے۔</w:t>
      </w:r>
    </w:p>
    <w:p>
      <w:r>
        <w:rPr>
          <w:b/>
        </w:rPr>
        <w:t xml:space="preserve">[1:06:15] </w:t>
      </w:r>
      <w:r>
        <w:t>yeh farq hai.</w:t>
      </w:r>
    </w:p>
    <w:p>
      <w:pPr>
        <w:jc w:val="right"/>
      </w:pPr>
      <w:r>
        <w:t>یہفرقہے۔</w:t>
      </w:r>
    </w:p>
    <w:p>
      <w:r>
        <w:rPr>
          <w:b/>
        </w:rPr>
        <w:t xml:space="preserve">[1:06:20] </w:t>
      </w:r>
      <w:r>
        <w:t>woh jo, woh jo sufi the ra woh Basra ke zamane mein, Hasan Basri</w:t>
      </w:r>
    </w:p>
    <w:p>
      <w:pPr>
        <w:jc w:val="right"/>
      </w:pPr>
      <w:r>
        <w:t>وہجو، وہجو صوفیتھے راوہبصریکےزمان ےمیں، حسنبصری</w:t>
      </w:r>
    </w:p>
    <w:p>
      <w:r>
        <w:rPr>
          <w:b/>
        </w:rPr>
        <w:t xml:space="preserve">[1:06:26] </w:t>
      </w:r>
      <w:r>
        <w:t>, mera sufism Mohsin Basri walon ka sufism hai. Hasan Basri jo the, yani Basa mein paida hue, us zamanay mein jab ke is qism ka deviation nahi aaya tha.</w:t>
      </w:r>
    </w:p>
    <w:p>
      <w:pPr>
        <w:jc w:val="right"/>
      </w:pPr>
      <w:r>
        <w:t>، میراصوفیزمحسنبصریوالاصوفیزمہے۔ حسن بصریجوتھے،یعنیبصرہمیںپیدا ہوئے، اس زمان ےمیں جب کہ اسقسم کاڈیویشننہیںآیاتھا۔</w:t>
      </w:r>
    </w:p>
    <w:p>
      <w:r>
        <w:rPr>
          <w:b/>
        </w:rPr>
        <w:t xml:space="preserve">[1:06:39] </w:t>
      </w:r>
      <w:r>
        <w:t>to mera sufism jo hai, Hasan Basri walon ka sufism hai, lekin unka sufism heart based tha. Mera sufism jo hai, mind based hai.</w:t>
      </w:r>
    </w:p>
    <w:p>
      <w:pPr>
        <w:jc w:val="right"/>
      </w:pPr>
      <w:r>
        <w:t>تو میراصوفیزمجوہے،حسنبصریوالاصوفیزمہے،لیکن انکا صوفیزم ہارٹبیسڈتھا۔ میراصوفیزمجوہے، مائنڈبیسڈہے۔</w:t>
      </w:r>
    </w:p>
    <w:p>
      <w:r>
        <w:rPr>
          <w:b/>
        </w:rPr>
        <w:t xml:space="preserve">[1:06:50] </w:t>
      </w:r>
      <w:r>
        <w:t>yeh farqa hai.</w:t>
      </w:r>
    </w:p>
    <w:p>
      <w:pPr>
        <w:jc w:val="right"/>
      </w:pPr>
      <w:r>
        <w:t>یہفرقہے۔</w:t>
      </w:r>
    </w:p>
    <w:p>
      <w:r>
        <w:rPr>
          <w:b/>
        </w:rPr>
        <w:t xml:space="preserve">[1:06:54] </w:t>
      </w:r>
      <w:r>
        <w:t>This question is from Ms. Toti.</w:t>
      </w:r>
    </w:p>
    <w:p>
      <w:pPr>
        <w:jc w:val="right"/>
      </w:pPr>
      <w:r>
        <w:t>دسکوئسچن از فرام مس طوطی۔</w:t>
      </w:r>
    </w:p>
    <w:p>
      <w:r>
        <w:rPr>
          <w:b/>
        </w:rPr>
        <w:t xml:space="preserve">[1:06:57] </w:t>
      </w:r>
      <w:r>
        <w:t>There is a hadith that my Ummah will be divided into 73 sects. How do we know which one is the right sect?</w:t>
      </w:r>
    </w:p>
    <w:p>
      <w:pPr>
        <w:jc w:val="right"/>
      </w:pPr>
      <w:r>
        <w:t>دیرازاحدیث دیٹدامسلم ام ہ ول بیڈیوائیڈڈانٹو 7 3 سیکٹس۔ ہاؤڈووینو وچازدارائٹ سیکٹ؟</w:t>
      </w:r>
    </w:p>
    <w:p>
      <w:r>
        <w:rPr>
          <w:b/>
        </w:rPr>
        <w:t xml:space="preserve">[1:07:08] </w:t>
      </w:r>
      <w:r>
        <w:t>Dekhein, pehli baat to yeh hai ke is hadith ka matlab kya hai? Iska matlab yeh nahi ke aap in discourse kar rahe hain 73 farqon ko,</w:t>
      </w:r>
    </w:p>
    <w:p>
      <w:pPr>
        <w:jc w:val="right"/>
      </w:pPr>
      <w:r>
        <w:t>دیکھیں، پہلیباتتویہہے کہ اسحدیثکامطلبکیا ہے؟ اسکامطلبیہنہیںکہ آپ انڈ ورسکررہےہیں 73فرقوںکو،</w:t>
      </w:r>
    </w:p>
    <w:p>
      <w:r>
        <w:rPr>
          <w:b/>
        </w:rPr>
        <w:t xml:space="preserve">[1:07:22] </w:t>
      </w:r>
      <w:r>
        <w:t>in discourse nahi kar rahe.</w:t>
      </w:r>
    </w:p>
    <w:p>
      <w:pPr>
        <w:jc w:val="right"/>
      </w:pPr>
      <w:r>
        <w:t>انڈ ورسنہیںکررہے۔</w:t>
      </w:r>
    </w:p>
    <w:p>
      <w:r>
        <w:rPr>
          <w:b/>
        </w:rPr>
        <w:t xml:space="preserve">[1:07:24] </w:t>
      </w:r>
      <w:r>
        <w:t>That was a kind of advance warning. Yani pehlay say logon ko yeh warning de keh jis tarah doosray mazhabon mein firqay ban gaye, tumharay firqay banenge, to aap ne chaha keh tum is say bachao. Apnay aap ko Quran jo hai, itna mehfooz kalam hai, to bachao apnay aap ko keh phir bhi firqay ban gaye.</w:t>
      </w:r>
    </w:p>
    <w:p>
      <w:pPr>
        <w:jc w:val="right"/>
      </w:pPr>
      <w:r>
        <w:t>دیٹواز ا کائنڈاف ایڈوانس وارننگ۔ یعنیپیش گیطورپرآپنے لوگوںکو یہ وارننگدیکہجسطرح دوسرے مذہبوںمیں فر قےبنگئے،تمہارےفرقےبنیںگے، توآپ نےچاہاکہتم اسسےبچاؤ۔اپنےآپکو قرآنجوہے، اتنامحفوظکلامہے، توتمبچاؤاپنےآپکو کہپھربھیفرقےبنگئے۔</w:t>
      </w:r>
    </w:p>
    <w:p>
      <w:r>
        <w:rPr>
          <w:b/>
        </w:rPr>
        <w:t xml:space="preserve">[1:07:47] </w:t>
      </w:r>
      <w:r>
        <w:t>To isi hadith mein yeh bataya gaya hai keh hum kaise janen keh is mein sahih firqa konsa hai.</w:t>
      </w:r>
    </w:p>
    <w:p>
      <w:pPr>
        <w:jc w:val="right"/>
      </w:pPr>
      <w:r>
        <w:t>تو اسیحدیثمیںیہبتایاگیاہےکہ ہمکیسےجانیں کہ اسمیںصحیحفرقہکونساہے۔</w:t>
      </w:r>
    </w:p>
    <w:p>
      <w:r>
        <w:rPr>
          <w:b/>
        </w:rPr>
        <w:t xml:space="preserve">[1:07:53] </w:t>
      </w:r>
      <w:r>
        <w:t>Dekhein, ek baat mein yeh arz kar doon keh firqa say murad group nahi hai, individual hai. Yeh bohat bari ghalatfehmi hai logon ko keh log samajhte hain keh falan firqa jo hai, woh hai firqa najiyah.</w:t>
      </w:r>
    </w:p>
    <w:p>
      <w:pPr>
        <w:jc w:val="right"/>
      </w:pPr>
      <w:r>
        <w:t>دیکھیں،ایکباتمیںیہعرضکردوںکہفرقہسےمراد گروپنہیںہے، انڈیویجولہے۔ یہبہت بڑیغلطفہمیہےلوگوںکو کہلوگسمجھتےہیںکہفلاںفرقہجوہے،وہہے فرقہناجیہ۔</w:t>
      </w:r>
    </w:p>
    <w:p>
      <w:r>
        <w:rPr>
          <w:b/>
        </w:rPr>
        <w:t xml:space="preserve">[1:08:07] </w:t>
      </w:r>
      <w:r>
        <w:t>Logon ne jamaatein bana rakhi hain, har jamaat apnay baray mein samajhti hai keh mera, meri jo jamaat hai, woh woh jamaat hai jo jis ko, yani jo sahih firqa tha, firqa hai jo jo kehte hain firqa najiyah,</w:t>
      </w:r>
    </w:p>
    <w:p>
      <w:pPr>
        <w:jc w:val="right"/>
      </w:pPr>
      <w:r>
        <w:t>لوگوںنےجماعتیںبنارکھیہیں، ہرجماعت اپنے بارےمیںسمجھتیہےکہمیرا،میریجوجماعتہے، وہ وہجماعتہےجو جسکو ،یعنیجو صحیح فرقہتھا، فرقہہےجو جوکہتےہیںفرقہناجیہ،</w:t>
      </w:r>
    </w:p>
    <w:p>
      <w:r>
        <w:rPr>
          <w:b/>
        </w:rPr>
        <w:t xml:space="preserve">[1:08:21] </w:t>
      </w:r>
      <w:r>
        <w:t>yani jis kay liye salvation jis ko mile gi. Yeh bilkul galat soche. Yani group wise kabhi bhi salvation nahi hoti hai.</w:t>
      </w:r>
    </w:p>
    <w:p>
      <w:pPr>
        <w:jc w:val="right"/>
      </w:pPr>
      <w:r>
        <w:t>یعنیجسکےلیے سال ویشن جسکوملےگی۔ یہبالکلغلطسوچہے۔ یعنی گروپ وائز کبھیبھی سال ویشننہیںہوتیہے۔</w:t>
      </w:r>
    </w:p>
    <w:p>
      <w:r>
        <w:rPr>
          <w:b/>
        </w:rPr>
        <w:t xml:space="preserve">[1:08:31] </w:t>
      </w:r>
      <w:r>
        <w:t>Yaad rakhiye, kabhi bhi group wise salvation nahi hai. Khuda ke haan</w:t>
      </w:r>
    </w:p>
    <w:p>
      <w:pPr>
        <w:jc w:val="right"/>
      </w:pPr>
      <w:r>
        <w:t>یادرکھیے، کبھی بھی گروپوائزسالویشننہیںہے۔خداکےہاں</w:t>
      </w:r>
    </w:p>
    <w:p>
      <w:r>
        <w:rPr>
          <w:b/>
        </w:rPr>
        <w:t xml:space="preserve">[1:08:37] </w:t>
      </w:r>
      <w:r>
        <w:t>individual ke aitbar say salvation ka faisla hoga. Khuda ke haan laqad ja'tum farada. To hadith mein, isi hadith mein bata diya gaya hai keh keh woh poocha gaya aapse keh kon sa firqa woh hai jis ko hum sahih samjhen?</w:t>
      </w:r>
    </w:p>
    <w:p>
      <w:pPr>
        <w:jc w:val="right"/>
      </w:pPr>
      <w:r>
        <w:t>انڈیویجول کےاعتبارسے سالویشنکافیصلہہوگا۔خداکےہاں لقج یتمون فرادہ ۔تو حدیثمیں، اسیحدیثمیںبتادیاگیاہےکہ کہ وہپوچھاگیاآپسے کہ کون سافرقہوہہےجسکوہمصحیحسمجھیں؟</w:t>
      </w:r>
    </w:p>
    <w:p>
      <w:r>
        <w:rPr>
          <w:b/>
        </w:rPr>
        <w:t xml:space="preserve">[1:08:55] </w:t>
      </w:r>
      <w:r>
        <w:t>Firqa ke ma'ne nahi, kon sa group woh samjhen? Konsa maslak woh hai? Woh kon sa tareeqa woh hai? To aap ne farmaya keh ma ana alaihi wa ashabi, jis par mein hoon aur meray ashaab</w:t>
      </w:r>
    </w:p>
    <w:p>
      <w:pPr>
        <w:jc w:val="right"/>
      </w:pPr>
      <w:r>
        <w:t>فرقہکےمعنینہیں،کونساگروپوہسمجھ یں؟ک ونسامسلک وہ ہے؟وہکونساطریقہوہہے؟ تو آپنےفرمایاکہ ما انا علی ہ واصحابی، جسپر میںہوںاور میرےاصحاب</w:t>
      </w:r>
    </w:p>
    <w:p>
      <w:r>
        <w:rPr>
          <w:b/>
        </w:rPr>
        <w:t xml:space="preserve">[1:09:07] </w:t>
      </w:r>
      <w:r>
        <w:t>. Is ka matlab kya hua? Ke aap ne ek criterion de diya</w:t>
      </w:r>
    </w:p>
    <w:p>
      <w:pPr>
        <w:jc w:val="right"/>
      </w:pPr>
      <w:r>
        <w:t>۔ اسکامطلبکیاہوا ؟ کہآپ نے ایک کرائٹیریندےدیا</w:t>
      </w:r>
    </w:p>
    <w:p>
      <w:r>
        <w:rPr>
          <w:b/>
        </w:rPr>
        <w:t xml:space="preserve">[1:09:14] </w:t>
      </w:r>
      <w:r>
        <w:t>keh jo cheez Quran say nikl rahi hai, jo Rasul Allah ki zindagi say nikl rahi hai, aur jis par Sahaba qaim thay, isi par jo log qaim rahenge, woh to sahih firqa manay jayenge.</w:t>
      </w:r>
    </w:p>
    <w:p>
      <w:pPr>
        <w:jc w:val="right"/>
      </w:pPr>
      <w:r>
        <w:t>کہ جو چیز قرآنسےنکلرہیہے، جو رسولاللہکیزندگی سےنکلرہیہے، اورجسپرصحابہقائمتھے، اسیپرجولوگ قائمرہیںگے، وہتو صحیحفرقہمانےجائیںگے۔</w:t>
      </w:r>
    </w:p>
    <w:p>
      <w:r>
        <w:rPr>
          <w:b/>
        </w:rPr>
        <w:t xml:space="preserve">[1:09:30] </w:t>
      </w:r>
      <w:r>
        <w:t>Yani woh afraad sahih afraad manay jayenge, lekin jo is say deviate karega, woh sahih nahi hoga.</w:t>
      </w:r>
    </w:p>
    <w:p>
      <w:pPr>
        <w:jc w:val="right"/>
      </w:pPr>
      <w:r>
        <w:t>یعنیوہ افراد صحیحافراد مانےجائیںگے،لیکنجواسسےڈیبیٹکرےگا،وہصحیحنہیںہوگا۔</w:t>
      </w:r>
    </w:p>
    <w:p>
      <w:r>
        <w:rPr>
          <w:b/>
        </w:rPr>
        <w:t xml:space="preserve">[1:09:37] </w:t>
      </w:r>
      <w:r>
        <w:t>To bohat hi simple aur bohat hi scientific criterion hai.</w:t>
      </w:r>
    </w:p>
    <w:p>
      <w:pPr>
        <w:jc w:val="right"/>
      </w:pPr>
      <w:r>
        <w:t>تو بہت ہی سمپل اوربہتہی سائنٹیفککرائٹیرینہے۔</w:t>
      </w:r>
    </w:p>
    <w:p>
      <w:r>
        <w:rPr>
          <w:b/>
        </w:rPr>
        <w:t xml:space="preserve">[1:09:44] </w:t>
      </w:r>
      <w:r>
        <w:t>Jaisay aaj kal dekhiye, bohat say logon ko aap payenge keh woh kisi tareeqay ko apnayay hue hain. Un say poocha, poochen to kahein ge munay buzurgon say suna hai, aur buzurgon ka, buzurgon ne aisa bataya hai.</w:t>
      </w:r>
    </w:p>
    <w:p>
      <w:pPr>
        <w:jc w:val="right"/>
      </w:pPr>
      <w:r>
        <w:t>جیسےآجکلدیکھیے، بہتسےلوگوںکوآپپائیںگےکہوہ کسیطریقےکو اپنائےہوئےہیں۔ انسےپوچھا، پوچھیںتوکہیںگےہ منےبزرگ وںسےس ناہے، اوربزرگ وںکا، بزرگ وںنےایسابتایاہے۔</w:t>
      </w:r>
    </w:p>
    <w:p>
      <w:r>
        <w:rPr>
          <w:b/>
        </w:rPr>
        <w:t xml:space="preserve">[1:10:00] </w:t>
      </w:r>
      <w:r>
        <w:t>Yeh sab bilkul deviated tareeqa hai.</w:t>
      </w:r>
    </w:p>
    <w:p>
      <w:pPr>
        <w:jc w:val="right"/>
      </w:pPr>
      <w:r>
        <w:t>یہ سب بالکل ڈیویٹڈ طریقہہے۔</w:t>
      </w:r>
    </w:p>
    <w:p>
      <w:r>
        <w:rPr>
          <w:b/>
        </w:rPr>
        <w:t xml:space="preserve">[1:10:05] </w:t>
      </w:r>
      <w:r>
        <w:t>Rasul Allah ne yeh farmaya keh mera tareeqa jo hai, ya Sahaba ka jo tareeqa hai, bas wohi, wohi full stop laga diya. Unhon ne aap ne keh bas full stop wahan par lag gaya.</w:t>
      </w:r>
    </w:p>
    <w:p>
      <w:pPr>
        <w:jc w:val="right"/>
      </w:pPr>
      <w:r>
        <w:t>رسول اللہ نےیہفرمایاکہ میرا طریقہجوہے، یا صحابہکاجوطریقہہے،بسوہی، وہیفل سٹاپلگادیا۔انہوںنے آپ نےکہابسفلسٹاپ وہاںپرلگگیا۔</w:t>
      </w:r>
    </w:p>
    <w:p>
      <w:r>
        <w:rPr>
          <w:b/>
        </w:rPr>
        <w:t xml:space="preserve">[1:10:14] </w:t>
      </w:r>
      <w:r>
        <w:t>Ab aap kisi buzurg ko shamil kar lein keh wahan ka meh lagate hain, wahan ka meh hal kar bohat say buzurgon ko, akabir ko, peeron ko falan ko shamil kar lete hain.</w:t>
      </w:r>
    </w:p>
    <w:p>
      <w:pPr>
        <w:jc w:val="right"/>
      </w:pPr>
      <w:r>
        <w:t>ابآپکسی بزرگ کو شامل کرلیںکہوہاںکامہلگاتےہیں، وہاںکام ہلگاکر بہت سےبزرگ وں کو،اکابرکو، پیروںکوفلاںکوشاملکرلیتےہیں۔</w:t>
      </w:r>
    </w:p>
    <w:p>
      <w:r>
        <w:rPr>
          <w:b/>
        </w:rPr>
        <w:t xml:space="preserve">[1:10:25] </w:t>
      </w:r>
      <w:r>
        <w:t>Yeh bilashubah deviation hai.</w:t>
      </w:r>
    </w:p>
    <w:p>
      <w:pPr>
        <w:jc w:val="right"/>
      </w:pPr>
      <w:r>
        <w:t>یہ بلاشبہڈیویایشنہے۔</w:t>
      </w:r>
    </w:p>
    <w:p>
      <w:r>
        <w:rPr>
          <w:b/>
        </w:rPr>
        <w:t xml:space="preserve">[1:10:28] </w:t>
      </w:r>
      <w:r>
        <w:t>To dekhiye,</w:t>
      </w:r>
    </w:p>
    <w:p>
      <w:pPr>
        <w:jc w:val="right"/>
      </w:pPr>
      <w:r>
        <w:t>تو دیکھیے،</w:t>
      </w:r>
    </w:p>
    <w:p>
      <w:r>
        <w:rPr>
          <w:b/>
        </w:rPr>
        <w:t xml:space="preserve">[1:10:33] </w:t>
      </w:r>
      <w:r>
        <w:t>islam kamamlahiyahai keh quran bilkul ,yani preserved word of god ka. hadishen bhi muhaddiseen ne bohat ziyada mehnat karke hadishen chhaardi hain.</w:t>
      </w:r>
    </w:p>
    <w:p>
      <w:pPr>
        <w:jc w:val="right"/>
      </w:pPr>
      <w:r>
        <w:t>اسلام کامعاملہیہہےکہ قرآنبالکل ،یعنی پریزروڈ ورڈآف گاڈکا۔ حدیثیں بھی محدثیننےبہتزیادہمحنتکرکےحدیثیںچھاڑدیہیں۔</w:t>
      </w:r>
    </w:p>
    <w:p>
      <w:r>
        <w:rPr>
          <w:b/>
        </w:rPr>
        <w:t xml:space="preserve">[1:10:46] </w:t>
      </w:r>
      <w:r>
        <w:t>to hamare paas sahih hadishen hain aur quran hai. har aadmi is position mein hai keh ispar jaanch kar samjhe keh konsa tareeqa theek hai, konsa tareeqa theek nahin</w:t>
      </w:r>
    </w:p>
    <w:p>
      <w:pPr>
        <w:jc w:val="right"/>
      </w:pPr>
      <w:r>
        <w:t>تو ہمارےپاس صحیححدیثیںہیں اور قرآنہے۔ ہرآدمیاسپوزیشنمیںہےکہاسپرجانچکرسمجھےکہکونساطریقہٹھیکہے،کونساطریقہٹھیکنہیں</w:t>
      </w:r>
    </w:p>
    <w:p>
      <w:r>
        <w:rPr>
          <w:b/>
        </w:rPr>
        <w:t xml:space="preserve">[1:10:55] </w:t>
      </w:r>
      <w:r>
        <w:t>hai. jaise maine abhi aapse batai baat keh different fiqhi school banaye. to mere nazdeek yeh sahih nahin tha kyunkeh rasool allah ke zamane mein fiqhi school nahin bane, sahaba ke zamane mein fiqhi school nahin bane.</w:t>
      </w:r>
    </w:p>
    <w:p>
      <w:pPr>
        <w:jc w:val="right"/>
      </w:pPr>
      <w:r>
        <w:t>ہے۔ جیسےمیںنےابھیآپسےبت ائی بات کہ ڈفرنٹفقہیاسکولبنانا۔ تومیرانزدیکیہ صحیحنہیںتھاکیونکہ رسولاللہکےزمانےمیںفقہیاسکولنہیںبنے، صحابہکےزمانےمیںفقہیاسکولنہیںبنے۔</w:t>
      </w:r>
    </w:p>
    <w:p>
      <w:r>
        <w:rPr>
          <w:b/>
        </w:rPr>
        <w:t xml:space="preserve">[1:11:10] </w:t>
      </w:r>
      <w:r>
        <w:t>to aap ko kya right tha keh aap fiqhi school banayein alag alag? iski wajah se yeh bohat badi musibat aayi keh form ka naam ibadat ban gaya.</w:t>
      </w:r>
    </w:p>
    <w:p>
      <w:pPr>
        <w:jc w:val="right"/>
      </w:pPr>
      <w:r>
        <w:t>تو آپ کو کیارائٹتھاکہآپفقہیاسکولبنائیںالگالگ؟ اسکیوجہسے یہبہت بڑی مصیبتآئی کہ فارمکانام عبادتبنگیا۔</w:t>
      </w:r>
    </w:p>
    <w:p>
      <w:r>
        <w:rPr>
          <w:b/>
        </w:rPr>
        <w:t xml:space="preserve">[1:11:19] </w:t>
      </w:r>
      <w:r>
        <w:t>form, form ka naam ibadat ban gaya.</w:t>
      </w:r>
    </w:p>
    <w:p>
      <w:pPr>
        <w:jc w:val="right"/>
      </w:pPr>
      <w:r>
        <w:t>فارم، فارمکانامعبادتبنگیا۔</w:t>
      </w:r>
    </w:p>
    <w:p>
      <w:r>
        <w:rPr>
          <w:b/>
        </w:rPr>
        <w:t xml:space="preserve">[1:11:24] </w:t>
      </w:r>
      <w:r>
        <w:t>main dehle mein gaya, namaz padhi ek masjid mein. bechara imam tha, usne namaz padhi aur uske baad asar ki namaz thi. woh dua ke liye haath uthaya, dua karke apne inka hujra hota hai imamon ka, woh chala gaya.</w:t>
      </w:r>
    </w:p>
    <w:p>
      <w:pPr>
        <w:jc w:val="right"/>
      </w:pPr>
      <w:r>
        <w:t>میں دلیمیںگیا،ن مازپڑھیایکمسجدمیں۔ بیچارہامامجوتھا،اسنے نمازپڑھی اوراسکےبعد عصرکینمازتھی۔وہ دعاکےلیےہاتھاٹھایا،دعاکرکے اپنے انکاحجرہہوتاہےاماموںکا،وہچلاگیا۔</w:t>
      </w:r>
    </w:p>
    <w:p>
      <w:r>
        <w:rPr>
          <w:b/>
        </w:rPr>
        <w:t xml:space="preserve">[1:11:38] </w:t>
      </w:r>
      <w:r>
        <w:t>ab ek sahib jaake cheekhne chillane nikle idhar, tumhari namaz sab galat kar diya tumne namaz mein. to ek riwaj hai keh asar ki namaz ke baad log tasbeeh fatima padhte hain.</w:t>
      </w:r>
    </w:p>
    <w:p>
      <w:pPr>
        <w:jc w:val="right"/>
      </w:pPr>
      <w:r>
        <w:t>ابایکصاحبجاکےچیخنےچلانےن کلوادھر، تمہارینمازسبغلطکردیاتمنےنمازمیں۔ تو ایک رواجہےکہ عصرکینمازکےبعد لوگ تسبیحفاطمہپڑھتےہیں۔</w:t>
      </w:r>
    </w:p>
    <w:p>
      <w:r>
        <w:rPr>
          <w:b/>
        </w:rPr>
        <w:t xml:space="preserve">[1:11:51] </w:t>
      </w:r>
      <w:r>
        <w:t>is imam ne, woh naujawan imam tha, usne tasbeeh fatima nahin padhi thi to woh namaz hi kharab ho gayi. woh yeh sab bilkul lagoo baat hai, abstract baat hai, boogus baat hai.</w:t>
      </w:r>
    </w:p>
    <w:p>
      <w:pPr>
        <w:jc w:val="right"/>
      </w:pPr>
      <w:r>
        <w:t>اس امامنے،وہ نوجوانامامتھا،اسنےتسبیحفاطمہنہیںپڑھیتھی تووہنمازہیخرابہوگئی۔وہ یہسببالکل لغوباتہے، ابسٹریکٹباتہے،بوگسباتہے۔</w:t>
      </w:r>
    </w:p>
    <w:p>
      <w:r>
        <w:rPr>
          <w:b/>
        </w:rPr>
        <w:t xml:space="preserve">[1:12:01] </w:t>
      </w:r>
      <w:r>
        <w:t>aur kyun hai keh logon se criterion chhoot gaya hai. yeh bhool gaye hain log keh rasool allah ke zamane mein tasbeeh fatima thi hi nahin, sahaba ke zamane mein tasbeeh fatima thi hi nahin.</w:t>
      </w:r>
    </w:p>
    <w:p>
      <w:pPr>
        <w:jc w:val="right"/>
      </w:pPr>
      <w:r>
        <w:t>اورکیوںہےکہلوگوںسے کرائٹیرین چھوٹ گیاہے۔ یہبھولگئےہیںلوگ کہرسولاللہکےزمانےمیں تسبیحفاطمہتھیہینہیں، صحابہکےزمانےمیںتسبیحفاطمہتھیہینہیں۔</w:t>
      </w:r>
    </w:p>
    <w:p>
      <w:r>
        <w:rPr>
          <w:b/>
        </w:rPr>
        <w:t xml:space="preserve">[1:12:12] </w:t>
      </w:r>
      <w:r>
        <w:t>yani tasbeeh fatima ek khatoon ko, ek lady ko bataya rasool allah sallallahu alaihi wasallam ne. woh personally usko padhti thi, bas itna hi tha.</w:t>
      </w:r>
    </w:p>
    <w:p>
      <w:pPr>
        <w:jc w:val="right"/>
      </w:pPr>
      <w:r>
        <w:t>یعنی تسبیحفاطمہ ایک خاتونکو،ایک لیڈیکوبتایارسولاللہصلیاللہعلیہوسلمنے۔ وہ پرسنلیاسکوپڑھتیتھی،بساتناہیتھا۔</w:t>
      </w:r>
    </w:p>
    <w:p>
      <w:r>
        <w:rPr>
          <w:b/>
        </w:rPr>
        <w:t xml:space="preserve">[1:12:20] </w:t>
      </w:r>
      <w:r>
        <w:t>aisa nahin keh har masjid mein padhi jaye woh. yeh toh hai sara mamla. kabhi bhi yaad rakhiye, tasbeeh fatima ka riwaj na rasool allah ke zamane mein tha, na sahaba ke zamane mein tha, na tabieen ke zamane mein tha. ab, ab yeh badh gaya hai. yeh jab iska riwaj to unhone isko part of namaz samajh liya keh agar yeh tasbeeh fatima nahin padhi gayi to namaz hi nahin hui.</w:t>
      </w:r>
    </w:p>
    <w:p>
      <w:pPr>
        <w:jc w:val="right"/>
      </w:pPr>
      <w:r>
        <w:t>ایسانہیںکہہرمسجدمیںپڑھجائےوہ۔ یہتوابہے سارامعاملہ۔ کبھیبھییادرکھیے، تسبیحفاطمہکارواج نہ رسولاللہکےزمانےمیںتھا، نہصحابہکےزمانےمیںتھا،نہتابعینکےزمانےمیںتھا۔اب،ابیہبڑھگیاہے۔یہ جب اسکارواج تو انہوںنے اسکو پارٹآف نمازسمجھلیا کہاگر یہتسبیحفاطمہنہیںپڑھیگئیتونمازہینہیںہوئی۔</w:t>
      </w:r>
    </w:p>
    <w:p>
      <w:r>
        <w:rPr>
          <w:b/>
        </w:rPr>
        <w:t xml:space="preserve">[1:12:44] </w:t>
      </w:r>
      <w:r>
        <w:t>ab woh shor kar rahe hain wahan par.</w:t>
      </w:r>
    </w:p>
    <w:p>
      <w:pPr>
        <w:jc w:val="right"/>
      </w:pPr>
      <w:r>
        <w:t>ابوہشور کررہےہیںوہاںپر۔</w:t>
      </w:r>
    </w:p>
    <w:p>
      <w:r>
        <w:rPr>
          <w:b/>
        </w:rPr>
        <w:t xml:space="preserve">[1:12:48] </w:t>
      </w:r>
      <w:r>
        <w:t>to yaad rakhiye, kai firqon mein bat jaana ek koi masla nahin hai. masla yeh hai keh sahih criterion aapke paas na ho. sahih criterion jo hai, woh kya hai?</w:t>
      </w:r>
    </w:p>
    <w:p>
      <w:pPr>
        <w:jc w:val="right"/>
      </w:pPr>
      <w:r>
        <w:t>تو یادرکھیے، کئی فرقوںمیںبٹجاناایککوئیمسئلہنہیںہے۔ مسئلہیہہےکہصحیح کرائٹیرینآپکےپاس نہہو ۔ صحیحکرائٹیرینجوہے،وہ کیا ہے؟</w:t>
      </w:r>
    </w:p>
    <w:p>
      <w:r>
        <w:rPr>
          <w:b/>
        </w:rPr>
        <w:t xml:space="preserve">[1:12:59] </w:t>
      </w:r>
      <w:r>
        <w:t>rasool ka namoona aur sahaba kiram ka namoona. woh haath se chhoot jaye aapke to tab, tab problem hai. matlab koi problem nahin hai. bohat hi sab baat clear hai quran mein aur hadith mein.</w:t>
      </w:r>
    </w:p>
    <w:p>
      <w:pPr>
        <w:jc w:val="right"/>
      </w:pPr>
      <w:r>
        <w:t>رسول کا نمونہاورصحابہکرامکانمونہ۔ وہ ہاتھسےچھوٹجائےآپکےتوتب،تب پرابلمہے۔ مطلبکوئیپرابلمنہیںہے۔ بہت ہی سب باتکلی ئرہےقرآنمیںاورحدیثمیں۔</w:t>
      </w:r>
    </w:p>
    <w:p>
      <w:r>
        <w:rPr>
          <w:b/>
        </w:rPr>
        <w:t xml:space="preserve">[1:13:16] </w:t>
      </w:r>
      <w:r>
        <w:t>to bas isko jaaniye. jab aap attack karenge kisi aur par, kisi jamaat par, kisi buzurg par, kisi akabir par attack karenge, tabhi masla paida hoga.</w:t>
      </w:r>
    </w:p>
    <w:p>
      <w:pPr>
        <w:jc w:val="right"/>
      </w:pPr>
      <w:r>
        <w:t>توبساسکوجانیہو۔جبآپاٹکیںگے کسی اورپر ،کسی جماعتپر،کسی بزرگ پر،کسی اکابرپراٹکیںگے، تبھیمسئلہپیدا ہوگا۔</w:t>
      </w:r>
    </w:p>
    <w:p>
      <w:r>
        <w:rPr>
          <w:b/>
        </w:rPr>
        <w:t xml:space="preserve">[1:13:25] </w:t>
      </w:r>
      <w:r>
        <w:t>warna koi masla nahin hai. doosri hadith mein khud hi yeh bata diya gaya hai keh ma ana alaihi wa ashabi.</w:t>
      </w:r>
    </w:p>
    <w:p>
      <w:pPr>
        <w:jc w:val="right"/>
      </w:pPr>
      <w:r>
        <w:t>ورنہکوئیمسئلہنہیںہے۔ دوس ریحدیثمیں خود ہییہبتادیاگیاہےکہ ما انا علیہ واصحابی ۔</w:t>
      </w:r>
    </w:p>
    <w:p>
      <w:r>
        <w:rPr>
          <w:b/>
        </w:rPr>
        <w:t xml:space="preserve">[1:13:33] </w:t>
      </w:r>
      <w:r>
        <w:t>yani mera jo namoona hai aur mere ashaab ka jo namoona hai, bas isko jo log pakad lenge, woh hi sahih firqa maane jayenge aur jo isse hateinge, woh sab galat firqa ban jayenge.</w:t>
      </w:r>
    </w:p>
    <w:p>
      <w:pPr>
        <w:jc w:val="right"/>
      </w:pPr>
      <w:r>
        <w:t>یعنیمیراجونمونہہے اورمیرےاصحابکاجونمونہہے، بس اسکوجو لوگپکڑلیںگے، وہ یصحیحفرقہمانےجائیںگےاورجواسسےہٹیںگے، وہ سب غلطفرقہ بنجائیںگے۔</w:t>
      </w:r>
    </w:p>
    <w:p>
      <w:r>
        <w:rPr>
          <w:b/>
        </w:rPr>
        <w:t xml:space="preserve">[1:13:49] </w:t>
      </w:r>
      <w:r>
        <w:t>the question is from mr faisal siddiqui. when we faced the fiqhi ikhtilaf, how can we decide who to follow in a community?</w:t>
      </w:r>
    </w:p>
    <w:p>
      <w:pPr>
        <w:jc w:val="right"/>
      </w:pPr>
      <w:r>
        <w:t>دسکوئسچن از فرام مسٹر فیضل صدی قی۔ وینویآرفیسڈودا فقہی اخت لاف ،ہاؤکینویڈیسائیڈ ہو ٹوفالواناکمیونٹی؟</w:t>
      </w:r>
    </w:p>
    <w:p>
      <w:r>
        <w:rPr>
          <w:b/>
        </w:rPr>
        <w:t xml:space="preserve">[1:14:02] </w:t>
      </w:r>
      <w:r>
        <w:t>for example, method of monasaiting divides our community. dekhen, pehli baat main yeh arz karunga keh difference apne aap mein koi evil nahin hai kyunkeh difference part of nature hai.</w:t>
      </w:r>
    </w:p>
    <w:p>
      <w:pPr>
        <w:jc w:val="right"/>
      </w:pPr>
      <w:r>
        <w:t>فارایگزیمپل، میتھڈآف مونسائٹنگ ڈیوائیڈزاور کمیونٹی۔ دیکھیں،پہلیباتمیںیہعرضکروںگا کہ ڈفرنس اپنےآپ میں کوئی ایولنہیںہے کیونکہ ڈفرنسپارٹآفنیچرہے۔</w:t>
      </w:r>
    </w:p>
    <w:p>
      <w:r>
        <w:rPr>
          <w:b/>
        </w:rPr>
        <w:t xml:space="preserve">[1:14:20] </w:t>
      </w:r>
      <w:r>
        <w:t>woh evil hai hi nahin. difference hamesha raha hai, hamesha rahega. to difference ko aap evil na samjhiye keh difference ko mitane chahein. aap</w:t>
      </w:r>
    </w:p>
    <w:p>
      <w:pPr>
        <w:jc w:val="right"/>
      </w:pPr>
      <w:r>
        <w:t>وہ ایولہےہینہیں ۔ ڈفرنس ہمیشہرہاہے،ہمیشہرہےگا۔ تو ڈفرنسکوآپ ایولنہسمجھیے کہڈفرنسکومٹانے چاہیں۔آپ</w:t>
      </w:r>
    </w:p>
    <w:p>
      <w:r>
        <w:rPr>
          <w:b/>
        </w:rPr>
        <w:t xml:space="preserve">[1:14:31] </w:t>
      </w:r>
      <w:r>
        <w:t>difference mitane par bhi nahin mitega woh kyunkeh jo cheez part of nature ho, part of life ho, kaise mitayenge aap usko?</w:t>
      </w:r>
    </w:p>
    <w:p>
      <w:pPr>
        <w:jc w:val="right"/>
      </w:pPr>
      <w:r>
        <w:t>ڈفرنسمٹانےپربھینہیںمٹےگاوہ کیونکہجو چیزپارٹآفنیچرہو،پارٹآف لائفہو، کیسےمٹائیںگےآپاسکو ؟</w:t>
      </w:r>
    </w:p>
    <w:p>
      <w:r>
        <w:rPr>
          <w:b/>
        </w:rPr>
        <w:t xml:space="preserve">[1:14:40] </w:t>
      </w:r>
      <w:r>
        <w:t>mitate mitate bhi nahin mitega woh. is wajah se difference ko aap positive sense mein lijiye. difference ka plus point kya hai?</w:t>
      </w:r>
    </w:p>
    <w:p>
      <w:pPr>
        <w:jc w:val="right"/>
      </w:pPr>
      <w:r>
        <w:t>مٹاتےمٹاتےبھینہیںمٹےگاوہ۔ اسوجہسے ڈفرنسکوآپ پازیٹیوسینسمیںلیجئے۔ ڈفرنسکا پلسپوائنٹکیاہے؟</w:t>
      </w:r>
    </w:p>
    <w:p>
      <w:r>
        <w:rPr>
          <w:b/>
        </w:rPr>
        <w:t xml:space="preserve">[1:14:52] </w:t>
      </w:r>
      <w:r>
        <w:t>agar difference nahin ho to dialogue kaise hoga? discussion kaise hoga? aur jab dialogue nahin hoga to intellectual development kaise hoga?</w:t>
      </w:r>
    </w:p>
    <w:p>
      <w:pPr>
        <w:jc w:val="right"/>
      </w:pPr>
      <w:r>
        <w:t>اگر ڈفرنسنہہو تو ڈائیلاگکیسےہوگا؟ ڈسکشنکیسےہوگا؟ اور جب ڈائیلاگنہیںہوگاتو انٹلیکچولڈیویلپمنٹکیسےہوگا؟</w:t>
      </w:r>
    </w:p>
    <w:p>
      <w:r>
        <w:rPr>
          <w:b/>
        </w:rPr>
        <w:t xml:space="preserve">[1:15:03] </w:t>
      </w:r>
      <w:r>
        <w:t>log jo hain, scientific field mein difference ko pasand karte hain kyunkeh jaante hain keh where there is difference, there is intellectual development.</w:t>
      </w:r>
    </w:p>
    <w:p>
      <w:pPr>
        <w:jc w:val="right"/>
      </w:pPr>
      <w:r>
        <w:t>لوگ جوہیں، سائنٹیفکفیلڈمیںڈفرنسکوپسندکرتےہیں کیوں ج انتےہیںکہ ویردیرازڈفرنس،دیرازانٹلیکچولڈیویلپمنٹ۔</w:t>
      </w:r>
    </w:p>
    <w:p>
      <w:r>
        <w:rPr>
          <w:b/>
        </w:rPr>
        <w:t xml:space="preserve">[1:15:12] </w:t>
      </w:r>
      <w:r>
        <w:t>mazhab ko ek dam bana rakha hai, bilkul bas ek jaise keh dhale dhlayi koi cheez. to chahte hain keh bilkul ek dhala dhlayi ho, bilkul mazhab</w:t>
      </w:r>
    </w:p>
    <w:p>
      <w:pPr>
        <w:jc w:val="right"/>
      </w:pPr>
      <w:r>
        <w:t>مذہبکوایک دم بنارکھاہے،بالکل بس ایک جیسےکہڈھلیڈھلائیکوئیچیز۔ تو چاہتےہیںکہبالکلایکڈھلاڈھلایاہو،بالکل مذہب</w:t>
      </w:r>
    </w:p>
    <w:p>
      <w:r>
        <w:rPr>
          <w:b/>
        </w:rPr>
        <w:t xml:space="preserve">[1:15:25] </w:t>
      </w:r>
      <w:r>
        <w:t>kyun ke woh mazhab ko samajhte hain ke kuch hard and fast rules hain, woh kuch manuals hain, usko follow kar lo, mazhab poora ho gaya. mazhab bhaiya isi tarike se ek discipline jaise science mein discipline hote hain.</w:t>
      </w:r>
    </w:p>
    <w:p>
      <w:pPr>
        <w:jc w:val="right"/>
      </w:pPr>
      <w:r>
        <w:t>کیونکہوہ مذہبکوسمجھتےہیںکہ کچھ ہارڈاینڈفاسٹرولہیں ،وہکچھ مینولزہیں،اسکوفالوکرلو ، مذہب پوراہوگیا۔ مذہببھیاسیطریقےسے ایکڈسپلنجیسےسائنس میںڈسپلنہوتےہیں۔</w:t>
      </w:r>
    </w:p>
    <w:p>
      <w:r>
        <w:rPr>
          <w:b/>
        </w:rPr>
        <w:t xml:space="preserve">[1:15:39] </w:t>
      </w:r>
      <w:r>
        <w:t>yahan difference, difference rahna jo hai, iska plus point hai. tabhi to aap bahs karenge, tabhi to aap discussion karenge, tabhi to dialogue karenge. doosri baati hai rooh ihtilal ke mamle mein.</w:t>
      </w:r>
    </w:p>
    <w:p>
      <w:pPr>
        <w:jc w:val="right"/>
      </w:pPr>
      <w:r>
        <w:t>یہاںڈفرنس،ڈفر نسکارہناجوہے، اسکا پلسپوائنٹہے۔ تبھیتوآپبحثکریںگے،تبھیتوآپڈسکشنکریںگے،تبھیتوڈائیلاگکریںگے۔ دوسریباتیہہے روحاحتلالکےمعاملےمیں۔</w:t>
      </w:r>
    </w:p>
    <w:p>
      <w:r>
        <w:rPr>
          <w:b/>
        </w:rPr>
        <w:t xml:space="preserve">[1:15:53] </w:t>
      </w:r>
      <w:r>
        <w:t>dekhen, rooh ihtilal ke mamle mein maine likha hai yeh ihtilaf, yani main main zaati jo hai, woh batata hoon aap ko ke hadith mein aata hai ke somo lru yati ufro lru yati, yani chand dekh kar iftar karo aur chand dekh kar ke eid karo.</w:t>
      </w:r>
    </w:p>
    <w:p>
      <w:pPr>
        <w:jc w:val="right"/>
      </w:pPr>
      <w:r>
        <w:t>دیکھیں،روحاحتلالکےمعاملےمیں میںنےلکھاہے یہ اخت لاف ،یعنی میں میں ذاتیجووہہے،وہبتاتاہوںآپکو کہ حدیث میںآتاہےکہ سومو لرو یت یوفرو لرویتی، یعنی چاند دےکرافطارکرو اور چانددےکرکےعیدکرو۔</w:t>
      </w:r>
    </w:p>
    <w:p>
      <w:r>
        <w:rPr>
          <w:b/>
        </w:rPr>
        <w:t xml:space="preserve">[1:16:14] </w:t>
      </w:r>
      <w:r>
        <w:t>yeh lafz hai lekin quran mein doosra lafz hai faman shahad minkam al sharaf yusoom . jo</w:t>
      </w:r>
    </w:p>
    <w:p>
      <w:pPr>
        <w:jc w:val="right"/>
      </w:pPr>
      <w:r>
        <w:t>یہلفظہے لیکن قرآنمیںدوسرالفظہے فمن شہدمنکمالشرف یصوم ۔ جو</w:t>
      </w:r>
    </w:p>
    <w:p>
      <w:r>
        <w:rPr>
          <w:b/>
        </w:rPr>
        <w:t xml:space="preserve">[1:16:22] </w:t>
      </w:r>
      <w:r>
        <w:t>is mahinon ko paye, woh rozah rakhe. ab dekhen, yeh jo farq hai, is se pata chalta hai ke rasool Allah ne zamani, yani apna jo period tha, us period ke lihaz se logon ko guidance dena tha aap ko.</w:t>
      </w:r>
    </w:p>
    <w:p>
      <w:pPr>
        <w:jc w:val="right"/>
      </w:pPr>
      <w:r>
        <w:t>اس مہینوںکوپائے،وہروزہرکھے۔ ابدیکھیں،یہ جوفرقہے، اسسےپتہچلتاہےکہرسولاللہنے زمانی ،یعنیاپناجو پیریڈتھا،اسپیریڈکےلحاظسےلوگوںکو گائیڈنسدیناتھاآپکو۔</w:t>
      </w:r>
    </w:p>
    <w:p>
      <w:r>
        <w:rPr>
          <w:b/>
        </w:rPr>
        <w:t xml:space="preserve">[1:16:35] </w:t>
      </w:r>
      <w:r>
        <w:t>to aap ne is lihaz se kiya kyun ke us waqt aankh se dekh kar hi chand dikhai padta tha. quran mein aankh ki dekhne ki baat nahi hai, famansh hada ki baat hai ke jab woh mahina mein tum apna aap ko pao.</w:t>
      </w:r>
    </w:p>
    <w:p>
      <w:pPr>
        <w:jc w:val="right"/>
      </w:pPr>
      <w:r>
        <w:t>توآپ نےاسلحاظسےکہاکیونکہاسوقت آنکھسےدیکھکرہی چانددکھائیپڑتاتھا۔ قرآنمیں آنکھکیدیکھنےکیباتنہیںہے، فمنشہدہکیباتہے کہجبوہ مہینہ میںتم اپناآپکوپاؤ۔</w:t>
      </w:r>
    </w:p>
    <w:p>
      <w:r>
        <w:rPr>
          <w:b/>
        </w:rPr>
        <w:t xml:space="preserve">[1:16:50] </w:t>
      </w:r>
      <w:r>
        <w:t>to is ka matlab yeh hai ke kisi aankh ke siwa kisi aur zariye se agar maloom ho jaye ke woh mahina aa gaya to quran ke mutabiq bas woh maan lena chahiye, us ko maan lena chahiye.</w:t>
      </w:r>
    </w:p>
    <w:p>
      <w:pPr>
        <w:jc w:val="right"/>
      </w:pPr>
      <w:r>
        <w:t>تواسکامعنییہہےکہ کسی آنکھکےسوا کسی اورذریعےسےاگر معلومہوجائے کہوہ مہینہآگیا تو قرآنکےمطابق بسوہمانلیناچاہیے،اسکومانلیناچاہیے۔</w:t>
      </w:r>
    </w:p>
    <w:p>
      <w:r>
        <w:rPr>
          <w:b/>
        </w:rPr>
        <w:t xml:space="preserve">[1:17:03] </w:t>
      </w:r>
      <w:r>
        <w:t>aap jante hain ke pehle zamane mein log nahi jante the, ab hum jante hain is baat ko ke chand hamesha, hamesha 29 ko ho jata hai, yani mahine ki 29 tareekh ko hamesha chand ho jata hai.</w:t>
      </w:r>
    </w:p>
    <w:p>
      <w:pPr>
        <w:jc w:val="right"/>
      </w:pPr>
      <w:r>
        <w:t>آپجانتےہیںکہ پہلے زمانےمیںلوگنہیںجانتےتھے،ابہمجانتےہیںاسباتکو کہ چاند ہمیشہ، ہ میشہ 2 9 کوہوجاتاہے، یعنی مہینےکی29تاریخ کوہمیشہچاندہوجاتاہے۔</w:t>
      </w:r>
    </w:p>
    <w:p>
      <w:r>
        <w:rPr>
          <w:b/>
        </w:rPr>
        <w:t xml:space="preserve">[1:17:17] </w:t>
      </w:r>
      <w:r>
        <w:t>achha, na ho, chand na ho,</w:t>
      </w:r>
    </w:p>
    <w:p>
      <w:pPr>
        <w:jc w:val="right"/>
      </w:pPr>
      <w:r>
        <w:t>اچھا،نہہو،چاندنہہو،</w:t>
      </w:r>
    </w:p>
    <w:p>
      <w:r>
        <w:rPr>
          <w:b/>
        </w:rPr>
        <w:t xml:space="preserve">[1:17:19] </w:t>
      </w:r>
      <w:r>
        <w:t>farq sirf ek side dekhne ka hai. yeh dekhne ka mamla yeh hai ke agar ek degree se upar hai to dikhai nahi dega, ek degree niche hai to dikhai dega. yani kyun ke sun ki jo light hai,</w:t>
      </w:r>
    </w:p>
    <w:p>
      <w:pPr>
        <w:jc w:val="right"/>
      </w:pPr>
      <w:r>
        <w:t>فرقصرفایک سائیڈ دیکھنےکاہے۔ یہدیکھنےکامعاملہیہہےکہاگر ایکڈگریسےاوپرہےتودکھائینہیںدےگا، ایکڈگرینیچےہےتودکھائیدےگا۔یعنی چونکہ سن کی جو لائٹہے،</w:t>
      </w:r>
    </w:p>
    <w:p>
      <w:r>
        <w:rPr>
          <w:b/>
        </w:rPr>
        <w:t xml:space="preserve">[1:17:33] </w:t>
      </w:r>
      <w:r>
        <w:t>woh itna zyada abhi hoti hai us waqt ke us mein dekh nahi paate hum, lekin jab sun ki light kuch kam ho jati hai tab hum dekh paate hain.</w:t>
      </w:r>
    </w:p>
    <w:p>
      <w:pPr>
        <w:jc w:val="right"/>
      </w:pPr>
      <w:r>
        <w:t>وہ اتنازیادہ ابھیہوتیہے اس وقت کہاسمیں دیکھنہیںپاتےہم،لیکن جبسنکیلائٹکچھکمہوجاتیہےتبہمدیکھپاتےہیں۔</w:t>
      </w:r>
    </w:p>
    <w:p>
      <w:r>
        <w:rPr>
          <w:b/>
        </w:rPr>
        <w:t xml:space="preserve">[1:17:43] </w:t>
      </w:r>
      <w:r>
        <w:t>basaysehimamlahay. to observationmain sab pata kiya ja chukahay.</w:t>
      </w:r>
    </w:p>
    <w:p>
      <w:pPr>
        <w:jc w:val="right"/>
      </w:pPr>
      <w:r>
        <w:t>بسایسےہیمعاملہہے۔ تو ابزرویٹریمیںسبپتہ کیاجاچکاہے۔</w:t>
      </w:r>
    </w:p>
    <w:p>
      <w:r>
        <w:rPr>
          <w:b/>
        </w:rPr>
        <w:t xml:space="preserve">[1:17:48] </w:t>
      </w:r>
      <w:r>
        <w:t>to mein zaati taur par yeh manta hoon keh calendar ke hisab se hona chahiye, yani woh roza aur eid.</w:t>
      </w:r>
    </w:p>
    <w:p>
      <w:pPr>
        <w:jc w:val="right"/>
      </w:pPr>
      <w:r>
        <w:t>تومیں ذاتیطورپریہمانتاہوںکہ کیلنڈرکے حس ابسے ہوناچاہیے، یعنی وہ روز ہاور اور عید۔</w:t>
      </w:r>
    </w:p>
    <w:p>
      <w:r>
        <w:rPr>
          <w:b/>
        </w:rPr>
        <w:t xml:space="preserve">[1:17:59] </w:t>
      </w:r>
      <w:r>
        <w:t>lekin agar kuch log nahi mante to na manein, is mein koi pareshani ki baat nahi hai. farz karein keh Dilli mein eid hoti hai, ek aur din aur Hyderabad doosre din se farq kya pada?</w:t>
      </w:r>
    </w:p>
    <w:p>
      <w:pPr>
        <w:jc w:val="right"/>
      </w:pPr>
      <w:r>
        <w:t>لیکن اگر کچھلوگنہیںمانتےتونہمانیں،اسمیںکوئی پریشانیکیباتنہیںہے۔ فرضکریںکہدلیمیں عیدہوتیہے،ایکاوردن اور حیدرآباددوسرےدنسےفرقکیاپڑا؟</w:t>
      </w:r>
    </w:p>
    <w:p>
      <w:r>
        <w:rPr>
          <w:b/>
        </w:rPr>
        <w:t xml:space="preserve">[1:18:09] </w:t>
      </w:r>
      <w:r>
        <w:t>isko masla kyun banate hain log? yeh koi masla nahi hai, yeh koi masla nahi hai.</w:t>
      </w:r>
    </w:p>
    <w:p>
      <w:pPr>
        <w:jc w:val="right"/>
      </w:pPr>
      <w:r>
        <w:t>اسکومسئلہکیوںبناتےہیںلوگ ؟ یہکوئیمسئلہنہیںہے، یہکوئیمسئلہنہیںہے۔</w:t>
      </w:r>
    </w:p>
    <w:p>
      <w:r>
        <w:rPr>
          <w:b/>
        </w:rPr>
        <w:t xml:space="preserve">[1:18:16] </w:t>
      </w:r>
      <w:r>
        <w:t>masla is liye hai keh log samajhte hain keh form jo hai, wahi kal hai deen mein. bas form hai to deen hai, nahi to deen nahi hai. yeh form based religion ki wajah se is se masle paida hue hain.</w:t>
      </w:r>
    </w:p>
    <w:p>
      <w:pPr>
        <w:jc w:val="right"/>
      </w:pPr>
      <w:r>
        <w:t>مسئلہاسلیےہےکہلوگ سمجھتےہیںکہ فارمجوہے، وہی کل ہےدینمیں۔بس فارمہےتو دینہےنہیں،تودینہینہیںہے۔ یہ فار م بیس ریلیجنکیوجہسےاسسےمسئلےپیدا ہوئےہیں۔</w:t>
      </w:r>
    </w:p>
    <w:p>
      <w:r>
        <w:rPr>
          <w:b/>
        </w:rPr>
        <w:t xml:space="preserve">[1:18:28] </w:t>
      </w:r>
      <w:r>
        <w:t>spirit based religion agar aap samajh lein to koi masla hi nahi hai. is se kya farq pada? yahan log aaj kar rahe hain, wahan woh kal kar rahe hain to koi farq nahi pada is se.</w:t>
      </w:r>
    </w:p>
    <w:p>
      <w:pPr>
        <w:jc w:val="right"/>
      </w:pPr>
      <w:r>
        <w:t>اسپرٹبیسریلیجناگرآپ سمجھلیںتوکوئیمسئلہہینہیںہے۔ اسسےکیافرقپڑا؟یہاں لوگآجکررہےہیں،وہاںوہکلکررہےہیںتوکوئیفرقنہیںپڑااسسے۔</w:t>
      </w:r>
    </w:p>
    <w:p>
      <w:r>
        <w:rPr>
          <w:b/>
        </w:rPr>
        <w:t xml:space="preserve">[1:18:38] </w:t>
      </w:r>
      <w:r>
        <w:t>to is ke peeche jo galat fehmi hai, wahi hai keh mazhab naam hai ek form ka.</w:t>
      </w:r>
    </w:p>
    <w:p>
      <w:pPr>
        <w:jc w:val="right"/>
      </w:pPr>
      <w:r>
        <w:t>تواسکےپیچھےجو غلطفہمیہے،وہیہہےکہ مذہبنام ہے ایکفارمکا۔</w:t>
      </w:r>
    </w:p>
    <w:p>
      <w:r>
        <w:rPr>
          <w:b/>
        </w:rPr>
        <w:t xml:space="preserve">[1:18:43] </w:t>
      </w:r>
      <w:r>
        <w:t>bilashuba yeh galat hai, besلیس ہے۔ mazhab form ka naam nahi hai, mazhab spirit ka naam hai. altaqvi yahan hona, Rasool Allah ne farmaya altaqvi yahan hona.</w:t>
      </w:r>
    </w:p>
    <w:p>
      <w:pPr>
        <w:jc w:val="right"/>
      </w:pPr>
      <w:r>
        <w:t>ب لاشبہیہغلطہے، بیسلیسہے۔ مذہبفارمکانامنہیںہے، مذہباسپرٹکانامہے۔ التقویٰہاںہونا، رسولاللہنےفرمایا التقویٰہاںہونا۔</w:t>
      </w:r>
    </w:p>
    <w:p>
      <w:r>
        <w:rPr>
          <w:b/>
        </w:rPr>
        <w:t xml:space="preserve">[1:18:53] </w:t>
      </w:r>
      <w:r>
        <w:t>yani andar ki jo spirit hai, us ka naam taqvi hai. andar ki jo spirit hai, us ka naam deen hai. is mein farq jo hai, meri ek rai hai, aap ki rai doosri hai. to is mein koi kiya hai? aap apne hisab se kar lijiye, mein apne hisab se kar loon kyunke form mein to farq hua, spirit to farq nahi hua.</w:t>
      </w:r>
    </w:p>
    <w:p>
      <w:pPr>
        <w:jc w:val="right"/>
      </w:pPr>
      <w:r>
        <w:t>یعنی اندرکیجواسپرٹہے،اسکانام تقویٰہے۔ اندرکیجواسپرٹہے،اسکانامدینہے۔ اس میں فرقجوہے، میریایکرائےہے، آپکیرائےدوسریہے۔تواسمیںکوئیکیا ہے؟آپ اپنے حسابسےکرلیجئے،میںاپنےحسابسےکرلوں کیونکہ فار میتوفرقہوا، اسپرٹتوفرقنہیںہوا۔</w:t>
      </w:r>
    </w:p>
    <w:p>
      <w:r>
        <w:rPr>
          <w:b/>
        </w:rPr>
        <w:t xml:space="preserve">[1:19:12] </w:t>
      </w:r>
      <w:r>
        <w:t>yeh hai meri rai is mamle mein. This question is from Maulana Zakwan. Maulana, while praying sunnah or nafl, can a person pray in his own language while sajdah and rukoo?</w:t>
      </w:r>
    </w:p>
    <w:p>
      <w:pPr>
        <w:jc w:val="right"/>
      </w:pPr>
      <w:r>
        <w:t>یہہےمیریرائےاسمعاملےمیں۔ دسکوئسچناز فراممولانازکوان۔ مول انا، وائل پرینگ سنتاور نفل ،کیناپرسن پری انہزاونلینگویج وائلانسجدہاینڈرکوع؟</w:t>
      </w:r>
    </w:p>
    <w:p>
      <w:r>
        <w:rPr>
          <w:b/>
        </w:rPr>
        <w:t xml:space="preserve">[1:19:31] </w:t>
      </w:r>
      <w:r>
        <w:t>dekhein, mein aisa nahi keh raha hoon keh aadmi Arabi mein in ko na seekhe aur apni zaban mein parhta rahe.</w:t>
      </w:r>
    </w:p>
    <w:p>
      <w:pPr>
        <w:jc w:val="right"/>
      </w:pPr>
      <w:r>
        <w:t>دیکھیں،میں ایسانہیںکہہرہاہوں کہ آدمی عربیمیں ان کونہسیکھےاور اپنیزبان میںپڑھتارہے۔</w:t>
      </w:r>
    </w:p>
    <w:p>
      <w:r>
        <w:rPr>
          <w:b/>
        </w:rPr>
        <w:t xml:space="preserve">[1:19:40] </w:t>
      </w:r>
      <w:r>
        <w:t>nahi, yeh hai law of necessity ka mamla keh ek aadmi Islam mein abhi aaya hai, woh kuch jaanta nahi hai to us ko concession diya jayega keh woh jitna kar sakta hai, utna kar le.</w:t>
      </w:r>
    </w:p>
    <w:p>
      <w:pPr>
        <w:jc w:val="right"/>
      </w:pPr>
      <w:r>
        <w:t>نہیں،یہہے لاءآفنیسسٹیکامعاملہ کہایکآدمی اسلام میںابھیآیاہے، وہ کچھجانتانہیںہے تو اسکو کنسیشندیاجائےگاکہوہ جتناکرسکتاہے،اتناکرلے۔</w:t>
      </w:r>
    </w:p>
    <w:p>
      <w:r>
        <w:rPr>
          <w:b/>
        </w:rPr>
        <w:t xml:space="preserve">[1:19:54] </w:t>
      </w:r>
      <w:r>
        <w:t>saath saath yeh hoga keh us ko kaha jayega keh tum Arabi seekho. aisa kaha jayega. lekin ek aur, yeh ek baat hui, yani yeh to routine ki baat hui.</w:t>
      </w:r>
    </w:p>
    <w:p>
      <w:pPr>
        <w:jc w:val="right"/>
      </w:pPr>
      <w:r>
        <w:t>ساتھساتھ یہہوگا کہاسکوکہاجائےگاکہتمعربیسیکھو۔ ایساکہاجائےگا۔لیکن ایکاور ،یہ ایکباتہوئی،یعنییہتوروٹینکیباتہوئی۔</w:t>
      </w:r>
    </w:p>
    <w:p>
      <w:r>
        <w:rPr>
          <w:b/>
        </w:rPr>
        <w:t xml:space="preserve">[1:20:06] </w:t>
      </w:r>
      <w:r>
        <w:t>routine mein us ko concession diya jayega, lekin kaha jayega keh tum seekho Arabi zaban mein. woh sab duaen aur surah. ek aur baat jo hai, woh hai is se alag keh kabhi aisa hota hai keh aadmi ke andar toofan uthta hai kaifiyat ka aur jazbat ka.</w:t>
      </w:r>
    </w:p>
    <w:p>
      <w:pPr>
        <w:jc w:val="right"/>
      </w:pPr>
      <w:r>
        <w:t>روٹینمیںاسکوکنسیشندیاجائےگا،لیکن کہاجائےگاکہتمسیکھو عربیزبان میں۔وہسب دعائیںاور سورت یں۔ ایکاور باتجوہے، وہہے اسسےالگ کہکبھیایساہوتاہےکہآدمیکےاندرطوفاناٹھتاہے کیفیاتکااورجذباتکا ۔</w:t>
      </w:r>
    </w:p>
    <w:p>
      <w:r>
        <w:rPr>
          <w:b/>
        </w:rPr>
        <w:t xml:space="preserve">[1:20:25] </w:t>
      </w:r>
      <w:r>
        <w:t>us waqt woh aadmi paband nahi kar sakta aur bhi alfaaz nikal padte hain us ki zaban se</w:t>
      </w:r>
    </w:p>
    <w:p>
      <w:pPr>
        <w:jc w:val="right"/>
      </w:pPr>
      <w:r>
        <w:t>اس وقت وہآدمی پابندینہیںکرسکتا اور بھیالفاظ نکلپڑتےہیںاسکیزبان سے</w:t>
      </w:r>
    </w:p>
    <w:p>
      <w:r>
        <w:rPr>
          <w:b/>
        </w:rPr>
        <w:t xml:space="preserve">[1:20:33] </w:t>
      </w:r>
      <w:r>
        <w:t>. jaise maine aap ko misaal di Sahaba ki keh Rabbana lakal hamd hamdan kasiran tayyiban mubarakan feeh. kyunke un ki mother tongue Arabi zaban thi, to woh kahan parhein?</w:t>
      </w:r>
    </w:p>
    <w:p>
      <w:pPr>
        <w:jc w:val="right"/>
      </w:pPr>
      <w:r>
        <w:t>۔ جیسے میںنےآپکومثالدی صحابہکی کہ ربنالکالحمدحمداکثیراطیبا وبارکرفیق۔چونکہانکی مدرٹنگعربیزبان تھی، تووہکہاںپڑھے؟</w:t>
      </w:r>
    </w:p>
    <w:p>
      <w:r>
        <w:rPr>
          <w:b/>
        </w:rPr>
        <w:t xml:space="preserve">[1:20:44] </w:t>
      </w:r>
      <w:r>
        <w:t>koi aur shakhs kisi aur zaban mein kar sakta hai. to woh ek aisi cheez nahi hai keh jo hum kahein keh aisi routine banayein aap us ko. lekin kabhi kabhi jab aap par, yani bahut zyada quality namaz padhenge aap,</w:t>
      </w:r>
    </w:p>
    <w:p>
      <w:pPr>
        <w:jc w:val="right"/>
      </w:pPr>
      <w:r>
        <w:t>کوئیاورشخصکسیاورزبانمیںکرسکتاہے۔ تووہ ایک ایسیچیزنہیںہےکہجوکہہمکہیںکہ ایسیروٹینبنائیںآپاسکو۔ لیکن کبھیکبھیجبآپپر ،یعنی بہت زیادہ کو الٹیوالینمازپڑھیںگےآپ،</w:t>
      </w:r>
    </w:p>
    <w:p>
      <w:r>
        <w:rPr>
          <w:b/>
        </w:rPr>
        <w:t xml:space="preserve">[1:21:00] </w:t>
      </w:r>
      <w:r>
        <w:t>to aisa hoga.</w:t>
      </w:r>
    </w:p>
    <w:p>
      <w:pPr>
        <w:jc w:val="right"/>
      </w:pPr>
      <w:r>
        <w:t>تو ایساہوگا۔</w:t>
      </w:r>
    </w:p>
    <w:p>
      <w:r>
        <w:rPr>
          <w:b/>
        </w:rPr>
        <w:t xml:space="preserve">[1:21:02] </w:t>
      </w:r>
      <w:r>
        <w:t>mein, yani Ulama aisa nahi kehte aam taur par. Ulama ka yeh maslak nahi hai. mein zaati taur par is ko manta hoon. mein manta hoon keh jo Sahaba ki zaban se woh alfaaz nikle the, to is liye nikle the. wohi mother tongue thi un ki.</w:t>
      </w:r>
    </w:p>
    <w:p>
      <w:pPr>
        <w:jc w:val="right"/>
      </w:pPr>
      <w:r>
        <w:t>میں ،یعنیعلماء ایسانہیںکہتےعامطورپر۔ علماءکایہمسلکنہیںہے۔ میں ذاتیطورپراسکومانتاہوں۔ میں مانتاہوںکہجوصحابہ کیزبان سےوہالفاظنکلےتھے،تواسلیےنکلےتھے۔وہیمدرٹنگتھیانکی۔</w:t>
      </w:r>
    </w:p>
    <w:p>
      <w:r>
        <w:rPr>
          <w:b/>
        </w:rPr>
        <w:t xml:space="preserve">[1:21:16] </w:t>
      </w:r>
      <w:r>
        <w:t>to kisi aur zaban mein agar woh jazbat zahir hon to is se mein yeh samajh paya hoon keh woh bhi jaiz hona chahiye. yeh meri zaati rai hai, Ulama ki rai yeh nahi hai.</w:t>
      </w:r>
    </w:p>
    <w:p>
      <w:pPr>
        <w:jc w:val="right"/>
      </w:pPr>
      <w:r>
        <w:t>تو کسیاور زبان میںاگروہجذبات ظاہرہوں تو اسسےمیں یہسمجھپایاہوںکہوہبھیجائزہوناچاہیے۔ یہمیریذاتیرائےہے، علماءکیرائے یہنہیںہے۔</w:t>
      </w:r>
    </w:p>
    <w:p>
      <w:r>
        <w:rPr>
          <w:b/>
        </w:rPr>
        <w:t xml:space="preserve">[1:21:29] </w:t>
      </w:r>
      <w:r>
        <w:t>disco ischnaz fram Ms Aisha.</w:t>
      </w:r>
    </w:p>
    <w:p>
      <w:pPr>
        <w:jc w:val="right"/>
      </w:pPr>
      <w:r>
        <w:t>دسکوئسچناز فرام مس عائشہ۔</w:t>
      </w:r>
    </w:p>
    <w:p>
      <w:r>
        <w:rPr>
          <w:b/>
        </w:rPr>
        <w:t xml:space="preserve">[1:21:32] </w:t>
      </w:r>
      <w:r>
        <w:t>if something is not clear in the Quran or Hadith, should we try to find the answer or not? nahi, zaroor try. koshish karna chahiye.</w:t>
      </w:r>
    </w:p>
    <w:p>
      <w:pPr>
        <w:jc w:val="right"/>
      </w:pPr>
      <w:r>
        <w:t>اف سمتھنگاز ناٹ کلی ئر اندیقرآناور حدیث، شوڈویٹرائیٹوفائنڈاٹسانسر اورناٹ؟ نہیں،ضرورٹرائی۔کوششکرناچاہیے۔</w:t>
      </w:r>
    </w:p>
    <w:p>
      <w:r>
        <w:rPr>
          <w:b/>
        </w:rPr>
        <w:t xml:space="preserve">[1:21:44] </w:t>
      </w:r>
      <w:r>
        <w:t>try, try, try again. karte rahiye. koshish karne jo hai, woh kiya hai? bahut hi ek positive cheez hai.</w:t>
      </w:r>
    </w:p>
    <w:p>
      <w:pPr>
        <w:jc w:val="right"/>
      </w:pPr>
      <w:r>
        <w:t>ٹرائی،ٹرائی،ٹرائیاگین۔ کرتے رہیے۔ کوششکرنے جوہے، وہکیاہے؟ بہتہی ایک پازیٹیوچیزہے۔</w:t>
      </w:r>
    </w:p>
    <w:p>
      <w:r>
        <w:rPr>
          <w:b/>
        </w:rPr>
        <w:t xml:space="preserve">[1:21:54] </w:t>
      </w:r>
      <w:r>
        <w:t>is se intellectual development hota hai.</w:t>
      </w:r>
    </w:p>
    <w:p>
      <w:pPr>
        <w:jc w:val="right"/>
      </w:pPr>
      <w:r>
        <w:t>اسیسےانٹلیکچولڈیویلپمنٹہوتاہے۔</w:t>
      </w:r>
    </w:p>
    <w:p>
      <w:r>
        <w:rPr>
          <w:b/>
        </w:rPr>
        <w:t xml:space="preserve">[1:21:58] </w:t>
      </w:r>
      <w:r>
        <w:t>aaj sab cheezein Quran o Hadees ke baghair do do char ki tarah hoti hain to aap ka intellectual development kaise hota? kaise hota? jaise mein batata hoon aap ko keh Quran ki pehli surah, pehli jo verse hai, Alhamdulillah Rabbil Alameen.</w:t>
      </w:r>
    </w:p>
    <w:p>
      <w:pPr>
        <w:jc w:val="right"/>
      </w:pPr>
      <w:r>
        <w:t>آجسبچیزیںقرآنویدبغیردودوچارکیطرح ہوتیہیں توآپکا انٹلیکچولڈی ویلپمنٹکیسےہوتا؟ کیسےہوتا؟جیسےمیںبتاتاہوںآپکو کہقرآنکی پہلیسورہ،پہلی جو ورسہے، الحمدللہربالعالم ین۔</w:t>
      </w:r>
    </w:p>
    <w:p>
      <w:r>
        <w:rPr>
          <w:b/>
        </w:rPr>
        <w:t xml:space="preserve">[1:22:16] </w:t>
      </w:r>
      <w:r>
        <w:t>yeh shukr hai khuda ka jo rab ul alameen yeh hai. yeh bachpan se hum isko yaad kiya aur parhte thay.</w:t>
      </w:r>
    </w:p>
    <w:p>
      <w:pPr>
        <w:jc w:val="right"/>
      </w:pPr>
      <w:r>
        <w:t>یہشکرہےخداکا جوربالعالم ینہے۔ یہبچپنسےہماسکویاد کیا اورپڑھتےتھے۔</w:t>
      </w:r>
    </w:p>
    <w:p>
      <w:r>
        <w:rPr>
          <w:b/>
        </w:rPr>
        <w:t xml:space="preserve">[1:22:25] </w:t>
      </w:r>
      <w:r>
        <w:t>abhi recent mein ne discover kiya iski gehri, iski deep meaning jo iski hai, woh kya? mein ne yeh socha ke life is full of sorrows, grievances, problems.</w:t>
      </w:r>
    </w:p>
    <w:p>
      <w:pPr>
        <w:jc w:val="right"/>
      </w:pPr>
      <w:r>
        <w:t>ابھیریسنٹلیمیںنےڈسکورکیا اسکیگہری، اسکیڈیپمیننگجواسکیہے، وہکیا ؟میںنےیہسوچا کہ لائفازفلآف س ورو، گریونس ز، پرابلم۔</w:t>
      </w:r>
    </w:p>
    <w:p>
      <w:r>
        <w:rPr>
          <w:b/>
        </w:rPr>
        <w:t xml:space="preserve">[1:22:41] </w:t>
      </w:r>
      <w:r>
        <w:t>har aadmi yeh hai, koi aadmi aisa nahi hai duniya mein jo bilkul iski saari baatein theek thak kahoon. har aadmi ko koi na koi problem hai,</w:t>
      </w:r>
    </w:p>
    <w:p>
      <w:pPr>
        <w:jc w:val="right"/>
      </w:pPr>
      <w:r>
        <w:t>ہرآدمیجوہے،کوئیآدمی ایسانہیں ہے دنیا میں جو بالکل اسکیساریباتیںٹھیکٹھاکہوں۔ ہرآدمیکوکوئینہکوئیپرابلمہے،</w:t>
      </w:r>
    </w:p>
    <w:p>
      <w:r>
        <w:rPr>
          <w:b/>
        </w:rPr>
        <w:t xml:space="preserve">[1:22:51] </w:t>
      </w:r>
      <w:r>
        <w:t>kisi na kisi qism, kisi kisi kisi na kisi qism ka isko, yani kuch grievances hain. isko har aadmi koi aise khali nahi hai.</w:t>
      </w:r>
    </w:p>
    <w:p>
      <w:pPr>
        <w:jc w:val="right"/>
      </w:pPr>
      <w:r>
        <w:t>کسی نہکسی قسم، کسی کسی کسی نہکسی قسمکا اسکو ،یعنیکچھ گری ونسزہیں۔اسکو ہرآدمی کوئیایسےخالینہیںہے۔</w:t>
      </w:r>
    </w:p>
    <w:p>
      <w:r>
        <w:rPr>
          <w:b/>
        </w:rPr>
        <w:t xml:space="preserve">[1:23:02] </w:t>
      </w:r>
      <w:r>
        <w:t>toh mein ne socha ke jab har aadmi kuch masail mein ghira hua hai toh Alhamdulillah jab woh kahe toh iska matlab kya hua? iska matlab hai inspired of all those problems.</w:t>
      </w:r>
    </w:p>
    <w:p>
      <w:pPr>
        <w:jc w:val="right"/>
      </w:pPr>
      <w:r>
        <w:t>تو میںنےسوچاکہجبہرآدمی کچھ مسائلمیںگھراہواہے تو الحمدللہجبوہکہےتواس کامطلبکیاہوا ؟ اسکامطلبہے انسپائرڈآف آل دوزپرابلمز۔</w:t>
      </w:r>
    </w:p>
    <w:p>
      <w:r>
        <w:rPr>
          <w:b/>
        </w:rPr>
        <w:t xml:space="preserve">[1:23:17] </w:t>
      </w:r>
      <w:r>
        <w:t>isko bhulana parega tum ko.</w:t>
      </w:r>
    </w:p>
    <w:p>
      <w:pPr>
        <w:jc w:val="right"/>
      </w:pPr>
      <w:r>
        <w:t>اسکو بھلاناپڑےگاتم کو۔</w:t>
      </w:r>
    </w:p>
    <w:p>
      <w:r>
        <w:rPr>
          <w:b/>
        </w:rPr>
        <w:t xml:space="preserve">[1:23:19] </w:t>
      </w:r>
      <w:r>
        <w:t>yani Alhamdulillah yeh kehna hai toh aap ko bhulana parega ke yeh falan problem, yeh museebat, woh masla, woh tension, woh stress. isko bhulana parega.</w:t>
      </w:r>
    </w:p>
    <w:p>
      <w:pPr>
        <w:jc w:val="right"/>
      </w:pPr>
      <w:r>
        <w:t>یعنیالحمدللہ یہکہناہےتوآپکوبھلاناپڑےگا کہیہفلاںپرابلم ،یہ مصیبت ،وہ مسئلہ،وہ ٹینشن،وہ اسٹریس۔اسکوبھلاناپڑےگا۔</w:t>
      </w:r>
    </w:p>
    <w:p>
      <w:r>
        <w:rPr>
          <w:b/>
        </w:rPr>
        <w:t xml:space="preserve">[1:23:30] </w:t>
      </w:r>
      <w:r>
        <w:t>jab aap isko bhula payenge, tab aap poore maano mein keh payenge Alhamdulillah. warna adhoora kehna hoga aap ka. toh kya Alhamdulillah mein yeh cheez chupi hui hai? understood hai ke agar che fitrat ka jo la ilah nature woh hai, iske mutabiq yeh duniya mein tumhein kabhi bhi ideal situation milegi nahi.</w:t>
      </w:r>
    </w:p>
    <w:p>
      <w:pPr>
        <w:jc w:val="right"/>
      </w:pPr>
      <w:r>
        <w:t>جب آپ اسکو بھلاپائیںگے،تب آپ پورےمعنوںمیںکہہپائیںگےالحمدللہ۔ ورنہادھوراکہناہوگاآپکا ۔ تو کیا الحمدللہ میں یہچیز چھپیہوئیہے؟انڈرسٹڈہے کہاگر چہ فطرتکاجو لاالہ نیچرجوہے،اسکےمطابق یہدنیا میںتمہیںکبھیبھیآئیڈیلسچوئیشنملےگینہیں۔</w:t>
      </w:r>
    </w:p>
    <w:p>
      <w:r>
        <w:rPr>
          <w:b/>
        </w:rPr>
        <w:t xml:space="preserve">[1:23:51] </w:t>
      </w:r>
      <w:r>
        <w:t>kabhi possible nahi hai ke ek dam peace hi peace ho, ek dam sab kuch smooth chal raha ho, koi baat bigdi hui na ho. aisa toh hoga nahi. toh iska matlab kya hai?</w:t>
      </w:r>
    </w:p>
    <w:p>
      <w:pPr>
        <w:jc w:val="right"/>
      </w:pPr>
      <w:r>
        <w:t>کبھی پاسیبلنہیںہےکہایکدم پیسہیپیسہو،ایکدم سبکچھ سم وتھچلرہاہو، کوئیباتبگڑیہوئینہہو۔ایساتوہوگانہیں۔ تواسکامطلبکیاہے؟</w:t>
      </w:r>
    </w:p>
    <w:p>
      <w:r>
        <w:rPr>
          <w:b/>
        </w:rPr>
        <w:t xml:space="preserve">[1:24:03] </w:t>
      </w:r>
      <w:r>
        <w:t>in sab ke hote hue bhi tumhein Alhamdulillah kehna hai, phir tumhein khuda ka shukr karna hai. yeh mein ne abhi recent mein ne isko discover kiya.</w:t>
      </w:r>
    </w:p>
    <w:p>
      <w:pPr>
        <w:jc w:val="right"/>
      </w:pPr>
      <w:r>
        <w:t>انسب کےہوتےہوئےبھی تمہیں الحمدللہکہناہے، پھرتمہیںخداکاشکرکرناہے۔ یہ میںنےابھی ریسنٹلیمیںنےاسکوڈسکورکیا۔</w:t>
      </w:r>
    </w:p>
    <w:p>
      <w:r>
        <w:rPr>
          <w:b/>
        </w:rPr>
        <w:t xml:space="preserve">[1:24:12] </w:t>
      </w:r>
      <w:r>
        <w:t>toh sochne se toh tabhi toh baatein janne mein aati hain. agar na sochein, aap toh kaise janenge? aap</w:t>
      </w:r>
    </w:p>
    <w:p>
      <w:pPr>
        <w:jc w:val="right"/>
      </w:pPr>
      <w:r>
        <w:t>تو سوچنےسے تو تبھیتو باتیں جاننےمیںآتیہیں۔ اگر نہسوچیں،آپتوکیسےجانیںگے؟آپ</w:t>
      </w:r>
    </w:p>
    <w:p>
      <w:r>
        <w:rPr>
          <w:b/>
        </w:rPr>
        <w:t xml:space="preserve">[1:24:21] </w:t>
      </w:r>
      <w:r>
        <w:t>this question is from mufti Faisal Siddiqui. when faced with a different point of view, that causes separations.</w:t>
      </w:r>
    </w:p>
    <w:p>
      <w:pPr>
        <w:jc w:val="right"/>
      </w:pPr>
      <w:r>
        <w:t>دسکوئسچناز فرام مس ٹر فیضلصدی قی۔ وین فیسڈودا ڈفرنٹ پوائنٹآفویو، دیٹکاز سیپری شنز۔</w:t>
      </w:r>
    </w:p>
    <w:p>
      <w:r>
        <w:rPr>
          <w:b/>
        </w:rPr>
        <w:t xml:space="preserve">[1:24:30] </w:t>
      </w:r>
      <w:r>
        <w:t>do we have the right or even responsibility to try to resolve the differences? batata hoon jo mein samajh paya hoon.</w:t>
      </w:r>
    </w:p>
    <w:p>
      <w:pPr>
        <w:jc w:val="right"/>
      </w:pPr>
      <w:r>
        <w:t>ڈوویہیودا رائٹ اور ایون ریسپانسب یلٹی ٹوٹرائیٹوریزولوداڈفر نسز؟ بتاتاہوںجومیں سمجھپایاہوں۔</w:t>
      </w:r>
    </w:p>
    <w:p>
      <w:r>
        <w:rPr>
          <w:b/>
        </w:rPr>
        <w:t xml:space="preserve">[1:24:39] </w:t>
      </w:r>
      <w:r>
        <w:t>ji, although the question is not very clear. theek hai,</w:t>
      </w:r>
    </w:p>
    <w:p>
      <w:pPr>
        <w:jc w:val="right"/>
      </w:pPr>
      <w:r>
        <w:t>جی، الد و داکوئسچنازناٹویریکلی ئر۔ ٹھیکہے،</w:t>
      </w:r>
    </w:p>
    <w:p>
      <w:r>
        <w:rPr>
          <w:b/>
        </w:rPr>
        <w:t xml:space="preserve">[1:24:44] </w:t>
      </w:r>
      <w:r>
        <w:t>lekin jo mein samajh paya hoon, ghaleban is question ka yeh question jo hai, woh woh ijtihad ke kuch se juda hua hai.</w:t>
      </w:r>
    </w:p>
    <w:p>
      <w:pPr>
        <w:jc w:val="right"/>
      </w:pPr>
      <w:r>
        <w:t>لیکن جومیںسمجھپایاہوں، غالباً اس کوئسچنکا یہ کوئسچن جوہے، وہ وہ اجتہادکےکچھ سےجڑاہواہے۔</w:t>
      </w:r>
    </w:p>
    <w:p>
      <w:r>
        <w:rPr>
          <w:b/>
        </w:rPr>
        <w:t xml:space="preserve">[1:24:57] </w:t>
      </w:r>
      <w:r>
        <w:t>ghaleban ke hum jab aisi cheez ko face kar rahe hon jisme difference hai, meri soch alag hai aur kisi ki soch alag hai, toh hum kya karein? toh hum is cheez ko karenge jisko hadith mein ijtihad kaha</w:t>
      </w:r>
    </w:p>
    <w:p>
      <w:pPr>
        <w:jc w:val="right"/>
      </w:pPr>
      <w:r>
        <w:t>غالباً کہہمجب ایسی چیز کو فیسکررہےہوں جسمیں ڈفرنسہے، میریسوچالگہےاورکوئیسوچالگہے، تو ہمکیاکریں؟توہم اس چیزکوکریںگےجسکو حدیثمیںاجتہادکہا</w:t>
      </w:r>
    </w:p>
    <w:p>
      <w:r>
        <w:rPr>
          <w:b/>
        </w:rPr>
        <w:t xml:space="preserve">[1:25:12] </w:t>
      </w:r>
      <w:r>
        <w:t>gaya hai. yani koshish karke pahunchna us rai tak jo sahih rai hai, yani right opinion tak pahunchna koshish karke.</w:t>
      </w:r>
    </w:p>
    <w:p>
      <w:pPr>
        <w:jc w:val="right"/>
      </w:pPr>
      <w:r>
        <w:t>گیاہے۔ یعنی کوششکرکے پہنچنا اس رائےتک جو صحیحرائےہے، یعنیرائٹاوپینینتکپہنچناکوششکرکے۔</w:t>
      </w:r>
    </w:p>
    <w:p>
      <w:r>
        <w:rPr>
          <w:b/>
        </w:rPr>
        <w:t xml:space="preserve">[1:25:22] </w:t>
      </w:r>
      <w:r>
        <w:t>toh ismein aisa hai ke aam ulama jo hain, mein isse agree nahi karta. aam ulama yeh samajhte hain ke ijtihad mat karo, bas jo sun o buzurgon se, wohi wohi maan lo.</w:t>
      </w:r>
    </w:p>
    <w:p>
      <w:pPr>
        <w:jc w:val="right"/>
      </w:pPr>
      <w:r>
        <w:t>تو اسمیں ایساہےکہ عام علم اءجوہے، میںاسسے ایگرینہیںکرتا۔ عامعلماءیہسمجھتےہیںکہاجتہادمتکرو، بسجوسن وبزرگ وںسے،وہی وہیمانلو ۔</w:t>
      </w:r>
    </w:p>
    <w:p>
      <w:r>
        <w:rPr>
          <w:b/>
        </w:rPr>
        <w:t xml:space="preserve">[1:25:34] </w:t>
      </w:r>
      <w:r>
        <w:t>mein isko bilkul galat samajhta hoon. is liye samajhta hoon galat ke hadith mein bohat hi,</w:t>
      </w:r>
    </w:p>
    <w:p>
      <w:pPr>
        <w:jc w:val="right"/>
      </w:pPr>
      <w:r>
        <w:t>میں اسکوبالکلغلطسمجھتاہوں۔ اسلیےسمجھ تاہوںغلطکہ حدیثمیں بہت ہی،</w:t>
      </w:r>
    </w:p>
    <w:p>
      <w:r>
        <w:rPr>
          <w:b/>
        </w:rPr>
        <w:t xml:space="preserve">[1:25:43] </w:t>
      </w:r>
      <w:r>
        <w:t>bohat hi zyada, yani achhi guidance humein milti hai is maamle mein. Bukhari mein yeh riwayat hai ke tum ijtihad karo.</w:t>
      </w:r>
    </w:p>
    <w:p>
      <w:pPr>
        <w:jc w:val="right"/>
      </w:pPr>
      <w:r>
        <w:t>بہت ہی زیادہ ،یعنی اچھی گائیڈنسہمیںملتیہےاسمعاملےمیں۔ بخ اریمیں یہروایتہے کہ تم اجتہادکرو۔</w:t>
      </w:r>
    </w:p>
    <w:p>
      <w:r>
        <w:rPr>
          <w:b/>
        </w:rPr>
        <w:t xml:space="preserve">[1:25:56] </w:t>
      </w:r>
      <w:r>
        <w:t>ijtihad ko goya ke bohat zabardast tareeqe par zor diya gaya hai. kyun? agar tum ne sahi ijtihad kiya toh tum ko double ajr milega, double reward milega.</w:t>
      </w:r>
    </w:p>
    <w:p>
      <w:pPr>
        <w:jc w:val="right"/>
      </w:pPr>
      <w:r>
        <w:t>اجتہادکو گویاکہبہت زبردستطریقےپر زوردیاگیاہے۔ کیوں ؟اگر تم نےصحیحاجتہادکیا تو تم کو ڈبل اجر ملےگا،ڈبل ریوارڈملےگا۔</w:t>
      </w:r>
    </w:p>
    <w:p>
      <w:r>
        <w:rPr>
          <w:b/>
        </w:rPr>
        <w:t xml:space="preserve">[1:26:07] </w:t>
      </w:r>
      <w:r>
        <w:t>aur ijtihad mein galat ho gayi, tab bhi tum ko ek reward milega.</w:t>
      </w:r>
    </w:p>
    <w:p>
      <w:pPr>
        <w:jc w:val="right"/>
      </w:pPr>
      <w:r>
        <w:t>اور اجتہادمیںغلطیہوگئی،تببھیتمکوایکریوارڈملےگا۔</w:t>
      </w:r>
    </w:p>
    <w:p>
      <w:r>
        <w:rPr>
          <w:b/>
        </w:rPr>
        <w:t xml:space="preserve">[1:26:12] </w:t>
      </w:r>
      <w:r>
        <w:t>is ke maane har Rasool Allah ubhaar rahe hain is ko ke kabhi bhi aisa mat karo ke apne mind ko na lagao, apne mind ko activate na karo.</w:t>
      </w:r>
    </w:p>
    <w:p>
      <w:pPr>
        <w:jc w:val="right"/>
      </w:pPr>
      <w:r>
        <w:t>اسکےمعنیکہرسولاللہ ابھاررہےہیںاسکو کہ کبھیبھیایسا متکروکہ اپنے مائنڈکونہلگاؤ ، اپنےمائنڈکوایکٹیویٹنہکرو۔</w:t>
      </w:r>
    </w:p>
    <w:p>
      <w:r>
        <w:rPr>
          <w:b/>
        </w:rPr>
        <w:t xml:space="preserve">[1:26:21] </w:t>
      </w:r>
      <w:r>
        <w:t>nahi, apne mind ko activate karo. is ko is mein deep mein jao, is ko khud samajhne ki koshish karo. aur yeh mat socho ke kahin mein galat ho jaunga.</w:t>
      </w:r>
    </w:p>
    <w:p>
      <w:pPr>
        <w:jc w:val="right"/>
      </w:pPr>
      <w:r>
        <w:t>نہیں ،اپنےمائنڈکوایکٹیویٹکرو۔ اسکو اسمیںڈیپمیںجاؤ،اسکوخودسمجھنےکیکوششکرو۔ اور یہ متسوچوکہکہیںمیںغلطیہوجاؤں۔</w:t>
      </w:r>
    </w:p>
    <w:p>
      <w:r>
        <w:rPr>
          <w:b/>
        </w:rPr>
        <w:t xml:space="preserve">[1:26:30] </w:t>
      </w:r>
      <w:r>
        <w:t>kyun ke agar intention aap ki sahi hai, intention hai toh ghalati karne pe bhi aap ko reward milega.</w:t>
      </w:r>
    </w:p>
    <w:p>
      <w:pPr>
        <w:jc w:val="right"/>
      </w:pPr>
      <w:r>
        <w:t>کیونکہاگر انٹینشنآپکیصحیحہے،انٹینشن ہےتو غلطیکرنے پہبھیآپکو ریوارڈملےگا۔</w:t>
      </w:r>
    </w:p>
    <w:p>
      <w:r>
        <w:rPr>
          <w:b/>
        </w:rPr>
        <w:t xml:space="preserve">[1:26:36] </w:t>
      </w:r>
      <w:r>
        <w:t>yeh kitna bari baat hai! yeh ilm ahl-e-ilm ne is ko band kar rakha hai, ijtihad ko band kar rakha hai. main is ma'ne mein ulama ki rai ko bilkul galat samajhta hoon aur in ko koi right nahi hai ke band karen. main bhi aik aalim hoon, main ne bhi madrasay mein parha hai,</w:t>
      </w:r>
    </w:p>
    <w:p>
      <w:pPr>
        <w:jc w:val="right"/>
      </w:pPr>
      <w:r>
        <w:t>یہکتنا بڑیباتہے!یہ علم اءنےاسکوبندکررکھاہے، اجتہادکوبندکررکھاہے۔ میں اسمعنیمیںعلماءکیرائےکوبالکلغلطسمجھتاہوں اور انکوکوئی رائٹنہیںہےکہبندکریں۔میں بھیایکعالمہوں،میںنےبھیمدرس ےمیںپڑھاہے،</w:t>
      </w:r>
    </w:p>
    <w:p>
      <w:r>
        <w:rPr>
          <w:b/>
        </w:rPr>
        <w:t xml:space="preserve">[1:26:51] </w:t>
      </w:r>
      <w:r>
        <w:t>lekin main is se agree nahi karta. ya'ni agar aap ijtihad ka darwaza band kar den to jante hain kya hoga? the result is stagnation, mental stagnation.</w:t>
      </w:r>
    </w:p>
    <w:p>
      <w:pPr>
        <w:jc w:val="right"/>
      </w:pPr>
      <w:r>
        <w:t>لیکن میں اسسےایگرینہیںکرتا۔ یعنیاگرآپ اجتہاددروازہبندکردیںتوجانتےہیںکیاہوگا؟ دارزلٹاز اسٹیگنیشن، مینٹلاسٹیگنیشن۔</w:t>
      </w:r>
    </w:p>
    <w:p>
      <w:r>
        <w:rPr>
          <w:b/>
        </w:rPr>
        <w:t xml:space="preserve">[1:27:03] </w:t>
      </w:r>
      <w:r>
        <w:t>agar aap logon ko kahen ke tum mat socho, buzurgon ne jo kaha tha usi ko bandhte raho, to is ka matlab that will lead to stagnation.</w:t>
      </w:r>
    </w:p>
    <w:p>
      <w:pPr>
        <w:jc w:val="right"/>
      </w:pPr>
      <w:r>
        <w:t>اگر آپ لوگوںکوکہیںکہتم متسوچو، بزرگ وںنےجوکہاتھااسیکوباندھتےرہو، تو اسکامطلب دیٹویللیڈٹواسٹیگنیشن۔</w:t>
      </w:r>
    </w:p>
    <w:p>
      <w:r>
        <w:rPr>
          <w:b/>
        </w:rPr>
        <w:t xml:space="preserve">[1:27:13] </w:t>
      </w:r>
      <w:r>
        <w:t>woh jo is se ziyada bari cheez hai, woh Islam mein pasand kiya gaya hai ke intellectual development hota rahe, logon ki soch barhti rahe.</w:t>
      </w:r>
    </w:p>
    <w:p>
      <w:pPr>
        <w:jc w:val="right"/>
      </w:pPr>
      <w:r>
        <w:t>وہجواسسےزیادہبریچیزہے،وہ اسلام میں پسندکیاگیاہےکہ انٹلیکچولڈیویلپمنٹہوتارہے، لوگوںکیسوچبڑھتیرہے۔</w:t>
      </w:r>
    </w:p>
    <w:p>
      <w:r>
        <w:rPr>
          <w:b/>
        </w:rPr>
        <w:t xml:space="preserve">[1:27:22] </w:t>
      </w:r>
      <w:r>
        <w:t>kyun? is se izafa-e-iman hota hai. Quran mein hai, hadith mein hai ke iman ko barhte rehna chahiye. faith aap ka jo hai, barhte rehna chahiye. to kaise barhega?</w:t>
      </w:r>
    </w:p>
    <w:p>
      <w:pPr>
        <w:jc w:val="right"/>
      </w:pPr>
      <w:r>
        <w:t>کیوں؟اسیسے اضافہایمانہوتاہے۔ قرآنمیںہے، حدیثمیںہےکہ ایمانکو بڑھتےرہناچاہیے۔ فیتھآپکوجوہے،بڑھتےرہناچاہیے۔توکیسےبڑھےگا؟</w:t>
      </w:r>
    </w:p>
    <w:p>
      <w:r>
        <w:rPr>
          <w:b/>
        </w:rPr>
        <w:t xml:space="preserve">[1:27:34] </w:t>
      </w:r>
      <w:r>
        <w:t>through intellectual exercises. agar aap apni aql ko roken to is ke ma'ne hain ke aik bohat bari cheez se hum mehroom ho jate hain. that is izafa-e-iman.</w:t>
      </w:r>
    </w:p>
    <w:p>
      <w:pPr>
        <w:jc w:val="right"/>
      </w:pPr>
      <w:r>
        <w:t>تھرو انٹلیکچول ایکسرسائزز۔ اگرآپ اپنی عقلکو روکلیں تواسکےمعنیہےکہایکبہت بڑیچیزسےہممحرومہوجاتےہیں۔دیٹاز ایمانمیں اضافہ۔</w:t>
      </w:r>
    </w:p>
    <w:p>
      <w:r>
        <w:rPr>
          <w:b/>
        </w:rPr>
        <w:t xml:space="preserve">[1:27:48] </w:t>
      </w:r>
      <w:r>
        <w:t>lehaza iman ma-imani. is wajah se main samajhta hoon ke kisi bhi shakhs ko, hamare jo jo muqallid ulama hain, woh yeh kahenge ke is awam aadmi ko ya ijtihad ka ya nahi hai. main kehta hoon bilkul galat</w:t>
      </w:r>
    </w:p>
    <w:p>
      <w:pPr>
        <w:jc w:val="right"/>
      </w:pPr>
      <w:r>
        <w:t>لہذا ایمان ماایمانی۔ اسوجہسےمیںسمجھتاہوںکہکسیبھیشخص کو، ہمارےجو جو مق لدعلماءہیں،وہ یہکہیںگے کہاسعوامآدمیکویاد اجتہادکایادنہیںہے۔میںکہتاہوںبالکلغلط</w:t>
      </w:r>
    </w:p>
    <w:p>
      <w:r>
        <w:rPr>
          <w:b/>
        </w:rPr>
        <w:t xml:space="preserve">[1:28:03] </w:t>
      </w:r>
      <w:r>
        <w:t>! aap kehte hain har har aadmi ko haq hai ijtihad kare. woh ji aik hi condition hai, woh hai intention. bad intention na kare.</w:t>
      </w:r>
    </w:p>
    <w:p>
      <w:pPr>
        <w:jc w:val="right"/>
      </w:pPr>
      <w:r>
        <w:t>!آپکہتےہیںہر ہرآدمیکوحق ہے اجتہادکرے۔وہ جی ایک ہی کنڈیشنہے،وہہے انٹینشن۔ بیڈانٹینشننہکرے۔</w:t>
      </w:r>
    </w:p>
    <w:p>
      <w:r>
        <w:rPr>
          <w:b/>
        </w:rPr>
        <w:t xml:space="preserve">[1:28:14] </w:t>
      </w:r>
      <w:r>
        <w:t>intention woh hai, agar sahi hai to har aadmi ko, chahe woh aalim ho ya aalim na ho, us ko haq hai ke woh ijtihad kare. to Khuda ne, Rasool ne jo shart lagai hai, woh intention ki shart hai.</w:t>
      </w:r>
    </w:p>
    <w:p>
      <w:pPr>
        <w:jc w:val="right"/>
      </w:pPr>
      <w:r>
        <w:t>ان ٹینشنجوہے، اگر صحیحہے تو ہرآدمیکو ،چاہےوہعالمہویا عالم نہہو، اسکوحق ہےکہوہاجتہادکرے۔ تو خدانے، رسولنےجو شرطلگائیہے،وہ انٹینشنکیشرطہے۔</w:t>
      </w:r>
    </w:p>
    <w:p>
      <w:r>
        <w:rPr>
          <w:b/>
        </w:rPr>
        <w:t xml:space="preserve">[1:28:27] </w:t>
      </w:r>
      <w:r>
        <w:t>yeh nahi ke tum ne kisi madrasay se degree li hai ke nahi li hai, yeh koi condition nahi hai.</w:t>
      </w:r>
    </w:p>
    <w:p>
      <w:pPr>
        <w:jc w:val="right"/>
      </w:pPr>
      <w:r>
        <w:t>یہنہیںکہتمنےکسی مدرس ےسےڈگریلیہےکہنہیںلیہے، یہکوئی کنڈیشننہیںہے۔</w:t>
      </w:r>
    </w:p>
    <w:p>
      <w:r>
        <w:rPr>
          <w:b/>
        </w:rPr>
        <w:t xml:space="preserve">[1:28:33] </w:t>
      </w:r>
      <w:r>
        <w:t>main is ko nahi manta bilkul. aise logon ne kya kiya hai? aaj kal jo aap logon ko jayen, madrasay mein jayen, masjid mein jayen to itni bari museebat hai, kisi se baat karne ke qabil aadmi nahi milta. koi wahan, abhi kal parson mere paas char, chhay, aath kai log aaye thay, madrasay ke log thay, sab sab sanad degree li hui hai. aik aadmi is qabil nahi hai jis se baat ki jaye.</w:t>
      </w:r>
    </w:p>
    <w:p>
      <w:pPr>
        <w:jc w:val="right"/>
      </w:pPr>
      <w:r>
        <w:t>میںاسکونہیںمانتابالکل۔ ایسےلوگوںنےکیاکیاہے؟ آجکلجوآپلوگوںج ائیں،مدرس ےمیںجائیں،مسجدمیںجائیں تو اتنیبڑیمصیبتہے،کسیسےباتکرنےکےقابلآدمینہیںملتا۔کوئیوہاں ،ابھیکلپرسوںمیرےپاس چار،چھ،آٹھکئیلوگآئےتھے،مدرسےکےلوگتھے،سب سب سند ڈگریلیہوئیہے۔ایکآدمیاسقابلنہیںہےجسکوباتکیجائے۔</w:t>
      </w:r>
    </w:p>
    <w:p>
      <w:r>
        <w:rPr>
          <w:b/>
        </w:rPr>
        <w:t xml:space="preserve">[1:28:58] </w:t>
      </w:r>
      <w:r>
        <w:t>kyun?</w:t>
      </w:r>
    </w:p>
    <w:p>
      <w:pPr>
        <w:jc w:val="right"/>
      </w:pPr>
      <w:r>
        <w:t>کیوں ؟</w:t>
      </w:r>
    </w:p>
    <w:p>
      <w:r>
        <w:rPr>
          <w:b/>
        </w:rPr>
        <w:t xml:space="preserve">[1:29:00] </w:t>
      </w:r>
      <w:r>
        <w:t>stagnation, intellectual stagnation ka shikar hain yeh log. woh kehte hain kya? taqleed karo aur ulama ki baat mano, jo fuqaha ne likh diya, wohi mante raho.</w:t>
      </w:r>
    </w:p>
    <w:p>
      <w:pPr>
        <w:jc w:val="right"/>
      </w:pPr>
      <w:r>
        <w:t>اسٹیگنیشن، انٹلیکچولاسٹیگنیشنکاشکارہیںیہلوگ۔وہ کہتےہیںکیا ؟ تقلیدکرو اور علماءکیباتمانو، جوفقہاءنےلکھدیا،وہیمانتےرہو۔</w:t>
      </w:r>
    </w:p>
    <w:p>
      <w:r>
        <w:rPr>
          <w:b/>
        </w:rPr>
        <w:t xml:space="preserve">[1:29:10] </w:t>
      </w:r>
      <w:r>
        <w:t>to sab ke sab stagnation mein ja rahe hain. koi baat karne ke qabil nahi milta aadmi masjidon mein aur madrason mein. main kehta hoon ke ijtihad ka darwaza khoob khol dijiye, har aadmi soche, lekin yeh is se kahiye ke tum Khuda ke haan pakre jaoge agar tum ne bad intention se ijtihad kiya.</w:t>
      </w:r>
    </w:p>
    <w:p>
      <w:pPr>
        <w:jc w:val="right"/>
      </w:pPr>
      <w:r>
        <w:t>تو سب کےسب اسٹیگنیشنمیںجیرہےہیں۔ کوئی باتکرنےکےقابلنہیںملتاآدمی مسجدوںمیںاورمدرس وںمیں۔ میںکہتاہوںکہاجتہاددروازہخوبکھولدیجئے، ہرآدمیسوچے، لیکن یہ اسسےکہیےکہتمخداکےہاںپکڑےجاؤگے اگر تم نے بیڈانٹینشنسے اجتہادکیا۔</w:t>
      </w:r>
    </w:p>
    <w:p>
      <w:r>
        <w:rPr>
          <w:b/>
        </w:rPr>
        <w:t xml:space="preserve">[1:29:29] </w:t>
      </w:r>
      <w:r>
        <w:t>bad intention ka matlab kya hai? kisi world level purpose ke liye ijtihad karna ke aik cheez jo duniya wale chahte hain, woh aisa aap ghumapher ke fatwa dein to woh brain nahi hui.</w:t>
      </w:r>
    </w:p>
    <w:p>
      <w:pPr>
        <w:jc w:val="right"/>
      </w:pPr>
      <w:r>
        <w:t>بیڈانٹینشنکامطلبکیاہے؟ کسی ورلڈلی پرپسکےلیےاجتہادکرنا کہ ایکچیز جو دنیا والے چاہتےہیں، وہایسا آپ گھوماپھراکے فتویدےدیں تو وہبرینیتہوئی ۔</w:t>
      </w:r>
    </w:p>
    <w:p>
      <w:r>
        <w:rPr>
          <w:b/>
        </w:rPr>
        <w:t xml:space="preserve">[1:29:43] </w:t>
      </w:r>
      <w:r>
        <w:t>to kisi doosre interest se aap ijtihad na karen, balkeh sirf is liye ke aap ko sachai ko janna hai. to Khuda ko, Khuda ke samne apne ko responsible aur accountable samajhte hue,</w:t>
      </w:r>
    </w:p>
    <w:p>
      <w:pPr>
        <w:jc w:val="right"/>
      </w:pPr>
      <w:r>
        <w:t>تو کسی دوسرے انٹرسٹسے آپ اجتہادنہکریں،بلکہصرفاسلیےکہ آپ کو سچائیکوجانناہے۔ تو خداکو، خدا کےسامنےاپنےکوریسپانسبل اور اکاؤنٹیبلسمجھتےہوئے،</w:t>
      </w:r>
    </w:p>
    <w:p>
      <w:r>
        <w:rPr>
          <w:b/>
        </w:rPr>
        <w:t xml:space="preserve">[1:29:58] </w:t>
      </w:r>
      <w:r>
        <w:t>main kahunga precise way mein ke jo aadmi apne aap ko Khuda ke samne accountable samajhte hue apni aql ko istemal karta hai, woh bilashuba us ko reward milega.</w:t>
      </w:r>
    </w:p>
    <w:p>
      <w:pPr>
        <w:jc w:val="right"/>
      </w:pPr>
      <w:r>
        <w:t>میں کہوںگا پریسائزوےمیں کہجو آدمی اپنےآپ کو خداکےسامنے اکاؤنٹیبلسمجھتےہوئے اپنی عقلکواستعمال کرتاہے، وہ بلاشبہ اسکو ریوارڈملےگا۔</w:t>
      </w:r>
    </w:p>
    <w:p>
      <w:r>
        <w:rPr>
          <w:b/>
        </w:rPr>
        <w:t xml:space="preserve">[1:30:11] </w:t>
      </w:r>
      <w:r>
        <w:t>woh aik acha kaam kar raha hai.</w:t>
      </w:r>
    </w:p>
    <w:p>
      <w:pPr>
        <w:jc w:val="right"/>
      </w:pPr>
      <w:r>
        <w:t>وہایکاچھاکامکررہاہے۔</w:t>
      </w:r>
    </w:p>
    <w:p>
      <w:r>
        <w:rPr>
          <w:b/>
        </w:rPr>
        <w:t xml:space="preserve">[1:30:15] </w:t>
      </w:r>
      <w:r>
        <w:t>this is a question from Ms. Saima Sherwani. what is the exact definition of purdah system in Islam?</w:t>
      </w:r>
    </w:p>
    <w:p>
      <w:pPr>
        <w:jc w:val="right"/>
      </w:pPr>
      <w:r>
        <w:t>دسکوئسچنازفر ام مس صائمہشی روانی۔ واٹازدا ایگزیکٹڈیفینیشن اف پردہ سسٹم ان اسلام ؟</w:t>
      </w:r>
    </w:p>
    <w:p>
      <w:r>
        <w:rPr>
          <w:b/>
        </w:rPr>
        <w:t xml:space="preserve">[1:30:24] </w:t>
      </w:r>
      <w:r>
        <w:t>if a Muslim female goes out for work, dressed decently in western outfit, but does not cover her hair, is that permissible?</w:t>
      </w:r>
    </w:p>
    <w:p>
      <w:pPr>
        <w:jc w:val="right"/>
      </w:pPr>
      <w:r>
        <w:t>اف ا مسلم فیمیل گوزآؤٹفار ورک ،ڈریس ڈیسنٹلیان ویسٹرنآؤٹفٹ، بٹڈزناٹکورہرہیئر، ازاٹپرمیسیبل ؟</w:t>
      </w:r>
    </w:p>
    <w:p>
      <w:r>
        <w:rPr>
          <w:b/>
        </w:rPr>
        <w:t xml:space="preserve">[1:30:38] </w:t>
      </w:r>
      <w:r>
        <w:t>dekhen, is par main ne aik poora chapter likha apni kitab mein jo English mein aur Urdu mein dono mein chhap chuki hai. Urdu mein is ka naam hai "Khatoon-e-Islam" aur English mein is ka naam hai "Woman Between Islam and Your Civilization".</w:t>
      </w:r>
    </w:p>
    <w:p>
      <w:pPr>
        <w:jc w:val="right"/>
      </w:pPr>
      <w:r>
        <w:t>دیکھیں،اسپرمیںنےایکپوراچیپٹرلکھااپنی کتاب میں جو انگل شمیںاوراردومیںدونوںمیںچھپچکیہے۔ اردومیںاسکانامہے"خاتون اسلام" اورانگلشمیںاسکانامہے "ویمنبٹویناسلام اینڈ این یورسلسولائزیشن"۔</w:t>
      </w:r>
    </w:p>
    <w:p>
      <w:r>
        <w:rPr>
          <w:b/>
        </w:rPr>
        <w:t xml:space="preserve">[1:30:54] </w:t>
      </w:r>
      <w:r>
        <w:t>is chapter ko aap parh len, is mein bohat hi clear tor par main ne is masle ko bata diya hai aur references bhi de diye hain. references agar aap chahte hain to woh yahin mil jayega aap ko.</w:t>
      </w:r>
    </w:p>
    <w:p>
      <w:pPr>
        <w:jc w:val="right"/>
      </w:pPr>
      <w:r>
        <w:t>اس چیپٹرکوآپپڑھلیں، اسمیںبہتہی کلیئرطورپرمیںنےاسمسئلےکوبتادیاہے اورریفر نسزبھیدیےہیں۔ریفرنسزاگرآپچاہتےہوتووہیاسمیںملجائےگاآپکو۔</w:t>
      </w:r>
    </w:p>
    <w:p>
      <w:r>
        <w:rPr>
          <w:b/>
        </w:rPr>
        <w:t xml:space="preserve">[1:31:04] </w:t>
      </w:r>
      <w:r>
        <w:t>she has another question which is what kind of profession a Muslim female is permitted to pursue?</w:t>
      </w:r>
    </w:p>
    <w:p>
      <w:pPr>
        <w:jc w:val="right"/>
      </w:pPr>
      <w:r>
        <w:t>شیہیزانادرکوئسچنوچاز واٹکائنڈافپروفیشن امسلم فیمیل ازپرمیٹڈٹوپرسیو؟</w:t>
      </w:r>
    </w:p>
    <w:p>
      <w:r>
        <w:rPr>
          <w:b/>
        </w:rPr>
        <w:t xml:space="preserve">[1:31:16] </w:t>
      </w:r>
      <w:r>
        <w:t>dekhen, profession ke maamle mein aisa hai ke</w:t>
      </w:r>
    </w:p>
    <w:p>
      <w:pPr>
        <w:jc w:val="right"/>
      </w:pPr>
      <w:r>
        <w:t>دیکھیں،پروفیشنکےمعاملےمیں ایساہے کہ</w:t>
      </w:r>
    </w:p>
    <w:p>
      <w:r>
        <w:rPr>
          <w:b/>
        </w:rPr>
        <w:t xml:space="preserve">[1:31:26] </w:t>
      </w:r>
      <w:r>
        <w:t>kuch cheezen jo ladies ke liye Islam mein ya'ni prohibited hain, us se bach kar ke jo bhi profession ho,</w:t>
      </w:r>
    </w:p>
    <w:p>
      <w:pPr>
        <w:jc w:val="right"/>
      </w:pPr>
      <w:r>
        <w:t>کچھچیزیںجو لیڈیزکےلیے اسلام میں یعنی پروہیبیٹڈہیں، اسسے بچکرکےجوبھی پروفیشنہو ،</w:t>
      </w:r>
    </w:p>
    <w:p>
      <w:r>
        <w:rPr>
          <w:b/>
        </w:rPr>
        <w:t xml:space="preserve">[1:31:40] </w:t>
      </w:r>
      <w:r>
        <w:t>woh jaiz hai.</w:t>
      </w:r>
    </w:p>
    <w:p>
      <w:pPr>
        <w:jc w:val="right"/>
      </w:pPr>
      <w:r>
        <w:t>وہ جائز ہے۔</w:t>
      </w:r>
    </w:p>
    <w:p>
      <w:r>
        <w:rPr>
          <w:b/>
        </w:rPr>
        <w:t xml:space="preserve">[1:31:41] </w:t>
      </w:r>
      <w:r>
        <w:t>misal ke taur par workplace donon ka ek ho, yeh Islam mein pasand nahin kiya gaya hai. Permissive society Islam mein pasand nahin ki gayi hai. Is tarike se dekhein, dress ke maamle mein hadith mein aata hai ke aisi auraton par lanat hai jo pehan kar bhaingee girein.</w:t>
      </w:r>
    </w:p>
    <w:p>
      <w:pPr>
        <w:jc w:val="right"/>
      </w:pPr>
      <w:r>
        <w:t>مثالکےطورپر ورکپلیسدونوںکاایکہو ، یہ اسلام میںپسندنہیںکیاگیاہے۔ پرمیسیوسوسائٹیاسلام میںپسندنہیںکیگئیہے۔ اسطریقےسےدیکھیں، ڈریسکےمعاملےمیں حدیثمیںآتاہےکہ ایسیعورتوںپرلعنتہےجو پہنکربھیننگیرہیں۔</w:t>
      </w:r>
    </w:p>
    <w:p>
      <w:r>
        <w:rPr>
          <w:b/>
        </w:rPr>
        <w:t xml:space="preserve">[1:32:02] </w:t>
      </w:r>
      <w:r>
        <w:t>qasiyat aariyat</w:t>
      </w:r>
    </w:p>
    <w:p>
      <w:pPr>
        <w:jc w:val="right"/>
      </w:pPr>
      <w:r>
        <w:t>قاسیات عاریات</w:t>
      </w:r>
    </w:p>
    <w:p>
      <w:r>
        <w:rPr>
          <w:b/>
        </w:rPr>
        <w:t xml:space="preserve">[1:32:04] </w:t>
      </w:r>
      <w:r>
        <w:t>toh aisa dress hona chahiye ke aadmi poori tarike se yaani woh uska thika hua ho. Jaise ke fiqh ahle hadees ke mutabiq dekhiye, teen cheezein exempted hain: ek face aap aadmi ka, doosre yeh kull aai, takiye aur paon.</w:t>
      </w:r>
    </w:p>
    <w:p>
      <w:pPr>
        <w:jc w:val="right"/>
      </w:pPr>
      <w:r>
        <w:t>تو ایسا ڈریسہوناچاہیےکہآدمی پوریطریقےسے یعنی وہ اسکا ٹھکاہواہو ۔ جیسےکہ فقہحلفیکےمطابق دیکھیے، تینچیزیںایگزیمپٹڈہیں: ایک فیس آپ آدمیکا ،دوسرےیہ کل ائی،تکیے اور پاؤں۔</w:t>
      </w:r>
    </w:p>
    <w:p>
      <w:r>
        <w:rPr>
          <w:b/>
        </w:rPr>
        <w:t xml:space="preserve">[1:32:25] </w:t>
      </w:r>
      <w:r>
        <w:t>jo kehte hain wajh-e-feen aur qadameen. Aur doosri cheez yeh hai ke dheela dhala kapda hona chahiye.</w:t>
      </w:r>
    </w:p>
    <w:p>
      <w:pPr>
        <w:jc w:val="right"/>
      </w:pPr>
      <w:r>
        <w:t>جوکہتےہیںوج ک فیناورقدم ین ۔ اوردوسریچیزیہہےکہ ڈھیلاڈھیلاکپڑاہوناچاہیے۔</w:t>
      </w:r>
    </w:p>
    <w:p>
      <w:r>
        <w:rPr>
          <w:b/>
        </w:rPr>
        <w:t xml:space="preserve">[1:32:32] </w:t>
      </w:r>
      <w:r>
        <w:t>aisa kapda jismein body ka ooncha neecha dikhai de, woh Islam mein pasand nahin kiya gaya hai. Is tarah kuch cheezein hain, inko follow karte hue jo profession yaani yaani aap kar sakte hain, woh jaiz hai.</w:t>
      </w:r>
    </w:p>
    <w:p>
      <w:pPr>
        <w:jc w:val="right"/>
      </w:pPr>
      <w:r>
        <w:t>ایساکپڑاجسمیںباڈیکا اونچانیچادکھائیدے،وہاسلاممیںپسندنہیںکیاگیاہے۔ اسطرح کچھچیزیںہیں، انکو فالوکرتے ہوئے جو پروفیشن یعنی یعنی آپکرسکتےہیں، وہ جائزہے۔</w:t>
      </w:r>
    </w:p>
    <w:p>
      <w:r>
        <w:rPr>
          <w:b/>
        </w:rPr>
        <w:t xml:space="preserve">[1:32:50] </w:t>
      </w:r>
      <w:r>
        <w:t>misal ke taur par teaching ka profession bahut hi achha profession hai. Mere khayal se teaching ka profession bahut hi achha hai.</w:t>
      </w:r>
    </w:p>
    <w:p>
      <w:pPr>
        <w:jc w:val="right"/>
      </w:pPr>
      <w:r>
        <w:t>مثالکےطورپرٹیچنگکاپروفیشن بہتہیاچھاپروفیشنہے۔ میرےخیالسےٹیچنگکاپروفیشن بہتہیاچھاہے۔</w:t>
      </w:r>
    </w:p>
    <w:p>
      <w:r>
        <w:rPr>
          <w:b/>
        </w:rPr>
        <w:t xml:space="preserve">[1:32:58] </w:t>
      </w:r>
      <w:r>
        <w:t>aur is tarah ke profession doosre ho sakte hain, jismein ke aadmi Islam ki in conditions ko poora karte hue apne job mein jaaye. Isko maine likha hai, abhi kitaab jo maine uska naam liya, usmein iski bhi detail aap dekh sakti hain.</w:t>
      </w:r>
    </w:p>
    <w:p>
      <w:pPr>
        <w:jc w:val="right"/>
      </w:pPr>
      <w:r>
        <w:t>اور اسطرحکےپروفیشندوسرےہوسکتےہیں،جسمیں کہ آدمی اسلام کی ان کنڈیشنزکوپوراکرتے ہوئے اپنےجابمیںجائے۔ اسکو میںنےلکھاہے، ابھیکتاب جو میںنےاسکاناملیا،اسمیں اسکیبھیڈیٹیلآپدیکھسکتیہیں۔</w:t>
      </w:r>
    </w:p>
    <w:p>
      <w:r>
        <w:rPr>
          <w:b/>
        </w:rPr>
        <w:t xml:space="preserve">[1:33:16] </w:t>
      </w:r>
      <w:r>
        <w:t>this question is from Ms. Saadia. Darul in Saudi Arabia does not even permit the people of other religions to worship in their country.</w:t>
      </w:r>
    </w:p>
    <w:p>
      <w:pPr>
        <w:jc w:val="right"/>
      </w:pPr>
      <w:r>
        <w:t>دسکوئسچنازفراممسسعدیہ۔ دارول ان سعودیعربیہ ڈزناٹایون پرمیٹ داپیپلاف ادرریلیجنزٹوورشپاندیرکنٹری۔</w:t>
      </w:r>
    </w:p>
    <w:p>
      <w:r>
        <w:rPr>
          <w:b/>
        </w:rPr>
        <w:t xml:space="preserve">[1:33:27] </w:t>
      </w:r>
      <w:r>
        <w:t>how far is this justified in the light of Islam teachings? Aisa toh nahin hai ke wahan koi ibaadat nahin kar sakta. Aisa toh nahin hai.</w:t>
      </w:r>
    </w:p>
    <w:p>
      <w:pPr>
        <w:jc w:val="right"/>
      </w:pPr>
      <w:r>
        <w:t>ہاؤ فار از دس جسٹیفائیڈاندا لائٹاف اسلام کٹیچنگز؟ ایساتونہیںہےکہوہاںکوئی عبادتنہیںکرسکتا۔ ایساتونہیںہے۔</w:t>
      </w:r>
    </w:p>
    <w:p>
      <w:r>
        <w:rPr>
          <w:b/>
        </w:rPr>
        <w:t xml:space="preserve">[1:33:38] </w:t>
      </w:r>
      <w:r>
        <w:t>Muhammad (PBUH) Madinah mein mandir nahin bana sakta, koi church nahin bana sakta. Yeh toh zaroor hai, lekin poore Arab mein koi nahin kar sakta apne mazhab ke tareeqe par ibaadat. Aisa toh nahin hai.</w:t>
      </w:r>
    </w:p>
    <w:p>
      <w:pPr>
        <w:jc w:val="right"/>
      </w:pPr>
      <w:r>
        <w:t>مکہمدینےمیں مندرنہیںبناسکتا،کوئیچرچنہیںبناسکتا۔ یہتوضرورہے، لیکن پورےعربیہمیں کوئینہیںکرسکتااپنے مذہبکےطریقےپرعبادت۔ایساتونہیںہے۔</w:t>
      </w:r>
    </w:p>
    <w:p>
      <w:r>
        <w:rPr>
          <w:b/>
        </w:rPr>
        <w:t xml:space="preserve">[1:33:51] </w:t>
      </w:r>
      <w:r>
        <w:t>yahan tak main jaanta hoon, aisa nahin hai.</w:t>
      </w:r>
    </w:p>
    <w:p>
      <w:pPr>
        <w:jc w:val="right"/>
      </w:pPr>
      <w:r>
        <w:t>یہاںتک میںجانتاہوں،ایسانہیںہے۔</w:t>
      </w:r>
    </w:p>
    <w:p>
      <w:r>
        <w:rPr>
          <w:b/>
        </w:rPr>
        <w:t xml:space="preserve">[1:33:55] </w:t>
      </w:r>
      <w:r>
        <w:t>yaani Muhammad (PBUH) Madinah ke baare mein zaroori yeh masla hai ke wahan par koi ghair Muslim daakhil na ho, woh apni ibaadatgaah na banaye.</w:t>
      </w:r>
    </w:p>
    <w:p>
      <w:pPr>
        <w:jc w:val="right"/>
      </w:pPr>
      <w:r>
        <w:t>یعنیمکہ مدینے کےبارےمیںضرورییہمسلکہے کہ وہاںپر کوئی غیر مسلمداخلنہہو، وہ اپنی عبادتگاہنہبنائے۔</w:t>
      </w:r>
    </w:p>
    <w:p>
      <w:r>
        <w:rPr>
          <w:b/>
        </w:rPr>
        <w:t xml:space="preserve">[1:34:04] </w:t>
      </w:r>
      <w:r>
        <w:t>lekin yeh bhi aisa nahin hai ke bilkul accepted hai. Yeh aise bhi ulama hain jo isko jaiz mante hain ke wahan ghair Muslim ja sakta hai.</w:t>
      </w:r>
    </w:p>
    <w:p>
      <w:pPr>
        <w:jc w:val="right"/>
      </w:pPr>
      <w:r>
        <w:t>لیکن یہبھی ایسانہیںہےکہبالکل ایکسیپٹڈہے۔یہ ایسےبھیعلماءہیںجواسکوجائز مانتےہیں کہوہاں غیرمسلمجاسکتاہے۔</w:t>
      </w:r>
    </w:p>
    <w:p>
      <w:r>
        <w:rPr>
          <w:b/>
        </w:rPr>
        <w:t xml:space="preserve">[1:34:13] </w:t>
      </w:r>
      <w:r>
        <w:t>lekin aam zyada majority unke hain jo wahan jaane ko sahi nahin mante. Lekin Muhammad (PBUH) Madinah ke bahar woh hai, wahan par aadmi apne mazhab ke mutabiq ibaadat kare toh usmein koi, ya toh main jaanta hoon, koi rok-tok nahin hai.</w:t>
      </w:r>
    </w:p>
    <w:p>
      <w:pPr>
        <w:jc w:val="right"/>
      </w:pPr>
      <w:r>
        <w:t>لیکن عامزیادہ میجورٹیانکےہیںجووہاںجانےکو صحیحنہیںمانتے۔ لیکن مکہمدینہکےباہرجوہے، وہاںپرآدمی اپنے مذہبکےمطابق عبادتکرےتواسمیںکوئی ،یاتو میںجانتاہوں،کوئیرکاوٹنہیںہے۔</w:t>
      </w:r>
    </w:p>
    <w:p>
      <w:r>
        <w:rPr>
          <w:b/>
        </w:rPr>
        <w:t xml:space="preserve">[1:34:31] </w:t>
      </w:r>
      <w:r>
        <w:t>this question is from Dr. Pardhan. Maulana, as we see, every activity has its own code of conduct, like CPMI and lecture too. His</w:t>
      </w:r>
    </w:p>
    <w:p>
      <w:pPr>
        <w:jc w:val="right"/>
      </w:pPr>
      <w:r>
        <w:t>دسکوئسچناز فرامڈاکٹرپردھان ۔مولانا، ایزوی سی، ایوری ایکٹیویٹی ہیز اٹساون کوڈافکنڈکٹ، لائکسیپیایسمیٹنگاینڈیورلیکچرٹو۔ہیز</w:t>
      </w:r>
    </w:p>
    <w:p>
      <w:r>
        <w:rPr>
          <w:b/>
        </w:rPr>
        <w:t xml:space="preserve">[1:34:43] </w:t>
      </w:r>
      <w:r>
        <w:t>can we use our own code of conduct, or should we follow a middle path between fiqh and hadith?</w:t>
      </w:r>
    </w:p>
    <w:p>
      <w:pPr>
        <w:jc w:val="right"/>
      </w:pPr>
      <w:r>
        <w:t>کینوییوز ار اون کوڈافکنڈکٹ، اور ویشوڈفالوامڈلپاتھ بٹوین فقہاینڈحدیث ؟</w:t>
      </w:r>
    </w:p>
    <w:p>
      <w:r>
        <w:rPr>
          <w:b/>
        </w:rPr>
        <w:t xml:space="preserve">[1:34:54] </w:t>
      </w:r>
      <w:r>
        <w:t>yeh meri samajh mein nahin aaya yeh question. Fiqh aur hadith ke beech mein toh koi middle path nahin hai. Dekhein, fiqh kya cheez hai?</w:t>
      </w:r>
    </w:p>
    <w:p>
      <w:pPr>
        <w:jc w:val="right"/>
      </w:pPr>
      <w:r>
        <w:t>یہمیریسمجھمیںنہیںآیایہ کوئسچن۔ فقہوحدیثکےبیچمیں توکوئی مڈلپاتھنہیںہے۔ دیکھیں،فقہکیاچیزہے ؟</w:t>
      </w:r>
    </w:p>
    <w:p>
      <w:r>
        <w:rPr>
          <w:b/>
        </w:rPr>
        <w:t xml:space="preserve">[1:35:05] </w:t>
      </w:r>
      <w:r>
        <w:t>toh middle path ki baat nahin hai. Yeh</w:t>
      </w:r>
    </w:p>
    <w:p>
      <w:pPr>
        <w:jc w:val="right"/>
      </w:pPr>
      <w:r>
        <w:t>تومڈلپاتھکیباتنہیںہے۔یہ</w:t>
      </w:r>
    </w:p>
    <w:p>
      <w:r>
        <w:rPr>
          <w:b/>
        </w:rPr>
        <w:t xml:space="preserve">[1:35:09] </w:t>
      </w:r>
      <w:r>
        <w:t>Quran mein dekhiye, principles hain, yaani basic teachings of Islam hain. Quran majeed mein detail nahin hai. Kisi bhi cheez ki detail aap Quran majeed mein nahin paayenge.</w:t>
      </w:r>
    </w:p>
    <w:p>
      <w:pPr>
        <w:jc w:val="right"/>
      </w:pPr>
      <w:r>
        <w:t>قرآنمیں دیکھیے، پرنسپلزہیں، یعنی بیسکٹیچنگزاف اسلام ہیں۔قرآنمجیدمیں ڈیٹیلنہیںہے۔ کسی بھیچیز کیڈیٹیلآپقرآنمجیدمیںنہیںپائیںگے۔</w:t>
      </w:r>
    </w:p>
    <w:p>
      <w:r>
        <w:rPr>
          <w:b/>
        </w:rPr>
        <w:t xml:space="preserve">[1:35:20] </w:t>
      </w:r>
      <w:r>
        <w:t>yahan tak ke yeh bhi nahin hai Quran majeed mein ke namaz kitne time padhein. Aap waqt-e-waqt ka lafz hai ke waqt waqt par padhna, lekin kitne waqt padhein, woh nahin Quran majeed mein hai.</w:t>
      </w:r>
    </w:p>
    <w:p>
      <w:pPr>
        <w:jc w:val="right"/>
      </w:pPr>
      <w:r>
        <w:t>یہاںتکیہبھینہیںہےقرآنمجیدمیںکہنماز کتنےٹائمپڑھیں۔آپ موقوتہکالفظہےکہوقت وقت پرپڑھنا، لیکن کتنےوقتپڑھیں،وہنہیںقرآنمجیدمیںہے۔</w:t>
      </w:r>
    </w:p>
    <w:p>
      <w:r>
        <w:rPr>
          <w:b/>
        </w:rPr>
        <w:t xml:space="preserve">[1:35:32] </w:t>
      </w:r>
      <w:r>
        <w:t>toh Quran mein principles hain, basics hain, ideology hai, woh aapko Quran se milti hai.</w:t>
      </w:r>
    </w:p>
    <w:p>
      <w:pPr>
        <w:jc w:val="right"/>
      </w:pPr>
      <w:r>
        <w:t>تو قرآنمیں پرنسپلزہیں، بیسکس ہیں، ائیڈیالوجیہے، وہآپکوقرآنسےملتیہے۔</w:t>
      </w:r>
    </w:p>
    <w:p>
      <w:r>
        <w:rPr>
          <w:b/>
        </w:rPr>
        <w:t xml:space="preserve">[1:35:42] </w:t>
      </w:r>
      <w:r>
        <w:t>iske baad detailed ahkaam jo hain, woh hadith mein hain.</w:t>
      </w:r>
    </w:p>
    <w:p>
      <w:pPr>
        <w:jc w:val="right"/>
      </w:pPr>
      <w:r>
        <w:t>اسکےبعد ڈیٹیلڈاحکامجوہیں،وہحدیثمیںہیں۔</w:t>
      </w:r>
    </w:p>
    <w:p>
      <w:r>
        <w:rPr>
          <w:b/>
        </w:rPr>
        <w:t xml:space="preserve">[1:35:47] </w:t>
      </w:r>
      <w:r>
        <w:t>toh jitne bhi fiqh mein ahkaam bane hain, woh hadith se le kar bane hain. Albata yeh kuch cheezein aisi hain jo hadith mein bhi nahin milti hain, toh wahan par woh ijtihad karte hain.</w:t>
      </w:r>
    </w:p>
    <w:p>
      <w:pPr>
        <w:jc w:val="right"/>
      </w:pPr>
      <w:r>
        <w:t>تو جتنےبھی فقہمیںاحکامبنےہیں،وہحدیثسےلےکربنےہیں۔ البتہیہ کچھچیزیںایسیہیںجوحدیثمیںبھینہیںملتیہیں،تووہاںپروہ اجتہادکرتےہیں۔</w:t>
      </w:r>
    </w:p>
    <w:p>
      <w:r>
        <w:rPr>
          <w:b/>
        </w:rPr>
        <w:t xml:space="preserve">[1:35:59] </w:t>
      </w:r>
      <w:r>
        <w:t>aam taur par fuqaha jo woh mante hain, chaar source mante hain, yaani kitaab, sunnat, aur woh ijma aur qiyas.</w:t>
      </w:r>
    </w:p>
    <w:p>
      <w:pPr>
        <w:jc w:val="right"/>
      </w:pPr>
      <w:r>
        <w:t>عامطورپرفقہاءجو وہ مانتےہیں، چار سورسزمانتےہیں، یعنیکتاب ،سن ت، اور وہ اجماعاورقیاس۔</w:t>
      </w:r>
    </w:p>
    <w:p>
      <w:r>
        <w:rPr>
          <w:b/>
        </w:rPr>
        <w:t xml:space="preserve">[1:36:09] </w:t>
      </w:r>
      <w:r>
        <w:t>main isko, main isko nahi manta. yaani saare ulama ye mante hain ke chaar source hain: Quran, sunnat, ijma, aur qiyas.</w:t>
      </w:r>
    </w:p>
    <w:p>
      <w:pPr>
        <w:jc w:val="right"/>
      </w:pPr>
      <w:r>
        <w:t>میںاسکو ،میںاسکونہیں مانتا۔ یعنیسارےعلماءیہمانتےہیں کہ چار سورسہیں: قرآن، سنت،اجماع،اورقیاس۔</w:t>
      </w:r>
    </w:p>
    <w:p>
      <w:r>
        <w:rPr>
          <w:b/>
        </w:rPr>
        <w:t xml:space="preserve">[1:36:19] </w:t>
      </w:r>
      <w:r>
        <w:t>main teen kehta hoon ke teen woh hain: Quran, sunnat, aur ijtihad.</w:t>
      </w:r>
    </w:p>
    <w:p>
      <w:pPr>
        <w:jc w:val="right"/>
      </w:pPr>
      <w:r>
        <w:t>میں تین کہتاہوںکہتین وہہیں:قرآن،سنت،اور اجتہاد۔</w:t>
      </w:r>
    </w:p>
    <w:p>
      <w:r>
        <w:rPr>
          <w:b/>
        </w:rPr>
        <w:t xml:space="preserve">[1:36:25] </w:t>
      </w:r>
      <w:r>
        <w:t>main jo kehta hoon, woh is liye kehta hoon ke ye hadith se aur Quran se saabit hai. ye ijma aur qiyas jo kehte hain, woh log woh Quran mein hai na hadith mein hai.</w:t>
      </w:r>
    </w:p>
    <w:p>
      <w:pPr>
        <w:jc w:val="right"/>
      </w:pPr>
      <w:r>
        <w:t>میںجوکہتاہوں، وہاسلیےکہتاہوںکہیہ حدیث سےاورقرآنسےثابتہے۔یہ اجماعاورقیاسجوکہتےہیں،وہلوگ وہ قرآنمیںہےنہحدیثمیںہے۔</w:t>
      </w:r>
    </w:p>
    <w:p>
      <w:r>
        <w:rPr>
          <w:b/>
        </w:rPr>
        <w:t xml:space="preserve">[1:36:35] </w:t>
      </w:r>
      <w:r>
        <w:t>woh jo do source batate hain, woh ijma aur qiyas wala, woh toh Quran mein hai na hadith mein hai. lekin main jo bolta hoon, woh Quran aur hadith mein hai. yaani istinbat ka word humein milta hai Quran Majeed mein.</w:t>
      </w:r>
    </w:p>
    <w:p>
      <w:pPr>
        <w:jc w:val="right"/>
      </w:pPr>
      <w:r>
        <w:t>وہجو دو سورسبتاتےہیں،وہاجماعاورقیاسوالا،وہتوقرآنمیںہےنہحدیثمیںہے۔ لیکن میںجوبولتاہوں، وہ قرآناورحدیثمیںہے۔یعنی استنباطکا ورڈہمیںملتاہےقرآنمجیدمیں۔</w:t>
      </w:r>
    </w:p>
    <w:p>
      <w:r>
        <w:rPr>
          <w:b/>
        </w:rPr>
        <w:t xml:space="preserve">[1:36:47] </w:t>
      </w:r>
      <w:r>
        <w:t>istinbat, istinbat means inference. ijtihad ka word milta hai hum ko hadith mein.</w:t>
      </w:r>
    </w:p>
    <w:p>
      <w:pPr>
        <w:jc w:val="right"/>
      </w:pPr>
      <w:r>
        <w:t>استنباط، استنباطمینز انفرنس۔ اجتہادکاورڈملتاہے ہمکوحدیثمیں۔</w:t>
      </w:r>
    </w:p>
    <w:p>
      <w:r>
        <w:rPr>
          <w:b/>
        </w:rPr>
        <w:t xml:space="preserve">[1:36:54] </w:t>
      </w:r>
      <w:r>
        <w:t>toh is ka matlab kya hua hai? ke ek woh hai jo text mein hai, yaani hadith ke text mein, Quran ke text mein. ek woh hai jis ko hum by by da way of inference jaanein, inference way mein jaanein.</w:t>
      </w:r>
    </w:p>
    <w:p>
      <w:pPr>
        <w:jc w:val="right"/>
      </w:pPr>
      <w:r>
        <w:t>تو اسکامعنیکیاہوا ہے؟کہایک وہہےجو ٹیکسٹمیںہے، یعنی حدیثکےٹیکسٹمیں،قرآنکےٹیکسٹمیں۔ ایک وہہےجسکوہمبائے بائیداوےافانفرنسجانیں، انفرینشلوےمیںجانیں۔</w:t>
      </w:r>
    </w:p>
    <w:p>
      <w:r>
        <w:rPr>
          <w:b/>
        </w:rPr>
        <w:t xml:space="preserve">[1:37:06] </w:t>
      </w:r>
      <w:r>
        <w:t>toh text do chunke hai, is liye do do hum bolenge: Quran aur hadith. agar agar agar dono ka mila dein aap toh ab ek hi ho jata hai.</w:t>
      </w:r>
    </w:p>
    <w:p>
      <w:pPr>
        <w:jc w:val="right"/>
      </w:pPr>
      <w:r>
        <w:t>تو ٹیکسٹ دو چونکہہے،اسلیے دو دوہمبولیںگے:قرآناورحدیث۔ اگر اگر اگر دونوںکا ملادیںآپتوابایکہیہوجاتاہے۔</w:t>
      </w:r>
    </w:p>
    <w:p>
      <w:r>
        <w:rPr>
          <w:b/>
        </w:rPr>
        <w:t xml:space="preserve">[1:37:15] </w:t>
      </w:r>
      <w:r>
        <w:t>yaani text aur inference do hi source ban jaate hain.</w:t>
      </w:r>
    </w:p>
    <w:p>
      <w:pPr>
        <w:jc w:val="right"/>
      </w:pPr>
      <w:r>
        <w:t>یعنیٹیکسٹاور انفرنس دوہیسورسبنجاتےہیں۔</w:t>
      </w:r>
    </w:p>
    <w:p>
      <w:r>
        <w:rPr>
          <w:b/>
        </w:rPr>
        <w:t xml:space="preserve">[1:37:20] </w:t>
      </w:r>
      <w:r>
        <w:t>yaani Quran aur hadith ko agar ek maan lein aap toh phir do hi source bante hain ke jo text se mila hai, woh hai, aur jo inference ke through aap jaan paayein, woh hai.</w:t>
      </w:r>
    </w:p>
    <w:p>
      <w:pPr>
        <w:jc w:val="right"/>
      </w:pPr>
      <w:r>
        <w:t>یعنیقرآناورحدیثکواگرایکمانلیںآپ توپھردوہیسورسبنتےہیں کہجو ٹیکسٹ سےملاہے،وہہے،اورجو انفرنسکےتھروآپجانپائیں،وہہے۔</w:t>
      </w:r>
    </w:p>
    <w:p>
      <w:r>
        <w:rPr>
          <w:b/>
        </w:rPr>
        <w:t xml:space="preserve">[1:37:30] </w:t>
      </w:r>
      <w:r>
        <w:t>toh isi inference ko ijtihad kaha jaata hai. toh dekhiye, ijtihad koi koi mysterious cheez nahi hai. har cheez mein inference hota hai.</w:t>
      </w:r>
    </w:p>
    <w:p>
      <w:pPr>
        <w:jc w:val="right"/>
      </w:pPr>
      <w:r>
        <w:t>تواسیانفرنسکواجتہادکہاجاتاہے۔ تودیکھیے، اجتہاد کوئی کوئی مسٹیریسچیزنہیںہے۔ ہرچیز میں انفرنسہوتاہے۔</w:t>
      </w:r>
    </w:p>
    <w:p>
      <w:r>
        <w:rPr>
          <w:b/>
        </w:rPr>
        <w:t xml:space="preserve">[1:37:42] </w:t>
      </w:r>
      <w:r>
        <w:t>inference jo hai, woh ke koi bhi kitni hi detail likho, is mein sab baat likhi nahi ja sakti</w:t>
      </w:r>
    </w:p>
    <w:p>
      <w:pPr>
        <w:jc w:val="right"/>
      </w:pPr>
      <w:r>
        <w:t>انفرنسجوہے، وہ کہکوئی بھی کتنیہیڈیٹیلبکہو ، اسمیں سب بات لکھی نہیںجاسک</w:t>
      </w:r>
    </w:p>
    <w:p>
      <w:r>
        <w:rPr>
          <w:b/>
        </w:rPr>
        <w:t xml:space="preserve">[1:37:50] </w:t>
      </w:r>
      <w:r>
        <w:t>ti. impossible hai ke har baat likhi jaaye. toh hamesha kuch na kuch baat aisi rahegi jo apne zamane ke lehaz se, apne apne situation ke lehaz se, aap ko koie koie naye problem aayenge.</w:t>
      </w:r>
    </w:p>
    <w:p>
      <w:pPr>
        <w:jc w:val="right"/>
      </w:pPr>
      <w:r>
        <w:t>تی۔ امپاسیبلہےکہہرباتلکھیجائے۔ تو ہمیشہکچھنہکچھباتایسیرہےگیجو اپنے زمانےکےلحاظسے،اپنے اپنے سچویشنکےلحاظسے،آپ کو کوئیکوئینئے پرابلمآئیںگے۔</w:t>
      </w:r>
    </w:p>
    <w:p>
      <w:r>
        <w:rPr>
          <w:b/>
        </w:rPr>
        <w:t xml:space="preserve">[1:38:04] </w:t>
      </w:r>
      <w:r>
        <w:t>farz kijiye ke moza ko leejiye, socks jo hum pehente hain. toh is zamane mein, Rasool Allah ke zamane mein, socks jo hai, aesa nahi hua ke jo jis ko aaj kal hote hain, tab chamre ke hote the.</w:t>
      </w:r>
    </w:p>
    <w:p>
      <w:pPr>
        <w:jc w:val="right"/>
      </w:pPr>
      <w:r>
        <w:t>فرضکیجئےکہ موزہکولیجئے، ساکسجوہمپہنتےہیں۔ تو اس زمان ےمیں،رسولاللہکےزمانےمیں،ساکسجوہے،ایسانہیںہواکہ جوجسکوآجکلہوتےہیں، تب چمڑےکےہوتےتھے۔</w:t>
      </w:r>
    </w:p>
    <w:p>
      <w:r>
        <w:rPr>
          <w:b/>
        </w:rPr>
        <w:t xml:space="preserve">[1:38:18] </w:t>
      </w:r>
      <w:r>
        <w:t>chamre ke is ko kehte the, woh woh khuff khuff kehte the. khuff masla al khuffain ka masla hai, jurab bhi kehte hain.</w:t>
      </w:r>
    </w:p>
    <w:p>
      <w:pPr>
        <w:jc w:val="right"/>
      </w:pPr>
      <w:r>
        <w:t>چمڑے کے اسکو کہتےتھے، وہ وہ خفخفکہتےتھے۔ خف مسئلہ الخفینکامسئلہہے، جراببھیکہتےہیں۔</w:t>
      </w:r>
    </w:p>
    <w:p>
      <w:r>
        <w:rPr>
          <w:b/>
        </w:rPr>
        <w:t xml:space="preserve">[1:38:32] </w:t>
      </w:r>
      <w:r>
        <w:t>toh ab jo hai, aap jaante hain ke ab industry ke zamane mein, ab jo socks bante hain, woh woh chamre ke nahi hote, doosre hote hain.</w:t>
      </w:r>
    </w:p>
    <w:p>
      <w:pPr>
        <w:jc w:val="right"/>
      </w:pPr>
      <w:r>
        <w:t>تو ابجوہے،آپجانتےہیںکہاب انڈسٹریکے زمان ےمیں، ابجو ساکسبنتےہیں،وہ وہچمڑےکےنہیںہوتے، دوسرےہوتےہیں۔</w:t>
      </w:r>
    </w:p>
    <w:p>
      <w:r>
        <w:rPr>
          <w:b/>
        </w:rPr>
        <w:t xml:space="preserve">[1:38:42] </w:t>
      </w:r>
      <w:r>
        <w:t>ab jo ye badla hai, toh ab ye masla paida hua ke kya is par bhi hum masah kar sakte hain?</w:t>
      </w:r>
    </w:p>
    <w:p>
      <w:pPr>
        <w:jc w:val="right"/>
      </w:pPr>
      <w:r>
        <w:t>ابجویہبدلاہے، تو ابیہمسئلہپیدا ہوا کہکیااسپربھیہممسحکرسکتےہیں؟</w:t>
      </w:r>
    </w:p>
    <w:p>
      <w:r>
        <w:rPr>
          <w:b/>
        </w:rPr>
        <w:t xml:space="preserve">[1:38:48] </w:t>
      </w:r>
      <w:r>
        <w:t>ke kisi ko force ka istemal kiya? United States ne aur five trillion dollar ki ladai ladi. unhone paanch trillion dollar yahan tak ke unko apni economy unki jo hai sheet rah gayi.</w:t>
      </w:r>
    </w:p>
    <w:p>
      <w:pPr>
        <w:jc w:val="right"/>
      </w:pPr>
      <w:r>
        <w:t>کہکسیکو فورسکااستعمال کیا ؟یونائٹڈاسٹیٹسنے اور فائیو ٹریلینڈالر کی لڑائیلڑی۔انہوںنے پانچ ٹریلینڈالر یہاںتککہ انکواپنی اکانومیانکیجوہے شی ٹرہوگئی۔</w:t>
      </w:r>
    </w:p>
    <w:p>
      <w:r>
        <w:rPr>
          <w:b/>
        </w:rPr>
        <w:t xml:space="preserve">[1:39:05] </w:t>
      </w:r>
      <w:r>
        <w:t>toh kya force ka kuch kar paya hai? woh wahan gaye, woh toh unko joote maar rahe hain. is ke Iraq ne kya? woh rok rooks sakte the? joote na maare? woh</w:t>
      </w:r>
    </w:p>
    <w:p>
      <w:pPr>
        <w:jc w:val="right"/>
      </w:pPr>
      <w:r>
        <w:t>تو کیا فورسکا کچھکرپایاہے؟وہ وہاںگئے،وہتوانکوجوتاماراہے۔اسکے عراقینے کیا؟وہروکروکسکتےتھے؟جوتانہمارے؟وہ</w:t>
      </w:r>
    </w:p>
    <w:p>
      <w:r>
        <w:rPr>
          <w:b/>
        </w:rPr>
        <w:t xml:space="preserve">[1:39:14] </w:t>
      </w:r>
      <w:r>
        <w:t>koi jo force nahi kar sakti, kya sakti hai? ye cheez hai, aadmi khud hi hosh tedi kare, khud jaane, woh sincere ho, aur ye soche ke mujhe bahar haal maut maut aani hai, mujhe marna hai,</w:t>
      </w:r>
    </w:p>
    <w:p>
      <w:pPr>
        <w:jc w:val="right"/>
      </w:pPr>
      <w:r>
        <w:t>کوئیجوفورسنہیں کرسکتی، کیا سکتیہے؟ یہچیزہے، آدمیخود ہیسٹڈیکرے، خود جان ے، وہ سنسیئرہو، اوریہسوچےکہمجھےبہرحالموت موت آنیہے،مجھےمرناہے،</w:t>
      </w:r>
    </w:p>
    <w:p>
      <w:r>
        <w:rPr>
          <w:b/>
        </w:rPr>
        <w:t xml:space="preserve">[1:39:30] </w:t>
      </w:r>
      <w:r>
        <w:t>marne ke baad Khuda se mera samna hona hai.</w:t>
      </w:r>
    </w:p>
    <w:p>
      <w:pPr>
        <w:jc w:val="right"/>
      </w:pPr>
      <w:r>
        <w:t>مرنےکےبعد خداسے میراسامناہوناہے۔</w:t>
      </w:r>
    </w:p>
    <w:p>
      <w:r>
        <w:rPr>
          <w:b/>
        </w:rPr>
        <w:t xml:space="preserve">[1:39:34] </w:t>
      </w:r>
      <w:r>
        <w:t>toh basic baat dekhiye, ye hai ke aap ye sochein ke jab mera samna Khuda se hoga, us waqt mein justified qarar paoon, woh Khuda ki nazar mein ke maine duniya mein jo zindagi guzari thi,</w:t>
      </w:r>
    </w:p>
    <w:p>
      <w:pPr>
        <w:jc w:val="right"/>
      </w:pPr>
      <w:r>
        <w:t>تو بیسکباتدیکھیے،یہہےکہ آپ یہسوچیں کہجب میراسامناخداسےہوگا، اسوقت میں جسٹیفائیڈقرار پاؤں، وہخدا کی نظر میں کہمیںنےدنیا میںجو زندگی گزاریتھی،</w:t>
      </w:r>
    </w:p>
    <w:p>
      <w:r>
        <w:rPr>
          <w:b/>
        </w:rPr>
        <w:t xml:space="preserve">[1:39:49] </w:t>
      </w:r>
      <w:r>
        <w:t>toh mein right path par raha, us se maine deviation nahi kiya Khuda ke samne. toh force koi keh nahi sakta kisi ko. ye saara mamla apna mamla hai, aur har aadmi ko jo baat sochani hai, wohi hai ke ye duniya mein kahan hamesha rahega? woh</w:t>
      </w:r>
    </w:p>
    <w:p>
      <w:pPr>
        <w:jc w:val="right"/>
      </w:pPr>
      <w:r>
        <w:t>تو میں رائٹپاتھپررہا، اسسےمیںنےڈیویٹنہیںکیا خداکےسامنے ۔ تو فورسکوئیکرہینہیںسکتاکسیکو ۔ یہسارامعاملہاپنامعاملہہے، اور ہرآدمیکوجو باتسوچنیہے،وہیہہےکہیہدنیا میںکہاںہمیشہرہےگا؟وہ</w:t>
      </w:r>
    </w:p>
    <w:p>
      <w:r>
        <w:rPr>
          <w:b/>
        </w:rPr>
        <w:t xml:space="preserve">[1:40:05] </w:t>
      </w:r>
      <w:r>
        <w:t>50, 60, 70 saal ka mar jayega. woh</w:t>
      </w:r>
    </w:p>
    <w:p>
      <w:pPr>
        <w:jc w:val="right"/>
      </w:pPr>
      <w:r>
        <w:t>5 0،60،70سالکا مرجائےگا۔وہ</w:t>
      </w:r>
    </w:p>
    <w:p>
      <w:r>
        <w:rPr>
          <w:b/>
        </w:rPr>
        <w:t xml:space="preserve">[1:40:10] </w:t>
      </w:r>
      <w:r>
        <w:t>maine apni zindagi mein jo cheezein padhi hain, is mein ek bohat hi zyada ajeeb cheez hai jo ke sirf ek ek kisi Muslim ke haan nahi thi, woh ek American ke haan thi. woh maine ab bataya hai aap logon ko yahan par,</w:t>
      </w:r>
    </w:p>
    <w:p>
      <w:pPr>
        <w:jc w:val="right"/>
      </w:pPr>
      <w:r>
        <w:t>میںنےاپنیزندگی میں جوچیزیںپڑھیہیں،اسمیں ایک بہتہیزیادہ عجیبچیز ہے جو کہصرف ایک ایک کسی مس لمانکےہاںنہیں تھی،وہایک امریک نکےہاںتھی۔وہ میںنےاببتایاہےآپلوگوںکویہاںپر،</w:t>
      </w:r>
    </w:p>
    <w:p>
      <w:r>
        <w:rPr>
          <w:b/>
        </w:rPr>
        <w:t xml:space="preserve">[1:40:24] </w:t>
      </w:r>
      <w:r>
        <w:t>itne zyada yaani gambhirta ke saath mein is cheez ko kisi ka paaya nahi. maut ke bare mein.</w:t>
      </w:r>
    </w:p>
    <w:p>
      <w:pPr>
        <w:jc w:val="right"/>
      </w:pPr>
      <w:r>
        <w:t>اتنےزیادہ یعنیگمبھیرتاکےساتھ میں اسچیزکو کسیکاپایانہیں ۔ موتکےبارےمیں</w:t>
      </w:r>
    </w:p>
    <w:p>
      <w:r>
        <w:rPr>
          <w:b/>
        </w:rPr>
        <w:t xml:space="preserve">[1:40:34] </w:t>
      </w:r>
      <w:r>
        <w:t>mainnebatayathaaaplogonko,agyadaho ke bilaygarhamne ek qissah likhahai. bilaygarham jo bahut mashhoor mishan rehay, ke ek baar usko ek mesajmila, ek amriki billionaire ka ke tum mere paas aao jald se jald.</w:t>
      </w:r>
    </w:p>
    <w:p>
      <w:pPr>
        <w:jc w:val="right"/>
      </w:pPr>
      <w:r>
        <w:t>میںنےبتایاتھاآپلوگوںکو،اگریادہو کہ بلیگرہمنےایکقصہلکھاہے۔ بلیگرہمجوبہت مشہورمشن ریہے، کہایک باراسکوایکمیسجملا ،ایک امریک ن بلینیئرکا کہتم میرےپاسآؤجلد سےجلد۔</w:t>
      </w:r>
    </w:p>
    <w:p>
      <w:r>
        <w:rPr>
          <w:b/>
        </w:rPr>
        <w:t xml:space="preserve">[1:40:48] </w:t>
      </w:r>
      <w:r>
        <w:t>to kisi program mein tha bilaygarham, program ko woh cancel karke gaya wahan par. jab uske wahan pahancha, uske ghar par to dono ek kamray mein laye gaye.</w:t>
      </w:r>
    </w:p>
    <w:p>
      <w:pPr>
        <w:jc w:val="right"/>
      </w:pPr>
      <w:r>
        <w:t>توکسی پروگراممیںتھا بلیگرہم، پروگرامکووہ کینسلکرکے گیا وہاںپر۔ جب اسکے وہاںپہنچا، اسکےگھرپر تو دونوںایککمرےمیں لائےگئے۔</w:t>
      </w:r>
    </w:p>
    <w:p>
      <w:r>
        <w:rPr>
          <w:b/>
        </w:rPr>
        <w:t xml:space="preserve">[1:41:01] </w:t>
      </w:r>
      <w:r>
        <w:t>wahan par do kursiyan thin,</w:t>
      </w:r>
    </w:p>
    <w:p>
      <w:pPr>
        <w:jc w:val="right"/>
      </w:pPr>
      <w:r>
        <w:t>وہاںپردو کرسیاںتھیں،</w:t>
      </w:r>
    </w:p>
    <w:p>
      <w:r>
        <w:rPr>
          <w:b/>
        </w:rPr>
        <w:t xml:space="preserve">[1:41:03] </w:t>
      </w:r>
      <w:r>
        <w:t>ek ek par bilaygarham baitha, ek par woh billionaire baitha. woh boorha ho chuka tha, boorhi zyada umar ho chuki thi uski, yani woh umar ki jab ke aadmi samajhta hai ke ab to mujhe marna hai, maut ke kinare pahunch gaya tha. woh</w:t>
      </w:r>
    </w:p>
    <w:p>
      <w:pPr>
        <w:jc w:val="right"/>
      </w:pPr>
      <w:r>
        <w:t>ایک ایکپربلیگرہمبیٹھا،ایکپروہبل ینیئربیٹھا۔ وہبوڑھاہوچکاتھا،بوڑھازیادہ عمر ہوچکیتھیاسکی، یعنیوہ عمرکیجب کہآدمی سمجھتاہےکہابتومجھےمرناہے، موتکےکنارےپہنچگیاتھا۔وہ</w:t>
      </w:r>
    </w:p>
    <w:p>
      <w:r>
        <w:rPr>
          <w:b/>
        </w:rPr>
        <w:t xml:space="preserve">[1:41:19] </w:t>
      </w:r>
      <w:r>
        <w:t>to usne kaha bilaygarham se ke "yousi, i am an old man".</w:t>
      </w:r>
    </w:p>
    <w:p>
      <w:pPr>
        <w:jc w:val="right"/>
      </w:pPr>
      <w:r>
        <w:t>تو اسنےکہا بلیگرہمسے کہ" یوسی، آئیایم این اولڈمین"۔</w:t>
      </w:r>
    </w:p>
    <w:p>
      <w:r>
        <w:rPr>
          <w:b/>
        </w:rPr>
        <w:t xml:space="preserve">[1:41:31] </w:t>
      </w:r>
      <w:r>
        <w:t>itna zyada gambhirta ke saath usko mainne kisi ka nahin paya, kisi musalman ka bhi nahin paya jis tarah usne kaha tha. "i yousi, i am an old man.</w:t>
      </w:r>
    </w:p>
    <w:p>
      <w:pPr>
        <w:jc w:val="right"/>
      </w:pPr>
      <w:r>
        <w:t>اتنازیادہ گمبھیرتاکےساتھ اسکو میںنےکسی کانہیںپایا، کسی مسلمانکابھینہیںپایاجسطرحاسنےکہاتھا۔ "آئییوسی، آئیایماین اولڈمین۔</w:t>
      </w:r>
    </w:p>
    <w:p>
      <w:r>
        <w:rPr>
          <w:b/>
        </w:rPr>
        <w:t xml:space="preserve">[1:41:44] </w:t>
      </w:r>
      <w:r>
        <w:t>life has lost all meanings.</w:t>
      </w:r>
    </w:p>
    <w:p>
      <w:pPr>
        <w:jc w:val="right"/>
      </w:pPr>
      <w:r>
        <w:t>لائف ہیزلاسٹ ال میننگز۔</w:t>
      </w:r>
    </w:p>
    <w:p>
      <w:r>
        <w:rPr>
          <w:b/>
        </w:rPr>
        <w:t xml:space="preserve">[1:41:50] </w:t>
      </w:r>
      <w:r>
        <w:t>i am going to take a fitful leap into the unknown. young man, can you give me a ray of hope?</w:t>
      </w:r>
    </w:p>
    <w:p>
      <w:pPr>
        <w:jc w:val="right"/>
      </w:pPr>
      <w:r>
        <w:t>آئیایم گوئنگٹوٹیک افیٹفل لیپ انٹودااننون۔ ینگ مین، کینیوگیومیارےافہوپ؟</w:t>
      </w:r>
    </w:p>
    <w:p>
      <w:r>
        <w:rPr>
          <w:b/>
        </w:rPr>
        <w:t xml:space="preserve">[1:42:01] </w:t>
      </w:r>
      <w:r>
        <w:t>"yeh hai asal masla ke with that second hum is mein is din hum chale jaate hain, phir woh point of no return nahin hota hai. with that second hum yahan se wahan pahunch jaate hain,</w:t>
      </w:r>
    </w:p>
    <w:p>
      <w:pPr>
        <w:jc w:val="right"/>
      </w:pPr>
      <w:r>
        <w:t>"یہہےاصلمسئلہ کہ وداٹسیکنڈہم اسمیںاسدنہمچلےجاتےہیں، پھروہ پوائنٹافنوریٹرنہوتاہے۔ وداٹسیکنڈہمیہاںسےوہاںپہنچجاتےہیں،</w:t>
      </w:r>
    </w:p>
    <w:p>
      <w:r>
        <w:rPr>
          <w:b/>
        </w:rPr>
        <w:t xml:space="preserve">[1:42:15] </w:t>
      </w:r>
      <w:r>
        <w:t>woh point of no return nahin hota hai. hum hum hote hain aur Khuda hota hai, bas face to face. yeh soch kar ke aadmi amal karega, baqi koi force nahin kar sakta hai, chahe woh superpower ho, tab bhi nahin kar sakta hai force.</w:t>
      </w:r>
    </w:p>
    <w:p>
      <w:pPr>
        <w:jc w:val="right"/>
      </w:pPr>
      <w:r>
        <w:t>وہپوائنٹافنوریٹرنہوتاہے۔ہمہمہوتےہیںاورخداہوتاہے،بس فیسٹوفیس۔ یہ سوچکرکے آدمی عملکرےگا، باقیکوئی فورسنہیںکرسکتاہے، چاہےوہسپرپاورہو،تببھینہیںکرسکتاہےفورس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