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Stress and Spirituality January 1, 2012</w:t>
      </w:r>
    </w:p>
    <w:p>
      <w:r>
        <w:t>https://youtu.be/TPhXL9-g6ME</w:t>
      </w:r>
    </w:p>
    <w:p>
      <w:r>
        <w:rPr>
          <w:b/>
        </w:rPr>
        <w:t xml:space="preserve">[00:13] </w:t>
      </w:r>
      <w:r>
        <w:t>Bismillah hir rehman nir rehim, wa salli Allahu alaa nabiyyil karim.</w:t>
      </w:r>
    </w:p>
    <w:p>
      <w:pPr>
        <w:jc w:val="right"/>
      </w:pPr>
      <w:r>
        <w:t>بسم اللہ الرحمن الرحیم، وصلی اللہ علی النبی الکریم۔</w:t>
      </w:r>
    </w:p>
    <w:p>
      <w:r>
        <w:rPr>
          <w:b/>
        </w:rPr>
        <w:t xml:space="preserve">[00:22] </w:t>
      </w:r>
      <w:r>
        <w:t>Rab ishrah li sadri,</w:t>
      </w:r>
    </w:p>
    <w:p>
      <w:pPr>
        <w:jc w:val="right"/>
      </w:pPr>
      <w:r>
        <w:t>رب اشرح لی صدری،</w:t>
      </w:r>
    </w:p>
    <w:p>
      <w:r>
        <w:rPr>
          <w:b/>
        </w:rPr>
        <w:t xml:space="preserve">[00:28] </w:t>
      </w:r>
      <w:r>
        <w:t>wa yassir li amri, wah lul uqdatan min lisani, yafqahu qawli.</w:t>
      </w:r>
    </w:p>
    <w:p>
      <w:pPr>
        <w:jc w:val="right"/>
      </w:pPr>
      <w:r>
        <w:t>ویسر لی امری، واحل العقدۃ من لسانی، یفقہ قولی۔</w:t>
      </w:r>
    </w:p>
    <w:p>
      <w:r>
        <w:rPr>
          <w:b/>
        </w:rPr>
        <w:t xml:space="preserve">[00:36] </w:t>
      </w:r>
      <w:r>
        <w:t>Aaj ka topic hai "stress and spirituality",</w:t>
      </w:r>
    </w:p>
    <w:p>
      <w:pPr>
        <w:jc w:val="right"/>
      </w:pPr>
      <w:r>
        <w:t>آج کا ٹاپک ہے "اسٹریس اینڈ اسپیریچولیٹی"،</w:t>
      </w:r>
    </w:p>
    <w:p>
      <w:r>
        <w:rPr>
          <w:b/>
        </w:rPr>
        <w:t xml:space="preserve">[00:44] </w:t>
      </w:r>
      <w:r>
        <w:t>yani zehni tanav aur roohaniyat.</w:t>
      </w:r>
    </w:p>
    <w:p>
      <w:pPr>
        <w:jc w:val="right"/>
      </w:pPr>
      <w:r>
        <w:t>یعنی ذہنی تناؤ اور روحانیت۔</w:t>
      </w:r>
    </w:p>
    <w:p>
      <w:r>
        <w:rPr>
          <w:b/>
        </w:rPr>
        <w:t xml:space="preserve">[00:54] </w:t>
      </w:r>
      <w:r>
        <w:t>Aaj kal sari duniya ka sab se bara masla yahi hai jis ko kehte hain stress.</w:t>
      </w:r>
    </w:p>
    <w:p>
      <w:pPr>
        <w:jc w:val="right"/>
      </w:pPr>
      <w:r>
        <w:t>آج کل ساری دنیا کا سب سے بڑا مسئلہ یہی ہے جس کو کہتے ہیں اسٹریس۔</w:t>
      </w:r>
    </w:p>
    <w:p>
      <w:r>
        <w:rPr>
          <w:b/>
        </w:rPr>
        <w:t xml:space="preserve">[01:04] </w:t>
      </w:r>
      <w:r>
        <w:t>Sari duniya mein</w:t>
      </w:r>
    </w:p>
    <w:p>
      <w:pPr>
        <w:jc w:val="right"/>
      </w:pPr>
      <w:r>
        <w:t>ساری دنیا میں</w:t>
      </w:r>
    </w:p>
    <w:p>
      <w:r>
        <w:rPr>
          <w:b/>
        </w:rPr>
        <w:t xml:space="preserve">[01:08] </w:t>
      </w:r>
      <w:r>
        <w:t>hazaron ki tadad mein school of de-stressing khule hue hain, beshumar log is profession mein lage hue hain.</w:t>
      </w:r>
    </w:p>
    <w:p>
      <w:pPr>
        <w:jc w:val="right"/>
      </w:pPr>
      <w:r>
        <w:t>ہزاروں کی تعداد میں اسکول آف ڈی اسٹریسنگ کھلے ہوئے ہیں، بے شمار لوگ اس پروفیشن میں لگے ہوئے ہیں۔</w:t>
      </w:r>
    </w:p>
    <w:p>
      <w:r>
        <w:rPr>
          <w:b/>
        </w:rPr>
        <w:t xml:space="preserve">[01:20] </w:t>
      </w:r>
      <w:r>
        <w:t>Magar jahan tak main jaanta hoon, 1% bhi</w:t>
      </w:r>
    </w:p>
    <w:p>
      <w:pPr>
        <w:jc w:val="right"/>
      </w:pPr>
      <w:r>
        <w:t>مگر جہاں تک میں جانتا ہوں، 1% بھی</w:t>
      </w:r>
    </w:p>
    <w:p>
      <w:r>
        <w:rPr>
          <w:b/>
        </w:rPr>
        <w:t xml:space="preserve">[01:28] </w:t>
      </w:r>
      <w:r>
        <w:t>kamyabi nahi hui is mein ke stress mein jo log jee rahe hain, un ki de-stressing kar sakein yeh log.</w:t>
      </w:r>
    </w:p>
    <w:p>
      <w:pPr>
        <w:jc w:val="right"/>
      </w:pPr>
      <w:r>
        <w:t>کامیابی نہیں ہوئی اس میں کہ اسٹریس میں جو لوگ جی رہے ہیں، ان کی ڈی اسٹریسنگ کر سکیں یہ لوگ۔</w:t>
      </w:r>
    </w:p>
    <w:p>
      <w:r>
        <w:rPr>
          <w:b/>
        </w:rPr>
        <w:t xml:space="preserve">[01:39] </w:t>
      </w:r>
      <w:r>
        <w:t>Stress badhta ja raha hai.</w:t>
      </w:r>
    </w:p>
    <w:p>
      <w:pPr>
        <w:jc w:val="right"/>
      </w:pPr>
      <w:r>
        <w:t>اسٹریس بڑھتا جا رہا ہے۔</w:t>
      </w:r>
    </w:p>
    <w:p>
      <w:r>
        <w:rPr>
          <w:b/>
        </w:rPr>
        <w:t xml:space="preserve">[01:43] </w:t>
      </w:r>
      <w:r>
        <w:t>Toh is par main aaj ki majlis mein kuch kehne ki koshish karunga.</w:t>
      </w:r>
    </w:p>
    <w:p>
      <w:pPr>
        <w:jc w:val="right"/>
      </w:pPr>
      <w:r>
        <w:t>تو اس پر میں آج کی مجلس میں کچھ کہنے کی کوشش کروں گا۔</w:t>
      </w:r>
    </w:p>
    <w:p>
      <w:r>
        <w:rPr>
          <w:b/>
        </w:rPr>
        <w:t xml:space="preserve">[01:55] </w:t>
      </w:r>
      <w:r>
        <w:t>Aap jante hain ke main rozana All India Radio sunta hoon, toh aaj bhi main subah sun raha tha.</w:t>
      </w:r>
    </w:p>
    <w:p>
      <w:pPr>
        <w:jc w:val="right"/>
      </w:pPr>
      <w:r>
        <w:t>آپ جانتے ہیں کہ میں روزانہ آل انڈیا ریڈیو سنتا ہوں، تو آج بھی میں صبح سن رہا تھا۔</w:t>
      </w:r>
    </w:p>
    <w:p>
      <w:r>
        <w:rPr>
          <w:b/>
        </w:rPr>
        <w:t xml:space="preserve">[02:03] </w:t>
      </w:r>
      <w:r>
        <w:t>Ittifaq se aaj, yani aaj pehla din hai naye saal ka, yani 2012 jo hai, is ka pehla din hai, first January.</w:t>
      </w:r>
    </w:p>
    <w:p>
      <w:pPr>
        <w:jc w:val="right"/>
      </w:pPr>
      <w:r>
        <w:t>اتفاق سے آج، یعنی آج پہلا دن ہے نئے سال کا، یعنی 2012 جو ہے، اس کا پہلا دن ہے، فرسٹ جنوری۔</w:t>
      </w:r>
    </w:p>
    <w:p>
      <w:r>
        <w:rPr>
          <w:b/>
        </w:rPr>
        <w:t xml:space="preserve">[02:15] </w:t>
      </w:r>
      <w:r>
        <w:t>Toh aaj wahan aik senior psychiatrist, jis ko kehte hain psychiatrist, aik senior psychiatrist ka interview aa raha tha, aur isi mauzu par aa raha tha, stress ke mauzu par.</w:t>
      </w:r>
    </w:p>
    <w:p>
      <w:pPr>
        <w:jc w:val="right"/>
      </w:pPr>
      <w:r>
        <w:t>تو آج وہاں ایک سینئر سائیکریٹسٹ، جس کو کہتے ہیں سائیکریٹسٹ، ایک سینئر سائیکریٹسٹ کا انٹرویو آ رہا تھا، اور اسی موضوع پر آ رہا تھا، اسٹریس کے موضوع پر۔</w:t>
      </w:r>
    </w:p>
    <w:p>
      <w:r>
        <w:rPr>
          <w:b/>
        </w:rPr>
        <w:t xml:space="preserve">[02:33] </w:t>
      </w:r>
      <w:r>
        <w:t>to woh aadmi bohat shandar English bol raha tha, maine bohat ghaur se suna.</w:t>
      </w:r>
    </w:p>
    <w:p>
      <w:pPr>
        <w:jc w:val="right"/>
      </w:pPr>
      <w:r>
        <w:t>تو وہ آدمی بہت شاندار انگلش بول رہا تھا، میں نے بہت غور سے سنا۔</w:t>
      </w:r>
    </w:p>
    <w:p>
      <w:r>
        <w:rPr>
          <w:b/>
        </w:rPr>
        <w:t xml:space="preserve">[02:42] </w:t>
      </w:r>
      <w:r>
        <w:t>ek bhi lafz aisa nahi tha jis ke liye mujhe dictionary dekhna pare, lekin phir bhi kuch samajh mein nahi aaya. kyunke sab confusion hi confusion tha.</w:t>
      </w:r>
    </w:p>
    <w:p>
      <w:pPr>
        <w:jc w:val="right"/>
      </w:pPr>
      <w:r>
        <w:t>ایک بھی لفظ ایسا نہیں تھا جس کے لیے مجھے ڈکشنری دیکھنا پڑے، لیکن پھر بھی کچھ سمجھ میں نہیں آیا۔ کیونکہ سب کنفیوژن ہی کنفیوژن تھا۔</w:t>
      </w:r>
    </w:p>
    <w:p>
      <w:r>
        <w:rPr>
          <w:b/>
        </w:rPr>
        <w:t xml:space="preserve">[02:54] </w:t>
      </w:r>
      <w:r>
        <w:t>main bohat zyada parha hai in logon ki cheezein, in ke article ya kitabein hain, in ki speeches bhi suni hain, jo log is profession mein hain.</w:t>
      </w:r>
    </w:p>
    <w:p>
      <w:pPr>
        <w:jc w:val="right"/>
      </w:pPr>
      <w:r>
        <w:t>میں بہت زیادہ پڑھا ہے ان لوگوں کی چیزیں، ان کے آرٹیکل یا کتابیں ہیں، ان کی اسپیچز بھی سنی ہیں، جو لوگ اس پروفیشن میں ہیں۔</w:t>
      </w:r>
    </w:p>
    <w:p>
      <w:r>
        <w:rPr>
          <w:b/>
        </w:rPr>
        <w:t xml:space="preserve">[03:06] </w:t>
      </w:r>
      <w:r>
        <w:t>lekin sabhi ka haal yeh hai ke woh koi solution nahi de paate,</w:t>
      </w:r>
    </w:p>
    <w:p>
      <w:pPr>
        <w:jc w:val="right"/>
      </w:pPr>
      <w:r>
        <w:t>لیکن سبھی کا حال یہ ہے کہ وہ کوئی سلوشن نہیں دے پاتے،</w:t>
      </w:r>
    </w:p>
    <w:p>
      <w:r>
        <w:rPr>
          <w:b/>
        </w:rPr>
        <w:t xml:space="preserve">[03:14] </w:t>
      </w:r>
      <w:r>
        <w:t>problems without any exception.</w:t>
      </w:r>
    </w:p>
    <w:p>
      <w:pPr>
        <w:jc w:val="right"/>
      </w:pPr>
      <w:r>
        <w:t>پرابلمز ودا آؤٹ این ایکسیپشن۔</w:t>
      </w:r>
    </w:p>
    <w:p>
      <w:r>
        <w:rPr>
          <w:b/>
        </w:rPr>
        <w:t xml:space="preserve">[03:19] </w:t>
      </w:r>
      <w:r>
        <w:t>to aaj bhi jo main sun raha tha to "there was not an exception".</w:t>
      </w:r>
    </w:p>
    <w:p>
      <w:pPr>
        <w:jc w:val="right"/>
      </w:pPr>
      <w:r>
        <w:t>تو آج بھی جو میں سن رہا تھا تو "دیر واز ناٹ این ایکسیپشن"۔</w:t>
      </w:r>
    </w:p>
    <w:p>
      <w:r>
        <w:rPr>
          <w:b/>
        </w:rPr>
        <w:t xml:space="preserve">[03:29] </w:t>
      </w:r>
      <w:r>
        <w:t>unhone</w:t>
      </w:r>
    </w:p>
    <w:p>
      <w:pPr>
        <w:jc w:val="right"/>
      </w:pPr>
      <w:r>
        <w:t>انہوں نے</w:t>
      </w:r>
    </w:p>
    <w:p>
      <w:r>
        <w:rPr>
          <w:b/>
        </w:rPr>
        <w:t xml:space="preserve">[03:33] </w:t>
      </w:r>
      <w:r>
        <w:t>diagnosis to bohat sahi kiya, lekin prescription sahi nahi thi is ki. yeh sab ka haal hai. kitabein main sunta hoon ya parhta hoon to diagnosis to bada acha karte hain woh,</w:t>
      </w:r>
    </w:p>
    <w:p>
      <w:pPr>
        <w:jc w:val="right"/>
      </w:pPr>
      <w:r>
        <w:t>ڈائیگنوسس تو بہت صحیح کیا، لیکن پریسکرپشن صحیح نہیں تھی اس کی۔ یہ سب کا حال ہے۔ کتابیں میں سنتا ہوں یا پڑھتا ہوں تو ڈائیگنوس تو بڑا اچھا کرتے ہیں وہ،</w:t>
      </w:r>
    </w:p>
    <w:p>
      <w:r>
        <w:rPr>
          <w:b/>
        </w:rPr>
        <w:t xml:space="preserve">[03:47] </w:t>
      </w:r>
      <w:r>
        <w:t>lekin jab aati hai baat prescription ki to bata nahi paate.</w:t>
      </w:r>
    </w:p>
    <w:p>
      <w:pPr>
        <w:jc w:val="right"/>
      </w:pPr>
      <w:r>
        <w:t>لیکن جب آتی ہے بات پریسکرپشن کی تو بتا نہیں پاتے۔</w:t>
      </w:r>
    </w:p>
    <w:p>
      <w:r>
        <w:rPr>
          <w:b/>
        </w:rPr>
        <w:t xml:space="preserve">[03:54] </w:t>
      </w:r>
      <w:r>
        <w:t>diagnosis karte hue unhone yeh jumla istemal kiya ke "stress is a result of difference between aspiration and reality".</w:t>
      </w:r>
    </w:p>
    <w:p>
      <w:pPr>
        <w:jc w:val="right"/>
      </w:pPr>
      <w:r>
        <w:t>ڈائیگنوس کرتے ہوئے انہوں نے یہ جملہ استعمال کیا کہ "اسٹریس از ا رزلٹ آف ڈیفرنس بٹوین ایسپیریشن اینڈ ریلیٹی"۔</w:t>
      </w:r>
    </w:p>
    <w:p>
      <w:r>
        <w:rPr>
          <w:b/>
        </w:rPr>
        <w:t xml:space="preserve">[04:16] </w:t>
      </w:r>
      <w:r>
        <w:t>stress is a result of difference between aspiration and reality.</w:t>
      </w:r>
    </w:p>
    <w:p>
      <w:pPr>
        <w:jc w:val="right"/>
      </w:pPr>
      <w:r>
        <w:t>اسٹریس از ا رزلٹ آف ڈیفرنس بٹوین ایسپیریشن اینڈ ریلیٹی۔</w:t>
      </w:r>
    </w:p>
    <w:p>
      <w:r>
        <w:rPr>
          <w:b/>
        </w:rPr>
        <w:t xml:space="preserve">[04:23] </w:t>
      </w:r>
      <w:r>
        <w:t>yaani yeh zehni tanav hai, woh is liye hota hai ke hamari khwahishein zyada hain aur jo haqeeqat mein hum paate hain woh kam hota hai.</w:t>
      </w:r>
    </w:p>
    <w:p>
      <w:pPr>
        <w:jc w:val="right"/>
      </w:pPr>
      <w:r>
        <w:t>یعنی یہ ذہنی تناؤ ہے، وہ اس لیے ہوتا ہے کہ ہماری خواہشیں زیادہ ہیں اور جو حقیقت میں ہم پاتے ہیں وہ کم ہوتا ہے۔</w:t>
      </w:r>
    </w:p>
    <w:p>
      <w:r>
        <w:rPr>
          <w:b/>
        </w:rPr>
        <w:t xml:space="preserve">[04:35] </w:t>
      </w:r>
      <w:r>
        <w:t>isi contradiction ke result ka naam hai stress.</w:t>
      </w:r>
    </w:p>
    <w:p>
      <w:pPr>
        <w:jc w:val="right"/>
      </w:pPr>
      <w:r>
        <w:t>اسی کنٹراڈکشن کے رزلٹ کا نام ہے اسٹریس۔</w:t>
      </w:r>
    </w:p>
    <w:p>
      <w:r>
        <w:rPr>
          <w:b/>
        </w:rPr>
        <w:t xml:space="preserve">[04:40] </w:t>
      </w:r>
      <w:r>
        <w:t>bohat sahi yeh tashkhees thi.</w:t>
      </w:r>
    </w:p>
    <w:p>
      <w:pPr>
        <w:jc w:val="right"/>
      </w:pPr>
      <w:r>
        <w:t>بہت صحیح یہ تشخیص تھی۔</w:t>
      </w:r>
    </w:p>
    <w:p>
      <w:r>
        <w:rPr>
          <w:b/>
        </w:rPr>
        <w:t xml:space="preserve">[04:47] </w:t>
      </w:r>
      <w:r>
        <w:t>lekin diagnosis jo hai sahi thi aur prescription kuch bhi nahi, tajweez kuch bhi nahi, is confusion ke siwa.</w:t>
      </w:r>
    </w:p>
    <w:p>
      <w:pPr>
        <w:jc w:val="right"/>
      </w:pPr>
      <w:r>
        <w:t>لیکن ڈائیگنوسس جو ہے صحیح تھی اور پریسکرپشن کچھ بھی نہیں، تجویز کچھ بھی نہیں، اس کنفیوژن کے سوا۔</w:t>
      </w:r>
    </w:p>
    <w:p>
      <w:r>
        <w:rPr>
          <w:b/>
        </w:rPr>
        <w:t xml:space="preserve">[05:00] </w:t>
      </w:r>
      <w:r>
        <w:t>to yeh main sun kar ke bahar aaya. yaani apne office mein main sun raha tha, aur phir main bahar aaya barje par.</w:t>
      </w:r>
    </w:p>
    <w:p>
      <w:pPr>
        <w:jc w:val="right"/>
      </w:pPr>
      <w:r>
        <w:t>تو یہ میں سن کر کے باہر آیا۔ یعنی اپنے آفس میں میں سن رہا تھا، اور پھر میں باہر آیا بارجے پر۔</w:t>
      </w:r>
    </w:p>
    <w:p>
      <w:r>
        <w:rPr>
          <w:b/>
        </w:rPr>
        <w:t xml:space="preserve">[05:13] </w:t>
      </w:r>
      <w:r>
        <w:t>to yahan par jab main kursi par baitha to maine dekha ke suraj nikla hua hai.</w:t>
      </w:r>
    </w:p>
    <w:p>
      <w:pPr>
        <w:jc w:val="right"/>
      </w:pPr>
      <w:r>
        <w:t>تو یہاں پر جب میں کرسی پر بیٹھا تو میں نے دیکھا کہ سورج نکلا ہوا ہے۔</w:t>
      </w:r>
    </w:p>
    <w:p>
      <w:r>
        <w:rPr>
          <w:b/>
        </w:rPr>
        <w:t xml:space="preserve">[05:23] </w:t>
      </w:r>
      <w:r>
        <w:t>first January ko itna acha suraj to meri zuban se nikla, "what a beautiful sun".</w:t>
      </w:r>
    </w:p>
    <w:p>
      <w:pPr>
        <w:jc w:val="right"/>
      </w:pPr>
      <w:r>
        <w:t>فرسٹ جنوری کو اتنا اچھا سورج تو میری زبان سے نکلا، "واٹ ا بیوٹی فل سن"۔</w:t>
      </w:r>
    </w:p>
    <w:p>
      <w:r>
        <w:rPr>
          <w:b/>
        </w:rPr>
        <w:t xml:space="preserve">[05:31] </w:t>
      </w:r>
      <w:r>
        <w:t>kehti hai achi hai yeh subah, kehti hai achi hai yeh suraj ki roshni. aap jante hain ke jab</w:t>
      </w:r>
    </w:p>
    <w:p>
      <w:pPr>
        <w:jc w:val="right"/>
      </w:pPr>
      <w:r>
        <w:t>کہتی ہے اچھی ہے یہ صبح، کہتی ہے اچھی ہے یہ سورج کی روشنی۔ آپ جانتے ہیں کہ جب</w:t>
      </w:r>
    </w:p>
    <w:p>
      <w:r>
        <w:rPr>
          <w:b/>
        </w:rPr>
        <w:t xml:space="preserve">[05:41] </w:t>
      </w:r>
      <w:r>
        <w:t>mausam</w:t>
      </w:r>
    </w:p>
    <w:p>
      <w:pPr>
        <w:jc w:val="right"/>
      </w:pPr>
      <w:r>
        <w:t>موسم</w:t>
      </w:r>
    </w:p>
    <w:p>
      <w:r>
        <w:rPr>
          <w:b/>
        </w:rPr>
        <w:t xml:space="preserve">[05:45] </w:t>
      </w:r>
      <w:r>
        <w:t>jaade ka ho aur achi subah, acha suraj nikal aaye to bohat hi zyada is mein kashish hoti hai.</w:t>
      </w:r>
    </w:p>
    <w:p>
      <w:pPr>
        <w:jc w:val="right"/>
      </w:pPr>
      <w:r>
        <w:t>جاڑے کا ہو اور اچھی صبح، اچھا سورج نکل آئے تو بہت ہی زیادہ اس میں کشش ہوتی ہے۔</w:t>
      </w:r>
    </w:p>
    <w:p>
      <w:r>
        <w:rPr>
          <w:b/>
        </w:rPr>
        <w:t xml:space="preserve">[05:58] </w:t>
      </w:r>
      <w:r>
        <w:t>bohat aadmi enjoy karta hai is mein.</w:t>
      </w:r>
    </w:p>
    <w:p>
      <w:pPr>
        <w:jc w:val="right"/>
      </w:pPr>
      <w:r>
        <w:t>بہت آدمی انجوائے کرتا ہے اس میں۔</w:t>
      </w:r>
    </w:p>
    <w:p>
      <w:r>
        <w:rPr>
          <w:b/>
        </w:rPr>
        <w:t xml:space="preserve">[06:01] </w:t>
      </w:r>
      <w:r>
        <w:t>to meri zuban se nikla, "what a beautiful sun". phir aas paas maine dekha, hamare ghar ke charon taraf darakht hain, hara bhara darakht.</w:t>
      </w:r>
    </w:p>
    <w:p>
      <w:pPr>
        <w:jc w:val="right"/>
      </w:pPr>
      <w:r>
        <w:t>تو میری زبان سے نکلا، "واٹ ا بیوٹی فل سن"۔ پھر آس پاس میں نے دیکھا، ہمارے گھر کے چاروں طرف درخت ہیں، ہرے بھرے درخت۔</w:t>
      </w:r>
    </w:p>
    <w:p>
      <w:r>
        <w:rPr>
          <w:b/>
        </w:rPr>
        <w:t xml:space="preserve">[06:15] </w:t>
      </w:r>
      <w:r>
        <w:t>to meri zuban se phir dobara nikla, "what a beautiful trees".</w:t>
      </w:r>
    </w:p>
    <w:p>
      <w:pPr>
        <w:jc w:val="right"/>
      </w:pPr>
      <w:r>
        <w:t>تو میری زبان سے پھر دوبارہ نکلا، "واٹ ا بیوٹی فل ٹریز"۔</w:t>
      </w:r>
    </w:p>
    <w:p>
      <w:r>
        <w:rPr>
          <w:b/>
        </w:rPr>
        <w:t xml:space="preserve">[06:21] </w:t>
      </w:r>
      <w:r>
        <w:t>phir maine upar ki taraf dekha fiza mein to chidiya ud rahi theen.</w:t>
      </w:r>
    </w:p>
    <w:p>
      <w:pPr>
        <w:jc w:val="right"/>
      </w:pPr>
      <w:r>
        <w:t>پھر میں نے اوپر کی طرف دیکھا فضا میں تو چڑیاں اڑ رہی تھیں۔</w:t>
      </w:r>
    </w:p>
    <w:p>
      <w:r>
        <w:rPr>
          <w:b/>
        </w:rPr>
        <w:t xml:space="preserve">[06:27] </w:t>
      </w:r>
      <w:r>
        <w:t>to meri zabaan se nikla, "what a beautiful bird" . aur dekha to main aasman dikhai de raha tha.</w:t>
      </w:r>
    </w:p>
    <w:p>
      <w:pPr>
        <w:jc w:val="right"/>
      </w:pPr>
      <w:r>
        <w:t>تو میری زبان سے نکلا، "واٹ ا بیوٹی فل برڈ"۔ اور دیکھا تو میں آسمان دکھائی دے رہا تھا۔</w:t>
      </w:r>
    </w:p>
    <w:p>
      <w:r>
        <w:rPr>
          <w:b/>
        </w:rPr>
        <w:t xml:space="preserve">[06:37] </w:t>
      </w:r>
      <w:r>
        <w:t>to phir maine kaha ke "what a beautiful sky" . to aik aik cheez par is tarah ka main response deta raha.</w:t>
      </w:r>
    </w:p>
    <w:p>
      <w:pPr>
        <w:jc w:val="right"/>
      </w:pPr>
      <w:r>
        <w:t>تو پھر میں نے کہا کہ "واٹ ا بیوٹی فل اسکائی"۔ تو ایک ایک چیز پر اس طرح کا میں رسپانس دیتا رہا۔</w:t>
      </w:r>
    </w:p>
    <w:p>
      <w:r>
        <w:rPr>
          <w:b/>
        </w:rPr>
        <w:t xml:space="preserve">[06:50] </w:t>
      </w:r>
      <w:r>
        <w:t>ab maine socha ke aik taraf to</w:t>
      </w:r>
    </w:p>
    <w:p>
      <w:pPr>
        <w:jc w:val="right"/>
      </w:pPr>
      <w:r>
        <w:t>اب میں نے سوچا کہ ایک طرف تو</w:t>
      </w:r>
    </w:p>
    <w:p>
      <w:r>
        <w:rPr>
          <w:b/>
        </w:rPr>
        <w:t xml:space="preserve">[06:55] </w:t>
      </w:r>
      <w:r>
        <w:t>jo stress ka mahir hai,</w:t>
      </w:r>
    </w:p>
    <w:p>
      <w:pPr>
        <w:jc w:val="right"/>
      </w:pPr>
      <w:r>
        <w:t>جو اسٹریس کا ماہر ہے،</w:t>
      </w:r>
    </w:p>
    <w:p>
      <w:r>
        <w:rPr>
          <w:b/>
        </w:rPr>
        <w:t xml:space="preserve">[07:01] </w:t>
      </w:r>
      <w:r>
        <w:t>wo taqreer kar raha hai, is mein kuch de nahi pata wo. aur neeche se itna zyada de rahi hai.</w:t>
      </w:r>
    </w:p>
    <w:p>
      <w:pPr>
        <w:jc w:val="right"/>
      </w:pPr>
      <w:r>
        <w:t>وہ تقریر کر رہا ہے، اس میں کچھ دے نہیں پاتا وہ۔ اور نیچے سے اتنا زیادہ دے رہی ہے۔</w:t>
      </w:r>
    </w:p>
    <w:p>
      <w:r>
        <w:rPr>
          <w:b/>
        </w:rPr>
        <w:t xml:space="preserve">[07:11] </w:t>
      </w:r>
      <w:r>
        <w:t>stress ko kaise de-stress kiya jaye,</w:t>
      </w:r>
    </w:p>
    <w:p>
      <w:pPr>
        <w:jc w:val="right"/>
      </w:pPr>
      <w:r>
        <w:t>اسٹریس کو کیسے ڈی اسٹریس کیا جائے،</w:t>
      </w:r>
    </w:p>
    <w:p>
      <w:r>
        <w:rPr>
          <w:b/>
        </w:rPr>
        <w:t xml:space="preserve">[07:15] </w:t>
      </w:r>
      <w:r>
        <w:t>apni poori taqreer mein bata nahi paya formula is ka. aur neeche se ain isi waqt is ka formula de rahi thi. har taraf husn tha, har taraf beauty thi, har taraf enjoy karne ka saman tha.</w:t>
      </w:r>
    </w:p>
    <w:p>
      <w:pPr>
        <w:jc w:val="right"/>
      </w:pPr>
      <w:r>
        <w:t>اپنی پوری تقریر میں بتا نہیں پایا فارمولا اس کا۔ اور نیچے سے عین اسی وقت اس کا فارمولا دے رہی تھی۔ ہر طرف حسن تھا، ہر طرف بیوٹی تھی، ہر طرف انجوائے کرنے کا سامان تھا۔</w:t>
      </w:r>
    </w:p>
    <w:p>
      <w:r>
        <w:rPr>
          <w:b/>
        </w:rPr>
        <w:t xml:space="preserve">[07:33] </w:t>
      </w:r>
      <w:r>
        <w:t>eternal bridge sar tak dikhai de rahi thi mujhe nature mein.</w:t>
      </w:r>
    </w:p>
    <w:p>
      <w:pPr>
        <w:jc w:val="right"/>
      </w:pPr>
      <w:r>
        <w:t>ایٹرنل بریج سر تک دکھائی دے رہی تھی مجھے نیچر میں۔</w:t>
      </w:r>
    </w:p>
    <w:p>
      <w:r>
        <w:rPr>
          <w:b/>
        </w:rPr>
        <w:t xml:space="preserve">[07:37] </w:t>
      </w:r>
      <w:r>
        <w:t>sooraj mein, darakhton mein, chidiya mein, aasman mein, fizaon mein, hawa ke jhonke mein, oxygen mein.</w:t>
      </w:r>
    </w:p>
    <w:p>
      <w:pPr>
        <w:jc w:val="right"/>
      </w:pPr>
      <w:r>
        <w:t>سورج میں، درختوں میں، چڑیا میں، آسمان میں، فضاؤں میں، ہوا کے جھونکے میں، آکسیجن میں۔</w:t>
      </w:r>
    </w:p>
    <w:p>
      <w:r>
        <w:rPr>
          <w:b/>
        </w:rPr>
        <w:t xml:space="preserve">[07:53] </w:t>
      </w:r>
      <w:r>
        <w:t>us waqt mujhe is ka jawab mila.</w:t>
      </w:r>
    </w:p>
    <w:p>
      <w:pPr>
        <w:jc w:val="right"/>
      </w:pPr>
      <w:r>
        <w:t>اس وقت مجھے اس کا جواب ملا۔</w:t>
      </w:r>
    </w:p>
    <w:p>
      <w:r>
        <w:rPr>
          <w:b/>
        </w:rPr>
        <w:t xml:space="preserve">[07:57] </w:t>
      </w:r>
      <w:r>
        <w:t>us waqt mujhe jawab mila is baat ka ke hum apni stress ko kaise de-stress kar sakte hain.</w:t>
      </w:r>
    </w:p>
    <w:p>
      <w:pPr>
        <w:jc w:val="right"/>
      </w:pPr>
      <w:r>
        <w:t>اس وقت مجھے جواب ملا اس بات کا کہ ہم اپنی اسٹریس کو کیسے ڈی اسٹریس کر سکتے ہیں۔</w:t>
      </w:r>
    </w:p>
    <w:p>
      <w:r>
        <w:rPr>
          <w:b/>
        </w:rPr>
        <w:t xml:space="preserve">[08:06] </w:t>
      </w:r>
      <w:r>
        <w:t>aur raaz kya hai sari stress ka? to wo jo unhon ne kaha tha ke "stress is a result of difference between aspiration and reality" .</w:t>
      </w:r>
    </w:p>
    <w:p>
      <w:pPr>
        <w:jc w:val="right"/>
      </w:pPr>
      <w:r>
        <w:t>اور راز کیا ہے ساری اسٹریس کا؟ تو وہ جو انہوں نے کہا تھا کہ "اسٹریس از ا رزلٹ آف ڈیفرنس بٹوین ایسپیریشن اینڈ ریلیٹی"۔</w:t>
      </w:r>
    </w:p>
    <w:p>
      <w:r>
        <w:rPr>
          <w:b/>
        </w:rPr>
        <w:t xml:space="preserve">[08:22] </w:t>
      </w:r>
      <w:r>
        <w:t>is mein dekhiye, aspiration to insan ke andar jo hai wo khaliq ki di hui hai.</w:t>
      </w:r>
    </w:p>
    <w:p>
      <w:pPr>
        <w:jc w:val="right"/>
      </w:pPr>
      <w:r>
        <w:t>اس میں دیکھیے، ایسپیریشن تو انسان کے اندر جو ہے وہ خالق کی دی ہوئی ہے۔</w:t>
      </w:r>
    </w:p>
    <w:p>
      <w:r>
        <w:rPr>
          <w:b/>
        </w:rPr>
        <w:t xml:space="preserve">[08:32] </w:t>
      </w:r>
      <w:r>
        <w:t>jo bhi aspiration hamari hain, jo hamari tamannaein hain, hamari aarzooein hain, hamari khwahishein hain, wo khaliq ki di hui hain. hum ne khud create nahi kiya hai.</w:t>
      </w:r>
    </w:p>
    <w:p>
      <w:pPr>
        <w:jc w:val="right"/>
      </w:pPr>
      <w:r>
        <w:t>جو بھی ایسپیریشن ہماری ہیں، جو ہماری تمنائیں ہیں، ہماری آرزوئیں ہیں، ہماری خواہشیں ہیں، وہ خالق کی دی ہوئی ہیں۔ ہم نے خود کریٹ نہیں کیا ہے۔</w:t>
      </w:r>
    </w:p>
    <w:p>
      <w:r>
        <w:rPr>
          <w:b/>
        </w:rPr>
        <w:t xml:space="preserve">[08:45] </w:t>
      </w:r>
      <w:r>
        <w:t>lekin jo realities jis ko unhon ne kaha, jo duniya mein hum jeete hain, wo hamari apni banai hui hain.</w:t>
      </w:r>
    </w:p>
    <w:p>
      <w:pPr>
        <w:jc w:val="right"/>
      </w:pPr>
      <w:r>
        <w:t>لیکن جو ریلیٹیز جس کو انہوں نے کہا، جو دنیا میں ہم جیتے ہیں، وہ ہماری اپنی بنائی ہوئی ہیں۔</w:t>
      </w:r>
    </w:p>
    <w:p>
      <w:r>
        <w:rPr>
          <w:b/>
        </w:rPr>
        <w:t xml:space="preserve">[08:59] </w:t>
      </w:r>
      <w:r>
        <w:t>job, business, ghar, car, yeh sab cheezein. to meri samajh mein aik baat aayi ke stress ka raaz kya hai?</w:t>
      </w:r>
    </w:p>
    <w:p>
      <w:pPr>
        <w:jc w:val="right"/>
      </w:pPr>
      <w:r>
        <w:t>جاب، بزنس، گھر، کار، یہ سب چیزیں۔ تو میری سمجھ میں ایک بات آئی کہ اسٹریس کا راز کیا ہے؟</w:t>
      </w:r>
    </w:p>
    <w:p>
      <w:r>
        <w:rPr>
          <w:b/>
        </w:rPr>
        <w:t xml:space="preserve">[09:15] </w:t>
      </w:r>
      <w:r>
        <w:t>dekhiye, aik hai man-made boundaries, aik hai god-made boundaries.</w:t>
      </w:r>
    </w:p>
    <w:p>
      <w:pPr>
        <w:jc w:val="right"/>
      </w:pPr>
      <w:r>
        <w:t>دیکھیے، ایک ہے مین میڈ باؤنڈریز، ایک ہے گاڈ میڈ باؤنڈریز۔</w:t>
      </w:r>
    </w:p>
    <w:p>
      <w:r>
        <w:rPr>
          <w:b/>
        </w:rPr>
        <w:t xml:space="preserve">[09:26] </w:t>
      </w:r>
      <w:r>
        <w:t>man-made boundaries, god-made boundaries. yani insan ki paida ki hui achhi cheezein aur Khuda ki paida ki hui achhi cheezein.</w:t>
      </w:r>
    </w:p>
    <w:p>
      <w:pPr>
        <w:jc w:val="right"/>
      </w:pPr>
      <w:r>
        <w:t>مین میڈ باؤنڈریز، گاڈ میڈ باؤنڈریز۔ یعنی انسان کی پیدا کی ہوئی اچھی چیزیں اور خدا کی پیدا کی ہوئی اچھی چیزیں۔</w:t>
      </w:r>
    </w:p>
    <w:p>
      <w:r>
        <w:rPr>
          <w:b/>
        </w:rPr>
        <w:t xml:space="preserve">[09:38] </w:t>
      </w:r>
      <w:r>
        <w:t>to sara raaz kya hai? hum apne aspirations ki taskeen chahte hain man-made boundaries mein.</w:t>
      </w:r>
    </w:p>
    <w:p>
      <w:pPr>
        <w:jc w:val="right"/>
      </w:pPr>
      <w:r>
        <w:t>تو سارا راز کیا ہے؟ ہم اپنے ایسپیریشنز کی تسکین چاہتے ہیں مین میڈ باؤنڈریز میں۔</w:t>
      </w:r>
    </w:p>
    <w:p>
      <w:r>
        <w:rPr>
          <w:b/>
        </w:rPr>
        <w:t xml:space="preserve">[09:49] </w:t>
      </w:r>
      <w:r>
        <w:t>insan ki banai hui cheezon mein. yani ghar mein, car mein, job mein, business mein, bank balance mein.</w:t>
      </w:r>
    </w:p>
    <w:p>
      <w:pPr>
        <w:jc w:val="right"/>
      </w:pPr>
      <w:r>
        <w:t>انسان کی بنائی ہوئی چیزوں میں۔ یعنی گھر میں، کار میں، جاب میں، بزنس میں، بینک بیلنس میں۔</w:t>
      </w:r>
    </w:p>
    <w:p>
      <w:r>
        <w:rPr>
          <w:b/>
        </w:rPr>
        <w:t xml:space="preserve">[09:59] </w:t>
      </w:r>
      <w:r>
        <w:t>yeh jo insan ki banai hui cheezein hain, civilization mein, yeh sab insan ki banai hui hain. sab mein kuch na kuch defect hai, sab mein kuch na kuch limitations hain,</w:t>
      </w:r>
    </w:p>
    <w:p>
      <w:pPr>
        <w:jc w:val="right"/>
      </w:pPr>
      <w:r>
        <w:t>یہ جو انسان کی بنائی ہوئی چیزیں ہیں، سویلائزیشن میں، یہ سب انسان کی بنائی ہوئی ہیں۔ سب میں کچھ نہ کچھ ڈیفیکٹ ہے، سب میں کچھ نہ کچھ لیمیٹیشنز ہیں،</w:t>
      </w:r>
    </w:p>
    <w:p>
      <w:r>
        <w:rPr>
          <w:b/>
        </w:rPr>
        <w:t xml:space="preserve">[10:13] </w:t>
      </w:r>
      <w:r>
        <w:t>sab mein kuch na kuch disadvantage hai.</w:t>
      </w:r>
    </w:p>
    <w:p>
      <w:pPr>
        <w:jc w:val="right"/>
      </w:pPr>
      <w:r>
        <w:t>سب میں کچھ نہ کچھ ڈس ایڈوانٹیج ہے۔</w:t>
      </w:r>
    </w:p>
    <w:p>
      <w:r>
        <w:rPr>
          <w:b/>
        </w:rPr>
        <w:t xml:space="preserve">[10:18] </w:t>
      </w:r>
      <w:r>
        <w:t>aur ain isi waqt god-made boundaries hamare charon taraf phaili hui hain. to sara mamla yeh hai ke aspirations jo hain wo to hain unlimited.</w:t>
      </w:r>
    </w:p>
    <w:p>
      <w:pPr>
        <w:jc w:val="right"/>
      </w:pPr>
      <w:r>
        <w:t>اور عین اسی وقت گاڈ میڈ باؤنڈریز ہمارے چاروں طرف پھیلی ہوئی ہیں۔ تو سارا معاملہ یہ ہے کہ ایسپیریشنز جو ہیں وہ تو ہیں ان لمیٹڈ۔</w:t>
      </w:r>
    </w:p>
    <w:p>
      <w:r>
        <w:rPr>
          <w:b/>
        </w:rPr>
        <w:t xml:space="preserve">[10:34] </w:t>
      </w:r>
      <w:r>
        <w:t>aur jin cheezon mein hum aur god-made boundaries mein hum dhoondh rahe hain is ki taskeen, wo hai limited.</w:t>
      </w:r>
    </w:p>
    <w:p>
      <w:pPr>
        <w:jc w:val="right"/>
      </w:pPr>
      <w:r>
        <w:t>اور جن چیزوں میں ہم اور گاڈ میڈ باؤنڈریز میں ہم ڈھونڈ رہے ہیں اس کی تسکین، وہ ہے لمیٹڈ۔</w:t>
      </w:r>
    </w:p>
    <w:p>
      <w:r>
        <w:rPr>
          <w:b/>
        </w:rPr>
        <w:t xml:space="preserve">[10:46] </w:t>
      </w:r>
      <w:r>
        <w:t>yeh hai contradiction.</w:t>
      </w:r>
    </w:p>
    <w:p>
      <w:pPr>
        <w:jc w:val="right"/>
      </w:pPr>
      <w:r>
        <w:t>یہ ہے کنٹراڈکشن۔</w:t>
      </w:r>
    </w:p>
    <w:p>
      <w:r>
        <w:rPr>
          <w:b/>
        </w:rPr>
        <w:t xml:space="preserve">[10:50] </w:t>
      </w:r>
      <w:r>
        <w:t>phir mujhe yaad aaya quran majeed ka ke ek aayat yaad aayi. ajeeb o ghareeb aayat hai quran majeed mein.</w:t>
      </w:r>
    </w:p>
    <w:p>
      <w:pPr>
        <w:jc w:val="right"/>
      </w:pPr>
      <w:r>
        <w:t>پھر مجھے یاد آیا قرآن مجید کا کہ ایک آیت یاد آئی۔ عجیب و غریب آیت ہے قرآن مجید میں۔</w:t>
      </w:r>
    </w:p>
    <w:p>
      <w:r>
        <w:rPr>
          <w:b/>
        </w:rPr>
        <w:t xml:space="preserve">[10:59] </w:t>
      </w:r>
      <w:r>
        <w:t>aayat ek hi aayat nahi hai, bohat si aayatein hain.</w:t>
      </w:r>
    </w:p>
    <w:p>
      <w:pPr>
        <w:jc w:val="right"/>
      </w:pPr>
      <w:r>
        <w:t>آیت ایک ہی آیت نہیں ہے، بہت سی آیتیں ہیں۔</w:t>
      </w:r>
    </w:p>
    <w:p>
      <w:r>
        <w:rPr>
          <w:b/>
        </w:rPr>
        <w:t xml:space="preserve">[11:06] </w:t>
      </w:r>
      <w:r>
        <w:t>sakhar lakum ma fis samawati wa ma fil ardi jamee'an</w:t>
      </w:r>
    </w:p>
    <w:p>
      <w:pPr>
        <w:jc w:val="right"/>
      </w:pPr>
      <w:r>
        <w:t>سَخَّرَ لَكُمْ مَا فِي السَّمٰوَاتِ وَمَا فِي الْأَرْضِ جَمِيعًا</w:t>
      </w:r>
    </w:p>
    <w:p>
      <w:r>
        <w:rPr>
          <w:b/>
        </w:rPr>
        <w:t xml:space="preserve">[11:13] </w:t>
      </w:r>
      <w:r>
        <w:t>aasman aur zameen aur jo kuch hai sab tumhare liye musakhkhar kar diya.</w:t>
      </w:r>
    </w:p>
    <w:p>
      <w:pPr>
        <w:jc w:val="right"/>
      </w:pPr>
      <w:r>
        <w:t>آسمان اور زمین اور جو کچھ ہے سب تمہارے لیے مسخر کر دیا۔</w:t>
      </w:r>
    </w:p>
    <w:p>
      <w:r>
        <w:rPr>
          <w:b/>
        </w:rPr>
        <w:t xml:space="preserve">[11:20] </w:t>
      </w:r>
      <w:r>
        <w:t>kaisi ajeeb aayat hai. sakhar lakum ma fis samawati wa ma fil ardi jamee'an</w:t>
      </w:r>
    </w:p>
    <w:p>
      <w:pPr>
        <w:jc w:val="right"/>
      </w:pPr>
      <w:r>
        <w:t>کیسی عجیب آیت ہے۔ سَخَّرَ لَكُمْ مَا فِي السَّمٰوَاتِ وَمَا فِي الْأَرْضِ جَمِيعًا</w:t>
      </w:r>
    </w:p>
    <w:p>
      <w:r>
        <w:rPr>
          <w:b/>
        </w:rPr>
        <w:t xml:space="preserve">[11:30] </w:t>
      </w:r>
      <w:r>
        <w:t>jo kuch space mein hai, jo kuch aasmanon aur zameeno mein hai, jo kuch nature mein hai, tumhare liye musakhkhar kar diya.</w:t>
      </w:r>
    </w:p>
    <w:p>
      <w:pPr>
        <w:jc w:val="right"/>
      </w:pPr>
      <w:r>
        <w:t>جو کچھ اسپیس میں ہے، جو کچھ آسمانوں اور زمینوں میں ہے، جو کچھ نیچر میں ہے، تمہارے لیے مسخر کر دیا۔</w:t>
      </w:r>
    </w:p>
    <w:p>
      <w:r>
        <w:rPr>
          <w:b/>
        </w:rPr>
        <w:t xml:space="preserve">[11:40] </w:t>
      </w:r>
      <w:r>
        <w:t>yaani yeh baat aaj scientifically discover ho chuki hai. ab yeh sirf aqeeday ki baat nahi hai ke saari universe hamare liye hai.</w:t>
      </w:r>
    </w:p>
    <w:p>
      <w:pPr>
        <w:jc w:val="right"/>
      </w:pPr>
      <w:r>
        <w:t>یعنی یہ بات آج سائنٹیفکلی ڈسکور ہو چکی ہے۔ اب یہ صرف عقیدے کی بات نہیں ہے کہ ساری یونیورس ہمارے لیے ہے۔</w:t>
      </w:r>
    </w:p>
    <w:p>
      <w:r>
        <w:rPr>
          <w:b/>
        </w:rPr>
        <w:t xml:space="preserve">[11:52] </w:t>
      </w:r>
      <w:r>
        <w:t>yeh ab ek scientific discovery hai.</w:t>
      </w:r>
    </w:p>
    <w:p>
      <w:pPr>
        <w:jc w:val="right"/>
      </w:pPr>
      <w:r>
        <w:t>یہ اب ایک سائنٹیفک ڈسکوری ہے۔</w:t>
      </w:r>
    </w:p>
    <w:p>
      <w:r>
        <w:rPr>
          <w:b/>
        </w:rPr>
        <w:t xml:space="preserve">[11:59] </w:t>
      </w:r>
      <w:r>
        <w:t>bohat ajeeb baat hai.</w:t>
      </w:r>
    </w:p>
    <w:p>
      <w:pPr>
        <w:jc w:val="right"/>
      </w:pPr>
      <w:r>
        <w:t>بہت عجیب بات ہے۔</w:t>
      </w:r>
    </w:p>
    <w:p>
      <w:r>
        <w:rPr>
          <w:b/>
        </w:rPr>
        <w:t xml:space="preserve">[12:06] </w:t>
      </w:r>
      <w:r>
        <w:t>bohat ajeeb baat hai. saari kainat is tarah banayi gayi hai ke bilkul woh insaan ke liye fit ho, insaan ki zarooraton ko poora kar.</w:t>
      </w:r>
    </w:p>
    <w:p>
      <w:pPr>
        <w:jc w:val="right"/>
      </w:pPr>
      <w:r>
        <w:t>بہت عجیب بات ہے۔ ساری کائنات اس طرح بنائی گئی ہے کہ بالکل وہ انسان کے لیے فٹ ہو، انسان کی ضرورتوں کو پورا کرے۔</w:t>
      </w:r>
    </w:p>
    <w:p>
      <w:r>
        <w:rPr>
          <w:b/>
        </w:rPr>
        <w:t xml:space="preserve">[12:21] </w:t>
      </w:r>
      <w:r>
        <w:t>insaan ke ki jo zarooraten hain, jo tamannayen hain, is se aakhri had tak muwafiqat karti hai kainat.</w:t>
      </w:r>
    </w:p>
    <w:p>
      <w:pPr>
        <w:jc w:val="right"/>
      </w:pPr>
      <w:r>
        <w:t>انسان کے کی جو ضرورتیں ہیں، جو تمنائیں ہیں، اس سے آخری حد تک موافقت کرتی ہے کائنات۔</w:t>
      </w:r>
    </w:p>
    <w:p>
      <w:r>
        <w:rPr>
          <w:b/>
        </w:rPr>
        <w:t xml:space="preserve">[12:39] </w:t>
      </w:r>
      <w:r>
        <w:t>yeh kaisi ajeeb baat hai.</w:t>
      </w:r>
    </w:p>
    <w:p>
      <w:pPr>
        <w:jc w:val="right"/>
      </w:pPr>
      <w:r>
        <w:t>یہ کیسی عجیب بات ہے۔</w:t>
      </w:r>
    </w:p>
    <w:p>
      <w:r>
        <w:rPr>
          <w:b/>
        </w:rPr>
        <w:t xml:space="preserve">[12:44] </w:t>
      </w:r>
      <w:r>
        <w:t>yaani ek scientist ke alfaaz mein universe custom made universe hai.</w:t>
      </w:r>
    </w:p>
    <w:p>
      <w:pPr>
        <w:jc w:val="right"/>
      </w:pPr>
      <w:r>
        <w:t>یعنی ایک سائنٹسٹ کے الفاظ میں یونیورس کسٹم میڈ یونیورس ہے۔</w:t>
      </w:r>
    </w:p>
    <w:p>
      <w:r>
        <w:rPr>
          <w:b/>
        </w:rPr>
        <w:t xml:space="preserve">[12:54] </w:t>
      </w:r>
      <w:r>
        <w:t>custom made kehte hain jise aap ek joota aap ko lena hai, order dein aap, woh aap ko bilkul paaon ke lehaz se ek joota tayyar kar.</w:t>
      </w:r>
    </w:p>
    <w:p>
      <w:pPr>
        <w:jc w:val="right"/>
      </w:pPr>
      <w:r>
        <w:t>کسٹم میڈ کہتے ہیں جسے آپ ایک جوتا آپ کو لینا ہے، آرڈر دیں آپ، وہ آپ کو بالکل پاؤں کے لحاظ سے ایک جوتا تیار کرے۔</w:t>
      </w:r>
    </w:p>
    <w:p>
      <w:r>
        <w:rPr>
          <w:b/>
        </w:rPr>
        <w:t xml:space="preserve">[13:04] </w:t>
      </w:r>
      <w:r>
        <w:t>bilkul paaon ke lehaz se aap ke. aur aap ke paaon par fit ho jaye woh. to woh hai custom made shoe.</w:t>
      </w:r>
    </w:p>
    <w:p>
      <w:pPr>
        <w:jc w:val="right"/>
      </w:pPr>
      <w:r>
        <w:t>بالکل پاؤں کے لحاظ سے آپ کے۔ اور آپ کے پاؤں پر فٹ ہو جائے وہ۔ تو وہ ہے کسٹم میڈ شو۔</w:t>
      </w:r>
    </w:p>
    <w:p>
      <w:r>
        <w:rPr>
          <w:b/>
        </w:rPr>
        <w:t xml:space="preserve">[13:15] </w:t>
      </w:r>
      <w:r>
        <w:t>to poori poori kainat, sakhar lakum ma fis samawati wa ma fil ardi ka matlab hai poori universe tumhare liye custom made universe hai.</w:t>
      </w:r>
    </w:p>
    <w:p>
      <w:pPr>
        <w:jc w:val="right"/>
      </w:pPr>
      <w:r>
        <w:t>تو پوری پوری کائنات، سَخَّرَ لَكُمْ مَا فِي السَّمٰوَاتِ وَمَا فِي الْأَرْضِ کا مطلب ہے پوری یونیورس تمہارے لیے کسٹم میڈ یونیورس ہے۔</w:t>
      </w:r>
    </w:p>
    <w:p>
      <w:r>
        <w:rPr>
          <w:b/>
        </w:rPr>
        <w:t xml:space="preserve">[13:27] </w:t>
      </w:r>
      <w:r>
        <w:t>ab kaisi ajeeb baat yeh hai. to man made boundaries to bohat limited hain. to aap apni in limited aspirations ko wahan dhoondh rahe hain jahan limitations hain.</w:t>
      </w:r>
    </w:p>
    <w:p>
      <w:pPr>
        <w:jc w:val="right"/>
      </w:pPr>
      <w:r>
        <w:t>اب کیسی عجیب بات یہ ہے۔ تو مین میڈ باؤنڈریز تو بہت لمیٹڈ ہیں۔ تو آپ اپنی ان لمیٹڈ ایسپیریشنز کو وہاں ڈھونڈ رہے ہیں جہاں لیمیٹیشنز ہیں۔</w:t>
      </w:r>
    </w:p>
    <w:p>
      <w:r>
        <w:rPr>
          <w:b/>
        </w:rPr>
        <w:t xml:space="preserve">[13:42] </w:t>
      </w:r>
      <w:r>
        <w:t>wahan dhoondhiye. yaani god made boundaries mein. to aap ki aspirations bhi limited nahi hain, woh bhi limited nahi hain.</w:t>
      </w:r>
    </w:p>
    <w:p>
      <w:pPr>
        <w:jc w:val="right"/>
      </w:pPr>
      <w:r>
        <w:t>وہاں ڈھونڈیے۔ یعنی گاڈ میڈ باؤنڈریز میں۔ تو آپ کی ایسپیریشنز بھی لمیٹڈ نہیں ہیں، وہ بھی لمیٹڈ نہیں ہیں۔</w:t>
      </w:r>
    </w:p>
    <w:p>
      <w:r>
        <w:rPr>
          <w:b/>
        </w:rPr>
        <w:t xml:space="preserve">[13:52] </w:t>
      </w:r>
      <w:r>
        <w:t>to wahan contradiction nahi hoga. yeh hai sara maamla. yeh hai sara maamla.</w:t>
      </w:r>
    </w:p>
    <w:p>
      <w:pPr>
        <w:jc w:val="right"/>
      </w:pPr>
      <w:r>
        <w:t>تو وہاں کنٹراڈکشن نہیں ہوگا۔ یہ ہے سارا معاملہ۔ یہ ہے سارا معاملہ۔</w:t>
      </w:r>
    </w:p>
    <w:p>
      <w:r>
        <w:rPr>
          <w:b/>
        </w:rPr>
        <w:t xml:space="preserve">[14:06] </w:t>
      </w:r>
      <w:r>
        <w:t>ab dekhiye main yeh arz karunga ke is maamle mein jo philosophy hai, jo ideology hai logon ki, woh sab ki sab unnatural hai.</w:t>
      </w:r>
    </w:p>
    <w:p>
      <w:pPr>
        <w:jc w:val="right"/>
      </w:pPr>
      <w:r>
        <w:t>اب دیکھیے میں یہ عرض کروں گا کہ اس معاملے میں جو فلاسفی ہے، جو آئیڈیالوجی ہے لوگوں کی، وہ سب کی سب ان نیچرل ہے۔</w:t>
      </w:r>
    </w:p>
    <w:p>
      <w:r>
        <w:rPr>
          <w:b/>
        </w:rPr>
        <w:t xml:space="preserve">[14:21] </w:t>
      </w:r>
      <w:r>
        <w:t>unnatural. aur jo is ka jo ideology di gayi hai quran mein is se insaan bekhabar hai. woh insaan jaanta nahi.</w:t>
      </w:r>
    </w:p>
    <w:p>
      <w:pPr>
        <w:jc w:val="right"/>
      </w:pPr>
      <w:r>
        <w:t>ان نیچرل۔ اور جو اس کا جو آئیڈیالوجی دی گئی ہے قرآن میں اس سے انسان بے خبر ہے۔ وہ انسان جانتا نہیں۔</w:t>
      </w:r>
    </w:p>
    <w:p>
      <w:r>
        <w:rPr>
          <w:b/>
        </w:rPr>
        <w:t xml:space="preserve">[14:36] </w:t>
      </w:r>
      <w:r>
        <w:t>misal ke taur par de-stress karne ka raaz kahan batate hain? kuch technique mein batate hain. kuch exercise mein batate hain.</w:t>
      </w:r>
    </w:p>
    <w:p>
      <w:pPr>
        <w:jc w:val="right"/>
      </w:pPr>
      <w:r>
        <w:t>مثلاً ڈی اسٹریس کرنے کا راز کہاں بتاتے ہیں؟ کچھ ٹیکنیک میں بتاتے ہیں۔ کچھ ایکسرسائز میں بتاتے ہیں۔</w:t>
      </w:r>
    </w:p>
    <w:p>
      <w:r>
        <w:rPr>
          <w:b/>
        </w:rPr>
        <w:t xml:space="preserve">[14:46] </w:t>
      </w:r>
      <w:r>
        <w:t>kuch yaani dhyan gyan mein, meditation mein batate hain. yeh sab unnatural methods hain. is se kuch hone wala nahi hai.</w:t>
      </w:r>
    </w:p>
    <w:p>
      <w:pPr>
        <w:jc w:val="right"/>
      </w:pPr>
      <w:r>
        <w:t>کچھ یعنی دھیان گیان میں، میڈیٹیشن میں بتاتے ہیں۔ یہ سب ان نیچرل میتھڈ ہیں۔ اس سے کچھ ہونے والا نہیں ہے۔</w:t>
      </w:r>
    </w:p>
    <w:p>
      <w:r>
        <w:rPr>
          <w:b/>
        </w:rPr>
        <w:t xml:space="preserve">[14:59] </w:t>
      </w:r>
      <w:r>
        <w:t>is se kuch nahi hone wala hai.</w:t>
      </w:r>
    </w:p>
    <w:p>
      <w:pPr>
        <w:jc w:val="right"/>
      </w:pPr>
      <w:r>
        <w:t>اس سے کچھ نہیں ہونے والا ہے۔</w:t>
      </w:r>
    </w:p>
    <w:p>
      <w:r>
        <w:rPr>
          <w:b/>
        </w:rPr>
        <w:t xml:space="preserve">[15:02] </w:t>
      </w:r>
      <w:r>
        <w:t>quran ka jo formula hai woh ek aayat bhi yeh hai ke ala bizikrillahi tatmainnul quloob. sun lo ke Allah ki yaad hi se dilon ko itminan hasil hota hai.</w:t>
      </w:r>
    </w:p>
    <w:p>
      <w:pPr>
        <w:jc w:val="right"/>
      </w:pPr>
      <w:r>
        <w:t>قرآن کا جو فارمولا ہے وہ ایک آیت بھی یہ ہے کہ أَلَا بِذِكْرِ اللَّهِ تَطْمَئِنُّ الْقُلُوبُ سن لو کہ اللہ کی یاد ہی سے دلوں کو اطمینان حاصل ہوتا ہے۔</w:t>
      </w:r>
    </w:p>
    <w:p>
      <w:r>
        <w:rPr>
          <w:b/>
        </w:rPr>
        <w:t xml:space="preserve">[15:17] </w:t>
      </w:r>
      <w:r>
        <w:t>itminan kiya hai? yahi to hai</w:t>
      </w:r>
    </w:p>
    <w:p>
      <w:pPr>
        <w:jc w:val="right"/>
      </w:pPr>
      <w:r>
        <w:t>اطمینان کیا ہے؟ یہی تو ہے</w:t>
      </w:r>
    </w:p>
    <w:p>
      <w:r>
        <w:rPr>
          <w:b/>
        </w:rPr>
        <w:t xml:space="preserve">[15:22] </w:t>
      </w:r>
      <w:r>
        <w:t>stress free rehna. stress free rehne hi ka naam to itminan hai.</w:t>
      </w:r>
    </w:p>
    <w:p>
      <w:pPr>
        <w:jc w:val="right"/>
      </w:pPr>
      <w:r>
        <w:t>اسٹریس فری رہنا۔ اسٹریس فری رہنے ہی کا نام تو اطمینان ہے۔</w:t>
      </w:r>
    </w:p>
    <w:p>
      <w:r>
        <w:rPr>
          <w:b/>
        </w:rPr>
        <w:t xml:space="preserve">[15:29] </w:t>
      </w:r>
      <w:r>
        <w:t>matlab agar tum stress free rehna chahte ho to Allah ko yaad karo. Allah ko yaad karne ka matlab kya hai? jab par nah nahi hai.</w:t>
      </w:r>
    </w:p>
    <w:p>
      <w:pPr>
        <w:jc w:val="right"/>
      </w:pPr>
      <w:r>
        <w:t>مطلب اگر تم اسٹریس فری رہنا چاہتے ہو تو اللہ کو یاد کرو۔ اللہ کو یاد کرنے کا معنی کیا ہے؟ جب پر نہ نہیں ہے۔</w:t>
      </w:r>
    </w:p>
    <w:p>
      <w:r>
        <w:rPr>
          <w:b/>
        </w:rPr>
        <w:t xml:space="preserve">[15:42] </w:t>
      </w:r>
      <w:r>
        <w:t>Allah ko yaad karne ka matlab yeh hai Allah mein jeena. Living with God</w:t>
      </w:r>
    </w:p>
    <w:p>
      <w:pPr>
        <w:jc w:val="right"/>
      </w:pPr>
      <w:r>
        <w:t>اللہ کو یاد کرنے کا مطلب یہ ہے اللہ میں جینا۔ Living with God</w:t>
      </w:r>
    </w:p>
    <w:p>
      <w:r>
        <w:rPr>
          <w:b/>
        </w:rPr>
        <w:t xml:space="preserve">[15:53] </w:t>
      </w:r>
      <w:r>
        <w:t>Allah mein jeene ka matlab hai Living with God</w:t>
      </w:r>
    </w:p>
    <w:p>
      <w:pPr>
        <w:jc w:val="right"/>
      </w:pPr>
      <w:r>
        <w:t>اللہ میں جینے کا معنی ہے Living with God</w:t>
      </w:r>
    </w:p>
    <w:p>
      <w:r>
        <w:rPr>
          <w:b/>
        </w:rPr>
        <w:t xml:space="preserve">[15:57] </w:t>
      </w:r>
      <w:r>
        <w:t>. dekhiye Living with God ka matlab yeh nahi ke Khuda physically har jagah hamare paas maujood hai.</w:t>
      </w:r>
    </w:p>
    <w:p>
      <w:pPr>
        <w:jc w:val="right"/>
      </w:pPr>
      <w:r>
        <w:t>۔ دیکھیے Living with God کا مطلب یہ نہیں کہ خدا فزیکلی ہر جگہ ہمارے پاس موجود ہے۔</w:t>
      </w:r>
    </w:p>
    <w:p>
      <w:r>
        <w:rPr>
          <w:b/>
        </w:rPr>
        <w:t xml:space="preserve">[16:04] </w:t>
      </w:r>
      <w:r>
        <w:t>nahi, apni sifaton ke saath maujood hai. iski misaal aisi hai jaise aap suraj ko le lijiye, suraj ko le lijiye.</w:t>
      </w:r>
    </w:p>
    <w:p>
      <w:pPr>
        <w:jc w:val="right"/>
      </w:pPr>
      <w:r>
        <w:t>نہیں، اپنی صفات کے ساتھ موجود ہے۔ اس کی مثال ایسی ہے جیسے آپ سن کو لیجیے، سورج کو لیجیے۔</w:t>
      </w:r>
    </w:p>
    <w:p>
      <w:r>
        <w:rPr>
          <w:b/>
        </w:rPr>
        <w:t xml:space="preserve">[16:14] </w:t>
      </w:r>
      <w:r>
        <w:t>suraj hum se nau karor tees lakh meel door hai.</w:t>
      </w:r>
    </w:p>
    <w:p>
      <w:pPr>
        <w:jc w:val="right"/>
      </w:pPr>
      <w:r>
        <w:t>سورج ہم سے نو کروڑ تیس لاکھ میل دور ہے۔</w:t>
      </w:r>
    </w:p>
    <w:p>
      <w:r>
        <w:rPr>
          <w:b/>
        </w:rPr>
        <w:t xml:space="preserve">[16:21] </w:t>
      </w:r>
      <w:r>
        <w:t>nau karor tees lakh meel door hai suraj hum se. lekin iski light, iski heat to yahan maujood hai hamare paas. yaani suraj apni light ke saath, apni heat ke saath hamare paas hai.</w:t>
      </w:r>
    </w:p>
    <w:p>
      <w:pPr>
        <w:jc w:val="right"/>
      </w:pPr>
      <w:r>
        <w:t>نو کروڑ تیس لاکھ میل دور ہے سورج ہم سے۔ لیکن اس کی لائٹ، اس کی ہیٹ تو یہاں موجود ہے ہمارے پاس۔ یعنی سورج اپنی لائٹ کے ساتھ، اپنی ہیٹ کے ساتھ ہمارے پاس ہے۔</w:t>
      </w:r>
    </w:p>
    <w:p>
      <w:r>
        <w:rPr>
          <w:b/>
        </w:rPr>
        <w:t xml:space="preserve">[16:33] </w:t>
      </w:r>
      <w:r>
        <w:t>agarche physically woh hum se nau karor tees lakh meel door hai.</w:t>
      </w:r>
    </w:p>
    <w:p>
      <w:pPr>
        <w:jc w:val="right"/>
      </w:pPr>
      <w:r>
        <w:t>اگرچہ فزیکلی وہ ہم سے نو کروڑ تیس لاکھ میل دور ہے۔</w:t>
      </w:r>
    </w:p>
    <w:p>
      <w:r>
        <w:rPr>
          <w:b/>
        </w:rPr>
        <w:t xml:space="preserve">[16:40] </w:t>
      </w:r>
      <w:r>
        <w:t>to Khuda ke saath jeene ka matlab yeh nahi ke physical sense mein Khuda ke saath jeena.</w:t>
      </w:r>
    </w:p>
    <w:p>
      <w:pPr>
        <w:jc w:val="right"/>
      </w:pPr>
      <w:r>
        <w:t>تو خدا کے ساتھ جینے کا مطلب یہ نہیں کہ فزیکل سینس میں خدا کے ساتھ جینا۔</w:t>
      </w:r>
    </w:p>
    <w:p>
      <w:r>
        <w:rPr>
          <w:b/>
        </w:rPr>
        <w:t xml:space="preserve">[16:47] </w:t>
      </w:r>
      <w:r>
        <w:t>nahi. Khuda ki sifaten, Khuda ke attributes, Khuda ki blessing hamare aas paas hum ko ghere hue hain.</w:t>
      </w:r>
    </w:p>
    <w:p>
      <w:pPr>
        <w:jc w:val="right"/>
      </w:pPr>
      <w:r>
        <w:t>نہیں۔ خدا کی صفات، خدا کے ایٹریبیوٹس، خدا کی بلیسنگ ہمارے آس پاس ہم کو گھیرے ہوئے ہیں۔</w:t>
      </w:r>
    </w:p>
    <w:p>
      <w:r>
        <w:rPr>
          <w:b/>
        </w:rPr>
        <w:t xml:space="preserve">[16:58] </w:t>
      </w:r>
      <w:r>
        <w:t>to iske saath jeena seekho.</w:t>
      </w:r>
    </w:p>
    <w:p>
      <w:pPr>
        <w:jc w:val="right"/>
      </w:pPr>
      <w:r>
        <w:t>تو اس کے ساتھ جینا سیکھو۔</w:t>
      </w:r>
    </w:p>
    <w:p>
      <w:r>
        <w:rPr>
          <w:b/>
        </w:rPr>
        <w:t xml:space="preserve">[17:04] </w:t>
      </w:r>
      <w:r>
        <w:t>jaise maine aap ko tajurba bataya abhi subah ka. woh woh kehta hai, woh Khuda mein jeena tha woh. yaani God made boundaries mein jeena tha woh.</w:t>
      </w:r>
    </w:p>
    <w:p>
      <w:pPr>
        <w:jc w:val="right"/>
      </w:pPr>
      <w:r>
        <w:t>جیسے میں نے آپ کو تجربہ بتایا ابھی صبح کا۔ وہ وہ کہتا ہے، وہ خدا میں جینا تھا وہ۔ یعنی گاڈ میڈ باؤنڈریز میں جینا تھا وہ۔</w:t>
      </w:r>
    </w:p>
    <w:p>
      <w:r>
        <w:rPr>
          <w:b/>
        </w:rPr>
        <w:t xml:space="preserve">[17:19] </w:t>
      </w:r>
      <w:r>
        <w:t>to sara mamla yeh hai ke duniya jo hai apne</w:t>
      </w:r>
    </w:p>
    <w:p>
      <w:pPr>
        <w:jc w:val="right"/>
      </w:pPr>
      <w:r>
        <w:t>تو سارا معاملہ یہ ہے کہ دنیا جو ہے اپنے</w:t>
      </w:r>
    </w:p>
    <w:p>
      <w:r>
        <w:rPr>
          <w:b/>
        </w:rPr>
        <w:t xml:space="preserve">[17:26] </w:t>
      </w:r>
      <w:r>
        <w:t>stress free hone ka raaz, daryaft dhoondh rahi hai kahan? man made boundaries mein. jabke iska raaz hai God made boundaries mein.</w:t>
      </w:r>
    </w:p>
    <w:p>
      <w:pPr>
        <w:jc w:val="right"/>
      </w:pPr>
      <w:r>
        <w:t>اسٹریس فری ہونے کا راز، دریافت ڈھونڈ رہی ہے کہاں؟ مین میڈ باؤنڈریز میں۔ جبکہ اس کا راز ہے گاڈ میڈ باؤنڈریز میں۔</w:t>
      </w:r>
    </w:p>
    <w:p>
      <w:r>
        <w:rPr>
          <w:b/>
        </w:rPr>
        <w:t xml:space="preserve">[17:39] </w:t>
      </w:r>
      <w:r>
        <w:t>dekhiye man made boundaries hamesha limited hi rahengi. woh kabhi bhi unlimited nahi ho sakti hain.</w:t>
      </w:r>
    </w:p>
    <w:p>
      <w:pPr>
        <w:jc w:val="right"/>
      </w:pPr>
      <w:r>
        <w:t>دیکھیے مین میڈ باؤنڈریز ہمیشہ لمیٹڈ ہی رہیں گی۔ وہ کبھی بھی ان لمیٹڈ نہیں ہو سکتی ہیں۔</w:t>
      </w:r>
    </w:p>
    <w:p>
      <w:r>
        <w:rPr>
          <w:b/>
        </w:rPr>
        <w:t xml:space="preserve">[17:49] </w:t>
      </w:r>
      <w:r>
        <w:t>kabhi bhi nahi ho sakti hain. isi liye aap dekhiye ek shakhs ke paas mamooli ghar ho, chhota sa ghar ho, woh bada ghar banaye.</w:t>
      </w:r>
    </w:p>
    <w:p>
      <w:pPr>
        <w:jc w:val="right"/>
      </w:pPr>
      <w:r>
        <w:t>کبھی بھی نہیں ہو سکتی ہیں۔ اسی لیے آپ دیکھیے ایک شخص کے پاس معمولی گھر ہو، چھوٹا سا گھر ہو، وہ بڑا گھر بنائے۔</w:t>
      </w:r>
    </w:p>
    <w:p>
      <w:r>
        <w:rPr>
          <w:b/>
        </w:rPr>
        <w:t xml:space="preserve">[18:00] </w:t>
      </w:r>
      <w:r>
        <w:t>to bazahir isne apne aspirations ko poora kiya. lekin jo log bade gharon mein rehte hain un se ja ke miliye.</w:t>
      </w:r>
    </w:p>
    <w:p>
      <w:pPr>
        <w:jc w:val="right"/>
      </w:pPr>
      <w:r>
        <w:t>تو بظاہر اس نے اپنے ایسپیریشنز کو پورا کیا۔ لیکن جو لوگ بڑے گھروں میں رہتے ہیں ان سے جا کے ملیے۔</w:t>
      </w:r>
    </w:p>
    <w:p>
      <w:r>
        <w:rPr>
          <w:b/>
        </w:rPr>
        <w:t xml:space="preserve">[18:07] </w:t>
      </w:r>
      <w:r>
        <w:t>banate hue to zaroor koi khushi rahi hogi. banne ke baad jab woh rehne lage is ghar mein to koi khushi nahi.</w:t>
      </w:r>
    </w:p>
    <w:p>
      <w:pPr>
        <w:jc w:val="right"/>
      </w:pPr>
      <w:r>
        <w:t>بناتے ہوئے تو ضرور کوئی خوشی رہی ہوگی۔ بننے کے بعد جب وہ رہنے لگے اس گھر میں تو کوئی خوشی نہیں۔</w:t>
      </w:r>
    </w:p>
    <w:p>
      <w:r>
        <w:rPr>
          <w:b/>
        </w:rPr>
        <w:t xml:space="preserve">[18:20] </w:t>
      </w:r>
      <w:r>
        <w:t>koi khushi nahi.</w:t>
      </w:r>
    </w:p>
    <w:p>
      <w:pPr>
        <w:jc w:val="right"/>
      </w:pPr>
      <w:r>
        <w:t>کوئی خوشی نہیں۔</w:t>
      </w:r>
    </w:p>
    <w:p>
      <w:r>
        <w:rPr>
          <w:b/>
        </w:rPr>
        <w:t xml:space="preserve">[18:22] </w:t>
      </w:r>
      <w:r>
        <w:t>ek doctor jo Delhi mein rehte hain to physiotherapy ka kaam karte hain woh.</w:t>
      </w:r>
    </w:p>
    <w:p>
      <w:pPr>
        <w:jc w:val="right"/>
      </w:pPr>
      <w:r>
        <w:t>ایک ڈاکٹر جو دہلی میں رہتے ہیں تو فزیوتھراپی کا کام کرتے ہیں وہ۔</w:t>
      </w:r>
    </w:p>
    <w:p>
      <w:r>
        <w:rPr>
          <w:b/>
        </w:rPr>
        <w:t xml:space="preserve">[18:31] </w:t>
      </w:r>
      <w:r>
        <w:t>unhone kaha ke mujhe bade bade kothiyon mein jo log rehte hain woh mere client hain. wahan mujhe jaana hota hai. magar kisi ko bhi maine khush nahi paya.</w:t>
      </w:r>
    </w:p>
    <w:p>
      <w:pPr>
        <w:jc w:val="right"/>
      </w:pPr>
      <w:r>
        <w:t>انہوں نے کہا کہ مجھے بڑے بڑے کوٹھیوں میں جو لوگ رہتے ہیں وہ میرے کلائنٹ ہیں۔ وہاں مجھے جانا ہوتا ہے۔ مگر کسی کو بھی میں نے خوش نہیں پایا۔</w:t>
      </w:r>
    </w:p>
    <w:p>
      <w:r>
        <w:rPr>
          <w:b/>
        </w:rPr>
        <w:t xml:space="preserve">[18:46] </w:t>
      </w:r>
      <w:r>
        <w:t>kisi ko bhi khush nahi paya. unhone bataya ke ek sahab jo pachaas karor ka ghar banaya unhone.</w:t>
      </w:r>
    </w:p>
    <w:p>
      <w:pPr>
        <w:jc w:val="right"/>
      </w:pPr>
      <w:r>
        <w:t>کسی کو بھی خوش نہیں پایا۔ انہوں نے بتایا کہ ایک صاحب جو پچاس کروڑ کا گھر بنایا انہوں نے۔</w:t>
      </w:r>
    </w:p>
    <w:p>
      <w:r>
        <w:rPr>
          <w:b/>
        </w:rPr>
        <w:t xml:space="preserve">[18:53] </w:t>
      </w:r>
      <w:r>
        <w:t>banane se pehle lagta tha un ko ke main bohat khush rahoonga is ke andar. banne ke baad kya hai? khushi nahi hui. to koi expert aaya usne kaha ke is ke darwaze galat hain, is ki khidkiyan galat hain.</w:t>
      </w:r>
    </w:p>
    <w:p>
      <w:pPr>
        <w:jc w:val="right"/>
      </w:pPr>
      <w:r>
        <w:t>بنانے سے پہلے لگتا تھا ان کو کہ میں بہت خوش رہوں گا اس کے اندر۔ بننے کے بعد کیا ہے؟ خوشی نہیں ہوئی۔ تو کوئی ایکسپرٹ آیا اس نے کہا کہ اس کے دروازے غلط ہیں، اس کی کھڑکیاں غلط ہیں۔</w:t>
      </w:r>
    </w:p>
    <w:p>
      <w:r>
        <w:rPr>
          <w:b/>
        </w:rPr>
        <w:t xml:space="preserve">[19:06] </w:t>
      </w:r>
      <w:r>
        <w:t>to unhon ne bataya ke yeh yeh waston jo art hai is ke lehaz se bataya ke khirkiyan galat hain aur darwaze galat hain, falan falan. is pura ghar phir se use theek ke phir se banwaya.</w:t>
      </w:r>
    </w:p>
    <w:p>
      <w:pPr>
        <w:jc w:val="right"/>
      </w:pPr>
      <w:r>
        <w:t>تو انہوں نے بتایا کہ یہ یہ واسطوں جو آرٹ ہے اس کے لحاظ سے بتایا کہ کھڑکیاں غلط ہیں اور دروازے غلط ہیں، فلاں فلاں۔ اس پورا گھر پھر سے اسے ٹھیک کے پھر سے بنوایا۔</w:t>
      </w:r>
    </w:p>
    <w:p>
      <w:r>
        <w:rPr>
          <w:b/>
        </w:rPr>
        <w:t xml:space="preserve">[19:17] </w:t>
      </w:r>
      <w:r>
        <w:t>toor toot kar ke. aur jab banwaya to waise ki waise hi phir wahi stress</w:t>
      </w:r>
    </w:p>
    <w:p>
      <w:pPr>
        <w:jc w:val="right"/>
      </w:pPr>
      <w:r>
        <w:t>توڑ توڑ کر کے۔ اور جب بنوایا تو ویسے کی ویسے ہی پھر وہی اسٹریس</w:t>
      </w:r>
    </w:p>
    <w:p>
      <w:r>
        <w:rPr>
          <w:b/>
        </w:rPr>
        <w:t xml:space="preserve">[19:25] </w:t>
      </w:r>
      <w:r>
        <w:t>. to log dekhiye stress free hona chahte hain kahan? gharon mein, caron mein, job mein, business mein, bank balance mein, yahan wahan jane mein.</w:t>
      </w:r>
    </w:p>
    <w:p>
      <w:pPr>
        <w:jc w:val="right"/>
      </w:pPr>
      <w:r>
        <w:t>۔ تو لوگ دیکھیے اسٹریس فری ہونا چاہتے ہیں کہاں؟ گھروں میں، کاروں میں، جاب میں، بزنس میں، بینک بیلنس میں، یہاں وہاں جانے میں۔</w:t>
      </w:r>
    </w:p>
    <w:p>
      <w:r>
        <w:rPr>
          <w:b/>
        </w:rPr>
        <w:t xml:space="preserve">[19:40] </w:t>
      </w:r>
      <w:r>
        <w:t>ek sahab jo amreeka mein rehte hain un se meri mulaqat hui. to unhon ne bataya ke hum log pehle sochte the ke outing jo hai kar ek khoob to is mein humein enjoy milega.</w:t>
      </w:r>
    </w:p>
    <w:p>
      <w:pPr>
        <w:jc w:val="right"/>
      </w:pPr>
      <w:r>
        <w:t>ایک صاحب جو امریکہ میں رہتے ہیں ان سے میری ملاقات ہوئی۔ تو انہوں نے بتایا کہ ہم لوگ پہلے سوچتے تھے کہ آؤٹنگ جو ہے کر ایک خوب تو اس میں ہمیں انجوائے ملے گا۔</w:t>
      </w:r>
    </w:p>
    <w:p>
      <w:r>
        <w:rPr>
          <w:b/>
        </w:rPr>
        <w:t xml:space="preserve">[19:51] </w:t>
      </w:r>
      <w:r>
        <w:t>hum stress free ho jayenge.</w:t>
      </w:r>
    </w:p>
    <w:p>
      <w:pPr>
        <w:jc w:val="right"/>
      </w:pPr>
      <w:r>
        <w:t>ہم اسٹریس فری ہو جائیں گے۔</w:t>
      </w:r>
    </w:p>
    <w:p>
      <w:r>
        <w:rPr>
          <w:b/>
        </w:rPr>
        <w:t xml:space="preserve">[19:53] </w:t>
      </w:r>
      <w:r>
        <w:t>to wahan outing culture chal pada. badi badi companiyan ban gayin to outing ko arrange karne ke liye. to khoob dhoom se log jane lage.</w:t>
      </w:r>
    </w:p>
    <w:p>
      <w:pPr>
        <w:jc w:val="right"/>
      </w:pPr>
      <w:r>
        <w:t>تو وہاں آؤٹنگ کلچر چل پڑا۔ بڑی بڑی کمپنیاں بن گئیں تو آؤٹنگ کو ارینج کرنے کے لیے۔ تو خوب دھوم سے لوگ جانے لگے۔</w:t>
      </w:r>
    </w:p>
    <w:p>
      <w:r>
        <w:rPr>
          <w:b/>
        </w:rPr>
        <w:t xml:space="preserve">[20:05] </w:t>
      </w:r>
      <w:r>
        <w:t>to bata rahe the ab wahan kya hai ek naya lafz nikla hai holiday stress. stress. yani holiday manane ke baad phir stress? holiday se pehle stress, holiday ke baad bhi stress.</w:t>
      </w:r>
    </w:p>
    <w:p>
      <w:pPr>
        <w:jc w:val="right"/>
      </w:pPr>
      <w:r>
        <w:t>تو بتا رہے تھے اب وہاں کیا ہے ایک نیا لفظ نکلا ہے ہالی ڈے اسٹریس۔ اسٹریس۔ یعنی ہالی ڈے منانے کے بعد پھر اسٹریس؟ ہالی ڈے سے پہلے اسٹریس، ہالی ڈے کے بعد بھی اسٹریس۔</w:t>
      </w:r>
    </w:p>
    <w:p>
      <w:r>
        <w:rPr>
          <w:b/>
        </w:rPr>
        <w:t xml:space="preserve">[20:21] </w:t>
      </w:r>
      <w:r>
        <w:t>to unhon ne kaha ke holiday culture ne sirf ek naya term diya hai wahan par. jis ko kehte hain holiday stress. to yeh sab kuch hi nahin.</w:t>
      </w:r>
    </w:p>
    <w:p>
      <w:pPr>
        <w:jc w:val="right"/>
      </w:pPr>
      <w:r>
        <w:t>تو انہوں نے کہا کہ ہالی ڈے کلچر نے صرف ایک نیا ٹرم دیا ہے وہاں پر۔ جس کو کہتے ہیں ہالی ڈے اسٹریس۔ تو یہ سب کچھ ہی نہیں۔</w:t>
      </w:r>
    </w:p>
    <w:p>
      <w:r>
        <w:rPr>
          <w:b/>
        </w:rPr>
        <w:t xml:space="preserve">[20:34] </w:t>
      </w:r>
      <w:r>
        <w:t>aap chuttiyan manaiye, aap outing kijiye, aap dunya ke saman ikatthe kijiye. woh sab kya hai? main made jo dunya hai us ke andar jeena.</w:t>
      </w:r>
    </w:p>
    <w:p>
      <w:pPr>
        <w:jc w:val="right"/>
      </w:pPr>
      <w:r>
        <w:t>آپ چھٹیاں منائیے، آپ آؤٹنگ کیجیے، آپ دنیا کے سامان اکٹھے کیجیے۔ وہ سب کیا ہے؟ مین میڈ جو دنیا ہے اس کے اندر جینا۔</w:t>
      </w:r>
    </w:p>
    <w:p>
      <w:r>
        <w:rPr>
          <w:b/>
        </w:rPr>
        <w:t xml:space="preserve">[20:46] </w:t>
      </w:r>
      <w:r>
        <w:t>nahin is se bahar aaiye. god made dunya mein</w:t>
      </w:r>
    </w:p>
    <w:p>
      <w:pPr>
        <w:jc w:val="right"/>
      </w:pPr>
      <w:r>
        <w:t>نہیں اس سے باہر آئیے۔ گاڈ میڈ دنیا میں</w:t>
      </w:r>
    </w:p>
    <w:p>
      <w:r>
        <w:rPr>
          <w:b/>
        </w:rPr>
        <w:t xml:space="preserve">[20:50] </w:t>
      </w:r>
      <w:r>
        <w:t>jeena seekhiye. islam ki early history mein ek waqea hai jis ko kehte hain ghazwa khandaq. is mein koi ghazwa ya war nahin hui thi.</w:t>
      </w:r>
    </w:p>
    <w:p>
      <w:pPr>
        <w:jc w:val="right"/>
      </w:pPr>
      <w:r>
        <w:t>جینا سیکھیے۔ اسلام کی ارلی ہسٹری میں ایک واقعہ ہے جس کو کہتے ہیں غزوہ خندق۔ اس میں کوئی غزوہ یا وار نہیں ہوئی تھی۔</w:t>
      </w:r>
    </w:p>
    <w:p>
      <w:r>
        <w:rPr>
          <w:b/>
        </w:rPr>
        <w:t xml:space="preserve">[21:01] </w:t>
      </w:r>
      <w:r>
        <w:t>lekin is ka naam baharhal tareekhon mein aata hai ghazwa khandaq. to yani battle of trenches.</w:t>
      </w:r>
    </w:p>
    <w:p>
      <w:pPr>
        <w:jc w:val="right"/>
      </w:pPr>
      <w:r>
        <w:t>لیکن اس کا نام بہرحال تاریخوں میں آتا ہے غزوہ خندق۔ تو یعنی بیٹل آف ٹرینچز۔</w:t>
      </w:r>
    </w:p>
    <w:p>
      <w:r>
        <w:rPr>
          <w:b/>
        </w:rPr>
        <w:t xml:space="preserve">[21:12] </w:t>
      </w:r>
      <w:r>
        <w:t>to battle to nahin thi woh lekin kitabon mein likha rehta hai aisa.</w:t>
      </w:r>
    </w:p>
    <w:p>
      <w:pPr>
        <w:jc w:val="right"/>
      </w:pPr>
      <w:r>
        <w:t>تو بیٹل تو نہیں تھی وہ لیکن کتابوں میں لکھا رہتا ہے ایسا۔</w:t>
      </w:r>
    </w:p>
    <w:p>
      <w:r>
        <w:rPr>
          <w:b/>
        </w:rPr>
        <w:t xml:space="preserve">[21:17] </w:t>
      </w:r>
      <w:r>
        <w:t>to rasool Allah sal Allah alaihi wasallam ko khabar mili ke makkah se barah hazar ka lashkar chala aa raha hai madina hamla karne ke liye. to makkah se madina ka faasla teen so mil ka hai.</w:t>
      </w:r>
    </w:p>
    <w:p>
      <w:pPr>
        <w:jc w:val="right"/>
      </w:pPr>
      <w:r>
        <w:t>تو رسول اللہ صلی اللہ علیہ وسلم کو خبر ملی کہ مکہ سے بارہ ہزار کا لشکر چلا آ رہا ہے مدینہ حملہ کرنے کے لیے۔ تو مکہ سے مدینہ کا فاصلہ تین سو میل کا ہے۔</w:t>
      </w:r>
    </w:p>
    <w:p>
      <w:r>
        <w:rPr>
          <w:b/>
        </w:rPr>
        <w:t xml:space="preserve">[21:29] </w:t>
      </w:r>
      <w:r>
        <w:t>zahir hai ke paidal chalte hain wahan se log. to pahunchne mein to bohat time lagega. to aap ne kya kiya ke aap chahte the ke war na ho.</w:t>
      </w:r>
    </w:p>
    <w:p>
      <w:pPr>
        <w:jc w:val="right"/>
      </w:pPr>
      <w:r>
        <w:t>ظاہر ہے کہ پیدل چلتے ہیں وہاں سے لوگ۔ تو پہنچنے میں تو بہت ٹائم لگے گا۔ تو آپ نے کیا کیا کہ آپ چاہتے تھے کہ وار نہ ہو۔</w:t>
      </w:r>
    </w:p>
    <w:p>
      <w:r>
        <w:rPr>
          <w:b/>
        </w:rPr>
        <w:t xml:space="preserve">[21:40] </w:t>
      </w:r>
      <w:r>
        <w:t>takrao na ho.</w:t>
      </w:r>
    </w:p>
    <w:p>
      <w:pPr>
        <w:jc w:val="right"/>
      </w:pPr>
      <w:r>
        <w:t>ٹکراؤ نہ ہو۔</w:t>
      </w:r>
    </w:p>
    <w:p>
      <w:r>
        <w:rPr>
          <w:b/>
        </w:rPr>
        <w:t xml:space="preserve">[21:42] </w:t>
      </w:r>
      <w:r>
        <w:t>to madine ki situation us zamane mein aisi thi ke teen taraf se woh ghira hua tha. yani ghane ek ek taraf ghane darakht khajuron ke the.</w:t>
      </w:r>
    </w:p>
    <w:p>
      <w:pPr>
        <w:jc w:val="right"/>
      </w:pPr>
      <w:r>
        <w:t>تو مدینے کی سچوئیشن اس زمانے میں ایسی تھی کہ تین طرف سے وہ گھرا ہوا تھا۔ یعنی گھنے ایک ایک طرف گھنے درخت کھجوروں کے تھے۔</w:t>
      </w:r>
    </w:p>
    <w:p>
      <w:r>
        <w:rPr>
          <w:b/>
        </w:rPr>
        <w:t xml:space="preserve">[21:58] </w:t>
      </w:r>
      <w:r>
        <w:t>ek taraf pahadiyan thin. is tarah teen taraf se ghira hua tha woh. samne se isi khulta tha.</w:t>
      </w:r>
    </w:p>
    <w:p>
      <w:pPr>
        <w:jc w:val="right"/>
      </w:pPr>
      <w:r>
        <w:t>ایک طرف پہاڑیاں تھیں۔ اس طرح تین طرف سے گھرا ہوا تھا وہ۔ سامنے سے اسی کھلتا تھا۔</w:t>
      </w:r>
    </w:p>
    <w:p>
      <w:r>
        <w:rPr>
          <w:b/>
        </w:rPr>
        <w:t xml:space="preserve">[22:06] </w:t>
      </w:r>
      <w:r>
        <w:t>ab to aisa nahin hai. to aap ne samne wale hisse mein khandaq khodi. yani trench. to jis zamane mein woh khandaq khodi ja rahi thi to log amalan mahsoor ho gaye the.</w:t>
      </w:r>
    </w:p>
    <w:p>
      <w:pPr>
        <w:jc w:val="right"/>
      </w:pPr>
      <w:r>
        <w:t>اب تو ایسا نہیں ہے۔ تو آپ نے سامنے والے حصے میں خندق کھودی۔ یعنی ٹرینچ۔ تو جس زمانے میں وہ خندق کھودی جا رہی تھی تو لوگ عملاً محصور ہو گئے تھے۔</w:t>
      </w:r>
    </w:p>
    <w:p>
      <w:r>
        <w:rPr>
          <w:b/>
        </w:rPr>
        <w:t xml:space="preserve">[22:23] </w:t>
      </w:r>
      <w:r>
        <w:t>ek siege ki halat thi, siege. yani madine ke andar siege ki halat mein. bahar aana jana band tha. kyunke har waqt dar tha ke woh pahunch jayen woh log</w:t>
      </w:r>
    </w:p>
    <w:p>
      <w:pPr>
        <w:jc w:val="right"/>
      </w:pPr>
      <w:r>
        <w:t>ایک سیج کی حالت تھی، سیج۔ یعنی مدینے کے اندر سیج کی حالت میں۔ باہر آنا جانا بند تھا۔ کیونکہ ہر وقت ڈر تھا کہ وہ پہنچ جائیں وہ لوگ</w:t>
      </w:r>
    </w:p>
    <w:p>
      <w:r>
        <w:rPr>
          <w:b/>
        </w:rPr>
        <w:t xml:space="preserve">[22:36] </w:t>
      </w:r>
      <w:r>
        <w:t>. to ek musalman jo ke zahir hai ke sahabi bhi the to itna pareshan hua, itni pareshani wahan thi uska ek namuna batata hoon main aap ko.</w:t>
      </w:r>
    </w:p>
    <w:p>
      <w:pPr>
        <w:jc w:val="right"/>
      </w:pPr>
      <w:r>
        <w:t>۔ تو ایک مسلمان جو کہ ظاہر ہے کہ صحابی بھی تھے تو اتنا پریشان ہوا، اتنی پریشانی وہاں تھی اس کا ایک نمونہ بتاتا ہوں میں آپ کو۔</w:t>
      </w:r>
    </w:p>
    <w:p>
      <w:r>
        <w:rPr>
          <w:b/>
        </w:rPr>
        <w:t xml:space="preserve">[22:46] </w:t>
      </w:r>
      <w:r>
        <w:t>kya pareshaniyan thin. to ek sahabi ki zuban se nikla ke kan Muhammad yuaduna ana kull karuz kisra wa qasra wa hadana la ya'manu al ghayat</w:t>
      </w:r>
    </w:p>
    <w:p>
      <w:pPr>
        <w:jc w:val="right"/>
      </w:pPr>
      <w:r>
        <w:t>کیا پریشانیاں تھیں۔ تو ایک صحابی کی زبان سے نکلا کہ کان محمد یعدنا انا کل کروز کسرہ وقصر وحدنا لا یامن الغایت</w:t>
      </w:r>
    </w:p>
    <w:p>
      <w:r>
        <w:rPr>
          <w:b/>
        </w:rPr>
        <w:t xml:space="preserve">[23:06] </w:t>
      </w:r>
      <w:r>
        <w:t>. yani Muhammad yeh wada karte the hum se ke tum ko kisra aur qaisar ke khazane milenge.</w:t>
      </w:r>
    </w:p>
    <w:p>
      <w:pPr>
        <w:jc w:val="right"/>
      </w:pPr>
      <w:r>
        <w:t>۔ یعنی محمد یہ وعدہ کرتے تھے ہم سے کہ تم کو کسرہ اور قیصر کے خزانے ملیں گے۔</w:t>
      </w:r>
    </w:p>
    <w:p>
      <w:r>
        <w:rPr>
          <w:b/>
        </w:rPr>
        <w:t xml:space="preserve">[23:19] </w:t>
      </w:r>
      <w:r>
        <w:t>aur yahan yeh haal hai ke hum apni zarooriyat ke liye bhi bahar nahin ja paate. rafa'e hajat jis ko kehte hain us ke liye bahar nahin jaane ka mauqa nahin hai.</w:t>
      </w:r>
    </w:p>
    <w:p>
      <w:pPr>
        <w:jc w:val="right"/>
      </w:pPr>
      <w:r>
        <w:t>اور یہاں یہ حال ہے کہ ہم اپنی ضروریات کے لیے بھی باہر نہیں جا پاتے۔ رفع حاجت جس کو کہتے ہیں اس کے لیے باہر نہیں جانے کا موقع نہیں ہے۔</w:t>
      </w:r>
    </w:p>
    <w:p>
      <w:r>
        <w:rPr>
          <w:b/>
        </w:rPr>
        <w:t xml:space="preserve">[23:35] </w:t>
      </w:r>
      <w:r>
        <w:t>to ab kaisa haal ho raha hoga us waqt. to is tarah ki shikayatein logon ne keen rasool Allah sal Allah alaihi wasallam se.</w:t>
      </w:r>
    </w:p>
    <w:p>
      <w:pPr>
        <w:jc w:val="right"/>
      </w:pPr>
      <w:r>
        <w:t>تو اب کیسا حال ہو رہا ہوگا اس وقت۔ تو اس طرح کی شکایتیں لوگوں نے کیں رسول اللہ صلی اللہ علیہ وسلم سے۔</w:t>
      </w:r>
    </w:p>
    <w:p>
      <w:r>
        <w:rPr>
          <w:b/>
        </w:rPr>
        <w:t xml:space="preserve">[23:43] </w:t>
      </w:r>
      <w:r>
        <w:t>to aap ne bohat hi aik anokhi baat kahi. bohat anokhi baat kahi.</w:t>
      </w:r>
    </w:p>
    <w:p>
      <w:pPr>
        <w:jc w:val="right"/>
      </w:pPr>
      <w:r>
        <w:t>تو آپ نے بہت ہی ایک انوکھی بات کہی۔ بہت انوکھی بات کہی۔</w:t>
      </w:r>
    </w:p>
    <w:p>
      <w:r>
        <w:rPr>
          <w:b/>
        </w:rPr>
        <w:t xml:space="preserve">[23:53] </w:t>
      </w:r>
      <w:r>
        <w:t>aap ne farmaya ke allahumma la aish illa aish-e-aakhira faighfir al-ansar wal muhajira</w:t>
      </w:r>
    </w:p>
    <w:p>
      <w:pPr>
        <w:jc w:val="right"/>
      </w:pPr>
      <w:r>
        <w:t>آپ نے فرمایا کہ اللهم لا عیش الا عیش الاخرہ فاغفر الانصار والمہاجرہ</w:t>
      </w:r>
    </w:p>
    <w:p>
      <w:r>
        <w:rPr>
          <w:b/>
        </w:rPr>
        <w:t xml:space="preserve">[24:06] </w:t>
      </w:r>
      <w:r>
        <w:t>allahumma la aish illa aish-e-aakhira faighfir al-ansar wal muhajira</w:t>
      </w:r>
    </w:p>
    <w:p>
      <w:pPr>
        <w:jc w:val="right"/>
      </w:pPr>
      <w:r>
        <w:t>اللہم لا عیش الا عیش الاخرہ فاغفر الانصار والمہاجرہ</w:t>
      </w:r>
    </w:p>
    <w:p>
      <w:r>
        <w:rPr>
          <w:b/>
        </w:rPr>
        <w:t xml:space="preserve">[24:12] </w:t>
      </w:r>
      <w:r>
        <w:t>. aye allah aish to sirf aakhirat ka aish hai.</w:t>
      </w:r>
    </w:p>
    <w:p>
      <w:pPr>
        <w:jc w:val="right"/>
      </w:pPr>
      <w:r>
        <w:t>۔ اے اللہ عیش تو صرف آخرت کا عیش ہے۔</w:t>
      </w:r>
    </w:p>
    <w:p>
      <w:r>
        <w:rPr>
          <w:b/>
        </w:rPr>
        <w:t xml:space="preserve">[24:20] </w:t>
      </w:r>
      <w:r>
        <w:t>aish ka matlab peace, enjoy, comfort, khushi. in sab ke majmooay ka naam aish hai.</w:t>
      </w:r>
    </w:p>
    <w:p>
      <w:pPr>
        <w:jc w:val="right"/>
      </w:pPr>
      <w:r>
        <w:t>عیش کا مطلب پیس، انجوائے، کمفرٹ، خوشی۔ ان سب کے مجموعے کا نام عیش ہے۔</w:t>
      </w:r>
    </w:p>
    <w:p>
      <w:r>
        <w:rPr>
          <w:b/>
        </w:rPr>
        <w:t xml:space="preserve">[24:33] </w:t>
      </w:r>
      <w:r>
        <w:t>to aap ne farmaya ke aye allah aish to aakhirat ka aish hai.</w:t>
      </w:r>
    </w:p>
    <w:p>
      <w:pPr>
        <w:jc w:val="right"/>
      </w:pPr>
      <w:r>
        <w:t>تو آپ نے فرمایا کہ اے اللہ عیش تو آخرت کا عیش ہے۔</w:t>
      </w:r>
    </w:p>
    <w:p>
      <w:r>
        <w:rPr>
          <w:b/>
        </w:rPr>
        <w:t xml:space="preserve">[24:38] </w:t>
      </w:r>
      <w:r>
        <w:t>sirf to muhajireen ko, ansar ko maghfirat farma. to maghfirat aik ideology hai, aik concept hai.</w:t>
      </w:r>
    </w:p>
    <w:p>
      <w:pPr>
        <w:jc w:val="right"/>
      </w:pPr>
      <w:r>
        <w:t>صرف تو مہاجرین کو، انصار کو مغفرت فرما۔ تو مغفرت ایک آئیڈیالوجی ہے، ایک کانسیپٹ ہے۔</w:t>
      </w:r>
    </w:p>
    <w:p>
      <w:r>
        <w:rPr>
          <w:b/>
        </w:rPr>
        <w:t xml:space="preserve">[24:51] </w:t>
      </w:r>
      <w:r>
        <w:t>koi simple cheez nahi hai. to maghfirat ki ideology mein aish hai na ke worldly ideology mein aish hai.</w:t>
      </w:r>
    </w:p>
    <w:p>
      <w:pPr>
        <w:jc w:val="right"/>
      </w:pPr>
      <w:r>
        <w:t>کوئی سمپل چیز نہیں ہے۔ تو مغفرت کی آئیڈیالوجی میں عیش ہے نہ کہ ورلڈلی آئیڈیالوجی میں عیش ہے۔</w:t>
      </w:r>
    </w:p>
    <w:p>
      <w:r>
        <w:rPr>
          <w:b/>
        </w:rPr>
        <w:t xml:space="preserve">[25:00] </w:t>
      </w:r>
      <w:r>
        <w:t>to do ideology hain yaad rakhiye. aik aik dunya ko le kar ke aap apna nazariya banayein. aik aakhirat ko le kar apna nazariya banayein.</w:t>
      </w:r>
    </w:p>
    <w:p>
      <w:pPr>
        <w:jc w:val="right"/>
      </w:pPr>
      <w:r>
        <w:t>تو دو آئیڈیالوجی ہیں یاد رکھیے۔ ایک ایک دنیا کو لے کر کے آپ اپنا نظریہ بنائیں۔ ایک آخرت کو لے کر اپنا نظریہ بنائیں۔</w:t>
      </w:r>
    </w:p>
    <w:p>
      <w:r>
        <w:rPr>
          <w:b/>
        </w:rPr>
        <w:t xml:space="preserve">[25:10] </w:t>
      </w:r>
      <w:r>
        <w:t>aakhirat ki jo ideology hai usi ka naam hai maghfirat ki ideology. yani khuda ka tasawwur, jannat ka tasawwur, farishton ka tasawwur, abadi zindagi ka tasawwur.</w:t>
      </w:r>
    </w:p>
    <w:p>
      <w:pPr>
        <w:jc w:val="right"/>
      </w:pPr>
      <w:r>
        <w:t>آخرت کی جو آئیڈیالوجی ہے اسی کا نام ہے مغفرت کی آئیڈیالوجی۔ یعنی خدا کا تصور، جنت کا تصور، فرشتوں کا تصور، ابدی زندگی کا تصور۔</w:t>
      </w:r>
    </w:p>
    <w:p>
      <w:r>
        <w:rPr>
          <w:b/>
        </w:rPr>
        <w:t xml:space="preserve">[25:23] </w:t>
      </w:r>
      <w:r>
        <w:t>wo sab juda hua hai maghfirat</w:t>
      </w:r>
    </w:p>
    <w:p>
      <w:pPr>
        <w:jc w:val="right"/>
      </w:pPr>
      <w:r>
        <w:t>وہ سب جڑا ہوا ہے مغفرت</w:t>
      </w:r>
    </w:p>
    <w:p>
      <w:r>
        <w:rPr>
          <w:b/>
        </w:rPr>
        <w:t xml:space="preserve">[25:25] </w:t>
      </w:r>
      <w:r>
        <w:t>se. to wo jo tasawwur hai, wo jo ideology hai us mein jeene se aish milega. dunya mein bhi aur aakhirat mein bhi.</w:t>
      </w:r>
    </w:p>
    <w:p>
      <w:pPr>
        <w:jc w:val="right"/>
      </w:pPr>
      <w:r>
        <w:t>سے۔ تو وہ جو تصور ہے، وہ جو آئیڈیالوجی ہے اس میں جینے سے عیش ملے گا۔ دنیا میں بھی اور آخرت میں بھی۔</w:t>
      </w:r>
    </w:p>
    <w:p>
      <w:r>
        <w:rPr>
          <w:b/>
        </w:rPr>
        <w:t xml:space="preserve">[25:37] </w:t>
      </w:r>
      <w:r>
        <w:t>wo kya hai? wo yahi hai.</w:t>
      </w:r>
    </w:p>
    <w:p>
      <w:pPr>
        <w:jc w:val="right"/>
      </w:pPr>
      <w:r>
        <w:t>وہ کیا ہے؟ وہ یہی ہے۔</w:t>
      </w:r>
    </w:p>
    <w:p>
      <w:r>
        <w:rPr>
          <w:b/>
        </w:rPr>
        <w:t xml:space="preserve">[25:42] </w:t>
      </w:r>
      <w:r>
        <w:t>yani aaj ki zaban mein kahoon to rasool allah ne farmaya ke tum made made dunya mein aish dhoond rahe ho. aish to god made dunya mein hai.</w:t>
      </w:r>
    </w:p>
    <w:p>
      <w:pPr>
        <w:jc w:val="right"/>
      </w:pPr>
      <w:r>
        <w:t>یعنی آج کی زبان میں کہوں تو رسول اللہ نے فرمایا کہ تم میڈ بیڈ دنیا میں عیش ڈھونڈ رہے ہو۔ عیش تو گاڈ میڈ دنیا میں ہے۔</w:t>
      </w:r>
    </w:p>
    <w:p>
      <w:r>
        <w:rPr>
          <w:b/>
        </w:rPr>
        <w:t xml:space="preserve">[25:53] </w:t>
      </w:r>
      <w:r>
        <w:t>jo aap ne farmaya tha is is waqt jo alfaaz, in alfaaz ko aaj ki zaban mein convert kijiye. aaj ki zaban mein.</w:t>
      </w:r>
    </w:p>
    <w:p>
      <w:pPr>
        <w:jc w:val="right"/>
      </w:pPr>
      <w:r>
        <w:t>جو آپ نے فرمایا تھا اس اس وقت جو الفاظ، ان الفاظ کو آج کی زبان میں کنورٹ کیجیے۔ آج کی زبان میں۔</w:t>
      </w:r>
    </w:p>
    <w:p>
      <w:r>
        <w:rPr>
          <w:b/>
        </w:rPr>
        <w:t xml:space="preserve">[26:07] </w:t>
      </w:r>
      <w:r>
        <w:t>to is ka yahi hoga ke tum log man made dunya mein dhoond rahe ho.</w:t>
      </w:r>
    </w:p>
    <w:p>
      <w:pPr>
        <w:jc w:val="right"/>
      </w:pPr>
      <w:r>
        <w:t>تو اس کا یہی ہوگا کہ تم لوگ مین میڈ دنیا میں ڈھونڈ رہے ہو۔</w:t>
      </w:r>
    </w:p>
    <w:p>
      <w:r>
        <w:rPr>
          <w:b/>
        </w:rPr>
        <w:t xml:space="preserve">[26:15] </w:t>
      </w:r>
      <w:r>
        <w:t>khushi. khushi to god made dunya mein hai.</w:t>
      </w:r>
    </w:p>
    <w:p>
      <w:pPr>
        <w:jc w:val="right"/>
      </w:pPr>
      <w:r>
        <w:t>خوشی۔ خوشی تو گاڈ میڈ دنیا میں ہے۔</w:t>
      </w:r>
    </w:p>
    <w:p>
      <w:r>
        <w:rPr>
          <w:b/>
        </w:rPr>
        <w:t xml:space="preserve">[26:21] </w:t>
      </w:r>
      <w:r>
        <w:t>to yeh jo aas paas hamare nature hai wo kya hai? wo aakhirat ki jo dunya hogi, jannat wali dunya, usi ka aik taaruf hai.</w:t>
      </w:r>
    </w:p>
    <w:p>
      <w:pPr>
        <w:jc w:val="right"/>
      </w:pPr>
      <w:r>
        <w:t>تو یہ جو آس پاس ہمارے نیچر ہے وہ کیا ہے؟ وہ آخرت کی جو دنیا ہوگی، جنت والی دنیا، اسی کا ایک تعارف ہے۔</w:t>
      </w:r>
    </w:p>
    <w:p>
      <w:r>
        <w:rPr>
          <w:b/>
        </w:rPr>
        <w:t xml:space="preserve">[26:32] </w:t>
      </w:r>
      <w:r>
        <w:t>usi ka introduction hai. usi ka aik ibtidai tajurba hai.</w:t>
      </w:r>
    </w:p>
    <w:p>
      <w:pPr>
        <w:jc w:val="right"/>
      </w:pPr>
      <w:r>
        <w:t>اسی کا انٹروڈکشن ہے۔ اسی کا ایک ابتدائی تجربہ ہے۔</w:t>
      </w:r>
    </w:p>
    <w:p>
      <w:r>
        <w:rPr>
          <w:b/>
        </w:rPr>
        <w:t xml:space="preserve">[26:42] </w:t>
      </w:r>
      <w:r>
        <w:t>to aap yeh yeh samjhein jo hamare jitne yani master of this destressing jitne hain wo sab isi dunya ko le kar ke hal bata rahe hain.</w:t>
      </w:r>
    </w:p>
    <w:p>
      <w:pPr>
        <w:jc w:val="right"/>
      </w:pPr>
      <w:r>
        <w:t>تو آپ یہ یہ سمجھیں جو ہمارے جتنے یعنی ماسٹر آف اس ڈی اسٹریسنگ جتنے ہیں وہ سب اسی دنیا کو لے کر کے حل بتا رہے ہیں۔</w:t>
      </w:r>
    </w:p>
    <w:p>
      <w:r>
        <w:rPr>
          <w:b/>
        </w:rPr>
        <w:t xml:space="preserve">[26:53] </w:t>
      </w:r>
      <w:r>
        <w:t>isi made made dunya mein un ka hal nikaal kar bata rahe hain.</w:t>
      </w:r>
    </w:p>
    <w:p>
      <w:pPr>
        <w:jc w:val="right"/>
      </w:pPr>
      <w:r>
        <w:t>اسی میڈ میڈ دنیا میں ان کا حل نکال کر بتا رہے ہیں۔</w:t>
      </w:r>
    </w:p>
    <w:p>
      <w:r>
        <w:rPr>
          <w:b/>
        </w:rPr>
        <w:t xml:space="preserve">[26:59] </w:t>
      </w:r>
      <w:r>
        <w:t>main kai logon, kai aise logon se mila jo is qism ke jo sessions hain, aise bare bare idaray khule hue hain jahan destressing ki jati hai, us mein ja kar rahe wo.</w:t>
      </w:r>
    </w:p>
    <w:p>
      <w:pPr>
        <w:jc w:val="right"/>
      </w:pPr>
      <w:r>
        <w:t>میں کئی لوگوں، کئی ایسے لوگوں سے ملا جو اس قسم کے جو سیشنز ہیں، ایسے بڑے بڑے ادارے کھلے ہوئے ہیں جہاں ڈی اسٹریسنگ کی جاتی ہے، اس میں جا کر رہے وہ۔</w:t>
      </w:r>
    </w:p>
    <w:p>
      <w:r>
        <w:rPr>
          <w:b/>
        </w:rPr>
        <w:t xml:space="preserve">[27:11] </w:t>
      </w:r>
      <w:r>
        <w:t>wahan unhon ne training li. wahan unhon ne wo sab kiya jo wahan sikhaya jata hai.</w:t>
      </w:r>
    </w:p>
    <w:p>
      <w:pPr>
        <w:jc w:val="right"/>
      </w:pPr>
      <w:r>
        <w:t>وہاں انہوں نے ٹریننگ لی۔ وہاں انہوں نے وہ سب کیا جو وہاں سکھایا جاتا ہے۔</w:t>
      </w:r>
    </w:p>
    <w:p>
      <w:r>
        <w:rPr>
          <w:b/>
        </w:rPr>
        <w:t xml:space="preserve">[27:17] </w:t>
      </w:r>
      <w:r>
        <w:t>to unhon ne bataya ke jab tak wahan thay khaas mahaul mein to lagta tha ke hum stress free ho gaye hain. lekin jab bahar aaye, apne ghar par aaye, apne job mein aaye, apne business mein aaye to phir wahi wahi stress, wahi stress, wahi stress.</w:t>
      </w:r>
    </w:p>
    <w:p>
      <w:pPr>
        <w:jc w:val="right"/>
      </w:pPr>
      <w:r>
        <w:t>تو انہوں نے بتایا کہ جب تک وہاں تھے خاص ماحول میں تو لگتا تھا کہ ہم اسٹریس فری ہو گئے ہیں۔ لیکن جب باہر آئے، اپنے گھر پر آئے، اپنے جاب میں آئے، اپنے بزنس میں آئے تو پھر وہی وہی اسٹریس، وہی اسٹریس، وہی اسٹریس۔</w:t>
      </w:r>
    </w:p>
    <w:p>
      <w:r>
        <w:rPr>
          <w:b/>
        </w:rPr>
        <w:t xml:space="preserve">[27:37] </w:t>
      </w:r>
      <w:r>
        <w:t>to wo tha, wo tha, wo aik qism ka anesthesia. jo stressing yeh log batate hain wo aik qism ka anesthesia hai.</w:t>
      </w:r>
    </w:p>
    <w:p>
      <w:pPr>
        <w:jc w:val="right"/>
      </w:pPr>
      <w:r>
        <w:t>تو وہ تھا، وہ تھا، وہ ایک قسم کا انیسٹھیسیا۔ جو اسٹریسنگ یہ لوگ بتاتے ہیں وہ ایک قسم کا انیسٹھیسیا ہے۔</w:t>
      </w:r>
    </w:p>
    <w:p>
      <w:r>
        <w:rPr>
          <w:b/>
        </w:rPr>
        <w:t xml:space="preserve">[27:46] </w:t>
      </w:r>
      <w:r>
        <w:t>nahi. You have to find, you have to find, you have to find some solution at an intellectual level, at a thinking level.</w:t>
      </w:r>
    </w:p>
    <w:p>
      <w:pPr>
        <w:jc w:val="right"/>
      </w:pPr>
      <w:r>
        <w:t>نہیں۔ You have to find, you have to find, you have to find some solution at an intellectual level, at a thinking level.</w:t>
      </w:r>
    </w:p>
    <w:p>
      <w:r>
        <w:rPr>
          <w:b/>
        </w:rPr>
        <w:t xml:space="preserve">[27:57] </w:t>
      </w:r>
      <w:r>
        <w:t>anisthesha se yeh masla hal nahi ho sakta hai. Aap thinking level par, soch ke level par ek koi baat paani padegi aap ko.</w:t>
      </w:r>
    </w:p>
    <w:p>
      <w:pPr>
        <w:jc w:val="right"/>
      </w:pPr>
      <w:r>
        <w:t>انیسٹھیسیا سے یہ مسئلہ حل نہیں ہو سکتا ہے۔ آپ thinking level پر، سوچ کے level پر ایک کوئی بات پانی پڑے گی آپ کو۔</w:t>
      </w:r>
    </w:p>
    <w:p>
      <w:r>
        <w:rPr>
          <w:b/>
        </w:rPr>
        <w:t xml:space="preserve">[28:08] </w:t>
      </w:r>
      <w:r>
        <w:t>tab stress free ban sakte hain aap. Warna nahi ban sakte.</w:t>
      </w:r>
    </w:p>
    <w:p>
      <w:pPr>
        <w:jc w:val="right"/>
      </w:pPr>
      <w:r>
        <w:t>تب اسٹریس فری بن سکتے ہیں آپ۔ ورنہ نہیں بن سکتے۔</w:t>
      </w:r>
    </w:p>
    <w:p>
      <w:r>
        <w:rPr>
          <w:b/>
        </w:rPr>
        <w:t xml:space="preserve">[28:16] </w:t>
      </w:r>
      <w:r>
        <w:t>koi bhi meditation, koi bhi method, koi bhi exercise yeh jo sikhate hain yeh log is se kuch nahi hone wala hai.</w:t>
      </w:r>
    </w:p>
    <w:p>
      <w:pPr>
        <w:jc w:val="right"/>
      </w:pPr>
      <w:r>
        <w:t>کوئی بھی meditation، کوئی بھی method، کوئی بھی exercise یہ جو سکھاتے ہیں یہ لوگ اس سے کچھ نہیں ہونے والا ہے۔</w:t>
      </w:r>
    </w:p>
    <w:p>
      <w:r>
        <w:rPr>
          <w:b/>
        </w:rPr>
        <w:t xml:space="preserve">[28:26] </w:t>
      </w:r>
      <w:r>
        <w:t>hoga to temporary hoga. Permanent nahi hoga. Kyun ke dekhiye ek scientist ne kaha hai ke</w:t>
      </w:r>
    </w:p>
    <w:p>
      <w:pPr>
        <w:jc w:val="right"/>
      </w:pPr>
      <w:r>
        <w:t>ہوگا تو temporary ہوگا۔ Permanent نہیں ہوگا۔ کیونکہ دیکھیے ایک scientist نے کہا ہے کہ</w:t>
      </w:r>
    </w:p>
    <w:p>
      <w:r>
        <w:rPr>
          <w:b/>
        </w:rPr>
        <w:t xml:space="preserve">[28:39] </w:t>
      </w:r>
      <w:r>
        <w:t>"It seems that man is stayed in a world that was not made for him.</w:t>
      </w:r>
    </w:p>
    <w:p>
      <w:pPr>
        <w:jc w:val="right"/>
      </w:pPr>
      <w:r>
        <w:t>"It seems that man is stayed in a world that was not made for him.</w:t>
      </w:r>
    </w:p>
    <w:p>
      <w:r>
        <w:rPr>
          <w:b/>
        </w:rPr>
        <w:t xml:space="preserve">[28:46] </w:t>
      </w:r>
      <w:r>
        <w:t>It seems that man is stayed in a world that was not made for him." .aisa aisa lagta hai ke insan ek hi duniya mein bhatak kar aa gaya hai jo us ke liye nahi banai gayi thi.</w:t>
      </w:r>
    </w:p>
    <w:p>
      <w:pPr>
        <w:jc w:val="right"/>
      </w:pPr>
      <w:r>
        <w:t>It seems that man is stayed in a world that was not made for him." ۔ ایسا ایسا لگتا ہے کہ انسان ایک ہی دنیا میں بھٹک کر آ گیا ہے جو اس کے لیے نہیں بنائی گئی تھی۔</w:t>
      </w:r>
    </w:p>
    <w:p>
      <w:r>
        <w:rPr>
          <w:b/>
        </w:rPr>
        <w:t xml:space="preserve">[29:01] </w:t>
      </w:r>
      <w:r>
        <w:t>yani yeh yeh zameen jo hai. Kyun? Basic baat yahi kiya hai? Hamari desire hain yani "Man is desire seeking animal."</w:t>
      </w:r>
    </w:p>
    <w:p>
      <w:pPr>
        <w:jc w:val="right"/>
      </w:pPr>
      <w:r>
        <w:t>یعنی یہ یہ زمین جو ہے۔ کیوں؟ Basic بات یہی کیا ہے؟ ہماری desire ہیں یعنی "Man is desire seeking animal."</w:t>
      </w:r>
    </w:p>
    <w:p>
      <w:r>
        <w:rPr>
          <w:b/>
        </w:rPr>
        <w:t xml:space="preserve">[29:13] </w:t>
      </w:r>
      <w:r>
        <w:t>.insan ke bare mein kaha jata hai ke "Man is a desire seeking animal." .to desire to unlimited hai. Unlimited desire hai.</w:t>
      </w:r>
    </w:p>
    <w:p>
      <w:pPr>
        <w:jc w:val="right"/>
      </w:pPr>
      <w:r>
        <w:t>۔ انسان کے بارے میں کہا جاتا ہے کہ "Man is a desire seeking animal." ۔ تو desire تو unlimited ہے۔ Unlimited desire ہے۔</w:t>
      </w:r>
    </w:p>
    <w:p>
      <w:r>
        <w:rPr>
          <w:b/>
        </w:rPr>
        <w:t xml:space="preserve">[29:23] </w:t>
      </w:r>
      <w:r>
        <w:t>lekin is duniya mein kya hota hai? Hum kabhi bhi apni unlimited desire ko fulfill nahi kar paate. Kabhi kabhi boredom hai, kabhi accident hai, kabhi bimari hai.</w:t>
      </w:r>
    </w:p>
    <w:p>
      <w:pPr>
        <w:jc w:val="right"/>
      </w:pPr>
      <w:r>
        <w:t>لیکن اس دنیا میں کیا ہوتا ہے؟ ہم کبھی بھی اپنی unlimited desire کو fulfill نہیں کر پاتے۔ کبھی کبھی boredom ہے، کبھی accident ہے، کبھی بیماری ہے۔</w:t>
      </w:r>
    </w:p>
    <w:p>
      <w:r>
        <w:rPr>
          <w:b/>
        </w:rPr>
        <w:t xml:space="preserve">[29:40] </w:t>
      </w:r>
      <w:r>
        <w:t>yani tarah tarah ki limitations, tarah tarah ke disadvantage ke darmiyan hamein jeena padta hai. Phir puri duniya yeh jo puri zameen jo hai, is zameen mein jo resources the woh bhi limited.</w:t>
      </w:r>
    </w:p>
    <w:p>
      <w:pPr>
        <w:jc w:val="right"/>
      </w:pPr>
      <w:r>
        <w:t>یعنی طرح طرح کی limitations، طرح طرح کے disadvantage کے درمیان ہمیں جینا پڑتا ہے۔ پھر پوری دنیا یہ جو پوری زمین جو ہے، اس زمین میں جو resources تھے وہ بھی limited۔</w:t>
      </w:r>
    </w:p>
    <w:p>
      <w:r>
        <w:rPr>
          <w:b/>
        </w:rPr>
        <w:t xml:space="preserve">[29:57] </w:t>
      </w:r>
      <w:r>
        <w:t>ab ab exhaust ho rahe hain woh. Hamara jo soil tha woh banjar ho raha hai. Samundaron ka pani pollute ho raha hai. Hawa mein air pollution bhar gaya hai.</w:t>
      </w:r>
    </w:p>
    <w:p>
      <w:pPr>
        <w:jc w:val="right"/>
      </w:pPr>
      <w:r>
        <w:t>اب اب exhaust ہو رہے ہیں وہ۔ ہمارا جو soil تھا وہ بنجر ہو رہا ہے۔ سمندروں کا پانی pollute ہو رہا ہے۔ ہوا میں air pollution بھر گیا ہے۔</w:t>
      </w:r>
    </w:p>
    <w:p>
      <w:r>
        <w:rPr>
          <w:b/>
        </w:rPr>
        <w:t xml:space="preserve">[30:08] </w:t>
      </w:r>
      <w:r>
        <w:t>Carbon emission. To</w:t>
      </w:r>
    </w:p>
    <w:p>
      <w:pPr>
        <w:jc w:val="right"/>
      </w:pPr>
      <w:r>
        <w:t>Carbon emission۔ تو</w:t>
      </w:r>
    </w:p>
    <w:p>
      <w:r>
        <w:rPr>
          <w:b/>
        </w:rPr>
        <w:t xml:space="preserve">[30:10] </w:t>
      </w:r>
      <w:r>
        <w:t>puri duniya jo hai cheekh cheekh kar rahi hai ke ke yeh limited, tumhari limited zarooraton ko pura karne ka saman yahan tha.</w:t>
      </w:r>
    </w:p>
    <w:p>
      <w:pPr>
        <w:jc w:val="right"/>
      </w:pPr>
      <w:r>
        <w:t>پوری دنیا جو ہے چیخ چیخ کر رہی ہے کہ کہ یہ limited، تمہاری limited ضرورتوں کو پورا کرنے کا سامان یہاں تھا۔</w:t>
      </w:r>
    </w:p>
    <w:p>
      <w:r>
        <w:rPr>
          <w:b/>
        </w:rPr>
        <w:t xml:space="preserve">[30:20] </w:t>
      </w:r>
      <w:r>
        <w:t>ab woh khatam ho gaya.</w:t>
      </w:r>
    </w:p>
    <w:p>
      <w:pPr>
        <w:jc w:val="right"/>
      </w:pPr>
      <w:r>
        <w:t>اب وہ ختم ہو گیا۔</w:t>
      </w:r>
    </w:p>
    <w:p>
      <w:r>
        <w:rPr>
          <w:b/>
        </w:rPr>
        <w:t xml:space="preserve">[30:25] </w:t>
      </w:r>
      <w:r>
        <w:t>lekin insan ki tamannayein to isi tarah unlimited hain. Uski desire isi tarah unlimited hain. To yeh hai contradiction.</w:t>
      </w:r>
    </w:p>
    <w:p>
      <w:pPr>
        <w:jc w:val="right"/>
      </w:pPr>
      <w:r>
        <w:t>لیکن انسان کی تمنائیں تو اسی طرح unlimited ہیں۔ اس کی desire اسی طرح unlimited ہیں۔ تو یہ ہے contradiction۔</w:t>
      </w:r>
    </w:p>
    <w:p>
      <w:r>
        <w:rPr>
          <w:b/>
        </w:rPr>
        <w:t xml:space="preserve">[30:35] </w:t>
      </w:r>
      <w:r>
        <w:t>is contradiction ka jawab hai is aadmi ko maloom ho sakta hai jo jo Khuda ke creation plan ko jaane.</w:t>
      </w:r>
    </w:p>
    <w:p>
      <w:pPr>
        <w:jc w:val="right"/>
      </w:pPr>
      <w:r>
        <w:t>اس contradiction کا جواب ہے اس آدمی کو معلوم ہو سکتا ہے جو جو خدا کے creation plan کو جانے۔</w:t>
      </w:r>
    </w:p>
    <w:p>
      <w:r>
        <w:rPr>
          <w:b/>
        </w:rPr>
        <w:t xml:space="preserve">[30:47] </w:t>
      </w:r>
      <w:r>
        <w:t>log Khuda ke jo creation plan hai us ko jaane baghair chahte hain ke de-stress karein insan ko.</w:t>
      </w:r>
    </w:p>
    <w:p>
      <w:pPr>
        <w:jc w:val="right"/>
      </w:pPr>
      <w:r>
        <w:t>لوگ خدا کے جو creation plan ہے اس کو جانے بغیر چاہتے ہیں کہ ڈی اسٹریس کریں انسان کو۔</w:t>
      </w:r>
    </w:p>
    <w:p>
      <w:r>
        <w:rPr>
          <w:b/>
        </w:rPr>
        <w:t xml:space="preserve">[30:56] </w:t>
      </w:r>
      <w:r>
        <w:t>masle ko hal karein. Woh mumkin nahi hai. Creation plan kya hai?</w:t>
      </w:r>
    </w:p>
    <w:p>
      <w:pPr>
        <w:jc w:val="right"/>
      </w:pPr>
      <w:r>
        <w:t>مسئلے کو حل کریں۔ وہ ممکن نہیں ہے۔ Creation plan کیا ہے؟</w:t>
      </w:r>
    </w:p>
    <w:p>
      <w:r>
        <w:rPr>
          <w:b/>
        </w:rPr>
        <w:t xml:space="preserve">[31:03] </w:t>
      </w:r>
      <w:r>
        <w:t>Khuda ne insan ko jis ko hum kehte hain desire seeking animal, woh kehte hain paradise seeking animal hai woh.</w:t>
      </w:r>
    </w:p>
    <w:p>
      <w:pPr>
        <w:jc w:val="right"/>
      </w:pPr>
      <w:r>
        <w:t>خدا نے انسان کو جس کو ہم کہتے ہیں desire seeking animal، وہ کہتے ہیں paradise seeking animal ہے وہ۔</w:t>
      </w:r>
    </w:p>
    <w:p>
      <w:r>
        <w:rPr>
          <w:b/>
        </w:rPr>
        <w:t xml:space="preserve">[31:13] </w:t>
      </w:r>
      <w:r>
        <w:t>jis ko kaha jata hai ke "Man is a desire seeking animal." .haqiqat mein kya hai woh? Woh haqiqat mein hai "Man is a paradise seeking animal." .</w:t>
      </w:r>
    </w:p>
    <w:p>
      <w:pPr>
        <w:jc w:val="right"/>
      </w:pPr>
      <w:r>
        <w:t>جس کو کہا جاتا ہے کہ "Man is a desire seeking animal." ۔ حقیقت میں کیا ہے وہ؟ وہ حقیقت میں ہے "Man is a paradise seeking animal." ۔</w:t>
      </w:r>
    </w:p>
    <w:p>
      <w:r>
        <w:rPr>
          <w:b/>
        </w:rPr>
        <w:t xml:space="preserve">[31:24] </w:t>
      </w:r>
      <w:r>
        <w:t>yani jannat ka mutalashi hai. Insan paidaishi taur par by birth jannat ka talib hai.</w:t>
      </w:r>
    </w:p>
    <w:p>
      <w:pPr>
        <w:jc w:val="right"/>
      </w:pPr>
      <w:r>
        <w:t>یعنی جنت کا متلاشی ہے۔ انسان پیدائشی طور پر by birth جنت کا طالب ہے۔</w:t>
      </w:r>
    </w:p>
    <w:p>
      <w:r>
        <w:rPr>
          <w:b/>
        </w:rPr>
        <w:t xml:space="preserve">[31:32] </w:t>
      </w:r>
      <w:r>
        <w:t>woh jannat jo perfect world hogi, ideal world hogi. Jahan koi limitations nahi, jahan koi disadvantage nahi.</w:t>
      </w:r>
    </w:p>
    <w:p>
      <w:pPr>
        <w:jc w:val="right"/>
      </w:pPr>
      <w:r>
        <w:t>وہ جنت جو perfect world ہوگی، ideal world ہوگی۔ جہاں کوئی limitations نہیں، جہاں کوئی disadvantage نہیں۔</w:t>
      </w:r>
    </w:p>
    <w:p>
      <w:r>
        <w:rPr>
          <w:b/>
        </w:rPr>
        <w:t xml:space="preserve">[31:44] </w:t>
      </w:r>
      <w:r>
        <w:t>Quran ke lafzon mein jahan na khauf hai na huzn hai. To jin insan apni paidaish ke aitbar se paradise seeking animal hai.</w:t>
      </w:r>
    </w:p>
    <w:p>
      <w:pPr>
        <w:jc w:val="right"/>
      </w:pPr>
      <w:r>
        <w:t>قرآن کے لفظوں میں جہاں نہ خوف ہے نہ حزن ہے۔ تو جن انسان اپنی پیدائش کے اعتبار سے paradise seeking animal ہے۔</w:t>
      </w:r>
    </w:p>
    <w:p>
      <w:r>
        <w:rPr>
          <w:b/>
        </w:rPr>
        <w:t xml:space="preserve">[31:56] </w:t>
      </w:r>
      <w:r>
        <w:t>lekin jahan rehna padta hai us ko woh kya hai? Woh paradise nahi hai.</w:t>
      </w:r>
    </w:p>
    <w:p>
      <w:pPr>
        <w:jc w:val="right"/>
      </w:pPr>
      <w:r>
        <w:t>لیکن جہاں رہنا پڑتا ہے اس کو وہ کیا ہے؟ وہ paradise نہیں ہے۔</w:t>
      </w:r>
    </w:p>
    <w:p>
      <w:r>
        <w:rPr>
          <w:b/>
        </w:rPr>
        <w:t xml:space="preserve">[32:04] </w:t>
      </w:r>
      <w:r>
        <w:t>yani jannat pasand insan ko ghair jannat mein rehna parta hai. sara stress ka khulasa yahi hai. yani paradise seeking animal ko non-paradise mein rehna parta hai.</w:t>
      </w:r>
    </w:p>
    <w:p>
      <w:pPr>
        <w:jc w:val="right"/>
      </w:pPr>
      <w:r>
        <w:t>یعنی جنت پسند انسان کو غیر جنت میں رہنا پڑتا ہے۔ سارا اسٹریس کا خلاصہ یہی ہے۔ یعنی paradise seeking animal کو non-paradise میں رہنا پڑتا ہے۔</w:t>
      </w:r>
    </w:p>
    <w:p>
      <w:r>
        <w:rPr>
          <w:b/>
        </w:rPr>
        <w:t xml:space="preserve">[32:21] </w:t>
      </w:r>
      <w:r>
        <w:t>is yahi contradiction hai jo hai paida karta hai sare is stress ko. is ka best formula Hazrat Ali ne diya tha.</w:t>
      </w:r>
    </w:p>
    <w:p>
      <w:pPr>
        <w:jc w:val="right"/>
      </w:pPr>
      <w:r>
        <w:t>اس یہی contradiction ہے جو ہے پیدا کرتا ہے سارے اس اسٹریس کو۔ اس کا best فارمولا حضرت علی نے دیا تھا۔</w:t>
      </w:r>
    </w:p>
    <w:p>
      <w:r>
        <w:rPr>
          <w:b/>
        </w:rPr>
        <w:t xml:space="preserve">[32:33] </w:t>
      </w:r>
      <w:r>
        <w:t>mein samajhta hoon ke best formula hai woh. yani woh unhon ne kaha tha ke jo hua wahi behtar tha.</w:t>
      </w:r>
    </w:p>
    <w:p>
      <w:pPr>
        <w:jc w:val="right"/>
      </w:pPr>
      <w:r>
        <w:t>میں سمجھتا ہوں کہ best فارمولا ہے وہ۔ یعنی وہ انہوں نے کہا تھا کہ جو ہوا وہی بہتر تھا۔</w:t>
      </w:r>
    </w:p>
    <w:p>
      <w:r>
        <w:rPr>
          <w:b/>
        </w:rPr>
        <w:t xml:space="preserve">[32:43] </w:t>
      </w:r>
      <w:r>
        <w:t>jo mujhe mila, jo hua wahi behtar tha.</w:t>
      </w:r>
    </w:p>
    <w:p>
      <w:pPr>
        <w:jc w:val="right"/>
      </w:pPr>
      <w:r>
        <w:t>جو مجھے ملا، جو ہوا وہی بہتر تھا۔</w:t>
      </w:r>
    </w:p>
    <w:p>
      <w:r>
        <w:rPr>
          <w:b/>
        </w:rPr>
        <w:t xml:space="preserve">[32:50] </w:t>
      </w:r>
      <w:r>
        <w:t>to aap yeh yeh yeh jab tak zehan na aaye, aap is is raaz ko na daryaft karein ke alkhair feema waqa</w:t>
      </w:r>
    </w:p>
    <w:p>
      <w:pPr>
        <w:jc w:val="right"/>
      </w:pPr>
      <w:r>
        <w:t>تو آپ یہ یہ یہ جب تک ذہن نہ آئے، آپ اس اس راز کو نہ دریافت کریں کہ الخیر فیما وقع</w:t>
      </w:r>
    </w:p>
    <w:p>
      <w:r>
        <w:rPr>
          <w:b/>
        </w:rPr>
        <w:t xml:space="preserve">[33:02] </w:t>
      </w:r>
      <w:r>
        <w:t>alkhair feema waqa. yani What happened was what happened happened for my betterment.</w:t>
      </w:r>
    </w:p>
    <w:p>
      <w:pPr>
        <w:jc w:val="right"/>
      </w:pPr>
      <w:r>
        <w:t>الخیر فیما وقع ۔ یعنی What happened was what happened happened for my betterment ۔</w:t>
      </w:r>
    </w:p>
    <w:p>
      <w:r>
        <w:rPr>
          <w:b/>
        </w:rPr>
        <w:t xml:space="preserve">[33:13] </w:t>
      </w:r>
      <w:r>
        <w:t>jo hua wahi mere liye behtar tha.</w:t>
      </w:r>
    </w:p>
    <w:p>
      <w:pPr>
        <w:jc w:val="right"/>
      </w:pPr>
      <w:r>
        <w:t>جو ہوا وہی میرے لیے بہتر تھا۔</w:t>
      </w:r>
    </w:p>
    <w:p>
      <w:r>
        <w:rPr>
          <w:b/>
        </w:rPr>
        <w:t xml:space="preserve">[33:16] </w:t>
      </w:r>
      <w:r>
        <w:t>yahan mein aap ko apna aik tajruba arz karna chahta hoon. aik bohat bara tajruba. jo hum sab ka tajruba hai.</w:t>
      </w:r>
    </w:p>
    <w:p>
      <w:pPr>
        <w:jc w:val="right"/>
      </w:pPr>
      <w:r>
        <w:t>یہاں میں آپ کو اپنا ایک تجربہ عرض کرنا چاہتا ہوں۔ ایک بہت بڑا تجربہ۔ جو ہم سب کا تجربہ ہے۔</w:t>
      </w:r>
    </w:p>
    <w:p>
      <w:r>
        <w:rPr>
          <w:b/>
        </w:rPr>
        <w:t xml:space="preserve">[33:27] </w:t>
      </w:r>
      <w:r>
        <w:t>aap taajjub karein ge ke mein rozana apni ungli par aik cheez ginta hoon. rozana ginta hoon. kya baat?</w:t>
      </w:r>
    </w:p>
    <w:p>
      <w:pPr>
        <w:jc w:val="right"/>
      </w:pPr>
      <w:r>
        <w:t>آپ تعجب کریں گے کہ میں روزانہ اپنی انگلی پر ایک چیز گنتا ہوں۔ روزانہ گنتا ہوں۔ کیا بات؟</w:t>
      </w:r>
    </w:p>
    <w:p>
      <w:r>
        <w:rPr>
          <w:b/>
        </w:rPr>
        <w:t xml:space="preserve">[33:35] </w:t>
      </w:r>
      <w:r>
        <w:t>ke bachpan se mere sath kya hua ke mein ne falan cheez chahi, woh mujhe nahi mili. falan cheez chahi, woh mujhe nahi mili. falan cheez chahi, woh mujhe nahi mili.</w:t>
      </w:r>
    </w:p>
    <w:p>
      <w:pPr>
        <w:jc w:val="right"/>
      </w:pPr>
      <w:r>
        <w:t>کہ بچپن سے میرے ساتھ کیا ہوا کہ میں نے فلاں چیز چاہی، وہ مجھے نہیں ملی۔ فلاں چیز چاہی، وہ مجھے نہیں ملی۔ فلاں چیز چاہی، وہ مجھے نہیں ملی۔</w:t>
      </w:r>
    </w:p>
    <w:p>
      <w:r>
        <w:rPr>
          <w:b/>
        </w:rPr>
        <w:t xml:space="preserve">[33:44] </w:t>
      </w:r>
      <w:r>
        <w:t>ungliyon par ginta hoon mein.</w:t>
      </w:r>
    </w:p>
    <w:p>
      <w:pPr>
        <w:jc w:val="right"/>
      </w:pPr>
      <w:r>
        <w:t>انگلیوں پر گنتا ہوں میں۔</w:t>
      </w:r>
    </w:p>
    <w:p>
      <w:r>
        <w:rPr>
          <w:b/>
        </w:rPr>
        <w:t xml:space="preserve">[33:48] </w:t>
      </w:r>
      <w:r>
        <w:t>aur aaj mein sochta hoon ke in mein se aik cheez bhi agar mujhe mil gayi hoti to mein tabah ho jata.</w:t>
      </w:r>
    </w:p>
    <w:p>
      <w:pPr>
        <w:jc w:val="right"/>
      </w:pPr>
      <w:r>
        <w:t>اور آج میں سوچتا ہوں کہ ان میں سے ایک چیز بھی اگر مجھے مل گئی ہوتی تو میں تباہ ہو جاتا۔</w:t>
      </w:r>
    </w:p>
    <w:p>
      <w:r>
        <w:rPr>
          <w:b/>
        </w:rPr>
        <w:t xml:space="preserve">[33:57] </w:t>
      </w:r>
      <w:r>
        <w:t>to alkhair feema waqa. mera yeh tajruba hai. aqeedah nahi hai. jo hua wahi behtar tha.</w:t>
      </w:r>
    </w:p>
    <w:p>
      <w:pPr>
        <w:jc w:val="right"/>
      </w:pPr>
      <w:r>
        <w:t>تو الخير فیما وقع ۔ میرا یہ تجربہ ہے۔ عقیدہ نہیں ہے۔ جو ہوا وہی بہتر تھا۔</w:t>
      </w:r>
    </w:p>
    <w:p>
      <w:r>
        <w:rPr>
          <w:b/>
        </w:rPr>
        <w:t xml:space="preserve">[34:07] </w:t>
      </w:r>
      <w:r>
        <w:t>to yeh kainat ko control kar raha hai kaun? alamul ghaib. is kainat ko, history ko manage kar raha hai kaun?</w:t>
      </w:r>
    </w:p>
    <w:p>
      <w:pPr>
        <w:jc w:val="right"/>
      </w:pPr>
      <w:r>
        <w:t>تو یہ کائنات کو کنٹرول کر رہا ہے کون؟ عالم الغیب۔ اس کائنات کو، history کو manage کر رہا ہے کون؟</w:t>
      </w:r>
    </w:p>
    <w:p>
      <w:r>
        <w:rPr>
          <w:b/>
        </w:rPr>
        <w:t xml:space="preserve">[34:16] </w:t>
      </w:r>
      <w:r>
        <w:t>alamul ghaib.</w:t>
      </w:r>
    </w:p>
    <w:p>
      <w:pPr>
        <w:jc w:val="right"/>
      </w:pPr>
      <w:r>
        <w:t>عالم الغیب۔</w:t>
      </w:r>
    </w:p>
    <w:p>
      <w:r>
        <w:rPr>
          <w:b/>
        </w:rPr>
        <w:t xml:space="preserve">[34:20] </w:t>
      </w:r>
      <w:r>
        <w:t>to Allah apne faisle ke tehat kuch deta hai, kuch chheenta hai.</w:t>
      </w:r>
    </w:p>
    <w:p>
      <w:pPr>
        <w:jc w:val="right"/>
      </w:pPr>
      <w:r>
        <w:t>تو اللہ اپنے فیصلے کے تحت کچھ دیتا ہے، کچھ چھینتا ہے۔</w:t>
      </w:r>
    </w:p>
    <w:p>
      <w:r>
        <w:rPr>
          <w:b/>
        </w:rPr>
        <w:t xml:space="preserve">[34:27] </w:t>
      </w:r>
      <w:r>
        <w:t>At random nahi ho raha hai, yaad rakhiye. At random nahi ho raha hai.</w:t>
      </w:r>
    </w:p>
    <w:p>
      <w:pPr>
        <w:jc w:val="right"/>
      </w:pPr>
      <w:r>
        <w:t>At random نہیں ہو رہا ہے، یاد رکھیے۔ At random نہیں ہو رہا ہے۔</w:t>
      </w:r>
    </w:p>
    <w:p>
      <w:r>
        <w:rPr>
          <w:b/>
        </w:rPr>
        <w:t xml:space="preserve">[34:36] </w:t>
      </w:r>
      <w:r>
        <w:t>kisi ko dena, kisi yani dono hi dena aur na dena.</w:t>
      </w:r>
    </w:p>
    <w:p>
      <w:pPr>
        <w:jc w:val="right"/>
      </w:pPr>
      <w:r>
        <w:t>کسی کو دینا، کسی یعنی دونوں ہی دینا اور نہ دینا۔</w:t>
      </w:r>
    </w:p>
    <w:p>
      <w:r>
        <w:rPr>
          <w:b/>
        </w:rPr>
        <w:t xml:space="preserve">[34:43] </w:t>
      </w:r>
      <w:r>
        <w:t>aap dekhiye Surah Al-Fajr ko padhiye aap. is mein dene aur chheen ne ko, paane aur na paane dono ko Allah ka muamla bataya gaya tha.</w:t>
      </w:r>
    </w:p>
    <w:p>
      <w:pPr>
        <w:jc w:val="right"/>
      </w:pPr>
      <w:r>
        <w:t>آپ دیکھیے سورہ الفجر کو پڑھیے آپ۔ اس میں دینے اور چھیننے کو، پانے اور نہ پانے دونوں کو اللہ کا معاملہ بتایا گیا تھا۔</w:t>
      </w:r>
    </w:p>
    <w:p>
      <w:r>
        <w:rPr>
          <w:b/>
        </w:rPr>
        <w:t xml:space="preserve">[34:57] </w:t>
      </w:r>
      <w:r>
        <w:t>dono ko, dono ko. Surah Al-Fajr ko padhiye aap. to jab aap ko kuch mile, jab aap ko kuch mile to samjhiye ke Allah ka inaam aap ko mila.</w:t>
      </w:r>
    </w:p>
    <w:p>
      <w:pPr>
        <w:jc w:val="right"/>
      </w:pPr>
      <w:r>
        <w:t>دونوں کو، دونوں کو۔ سورہ الفجر کو پڑھیے آپ۔ تو جب آپ کو کچھ ملے، جب آپ کو کچھ ملے تو سمجھیے کہ اللہ کا انعام آپ کو ملا۔</w:t>
      </w:r>
    </w:p>
    <w:p>
      <w:r>
        <w:rPr>
          <w:b/>
        </w:rPr>
        <w:t xml:space="preserve">[35:08] </w:t>
      </w:r>
      <w:r>
        <w:t>koi cheez chhin jaye tab bhi samjhiye ke Allah ne aap ki kisi behtari ke liye aisa kiya hai.</w:t>
      </w:r>
    </w:p>
    <w:p>
      <w:pPr>
        <w:jc w:val="right"/>
      </w:pPr>
      <w:r>
        <w:t>کوئی چیز چھن جائے تب بھی سمجھیے کہ اللہ نے آپ کی کسی بہتری کے لیے ایسا کیا ہے۔</w:t>
      </w:r>
    </w:p>
    <w:p>
      <w:r>
        <w:rPr>
          <w:b/>
        </w:rPr>
        <w:t xml:space="preserve">[35:17] </w:t>
      </w:r>
      <w:r>
        <w:t>to Fani ka aik sher hai ke meri hawas ko aish do alam bhi tha qabool.</w:t>
      </w:r>
    </w:p>
    <w:p>
      <w:pPr>
        <w:jc w:val="right"/>
      </w:pPr>
      <w:r>
        <w:t>تو فانی کا ایک شعر ہے کہ میری ہوس کو عیش دو عالم بھی تھا قبول۔</w:t>
      </w:r>
    </w:p>
    <w:p>
      <w:r>
        <w:rPr>
          <w:b/>
        </w:rPr>
        <w:t xml:space="preserve">[35:27] </w:t>
      </w:r>
      <w:r>
        <w:t>tera karam ke tu ne diya dil likha hua.</w:t>
      </w:r>
    </w:p>
    <w:p>
      <w:pPr>
        <w:jc w:val="right"/>
      </w:pPr>
      <w:r>
        <w:t>تیرا کرم کہ تو نے دیا دل لکھا ہوا۔</w:t>
      </w:r>
    </w:p>
    <w:p>
      <w:r>
        <w:rPr>
          <w:b/>
        </w:rPr>
        <w:t xml:space="preserve">[35:31] </w:t>
      </w:r>
      <w:r>
        <w:t>Fani Badayuni bare different qism ke shayar the. aur mein samajhta hoon ke mein un par aik mazmoon likha tha mein ne bohat pehle.</w:t>
      </w:r>
    </w:p>
    <w:p>
      <w:pPr>
        <w:jc w:val="right"/>
      </w:pPr>
      <w:r>
        <w:t>فانی بدایونی بڑے different قسم کے شاعر تھے۔ اور میں سمجھتا ہوں کہ میں ان پر ایک مضمون لکھا تھا میں نے بہت پہلے۔</w:t>
      </w:r>
    </w:p>
    <w:p>
      <w:r>
        <w:rPr>
          <w:b/>
        </w:rPr>
        <w:t xml:space="preserve">[35:42] </w:t>
      </w:r>
      <w:r>
        <w:t>aik article chhaapa tha ghaliban Nigar mein. is ka unwaan tha "Fani Haqeeqat ki Talash mein Sargardan".</w:t>
      </w:r>
    </w:p>
    <w:p>
      <w:pPr>
        <w:jc w:val="right"/>
      </w:pPr>
      <w:r>
        <w:t>ایک آرٹیکل چھپا تھا غالباً نگار میں۔ اس کا عنوان تھا "فانی حقیقت کی تلاش میں سرگرداں"۔</w:t>
      </w:r>
    </w:p>
    <w:p>
      <w:r>
        <w:rPr>
          <w:b/>
        </w:rPr>
        <w:t xml:space="preserve">[35:53] </w:t>
      </w:r>
      <w:r>
        <w:t>bahut pehle ki baat hai. shayad azadi se pehle ki baat hai.</w:t>
      </w:r>
    </w:p>
    <w:p>
      <w:pPr>
        <w:jc w:val="right"/>
      </w:pPr>
      <w:r>
        <w:t>بہت پہلے کی بات ہے۔ شاید آزادی سے پہلے کی بات ہے۔</w:t>
      </w:r>
    </w:p>
    <w:p>
      <w:r>
        <w:rPr>
          <w:b/>
        </w:rPr>
        <w:t xml:space="preserve">[35:59] </w:t>
      </w:r>
      <w:r>
        <w:t>fani haqeeqat ki talash mein sargardan. to fani ne bahut kuch chaha woh. woh mislan woh un ko baap ki taraf se bahut bara ghar mila tha.</w:t>
      </w:r>
    </w:p>
    <w:p>
      <w:pPr>
        <w:jc w:val="right"/>
      </w:pPr>
      <w:r>
        <w:t>فانی حقیقت کی تلاش میں سرگرداں۔ تو فانی نے بہت کچھ چاہا وہ۔ وہ مثلاً وہ ان کو باپ کی طرف سے بہت بڑا گھر ملا تھا۔</w:t>
      </w:r>
    </w:p>
    <w:p>
      <w:r>
        <w:rPr>
          <w:b/>
        </w:rPr>
        <w:t xml:space="preserve">[36:11] </w:t>
      </w:r>
      <w:r>
        <w:t>kafi bara ghar. lekin is ghar mein unhein kuch tazkar nahi hoti thi. is ghar mein un ka haal yeh tha, ghar mein walk karte thay woh aur yeh sher parhte thay.</w:t>
      </w:r>
    </w:p>
    <w:p>
      <w:pPr>
        <w:jc w:val="right"/>
      </w:pPr>
      <w:r>
        <w:t>کافی بڑا گھر۔ لیکن اس گھر میں انہیں کچھ تذکر نہیں ہوتی تھی۔ اس گھر میں ان کا حال یہ تھا، گھر میں واک کرتے تھے وہ اور یہ شعر پڑھتے تھے۔</w:t>
      </w:r>
    </w:p>
    <w:p>
      <w:r>
        <w:rPr>
          <w:b/>
        </w:rPr>
        <w:t xml:space="preserve">[36:29] </w:t>
      </w:r>
      <w:r>
        <w:t>kafi bara ghar aur har qism ka is mein aasudgi ka saman. to is mein walk karte thay aur yeh sher parhte thay ke woh</w:t>
      </w:r>
    </w:p>
    <w:p>
      <w:pPr>
        <w:jc w:val="right"/>
      </w:pPr>
      <w:r>
        <w:t>کافی بڑا گھر اور ہر قسم کا اس میں آسودگی کا سامان۔ تو اس میں واک کرتے تھے اور یہ شعر پڑھتے تھے کہ وہ</w:t>
      </w:r>
    </w:p>
    <w:p>
      <w:r>
        <w:rPr>
          <w:b/>
        </w:rPr>
        <w:t xml:space="preserve">[36:45] </w:t>
      </w:r>
      <w:r>
        <w:t>apne deewane pa itmam kar ya rab.</w:t>
      </w:r>
    </w:p>
    <w:p>
      <w:pPr>
        <w:jc w:val="right"/>
      </w:pPr>
      <w:r>
        <w:t>اپنے دیوانے پا اتمام کر یا رب۔</w:t>
      </w:r>
    </w:p>
    <w:p>
      <w:r>
        <w:rPr>
          <w:b/>
        </w:rPr>
        <w:t xml:space="preserve">[36:52] </w:t>
      </w:r>
      <w:r>
        <w:t>apne deewane pa itmam kar ya rab. dar o deewar diye, ab unhein virani de. yani yeh dar o deewar ghar</w:t>
      </w:r>
    </w:p>
    <w:p>
      <w:pPr>
        <w:jc w:val="right"/>
      </w:pPr>
      <w:r>
        <w:t>اپنے دیوانے پا اتمام کر یا رب۔ در و دیوار دیے، اب انہیں ویرانی دے۔ یعنی یہ در و دیوار گھر</w:t>
      </w:r>
    </w:p>
    <w:p>
      <w:r>
        <w:rPr>
          <w:b/>
        </w:rPr>
        <w:t xml:space="preserve">[37:03] </w:t>
      </w:r>
      <w:r>
        <w:t>kya hai? dar o deewari to hai magar mujhe is ko sukoon nahi milta. yeh sach acha hai ke main mar jaon. to un ko haqeeqat to nahi mili lekin mutalashi zaroor thay haqeeqat ke woh.</w:t>
      </w:r>
    </w:p>
    <w:p>
      <w:pPr>
        <w:jc w:val="right"/>
      </w:pPr>
      <w:r>
        <w:t>کیا ہے؟ در و دیواری تو ہے مگر مجھے اس کو سکون نہیں ملتا۔ یہ سچ اچھا ہے کہ میں مر جاؤں۔ تو ان کو حقیقت تو نہیں ملی لیکن متلاشی ضرور تھے حقیقت کے وہ۔</w:t>
      </w:r>
    </w:p>
    <w:p>
      <w:r>
        <w:rPr>
          <w:b/>
        </w:rPr>
        <w:t xml:space="preserve">[37:16] </w:t>
      </w:r>
      <w:r>
        <w:t>to is is bahut bare ghar mein jo haveli kehlata tha is mein woh is tarah rehte thay ke apne deewane pa itmam kar ya rab.</w:t>
      </w:r>
    </w:p>
    <w:p>
      <w:pPr>
        <w:jc w:val="right"/>
      </w:pPr>
      <w:r>
        <w:t>تو اس اس بہت بڑے گھر میں جو حویلی کہلاتا تھا اس میں وہ اس طرح رہتے تھے کہ اپنے دیوانے پا اتمام کر یا رب۔</w:t>
      </w:r>
    </w:p>
    <w:p>
      <w:r>
        <w:rPr>
          <w:b/>
        </w:rPr>
        <w:t xml:space="preserve">[37:31] </w:t>
      </w:r>
      <w:r>
        <w:t>dar o deewar diye, ab unhein virani de. matlab ghar se to tazkar mili nahi, shayad marne mein tazkar mil jaye mujhe.</w:t>
      </w:r>
    </w:p>
    <w:p>
      <w:pPr>
        <w:jc w:val="right"/>
      </w:pPr>
      <w:r>
        <w:t>در و دیوار دیے، اب انہیں ویرانی دے۔ مطلب گھر سے تو تذکرہ ملی نہیں، شاید مرنے میں تذکرہ مل جائے مجھے۔</w:t>
      </w:r>
    </w:p>
    <w:p>
      <w:r>
        <w:rPr>
          <w:b/>
        </w:rPr>
        <w:t xml:space="preserve">[37:40] </w:t>
      </w:r>
      <w:r>
        <w:t>to dunya mein koi bhi cheez aap ko mil jay</w:t>
      </w:r>
    </w:p>
    <w:p>
      <w:pPr>
        <w:jc w:val="right"/>
      </w:pPr>
      <w:r>
        <w:t>تو دنیا میں کوئی بھی چیز آپ کو مل جائ</w:t>
      </w:r>
    </w:p>
    <w:p>
      <w:r>
        <w:rPr>
          <w:b/>
        </w:rPr>
        <w:t xml:space="preserve">[37:43] </w:t>
      </w:r>
      <w:r>
        <w:t>e. bara ghar, bari car, shandar bangla, bahut bara business.</w:t>
      </w:r>
    </w:p>
    <w:p>
      <w:pPr>
        <w:jc w:val="right"/>
      </w:pPr>
      <w:r>
        <w:t>ے۔ بڑا گھر، بڑی کار، شاندار بنگلہ، بہت بڑا بزنس۔</w:t>
      </w:r>
    </w:p>
    <w:p>
      <w:r>
        <w:rPr>
          <w:b/>
        </w:rPr>
        <w:t xml:space="preserve">[37:52] </w:t>
      </w:r>
      <w:r>
        <w:t>bahut bara bank balance. abhi aaj hi ke akhbar mein do ladies ke marne ki khabar chhapi hai.</w:t>
      </w:r>
    </w:p>
    <w:p>
      <w:pPr>
        <w:jc w:val="right"/>
      </w:pPr>
      <w:r>
        <w:t>بہت بڑا بینک بیلنس۔ ابھی آج ہی کے اخبار میں دو لیڈیز کے مرنے کی خبر چھپی ہے۔</w:t>
      </w:r>
    </w:p>
    <w:p>
      <w:r>
        <w:rPr>
          <w:b/>
        </w:rPr>
        <w:t xml:space="preserve">[38:01] </w:t>
      </w:r>
      <w:r>
        <w:t>donon pachas saal ke aas pas thi woh. aur donon ke bare mein main janta hoon ke bahut paisa un ke pas tha. bara ghar, bari car, sab kuch thi un ke pas.</w:t>
      </w:r>
    </w:p>
    <w:p>
      <w:pPr>
        <w:jc w:val="right"/>
      </w:pPr>
      <w:r>
        <w:t>دونوں پچاس سال کے آس پاس تھیں وہ۔ اور دونوں کے بارے میں میں جانتا ہوں کہ بہت پیسہ ان کے پاس تھا۔ بڑا گھر، بڑی کار، سب کچھ تھی ان کے پاس۔</w:t>
      </w:r>
    </w:p>
    <w:p>
      <w:r>
        <w:rPr>
          <w:b/>
        </w:rPr>
        <w:t xml:space="preserve">[38:12] </w:t>
      </w:r>
      <w:r>
        <w:t>aur pachas pachis saal ke andar mar gayin woh. kyun? is mein yani aadmi ko tazkar nahi milti is mein</w:t>
      </w:r>
    </w:p>
    <w:p>
      <w:pPr>
        <w:jc w:val="right"/>
      </w:pPr>
      <w:r>
        <w:t>اور پچاس پچیس سال کے اندر مر گئیں وہ۔ کیوں؟ اس میں یعنی آدمی کو تذکرہ نہیں ملتی اس میں</w:t>
      </w:r>
    </w:p>
    <w:p>
      <w:r>
        <w:rPr>
          <w:b/>
        </w:rPr>
        <w:t xml:space="preserve">[38:21] </w:t>
      </w:r>
      <w:r>
        <w:t>۔ tarah tarah ki bimariyan. blood pressure, sugar. aur yeh woh dunya bhar ki cheezen. to tension mein jeeta hai insan.</w:t>
      </w:r>
    </w:p>
    <w:p>
      <w:pPr>
        <w:jc w:val="right"/>
      </w:pPr>
      <w:r>
        <w:t>۔ طرح طرح کی بیماریاں۔ بلڈ پریشر، شوگر۔ اور یہ وہ دنیا بھر کی چیزیں۔ تو ٹینشن میں جیتا ہے انسان۔</w:t>
      </w:r>
    </w:p>
    <w:p>
      <w:r>
        <w:rPr>
          <w:b/>
        </w:rPr>
        <w:t xml:space="preserve">[38:30] </w:t>
      </w:r>
      <w:r>
        <w:t>tension mein. kyun jeeta hai tension mein? ke man made boundaries mein aap ko kabhi tazkar nahi mil sakti hai.</w:t>
      </w:r>
    </w:p>
    <w:p>
      <w:pPr>
        <w:jc w:val="right"/>
      </w:pPr>
      <w:r>
        <w:t>ٹینشن میں۔ کیوں جیتا ہے ٹینشن میں؟ کہ مین میڈ باؤنڈریز میں آپ کو کبھی تذکرہ نہیں مل سکتی ہے۔</w:t>
      </w:r>
    </w:p>
    <w:p>
      <w:r>
        <w:rPr>
          <w:b/>
        </w:rPr>
        <w:t xml:space="preserve">[38:42] </w:t>
      </w:r>
      <w:r>
        <w:t>tazkar milegi god made boundaries mein.</w:t>
      </w:r>
    </w:p>
    <w:p>
      <w:pPr>
        <w:jc w:val="right"/>
      </w:pPr>
      <w:r>
        <w:t>تذکرہ ملے گی گاڈ میڈ باؤنڈریز میں۔</w:t>
      </w:r>
    </w:p>
    <w:p>
      <w:r>
        <w:rPr>
          <w:b/>
        </w:rPr>
        <w:t xml:space="preserve">[38:46] </w:t>
      </w:r>
      <w:r>
        <w:t>dunya mein Allah ke banaye hue jo nature hai is mein akhirat mein Allah ki banayi hui jannat, jannat jo hai is mein.</w:t>
      </w:r>
    </w:p>
    <w:p>
      <w:pPr>
        <w:jc w:val="right"/>
      </w:pPr>
      <w:r>
        <w:t>دنیا میں اللہ کے بنائے ہوئے جو نیچر ہے اس میں آخرت میں اللہ کی بنائی ہوئی جنت، جنت جو ہے اس میں۔</w:t>
      </w:r>
    </w:p>
    <w:p>
      <w:r>
        <w:rPr>
          <w:b/>
        </w:rPr>
        <w:t xml:space="preserve">[38:58] </w:t>
      </w:r>
      <w:r>
        <w:t>to asal mein jitne psychiatrist hain un ko ideology ka pata nahi.</w:t>
      </w:r>
    </w:p>
    <w:p>
      <w:pPr>
        <w:jc w:val="right"/>
      </w:pPr>
      <w:r>
        <w:t>تو اصل میں جتنے سائیکیٹرسٹ ہیں ان کو آئیڈیالوجی کا پتہ نہیں۔</w:t>
      </w:r>
    </w:p>
    <w:p>
      <w:r>
        <w:rPr>
          <w:b/>
        </w:rPr>
        <w:t xml:space="preserve">[39:07] </w:t>
      </w:r>
      <w:r>
        <w:t>woh un ko isi man made dunya mein dhoond rahe hain. isi mein method nikalte hain. isi mein exercise nikalte hain. isi mein meditation nikalte hain.</w:t>
      </w:r>
    </w:p>
    <w:p>
      <w:pPr>
        <w:jc w:val="right"/>
      </w:pPr>
      <w:r>
        <w:t>وہ ان کو اسی مین میڈ دنیا میں ڈھونڈ رہے ہیں۔ اسی میں method نکالتے ہیں۔ اسی میں ایک exercise نکالتے ہیں۔ اسی میں meditation نکالتے ہیں۔</w:t>
      </w:r>
    </w:p>
    <w:p>
      <w:r>
        <w:rPr>
          <w:b/>
        </w:rPr>
        <w:t xml:space="preserve">[39:17] </w:t>
      </w:r>
      <w:r>
        <w:t>isi mein tarah tarah ki baaten nikalte hain. wahan woh cheez maujood hi nahi hai.</w:t>
      </w:r>
    </w:p>
    <w:p>
      <w:pPr>
        <w:jc w:val="right"/>
      </w:pPr>
      <w:r>
        <w:t>اسی میں طرح طرح کی باتیں نکالتے ہیں۔ وہاں وہ چیز موجود ہی نہیں ہے۔</w:t>
      </w:r>
    </w:p>
    <w:p>
      <w:r>
        <w:rPr>
          <w:b/>
        </w:rPr>
        <w:t xml:space="preserve">[39:25] </w:t>
      </w:r>
      <w:r>
        <w:t>to sab se pehle cheez hai ke aap jannay ke what is the creation plan of creator. khalq ka mansooba takhleeq kya hai?</w:t>
      </w:r>
    </w:p>
    <w:p>
      <w:pPr>
        <w:jc w:val="right"/>
      </w:pPr>
      <w:r>
        <w:t>تو سب سے پہلے چیز ہے کہ آپ جانیں کہ What is the creation plan of creator ۔ خالق کا منصوبہ تخلیق کیا ہے؟</w:t>
      </w:r>
    </w:p>
    <w:p>
      <w:r>
        <w:rPr>
          <w:b/>
        </w:rPr>
        <w:t xml:space="preserve">[39:36] </w:t>
      </w:r>
      <w:r>
        <w:t>phir is se apni koi adjustment dhoondhiye. tab ja kar aap jannay ge ke is ka raaz kya hai. to aam taur par kya hota hai dekhiye.</w:t>
      </w:r>
    </w:p>
    <w:p>
      <w:pPr>
        <w:jc w:val="right"/>
      </w:pPr>
      <w:r>
        <w:t>پھر اس سے اپنی کوئی adjustment ڈھونڈیے۔ تب جا کر آپ جانیں گے کہ اس کا راز کیا ہے۔ تو عام طور پر کیا ہوتا ہے دیکھیے۔</w:t>
      </w:r>
    </w:p>
    <w:p>
      <w:r>
        <w:rPr>
          <w:b/>
        </w:rPr>
        <w:t xml:space="preserve">[39:49] </w:t>
      </w:r>
      <w:r>
        <w:t>yani tanav ya stress kis cheez ka naam hai? har aadmi ka case kya hai? ke jo mila hai us par mutmain na hona.</w:t>
      </w:r>
    </w:p>
    <w:p>
      <w:pPr>
        <w:jc w:val="right"/>
      </w:pPr>
      <w:r>
        <w:t>یعنی تناؤ یا اسٹریس کس چیز کا نام ہے؟ ہر آدمی کا کیس کیا ہے؟ کہ جو ملا ہے اس پر مطمئن نہ ہونا۔</w:t>
      </w:r>
    </w:p>
    <w:p>
      <w:r>
        <w:rPr>
          <w:b/>
        </w:rPr>
        <w:t xml:space="preserve">[40:02] </w:t>
      </w:r>
      <w:r>
        <w:t>jo mila hai aksar jab bare bare log jo wazir-e-azam aur sadar ke uhde pe hotay hain un ke mutaliq koi parhta hoon main.</w:t>
      </w:r>
    </w:p>
    <w:p>
      <w:pPr>
        <w:jc w:val="right"/>
      </w:pPr>
      <w:r>
        <w:t>جو ملا ہے اکثر جب بڑے بڑے لوگ جو وزیراعظم اور صدر کے عہدے پہ ہوتے ہیں ان کے متعلق کوئی پڑھتا ہوں میں۔</w:t>
      </w:r>
    </w:p>
    <w:p>
      <w:r>
        <w:rPr>
          <w:b/>
        </w:rPr>
        <w:t xml:space="preserve">[40:11] </w:t>
      </w:r>
      <w:r>
        <w:t>aksar log sleeping pills kha ke sote hain. tab un ko neend aati hai.</w:t>
      </w:r>
    </w:p>
    <w:p>
      <w:pPr>
        <w:jc w:val="right"/>
      </w:pPr>
      <w:r>
        <w:t>اکثر لوگ sleeping pills کھا کے سوتے ہیں۔ تب ان کو نیند آتی ہے۔</w:t>
      </w:r>
    </w:p>
    <w:p>
      <w:r>
        <w:rPr>
          <w:b/>
        </w:rPr>
        <w:t xml:space="preserve">[40:22] </w:t>
      </w:r>
      <w:r>
        <w:t>to kya cheez hai? Creation plan of God jo hai is is se is se waqifiyat ya na hone ki wajah se unhein pata hi nahi ke kya karna hai, kya nahi karna hai.</w:t>
      </w:r>
    </w:p>
    <w:p>
      <w:pPr>
        <w:jc w:val="right"/>
      </w:pPr>
      <w:r>
        <w:t>تو کیا چیز ہے؟ Creation plan of God جو ہے اس اس سے اس سے واقفیت یا نہ ہونے کی وجہ سے انہیں پتہ ہی نہیں کہ کیا کرنا ہے، کیا نہیں کرنا ہے۔</w:t>
      </w:r>
    </w:p>
    <w:p>
      <w:r>
        <w:rPr>
          <w:b/>
        </w:rPr>
        <w:t xml:space="preserve">[40:33] </w:t>
      </w:r>
      <w:r>
        <w:t>to main aap ko two point formula batata hoon. de stressing ka two point formula.</w:t>
      </w:r>
    </w:p>
    <w:p>
      <w:pPr>
        <w:jc w:val="right"/>
      </w:pPr>
      <w:r>
        <w:t>تو میں آپ کو two point فارمولا بتاتا ہوں۔ ڈی اسٹریسنگ کا two point فارمولا۔</w:t>
      </w:r>
    </w:p>
    <w:p>
      <w:r>
        <w:rPr>
          <w:b/>
        </w:rPr>
        <w:t xml:space="preserve">[40:42] </w:t>
      </w:r>
      <w:r>
        <w:t>dunya mein aap is woh woh thinking develop kijiye apne andar. ke aap God made jo boundaries hain is mein jeene lagain.</w:t>
      </w:r>
    </w:p>
    <w:p>
      <w:pPr>
        <w:jc w:val="right"/>
      </w:pPr>
      <w:r>
        <w:t>دنیا میں آپ اس وہ وہ thinking develop کیجیے اپنے اندر۔ کہ آپ گاڈ میڈ جو باؤنڈریز ہیں اس میں جینے لگیں۔</w:t>
      </w:r>
    </w:p>
    <w:p>
      <w:r>
        <w:rPr>
          <w:b/>
        </w:rPr>
        <w:t xml:space="preserve">[40:55] </w:t>
      </w:r>
      <w:r>
        <w:t>man made boundaries mein jeena chhod dein. main Allah ke fazl se yahi daily yahi karta hoon.</w:t>
      </w:r>
    </w:p>
    <w:p>
      <w:pPr>
        <w:jc w:val="right"/>
      </w:pPr>
      <w:r>
        <w:t>مین میڈ باؤنڈریز میں جینا چھوڑ دیں۔ میں اللہ کے فضل سے یہی daily یہی کرتا ہوں۔</w:t>
      </w:r>
    </w:p>
    <w:p>
      <w:r>
        <w:rPr>
          <w:b/>
        </w:rPr>
        <w:t xml:space="preserve">[41:03] </w:t>
      </w:r>
      <w:r>
        <w:t>main mere office ke samne jo lamba bargha hai rozana wahan aa kar main baith jata hoon. aur phir suraj ko dekhta hoon.</w:t>
      </w:r>
    </w:p>
    <w:p>
      <w:pPr>
        <w:jc w:val="right"/>
      </w:pPr>
      <w:r>
        <w:t>میں میرے آفس کے سامنے جو لمبا بارجہ ہے روزانہ وہاں آ کر میں بیٹھ جاتا ہوں۔ اور پھر سورج کو دیکھتا ہوں۔</w:t>
      </w:r>
    </w:p>
    <w:p>
      <w:r>
        <w:rPr>
          <w:b/>
        </w:rPr>
        <w:t xml:space="preserve">[41:14] </w:t>
      </w:r>
      <w:r>
        <w:t>darakhton ko dekhta hoon. aasman ko dekhta hoon. badal ko dekhta hoon. hawaon ko dekhta hoon. aur is mein phir sochta hoon. yani nature mein baith kar sochta hoon main.</w:t>
      </w:r>
    </w:p>
    <w:p>
      <w:pPr>
        <w:jc w:val="right"/>
      </w:pPr>
      <w:r>
        <w:t>درختوں کو دیکھتا ہوں۔ آسمان کو دیکھتا ہوں۔ بادل کو دیکھتا ہوں۔ ہواؤں کو دیکھتا ہوں۔ اور اس میں پھر سوچتا ہوں۔ یعنی نیچر میں بیٹھ کر سوچتا ہوں میں۔</w:t>
      </w:r>
    </w:p>
    <w:p>
      <w:r>
        <w:rPr>
          <w:b/>
        </w:rPr>
        <w:t xml:space="preserve">[41:27] </w:t>
      </w:r>
      <w:r>
        <w:t>nature mein. aur is mein be panah mujhe yani solace milti hai.</w:t>
      </w:r>
    </w:p>
    <w:p>
      <w:pPr>
        <w:jc w:val="right"/>
      </w:pPr>
      <w:r>
        <w:t>نیچر میں۔ اور اس میں بے پناہ مجھے یعنی سولس ملتی ہے۔</w:t>
      </w:r>
    </w:p>
    <w:p>
      <w:r>
        <w:rPr>
          <w:b/>
        </w:rPr>
        <w:t xml:space="preserve">[41:36] </w:t>
      </w:r>
      <w:r>
        <w:t>be panah.</w:t>
      </w:r>
    </w:p>
    <w:p>
      <w:pPr>
        <w:jc w:val="right"/>
      </w:pPr>
      <w:r>
        <w:t>بے پناہ۔</w:t>
      </w:r>
    </w:p>
    <w:p>
      <w:r>
        <w:rPr>
          <w:b/>
        </w:rPr>
        <w:t xml:space="preserve">[41:41] </w:t>
      </w:r>
      <w:r>
        <w:t>to ek to yeh hai ke is dunya mein yani is yani maut se pehle ki jo dunya hai wahan aap man made boundaries mein jeena chhod dein.</w:t>
      </w:r>
    </w:p>
    <w:p>
      <w:pPr>
        <w:jc w:val="right"/>
      </w:pPr>
      <w:r>
        <w:t>تو ایک تو یہ ہے کہ اس دنیا میں یعنی اس یعنی موت سے پہلے کی جو دنیا ہے وہاں آپ مین میڈ باؤنڈریز میں جینا چھوڑیں۔</w:t>
      </w:r>
    </w:p>
    <w:p>
      <w:r>
        <w:rPr>
          <w:b/>
        </w:rPr>
        <w:t xml:space="preserve">[41:52] </w:t>
      </w:r>
      <w:r>
        <w:t>God made boundaries mein jeena seekhain. Civilization kya hai? man made boundaries hain. aur nature jo hai woh God made boundaries hain.</w:t>
      </w:r>
    </w:p>
    <w:p>
      <w:pPr>
        <w:jc w:val="right"/>
      </w:pPr>
      <w:r>
        <w:t>گاڈ میڈ باؤنڈریز میں جینا سیکھیں۔ Civilization کیا ہے؟ مین میڈ باؤنڈریز ہیں۔ اور نیچر جو ہے وہ گاڈ میڈ باؤنڈریز ہیں۔</w:t>
      </w:r>
    </w:p>
    <w:p>
      <w:r>
        <w:rPr>
          <w:b/>
        </w:rPr>
        <w:t xml:space="preserve">[42:04] </w:t>
      </w:r>
      <w:r>
        <w:t>jis cheez ko hum chahte hain civilization yani jo modern city ya civilization woh kya hai?</w:t>
      </w:r>
    </w:p>
    <w:p>
      <w:pPr>
        <w:jc w:val="right"/>
      </w:pPr>
      <w:r>
        <w:t>جس چیز کو ہم چاہتے ہیں civilization یعنی جو modern city یا civilization وہ کیا ہے؟</w:t>
      </w:r>
    </w:p>
    <w:p>
      <w:r>
        <w:rPr>
          <w:b/>
        </w:rPr>
        <w:t xml:space="preserve">[42:14] </w:t>
      </w:r>
      <w:r>
        <w:t>woh man made boundaries hain. yeh sara business aur job aur car aur makan aur dunya bhar ki cheezain hain jin ko hum civilization kehte hain woh sab kya hai?</w:t>
      </w:r>
    </w:p>
    <w:p>
      <w:pPr>
        <w:jc w:val="right"/>
      </w:pPr>
      <w:r>
        <w:t>وہ مین میڈ باؤنڈریز ہیں۔ یہ سارا بزنس اور جاب اور کار اور مکان اور دنیا بھر کی چیزیں ہیں جن کو ہم civilization کہتے ہیں وہ سب کیا ہے؟</w:t>
      </w:r>
    </w:p>
    <w:p>
      <w:r>
        <w:rPr>
          <w:b/>
        </w:rPr>
        <w:t xml:space="preserve">[42:24] </w:t>
      </w:r>
      <w:r>
        <w:t>man made boundaries hain. aur is ke aas pas bahar ek bohat bari dunya hai. Unlimited, unlimited, unlim</w:t>
      </w:r>
    </w:p>
    <w:p>
      <w:pPr>
        <w:jc w:val="right"/>
      </w:pPr>
      <w:r>
        <w:t>مین میڈ باؤنڈریز ہیں۔ اور اس کے آس پاس باہر ایک بہت بڑی دنیا ہے۔ Unlimited، unlimited، unlim</w:t>
      </w:r>
    </w:p>
    <w:p>
      <w:r>
        <w:rPr>
          <w:b/>
        </w:rPr>
        <w:t xml:space="preserve">[42:32] </w:t>
      </w:r>
      <w:r>
        <w:t>ited. woh us ko hum nature kehte hain. to main two point formula maine daryaft kiya isi par qaim hoon Allah ke fazl se.</w:t>
      </w:r>
    </w:p>
    <w:p>
      <w:pPr>
        <w:jc w:val="right"/>
      </w:pPr>
      <w:r>
        <w:t>ited۔ وہ اس کو ہم نیچر کہتے ہیں۔ تو میں two point فارمولا میں نے دریافت کیا اسی پر قائم ہوں اللہ کے فضل سے۔</w:t>
      </w:r>
    </w:p>
    <w:p>
      <w:r>
        <w:rPr>
          <w:b/>
        </w:rPr>
        <w:t xml:space="preserve">[42:42] </w:t>
      </w:r>
      <w:r>
        <w:t>ke man made boundaries mein main nahi jeeta main. main God made boundaries mein jeeta hoon. yani civilization mein nahi balkeh nature mein.</w:t>
      </w:r>
    </w:p>
    <w:p>
      <w:pPr>
        <w:jc w:val="right"/>
      </w:pPr>
      <w:r>
        <w:t>کہ مین میڈ باؤنڈریز میں میں نہیں جیتا میں۔ میں گاڈ میڈ باؤنڈریز میں جیتا ہوں۔ یعنی civilization میں نہیں بلکہ نیچر میں۔</w:t>
      </w:r>
    </w:p>
    <w:p>
      <w:r>
        <w:rPr>
          <w:b/>
        </w:rPr>
        <w:t xml:space="preserve">[42:54] </w:t>
      </w:r>
      <w:r>
        <w:t>sare log civilization mein jeete hain.</w:t>
      </w:r>
    </w:p>
    <w:p>
      <w:pPr>
        <w:jc w:val="right"/>
      </w:pPr>
      <w:r>
        <w:t>سارے لوگ civilization میں جیتے ہیں۔</w:t>
      </w:r>
    </w:p>
    <w:p>
      <w:r>
        <w:rPr>
          <w:b/>
        </w:rPr>
        <w:t xml:space="preserve">[42:59] </w:t>
      </w:r>
      <w:r>
        <w:t>main ek bar to aap mein America gaya to wahan ek doctor sahab ke haan main tha achara shishir kumar ke zamane ki baat hai.</w:t>
      </w:r>
    </w:p>
    <w:p>
      <w:pPr>
        <w:jc w:val="right"/>
      </w:pPr>
      <w:r>
        <w:t>میں ایک بار تو آپ میں امریکہ گیا تو وہاں ایک ڈاکٹر صاحب کے ہاں میں تھا اچارہ ششیر کمار کے زمانے کی بات ہے۔</w:t>
      </w:r>
    </w:p>
    <w:p>
      <w:r>
        <w:rPr>
          <w:b/>
        </w:rPr>
        <w:t xml:space="preserve">[43:10] </w:t>
      </w:r>
      <w:r>
        <w:t>woh woh bhi thay hum dono gaye thay America. to achara shishir kumar jo thay un ke woh un ke disciple thay woh woh to apne ghar mein unhone hum logon ka lunch rakha</w:t>
      </w:r>
    </w:p>
    <w:p>
      <w:pPr>
        <w:jc w:val="right"/>
      </w:pPr>
      <w:r>
        <w:t>وہ وہ بھی تھے ہم دونوں گئے تھے امریکہ۔ تو اچارہ ششیر کمار جو تھے ان کے وہ ان کے disciple تھے وہ وہ تو اپنے گھر میں انہوں نے ہم لوگوں کا لنچ رکھا</w:t>
      </w:r>
    </w:p>
    <w:p>
      <w:r>
        <w:rPr>
          <w:b/>
        </w:rPr>
        <w:t xml:space="preserve">[43:27] </w:t>
      </w:r>
      <w:r>
        <w:t>tha. to wahan hum log gaye aur bhi do char aadmi thay hamare sath thay. to bohat hi bara ghar tha. aur poora ghar fully air condition tha.</w:t>
      </w:r>
    </w:p>
    <w:p>
      <w:pPr>
        <w:jc w:val="right"/>
      </w:pPr>
      <w:r>
        <w:t>تھا۔ تو وہاں ہم لوگ گئے اور بھی دو چار آدمی تھے ہمارے ساتھ تھے۔ تو بہت ہی بڑا گھر تھا۔ اور پورا گھر fully air condition تھا۔</w:t>
      </w:r>
    </w:p>
    <w:p>
      <w:r>
        <w:rPr>
          <w:b/>
        </w:rPr>
        <w:t xml:space="preserve">[43:40] </w:t>
      </w:r>
      <w:r>
        <w:t>har taraf bohat sug barg ki sari سفارش deewaren sab cheez. lekin ghar mein jo baatein ho rahi theen wahi tension ki baatein. wahi shikayat ki baatein.</w:t>
      </w:r>
    </w:p>
    <w:p>
      <w:pPr>
        <w:jc w:val="right"/>
      </w:pPr>
      <w:r>
        <w:t>ہر طرف بہت سگ بربر کی ساری سفارش دیواریں سب چیز۔ لیکن گھر میں جو باتیں ہو رہی تھیں وہی tension کی باتیں۔ وہی شکایت کی باتیں۔</w:t>
      </w:r>
    </w:p>
    <w:p>
      <w:r>
        <w:rPr>
          <w:b/>
        </w:rPr>
        <w:t xml:space="preserve">[43:50] </w:t>
      </w:r>
      <w:r>
        <w:t>ke America mein yeh kharabi hai, America mein woh kharabi hai. yeh sab baatein wahan ho rahi theen.</w:t>
      </w:r>
    </w:p>
    <w:p>
      <w:pPr>
        <w:jc w:val="right"/>
      </w:pPr>
      <w:r>
        <w:t>کہ امریکہ میں یہ خرابی ہے، امریکہ میں وہ خرابی ہے۔ یہ سب باتیں وہاں ہو رہی تھیں۔</w:t>
      </w:r>
    </w:p>
    <w:p>
      <w:r>
        <w:rPr>
          <w:b/>
        </w:rPr>
        <w:t xml:space="preserve">[43:56] </w:t>
      </w:r>
      <w:r>
        <w:t>achha ghar itna bara tha ke is ke bahar ek bohat achhe qism ka lawn tha, darakht thay is mein. to main un ki baatein sun sun kar itna pareshan main hua ke main bahar aa gaya.</w:t>
      </w:r>
    </w:p>
    <w:p>
      <w:pPr>
        <w:jc w:val="right"/>
      </w:pPr>
      <w:r>
        <w:t>اچھا گھر اتنا بڑا تھا کہ اس کے باہر ایک بہت اچھے قسم کا لان تھا، درخت تھے اس میں۔ تو میں ان کی باتیں سن سن کر اتنا پریشان میں ہوا کہ میں باہر آ گیا۔</w:t>
      </w:r>
    </w:p>
    <w:p>
      <w:r>
        <w:rPr>
          <w:b/>
        </w:rPr>
        <w:t xml:space="preserve">[44:09] </w:t>
      </w:r>
      <w:r>
        <w:t>aur ek darakht ke neeche baith gaya. ab wahan itna suhana sama tha. yani is ghar ke andar yani tension ki baatein ho rahi theen.</w:t>
      </w:r>
    </w:p>
    <w:p>
      <w:pPr>
        <w:jc w:val="right"/>
      </w:pPr>
      <w:r>
        <w:t>اور ایک درخت کے نیچے بیٹھ گیا۔ اب وہاں اتنا سہانا سماں تھا۔ یعنی اس گھر کے اندر یعنی tension کی باتیں ہو رہی تھیں۔</w:t>
      </w:r>
    </w:p>
    <w:p>
      <w:r>
        <w:rPr>
          <w:b/>
        </w:rPr>
        <w:t xml:space="preserve">[44:23] </w:t>
      </w:r>
      <w:r>
        <w:t>shikayat ki baatein ho rahi theen.</w:t>
      </w:r>
    </w:p>
    <w:p>
      <w:pPr>
        <w:jc w:val="right"/>
      </w:pPr>
      <w:r>
        <w:t>شکایت کی باتیں ہو رہی تھیں۔</w:t>
      </w:r>
    </w:p>
    <w:p>
      <w:r>
        <w:rPr>
          <w:b/>
        </w:rPr>
        <w:t xml:space="preserve">[44:25] </w:t>
      </w:r>
      <w:r>
        <w:t>ab bahar darakhton ki dunya mein aur fully fiza mein wahan ek dam ek wasee dunya thi jahan tension ka koi sawal, tension, complaint ka koi saman nahi tha.</w:t>
      </w:r>
    </w:p>
    <w:p>
      <w:pPr>
        <w:jc w:val="right"/>
      </w:pPr>
      <w:r>
        <w:t>اب باہر درختوں کی دنیا میں اور fully فضا میں وہاں ایک دم ایک وسیع دنیا تھی جہاں tension کا کوئی سوال، tension، complaint کا کوئی سامان نہیں تھا۔</w:t>
      </w:r>
    </w:p>
    <w:p>
      <w:r>
        <w:rPr>
          <w:b/>
        </w:rPr>
        <w:t xml:space="preserve">[44:40] </w:t>
      </w:r>
      <w:r>
        <w:t>kuch kuch bhi sawal nahi tha wahan. to is waqt mujhe samajh aayi ke log man made boundaries mein jeete hain jo ke limited hain.</w:t>
      </w:r>
    </w:p>
    <w:p>
      <w:pPr>
        <w:jc w:val="right"/>
      </w:pPr>
      <w:r>
        <w:t>کچھ کچھ بھی سوال نہیں تھا وہاں۔ تو اس وقت مجھے سمجھ آئی کہ لوگ مین میڈ باؤنڈریز میں جیتے ہیں جو کہ limited ہیں۔</w:t>
      </w:r>
    </w:p>
    <w:p>
      <w:r>
        <w:rPr>
          <w:b/>
        </w:rPr>
        <w:t xml:space="preserve">[44:49] </w:t>
      </w:r>
      <w:r>
        <w:t>aur god made boundaries mein jeena nahi seekha unhon ne. jo ke unlimited hain.</w:t>
      </w:r>
    </w:p>
    <w:p>
      <w:pPr>
        <w:jc w:val="right"/>
      </w:pPr>
      <w:r>
        <w:t>اور گاڈ میڈ باؤنڈریز میں جینا نہیں سیکھا انہوں نے۔ جو کہ unlimited ہیں۔</w:t>
      </w:r>
    </w:p>
    <w:p>
      <w:r>
        <w:rPr>
          <w:b/>
        </w:rPr>
        <w:t xml:space="preserve">[44:55] </w:t>
      </w:r>
      <w:r>
        <w:t>yeh hai raaz. to main samajhta hoon ke jo aadmi chahta hai ke tension free rahe us ko us ki ideology daryaft karni chahiye.</w:t>
      </w:r>
    </w:p>
    <w:p>
      <w:pPr>
        <w:jc w:val="right"/>
      </w:pPr>
      <w:r>
        <w:t>یہ ہے راز۔ تو میں سمجھتا ہوں کہ جو آدمی چاہتا ہے کہ tension free رہے اس کو اس کی ideology دریافت کرنی چاہیے۔</w:t>
      </w:r>
    </w:p>
    <w:p>
      <w:r>
        <w:rPr>
          <w:b/>
        </w:rPr>
        <w:t xml:space="preserve">[45:09] </w:t>
      </w:r>
      <w:r>
        <w:t>ideology of tension free living . woh daryaft karna chahiye pehle.</w:t>
      </w:r>
    </w:p>
    <w:p>
      <w:pPr>
        <w:jc w:val="right"/>
      </w:pPr>
      <w:r>
        <w:t>Ideology of tension free living ۔ وہ دریافت کرنا چاہیے پہلے۔</w:t>
      </w:r>
    </w:p>
    <w:p>
      <w:r>
        <w:rPr>
          <w:b/>
        </w:rPr>
        <w:t xml:space="preserve">[45:16] </w:t>
      </w:r>
      <w:r>
        <w:t>ideology of tension free living . aur woh juri hui hai creation plan of god se.</w:t>
      </w:r>
    </w:p>
    <w:p>
      <w:pPr>
        <w:jc w:val="right"/>
      </w:pPr>
      <w:r>
        <w:t>Ideology of tension free living ۔ اور وہ جڑی ہوئی ہے creation plan of God سے۔</w:t>
      </w:r>
    </w:p>
    <w:p>
      <w:r>
        <w:rPr>
          <w:b/>
        </w:rPr>
        <w:t xml:space="preserve">[45:25] </w:t>
      </w:r>
      <w:r>
        <w:t>woh juri hui hai is se yani creation plan of god se juri hui hai.</w:t>
      </w:r>
    </w:p>
    <w:p>
      <w:pPr>
        <w:jc w:val="right"/>
      </w:pPr>
      <w:r>
        <w:t>وہ جڑی ہوئی ہے اس سے یعنی creation plan of God سے جڑی ہوئی ہے۔</w:t>
      </w:r>
    </w:p>
    <w:p>
      <w:r>
        <w:rPr>
          <w:b/>
        </w:rPr>
        <w:t xml:space="preserve">[45:36] </w:t>
      </w:r>
      <w:r>
        <w:t>to dunya mein aap nature mein enjoy kijiye. aur aakhirat mein</w:t>
      </w:r>
    </w:p>
    <w:p>
      <w:pPr>
        <w:jc w:val="right"/>
      </w:pPr>
      <w:r>
        <w:t>تو دنیا میں آپ نیچر میں enjoy کیجیے۔ اور آخرت میں</w:t>
      </w:r>
    </w:p>
    <w:p>
      <w:r>
        <w:rPr>
          <w:b/>
        </w:rPr>
        <w:t xml:space="preserve">[45:48] </w:t>
      </w:r>
      <w:r>
        <w:t>aakhirat ke liye aap allah se jannat mangiye. yani aakhirat mein jannat aur dunya mein nature</w:t>
      </w:r>
    </w:p>
    <w:p>
      <w:pPr>
        <w:jc w:val="right"/>
      </w:pPr>
      <w:r>
        <w:t>آخرت کے لیے آپ اللہ سے جنت مانگیے۔ یعنی آخرت میں جنت اور دنیا میں نیچر</w:t>
      </w:r>
    </w:p>
    <w:p>
      <w:r>
        <w:rPr>
          <w:b/>
        </w:rPr>
        <w:t xml:space="preserve">[45:57] </w:t>
      </w:r>
      <w:r>
        <w:t>. lekin koi log kya karte hain ke man made jo world hai, man made jo civilization hai us mein jeete hain.</w:t>
      </w:r>
    </w:p>
    <w:p>
      <w:pPr>
        <w:jc w:val="right"/>
      </w:pPr>
      <w:r>
        <w:t>۔ لیکن کوئی لوگ کیا کرتے ہیں کہ مین میڈ جو world ہے، مین میڈ جو civilization ہے اس میں جیتے ہیں۔</w:t>
      </w:r>
    </w:p>
    <w:p>
      <w:r>
        <w:rPr>
          <w:b/>
        </w:rPr>
        <w:t xml:space="preserve">[46:09] </w:t>
      </w:r>
      <w:r>
        <w:t>us mein kabhi bhi aap ko tazkira nahi milega. kyunke woh beharhaal aap ki aspiration unlimited hain woh beharhaal limited hain. yeh condition, yeh condition hamesha baqi rahega.</w:t>
      </w:r>
    </w:p>
    <w:p>
      <w:pPr>
        <w:jc w:val="right"/>
      </w:pPr>
      <w:r>
        <w:t>اس میں کبھی بھی آپ کو تذکرہ نہیں ملے گا۔ کیونکہ وہ بہرحال آپ کی aspiration unlimited ہیں۔ وہ بہرحال limited ہیں۔ یہ condition، یہ condition ہمیشہ باقی رہے گا۔</w:t>
      </w:r>
    </w:p>
    <w:p>
      <w:r>
        <w:rPr>
          <w:b/>
        </w:rPr>
        <w:t xml:space="preserve">[46:22] </w:t>
      </w:r>
      <w:r>
        <w:t>woh kabhi bhi khatam nahi hoga.</w:t>
      </w:r>
    </w:p>
    <w:p>
      <w:pPr>
        <w:jc w:val="right"/>
      </w:pPr>
      <w:r>
        <w:t>وہ کبھی بھی ختم نہیں ہوگا۔</w:t>
      </w:r>
    </w:p>
    <w:p>
      <w:r>
        <w:rPr>
          <w:b/>
        </w:rPr>
        <w:t xml:space="preserve">[46:28] </w:t>
      </w:r>
      <w:r>
        <w:t>yeh hai asal mein formula ya ideology ya de stressing ka nazariya.</w:t>
      </w:r>
    </w:p>
    <w:p>
      <w:pPr>
        <w:jc w:val="right"/>
      </w:pPr>
      <w:r>
        <w:t>یہ ہے اصل میں فارمولا یا ideology یا ڈی اسٹریسنگ کا نظریہ۔</w:t>
      </w:r>
    </w:p>
    <w:p>
      <w:r>
        <w:rPr>
          <w:b/>
        </w:rPr>
        <w:t xml:space="preserve">[46:41] </w:t>
      </w:r>
      <w:r>
        <w:t>to main yeh keh raha tha ke log jeete hain is mein ke falan cheez mujhe nahi mili.</w:t>
      </w:r>
    </w:p>
    <w:p>
      <w:pPr>
        <w:jc w:val="right"/>
      </w:pPr>
      <w:r>
        <w:t>تو میں یہ کہہ رہا تھا کہ لوگ جیتے ہیں اس میں کہ فلاں چیز مجھے نہیں ملی۔</w:t>
      </w:r>
    </w:p>
    <w:p>
      <w:r>
        <w:rPr>
          <w:b/>
        </w:rPr>
        <w:t xml:space="preserve">[46:51] </w:t>
      </w:r>
      <w:r>
        <w:t>yeh sara jo stress hai logon ka woh kisi cheez ko le kar ke hai. falan cheez na milne par</w:t>
      </w:r>
    </w:p>
    <w:p>
      <w:pPr>
        <w:jc w:val="right"/>
      </w:pPr>
      <w:r>
        <w:t>یہ سارا جو اسٹریس ہے لوگوں کا وہ کسی چیز کو لے کر کے ہے۔ فلاں چیز نہ ملنے پر</w:t>
      </w:r>
    </w:p>
    <w:p>
      <w:r>
        <w:rPr>
          <w:b/>
        </w:rPr>
        <w:t xml:space="preserve">[46:57] </w:t>
      </w:r>
      <w:r>
        <w:t>. falan job nahi mila. business se falan faida nahi hua. mujhe falan plot nahi mila. yani kisi khoi hui cheez ko le kar ke un ko stress hota hai.</w:t>
      </w:r>
    </w:p>
    <w:p>
      <w:pPr>
        <w:jc w:val="right"/>
      </w:pPr>
      <w:r>
        <w:t>۔ فلاں جاب نہیں ملا۔ بزنس سے فلاں فائدہ نہیں ہوا۔ مجھے فلاں پلاٹ نہیں ملا۔ یعنی کسی کھوئی ہوئی چیز کو لے کر کے ان کو اسٹریس ہوتا ہے۔</w:t>
      </w:r>
    </w:p>
    <w:p>
      <w:r>
        <w:rPr>
          <w:b/>
        </w:rPr>
        <w:t xml:space="preserve">[47:10] </w:t>
      </w:r>
      <w:r>
        <w:t>aisa nahi hai ke un ko khane peene mein na mil raha ho. jitne log mein ne dekhe woh sab un ke paas khane peene ka saman tha.</w:t>
      </w:r>
    </w:p>
    <w:p>
      <w:pPr>
        <w:jc w:val="right"/>
      </w:pPr>
      <w:r>
        <w:t>ایسا نہیں ہے کہ ان کو کھانے پینے میں نہ مل رہا ہو۔ جتنے لوگ میں نے دیکھے وہ سب ان کے پاس کھانے پینے کا سامان تھا۔</w:t>
      </w:r>
    </w:p>
    <w:p>
      <w:r>
        <w:rPr>
          <w:b/>
        </w:rPr>
        <w:t xml:space="preserve">[47:22] </w:t>
      </w:r>
      <w:r>
        <w:t>mujh se achi un ki health thi dekhne mein bazahir.</w:t>
      </w:r>
    </w:p>
    <w:p>
      <w:pPr>
        <w:jc w:val="right"/>
      </w:pPr>
      <w:r>
        <w:t>مجھ سے اچھی ان کی health تھی دیکھنے میں بظاہر۔</w:t>
      </w:r>
    </w:p>
    <w:p>
      <w:r>
        <w:rPr>
          <w:b/>
        </w:rPr>
        <w:t xml:space="preserve">[47:27] </w:t>
      </w:r>
      <w:r>
        <w:t>lekin phir bhi dimagh par tension liye hue hain.</w:t>
      </w:r>
    </w:p>
    <w:p>
      <w:pPr>
        <w:jc w:val="right"/>
      </w:pPr>
      <w:r>
        <w:t>لیکن پھر بھی دماغ پر tension لیے ہوئے ہیں۔</w:t>
      </w:r>
    </w:p>
    <w:p>
      <w:r>
        <w:rPr>
          <w:b/>
        </w:rPr>
        <w:t xml:space="preserve">[47:34] </w:t>
      </w:r>
      <w:r>
        <w:t>to aise logon ko dekh kar mujhe ek hadith yaad aati hai. ek bohat ajeeb o ghareeb hadith. ke</w:t>
      </w:r>
    </w:p>
    <w:p>
      <w:pPr>
        <w:jc w:val="right"/>
      </w:pPr>
      <w:r>
        <w:t>تو ایسے لوگوں کو دیکھ کر مجھے ایک حدیث یاد آتی ہے۔ ایک بہت عجیب و غریب حدیث۔ کہ</w:t>
      </w:r>
    </w:p>
    <w:p>
      <w:r>
        <w:rPr>
          <w:b/>
        </w:rPr>
        <w:t xml:space="preserve">[47:46] </w:t>
      </w:r>
      <w:r>
        <w:t>yeh bhi goya tension free zindagi hasil karne ka formula aap janna chahte hain to is hadith se use is hadith ko samjhiye.</w:t>
      </w:r>
    </w:p>
    <w:p>
      <w:pPr>
        <w:jc w:val="right"/>
      </w:pPr>
      <w:r>
        <w:t>یہ بھی گویا tension free زندگی حاصل کرنے کا فارمولا آپ جاننا چاہتے ہیں تو اس حدیث سے اسے اس حدیث کو سمجھیے۔</w:t>
      </w:r>
    </w:p>
    <w:p>
      <w:r>
        <w:rPr>
          <w:b/>
        </w:rPr>
        <w:t xml:space="preserve">[47:56] </w:t>
      </w:r>
      <w:r>
        <w:t>woh hadith is tarah se hai ke</w:t>
      </w:r>
    </w:p>
    <w:p>
      <w:pPr>
        <w:jc w:val="right"/>
      </w:pPr>
      <w:r>
        <w:t>وہ حدیث اس طرح سے ہے کہ</w:t>
      </w:r>
    </w:p>
    <w:p>
      <w:r>
        <w:rPr>
          <w:b/>
        </w:rPr>
        <w:t xml:space="preserve">[48:04] </w:t>
      </w:r>
      <w:r>
        <w:t>man kan lahu bait yaskunahu wa khadim yakhdimuhu wa jalf al-khubz wal-ma'u fakannama hiyat lahu ad-dunya bi hadha fi</w:t>
      </w:r>
    </w:p>
    <w:p>
      <w:pPr>
        <w:jc w:val="right"/>
      </w:pPr>
      <w:r>
        <w:t>من کان لہ بیت یسکنہ و خادم یخدمہ وجلف الخبز والمائے فکانما حیت لہ دنیا بہذافی</w:t>
      </w:r>
    </w:p>
    <w:p>
      <w:r>
        <w:rPr>
          <w:b/>
        </w:rPr>
        <w:t xml:space="preserve">[48:18] </w:t>
      </w:r>
      <w:r>
        <w:t>. yani jis aadmi ke paas ek rehne rehne ke baghair ghar ho, ek aisa ghar ho jis mein reh sake woh,</w:t>
      </w:r>
    </w:p>
    <w:p>
      <w:pPr>
        <w:jc w:val="right"/>
      </w:pPr>
      <w:r>
        <w:t>۔ یعنی جس آدمی کے پاس ایک رہنے رہنے کے بغیر گھر ہو، ایک ایسا گھر ہو جس میں رہ سکے وہ،</w:t>
      </w:r>
    </w:p>
    <w:p>
      <w:r>
        <w:rPr>
          <w:b/>
        </w:rPr>
        <w:t xml:space="preserve">[48:28] </w:t>
      </w:r>
      <w:r>
        <w:t>ek khadim ho jo uska kaam kar de aur us ke paas roti aur pani ho to goya ke us ko sari hi dunya mil gayi.</w:t>
      </w:r>
    </w:p>
    <w:p>
      <w:pPr>
        <w:jc w:val="right"/>
      </w:pPr>
      <w:r>
        <w:t>ایک خادم ہو جو اس کا کام کر دے اور اس کے پاس روٹی اور پانی ہو تو گویا کہ اس کو ساری ہی دنیا مل گئی۔</w:t>
      </w:r>
    </w:p>
    <w:p>
      <w:r>
        <w:rPr>
          <w:b/>
        </w:rPr>
        <w:t xml:space="preserve">[48:44] </w:t>
      </w:r>
      <w:r>
        <w:t>is par maine ghor kiya, is hadith par bohat ghor kiya maine ke kyun rasool Allah ne farmaya.</w:t>
      </w:r>
    </w:p>
    <w:p>
      <w:pPr>
        <w:jc w:val="right"/>
      </w:pPr>
      <w:r>
        <w:t>اس پر میں نے غور کیا، اس حدیث پر بہت غور کیا میں نے کہ کیوں رسول اللہ نے فرمایا۔</w:t>
      </w:r>
    </w:p>
    <w:p>
      <w:r>
        <w:rPr>
          <w:b/>
        </w:rPr>
        <w:t xml:space="preserve">[48:51] </w:t>
      </w:r>
      <w:r>
        <w:t>to is ka main yeh samajh paya ke need based life yani jo need hai woh yahi to hai.</w:t>
      </w:r>
    </w:p>
    <w:p>
      <w:pPr>
        <w:jc w:val="right"/>
      </w:pPr>
      <w:r>
        <w:t>تو اس کا میں یہ سمجھ پایا کہ need based life یعنی جو need ہے وہ یہی تو ہے۔</w:t>
      </w:r>
    </w:p>
    <w:p>
      <w:r>
        <w:rPr>
          <w:b/>
        </w:rPr>
        <w:t xml:space="preserve">[49:04] </w:t>
      </w:r>
      <w:r>
        <w:t>need jo hai woh yeh yeh to yahi hai.</w:t>
      </w:r>
    </w:p>
    <w:p>
      <w:pPr>
        <w:jc w:val="right"/>
      </w:pPr>
      <w:r>
        <w:t>need جو ہے وہ یہ یہ تو یہی ہے۔</w:t>
      </w:r>
    </w:p>
    <w:p>
      <w:r>
        <w:rPr>
          <w:b/>
        </w:rPr>
        <w:t xml:space="preserve">[49:10] </w:t>
      </w:r>
      <w:r>
        <w:t>yani Iraq mein Saddam Hussain ke aath mahal thay baray baray, aath mahal. Lekin rehta to aik hi mein tha, aik hi aik hi ghar mein tha, aathon mein to nahi reh sakta tha, reh sakta tha woh.</w:t>
      </w:r>
    </w:p>
    <w:p>
      <w:pPr>
        <w:jc w:val="right"/>
      </w:pPr>
      <w:r>
        <w:t>یعنی عراق میں صدام حسین کے آٹھ محل تھے بڑے بڑے، آٹھ محل۔ لیکن رہتا تو ایک ہی میں تھا، ایک ہی ایک ہی گھر میں تھا۔ آٹھوں میں تو نہیں رہ سکتا تھا، رہ سکتا تھا وہ۔</w:t>
      </w:r>
    </w:p>
    <w:p>
      <w:r>
        <w:rPr>
          <w:b/>
        </w:rPr>
        <w:t xml:space="preserve">[49:23] </w:t>
      </w:r>
      <w:r>
        <w:t>to aik ghar bas rehne ke qabil. Aath ya aath hazar bhi aap paas mahal ho to kiya karein ge aap? Rahein ge to aik hi mein. To need aap ne need jo hai insan ki woh bata di.</w:t>
      </w:r>
    </w:p>
    <w:p>
      <w:pPr>
        <w:jc w:val="right"/>
      </w:pPr>
      <w:r>
        <w:t>تو ایک گھر بس رہنے کے قابل۔ آٹھ یا آٹھ ہزار بھی آپ پاس محل ہو تو کیا کریں گے آپ؟ رہیں گے تو ایک ہی میں۔ تو need آپ نے need جو ہے انسان کی وہ بتا دی۔</w:t>
      </w:r>
    </w:p>
    <w:p>
      <w:r>
        <w:rPr>
          <w:b/>
        </w:rPr>
        <w:t xml:space="preserve">[49:36] </w:t>
      </w:r>
      <w:r>
        <w:t>aik ghar rehne ke par rehne ke liye ho. Aik khadim ho jo kaam kar de. Kyun ke sara kaam aap khud nahi kar paate.</w:t>
      </w:r>
    </w:p>
    <w:p>
      <w:pPr>
        <w:jc w:val="right"/>
      </w:pPr>
      <w:r>
        <w:t>ایک گھر رہنے کے پر رہنے کے لیے ہو۔ ایک خادم ہو جو کام کر دے۔ کیونکہ سارا کام آپ خود نہیں کر پاتے۔</w:t>
      </w:r>
    </w:p>
    <w:p>
      <w:r>
        <w:rPr>
          <w:b/>
        </w:rPr>
        <w:t xml:space="preserve">[49:44] </w:t>
      </w:r>
      <w:r>
        <w:t>misal ke tor par aap mutalea kar rahe hain apni kamre mein baith kar. Bazar mein koi cheez chahiye aap ko. To khud hi jayen to mutalea chhodna pare ga.</w:t>
      </w:r>
    </w:p>
    <w:p>
      <w:pPr>
        <w:jc w:val="right"/>
      </w:pPr>
      <w:r>
        <w:t>مثلاً آپ مطالعہ کر رہے ہیں اپنی کمرے میں بیٹھ کر۔ بازار میں کوئی چیز چاہیے آپ کو۔ تو خود ہی جائیں تو مطالعہ چھوڑنا پڑے گا۔</w:t>
      </w:r>
    </w:p>
    <w:p>
      <w:r>
        <w:rPr>
          <w:b/>
        </w:rPr>
        <w:t xml:space="preserve">[49:55] </w:t>
      </w:r>
      <w:r>
        <w:t>aik khadim chahiye jo aap ko bazar se la kar de de woh woh cheez. Is tarah koi bhi kaam. Aap ghar mein hain.</w:t>
      </w:r>
    </w:p>
    <w:p>
      <w:pPr>
        <w:jc w:val="right"/>
      </w:pPr>
      <w:r>
        <w:t>ایک خادم چاہیے جو آپ کو بازار سے لا کر دے دے وہ وہ چیز۔ اس طرح کوئی بھی کام۔ آپ گھر میں ہیں۔</w:t>
      </w:r>
    </w:p>
    <w:p>
      <w:r>
        <w:rPr>
          <w:b/>
        </w:rPr>
        <w:t xml:space="preserve">[50:05] </w:t>
      </w:r>
      <w:r>
        <w:t>koi bhi kaam hai zaroorat wala to woh khadim se keh diya woh kar diya. To khadim bhi aik zaroorat hai.</w:t>
      </w:r>
    </w:p>
    <w:p>
      <w:pPr>
        <w:jc w:val="right"/>
      </w:pPr>
      <w:r>
        <w:t>کوئی بھی کام ہے ضرورت والا تو وہ خادم سے کہہ دیا وہ کر دیا۔ تو خادم بھی ایک ضرورت ہے۔</w:t>
      </w:r>
    </w:p>
    <w:p>
      <w:r>
        <w:rPr>
          <w:b/>
        </w:rPr>
        <w:t xml:space="preserve">[50:13] </w:t>
      </w:r>
      <w:r>
        <w:t>yani khadimon ka lashkar nahi. To aik ghar aap ke paas ho aur aik khadim aap ke paas ho aur pait bharne ka khana aap ke paas ho.</w:t>
      </w:r>
    </w:p>
    <w:p>
      <w:pPr>
        <w:jc w:val="right"/>
      </w:pPr>
      <w:r>
        <w:t>یعنی خادموں کا لشکر نہیں۔ تو ایک گھر آپ کے پاس ہو اور ایک خادم آپ کے پاس ہو اور پیٹ بھرنے کا کھانا آپ کے پاس ہو۔</w:t>
      </w:r>
    </w:p>
    <w:p>
      <w:r>
        <w:rPr>
          <w:b/>
        </w:rPr>
        <w:t xml:space="preserve">[50:28] </w:t>
      </w:r>
      <w:r>
        <w:t>bas yahi need hai aap ka aur aur kiya need hai?</w:t>
      </w:r>
    </w:p>
    <w:p>
      <w:pPr>
        <w:jc w:val="right"/>
      </w:pPr>
      <w:r>
        <w:t>بس یہی need ہے آپ کا اور اور کیا need ہے؟</w:t>
      </w:r>
    </w:p>
    <w:p>
      <w:r>
        <w:rPr>
          <w:b/>
        </w:rPr>
        <w:t xml:space="preserve">[50:32] </w:t>
      </w:r>
      <w:r>
        <w:t>to need based life agar kisi ke paas hai to us ke paas sab kuch hai. Kyun ke us ke us ke aage jo kuch hai us mein us mein to yani problem hi problem hai.</w:t>
      </w:r>
    </w:p>
    <w:p>
      <w:pPr>
        <w:jc w:val="right"/>
      </w:pPr>
      <w:r>
        <w:t>تو need based life اگر کسی کے پاس ہے تو اس کے پاس سب کچھ ہے۔ کیونکہ اس کے اس کے آگے جو کچھ ہے اس میں اس میں تو یعنی problem ہی problem ہے۔</w:t>
      </w:r>
    </w:p>
    <w:p>
      <w:r>
        <w:rPr>
          <w:b/>
        </w:rPr>
        <w:t xml:space="preserve">[50:49] </w:t>
      </w:r>
      <w:r>
        <w:t>yani need ke aage kiya hai aadmi talash karta hai comfort ko. Comfort mil jaye to talash karta hai luxury ko.</w:t>
      </w:r>
    </w:p>
    <w:p>
      <w:pPr>
        <w:jc w:val="right"/>
      </w:pPr>
      <w:r>
        <w:t>یعنی need کے آگے کیا ہے آدمی تلاش کرتا ہے comfort کو۔ comfort مل جائے تو تلاش کرتا ہے luxury کو۔</w:t>
      </w:r>
    </w:p>
    <w:p>
      <w:r>
        <w:rPr>
          <w:b/>
        </w:rPr>
        <w:t xml:space="preserve">[50:58] </w:t>
      </w:r>
      <w:r>
        <w:t>lekin maine bohat se log dekhe hain jo luxury mein jeete hain magar aik lamhe mein sukoon nahi hai un ko. Sukoon jo hai need based life mein hai.</w:t>
      </w:r>
    </w:p>
    <w:p>
      <w:pPr>
        <w:jc w:val="right"/>
      </w:pPr>
      <w:r>
        <w:t>لیکن میں نے بہت سے لوگ دیکھے ہیں جو luxury میں جیتے ہیں مگر ایک لمحے میں سکون نہیں ہے ان کو۔ سکون جو ہے need based life میں ہے۔</w:t>
      </w:r>
    </w:p>
    <w:p>
      <w:r>
        <w:rPr>
          <w:b/>
        </w:rPr>
        <w:t xml:space="preserve">[51:10] </w:t>
      </w:r>
      <w:r>
        <w:t>to is hadith ka matlab kiya hua? Need agar tum ko poori ho jaye to bas isi par qanaat karo. Contentment isi par ho jaye tum ko.</w:t>
      </w:r>
    </w:p>
    <w:p>
      <w:pPr>
        <w:jc w:val="right"/>
      </w:pPr>
      <w:r>
        <w:t>تو اس حدیث کا مطلب کیا ہوا؟ need اگر تم کو پوری ہو جائے تو بس اسی پر قناعت کرو۔ contentment اسی پر ہو جائے تم کو۔</w:t>
      </w:r>
    </w:p>
    <w:p>
      <w:r>
        <w:rPr>
          <w:b/>
        </w:rPr>
        <w:t xml:space="preserve">[51:23] </w:t>
      </w:r>
      <w:r>
        <w:t>need par contentment. Zaroorat par qanaat. Baqadar zaroorat milne par qanaat. Kyun ke is ke aage jo hai jitna badhao ge apne saman itna hi tum pareshani laiq ho ge.</w:t>
      </w:r>
    </w:p>
    <w:p>
      <w:pPr>
        <w:jc w:val="right"/>
      </w:pPr>
      <w:r>
        <w:t>need پر contentment۔ ضرورت پر قناعت۔ بقدر ضرورت ملنے پر قناعت۔ کیونکہ اس کے آگے جو ہے جتنا بڑھاؤ گے اپنے سامان اتنا ہی تم پریشانی لائق ہو گے۔</w:t>
      </w:r>
    </w:p>
    <w:p>
      <w:r>
        <w:rPr>
          <w:b/>
        </w:rPr>
        <w:t xml:space="preserve">[51:41] </w:t>
      </w:r>
      <w:r>
        <w:t>aik qissa maine parha tha aik aadmi ka. Us ka aik dost tha. Yeh sacha qissa hai.</w:t>
      </w:r>
    </w:p>
    <w:p>
      <w:pPr>
        <w:jc w:val="right"/>
      </w:pPr>
      <w:r>
        <w:t>ایک قصہ میں نے پڑھا تھا ایک آدمی کا۔ اس کا ایک دوست تھا۔ یہ سچا قصہ ہے۔</w:t>
      </w:r>
    </w:p>
    <w:p>
      <w:r>
        <w:rPr>
          <w:b/>
        </w:rPr>
        <w:t xml:space="preserve">[51:49] </w:t>
      </w:r>
      <w:r>
        <w:t>to dost dost thay. Woh rehte thay aik basti mein. Aik town mein.</w:t>
      </w:r>
    </w:p>
    <w:p>
      <w:pPr>
        <w:jc w:val="right"/>
      </w:pPr>
      <w:r>
        <w:t>تو دوست دوست تھے۔ وہ رہتے تھے ایک بستی میں۔ ایک ٹاؤن میں۔</w:t>
      </w:r>
    </w:p>
    <w:p>
      <w:r>
        <w:rPr>
          <w:b/>
        </w:rPr>
        <w:t xml:space="preserve">[52:00] </w:t>
      </w:r>
      <w:r>
        <w:t>to us ke baad kiya hua ke aik dost ne kuch karobar kiya hai. Kiya kiya us ko paisa bohat ho gaya.</w:t>
      </w:r>
    </w:p>
    <w:p>
      <w:pPr>
        <w:jc w:val="right"/>
      </w:pPr>
      <w:r>
        <w:t>تو اس کے بعد کیا ہوا کہ ایک دوست نے کچھ کاروبار کیا ہے۔ کیا کیا اس کو پیسہ بہت ہو گیا۔</w:t>
      </w:r>
    </w:p>
    <w:p>
      <w:r>
        <w:rPr>
          <w:b/>
        </w:rPr>
        <w:t xml:space="preserve">[52:10] </w:t>
      </w:r>
      <w:r>
        <w:t>aik dost to wahin ka wahin raha. Yani aik dost ki jo maashi halat jo pehle thi wohi rahi.</w:t>
      </w:r>
    </w:p>
    <w:p>
      <w:pPr>
        <w:jc w:val="right"/>
      </w:pPr>
      <w:r>
        <w:t>ایک دوست تو وہیں کا وہیں رہا۔ یعنی ایک دوست کی جو معاشی حالت جو پہلے تھی وہی رہی۔</w:t>
      </w:r>
    </w:p>
    <w:p>
      <w:r>
        <w:rPr>
          <w:b/>
        </w:rPr>
        <w:t xml:space="preserve">[52:20] </w:t>
      </w:r>
      <w:r>
        <w:t>aik dost ki bohat barh gayi. To jab woh dost jo jis ke paas ziyada paisa aa gaya tha woh busy bohat rehne laga.</w:t>
      </w:r>
    </w:p>
    <w:p>
      <w:pPr>
        <w:jc w:val="right"/>
      </w:pPr>
      <w:r>
        <w:t>ایک دوست کی بہت بڑھ گئی۔ تو جب وہ دوست جو جس کے پاس زیادہ پیسہ آ گیا تھا وہ busy بہت رہنے لگا۔</w:t>
      </w:r>
    </w:p>
    <w:p>
      <w:r>
        <w:rPr>
          <w:b/>
        </w:rPr>
        <w:t xml:space="preserve">[52:31] </w:t>
      </w:r>
      <w:r>
        <w:t>us ko yahan wahan jana parta tha. To mulaqat bohat kam hoti thi.</w:t>
      </w:r>
    </w:p>
    <w:p>
      <w:pPr>
        <w:jc w:val="right"/>
      </w:pPr>
      <w:r>
        <w:t>اس کو یہاں وہاں جانا پڑتا تھا۔ تو ملاقات بہت کم ہوتی تھی۔</w:t>
      </w:r>
    </w:p>
    <w:p>
      <w:r>
        <w:rPr>
          <w:b/>
        </w:rPr>
        <w:t xml:space="preserve">[52:36] </w:t>
      </w:r>
      <w:r>
        <w:t>to kam wale ne shikayat ki us paise wale dost se ke bhai ab tum milte nahi ho. Ab tum se mulaqat hi nahi hoti.</w:t>
      </w:r>
    </w:p>
    <w:p>
      <w:pPr>
        <w:jc w:val="right"/>
      </w:pPr>
      <w:r>
        <w:t>تو کم والے نے شکایت کی اس پیسے والے دوست سے کہ بھئی اب تم ملتے نہیں ہو۔ اب تم سے ملاقات ہی نہیں ہوتی۔</w:t>
      </w:r>
    </w:p>
    <w:p>
      <w:r>
        <w:rPr>
          <w:b/>
        </w:rPr>
        <w:t xml:space="preserve">[52:48] </w:t>
      </w:r>
      <w:r>
        <w:t>to us dost ne kaha ke mere ooper dolat ki bijli giri hai.</w:t>
      </w:r>
    </w:p>
    <w:p>
      <w:pPr>
        <w:jc w:val="right"/>
      </w:pPr>
      <w:r>
        <w:t>تو اس دوست نے کہا کہ میرے اوپر دولت کی بجلی گری ہے۔</w:t>
      </w:r>
    </w:p>
    <w:p>
      <w:r>
        <w:rPr>
          <w:b/>
        </w:rPr>
        <w:t xml:space="preserve">[52:56] </w:t>
      </w:r>
      <w:r>
        <w:t>mere ooper dolat ki bijli giri hai. To bijli hoti hai woh jo jis mein jis ko dhoond rahe hain aap.</w:t>
      </w:r>
    </w:p>
    <w:p>
      <w:pPr>
        <w:jc w:val="right"/>
      </w:pPr>
      <w:r>
        <w:t>میرے اوپر دولت کی بجلی گری ہے۔ تو بجلی ہوتی ہے وہ جو جس میں جس کو ڈھونڈ رہے ہیں آپ۔</w:t>
      </w:r>
    </w:p>
    <w:p>
      <w:r>
        <w:rPr>
          <w:b/>
        </w:rPr>
        <w:t xml:space="preserve">[53:06] </w:t>
      </w:r>
      <w:r>
        <w:t>dolat bari to bijli ban kar giri aap ke oopar. to yeh jo hadith maine sunai aap ko ke agar aadmi ke paas ghar ho aur khadim ho aur pait bharne ke liye roti ho to bas kafi hai is ke liye.</w:t>
      </w:r>
    </w:p>
    <w:p>
      <w:pPr>
        <w:jc w:val="right"/>
      </w:pPr>
      <w:r>
        <w:t>دولت بڑی تو بجلی بن کر گری آپ کے اوپر۔ تو یہ جو حدیث میں نے سنائی آپ کو کہ اگر آدمی کے پاس گھر ہو اور خادم ہو اور پیٹ بھرنے کے لیے روٹی ہو تو بس کافی ہے اس کے لیے۔</w:t>
      </w:r>
    </w:p>
    <w:p>
      <w:r>
        <w:rPr>
          <w:b/>
        </w:rPr>
        <w:t xml:space="preserve">[53:25] </w:t>
      </w:r>
      <w:r>
        <w:t>yeh hai tension free life ka formula. yani need par qane ho jao. baqadr zaroorat par qane ho jao.</w:t>
      </w:r>
    </w:p>
    <w:p>
      <w:pPr>
        <w:jc w:val="right"/>
      </w:pPr>
      <w:r>
        <w:t>یہ ہے tension free life کا فارمولا۔ یعنی need پر قانع ہو جاؤ۔ بقدر ضرورت پر قانع ہو جاؤ۔</w:t>
      </w:r>
    </w:p>
    <w:p>
      <w:r>
        <w:rPr>
          <w:b/>
        </w:rPr>
        <w:t xml:space="preserve">[53:37] </w:t>
      </w:r>
      <w:r>
        <w:t>baqadr zaroorat mile to is par tum contentment ho jao. yeh hai formula yani tension free life ka.</w:t>
      </w:r>
    </w:p>
    <w:p>
      <w:pPr>
        <w:jc w:val="right"/>
      </w:pPr>
      <w:r>
        <w:t>بقدر ضرورت ملے تو اس پر تم contentment ہو جائے۔ یہ ہے فارمولا یعنی tension free life کا۔</w:t>
      </w:r>
    </w:p>
    <w:p>
      <w:r>
        <w:rPr>
          <w:b/>
        </w:rPr>
        <w:t xml:space="preserve">[53:48] </w:t>
      </w:r>
      <w:r>
        <w:t>is ke aage chaho ge to siwaye is ke ek pareshani hai, pareshani hai, pareshani. aur kuch nahi. jitna paisa barhe ga, jitna aap zindagi madi saman barhen ge, utne problem aayen ge, problem.</w:t>
      </w:r>
    </w:p>
    <w:p>
      <w:pPr>
        <w:jc w:val="right"/>
      </w:pPr>
      <w:r>
        <w:t>اس کے آگے چاہو گے تو سوائے اس کے ایک پریشانی ہے، پریشانی ہے، پریشانی۔ اور کچھ نہیں۔ جتنا پیسہ بڑھے گا، جتنا آپ زندگی مادی سامان بڑھیں گے، اتنے problem آئیں گے، problem۔</w:t>
      </w:r>
    </w:p>
    <w:p>
      <w:r>
        <w:rPr>
          <w:b/>
        </w:rPr>
        <w:t xml:space="preserve">[54:09] </w:t>
      </w:r>
      <w:r>
        <w:t>to yeh hai mera ek formula tension free life ka. to pehli baat maine yeh arz ki ke creation plan of god jo hai us ko janiye.</w:t>
      </w:r>
    </w:p>
    <w:p>
      <w:pPr>
        <w:jc w:val="right"/>
      </w:pPr>
      <w:r>
        <w:t>تو یہ ہے میرا ایک فارمولا tension free life کا۔ تو پہلی بات میں نے یہ عرض کی کہ creation plan of God جو ہے اس کو جانیے۔</w:t>
      </w:r>
    </w:p>
    <w:p>
      <w:r>
        <w:rPr>
          <w:b/>
        </w:rPr>
        <w:t xml:space="preserve">[54:22] </w:t>
      </w:r>
      <w:r>
        <w:t>kyun ke aap isi dunya mein rehna hai aap ko. aap aisa nahi kar sakte ke ek aur dunya create karen. ek aur dunya nahi create kar sake aap.</w:t>
      </w:r>
    </w:p>
    <w:p>
      <w:pPr>
        <w:jc w:val="right"/>
      </w:pPr>
      <w:r>
        <w:t>کیونکہ آپ اسی دنیا میں رہنا ہے آپ کو۔ آپ ایسا نہیں کر سکتے کہ ایک اور دنیا create کریں۔ ایک اور دنیا نہیں create کر سکے آپ۔</w:t>
      </w:r>
    </w:p>
    <w:p>
      <w:r>
        <w:rPr>
          <w:b/>
        </w:rPr>
        <w:t xml:space="preserve">[54:35] </w:t>
      </w:r>
      <w:r>
        <w:t>yeh mumkin nahi hai ke aap ek aur dunya create karen. to</w:t>
      </w:r>
    </w:p>
    <w:p>
      <w:pPr>
        <w:jc w:val="right"/>
      </w:pPr>
      <w:r>
        <w:t>یہ ممکن نہیں ہے کہ آپ ایک اور دنیا create کریں۔ تو</w:t>
      </w:r>
    </w:p>
    <w:p>
      <w:r>
        <w:rPr>
          <w:b/>
        </w:rPr>
        <w:t xml:space="preserve">[54:40] </w:t>
      </w:r>
      <w:r>
        <w:t>isi dunya mein rehna hai. to isi dunya, is dunya ke khaliq ne jo bataya hai us ko samjhiye.</w:t>
      </w:r>
    </w:p>
    <w:p>
      <w:pPr>
        <w:jc w:val="right"/>
      </w:pPr>
      <w:r>
        <w:t>اسی دنیا میں رہنا ہے۔ تو اسی دنیا، اس دنیا کے خالق نے جو بتایا ہے اس کو سمجھیے۔</w:t>
      </w:r>
    </w:p>
    <w:p>
      <w:r>
        <w:rPr>
          <w:b/>
        </w:rPr>
        <w:t xml:space="preserve">[54:50] </w:t>
      </w:r>
      <w:r>
        <w:t>aur use adjust kijiye. aur woh uska formula wahi hai jo hazrat ali ne kaha maine sunaya aap ko ke al khair fi ma waqa.</w:t>
      </w:r>
    </w:p>
    <w:p>
      <w:pPr>
        <w:jc w:val="right"/>
      </w:pPr>
      <w:r>
        <w:t>اور اسے adjust کیجیے۔ اور وہ اس کا فارمولا وہی ہے جو حضرت علی نے کہا میں نے سنایا آپ کو کہ الخير فی ما وقع ۔</w:t>
      </w:r>
    </w:p>
    <w:p>
      <w:r>
        <w:rPr>
          <w:b/>
        </w:rPr>
        <w:t xml:space="preserve">[55:04] </w:t>
      </w:r>
      <w:r>
        <w:t>jo hua wahi behtar tha.</w:t>
      </w:r>
    </w:p>
    <w:p>
      <w:pPr>
        <w:jc w:val="right"/>
      </w:pPr>
      <w:r>
        <w:t>جو ہوا وہی بہتر تھا۔</w:t>
      </w:r>
    </w:p>
    <w:p>
      <w:r>
        <w:rPr>
          <w:b/>
        </w:rPr>
        <w:t xml:space="preserve">[55:10] </w:t>
      </w:r>
      <w:r>
        <w:t>what happened, happened for my betterment . aur main apni zindagi ka tajruba bata sakta hoon ke ke main ginti karta hoon, ginti.</w:t>
      </w:r>
    </w:p>
    <w:p>
      <w:pPr>
        <w:jc w:val="right"/>
      </w:pPr>
      <w:r>
        <w:t>What happened, happened for my betterment ۔ اور میں اپنی زندگی کا تجربہ بتا سکتا ہوں کہ کہ میں گنتی کرتا ہوں، گنتی۔</w:t>
      </w:r>
    </w:p>
    <w:p>
      <w:r>
        <w:rPr>
          <w:b/>
        </w:rPr>
        <w:t xml:space="preserve">[55:21] </w:t>
      </w:r>
      <w:r>
        <w:t>to jitni cheezen maine zindagi mein chahi thin, khwahish kiya tha. to main yaqeen kijiye ke rozana yeh shukr karta hoon ke allah taala.</w:t>
      </w:r>
    </w:p>
    <w:p>
      <w:pPr>
        <w:jc w:val="right"/>
      </w:pPr>
      <w:r>
        <w:t>تو جتنی چیزیں میں نے زندگی میں چاہی تھیں، خواہش کیا تھا۔ تو میں یقین کیجیے کہ روزانہ یہ شکر کرتا ہوں کہ اللہ تعالیٰ۔</w:t>
      </w:r>
    </w:p>
    <w:p>
      <w:r>
        <w:rPr>
          <w:b/>
        </w:rPr>
        <w:t xml:space="preserve">[55:31] </w:t>
      </w:r>
      <w:r>
        <w:t>ke woh woh meri tamanna poori nahi hui. woh meri khwahish poori nahi hui.</w:t>
      </w:r>
    </w:p>
    <w:p>
      <w:pPr>
        <w:jc w:val="right"/>
      </w:pPr>
      <w:r>
        <w:t>کہ وہ وہ میری تمنا پوری نہیں ہوئی۔ وہ میری خواہش پوری نہیں ہوئی۔</w:t>
      </w:r>
    </w:p>
    <w:p>
      <w:r>
        <w:rPr>
          <w:b/>
        </w:rPr>
        <w:t xml:space="preserve">[55:36] </w:t>
      </w:r>
      <w:r>
        <w:t>kyun ke ek bhi khwahish agar poori ho gayi hoti meri to aaj main ek tabah shuda insan hota.</w:t>
      </w:r>
    </w:p>
    <w:p>
      <w:pPr>
        <w:jc w:val="right"/>
      </w:pPr>
      <w:r>
        <w:t>کیونکہ ایک بھی خواہش اگر پوری ہو گئی ہوتی میری تو آج میں ایک تباہ شدہ انسان ہوتا۔</w:t>
      </w:r>
    </w:p>
    <w:p>
      <w:r>
        <w:rPr>
          <w:b/>
        </w:rPr>
        <w:t xml:space="preserve">[55:45] </w:t>
      </w:r>
      <w:r>
        <w:t>na koi mission hota. na mujhe koi discovery hoti. na mujhe koi marfat hoti. kuch bhi nahi.</w:t>
      </w:r>
    </w:p>
    <w:p>
      <w:pPr>
        <w:jc w:val="right"/>
      </w:pPr>
      <w:r>
        <w:t>نہ کوئی مشن ہوتا۔ نہ مجھے کوئی discovery ہوتی۔ نہ مجھے کوئی معرفت ہوتی۔ کچھ بھی نہیں۔</w:t>
      </w:r>
    </w:p>
    <w:p>
      <w:r>
        <w:rPr>
          <w:b/>
        </w:rPr>
        <w:t xml:space="preserve">[55:55] </w:t>
      </w:r>
      <w:r>
        <w:t>is tajrube se maine yeh jana hai ke hum se oopar koi hai jo history ko manage kar raha hai. jo insan ki life ko manage kar raha hai.</w:t>
      </w:r>
    </w:p>
    <w:p>
      <w:pPr>
        <w:jc w:val="right"/>
      </w:pPr>
      <w:r>
        <w:t>اس تجربے سے میں نے یہ جانا ہے کہ ہم سے اوپر کوئی ہے جو history کو manage کر رہا ہے۔ جو انسان کی life کو manage کر رہا ہے۔</w:t>
      </w:r>
    </w:p>
    <w:p>
      <w:r>
        <w:rPr>
          <w:b/>
        </w:rPr>
        <w:t xml:space="preserve">[56:06] </w:t>
      </w:r>
      <w:r>
        <w:t>isi ke dene se kisi ko milta hai. isi ke chhenne se kisi kisi cheez chhin jati hai.</w:t>
      </w:r>
    </w:p>
    <w:p>
      <w:pPr>
        <w:jc w:val="right"/>
      </w:pPr>
      <w:r>
        <w:t>اسی کے دینے سے کسی کو ملتا ہے۔ اسی کے چھیننے سے کسی کسی چیز چھن جاتی ہے۔</w:t>
      </w:r>
    </w:p>
    <w:p>
      <w:r>
        <w:rPr>
          <w:b/>
        </w:rPr>
        <w:t xml:space="preserve">[56:12] </w:t>
      </w:r>
      <w:r>
        <w:t>ab woh bohat hi wisdom ke sath, woh super wisdom us ke paas hai. super wisdom ke sath us ko</w:t>
      </w:r>
    </w:p>
    <w:p>
      <w:pPr>
        <w:jc w:val="right"/>
      </w:pPr>
      <w:r>
        <w:t>اب وہ بہت ہی wisdom کے ساتھ، وہ super wisdom اس کے پاس ہے۔ super wisdom کے ساتھ اس کو</w:t>
      </w:r>
    </w:p>
    <w:p>
      <w:r>
        <w:rPr>
          <w:b/>
        </w:rPr>
        <w:t xml:space="preserve">[56:24] </w:t>
      </w:r>
      <w:r>
        <w:t>deta hai ya nahi deta.</w:t>
      </w:r>
    </w:p>
    <w:p>
      <w:pPr>
        <w:jc w:val="right"/>
      </w:pPr>
      <w:r>
        <w:t>دیتا ہے یا نہیں دیتا۔</w:t>
      </w:r>
    </w:p>
    <w:p>
      <w:r>
        <w:rPr>
          <w:b/>
        </w:rPr>
        <w:t xml:space="preserve">[56:31] </w:t>
      </w:r>
      <w:r>
        <w:t>to main yeh kahoon ga ke aap is formula ko jo hazrat ali ne diya tha, us ko pakad lijiye.</w:t>
      </w:r>
    </w:p>
    <w:p>
      <w:pPr>
        <w:jc w:val="right"/>
      </w:pPr>
      <w:r>
        <w:t>تو میں یہ کہوں گا کہ آپ اس فارمولے کو جو حضرت علی نے دیا تھا، اس کو پکڑ لیجیے۔</w:t>
      </w:r>
    </w:p>
    <w:p>
      <w:r>
        <w:rPr>
          <w:b/>
        </w:rPr>
        <w:t xml:space="preserve">[56:40] </w:t>
      </w:r>
      <w:r>
        <w:t>al khair fi ma waqa . what happened, happened for my betterment . bas simple formula. aur mere jaise boorhe aadmi ka yeh tajruba is mein add kar lijiye ke yahi fi waqe har ek ke sath hota hai ke agar koi cheez nahi mili to us ko le kar ke hum tension mein par jate hain.</w:t>
      </w:r>
    </w:p>
    <w:p>
      <w:pPr>
        <w:jc w:val="right"/>
      </w:pPr>
      <w:r>
        <w:t>الخير فی ما وقع ۔ What happened, happened for my betterment ۔ بس simple فارمولا۔ اور میرے جیسے بوڑھے آدمی کا یہ تجربہ اس میں add کر لیجیے کہ یہی فی الواقع ہر ایک کے ساتھ ہوتا ہے کہ اگر کوئی چیز نہیں ملی تو اس کو لے کر کے ہم tension میں پڑ جاتے ہیں۔</w:t>
      </w:r>
    </w:p>
    <w:p>
      <w:r>
        <w:rPr>
          <w:b/>
        </w:rPr>
        <w:t xml:space="preserve">[57:07] </w:t>
      </w:r>
      <w:r>
        <w:t>nahi mili to is mein hamara koi faida hoga.</w:t>
      </w:r>
    </w:p>
    <w:p>
      <w:pPr>
        <w:jc w:val="right"/>
      </w:pPr>
      <w:r>
        <w:t>نہیں ملی تو اس میں ہمارا کوئی فائدہ ہوگا۔</w:t>
      </w:r>
    </w:p>
    <w:p>
      <w:r>
        <w:rPr>
          <w:b/>
        </w:rPr>
        <w:t xml:space="preserve">[57:12] </w:t>
      </w:r>
      <w:r>
        <w:t>yani jo alam ul ghaib hai, us ko pata tha ke is ko yeh cheez mil jaye to is ka achhe nahi honge is ke liye. na milne mein faida hai.</w:t>
      </w:r>
    </w:p>
    <w:p>
      <w:pPr>
        <w:jc w:val="right"/>
      </w:pPr>
      <w:r>
        <w:t>یعنی جو عالم الغیب ہے، اس کو پتہ تھا کہ اس کو یہ چیز مل جائے تو اس کا اچھے نہیں ہوگے اس کے لیے۔ نہ ملنے میں فائدہ ہے۔</w:t>
      </w:r>
    </w:p>
    <w:p>
      <w:r>
        <w:rPr>
          <w:b/>
        </w:rPr>
        <w:t xml:space="preserve">[57:26] </w:t>
      </w:r>
      <w:r>
        <w:t>aur koi doosre jo formula bataye jate hain de stressing ke, woh sab mere nazdeek unnatural hain. farzi hain.</w:t>
      </w:r>
    </w:p>
    <w:p>
      <w:pPr>
        <w:jc w:val="right"/>
      </w:pPr>
      <w:r>
        <w:t>اور کوئی دوسرے جو فارمولے بتائے جاتے ہیں ڈی اسٹریسنگ کے، وہ سب میرے نزدیک unnatural ہیں۔ فرضی ہیں۔</w:t>
      </w:r>
    </w:p>
    <w:p>
      <w:r>
        <w:rPr>
          <w:b/>
        </w:rPr>
        <w:t xml:space="preserve">[57:36] </w:t>
      </w:r>
      <w:r>
        <w:t>aur nateeja batata hai ke in se koi bhi faida nahi.</w:t>
      </w:r>
    </w:p>
    <w:p>
      <w:pPr>
        <w:jc w:val="right"/>
      </w:pPr>
      <w:r>
        <w:t>اور نتیجہ بتاتا ہے کہ ان سے کوئی بھی فائدہ نہیں۔</w:t>
      </w:r>
    </w:p>
    <w:p>
      <w:r>
        <w:rPr>
          <w:b/>
        </w:rPr>
        <w:t xml:space="preserve">[57:40] </w:t>
      </w:r>
      <w:r>
        <w:t>mein bohat se logon se mila hoon jo woh sab method unhon ne kiya, woh sab exercises kin, un idaron mein ja kar join kiya unhon ne, woh sab kiya, aur jab wahan kar ke lote to woh kehte hain ke phir wohi wese hi ke wese hi.</w:t>
      </w:r>
    </w:p>
    <w:p>
      <w:pPr>
        <w:jc w:val="right"/>
      </w:pPr>
      <w:r>
        <w:t>میں بہت سے لوگوں سے ملا ہوں جو وہ سب method انہوں نے کیا، وہ سب exercises کیں، ان اداروں میں جا کر join کیا انہوں نے، وہ سب کیا، اور جب وہاں کر کے لوٹے تو وہ کہتے ہیں کہ پھر وہی ویسے ہی کے ویسے ہی۔</w:t>
      </w:r>
    </w:p>
    <w:p>
      <w:r>
        <w:rPr>
          <w:b/>
        </w:rPr>
        <w:t xml:space="preserve">[58:00] </w:t>
      </w:r>
      <w:r>
        <w:t>to yeh hamara jo mission hai, is mission ka aik pehlu yeh bhi hai ke logon ko batayein ke woh tension free zindagi guzarein.</w:t>
      </w:r>
    </w:p>
    <w:p>
      <w:pPr>
        <w:jc w:val="right"/>
      </w:pPr>
      <w:r>
        <w:t>تو یہ ہمارا جو mission ہے، اس mission کا ایک پہلو یہ بھی ہے کہ لوگوں کو بتائیں کہ وہ tension free زندگی گزاریں۔</w:t>
      </w:r>
    </w:p>
    <w:p>
      <w:r>
        <w:rPr>
          <w:b/>
        </w:rPr>
        <w:t xml:space="preserve">[58:09] </w:t>
      </w:r>
      <w:r>
        <w:t>kyunke jab aap tension free rahenge, tabhi aap, tabhi aap zindagi ke bare bare jo maqsad hain, un ke liye kuch kaam kar sakenge.</w:t>
      </w:r>
    </w:p>
    <w:p>
      <w:pPr>
        <w:jc w:val="right"/>
      </w:pPr>
      <w:r>
        <w:t>کیونکہ جب آپ tension free رہیں گے، تبھی آپ، تبھی آپ زندگی کے بڑے بڑے جو مقصد ہیں، ان کے لیے کچھ کام کر سکیں گے۔</w:t>
      </w:r>
    </w:p>
    <w:p>
      <w:r>
        <w:rPr>
          <w:b/>
        </w:rPr>
        <w:t xml:space="preserve">[58:22] </w:t>
      </w:r>
      <w:r>
        <w:t>yani aala maqsad ko hasil karne ke liye zaroori hai ke aap tension free rahein.</w:t>
      </w:r>
    </w:p>
    <w:p>
      <w:pPr>
        <w:jc w:val="right"/>
      </w:pPr>
      <w:r>
        <w:t>یعنی اعلیٰ مقصد کو حاصل کرنے کے لیے ضروری ہے کہ آپ tension free رہیں۔</w:t>
      </w:r>
    </w:p>
    <w:p>
      <w:r>
        <w:rPr>
          <w:b/>
        </w:rPr>
        <w:t xml:space="preserve">[58:31] </w:t>
      </w:r>
      <w:r>
        <w:t>warna tension mein phanse rahenge, aur jo bare bare aap ke liye opportunities hain is dunya mein, us ko, us ko avail nahi kar sakenge.</w:t>
      </w:r>
    </w:p>
    <w:p>
      <w:pPr>
        <w:jc w:val="right"/>
      </w:pPr>
      <w:r>
        <w:t>ورنہ tension میں پھنسے رہیں گے، اور جو بڑے بڑے آپ کے لیے opportunities ہیں اس دنیا میں، اس کو، اس کو avail نہیں کر سکیں گے۔</w:t>
      </w:r>
    </w:p>
    <w:p>
      <w:r>
        <w:rPr>
          <w:b/>
        </w:rPr>
        <w:t xml:space="preserve">[58:42] </w:t>
      </w:r>
      <w:r>
        <w:t>tension mein jiyenge, tension mein marenge.</w:t>
      </w:r>
    </w:p>
    <w:p>
      <w:pPr>
        <w:jc w:val="right"/>
      </w:pPr>
      <w:r>
        <w:t>tension میں جئیں گے، tension میں مریں گے۔</w:t>
      </w:r>
    </w:p>
    <w:p>
      <w:r>
        <w:rPr>
          <w:b/>
        </w:rPr>
        <w:t xml:space="preserve">[58:49] </w:t>
      </w:r>
      <w:r>
        <w:t>to mein samajhta hoon ke yeh bohat zaroori hai ke hum, hamein, hum khud isi formula ko ikhtiyar karein aur doosron ko batayein ke tension free life ka raaz samjho aur us ke mutabiq zindagi guzaro taake tum Allah taala ne is dunya mein jo tumhare liye sa'adat rakhi thi, jo blessing rakhi thi, us ko tum hasil kar sako.</w:t>
      </w:r>
    </w:p>
    <w:p>
      <w:pPr>
        <w:jc w:val="right"/>
      </w:pPr>
      <w:r>
        <w:t>تو میں سمجھتا ہوں کہ یہ بہت ضروری ہے کہ ہم، ہمیں، ہم خود اسی فارمولے کو اختیار کریں اور دوسروں کو بتائیں کہ tension free life کا راز سمجھو اور اس کے مطابق زندگی گزارو تاکہ تم اللہ تعالیٰ نے اس دنیا میں جو تمہارے لیے سعادت رکھی تھی، جو blessing رکھی تھی، اس کو تم حاصل کر سکو۔</w:t>
      </w:r>
    </w:p>
    <w:p>
      <w:r>
        <w:rPr>
          <w:b/>
        </w:rPr>
        <w:t xml:space="preserve">[59:17] </w:t>
      </w:r>
      <w:r>
        <w:t>woh jo jo mawaqe the, us ko hasil kar sako. aisa na ho ke tension mein jeete jeete mawaqe se mahroom ho kar marein, aur aakhir mein pata chale ke hum to, yani aik opportunities, opportunities ko kho diya aap ne.</w:t>
      </w:r>
    </w:p>
    <w:p>
      <w:pPr>
        <w:jc w:val="right"/>
      </w:pPr>
      <w:r>
        <w:t>وہ جو جو مواقع تھے، اس کو حاصل کر سکو۔ ایسا نہ ہو کہ tension میں جیتے جیتے مواقع سے محروم ہو کر مریں، اور آخر میں پتہ چلے کہ ہم تو، یعنی ایک opportunities، opportunities کو کھو دیا آپ نے۔</w:t>
      </w:r>
    </w:p>
    <w:p>
      <w:r>
        <w:rPr>
          <w:b/>
        </w:rPr>
        <w:t xml:space="preserve">[59:36] </w:t>
      </w:r>
      <w:r>
        <w:t>aur forever, kyunke maut ke baad to phir aap laut nahi sakte is dunya mein.</w:t>
      </w:r>
    </w:p>
    <w:p>
      <w:pPr>
        <w:jc w:val="right"/>
      </w:pPr>
      <w:r>
        <w:t>اور forever، کیونکہ موت کے بعد تو پھر آپ لوٹ نہیں سکتے اس دنیا میں۔</w:t>
      </w:r>
    </w:p>
    <w:p>
      <w:r>
        <w:rPr>
          <w:b/>
        </w:rPr>
        <w:t xml:space="preserve">[59:43] </w:t>
      </w:r>
      <w:r>
        <w:t>to mein dua karta hoon ke Allah taala mujh ko aur aap ko is ki tofeeq ata farmaye. aqool qawli hadha wa astaghfirullah li wa lakum ajmaeen</w:t>
      </w:r>
    </w:p>
    <w:p>
      <w:pPr>
        <w:jc w:val="right"/>
      </w:pPr>
      <w:r>
        <w:t>تو میں دعا کرتا ہوں کہ اللہ تعالیٰ مجھ کو اور آپ کو اس کی توفیق عطا فرمائے۔ أقول قولي هذا واستغفراللہ لي ولكم اجمعین</w:t>
      </w:r>
    </w:p>
    <w:p>
      <w:r>
        <w:rPr>
          <w:b/>
        </w:rPr>
        <w:t xml:space="preserve">[1:00:07] </w:t>
      </w:r>
      <w:r>
        <w:t>maulana, yeh sawal aaya hai mr abdul lateef ka karachi pakistan se. unhon</w:t>
      </w:r>
    </w:p>
    <w:p>
      <w:pPr>
        <w:jc w:val="right"/>
      </w:pPr>
      <w:r>
        <w:t>مولانا، یہ سوال آیا ہے مسٹر عبداللطیف کا کراچی پاکستان سے۔ انہوں</w:t>
      </w:r>
    </w:p>
    <w:p>
      <w:r>
        <w:rPr>
          <w:b/>
        </w:rPr>
        <w:t xml:space="preserve">[1:00:13] </w:t>
      </w:r>
      <w:r>
        <w:t>ne likha hai: "aaj har insan ne saal ki aamad par khushi ka izhar kar raha hai. aise mauqe par insan ko apne guzre hue saal ke bare mein sochna chahiye ke maine kya paya aur kya khoya, ya khushi ka izhar karna chahiye.</w:t>
      </w:r>
    </w:p>
    <w:p>
      <w:pPr>
        <w:jc w:val="right"/>
      </w:pPr>
      <w:r>
        <w:t>نے لکھا ہے: "آج ہر انسان نے سال کی آمد پر خوشی کا اظہار کر رہا ہے۔ ایسے موقع پر انسان کو اپنے گزرے ہوئے سال کے بارے میں سوچنا چاہیے کہ میں نے کیا پایا اور کیا کھویا، یا خوشی کا اظہار کرنا چاہیے۔</w:t>
      </w:r>
    </w:p>
    <w:p>
      <w:r>
        <w:rPr>
          <w:b/>
        </w:rPr>
        <w:t xml:space="preserve">[1:00:34] </w:t>
      </w:r>
      <w:r>
        <w:t>wazahat farmayein." dekhein, sirf khushi ka to koi matlab nahi hota.</w:t>
      </w:r>
    </w:p>
    <w:p>
      <w:pPr>
        <w:jc w:val="right"/>
      </w:pPr>
      <w:r>
        <w:t>وضاحت فرمائیں۔" دیکھیں، صرف خوشی کا تو کوئی مطلب نہیں ہوتا۔</w:t>
      </w:r>
    </w:p>
    <w:p>
      <w:r>
        <w:rPr>
          <w:b/>
        </w:rPr>
        <w:t xml:space="preserve">[1:00:43] </w:t>
      </w:r>
      <w:r>
        <w:t>sirf khushi ka to koi matlab nahi hota. sahi baat yeh hai ke hum pichle saal ka</w:t>
      </w:r>
    </w:p>
    <w:p>
      <w:pPr>
        <w:jc w:val="right"/>
      </w:pPr>
      <w:r>
        <w:t>صرف خوشی کا تو کوئی مطلب نہیں ہوتا۔ صحیح بات یہ ہے کہ ہم پچھلے سال کا</w:t>
      </w:r>
    </w:p>
    <w:p>
      <w:r>
        <w:rPr>
          <w:b/>
        </w:rPr>
        <w:t xml:space="preserve">[1:00:54] </w:t>
      </w:r>
      <w:r>
        <w:t>muhasiba karein. ke pichle saal hum ne kya kar sakte the aur nahi kar paye hum. aur agle saal ke liye hum planning karein.</w:t>
      </w:r>
    </w:p>
    <w:p>
      <w:pPr>
        <w:jc w:val="right"/>
      </w:pPr>
      <w:r>
        <w:t>محاسبہ کریں۔ کہ پچھلے سال ہم نے کیا کر سکتے تھے اور نہیں کر پائے ہم۔ اور اگلے سال کے لیے ہم planning کریں۔</w:t>
      </w:r>
    </w:p>
    <w:p>
      <w:r>
        <w:rPr>
          <w:b/>
        </w:rPr>
        <w:t xml:space="preserve">[1:01:08] </w:t>
      </w:r>
      <w:r>
        <w:t>yani mein samajhta hoon ke naye saal ka pehla din is liye hai ke hum agle saal ki zyada sahi planning karein.</w:t>
      </w:r>
    </w:p>
    <w:p>
      <w:pPr>
        <w:jc w:val="right"/>
      </w:pPr>
      <w:r>
        <w:t>یعنی میں سمجھتا ہوں کہ نئے سال کا پہلا دن اس لیے ہے کہ ہم اگلے سال کی زیادہ صحیح planning کریں۔</w:t>
      </w:r>
    </w:p>
    <w:p>
      <w:r>
        <w:rPr>
          <w:b/>
        </w:rPr>
        <w:t xml:space="preserve">[1:01:20] </w:t>
      </w:r>
      <w:r>
        <w:t>pichle saal hamari planning jo kami reh gayi thi, to hum yeh chahein ke ab agle saal hum is ghalti ko nahi dohraenge.</w:t>
      </w:r>
    </w:p>
    <w:p>
      <w:pPr>
        <w:jc w:val="right"/>
      </w:pPr>
      <w:r>
        <w:t>پچھلے سال ہماری planning جو کمی رہ گئی تھی، تو ہم یہ چاہیں کہ اب اگلے سال ہم اس غلطی کو نہیں دہرائیں گے۔</w:t>
      </w:r>
    </w:p>
    <w:p>
      <w:r>
        <w:rPr>
          <w:b/>
        </w:rPr>
        <w:t xml:space="preserve">[1:01:33] </w:t>
      </w:r>
      <w:r>
        <w:t>kyunke aap jante hain ke</w:t>
      </w:r>
    </w:p>
    <w:p>
      <w:pPr>
        <w:jc w:val="right"/>
      </w:pPr>
      <w:r>
        <w:t>کیونکہ آپ جانتے ہیں کہ</w:t>
      </w:r>
    </w:p>
    <w:p>
      <w:r>
        <w:rPr>
          <w:b/>
        </w:rPr>
        <w:t xml:space="preserve">[1:01:37] </w:t>
      </w:r>
      <w:r>
        <w:t>al insaan markabun min al khata'i wa al nisyan. to every human. to har insan se ghaltiyan hoti hain. to pichle saal ki ghaltiyon ko mind mein rakh kar ke hum is se seekh sakte hain.</w:t>
      </w:r>
    </w:p>
    <w:p>
      <w:pPr>
        <w:jc w:val="right"/>
      </w:pPr>
      <w:r>
        <w:t>الإنسان مَرْكَبٌ مِنْ الخَطَأِ وَالنِسْيَانِ ۔ To every human ۔ تو ہر انسان سے غلطیاں ہوتی ہیں۔ تو پچھلے سال کی غلطیوں کو mind میں رکھ کر کے ہم اس سے سیکھ سکتے ہیں۔</w:t>
      </w:r>
    </w:p>
    <w:p>
      <w:r>
        <w:rPr>
          <w:b/>
        </w:rPr>
        <w:t xml:space="preserve">[1:01:55] </w:t>
      </w:r>
      <w:r>
        <w:t>aur agle saal ki zyada achi planning kar sakte hain.</w:t>
      </w:r>
    </w:p>
    <w:p>
      <w:pPr>
        <w:jc w:val="right"/>
      </w:pPr>
      <w:r>
        <w:t>اور اگلے سال کی زیادہ اچھی planning کر سکتے ہیں۔</w:t>
      </w:r>
    </w:p>
    <w:p>
      <w:r>
        <w:rPr>
          <w:b/>
        </w:rPr>
        <w:t xml:space="preserve">[1:02:00] </w:t>
      </w:r>
      <w:r>
        <w:t>mein samajhta hoon ke asal cheez yeh hai. sirf khushi to koi koi matlab nahi hai.</w:t>
      </w:r>
    </w:p>
    <w:p>
      <w:pPr>
        <w:jc w:val="right"/>
      </w:pPr>
      <w:r>
        <w:t>میں سمجھتا ہوں کہ اصل چیز یہ ہے۔ صرف خوشی تو کوئی کوئی مطلب نہیں ہے۔</w:t>
      </w:r>
    </w:p>
    <w:p>
      <w:r>
        <w:rPr>
          <w:b/>
        </w:rPr>
        <w:t xml:space="preserve">[1:02:09] </w:t>
      </w:r>
      <w:r>
        <w:t>maulana, agla sawal aaya hai singapore se mr salish malhotra ka. unhon ne likha hai: "maulana sahib every year i make resolutions, however seldom keep them.</w:t>
      </w:r>
    </w:p>
    <w:p>
      <w:pPr>
        <w:jc w:val="right"/>
      </w:pPr>
      <w:r>
        <w:t>مولانا، اگلا سوال آیا ہے سنگاپور سے مسٹر سلیش مہلوترا کا۔ انہوں نے لکھا ہے: "مولانا صاحب every year I make resolutions, however seldom keep them.</w:t>
      </w:r>
    </w:p>
    <w:p>
      <w:r>
        <w:rPr>
          <w:b/>
        </w:rPr>
        <w:t xml:space="preserve">[1:02:23] </w:t>
      </w:r>
      <w:r>
        <w:t>this year i want to make a realistic resolution and also keep it.</w:t>
      </w:r>
    </w:p>
    <w:p>
      <w:pPr>
        <w:jc w:val="right"/>
      </w:pPr>
      <w:r>
        <w:t>This year I want to make a realistic resolution and also keep it.</w:t>
      </w:r>
    </w:p>
    <w:p>
      <w:r>
        <w:rPr>
          <w:b/>
        </w:rPr>
        <w:t xml:space="preserve">[1:02:28] </w:t>
      </w:r>
      <w:r>
        <w:t>what resolution would you advise for all the cps members?"</w:t>
      </w:r>
    </w:p>
    <w:p>
      <w:pPr>
        <w:jc w:val="right"/>
      </w:pPr>
      <w:r>
        <w:t>What resolution would you advise for all the CPS members?"</w:t>
      </w:r>
    </w:p>
    <w:p>
      <w:r>
        <w:rPr>
          <w:b/>
        </w:rPr>
        <w:t xml:space="preserve">[1:02:41] </w:t>
      </w:r>
      <w:r>
        <w:t>woh to mein ne apni advice de di. jo abhi mein ne taqreer ki, woh samjhe woh advice thi. ke aadmi, har aadmi case yahi hai ke woh,</w:t>
      </w:r>
    </w:p>
    <w:p>
      <w:pPr>
        <w:jc w:val="right"/>
      </w:pPr>
      <w:r>
        <w:t>وہ تو میں نے اپنی advice دے دی۔ جو ابھی میں نے تقریر کی، وہ سمجھئے وہ advice تھی۔ کہ آدمی، ہر آدمی کیس یہی ہے کہ وہ،</w:t>
      </w:r>
    </w:p>
    <w:p>
      <w:r>
        <w:rPr>
          <w:b/>
        </w:rPr>
        <w:t xml:space="preserve">[1:03:00] </w:t>
      </w:r>
      <w:r>
        <w:t>wo creation plan of God ko samjhe baghair jeena chahta hai dunya mein. to yeh to possible nahi hai.</w:t>
      </w:r>
    </w:p>
    <w:p>
      <w:pPr>
        <w:jc w:val="right"/>
      </w:pPr>
      <w:r>
        <w:t>وہ creation plan of God کو سمجھے بغیر جینا چاہتا ہے دنیا میں۔ تو یہ تو possible نہیں ہے۔</w:t>
      </w:r>
    </w:p>
    <w:p>
      <w:r>
        <w:rPr>
          <w:b/>
        </w:rPr>
        <w:t xml:space="preserve">[1:03:10] </w:t>
      </w:r>
      <w:r>
        <w:t>to pehla kaam yeh karna chahiye aadmi ko, yeh jaane ke hum apni banai hui dunya mein nahi hain. na maine apne aap ko khud banaya hai, na is dunya ko maine khud banaya hai.</w:t>
      </w:r>
    </w:p>
    <w:p>
      <w:pPr>
        <w:jc w:val="right"/>
      </w:pPr>
      <w:r>
        <w:t>تو پہلا کام یہ کرنا چاہیے آدمی کو، یہ جانے کہ ہم اپنی بنائی ہوئی دنیا میں نہیں ہیں۔ نہ میں نے اپنے آپ کو خود بنایا ہے، نہ اس دنیا کو میں نے خود بنایا ہے۔</w:t>
      </w:r>
    </w:p>
    <w:p>
      <w:r>
        <w:rPr>
          <w:b/>
        </w:rPr>
        <w:t xml:space="preserve">[1:03:25] </w:t>
      </w:r>
      <w:r>
        <w:t>to creator ka, creator ne kyun banaya mujh ko? creator ne kyun mujhe is dunya mein rakha? yeh pehli baat hai jo har aadmi ko jaanna chahiye.</w:t>
      </w:r>
    </w:p>
    <w:p>
      <w:pPr>
        <w:jc w:val="right"/>
      </w:pPr>
      <w:r>
        <w:t>تو creator کا، creator نے کیوں بنایا مجھ کو؟ creator نے کیوں مجھے اس دنیا میں رکھا؟ یہ پہلی بات ہے جو ہر آدمی کو جاننا چاہیے۔</w:t>
      </w:r>
    </w:p>
    <w:p>
      <w:r>
        <w:rPr>
          <w:b/>
        </w:rPr>
        <w:t xml:space="preserve">[1:03:42] </w:t>
      </w:r>
      <w:r>
        <w:t>to main samajhta hoon ke aaj ka din, yaani naye saal ka pehla din, har ek ke liye</w:t>
      </w:r>
    </w:p>
    <w:p>
      <w:pPr>
        <w:jc w:val="right"/>
      </w:pPr>
      <w:r>
        <w:t>تو میں سمجھتا ہوں کہ آج کا دن، یعنی نئے سال کا پہلا دن، ہر ایک کے لیے</w:t>
      </w:r>
    </w:p>
    <w:p>
      <w:r>
        <w:rPr>
          <w:b/>
        </w:rPr>
        <w:t xml:space="preserve">[1:03:50] </w:t>
      </w:r>
      <w:r>
        <w:t>ek hi kaam karna hai is ko. ke woh Allah taala ke, yaani creator ke takhleeqi mansoobe ko jaane aur us ke mutabiq apni planning kare.</w:t>
      </w:r>
    </w:p>
    <w:p>
      <w:pPr>
        <w:jc w:val="right"/>
      </w:pPr>
      <w:r>
        <w:t>ایک ہی کام کرنا ہے اس کو۔ کہ وہ اللہ تعالیٰ کے، یعنی creator کے تخلیقی منصوبے کو جانے اور اس کے مطابق اپنی planning کرے۔</w:t>
      </w:r>
    </w:p>
    <w:p>
      <w:r>
        <w:rPr>
          <w:b/>
        </w:rPr>
        <w:t xml:space="preserve">[1:04:05] </w:t>
      </w:r>
      <w:r>
        <w:t>woh kya hai?</w:t>
      </w:r>
    </w:p>
    <w:p>
      <w:pPr>
        <w:jc w:val="right"/>
      </w:pPr>
      <w:r>
        <w:t>وہ کیا ہے؟</w:t>
      </w:r>
    </w:p>
    <w:p>
      <w:r>
        <w:rPr>
          <w:b/>
        </w:rPr>
        <w:t xml:space="preserve">[1:04:07] </w:t>
      </w:r>
      <w:r>
        <w:t>woh yeh hai ke yeh dunya is liye nahi banai gayi ke hum apni sari khwahishon ko poori karein. nahi.</w:t>
      </w:r>
    </w:p>
    <w:p>
      <w:pPr>
        <w:jc w:val="right"/>
      </w:pPr>
      <w:r>
        <w:t>وہ یہ ہے کہ یہ دنیا اس لیے نہیں بنائی گئی کہ ہم اپنی ساری خواہشوں کو پوری کریں۔ نہیں۔</w:t>
      </w:r>
    </w:p>
    <w:p>
      <w:r>
        <w:rPr>
          <w:b/>
        </w:rPr>
        <w:t xml:space="preserve">[1:04:17] </w:t>
      </w:r>
      <w:r>
        <w:t>yeh dunya is liye banai gayi hai ke yahan par aap</w:t>
      </w:r>
    </w:p>
    <w:p>
      <w:pPr>
        <w:jc w:val="right"/>
      </w:pPr>
      <w:r>
        <w:t>یہ دنیا اس لیے بنائی گئی ہے کہ یہاں پر آپ</w:t>
      </w:r>
    </w:p>
    <w:p>
      <w:r>
        <w:rPr>
          <w:b/>
        </w:rPr>
        <w:t xml:space="preserve">[1:04:22] </w:t>
      </w:r>
      <w:r>
        <w:t>is tarah zindagi guzarein jo creator ko matloob hai. taake woh aap ko select kare agli dunya mein paradise ke liye.</w:t>
      </w:r>
    </w:p>
    <w:p>
      <w:pPr>
        <w:jc w:val="right"/>
      </w:pPr>
      <w:r>
        <w:t>اس طرح زندگی گزاریں جو creator کو مطلوب ہے۔ تاکہ وہ آپ کو select کرے اگلی دنیا میں paradise کے لیے۔</w:t>
      </w:r>
    </w:p>
    <w:p>
      <w:r>
        <w:rPr>
          <w:b/>
        </w:rPr>
        <w:t xml:space="preserve">[1:04:36] </w:t>
      </w:r>
      <w:r>
        <w:t>to creation plan of God jo hai, is ka jab mutalea karein ge aap to pehli cheez jo aap discover karein ge, woh yeh hai ke yeh dunya selection ground hai.</w:t>
      </w:r>
    </w:p>
    <w:p>
      <w:pPr>
        <w:jc w:val="right"/>
      </w:pPr>
      <w:r>
        <w:t>تو creation plan of God جو ہے، اس کا جب مطالعہ کریں گے آپ تو پہلی چیز جو آپ discover کریں گے، وہ یہ ہے کہ یہ دنیا selection ground ہے۔</w:t>
      </w:r>
    </w:p>
    <w:p>
      <w:r>
        <w:rPr>
          <w:b/>
        </w:rPr>
        <w:t xml:space="preserve">[1:04:50] </w:t>
      </w:r>
      <w:r>
        <w:t>yeh dunya, yaani is liye nahi hai ke yahan aap, yaani yahan par aap apne comfort aur luxury faraham karein aur is par jee kar ke mar j</w:t>
      </w:r>
    </w:p>
    <w:p>
      <w:pPr>
        <w:jc w:val="right"/>
      </w:pPr>
      <w:r>
        <w:t>یہ دنیا، یعنی اس لیے نہیں ہے کہ یہاں آپ، یعنی یہاں پر آپ اپنے comfort اور luxury فراہم کریں اور اس پر جی کر کے مر ج</w:t>
      </w:r>
    </w:p>
    <w:p>
      <w:r>
        <w:rPr>
          <w:b/>
        </w:rPr>
        <w:t xml:space="preserve">[1:05:06] </w:t>
      </w:r>
      <w:r>
        <w:t>ayein. nahi. yeh dunya selection ground hai. aise individuals ka selection ho raha hai jo deserve karein paradise mein settle karne ke liye.</w:t>
      </w:r>
    </w:p>
    <w:p>
      <w:pPr>
        <w:jc w:val="right"/>
      </w:pPr>
      <w:r>
        <w:t>ائیں۔ نہیں۔ یہ دنیا selection ground ہے۔ ایسے individuals کا selection ہو رہا ہے جو deserve کریں paradise میں settle کرنے کے لیے۔</w:t>
      </w:r>
    </w:p>
    <w:p>
      <w:r>
        <w:rPr>
          <w:b/>
        </w:rPr>
        <w:t xml:space="preserve">[1:05:18] </w:t>
      </w:r>
      <w:r>
        <w:t>bas ek hi concern hona chahiye hum sab logon ka. ek hi concern. do concern nahi.</w:t>
      </w:r>
    </w:p>
    <w:p>
      <w:pPr>
        <w:jc w:val="right"/>
      </w:pPr>
      <w:r>
        <w:t>بس ایک ہی concern ہونا چاہیے ہم سب لوگوں کا۔ ایک ہی concern۔ دو concern نہیں۔</w:t>
      </w:r>
    </w:p>
    <w:p>
      <w:r>
        <w:rPr>
          <w:b/>
        </w:rPr>
        <w:t xml:space="preserve">[1:05:29] </w:t>
      </w:r>
      <w:r>
        <w:t>to yeh jo, jis bhool mein pada hua hai insaan aaj ka, jo us ko kehte hain right here, right now. yeh to ulta nazariya hai. yeh jo right here, right now ka jo phaila hua hai soch, woh to ulti baat hai.</w:t>
      </w:r>
    </w:p>
    <w:p>
      <w:pPr>
        <w:jc w:val="right"/>
      </w:pPr>
      <w:r>
        <w:t>تو یہ جو، جس بھول میں پڑا ہوا ہے انسان آج کا، جو اس کو کہتے ہیںright here,right now ۔ یہ تو الٹا نظریہ ہے۔ یہ جوright here,right now کا جو پھیلا ہوا ہے سوچ، وہ تو الٹی بات ہے۔</w:t>
      </w:r>
    </w:p>
    <w:p>
      <w:r>
        <w:rPr>
          <w:b/>
        </w:rPr>
        <w:t xml:space="preserve">[1:05:45] </w:t>
      </w:r>
      <w:r>
        <w:t>kyun ke yeh to hai hi nahi. zindagi to shuru hoti hai asli maut ke baad.</w:t>
      </w:r>
    </w:p>
    <w:p>
      <w:pPr>
        <w:jc w:val="right"/>
      </w:pPr>
      <w:r>
        <w:t>کیونکہ یہ تو ہے ہی نہیں۔ زندگی تو شروع ہوتی ہے اصلی موت کے بعد۔</w:t>
      </w:r>
    </w:p>
    <w:p>
      <w:r>
        <w:rPr>
          <w:b/>
        </w:rPr>
        <w:t xml:space="preserve">[1:05:55] </w:t>
      </w:r>
      <w:r>
        <w:t>kisi shayar ne kaha hai, bohat sahi, ke zeest ka raaz khula gardish e ayyam ke baad. is kahani ka to aaghaz tha anjam ke baad.</w:t>
      </w:r>
    </w:p>
    <w:p>
      <w:pPr>
        <w:jc w:val="right"/>
      </w:pPr>
      <w:r>
        <w:t>کسی شاعر نے کہا ہے، بہت صحیح، کہ زیست کا راز کھلا گردش ایام کے بعد۔ اس کہانی کا تو آغاز تھا انجام کے بعد۔</w:t>
      </w:r>
    </w:p>
    <w:p>
      <w:r>
        <w:rPr>
          <w:b/>
        </w:rPr>
        <w:t xml:space="preserve">[1:06:08] </w:t>
      </w:r>
      <w:r>
        <w:t>asal zindagi to maut ke baad shuru hone wali hai. isi ke liye hum tayyari nahi karte.</w:t>
      </w:r>
    </w:p>
    <w:p>
      <w:pPr>
        <w:jc w:val="right"/>
      </w:pPr>
      <w:r>
        <w:t>اصل زندگی تو موت کے بعد شروع ہونے والی ہے۔ اسی کے لیے ہم تیاری نہیں کرتے۔</w:t>
      </w:r>
    </w:p>
    <w:p>
      <w:r>
        <w:rPr>
          <w:b/>
        </w:rPr>
        <w:t xml:space="preserve">[1:06:16] </w:t>
      </w:r>
      <w:r>
        <w:t>to main samajhta hoon ke sab se ahem baat jo hum sab ko jaanna chahiye, woh yeh hai ke yeh dunya selection ground hai.</w:t>
      </w:r>
    </w:p>
    <w:p>
      <w:pPr>
        <w:jc w:val="right"/>
      </w:pPr>
      <w:r>
        <w:t>تو میں سمجھتا ہوں کہ سب سے اہم بات جو ہم سب کو جاننا چاہیے، وہ یہ ہے کہ یہ دنیا selection ground ہے۔</w:t>
      </w:r>
    </w:p>
    <w:p>
      <w:r>
        <w:rPr>
          <w:b/>
        </w:rPr>
        <w:t xml:space="preserve">[1:06:24] </w:t>
      </w:r>
      <w:r>
        <w:t>apne aap ko is tarah se aap tayyar karein ke aap ko khaliq jo hai, creator jo hai, us ki nazar mein aap ek deserving candidate sabit hon.</w:t>
      </w:r>
    </w:p>
    <w:p>
      <w:pPr>
        <w:jc w:val="right"/>
      </w:pPr>
      <w:r>
        <w:t>اپنے آپ کو اس طرح سے آپ تیار کریں کہ آپ کو خالق جو ہے، creator جو ہے، اس کی نظر میں آپ ایک deserving candidate ثابت ہوں۔</w:t>
      </w:r>
    </w:p>
    <w:p>
      <w:r>
        <w:rPr>
          <w:b/>
        </w:rPr>
        <w:t xml:space="preserve">[1:06:40] </w:t>
      </w:r>
      <w:r>
        <w:t>paradise mein settle karne ke liye. yeh sole concern hona chahiye har aadmi ka.</w:t>
      </w:r>
    </w:p>
    <w:p>
      <w:pPr>
        <w:jc w:val="right"/>
      </w:pPr>
      <w:r>
        <w:t>paradise میں settle کرنے کے لیے۔ یہ sole concern ہونا چاہیے ہر آدمی کا۔</w:t>
      </w:r>
    </w:p>
    <w:p>
      <w:r>
        <w:rPr>
          <w:b/>
        </w:rPr>
        <w:t xml:space="preserve">[1:06:48] </w:t>
      </w:r>
      <w:r>
        <w:t>main samajhta hoon ke is baat ko samajhne ke liye agar ek baar bhi Quran ko aadmi padh le, dhiyan ke sath, sirf ek baar, to kafi hai. yaani bilkul poori tarah se dhiyan ke sath agar padhe aap,</w:t>
      </w:r>
    </w:p>
    <w:p>
      <w:pPr>
        <w:jc w:val="right"/>
      </w:pPr>
      <w:r>
        <w:t>میں سمجھتا ہوں کہ اس بات کو سمجھنے کے لیے اگر ایک بار بھی قرآن کو آدمی پڑھ لے، دھیان کے ساتھ، صرف ایک بار، تو کافی ہے۔ یعنی بالکل پوری طریقے سے دھیان کے ساتھ اگر پڑھے آپ،</w:t>
      </w:r>
    </w:p>
    <w:p>
      <w:r>
        <w:rPr>
          <w:b/>
        </w:rPr>
        <w:t xml:space="preserve">[1:07:02] </w:t>
      </w:r>
      <w:r>
        <w:t>ek baar bhi Quran ko, to us ko mil jayega jawab ke woh apne aap ko kaisa banaye ke woh eternal life jo hogi paradise ki, us mein us ko basaya jaye.</w:t>
      </w:r>
    </w:p>
    <w:p>
      <w:pPr>
        <w:jc w:val="right"/>
      </w:pPr>
      <w:r>
        <w:t>ایک بار بھی قرآن کو، تو اس کو مل جائے گا جواب کہ وہ اپنے آپ کو کیسا بنائے کہ وہ eternal life جو ہوگی paradise کی، اس میں اس کو بسایا جائے۔</w:t>
      </w:r>
    </w:p>
    <w:p>
      <w:r>
        <w:rPr>
          <w:b/>
        </w:rPr>
        <w:t xml:space="preserve">[1:07:18] </w:t>
      </w:r>
      <w:r>
        <w:t>asal to wohi hai. asal khushi wohi hai. asal jo dunya mein to khushi mil nahi sakti kisi ko bhi.</w:t>
      </w:r>
    </w:p>
    <w:p>
      <w:pPr>
        <w:jc w:val="right"/>
      </w:pPr>
      <w:r>
        <w:t>اصل تو وہی ہے۔ اصل خوشی وہی ہے۔ اصل جو دنیا میں تو خوشی مل نہیں سکتی کسی کو بھی۔</w:t>
      </w:r>
    </w:p>
    <w:p>
      <w:r>
        <w:rPr>
          <w:b/>
        </w:rPr>
        <w:t xml:space="preserve">[1:07:28] </w:t>
      </w:r>
      <w:r>
        <w:t>na kisi ko mili hai, na kisi ko milegi.</w:t>
      </w:r>
    </w:p>
    <w:p>
      <w:pPr>
        <w:jc w:val="right"/>
      </w:pPr>
      <w:r>
        <w:t>نہ کسی کو ملی ہے، نہ کسی کو ملے گی۔</w:t>
      </w:r>
    </w:p>
    <w:p>
      <w:r>
        <w:rPr>
          <w:b/>
        </w:rPr>
        <w:t xml:space="preserve">[1:07:33] </w:t>
      </w:r>
      <w:r>
        <w:t>to main to samajhta hoon ke yahi, yaani har aadmi ko yahi tay karna chahiye. yahi decision lena chahiye.</w:t>
      </w:r>
    </w:p>
    <w:p>
      <w:pPr>
        <w:jc w:val="right"/>
      </w:pPr>
      <w:r>
        <w:t>تو میں تو سمجھتا ہوں کہ یہی، یعنی ہر آدمی کو یہی طے کرنا چاہیے۔ یہی decision لینا چاہیے۔</w:t>
      </w:r>
    </w:p>
    <w:p>
      <w:r>
        <w:rPr>
          <w:b/>
        </w:rPr>
        <w:t xml:space="preserve">[1:07:44] </w:t>
      </w:r>
      <w:r>
        <w:t xml:space="preserve">koi aur cheez nahi is ka wo decision le. </w:t>
      </w:r>
    </w:p>
    <w:p>
      <w:pPr>
        <w:jc w:val="right"/>
      </w:pPr>
      <w:r>
        <w:t>کوئی اور چیز نہیں اس کا وہ decision لے۔</w:t>
      </w:r>
    </w:p>
    <w:p>
      <w:r>
        <w:rPr>
          <w:b/>
        </w:rPr>
        <w:t xml:space="preserve">[1:07:50] </w:t>
      </w:r>
      <w:r>
        <w:t xml:space="preserve">maulana, agla sawal tamil nadu se aya hai maulana iqbal umri ka. unhon ne likha hai: "insan ki banai hui tehzeeb ki hikmat kya hai? </w:t>
      </w:r>
    </w:p>
    <w:p>
      <w:pPr>
        <w:jc w:val="right"/>
      </w:pPr>
      <w:r>
        <w:t>مولانا، اگلا سوال تمل ناڈو سے آیا ہے مولانا اقبال عمری کا۔ انہوں نے لکھا ہے: "انسان کی بنائی ہوئی تہذیب کی حکمت کیا ہے؟</w:t>
      </w:r>
    </w:p>
    <w:p>
      <w:r>
        <w:rPr>
          <w:b/>
        </w:rPr>
        <w:t xml:space="preserve">[1:08:01] </w:t>
      </w:r>
      <w:r>
        <w:t xml:space="preserve">kya jannat se pehle jannat ka explosion maqsood tha?" nahi, aisa nahi hai. jannat se pehle jannat ka taaruf maqsood tha. </w:t>
      </w:r>
    </w:p>
    <w:p>
      <w:pPr>
        <w:jc w:val="right"/>
      </w:pPr>
      <w:r>
        <w:t>کیا جنت سے پہلے جنت کا explosion مقصود تھا؟" نہیں، ایسا نہیں ہے۔ جنت سے پہلے جنت کا تعارف مقصود تھا۔</w:t>
      </w:r>
    </w:p>
    <w:p>
      <w:r>
        <w:rPr>
          <w:b/>
        </w:rPr>
        <w:t xml:space="preserve">[1:08:14] </w:t>
      </w:r>
      <w:r>
        <w:t xml:space="preserve">introduction of paradise. </w:t>
      </w:r>
    </w:p>
    <w:p>
      <w:pPr>
        <w:jc w:val="right"/>
      </w:pPr>
      <w:r>
        <w:t>Introduction of paradise.</w:t>
      </w:r>
    </w:p>
    <w:p>
      <w:r>
        <w:rPr>
          <w:b/>
        </w:rPr>
        <w:t xml:space="preserve">[1:08:19] </w:t>
      </w:r>
      <w:r>
        <w:t xml:space="preserve">jo log, yani modern civilization ko ke baray mein negative rai rakhte hain, un se main ittefaq nahi karta. </w:t>
      </w:r>
    </w:p>
    <w:p>
      <w:pPr>
        <w:jc w:val="right"/>
      </w:pPr>
      <w:r>
        <w:t>جو لوگ، یعنی modern civilization کو کے بارے میں negative رائے رکھتے ہیں، ان سے میں اتفاق نہیں کرتا۔</w:t>
      </w:r>
    </w:p>
    <w:p>
      <w:r>
        <w:rPr>
          <w:b/>
        </w:rPr>
        <w:t xml:space="preserve">[1:08:30] </w:t>
      </w:r>
      <w:r>
        <w:t xml:space="preserve">modern civilization jo hai, wo bohat hi aik positive phenomena hai insani history ka. </w:t>
      </w:r>
    </w:p>
    <w:p>
      <w:pPr>
        <w:jc w:val="right"/>
      </w:pPr>
      <w:r>
        <w:t>modern civilization جو ہے، وہ بہت ہی ایک positive phenomena ہے انسانی history کا۔</w:t>
      </w:r>
    </w:p>
    <w:p>
      <w:r>
        <w:rPr>
          <w:b/>
        </w:rPr>
        <w:t xml:space="preserve">[1:08:37] </w:t>
      </w:r>
      <w:r>
        <w:t xml:space="preserve">dekhen, quran mein hai ke يُدْخَلُهُمُ الجَنَّةَ وَالرَّفْحَانَ ۔ is jannat mein dakhil karega aadmi ko jis ka, jis ki pehchan kara di hai, jis ka introduction karwa diya hai. </w:t>
      </w:r>
    </w:p>
    <w:p>
      <w:pPr>
        <w:jc w:val="right"/>
      </w:pPr>
      <w:r>
        <w:t>دیکھیں، قرآن میں ہے کہ يُدْخَلُهُمُ الجَنَّةَ وَالرَّفْحَانَ ۔ اس جنت میں داخل کرے گا آدمی کو جس کا، جس کی پہچان کرا دی ہے، جس کا introduction کروا دیا ہے۔</w:t>
      </w:r>
    </w:p>
    <w:p>
      <w:r>
        <w:rPr>
          <w:b/>
        </w:rPr>
        <w:t xml:space="preserve">[1:08:53] </w:t>
      </w:r>
      <w:r>
        <w:t xml:space="preserve">to modern civilization jo hai, wo to yahi to hai, wo paradise ka introduction, paradise ka taaruf. </w:t>
      </w:r>
    </w:p>
    <w:p>
      <w:pPr>
        <w:jc w:val="right"/>
      </w:pPr>
      <w:r>
        <w:t>تو modern civilization جو ہے، وہ تو یہی تو ہے، وہ paradise کا introduction، paradise کا تعارف۔</w:t>
      </w:r>
    </w:p>
    <w:p>
      <w:r>
        <w:rPr>
          <w:b/>
        </w:rPr>
        <w:t xml:space="preserve">[1:09:07] </w:t>
      </w:r>
      <w:r>
        <w:t xml:space="preserve">aaj jo, yani modern jo civilization ke jo memar hain, unhon ne nature mein discoveries kin, nature ki mein chupi hui boundaries ko unfold kia. </w:t>
      </w:r>
    </w:p>
    <w:p>
      <w:pPr>
        <w:jc w:val="right"/>
      </w:pPr>
      <w:r>
        <w:t>آج جو، یعنی modern جو civilization کے جو معمار ہیں، انہوں نے nature میں discoveries کیں، nature کی میں چھپی ہوئی boundaries کو unfold کیا۔</w:t>
      </w:r>
    </w:p>
    <w:p>
      <w:r>
        <w:rPr>
          <w:b/>
        </w:rPr>
        <w:t xml:space="preserve">[1:09:25] </w:t>
      </w:r>
      <w:r>
        <w:t xml:space="preserve">aur phir aik aik tehzeeb banai. </w:t>
      </w:r>
    </w:p>
    <w:p>
      <w:pPr>
        <w:jc w:val="right"/>
      </w:pPr>
      <w:r>
        <w:t>اور پھر ایک ایک تہذیب بنائی۔</w:t>
      </w:r>
    </w:p>
    <w:p>
      <w:r>
        <w:rPr>
          <w:b/>
        </w:rPr>
        <w:t xml:space="preserve">[1:09:28] </w:t>
      </w:r>
      <w:r>
        <w:t xml:space="preserve">wo tehzeeb khud jannat nahi hai. jannat to is se bohat aala aur arfa cheez hai. lekin yeh jannat ka aik taaruf zaroor hai, wo. </w:t>
      </w:r>
    </w:p>
    <w:p>
      <w:pPr>
        <w:jc w:val="right"/>
      </w:pPr>
      <w:r>
        <w:t>وہ تہذیب خود جنت نہیں ہے۔ جنت تو اس سے بہت اعلیٰ اور عرفہ چیز ہے۔ لیکن یہ جنت کا ایک تعارف ضرور ہے، وہ۔</w:t>
      </w:r>
    </w:p>
    <w:p>
      <w:r>
        <w:rPr>
          <w:b/>
        </w:rPr>
        <w:t xml:space="preserve">[1:09:44] </w:t>
      </w:r>
      <w:r>
        <w:t xml:space="preserve">jannat ka taaruf, jannat ki aik jhalak. jis ko kehte hain angrezi mein glimpse. yani glimpse of paradise wo hai. na ke khud paradise wo. </w:t>
      </w:r>
    </w:p>
    <w:p>
      <w:pPr>
        <w:jc w:val="right"/>
      </w:pPr>
      <w:r>
        <w:t>جنت کا تعارف، جنت کی ایک جھلک۔ جس کو کہتے ہیں انگریزی میں glimpse۔ یعنی glimpse of paradise وہ ہے۔ نہ کہ خود paradise وہ۔</w:t>
      </w:r>
    </w:p>
    <w:p>
      <w:r>
        <w:rPr>
          <w:b/>
        </w:rPr>
        <w:t xml:space="preserve">[1:09:59] </w:t>
      </w:r>
      <w:r>
        <w:t xml:space="preserve">to aap ko aaj ki dunya mein </w:t>
      </w:r>
    </w:p>
    <w:p>
      <w:pPr>
        <w:jc w:val="right"/>
      </w:pPr>
      <w:r>
        <w:t>تو آپ کو آج کی دنیا میں</w:t>
      </w:r>
    </w:p>
    <w:p>
      <w:r>
        <w:rPr>
          <w:b/>
        </w:rPr>
        <w:t xml:space="preserve">[1:10:04] </w:t>
      </w:r>
      <w:r>
        <w:t xml:space="preserve">jo jab koi aisi cheez mile jo aap, jis mein aap ko, yani jis mein aap ko jo achi lage aap ko, jis mein aap ko bohat taste mile. </w:t>
      </w:r>
    </w:p>
    <w:p>
      <w:pPr>
        <w:jc w:val="right"/>
      </w:pPr>
      <w:r>
        <w:t>جو جب کوئی ایسی چیز ملے جو آپ، جس میں آپ کو، یعنی جس میں آپ کو جو اچھی لگے آپ کو، جس میں آپ کو بہت taste ملے۔</w:t>
      </w:r>
    </w:p>
    <w:p>
      <w:r>
        <w:rPr>
          <w:b/>
        </w:rPr>
        <w:t xml:space="preserve">[1:10:21] </w:t>
      </w:r>
      <w:r>
        <w:t xml:space="preserve">to yeh sochiye ke dunya mein jo jo taarufi item hain jannat ke, is mein itni lazzat hai to asal jannat kitni zyada lazeez hogi </w:t>
      </w:r>
    </w:p>
    <w:p>
      <w:pPr>
        <w:jc w:val="right"/>
      </w:pPr>
      <w:r>
        <w:t>تو یہ سوچیے کہ دنیا میں جو جو تعارفی item ہیں جنت کے، اس میں اتنی لذت ہے تو اصل جنت کتنی زیادہ لذیذ ہوگی</w:t>
      </w:r>
    </w:p>
    <w:p>
      <w:r>
        <w:rPr>
          <w:b/>
        </w:rPr>
        <w:t xml:space="preserve">[1:10:34] </w:t>
      </w:r>
      <w:r>
        <w:t xml:space="preserve">۔ aik bar to aap wahan mein switzerland mein ke geneva airport par tha to wahan hamare saathi kele khareed kar laye. </w:t>
      </w:r>
    </w:p>
    <w:p>
      <w:pPr>
        <w:jc w:val="right"/>
      </w:pPr>
      <w:r>
        <w:t>۔ ایک بار تو آپ وہاں میں سوئٹزرلینڈ میں کہ جنیوا ایئرپورٹ پر تھا تو وہاں ہمارے ساتھی کیلا خرید کر لائے۔</w:t>
      </w:r>
    </w:p>
    <w:p>
      <w:r>
        <w:rPr>
          <w:b/>
        </w:rPr>
        <w:t xml:space="preserve">[1:10:43] </w:t>
      </w:r>
      <w:r>
        <w:t xml:space="preserve">to switzerland walon ne kele ka jo phal hota hai, us ko phir se develop kiya hai. bohat achay tareeqay se paida karte hain wo kela. </w:t>
      </w:r>
    </w:p>
    <w:p>
      <w:pPr>
        <w:jc w:val="right"/>
      </w:pPr>
      <w:r>
        <w:t>تو سوئٹزرلینڈ والوں نے کیلے کا جو پھل ہوتا ہے، اس کو پھر سے develop کیا ہے۔ بہت اچھے طریقے سے پیدا کرتے ہیں وہ کیلا۔</w:t>
      </w:r>
    </w:p>
    <w:p>
      <w:r>
        <w:rPr>
          <w:b/>
        </w:rPr>
        <w:t xml:space="preserve">[1:10:54] </w:t>
      </w:r>
      <w:r>
        <w:t xml:space="preserve">aur bohat hi lazeez hota hai wahan ka kela. jo hum ko yahan dilli mein nahi milta. to wo itna acha lagta tha. </w:t>
      </w:r>
    </w:p>
    <w:p>
      <w:pPr>
        <w:jc w:val="right"/>
      </w:pPr>
      <w:r>
        <w:t>اور بہت ہی لذیذ ہوتا ہے وہاں کا کیلا۔ جو ہم کو یہاں دلی میں نہیں ملتا۔ تو وہ اتنا اچھا لگتا تھا۔</w:t>
      </w:r>
    </w:p>
    <w:p>
      <w:r>
        <w:rPr>
          <w:b/>
        </w:rPr>
        <w:t xml:space="preserve">[1:11:04] </w:t>
      </w:r>
      <w:r>
        <w:t xml:space="preserve">to main ne yeh nahi socha ke bas switzerland mein aik kele ka aik bagh lagaoon aur switzerland mein aa kar rahoon. yeh nahi socha main ne. main ne yeh socha ke jab switzerland ka kela itna acha hai to jannat kela kitna acha hoga. </w:t>
      </w:r>
    </w:p>
    <w:p>
      <w:pPr>
        <w:jc w:val="right"/>
      </w:pPr>
      <w:r>
        <w:t>تو میں نے یہ نہیں سوچا کہ بس سوئٹزرلینڈ میں ایک کیلے کا ایک باغ لگاؤں اور سوئٹزرلینڈ میں آ کر رہوں۔ یہ نہیں سوچا میں نے۔ میں نے یہ سوچا کہ جب سوئٹزرلینڈ کا کیلا اتنا اچھا ہے تو جنت کیلا کتنا اچھا ہوگا۔</w:t>
      </w:r>
    </w:p>
    <w:p>
      <w:r>
        <w:rPr>
          <w:b/>
        </w:rPr>
        <w:t xml:space="preserve">[1:11:20] </w:t>
      </w:r>
      <w:r>
        <w:t>to civilization jo modern civilization jo hai,</w:t>
      </w:r>
    </w:p>
    <w:p>
      <w:pPr>
        <w:jc w:val="right"/>
      </w:pPr>
      <w:r>
        <w:t>تو civilization جو modern civilization جو ہے،</w:t>
      </w:r>
    </w:p>
    <w:p>
      <w:r>
        <w:rPr>
          <w:b/>
        </w:rPr>
        <w:t xml:space="preserve">[1:11:25] </w:t>
      </w:r>
      <w:r>
        <w:t>is mein jo different item hain, jab is mein kisi cheez mein aap ko khushi mile, lazzat mile,</w:t>
      </w:r>
    </w:p>
    <w:p>
      <w:pPr>
        <w:jc w:val="right"/>
      </w:pPr>
      <w:r>
        <w:t>اس میں جو different item ہیں، جب اس میں کسی چیز میں آپ کو خوشی ملے، لذت ملے،</w:t>
      </w:r>
    </w:p>
    <w:p>
      <w:r>
        <w:rPr>
          <w:b/>
        </w:rPr>
        <w:t xml:space="preserve">[1:11:32] </w:t>
      </w:r>
      <w:r>
        <w:t>to yeh sochiye</w:t>
      </w:r>
    </w:p>
    <w:p>
      <w:pPr>
        <w:jc w:val="right"/>
      </w:pPr>
      <w:r>
        <w:t>تو یہ سوچیے</w:t>
      </w:r>
    </w:p>
    <w:p>
      <w:r>
        <w:rPr>
          <w:b/>
        </w:rPr>
        <w:t xml:space="preserve">[1:11:35] </w:t>
      </w:r>
      <w:r>
        <w:t>ke jab dunya ke</w:t>
      </w:r>
    </w:p>
    <w:p>
      <w:pPr>
        <w:jc w:val="right"/>
      </w:pPr>
      <w:r>
        <w:t>کہ جب دنیا کے</w:t>
      </w:r>
    </w:p>
    <w:p>
      <w:r>
        <w:rPr>
          <w:b/>
        </w:rPr>
        <w:t xml:space="preserve">[1:11:38] </w:t>
      </w:r>
      <w:r>
        <w:t>ki cheez mein itni zyada lazzat, itni khushi hai jo jo waqti hai, temporary hai yeh, jo to</w:t>
      </w:r>
    </w:p>
    <w:p>
      <w:pPr>
        <w:jc w:val="right"/>
      </w:pPr>
      <w:r>
        <w:t>کی چیز میں اتنی زیادہ لذت، اتنی خوشی ہے جو جو وقتی ہے، temporary ہے یہ، جو تو</w:t>
      </w:r>
    </w:p>
    <w:p>
      <w:r>
        <w:rPr>
          <w:b/>
        </w:rPr>
        <w:t xml:space="preserve">[1:11:45] </w:t>
      </w:r>
      <w:r>
        <w:t>eternal world jo hoga, jo perfect world hoga, wahan ki cheez mein kitni zyada lazzat aur kitni zyada</w:t>
      </w:r>
    </w:p>
    <w:p>
      <w:pPr>
        <w:jc w:val="right"/>
      </w:pPr>
      <w:r>
        <w:t>eternal world جو ہوگا، جو perfect world ہوگا، وہاں کی چیز میں کتنی زیادہ لذت اور کتنی زیادہ</w:t>
      </w:r>
    </w:p>
    <w:p>
      <w:r>
        <w:rPr>
          <w:b/>
        </w:rPr>
        <w:t xml:space="preserve">[1:11:50] </w:t>
      </w:r>
      <w:r>
        <w:t>khushi mile gi.</w:t>
      </w:r>
    </w:p>
    <w:p>
      <w:pPr>
        <w:jc w:val="right"/>
      </w:pPr>
      <w:r>
        <w:t>خوشی ملے گی۔</w:t>
      </w:r>
    </w:p>
    <w:p>
      <w:r>
        <w:rPr>
          <w:b/>
        </w:rPr>
        <w:t xml:space="preserve">[1:11:54] </w:t>
      </w:r>
      <w:r>
        <w:t xml:space="preserve">to yeh yeh dunya ki har beauty jannat ko yaad dilane ke liye hai. is liye nahi hai ke aap right here, right now ki nazrein le kar isi dunya mein phans kar reh jayen. </w:t>
      </w:r>
    </w:p>
    <w:p>
      <w:pPr>
        <w:jc w:val="right"/>
      </w:pPr>
      <w:r>
        <w:t>تو یہ یہ دنیا کی ہر beauty جنت کو یاد دلانے کے لیے ہے۔ اس لیے نہیں ہے کہ آپright here,right now کی نظریں لے کر اسی دنیا میں پھنس کر رہ جائیں۔</w:t>
      </w:r>
    </w:p>
    <w:p>
      <w:r>
        <w:rPr>
          <w:b/>
        </w:rPr>
        <w:t xml:space="preserve">[1:12:09] </w:t>
      </w:r>
      <w:r>
        <w:t xml:space="preserve">maulana, agla sawal aya hai karachi pakistan se miss saira latif ka </w:t>
      </w:r>
    </w:p>
    <w:p>
      <w:pPr>
        <w:jc w:val="right"/>
      </w:pPr>
      <w:r>
        <w:t>مولانا، اگلا سوال آیا ہے کراچی پاکستان سے مس سائرہ لطیف کا</w:t>
      </w:r>
    </w:p>
    <w:p>
      <w:r>
        <w:rPr>
          <w:b/>
        </w:rPr>
        <w:t xml:space="preserve">[1:12:15] </w:t>
      </w:r>
      <w:r>
        <w:t xml:space="preserve">۔ unhon ne likha hai: "aaj kal musalmanon ki mazhabi jamaaton aur idaron mein fikr akhirat ki kami kyun nazar aa rahi hai?" </w:t>
      </w:r>
    </w:p>
    <w:p>
      <w:pPr>
        <w:jc w:val="right"/>
      </w:pPr>
      <w:r>
        <w:t>۔ انہوں نے لکھا ہے: "آج کل مسلمانوں کی مذہبی جماعتوں اور اداروں میں فکر آخرت کی کمی کیوں نظر آ رہی ہے؟"</w:t>
      </w:r>
    </w:p>
    <w:p>
      <w:r>
        <w:rPr>
          <w:b/>
        </w:rPr>
        <w:t xml:space="preserve">[1:12:28] </w:t>
      </w:r>
      <w:r>
        <w:t xml:space="preserve">dekhen, yeh to hamesha is qom mein hota hai jis par zawal aa jaye. jis ko kehte hain degeneration. yeh is se pehle yahood mein hua. </w:t>
      </w:r>
    </w:p>
    <w:p>
      <w:pPr>
        <w:jc w:val="right"/>
      </w:pPr>
      <w:r>
        <w:t>دیکھیں، یہ تو ہمیشہ اس قوم میں ہوتا ہے جس پر زوال آ جائے۔ جس کو کہتے ہیں degeneration۔ یہ اس سے پہلے یہود میں ہوا۔</w:t>
      </w:r>
    </w:p>
    <w:p>
      <w:r>
        <w:rPr>
          <w:b/>
        </w:rPr>
        <w:t xml:space="preserve">[1:12:40] </w:t>
      </w:r>
      <w:r>
        <w:t xml:space="preserve">to yani koi bhi ummat ho, nasal dar nasal jab baad ki naslein ati hain, baad ki naslein, to un mein yahi hota hai ke zawal aa jata hai. </w:t>
      </w:r>
    </w:p>
    <w:p>
      <w:pPr>
        <w:jc w:val="right"/>
      </w:pPr>
      <w:r>
        <w:t>تو یعنی کوئی بھی امت ہو، نسل در نسل جب بعد کی نسلیں آتی ہیں، بعد کی نسلیں، تو ان میں یہی ہوتا ہے کہ زوال آ جاتا ہے۔</w:t>
      </w:r>
    </w:p>
    <w:p>
      <w:r>
        <w:rPr>
          <w:b/>
        </w:rPr>
        <w:t xml:space="preserve">[1:12:54] </w:t>
      </w:r>
      <w:r>
        <w:t>to door zawal mein kya hota hai? form baqi rehta hai, spirit ghayeb ho jati hai.</w:t>
      </w:r>
    </w:p>
    <w:p>
      <w:pPr>
        <w:jc w:val="right"/>
      </w:pPr>
      <w:r>
        <w:t>تو دور زوال میں کیا ہوتا ہے؟ فارن باقی رہتا ہے، spirit غائب ہو جاتی ہے۔</w:t>
      </w:r>
    </w:p>
    <w:p>
      <w:r>
        <w:rPr>
          <w:b/>
        </w:rPr>
        <w:t xml:space="preserve">[1:13:01] </w:t>
      </w:r>
      <w:r>
        <w:t>jis tarah ke hadees mein aata hai ke ek zamana aayega jab ke lam yabqa min al-islam illa ismuhu. islam ka naam reh jayega.</w:t>
      </w:r>
    </w:p>
    <w:p>
      <w:pPr>
        <w:jc w:val="right"/>
      </w:pPr>
      <w:r>
        <w:t>جس طرح کہ حدیث میں آتا ہے کہ ایک زمانہ آئے گا جب کہ لم يبق من الإسلام إلا اسمه ۔ اسلام کا نام رہ جائے گا۔</w:t>
      </w:r>
    </w:p>
    <w:p>
      <w:r>
        <w:rPr>
          <w:b/>
        </w:rPr>
        <w:t xml:space="preserve">[1:13:11] </w:t>
      </w:r>
      <w:r>
        <w:t>is ka matlab yeh hai ke form reh jayega, spirit nahi rahegi. yeh jo hadees hai lam yabqa min al-islam illa ismuhu. wa lam yabqa min al-quran illa rasmuhu.</w:t>
      </w:r>
    </w:p>
    <w:p>
      <w:pPr>
        <w:jc w:val="right"/>
      </w:pPr>
      <w:r>
        <w:t>اس کا مطلب یہ ہے کہ فارن رہ جائے گا، spirit نہیں رہے گی۔ یہ جو حدیث ہے لم يبق من الإسلام إلا اسمه ۔ ولم يبق من القرآن إلا رسمه ۔</w:t>
      </w:r>
    </w:p>
    <w:p>
      <w:r>
        <w:rPr>
          <w:b/>
        </w:rPr>
        <w:t xml:space="preserve">[1:13:23] </w:t>
      </w:r>
      <w:r>
        <w:t>is ka matlab yahi hai ke islam ka form reh jayega, islam ki spirit ghayeb ho jayegi.</w:t>
      </w:r>
    </w:p>
    <w:p>
      <w:pPr>
        <w:jc w:val="right"/>
      </w:pPr>
      <w:r>
        <w:t>اس کا مطلب یہی ہے کہ اسلام کا فارن رہ جائے گا، اسلام کی spirit غائب ہو جائے گی۔</w:t>
      </w:r>
    </w:p>
    <w:p>
      <w:r>
        <w:rPr>
          <w:b/>
        </w:rPr>
        <w:t xml:space="preserve">[1:13:30] </w:t>
      </w:r>
      <w:r>
        <w:t>to yahi hai musalmanon ka haal. agar spirit zinda ho to akhirat ka fikr zinda hoga. spirit zinda na ho to duniyavi aitbar se kuch ek cultural activities ke taur par woh islam rahega un ke andar.</w:t>
      </w:r>
    </w:p>
    <w:p>
      <w:pPr>
        <w:jc w:val="right"/>
      </w:pPr>
      <w:r>
        <w:t>تو یہی ہے مسلمانوں کا حال۔ اگر spirit زندہ ہو تو آخرت کا فکر زندہ ہوگا۔ spirit زندہ نہ ہو تو دنیاوی اعتبار سے کچھ ایک cultural activities کے طور پر وہ اسلام رہے گا ان کے اندر۔</w:t>
      </w:r>
    </w:p>
    <w:p>
      <w:r>
        <w:rPr>
          <w:b/>
        </w:rPr>
        <w:t xml:space="preserve">[1:13:44] </w:t>
      </w:r>
      <w:r>
        <w:t>aaj jo musalmanon mein islam hai, woh woh culture ke taur par hai. ek community culture bas. akhirat ke aitbar se nahi hai.</w:t>
      </w:r>
    </w:p>
    <w:p>
      <w:pPr>
        <w:jc w:val="right"/>
      </w:pPr>
      <w:r>
        <w:t>آج جو مسلمانوں میں اسلام ہے، وہ وہ culture کے طور پر ہے۔ ایک community culture بس۔ آخرت کے اعتبار سے نہیں ہے۔</w:t>
      </w:r>
    </w:p>
    <w:p>
      <w:r>
        <w:rPr>
          <w:b/>
        </w:rPr>
        <w:t xml:space="preserve">[1:13:54] </w:t>
      </w:r>
      <w:r>
        <w:t>aur yeh zawal ki bina par hai.</w:t>
      </w:r>
    </w:p>
    <w:p>
      <w:pPr>
        <w:jc w:val="right"/>
      </w:pPr>
      <w:r>
        <w:t>اور یہ زوال کی بنا پر ہے۔</w:t>
      </w:r>
    </w:p>
    <w:p>
      <w:r>
        <w:rPr>
          <w:b/>
        </w:rPr>
        <w:t xml:space="preserve">[1:13:56] </w:t>
      </w:r>
      <w:r>
        <w:t>ab jo kaam karne ka hai, woh yeh nahi ke isi form mein log fazail sunate hain. isi form mein fazail suna suna ke bheed ikattha karte hain.</w:t>
      </w:r>
    </w:p>
    <w:p>
      <w:pPr>
        <w:jc w:val="right"/>
      </w:pPr>
      <w:r>
        <w:t>اب جو کام کرنے کا ہے، وہ یہ نہیں کہ اسی فارم میں لوگ فضائل سناتے ہیں۔ اسی فارم میں فضائل سنا سنا کے بھیڑ اکٹھا کرتے ہیں۔</w:t>
      </w:r>
    </w:p>
    <w:p>
      <w:r>
        <w:rPr>
          <w:b/>
        </w:rPr>
        <w:t xml:space="preserve">[1:14:06] </w:t>
      </w:r>
      <w:r>
        <w:t>nahi. un ki spirit ko zinda kijiye. un ke andar phir se thinking ko jagaiye.</w:t>
      </w:r>
    </w:p>
    <w:p>
      <w:pPr>
        <w:jc w:val="right"/>
      </w:pPr>
      <w:r>
        <w:t>نہیں۔ ان کی spirit کو زندہ کیجیے۔ ان کے اندر پھر سے thinking کو جگائیے۔</w:t>
      </w:r>
    </w:p>
    <w:p>
      <w:r>
        <w:rPr>
          <w:b/>
        </w:rPr>
        <w:t xml:space="preserve">[1:14:15] </w:t>
      </w:r>
      <w:r>
        <w:t>jo log isi isi form mein fazilaten sunate hain aur un ko isi form par qaim kiye hue hain aur bheed ikattha ho rahi hai wahan par, woh koi mein is ko koi haqeeqi khidmat nahi samajhta deen ki.</w:t>
      </w:r>
    </w:p>
    <w:p>
      <w:pPr>
        <w:jc w:val="right"/>
      </w:pPr>
      <w:r>
        <w:t>جو لوگ اسی اسی فارم میں فضیلتیں سناتے ہیں اور ان کو اسی فارم پر قائم کیے ہوئے ہیں اور بھیڑ اکٹھا ہو رہی ہے وہاں پر، وہ کوئی میں اس کو کوئی حقیقی خدمت نہیں سمجھتا دین کی۔</w:t>
      </w:r>
    </w:p>
    <w:p>
      <w:r>
        <w:rPr>
          <w:b/>
        </w:rPr>
        <w:t xml:space="preserve">[1:14:31] </w:t>
      </w:r>
      <w:r>
        <w:t>aap logon ki taraf se phir se woh woh spirit wali jo soch hai, spirit wala jo islam hai, woh zinda kijiye un ke andar.</w:t>
      </w:r>
    </w:p>
    <w:p>
      <w:pPr>
        <w:jc w:val="right"/>
      </w:pPr>
      <w:r>
        <w:t>آپ لوگوں کی طرف سے پھر سے وہ وہ spirit والی جو سوچ ہے، spirit والا جو اسلام ہے، وہ زندہ کیجیے ان کے اندر۔</w:t>
      </w:r>
    </w:p>
    <w:p>
      <w:r>
        <w:rPr>
          <w:b/>
        </w:rPr>
        <w:t xml:space="preserve">[1:14:42] </w:t>
      </w:r>
      <w:r>
        <w:t>tab akhirat ki fikr aayegi. tab jannat aur jahannum ka tasawwur aayega. to Allah se mohabbat aayegi. aur sari woh cheezen aayengi jo hum padhte hain kitabon mein.</w:t>
      </w:r>
    </w:p>
    <w:p>
      <w:pPr>
        <w:jc w:val="right"/>
      </w:pPr>
      <w:r>
        <w:t>تب آخرت کی فکر آئے گی۔ تب جنت اور جہنم کا تصور آئے گا۔ تو اللہ سے محبت آئے گی۔ اور ساری وہ چیزیں آئیں گی جو ہم پڑھتے ہیں کتابوں میں۔</w:t>
      </w:r>
    </w:p>
    <w:p>
      <w:r>
        <w:rPr>
          <w:b/>
        </w:rPr>
        <w:t xml:space="preserve">[1:14:57] </w:t>
      </w:r>
      <w:r>
        <w:t>agla sawal chennai se aaya hai Maulana Israr Umri Sahab ka. unhone likha hai: "Maulana, need based zindagi ki kya rukawatein hain?</w:t>
      </w:r>
    </w:p>
    <w:p>
      <w:pPr>
        <w:jc w:val="right"/>
      </w:pPr>
      <w:r>
        <w:t>اگلا سوال چنئی سے آیا ہے مولانا اسرار عمری صاحب کا۔ انہوں نے لکھا ہے: "مولانا، need based زندگی کی کیا رکاوٹیں ہیں؟</w:t>
      </w:r>
    </w:p>
    <w:p>
      <w:r>
        <w:rPr>
          <w:b/>
        </w:rPr>
        <w:t xml:space="preserve">[1:15:08] </w:t>
      </w:r>
      <w:r>
        <w:t>izazat, shohrat, martaba, marawwat, family mahol ya khud ek fard ka faisla? is ke bare mein bataye." yeh sab sab yeh sab ki sab rukawatein hain.</w:t>
      </w:r>
    </w:p>
    <w:p>
      <w:pPr>
        <w:jc w:val="right"/>
      </w:pPr>
      <w:r>
        <w:t>عزت، شہرت، مرتبہ، مروت، family ماحول یا خود ایک فرد کا فیصلہ؟ اس کے بارے میں بتائیں۔" یہ سب سب یہ سب کی سب رکاوٹیں ہیں۔</w:t>
      </w:r>
    </w:p>
    <w:p>
      <w:r>
        <w:rPr>
          <w:b/>
        </w:rPr>
        <w:t xml:space="preserve">[1:15:21] </w:t>
      </w:r>
      <w:r>
        <w:t>jo aap ne bataye, woh sab yahi to rukawatein hain. aap ne rukawaton ki face bata di.</w:t>
      </w:r>
    </w:p>
    <w:p>
      <w:pPr>
        <w:jc w:val="right"/>
      </w:pPr>
      <w:r>
        <w:t>جو آپ نے بتائے، وہ سب یہی تو رکاوٹیں ہیں۔ آپ نے رکاوٹوں کی فیس بتا دی۔</w:t>
      </w:r>
    </w:p>
    <w:p>
      <w:r>
        <w:rPr>
          <w:b/>
        </w:rPr>
        <w:t xml:space="preserve">[1:15:31] </w:t>
      </w:r>
      <w:r>
        <w:t>need based life woh hai jis mein dekhein ek hai insan ka maqsad, ek hai insan ki zaroorat.</w:t>
      </w:r>
    </w:p>
    <w:p>
      <w:pPr>
        <w:jc w:val="right"/>
      </w:pPr>
      <w:r>
        <w:t>need based life وہ ہے جس میں دیکھیں ایک ہے انسان کا مقصد، ایک ہے انسان کی ضرورت۔</w:t>
      </w:r>
    </w:p>
    <w:p>
      <w:r>
        <w:rPr>
          <w:b/>
        </w:rPr>
        <w:t xml:space="preserve">[1:15:42] </w:t>
      </w:r>
      <w:r>
        <w:t>do cheezen hain. maqsad kya hai?</w:t>
      </w:r>
    </w:p>
    <w:p>
      <w:pPr>
        <w:jc w:val="right"/>
      </w:pPr>
      <w:r>
        <w:t>دو چیزیں ہیں۔ مقصد کیا ہے؟</w:t>
      </w:r>
    </w:p>
    <w:p>
      <w:r>
        <w:rPr>
          <w:b/>
        </w:rPr>
        <w:t xml:space="preserve">[1:15:45] </w:t>
      </w:r>
      <w:r>
        <w:t>maqsad yeh hai ke Allah ki marzi pe chalna, dawat Allah ka kaam karna, aur is tarah aisi zindagi guzarna ke maut ke baad humein yani jannat ke farishte hamara istiqbal karein.</w:t>
      </w:r>
    </w:p>
    <w:p>
      <w:pPr>
        <w:jc w:val="right"/>
      </w:pPr>
      <w:r>
        <w:t>مقصد یہ ہے کہ اللہ کی مرضی پہ چلنا، دعوت اللہ کا کام کرنا، اور اس طرح ایسی زندگی گزارنا کہ موت کے بعد ہمیں یعنی جنت کے فرشتے ہمارا استقبال کریں۔</w:t>
      </w:r>
    </w:p>
    <w:p>
      <w:r>
        <w:rPr>
          <w:b/>
        </w:rPr>
        <w:t xml:space="preserve">[1:16:03] </w:t>
      </w:r>
      <w:r>
        <w:t>maqsad yeh hai. lekin is maqsad par zindagi guzarnay ke liye humein hamari kuch zarooraten hain. hum ko pyas lagti hai to pani chahiye.</w:t>
      </w:r>
    </w:p>
    <w:p>
      <w:pPr>
        <w:jc w:val="right"/>
      </w:pPr>
      <w:r>
        <w:t>مقصد یہ ہے۔ لیکن اس مقصد پر زندگی گزارنے کے لیے ہمیں ہماری کچھ ضرورتیں ہیں۔ ہم کو پیاس لگتی ہے تو پانی چاہیے۔</w:t>
      </w:r>
    </w:p>
    <w:p>
      <w:r>
        <w:rPr>
          <w:b/>
        </w:rPr>
        <w:t xml:space="preserve">[1:16:12] </w:t>
      </w:r>
      <w:r>
        <w:t>bhook lagti hai to khana chahiye.</w:t>
      </w:r>
    </w:p>
    <w:p>
      <w:pPr>
        <w:jc w:val="right"/>
      </w:pPr>
      <w:r>
        <w:t>بھوک لگتی ہے تو کھانا چاہیے۔</w:t>
      </w:r>
    </w:p>
    <w:p>
      <w:r>
        <w:rPr>
          <w:b/>
        </w:rPr>
        <w:t xml:space="preserve">[1:16:15] </w:t>
      </w:r>
      <w:r>
        <w:t>sardi garmi ka mausam aata hai to aap ko ek ek shelter chahiye. hamari body ke liye ek kapda chahiye. to yeh zarooraton ko poora karte hue maqsad ke liye sar-garm rehna yeh matloob hai.</w:t>
      </w:r>
    </w:p>
    <w:p>
      <w:pPr>
        <w:jc w:val="right"/>
      </w:pPr>
      <w:r>
        <w:t>سردی گرمی کا موسم آتا ہے تو آپ کو ایک ایک shelter چاہیے۔ ہماری body کے لیے ایک کپڑا چاہیے۔ تو یہ ضرورتوں کو پورا کرتے ہوئے مقصد کے لیے سرگرم رہنا یہ مطلوب ہے۔</w:t>
      </w:r>
    </w:p>
    <w:p>
      <w:r>
        <w:rPr>
          <w:b/>
        </w:rPr>
        <w:t xml:space="preserve">[1:16:31] </w:t>
      </w:r>
      <w:r>
        <w:t>to aap ek doosre ko alag kar dijiye. jahan aap mehsoos karein ke jo maqsad hai us mein erosion ho raha hai, us mein kami aa rahi hai.</w:t>
      </w:r>
    </w:p>
    <w:p>
      <w:pPr>
        <w:jc w:val="right"/>
      </w:pPr>
      <w:r>
        <w:t>تو آپ ایک دوسرے کو الگ کر دیجیے۔ جہاں آپ محسوس کریں کہ جو مقصد ہے اس میں erosion ہو رہا ہے، اس میں کمی آ رہی ہے۔</w:t>
      </w:r>
    </w:p>
    <w:p>
      <w:r>
        <w:rPr>
          <w:b/>
        </w:rPr>
        <w:t xml:space="preserve">[1:16:40] </w:t>
      </w:r>
      <w:r>
        <w:t>to us ko samjhiye ke woh zaroorat ke ilawa hai woh.</w:t>
      </w:r>
    </w:p>
    <w:p>
      <w:pPr>
        <w:jc w:val="right"/>
      </w:pPr>
      <w:r>
        <w:t>تو اس کو سمجھئے کہ وہ ضرورت کے علاوہ ہے وہ۔</w:t>
      </w:r>
    </w:p>
    <w:p>
      <w:r>
        <w:rPr>
          <w:b/>
        </w:rPr>
        <w:t xml:space="preserve">[1:16:43] </w:t>
      </w:r>
      <w:r>
        <w:t>chahe woh khandani marawwat ho, chahe family ke taqaze hon, ya aap ki khwahish ho, ya koi bhi fame ho, koi bhi cheez, politics ho,</w:t>
      </w:r>
    </w:p>
    <w:p>
      <w:pPr>
        <w:jc w:val="right"/>
      </w:pPr>
      <w:r>
        <w:t>چاہے وہ خاندانی مروت ہو، چاہے family کے تقاضے ہوں، یا آپ کی خواہش ہو، یا کوئی بھی fame ہو، کوئی بھی چیز، politics ہو،</w:t>
      </w:r>
    </w:p>
    <w:p>
      <w:r>
        <w:rPr>
          <w:b/>
        </w:rPr>
        <w:t xml:space="preserve">[1:16:57] </w:t>
      </w:r>
      <w:r>
        <w:t>har woh cheez jo aap ke aap jis ko aap mehsoos karein ke mere jo maqsad mera asal hai, us ke mutabiq zindagi guzarnay mein yeh rok ban raha hai.</w:t>
      </w:r>
    </w:p>
    <w:p>
      <w:pPr>
        <w:jc w:val="right"/>
      </w:pPr>
      <w:r>
        <w:t>ہر وہ چیز جو آپ کے آپ جس کو آپ محسوس کریں کہ میرے جو مقصد میرا اصل ہے، اس کے مطابق زندگی گزارنے میں یہ روک بن رہا ہے۔</w:t>
      </w:r>
    </w:p>
    <w:p>
      <w:r>
        <w:rPr>
          <w:b/>
        </w:rPr>
        <w:t xml:space="preserve">[1:17:10] </w:t>
      </w:r>
      <w:r>
        <w:t>jismaani ki woh zaroorat se bahar chale gaye.</w:t>
      </w:r>
    </w:p>
    <w:p>
      <w:pPr>
        <w:jc w:val="right"/>
      </w:pPr>
      <w:r>
        <w:t>جسمانی کی وہ ضرورت سے باہر چلے گئے۔</w:t>
      </w:r>
    </w:p>
    <w:p>
      <w:r>
        <w:rPr>
          <w:b/>
        </w:rPr>
        <w:t xml:space="preserve">[1:17:15] </w:t>
      </w:r>
      <w:r>
        <w:t>to to yeh yeh yeh cheez aadmi khud hi samajh sakta hai. is ki koi fehrist bahar se nahi diya sakti. aadmi apna muhasba kare, apna interest introspection kare to woh khud jaan jaan lega ke yahan tak zaroorat ki had thi aur yahan par zaroorat se bahar mein nikal gaya.</w:t>
      </w:r>
    </w:p>
    <w:p>
      <w:pPr>
        <w:jc w:val="right"/>
      </w:pPr>
      <w:r>
        <w:t>تو تو یہ یہ یہ چیز آدمی خود ہی سمجھ سکتا ہے۔ اس کی کوئی فہرست باہر سے نہیں دیا سکتی۔ آدمی اپنا محاسبہ کرے، اپنا interest introspection کرے تو وہ خود جان جان لے گا کہ یہاں تک ضرورت کی حد تھی اور یہاں پر ضرورت سے باہر میں نکل گیا۔</w:t>
      </w:r>
    </w:p>
    <w:p>
      <w:r>
        <w:rPr>
          <w:b/>
        </w:rPr>
        <w:t xml:space="preserve">[1:17:37] </w:t>
      </w:r>
      <w:r>
        <w:t>to jab bhi aap mehsoos karein ke aap ko koi cheez aisi hai hai jo aap ko maqsad se hata rahi hai to bas woh chahe family ho, chahe aap biwi bachche hon, chahe job ho, chahe business ho, chahe koi bhi habit ho, koi bhi aadatein hon, samjhiye ke woh qabil tark hai.</w:t>
      </w:r>
    </w:p>
    <w:p>
      <w:pPr>
        <w:jc w:val="right"/>
      </w:pPr>
      <w:r>
        <w:t>تو جب بھی آپ محسوس کریں کہ آپ کو کوئی چیز ایسی ہے ہے جو آپ کو مقصد سے ہٹا رہی ہے تو بس وہ چاہے family ہو، چاہے آپ بیوی بچے ہوں، چاہے جاب ہو، چاہے business ہو، چاہے کوئی بھی habit ہو، کوئی بھی عادتیں ہوں، سمجھئے کہ وہ قابل ترک ہے۔</w:t>
      </w:r>
    </w:p>
    <w:p>
      <w:r>
        <w:rPr>
          <w:b/>
        </w:rPr>
        <w:t xml:space="preserve">[1:17:59] </w:t>
      </w:r>
      <w:r>
        <w:t>qabil tark hai woh. yaani maqsad ko kisi bhi haal mein na chhoden aap. chahe aap ko doosri cheezon ko chhodna pade.</w:t>
      </w:r>
    </w:p>
    <w:p>
      <w:pPr>
        <w:jc w:val="right"/>
      </w:pPr>
      <w:r>
        <w:t>قابل ترک ہے وہ۔ یعنی مقصد کو کسی بھی حال میں نہ چھوڑیں آپ۔ چاہے آپ کو دوسری چیزوں کو چھوڑنا پڑے۔</w:t>
      </w:r>
    </w:p>
    <w:p>
      <w:r>
        <w:rPr>
          <w:b/>
        </w:rPr>
        <w:t xml:space="preserve">[1:18:09] </w:t>
      </w:r>
      <w:r>
        <w:t>aur is ki fehrist koi doosra aadmi nahi de sakt</w:t>
      </w:r>
    </w:p>
    <w:p>
      <w:pPr>
        <w:jc w:val="right"/>
      </w:pPr>
      <w:r>
        <w:t>اور اس کی فہرست کوئی دوسرا آدمی نہیں دے سکت</w:t>
      </w:r>
    </w:p>
    <w:p>
      <w:r>
        <w:rPr>
          <w:b/>
        </w:rPr>
        <w:t xml:space="preserve">[1:18:12] </w:t>
      </w:r>
      <w:r>
        <w:t>a aap ko. aap khud hi is ki fehrist banayenge. ke ke aap cheez chhodna hai ke nahi chhodna hai. main apne hisab se yahi kahunga ke zaroorat wahi cheez hai,</w:t>
      </w:r>
    </w:p>
    <w:p>
      <w:pPr>
        <w:jc w:val="right"/>
      </w:pPr>
      <w:r>
        <w:t>ا آپ کو۔ آپ خود ہی اس کی فہرست بنائیں گے۔ کہ کہ آپ چیز چھوڑنا ہے کہ نہیں چھوڑنا ہے۔ میں اپنے حساب سے یہی کہوں گا کہ ضرورت وہی چیز ہے،</w:t>
      </w:r>
    </w:p>
    <w:p>
      <w:r>
        <w:rPr>
          <w:b/>
        </w:rPr>
        <w:t xml:space="preserve">[1:18:24] </w:t>
      </w:r>
      <w:r>
        <w:t>zaroorat sirf inhi cheezon ka naam hai jis ke baghair aap zinda nahi reh sakte. yaani zinda rehne ke liye jo zaroori hai wahi need hai.</w:t>
      </w:r>
    </w:p>
    <w:p>
      <w:pPr>
        <w:jc w:val="right"/>
      </w:pPr>
      <w:r>
        <w:t>ضرورت صرف انہی چیزوں کا نام ہے جس کے بغیر آپ زندہ نہیں رہ سکتے۔ یعنی زندہ رہنے کے لیے جو ضروری ہے وہی need ہے۔</w:t>
      </w:r>
    </w:p>
    <w:p>
      <w:r>
        <w:rPr>
          <w:b/>
        </w:rPr>
        <w:t xml:space="preserve">[1:18:37] </w:t>
      </w:r>
      <w:r>
        <w:t>ab baqi aaram o aish woh zaroorat nahi hai, woh woh faazil cheezein hain, woh to distraction hain. to zehan ko bahut zyada wazeh taur par is yaani bashaoor banaiye ke aap ko jeena hai maqsad ke liye.</w:t>
      </w:r>
    </w:p>
    <w:p>
      <w:pPr>
        <w:jc w:val="right"/>
      </w:pPr>
      <w:r>
        <w:t>اب باقی آرام و آسائش وہ ضرورت نہیں ہے، وہ وہ فاضل چیزیں ہیں، وہ تو distraction ہیں۔ تو ذہن کو بہت زیادہ واضح طور پر اس یعنی باشعور بنائیے کہ آپ کو جینا ہے مقصد کے لیے۔</w:t>
      </w:r>
    </w:p>
    <w:p>
      <w:r>
        <w:rPr>
          <w:b/>
        </w:rPr>
        <w:t xml:space="preserve">[1:18:56] </w:t>
      </w:r>
      <w:r>
        <w:t>baqi cheezein sirf is liye hain ke mujhe jab tak jee raha hoon tab tak meri zarooratein poori na hon to main kaise zinda rahunga.</w:t>
      </w:r>
    </w:p>
    <w:p>
      <w:pPr>
        <w:jc w:val="right"/>
      </w:pPr>
      <w:r>
        <w:t>باقی چیزیں صرف اس لیے ہیں کہ مجھے جب تک جی رہا ہوں تب تک میری ضرورتیں پوری نہ ہوں تو میں کیسے زندہ رہوں گا۔</w:t>
      </w:r>
    </w:p>
    <w:p>
      <w:r>
        <w:rPr>
          <w:b/>
        </w:rPr>
        <w:t xml:space="preserve">[1:19:05] </w:t>
      </w:r>
      <w:r>
        <w:t>to is farq ko jab aap mehsoos malhooz rakhenge to maamla bilkul aasani se samajh mein aa jayega.</w:t>
      </w:r>
    </w:p>
    <w:p>
      <w:pPr>
        <w:jc w:val="right"/>
      </w:pPr>
      <w:r>
        <w:t>تو اس فرق کو جب آپ محسوس ملحوظ رکھیں گے تو معاملہ بالکل آسانی سے سمجھ میں آ جائے گا۔</w:t>
      </w:r>
    </w:p>
    <w:p>
      <w:r>
        <w:rPr>
          <w:b/>
        </w:rPr>
        <w:t xml:space="preserve">[1:19:15] </w:t>
      </w:r>
      <w:r>
        <w:t>maulana, agla sawal aaya hai maulana fard ahmad salfi ka, tamil nadu se. unhone likha hai: "maulana, ek sahab ne farmaya ke khidmat se khuda milta hai.</w:t>
      </w:r>
    </w:p>
    <w:p>
      <w:pPr>
        <w:jc w:val="right"/>
      </w:pPr>
      <w:r>
        <w:t>مولانا، اگلا سوال آیا ہے مولانا فرد احمد سلفی کا، تمل ناڈو سے۔ انہوں نے لکھا ہے: "مولانا، ایک صاحب نے فرمایا کہ خدمت سے خدا ملتا ہے۔</w:t>
      </w:r>
    </w:p>
    <w:p>
      <w:r>
        <w:rPr>
          <w:b/>
        </w:rPr>
        <w:t xml:space="preserve">[1:19:27] </w:t>
      </w:r>
      <w:r>
        <w:t>yaani khidmat se sukoon milta hai. yeh kahan tak sahi hai?"</w:t>
      </w:r>
    </w:p>
    <w:p>
      <w:pPr>
        <w:jc w:val="right"/>
      </w:pPr>
      <w:r>
        <w:t>یعنی خدمت سے سکون ملتا ہے۔ یہ کہاں تک صحیح ہے؟"</w:t>
      </w:r>
    </w:p>
    <w:p>
      <w:r>
        <w:rPr>
          <w:b/>
        </w:rPr>
        <w:t xml:space="preserve">[1:19:34] </w:t>
      </w:r>
      <w:r>
        <w:t>yeh to ek galat philosophy hai. aaj kal bahut phaila hua hai yeh. yeh secular logon ki philosophy hai yeh. main is ko islam ki philosophy nahi manta.</w:t>
      </w:r>
    </w:p>
    <w:p>
      <w:pPr>
        <w:jc w:val="right"/>
      </w:pPr>
      <w:r>
        <w:t>یہ تو ایک غلط philosophy ہے۔ آج کل بہت پھیلا ہوا ہے یہ۔ یہ سیکولر لوگوں کی philosophy ہے یہ۔ میں اس کو اسلام کی philosophy نہیں مانتا۔</w:t>
      </w:r>
    </w:p>
    <w:p>
      <w:r>
        <w:rPr>
          <w:b/>
        </w:rPr>
        <w:t xml:space="preserve">[1:19:45] </w:t>
      </w:r>
      <w:r>
        <w:t>is liye ke quran mein saaf saaf hai ke أَلَا بِذِكْرِ اللَّهِ تَطْمَئِنُّ الْقُلُوبُ . zikr khudaawandi se sukoon milta hai. to aap kahein ke khidmat se milta hai.</w:t>
      </w:r>
    </w:p>
    <w:p>
      <w:pPr>
        <w:jc w:val="right"/>
      </w:pPr>
      <w:r>
        <w:t>اس لیے کہ قرآن میں صاف صاف ہے کہ أَلَا بِذِكْرِ اللَّهِ تَطْمَئِنُّ الْقُلُوبُ ۔ ذکر خداوندی سے سکون ملتا ہے۔ تو آپ کہیں کہ خدمت سے ملتا ہے۔</w:t>
      </w:r>
    </w:p>
    <w:p>
      <w:r>
        <w:rPr>
          <w:b/>
        </w:rPr>
        <w:t xml:space="preserve">[1:19:57] </w:t>
      </w:r>
      <w:r>
        <w:t>is ki sab se badi shayad tareekh mein sab se badi misaal jo hai mother teresa ki hai.</w:t>
      </w:r>
    </w:p>
    <w:p>
      <w:pPr>
        <w:jc w:val="right"/>
      </w:pPr>
      <w:r>
        <w:t>اس کی سب سے بڑی شاید تاریخ میں سب سے بڑی مثال جو ہے مدر ٹریسا کی ہے۔</w:t>
      </w:r>
    </w:p>
    <w:p>
      <w:r>
        <w:rPr>
          <w:b/>
        </w:rPr>
        <w:t xml:space="preserve">[1:20:03] </w:t>
      </w:r>
      <w:r>
        <w:t>ma sha Allah poori tareekh mein shayad is se badi misaal koi nahi hogi. ke mother teresa ne apni poori zindagi khidmat khalq mein guzari. poori zindagi khidmat khalq mein.</w:t>
      </w:r>
    </w:p>
    <w:p>
      <w:pPr>
        <w:jc w:val="right"/>
      </w:pPr>
      <w:r>
        <w:t>ماشاءاللہ پوری تاریخ میں شاید اس سے بڑی مثال کوئی نہیں ہوگی۔ کہ مدر ٹریسا نے اپنی پوری زندگی خدمت خلق میں گزاری۔ پوری زندگی خدمت خلق میں۔</w:t>
      </w:r>
    </w:p>
    <w:p>
      <w:r>
        <w:rPr>
          <w:b/>
        </w:rPr>
        <w:t xml:space="preserve">[1:20:15] </w:t>
      </w:r>
      <w:r>
        <w:t>aur isi liye is ko nobel prize mila. isi liye nobel prize mila is ko. lekin marne ke baad jo is ke haalaat chhape hain woh main ne padha to us mein woh kehta hai ke she died in agony .</w:t>
      </w:r>
    </w:p>
    <w:p>
      <w:pPr>
        <w:jc w:val="right"/>
      </w:pPr>
      <w:r>
        <w:t>اور اسی لیے اس کو نوبل پرائز ملا۔ اسی لیے نوبل پرائز ملا اس کو۔ لیکن مرنے کے بعد جو اس کے حالات چھپے ہیں وہ میں نے پڑھا تو اس میں وہ کہتا ہے کہ she died in agony ۔</w:t>
      </w:r>
    </w:p>
    <w:p>
      <w:r>
        <w:rPr>
          <w:b/>
        </w:rPr>
        <w:t xml:space="preserve">[1:20:35] </w:t>
      </w:r>
      <w:r>
        <w:t>sohan rooh mein in ka khatma hua. to khidmat khalq mein agar sukoon ho to un ko sukoon ko nahi mila.</w:t>
      </w:r>
    </w:p>
    <w:p>
      <w:pPr>
        <w:jc w:val="right"/>
      </w:pPr>
      <w:r>
        <w:t>سوہان روح میں ان کا خاتمہ ہوا۔ تو خدمت خلق میں اگر سکون ہو تو ان کو سکون کو نہیں ملا۔</w:t>
      </w:r>
    </w:p>
    <w:p>
      <w:r>
        <w:rPr>
          <w:b/>
        </w:rPr>
        <w:t xml:space="preserve">[1:20:44] </w:t>
      </w:r>
      <w:r>
        <w:t>mother teresa ko.</w:t>
      </w:r>
    </w:p>
    <w:p>
      <w:pPr>
        <w:jc w:val="right"/>
      </w:pPr>
      <w:r>
        <w:t>مدر ٹریسا کو۔</w:t>
      </w:r>
    </w:p>
    <w:p>
      <w:r>
        <w:rPr>
          <w:b/>
        </w:rPr>
        <w:t xml:space="preserve">[1:20:48] </w:t>
      </w:r>
      <w:r>
        <w:t>yeh bilkul galat tasawwur hai aur waqeaat is ki tasdeeq nahi karte.</w:t>
      </w:r>
    </w:p>
    <w:p>
      <w:pPr>
        <w:jc w:val="right"/>
      </w:pPr>
      <w:r>
        <w:t>یہ بالکل غلط تصور ہے اور واقعات اس کی تصدیق نہیں کرتے۔</w:t>
      </w:r>
    </w:p>
    <w:p>
      <w:r>
        <w:rPr>
          <w:b/>
        </w:rPr>
        <w:t xml:space="preserve">[1:20:57] </w:t>
      </w:r>
      <w:r>
        <w:t>waqeaat is ki tasdeeq nahi karte. kisi ko shakk ho to mother teresa ki life padhein woh.</w:t>
      </w:r>
    </w:p>
    <w:p>
      <w:pPr>
        <w:jc w:val="right"/>
      </w:pPr>
      <w:r>
        <w:t>واقعات اس کی تصدیق نہیں کرتے۔ کسی کو شک ہو تو مدر ٹریسا کی life پڑھیں وہ۔</w:t>
      </w:r>
    </w:p>
    <w:p>
      <w:r>
        <w:rPr>
          <w:b/>
        </w:rPr>
        <w:t xml:space="preserve">[1:21:03] </w:t>
      </w:r>
      <w:r>
        <w:t>jis ne un ki zindagi pe research kiya hai aur un ke haalaat likhe hain woh kehta hai ke she died in agony . to aaj bhi wahi sahi hai formula ke أَلَا بِذِكْرِ اللَّهِ تَطْمَئِنُّ الْقُلُوبُ .</w:t>
      </w:r>
    </w:p>
    <w:p>
      <w:pPr>
        <w:jc w:val="right"/>
      </w:pPr>
      <w:r>
        <w:t>جس نے ان کی زندگی پہ research کیا ہے اور ان کے حالات لکھے ہیں وہ کہتا ہے کہ she died in agony ۔ تو آج بھی وہی صحیح ہے فارمولا کہ أَلَا بِذِكْرِ اللَّهِ تَطْمَئِنُّ الْقُلُوبُ ۔</w:t>
      </w:r>
    </w:p>
    <w:p>
      <w:r>
        <w:rPr>
          <w:b/>
        </w:rPr>
        <w:t xml:space="preserve">[1:21:18] </w:t>
      </w:r>
      <w:r>
        <w:t>zikr Allah ke maani yeh nahi ke Allah ki japp karna. wird karna Allah Allah Allah Allah Allah. yeh yeh harghiz nahi hai.</w:t>
      </w:r>
    </w:p>
    <w:p>
      <w:pPr>
        <w:jc w:val="right"/>
      </w:pPr>
      <w:r>
        <w:t>ذکر اللہ کے معنی یہ نہیں کہ اللہ کی جپ کرنا۔ ورد کرنا اللہ اللہ اللہ اللہ اللہ۔ یہ یہ ہرگز نہیں ہے۔</w:t>
      </w:r>
    </w:p>
    <w:p>
      <w:r>
        <w:rPr>
          <w:b/>
        </w:rPr>
        <w:t xml:space="preserve">[1:21:25] </w:t>
      </w:r>
      <w:r>
        <w:t>nahi Allah mein jeena.</w:t>
      </w:r>
    </w:p>
    <w:p>
      <w:pPr>
        <w:jc w:val="right"/>
      </w:pPr>
      <w:r>
        <w:t>نہیں اللہ میں جینا۔</w:t>
      </w:r>
    </w:p>
    <w:p>
      <w:r>
        <w:rPr>
          <w:b/>
        </w:rPr>
        <w:t xml:space="preserve">[1:21:30] </w:t>
      </w:r>
      <w:r>
        <w:t>Allah ki yaadon mein jeena. Allah ke sifaat aaliya ko discover karna. Allah ki rehmaton ko daryaft kar kar ke is se apni rooh ko ghiza lena.</w:t>
      </w:r>
    </w:p>
    <w:p>
      <w:pPr>
        <w:jc w:val="right"/>
      </w:pPr>
      <w:r>
        <w:t>اللہ کی یادوں میں جینا۔ اللہ کے صفات عالیہ کو discover کرنا۔ اللہ کی رحمتوں کو دریافت کر کر کے اس سے اپنی روح کو غذا لینا۔</w:t>
      </w:r>
    </w:p>
    <w:p>
      <w:r>
        <w:rPr>
          <w:b/>
        </w:rPr>
        <w:t xml:space="preserve">[1:21:41] </w:t>
      </w:r>
      <w:r>
        <w:t>yeh hai.</w:t>
      </w:r>
    </w:p>
    <w:p>
      <w:pPr>
        <w:jc w:val="right"/>
      </w:pPr>
      <w:r>
        <w:t>یہ ہے۔</w:t>
      </w:r>
    </w:p>
    <w:p>
      <w:r>
        <w:rPr>
          <w:b/>
        </w:rPr>
        <w:t xml:space="preserve">[1:21:45] </w:t>
      </w:r>
      <w:r>
        <w:t>gulbargah se maulana fiyazuddin umri ne sawal kiya hai. unhon ne likha hai: "manfi soch se kitna zyada stress hota hai?</w:t>
      </w:r>
    </w:p>
    <w:p>
      <w:pPr>
        <w:jc w:val="right"/>
      </w:pPr>
      <w:r>
        <w:t>گلبرگہ سے مولانا فیاض الدین عمری نے سوال کیا ہے۔ انہوں نے لکھا ہے: "منفی سوچ سے کتنا زیادہ stress ہوتا ہے؟</w:t>
      </w:r>
    </w:p>
    <w:p>
      <w:r>
        <w:rPr>
          <w:b/>
        </w:rPr>
        <w:t xml:space="preserve">[1:21:55] </w:t>
      </w:r>
      <w:r>
        <w:t>is ke bare mein bataein."</w:t>
      </w:r>
    </w:p>
    <w:p>
      <w:pPr>
        <w:jc w:val="right"/>
      </w:pPr>
      <w:r>
        <w:t>اس کے بارے میں بتائیں۔"</w:t>
      </w:r>
    </w:p>
    <w:p>
      <w:r>
        <w:rPr>
          <w:b/>
        </w:rPr>
        <w:t xml:space="preserve">[1:22:02] </w:t>
      </w:r>
      <w:r>
        <w:t>manfi soch hi ke to nateejay ke naam hi stress hai.</w:t>
      </w:r>
    </w:p>
    <w:p>
      <w:pPr>
        <w:jc w:val="right"/>
      </w:pPr>
      <w:r>
        <w:t>منفی سوچ ہی کے تو نتیجے کے نام ہی stress ہے۔</w:t>
      </w:r>
    </w:p>
    <w:p>
      <w:r>
        <w:rPr>
          <w:b/>
        </w:rPr>
        <w:t xml:space="preserve">[1:22:09] </w:t>
      </w:r>
      <w:r>
        <w:t>yani negative thinking jo hai always negative thing leads to stress.</w:t>
      </w:r>
    </w:p>
    <w:p>
      <w:pPr>
        <w:jc w:val="right"/>
      </w:pPr>
      <w:r>
        <w:t>یعنی negative thinking جو ہے always negative thing leads to stress.</w:t>
      </w:r>
    </w:p>
    <w:p>
      <w:r>
        <w:rPr>
          <w:b/>
        </w:rPr>
        <w:t xml:space="preserve">[1:22:18] </w:t>
      </w:r>
      <w:r>
        <w:t>negative thinking jahan hogi wahan zaroor stress hoga. zaroor wahan tension hoga.</w:t>
      </w:r>
    </w:p>
    <w:p>
      <w:pPr>
        <w:jc w:val="right"/>
      </w:pPr>
      <w:r>
        <w:t>Negative thinking جہاں ہوگی وہاں ضرور stress ہوگا۔ ضرور وہاں tension ہوگا۔</w:t>
      </w:r>
    </w:p>
    <w:p>
      <w:r>
        <w:rPr>
          <w:b/>
        </w:rPr>
        <w:t xml:space="preserve">[1:22:26] </w:t>
      </w:r>
      <w:r>
        <w:t>to stress se bahar aane ka sabab formula aa jata hai positive thinking.</w:t>
      </w:r>
    </w:p>
    <w:p>
      <w:pPr>
        <w:jc w:val="right"/>
      </w:pPr>
      <w:r>
        <w:t>تو stress سے باہر آنے کا سبب فارمولا آ جاتا ہے positive thinking۔</w:t>
      </w:r>
    </w:p>
    <w:p>
      <w:r>
        <w:rPr>
          <w:b/>
        </w:rPr>
        <w:t xml:space="preserve">[1:22:33] </w:t>
      </w:r>
      <w:r>
        <w:t>lekin negative thinking aur positive thinking koi updesh ki baat nahi hai. ke aap kisi ko kahein ke are bhai negative mat bano. is se nahi kuch hota.</w:t>
      </w:r>
    </w:p>
    <w:p>
      <w:pPr>
        <w:jc w:val="right"/>
      </w:pPr>
      <w:r>
        <w:t>لیکن negative thinking اور positive thinking کوئی اپدیش کی بات نہیں ہے۔ کہ آپ کسی کو کہیں کہ ارے بھائی negative مت بنو۔ اس سے نہیں کچھ ہوتا۔</w:t>
      </w:r>
    </w:p>
    <w:p>
      <w:r>
        <w:rPr>
          <w:b/>
        </w:rPr>
        <w:t xml:space="preserve">[1:22:43] </w:t>
      </w:r>
      <w:r>
        <w:t>ek is ke liye ek ideology chahiye. ek ideology.</w:t>
      </w:r>
    </w:p>
    <w:p>
      <w:pPr>
        <w:jc w:val="right"/>
      </w:pPr>
      <w:r>
        <w:t>ایک اس کے لیے ایک ideology چاہیے۔ ایک ideology۔</w:t>
      </w:r>
    </w:p>
    <w:p>
      <w:r>
        <w:rPr>
          <w:b/>
        </w:rPr>
        <w:t xml:space="preserve">[1:22:50] </w:t>
      </w:r>
      <w:r>
        <w:t>ek insan jis ke insan expression chahta hai cheezon ki. insan ka jo dimagh hai wo is waqt mutmaeen hota hai jab kisi cheez ka wo explain kar le.</w:t>
      </w:r>
    </w:p>
    <w:p>
      <w:pPr>
        <w:jc w:val="right"/>
      </w:pPr>
      <w:r>
        <w:t>ایک انسان جس کے انسان expression چاہتا ہے چیزوں کی۔ انسان کا جو دماغ ہے وہ اس وقت مطمئن ہوتا ہے جب کسی چیز کا وہ explain کر لے۔</w:t>
      </w:r>
    </w:p>
    <w:p>
      <w:r>
        <w:rPr>
          <w:b/>
        </w:rPr>
        <w:t xml:space="preserve">[1:23:01] </w:t>
      </w:r>
      <w:r>
        <w:t>is ki tawjeeh dhoond le. jab tak tawjeeh na paye tab tak wo mutmaeen nahi hota. to dunya mein hamein dekhiye sad experience hote hain.</w:t>
      </w:r>
    </w:p>
    <w:p>
      <w:pPr>
        <w:jc w:val="right"/>
      </w:pPr>
      <w:r>
        <w:t>اس کی توجیح ڈھونڈ لے۔ جب تک توجیح نہ پائے تب تک وہ مطمئن نہیں ہوتا۔ تو دنیا میں ہمیں دیکھیے sad experience ہوتے ہیں۔</w:t>
      </w:r>
    </w:p>
    <w:p>
      <w:r>
        <w:rPr>
          <w:b/>
        </w:rPr>
        <w:t xml:space="preserve">[1:23:13] </w:t>
      </w:r>
      <w:r>
        <w:t>yani hamari khwahishon ke khilaf waqeat hote rehte hain. takleef deh tajrubaat hote rehte hain. koi hum ko provoke kar deta hai.</w:t>
      </w:r>
    </w:p>
    <w:p>
      <w:pPr>
        <w:jc w:val="right"/>
      </w:pPr>
      <w:r>
        <w:t>یعنی ہماری خواہشوں کے خلاف واقعات ہوتے رہتے ہیں۔ تکلیف دہ تجربات ہوتے رہتے ہیں۔ کوئی ہم کو provoke کر دیتا ہے۔</w:t>
      </w:r>
    </w:p>
    <w:p>
      <w:r>
        <w:rPr>
          <w:b/>
        </w:rPr>
        <w:t xml:space="preserve">[1:23:22] </w:t>
      </w:r>
      <w:r>
        <w:t>koi bura kehta hai. koi nuqsan kar deta hai. yeh sab hota hi hota hai. aur yeh quran mein likha hua hai ke zaroor hoga.</w:t>
      </w:r>
    </w:p>
    <w:p>
      <w:pPr>
        <w:jc w:val="right"/>
      </w:pPr>
      <w:r>
        <w:t>کوئی برا کہتا ہے۔ کوئی نقصان کر دیتا ہے۔ یہ سب ہوتا ہی ہوتا ہے۔ اور یہ قرآن میں لکھا ہوا ہے کہ ضرور ہوگا۔</w:t>
      </w:r>
    </w:p>
    <w:p>
      <w:r>
        <w:rPr>
          <w:b/>
        </w:rPr>
        <w:t xml:space="preserve">[1:23:31] </w:t>
      </w:r>
      <w:r>
        <w:t>wla nblwkm bshyy mnn lkhwf wljwh wnnqsp mnn l'amwl wlnfsp sbrt wbsr Sbrn llzhn 'z' Sbtm mspbh qlw 'nn' llh w'nn 'lhy rjwn.</w:t>
      </w:r>
    </w:p>
    <w:p>
      <w:pPr>
        <w:jc w:val="right"/>
      </w:pPr>
      <w:r>
        <w:t>وَلَا نَبْلُوْنَ لَكُمْ بِشَيْءٍ مِنَ الْخَوْفِ وَالْجُوْهِ وَنَقْصِبْ مِنَ الْأَمْوَالِ وَلَنْفَسْبُ الصَّبْرَاتِ وَبَشِّرِ الصَّابِرِينَ الَّذِينَ أَذَا أَصَابَتُهُمْ مُصِيْبَةٌ قَالُوا إِنَّا لِلَّهِ وَإِنَّا إِلَيْهِ رَاجِعُونَ ۔</w:t>
      </w:r>
    </w:p>
    <w:p>
      <w:r>
        <w:rPr>
          <w:b/>
        </w:rPr>
        <w:t xml:space="preserve">[1:23:46] </w:t>
      </w:r>
      <w:r>
        <w:t>yeh jo tukra hai is ka. inna lillahi wa inna ilaihi raji'un. yeh jo hai formula of de-stressing hai.</w:t>
      </w:r>
    </w:p>
    <w:p>
      <w:pPr>
        <w:jc w:val="right"/>
      </w:pPr>
      <w:r>
        <w:t>یہ جو ٹکڑا ہے اس کا۔ إِنَّا لِلَّهِ وَإِنَّا إِلَيْهِ رَاجِعُونَ ۔ یہ جو ہے فارمولا آف ڈی اسٹریسنگ ہے۔</w:t>
      </w:r>
    </w:p>
    <w:p>
      <w:r>
        <w:rPr>
          <w:b/>
        </w:rPr>
        <w:t xml:space="preserve">[1:23:56] </w:t>
      </w:r>
      <w:r>
        <w:t>yeh formula of de-stressing hai yeh.</w:t>
      </w:r>
    </w:p>
    <w:p>
      <w:pPr>
        <w:jc w:val="right"/>
      </w:pPr>
      <w:r>
        <w:t>یہ فارمولا آف ڈی اسٹریسنگ ہے یہ۔</w:t>
      </w:r>
    </w:p>
    <w:p>
      <w:r>
        <w:rPr>
          <w:b/>
        </w:rPr>
        <w:t xml:space="preserve">[1:24:01] </w:t>
      </w:r>
      <w:r>
        <w:t>to yeh bilkul hona hi hona hai ke dunya mein aap ko sad experiences hon. unwanted situations se aap ko samna pesh aaye.</w:t>
      </w:r>
    </w:p>
    <w:p>
      <w:pPr>
        <w:jc w:val="right"/>
      </w:pPr>
      <w:r>
        <w:t>تو یہ بالکل ہونا ہی ہونا ہے کہ دنیا میں آپ کو sad experiences ہوں۔ Unwanted situations سے آپ کو سامنا پیش آئے۔</w:t>
      </w:r>
    </w:p>
    <w:p>
      <w:r>
        <w:rPr>
          <w:b/>
        </w:rPr>
        <w:t xml:space="preserve">[1:24:12] </w:t>
      </w:r>
      <w:r>
        <w:t>to aap ke paas ideology honi chahiye is ko explain karne ki. is ki tawjeeh karne ki. jaise main apne bare mein batata hoon.</w:t>
      </w:r>
    </w:p>
    <w:p>
      <w:pPr>
        <w:jc w:val="right"/>
      </w:pPr>
      <w:r>
        <w:t>تو آپ کے پاس ideology ہونی چاہیے اس کو explain کرنے کی۔ اس کی توجیح کرنے کی۔ جیسے میں اپنے بارے میں بتاتا ہوں۔</w:t>
      </w:r>
    </w:p>
    <w:p>
      <w:r>
        <w:rPr>
          <w:b/>
        </w:rPr>
        <w:t xml:space="preserve">[1:24:22] </w:t>
      </w:r>
      <w:r>
        <w:t>mujhe bohat logon ne sataya. aaj bhi sata rahe hain.</w:t>
      </w:r>
    </w:p>
    <w:p>
      <w:pPr>
        <w:jc w:val="right"/>
      </w:pPr>
      <w:r>
        <w:t>مجھ کو بہت لوگوں نے ستایا۔ آج بھی ستا رہے ہیں۔</w:t>
      </w:r>
    </w:p>
    <w:p>
      <w:r>
        <w:rPr>
          <w:b/>
        </w:rPr>
        <w:t xml:space="preserve">[1:24:28] </w:t>
      </w:r>
      <w:r>
        <w:t>mujhe har tarah ka jo na mali nuqsan pohanchaya. mujhe badnaam kiya. har tarah se mujhe takleef pohanchai. aur abhi tak pohancha rahe hain.</w:t>
      </w:r>
    </w:p>
    <w:p>
      <w:pPr>
        <w:jc w:val="right"/>
      </w:pPr>
      <w:r>
        <w:t>مجھ کو ہر طرح کا جو نہ مالی نقصان پہنچایا۔ مجھ کو بدنام کیا۔ ہر طرح سے مجھے تکلیف پہنچائی۔ اور ابھی تک پہنچا رہے ہیں۔</w:t>
      </w:r>
    </w:p>
    <w:p>
      <w:r>
        <w:rPr>
          <w:b/>
        </w:rPr>
        <w:t xml:space="preserve">[1:24:39] </w:t>
      </w:r>
      <w:r>
        <w:t>ajeeb baat hai. itna zyada mujhe jhoote propaganda mere khilaf kiya jata hai. shayad tareekh mein kisi ke khilaf itna jhoota propaganda nahi hua hoga jitna mere khilaf hota hai.</w:t>
      </w:r>
    </w:p>
    <w:p>
      <w:pPr>
        <w:jc w:val="right"/>
      </w:pPr>
      <w:r>
        <w:t>عجیب بات ہے۔ اتنا زیادہ مجھے جھوٹے پروپیگنڈے میرے خلاف کیا جاتا ہے۔ شاید تاریخ میں کسی کے خلاف اتنا جھوٹا پروپیگنڈا نہیں ہوا ہوگا جتنا میرے خلاف ہوتا ہے۔</w:t>
      </w:r>
    </w:p>
    <w:p>
      <w:r>
        <w:rPr>
          <w:b/>
        </w:rPr>
        <w:t xml:space="preserve">[1:24:53] </w:t>
      </w:r>
      <w:r>
        <w:t>kyun ke kisi aur zamane mein media nahi tha. ab to media hai.</w:t>
      </w:r>
    </w:p>
    <w:p>
      <w:pPr>
        <w:jc w:val="right"/>
      </w:pPr>
      <w:r>
        <w:t>کیوں کہ کسی اور زمانے میں میڈیا نہیں تھا۔ اب تو میڈیا ہے۔</w:t>
      </w:r>
    </w:p>
    <w:p>
      <w:r>
        <w:rPr>
          <w:b/>
        </w:rPr>
        <w:t xml:space="preserve">[1:24:58] </w:t>
      </w:r>
      <w:r>
        <w:t>to main kya karta hoon? meri falsafa kya hai? main is ka mubarir talash karta hoon.</w:t>
      </w:r>
    </w:p>
    <w:p>
      <w:pPr>
        <w:jc w:val="right"/>
      </w:pPr>
      <w:r>
        <w:t>تو میں کیا کرتا ہوں؟ میری فلسفہ کیا ہے؟ میں اس کا مبرر تلاش کرتا ہوں۔</w:t>
      </w:r>
    </w:p>
    <w:p>
      <w:r>
        <w:rPr>
          <w:b/>
        </w:rPr>
        <w:t xml:space="preserve">[1:25:09] </w:t>
      </w:r>
      <w:r>
        <w:t>mubarir. yani is aadmi jo kar raha hai us ko justify karta hoon main kuch soch kar ke. apne dimagh se sochta hoon.</w:t>
      </w:r>
    </w:p>
    <w:p>
      <w:pPr>
        <w:jc w:val="right"/>
      </w:pPr>
      <w:r>
        <w:t>مبرر۔ یعنی اس آدمی جو کر رہا ہے اس کو justify کرتا ہوں میں کچھ سوچ کر کے۔ اپنے دماغ سے سوچتا ہوں۔</w:t>
      </w:r>
    </w:p>
    <w:p>
      <w:r>
        <w:rPr>
          <w:b/>
        </w:rPr>
        <w:t xml:space="preserve">[1:25:20] </w:t>
      </w:r>
      <w:r>
        <w:t>is ka mubarir talash karta hoon</w:t>
      </w:r>
    </w:p>
    <w:p>
      <w:pPr>
        <w:jc w:val="right"/>
      </w:pPr>
      <w:r>
        <w:t>اس کا مبرر تلاش کرتا ہوں</w:t>
      </w:r>
    </w:p>
    <w:p>
      <w:r>
        <w:rPr>
          <w:b/>
        </w:rPr>
        <w:t xml:space="preserve">[1:25:22] </w:t>
      </w:r>
      <w:r>
        <w:t>mein misaal aik deta hoon aap ko. ke aaj kal tamam musalmanon ko shikayat hai media se.</w:t>
      </w:r>
    </w:p>
    <w:p>
      <w:pPr>
        <w:jc w:val="right"/>
      </w:pPr>
      <w:r>
        <w:t>۔ میں مثال ایک دیتا ہوں آپ کو۔ کہ آج کل تمام مسلمانوں کو شکایت ہے میڈیا سے۔</w:t>
      </w:r>
    </w:p>
    <w:p>
      <w:r>
        <w:rPr>
          <w:b/>
        </w:rPr>
        <w:t xml:space="preserve">[1:25:31] </w:t>
      </w:r>
      <w:r>
        <w:t>kahin bhi koi musalman nahi milega yahan se recovery karta hai aap ko jis ko media se shikayat na ho. abhi kal mein aik article parha tha aik bohat parhe likhe aadmi ke ka tha woh.</w:t>
      </w:r>
    </w:p>
    <w:p>
      <w:pPr>
        <w:jc w:val="right"/>
      </w:pPr>
      <w:r>
        <w:t>کہیں بھی کوئی مسلمان نہیں ملے گا یہاں سے ریکوری کرتا ہے آپ کو جس کو میڈیا سے شکایت نہ ہو۔ ابھی کل میں ایک آرٹیکل پڑھا تھا ایک بہت پڑھے لکھے آدمی کے کا تھا وہ۔</w:t>
      </w:r>
    </w:p>
    <w:p>
      <w:r>
        <w:rPr>
          <w:b/>
        </w:rPr>
        <w:t xml:space="preserve">[1:25:41] </w:t>
      </w:r>
      <w:r>
        <w:t>is mein kya tha? media ki shikayat. ke media musalmanon ki image bigaad raha hai. media islam ke khilaaf propaganda karta hai. media islam ke khilaaf cheezein chhaapta hai.</w:t>
      </w:r>
    </w:p>
    <w:p>
      <w:pPr>
        <w:jc w:val="right"/>
      </w:pPr>
      <w:r>
        <w:t>اس میں کیا تھا؟ میڈیا کی شکایت۔ کہ میڈیا مسلمانوں کی امیج بگاڑ رہا ہے۔ میڈیا اسلام کے خلاف پروپیگنڈا کرتا ہے۔ میڈیا اسلام کے خلاف چیزیں چھاپتا ہے۔</w:t>
      </w:r>
    </w:p>
    <w:p>
      <w:r>
        <w:rPr>
          <w:b/>
        </w:rPr>
        <w:t xml:space="preserve">[1:25:52] </w:t>
      </w:r>
      <w:r>
        <w:t>to har musalman shayad without any exception media ke baray mein negative hai. magar mein negative nahi hoon.</w:t>
      </w:r>
    </w:p>
    <w:p>
      <w:pPr>
        <w:jc w:val="right"/>
      </w:pPr>
      <w:r>
        <w:t>تو ہر مسلمان شاید without any exception میڈیا کے بارے میں negative ہے۔ مگر میں negative نہیں ہوں۔</w:t>
      </w:r>
    </w:p>
    <w:p>
      <w:r>
        <w:rPr>
          <w:b/>
        </w:rPr>
        <w:t xml:space="preserve">[1:26:00] </w:t>
      </w:r>
      <w:r>
        <w:t>kyun ke mein is ka mubarir talash kar rakha hai. mubarir. Justification. woh kya? mein sochta hoon ke media jo hai woh aik industry hai.</w:t>
      </w:r>
    </w:p>
    <w:p>
      <w:pPr>
        <w:jc w:val="right"/>
      </w:pPr>
      <w:r>
        <w:t>کیونکہ میں اس کا مبرر تلاش کر رکھا ہے۔ مبرر۔ Justification۔ وہ کیا؟ میں سوچتا ہوں کہ میڈیا جو ہے وہ ایک industry ہے۔</w:t>
      </w:r>
    </w:p>
    <w:p>
      <w:r>
        <w:rPr>
          <w:b/>
        </w:rPr>
        <w:t xml:space="preserve">[1:26:13] </w:t>
      </w:r>
      <w:r>
        <w:t>industry. is ka kaam hai news ko sell karna.</w:t>
      </w:r>
    </w:p>
    <w:p>
      <w:pPr>
        <w:jc w:val="right"/>
      </w:pPr>
      <w:r>
        <w:t>Industry۔ اس کا کام ہے news کو sell کرنا۔</w:t>
      </w:r>
    </w:p>
    <w:p>
      <w:r>
        <w:rPr>
          <w:b/>
        </w:rPr>
        <w:t xml:space="preserve">[1:26:19] </w:t>
      </w:r>
      <w:r>
        <w:t>jis tarah se yeh yeh glass hai. aik aadmi glass banata hai kis liye? is ko market mein sell karna hai. bechna hai market mein. agar market mein koi is ka gaaahak na ho to glass nahi banaye ga woh.</w:t>
      </w:r>
    </w:p>
    <w:p>
      <w:pPr>
        <w:jc w:val="right"/>
      </w:pPr>
      <w:r>
        <w:t>جس طرح سے یہ یہ گلاس ہے۔ ایک آدمی گلاس بناتا ہے کس لیے؟ اس کو market میں sell کرنا ہے۔ بیچنا ہے market میں۔ اگر market میں کوئی اس کا گاہک نہ ہو تو گلاس نہیں بنائے گا وہ۔</w:t>
      </w:r>
    </w:p>
    <w:p>
      <w:r>
        <w:rPr>
          <w:b/>
        </w:rPr>
        <w:t xml:space="preserve">[1:26:33] </w:t>
      </w:r>
      <w:r>
        <w:t>to media aik industry hai. is ka kaam hai news ko sell karna. to media ko yeh pata hai ke jo log hain jo masses hain woh sensation ko pasand karte hain.</w:t>
      </w:r>
    </w:p>
    <w:p>
      <w:pPr>
        <w:jc w:val="right"/>
      </w:pPr>
      <w:r>
        <w:t>تو میڈیا ایک industry ہے۔ اس کا کام ہے news کو sell کرنا۔ تو میڈیا کو یہ پتہ ہے کہ جو لوگ ہیں جو masses ہیں وہ sensation کو پسند کرتے ہیں۔</w:t>
      </w:r>
    </w:p>
    <w:p>
      <w:r>
        <w:rPr>
          <w:b/>
        </w:rPr>
        <w:t xml:space="preserve">[1:26:46] </w:t>
      </w:r>
      <w:r>
        <w:t>sensational news.</w:t>
      </w:r>
    </w:p>
    <w:p>
      <w:pPr>
        <w:jc w:val="right"/>
      </w:pPr>
      <w:r>
        <w:t>Sensational news۔</w:t>
      </w:r>
    </w:p>
    <w:p>
      <w:r>
        <w:rPr>
          <w:b/>
        </w:rPr>
        <w:t xml:space="preserve">[1:26:49] </w:t>
      </w:r>
      <w:r>
        <w:t>bad news. buri khabrein. achhi khabron ko ko par koi akhbar nahi chal chal sakta.</w:t>
      </w:r>
    </w:p>
    <w:p>
      <w:pPr>
        <w:jc w:val="right"/>
      </w:pPr>
      <w:r>
        <w:t>Bad news۔ بری خبریں۔ اچھی خبروں کو کو پر کوئی اخبار نہیں چل چل سکتا۔</w:t>
      </w:r>
    </w:p>
    <w:p>
      <w:r>
        <w:rPr>
          <w:b/>
        </w:rPr>
        <w:t xml:space="preserve">[1:26:59] </w:t>
      </w:r>
      <w:r>
        <w:t>buri khabron par akhbar chalte hain. kyun ke log woh woh logon ka taste bigra hua hai. log chahte hain koi koi koi dhamaka khez khabar ho.</w:t>
      </w:r>
    </w:p>
    <w:p>
      <w:pPr>
        <w:jc w:val="right"/>
      </w:pPr>
      <w:r>
        <w:t>بری خبروں پر اخبار چلتے ہیں۔ کیونکہ لوگ وہ وہ لوگوں کا taste بگڑا ہوا ہے۔ لوگ چاہتے ہیں کوئی کوئی کوئی دھماکہ خیز خبر ہو۔</w:t>
      </w:r>
    </w:p>
    <w:p>
      <w:r>
        <w:rPr>
          <w:b/>
        </w:rPr>
        <w:t xml:space="preserve">[1:27:13] </w:t>
      </w:r>
      <w:r>
        <w:t>to media hi karta hai.</w:t>
      </w:r>
    </w:p>
    <w:p>
      <w:pPr>
        <w:jc w:val="right"/>
      </w:pPr>
      <w:r>
        <w:t>تو میڈیا ہی کرتا ہے۔</w:t>
      </w:r>
    </w:p>
    <w:p>
      <w:r>
        <w:rPr>
          <w:b/>
        </w:rPr>
        <w:t xml:space="preserve">[1:27:16] </w:t>
      </w:r>
      <w:r>
        <w:t>agar aap aik so achhe achhe kaam kar rahe hain woh media nahi chhaape ga. lekin bomb maar de kahin ja ke woh foran chhaape ga woh. kyun ke isi ko isi isi ki wajah se is ka akhbar bikta hai.</w:t>
      </w:r>
    </w:p>
    <w:p>
      <w:pPr>
        <w:jc w:val="right"/>
      </w:pPr>
      <w:r>
        <w:t>اگر آپ ایک سو اچھے اچھے کام کر رہے ہیں وہ میڈیا نہیں چھاپے گا۔ لیکن بم مار دے کہیں جا کے وہ فوراً چھاپے گا وہ۔ کیونکہ اسی کو اسی اسی کی وجہ سے اس کا اخبار بکتا ہے۔</w:t>
      </w:r>
    </w:p>
    <w:p>
      <w:r>
        <w:rPr>
          <w:b/>
        </w:rPr>
        <w:t xml:space="preserve">[1:27:29] </w:t>
      </w:r>
      <w:r>
        <w:t>isi ki wajah se is ka TV dekha jaata hai.</w:t>
      </w:r>
    </w:p>
    <w:p>
      <w:pPr>
        <w:jc w:val="right"/>
      </w:pPr>
      <w:r>
        <w:t>اسی کی وجہ سے اس کا ٹی وی دیکھا جاتا ہے۔</w:t>
      </w:r>
    </w:p>
    <w:p>
      <w:r>
        <w:rPr>
          <w:b/>
        </w:rPr>
        <w:t xml:space="preserve">[1:27:32] </w:t>
      </w:r>
      <w:r>
        <w:t>to mein ne is ka mubarir talash kar rakha hai. ke media chunchke aik industry hai is ko apne faayde ke lihaaz se apna business chalana hai.</w:t>
      </w:r>
    </w:p>
    <w:p>
      <w:pPr>
        <w:jc w:val="right"/>
      </w:pPr>
      <w:r>
        <w:t>تو میں نے اس کا مبرر تلاش کر رکھا ہے۔ کہ میڈیا چونکہ ایک industry ہے اس کو اپنے فائدے کے لحاظ سے اپنا business چلانا ہے۔</w:t>
      </w:r>
    </w:p>
    <w:p>
      <w:r>
        <w:rPr>
          <w:b/>
        </w:rPr>
        <w:t xml:space="preserve">[1:27:41] </w:t>
      </w:r>
      <w:r>
        <w:t>aur is ko pata hai ke is ke jo viewers hain ya is ke readers jo hain woh dhamaka dhamaka khez khabrein chahte hain. sensational khabrein.</w:t>
      </w:r>
    </w:p>
    <w:p>
      <w:pPr>
        <w:jc w:val="right"/>
      </w:pPr>
      <w:r>
        <w:t>اور اس کو پتہ ہے کہ اس کے جو viewers ہیں یا اس کے readers جو ہیں وہ دھماکہ دھماکہ خیز خبریں چاہتے ہیں۔ Sensational خبریں۔</w:t>
      </w:r>
    </w:p>
    <w:p>
      <w:r>
        <w:rPr>
          <w:b/>
        </w:rPr>
        <w:t xml:space="preserve">[1:27:49] </w:t>
      </w:r>
      <w:r>
        <w:t>to woh khabrein dhoondh dhoondh ke laata hai woh.</w:t>
      </w:r>
    </w:p>
    <w:p>
      <w:pPr>
        <w:jc w:val="right"/>
      </w:pPr>
      <w:r>
        <w:t>تو وہ خبریں ڈھونڈ ڈھونڈ کے لاتا ہے وہ۔</w:t>
      </w:r>
    </w:p>
    <w:p>
      <w:r>
        <w:rPr>
          <w:b/>
        </w:rPr>
        <w:t xml:space="preserve">[1:27:53] </w:t>
      </w:r>
      <w:r>
        <w:t>to is tarah mere dil mein media ke khilaaf aik aaye thaak barabar hi shikayat nahi. jabke yahan se le kar amreeka tak chale jaiye aap. aik musalman nahi paayenge aap jis ko media se shikayat na ho.</w:t>
      </w:r>
    </w:p>
    <w:p>
      <w:pPr>
        <w:jc w:val="right"/>
      </w:pPr>
      <w:r>
        <w:t>تو اس طرح میرے دل میں میڈیا کے خلاف ایک آئے ٹھاک برابر ہی شکایت نہیں۔ جبکہ یہاں سے لے کر امریکہ تک چلے جائیے آپ۔ ایک مسلمان نہیں پائیں گے آپ جس کو میڈیا سے شکایت نہ ہو۔</w:t>
      </w:r>
    </w:p>
    <w:p>
      <w:r>
        <w:rPr>
          <w:b/>
        </w:rPr>
        <w:t xml:space="preserve">[1:28:06] </w:t>
      </w:r>
      <w:r>
        <w:t>shikayat shikayat shikayat. abhi Jakarta mein yani Jakarta mein isi par aik conference hui musalmanon</w:t>
      </w:r>
    </w:p>
    <w:p>
      <w:pPr>
        <w:jc w:val="right"/>
      </w:pPr>
      <w:r>
        <w:t>شکایت شکایت شکایت۔ ابھی جکارتہ میں یعنی جکارتہ میں اسی پر ایک conference ہوئی مسلمانوں</w:t>
      </w:r>
    </w:p>
    <w:p>
      <w:r>
        <w:rPr>
          <w:b/>
        </w:rPr>
        <w:t xml:space="preserve">[1:28:16] </w:t>
      </w:r>
      <w:r>
        <w:t>ki. saari duniya ke musalman ke woh parhe likhe likh parhe likhe log wahan aktha hue Jakarta mein.</w:t>
      </w:r>
    </w:p>
    <w:p>
      <w:pPr>
        <w:jc w:val="right"/>
      </w:pPr>
      <w:r>
        <w:t>کی۔ ساری دنیا کے مسلمان کے وہ پڑھے لکھے لکھ پڑھے لکھے لوگ وہاں اکٹھا ہوئے جکارتہ میں۔</w:t>
      </w:r>
    </w:p>
    <w:p>
      <w:r>
        <w:rPr>
          <w:b/>
        </w:rPr>
        <w:t xml:space="preserve">[1:28:25] </w:t>
      </w:r>
      <w:r>
        <w:t>media ke masle par. woh sab shikayati boli bol rahe hain wahan par. duniya bhar ka dimaagh aktha hua Jakarta mein media ke sawaal par aur sab shikayati boli bolta hai.</w:t>
      </w:r>
    </w:p>
    <w:p>
      <w:pPr>
        <w:jc w:val="right"/>
      </w:pPr>
      <w:r>
        <w:t>میڈیا کے مسئلے پر۔ وہ سب شکایتی بولی بول رہے ہیں وہاں پر۔ دنیا بھر کا دماغ اکٹھا ہوا جکارتہ میں میڈیا کے سوال پر اور سب شکایتی بولی بولتا ہے۔</w:t>
      </w:r>
    </w:p>
    <w:p>
      <w:r>
        <w:rPr>
          <w:b/>
        </w:rPr>
        <w:t xml:space="preserve">[1:28:38] </w:t>
      </w:r>
      <w:r>
        <w:t>ke media jo hai islam dushman hai. media muslim dushman hai. media hum hamare khilaaf yeh yeh karta hai. hamare khilaaf woh kar</w:t>
      </w:r>
    </w:p>
    <w:p>
      <w:pPr>
        <w:jc w:val="right"/>
      </w:pPr>
      <w:r>
        <w:t>کہ میڈیا جو ہے اسلام دشمن ہے۔ میڈیا مسلم دشمن ہے۔ میڈیا ہم ہمارے خلاف یہ یہ کرتا ہے۔ ہمارے خلاف وہ کر</w:t>
      </w:r>
    </w:p>
    <w:p>
      <w:r>
        <w:rPr>
          <w:b/>
        </w:rPr>
        <w:t xml:space="preserve">[1:28:45] </w:t>
      </w:r>
      <w:r>
        <w:t>ta hai. mujhe kuch bhi shikayat nahi. kyun ke is ko mubarir talash kar rakha hai mein ne. ke media to aik industry hai. is ko khabrein bechna hai.</w:t>
      </w:r>
    </w:p>
    <w:p>
      <w:pPr>
        <w:jc w:val="right"/>
      </w:pPr>
      <w:r>
        <w:t>تا ہے۔ مجھے کچھ بھی شکایت نہیں۔ کیونکہ اس کو مبرر تلاش کر رکھا ہے میں نے۔ کہ میڈیا تو ایک industry ہے۔ اس کو خبریں بیچنا ہے۔</w:t>
      </w:r>
    </w:p>
    <w:p>
      <w:r>
        <w:rPr>
          <w:b/>
        </w:rPr>
        <w:t xml:space="preserve">[1:28:54] </w:t>
      </w:r>
      <w:r>
        <w:t>wohi khabrein laaye ga jis ko viewers aur readers pasand pasand karte hon. to mujhe shikayat kis baat ki? shikayat kis</w:t>
      </w:r>
    </w:p>
    <w:p>
      <w:pPr>
        <w:jc w:val="right"/>
      </w:pPr>
      <w:r>
        <w:t>وہی خبریں لائے گا جس کو viewers اور readers پسند پسند کرتے ہوں۔ تو مجھے شکایت کس بات کی؟ شکایت کس</w:t>
      </w:r>
    </w:p>
    <w:p>
      <w:r>
        <w:rPr>
          <w:b/>
        </w:rPr>
        <w:t xml:space="preserve">[1:29:03] </w:t>
      </w:r>
      <w:r>
        <w:t>baat ki? to agar aap chahte hain yani apne aap ko manfi soch se bachana aur positive soch par qaim rakhna to aap ko yeh karna pare ga ke jis ke baray mein aap negative ho jaate hain us ke liye mubarir talash kijiye.</w:t>
      </w:r>
    </w:p>
    <w:p>
      <w:pPr>
        <w:jc w:val="right"/>
      </w:pPr>
      <w:r>
        <w:t>بات کی؟ تو اگر آپ چاہتے ہیں یعنی اپنے آپ کو منفی سوچ سے بچانا اور positive سوچ پر قائم رکھنا تو آپ کو یہ کرنا پڑے گا کہ جس کے بارے میں آپ negative ہو جاتے ہیں اس کے لیے مبرر تلاش کیجیے۔</w:t>
      </w:r>
    </w:p>
    <w:p>
      <w:r>
        <w:rPr>
          <w:b/>
        </w:rPr>
        <w:t xml:space="preserve">[1:29:19] </w:t>
      </w:r>
      <w:r>
        <w:t>keh woh aisa kar raha hai to kyun kar raha hai woh? phir aap thanday ho jayenge. phir aap cool ho jayenge. phir aap negativity khatam ho jayegi. sari dunya ke musalman kyun media ke khilaf hain?</w:t>
      </w:r>
    </w:p>
    <w:p>
      <w:pPr>
        <w:jc w:val="right"/>
      </w:pPr>
      <w:r>
        <w:t>کہ وہ ایسا کر رہا ہے تو کیوں کر رہا ہے وہ؟ پھر آپ ٹھنڈے ہو جائیں گے۔ پھر آپ cool ہو جائیں گے۔ پھر آپ negativity ختم ہو جائے گی۔ ساری دنیا کے مسلمان کیوں میڈیا کے خلاف ہیں؟</w:t>
      </w:r>
    </w:p>
    <w:p>
      <w:r>
        <w:rPr>
          <w:b/>
        </w:rPr>
        <w:t xml:space="preserve">[1:29:31] </w:t>
      </w:r>
      <w:r>
        <w:t>kyunki unke paas mubarir nahi hai. talash kiya unhone. bas woh jo jo chupa usko dekha unhone. isne kyun aisa kiya? is par koi socha nahi unhone.</w:t>
      </w:r>
    </w:p>
    <w:p>
      <w:pPr>
        <w:jc w:val="right"/>
      </w:pPr>
      <w:r>
        <w:t>کیونکہ ان کے پاس مبرر نہیں ہے۔ تلاش کیا انہوں نے۔ بس وہ جو جو چھپا اس کو دیکھا انہوں نے۔ اس نے کیوں ایسا کیا؟ اس پر کوئی سوچا نہیں انہوں نے۔</w:t>
      </w:r>
    </w:p>
    <w:p>
      <w:r>
        <w:rPr>
          <w:b/>
        </w:rPr>
        <w:t xml:space="preserve">[1:29:43] </w:t>
      </w:r>
      <w:r>
        <w:t>mujhe ek bhi musalman nahi mila itne dunya bhar mein gaya mein safar karne karke jo media ke bare mein negative na ho. one twice sab negative media ke bare mein.</w:t>
      </w:r>
    </w:p>
    <w:p>
      <w:pPr>
        <w:jc w:val="right"/>
      </w:pPr>
      <w:r>
        <w:t>مجھے ایک بھی مسلمان نہیں ملا اتنے دنیا بھر میں گیا میں سفر کرنے کر کے جو میڈیا کے بارے میں negative نہ ہو۔ One twice سب negative میڈیا کے بارے میں۔</w:t>
      </w:r>
    </w:p>
    <w:p>
      <w:r>
        <w:rPr>
          <w:b/>
        </w:rPr>
        <w:t xml:space="preserve">[1:29:54] </w:t>
      </w:r>
      <w:r>
        <w:t>mein Allah ke fazl se zara bhi ek ek percent bhi negative nahi hoon. is liye ke maine iska mubarir talash kar rakha hai. mubarir ka matlab hota hai justification.</w:t>
      </w:r>
    </w:p>
    <w:p>
      <w:pPr>
        <w:jc w:val="right"/>
      </w:pPr>
      <w:r>
        <w:t>میں اللہ کے فضل سے ذرا بھی ایک ایک percent بھی negative نہیں ہوں۔ اس لیے کہ میں نے اس کا مبرر تلاش کر رکھا ہے۔ مبرر کا مطلب ہوتا ہے justification۔</w:t>
      </w:r>
    </w:p>
    <w:p>
      <w:r>
        <w:rPr>
          <w:b/>
        </w:rPr>
        <w:t xml:space="preserve">[1:30:05] </w:t>
      </w:r>
      <w:r>
        <w:t>to yeh raaz hai agar aap chahte hain ke sach much aap positive banein aur sach much negativities khali hon to yeh karna padega.</w:t>
      </w:r>
    </w:p>
    <w:p>
      <w:pPr>
        <w:jc w:val="right"/>
      </w:pPr>
      <w:r>
        <w:t>تو یہ راز ہے اگر آپ چاہتے ہیں کہ سچ مچ آپ positive بنیں اور سچ مچ negativities خالی ہوں تو یہ کرنا پڑے گا۔</w:t>
      </w:r>
    </w:p>
    <w:p>
      <w:r>
        <w:rPr>
          <w:b/>
        </w:rPr>
        <w:t xml:space="preserve">[1:30:15] </w:t>
      </w:r>
      <w:r>
        <w:t>jab aisa karenge aap tabhi aap tension free reh sakenge. mein ne tension free nahi nahi reh sakte aap.</w:t>
      </w:r>
    </w:p>
    <w:p>
      <w:pPr>
        <w:jc w:val="right"/>
      </w:pPr>
      <w:r>
        <w:t>جب ایسا کریں گے آپ تبھی آپ tension free رہ سکیں گے۔ میں نے tension free نہیں نہیں رہ سکتے آپ۔</w:t>
      </w:r>
    </w:p>
    <w:p>
      <w:r>
        <w:rPr>
          <w:b/>
        </w:rPr>
        <w:t xml:space="preserve">[1:30:24] </w:t>
      </w:r>
      <w:r>
        <w:t>Mr. Asif ka new New Delhi se sawal aaya hai. unhone likha hai: "har ummat ke liye ek paighambar hai.</w:t>
      </w:r>
    </w:p>
    <w:p>
      <w:pPr>
        <w:jc w:val="right"/>
      </w:pPr>
      <w:r>
        <w:t>مسٹر آصف کا نیو نئی دلی سے سوال آیا ہے۔ انہوں نے لکھا ہے: "ہر امت کے لیے ایک پیغمبر ہے۔</w:t>
      </w:r>
    </w:p>
    <w:p>
      <w:r>
        <w:rPr>
          <w:b/>
        </w:rPr>
        <w:t xml:space="preserve">[1:30:34] </w:t>
      </w:r>
      <w:r>
        <w:t>har ummat ka ek waqt muqarrar hai. Allah ke paighambar ek ke baad ek ate rahenge." Quran ke Chapter Ten, Verse number Forty Seven mein aaya hai: likulli al-ummah rasool.</w:t>
      </w:r>
    </w:p>
    <w:p>
      <w:pPr>
        <w:jc w:val="right"/>
      </w:pPr>
      <w:r>
        <w:t>ہر امت کا ایک وقت مقرر ہے۔ اللہ کے پیغمبر ایک کے بعد ایک آتے رہیں گے۔" قرآن کے Chapter Ten، Verse نمبر Forty Seven میں آیا ہے: لِكُلِّ الْأُمَّةِ رَسُولٌ ۔</w:t>
      </w:r>
    </w:p>
    <w:p>
      <w:r>
        <w:rPr>
          <w:b/>
        </w:rPr>
        <w:t xml:space="preserve">[1:30:48] </w:t>
      </w:r>
      <w:r>
        <w:t>Maulana sahib, iska kya matlab hai? Muhammad sahib ke baad koi rasool nahi aayega jabke Quran shareef hamein saaf saaf bayan karta hai ke Allah ke rasool ate rahenge.</w:t>
      </w:r>
    </w:p>
    <w:p>
      <w:pPr>
        <w:jc w:val="right"/>
      </w:pPr>
      <w:r>
        <w:t>مولانا صاحب، اس کا کیا مطلب ہے؟ محمد صاحب کے بعد کوئی رسول نہیں آئے گا جبکہ قرآن شریف ہمیں صاف صاف بیان کرتا ہے کہ اللہ کے رسول آتے رہیں گے۔</w:t>
      </w:r>
    </w:p>
    <w:p>
      <w:r>
        <w:rPr>
          <w:b/>
        </w:rPr>
        <w:t xml:space="preserve">[1:31:01] </w:t>
      </w:r>
      <w:r>
        <w:t>yeh kaha hai ke ate rahenge</w:t>
      </w:r>
    </w:p>
    <w:p>
      <w:pPr>
        <w:jc w:val="right"/>
      </w:pPr>
      <w:r>
        <w:t>یہ کہا ہے کہ آتے رہیں گے</w:t>
      </w:r>
    </w:p>
    <w:p>
      <w:r>
        <w:rPr>
          <w:b/>
        </w:rPr>
        <w:t xml:space="preserve">[1:31:03] </w:t>
      </w:r>
      <w:r>
        <w:t>? yeh ate rahenge kaha hai? likulli qawmin har qoum ke hath gumane, har ek giroh ke nabi aaya. yeh jo aap jo nikal rahe hain continuation, yeh yeh kahan is mein likha hua hai?</w:t>
      </w:r>
    </w:p>
    <w:p>
      <w:pPr>
        <w:jc w:val="right"/>
      </w:pPr>
      <w:r>
        <w:t>؟ یہ آتے رہیں گے کہا ہے؟ لِكُلِّ قَوْمٍ ہر قوم کے ہاتھ گمانے، ہر ایک گروہ کے نبی آیا۔ یہ جو آپ جو نکال رہے ہیں continuation، یہ یہ کہاں اس میں لکھا ہوا ہے؟</w:t>
      </w:r>
    </w:p>
    <w:p>
      <w:r>
        <w:rPr>
          <w:b/>
        </w:rPr>
        <w:t xml:space="preserve">[1:31:19] </w:t>
      </w:r>
      <w:r>
        <w:t>dekhiye, yeh bahut badi fallacy hai, bahut badi galatfehmi hai. rasool naya is waqt aata hai jabke pichhle rasool ki layi hui hidayat mehfooz na rahi ho.</w:t>
      </w:r>
    </w:p>
    <w:p>
      <w:pPr>
        <w:jc w:val="right"/>
      </w:pPr>
      <w:r>
        <w:t>دیکھیے، یہ بہت بڑی fallacy ہے، بہت بڑی غلط فہمی ہے۔ رسول نیا اس وقت آتا ہے جبکہ پچھلے رسول کی لائی ہوئی ہدایت محفوظ نہ رہی ہو۔</w:t>
      </w:r>
    </w:p>
    <w:p>
      <w:r>
        <w:rPr>
          <w:b/>
        </w:rPr>
        <w:t xml:space="preserve">[1:31:34] </w:t>
      </w:r>
      <w:r>
        <w:t>yeh usool samajh lijiye aap. dunya mein Khuda ke deen ki numaindagi ya to living paighambar karta hai ya Khuda ki book karti hai. agar Khuda ki book maujood hai to living paighambar ki zaroorat nahi hai.</w:t>
      </w:r>
    </w:p>
    <w:p>
      <w:pPr>
        <w:jc w:val="right"/>
      </w:pPr>
      <w:r>
        <w:t>یہ اصول سمجھ لیجیے آپ۔ دنیا میں خدا کے دین کی نمائندگی یا تو living پیغمبر کرتا ہے یا خدا کی book کرتی ہے۔ اگر خدا کی book موجود ہے تو living پیغمبر کی ضرورت نہیں ہے۔</w:t>
      </w:r>
    </w:p>
    <w:p>
      <w:r>
        <w:rPr>
          <w:b/>
        </w:rPr>
        <w:t xml:space="preserve">[1:31:48] </w:t>
      </w:r>
      <w:r>
        <w:t>to jo ayatein hain iska matlab yahi hai ke Allah ne paighambar bheja. usne Allah ki kitab logon ke samne pesh ki. lekin woh kitab phir mehfooz nahi rahi to phir dobara paighambar bhejna pada.</w:t>
      </w:r>
    </w:p>
    <w:p>
      <w:pPr>
        <w:jc w:val="right"/>
      </w:pPr>
      <w:r>
        <w:t>تو جو آیتیں ہیں اس کا مطلب یہی ہے کہ اللہ نے پیغمبر بھیجا۔ اس نے اللہ کی کتاب لوگوں کے سامنے پیش کی۔ لیکن وہ کتاب پھر محفوظ نہیں رہی تو پھر دوبارہ پیغمبر بھیجنا پڑا۔</w:t>
      </w:r>
    </w:p>
    <w:p>
      <w:r>
        <w:rPr>
          <w:b/>
        </w:rPr>
        <w:t xml:space="preserve">[1:32:01] </w:t>
      </w:r>
      <w:r>
        <w:t>dobara bhejna pada. ab Muhammad sallallahu alaihi wasallam jo jo kitab laye Quran woh poori tarah mehfooz hai. is mein ek ayat ke barabar bhi koi cheez yani na badli hai na mitti hai na kuch hua hai.</w:t>
      </w:r>
    </w:p>
    <w:p>
      <w:pPr>
        <w:jc w:val="right"/>
      </w:pPr>
      <w:r>
        <w:t>دوبارہ بھیجنا پڑا۔ اب محمد صلی اللہ علیہ وسلم جو جو کتاب لائے قرآن وہ پوری طرح محفوظ ہے۔ اس میں ایک آیت کے برابر بھی کوئی چیز یعنی نہ بدلی ہے نہ مٹی ہے نہ کچھ ہوا ہے۔</w:t>
      </w:r>
    </w:p>
    <w:p>
      <w:r>
        <w:rPr>
          <w:b/>
        </w:rPr>
        <w:t xml:space="preserve">[1:32:17] </w:t>
      </w:r>
      <w:r>
        <w:t>to ab paighambar kis liye? naya paighambar kis liye? Quran is zamane mein paighambar ki jagah par hai.</w:t>
      </w:r>
    </w:p>
    <w:p>
      <w:pPr>
        <w:jc w:val="right"/>
      </w:pPr>
      <w:r>
        <w:t>تو اب پیغمبر کس لیے؟ نیا پیغمبر کس لیے؟ قرآن اس زمانے میں پیغمبر کی جگہ پر ہے۔</w:t>
      </w:r>
    </w:p>
    <w:p>
      <w:r>
        <w:rPr>
          <w:b/>
        </w:rPr>
        <w:t xml:space="preserve">[1:32:26] </w:t>
      </w:r>
      <w:r>
        <w:t>Quran ko numaindagi kar raha hai. maqsad yeh nahi ke ek living ke paighambar maujood ho. yaad rakhiye ke maqsad yeh nahi ke living paighambar maujood ho.</w:t>
      </w:r>
    </w:p>
    <w:p>
      <w:pPr>
        <w:jc w:val="right"/>
      </w:pPr>
      <w:r>
        <w:t>قرآن کو نمائندگی کر رہا ہے۔ مقصد یہ نہیں کہ ایک living کے پیغمبر موجود ہو۔ یاد رکھیے کہ مقصد یہ نہیں کہ living پیغمبر موجود ہو۔</w:t>
      </w:r>
    </w:p>
    <w:p>
      <w:r>
        <w:rPr>
          <w:b/>
        </w:rPr>
        <w:t xml:space="preserve">[1:32:38] </w:t>
      </w:r>
      <w:r>
        <w:t>maqsad yeh hai ke mehfooz kitab ilahi maujood ho.</w:t>
      </w:r>
    </w:p>
    <w:p>
      <w:pPr>
        <w:jc w:val="right"/>
      </w:pPr>
      <w:r>
        <w:t>مقصد یہ ہے کہ محفوظ کتاب الہی موجود ہو۔</w:t>
      </w:r>
    </w:p>
    <w:p>
      <w:r>
        <w:rPr>
          <w:b/>
        </w:rPr>
        <w:t xml:space="preserve">[1:32:43] </w:t>
      </w:r>
      <w:r>
        <w:t>to kya aap ko agar hidayat chahiye Allah taala ki to aap ko ek chalta phirta insan dekh chahiye? is dekhein aap. yani ek sacha seekhar hai.</w:t>
      </w:r>
    </w:p>
    <w:p>
      <w:pPr>
        <w:jc w:val="right"/>
      </w:pPr>
      <w:r>
        <w:t>تو کیا آپ کو اگر ہدایت چاہیے اللہ تعالیٰ کی تو آپ کو ایک چلتا پھرتا انسان دیکھ چاہیے؟ اس دیکھیں آپ۔ یعنی ایک سچا سیکھر ہے۔</w:t>
      </w:r>
    </w:p>
    <w:p>
      <w:r>
        <w:rPr>
          <w:b/>
        </w:rPr>
        <w:t xml:space="preserve">[1:32:53] </w:t>
      </w:r>
      <w:r>
        <w:t>ek aadmi janna chahta hai ke Allah ka mansha kya hai? to kya usko aap chahiye ke ek ek road pe ek aadmi chalta phirta ho? nahi, woh book agar uske paas hai Allah ki mehfooz book, is mein aap padh lijiye.</w:t>
      </w:r>
    </w:p>
    <w:p>
      <w:pPr>
        <w:jc w:val="right"/>
      </w:pPr>
      <w:r>
        <w:t>ایک آدمی جاننا چاہتا ہے کہ اللہ کا منشا کیا ہے؟ تو کیا اس کو آپ چاہیے کہ ایک ایک روڈ پہ ایک آدمی چلتا پھرتا ہو؟ نہیں، وہ book اگر اس کے پاس ہے اللہ کی محفوظ book، اس میں آپ پڑھ لیجیے۔</w:t>
      </w:r>
    </w:p>
    <w:p>
      <w:r>
        <w:rPr>
          <w:b/>
        </w:rPr>
        <w:t xml:space="preserve">[1:33:07] </w:t>
      </w:r>
      <w:r>
        <w:t>is se aap ko hidayat mil jayegi.</w:t>
      </w:r>
    </w:p>
    <w:p>
      <w:pPr>
        <w:jc w:val="right"/>
      </w:pPr>
      <w:r>
        <w:t>اس سے آپ کو ہدایت مل جائے گی۔</w:t>
      </w:r>
    </w:p>
    <w:p>
      <w:r>
        <w:rPr>
          <w:b/>
        </w:rPr>
        <w:t xml:space="preserve">[1:33:09] </w:t>
      </w:r>
      <w:r>
        <w:t>to yeh bahut badi fallacy hai yeh ke is se log sabit karte hain ke is zamane mein ek paighambar aana chahiye. yeh bilkul absurd hai, illogical hai, baseless hai yeh baat.</w:t>
      </w:r>
    </w:p>
    <w:p>
      <w:pPr>
        <w:jc w:val="right"/>
      </w:pPr>
      <w:r>
        <w:t>تو یہ بہت بڑی fallacy ہے یہ کہ اس سے لوگ ثابت کرتے ہیں کہ اس زمانے میں ایک پیغمبر آنا چاہیے۔ یہ بالکل absurd ہے، illogical ہے، baseless ہے یہ بات۔</w:t>
      </w:r>
    </w:p>
    <w:p>
      <w:r>
        <w:rPr>
          <w:b/>
        </w:rPr>
        <w:t xml:space="preserve">[1:33:21] </w:t>
      </w:r>
      <w:r>
        <w:t>yaad rakhiye, paighambar jo bar bar aaye to uski wajah yeh thi ke pichhle paighambar ke jo ke zariye Allah taala ne jo hidayat bheji thi woh mehfooz nahi rahi.</w:t>
      </w:r>
    </w:p>
    <w:p>
      <w:pPr>
        <w:jc w:val="right"/>
      </w:pPr>
      <w:r>
        <w:t>یاد رکھیے، پیغمبر جو بار بار آئے تو اس کی وجہ یہ تھی کہ پچھلے پیغمبر کے جو کے ذریعے اللہ تعالیٰ نے جو ہدایت بھیجی تھی وہ محفوظ نہیں رہی۔</w:t>
      </w:r>
    </w:p>
    <w:p>
      <w:r>
        <w:rPr>
          <w:b/>
        </w:rPr>
        <w:t xml:space="preserve">[1:33:34] </w:t>
      </w:r>
      <w:r>
        <w:t>ab jo rasool Allah sallallahu alaihi wasallam jo Muhammad Muhammad sallallahu alaihi wasallam jo the unke zariye Allah taala ne Quran bheja to woh Quran mukammal mehfooz hai.</w:t>
      </w:r>
    </w:p>
    <w:p>
      <w:pPr>
        <w:jc w:val="right"/>
      </w:pPr>
      <w:r>
        <w:t>اب جو رسول اللہ صلی اللہ علیہ وسلم جو محمد محمد صلی اللہ علیہ وسلم جو تھے ان کے ذریعے اللہ تعالیٰ نے قرآن بھیجا تو وہ قرآن مکمل محفوظ ہے۔</w:t>
      </w:r>
    </w:p>
    <w:p>
      <w:r>
        <w:rPr>
          <w:b/>
        </w:rPr>
        <w:t xml:space="preserve">[1:33:44] </w:t>
      </w:r>
      <w:r>
        <w:t>ab jo seekhar ho woh Quran ko padhe. Plus yeh hai ke khud rasool Allah sallallahu alaihi wasallam ki seerat bhi mehfooz hai. aap ke kalmat jo hain hadith wahi mehfooz hain.</w:t>
      </w:r>
    </w:p>
    <w:p>
      <w:pPr>
        <w:jc w:val="right"/>
      </w:pPr>
      <w:r>
        <w:t>اب جو سیکھر ہو وہ قرآن کو پڑھے۔ Plus یہ ہے کہ خود رسول اللہ صلی اللہ علیہ وسلم کی سیرت بھی محفوظ ہے۔ آپ کے کلمات جو ہیں حدیث وہی محفوظ ہیں۔</w:t>
      </w:r>
    </w:p>
    <w:p>
      <w:r>
        <w:rPr>
          <w:b/>
        </w:rPr>
        <w:t xml:space="preserve">[1:33:53] </w:t>
      </w:r>
      <w:r>
        <w:t>is se aap jaan lijie ke islam kya hai, allah ki marzi kya hai.</w:t>
      </w:r>
    </w:p>
    <w:p>
      <w:pPr>
        <w:jc w:val="right"/>
      </w:pPr>
      <w:r>
        <w:t>اس سے آپ جان لیجیے کہ اسلام کیا ہے، اللہ کی مرضی کیا ہے۔</w:t>
      </w:r>
    </w:p>
    <w:p>
      <w:r>
        <w:rPr>
          <w:b/>
        </w:rPr>
        <w:t xml:space="preserve">[1:33:58] </w:t>
      </w:r>
      <w:r>
        <w:t>to maqsad yeh hai yani allah taala ke guidance ko jaan lena na ke kisi ko chalte phirte dekhna road par.</w:t>
      </w:r>
    </w:p>
    <w:p>
      <w:pPr>
        <w:jc w:val="right"/>
      </w:pPr>
      <w:r>
        <w:t>تو مقصد یہ ہے یعنی اللہ تعالیٰ کے guidance کو جان لینا نہ کہ کسی کو چلتے پھرتے دیکھنا road پر۔</w:t>
      </w:r>
    </w:p>
    <w:p>
      <w:r>
        <w:rPr>
          <w:b/>
        </w:rPr>
        <w:t xml:space="preserve">[1:34:10] </w:t>
      </w:r>
      <w:r>
        <w:t>yeh bohat bari fallacy hai jis mein log kuch log pade hue hain. aur is ki koi buniyad nahi hai. yeh khud sakhta dimagh ko aplaye karna hai.</w:t>
      </w:r>
    </w:p>
    <w:p>
      <w:pPr>
        <w:jc w:val="right"/>
      </w:pPr>
      <w:r>
        <w:t>یہ بہت بڑی fallacy ہے جس میں لوگ کچھ لوگ پڑے ہوئے ہیں۔ اور اس کی کوئی بنیاد نہیں ہے۔ یہ خود ساختہ دماغ کو اپلائے کرنا ہے۔</w:t>
      </w:r>
    </w:p>
    <w:p>
      <w:r>
        <w:rPr>
          <w:b/>
        </w:rPr>
        <w:t xml:space="preserve">[1:34:18] </w:t>
      </w:r>
      <w:r>
        <w:t>allah taala ka ki marzi kya hai is ko jaane baghair. ab dekhiye, printing press ka zamana aa gaya. yani allah taala ne printing press paida kiya.</w:t>
      </w:r>
    </w:p>
    <w:p>
      <w:pPr>
        <w:jc w:val="right"/>
      </w:pPr>
      <w:r>
        <w:t>اللہ تعالیٰ کا کی مرضی کیا ہے اس کو جانے بغیر۔ اب دیکھیے، printing press کا زمانہ آ گیا۔ یعنی اللہ تعالیٰ نے printing press پیدا کیا۔</w:t>
      </w:r>
    </w:p>
    <w:p>
      <w:r>
        <w:rPr>
          <w:b/>
        </w:rPr>
        <w:t xml:space="preserve">[1:34:31] </w:t>
      </w:r>
      <w:r>
        <w:t>ab quran sirf pehle zamane mein shuru mein quran jo hai ya to mushaf hi hota tha ya hath ka likha hua hota tha. ab to bohat umda chapa hua, bohat hi sahi, bohat hi khoobsurat,</w:t>
      </w:r>
    </w:p>
    <w:p>
      <w:pPr>
        <w:jc w:val="right"/>
      </w:pPr>
      <w:r>
        <w:t>اب قرآن صرف پہلے زمانے میں شروع میں قرآن جو ہے یا تو ممبر ہی ہوتا تھا یا ہاتھ کا لکھا ہوا ہوتا تھا۔ اب تو بہت عمدہ چھپا ہوا، بہت ہی صحیح، بہت ہی خوبصورت،</w:t>
      </w:r>
    </w:p>
    <w:p>
      <w:r>
        <w:rPr>
          <w:b/>
        </w:rPr>
        <w:t xml:space="preserve">[1:34:43] </w:t>
      </w:r>
      <w:r>
        <w:t>bohat hi achhe andaaz mein yani is ke sath binding ke sath. to aap isi ko isi ko dekh kar, isi ko padh kar ke aap allah ki yani guidance lijie, sirat-e-mustaqeem ko daryaft kijie.</w:t>
      </w:r>
    </w:p>
    <w:p>
      <w:pPr>
        <w:jc w:val="right"/>
      </w:pPr>
      <w:r>
        <w:t>بہت ہی اچھے انداز میں یعنی اس کے ساتھ binding کے ساتھ۔ تو آپ اسی کو اسی کو دیکھ کر، اسی کو پڑھ کر کہ آپ اللہ کی یعنی guidance لیجیے، صراط مستقیم کو دریافت کیجیے۔</w:t>
      </w:r>
    </w:p>
    <w:p>
      <w:r>
        <w:rPr>
          <w:b/>
        </w:rPr>
        <w:t xml:space="preserve">[1:34:58] </w:t>
      </w:r>
      <w:r>
        <w:t>ab living peghambar ki zaroorat nahi hai. mehfooz khulasa yeh hai ke jab mehfooz kitab maujood hai to phir living peghambar ki zaroorat nahi hai.</w:t>
      </w:r>
    </w:p>
    <w:p>
      <w:pPr>
        <w:jc w:val="right"/>
      </w:pPr>
      <w:r>
        <w:t>اب living پیغمبر کی ضرورت نہیں ہے۔ محفوظ خلاصہ یہ ہے کہ جب محفوظ کتاب موجود ہے تو پھر living پیغمبر کی ضرورت نہیں ہے۔</w:t>
      </w:r>
    </w:p>
    <w:p>
      <w:r>
        <w:rPr>
          <w:b/>
        </w:rPr>
        <w:t xml:space="preserve">[1:35:12] </w:t>
      </w:r>
      <w:r>
        <w:t>aah maulana aah qatar se aah maulana abdul basit omri ka ek comment aaya hai jo hum padhna chahenge. aah unhon ne likha hai: "maulana, aaj pehli baar maine shoori taur par yeh jaana ke musalman sachai ki daryaft par nahi, muslim qaumiyat ya muslim mazloomiyat ki buniyad par khade hue hain.</w:t>
      </w:r>
    </w:p>
    <w:p>
      <w:pPr>
        <w:jc w:val="right"/>
      </w:pPr>
      <w:r>
        <w:t>آہ مولانا آہ قطر سے آہ مولانا عبدالباسط عمری کا ایک comment آیا ہے جو ہم پڑھنا چاہیں گے۔ آہ انہوں نے لکھا ہے: "مولانا، آج پہلی بار میں نے شعوری طور پر یہ جانا کہ مسلمان سچائی کی دریافت پر نہیں، مسلم قومیت یا مسلم مظلومیت کی بنیاد پر کھڑے ہوئے ہیں۔</w:t>
      </w:r>
    </w:p>
    <w:p>
      <w:r>
        <w:rPr>
          <w:b/>
        </w:rPr>
        <w:t xml:space="preserve">[1:35:35] </w:t>
      </w:r>
      <w:r>
        <w:t>un ki tehreerein, taqreerein, jalsay jaloos, duaein sab ke sab mazloomiyat ki nafsiyat par ho rahe hain.</w:t>
      </w:r>
    </w:p>
    <w:p>
      <w:pPr>
        <w:jc w:val="right"/>
      </w:pPr>
      <w:r>
        <w:t>ان کی تحریریں، تقریریں، جلسے جلوس، دعائیں سب کے سب مظلومیت کی نفسیات پر ہو رہے ہیں۔</w:t>
      </w:r>
    </w:p>
    <w:p>
      <w:r>
        <w:rPr>
          <w:b/>
        </w:rPr>
        <w:t xml:space="preserve">[1:35:43] </w:t>
      </w:r>
      <w:r>
        <w:t>jabke al-risala mission sachai ki daryaft ki buniyad par shuru hua hai. yahi wajah hai ke sari baaton mein, taqreeron mein, tehreeron mein marifat aur dawat ubal raha hai.</w:t>
      </w:r>
    </w:p>
    <w:p>
      <w:pPr>
        <w:jc w:val="right"/>
      </w:pPr>
      <w:r>
        <w:t>جبکہ الرسالہ مشن سچائی کی دریافت کی بنیاد پر شروع ہوا ہے۔ یہی وجہ ہے کہ ساری باتوں میں، تقریروں میں، تحریروں میں معرفت اور دعوت ابل رہا ہے۔</w:t>
      </w:r>
    </w:p>
    <w:p>
      <w:r>
        <w:rPr>
          <w:b/>
        </w:rPr>
        <w:t xml:space="preserve">[1:35:55] </w:t>
      </w:r>
      <w:r>
        <w:t>jabke doosri tehreekon mein sirf aur sirf mazloomiyat ki dastanain hain. ya phir qaumi fakhr ki ghiza deti hain.</w:t>
      </w:r>
    </w:p>
    <w:p>
      <w:pPr>
        <w:jc w:val="right"/>
      </w:pPr>
      <w:r>
        <w:t>جبکہ دوسری تحریکوں میں صرف اور صرف مظلومیت کی داستانیں ہیں۔ یا پھر قومی فقر کی غذا دیتی ہیں۔</w:t>
      </w:r>
    </w:p>
    <w:p>
      <w:r>
        <w:rPr>
          <w:b/>
        </w:rPr>
        <w:t xml:space="preserve">[1:36:05] </w:t>
      </w:r>
      <w:r>
        <w:t>jo al-risala mission se juda hua hai woh talash-e-fitrat ka jawab paane ki wajah se juda hua hai.</w:t>
      </w:r>
    </w:p>
    <w:p>
      <w:pPr>
        <w:jc w:val="right"/>
      </w:pPr>
      <w:r>
        <w:t>جو الرسالہ مشن سے جڑا ہوا ہے وہ تلاش فطرت کا جواب پانے کی وجہ سے جڑا ہوا ہے۔</w:t>
      </w:r>
    </w:p>
    <w:p>
      <w:r>
        <w:rPr>
          <w:b/>
        </w:rPr>
        <w:t xml:space="preserve">[1:36:12] </w:t>
      </w:r>
      <w:r>
        <w:t>allah ka yeh sab se bada ehsan hai ke is ne al-risala mission ki daryaft karai." agla sawal aah dilli se aaya hai miss naghma siddiqui ka.</w:t>
      </w:r>
    </w:p>
    <w:p>
      <w:pPr>
        <w:jc w:val="right"/>
      </w:pPr>
      <w:r>
        <w:t>اللہ کا یہ سب سے بڑا احسان ہے کہ اس نے الرسالہ مشن کی دریافت کرائی۔" اگلا سوال آہ دلی سے آیا ہے مس نغمہ صدیقی کا۔</w:t>
      </w:r>
    </w:p>
    <w:p>
      <w:r>
        <w:rPr>
          <w:b/>
        </w:rPr>
        <w:t xml:space="preserve">[1:36:22] </w:t>
      </w:r>
      <w:r>
        <w:t>unhon ne likha hai: "How can we get inspiration from nature in such a way that we get an introduction to paradise?" yeh baat bohat hi seedhi saadi hai.</w:t>
      </w:r>
    </w:p>
    <w:p>
      <w:pPr>
        <w:jc w:val="right"/>
      </w:pPr>
      <w:r>
        <w:t>انہوں نے لکھا ہے: "How can we get inspiration from nature in such a way that we get an introduction to paradise?" یہ بات بہت ہی سیدھی سادی ہے۔</w:t>
      </w:r>
    </w:p>
    <w:p>
      <w:r>
        <w:rPr>
          <w:b/>
        </w:rPr>
        <w:t xml:space="preserve">[1:36:35] </w:t>
      </w:r>
      <w:r>
        <w:t>is mein koi complex nahi hai.</w:t>
      </w:r>
    </w:p>
    <w:p>
      <w:pPr>
        <w:jc w:val="right"/>
      </w:pPr>
      <w:r>
        <w:t>اس میں کوئی complex نہیں ہے۔</w:t>
      </w:r>
    </w:p>
    <w:p>
      <w:r>
        <w:rPr>
          <w:b/>
        </w:rPr>
        <w:t xml:space="preserve">[1:36:42] </w:t>
      </w:r>
      <w:r>
        <w:t>woh yeh hai ke jab bhi hum koi cheez lete hain is dunya se to hamein is mein enjoyment milta hai, is mein taste milta hai.</w:t>
      </w:r>
    </w:p>
    <w:p>
      <w:pPr>
        <w:jc w:val="right"/>
      </w:pPr>
      <w:r>
        <w:t>وہ یہ ہے کہ جب بھی ہم کوئی چیز لیتے ہیں اس دنیا سے تو ہمیں اس میں enjoyment ملتا ہے، اس میں taste ملتا ہے۔</w:t>
      </w:r>
    </w:p>
    <w:p>
      <w:r>
        <w:rPr>
          <w:b/>
        </w:rPr>
        <w:t xml:space="preserve">[1:36:52] </w:t>
      </w:r>
      <w:r>
        <w:t>is mein hum ko khushi milti hai. lekin ek had par ja kar bas hota hai ke ke limitations wahan aa kar ke record ban gayi hain.</w:t>
      </w:r>
    </w:p>
    <w:p>
      <w:pPr>
        <w:jc w:val="right"/>
      </w:pPr>
      <w:r>
        <w:t>اس میں ہم کو خوشی ملتی ہے۔ لیکن ایک حد پر جا کر بس ہوتا ہے کہ کہ limitations وہاں آ کر کے ریکارڈ بن گئی ہیں۔</w:t>
      </w:r>
    </w:p>
    <w:p>
      <w:r>
        <w:rPr>
          <w:b/>
        </w:rPr>
        <w:t xml:space="preserve">[1:37:03] </w:t>
      </w:r>
      <w:r>
        <w:t>koi disadvantage aa kar ke record ban gaya.</w:t>
      </w:r>
    </w:p>
    <w:p>
      <w:pPr>
        <w:jc w:val="right"/>
      </w:pPr>
      <w:r>
        <w:t>کوئی disadvantage آ کر کے ریکارڈ بن گیا۔</w:t>
      </w:r>
    </w:p>
    <w:p>
      <w:r>
        <w:rPr>
          <w:b/>
        </w:rPr>
        <w:t xml:space="preserve">[1:37:06] </w:t>
      </w:r>
      <w:r>
        <w:t>to is dunya mein sari cheezein hain lekin limitations ke sath hain, disadvantage ke sath hain.</w:t>
      </w:r>
    </w:p>
    <w:p>
      <w:pPr>
        <w:jc w:val="right"/>
      </w:pPr>
      <w:r>
        <w:t>تو اس دنیا میں ساری چیزیں ہیں لیکن limitations کے ساتھ ہیں، disadvantage کے ساتھ ہیں۔</w:t>
      </w:r>
    </w:p>
    <w:p>
      <w:r>
        <w:rPr>
          <w:b/>
        </w:rPr>
        <w:t xml:space="preserve">[1:37:15] </w:t>
      </w:r>
      <w:r>
        <w:t>to jab bhi aap enjoy karte hain to kahin na kahin ja kar maloom hota hai ke yeh jaise mein aah dhoop mein baithta hoon.</w:t>
      </w:r>
    </w:p>
    <w:p>
      <w:pPr>
        <w:jc w:val="right"/>
      </w:pPr>
      <w:r>
        <w:t>تو جب بھی آپ enjoy کرتے ہیں تو کہیں نہ کہیں جا کے معلوم ہوتا ہے کہ یہ جیسے میں آہ دھوپ میں بیٹھتا ہوں۔</w:t>
      </w:r>
    </w:p>
    <w:p>
      <w:r>
        <w:rPr>
          <w:b/>
        </w:rPr>
        <w:t xml:space="preserve">[1:37:26] </w:t>
      </w:r>
      <w:r>
        <w:t>mujhe bohat pasand hai dhoop mein baithna. kai baar aisa hota hai ke dhoop mein baitha hoon aur kuch der ke baad paseena ho gaya. ab woh garmi</w:t>
      </w:r>
    </w:p>
    <w:p>
      <w:pPr>
        <w:jc w:val="right"/>
      </w:pPr>
      <w:r>
        <w:t>مجھے بہت پسند ہے دھوپ میں بیٹھنا۔ کئی بار ایسا ہوتا ہے کہ دھوپ میں بیٹھا ہوں اور کچھ دیر کے بعد پسینہ ہو گیا۔ اب وہ گرمی</w:t>
      </w:r>
    </w:p>
    <w:p>
      <w:r>
        <w:rPr>
          <w:b/>
        </w:rPr>
        <w:t xml:space="preserve">[1:37:33] </w:t>
      </w:r>
      <w:r>
        <w:t>ho gayi. ab woh mujhe achhi nahi lagi. to mujhe yaad aati hai quran majeed ki ayat ke la yarawna fiha shamsan wa la zamhareera.</w:t>
      </w:r>
    </w:p>
    <w:p>
      <w:pPr>
        <w:jc w:val="right"/>
      </w:pPr>
      <w:r>
        <w:t>ہو گئی۔ اب وہ مجھے اچھی نہیں لگی۔ تو مجھے یاد آتی ہے قرآن مجید کی آیت کہ لایرون فیہا شمس ولا زمہریرا ۔</w:t>
      </w:r>
    </w:p>
    <w:p>
      <w:r>
        <w:rPr>
          <w:b/>
        </w:rPr>
        <w:t xml:space="preserve">[1:37:48] </w:t>
      </w:r>
      <w:r>
        <w:t>jaise ke thandak hai, thodi si thandak ho to bohat achha lagta hai is mein baithna. lekin thandak barh jaye to takleef hone lagti hai. thodi si roshni ho to bohat achha lagta hai.</w:t>
      </w:r>
    </w:p>
    <w:p>
      <w:pPr>
        <w:jc w:val="right"/>
      </w:pPr>
      <w:r>
        <w:t>جیسے کہ ٹھنڈک ہے، تھوڑی سی ٹھنڈک ہو تو بڑا اچھا لگتا ہے اس میں بیٹھنا۔ لیکن ٹھنڈک بڑھ جائے تو تکلیف ہونے لگتی ہے۔ تھوڑی سی روشنی ہو تو بڑا اچھا لگتا ہے۔</w:t>
      </w:r>
    </w:p>
    <w:p>
      <w:r>
        <w:rPr>
          <w:b/>
        </w:rPr>
        <w:t xml:space="preserve">[1:37:57] </w:t>
      </w:r>
      <w:r>
        <w:t>lekin roshni barh jaye, garmi aa jaye to to pareshan ho jata hai aadmi.</w:t>
      </w:r>
    </w:p>
    <w:p>
      <w:pPr>
        <w:jc w:val="right"/>
      </w:pPr>
      <w:r>
        <w:t>لیکن روشنی بڑھ جائے، گرمی آ جائے تو تو پریشان ہو جاتا ہے آدمی۔</w:t>
      </w:r>
    </w:p>
    <w:p>
      <w:r>
        <w:rPr>
          <w:b/>
        </w:rPr>
        <w:t xml:space="preserve">[1:38:03] </w:t>
      </w:r>
      <w:r>
        <w:t>to yeh ayat jo hai la yarawna fiha shamsan wa la zamhareera. matlab wahan ka jo suraj hoga is suraj mein yani roshni hogi lekin yani woh aisi garmi nahi hogi jis se aap ko takleef pahunche.</w:t>
      </w:r>
    </w:p>
    <w:p>
      <w:pPr>
        <w:jc w:val="right"/>
      </w:pPr>
      <w:r>
        <w:t>تو یہ آیت جو ہے لایرون فیہا شمس ولا زمہریرا ۔ مطلب وہاں کا جو سورج ہوگا اس سورج میں یعنی روشنی ہوگی لیکن یعنی وہ ایسی گرمی نہیں ہوگی جس سے آپ کو تکلیف پہنچے۔</w:t>
      </w:r>
    </w:p>
    <w:p>
      <w:r>
        <w:rPr>
          <w:b/>
        </w:rPr>
        <w:t xml:space="preserve">[1:38:20] </w:t>
      </w:r>
      <w:r>
        <w:t>wahan jo thandak hogi us mein us mein sarwar hoga lekin woh yeh nahi hoga ke aap kap kap kap kap kap kap hi tare honge aap ke upar</w:t>
      </w:r>
    </w:p>
    <w:p>
      <w:pPr>
        <w:jc w:val="right"/>
      </w:pPr>
      <w:r>
        <w:t>وہاں جو ٹھنڈک ہوگی اس میں اس میں سرور ہوگا لیکن وہ یہ نہیں ہوگا کہ آپ کپ کپ کپ کپ کپ کپ ہی تارے ہوں گے آپ کے اوپر</w:t>
      </w:r>
    </w:p>
    <w:p>
      <w:r>
        <w:rPr>
          <w:b/>
        </w:rPr>
        <w:t xml:space="preserve">[1:38:27] </w:t>
      </w:r>
      <w:r>
        <w:t>to yeh bohat hi yani har din aap ko aisa tajurba ho sakta hai agar aap chahein ke duniya mein hum aaein yani khushiyan hain lekin woh khushiyan khushiyon ke sath sath yani disadvantage hai, limitations hain jis ko quran mein kaha gaya hai hazn.</w:t>
      </w:r>
    </w:p>
    <w:p>
      <w:pPr>
        <w:jc w:val="right"/>
      </w:pPr>
      <w:r>
        <w:t>۔ تو یہ بہت ہی یعنی ہر دن آپ کو ایسا تجربہ ہو سکتا ہے اگر آپ چاہیں کہ دنیا میں ہم آئیں یعنی خوشیاں ہیں لیکن وہ خوشیاں خوشیوں کے ساتھ ساتھ یعنی disadvantage ہے، limitations ہیں جس کو قرآن میں کہا گیا ہے حضن۔</w:t>
      </w:r>
    </w:p>
    <w:p>
      <w:r>
        <w:rPr>
          <w:b/>
        </w:rPr>
        <w:t xml:space="preserve">[1:38:49] </w:t>
      </w:r>
      <w:r>
        <w:t>to jannat mein jab jab jayenge log to woh kahenge alhamdulillah alladhi aza ba'd. hazn ke allah ka shukar hai jis ne hamein</w:t>
      </w:r>
    </w:p>
    <w:p>
      <w:pPr>
        <w:jc w:val="right"/>
      </w:pPr>
      <w:r>
        <w:t>تو جنت میں جب جب جائیں گے لوگ تو وہ کہیں گے الحمد لله الذی عزا بعد ۔ حضن کہ اللہ کا شکر ہے جس نے ہمیں</w:t>
      </w:r>
    </w:p>
    <w:p>
      <w:r>
        <w:rPr>
          <w:b/>
        </w:rPr>
        <w:t xml:space="preserve">[1:39:00] </w:t>
      </w:r>
      <w:r>
        <w:t>hazn se yani hata liya hum hum se hazn. duniya mein hum ko har cheez ke sath hazn laga hua tha. har cheez ke sath.</w:t>
      </w:r>
    </w:p>
    <w:p>
      <w:pPr>
        <w:jc w:val="right"/>
      </w:pPr>
      <w:r>
        <w:t>حضن سے یعنی ہٹا لیا ہم ہم سے حضن۔ دنیا میں ہم کو ہر چیز کے ساتھ حضن لگا ہوا تھا۔ ہر چیز کے ساتھ۔</w:t>
      </w:r>
    </w:p>
    <w:p>
      <w:r>
        <w:rPr>
          <w:b/>
        </w:rPr>
        <w:t xml:space="preserve">[1:39:11] </w:t>
      </w:r>
      <w:r>
        <w:t>bhai kahin hum aktah jate hain, kahin hum bor ho jate hain, kahin koi accident ho jata hai, kahin yani har mukhtalif qism ki disadvantage, mukhtalif koi limitations se hamein dochar hona parta hai is duniya mein.</w:t>
      </w:r>
    </w:p>
    <w:p>
      <w:pPr>
        <w:jc w:val="right"/>
      </w:pPr>
      <w:r>
        <w:t>بھئی کہیں ہم اکتا جاتے ہیں، کہیں ہم بور ہو جاتے ہیں، کہیں کوئی accident ہو جاتا ہے، کہیں یعنی ہر مختلف قسم کی disadvantage، مختلف کوئی limitations سے ہمیں دوچار ہونا پڑتا ہے اس دنیا میں۔</w:t>
      </w:r>
    </w:p>
    <w:p>
      <w:r>
        <w:rPr>
          <w:b/>
        </w:rPr>
        <w:t xml:space="preserve">[1:39:27] </w:t>
      </w:r>
      <w:r>
        <w:t>lazaton ke bawajood. lekin jannat mein yeh sab kuch bhi nahi hoga. yeh sab cheezein wahan khatam ho jayengi. eternal bliss hogi wahan par.</w:t>
      </w:r>
    </w:p>
    <w:p>
      <w:pPr>
        <w:jc w:val="right"/>
      </w:pPr>
      <w:r>
        <w:t>لذتوں کے باوجود۔ لیکن جنت میں یہ سب کچھ بھی نہیں ہوگا۔ یہ سب چیزیں وہاں ختم ہو جائیں گی۔ Eternal bliss ہوگی وہاں پر۔</w:t>
      </w:r>
    </w:p>
    <w:p>
      <w:r>
        <w:rPr>
          <w:b/>
        </w:rPr>
        <w:t xml:space="preserve">[1:39:36] </w:t>
      </w:r>
      <w:r>
        <w:t>to ahl-e-jannat kahenge alhamdulillah alladhi aza ba'd. hazn. is se allah ka shukar hai jis ne hum ke hazn ko nikal liya.</w:t>
      </w:r>
    </w:p>
    <w:p>
      <w:pPr>
        <w:jc w:val="right"/>
      </w:pPr>
      <w:r>
        <w:t>تو اہل جنت کہیں گے الحمد لله الذی عزا بعد ۔ حضن۔ اس سے اللہ کا شکر ہے جس نے ہم کے حضن کو نکال لیا۔</w:t>
      </w:r>
    </w:p>
    <w:p>
      <w:r>
        <w:rPr>
          <w:b/>
        </w:rPr>
        <w:t xml:space="preserve">[1:39:45] </w:t>
      </w:r>
      <w:r>
        <w:t>to mein kaha karta hoon ke ek hai paradise with hazn. ek hai paradise without hazn.</w:t>
      </w:r>
    </w:p>
    <w:p>
      <w:pPr>
        <w:jc w:val="right"/>
      </w:pPr>
      <w:r>
        <w:t>تو میں کہا کرتا ہوں کہ ایک ہے paradise with حضن۔ ایک ہے paradise without حضن۔</w:t>
      </w:r>
    </w:p>
    <w:p>
      <w:r>
        <w:rPr>
          <w:b/>
        </w:rPr>
        <w:t xml:space="preserve">[1:39:52] </w:t>
      </w:r>
      <w:r>
        <w:t>to maut duniya jo hai paradise with hazn hai. aur jannat jo hai woh paradise without hazn hai. yeh farq hai dono mein.</w:t>
      </w:r>
    </w:p>
    <w:p>
      <w:pPr>
        <w:jc w:val="right"/>
      </w:pPr>
      <w:r>
        <w:t>تو موت دنیا جو ہے paradise with حضن ہے۔ اور جنت جو ہے وہ paradise without حضن ہے۔ یہ فرق ہے دونوں میں۔</w:t>
      </w:r>
    </w:p>
    <w:p>
      <w:r>
        <w:rPr>
          <w:b/>
        </w:rPr>
        <w:t xml:space="preserve">[1:40:03] </w:t>
      </w:r>
      <w:r>
        <w:t>to paradise with hazn is liye di gayi ke aap is is is paradise ko daryaft kar saken jo paradise without hazn hogi.</w:t>
      </w:r>
    </w:p>
    <w:p>
      <w:pPr>
        <w:jc w:val="right"/>
      </w:pPr>
      <w:r>
        <w:t>تو paradise with حضن اس لیے دی گئی کہ آپ اس اس اس paradise کو دریافت کر سکیں جو paradise without حضن ہوگی۔</w:t>
      </w:r>
    </w:p>
    <w:p>
      <w:r>
        <w:rPr>
          <w:b/>
        </w:rPr>
        <w:t xml:space="preserve">[1:40:13] </w:t>
      </w:r>
      <w:r>
        <w:t>ke aap yahan sochein ke khudaya paradise with hazn mein itni sari boundaries hain, itna is mein pleasure hai to woh jannat jo hai jo paradise without hazn hogi us mein kitna pleasure hoga.</w:t>
      </w:r>
    </w:p>
    <w:p>
      <w:pPr>
        <w:jc w:val="right"/>
      </w:pPr>
      <w:r>
        <w:t>کہ آپ یہاں سوچیں کہ خدایا paradise with حضن میں اتنی ساری boundaries ہیں، اتنا اس میں pleasure ہے تو وہ جنت جو ہے جو paradise without حضن ہوگی اس میں کتنا pleasure ہوگا۔</w:t>
      </w:r>
    </w:p>
    <w:p>
      <w:r>
        <w:rPr>
          <w:b/>
        </w:rPr>
        <w:t xml:space="preserve">[1:40:26] </w:t>
      </w:r>
      <w:r>
        <w:t>is mein kitna zyada khushiyan hongi. is tarah se aap yaad kar sakte hain yeh duniya ko le kar ke akhirat ke jannat ko.</w:t>
      </w:r>
    </w:p>
    <w:p>
      <w:pPr>
        <w:jc w:val="right"/>
      </w:pPr>
      <w:r>
        <w:t>اس میں کتنا زیادہ خوشیاں ہوں گی۔ اس طرح سے آپ یاد کر سکتے ہیں یہ دنیا کو لے کر کے آخرت کے جنت کو۔</w:t>
      </w:r>
    </w:p>
    <w:p>
      <w:r>
        <w:rPr>
          <w:b/>
        </w:rPr>
        <w:t xml:space="preserve">[1:40:39] </w:t>
      </w:r>
      <w:r>
        <w:t>bangalore se maulana inayatullah umri ne</w:t>
      </w:r>
    </w:p>
    <w:p>
      <w:pPr>
        <w:jc w:val="right"/>
      </w:pPr>
      <w:r>
        <w:t>بنگلور سے مولانا عنایت اللہ عمری نے</w:t>
      </w:r>
    </w:p>
    <w:p>
      <w:r>
        <w:rPr>
          <w:b/>
        </w:rPr>
        <w:t xml:space="preserve">[1:40:42] </w:t>
      </w:r>
      <w:r>
        <w:t>sawal kiya hai. unhone likha hai: "maulana, aap ki ek baat se bohat dar hota hai. woh yeh hai ke duniya khuda ka selection ground hai.</w:t>
      </w:r>
    </w:p>
    <w:p>
      <w:pPr>
        <w:jc w:val="right"/>
      </w:pPr>
      <w:r>
        <w:t>سوال کیا ہے۔ انہوں نے لکھا ہے: "مولانا، آپ کی ایک بات سے بہت ڈر ہوتا ہے۔ وہ یہ ہے کہ دنیا خدا کا selection ground ہے۔</w:t>
      </w:r>
    </w:p>
    <w:p>
      <w:r>
        <w:rPr>
          <w:b/>
        </w:rPr>
        <w:t xml:space="preserve">[1:40:53] </w:t>
      </w:r>
      <w:r>
        <w:t>yani khuda apni shan ke mutabiq select karega. to hamara kya haal hoga?"</w:t>
      </w:r>
    </w:p>
    <w:p>
      <w:pPr>
        <w:jc w:val="right"/>
      </w:pPr>
      <w:r>
        <w:t>یعنی خدا اپنی شان کے مطابق select کرے گا۔ تو ہمارا کیا حال ہوگا؟"</w:t>
      </w:r>
    </w:p>
    <w:p>
      <w:r>
        <w:rPr>
          <w:b/>
        </w:rPr>
        <w:t xml:space="preserve">[1:41:03] </w:t>
      </w:r>
      <w:r>
        <w:t>shan to mein ne kaha tha ke shan ke mutabiq. shan ke mutabiq nahi hai. apne criterion ke mutabiq.</w:t>
      </w:r>
    </w:p>
    <w:p>
      <w:pPr>
        <w:jc w:val="right"/>
      </w:pPr>
      <w:r>
        <w:t>شان تو میں نے کہا تھا کہ شان کے مطابق۔ شان کے مطابق نہیں ہے۔ اپنے criterion کے مطابق۔</w:t>
      </w:r>
    </w:p>
    <w:p>
      <w:r>
        <w:rPr>
          <w:b/>
        </w:rPr>
        <w:t xml:space="preserve">[1:41:12] </w:t>
      </w:r>
      <w:r>
        <w:t>yani khuda ne jo criterion rakha hai us ke mutabiq. shan to mein ne kaha tha ke shan ke mutabiq. to aap woh criterion jo hai woh quran mein aur hadith mein daryaft kijiye aur us ke mutabiq zindagi guzarne ki koshish kijiye.</w:t>
      </w:r>
    </w:p>
    <w:p>
      <w:pPr>
        <w:jc w:val="right"/>
      </w:pPr>
      <w:r>
        <w:t>یعنی خدا نے جو criterion رکھا ہے اس کے مطابق۔ شان تو میں نے کہا تھا کہ شان کے مطابق۔ تو آپ وہ criterion جو ہے وہ قرآن میں اور حدیث میں دریافت کیجیے اور اس کے مطابق زندگی گزارنے کی کوشش کیجیے۔</w:t>
      </w:r>
    </w:p>
    <w:p>
      <w:r>
        <w:rPr>
          <w:b/>
        </w:rPr>
        <w:t xml:space="preserve">[1:41:30] </w:t>
      </w:r>
      <w:r>
        <w:t>isi mein se ek yeh hai ke ek hadith mein hai ke rasool allah salallahu alaihi wasallam ne ek sahabi kehte hain ke rasool allah salallahu alaihi wasallam ne mere kandhe par hath rakha.</w:t>
      </w:r>
    </w:p>
    <w:p>
      <w:pPr>
        <w:jc w:val="right"/>
      </w:pPr>
      <w:r>
        <w:t>اسی میں سے ایک یہ ہے کہ ایک حدیث میں ہے کہ رسول اللہ صلی اللہ علیہ وسلم نے ایک صحابی کہتے ہیں کہ رسول اللہ صلی اللہ علیہ وسلم نے میرے کندھے پر ہاتھ رکھا۔</w:t>
      </w:r>
    </w:p>
    <w:p>
      <w:r>
        <w:rPr>
          <w:b/>
        </w:rPr>
        <w:t xml:space="preserve">[1:41:45] </w:t>
      </w:r>
      <w:r>
        <w:t>yeh ghaleban ibn abbas ki baat hai. aap ne farmaya ke ya baniyah, in istata'at, tusbih wa tumsi wa laysa fi qalbika ghishun li ahadin. fa'al.</w:t>
      </w:r>
    </w:p>
    <w:p>
      <w:pPr>
        <w:jc w:val="right"/>
      </w:pPr>
      <w:r>
        <w:t>یہ غالباً ابن عباس کی بات ہے۔ آپ نے فرمایا کہ یا بنیہ، إن استطعت، تصبح وتمسي وليس في قلب غش لعهد ففعل ۔</w:t>
      </w:r>
    </w:p>
    <w:p>
      <w:r>
        <w:rPr>
          <w:b/>
        </w:rPr>
        <w:t xml:space="preserve">[1:41:57] </w:t>
      </w:r>
      <w:r>
        <w:t>agar agar tum aisa kar sako ke tum raat ko so'o aur subah ko utho tumhare dil mein ghish na kisi ke khilaf ho. is mani wohi hote hain jo malice, hate, negativity woh na ho.</w:t>
      </w:r>
    </w:p>
    <w:p>
      <w:pPr>
        <w:jc w:val="right"/>
      </w:pPr>
      <w:r>
        <w:t>اگر اگر تم ایسا کر سکو کہ تم رات کو سوؤ اور صبح کو اٹھو تمہارے دل میں غش نہ کسی کے خلاف ہو۔ اس معنی وہی ہوتے ہیں جو malice، hate، negativity وہ نہ ہو۔</w:t>
      </w:r>
    </w:p>
    <w:p>
      <w:r>
        <w:rPr>
          <w:b/>
        </w:rPr>
        <w:t xml:space="preserve">[1:42:11] </w:t>
      </w:r>
      <w:r>
        <w:t>to aisa karo kyunke aise logon ke liye jannat hai.</w:t>
      </w:r>
    </w:p>
    <w:p>
      <w:pPr>
        <w:jc w:val="right"/>
      </w:pPr>
      <w:r>
        <w:t>تو ایسا کرو کیونکہ ایسے لوگوں کے لیے جنت ہے۔</w:t>
      </w:r>
    </w:p>
    <w:p>
      <w:r>
        <w:rPr>
          <w:b/>
        </w:rPr>
        <w:t xml:space="preserve">[1:42:14] </w:t>
      </w:r>
      <w:r>
        <w:t>yeh hai criterion. criterion yani meyar. ke aap duniya mein is tarah zindagi guzarein ke aap aap hate free hon.</w:t>
      </w:r>
    </w:p>
    <w:p>
      <w:pPr>
        <w:jc w:val="right"/>
      </w:pPr>
      <w:r>
        <w:t>یہ ہے criterion۔ Criterion یعنی معیار۔ کہ آپ دنیا میں اس طرح زندگی گزاریں کہ آپ آپ hate free ہوں۔</w:t>
      </w:r>
    </w:p>
    <w:p>
      <w:r>
        <w:rPr>
          <w:b/>
        </w:rPr>
        <w:t xml:space="preserve">[1:42:27] </w:t>
      </w:r>
      <w:r>
        <w:t>kisi ke khilaf nafrat nahi. kisi ke khilaf kuch kuch qad nahi. aur dekhiye quran majeed mein hai ke</w:t>
      </w:r>
    </w:p>
    <w:p>
      <w:pPr>
        <w:jc w:val="right"/>
      </w:pPr>
      <w:r>
        <w:t>کسی کے خلاف نفرت نہیں۔ کسی کے خلاف کچھ کچھ قد نہیں۔ اور دیکھیے قرآن مجید میں ہے کہ</w:t>
      </w:r>
    </w:p>
    <w:p>
      <w:r>
        <w:rPr>
          <w:b/>
        </w:rPr>
        <w:t xml:space="preserve">[1:42:39] </w:t>
      </w:r>
      <w:r>
        <w:t>quran majeed mein hai ke al-kazibeen al-ghayz. ghusse ko pee jane wale.</w:t>
      </w:r>
    </w:p>
    <w:p>
      <w:pPr>
        <w:jc w:val="right"/>
      </w:pPr>
      <w:r>
        <w:t>قرآن مجید میں ہے کہ الکاذبین الغیض ۔ غصے کو پی جانے والے۔</w:t>
      </w:r>
    </w:p>
    <w:p>
      <w:r>
        <w:rPr>
          <w:b/>
        </w:rPr>
        <w:t xml:space="preserve">[1:42:46] </w:t>
      </w:r>
      <w:r>
        <w:t>yeh lafz nahi hai ke al-faqideen al-ghayz. faqideen nahi hai. yani aisa nahi ke ghussa sarr-e-se na aaye aap ke andar. yeh nahi kaha ja raha hai.</w:t>
      </w:r>
    </w:p>
    <w:p>
      <w:pPr>
        <w:jc w:val="right"/>
      </w:pPr>
      <w:r>
        <w:t>یہ لفظ نہیں ہے کہ الفاقدین الغیض ۔ فاقدین نہیں ہے۔ یعنی ایسا نہیں کہ غصہ سرے سے نہ آئے آپ کے اندر۔ یہ نہیں کہا جا رہا ہے۔</w:t>
      </w:r>
    </w:p>
    <w:p>
      <w:r>
        <w:rPr>
          <w:b/>
        </w:rPr>
        <w:t xml:space="preserve">[1:42:56] </w:t>
      </w:r>
      <w:r>
        <w:t>ghussa to aaye ga lekin ghussay ko aap control kar lain. ghussay ko pee jain. to</w:t>
      </w:r>
    </w:p>
    <w:p>
      <w:pPr>
        <w:jc w:val="right"/>
      </w:pPr>
      <w:r>
        <w:t>غصہ تو آئے گا لیکن غصے کو آپ کنٹرول کر لیں۔ غصے کو پی جائیں۔ تو</w:t>
      </w:r>
    </w:p>
    <w:p>
      <w:r>
        <w:rPr>
          <w:b/>
        </w:rPr>
        <w:t xml:space="preserve">[1:43:04] </w:t>
      </w:r>
      <w:r>
        <w:t>yeh yeh criterion hai ke dunya mein is tarah raho ke chahe logon ne tum ko sataya ho, chahe logon ne tum ko kuch bura tajurba karwaya ho, phir bhi tum un ke khilaf nafrat dil mein mat rakho.</w:t>
      </w:r>
    </w:p>
    <w:p>
      <w:pPr>
        <w:jc w:val="right"/>
      </w:pPr>
      <w:r>
        <w:t>یہ یہ criterion ہے کہ دنیا میں اس طرح رہو کہ چاہے لوگوں نے تم کو ستایا ہو، چاہے لوگوں نے تم کو کچھ برا تجربہ کروایا ہو، پھر بھی تم ان کے خلاف نفرت دل میں مت رکھو۔</w:t>
      </w:r>
    </w:p>
    <w:p>
      <w:r>
        <w:rPr>
          <w:b/>
        </w:rPr>
        <w:t xml:space="preserve">[1:43:21] </w:t>
      </w:r>
      <w:r>
        <w:t>logon ke liye duaen karo, logon ke liye achhi khwahishain rakho. yaani sab ke liye evolution bano. yeh criterion hai.</w:t>
      </w:r>
    </w:p>
    <w:p>
      <w:pPr>
        <w:jc w:val="right"/>
      </w:pPr>
      <w:r>
        <w:t>لوگوں کے لیے دعائیں کرو، لوگوں کے لیے اچھی خواہشیں رکھو۔ یعنی سب کے لیے evolution بنو۔ یہ criterion ہے۔</w:t>
      </w:r>
    </w:p>
    <w:p>
      <w:r>
        <w:rPr>
          <w:b/>
        </w:rPr>
        <w:t xml:space="preserve">[1:43:29] </w:t>
      </w:r>
      <w:r>
        <w:t>to yeh shaan khudaWandi ki baat nahi hai, yeh mayar khudaWandi ki baat hai.</w:t>
      </w:r>
    </w:p>
    <w:p>
      <w:pPr>
        <w:jc w:val="right"/>
      </w:pPr>
      <w:r>
        <w:t>تو یہ شان خداوندی کی بات نہیں ہے، یہ معیار خداوندی کی بات ہے۔</w:t>
      </w:r>
    </w:p>
    <w:p>
      <w:r>
        <w:rPr>
          <w:b/>
        </w:rPr>
        <w:t xml:space="preserve">[1:43:37] </w:t>
      </w:r>
      <w:r>
        <w:t>Okay, we will end this session now. Thank you.</w:t>
      </w:r>
    </w:p>
    <w:p>
      <w:pPr>
        <w:jc w:val="right"/>
      </w:pPr>
      <w:r>
        <w:t>Okay,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