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Importance of Team Work February 5, 2012</w:t>
      </w:r>
    </w:p>
    <w:p>
      <w:r>
        <w:t>https://youtu.be/qBbwznqIqVw</w:t>
      </w:r>
    </w:p>
    <w:p>
      <w:r>
        <w:rPr>
          <w:b/>
        </w:rPr>
        <w:t xml:space="preserve">[00:16] </w:t>
      </w:r>
      <w:r>
        <w:t>wahel al-uqdta min lisani, yafqah qawli.</w:t>
      </w:r>
    </w:p>
    <w:p>
      <w:pPr>
        <w:jc w:val="right"/>
      </w:pPr>
      <w:r>
        <w:t>واحل العقدۃ من لسانی، یفقہ قولی۔</w:t>
      </w:r>
    </w:p>
    <w:p>
      <w:r>
        <w:rPr>
          <w:b/>
        </w:rPr>
        <w:t xml:space="preserve">[00:24] </w:t>
      </w:r>
      <w:r>
        <w:t>aaj ka jo topic hai woh hai "the importance of teamwork".</w:t>
      </w:r>
    </w:p>
    <w:p>
      <w:pPr>
        <w:jc w:val="right"/>
      </w:pPr>
      <w:r>
        <w:t>آج کا جو ٹاپک ہے وہ ہے "دا امپورٹنس آف ٹیم ورک"۔</w:t>
      </w:r>
    </w:p>
    <w:p>
      <w:r>
        <w:rPr>
          <w:b/>
        </w:rPr>
        <w:t xml:space="preserve">[00:36] </w:t>
      </w:r>
      <w:r>
        <w:t>team work ki ahmiyat.</w:t>
      </w:r>
    </w:p>
    <w:p>
      <w:pPr>
        <w:jc w:val="right"/>
      </w:pPr>
      <w:r>
        <w:t>ٹیم ورک کی اہمیت۔</w:t>
      </w:r>
    </w:p>
    <w:p>
      <w:r>
        <w:rPr>
          <w:b/>
        </w:rPr>
        <w:t xml:space="preserve">[00:41] </w:t>
      </w:r>
      <w:r>
        <w:t>aaj aap jante hain ke 12 rabi ul awwal hai, yaani rasool Allah sal Allah alaihi wasallam ki pedaish ki tareekh. to aaj aam taur par har jagah rasool Allah ke hawalay se jalsay ho rahe hain,</w:t>
      </w:r>
    </w:p>
    <w:p>
      <w:pPr>
        <w:jc w:val="right"/>
      </w:pPr>
      <w:r>
        <w:t>آج آپ جانتے ہیں کہ 12 ربیع الاول ہے، یعنی رسول اللہ صلی اللہ علیہ وسلم کی پیدائش کی تاریخ۔ تو آج عام طور پر ہر جگہ رسول اللہ کے حوالے سے جلسے ہو رہے ہیں،</w:t>
      </w:r>
    </w:p>
    <w:p>
      <w:r>
        <w:rPr>
          <w:b/>
        </w:rPr>
        <w:t xml:space="preserve">[00:59] </w:t>
      </w:r>
      <w:r>
        <w:t>jashan ho rahe hain waghera.</w:t>
      </w:r>
    </w:p>
    <w:p>
      <w:pPr>
        <w:jc w:val="right"/>
      </w:pPr>
      <w:r>
        <w:t>جشن ہو رہے ہیں وغیرہ۔</w:t>
      </w:r>
    </w:p>
    <w:p>
      <w:r>
        <w:rPr>
          <w:b/>
        </w:rPr>
        <w:t xml:space="preserve">[01:04] </w:t>
      </w:r>
      <w:r>
        <w:t>to</w:t>
      </w:r>
    </w:p>
    <w:p>
      <w:pPr>
        <w:jc w:val="right"/>
      </w:pPr>
      <w:r>
        <w:t>تو</w:t>
      </w:r>
    </w:p>
    <w:p>
      <w:r>
        <w:rPr>
          <w:b/>
        </w:rPr>
        <w:t xml:space="preserve">[01:09] </w:t>
      </w:r>
      <w:r>
        <w:t>abhi mujhe zehn mein ek baat aayi ke rasool Allah ki naat ka ek mustaqil she'r o shairi mein ek</w:t>
      </w:r>
    </w:p>
    <w:p>
      <w:pPr>
        <w:jc w:val="right"/>
      </w:pPr>
      <w:r>
        <w:t>ابھی مجھے ذہن میں ایک بات آئی کہ رسول اللہ کی نعت کا ایک مستقل شعر و شاعری میں ایک</w:t>
      </w:r>
    </w:p>
    <w:p>
      <w:r>
        <w:rPr>
          <w:b/>
        </w:rPr>
        <w:t xml:space="preserve">[01:27] </w:t>
      </w:r>
      <w:r>
        <w:t>tareeqa qaim hua, bare bare naat khwan paida hue.</w:t>
      </w:r>
    </w:p>
    <w:p>
      <w:pPr>
        <w:jc w:val="right"/>
      </w:pPr>
      <w:r>
        <w:t>طریقہ قائم ہوا، بڑے بڑے نعت خواں پیدا ہوئے۔</w:t>
      </w:r>
    </w:p>
    <w:p>
      <w:r>
        <w:rPr>
          <w:b/>
        </w:rPr>
        <w:t xml:space="preserve">[01:33] </w:t>
      </w:r>
      <w:r>
        <w:t>to isi mein se ek tha urfi, ek farsi shair.</w:t>
      </w:r>
    </w:p>
    <w:p>
      <w:pPr>
        <w:jc w:val="right"/>
      </w:pPr>
      <w:r>
        <w:t>تو اسی میں سے ایک تھا عرفی، ایک فارسی شاعر۔</w:t>
      </w:r>
    </w:p>
    <w:p>
      <w:r>
        <w:rPr>
          <w:b/>
        </w:rPr>
        <w:t xml:space="preserve">[01:42] </w:t>
      </w:r>
      <w:r>
        <w:t>to us ne ek bohat mashhoor naat likhi hai rasool Allah ki. to us ka ek misra hai ke "hushdar ke reh burdam tay ghusat qadam ra".</w:t>
      </w:r>
    </w:p>
    <w:p>
      <w:pPr>
        <w:jc w:val="right"/>
      </w:pPr>
      <w:r>
        <w:t>تو اس نے ایک بہت مشہور نعت لکھی ہے رسول اللہ کی۔ تو اس کا ایک مصرع ہے کہ "ہشدار کے رہ بردم تے غصت قدم را"۔</w:t>
      </w:r>
    </w:p>
    <w:p>
      <w:r>
        <w:rPr>
          <w:b/>
        </w:rPr>
        <w:t xml:space="preserve">[01:57] </w:t>
      </w:r>
      <w:r>
        <w:t>hushdar ke reh burdam tay ghusat qadam ra.</w:t>
      </w:r>
    </w:p>
    <w:p>
      <w:pPr>
        <w:jc w:val="right"/>
      </w:pPr>
      <w:r>
        <w:t>ہشدار کے رہ بردم تے غصت قدم را۔</w:t>
      </w:r>
    </w:p>
    <w:p>
      <w:r>
        <w:rPr>
          <w:b/>
        </w:rPr>
        <w:t xml:space="preserve">[02:03] </w:t>
      </w:r>
      <w:r>
        <w:t>yaani rasool Allah ke madham mein bohat ziyada hoshiyari ke sath kalam karo, kyunke yeh talwar ke dhaar par chalne ka mani hai.</w:t>
      </w:r>
    </w:p>
    <w:p>
      <w:pPr>
        <w:jc w:val="right"/>
      </w:pPr>
      <w:r>
        <w:t>یعنی رسول اللہ کے مدھم میں بہت زیادہ ہوشیاری کے ساتھ کلام کرو، کیونکہ یہ تلوار کے دھار پر چلنے کا معنی ہے۔</w:t>
      </w:r>
    </w:p>
    <w:p>
      <w:r>
        <w:rPr>
          <w:b/>
        </w:rPr>
        <w:t xml:space="preserve">[02:19] </w:t>
      </w:r>
      <w:r>
        <w:t>hushdar ke reh burdam tay ghusat qadam ra.</w:t>
      </w:r>
    </w:p>
    <w:p>
      <w:pPr>
        <w:jc w:val="right"/>
      </w:pPr>
      <w:r>
        <w:t>ہشدار کے رہ بردم تے غصت قدم را۔</w:t>
      </w:r>
    </w:p>
    <w:p>
      <w:r>
        <w:rPr>
          <w:b/>
        </w:rPr>
        <w:t xml:space="preserve">[02:22] </w:t>
      </w:r>
      <w:r>
        <w:t>ke rasool Allah ke madham mein, ya rasool Allah ke naat mein kalam karte hue bohat hoshiyar raho, kyunke yeh talwar ke dhaar par chalne ka mani hai.</w:t>
      </w:r>
    </w:p>
    <w:p>
      <w:pPr>
        <w:jc w:val="right"/>
      </w:pPr>
      <w:r>
        <w:t>کہ رسول اللہ کے مدھم میں، یا رسول اللہ کے نعت میں کلام کرتے ہوئے بہت ہوشیار رہو، کیونکہ یہ تلوار کے دھار پر چلنے کا معنی ہے۔</w:t>
      </w:r>
    </w:p>
    <w:p>
      <w:r>
        <w:rPr>
          <w:b/>
        </w:rPr>
        <w:t xml:space="preserve">[02:36] </w:t>
      </w:r>
      <w:r>
        <w:t>main ne socha ke rasool Allah ki naat to ek baat ko paida hui, woh ek innovation hai.</w:t>
      </w:r>
    </w:p>
    <w:p>
      <w:pPr>
        <w:jc w:val="right"/>
      </w:pPr>
      <w:r>
        <w:t>میں نے سوچا کہ رسول اللہ کی نعت تو ایک بات کو پیدا ہوئی، وہ ایک انویشن ہے۔</w:t>
      </w:r>
    </w:p>
    <w:p>
      <w:r>
        <w:rPr>
          <w:b/>
        </w:rPr>
        <w:t xml:space="preserve">[02:46] </w:t>
      </w:r>
      <w:r>
        <w:t>lekin dawat ilahi to bohat rasool Allah ki zuban se tha. aur dawat ilahi kya hai?</w:t>
      </w:r>
    </w:p>
    <w:p>
      <w:pPr>
        <w:jc w:val="right"/>
      </w:pPr>
      <w:r>
        <w:t>لیکن دعوت الٰہی تو بہت رسول اللہ کی زبان سے تھا۔ اور دعوت الٰہی کیا ہے؟</w:t>
      </w:r>
    </w:p>
    <w:p>
      <w:r>
        <w:rPr>
          <w:b/>
        </w:rPr>
        <w:t xml:space="preserve">[02:56] </w:t>
      </w:r>
      <w:r>
        <w:t>Allah ki baat kehna, Allah ki numaindagi ke liye khara hona.</w:t>
      </w:r>
    </w:p>
    <w:p>
      <w:pPr>
        <w:jc w:val="right"/>
      </w:pPr>
      <w:r>
        <w:t>اللہ کی بات کہنا، اللہ کی نمائندگی کے لیے کھڑا ہونا۔</w:t>
      </w:r>
    </w:p>
    <w:p>
      <w:r>
        <w:rPr>
          <w:b/>
        </w:rPr>
        <w:t xml:space="preserve">[03:06] </w:t>
      </w:r>
      <w:r>
        <w:t>to woh to aur ziyada nazuk kaam hai.</w:t>
      </w:r>
    </w:p>
    <w:p>
      <w:pPr>
        <w:jc w:val="right"/>
      </w:pPr>
      <w:r>
        <w:t>تو وہ تو اور زیادہ نازک کام ہے۔</w:t>
      </w:r>
    </w:p>
    <w:p>
      <w:r>
        <w:rPr>
          <w:b/>
        </w:rPr>
        <w:t xml:space="preserve">[03:12] </w:t>
      </w:r>
      <w:r>
        <w:t>sach poochhen to talwar ke dhaar par khara hone ka moamla da'i ke liye hai, naat khwan ke liye nahi hai. woh to khud sakhta hai.</w:t>
      </w:r>
    </w:p>
    <w:p>
      <w:pPr>
        <w:jc w:val="right"/>
      </w:pPr>
      <w:r>
        <w:t>سچ پوچھیں تو تلوار کے دھار پر کھڑا ہونے کا معاملہ داعی کے لیے ہے، نعت خواں کے لیے نہیں ہے۔ وہ تو خود ساختہ ہے۔</w:t>
      </w:r>
    </w:p>
    <w:p>
      <w:r>
        <w:rPr>
          <w:b/>
        </w:rPr>
        <w:t xml:space="preserve">[03:25] </w:t>
      </w:r>
      <w:r>
        <w:t>naat goi ya naat khwani yeh to apne aap mein ek innovation hai. yeh koi quran se sabit hai na hadees se sabit hai.</w:t>
      </w:r>
    </w:p>
    <w:p>
      <w:pPr>
        <w:jc w:val="right"/>
      </w:pPr>
      <w:r>
        <w:t>نعت گوئی یا نعت خوانی یہ تو اپنے آپ میں ایک انویشن ہے۔ یہ کوئی قرآن سے ثابت ہے نہ حدیث سے ثابت ہے۔</w:t>
      </w:r>
    </w:p>
    <w:p>
      <w:r>
        <w:rPr>
          <w:b/>
        </w:rPr>
        <w:t xml:space="preserve">[03:36] </w:t>
      </w:r>
      <w:r>
        <w:t>lekin dawat ilahi to baqayda sabit shuda cheez hai. ya islam ke naam par jab bhi aap koi tehreek chalate hain to woh talwar ke dhaar par chalne ka maani hota hai.</w:t>
      </w:r>
    </w:p>
    <w:p>
      <w:pPr>
        <w:jc w:val="right"/>
      </w:pPr>
      <w:r>
        <w:t>لیکن دعوت الٰہی تو باقاعدہ ثابت شدہ چیز ہے۔ یا اسلام کے نام پر جب بھی آپ کوئی تحریک چلاتے ہیں تو وہ تلوار کے دھار پر چلنے کا معنی ہوتا ہے۔</w:t>
      </w:r>
    </w:p>
    <w:p>
      <w:r>
        <w:rPr>
          <w:b/>
        </w:rPr>
        <w:t xml:space="preserve">[03:51] </w:t>
      </w:r>
      <w:r>
        <w:t>kyunke aap karte hain islam ki numaindagi, Allah ki numaindagi. to ghor kijiye ke Allah ka deen badnaam hota hai.</w:t>
      </w:r>
    </w:p>
    <w:p>
      <w:pPr>
        <w:jc w:val="right"/>
      </w:pPr>
      <w:r>
        <w:t>کیونکہ آپ کرتے ہیں اسلام کی نمائندگی، اللہ کی نمائندگی۔ تو غور کیجیے کہ اللہ کا دین بدنام ہوتا ہے۔</w:t>
      </w:r>
    </w:p>
    <w:p>
      <w:r>
        <w:rPr>
          <w:b/>
        </w:rPr>
        <w:t xml:space="preserve">[04:06] </w:t>
      </w:r>
      <w:r>
        <w:t>to kitna sangin hai yeh maamla ke islam ke naam par aap tehreekein chalaen.</w:t>
      </w:r>
    </w:p>
    <w:p>
      <w:pPr>
        <w:jc w:val="right"/>
      </w:pPr>
      <w:r>
        <w:t>تو کتنا سنگین ہے یہ معاملہ کہ اسلام کے نام پر آپ تحریکیں چلائیں۔</w:t>
      </w:r>
    </w:p>
    <w:p>
      <w:r>
        <w:rPr>
          <w:b/>
        </w:rPr>
        <w:t xml:space="preserve">[04:15] </w:t>
      </w:r>
      <w:r>
        <w:t>to hazar baar sochna chahiye ke meri tehreek jo hai woh talwar ke dhaar par chalne ke barabar hai.</w:t>
      </w:r>
    </w:p>
    <w:p>
      <w:pPr>
        <w:jc w:val="right"/>
      </w:pPr>
      <w:r>
        <w:t>تو ہزار بار سوچنا چاہیے کہ میری تحریک جو ہے وہ تلوار کے دھار پر چلنے کے برابر ہے۔</w:t>
      </w:r>
    </w:p>
    <w:p>
      <w:r>
        <w:rPr>
          <w:b/>
        </w:rPr>
        <w:t xml:space="preserve">[04:25] </w:t>
      </w:r>
      <w:r>
        <w:t>to mein ek misaal deta hoon.</w:t>
      </w:r>
    </w:p>
    <w:p>
      <w:pPr>
        <w:jc w:val="right"/>
      </w:pPr>
      <w:r>
        <w:t>تو میں ایک مثال دیتا ہوں۔</w:t>
      </w:r>
    </w:p>
    <w:p>
      <w:r>
        <w:rPr>
          <w:b/>
        </w:rPr>
        <w:t xml:space="preserve">[04:30] </w:t>
      </w:r>
      <w:r>
        <w:t>rasool Allah sal Allah alaihi wasallam ne apne aakhri zamane mein</w:t>
      </w:r>
    </w:p>
    <w:p>
      <w:pPr>
        <w:jc w:val="right"/>
      </w:pPr>
      <w:r>
        <w:t>رسول اللہ صلی اللہ علیہ وسلم نے اپنے آخری زمانے میں</w:t>
      </w:r>
    </w:p>
    <w:p>
      <w:r>
        <w:rPr>
          <w:b/>
        </w:rPr>
        <w:t xml:space="preserve">[04:35] </w:t>
      </w:r>
      <w:r>
        <w:t>ek baat ki bohat taakeed ki thi musalmanon ko. woh yeh ke aap ne farmaya ke mere baad</w:t>
      </w:r>
    </w:p>
    <w:p>
      <w:pPr>
        <w:jc w:val="right"/>
      </w:pPr>
      <w:r>
        <w:t>ایک بات کی بہت تاکید کی تھی مسلمانوں کو۔ وہ یہ کہ آپ نے فرمایا کہ میرے بعد</w:t>
      </w:r>
    </w:p>
    <w:p>
      <w:r>
        <w:rPr>
          <w:b/>
        </w:rPr>
        <w:t xml:space="preserve">[04:48] </w:t>
      </w:r>
      <w:r>
        <w:t>hukumat mein bigaad aayega.</w:t>
      </w:r>
    </w:p>
    <w:p>
      <w:pPr>
        <w:jc w:val="right"/>
      </w:pPr>
      <w:r>
        <w:t>حکومت میں بگاڑ آئے گا۔</w:t>
      </w:r>
    </w:p>
    <w:p>
      <w:r>
        <w:rPr>
          <w:b/>
        </w:rPr>
        <w:t xml:space="preserve">[04:55] </w:t>
      </w:r>
      <w:r>
        <w:t>tum hukumat mein zulm dekhoge, fasaad dekhoge. to aap ne farmaya ke kisi bhi tarah tum hukumat se takrao na karna. har giz takrao na karna.</w:t>
      </w:r>
    </w:p>
    <w:p>
      <w:pPr>
        <w:jc w:val="right"/>
      </w:pPr>
      <w:r>
        <w:t>تم حکومت میں ظلم دیکھو گے، فساد دیکھو گے۔ تو آپ نے فرمایا کہ کسی بھی طرح تم حکومت سے ٹکراؤ نہ کرنا۔ ہرگز ٹکراؤ نہ کرنا۔</w:t>
      </w:r>
    </w:p>
    <w:p>
      <w:r>
        <w:rPr>
          <w:b/>
        </w:rPr>
        <w:t xml:space="preserve">[05:08] </w:t>
      </w:r>
      <w:r>
        <w:t>apni talwar ko tod dena, jangal aur pahaad mein chale jana, magar hukumat se takrao na karna.</w:t>
      </w:r>
    </w:p>
    <w:p>
      <w:pPr>
        <w:jc w:val="right"/>
      </w:pPr>
      <w:r>
        <w:t>اپنی تلوار کو توڑ دینا، جنگل اور پہاڑ میں چلے جانا، مگر حکومت سے ٹکراؤ نہ کرنا۔</w:t>
      </w:r>
    </w:p>
    <w:p>
      <w:r>
        <w:rPr>
          <w:b/>
        </w:rPr>
        <w:t xml:space="preserve">[05:16] </w:t>
      </w:r>
      <w:r>
        <w:t>is silsile mein jo hadeesein hain woh hadees ki kitabon mein parhna ho aap to aap kitab al fitr padhiye. aur maine apni kitabon mein in ko jama kiya hai, is ko aap dekh sakte hain.</w:t>
      </w:r>
    </w:p>
    <w:p>
      <w:pPr>
        <w:jc w:val="right"/>
      </w:pPr>
      <w:r>
        <w:t>اس سلسلے میں جو حدیثیں ہیں وہ حدیث کی کتابوں میں پڑھنا ہو آپ تو آپ کتاب الفطر پڑھیے۔ اور میں نے اپنی کتابوں میں ان کو جمع کیا ہے، اس کو آپ دیکھ سکتے ہیں۔</w:t>
      </w:r>
    </w:p>
    <w:p>
      <w:r>
        <w:rPr>
          <w:b/>
        </w:rPr>
        <w:t xml:space="preserve">[05:29] </w:t>
      </w:r>
      <w:r>
        <w:t>misalan zuhoor e islam mein aur raah e amal mein yeh hadeesein.</w:t>
      </w:r>
    </w:p>
    <w:p>
      <w:pPr>
        <w:jc w:val="right"/>
      </w:pPr>
      <w:r>
        <w:t>مثلاً ظہور اسلام میں اور راہ عمل میں یہ حدیثیں۔</w:t>
      </w:r>
    </w:p>
    <w:p>
      <w:r>
        <w:rPr>
          <w:b/>
        </w:rPr>
        <w:t xml:space="preserve">[05:36] </w:t>
      </w:r>
      <w:r>
        <w:t>jin mein bohat hi shiddat se hisaab banaya kiya hai aap ne ke hukmaranon ke bigaad ko le kar tum un ke khilaaf takrao ya politics of opposition mat chalaana.</w:t>
      </w:r>
    </w:p>
    <w:p>
      <w:pPr>
        <w:jc w:val="right"/>
      </w:pPr>
      <w:r>
        <w:t>جن میں بہت ہی شدت سے حساب بنایا کیا ہے آپ نے کہ حکمرانوں کے بگاڑ کو لے کر تم ان کے خلاف ٹکراؤ یا پولیٹکس آف اپوزیشن مت چلانا۔</w:t>
      </w:r>
    </w:p>
    <w:p>
      <w:r>
        <w:rPr>
          <w:b/>
        </w:rPr>
        <w:t xml:space="preserve">[05:49] </w:t>
      </w:r>
      <w:r>
        <w:t>aaj kal ki zabaan mein hum kahun ke politics of opposition. har giz mat chalaana, chahe tum ko apni talwar tod deni pade.</w:t>
      </w:r>
    </w:p>
    <w:p>
      <w:pPr>
        <w:jc w:val="right"/>
      </w:pPr>
      <w:r>
        <w:t>آج کل کی زبان میں ہم کہوں کہ پولیٹکس آف اپوزیشن۔ ہرگز مت چلانا، چاہے تم کو اپنی تلوار توڑ دینی پڑے۔</w:t>
      </w:r>
    </w:p>
    <w:p>
      <w:r>
        <w:rPr>
          <w:b/>
        </w:rPr>
        <w:t xml:space="preserve">[06:01] </w:t>
      </w:r>
      <w:r>
        <w:t>yahan tak alfaaz hain ke chahe tumhari peeth par koday baras a jaen, tumhari gardanon ko kaata jae, tab bhi hukmaranon se takrao na karna.</w:t>
      </w:r>
    </w:p>
    <w:p>
      <w:pPr>
        <w:jc w:val="right"/>
      </w:pPr>
      <w:r>
        <w:t>یہاں تک الفاظ ہیں کہ چاہے تمہاری پیٹھ پر کوڑے برس آ جائیں، تمہاری گردنوں کو کاٹا جائے، تب بھی حکمرانوں سے ٹکراؤ نہ کرنا۔</w:t>
      </w:r>
    </w:p>
    <w:p>
      <w:r>
        <w:rPr>
          <w:b/>
        </w:rPr>
        <w:t xml:space="preserve">[06:13] </w:t>
      </w:r>
      <w:r>
        <w:t>aap ghor kijiye ke yeh log jo bare bare jashn e milad un nabi manate hain, unhone kabhi socha rasool Allah ne aisa kaha kyun kaha tha?</w:t>
      </w:r>
    </w:p>
    <w:p>
      <w:pPr>
        <w:jc w:val="right"/>
      </w:pPr>
      <w:r>
        <w:t>آپ غور کیجیے کہ یہ لوگ جو بڑے بڑے جشن میلاد النبی مناتے ہیں، انہوں نے کبھی سوچا رسول اللہ نے ایسا کہا کیوں کہا تھا؟</w:t>
      </w:r>
    </w:p>
    <w:p>
      <w:r>
        <w:rPr>
          <w:b/>
        </w:rPr>
        <w:t xml:space="preserve">[06:24] </w:t>
      </w:r>
      <w:r>
        <w:t>mujhe koi ek bhi aalim nahi maloom jis ne socha ho ke rasool Allah ne kyun aisa kaha?</w:t>
      </w:r>
    </w:p>
    <w:p>
      <w:pPr>
        <w:jc w:val="right"/>
      </w:pPr>
      <w:r>
        <w:t>مجھے کوئی ایک بھی عالم نہیں معلوم جس نے سوچا ہو کہ رسول اللہ نے کیوں ایسا کہا؟</w:t>
      </w:r>
    </w:p>
    <w:p>
      <w:r>
        <w:rPr>
          <w:b/>
        </w:rPr>
        <w:t xml:space="preserve">[06:31] </w:t>
      </w:r>
      <w:r>
        <w:t>maine bohat padha hai, bohat padha hai. ek bhi aalim mujhe be ilm mein nahi hai, na arab mein na ajam mein, jis ne socha ho ke rasool Allah ne yeh kyun kaha?</w:t>
      </w:r>
    </w:p>
    <w:p>
      <w:pPr>
        <w:jc w:val="right"/>
      </w:pPr>
      <w:r>
        <w:t>میں نے بہت پڑھا ہے، بہت پڑھا ہے۔ ایک بھی عالم مجھے بے علم میں نہیں ہے، نہ عرب میں نہ عجم میں، جس نے سوچا ہو کہ رسول اللہ نے یہ کیوں کہا؟</w:t>
      </w:r>
    </w:p>
    <w:p>
      <w:r>
        <w:rPr>
          <w:b/>
        </w:rPr>
        <w:t xml:space="preserve">[06:43] </w:t>
      </w:r>
      <w:r>
        <w:t>rasool Allah ka kalam wapas nahi ho sakta. zaroor hai ke is mein koi wisdom ho, is mein koi bari baat ho.</w:t>
      </w:r>
    </w:p>
    <w:p>
      <w:pPr>
        <w:jc w:val="right"/>
      </w:pPr>
      <w:r>
        <w:t>رسول اللہ کا کلام واپس نہیں ہو سکتا۔ ضرور ہے کہ اس میں کوئی وزڈم ہو، اس میں کوئی بڑی بات ہو۔</w:t>
      </w:r>
    </w:p>
    <w:p>
      <w:r>
        <w:rPr>
          <w:b/>
        </w:rPr>
        <w:t xml:space="preserve">[06:52] </w:t>
      </w:r>
      <w:r>
        <w:t>agar aap hazraat ke ilm mein koi hai aalim jis ne kaha ho to mujhe bataiye is ka naam.</w:t>
      </w:r>
    </w:p>
    <w:p>
      <w:pPr>
        <w:jc w:val="right"/>
      </w:pPr>
      <w:r>
        <w:t>اگر آپ حضرات کے علم میں کوئی ہے عالم جس نے کہا ہو تو مجھے بتائیے اس کا نام۔</w:t>
      </w:r>
    </w:p>
    <w:p>
      <w:r>
        <w:rPr>
          <w:b/>
        </w:rPr>
        <w:t xml:space="preserve">[07:01] </w:t>
      </w:r>
      <w:r>
        <w:t>to maine is par bohat ghor kiya, barson barson ghor kiya.</w:t>
      </w:r>
    </w:p>
    <w:p>
      <w:pPr>
        <w:jc w:val="right"/>
      </w:pPr>
      <w:r>
        <w:t>تو میں نے اس پر بہت غور کیا، برسوں برسوں غور کیا۔</w:t>
      </w:r>
    </w:p>
    <w:p>
      <w:r>
        <w:rPr>
          <w:b/>
        </w:rPr>
        <w:t xml:space="preserve">[07:10] </w:t>
      </w:r>
      <w:r>
        <w:t>kyunke rasool Allah ne farmaya ek hadees mein ke is munh se haq nikalta hai. jo kuch mein kehta hoon woh haq hota hai. to is ko bhi haq hona chahiye.</w:t>
      </w:r>
    </w:p>
    <w:p>
      <w:pPr>
        <w:jc w:val="right"/>
      </w:pPr>
      <w:r>
        <w:t>کیونکہ رسول اللہ نے فرمایا ایک حدیث میں کہ اس منہ سے حق نکلتا ہے۔ جو کچھ میں کہتا ہوں وہ حق ہوتا ہے۔ تو اس کو بھی حق ہونا چاہیے۔</w:t>
      </w:r>
    </w:p>
    <w:p>
      <w:r>
        <w:rPr>
          <w:b/>
        </w:rPr>
        <w:t xml:space="preserve">[07:25] </w:t>
      </w:r>
      <w:r>
        <w:t>to meri samajh mein yeh baat aayi ke aap ne aap ke is irshad ka matlab yeh hai ke is tarah ki soorat e haal mein yeh socho ke kin do ke beech mein option hai?</w:t>
      </w:r>
    </w:p>
    <w:p>
      <w:pPr>
        <w:jc w:val="right"/>
      </w:pPr>
      <w:r>
        <w:t>تو میری سمجھ میں یہ بات آئی کہ آپ نے آپ کے اس ارشاد کا مطلب یہ ہے کہ اس طرح کی صورتحال میں یہ سوچو کہ کن دو کے بیچ میں آپشن ہے؟</w:t>
      </w:r>
    </w:p>
    <w:p>
      <w:r>
        <w:rPr>
          <w:b/>
        </w:rPr>
        <w:t xml:space="preserve">[07:44] </w:t>
      </w:r>
      <w:r>
        <w:t>kin do ke beech mein option hai?</w:t>
      </w:r>
    </w:p>
    <w:p>
      <w:pPr>
        <w:jc w:val="right"/>
      </w:pPr>
      <w:r>
        <w:t>کن دو کے بیچ میں آپشن ہے؟</w:t>
      </w:r>
    </w:p>
    <w:p>
      <w:r>
        <w:rPr>
          <w:b/>
        </w:rPr>
        <w:t xml:space="preserve">[07:49] </w:t>
      </w:r>
      <w:r>
        <w:t>natije ke aitbaar se.</w:t>
      </w:r>
    </w:p>
    <w:p>
      <w:pPr>
        <w:jc w:val="right"/>
      </w:pPr>
      <w:r>
        <w:t>نتیجے کے اعتبار سے۔</w:t>
      </w:r>
    </w:p>
    <w:p>
      <w:r>
        <w:rPr>
          <w:b/>
        </w:rPr>
        <w:t xml:space="preserve">[07:52] </w:t>
      </w:r>
      <w:r>
        <w:t>yani aadil hukmaran aur zalim hukmaran ke beech mein option hai? ya zalim hukmaran aur anarchy ke beech mein option hai?</w:t>
      </w:r>
    </w:p>
    <w:p>
      <w:pPr>
        <w:jc w:val="right"/>
      </w:pPr>
      <w:r>
        <w:t>یعنی عادل حکمران اور ظالم حکمران کے بیچ میں آپشن ہے؟ یا ظالم حکمران اور انارکی کے بیچ میں آپشن ہے؟</w:t>
      </w:r>
    </w:p>
    <w:p>
      <w:r>
        <w:rPr>
          <w:b/>
        </w:rPr>
        <w:t xml:space="preserve">[08:06] </w:t>
      </w:r>
      <w:r>
        <w:t>to masla yeh hai ke aap jo step lene ja rahe hain to in terms of result woh kya banne wala hai?</w:t>
      </w:r>
    </w:p>
    <w:p>
      <w:pPr>
        <w:jc w:val="right"/>
      </w:pPr>
      <w:r>
        <w:t>تو مسئلہ یہ ہے کہ آپ جو سٹیپ لینے جا رہے ہیں تو ان ٹرمز آف رزلٹ وہ کیا بننے والا ہے؟</w:t>
      </w:r>
    </w:p>
    <w:p>
      <w:r>
        <w:rPr>
          <w:b/>
        </w:rPr>
        <w:t xml:space="preserve">[08:18] </w:t>
      </w:r>
      <w:r>
        <w:t>is ki misaal aap dekh li jiye. muslim jo mulk hain, har mulk mein, har mulk mein shayad koi mulk aisa nahi hai jahan hukmaranon ke khilaf log politics of opposition na chala rahe hon.</w:t>
      </w:r>
    </w:p>
    <w:p>
      <w:pPr>
        <w:jc w:val="right"/>
      </w:pPr>
      <w:r>
        <w:t>اس کی مثال آپ دیکھ لیجیے۔ مسلم جو ممالک ہیں، ہر ملک میں، ہر ملک میں شاید کوئی ملک ایسا نہیں ہے جہاں حکمرانوں کے خلاف لوگ پولیٹکس آف اپوزیشن نہ چلا رہے ہوں۔</w:t>
      </w:r>
    </w:p>
    <w:p>
      <w:r>
        <w:rPr>
          <w:b/>
        </w:rPr>
        <w:t xml:space="preserve">[08:34] </w:t>
      </w:r>
      <w:r>
        <w:t>har jagah chala rahe hain. jahan kahin bazahir aman hai to wahan is liye aman hai ke beshumar log pakar pakar kar ya to bahar daale gaye ya jailon mein band kar diye gaye.</w:t>
      </w:r>
    </w:p>
    <w:p>
      <w:pPr>
        <w:jc w:val="right"/>
      </w:pPr>
      <w:r>
        <w:t>ہر جگہ چلا رہے ہیں۔ جہاں کہیں بظاہر امن ہے تو وہاں اس لیے امن ہے کہ بے شمار لوگ پکڑ پکڑ کر یا تو باہر ڈالے گئے یا جیلوں میں بند کر دیے گئے۔</w:t>
      </w:r>
    </w:p>
    <w:p>
      <w:r>
        <w:rPr>
          <w:b/>
        </w:rPr>
        <w:t xml:space="preserve">[08:48] </w:t>
      </w:r>
      <w:r>
        <w:t>jahan zara si bhi azadi milti hai to hangama. jahan azadi nahi hai to log jailon mein band pade hue hain ya mar gaye. kyunke har jagah yahi chal raha hai ke sahib hukmaran zalim hai.</w:t>
      </w:r>
    </w:p>
    <w:p>
      <w:pPr>
        <w:jc w:val="right"/>
      </w:pPr>
      <w:r>
        <w:t>جہاں ذرا سی بھی آزادی ملتی ہے تو ہنگامہ۔ جہاں آزادی نہیں ہے تو لوگ جیلوں میں بند پڑے ہوئے ہیں یا مر گئے۔ کیونکہ ہر جگہ یہی چل رہا ہے کہ صاحب حکمران ظالم ہے۔</w:t>
      </w:r>
    </w:p>
    <w:p>
      <w:r>
        <w:rPr>
          <w:b/>
        </w:rPr>
        <w:t xml:space="preserve">[09:06] </w:t>
      </w:r>
      <w:r>
        <w:t>hukmaran ke zulm ko khatam karne ke liye hamein ek saleh hukumat qaim karna hai.</w:t>
      </w:r>
    </w:p>
    <w:p>
      <w:pPr>
        <w:jc w:val="right"/>
      </w:pPr>
      <w:r>
        <w:t>حکمران کے ظلم کو ختم کرنے کے لیے ہمیں ایک صالح حکومت قائم کرنا ہے۔</w:t>
      </w:r>
    </w:p>
    <w:p>
      <w:r>
        <w:rPr>
          <w:b/>
        </w:rPr>
        <w:t xml:space="preserve">[09:16] </w:t>
      </w:r>
      <w:r>
        <w:t>is zalim hukumat ko hata kar saleh hukumat qaim karna hai. is naam par sara hangama ho raha hai. lekin natija kya ho raha hai? mazeed fasad, mazeed anarchy, mazeed qatl o gharaat, mazeed halakat.</w:t>
      </w:r>
    </w:p>
    <w:p>
      <w:pPr>
        <w:jc w:val="right"/>
      </w:pPr>
      <w:r>
        <w:t>اس ظالم حکومت کو ہٹا کر صالح حکومت قائم کرنا ہے۔ اس نام پر سارا ہنگامہ ہو رہا ہے۔ لیکن نتیجہ کیا ہو رہا ہے؟ مزید فساد، مزید انارکی، مزید قتل و غارت، مزید ہلاکت۔</w:t>
      </w:r>
    </w:p>
    <w:p>
      <w:r>
        <w:rPr>
          <w:b/>
        </w:rPr>
        <w:t xml:space="preserve">[09:32] </w:t>
      </w:r>
      <w:r>
        <w:t>to baat baat natija yeh sari ki sari koshishein kya hain? ke ho rahi hain counter productive.</w:t>
      </w:r>
    </w:p>
    <w:p>
      <w:pPr>
        <w:jc w:val="right"/>
      </w:pPr>
      <w:r>
        <w:t>تو بات بات نتیجہ یہ ساری کی ساری کوششیں کیا ہیں؟ کہ ہو رہی ہیں کاؤنٹر پروڈکٹو۔</w:t>
      </w:r>
    </w:p>
    <w:p>
      <w:r>
        <w:rPr>
          <w:b/>
        </w:rPr>
        <w:t xml:space="preserve">[09:43] </w:t>
      </w:r>
      <w:r>
        <w:t>in hadithon ko maine bahut ghaur kiya to mujhe samajh mein aaya ke is ka matlab yeh hai ke jab tumhare liye</w:t>
      </w:r>
    </w:p>
    <w:p>
      <w:pPr>
        <w:jc w:val="right"/>
      </w:pPr>
      <w:r>
        <w:t>ان حدیثوں کو میں نے بہت غور کیا تو مجھے سمجھ میں آیا کہ اس کا مطلب یہ ہے کہ جب تمہارے لیے</w:t>
      </w:r>
    </w:p>
    <w:p>
      <w:r>
        <w:rPr>
          <w:b/>
        </w:rPr>
        <w:t xml:space="preserve">[09:55] </w:t>
      </w:r>
      <w:r>
        <w:t>ideal government ka option na ho to tum kya karo? stable government ka option le lo.</w:t>
      </w:r>
    </w:p>
    <w:p>
      <w:pPr>
        <w:jc w:val="right"/>
      </w:pPr>
      <w:r>
        <w:t>آئیڈیل گورنمنٹ کا آپشن نہ ہو تو تم کیا کرو؟ اسٹیبل گورنمنٹ کا آپشن لے لو۔</w:t>
      </w:r>
    </w:p>
    <w:p>
      <w:r>
        <w:rPr>
          <w:b/>
        </w:rPr>
        <w:t xml:space="preserve">[10:07] </w:t>
      </w:r>
      <w:r>
        <w:t>yeh bahut hi badi wisdom hai. bahut hi badi wisdom hai.</w:t>
      </w:r>
    </w:p>
    <w:p>
      <w:pPr>
        <w:jc w:val="right"/>
      </w:pPr>
      <w:r>
        <w:t>یہ بہت ہی بڑی وزڈم ہے۔ بہت ہی بڑی وزڈم ہے۔</w:t>
      </w:r>
    </w:p>
    <w:p>
      <w:r>
        <w:rPr>
          <w:b/>
        </w:rPr>
        <w:t xml:space="preserve">[10:16] </w:t>
      </w:r>
      <w:r>
        <w:t>ke jab tumhare liye ideal government ka option na ho to stable government ka option le lo.</w:t>
      </w:r>
    </w:p>
    <w:p>
      <w:pPr>
        <w:jc w:val="right"/>
      </w:pPr>
      <w:r>
        <w:t>کہ جب تمہارے لیے آئیڈیل گورنمنٹ کا آپشن نہ ہو تو اسٹیبل گورنمنٹ کا آپشن لے لو۔</w:t>
      </w:r>
    </w:p>
    <w:p>
      <w:r>
        <w:rPr>
          <w:b/>
        </w:rPr>
        <w:t xml:space="preserve">[10:27] </w:t>
      </w:r>
      <w:r>
        <w:t>kyunke jo bhi hukumat hai woh bil farz woh is mein bigaad hai, tab bhi stability stability to qaim hai.</w:t>
      </w:r>
    </w:p>
    <w:p>
      <w:pPr>
        <w:jc w:val="right"/>
      </w:pPr>
      <w:r>
        <w:t>کیونکہ جو بھی حکومت ہے وہ بالفرض وہ اس میں بگاڑ ہے، تب بھی اسٹیبلٹی اسٹیبلٹی تو قائم ہے۔</w:t>
      </w:r>
    </w:p>
    <w:p>
      <w:r>
        <w:rPr>
          <w:b/>
        </w:rPr>
        <w:t xml:space="preserve">[10:36] </w:t>
      </w:r>
      <w:r>
        <w:t>political istahkam to qaim hai.</w:t>
      </w:r>
    </w:p>
    <w:p>
      <w:pPr>
        <w:jc w:val="right"/>
      </w:pPr>
      <w:r>
        <w:t>پولیٹیکل استحکام تو قائم ہے۔</w:t>
      </w:r>
    </w:p>
    <w:p>
      <w:r>
        <w:rPr>
          <w:b/>
        </w:rPr>
        <w:t xml:space="preserve">[10:41] </w:t>
      </w:r>
      <w:r>
        <w:t>aap jin mulkon mein hangame kiye gaye, arab countries mein, jahan jahan bazahir logon ko kamyabi hasil hui.</w:t>
      </w:r>
    </w:p>
    <w:p>
      <w:pPr>
        <w:jc w:val="right"/>
      </w:pPr>
      <w:r>
        <w:t>آپ جن ملکوں میں ہنگامے کیے گئے، عرب کنٹریز میں، جہاں جہاں بظاہر لوگوں کو کامیابی حاصل ہوئی۔</w:t>
      </w:r>
    </w:p>
    <w:p>
      <w:r>
        <w:rPr>
          <w:b/>
        </w:rPr>
        <w:t xml:space="preserve">[10:50] </w:t>
      </w:r>
      <w:r>
        <w:t>to ab kya hai? yani pehle jo hukumat thi to ab kya hai? pehle bazahir wahan par amriat thi, ab kya hai?</w:t>
      </w:r>
    </w:p>
    <w:p>
      <w:pPr>
        <w:jc w:val="right"/>
      </w:pPr>
      <w:r>
        <w:t>تو اب کیا ہے؟ یعنی پہلے جو حکومت تھی تو اب کیا ہے؟ پہلے بظاہر وہاں پر آمریت تھی، اب کیا ہے؟</w:t>
      </w:r>
    </w:p>
    <w:p>
      <w:r>
        <w:rPr>
          <w:b/>
        </w:rPr>
        <w:t xml:space="preserve">[11:02] </w:t>
      </w:r>
      <w:r>
        <w:t>fasaad hai.</w:t>
      </w:r>
    </w:p>
    <w:p>
      <w:pPr>
        <w:jc w:val="right"/>
      </w:pPr>
      <w:r>
        <w:t>فساد ہے۔</w:t>
      </w:r>
    </w:p>
    <w:p>
      <w:r>
        <w:rPr>
          <w:b/>
        </w:rPr>
        <w:t xml:space="preserve">[11:04] </w:t>
      </w:r>
      <w:r>
        <w:t>aapas ki ladai hai.</w:t>
      </w:r>
    </w:p>
    <w:p>
      <w:pPr>
        <w:jc w:val="right"/>
      </w:pPr>
      <w:r>
        <w:t>آپس کی لڑائی ہے۔</w:t>
      </w:r>
    </w:p>
    <w:p>
      <w:r>
        <w:rPr>
          <w:b/>
        </w:rPr>
        <w:t xml:space="preserve">[11:08] </w:t>
      </w:r>
      <w:r>
        <w:t>khoon kharaba dobara jari hai har jagah. to kam az kam pehle stability to thi, istahkam to tha. hukmaran jaisa bhi ho, lekin istahkam to tha.</w:t>
      </w:r>
    </w:p>
    <w:p>
      <w:pPr>
        <w:jc w:val="right"/>
      </w:pPr>
      <w:r>
        <w:t>خون خرابہ دوبارہ جاری ہے ہر جگہ۔ تو کم از کم پہلے اسٹیبلٹی تو تھی، استحکام تو تھا۔ حکمران جیسا بھی ہو، لیکن استحکام تو تھا۔</w:t>
      </w:r>
    </w:p>
    <w:p>
      <w:r>
        <w:rPr>
          <w:b/>
        </w:rPr>
        <w:t xml:space="preserve">[11:24] </w:t>
      </w:r>
      <w:r>
        <w:t>to istahkam jo hai hamare liye kya hai? lesser evil. to in hadithon ka matlab yeh hai ke zindagi mein aksar aisa hota hai ke option jo hai</w:t>
      </w:r>
    </w:p>
    <w:p>
      <w:pPr>
        <w:jc w:val="right"/>
      </w:pPr>
      <w:r>
        <w:t>تو استحکام جو ہے ہمارے لیے کیا ہے؟ لیسری ویلے۔ تو ان حدیثوں کا مطلب یہ ہے کہ زندگی میں اکثر ایسا ہوتا ہے کہ آپشن جو ہے</w:t>
      </w:r>
    </w:p>
    <w:p>
      <w:r>
        <w:rPr>
          <w:b/>
        </w:rPr>
        <w:t xml:space="preserve">[11:41] </w:t>
      </w:r>
      <w:r>
        <w:t>right aur wrong ke darmiyan nahi hota. option jo hai woh hota hai lesser evil aur greater evil ke beech mein.</w:t>
      </w:r>
    </w:p>
    <w:p>
      <w:pPr>
        <w:jc w:val="right"/>
      </w:pPr>
      <w:r>
        <w:t>رائٹ اور رانگ کے درمیان نہیں ہوتا۔ آپشن جو ہے وہ ہوتا ہے لیسری ایول اور گریٹر ایول کے بیچ میں۔</w:t>
      </w:r>
    </w:p>
    <w:p>
      <w:r>
        <w:rPr>
          <w:b/>
        </w:rPr>
        <w:t xml:space="preserve">[11:54] </w:t>
      </w:r>
      <w:r>
        <w:t>yeh kitni badi wisdom hai. aur yeh uswa e rasool hai.</w:t>
      </w:r>
    </w:p>
    <w:p>
      <w:pPr>
        <w:jc w:val="right"/>
      </w:pPr>
      <w:r>
        <w:t>یہ کتنی بڑی وزڈم ہے۔ اور یہ اسوہ رسول ہے۔</w:t>
      </w:r>
    </w:p>
    <w:p>
      <w:r>
        <w:rPr>
          <w:b/>
        </w:rPr>
        <w:t xml:space="preserve">[12:00] </w:t>
      </w:r>
      <w:r>
        <w:t>uswa e rasool yeh hai.</w:t>
      </w:r>
    </w:p>
    <w:p>
      <w:pPr>
        <w:jc w:val="right"/>
      </w:pPr>
      <w:r>
        <w:t>اسوہ رسول یہ ہے۔</w:t>
      </w:r>
    </w:p>
    <w:p>
      <w:r>
        <w:rPr>
          <w:b/>
        </w:rPr>
        <w:t xml:space="preserve">[12:07] </w:t>
      </w:r>
      <w:r>
        <w:t>yani Allah rasool Allah sallallahu alaihi wasallam ke jo zindagi ke jo namune hain, jo aap ke qaul se ya amal se sabit hote hain, un mein se ek bahut bada uswa ya hikmat ya wisdom yeh hai</w:t>
      </w:r>
    </w:p>
    <w:p>
      <w:pPr>
        <w:jc w:val="right"/>
      </w:pPr>
      <w:r>
        <w:t>یعنی اللہ رسول اللہ صلی اللہ علیہ وسلم کے جو زندگی کے جو نمونے ہیں، جو آپ کے قول سے یا عمل سے ثابت ہوتے ہیں، ان میں سے ایک بہت بڑا اسوہ یا حکمت یا وزڈم یہ ہے</w:t>
      </w:r>
    </w:p>
    <w:p>
      <w:r>
        <w:rPr>
          <w:b/>
        </w:rPr>
        <w:t xml:space="preserve">[12:22] </w:t>
      </w:r>
      <w:r>
        <w:t>ke jab political maidan mein siyasat ke maamle mein tumhare liye ideal government ka option mumkin na ho to stable government ka option le lo.</w:t>
      </w:r>
    </w:p>
    <w:p>
      <w:pPr>
        <w:jc w:val="right"/>
      </w:pPr>
      <w:r>
        <w:t>کہ جب پولیٹیکل میدان میں سیاست کے معاملے میں تمہارے لیے آئیڈیل گورنمنٹ کا آپشن ممکن نہ ہو تو اسٹیبل گورنمنٹ کا آپشن لے لو۔</w:t>
      </w:r>
    </w:p>
    <w:p>
      <w:r>
        <w:rPr>
          <w:b/>
        </w:rPr>
        <w:t xml:space="preserve">[12:38] </w:t>
      </w:r>
      <w:r>
        <w:t>to kiya hog</w:t>
      </w:r>
    </w:p>
    <w:p>
      <w:pPr>
        <w:jc w:val="right"/>
      </w:pPr>
      <w:r>
        <w:t>تو کیا ہوگ</w:t>
      </w:r>
    </w:p>
    <w:p>
      <w:r>
        <w:rPr>
          <w:b/>
        </w:rPr>
        <w:t xml:space="preserve">[12:39] </w:t>
      </w:r>
      <w:r>
        <w:t>a? kam az kam yeh hoga ke deeni sargharmiyan jaari rahen gi. madaris chalen ge, masjidें chalen gi, taleem gahen chalen gi, dawatullah ka kaam hoga.</w:t>
      </w:r>
    </w:p>
    <w:p>
      <w:pPr>
        <w:jc w:val="right"/>
      </w:pPr>
      <w:r>
        <w:t>ا؟ کم از کم یہ ہوگا کہ دینی سرگرمیاں جاری رہیں گی۔ مدرسے چلیں گے، مسجدیں چلیں گی، تعلیم گاہیں چلیں گی، دعوت اللہ کا کام ہوگا۔</w:t>
      </w:r>
    </w:p>
    <w:p>
      <w:r>
        <w:rPr>
          <w:b/>
        </w:rPr>
        <w:t xml:space="preserve">[12:56] </w:t>
      </w:r>
      <w:r>
        <w:t>yani sari, yani adr deen politics sari sargharmiyan jaari rahen gi. ke jab bigad hoga woh to sirf political maidan mein hoga.</w:t>
      </w:r>
    </w:p>
    <w:p>
      <w:pPr>
        <w:jc w:val="right"/>
      </w:pPr>
      <w:r>
        <w:t>یعنی ساری، یعنی ادر دین پولیٹکس ساری سرگرمیاں جاری رہیں گی۔ کہ جب بگاڑ ہوگا وہ تو صرف پولیٹیکل میدان میں ہوگا۔</w:t>
      </w:r>
    </w:p>
    <w:p>
      <w:r>
        <w:rPr>
          <w:b/>
        </w:rPr>
        <w:t xml:space="preserve">[13:08] </w:t>
      </w:r>
      <w:r>
        <w:t>baqi to hazaron maidan doosre bhi hain.</w:t>
      </w:r>
    </w:p>
    <w:p>
      <w:pPr>
        <w:jc w:val="right"/>
      </w:pPr>
      <w:r>
        <w:t>باقی تو ہزاروں میدان دوسرے بھی ہیں۔</w:t>
      </w:r>
    </w:p>
    <w:p>
      <w:r>
        <w:rPr>
          <w:b/>
        </w:rPr>
        <w:t xml:space="preserve">[13:14] </w:t>
      </w:r>
      <w:r>
        <w:t>to adr deen politics sari sargharmiyan taawri andaaz mein jaari rahen gi. yeh hai is ki wisdom.</w:t>
      </w:r>
    </w:p>
    <w:p>
      <w:pPr>
        <w:jc w:val="right"/>
      </w:pPr>
      <w:r>
        <w:t>تو ادر دین پولیٹکس ساری سرگرمیاں تاوری انداز میں جاری رہیں گی۔ یہ ہے اس کی وزڈم۔</w:t>
      </w:r>
    </w:p>
    <w:p>
      <w:r>
        <w:rPr>
          <w:b/>
        </w:rPr>
        <w:t xml:space="preserve">[13:26] </w:t>
      </w:r>
      <w:r>
        <w:t>to rasool Allah ke naam par hazaron kitaben likhi gayi hain.</w:t>
      </w:r>
    </w:p>
    <w:p>
      <w:pPr>
        <w:jc w:val="right"/>
      </w:pPr>
      <w:r>
        <w:t>تو رسول اللہ کے نام پر ہزاروں کتابیں لکھی گئی ہیں۔</w:t>
      </w:r>
    </w:p>
    <w:p>
      <w:r>
        <w:rPr>
          <w:b/>
        </w:rPr>
        <w:t xml:space="preserve">[13:32] </w:t>
      </w:r>
      <w:r>
        <w:t>har saal 12 rabi ul awal ko beshumar jalsay kiye jatay hain, jashan manaye jatay hain. lekin yeh jo itna bara nuqta hai, itni bari wisdom jo rasool Allah ne batai, woh mein ne na kahin pahad ne suna, khud mujh ko discover karna pada.</w:t>
      </w:r>
    </w:p>
    <w:p>
      <w:pPr>
        <w:jc w:val="right"/>
      </w:pPr>
      <w:r>
        <w:t>ہر سال 12 ربیع الاول کو بے شمار جلسے کیے جاتے ہیں، جشن منائے جاتے ہیں۔ لیکن یہ جو اتنا بڑا نقطہ ہے، اتنی بڑی وزڈم جو رسول اللہ نے بتائی، وہ میں نے نہ کہیں پہاڑ نے سنا، خود مجھ کو ڈسکور کرنا پڑا۔</w:t>
      </w:r>
    </w:p>
    <w:p>
      <w:r>
        <w:rPr>
          <w:b/>
        </w:rPr>
        <w:t xml:space="preserve">[13:56] </w:t>
      </w:r>
      <w:r>
        <w:t>to yeh hai haal hamari qaum ka.</w:t>
      </w:r>
    </w:p>
    <w:p>
      <w:pPr>
        <w:jc w:val="right"/>
      </w:pPr>
      <w:r>
        <w:t>تو یہ ہے حال ہماری قوم کا۔</w:t>
      </w:r>
    </w:p>
    <w:p>
      <w:r>
        <w:rPr>
          <w:b/>
        </w:rPr>
        <w:t xml:space="preserve">[14:01] </w:t>
      </w:r>
      <w:r>
        <w:t>ab mein is mozu par aata hoon jo mein ne arz kiya ke team ki ahmiyat. team kiya hai?</w:t>
      </w:r>
    </w:p>
    <w:p>
      <w:pPr>
        <w:jc w:val="right"/>
      </w:pPr>
      <w:r>
        <w:t>اب میں اس موضوع پر آتا ہوں جو میں نے عرض کیا کہ ٹیم کی اہمیت۔ ٹیم کیا ہے؟</w:t>
      </w:r>
    </w:p>
    <w:p>
      <w:r>
        <w:rPr>
          <w:b/>
        </w:rPr>
        <w:t xml:space="preserve">[14:10] </w:t>
      </w:r>
      <w:r>
        <w:t>team yeh hai ke dekhen ek hota anfradi kaam, ek siyasat kaam. team yeh hai ke ek poora afraad ka majmooa kaam kare.</w:t>
      </w:r>
    </w:p>
    <w:p>
      <w:pPr>
        <w:jc w:val="right"/>
      </w:pPr>
      <w:r>
        <w:t>ٹیم یہ ہے کہ دیکھیں ایک ہوتا انفرادی کام، ایک سیاست کام۔ ٹیم یہ ہے کہ ایک پورا افراد کا مجموعہ کام کرے۔</w:t>
      </w:r>
    </w:p>
    <w:p>
      <w:r>
        <w:rPr>
          <w:b/>
        </w:rPr>
        <w:t xml:space="preserve">[14:26] </w:t>
      </w:r>
      <w:r>
        <w:t>to is ko mein kahunga ke joint effort for a single goal.</w:t>
      </w:r>
    </w:p>
    <w:p>
      <w:pPr>
        <w:jc w:val="right"/>
      </w:pPr>
      <w:r>
        <w:t>تو اس کو میں کہوں گا کہ جوائنٹ ایفرٹ فار اے سنگل گول۔</w:t>
      </w:r>
    </w:p>
    <w:p>
      <w:r>
        <w:rPr>
          <w:b/>
        </w:rPr>
        <w:t xml:space="preserve">[14:35] </w:t>
      </w:r>
      <w:r>
        <w:t>joint effort for a single goal. ek wahid nishani ke liye, ek wahid maqsad ko samne rakh kar ke mushtarik jud o juhd karna.</w:t>
      </w:r>
    </w:p>
    <w:p>
      <w:pPr>
        <w:jc w:val="right"/>
      </w:pPr>
      <w:r>
        <w:t>جوائنٹ ایفرٹ فار اے سنگل گول۔ ایک واحد نشانی کے لیے، ایک واحد مقصد کو سامنے رکھ کر کے مشترک جدوجہد کرنا۔</w:t>
      </w:r>
    </w:p>
    <w:p>
      <w:r>
        <w:rPr>
          <w:b/>
        </w:rPr>
        <w:t xml:space="preserve">[14:52] </w:t>
      </w:r>
      <w:r>
        <w:t>is ki kiya hai? is ka usool kiya hai?</w:t>
      </w:r>
    </w:p>
    <w:p>
      <w:pPr>
        <w:jc w:val="right"/>
      </w:pPr>
      <w:r>
        <w:t>اس کی کیا ہے؟ اس کا اصول کیا ہے؟</w:t>
      </w:r>
    </w:p>
    <w:p>
      <w:r>
        <w:rPr>
          <w:b/>
        </w:rPr>
        <w:t xml:space="preserve">[14:56] </w:t>
      </w:r>
      <w:r>
        <w:t>quran mein ek ayat is ko batati hai. wa tasimu bihabbillahi jameea wala tafraqu dekhen team work ka ek ijbabi pehlu, ek salbi pehlu.</w:t>
      </w:r>
    </w:p>
    <w:p>
      <w:pPr>
        <w:jc w:val="right"/>
      </w:pPr>
      <w:r>
        <w:t>قرآن میں ایک آیت اس کو بتاتی ہے۔ وتسموا بحب اللہ جمیعا ولا تفرقوا دیکھیں ٹیم ورک کا ایک ایجابی پہلو، ایک سلبی پہلو۔</w:t>
      </w:r>
    </w:p>
    <w:p>
      <w:r>
        <w:rPr>
          <w:b/>
        </w:rPr>
        <w:t xml:space="preserve">[15:15] </w:t>
      </w:r>
      <w:r>
        <w:t>is ka ijbabi pehlu yeh hai ke Allah ko,</w:t>
      </w:r>
    </w:p>
    <w:p>
      <w:pPr>
        <w:jc w:val="right"/>
      </w:pPr>
      <w:r>
        <w:t>اس کا ایجابی پہلو یہ ہے کہ اللہ کو،</w:t>
      </w:r>
    </w:p>
    <w:p>
      <w:r>
        <w:rPr>
          <w:b/>
        </w:rPr>
        <w:t xml:space="preserve">[15:24] </w:t>
      </w:r>
      <w:r>
        <w:t>yani aap ka jo aap ka jo goal ho, woh sirf Allah ki raza ho.</w:t>
      </w:r>
    </w:p>
    <w:p>
      <w:pPr>
        <w:jc w:val="right"/>
      </w:pPr>
      <w:r>
        <w:t>یعنی آپ کا جو آپ کا جو گول ہو، وہ صرف اللہ کی رضا ہو۔</w:t>
      </w:r>
    </w:p>
    <w:p>
      <w:r>
        <w:rPr>
          <w:b/>
        </w:rPr>
        <w:t xml:space="preserve">[15:34] </w:t>
      </w:r>
      <w:r>
        <w:t>Allah wale kaam ko anjam dena yeh aap ka goal ho. yeh hai ijbabi pehlu.</w:t>
      </w:r>
    </w:p>
    <w:p>
      <w:pPr>
        <w:jc w:val="right"/>
      </w:pPr>
      <w:r>
        <w:t>اللہ والے کام کو انجام دینا یہ آپ کا گول ہو۔ یہ ہے ایجابی پہلو۔</w:t>
      </w:r>
    </w:p>
    <w:p>
      <w:r>
        <w:rPr>
          <w:b/>
        </w:rPr>
        <w:t xml:space="preserve">[15:44] </w:t>
      </w:r>
      <w:r>
        <w:t>doosre lafzon mein, doosre sab se bara to goal aap jantay hain ke dawat Allah hai. yeh ijbabi pehlu. salbi pehlu kiya hai?</w:t>
      </w:r>
    </w:p>
    <w:p>
      <w:pPr>
        <w:jc w:val="right"/>
      </w:pPr>
      <w:r>
        <w:t>دوسرے لفظوں میں، دوسرے سب سے بڑا تو گول آپ جانتے ہیں کہ دعوت اللہ ہے۔ یہ ایجابی پہلو۔ سلبی پہلو کیا ہے؟</w:t>
      </w:r>
    </w:p>
    <w:p>
      <w:r>
        <w:rPr>
          <w:b/>
        </w:rPr>
        <w:t xml:space="preserve">[15:54] </w:t>
      </w:r>
      <w:r>
        <w:t>tafraq nahin. tafraq maani mutafariq hona.</w:t>
      </w:r>
    </w:p>
    <w:p>
      <w:pPr>
        <w:jc w:val="right"/>
      </w:pPr>
      <w:r>
        <w:t>تفرق نہیں۔ تفرق معنی متفرق ہونا۔</w:t>
      </w:r>
    </w:p>
    <w:p>
      <w:r>
        <w:rPr>
          <w:b/>
        </w:rPr>
        <w:t xml:space="preserve">[16:04] </w:t>
      </w:r>
      <w:r>
        <w:t>is ka matlab kiya hai? jab bhi aap mil kar kaam karte hain to bar bar shikayaten paida hoti hain.</w:t>
      </w:r>
    </w:p>
    <w:p>
      <w:pPr>
        <w:jc w:val="right"/>
      </w:pPr>
      <w:r>
        <w:t>اس کا مطلب کیا ہے؟ جب بھی آپ مل کر کام کرتے ہیں تو بار بار شکایتیں پیدا ہوتی ہیں۔</w:t>
      </w:r>
    </w:p>
    <w:p>
      <w:r>
        <w:rPr>
          <w:b/>
        </w:rPr>
        <w:t xml:space="preserve">[16:12] </w:t>
      </w:r>
      <w:r>
        <w:t>bar bar shikayat, ikhtilaf, difference paida hotay hain. to tafraq na karo ka matlab hua? ke kisi bhi shikayat ko, kisi bhi ikhtilaf ko uzr bana kar ke jhanda na uthao.</w:t>
      </w:r>
    </w:p>
    <w:p>
      <w:pPr>
        <w:jc w:val="right"/>
      </w:pPr>
      <w:r>
        <w:t>بار بار شکایت، اختلاف، ڈیفرنس پیدا ہوتے ہیں۔ تو تفرق نہ کرو کا مطلب کیا ہوا؟ کہ کسی بھی شکایت کو، کسی بھی اختلاف کو عذر بنا کر کے جھنڈا نہ اٹھاؤ۔</w:t>
      </w:r>
    </w:p>
    <w:p>
      <w:r>
        <w:rPr>
          <w:b/>
        </w:rPr>
        <w:t xml:space="preserve">[16:28] </w:t>
      </w:r>
      <w:r>
        <w:t>phir bhi jure raho, phir bhi jame raho is mein.</w:t>
      </w:r>
    </w:p>
    <w:p>
      <w:pPr>
        <w:jc w:val="right"/>
      </w:pPr>
      <w:r>
        <w:t>پھر بھی جڑے رہو، پھر بھی جمے رہو اس میں۔</w:t>
      </w:r>
    </w:p>
    <w:p>
      <w:r>
        <w:rPr>
          <w:b/>
        </w:rPr>
        <w:t xml:space="preserve">[16:37] </w:t>
      </w:r>
      <w:r>
        <w:t>dekhen team work mein do role hotay hain.</w:t>
      </w:r>
    </w:p>
    <w:p>
      <w:pPr>
        <w:jc w:val="right"/>
      </w:pPr>
      <w:r>
        <w:t>دیکھیں ٹیم ورک میں دو رول ہوتے ہیں۔</w:t>
      </w:r>
    </w:p>
    <w:p>
      <w:r>
        <w:rPr>
          <w:b/>
        </w:rPr>
        <w:t xml:space="preserve">[16:41] </w:t>
      </w:r>
      <w:r>
        <w:t>ek hai leading role, ek hai supporting role. yeh jaan hai team work ki. leading role aur supporting role.</w:t>
      </w:r>
    </w:p>
    <w:p>
      <w:pPr>
        <w:jc w:val="right"/>
      </w:pPr>
      <w:r>
        <w:t>ایک ہے لیڈنگ رول، ایک ہے سپورٹنگ رول۔ یہ جان ہے ٹیم ورک کی۔ لیڈنگ رول اور سپورٹنگ رول۔</w:t>
      </w:r>
    </w:p>
    <w:p>
      <w:r>
        <w:rPr>
          <w:b/>
        </w:rPr>
        <w:t xml:space="preserve">[16:52] </w:t>
      </w:r>
      <w:r>
        <w:t>to leading role to ek hi aadmi karta hai. dekhen supporting role to bohat logon ko karna parta hai.</w:t>
      </w:r>
    </w:p>
    <w:p>
      <w:pPr>
        <w:jc w:val="right"/>
      </w:pPr>
      <w:r>
        <w:t>تو لیڈنگ رول تو ایک ہی آدمی کرتا ہے۔ دیکھیں سپورٹنگ رول تو بہت لوگوں کو کرنا پڑتا ہے۔</w:t>
      </w:r>
    </w:p>
    <w:p>
      <w:r>
        <w:rPr>
          <w:b/>
        </w:rPr>
        <w:t xml:space="preserve">[16:59] </w:t>
      </w:r>
      <w:r>
        <w:t>misalan rasool Allah ke zamane mein, ya agar mein yeh term istemal karoon to leading role tha rasool Allah sal Allah aleh wasallam ka, yani ek insan ka.</w:t>
      </w:r>
    </w:p>
    <w:p>
      <w:pPr>
        <w:jc w:val="right"/>
      </w:pPr>
      <w:r>
        <w:t>مثلاً رسول اللہ کے زمانے میں، یا اگر میں یہ ٹرم استعمال کروں تو لیڈنگ رول تھا رسول اللہ صلی اللہ علیہ وسلم کا، یعنی ایک انسان کا۔</w:t>
      </w:r>
    </w:p>
    <w:p>
      <w:r>
        <w:rPr>
          <w:b/>
        </w:rPr>
        <w:t xml:space="preserve">[17:09] </w:t>
      </w:r>
      <w:r>
        <w:t>aur doosri taraf ek lakh se zyada insan the, un ka supporting role tha. to team work mein leading role ek hi aadmi ko hota hai.</w:t>
      </w:r>
    </w:p>
    <w:p>
      <w:pPr>
        <w:jc w:val="right"/>
      </w:pPr>
      <w:r>
        <w:t>اور دوسری طرف ایک لاکھ سے زیادہ انسان تھے، ان کا سپورٹنگ رول تھا۔ تو ٹیم ورک میں لیڈنگ رول ایک ہی آدمی کو ہوتا ہے۔</w:t>
      </w:r>
    </w:p>
    <w:p>
      <w:r>
        <w:rPr>
          <w:b/>
        </w:rPr>
        <w:t xml:space="preserve">[17:22] </w:t>
      </w:r>
      <w:r>
        <w:t>baqi sab ka role supporting role hota hai.</w:t>
      </w:r>
    </w:p>
    <w:p>
      <w:pPr>
        <w:jc w:val="right"/>
      </w:pPr>
      <w:r>
        <w:t>باقی سب کا رول سپورٹنگ رول ہوتا ہے۔</w:t>
      </w:r>
    </w:p>
    <w:p>
      <w:r>
        <w:rPr>
          <w:b/>
        </w:rPr>
        <w:t xml:space="preserve">[17:26] </w:t>
      </w:r>
      <w:r>
        <w:t>to supporting role par razi hona yeh team ki kamyabi ki jaan hai.</w:t>
      </w:r>
    </w:p>
    <w:p>
      <w:pPr>
        <w:jc w:val="right"/>
      </w:pPr>
      <w:r>
        <w:t>تو سپورٹنگ رول پر راضی ہونا یہ ٹیم کی کامیابی کی جان ہے۔</w:t>
      </w:r>
    </w:p>
    <w:p>
      <w:r>
        <w:rPr>
          <w:b/>
        </w:rPr>
        <w:t xml:space="preserve">[17:35] </w:t>
      </w:r>
      <w:r>
        <w:t>yani har aadmi agar chahe ke mein hi leader role le loon to team nahi ban sakti. ek aadmi ke liye leading role par razi hona yeh jaan hai team work ki.</w:t>
      </w:r>
    </w:p>
    <w:p>
      <w:pPr>
        <w:jc w:val="right"/>
      </w:pPr>
      <w:r>
        <w:t>یعنی ہر آدمی اگر چاہے کہ میں ہی لیڈر رول لے لوں تو ٹیم نہیں بن سکتی۔ ایک آدمی کے لیے لیڈنگ رول پر راضی ہونا یہ جان ہے ٹیم ورک کی۔</w:t>
      </w:r>
    </w:p>
    <w:p>
      <w:r>
        <w:rPr>
          <w:b/>
        </w:rPr>
        <w:t xml:space="preserve">[17:51] </w:t>
      </w:r>
      <w:r>
        <w:t>is ka namuna har din dikhaya jata hai namaz ki surat mein.</w:t>
      </w:r>
    </w:p>
    <w:p>
      <w:pPr>
        <w:jc w:val="right"/>
      </w:pPr>
      <w:r>
        <w:t>اس کا نمونہ ہر دن دکھایا جاتا ہے نماز کی صورت میں۔</w:t>
      </w:r>
    </w:p>
    <w:p>
      <w:r>
        <w:rPr>
          <w:b/>
        </w:rPr>
        <w:t xml:space="preserve">[17:56] </w:t>
      </w:r>
      <w:r>
        <w:t>namaz kya hai? ek aitbar se woh ibadat hai, doosre aitbar se woh team work ko illustrate kar raha hai. yani namaz mein kya hota hai?</w:t>
      </w:r>
    </w:p>
    <w:p>
      <w:pPr>
        <w:jc w:val="right"/>
      </w:pPr>
      <w:r>
        <w:t>نماز کیا ہے؟ ایک اعتبار سے وہ عبادت ہے، دوسرے اعتبار سے وہ ٹیم ورک کو السٹریٹ کر رہا ہے۔ یعنی نماز میں کیا ہوتا ہے؟</w:t>
      </w:r>
    </w:p>
    <w:p>
      <w:r>
        <w:rPr>
          <w:b/>
        </w:rPr>
        <w:t xml:space="preserve">[18:11] </w:t>
      </w:r>
      <w:r>
        <w:t>farz kijiye ke das hazar aadmi namaz parhne wale hain to kya hoga? aage ke masale par sirf ek imam khara hoga.</w:t>
      </w:r>
    </w:p>
    <w:p>
      <w:pPr>
        <w:jc w:val="right"/>
      </w:pPr>
      <w:r>
        <w:t>فرض کیجئے کہ دس ہزار آدمی نماز پڑھنے والے ہیں تو کیا ہوگا؟ آگے کے مصلے پر صرف ایک امام کھڑا ہوگا۔</w:t>
      </w:r>
    </w:p>
    <w:p>
      <w:r>
        <w:rPr>
          <w:b/>
        </w:rPr>
        <w:t xml:space="preserve">[18:21] </w:t>
      </w:r>
      <w:r>
        <w:t>baqi nau hazar, nau so nannve ka karein ga</w:t>
      </w:r>
    </w:p>
    <w:p>
      <w:pPr>
        <w:jc w:val="right"/>
      </w:pPr>
      <w:r>
        <w:t>باقی نو ہزار، نو سو ننانوے کا کریں گ</w:t>
      </w:r>
    </w:p>
    <w:p>
      <w:r>
        <w:rPr>
          <w:b/>
        </w:rPr>
        <w:t xml:space="preserve">[18:24] </w:t>
      </w:r>
      <w:r>
        <w:t>ye, woh back seat pe chale jayenge.</w:t>
      </w:r>
    </w:p>
    <w:p>
      <w:pPr>
        <w:jc w:val="right"/>
      </w:pPr>
      <w:r>
        <w:t>ے، وہ بیک سیٹ پہ چلے جائیں گے۔</w:t>
      </w:r>
    </w:p>
    <w:p>
      <w:r>
        <w:rPr>
          <w:b/>
        </w:rPr>
        <w:t xml:space="preserve">[18:31] </w:t>
      </w:r>
      <w:r>
        <w:t>yani woh batayenge ke supporting role kya hai. to ek insan ka hoga leading role, baqi sab ka sab, sab log jo hain supporting role par razi ho jayenge.</w:t>
      </w:r>
    </w:p>
    <w:p>
      <w:pPr>
        <w:jc w:val="right"/>
      </w:pPr>
      <w:r>
        <w:t>یعنی وہ بتائیں گے کہ سپورٹنگ رول کیا ہے۔ تو ایک انسان کا ہوگا لیڈنگ رول، باقی سب کا سب، سب لوگ جو ہیں سپورٹنگ رول پر راضی ہو جائیں گے۔</w:t>
      </w:r>
    </w:p>
    <w:p>
      <w:r>
        <w:rPr>
          <w:b/>
        </w:rPr>
        <w:t xml:space="preserve">[18:46] </w:t>
      </w:r>
      <w:r>
        <w:t>yani back seat par razi ho jayenge.</w:t>
      </w:r>
    </w:p>
    <w:p>
      <w:pPr>
        <w:jc w:val="right"/>
      </w:pPr>
      <w:r>
        <w:t>یعنی بیک سیٹ پر راضی ہو جائیں گے۔</w:t>
      </w:r>
    </w:p>
    <w:p>
      <w:r>
        <w:rPr>
          <w:b/>
        </w:rPr>
        <w:t xml:space="preserve">[18:51] </w:t>
      </w:r>
      <w:r>
        <w:t>to yeh team work ki jaan hai.</w:t>
      </w:r>
    </w:p>
    <w:p>
      <w:pPr>
        <w:jc w:val="right"/>
      </w:pPr>
      <w:r>
        <w:t>تو یہ ٹیم ورک کی جان ہے۔</w:t>
      </w:r>
    </w:p>
    <w:p>
      <w:r>
        <w:rPr>
          <w:b/>
        </w:rPr>
        <w:t xml:space="preserve">[19:00] </w:t>
      </w:r>
      <w:r>
        <w:t>yeh team work ki jaan hai.</w:t>
      </w:r>
    </w:p>
    <w:p>
      <w:pPr>
        <w:jc w:val="right"/>
      </w:pPr>
      <w:r>
        <w:t>یہ ٹیم ورک کی جان ہے۔</w:t>
      </w:r>
    </w:p>
    <w:p>
      <w:r>
        <w:rPr>
          <w:b/>
        </w:rPr>
        <w:t xml:space="preserve">[19:06] </w:t>
      </w:r>
      <w:r>
        <w:t>aur yeh itni bari baat hai, yeh ek waqea mein arz karoon jo ibn e khaldun ne naqal kiya hai ke ashab e rasool jab iran mein dakhil hue,</w:t>
      </w:r>
    </w:p>
    <w:p>
      <w:pPr>
        <w:jc w:val="right"/>
      </w:pPr>
      <w:r>
        <w:t>اور یہ اتنی بڑی بات ہے، یہ ایک واقعہ میں عرض کروں جو ابن خلدون نے نقل کیا ہے کہ اصحاب رسول جب ایران میں داخل ہوئے،</w:t>
      </w:r>
    </w:p>
    <w:p>
      <w:r>
        <w:rPr>
          <w:b/>
        </w:rPr>
        <w:t xml:space="preserve">[19:21] </w:t>
      </w:r>
      <w:r>
        <w:t>hazrat umar ke zamane mein,</w:t>
      </w:r>
    </w:p>
    <w:p>
      <w:pPr>
        <w:jc w:val="right"/>
      </w:pPr>
      <w:r>
        <w:t>حضرت عمر کے زمانے میں،</w:t>
      </w:r>
    </w:p>
    <w:p>
      <w:r>
        <w:rPr>
          <w:b/>
        </w:rPr>
        <w:t xml:space="preserve">[19:25] </w:t>
      </w:r>
      <w:r>
        <w:t>to wahan par woh namaz ke waqt namaz parhte the.</w:t>
      </w:r>
    </w:p>
    <w:p>
      <w:pPr>
        <w:jc w:val="right"/>
      </w:pPr>
      <w:r>
        <w:t>تو وہاں پر وہ نماز کے وقت نماز پڑھتے تھے۔</w:t>
      </w:r>
    </w:p>
    <w:p>
      <w:r>
        <w:rPr>
          <w:b/>
        </w:rPr>
        <w:t xml:space="preserve">[19:33] </w:t>
      </w:r>
      <w:r>
        <w:t>to chunke masjidain thi nahi us waqt, ab to beshumar masjidain hain iran mein, us waqt ek bhi masjid nahi thi.</w:t>
      </w:r>
    </w:p>
    <w:p>
      <w:pPr>
        <w:jc w:val="right"/>
      </w:pPr>
      <w:r>
        <w:t>تو چونکہ مسجدیں تھیں نہیں اس وقت، اب تو بے شمار مسجدیں ہیں ایران میں، اس وقت ایک بھی مسجد نہیں تھی۔</w:t>
      </w:r>
    </w:p>
    <w:p>
      <w:r>
        <w:rPr>
          <w:b/>
        </w:rPr>
        <w:t xml:space="preserve">[19:44] </w:t>
      </w:r>
      <w:r>
        <w:t>yeh waqea hai seven century AD ka. to woh log khule maidan mein namaz parha karte the ke ek aadmi bator imam aage khara ho gaya,</w:t>
      </w:r>
    </w:p>
    <w:p>
      <w:pPr>
        <w:jc w:val="right"/>
      </w:pPr>
      <w:r>
        <w:t>یہ واقعہ ہے سیون سینچری اے ڈی کا۔ تو وہ لوگ کھلے میدان میں نماز پڑھا کرتے تھے کہ ایک آدمی بطور امام آگے کھڑا ہو گیا،</w:t>
      </w:r>
    </w:p>
    <w:p>
      <w:r>
        <w:rPr>
          <w:b/>
        </w:rPr>
        <w:t xml:space="preserve">[19:58] </w:t>
      </w:r>
      <w:r>
        <w:t>baqi log peechay muqtadi ban kar saf bandh kar khare ho gaye.</w:t>
      </w:r>
    </w:p>
    <w:p>
      <w:pPr>
        <w:jc w:val="right"/>
      </w:pPr>
      <w:r>
        <w:t>باقی لوگ پیچھے مقتدی بن کر صف باندھ کر کھڑے ہو گئے۔</w:t>
      </w:r>
    </w:p>
    <w:p>
      <w:r>
        <w:rPr>
          <w:b/>
        </w:rPr>
        <w:t xml:space="preserve">[20:04] </w:t>
      </w:r>
      <w:r>
        <w:t>to jo general tha, irani sipah salar tha, uska naam tha rustam. woh bohat hi zaheen aadmi tha. us ne kai bar dekha ke musalman is tarah se karte hain.</w:t>
      </w:r>
    </w:p>
    <w:p>
      <w:pPr>
        <w:jc w:val="right"/>
      </w:pPr>
      <w:r>
        <w:t>تو جو جنرل تھا، ایرانی سپہ سالار تھا، اس کا نام تھا رستم۔ وہ بہت ہی ذہین آدمی تھا۔ اس نے کئی بار دیکھا کہ مسلمان اس طرح سے کرتے ہیں۔</w:t>
      </w:r>
    </w:p>
    <w:p>
      <w:r>
        <w:rPr>
          <w:b/>
        </w:rPr>
        <w:t xml:space="preserve">[20:17] </w:t>
      </w:r>
      <w:r>
        <w:t>to us ko yeh pata nahi tha ke yeh namaz hai. woh us ko samjha ke yeh</w:t>
      </w:r>
    </w:p>
    <w:p>
      <w:pPr>
        <w:jc w:val="right"/>
      </w:pPr>
      <w:r>
        <w:t>تو اس کو یہ پتہ نہیں تھا کہ یہ نماز ہے۔ وہ اس کو سمجھا کہ یہ</w:t>
      </w:r>
    </w:p>
    <w:p>
      <w:r>
        <w:rPr>
          <w:b/>
        </w:rPr>
        <w:t xml:space="preserve">[20:24] </w:t>
      </w:r>
      <w:r>
        <w:t>ek discipline ki training hai. yani ek ko aage kar ke sab peechay khare ho jatay hain, disciplined way mein.</w:t>
      </w:r>
    </w:p>
    <w:p>
      <w:pPr>
        <w:jc w:val="right"/>
      </w:pPr>
      <w:r>
        <w:t>ایک ڈسپلن کی ٹریننگ ہے۔ یعنی ایک کو آگے کر کے سب پیچھے کھڑے ہو جاتے ہیں، ڈسپلنڈ وے میں۔</w:t>
      </w:r>
    </w:p>
    <w:p>
      <w:r>
        <w:rPr>
          <w:b/>
        </w:rPr>
        <w:t xml:space="preserve">[20:36] </w:t>
      </w:r>
      <w:r>
        <w:t>yani ek ko leading role de kar ke baqi sab log supporting role par razi ho jatay hain. us ke zehn mein ba jamat namaz ka koi tasawwur nahi tha.</w:t>
      </w:r>
    </w:p>
    <w:p>
      <w:pPr>
        <w:jc w:val="right"/>
      </w:pPr>
      <w:r>
        <w:t>یعنی ایک کو لیڈنگ رول دے کر کے باقی سب لوگ سپورٹنگ رول پر راضی ہو جاتے ہیں۔ اس کے ذہن میں باجماعت نماز کا کوئی تصور نہیں تھا۔</w:t>
      </w:r>
    </w:p>
    <w:p>
      <w:r>
        <w:rPr>
          <w:b/>
        </w:rPr>
        <w:t xml:space="preserve">[20:47] </w:t>
      </w:r>
      <w:r>
        <w:t>woh to majosi tha. majosi, yani aatish parast.</w:t>
      </w:r>
    </w:p>
    <w:p>
      <w:pPr>
        <w:jc w:val="right"/>
      </w:pPr>
      <w:r>
        <w:t>وہ تو مجوسی تھا۔ مجوسی، یعنی آتش پرست۔</w:t>
      </w:r>
    </w:p>
    <w:p>
      <w:r>
        <w:rPr>
          <w:b/>
        </w:rPr>
        <w:t xml:space="preserve">[20:54] </w:t>
      </w:r>
      <w:r>
        <w:t>to bظاہر jo manzar dekha us ne, us se us ne samjha ke yeh jo hai ek training ho rahi hai ke ek ko leading role de kar baqi sab log supporting role par ko par razi ho jayen.</w:t>
      </w:r>
    </w:p>
    <w:p>
      <w:pPr>
        <w:jc w:val="right"/>
      </w:pPr>
      <w:r>
        <w:t>تو بظاہر جو منظر دیکھا اس نے، اس سے اس نے سمجھا کہ یہ جو ہے ایک ٹریننگ ہو رہی ہے کہ ایک کو لیڈنگ رول دے کر باقی سب لوگ سپورٹنگ رول پر کو پر راضی ہو جائیں۔</w:t>
      </w:r>
    </w:p>
    <w:p>
      <w:r>
        <w:rPr>
          <w:b/>
        </w:rPr>
        <w:t xml:space="preserve">[21:12] </w:t>
      </w:r>
      <w:r>
        <w:t>to woh kehne laga ke yeh to bohat hi bari baat hai. yeh taqat ka khazana hai.</w:t>
      </w:r>
    </w:p>
    <w:p>
      <w:pPr>
        <w:jc w:val="right"/>
      </w:pPr>
      <w:r>
        <w:t>تو وہ کہنے لگا کہ یہ تو بہت ہی بڑی بات ہے۔ یہ طاقت کا خزانہ ہے۔</w:t>
      </w:r>
    </w:p>
    <w:p>
      <w:r>
        <w:rPr>
          <w:b/>
        </w:rPr>
        <w:t xml:space="preserve">[21:20] </w:t>
      </w:r>
      <w:r>
        <w:t>to ibn e khaldun ne jo alfaaz naqal kiye hain, woh yeh hain ke aql umar kabdi yall kullab al adab</w:t>
      </w:r>
    </w:p>
    <w:p>
      <w:pPr>
        <w:jc w:val="right"/>
      </w:pPr>
      <w:r>
        <w:t>تو ابن خلدون نے جو الفاظ نقل کیے ہیں، وہ یہ ہیں کہ عقل عمر کبدی یال کلاب الاداب</w:t>
      </w:r>
    </w:p>
    <w:p>
      <w:r>
        <w:rPr>
          <w:b/>
        </w:rPr>
        <w:t xml:space="preserve">[21:34] </w:t>
      </w:r>
      <w:r>
        <w:t>is ka main tarjuma nahi karunga kyunke is ne sakht lafz istemal kiya. mafhoom is ka yeh hai ke woh haqir, yeh log haqir samajhte the arbon ko.</w:t>
      </w:r>
    </w:p>
    <w:p>
      <w:pPr>
        <w:jc w:val="right"/>
      </w:pPr>
      <w:r>
        <w:t>اس کا میں ترجمہ نہیں کروں گا کیونکہ اس نے سخت لفظ استعمال کیا۔ مفہوم اس کا یہ ہے کہ وہ حقیر، یہ لوگ حقیر سمجھتے تھے عربوں کو۔</w:t>
      </w:r>
    </w:p>
    <w:p>
      <w:r>
        <w:rPr>
          <w:b/>
        </w:rPr>
        <w:t xml:space="preserve">[21:47] </w:t>
      </w:r>
      <w:r>
        <w:t>haqir apne</w:t>
      </w:r>
    </w:p>
    <w:p>
      <w:pPr>
        <w:jc w:val="right"/>
      </w:pPr>
      <w:r>
        <w:t>حقیر اپنے</w:t>
      </w:r>
    </w:p>
    <w:p>
      <w:r>
        <w:rPr>
          <w:b/>
        </w:rPr>
        <w:t xml:space="preserve">[21:49] </w:t>
      </w:r>
      <w:r>
        <w:t>ko samajhte the ke hum culture log hain, hamara civilization hai, hamara taraqqi hai, aur ab to sab kuch bhi nahi hai.</w:t>
      </w:r>
    </w:p>
    <w:p>
      <w:pPr>
        <w:jc w:val="right"/>
      </w:pPr>
      <w:r>
        <w:t>کو سمجھتے تھے کہ ہم کلچر لوگ ہیں، ہمارا سولائزیشن ہے، ہمارا ترقی ہے، اور اب تو سب کچھ بھی نہیں ہے۔</w:t>
      </w:r>
    </w:p>
    <w:p>
      <w:r>
        <w:rPr>
          <w:b/>
        </w:rPr>
        <w:t xml:space="preserve">[22:02] </w:t>
      </w:r>
      <w:r>
        <w:t>to is ne kaha ke umar, umar mera kaleja kha gaya. yeh in arbon ko</w:t>
      </w:r>
    </w:p>
    <w:p>
      <w:pPr>
        <w:jc w:val="right"/>
      </w:pPr>
      <w:r>
        <w:t>تو اس نے کہا کہ عمر، عمر میرا کلیجہ کھا گیا۔ یہ ان عربوں کو</w:t>
      </w:r>
    </w:p>
    <w:p>
      <w:r>
        <w:rPr>
          <w:b/>
        </w:rPr>
        <w:t xml:space="preserve">[22:14] </w:t>
      </w:r>
      <w:r>
        <w:t>discipline sikha raha hai.</w:t>
      </w:r>
    </w:p>
    <w:p>
      <w:pPr>
        <w:jc w:val="right"/>
      </w:pPr>
      <w:r>
        <w:t>ڈسپلن سکھا رہا ہے۔</w:t>
      </w:r>
    </w:p>
    <w:p>
      <w:r>
        <w:rPr>
          <w:b/>
        </w:rPr>
        <w:t xml:space="preserve">[22:18] </w:t>
      </w:r>
      <w:r>
        <w:t>yani aisi aisi team jo is team ka haal yeh ho ke apne mein se ek shakhs ko leading role de kar baqi tamam log supporting role ko par razi ho jayen.</w:t>
      </w:r>
    </w:p>
    <w:p>
      <w:pPr>
        <w:jc w:val="right"/>
      </w:pPr>
      <w:r>
        <w:t>یعنی ایسی ایسی ٹیم جو اس ٹیم کا حال یہ ہو کہ اپنے میں سے ایک شخص کو لیڈنگ رول دے کر باقی تمام لوگ سپورٹنگ رول کو پر راضی ہو جائیں۔</w:t>
      </w:r>
    </w:p>
    <w:p>
      <w:r>
        <w:rPr>
          <w:b/>
        </w:rPr>
        <w:t xml:space="preserve">[22:32] </w:t>
      </w:r>
      <w:r>
        <w:t>to aise log to be panah hote hain. un ki taqat ka koi utha koi andaza nahi kar sakta.</w:t>
      </w:r>
    </w:p>
    <w:p>
      <w:pPr>
        <w:jc w:val="right"/>
      </w:pPr>
      <w:r>
        <w:t>تو ایسے لوگ تو بے پناہ ہوتے ہیں۔ ان کی طاقت کا کوئی اتھا کوئی اندازہ نہیں کر سکتا۔</w:t>
      </w:r>
    </w:p>
    <w:p>
      <w:r>
        <w:rPr>
          <w:b/>
        </w:rPr>
        <w:t xml:space="preserve">[22:43] </w:t>
      </w:r>
      <w:r>
        <w:t>to yeh hai team work.</w:t>
      </w:r>
    </w:p>
    <w:p>
      <w:pPr>
        <w:jc w:val="right"/>
      </w:pPr>
      <w:r>
        <w:t>تو یہ ہے ٹیم ورک۔</w:t>
      </w:r>
    </w:p>
    <w:p>
      <w:r>
        <w:rPr>
          <w:b/>
        </w:rPr>
        <w:t xml:space="preserve">[22:47] </w:t>
      </w:r>
      <w:r>
        <w:t>yeh hai team work.</w:t>
      </w:r>
    </w:p>
    <w:p>
      <w:pPr>
        <w:jc w:val="right"/>
      </w:pPr>
      <w:r>
        <w:t>یہ ہے ٹیم ورک۔</w:t>
      </w:r>
    </w:p>
    <w:p>
      <w:r>
        <w:rPr>
          <w:b/>
        </w:rPr>
        <w:t xml:space="preserve">[22:51] </w:t>
      </w:r>
      <w:r>
        <w:t>team work mein, jaisa ke maine arz kiya,</w:t>
      </w:r>
    </w:p>
    <w:p>
      <w:pPr>
        <w:jc w:val="right"/>
      </w:pPr>
      <w:r>
        <w:t>ٹیم ورک میں، جیسا کہ میں نے عرض کیا،</w:t>
      </w:r>
    </w:p>
    <w:p>
      <w:r>
        <w:rPr>
          <w:b/>
        </w:rPr>
        <w:t xml:space="preserve">[22:58] </w:t>
      </w:r>
      <w:r>
        <w:t>maqsood asli Allah ki raza hoti hai. aur baqi sab ke sab log jo hain razi ho jate hain is par ke kisi qeemat par tafraq nahi karna hai.</w:t>
      </w:r>
    </w:p>
    <w:p>
      <w:pPr>
        <w:jc w:val="right"/>
      </w:pPr>
      <w:r>
        <w:t>مقصود اصلی اللہ کی رضا ہوتی ہے۔ اور باقی سب کے سب لوگ جو ہیں راضی ہو جاتے ہیں اس پر کہ کسی قیمت پر تفرق نہیں کرنا ہے۔</w:t>
      </w:r>
    </w:p>
    <w:p>
      <w:r>
        <w:rPr>
          <w:b/>
        </w:rPr>
        <w:t xml:space="preserve">[23:13] </w:t>
      </w:r>
      <w:r>
        <w:t>jis ko main kaha karta hoon ke if you have good excuse, don't use it ka culture hota hai in ke darmiyan.</w:t>
      </w:r>
    </w:p>
    <w:p>
      <w:pPr>
        <w:jc w:val="right"/>
      </w:pPr>
      <w:r>
        <w:t>جس کو میں کہا کرتا ہوں کہ if you have good excuse, don't use it کا کلچر ہوتا ہے ان کے درمیان۔</w:t>
      </w:r>
    </w:p>
    <w:p>
      <w:r>
        <w:rPr>
          <w:b/>
        </w:rPr>
        <w:t xml:space="preserve">[23:23] </w:t>
      </w:r>
      <w:r>
        <w:t>to team work bilashuba bohat hi bari cheez hai. hadith mein jo aata hai ke yad Allah ala al jama yahan jama ke mani kya hain</w:t>
      </w:r>
    </w:p>
    <w:p>
      <w:pPr>
        <w:jc w:val="right"/>
      </w:pPr>
      <w:r>
        <w:t>تو ٹیم ورک بلاشبہ بہت ہی بڑی چیز ہے۔ حدیث میں جو آتا ہے کہید اللہ علی الجماع یہاں جماع کے معنی کیا ہیں</w:t>
      </w:r>
    </w:p>
    <w:p>
      <w:r>
        <w:rPr>
          <w:b/>
        </w:rPr>
        <w:t xml:space="preserve">[23:36] </w:t>
      </w:r>
      <w:r>
        <w:t>? jama ke mani team. jamaat ke mani team hai. koi purasrar lafz nahi hai yeh. yani Allah ka hath hota hai team par.</w:t>
      </w:r>
    </w:p>
    <w:p>
      <w:pPr>
        <w:jc w:val="right"/>
      </w:pPr>
      <w:r>
        <w:t>؟ جماع کے معنی ٹیم۔ جماعت کے معنی ٹیم ہے۔ کوئی پراسرار لفظ نہیں ہے یہ۔ یعنی اللہ کا ہاتھ ہوتا ہے ٹیم پر۔</w:t>
      </w:r>
    </w:p>
    <w:p>
      <w:r>
        <w:rPr>
          <w:b/>
        </w:rPr>
        <w:t xml:space="preserve">[23:51] </w:t>
      </w:r>
      <w:r>
        <w:t>is ka matlab kya hai?</w:t>
      </w:r>
    </w:p>
    <w:p>
      <w:pPr>
        <w:jc w:val="right"/>
      </w:pPr>
      <w:r>
        <w:t>اس کا مطلب کیا ہے؟</w:t>
      </w:r>
    </w:p>
    <w:p>
      <w:r>
        <w:rPr>
          <w:b/>
        </w:rPr>
        <w:t xml:space="preserve">[23:52] </w:t>
      </w:r>
      <w:r>
        <w:t>yani team ki shakal mein jo log razi ho jayen kaam karne par,</w:t>
      </w:r>
    </w:p>
    <w:p>
      <w:pPr>
        <w:jc w:val="right"/>
      </w:pPr>
      <w:r>
        <w:t>یعنی ٹیم کی شکل میں جو لوگ راضی ہو جائیں کام کرنے پر،</w:t>
      </w:r>
    </w:p>
    <w:p>
      <w:r>
        <w:rPr>
          <w:b/>
        </w:rPr>
        <w:t xml:space="preserve">[24:00] </w:t>
      </w:r>
      <w:r>
        <w:t>jo log is par razi ho jayen ke woh team ki shakal mein kaam karenge, yani ek ko leading role de kar ke baqi sab sab ke sab supporting role ikhtiyar kar lenge,</w:t>
      </w:r>
    </w:p>
    <w:p>
      <w:pPr>
        <w:jc w:val="right"/>
      </w:pPr>
      <w:r>
        <w:t>جو لوگ اس پر راضی ہو جائیں کہ وہ ٹیم کی شکل میں کام کریں گے، یعنی ایک کو لیڈنگ رول دے کر کے باقی سب سب کے سب سپورٹنگ رول اختیار کر لیں گے،</w:t>
      </w:r>
    </w:p>
    <w:p>
      <w:r>
        <w:rPr>
          <w:b/>
        </w:rPr>
        <w:t xml:space="preserve">[24:15] </w:t>
      </w:r>
      <w:r>
        <w:t>to un par Allah ki madad un ke paas bohat ziyada aati hai.</w:t>
      </w:r>
    </w:p>
    <w:p>
      <w:pPr>
        <w:jc w:val="right"/>
      </w:pPr>
      <w:r>
        <w:t>تو ان پر اللہ کی مدد ان کے پاس بہت زیادہ آتی ہے۔</w:t>
      </w:r>
    </w:p>
    <w:p>
      <w:r>
        <w:rPr>
          <w:b/>
        </w:rPr>
        <w:t xml:space="preserve">[24:27] </w:t>
      </w:r>
      <w:r>
        <w:t>Allah ka hath un ke upar hota hai ke mani Allah ki madad un ko bohat ziyada un ki taraf aati hai.</w:t>
      </w:r>
    </w:p>
    <w:p>
      <w:pPr>
        <w:jc w:val="right"/>
      </w:pPr>
      <w:r>
        <w:t>اللہ کا ہاتھ ان کے اوپر ہوتا ہے کے معنی اللہ کی مدد ان کو بہت زیادہ ان کی طرف آتی ہے۔</w:t>
      </w:r>
    </w:p>
    <w:p>
      <w:r>
        <w:rPr>
          <w:b/>
        </w:rPr>
        <w:t xml:space="preserve">[24:37] </w:t>
      </w:r>
      <w:r>
        <w:t>to rasool Allah sal Allah alayh wasallam ne apne ashaab ko is ke liye train kiya tha, is ke liye tarbiyat di thi.</w:t>
      </w:r>
    </w:p>
    <w:p>
      <w:pPr>
        <w:jc w:val="right"/>
      </w:pPr>
      <w:r>
        <w:t>تو رسول اللہ صلی اللہ علیہ وسلم نے اپنے اصحاب کو اس کے لیے ٹرین کیا تھا، اس کے لیے تربیت دی تھی۔</w:t>
      </w:r>
    </w:p>
    <w:p>
      <w:r>
        <w:rPr>
          <w:b/>
        </w:rPr>
        <w:t xml:space="preserve">[24:48] </w:t>
      </w:r>
      <w:r>
        <w:t>hum logon ka mizaj yeh hai ke hum</w:t>
      </w:r>
    </w:p>
    <w:p>
      <w:pPr>
        <w:jc w:val="right"/>
      </w:pPr>
      <w:r>
        <w:t>ہم لوگوں کا مزاج یہ ہے کہ ہم</w:t>
      </w:r>
    </w:p>
    <w:p>
      <w:r>
        <w:rPr>
          <w:b/>
        </w:rPr>
        <w:t xml:space="preserve">[24:53] </w:t>
      </w:r>
      <w:r>
        <w:t>taqaddus aur fazilat ke alfaaz mein mutala karte hain, sehat rasool ka,</w:t>
      </w:r>
    </w:p>
    <w:p>
      <w:pPr>
        <w:jc w:val="right"/>
      </w:pPr>
      <w:r>
        <w:t>تقدس اور فضیلت کے الفاظ میں مطالعہ کرتے ہیں، صحت رسول کا،</w:t>
      </w:r>
    </w:p>
    <w:p>
      <w:r>
        <w:rPr>
          <w:b/>
        </w:rPr>
        <w:t xml:space="preserve">[25:03] </w:t>
      </w:r>
      <w:r>
        <w:t>holy prophet, is tarah ke term mein hum rasool Allah ka tazkira karte hain. is wajah se hum is ke andar jo bare bare sabak hain, is se hamein khabar nahi hoti.</w:t>
      </w:r>
    </w:p>
    <w:p>
      <w:pPr>
        <w:jc w:val="right"/>
      </w:pPr>
      <w:r>
        <w:t>ہولی پرافٹ، اس طرح کے ٹرم میں ہم رسول اللہ کا تذکرہ کرتے ہیں۔ اس وجہ سے ہم اس کے اندر جو بڑے بڑے سبق ہیں، اس سے ہمیں خبر نہیں ہوتی۔</w:t>
      </w:r>
    </w:p>
    <w:p>
      <w:r>
        <w:rPr>
          <w:b/>
        </w:rPr>
        <w:t xml:space="preserve">[25:21] </w:t>
      </w:r>
      <w:r>
        <w:t>yeh holy ka jo concept hai, woh christian concept hai, islam mein nahi hai. islam mein koi holy nahi hai, islam ka tasawwur nahi hai.</w:t>
      </w:r>
    </w:p>
    <w:p>
      <w:pPr>
        <w:jc w:val="right"/>
      </w:pPr>
      <w:r>
        <w:t>یہ ہولی کا جو کانسیپٹ ہے، وہ کرسچن کانسیپٹ ہے، اسلام میں نہیں ہے۔ اسلام میں کوئی ہولی نہیں ہے، اسلام کا تصور نہیں ہے۔</w:t>
      </w:r>
    </w:p>
    <w:p>
      <w:r>
        <w:rPr>
          <w:b/>
        </w:rPr>
        <w:t xml:space="preserve">[25:30] </w:t>
      </w:r>
      <w:r>
        <w:t>yeh yeh taqaddus aur fazilat, yeh sab jo hai islam ke istilahaat nahi hain.</w:t>
      </w:r>
    </w:p>
    <w:p>
      <w:pPr>
        <w:jc w:val="right"/>
      </w:pPr>
      <w:r>
        <w:t>یہ یہ تقدس اور فضیلت، یہ سب جو ہے اسلام کے اصطلاحات نہیں ہیں۔</w:t>
      </w:r>
    </w:p>
    <w:p>
      <w:r>
        <w:rPr>
          <w:b/>
        </w:rPr>
        <w:t xml:space="preserve">[25:40] </w:t>
      </w:r>
      <w:r>
        <w:t>to mein aap ko ek misaal dena chahta hoon ke rasool Allah ke zariye jin ki tarbiyat hui thi, un ke haan team spirit kitni zyada thi.</w:t>
      </w:r>
    </w:p>
    <w:p>
      <w:pPr>
        <w:jc w:val="right"/>
      </w:pPr>
      <w:r>
        <w:t>تو میں آپ کو ایک مثال دینا چاہتا ہوں کہ رسول اللہ کے ذریعے جن کی تربیت ہوئی تھی، ان کے ہاں ٹیم اسپرٹ کتنی زیادہ تھی۔</w:t>
      </w:r>
    </w:p>
    <w:p>
      <w:r>
        <w:rPr>
          <w:b/>
        </w:rPr>
        <w:t xml:space="preserve">[25:53] </w:t>
      </w:r>
      <w:r>
        <w:t>team spirit aaj kal khelon mein jo kaha jata hai na, team spirit, woh paaye rakhte thay rasool Allah ke ashaab mein.</w:t>
      </w:r>
    </w:p>
    <w:p>
      <w:pPr>
        <w:jc w:val="right"/>
      </w:pPr>
      <w:r>
        <w:t>ٹیم اسپرٹ آج کل کھیلوں میں جو کہا جاتا ہے نا، ٹیم اسپرٹ، وہ پائے رکھتے تھے رسول اللہ کے اصحاب میں۔</w:t>
      </w:r>
    </w:p>
    <w:p>
      <w:r>
        <w:rPr>
          <w:b/>
        </w:rPr>
        <w:t xml:space="preserve">[26:03] </w:t>
      </w:r>
      <w:r>
        <w:t>aur team spirit aaj bhi agar koi kaam karna hai, dawat Allah ka kaam, Allah ke mission ka kaam, to woh tabhi hoga jab team spirit se kaam kiya jaye.</w:t>
      </w:r>
    </w:p>
    <w:p>
      <w:pPr>
        <w:jc w:val="right"/>
      </w:pPr>
      <w:r>
        <w:t>اور ٹیم اسپرٹ آج بھی اگر کوئی کام کرنا ہے، دعوت اللہ کا کام، اللہ کے مشن کا کام، تو وہ تبھی ہوگا جب ٹیم اسپرٹ سے کام کیا جائے۔</w:t>
      </w:r>
    </w:p>
    <w:p>
      <w:r>
        <w:rPr>
          <w:b/>
        </w:rPr>
        <w:t xml:space="preserve">[26:18] </w:t>
      </w:r>
      <w:r>
        <w:t>team spirit, team spirit ke baghair koi bara kaam kabhi mumkin nahi hota.</w:t>
      </w:r>
    </w:p>
    <w:p>
      <w:pPr>
        <w:jc w:val="right"/>
      </w:pPr>
      <w:r>
        <w:t>ٹیم اسپرٹ، ٹیم اسپرٹ کے بغیر کوئی بڑا کام کبھی ممکن نہیں ہوتا۔</w:t>
      </w:r>
    </w:p>
    <w:p>
      <w:r>
        <w:rPr>
          <w:b/>
        </w:rPr>
        <w:t xml:space="preserve">[26:27] </w:t>
      </w:r>
      <w:r>
        <w:t>bara kaam karna hai to team spirit lazman darkar hai is ke liye. to rasool Allah ne team spirit kitna zabardast paida ki thi sahaba ke andar.</w:t>
      </w:r>
    </w:p>
    <w:p>
      <w:pPr>
        <w:jc w:val="right"/>
      </w:pPr>
      <w:r>
        <w:t>بڑا کام کرنا ہے تو ٹیم اسپرٹ لازماً درکار ہے اس کے لیے۔ تو رسول اللہ نے ٹیم اسپرٹ کتنا زبردست پیدا کی تھی صحابہ کے اندر۔</w:t>
      </w:r>
    </w:p>
    <w:p>
      <w:r>
        <w:rPr>
          <w:b/>
        </w:rPr>
        <w:t xml:space="preserve">[26:39] </w:t>
      </w:r>
      <w:r>
        <w:t>to yeh bhi ek uswa hai rasool Allah ka ke jis insan ko leader ka maqam, leader ke hasiyat tasleem kiya tha sahaba karam ne, us ne un ke andar kya jazba paida kiya, kya spirit paida kiya.</w:t>
      </w:r>
    </w:p>
    <w:p>
      <w:pPr>
        <w:jc w:val="right"/>
      </w:pPr>
      <w:r>
        <w:t>تو یہ بھی ایک اسوہ ہے رسول اللہ کا کہ جس انسان کو لیڈر کا مقام، لیڈر کے حیثیت تسلیم کیا تھا صحابہ کرام نے، اس نے ان کے اندر کیا جذبہ پیدا کیا، کیا اسپرٹ پیدا کیا۔</w:t>
      </w:r>
    </w:p>
    <w:p>
      <w:r>
        <w:rPr>
          <w:b/>
        </w:rPr>
        <w:t xml:space="preserve">[26:57] </w:t>
      </w:r>
      <w:r>
        <w:t>is mein aap samajh sakte hain is misaal mein ke leading role kya hai aur supporting role kya hai.</w:t>
      </w:r>
    </w:p>
    <w:p>
      <w:pPr>
        <w:jc w:val="right"/>
      </w:pPr>
      <w:r>
        <w:t>اس میں آپ سمجھ سکتے ہیں اس مثال میں کہ لیڈنگ رول کیا ہے اور سپورٹنگ رول کیا ہے۔</w:t>
      </w:r>
    </w:p>
    <w:p>
      <w:r>
        <w:rPr>
          <w:b/>
        </w:rPr>
        <w:t xml:space="preserve">[27:06] </w:t>
      </w:r>
      <w:r>
        <w:t>to rasool Allah ne sahaba ko yeh taleem di ke koi bhi excuse, whatsover ho, lekin tafraq mat karo.</w:t>
      </w:r>
    </w:p>
    <w:p>
      <w:pPr>
        <w:jc w:val="right"/>
      </w:pPr>
      <w:r>
        <w:t>تو رسول اللہ نے صحابہ کو یہ تعلیم دی کہ کوئی بھی ایکسکیوز، واٹس ایور ہو، لیکن تفرق مت کرو۔</w:t>
      </w:r>
    </w:p>
    <w:p>
      <w:r>
        <w:rPr>
          <w:b/>
        </w:rPr>
        <w:t xml:space="preserve">[27:21] </w:t>
      </w:r>
      <w:r>
        <w:t>to is ki ek misaal yeh hai ke jab yeh sahaba iran mein dakhil hue</w:t>
      </w:r>
    </w:p>
    <w:p>
      <w:pPr>
        <w:jc w:val="right"/>
      </w:pPr>
      <w:r>
        <w:t>تو اس کی ایک مثال یہ ہے کہ جب یہ صحابہ ایران میں داخل ہوئے</w:t>
      </w:r>
    </w:p>
    <w:p>
      <w:r>
        <w:rPr>
          <w:b/>
        </w:rPr>
        <w:t xml:space="preserve">[27:31] </w:t>
      </w:r>
      <w:r>
        <w:t>to aakhri marhale mein jo wahan par</w:t>
      </w:r>
    </w:p>
    <w:p>
      <w:pPr>
        <w:jc w:val="right"/>
      </w:pPr>
      <w:r>
        <w:t>تو آخری مرحلے میں جو وہاں پر</w:t>
      </w:r>
    </w:p>
    <w:p>
      <w:r>
        <w:rPr>
          <w:b/>
        </w:rPr>
        <w:t xml:space="preserve">[27:37] </w:t>
      </w:r>
      <w:r>
        <w:t>iranion se jo takrao hua tha, us ko kehte hain jang e qadisiya. qadisiya ek maidan tha, wahan par dono taraf ki faujen theen.</w:t>
      </w:r>
    </w:p>
    <w:p>
      <w:pPr>
        <w:jc w:val="right"/>
      </w:pPr>
      <w:r>
        <w:t>ایرانیوں سے جو ٹکراؤ ہوا تھا، اس کو کہتے ہیں جنگ قادسیہ۔ قادسیہ ایک میدان تھا، وہاں پر دونوں طرف کی فوجیں تھیں۔</w:t>
      </w:r>
    </w:p>
    <w:p>
      <w:r>
        <w:rPr>
          <w:b/>
        </w:rPr>
        <w:t xml:space="preserve">[27:52] </w:t>
      </w:r>
      <w:r>
        <w:t>to muslim fauj ke jo sardar thay, un ka naam tha</w:t>
      </w:r>
    </w:p>
    <w:p>
      <w:pPr>
        <w:jc w:val="right"/>
      </w:pPr>
      <w:r>
        <w:t>تو مسلم فوج کے جو سردار تھے، ان کا نام تھا</w:t>
      </w:r>
    </w:p>
    <w:p>
      <w:r>
        <w:rPr>
          <w:b/>
        </w:rPr>
        <w:t xml:space="preserve">[27:59] </w:t>
      </w:r>
      <w:r>
        <w:t>saad ibn abi waqqas. to wahan shakal yeh thi ke maidan ke ek kinare ek abandon fort tha, ek qila purane zamane ka,</w:t>
      </w:r>
    </w:p>
    <w:p>
      <w:pPr>
        <w:jc w:val="right"/>
      </w:pPr>
      <w:r>
        <w:t>سعد ابن ابی وقاص۔ تو وہاں شکل یہ تھی کہ میدان کے ایک کنارے ایک ابینڈن فورٹ تھا، ایک قلعہ پرانے زمانے کا،</w:t>
      </w:r>
    </w:p>
    <w:p>
      <w:r>
        <w:rPr>
          <w:b/>
        </w:rPr>
        <w:t xml:space="preserve">[28:14] </w:t>
      </w:r>
      <w:r>
        <w:t>khali, ghair istemal, ghair istemali halat mein.</w:t>
      </w:r>
    </w:p>
    <w:p>
      <w:pPr>
        <w:jc w:val="right"/>
      </w:pPr>
      <w:r>
        <w:t>خالی، غیر استعمال، غیر استعمالی حالت میں۔</w:t>
      </w:r>
    </w:p>
    <w:p>
      <w:r>
        <w:rPr>
          <w:b/>
        </w:rPr>
        <w:t xml:space="preserve">[28:21] </w:t>
      </w:r>
      <w:r>
        <w:t>is abandon qile ki chhat par Hazrat Saad bin Waqas bethe hue thay aur wahan se woh fauj ki command kar rahe thay.</w:t>
      </w:r>
    </w:p>
    <w:p>
      <w:pPr>
        <w:jc w:val="right"/>
      </w:pPr>
      <w:r>
        <w:t>اس ابینڈن قلعے کی چھت پر حضرت سعد بن وقاص بیٹھے ہوئے تھے اور وہاں سے وہ فوج کی کمانڈ کر رہے تھے۔</w:t>
      </w:r>
    </w:p>
    <w:p>
      <w:r>
        <w:rPr>
          <w:b/>
        </w:rPr>
        <w:t xml:space="preserve">[28:31] </w:t>
      </w:r>
      <w:r>
        <w:t>is ki shakal yeh thi ke qile ke neeche ek aadmi ghore par har waqt maujood rehta tha aur Hazrat Saad ke sath un ki biwi Salma theen.</w:t>
      </w:r>
    </w:p>
    <w:p>
      <w:pPr>
        <w:jc w:val="right"/>
      </w:pPr>
      <w:r>
        <w:t>اس کی شکل یہ تھی کہ قلعے کے نیچے ایک آدمی گھوڑے پر ہر وقت موجود رہتا تھا اور حضرت سعد کے ساتھ ان کی بیوی سلمہ تھیں۔</w:t>
      </w:r>
    </w:p>
    <w:p>
      <w:r>
        <w:rPr>
          <w:b/>
        </w:rPr>
        <w:t xml:space="preserve">[28:43] </w:t>
      </w:r>
      <w:r>
        <w:t>to woh dekhte thay, poora wahan se watch kar rahe thay aur jo hidayat deni hoti thi, to kaghaz par likh kar ke haath Salma likhti theen, woh neeche girate thay.</w:t>
      </w:r>
    </w:p>
    <w:p>
      <w:pPr>
        <w:jc w:val="right"/>
      </w:pPr>
      <w:r>
        <w:t>تو وہ دیکھتے تھے، پورا وہاں سے واچ کر رہے تھے اور جو ہدایت دینی ہوتی تھی، تو کاغذ پر لکھ کر کے ہاتھ سلمہ لکھتی تھیں، وہ نیچے گراتے تھے۔</w:t>
      </w:r>
    </w:p>
    <w:p>
      <w:r>
        <w:rPr>
          <w:b/>
        </w:rPr>
        <w:t xml:space="preserve">[28:56] </w:t>
      </w:r>
      <w:r>
        <w:t>woh ghore par jo sawar aadmi hua karta tha, woh le kar daurta tha aur ja kar sardar ko deta tha. yani un das part jo sardar tha, us ko deta tha.</w:t>
      </w:r>
    </w:p>
    <w:p>
      <w:pPr>
        <w:jc w:val="right"/>
      </w:pPr>
      <w:r>
        <w:t>وہ گھوڑے پر جو سوار آدمی ہوا کرتا تھا، وہ لے کر دوڑتا تھا اور جا کر سردار کو دیتا تھا۔ یعنی ان دس پارٹ جو سردار تھا، اس کو دیتا تھا۔</w:t>
      </w:r>
    </w:p>
    <w:p>
      <w:r>
        <w:rPr>
          <w:b/>
        </w:rPr>
        <w:t xml:space="preserve">[29:07] </w:t>
      </w:r>
      <w:r>
        <w:t>is tarah hota raha yahan tak ke is jang mein sahaba ko zabardast kamyabi hasil hui. wada ke yeh jang mere nazdeek difai thi, yeh koi agressive war nahi thi, defensive war thi kyunke iranion ne kuch pehal ki thi.</w:t>
      </w:r>
    </w:p>
    <w:p>
      <w:pPr>
        <w:jc w:val="right"/>
      </w:pPr>
      <w:r>
        <w:t>اس طرح ہوتا رہا یہاں تک کہ اس جنگ میں صحابہ کو زبردست کامیابی حاصل ہوئی۔ وعدہ کہ یہ جنگ میرے نزدیک دفاعی تھی، یہ کوئی ایگریسو وار نہیں تھی، ڈیفنسو وار تھی کیونکہ ایرانیوں نے کچھ پہل کی تھی۔</w:t>
      </w:r>
    </w:p>
    <w:p>
      <w:r>
        <w:rPr>
          <w:b/>
        </w:rPr>
        <w:t xml:space="preserve">[29:26] </w:t>
      </w:r>
      <w:r>
        <w:t>woh ek alag badshah maine likha apni kitabon mein, us ko parh sakte hain aap. is waqt mein ek aur baat karna chahta hoon.</w:t>
      </w:r>
    </w:p>
    <w:p>
      <w:pPr>
        <w:jc w:val="right"/>
      </w:pPr>
      <w:r>
        <w:t>وہ ایک الگ بادشاہ میں نے لکھا اپنی کتابوں میں، اس کو پڑھ سکتے ہیں آپ۔ اس وقت میں ایک اور بات کرنا چاہتا ہوں۔</w:t>
      </w:r>
    </w:p>
    <w:p>
      <w:r>
        <w:rPr>
          <w:b/>
        </w:rPr>
        <w:t xml:space="preserve">[29:35] </w:t>
      </w:r>
      <w:r>
        <w:t>to yeh ek bohat zyada unusual baat thi ke jo sardar hai, woh khud jang mein shareek na ho, woh chhat chhat par baitha hua ho, apni biwi ke sath.</w:t>
      </w:r>
    </w:p>
    <w:p>
      <w:pPr>
        <w:jc w:val="right"/>
      </w:pPr>
      <w:r>
        <w:t>تو یہ ایک بہت زیادہ ان یوزل بات تھی کہ جو سردار ہے، وہ خود جنگ میں شریک نہ ہو، وہ چھت چھت پر بیٹھا ہوا ہو، اپنی بیوی کے ساتھ۔</w:t>
      </w:r>
    </w:p>
    <w:p>
      <w:r>
        <w:rPr>
          <w:b/>
        </w:rPr>
        <w:t xml:space="preserve">[29:48] </w:t>
      </w:r>
      <w:r>
        <w:t>yeh jang rowayat ke bilkul khilaf tha aur unacceptable tha, na qabil e qabool tha faujiyon ke liye ke woh khud to jante ho, woh sardar, woh chhat par baitha hua hai apni biwi ke sath.</w:t>
      </w:r>
    </w:p>
    <w:p>
      <w:pPr>
        <w:jc w:val="right"/>
      </w:pPr>
      <w:r>
        <w:t>یہ جنگی روایات کے بالکل خلاف تھا اور ان ایکسیپٹیبل تھا، ناقابل قبول تھا فوجیوں کے لیے کہ وہ خود تو جانتے ہو، وہ سردار جو ہے، وہ چھت پر بیٹھا ہوا ہے اپنی بیوی کے ساتھ۔</w:t>
      </w:r>
    </w:p>
    <w:p>
      <w:r>
        <w:rPr>
          <w:b/>
        </w:rPr>
        <w:t xml:space="preserve">[30:06] </w:t>
      </w:r>
      <w:r>
        <w:t>lekin woh log poori behan is se lade, poori taqat se lade, zara bhi kamzori nahi dikhai.</w:t>
      </w:r>
    </w:p>
    <w:p>
      <w:pPr>
        <w:jc w:val="right"/>
      </w:pPr>
      <w:r>
        <w:t>لیکن وہ لوگ پوری بہن اس سے لڑے، پوری طاقت سے لڑے، ذرا بھی کمزوری نہیں دکھائی۔</w:t>
      </w:r>
    </w:p>
    <w:p>
      <w:r>
        <w:rPr>
          <w:b/>
        </w:rPr>
        <w:t xml:space="preserve">[30:17] </w:t>
      </w:r>
      <w:r>
        <w:t>zara bhi kamzori nahi dikhai, koi shikayat nahi, koi koi kamzori nahi. aur is ki bohat lambi tareekh hai, maine apni kitabon mein is ko likha hai, aap parh sakte hain ke kaise kaise jeet hue.</w:t>
      </w:r>
    </w:p>
    <w:p>
      <w:pPr>
        <w:jc w:val="right"/>
      </w:pPr>
      <w:r>
        <w:t>ذرا بھی کمزوری نہیں دکھائی، کوئی شکایت نہیں، کوئی کوئی کمزوری نہیں۔ اور اس کی بہت لمبی تاریخ ہے، میں نے اپنی کتابوں میں اس کو لکھا ہے، آپ پڑھ سکتے ہیں کہ کیسے کیسے جیت ہوئی۔</w:t>
      </w:r>
    </w:p>
    <w:p>
      <w:r>
        <w:rPr>
          <w:b/>
        </w:rPr>
        <w:t xml:space="preserve">[30:31] </w:t>
      </w:r>
      <w:r>
        <w:t>to khair, jab jeet ho gayi to is zamane mein ashaar ka riwaj hua karta tha. log apne jazbat ka izhar ashaar ke zariye karte the.</w:t>
      </w:r>
    </w:p>
    <w:p>
      <w:pPr>
        <w:jc w:val="right"/>
      </w:pPr>
      <w:r>
        <w:t>تو خیر، جب جیت ہو گئی تو اس زمانے میں اشعار کا رواج ہوا کرتا تھا۔ لوگ اپنے جذبات کا اظہار اشعار کے ذریعے کرتے تھے۔</w:t>
      </w:r>
    </w:p>
    <w:p>
      <w:r>
        <w:rPr>
          <w:b/>
        </w:rPr>
        <w:t xml:space="preserve">[30:44] </w:t>
      </w:r>
      <w:r>
        <w:t>to ek muslim fauji ne kuch ashaar kahe,</w:t>
      </w:r>
    </w:p>
    <w:p>
      <w:pPr>
        <w:jc w:val="right"/>
      </w:pPr>
      <w:r>
        <w:t>تو ایک مسلم فوجی نے کچھ اشعار کہے،</w:t>
      </w:r>
    </w:p>
    <w:p>
      <w:r>
        <w:rPr>
          <w:b/>
        </w:rPr>
        <w:t xml:space="preserve">[30:51] </w:t>
      </w:r>
      <w:r>
        <w:t>is mein do line yeh thi:</w:t>
      </w:r>
    </w:p>
    <w:p>
      <w:pPr>
        <w:jc w:val="right"/>
      </w:pPr>
      <w:r>
        <w:t>اس میں دو لائن یہ تھی:</w:t>
      </w:r>
    </w:p>
    <w:p>
      <w:r>
        <w:rPr>
          <w:b/>
        </w:rPr>
        <w:t xml:space="preserve">[30:56] </w:t>
      </w:r>
      <w:r>
        <w:t>wa qatal to hatta anzala Allah nasrahu</w:t>
      </w:r>
    </w:p>
    <w:p>
      <w:pPr>
        <w:jc w:val="right"/>
      </w:pPr>
      <w:r>
        <w:t>وقاتل تو حتی انزل اللہ نصرہ</w:t>
      </w:r>
    </w:p>
    <w:p>
      <w:r>
        <w:rPr>
          <w:b/>
        </w:rPr>
        <w:t xml:space="preserve">[31:02] </w:t>
      </w:r>
      <w:r>
        <w:t>wa sa'ad bab al qadisiya mawsim</w:t>
      </w:r>
    </w:p>
    <w:p>
      <w:pPr>
        <w:jc w:val="right"/>
      </w:pPr>
      <w:r>
        <w:t>وسعد باب القاد قادسیۃ موسم</w:t>
      </w:r>
    </w:p>
    <w:p>
      <w:r>
        <w:rPr>
          <w:b/>
        </w:rPr>
        <w:t xml:space="preserve">[31:09] </w:t>
      </w:r>
      <w:r>
        <w:t>fa ubna waqt amad nisa'a kathira wa nusirat sa'ad li fi ayyom</w:t>
      </w:r>
    </w:p>
    <w:p>
      <w:pPr>
        <w:jc w:val="right"/>
      </w:pPr>
      <w:r>
        <w:t>فوبنا وقت امد نساء کثیرۃ ونصرت سعد لیفی ایوم</w:t>
      </w:r>
    </w:p>
    <w:p>
      <w:r>
        <w:rPr>
          <w:b/>
        </w:rPr>
        <w:t xml:space="preserve">[31:23] </w:t>
      </w:r>
      <w:r>
        <w:t>is mein aap team ki tasweer dekh sakte hain. team kya cheez hai? team work, team spirit kya cheez hai?</w:t>
      </w:r>
    </w:p>
    <w:p>
      <w:pPr>
        <w:jc w:val="right"/>
      </w:pPr>
      <w:r>
        <w:t>اس میں آپ ٹیم کی تصویر دیکھ سکتے ہیں۔ ٹیم کیا چیز ہے؟ ٹیم ورک، ٹیم اسپرٹ کیا چیز ہے؟</w:t>
      </w:r>
    </w:p>
    <w:p>
      <w:r>
        <w:rPr>
          <w:b/>
        </w:rPr>
        <w:t xml:space="preserve">[31:30] </w:t>
      </w:r>
      <w:r>
        <w:t>in do lineon ka tarjuma yeh hai ke woh kehta hai muslim fauji</w:t>
      </w:r>
    </w:p>
    <w:p>
      <w:pPr>
        <w:jc w:val="right"/>
      </w:pPr>
      <w:r>
        <w:t>ان دو لائنوں کا ترجمہ یہ ہے کہ وہ کہتا ہے مسلم فوجی</w:t>
      </w:r>
    </w:p>
    <w:p>
      <w:r>
        <w:rPr>
          <w:b/>
        </w:rPr>
        <w:t xml:space="preserve">[31:40] </w:t>
      </w:r>
      <w:r>
        <w:t>ke maine jang ki yahan tak ke Allah ne madad bhi bheji aur hum kamyab ho gaye.</w:t>
      </w:r>
    </w:p>
    <w:p>
      <w:pPr>
        <w:jc w:val="right"/>
      </w:pPr>
      <w:r>
        <w:t>کہ میں نے جنگ کی یہاں تک کہ اللہ نے مدد بھیجی اور ہم کامیاب ہو گئے۔</w:t>
      </w:r>
    </w:p>
    <w:p>
      <w:r>
        <w:rPr>
          <w:b/>
        </w:rPr>
        <w:t xml:space="preserve">[31:50] </w:t>
      </w:r>
      <w:r>
        <w:t>aur sa'ad ka yeh haal tha</w:t>
      </w:r>
    </w:p>
    <w:p>
      <w:pPr>
        <w:jc w:val="right"/>
      </w:pPr>
      <w:r>
        <w:t>اور سعد کا یہ حال تھا</w:t>
      </w:r>
    </w:p>
    <w:p>
      <w:r>
        <w:rPr>
          <w:b/>
        </w:rPr>
        <w:t xml:space="preserve">[31:57] </w:t>
      </w:r>
      <w:r>
        <w:t>ke woh qadisiya ke darwaze chipte rahe.</w:t>
      </w:r>
    </w:p>
    <w:p>
      <w:pPr>
        <w:jc w:val="right"/>
      </w:pPr>
      <w:r>
        <w:t>کہ وہ قادسیہ کے دروازے چپٹے رہے۔</w:t>
      </w:r>
    </w:p>
    <w:p>
      <w:r>
        <w:rPr>
          <w:b/>
        </w:rPr>
        <w:t xml:space="preserve">[32:01] </w:t>
      </w:r>
      <w:r>
        <w:t>yani amalan woh maidan jang kinare the, lekin is ne barha kar kaha ke woh goya ke door qadisiya ka shehar tha, us shehar mein baithe hue the, hum lar rahe hain yahan.</w:t>
      </w:r>
    </w:p>
    <w:p>
      <w:pPr>
        <w:jc w:val="right"/>
      </w:pPr>
      <w:r>
        <w:t>یعنی عملاً وہ میدان جنگ کنارے تھے، لیکن اس نے بڑھا کر کہا کہ وہ گویا کہ دور قادسیہ کا شہر تھا، اس شہر میں بیٹھے ہوئے تھے، ہم لڑ رہے ہیں یہاں۔</w:t>
      </w:r>
    </w:p>
    <w:p>
      <w:r>
        <w:rPr>
          <w:b/>
        </w:rPr>
        <w:t xml:space="preserve">[32:14] </w:t>
      </w:r>
      <w:r>
        <w:t>yani aur peechay theek kar diya un ko. is se andaza karte hain kitne zabardast qism ke andar andar shikayatein rahi hongi</w:t>
      </w:r>
    </w:p>
    <w:p>
      <w:pPr>
        <w:jc w:val="right"/>
      </w:pPr>
      <w:r>
        <w:t>یعنی اور پیچھے ٹھیک کر دیا ان کو۔ اس سے اندازہ کرتے ہیں کتنے زبردست قسم کے اندر اندر شکایتیں رہی ہوں گی</w:t>
      </w:r>
    </w:p>
    <w:p>
      <w:r>
        <w:rPr>
          <w:b/>
        </w:rPr>
        <w:t xml:space="preserve">[32:25] </w:t>
      </w:r>
      <w:r>
        <w:t>ke maine jang ki yahan tak ke Allah ne fateh di. aur sa'ad ka yeh haal tha ke woh qadisiya ke gate se chipke rahe, yani peechay khare rahe.</w:t>
      </w:r>
    </w:p>
    <w:p>
      <w:pPr>
        <w:jc w:val="right"/>
      </w:pPr>
      <w:r>
        <w:t>کہ میں نے جنگ کی یہاں تک کہ اللہ نے فتح دی۔ اور سعد کا یہ حال تھا کہ وہ قادسیہ کے گیٹ سے چپکے رہے، یعنی پیچھے کھڑے رہے۔</w:t>
      </w:r>
    </w:p>
    <w:p>
      <w:r>
        <w:rPr>
          <w:b/>
        </w:rPr>
        <w:t xml:space="preserve">[32:36] </w:t>
      </w:r>
      <w:r>
        <w:t>woh</w:t>
      </w:r>
    </w:p>
    <w:p>
      <w:pPr>
        <w:jc w:val="right"/>
      </w:pPr>
      <w:r>
        <w:t>وہ</w:t>
      </w:r>
    </w:p>
    <w:p>
      <w:r>
        <w:rPr>
          <w:b/>
        </w:rPr>
        <w:t xml:space="preserve">[32:39] </w:t>
      </w:r>
      <w:r>
        <w:t>doosri line yeh hai ke hum maidan jang se lote</w:t>
      </w:r>
    </w:p>
    <w:p>
      <w:pPr>
        <w:jc w:val="right"/>
      </w:pPr>
      <w:r>
        <w:t>دوسری لائن یہ ہے کہ ہم میدان جنگ سے لوٹے</w:t>
      </w:r>
    </w:p>
    <w:p>
      <w:r>
        <w:rPr>
          <w:b/>
        </w:rPr>
        <w:t xml:space="preserve">[32:48] </w:t>
      </w:r>
      <w:r>
        <w:t>aur hum mein se kitnon ki auratein bi woh ho chuki theen.</w:t>
      </w:r>
    </w:p>
    <w:p>
      <w:pPr>
        <w:jc w:val="right"/>
      </w:pPr>
      <w:r>
        <w:t>اور ہم میں سے کتنوں کی عورتیں بیوہ ہو چکی تھیں۔</w:t>
      </w:r>
    </w:p>
    <w:p>
      <w:r>
        <w:rPr>
          <w:b/>
        </w:rPr>
        <w:t xml:space="preserve">[32:56] </w:t>
      </w:r>
      <w:r>
        <w:t>un ko shohar mare gaye the aur bi woh ho chuki theen. woh hum lote aur hum mein se kitnon ki biwiyan bi woh ho chuki theen aur sa'ad ki koi aurat bi woh nahi hui.</w:t>
      </w:r>
    </w:p>
    <w:p>
      <w:pPr>
        <w:jc w:val="right"/>
      </w:pPr>
      <w:r>
        <w:t>ان کو شوہر مارے گئے تھے اور بیوہ ہو چکی تھیں۔ وہ ہم لوٹے اور ہم میں سے کتنوں کی بیویاں بیوہ ہو چکی تھیں اور سعد کی کوئی عورت بیوہ نہیں ہوئی۔</w:t>
      </w:r>
    </w:p>
    <w:p>
      <w:r>
        <w:rPr>
          <w:b/>
        </w:rPr>
        <w:t xml:space="preserve">[33:17] </w:t>
      </w:r>
      <w:r>
        <w:t>is se andaza kar sakte hain kitni shadeed shikayat rahi hogi, phir bhi koi kamzori nahi dikhai unhon ne.</w:t>
      </w:r>
    </w:p>
    <w:p>
      <w:pPr>
        <w:jc w:val="right"/>
      </w:pPr>
      <w:r>
        <w:t>اس سے اندازہ کر سکتے ہیں کتنی شدید شکایت رہی ہوگی، پھر بھی کوئی کمزوری نہیں دکھائی انہوں نے۔</w:t>
      </w:r>
    </w:p>
    <w:p>
      <w:r>
        <w:rPr>
          <w:b/>
        </w:rPr>
        <w:t xml:space="preserve">[33:27] </w:t>
      </w:r>
      <w:r>
        <w:t>maine likha hai, aap parh lijiye kitab mein ke woh hazrat sa'ad jo sharik jang nahi the, to is ka ek ek bohat hi genuine reason thi is ki.</w:t>
      </w:r>
    </w:p>
    <w:p>
      <w:pPr>
        <w:jc w:val="right"/>
      </w:pPr>
      <w:r>
        <w:t>میں نے لکھا ہے، آپ پڑھ لیجئے کتاب میں کہ وہ حضرت سعد جو شریک جنگ نہیں تھے، تو اس کا ایک ایک بہت ہی جینون ریزن تھی اس کی۔</w:t>
      </w:r>
    </w:p>
    <w:p>
      <w:r>
        <w:rPr>
          <w:b/>
        </w:rPr>
        <w:t xml:space="preserve">[33:38] </w:t>
      </w:r>
      <w:r>
        <w:t>lekin jang mein bataya nahi jata. agar is genuine reason ko bata diya jata to jang hi na hoti.</w:t>
      </w:r>
    </w:p>
    <w:p>
      <w:pPr>
        <w:jc w:val="right"/>
      </w:pPr>
      <w:r>
        <w:t>لیکن جنگ میں بتایا نہیں جاتا۔ اگر اس جینون ریزن کو بتا دیا جاتا تو جنگ ہی نہ ہوتی۔</w:t>
      </w:r>
    </w:p>
    <w:p>
      <w:r>
        <w:rPr>
          <w:b/>
        </w:rPr>
        <w:t xml:space="preserve">[33:53] </w:t>
      </w:r>
      <w:r>
        <w:t>jang ke mauqe par secrecy bohat zaroori hoti hai. secrecy ke sardar falan problem se dochar hai, yeh nahi bata sakte aap.</w:t>
      </w:r>
    </w:p>
    <w:p>
      <w:pPr>
        <w:jc w:val="right"/>
      </w:pPr>
      <w:r>
        <w:t>جنگ کے موقع پر سیکریسی بہت ضروری ہوتی ہے۔ سیکریسی کہ سردار فلاں پرابلم سے دوچار ہے، یہ نہیں بتا سکتے آپ۔</w:t>
      </w:r>
    </w:p>
    <w:p>
      <w:r>
        <w:rPr>
          <w:b/>
        </w:rPr>
        <w:t xml:space="preserve">[34:06] </w:t>
      </w:r>
      <w:r>
        <w:t>to ghor kijiye ke yani sardar ek bohat bari problem se dochar hai ke woh jang mein amalan shirkat karna hai, is se maazoor hai, lekin is ko bataya nahi jata.</w:t>
      </w:r>
    </w:p>
    <w:p>
      <w:pPr>
        <w:jc w:val="right"/>
      </w:pPr>
      <w:r>
        <w:t>تو غور کیجئے کہ یعنی سردار ایک بہت بڑی پرابلم سے دوچار ہے کہ وہ جنگ میں عملاً شرکت کرنا ہے، اس سے معذور ہے، لیکن اس کو بتایا نہیں جاتا۔</w:t>
      </w:r>
    </w:p>
    <w:p>
      <w:r>
        <w:rPr>
          <w:b/>
        </w:rPr>
        <w:t xml:space="preserve">[34:20] </w:t>
      </w:r>
      <w:r>
        <w:t>bataya jata to poori fauj mein ek ek mayusi chha jayegi. to iski wajah jaane baghair ji jaan se woh is mein hissa liya.</w:t>
      </w:r>
    </w:p>
    <w:p>
      <w:pPr>
        <w:jc w:val="right"/>
      </w:pPr>
      <w:r>
        <w:t>بتایا جاتا تو پوری فوج میں ایک ایک مایوسی چھا جائے گی۔ تو اس کی وجہ جانے بغیر جی جان سے وہ اس میں حصہ لیا۔</w:t>
      </w:r>
    </w:p>
    <w:p>
      <w:r>
        <w:rPr>
          <w:b/>
        </w:rPr>
        <w:t xml:space="preserve">[34:30] </w:t>
      </w:r>
      <w:r>
        <w:t>unhon ne yeh hai team spirit,</w:t>
      </w:r>
    </w:p>
    <w:p>
      <w:pPr>
        <w:jc w:val="right"/>
      </w:pPr>
      <w:r>
        <w:t>انہوں نے یہ ہے ٹیم اسپرٹ،</w:t>
      </w:r>
    </w:p>
    <w:p>
      <w:r>
        <w:rPr>
          <w:b/>
        </w:rPr>
        <w:t xml:space="preserve">[34:38] </w:t>
      </w:r>
      <w:r>
        <w:t>is ka naam hai team spirit.</w:t>
      </w:r>
    </w:p>
    <w:p>
      <w:pPr>
        <w:jc w:val="right"/>
      </w:pPr>
      <w:r>
        <w:t>اس کا نام ہے ٹیم اسپرٹ۔</w:t>
      </w:r>
    </w:p>
    <w:p>
      <w:r>
        <w:rPr>
          <w:b/>
        </w:rPr>
        <w:t xml:space="preserve">[34:43] </w:t>
      </w:r>
      <w:r>
        <w:t>to yaad rakhiye, rasool Allah ki sunnaten sirf yahi nahin hain ke daadhi aur khitab aur surma aur is tarah ki cheezen jo dhoom se bayan ki jati hain.</w:t>
      </w:r>
    </w:p>
    <w:p>
      <w:pPr>
        <w:jc w:val="right"/>
      </w:pPr>
      <w:r>
        <w:t>تو یاد رکھیے، رسول اللہ کی سنتیں صرف یہی نہیں ہیں کہ داڑھی اور خضاب اور سرمہ اور اس طرح کی چیزیں جو دھوم سے بیان کی جاتی ہیں۔</w:t>
      </w:r>
    </w:p>
    <w:p>
      <w:r>
        <w:rPr>
          <w:b/>
        </w:rPr>
        <w:t xml:space="preserve">[35:00] </w:t>
      </w:r>
      <w:r>
        <w:t>zyada badi sunnaten yeh sab hain.</w:t>
      </w:r>
    </w:p>
    <w:p>
      <w:pPr>
        <w:jc w:val="right"/>
      </w:pPr>
      <w:r>
        <w:t>زیادہ بڑی سنتیں یہ سب ہیں۔</w:t>
      </w:r>
    </w:p>
    <w:p>
      <w:r>
        <w:rPr>
          <w:b/>
        </w:rPr>
        <w:t xml:space="preserve">[35:07] </w:t>
      </w:r>
      <w:r>
        <w:t>to yeh jo dawati mission jo hamara hai, is mission mein bhi team spirit darkaar hai. team spirit jo log is se jure hue hain, un ke andar team spirit hogi, tabhi koi bada kaam ho sakega.</w:t>
      </w:r>
    </w:p>
    <w:p>
      <w:pPr>
        <w:jc w:val="right"/>
      </w:pPr>
      <w:r>
        <w:t>تو یہ جو دعوتی مشن جو ہمارا ہے، اس مشن میں بھی ٹیم اسپرٹ درکار ہے۔ ٹیم اسپرٹ جو لوگ اس سے جڑے ہوئے ہیں، ان کے اندر ٹیم اسپرٹ ہوگی، تبھی کوئی بڑا کام ہو سکے گا۔</w:t>
      </w:r>
    </w:p>
    <w:p>
      <w:r>
        <w:rPr>
          <w:b/>
        </w:rPr>
        <w:t xml:space="preserve">[35:27] </w:t>
      </w:r>
      <w:r>
        <w:t>bada kaam. aur is ko main apne lafzon mein yeh kahunga ke if you have a good excuse, don't use it</w:t>
      </w:r>
    </w:p>
    <w:p>
      <w:pPr>
        <w:jc w:val="right"/>
      </w:pPr>
      <w:r>
        <w:t>بڑا کام۔ اور اس کو میں اپنے لفظوں میں یہ کہوں گا کہ if you have a good excuse, don't use it</w:t>
      </w:r>
    </w:p>
    <w:p>
      <w:r>
        <w:rPr>
          <w:b/>
        </w:rPr>
        <w:t xml:space="preserve">[35:37] </w:t>
      </w:r>
      <w:r>
        <w:t>yeh hai team spirit ki jaan.</w:t>
      </w:r>
    </w:p>
    <w:p>
      <w:pPr>
        <w:jc w:val="right"/>
      </w:pPr>
      <w:r>
        <w:t>یہ ہے ٹیم اسپرٹ کی جان۔</w:t>
      </w:r>
    </w:p>
    <w:p>
      <w:r>
        <w:rPr>
          <w:b/>
        </w:rPr>
        <w:t xml:space="preserve">[35:44] </w:t>
      </w:r>
      <w:r>
        <w:t>to jin logon ko Allah ke haan bada inaam lena hai, to is ke liye kuch qurbani deni padegi.</w:t>
      </w:r>
    </w:p>
    <w:p>
      <w:pPr>
        <w:jc w:val="right"/>
      </w:pPr>
      <w:r>
        <w:t>تو جن لوگوں کو اللہ کے ہاں بڑا انعام لینا ہے، تو اس کے لیے کچھ قربانی دینی پڑے گی۔</w:t>
      </w:r>
    </w:p>
    <w:p>
      <w:r>
        <w:rPr>
          <w:b/>
        </w:rPr>
        <w:t xml:space="preserve">[35:56] </w:t>
      </w:r>
      <w:r>
        <w:t>kuch sacrifice karni padegi. sacrifice ka matlab nahin ke gardan katwana. main gardan katwane ko koi badi baat nahin samajhta.</w:t>
      </w:r>
    </w:p>
    <w:p>
      <w:pPr>
        <w:jc w:val="right"/>
      </w:pPr>
      <w:r>
        <w:t>کچھ سیکریفائس کرنی پڑے گی۔ سیکریفائس کا مطلب نہیں کہ گردن کٹوانا۔ میں گردن کٹوانے کو کوئی بڑی بات نہیں سمجھتا۔</w:t>
      </w:r>
    </w:p>
    <w:p>
      <w:r>
        <w:rPr>
          <w:b/>
        </w:rPr>
        <w:t xml:space="preserve">[36:07] </w:t>
      </w:r>
      <w:r>
        <w:t>nahin, apni rai ki qurbani, apni rai ki qurbani, nafsiyaati qurbani,</w:t>
      </w:r>
    </w:p>
    <w:p>
      <w:pPr>
        <w:jc w:val="right"/>
      </w:pPr>
      <w:r>
        <w:t>نہیں، اپنی رائے کی قربانی، اپنی رائے کی قربانی، نفسیاتی قربانی،</w:t>
      </w:r>
    </w:p>
    <w:p>
      <w:r>
        <w:rPr>
          <w:b/>
        </w:rPr>
        <w:t xml:space="preserve">[36:20] </w:t>
      </w:r>
      <w:r>
        <w:t>yeh sab zyada badi cheezen hain.</w:t>
      </w:r>
    </w:p>
    <w:p>
      <w:pPr>
        <w:jc w:val="right"/>
      </w:pPr>
      <w:r>
        <w:t>یہ سب زیادہ بڑی چیزیں ہیں۔</w:t>
      </w:r>
    </w:p>
    <w:p>
      <w:r>
        <w:rPr>
          <w:b/>
        </w:rPr>
        <w:t xml:space="preserve">[36:27] </w:t>
      </w:r>
      <w:r>
        <w:t>yani shikayaten paida hon, phir bhi yeh shikayaton ko aap khatam kar dein.</w:t>
      </w:r>
    </w:p>
    <w:p>
      <w:pPr>
        <w:jc w:val="right"/>
      </w:pPr>
      <w:r>
        <w:t>یعنی شکایتیں پیدا ہوں، پھر بھی یہ شکایتوں کو آپ کل کر دیں۔</w:t>
      </w:r>
    </w:p>
    <w:p>
      <w:r>
        <w:rPr>
          <w:b/>
        </w:rPr>
        <w:t xml:space="preserve">[36:36] </w:t>
      </w:r>
      <w:r>
        <w:t>nafrat paida ho, lekin nafrat ko aap andar andar zabah kar dein.</w:t>
      </w:r>
    </w:p>
    <w:p>
      <w:pPr>
        <w:jc w:val="right"/>
      </w:pPr>
      <w:r>
        <w:t>نفرت پیدا ہو، لیکن نفرت کو آپ اندر اندر ذبح کر دیں۔</w:t>
      </w:r>
    </w:p>
    <w:p>
      <w:r>
        <w:rPr>
          <w:b/>
        </w:rPr>
        <w:t xml:space="preserve">[36:45] </w:t>
      </w:r>
      <w:r>
        <w:t>ikhtilaf paida ho, lekin ikhtilaf ko andar andar kuchal dalen. aap</w:t>
      </w:r>
    </w:p>
    <w:p>
      <w:pPr>
        <w:jc w:val="right"/>
      </w:pPr>
      <w:r>
        <w:t>اختلاف پیدا ہو، لیکن اختلاف کو اندر اندر کچل ڈالیں۔ آپ</w:t>
      </w:r>
    </w:p>
    <w:p>
      <w:r>
        <w:rPr>
          <w:b/>
        </w:rPr>
        <w:t xml:space="preserve">[36:54] </w:t>
      </w:r>
      <w:r>
        <w:t>dekhen, ek hai ikhtilaf ko le kar discussion, woh alag cheez hai, lekin ikhtilaf ko le kar ke, ikhtilaf ko le kar ke problem create karna, woh doosri cheez hai.</w:t>
      </w:r>
    </w:p>
    <w:p>
      <w:pPr>
        <w:jc w:val="right"/>
      </w:pPr>
      <w:r>
        <w:t>دیکھیں، ایک ہے اختلاف کو لے کر ڈسکشن، وہ الگ چیز ہے، لیکن اختلاف کو لے کر کے، اختلاف کو لے کر کے پرابلم کریٹ کرنا، وہ دوسری چیز ہے۔</w:t>
      </w:r>
    </w:p>
    <w:p>
      <w:r>
        <w:rPr>
          <w:b/>
        </w:rPr>
        <w:t xml:space="preserve">[37:09] </w:t>
      </w:r>
      <w:r>
        <w:t>donon farq hain.</w:t>
      </w:r>
    </w:p>
    <w:p>
      <w:pPr>
        <w:jc w:val="right"/>
      </w:pPr>
      <w:r>
        <w:t>دونوں فرق ہیں۔</w:t>
      </w:r>
    </w:p>
    <w:p>
      <w:r>
        <w:rPr>
          <w:b/>
        </w:rPr>
        <w:t xml:space="preserve">[37:12] </w:t>
      </w:r>
      <w:r>
        <w:t>ikhtilaf ko le kar ke peaceful discussion bahut achhi cheez hai, lekin ikhtilaf ko le kar rakhna, daalna,</w:t>
      </w:r>
    </w:p>
    <w:p>
      <w:pPr>
        <w:jc w:val="right"/>
      </w:pPr>
      <w:r>
        <w:t>اختلاف کو لے کر کے پیس فل ڈسکشن بہت اچھی چیز ہے، لیکن اختلاف کو لے کر رکھنا، ڈالنا،</w:t>
      </w:r>
    </w:p>
    <w:p>
      <w:r>
        <w:rPr>
          <w:b/>
        </w:rPr>
        <w:t xml:space="preserve">[37:27] </w:t>
      </w:r>
      <w:r>
        <w:t>jamaat mein nizam ko tabah karna, ittehad ko todna, yeh doosri cheez hai.</w:t>
      </w:r>
    </w:p>
    <w:p>
      <w:pPr>
        <w:jc w:val="right"/>
      </w:pPr>
      <w:r>
        <w:t>جماعت میں نظم کو تباہ کرنا، اتحاد کو توڑنا، یہ دوسری چیز ہے۔</w:t>
      </w:r>
    </w:p>
    <w:p>
      <w:r>
        <w:rPr>
          <w:b/>
        </w:rPr>
        <w:t xml:space="preserve">[37:38] </w:t>
      </w:r>
      <w:r>
        <w:t>ek aur, main is silsile mein ek baat jo sahaba ke haan milti hai, yani rasool Allah ke tarbiyat yafata afraad, woh yeh hai: yeh bhi team spirit ka ek bahut bada hissa hai.</w:t>
      </w:r>
    </w:p>
    <w:p>
      <w:pPr>
        <w:jc w:val="right"/>
      </w:pPr>
      <w:r>
        <w:t>ایک اور، میں اس سلسلے میں ایک بات جو صحابہ کے ہاں ملتی ہے، یعنی رسول اللہ کے تربیت یافتہ افراد، وہ یہ ہے: یہ بھی ٹیم اسپرٹ کا ایک بہت بڑا حصہ ہے۔</w:t>
      </w:r>
    </w:p>
    <w:p>
      <w:r>
        <w:rPr>
          <w:b/>
        </w:rPr>
        <w:t xml:space="preserve">[37:54] </w:t>
      </w:r>
      <w:r>
        <w:t>yeh hai rasool Allah sallallahu alaihi wasallam ka tareeqa yeh tha ke aap is aayat pe amal karte the ke amruhum shura baynahum.</w:t>
      </w:r>
    </w:p>
    <w:p>
      <w:pPr>
        <w:jc w:val="right"/>
      </w:pPr>
      <w:r>
        <w:t>یہ ہے رسول اللہ صلی اللہ علیہ وسلم کا طریقہ یہ تھا کہ آپ اس آیت پہ عمل کرتے تھے کہ امرہم شوریٰ بینہم ۔</w:t>
      </w:r>
    </w:p>
    <w:p>
      <w:r>
        <w:rPr>
          <w:b/>
        </w:rPr>
        <w:t xml:space="preserve">[38:07] </w:t>
      </w:r>
      <w:r>
        <w:t>koi maamla pesh aata to aap jama karte logon ko, aap kehte ke ashiru alayya ayyuha an-nas.</w:t>
      </w:r>
    </w:p>
    <w:p>
      <w:pPr>
        <w:jc w:val="right"/>
      </w:pPr>
      <w:r>
        <w:t>کوئی معاملہ پیش آتا تو آپ جمع کرتے لوگوں کو، آپ کہتے کہ اشيروا علی ایہا الناس ۔</w:t>
      </w:r>
    </w:p>
    <w:p>
      <w:r>
        <w:rPr>
          <w:b/>
        </w:rPr>
        <w:t xml:space="preserve">[38:18] </w:t>
      </w:r>
      <w:r>
        <w:t>ae logon! mujhe mashwara do.</w:t>
      </w:r>
    </w:p>
    <w:p>
      <w:pPr>
        <w:jc w:val="right"/>
      </w:pPr>
      <w:r>
        <w:t>اے لوگوں! مجھے مشورہ دو۔</w:t>
      </w:r>
    </w:p>
    <w:p>
      <w:r>
        <w:rPr>
          <w:b/>
        </w:rPr>
        <w:t xml:space="preserve">[38:24] </w:t>
      </w:r>
      <w:r>
        <w:t>ae logon! mujhe mashwara do.</w:t>
      </w:r>
    </w:p>
    <w:p>
      <w:pPr>
        <w:jc w:val="right"/>
      </w:pPr>
      <w:r>
        <w:t>اے لوگوں! مجھے مشورہ دو۔</w:t>
      </w:r>
    </w:p>
    <w:p>
      <w:r>
        <w:rPr>
          <w:b/>
        </w:rPr>
        <w:t xml:space="preserve">[38:29] </w:t>
      </w:r>
      <w:r>
        <w:t>to jante hain kya hota tha?</w:t>
      </w:r>
    </w:p>
    <w:p>
      <w:pPr>
        <w:jc w:val="right"/>
      </w:pPr>
      <w:r>
        <w:t>تو جانتے ہیں کیا ہوتا تھا؟</w:t>
      </w:r>
    </w:p>
    <w:p>
      <w:r>
        <w:rPr>
          <w:b/>
        </w:rPr>
        <w:t xml:space="preserve">[38:33] </w:t>
      </w:r>
      <w:r>
        <w:t>aaj agar kaha jaye ke ek ek</w:t>
      </w:r>
    </w:p>
    <w:p>
      <w:pPr>
        <w:jc w:val="right"/>
      </w:pPr>
      <w:r>
        <w:t>آج اگر کہا جائے کہ ایک ایک</w:t>
      </w:r>
    </w:p>
    <w:p>
      <w:r>
        <w:rPr>
          <w:b/>
        </w:rPr>
        <w:t xml:space="preserve">[38:42] </w:t>
      </w:r>
      <w:r>
        <w:t>gathering hai, log baithe hue hain, kaha jaye bhai mashwara dijiye falan masle par, to jante hain kya hoga? har aadmi is tarah bolay ga ke subah naya kon kya keh raha hai?</w:t>
      </w:r>
    </w:p>
    <w:p>
      <w:pPr>
        <w:jc w:val="right"/>
      </w:pPr>
      <w:r>
        <w:t>گیدرنگ ہے، لوگ بیٹھے ہوئے ہیں، کہا جائے بھئی مشورہ دیجئے فلاں مسئلے پر، تو جانتے ہیں کیا ہوگا؟ ہر آدمی اس طرح بولے گا کہ صبح نیا کون کیا کہہ رہا ہے؟</w:t>
      </w:r>
    </w:p>
    <w:p>
      <w:r>
        <w:rPr>
          <w:b/>
        </w:rPr>
        <w:t xml:space="preserve">[38:54] </w:t>
      </w:r>
      <w:r>
        <w:t>main ne bar bar yeh dekha hai, har aadmi bolta hai, kuch samajh nahi aata kya keh raha hai.</w:t>
      </w:r>
    </w:p>
    <w:p>
      <w:pPr>
        <w:jc w:val="right"/>
      </w:pPr>
      <w:r>
        <w:t>میں نے بار بار یہ دیکھا ہے، ہر آدمی بولتا ہے، کچھ سمجھ نہیں آتا کیا کہہ رہا ہے۔</w:t>
      </w:r>
    </w:p>
    <w:p>
      <w:r>
        <w:rPr>
          <w:b/>
        </w:rPr>
        <w:t xml:space="preserve">[39:00] </w:t>
      </w:r>
      <w:r>
        <w:t>jab kai aadmi bolen to kisi ki baat samajh mein nahi aati.</w:t>
      </w:r>
    </w:p>
    <w:p>
      <w:pPr>
        <w:jc w:val="right"/>
      </w:pPr>
      <w:r>
        <w:t>جب کئی آدمی بولیں تو کسی کی بات سمجھ میں نہیں آتی۔</w:t>
      </w:r>
    </w:p>
    <w:p>
      <w:r>
        <w:rPr>
          <w:b/>
        </w:rPr>
        <w:t xml:space="preserve">[39:08] </w:t>
      </w:r>
      <w:r>
        <w:t>wahan kya hota tha?</w:t>
      </w:r>
    </w:p>
    <w:p>
      <w:pPr>
        <w:jc w:val="right"/>
      </w:pPr>
      <w:r>
        <w:t>وہاں کیا ہوتا تھا؟</w:t>
      </w:r>
    </w:p>
    <w:p>
      <w:r>
        <w:rPr>
          <w:b/>
        </w:rPr>
        <w:t xml:space="preserve">[39:12] </w:t>
      </w:r>
      <w:r>
        <w:t>rasool Allah ne farmaya ke aey logon! mujhe mashwara do. aur wahan sanata chhaya hua hai, sab khamosh hain. kyun khamosh hain?</w:t>
      </w:r>
    </w:p>
    <w:p>
      <w:pPr>
        <w:jc w:val="right"/>
      </w:pPr>
      <w:r>
        <w:t>رسول اللہ نے فرمایا کہ اے لوگوں! مجھے مشورہ دو۔ اور وہاں سناٹا چھایا ہوا ہے، سب خاموش ہیں۔ کیوں خاموش ہیں؟</w:t>
      </w:r>
    </w:p>
    <w:p>
      <w:r>
        <w:rPr>
          <w:b/>
        </w:rPr>
        <w:t xml:space="preserve">[39:24] </w:t>
      </w:r>
      <w:r>
        <w:t>har ek ne yeh daryaft kar rakh</w:t>
      </w:r>
    </w:p>
    <w:p>
      <w:pPr>
        <w:jc w:val="right"/>
      </w:pPr>
      <w:r>
        <w:t>ہر ایک نے یہ دریافت کر رکھ</w:t>
      </w:r>
    </w:p>
    <w:p>
      <w:r>
        <w:rPr>
          <w:b/>
        </w:rPr>
        <w:t xml:space="preserve">[39:26] </w:t>
      </w:r>
      <w:r>
        <w:t>a tha, hum sab mein sab se pehle bolne ka jo ahel hai, woh abubakar hai.</w:t>
      </w:r>
    </w:p>
    <w:p>
      <w:pPr>
        <w:jc w:val="right"/>
      </w:pPr>
      <w:r>
        <w:t>ا تھا، ہم سب میں سب سے پہلے بولنے کا جو اہل ہے، وہ ابوبکر ہے۔</w:t>
      </w:r>
    </w:p>
    <w:p>
      <w:r>
        <w:rPr>
          <w:b/>
        </w:rPr>
        <w:t xml:space="preserve">[39:36] </w:t>
      </w:r>
      <w:r>
        <w:t>to team work ke liye yeh bhi zaroori hai ke aap apne ko jano aur doosron ko bhi jano.</w:t>
      </w:r>
    </w:p>
    <w:p>
      <w:pPr>
        <w:jc w:val="right"/>
      </w:pPr>
      <w:r>
        <w:t>تو ٹیم ورک کے لیے یہ بھی ضروری ہے کہ آپ اپنے کو جانیں اور دوسروں کو بھی جانیں۔</w:t>
      </w:r>
    </w:p>
    <w:p>
      <w:r>
        <w:rPr>
          <w:b/>
        </w:rPr>
        <w:t xml:space="preserve">[39:45] </w:t>
      </w:r>
      <w:r>
        <w:t>team work ke liye bohat hi zaroori hai ke aap apne ko bhi jano, doosron ko bhi jano. to woh jante the ke hum kahan hain aur abubakar kahan hain.</w:t>
      </w:r>
    </w:p>
    <w:p>
      <w:pPr>
        <w:jc w:val="right"/>
      </w:pPr>
      <w:r>
        <w:t>ٹیم ورک کے لیے بہت ہی ضروری ہے کہ آپ اپنے کو بھی جانیں، دوسروں کو بھی جانیں۔ تو وہ جانتے تھے کہ ہم کہاں ہیں اور ابوبکر کہاں ہیں۔</w:t>
      </w:r>
    </w:p>
    <w:p>
      <w:r>
        <w:rPr>
          <w:b/>
        </w:rPr>
        <w:t xml:space="preserve">[39:55] </w:t>
      </w:r>
      <w:r>
        <w:t>to har ek is waqt tak intezar karta tha jab tak ke abubakar khare hote the.</w:t>
      </w:r>
    </w:p>
    <w:p>
      <w:pPr>
        <w:jc w:val="right"/>
      </w:pPr>
      <w:r>
        <w:t>تو ہر ایک اس وقت تک انتظار کرتا تھا جب تک کہ ابوبکر کھڑے ہوتے تھے۔</w:t>
      </w:r>
    </w:p>
    <w:p>
      <w:r>
        <w:rPr>
          <w:b/>
        </w:rPr>
        <w:t xml:space="preserve">[40:03] </w:t>
      </w:r>
      <w:r>
        <w:t>kisi ajeeb cheez hai yeh! is rasool par main ne amal karne wale kahin dekhe nahi musalmanon mein ke jab mashware ka waqt aaye to sab log chup rahe hain.</w:t>
      </w:r>
    </w:p>
    <w:p>
      <w:pPr>
        <w:jc w:val="right"/>
      </w:pPr>
      <w:r>
        <w:t>کیسی عجیب چیز ہے یہ! اس رسول پر میں نے عمل کرنے والے کہیں دیکھے نہیں مسلمانوں میں کہ جب مشورے کا وقت آئے تو سب لوگ چپ رہے ہیں۔</w:t>
      </w:r>
    </w:p>
    <w:p>
      <w:r>
        <w:rPr>
          <w:b/>
        </w:rPr>
        <w:t xml:space="preserve">[40:22] </w:t>
      </w:r>
      <w:r>
        <w:t>kisi ka qaul hai ke jab</w:t>
      </w:r>
    </w:p>
    <w:p>
      <w:pPr>
        <w:jc w:val="right"/>
      </w:pPr>
      <w:r>
        <w:t>کسی کا قول ہے کہ جب</w:t>
      </w:r>
    </w:p>
    <w:p>
      <w:r>
        <w:rPr>
          <w:b/>
        </w:rPr>
        <w:t xml:space="preserve">[40:27] </w:t>
      </w:r>
      <w:r>
        <w:t>999 nadan chup rehte hain, tab ek aqalmand aadmi ko bolne ka mauqa milta hai.</w:t>
      </w:r>
    </w:p>
    <w:p>
      <w:pPr>
        <w:jc w:val="right"/>
      </w:pPr>
      <w:r>
        <w:t>999 نادان چپ رہتے ہیں، تب ایک عقلمند آدمی کو بولنے کا موقع ملتا ہے۔</w:t>
      </w:r>
    </w:p>
    <w:p>
      <w:r>
        <w:rPr>
          <w:b/>
        </w:rPr>
        <w:t xml:space="preserve">[40:40] </w:t>
      </w:r>
      <w:r>
        <w:t>jab 999 aadmi chup rahe hain, tab ek aqalmand aadmi ko milta hai ke woh bolay.</w:t>
      </w:r>
    </w:p>
    <w:p>
      <w:pPr>
        <w:jc w:val="right"/>
      </w:pPr>
      <w:r>
        <w:t>جب 999 آدمی چپ رہے ہیں، تب ایک عقلمند آدمی کو ملتا ہے کہ وہ بولے۔</w:t>
      </w:r>
    </w:p>
    <w:p>
      <w:r>
        <w:rPr>
          <w:b/>
        </w:rPr>
        <w:t xml:space="preserve">[40:50] </w:t>
      </w:r>
      <w:r>
        <w:t>to rasool Allah ne farmaya ke aey logon! mujhe mashwara do. aur sab log chup hain kyunke woh intezar kar rahe hain ke khare hon to abubakar khare hon, hum kyun pehle khare hon?</w:t>
      </w:r>
    </w:p>
    <w:p>
      <w:pPr>
        <w:jc w:val="right"/>
      </w:pPr>
      <w:r>
        <w:t>تو رسول اللہ نے فرمایا کہ اے لوگوں! مجھے مشورہ دو۔ اور سب لوگ چپ ہیں کیونکہ وہ انتظار کر رہے ہیں کہ کھڑے ہوں تو ابوبکر کھڑے ہوں، ہم کیوں پہلے کھڑے ہوں؟</w:t>
      </w:r>
    </w:p>
    <w:p>
      <w:r>
        <w:rPr>
          <w:b/>
        </w:rPr>
        <w:t xml:space="preserve">[41:07] </w:t>
      </w:r>
      <w:r>
        <w:t>chunanche hazrat abubakar khare hote the,</w:t>
      </w:r>
    </w:p>
    <w:p>
      <w:pPr>
        <w:jc w:val="right"/>
      </w:pPr>
      <w:r>
        <w:t>چنانچہ حضرت ابوبکر کھڑے ہوتے تھے،</w:t>
      </w:r>
    </w:p>
    <w:p>
      <w:r>
        <w:rPr>
          <w:b/>
        </w:rPr>
        <w:t xml:space="preserve">[41:12] </w:t>
      </w:r>
      <w:r>
        <w:t>woh apni rai dete the, phir guftagu hoti thi</w:t>
      </w:r>
    </w:p>
    <w:p>
      <w:pPr>
        <w:jc w:val="right"/>
      </w:pPr>
      <w:r>
        <w:t>وہ اپنی رائے دیتے تھے، پھر گفتگو ہوتی تھی</w:t>
      </w:r>
    </w:p>
    <w:p>
      <w:r>
        <w:rPr>
          <w:b/>
        </w:rPr>
        <w:t xml:space="preserve">[41:18] </w:t>
      </w:r>
      <w:r>
        <w:t>aur bohat thori der mein faisla ho jata tha, lambi baat nahi. yeh tha amal rasool Allah ke zamane mein.</w:t>
      </w:r>
    </w:p>
    <w:p>
      <w:pPr>
        <w:jc w:val="right"/>
      </w:pPr>
      <w:r>
        <w:t>اور بہت تھوڑی دیر میں فیصلہ ہو جاتا تھا، لمبی بات نہیں۔ یہ تھا عمل رسول اللہ کے زمانے میں۔</w:t>
      </w:r>
    </w:p>
    <w:p>
      <w:r>
        <w:rPr>
          <w:b/>
        </w:rPr>
        <w:t xml:space="preserve">[41:30] </w:t>
      </w:r>
      <w:r>
        <w:t>phir jab rasool Allah ki wafat hui aur hazrat abubakar khaleefa hue to hazrat abubakar ne is rasool Allah ke is namune ko baqi rakha.</w:t>
      </w:r>
    </w:p>
    <w:p>
      <w:pPr>
        <w:jc w:val="right"/>
      </w:pPr>
      <w:r>
        <w:t>پھر جب رسول اللہ کی وفات ہوئی اور حضرت ابوبکر خلیفہ ہوئے تو حضرت ابوبکر نے اس رسول اللہ کے اس نمونے کو باقی رکھا۔</w:t>
      </w:r>
    </w:p>
    <w:p>
      <w:r>
        <w:rPr>
          <w:b/>
        </w:rPr>
        <w:t xml:space="preserve">[41:43] </w:t>
      </w:r>
      <w:r>
        <w:t>yaani jab bhi koi baat hoti to log logon ko ikatha karte aur kehte wohi baat ke aey logon! mujhe mashwara do.</w:t>
      </w:r>
    </w:p>
    <w:p>
      <w:pPr>
        <w:jc w:val="right"/>
      </w:pPr>
      <w:r>
        <w:t>یعنی جب بھی کوئی بات ہوتی تو لوگ لوگوں کو اکٹھا کرتے اور کہتے وہی بات کہ اے لوگوں! مجھے مشورہ دو۔</w:t>
      </w:r>
    </w:p>
    <w:p>
      <w:r>
        <w:rPr>
          <w:b/>
        </w:rPr>
        <w:t xml:space="preserve">[41:53] </w:t>
      </w:r>
      <w:r>
        <w:t>to dobara yeh hota hai ke log chup rehte the.</w:t>
      </w:r>
    </w:p>
    <w:p>
      <w:pPr>
        <w:jc w:val="right"/>
      </w:pPr>
      <w:r>
        <w:t>تو دوبارہ یہ ہوتا ہے کہ لوگ چپ رہتے تھے۔</w:t>
      </w:r>
    </w:p>
    <w:p>
      <w:r>
        <w:rPr>
          <w:b/>
        </w:rPr>
        <w:t xml:space="preserve">[41:58] </w:t>
      </w:r>
      <w:r>
        <w:t>aisa nahi ke har aadmi bol raha hai kyunke ab jo wahan par senior aadmi tha, woh umar ibn khattab the khaleefa ke baad.</w:t>
      </w:r>
    </w:p>
    <w:p>
      <w:pPr>
        <w:jc w:val="right"/>
      </w:pPr>
      <w:r>
        <w:t>ایسا نہیں کہ ہر آدمی بول رہا ہے کیونکہ اب جو وہاں پر سینئر آدمی تھا، وہ عمر ابن خطاب تھے خلیفہ کے بعد۔</w:t>
      </w:r>
    </w:p>
    <w:p>
      <w:r>
        <w:rPr>
          <w:b/>
        </w:rPr>
        <w:t xml:space="preserve">[42:10] </w:t>
      </w:r>
      <w:r>
        <w:t>to dobara yeh haal tha ke log chup hote the kyunke woh intezar karte the ke umar bin khattab bolen, hum pehle ko bolen.</w:t>
      </w:r>
    </w:p>
    <w:p>
      <w:pPr>
        <w:jc w:val="right"/>
      </w:pPr>
      <w:r>
        <w:t>تو دوبارہ یہ حال تھا کہ لوگ چپ ہوتے تھے کیونکہ وہ انتظار کرتے تھے کہ عمر بن خطاب بولیں، ہم پہلے کو بولیں۔</w:t>
      </w:r>
    </w:p>
    <w:p>
      <w:r>
        <w:rPr>
          <w:b/>
        </w:rPr>
        <w:t xml:space="preserve">[42:20] </w:t>
      </w:r>
      <w:r>
        <w:t>yeh bohat hi saada baat nahi hai kyunke aap log fazilat aur taqaddus ke alfaaz mein cheezon ko mutala karte hain lekin samajh nahi paate hain.</w:t>
      </w:r>
    </w:p>
    <w:p>
      <w:pPr>
        <w:jc w:val="right"/>
      </w:pPr>
      <w:r>
        <w:t>یہ بہت ہی سادہ بات نہیں ہے کیونکہ آپ لوگ فضیلت اور تقدس کے الفاظ میں چیزوں کو مطالعہ کرتے ہیں لیکن سمجھ نہیں پاتے۔</w:t>
      </w:r>
    </w:p>
    <w:p>
      <w:r>
        <w:rPr>
          <w:b/>
        </w:rPr>
        <w:t xml:space="preserve">[42:35] </w:t>
      </w:r>
      <w:r>
        <w:t>is ka matlab hai ke logon ne yeh daryaft kar rakha tha ke main kahan hoon, umar kahan hai?</w:t>
      </w:r>
    </w:p>
    <w:p>
      <w:pPr>
        <w:jc w:val="right"/>
      </w:pPr>
      <w:r>
        <w:t>اس کا مطلب ہے کہ لوگوں نے یہ دریافت کر رکھا تھا کہ میں کہاں ہوں، عمر کہاں ہے؟</w:t>
      </w:r>
    </w:p>
    <w:p>
      <w:r>
        <w:rPr>
          <w:b/>
        </w:rPr>
        <w:t xml:space="preserve">[42:50] </w:t>
      </w:r>
      <w:r>
        <w:t>apne maqam ko daryaft karna aur doosre ke maqam ko daryaft karna yeh bohat hi mushkil kaam hai, bohat hi mushkil kaam hai, bohat ziyada mushkil kaam hai.</w:t>
      </w:r>
    </w:p>
    <w:p>
      <w:pPr>
        <w:jc w:val="right"/>
      </w:pPr>
      <w:r>
        <w:t>اپنے مقام کو دریافت کرنا اور دوسرے کے مقام کو دریافت کرنا یہ بہت ہی مشکل کام ہے، بہت ہی مشکل کام ہے، بہت زیادہ مشکل کام ہے۔</w:t>
      </w:r>
    </w:p>
    <w:p>
      <w:r>
        <w:rPr>
          <w:b/>
        </w:rPr>
        <w:t xml:space="preserve">[43:05] </w:t>
      </w:r>
      <w:r>
        <w:t>log kaha liya ke mardon ke bhai ko log jante hain, zindon ke bhai ko nahi janta.</w:t>
      </w:r>
    </w:p>
    <w:p>
      <w:pPr>
        <w:jc w:val="right"/>
      </w:pPr>
      <w:r>
        <w:t>لوگ کہا لیا کہ مردوں کے بھائی کو لوگ جانتے ہیں، زندوں کے بھائی کو نہیں جانتا۔</w:t>
      </w:r>
    </w:p>
    <w:p>
      <w:r>
        <w:rPr>
          <w:b/>
        </w:rPr>
        <w:t xml:space="preserve">[43:12] </w:t>
      </w:r>
      <w:r>
        <w:t>mardon ko baray baray ilqab dete hain, baray baray title dete hain, un ka tazkira karte hain, un ke naam par seminar hota hai</w:t>
      </w:r>
    </w:p>
    <w:p>
      <w:pPr>
        <w:jc w:val="right"/>
      </w:pPr>
      <w:r>
        <w:t>مردوں کو بڑے بڑے القاب دیتے ہیں، بڑے بڑے ٹائٹل دیتے ہیں، ان کا تذکرہ کرتے ہیں، ان کے نام پر سیمینار ہوتا ہے</w:t>
      </w:r>
    </w:p>
    <w:p>
      <w:r>
        <w:rPr>
          <w:b/>
        </w:rPr>
        <w:t xml:space="preserve">[43:20] </w:t>
      </w:r>
      <w:r>
        <w:t>lekin zinda insan ko neglect kiya jata hai, nazar andaaz kiya jata hai. to sahaba ka azmat is tarah aitbar se nahi ke woh maray hue ka tazkira karte thay.</w:t>
      </w:r>
    </w:p>
    <w:p>
      <w:pPr>
        <w:jc w:val="right"/>
      </w:pPr>
      <w:r>
        <w:t>لیکن زندہ انسان کو نگلٹ کیا جاتا ہے، نظر انداز کیا جاتا ہے۔ تو صحابہ کا عظمت اس طرح اعتبار سے نہیں کہ وہ مرے ہوئے کا تذکرہ کرتے تھے۔</w:t>
      </w:r>
    </w:p>
    <w:p>
      <w:r>
        <w:rPr>
          <w:b/>
        </w:rPr>
        <w:t xml:space="preserve">[43:33] </w:t>
      </w:r>
      <w:r>
        <w:t>maray hue tazkira to sab hi karte hain. nahi, zinda maujood hai woh insan yani abubakar ibn abubakar siddiq zinda maujood hain.</w:t>
      </w:r>
    </w:p>
    <w:p>
      <w:pPr>
        <w:jc w:val="right"/>
      </w:pPr>
      <w:r>
        <w:t>مرے ہوئے تذکرہ تو سب ہی کرتے ہیں۔ نہیں، زندہ موجود ہے وہ انسان یعنی ابوبکر ابن ابوبکر صدیق زندہ موجود ہیں۔</w:t>
      </w:r>
    </w:p>
    <w:p>
      <w:r>
        <w:rPr>
          <w:b/>
        </w:rPr>
        <w:t xml:space="preserve">[43:43] </w:t>
      </w:r>
      <w:r>
        <w:t>tab unhon ne daryaft kiya ke in in ka hamara kya comparison hai?</w:t>
      </w:r>
    </w:p>
    <w:p>
      <w:pPr>
        <w:jc w:val="right"/>
      </w:pPr>
      <w:r>
        <w:t>تب انہوں نے دریافت کیا کہ ان ان کا ہمارا کیا کمپیریزن ہے؟</w:t>
      </w:r>
    </w:p>
    <w:p>
      <w:r>
        <w:rPr>
          <w:b/>
        </w:rPr>
        <w:t xml:space="preserve">[43:50] </w:t>
      </w:r>
      <w:r>
        <w:t>aise hi umar bin khitab zinda maujood hain, unhon ne jaan liya ke un ka hamara kya comparison hai. to jab hazrat umar khaleefa hue to wahi sunnat baqi rakhi unhon ne aur koi baat pesh aati thi to kehte thay ke aye logon!</w:t>
      </w:r>
    </w:p>
    <w:p>
      <w:pPr>
        <w:jc w:val="right"/>
      </w:pPr>
      <w:r>
        <w:t>ایسے ہی عمر بن خطاب زندہ موجود ہیں، انہوں نے جان لیا کہ ان کا ہمارا کیا کمپیریزن ہے۔ تو جب حضرت عمر خلیفہ ہوئے تو وہی سنت باقی رکھی انہوں نے اور کوئی بات پیش آتی تھی تو کہتے تھے کہ اے لوگوں!</w:t>
      </w:r>
    </w:p>
    <w:p>
      <w:r>
        <w:rPr>
          <w:b/>
        </w:rPr>
        <w:t xml:space="preserve">[44:08] </w:t>
      </w:r>
      <w:r>
        <w:t>mujhe mashwara do.</w:t>
      </w:r>
    </w:p>
    <w:p>
      <w:pPr>
        <w:jc w:val="right"/>
      </w:pPr>
      <w:r>
        <w:t>مجھے مشورہ دو۔</w:t>
      </w:r>
    </w:p>
    <w:p>
      <w:r>
        <w:rPr>
          <w:b/>
        </w:rPr>
        <w:t xml:space="preserve">[44:17] </w:t>
      </w:r>
      <w:r>
        <w:t>to hazrat abubakar ke zamanay tak mamla durust raha, hazrat umar ke zamanay tak mamla durust raha. is baat ke faida aa gaya, anarchy aa gayi.</w:t>
      </w:r>
    </w:p>
    <w:p>
      <w:pPr>
        <w:jc w:val="right"/>
      </w:pPr>
      <w:r>
        <w:t>تو حضرت ابوبکر کے زمانے تک معاملہ درست رہا، حضرت عمر کے زمانے تک معاملہ درست رہا۔ اس بات کے فائدہ آ گیا، انارکی آ گئی۔</w:t>
      </w:r>
    </w:p>
    <w:p>
      <w:r>
        <w:rPr>
          <w:b/>
        </w:rPr>
        <w:t xml:space="preserve">[44:26] </w:t>
      </w:r>
      <w:r>
        <w:t>ab har aadmi bolne ki koshish karne laga</w:t>
      </w:r>
    </w:p>
    <w:p>
      <w:pPr>
        <w:jc w:val="right"/>
      </w:pPr>
      <w:r>
        <w:t>اب ہر آدمی بولنے کی کوشش کرنے لگا</w:t>
      </w:r>
    </w:p>
    <w:p>
      <w:r>
        <w:rPr>
          <w:b/>
        </w:rPr>
        <w:t xml:space="preserve">[44:34] </w:t>
      </w:r>
      <w:r>
        <w:t>to rasool Allah ko yeh maloom tha ke jis tarah se zawal aata hai doosri qomon mein, doosri ummaton mein zawal aaya, waise hi ummat e muslema mein zawal aayega.</w:t>
      </w:r>
    </w:p>
    <w:p>
      <w:pPr>
        <w:jc w:val="right"/>
      </w:pPr>
      <w:r>
        <w:t>تو رسول اللہ کو یہ معلوم تھا کہ جس طرح سے زوال آتا ہے دوسری قوموں میں، دوسری امتوں میں زوال آیا، ویسے ہی امت مسلمہ میں زوال آئے گا۔</w:t>
      </w:r>
    </w:p>
    <w:p>
      <w:r>
        <w:rPr>
          <w:b/>
        </w:rPr>
        <w:t xml:space="preserve">[44:44] </w:t>
      </w:r>
      <w:r>
        <w:t>ummat e muslema koi exception nahi hai,</w:t>
      </w:r>
    </w:p>
    <w:p>
      <w:pPr>
        <w:jc w:val="right"/>
      </w:pPr>
      <w:r>
        <w:t>امت مسلمہ کوئی ایکسیپشن نہیں ہے،</w:t>
      </w:r>
    </w:p>
    <w:p>
      <w:r>
        <w:rPr>
          <w:b/>
        </w:rPr>
        <w:t xml:space="preserve">[44:49] </w:t>
      </w:r>
      <w:r>
        <w:t>yeh ek aam qanoon fitrat hai jis mein koi exception nahi.</w:t>
      </w:r>
    </w:p>
    <w:p>
      <w:pPr>
        <w:jc w:val="right"/>
      </w:pPr>
      <w:r>
        <w:t>یہ ایک عام قانون فطرت ہے جس میں کوئی ایکسیپشن نہیں۔</w:t>
      </w:r>
    </w:p>
    <w:p>
      <w:r>
        <w:rPr>
          <w:b/>
        </w:rPr>
        <w:t xml:space="preserve">[44:57] </w:t>
      </w:r>
      <w:r>
        <w:t>to jo halat thi first generation ki, us ke baad second generation mein kami aayegi, third generation mein aur bhi kami aayegi, aur us ke baad phir halat poori qom zawal ka shikar ho jayegi.</w:t>
      </w:r>
    </w:p>
    <w:p>
      <w:pPr>
        <w:jc w:val="right"/>
      </w:pPr>
      <w:r>
        <w:t>تو جو حالت تھی فرسٹ جنریشن کی، اس کے بعد سیکنڈ جنریشن میں کمی آئے گی، تھرڈ جنریشن میں اور بھی کمی آئے گی، اور اس کے بعد پھر حالت پوری قوم زوال کا شکار ہو جائے گی۔</w:t>
      </w:r>
    </w:p>
    <w:p>
      <w:r>
        <w:rPr>
          <w:b/>
        </w:rPr>
        <w:t xml:space="preserve">[45:10] </w:t>
      </w:r>
      <w:r>
        <w:t>to daur e zawal mein jo hukmaran honge, jo ruler honge, woh aisa nahi honge jo abubakar, abubakar, umar jaisay.</w:t>
      </w:r>
    </w:p>
    <w:p>
      <w:pPr>
        <w:jc w:val="right"/>
      </w:pPr>
      <w:r>
        <w:t>تو دور زوال میں جو حکمران ہوں گے، جو رولر ہوں گے، وہ ایسا نہیں ہوں گے جو ابوبکر، ابوبکر، عمر جیسے۔</w:t>
      </w:r>
    </w:p>
    <w:p>
      <w:r>
        <w:rPr>
          <w:b/>
        </w:rPr>
        <w:t xml:space="preserve">[45:22] </w:t>
      </w:r>
      <w:r>
        <w:t>to is ke liye aap ne yeh yeh sab naseehaten farmayin ke ke</w:t>
      </w:r>
    </w:p>
    <w:p>
      <w:pPr>
        <w:jc w:val="right"/>
      </w:pPr>
      <w:r>
        <w:t>تو اس کے لیے آپ نے یہ یہ سب نصیحتیں فرمائیں کہ کہ</w:t>
      </w:r>
    </w:p>
    <w:p>
      <w:r>
        <w:rPr>
          <w:b/>
        </w:rPr>
        <w:t xml:space="preserve">[45:31] </w:t>
      </w:r>
      <w:r>
        <w:t>zulm aur adl ka masla khara kar ke parties opposition mat chalana, balkay</w:t>
      </w:r>
    </w:p>
    <w:p>
      <w:pPr>
        <w:jc w:val="right"/>
      </w:pPr>
      <w:r>
        <w:t>ظلم اور عدل کا مسئلہ کھڑا کر کے پارٹیز اپوزیشن مت چلانا، بلکہ</w:t>
      </w:r>
    </w:p>
    <w:p>
      <w:r>
        <w:rPr>
          <w:b/>
        </w:rPr>
        <w:t xml:space="preserve">[45:42] </w:t>
      </w:r>
      <w:r>
        <w:t>jo soorat e haal hai yani political state quism, us ko main keh sakta hoon ke aap ne political state quism ka nazariya pesh kiya un ke samnay, aur us ki wajah political state quism ke maslehat kya hai, us ki wisdom kya hai?</w:t>
      </w:r>
    </w:p>
    <w:p>
      <w:pPr>
        <w:jc w:val="right"/>
      </w:pPr>
      <w:r>
        <w:t>جو صورتحال ہے یعنی پولیٹیکل اسٹیٹ کوئزم، اس کو میں کہہ سکتا ہوں کہ آپ نے پولیٹیکل اسٹیٹس کوئزم کا نظریہ پیش کیا ان کے سامنے، اور اس کی وجہ پولیٹیکل اسٹیٹس کوئزم کے مصلحت کیا ہے، اس کی وزڈم کیا ہے؟</w:t>
      </w:r>
    </w:p>
    <w:p>
      <w:r>
        <w:rPr>
          <w:b/>
        </w:rPr>
        <w:t xml:space="preserve">[45:57] </w:t>
      </w:r>
      <w:r>
        <w:t>us ki wisdom yahi hai ke jab ideal government ka option passport na ho to stable government ka option le liya jaye.</w:t>
      </w:r>
    </w:p>
    <w:p>
      <w:pPr>
        <w:jc w:val="right"/>
      </w:pPr>
      <w:r>
        <w:t>اس کی وزڈم یہی ہے کہ جب آئیڈیل گورنمنٹ کا آپشن پاسپورٹ نہ ہو تو اسٹیبل گورنمنٹ کا آپشن لے لیا جائے۔</w:t>
      </w:r>
    </w:p>
    <w:p>
      <w:r>
        <w:rPr>
          <w:b/>
        </w:rPr>
        <w:t xml:space="preserve">[46:07] </w:t>
      </w:r>
      <w:r>
        <w:t>bas yeh matlab hai is ka.</w:t>
      </w:r>
    </w:p>
    <w:p>
      <w:pPr>
        <w:jc w:val="right"/>
      </w:pPr>
      <w:r>
        <w:t>بس یہ مطلب ہے اس کا۔</w:t>
      </w:r>
    </w:p>
    <w:p>
      <w:r>
        <w:rPr>
          <w:b/>
        </w:rPr>
        <w:t xml:space="preserve">[46:13] </w:t>
      </w:r>
      <w:r>
        <w:t>to yeh sari cheezen team work ke ke ajza hain.</w:t>
      </w:r>
    </w:p>
    <w:p>
      <w:pPr>
        <w:jc w:val="right"/>
      </w:pPr>
      <w:r>
        <w:t>تو یہ ساری چیزیں ٹیم ورک کے کے اجزاء ہیں۔</w:t>
      </w:r>
    </w:p>
    <w:p>
      <w:r>
        <w:rPr>
          <w:b/>
        </w:rPr>
        <w:t xml:space="preserve">[46:24] </w:t>
      </w:r>
      <w:r>
        <w:t>is zamanay mein aap jante hain ke bohat ziyada mawaqe khule hain dawat e ila Allah ke, lekin jis tarah se pehle koi bara kaam sirf team kar sakti thi,</w:t>
      </w:r>
    </w:p>
    <w:p>
      <w:pPr>
        <w:jc w:val="right"/>
      </w:pPr>
      <w:r>
        <w:t>اس زمانے میں آپ جانتے ہیں کہ بہت زیادہ مواقع کھلے ہیں دعوت الی اللہ کے، لیکن جس طرح سے پہلے کوئی بڑا کام صرف ٹیم کر سکتی تھی،</w:t>
      </w:r>
    </w:p>
    <w:p>
      <w:r>
        <w:rPr>
          <w:b/>
        </w:rPr>
        <w:t xml:space="preserve">[46:38] </w:t>
      </w:r>
      <w:r>
        <w:t>wahi to aaj bhi koi bara kaam sirf team kar sakegi.</w:t>
      </w:r>
    </w:p>
    <w:p>
      <w:pPr>
        <w:jc w:val="right"/>
      </w:pPr>
      <w:r>
        <w:t>وہی تو آج بھی کوئی بڑا کام صرف ٹیم کر سکے گی۔</w:t>
      </w:r>
    </w:p>
    <w:p>
      <w:r>
        <w:rPr>
          <w:b/>
        </w:rPr>
        <w:t xml:space="preserve">[46:44] </w:t>
      </w:r>
      <w:r>
        <w:t>to team spirit jo hai, woh bhi ek us waqt sahaba hai.</w:t>
      </w:r>
    </w:p>
    <w:p>
      <w:pPr>
        <w:jc w:val="right"/>
      </w:pPr>
      <w:r>
        <w:t>تو ٹیم اسپرٹ جو ہے، وہ بھی ایک اس وقت صحابہ ہے۔</w:t>
      </w:r>
    </w:p>
    <w:p>
      <w:r>
        <w:rPr>
          <w:b/>
        </w:rPr>
        <w:t xml:space="preserve">[46:54] </w:t>
      </w:r>
      <w:r>
        <w:t>abhi mein ne aaj ke akhbar mein aik aik khabar hai, kuch sahaba ke naam par kuch jaisa kiya ja raha hai, woh azmat sahaba.</w:t>
      </w:r>
    </w:p>
    <w:p>
      <w:pPr>
        <w:jc w:val="right"/>
      </w:pPr>
      <w:r>
        <w:t>ابھی میں نے آج کے اخبار میں ایک ایک خبر ہے، کچھ صحابہ کے نام پر کچھ جیسا کیا جا رہا ہے، وہ عظمت صحابہ۔</w:t>
      </w:r>
    </w:p>
    <w:p>
      <w:r>
        <w:rPr>
          <w:b/>
        </w:rPr>
        <w:t xml:space="preserve">[47:06] </w:t>
      </w:r>
      <w:r>
        <w:t>bas azmat sahaba, is pe bare bare alfaaz boley jayenge, taqreerein ki jayengi, aur zameen aasman aik kar diya jayega. asal jo sahaba ki jo namona hai,</w:t>
      </w:r>
    </w:p>
    <w:p>
      <w:pPr>
        <w:jc w:val="right"/>
      </w:pPr>
      <w:r>
        <w:t>بس عظمت صحابہ، اس پہ بڑے بڑے الفاظ بولے جائیں گے، تقریریں کی جائیں گی، اور زمین آسمان ایک کر دیا جائے گا۔ اصل جو صحابہ کی جو نمونہ ہے،</w:t>
      </w:r>
    </w:p>
    <w:p>
      <w:r>
        <w:rPr>
          <w:b/>
        </w:rPr>
        <w:t xml:space="preserve">[47:19] </w:t>
      </w:r>
      <w:r>
        <w:t>is se logon ko koi matlab nahi hai.</w:t>
      </w:r>
    </w:p>
    <w:p>
      <w:pPr>
        <w:jc w:val="right"/>
      </w:pPr>
      <w:r>
        <w:t>اس سے لوگوں کو کوئی مطلب نہیں ہے۔</w:t>
      </w:r>
    </w:p>
    <w:p>
      <w:r>
        <w:rPr>
          <w:b/>
        </w:rPr>
        <w:t xml:space="preserve">[47:25] </w:t>
      </w:r>
      <w:r>
        <w:t>to sahaba ke namone mein aik ahem namona hai team spirit.</w:t>
      </w:r>
    </w:p>
    <w:p>
      <w:pPr>
        <w:jc w:val="right"/>
      </w:pPr>
      <w:r>
        <w:t>تو صحابہ کے نمونے میں ایک اہم نمونہ ہے ٹیم اسپرٹ۔</w:t>
      </w:r>
    </w:p>
    <w:p>
      <w:r>
        <w:rPr>
          <w:b/>
        </w:rPr>
        <w:t xml:space="preserve">[47:33] </w:t>
      </w:r>
      <w:r>
        <w:t>to rasool Allah sal Allah alih wasallam ne logon ke andar team spirit paida ki, is team spirit ko le kar ke woh kaam kiya unhon ne arab mein, phir arab ke bahir, aur islam sare ilaqe mein phail gaya.</w:t>
      </w:r>
    </w:p>
    <w:p>
      <w:pPr>
        <w:jc w:val="right"/>
      </w:pPr>
      <w:r>
        <w:t>تو رسول اللہ صلی اللہ علیہ وسلم نے لوگوں کے اندر ٹیم اسپرٹ پیدا کی، اس ٹیم اسپرٹ کو لے کر کے وہ کام کیا انہوں نے عرب میں، پھر عرب کے باہر، اور اسلام سارے علاقے میں پھیل گیا۔</w:t>
      </w:r>
    </w:p>
    <w:p>
      <w:r>
        <w:rPr>
          <w:b/>
        </w:rPr>
        <w:t xml:space="preserve">[47:52] </w:t>
      </w:r>
      <w:r>
        <w:t>wohi team spirit hamare jo hamara jo dawati mission hai, is se jo log juri hui hain, un sab ke liye bhi aik team spirit matloob hai.</w:t>
      </w:r>
    </w:p>
    <w:p>
      <w:pPr>
        <w:jc w:val="right"/>
      </w:pPr>
      <w:r>
        <w:t>وہی ٹیم اسپرٹ ہمارے جو ہمارا جو دعوتی مشن ہے، اس سے جو لوگ جڑی ہوئی ہیں، ان سب کے لیے بھی ایک ٹیم اسپرٹ مطلوب ہے۔</w:t>
      </w:r>
    </w:p>
    <w:p>
      <w:r>
        <w:rPr>
          <w:b/>
        </w:rPr>
        <w:t xml:space="preserve">[48:06] </w:t>
      </w:r>
      <w:r>
        <w:t>team spirit.</w:t>
      </w:r>
    </w:p>
    <w:p>
      <w:pPr>
        <w:jc w:val="right"/>
      </w:pPr>
      <w:r>
        <w:t>ٹیم اسپرٹ۔</w:t>
      </w:r>
    </w:p>
    <w:p>
      <w:r>
        <w:rPr>
          <w:b/>
        </w:rPr>
        <w:t xml:space="preserve">[48:13] </w:t>
      </w:r>
      <w:r>
        <w:t>to team spirit mein, jaisa ke ab mein ne arz kiya, leading role sirf aik shakhs ka hota hai.</w:t>
      </w:r>
    </w:p>
    <w:p>
      <w:pPr>
        <w:jc w:val="right"/>
      </w:pPr>
      <w:r>
        <w:t>تو ٹیم اسپرٹ میں، جیسا کہ اب میں نے عرض کیا، لیگن رول صرف ایک شخص کا ہوتا ہے۔</w:t>
      </w:r>
    </w:p>
    <w:p>
      <w:r>
        <w:rPr>
          <w:b/>
        </w:rPr>
        <w:t xml:space="preserve">[48:22] </w:t>
      </w:r>
      <w:r>
        <w:t>is silsile mein aik waqea mein arz karoon ke jab rasool Allah ki fawwat hui to masla yeh hua ke kis ko ameer banaya jaye?</w:t>
      </w:r>
    </w:p>
    <w:p>
      <w:pPr>
        <w:jc w:val="right"/>
      </w:pPr>
      <w:r>
        <w:t>اس سلسلے میں ایک واقعہ میں عرض کروں کہ جب رسول اللہ کی وفات ہوئی تو مسئلہ یہ ہوا کہ کس کو امیر بنایا جائے؟</w:t>
      </w:r>
    </w:p>
    <w:p>
      <w:r>
        <w:rPr>
          <w:b/>
        </w:rPr>
        <w:t xml:space="preserve">[48:36] </w:t>
      </w:r>
      <w:r>
        <w:t>wo zamane mein khalifa ka lafz nahi hua karta tha, ameer ka lafz hota tha, ameerul momineen. yani ameerul momineen kis ko banaya jaye?</w:t>
      </w:r>
    </w:p>
    <w:p>
      <w:pPr>
        <w:jc w:val="right"/>
      </w:pPr>
      <w:r>
        <w:t>وہ زمانے میں خلیفہ کا لفظ نہیں ہوا کرتا تھا، امیر کا لفظ ہوتا تھا، امیرالمومنین۔ یعنی امیرالمومنین کس کو بنایا جائے؟</w:t>
      </w:r>
    </w:p>
    <w:p>
      <w:r>
        <w:rPr>
          <w:b/>
        </w:rPr>
        <w:t xml:space="preserve">[48:46] </w:t>
      </w:r>
      <w:r>
        <w:t>rasool Allah ki fawwat ke baad</w:t>
      </w:r>
    </w:p>
    <w:p>
      <w:pPr>
        <w:jc w:val="right"/>
      </w:pPr>
      <w:r>
        <w:t>رسول اللہ کی وفات کے بعد</w:t>
      </w:r>
    </w:p>
    <w:p>
      <w:r>
        <w:rPr>
          <w:b/>
        </w:rPr>
        <w:t xml:space="preserve">[48:49] </w:t>
      </w:r>
      <w:r>
        <w:t>to wahan par do tabqe the: aik muhajir, aik ansar.</w:t>
      </w:r>
    </w:p>
    <w:p>
      <w:pPr>
        <w:jc w:val="right"/>
      </w:pPr>
      <w:r>
        <w:t>تو وہاں پر دو طبقے تھے: ایک مہاجر، ایک انصار۔</w:t>
      </w:r>
    </w:p>
    <w:p>
      <w:r>
        <w:rPr>
          <w:b/>
        </w:rPr>
        <w:t xml:space="preserve">[48:57] </w:t>
      </w:r>
      <w:r>
        <w:t>to muhajir ne hazrat abubakar ka naam pesh kiya, aur ansar ne doosra naam pesh kiya jo un ke madine ka aadmi tha.</w:t>
      </w:r>
    </w:p>
    <w:p>
      <w:pPr>
        <w:jc w:val="right"/>
      </w:pPr>
      <w:r>
        <w:t>تو مہاجر نے حضرت ابوبکر کا نام پیش کیا، اور انصار نے دوسرا نام پیش کیا جو ان کے مدینے کا آدمی تھا۔</w:t>
      </w:r>
    </w:p>
    <w:p>
      <w:r>
        <w:rPr>
          <w:b/>
        </w:rPr>
        <w:t xml:space="preserve">[49:14] </w:t>
      </w:r>
      <w:r>
        <w:t>to unhon ne aik formula pesh diya, formula ansar ne ke minna ameer wa minkum ameer aik ameer tumhara, aik ameer hamara.</w:t>
      </w:r>
    </w:p>
    <w:p>
      <w:pPr>
        <w:jc w:val="right"/>
      </w:pPr>
      <w:r>
        <w:t>تو انہوں نے ایک فارمولا پیش دیا، فارمولا انصار نے کہ منا امیر ومنکم امیر ایک امیر تمہارا، ایک امیر ہمارا۔</w:t>
      </w:r>
    </w:p>
    <w:p>
      <w:r>
        <w:rPr>
          <w:b/>
        </w:rPr>
        <w:t xml:space="preserve">[49:27] </w:t>
      </w:r>
      <w:r>
        <w:t>minna ameer wa minkum ameer</w:t>
      </w:r>
    </w:p>
    <w:p>
      <w:pPr>
        <w:jc w:val="right"/>
      </w:pPr>
      <w:r>
        <w:t>منا امیر ومنکم امیر</w:t>
      </w:r>
    </w:p>
    <w:p>
      <w:r>
        <w:rPr>
          <w:b/>
        </w:rPr>
        <w:t xml:space="preserve">[49:33] </w:t>
      </w:r>
      <w:r>
        <w:t>to hazrat umar ne kaha ke nahi, yeh qabil amal cheez nahi hai. unhon ne formula diya ke nahnu al-umara wa antum al-adaraa</w:t>
      </w:r>
    </w:p>
    <w:p>
      <w:pPr>
        <w:jc w:val="right"/>
      </w:pPr>
      <w:r>
        <w:t>تو حضرت عمر نے کہا کہ نہیں، یہ قابل عمل چیز نہیں ہے۔ انہوں نے فارمولا دیا کہ نحن العمراء وانتم العذراء</w:t>
      </w:r>
    </w:p>
    <w:p>
      <w:r>
        <w:rPr>
          <w:b/>
        </w:rPr>
        <w:t xml:space="preserve">[49:44] </w:t>
      </w:r>
      <w:r>
        <w:t>matlab muhajireen mein se aik ameer banaya jaye, aur tumhara adaraa ka matlab kya hai? tumhara role support, supporting role hona chahiye.</w:t>
      </w:r>
    </w:p>
    <w:p>
      <w:pPr>
        <w:jc w:val="right"/>
      </w:pPr>
      <w:r>
        <w:t>مطلب مہاجرین میں سے ایک امیر بنایا جائے، اور تمہارا عذراء کا معنی کیا ہے؟ تمہارا رول سپورٹ، سپورٹنگ رول ہونا چاہیے۔</w:t>
      </w:r>
    </w:p>
    <w:p>
      <w:r>
        <w:rPr>
          <w:b/>
        </w:rPr>
        <w:t xml:space="preserve">[49:56] </w:t>
      </w:r>
      <w:r>
        <w:t>leading role muhajir ka, supporting role ansar ka. is par razi hue woh. is mein dekhiye, yeh ansar jo lafz hum bolte hain, to is ko bhi yeh logon ne purasrar bana rakha hai, purasrar.</w:t>
      </w:r>
    </w:p>
    <w:p>
      <w:pPr>
        <w:jc w:val="right"/>
      </w:pPr>
      <w:r>
        <w:t>لیڈنگ رول مہاجر کا، سپورٹنگ رول انصار کا۔ اس پر راضی ہوئے وہ۔ اس میں دیکھیے، یہ انصار جو لفظ ہم بولتے ہیں، تو اس کو بھی یہ لوگوں نے پراسرار بنا رکھا ہے، پراسرار۔</w:t>
      </w:r>
    </w:p>
    <w:p>
      <w:r>
        <w:rPr>
          <w:b/>
        </w:rPr>
        <w:t xml:space="preserve">[50:12] </w:t>
      </w:r>
      <w:r>
        <w:t>is mein bhi taqaddus aur fazilat ke parde daal rakhe hain. ansar ke yani aap jante hain rasool Allah ke upar jo yeh hukmaran laye the, to do groh the: aik makke wale, aik madine wale.</w:t>
      </w:r>
    </w:p>
    <w:p>
      <w:pPr>
        <w:jc w:val="right"/>
      </w:pPr>
      <w:r>
        <w:t>اس میں بھی تقدس اور فضیلت کے پردے ڈال رکھے ہیں۔ انصار کے یعنی آپ جانتے ہیں رسول اللہ کے اوپر جو یہ حکمران لائے تھے، تو دو گروہ تھے: ایک مکہ والے، ایک مدینہ والے۔</w:t>
      </w:r>
    </w:p>
    <w:p>
      <w:r>
        <w:rPr>
          <w:b/>
        </w:rPr>
        <w:t xml:space="preserve">[50:30] </w:t>
      </w:r>
      <w:r>
        <w:t>to madine walon ko ansar kaha jata hai, aur makke walon ko muhajir kaha jata hai. sach poochien, dono hi ansar the,</w:t>
      </w:r>
    </w:p>
    <w:p>
      <w:pPr>
        <w:jc w:val="right"/>
      </w:pPr>
      <w:r>
        <w:t>تو مدینہ والوں کو انصار کہا جاتا ہے، اور مکہ والوں کو مہاجر کہا جاتا ہے۔ سچ پوچھیں، دونوں ہی انصار تھے،</w:t>
      </w:r>
    </w:p>
    <w:p>
      <w:r>
        <w:rPr>
          <w:b/>
        </w:rPr>
        <w:t xml:space="preserve">[50:39] </w:t>
      </w:r>
      <w:r>
        <w:t>ya sirf aik ilamati pehchan ke liye do lafz boley jate hain. yani rasool Allah ke madadgar dono hi the, yani supporting role karne wale.</w:t>
      </w:r>
    </w:p>
    <w:p>
      <w:pPr>
        <w:jc w:val="right"/>
      </w:pPr>
      <w:r>
        <w:t>یا صرف ایک علامتی پہچان کے لیے دو لفظ بولے جاتے ہیں۔ یعنی رسول اللہ کے مددگار دونوں ہی تھے، یعنی سپورٹنگ رول کرنے والے۔</w:t>
      </w:r>
    </w:p>
    <w:p>
      <w:r>
        <w:rPr>
          <w:b/>
        </w:rPr>
        <w:t xml:space="preserve">[50:52] </w:t>
      </w:r>
      <w:r>
        <w:t>rasool Allah ka role leading role tha, aur sare sahaba ka supporting role tha, muhajir ka bhi, ansar ka bhi. lekin aik samajhne ke liye ilamati naam de diya gaya ke woh muhajir hain ya ansar hain.</w:t>
      </w:r>
    </w:p>
    <w:p>
      <w:pPr>
        <w:jc w:val="right"/>
      </w:pPr>
      <w:r>
        <w:t>رسول اللہ کا رول لیڈنگ رول تھا، اور سارے صحابہ کا سپورٹنگ رول تھا، مہاجر کا بھی، انصار کا بھی۔ لیکن ایک سمجھنے کے لیے علامتی نام دے دیا گیا کہ وہ مہاجر ہیں یا انصار ہیں۔</w:t>
      </w:r>
    </w:p>
    <w:p>
      <w:r>
        <w:rPr>
          <w:b/>
        </w:rPr>
        <w:t xml:space="preserve">[51:10] </w:t>
      </w:r>
      <w:r>
        <w:t>to ansar ke matlab hain madad karne wale, nasir ke jama ansar, madad karne wale. mein apne lafzon mein kahunga ke supporting role anjam dene wale,</w:t>
      </w:r>
    </w:p>
    <w:p>
      <w:pPr>
        <w:jc w:val="right"/>
      </w:pPr>
      <w:r>
        <w:t>تو انصار کے معنی ہیں مدد کرنے والے، ناصر کے جمع انصار، مدد کرنے والے۔ میں اپنے لفظوں میں کہوں گا کہ سپورٹنگ رول انجام دینے والے،</w:t>
      </w:r>
    </w:p>
    <w:p>
      <w:r>
        <w:rPr>
          <w:b/>
        </w:rPr>
        <w:t xml:space="preserve">[51:26] </w:t>
      </w:r>
      <w:r>
        <w:t>supporting role anjam dene wale. to yeh bohat hi zyada ahem baat hai, bohat zyada ahem baat hai.</w:t>
      </w:r>
    </w:p>
    <w:p>
      <w:pPr>
        <w:jc w:val="right"/>
      </w:pPr>
      <w:r>
        <w:t>سپورٹنگ رول انجام دینے والے۔ تو یہ بہت ہی زیادہ اہم بات ہے، بہت زیادہ اہم بات ہے۔</w:t>
      </w:r>
    </w:p>
    <w:p>
      <w:r>
        <w:rPr>
          <w:b/>
        </w:rPr>
        <w:t xml:space="preserve">[51:39] </w:t>
      </w:r>
      <w:r>
        <w:t>hazrat masih ke bhi ansar the, un ke liye wahan lafz aata hai hawariyeen ka, jo surah saff mein is ka zikr hai. hawariyeen, aur bible mein un ko shagirad kaha gaya hai, disciple.</w:t>
      </w:r>
    </w:p>
    <w:p>
      <w:pPr>
        <w:jc w:val="right"/>
      </w:pPr>
      <w:r>
        <w:t>حضرت مسیح کے بھی انصار تھے، ان کے لیے وہاں لفظ آتا ہے حوارین کا، جو سورہ صف میں اس کا ذکر ہے۔ حوارین، اور بائبل میں ان کو شاگرد کہا گیا ہے، ڈسائپل۔</w:t>
      </w:r>
    </w:p>
    <w:p>
      <w:r>
        <w:rPr>
          <w:b/>
        </w:rPr>
        <w:t xml:space="preserve">[52:00] </w:t>
      </w:r>
      <w:r>
        <w:t>to inzar ka jo mamla hai, woh hamesha hamesha ke liye hai.</w:t>
      </w:r>
    </w:p>
    <w:p>
      <w:pPr>
        <w:jc w:val="right"/>
      </w:pPr>
      <w:r>
        <w:t>تو انصار کا جو معاملہ ہے، وہ ہمیشہ ہمیشہ کے لیے ہے۔</w:t>
      </w:r>
    </w:p>
    <w:p>
      <w:r>
        <w:rPr>
          <w:b/>
        </w:rPr>
        <w:t xml:space="preserve">[52:07] </w:t>
      </w:r>
      <w:r>
        <w:t>aisa nahi ke is zamane mein kuch muhajir the, kuch anzar. ab ab woh tareekh khatam ho chuki hai. jab bhi kaam kiya jayega deen ka, dawat e rab ka, to dobara matloob honge anzar.</w:t>
      </w:r>
    </w:p>
    <w:p>
      <w:pPr>
        <w:jc w:val="right"/>
      </w:pPr>
      <w:r>
        <w:t>ایسا نہیں کہ اس زمانے میں کچھ مہاجر تھے، کچھ انصار۔ اب اب وہ تاریخ ختم ہو چکی ہے۔ جب بھی کام کیا جائے گا دین کا، دعوت اللہ کا، تو دوبارہ مطلوب ہوں گے انصار۔</w:t>
      </w:r>
    </w:p>
    <w:p>
      <w:r>
        <w:rPr>
          <w:b/>
        </w:rPr>
        <w:t xml:space="preserve">[52:22] </w:t>
      </w:r>
      <w:r>
        <w:t>aaj bhi kuch logon ko anzar ka role karna hai, aaj bhi. to anzar koi tareekhi phenomenon nahi hai,</w:t>
      </w:r>
    </w:p>
    <w:p>
      <w:pPr>
        <w:jc w:val="right"/>
      </w:pPr>
      <w:r>
        <w:t>آج بھی کچھ لوگوں کو انصار کا رول کرنا ہے، آج بھی۔ تو انصار کوئی تاریخی فیناومینا نہیں ہے،</w:t>
      </w:r>
    </w:p>
    <w:p>
      <w:r>
        <w:rPr>
          <w:b/>
        </w:rPr>
        <w:t xml:space="preserve">[52:33] </w:t>
      </w:r>
      <w:r>
        <w:t>woh tehreek ka, mission ka ek lazmi hissa hai. jab bhi koi aap mission chalayenge, dawat e rab ka kaam karenge, to is mein koi shakhs hoga jis ka leading role hoga,</w:t>
      </w:r>
    </w:p>
    <w:p>
      <w:pPr>
        <w:jc w:val="right"/>
      </w:pPr>
      <w:r>
        <w:t>وہ تحریک کا، مشن کا ایک لازمی حصہ ہے۔ جب بھی کوئی آپ مشن چلائیں گے، دعوت اللہ کام کریں گے، تو اس میں کوئی شخص ہوگا جس کا لیڈنگ رول ہوگا،</w:t>
      </w:r>
    </w:p>
    <w:p>
      <w:r>
        <w:rPr>
          <w:b/>
        </w:rPr>
        <w:t xml:space="preserve">[52:49] </w:t>
      </w:r>
      <w:r>
        <w:t>kuch log honge jin ka supporting role hoga. yeh supporting role ada karne wale yahi anzar hain,</w:t>
      </w:r>
    </w:p>
    <w:p>
      <w:pPr>
        <w:jc w:val="right"/>
      </w:pPr>
      <w:r>
        <w:t>کچھ لوگ ہوں گے جن کا سپورٹنگ رول ہوگا۔ یہ سپورٹنگ رول ادا کرنے والے یہی انصار ہیں،</w:t>
      </w:r>
    </w:p>
    <w:p>
      <w:r>
        <w:rPr>
          <w:b/>
        </w:rPr>
        <w:t xml:space="preserve">[52:58] </w:t>
      </w:r>
      <w:r>
        <w:t>yeh anzar hain.</w:t>
      </w:r>
    </w:p>
    <w:p>
      <w:pPr>
        <w:jc w:val="right"/>
      </w:pPr>
      <w:r>
        <w:t>یہ انصار ہیں۔</w:t>
      </w:r>
    </w:p>
    <w:p>
      <w:r>
        <w:rPr>
          <w:b/>
        </w:rPr>
        <w:t xml:space="preserve">[53:02] </w:t>
      </w:r>
      <w:r>
        <w:t>yeh bohat ajeeb baat hai ke anzar ne qurbaniyan dein, yeh wahan se be ghar aur be watan ho kar log aaye makka se madina, woh un ko panah diya,</w:t>
      </w:r>
    </w:p>
    <w:p>
      <w:pPr>
        <w:jc w:val="right"/>
      </w:pPr>
      <w:r>
        <w:t>یہ بہت عجیب بات ہے کہ انصار نے قربانیاں دیں، یہ وہاں سے بے گھر اور بے وطن ہو کر لوگ آئے مکہ سے مدینہ، وہ ان کو پناہ دیا،</w:t>
      </w:r>
    </w:p>
    <w:p>
      <w:r>
        <w:rPr>
          <w:b/>
        </w:rPr>
        <w:t xml:space="preserve">[53:19] </w:t>
      </w:r>
      <w:r>
        <w:t>har tarah ki madad ki un ki.</w:t>
      </w:r>
    </w:p>
    <w:p>
      <w:pPr>
        <w:jc w:val="right"/>
      </w:pPr>
      <w:r>
        <w:t>ہر طرح کی مدد کی ان کی۔</w:t>
      </w:r>
    </w:p>
    <w:p>
      <w:r>
        <w:rPr>
          <w:b/>
        </w:rPr>
        <w:t xml:space="preserve">[53:26] </w:t>
      </w:r>
      <w:r>
        <w:t>lekin unhein leading role nahi mila, unhein sirf supporting role mila,</w:t>
      </w:r>
    </w:p>
    <w:p>
      <w:pPr>
        <w:jc w:val="right"/>
      </w:pPr>
      <w:r>
        <w:t>لیکن انہیں لیڈنگ رول نہیں ملا، انہیں صرف سپورٹنگ رول ملا،</w:t>
      </w:r>
    </w:p>
    <w:p>
      <w:r>
        <w:rPr>
          <w:b/>
        </w:rPr>
        <w:t xml:space="preserve">[53:33] </w:t>
      </w:r>
      <w:r>
        <w:t>aur is par raazi rahe. woh kaisi ajeeb baat hai ke ek ek ansari raazi raha, yahan tak ke duniya se chala gaya.</w:t>
      </w:r>
    </w:p>
    <w:p>
      <w:pPr>
        <w:jc w:val="right"/>
      </w:pPr>
      <w:r>
        <w:t>اور اس پر راضی رہے۔ وہ کیسی عجیب بات ہے کہ ایک ایک انصاری راضی رہا، یہاں تک کہ دنیا سے چلا گیا۔</w:t>
      </w:r>
    </w:p>
    <w:p>
      <w:r>
        <w:rPr>
          <w:b/>
        </w:rPr>
        <w:t xml:space="preserve">[53:44] </w:t>
      </w:r>
      <w:r>
        <w:t>to un ki azmat itni zyada hai. ek hadith hai, is ko log fazilat e anzar samajhte hain. fazilat e an</w:t>
      </w:r>
    </w:p>
    <w:p>
      <w:pPr>
        <w:jc w:val="right"/>
      </w:pPr>
      <w:r>
        <w:t>تو ان کی عظمت اتنی زیادہ ہے۔ ایک حدیث ہے، اس کو لوگ فضیلت انصار سمجھتے ہیں۔ فضیلت ان</w:t>
      </w:r>
    </w:p>
    <w:p>
      <w:r>
        <w:rPr>
          <w:b/>
        </w:rPr>
        <w:t xml:space="preserve">[53:50] </w:t>
      </w:r>
      <w:r>
        <w:t>zar ek hadith hai ke ke agar log ek rastay pe chalain aur anzar doosre rastay pe chalain to mein anzar ke rastay ko ikhtiyar karunga.</w:t>
      </w:r>
    </w:p>
    <w:p>
      <w:pPr>
        <w:jc w:val="right"/>
      </w:pPr>
      <w:r>
        <w:t>صار ایک حدیث ہے کہ کہ اگر لوگ ایک راستے پہ چلیں اور انصار دوسرے راستے پہ چلیں تو میں انصار کے راستے کو اختیار کروں گا۔</w:t>
      </w:r>
    </w:p>
    <w:p>
      <w:r>
        <w:rPr>
          <w:b/>
        </w:rPr>
        <w:t xml:space="preserve">[54:05] </w:t>
      </w:r>
      <w:r>
        <w:t>lasurt la tareeq al-ansar to log samajhte hain ke yeh anzar ki fazilat ki baat hai. nahi, anzar ne jo jo role ada kiya tha, supporting role, woh tha qurbani ka</w:t>
      </w:r>
    </w:p>
    <w:p>
      <w:pPr>
        <w:jc w:val="right"/>
      </w:pPr>
      <w:r>
        <w:t>لسرت لا طریق الانصار تو لوگ سمجھتے ہیں کہ یہ انصار کی فضیلت کی بات ہے۔ نہیں، انصار نے جو جو رول ادا کیا تھا، سپورٹنگ رول، وہ تھا قربانی کا</w:t>
      </w:r>
    </w:p>
    <w:p>
      <w:r>
        <w:rPr>
          <w:b/>
        </w:rPr>
        <w:t xml:space="preserve">[54:20] </w:t>
      </w:r>
      <w:r>
        <w:t>role, bohat bari qurbani. yaani sab kuch de dene ke bawajood kuch na paana.</w:t>
      </w:r>
    </w:p>
    <w:p>
      <w:pPr>
        <w:jc w:val="right"/>
      </w:pPr>
      <w:r>
        <w:t>رول، بہت بڑی قربانی۔ یعنی سب کچھ دے دینے کے باوجود کچھ نہ پانا۔</w:t>
      </w:r>
    </w:p>
    <w:p>
      <w:r>
        <w:rPr>
          <w:b/>
        </w:rPr>
        <w:t xml:space="preserve">[54:31] </w:t>
      </w:r>
      <w:r>
        <w:t>aap tareekh parhiye anzar ki to unhone sab kuch diya, rasool Allah ko panah di, sahaba ko panah di, un ko ghar diya, apni property thi, jangon mein lade, un ke afraad mare gaye.</w:t>
      </w:r>
    </w:p>
    <w:p>
      <w:pPr>
        <w:jc w:val="right"/>
      </w:pPr>
      <w:r>
        <w:t>آپ تاریخ پڑھیے انصار کی تو انہوں نے سب کچھ دیا، رسول اللہ کو پناہ دی، صحابہ کو پناہ دی، ان کو گھر دیا، اپنی پراپرٹی تھی، جنگوں میں لڑے، ان کے افراد مارے گئے۔</w:t>
      </w:r>
    </w:p>
    <w:p>
      <w:r>
        <w:rPr>
          <w:b/>
        </w:rPr>
        <w:t xml:space="preserve">[54:47] </w:t>
      </w:r>
      <w:r>
        <w:t>yaani barabar woh</w:t>
      </w:r>
    </w:p>
    <w:p>
      <w:pPr>
        <w:jc w:val="right"/>
      </w:pPr>
      <w:r>
        <w:t>یعنی برابر وہ</w:t>
      </w:r>
    </w:p>
    <w:p>
      <w:r>
        <w:rPr>
          <w:b/>
        </w:rPr>
        <w:t xml:space="preserve">[54:52] </w:t>
      </w:r>
      <w:r>
        <w:t>mission jo tha rasool Allah ka, is mein apna role ada karte hue qurbani ki satah pe ja kar ke. lekin unhein mila kuch bhi nahi.</w:t>
      </w:r>
    </w:p>
    <w:p>
      <w:pPr>
        <w:jc w:val="right"/>
      </w:pPr>
      <w:r>
        <w:t>مشن جو تھا رسول اللہ کا، اس میں اپنا رول ادا کرتے ہوئے قربانی کی سطح پہ جا کر کے۔ لیکن انہیں ملا کچھ بھی نہیں۔</w:t>
      </w:r>
    </w:p>
    <w:p>
      <w:r>
        <w:rPr>
          <w:b/>
        </w:rPr>
        <w:t xml:space="preserve">[55:01] </w:t>
      </w:r>
      <w:r>
        <w:t>misal ke taur par dekhiye, ghazwa e hunain mein bohat zyada maal e ghanimat mila to rasool Allah ne zyada tar muhajireen ko de diya, anzar ko nahi diya.</w:t>
      </w:r>
    </w:p>
    <w:p>
      <w:pPr>
        <w:jc w:val="right"/>
      </w:pPr>
      <w:r>
        <w:t>مثال کے طور پر دیکھیے، غزوہ حنین میں بہت زیادہ مال غنیمت ملا تو رسول اللہ نے زیادہ تر مہاجرین کو دے دیا، انصار کو نہیں دیا۔</w:t>
      </w:r>
    </w:p>
    <w:p>
      <w:r>
        <w:rPr>
          <w:b/>
        </w:rPr>
        <w:t xml:space="preserve">[55:15] </w:t>
      </w:r>
      <w:r>
        <w:t>kitab mein aata hai ke wa lam yu'ti al-ansar shay'an</w:t>
      </w:r>
    </w:p>
    <w:p>
      <w:pPr>
        <w:jc w:val="right"/>
      </w:pPr>
      <w:r>
        <w:t>کتاب میں آتا ہے کہ ولم یعط الانصار شيئا</w:t>
      </w:r>
    </w:p>
    <w:p>
      <w:r>
        <w:rPr>
          <w:b/>
        </w:rPr>
        <w:t xml:space="preserve">[55:22] </w:t>
      </w:r>
      <w:r>
        <w:t>anzar ko kuch nahi diya, yaani raaye wa shareek aur maal e ghanimat pe shareek nahi. kaisi ajeeb baat hai!</w:t>
      </w:r>
    </w:p>
    <w:p>
      <w:pPr>
        <w:jc w:val="right"/>
      </w:pPr>
      <w:r>
        <w:t>انصار کو کچھ نہیں دیا، یعنی رائے و شریک اور مال غنیمت پہ شریک نہیں۔ کیسی عجیب بات ہے!</w:t>
      </w:r>
    </w:p>
    <w:p>
      <w:r>
        <w:rPr>
          <w:b/>
        </w:rPr>
        <w:t xml:space="preserve">[55:36] </w:t>
      </w:r>
      <w:r>
        <w:t>is tarah se jab madine mein ek state state bana aur phir us ke baad poore arab mein islam ka dabdaba qaim hua to ab daur aaya ke musalmanon ka koi political ameer ho, koi political hakim ho, tab bhi unhein koi hissa nahi mila.</w:t>
      </w:r>
    </w:p>
    <w:p>
      <w:pPr>
        <w:jc w:val="right"/>
      </w:pPr>
      <w:r>
        <w:t>اس طریقے سے جب مدینے میں ایک سٹی اسٹیٹ بنا اور پھر اس کے بعد پورے عرب میں اسلام کا دبدبہ قائم ہوا تو اب دور آیا کہ مسلمانوں کا کوئی پولیٹیکل امیر ہو، کوئی پولیٹیکل حاکم ہو، تب بھی انہیں کوئی حصہ نہیں ملا۔</w:t>
      </w:r>
    </w:p>
    <w:p>
      <w:r>
        <w:rPr>
          <w:b/>
        </w:rPr>
        <w:t xml:space="preserve">[55:57] </w:t>
      </w:r>
      <w:r>
        <w:t>yahan tak ke Hazrat Umar kehte hain ke hum ne anzar se wada kiya tha. ek nuqta yeh bhi samajh lijiye,</w:t>
      </w:r>
    </w:p>
    <w:p>
      <w:pPr>
        <w:jc w:val="right"/>
      </w:pPr>
      <w:r>
        <w:t>یہاں تک کہ حضرت عمر کہتے ہیں کہ ہم نے انصار سے وعدہ کیا تھا۔ ایک نقطہ یہ بھی سمجھ لیجئے،</w:t>
      </w:r>
    </w:p>
    <w:p>
      <w:r>
        <w:rPr>
          <w:b/>
        </w:rPr>
        <w:t xml:space="preserve">[56:06] </w:t>
      </w:r>
      <w:r>
        <w:t>Hazrat Umar ne kaha tha ke nahnu al-umara' wa antum al-'uzara'</w:t>
      </w:r>
    </w:p>
    <w:p>
      <w:pPr>
        <w:jc w:val="right"/>
      </w:pPr>
      <w:r>
        <w:t>حضرت عمر نے کہا تھا کہ نحن العمراء وانتم العذراء</w:t>
      </w:r>
    </w:p>
    <w:p>
      <w:r>
        <w:rPr>
          <w:b/>
        </w:rPr>
        <w:t xml:space="preserve">[56:14] </w:t>
      </w:r>
      <w:r>
        <w:t>ke hum mein se ameer ho, tum mein se wazir ho. to Hazrat Umar kehte hain</w:t>
      </w:r>
    </w:p>
    <w:p>
      <w:pPr>
        <w:jc w:val="right"/>
      </w:pPr>
      <w:r>
        <w:t>کہ ہم میں سے امیر ہو، تم میں سے وزیر ہو۔ تو حضرت عمر کہتے ہیں</w:t>
      </w:r>
    </w:p>
    <w:p>
      <w:r>
        <w:rPr>
          <w:b/>
        </w:rPr>
        <w:t xml:space="preserve">[56:21] </w:t>
      </w:r>
      <w:r>
        <w:t>ke hum ne wada kiya tha un se ke hum tum ko wuzara banayenge, hamari taraf ke log ameer honge. yeh bhi nahi diya hum ne anzar ko.</w:t>
      </w:r>
    </w:p>
    <w:p>
      <w:pPr>
        <w:jc w:val="right"/>
      </w:pPr>
      <w:r>
        <w:t>کہ ہم نے وعدہ کیا تھا ان سے کہ ہم تم کو وزراء بنائیں گے، ہماری طرف کے لوگ امیر ہوں گے۔ یہ بھی نہیں دیا ہم نے انصار کو۔</w:t>
      </w:r>
    </w:p>
    <w:p>
      <w:r>
        <w:rPr>
          <w:b/>
        </w:rPr>
        <w:t xml:space="preserve">[56:33] </w:t>
      </w:r>
      <w:r>
        <w:t>bohat hi ajeeb baat hai!</w:t>
      </w:r>
    </w:p>
    <w:p>
      <w:pPr>
        <w:jc w:val="right"/>
      </w:pPr>
      <w:r>
        <w:t>بہت ہی عجیب بات ہے!</w:t>
      </w:r>
    </w:p>
    <w:p>
      <w:r>
        <w:rPr>
          <w:b/>
        </w:rPr>
        <w:t xml:space="preserve">[56:37] </w:t>
      </w:r>
      <w:r>
        <w:t>is mein aik nuqta yeh hai ke is tarah ke jo wa'ade kiye jatay hain, woh bohat hi kam arsa hota hai ke wafa ho.</w:t>
      </w:r>
    </w:p>
    <w:p>
      <w:pPr>
        <w:jc w:val="right"/>
      </w:pPr>
      <w:r>
        <w:t>اس میں ایک نقطہ یہ ہے کہ اس طرح کے جو وعدے کیے جاتے ہیں، وہ بہت ہی کم عرصہ ہوتا ہے کہ وفا ہو۔</w:t>
      </w:r>
    </w:p>
    <w:p>
      <w:r>
        <w:rPr>
          <w:b/>
        </w:rPr>
        <w:t xml:space="preserve">[56:49] </w:t>
      </w:r>
      <w:r>
        <w:t>in wa'adon ko is tarah ka wa'ada nahi manna chahiye jo mislan mali mamlaat mein hua karta hai. aik farq samjhiye, mali mamlaat mein wa'ada karna aur ijtamai mamlaat mein is tarah ka yaqeen dahani karana dono farq hain.</w:t>
      </w:r>
    </w:p>
    <w:p>
      <w:pPr>
        <w:jc w:val="right"/>
      </w:pPr>
      <w:r>
        <w:t>ان وعدوں کو اس طرح کا وعدہ نہیں ماننا چاہیے جو مثلاً مالی معاملات میں ہوا کرتا ہے۔ ایک فرق سمجھیے، مالی معاملات میں وعدہ کرنا اور اجتماعی معاملات میں اس طرح کا یقین دہانی کرانا دونوں فرق ہیں۔</w:t>
      </w:r>
    </w:p>
    <w:p>
      <w:r>
        <w:rPr>
          <w:b/>
        </w:rPr>
        <w:t xml:space="preserve">[57:10] </w:t>
      </w:r>
      <w:r>
        <w:t>mali mamlaat mein wa'ada karein, aap to is ko ada karna farz ho jaye aap ke oopar, hatta ke agar aap ki maut aa gayi hai to apne beton ke oopar shear karna chahiye ke dekho, hamara yeh wa'ada kiya tha, is ko poora karna tum.</w:t>
      </w:r>
    </w:p>
    <w:p>
      <w:pPr>
        <w:jc w:val="right"/>
      </w:pPr>
      <w:r>
        <w:t>مالی معاملات میں وعدہ کریں، آپ تو اس کو ادا کرنا فرض ہو جائے آپ کے اوپر، حتیٰ کہ اگر آپ کی موت آ گئی ہے تو اپنے بیٹوں کے اوپر شیئر کرنا چاہیے کہ دیکھو، ہمارا یہ وعدہ کیا تھا، اس کو پورا کرنا تم۔</w:t>
      </w:r>
    </w:p>
    <w:p>
      <w:r>
        <w:rPr>
          <w:b/>
        </w:rPr>
        <w:t xml:space="preserve">[57:25] </w:t>
      </w:r>
      <w:r>
        <w:t>lekan ijtamai mamlaat jo hotay hain, siyasi mamlaat jo hotay hain, samaji mamlaat jo hotay hain, in mein is tarah ke wa'ade, yaqeen dahani hamesha, kabhi bhi hamesha izafi hotay hain.</w:t>
      </w:r>
    </w:p>
    <w:p>
      <w:pPr>
        <w:jc w:val="right"/>
      </w:pPr>
      <w:r>
        <w:t>لیکن اجتماعی معاملات جو ہوتے ہیں، سیاسی معاملات جو ہوتے ہیں، سماجی معاملات جو ہوتے ہیں، ان میں اس طرح کے وعدے، یقین دہانی ہمیشہ، کبھی بھی ہمیشہ اضافی ہوتے ہیں۔</w:t>
      </w:r>
    </w:p>
    <w:p>
      <w:r>
        <w:rPr>
          <w:b/>
        </w:rPr>
        <w:t xml:space="preserve">[57:41] </w:t>
      </w:r>
      <w:r>
        <w:t>woh kabhi bhi is ko absolute nahi lena chahiye.</w:t>
      </w:r>
    </w:p>
    <w:p>
      <w:pPr>
        <w:jc w:val="right"/>
      </w:pPr>
      <w:r>
        <w:t>وہ کبھی بھی اس کو ایبسولیوٹ نہیں لینا چاہیے۔</w:t>
      </w:r>
    </w:p>
    <w:p>
      <w:r>
        <w:rPr>
          <w:b/>
        </w:rPr>
        <w:t xml:space="preserve">[57:45] </w:t>
      </w:r>
      <w:r>
        <w:t>yani mali mamlaat mein wa'ada absolute hota hai, lekin siyasi mamlaat mein wa'ada absolute nahi hota. is is raat ko jana ansar ne, is mein shikayat dekhi unhon ne ke waqti halaat ki bina par unhon ne kaha tha, woh is ko poora karna un par farz nahi tha, hamara inaam to Allah taala ke haan hai.</w:t>
      </w:r>
    </w:p>
    <w:p>
      <w:pPr>
        <w:jc w:val="right"/>
      </w:pPr>
      <w:r>
        <w:t>یعنی مالی معاملات میں وعدہ ایبسولیوٹ ہوتا ہے، لیکن سیاسی معاملات میں وعدہ ایبسولیوٹ نہیں ہوتا۔ اس اس رات کو جانا انصار نے، اس میں شکایت دیکھی انہوں نے کہ وقتی حالات کی بنا پر انہوں نے کہا تھا، وہ اس کو پورا کرنا ان پر فرض نہیں تھا، ہمارا انعام تو اللہ تعالیٰ کے ہاں ہے۔</w:t>
      </w:r>
    </w:p>
    <w:p>
      <w:r>
        <w:rPr>
          <w:b/>
        </w:rPr>
        <w:t xml:space="preserve">[58:14] </w:t>
      </w:r>
      <w:r>
        <w:t>yeh bohat baray dil gurday ki baat hai, bohat baray oonche dimagh ki baat hai, bohat baray wisdom ki baat hai, bohat bari samajh ki baat hai, Allah par bepanah bharose ki baat hai.</w:t>
      </w:r>
    </w:p>
    <w:p>
      <w:pPr>
        <w:jc w:val="right"/>
      </w:pPr>
      <w:r>
        <w:t>یہ بہت بڑے دل گردے کی بات ہے، بہت بڑے اونچے دماغ کی بات ہے، بہت بڑے وزڈم کی بات ہے، بہت بڑی سمجھ کی بات ہے، اللہ پر بے پناہ بھروسے کی بات ہے۔</w:t>
      </w:r>
    </w:p>
    <w:p>
      <w:r>
        <w:rPr>
          <w:b/>
        </w:rPr>
        <w:t xml:space="preserve">[58:35] </w:t>
      </w:r>
      <w:r>
        <w:t>to yeh sab cheezein hain jo kisi team ko haqeeqi ma'non mein team banati hain.</w:t>
      </w:r>
    </w:p>
    <w:p>
      <w:pPr>
        <w:jc w:val="right"/>
      </w:pPr>
      <w:r>
        <w:t>تو یہ سب چیزیں ہیں جو کسی ٹیم کو حقیق معنوں میں ٹیم بناتی ہیں۔</w:t>
      </w:r>
    </w:p>
    <w:p>
      <w:r>
        <w:rPr>
          <w:b/>
        </w:rPr>
        <w:t xml:space="preserve">[58:44] </w:t>
      </w:r>
      <w:r>
        <w:t>woh team jo bari bari kamyabiyan hasil kare,</w:t>
      </w:r>
    </w:p>
    <w:p>
      <w:pPr>
        <w:jc w:val="right"/>
      </w:pPr>
      <w:r>
        <w:t>وہ ٹیم جو بڑی بڑی کامیابیاں حاصل کرے،</w:t>
      </w:r>
    </w:p>
    <w:p>
      <w:r>
        <w:rPr>
          <w:b/>
        </w:rPr>
        <w:t xml:space="preserve">[58:57] </w:t>
      </w:r>
      <w:r>
        <w:t>yeh hai team spirit. team spirit ke baghair koi bara kaam nahi ho sakta.</w:t>
      </w:r>
    </w:p>
    <w:p>
      <w:pPr>
        <w:jc w:val="right"/>
      </w:pPr>
      <w:r>
        <w:t>یہ ہے ٹیم اسپرٹ۔ ٹیم اسپرٹ کے بغیر کوئی بڑا کام نہیں ہو سکتا۔</w:t>
      </w:r>
    </w:p>
    <w:p>
      <w:r>
        <w:rPr>
          <w:b/>
        </w:rPr>
        <w:t xml:space="preserve">[59:09] </w:t>
      </w:r>
      <w:r>
        <w:t>hum sab ko bohat ziyada is par sochna chahiye,</w:t>
      </w:r>
    </w:p>
    <w:p>
      <w:pPr>
        <w:jc w:val="right"/>
      </w:pPr>
      <w:r>
        <w:t>ہم سب کو بہت زیادہ اس پر سوچنا چاہیے،</w:t>
      </w:r>
    </w:p>
    <w:p>
      <w:r>
        <w:rPr>
          <w:b/>
        </w:rPr>
        <w:t xml:space="preserve">[59:17] </w:t>
      </w:r>
      <w:r>
        <w:t>bohat ziyada, bohat ziyada.</w:t>
      </w:r>
    </w:p>
    <w:p>
      <w:pPr>
        <w:jc w:val="right"/>
      </w:pPr>
      <w:r>
        <w:t>بہت زیادہ، بہت زیادہ۔</w:t>
      </w:r>
    </w:p>
    <w:p>
      <w:r>
        <w:rPr>
          <w:b/>
        </w:rPr>
        <w:t xml:space="preserve">[59:26] </w:t>
      </w:r>
      <w:r>
        <w:t>aur bilashuba team spirit ka jo inaam hai, woh itna ziyada hai, itna ziyada hai ke is ki koi ginti nahi, kyunke qurbani hai.</w:t>
      </w:r>
    </w:p>
    <w:p>
      <w:pPr>
        <w:jc w:val="right"/>
      </w:pPr>
      <w:r>
        <w:t>اور بلاشبہ ٹیم اسپرٹ کا جو انعام ہے، وہ اتنا زیادہ ہے، اتنا زیادہ ہے کہ اس کی کوئی گنتی نہیں، کیونکہ قربانی ہے۔</w:t>
      </w:r>
    </w:p>
    <w:p>
      <w:r>
        <w:rPr>
          <w:b/>
        </w:rPr>
        <w:t xml:space="preserve">[59:37] </w:t>
      </w:r>
      <w:r>
        <w:t>woh</w:t>
      </w:r>
    </w:p>
    <w:p>
      <w:pPr>
        <w:jc w:val="right"/>
      </w:pPr>
      <w:r>
        <w:t>وہ</w:t>
      </w:r>
    </w:p>
    <w:p>
      <w:r>
        <w:rPr>
          <w:b/>
        </w:rPr>
        <w:t xml:space="preserve">[59:39] </w:t>
      </w:r>
      <w:r>
        <w:t>team spirit hamesha qurbani ki satah pe hoti hai, aur qurbani ka inaam bohat ziyada hota hai Allah taala ke haan. to meri dua hai ke Allah taala mujh ko aur aap ko yeh tofeeq de ke hum dawat Allah aur kaam ko team spirit ke sath kar sakein.</w:t>
      </w:r>
    </w:p>
    <w:p>
      <w:pPr>
        <w:jc w:val="right"/>
      </w:pPr>
      <w:r>
        <w:t>ٹیم اسپرٹ ہمیشہ قربانی کی سطح پہ ہوتی ہے، اور قربانی کا انعام بہت زیادہ ہوتا ہے اللہ تعالیٰ کے ہاں۔ تو میری دعا ہے کہ اللہ تعالیٰ مجھ کو اور آپ کو یہ توفیق دے کہ ہم دعوت اللہ اور کام کو ٹیم اسپرٹ کے ساتھ کر سکیں۔</w:t>
      </w:r>
    </w:p>
    <w:p>
      <w:r>
        <w:rPr>
          <w:b/>
        </w:rPr>
        <w:t xml:space="preserve">[59:59] </w:t>
      </w:r>
      <w:r>
        <w:t>aqool qawli haza wastaghfir ala walil muslimeen</w:t>
      </w:r>
    </w:p>
    <w:p>
      <w:pPr>
        <w:jc w:val="right"/>
      </w:pPr>
      <w:r>
        <w:t>اقول قولیھذا واستغفر علی ولم اجمعین</w:t>
      </w:r>
    </w:p>
    <w:p>
      <w:r>
        <w:rPr>
          <w:b/>
        </w:rPr>
        <w:t xml:space="preserve">[1:00:07] </w:t>
      </w:r>
      <w:r>
        <w:t>maulana, yeh maulana sahab, yeh sawal aaya hai patna se daniyal sahab ka. unhon ne likha hai: "maulana, aaj ka khitab team work ke liye thought provoking hai.</w:t>
      </w:r>
    </w:p>
    <w:p>
      <w:pPr>
        <w:jc w:val="right"/>
      </w:pPr>
      <w:r>
        <w:t>مولانا، یہ مولانا صاحب، یہ سوال آیا ہے پٹنہ سے دانیال صاحب کا۔ انہوں نے لکھا ہے: "مولانا، آج کا خطاب ٹیم ورک کے لیے thought provoking ہے۔</w:t>
      </w:r>
    </w:p>
    <w:p>
      <w:r>
        <w:rPr>
          <w:b/>
        </w:rPr>
        <w:t xml:space="preserve">[1:00:19] </w:t>
      </w:r>
      <w:r>
        <w:t>maulana, kya team unity ke liye zaroori hai ke hum ideology ko spread karte waqt compromising attitude mein rahein?</w:t>
      </w:r>
    </w:p>
    <w:p>
      <w:pPr>
        <w:jc w:val="right"/>
      </w:pPr>
      <w:r>
        <w:t>مولانا، کیا ٹیم unity کے لیے ضروری ہے کہ ہم ideology کو spread کرتے وقت compromising attitude میں رہیں؟</w:t>
      </w:r>
    </w:p>
    <w:p>
      <w:r>
        <w:rPr>
          <w:b/>
        </w:rPr>
        <w:t xml:space="preserve">[1:00:28] </w:t>
      </w:r>
      <w:r>
        <w:t>kuch log kehte hain hum lakeer ke faqeer nahi hona chahiye. maulana, barah e karam is ko wazeh kijiye."</w:t>
      </w:r>
    </w:p>
    <w:p>
      <w:pPr>
        <w:jc w:val="right"/>
      </w:pPr>
      <w:r>
        <w:t>کچھ لوگ کہتے ہیں ہم لکیر کے فقیر نہیں ہونا چاہیے۔ مولانا، برائے کرم اس کو واضح کیجیے۔"</w:t>
      </w:r>
    </w:p>
    <w:p>
      <w:r>
        <w:rPr>
          <w:b/>
        </w:rPr>
        <w:t xml:space="preserve">[1:00:38] </w:t>
      </w:r>
      <w:r>
        <w:t>lakeer ke faqeer koi na quran hai, na hadith hai, na quran ki ayat hai, na koi hadith hai. yeh to khud sakhta aqwal hain.</w:t>
      </w:r>
    </w:p>
    <w:p>
      <w:pPr>
        <w:jc w:val="right"/>
      </w:pPr>
      <w:r>
        <w:t>لکیر کے فقیر کوئی نہ قرآن ہے، نہ حدیث ہے، نہ قرآن کی آیت ہے، نہ کوئی حدیث ہے۔ یہ تو خود ساختہ اقوال ہیں۔</w:t>
      </w:r>
    </w:p>
    <w:p>
      <w:r>
        <w:rPr>
          <w:b/>
        </w:rPr>
        <w:t xml:space="preserve">[1:00:50] </w:t>
      </w:r>
      <w:r>
        <w:t>jis ko aitraz karna hai, woh quran o hadith se aitraz kare, warna Allah taala ka jhoota qarar payega. koday mare jayenge is ko. saada baat nahi hai.</w:t>
      </w:r>
    </w:p>
    <w:p>
      <w:pPr>
        <w:jc w:val="right"/>
      </w:pPr>
      <w:r>
        <w:t>جس کو اعتراض کرنا ہے، وہ قرآن و حدیث سے اعتراض کرے، ورنہ اللہ تعالیٰ کا جھوٹا قرار پائے گا۔ کوڑے مارے جائیں گے اس کو۔ سادہ بات نہیں ہے۔</w:t>
      </w:r>
    </w:p>
    <w:p>
      <w:r>
        <w:rPr>
          <w:b/>
        </w:rPr>
        <w:t xml:space="preserve">[1:01:02] </w:t>
      </w:r>
      <w:r>
        <w:t>deen ke maamle mein aap apni aql se nahi bol sakte.</w:t>
      </w:r>
    </w:p>
    <w:p>
      <w:pPr>
        <w:jc w:val="right"/>
      </w:pPr>
      <w:r>
        <w:t>دین کے معاملے میں آپ اپنی عقل سے نہیں بول سکتے۔</w:t>
      </w:r>
    </w:p>
    <w:p>
      <w:r>
        <w:rPr>
          <w:b/>
        </w:rPr>
        <w:t xml:space="preserve">[1:01:06] </w:t>
      </w:r>
      <w:r>
        <w:t>lakeer ke faqeer kaun si ayat hai? yeh kaun si hadith mein hai? kis sahabi ka qol hai? yani maamla deen ka hai, dawat Allah ka hai, aur aap awami maqbola pesh kar rahe hain.</w:t>
      </w:r>
    </w:p>
    <w:p>
      <w:pPr>
        <w:jc w:val="right"/>
      </w:pPr>
      <w:r>
        <w:t>لکیر کے فقیر کون سی آیت ہے؟ یہ کون سی حدیث میں ہے؟ کس صحابی کا قول ہے؟ یعنی معاملہ دین کا ہے، دعوت اللہ کا ہے، اور آپ عوامی مقبولہ پیش کر رہے ہیں۔</w:t>
      </w:r>
    </w:p>
    <w:p>
      <w:r>
        <w:rPr>
          <w:b/>
        </w:rPr>
        <w:t xml:space="preserve">[1:01:21] </w:t>
      </w:r>
      <w:r>
        <w:t>yeh hai insincerity, yeh hai bekhaufi, yeh hai Allah se na darna.</w:t>
      </w:r>
    </w:p>
    <w:p>
      <w:pPr>
        <w:jc w:val="right"/>
      </w:pPr>
      <w:r>
        <w:t>یہ ہے insincerity، یہ ہے بے خوفی، یہ ہے اللہ سے نہ ڈرنا۔</w:t>
      </w:r>
    </w:p>
    <w:p>
      <w:r>
        <w:rPr>
          <w:b/>
        </w:rPr>
        <w:t xml:space="preserve">[1:01:33] </w:t>
      </w:r>
      <w:r>
        <w:t>aise logon ko bohat zyada risk le rahe hain, bohat bara risk le rahe hain ke Allah ka un ki flagging ki jaye. flagging</w:t>
      </w:r>
    </w:p>
    <w:p>
      <w:pPr>
        <w:jc w:val="right"/>
      </w:pPr>
      <w:r>
        <w:t>ایسے لوگوں کو بہت زیادہ رسک لے رہے ہیں، بہت بڑا رسک لے رہے ہیں کہ اللہ کا ان کی flagging کی جائے۔ flagging</w:t>
      </w:r>
    </w:p>
    <w:p>
      <w:r>
        <w:rPr>
          <w:b/>
        </w:rPr>
        <w:t xml:space="preserve">[1:01:42] </w:t>
      </w:r>
      <w:r>
        <w:t>dekhiye, jab muamla deen ka ho,</w:t>
      </w:r>
    </w:p>
    <w:p>
      <w:pPr>
        <w:jc w:val="right"/>
      </w:pPr>
      <w:r>
        <w:t>دیکھیے، جب معاملہ دین کا ہو،</w:t>
      </w:r>
    </w:p>
    <w:p>
      <w:r>
        <w:rPr>
          <w:b/>
        </w:rPr>
        <w:t xml:space="preserve">[1:01:47] </w:t>
      </w:r>
      <w:r>
        <w:t>ek aadmi deeni mission chala raha hai to aap ko sirf Quran o Hadees se bolne ka haq hai, kisi aur reference pe bolne ka haq hi nahi hai aap ko.</w:t>
      </w:r>
    </w:p>
    <w:p>
      <w:pPr>
        <w:jc w:val="right"/>
      </w:pPr>
      <w:r>
        <w:t>ایک آدمی دینی مشن چلا رہا ہے تو آپ کو صرف قرآن و حدیث سے بولنے کا حق ہے، کسی اور reference پہ بولنے کا حق ہی نہیں ہے آپ کو۔</w:t>
      </w:r>
    </w:p>
    <w:p>
      <w:r>
        <w:rPr>
          <w:b/>
        </w:rPr>
        <w:t xml:space="preserve">[1:02:00] </w:t>
      </w:r>
      <w:r>
        <w:t>aise log jo hain, main yahi kahunga ke woh bohat bara risk le rahe hain ke Allah ke haan un ko poocha jaye ke tum kahan se bolay thay?</w:t>
      </w:r>
    </w:p>
    <w:p>
      <w:pPr>
        <w:jc w:val="right"/>
      </w:pPr>
      <w:r>
        <w:t>ایسے لوگ جو ہیں، میں یہی کہوں گا کہ وہ بہت بڑا رسک لے رہے ہیں کہ اللہ کے ہاں ان کو پوچھا جائے کہ تم کہاں سے بولے تھے؟</w:t>
      </w:r>
    </w:p>
    <w:p>
      <w:r>
        <w:rPr>
          <w:b/>
        </w:rPr>
        <w:t xml:space="preserve">[1:02:10] </w:t>
      </w:r>
      <w:r>
        <w:t>kis ayat mein aur kis hadees mein yeh baat thi? aur jab woh jawab na de payein to un ko koday maray jayen. main bohat shadeed is muamle mein hoon ke Khuda ke deen ke muamle mein koi Quran o Hadees ke bahar ka ek ek ek reasoning pesh kare,</w:t>
      </w:r>
    </w:p>
    <w:p>
      <w:pPr>
        <w:jc w:val="right"/>
      </w:pPr>
      <w:r>
        <w:t>کس آیت میں اور کس حدیث میں یہ بات تھی؟ اور جب وہ جواب نہ دے پائیں تو ان کو کوڑے مارے جائیں۔ میں بہت شدید اس معاملے میں ہوں کہ خدا کے دین کے معاملے میں کوئی قرآن و حدیث کے باہر کا ایک ایک ایک reasoning پیش کرے،</w:t>
      </w:r>
    </w:p>
    <w:p>
      <w:r>
        <w:rPr>
          <w:b/>
        </w:rPr>
        <w:t xml:space="preserve">[1:02:28] </w:t>
      </w:r>
      <w:r>
        <w:t>khud sakhta reasoning.</w:t>
      </w:r>
    </w:p>
    <w:p>
      <w:pPr>
        <w:jc w:val="right"/>
      </w:pPr>
      <w:r>
        <w:t>خود ساختہ reasoning۔</w:t>
      </w:r>
    </w:p>
    <w:p>
      <w:r>
        <w:rPr>
          <w:b/>
        </w:rPr>
        <w:t xml:space="preserve">[1:02:34] </w:t>
      </w:r>
      <w:r>
        <w:t>Maulana, yeh sawal aaya hai Karachi Pakistan se Mr Abdul Lateef ka. unhon ne likha hai: "insan ke sath ek fitri kamzori mojood hai ke use jab kisi se takleef pohanchti hai to woh shikayati aur negative ban jata hai,</w:t>
      </w:r>
    </w:p>
    <w:p>
      <w:pPr>
        <w:jc w:val="right"/>
      </w:pPr>
      <w:r>
        <w:t>مولانا، یہ سوال آیا ہے کراچی پاکستان سے مسٹر عبداللطیف کا۔ انہوں نے لکھا ہے: "انسان کے ساتھ ایک فطری کمزوری موجود ہے کہ اسے جب کسی سے تکلیف پہنچتی ہے تو وہ شکایتی اور negative بن جاتا ہے،</w:t>
      </w:r>
    </w:p>
    <w:p>
      <w:r>
        <w:rPr>
          <w:b/>
        </w:rPr>
        <w:t xml:space="preserve">[1:02:53] </w:t>
      </w:r>
      <w:r>
        <w:t>lekin yeh majaz jannati shakhsiyat ke liye killer hai. Maulana sahib, is fitri kamzori par kis tarah qabu paya jaye?"</w:t>
      </w:r>
    </w:p>
    <w:p>
      <w:pPr>
        <w:jc w:val="right"/>
      </w:pPr>
      <w:r>
        <w:t>لیکن یہ مجاز جنتی شخصیت کے لیے killer ہے۔ مولانا صاحب، اس فطری کمزوری پر کس طرح قابو پایا جائے؟"</w:t>
      </w:r>
    </w:p>
    <w:p>
      <w:r>
        <w:rPr>
          <w:b/>
        </w:rPr>
        <w:t xml:space="preserve">[1:03:05] </w:t>
      </w:r>
      <w:r>
        <w:t>yeh fitri kamzori ki baat nahi hai, yeh shaitani kamzori ki baat hai.</w:t>
      </w:r>
    </w:p>
    <w:p>
      <w:pPr>
        <w:jc w:val="right"/>
      </w:pPr>
      <w:r>
        <w:t>یہ فطری کمزوری کی بات نہیں ہے، یہ شیطانی کمزوری کی بات ہے۔</w:t>
      </w:r>
    </w:p>
    <w:p>
      <w:r>
        <w:rPr>
          <w:b/>
        </w:rPr>
        <w:t xml:space="preserve">[1:03:11] </w:t>
      </w:r>
      <w:r>
        <w:t>agar fitri kamzori ho to yahi kamzori kya ho jaye gi? apne beta beti ke liye nahi hoti? agar yeh cheez fitrat mein shamil hai to bete beta beti ke muamle mein aisa kyun nahi hota?</w:t>
      </w:r>
    </w:p>
    <w:p>
      <w:pPr>
        <w:jc w:val="right"/>
      </w:pPr>
      <w:r>
        <w:t>اگر فطری کمزوری ہو تو یہی کمزوری کیا ہو جائے گی؟ اپنے بیٹا بیٹی کے لیے نہیں ہوتی؟ اگر یہ چیز فطرت میں شامل ہے تو بیٹے بیٹا بیٹی کے معاملے میں ایسا کیوں نہیں ہوتا؟</w:t>
      </w:r>
    </w:p>
    <w:p>
      <w:r>
        <w:rPr>
          <w:b/>
        </w:rPr>
        <w:t xml:space="preserve">[1:03:28] </w:t>
      </w:r>
      <w:r>
        <w:t>aaj hi mujhe telephone aaya tha ek sahib ka,</w:t>
      </w:r>
    </w:p>
    <w:p>
      <w:pPr>
        <w:jc w:val="right"/>
      </w:pPr>
      <w:r>
        <w:t>آج ہی مجھے ٹیلی فون آیا تھا ایک صاحب کا،</w:t>
      </w:r>
    </w:p>
    <w:p>
      <w:r>
        <w:rPr>
          <w:b/>
        </w:rPr>
        <w:t xml:space="preserve">[1:03:31] </w:t>
      </w:r>
      <w:r>
        <w:t>unhon ne bataya ke ek sahib thay, un ka apne bete se shikayat thi, panch saal se, panch saal se bete se un se bohat shikayaten chal rahi theen.</w:t>
      </w:r>
    </w:p>
    <w:p>
      <w:pPr>
        <w:jc w:val="right"/>
      </w:pPr>
      <w:r>
        <w:t>انہوں نے بتایا کہ ایک صاحب تھے، ان کا اپنے بیٹے سے شکایت تھی، پانچ سال سے، پانچ سال سے بیٹے سے ان سے بہت شکایتیں چل رہی تھیں۔</w:t>
      </w:r>
    </w:p>
    <w:p>
      <w:r>
        <w:rPr>
          <w:b/>
        </w:rPr>
        <w:t xml:space="preserve">[1:03:44] </w:t>
      </w:r>
      <w:r>
        <w:t>phir hamare ek saathi hain, unhon ne samjhaya bete ko ke ja kar muafi mango. to us ne ja kar ke muafi mangi apne maa baap se.</w:t>
      </w:r>
    </w:p>
    <w:p>
      <w:pPr>
        <w:jc w:val="right"/>
      </w:pPr>
      <w:r>
        <w:t>پھر ہمارے ایک ساتھی ہیں، انہوں نے سمجھایا بیٹے کو کہ جا کر معافی مانگو۔ تو اس نے جا کر کے معافی مانگی اپنے ماں باپ سے۔</w:t>
      </w:r>
    </w:p>
    <w:p>
      <w:r>
        <w:rPr>
          <w:b/>
        </w:rPr>
        <w:t xml:space="preserve">[1:03:55] </w:t>
      </w:r>
      <w:r>
        <w:t>isi waqt kya hua ke baap aur maa dono ronay lagay, aur baap ne bete ko galay laga liya ke sab baat khatam.</w:t>
      </w:r>
    </w:p>
    <w:p>
      <w:pPr>
        <w:jc w:val="right"/>
      </w:pPr>
      <w:r>
        <w:t>اسی وقت کیا ہوا کہ باپ اور ماں دونوں رونے لگے، اور باپ نے بیٹے کو گلے لگا لیا کہ سب بات ختم۔</w:t>
      </w:r>
    </w:p>
    <w:p>
      <w:r>
        <w:rPr>
          <w:b/>
        </w:rPr>
        <w:t xml:space="preserve">[1:04:06] </w:t>
      </w:r>
      <w:r>
        <w:t>fitri kamzori woh kahi jaye gi jo apne beta beti ke muamle mein bhi zahir ho, nahi ho jaye to woh shaitani kamzori kahi jaye gi.</w:t>
      </w:r>
    </w:p>
    <w:p>
      <w:pPr>
        <w:jc w:val="right"/>
      </w:pPr>
      <w:r>
        <w:t>فطری کمزوری وہ کہی جائے گی جو اپنے بیٹا بیٹی کے معاملے میں بھی ظاہر ہو، نہیں ہو جائے تو وہ شیطانی کمزوری کہی جائے گی۔</w:t>
      </w:r>
    </w:p>
    <w:p>
      <w:r>
        <w:rPr>
          <w:b/>
        </w:rPr>
        <w:t xml:space="preserve">[1:04:16] </w:t>
      </w:r>
      <w:r>
        <w:t>yani shaitani kamzori ko ek khoobsurat naam dena hai. yeh</w:t>
      </w:r>
    </w:p>
    <w:p>
      <w:pPr>
        <w:jc w:val="right"/>
      </w:pPr>
      <w:r>
        <w:t>یعنی شیطانی کمزوری کو ایک خوبصورت نام دینا ہے۔ یہ</w:t>
      </w:r>
    </w:p>
    <w:p>
      <w:r>
        <w:rPr>
          <w:b/>
        </w:rPr>
        <w:t xml:space="preserve">[1:04:21] </w:t>
      </w:r>
      <w:r>
        <w:t>shaitani kamzori ka matlab hai ke aadmi shaitan ke hamlay ka shikar hua, shaitan ke hamlay ka shikar hua, aur wajah kya bata raha hai?</w:t>
      </w:r>
    </w:p>
    <w:p>
      <w:pPr>
        <w:jc w:val="right"/>
      </w:pPr>
      <w:r>
        <w:t>شیطانی کمزوری کا معنی ہے کہ آدمی شیطان کے حملے کا شکار ہوا، شیطان کے حملے کا شکار ہوا، اور وجہ کیا بتا رہا ہے؟</w:t>
      </w:r>
    </w:p>
    <w:p>
      <w:r>
        <w:rPr>
          <w:b/>
        </w:rPr>
        <w:t xml:space="preserve">[1:04:34] </w:t>
      </w:r>
      <w:r>
        <w:t>fitri kamzori, Khuda pe daal raha hai. woh fitri kamzori fitrat kis ne paida ki hai? fitrat ke paida karne wala kaun hai? yani ke Khuda hai.</w:t>
      </w:r>
    </w:p>
    <w:p>
      <w:pPr>
        <w:jc w:val="right"/>
      </w:pPr>
      <w:r>
        <w:t>فطری کمزوری، خدا پہ ڈال رہا ہے۔ وہ فطری کمزوری فطرت کس نے پیدا کی ہے؟ فطرت کے پیدا کرنے والا کون ہے؟ یعنی کہ خدا ہے۔</w:t>
      </w:r>
    </w:p>
    <w:p>
      <w:r>
        <w:rPr>
          <w:b/>
        </w:rPr>
        <w:t xml:space="preserve">[1:04:47] </w:t>
      </w:r>
      <w:r>
        <w:t>to amalan to yeh hua ke aadmi shaitan ke hamlay ka shikar hua, aur uska</w:t>
      </w:r>
    </w:p>
    <w:p>
      <w:pPr>
        <w:jc w:val="right"/>
      </w:pPr>
      <w:r>
        <w:t>تو عملاً تو یہ ہوا کہ آدمی شیطان کے حملے کا شکار ہوا، اور اس کا</w:t>
      </w:r>
    </w:p>
    <w:p>
      <w:r>
        <w:rPr>
          <w:b/>
        </w:rPr>
        <w:t xml:space="preserve">[1:04:57] </w:t>
      </w:r>
      <w:r>
        <w:t>uska ilzam kis par de raha hai? Khuda par de raha hai, naoozubillah. yeh sab baaten sada nahi hain. yeh sab waqt aye ga maut ke baad, akhirat mein, hashar ke maidan mein, jab un ka tajziya kiya jaye.</w:t>
      </w:r>
    </w:p>
    <w:p>
      <w:pPr>
        <w:jc w:val="right"/>
      </w:pPr>
      <w:r>
        <w:t>اس کا الزام کس پر دے رہا ہے؟ خدا پر دے رہا ہے، نعوذ باللہ۔ یہ سب باتیں سادہ نہیں ہیں۔ یہ سب وقت آئے گا موت کے بعد، آخرت میں، حشر کے میدان میں، جب ان کا تجزیہ کیا جائے۔</w:t>
      </w:r>
    </w:p>
    <w:p>
      <w:r>
        <w:rPr>
          <w:b/>
        </w:rPr>
        <w:t xml:space="preserve">[1:05:09] </w:t>
      </w:r>
      <w:r>
        <w:t>yeh koi sada baat nahi hai.</w:t>
      </w:r>
    </w:p>
    <w:p>
      <w:pPr>
        <w:jc w:val="right"/>
      </w:pPr>
      <w:r>
        <w:t>یہ کوئی سادہ بات نہیں ہے۔</w:t>
      </w:r>
    </w:p>
    <w:p>
      <w:r>
        <w:rPr>
          <w:b/>
        </w:rPr>
        <w:t xml:space="preserve">[1:05:14] </w:t>
      </w:r>
      <w:r>
        <w:t>bohat hi zyada serious baat hai, bohat zyada sangin baat hai.</w:t>
      </w:r>
    </w:p>
    <w:p>
      <w:pPr>
        <w:jc w:val="right"/>
      </w:pPr>
      <w:r>
        <w:t>بہت ہی زیادہ serious بات ہے، بہت زیادہ سنگین بات ہے۔</w:t>
      </w:r>
    </w:p>
    <w:p>
      <w:r>
        <w:rPr>
          <w:b/>
        </w:rPr>
        <w:t xml:space="preserve">[1:05:20] </w:t>
      </w:r>
      <w:r>
        <w:t>Maulana, agla sawal Delhi se aaya hai Mr Shahnawaz Zafar ka. unhon ne likha hai: "All the records of human beings will be declared on the day of judgment, and the punishment or reward will be decided on the basis of the performance.</w:t>
      </w:r>
    </w:p>
    <w:p>
      <w:pPr>
        <w:jc w:val="right"/>
      </w:pPr>
      <w:r>
        <w:t>مولانا، اگلا سوال دلی سے آیا ہے مسٹر شاہنواز ظفر کا۔ انہوں نے لکھا ہے: "All the records of human beings will be declared on the day of judgment, and the punishment or reward will be decided on the basis of the performance.</w:t>
      </w:r>
    </w:p>
    <w:p>
      <w:r>
        <w:rPr>
          <w:b/>
        </w:rPr>
        <w:t xml:space="preserve">[1:05:39] </w:t>
      </w:r>
      <w:r>
        <w:t>Then what is the logic behind azab e qabr</w:t>
      </w:r>
    </w:p>
    <w:p>
      <w:pPr>
        <w:jc w:val="right"/>
      </w:pPr>
      <w:r>
        <w:t>Then what is the logic behind عذاب قبر</w:t>
      </w:r>
    </w:p>
    <w:p>
      <w:r>
        <w:rPr>
          <w:b/>
        </w:rPr>
        <w:t xml:space="preserve">[1:05:42] </w:t>
      </w:r>
      <w:r>
        <w:t>? Why an individual starts getting punishment since he is put down in qabr, though the punishment is to be decided in akhirat?</w:t>
      </w:r>
    </w:p>
    <w:p>
      <w:pPr>
        <w:jc w:val="right"/>
      </w:pPr>
      <w:r>
        <w:t>? Why an individual starts getting punishment since he is put down in qabr, though the punishment is to be decided in آخرت?</w:t>
      </w:r>
    </w:p>
    <w:p>
      <w:r>
        <w:rPr>
          <w:b/>
        </w:rPr>
        <w:t xml:space="preserve">[1:05:52] </w:t>
      </w:r>
      <w:r>
        <w:t>Why an angel comes in qabr and asks some questions? Why we all know that Almighty Allah will do a question answer session on the day of judgment, and then He will take a performance-based decision?</w:t>
      </w:r>
    </w:p>
    <w:p>
      <w:pPr>
        <w:jc w:val="right"/>
      </w:pPr>
      <w:r>
        <w:t>Why an angel comes in qabr and asks some questions? Why we all know that Almighty Allah will do a question answer session on the day of judgment, and then He will take a performance-based decision?</w:t>
      </w:r>
    </w:p>
    <w:p>
      <w:r>
        <w:rPr>
          <w:b/>
        </w:rPr>
        <w:t xml:space="preserve">[1:06:07] </w:t>
      </w:r>
      <w:r>
        <w:t>How can we understand it in reference to the ultimate justice of Almighty Allah? dekhiye, is mein ghalat fehmi yeh hai ke qabr ke hawale se jo saza ka zikr hai hadith mein, baaz hadithon mein, woh alamati hai.</w:t>
      </w:r>
    </w:p>
    <w:p>
      <w:pPr>
        <w:jc w:val="right"/>
      </w:pPr>
      <w:r>
        <w:t>How can we understand it in reference to the ultimate justice of Almighty Allah?" دیکھیے، اس میں غلط فہمی یہ ہے کہ قبر کے حوالے سے جو سزا کا ذکر ہے حدیث میں، بعض حدیثوں میں، وہ علامتی ہے۔</w:t>
      </w:r>
    </w:p>
    <w:p>
      <w:r>
        <w:rPr>
          <w:b/>
        </w:rPr>
        <w:t xml:space="preserve">[1:06:31] </w:t>
      </w:r>
      <w:r>
        <w:t>Alamati yani is ka matlab hai ke isi gadhe mein azab ho raha hai.</w:t>
      </w:r>
    </w:p>
    <w:p>
      <w:pPr>
        <w:jc w:val="right"/>
      </w:pPr>
      <w:r>
        <w:t>علامتی یعنی اس کا مطلب ہے کہ اسی گڑھے میں عذاب ہو رہا ہے۔</w:t>
      </w:r>
    </w:p>
    <w:p>
      <w:r>
        <w:rPr>
          <w:b/>
        </w:rPr>
        <w:t xml:space="preserve">[1:06:36] </w:t>
      </w:r>
      <w:r>
        <w:t>Is ka matlab har giz yeh nahi hai. Is ka matlab yeh hai ke maut ke baad insan ka apne anjam ko bhugtna.</w:t>
      </w:r>
    </w:p>
    <w:p>
      <w:pPr>
        <w:jc w:val="right"/>
      </w:pPr>
      <w:r>
        <w:t>اس کا مطلب ہرگز یہ نہیں ہے۔ اس کا مطلب یہ ہے کہ موت کے بعد انسان کا اپنے انجام کو بھگتنا۔</w:t>
      </w:r>
    </w:p>
    <w:p>
      <w:r>
        <w:rPr>
          <w:b/>
        </w:rPr>
        <w:t xml:space="preserve">[1:06:47] </w:t>
      </w:r>
      <w:r>
        <w:t>Yaani qabr alamat hai is baat ki ke aadmi ek daure se nikal kar doosre daure tak pahunch gaya. Qabr ki hesiyat alamat ki hai, woh gadhe ki nahi hai.</w:t>
      </w:r>
    </w:p>
    <w:p>
      <w:pPr>
        <w:jc w:val="right"/>
      </w:pPr>
      <w:r>
        <w:t>یعنی قبر علامت ہے اس بات کی کہ آدمی ایک دورہ سے نکل کر دوسرے دورہ تک پہنچ گیا۔ قبر کی حیثیت علامت کی ہے، وہ گڑھے کی نہیں ہے۔</w:t>
      </w:r>
    </w:p>
    <w:p>
      <w:r>
        <w:rPr>
          <w:b/>
        </w:rPr>
        <w:t xml:space="preserve">[1:06:58] </w:t>
      </w:r>
      <w:r>
        <w:t>Is gadhe mein jo body dala gaya, woh body toh kuch bhi nahi, woh toh</w:t>
      </w:r>
    </w:p>
    <w:p>
      <w:pPr>
        <w:jc w:val="right"/>
      </w:pPr>
      <w:r>
        <w:t>اس گڑھے میں جو باڈی ڈالا گیا، وہ باڈی تو کچھ بھی نہیں، وہ تو</w:t>
      </w:r>
    </w:p>
    <w:p>
      <w:r>
        <w:rPr>
          <w:b/>
        </w:rPr>
        <w:t xml:space="preserve">[1:07:02] </w:t>
      </w:r>
      <w:r>
        <w:t>mitti hai. Use insan toh farishte le gaye, jahan le gaye. Toh is is tarah ki riwayaton mein qabr ka lafz alamati taur par aaya hai, yeh batane ke liye ke maut ke baad insan ka muamla Allah ke samne pesh aata hai.</w:t>
      </w:r>
    </w:p>
    <w:p>
      <w:pPr>
        <w:jc w:val="right"/>
      </w:pPr>
      <w:r>
        <w:t>مٹی ہے۔ اسے انسان تو فرشتے لے گئے، جہاں لے گئے۔ تو اس اس طرح کی روایتوں میں قبر کا لفظ علامتی طور پر آیا ہے، یہ بتانے کے لیے کہ موت کے بعد انسان کا معاملہ اللہ کے سامنے پیش آتا ہے۔</w:t>
      </w:r>
    </w:p>
    <w:p>
      <w:r>
        <w:rPr>
          <w:b/>
        </w:rPr>
        <w:t xml:space="preserve">[1:07:24] </w:t>
      </w:r>
      <w:r>
        <w:t>Doosri baat yeh hai ke hum sochte hain is duniya mein time and space ke term mein.</w:t>
      </w:r>
    </w:p>
    <w:p>
      <w:pPr>
        <w:jc w:val="right"/>
      </w:pPr>
      <w:r>
        <w:t>دوسری بات یہ ہے کہ ہم سوچتے ہیں اس دنیا میں ٹائم اینڈ سپیس کے ٹرم میں۔</w:t>
      </w:r>
    </w:p>
    <w:p>
      <w:r>
        <w:rPr>
          <w:b/>
        </w:rPr>
        <w:t xml:space="preserve">[1:07:31] </w:t>
      </w:r>
      <w:r>
        <w:t>Yeh time space relative hai. Yeh baat toh Einstein ke is mein sabit ho chuki hai ke yeh time and space ka concept jo hai, sara ka sara relative hai, real nahi hai.</w:t>
      </w:r>
    </w:p>
    <w:p>
      <w:pPr>
        <w:jc w:val="right"/>
      </w:pPr>
      <w:r>
        <w:t>یہ ٹائم اسپیس ریلیٹو ہے۔ یہ بات تو آئنسٹین کے اس میں ثابت ہو چکی ہے کہ یہ ٹائم اینڈ سپیس کا کانسیپٹ جو ہے، سارا کا سارا ریلیٹو ہے، ریئل نہیں ہے۔</w:t>
      </w:r>
    </w:p>
    <w:p>
      <w:r>
        <w:rPr>
          <w:b/>
        </w:rPr>
        <w:t xml:space="preserve">[1:07:42] </w:t>
      </w:r>
      <w:r>
        <w:t>Yeh</w:t>
      </w:r>
    </w:p>
    <w:p>
      <w:pPr>
        <w:jc w:val="right"/>
      </w:pPr>
      <w:r>
        <w:t>یہ</w:t>
      </w:r>
    </w:p>
    <w:p>
      <w:r>
        <w:rPr>
          <w:b/>
        </w:rPr>
        <w:t xml:space="preserve">[1:07:46] </w:t>
      </w:r>
      <w:r>
        <w:t>Yeh jo aap sochte hain time ke ishtihar mein ho aur space ke ishtihar mein, yeh sab ka sab relative hai. Maut ke baad aap ek aur duniya mein pahunch jaate hain</w:t>
      </w:r>
    </w:p>
    <w:p>
      <w:pPr>
        <w:jc w:val="right"/>
      </w:pPr>
      <w:r>
        <w:t>یہ جو آپ سوچتے ہیں ٹائم کے اشتہار میں ہو اور سپیس کے اشتہار میں، یہ سب کا سب ریلیٹو ہے۔ موت کے بعد آپ ایک اور دنیا میں پہنچ جاتے ہیں</w:t>
      </w:r>
    </w:p>
    <w:p>
      <w:r>
        <w:rPr>
          <w:b/>
        </w:rPr>
        <w:t xml:space="preserve">[1:07:59] </w:t>
      </w:r>
      <w:r>
        <w:t>jis mein time space ka concept khatm ho jata hai, bilkul doosra aa jata hai. Neeche yeh question jo hai, main samajhta hoon ke Einstein ke jo theory of relativity hai, us ne is sawal ka khatma kar diya hai.</w:t>
      </w:r>
    </w:p>
    <w:p>
      <w:pPr>
        <w:jc w:val="right"/>
      </w:pPr>
      <w:r>
        <w:t>جس میں ٹائم اسپیس کا کانسیپٹ ختم ہو جاتا ہے، بالکل دوسرا آ جاتا ہے۔ نیچے یہ کوئسچن جو ہے، میں سمجھتا ہوں کہ آئنسٹین کے جو تھیوری آف ریلیٹیوٹی ہے، اس نے اس سوال کا خاتمہ کر دیا ہے۔</w:t>
      </w:r>
    </w:p>
    <w:p>
      <w:r>
        <w:rPr>
          <w:b/>
        </w:rPr>
        <w:t xml:space="preserve">[1:08:16] </w:t>
      </w:r>
      <w:r>
        <w:t>Is sawal ka ab koi relevance baqi nahi raha.</w:t>
      </w:r>
    </w:p>
    <w:p>
      <w:pPr>
        <w:jc w:val="right"/>
      </w:pPr>
      <w:r>
        <w:t>اس سوال کا اب کوئی ریلیونس باقی نہیں رہا۔</w:t>
      </w:r>
    </w:p>
    <w:p>
      <w:r>
        <w:rPr>
          <w:b/>
        </w:rPr>
        <w:t xml:space="preserve">[1:08:22] </w:t>
      </w:r>
      <w:r>
        <w:t>Maulana, agla sawal hai Delhi se Maulana Shariq Hussain ne kiya hai. Unhone likha hai: "Team ke sath kaam karte hue pesh aane wali shikayaton ko dil se kaise khatam kiya jaye?</w:t>
      </w:r>
    </w:p>
    <w:p>
      <w:pPr>
        <w:jc w:val="right"/>
      </w:pPr>
      <w:r>
        <w:t>مولانا، اگلا سوال ہے دلی سے مولانا شارک حسین نے کیا ہے۔ انہوں نے لکھا ہے: "ٹیم کے ساتھ کام کرتے ہوئے پیش آنے والی شکایتوں کو دل سے کیسے ختم کیا جائے؟</w:t>
      </w:r>
    </w:p>
    <w:p>
      <w:r>
        <w:rPr>
          <w:b/>
        </w:rPr>
        <w:t xml:space="preserve">[1:08:35] </w:t>
      </w:r>
      <w:r>
        <w:t>Is ke bare mein batayein." Bahut hi aasan hai, bahut hi aasan hai.</w:t>
      </w:r>
    </w:p>
    <w:p>
      <w:pPr>
        <w:jc w:val="right"/>
      </w:pPr>
      <w:r>
        <w:t>اس کے بارے میں بتائیں۔" بہت ہی آسان ہے، بہت ہی آسان ہے۔</w:t>
      </w:r>
    </w:p>
    <w:p>
      <w:r>
        <w:rPr>
          <w:b/>
        </w:rPr>
        <w:t xml:space="preserve">[1:08:43] </w:t>
      </w:r>
      <w:r>
        <w:t>Aap sirf yeh soch lein ke shikayat ko khatam karna ek bahut bada rewardable kaam hai.</w:t>
      </w:r>
    </w:p>
    <w:p>
      <w:pPr>
        <w:jc w:val="right"/>
      </w:pPr>
      <w:r>
        <w:t>آپ صرف یہ سوچ لیں کہ شکایت کو ختم کرنا ایک بہت بڑا ریوارڈیبل کام ہے۔</w:t>
      </w:r>
    </w:p>
    <w:p>
      <w:r>
        <w:rPr>
          <w:b/>
        </w:rPr>
        <w:t xml:space="preserve">[1:08:54] </w:t>
      </w:r>
      <w:r>
        <w:t>Rewardable, qabil-e-inaam.</w:t>
      </w:r>
    </w:p>
    <w:p>
      <w:pPr>
        <w:jc w:val="right"/>
      </w:pPr>
      <w:r>
        <w:t>ریوارڈیبل، قابل انعام۔</w:t>
      </w:r>
    </w:p>
    <w:p>
      <w:r>
        <w:rPr>
          <w:b/>
        </w:rPr>
        <w:t xml:space="preserve">[1:08:58] </w:t>
      </w:r>
      <w:r>
        <w:t>Aap ghaur kijiye ke ek hai ke aap sona chandi kharch karein, paisa kharch karein toh is ka reward milega.</w:t>
      </w:r>
    </w:p>
    <w:p>
      <w:pPr>
        <w:jc w:val="right"/>
      </w:pPr>
      <w:r>
        <w:t>آپ غور کیجیے کہ ایک ہے کہ آپ سونا چاندی خرچ کریں، پیسہ خرچ کریں تو اس کا ریوارڈ ملے گا۔</w:t>
      </w:r>
    </w:p>
    <w:p>
      <w:r>
        <w:rPr>
          <w:b/>
        </w:rPr>
        <w:t xml:space="preserve">[1:09:12] </w:t>
      </w:r>
      <w:r>
        <w:t>Aur shikayat toh ek ehsaas hai, ehsaas zehen mein paida hua, wohin khatam kar dijiye.</w:t>
      </w:r>
    </w:p>
    <w:p>
      <w:pPr>
        <w:jc w:val="right"/>
      </w:pPr>
      <w:r>
        <w:t>اور شکایت تو ایک احساس ہے، احساس ذہن میں پیدا ہوا، وہیں ختم کر دیجیے۔</w:t>
      </w:r>
    </w:p>
    <w:p>
      <w:r>
        <w:rPr>
          <w:b/>
        </w:rPr>
        <w:t xml:space="preserve">[1:09:21] </w:t>
      </w:r>
      <w:r>
        <w:t>Ehsaas ko khatam kar ke woh milta hai inaam jo sone chandi ke dher ko khatam karne pe nahi milta.</w:t>
      </w:r>
    </w:p>
    <w:p>
      <w:pPr>
        <w:jc w:val="right"/>
      </w:pPr>
      <w:r>
        <w:t>احساس کو ختم کر کے وہ ملتا ہے انعام جو سونے چاندی کے ڈھیر کو ختم کرنے پہ نہیں ملتا۔</w:t>
      </w:r>
    </w:p>
    <w:p>
      <w:r>
        <w:rPr>
          <w:b/>
        </w:rPr>
        <w:t xml:space="preserve">[1:09:31] </w:t>
      </w:r>
      <w:r>
        <w:t>Pichhle Quran mein hai ke innamā yūfaṣṣābirūna ujrahum bighayri ḥisābin toh sone chandi ki qurbani se toh badi qurbani woh hai jo nafsiyat ki sirf ki jaati hai,</w:t>
      </w:r>
    </w:p>
    <w:p>
      <w:pPr>
        <w:jc w:val="right"/>
      </w:pPr>
      <w:r>
        <w:t>پچھلے قرآن میں ہے کہ إنما یوفصابرون أجرهم بغير حساب تو سونے چاندی کی قربانی سے تو بڑی قربانی وہ ہے جو نفسیات کی صرف کی جاتی ہے،</w:t>
      </w:r>
    </w:p>
    <w:p>
      <w:r>
        <w:rPr>
          <w:b/>
        </w:rPr>
        <w:t xml:space="preserve">[1:09:44] </w:t>
      </w:r>
      <w:r>
        <w:t>shikayaton ko bhula kar.</w:t>
      </w:r>
    </w:p>
    <w:p>
      <w:pPr>
        <w:jc w:val="right"/>
      </w:pPr>
      <w:r>
        <w:t>شکایتوں کو بھلا کر۔</w:t>
      </w:r>
    </w:p>
    <w:p>
      <w:r>
        <w:rPr>
          <w:b/>
        </w:rPr>
        <w:t xml:space="preserve">[1:09:46] </w:t>
      </w:r>
      <w:r>
        <w:t>Toh agar yeh socha jaye ke agar shikayaton ko maine khatam kar diya dil se toh yeh toh bahut bada rewardable kaam hoga meri taraf se.</w:t>
      </w:r>
    </w:p>
    <w:p>
      <w:pPr>
        <w:jc w:val="right"/>
      </w:pPr>
      <w:r>
        <w:t>تو اگر یہ سوچا جائے کہ اگر شکایتوں کو میں نے ختم کر دیا دل سے تو یہ تو بہت بڑا ریوارڈیبل کام ہوگا میری طرف سے۔</w:t>
      </w:r>
    </w:p>
    <w:p>
      <w:r>
        <w:rPr>
          <w:b/>
        </w:rPr>
        <w:t xml:space="preserve">[1:09:58] </w:t>
      </w:r>
      <w:r>
        <w:t>Toh aadmi ko mushkil nahi lagega, woh aasan maloom hoga. Balkeh woh jis ne shikayat ka mauqa diya, us ka shukriya ada karega ke tum ne mujhe ek bade inaam ke qabil banaya.</w:t>
      </w:r>
    </w:p>
    <w:p>
      <w:pPr>
        <w:jc w:val="right"/>
      </w:pPr>
      <w:r>
        <w:t>تو آدمی کو مشکل نہیں لگے گا، وہ آسان معلوم ہوگا۔ بلکہ وہ جس نے شکایت کا موقع دیا، اس کا شکریہ ادا کرے گا کہ تم نے مجھے ایک بڑے انعام کے قابل بنایا۔</w:t>
      </w:r>
    </w:p>
    <w:p>
      <w:r>
        <w:rPr>
          <w:b/>
        </w:rPr>
        <w:t xml:space="preserve">[1:10:14] </w:t>
      </w:r>
      <w:r>
        <w:t>Sara muamla yeh hai ke hum cheezon ko duniya ke aitbar se dekhte hain, aakhirat ke baad se nahi. Yeh sirf wajah yeh hoti hai ke duniya ke aitbar se bahut bhari lagta hai.</w:t>
      </w:r>
    </w:p>
    <w:p>
      <w:pPr>
        <w:jc w:val="right"/>
      </w:pPr>
      <w:r>
        <w:t>سارا معاملہ یہ ہے کہ ہم چیزوں کو دنیا کے اعتبار سے دیکھتے ہیں، آخرت کے بعد سے نہیں۔ یہ صرف وجہ یہ ہوتی ہے کہ دنیا کے اعتبار سے بہت بھاری لگتا ہے۔</w:t>
      </w:r>
    </w:p>
    <w:p>
      <w:r>
        <w:rPr>
          <w:b/>
        </w:rPr>
        <w:t xml:space="preserve">[1:10:30] </w:t>
      </w:r>
      <w:r>
        <w:t>shikayat hai ke is ko bulaya jaye, is ko is ko to intiqam lena hai. lekin akhirat ke aitbar se dekhen, agar to maloom hoga ye to kuch bhi nahin.</w:t>
      </w:r>
    </w:p>
    <w:p>
      <w:pPr>
        <w:jc w:val="right"/>
      </w:pPr>
      <w:r>
        <w:t>شکایت ہے کہ اس کو بلایا جائے، اس کو اس کو تو انتقام لینا ہے۔ لیکن آخرت کے اعتبار سے دیکھیں، اگر تو معلوم ہوگا یہ تو کچھ بھی نہیں۔</w:t>
      </w:r>
    </w:p>
    <w:p>
      <w:r>
        <w:rPr>
          <w:b/>
        </w:rPr>
        <w:t xml:space="preserve">[1:10:41] </w:t>
      </w:r>
      <w:r>
        <w:t>to ye sari cheezon mein buniyadi baat ye hai ke ek hai dunya oriented soch, ek hai akhirat oriented soch. to ye sara masla hai dunya oriented soch walon ke liye.</w:t>
      </w:r>
    </w:p>
    <w:p>
      <w:pPr>
        <w:jc w:val="right"/>
      </w:pPr>
      <w:r>
        <w:t>تو یہ ساری چیزوں میں بنیادی بات یہ ہے کہ ایک ہے دنیا اورینٹڈ سوچ، ایک ہے آخرت اورینٹڈ سوچ۔ تو یہ سارا مسئلہ ہے دنیا اورینٹڈ سوچ والوں کے لیے۔</w:t>
      </w:r>
    </w:p>
    <w:p>
      <w:r>
        <w:rPr>
          <w:b/>
        </w:rPr>
        <w:t xml:space="preserve">[1:10:56] </w:t>
      </w:r>
      <w:r>
        <w:t>akhirat oriented soch mein ye sab baaten bilkul khatam ho jati hain, be haqeeqat ho jati hain.</w:t>
      </w:r>
    </w:p>
    <w:p>
      <w:pPr>
        <w:jc w:val="right"/>
      </w:pPr>
      <w:r>
        <w:t>آخرت اورینٹڈ سوچ میں یہ سب باتیں بالکل ختم ہو جاتی ہیں، بے حقیقت ہو جاتی ہیں۔</w:t>
      </w:r>
    </w:p>
    <w:p>
      <w:r>
        <w:rPr>
          <w:b/>
        </w:rPr>
        <w:t xml:space="preserve">[1:11:06] </w:t>
      </w:r>
      <w:r>
        <w:t>maulana iqbal umri ne tamil nadu se likha hai:</w:t>
      </w:r>
    </w:p>
    <w:p>
      <w:pPr>
        <w:jc w:val="right"/>
      </w:pPr>
      <w:r>
        <w:t>مولانا اقبال عمری نے تمل ناڈو سے لکھا ہے:</w:t>
      </w:r>
    </w:p>
    <w:p>
      <w:r>
        <w:rPr>
          <w:b/>
        </w:rPr>
        <w:t xml:space="preserve">[1:11:11] </w:t>
      </w:r>
      <w:r>
        <w:t>"kya team ke leader se ideology ki base par ikhtilaf kiya ja sakta hai?"</w:t>
      </w:r>
    </w:p>
    <w:p>
      <w:pPr>
        <w:jc w:val="right"/>
      </w:pPr>
      <w:r>
        <w:t>"کیا ٹیم کے لیڈر سے آئیڈیالوجی کی بیس پر اختلاف کیا جا سکتا ہے؟"</w:t>
      </w:r>
    </w:p>
    <w:p>
      <w:r>
        <w:rPr>
          <w:b/>
        </w:rPr>
        <w:t xml:space="preserve">[1:11:22] </w:t>
      </w:r>
      <w:r>
        <w:t>dekhen, ikhtilaf alag cheez hai, takrao alag cheez hai.</w:t>
      </w:r>
    </w:p>
    <w:p>
      <w:pPr>
        <w:jc w:val="right"/>
      </w:pPr>
      <w:r>
        <w:t>دیکھیں، اختلاف الگ چیز ہے، ٹکراؤ الگ چیز ہے۔</w:t>
      </w:r>
    </w:p>
    <w:p>
      <w:r>
        <w:rPr>
          <w:b/>
        </w:rPr>
        <w:t xml:space="preserve">[1:11:27] </w:t>
      </w:r>
      <w:r>
        <w:t>hadith mein bataya: illa an taraf kufra bawwah us waqt tak itaat karna hai jab tak aap kufar bawa na dekha hai, khula khula kufar.</w:t>
      </w:r>
    </w:p>
    <w:p>
      <w:pPr>
        <w:jc w:val="right"/>
      </w:pPr>
      <w:r>
        <w:t>حدیث میں بتایا: إلا عن طرف کفرا بواہ اس وقت تک اطاعت کرنا ہے جب تک آپ کفر باوا نہ دیکھا ہے، کھلا کھلا کفر۔</w:t>
      </w:r>
    </w:p>
    <w:p>
      <w:r>
        <w:rPr>
          <w:b/>
        </w:rPr>
        <w:t xml:space="preserve">[1:11:42] </w:t>
      </w:r>
      <w:r>
        <w:t>to ikhtilaf bilashuba bohat achhi cheez hai. ikhtilaf himmat rahmat ikhtilaf ka matlab hai discussion, dialogue.</w:t>
      </w:r>
    </w:p>
    <w:p>
      <w:pPr>
        <w:jc w:val="right"/>
      </w:pPr>
      <w:r>
        <w:t>تو اختلاف بلاشبہ بہت اچھی چیز ہے۔ اختلاف حمت رحمہ اختلاف کا مطلب ہے ڈسکشن، ڈائیلاگ۔</w:t>
      </w:r>
    </w:p>
    <w:p>
      <w:r>
        <w:rPr>
          <w:b/>
        </w:rPr>
        <w:t xml:space="preserve">[1:11:54] </w:t>
      </w:r>
      <w:r>
        <w:t>to wo bohat achhi cheez hai. lekin ikhtilaf ko le kar takrao karna, badnaam karna, jhagda machana, wo sab bilashuba jaiz nahin islam mein</w:t>
      </w:r>
    </w:p>
    <w:p>
      <w:pPr>
        <w:jc w:val="right"/>
      </w:pPr>
      <w:r>
        <w:t>تو وہ بہت اچھی چیز ہے۔ لیکن اختلاف کو لے کر ٹکراؤ کرنا، بدنام کرنا، جھگڑا مچانا، وہ سب بلاشبہ جائز نہیں اسلام میں</w:t>
      </w:r>
    </w:p>
    <w:p>
      <w:r>
        <w:rPr>
          <w:b/>
        </w:rPr>
        <w:t xml:space="preserve">[1:12:07] </w:t>
      </w:r>
      <w:r>
        <w:t>. ikhtilaf ko jab discussion ka mozu banaya jaye to kya hoga? intellectual development hoga dono ke liye.</w:t>
      </w:r>
    </w:p>
    <w:p>
      <w:pPr>
        <w:jc w:val="right"/>
      </w:pPr>
      <w:r>
        <w:t>۔ اختلاف کو جب ڈسکشن کا موضوع بنایا جائے تو کیا ہوگا؟ انٹلیکچول ڈیولپمنٹ ہوگا دونوں کے لیے۔</w:t>
      </w:r>
    </w:p>
    <w:p>
      <w:r>
        <w:rPr>
          <w:b/>
        </w:rPr>
        <w:t xml:space="preserve">[1:12:19] </w:t>
      </w:r>
      <w:r>
        <w:t>nai nai baaten samne ayengi. lekin jab ikhtilaf ko le kar takrao kiya jaye to wo to shaitani kaam hai, is ka koi faida nahin hai tarafain ke liye.</w:t>
      </w:r>
    </w:p>
    <w:p>
      <w:pPr>
        <w:jc w:val="right"/>
      </w:pPr>
      <w:r>
        <w:t>نئی نئی باتیں سامنے آئیں گی۔ لیکن جب اختلاف کو لے کر ٹکراؤ کیا جائے تو وہ تو شیطانی کام ہے، اس کا کوئی فائدہ نہیں ہے طرفین کے لیے۔</w:t>
      </w:r>
    </w:p>
    <w:p>
      <w:r>
        <w:rPr>
          <w:b/>
        </w:rPr>
        <w:t xml:space="preserve">[1:12:35] </w:t>
      </w:r>
      <w:r>
        <w:t>maulana, un ka ek aur sawal hai. unhon ne poocha hai ke team work mein complex free hone ki importance aur is ka formula kya hai?</w:t>
      </w:r>
    </w:p>
    <w:p>
      <w:pPr>
        <w:jc w:val="right"/>
      </w:pPr>
      <w:r>
        <w:t>مولانا، ان کا ایک اور سوال ہے۔ انہوں نے پوچھا ہے کہ ٹیم ورک میں کمپلیکس فری ہونے کی امپورٹنس اور اس کا فارمولا کیا ہے؟</w:t>
      </w:r>
    </w:p>
    <w:p>
      <w:r>
        <w:rPr>
          <w:b/>
        </w:rPr>
        <w:t xml:space="preserve">[1:12:47] </w:t>
      </w:r>
      <w:r>
        <w:t>importance to bohat zyada hai,</w:t>
      </w:r>
    </w:p>
    <w:p>
      <w:pPr>
        <w:jc w:val="right"/>
      </w:pPr>
      <w:r>
        <w:t>امپورٹنس تو بہت زیادہ ہے،</w:t>
      </w:r>
    </w:p>
    <w:p>
      <w:r>
        <w:rPr>
          <w:b/>
        </w:rPr>
        <w:t xml:space="preserve">[1:12:52] </w:t>
      </w:r>
      <w:r>
        <w:t>bohat zyada hai. kyunke ek shakhs leading role kar raha hai, doosre log supporting role par hain. to ye kahenge ke dekho, hum to back seat par hain, ye imamat ke masle par khara hua hai.</w:t>
      </w:r>
    </w:p>
    <w:p>
      <w:pPr>
        <w:jc w:val="right"/>
      </w:pPr>
      <w:r>
        <w:t>بہت زیادہ ہے۔ کیونکہ ایک شخص لیڈنگ رول کر رہا ہے، دوسرے لوگ سپورٹنگ رول پر ہیں۔ تو یہ کہیں گے کہ دیکھو، ہم تو بیک سیٹ پر ہیں، یہ امامت کے مصلے پر کھڑا ہوا ہے۔</w:t>
      </w:r>
    </w:p>
    <w:p>
      <w:r>
        <w:rPr>
          <w:b/>
        </w:rPr>
        <w:t xml:space="preserve">[1:13:07] </w:t>
      </w:r>
      <w:r>
        <w:t>ye to bilkul fitri hai ke aise complex paida hon.</w:t>
      </w:r>
    </w:p>
    <w:p>
      <w:pPr>
        <w:jc w:val="right"/>
      </w:pPr>
      <w:r>
        <w:t>یہ تو بالکل فطری ہے کہ ایسے کمپلیکس پیدا ہوں۔</w:t>
      </w:r>
    </w:p>
    <w:p>
      <w:r>
        <w:rPr>
          <w:b/>
        </w:rPr>
        <w:t xml:space="preserve">[1:13:13] </w:t>
      </w:r>
      <w:r>
        <w:t>bilkul fitri hai.</w:t>
      </w:r>
    </w:p>
    <w:p>
      <w:pPr>
        <w:jc w:val="right"/>
      </w:pPr>
      <w:r>
        <w:t>بالکل فطری ہے۔</w:t>
      </w:r>
    </w:p>
    <w:p>
      <w:r>
        <w:rPr>
          <w:b/>
        </w:rPr>
        <w:t xml:space="preserve">[1:13:17] </w:t>
      </w:r>
      <w:r>
        <w:t>lekin is ko kill karna hai. isi liye rasool Allah ne ansar ke bare mein jo farmaya tha ke main doosre doosre log ek ek rastay par chalain, ansar ek aur rastay par chalain, to main ansar ke rastay par chalunga.</w:t>
      </w:r>
    </w:p>
    <w:p>
      <w:pPr>
        <w:jc w:val="right"/>
      </w:pPr>
      <w:r>
        <w:t>لیکن اس کو کل کرنا ہے۔ اسی لیے رسول اللہ نے انصار کے بارے میں جو فرمایا تھا کہ میں دوسرے دوسرے لوگ ایک ایک راستے پر چلیں، انصار ایک اور راستے پر چلیں، تو میں انصار کے راستے پر چلوں گا۔</w:t>
      </w:r>
    </w:p>
    <w:p>
      <w:r>
        <w:rPr>
          <w:b/>
        </w:rPr>
        <w:t xml:space="preserve">[1:13:32] </w:t>
      </w:r>
      <w:r>
        <w:t>itna bara darja diya aap ne ansar ko. isi liye ke supporting role ada karne ke liye aap ko qurbani deni parti hai, complex free banna parta hai.</w:t>
      </w:r>
    </w:p>
    <w:p>
      <w:pPr>
        <w:jc w:val="right"/>
      </w:pPr>
      <w:r>
        <w:t>اتنا بڑا درجہ دیا آپ نے انصار کو۔ اسی لیے کہ سپورٹنگ رول ادا کرنے کے لیے آپ کو قربانی دینی پڑتی ہے، کمپلیکس فری بننا پڑتا ہے۔</w:t>
      </w:r>
    </w:p>
    <w:p>
      <w:r>
        <w:rPr>
          <w:b/>
        </w:rPr>
        <w:t xml:space="preserve">[1:13:44] </w:t>
      </w:r>
      <w:r>
        <w:t>doosra aadmi ko leading role mila hai to theek hai, milne rahe. hum to wahi karenge jo humein role mila hai karne ke liye. to ye to bohat bara sawab ka moamla hai.</w:t>
      </w:r>
    </w:p>
    <w:p>
      <w:pPr>
        <w:jc w:val="right"/>
      </w:pPr>
      <w:r>
        <w:t>دوسرا آدمی کو لیڈنگ رول ملا ہے تو ٹھیک ہے، ملنے رہے۔ ہم تو وہی کریں گے جو ہمیں رول ملا ہے کرنے کے لیے۔ تو یہ تو بہت بڑا ثواب کا معاملہ ہے۔</w:t>
      </w:r>
    </w:p>
    <w:p>
      <w:r>
        <w:rPr>
          <w:b/>
        </w:rPr>
        <w:t xml:space="preserve">[1:13:58] </w:t>
      </w:r>
      <w:r>
        <w:t>agar aadmi complex free ban kar ke supporting role par razi ho jaye to bohat bara ye sawab ka moamla hai.</w:t>
      </w:r>
    </w:p>
    <w:p>
      <w:pPr>
        <w:jc w:val="right"/>
      </w:pPr>
      <w:r>
        <w:t>اگر آدمی کمپلیکس فری بن کر کے سپورٹنگ رول پر راضی ہو جائے تو بہت بڑا یہ ثواب کا معاملہ ہے۔</w:t>
      </w:r>
    </w:p>
    <w:p>
      <w:r>
        <w:rPr>
          <w:b/>
        </w:rPr>
        <w:t xml:space="preserve">[1:14:10] </w:t>
      </w:r>
      <w:r>
        <w:t>maulana, agla sawal aya hai bangalore se maulana inayatullah umri sahib ka. unhon ne likha hai: "prophet ke baad sahaba mein jo takrao hua, kya ansar is mein shamil the ya nahin?"</w:t>
      </w:r>
    </w:p>
    <w:p>
      <w:pPr>
        <w:jc w:val="right"/>
      </w:pPr>
      <w:r>
        <w:t>مولانا، اگلا سوال آیا ہے بینگلور سے مولانا عنایت اللہ عمری صاحب کا۔ انہوں نے لکھا ہے: "پرافٹ کے بعد صحابہ میں جو ٹکراؤ ہوا، کیا انصار اس میں شامل تھے یا نہیں؟"</w:t>
      </w:r>
    </w:p>
    <w:p>
      <w:r>
        <w:rPr>
          <w:b/>
        </w:rPr>
        <w:t xml:space="preserve">[1:14:33] </w:t>
      </w:r>
      <w:r>
        <w:t>dekhen, takrao jo hua, wo hua yani in logon, wo basically is mein role in logon ka tha jo baad ko musalman hue the.</w:t>
      </w:r>
    </w:p>
    <w:p>
      <w:pPr>
        <w:jc w:val="right"/>
      </w:pPr>
      <w:r>
        <w:t>دیکھیں، ٹکراؤ جو ہوا، وہ ہوا یعنی ان لوگوں، وہ بیسیکلی اس میں رول ان لوگوں کا تھا جو بعد کو مسلمان ہوئے تھے۔</w:t>
      </w:r>
    </w:p>
    <w:p>
      <w:r>
        <w:rPr>
          <w:b/>
        </w:rPr>
        <w:t xml:space="preserve">[1:14:46] </w:t>
      </w:r>
      <w:r>
        <w:t>yahan tak ke main janta hoon ansar mein ek hi shakhs tha jis ko ikhtilaf paida hua, wo the sa'd bin ubada.</w:t>
      </w:r>
    </w:p>
    <w:p>
      <w:pPr>
        <w:jc w:val="right"/>
      </w:pPr>
      <w:r>
        <w:t>یہاں تک کہ میں جانتا ہوں انصار میں ایک ہی شخص تھا جس کو اختلاف پیدا ہوا، وہ تھے سعد بن عبادہ۔</w:t>
      </w:r>
    </w:p>
    <w:p>
      <w:r>
        <w:rPr>
          <w:b/>
        </w:rPr>
        <w:t xml:space="preserve">[1:14:59] </w:t>
      </w:r>
      <w:r>
        <w:t>ek hi shakhs the.</w:t>
      </w:r>
    </w:p>
    <w:p>
      <w:pPr>
        <w:jc w:val="right"/>
      </w:pPr>
      <w:r>
        <w:t>ایک ہی شخص تھے۔</w:t>
      </w:r>
    </w:p>
    <w:p>
      <w:r>
        <w:rPr>
          <w:b/>
        </w:rPr>
        <w:t xml:space="preserve">[1:15:01] </w:t>
      </w:r>
      <w:r>
        <w:t>to sa'd bin ubada ko ikhtilaf paida hua khilafat ke masle par, lekin unhon ne artist opposition nahin chalai, kuch bhi nahin kiya.</w:t>
      </w:r>
    </w:p>
    <w:p>
      <w:pPr>
        <w:jc w:val="right"/>
      </w:pPr>
      <w:r>
        <w:t>تو سعد ابن عبادہ کو اختلاف پیدا ہوا خلافت کے مسئلے پر، لیکن انہوں نے آرٹسٹ اپوزیشن نہیں چلائی، کچھ بھی نہیں کیا۔</w:t>
      </w:r>
    </w:p>
    <w:p>
      <w:r>
        <w:rPr>
          <w:b/>
        </w:rPr>
        <w:t xml:space="preserve">[1:15:12] </w:t>
      </w:r>
      <w:r>
        <w:t>unhon ne sirf yeh kiya saada taur par ke madina chhod kar sham chale gaye. sham. aur wahan khamoshi se zindagi guzarte rahe.</w:t>
      </w:r>
    </w:p>
    <w:p>
      <w:pPr>
        <w:jc w:val="right"/>
      </w:pPr>
      <w:r>
        <w:t>انہوں نے صرف یہ کیا سادہ طور پر کہ مدینہ چھوڑ کر شام چلے گئے۔ شام۔ اور وہاں خاموشی سے زندگی گزارتے رہے۔</w:t>
      </w:r>
    </w:p>
    <w:p>
      <w:r>
        <w:rPr>
          <w:b/>
        </w:rPr>
        <w:t xml:space="preserve">[1:15:24] </w:t>
      </w:r>
      <w:r>
        <w:t>taqreeban das saal tak wahan rahe, woh wahin mar gaye. woh</w:t>
      </w:r>
    </w:p>
    <w:p>
      <w:pPr>
        <w:jc w:val="right"/>
      </w:pPr>
      <w:r>
        <w:t>تقریباً دس سال تک وہاں رہے، وہ وہیں مر گئے۔ وہ</w:t>
      </w:r>
    </w:p>
    <w:p>
      <w:r>
        <w:rPr>
          <w:b/>
        </w:rPr>
        <w:t xml:space="preserve">[1:15:28] </w:t>
      </w:r>
      <w:r>
        <w:t>to un ko mere ilm ke mutabiq jo qabil zikr aadmi jis ko ikhtilaf paida hua tha, woh sa'd ibn 'ubada the. lekin unhon ne apne ikhtilaf ko apni had tak bohat rakha.</w:t>
      </w:r>
    </w:p>
    <w:p>
      <w:pPr>
        <w:jc w:val="right"/>
      </w:pPr>
      <w:r>
        <w:t>تو ان کو میرے علم کے مطابق جو قابل ذکر آدمی جس کو اختلاف پیدا ہوا تھا، وہ سعد ابن عبادہ تھے۔ لیکن انہوں نے اپنے اختلاف کو اپنی حد تک بہت رکھا۔</w:t>
      </w:r>
    </w:p>
    <w:p>
      <w:r>
        <w:rPr>
          <w:b/>
        </w:rPr>
        <w:t xml:space="preserve">[1:15:42] </w:t>
      </w:r>
      <w:r>
        <w:t>logon ko wargalayein, logon ko apna hami banayein, ek ek nayi party banayein ke ansar party.</w:t>
      </w:r>
    </w:p>
    <w:p>
      <w:pPr>
        <w:jc w:val="right"/>
      </w:pPr>
      <w:r>
        <w:t>لوگوں کو ورغلائیں، لوگوں کو اپنا حامی بنائیں، ایک ایک نئی پارٹی بنائیں کہ انصار پارٹی۔</w:t>
      </w:r>
    </w:p>
    <w:p>
      <w:r>
        <w:rPr>
          <w:b/>
        </w:rPr>
        <w:t xml:space="preserve">[1:15:51] </w:t>
      </w:r>
      <w:r>
        <w:t>kuch bhi nahi kiya unhon ne. koi negative activity nahi dikhai</w:t>
      </w:r>
    </w:p>
    <w:p>
      <w:pPr>
        <w:jc w:val="right"/>
      </w:pPr>
      <w:r>
        <w:t>کچھ بھی نہیں کیا انہوں نے۔ کوئی نیگیٹیو ایکٹیوٹی نہیں دکھائی</w:t>
      </w:r>
    </w:p>
    <w:p>
      <w:r>
        <w:rPr>
          <w:b/>
        </w:rPr>
        <w:t xml:space="preserve">[1:15:56] </w:t>
      </w:r>
      <w:r>
        <w:t>unhon ne. bilkul khamoshi ke sath, baghair ailan ke chale gaye sham. aur wahan bhi khamoshi ke sath pade rahe.</w:t>
      </w:r>
    </w:p>
    <w:p>
      <w:pPr>
        <w:jc w:val="right"/>
      </w:pPr>
      <w:r>
        <w:t>انہوں نے۔ بالکل خاموشی کے ساتھ، بغیر اعلان کے چلے گئے شام۔ اور وہاں بھی خاموشی کے ساتھ پڑے رہے۔</w:t>
      </w:r>
    </w:p>
    <w:p>
      <w:r>
        <w:rPr>
          <w:b/>
        </w:rPr>
        <w:t xml:space="preserve">[1:16:05] </w:t>
      </w:r>
      <w:r>
        <w:t>kyun ke un ko shikayat thi khilafat ke mamle mein. aur taqreeban das saal wahin rahe aur mar gaye.</w:t>
      </w:r>
    </w:p>
    <w:p>
      <w:pPr>
        <w:jc w:val="right"/>
      </w:pPr>
      <w:r>
        <w:t>کیونکہ ان کو شکایت تھی خلافت کے معاملے میں۔ اور تقریباً دس سال وہیں رہے اور مر گئے۔</w:t>
      </w:r>
    </w:p>
    <w:p>
      <w:r>
        <w:rPr>
          <w:b/>
        </w:rPr>
        <w:t xml:space="preserve">[1:16:14] </w:t>
      </w:r>
      <w:r>
        <w:t>wahin mere ilm mein qabil zikr waqia yahi hai.</w:t>
      </w:r>
    </w:p>
    <w:p>
      <w:pPr>
        <w:jc w:val="right"/>
      </w:pPr>
      <w:r>
        <w:t>وہیں میرے علم میں قابل ذکر واقعہ یہی ہے۔</w:t>
      </w:r>
    </w:p>
    <w:p>
      <w:r>
        <w:rPr>
          <w:b/>
        </w:rPr>
        <w:t xml:space="preserve">[1:16:25] </w:t>
      </w:r>
      <w:r>
        <w:t>maulana, un ka ek aur sawal hai. unhon ne likha hai: "team ke logon ka aapsi taluq sirf da'wa work ki base par hona chahiye ya team ke members ko chahiye ke woh aapas mein ek doosre ke dukh dard mein bhi kaam aayein?"</w:t>
      </w:r>
    </w:p>
    <w:p>
      <w:pPr>
        <w:jc w:val="right"/>
      </w:pPr>
      <w:r>
        <w:t>مولانا، ان کا ایک اور سوال ہے۔ انہوں نے لکھا ہے: "ٹیم کے لوگوں کا آپسی تعلق صرف دعویٰ ورک کی بیس پر ہونا چاہیے یا ٹیم کے ممبرز کو چاہیے کہ وہ آپس میں ایک دوسرے کے دکھ درد میں بھی کام آئیں؟"</w:t>
      </w:r>
    </w:p>
    <w:p>
      <w:r>
        <w:rPr>
          <w:b/>
        </w:rPr>
        <w:t xml:space="preserve">[1:16:44] </w:t>
      </w:r>
      <w:r>
        <w:t>bhai, da'wa ka matlab hai Allah ke liye. aap jo jo Allah ne hukum diya, woh sab kijiye.</w:t>
      </w:r>
    </w:p>
    <w:p>
      <w:pPr>
        <w:jc w:val="right"/>
      </w:pPr>
      <w:r>
        <w:t>بھئی، دعویٰ کا مطلب ہے اللہ کے لیے۔ آپ جو جو اللہ نے حکم دیا، وہ سب کیجیے۔</w:t>
      </w:r>
    </w:p>
    <w:p>
      <w:r>
        <w:rPr>
          <w:b/>
        </w:rPr>
        <w:t xml:space="preserve">[1:16:53] </w:t>
      </w:r>
      <w:r>
        <w:t>quran o hadith mein jo ahkam diye gaye hain, un ko padhiye. aur jahan aap ko mehsoos ho ke yeh hukum hai, to us par amal kijiye.</w:t>
      </w:r>
    </w:p>
    <w:p>
      <w:pPr>
        <w:jc w:val="right"/>
      </w:pPr>
      <w:r>
        <w:t>قرآن و حدیث میں جو احکام دیے گئے ہیں، ان کو پڑھیے۔ اور جہاں آپ کو محسوس ہو کہ یہ حکم ہے، تو اس پر عمل کیجیے۔</w:t>
      </w:r>
    </w:p>
    <w:p>
      <w:r>
        <w:rPr>
          <w:b/>
        </w:rPr>
        <w:t xml:space="preserve">[1:17:04] </w:t>
      </w:r>
      <w:r>
        <w:t>yeh aap ke upar hai. is mein koi alag se koi hukum nama jari nahi kar sakta.</w:t>
      </w:r>
    </w:p>
    <w:p>
      <w:pPr>
        <w:jc w:val="right"/>
      </w:pPr>
      <w:r>
        <w:t>یہ آپ کے اوپر ہے۔ اس میں کوئی الگ سے کوئی حکم نامہ جاری نہیں کر سکتا۔</w:t>
      </w:r>
    </w:p>
    <w:p>
      <w:r>
        <w:rPr>
          <w:b/>
        </w:rPr>
        <w:t xml:space="preserve">[1:17:17] </w:t>
      </w:r>
      <w:r>
        <w:t>tamil nadu se maulana israr ul hasan umri ne sawal kiya hai.</w:t>
      </w:r>
    </w:p>
    <w:p>
      <w:pPr>
        <w:jc w:val="right"/>
      </w:pPr>
      <w:r>
        <w:t>تمل ناڈو سے مولانا اسرار الحسن عمری نے سوال کیا ہے۔</w:t>
      </w:r>
    </w:p>
    <w:p>
      <w:r>
        <w:rPr>
          <w:b/>
        </w:rPr>
        <w:t xml:space="preserve">[1:17:21] </w:t>
      </w:r>
      <w:r>
        <w:t>unhon ne likha hai ke "team work ke leader ki zimmedari kya hai? is ke bare mein batayein."</w:t>
      </w:r>
    </w:p>
    <w:p>
      <w:pPr>
        <w:jc w:val="right"/>
      </w:pPr>
      <w:r>
        <w:t>انہوں نے لکھا ہے کہ "ٹیم ورک کے لیڈر کی ذمہ داری کیا ہے؟ اس کے بارے میں بتائیں۔"</w:t>
      </w:r>
    </w:p>
    <w:p>
      <w:r>
        <w:rPr>
          <w:b/>
        </w:rPr>
        <w:t xml:space="preserve">[1:17:30] </w:t>
      </w:r>
      <w:r>
        <w:t>main samajhta hoon ke team work mein jo leading role jis ka hoga, us ki zimmedari</w:t>
      </w:r>
    </w:p>
    <w:p>
      <w:pPr>
        <w:jc w:val="right"/>
      </w:pPr>
      <w:r>
        <w:t>میں سمجھتا ہوں کہ ٹیم ورک میں جو لیڈنگ رول جس کا ہوگا، اس کی ذمہ داری</w:t>
      </w:r>
    </w:p>
    <w:p>
      <w:r>
        <w:rPr>
          <w:b/>
        </w:rPr>
        <w:t xml:space="preserve">[1:17:38] </w:t>
      </w:r>
      <w:r>
        <w:t>ek to yeh hai ke woh bohat zyada</w:t>
      </w:r>
    </w:p>
    <w:p>
      <w:pPr>
        <w:jc w:val="right"/>
      </w:pPr>
      <w:r>
        <w:t>ایک تو یہ ہے کہ وہ بہت زیادہ</w:t>
      </w:r>
    </w:p>
    <w:p>
      <w:r>
        <w:rPr>
          <w:b/>
        </w:rPr>
        <w:t xml:space="preserve">[1:17:45] </w:t>
      </w:r>
      <w:r>
        <w:t>is ke andar ma'khaz ka jazba ho. hamesha sochta rahe ke main jo lead de raha hoon, woh sahi hai ya galat. yani Allah ne jo hukum diya hai quran o hadith mein, us ke mutabiq hai ke nahi.</w:t>
      </w:r>
    </w:p>
    <w:p>
      <w:pPr>
        <w:jc w:val="right"/>
      </w:pPr>
      <w:r>
        <w:t>اس کے اندر ماخذ کا جذبہ ہو۔ ہمیشہ سوچتا رہے کہ میں جو لیڈ دے رہا ہوں، وہ صحیح ہے یا غلط۔ یعنی اللہ نے جو حکم دیا ہے قرآن و حدیث میں، اس کے مطابق ہے کہ نہیں۔</w:t>
      </w:r>
    </w:p>
    <w:p>
      <w:r>
        <w:rPr>
          <w:b/>
        </w:rPr>
        <w:t xml:space="preserve">[1:18:01] </w:t>
      </w:r>
      <w:r>
        <w:t>to apna muhasba bohat zyada karna chahiye us ko. yani us ko super muhasba karna chahiye.</w:t>
      </w:r>
    </w:p>
    <w:p>
      <w:pPr>
        <w:jc w:val="right"/>
      </w:pPr>
      <w:r>
        <w:t>تو اپنا محاسبہ بہت زیادہ کرنا چاہیے اس کو۔ یعنی اس کو سپر محاسبہ کرنا چاہیے۔</w:t>
      </w:r>
    </w:p>
    <w:p>
      <w:r>
        <w:rPr>
          <w:b/>
        </w:rPr>
        <w:t xml:space="preserve">[1:18:08] </w:t>
      </w:r>
      <w:r>
        <w:t>main samajhta hoon ke jo leading role jis ko mila hua hai, us ke zaroori ko apna super muhasba kare. aur doosri taraf jo jo log supportive role kar rahe hain, un ke liye bohat zyada khair khwahi is ke andar ho.</w:t>
      </w:r>
    </w:p>
    <w:p>
      <w:pPr>
        <w:jc w:val="right"/>
      </w:pPr>
      <w:r>
        <w:t>میں سمجھتا ہوں کہ جو لیڈنگ رول جس کو ملا ہوا ہے، اس کے ضروری کو اپنا سپر محاسبہ کرے۔ اور دوسری طرف جو جو لوگ سپورٹیو رول کر رہے ہیں، ان کے لیے بہت زیادہ خیر خواہی اس کے اندر ہو۔</w:t>
      </w:r>
    </w:p>
    <w:p>
      <w:r>
        <w:rPr>
          <w:b/>
        </w:rPr>
        <w:t xml:space="preserve">[1:18:25] </w:t>
      </w:r>
      <w:r>
        <w:t>bohat zyada khair khwahi. Allah ki nisbat se bohat zyada muhasba, team ki nisbat se bohat zyada khair khwahi</w:t>
      </w:r>
    </w:p>
    <w:p>
      <w:pPr>
        <w:jc w:val="right"/>
      </w:pPr>
      <w:r>
        <w:t>بہت زیادہ خیر خواہی۔ اللہ کی نسبت سے بہت زیادہ محاسبہ، ٹیم کی نسبت سے بہت زیادہ خیر خواہی</w:t>
      </w:r>
    </w:p>
    <w:p>
      <w:r>
        <w:rPr>
          <w:b/>
        </w:rPr>
        <w:t xml:space="preserve">[1:18:33] </w:t>
      </w:r>
      <w:r>
        <w:t>. yeh sifat honi chahiye is insaan mein jo leading role kar raha ho.</w:t>
      </w:r>
    </w:p>
    <w:p>
      <w:pPr>
        <w:jc w:val="right"/>
      </w:pPr>
      <w:r>
        <w:t>۔ یہ صفت ہونی چاہیے اس انسان میں جو لیڈنگ رول کر رہا ہو۔</w:t>
      </w:r>
    </w:p>
    <w:p>
      <w:r>
        <w:rPr>
          <w:b/>
        </w:rPr>
        <w:t xml:space="preserve">[1:18:43] </w:t>
      </w:r>
      <w:r>
        <w:t>kyun ke woh do ke beech mein hota hai. ek taraf Allah ka mamla, doosri taraf team ke members ka mamla. to Allah ki nisbat se us ko bohat zyada darna chahiye ke kahin Allah ka pakad na ho jaye us ki.</w:t>
      </w:r>
    </w:p>
    <w:p>
      <w:pPr>
        <w:jc w:val="right"/>
      </w:pPr>
      <w:r>
        <w:t>کیونکہ وہ دو کے بیچ میں ہوتا ہے۔ ایک طرف اللہ کا معاملہ، دوسری طرف ٹیم کے ممبران کا معاملہ۔ تو اللہ کی نسبت سے اس کو بہت زیادہ ڈرنا چاہیے کہ کہیں اللہ کا پکڑ نہ ہو جائے اس کی۔</w:t>
      </w:r>
    </w:p>
    <w:p>
      <w:r>
        <w:rPr>
          <w:b/>
        </w:rPr>
        <w:t xml:space="preserve">[1:18:58] </w:t>
      </w:r>
      <w:r>
        <w:t>to us ko super muhasba karte rehna chahiye. aur sathiyon ki nisbat se us ko bohat hi zyada khair khwah hona chahiye.</w:t>
      </w:r>
    </w:p>
    <w:p>
      <w:pPr>
        <w:jc w:val="right"/>
      </w:pPr>
      <w:r>
        <w:t>تو اس کو سپر محاسبہ کرتے رہنا چاہیے۔ اور ساتھیوں کی نسبت سے اس کو بہت ہی زیادہ خیر خواہ ہونا چاہیے۔</w:t>
      </w:r>
    </w:p>
    <w:p>
      <w:r>
        <w:rPr>
          <w:b/>
        </w:rPr>
        <w:t xml:space="preserve">[1:19:08] </w:t>
      </w:r>
      <w:r>
        <w:t>un ki riayat kare, un ke liye duaein kare. lekin isi us ke sath mein yeh bhi keh doon ke ideal, yani ideal can not be achieved.</w:t>
      </w:r>
    </w:p>
    <w:p>
      <w:pPr>
        <w:jc w:val="right"/>
      </w:pPr>
      <w:r>
        <w:t>ان کی رعایت کرے، ان کے لیے دعائیں کرے۔ لیکن اسی اس کے ساتھ میں یہ بھی کہہ دوں کہ آئیڈیل، یعنی آئیڈیل کین ناٹ بی اچیوڈ۔</w:t>
      </w:r>
    </w:p>
    <w:p>
      <w:r>
        <w:rPr>
          <w:b/>
        </w:rPr>
        <w:t xml:space="preserve">[1:19:21] </w:t>
      </w:r>
      <w:r>
        <w:t>aap agar ideal se naapein to koi bhi aap ko us par utrega nahi.</w:t>
      </w:r>
    </w:p>
    <w:p>
      <w:pPr>
        <w:jc w:val="right"/>
      </w:pPr>
      <w:r>
        <w:t>آپ اگر آئیڈیل سے ناپیں تو کوئی بھی آپ کو اس پر اترے گا نہیں۔</w:t>
      </w:r>
    </w:p>
    <w:p>
      <w:r>
        <w:rPr>
          <w:b/>
        </w:rPr>
        <w:t xml:space="preserve">[1:19:28] </w:t>
      </w:r>
      <w:r>
        <w:t>to yeh to jo leading role kar raha hai, is ki maine zimmedari batai. lekin is ka matlab yeh nahi ke aap aik aik aik ya district le lein, is ko napte rahein aur phir is ko is ke khan gaam karein.</w:t>
      </w:r>
    </w:p>
    <w:p>
      <w:pPr>
        <w:jc w:val="right"/>
      </w:pPr>
      <w:r>
        <w:t>تو یہ تو جو لیڈنگ رول کر رہا ہے، اس کی میں نے ذمہ داری بتائی۔ لیکن اس کا مطلب یہ نہیں کہ آپ ایک ایک ایک یا ڈسٹرکٹ لے لیں، اس کو ناپتے رہیں اور پھر اس کو اس کے خان گام کریں۔</w:t>
      </w:r>
    </w:p>
    <w:p>
      <w:r>
        <w:rPr>
          <w:b/>
        </w:rPr>
        <w:t xml:space="preserve">[1:19:42] </w:t>
      </w:r>
      <w:r>
        <w:t>jaise Usman zamane mein hua. Hazrat Usman zamane mein yeh hua ke logon ne khud sakhta tor par aik ya district bana liya, aik mayar. aur is se napa to laga ke Usman is par nahi utar rahe hain, unhein qatal kar dala.</w:t>
      </w:r>
    </w:p>
    <w:p>
      <w:pPr>
        <w:jc w:val="right"/>
      </w:pPr>
      <w:r>
        <w:t>جیسے عثمان زمانے میں ہوا۔ حضرت عثمان زمانے میں یہ ہوا کہ لوگوں نے خود ساختہ طور پر ایک یا ڈسٹرکٹ بنا لیا، ایک معیار۔ اور اس سے ناپا تو لگا کہ عثمان اس پر نہیں اتر رہے ہیں، انہیں قتل کر ڈالا۔</w:t>
      </w:r>
    </w:p>
    <w:p>
      <w:r>
        <w:rPr>
          <w:b/>
        </w:rPr>
        <w:t xml:space="preserve">[1:19:56] </w:t>
      </w:r>
      <w:r>
        <w:t>yeh bhi galat hai.</w:t>
      </w:r>
    </w:p>
    <w:p>
      <w:pPr>
        <w:jc w:val="right"/>
      </w:pPr>
      <w:r>
        <w:t>یہ بھی غلط ہے۔</w:t>
      </w:r>
    </w:p>
    <w:p>
      <w:r>
        <w:rPr>
          <w:b/>
        </w:rPr>
        <w:t xml:space="preserve">[1:19:59] </w:t>
      </w:r>
      <w:r>
        <w:t>yani is aadmi ki zimmedari wahi hai jo maine batai. lekin logon ki zimmedari yeh nahi ke woh aik ya ya district le kar is ko lage, is ke khilaf gaam kar rahe hain, yahan tak ke qatal kar dale is ko.</w:t>
      </w:r>
    </w:p>
    <w:p>
      <w:pPr>
        <w:jc w:val="right"/>
      </w:pPr>
      <w:r>
        <w:t>یعنی اس آدمی کی ذمہ داری وہی ہے جو میں نے بتائی۔ لیکن لوگوں کی ذمہ داری یہ نہیں کہ وہ ایک یا یا ڈسٹرکٹ لے کر اس کو لگے، اس کے خلاف گام کر رہے ہیں، یہاں تک کہ قتل کر ڈالے اس کو۔</w:t>
      </w:r>
    </w:p>
    <w:p>
      <w:r>
        <w:rPr>
          <w:b/>
        </w:rPr>
        <w:t xml:space="preserve">[1:20:13] </w:t>
      </w:r>
      <w:r>
        <w:t>to yeh yeh bhi galat ho jayega. yeh ghulu ho jayega. ghulu aur ghulu Islam mein nahi hai. la ghulu fil Islam yani mera matlab hai ke ittehad ko barqarar rakhne ke liye sab kuch kiya jana chahiye.</w:t>
      </w:r>
    </w:p>
    <w:p>
      <w:pPr>
        <w:jc w:val="right"/>
      </w:pPr>
      <w:r>
        <w:t>تو یہ یہ بھی غلط ہو جائے گا۔ یہ غلو ہو جائے گا۔ غلو اور غلو اسلام میں نہیں ہے۔ لا غلو فی الاسلام یعنی میرا مطلب ہے کہ اتحاد کو برقرار رکھنے کے لیے سب کچھ کیا جانا چاہیے۔</w:t>
      </w:r>
    </w:p>
    <w:p>
      <w:r>
        <w:rPr>
          <w:b/>
        </w:rPr>
        <w:t xml:space="preserve">[1:20:29] </w:t>
      </w:r>
      <w:r>
        <w:t>team ka ittehad baqi rakhne ke liye har qurbani dena chahiye. aur is ki shakal yeh hai ke aadmi Allah ke hawale karta rahe. jo shikayatein hain, Allah ke hawale, Allah ke hawale.</w:t>
      </w:r>
    </w:p>
    <w:p>
      <w:pPr>
        <w:jc w:val="right"/>
      </w:pPr>
      <w:r>
        <w:t>ٹیم کا اتحاد باقی رکھنے کے لیے ہر قربانی دینا چاہیے۔ اور اس کی شکل یہ ہے کہ آدمی اللہ کے حوالے کرتا رہے۔ جو شکایتیں ہیں، اللہ کے حوالے، اللہ کے حوالے۔</w:t>
      </w:r>
    </w:p>
    <w:p>
      <w:r>
        <w:rPr>
          <w:b/>
        </w:rPr>
        <w:t xml:space="preserve">[1:20:42] </w:t>
      </w:r>
      <w:r>
        <w:t>warna team ban nahi payegi aur na team apna role bhi nikal sakegi.</w:t>
      </w:r>
    </w:p>
    <w:p>
      <w:pPr>
        <w:jc w:val="right"/>
      </w:pPr>
      <w:r>
        <w:t>ورنہ ٹیم بن نہیں پائے گی اور نہ ٹیم اپنا رول بھی نکل سکے گی۔</w:t>
      </w:r>
    </w:p>
    <w:p>
      <w:r>
        <w:rPr>
          <w:b/>
        </w:rPr>
        <w:t xml:space="preserve">[1:20:50] </w:t>
      </w:r>
      <w:r>
        <w:t>Maulana, agla sawal Miss Safia Khan ka hai Pakistan se</w:t>
      </w:r>
    </w:p>
    <w:p>
      <w:pPr>
        <w:jc w:val="right"/>
      </w:pPr>
      <w:r>
        <w:t>مولانا، اگلا سوال مس صفیہ خان کا ہے پاکستان سے</w:t>
      </w:r>
    </w:p>
    <w:p>
      <w:r>
        <w:rPr>
          <w:b/>
        </w:rPr>
        <w:t xml:space="preserve">[1:20:54] </w:t>
      </w:r>
      <w:r>
        <w:t>. unhone likha hai: "Please identify the reasons why ansaar character diminishes in the generations after sahaba generation." Kya matlab?</w:t>
      </w:r>
    </w:p>
    <w:p>
      <w:pPr>
        <w:jc w:val="right"/>
      </w:pPr>
      <w:r>
        <w:t>۔ انہوں نے لکھا ہے: "پلیز آئیڈینٹیفائی دا ریزنز وائی انصار کریکٹر ڈیمنش ان دا جنریشنز افٹر صحابہ جنریشن۔" کیا مطلب؟</w:t>
      </w:r>
    </w:p>
    <w:p>
      <w:r>
        <w:rPr>
          <w:b/>
        </w:rPr>
        <w:t xml:space="preserve">[1:21:07] </w:t>
      </w:r>
      <w:r>
        <w:t>ke Maulana, jo ansaar ka jo character tha, jo pehle aap ne jaise jis ke bare mein zikr bhi kiya, woh kyun khatam ho gaya sahaba ki generation ke baad?</w:t>
      </w:r>
    </w:p>
    <w:p>
      <w:pPr>
        <w:jc w:val="right"/>
      </w:pPr>
      <w:r>
        <w:t>کہ مولانا، جو انصار کا جو کریکٹر تھا، جو پہلے آپ نے جیسے جس کے بارے میں ذکر بھی کیا، وہ کیوں ختم ہو گیا صحابہ کی جنریشن کے بعد؟</w:t>
      </w:r>
    </w:p>
    <w:p>
      <w:r>
        <w:rPr>
          <w:b/>
        </w:rPr>
        <w:t xml:space="preserve">[1:21:17] </w:t>
      </w:r>
      <w:r>
        <w:t>woh qualities ya woh jo attributes the? kahan? main yeh to nahi kaha khatam ho gaya, diminish kahan ho gaya? main to nahi kaha.</w:t>
      </w:r>
    </w:p>
    <w:p>
      <w:pPr>
        <w:jc w:val="right"/>
      </w:pPr>
      <w:r>
        <w:t>وہ کوالٹیز یا وہ جو ایٹریبیوٹس تھے؟ کہاں؟ میں یہ تو نہیں کہا ختم ہو گیا، ڈیمنش کہاں ہو گیا؟ میں تو نہیں کہا۔</w:t>
      </w:r>
    </w:p>
    <w:p>
      <w:r>
        <w:rPr>
          <w:b/>
        </w:rPr>
        <w:t xml:space="preserve">[1:21:23] </w:t>
      </w:r>
      <w:r>
        <w:t>yeh to maine kaha nahi ke diminish ho gaya, woh to baqi raha. maine to kaha ke sirf aik exception mujhe maloom hai, Saad bin Ubadah ka.</w:t>
      </w:r>
    </w:p>
    <w:p>
      <w:pPr>
        <w:jc w:val="right"/>
      </w:pPr>
      <w:r>
        <w:t>یہ تو میں نے کہا نہیں کہ ڈیمنش ہو گیا، وہ تو باقی رہا۔ میں نے تو کہا کہ صرف ایک ایکسیپشن مجھے معلوم ہے، سعد بن عبادہ کا۔</w:t>
      </w:r>
    </w:p>
    <w:p>
      <w:r>
        <w:rPr>
          <w:b/>
        </w:rPr>
        <w:t xml:space="preserve">[1:21:32] </w:t>
      </w:r>
      <w:r>
        <w:t>yeh diminish ka falsafa to unhone khud nikala hai. unhone matlab over a period of time, Maulana, woh diminish nahi hua. j</w:t>
      </w:r>
    </w:p>
    <w:p>
      <w:pPr>
        <w:jc w:val="right"/>
      </w:pPr>
      <w:r>
        <w:t>یہ ڈیمنش کا فلسفہ تو انہوں نے خود نکالا ہے۔ انہوں نے مطلب اوور ا پیریڈ اف ٹائم، مولانا، وہ ڈیمنش نہیں ہوا۔ ج</w:t>
      </w:r>
    </w:p>
    <w:p>
      <w:r>
        <w:rPr>
          <w:b/>
        </w:rPr>
        <w:t xml:space="preserve">[1:21:39] </w:t>
      </w:r>
      <w:r>
        <w:t>y bhai, main next generation ki baat nahi kar raha hoon. ji, main first generation ki baat kar raha hoon. to first generation jo thi ansaar ki, us mein mujhe aik hi aisa character maloom hai.</w:t>
      </w:r>
    </w:p>
    <w:p>
      <w:pPr>
        <w:jc w:val="right"/>
      </w:pPr>
      <w:r>
        <w:t>ی بھئی، میں نیکسٹ جنریشن کی بات نہیں کر رہا ہوں۔ جی، میں فرسٹ جنریشن کی بات کر رہا ہوں۔ تو فرسٹ جنریشن جو تھی انصار کی، اس میں مجھے ایک ہی ایسا کریکٹر معلوم ہے۔</w:t>
      </w:r>
    </w:p>
    <w:p>
      <w:r>
        <w:rPr>
          <w:b/>
        </w:rPr>
        <w:t xml:space="preserve">[1:21:50] </w:t>
      </w:r>
      <w:r>
        <w:t>to yeh to unhone khud se samjha ke diminish ho gaya. maine to kaha nahi aisa. Maulana, woh jo pooch rahi hain, woh keh rahi hain ke sahaba generation ke baad jo generations aayin, us mein kyun diminish ho gaya?</w:t>
      </w:r>
    </w:p>
    <w:p>
      <w:pPr>
        <w:jc w:val="right"/>
      </w:pPr>
      <w:r>
        <w:t>تو یہ تو انہوں نے خود سے سمجھا کہ ڈیمنش ہو گیا۔ میں نے تو کہا نہیں ایسا۔ مولانا، وہ جو پوچھ رہی ہیں، وہ کہہ رہی ہیں کہ صحابہ جنریشن کے بعد جو جنریشنز آئیں، اس میں کیوں ڈیمنش ہو گیا؟</w:t>
      </w:r>
    </w:p>
    <w:p>
      <w:r>
        <w:rPr>
          <w:b/>
        </w:rPr>
        <w:t xml:space="preserve">[1:22:06] </w:t>
      </w:r>
      <w:r>
        <w:t>phir se padhiye:</w:t>
      </w:r>
    </w:p>
    <w:p>
      <w:pPr>
        <w:jc w:val="right"/>
      </w:pPr>
      <w:r>
        <w:t>پھر سے پڑھیے:</w:t>
      </w:r>
    </w:p>
    <w:p>
      <w:r>
        <w:rPr>
          <w:b/>
        </w:rPr>
        <w:t xml:space="preserve">[1:22:09] </w:t>
      </w:r>
      <w:r>
        <w:t>"Please identify the reasons why ansaar character diminishes in the generations after sahaba generations." Bhai, sahaba ka jo comparison kar rahe hain, yeh sahi nahi hai.</w:t>
      </w:r>
    </w:p>
    <w:p>
      <w:pPr>
        <w:jc w:val="right"/>
      </w:pPr>
      <w:r>
        <w:t>"پلیز آئیڈینٹیفائی دا ریزنز وائی انصار کریکٹر ڈیمنش ان دا جنریشنز افٹر صحابہ جنریشنز۔" بھئی، صحابہ کا جو کمپیریزن کر رہے ہیں، یہ صحیح نہیں ہے۔</w:t>
      </w:r>
    </w:p>
    <w:p>
      <w:r>
        <w:rPr>
          <w:b/>
        </w:rPr>
        <w:t xml:space="preserve">[1:22:22] </w:t>
      </w:r>
      <w:r>
        <w:t>yeh comparison se yeh kahiye ke majmoi tor par baad ki naslon mein kyun decline hua?</w:t>
      </w:r>
    </w:p>
    <w:p>
      <w:pPr>
        <w:jc w:val="right"/>
      </w:pPr>
      <w:r>
        <w:t>یہ کمپیریزن سے یہ کہیے کہ مجموعی طور پر بعد کی نسلوں میں کیوں ڈیکلائن ہوا؟</w:t>
      </w:r>
    </w:p>
    <w:p>
      <w:r>
        <w:rPr>
          <w:b/>
        </w:rPr>
        <w:t xml:space="preserve">[1:22:30] </w:t>
      </w:r>
      <w:r>
        <w:t>diminish ka lafz bhi sahi nahi hai. yahan par decline kyun hua? zawal kyun hua?</w:t>
      </w:r>
    </w:p>
    <w:p>
      <w:pPr>
        <w:jc w:val="right"/>
      </w:pPr>
      <w:r>
        <w:t>ڈیمنش کا لفظ بھی صحیح نہیں ہے۔ یہاں پر ڈیکلائن کیوں ہوا؟ زوال کیوں ہوا؟</w:t>
      </w:r>
    </w:p>
    <w:p>
      <w:r>
        <w:rPr>
          <w:b/>
        </w:rPr>
        <w:t xml:space="preserve">[1:22:35] </w:t>
      </w:r>
      <w:r>
        <w:t>to is mein na sahaba alag hain, woh na muhajireen alag hain, na ansaar alag hain. woh masla hai, yani qanoon zawal ka, woh sab par hota hai.</w:t>
      </w:r>
    </w:p>
    <w:p>
      <w:pPr>
        <w:jc w:val="right"/>
      </w:pPr>
      <w:r>
        <w:t>تو اس میں نہ صحابہ الگ ہیں، وہ نہ مہاجرین الگ ہیں، نہ انصار الگ ہیں۔ وہ مسئلہ ہے، یعنی قانون زوال کا، وہ سب پر ہوتا ہے۔</w:t>
      </w:r>
    </w:p>
    <w:p>
      <w:r>
        <w:rPr>
          <w:b/>
        </w:rPr>
        <w:t xml:space="preserve">[1:22:47] </w:t>
      </w:r>
      <w:r>
        <w:t>Rasool Allah ne farmaya tha ke khair ul qurun qurni thumma allazina yalun thumma allazina yalun yani teen generation ke bare mein aap ne farmaya ke first generation mein spirit jo hai, 100 feesad rahegi.</w:t>
      </w:r>
    </w:p>
    <w:p>
      <w:pPr>
        <w:jc w:val="right"/>
      </w:pPr>
      <w:r>
        <w:t>رسول اللہ نے فرمایا تھا کہ خالد قرون قرنی ثم الذین علون ثم الذین علون یعنی تین جنریشن کے بارے میں آپ نے فرمایا کہ فرسٹ جنریشن میں اسپرٹ جو ہے، 100 فیصد رہے گی۔</w:t>
      </w:r>
    </w:p>
    <w:p>
      <w:r>
        <w:rPr>
          <w:b/>
        </w:rPr>
        <w:t xml:space="preserve">[1:23:00] </w:t>
      </w:r>
      <w:r>
        <w:t>second generation 50 feesad ho jayegi. third generation 25 feesad ho jayegi. is ke baad baqi nahi rahegi. to woh ab masla qanoon zawal ka, woh woh kisi aur aage se dekh rahe hain.</w:t>
      </w:r>
    </w:p>
    <w:p>
      <w:pPr>
        <w:jc w:val="right"/>
      </w:pPr>
      <w:r>
        <w:t>سیکنڈ جنریشن 50 فیصد ہو جائے گی۔ تھرڈ جنریشن 25 فیصد ہو جائے گی۔ اس کے بعد باقی نہیں رہے گی۔ تو وہ اب مسئلہ قانون زوال کا، وہ وہ کسی اور اگے سے دیکھ رہے ہیں۔</w:t>
      </w:r>
    </w:p>
    <w:p>
      <w:r>
        <w:rPr>
          <w:b/>
        </w:rPr>
        <w:t xml:space="preserve">[1:23:13] </w:t>
      </w:r>
      <w:r>
        <w:t>is ko woh aage sahi nahi hai. mere nazdeek,</w:t>
      </w:r>
    </w:p>
    <w:p>
      <w:pPr>
        <w:jc w:val="right"/>
      </w:pPr>
      <w:r>
        <w:t>اس کو وہ اگے صحیح نہیں ہے۔ میرے نزدیک،</w:t>
      </w:r>
    </w:p>
    <w:p>
      <w:r>
        <w:rPr>
          <w:b/>
        </w:rPr>
        <w:t xml:space="preserve">[1:23:19] </w:t>
      </w:r>
      <w:r>
        <w:t>Maulana, agla ah jo aik sawal nahi hai, yeh comment hai jo Maulana Abdul Basit Umri ne bheja hai Doha Qatar se.</w:t>
      </w:r>
    </w:p>
    <w:p>
      <w:pPr>
        <w:jc w:val="right"/>
      </w:pPr>
      <w:r>
        <w:t>مولانا، اگلا اہ جو ایک سوال نہیں ہے، یہ کمنٹ ہے جو مولانا عبدالباسط عمری نے بھیجا ہے دوحہ قطر سے۔</w:t>
      </w:r>
    </w:p>
    <w:p>
      <w:r>
        <w:rPr>
          <w:b/>
        </w:rPr>
        <w:t xml:space="preserve">[1:23:28] </w:t>
      </w:r>
      <w:r>
        <w:t>hum is ko padhna chahenge. unhone likha hai: "Maulana, chand hafton pehle Fayyaz bhai se baat hui thi. maine Fayyaz bhai se CPS team ke bare mein apne aik ehsas in alfaz mein kiye ke Allah ne mujhe sahaba jaisi team se mila diya."</w:t>
      </w:r>
    </w:p>
    <w:p>
      <w:pPr>
        <w:jc w:val="right"/>
      </w:pPr>
      <w:r>
        <w:t>ہم اس کو پڑھنا چاہیں گے۔ انہوں نے لکھا ہے: "مولانا، چند ہفتے پہلے فیاض بھائی سے بات ہوئی تھی۔ میں نے فیاض بھائی سے سی پی ایس ٹیم کے بارے میں اپنے ایک احساس ان الفاظ میں کیے کہ اللہ نے مجھے صحابہ جیسی ٹیم سے ملا دیا۔</w:t>
      </w:r>
    </w:p>
    <w:p>
      <w:r>
        <w:rPr>
          <w:b/>
        </w:rPr>
        <w:t xml:space="preserve">[1:23:48] </w:t>
      </w:r>
      <w:r>
        <w:t>Fayyaz bhai ne bilfor kaha ke bohat sahi baat kahi aap ne. Aap ne mere yeh ehsas ko alfaaz diya. Main ne phir Fayyaz bhai se kaha ke yeh ehsas par asraariyat ke bana par nahi, yeh kamil maano mein mosbat soch ki bana par hai.</w:t>
      </w:r>
    </w:p>
    <w:p>
      <w:pPr>
        <w:jc w:val="right"/>
      </w:pPr>
      <w:r>
        <w:t>فیاض بھائی نے بالفور کہا کہ بہت صحیح بات کہی آپ نے۔ آپ نے میرے یہ احساس کو الفاظ دیا۔ میں نے پھر فیاض بھائی سے کہا کہ یہ احساس پر اثراریت کے بنا پر نہیں، یہ کامل معنوں میں مثبت سوچ کی بنا پر ہے۔</w:t>
      </w:r>
    </w:p>
    <w:p>
      <w:r>
        <w:rPr>
          <w:b/>
        </w:rPr>
        <w:t xml:space="preserve">[1:24:08] </w:t>
      </w:r>
      <w:r>
        <w:t>Yaani yeh CPS ke log zara barabar bhi manfi rad-e-amal nahi karte.</w:t>
      </w:r>
    </w:p>
    <w:p>
      <w:pPr>
        <w:jc w:val="right"/>
      </w:pPr>
      <w:r>
        <w:t>یعنی یہ سی پی ایس کے لوگ ذرہ برابر بھی منفی ردعمل نہیں کرتے۔</w:t>
      </w:r>
    </w:p>
    <w:p>
      <w:r>
        <w:rPr>
          <w:b/>
        </w:rPr>
        <w:t xml:space="preserve">[1:24:14] </w:t>
      </w:r>
      <w:r>
        <w:t>Allah hum sab ko bhi kamil maano mein mosbat soch ke sath jeene ki tofeeq de."</w:t>
      </w:r>
    </w:p>
    <w:p>
      <w:pPr>
        <w:jc w:val="right"/>
      </w:pPr>
      <w:r>
        <w:t>اللہ ہم سب کو بھی کامل معنوں میں مثبت سوچ کے ساتھ جینے کی توفیق دے۔"</w:t>
      </w:r>
    </w:p>
    <w:p>
      <w:r>
        <w:rPr>
          <w:b/>
        </w:rPr>
        <w:t xml:space="preserve">[1:24:24] </w:t>
      </w:r>
      <w:r>
        <w:t>Question aaya hai Mr. Rakesh Kumar ka, Delhi se. Unho ne poocha hai: "Maulana sahib, what is Milad un Nabi?" Kindly let me know.</w:t>
      </w:r>
    </w:p>
    <w:p>
      <w:pPr>
        <w:jc w:val="right"/>
      </w:pPr>
      <w:r>
        <w:t>کوئسچن آیا ہے مسٹر راکیش کمار کا، دلی سے۔ انہوں نے پوچھا ہے: "مولانا صاحب، واٹ از میلاد النبی؟" کائنڈلی لیٹ می نو۔</w:t>
      </w:r>
    </w:p>
    <w:p>
      <w:r>
        <w:rPr>
          <w:b/>
        </w:rPr>
        <w:t xml:space="preserve">[1:24:36] </w:t>
      </w:r>
      <w:r>
        <w:t>Dekhein, Milad un Nabi ka lafzi matlab hai Rasool Allah ka janam din.</w:t>
      </w:r>
    </w:p>
    <w:p>
      <w:pPr>
        <w:jc w:val="right"/>
      </w:pPr>
      <w:r>
        <w:t>دیکھیں، میلاد النبی کا لفظی مطلب ہے رسول اللہ کا جنم دن۔</w:t>
      </w:r>
    </w:p>
    <w:p>
      <w:r>
        <w:rPr>
          <w:b/>
        </w:rPr>
        <w:t xml:space="preserve">[1:24:45] </w:t>
      </w:r>
      <w:r>
        <w:t>To yeh</w:t>
      </w:r>
    </w:p>
    <w:p>
      <w:pPr>
        <w:jc w:val="right"/>
      </w:pPr>
      <w:r>
        <w:t>تو یہ</w:t>
      </w:r>
    </w:p>
    <w:p>
      <w:r>
        <w:rPr>
          <w:b/>
        </w:rPr>
        <w:t xml:space="preserve">[1:24:49] </w:t>
      </w:r>
      <w:r>
        <w:t>Rasool Allah ke zamane mein ya Sahaba ke zamane mein, Tabeen ke zamane mein bilkul is ka wajood hi nahi tha. Saray se yeh lafz bhi nahi tha. Aur aaj bhi Arab dunya mein yeh nahi hai.</w:t>
      </w:r>
    </w:p>
    <w:p>
      <w:pPr>
        <w:jc w:val="right"/>
      </w:pPr>
      <w:r>
        <w:t>رسول اللہ کے زمانے میں یا صحابہ کے زمانے میں، تابعین کے زمانے میں بالکل اس کا وجود ہی نہیں تھا۔ سرے سے یہ لفظ بھی نہیں تھا۔ اور آج بھی عرب دنیا میں یہ نہیں ہے۔</w:t>
      </w:r>
    </w:p>
    <w:p>
      <w:r>
        <w:rPr>
          <w:b/>
        </w:rPr>
        <w:t xml:space="preserve">[1:25:01] </w:t>
      </w:r>
      <w:r>
        <w:t>Aap Arab mulkon mein aap jayen to wahan kuch bhi, wahan yeh sab nahi milega aap ko. Milad un Nabi jaisi sargarmiyan aur jashn Milad un Nabi, yeh sab wahan nahi payenge aap.</w:t>
      </w:r>
    </w:p>
    <w:p>
      <w:pPr>
        <w:jc w:val="right"/>
      </w:pPr>
      <w:r>
        <w:t>آپ عرب ملکوں میں آپ جائیں تو وہاں کچھ بھی، وہاں یہ سب نہیں ملے گا آپ کو۔ میلاد النبی جیسی سرگرمیاں اور جشن میلاد النبی، یہ سب وہاں نہیں پائیں گے آپ۔</w:t>
      </w:r>
    </w:p>
    <w:p>
      <w:r>
        <w:rPr>
          <w:b/>
        </w:rPr>
        <w:t xml:space="preserve">[1:25:13] </w:t>
      </w:r>
      <w:r>
        <w:t>Yeh basically aik phenomenon hai Indian subcontinent ka. Yaani India, Pakistan, Bangladesh, bas.</w:t>
      </w:r>
    </w:p>
    <w:p>
      <w:pPr>
        <w:jc w:val="right"/>
      </w:pPr>
      <w:r>
        <w:t>یہ بیسیکلی ایک فیناومینا ہے انڈین سب کانٹیننٹ کا۔ یعنی انڈیا، پاکستان، بنگلہ دیش، بس۔</w:t>
      </w:r>
    </w:p>
    <w:p>
      <w:r>
        <w:rPr>
          <w:b/>
        </w:rPr>
        <w:t xml:space="preserve">[1:25:23] </w:t>
      </w:r>
      <w:r>
        <w:t>Aur kahin aap nahi payenge. To main yeh kahunga ke yeh India mein Hindu logon pe jo riwaj the, us ko unho ne Islamize kar liya.</w:t>
      </w:r>
    </w:p>
    <w:p>
      <w:pPr>
        <w:jc w:val="right"/>
      </w:pPr>
      <w:r>
        <w:t>اور کہیں آپ نہیں پائیں گے۔ تو میں یہ کہوں گا کہ یہ انڈیا میں ہندو لوگوں پہ جو رواج تھے، اس کو انہوں نے اسلامائز کر لیا۔</w:t>
      </w:r>
    </w:p>
    <w:p>
      <w:r>
        <w:rPr>
          <w:b/>
        </w:rPr>
        <w:t xml:space="preserve">[1:25:39] </w:t>
      </w:r>
      <w:r>
        <w:t>Us waqt Islamize kar liya.</w:t>
      </w:r>
    </w:p>
    <w:p>
      <w:pPr>
        <w:jc w:val="right"/>
      </w:pPr>
      <w:r>
        <w:t>اس وقت اسلامائز کر لیا۔</w:t>
      </w:r>
    </w:p>
    <w:p>
      <w:r>
        <w:rPr>
          <w:b/>
        </w:rPr>
        <w:t xml:space="preserve">[1:25:42] </w:t>
      </w:r>
      <w:r>
        <w:t>Yaani Ram ka, yaani Ram ka aik janam farz kiya unho ne Ram Navami. To Ram Navami ka woh, yaani khud sakhta edition hai, woh woh is ka Islam se koi ta'alluq nahi hai.</w:t>
      </w:r>
    </w:p>
    <w:p>
      <w:pPr>
        <w:jc w:val="right"/>
      </w:pPr>
      <w:r>
        <w:t>یعنی رام کا، یعنی رام کا ایک جنم فرض کیا انہوں نے رام نومی۔ تو رام نومی کا وہ، یعنی خود ساختہ ایڈیشن ہے، وہ وہ اس کا اسلام سے کوئی تعلق نہیں ہے۔</w:t>
      </w:r>
    </w:p>
    <w:p>
      <w:r>
        <w:rPr>
          <w:b/>
        </w:rPr>
        <w:t xml:space="preserve">[1:26:01] </w:t>
      </w:r>
      <w:r>
        <w:t>Islam se koi ta'alluq nahi hai.</w:t>
      </w:r>
    </w:p>
    <w:p>
      <w:pPr>
        <w:jc w:val="right"/>
      </w:pPr>
      <w:r>
        <w:t>اسلام سے کوئی تعلق نہیں ہے۔</w:t>
      </w:r>
    </w:p>
    <w:p>
      <w:r>
        <w:rPr>
          <w:b/>
        </w:rPr>
        <w:t xml:space="preserve">[1:26:04] </w:t>
      </w:r>
      <w:r>
        <w:t>Ab main yeh kahunga ke agar Rasool Allah ki Milad ke din, Rasool Allah ke yaani baatein kahi jayen, aap ka namoona bayan kiya jaye, usay naseehat di jaye to main kahunga theek hai.</w:t>
      </w:r>
    </w:p>
    <w:p>
      <w:pPr>
        <w:jc w:val="right"/>
      </w:pPr>
      <w:r>
        <w:t>اب میں یہ کہوں گا کہ اگر رسول اللہ کی میلاد کے دن، رسول اللہ کے یعنی باتیں کہی جائیں، آپ کا نمونہ بیان کیا جائے، اسے نصیحت دی جائے تو میں کہوں گا ٹھیک ہے۔</w:t>
      </w:r>
    </w:p>
    <w:p>
      <w:r>
        <w:rPr>
          <w:b/>
        </w:rPr>
        <w:t xml:space="preserve">[1:26:15] </w:t>
      </w:r>
      <w:r>
        <w:t>Woh aik us ko main kahunga ke bid'at hasana hai, woh bid'at hasana. Lekin ab jo hota hai, woh jashn fakhr to woh to bid'at hasana hasana bhi nahi hai.</w:t>
      </w:r>
    </w:p>
    <w:p>
      <w:pPr>
        <w:jc w:val="right"/>
      </w:pPr>
      <w:r>
        <w:t>وہ ایک اس کو میں کہوں گا کہ بدعت حسنہ ہے، وہ بدعت حسنہ۔ لیکن اب جو ہوتا ہے، وہ جشن فخر تو وہ تو بدعت حسنہ حسنہ بھی نہیں ہے۔</w:t>
      </w:r>
    </w:p>
    <w:p>
      <w:r>
        <w:rPr>
          <w:b/>
        </w:rPr>
        <w:t xml:space="preserve">[1:26:26] </w:t>
      </w:r>
      <w:r>
        <w:t>Yeh to kuch bhi nahi hai. Woh to kuch bhi nahi hai.</w:t>
      </w:r>
    </w:p>
    <w:p>
      <w:pPr>
        <w:jc w:val="right"/>
      </w:pPr>
      <w:r>
        <w:t>یہ تو کچھ بھی نہیں ہے۔ وہ تو کچھ بھی نہیں ہے۔</w:t>
      </w:r>
    </w:p>
    <w:p>
      <w:r>
        <w:rPr>
          <w:b/>
        </w:rPr>
        <w:t xml:space="preserve">[1:26:31] </w:t>
      </w:r>
      <w:r>
        <w:t>Bator jashn ke, bator fakhr ke, bator pride ke agar aap charcha karen Rasool Allah ka to woh to nothing. Haan, agar aap charcha karen Rasool Allah ki baaton ko janne ke liye, aap ke namoone ko samajh kar, un ko pehri karne ke liye to main kahunga chaliye theek hai, yeh bid'at hasana hai.</w:t>
      </w:r>
    </w:p>
    <w:p>
      <w:pPr>
        <w:jc w:val="right"/>
      </w:pPr>
      <w:r>
        <w:t>بطور جشن کے، بطور فخر کے، بطور پرائیڈ کے اگر آپ چرچا کریں رسول اللہ کا تو وہ تو دس نتھنگ۔ ہاں، اگر آپ چرچا کریں رسول اللہ کی باتوں کو جاننے کے لیے، آپ کے نمونے کو سمجھ کر، ان کو پیروی کرنے کے لیے تو میں کہوں گا چلیے ٹھیک ہے، یہ بدعت حسنہ ہے۔</w:t>
      </w:r>
    </w:p>
    <w:p>
      <w:r>
        <w:rPr>
          <w:b/>
        </w:rPr>
        <w:t xml:space="preserve">[1:26:51] </w:t>
      </w:r>
      <w:r>
        <w:t>Is lihaz se hum tolerate kar sakte hain is ko.</w:t>
      </w:r>
    </w:p>
    <w:p>
      <w:pPr>
        <w:jc w:val="right"/>
      </w:pPr>
      <w:r>
        <w:t>اس لحاظ سے ہم ٹولریٹ کر سکتے ہیں اس کو۔</w:t>
      </w:r>
    </w:p>
    <w:p>
      <w:r>
        <w:rPr>
          <w:b/>
        </w:rPr>
        <w:t xml:space="preserve">[1:26:57] </w:t>
      </w:r>
      <w:r>
        <w:t>Maulana, agla sawal Karachi Pakistan se hai Mr. Raees Ahmed sahib ka. Unho ne likha hai: "Qayamat ke din sab se pehle namaz ka poocha jayega.</w:t>
      </w:r>
    </w:p>
    <w:p>
      <w:pPr>
        <w:jc w:val="right"/>
      </w:pPr>
      <w:r>
        <w:t>مولانا، اگلا سوال کراچی پاکستان سے ہے مسٹر رئیس احمد صاحب کا۔ انہوں نے لکھا ہے: "قیامت کے دن سب سے پہلے نماز کا پوچھا جائے گا۔</w:t>
      </w:r>
    </w:p>
    <w:p>
      <w:r>
        <w:rPr>
          <w:b/>
        </w:rPr>
        <w:t xml:space="preserve">[1:27:09] </w:t>
      </w:r>
      <w:r>
        <w:t>Nabi Kareem ke farman ke mutabiq namaz is tarah ada karni chahiye jis tarah Nabi Kareem ne ada farmayi aur aap ne hukum bhi yahi farmaya.</w:t>
      </w:r>
    </w:p>
    <w:p>
      <w:pPr>
        <w:jc w:val="right"/>
      </w:pPr>
      <w:r>
        <w:t>نبی کریم کے فرمان کے مطابق نماز اس طرح ادا کرنی چاہیے جس طرح نبی کریم نے ادا فرمائی اور آپ نے حکم بھی یہی فرمایا۔</w:t>
      </w:r>
    </w:p>
    <w:p>
      <w:r>
        <w:rPr>
          <w:b/>
        </w:rPr>
        <w:t xml:space="preserve">[1:27:22] </w:t>
      </w:r>
      <w:r>
        <w:t>" Sawal yeh hai ke agar hum Barelvi ya Shia ya Ahle Hadees ki namaz ko dekhen to kis group ki namaz ki adaigi mutabiq se hai?</w:t>
      </w:r>
    </w:p>
    <w:p>
      <w:pPr>
        <w:jc w:val="right"/>
      </w:pPr>
      <w:r>
        <w:t>" سوال یہ ہے کہ اگر ہم بریلوی یا شیعہ یا اہل حدیث کی نماز کو دیکھیں تو کس گروپ کی نماز کی ادائیگی مطابق سے ہے؟</w:t>
      </w:r>
    </w:p>
    <w:p>
      <w:r>
        <w:rPr>
          <w:b/>
        </w:rPr>
        <w:t xml:space="preserve">[1:27:34] </w:t>
      </w:r>
      <w:r>
        <w:t>Bhai, yeh kab? Yeh group kab paida hui? Rasool Allah ke zamane mein na Barelvi the, na Sunni the, na Shia the, na koi bhi nahi tha. To baad ko paida hui hai.</w:t>
      </w:r>
    </w:p>
    <w:p>
      <w:pPr>
        <w:jc w:val="right"/>
      </w:pPr>
      <w:r>
        <w:t>بھئی، یہ کب؟ یہ گروپ کب پیدا ہوئی؟ رسول اللہ کے زمانے میں نہ بریلوی تھے، نہ سنی تھے، نہ شیعہ تھے، نہ کوئی بھی نہیں تھی۔ تو بعد کو پیدا ہوئی ہے۔</w:t>
      </w:r>
    </w:p>
    <w:p>
      <w:r>
        <w:rPr>
          <w:b/>
        </w:rPr>
        <w:t xml:space="preserve">[1:27:44] </w:t>
      </w:r>
      <w:r>
        <w:t>To aap us ko in in se koi namoona lete hain? Namoona wahan se lijiye.</w:t>
      </w:r>
    </w:p>
    <w:p>
      <w:pPr>
        <w:jc w:val="right"/>
      </w:pPr>
      <w:r>
        <w:t>تو آپ اس کو ان ان سے کوئی نمونہ لیتے ہیں؟ نمونہ وہاں سے لیجئے۔</w:t>
      </w:r>
    </w:p>
    <w:p>
      <w:r>
        <w:rPr>
          <w:b/>
        </w:rPr>
        <w:t xml:space="preserve">[1:27:50] </w:t>
      </w:r>
      <w:r>
        <w:t>Bar-e-Sagheer ke hadeesain maujood hain, seerat ki kitaben maujood hain, wahan parhiye. Aap un mein se in se koi namoona lete hain jo baad ko paida hui hai.</w:t>
      </w:r>
    </w:p>
    <w:p>
      <w:pPr>
        <w:jc w:val="right"/>
      </w:pPr>
      <w:r>
        <w:t>برصغیر کے حدیثیں موجود ہیں، سیرت کی کتابیں موجود ہیں، وہاں پڑھیے۔ آپ ان میں سے ان سے کوئی نمونہ لیتے ہیں جو بعد کو پیدا ہوئی ہے۔</w:t>
      </w:r>
    </w:p>
    <w:p>
      <w:r>
        <w:rPr>
          <w:b/>
        </w:rPr>
        <w:t xml:space="preserve">[1:28:01] </w:t>
      </w:r>
      <w:r>
        <w:t>Yeh Rasool Allah ke zamane mein in ka woh wajood hi nahi tha, kuch yeh lafz bhi nahi the is zaman</w:t>
      </w:r>
    </w:p>
    <w:p>
      <w:pPr>
        <w:jc w:val="right"/>
      </w:pPr>
      <w:r>
        <w:t>یہ رسول اللہ کے زمانے میں ان کا وہ وجود ہی نہیں تھا، کچھ یہ لفظ بھی نہیں تھے اس زمان</w:t>
      </w:r>
    </w:p>
    <w:p>
      <w:r>
        <w:rPr>
          <w:b/>
        </w:rPr>
        <w:t xml:space="preserve">[1:28:05] </w:t>
      </w:r>
      <w:r>
        <w:t>mein. to aap wahan uljhe hue hain. yani hawala dete hain rasool Allah ka, aap salo kama raaitam yusalli aur misdaq batate hain kon?</w:t>
      </w:r>
    </w:p>
    <w:p>
      <w:pPr>
        <w:jc w:val="right"/>
      </w:pPr>
      <w:r>
        <w:t>ے میں۔ تو آپ وہاں الجھے ہوئے ہیں۔ یعنی حوالہ دیتے ہیں رسول اللہ کا، آپ صلو کما رأیتم یصلی اور مصداق بتاتے ہیں کون؟</w:t>
      </w:r>
    </w:p>
    <w:p>
      <w:r>
        <w:rPr>
          <w:b/>
        </w:rPr>
        <w:t xml:space="preserve">[1:28:15] </w:t>
      </w:r>
      <w:r>
        <w:t>yeh hazraat jo baad ko paida hue hain. to aap hadithon mein dekhiye, hadithon mein aap jaan lenge ke salo kama raaitam yusalli ka amli namuna kya wahan par hai?</w:t>
      </w:r>
    </w:p>
    <w:p>
      <w:pPr>
        <w:jc w:val="right"/>
      </w:pPr>
      <w:r>
        <w:t>یہ حضرات جو بعد کو پیدا ہوئے ہیں۔ تو آپ حدیثوں میں دیکھیے، حدیثوں میں آپ جان لیں گے کہ صلو کما رأیتم یصلی کا عملی نمونہ کیا وہاں پر ہے؟</w:t>
      </w:r>
    </w:p>
    <w:p>
      <w:r>
        <w:rPr>
          <w:b/>
        </w:rPr>
        <w:t xml:space="preserve">[1:28:26] </w:t>
      </w:r>
      <w:r>
        <w:t>wahi kijiye. yeh bohat seedha saada muamla hai.</w:t>
      </w:r>
    </w:p>
    <w:p>
      <w:pPr>
        <w:jc w:val="right"/>
      </w:pPr>
      <w:r>
        <w:t>وہی کیجئے۔ یہ بہت سیدھا سادہ معاملہ ہے۔</w:t>
      </w:r>
    </w:p>
    <w:p>
      <w:r>
        <w:rPr>
          <w:b/>
        </w:rPr>
        <w:t xml:space="preserve">[1:28:31] </w:t>
      </w:r>
      <w:r>
        <w:t>yani hawala de rahe hain aap rasool Allah ke qaul ka aur is ke baad aap bator yani le lete hain un ko baad ke paida hone wale firqon ko.</w:t>
      </w:r>
    </w:p>
    <w:p>
      <w:pPr>
        <w:jc w:val="right"/>
      </w:pPr>
      <w:r>
        <w:t>یعنی حوالہ دے رہے ہیں آپ رسول اللہ کے قول کا اور اس کے بعد آپ بطور یعنی لے لیتے ہیں ان کو بعد کے پیدا ہونے والے فرقوں کو۔</w:t>
      </w:r>
    </w:p>
    <w:p>
      <w:r>
        <w:rPr>
          <w:b/>
        </w:rPr>
        <w:t xml:space="preserve">[1:28:44] </w:t>
      </w:r>
      <w:r>
        <w:t>to yeh to ajeeb o ghareeb yani tazad hai. yeh yeh to contradiction hai. yeh woh hadith sahi hai ke salo kama raaitam yusalli magar is ke bare mein maloom karne ke liye hadith ka</w:t>
      </w:r>
    </w:p>
    <w:p>
      <w:pPr>
        <w:jc w:val="right"/>
      </w:pPr>
      <w:r>
        <w:t>تو یہ تو عجیب و غریب یعنی تضاد ہے۔ یہ یہ تو کنٹراڈکشن ہے۔ یہ وہ حدیث صحیح ہے کہ صلو کما رأیتم یصلی مگر اس کے بارے میں معلوم کرنے کے لیے حدیث کا</w:t>
      </w:r>
    </w:p>
    <w:p>
      <w:r>
        <w:rPr>
          <w:b/>
        </w:rPr>
        <w:t xml:space="preserve">[1:29:00] </w:t>
      </w:r>
      <w:r>
        <w:t>zakhira hai, na ke aaj kal ke firqon. yeh firqe to baad ke bane hain.</w:t>
      </w:r>
    </w:p>
    <w:p>
      <w:pPr>
        <w:jc w:val="right"/>
      </w:pPr>
      <w:r>
        <w:t>ذخیرہ ہے، نہ کہ آج کل کے فرقے۔ یہ فرقے تو بعد کے بنے ہیں۔</w:t>
      </w:r>
    </w:p>
    <w:p>
      <w:r>
        <w:rPr>
          <w:b/>
        </w:rPr>
        <w:t xml:space="preserve">[1:29:07] </w:t>
      </w:r>
      <w:r>
        <w:t>maulana, dilli se agla sawal hai miss hamida bano ka. unhon ne likha hai: "individual promise ke muqable mein collective promise ko poora karna zaroori nahin.</w:t>
      </w:r>
    </w:p>
    <w:p>
      <w:pPr>
        <w:jc w:val="right"/>
      </w:pPr>
      <w:r>
        <w:t>مولانا، دلی سے اگلا سوال ہے مس حامدہ بانو کا۔ انہوں نے لکھا ہے: "انڈیویجول پرومس کے مقابلے میں کلیکٹیو پرومس کو پورا کرنا ضروری نہیں۔</w:t>
      </w:r>
    </w:p>
    <w:p>
      <w:r>
        <w:rPr>
          <w:b/>
        </w:rPr>
        <w:t xml:space="preserve">[1:29:19] </w:t>
      </w:r>
      <w:r>
        <w:t>quran aur hadith mein is ki daleel kya hai?" maine yeh lafz istemal nahin kiya. collective promise, yeh to haq ka apna lafz hai.</w:t>
      </w:r>
    </w:p>
    <w:p>
      <w:pPr>
        <w:jc w:val="right"/>
      </w:pPr>
      <w:r>
        <w:t>قرآن اور حدیث میں اس کی دلیل کیا ہے؟" میں نے یہ لفظ استعمال نہیں کیا۔ کلیکٹیو پرومس، یہ تو حق کا اپنا لفظ ہے۔</w:t>
      </w:r>
    </w:p>
    <w:p>
      <w:r>
        <w:rPr>
          <w:b/>
        </w:rPr>
        <w:t xml:space="preserve">[1:29:27] </w:t>
      </w:r>
      <w:r>
        <w:t>maine to kabhi nahin. maine kaha ke siyasat ke mamlaat jo hote hain, un mein bohat zyada up and down hota hai, bohat zyada farq hota hai.</w:t>
      </w:r>
    </w:p>
    <w:p>
      <w:pPr>
        <w:jc w:val="right"/>
      </w:pPr>
      <w:r>
        <w:t>میں نے تو کبھی نہیں۔ میں نے کہا کہ سیاسی معاملات جو ہوتے ہیں، ان میں بہت زیادہ اپ اینڈ ڈاؤن ہوتا ہے، بہت زیادہ فرق ہوتا ہے۔</w:t>
      </w:r>
    </w:p>
    <w:p>
      <w:r>
        <w:rPr>
          <w:b/>
        </w:rPr>
        <w:t xml:space="preserve">[1:29:40] </w:t>
      </w:r>
      <w:r>
        <w:t>insan ke qabze mein nahin ke halaat ko wahi to barqarar rakhe.</w:t>
      </w:r>
    </w:p>
    <w:p>
      <w:pPr>
        <w:jc w:val="right"/>
      </w:pPr>
      <w:r>
        <w:t>انسان کے قبضے میں نہیں کہ حالات کو وہی تو برقرار رکھے۔</w:t>
      </w:r>
    </w:p>
    <w:p>
      <w:r>
        <w:rPr>
          <w:b/>
        </w:rPr>
        <w:t xml:space="preserve">[1:29:44] </w:t>
      </w:r>
      <w:r>
        <w:t>aap ne agar kisi se kaha hai ke main tum ko das rupiya doon ga to woh aap ke qabze mein hai, woh aap ke qabze se bahar nahin hai. lekin jo siyasat ke mamlaat hote hain, woh is mein up and down hota rehta hai.</w:t>
      </w:r>
    </w:p>
    <w:p>
      <w:pPr>
        <w:jc w:val="right"/>
      </w:pPr>
      <w:r>
        <w:t>آپ نے اگر کسی سے کہا ہے کہ میں تم کو دس روپیہ دوں گا تو وہ آپ کے قبضے میں ہے، وہ آپ کے قبضے سے باہر نہیں ہے۔ لیکن جو سیاسی معاملات ہوتے ہیں، وہ اس میں اپ اینڈ ڈاؤن ہوتا رہتا ہے۔</w:t>
      </w:r>
    </w:p>
    <w:p>
      <w:r>
        <w:rPr>
          <w:b/>
        </w:rPr>
        <w:t xml:space="preserve">[1:29:59] </w:t>
      </w:r>
      <w:r>
        <w:t>woh kisi ke bas mein nahin ke woh us ko yani ek hi halat baqi rakhe. is liye is ka muamla alag ho jata hai.</w:t>
      </w:r>
    </w:p>
    <w:p>
      <w:pPr>
        <w:jc w:val="right"/>
      </w:pPr>
      <w:r>
        <w:t>وہ کسی کے بس میں نہیں کہ وہ اس کو یعنی ایک ہی حالت باقی رکھے۔ اس لیے اس کا معاملہ الگ ہو جاتا ہے۔</w:t>
      </w:r>
    </w:p>
    <w:p>
      <w:r>
        <w:rPr>
          <w:b/>
        </w:rPr>
        <w:t xml:space="preserve">[1:30:08] </w:t>
      </w:r>
      <w:r>
        <w:t>alag agar agar halaat na badlen to baqi rahega woh.</w:t>
      </w:r>
    </w:p>
    <w:p>
      <w:pPr>
        <w:jc w:val="right"/>
      </w:pPr>
      <w:r>
        <w:t>الگ اگر اگر حالات نہ بدلیں تو باقی رہے گا وہ۔</w:t>
      </w:r>
    </w:p>
    <w:p>
      <w:r>
        <w:rPr>
          <w:b/>
        </w:rPr>
        <w:t xml:space="preserve">[1:30:13] </w:t>
      </w:r>
      <w:r>
        <w:t>yani agar halaat na badlen to baqi rahega. it depends upon situation</w:t>
      </w:r>
    </w:p>
    <w:p>
      <w:pPr>
        <w:jc w:val="right"/>
      </w:pPr>
      <w:r>
        <w:t>یعنی اگر حالات نہ بدلیں تو باقی رہے گا۔ It depends upon situation</w:t>
      </w:r>
    </w:p>
    <w:p>
      <w:r>
        <w:rPr>
          <w:b/>
        </w:rPr>
        <w:t xml:space="preserve">[1:30:22] </w:t>
      </w:r>
      <w:r>
        <w:t>ji haan.</w:t>
      </w:r>
    </w:p>
    <w:p>
      <w:pPr>
        <w:jc w:val="right"/>
      </w:pPr>
      <w:r>
        <w:t>جی ہاں۔</w:t>
      </w:r>
    </w:p>
    <w:p>
      <w:r>
        <w:rPr>
          <w:b/>
        </w:rPr>
        <w:t xml:space="preserve">[1:30:26] </w:t>
      </w:r>
      <w:r>
        <w:t>maulana, agla sawal hai saharanpur se doctor aslam ka. unhon ne poocha hai: "maulana sahib, after rasool Allah, who succeeded in forming the best team for da'wah work?"</w:t>
      </w:r>
    </w:p>
    <w:p>
      <w:pPr>
        <w:jc w:val="right"/>
      </w:pPr>
      <w:r>
        <w:t>مولانا، اگلا سوال ہے سارن پور سے ڈاکٹر اسلم کا۔ انہوں نے پوچھا ہے: "مولانا صاحب، افٹر رسول اللہ، ہو سکسیڈڈ ان فارمنگ دا بیسٹ ٹیم فار دعویٰ ورک؟"</w:t>
      </w:r>
    </w:p>
    <w:p>
      <w:r>
        <w:rPr>
          <w:b/>
        </w:rPr>
        <w:t xml:space="preserve">[1:30:40] </w:t>
      </w:r>
      <w:r>
        <w:t>bhai, aap khud tareekh padhiye, is mein dekhiye. aap kaise batayen kis ko? hum kisi ka naam lena to mushkil hai na?</w:t>
      </w:r>
    </w:p>
    <w:p>
      <w:pPr>
        <w:jc w:val="right"/>
      </w:pPr>
      <w:r>
        <w:t>بھئی، آپ خود تاریخ پڑھیے، اس میں دیکھیے۔ آپ کیسے بتائیں کس کو؟ ہم کسی کا نام لینا تو مشکل ہے نا؟</w:t>
      </w:r>
    </w:p>
    <w:p>
      <w:r>
        <w:rPr>
          <w:b/>
        </w:rPr>
        <w:t xml:space="preserve">[1:30:52] </w:t>
      </w:r>
      <w:r>
        <w:t>aap khud tareekh mein dekhiye. hum sirf yeh kar sakte hain ke team banane ke principle wahan kya milte hain?</w:t>
      </w:r>
    </w:p>
    <w:p>
      <w:pPr>
        <w:jc w:val="right"/>
      </w:pPr>
      <w:r>
        <w:t>آپ خود تاریخ میں دیکھیے۔ ہم صرف یہ کر سکتے ہیں کہ ٹیم بنانے کے پرنسپل وہاں کیا ملتے ہیں؟</w:t>
      </w:r>
    </w:p>
    <w:p>
      <w:r>
        <w:rPr>
          <w:b/>
        </w:rPr>
        <w:t xml:space="preserve">[1:31:01] </w:t>
      </w:r>
      <w:r>
        <w:t>kisi team ko hum thappa lagayen ke yeh yeh hai woh team sahaba jaisi to hum kaise aisa kar sakte hain? yeh to aap ka apna perception hai.</w:t>
      </w:r>
    </w:p>
    <w:p>
      <w:pPr>
        <w:jc w:val="right"/>
      </w:pPr>
      <w:r>
        <w:t>کسی ٹیم کو ہم ٹھپا لگائیں کہ یہ یہ ہے وہ ٹیم صحابہ جیسی تو ہم کیسے ایسا کر سکتے ہیں؟ یہ تو آپ کا اپنا پرسیپشن ہے۔</w:t>
      </w:r>
    </w:p>
    <w:p>
      <w:r>
        <w:rPr>
          <w:b/>
        </w:rPr>
        <w:t xml:space="preserve">[1:31:09] </w:t>
      </w:r>
      <w:r>
        <w:t>hamare paas koi thappa nahin hai aisa. hamare bas mein sirf yahi hai ke hum us principle ko daryaft karen. bas, woh hum ne arz kar diya.</w:t>
      </w:r>
    </w:p>
    <w:p>
      <w:pPr>
        <w:jc w:val="right"/>
      </w:pPr>
      <w:r>
        <w:t>ہمارے پاس کوئی ٹھپا نہیں ہے ایسا۔ ہمارے بس میں صرف یہی ہے کہ ہم اس پرنسپل کو دریافت کریں۔ بس، وہ ہم نے عرض کر دیا۔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