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Why People live in Despair September 2, 2007</w:t>
      </w:r>
    </w:p>
    <w:p>
      <w:r>
        <w:t>https://youtu.be/BHfgOfzXf00</w:t>
      </w:r>
    </w:p>
    <w:p>
      <w:r>
        <w:rPr>
          <w:b/>
        </w:rPr>
        <w:t xml:space="preserve">[00:13] </w:t>
      </w:r>
      <w:r>
        <w:t>bismillah hir rahman nir rahim, wa salla Allahu ala an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wahlul uqdatan min lisani yafqahu qawli.</w:t>
      </w:r>
    </w:p>
    <w:p>
      <w:pPr>
        <w:jc w:val="right"/>
      </w:pPr>
      <w:r>
        <w:t>واحل العقدۃ من لسانی یفقہ قولی۔</w:t>
      </w:r>
    </w:p>
    <w:p>
      <w:r>
        <w:rPr>
          <w:b/>
        </w:rPr>
        <w:t xml:space="preserve">[00:36] </w:t>
      </w:r>
      <w:r>
        <w:t>aaj ka topic hai:</w:t>
      </w:r>
    </w:p>
    <w:p>
      <w:pPr>
        <w:jc w:val="right"/>
      </w:pPr>
      <w:r>
        <w:t>آج کا ٹاپک ہے:</w:t>
      </w:r>
    </w:p>
    <w:p>
      <w:r>
        <w:rPr>
          <w:b/>
        </w:rPr>
        <w:t xml:space="preserve">[00:49] </w:t>
      </w:r>
      <w:r>
        <w:t>"Why people live in despair?"</w:t>
      </w:r>
    </w:p>
    <w:p>
      <w:pPr>
        <w:jc w:val="right"/>
      </w:pPr>
      <w:r>
        <w:t>"Why people live in despair؟"</w:t>
      </w:r>
    </w:p>
    <w:p>
      <w:r>
        <w:rPr>
          <w:b/>
        </w:rPr>
        <w:t xml:space="preserve">[00:56] </w:t>
      </w:r>
      <w:r>
        <w:t>log kyun,</w:t>
      </w:r>
    </w:p>
    <w:p>
      <w:pPr>
        <w:jc w:val="right"/>
      </w:pPr>
      <w:r>
        <w:t>لوگ کیوں،</w:t>
      </w:r>
    </w:p>
    <w:p>
      <w:r>
        <w:rPr>
          <w:b/>
        </w:rPr>
        <w:t xml:space="preserve">[01:02] </w:t>
      </w:r>
      <w:r>
        <w:t>yani, frustration mein jeete hain?</w:t>
      </w:r>
    </w:p>
    <w:p>
      <w:pPr>
        <w:jc w:val="right"/>
      </w:pPr>
      <w:r>
        <w:t>یعنی، فرسٹریشن میں جیتے ہیں؟</w:t>
      </w:r>
    </w:p>
    <w:p>
      <w:r>
        <w:rPr>
          <w:b/>
        </w:rPr>
        <w:t xml:space="preserve">[01:07] </w:t>
      </w:r>
      <w:r>
        <w:t>toh yeh, yeh toh</w:t>
      </w:r>
    </w:p>
    <w:p>
      <w:pPr>
        <w:jc w:val="right"/>
      </w:pPr>
      <w:r>
        <w:t>تو یہ، یہ تو</w:t>
      </w:r>
    </w:p>
    <w:p>
      <w:r>
        <w:rPr>
          <w:b/>
        </w:rPr>
        <w:t xml:space="preserve">[01:13] </w:t>
      </w:r>
      <w:r>
        <w:t>bohat ziyada is par charcha hota hai, hum bhi is par bol chuke hain yahan. lekin jo latest news hai is muamle mein, woh bohat bari news kahi ja sakti hai,</w:t>
      </w:r>
    </w:p>
    <w:p>
      <w:pPr>
        <w:jc w:val="right"/>
      </w:pPr>
      <w:r>
        <w:t>بہت زیادہ اس پر چرچا ہوتا ہے، ہم بھی اس پر بول چکے ہیں یہاں۔ لیکن جو لیٹسٹ نیوز ہے اس معاملے میں، وہ بہت بڑی نیوز کہی جا سکتی ہے،</w:t>
      </w:r>
    </w:p>
    <w:p>
      <w:r>
        <w:rPr>
          <w:b/>
        </w:rPr>
        <w:t xml:space="preserve">[01:31] </w:t>
      </w:r>
      <w:r>
        <w:t>woh hai mother teresa ki news.</w:t>
      </w:r>
    </w:p>
    <w:p>
      <w:pPr>
        <w:jc w:val="right"/>
      </w:pPr>
      <w:r>
        <w:t>وہ ہے مدر ٹریسا کی نیوز۔</w:t>
      </w:r>
    </w:p>
    <w:p>
      <w:r>
        <w:rPr>
          <w:b/>
        </w:rPr>
        <w:t xml:space="preserve">[01:35] </w:t>
      </w:r>
      <w:r>
        <w:t>aap sab log jante hain ke mother teresa, jo macedonia mein paida huin 1910 mein, achi education un ki hui.</w:t>
      </w:r>
    </w:p>
    <w:p>
      <w:pPr>
        <w:jc w:val="right"/>
      </w:pPr>
      <w:r>
        <w:t>آپ سب لوگ جانتے ہیں کہ مدر ٹریسا، جو میکڈونیا میں پیدا ہوئیں 1910 میں، اچھی ایجوکیشن ان کی ہوئی۔</w:t>
      </w:r>
    </w:p>
    <w:p>
      <w:r>
        <w:rPr>
          <w:b/>
        </w:rPr>
        <w:t xml:space="preserve">[01:51] </w:t>
      </w:r>
      <w:r>
        <w:t>phir woh india aayin aik teacher ke taur par,</w:t>
      </w:r>
    </w:p>
    <w:p>
      <w:pPr>
        <w:jc w:val="right"/>
      </w:pPr>
      <w:r>
        <w:t>پھر وہ انڈیا آئیں ایک ٹیچر کے طور پر،</w:t>
      </w:r>
    </w:p>
    <w:p>
      <w:r>
        <w:rPr>
          <w:b/>
        </w:rPr>
        <w:t xml:space="preserve">[01:57] </w:t>
      </w:r>
      <w:r>
        <w:t>phir unhon ne aik bohat bara kaam shuru kiya, yani poor people ko service dene ka.</w:t>
      </w:r>
    </w:p>
    <w:p>
      <w:pPr>
        <w:jc w:val="right"/>
      </w:pPr>
      <w:r>
        <w:t>پھر انہوں نے ایک بہت بڑا کام شروع کیا، یعنی پور پیپل کو سروس دینے کا۔</w:t>
      </w:r>
    </w:p>
    <w:p>
      <w:r>
        <w:rPr>
          <w:b/>
        </w:rPr>
        <w:t xml:space="preserve">[02:09] </w:t>
      </w:r>
      <w:r>
        <w:t>toh phir un ko nobel prize bhi mila, aur mein sakta hoon ke taqreeban 70 years tak woh bohat se logon ka, bohat se logon ke liye hero bani rahin.</w:t>
      </w:r>
    </w:p>
    <w:p>
      <w:pPr>
        <w:jc w:val="right"/>
      </w:pPr>
      <w:r>
        <w:t>تو پھر ان کو نوبل پرائز بھی ملا، اور میں سکتا ہوں کہ تقریباً 70 ایئرز تک وہ بہت سے لوگوں کا، بہت سے لوگوں کے لیے ہیرو بنی رہیں۔</w:t>
      </w:r>
    </w:p>
    <w:p>
      <w:r>
        <w:rPr>
          <w:b/>
        </w:rPr>
        <w:t xml:space="preserve">[02:26] </w:t>
      </w:r>
      <w:r>
        <w:t>bohat se logon ke liye woh model bani hui theen insaniyat ka. lekin aap news mein yeh baat aa chuki hai, aap jante honge ke marne ke baad,</w:t>
      </w:r>
    </w:p>
    <w:p>
      <w:pPr>
        <w:jc w:val="right"/>
      </w:pPr>
      <w:r>
        <w:t>بہت سے لوگوں کے لیے وہ ماڈل بنی ہوئی تھیں انسانیت کا۔ لیکن آپ نیوز میں یہ بات آ چکی ہے، آپ جانتے ہوں گے کہ مرنے کے بعد،</w:t>
      </w:r>
    </w:p>
    <w:p>
      <w:r>
        <w:rPr>
          <w:b/>
        </w:rPr>
        <w:t xml:space="preserve">[02:41] </w:t>
      </w:r>
      <w:r>
        <w:t>un ke marne ke baad aik kitaab chhapi hai jis mein un ki jo kahani hai, woh aik excited story hai.</w:t>
      </w:r>
    </w:p>
    <w:p>
      <w:pPr>
        <w:jc w:val="right"/>
      </w:pPr>
      <w:r>
        <w:t>ان کے مرنے کے بعد ایک کتاب چھپی ہے جس میں ان کی جو کہانی ہے، وہ ایک ایکسائیڈ سٹوری ہے۔</w:t>
      </w:r>
    </w:p>
    <w:p>
      <w:r>
        <w:rPr>
          <w:b/>
        </w:rPr>
        <w:t xml:space="preserve">[02:51] </w:t>
      </w:r>
      <w:r>
        <w:t>yani bohat hi ajeeb baat hai ke woh lady, jo baat karti thi Khuda ki aur spirituality ki, un ko na Khuda mila na spirituality mili,</w:t>
      </w:r>
    </w:p>
    <w:p>
      <w:pPr>
        <w:jc w:val="right"/>
      </w:pPr>
      <w:r>
        <w:t>یعنی بہت ہی عجیب بات ہے کہ وہ لیڈی، جو بات کرتی تھی خدا کی اور سپریچولٹی کی، ان کو نہ خدا ملا نہ سپریچولٹی ملی،</w:t>
      </w:r>
    </w:p>
    <w:p>
      <w:r>
        <w:rPr>
          <w:b/>
        </w:rPr>
        <w:t xml:space="preserve">[03:09] </w:t>
      </w:r>
      <w:r>
        <w:t>aur despair mein mar gayeen woh 1997 mein. un ki death hui hai 1997 mein.</w:t>
      </w:r>
    </w:p>
    <w:p>
      <w:pPr>
        <w:jc w:val="right"/>
      </w:pPr>
      <w:r>
        <w:t>اور ڈسپیئر میں مر گئیں وہ 1997 میں۔ ان کی ڈیتھ ہوئی ہے 1997 میں۔</w:t>
      </w:r>
    </w:p>
    <w:p>
      <w:r>
        <w:rPr>
          <w:b/>
        </w:rPr>
        <w:t xml:space="preserve">[03:20] </w:t>
      </w:r>
      <w:r>
        <w:t>un ki zindagi mein yeh book likhi gayi thi, aik indian author ne likhi hai book, bohat ziyada yeh phaili hai, bohat se languages mein is ka translation hua hai.</w:t>
      </w:r>
    </w:p>
    <w:p>
      <w:pPr>
        <w:jc w:val="right"/>
      </w:pPr>
      <w:r>
        <w:t>ان کی زندگی میں یہ بک لکھی گئی تھی، ایک انڈین اتھر نے لکھی ہے بک، بہت زیادہ یہ پھیلی ہے، بہت سے لینگویجز میں اس کا ٹرانسلیشن ہوا ہے۔</w:t>
      </w:r>
    </w:p>
    <w:p>
      <w:r>
        <w:rPr>
          <w:b/>
        </w:rPr>
        <w:t xml:space="preserve">[03:33] </w:t>
      </w:r>
      <w:r>
        <w:t>toh chhapne se pehle unhon ne yeh book un ko batai thi, mother teresa ko.</w:t>
      </w:r>
    </w:p>
    <w:p>
      <w:pPr>
        <w:jc w:val="right"/>
      </w:pPr>
      <w:r>
        <w:t>تو چھپنے سے پہلے انہوں نے یہ بک ان کو بتائی تھی، مدر ٹریسا کو۔</w:t>
      </w:r>
    </w:p>
    <w:p>
      <w:r>
        <w:rPr>
          <w:b/>
        </w:rPr>
        <w:t xml:space="preserve">[03:42] </w:t>
      </w:r>
      <w:r>
        <w:t>to unhon ne ek message diya tha jis ko unhon ne chhapa hai forward ke taur par is book mein. is mein unhon ne kaha tha, mother teresa ne ke:</w:t>
      </w:r>
    </w:p>
    <w:p>
      <w:pPr>
        <w:jc w:val="right"/>
      </w:pPr>
      <w:r>
        <w:t>تو انہوں نے ایک میسج دیا تھا جس کو انہوں نے چھاپا ہے فورورڈ کے طور پر اس بک میں۔ اس میں انہوں نے کہا تھا، مدر ٹریسا نے کہ:</w:t>
      </w:r>
    </w:p>
    <w:p>
      <w:r>
        <w:rPr>
          <w:b/>
        </w:rPr>
        <w:t xml:space="preserve">[03:56] </w:t>
      </w:r>
      <w:r>
        <w:t>"jo kuch karo, khuda ke liye karo.</w:t>
      </w:r>
    </w:p>
    <w:p>
      <w:pPr>
        <w:jc w:val="right"/>
      </w:pPr>
      <w:r>
        <w:t>"جو کچھ کرو، خدا کے لیے کرو۔</w:t>
      </w:r>
    </w:p>
    <w:p>
      <w:r>
        <w:rPr>
          <w:b/>
        </w:rPr>
        <w:t xml:space="preserve">[04:03] </w:t>
      </w:r>
      <w:r>
        <w:t>tum jo kuch karo, khuda ke liye karo. jo kuch likho, jo kuch karo."</w:t>
      </w:r>
    </w:p>
    <w:p>
      <w:pPr>
        <w:jc w:val="right"/>
      </w:pPr>
      <w:r>
        <w:t>تم جو کچھ کرو، خدا کے لیے کرو۔ جو کچھ لکھو، جو کچھ کرو۔"</w:t>
      </w:r>
    </w:p>
    <w:p>
      <w:r>
        <w:rPr>
          <w:b/>
        </w:rPr>
        <w:t xml:space="preserve">[04:07] </w:t>
      </w:r>
      <w:r>
        <w:t>is mein yeh un ka sentence tha ke: "do it for the glory of god." do it for the glory of god.</w:t>
      </w:r>
    </w:p>
    <w:p>
      <w:pPr>
        <w:jc w:val="right"/>
      </w:pPr>
      <w:r>
        <w:t>اس میں یہ ان کا سینٹنس تھا کہ: "ڈو اٹ فار دی گلوری آف گاڈ۔" ڈو اٹ فار دی گلوری آف گاڈ۔</w:t>
      </w:r>
    </w:p>
    <w:p>
      <w:r>
        <w:rPr>
          <w:b/>
        </w:rPr>
        <w:t xml:space="preserve">[04:20] </w:t>
      </w:r>
      <w:r>
        <w:t>is is book ke author ko unhon ne jo letter likha tha,</w:t>
      </w:r>
    </w:p>
    <w:p>
      <w:pPr>
        <w:jc w:val="right"/>
      </w:pPr>
      <w:r>
        <w:t>اس اس بک کے اتھر کو انہوں نے جو لیٹر لکھا تھا،</w:t>
      </w:r>
    </w:p>
    <w:p>
      <w:r>
        <w:rPr>
          <w:b/>
        </w:rPr>
        <w:t xml:space="preserve">[04:29] </w:t>
      </w:r>
      <w:r>
        <w:t>is mein woh kehti hain ke: "do it for the glory of god."</w:t>
      </w:r>
    </w:p>
    <w:p>
      <w:pPr>
        <w:jc w:val="right"/>
      </w:pPr>
      <w:r>
        <w:t>اس میں وہ کہتی ہیں کہ: "ڈو اٹ فار دی گلوری آف گاڈ۔"</w:t>
      </w:r>
    </w:p>
    <w:p>
      <w:r>
        <w:rPr>
          <w:b/>
        </w:rPr>
        <w:t xml:space="preserve">[04:36] </w:t>
      </w:r>
      <w:r>
        <w:t>to har stage par, har mauqe par woh god ki baat karti rahin, spirituality ki baat karti rahin, lekin yeh sab lip service thi. kaisi anokhi baat hai!</w:t>
      </w:r>
    </w:p>
    <w:p>
      <w:pPr>
        <w:jc w:val="right"/>
      </w:pPr>
      <w:r>
        <w:t>تو ہر اسٹیج پر، ہر موقع پر وہ گاڈ کی بات کرتی رہیں، سپریچولٹی کی بات کرتی رہیں، لیکن یہ سب لف سروس تھی۔ کیسی انوکھی بات ہے!</w:t>
      </w:r>
    </w:p>
    <w:p>
      <w:r>
        <w:rPr>
          <w:b/>
        </w:rPr>
        <w:t xml:space="preserve">[04:50] </w:t>
      </w:r>
      <w:r>
        <w:t>yeh jo book chhapi hai, is mein yeh disclose kiya gaya hai ke unhon ne bohat se letter likhe the</w:t>
      </w:r>
    </w:p>
    <w:p>
      <w:pPr>
        <w:jc w:val="right"/>
      </w:pPr>
      <w:r>
        <w:t>یہ جو بک چھپی ہے، اس میں یہ ڈسکلوز کیا گیا ہے کہ انہوں نے بہت سے لیٹر لکھے تھے</w:t>
      </w:r>
    </w:p>
    <w:p>
      <w:r>
        <w:rPr>
          <w:b/>
        </w:rPr>
        <w:t xml:space="preserve">[05:01] </w:t>
      </w:r>
      <w:r>
        <w:t>apne kisi friend ko. is se kaha tha ke in khud in in letters ko destroy kar do. lekin use destroy nahi kiya.</w:t>
      </w:r>
    </w:p>
    <w:p>
      <w:pPr>
        <w:jc w:val="right"/>
      </w:pPr>
      <w:r>
        <w:t>اپنے کسی فرینڈ کو۔ اس سے کہا تھا کہ ان خود ان ان لیٹرز کو ڈسٹرائے کر دو۔ لیکن اسے ڈسٹرائے نہیں کیا۔</w:t>
      </w:r>
    </w:p>
    <w:p>
      <w:r>
        <w:rPr>
          <w:b/>
        </w:rPr>
        <w:t xml:space="preserve">[05:13] </w:t>
      </w:r>
      <w:r>
        <w:t>aur is ka ilm vatican ko bhi tha. vatican ko pata tha ke aise letters hain, is mein un ki picture bilkul ulti hai.</w:t>
      </w:r>
    </w:p>
    <w:p>
      <w:pPr>
        <w:jc w:val="right"/>
      </w:pPr>
      <w:r>
        <w:t>اور اس کا علم ویٹیکن کو بھی تھا۔ ویٹیکن کو پتہ تھا کہ ایسے لیٹرز ہیں، اس میں ان کی پکچر بالکل الٹی ہے۔</w:t>
      </w:r>
    </w:p>
    <w:p>
      <w:r>
        <w:rPr>
          <w:b/>
        </w:rPr>
        <w:t xml:space="preserve">[05:24] </w:t>
      </w:r>
      <w:r>
        <w:t>to vatican ke permission se woh letter chhappe gaye.</w:t>
      </w:r>
    </w:p>
    <w:p>
      <w:pPr>
        <w:jc w:val="right"/>
      </w:pPr>
      <w:r>
        <w:t>تو ویٹیکن کے پرمیشن سے وہ لیٹر چھاپے گئے۔</w:t>
      </w:r>
    </w:p>
    <w:p>
      <w:r>
        <w:rPr>
          <w:b/>
        </w:rPr>
        <w:t xml:space="preserve">[05:30] </w:t>
      </w:r>
      <w:r>
        <w:t>is mein woh, yaani, is ko aap parhein, is ki story chhapi hai. book to mein ne nahi dekhi asal, lekin bohat hi detail is ka introduction aaya hai.</w:t>
      </w:r>
    </w:p>
    <w:p>
      <w:pPr>
        <w:jc w:val="right"/>
      </w:pPr>
      <w:r>
        <w:t>اس میں وہ، یعنی، اس کو آپ پڑھیں، اس کی سٹوری چھپی ہے۔ بک تو میں نے نہیں دیکھی اصل، لیکن بہت ہی ڈیٹیل اس کا انٹروڈکشن آیا ہے۔</w:t>
      </w:r>
    </w:p>
    <w:p>
      <w:r>
        <w:rPr>
          <w:b/>
        </w:rPr>
        <w:t xml:space="preserve">[05:42] </w:t>
      </w:r>
      <w:r>
        <w:t>is mein yeh jo hai time, yeh hai time ka issue, september three,</w:t>
      </w:r>
    </w:p>
    <w:p>
      <w:pPr>
        <w:jc w:val="right"/>
      </w:pPr>
      <w:r>
        <w:t>اس میں یہ جو ہے ٹائم، یہ ہے ٹائم کا ایشو، ستمبر تھری،</w:t>
      </w:r>
    </w:p>
    <w:p>
      <w:r>
        <w:rPr>
          <w:b/>
        </w:rPr>
        <w:t xml:space="preserve">[05:53] </w:t>
      </w:r>
      <w:r>
        <w:t>yaani september 2007 ka, yaani teen september 2007, september three.</w:t>
      </w:r>
    </w:p>
    <w:p>
      <w:pPr>
        <w:jc w:val="right"/>
      </w:pPr>
      <w:r>
        <w:t>یعنی ستمبر 2007 کا، یعنی تین ستمبر 2007، ستمبر تھری۔</w:t>
      </w:r>
    </w:p>
    <w:p>
      <w:r>
        <w:rPr>
          <w:b/>
        </w:rPr>
        <w:t xml:space="preserve">[06:05] </w:t>
      </w:r>
      <w:r>
        <w:t>to is mein bohat detail is ka introduction aaya hai is kitaab ka. is mein dekhiye, is ka jo caption hai, woh kya hai: "her agony,</w:t>
      </w:r>
    </w:p>
    <w:p>
      <w:pPr>
        <w:jc w:val="right"/>
      </w:pPr>
      <w:r>
        <w:t>تو اس میں بہت ڈیٹیل اس کا انٹروڈکشن آیا ہے اس کتاب کا۔ اس میں دیکھیے، اس کا جو کیپشن ہے، وہ کیا ہے: "ہر ایگنی،</w:t>
      </w:r>
    </w:p>
    <w:p>
      <w:r>
        <w:rPr>
          <w:b/>
        </w:rPr>
        <w:t xml:space="preserve">[06:19] </w:t>
      </w:r>
      <w:r>
        <w:t>mother teresa ki agony,</w:t>
      </w:r>
    </w:p>
    <w:p>
      <w:pPr>
        <w:jc w:val="right"/>
      </w:pPr>
      <w:r>
        <w:t>مدر ٹریسا کی ایگنی،</w:t>
      </w:r>
    </w:p>
    <w:p>
      <w:r>
        <w:rPr>
          <w:b/>
        </w:rPr>
        <w:t xml:space="preserve">[06:22] </w:t>
      </w:r>
      <w:r>
        <w:t>agony, aap jante hain, agony kehte hain extreme mental pain." agony kehte hain extreme mental pain.</w:t>
      </w:r>
    </w:p>
    <w:p>
      <w:pPr>
        <w:jc w:val="right"/>
      </w:pPr>
      <w:r>
        <w:t>ایگنی، آپ جانتے ہیں، ایگنی کہتے ہیں ایکسٹریم مینٹل پین۔" ایگنی کہتے ہیں ایکسٹریم مینٹل پین۔</w:t>
      </w:r>
    </w:p>
    <w:p>
      <w:r>
        <w:rPr>
          <w:b/>
        </w:rPr>
        <w:t xml:space="preserve">[06:32] </w:t>
      </w:r>
      <w:r>
        <w:t>to mother teresa extreme mental pain mein jeeti thin. kyun? unhon ne khuda ko poor logon mein talash karna chaha, magar khuda unhein wahan nahi mila.</w:t>
      </w:r>
    </w:p>
    <w:p>
      <w:pPr>
        <w:jc w:val="right"/>
      </w:pPr>
      <w:r>
        <w:t>تو مدر ٹریسا ایکسٹریم مینٹل پین میں جیتی تھیں۔ کیوں؟ انہوں نے خدا کو پور لوگوں میں تلاش کرنا چاہا، مگر خدا انہیں وہاں نہیں ملا۔</w:t>
      </w:r>
    </w:p>
    <w:p>
      <w:r>
        <w:rPr>
          <w:b/>
        </w:rPr>
        <w:t xml:space="preserve">[06:46] </w:t>
      </w:r>
      <w:r>
        <w:t>apne letters mein saaf saaf woh yeh baat kahi hai unhon ne ke</w:t>
      </w:r>
    </w:p>
    <w:p>
      <w:pPr>
        <w:jc w:val="right"/>
      </w:pPr>
      <w:r>
        <w:t>اپنے لیٹرز میں صاف صاف وہ یہ بات کہی ہے انہوں نے کہ</w:t>
      </w:r>
    </w:p>
    <w:p>
      <w:r>
        <w:rPr>
          <w:b/>
        </w:rPr>
        <w:t xml:space="preserve">[06:54] </w:t>
      </w:r>
      <w:r>
        <w:t>bar bar unhon ne is ko maana hai, is in letters mein. woh letters chhappe gaye hain aur vatican ki permission se chhappe gaye hain.</w:t>
      </w:r>
    </w:p>
    <w:p>
      <w:pPr>
        <w:jc w:val="right"/>
      </w:pPr>
      <w:r>
        <w:t>بار بار انہوں نے اس کو مانا ہے، اس ان لیٹرز میں۔ وہ لیٹرز چھاپے گئے ہیں اور ویٹیکن کی پرمیشن سے چھاپے گئے ہیں۔</w:t>
      </w:r>
    </w:p>
    <w:p>
      <w:r>
        <w:rPr>
          <w:b/>
        </w:rPr>
        <w:t xml:space="preserve">[07:03] </w:t>
      </w:r>
      <w:r>
        <w:t>woh yeh ajeeb baat hai.</w:t>
      </w:r>
    </w:p>
    <w:p>
      <w:pPr>
        <w:jc w:val="right"/>
      </w:pPr>
      <w:r>
        <w:t>وہ یہ عجیب بات ہے۔</w:t>
      </w:r>
    </w:p>
    <w:p>
      <w:r>
        <w:rPr>
          <w:b/>
        </w:rPr>
        <w:t xml:space="preserve">[07:07] </w:t>
      </w:r>
      <w:r>
        <w:t>to ek kitaab, ek letter mein unhon ne likha tha, jaisa ke time ne quote kiya hai: "your longing for god is so deep that he keeps himself away from you.</w:t>
      </w:r>
    </w:p>
    <w:p>
      <w:pPr>
        <w:jc w:val="right"/>
      </w:pPr>
      <w:r>
        <w:t>تو ایک کتاب، ایک لیٹر میں انہوں نے لکھا تھا، جیسا کہ ٹائم نے کوٹ کیا ہے: "یور لانگنگ فار گاڈ از سو ڈیپ اٹ ہی کیپس ہم سیلف اوے فرام یو۔</w:t>
      </w:r>
    </w:p>
    <w:p>
      <w:r>
        <w:rPr>
          <w:b/>
        </w:rPr>
        <w:t xml:space="preserve">[07:32] </w:t>
      </w:r>
      <w:r>
        <w:t>your longing for god is so deep that he keeps himself away from you." yaani khuda ke liye tumhara ishtiyaq itna zyada hai,</w:t>
      </w:r>
    </w:p>
    <w:p>
      <w:pPr>
        <w:jc w:val="right"/>
      </w:pPr>
      <w:r>
        <w:t>یور لانگنگ فار گاڈ از سو ڈیپ اٹ ہی کیپس ہم سیلف اوے فرام یو۔" یعنی خدا کے لیے تمہارا اشتیاق اتنا زیادہ ہے،</w:t>
      </w:r>
    </w:p>
    <w:p>
      <w:r>
        <w:rPr>
          <w:b/>
        </w:rPr>
        <w:t xml:space="preserve">[07:47] </w:t>
      </w:r>
      <w:r>
        <w:t>phir bhi woh khuda tum se door rehta hai.</w:t>
      </w:r>
    </w:p>
    <w:p>
      <w:pPr>
        <w:jc w:val="right"/>
      </w:pPr>
      <w:r>
        <w:t>پھر بھی وہ خدا تم سے دور رہتا ہے۔</w:t>
      </w:r>
    </w:p>
    <w:p>
      <w:r>
        <w:rPr>
          <w:b/>
        </w:rPr>
        <w:t xml:space="preserve">[07:52] </w:t>
      </w:r>
      <w:r>
        <w:t>apni kahani bata rahi hain ke khuda ke liye mera itna ishtiyaq tha.</w:t>
      </w:r>
    </w:p>
    <w:p>
      <w:pPr>
        <w:jc w:val="right"/>
      </w:pPr>
      <w:r>
        <w:t>اپنی کہانی بتا رہی ہیں کہ خدا کے لیے میرا اتنا اشتیاق تھا۔</w:t>
      </w:r>
    </w:p>
    <w:p>
      <w:r>
        <w:rPr>
          <w:b/>
        </w:rPr>
        <w:t xml:space="preserve">[07:56] </w:t>
      </w:r>
      <w:r>
        <w:t>langang ka matlab hota hai shoq, ishtiyaq. aur phir bhi mein mein Khuda se door rahi, Khuda ko mein nahin paya.</w:t>
      </w:r>
    </w:p>
    <w:p>
      <w:pPr>
        <w:jc w:val="right"/>
      </w:pPr>
      <w:r>
        <w:t>لانگنگ کا مطلب ہوتا ہے شوق، اشتیاق۔ اور پھر بھی میں میں خدا سے دور رہی، خدا کو میں نہیں پایا۔</w:t>
      </w:r>
    </w:p>
    <w:p>
      <w:r>
        <w:rPr>
          <w:b/>
        </w:rPr>
        <w:t xml:space="preserve">[08:09] </w:t>
      </w:r>
      <w:r>
        <w:t>to is mein bataya gaya hai ke yeh is ka jo yeh times of India mein bhi is ka aaya tha, yeh times of India hai, August 25 ka.</w:t>
      </w:r>
    </w:p>
    <w:p>
      <w:pPr>
        <w:jc w:val="right"/>
      </w:pPr>
      <w:r>
        <w:t>تو اس میں بتایا گیا ہے کہ یہ اس کا جو یہ ٹائمز آف انڈیا میں بھی اس کا آیا تھا، یہ ٹائمز آف انڈیا ہے، اگست 25 کا۔</w:t>
      </w:r>
    </w:p>
    <w:p>
      <w:r>
        <w:rPr>
          <w:b/>
        </w:rPr>
        <w:t xml:space="preserve">[08:24] </w:t>
      </w:r>
      <w:r>
        <w:t>August 25 ka. is mein is ka just diya tha unhon ne. is mein is ka caption lagaya tha unhon ne ke: "mother head god in her lips,</w:t>
      </w:r>
    </w:p>
    <w:p>
      <w:pPr>
        <w:jc w:val="right"/>
      </w:pPr>
      <w:r>
        <w:t>اگست 25 کا۔ اس میں اس کا جسٹ دیا تھا انہوں نے۔ اس میں اس کا کیپشن لگایا تھا انہوں نے کہ: "مدر ہیڈ گاڈ ان ہر لپس،</w:t>
      </w:r>
    </w:p>
    <w:p>
      <w:r>
        <w:rPr>
          <w:b/>
        </w:rPr>
        <w:t xml:space="preserve">[08:42] </w:t>
      </w:r>
      <w:r>
        <w:t>but they were felt him." Khuda mother teresa ke ke honton par hota tha lafzon mein, lekin dil mein unhon ne mother Khuda ko nahin paya.</w:t>
      </w:r>
    </w:p>
    <w:p>
      <w:pPr>
        <w:jc w:val="right"/>
      </w:pPr>
      <w:r>
        <w:t>بٹ دے وار فیلٹ ہم۔" خدا مدر ٹریسا کے کے ہونٹوں پر ہوتا تھا لفظوں میں، لیکن دل میں انہوں نے مدر خدا کو نہیں پایا۔</w:t>
      </w:r>
    </w:p>
    <w:p>
      <w:r>
        <w:rPr>
          <w:b/>
        </w:rPr>
        <w:t xml:space="preserve">[08:56] </w:t>
      </w:r>
      <w:r>
        <w:t>yeh mein yeh kahunga ke yeh mother teresa ke akeli ki baat nahin hai. yeh jo times se times ne yeh caption lagaya ke "her agony", to mein kahunga ke yeh "mein agony of mankind" hai.</w:t>
      </w:r>
    </w:p>
    <w:p>
      <w:pPr>
        <w:jc w:val="right"/>
      </w:pPr>
      <w:r>
        <w:t>یہ میں یہ کہوں گا کہ یہ مدر ٹریسا کے اکیلی کی بات نہیں ہے۔ یہ جو ٹائم سے ٹائم سے نے یہ کیپشن لگایا کہ "ہر ایگنی"، تو میں کہوں گا کہ یہ "میں ایگنی آف مین کائنڈ" ہے۔</w:t>
      </w:r>
    </w:p>
    <w:p>
      <w:r>
        <w:rPr>
          <w:b/>
        </w:rPr>
        <w:t xml:space="preserve">[09:08] </w:t>
      </w:r>
      <w:r>
        <w:t>yeh</w:t>
      </w:r>
    </w:p>
    <w:p>
      <w:pPr>
        <w:jc w:val="right"/>
      </w:pPr>
      <w:r>
        <w:t>یہ</w:t>
      </w:r>
    </w:p>
    <w:p>
      <w:r>
        <w:rPr>
          <w:b/>
        </w:rPr>
        <w:t xml:space="preserve">[09:12] </w:t>
      </w:r>
      <w:r>
        <w:t>yeh sirf mother mother teresa ke agony nahin hai, yeh "agony of mankind" hai. sare log isi mein jeete hain.</w:t>
      </w:r>
    </w:p>
    <w:p>
      <w:pPr>
        <w:jc w:val="right"/>
      </w:pPr>
      <w:r>
        <w:t>یہ صرف مدر مدر ٹریسا کے ایگنی نہیں ہے، یہ "ایگنی آف مین کائنڈ" ہے۔ سارے لوگ اسی میں جیتے ہیں۔</w:t>
      </w:r>
    </w:p>
    <w:p>
      <w:r>
        <w:rPr>
          <w:b/>
        </w:rPr>
        <w:t xml:space="preserve">[09:24] </w:t>
      </w:r>
      <w:r>
        <w:t>to yeh hai aaj ke topic ka mauzu. aaj ke topic ka jo mauzu hai, woh yahi hai.</w:t>
      </w:r>
    </w:p>
    <w:p>
      <w:pPr>
        <w:jc w:val="right"/>
      </w:pPr>
      <w:r>
        <w:t>تو یہ ہے آج کے ٹاپک کا موضوع۔ آج کے ٹاپک کا جو موضوع ہے، وہ یہی ہے۔</w:t>
      </w:r>
    </w:p>
    <w:p>
      <w:r>
        <w:rPr>
          <w:b/>
        </w:rPr>
        <w:t xml:space="preserve">[09:37] </w:t>
      </w:r>
      <w:r>
        <w:t>kyun ke maine yeh dekha hai ke log</w:t>
      </w:r>
    </w:p>
    <w:p>
      <w:pPr>
        <w:jc w:val="right"/>
      </w:pPr>
      <w:r>
        <w:t>کیونکہ میں نے یہ دیکھا ہے کہ لوگ</w:t>
      </w:r>
    </w:p>
    <w:p>
      <w:r>
        <w:rPr>
          <w:b/>
        </w:rPr>
        <w:t xml:space="preserve">[09:48] </w:t>
      </w:r>
      <w:r>
        <w:t>bahut se kaam karte hain. meri apni zindagi mein, Khuda ki fazal se, mujhe kafi lambi umar Allah taala ne di. bahut se logon ko dekha maine. is mein se aakhri tajruba mother teresa ka hai.</w:t>
      </w:r>
    </w:p>
    <w:p>
      <w:pPr>
        <w:jc w:val="right"/>
      </w:pPr>
      <w:r>
        <w:t>بہت سے کام کرتے ہیں۔ میری اپنی زندگی میں، خدا کی فضل سے، مجھے کافی لمبی عمر اللہ تعالی نے دی۔ بہت سے لوگوں کو دیکھا میں نے۔ اس میں سے آخری تجربہ مدر ٹریسا کا ہے۔</w:t>
      </w:r>
    </w:p>
    <w:p>
      <w:r>
        <w:rPr>
          <w:b/>
        </w:rPr>
        <w:t xml:space="preserve">[10:01] </w:t>
      </w:r>
      <w:r>
        <w:t>unhon ne kisi kaam ko kiya, yeh yeh sochte hue ke is mein mujhe Khuda milega, is mein mujhe happiness milegi, is mein mujhe intellectual satisfaction milega.</w:t>
      </w:r>
    </w:p>
    <w:p>
      <w:pPr>
        <w:jc w:val="right"/>
      </w:pPr>
      <w:r>
        <w:t>انہوں نے کسی کام کو کیا، یہ یہ سوچتے ہوئے کہ اس میں مجھے خدا ملے گا، اس میں مجھے ہیپینس ملے گی، اس میں مجھے انٹلیکچول سیٹسفیکشن ملے گا۔</w:t>
      </w:r>
    </w:p>
    <w:p>
      <w:r>
        <w:rPr>
          <w:b/>
        </w:rPr>
        <w:t xml:space="preserve">[10:12] </w:t>
      </w:r>
      <w:r>
        <w:t>lekin mila nahin. sab se sad aspect is story ka yeh hai ke log is ko chhupaye rehte hain. khud mother teresa is ko chhupaye rahen.</w:t>
      </w:r>
    </w:p>
    <w:p>
      <w:pPr>
        <w:jc w:val="right"/>
      </w:pPr>
      <w:r>
        <w:t>لیکن ملا نہیں۔ سب سے سیڈ اسپیکٹ اس سٹوری کا یہ ہے کہ لوگ اس کو چھپائے رہتے ہیں۔ خود مدر ٹریسا اس کو چھپائے رہیں۔</w:t>
      </w:r>
    </w:p>
    <w:p>
      <w:r>
        <w:rPr>
          <w:b/>
        </w:rPr>
        <w:t xml:space="preserve">[10:25] </w:t>
      </w:r>
      <w:r>
        <w:t>aap sochiye zara ke mother teresa, jo un ki biography likhta hai, us ko kehti hain ke: "jo kuch karo, Khuda ke liye karo." ji,</w:t>
      </w:r>
    </w:p>
    <w:p>
      <w:pPr>
        <w:jc w:val="right"/>
      </w:pPr>
      <w:r>
        <w:t>آپ سوچیے ذرا کہ مدر ٹریسا، جو ان کی بائیوگرافی لکھتا ہے، اس کو کہتی ہیں کہ: "جو کچھ کرو، خدا کے لیے کرو۔" جی،</w:t>
      </w:r>
    </w:p>
    <w:p>
      <w:r>
        <w:rPr>
          <w:b/>
        </w:rPr>
        <w:t xml:space="preserve">[10:41] </w:t>
      </w:r>
      <w:r>
        <w:t>aap ghor kijiye is ko: "do it for the glory of god." andar Khuda un ke hi nahin hai.</w:t>
      </w:r>
    </w:p>
    <w:p>
      <w:pPr>
        <w:jc w:val="right"/>
      </w:pPr>
      <w:r>
        <w:t>آپ غور کیجئے اس کو: "ڈو اٹ فار دا گلوری آف گاڈ۔" اندر خدا ان کے ہی نہیں ہے۔</w:t>
      </w:r>
    </w:p>
    <w:p>
      <w:r>
        <w:rPr>
          <w:b/>
        </w:rPr>
        <w:t xml:space="preserve">[10:50] </w:t>
      </w:r>
      <w:r>
        <w:t>apni</w:t>
      </w:r>
    </w:p>
    <w:p>
      <w:pPr>
        <w:jc w:val="right"/>
      </w:pPr>
      <w:r>
        <w:t>اپنی</w:t>
      </w:r>
    </w:p>
    <w:p>
      <w:r>
        <w:rPr>
          <w:b/>
        </w:rPr>
        <w:t xml:space="preserve">[10:51] </w:t>
      </w:r>
      <w:r>
        <w:t>puri zindagi unhon ne munh se nahin kaha logon ke samne, stage par ke maine poor logon mein Khuda ko talash kiya, magar mujhe Khuda nahin mila.</w:t>
      </w:r>
    </w:p>
    <w:p>
      <w:pPr>
        <w:jc w:val="right"/>
      </w:pPr>
      <w:r>
        <w:t>پوری زندگی انہوں نے منہ سے نہیں کہا لوگوں کے سامنے، اسٹیج پر کہ میں نے پور لوگوں میں خدا کو تلاش کیا، مگر مجھے خدا نہیں ملا۔</w:t>
      </w:r>
    </w:p>
    <w:p>
      <w:r>
        <w:rPr>
          <w:b/>
        </w:rPr>
        <w:t xml:space="preserve">[11:01] </w:t>
      </w:r>
      <w:r>
        <w:t>mein mar raha hoon Khuda ko paye baghair. yeh nahin kaha unhon ne. yeh to un ke letters mein yeh cheez aa gayi hai, us ko doosre logon ne chhapa.</w:t>
      </w:r>
    </w:p>
    <w:p>
      <w:pPr>
        <w:jc w:val="right"/>
      </w:pPr>
      <w:r>
        <w:t>میں مر رہا ہوں خدا کو پائے بغیر۔ یہ نہیں کہا انہوں نے۔ یہ تو ان کے لیٹرز میں یہ چیز آ گئی ہے، اس کو دوسرے لوگوں نے چھاپا۔</w:t>
      </w:r>
    </w:p>
    <w:p>
      <w:r>
        <w:rPr>
          <w:b/>
        </w:rPr>
        <w:t xml:space="preserve">[11:12] </w:t>
      </w:r>
      <w:r>
        <w:t>to sab se bara problem mein yeh samajh raha hoon ke logon ko sachai nahin milti, lekin woh chhupaye rehte hain. us ko</w:t>
      </w:r>
    </w:p>
    <w:p>
      <w:pPr>
        <w:jc w:val="right"/>
      </w:pPr>
      <w:r>
        <w:t>تو سب سے بڑا پرابلم میں یہ سمجھ رہا ہوں کہ لوگوں کو سچائی نہیں ملتی، لیکن وہ چھپائے رہتے ہیں۔ اس کو</w:t>
      </w:r>
    </w:p>
    <w:p>
      <w:r>
        <w:rPr>
          <w:b/>
        </w:rPr>
        <w:t xml:space="preserve">[11:24] </w:t>
      </w:r>
      <w:r>
        <w:t>abhi ki baat hai, ek family gayi kisi hill station par. woh Shimla waghera jo hill stations hain, woh is se wahan jate hain log tafreeh ke liye, entertainment ke liye, enjoy karne ke liye.</w:t>
      </w:r>
    </w:p>
    <w:p>
      <w:pPr>
        <w:jc w:val="right"/>
      </w:pPr>
      <w:r>
        <w:t>ابھی کی بات ہے، ایک فیملی گئی کسی ہل اسٹیشن پر۔ وہ شملہ وغیرہ جو ہل اسٹیشنز ہیں، وہ اس سے وہاں جاتے ہیں لوگ تفریح کے لیے، انٹرٹینمنٹ کے لیے، انجوائے کرنے کے لیے۔</w:t>
      </w:r>
    </w:p>
    <w:p>
      <w:r>
        <w:rPr>
          <w:b/>
        </w:rPr>
        <w:t xml:space="preserve">[11:41] </w:t>
      </w:r>
      <w:r>
        <w:t>to woh gayi, woh log wahan jaane se pehle meri mulaqat hui thi. to maine kaha un se ke aap jaiye, lekin wahan se aap sirf ek boredom le kar lotenge.</w:t>
      </w:r>
    </w:p>
    <w:p>
      <w:pPr>
        <w:jc w:val="right"/>
      </w:pPr>
      <w:r>
        <w:t>تو وہ گئی، وہ لوگ وہاں جانے سے پہلے میری ملاقات ہوئی تھی۔ تو میں نے کہا ان سے کہ آپ جائیے، لیکن وہاں سے آپ صرف ایک بورڈم لے کر لوٹیں گے۔</w:t>
      </w:r>
    </w:p>
    <w:p>
      <w:r>
        <w:rPr>
          <w:b/>
        </w:rPr>
        <w:t xml:space="preserve">[11:53] </w:t>
      </w:r>
      <w:r>
        <w:t>jab wapsi mein mulaqat hui to maine kaha ke sahib, kya hua? nahin, hum to khoob enjoy kiya, hum ne khoob khoob lutf aaya.</w:t>
      </w:r>
    </w:p>
    <w:p>
      <w:pPr>
        <w:jc w:val="right"/>
      </w:pPr>
      <w:r>
        <w:t>جب واپسی میں ملاقات ہوئی تو میں نے کہا کہ صاحب، کیا ہوا؟ نہیں، ہم تو خوب انجوائے کیا، ہم نے خوب خوب لطف آیا۔</w:t>
      </w:r>
    </w:p>
    <w:p>
      <w:r>
        <w:rPr>
          <w:b/>
        </w:rPr>
        <w:t xml:space="preserve">[12:03] </w:t>
      </w:r>
      <w:r>
        <w:t>ab wahi aadmi apne ghar mein, mujhe pata chala ke khane ki table par us ne kaha apne bachon se: "kya bhai, wahan gaye the?</w:t>
      </w:r>
    </w:p>
    <w:p>
      <w:pPr>
        <w:jc w:val="right"/>
      </w:pPr>
      <w:r>
        <w:t>اب وہی آدمی اپنے گھر میں، مجھے پتہ چلا کہ کھانے کی ٹیبل پر اس نے کہا اپنے بچوں سے: "کیا بھئی، وہاں گئے تھے؟</w:t>
      </w:r>
    </w:p>
    <w:p>
      <w:r>
        <w:rPr>
          <w:b/>
        </w:rPr>
        <w:t xml:space="preserve">[12:12] </w:t>
      </w:r>
      <w:r>
        <w:t>kuch wahan par boredom khatm hoga, wahan to ek naya naya boredom le ke aaye hain."</w:t>
      </w:r>
    </w:p>
    <w:p>
      <w:pPr>
        <w:jc w:val="right"/>
      </w:pPr>
      <w:r>
        <w:t>کچھ وہاں پر بورڈم ختم ہوگا، وہاں تو ایک نیا نیا بورڈم لے کے آئے ہیں۔"</w:t>
      </w:r>
    </w:p>
    <w:p>
      <w:r>
        <w:rPr>
          <w:b/>
        </w:rPr>
        <w:t xml:space="preserve">[12:17] </w:t>
      </w:r>
      <w:r>
        <w:t>wahi same aadmi mujh se kehta hai ke nahin sahib, wahan to hum bohat khoob khush rahe aur khoob wahan se happiness le kar aaye.</w:t>
      </w:r>
    </w:p>
    <w:p>
      <w:pPr>
        <w:jc w:val="right"/>
      </w:pPr>
      <w:r>
        <w:t>وہی سیم آدمی مجھ سے کہتا ہے کہ نہیں صاحب، وہاں تو ہم بہت خوب خوش رہے اور خوب وہاں سے ہیپینس لے کر آئے۔</w:t>
      </w:r>
    </w:p>
    <w:p>
      <w:r>
        <w:rPr>
          <w:b/>
        </w:rPr>
        <w:t xml:space="preserve">[12:27] </w:t>
      </w:r>
      <w:r>
        <w:t>bilkul jhoot tha.</w:t>
      </w:r>
    </w:p>
    <w:p>
      <w:pPr>
        <w:jc w:val="right"/>
      </w:pPr>
      <w:r>
        <w:t>بالکل جھوٹ تھا۔</w:t>
      </w:r>
    </w:p>
    <w:p>
      <w:r>
        <w:rPr>
          <w:b/>
        </w:rPr>
        <w:t xml:space="preserve">[12:30] </w:t>
      </w:r>
      <w:r>
        <w:t>ab itni bari aadmi, mother teresa, 66 saal tak woh bohat thi, yaani lady of stage bani rahin, 66 years tak.</w:t>
      </w:r>
    </w:p>
    <w:p>
      <w:pPr>
        <w:jc w:val="right"/>
      </w:pPr>
      <w:r>
        <w:t>اب اتنی بڑی آدمی، مدر ٹریسا، 66 سال تک وہ بہت تھی، یعنی لیڈی آف اسٹیج بنی رہیں، 66 ایئرز تک۔</w:t>
      </w:r>
    </w:p>
    <w:p>
      <w:r>
        <w:rPr>
          <w:b/>
        </w:rPr>
        <w:t xml:space="preserve">[12:44] </w:t>
      </w:r>
      <w:r>
        <w:t>aur kabhi unhon ne kisi se nahi kaha ke maine khuda ko nahi paya, balkeh khuda ki baat un ki jagah parhi hui hogi. aap ne un ke har statement mein, un ke har speech mein khuda ki baat hoti thi, spirituality ki baat hoti thi.</w:t>
      </w:r>
    </w:p>
    <w:p>
      <w:pPr>
        <w:jc w:val="right"/>
      </w:pPr>
      <w:r>
        <w:t>اور کبھی انہوں نے کسی سے نہیں کہا کہ میں نے خدا کو نہیں پایا، بلکہ خدا کی بات ان کی جگہ پڑھی ہوئی ہوگا۔ آپ نے ان کے ہر اسٹیٹمنٹ میں، ان کے ہر اسپیچ میں خدا کی بات ہوتی تھی، سپریچولٹی کی بات ہوتی تھی۔</w:t>
      </w:r>
    </w:p>
    <w:p>
      <w:r>
        <w:rPr>
          <w:b/>
        </w:rPr>
        <w:t xml:space="preserve">[12:58] </w:t>
      </w:r>
      <w:r>
        <w:t>hata ke is author ko unhon ne yahi kaha, jo un ki life likhi thi, khuda ki baat kahi. andar se kya tha?</w:t>
      </w:r>
    </w:p>
    <w:p>
      <w:pPr>
        <w:jc w:val="right"/>
      </w:pPr>
      <w:r>
        <w:t>حتی کہ اس اتھر کو انہوں نے یہی کہا، جو ان کی لائف لکھی تھی، خدا کی بات کہی۔ اندر سے کیا تھا؟</w:t>
      </w:r>
    </w:p>
    <w:p>
      <w:r>
        <w:rPr>
          <w:b/>
        </w:rPr>
        <w:t xml:space="preserve">[13:08] </w:t>
      </w:r>
      <w:r>
        <w:t>andar se kuch nahi tha. is mein yeh word use hua hai: "intellectual starvation, spiritual starvation." andar se store kar rahi thi, woh store,</w:t>
      </w:r>
    </w:p>
    <w:p>
      <w:pPr>
        <w:jc w:val="right"/>
      </w:pPr>
      <w:r>
        <w:t>اندر سے کچھ نہیں تھا۔ اس میں یہ ورڈ یوز ہوا ہے: "انٹلیکچول اسٹارویشن، سپریچول اسٹارویشن۔" اندر سے اسٹور کر رہی تھی، وہ اسٹور،</w:t>
      </w:r>
    </w:p>
    <w:p>
      <w:r>
        <w:rPr>
          <w:b/>
        </w:rPr>
        <w:t xml:space="preserve">[13:21] </w:t>
      </w:r>
      <w:r>
        <w:t>woh bahar se bolti thi ke khuda ki baat, spirituality ki baat.</w:t>
      </w:r>
    </w:p>
    <w:p>
      <w:pPr>
        <w:jc w:val="right"/>
      </w:pPr>
      <w:r>
        <w:t>وہ باہر سے بولتی تھی کہ خدا کی بات، سپریچولٹی کی بات۔</w:t>
      </w:r>
    </w:p>
    <w:p>
      <w:r>
        <w:rPr>
          <w:b/>
        </w:rPr>
        <w:t xml:space="preserve">[13:29] </w:t>
      </w:r>
      <w:r>
        <w:t>is ka matlab yeh hai ke aadmi mehsoos karta hai ke main ne ek cheez nahi payi hai, lekin</w:t>
      </w:r>
    </w:p>
    <w:p>
      <w:pPr>
        <w:jc w:val="right"/>
      </w:pPr>
      <w:r>
        <w:t>اس کا معنی یہ ہے کہ آدمی محسوس کرتا ہے کہ میں نے ایک چیز نہیں پائی ہے، لیکن</w:t>
      </w:r>
    </w:p>
    <w:p>
      <w:r>
        <w:rPr>
          <w:b/>
        </w:rPr>
        <w:t xml:space="preserve">[13:38] </w:t>
      </w:r>
      <w:r>
        <w:t>koi naya process nahi shuru karna chahta. woh kyunke naya process shuru hoga jab jab ke woh apne maane ga ke bhai, nahi paya.</w:t>
      </w:r>
    </w:p>
    <w:p>
      <w:pPr>
        <w:jc w:val="right"/>
      </w:pPr>
      <w:r>
        <w:t>کوئی نیا پراسیس نہیں شروع کرنا چاہتا۔ وہ کیونکہ نیا پراسیس شروع ہوگا جب جب کہ وہ اپنے مانے گا کہ بھئی، نہیں پایا۔</w:t>
      </w:r>
    </w:p>
    <w:p>
      <w:r>
        <w:rPr>
          <w:b/>
        </w:rPr>
        <w:t xml:space="preserve">[13:49] </w:t>
      </w:r>
      <w:r>
        <w:t>naya process jo hai ke mislan aap ne samjha ke duniya mein khushi is tarah mile gi ke main khoob paisa kamaon.</w:t>
      </w:r>
    </w:p>
    <w:p>
      <w:pPr>
        <w:jc w:val="right"/>
      </w:pPr>
      <w:r>
        <w:t>نیا پراسیس جو ہے کہ مثلاً آپ نے سمجھا کہ دنیا میں خوشی اس طرح ملے گی کہ میں خوب پیسہ کماؤں۔</w:t>
      </w:r>
    </w:p>
    <w:p>
      <w:r>
        <w:rPr>
          <w:b/>
        </w:rPr>
        <w:t xml:space="preserve">[13:58] </w:t>
      </w:r>
      <w:r>
        <w:t>ab khoob paisa kamaya aap ne, ab khushi nahi mili to aap ko reassess karna chahiye, koi fresh start lena chahiye taake aap ek case of failure ban kar na m</w:t>
      </w:r>
    </w:p>
    <w:p>
      <w:pPr>
        <w:jc w:val="right"/>
      </w:pPr>
      <w:r>
        <w:t>اب خوب پیسہ کمایا آپ نے، اب خوشی نہیں ملی تو آپ کو ری اسس کرنا چاہیے، کوئی فریش سٹارٹ لینا چاہیے تاکہ آپ ایک کیس آف فیلیر بن کر نہ م</w:t>
      </w:r>
    </w:p>
    <w:p>
      <w:r>
        <w:rPr>
          <w:b/>
        </w:rPr>
        <w:t xml:space="preserve">[14:14] </w:t>
      </w:r>
      <w:r>
        <w:t>arein. lekin aap aap mante nahi hain is ko? nahi, nahi, main to bohat khush hoon. aur bilkul jhoot. main bohat se logon ko jaanta hoon, jab main un se kehta hoon ke kya aap paisa kamate hain?</w:t>
      </w:r>
    </w:p>
    <w:p>
      <w:pPr>
        <w:jc w:val="right"/>
      </w:pPr>
      <w:r>
        <w:t>ریں۔ لیکن آپ آپ مانتے نہیں ہیں اس کو؟ نہیں، نہیں، میں تو بہت خوش ہوں۔ اور بالکل جھوٹ۔ میں بہت سے لوگوں کو جانتا ہوں، جب میں ان سے کہتا ہوں کہ کیا آپ پیسہ کماتے ہیں؟</w:t>
      </w:r>
    </w:p>
    <w:p>
      <w:r>
        <w:rPr>
          <w:b/>
        </w:rPr>
        <w:t xml:space="preserve">[14:25] </w:t>
      </w:r>
      <w:r>
        <w:t>kya mila aap ke paise kamate hain? haan, bohat mila, bohat mila. yeh hai aur woh hai. aur sab is ko jhoot hota hai. andar se sad, bilkul sad.</w:t>
      </w:r>
    </w:p>
    <w:p>
      <w:pPr>
        <w:jc w:val="right"/>
      </w:pPr>
      <w:r>
        <w:t>کیا ملا آپ کے پیسے کماتے ہیں؟ ہاں، بہت ملا، بہت ملا۔ یہ ہے اور وہ ہے۔ اور سب اس کو جھوٹ ہوتا ہے۔ اندر سے سیڈ، بالکل سیڈ۔</w:t>
      </w:r>
    </w:p>
    <w:p>
      <w:r>
        <w:rPr>
          <w:b/>
        </w:rPr>
        <w:t xml:space="preserve">[14:36] </w:t>
      </w:r>
      <w:r>
        <w:t>ek lady, ek paise wali lady, mere paas aayin, baat cheet se main ne andaza kiya ke yeh ghar mein un ke problem hote hain, yaani husband aur wife ke.</w:t>
      </w:r>
    </w:p>
    <w:p>
      <w:pPr>
        <w:jc w:val="right"/>
      </w:pPr>
      <w:r>
        <w:t>ایک لیڈی، ایک پیسے والی لیڈی، میرے پاس آئیں، بات چیت سے میں نے اندازہ کیا کہ یہ گھر میں ان کے پرابلم ہوتے ہیں، یعنی ہسبینڈ اور وائف کے۔</w:t>
      </w:r>
    </w:p>
    <w:p>
      <w:r>
        <w:rPr>
          <w:b/>
        </w:rPr>
        <w:t xml:space="preserve">[14:47] </w:t>
      </w:r>
      <w:r>
        <w:t>to main ne kaha ke aisa lagta hai ke aap ke aap aap ke haan problem hai ghar mein. kaha nahi, nahi, hum to bohat khushi ke sath khush rehte hain, hum log bohat khush.</w:t>
      </w:r>
    </w:p>
    <w:p>
      <w:pPr>
        <w:jc w:val="right"/>
      </w:pPr>
      <w:r>
        <w:t>تو میں نے کہا کہ ایسا لگتا ہے کہ آپ کے آپ آپ کے ہاں پرابلم ہے گھر میں۔ کہا نہیں، نہیں، ہم تو بہت خوشی کے ساتھ خوش رہتے ہیں، ہم لوگ بہت خوش۔</w:t>
      </w:r>
    </w:p>
    <w:p>
      <w:r>
        <w:rPr>
          <w:b/>
        </w:rPr>
        <w:t xml:space="preserve">[14:58] </w:t>
      </w:r>
      <w:r>
        <w:t>aur isi baat cheet ke beech mein wohi khud hi keh gayeen ke woh aisa hai ke thoda un ko mujh se problem hai, to woh chale jaate hain.</w:t>
      </w:r>
    </w:p>
    <w:p>
      <w:pPr>
        <w:jc w:val="right"/>
      </w:pPr>
      <w:r>
        <w:t>اور اسی بات چیت کے بیچ میں وہی خود ہی کہہ گئیں کہ وہ ایسا ہے کہ تھوڑا ان کو مجھ سے پرابلم ہے، تو وہ چلے جاتے ہیں۔</w:t>
      </w:r>
    </w:p>
    <w:p>
      <w:r>
        <w:rPr>
          <w:b/>
        </w:rPr>
        <w:t xml:space="preserve">[15:07] </w:t>
      </w:r>
      <w:r>
        <w:t>aksar mere paas kam rehte hain. isi baat cheet mein keh diya unhon ne: "yeh hai cover up policy. har aadmi cover up policy chalta hai.</w:t>
      </w:r>
    </w:p>
    <w:p>
      <w:pPr>
        <w:jc w:val="right"/>
      </w:pPr>
      <w:r>
        <w:t>اکثر میرے پاس کم رہتے ہیں۔ اسی بات چیت میں کہہ دیا انہوں نے: "یہ ہے کور اپ پالیسی۔ ہر آدمی کور اپ پالیسی چلاتا ہے۔</w:t>
      </w:r>
    </w:p>
    <w:p>
      <w:r>
        <w:rPr>
          <w:b/>
        </w:rPr>
        <w:t xml:space="preserve">[15:17] </w:t>
      </w:r>
      <w:r>
        <w:t>operation cover up. har aadmi ka yeh motto hai: operation cover up. chupana, apni baat ko chupana."</w:t>
      </w:r>
    </w:p>
    <w:p>
      <w:pPr>
        <w:jc w:val="right"/>
      </w:pPr>
      <w:r>
        <w:t>آپریشن کور اپ۔ ہر آدمی کا یہ موٹو ہے: آپریشن کور اپ۔ چھپانا، اپنی بات کو چھپانا۔"</w:t>
      </w:r>
    </w:p>
    <w:p>
      <w:r>
        <w:rPr>
          <w:b/>
        </w:rPr>
        <w:t xml:space="preserve">[15:28] </w:t>
      </w:r>
      <w:r>
        <w:t>to main yeh kahunga ke agar aap ne jo pehla step liya tha ke farz kiya aap ne samjha ke social service karunga, is mein mujhe sachai mil jaye gi.</w:t>
      </w:r>
    </w:p>
    <w:p>
      <w:pPr>
        <w:jc w:val="right"/>
      </w:pPr>
      <w:r>
        <w:t>تو میں یہ کہوں گا کہ اگر آپ نے جو پہلا سٹیپ لیا تھا کہ فرض کیا آپ نے سمجھا کہ سوشل سروس کروں گا، اس میں مجھے سچائی مل جائے گی۔</w:t>
      </w:r>
    </w:p>
    <w:p>
      <w:r>
        <w:rPr>
          <w:b/>
        </w:rPr>
        <w:t xml:space="preserve">[15:41] </w:t>
      </w:r>
      <w:r>
        <w:t>mili work karunga to is mein sachai mil jaye gi. paisa kamaunga to is mein sachai mil jaye gi. political power le loonga to is mein sachai mil jaye gi. aur aakhir mein aap ne discover kiya ke is mein mujhe sachai nahi mili.</w:t>
      </w:r>
    </w:p>
    <w:p>
      <w:pPr>
        <w:jc w:val="right"/>
      </w:pPr>
      <w:r>
        <w:t>ملی ورک کروں گا تو اس میں سچائی مل جائے گی۔ پیسہ کماؤں گا تو اس میں سچائی مل جائے گی۔ پولیٹیکل پاور لے لوں گا تو اس میں سچائی مل جائے گی۔ اور آخر میں آپ نے ڈسکور کیا کہ اس میں مجھے سچائی نہیں ملی۔</w:t>
      </w:r>
    </w:p>
    <w:p>
      <w:r>
        <w:rPr>
          <w:b/>
        </w:rPr>
        <w:t xml:space="preserve">[15:54] </w:t>
      </w:r>
      <w:r>
        <w:t>dil ka contentment nahi mila, khushi nahi mili.</w:t>
      </w:r>
    </w:p>
    <w:p>
      <w:pPr>
        <w:jc w:val="right"/>
      </w:pPr>
      <w:r>
        <w:t>دل کا کنٹینٹمنٹ نہیں ملا، خوشی نہیں ملی۔</w:t>
      </w:r>
    </w:p>
    <w:p>
      <w:r>
        <w:rPr>
          <w:b/>
        </w:rPr>
        <w:t xml:space="preserve">[15:58] </w:t>
      </w:r>
      <w:r>
        <w:t>phir bhi andar se aap sad paate hain apne aap ko. to doosri ghalti na kijiye ke aap jhoot bolein. balkeh bolein, kahein munh se taake aap ki zindagi mein ek nayi research shuru ho,</w:t>
      </w:r>
    </w:p>
    <w:p>
      <w:pPr>
        <w:jc w:val="right"/>
      </w:pPr>
      <w:r>
        <w:t>پھر بھی اندر سے آپ سیڈ پاتے ہیں اپنے آپ کو۔ تو دوسری غلطی نہ کیجئے کہ آپ جھوٹ بولیں۔ بلکہ بولیے، کہیے منہ سے تاکہ آپ کی زندگی میں ایک نئی ریسرچ شروع ہو،</w:t>
      </w:r>
    </w:p>
    <w:p>
      <w:r>
        <w:rPr>
          <w:b/>
        </w:rPr>
        <w:t xml:space="preserve">[16:14] </w:t>
      </w:r>
      <w:r>
        <w:t>nayi search shuru ho, nayi discovery shuru ho.</w:t>
      </w:r>
    </w:p>
    <w:p>
      <w:pPr>
        <w:jc w:val="right"/>
      </w:pPr>
      <w:r>
        <w:t>نئی سرچ شروع ہو، نئی ڈسکوری شروع ہو۔</w:t>
      </w:r>
    </w:p>
    <w:p>
      <w:r>
        <w:rPr>
          <w:b/>
        </w:rPr>
        <w:t xml:space="preserve">[16:23] </w:t>
      </w:r>
      <w:r>
        <w:t>kisi ne bohat sahi kaha hai ke agar aadmi apni zindagi ke aakhri din jaan le ke real truth kya hai, yaani 99 din us ne kho diya, lekin aakhri 26 din us ko pata chal gaya ke sachai yeh hai, to us ko bohat bari achievement ho gayi.</w:t>
      </w:r>
    </w:p>
    <w:p>
      <w:pPr>
        <w:jc w:val="right"/>
      </w:pPr>
      <w:r>
        <w:t>کسی نے بہت صحیح کہا ہے کہ اگر آدمی اپنی زندگی کے آخری دن جان لے کہ ریلیٹ سچائی کیا ہے، یعنی 99 دن اس نے کھو دیا، لیکن آخری 26 دن اس کو پتہ چل گیا کہ سچائی یہ ہے، تو اس کو بہت بڑی اچیومنٹ ہو گئی۔</w:t>
      </w:r>
    </w:p>
    <w:p>
      <w:r>
        <w:rPr>
          <w:b/>
        </w:rPr>
        <w:t xml:space="preserve">[16:45] </w:t>
      </w:r>
      <w:r>
        <w:t>to aap main samjhta hoon ke har aadmi ko yeh decision lena chahiye ke main nahi marunga despair mein, main marunga achievement ke ehsaas ke sath ke main ne sachai ko pa liya.</w:t>
      </w:r>
    </w:p>
    <w:p>
      <w:pPr>
        <w:jc w:val="right"/>
      </w:pPr>
      <w:r>
        <w:t>تو آپ میں سمجھتا ہوں کہ ہر آدمی کو یہ ڈیسیژن لینا چاہیے کہ میں نہیں مروں گا ڈسپیئر میں، میں مروں گا اچیومنٹ کے احساس کے ساتھ کہ میں نے سچائی کو پا لیا۔</w:t>
      </w:r>
    </w:p>
    <w:p>
      <w:r>
        <w:rPr>
          <w:b/>
        </w:rPr>
        <w:t xml:space="preserve">[17:01] </w:t>
      </w:r>
      <w:r>
        <w:t>to ab yeh aap sochiye ke kya wajah hai ke un ka woh un ka jo biographer hai, woh kehta hai ke mother teresa ko mother teresa intellectual starvation mein jeeti thi.</w:t>
      </w:r>
    </w:p>
    <w:p>
      <w:pPr>
        <w:jc w:val="right"/>
      </w:pPr>
      <w:r>
        <w:t>تو اب یہ آپ سوچیے کہ کیا وجہ ہے کہ ان کا وہ ان کا جو بائیوگرافر ہے، وہ کہتا ہے کہ مدر ٹریسا کو مدر ٹریسا انٹلیکچول اسٹارویشن میں جیتی تھی۔</w:t>
      </w:r>
    </w:p>
    <w:p>
      <w:r>
        <w:rPr>
          <w:b/>
        </w:rPr>
        <w:t xml:space="preserve">[17:24] </w:t>
      </w:r>
      <w:r>
        <w:t>mother teresa intellectual starvation mein jeeti thi.</w:t>
      </w:r>
    </w:p>
    <w:p>
      <w:pPr>
        <w:jc w:val="right"/>
      </w:pPr>
      <w:r>
        <w:t>مدر ٹریسا انٹلیکچول اسٹارویشن میں جیتی تھی۔</w:t>
      </w:r>
    </w:p>
    <w:p>
      <w:r>
        <w:rPr>
          <w:b/>
        </w:rPr>
        <w:t xml:space="preserve">[17:28] </w:t>
      </w:r>
      <w:r>
        <w:t>is par maine socha. is par maine socha. to maine yeh paya ke sabhi log intellectual starvation mein jeete hain, sab</w:t>
      </w:r>
    </w:p>
    <w:p>
      <w:pPr>
        <w:jc w:val="right"/>
      </w:pPr>
      <w:r>
        <w:t>اس پر میں نے سوچا۔ اس پر میں نے سوچا۔ تو میں نے یہ پایا کہ سبھی لوگ انٹلیکچول اسٹارویشن میں جیتے ہیں، سب</w:t>
      </w:r>
    </w:p>
    <w:p>
      <w:r>
        <w:rPr>
          <w:b/>
        </w:rPr>
        <w:t xml:space="preserve">[17:42] </w:t>
      </w:r>
      <w:r>
        <w:t>hi log. is ka wajah kya hai? ke andar jo un ke jo ek hai jazba ke ab main sachai ko paoon.</w:t>
      </w:r>
    </w:p>
    <w:p>
      <w:pPr>
        <w:jc w:val="right"/>
      </w:pPr>
      <w:r>
        <w:t>ھی لوگ۔ اس کا وجہ کیا ہے؟ کہ اندر جو ان کے جو ایک ہے جذبہ کہ اب میں سچائی کو پاؤں۔</w:t>
      </w:r>
    </w:p>
    <w:p>
      <w:r>
        <w:rPr>
          <w:b/>
        </w:rPr>
        <w:t xml:space="preserve">[17:53] </w:t>
      </w:r>
      <w:r>
        <w:t>dekhen, sachai ko pane ka jazba insan ke andar by nature hai. by nature. yani man is a true seeking animal.</w:t>
      </w:r>
    </w:p>
    <w:p>
      <w:pPr>
        <w:jc w:val="right"/>
      </w:pPr>
      <w:r>
        <w:t>دیکھیں، سچائی کو پانے کا جذبہ انسان کے اندر بائی نیچر ہے۔ بائی نیچر۔ یعنی مین از اے سیک، مین از اے ٹرو سیکنگ اینیمل۔</w:t>
      </w:r>
    </w:p>
    <w:p>
      <w:r>
        <w:rPr>
          <w:b/>
        </w:rPr>
        <w:t xml:space="preserve">[18:07] </w:t>
      </w:r>
      <w:r>
        <w:t>man is a true seeking</w:t>
      </w:r>
    </w:p>
    <w:p>
      <w:pPr>
        <w:jc w:val="right"/>
      </w:pPr>
      <w:r>
        <w:t>مین از اے ٹرو سیک</w:t>
      </w:r>
    </w:p>
    <w:p>
      <w:r>
        <w:rPr>
          <w:b/>
        </w:rPr>
        <w:t xml:space="preserve">[18:08] </w:t>
      </w:r>
      <w:r>
        <w:t>animal. to sachai ko pana yeh insan ki sab se bari longing hai. sab se bara uska jazba hai andar jo hai.</w:t>
      </w:r>
    </w:p>
    <w:p>
      <w:pPr>
        <w:jc w:val="right"/>
      </w:pPr>
      <w:r>
        <w:t>نگ اینیمل۔ تو سچائی کو پانا یہ انسان کی سب سے بڑی لانگنگ ہے۔ سب سے بڑا اس کا جذبہ ہے اندر جو ہے۔</w:t>
      </w:r>
    </w:p>
    <w:p>
      <w:r>
        <w:rPr>
          <w:b/>
        </w:rPr>
        <w:t xml:space="preserve">[18:21] </w:t>
      </w:r>
      <w:r>
        <w:t>to aadmi kya karta hai? woh samajhta hai ke main political power mil jaye to mujhe sab se bari baat mil jayegi.</w:t>
      </w:r>
    </w:p>
    <w:p>
      <w:pPr>
        <w:jc w:val="right"/>
      </w:pPr>
      <w:r>
        <w:t>تو آدمی کیا کرتا ہے؟ وہ سمجھتا ہے کہ میں پولیٹیکل پاور مل جائے تو مجھے سب سے بڑی بات مل جائے گی۔</w:t>
      </w:r>
    </w:p>
    <w:p>
      <w:r>
        <w:rPr>
          <w:b/>
        </w:rPr>
        <w:t xml:space="preserve">[18:31] </w:t>
      </w:r>
      <w:r>
        <w:t>paisa ho jaye mere pas to to maine sab kuch pa lunga. main</w:t>
      </w:r>
    </w:p>
    <w:p>
      <w:pPr>
        <w:jc w:val="right"/>
      </w:pPr>
      <w:r>
        <w:t>پیسہ ہو جائے میرے پاس تو تو میں نے سب کچھ پا لوں گا۔ میں</w:t>
      </w:r>
    </w:p>
    <w:p>
      <w:r>
        <w:rPr>
          <w:b/>
        </w:rPr>
        <w:t xml:space="preserve">[18:36] </w:t>
      </w:r>
      <w:r>
        <w:t>koi social service aur milli work mein apne ko laga deta hai. samajhta hai ke haan, mujhe mil jayega. lekin milta nahi hai. kyun? dekhen, aap ko sachai physical level pe kabhi nahi milegi.</w:t>
      </w:r>
    </w:p>
    <w:p>
      <w:pPr>
        <w:jc w:val="right"/>
      </w:pPr>
      <w:r>
        <w:t>کوئی سوشل سروس اور ملی ملی ورک میں اپنے کو لگا دیتا ہے۔ سمجھتا ہے کہ ہاں، مجھے مل جائے گا۔ لیکن ملتا نہیں ہے۔ کیوں؟ دیکھیں، آپ کو سچائی فزیکل لیول پہ کبھی نہیں ملے گی۔</w:t>
      </w:r>
    </w:p>
    <w:p>
      <w:r>
        <w:rPr>
          <w:b/>
        </w:rPr>
        <w:t xml:space="preserve">[18:49] </w:t>
      </w:r>
      <w:r>
        <w:t>wo intellectual level pe milegi. basic baat yeh hai.</w:t>
      </w:r>
    </w:p>
    <w:p>
      <w:pPr>
        <w:jc w:val="right"/>
      </w:pPr>
      <w:r>
        <w:t>وہ انٹلیکچول لیول پہ ملے گی۔ بیسک بات یہ ہے۔</w:t>
      </w:r>
    </w:p>
    <w:p>
      <w:r>
        <w:rPr>
          <w:b/>
        </w:rPr>
        <w:t xml:space="preserve">[18:56] </w:t>
      </w:r>
      <w:r>
        <w:t>sachai ko jab bhi aap payenge, intellectual level par payenge. aur log physical level par sachai ko talash kar rahe hain.</w:t>
      </w:r>
    </w:p>
    <w:p>
      <w:pPr>
        <w:jc w:val="right"/>
      </w:pPr>
      <w:r>
        <w:t>سچائی کو جب بھی آپ پائیں گے، انٹلیکچول لیول پر پائیں گے۔ اور لوگ فزیکل لیول پر سچائی کو تلاش کر رہے ہیں۔</w:t>
      </w:r>
    </w:p>
    <w:p>
      <w:r>
        <w:rPr>
          <w:b/>
        </w:rPr>
        <w:t xml:space="preserve">[19:05] </w:t>
      </w:r>
      <w:r>
        <w:t>paisa kya hai? shohrat kya hai? political power kya hai? social work kya hai? milli work kya hai? yeh sab physical level par apni</w:t>
      </w:r>
    </w:p>
    <w:p>
      <w:pPr>
        <w:jc w:val="right"/>
      </w:pPr>
      <w:r>
        <w:t>پیسہ کیا ہے؟ شہرت کیا ہے؟ پولیٹیکل پاور کیا ہے؟ سوشل ورک کیا ہے؟ ملی ورک کیا ہے؟ یہ سب فزیکل لیول پر اپنی</w:t>
      </w:r>
    </w:p>
    <w:p>
      <w:r>
        <w:rPr>
          <w:b/>
        </w:rPr>
        <w:t xml:space="preserve">[19:18] </w:t>
      </w:r>
      <w:r>
        <w:t>physical level par apna apni talash ko pana hai. physical level par woh hai hi nahi. woh to hai intellectual level par.</w:t>
      </w:r>
    </w:p>
    <w:p>
      <w:pPr>
        <w:jc w:val="right"/>
      </w:pPr>
      <w:r>
        <w:t>فزیکل لیول پر اپنا اپنی تلاش کو پانا ہے۔ فزیکل لیول پر وہ ہے ہی نہیں۔ وہ تو ہے انٹلیکچول لیول پر۔</w:t>
      </w:r>
    </w:p>
    <w:p>
      <w:r>
        <w:rPr>
          <w:b/>
        </w:rPr>
        <w:t xml:space="preserve">[19:30] </w:t>
      </w:r>
      <w:r>
        <w:t>to sare log jeete hain intellectual starvation mein. intellectual starvation mein.</w:t>
      </w:r>
    </w:p>
    <w:p>
      <w:pPr>
        <w:jc w:val="right"/>
      </w:pPr>
      <w:r>
        <w:t>تو سارے لوگ جیتے ہیں انٹلیکچول اسٹارویشن میں۔ انٹلیکچول اسٹارویشن میں۔</w:t>
      </w:r>
    </w:p>
    <w:p>
      <w:r>
        <w:rPr>
          <w:b/>
        </w:rPr>
        <w:t xml:space="preserve">[19:38] </w:t>
      </w:r>
      <w:r>
        <w:t>aur rozana ki zindagi guzarti hai un ki physical level par. isi mar jate hain woh.</w:t>
      </w:r>
    </w:p>
    <w:p>
      <w:pPr>
        <w:jc w:val="right"/>
      </w:pPr>
      <w:r>
        <w:t>اور روزانہ کی زندگی گزرتی ہے ان کی فزیکل لیول پر۔ اسی مر جاتے ہیں وہ۔</w:t>
      </w:r>
    </w:p>
    <w:p>
      <w:r>
        <w:rPr>
          <w:b/>
        </w:rPr>
        <w:t xml:space="preserve">[19:47] </w:t>
      </w:r>
      <w:r>
        <w:t>to main yeh kehna chahunga ke aap apni zindagi ka phir se reassess karen aur zindagi ka ek naqsha banayen.</w:t>
      </w:r>
    </w:p>
    <w:p>
      <w:pPr>
        <w:jc w:val="right"/>
      </w:pPr>
      <w:r>
        <w:t>تو میں یہ کہنا چاہوں گا کہ آپ اپنی زندگی کا پھر سے ری اسس کریں اور زندگی کا ایک نقشہ بنائیں۔</w:t>
      </w:r>
    </w:p>
    <w:p>
      <w:r>
        <w:rPr>
          <w:b/>
        </w:rPr>
        <w:t xml:space="preserve">[19:58] </w:t>
      </w:r>
      <w:r>
        <w:t>jahan tak maine socha hai, mera khayal yeh hai ke ek planning ke tehat aap ko zindagi guzarna chahiye. tab aap sachai ko payenge.</w:t>
      </w:r>
    </w:p>
    <w:p>
      <w:pPr>
        <w:jc w:val="right"/>
      </w:pPr>
      <w:r>
        <w:t>جہاں تک میں نے سوچا ہے، میرا خیال یہ ہے کہ ایک پلاننگ کے تحت آپ کو زندگی گزارنا چاہیے۔ تب آپ سچائی کو پائیں گے۔</w:t>
      </w:r>
    </w:p>
    <w:p>
      <w:r>
        <w:rPr>
          <w:b/>
        </w:rPr>
        <w:t xml:space="preserve">[20:11] </w:t>
      </w:r>
      <w:r>
        <w:t>is planning mein kya hai? yani sachai ko pane ke liye main main samajhta hoon ke three point formula hai. woh hai kya</w:t>
      </w:r>
    </w:p>
    <w:p>
      <w:pPr>
        <w:jc w:val="right"/>
      </w:pPr>
      <w:r>
        <w:t>اس پلاننگ میں کیا ہے؟ یعنی سچائی کو پانے کے لیے میں میں سمجھتا ہوں کہ تھری پوائنٹ فارمولا ہے۔ وہ ہے کیا</w:t>
      </w:r>
    </w:p>
    <w:p>
      <w:r>
        <w:rPr>
          <w:b/>
        </w:rPr>
        <w:t xml:space="preserve">[20:23] </w:t>
      </w:r>
      <w:r>
        <w:t>? history, observation aur intellectual exchange. yeh three point formula hai. history, observation, intellectual exchange.</w:t>
      </w:r>
    </w:p>
    <w:p>
      <w:pPr>
        <w:jc w:val="right"/>
      </w:pPr>
      <w:r>
        <w:t>؟ ہسٹری، آبزرویشن اور انٹلیکچول ایکسچینج۔ یہ تھری پوائنٹ فارمولا ہے۔ ہسٹری، آبزرویشن، انٹلیکچول ایکسچینج۔</w:t>
      </w:r>
    </w:p>
    <w:p>
      <w:r>
        <w:rPr>
          <w:b/>
        </w:rPr>
        <w:t xml:space="preserve">[20:40] </w:t>
      </w:r>
      <w:r>
        <w:t>history kya hai? kitabon ka mutalia karna. kitabon ko padhna.</w:t>
      </w:r>
    </w:p>
    <w:p>
      <w:pPr>
        <w:jc w:val="right"/>
      </w:pPr>
      <w:r>
        <w:t>ہسٹری کیا ہے؟ کتابوں کا مطالعہ کرنا۔ کتابوں کو پڑھنا۔</w:t>
      </w:r>
    </w:p>
    <w:p>
      <w:r>
        <w:rPr>
          <w:b/>
        </w:rPr>
        <w:t xml:space="preserve">[20:54] </w:t>
      </w:r>
      <w:r>
        <w:t>a</w:t>
      </w:r>
    </w:p>
    <w:p>
      <w:pPr>
        <w:jc w:val="right"/>
      </w:pPr>
      <w:r>
        <w:t>آ</w:t>
      </w:r>
    </w:p>
    <w:p>
      <w:r>
        <w:rPr>
          <w:b/>
        </w:rPr>
        <w:t xml:space="preserve">[20:55] </w:t>
      </w:r>
      <w:r>
        <w:t>aj mein kisi se keh raha tha ke aaj kal bohat kitaben padhi jati hain. lekin kaun si kitab padhi jati hai? novel.</w:t>
      </w:r>
    </w:p>
    <w:p>
      <w:pPr>
        <w:jc w:val="right"/>
      </w:pPr>
      <w:r>
        <w:t>ج میں کسی سے کہہ رہا تھا کہ آج کل بہت کتابیں پڑھی جاتی ہیں۔ لیکن کون سی کتاب پڑھی جاتی ہے؟ ناول۔</w:t>
      </w:r>
    </w:p>
    <w:p>
      <w:r>
        <w:rPr>
          <w:b/>
        </w:rPr>
        <w:t xml:space="preserve">[21:06] </w:t>
      </w:r>
      <w:r>
        <w:t>ek bar tha America ke ek author se maine poocha. maine kaha ek American author se ke sahib, aap ke desh mein bohat kitaben kharidte hain log.</w:t>
      </w:r>
    </w:p>
    <w:p>
      <w:pPr>
        <w:jc w:val="right"/>
      </w:pPr>
      <w:r>
        <w:t>ایک بار تھا امریکہ کے ایک اتھر سے میں نے پوچھا۔ میں نے کہا ایک امریکن اتھر سے کہ صاحب، آپ کے દેશ میں بہت کتابیں خریدتے ہیں لوگ۔</w:t>
      </w:r>
    </w:p>
    <w:p>
      <w:r>
        <w:rPr>
          <w:b/>
        </w:rPr>
        <w:t xml:space="preserve">[21:18] </w:t>
      </w:r>
      <w:r>
        <w:t>hamare India mein to bohat kam kitaben bikti hain.</w:t>
      </w:r>
    </w:p>
    <w:p>
      <w:pPr>
        <w:jc w:val="right"/>
      </w:pPr>
      <w:r>
        <w:t>ہمارے انڈیا میں تو بہت کم کتابیں بکتی ہیں۔</w:t>
      </w:r>
    </w:p>
    <w:p>
      <w:r>
        <w:rPr>
          <w:b/>
        </w:rPr>
        <w:t xml:space="preserve">[21:23] </w:t>
      </w:r>
      <w:r>
        <w:t>us author ne kaha ke aap ek baat samajh lijiye ke America mein bhi wahi haal hai jo India mein haal hai. usne kaha kaun si kitaben bikti hain?</w:t>
      </w:r>
    </w:p>
    <w:p>
      <w:pPr>
        <w:jc w:val="right"/>
      </w:pPr>
      <w:r>
        <w:t>اس اتھر نے کہا کہ آپ ایک بات سمجھ لیجئے کہ امریکہ میں بھی وہی حال ہے جو انڈیا میں حال ہے۔ اس نے کہا کون سی کتابیں بکتی ہیں؟</w:t>
      </w:r>
    </w:p>
    <w:p>
      <w:r>
        <w:rPr>
          <w:b/>
        </w:rPr>
        <w:t xml:space="preserve">[21:32] </w:t>
      </w:r>
      <w:r>
        <w:t>aap padhte honge million, million copy. yeh sab novel bikti hain, novel. jo serious</w:t>
      </w:r>
    </w:p>
    <w:p>
      <w:pPr>
        <w:jc w:val="right"/>
      </w:pPr>
      <w:r>
        <w:t>آپ پڑھتے ہوں گے ملین، ملین کاپی۔ یہ سب ناول بکتی ہیں، ناول۔ جو سیریس</w:t>
      </w:r>
    </w:p>
    <w:p>
      <w:r>
        <w:rPr>
          <w:b/>
        </w:rPr>
        <w:t xml:space="preserve">[21:42] </w:t>
      </w:r>
      <w:r>
        <w:t>subject par jo kitab mein likhi jati hai, woh yahan bhi kam, yahan bhi log bohat kam khareedte hain.</w:t>
      </w:r>
    </w:p>
    <w:p>
      <w:pPr>
        <w:jc w:val="right"/>
      </w:pPr>
      <w:r>
        <w:t>سبجیکٹ پر جو کتاب میں لکھی جاتی ہے، وہ یہاں بھی کم، یہاں بھی لوگ بہت کم خریدتے ہیں۔</w:t>
      </w:r>
    </w:p>
    <w:p>
      <w:r>
        <w:rPr>
          <w:b/>
        </w:rPr>
        <w:t xml:space="preserve">[21:49] </w:t>
      </w:r>
      <w:r>
        <w:t>is ne khud kaha ke main chounke novel nahi likhta, to meri kitab jo hai hazaron mein bikti hai, bas pachas hazar, sath hazar, satar hazar.</w:t>
      </w:r>
    </w:p>
    <w:p>
      <w:pPr>
        <w:jc w:val="right"/>
      </w:pPr>
      <w:r>
        <w:t>اس نے خود کہا کہ میں چونکہ ناول نہیں لکھتا، تو میری کتاب جو ہے ہزاروں میں بکتی ہے، بس پچاس ہزار، ساٹھ ہزار، ستر ہزار۔</w:t>
      </w:r>
    </w:p>
    <w:p>
      <w:r>
        <w:rPr>
          <w:b/>
        </w:rPr>
        <w:t xml:space="preserve">[21:58] </w:t>
      </w:r>
      <w:r>
        <w:t>million copy nahi bikti meri kitabon ki. is se maine ek aur cheez nikali. logon ki history jo hai bilkul worthless hai aaj.</w:t>
      </w:r>
    </w:p>
    <w:p>
      <w:pPr>
        <w:jc w:val="right"/>
      </w:pPr>
      <w:r>
        <w:t>ملین کاپی نہیں بکتی میری کتابوں کی۔ اس سے میں نے ایک اور چیز نکالی۔ لوگوں کی ہسٹری جو ہے بالکل ورتھ لیس ہے آج۔</w:t>
      </w:r>
    </w:p>
    <w:p>
      <w:r>
        <w:rPr>
          <w:b/>
        </w:rPr>
        <w:t xml:space="preserve">[22:09] </w:t>
      </w:r>
      <w:r>
        <w:t>ab aap novel jo parhte hain to is mein kya milta hai aap ko? sirf entertainment. novel mein kya hai? fiction hoti hai, jhooti kahani</w:t>
      </w:r>
    </w:p>
    <w:p>
      <w:pPr>
        <w:jc w:val="right"/>
      </w:pPr>
      <w:r>
        <w:t>اب آپ ناول جو پڑھتے ہیں تو اس میں کیا ملتا ہے آپ کو؟ صرف انٹرٹینمنٹ۔ ناول میں کیا ہے؟ فکشن ہوتی ہے، جھوٹی کہانی</w:t>
      </w:r>
    </w:p>
    <w:p>
      <w:r>
        <w:rPr>
          <w:b/>
        </w:rPr>
        <w:t xml:space="preserve">[22:18] </w:t>
      </w:r>
      <w:r>
        <w:t>. to jhooti kahani mein aap ko sachai mil jaye gi aap ko. woh aadmi kaisa itna stupid hoga jo yeh samjhe ke jhooti kahaniyan parho aur sachai ko pa lo.</w:t>
      </w:r>
    </w:p>
    <w:p>
      <w:pPr>
        <w:jc w:val="right"/>
      </w:pPr>
      <w:r>
        <w:t>۔ تو جھوٹی کہانی میں آپ کو سچائی مل جائے گی آپ کو۔ وہ آدمی کیسا اتنا اسٹیپیڈ ہوگا جو یہ سمجھے کہ جھوٹی کہانیاں پڑھو اور سچائی کو پا لو۔</w:t>
      </w:r>
    </w:p>
    <w:p>
      <w:r>
        <w:rPr>
          <w:b/>
        </w:rPr>
        <w:t xml:space="preserve">[22:30] </w:t>
      </w:r>
      <w:r>
        <w:t>har novel base karti hai kisi jhooti kahani par. aur is mein aap sachai talash kar rahe hain. is mein entertainment bhi nahi milta aap ko. entertainment ek ek sachi cheez ka naam hai.</w:t>
      </w:r>
    </w:p>
    <w:p>
      <w:pPr>
        <w:jc w:val="right"/>
      </w:pPr>
      <w:r>
        <w:t>ہر ناول بیس کرتی ہے کسی جھوٹی کہانی پر۔ اور اس میں آپ سچائی تلاش کر رہے ہیں۔ اس میں انٹرٹینمنٹ بھی نہیں ملتا آپ کو۔ انٹرٹینمنٹ ایک ایک سچی چیز کا نام ہے۔</w:t>
      </w:r>
    </w:p>
    <w:p>
      <w:r>
        <w:rPr>
          <w:b/>
        </w:rPr>
        <w:t xml:space="preserve">[22:43] </w:t>
      </w:r>
      <w:r>
        <w:t>sachai ko paane mein entertainment milta hai. jhoot ko paane mein kabhi nahi mil sakta. khushi jhoot mein nahi hai, khushi sachai mein hai.</w:t>
      </w:r>
    </w:p>
    <w:p>
      <w:pPr>
        <w:jc w:val="right"/>
      </w:pPr>
      <w:r>
        <w:t>سچائی کو پانے میں انٹرٹینمنٹ ملتا ہے۔ جھوٹ کو پانے میں کبھی نہیں مل سکتا۔ خوشی جھوٹ میں نہیں ہے، خوشی سچائی میں ہے۔</w:t>
      </w:r>
    </w:p>
    <w:p>
      <w:r>
        <w:rPr>
          <w:b/>
        </w:rPr>
        <w:t xml:space="preserve">[22:54] </w:t>
      </w:r>
      <w:r>
        <w:t>to main aaj kisi se keh raha tha ke itni zabardast kitab chhapi Britain mein Order Timebe ki. history, history of history.</w:t>
      </w:r>
    </w:p>
    <w:p>
      <w:pPr>
        <w:jc w:val="right"/>
      </w:pPr>
      <w:r>
        <w:t>تو میں آج کسی سے کہہ رہا تھا کہ اتنی زبردست کتاب چھپی برٹن میں آرڈر ٹائم بی کی۔ ہسٹری، ہسٹری آف ہسٹری۔</w:t>
      </w:r>
    </w:p>
    <w:p>
      <w:r>
        <w:rPr>
          <w:b/>
        </w:rPr>
        <w:t xml:space="preserve">[23:05] </w:t>
      </w:r>
      <w:r>
        <w:t>history of history se main ne bohat baatein samjhi hain. yani history, history, history ko samajhne mein ya insaan ko samajhne mein mujhe chounke is ne bohat zabardast parhne ke baad likha tha.</w:t>
      </w:r>
    </w:p>
    <w:p>
      <w:pPr>
        <w:jc w:val="right"/>
      </w:pPr>
      <w:r>
        <w:t>ہسٹری آف ہسٹری سے میں نے بہت باتیں سمجھی ہیں۔ یعنی ہسٹری، ہسٹری، ہسٹری کو سمجھنے میں یا انسان کو سمجھنے میں مجھے کیونکہ اس نے بہت زبردست پڑھنے کے بعد لکھا تھا۔</w:t>
      </w:r>
    </w:p>
    <w:p>
      <w:r>
        <w:rPr>
          <w:b/>
        </w:rPr>
        <w:t xml:space="preserve">[23:16] </w:t>
      </w:r>
      <w:r>
        <w:t>aur main thirty years tak parhta raha hoon. lekin is ko kitne log parhte hain? bohat hi kam log parhte hain.</w:t>
      </w:r>
    </w:p>
    <w:p>
      <w:pPr>
        <w:jc w:val="right"/>
      </w:pPr>
      <w:r>
        <w:t>اور میں تھرٹی ایئرز تک پڑھتا رہا ہوں۔ لیکن اس کو کتنے لوگ پڑھتے ہیں؟ بہت ہی کم لوگ پڑھتے ہیں۔</w:t>
      </w:r>
    </w:p>
    <w:p>
      <w:r>
        <w:rPr>
          <w:b/>
        </w:rPr>
        <w:t xml:space="preserve">[23:25] </w:t>
      </w:r>
      <w:r>
        <w:t>universities ke log bhi nahi jante ke Order Timebe ki koi kitab hai history of history. lekin novelon ke baray mein pooch lijiye.</w:t>
      </w:r>
    </w:p>
    <w:p>
      <w:pPr>
        <w:jc w:val="right"/>
      </w:pPr>
      <w:r>
        <w:t>یونیورسٹیوں کے لوگ بھی نہیں جانتے کہ آرڈر ٹائم بی کی کوئی کتاب ہے ہسٹری آف ہسٹری۔ لیکن ناولوں کے بارے میں پوچھ لیجئے۔</w:t>
      </w:r>
    </w:p>
    <w:p>
      <w:r>
        <w:rPr>
          <w:b/>
        </w:rPr>
        <w:t xml:space="preserve">[23:33] </w:t>
      </w:r>
      <w:r>
        <w:t>yeh baray baray novel author hain, novel likhne wale. sab log in ka naam jante hain.</w:t>
      </w:r>
    </w:p>
    <w:p>
      <w:pPr>
        <w:jc w:val="right"/>
      </w:pPr>
      <w:r>
        <w:t>یہ بڑے بڑے ناول اتھر ہیں، ناول لکھنے والے۔ سب لوگ ان کا نام جانتے ہیں۔</w:t>
      </w:r>
    </w:p>
    <w:p>
      <w:r>
        <w:rPr>
          <w:b/>
        </w:rPr>
        <w:t xml:space="preserve">[23:43] </w:t>
      </w:r>
      <w:r>
        <w:t>to dunya jo hai, aaj ki dunya jo hai, novelen parhti hai. aur TV dekhti hai. aur cinema dekhti hai.</w:t>
      </w:r>
    </w:p>
    <w:p>
      <w:pPr>
        <w:jc w:val="right"/>
      </w:pPr>
      <w:r>
        <w:t>تو دنیا جو ہے، آج کی دنیا جو ہے، ناولیں پڑھتی ہے۔ اور ٹی وی دیکھتی ہے۔ اور سینما دیکھتی ہے۔</w:t>
      </w:r>
    </w:p>
    <w:p>
      <w:r>
        <w:rPr>
          <w:b/>
        </w:rPr>
        <w:t xml:space="preserve">[23:53] </w:t>
      </w:r>
      <w:r>
        <w:t>aur hua karti hai. shopping karte hain, outing karti hain. is mein jeete hain log. paisa kamana aur phir paise ko jhoot mein kharch karna.</w:t>
      </w:r>
    </w:p>
    <w:p>
      <w:pPr>
        <w:jc w:val="right"/>
      </w:pPr>
      <w:r>
        <w:t>اور ہوا کرتی ہے۔ شاپنگ کرتے ہیں، آؤٹنگ کرتی ہیں۔ اس میں جیتے ہیں لوگ۔ پیسہ کمانا اور پھر پیسے کو جھوٹ میں خرچ کرنا۔</w:t>
      </w:r>
    </w:p>
    <w:p>
      <w:r>
        <w:rPr>
          <w:b/>
        </w:rPr>
        <w:t xml:space="preserve">[24:04] </w:t>
      </w:r>
      <w:r>
        <w:t>paisa kamana aur phir paise ko jhoot mein kharch karna. ab tak mujhe ab tak zindagi mein koi nahi mila jis ne kaha ho ke main paisa kamakar main ne Order Timebe ki jo kitab hai, barah jildon mein is ko khareedi main ne.</w:t>
      </w:r>
    </w:p>
    <w:p>
      <w:pPr>
        <w:jc w:val="right"/>
      </w:pPr>
      <w:r>
        <w:t>پیسہ کمانا اور پھر پیسے کو جھوٹ میں خرچ کرنا۔ اب تک مجھے اب تک زندگی میں کوئی نہیں ملا جس نے کہا ہو کہ میں پیسہ کما کر میں نے آرڈر ٹائم بی کی جو کتاب ہے، بارہ جلدوں میں اس کو خریدی میں نے۔</w:t>
      </w:r>
    </w:p>
    <w:p>
      <w:r>
        <w:rPr>
          <w:b/>
        </w:rPr>
        <w:t xml:space="preserve">[24:15] </w:t>
      </w:r>
      <w:r>
        <w:t>khareed kar laya aur is ko parhta hoon main. kisi ne nahi kaha mujhe. aur novelen har aadmi khareed raha hai. novelon ke khareedne wale jo hain, woh aap dekhen to ja kar ke book shops par wahan bheer lagi rahe gi.</w:t>
      </w:r>
    </w:p>
    <w:p>
      <w:pPr>
        <w:jc w:val="right"/>
      </w:pPr>
      <w:r>
        <w:t>خرید کر لایا اور اس کو پڑھتا ہوں میں۔ کسی نے نہیں کہا مجھے۔ اور ناولیں ہر آدمی خرید رہا ہے۔ ناولوں کے خریدنے والے جو ہیں، وہ آپ دیکھیں تو جا کر کے بک شاپس پر وہاں بھیڑ لگی رہے گی۔</w:t>
      </w:r>
    </w:p>
    <w:p>
      <w:r>
        <w:rPr>
          <w:b/>
        </w:rPr>
        <w:t xml:space="preserve">[24:30] </w:t>
      </w:r>
      <w:r>
        <w:t>lekin Order Timebe ki kitab kon khareedta hai?</w:t>
      </w:r>
    </w:p>
    <w:p>
      <w:pPr>
        <w:jc w:val="right"/>
      </w:pPr>
      <w:r>
        <w:t>لیکن آرڈر ٹائم بی کی کتاب کون خریدتا ہے؟</w:t>
      </w:r>
    </w:p>
    <w:p>
      <w:r>
        <w:rPr>
          <w:b/>
        </w:rPr>
        <w:t xml:space="preserve">[24:33] </w:t>
      </w:r>
      <w:r>
        <w:t>halankeh woh zabardast kitab hai woh. zindagi ko samajhne ke liye. log parh kar ke bhi blind bane hue hain.</w:t>
      </w:r>
    </w:p>
    <w:p>
      <w:pPr>
        <w:jc w:val="right"/>
      </w:pPr>
      <w:r>
        <w:t>حالانکہ وہ زبردست کتاب ہے وہ۔ زندگی کو سمجھنے کے لیے۔ لوگ پڑھ کر کے بھی بلائنڈ بنے ہوئے ہیں۔</w:t>
      </w:r>
    </w:p>
    <w:p>
      <w:r>
        <w:rPr>
          <w:b/>
        </w:rPr>
        <w:t xml:space="preserve">[24:43] </w:t>
      </w:r>
      <w:r>
        <w:t>chounke novelen parhte hain.</w:t>
      </w:r>
    </w:p>
    <w:p>
      <w:pPr>
        <w:jc w:val="right"/>
      </w:pPr>
      <w:r>
        <w:t>کیونکہ ناولیں پڑھتے ہیں۔</w:t>
      </w:r>
    </w:p>
    <w:p>
      <w:r>
        <w:rPr>
          <w:b/>
        </w:rPr>
        <w:t xml:space="preserve">[24:47] </w:t>
      </w:r>
      <w:r>
        <w:t>aur yeh cinema dekhte hain, TV dekhte hain. to Mother Teresa, log Mother Teresa koi ek ka naam nahi hai.</w:t>
      </w:r>
    </w:p>
    <w:p>
      <w:pPr>
        <w:jc w:val="right"/>
      </w:pPr>
      <w:r>
        <w:t>اور یہ سینما دیکھتے ہیں، ٹی وی دیکھتے ہیں۔ تو مدر ٹریسا، لوگ مدر ٹریسا کوئی ایک کا نام نہیں ہے۔</w:t>
      </w:r>
    </w:p>
    <w:p>
      <w:r>
        <w:rPr>
          <w:b/>
        </w:rPr>
        <w:t xml:space="preserve">[24:56] </w:t>
      </w:r>
      <w:r>
        <w:t>sare log Mother Teresa hain. jeete hain is kis mein? intellectual</w:t>
      </w:r>
    </w:p>
    <w:p>
      <w:pPr>
        <w:jc w:val="right"/>
      </w:pPr>
      <w:r>
        <w:t>سارے لوگ مدر ٹریسا ہیں۔ جیتے ہیں اس کس میں؟ انٹلیکچول</w:t>
      </w:r>
    </w:p>
    <w:p>
      <w:r>
        <w:rPr>
          <w:b/>
        </w:rPr>
        <w:t xml:space="preserve">[25:01] </w:t>
      </w:r>
      <w:r>
        <w:t>starvation mein. intellectual level par jo unhein chahiye sachai, woh un ko milti nahi hai. chounke parhte kya hain? novelen parhte hain. bas.</w:t>
      </w:r>
    </w:p>
    <w:p>
      <w:pPr>
        <w:jc w:val="right"/>
      </w:pPr>
      <w:r>
        <w:t>اسٹارویشن میں۔ انٹلیکچول لیول پر جو انہیں چاہیے سچائی، وہ ان کو ملتی نہیں ہے۔ کیونکہ پڑھتے کیا ہیں؟ ناولیں پڑھتے ہیں۔ بس۔</w:t>
      </w:r>
    </w:p>
    <w:p>
      <w:r>
        <w:rPr>
          <w:b/>
        </w:rPr>
        <w:t xml:space="preserve">[25:11] </w:t>
      </w:r>
      <w:r>
        <w:t>koi political cheez parh liya. to ek hai history. is ka matlab serious history. agar aap chahte hain ke apni zindagi ki sahi planning karen.</w:t>
      </w:r>
    </w:p>
    <w:p>
      <w:pPr>
        <w:jc w:val="right"/>
      </w:pPr>
      <w:r>
        <w:t>کوئی پولیٹیکل چیز پڑھ لیا۔ تو ایک ہے ہسٹری۔ اس کا مطلب سیریس ہسٹری۔ اگر آپ چاہتے ہیں کہ اپنی زندگی کی صحیح پلاننگ کریں۔</w:t>
      </w:r>
    </w:p>
    <w:p>
      <w:r>
        <w:rPr>
          <w:b/>
        </w:rPr>
        <w:t xml:space="preserve">[25:23] </w:t>
      </w:r>
      <w:r>
        <w:t>to main ne kaha ke teen point, three point formula bata raha hoon main aap ko. number one, serious history. yeh</w:t>
      </w:r>
    </w:p>
    <w:p>
      <w:pPr>
        <w:jc w:val="right"/>
      </w:pPr>
      <w:r>
        <w:t>تو میں نے کہا کہ تین پوائنٹ، تھری پوائنٹ فارمولا بتا رہا ہوں میں آپ کو۔ نمبر ون، سیریس ہسٹری۔ یہ</w:t>
      </w:r>
    </w:p>
    <w:p>
      <w:r>
        <w:rPr>
          <w:b/>
        </w:rPr>
        <w:t xml:space="preserve">[25:32] </w:t>
      </w:r>
      <w:r>
        <w:t>sab to distraction hai. novel waghera jo hain woh distraction hain. novel distraction hai. TV distraction hai. cinema distraction hai.</w:t>
      </w:r>
    </w:p>
    <w:p>
      <w:pPr>
        <w:jc w:val="right"/>
      </w:pPr>
      <w:r>
        <w:t>سب تو ڈسٹریکشن ہے۔ ناول وغیرہ جو ہیں وہ ڈسٹریکشن ہیں۔ ناول ڈسٹریکشن ہے۔ ٹی وی ڈسٹریکشن ہے۔ سینما ڈسٹریکشن ہے۔</w:t>
      </w:r>
    </w:p>
    <w:p>
      <w:r>
        <w:rPr>
          <w:b/>
        </w:rPr>
        <w:t xml:space="preserve">[25:42] </w:t>
      </w:r>
      <w:r>
        <w:t>outing, shopping sab distraction hai. is se aap logon ko bachaiye. aur serious history kijiye, serious history.</w:t>
      </w:r>
    </w:p>
    <w:p>
      <w:pPr>
        <w:jc w:val="right"/>
      </w:pPr>
      <w:r>
        <w:t>آؤٹنگ، شاپنگ سب ڈسٹریکشن ہے۔ اس سے آپ لوگوں کو بچائیے۔ اور سیریس ہسٹری کیجئے، سیریس ہسٹری۔</w:t>
      </w:r>
    </w:p>
    <w:p>
      <w:r>
        <w:rPr>
          <w:b/>
        </w:rPr>
        <w:t xml:space="preserve">[25:54] </w:t>
      </w:r>
      <w:r>
        <w:t>taake jo world of knowledge hai, us mein aap ki pahunch ho sake. wahan aap ki pahunch ho sake.</w:t>
      </w:r>
    </w:p>
    <w:p>
      <w:pPr>
        <w:jc w:val="right"/>
      </w:pPr>
      <w:r>
        <w:t>تاکہ جو ورلڈ آف نالج ہے، اس میں آپ کی پہنچ ہو سکے۔ وہاں آپ کی پہنچ ہو سکے۔</w:t>
      </w:r>
    </w:p>
    <w:p>
      <w:r>
        <w:rPr>
          <w:b/>
        </w:rPr>
        <w:t xml:space="preserve">[26:01] </w:t>
      </w:r>
      <w:r>
        <w:t>aap dekhen, ek sahab abhi aaye the mere paas. woh arabi janne wale the. to quran ki baaten kar rahe the.</w:t>
      </w:r>
    </w:p>
    <w:p>
      <w:pPr>
        <w:jc w:val="right"/>
      </w:pPr>
      <w:r>
        <w:t>آپ دیکھیں، ایک صاحب ابھی آئے تھے میرے پاس۔ وہ عربی جاننے والے تھے۔ تو قرآن کی باتیں کر رہے تھے۔</w:t>
      </w:r>
    </w:p>
    <w:p>
      <w:r>
        <w:rPr>
          <w:b/>
        </w:rPr>
        <w:t xml:space="preserve">[26:09] </w:t>
      </w:r>
      <w:r>
        <w:t>maine kaha quran aap log padhte hain, samajhte hain kuch bhi nahin. to maine ek misaal</w:t>
      </w:r>
    </w:p>
    <w:p>
      <w:pPr>
        <w:jc w:val="right"/>
      </w:pPr>
      <w:r>
        <w:t>میں نے کہا قرآن آپ لوگ پڑھتے ہیں، سمجھتے ہیں کچھ بھی نہیں۔ تو میں نے ایک مثال</w:t>
      </w:r>
    </w:p>
    <w:p>
      <w:r>
        <w:rPr>
          <w:b/>
        </w:rPr>
        <w:t xml:space="preserve">[26:14] </w:t>
      </w:r>
      <w:r>
        <w:t>di. rasool Allah salallahu alaihi wasallam ko jab pehli baar yaani aaya woh revelation aaya, pehli quran ki.</w:t>
      </w:r>
    </w:p>
    <w:p>
      <w:pPr>
        <w:jc w:val="right"/>
      </w:pPr>
      <w:r>
        <w:t>دی۔ رسول اللہ صلی اللہ علیہ وسلم کو جب پہلی بار یعنی آیا وہ ریولیشن آیا، پہلی قرآن کی۔</w:t>
      </w:r>
    </w:p>
    <w:p>
      <w:r>
        <w:rPr>
          <w:b/>
        </w:rPr>
        <w:t xml:space="preserve">[26:24] </w:t>
      </w:r>
      <w:r>
        <w:t>to aap us mein queue mein the. wahan par aap the to wahan par angel aaye, jibril.</w:t>
      </w:r>
    </w:p>
    <w:p>
      <w:pPr>
        <w:jc w:val="right"/>
      </w:pPr>
      <w:r>
        <w:t>تو آپ اس میں کیو میں تھے۔ وہاں پر آپ تھے تو وہاں پر اینجل آئے، جبرائیل۔</w:t>
      </w:r>
    </w:p>
    <w:p>
      <w:r>
        <w:rPr>
          <w:b/>
        </w:rPr>
        <w:t xml:space="preserve">[26:32] </w:t>
      </w:r>
      <w:r>
        <w:t>inka iqra ya Muhammad. ae ya Muhammad iqra. ya Muhammad iqra. yeh hadith mein hai yeh.</w:t>
      </w:r>
    </w:p>
    <w:p>
      <w:pPr>
        <w:jc w:val="right"/>
      </w:pPr>
      <w:r>
        <w:t>ان کا اقراء یا محمد۔ اے یا محمد اقراء۔ یا محمد اقراء۔ یہ حدیث میں ہے یہ۔</w:t>
      </w:r>
    </w:p>
    <w:p>
      <w:r>
        <w:rPr>
          <w:b/>
        </w:rPr>
        <w:t xml:space="preserve">[26:43] </w:t>
      </w:r>
      <w:r>
        <w:t>to aap kehte hain ke ma ana biqari. main to padha likha aadmi nahin hoon. woh phir kehte hain ke ya Muhammad iqra. ae Muhammad padho.</w:t>
      </w:r>
    </w:p>
    <w:p>
      <w:pPr>
        <w:jc w:val="right"/>
      </w:pPr>
      <w:r>
        <w:t>تو آپ کہتے ہیں کہ ما انا بقاری۔ میں تو پڑھا لکھا آدمی نہیں ہوں۔ وہ پھر کہتے ہیں کہ یا محمد اقراء۔ اے محمد پڑھو۔</w:t>
      </w:r>
    </w:p>
    <w:p>
      <w:r>
        <w:rPr>
          <w:b/>
        </w:rPr>
        <w:t xml:space="preserve">[26:52] </w:t>
      </w:r>
      <w:r>
        <w:t>phir woh kehte hain ke ma ana biqari. main to padha hua nahin hoon. woh phir kehte hain ke ya Muhammad iqra. ae Muhammad padho. woh phir kehte hain ke ma ana biqari.</w:t>
      </w:r>
    </w:p>
    <w:p>
      <w:pPr>
        <w:jc w:val="right"/>
      </w:pPr>
      <w:r>
        <w:t>پھر وہ کہتے ہیں کہ ما انا بقاری۔ میں تو پڑھا ہوا نہیں ہوں۔ وہ پھر کہتے ہیں کہ یا محمد اقراء۔ اے محمد پڑھو۔ وہ پھر کہتے ہیں کہ ما انا بقاری۔</w:t>
      </w:r>
    </w:p>
    <w:p>
      <w:r>
        <w:rPr>
          <w:b/>
        </w:rPr>
        <w:t xml:space="preserve">[27:03] </w:t>
      </w:r>
      <w:r>
        <w:t>maine kaha is ko sochiye ke is ka matlab kya hai. yeh bohat bada lesson hai yeh. is ka matlab kya hai ke nahin padhna aata tab bhi padho.</w:t>
      </w:r>
    </w:p>
    <w:p>
      <w:pPr>
        <w:jc w:val="right"/>
      </w:pPr>
      <w:r>
        <w:t>میں نے کہا اس کو سوچیے کہ اس کا مطلب کیا ہے۔ یہ بہت بڑا لیسن ہے یہ۔ اس کا مطلب کیا ہے کہ نہیں پڑھنا آتا تب بھی پڑھو۔</w:t>
      </w:r>
    </w:p>
    <w:p>
      <w:r>
        <w:rPr>
          <w:b/>
        </w:rPr>
        <w:t xml:space="preserve">[27:13] </w:t>
      </w:r>
      <w:r>
        <w:t>nahin padhna aata tab bhi padho.</w:t>
      </w:r>
    </w:p>
    <w:p>
      <w:pPr>
        <w:jc w:val="right"/>
      </w:pPr>
      <w:r>
        <w:t>نہیں پڑھنا آتا تب بھی پڑھو۔</w:t>
      </w:r>
    </w:p>
    <w:p>
      <w:r>
        <w:rPr>
          <w:b/>
        </w:rPr>
        <w:t xml:space="preserve">[27:18] </w:t>
      </w:r>
      <w:r>
        <w:t>main Khuda ke waste yeh keh sakta hoon ke main maine is par amal kiya hai. aaj se bohat pehle ki baat hai jab main Adam barh mein tha. main samajhta hoon ke kam se kam saath saal to ho gaye honge.</w:t>
      </w:r>
    </w:p>
    <w:p>
      <w:pPr>
        <w:jc w:val="right"/>
      </w:pPr>
      <w:r>
        <w:t>میں خدا کے واسطے یہ کہہ سکتا ہوں کہ میں میں نے اس پر عمل کیا ہے۔ آج سے بہت پہلے کی بات ہے جب میں آدم باڑ میں تھا۔ میں سمجھتا ہوں کہ کم سے کم ساٹھ سال تو ہو گئے ہوں گے۔</w:t>
      </w:r>
    </w:p>
    <w:p>
      <w:r>
        <w:rPr>
          <w:b/>
        </w:rPr>
        <w:t xml:space="preserve">[27:32] </w:t>
      </w:r>
      <w:r>
        <w:t>ya is se bhi zyada. to main angrezi akhbar le kar aise hi wahan baqi manzil mein hum log rehte the, wahan par aise hi main tha.</w:t>
      </w:r>
    </w:p>
    <w:p>
      <w:pPr>
        <w:jc w:val="right"/>
      </w:pPr>
      <w:r>
        <w:t>یا اس سے بھی زیادہ۔ تو میں انگریزی اخبار لے کر ایسے ہی وہاں باقی منزل میں ہم لوگ رہتے تھے، وہاں پر ایسے ہی میں تھا۔</w:t>
      </w:r>
    </w:p>
    <w:p>
      <w:r>
        <w:rPr>
          <w:b/>
        </w:rPr>
        <w:t xml:space="preserve">[27:41] </w:t>
      </w:r>
      <w:r>
        <w:t>liye hue tha. to</w:t>
      </w:r>
    </w:p>
    <w:p>
      <w:pPr>
        <w:jc w:val="right"/>
      </w:pPr>
      <w:r>
        <w:t>لیے ہوئے تھا۔ تو</w:t>
      </w:r>
    </w:p>
    <w:p>
      <w:r>
        <w:rPr>
          <w:b/>
        </w:rPr>
        <w:t xml:space="preserve">[27:44] </w:t>
      </w:r>
      <w:r>
        <w:t>ek hamare saathi the, un ka naam tha Maulana Shahbaz Nadvi. woh bechare mar gaye ab. to aaye, unhon ne dekha ke main angrezi akhbar liye baitha hoon.</w:t>
      </w:r>
    </w:p>
    <w:p>
      <w:pPr>
        <w:jc w:val="right"/>
      </w:pPr>
      <w:r>
        <w:t>ایک ہمارے ساتھی تھے، ان کا نام تھا مولانا شہباز ندوی۔ وہ بیچارے مر گئے اب۔ تو آئے، انہوں نے دیکھا کہ میں انگریزی اخبار لیے بیٹھا ہوں۔</w:t>
      </w:r>
    </w:p>
    <w:p>
      <w:r>
        <w:rPr>
          <w:b/>
        </w:rPr>
        <w:t xml:space="preserve">[27:53] </w:t>
      </w:r>
      <w:r>
        <w:t>shayad woh Hindustan Times tha. to hans kar kehte hain, ae kuch samajhte bhi hain ke aise hi angrezi akhbar padh rahe hain.</w:t>
      </w:r>
    </w:p>
    <w:p>
      <w:pPr>
        <w:jc w:val="right"/>
      </w:pPr>
      <w:r>
        <w:t>شاید وہ ہندوستان ٹائمز تھا۔ تو ہنس کر کہتے ہیں، اے کچھ سمجھتے بھی ہیں کہ ایسے ہی انگریزی اخبار پڑھ رہے ہیں۔</w:t>
      </w:r>
    </w:p>
    <w:p>
      <w:r>
        <w:rPr>
          <w:b/>
        </w:rPr>
        <w:t xml:space="preserve">[28:03] </w:t>
      </w:r>
      <w:r>
        <w:t>kuch samajhte bhi hain ke aise hi angrezi akhbar padh rahe hain. haalankeh woh sahab jo the, woh quran ko padhate the madrase mein.</w:t>
      </w:r>
    </w:p>
    <w:p>
      <w:pPr>
        <w:jc w:val="right"/>
      </w:pPr>
      <w:r>
        <w:t>کچھ سمجھتے بھی ہیں کہ ایسے ہی انگریزی اخبار پڑھ رہے ہیں۔ حالانکہ وہ صاحب جو تھے، وہ قرآن کو پڑھاتے تھے مدرسے میں۔</w:t>
      </w:r>
    </w:p>
    <w:p>
      <w:r>
        <w:rPr>
          <w:b/>
        </w:rPr>
        <w:t xml:space="preserve">[28:12] </w:t>
      </w:r>
      <w:r>
        <w:t>woh madrase mein quran padhate the. aur hum se keh rahe hain ke aap samajhte bhi hain ke aise hi padh rahe hain angrezi. to quran ko padhane wale, quran ko padhne wale bhi samajhte nahin quran mein kya message diya gaya hai.</w:t>
      </w:r>
    </w:p>
    <w:p>
      <w:pPr>
        <w:jc w:val="right"/>
      </w:pPr>
      <w:r>
        <w:t>وہ مدرسے میں قرآن پڑھاتے تھے۔ اور ہم سے کہہ رہے ہیں کہ آپ سمجھتے بھی ہیں کہ ایسے ہی پڑھ رہے ہیں انگریزی۔ تو قرآن کو پڑھانے والے، قرآن کو پڑھنے والے بھی سمجھتے نہیں قرآن میں کیا میسج دیا گیا ہے۔</w:t>
      </w:r>
    </w:p>
    <w:p>
      <w:r>
        <w:rPr>
          <w:b/>
        </w:rPr>
        <w:t xml:space="preserve">[28:27] </w:t>
      </w:r>
      <w:r>
        <w:t>yeh message diya gaya hai ke nahin padhna aata tab bhi padho. English nahin aati tab bhi English seekho. yeh kitna bada message hai yeh quran majeed mein.</w:t>
      </w:r>
    </w:p>
    <w:p>
      <w:pPr>
        <w:jc w:val="right"/>
      </w:pPr>
      <w:r>
        <w:t>یہ میسج دیا گیا ہے کہ نہیں پڑھنا آتا تب بھی پڑھو۔ انگلش نہیں آتی تب بھی انگلش سیکھو۔ یہ کتنا بڑا میسج ہے یہ قرآن مجید میں۔</w:t>
      </w:r>
    </w:p>
    <w:p>
      <w:r>
        <w:rPr>
          <w:b/>
        </w:rPr>
        <w:t xml:space="preserve">[28:39] </w:t>
      </w:r>
      <w:r>
        <w:t>logon ko, koi logon ko pata nahin kis kis kis baat ka.</w:t>
      </w:r>
    </w:p>
    <w:p>
      <w:pPr>
        <w:jc w:val="right"/>
      </w:pPr>
      <w:r>
        <w:t>لوگوں کو، کوئی لوگوں کو پتہ نہیں کس کس کس بات کا۔</w:t>
      </w:r>
    </w:p>
    <w:p>
      <w:r>
        <w:rPr>
          <w:b/>
        </w:rPr>
        <w:t xml:space="preserve">[28:43] </w:t>
      </w:r>
      <w:r>
        <w:t>to pehli baat yeh hai ke serious history karna chahiye. number do, observation. observation ka matlab yeh hai ke jo world around jo aap ke, aap ke charon taraf jo duniya hai.</w:t>
      </w:r>
    </w:p>
    <w:p>
      <w:pPr>
        <w:jc w:val="right"/>
      </w:pPr>
      <w:r>
        <w:t>تو پہلی بات یہ ہے کہ سیریس ہسٹری کرنا چاہیے۔ نمبر دو، آبزرویشن۔ آبزرویشن کا مطلب یہ ہے کہ جو ورلڈ اراؤنڈ جو آپ کے، آپ کے چاروں طرف جو دنیا ہے۔</w:t>
      </w:r>
    </w:p>
    <w:p>
      <w:r>
        <w:rPr>
          <w:b/>
        </w:rPr>
        <w:t xml:space="preserve">[29:00] </w:t>
      </w:r>
      <w:r>
        <w:t>us ko, us ko, us ko, us ko is mein contemplation, is mein ghor o fikr</w:t>
      </w:r>
    </w:p>
    <w:p>
      <w:pPr>
        <w:jc w:val="right"/>
      </w:pPr>
      <w:r>
        <w:t>اس کو، اس کو، اس کو، اس کو اس میں کنٹمپلیشن، اس میں غور و فکر</w:t>
      </w:r>
    </w:p>
    <w:p>
      <w:r>
        <w:rPr>
          <w:b/>
        </w:rPr>
        <w:t xml:space="preserve">[29:12] </w:t>
      </w:r>
      <w:r>
        <w:t>. raat din, har subah shaam aap ke samne cheezen aati hain.</w:t>
      </w:r>
    </w:p>
    <w:p>
      <w:pPr>
        <w:jc w:val="right"/>
      </w:pPr>
      <w:r>
        <w:t>۔ رات دن، ہر صبح شام آپ کے سامنے چیزیں آتی ہیں۔</w:t>
      </w:r>
    </w:p>
    <w:p>
      <w:r>
        <w:rPr>
          <w:b/>
        </w:rPr>
        <w:t xml:space="preserve">[29:20] </w:t>
      </w:r>
      <w:r>
        <w:t>yeh duniya aap rehte hain, yeh duniya, zameen, aasman, suraj, chand, hawa, pani. har cheez jo nature ke roop mein hai aap ke samne. har waqt aap dekhte hain.</w:t>
      </w:r>
    </w:p>
    <w:p>
      <w:pPr>
        <w:jc w:val="right"/>
      </w:pPr>
      <w:r>
        <w:t>یہ دنیا آپ رہتے ہیں، یہ دنیا، زمین، آسمان، سورج، چاند، ہوا، پانی۔ ہر چیز جو نیچر کے روپ میں ہے آپ کے سامنے۔ ہر وقت آپ دیکھتے ہیں۔</w:t>
      </w:r>
    </w:p>
    <w:p>
      <w:r>
        <w:rPr>
          <w:b/>
        </w:rPr>
        <w:t xml:space="preserve">[29:30] </w:t>
      </w:r>
      <w:r>
        <w:t>us par sochiye. is mein lesson hota hai, lesson. us par sochiye. us par ghor kijiye.</w:t>
      </w:r>
    </w:p>
    <w:p>
      <w:pPr>
        <w:jc w:val="right"/>
      </w:pPr>
      <w:r>
        <w:t>اس پر سوچیے۔ اس میں لیسن ہوتا ہے، لیسن۔ اس پر سوچیے۔ اس پر غور کیجئے۔</w:t>
      </w:r>
    </w:p>
    <w:p>
      <w:r>
        <w:rPr>
          <w:b/>
        </w:rPr>
        <w:t xml:space="preserve">[29:38] </w:t>
      </w:r>
      <w:r>
        <w:t>is mein aap ko intellectual food mile ga. is mein aap ko spiritual food mile ga.</w:t>
      </w:r>
    </w:p>
    <w:p>
      <w:pPr>
        <w:jc w:val="right"/>
      </w:pPr>
      <w:r>
        <w:t>اس میں آپ کو انٹلیکچول فوڈ ملے گا۔ اس میں آپ کو اسپریچول فوڈ ملے گا۔</w:t>
      </w:r>
    </w:p>
    <w:p>
      <w:r>
        <w:rPr>
          <w:b/>
        </w:rPr>
        <w:t xml:space="preserve">[29:45] </w:t>
      </w:r>
      <w:r>
        <w:t>to aik taraf history, is se intellectual awakening ho gi. aur doosri taraf aap ke aas paas jo dunya hai, is par sochana, is par ghhor karna.</w:t>
      </w:r>
    </w:p>
    <w:p>
      <w:pPr>
        <w:jc w:val="right"/>
      </w:pPr>
      <w:r>
        <w:t>تو ایک طرف ہسٹری، اس سے انٹلیکچول اویکننگ ہوگی۔ اور دوسری طرف آپ کے آس پاس جو دنیا ہے، اس پر سوچنا، اس پر غور کرنا۔</w:t>
      </w:r>
    </w:p>
    <w:p>
      <w:r>
        <w:rPr>
          <w:b/>
        </w:rPr>
        <w:t xml:space="preserve">[29:58] </w:t>
      </w:r>
      <w:r>
        <w:t>jaise mein ne aik qissa bataya tha aap ko is se pehle aik sahabi ka. ke un ki, un se poocha gaya un ki biwi se ke un ki ibad</w:t>
      </w:r>
    </w:p>
    <w:p>
      <w:pPr>
        <w:jc w:val="right"/>
      </w:pPr>
      <w:r>
        <w:t>جیسے میں نے ایک قصہ بتایا تھا آپ کو اس سے پہلے ایک صحابی کا۔ کہ ان کی، ان سے پوچھا گیا ان کی بیوی سے کہ ان کی عباد</w:t>
      </w:r>
    </w:p>
    <w:p>
      <w:r>
        <w:rPr>
          <w:b/>
        </w:rPr>
        <w:t xml:space="preserve">[30:07] </w:t>
      </w:r>
      <w:r>
        <w:t>t kya hai? to un ki biwi ne kaha ke al tafakkur wal aitbar, sochana. un ki ibadat hai sochana. aaj kisi se kaha jaye ke sochana ibadat hai to kisi ko samajh mein nahi aye ga.</w:t>
      </w:r>
    </w:p>
    <w:p>
      <w:pPr>
        <w:jc w:val="right"/>
      </w:pPr>
      <w:r>
        <w:t>ت کیا ہے؟ تو ان کی بیوی نے کہا کہ التفکر والاعتبار، سوچنا۔ ان کی عبادت ہے سوچنا۔ آج کسی سے کہا جائے کہ سوچنا عبادت ہے تو کسی کو سمجھ میں نہیں آئے گا۔</w:t>
      </w:r>
    </w:p>
    <w:p>
      <w:r>
        <w:rPr>
          <w:b/>
        </w:rPr>
        <w:t xml:space="preserve">[30:21] </w:t>
      </w:r>
      <w:r>
        <w:t>aap samajhte hain ke ibadat naam hai. bohat ziyada rakatein parho.</w:t>
      </w:r>
    </w:p>
    <w:p>
      <w:pPr>
        <w:jc w:val="right"/>
      </w:pPr>
      <w:r>
        <w:t>آپ سمجھتے ہیں کہ عبادت نام ہے۔ بہت زیادہ رکعتیں پڑھو۔</w:t>
      </w:r>
    </w:p>
    <w:p>
      <w:r>
        <w:rPr>
          <w:b/>
        </w:rPr>
        <w:t xml:space="preserve">[30:28] </w:t>
      </w:r>
      <w:r>
        <w:t>namaz ko aik set of ritual samajhte hain, usi ko dohrate raho. to un ki wife ne kaha ke un ki ibadat thi sochana.</w:t>
      </w:r>
    </w:p>
    <w:p>
      <w:pPr>
        <w:jc w:val="right"/>
      </w:pPr>
      <w:r>
        <w:t>نماز کو ایک سیٹ آف ریچول سمجھتے ہیں، اسی کو دہراتے رہو۔ تو ان کی وائف نے کہا کہ ان کی عبادت تھی سوچنا۔</w:t>
      </w:r>
    </w:p>
    <w:p>
      <w:r>
        <w:rPr>
          <w:b/>
        </w:rPr>
        <w:t xml:space="preserve">[30:37] </w:t>
      </w:r>
      <w:r>
        <w:t>matlab namaz ke ilawa. to aik din un ke ghar ke samne se kya hua ke aik aik bulk card guzri, bail gaari.</w:t>
      </w:r>
    </w:p>
    <w:p>
      <w:pPr>
        <w:jc w:val="right"/>
      </w:pPr>
      <w:r>
        <w:t>مطلب نماز کے علاوہ۔ تو ایک دن ان کے گھر کے سامنے سے کیا ہوا کہ ایک ایک بلک کارڈ گزری، بیل گاڑی۔</w:t>
      </w:r>
    </w:p>
    <w:p>
      <w:r>
        <w:rPr>
          <w:b/>
        </w:rPr>
        <w:t xml:space="preserve">[30:48] </w:t>
      </w:r>
      <w:r>
        <w:t>to aisa hua ke aik bail jo tha wo baith gaya aur aik bail jo hai, koi yoke mein do bail thay. aik baith gaya, aik aik khara raha.</w:t>
      </w:r>
    </w:p>
    <w:p>
      <w:pPr>
        <w:jc w:val="right"/>
      </w:pPr>
      <w:r>
        <w:t>تو ایسا ہوا کہ ایک بیل جو تھا وہ بیٹھ گیا اور ایک بیل جو ہے، کوئی یوک میں دو بیل تھے۔ ایک بیٹھ گیا، ایک ایک کھڑا رہا۔</w:t>
      </w:r>
    </w:p>
    <w:p>
      <w:r>
        <w:rPr>
          <w:b/>
        </w:rPr>
        <w:t xml:space="preserve">[30:58] </w:t>
      </w:r>
      <w:r>
        <w:t>to jo baith gaya, us ko jo cart man tha, us ne mara us ko. phir wo bhi khara ho gaya, phir gaari chalne lagi.</w:t>
      </w:r>
    </w:p>
    <w:p>
      <w:pPr>
        <w:jc w:val="right"/>
      </w:pPr>
      <w:r>
        <w:t>تو جو بیٹھ گیا، اس کو جو کارٹ مین تھا، اس نے مارا اس کو۔ پھر وہ بھی کھڑا ہو گیا، پھر گاڑی چلنے لگی۔</w:t>
      </w:r>
    </w:p>
    <w:p>
      <w:r>
        <w:rPr>
          <w:b/>
        </w:rPr>
        <w:t xml:space="preserve">[31:06] </w:t>
      </w:r>
      <w:r>
        <w:t>to us ne kaha ke in fi is mein bhi aik naseehat hai. naseehat kya? jo duty par raha wo bach gaya.</w:t>
      </w:r>
    </w:p>
    <w:p>
      <w:pPr>
        <w:jc w:val="right"/>
      </w:pPr>
      <w:r>
        <w:t>تو اس نے کہا کہ ان فی اس میں بھی ایک نصیحت ہے۔ نصیحت کیا؟ جو ڈیوٹی پر رہا وہ بچ گیا۔</w:t>
      </w:r>
    </w:p>
    <w:p>
      <w:r>
        <w:rPr>
          <w:b/>
        </w:rPr>
        <w:t xml:space="preserve">[31:17] </w:t>
      </w:r>
      <w:r>
        <w:t>aur jo duty se hata wo mara gaya. matlab aik aik worldly scene mein unhon ne kya dekh liya?</w:t>
      </w:r>
    </w:p>
    <w:p>
      <w:pPr>
        <w:jc w:val="right"/>
      </w:pPr>
      <w:r>
        <w:t>اور جو ڈیوٹی سے ہٹا وہ مارا گیا۔ مطلب ایک ایک ورلڈلی سین میں انہوں نے کیا دیکھ لیا؟</w:t>
      </w:r>
    </w:p>
    <w:p>
      <w:r>
        <w:rPr>
          <w:b/>
        </w:rPr>
        <w:t xml:space="preserve">[31:28] </w:t>
      </w:r>
      <w:r>
        <w:t>world hereafter ko dekh liya. yeh hai observation.</w:t>
      </w:r>
    </w:p>
    <w:p>
      <w:pPr>
        <w:jc w:val="right"/>
      </w:pPr>
      <w:r>
        <w:t>ورلڈ ہیئر آفٹر کو دیکھ لیا۔ یہ ہے آبزرویشن۔</w:t>
      </w:r>
    </w:p>
    <w:p>
      <w:r>
        <w:rPr>
          <w:b/>
        </w:rPr>
        <w:t xml:space="preserve">[31:34] </w:t>
      </w:r>
      <w:r>
        <w:t>to dunya mein aap is tarah rahen ke har cheez ko aap sochen. har cheez ko sochen, har cheez ko sochen. is se aap ko ke is mein aata hai Quran majeed mein ke Hazrat Zakariya jo thay, jo un ke woh thay sarparast Hazrat Maryam ke.</w:t>
      </w:r>
    </w:p>
    <w:p>
      <w:pPr>
        <w:jc w:val="right"/>
      </w:pPr>
      <w:r>
        <w:t>تو دنیا میں آپ اس طرح رہیں کہ ہر چیز کو آپ سوچیں۔ ہر چیز کو سوچیں، ہر چیز کو سوچیں۔ اس سے آپ کو کہ اس میں آتا ہے قرآن مجید میں کہ حضرت زکریا جو تھے، جو ان کے وہ تھے سرپرست حضرت مریم کے۔</w:t>
      </w:r>
    </w:p>
    <w:p>
      <w:r>
        <w:rPr>
          <w:b/>
        </w:rPr>
        <w:t xml:space="preserve">[31:53] </w:t>
      </w:r>
      <w:r>
        <w:t>to Quran mein aata hai ke jab bhi wo jatay thay Hazrat Maryam ke paas, wahan par theen wo Jerusalem mein.</w:t>
      </w:r>
    </w:p>
    <w:p>
      <w:pPr>
        <w:jc w:val="right"/>
      </w:pPr>
      <w:r>
        <w:t>تو قرآن میں آتا ہے کہ جب بھی وہ جاتے تھے حضرت مریم کے پاس، وہاں پر تھیں وہ یروشلم میں۔</w:t>
      </w:r>
    </w:p>
    <w:p>
      <w:r>
        <w:rPr>
          <w:b/>
        </w:rPr>
        <w:t xml:space="preserve">[32:03] </w:t>
      </w:r>
      <w:r>
        <w:t>wajad intaha rizqah, jab bhi atay thay wo to un ke paas rizq paate thay.</w:t>
      </w:r>
    </w:p>
    <w:p>
      <w:pPr>
        <w:jc w:val="right"/>
      </w:pPr>
      <w:r>
        <w:t>وجد انتہا رزقہ، جب بھی آتے تھے وہ تو ان کے پاس رزق پاتے تھے۔</w:t>
      </w:r>
    </w:p>
    <w:p>
      <w:r>
        <w:rPr>
          <w:b/>
        </w:rPr>
        <w:t xml:space="preserve">[32:11] </w:t>
      </w:r>
      <w:r>
        <w:t>wajad intaha rizqah, un ke paas rizq paate thay. ab logon ne kya samajh liya? ke phall un par hotay thay. yani apne third class ke zehn ko le kar ke hum Quran parhte hain.</w:t>
      </w:r>
    </w:p>
    <w:p>
      <w:pPr>
        <w:jc w:val="right"/>
      </w:pPr>
      <w:r>
        <w:t>وجد انتہا رزقہ، ان کے پاس رزق پاتے تھے۔ اب لوگوں نے کیا سمجھ لیا؟ کہ پھل ان پر ہوتے تھے۔ یعنی اپنے تھرڈ کلاس کے ذہن کو لے کر کے ہم قرآن پڑھتے ہیں۔</w:t>
      </w:r>
    </w:p>
    <w:p>
      <w:r>
        <w:rPr>
          <w:b/>
        </w:rPr>
        <w:t xml:space="preserve">[32:22] </w:t>
      </w:r>
      <w:r>
        <w:t>hum sab se bari cheez yahi samajhte hain ke be mausam ke phall humein milne lagay. Khuda ke nazdeek bari cheez nahi hai yeh.</w:t>
      </w:r>
    </w:p>
    <w:p>
      <w:pPr>
        <w:jc w:val="right"/>
      </w:pPr>
      <w:r>
        <w:t>ہم سب سے بڑی چیز یہی سمجھتے ہیں کہ بے موسم کے پھل ہمیں ملنے لگے۔ خدا کے نزدیک بڑی چیز نہیں ہے یہ۔</w:t>
      </w:r>
    </w:p>
    <w:p>
      <w:r>
        <w:rPr>
          <w:b/>
        </w:rPr>
        <w:t xml:space="preserve">[32:32] </w:t>
      </w:r>
      <w:r>
        <w:t>Khuda ke nazdeek rizq, spiritual food, intellectual food. to un ke paas jab atay thay to wo bari bari baatein karte thay.</w:t>
      </w:r>
    </w:p>
    <w:p>
      <w:pPr>
        <w:jc w:val="right"/>
      </w:pPr>
      <w:r>
        <w:t>خدا کے نزدیک رزق، اسپریچول فوڈ، انٹلیکچول فوڈ۔ تو ان کے پاس جب آتے تھے تو وہ بڑی بڑی باتیں کرتے تھے۔</w:t>
      </w:r>
    </w:p>
    <w:p>
      <w:r>
        <w:rPr>
          <w:b/>
        </w:rPr>
        <w:t xml:space="preserve">[32:41] </w:t>
      </w:r>
      <w:r>
        <w:t>wisdom ki baat, spirituality ki baat, God consciousness ki baat. to us ko unhon ne poocha ke bhai yeh tum ko kaise yeh baatein? kahan se sikhti ho tum?</w:t>
      </w:r>
    </w:p>
    <w:p>
      <w:pPr>
        <w:jc w:val="right"/>
      </w:pPr>
      <w:r>
        <w:t>وزڈم کی بات، اسپریچولٹی کی بات، گاڈ کانشیسنس کی بات۔ تو اس کو انہوں نے پوچھا کہ بھئی یہ تم کو کیسے یہ باتیں؟ کہاں سے سیکھتی ہو تم؟</w:t>
      </w:r>
    </w:p>
    <w:p>
      <w:r>
        <w:rPr>
          <w:b/>
        </w:rPr>
        <w:t xml:space="preserve">[32:54] </w:t>
      </w:r>
      <w:r>
        <w:t>to wajad intaha rizqah jo hai Quran majeed mein, wo isi maani mein hai ke Maryam ke paas wo spiritual item paate thay, intellectual item paate thay.</w:t>
      </w:r>
    </w:p>
    <w:p>
      <w:pPr>
        <w:jc w:val="right"/>
      </w:pPr>
      <w:r>
        <w:t>تو وجد انتہا رزقہ جو ہے قرآن مجید میں، وہ اسی معنی میں ہے کہ مریم کے پاس وہ اسپریچول آئٹم پاتے تھے، انٹلیکچول آئٹم پاتے تھے۔</w:t>
      </w:r>
    </w:p>
    <w:p>
      <w:r>
        <w:rPr>
          <w:b/>
        </w:rPr>
        <w:t xml:space="preserve">[33:08] </w:t>
      </w:r>
      <w:r>
        <w:t>yeh humein, hum ko aap ko yeh lena hai dunya se. dunya se humein intellectual food lena hai, spiritual food lena hai.</w:t>
      </w:r>
    </w:p>
    <w:p>
      <w:pPr>
        <w:jc w:val="right"/>
      </w:pPr>
      <w:r>
        <w:t>یہ ہمیں، ہم کو آپ کو یہ لینا ہے دنیا سے۔ دنیا سے ہمیں انٹلیکچول فوڈ لینا ہے، اسپریچول فوڈ لینا ہے۔</w:t>
      </w:r>
    </w:p>
    <w:p>
      <w:r>
        <w:rPr>
          <w:b/>
        </w:rPr>
        <w:t xml:space="preserve">[33:17] </w:t>
      </w:r>
      <w:r>
        <w:t>aur wo har waqt rehta hai hamare paas aas paas.</w:t>
      </w:r>
    </w:p>
    <w:p>
      <w:pPr>
        <w:jc w:val="right"/>
      </w:pPr>
      <w:r>
        <w:t>اور وہ ہر وقت رہتا ہے ہمارے پاس آس پاس۔</w:t>
      </w:r>
    </w:p>
    <w:p>
      <w:r>
        <w:rPr>
          <w:b/>
        </w:rPr>
        <w:t xml:space="preserve">[33:22] </w:t>
      </w:r>
      <w:r>
        <w:t>har cheez mein, jo bhi aap dekhen, usi mein wo food maujood hai. har cheez mein maujood hai. to history, observation.</w:t>
      </w:r>
    </w:p>
    <w:p>
      <w:pPr>
        <w:jc w:val="right"/>
      </w:pPr>
      <w:r>
        <w:t>ہر چیز میں، جو بھی آپ دیکھیں، اسی میں وہ فوڈ موجود ہے۔ ہر چیز میں موجود ہے۔ تو ہسٹری، آبزرویشن۔</w:t>
      </w:r>
    </w:p>
    <w:p>
      <w:r>
        <w:rPr>
          <w:b/>
        </w:rPr>
        <w:t xml:space="preserve">[33:31] </w:t>
      </w:r>
      <w:r>
        <w:t>aur teesri cheez jo hai wo hai exchange. dekhen, intellectual exchange bohat hi ziyada zaroori hai.</w:t>
      </w:r>
    </w:p>
    <w:p>
      <w:pPr>
        <w:jc w:val="right"/>
      </w:pPr>
      <w:r>
        <w:t>اور تیسری چیز جو ہے وہ ہے ایکسچینج۔ دیکھیں، انٹلیکچول ایکسچینج بہت ہی زیادہ ضروری ہے۔</w:t>
      </w:r>
    </w:p>
    <w:p>
      <w:r>
        <w:rPr>
          <w:b/>
        </w:rPr>
        <w:t xml:space="preserve">[33:42] </w:t>
      </w:r>
      <w:r>
        <w:t>intellectual exchange ke baghair aap history karen, tab bhi aap ki knowledge adhuri rahe gi. observation karen, tab bhi aap ki knowledge adhuri rahe gi.</w:t>
      </w:r>
    </w:p>
    <w:p>
      <w:pPr>
        <w:jc w:val="right"/>
      </w:pPr>
      <w:r>
        <w:t>انٹلیکچول ایکسچینج کے بغیر آپ ہسٹری کریں، تب بھی آپ کی نالج ادھوری رہے گی۔ آبزرویشن کریں، تب بھی آپ کی نالج ادھوری رہے گی۔</w:t>
      </w:r>
    </w:p>
    <w:p>
      <w:r>
        <w:rPr>
          <w:b/>
        </w:rPr>
        <w:t xml:space="preserve">[33:51] </w:t>
      </w:r>
      <w:r>
        <w:t>exchange bohat zaroori hai. exchange ka matlab kya hai? khuda ne iska demonstration de rakha hai. do pathar ko aap takrayen to ek third cheez emerge karti hai, woh hai sparking.</w:t>
      </w:r>
    </w:p>
    <w:p>
      <w:pPr>
        <w:jc w:val="right"/>
      </w:pPr>
      <w:r>
        <w:t>ایکسچینج بہت ضروری ہے۔ ایکسچینج کا مطلب کیا ہے؟ خدا نے اس کا ڈیمونسٹریشن دے رکھا ہے۔ دو پتھر کو آپ ٹکرائیں تو ایک تھرڈ چیز ایمرج کرتی ہے، وہ ہے اسپارکنگ۔</w:t>
      </w:r>
    </w:p>
    <w:p>
      <w:r>
        <w:rPr>
          <w:b/>
        </w:rPr>
        <w:t xml:space="preserve">[34:06] </w:t>
      </w:r>
      <w:r>
        <w:t>aap do pathar ko jab takrate hain to kya hota hai? ek third cheez emerge karti hai, woh hai sparking. aise hi jab do mind jab takrate hain to wahan bhi ek third cheez emerge karti hai.</w:t>
      </w:r>
    </w:p>
    <w:p>
      <w:pPr>
        <w:jc w:val="right"/>
      </w:pPr>
      <w:r>
        <w:t>آپ دو پتھر کو جب ٹکراتے ہیں تو کیا ہوتا ہے؟ ایک تھرڈ چیز ایمرج کرتی ہے، وہ ہے اسپارکنگ۔ ایسے ہی جب دو مائنڈ جب ٹکراتے ہیں تو وہاں بھی ایک تھرڈ چیز ایمرج کرتی ہے۔</w:t>
      </w:r>
    </w:p>
    <w:p>
      <w:r>
        <w:rPr>
          <w:b/>
        </w:rPr>
        <w:t xml:space="preserve">[34:18] </w:t>
      </w:r>
      <w:r>
        <w:t>naye ideas, nayi wisdom, naya aspect kisi muamle ka. yeh bohat hi zaroori hai.</w:t>
      </w:r>
    </w:p>
    <w:p>
      <w:pPr>
        <w:jc w:val="right"/>
      </w:pPr>
      <w:r>
        <w:t>نئے آئیڈیاز، نئی وزڈم، نیا آسپیکٹ کسی معاملے کا۔ یہ بہت ہی ضروری ہے۔</w:t>
      </w:r>
    </w:p>
    <w:p>
      <w:r>
        <w:rPr>
          <w:b/>
        </w:rPr>
        <w:t xml:space="preserve">[34:28] </w:t>
      </w:r>
      <w:r>
        <w:t>abhi habib bhai haiderabad ke un se baat karti hui mein ne kaha ke khuda ne natural tor par humein intellectual partner de rakha hai.</w:t>
      </w:r>
    </w:p>
    <w:p>
      <w:pPr>
        <w:jc w:val="right"/>
      </w:pPr>
      <w:r>
        <w:t>ابھی حبیب بھائی حیدرآباد کے ان سے بات کرتی ہوئی میں نے کہا کہ خدا نے نیچرل طور پر ہمیں انٹلیکچول پارٹنر دے رکھا ہے۔</w:t>
      </w:r>
    </w:p>
    <w:p>
      <w:r>
        <w:rPr>
          <w:b/>
        </w:rPr>
        <w:t xml:space="preserve">[34:38] </w:t>
      </w:r>
      <w:r>
        <w:t>woh hamare ghar ke log hain.</w:t>
      </w:r>
    </w:p>
    <w:p>
      <w:pPr>
        <w:jc w:val="right"/>
      </w:pPr>
      <w:r>
        <w:t>وہ ہمارے گھر کے لوگ ہیں۔</w:t>
      </w:r>
    </w:p>
    <w:p>
      <w:r>
        <w:rPr>
          <w:b/>
        </w:rPr>
        <w:t xml:space="preserve">[34:41] </w:t>
      </w:r>
      <w:r>
        <w:t>mein ne un se kaha ke dekhen, har aadmi ko khuda ne yeh mauqa de rakha hai ke us ki ek team one aur team two ho us ke paas.</w:t>
      </w:r>
    </w:p>
    <w:p>
      <w:pPr>
        <w:jc w:val="right"/>
      </w:pPr>
      <w:r>
        <w:t>میں نے ان سے کہا کہ دیکھیں، ہر آدمی کو خدا نے یہ موقع دے رکھا ہے کہ اس کی ایک ٹیم ون اور ٹیم ٹو ہو اس کے پاس۔</w:t>
      </w:r>
    </w:p>
    <w:p>
      <w:r>
        <w:rPr>
          <w:b/>
        </w:rPr>
        <w:t xml:space="preserve">[34:52] </w:t>
      </w:r>
      <w:r>
        <w:t>team one kya hai? us ki family hai. team two hai kya hai? woh doosre log hain. to log doosre logon ke peeche to bohat daurte hain, team two ke peeche.</w:t>
      </w:r>
    </w:p>
    <w:p>
      <w:pPr>
        <w:jc w:val="right"/>
      </w:pPr>
      <w:r>
        <w:t>ٹیم ون کیا ہے؟ اس کی فیملی ہے۔ ٹیم ٹو ہے کیا ہے؟ وہ دوسرے لوگ ہیں۔ تو لوگ دوسرے لوگوں کے پیچھے تو بہت دوڑتے ہیں، ٹیم ٹو کے پیچھے۔</w:t>
      </w:r>
    </w:p>
    <w:p>
      <w:r>
        <w:rPr>
          <w:b/>
        </w:rPr>
        <w:t xml:space="preserve">[35:01] </w:t>
      </w:r>
      <w:r>
        <w:t>lekin team one jo hai, us ke peeche nahi daurte. to har aadmi ki family jo hai, woh us ki team one hai. woh kis liye</w:t>
      </w:r>
    </w:p>
    <w:p>
      <w:pPr>
        <w:jc w:val="right"/>
      </w:pPr>
      <w:r>
        <w:t>لیکن ٹیم ون جو ہے، اس کے پیچھے نہیں دوڑتے۔ تو ہر آدمی کی فیملی جو ہے، وہ اس کی ٹیم ون ہے۔ وہ کس لیے</w:t>
      </w:r>
    </w:p>
    <w:p>
      <w:r>
        <w:rPr>
          <w:b/>
        </w:rPr>
        <w:t xml:space="preserve">[35:11] </w:t>
      </w:r>
      <w:r>
        <w:t>hai? is liye nahi ke aap khane peene ki baaten karen, furniture ki baaten karen, ho ha karen, aur shouting, woh shopping aur outing karen.</w:t>
      </w:r>
    </w:p>
    <w:p>
      <w:pPr>
        <w:jc w:val="right"/>
      </w:pPr>
      <w:r>
        <w:t>ہے؟ اس لیے نہیں کہ آپ کھانے پینے کی باتیں کریں، فرنیچر کی باتیں کریں، ہوہا کریں، اور شاؤٹنگ، وہ شاپنگ اور آؤٹنگ کریں۔</w:t>
      </w:r>
    </w:p>
    <w:p>
      <w:r>
        <w:rPr>
          <w:b/>
        </w:rPr>
        <w:t xml:space="preserve">[35:24] </w:t>
      </w:r>
      <w:r>
        <w:t>nahi. yeh to animal, yani animal level ki activities hain. yeh sab animal level ki activities hain.</w:t>
      </w:r>
    </w:p>
    <w:p>
      <w:pPr>
        <w:jc w:val="right"/>
      </w:pPr>
      <w:r>
        <w:t>نہیں۔ یہ تو اینیمل، یعنی اینیمل لیول کی ایکٹیویٹیز ہیں۔ یہ سب اینیمل لیول کی ایکٹیویٹیز ہیں۔</w:t>
      </w:r>
    </w:p>
    <w:p>
      <w:r>
        <w:rPr>
          <w:b/>
        </w:rPr>
        <w:t xml:space="preserve">[35:34] </w:t>
      </w:r>
      <w:r>
        <w:t>sab se bari cheez jo hai, woh hai intellectual exchange.</w:t>
      </w:r>
    </w:p>
    <w:p>
      <w:pPr>
        <w:jc w:val="right"/>
      </w:pPr>
      <w:r>
        <w:t>سب سے بڑی چیز جو ہے، وہ ہے انٹلیکچول ایکسچینج۔</w:t>
      </w:r>
    </w:p>
    <w:p>
      <w:r>
        <w:rPr>
          <w:b/>
        </w:rPr>
        <w:t xml:space="preserve">[35:40] </w:t>
      </w:r>
      <w:r>
        <w:t>to mein ne un se do baat kahen. ek yeh ke dekhen, family jo hoti hai, woh khuda ki taraf se ek bohat bari blessing hai.</w:t>
      </w:r>
    </w:p>
    <w:p>
      <w:pPr>
        <w:jc w:val="right"/>
      </w:pPr>
      <w:r>
        <w:t>تو میں نے ان سے دو بات کہیں۔ ایک یہ کہ دیکھیں، فیملی جو ہوتی ہے، وہ خدا کی طرف سے ایک بہت بڑی بلیسنگ ہے۔</w:t>
      </w:r>
    </w:p>
    <w:p>
      <w:r>
        <w:rPr>
          <w:b/>
        </w:rPr>
        <w:t xml:space="preserve">[35:49] </w:t>
      </w:r>
      <w:r>
        <w:t>kyun? family ko, family mein aap ko jo taluq hota hai, woh blood ka taluq hota hai, khoon ka taluq. blood relationship.</w:t>
      </w:r>
    </w:p>
    <w:p>
      <w:pPr>
        <w:jc w:val="right"/>
      </w:pPr>
      <w:r>
        <w:t>کیوں؟ فیملی کو، فیملی میں آپ کو جو تعلق ہوتا ہے، وہ بلڈ کا تعلق ہوتا ہے، خون کا تعلق۔ بلڈ ریلیشن شپ۔</w:t>
      </w:r>
    </w:p>
    <w:p>
      <w:r>
        <w:rPr>
          <w:b/>
        </w:rPr>
        <w:t xml:space="preserve">[36:01] </w:t>
      </w:r>
      <w:r>
        <w:t>bahir ke log jo hote hain, woh to aap ka interest ki wajah se ya kisi wajah se ho jata hai. lekin yeh family ke log jo hain, un se aap ka blood ka taluq hota hai.</w:t>
      </w:r>
    </w:p>
    <w:p>
      <w:pPr>
        <w:jc w:val="right"/>
      </w:pPr>
      <w:r>
        <w:t>باہر کے لوگ جو ہوتے ہیں، وہ تو آپ کا انٹرسٹ کی وجہ سے یا کسی وجہ سے ہو جاتا ہے۔ لیکن یہ فیملی کے لوگ جو ہیں، ان سے آپ کا بلڈ کا تعلق ہوتا ہے۔</w:t>
      </w:r>
    </w:p>
    <w:p>
      <w:r>
        <w:rPr>
          <w:b/>
        </w:rPr>
        <w:t xml:space="preserve">[36:10] </w:t>
      </w:r>
      <w:r>
        <w:t>aur yeh bohat hi qeemti cheez hai. blood ka jo relationship khuda ne qaim kiya hai, woh bohat hi qeemti cheez hai.</w:t>
      </w:r>
    </w:p>
    <w:p>
      <w:pPr>
        <w:jc w:val="right"/>
      </w:pPr>
      <w:r>
        <w:t>اور یہ بہت ہی قیمتی چیز ہے۔ بلڈ کا جو ریلیشن شپ خدا نے قائم کیا ہے، وہ بہت ہی قیمتی چیز ہے۔</w:t>
      </w:r>
    </w:p>
    <w:p>
      <w:r>
        <w:rPr>
          <w:b/>
        </w:rPr>
        <w:t xml:space="preserve">[36:18] </w:t>
      </w:r>
      <w:r>
        <w:t>kyun ke woh atoot hota hai. woh tootta nahi k</w:t>
      </w:r>
    </w:p>
    <w:p>
      <w:pPr>
        <w:jc w:val="right"/>
      </w:pPr>
      <w:r>
        <w:t>کیونکہ وہ اٹوٹ ہوتا ہے۔ وہ ٹوٹتا نہیں ک</w:t>
      </w:r>
    </w:p>
    <w:p>
      <w:r>
        <w:rPr>
          <w:b/>
        </w:rPr>
        <w:t xml:space="preserve">[36:22] </w:t>
      </w:r>
      <w:r>
        <w:t>bhi. ek extra, ek extra qism ka ek taluq qaim hota hai, jis se blood ka taluq jis se hota hai. aur yeh aap ke sab se qareebi log hote hain.</w:t>
      </w:r>
    </w:p>
    <w:p>
      <w:pPr>
        <w:jc w:val="right"/>
      </w:pPr>
      <w:r>
        <w:t>بھی۔ ایک ایکسٹرا، ایک ایکسٹرا قسم کا ایک تعلق قائم ہوتا ہے، جس سے بلڈ کا تعلق جس سے ہوتا ہے۔ اور یہ آپ کے سب سے قریبی لوگ ہوتے ہیں۔</w:t>
      </w:r>
    </w:p>
    <w:p>
      <w:r>
        <w:rPr>
          <w:b/>
        </w:rPr>
        <w:t xml:space="preserve">[36:34] </w:t>
      </w:r>
      <w:r>
        <w:t>un se exchange karna. is ke yeh raaz bane. kab daryaft kiya? bukhari mein ek riwayat mein parh raha tha.</w:t>
      </w:r>
    </w:p>
    <w:p>
      <w:pPr>
        <w:jc w:val="right"/>
      </w:pPr>
      <w:r>
        <w:t>ان سے ایکسچینج کرنا۔ اس کے یہ راز بنے۔ کب دریافت کیا؟ بخاری میں ایک روایت میں پڑھ رہا تھا۔</w:t>
      </w:r>
    </w:p>
    <w:p>
      <w:r>
        <w:rPr>
          <w:b/>
        </w:rPr>
        <w:t xml:space="preserve">[36:43] </w:t>
      </w:r>
      <w:r>
        <w:t>to is mein hazrat ayesha kehti hain, rasool allah ki wife, ke rasool allah rozana uthte the fajar se pehle kuch zikr o ibadat ke liye.</w:t>
      </w:r>
    </w:p>
    <w:p>
      <w:pPr>
        <w:jc w:val="right"/>
      </w:pPr>
      <w:r>
        <w:t>تو اس میں حضرت عائشہ کہتی ہیں، رسول اللہ کی وائف، کہ رسول اللہ روزانہ اٹھتے تھے فجر سے پہلے کچھ ذکر و عبادت کے لیے۔</w:t>
      </w:r>
    </w:p>
    <w:p>
      <w:r>
        <w:rPr>
          <w:b/>
        </w:rPr>
        <w:t xml:space="preserve">[36:57] </w:t>
      </w:r>
      <w:r>
        <w:t>to is mein woh kehti hain ke fan kunt mustahiqqa fa hadithni. fan kunt mustahiqqa fa hadithni.</w:t>
      </w:r>
    </w:p>
    <w:p>
      <w:pPr>
        <w:jc w:val="right"/>
      </w:pPr>
      <w:r>
        <w:t>تو اس میں وہ کہتی ہیں کہ فین کنت مستحقۃ فحدثنی۔ فین کنت مستحقۃ فحدثنی۔</w:t>
      </w:r>
    </w:p>
    <w:p>
      <w:r>
        <w:rPr>
          <w:b/>
        </w:rPr>
        <w:t xml:space="preserve">[37:06] </w:t>
      </w:r>
      <w:r>
        <w:t>agar mein jaag rahi hoti thi to mujh se baat karte the woh.</w:t>
      </w:r>
    </w:p>
    <w:p>
      <w:pPr>
        <w:jc w:val="right"/>
      </w:pPr>
      <w:r>
        <w:t>اگر میں جاگ رہی ہوتی تھی تو مجھ سے بات کرتے تھے وہ۔</w:t>
      </w:r>
    </w:p>
    <w:p>
      <w:r>
        <w:rPr>
          <w:b/>
        </w:rPr>
        <w:t xml:space="preserve">[37:10] </w:t>
      </w:r>
      <w:r>
        <w:t>kuch log samajhte hain ke aap mujh se hadith bayan karte the. yeh bilkul absurd baat hai. hadithni ke maani le liya unhon ne. hadith bayan karte the. bilkul yeh galat hai yeh.</w:t>
      </w:r>
    </w:p>
    <w:p>
      <w:pPr>
        <w:jc w:val="right"/>
      </w:pPr>
      <w:r>
        <w:t>کچھ لوگ سمجھتے ہیں کہ آپ مجھ سے حدیث بیان کرتے تھے۔ یہ بالکل ایبسرٹ بات ہے۔ حدثی کے معنی لے لیا انہوں نے۔ حدیث بیان کرتے تھے۔ بالکل یہ غلط ہے یہ۔</w:t>
      </w:r>
    </w:p>
    <w:p>
      <w:r>
        <w:rPr>
          <w:b/>
        </w:rPr>
        <w:t xml:space="preserve">[37:23] </w:t>
      </w:r>
      <w:r>
        <w:t>fan kunt mustahiqqa fa hadithni ke maani hain ke agar mein jaag rahi hoti to mujh se exchange karte the woh. intellectual exchange, discussion.</w:t>
      </w:r>
    </w:p>
    <w:p>
      <w:pPr>
        <w:jc w:val="right"/>
      </w:pPr>
      <w:r>
        <w:t>فین کنت مستحقۃ فحدثنی کے معنی ہیں کہ اگر میں جاگ رہی ہوتی تو مجھ سے ایکسچینج کرتے تھے وہ۔ انٹلیکچول ایکسچینج، ڈسکشن۔</w:t>
      </w:r>
    </w:p>
    <w:p>
      <w:r>
        <w:rPr>
          <w:b/>
        </w:rPr>
        <w:t xml:space="preserve">[37:33] </w:t>
      </w:r>
      <w:r>
        <w:t>yeh do do mind ka discussion jo hai, woh intellectual development mein bohat bara, bohat bara yeh zariya hai.</w:t>
      </w:r>
    </w:p>
    <w:p>
      <w:pPr>
        <w:jc w:val="right"/>
      </w:pPr>
      <w:r>
        <w:t>یہ دو دو مائنڈ کا ڈسکشن جو ہے، وہ انٹلیکچول ڈیولپمنٹ میں بہت بڑا، بہت بڑا یہ ذریعہ ہے۔</w:t>
      </w:r>
    </w:p>
    <w:p>
      <w:r>
        <w:rPr>
          <w:b/>
        </w:rPr>
        <w:t xml:space="preserve">[37:44] </w:t>
      </w:r>
      <w:r>
        <w:t>to khuda ne aap ko jo family di hai, jis ke sath aap ka bohat ek bohat hi khaas taluq hai blood ki wajah se, us ko train kijiye taake woh aap ka, aap ke family wale aap ka intellectual partner banen.</w:t>
      </w:r>
    </w:p>
    <w:p>
      <w:pPr>
        <w:jc w:val="right"/>
      </w:pPr>
      <w:r>
        <w:t>تو خدا نے آپ کو جو فیملی دی ہے، جس کے ساتھ آپ کا بہت ایک بہت ہی خاص تعلق ہے بلڈ کی وجہ سے، اس کو ٹرین کیجئے تاکہ وہ آپ کا، آپ کے فیملی والے آپ کا انٹلیکچول پارٹنر بنیں۔</w:t>
      </w:r>
    </w:p>
    <w:p>
      <w:r>
        <w:rPr>
          <w:b/>
        </w:rPr>
        <w:t xml:space="preserve">[38:00] </w:t>
      </w:r>
      <w:r>
        <w:t>feemli ka har member aap ka intellectual partner hai.</w:t>
      </w:r>
    </w:p>
    <w:p>
      <w:pPr>
        <w:jc w:val="right"/>
      </w:pPr>
      <w:r>
        <w:t>فیملی کا ہر ممبر آپ کا انٹلیکچول پارٹنر ہے۔</w:t>
      </w:r>
    </w:p>
    <w:p>
      <w:r>
        <w:rPr>
          <w:b/>
        </w:rPr>
        <w:t xml:space="preserve">[38:04] </w:t>
      </w:r>
      <w:r>
        <w:t>log kya karte hain? feemli ke liye paisa kamayenge, feemli ko lekar shadi karvayenge, paisa kamayenge, ab feemli ke shauq poora karenge.</w:t>
      </w:r>
    </w:p>
    <w:p>
      <w:pPr>
        <w:jc w:val="right"/>
      </w:pPr>
      <w:r>
        <w:t>لوگ کیا کرتے ہیں؟ فیملی کے لیے پیسہ کمائیں گے، فیملی کو لے کر شادی کروائیں گے، پیسہ کمائیں گے، اب فیملی کے شوق پورا کریں گے۔</w:t>
      </w:r>
    </w:p>
    <w:p>
      <w:r>
        <w:rPr>
          <w:b/>
        </w:rPr>
        <w:t xml:space="preserve">[38:14] </w:t>
      </w:r>
      <w:r>
        <w:t>yaani koi maqsad hi nahi hai zindagi ka logon ka hai ke ke paisa kamao aur feemli ka shauq poora karo. yeh to bilkul animal, animal level ki life hai.</w:t>
      </w:r>
    </w:p>
    <w:p>
      <w:pPr>
        <w:jc w:val="right"/>
      </w:pPr>
      <w:r>
        <w:t>یعنی کوئی مقصد ہی نہیں ہے زندگی کا لوگوں کا ہے کہ کہ پیسہ کماؤ اور فیملی کا شوق پورا کرو۔ یہ تو بالکل اینیمل، اینیمل لیول کی لائف ہے۔</w:t>
      </w:r>
    </w:p>
    <w:p>
      <w:r>
        <w:rPr>
          <w:b/>
        </w:rPr>
        <w:t xml:space="preserve">[38:24] </w:t>
      </w:r>
      <w:r>
        <w:t>nahi, feemli ko banaiye apna intellectual partner. intellectual partner ka matlab kya hai?</w:t>
      </w:r>
    </w:p>
    <w:p>
      <w:pPr>
        <w:jc w:val="right"/>
      </w:pPr>
      <w:r>
        <w:t>نہیں، فیملی کو بنائیے اپنا انٹلیکچول پارٹنر۔ انٹلیکچول پارٹنر کا مطلب کیا ہے؟</w:t>
      </w:r>
    </w:p>
    <w:p>
      <w:r>
        <w:rPr>
          <w:b/>
        </w:rPr>
        <w:t xml:space="preserve">[38:32] </w:t>
      </w:r>
      <w:r>
        <w:t>aap ki jo baat cheet ho, woh sirf yaani kisi kisi scientific subject par ho, kisi yaani mazhabi subject par ho, kisi ilmi subject par ho,</w:t>
      </w:r>
    </w:p>
    <w:p>
      <w:pPr>
        <w:jc w:val="right"/>
      </w:pPr>
      <w:r>
        <w:t>آپ کی جو بات چیت ہو، وہ صرف یعنی کسی کسی سائنٹیفک سبجیکٹ پر ہو، کسی یعنی مذہبی سبجیکٹ پر ہو، کسی علمی سبجیکٹ پر ہو،</w:t>
      </w:r>
    </w:p>
    <w:p>
      <w:r>
        <w:rPr>
          <w:b/>
        </w:rPr>
        <w:t xml:space="preserve">[38:47] </w:t>
      </w:r>
      <w:r>
        <w:t>kisi intellectual subject par ho. yeh baat cheet jo hai ghar mein intellectual subject par honi chahiye. yahan tak ke aap khane ki mez par baithe hain, tab bhi, chaye ki mez par baithe hain, tab bhi</w:t>
      </w:r>
    </w:p>
    <w:p>
      <w:pPr>
        <w:jc w:val="right"/>
      </w:pPr>
      <w:r>
        <w:t>کسی انٹلیکچول سبجیکٹ پر ہو۔ یہ بات چیت جو ہے گھر میں انٹلیکچول سبجیکٹ پر ہونی چاہیے۔ یہاں تک کہ آپ کھانے کی میز پر بیٹھے ہیں، تب بھی، چائے کی میز پر بیٹھے ہیں، تب بھی</w:t>
      </w:r>
    </w:p>
    <w:p>
      <w:r>
        <w:rPr>
          <w:b/>
        </w:rPr>
        <w:t xml:space="preserve">[39:00] </w:t>
      </w:r>
      <w:r>
        <w:t>hamesha intellectual subject par baat cheet honi chahiye. yeh hai intellectual development ka zariya. to Khuda ne yeh mauqa diya hai hum ko feemli ki soorat mein.</w:t>
      </w:r>
    </w:p>
    <w:p>
      <w:pPr>
        <w:jc w:val="right"/>
      </w:pPr>
      <w:r>
        <w:t>۔ ہمیشہ انٹلیکچول سبجیکٹ پر بات چیت ہونی چاہیے۔ یہ ہے انٹلیکچول ڈیولپمنٹ کا ذریعہ۔ تو خدا نے یہ موقع دیا ہے ہم کو فیملی کی صورت میں۔</w:t>
      </w:r>
    </w:p>
    <w:p>
      <w:r>
        <w:rPr>
          <w:b/>
        </w:rPr>
        <w:t xml:space="preserve">[39:15] </w:t>
      </w:r>
      <w:r>
        <w:t>ek natural group hamare paas hai. feemli ki soorat mein ek natural group hai. jiska har aadmi hamare liye intellectual partner ban sakta hai.</w:t>
      </w:r>
    </w:p>
    <w:p>
      <w:pPr>
        <w:jc w:val="right"/>
      </w:pPr>
      <w:r>
        <w:t>ایک نیچرل گروپ ہمارے پاس ہے۔ فیملی کی صورت میں ایک نیچرل گروپ ہے۔ جس کا ہر آدمی ہمارے لیے انٹلیکچول پارٹنر بن سکتا ہے۔</w:t>
      </w:r>
    </w:p>
    <w:p>
      <w:r>
        <w:rPr>
          <w:b/>
        </w:rPr>
        <w:t xml:space="preserve">[39:26] </w:t>
      </w:r>
      <w:r>
        <w:t>bohat bari blessing hai, blessing</w:t>
      </w:r>
    </w:p>
    <w:p>
      <w:pPr>
        <w:jc w:val="right"/>
      </w:pPr>
      <w:r>
        <w:t>بہت بڑی بلیسنگ ہے، بلیسنگ</w:t>
      </w:r>
    </w:p>
    <w:p>
      <w:r>
        <w:rPr>
          <w:b/>
        </w:rPr>
        <w:t xml:space="preserve">[39:28] </w:t>
      </w:r>
      <w:r>
        <w:t>to maine Habib bhai se kaha ke aap abhi tak bahar to kaam kar rahe the, aap apni feemli ko aap banaiye apna. aap ka inner, inner core jo hai aap ka.</w:t>
      </w:r>
    </w:p>
    <w:p>
      <w:pPr>
        <w:jc w:val="right"/>
      </w:pPr>
      <w:r>
        <w:t>۔ تو میں نے حبیب بھائی سے کہا کہ آپ ابھی تک باہر تو کام کر رہے تھے، آپ اپنی فیملی کو آپ بنائیے اپنا۔ آپ کا انر، انر کور جو ہے آپ کا۔</w:t>
      </w:r>
    </w:p>
    <w:p>
      <w:r>
        <w:rPr>
          <w:b/>
        </w:rPr>
        <w:t xml:space="preserve">[39:40] </w:t>
      </w:r>
      <w:r>
        <w:t>to abhi tak is jang par log nahi sochte hain. unhone kaha ke main zaroor aisa karunga.</w:t>
      </w:r>
    </w:p>
    <w:p>
      <w:pPr>
        <w:jc w:val="right"/>
      </w:pPr>
      <w:r>
        <w:t>تو ابھی تک اس جنگ پر لوگ نہیں سوچتے ہیں۔ انہوں نے کہا کہ میں ضرور ایسا کروں گا۔</w:t>
      </w:r>
    </w:p>
    <w:p>
      <w:r>
        <w:rPr>
          <w:b/>
        </w:rPr>
        <w:t xml:space="preserve">[39:45] </w:t>
      </w:r>
      <w:r>
        <w:t>maine un se yeh bhi kaha ke dekhiye, feemli ke members ko apna intellectual partner banane ke liye ek ek bohat hi yaani ek condition hai.</w:t>
      </w:r>
    </w:p>
    <w:p>
      <w:pPr>
        <w:jc w:val="right"/>
      </w:pPr>
      <w:r>
        <w:t>میں نے ان سے یہ بھی کہا کہ دیکھیے، فیملی کے ممبرز کو اپنا انٹلیکچول پارٹنر بنانے کے لیے ایک ایک بہت ہی یعنی ایک کنڈیشن ہے۔</w:t>
      </w:r>
    </w:p>
    <w:p>
      <w:r>
        <w:rPr>
          <w:b/>
        </w:rPr>
        <w:t xml:space="preserve">[39:59] </w:t>
      </w:r>
      <w:r>
        <w:t>woh condition kya hai? simplicity, simple living. agar aap is par raazi nahi hain to kabhi bhi aap exchange nahi kar sakenge.</w:t>
      </w:r>
    </w:p>
    <w:p>
      <w:pPr>
        <w:jc w:val="right"/>
      </w:pPr>
      <w:r>
        <w:t>وہ کنڈیشن کیا ہے؟ سمپلیسٹی، سمپل لیونگ۔ اگر آپ اس پر راضی نہیں ہیں تو کبھی بھی آپ ایکسچینج نہیں کر سکیں گے۔</w:t>
      </w:r>
    </w:p>
    <w:p>
      <w:r>
        <w:rPr>
          <w:b/>
        </w:rPr>
        <w:t xml:space="preserve">[40:12] </w:t>
      </w:r>
      <w:r>
        <w:t>sanjida topic par.</w:t>
      </w:r>
    </w:p>
    <w:p>
      <w:pPr>
        <w:jc w:val="right"/>
      </w:pPr>
      <w:r>
        <w:t>سنجیدہ ٹاپک پر۔</w:t>
      </w:r>
    </w:p>
    <w:p>
      <w:r>
        <w:rPr>
          <w:b/>
        </w:rPr>
        <w:t xml:space="preserve">[40:14] </w:t>
      </w:r>
      <w:r>
        <w:t>phir jaise hi aap log ikhatta honge, arey bhai yeh furniture bara purana ho gaya hai, jo ek naya furniture late hain. bhai yeh aaj ka aap item pakao ge, aaj to yeh pakna chahiye.</w:t>
      </w:r>
    </w:p>
    <w:p>
      <w:pPr>
        <w:jc w:val="right"/>
      </w:pPr>
      <w:r>
        <w:t>پھر جیسے ہی آپ لوگ اکٹھا ہوں گے، ارے بھئی یہ فرنیچر بڑا پرانا ہو گیا ہے، جو ایک نیا فرنیچر لاتے ہیں۔ بھئی یہ آج کا آپ آئٹم پکاؤ گے، آج تو یہ پکنا چاہیے۔</w:t>
      </w:r>
    </w:p>
    <w:p>
      <w:r>
        <w:rPr>
          <w:b/>
        </w:rPr>
        <w:t xml:space="preserve">[40:27] </w:t>
      </w:r>
      <w:r>
        <w:t>yaani isi qism ki baatein. falan jagah shadi hai, wahan chalna hai, bhai kaun sa kapra pehan ke chalna hai wahan par. yeh yeh aaj kal model naya aa gaya hai gari ka</w:t>
      </w:r>
    </w:p>
    <w:p>
      <w:pPr>
        <w:jc w:val="right"/>
      </w:pPr>
      <w:r>
        <w:t>یعنی اسی قسم کی باتیں۔ فلاں جگہ شادی ہے، وہاں چلنا ہے، بھئی کون سا کپڑا پہن کے چلنا ہے وہاں پر۔ یہ یہ آج کل ماڈل نیا آ گیا ہے گاڑی کا</w:t>
      </w:r>
    </w:p>
    <w:p>
      <w:r>
        <w:rPr>
          <w:b/>
        </w:rPr>
        <w:t xml:space="preserve">[40:39] </w:t>
      </w:r>
      <w:r>
        <w:t>ab yeh log kehte hain ke bhai choti car to ka zamana hi khatam ho gaya, koi bari car kharidna hai. yaani intehai absurd qism ke baaton mein log rehte hain ghar wale, feemli wale.</w:t>
      </w:r>
    </w:p>
    <w:p>
      <w:pPr>
        <w:jc w:val="right"/>
      </w:pPr>
      <w:r>
        <w:t>۔ اب یہ لوگ کہتے ہیں کہ بھئی چھوٹی کار تو کا زمانہ ہی ختم ہو گیا، کوئی بڑی کار خریدنا ہے۔ یعنی انتہائی ایبسرٹ قسم کے باتوں میں لوگ رہتے ہیں گھر والے، فیملی والے۔</w:t>
      </w:r>
    </w:p>
    <w:p>
      <w:r>
        <w:rPr>
          <w:b/>
        </w:rPr>
        <w:t xml:space="preserve">[40:54] </w:t>
      </w:r>
      <w:r>
        <w:t>saari feemli one to all. there is no exception. jo mazhabi dadi wale hain, woh bhi. be dadi wale hain, woh bhi.</w:t>
      </w:r>
    </w:p>
    <w:p>
      <w:pPr>
        <w:jc w:val="right"/>
      </w:pPr>
      <w:r>
        <w:t>ساری فیملی ون ٹو آل۔ دیر از نو ایکسیپشن۔ جو مذہبی داڑھی والے ہیں، وہ بھی۔ بے داڑھی والے ہیں، وہ بھی۔</w:t>
      </w:r>
    </w:p>
    <w:p>
      <w:r>
        <w:rPr>
          <w:b/>
        </w:rPr>
        <w:t xml:space="preserve">[41:03] </w:t>
      </w:r>
      <w:r>
        <w:t>ek bohat bari opportunity kho rahe hain log, main yeh kehna chahta hoon.</w:t>
      </w:r>
    </w:p>
    <w:p>
      <w:pPr>
        <w:jc w:val="right"/>
      </w:pPr>
      <w:r>
        <w:t>ایک بہت بڑی اپرچونیٹی کھو رہے ہیں لوگ، میں یہ کہنا چاہتا ہوں۔</w:t>
      </w:r>
    </w:p>
    <w:p>
      <w:r>
        <w:rPr>
          <w:b/>
        </w:rPr>
        <w:t xml:space="preserve">[41:09] </w:t>
      </w:r>
      <w:r>
        <w:t>yaani feemli ke zariye Khuda ne aap ko ek opportunity di hai ke aap apne qareebi logon ko apna intellectual partner banakar ke apna intellectual development karte rahen.</w:t>
      </w:r>
    </w:p>
    <w:p>
      <w:pPr>
        <w:jc w:val="right"/>
      </w:pPr>
      <w:r>
        <w:t>یعنی فیملی کے ذریعے خدا نے آپ کو ایک اپرچونیٹی دی ہے کہ آپ اپنے قریبی لوگوں کو اپنا انٹلیکچول پارٹنر بنا کر کے اپنا انٹلیکچول ڈیولپمنٹ کرتے رہیں۔</w:t>
      </w:r>
    </w:p>
    <w:p>
      <w:r>
        <w:rPr>
          <w:b/>
        </w:rPr>
        <w:t xml:space="preserve">[41:21] </w:t>
      </w:r>
      <w:r>
        <w:t>kitna bara yeh mauqa hai. har ghar ko Khuda chahta hai ke woh ek school bana hua ho.</w:t>
      </w:r>
    </w:p>
    <w:p>
      <w:pPr>
        <w:jc w:val="right"/>
      </w:pPr>
      <w:r>
        <w:t>کتنا بڑا یہ موقع ہے۔ ہر گھر کو خدا چاہتا ہے کہ وہ ایک اسکول بنا ہوا ہو۔</w:t>
      </w:r>
    </w:p>
    <w:p>
      <w:r>
        <w:rPr>
          <w:b/>
        </w:rPr>
        <w:t xml:space="preserve">[41:33] </w:t>
      </w:r>
      <w:r>
        <w:t>Quran mein bohat si baaton ko log is liye samajh nahi paate ke taqaddus ki nazar se dekhte hain.</w:t>
      </w:r>
    </w:p>
    <w:p>
      <w:pPr>
        <w:jc w:val="right"/>
      </w:pPr>
      <w:r>
        <w:t>قرآن میں بہت سی باتوں کو لوگ اس لیے سمجھ نہیں پاتے کہ تقدس کی نظر سے دیکھتے ہیں۔</w:t>
      </w:r>
    </w:p>
    <w:p>
      <w:r>
        <w:rPr>
          <w:b/>
        </w:rPr>
        <w:t xml:space="preserve">[41:40] </w:t>
      </w:r>
      <w:r>
        <w:t>dekhiye, Quran mein ek ayat hai Surah Ahzab mein. yureed Allah liyuzhiba alaykum al-rijs ahl al-bayt wa yutahhirakum tatheeran yeh hai is mein ahl-e-bait ka zikr hai yaani Rasool Allah ke ghar wale, Rasool Allah ki feemli.</w:t>
      </w:r>
    </w:p>
    <w:p>
      <w:pPr>
        <w:jc w:val="right"/>
      </w:pPr>
      <w:r>
        <w:t>دیکھیں، قرآن میں ایک آیت ہے سورہ احزاب میں۔ یرید اللہ لیزہ البیت وطہ تطہیرا یہ ہے اس میں اہل بیت کا ذکر ہے یعنی رسول اللہ کے گھر والے، رسول اللہ کی فیملی۔</w:t>
      </w:r>
    </w:p>
    <w:p>
      <w:r>
        <w:rPr>
          <w:b/>
        </w:rPr>
        <w:t xml:space="preserve">[41:55] </w:t>
      </w:r>
      <w:r>
        <w:t>Khuda chahta hai, aey ahl-e-bait, ke tum ko pak kare, tum se gandagi ko nikale aur tum ko pakiza banaye.</w:t>
      </w:r>
    </w:p>
    <w:p>
      <w:pPr>
        <w:jc w:val="right"/>
      </w:pPr>
      <w:r>
        <w:t>خدا چاہتا ہے، اے اہل بیت، کہ تم کو پاک کرے، تم سے گندگی کو نکالے اور تم کو پاکیزہ بنائے۔</w:t>
      </w:r>
    </w:p>
    <w:p>
      <w:r>
        <w:rPr>
          <w:b/>
        </w:rPr>
        <w:t xml:space="preserve">[42:04] </w:t>
      </w:r>
      <w:r>
        <w:t>yureed Allah liyuzhiba alaykum al-rijs ahl al-bayt wa yutahhirakum tatheeran ab saare log is ko likhte hain is samajh mein bas ahl-e-bait ki fazilat.</w:t>
      </w:r>
    </w:p>
    <w:p>
      <w:pPr>
        <w:jc w:val="right"/>
      </w:pPr>
      <w:r>
        <w:t>یرید اللہ لیزہ البیت وطہ تطہیرا اب سارے لوگ اس کو لکھتے ہیں اس سمجھ میں بس اہل بیت کی فضیلت۔</w:t>
      </w:r>
    </w:p>
    <w:p>
      <w:r>
        <w:rPr>
          <w:b/>
        </w:rPr>
        <w:t xml:space="preserve">[42:15] </w:t>
      </w:r>
      <w:r>
        <w:t>ehl-e-bait matlab rasool Allah ke ghar wale. is ayat mein aise hi jante hain woh ke ehl-e-bait ki fazilat aayi hai is mein.</w:t>
      </w:r>
    </w:p>
    <w:p>
      <w:pPr>
        <w:jc w:val="right"/>
      </w:pPr>
      <w:r>
        <w:t>اہل بیت مطلب رسول اللہ کے گھر والے۔ اس آیت میں ایسے ہی جانتے ہیں وہ کہ اہل بیت کی فضیلت آئی ہے اس میں۔</w:t>
      </w:r>
    </w:p>
    <w:p>
      <w:r>
        <w:rPr>
          <w:b/>
        </w:rPr>
        <w:t xml:space="preserve">[42:23] </w:t>
      </w:r>
      <w:r>
        <w:t>nahin, is mein ek bahut badi baat kahi gayi hai aur sare insanon ke liye kahi gayi hai. sare insanon ke liye ke apne ghar walon ko tatheer kar ke, is ko paurify kar ke banao apna intellectual partner.</w:t>
      </w:r>
    </w:p>
    <w:p>
      <w:pPr>
        <w:jc w:val="right"/>
      </w:pPr>
      <w:r>
        <w:t>نہیں، اس میں ایک بہت بڑی بات کہی گئی ہے اور سارے انسانوں کے لیے کہی گئی ہے۔ سارے انسانوں کے لیے کہ اپنے گھر والوں کو تطہیر کر کے، اس کو پیریفائی کر کے بناؤ اپنا انٹلیکچول پارٹنر۔</w:t>
      </w:r>
    </w:p>
    <w:p>
      <w:r>
        <w:rPr>
          <w:b/>
        </w:rPr>
        <w:t xml:space="preserve">[42:39] </w:t>
      </w:r>
      <w:r>
        <w:t>woh tumhare liye blessing hai.</w:t>
      </w:r>
    </w:p>
    <w:p>
      <w:pPr>
        <w:jc w:val="right"/>
      </w:pPr>
      <w:r>
        <w:t>وہ تمہارے لیے بلیسنگ ہے۔</w:t>
      </w:r>
    </w:p>
    <w:p>
      <w:r>
        <w:rPr>
          <w:b/>
        </w:rPr>
        <w:t xml:space="preserve">[42:44] </w:t>
      </w:r>
      <w:r>
        <w:t>quran ki bahut si bahut hi gehri baatein jo hain, is ko log nahin samajh paate is liye ke is ko dekhte hain ek ek muqaddas bana kar ke, mysterious bana kar ke.</w:t>
      </w:r>
    </w:p>
    <w:p>
      <w:pPr>
        <w:jc w:val="right"/>
      </w:pPr>
      <w:r>
        <w:t>قرآن کی بہت سی بہت ہی گہری باتیں جو ہیں، اس کو لوگ نہیں سمجھ پاتے اس لیے کہ اس کو دیکھتے ہیں ایک ایک مقدس بنا کر کے، مسٹیریس بنا کر کے۔</w:t>
      </w:r>
    </w:p>
    <w:p>
      <w:r>
        <w:rPr>
          <w:b/>
        </w:rPr>
        <w:t xml:space="preserve">[42:54] </w:t>
      </w:r>
      <w:r>
        <w:t>mysterious. yahan jo baat kahi gayi, dekhein ek baat yeh samajh lijiye ke quran mein kai baar aisa hota hai ke ek particular reference hota hai lekin is ka matlab jo hai general hota hai.</w:t>
      </w:r>
    </w:p>
    <w:p>
      <w:pPr>
        <w:jc w:val="right"/>
      </w:pPr>
      <w:r>
        <w:t>مسٹیریس۔ یہاں جو بات کہی گئی، دیکھیں ایک بات یہ سمجھ لیجئے کہ قرآن میں کئی بار ایسا ہوتا ہے کہ ایک پرٹیکولر ریفرنس ہوتا ہے لیکن اس کا مطلب جو ہے جنرل ہوتا ہے۔</w:t>
      </w:r>
    </w:p>
    <w:p>
      <w:r>
        <w:rPr>
          <w:b/>
        </w:rPr>
        <w:t xml:space="preserve">[43:07] </w:t>
      </w:r>
      <w:r>
        <w:t>yani ek general baat ko particular reference mein kaha jata hai.</w:t>
      </w:r>
    </w:p>
    <w:p>
      <w:pPr>
        <w:jc w:val="right"/>
      </w:pPr>
      <w:r>
        <w:t>یعنی ایک جنرل بات کو پرٹیکولر ریفرنس میں کہا جاتا ہے۔</w:t>
      </w:r>
    </w:p>
    <w:p>
      <w:r>
        <w:rPr>
          <w:b/>
        </w:rPr>
        <w:t xml:space="preserve">[43:12] </w:t>
      </w:r>
      <w:r>
        <w:t>ek general message ko kisi particular reference mein diya jata hai. yahan par ek ek particular reference hai yani rasool Allah ke ehl-e-bait, rasool Allah ki family wale, rasool Allah ke ghar wale.</w:t>
      </w:r>
    </w:p>
    <w:p>
      <w:pPr>
        <w:jc w:val="right"/>
      </w:pPr>
      <w:r>
        <w:t>ایک جنرل میسج کو کسی پرٹیکولر ریفرنس میں دیا جاتا ہے۔ یہاں پر ایک ایک پرٹیکولر ریفرنس ہے یعنی رسول اللہ کے اہل بیت، رسول اللہ کی فیملی والے، رسول اللہ کے گھر والے۔</w:t>
      </w:r>
    </w:p>
    <w:p>
      <w:r>
        <w:rPr>
          <w:b/>
        </w:rPr>
        <w:t xml:space="preserve">[43:25] </w:t>
      </w:r>
      <w:r>
        <w:t>to yeh particular reference hai lekin is mein ek general baat kahi gayi hai. har aadmi ka ek ehl-e-bait hota hai yani har aadmi ki family hoti hai, ghar wale hote hain.</w:t>
      </w:r>
    </w:p>
    <w:p>
      <w:pPr>
        <w:jc w:val="right"/>
      </w:pPr>
      <w:r>
        <w:t>تو یہ پرٹیکولر ریفرنس ہے لیکن اس میں ایک جنرل بات کہی گئی ہے۔ ہر آدمی کا ایک اہل بیت ہوتا ہے یعنی ہر آدمی کی فیملی ہوتی ہے، گھر والے ہوتے ہیں۔</w:t>
      </w:r>
    </w:p>
    <w:p>
      <w:r>
        <w:rPr>
          <w:b/>
        </w:rPr>
        <w:t xml:space="preserve">[43:37] </w:t>
      </w:r>
      <w:r>
        <w:t>har aadmi ki. to yahan par sirf rasool Allah ke ehl-e-bait murad nahin hain.</w:t>
      </w:r>
    </w:p>
    <w:p>
      <w:pPr>
        <w:jc w:val="right"/>
      </w:pPr>
      <w:r>
        <w:t>ہر آدمی کی۔ تو یہاں پر صرف رسول اللہ کے اہل بیت مراد نہیں ہیں۔</w:t>
      </w:r>
    </w:p>
    <w:p>
      <w:r>
        <w:rPr>
          <w:b/>
        </w:rPr>
        <w:t xml:space="preserve">[43:43] </w:t>
      </w:r>
      <w:r>
        <w:t>yeh ek qanoon hai, ek law of nature bataya gaya hai. law of nature. khuda ne is mein ek law of nature ko bataya hai. har insan ko hum ne di hain aise aise member, aisi auratein aur mard jin mein aapas mein blood relationship hota hai.</w:t>
      </w:r>
    </w:p>
    <w:p>
      <w:pPr>
        <w:jc w:val="right"/>
      </w:pPr>
      <w:r>
        <w:t>یہ ایک قانون ہے، ایک لاء آف نیچر بتایا گیا ہے۔ لاء آف نیچر۔ خدا نے اس میں ایک لاء آف نیچر کو بتایا ہے۔ ہر انسان کو ہم نے دی ہیں ایسے ایسے ممبر، ایسی عورتیں اور مرد جن میں آپس میں بلڈ ریلیشن شپ ہوتا ہے۔</w:t>
      </w:r>
    </w:p>
    <w:p>
      <w:r>
        <w:rPr>
          <w:b/>
        </w:rPr>
        <w:t xml:space="preserve">[44:00] </w:t>
      </w:r>
      <w:r>
        <w:t>is ki wajah se ek khaas yani ek ek blood, blood jo hai woh adhesive kaam karta hai. adhesive ka. family mein jo blood ka ta'alluq hota hai, woh adhesive ka kaam karta hai.</w:t>
      </w:r>
    </w:p>
    <w:p>
      <w:pPr>
        <w:jc w:val="right"/>
      </w:pPr>
      <w:r>
        <w:t>اس کی وجہ سے ایک خاص یعنی ایک ایک بلڈ، بلڈ جو ہے وہ ایڈیسو کام کرتا ہے۔ ایڈیسو کا۔ فیملی میں جو بلڈ کا تعلق ہوتا ہے، وہ ایڈیسو کا کام کرتا ہے۔</w:t>
      </w:r>
    </w:p>
    <w:p>
      <w:r>
        <w:rPr>
          <w:b/>
        </w:rPr>
        <w:t xml:space="preserve">[44:11] </w:t>
      </w:r>
      <w:r>
        <w:t>log jude rehte hain aapas mein.</w:t>
      </w:r>
    </w:p>
    <w:p>
      <w:pPr>
        <w:jc w:val="right"/>
      </w:pPr>
      <w:r>
        <w:t>لوگ جڑے رہتے ہیں آپس میں۔</w:t>
      </w:r>
    </w:p>
    <w:p>
      <w:r>
        <w:rPr>
          <w:b/>
        </w:rPr>
        <w:t xml:space="preserve">[44:14] </w:t>
      </w:r>
      <w:r>
        <w:t>to in se exchange ka ta'alluq karna bahut aasan hai lekin is ke liye zaroori kya hai? aap in ko pak banayein. is liye quran mein dekhein ke in ki gandagi khatam karein.</w:t>
      </w:r>
    </w:p>
    <w:p>
      <w:pPr>
        <w:jc w:val="right"/>
      </w:pPr>
      <w:r>
        <w:t>تو ان سے ایکسچینج کا تعلق کرنا بہت آسان ہے لیکن اس کے لیے ضروری کیا ہے؟ آپ ان کو پاک بنائیں۔ اس لیے قرآن میں دیکھیں کہ ان کی گندگی ختم کریں۔</w:t>
      </w:r>
    </w:p>
    <w:p>
      <w:r>
        <w:rPr>
          <w:b/>
        </w:rPr>
        <w:t xml:space="preserve">[44:25] </w:t>
      </w:r>
      <w:r>
        <w:t>is mein do lafz aaye hain. gandagi ko khatam karna aur in ko paurify karna. aur rijs ke ma'ani hote hain gandagi.</w:t>
      </w:r>
    </w:p>
    <w:p>
      <w:pPr>
        <w:jc w:val="right"/>
      </w:pPr>
      <w:r>
        <w:t>اس میں دو لفظ آئے ہیں۔ گندگی کو ختم کرنا اور ان کو پیریفائی کرنا۔ اور رزق کے معنی ہوتے ہیں گندگی۔</w:t>
      </w:r>
    </w:p>
    <w:p>
      <w:r>
        <w:rPr>
          <w:b/>
        </w:rPr>
        <w:t xml:space="preserve">[44:36] </w:t>
      </w:r>
      <w:r>
        <w:t>rijs ke ma'ani gandagi. rijs.</w:t>
      </w:r>
    </w:p>
    <w:p>
      <w:pPr>
        <w:jc w:val="right"/>
      </w:pPr>
      <w:r>
        <w:t>رزق کے معنی گندگی۔ آر آئی جے ایس ایس۔</w:t>
      </w:r>
    </w:p>
    <w:p>
      <w:r>
        <w:rPr>
          <w:b/>
        </w:rPr>
        <w:t xml:space="preserve">[44:41] </w:t>
      </w:r>
      <w:r>
        <w:t>to khuda chahta hai, aye ehl-e-bait, ke tumhare andar se rijs ko khatam kare, gandagi ko khatam kare aur tum ko pak kare, tum ko paurify kare.</w:t>
      </w:r>
    </w:p>
    <w:p>
      <w:pPr>
        <w:jc w:val="right"/>
      </w:pPr>
      <w:r>
        <w:t>تو خدا چاہتا ہے، اے اہل بیت، کہ تمہارے اندر سے رزق کو ختم کرے، گندگی کو ختم کرے اور تم کو پاک کرے، تم کو پیریفائی کرے۔</w:t>
      </w:r>
    </w:p>
    <w:p>
      <w:r>
        <w:rPr>
          <w:b/>
        </w:rPr>
        <w:t xml:space="preserve">[44:51] </w:t>
      </w:r>
      <w:r>
        <w:t>is ka matlab kya hua? rijs kya hai? rijs wohi jo main ne kaha. animal level par jeena, worldly baatein karna.</w:t>
      </w:r>
    </w:p>
    <w:p>
      <w:pPr>
        <w:jc w:val="right"/>
      </w:pPr>
      <w:r>
        <w:t>اس کا مطلب کیا ہوا؟ رزق کیا ہے؟ رزق وہی جو میں نے کہا۔ اینیمل لیول پر جینا، ورلڈلی باتیں کرنا۔</w:t>
      </w:r>
    </w:p>
    <w:p>
      <w:r>
        <w:rPr>
          <w:b/>
        </w:rPr>
        <w:t xml:space="preserve">[45:02] </w:t>
      </w:r>
      <w:r>
        <w:t>wohi yani jo main ne abhi arz kiya aap ko ke shopping aur outing aur khana aur kapra aur yeh sab baatein karna.</w:t>
      </w:r>
    </w:p>
    <w:p>
      <w:pPr>
        <w:jc w:val="right"/>
      </w:pPr>
      <w:r>
        <w:t>وہی یعنی جو میں نے ابھی عرض کیا آپ کو کہ شاپنگ اور آؤٹنگ اور کھانا اور کپڑا اور یہ سب باتیں کرنا۔</w:t>
      </w:r>
    </w:p>
    <w:p>
      <w:r>
        <w:rPr>
          <w:b/>
        </w:rPr>
        <w:t xml:space="preserve">[45:14] </w:t>
      </w:r>
      <w:r>
        <w:t>yeh yeh rijs hai, rijs. gandagi. kis sense mein? dekhein yeh bhi samajh lijiye, haram ke sense mein nahin hai.</w:t>
      </w:r>
    </w:p>
    <w:p>
      <w:pPr>
        <w:jc w:val="right"/>
      </w:pPr>
      <w:r>
        <w:t>یہ یہ رزق ہے، رزق۔ گندگی۔ کس سینس میں؟ دیکھیں یہ بھی سمجھ لیجئے، حرام کے سینس میں نہیں ہے۔</w:t>
      </w:r>
    </w:p>
    <w:p>
      <w:r>
        <w:rPr>
          <w:b/>
        </w:rPr>
        <w:t xml:space="preserve">[45:23] </w:t>
      </w:r>
      <w:r>
        <w:t>yeh distraction ke sense mein hai. yeh</w:t>
      </w:r>
    </w:p>
    <w:p>
      <w:pPr>
        <w:jc w:val="right"/>
      </w:pPr>
      <w:r>
        <w:t>یہ ڈسٹریکشن کے سینس میں ہے۔ یہ</w:t>
      </w:r>
    </w:p>
    <w:p>
      <w:r>
        <w:rPr>
          <w:b/>
        </w:rPr>
        <w:t xml:space="preserve">[45:26] </w:t>
      </w:r>
      <w:r>
        <w:t>yehhan par rijs to ho jaye. rijs. ek kabhi aisa hota hai ke bahut hi kathor lafz istemal kiya jata hai. shock dene ke liye kathor lafz.</w:t>
      </w:r>
    </w:p>
    <w:p>
      <w:pPr>
        <w:jc w:val="right"/>
      </w:pPr>
      <w:r>
        <w:t>یہاں پر رزق تو ہو جائے۔ رزق۔ ایک کبھی ایسا ہوتا ہے کہ بہت ہی کڑا शब्द استعمال کیا جاتا ہے۔ شاک دینے کے لیے کڑا शब्द۔</w:t>
      </w:r>
    </w:p>
    <w:p>
      <w:r>
        <w:rPr>
          <w:b/>
        </w:rPr>
        <w:t xml:space="preserve">[45:35] </w:t>
      </w:r>
      <w:r>
        <w:t>distraction jo hai to rijs hai, rijs. gandagi hai, bacho is se. to kai baar aisa hota hai ke jis ko main kaha karta hoon hammering ki language ya language of hammering.</w:t>
      </w:r>
    </w:p>
    <w:p>
      <w:pPr>
        <w:jc w:val="right"/>
      </w:pPr>
      <w:r>
        <w:t>ڈسٹریکشن جو ہے تو رزق ہے، رزق۔ گندگی ہے، بچو اس سے۔ تو کئی بار ایسا ہوتا ہے کہ جس کو میں کہا کرتا ہوں ہیمرنگ کی لینگویج یا لینگویج آف ہیمرنگ۔</w:t>
      </w:r>
    </w:p>
    <w:p>
      <w:r>
        <w:rPr>
          <w:b/>
        </w:rPr>
        <w:t xml:space="preserve">[45:48] </w:t>
      </w:r>
      <w:r>
        <w:t>ek baat ko kehne ke liye bahut hi kathor lafz use kiya jata hai. yahan par jis ko rijs kaha gaya hai, woh distraction hai is se murad.</w:t>
      </w:r>
    </w:p>
    <w:p>
      <w:pPr>
        <w:jc w:val="right"/>
      </w:pPr>
      <w:r>
        <w:t>ایک بات کو کہنے کے لیے بہت ہی کڑا शब्द یوز کیا جاتا ہے۔ یہاں پر جس کو رزق کہا گیا ہے، وہ ڈسٹریکشن ہے اس سے مراد۔</w:t>
      </w:r>
    </w:p>
    <w:p>
      <w:r>
        <w:rPr>
          <w:b/>
        </w:rPr>
        <w:t xml:space="preserve">[45:56] </w:t>
      </w:r>
      <w:r>
        <w:t>yani worldly cheezon ki taraf distraction. jis ki wajah se aap apne ko tayyar nahin kar kar paate. aur doosra jo hai tatheer.</w:t>
      </w:r>
    </w:p>
    <w:p>
      <w:pPr>
        <w:jc w:val="right"/>
      </w:pPr>
      <w:r>
        <w:t>یعنی ورلڈلی چیزوں کی طرف ڈسٹریکشن۔ جس کی وجہ سے آپ اپنے کو تیار نہیں کر کر پاتے۔ اور دوسرا جو ہے تطہیر۔</w:t>
      </w:r>
    </w:p>
    <w:p>
      <w:r>
        <w:rPr>
          <w:b/>
        </w:rPr>
        <w:t xml:space="preserve">[46:04] </w:t>
      </w:r>
      <w:r>
        <w:t>tatheer ma'ani purification. woh hai bahut positive aspect hai is ka. tatheer is ka positive aspect hai aur rijs is ka negative aspect hai.</w:t>
      </w:r>
    </w:p>
    <w:p>
      <w:pPr>
        <w:jc w:val="right"/>
      </w:pPr>
      <w:r>
        <w:t>تطہیر معنی پیریفیکیشن۔ وہ ہے بہت پازیٹیو ایسپیکٹ ہے اس کا۔ تطہیر اس کا پازیٹیو ایسپیکٹ ہے اور رزق اس کا نیگیٹیو ایسپیکٹ ہے۔</w:t>
      </w:r>
    </w:p>
    <w:p>
      <w:r>
        <w:rPr>
          <w:b/>
        </w:rPr>
        <w:t xml:space="preserve">[46:14] </w:t>
      </w:r>
      <w:r>
        <w:t>yani distraction se bachao aur achhe achhe subject par intellectual exchange karo. Ye matlab hai is ka.</w:t>
      </w:r>
    </w:p>
    <w:p>
      <w:pPr>
        <w:jc w:val="right"/>
      </w:pPr>
      <w:r>
        <w:t>یعنی ڈسٹریکشن سے بچاؤ اور اچھے اچھے سبجیکٹ پر انٹلیکچول ایکسچینج کرو۔ یہ مطلب ہے اس کا۔</w:t>
      </w:r>
    </w:p>
    <w:p>
      <w:r>
        <w:rPr>
          <w:b/>
        </w:rPr>
        <w:t xml:space="preserve">[46:25] </w:t>
      </w:r>
      <w:r>
        <w:t>yani positive subject par intellectual exchange karo aur is se apne ko bachao ke tum yani worldly cheezon mein baatein karte raho aur sara time use waste kar dalo.</w:t>
      </w:r>
    </w:p>
    <w:p>
      <w:pPr>
        <w:jc w:val="right"/>
      </w:pPr>
      <w:r>
        <w:t>یعنی پازیٹیو سبجیکٹ پر انٹلیکچول ایکسچینج کرو اور اس سے اپنے کو بچاؤ کہ تم یعنی ورلڈلی چیزوں میں باتیں کرتے رہو اور سارا ٹائم اسے ویسٹ کر ڈالو۔</w:t>
      </w:r>
    </w:p>
    <w:p>
      <w:r>
        <w:rPr>
          <w:b/>
        </w:rPr>
        <w:t xml:space="preserve">[46:42] </w:t>
      </w:r>
      <w:r>
        <w:t>To ye Quran mein jo ayat hai, saare log samajhte hain is ko Ahle Bait ke fazail se bayan kiye gaye hain. Ye bilkul absurd baat hai. Dekhein Quran jo hai, wo hai saare logon ke</w:t>
      </w:r>
    </w:p>
    <w:p>
      <w:pPr>
        <w:jc w:val="right"/>
      </w:pPr>
      <w:r>
        <w:t>تو یہ قرآن میں جو آیت ہے، سارے لوگ سمجھتے ہیں اس کو اہل بیت کے فضائل سے بیان کیے گئے ہیں۔ یہ بالکل ایبسرٹ بات ہے۔ دیکھیں قرآن جو ہے، وہ ہے سارے لوگوں کے</w:t>
      </w:r>
    </w:p>
    <w:p>
      <w:r>
        <w:rPr>
          <w:b/>
        </w:rPr>
        <w:t xml:space="preserve">[46:55] </w:t>
      </w:r>
      <w:r>
        <w:t>liye. Lakum lil alameen nazeera saare insanon ke liye, saare insanon ke liye. Lekin log samajh kyun nahi paate?</w:t>
      </w:r>
    </w:p>
    <w:p>
      <w:pPr>
        <w:jc w:val="right"/>
      </w:pPr>
      <w:r>
        <w:t>لیے۔ لیکون للعالمین نظیرہ سارے انسانوں کے لیے، سارے انسانوں کے لیے۔ لیکن لوگ سمجھ کیوں نہیں پاتے؟</w:t>
      </w:r>
    </w:p>
    <w:p>
      <w:r>
        <w:rPr>
          <w:b/>
        </w:rPr>
        <w:t xml:space="preserve">[47:04] </w:t>
      </w:r>
      <w:r>
        <w:t>Kai baar ek baat kahi jaati hai particular reference mein, haalanki is mein general message hota hai. Is is raat ko nahi samajh paate.</w:t>
      </w:r>
    </w:p>
    <w:p>
      <w:pPr>
        <w:jc w:val="right"/>
      </w:pPr>
      <w:r>
        <w:t>کئی بار ایک بات کہی جاتی ہے پرٹیکولر ریفرنس میں، حالانکہ اس میں جنرل میسج ہوتا ہے۔ اس اس رات کو نہیں سمجھ پاتے۔</w:t>
      </w:r>
    </w:p>
    <w:p>
      <w:r>
        <w:rPr>
          <w:b/>
        </w:rPr>
        <w:t xml:space="preserve">[47:14] </w:t>
      </w:r>
      <w:r>
        <w:t>Wo samajhte hain ke particular reference mein hai to bas particular baat hi hai is mein aur koi doosri baat nahi hai is ke andar.</w:t>
      </w:r>
    </w:p>
    <w:p>
      <w:pPr>
        <w:jc w:val="right"/>
      </w:pPr>
      <w:r>
        <w:t>وہ سمجھتے ہیں کہ پرٹیکولر ریفرنس میں ہے تو بس پرٹیکولر بات ہی ہے اس میں اور کوئی دوسری بات نہیں ہے اس کے اندر۔</w:t>
      </w:r>
    </w:p>
    <w:p>
      <w:r>
        <w:rPr>
          <w:b/>
        </w:rPr>
        <w:t xml:space="preserve">[47:21] </w:t>
      </w:r>
      <w:r>
        <w:t>To Khuda jaise ek jagah Quran majeed mein aaya hai ke la tarfa'u aswalakum fawqa sawt an-Nabi ke Prophet jab baithe hon kisi meeting mein to tum zor zor se bol kar ke aisa na karo ke un ki awaaz jo hai dab jaye.</w:t>
      </w:r>
    </w:p>
    <w:p>
      <w:pPr>
        <w:jc w:val="right"/>
      </w:pPr>
      <w:r>
        <w:t>تو خدا جیسے ایک جگہ قرآن مجید میں آیا ہے کہ لا ترفعوا اسوالكم فوق صوت النبی کہ پرافٹ جب بیٹھے ہوں کسی میٹنگ میں تو تم زور زور سے بول کر کے ایسا نہ کرو کہ ان کی آواز جو ہے دب جائے۔</w:t>
      </w:r>
    </w:p>
    <w:p>
      <w:r>
        <w:rPr>
          <w:b/>
        </w:rPr>
        <w:t xml:space="preserve">[47:37] </w:t>
      </w:r>
      <w:r>
        <w:t>Ye Prophet baithe hue hain kisi meeting mein to ab tum zor zor se bolo to un ki awaaz dab jayegi. Aisa mat karo.</w:t>
      </w:r>
    </w:p>
    <w:p>
      <w:pPr>
        <w:jc w:val="right"/>
      </w:pPr>
      <w:r>
        <w:t>یہ پرافٹ بیٹھے ہوئے ہیں کسی میٹنگ میں تو اب تم زور زور سے بولو تو ان کی آواز دب جائے گی۔ ایسا مت کرو۔</w:t>
      </w:r>
    </w:p>
    <w:p>
      <w:r>
        <w:rPr>
          <w:b/>
        </w:rPr>
        <w:t xml:space="preserve">[47:44] </w:t>
      </w:r>
      <w:r>
        <w:t>Ab log is ko kya samajhte hain? Paighambar ke fazail, paighambar ke fazail. Matlab paighambar se jode hue hain is ko.</w:t>
      </w:r>
    </w:p>
    <w:p>
      <w:pPr>
        <w:jc w:val="right"/>
      </w:pPr>
      <w:r>
        <w:t>اب لوگ اس کو کیا سمجھتے ہیں؟ پیغمبر کے فضائل، پیغمبر کے فضائل۔ مطلب پیغمبر سے جوڑے ہوئے ہیں اس کو۔</w:t>
      </w:r>
    </w:p>
    <w:p>
      <w:r>
        <w:rPr>
          <w:b/>
        </w:rPr>
        <w:t xml:space="preserve">[47:53] </w:t>
      </w:r>
      <w:r>
        <w:t>Wo is is ayat ko paighambar se jode hue hain. Yahan bhi wahi hai ke particular reference mein general baat.</w:t>
      </w:r>
    </w:p>
    <w:p>
      <w:pPr>
        <w:jc w:val="right"/>
      </w:pPr>
      <w:r>
        <w:t>وہ اس اس آیت کو پیغمبر سے جوڑے ہوئے ہیں۔ یہاں بھی وہی ہے کہ پرٹیکولر ریفرنس میں جنرل بات۔</w:t>
      </w:r>
    </w:p>
    <w:p>
      <w:r>
        <w:rPr>
          <w:b/>
        </w:rPr>
        <w:t xml:space="preserve">[48:02] </w:t>
      </w:r>
      <w:r>
        <w:t>Yani paighambar ke reference mein is mein majlis ke adab, baat cheet ke etiquette bataye gaye hain. Har jagah yahi karna hai aap ko, chahe Prophet ho ya na ho.</w:t>
      </w:r>
    </w:p>
    <w:p>
      <w:pPr>
        <w:jc w:val="right"/>
      </w:pPr>
      <w:r>
        <w:t>یعنی پیغمبر کے ریفرنس میں اس میں مجلس کے آداب، بات چیت کے ایٹیکیٹ بتائے گئے ہیں۔ ہر جگہ یہی کرنا ہے آپ کو، چاہے پرافٹ ہو یا نہ ہو۔</w:t>
      </w:r>
    </w:p>
    <w:p>
      <w:r>
        <w:rPr>
          <w:b/>
        </w:rPr>
        <w:t xml:space="preserve">[48:15] </w:t>
      </w:r>
      <w:r>
        <w:t>Ke kya ahistagi se bolna hai, apni baari aaye tab bolna hai, khwamkhwah kisi baat doosre ki baat mein mein beech mein nahi bolne lagna hai wagera wagera jo hai.</w:t>
      </w:r>
    </w:p>
    <w:p>
      <w:pPr>
        <w:jc w:val="right"/>
      </w:pPr>
      <w:r>
        <w:t>کہ کیا آہستگی سے بولنا ہے، اپنی باری آئے تب بولنا ہے، خوامخواہ کسی بات دوسرے کی بات میں میں بیچ میں نہیں بولنے لگنا ہے وغیرہ وغیرہ جو ہے۔</w:t>
      </w:r>
    </w:p>
    <w:p>
      <w:r>
        <w:rPr>
          <w:b/>
        </w:rPr>
        <w:t xml:space="preserve">[48:30] </w:t>
      </w:r>
      <w:r>
        <w:t>To ye itni zabardast baatein hain Quran majeed mein. Log is se bekhabar hain kyun ke is ko koi yani wo is ke samajh lete hain ke ye to ye to Rasool ke liye, ye to falan ke liye, ye to falan ke liye.</w:t>
      </w:r>
    </w:p>
    <w:p>
      <w:pPr>
        <w:jc w:val="right"/>
      </w:pPr>
      <w:r>
        <w:t>تو یہ اتنی زبردست باتیں ہیں قرآن مجید میں۔ لوگ اس سے بے خبر ہیں کیونکہ اس کو کوئی یعنی وہ اس کے سمجھ لیتے ہیں کہ یہ تو یہ تو رسول کے لیے، یہ تو فلاں کے لیے، یہ تو فلاں کے لیے۔</w:t>
      </w:r>
    </w:p>
    <w:p>
      <w:r>
        <w:rPr>
          <w:b/>
        </w:rPr>
        <w:t xml:space="preserve">[48:46] </w:t>
      </w:r>
      <w:r>
        <w:t>Haalanki wo sab insanon ke liye hoti hai.</w:t>
      </w:r>
    </w:p>
    <w:p>
      <w:pPr>
        <w:jc w:val="right"/>
      </w:pPr>
      <w:r>
        <w:t>حالانکہ وہ سب انسانوں کے لیے ہوتی ہے۔</w:t>
      </w:r>
    </w:p>
    <w:p>
      <w:r>
        <w:rPr>
          <w:b/>
        </w:rPr>
        <w:t xml:space="preserve">[48:50] </w:t>
      </w:r>
      <w:r>
        <w:t>To ye jo bhai keh raha tha ke agar aap chahte hain ke apni zindagi ko zyada achha banana aur to is ke liye teen paanch formula aap ko pakadna hoga.</w:t>
      </w:r>
    </w:p>
    <w:p>
      <w:pPr>
        <w:jc w:val="right"/>
      </w:pPr>
      <w:r>
        <w:t>تو یہ جو بھائی کہہ رہا تھا کہ اگر آپ چاہتے ہیں کہ اپنی زندگی کو زیادہ اچھا بنانا اور تو اس کے لیے تین پانچ فارمولا آپ کو پکڑنا ہوگا۔</w:t>
      </w:r>
    </w:p>
    <w:p>
      <w:r>
        <w:rPr>
          <w:b/>
        </w:rPr>
        <w:t xml:space="preserve">[49:00] </w:t>
      </w:r>
      <w:r>
        <w:t>Number one: Study yani serious study. Number do: Observation, duniya ko dekh kar ke zindagi guzarna.</w:t>
      </w:r>
    </w:p>
    <w:p>
      <w:pPr>
        <w:jc w:val="right"/>
      </w:pPr>
      <w:r>
        <w:t>نمبر ون: اسٹڈی یعنی سیریس اسٹڈی۔ نمبر دو: ابزرویشن، دنیا کو دیکھ کر کے زندگی گزارنا۔</w:t>
      </w:r>
    </w:p>
    <w:p>
      <w:r>
        <w:rPr>
          <w:b/>
        </w:rPr>
        <w:t xml:space="preserve">[49:10] </w:t>
      </w:r>
      <w:r>
        <w:t>Jisko Quran mein tafakkur, tadabbur, tabassum kaha gaya hai. Aur teesri cheez jo hai, wo apne jo Ahle Bait hain, aap ke Ahle Bait ko aap train kijiye, train taake wo aap ke intellectual partner ban saken.</w:t>
      </w:r>
    </w:p>
    <w:p>
      <w:pPr>
        <w:jc w:val="right"/>
      </w:pPr>
      <w:r>
        <w:t>جس کو قرآن میں تفکر، تدبر، تبسم کہا گیا ہے۔ اور تیسری چیز جو ہے، وہ اپنے جو اہل بیت ہیں، آپ کے اہل بیت کو آپ ٹرین کیجئے، ٹرین تاکہ وہ آپ کے انٹلیکچول پارٹنر بن سکیں۔</w:t>
      </w:r>
    </w:p>
    <w:p>
      <w:r>
        <w:rPr>
          <w:b/>
        </w:rPr>
        <w:t xml:space="preserve">[49:27] </w:t>
      </w:r>
      <w:r>
        <w:t>Kyun ke jo potential aap ke hain, is mein bahut se aise hain jo baghair exchange ke khulte nahi hain. Wo baghair exchange ke baatein aur zyada khulti nahi hain.</w:t>
      </w:r>
    </w:p>
    <w:p>
      <w:pPr>
        <w:jc w:val="right"/>
      </w:pPr>
      <w:r>
        <w:t>کیونکہ جو پوٹینشل آپ کے ہیں، اس میں بہت سے ایسے ہیں جو بغیر ایکسچینج کے کھلتے نہیں ہیں۔ وہ بغیر ایکسچینج کے باتیں اور زیادہ کھلتی نہیں ہیں۔</w:t>
      </w:r>
    </w:p>
    <w:p>
      <w:r>
        <w:rPr>
          <w:b/>
        </w:rPr>
        <w:t xml:space="preserve">[49:37] </w:t>
      </w:r>
      <w:r>
        <w:t>Wo</w:t>
      </w:r>
    </w:p>
    <w:p>
      <w:pPr>
        <w:jc w:val="right"/>
      </w:pPr>
      <w:r>
        <w:t>وہ</w:t>
      </w:r>
    </w:p>
    <w:p>
      <w:r>
        <w:rPr>
          <w:b/>
        </w:rPr>
        <w:t xml:space="preserve">[49:39] </w:t>
      </w:r>
      <w:r>
        <w:t>Mera to daily ka tajurba hai, daily ka. Rozana mein exchange karta hoon, daily. Har din mein kuch nayi cheezein discover karta hoon. During exchange wahi hota hai ke jab do mind aapas mein takrate hain to ek third third cheez emerge karti hai.</w:t>
      </w:r>
    </w:p>
    <w:p>
      <w:pPr>
        <w:jc w:val="right"/>
      </w:pPr>
      <w:r>
        <w:t>میرا تو ڈیلی کا تجربہ ہے، ڈیلی کا۔ روزانہ میں ایکسچینج کرتا ہوں، ڈیلی۔ ہر دن میں کچھ نئی چیزیں ڈسکور کرتا ہوں۔ ڈیورنگ ایکسچینج وہی ہوتا ہے کہ جب دو مائنڈ آپس میں ٹکراتے ہیں تو ایک تھرڈ تھرڈ چیز ایمرج کرتی ہے۔</w:t>
      </w:r>
    </w:p>
    <w:p>
      <w:r>
        <w:rPr>
          <w:b/>
        </w:rPr>
        <w:t xml:space="preserve">[49:57] </w:t>
      </w:r>
      <w:r>
        <w:t>Isi ka naam hai intellectual development.</w:t>
      </w:r>
    </w:p>
    <w:p>
      <w:pPr>
        <w:jc w:val="right"/>
      </w:pPr>
      <w:r>
        <w:t>اسی کا نام ہے انٹلیکچول ڈیولپمن</w:t>
      </w:r>
    </w:p>
    <w:p>
      <w:r>
        <w:rPr>
          <w:b/>
        </w:rPr>
        <w:t xml:space="preserve">[50:00] </w:t>
      </w:r>
      <w:r>
        <w:t>Hamare jo Muslim institutions hain, hamare jo madarse hain, un mein ek cheez jo hai, wo taboo bani hui hai.</w:t>
      </w:r>
    </w:p>
    <w:p>
      <w:pPr>
        <w:jc w:val="right"/>
      </w:pPr>
      <w:r>
        <w:t>ٹ۔ ہمارے جو مسلم انسٹیٹیوشنز ہیں، ہمارے جو مدرسے ہیں، ان میں ایک چیز جو ہے، وہ ٹیبو بنی ہوئی ہے۔</w:t>
      </w:r>
    </w:p>
    <w:p>
      <w:r>
        <w:rPr>
          <w:b/>
        </w:rPr>
        <w:t xml:space="preserve">[50:09] </w:t>
      </w:r>
      <w:r>
        <w:t>T A B double O taboo. Wo kya hai? Criticism. Mujh se jo log gussa hote hain, isi liye ke mein criticism karta hoon.</w:t>
      </w:r>
    </w:p>
    <w:p>
      <w:pPr>
        <w:jc w:val="right"/>
      </w:pPr>
      <w:r>
        <w:t>ٹی اے بی ڈبل او ٹیبو۔ وہ کیا ہے؟ کریٹیسزم۔ مجھ سے جو لوگ غصہ ہوتے ہیں، اسی لیے کہ میں کریٹیسزم کرتا ہوں۔</w:t>
      </w:r>
    </w:p>
    <w:p>
      <w:r>
        <w:rPr>
          <w:b/>
        </w:rPr>
        <w:t xml:space="preserve">[50:19] </w:t>
      </w:r>
      <w:r>
        <w:t>Har madarse mein, har musalmanon ki jamaat mein, har jagah par criticism taboo hai. Is ki wajah se jaante hain kya hua? Is</w:t>
      </w:r>
    </w:p>
    <w:p>
      <w:pPr>
        <w:jc w:val="right"/>
      </w:pPr>
      <w:r>
        <w:t>ہر مدرسے میں، ہر مسلمانوں کی جماعت میں، ہر جگہ پر کریٹیسزم ٹیبو ہے۔ اس کی وجہ سے جانتے ہیں کیا ہوا؟ اس</w:t>
      </w:r>
    </w:p>
    <w:p>
      <w:r>
        <w:rPr>
          <w:b/>
        </w:rPr>
        <w:t xml:space="preserve">[50:28] </w:t>
      </w:r>
      <w:r>
        <w:t>ka result nikla hai bahut hi bhayanak. Wo hai intellectual stagnation. Intellectual stagnation.</w:t>
      </w:r>
    </w:p>
    <w:p>
      <w:pPr>
        <w:jc w:val="right"/>
      </w:pPr>
      <w:r>
        <w:t>کا رزلٹ نکلا ہے بہت ہی بھیانک۔ وہ ہے انٹلیکچول اسٹگنیشن۔ انٹلیکچول اسٹگنیشن۔</w:t>
      </w:r>
    </w:p>
    <w:p>
      <w:r>
        <w:rPr>
          <w:b/>
        </w:rPr>
        <w:t xml:space="preserve">[50:37] </w:t>
      </w:r>
      <w:r>
        <w:t>mein logon se kehta hoon ke jab aap criticism ko rokeinge to simply yeh sirf itna hi nahin hoga ke criticism na rahe ga. nahin, is ki jagah par kiya cheez aa jaye gi?</w:t>
      </w:r>
    </w:p>
    <w:p>
      <w:pPr>
        <w:jc w:val="right"/>
      </w:pPr>
      <w:r>
        <w:t>میں لوگوں سے کہتا ہوں کہ جب آپ کریٹیسزم کو روکیں گے تو سمپلی یہ صرف اتنا ہی نہیں ہوگا کہ کریٹیسزم نہ رہے گی۔ نہیں، اس کی جگہ پر کیا چیز آ جائے گی؟</w:t>
      </w:r>
    </w:p>
    <w:p>
      <w:r>
        <w:rPr>
          <w:b/>
        </w:rPr>
        <w:t xml:space="preserve">[50:48] </w:t>
      </w:r>
      <w:r>
        <w:t>intellectual stagnation.</w:t>
      </w:r>
    </w:p>
    <w:p>
      <w:pPr>
        <w:jc w:val="right"/>
      </w:pPr>
      <w:r>
        <w:t>انٹلیکچول اسٹگنیشن۔</w:t>
      </w:r>
    </w:p>
    <w:p>
      <w:r>
        <w:rPr>
          <w:b/>
        </w:rPr>
        <w:t xml:space="preserve">[50:52] </w:t>
      </w:r>
      <w:r>
        <w:t>without yaad rakhiye, without without criticism, there is no intellectual development.</w:t>
      </w:r>
    </w:p>
    <w:p>
      <w:pPr>
        <w:jc w:val="right"/>
      </w:pPr>
      <w:r>
        <w:t>ودا آؤٹ یاد رکھیے، ودا آؤٹ ودا آؤٹ کریٹیسزم، دیر از نو انٹلیکچول ڈیولپمنٹ۔</w:t>
      </w:r>
    </w:p>
    <w:p>
      <w:r>
        <w:rPr>
          <w:b/>
        </w:rPr>
        <w:t xml:space="preserve">[51:03] </w:t>
      </w:r>
      <w:r>
        <w:t>criticism ka mani yeh nahin ke aap gaali galoch karein. criticism ka mani hai aik scientific exchange, scientific discussion.</w:t>
      </w:r>
    </w:p>
    <w:p>
      <w:pPr>
        <w:jc w:val="right"/>
      </w:pPr>
      <w:r>
        <w:t>کریٹیسزم کا معنی یہ نہیں کہ آپ گالی گلوچ کریں۔ کریٹیسزم کا معنی ہے ایک سائنٹیفک ایکسچینج، سائنٹیفک ڈسکشن۔</w:t>
      </w:r>
    </w:p>
    <w:p>
      <w:r>
        <w:rPr>
          <w:b/>
        </w:rPr>
        <w:t xml:space="preserve">[51:13] </w:t>
      </w:r>
      <w:r>
        <w:t>is ko mein criticism samajhta hoon. yaani openly aap keh sakein apni</w:t>
      </w:r>
    </w:p>
    <w:p>
      <w:pPr>
        <w:jc w:val="right"/>
      </w:pPr>
      <w:r>
        <w:t>اس کو میں کریٹیسزم سمجھتا ہوں۔ یعنی اوپنلی آپ کہہ سکیں اپنی</w:t>
      </w:r>
    </w:p>
    <w:p>
      <w:r>
        <w:rPr>
          <w:b/>
        </w:rPr>
        <w:t xml:space="preserve">[51:19] </w:t>
      </w:r>
      <w:r>
        <w:t>raaye. jaise aik baar mein America mein aik scholar se mein ne poocha ke America ki mein jo progress hui hai, is progress ka khaas koi mujhe bataiye.</w:t>
      </w:r>
    </w:p>
    <w:p>
      <w:pPr>
        <w:jc w:val="right"/>
      </w:pPr>
      <w:r>
        <w:t>رائے۔ جیسے ایک بار میں امریکہ میں ایک اسکالر سے میں نے پوچھا کہ امریکہ کی میں جو پروگریس ہوئی ہے، اس پروگریس کا خاص کوئی مجھے بتائیے۔</w:t>
      </w:r>
    </w:p>
    <w:p>
      <w:r>
        <w:rPr>
          <w:b/>
        </w:rPr>
        <w:t xml:space="preserve">[51:30] </w:t>
      </w:r>
      <w:r>
        <w:t>yaani kyun hui hai the progress America mein? to us ne aik anokhi baat kahi. us ne kaha ke dissent.</w:t>
      </w:r>
    </w:p>
    <w:p>
      <w:pPr>
        <w:jc w:val="right"/>
      </w:pPr>
      <w:r>
        <w:t>یعنی کیوں ہوئی ہے دی پروگریس امریکہ میں؟ تو اس نے ایک انوکھی بات کہی۔ اس نے کہا کہ ڈیسنٹ۔</w:t>
      </w:r>
    </w:p>
    <w:p>
      <w:r>
        <w:rPr>
          <w:b/>
        </w:rPr>
        <w:t xml:space="preserve">[51:40] </w:t>
      </w:r>
      <w:r>
        <w:t>dissent. kaha ke dissent ko hum log aadmi ka aik aik aik muqaddas haq samajhte hain.</w:t>
      </w:r>
    </w:p>
    <w:p>
      <w:pPr>
        <w:jc w:val="right"/>
      </w:pPr>
      <w:r>
        <w:t>ڈی آئی ڈبل ایس ای این ٹی۔ ڈیسنٹ۔ کہا کہ ڈیسنٹ کو ہم لوگ آدمی کا ایک ایک ایک مقدس حق سمجھتے ہیں۔</w:t>
      </w:r>
    </w:p>
    <w:p>
      <w:r>
        <w:rPr>
          <w:b/>
        </w:rPr>
        <w:t xml:space="preserve">[51:51] </w:t>
      </w:r>
      <w:r>
        <w:t>hum samajhte hain ke insaan ka right hai, right ke woh woh woh hum se hum se woh woh kare. criticize kare, hum se alag baat kahe woh.</w:t>
      </w:r>
    </w:p>
    <w:p>
      <w:pPr>
        <w:jc w:val="right"/>
      </w:pPr>
      <w:r>
        <w:t>ہم سمجھتے ہیں کہ انسان کا رائٹ ہے، رائٹ کہ وہ وہ وہ ہم سے ہم سے وہ وہ کرے۔ کریٹیسائز کرے، ہم سے الگ بات کہے وہ۔</w:t>
      </w:r>
    </w:p>
    <w:p>
      <w:r>
        <w:rPr>
          <w:b/>
        </w:rPr>
        <w:t xml:space="preserve">[52:05] </w:t>
      </w:r>
      <w:r>
        <w:t>to dissent ko us ne kaha America ki progress ka raaz. dissent. hamare haan kiya hai? dissent ko taboo samajhte hain.</w:t>
      </w:r>
    </w:p>
    <w:p>
      <w:pPr>
        <w:jc w:val="right"/>
      </w:pPr>
      <w:r>
        <w:t>تو ڈیسنٹ کو اس نے کہا امریکہ کی پروگریس کا راز۔ ڈیسنٹ۔ ہمارے ہاں کیا ہے؟ ڈیسنٹ کو ٹیبو سمجھتے ہیں۔</w:t>
      </w:r>
    </w:p>
    <w:p>
      <w:r>
        <w:rPr>
          <w:b/>
        </w:rPr>
        <w:t xml:space="preserve">[52:16] </w:t>
      </w:r>
      <w:r>
        <w:t>yeh hi aap masjid mein jaiye, madrasay mein jaiye, kisi Muslim institution mein jaiye.</w:t>
      </w:r>
    </w:p>
    <w:p>
      <w:pPr>
        <w:jc w:val="right"/>
      </w:pPr>
      <w:r>
        <w:t>یہی آپ مسجد میں جائیے، مدرسے میں جائیے، کسی مسلم انسٹیٹیوشن میں جائیے۔</w:t>
      </w:r>
    </w:p>
    <w:p>
      <w:r>
        <w:rPr>
          <w:b/>
        </w:rPr>
        <w:t xml:space="preserve">[52:21] </w:t>
      </w:r>
      <w:r>
        <w:t>ab wahan aap koi criticize kar dijiye. foran aap ko dekhein jaise koi ghalat aadmi yahan par aa gaya hai. yaani dissent ko taboo bana rakha hai unhone.</w:t>
      </w:r>
    </w:p>
    <w:p>
      <w:pPr>
        <w:jc w:val="right"/>
      </w:pPr>
      <w:r>
        <w:t>اب وہاں آپ کوئی کریٹیسائز کر دیجئے۔ فوراً آپ کو دیکھیں جیسے کوئی غلط آدمی یہاں پر آ گیا ہے۔ یعنی ڈیسنٹ کو ٹیبو بنا رکھا ہے انہوں نے۔</w:t>
      </w:r>
    </w:p>
    <w:p>
      <w:r>
        <w:rPr>
          <w:b/>
        </w:rPr>
        <w:t xml:space="preserve">[52:34] </w:t>
      </w:r>
      <w:r>
        <w:t>to aap ke andar yeh sahas hona chahiye, sahas. yeh aap ke andar hosla hona chahiye ke aap dissent ko sun sakein. difference of opinion jo hai, us ko aap us ko aap tolerate kar sakein.</w:t>
      </w:r>
    </w:p>
    <w:p>
      <w:pPr>
        <w:jc w:val="right"/>
      </w:pPr>
      <w:r>
        <w:t>تو آپ کے اندر یہ سہاس ہونا چاہیے، سہاس۔ یہ آپ کے اندر حوصلہ ہونا چاہیے کہ آپ ڈیسنٹ کو سن سکیں۔ ڈیفرنس آف اوپینین جو ہے، اس کو آپ اس کو آپ ٹولریٹ کر سکیں۔</w:t>
      </w:r>
    </w:p>
    <w:p>
      <w:r>
        <w:rPr>
          <w:b/>
        </w:rPr>
        <w:t xml:space="preserve">[52:50] </w:t>
      </w:r>
      <w:r>
        <w:t>aaj hi mein ne paper mein dekha ke aaj is se pehle aap ko pata hai ke woh Denmark mein aik cartoon chhapa tha to bara hungama khara hua tha.</w:t>
      </w:r>
    </w:p>
    <w:p>
      <w:pPr>
        <w:jc w:val="right"/>
      </w:pPr>
      <w:r>
        <w:t>آج ہی میں نے پیپر میں دیکھا کہ آج اس سے پہلے آپ کو پتہ ہے کہ وہ ڈنمارک میں ایک کارٹون چھپا تھا تو بڑا ہنگامہ کھڑا ہوا تھا۔</w:t>
      </w:r>
    </w:p>
    <w:p>
      <w:r>
        <w:rPr>
          <w:b/>
        </w:rPr>
        <w:t xml:space="preserve">[53:00] </w:t>
      </w:r>
      <w:r>
        <w:t>aaj woh kahin Sweden mein kuch ho gaya hai. koi cartoon ya kiya. ab us waqt hungama wahan khara hua hai. aur Sweden mein hua aur Pakistan mein jal jala jalna phookna kar rahe hain.</w:t>
      </w:r>
    </w:p>
    <w:p>
      <w:pPr>
        <w:jc w:val="right"/>
      </w:pPr>
      <w:r>
        <w:t>آج وہ کہیں سویڈن میں کچھ ہو گیا ہے۔ کوئی کارٹون یا کیا۔ اب اس وقت ہنگامہ وہاں کھڑا ہوا ہے۔ اور سویڈن میں ہوا اور پاکستان میں جل جلا جلنا پھوکنا کر رہے ہیں۔</w:t>
      </w:r>
    </w:p>
    <w:p>
      <w:r>
        <w:rPr>
          <w:b/>
        </w:rPr>
        <w:t xml:space="preserve">[53:13] </w:t>
      </w:r>
      <w:r>
        <w:t>kya is se koi development ho sakta hai?</w:t>
      </w:r>
    </w:p>
    <w:p>
      <w:pPr>
        <w:jc w:val="right"/>
      </w:pPr>
      <w:r>
        <w:t>کیا اس سے کوئی ڈیولپمنٹ ہو سکتا ہے؟</w:t>
      </w:r>
    </w:p>
    <w:p>
      <w:r>
        <w:rPr>
          <w:b/>
        </w:rPr>
        <w:t xml:space="preserve">[53:17] </w:t>
      </w:r>
      <w:r>
        <w:t>aap dekhein yeh kijiye ke jab koi shakhs pehli baat mein aap ko aik bohat hi raaz ki baat arz karta hoon, raaz ki baat.</w:t>
      </w:r>
    </w:p>
    <w:p>
      <w:pPr>
        <w:jc w:val="right"/>
      </w:pPr>
      <w:r>
        <w:t>آپ دیکھیں یہ کیجئے کہ جب کوئی شخص پہلی بات میں آپ کو ایک بہت ہی راز کی بات عرض کرتا ہوں، راز کی بات۔</w:t>
      </w:r>
    </w:p>
    <w:p>
      <w:r>
        <w:rPr>
          <w:b/>
        </w:rPr>
        <w:t xml:space="preserve">[53:27] </w:t>
      </w:r>
      <w:r>
        <w:t>ke insaan ke oopar bharosa karna seekhiye. mera soch kiya hai, meri soch kiya hai? meri soch yeh hai ke woh woh aadmi jo hai, us ko bhi Khuda ne paida kiya hai.</w:t>
      </w:r>
    </w:p>
    <w:p>
      <w:pPr>
        <w:jc w:val="right"/>
      </w:pPr>
      <w:r>
        <w:t>کہ انسان کے اوپر بھروسہ کرنا سیکھیے۔ میرا سوچ کیا ہے، میری سوچ کیا ہے؟ میری سوچ یہ ہے کہ وہ وہ آدمی جو ہے، اس کو بھی خدا نے پیدا کیا ہے۔</w:t>
      </w:r>
    </w:p>
    <w:p>
      <w:r>
        <w:rPr>
          <w:b/>
        </w:rPr>
        <w:t xml:space="preserve">[53:40] </w:t>
      </w:r>
      <w:r>
        <w:t>woh kisi kisi Satan ne nahin paida kiya is aadmi ko.</w:t>
      </w:r>
    </w:p>
    <w:p>
      <w:pPr>
        <w:jc w:val="right"/>
      </w:pPr>
      <w:r>
        <w:t>وہ کسی کسی سیٹن نے نہیں پیدا کیا اس آدمی کو۔</w:t>
      </w:r>
    </w:p>
    <w:p>
      <w:r>
        <w:rPr>
          <w:b/>
        </w:rPr>
        <w:t xml:space="preserve">[53:45] </w:t>
      </w:r>
      <w:r>
        <w:t>wa kullu mawludin yuladu alal fitrah har aadmi jo hai, mister nature hai. mera mera starting point yeh hota hai.</w:t>
      </w:r>
    </w:p>
    <w:p>
      <w:pPr>
        <w:jc w:val="right"/>
      </w:pPr>
      <w:r>
        <w:t>وَكُلُّ مَولِدٍ يُولَدُ عَلَى الْفِتْرَةِ ہر آدمی جو ہے، مسٹر نیچر ہے۔ میرا میرا سٹارٹنگ پوائنٹ یہ ہوتا ہے۔</w:t>
      </w:r>
    </w:p>
    <w:p>
      <w:r>
        <w:rPr>
          <w:b/>
        </w:rPr>
        <w:t xml:space="preserve">[53:54] </w:t>
      </w:r>
      <w:r>
        <w:t>kisi bhi aadmi ko mein by nature bura nahin samajhta. kyunke bura samhoon to koi Khuda ne ghalat paida kar diya us ko? jab mein yeh maan leta hoon ke har aadmi mister nature hai, tab mein kiya sochta hoon?</w:t>
      </w:r>
    </w:p>
    <w:p>
      <w:pPr>
        <w:jc w:val="right"/>
      </w:pPr>
      <w:r>
        <w:t>کسی بھی آدمی کو میں بائی نیچر برا نہیں سمجھتا۔ کیونکہ برا سمجھوں تو کوئی خدا نے غلط پیدا کر دیا اس کو؟ جب میں یہ مان لیتا ہوں کہ ہر آدمی مسٹر نیچر ہے، تب میں کیا سوچتا ہوں؟</w:t>
      </w:r>
    </w:p>
    <w:p>
      <w:r>
        <w:rPr>
          <w:b/>
        </w:rPr>
        <w:t xml:space="preserve">[54:10] </w:t>
      </w:r>
      <w:r>
        <w:t>woh jo ghalat baat keh raha hai, woh oopri baat hai.</w:t>
      </w:r>
    </w:p>
    <w:p>
      <w:pPr>
        <w:jc w:val="right"/>
      </w:pPr>
      <w:r>
        <w:t>وہ جو غلط بات کہہ رہا ہے، وہ اوپری بات ہے۔</w:t>
      </w:r>
    </w:p>
    <w:p>
      <w:r>
        <w:rPr>
          <w:b/>
        </w:rPr>
        <w:t xml:space="preserve">[54:14] </w:t>
      </w:r>
      <w:r>
        <w:t>woh us ke dil ki awaaz nahin hai. oopar oopri baat kyun hai? us ko us ko abhi tak sahi tareeqay se baat ko kaha nahin gaya. us ko reason nahin pesh ki gayi.</w:t>
      </w:r>
    </w:p>
    <w:p>
      <w:pPr>
        <w:jc w:val="right"/>
      </w:pPr>
      <w:r>
        <w:t>وہ اس کے دل کی آواز نہیں ہے۔ اوپر اوپری بات کیوں ہے؟ اس کو اس کو ابھی تک صحیح طریقے سے بات کو کہا نہیں گیا۔ اس کو ریزن نہیں پیشی گئی۔</w:t>
      </w:r>
    </w:p>
    <w:p>
      <w:r>
        <w:rPr>
          <w:b/>
        </w:rPr>
        <w:t xml:space="preserve">[54:25] </w:t>
      </w:r>
      <w:r>
        <w:t>us ke mani kiya hue? ke mujhe hope rehti hai har insaan ke baray mein. ke agar mein yeh tatoolta hoon, jananay ki koshish karta hoon ke us ke mind mein woh kon sa thought hai jis ki wajah se aisa bol raha hai woh.</w:t>
      </w:r>
    </w:p>
    <w:p>
      <w:pPr>
        <w:jc w:val="right"/>
      </w:pPr>
      <w:r>
        <w:t>اس کے معنی کیا ہوئے؟ کہ مجھے ہوپ رہتی ہے ہر انسان کے بارے میں۔ کہ اگر میں یہ ٹٹولتا ہوں، جاننے کی کوشش کرتا ہوں کہ اس کے مائنڈ میں وہ کون سا تھاٹ ہے جس کی وجہ سے ایسا بول رہا ہے وہ۔</w:t>
      </w:r>
    </w:p>
    <w:p>
      <w:r>
        <w:rPr>
          <w:b/>
        </w:rPr>
        <w:t xml:space="preserve">[54:37] </w:t>
      </w:r>
      <w:r>
        <w:t>us ko chahta hoon address karoon mein. yeh karte hain log? is se pehle Rushdie ne kitaab likhi, wahan bhi hungama khara kiya. Taslima Nasreen ne bhi hungama khara kiya.</w:t>
      </w:r>
    </w:p>
    <w:p>
      <w:pPr>
        <w:jc w:val="right"/>
      </w:pPr>
      <w:r>
        <w:t>اس کو چاہتا ہوں ایڈریس کروں میں۔ یہ کرتے ہیں لوگ؟ اس سے پہلے رشدین نے کتاب لکھی، وہاں بھی ہنگامہ کھڑا کیا۔ تسلیمہ کے نصیب نے بھی ہنگامہ کھڑا کیا۔</w:t>
      </w:r>
    </w:p>
    <w:p>
      <w:r>
        <w:rPr>
          <w:b/>
        </w:rPr>
        <w:t xml:space="preserve">[54:48] </w:t>
      </w:r>
      <w:r>
        <w:t>denmark card mein hungama khara kiya. ab sweden mein hungama kar rahe hain. arey bhai, in ko jano in ke mind ko ke kyun inhone woh aisa kiya inhone.</w:t>
      </w:r>
    </w:p>
    <w:p>
      <w:pPr>
        <w:jc w:val="right"/>
      </w:pPr>
      <w:r>
        <w:t>ڈنمارک کارڈ میں ہنگامہ کھڑا کیا۔ اب سویڈن میں ہنگامہ کر رہے ہیں۔ ارے بھئی، ان کو جانو ان کے مائنڈ کو کہ کیوں انہوں نے وہ ایسا کیا انہوں نے۔</w:t>
      </w:r>
    </w:p>
    <w:p>
      <w:r>
        <w:rPr>
          <w:b/>
        </w:rPr>
        <w:t xml:space="preserve">[54:57] </w:t>
      </w:r>
      <w:r>
        <w:t>aur phir is is ke is is ko address karo. is ka jawab do. to kya hoga? quran mein bataya gaya hai ke فَيَضَلَّ الذِّي بَيَّنَكَ وَبَيْنُ عَدَاوَةٍ كَانِ وَلِيٌّ حَمِيمٌ ke tumhara dushman jo hai, woh tumhara dost ban jayega.</w:t>
      </w:r>
    </w:p>
    <w:p>
      <w:pPr>
        <w:jc w:val="right"/>
      </w:pPr>
      <w:r>
        <w:t>اور پھر اس اس کے اس اس کو ایڈریس کرو۔ اس کا جواب دو۔ تو کیا ہوگا؟ قرآن میں بتایا گیا ہے کہ فَيَضَلَّ الذِّي بَيَّنَكَ وَبَيْنُ عَدَاوَةٍ كَانِ وَلِيٌّ حَمِيمٌ کہ تمہارا دشمن جو ہے، وہ تمہارا دوست بن جائے گا۔</w:t>
      </w:r>
    </w:p>
    <w:p>
      <w:r>
        <w:rPr>
          <w:b/>
        </w:rPr>
        <w:t xml:space="preserve">[55:16] </w:t>
      </w:r>
      <w:r>
        <w:t>abhi habib bhai ka telephone aaya hai mere paas do chaar do chaar din pehle. ek sahib jo the, woh bohat hi khilaf the.</w:t>
      </w:r>
    </w:p>
    <w:p>
      <w:pPr>
        <w:jc w:val="right"/>
      </w:pPr>
      <w:r>
        <w:t>ابھی حبیب بھائی کا ٹیلی فون آیا ہے میرے پاس دو چار دو چار دن پہلے۔ ایک صاحب جو تھے، وہ بہت ہی خلاف تھے۔</w:t>
      </w:r>
    </w:p>
    <w:p>
      <w:r>
        <w:rPr>
          <w:b/>
        </w:rPr>
        <w:t xml:space="preserve">[55:24] </w:t>
      </w:r>
      <w:r>
        <w:t>is ke mere mere bohat khilaf the woh. pata nahi kya kya kehte the woh. to khair, un ka ek din aa gaya habib bhai ke haan.</w:t>
      </w:r>
    </w:p>
    <w:p>
      <w:pPr>
        <w:jc w:val="right"/>
      </w:pPr>
      <w:r>
        <w:t>اس کے میرے میرے بہت خلاف تھے وہ۔ پتہ نہیں کیا کیا کہتے تھے وہ۔ تو خیر، ان کا ایک دن آ گیا حبیب بھائی کے ہاں۔</w:t>
      </w:r>
    </w:p>
    <w:p>
      <w:r>
        <w:rPr>
          <w:b/>
        </w:rPr>
        <w:t xml:space="preserve">[55:33] </w:t>
      </w:r>
      <w:r>
        <w:t>inhone poocha, kaha ke aap kuch parha hai aap ne? meri kuch kitab parhi hai aap ne? inhone kaha nahi, parhi nahi hai lekin kehte hain ke woh bohat galat aadmi hain woh. ke tum hinduo ke agent hain aur kya hain aur kya hain.</w:t>
      </w:r>
    </w:p>
    <w:p>
      <w:pPr>
        <w:jc w:val="right"/>
      </w:pPr>
      <w:r>
        <w:t>انہوں نے پوچھا، کہا کہ آپ کچھ پڑھا ہے آپ نے؟ میری کچھ کتاب پڑھی ہے آپ نے؟ انہوں نے کہا نہیں، پڑھی نہیں ہے لیکن کہتے ہیں کہ وہ بہت غلط آدمی ہیں وہ۔ کہ تم ہندوؤں کے ایجنٹ ہیں اور کیا ہیں اور کیا ہیں۔</w:t>
      </w:r>
    </w:p>
    <w:p>
      <w:r>
        <w:rPr>
          <w:b/>
        </w:rPr>
        <w:t xml:space="preserve">[55:46] </w:t>
      </w:r>
      <w:r>
        <w:t>to inhone un ko diya ek kitab, rasool Allah par bhari kitab jo hai, woh diya parhne ke liye. to woh le gaye. aur parh kar jab aaye to woh kaha ke woh phoot phoot kar ro rahe the.</w:t>
      </w:r>
    </w:p>
    <w:p>
      <w:pPr>
        <w:jc w:val="right"/>
      </w:pPr>
      <w:r>
        <w:t>تو انہوں نے ان کو دیا ایک کتاب، رسول اللہ پر بھاری کتاب جو ہے، وہ دیا پڑھنے کے لیے۔ تو وہ لے گئے۔ اور پڑھ کر جب آئے تو وہ کہا کہ وہ پھوٹ پھوٹ کر رو رہے تھے۔</w:t>
      </w:r>
    </w:p>
    <w:p>
      <w:r>
        <w:rPr>
          <w:b/>
        </w:rPr>
        <w:t xml:space="preserve">[55:57] </w:t>
      </w:r>
      <w:r>
        <w:t>yeh lafz tha habib bhai ka. ke phoot phoot kar ro rahe the woh. ke jis insaan ko maine zara bura bhala kaha, us ne itni achi kitab likhi hai sehat rasool par.</w:t>
      </w:r>
    </w:p>
    <w:p>
      <w:pPr>
        <w:jc w:val="right"/>
      </w:pPr>
      <w:r>
        <w:t>یہ لفظ تھا حبیب بھائی کا۔ کہ پھوٹ پھوٹ کر رو رہے تھے وہ۔ کہ جس انسان کو میں نے ذرا برا بھلا کہا، اس نے اتنی اچھی کتاب لکھی ہے صحت رسول پر۔</w:t>
      </w:r>
    </w:p>
    <w:p>
      <w:r>
        <w:rPr>
          <w:b/>
        </w:rPr>
        <w:t xml:space="preserve">[56:08] </w:t>
      </w:r>
      <w:r>
        <w:t>yeh lafz tha habib bhai ka ke phoot phoot kar ro rahe the woh. to aap yeh kyun karte hain ke fatwa dene lagte hain har aadmi?</w:t>
      </w:r>
    </w:p>
    <w:p>
      <w:pPr>
        <w:jc w:val="right"/>
      </w:pPr>
      <w:r>
        <w:t>یہ لفظ تھا حبیب بھائی کا کہ پھوٹ پھوٹ کر رو رہے تھے وہ۔ تو آپ یہ کیوں کرتے ہیں کہ فتویٰ دینے لگتے ہیں ہر آدمی؟</w:t>
      </w:r>
    </w:p>
    <w:p>
      <w:r>
        <w:rPr>
          <w:b/>
        </w:rPr>
        <w:t xml:space="preserve">[56:18] </w:t>
      </w:r>
      <w:r>
        <w:t>aaj kal ke musalmano mein riwaj kya hua hai? fatwa activism. nahi, educational activism chalaiye. aaj kal zor hai fatwa activism ka.</w:t>
      </w:r>
    </w:p>
    <w:p>
      <w:pPr>
        <w:jc w:val="right"/>
      </w:pPr>
      <w:r>
        <w:t>آج کل کے مسلمانوں میں رواج کیا ہوا ہے؟ فتویٰ ایکٹیوزم۔ نہیں، ایجوکیشنل ایکٹیوزم چلائیے۔ آج کل زور ہے فتویٰ ایکٹیوزم کا۔</w:t>
      </w:r>
    </w:p>
    <w:p>
      <w:r>
        <w:rPr>
          <w:b/>
        </w:rPr>
        <w:t xml:space="preserve">[56:29] </w:t>
      </w:r>
      <w:r>
        <w:t>dar se fatwa, dar se fatwa, dar se fatwa. nahi.</w:t>
      </w:r>
    </w:p>
    <w:p>
      <w:pPr>
        <w:jc w:val="right"/>
      </w:pPr>
      <w:r>
        <w:t>ڈر سے فتویٰ، ڈر سے فتویٰ، ڈر سے فتویٰ۔ نہیں۔</w:t>
      </w:r>
    </w:p>
    <w:p>
      <w:r>
        <w:rPr>
          <w:b/>
        </w:rPr>
        <w:t xml:space="preserve">[56:33] </w:t>
      </w:r>
      <w:r>
        <w:t>educational activism, daawa activism. yaani is ke mind ko padhiye. is ko is ko samjhiye ke woh kahan atka hua hai.</w:t>
      </w:r>
    </w:p>
    <w:p>
      <w:pPr>
        <w:jc w:val="right"/>
      </w:pPr>
      <w:r>
        <w:t>ایجوکیشنل ایکٹیوزم، دعویٰ ایکٹیوزم۔ یعنی اس کے مائنڈ کو پڑھیے۔ اس کو اس کو سمجھیے کہ وہ کہاں اٹکا ہوا ہے۔</w:t>
      </w:r>
    </w:p>
    <w:p>
      <w:r>
        <w:rPr>
          <w:b/>
        </w:rPr>
        <w:t xml:space="preserve">[56:42] </w:t>
      </w:r>
      <w:r>
        <w:t>is ke lehaz se bataiye is ko. to ho sakta hai ke woh bilkul aap ka saathi ban jaye. is ke sab baatein khatam ho jayen. bas jahan zara se kuch khabar mili aur lage lagane, woh juloos nikalne, jalane phookne.</w:t>
      </w:r>
    </w:p>
    <w:p>
      <w:pPr>
        <w:jc w:val="right"/>
      </w:pPr>
      <w:r>
        <w:t>اس کے لحاظ سے بتائیے اس کو۔ تو ہو سکتا ہے کہ وہ بالکل آپ کا ساتھی بن جائے۔ اس کے سب باتیں ختم ہو جائیں۔ بس جہاں ذرا سے کچھ خبر ملی اور لگے لگانے، وہ جلوس نکالنے، جلانے پھوکنے۔</w:t>
      </w:r>
    </w:p>
    <w:p>
      <w:r>
        <w:rPr>
          <w:b/>
        </w:rPr>
        <w:t xml:space="preserve">[56:58] </w:t>
      </w:r>
      <w:r>
        <w:t>to is ki wajah bhi kya hai? is ki wajah yeh hai ke logo ka itna kam hai intellectual develop</w:t>
      </w:r>
    </w:p>
    <w:p>
      <w:pPr>
        <w:jc w:val="right"/>
      </w:pPr>
      <w:r>
        <w:t>تو اس کی وجہ بھی کیا ہے؟ اس کی وجہ یہ ہے کہ لوگوں کا اتنا کم ہے انٹلیکچول ڈیول</w:t>
      </w:r>
    </w:p>
    <w:p>
      <w:r>
        <w:rPr>
          <w:b/>
        </w:rPr>
        <w:t xml:space="preserve">[57:03] </w:t>
      </w:r>
      <w:r>
        <w:t>ment. baaton ko samajhte nahi woh.</w:t>
      </w:r>
    </w:p>
    <w:p>
      <w:pPr>
        <w:jc w:val="right"/>
      </w:pPr>
      <w:r>
        <w:t>پمنٹ۔ باتوں کو سمجھتے نہیں وہ۔</w:t>
      </w:r>
    </w:p>
    <w:p>
      <w:r>
        <w:rPr>
          <w:b/>
        </w:rPr>
        <w:t xml:space="preserve">[57:07] </w:t>
      </w:r>
      <w:r>
        <w:t>bohat bari museebat yeh hai ke intellectual development logo ka na hone ki wajah se baaton ko gehrai mein samajhte nahi woh. baaton ko gehrai mein samajh nahi paate.</w:t>
      </w:r>
    </w:p>
    <w:p>
      <w:pPr>
        <w:jc w:val="right"/>
      </w:pPr>
      <w:r>
        <w:t>بہت بڑی مصیبت یہ ہے کہ انٹلیکچول ڈیولپمنٹ لوگوں کا نہ ہونے کی وجہ سے باتوں کو گہرائی میں سمجھتے نہیں وہ۔ باتوں کو گہرائی میں سمجھ نہیں پاتے۔</w:t>
      </w:r>
    </w:p>
    <w:p>
      <w:r>
        <w:rPr>
          <w:b/>
        </w:rPr>
        <w:t xml:space="preserve">[57:18] </w:t>
      </w:r>
      <w:r>
        <w:t>is liye main jo teen in formula mein ne bataye aap ko, yeh bohat hi zaroori hain. serious study, observation aur intellectual intellectual exchange.</w:t>
      </w:r>
    </w:p>
    <w:p>
      <w:pPr>
        <w:jc w:val="right"/>
      </w:pPr>
      <w:r>
        <w:t>اس لیے میں جو تین ان فارمولا میں نے بتائے آپ کو، یہ بہت ہی ضروری ہیں۔ سیریس اسٹڈی، ابزرویشن اور انٹلیکچول انٹلیکچول ایکسچینج۔</w:t>
      </w:r>
    </w:p>
    <w:p>
      <w:r>
        <w:rPr>
          <w:b/>
        </w:rPr>
        <w:t xml:space="preserve">[57:30] </w:t>
      </w:r>
      <w:r>
        <w:t>is tarah se aap apne ko tayyar karenge. yeh jo baat kahi hai is mein mother teresa ke bare mein ke woh intellectual starvation mein jeeti thi.</w:t>
      </w:r>
    </w:p>
    <w:p>
      <w:pPr>
        <w:jc w:val="right"/>
      </w:pPr>
      <w:r>
        <w:t>اس طرح سے آپ اپنے کو تیار کریں گے۔ یہ جو بات کہی ہے اس میں مدر ٹریسا کے بارے میں کہ وہ انٹلیکچول اسٹارویشن میں جیتی تھی۔</w:t>
      </w:r>
    </w:p>
    <w:p>
      <w:r>
        <w:rPr>
          <w:b/>
        </w:rPr>
        <w:t xml:space="preserve">[57:41] </w:t>
      </w:r>
      <w:r>
        <w:t>yeh sab se bara bari agony yahi hai. sab bara problem yahi hai ke saare log jeete hain intellectual starvation mein. yaani intellectual level par unhein food nahi milta.</w:t>
      </w:r>
    </w:p>
    <w:p>
      <w:pPr>
        <w:jc w:val="right"/>
      </w:pPr>
      <w:r>
        <w:t>یہ سب سے بڑا بڑی ایگنی یہی ہے۔ سب بڑا پرابلم یہی ہے کہ سارے لوگ جیتے ہیں انٹلیکچول اسٹارویشن میں۔ یعنی انٹلیکچول لیول پر انہیں فوڈ نہیں ملتا۔</w:t>
      </w:r>
    </w:p>
    <w:p>
      <w:r>
        <w:rPr>
          <w:b/>
        </w:rPr>
        <w:t xml:space="preserve">[57:51] </w:t>
      </w:r>
      <w:r>
        <w:t>kyun? yeh sab karte nahi.</w:t>
      </w:r>
    </w:p>
    <w:p>
      <w:pPr>
        <w:jc w:val="right"/>
      </w:pPr>
      <w:r>
        <w:t>کیوں؟ یہ سب کرتے نہیں۔</w:t>
      </w:r>
    </w:p>
    <w:p>
      <w:r>
        <w:rPr>
          <w:b/>
        </w:rPr>
        <w:t xml:space="preserve">[57:56] </w:t>
      </w:r>
      <w:r>
        <w:t>bilkul sasti zindagi guzarte hain.</w:t>
      </w:r>
    </w:p>
    <w:p>
      <w:pPr>
        <w:jc w:val="right"/>
      </w:pPr>
      <w:r>
        <w:t>بالکل ستی زندگی گزارتے ہیں۔</w:t>
      </w:r>
    </w:p>
    <w:p>
      <w:r>
        <w:rPr>
          <w:b/>
        </w:rPr>
        <w:t xml:space="preserve">[57:59] </w:t>
      </w:r>
      <w:r>
        <w:t>to sab se bara jo insaan ke liye aap aap ehsan karenge, woh yeh ke is ko intellectual starvation mein nikalein. intellectual starvation se is ko nikalein.</w:t>
      </w:r>
    </w:p>
    <w:p>
      <w:pPr>
        <w:jc w:val="right"/>
      </w:pPr>
      <w:r>
        <w:t>تو سب سے بڑا جو انسان کے لیے آپ آپ احسان کریں گے، وہ یہ کہ اس کو انٹلیکچول اسٹارویشن میں نکالیں۔ انٹلیکچول اسٹارویشن سے اس کو نکالیں۔</w:t>
      </w:r>
    </w:p>
    <w:p>
      <w:r>
        <w:rPr>
          <w:b/>
        </w:rPr>
        <w:t xml:space="preserve">[58:10] </w:t>
      </w:r>
      <w:r>
        <w:t>is ko intellectual food faraham karein. yeh hai aaj ke insaan ka ke liye sab se bara blessing. poori poori duniya jo hai, intellectual starvation mein jee rahi hai.</w:t>
      </w:r>
    </w:p>
    <w:p>
      <w:pPr>
        <w:jc w:val="right"/>
      </w:pPr>
      <w:r>
        <w:t>اس کو انٹلیکچول فوڈ فراہم کریں۔ یہ ہے آج کے انسان کا کے لیے سب سے بڑا بلیسنگ۔ پوری پوری دنیا جو ہے، انٹلیکچول اسٹارویشن میں جی رہی ہے۔</w:t>
      </w:r>
    </w:p>
    <w:p>
      <w:r>
        <w:rPr>
          <w:b/>
        </w:rPr>
        <w:t xml:space="preserve">[58:24] </w:t>
      </w:r>
      <w:r>
        <w:t>to yahi kaam karna hai ke duniya ko intellectual starvation ke bhanwar se nikalna hai. inshallah وَقُولُوا قُولِ هٰذَا وَاسْتَغْفِرُوا اللّٰهَ لِي وَلْكُمْ أَجْمَعِينَ</w:t>
      </w:r>
    </w:p>
    <w:p>
      <w:pPr>
        <w:jc w:val="right"/>
      </w:pPr>
      <w:r>
        <w:t>تو یہی کام کرنا ہے کہ دنیا کو انٹلیکچول اسٹارویشن کے بھنور سے نکالنا ہے۔ انشاءاللہ وَقُولُوا قُولِ هٰذَا وَاسْتَغْفِرُوا اللّٰهَ لِي وَلْكُمْ أَجْمَعِينَ</w:t>
      </w:r>
    </w:p>
    <w:p>
      <w:r>
        <w:rPr>
          <w:b/>
        </w:rPr>
        <w:t xml:space="preserve">[58:51] </w:t>
      </w:r>
      <w:r>
        <w:t>What is the rel</w:t>
      </w:r>
    </w:p>
    <w:p>
      <w:pPr>
        <w:jc w:val="right"/>
      </w:pPr>
      <w:r>
        <w:t>What is the rel</w:t>
      </w:r>
    </w:p>
    <w:p>
      <w:r>
        <w:rPr>
          <w:b/>
        </w:rPr>
        <w:t xml:space="preserve">[58:52] </w:t>
      </w:r>
      <w:r>
        <w:t>relevance of Shab-e-Barat aur Shab-e-Qadr?</w:t>
      </w:r>
    </w:p>
    <w:p>
      <w:pPr>
        <w:jc w:val="right"/>
      </w:pPr>
      <w:r>
        <w:t>evance of شبِ برات اور شبِ قدر؟</w:t>
      </w:r>
    </w:p>
    <w:p>
      <w:r>
        <w:rPr>
          <w:b/>
        </w:rPr>
        <w:t xml:space="preserve">[58:59] </w:t>
      </w:r>
      <w:r>
        <w:t>dekhen, is mein</w:t>
      </w:r>
    </w:p>
    <w:p>
      <w:pPr>
        <w:jc w:val="right"/>
      </w:pPr>
      <w:r>
        <w:t>دیکھیں، اس میں</w:t>
      </w:r>
    </w:p>
    <w:p>
      <w:r>
        <w:rPr>
          <w:b/>
        </w:rPr>
        <w:t xml:space="preserve">[59:03] </w:t>
      </w:r>
      <w:r>
        <w:t>do raay hain scholars ki. kuch log samajhte hain ke shab e qadr jo hai, woh koi bohat hi yani quran o hadees se nikaalte hain.</w:t>
      </w:r>
    </w:p>
    <w:p>
      <w:pPr>
        <w:jc w:val="right"/>
      </w:pPr>
      <w:r>
        <w:t>دو رائے ہیں اسکالرز کی۔ کچھ لوگ سمجھتے ہیں کہ شبِ قدر جو ہے، وہ کوئی بہت ہی یعنی قرآن و حدیث سے نکالتے ہیں۔</w:t>
      </w:r>
    </w:p>
    <w:p>
      <w:r>
        <w:rPr>
          <w:b/>
        </w:rPr>
        <w:t xml:space="preserve">[59:16] </w:t>
      </w:r>
      <w:r>
        <w:t>woh is ko</w:t>
      </w:r>
    </w:p>
    <w:p>
      <w:pPr>
        <w:jc w:val="right"/>
      </w:pPr>
      <w:r>
        <w:t>وہ اس کو</w:t>
      </w:r>
    </w:p>
    <w:p>
      <w:r>
        <w:rPr>
          <w:b/>
        </w:rPr>
        <w:t xml:space="preserve">[59:19] </w:t>
      </w:r>
      <w:r>
        <w:t>mein zyada tar par samajhta hoon ke yeh kuch saabit nahi hai quran o hadees se. shab e qadr, quran jo lailatul qadr hai, woh ek alag cheez hai aur shab e qadr jo manate hain 15 shaban ko, ek alag cheez hai.</w:t>
      </w:r>
    </w:p>
    <w:p>
      <w:pPr>
        <w:jc w:val="right"/>
      </w:pPr>
      <w:r>
        <w:t>میں زیادہ تر پر سمجھتا ہوں کہ یہ کچھ ثابت نہیں ہے قرآن و حدیث سے۔ شبِ قدر، قرآن جو لیلۃ القدر ہے، وہ ایک الگ چیز ہے اور شبِ قدر جو مناتے ہیں 15 شعبان کو، ایک الگ چیز ہے۔</w:t>
      </w:r>
    </w:p>
    <w:p>
      <w:r>
        <w:rPr>
          <w:b/>
        </w:rPr>
        <w:t xml:space="preserve">[59:33] </w:t>
      </w:r>
      <w:r>
        <w:t>is saal, is saal toh ajeeb ghareeb tareeqe se ke dhoom machai ke unhon ne jaloos nikala. ab bataein ke shab e barat ka jaloos yeh toh bilkul hi bilkul hi nonsense hai.</w:t>
      </w:r>
    </w:p>
    <w:p>
      <w:pPr>
        <w:jc w:val="right"/>
      </w:pPr>
      <w:r>
        <w:t>اس سال، اس سال تو عجیب غریب طریقے سے کہ دھوم مچائی کہ انہوں نے جلوس نکال دیا۔ اب بتائیں کہ شبِ برات کا جلوس یہ تو بالکل ہی بالکل ہی نان سینس ہے۔</w:t>
      </w:r>
    </w:p>
    <w:p>
      <w:r>
        <w:rPr>
          <w:b/>
        </w:rPr>
        <w:t xml:space="preserve">[59:45] </w:t>
      </w:r>
      <w:r>
        <w:t>agar kuch ho bhi is ki haqeeqat shab e barat ki toh woh hogi is sense mein ke aap kahin baith kar ke zikr karein, ibaadat karein, khuda ko sochein, apne gunahon se toba karein.</w:t>
      </w:r>
    </w:p>
    <w:p>
      <w:pPr>
        <w:jc w:val="right"/>
      </w:pPr>
      <w:r>
        <w:t>اگر کچھ ہو بھی اس کی حقیقت شبِ برات کی تو وہ ہوگی اس سینس میں کہ آپ کہیں بیٹھ کر کے ذکر کریں، عبادت کریں، خدا کو سوچیں، اپنے گناہوں سے توبہ کریں۔</w:t>
      </w:r>
    </w:p>
    <w:p>
      <w:r>
        <w:rPr>
          <w:b/>
        </w:rPr>
        <w:t xml:space="preserve">[59:59] </w:t>
      </w:r>
      <w:r>
        <w:t>koi matlab hi nahi jaloos nikalne ka, dhoom machane ka. toh shab e barat ka jahan ta'alluq hai, mein samajhta hoon shab e barat ki koi asal nahi hai.</w:t>
      </w:r>
    </w:p>
    <w:p>
      <w:pPr>
        <w:jc w:val="right"/>
      </w:pPr>
      <w:r>
        <w:t>کوئی مطلب ہی نہیں جلوس نکالنے کا، دھوم مچانے کا۔ تو شبِ برات کا جہاں تعلق ہے، میں سمجھتا ہوں شبِ برات کی کوئی اصل نہیں ہے۔</w:t>
      </w:r>
    </w:p>
    <w:p>
      <w:r>
        <w:rPr>
          <w:b/>
        </w:rPr>
        <w:t xml:space="preserve">[1:00:11] </w:t>
      </w:r>
      <w:r>
        <w:t>agarche kuch log mante hain,</w:t>
      </w:r>
    </w:p>
    <w:p>
      <w:pPr>
        <w:jc w:val="right"/>
      </w:pPr>
      <w:r>
        <w:t>اگرچہ کچھ لوگ مانتے ہیں،</w:t>
      </w:r>
    </w:p>
    <w:p>
      <w:r>
        <w:rPr>
          <w:b/>
        </w:rPr>
        <w:t xml:space="preserve">[1:00:13] </w:t>
      </w:r>
      <w:r>
        <w:t>abhi ek article chapa hai al furqan mein ek aalim ka, unhon ne dikhaya hai ke shab e waqat, shab e qadr jo hai, woh hai.</w:t>
      </w:r>
    </w:p>
    <w:p>
      <w:pPr>
        <w:jc w:val="right"/>
      </w:pPr>
      <w:r>
        <w:t>ابھی ایک آرٹیکل چھپا ہے الفرقان میں ایک عالم کا، انہوں نے دکھایا ہے کہ شبِ وقات، شبِ قدر جو ہے، وہ ہے۔</w:t>
      </w:r>
    </w:p>
    <w:p>
      <w:r>
        <w:rPr>
          <w:b/>
        </w:rPr>
        <w:t xml:space="preserve">[1:00:22] </w:t>
      </w:r>
      <w:r>
        <w:t>is ki haqeeqat toh woh hadees mein saabit hai. iqbal, mein is ko zyada manta nahi hoon. albatta jahan tak lailatul qadr ki baat hai toh log mila dete hain dono ko, magar lailatul qadr ek alag cheez hai, shab e barat ek alag cheez hai.</w:t>
      </w:r>
    </w:p>
    <w:p>
      <w:pPr>
        <w:jc w:val="right"/>
      </w:pPr>
      <w:r>
        <w:t>اس کی حقیقت تو وہ حدیث میں ثابت ہے۔ اقبال، میں اس کو زیادہ مانتا نہیں ہوں۔ البتہ جہاں تک لیلۃ القدر کی بات ہے تو لوگ ملا دیتے ہیں دونوں کو، مگر لیلۃ القدر ایک الگ چیز ہے، شبِ برات ایک الگ چیز ہے۔</w:t>
      </w:r>
    </w:p>
    <w:p>
      <w:r>
        <w:rPr>
          <w:b/>
        </w:rPr>
        <w:t xml:space="preserve">[1:00:41] </w:t>
      </w:r>
      <w:r>
        <w:t>dekhen, barat ke ma'ani hote hain salvation yani night of salvation. woh samajhte hain ke is raat ko, raat ko khoob jaago.</w:t>
      </w:r>
    </w:p>
    <w:p>
      <w:pPr>
        <w:jc w:val="right"/>
      </w:pPr>
      <w:r>
        <w:t>دیکھیں، برات کے معنی ہوتے ہیں سالویشن یعنی نائٹ آف سالویشن۔ وہ سمجھتے ہیں کہ اس رات کو، رات کو خوب جاگو۔</w:t>
      </w:r>
    </w:p>
    <w:p>
      <w:r>
        <w:rPr>
          <w:b/>
        </w:rPr>
        <w:t xml:space="preserve">[1:00:51] </w:t>
      </w:r>
      <w:r>
        <w:t>ab toh yeh hai ke kaha jaye ke dhoom machao toh tumhara salvation ho jayega. yeh bilkul absurd baat hai. shab e barat jo hai, koi cheez nahi islam mein.</w:t>
      </w:r>
    </w:p>
    <w:p>
      <w:pPr>
        <w:jc w:val="right"/>
      </w:pPr>
      <w:r>
        <w:t>اب تو یہ ہے کہ کہا جائے کہ دھوم مچاؤ تو تمہارا سالویشن ہو جائے گا۔ یہ بالکل ایبسرٹ بات ہے۔ شبِ برات جو ہے، کوئی چیز نہیں اسلام میں۔</w:t>
      </w:r>
    </w:p>
    <w:p>
      <w:r>
        <w:rPr>
          <w:b/>
        </w:rPr>
        <w:t xml:space="preserve">[1:01:02] </w:t>
      </w:r>
      <w:r>
        <w:t>koi raat hai is mein salvation milta ho, yeh concept hi bilkul unislamic hai.</w:t>
      </w:r>
    </w:p>
    <w:p>
      <w:pPr>
        <w:jc w:val="right"/>
      </w:pPr>
      <w:r>
        <w:t>کوئی رات ہے اس میں سالویشن ملتا ہو، یہ کانسیپٹ ہی بالکل ان اسلامک ہے۔</w:t>
      </w:r>
    </w:p>
    <w:p>
      <w:r>
        <w:rPr>
          <w:b/>
        </w:rPr>
        <w:t xml:space="preserve">[1:01:08] </w:t>
      </w:r>
      <w:r>
        <w:t>yahan tak maine padha hai kisi time se jor kar ke, kisi place se jor kar ke ke aap bohat bare faide bataein toh mein samajhta hoon ke woh baseless baat hai.</w:t>
      </w:r>
    </w:p>
    <w:p>
      <w:pPr>
        <w:jc w:val="right"/>
      </w:pPr>
      <w:r>
        <w:t>یہاں تک میں نے پڑھا ہے کسی ٹائم سے جوڑ کر کے، کسی پلیس سے جوڑ کر کے کہ آپ بہت بڑے فائدے بتائیں تو میں سمجھتا ہوں کہ وہ بیسلیس بات ہے۔</w:t>
      </w:r>
    </w:p>
    <w:p>
      <w:r>
        <w:rPr>
          <w:b/>
        </w:rPr>
        <w:t xml:space="preserve">[1:01:22] </w:t>
      </w:r>
      <w:r>
        <w:t>islam mein jo kuch importance hai, woh hai dil ki importance, inner content jo hota hai, us ki importance hai.</w:t>
      </w:r>
    </w:p>
    <w:p>
      <w:pPr>
        <w:jc w:val="right"/>
      </w:pPr>
      <w:r>
        <w:t>اسلام میں جو کچھ امپورٹنس ہے، وہ ہے دل کی امپورٹنس، انر کنٹینٹ جو ہوتا ہے، اس کی امپورٹنس ہے۔</w:t>
      </w:r>
    </w:p>
    <w:p>
      <w:r>
        <w:rPr>
          <w:b/>
        </w:rPr>
        <w:t xml:space="preserve">[1:01:31] </w:t>
      </w:r>
      <w:r>
        <w:t>toh</w:t>
      </w:r>
    </w:p>
    <w:p>
      <w:pPr>
        <w:jc w:val="right"/>
      </w:pPr>
      <w:r>
        <w:t>تو</w:t>
      </w:r>
    </w:p>
    <w:p>
      <w:r>
        <w:rPr>
          <w:b/>
        </w:rPr>
        <w:t xml:space="preserve">[1:01:33] </w:t>
      </w:r>
      <w:r>
        <w:t>mein samajhta hoon ke chahe zikr ho ya dua ho ya ibaadat ho ya kuch bhi ho, kitna zyada aap ne apne aap ko involve kiya hai, us par depend karta hai.</w:t>
      </w:r>
    </w:p>
    <w:p>
      <w:pPr>
        <w:jc w:val="right"/>
      </w:pPr>
      <w:r>
        <w:t>میں سمجھتا ہوں کہ چاہے ذکر ہو یا دعا ہو یا عبادت ہو یا کچھ بھی ہو، کتنا زیادہ آپ نے اپنے آپ کو انوالو کیا ہے، اس پر ڈیپینڈ کرتا ہے۔</w:t>
      </w:r>
    </w:p>
    <w:p>
      <w:r>
        <w:rPr>
          <w:b/>
        </w:rPr>
        <w:t xml:space="preserve">[1:01:45] </w:t>
      </w:r>
      <w:r>
        <w:t>yani ke kaun se time mein kya, kaun si jagah par kya, bas mein is ko abhi samajh nahi paya hoon. aur doosri cheez hai lailatul qadr.</w:t>
      </w:r>
    </w:p>
    <w:p>
      <w:pPr>
        <w:jc w:val="right"/>
      </w:pPr>
      <w:r>
        <w:t>یعنی کہ کون سے ٹائم میں کیا، کون سی جگہ پر کیا، بس میں اس کو ابھی سمجھ نہیں پایا ہوں۔ اور دوسری چیز ہے لیلۃ القدر۔</w:t>
      </w:r>
    </w:p>
    <w:p>
      <w:r>
        <w:rPr>
          <w:b/>
        </w:rPr>
        <w:t xml:space="preserve">[1:01:55] </w:t>
      </w:r>
      <w:r>
        <w:t>lailatul qadr ke ma'ani hote hain ke night of destiny. night</w:t>
      </w:r>
    </w:p>
    <w:p>
      <w:pPr>
        <w:jc w:val="right"/>
      </w:pPr>
      <w:r>
        <w:t>لیلۃ القدر کے معنی ہوتے ہیں کہ نائٹ آف ڈیسٹنی۔ نائ</w:t>
      </w:r>
    </w:p>
    <w:p>
      <w:r>
        <w:rPr>
          <w:b/>
        </w:rPr>
        <w:t xml:space="preserve">[1:02:00] </w:t>
      </w:r>
      <w:r>
        <w:t>of destiny toh yeh toh quran mein hai. aur lekin yeh baat hum nahi keh sakte ke poora is ka yani is ka poori baat koi bhi nahi batane ki position mein hai, kyunke yeh ilm e ghaib ki baatein hain.</w:t>
      </w:r>
    </w:p>
    <w:p>
      <w:pPr>
        <w:jc w:val="right"/>
      </w:pPr>
      <w:r>
        <w:t>ٹ آف ڈیسٹنی تو یہ تو قرآن میں ہے۔ اور لیکن یہ بات ہم نہیں کہہ سکتے کہ پورا اس کا یعنی اس کا پوری بات کوئی بھی نہیں بتانے کی پوزیشن میں ہے، کیونکہ یہ علم غیب کی باتیں ہیں۔</w:t>
      </w:r>
    </w:p>
    <w:p>
      <w:r>
        <w:rPr>
          <w:b/>
        </w:rPr>
        <w:t xml:space="preserve">[1:02:17] </w:t>
      </w:r>
      <w:r>
        <w:t>beh'al jo concept hai, woh yeh hai ke ek raat hai saal ki, ek raat. jabke khuda, ab dekhen, raat ke ma'ani raat ke ma'ani hote hain 24 ghante ka poora duration</w:t>
      </w:r>
    </w:p>
    <w:p>
      <w:pPr>
        <w:jc w:val="right"/>
      </w:pPr>
      <w:r>
        <w:t>بہرحال جو کانسیپٹ ہے، وہ یہ ہے کہ ایک رات ہے سال کی، ایک رات۔ جبکہ خدا، اب دیکھیں، رات کے معنی رات کے معنی ہوتے ہیں 24 گھنٹے کا پورا ڈی</w:t>
      </w:r>
    </w:p>
    <w:p>
      <w:r>
        <w:rPr>
          <w:b/>
        </w:rPr>
        <w:t xml:space="preserve">[1:02:29] </w:t>
      </w:r>
      <w:r>
        <w:t>jo hota hai. arabi mein us ko sab mila kar kaha jata hai raat. toh kya woh koi ek din hai? kehna chahiye raat din mila kar ke, kyunke raat ek ek relative term hai.</w:t>
      </w:r>
    </w:p>
    <w:p>
      <w:pPr>
        <w:jc w:val="right"/>
      </w:pPr>
      <w:r>
        <w:t>وریشن جو ہوتا ہے۔ عربی میں اس کو سب ملا کر کہا جاتا ہے رات۔ تو کیا وہ کوئی ایک دن ہے؟ کہنا چاہیے رات دن ملا کر کے، کیونکہ رات ایک ایک ریلیٹو ٹرم ہے۔</w:t>
      </w:r>
    </w:p>
    <w:p>
      <w:r>
        <w:rPr>
          <w:b/>
        </w:rPr>
        <w:t xml:space="preserve">[1:02:42] </w:t>
      </w:r>
      <w:r>
        <w:t>yahan raat hai toh america mein din hai, america mein raat hai toh yahan din hai. toh raat toh ek relative term hai. toh is 24 ghante ka duration jo hai, mein samajhta hoon ke woh murad hai us se.</w:t>
      </w:r>
    </w:p>
    <w:p>
      <w:pPr>
        <w:jc w:val="right"/>
      </w:pPr>
      <w:r>
        <w:t>یہاں رات ہے تو امریکہ میں دن ہے، امریکہ میں رات ہے تو یہاں دن ہے۔ تو رات تو ایک ریلیٹو ٹرم ہے۔ تو اس 24 گھنٹے کا ڈیوریشن جو ہے، میں سمجھتا ہوں کہ وہ مراد ہے اس سے۔</w:t>
      </w:r>
    </w:p>
    <w:p>
      <w:r>
        <w:rPr>
          <w:b/>
        </w:rPr>
        <w:t xml:space="preserve">[1:02:55] </w:t>
      </w:r>
      <w:r>
        <w:t>toh is mein saal bhar mein ek din aisa hota hai jab ke khuda phir saal ke faisle leta hai. jaise hum log budget banate hain, government budget banati hai toh budget mein saal bhar ka budget hota hai.</w:t>
      </w:r>
    </w:p>
    <w:p>
      <w:pPr>
        <w:jc w:val="right"/>
      </w:pPr>
      <w:r>
        <w:t>تو اس میں سال بھر میں ایک دن ایسا ہوتا ہے جب کہ خدا پھر سال کے فیصلے لیتا ہے۔ جیسے ہم لوگ بجٹ بناتے ہیں، گورنمنٹ بجٹ بناتی ہے تو بجٹ میں سال بھر کا بجٹ ہوتا ہے۔</w:t>
      </w:r>
    </w:p>
    <w:p>
      <w:r>
        <w:rPr>
          <w:b/>
        </w:rPr>
        <w:t xml:space="preserve">[1:03:09] </w:t>
      </w:r>
      <w:r>
        <w:t>woh toh khuda bhi yani farishton ke zariye se khuda saare kainat ka management kar raha hai.</w:t>
      </w:r>
    </w:p>
    <w:p>
      <w:pPr>
        <w:jc w:val="right"/>
      </w:pPr>
      <w:r>
        <w:t>وہ تو خدا بھی یعنی فرشتوں کے ذریعے سے خدا سارے کائنات کا مینجمنٹ کر رہا ہے۔</w:t>
      </w:r>
    </w:p>
    <w:p>
      <w:r>
        <w:rPr>
          <w:b/>
        </w:rPr>
        <w:t xml:space="preserve">[1:03:18] </w:t>
      </w:r>
      <w:r>
        <w:t>to farishon ko bataya jata hai ke tum ko yeh karna, yeh karna, yeh karna. to yeh aik tarah ka annual planning hoti hai Khuda ki.</w:t>
      </w:r>
    </w:p>
    <w:p>
      <w:pPr>
        <w:jc w:val="right"/>
      </w:pPr>
      <w:r>
        <w:t>تو فرشتوں کو بتایا جاتا ہے کہ تم کو یہ کرنا، یہ کرنا، یہ کرنا۔ تو یہ ایک طرح کا اینول پلاننگ ہوتی ہے خدا کی۔</w:t>
      </w:r>
    </w:p>
    <w:p>
      <w:r>
        <w:rPr>
          <w:b/>
        </w:rPr>
        <w:t xml:space="preserve">[1:03:27] </w:t>
      </w:r>
      <w:r>
        <w:t>yeh Quran mein aisa aaya hai Lailat-ul-Qadr. to behal jahan meri samajh hai ke Shab-e-Barat to kuch bhi nahi hai, mein us ko kuch nahi samajhta is ki.</w:t>
      </w:r>
    </w:p>
    <w:p>
      <w:pPr>
        <w:jc w:val="right"/>
      </w:pPr>
      <w:r>
        <w:t>یہ قرآن میں ایسا آیا ہے لیلۃ القدر۔ تو بہرحال جہاں میری سمجھ ہے کہ شبِ برات تو کچھ بھی نہیں ہے، میں اس کو کچھ نہیں سمجھتا اس کی۔</w:t>
      </w:r>
    </w:p>
    <w:p>
      <w:r>
        <w:rPr>
          <w:b/>
        </w:rPr>
        <w:t xml:space="preserve">[1:03:38] </w:t>
      </w:r>
      <w:r>
        <w:t>lekin Lailat-ul-Qadr jo hai, yani night of destiny, Quran majeed mein to khud maujood hai, is liye hum us ko mante hain aur isi sense mein mante hain.</w:t>
      </w:r>
    </w:p>
    <w:p>
      <w:pPr>
        <w:jc w:val="right"/>
      </w:pPr>
      <w:r>
        <w:t>لیکن لیلۃ القدر جو ہے، یعنی نائٹ آف ڈسٹنی، قرآن مجید میں تو خود موجود ہے، اس لیے ہم اس کو مانتے ہیں اور اسی سینس میں مانتے ہیں۔</w:t>
      </w:r>
    </w:p>
    <w:p>
      <w:r>
        <w:rPr>
          <w:b/>
        </w:rPr>
        <w:t xml:space="preserve">[1:03:49] </w:t>
      </w:r>
      <w:r>
        <w:t>He has another question, which is: There are many few persons who are capable and at the same time interested in intellectual interactions.</w:t>
      </w:r>
    </w:p>
    <w:p>
      <w:pPr>
        <w:jc w:val="right"/>
      </w:pPr>
      <w:r>
        <w:t>He has another question, which is: There are many few persons who are capable and at the same time interested in intellectual interactions.</w:t>
      </w:r>
    </w:p>
    <w:p>
      <w:r>
        <w:rPr>
          <w:b/>
        </w:rPr>
        <w:t xml:space="preserve">[1:04:00] </w:t>
      </w:r>
      <w:r>
        <w:t>How do we go about in our pursuit for intellectual interface or interactions? dekhen, aap ko bana banaya aadmi kabhi nahi milta.</w:t>
      </w:r>
    </w:p>
    <w:p>
      <w:pPr>
        <w:jc w:val="right"/>
      </w:pPr>
      <w:r>
        <w:t>How do we go about in our pursuit for intellectual interface or interactions? دیکھیں، آپ کو بنا بنایا آدمی کبھی نہیں ملتا۔</w:t>
      </w:r>
    </w:p>
    <w:p>
      <w:r>
        <w:rPr>
          <w:b/>
        </w:rPr>
        <w:t xml:space="preserve">[1:04:10] </w:t>
      </w:r>
      <w:r>
        <w:t>Rasool Allah ke jo log the, woh bane banaye nahi the. is liye to kaha gaya hai ke Quran majeed mein ke Khuda chahta hai ke tumhari gandagi ko nikale aur tumhara purification kare.</w:t>
      </w:r>
    </w:p>
    <w:p>
      <w:pPr>
        <w:jc w:val="right"/>
      </w:pPr>
      <w:r>
        <w:t>رسول اللہ کے جو لوگ تھے، وہ بنے بنائے نہیں تھے۔ اس لیے تو کہا گیا ہے کہ قرآن مجید میں کہ خدا چاہتا ہے کہ تمہاری گندگی کو نکالے اور تمہارا پیوریفیکیشن کرے۔</w:t>
      </w:r>
    </w:p>
    <w:p>
      <w:r>
        <w:rPr>
          <w:b/>
        </w:rPr>
        <w:t xml:space="preserve">[1:04:19] </w:t>
      </w:r>
      <w:r>
        <w:t>aap ko banana parega. bana banaya aadmi nahi milta hai kabhi bhi. hum ko bhi koi bana banaya aadmi nahi mila.</w:t>
      </w:r>
    </w:p>
    <w:p>
      <w:pPr>
        <w:jc w:val="right"/>
      </w:pPr>
      <w:r>
        <w:t>آپ کو بنانا پڑے گا۔ بنا بنایا آدمی نہیں ملتا ہے کبھی بھی۔ ہم کو بھی کوئی بنا بنایا آدمی نہیں ملا۔</w:t>
      </w:r>
    </w:p>
    <w:p>
      <w:r>
        <w:rPr>
          <w:b/>
        </w:rPr>
        <w:t xml:space="preserve">[1:04:30] </w:t>
      </w:r>
      <w:r>
        <w:t>ab dekhen, meri taqreeban daily baat cheet hoti hai Habib bhai se jo Hyderabad mein hai. to communication ke zamane mein log yeh bhi nahi jante. har din isi tarah ki baat hoti hai, intellectual development ki baat hoti hai.</w:t>
      </w:r>
    </w:p>
    <w:p>
      <w:pPr>
        <w:jc w:val="right"/>
      </w:pPr>
      <w:r>
        <w:t>اب دیکھیں، میری تقریباً ڈیلی بات چیت ہوتی ہے حبیب بھائی سے جو حیدرآباد میں ہے۔ تو کمیونیکیشن کے زمانے میں لوگ یہ بھی نہیں جانتے۔ ہر دن اسی طرح کی بات ہوتی ہے، انٹلیکچول ڈیولپمنٹ کی بات ہوتی ہے۔</w:t>
      </w:r>
    </w:p>
    <w:p>
      <w:r>
        <w:rPr>
          <w:b/>
        </w:rPr>
        <w:t xml:space="preserve">[1:04:46] </w:t>
      </w:r>
      <w:r>
        <w:t>har din, jaise ab parson ki baat hai, unhon ne kaha ke aik sahib mere paas aaye hain, woh kehte hain ke sahib, hadithien jo hain, kuch nahi hain, sirf Quran hi asal hai aur hadithien sab fabricated hain, woh hain waghera.</w:t>
      </w:r>
    </w:p>
    <w:p>
      <w:pPr>
        <w:jc w:val="right"/>
      </w:pPr>
      <w:r>
        <w:t>ہر دن، جیسے اب پرسوں کی بات ہے، انہوں نے کہا کہ ایک صاحب میرے پاس آئے ہیں، وہ کہتے ہیں کہ صاحب، حدیثیں جو ہیں، کچھ نہیں ہیں، صرف قرآن ہی اصل ہے اور حدیثیں سب فیبریکیٹڈ ہیں، وہ ہیں وغیرہ۔</w:t>
      </w:r>
    </w:p>
    <w:p>
      <w:r>
        <w:rPr>
          <w:b/>
        </w:rPr>
        <w:t xml:space="preserve">[1:05:00] </w:t>
      </w:r>
      <w:r>
        <w:t>ab is par baat hui un se aur is tarah ke yani intellectual issues, spiritual issues par daily baat hoti rehti hai.</w:t>
      </w:r>
    </w:p>
    <w:p>
      <w:pPr>
        <w:jc w:val="right"/>
      </w:pPr>
      <w:r>
        <w:t>اب اس پر بات ہوئی ان سے اور اس طرح کے یعنی انٹلیکچول ایشوز، اسپیریچول ایشوز پر ڈیلی بات ہوتی رہتی ہے۔</w:t>
      </w:r>
    </w:p>
    <w:p>
      <w:r>
        <w:rPr>
          <w:b/>
        </w:rPr>
        <w:t xml:space="preserve">[1:05:09] </w:t>
      </w:r>
      <w:r>
        <w:t>to aap to to yeh yeh yeh hai training.</w:t>
      </w:r>
    </w:p>
    <w:p>
      <w:pPr>
        <w:jc w:val="right"/>
      </w:pPr>
      <w:r>
        <w:t>تو آپ تو تو یہ یہ یہ ہے ٹریننگ۔</w:t>
      </w:r>
    </w:p>
    <w:p>
      <w:r>
        <w:rPr>
          <w:b/>
        </w:rPr>
        <w:t xml:space="preserve">[1:05:14] </w:t>
      </w:r>
      <w:r>
        <w:t>to un ki isi mein un ki training ho rahi hai. to mein samajhta hoon ke aap yeh chahen ke bana banaya aadmi hamein mil jaye. bana banaya aadmi kabhi nahi milega.</w:t>
      </w:r>
    </w:p>
    <w:p>
      <w:pPr>
        <w:jc w:val="right"/>
      </w:pPr>
      <w:r>
        <w:t>تو ان کی اسی میں ان کی ٹریننگ ہو رہی ہے۔ تو میں سمجھتا ہوں کہ آپ یہ چاہیں کہ بنا بنایا آدمی ہمیں مل جائے۔ بنا بنایا آدمی کبھی نہیں ملے گا۔</w:t>
      </w:r>
    </w:p>
    <w:p>
      <w:r>
        <w:rPr>
          <w:b/>
        </w:rPr>
        <w:t xml:space="preserve">[1:05:23] </w:t>
      </w:r>
      <w:r>
        <w:t>aap ko banana parega. sab se banane ki sab se pehli shart mein ne Habib bhai se kahi yeh baat ke aap ko sab se pehle simplicity par aana parega.</w:t>
      </w:r>
    </w:p>
    <w:p>
      <w:pPr>
        <w:jc w:val="right"/>
      </w:pPr>
      <w:r>
        <w:t>آپ کو بنانا پڑے گا۔ سب سے بنانے کی سب سے پہلی شرط میں نے حبیب بھائی سے کہی یہ بات کہ آپ کو سب سے پہلے سمپلیسٹی پر آنا پڑے گا۔</w:t>
      </w:r>
    </w:p>
    <w:p>
      <w:r>
        <w:rPr>
          <w:b/>
        </w:rPr>
        <w:t xml:space="preserve">[1:05:32] </w:t>
      </w:r>
      <w:r>
        <w:t>agar aap simplicity par na aayen, laziz khane aur furniture aur outing aur shopping waghera waghera lage rahen to in to aap apni family ko nahi bana sakte,</w:t>
      </w:r>
    </w:p>
    <w:p>
      <w:pPr>
        <w:jc w:val="right"/>
      </w:pPr>
      <w:r>
        <w:t>اگر آپ سمپلیسٹی پر نہ آئیں، لذیذ کھانے اور فرنیچر اور آؤٹنگ اور شاپنگ وغیرہ وغیرہ لگے رہیں تو ان تو آپ اپنی فیملی کو نہیں بنا سکتے،</w:t>
      </w:r>
    </w:p>
    <w:p>
      <w:r>
        <w:rPr>
          <w:b/>
        </w:rPr>
        <w:t xml:space="preserve">[1:05:44] </w:t>
      </w:r>
      <w:r>
        <w:t>nahi bana sakte, kabhi bhi nahi bana sakte. simple living, high thinking jo formula hai, yeh bohat important hai. simple living, high thinking.</w:t>
      </w:r>
    </w:p>
    <w:p>
      <w:pPr>
        <w:jc w:val="right"/>
      </w:pPr>
      <w:r>
        <w:t>نہیں بنا سکتے، کبھی بھی نہیں بنا سکتے۔ سمپل لیونگ، ہائی تھنکنگ جو فارمولا ہے، یہ بہت امپورٹنٹ ہے۔ سمپل لیونگ، ہائی تھنکنگ۔</w:t>
      </w:r>
    </w:p>
    <w:p>
      <w:r>
        <w:rPr>
          <w:b/>
        </w:rPr>
        <w:t xml:space="preserve">[1:05:52] </w:t>
      </w:r>
      <w:r>
        <w:t>mein samajhta hoon ke dono interconnected hain, dono se. yeh simple living hogi, tabhi high thinking hogi. high thinking jab aayegi to simple living, simple living aayegi.</w:t>
      </w:r>
    </w:p>
    <w:p>
      <w:pPr>
        <w:jc w:val="right"/>
      </w:pPr>
      <w:r>
        <w:t>میں سمجھتا ہوں کہ دونوں انٹر کنیکٹڈ ہیں، دونوں سے۔ یہ سمپل لیونگ ہوگی، تبھی ہائی تھنکنگ ہوگی۔ ہائی تھنکنگ جب آئے گی تو سمپل لیونگ، سمپل لیونگ آئے گی۔</w:t>
      </w:r>
    </w:p>
    <w:p>
      <w:r>
        <w:rPr>
          <w:b/>
        </w:rPr>
        <w:t xml:space="preserve">[1:06:01] </w:t>
      </w:r>
      <w:r>
        <w:t>saath saath jahan high thinking hai, wahan simple living hai. jahan simple living hai, wahan high thinking hai. to koi bhi aadmi jo chahta ho intellectual partner, to kuch sacrifice karni paregi us ko.</w:t>
      </w:r>
    </w:p>
    <w:p>
      <w:pPr>
        <w:jc w:val="right"/>
      </w:pPr>
      <w:r>
        <w:t>ساتھ ساتھ جہاں ہائی تھنکنگ ہے، وہاں سمپل لیونگ ہے۔ جہاں سمپل لیونگ ہے، وہاں ہائی تھنکنگ ہے۔ تو کوئی بھی آدمی جو چاہتا ہو انٹلیکچول پارٹنر، تو کچھ سیکریفائس کرنی پڑے گی اس کو۔</w:t>
      </w:r>
    </w:p>
    <w:p>
      <w:r>
        <w:rPr>
          <w:b/>
        </w:rPr>
        <w:t xml:space="preserve">[1:06:13] </w:t>
      </w:r>
      <w:r>
        <w:t>is ke baghair to koi nahi, kisi ko nahi milne wala hai. mujhe bhi, mujhe bhi bohat dinon ke baad mein bana paya kuch logon ko. yeh to, yeh to, yeh to aik, yeh to aik khud hum, hamein</w:t>
      </w:r>
    </w:p>
    <w:p>
      <w:pPr>
        <w:jc w:val="right"/>
      </w:pPr>
      <w:r>
        <w:t>اس کے بغیر تو کوئی نہیں، کسی کو نہیں ملنے والا ہے۔ مجھے بھی، مجھے بھی بہت دنوں کے بعد میں بنا پایا کچھ لوگوں کو۔ یہ تو، یہ تو، یہ تو ایک، یہ تو ایک خود ہم، ہمیں</w:t>
      </w:r>
    </w:p>
    <w:p>
      <w:r>
        <w:rPr>
          <w:b/>
        </w:rPr>
        <w:t xml:space="preserve">[1:06:31] </w:t>
      </w:r>
      <w:r>
        <w:t>is ayat se yeh baat milti hai ke Khuda chahta hai ke tumhare, Khuda chahta hai ke ae Ahl-e-Bait, tumhare andar se gandagi ko nikale.</w:t>
      </w:r>
    </w:p>
    <w:p>
      <w:pPr>
        <w:jc w:val="right"/>
      </w:pPr>
      <w:r>
        <w:t>اس آیت سے یہ بات ملتی ہے کہ خدا چاہتا ہے کہ تمہارے، خدا چاہتا ہے کہ اے اہل بیت، تمہارے اندر سے گندگی کو نکالے۔</w:t>
      </w:r>
    </w:p>
    <w:p>
      <w:r>
        <w:rPr>
          <w:b/>
        </w:rPr>
        <w:t xml:space="preserve">[1:06:41] </w:t>
      </w:r>
      <w:r>
        <w:t>rishwarya, gandagi.</w:t>
      </w:r>
    </w:p>
    <w:p>
      <w:pPr>
        <w:jc w:val="right"/>
      </w:pPr>
      <w:r>
        <w:t>رشوت، گندگی۔</w:t>
      </w:r>
    </w:p>
    <w:p>
      <w:r>
        <w:rPr>
          <w:b/>
        </w:rPr>
        <w:t xml:space="preserve">[1:06:43] </w:t>
      </w:r>
      <w:r>
        <w:t>Khuda chahta hai ke yeh, yeh verse number 33 aur chapter number 33, Al-Ahzab, ke Khuda chahta hai ke tumhare andar se, ae Ahl-e-Bait, gandagi ko nikale aur tum ko purify kare.</w:t>
      </w:r>
    </w:p>
    <w:p>
      <w:pPr>
        <w:jc w:val="right"/>
      </w:pPr>
      <w:r>
        <w:t>خدا چاہتا ہے کہ یہ، یہ ورس نمبر 33 اور چیپٹر نمبر 33، الاحزاب، کہ خدا چاہتا ہے کہ تمہارے اندر سے، اے اہل بیت، گندگی کو نکالے اور تم کو پیوریفائی کرے۔</w:t>
      </w:r>
    </w:p>
    <w:p>
      <w:r>
        <w:rPr>
          <w:b/>
        </w:rPr>
        <w:t xml:space="preserve">[1:06:59] </w:t>
      </w:r>
      <w:r>
        <w:t>to yeh, yeh matlab hai ke jo yani jo rukawaten hain, jo obstacles hain, us ko khatam karen. obstacles mere andar sab se bara distraction hai.</w:t>
      </w:r>
    </w:p>
    <w:p>
      <w:pPr>
        <w:jc w:val="right"/>
      </w:pPr>
      <w:r>
        <w:t>تو یہ، یہ مطلب ہے کہ جو یعنی جو رکاوٹیں ہیں، جو ابسٹیکلز ہیں، اس کو ختم کریں۔ ابسٹیکلز میرے اندر سب سے بڑا ڈسٹریکشن ہے۔</w:t>
      </w:r>
    </w:p>
    <w:p>
      <w:r>
        <w:rPr>
          <w:b/>
        </w:rPr>
        <w:t xml:space="preserve">[1:07:11] </w:t>
      </w:r>
      <w:r>
        <w:t>sab se bara obstacle jo hai, mere andar distraction hai. to is ke baad phir positive aspect jo hai, woh purification hai.</w:t>
      </w:r>
    </w:p>
    <w:p>
      <w:pPr>
        <w:jc w:val="right"/>
      </w:pPr>
      <w:r>
        <w:t>سب سے بڑا ابسٹیکل جو ہے، میرے اندر ڈسٹریکشن ہے۔ تو اس کے بعد پھر پازیٹیو ایسپیکٹ جو ہے، وہ پیوریفیکیشن ہے۔</w:t>
      </w:r>
    </w:p>
    <w:p>
      <w:r>
        <w:rPr>
          <w:b/>
        </w:rPr>
        <w:t xml:space="preserve">[1:07:22] </w:t>
      </w:r>
      <w:r>
        <w:t>to Rasool Allah ko bhi apne Ahl-e-Bait ko banana para. bane banaye log nahi mile gaye aap ko. phir bhi to aap daily aap Hazrat Aisha se exchange karte the.</w:t>
      </w:r>
    </w:p>
    <w:p>
      <w:pPr>
        <w:jc w:val="right"/>
      </w:pPr>
      <w:r>
        <w:t>تو رسول اللہ کو بھی اپنے اہل بیت کو بنانا پڑا۔ بنے بنائے لوگ نہیں ملے گئے آپ کو۔ پھر بھی تو آپ ڈیلی آپ حضرت عائشہ سے ایکسچینج کرتے تھے۔</w:t>
      </w:r>
    </w:p>
    <w:p>
      <w:r>
        <w:rPr>
          <w:b/>
        </w:rPr>
        <w:t xml:space="preserve">[1:07:37] </w:t>
      </w:r>
      <w:r>
        <w:t>ah This question is from amar</w:t>
      </w:r>
    </w:p>
    <w:p>
      <w:pPr>
        <w:jc w:val="right"/>
      </w:pPr>
      <w:r>
        <w:t>اہ This question is from امر</w:t>
      </w:r>
    </w:p>
    <w:p>
      <w:r>
        <w:rPr>
          <w:b/>
        </w:rPr>
        <w:t xml:space="preserve">[1:07:41] </w:t>
      </w:r>
      <w:r>
        <w:t>Dekhiye, kisi bhi baat ke numerous aspects hote hain.</w:t>
      </w:r>
    </w:p>
    <w:p>
      <w:pPr>
        <w:jc w:val="right"/>
      </w:pPr>
      <w:r>
        <w:t>Why and how criticism gives rise to intellectual development? Please explain دیکھیے، کسی بھی بات کے numerous aspects ہوتے ہیں۔</w:t>
      </w:r>
    </w:p>
    <w:p>
      <w:r>
        <w:rPr>
          <w:b/>
        </w:rPr>
        <w:t xml:space="preserve">[1:07:55] </w:t>
      </w:r>
      <w:r>
        <w:t>Kisi bhi baat ke.</w:t>
      </w:r>
    </w:p>
    <w:p>
      <w:pPr>
        <w:jc w:val="right"/>
      </w:pPr>
      <w:r>
        <w:t>کسی بھی بات کے۔</w:t>
      </w:r>
    </w:p>
    <w:p>
      <w:r>
        <w:rPr>
          <w:b/>
        </w:rPr>
        <w:t xml:space="preserve">[1:08:00] </w:t>
      </w:r>
      <w:r>
        <w:t>Ek aadmi jo hai, har baat uske mind mein nahi aa jaati hai. Kuch aspects aate hain, kuch aspects nahi aate hain.</w:t>
      </w:r>
    </w:p>
    <w:p>
      <w:pPr>
        <w:jc w:val="right"/>
      </w:pPr>
      <w:r>
        <w:t>ایک آدمی جو ہے، ہر بات اس کے mind میں نہیں آ جاتی ہے۔ کچھ aspects آتے ہیں، کچھ aspects نہیں آتے ہیں۔</w:t>
      </w:r>
    </w:p>
    <w:p>
      <w:r>
        <w:rPr>
          <w:b/>
        </w:rPr>
        <w:t xml:space="preserve">[1:08:08] </w:t>
      </w:r>
      <w:r>
        <w:t>Toh jab aap ek logon ko allow karein ke tum criticize karo, apni baat kaho freely, toh doosra aspect woh kahan payega?</w:t>
      </w:r>
    </w:p>
    <w:p>
      <w:pPr>
        <w:jc w:val="right"/>
      </w:pPr>
      <w:r>
        <w:t>تو جب آپ ایک لوگوں کو allow کریں کہ تم criticize کرو، اپنی بات کہو freely، تو دوسرا aspect وہ کہاں پائے گا؟</w:t>
      </w:r>
    </w:p>
    <w:p>
      <w:r>
        <w:rPr>
          <w:b/>
        </w:rPr>
        <w:t xml:space="preserve">[1:08:18] </w:t>
      </w:r>
      <w:r>
        <w:t>Jo aap nahi soch paate the. Is tarah se development hoga. Kabhi bhi koi bhi aadmi, chahe kitne hi bada ho, har aspect nahi is pakad pata.</w:t>
      </w:r>
    </w:p>
    <w:p>
      <w:pPr>
        <w:jc w:val="right"/>
      </w:pPr>
      <w:r>
        <w:t>جو آپ نہیں سوچ پاتے تھے۔ اس طریقے سے development ہوگا۔ کبھی بھی کوئی بھی آدمی، چاہے کتنے ہی بڑا ہو، ہر aspect نہیں اس پکڑ پاتا۔</w:t>
      </w:r>
    </w:p>
    <w:p>
      <w:r>
        <w:rPr>
          <w:b/>
        </w:rPr>
        <w:t xml:space="preserve">[1:08:29] </w:t>
      </w:r>
      <w:r>
        <w:t>Kuch aspects ko pakadta hai woh.</w:t>
      </w:r>
    </w:p>
    <w:p>
      <w:pPr>
        <w:jc w:val="right"/>
      </w:pPr>
      <w:r>
        <w:t>کچھ aspects کو پکڑتا ہے وہ۔</w:t>
      </w:r>
    </w:p>
    <w:p>
      <w:r>
        <w:rPr>
          <w:b/>
        </w:rPr>
        <w:t xml:space="preserve">[1:08:32] </w:t>
      </w:r>
      <w:r>
        <w:t>Toh jab jab aap logon ko freedom denge, openly bol lenge log, toh har aspect saamne aayega. Har aspect saamne aayega. Toh aap logon ko mauka dijiye bolne ka.</w:t>
      </w:r>
    </w:p>
    <w:p>
      <w:pPr>
        <w:jc w:val="right"/>
      </w:pPr>
      <w:r>
        <w:t>تو جب جب آپ لوگوں کو freedom دیں گے، openly بول لیں گے لوگ، تو ہر aspect سامنے آئے گا۔ ہر aspect سامنے آئے گا۔ تو آپ لوگوں کو موقع دیجیے بولنے کا۔</w:t>
      </w:r>
    </w:p>
    <w:p>
      <w:r>
        <w:rPr>
          <w:b/>
        </w:rPr>
        <w:t xml:space="preserve">[1:08:48] </w:t>
      </w:r>
      <w:r>
        <w:t>Mahatma Gandhi ne kaha hai ke main apne mind ke window khula rakhna chahta hoon, lekin saare nahi. Toh maine kaha why this reservation</w:t>
      </w:r>
    </w:p>
    <w:p>
      <w:pPr>
        <w:jc w:val="right"/>
      </w:pPr>
      <w:r>
        <w:t>مہاتما گاندھی نے کہا ہے کہ میں اپنے mind کے window کھلا رکھنا چاہتا ہوں، لیکن سارے نہیں۔ تو میں نے کہا Why this reservation</w:t>
      </w:r>
    </w:p>
    <w:p>
      <w:r>
        <w:rPr>
          <w:b/>
        </w:rPr>
        <w:t xml:space="preserve">[1:08:59] </w:t>
      </w:r>
      <w:r>
        <w:t>Aap kyun khula nahi? Saare ko window ko nahi kholna chahte aap? Toh aap ko development kaise hoga?</w:t>
      </w:r>
    </w:p>
    <w:p>
      <w:pPr>
        <w:jc w:val="right"/>
      </w:pPr>
      <w:r>
        <w:t>آپ کیوں کھلا نہیں؟ سارے کو window کو نہیں کھولنا چاہتے آپ؟ تو آپ کو development کیسے ہوگا؟</w:t>
      </w:r>
    </w:p>
    <w:p>
      <w:r>
        <w:rPr>
          <w:b/>
        </w:rPr>
        <w:t xml:space="preserve">[1:09:08] </w:t>
      </w:r>
      <w:r>
        <w:t>Main toh chahta hoon ke saare window khol dijiye. Main apne bare mein kehta hoon, Khuda ke fazl se, jo jo bilkul hi ulte, mere mere mere soch ke ek dum ulte jo rai ho, us par bhi empathy mind ho kar baat karta hoon.</w:t>
      </w:r>
    </w:p>
    <w:p>
      <w:pPr>
        <w:jc w:val="right"/>
      </w:pPr>
      <w:r>
        <w:t>میں تو چاہتا ہوں کہ سارے window کھول دیجیے۔ میں اپنے بارے میں کہتا ہوں، خدا کے فضل سے، جو جو بالکل ہی الٹے، میرے میرے میرے سوچ کے ایک دم الٹے جو رائے ہو، اس پر بھی empathy mind ہو کر بات کرتا ہوں۔</w:t>
      </w:r>
    </w:p>
    <w:p>
      <w:r>
        <w:rPr>
          <w:b/>
        </w:rPr>
        <w:t xml:space="preserve">[1:09:24] </w:t>
      </w:r>
      <w:r>
        <w:t>Yaani koi kahe Khuda nahi hai, farz kijiye</w:t>
      </w:r>
    </w:p>
    <w:p>
      <w:pPr>
        <w:jc w:val="right"/>
      </w:pPr>
      <w:r>
        <w:t>یعنی کوئی کہے خدا نہیں ہے، فرض کیجیے</w:t>
      </w:r>
    </w:p>
    <w:p>
      <w:r>
        <w:rPr>
          <w:b/>
        </w:rPr>
        <w:t xml:space="preserve">[1:09:27] </w:t>
      </w:r>
      <w:r>
        <w:t>Islam ek galat mazhab hai, kuch bhi ulti seedhi baatein hain. Toh main open mind ho kar ke, empathy mind ho kar baat karta hoon.</w:t>
      </w:r>
    </w:p>
    <w:p>
      <w:pPr>
        <w:jc w:val="right"/>
      </w:pPr>
      <w:r>
        <w:t>اسلام ایک غلط مذہب ہے، کچھ بھی الٹی سیدھی باتیں ہیں۔ تو میں open mind ہو کر کے، empathy mind ہو کر بات کرتا ہوں۔</w:t>
      </w:r>
    </w:p>
    <w:p>
      <w:r>
        <w:rPr>
          <w:b/>
        </w:rPr>
        <w:t xml:space="preserve">[1:09:38] </w:t>
      </w:r>
      <w:r>
        <w:t>Main main kyun na apni window khol doon, saare ke saare? Kya mujhe mujhe dar kya hai? Jo milegi, agar sachai hai toh nahi lunga, sachai nahi hai toh nahi lunga.</w:t>
      </w:r>
    </w:p>
    <w:p>
      <w:pPr>
        <w:jc w:val="right"/>
      </w:pPr>
      <w:r>
        <w:t>میں میں کیوں نہ اپنی window کھول دوں، سارے کے سارے؟ کیا مجھے مجھے ڈر کیا ہے؟ جو ملے گی، اگر سچائی ہے تو نہیں لوں گا، سچائی نہیں ہے تو نہیں لوں گا۔</w:t>
      </w:r>
    </w:p>
    <w:p>
      <w:r>
        <w:rPr>
          <w:b/>
        </w:rPr>
        <w:t xml:space="preserve">[1:09:47] </w:t>
      </w:r>
      <w:r>
        <w:t>Mujhe reservation ki kya zaroorat hai? Toh behal, koi bhi aadmi saare aspect ko nahi samajh pata,</w:t>
      </w:r>
    </w:p>
    <w:p>
      <w:pPr>
        <w:jc w:val="right"/>
      </w:pPr>
      <w:r>
        <w:t>مجھے reservation کی کیا ضرورت ہے؟ تو بہرحال، کوئی بھی آدمی سارے aspect کو نہیں سمجھ پاتا،</w:t>
      </w:r>
    </w:p>
    <w:p>
      <w:r>
        <w:rPr>
          <w:b/>
        </w:rPr>
        <w:t xml:space="preserve">[1:09:55] </w:t>
      </w:r>
      <w:r>
        <w:t>Toh usko chahiye ke doosre ko mauka de ke doosre aspect ko bataye. Woh</w:t>
      </w:r>
    </w:p>
    <w:p>
      <w:pPr>
        <w:jc w:val="right"/>
      </w:pPr>
      <w:r>
        <w:t>تو اس کو چاہیے کہ دوسرے کو موقع دے کہ دوسرے aspect کو بتائے۔ وہ</w:t>
      </w:r>
    </w:p>
    <w:p>
      <w:r>
        <w:rPr>
          <w:b/>
        </w:rPr>
        <w:t xml:space="preserve">[1:10:02] </w:t>
      </w:r>
      <w:r>
        <w:t>Jaise main aap ko ek misaal deta hoon, Deoband ki. 1857 mein ulma ne yeh faisla kiya ke ke angrezon ke khilaf ladai ladna hai, yaani arm struggle karna hai.</w:t>
      </w:r>
    </w:p>
    <w:p>
      <w:pPr>
        <w:jc w:val="right"/>
      </w:pPr>
      <w:r>
        <w:t>جیسے میں آپ کو ایک مثال دیتا ہوں، دیوبند کی۔ 1857 میں علماء نے یہ فیصلہ کیا کہ کہ انگریزوں کے خلاف لڑائی لڑنا ہے، یعنی arm struggle کرنا ہے۔</w:t>
      </w:r>
    </w:p>
    <w:p>
      <w:r>
        <w:rPr>
          <w:b/>
        </w:rPr>
        <w:t xml:space="preserve">[1:10:22] </w:t>
      </w:r>
      <w:r>
        <w:t>Toh ab wahan par saare ulma jo hain, yeh sochne lage. Toh Deoband mein ek aalim the, Sheikh Muhammad, unhone kaha ke main isko jaiz nahi samajhta.</w:t>
      </w:r>
    </w:p>
    <w:p>
      <w:pPr>
        <w:jc w:val="right"/>
      </w:pPr>
      <w:r>
        <w:t>تو اب وہاں پر سارے علماء جو ہیں، یہ سوچنے لگے۔ تو دیوبند میں ایک عالم تھے، شیخ محمد، انہوں نے کہا کہ میں اس کو جائز نہیں سمجھتا۔</w:t>
      </w:r>
    </w:p>
    <w:p>
      <w:r>
        <w:rPr>
          <w:b/>
        </w:rPr>
        <w:t xml:space="preserve">[1:10:36] </w:t>
      </w:r>
      <w:r>
        <w:t>Yaani unhone is se disagree kiya. Is ko matlab tum jo jihad karne ja rahe ho angrezon ke khilaf, woh mere nazdeek jaiz nahi hai.</w:t>
      </w:r>
    </w:p>
    <w:p>
      <w:pPr>
        <w:jc w:val="right"/>
      </w:pPr>
      <w:r>
        <w:t>یعنی انہوں نے اس سے disagree کیا۔ اس کو مطلب تم جو جہاد کرنے جا رہے ہو انگریزوں کے خلاف، وہ میرے نزدیک جائز نہیں ہے۔</w:t>
      </w:r>
    </w:p>
    <w:p>
      <w:r>
        <w:rPr>
          <w:b/>
        </w:rPr>
        <w:t xml:space="preserve">[1:10:47] </w:t>
      </w:r>
      <w:r>
        <w:t>Toh logon ne kaha ke aap kyun is ko jaiz nahi? Unhone kaha haram, main haram samajhta hoon. Yahan tak kaha tha unhone. Aap kyun is ko haram samajhte hain?</w:t>
      </w:r>
    </w:p>
    <w:p>
      <w:pPr>
        <w:jc w:val="right"/>
      </w:pPr>
      <w:r>
        <w:t>تو لوگوں نے کہا کہ آپ کیوں اس کو جائز نہیں؟ انہوں نے کہا حرام، میں حرام سمجھتا ہوں۔ یہاں تک کہا تھا انہوں نے۔ آپ کیوں اس کو حرام سمجھتے ہیں؟</w:t>
      </w:r>
    </w:p>
    <w:p>
      <w:r>
        <w:rPr>
          <w:b/>
        </w:rPr>
        <w:t xml:space="preserve">[1:10:56] </w:t>
      </w:r>
      <w:r>
        <w:t>Toh unhone kaha ke bhai aap ke paas woh nahi hai, yaani sadhan nahi hai. Itne kam sadhan aap ke paas hai, aap angrez se ladne ja rahe hain, angrez toh bahut sadhan hain, us ke paas hai.</w:t>
      </w:r>
    </w:p>
    <w:p>
      <w:pPr>
        <w:jc w:val="right"/>
      </w:pPr>
      <w:r>
        <w:t>تو انہوں نے کہا کہ بھئی آپ کے پاس وہ نہیں ہے، یعنی سادھن نہیں ہے۔ اتنے کم سادھن آپ کے پاس ہے، آپ انگریز سے لڑنے جا رہے ہیں، انگریز تو بہت سادھن ہیں، اس کے پاس ہے۔</w:t>
      </w:r>
    </w:p>
    <w:p>
      <w:r>
        <w:rPr>
          <w:b/>
        </w:rPr>
        <w:t xml:space="preserve">[1:11:08] </w:t>
      </w:r>
      <w:r>
        <w:t>Toh kisi ne kaha ke Hazrat, kya Badr ki ladai se bhi kam sadhan hain hamare paas? Jo</w:t>
      </w:r>
    </w:p>
    <w:p>
      <w:pPr>
        <w:jc w:val="right"/>
      </w:pPr>
      <w:r>
        <w:t>تو کسی نے کہا کہ حضرت، کیا بدر کی لڑائی سے بھی کم سادھن ہیں ہمارے پاس؟ جو</w:t>
      </w:r>
    </w:p>
    <w:p>
      <w:r>
        <w:rPr>
          <w:b/>
        </w:rPr>
        <w:t xml:space="preserve">[1:11:16] </w:t>
      </w:r>
      <w:r>
        <w:t>Log Badr mein ja ke lade the, Sahaba Karam kuch 313 the kul, kya un se bhi kam sadhan hain?</w:t>
      </w:r>
    </w:p>
    <w:p>
      <w:pPr>
        <w:jc w:val="right"/>
      </w:pPr>
      <w:r>
        <w:t>لوگ بدر میں جا کے لڑے تھے، صحابہ کرام کچھ 313 تھے کل، کیا ان سے بھی کم سادھن ہیں؟</w:t>
      </w:r>
    </w:p>
    <w:p>
      <w:r>
        <w:rPr>
          <w:b/>
        </w:rPr>
        <w:t xml:space="preserve">[1:11:26] </w:t>
      </w:r>
      <w:r>
        <w:t>Toh woh chup ho gaye. Wahan chuki mahol nahi tha criticism ka, wahan koi aadmi kehta, agar open mahol hota, open hota mahol, koi kehta hai ke bhai Hazrat, yeh yeh jo log Badr ke ka reference de rahe hain, toh Badr mein sadhan toh itna tha ke aap zameen par pani khula dein,</w:t>
      </w:r>
    </w:p>
    <w:p>
      <w:pPr>
        <w:jc w:val="right"/>
      </w:pPr>
      <w:r>
        <w:t>تو وہ چپ ہو گئے۔ وہاں چونکہ ماحول نہیں تھا کرسچن کا، وہاں نے کوئی آدمی کہتا، اگر اوپن ماحول ہوتا، اوپن ہوتا ماحول، کوئی کہتا ہے کہ بھئی حضرت، یہ یہ جو لوگ بدر کے کا ریفرنس دے رہے ہیں، تو بدر میں سادھن تو اتنا تھا کہ آپ زمین پر پانی کھلا دیں،</w:t>
      </w:r>
    </w:p>
    <w:p>
      <w:r>
        <w:rPr>
          <w:b/>
        </w:rPr>
        <w:t xml:space="preserve">[1:11:44] </w:t>
      </w:r>
      <w:r>
        <w:t>Kyunke us mein Khuda ke angel aa gaye the. Kam sadhan kahan the Badr mein? Aap ke paas toh yeh aadmi hain, wahi hain kul. Wahan toh saare Khuda ke angel ki force aa gayi thi wahan par.</w:t>
      </w:r>
    </w:p>
    <w:p>
      <w:pPr>
        <w:jc w:val="right"/>
      </w:pPr>
      <w:r>
        <w:t>کیونکہ اس میں خدا کے اینجل آ گئے تھے۔ کم سادھن کہاں تھے بدر میں؟ آپ کے پاس تو یہ جو آدمی ہیں، وہی ہیں کل۔ وہاں تو سارے خدا کے اینجل کی فورس آ گئی تھی وہاں پر۔</w:t>
      </w:r>
    </w:p>
    <w:p>
      <w:r>
        <w:rPr>
          <w:b/>
        </w:rPr>
        <w:t xml:space="preserve">[1:11:58] </w:t>
      </w:r>
      <w:r>
        <w:t>Toh kam kahan the wahan par? Open to open discussion nahi hota tha wahan par. Unhone keh diya ke kya Badr se bhi kam hain? Toh baat khatam ho gayi.</w:t>
      </w:r>
    </w:p>
    <w:p>
      <w:pPr>
        <w:jc w:val="right"/>
      </w:pPr>
      <w:r>
        <w:t>تو کم کہاں تھے وہاں پر؟ اوپن ٹو اوپن ڈسکشن نہیں ہوتا تھا وہاں پر۔ انہوں نے کہہ دیا کہ کیا بدر سے بھی کم ہیں؟ تو بات ختم ہو گئی۔</w:t>
      </w:r>
    </w:p>
    <w:p>
      <w:r>
        <w:rPr>
          <w:b/>
        </w:rPr>
        <w:t xml:space="preserve">[1:12:07] </w:t>
      </w:r>
      <w:r>
        <w:t>khula discussion hona chahiye. ab dekhen, yeh aspect logon ke mind mein nahi tha.</w:t>
      </w:r>
    </w:p>
    <w:p>
      <w:pPr>
        <w:jc w:val="right"/>
      </w:pPr>
      <w:r>
        <w:t>کھلا ڈسکشن ہونا چاہیے۔ اب دیکھیں، یہ ایسپیکٹ لوگوں کے مائنڈ میں نہیں تھا۔</w:t>
      </w:r>
    </w:p>
    <w:p>
      <w:r>
        <w:rPr>
          <w:b/>
        </w:rPr>
        <w:t xml:space="preserve">[1:12:12] </w:t>
      </w:r>
      <w:r>
        <w:t>yani woh yeh jante thay ke hamare ke badr mein jab rasool allah ke jo sahabi thay, woh gaye to kul 313 thay. bas itna jante thay woh.</w:t>
      </w:r>
    </w:p>
    <w:p>
      <w:pPr>
        <w:jc w:val="right"/>
      </w:pPr>
      <w:r>
        <w:t>یعنی وہ یہ جانتے تھے کہ ہمارے کہ بدر میں جب رسول اللہ کے جو صحابی تھے، وہ گئے تو کل 313 تھے۔ بس اتنا جانتے تھے وہ۔</w:t>
      </w:r>
    </w:p>
    <w:p>
      <w:r>
        <w:rPr>
          <w:b/>
        </w:rPr>
        <w:t xml:space="preserve">[1:12:22] </w:t>
      </w:r>
      <w:r>
        <w:t>dosra aadmi haan, agar us ko open, us ko yani wahan par hota open discussion to to ek aur aspect batata woh ke woh 313 thay, lekin angel to wahan hazaron hazar thay.</w:t>
      </w:r>
    </w:p>
    <w:p>
      <w:pPr>
        <w:jc w:val="right"/>
      </w:pPr>
      <w:r>
        <w:t>دوسرا آدمی ہاں، اگر اس کو اوپن، اس کو یعنی وہاں پر ہوتا اوپن ڈسکشن تو تو ایک اور ایسپیکٹ بتاتا وہ کہ وہ 313 تھے، لیکن اینجل تو وہاں ہزاروں ہزار تھے۔</w:t>
      </w:r>
    </w:p>
    <w:p>
      <w:r>
        <w:rPr>
          <w:b/>
        </w:rPr>
        <w:t xml:space="preserve">[1:12:36] </w:t>
      </w:r>
      <w:r>
        <w:t>woh angel to ek ek itna taqat rakhta hai ke hamare pahad ko utha kar patak de kisi ke upar sar par.</w:t>
      </w:r>
    </w:p>
    <w:p>
      <w:pPr>
        <w:jc w:val="right"/>
      </w:pPr>
      <w:r>
        <w:t>وہ اینجل تو ایک ایک اتنا طاقت رکھتا ہے کہ ہمارے پہاڑ کو اٹھا کر پٹک دے کسی کے اوپر سر پر۔</w:t>
      </w:r>
    </w:p>
    <w:p>
      <w:r>
        <w:rPr>
          <w:b/>
        </w:rPr>
        <w:t xml:space="preserve">[1:12:42] </w:t>
      </w:r>
      <w:r>
        <w:t>to ab yeh aspect un ke mind mein nahi aaya ke masla 313 ka nahi hai, balke angels ka hai. angels ke ke ke to koi bhi nahi samna kar sakta.</w:t>
      </w:r>
    </w:p>
    <w:p>
      <w:pPr>
        <w:jc w:val="right"/>
      </w:pPr>
      <w:r>
        <w:t>تو اب یہ ایسپیکٹ ان کے مائنڈ میں نہیں آیا کہ مسئلہ 313 کا نہیں ہے، بلکہ اینجلس کا ہے۔ اینجلس کے کہ کہ کہ تو کوئی بھی نہیں سامنا کر سکتا۔</w:t>
      </w:r>
    </w:p>
    <w:p>
      <w:r>
        <w:rPr>
          <w:b/>
        </w:rPr>
        <w:t xml:space="preserve">[1:12:57] </w:t>
      </w:r>
      <w:r>
        <w:t>to dekhen, discussion se open discussion se ya christians se yeh hota hai ke bohat se aspect jo mere mind mein nahi hotay, woh aap keh dete hain.</w:t>
      </w:r>
    </w:p>
    <w:p>
      <w:pPr>
        <w:jc w:val="right"/>
      </w:pPr>
      <w:r>
        <w:t>تو دیکھیں، ڈسکشن سے اوپن ڈسکشن سے یا کرسچنز سے یہ ہوتا ہے کہ بہت سے ایسپیکٹ جو میرے مائنڈ میں نہیں ہوتے، وہ آپ کہہ دیتے ہیں۔</w:t>
      </w:r>
    </w:p>
    <w:p>
      <w:r>
        <w:rPr>
          <w:b/>
        </w:rPr>
        <w:t xml:space="preserve">[1:13:06] </w:t>
      </w:r>
      <w:r>
        <w:t>aap ke mind mein hotay hain, mein keh deta</w:t>
      </w:r>
    </w:p>
    <w:p>
      <w:pPr>
        <w:jc w:val="right"/>
      </w:pPr>
      <w:r>
        <w:t>آپ کے مائنڈ میں ہوتے ہیں، میں کہہ دیتا</w:t>
      </w:r>
    </w:p>
    <w:p>
      <w:r>
        <w:rPr>
          <w:b/>
        </w:rPr>
        <w:t xml:space="preserve">[1:13:08] </w:t>
      </w:r>
      <w:r>
        <w:t>hoon. is wajah se baat jo hai, intellectual development hota rehta hai. yeh bohat hi zaroori hai ke open discussion ho, christian freely yani allow ho har ek ko,</w:t>
      </w:r>
    </w:p>
    <w:p>
      <w:pPr>
        <w:jc w:val="right"/>
      </w:pPr>
      <w:r>
        <w:t>ہوں۔ اس وجہ سے بات جو ہے، انٹلیکچول ڈیولپمنٹ ہوتا رہتا ہے۔ یہ بہت ہی ضروری ہے کہ اوپن ڈسکشن ہو، کرسچن فریلی یعنی الاؤ ہو ہر ایک کو،</w:t>
      </w:r>
    </w:p>
    <w:p>
      <w:r>
        <w:rPr>
          <w:b/>
        </w:rPr>
        <w:t xml:space="preserve">[1:13:21] </w:t>
      </w:r>
      <w:r>
        <w:t>koi restriction na ho. sirf jo cheez kaho ke ab gaali galoch na karo, cheekho chalao nahi. yeh nahi ke aaj kal kya hota hai ke hum das aadmi bethe hain, ek aadmi bolay ga, ab is mein char aadmi aur bolne lagen ge.</w:t>
      </w:r>
    </w:p>
    <w:p>
      <w:pPr>
        <w:jc w:val="right"/>
      </w:pPr>
      <w:r>
        <w:t>کوئی ریسٹرکشن نہ ہو۔ صرف جو چیز کہو کہ اب گالی گلوچ نہ کرو، چیخو چلاؤ نہیں۔ یہ نہیں کہ آج کل کیا ہوتا ہے کہ ہم دس آدمی بیٹھے ہیں، ایک آدمی بولے گا، اب اس میں چار آدمی اور بولنے لگیں گے۔</w:t>
      </w:r>
    </w:p>
    <w:p>
      <w:r>
        <w:rPr>
          <w:b/>
        </w:rPr>
        <w:t xml:space="preserve">[1:13:35] </w:t>
      </w:r>
      <w:r>
        <w:t>ek shor mache ga,</w:t>
      </w:r>
    </w:p>
    <w:p>
      <w:pPr>
        <w:jc w:val="right"/>
      </w:pPr>
      <w:r>
        <w:t>ایک شور مچے گا،</w:t>
      </w:r>
    </w:p>
    <w:p>
      <w:r>
        <w:rPr>
          <w:b/>
        </w:rPr>
        <w:t xml:space="preserve">[1:13:37] </w:t>
      </w:r>
      <w:r>
        <w:t>ek aadmi bolay ga to us ki baat khatam nahi hogi. ek aadmi aur lage ga bolne. yeh sab hain etiquette ki baatein hain.</w:t>
      </w:r>
    </w:p>
    <w:p>
      <w:pPr>
        <w:jc w:val="right"/>
      </w:pPr>
      <w:r>
        <w:t>ایک آدمی بولے گا تو اس کی بات ختم نہیں ہوگی۔ ایک آدمی اور لگے گا بولنے۔ یہ سب ہیں ایٹیکیٹ کی باتیں ہیں۔</w:t>
      </w:r>
    </w:p>
    <w:p>
      <w:r>
        <w:rPr>
          <w:b/>
        </w:rPr>
        <w:t xml:space="preserve">[1:13:45] </w:t>
      </w:r>
      <w:r>
        <w:t>log etiquette jante hain. to discussion to free ho, christian ki poori allow kiya jaye, lekin yeh sab samjhaya jaye logon ko ke bhai tum gaali galoch mat karo aur sab log ikatthe na bolen.</w:t>
      </w:r>
    </w:p>
    <w:p>
      <w:pPr>
        <w:jc w:val="right"/>
      </w:pPr>
      <w:r>
        <w:t>لوگ ایٹیکیٹ جانے ہیں۔ تو ڈسکشن تو فری ہو، کرسچن کی پوری الاؤ کیا جائے، لیکن یہ سب سمجھایا جائے لوگوں کو کہ بھئی تم گالی گلوچ مت کرو اور سب لوگ اکٹھے نہ بولیں۔</w:t>
      </w:r>
    </w:p>
    <w:p>
      <w:r>
        <w:rPr>
          <w:b/>
        </w:rPr>
        <w:t xml:space="preserve">[1:14:02] </w:t>
      </w:r>
      <w:r>
        <w:t>bari bari bolo, baat ko start mein kaho. yeh bhi mein dekhta hoon, logon ko likhte hain bolne to speech dene likhte hain. woh ek question kahen ge, lekin speech dene yeh sab etiquette ki baatein hain.</w:t>
      </w:r>
    </w:p>
    <w:p>
      <w:pPr>
        <w:jc w:val="right"/>
      </w:pPr>
      <w:r>
        <w:t>باری باری بولو، بات کو سٹارٹ میں کہو۔ یہ بھی میں دیکھتا ہوں، لوگوں کو لکھتے ہیں بولنے تو سپیچ دینے لکھتے ہیں۔ وہ ایک کوئسچن کہیں گے، لیکن سپیچ دینے یہ سب ایٹیکیٹ کی باتیں ہیں۔</w:t>
      </w:r>
    </w:p>
    <w:p>
      <w:r>
        <w:rPr>
          <w:b/>
        </w:rPr>
        <w:t xml:space="preserve">[1:14:15] </w:t>
      </w:r>
      <w:r>
        <w:t>logon ko samjhana chahiye ke tum jano ke kya tareeqa hai baat karne ka. yeh hai</w:t>
      </w:r>
    </w:p>
    <w:p>
      <w:pPr>
        <w:jc w:val="right"/>
      </w:pPr>
      <w:r>
        <w:t>لوگوں کو سمجھانا چاہیے کہ تم جانو کہ کیا طریقہ ہے بات کرنے کا۔ یہ ہے</w:t>
      </w:r>
    </w:p>
    <w:p>
      <w:r>
        <w:rPr>
          <w:b/>
        </w:rPr>
        <w:t xml:space="preserve">[1:14:24] </w:t>
      </w:r>
      <w:r>
        <w:t>This question is from Aisha Maulana. Please elaborate on what do you mean by serious study? nahi, mein ne kaha serious literature.</w:t>
      </w:r>
    </w:p>
    <w:p>
      <w:pPr>
        <w:jc w:val="right"/>
      </w:pPr>
      <w:r>
        <w:t>This question is from عائشہ مولانا۔ پلیز الیبریٹ ان واٹ ڈو یو مین بائے سیریس سٹڈی؟ نہیں، میں نے کہا سیریس لٹریچر۔</w:t>
      </w:r>
    </w:p>
    <w:p>
      <w:r>
        <w:rPr>
          <w:b/>
        </w:rPr>
        <w:t xml:space="preserve">[1:14:35] </w:t>
      </w:r>
      <w:r>
        <w:t>ab serious study koi kahe, mein novel ki serious study karta hoon, woh mera matlab nahi hai. books jo hain, serious subject mein jo book hoti hain, yani ek woh book hain jo novel waghera hain, jo ke fiction jis mein hota hai.</w:t>
      </w:r>
    </w:p>
    <w:p>
      <w:pPr>
        <w:jc w:val="right"/>
      </w:pPr>
      <w:r>
        <w:t>اب سیریس سٹڈی کوئی کہے، میں ناول کی سیریس سٹڈی کرتا ہوں، وہ میرا مطلب نہیں ہے۔ بکس جو ہیں، سیریس سبجیکٹ میں جو بک ہوتی ہیں، یعنی ایک وہ بک ہیں جو ناول وغیرہ ہیں، جو کہ فکشن جس میں ہوتا ہے۔</w:t>
      </w:r>
    </w:p>
    <w:p>
      <w:r>
        <w:rPr>
          <w:b/>
        </w:rPr>
        <w:t xml:space="preserve">[1:14:49] </w:t>
      </w:r>
      <w:r>
        <w:t>to fiction jo hai, woh kabhi bhi serious nahi ho sakta hai.</w:t>
      </w:r>
    </w:p>
    <w:p>
      <w:pPr>
        <w:jc w:val="right"/>
      </w:pPr>
      <w:r>
        <w:t>تو فکشن جو ہے، وہ کبھی بھی سیریس نہیں ہو سکتا ہے۔</w:t>
      </w:r>
    </w:p>
    <w:p>
      <w:r>
        <w:rPr>
          <w:b/>
        </w:rPr>
        <w:t xml:space="preserve">[1:14:54] </w:t>
      </w:r>
      <w:r>
        <w:t>jab jab ek baat jo hui nahi, aap apne mind mein bana kar likh rahe hain to woh serious subject mein nahi kahoon ga. is ko serious subject woh hai jo base karta ho history par, science par,</w:t>
      </w:r>
    </w:p>
    <w:p>
      <w:pPr>
        <w:jc w:val="right"/>
      </w:pPr>
      <w:r>
        <w:t>جب جب ایک بات جو ہوئی نہیں، آپ اپنے مائنڈ میں بنا کر لکھ رہے ہیں تو وہ سیریس سبجیکٹ میں نہیں کہوں گا۔ اس کو سیریس سبجیکٹ وہ ہے جو بیس کرتا ہو ہسٹری پر، سائنس پر،</w:t>
      </w:r>
    </w:p>
    <w:p>
      <w:r>
        <w:rPr>
          <w:b/>
        </w:rPr>
        <w:t xml:space="preserve">[1:15:09] </w:t>
      </w:r>
      <w:r>
        <w:t>aur woh facts and figures par. woh hai serious literature. to do qism ke literature hotay hain: ek woh jo fiction par base karte hain</w:t>
      </w:r>
    </w:p>
    <w:p>
      <w:pPr>
        <w:jc w:val="right"/>
      </w:pPr>
      <w:r>
        <w:t>اور وہ فیکٹس اینڈ فگرز پر۔ وہ ہے سیریس لٹریچر۔ تو دو قسم کے لٹریچر ہوتے ہیں: ایک وہ جو فکشن پر بیس کرتے ہیں</w:t>
      </w:r>
    </w:p>
    <w:p>
      <w:r>
        <w:rPr>
          <w:b/>
        </w:rPr>
        <w:t xml:space="preserve">[1:15:21] </w:t>
      </w:r>
      <w:r>
        <w:t>, yani khud hi khud apni story banai aur likhna shuru kar diya, aur ek hota hai jo base karta hai facts and figures par, history par, science par.</w:t>
      </w:r>
    </w:p>
    <w:p>
      <w:pPr>
        <w:jc w:val="right"/>
      </w:pPr>
      <w:r>
        <w:t>، یعنی خود ہی خود اپنی سٹوری بنائی اور لکھنا شروع کر دیا، اور ایک ہوتا ہے جو بیس کرتا ہے فیکٹس اینڈ فگرز پر، ہسٹری پر، سائنس پر۔</w:t>
      </w:r>
    </w:p>
    <w:p>
      <w:r>
        <w:rPr>
          <w:b/>
        </w:rPr>
        <w:t xml:space="preserve">[1:15:32] </w:t>
      </w:r>
      <w:r>
        <w:t>woh hua serious literature. to mein yeh kahoon ga ke novel parhne se, afsanay parhne se, story parhne se kuch bhi development nahi hoti.</w:t>
      </w:r>
    </w:p>
    <w:p>
      <w:pPr>
        <w:jc w:val="right"/>
      </w:pPr>
      <w:r>
        <w:t>وہ ہوا سیریس لٹریچر۔ تو میں یہ کہوں گا کہ ناول پڑھنے سے، افسانے پڑھنے سے، سٹوری پڑھنے سے کچھ بھی ڈیولپمنٹ نہیں ہوتی۔</w:t>
      </w:r>
    </w:p>
    <w:p>
      <w:r>
        <w:rPr>
          <w:b/>
        </w:rPr>
        <w:t xml:space="preserve">[1:15:44] </w:t>
      </w:r>
      <w:r>
        <w:t>log kehte hain ke zuban aati hai, mein yeh bhi nahi manta. kya chalti phirti zuban jante hain aap?</w:t>
      </w:r>
    </w:p>
    <w:p>
      <w:pPr>
        <w:jc w:val="right"/>
      </w:pPr>
      <w:r>
        <w:t>لوگ کہتے ہیں کہ زبان آتی ہے، میں یہ بھی نہیں مانتا۔ کیا چلتی پھرتی زبان جانتے ہیں آپ؟</w:t>
      </w:r>
    </w:p>
    <w:p>
      <w:r>
        <w:rPr>
          <w:b/>
        </w:rPr>
        <w:t xml:space="preserve">[1:15:53] </w:t>
      </w:r>
      <w:r>
        <w:t>jo log bohat ziyada novel parhte hain, mein dekha hai in logon ko academic discussion mein kuch nahi chal paat. woh jo log bohat navelain parhte hain, yeh kaha jata hai ke sahib novel parho taake tumhari zuban aa jaye.</w:t>
      </w:r>
    </w:p>
    <w:p>
      <w:pPr>
        <w:jc w:val="right"/>
      </w:pPr>
      <w:r>
        <w:t>جو لوگ بہت زیادہ ناول پڑھتے ہیں، میں دیکھا ہے ان لوگوں کو اکیڈمک ڈسکشن میں کچھ نہیں چل پاتے۔ وہ جو لوگ بہت ناولیں پڑھتے ہیں، یہ کہا جاتا ہے کہ صاحب ناول پڑھو تاکہ تمہاری زبان آ جائے۔</w:t>
      </w:r>
    </w:p>
    <w:p>
      <w:r>
        <w:rPr>
          <w:b/>
        </w:rPr>
        <w:t xml:space="preserve">[1:16:06] </w:t>
      </w:r>
      <w:r>
        <w:t>tum ko yeh bhi half truth hai. novel parhne se aap ko language jo aati hai, wohi baith kar hawa karne wali language. novel parh kar ke aap jo language seekhte hain, lekin konsi language?</w:t>
      </w:r>
    </w:p>
    <w:p>
      <w:pPr>
        <w:jc w:val="right"/>
      </w:pPr>
      <w:r>
        <w:t>تم کو یہ بھی ہاف ٹروتھ ہے۔ ناول پڑھنے سے آپ کو لینگویج جو آتی ہے، وہی بیٹھ کر ہوا کرنے والی لینگویج۔ ناول پڑھ کر کے آپ جو لینگویج سیکھتے ہیں، لیکن کون سی لینگویج؟</w:t>
      </w:r>
    </w:p>
    <w:p>
      <w:r>
        <w:rPr>
          <w:b/>
        </w:rPr>
        <w:t xml:space="preserve">[1:16:18] </w:t>
      </w:r>
      <w:r>
        <w:t>bhai hawa karne wali language.</w:t>
      </w:r>
    </w:p>
    <w:p>
      <w:pPr>
        <w:jc w:val="right"/>
      </w:pPr>
      <w:r>
        <w:t>بھئی ہوا کرنے والی لینگویج۔</w:t>
      </w:r>
    </w:p>
    <w:p>
      <w:r>
        <w:rPr>
          <w:b/>
        </w:rPr>
        <w:t xml:space="preserve">[1:16:21] </w:t>
      </w:r>
      <w:r>
        <w:t>koi serious discuss nahi kar sakte. aap academic discuss ki salahiyat nahi hoti hai aise logon mein. novel parhna apne ko mein samajhta hoon ke yaani woh karna hai.</w:t>
      </w:r>
    </w:p>
    <w:p>
      <w:pPr>
        <w:jc w:val="right"/>
      </w:pPr>
      <w:r>
        <w:t>کوئی سیریس ڈسکس نہیں کر سکتے۔ آپ اکیڈمک ڈسکس کی صلاحیت نہیں ہوتی ہے ایسے لوگوں میں۔ ناول پڑھنا اپنے کو میں سمجھتا ہوں کہ یعنی وہ کرنا ہے۔</w:t>
      </w:r>
    </w:p>
    <w:p>
      <w:r>
        <w:rPr>
          <w:b/>
        </w:rPr>
        <w:t xml:space="preserve">[1:16:35] </w:t>
      </w:r>
      <w:r>
        <w:t>apne ko yaani apne apne apna intellectual development rok dena hai.</w:t>
      </w:r>
    </w:p>
    <w:p>
      <w:pPr>
        <w:jc w:val="right"/>
      </w:pPr>
      <w:r>
        <w:t>اپنے کو یعنی اپنے اپنے اپنا انٹلیکچول ڈیولپمنٹ روک دینا ہے۔</w:t>
      </w:r>
    </w:p>
    <w:p>
      <w:r>
        <w:rPr>
          <w:b/>
        </w:rPr>
        <w:t xml:space="preserve">[1:16:48] </w:t>
      </w:r>
      <w:r>
        <w:t>This question is from gresh johal.</w:t>
      </w:r>
    </w:p>
    <w:p>
      <w:pPr>
        <w:jc w:val="right"/>
      </w:pPr>
      <w:r>
        <w:t>This question is from گریش جوہل۔</w:t>
      </w:r>
    </w:p>
    <w:p>
      <w:r>
        <w:rPr>
          <w:b/>
        </w:rPr>
        <w:t xml:space="preserve">[1:16:52] </w:t>
      </w:r>
      <w:r>
        <w:t>nan teresa ko poore jeevan bhar apne jeevan ko logon ki khidmat karne ke baad bhi ishwar ki prapti ya santoshthi kyon nahi mili?</w:t>
      </w:r>
    </w:p>
    <w:p>
      <w:pPr>
        <w:jc w:val="right"/>
      </w:pPr>
      <w:r>
        <w:t>نن ٹیرسا کو پورے जीवन بھر اپنے जीवन کو لوگوں کی خدمت کرنے کے بعد بھی ایشور کی پراپتی یا سنتوشتی کیوں نہیں ملی؟</w:t>
      </w:r>
    </w:p>
    <w:p>
      <w:r>
        <w:rPr>
          <w:b/>
        </w:rPr>
        <w:t xml:space="preserve">[1:17:01] </w:t>
      </w:r>
      <w:r>
        <w:t>unhein aisa aur kya karna chahiye tha jis se unhein yeh sab prapt hota? haan bhai, yeh question bahut hi achha hai aur main is mein reh gaya.</w:t>
      </w:r>
    </w:p>
    <w:p>
      <w:pPr>
        <w:jc w:val="right"/>
      </w:pPr>
      <w:r>
        <w:t>انہیں ایسا اور کیا کرنا چاہیے تھا جس سے انہیں یہ سب प्राप्त ہوتا؟ ہاں بھئی، یہ کوئسچن بہت ہی اچھا ہے اور میں اس میں رہ گیا۔</w:t>
      </w:r>
    </w:p>
    <w:p>
      <w:r>
        <w:rPr>
          <w:b/>
        </w:rPr>
        <w:t xml:space="preserve">[1:17:10] </w:t>
      </w:r>
      <w:r>
        <w:t>meri baat mein yeh baat reh gayi thi. yeh bahut achha kaha aap ne.</w:t>
      </w:r>
    </w:p>
    <w:p>
      <w:pPr>
        <w:jc w:val="right"/>
      </w:pPr>
      <w:r>
        <w:t>میری بات میں یہ بات رہ گئی تھی۔ یہ بہت اچھا کہا آپ نے۔</w:t>
      </w:r>
    </w:p>
    <w:p>
      <w:r>
        <w:rPr>
          <w:b/>
        </w:rPr>
        <w:t xml:space="preserve">[1:17:19] </w:t>
      </w:r>
      <w:r>
        <w:t>dekhein, mujhe ek ek dehati kahani yaad aati hai. ek gaon mein hum jab rehte the, ab gaon mein toh woh ek kahani wahan thi.</w:t>
      </w:r>
    </w:p>
    <w:p>
      <w:pPr>
        <w:jc w:val="right"/>
      </w:pPr>
      <w:r>
        <w:t>دیکھیں، مجھے ایک ایک دیہاتی کہانی یاد آتی ہے۔ ایک گاؤں میں ہم جب رہتے تھے، اب گاؤں میں تو وہ ایک کہانی وہاں تھی۔</w:t>
      </w:r>
    </w:p>
    <w:p>
      <w:r>
        <w:rPr>
          <w:b/>
        </w:rPr>
        <w:t xml:space="preserve">[1:17:30] </w:t>
      </w:r>
      <w:r>
        <w:t>woh yeh thi ke ek tota tha, tota yaani jo parrot kehte hain, parrot toh ud raha tha. udte udte ek jagah dekha us ne ke ek pead hai, bahut hi beautiful.</w:t>
      </w:r>
    </w:p>
    <w:p>
      <w:pPr>
        <w:jc w:val="right"/>
      </w:pPr>
      <w:r>
        <w:t>وہ یہ تھی کہ ایک طوطا تھا، طوطا یعنی جو پیرٹ کہتے ہیں، پیرٹ تو اڑ رہا تھا۔ اڑتے اڑتے ایک جگہ دیکھا اس نے کہ ایک پیڑ ہے، بہت ہی بیوٹی فل۔</w:t>
      </w:r>
    </w:p>
    <w:p>
      <w:r>
        <w:rPr>
          <w:b/>
        </w:rPr>
        <w:t xml:space="preserve">[1:17:42] </w:t>
      </w:r>
      <w:r>
        <w:t>is mein woh hain phal hain, band band phal.</w:t>
      </w:r>
    </w:p>
    <w:p>
      <w:pPr>
        <w:jc w:val="right"/>
      </w:pPr>
      <w:r>
        <w:t>اس میں وہ ہیں پھل ہیں، بند بند پھل۔</w:t>
      </w:r>
    </w:p>
    <w:p>
      <w:r>
        <w:rPr>
          <w:b/>
        </w:rPr>
        <w:t xml:space="preserve">[1:17:49] </w:t>
      </w:r>
      <w:r>
        <w:t>toh us ne samjha ke is ke andar jo hoga, upar toh is ka cover tha, andar jo hoga koi bahut achhi cheez, koi ho khane ki hongi is ke andar. toh wahan baith gaya woh.</w:t>
      </w:r>
    </w:p>
    <w:p>
      <w:pPr>
        <w:jc w:val="right"/>
      </w:pPr>
      <w:r>
        <w:t>تو اس نے سمجھا کہ اس کے اندر جو ہوگا، اوپر تو اس کا کور تھا، اندر جو ہوگا کوئی بہت اچھی چیز، کوئی ہو کھانے کی ہوں گی اس کے اندر۔ تو وہاں بیٹھ گیا وہ۔</w:t>
      </w:r>
    </w:p>
    <w:p>
      <w:r>
        <w:rPr>
          <w:b/>
        </w:rPr>
        <w:t xml:space="preserve">[1:18:00] </w:t>
      </w:r>
      <w:r>
        <w:t>ab bahut wait karte karte, bahut din guzar gaye. toh kya hua ke woh us ko apne us se beak kehte hain, kya kehte hain?</w:t>
      </w:r>
    </w:p>
    <w:p>
      <w:pPr>
        <w:jc w:val="right"/>
      </w:pPr>
      <w:r>
        <w:t>اب بہت ویٹ کرتے کرتے، بہت دن گزر گئے۔ تو کیا ہوا کہ وہ اس کو اپنے اس سے بیک کہتے ہیں، کیا کہتے ہیں؟</w:t>
      </w:r>
    </w:p>
    <w:p>
      <w:r>
        <w:rPr>
          <w:b/>
        </w:rPr>
        <w:t xml:space="preserve">[1:18:13] </w:t>
      </w:r>
      <w:r>
        <w:t>beak chonch, beak hain, beak tont, beak maari us par. toh</w:t>
      </w:r>
    </w:p>
    <w:p>
      <w:pPr>
        <w:jc w:val="right"/>
      </w:pPr>
      <w:r>
        <w:t>بیک چونچ، بیک ہیں، بیک ٹونٹ، بیک ماری اس پر۔ تو</w:t>
      </w:r>
    </w:p>
    <w:p>
      <w:r>
        <w:rPr>
          <w:b/>
        </w:rPr>
        <w:t xml:space="preserve">[1:18:19] </w:t>
      </w:r>
      <w:r>
        <w:t>jab jab woh hmm cover jo hai phata toh is mein se kya nikla? ke jo jo jo woh hota hai, jo jo symbol kaha jata hai, symbol is ke andar se cotton type ka nikalta hai,</w:t>
      </w:r>
    </w:p>
    <w:p>
      <w:pPr>
        <w:jc w:val="right"/>
      </w:pPr>
      <w:r>
        <w:t>جب جب وہ ہمم کور جو ہے پھٹا تو اس میں سے کیا نکلا؟ کہ جو جو جو وہ ہوتا ہے، جو جو سیمبل کہا جاتا ہے، سیمبل اس کے اندر سے کاٹن ٹائپ کا نکلتا ہے،</w:t>
      </w:r>
    </w:p>
    <w:p>
      <w:r>
        <w:rPr>
          <w:b/>
        </w:rPr>
        <w:t xml:space="preserve">[1:18:32] </w:t>
      </w:r>
      <w:r>
        <w:t>hain bhawa cotton type ka. toh is par kahani hai ke sembar raakh saga pachhtana. sembar yaani wohi symbol ka pead</w:t>
      </w:r>
    </w:p>
    <w:p>
      <w:pPr>
        <w:jc w:val="right"/>
      </w:pPr>
      <w:r>
        <w:t>ہیں بھوا کاٹن ٹائپ کا۔ تو اس پر کہانی ہے کہ سیمبر راکھ سگا پچھتانا۔ سیمبر یعنی وہی سیمبل کا پیڑ</w:t>
      </w:r>
    </w:p>
    <w:p>
      <w:r>
        <w:rPr>
          <w:b/>
        </w:rPr>
        <w:t xml:space="preserve">[1:18:45] </w:t>
      </w:r>
      <w:r>
        <w:t>. sembar raakh saga pachhtana. saga kehte hain parrot ko. sembar raakh saga pachhtana. maari chonch bhawa udarana.</w:t>
      </w:r>
    </w:p>
    <w:p>
      <w:pPr>
        <w:jc w:val="right"/>
      </w:pPr>
      <w:r>
        <w:t>۔ سیمبر راکھ سگا پچھتانا۔ سگا کہتے ہیں پیرٹ کو۔ سیمبر راکھ سگا پچھتانا۔ ماری چونچ بھوا ادھرانہ۔</w:t>
      </w:r>
    </w:p>
    <w:p>
      <w:r>
        <w:rPr>
          <w:b/>
        </w:rPr>
        <w:t xml:space="preserve">[1:18:58] </w:t>
      </w:r>
      <w:r>
        <w:t>bahut dinon intezar karta hai. agar is ke andar jo niklega, bade khane ki achhi koi cheez hogi. jab is mein se nikla toh kya tha? is mein woh bhawa tha, yeh cotton type ka.</w:t>
      </w:r>
    </w:p>
    <w:p>
      <w:pPr>
        <w:jc w:val="right"/>
      </w:pPr>
      <w:r>
        <w:t>بہت دنوں انتظار کرتا ہے۔ اگر اس کے اندر جو نکلے گا، بڑے کھانے کی اچھی کوئی چیز ہوگی۔ جب اس میں سے نکلا تو کیا تھا؟ اس میں وہ بھوا تھا، یہ کاٹن ٹائپ کا۔</w:t>
      </w:r>
    </w:p>
    <w:p>
      <w:r>
        <w:rPr>
          <w:b/>
        </w:rPr>
        <w:t xml:space="preserve">[1:19:09] </w:t>
      </w:r>
      <w:r>
        <w:t>toh asal mein yeh hai ke log jo hain, jahan dhoondh rahe hain, wahan khuda hai hi nahi.</w:t>
      </w:r>
    </w:p>
    <w:p>
      <w:pPr>
        <w:jc w:val="right"/>
      </w:pPr>
      <w:r>
        <w:t>تو اصل میں یہ ہے کہ لوگ جو ہیں، جہاں ڈھونڈ رہے ہیں، وہاں خدا ہے ہی نہیں۔</w:t>
      </w:r>
    </w:p>
    <w:p>
      <w:r>
        <w:rPr>
          <w:b/>
        </w:rPr>
        <w:t xml:space="preserve">[1:19:14] </w:t>
      </w:r>
      <w:r>
        <w:t>khuda dekhein, milega aap ko intellectual level par, physical level par khuda nahi milega. social work kya hai? physical level ka kaam hai.</w:t>
      </w:r>
    </w:p>
    <w:p>
      <w:pPr>
        <w:jc w:val="right"/>
      </w:pPr>
      <w:r>
        <w:t>خدا دیکھیں، ملے گا آپ کو انٹلیکچول لیول پر، فزیکل لیول پر خدا نہیں ملے گا۔ سوشل ورک کیا ہے؟ فزیکل لیول کا کام ہے۔</w:t>
      </w:r>
    </w:p>
    <w:p>
      <w:r>
        <w:rPr>
          <w:b/>
        </w:rPr>
        <w:t xml:space="preserve">[1:19:24] </w:t>
      </w:r>
      <w:r>
        <w:t>company work kya hai? physical level ka kaam hai. business kya hai? physical level ka kaam hai. toh khuda jo hai, aap dhoondh rahe hain wahan, jahan khuda hai hi nahi.</w:t>
      </w:r>
    </w:p>
    <w:p>
      <w:pPr>
        <w:jc w:val="right"/>
      </w:pPr>
      <w:r>
        <w:t>کمپنی ورک کیا ہے؟ فزیکل لیول کا کام ہے۔ بزنس کیا ہے؟ فزیکل لیول کا کام ہے۔ تو خدا جو ہے، آپ ڈھونڈ رہے ہیں وہاں، جہاں خدا ہے ہی نہیں۔</w:t>
      </w:r>
    </w:p>
    <w:p>
      <w:r>
        <w:rPr>
          <w:b/>
        </w:rPr>
        <w:t xml:space="preserve">[1:19:37] </w:t>
      </w:r>
      <w:r>
        <w:t>toh intellectual level par aap jab pursuit chale gaye, aap ki tab khuda ko payenge. aap</w:t>
      </w:r>
    </w:p>
    <w:p>
      <w:pPr>
        <w:jc w:val="right"/>
      </w:pPr>
      <w:r>
        <w:t>تو انٹلیکچول لیول پر آپ جب پرسوٹ چلے گئے، آپ کی تب خدا کو پائیں گے۔ آپ</w:t>
      </w:r>
    </w:p>
    <w:p>
      <w:r>
        <w:rPr>
          <w:b/>
        </w:rPr>
        <w:t xml:space="preserve">[1:19:43] </w:t>
      </w:r>
      <w:r>
        <w:t>woh samajhti rahi kyunke aise kuch christians mein, aise kuch christianity mein, aise kuch teaching hai ke jahan jahan par hota hai, wahan khuda hota hai.</w:t>
      </w:r>
    </w:p>
    <w:p>
      <w:pPr>
        <w:jc w:val="right"/>
      </w:pPr>
      <w:r>
        <w:t>وہ سمجھتی رہی کیونکہ ایسے کچھ کرسچنز میں، ایسی کچھ کرسچینٹی میں، ایسی کچھ ٹیچنگ ہے کہ جہاں جہاں پر ہوتا ہے، وہاں خدا ہوتا ہے۔</w:t>
      </w:r>
    </w:p>
    <w:p>
      <w:r>
        <w:rPr>
          <w:b/>
        </w:rPr>
        <w:t xml:space="preserve">[1:19:55] </w:t>
      </w:r>
      <w:r>
        <w:t>hadith mein ek hadith mein aaya hai, islam mein bhi aisa hai ke qayamat ki baat hai ke khuda ne kaha ke main tumhare paas bhooka aaya, tum ne mujhe khilaya nahi.</w:t>
      </w:r>
    </w:p>
    <w:p>
      <w:pPr>
        <w:jc w:val="right"/>
      </w:pPr>
      <w:r>
        <w:t>حدیث میں ایک حدیث میں آیا ہے، اسلام میں بھی ایسا ہے کہ قیامت کی بات ہے کہ خدا نے کہا کہ میں تمہارے پاس بھوکا آیا، تم نے مجھے کھلایا نہیں۔</w:t>
      </w:r>
    </w:p>
    <w:p>
      <w:r>
        <w:rPr>
          <w:b/>
        </w:rPr>
        <w:t xml:space="preserve">[1:20:08] </w:t>
      </w:r>
      <w:r>
        <w:t>toh woh kahega, aap khuda hain, aap kaise bhooke reh sakte hain? khuda kahega, main tumhare paas paisa aaya, tum ne mujhe pani nahi pilaya. kaha, khuda aap toh khuda hain, aap kaise paisa ho sakte hain?</w:t>
      </w:r>
    </w:p>
    <w:p>
      <w:pPr>
        <w:jc w:val="right"/>
      </w:pPr>
      <w:r>
        <w:t>تو وہ کہے گا، آپ خدا ہیں، آپ کیسے بھوکے رہ سکتے ہیں؟ خدا کہے گا، میں تمہارے پاس پیسہ آیا، تم نے مجھے پانی نہیں پلایا۔ کہا، خدا آپ تو خدا ہیں، آپ کیسے پیسہ ہو سکتے ہیں؟</w:t>
      </w:r>
    </w:p>
    <w:p>
      <w:r>
        <w:rPr>
          <w:b/>
        </w:rPr>
        <w:t xml:space="preserve">[1:20:19] </w:t>
      </w:r>
      <w:r>
        <w:t>khuda ne kaha ke main bimar tha, tum meri dekhne ke nahi aaye.</w:t>
      </w:r>
    </w:p>
    <w:p>
      <w:pPr>
        <w:jc w:val="right"/>
      </w:pPr>
      <w:r>
        <w:t>خدا نے کہا کہ میں بیمار تھا، تم میری دیکھنے کے نہیں آئے۔</w:t>
      </w:r>
    </w:p>
    <w:p>
      <w:r>
        <w:rPr>
          <w:b/>
        </w:rPr>
        <w:t xml:space="preserve">[1:20:23] </w:t>
      </w:r>
      <w:r>
        <w:t>toh kaha, khuda toh toh kaise bimar bimar hoga? toh toh khuda hai. tab khuda ne kaha ke dekho, falan aadmi bimar tha, tum us paas nahi aaye. agar aate toh tum us ko wahan paate.</w:t>
      </w:r>
    </w:p>
    <w:p>
      <w:pPr>
        <w:jc w:val="right"/>
      </w:pPr>
      <w:r>
        <w:t>تو کہا، خدا تو تو کیسے بیمار بیمار ہوگا؟ تو تو خدا ہے۔ تب خدا نے کہا کہ دیکھو، فلاں آدمی بیمار تھا، تم اس پاس نہیں آئے۔ اگر آتے تو تم اس کو وہاں پاتے۔</w:t>
      </w:r>
    </w:p>
    <w:p>
      <w:r>
        <w:rPr>
          <w:b/>
        </w:rPr>
        <w:t xml:space="preserve">[1:20:32] </w:t>
      </w:r>
      <w:r>
        <w:t>tum falan aadmi dekho, bhooka tha, tum ne use khilaya nahi. tum khilate to wahan us ko paatay. to us ko le liya literature sense mein.</w:t>
      </w:r>
    </w:p>
    <w:p>
      <w:pPr>
        <w:jc w:val="right"/>
      </w:pPr>
      <w:r>
        <w:t>تم فلاں آدمی دیکھو، بھوکا تھا، تم نے اسے کھلایا نہیں۔ تم کھلاتے تو وہاں اس کو پاتے۔ تو اس کو لے لیا لٹریچر سینس میں۔</w:t>
      </w:r>
    </w:p>
    <w:p>
      <w:r>
        <w:rPr>
          <w:b/>
        </w:rPr>
        <w:t xml:space="preserve">[1:20:42] </w:t>
      </w:r>
      <w:r>
        <w:t>logon ne yeh hua hai, kuch logon mein literature sense mein le liya ke sach much khuda wahan barajman hai.</w:t>
      </w:r>
    </w:p>
    <w:p>
      <w:pPr>
        <w:jc w:val="right"/>
      </w:pPr>
      <w:r>
        <w:t>لوگوں نے یہ ہوا ہے، کچھ لوگوں میں لٹریچر سینس میں لے لیا کہ سچ مچ خدا وہاں براجمان ہے۔</w:t>
      </w:r>
    </w:p>
    <w:p>
      <w:r>
        <w:rPr>
          <w:b/>
        </w:rPr>
        <w:t xml:space="preserve">[1:20:51] </w:t>
      </w:r>
      <w:r>
        <w:t>nahi, aisa nahi hai. is ka yeh matlab nahi, kuch is ka matlab hai kuch lesson milta, kuch tum ko spiritual food milta.</w:t>
      </w:r>
    </w:p>
    <w:p>
      <w:pPr>
        <w:jc w:val="right"/>
      </w:pPr>
      <w:r>
        <w:t>نہیں، ایسا نہیں ہے۔ اس کا یہ مطلب نہیں، کچھ اس کا مطلب ہے کچھ لسن ملتا، کچھ تم کو سپریچول فوڈ ملتا۔</w:t>
      </w:r>
    </w:p>
    <w:p>
      <w:r>
        <w:rPr>
          <w:b/>
        </w:rPr>
        <w:t xml:space="preserve">[1:20:59] </w:t>
      </w:r>
      <w:r>
        <w:t>yeh is sense mein, yaani ke khuda wohi wohi reside kar raha hai. yeh matlab nahi hai is ka. to in logon ne samajh liya ke khuda reside kar raha hai wahan, jahan poor aadmi hai, wahan khuda hai.</w:t>
      </w:r>
    </w:p>
    <w:p>
      <w:pPr>
        <w:jc w:val="right"/>
      </w:pPr>
      <w:r>
        <w:t>یہ اس سینس میں، یعنی کہ خدا وہیں وہیں ریسیڈ کر رہا ہے۔ یہ مطلب نہیں ہے اس کا۔ تو ان لوگوں نے سمجھ لیا کہ خدا ریسیڈ کر رہا ہے وہاں، جہاں پور آدمی ہے، وہاں خدا ہے۔</w:t>
      </w:r>
    </w:p>
    <w:p>
      <w:r>
        <w:rPr>
          <w:b/>
        </w:rPr>
        <w:t xml:space="preserve">[1:21:10] </w:t>
      </w:r>
      <w:r>
        <w:t>to khuda to wahan hai nahi. woh to mein jab wahan jaunga to wahan ja kar ke mera dil pighlega,</w:t>
      </w:r>
    </w:p>
    <w:p>
      <w:pPr>
        <w:jc w:val="right"/>
      </w:pPr>
      <w:r>
        <w:t>تو خدا تو وہاں ہے نہیں۔ وہ تو میں جب وہاں جاؤں گا تو وہاں جا کر کے میرا دل پگھلے گا،</w:t>
      </w:r>
    </w:p>
    <w:p>
      <w:r>
        <w:rPr>
          <w:b/>
        </w:rPr>
        <w:t xml:space="preserve">[1:21:19] </w:t>
      </w:r>
      <w:r>
        <w:t>mere dil mein kuch baat baat to lesson ke ayegi. to khuda wali baat kuch meri samajh mein ayegi.</w:t>
      </w:r>
    </w:p>
    <w:p>
      <w:pPr>
        <w:jc w:val="right"/>
      </w:pPr>
      <w:r>
        <w:t>میرے دل میں کچھ بات بات تو لسن کے آئے گی۔ تو خدا والی بات کچھ میری سمجھ میں آئے گی۔</w:t>
      </w:r>
    </w:p>
    <w:p>
      <w:r>
        <w:rPr>
          <w:b/>
        </w:rPr>
        <w:t xml:space="preserve">[1:21:28] </w:t>
      </w:r>
      <w:r>
        <w:t>jaise misaal ke taur par, mein aik aadmi ke paas gaya jo ke bohat bimar tha, woh marne ke qareeb tha. woh jab us ko dekha mein ne to mujhe laga ke yeh khuda aaj yeh marne wala hai, kal kal mein bhi marne wala hoon.</w:t>
      </w:r>
    </w:p>
    <w:p>
      <w:pPr>
        <w:jc w:val="right"/>
      </w:pPr>
      <w:r>
        <w:t>جیسے مثال کے طور پر، میں ایک آدمی کے پاس گیا جو کہ بہت بیمار تھا، وہ مرنے کے قریب تھا۔ وہ جب اس کو دیکھا میں نے تو مجھے لگا کہ یہ خدا آج یہ مرنے والا ہے، کل کل میں بھی مرنے والا ہوں۔</w:t>
      </w:r>
    </w:p>
    <w:p>
      <w:r>
        <w:rPr>
          <w:b/>
        </w:rPr>
        <w:t xml:space="preserve">[1:21:48] </w:t>
      </w:r>
      <w:r>
        <w:t>countdown is ka poora ho gaya, mera countdown kal poora ho jayega. ab yeh soch kar ke maut yaad ayi, akhirat yaad ayi, death judgment yaad aya.</w:t>
      </w:r>
    </w:p>
    <w:p>
      <w:pPr>
        <w:jc w:val="right"/>
      </w:pPr>
      <w:r>
        <w:t>کاؤنٹ ڈاؤن اس کا پورا ہو گیا، میرا کاؤنٹ ڈاؤن کل پورا ہو جائے گا۔ اب یہ سوچ کر کے موت یاد آئی، آخرت یاد آئی، ڈیتھ ججمنٹ یاد آیا۔</w:t>
      </w:r>
    </w:p>
    <w:p>
      <w:r>
        <w:rPr>
          <w:b/>
        </w:rPr>
        <w:t xml:space="preserve">[1:21:57] </w:t>
      </w:r>
      <w:r>
        <w:t>yeh hai khuda ko paana, yeh hai khuda ko paana. aise hi aik jab mein adhon parh mein tha, aik aadmi mera mila bechara, woh sach much bhooka tha.</w:t>
      </w:r>
    </w:p>
    <w:p>
      <w:pPr>
        <w:jc w:val="right"/>
      </w:pPr>
      <w:r>
        <w:t>یہ ہے خدا کو پانا، یہ ہے خدا کو پانا۔ ایسے ہی ایک جب میں آدھوں پڑھ میں تھا، ایک آدمی میرا ملا بیچارہ، وہ سچ مچ بھوکا تھا۔</w:t>
      </w:r>
    </w:p>
    <w:p>
      <w:r>
        <w:rPr>
          <w:b/>
        </w:rPr>
        <w:t xml:space="preserve">[1:22:10] </w:t>
      </w:r>
      <w:r>
        <w:t>woh us ko mein ne khilaya</w:t>
      </w:r>
    </w:p>
    <w:p>
      <w:pPr>
        <w:jc w:val="right"/>
      </w:pPr>
      <w:r>
        <w:t>وہ اس کو میں نے کھلایا</w:t>
      </w:r>
    </w:p>
    <w:p>
      <w:r>
        <w:rPr>
          <w:b/>
        </w:rPr>
        <w:t xml:space="preserve">[1:22:13] </w:t>
      </w:r>
      <w:r>
        <w:t>to mein ne socha ke yeh jo food hai, yeh jo khana jo hai, yaani keisi ajeeb cheez hai ke khana jo hai pakta hai peṛ par aur mein is se alag hoon.</w:t>
      </w:r>
    </w:p>
    <w:p>
      <w:pPr>
        <w:jc w:val="right"/>
      </w:pPr>
      <w:r>
        <w:t>تو میں نے سوچا کہ یہ جو فوڈ ہے، یہ جو کھانا جو ہے، یعنی کیسی عجیب چیز ہے کہ کھانا جو ہے پکتا ہے پیڑ پر اور میں اس سے الگ ہوں۔</w:t>
      </w:r>
    </w:p>
    <w:p>
      <w:r>
        <w:rPr>
          <w:b/>
        </w:rPr>
        <w:t xml:space="preserve">[1:22:24] </w:t>
      </w:r>
      <w:r>
        <w:t>yeh kaisa aisa aisa hua ke jo cheez peṛ par tayyar ho rahi hai, woh mere liye itne ziyada, yaani mere kaam ki hai, itne ziyada</w:t>
      </w:r>
    </w:p>
    <w:p>
      <w:pPr>
        <w:jc w:val="right"/>
      </w:pPr>
      <w:r>
        <w:t>یہ کیسا ایسا ایسا ہوا کہ جو چیز پیڑ پر تیار ہو رہی ہے، وہ میرے لیے اتنے زیادہ، یعنی میرے کام کی ہے، اتنے زیادہ</w:t>
      </w:r>
    </w:p>
    <w:p>
      <w:r>
        <w:rPr>
          <w:b/>
        </w:rPr>
        <w:t xml:space="preserve">[1:22:33] </w:t>
      </w:r>
      <w:r>
        <w:t>do different industries mein. aik industry meri hai, aik industry khet mein hai ya garden mein hai. to dono mein itni mutabiqat kaise hai?</w:t>
      </w:r>
    </w:p>
    <w:p>
      <w:pPr>
        <w:jc w:val="right"/>
      </w:pPr>
      <w:r>
        <w:t>دو ڈفرنٹ انڈسٹریز میں۔ ایک انڈسٹری میری ہے، ایک انڈسٹری کھیت میں ہے یا گارڈن میں ہے۔ تو دونوں میں اتنی مطابقت کیسے ہے؟</w:t>
      </w:r>
    </w:p>
    <w:p>
      <w:r>
        <w:rPr>
          <w:b/>
        </w:rPr>
        <w:t xml:space="preserve">[1:22:45] </w:t>
      </w:r>
      <w:r>
        <w:t>is se mein ne khuda ko pa liya ke zaroor hai ke is ka is ka koi koi khuda, koi aik hai, aik hi bananay wala hai jis ne banaya hai, yaani agriculture ko aur horticulture ko.</w:t>
      </w:r>
    </w:p>
    <w:p>
      <w:pPr>
        <w:jc w:val="right"/>
      </w:pPr>
      <w:r>
        <w:t>اس سے میں نے خدا کو پا لیا کہ ضرور ہے کہ اس کا اس کا کوئی کوئی خدا، کوئی ایک ہے، ایک ہی بنانے والا ہے جس نے بنایا ہے، یعنی ایگریکلچر کو اور ہارٹیکلچر کو۔</w:t>
      </w:r>
    </w:p>
    <w:p>
      <w:r>
        <w:rPr>
          <w:b/>
        </w:rPr>
        <w:t xml:space="preserve">[1:22:55] </w:t>
      </w:r>
      <w:r>
        <w:t>isi ne banaya insan ko bhi. jaise ke aap farz kijiye ke yeh hai cover,</w:t>
      </w:r>
    </w:p>
    <w:p>
      <w:pPr>
        <w:jc w:val="right"/>
      </w:pPr>
      <w:r>
        <w:t>اسی نے بنایا انسان کو بھی۔ جیسے کہ آپ فرض کیجئے کہ یہ ہے کور،</w:t>
      </w:r>
    </w:p>
    <w:p>
      <w:r>
        <w:rPr>
          <w:b/>
        </w:rPr>
        <w:t xml:space="preserve">[1:23:00] </w:t>
      </w:r>
      <w:r>
        <w:t>agar yeh bilkul fit ho raha ho, ab yeh banaya kisi aur industry mein, kisi aur factory mein, yeh banaya kisi aur factory mein. to dono agar cover ho raha ho to ab manna parega aap ko ke aik hi mind dono control kar raha hai,</w:t>
      </w:r>
    </w:p>
    <w:p>
      <w:pPr>
        <w:jc w:val="right"/>
      </w:pPr>
      <w:r>
        <w:t>اگر یہ بالکل فٹ ہو رہا ہو، اب یہ بنایا کسی اور انڈسٹری میں، کسی اور فیکٹری میں، یہ بنایا کسی اور فیکٹری میں۔ تو دونوں اگر کور ہو رہا ہو تو اب ماننا پڑے گا آپ کو کہ ایک ہی مائنڈ دونوں کنٹرول کر رہا ہے،</w:t>
      </w:r>
    </w:p>
    <w:p>
      <w:r>
        <w:rPr>
          <w:b/>
        </w:rPr>
        <w:t xml:space="preserve">[1:23:14] </w:t>
      </w:r>
      <w:r>
        <w:t>aik hi mind control kar raha hai dono ko. to jab mein ne us ko khana khilaya, us ka peṭ bhar gaya, mein ne socha ke dekhein, yeh insan to alag bana, kisi ماں ke peṭ se nikla, yeh aur khana to koi aur kahin alag se bana.</w:t>
      </w:r>
    </w:p>
    <w:p>
      <w:pPr>
        <w:jc w:val="right"/>
      </w:pPr>
      <w:r>
        <w:t>ایک ہی مائنڈ کنٹرول کر رہا ہے دونوں کو۔ تو جب میں نے اس کو کھانا کھلایا، اس کا پیٹ بھر گیا، میں نے سوچا کہ دیکھیں، یہ انسان تو الگ بنا، کسی ماں کے پیٹ سے نکلا، یہ اور کھانا تو کوئی اور کہیں الگ سے بنا۔</w:t>
      </w:r>
    </w:p>
    <w:p>
      <w:r>
        <w:rPr>
          <w:b/>
        </w:rPr>
        <w:t xml:space="preserve">[1:23:27] </w:t>
      </w:r>
      <w:r>
        <w:t>kaise aisa hua ke is khane ko khaye, woh digest kare, us ka us ko blood bane, flesh bane? to is mein mujhe khuda mil gaya ke aik hi mind hai, aik hi controller hai.</w:t>
      </w:r>
    </w:p>
    <w:p>
      <w:pPr>
        <w:jc w:val="right"/>
      </w:pPr>
      <w:r>
        <w:t>کیسے ایسا ہوا کہ اس کھانے کو کھائے، وہ ڈائجسٹ کرے، اس کا اس کو بلڈ بنے، فلیش بنے؟ تو اس میں مجھے خدا مل گیا کہ ایک ہی مائنڈ ہے، ایک ہی کنٹرولر ہے۔</w:t>
      </w:r>
    </w:p>
    <w:p>
      <w:r>
        <w:rPr>
          <w:b/>
        </w:rPr>
        <w:t xml:space="preserve">[1:23:40] </w:t>
      </w:r>
      <w:r>
        <w:t>tab aisa possible hai ke dono mein itni ziyada, yaani compatibility hai. yeh matlab hai is ka ke poor ke paas khuda ko milne ka matlab nahi ke woh khud khuda wahi reside kar raha hai.</w:t>
      </w:r>
    </w:p>
    <w:p>
      <w:pPr>
        <w:jc w:val="right"/>
      </w:pPr>
      <w:r>
        <w:t>تب ایسا پاسیبل ہے کہ دونوں میں اتنی زیادہ، یعنی کمپیٹیبلٹی ہے۔ یہ مطلب ہے اس کا کہ پور کے پاس خدا کو ملنے کا معنی نہیں کہ وہ خود خدا وہی ریسیڈ کر رہا ہے۔</w:t>
      </w:r>
    </w:p>
    <w:p>
      <w:r>
        <w:rPr>
          <w:b/>
        </w:rPr>
        <w:t xml:space="preserve">[1:23:53] </w:t>
      </w:r>
      <w:r>
        <w:t>to yeh log samjhein ke wahan jao ge to wohi khuda mil jayega.</w:t>
      </w:r>
    </w:p>
    <w:p>
      <w:pPr>
        <w:jc w:val="right"/>
      </w:pPr>
      <w:r>
        <w:t>تو یہ لوگ سمجھیں کہ وہاں جاؤ گے تو وہیں خدا مل جائے گا۔</w:t>
      </w:r>
    </w:p>
    <w:p>
      <w:r>
        <w:rPr>
          <w:b/>
        </w:rPr>
        <w:t xml:space="preserve">[1:23:57] </w:t>
      </w:r>
      <w:r>
        <w:t>khuda milega apne intellectual process ko chalane se. aap jab apna intellectual process chalayen ge to woh is se aap ko khuda milega.</w:t>
      </w:r>
    </w:p>
    <w:p>
      <w:pPr>
        <w:jc w:val="right"/>
      </w:pPr>
      <w:r>
        <w:t>خدا ملے گا اپنے انٹلیکچول پروسیس کو چلانے سے۔ آپ جب اپنا انٹلیکچول پروسیس چلائیں گے تو وہ اس سے آپ کو خدا ملے گا۔</w:t>
      </w:r>
    </w:p>
    <w:p>
      <w:r>
        <w:rPr>
          <w:b/>
        </w:rPr>
        <w:t xml:space="preserve">[1:24:08] </w:t>
      </w:r>
      <w:r>
        <w:t>ab wahan par hamare Adam Garh mein aik aik thay Hakim Ayub thay, un ka naam bechare, un ka intiqal ho gaya. aik bar mein gaya un ke haan, woh Bilariya Ganj mein thay, woh rehte thay, woh un ka clinic tha wahan par.</w:t>
      </w:r>
    </w:p>
    <w:p>
      <w:pPr>
        <w:jc w:val="right"/>
      </w:pPr>
      <w:r>
        <w:t>اب وہاں پر ہمارے آدم گڑھ میں ایک ایک تھے حکیم ایوب تھے، ان کا نام بیچارے، ان کا انتقال ہو گیا۔ ایک بار میں گیا ان کے ہاں، وہ بلیریا گنج میں تھے، وہ رہتے تھے، وہ ان کا کلینک تھا وہاں پر۔</w:t>
      </w:r>
    </w:p>
    <w:p>
      <w:r>
        <w:rPr>
          <w:b/>
        </w:rPr>
        <w:t xml:space="preserve">[1:24:22] </w:t>
      </w:r>
      <w:r>
        <w:t>aik aadmi wahan par patient ke taur par aya hua tha,</w:t>
      </w:r>
    </w:p>
    <w:p>
      <w:pPr>
        <w:jc w:val="right"/>
      </w:pPr>
      <w:r>
        <w:t>ایک آدمی وہاں پر پیشنٹ کے طور پر آیا ہوا تھا،</w:t>
      </w:r>
    </w:p>
    <w:p>
      <w:r>
        <w:rPr>
          <w:b/>
        </w:rPr>
        <w:t xml:space="preserve">[1:24:26] </w:t>
      </w:r>
      <w:r>
        <w:t>jis ko woh dekh rahe thay. to us ka jo body tha, us ka body bilkul jis ko husk kehte hain, husk bhusa. hmm, hmm, hain ji, sara husk tha, bhusa.</w:t>
      </w:r>
    </w:p>
    <w:p>
      <w:pPr>
        <w:jc w:val="right"/>
      </w:pPr>
      <w:r>
        <w:t>جس کو وہ دیکھ رہے تھے۔ تو اس کا جو باڈی تھا، اس کا باڈی بالکل جس کو ہسک کہتے ہیں، ہسک بھوسہ۔ ہمم، ہمم، ہیں جی، سارا ہسک تھا، بھوسہ۔</w:t>
      </w:r>
    </w:p>
    <w:p>
      <w:r>
        <w:rPr>
          <w:b/>
        </w:rPr>
        <w:t xml:space="preserve">[1:24:39] </w:t>
      </w:r>
      <w:r>
        <w:t>hamare aap ki tarah nahi tha, yeh skin hai, skin bilkul husk type thi, bilkul bhuse ki tarah se. mein ne dekha to mein ne us se poocha ke bhai, kya qissa hai yeh?</w:t>
      </w:r>
    </w:p>
    <w:p>
      <w:pPr>
        <w:jc w:val="right"/>
      </w:pPr>
      <w:r>
        <w:t>ہمارے آپ کی طرح نہیں تھا، یہ سکن ہے، سکن بالکل ہسک ٹائپ تھی، بالکل بھوسے کی طرح سے۔ میں نے دیکھا تو میں نے اس سے پوچھا کہ بھئی، کیا قصہ ہے یہ؟</w:t>
      </w:r>
    </w:p>
    <w:p>
      <w:r>
        <w:rPr>
          <w:b/>
        </w:rPr>
        <w:t xml:space="preserve">[1:24:50] </w:t>
      </w:r>
      <w:r>
        <w:t>to hakeem sahib ne bataya ke is ke body mein kya baat hai ke woh pani pi nahi sakta. yeh</w:t>
      </w:r>
    </w:p>
    <w:p>
      <w:pPr>
        <w:jc w:val="right"/>
      </w:pPr>
      <w:r>
        <w:t>تو حکیم صاحب نے بتایا کہ اس کے باڈی میں کیا بات ہے کہ وہ پانی پی نہیں سکتا۔ یہ</w:t>
      </w:r>
    </w:p>
    <w:p>
      <w:r>
        <w:rPr>
          <w:b/>
        </w:rPr>
        <w:t xml:space="preserve">[1:24:57] </w:t>
      </w:r>
      <w:r>
        <w:t>pani nahi pi sakta, yeh</w:t>
      </w:r>
    </w:p>
    <w:p>
      <w:pPr>
        <w:jc w:val="right"/>
      </w:pPr>
      <w:r>
        <w:t>پانی نہیں پی سکتا، یہ</w:t>
      </w:r>
    </w:p>
    <w:p>
      <w:r>
        <w:rPr>
          <w:b/>
        </w:rPr>
        <w:t xml:space="preserve">[1:25:01] </w:t>
      </w:r>
      <w:r>
        <w:t>kuch is ke body mein aisa kuch, is ka jo mechanism hai, aisa kuch is mein koi aisi baat ho gayi hai ke pani pi nahi sakta.</w:t>
      </w:r>
    </w:p>
    <w:p>
      <w:pPr>
        <w:jc w:val="right"/>
      </w:pPr>
      <w:r>
        <w:t>کچھ اس کے باڈی میں ایسا کچھ، اس کا جو میکنزم ہے، ایسا کچھ اس میں کوئی ایسی بات ہو گئی ہے کہ پانی پی نہیں سکتا۔</w:t>
      </w:r>
    </w:p>
    <w:p>
      <w:r>
        <w:rPr>
          <w:b/>
        </w:rPr>
        <w:t xml:space="preserve">[1:25:10] </w:t>
      </w:r>
      <w:r>
        <w:t>woh yeh mein ne apni aankhon se dekha, is ko mein ne kaha, khuda ne yeh yeh yeh khuda mujhe dikha raha hai, mujh aur sab ko ke tum pani bhi nahi pi sakte.</w:t>
      </w:r>
    </w:p>
    <w:p>
      <w:pPr>
        <w:jc w:val="right"/>
      </w:pPr>
      <w:r>
        <w:t>وہ یہ میں نے اپنی آنکھوں سے دیکھا، اس کو میں نے کہا، خدا نے یہ یہ یہ خدا مجھے دکھا رہا ہے، مجھ اور سب کو کہ تم پانی بھی نہیں پی سکتے۔</w:t>
      </w:r>
    </w:p>
    <w:p>
      <w:r>
        <w:rPr>
          <w:b/>
        </w:rPr>
        <w:t xml:space="preserve">[1:25:23] </w:t>
      </w:r>
      <w:r>
        <w:t>agar mein, yani khuda, agar agar agar na chahe to tum pani bhi nahi pi sakte. tum jo sab se aasan cheez hai, us se aasan cheez kya hai ke mein pani loon, pi loon is ko?</w:t>
      </w:r>
    </w:p>
    <w:p>
      <w:pPr>
        <w:jc w:val="right"/>
      </w:pPr>
      <w:r>
        <w:t>اگر میں، یعنی خدا، اگر اگر اگر نہ چاہے تو تم پانی بھی نہیں پی سکتے۔ تم جو سب سے آسان چیز ہے، اس سے آسان چیز کیا ہے کہ میں پانی لوں، پی لوں اس کو؟</w:t>
      </w:r>
    </w:p>
    <w:p>
      <w:r>
        <w:rPr>
          <w:b/>
        </w:rPr>
        <w:t xml:space="preserve">[1:25:35] </w:t>
      </w:r>
      <w:r>
        <w:t>us se aasan to koi baat nahi hai. yani khuda dikha raha hai ke tum pani bhi nahi pi sakte meri ijazat ke baghair. is waqt mera ajeeb haal hua hua hai.</w:t>
      </w:r>
    </w:p>
    <w:p>
      <w:pPr>
        <w:jc w:val="right"/>
      </w:pPr>
      <w:r>
        <w:t>اس سے آسان تو کوئی بات نہیں ہے۔ یعنی خدا دکھا رہا ہے کہ تم پانی بھی نہیں پی سکتے میری اجازت کے بغیر۔ اس وقت میرا عجیب حال ہوا ہوا ہے۔</w:t>
      </w:r>
    </w:p>
    <w:p>
      <w:r>
        <w:rPr>
          <w:b/>
        </w:rPr>
        <w:t xml:space="preserve">[1:25:47] </w:t>
      </w:r>
      <w:r>
        <w:t>mein ne socha ke khuda ki ijazat se mein pani peeta hoon,</w:t>
      </w:r>
    </w:p>
    <w:p>
      <w:pPr>
        <w:jc w:val="right"/>
      </w:pPr>
      <w:r>
        <w:t>میں نے سوچا کہ خدا کی اجازت سے میں پانی پیتا ہوں،</w:t>
      </w:r>
    </w:p>
    <w:p>
      <w:r>
        <w:rPr>
          <w:b/>
        </w:rPr>
        <w:t xml:space="preserve">[1:25:51] </w:t>
      </w:r>
      <w:r>
        <w:t>bolta hoon, tab bhi khuda ki ijazat se bolta hoon.</w:t>
      </w:r>
    </w:p>
    <w:p>
      <w:pPr>
        <w:jc w:val="right"/>
      </w:pPr>
      <w:r>
        <w:t>بولتا ہوں، تب بھی خدا کی اجازت سے بولتا ہوں۔</w:t>
      </w:r>
    </w:p>
    <w:p>
      <w:r>
        <w:rPr>
          <w:b/>
        </w:rPr>
        <w:t xml:space="preserve">[1:25:58] </w:t>
      </w:r>
      <w:r>
        <w:t>baat ko mein ne parha jab yeh jo principle of intermittency jo hai, principle principle of intermittency jo hai, is ko explain karti hai. aap jante hain ke principle of intermittency kya hai?</w:t>
      </w:r>
    </w:p>
    <w:p>
      <w:pPr>
        <w:jc w:val="right"/>
      </w:pPr>
      <w:r>
        <w:t>بات کو میں نے پڑھا جب یہ جو پرنسپل آف انٹرٹریمینیسی جو ہے، پرنسپل پرنسپل آف انٹرٹریمینیسی جو ہے، اس کو ایکسپلین کرتی ہے۔ آپ جانتے ہیں کہ پرنسپل آف انٹرٹریمینیسی کیا ہے؟</w:t>
      </w:r>
    </w:p>
    <w:p>
      <w:r>
        <w:rPr>
          <w:b/>
        </w:rPr>
        <w:t xml:space="preserve">[1:26:10] </w:t>
      </w:r>
      <w:r>
        <w:t>woh yeh batati hai ke nature mein continuity nahi hai. bari ajeeb baat hai yeh science ki discovery,</w:t>
      </w:r>
    </w:p>
    <w:p>
      <w:pPr>
        <w:jc w:val="right"/>
      </w:pPr>
      <w:r>
        <w:t>وہ یہ بتاتی ہے کہ نیچر میں کنٹینیوٹی نہیں ہے۔ بڑی عجیب بات ہے یہ سائنس کی ڈسکوری،</w:t>
      </w:r>
    </w:p>
    <w:p>
      <w:r>
        <w:rPr>
          <w:b/>
        </w:rPr>
        <w:t xml:space="preserve">[1:26:20] </w:t>
      </w:r>
      <w:r>
        <w:t>nature mein continuity nahi hai. is ko kehte hain principle of intermittency.</w:t>
      </w:r>
    </w:p>
    <w:p>
      <w:pPr>
        <w:jc w:val="right"/>
      </w:pPr>
      <w:r>
        <w:t>نیچر میں کنٹینیوٹی نہیں ہے۔ اس کو کہتے ہیں پرنسپل آف انٹرٹریمینیسی۔</w:t>
      </w:r>
    </w:p>
    <w:p>
      <w:r>
        <w:rPr>
          <w:b/>
        </w:rPr>
        <w:t xml:space="preserve">[1:26:27] </w:t>
      </w:r>
      <w:r>
        <w:t>yani aap jab dekhte hain koi picture cinema mein ya ya is mein TV mein to aap ek ek event ko silsile war dekhte hain.</w:t>
      </w:r>
    </w:p>
    <w:p>
      <w:pPr>
        <w:jc w:val="right"/>
      </w:pPr>
      <w:r>
        <w:t>یعنی آپ جب دیکھتے ہیں کوئی پکچر سینما میں یا یا اس میں ٹی وی میں تو آپ ایک ایک ایونٹ کو سلسلے وار دیکھتے ہیں۔</w:t>
      </w:r>
    </w:p>
    <w:p>
      <w:r>
        <w:rPr>
          <w:b/>
        </w:rPr>
        <w:t xml:space="preserve">[1:26:38] </w:t>
      </w:r>
      <w:r>
        <w:t>ek aadmi yahan hath is ka hai, is ne hath yahan se uthaya, yahan glass se pani liya is ne. to aap dekhte hain ek silsile war, lekin har ek silsile war nahi hota hai. woh</w:t>
      </w:r>
    </w:p>
    <w:p>
      <w:pPr>
        <w:jc w:val="right"/>
      </w:pPr>
      <w:r>
        <w:t>ایک آدمی یہاں ہاتھ اس کا ہے، اس نے ہاتھ یہاں سے اٹھایا، یہاں گلاس سے پانی لیا اس نے۔ تو آپ دیکھتے ہیں ایک سلسلے وار، لیکن ہر ایک سلسلے وار نہیں ہوتا ہے۔ وہ</w:t>
      </w:r>
    </w:p>
    <w:p>
      <w:r>
        <w:rPr>
          <w:b/>
        </w:rPr>
        <w:t xml:space="preserve">[1:26:47] </w:t>
      </w:r>
      <w:r>
        <w:t>agar aap meri picture dekha to lage ke aap ko mein ne aise uthaya, utha ke yahan laya, yahan le ke pani piya. to lage ke aap ko ek silsile se ek yeh baat ho rahi hai.</w:t>
      </w:r>
    </w:p>
    <w:p>
      <w:pPr>
        <w:jc w:val="right"/>
      </w:pPr>
      <w:r>
        <w:t>اگر آپ میری پکچر دیکھا تو لگے کہ آپ کو میں نے ایسے اٹھایا، اٹھا کے یہاں لایا، یہاں لے کے پانی پیا۔ تو لگے کہ آپ کو ایک سلسلے سے ایک یہ بات ہو رہی ہے۔</w:t>
      </w:r>
    </w:p>
    <w:p>
      <w:r>
        <w:rPr>
          <w:b/>
        </w:rPr>
        <w:t xml:space="preserve">[1:26:56] </w:t>
      </w:r>
      <w:r>
        <w:t>haan, ek aisa nahi hai. is mein thousand and thousand pictures hain, alag alag,</w:t>
      </w:r>
    </w:p>
    <w:p>
      <w:pPr>
        <w:jc w:val="right"/>
      </w:pPr>
      <w:r>
        <w:t>ہاں، ایک ایسا نہیں ہے۔ اس میں تھاؤزنڈ اینڈ تھاؤزنڈ پکچرز ہیں، الگ الگ،</w:t>
      </w:r>
    </w:p>
    <w:p>
      <w:r>
        <w:rPr>
          <w:b/>
        </w:rPr>
        <w:t xml:space="preserve">[1:27:04] </w:t>
      </w:r>
      <w:r>
        <w:t>alag alag pictures hain. yeh bohat sare pictures hain, in ko mein dekhta hoon ek silsile war picture, yani continuous.</w:t>
      </w:r>
    </w:p>
    <w:p>
      <w:pPr>
        <w:jc w:val="right"/>
      </w:pPr>
      <w:r>
        <w:t>الگ الگ پکچرز ہیں۔ یہ بہت سارے پکچرز ہیں، ان کو میں دیکھتا ہوں ایک سلسلے وار پکچر، یعنی کنٹینیوس۔</w:t>
      </w:r>
    </w:p>
    <w:p>
      <w:r>
        <w:rPr>
          <w:b/>
        </w:rPr>
        <w:t xml:space="preserve">[1:27:14] </w:t>
      </w:r>
      <w:r>
        <w:t>kisi bhi is mein continuity nahi hoti hai.</w:t>
      </w:r>
    </w:p>
    <w:p>
      <w:pPr>
        <w:jc w:val="right"/>
      </w:pPr>
      <w:r>
        <w:t>کسی بھی اس میں کنٹینیوٹی نہیں ہوتی ہے۔</w:t>
      </w:r>
    </w:p>
    <w:p>
      <w:r>
        <w:rPr>
          <w:b/>
        </w:rPr>
        <w:t xml:space="preserve">[1:27:17] </w:t>
      </w:r>
      <w:r>
        <w:t>jo aap dekhte hain TV mein, cinema mein, wahan continuity nahi hoti. wahan par cheez kya hai? meri aankh mein ek defect hai. defect yeh hai ke is ke yeh mere samne jab laya jaye glass,</w:t>
      </w:r>
    </w:p>
    <w:p>
      <w:pPr>
        <w:jc w:val="right"/>
      </w:pPr>
      <w:r>
        <w:t>جو آپ دیکھتے ہیں ٹی وی میں، سینما میں، وہاں کنٹینیوٹی نہیں ہوتی۔ وہاں پر چیز کیا ہے؟ میری آنکھ میں ایک ڈیفیکٹ ہے۔ ڈیفیکٹ یہ ہے کہ اس کے یہ میرے سامنے جب لایا جائے گلاس،</w:t>
      </w:r>
    </w:p>
    <w:p>
      <w:r>
        <w:rPr>
          <w:b/>
        </w:rPr>
        <w:t xml:space="preserve">[1:27:33] </w:t>
      </w:r>
      <w:r>
        <w:t>phir hataya jaye to instantly woh image khatam nahi hoti aankh se. phir yani hona yeh chahiye jab hat gaya to instantly image meri aankh se khatam ho jaye.</w:t>
      </w:r>
    </w:p>
    <w:p>
      <w:pPr>
        <w:jc w:val="right"/>
      </w:pPr>
      <w:r>
        <w:t>پھر ہٹایا جائے تو انسٹنٹلی وہ امیج ختم نہیں ہوتی آنکھ سے۔ پھر یعنی ہونا یہ چاہیے جب ہٹ گیا تو انسٹنٹلی امیج میری آنکھ سے ختم ہو جائے۔</w:t>
      </w:r>
    </w:p>
    <w:p>
      <w:r>
        <w:rPr>
          <w:b/>
        </w:rPr>
        <w:t xml:space="preserve">[1:27:45] </w:t>
      </w:r>
      <w:r>
        <w:t>abhi woh thori dair aur bhi rehti hai wahan par. to to is mein hota hai ke jab bohat jo jo is mein jo liya jata hai, jo camera mein photo liya jata hai,</w:t>
      </w:r>
    </w:p>
    <w:p>
      <w:pPr>
        <w:jc w:val="right"/>
      </w:pPr>
      <w:r>
        <w:t>ابھی وہ تھوڑی دیر اور بھی رہتی ہے وہاں پر۔ تو تو اس میں ہوتا ہے کہ جب بہت جو جو اس میں جو لیا جاتا ہے، جو کیمرے میں فوٹو لیا جاتا ہے،</w:t>
      </w:r>
    </w:p>
    <w:p>
      <w:r>
        <w:rPr>
          <w:b/>
        </w:rPr>
        <w:t xml:space="preserve">[1:28:01] </w:t>
      </w:r>
      <w:r>
        <w:t>to beshumar photo liye jate hain. aur woh jo is mein reel chalti hai, to is mein hota hai ke ek ek picture aap ne aankh ke samne aayi, ab is ko hati, woh to</w:t>
      </w:r>
    </w:p>
    <w:p>
      <w:pPr>
        <w:jc w:val="right"/>
      </w:pPr>
      <w:r>
        <w:t>تو بے شمار فوٹو لیے جاتے ہیں۔ اور وہ جو اس میں ریل چلتی ہے، تو اس میں ہوتا ہے کہ ایک ایک پکچر آپ نے آنکھ کے سامنے آئی، اب اس کو ہٹی، وہ تو</w:t>
      </w:r>
    </w:p>
    <w:p>
      <w:r>
        <w:rPr>
          <w:b/>
        </w:rPr>
        <w:t xml:space="preserve">[1:28:14] </w:t>
      </w:r>
      <w:r>
        <w:t>dosri picture jo aayi to ek woh aankh ab mein abhi image khatam nahi hui thi ke dosri aa gayi, teesri aa gayi, chothi aa gayi, panchvi aa gayi. bohat tezi se aati hai woh, is se woh continuity baqi rehti hai meri aankh mein.</w:t>
      </w:r>
    </w:p>
    <w:p>
      <w:pPr>
        <w:jc w:val="right"/>
      </w:pPr>
      <w:r>
        <w:t>دوسری پکچر جو آئی تو ایک وہ آنکھ اب میں ابھی امیج ختم نہیں ہوئی تھی کہ دوسری آ گئی، تیسری آ گئی، چوتھی آ گئی، پانچویں آ گئی۔ بہت تیزی سے آتی ہے وہ، اس سے وہ کنٹینیوٹی باقی رہتی ہے میری آنکھ میں۔</w:t>
      </w:r>
    </w:p>
    <w:p>
      <w:r>
        <w:rPr>
          <w:b/>
        </w:rPr>
        <w:t xml:space="preserve">[1:28:28] </w:t>
      </w:r>
      <w:r>
        <w:t>yeh pure universe ne is ne bataya hai. yeh Rutherford ka ne diya. Rutherford is ko scientist naam Rutherford hai. Rutherford principle of intermittency.</w:t>
      </w:r>
    </w:p>
    <w:p>
      <w:pPr>
        <w:jc w:val="right"/>
      </w:pPr>
      <w:r>
        <w:t>یہ پورے یونیورس نے اس نے بتایا ہے۔ یہ ردر فورڈ کا نے دیا۔ ردر فورڈ اس کو سائنٹسٹ نام ردر فورڈ ہے۔ ردر فورڈ پرنس پرنسپل آف انٹرٹریمینیسی۔</w:t>
      </w:r>
    </w:p>
    <w:p>
      <w:r>
        <w:rPr>
          <w:b/>
        </w:rPr>
        <w:t xml:space="preserve">[1:28:43] </w:t>
      </w:r>
      <w:r>
        <w:t>is mani hai ke yeh literally sahi hai ke ek ek signal mein khuda ki ijazat se hoon. har signal khuda ijazat deta hai, tab mein nahi hoon. literally yeh sahi hai.</w:t>
      </w:r>
    </w:p>
    <w:p>
      <w:pPr>
        <w:jc w:val="right"/>
      </w:pPr>
      <w:r>
        <w:t>اس معنی ہے کہ یہ لٹرلی صحیح ہے کہ ایک ایک سگنل میں خدا کی اجازت سے ہوں۔ ہر سگنل خدا اجازت دیتا ہے، تب میں نہیں ہوں۔ لٹرلی یہ صحیح ہے۔</w:t>
      </w:r>
    </w:p>
    <w:p>
      <w:r>
        <w:rPr>
          <w:b/>
        </w:rPr>
        <w:t xml:space="preserve">[1:28:56] </w:t>
      </w:r>
      <w:r>
        <w:t>Rutherford ki jo theory hai, principle of intermittency jo kaha jata hai, is ke mutabiq har second khuda mujhe ijazat deta hai. tab mein, mein mera existence, mera, mera existence khatam ho jaye.</w:t>
      </w:r>
    </w:p>
    <w:p>
      <w:pPr>
        <w:jc w:val="right"/>
      </w:pPr>
      <w:r>
        <w:t>ردر فورڈ کی جو تھیوری ہے، پرنسپل آف انٹرٹریمینیسی جو کہا جاتا ہے، اس کے مطابق ہر سیکنڈ خدا مجھے اجازت دیتا ہے۔ تب میں، میں میرا ایگزسٹنس، میرا، میرا ایگزسٹنس ختم ہو جائے۔</w:t>
      </w:r>
    </w:p>
    <w:p>
      <w:r>
        <w:rPr>
          <w:b/>
        </w:rPr>
        <w:t xml:space="preserve">[1:29:08] </w:t>
      </w:r>
      <w:r>
        <w:t>mera</w:t>
      </w:r>
    </w:p>
    <w:p>
      <w:pPr>
        <w:jc w:val="right"/>
      </w:pPr>
      <w:r>
        <w:t>میرا</w:t>
      </w:r>
    </w:p>
    <w:p>
      <w:r>
        <w:rPr>
          <w:b/>
        </w:rPr>
        <w:t xml:space="preserve">[1:29:10] </w:t>
      </w:r>
      <w:r>
        <w:t>har baar mein khatm hota hoon, phir khuda kehta hai ke achha, phir us ko zinda karo. Jaise har har baar picture khatm hoti hai, phir nayi picture aati hai, phir nayi picture aati hai, phir nayi picture aati hai.</w:t>
      </w:r>
    </w:p>
    <w:p>
      <w:pPr>
        <w:jc w:val="right"/>
      </w:pPr>
      <w:r>
        <w:t>ہر بار میں ختم ہوتا ہوں، پھر خدا کہتا ہے کہ اچھا، پھر اس کو زندہ کرو۔ جیسے ہر ہر بار پکچر ختم ہوتی ہے، پھر نئی پکچر آتی ہے، پھر نئی پکچر آتی ہے، پھر نئی پکچر آتی ہے۔</w:t>
      </w:r>
    </w:p>
    <w:p>
      <w:r>
        <w:rPr>
          <w:b/>
        </w:rPr>
        <w:t xml:space="preserve">[1:29:25] </w:t>
      </w:r>
      <w:r>
        <w:t>to yeh hai, yaani pur ke pur ke paas ja kar khuda ko paana ya universe mein ja kar khuda ko paana. Yeh matlab hai is ka, yaani ke wahin wahin baitha hua hai.</w:t>
      </w:r>
    </w:p>
    <w:p>
      <w:pPr>
        <w:jc w:val="right"/>
      </w:pPr>
      <w:r>
        <w:t>تو یہ ہے، یعنی پور کے پور کے پاس جا کر خدا کو پانا یا یونیورس میں جا کر خدا کو پانا۔ یہ مطلب ہے اس کا، یعنی کہ وہیں وہیں بیٹھا ہوا ہے۔</w:t>
      </w:r>
    </w:p>
    <w:p>
      <w:r>
        <w:rPr>
          <w:b/>
        </w:rPr>
        <w:t xml:space="preserve">[1:29:33] </w:t>
      </w:r>
      <w:r>
        <w:t>khuda aisa nahi matlab is ka hai.</w:t>
      </w:r>
    </w:p>
    <w:p>
      <w:pPr>
        <w:jc w:val="right"/>
      </w:pPr>
      <w:r>
        <w:t>خدا ایسا نہیں مطلب اس کا ہے۔</w:t>
      </w:r>
    </w:p>
    <w:p>
      <w:r>
        <w:rPr>
          <w:b/>
        </w:rPr>
        <w:t xml:space="preserve">[1:29:37] </w:t>
      </w:r>
      <w:r>
        <w:t>yeh log samjhayein ke bhai pur pur jo hai, wahin par khuda bhi reside kar raha hai. To kaise payenge woh?</w:t>
      </w:r>
    </w:p>
    <w:p>
      <w:pPr>
        <w:jc w:val="right"/>
      </w:pPr>
      <w:r>
        <w:t>یہ لوگ سمجھائیں کہ بھئی پور پور جو ہے، وہیں پر خدا بھی ریسیڈ کر رہا ہے۔ تو کیسے پائیں گے وہ؟</w:t>
      </w:r>
    </w:p>
    <w:p>
      <w:r>
        <w:rPr>
          <w:b/>
        </w:rPr>
        <w:t xml:space="preserve">[1:29:45] </w:t>
      </w:r>
      <w:r>
        <w:t>yaani intellectual activity ko rok kar ke karte hain yeh kaam. Yaad rakhiye, aap ko gehrai se padhiye logon ko jo social work mein rehte hain, jo log social work mein intellectual activity ko band kar, yaani mind ko band rakhe rakhte hain.</w:t>
      </w:r>
    </w:p>
    <w:p>
      <w:pPr>
        <w:jc w:val="right"/>
      </w:pPr>
      <w:r>
        <w:t>یعنی انٹلیکچول ایکٹیویٹی کو روک کر کے کرتے ہیں یہ کام۔ یاد رکھیے، آپ کو گہرائی سے پڑھیے لوگوں کو جو سوشل ورک میں رہتے ہیں، جو لوگ سوشل ورک میں انٹلیکچول ایکٹیویٹی کو بند کر، یعنی مائنڈ کو بند رکھے رکھتے ہیں۔</w:t>
      </w:r>
    </w:p>
    <w:p>
      <w:r>
        <w:rPr>
          <w:b/>
        </w:rPr>
        <w:t xml:space="preserve">[1:29:59] </w:t>
      </w:r>
      <w:r>
        <w:t>woh bohat hi lower level par soch chalti hai in ki. Main ne dekha logon ko,</w:t>
      </w:r>
    </w:p>
    <w:p>
      <w:pPr>
        <w:jc w:val="right"/>
      </w:pPr>
      <w:r>
        <w:t>وہ بہت ہی لوئر لیول پر سوچ چلتی ہے ان کی۔ میں نے دیکھا لوگوں کو،</w:t>
      </w:r>
    </w:p>
    <w:p>
      <w:r>
        <w:rPr>
          <w:b/>
        </w:rPr>
        <w:t xml:space="preserve">[1:30:05] </w:t>
      </w:r>
      <w:r>
        <w:t>yaani animal level par sochenge woh, aur intellectual level par sara wahan kamron ka rahega un ka. To aap pur ke paas jaiye ya aap kisi himalaya pahad par jaiye, lekin intellectual activity ko band na band na kijiye.</w:t>
      </w:r>
    </w:p>
    <w:p>
      <w:pPr>
        <w:jc w:val="right"/>
      </w:pPr>
      <w:r>
        <w:t>یعنی اینیمل لیول پر سوچیں گے وہ، اور انٹلیکچول لیول پر سارا وہاں کامروں کا رہے گا ان کا۔ تو آپ پور کے پاس جائیے یا آپ کسی ہمالیہ پہاڑ پر جائیے، لیکن انٹلیکچول ایکٹیویٹی کو بند نہ بند نہ کیجئے۔</w:t>
      </w:r>
    </w:p>
    <w:p>
      <w:r>
        <w:rPr>
          <w:b/>
        </w:rPr>
        <w:t xml:space="preserve">[1:30:22] </w:t>
      </w:r>
      <w:r>
        <w:t>tab aap khuda ko payenge, yaani khuda ko payenge intellectual level par, na ke is is pur ke paas. Soch ke level par khuda milega.</w:t>
      </w:r>
    </w:p>
    <w:p>
      <w:pPr>
        <w:jc w:val="right"/>
      </w:pPr>
      <w:r>
        <w:t>تب آپ خدا کو پائیں گے، یعنی خدا کو پائیں گے انٹلیکچول لیول پر، نہ کہ اس اس پور کے پاس۔ سوچ کے لیول پر خدا ملے گا۔</w:t>
      </w:r>
    </w:p>
    <w:p>
      <w:r>
        <w:rPr>
          <w:b/>
        </w:rPr>
        <w:t xml:space="preserve">[1:30:32] </w:t>
      </w:r>
      <w:r>
        <w:t>woh jo pur hai, ya woh jo himalaya pahad hai, ya woh jo ganga hai, ya woh jo jamna hai, woh aap ko koi clue dega. Clue is se start kar ke aap wahan tak pahanch jayenge.</w:t>
      </w:r>
    </w:p>
    <w:p>
      <w:pPr>
        <w:jc w:val="right"/>
      </w:pPr>
      <w:r>
        <w:t>وہ جو پور ہے، یا وہ جو ہمالیہ پہاڑ ہے، یا وہ جو گنگا ہے، یا وہ جو جمنا ہے، وہ آپ کو کوئی کلو دے گا۔ کلو اس سے سٹارٹ کر کے آپ وہاں تک پہنچ جائیں گے۔</w:t>
      </w:r>
    </w:p>
    <w:p>
      <w:r>
        <w:rPr>
          <w:b/>
        </w:rPr>
        <w:t xml:space="preserve">[1:30:44] </w:t>
      </w:r>
      <w:r>
        <w:t>jaise main wahan gaya rishikesh to wahan ganga ki pooja ho rahi thi. Ek ek baat ek baat arz karoon ke aap ko baais se bahar nikalna parta hai.</w:t>
      </w:r>
    </w:p>
    <w:p>
      <w:pPr>
        <w:jc w:val="right"/>
      </w:pPr>
      <w:r>
        <w:t>جیسے میں وہاں گیا رشیکیش تو وہاں گنگا کی پوجا ہو رہی تھی۔ ایک ایک بات ایک بات عرض کروں کہ آپ کو باعث سے باہر نکلنا پڑتا ہے۔</w:t>
      </w:r>
    </w:p>
    <w:p>
      <w:r>
        <w:rPr>
          <w:b/>
        </w:rPr>
        <w:t xml:space="preserve">[1:30:54] </w:t>
      </w:r>
      <w:r>
        <w:t>har baais se, har kattar pan se. Agar aap bahar na niklein to khuda ko na payenge, na sachai ko payenge. Aap</w:t>
      </w:r>
    </w:p>
    <w:p>
      <w:pPr>
        <w:jc w:val="right"/>
      </w:pPr>
      <w:r>
        <w:t>ہر باعث سے، ہر کٹر پن سے۔ اگر آپ باہر نہ نکلیں تو خدا کو نہ پائیں گے، نہ سچائی کو پائیں گے۔ آپ</w:t>
      </w:r>
    </w:p>
    <w:p>
      <w:r>
        <w:rPr>
          <w:b/>
        </w:rPr>
        <w:t xml:space="preserve">[1:31:02] </w:t>
      </w:r>
      <w:r>
        <w:t>to main rishikesh gaya, wahan par ganga ki pooja ho rahi thi. To mere saath ek molvi sahab aur the, woh to woh aadmi jo bechara ganga ki pooja kar raha tha, woh kya kya kar raha tha?</w:t>
      </w:r>
    </w:p>
    <w:p>
      <w:pPr>
        <w:jc w:val="right"/>
      </w:pPr>
      <w:r>
        <w:t>تو میں رشیکیش گیا، وہاں پر گنگا کی پوجا ہو رہی تھی۔ تو میرے ساتھ ایک مولوی صاحب اور تھے، وہ تو وہ آدمی جو بیچارہ گنگا کی پوجا کر رہا تھا، وہ کیا کیا کر رہا تھا؟</w:t>
      </w:r>
    </w:p>
    <w:p>
      <w:r>
        <w:rPr>
          <w:b/>
        </w:rPr>
        <w:t xml:space="preserve">[1:31:13] </w:t>
      </w:r>
      <w:r>
        <w:t>woh main to mere paas woh le aaya, woh pani ganga ka pani. To main ne kya kiya? Main ne ganga pani le liya, lekin munh band liya us ne.</w:t>
      </w:r>
    </w:p>
    <w:p>
      <w:pPr>
        <w:jc w:val="right"/>
      </w:pPr>
      <w:r>
        <w:t>وہ میں تو میرے پاس وہ لے آیا، وہ پانی گنگا کا پانی۔ تو میں نے کیا کیا؟ میں نے گنگا پانی لے لیا، لیکن منہ بند لیا اس نے۔</w:t>
      </w:r>
    </w:p>
    <w:p>
      <w:r>
        <w:rPr>
          <w:b/>
        </w:rPr>
        <w:t xml:space="preserve">[1:31:22] </w:t>
      </w:r>
      <w:r>
        <w:t>ab woh jo molvi sahab gaye the, wahan nahi sahab, yeh kya karte hain? Aap ne yeh to pooja kar rahe the, to shirk hai, yeh hai, woh hai.</w:t>
      </w:r>
    </w:p>
    <w:p>
      <w:pPr>
        <w:jc w:val="right"/>
      </w:pPr>
      <w:r>
        <w:t>اب وہ جو مولوی صاحب گئے تھے، وہاں نہیں صاحب، یہ کیا کرتے ہیں؟ آپ نے یہ تو پوجا کر رہے تھے، تو شرک ہے، یہ ہے، وہ ہے۔</w:t>
      </w:r>
    </w:p>
    <w:p>
      <w:r>
        <w:rPr>
          <w:b/>
        </w:rPr>
        <w:t xml:space="preserve">[1:31:29] </w:t>
      </w:r>
      <w:r>
        <w:t>aise log sachai kabhi nahi payenge. Yaad rakhiye,</w:t>
      </w:r>
    </w:p>
    <w:p>
      <w:pPr>
        <w:jc w:val="right"/>
      </w:pPr>
      <w:r>
        <w:t>ایسے لوگ سچائی کبھی نہیں پائیں گے۔ یاد رکھیے،</w:t>
      </w:r>
    </w:p>
    <w:p>
      <w:r>
        <w:rPr>
          <w:b/>
        </w:rPr>
        <w:t xml:space="preserve">[1:31:35] </w:t>
      </w:r>
      <w:r>
        <w:t>aise log sachai kabhi nahi payenge. Kyun ke dekhiye, main ne kya kiya? Jab unhone ganga ka pani mujhe diya to mujhe kya aaya?</w:t>
      </w:r>
    </w:p>
    <w:p>
      <w:pPr>
        <w:jc w:val="right"/>
      </w:pPr>
      <w:r>
        <w:t>ایسے لوگ سچائی کبھی نہیں پائیں گے۔ کیونکہ دیکھیے، میں نے کیا کیا؟ جب انہوں نے گنگا کا پانی مجھے دیا تو مجھے کیا آیا؟</w:t>
      </w:r>
    </w:p>
    <w:p>
      <w:r>
        <w:rPr>
          <w:b/>
        </w:rPr>
        <w:t xml:space="preserve">[1:31:43] </w:t>
      </w:r>
      <w:r>
        <w:t>khuda yaad aaya jis ne is pani ko banaya hai.</w:t>
      </w:r>
    </w:p>
    <w:p>
      <w:pPr>
        <w:jc w:val="right"/>
      </w:pPr>
      <w:r>
        <w:t>خدا یاد آیا جس نے اس پانی کو بنایا ہے۔</w:t>
      </w:r>
    </w:p>
    <w:p>
      <w:r>
        <w:rPr>
          <w:b/>
        </w:rPr>
        <w:t xml:space="preserve">[1:31:47] </w:t>
      </w:r>
      <w:r>
        <w:t>yeh sara ek ek ek ek second mein sare mere andar mind mein aa gaye woh ke hamare pahad par glacier jamay, barf jami wahan par, aur khuda ne suraj ke zariye us ko is mein garmi pahunchai.</w:t>
      </w:r>
    </w:p>
    <w:p>
      <w:pPr>
        <w:jc w:val="right"/>
      </w:pPr>
      <w:r>
        <w:t>یہ سارا ایک ایک ایک ایک سیکنڈ میں سارے میرے اندر مائنڈ میں آ گئے وہ کہ ہمارے پہاڑ پر گلیشیئر جمے، برف جمی وہاں پر، اور خدا نے سورج کے ذریعے اس کو اس میں گرمی پہنچائی۔</w:t>
      </w:r>
    </w:p>
    <w:p>
      <w:r>
        <w:rPr>
          <w:b/>
        </w:rPr>
        <w:t xml:space="preserve">[1:32:00] </w:t>
      </w:r>
      <w:r>
        <w:t>phir woh pighalne shuru hue, phir wahan se chashme nikle. Chashme bohat sare niklte niklte daryayein bani, ganga bani, jamna bani, yeh bani, woh bani. Ek poora ek process hai, poora process hai.</w:t>
      </w:r>
    </w:p>
    <w:p>
      <w:pPr>
        <w:jc w:val="right"/>
      </w:pPr>
      <w:r>
        <w:t>پھر وہ پگھلنے شروع ہوئے، پھر وہاں سے چشمے نکلے۔ چشمے بہت سارے نکلتے نکلتے دریائیں بنی، گنگا بنی، جمنا بنی، یہ بنی، وہ بنی۔ ایک پورا ایک پروسیس ہے، پورا پروسیس ہے۔</w:t>
      </w:r>
    </w:p>
    <w:p>
      <w:r>
        <w:rPr>
          <w:b/>
        </w:rPr>
        <w:t xml:space="preserve">[1:32:11] </w:t>
      </w:r>
      <w:r>
        <w:t>woh sab mere mind</w:t>
      </w:r>
    </w:p>
    <w:p>
      <w:pPr>
        <w:jc w:val="right"/>
      </w:pPr>
      <w:r>
        <w:t>وہ سب میرے مائنڈ</w:t>
      </w:r>
    </w:p>
    <w:p>
      <w:r>
        <w:rPr>
          <w:b/>
        </w:rPr>
        <w:t xml:space="preserve">[1:32:13] </w:t>
      </w:r>
      <w:r>
        <w:t>mein aa gaya. To main khuda ke is is is karigari par aur khuda ki is qudrat par bilkul ek bilkul mera ajeeb haal ho gaya. Meri aankhon se bhi ganga behne lagi.</w:t>
      </w:r>
    </w:p>
    <w:p>
      <w:pPr>
        <w:jc w:val="right"/>
      </w:pPr>
      <w:r>
        <w:t>میں آ گیا۔ تو میں خدا کے اس اس اس کاریگری پر اور خدا کی اس قدرت پر بالکل ایک بالکل میرا عجیب حال ہو گیا۔ میری آنکھوں سے بھی گنگا بہنے لگی۔</w:t>
      </w:r>
    </w:p>
    <w:p>
      <w:r>
        <w:rPr>
          <w:b/>
        </w:rPr>
        <w:t xml:space="preserve">[1:32:24] </w:t>
      </w:r>
      <w:r>
        <w:t>to woh bechare woh jee rahe hain, woh hindu muslim mein jee rahe hain. Are bhai, ganga ko pani ke roop mein dekho, ganga ko khuda ki qudrat ke roop mein dekho, ganga ko khuda ki creation ke roop mein dekho.</w:t>
      </w:r>
    </w:p>
    <w:p>
      <w:pPr>
        <w:jc w:val="right"/>
      </w:pPr>
      <w:r>
        <w:t>تو وہ بیچارے وہ جی رہے ہیں، وہ ہندو مسلم میں جی رہے ہیں۔ ارے بھئی، گنگا کو پانی کے روپ میں دیکھو، گنگا کو خدا کی قدرت کے روپ میں دیکھو، گنگا کو خدا کی کریشن کے روپ میں دیکھو۔</w:t>
      </w:r>
    </w:p>
    <w:p>
      <w:r>
        <w:rPr>
          <w:b/>
        </w:rPr>
        <w:t xml:space="preserve">[1:32:38] </w:t>
      </w:r>
      <w:r>
        <w:t>bahar baais se bahar aa kar ke</w:t>
      </w:r>
    </w:p>
    <w:p>
      <w:pPr>
        <w:jc w:val="right"/>
      </w:pPr>
      <w:r>
        <w:t>باہر باعث سے باہر آ کر کے</w:t>
      </w:r>
    </w:p>
    <w:p>
      <w:r>
        <w:rPr>
          <w:b/>
        </w:rPr>
        <w:t xml:space="preserve">[1:32:43] </w:t>
      </w:r>
      <w:r>
        <w:t>yeh yeh sab rukawatein hain. Log rukawaton mein jeete hain, chahe woh mother teresa ho, chahe ek aam aadmi, sab rukawaton mein jeete hain. Isi liye unhein khuda nahi milta, na un ko na wahan khuda milta, na wahan khuda milta.</w:t>
      </w:r>
    </w:p>
    <w:p>
      <w:pPr>
        <w:jc w:val="right"/>
      </w:pPr>
      <w:r>
        <w:t>یہ یہ سب رکاوٹیں ہیں۔ لوگ رکاوٹوں میں جیتے ہیں، چاہے وہ مدر ٹریسا ہو، چاہے ایک عام آدمی، سب رکاوٹوں میں جیتے ہیں۔ اسی لیے انہیں خدا نہیں ملتا، نہ ان کو نہ وہاں خدا ملتا، نہ وہاں خدا ملتا۔</w:t>
      </w:r>
    </w:p>
    <w:p>
      <w:r>
        <w:rPr>
          <w:b/>
        </w:rPr>
        <w:t xml:space="preserve">[1:32:57] </w:t>
      </w:r>
      <w:r>
        <w:t>mujhe to khuda pur ke paas hi mila, mujhe khuda ganga mein bhi mila, mujhe khuda kisi hakim ke matlab ke clinic mein, clinic mein bhi mila. har waqt mujhe khuda milta hai,</w:t>
      </w:r>
    </w:p>
    <w:p>
      <w:pPr>
        <w:jc w:val="right"/>
      </w:pPr>
      <w:r>
        <w:t>مجھے تو خدا پور کے پاس ہی ملا، مجھے خدا گنگا میں بھی ملا، مجھے خدا کسی حکیم کے مطلب کہ کلینک میں، کلینک میں بھی ملا۔ ہر وقت مجھے خدا ملتا ہے،</w:t>
      </w:r>
    </w:p>
    <w:p>
      <w:r>
        <w:rPr>
          <w:b/>
        </w:rPr>
        <w:t xml:space="preserve">[1:33:09] </w:t>
      </w:r>
      <w:r>
        <w:t>lekin jo log samajhte hain khuda wahin reside kar raha hai apni body ke sath, to unko zahir hai ke unhein kuch nahi milega, unko kuch nahi milne wala. unko</w:t>
      </w:r>
    </w:p>
    <w:p>
      <w:pPr>
        <w:jc w:val="right"/>
      </w:pPr>
      <w:r>
        <w:t>لیکن جو لوگ سمجھتے ہیں خدا وہیں ریسیڈ کر رہا ہے اپنی باڈی کے ساتھ، تو ان کو ظاہر ہے کہ انہیں کچھ نہیں ملے گا، ان کو کچھ نہیں ملنے والا۔ ان کو</w:t>
      </w:r>
    </w:p>
    <w:p>
      <w:r>
        <w:rPr>
          <w:b/>
        </w:rPr>
        <w:t xml:space="preserve">[1:33:22] </w:t>
      </w:r>
      <w:r>
        <w:t>das question is from doctor farida khanam. people keep praying, but they prayers often go unanswered. which prayer is acceptable to god?</w:t>
      </w:r>
    </w:p>
    <w:p>
      <w:pPr>
        <w:jc w:val="right"/>
      </w:pPr>
      <w:r>
        <w:t>دس کوئسچن از فرام ڈاکٹر فریدہ خانم۔ پیپل کیپ پریئنگ، بٹ دے پریئرز افن گو ان انسرڈ۔ وچ پریئر از ایکسیپٹیبل ٹو گاڈ؟</w:t>
      </w:r>
    </w:p>
    <w:p>
      <w:r>
        <w:rPr>
          <w:b/>
        </w:rPr>
        <w:t xml:space="preserve">[1:33:32] </w:t>
      </w:r>
      <w:r>
        <w:t>what should we do to make our prayers heard by god?</w:t>
      </w:r>
    </w:p>
    <w:p>
      <w:pPr>
        <w:jc w:val="right"/>
      </w:pPr>
      <w:r>
        <w:t>واٹ شوڈ وی ڈو ٹو میک اور پریئرز ہرڈ بائے گاڈ؟</w:t>
      </w:r>
    </w:p>
    <w:p>
      <w:r>
        <w:rPr>
          <w:b/>
        </w:rPr>
        <w:t xml:space="preserve">[1:33:39] </w:t>
      </w:r>
      <w:r>
        <w:t>dekhen, pehli baat yeh hai ke prayer jo hai, dua hai. milega ya nahi milega, woh ek alag cheez hai.</w:t>
      </w:r>
    </w:p>
    <w:p>
      <w:pPr>
        <w:jc w:val="right"/>
      </w:pPr>
      <w:r>
        <w:t>دیکھیں، پہلی بات یہ ہے کہ پریئر جو ہے، دعا ہے۔ ملے گا یا نہیں ملے گا، وہ ایک الگ چیز ہے۔</w:t>
      </w:r>
    </w:p>
    <w:p>
      <w:r>
        <w:rPr>
          <w:b/>
        </w:rPr>
        <w:t xml:space="preserve">[1:33:57] </w:t>
      </w:r>
      <w:r>
        <w:t>dua ka matlab yeh bataya gaya hai hadith mein ke dua bator ibadat ka register ho jati hai.</w:t>
      </w:r>
    </w:p>
    <w:p>
      <w:pPr>
        <w:jc w:val="right"/>
      </w:pPr>
      <w:r>
        <w:t>دعا کا مطلب یہ بتایا گیا ہے حدیث میں کہ دعا بطور عبادت کا رجسٹر ہو جاتی ہے۔</w:t>
      </w:r>
    </w:p>
    <w:p>
      <w:r>
        <w:rPr>
          <w:b/>
        </w:rPr>
        <w:t xml:space="preserve">[1:34:03] </w:t>
      </w:r>
      <w:r>
        <w:t>jab humne dua kiya yahan to khuda ke haan woh register ho gayi ke usne ibadat kiya. ab jo cheez mangi hai humne, zaroori nahi ke woh cheez isi waqt de di jaye.</w:t>
      </w:r>
    </w:p>
    <w:p>
      <w:pPr>
        <w:jc w:val="right"/>
      </w:pPr>
      <w:r>
        <w:t>جب ہم نے دعا کیا یہاں تو خدا کے ہاں وہ رجسٹر ہو گئی کہ اس نے عبادت کیا۔ اب جو چیز مانگی ہے ہم نے، ضروری نہیں کہ وہ چیز اسی وقت دے دی جائے۔</w:t>
      </w:r>
    </w:p>
    <w:p>
      <w:r>
        <w:rPr>
          <w:b/>
        </w:rPr>
        <w:t xml:space="preserve">[1:34:17] </w:t>
      </w:r>
      <w:r>
        <w:t>zaroori nahi ke woh cheez de di jaye. farz kiya ke main main beemar hoon aur main dua karta hoon khuda mujhe bimari achi kar de.</w:t>
      </w:r>
    </w:p>
    <w:p>
      <w:pPr>
        <w:jc w:val="right"/>
      </w:pPr>
      <w:r>
        <w:t>ضروری نہیں کہ وہ چیز دے دی جائے۔ فرض کیا کہ میں میں بیمار ہوں اور میں دعا کرتا ہوں خدا مجھے بیماری اچھی کر دے۔</w:t>
      </w:r>
    </w:p>
    <w:p>
      <w:r>
        <w:rPr>
          <w:b/>
        </w:rPr>
        <w:t xml:space="preserve">[1:34:27] </w:t>
      </w:r>
      <w:r>
        <w:t>zaroori nahi ke main dua kar ke acha ho jaon. main yaad rakhiye,</w:t>
      </w:r>
    </w:p>
    <w:p>
      <w:pPr>
        <w:jc w:val="right"/>
      </w:pPr>
      <w:r>
        <w:t>ضروری نہیں کہ میں دعا کر کے اچھا ہو جاؤں۔ میں یاد رکھیے،</w:t>
      </w:r>
    </w:p>
    <w:p>
      <w:r>
        <w:rPr>
          <w:b/>
        </w:rPr>
        <w:t xml:space="preserve">[1:34:31] </w:t>
      </w:r>
      <w:r>
        <w:t>agarche meri dua accept ho gayi ho, tab bhi,</w:t>
      </w:r>
    </w:p>
    <w:p>
      <w:pPr>
        <w:jc w:val="right"/>
      </w:pPr>
      <w:r>
        <w:t>اگرچہ میری دعا ایکسیپٹ ہو گئی ہو، تب بھی،</w:t>
      </w:r>
    </w:p>
    <w:p>
      <w:r>
        <w:rPr>
          <w:b/>
        </w:rPr>
        <w:t xml:space="preserve">[1:34:37] </w:t>
      </w:r>
      <w:r>
        <w:t>tab bhi usko achi tarah samajh lijiye ke kisi material cheez ke liye agar main dua karta hoon ke mere paas paisa kam hai ke khuda mujhe paisa de de, mujhe health de de,</w:t>
      </w:r>
    </w:p>
    <w:p>
      <w:pPr>
        <w:jc w:val="right"/>
      </w:pPr>
      <w:r>
        <w:t>تب بھی اس کو اچھی طرح سمجھ لیجئے کہ کسی مٹیریل چیز کے لیے اگر میں دعا کرتا ہوں کہ میرے پاس پیسہ کم ہے کہ خدا مجھے پیسہ دے دے، مجھے ہیلتھ دے دے،</w:t>
      </w:r>
    </w:p>
    <w:p>
      <w:r>
        <w:rPr>
          <w:b/>
        </w:rPr>
        <w:t xml:space="preserve">[1:34:52] </w:t>
      </w:r>
      <w:r>
        <w:t>ya is tarah ki aur cheezen, meri beti ki bohat achi shadi ho jaye, to agar meri dua khuda ke haan qabool ho chuki hai, tab bhi zaroori nahi ke woh cheez mujhe mil jaye.</w:t>
      </w:r>
    </w:p>
    <w:p>
      <w:pPr>
        <w:jc w:val="right"/>
      </w:pPr>
      <w:r>
        <w:t>یا اس طرح کی اور چیزیں، میری بیٹی کی بہت اچھی شادی ہو جائے، تو اگر میری دعا خدا کے ہاں قبول ہو چکی ہے، تب بھی ضروری نہیں کہ وہ چیز مجھے مل جائے۔</w:t>
      </w:r>
    </w:p>
    <w:p>
      <w:r>
        <w:rPr>
          <w:b/>
        </w:rPr>
        <w:t xml:space="preserve">[1:35:07] </w:t>
      </w:r>
      <w:r>
        <w:t>kyun?</w:t>
      </w:r>
    </w:p>
    <w:p>
      <w:pPr>
        <w:jc w:val="right"/>
      </w:pPr>
      <w:r>
        <w:t>کیوں؟</w:t>
      </w:r>
    </w:p>
    <w:p>
      <w:r>
        <w:rPr>
          <w:b/>
        </w:rPr>
        <w:t xml:space="preserve">[1:35:09] </w:t>
      </w:r>
      <w:r>
        <w:t>iska faisla khuda karta hai doosre hikmat ke tehat, yani jo khuda ka jo creation plan of god hai, uske tehat.</w:t>
      </w:r>
    </w:p>
    <w:p>
      <w:pPr>
        <w:jc w:val="right"/>
      </w:pPr>
      <w:r>
        <w:t>اس کا فیصلہ خدا کرتا ہے دوسرے حکمت کے تحت، یعنی جو خدا کا جو کریشن پلان آف گاڈ ہے، اس کے تحت۔</w:t>
      </w:r>
    </w:p>
    <w:p>
      <w:r>
        <w:rPr>
          <w:b/>
        </w:rPr>
        <w:t xml:space="preserve">[1:35:18] </w:t>
      </w:r>
      <w:r>
        <w:t>isko yaad rakhiye achhe tarike se ke meri dua ka ek reward jo hai, woh to likh liya jayega agar sachhe dil se maine dua ki hai, sachhe dil se.</w:t>
      </w:r>
    </w:p>
    <w:p>
      <w:pPr>
        <w:jc w:val="right"/>
      </w:pPr>
      <w:r>
        <w:t>اس کو یاد رکھیے اچھے طریقے سے کہ میری دعا کا ایک ریوارڈ جو ہے، وہ تو لکھ لیا جائے گا اگر سچے دل سے میں نے دعا کی ہے، سچے دل سے۔</w:t>
      </w:r>
    </w:p>
    <w:p>
      <w:r>
        <w:rPr>
          <w:b/>
        </w:rPr>
        <w:t xml:space="preserve">[1:35:32] </w:t>
      </w:r>
      <w:r>
        <w:t>to woh reward jo mujhe milna hai, wahan woh to likh liya jayega</w:t>
      </w:r>
    </w:p>
    <w:p>
      <w:pPr>
        <w:jc w:val="right"/>
      </w:pPr>
      <w:r>
        <w:t>تو وہ ریوارڈ جو مجھے ملنا ہے، وہاں وہ تو لکھ لیا جائے گ</w:t>
      </w:r>
    </w:p>
    <w:p>
      <w:r>
        <w:rPr>
          <w:b/>
        </w:rPr>
        <w:t xml:space="preserve">[1:35:36] </w:t>
      </w:r>
      <w:r>
        <w:t>a, lekin jo yahan jo maine chaha tha mil, woh yani woh mujhe mil jaye, yeh zaroori nahi hai.</w:t>
      </w:r>
    </w:p>
    <w:p>
      <w:pPr>
        <w:jc w:val="right"/>
      </w:pPr>
      <w:r>
        <w:t>ا، لیکن جو یہاں جو میں نے چاہا تھا مل، وہ یعنی وہ مجھے مل جائے، یہ ضروری نہیں ہے۔</w:t>
      </w:r>
    </w:p>
    <w:p>
      <w:r>
        <w:rPr>
          <w:b/>
        </w:rPr>
        <w:t xml:space="preserve">[1:35:48] </w:t>
      </w:r>
      <w:r>
        <w:t>yeh bilkul zaroori nahi hai, yeh kyunke iska taluq ek aur cheez se bandha hua hai,</w:t>
      </w:r>
    </w:p>
    <w:p>
      <w:pPr>
        <w:jc w:val="right"/>
      </w:pPr>
      <w:r>
        <w:t>یہ بالکل ضروری نہیں ہے، یہ کیونکہ اس کا تعلق ایک اور چیز سے بندھا ہوا ہے،</w:t>
      </w:r>
    </w:p>
    <w:p>
      <w:r>
        <w:rPr>
          <w:b/>
        </w:rPr>
        <w:t xml:space="preserve">[1:35:54] </w:t>
      </w:r>
      <w:r>
        <w:t>sirf dua se nahi bandha hua hai, woh ek aur cheez se bandha hua hai, woh hai creation plan of god. to agar khuda ke creation plan jo hai, khuda ka, us se takra na raha ho to woh cheez mil mil sakti hai aap ko.</w:t>
      </w:r>
    </w:p>
    <w:p>
      <w:pPr>
        <w:jc w:val="right"/>
      </w:pPr>
      <w:r>
        <w:t>صرف دعا سے نہیں بندھا ہوا ہے، وہ ایک اور چیز سے بندھا ہوا ہے، وہ ہے کریشن پلان آف گاڈ۔ تو اگر خدا کے کریشن پلان جو ہے، خدا کا، اس سے ٹکرا نہ رہا ہو تو وہ چیز مل مل سکتی ہے آپ کو۔</w:t>
      </w:r>
    </w:p>
    <w:p>
      <w:r>
        <w:rPr>
          <w:b/>
        </w:rPr>
        <w:t xml:space="preserve">[1:36:06] </w:t>
      </w:r>
      <w:r>
        <w:t>takra takrata hoga to nahi milegi, agarche aap ki dua ka reward likh liya jayega. isi liye ek usool yeh hai ke hum hum dua to khoob karen, khoob karen, lekin</w:t>
      </w:r>
    </w:p>
    <w:p>
      <w:pPr>
        <w:jc w:val="right"/>
      </w:pPr>
      <w:r>
        <w:t>ٹکر ٹکراتا ہوگا تو نہیں ملے گی، اگرچہ آپ کی دعا کا ریوارڈ لکھ لیا جائے گا۔ اسی لیے ایک اصول یہ ہے کہ ہم ہم دعا تو خوب کریں، خوب کریں، لیکن</w:t>
      </w:r>
    </w:p>
    <w:p>
      <w:r>
        <w:rPr>
          <w:b/>
        </w:rPr>
        <w:t xml:space="preserve">[1:36:19] </w:t>
      </w:r>
      <w:r>
        <w:t>hum yeh na samjhen ke agar dua is sense mein, is yani hamein nahi poori hui hai, to hum yeh na samjhen ke dua hamari qabool nahi hui.</w:t>
      </w:r>
    </w:p>
    <w:p>
      <w:pPr>
        <w:jc w:val="right"/>
      </w:pPr>
      <w:r>
        <w:t>ہم یہ نہ سمجھیں کہ اگر دعا اس سینس میں، اس یعنی ہمیں نہیں پوری ہوئی ہے، تو ہم یہ نہ سمجھیں کہ دعا ہماری قبول نہیں ہوئی۔</w:t>
      </w:r>
    </w:p>
    <w:p>
      <w:r>
        <w:rPr>
          <w:b/>
        </w:rPr>
        <w:t xml:space="preserve">[1:36:31] </w:t>
      </w:r>
      <w:r>
        <w:t>ain mumkin hai ke khuda ne hamari dua ko qabool kar liya ho, lekin phir bhi woh sirf reward ke tor par qabool hui ho, aur duniya mein woh cheezen hum chahte the, woh hamein phir bhi na mile, aur hum mar jayen, isi halat mein mar jayen.</w:t>
      </w:r>
    </w:p>
    <w:p>
      <w:pPr>
        <w:jc w:val="right"/>
      </w:pPr>
      <w:r>
        <w:t>عین ممکن ہے کہ خدا نے ہماری دعا کو قبول کر لیا ہو، لیکن پھر بھی وہ صرف ریوارڈ کے طور پر قبول ہوئی ہو، اور دنیا میں وہ چیزیں ہم چاہتے تھے، وہ ہمیں پھر بھی نہ ملے، اور ہم مر جائیں، اسی حالت میں مر جائیں۔</w:t>
      </w:r>
    </w:p>
    <w:p>
      <w:r>
        <w:rPr>
          <w:b/>
        </w:rPr>
        <w:t xml:space="preserve">[1:36:44] </w:t>
      </w:r>
      <w:r>
        <w:t>yeh bhi ho sakta hai ke mar jayen hum,</w:t>
      </w:r>
    </w:p>
    <w:p>
      <w:pPr>
        <w:jc w:val="right"/>
      </w:pPr>
      <w:r>
        <w:t>یہ بھی ہو سکتا ہے کہ مر جائیں ہم،</w:t>
      </w:r>
    </w:p>
    <w:p>
      <w:r>
        <w:rPr>
          <w:b/>
        </w:rPr>
        <w:t xml:space="preserve">[1:36:47] </w:t>
      </w:r>
      <w:r>
        <w:t>kyunke khuda ka jo creation plan hai, uske mutabiq wahan wahan faisla karega khuda. yeh bohat hi important baat hai, isko log samajhte nahi.</w:t>
      </w:r>
    </w:p>
    <w:p>
      <w:pPr>
        <w:jc w:val="right"/>
      </w:pPr>
      <w:r>
        <w:t>کیونکہ خدا کا جو کریشن پلان ہے، اس کے مطابق وہاں وہاں فیصلہ کرے گا خدا۔ یہ بہت ہی امپورٹنٹ بات ہے، اس کو لوگ سمجھتے نہیں۔</w:t>
      </w:r>
    </w:p>
    <w:p>
      <w:r>
        <w:rPr>
          <w:b/>
        </w:rPr>
        <w:t xml:space="preserve">[1:37:00] </w:t>
      </w:r>
      <w:r>
        <w:t>isi liye kabhi bhi aadmi ko yani woh nahi hona chahiye, niraash nahi hona chahiye. das question is from tayyaba rahmani.</w:t>
      </w:r>
    </w:p>
    <w:p>
      <w:pPr>
        <w:jc w:val="right"/>
      </w:pPr>
      <w:r>
        <w:t>اسی لیے کبھی بھی آدمی کو یعنی وہ نہیں ہونا چاہیے، نراشہ نہیں ہونا چاہیے۔ دس کوئسچن از فرام طیبہ رحمانی۔</w:t>
      </w:r>
    </w:p>
    <w:p>
      <w:r>
        <w:rPr>
          <w:b/>
        </w:rPr>
        <w:t xml:space="preserve">[1:37:09] </w:t>
      </w:r>
      <w:r>
        <w:t>What is Hajar Aswad? That is Black Stone in Kaaba, and what is the importance of that?</w:t>
      </w:r>
    </w:p>
    <w:p>
      <w:pPr>
        <w:jc w:val="right"/>
      </w:pPr>
      <w:r>
        <w:t>واٹ از حجر اسود؟ دیٹ از بلیک سٹون ان کعبہ، اینڈ واٹ از دی امپورٹنس اف دیٹ؟</w:t>
      </w:r>
    </w:p>
    <w:p>
      <w:r>
        <w:rPr>
          <w:b/>
        </w:rPr>
        <w:t xml:space="preserve">[1:37:18] </w:t>
      </w:r>
      <w:r>
        <w:t>dekhen, hajar aswad jo hai, simply aik black stone hai, woh aur bohat si story bana rakhi hai logon ne. woh sab jhooti stories hain, kuch un ki sachai nahi hai.</w:t>
      </w:r>
    </w:p>
    <w:p>
      <w:pPr>
        <w:jc w:val="right"/>
      </w:pPr>
      <w:r>
        <w:t>دیکھیں، حجر اسود جو ہے، سمپلی ایک بلیک سٹون ہے، وہ اور بہت سی سٹوری بنا رکھی ہے لوگوں نے۔ وہ سب جھوٹی سٹوریز ہیں، کچھ ان کی سچائی نہیں ہے۔</w:t>
      </w:r>
    </w:p>
    <w:p>
      <w:r>
        <w:rPr>
          <w:b/>
        </w:rPr>
        <w:t xml:space="preserve">[1:37:28] </w:t>
      </w:r>
      <w:r>
        <w:t>is mein baat ki sirf itni hai ke Hazrat Ibrahim ne aik structure banaya, is ko hum kaaba kehte hain.</w:t>
      </w:r>
    </w:p>
    <w:p>
      <w:pPr>
        <w:jc w:val="right"/>
      </w:pPr>
      <w:r>
        <w:t>اس میں بات کی صرف اتنی ہے کہ حضرت ابراہیم نے ایک اسٹرکچر بنایا، اس کو ہم کعبہ کہتے ہیں۔</w:t>
      </w:r>
    </w:p>
    <w:p>
      <w:r>
        <w:rPr>
          <w:b/>
        </w:rPr>
        <w:t xml:space="preserve">[1:37:39] </w:t>
      </w:r>
      <w:r>
        <w:t>woh structure jo tha, woh is ke aage, is ke charon taraf tawaf kiya jata hai,</w:t>
      </w:r>
    </w:p>
    <w:p>
      <w:pPr>
        <w:jc w:val="right"/>
      </w:pPr>
      <w:r>
        <w:t>وہ اسٹرکچر جو تھا، وہ اس کے آگے، اس کے چاروں طرف طواف کیا جاتا ہے،</w:t>
      </w:r>
    </w:p>
    <w:p>
      <w:r>
        <w:rPr>
          <w:b/>
        </w:rPr>
        <w:t xml:space="preserve">[1:37:46] </w:t>
      </w:r>
      <w:r>
        <w:t>jo haj haj muqarrar hua. haj to haj ka aik item hai, tawaf. tawaf kehte hain, woh charon taraf ghuma jata hai, is ko seven time, saat bar.</w:t>
      </w:r>
    </w:p>
    <w:p>
      <w:pPr>
        <w:jc w:val="right"/>
      </w:pPr>
      <w:r>
        <w:t>جو حج حج مقرر ہوا۔ حج تو حج کا ایک آئٹم ہے، طواف۔ طواف کہتے ہیں، وہ چاروں طرف گھوما جاتا ہے، اس کو سیون ٹائم، سات بار۔</w:t>
      </w:r>
    </w:p>
    <w:p>
      <w:r>
        <w:rPr>
          <w:b/>
        </w:rPr>
        <w:t xml:space="preserve">[1:38:00] </w:t>
      </w:r>
      <w:r>
        <w:t>toh wahan par yeh tha ke starting point koi hona chahiye. toh Hazrat Ibrahim ne starting banaye yahan par, jab kahin starting point jab hoga, tabhi tak gine gaye.</w:t>
      </w:r>
    </w:p>
    <w:p>
      <w:pPr>
        <w:jc w:val="right"/>
      </w:pPr>
      <w:r>
        <w:t>تو وہاں پر یہ تھا کہ اسٹارٹنگ پوائنٹ کوئی ہونا چاہیے۔ تو حضرت ابراہیم نے اسٹارٹنگ بنائے یہاں پر، جب کہیں اسٹارٹنگ پوائنٹ جب ہوگا، تبھی تک گنے گئے۔</w:t>
      </w:r>
    </w:p>
    <w:p>
      <w:r>
        <w:rPr>
          <w:b/>
        </w:rPr>
        <w:t xml:space="preserve">[1:38:13] </w:t>
      </w:r>
      <w:r>
        <w:t>aap saath yeh</w:t>
      </w:r>
    </w:p>
    <w:p>
      <w:pPr>
        <w:jc w:val="right"/>
      </w:pPr>
      <w:r>
        <w:t>آپ ساتھ یہ</w:t>
      </w:r>
    </w:p>
    <w:p>
      <w:r>
        <w:rPr>
          <w:b/>
        </w:rPr>
        <w:t xml:space="preserve">[1:38:14] </w:t>
      </w:r>
      <w:r>
        <w:t>aan se chale toh yahan tak aik hua, phir chale, phir do hua. toh jab saat time aap ko tawaf karna tha, toh aik starting point zaroori tha is ka.</w:t>
      </w:r>
    </w:p>
    <w:p>
      <w:pPr>
        <w:jc w:val="right"/>
      </w:pPr>
      <w:r>
        <w:t>اں سے چلے تو یہاں تک ایک ہوا، پھر چلے، پھر دو ہوا۔ تو جب سات ٹائم آپ کو طواف کرنا تھا، تو ایک اسٹارٹنگ پوائنٹ ضروری تھا اس کا۔</w:t>
      </w:r>
    </w:p>
    <w:p>
      <w:r>
        <w:rPr>
          <w:b/>
        </w:rPr>
        <w:t xml:space="preserve">[1:38:26] </w:t>
      </w:r>
      <w:r>
        <w:t>toh Hazrat Ismail Ibrahim ne kaha Ismail se ke bhai, aik aik different color ka pathar aik le aao. aik toh aik wahan pahaar waghera hote hain, un mein dhoond kar ke aik pathar laye jo alag color ka tha, woh</w:t>
      </w:r>
    </w:p>
    <w:p>
      <w:pPr>
        <w:jc w:val="right"/>
      </w:pPr>
      <w:r>
        <w:t>تو حضرت اسماعیل ابراہیم نے کہا اسماعیل سے کہ بھئی، ایک ایک ڈفرنٹ کلر کا پتھر ایک لے آؤ۔ ایک تو ایک وہاں پہاڑ وغیرہ ہوتے ہیں، ان میں ڈھونڈ کر کے ایک پتھر لائے جو الگ کلر کا تھا، وہ</w:t>
      </w:r>
    </w:p>
    <w:p>
      <w:r>
        <w:rPr>
          <w:b/>
        </w:rPr>
        <w:t xml:space="preserve">[1:38:40] </w:t>
      </w:r>
      <w:r>
        <w:t>kyunke agar wahi wahi color is ka bhi hota jo ke jo ke structure color tha, toh kaise pata chalta ke distinctive color chahiye tha?</w:t>
      </w:r>
    </w:p>
    <w:p>
      <w:pPr>
        <w:jc w:val="right"/>
      </w:pPr>
      <w:r>
        <w:t>کیونکہ اگر وہی وہی کلر اس کا بھی ہوتا جو کہ جو کہ اسٹرکچر کلر تھا، تو کیسے پتہ چلتا کہ ڈسٹنکٹو کلر چاہیے تھا؟</w:t>
      </w:r>
    </w:p>
    <w:p>
      <w:r>
        <w:rPr>
          <w:b/>
        </w:rPr>
        <w:t xml:space="preserve">[1:38:48] </w:t>
      </w:r>
      <w:r>
        <w:t>woh toh laye, woh wahan laga diya, unhon ne wahan laga diya. toh ab woh wohin se log yaani tawaf karne lage.</w:t>
      </w:r>
    </w:p>
    <w:p>
      <w:pPr>
        <w:jc w:val="right"/>
      </w:pPr>
      <w:r>
        <w:t>وہ تو لائے، وہ وہاں لگا دیا، انہوں نے وہاں لگا دیا۔ تو اب وہ وہیں سے لوگ یعنی طواف کرنے لگے۔</w:t>
      </w:r>
    </w:p>
    <w:p>
      <w:r>
        <w:rPr>
          <w:b/>
        </w:rPr>
        <w:t xml:space="preserve">[1:38:59] </w:t>
      </w:r>
      <w:r>
        <w:t>itni si haqeeqat is ki hai, is ke sath kuch bhi nahi, sab jhooti kahaniyan hain. jitna bhi hai, maslan yeh kehte hain ke sahib, woh safed tha, logon ke grahon se kala ho gaya.</w:t>
      </w:r>
    </w:p>
    <w:p>
      <w:pPr>
        <w:jc w:val="right"/>
      </w:pPr>
      <w:r>
        <w:t>اتنی سی حقیقت اس کی ہے، اس کے ساتھ کچھ بھی نہیں، سب جھوٹی کہانیاں ہیں۔ جتنا بھی ہے، مثلاً یہ کہتے ہیں کہ صاحب، وہ سفید تھا، لوگوں کے گراہوں سے کالا ہو گیا۔</w:t>
      </w:r>
    </w:p>
    <w:p>
      <w:r>
        <w:rPr>
          <w:b/>
        </w:rPr>
        <w:t xml:space="preserve">[1:39:07] </w:t>
      </w:r>
      <w:r>
        <w:t>is se is se bara jhoot koi ho sakta hai?</w:t>
      </w:r>
    </w:p>
    <w:p>
      <w:pPr>
        <w:jc w:val="right"/>
      </w:pPr>
      <w:r>
        <w:t>اس سے اس سے بڑا جھوٹ کوئی ہو سکتا ہے؟</w:t>
      </w:r>
    </w:p>
    <w:p>
      <w:r>
        <w:rPr>
          <w:b/>
        </w:rPr>
        <w:t xml:space="preserve">[1:39:11] </w:t>
      </w:r>
      <w:r>
        <w:t>yeh toh koi surprise is ka nahi ke woh woh pathar safed tha, logon ke grahon se kala ho kala ho gaya. koi surprise is ka nahi hai. ab aasman se utra tha, yeh bhi bilkul bilkul baseless baat hai.</w:t>
      </w:r>
    </w:p>
    <w:p>
      <w:pPr>
        <w:jc w:val="right"/>
      </w:pPr>
      <w:r>
        <w:t>یہ تو کوئی سرپرائز اس کا نہیں کہ وہ وہ پتھر سفید تھا، لوگوں کے گراہوں سے کالا ہو کالا ہو گیا۔ کوئی سرپرائز اس کا نہیں ہے۔ اب آسمان سے اترا تھا، یہ بھی بالکل بالکل بیسلیس بات ہے۔</w:t>
      </w:r>
    </w:p>
    <w:p>
      <w:r>
        <w:rPr>
          <w:b/>
        </w:rPr>
        <w:t xml:space="preserve">[1:39:24] </w:t>
      </w:r>
      <w:r>
        <w:t>sari kahaniyan jo hain, baseless hain is mamle mein. sachai sirf itni hai ke woh aik stone hai, different color ka, aur use lagaya gaya tha ke taake is se ginti poori kiya sake.</w:t>
      </w:r>
    </w:p>
    <w:p>
      <w:pPr>
        <w:jc w:val="right"/>
      </w:pPr>
      <w:r>
        <w:t>ساری کہانیاں جو ہیں، بیسلیس ہیں اس معاملے میں۔ سچائی صرف اتنی ہے کہ وہ ایک سٹون ہے، ڈفرنٹ کلر کا، اور اسے لگایا گیا تھا کہ تاکہ اس سے گنتی پوری کیا سکے۔</w:t>
      </w:r>
    </w:p>
    <w:p>
      <w:r>
        <w:rPr>
          <w:b/>
        </w:rPr>
        <w:t xml:space="preserve">[1:39:37] </w:t>
      </w:r>
      <w:r>
        <w:t>saat bar ginti,</w:t>
      </w:r>
    </w:p>
    <w:p>
      <w:pPr>
        <w:jc w:val="right"/>
      </w:pPr>
      <w:r>
        <w:t>سات بار گنتی،</w:t>
      </w:r>
    </w:p>
    <w:p>
      <w:r>
        <w:rPr>
          <w:b/>
        </w:rPr>
        <w:t xml:space="preserve">[1:39:39] </w:t>
      </w:r>
      <w:r>
        <w:t>saat ginti ko poora kiya sake.</w:t>
      </w:r>
    </w:p>
    <w:p>
      <w:pPr>
        <w:jc w:val="right"/>
      </w:pPr>
      <w:r>
        <w:t>سات گنتی کو پورا کیا سکے۔</w:t>
      </w:r>
    </w:p>
    <w:p>
      <w:r>
        <w:rPr>
          <w:b/>
        </w:rPr>
        <w:t xml:space="preserve">[1:39:44] </w:t>
      </w:r>
      <w:r>
        <w:t>aur woh</w:t>
      </w:r>
    </w:p>
    <w:p>
      <w:pPr>
        <w:jc w:val="right"/>
      </w:pPr>
      <w:r>
        <w:t>اور وہ</w:t>
      </w:r>
    </w:p>
    <w:p>
      <w:r>
        <w:rPr>
          <w:b/>
        </w:rPr>
        <w:t xml:space="preserve">[1:39:51] </w:t>
      </w:r>
      <w:r>
        <w:t>aur bhi doosre logon ne bhi kahin kahaniyan bana rakhi hain. koi kehta hai ke woh but, woh but tha. koi ajeeb ajeeb kahaniyan, sab kahaniyan bilkul baseless hain.</w:t>
      </w:r>
    </w:p>
    <w:p>
      <w:pPr>
        <w:jc w:val="right"/>
      </w:pPr>
      <w:r>
        <w:t>اور بھی دوسرے لوگوں نے بھی کہیں کہانیاں بنا رکھی ہیں۔ کوئی کہتا ہے کہ وہ بت، وہ بت تھا۔ کوئی عجیب عجیب کہانیاں، سب کہانیاں بالکل بیسلیس ہیں۔</w:t>
      </w:r>
    </w:p>
    <w:p>
      <w:r>
        <w:rPr>
          <w:b/>
        </w:rPr>
        <w:t xml:space="preserve">[1:40:04] </w:t>
      </w:r>
      <w:r>
        <w:t>sirf woh aik pathar hai, different color ka, aur is liye hai taake log saat bar jo tawaf karna hai, toh is ki ginti poori kar saken.</w:t>
      </w:r>
    </w:p>
    <w:p>
      <w:pPr>
        <w:jc w:val="right"/>
      </w:pPr>
      <w:r>
        <w:t>صرف وہ ایک پتھر ہے، ڈفرنٹ کلر کا، اور اس لیے ہے تاکہ لوگ سات بار جو طواف کرنا ہے، تو اس کی گنتی پوری کر سکیں۔</w:t>
      </w:r>
    </w:p>
    <w:p>
      <w:r>
        <w:rPr>
          <w:b/>
        </w:rPr>
        <w:t xml:space="preserve">[1:40:13] </w:t>
      </w:r>
      <w:r>
        <w:t>bas that's all. This question is from Khalid Ansari. There is a growing understanding amongst the non-Muslim youth that Islam's concept of oneness of God is fine,</w:t>
      </w:r>
    </w:p>
    <w:p>
      <w:pPr>
        <w:jc w:val="right"/>
      </w:pPr>
      <w:r>
        <w:t>بس دیٹس ال۔ دس کوئسچن از فرام خالد انصاری۔ دیر از ا گروئنگ انڈرسٹینڈنگ امنگز دی نان مسلم یوتھ دیٹ اسلامز کانسیپٹ اف وننس اف گاڈ از فائن،</w:t>
      </w:r>
    </w:p>
    <w:p>
      <w:r>
        <w:rPr>
          <w:b/>
        </w:rPr>
        <w:t xml:space="preserve">[1:40:28] </w:t>
      </w:r>
      <w:r>
        <w:t>but they don't agree to follow Prophet of Islam's model.</w:t>
      </w:r>
    </w:p>
    <w:p>
      <w:pPr>
        <w:jc w:val="right"/>
      </w:pPr>
      <w:r>
        <w:t>بٹ دے ڈونٹ ایگری ٹو فالو پرافٹ اف اسلامز ماڈل۔</w:t>
      </w:r>
    </w:p>
    <w:p>
      <w:r>
        <w:rPr>
          <w:b/>
        </w:rPr>
        <w:t xml:space="preserve">[1:40:33] </w:t>
      </w:r>
      <w:r>
        <w:t>can a person find truth and lead a successful life by accepting oneness of god without adopting prophet muhammad model?</w:t>
      </w:r>
    </w:p>
    <w:p>
      <w:pPr>
        <w:jc w:val="right"/>
      </w:pPr>
      <w:r>
        <w:t>کین ا پرسن فائنڈ ٹروتھ اینڈ لیڈ ا سکسیس فل لائف بائے ایکسیپٹنگ وننس اف گاڈ وداؤٹ اڈاپٹنگ پرافٹ محمد ماڈل؟</w:t>
      </w:r>
    </w:p>
    <w:p>
      <w:r>
        <w:rPr>
          <w:b/>
        </w:rPr>
        <w:t xml:space="preserve">[1:40:46] </w:t>
      </w:r>
      <w:r>
        <w:t>haan, yeh sahi hai ke aisa bohat se log sochte hain, lekin yeh main sochta hoon ke yeh log bohat zyada sincere nahi hote, kyunke yeh toh practically nahi hai.</w:t>
      </w:r>
    </w:p>
    <w:p>
      <w:pPr>
        <w:jc w:val="right"/>
      </w:pPr>
      <w:r>
        <w:t>ہاں، یہ صحیح ہے کہ ایسا بہت سے لوگ سوچتے ہیں، لیکن یہ میں سوچتا ہوں کہ یہ لوگ بہت زیادہ سنسیئر نہیں ہوتے، کیونکہ یہ تو پریکٹیکبلی نہیں ہے۔</w:t>
      </w:r>
    </w:p>
    <w:p>
      <w:r>
        <w:rPr>
          <w:b/>
        </w:rPr>
        <w:t xml:space="preserve">[1:40:57] </w:t>
      </w:r>
      <w:r>
        <w:t>siray se</w:t>
      </w:r>
    </w:p>
    <w:p>
      <w:pPr>
        <w:jc w:val="right"/>
      </w:pPr>
      <w:r>
        <w:t>سرے سے</w:t>
      </w:r>
    </w:p>
    <w:p>
      <w:r>
        <w:rPr>
          <w:b/>
        </w:rPr>
        <w:t xml:space="preserve">[1:41:00] </w:t>
      </w:r>
      <w:r>
        <w:t>kaise aap janen oneness of god ka? kaise janen ke aap khuda ek hai? khuda ek hai to us ki kya attributes hain? aur phir zindagi mein kaise translate karen is ko?</w:t>
      </w:r>
    </w:p>
    <w:p>
      <w:pPr>
        <w:jc w:val="right"/>
      </w:pPr>
      <w:r>
        <w:t>کیسے آپ جانیں وننس اف گاڈ کا؟ کیسے جانیں کہ آپ خدا ایک ہے؟ خدا ایک ہے تو اس کی کیا ایٹریبیوٹس ہیں؟ اور پھر زندگی میں کیسے ٹرانسلیٹ کریں اس کو؟</w:t>
      </w:r>
    </w:p>
    <w:p>
      <w:r>
        <w:rPr>
          <w:b/>
        </w:rPr>
        <w:t xml:space="preserve">[1:41:12] </w:t>
      </w:r>
      <w:r>
        <w:t>yani ideology jo hai, agar koi yeh jan le kahin se ke khuda ek hai, tab bhi zindagi mein translate kaise karen ge? aap kaise karen ge translate?</w:t>
      </w:r>
    </w:p>
    <w:p>
      <w:pPr>
        <w:jc w:val="right"/>
      </w:pPr>
      <w:r>
        <w:t>یعنی آئیڈیالوجی جو ہے، اگر کوئی یہ جان لے کہیں سے کہ خدا ایک ہے، تب بھی زندگی میں ٹرانسلیٹ کیسے کریں گے؟ آپ کیسے کریں گے ٹرانسلیٹ؟</w:t>
      </w:r>
    </w:p>
    <w:p>
      <w:r>
        <w:rPr>
          <w:b/>
        </w:rPr>
        <w:t xml:space="preserve">[1:41:25] </w:t>
      </w:r>
      <w:r>
        <w:t>to prophet jo the, woh inspired person the khuda ki taraf se. aap ko revelation aata tha, to is liye woh is qabil ho sake ke apni zindagi mein is ideology ko translate kar saken.</w:t>
      </w:r>
    </w:p>
    <w:p>
      <w:pPr>
        <w:jc w:val="right"/>
      </w:pPr>
      <w:r>
        <w:t>تو پرافٹ جو تھے، وہ انسپائرڈ پرسن تھے خدا کی طرف سے۔ آپ کو ریلیشن آتا تھا، تو اس لیے وہ اس قابل ہو سکے کہ اپنی زندگی میں اس آئیڈیالوجی کو ٹرانسلیٹ کر سکیں۔</w:t>
      </w:r>
    </w:p>
    <w:p>
      <w:r>
        <w:rPr>
          <w:b/>
        </w:rPr>
        <w:t xml:space="preserve">[1:41:39] </w:t>
      </w:r>
      <w:r>
        <w:t>mein samajhta hoon ke koi bhi aadmi jo sincere ho, us ko yani</w:t>
      </w:r>
    </w:p>
    <w:p>
      <w:pPr>
        <w:jc w:val="right"/>
      </w:pPr>
      <w:r>
        <w:t>میں سمجھتا ہوں کہ کوئی بھی آدمی جو سنسیئر ہو، اس کو یعنی</w:t>
      </w:r>
    </w:p>
    <w:p>
      <w:r>
        <w:rPr>
          <w:b/>
        </w:rPr>
        <w:t xml:space="preserve">[1:41:47] </w:t>
      </w:r>
      <w:r>
        <w:t>yeh maane baghair chara hi nahi hai ke ek model hona chahiye. quran hum ko ideology deta hai, balkeh model to nahi deta. quran musalmanon mein bhi kuch aise log hain jo munkir e hadees hain.</w:t>
      </w:r>
    </w:p>
    <w:p>
      <w:pPr>
        <w:jc w:val="right"/>
      </w:pPr>
      <w:r>
        <w:t>یہ مانے بغیر چارہ ہی نہیں ہے کہ ایک ماڈل ہونا چاہیے۔ قرآن ہم کو آئیڈیالوجی دیتا ہے، بلکہ ماڈل تو نہیں دیتا۔ قرآن مسلمانوں میں بھی کچھ ایسے لوگ ہیں جو منکر حدیث ہیں۔</w:t>
      </w:r>
    </w:p>
    <w:p>
      <w:r>
        <w:rPr>
          <w:b/>
        </w:rPr>
        <w:t xml:space="preserve">[1:41:57] </w:t>
      </w:r>
      <w:r>
        <w:t>yeh bhi bilkul insensitivity ki baat hai. bhai, agar aap hadees ko nahi manenge to model kahan se paayenge? aap model</w:t>
      </w:r>
    </w:p>
    <w:p>
      <w:pPr>
        <w:jc w:val="right"/>
      </w:pPr>
      <w:r>
        <w:t>یہ بھی بالکل ان سنسٹی کی بات ہے۔ بھئی، اگر آپ حدیث کو نہیں مانیں گے تو ماڈل کہاں سے پائیں گے؟ آپ ماڈل</w:t>
      </w:r>
    </w:p>
    <w:p>
      <w:r>
        <w:rPr>
          <w:b/>
        </w:rPr>
        <w:t xml:space="preserve">[1:42:05] </w:t>
      </w:r>
      <w:r>
        <w:t>detail kahan se paayenge? yaad rakhiye, quran jo hai, woh basics hai. is mein sirf basics hai, is mein ideology hai, lekin koi bhi ideology is ko jab practice karna chahenge aap, to aap ko ek model chahiye.</w:t>
      </w:r>
    </w:p>
    <w:p>
      <w:pPr>
        <w:jc w:val="right"/>
      </w:pPr>
      <w:r>
        <w:t>ڈیٹیل کہاں سے پائیں گے؟ یاد رکھیے، قرآن جو ہے، وہ بیسکس ہے۔ اس میں صرف بیسکس ہے، اس میں آئیڈیالوجی ہے، لیکن کوئی بھی آئیڈیالوجی اس کو جب پریکٹس کرنا چاہیں گے آپ، تو آپ کو ایک ماڈل چاہیے۔</w:t>
      </w:r>
    </w:p>
    <w:p>
      <w:r>
        <w:rPr>
          <w:b/>
        </w:rPr>
        <w:t xml:space="preserve">[1:42:21] </w:t>
      </w:r>
      <w:r>
        <w:t>model hum ko rasool allah kya milega? achha, mein ne aaj tak koi aadmi nahi paya hai jo rasool allah ko model na manta, phir bhi woh sari baat jo hai, us ne woh practice kar raha ho.</w:t>
      </w:r>
    </w:p>
    <w:p>
      <w:pPr>
        <w:jc w:val="right"/>
      </w:pPr>
      <w:r>
        <w:t>ماڈل ہم کو رسول اللہ کیا ملے گا؟ اچھا، میں نے آج تک کوئی آدمی نہیں پایا ہے جو رسول اللہ کو ماڈل نہ مانتا، پھر بھی وہ ساری بات جو ہے، اس نے وہ پریکٹس کر رہا ہو۔</w:t>
      </w:r>
    </w:p>
    <w:p>
      <w:r>
        <w:rPr>
          <w:b/>
        </w:rPr>
        <w:t xml:space="preserve">[1:42:32] </w:t>
      </w:r>
      <w:r>
        <w:t>aisa kahin hai to mujhe batayen, us ka naam mein ja ke dekhun ga us aadmi ko ke woh rasool allah ko nahi manta, aur phir bhi bohat hi perfectly woh practice kar raha hai oneness of god ko apni zindagi mein.</w:t>
      </w:r>
    </w:p>
    <w:p>
      <w:pPr>
        <w:jc w:val="right"/>
      </w:pPr>
      <w:r>
        <w:t>ایسا کہیں ہے تو مجھے بتائیں، اس کا نام میں جا کے دیکھوں گا اس آدمی کو کہ وہ رسول اللہ کو نہیں مانتا، اور پھر بھی بہت ہی پرفیکٹلی وہ پریکٹس کر رہا ہے وننس اف گاڈ کو اپنی زندگی میں۔</w:t>
      </w:r>
    </w:p>
    <w:p>
      <w:r>
        <w:rPr>
          <w:b/>
        </w:rPr>
        <w:t xml:space="preserve">[1:42:44] </w:t>
      </w:r>
      <w:r>
        <w:t>koi mujhe bataye to mein us ke safar kar ke jaaun ga wahan, chahe dunya ke kahin bhi ho, hisse mein ho, dekhun ga woh kaun aadmi aisa hai jo rasool allah ko maane baghair.</w:t>
      </w:r>
    </w:p>
    <w:p>
      <w:pPr>
        <w:jc w:val="right"/>
      </w:pPr>
      <w:r>
        <w:t>کوئی مجھے بتائے تو میں اس کے سفر کر کے جاؤں گا وہاں، چاہے دنیا کے کہیں بھی ہو، حصے میں ہو، دیکھوں گا وہ کون آدمی ایسا ہے جو رسول اللہ کو مانے بغیر۔</w:t>
      </w:r>
    </w:p>
    <w:p>
      <w:r>
        <w:rPr>
          <w:b/>
        </w:rPr>
        <w:t xml:space="preserve">[1:42:54] </w:t>
      </w:r>
      <w:r>
        <w:t>kyun ke dekhiye, jaise jo doosre mazhab hain, woh authentic mazhab nahi hain, isi liye wahan par woh nahi hai. koi namuna nahi hai,</w:t>
      </w:r>
    </w:p>
    <w:p>
      <w:pPr>
        <w:jc w:val="right"/>
      </w:pPr>
      <w:r>
        <w:t>کیونکہ دیکھیے، جیسے جو دوسرے مذہب ہیں، وہ اتھینٹک مذہب نہیں ہیں، اسی لیے وہاں پر وہ نہیں ہے۔ کوئی نمونہ نہیں ہے،</w:t>
      </w:r>
    </w:p>
    <w:p>
      <w:r>
        <w:rPr>
          <w:b/>
        </w:rPr>
        <w:t xml:space="preserve">[1:43:03] </w:t>
      </w:r>
      <w:r>
        <w:t>koi namuna hi nahi hai.</w:t>
      </w:r>
    </w:p>
    <w:p>
      <w:pPr>
        <w:jc w:val="right"/>
      </w:pPr>
      <w:r>
        <w:t>کوئی نمونہ ہی نہیں ہے۔</w:t>
      </w:r>
    </w:p>
    <w:p>
      <w:r>
        <w:rPr>
          <w:b/>
        </w:rPr>
        <w:t xml:space="preserve">[1:43:06] </w:t>
      </w:r>
      <w:r>
        <w:t>islam hi ek aisa hai jis mein ke hum prophet ka jo model hai, woh preserve hai, authentic hai. to koi aadmi jo jo yeh kahe ke rasool allah ko model na man kar ke bhi woh yani ideology of oneness of god ko practice kar sakta hai, to mujhe us ka naam bataya jaye.</w:t>
      </w:r>
    </w:p>
    <w:p>
      <w:pPr>
        <w:jc w:val="right"/>
      </w:pPr>
      <w:r>
        <w:t>اسلام ہی ایک ایسا ہے جس میں کہ ہم پرافٹ کا جو ماڈل ہے، وہ پریزرو ہے، اتھینٹک ہے۔ تو کوئی آدمی جو جو یہ کہے کہ رسول اللہ کو ماڈل نہ مان کر کے بھی وہ یعنی آئیڈیالوجی اف وننس اف گاڈ کو پریکٹس کر سکتا ہے، تو مجھے اس کا نام بتایا جائے۔</w:t>
      </w:r>
    </w:p>
    <w:p>
      <w:r>
        <w:rPr>
          <w:b/>
        </w:rPr>
        <w:t xml:space="preserve">[1:43:28] </w:t>
      </w:r>
      <w:r>
        <w:t>mein ja ke dekhun ga woh kaisa aadmi hai, koi insaan hai, koi angel hai, woh kya cheez hai. woh</w:t>
      </w:r>
    </w:p>
    <w:p>
      <w:pPr>
        <w:jc w:val="right"/>
      </w:pPr>
      <w:r>
        <w:t>میں جا کے دیکھوں گا وہ کیسا آدمی ہے، کوئی انسان ہے، کوئی اینجل ہے، وہ کیا چیز ہے۔ وہ</w:t>
      </w:r>
    </w:p>
    <w:p>
      <w:r>
        <w:rPr>
          <w:b/>
        </w:rPr>
        <w:t xml:space="preserve">[1:43:34] </w:t>
      </w:r>
      <w:r>
        <w:t>yeh kehne ki baat hai, bas us ka us ke koi is tarah ki koi us ki haqeeqat us ki nahi hai. this question is from shah imran hasan.</w:t>
      </w:r>
    </w:p>
    <w:p>
      <w:pPr>
        <w:jc w:val="right"/>
      </w:pPr>
      <w:r>
        <w:t>یہ کہنے کی بات ہے، بس اس کا اس کے کوئی اس طرح کی کوئی اس کی حقیقت اس کی نہیں ہے۔ دس کوئسچن از فرام شاہ عمران حسن۔</w:t>
      </w:r>
    </w:p>
    <w:p>
      <w:r>
        <w:rPr>
          <w:b/>
        </w:rPr>
        <w:t xml:space="preserve">[1:43:43] </w:t>
      </w:r>
      <w:r>
        <w:t>why people do not want to read serious or good books in the modern age? bas aaj kal jo hai, log ab mizaj yeh ban gaya hai ke paisa kamane ke sath kisi mamle mein woh woh nahi hote, woh serious nahi hote.</w:t>
      </w:r>
    </w:p>
    <w:p>
      <w:pPr>
        <w:jc w:val="right"/>
      </w:pPr>
      <w:r>
        <w:t>وائی پیپل ڈو ناٹ وانٹ ٹو ریڈ سیریس اور گڈ بکس ان دی ماڈرن ایج؟ بس آج کل جو ہے، لوگ اب مزاج یہ بن گیا ہے کہ پیسہ کمانے کے ساتھ کسی معاملے میں وہ وہ نہیں ہوتے، وہ سیریس نہیں ہوتے۔</w:t>
      </w:r>
    </w:p>
    <w:p>
      <w:r>
        <w:rPr>
          <w:b/>
        </w:rPr>
        <w:t xml:space="preserve">[1:44:00] </w:t>
      </w:r>
      <w:r>
        <w:t>bas</w:t>
      </w:r>
    </w:p>
    <w:p>
      <w:pPr>
        <w:jc w:val="right"/>
      </w:pPr>
      <w:r>
        <w:t>بس</w:t>
      </w:r>
    </w:p>
    <w:p>
      <w:r>
        <w:rPr>
          <w:b/>
        </w:rPr>
        <w:t xml:space="preserve">[1:44:01] </w:t>
      </w:r>
      <w:r>
        <w:t>paisa kamana aur hooha, paisa kamana hooha, paisa kamao aur aur entertainment, paisa kamao aur zindagi ko enjoy karo.</w:t>
      </w:r>
    </w:p>
    <w:p>
      <w:pPr>
        <w:jc w:val="right"/>
      </w:pPr>
      <w:r>
        <w:t>پیسہ کمانا اور ہوہا، پیسہ کمانا ہوہا، پیسہ کماؤ اور اور انٹرٹینمنٹ، پیسہ کماؤ اور زندگی کو انجوائے کرو۔</w:t>
      </w:r>
    </w:p>
    <w:p>
      <w:r>
        <w:rPr>
          <w:b/>
        </w:rPr>
        <w:t xml:space="preserve">[1:44:10] </w:t>
      </w:r>
      <w:r>
        <w:t>do hi two point formula hai aaj kal: earn money and enjoy life.</w:t>
      </w:r>
    </w:p>
    <w:p>
      <w:pPr>
        <w:jc w:val="right"/>
      </w:pPr>
      <w:r>
        <w:t>دو ہی ٹو پوائنٹ فارمولا ہے آج کل: ارن منی اینڈ انجوائے لائف۔</w:t>
      </w:r>
    </w:p>
    <w:p>
      <w:r>
        <w:rPr>
          <w:b/>
        </w:rPr>
        <w:t xml:space="preserve">[1:44:19] </w:t>
      </w:r>
      <w:r>
        <w:t>log samajhte hain ke paisa kamane ke baad jo cheez humein chahiye, bas yahi chahiye ke apna khoob hawa karen aur zindagi ko enjoy karen.</w:t>
      </w:r>
    </w:p>
    <w:p>
      <w:pPr>
        <w:jc w:val="right"/>
      </w:pPr>
      <w:r>
        <w:t>لوگ سمجھتے ہیں کہ پیسہ کمانے کے بعد جو چیز ہمیں چاہیے، بس یہی چاہیے کہ اپنا خوب ہوا کریں اور زندگی کو انجوائے کریں۔</w:t>
      </w:r>
    </w:p>
    <w:p>
      <w:r>
        <w:rPr>
          <w:b/>
        </w:rPr>
        <w:t xml:space="preserve">[1:44:29] </w:t>
      </w:r>
      <w:r>
        <w:t>yeh yeh mein samajhta hoon ke insensitivity hai yeh insanity, insanity. kyun ke paisa kamane ke baad agar aap sirf hawa kar ke mar jaate hain to aap yani apna apna jo development hai, woh nahi kar paye.</w:t>
      </w:r>
    </w:p>
    <w:p>
      <w:pPr>
        <w:jc w:val="right"/>
      </w:pPr>
      <w:r>
        <w:t>یہ یہ میں سمجھتا ہوں کہ ان سنسٹی ہے یہ انسینٹی، انسینٹی۔ کیونکہ پیسہ کمانے کے بعد اگر آپ صرف ہوا کر کے مر جاتے ہیں تو آپ یعنی اپنا اپنا جو ڈیولپمنٹ ہے، وہ نہیں کر پائے۔</w:t>
      </w:r>
    </w:p>
    <w:p>
      <w:r>
        <w:rPr>
          <w:b/>
        </w:rPr>
        <w:t xml:space="preserve">[1:44:44] </w:t>
      </w:r>
      <w:r>
        <w:t>aap</w:t>
      </w:r>
    </w:p>
    <w:p>
      <w:pPr>
        <w:jc w:val="right"/>
      </w:pPr>
      <w:r>
        <w:t>آپ</w:t>
      </w:r>
    </w:p>
    <w:p>
      <w:r>
        <w:rPr>
          <w:b/>
        </w:rPr>
        <w:t xml:space="preserve">[1:44:47] </w:t>
      </w:r>
      <w:r>
        <w:t>development nahi kar paye. aap paisa aap ka aap ke andar intellectual development nahi rehta ya jo hawa culture hai, woh bhi nahi nahi rehta.</w:t>
      </w:r>
    </w:p>
    <w:p>
      <w:pPr>
        <w:jc w:val="right"/>
      </w:pPr>
      <w:r>
        <w:t>ڈیولپمنٹ نہیں کر پائے۔ آپ پیسہ آپ کا آپ کے اندر انٹلیکچول ڈیولپمنٹ نہیں رہتا یا جو ہوا کلچر ہے، وہ بھی نہیں نہیں رہتا۔</w:t>
      </w:r>
    </w:p>
    <w:p>
      <w:r>
        <w:rPr>
          <w:b/>
        </w:rPr>
        <w:t xml:space="preserve">[1:44:57] </w:t>
      </w:r>
      <w:r>
        <w:t>aap</w:t>
      </w:r>
    </w:p>
    <w:p>
      <w:pPr>
        <w:jc w:val="right"/>
      </w:pPr>
      <w:r>
        <w:t>آپ</w:t>
      </w:r>
    </w:p>
    <w:p>
      <w:r>
        <w:rPr>
          <w:b/>
        </w:rPr>
        <w:t xml:space="preserve">[1:44:58] </w:t>
      </w:r>
      <w:r>
        <w:t>alag se aap ko parhna hai, sochna hai, ghor karna hai, tab aap ka intellectual development hoga. to mein samajhta hoon ke log sincere nahi hain, is liye aisa karte hain.</w:t>
      </w:r>
    </w:p>
    <w:p>
      <w:pPr>
        <w:jc w:val="right"/>
      </w:pPr>
      <w:r>
        <w:t>الگ سے آپ کو پڑھنا ہے، سوچنا ہے، غور کرنا ہے، تب آپ کا انٹلیکچول ڈیولپمنٹ ہوگا۔ تو میں سمجھتا ہوں کہ لوگ سنسیئر نہیں ہیں، اس لیے ایسا کرتے ہیں۔</w:t>
      </w:r>
    </w:p>
    <w:p>
      <w:r>
        <w:rPr>
          <w:b/>
        </w:rPr>
        <w:t xml:space="preserve">[1:45:07] </w:t>
      </w:r>
      <w:r>
        <w:t>woh das questionz faram Grace joel. Hazrat Adam ke sath do pathar aur do poday kya jannat se nahi utre thay?</w:t>
      </w:r>
    </w:p>
    <w:p>
      <w:pPr>
        <w:jc w:val="right"/>
      </w:pPr>
      <w:r>
        <w:t>وہ دس کوئسچن از فرام گریش جوال۔ حضرت آدم کے ساتھ دو پتھر اور دو پودے کیا جنت سے نہیں اترے تھے؟</w:t>
      </w:r>
    </w:p>
    <w:p>
      <w:r>
        <w:rPr>
          <w:b/>
        </w:rPr>
        <w:t xml:space="preserve">[1:45:18] </w:t>
      </w:r>
      <w:r>
        <w:t>aur Hazrat Adam kahan kahan se utre thay phir phirti par?</w:t>
      </w:r>
    </w:p>
    <w:p>
      <w:pPr>
        <w:jc w:val="right"/>
      </w:pPr>
      <w:r>
        <w:t>اور حضرت آدم کہاں کہاں سے اترے تھے پھر پھرتی پر؟</w:t>
      </w:r>
    </w:p>
    <w:p>
      <w:r>
        <w:rPr>
          <w:b/>
        </w:rPr>
        <w:t xml:space="preserve">[1:45:23] </w:t>
      </w:r>
      <w:r>
        <w:t>yeh pathar hota hai, aik baat sab kahani hai, baseless kahani hai, is ki koi haqeeqat nahi, kuch bhi nahi. baqi kahan utre thay, is ke baray mein hum nahi keh sakte.</w:t>
      </w:r>
    </w:p>
    <w:p>
      <w:pPr>
        <w:jc w:val="right"/>
      </w:pPr>
      <w:r>
        <w:t>یہ پتھر ہوتا ہے، ایک بات سب کہانی ہے، بیسلیس کہانی ہے، اس کی کوئی حقیقت نہیں، کچھ بھی نہیں۔ باقی کہاں اترے تھے، اس کے بارے میں ہم نہیں کہہ سکتے۔</w:t>
      </w:r>
    </w:p>
    <w:p>
      <w:r>
        <w:rPr>
          <w:b/>
        </w:rPr>
        <w:t xml:space="preserve">[1:45:35] </w:t>
      </w:r>
      <w:r>
        <w:t>Bible mein to hai, Quran mein nahi hai. Bible mein hai ke Eden jo country aik hai, Eden to us mein hai ke Eden mein Khuda ne aik bagh lagaya, us bagh mein Adam ko rakha, us ke baad phir is dunya mein bhej diya in</w:t>
      </w:r>
    </w:p>
    <w:p>
      <w:pPr>
        <w:jc w:val="right"/>
      </w:pPr>
      <w:r>
        <w:t>بائبل میں تو ہے، قرآن میں نہیں ہے۔ بائبل میں ہے کہ عدن جو کنٹری ایک ہے، عدن تو اس میں ہے کہ عدن میں خدا نے ایک باغ لگایا، اس باغ میں آدم کو رکھا، اس کے بعد پھر اس دنیا میں بھیج دیا ان</w:t>
      </w:r>
    </w:p>
    <w:p>
      <w:r>
        <w:rPr>
          <w:b/>
        </w:rPr>
        <w:t xml:space="preserve">[1:45:50] </w:t>
      </w:r>
      <w:r>
        <w:t>ko. lekin yeh Quran mein yeh baat nahi hai, is liye mein is ko nahi bata sakta is baray mein ke kya sach hai, kya nahi hai.</w:t>
      </w:r>
    </w:p>
    <w:p>
      <w:pPr>
        <w:jc w:val="right"/>
      </w:pPr>
      <w:r>
        <w:t>کو۔ لیکن یہ قرآن میں یہ بات نہیں ہے، اس لیے میں اس کو نہیں بتا سکتا اس بارے میں کہ کیا سچ ہے، کیا نہیں ہے۔</w:t>
      </w:r>
    </w:p>
    <w:p>
      <w:r>
        <w:rPr>
          <w:b/>
        </w:rPr>
        <w:t xml:space="preserve">[1:46:00] </w:t>
      </w:r>
      <w:r>
        <w:t>Bible ke jo bayan hai, us ke baray mein hum kuch rai nahi de sakte kyunke Quran mein koi is ke baray mein koi nahi milta hai ke ke Khuda ne sab se pehle jo jannat thi, woh yaani kahan rakha tha, woh kon si jannat thi pehle wali,</w:t>
      </w:r>
    </w:p>
    <w:p>
      <w:pPr>
        <w:jc w:val="right"/>
      </w:pPr>
      <w:r>
        <w:t>بائبل کے جو بیان ہے، اس کے بارے میں ہم کچھ رائے نہیں دے سکتے کیونکہ قرآن میں کوئی اس کے بارے میں کوئی نہیں ملتا ہے کہ کہ خدا نے سب سے پہلے جو جنت تھی، وہ یعنی کہاں رکھا تھا، وہ کون سی جنت تھی پہلے والی،</w:t>
      </w:r>
    </w:p>
    <w:p>
      <w:r>
        <w:rPr>
          <w:b/>
        </w:rPr>
        <w:t xml:space="preserve">[1:46:22] </w:t>
      </w:r>
      <w:r>
        <w:t>woh woh kahan thay, phir kahan se phir yahan par laye gaye. to hum aik kuch kehne ki position mein nahi hain is ke baray mein.</w:t>
      </w:r>
    </w:p>
    <w:p>
      <w:pPr>
        <w:jc w:val="right"/>
      </w:pPr>
      <w:r>
        <w:t>وہ وہ کہاں تھے، پھر کہاں سے پھر یہاں پر لائے گئے۔ تو ہم ایک کچھ کہنے کی پوزیشن میں نہیں ہیں اس کے بارے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