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Faith in the Unseen (Iman Bil Ghaib) December 06, 2015</w:t>
      </w:r>
    </w:p>
    <w:p>
      <w:r>
        <w:t>https://youtu.be/MZIDIceIwg8</w:t>
      </w:r>
    </w:p>
    <w:p>
      <w:r>
        <w:rPr>
          <w:b/>
        </w:rPr>
        <w:t xml:space="preserve">[00:13] </w:t>
      </w:r>
      <w:r>
        <w:t>Bismillah Rehman ur Rahim, wa sallu Allah ala Nabi al Kareem. Rab ishrah li sadri, wa yassir li amri, wahul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yafqaahu qawli.</w:t>
      </w:r>
    </w:p>
    <w:p>
      <w:pPr>
        <w:jc w:val="right"/>
      </w:pPr>
      <w:r>
        <w:t>یفقہ قولی۔</w:t>
      </w:r>
    </w:p>
    <w:p>
      <w:r>
        <w:rPr>
          <w:b/>
        </w:rPr>
        <w:t xml:space="preserve">[00:31] </w:t>
      </w:r>
      <w:r>
        <w:t>6 December 2015.</w:t>
      </w:r>
    </w:p>
    <w:p>
      <w:pPr>
        <w:jc w:val="right"/>
      </w:pPr>
      <w:r>
        <w:t>6 دسمبر 2015۔</w:t>
      </w:r>
    </w:p>
    <w:p>
      <w:r>
        <w:rPr>
          <w:b/>
        </w:rPr>
        <w:t xml:space="preserve">[00:38] </w:t>
      </w:r>
      <w:r>
        <w:t>aaj ka topic hai: Iman bil Ghaib.</w:t>
      </w:r>
    </w:p>
    <w:p>
      <w:pPr>
        <w:jc w:val="right"/>
      </w:pPr>
      <w:r>
        <w:t>آج کا ٹاپک ہے: ایمان بالغیب۔</w:t>
      </w:r>
    </w:p>
    <w:p>
      <w:r>
        <w:rPr>
          <w:b/>
        </w:rPr>
        <w:t xml:space="preserve">[00:47] </w:t>
      </w:r>
      <w:r>
        <w:t>Iman bil Ghaib. Quran mein jo Surah number 2 hai, Al Baqarah, us ke shuru mein yeh lafz aaya hai, phir Quran mein 50 se ziyada bar is ko istemal kiya gaya hai.</w:t>
      </w:r>
    </w:p>
    <w:p>
      <w:pPr>
        <w:jc w:val="right"/>
      </w:pPr>
      <w:r>
        <w:t>ایمان بالغیب۔ قرآن میں جو سورہ نمبر 2 ہے، البقرہ، اس کے شروع میں یہ لفظ آیا ہے، پھر قرآن میں 50 سے زیادہ بار اس کو استعمال کیا گیا ہے۔</w:t>
      </w:r>
    </w:p>
    <w:p>
      <w:r>
        <w:rPr>
          <w:b/>
        </w:rPr>
        <w:t xml:space="preserve">[01:07] </w:t>
      </w:r>
      <w:r>
        <w:t>Alif laam meem, zalikal kitab urfi, hudal mutaqeen, allazina yominoon bil ghaib. dekhiye, yeh ayat aur is tarah ki doosri ayatein</w:t>
      </w:r>
    </w:p>
    <w:p>
      <w:pPr>
        <w:jc w:val="right"/>
      </w:pPr>
      <w:r>
        <w:t>الف لام میم، ذالک کتاب الارفی، ہدل المتقین، الذین یومنون بالغیب۔ دیکھیے، یہ آیت اور اس طرح کی دوسری آیتیں</w:t>
      </w:r>
    </w:p>
    <w:p>
      <w:r>
        <w:rPr>
          <w:b/>
        </w:rPr>
        <w:t xml:space="preserve">[01:22] </w:t>
      </w:r>
      <w:r>
        <w:t>batati hain ke iman naam hai ghaib par yaqeen karne ka, yaani unseen par yaqeen karne ka.</w:t>
      </w:r>
    </w:p>
    <w:p>
      <w:pPr>
        <w:jc w:val="right"/>
      </w:pPr>
      <w:r>
        <w:t>بتاتی ہیں کہ ایمان نام ہے غیب پر یقین کرنے کا، یعنی ان سین پر یقین کرنے کا۔</w:t>
      </w:r>
    </w:p>
    <w:p>
      <w:r>
        <w:rPr>
          <w:b/>
        </w:rPr>
        <w:t xml:space="preserve">[01:36] </w:t>
      </w:r>
      <w:r>
        <w:t>unseen par, seen ki tarah yaqeen karna, yahi iman hai.</w:t>
      </w:r>
    </w:p>
    <w:p>
      <w:pPr>
        <w:jc w:val="right"/>
      </w:pPr>
      <w:r>
        <w:t>ان سین پر، سین کی طرح یقین کرنا، یہی ایمان ہے۔</w:t>
      </w:r>
    </w:p>
    <w:p>
      <w:r>
        <w:rPr>
          <w:b/>
        </w:rPr>
        <w:t xml:space="preserve">[01:45] </w:t>
      </w:r>
      <w:r>
        <w:t>to masla kya hai? Allah Rabb ul Alameen ne is kainat ko paida kiya, hum ko paida kiya, wohi is poori kainat ka ayub hai,</w:t>
      </w:r>
    </w:p>
    <w:p>
      <w:pPr>
        <w:jc w:val="right"/>
      </w:pPr>
      <w:r>
        <w:t>تو مسئلہ کیا ہے؟ اللہ رب العالمین نے اس کائنات کو پیدا کیا، ہم کو پیدا کیا، وہی اس پوری کائنات کا ایوب ہے،</w:t>
      </w:r>
    </w:p>
    <w:p>
      <w:r>
        <w:rPr>
          <w:b/>
        </w:rPr>
        <w:t xml:space="preserve">[02:01] </w:t>
      </w:r>
      <w:r>
        <w:t>sab kuch hai, lekin woh hamare samne nahi hai.</w:t>
      </w:r>
    </w:p>
    <w:p>
      <w:pPr>
        <w:jc w:val="right"/>
      </w:pPr>
      <w:r>
        <w:t>سب کچھ ہے، لیکن وہ ہمارے سامنے نہیں ہے۔</w:t>
      </w:r>
    </w:p>
    <w:p>
      <w:r>
        <w:rPr>
          <w:b/>
        </w:rPr>
        <w:t xml:space="preserve">[02:08] </w:t>
      </w:r>
      <w:r>
        <w:t>hum us ko, us ki sifat ki marifat dekhte hain, aur sifat ki marifat dekh kar hum Allah ki zaat par yaqeen karte hain.</w:t>
      </w:r>
    </w:p>
    <w:p>
      <w:pPr>
        <w:jc w:val="right"/>
      </w:pPr>
      <w:r>
        <w:t>ہم اس کو، اس کی صفات کی معرفت دیکھتے ہیں، اور صفات کی معرفت دیکھ کر ہم اللہ کی ذات پر یقین کرتے ہیں۔</w:t>
      </w:r>
    </w:p>
    <w:p>
      <w:r>
        <w:rPr>
          <w:b/>
        </w:rPr>
        <w:t xml:space="preserve">[02:23] </w:t>
      </w:r>
      <w:r>
        <w:t>yahi hai iman. jaise misaal ke tor par dekhiye, hum is kamre mein hain, yahan light jal rahi hai.</w:t>
      </w:r>
    </w:p>
    <w:p>
      <w:pPr>
        <w:jc w:val="right"/>
      </w:pPr>
      <w:r>
        <w:t>یہی ہے ایمان۔ جیسے مثال کے طور پر دیکھیے، ہم اس کمرے میں ہیں، یہاں لائٹ جل رہی ہے۔</w:t>
      </w:r>
    </w:p>
    <w:p>
      <w:r>
        <w:rPr>
          <w:b/>
        </w:rPr>
        <w:t xml:space="preserve">[02:37] </w:t>
      </w:r>
      <w:r>
        <w:t>is light, yeh light kahan se aa rahi hai? is kamre mein is ka source nahi hai.</w:t>
      </w:r>
    </w:p>
    <w:p>
      <w:pPr>
        <w:jc w:val="right"/>
      </w:pPr>
      <w:r>
        <w:t>اس لائٹ، یہ لائٹ کہاں سے آ رہی ہے؟ اس کمرے میں اس کا سورس نہیں ہے۔</w:t>
      </w:r>
    </w:p>
    <w:p>
      <w:r>
        <w:rPr>
          <w:b/>
        </w:rPr>
        <w:t xml:space="preserve">[02:45] </w:t>
      </w:r>
      <w:r>
        <w:t>woh bahar hai, power house mein. mein yahan reh raha hoon taqreeban 50 baras se, yeh aaj tak mein ne power house ko nahi dekha.</w:t>
      </w:r>
    </w:p>
    <w:p>
      <w:pPr>
        <w:jc w:val="right"/>
      </w:pPr>
      <w:r>
        <w:t>وہ باہر ہے، پاور ہاؤس میں۔ میں یہاں رہ رہا ہوں تقریباً 50 برس سے، یہ آج تک میں نے پاور ہاؤس کو نہیں دیکھا۔</w:t>
      </w:r>
    </w:p>
    <w:p>
      <w:r>
        <w:rPr>
          <w:b/>
        </w:rPr>
        <w:t xml:space="preserve">[02:58] </w:t>
      </w:r>
      <w:r>
        <w:t>phir bhi mein yaqeen karta hoon ke yeh roshni aa rahi hai power house se. yahi iman hai.</w:t>
      </w:r>
    </w:p>
    <w:p>
      <w:pPr>
        <w:jc w:val="right"/>
      </w:pPr>
      <w:r>
        <w:t>پھر بھی میں یقین کرتا ہوں کہ یہ روشنی آ رہی ہے پاور ہاؤس سے۔ یہی ایمان ہے۔</w:t>
      </w:r>
    </w:p>
    <w:p>
      <w:r>
        <w:rPr>
          <w:b/>
        </w:rPr>
        <w:t xml:space="preserve">[03:06] </w:t>
      </w:r>
      <w:r>
        <w:t>iman ka matlab hai yaqeen. youmioon bil ghaib ka matlab hai yuqinoon bil ghaib.</w:t>
      </w:r>
    </w:p>
    <w:p>
      <w:pPr>
        <w:jc w:val="right"/>
      </w:pPr>
      <w:r>
        <w:t>ایمان کا مطلب ہے یقین۔ یو ایمنون بالغیب کا مطلب ہے یوقلون بالغیب۔</w:t>
      </w:r>
    </w:p>
    <w:p>
      <w:r>
        <w:rPr>
          <w:b/>
        </w:rPr>
        <w:t xml:space="preserve">[03:18] </w:t>
      </w:r>
      <w:r>
        <w:t>to Allah par</w:t>
      </w:r>
    </w:p>
    <w:p>
      <w:pPr>
        <w:jc w:val="right"/>
      </w:pPr>
      <w:r>
        <w:t>تو اللہ پر</w:t>
      </w:r>
    </w:p>
    <w:p>
      <w:r>
        <w:rPr>
          <w:b/>
        </w:rPr>
        <w:t xml:space="preserve">[03:23] </w:t>
      </w:r>
      <w:r>
        <w:t>yaqeen karna, jab ke woh ghaib mein hai, dunya mein woh ghaibi mein rahega, akhirat mein woh samne aa jayega, shuhood ban jayega.</w:t>
      </w:r>
    </w:p>
    <w:p>
      <w:pPr>
        <w:jc w:val="right"/>
      </w:pPr>
      <w:r>
        <w:t>یقین کرنا، جب کہ وہ غیب میں ہے، دنیا میں وہ غیبی میں رہے گا، آخرت میں وہ سامنے آ جائے گا، شہود بن جائے گا۔</w:t>
      </w:r>
    </w:p>
    <w:p>
      <w:r>
        <w:rPr>
          <w:b/>
        </w:rPr>
        <w:t xml:space="preserve">[03:34] </w:t>
      </w:r>
      <w:r>
        <w:t>to jin logon ne dunya mein Allah ko ghayb ki halat mein discover kiya aur is par yaqeen kiya, un ko yeh tofeeq mili gayi, mile gi ke woh Allah ke paros mein rahen,</w:t>
      </w:r>
    </w:p>
    <w:p>
      <w:pPr>
        <w:jc w:val="right"/>
      </w:pPr>
      <w:r>
        <w:t>تو جن لوگوں نے دنیا میں اللہ کو غیب کی حالت میں ڈسکور کیا اور اس پر یقین کیا، ان کو یہ توفیق ملی گئی، ملے گی کہ وہ اللہ کے پڑوس میں رہیں،</w:t>
      </w:r>
    </w:p>
    <w:p>
      <w:r>
        <w:rPr>
          <w:b/>
        </w:rPr>
        <w:t xml:space="preserve">[03:50] </w:t>
      </w:r>
      <w:r>
        <w:t>Allah ko barah-e-rast dekhne ka</w:t>
      </w:r>
    </w:p>
    <w:p>
      <w:pPr>
        <w:jc w:val="right"/>
      </w:pPr>
      <w:r>
        <w:t>اللہ کو براہ راست دیکھنے کا</w:t>
      </w:r>
    </w:p>
    <w:p>
      <w:r>
        <w:rPr>
          <w:b/>
        </w:rPr>
        <w:t xml:space="preserve">[03:55] </w:t>
      </w:r>
      <w:r>
        <w:t>unhein moqa diya jaye ga. yeh ghayb par yaqeen karna kya</w:t>
      </w:r>
    </w:p>
    <w:p>
      <w:pPr>
        <w:jc w:val="right"/>
      </w:pPr>
      <w:r>
        <w:t>انہیں موقع دیا جائے گا۔ یہ غیب پر یقین کرنا کیا</w:t>
      </w:r>
    </w:p>
    <w:p>
      <w:r>
        <w:rPr>
          <w:b/>
        </w:rPr>
        <w:t xml:space="preserve">[04:02] </w:t>
      </w:r>
      <w:r>
        <w:t>hai? isi se tamam imani sifat paida hoti hain.</w:t>
      </w:r>
    </w:p>
    <w:p>
      <w:pPr>
        <w:jc w:val="right"/>
      </w:pPr>
      <w:r>
        <w:t>ہے؟ اسی سے تمام ایمانی صفات پیدا ہوتی ہیں۔</w:t>
      </w:r>
    </w:p>
    <w:p>
      <w:r>
        <w:rPr>
          <w:b/>
        </w:rPr>
        <w:t xml:space="preserve">[04:09] </w:t>
      </w:r>
      <w:r>
        <w:t>aur darasal yeh nateeja hai</w:t>
      </w:r>
    </w:p>
    <w:p>
      <w:pPr>
        <w:jc w:val="right"/>
      </w:pPr>
      <w:r>
        <w:t>اور دراصل یہ نتیجہ ہے</w:t>
      </w:r>
    </w:p>
    <w:p>
      <w:r>
        <w:rPr>
          <w:b/>
        </w:rPr>
        <w:t xml:space="preserve">[04:14] </w:t>
      </w:r>
      <w:r>
        <w:t>developed mind ka. jab aap ke andar intellectual development ki salahiyat paida hoti hai,</w:t>
      </w:r>
    </w:p>
    <w:p>
      <w:pPr>
        <w:jc w:val="right"/>
      </w:pPr>
      <w:r>
        <w:t>ڈیولپڈ مائنڈ کا۔ جب آپ کے اندر انٹلیکچول ڈیولپمنٹ کی صلاحیت پیدا ہوتی ہے،</w:t>
      </w:r>
    </w:p>
    <w:p>
      <w:r>
        <w:rPr>
          <w:b/>
        </w:rPr>
        <w:t xml:space="preserve">[04:25] </w:t>
      </w:r>
      <w:r>
        <w:t>aap tadabbur karte hain, ghore o fikr karte hain, tab aisa hota hai ke aap Allah ko dekh lete hain, agarchay woh ghayb mein hai.</w:t>
      </w:r>
    </w:p>
    <w:p>
      <w:pPr>
        <w:jc w:val="right"/>
      </w:pPr>
      <w:r>
        <w:t>آپ تدبر کرتے ہیں، غور و فکر کرتے ہیں، تب ایسا ہوتا ہے کہ آپ اللہ کو دیکھ لیتے ہیں، اگرچہ وہ غیب میں ہے۔</w:t>
      </w:r>
    </w:p>
    <w:p>
      <w:r>
        <w:rPr>
          <w:b/>
        </w:rPr>
        <w:t xml:space="preserve">[04:39] </w:t>
      </w:r>
      <w:r>
        <w:t>tab is ke baad kya hota hai ke aap ke andar woh cheezen paida hoti hain jo Allah ko manane se paida honi chahiye.</w:t>
      </w:r>
    </w:p>
    <w:p>
      <w:pPr>
        <w:jc w:val="right"/>
      </w:pPr>
      <w:r>
        <w:t>تب اس کے بعد کیا ہوتا ہے کہ آپ کے اندر وہ چیزیں پیدا ہوتی ہیں جو اللہ کو ماننے سے پیدا ہونی چاہیے۔</w:t>
      </w:r>
    </w:p>
    <w:p>
      <w:r>
        <w:rPr>
          <w:b/>
        </w:rPr>
        <w:t xml:space="preserve">[04:52] </w:t>
      </w:r>
      <w:r>
        <w:t>misalan dekhiye, aap paida hote hain, ek dunya aap ke samne hai, galaxy hai, suraj hai, solar system hai, zameen hai, pahar hai, samandar hai, ek poori dunya aap ke samne hai,</w:t>
      </w:r>
    </w:p>
    <w:p>
      <w:pPr>
        <w:jc w:val="right"/>
      </w:pPr>
      <w:r>
        <w:t>مثلاً دیکھیے، آپ پیدا ہوتے ہیں، ایک دنیا آپ کے سامنے ہے، گلیکسی ہے، سورج ہے، سولر سسٹم ہے، زمین ہے، پہاڑ ہے، سمندر ہے، ایک پوری دنیا آپ کے سامنے ہے،</w:t>
      </w:r>
    </w:p>
    <w:p>
      <w:r>
        <w:rPr>
          <w:b/>
        </w:rPr>
        <w:t xml:space="preserve">[05:10] </w:t>
      </w:r>
      <w:r>
        <w:t>aur poori dunya mein ek mustaqil ek harkat jari hai,</w:t>
      </w:r>
    </w:p>
    <w:p>
      <w:pPr>
        <w:jc w:val="right"/>
      </w:pPr>
      <w:r>
        <w:t>اور پوری دنیا میں ایک مستقل ایک حرکت جاری ہے،</w:t>
      </w:r>
    </w:p>
    <w:p>
      <w:r>
        <w:rPr>
          <w:b/>
        </w:rPr>
        <w:t xml:space="preserve">[05:16] </w:t>
      </w:r>
      <w:r>
        <w:t>bohat hi planned way mein. to aap sochte hain. is sochne ka naam hai science.</w:t>
      </w:r>
    </w:p>
    <w:p>
      <w:pPr>
        <w:jc w:val="right"/>
      </w:pPr>
      <w:r>
        <w:t>بہت ہی پلانڈ وے میں۔ تو آپ سوچتے ہیں۔ اس سوچنے کا نام ہے سائنس۔</w:t>
      </w:r>
    </w:p>
    <w:p>
      <w:r>
        <w:rPr>
          <w:b/>
        </w:rPr>
        <w:t xml:space="preserve">[05:28] </w:t>
      </w:r>
      <w:r>
        <w:t>insan ne sochna shuru kiya isi waqt se jab ke woh zameen par abad hua. dhire dhire science wajood mein aayi, aur zyada door tak aur zyada gehrai ke sath is ne kainat ko jana.</w:t>
      </w:r>
    </w:p>
    <w:p>
      <w:pPr>
        <w:jc w:val="right"/>
      </w:pPr>
      <w:r>
        <w:t>انسان نے سوچنا شروع کیا اسی وقت سے جب کہ وہ زمین پر آباد ہوا۔ دھیرے دھیرے سائنس وجود میں آئی، اور زیادہ دور تک اور زیادہ گہرائی کے ساتھ اس نے کائنات کو جانا۔</w:t>
      </w:r>
    </w:p>
    <w:p>
      <w:r>
        <w:rPr>
          <w:b/>
        </w:rPr>
        <w:t xml:space="preserve">[05:49] </w:t>
      </w:r>
      <w:r>
        <w:t>ab aap sochiye, science ki maloomat ki roshni mein ke taqreeban 13 billion saal pehle yahan par khala tha, space tha,</w:t>
      </w:r>
    </w:p>
    <w:p>
      <w:pPr>
        <w:jc w:val="right"/>
      </w:pPr>
      <w:r>
        <w:t>اب آپ سوچیے، سائنس کی معلومات کی روشنی میں کہ تقریباً 13 بلین سال پہلے یہاں پر خلا تھا، اسپیس تھا،</w:t>
      </w:r>
    </w:p>
    <w:p>
      <w:r>
        <w:rPr>
          <w:b/>
        </w:rPr>
        <w:t xml:space="preserve">[06:04] </w:t>
      </w:r>
      <w:r>
        <w:t>vacuum tha. phir science ki daryaft ke mutabiq yahan par ek</w:t>
      </w:r>
    </w:p>
    <w:p>
      <w:pPr>
        <w:jc w:val="right"/>
      </w:pPr>
      <w:r>
        <w:t>ویکیوم تھا۔ پھر سائنس کی دریافت کے مطابق یہاں پر ایک</w:t>
      </w:r>
    </w:p>
    <w:p>
      <w:r>
        <w:rPr>
          <w:b/>
        </w:rPr>
        <w:t xml:space="preserve">[06:15] </w:t>
      </w:r>
      <w:r>
        <w:t>cosmic ball zahir hua, jis mein tamam atom thay dunya bhar ke.</w:t>
      </w:r>
    </w:p>
    <w:p>
      <w:pPr>
        <w:jc w:val="right"/>
      </w:pPr>
      <w:r>
        <w:t>کاسمک بال ظاہر ہوا، جس میں تمام ایٹم تھے دنیا بھر کے۔</w:t>
      </w:r>
    </w:p>
    <w:p>
      <w:r>
        <w:rPr>
          <w:b/>
        </w:rPr>
        <w:t xml:space="preserve">[06:19] </w:t>
      </w:r>
      <w:r>
        <w:t>phir is mein</w:t>
      </w:r>
    </w:p>
    <w:p>
      <w:pPr>
        <w:jc w:val="right"/>
      </w:pPr>
      <w:r>
        <w:t>پھر اس میں</w:t>
      </w:r>
    </w:p>
    <w:p>
      <w:r>
        <w:rPr>
          <w:b/>
        </w:rPr>
        <w:t xml:space="preserve">[06:23] </w:t>
      </w:r>
      <w:r>
        <w:t>explosion hua, jis ko big bang kehte hain. phir dunya banna shuru hui. galaxy bani, solar system bana, zameen bani, wahan par barishain huin, phir nabatat ho gayin,</w:t>
      </w:r>
    </w:p>
    <w:p>
      <w:pPr>
        <w:jc w:val="right"/>
      </w:pPr>
      <w:r>
        <w:t>ایسٹروجن ہوا، جس کو بگ بینگ کہتے ہیں۔ پھر دنیا بننا شروع ہوئی۔ گلیکسی بنی، سولر سسٹم بنا، زمین بنی، وہاں پر بارشیں ہوئیں، پھر نباتات ہو گئیں،</w:t>
      </w:r>
    </w:p>
    <w:p>
      <w:r>
        <w:rPr>
          <w:b/>
        </w:rPr>
        <w:t xml:space="preserve">[06:41] </w:t>
      </w:r>
      <w:r>
        <w:t>pahar bane, samandar mein pani jama hua. itne sare واقعات hue, phir insan</w:t>
      </w:r>
    </w:p>
    <w:p>
      <w:pPr>
        <w:jc w:val="right"/>
      </w:pPr>
      <w:r>
        <w:t>پہاڑ بنے، سمندر میں پانی جمع ہوا۔ اتنے سارے واقعات ہوئے، پھر انسان</w:t>
      </w:r>
    </w:p>
    <w:p>
      <w:r>
        <w:rPr>
          <w:b/>
        </w:rPr>
        <w:t xml:space="preserve">[06:49] </w:t>
      </w:r>
      <w:r>
        <w:t>paida hua. phir dekhiye, aaj mein subah soch raha tha ke insan ne is zameen par apni zindagi ka aghaz kiya, jis ko kehte hain primitive age.</w:t>
      </w:r>
    </w:p>
    <w:p>
      <w:pPr>
        <w:jc w:val="right"/>
      </w:pPr>
      <w:r>
        <w:t>پیدا ہوا۔ پھر دیکھیے، آج میں صبح سوچ رہا تھا کہ انسان نے اس زمین پر اپنی زندگی کا آغاز کیا، جس کو کہتے ہیں پریمیٹیو ایج۔</w:t>
      </w:r>
    </w:p>
    <w:p>
      <w:r>
        <w:rPr>
          <w:b/>
        </w:rPr>
        <w:t xml:space="preserve">[07:02] </w:t>
      </w:r>
      <w:r>
        <w:t>primitive age mein insan peet chalata tha, darakhton ke phal khata tha. bilkul crude drive thi, crude.</w:t>
      </w:r>
    </w:p>
    <w:p>
      <w:pPr>
        <w:jc w:val="right"/>
      </w:pPr>
      <w:r>
        <w:t>پریمیٹیو ایج میں انسان پیتے چلتا تھا، درختوں کے پھل کھاتا تھا۔ بالکل کروڈ ڈرائیو تھی، کروڈ۔</w:t>
      </w:r>
    </w:p>
    <w:p>
      <w:r>
        <w:rPr>
          <w:b/>
        </w:rPr>
        <w:t xml:space="preserve">[07:12] </w:t>
      </w:r>
      <w:r>
        <w:t>aaj hum civilization ke zamanay mein hain. to kaise aisa hua?</w:t>
      </w:r>
    </w:p>
    <w:p>
      <w:pPr>
        <w:jc w:val="right"/>
      </w:pPr>
      <w:r>
        <w:t>آج ہم سویلائزیشن کے زمانے میں ہیں۔ تو کیسے ایسا ہوا؟</w:t>
      </w:r>
    </w:p>
    <w:p>
      <w:r>
        <w:rPr>
          <w:b/>
        </w:rPr>
        <w:t xml:space="preserve">[07:19] </w:t>
      </w:r>
      <w:r>
        <w:t>civilization ka zamana hai, technology ka zamana hai, yeh sab kaise hua?</w:t>
      </w:r>
    </w:p>
    <w:p>
      <w:pPr>
        <w:jc w:val="right"/>
      </w:pPr>
      <w:r>
        <w:t>سویلائزیشن کا زمانہ ہے، ٹیکنالوجی کا زمانہ ہے، یہ سب کیسے ہوا؟</w:t>
      </w:r>
    </w:p>
    <w:p>
      <w:r>
        <w:rPr>
          <w:b/>
        </w:rPr>
        <w:t xml:space="preserve">[07:28] </w:t>
      </w:r>
      <w:r>
        <w:t>to meri samajh mein aaya ke yeh Allah taala ke farishton ki madad se hua. bazahir insan ne kaam kiya, lekin haqeeqat mein Allah ke farishtay rehnumai kar rahay thay.</w:t>
      </w:r>
    </w:p>
    <w:p>
      <w:pPr>
        <w:jc w:val="right"/>
      </w:pPr>
      <w:r>
        <w:t>تو میری سمجھ میں آیا کہ یہ اللہ تعالیٰ کے فرشتوں کی مدد سے ہوا۔ بظاہر انسان نے کام کیا، لیکن حقیقت میں اللہ کے فرشتے رہنمائی کر رہے تھے۔</w:t>
      </w:r>
    </w:p>
    <w:p>
      <w:r>
        <w:rPr>
          <w:b/>
        </w:rPr>
        <w:t xml:space="preserve">[07:41] </w:t>
      </w:r>
      <w:r>
        <w:t>to yeh wohi muamla tha jaise ke bohat pehle Hazrat Noah ne bohat bari ek kashti banai, ark of Noah.</w:t>
      </w:r>
    </w:p>
    <w:p>
      <w:pPr>
        <w:jc w:val="right"/>
      </w:pPr>
      <w:r>
        <w:t>تو یہ وہی معاملہ تھا جیسے کہ بہت پہلے حضرت نوح نے بہت بڑی ایک کشتی بنائی، آرک آف نوح۔</w:t>
      </w:r>
    </w:p>
    <w:p>
      <w:r>
        <w:rPr>
          <w:b/>
        </w:rPr>
        <w:t xml:space="preserve">[07:53] </w:t>
      </w:r>
      <w:r>
        <w:t>to us waqt itni bari kashti banana insan ke liye bas mein nahi tha. to yeh farishton ki guidance mein woh kashti bani.</w:t>
      </w:r>
    </w:p>
    <w:p>
      <w:pPr>
        <w:jc w:val="right"/>
      </w:pPr>
      <w:r>
        <w:t>تو اس وقت اتنی بڑی کشتی بنانا انسان کے لیے بس میں نہیں تھا۔ تو یہ فرشتوں کی گائیڈنس میں وہ کشتی بنی۔</w:t>
      </w:r>
    </w:p>
    <w:p>
      <w:r>
        <w:rPr>
          <w:b/>
        </w:rPr>
        <w:t xml:space="preserve">[08:04] </w:t>
      </w:r>
      <w:r>
        <w:t>is ko quran mein in alfaaz mein bayan kiya gaya hai ke fa-sda'i al-fulka bi-aynin wa baynin</w:t>
      </w:r>
    </w:p>
    <w:p>
      <w:pPr>
        <w:jc w:val="right"/>
      </w:pPr>
      <w:r>
        <w:t>اس کو قرآن میں ان الفاظ میں بیان کیا گیا ہے کہ فَاسْدَعِ الْفُلْكَ بِأَيْنٍ وَبَيْنٍ</w:t>
      </w:r>
    </w:p>
    <w:p>
      <w:r>
        <w:rPr>
          <w:b/>
        </w:rPr>
        <w:t xml:space="preserve">[08:14] </w:t>
      </w:r>
      <w:r>
        <w:t>is ka matlab yeh hai ke farishton ki madad se tum kashti banao. to mein samajhta hoon ke yahi hua maamla civilization ke saath.</w:t>
      </w:r>
    </w:p>
    <w:p>
      <w:pPr>
        <w:jc w:val="right"/>
      </w:pPr>
      <w:r>
        <w:t>اس کا مطلب یہ ہے کہ فرشتوں کی مدد سے تم کشتی بناؤ۔ تو میں سمجھتا ہوں کہ یہی ہوا معاملہ سویلائزیشن کے ساتھ۔</w:t>
      </w:r>
    </w:p>
    <w:p>
      <w:r>
        <w:rPr>
          <w:b/>
        </w:rPr>
        <w:t xml:space="preserve">[08:24] </w:t>
      </w:r>
      <w:r>
        <w:t>yahan bhi yeh hua ke fa-sda'i al-hazara baynin wa baynin hazara ka matlab hai civilization.</w:t>
      </w:r>
    </w:p>
    <w:p>
      <w:pPr>
        <w:jc w:val="right"/>
      </w:pPr>
      <w:r>
        <w:t>یہاں بھی یہ ہوا کہ فَاسْدَعِ الْهَزَارَةَ بَيْنٍ وَبَيْنٍ ہزارہ کا مطلب ہے سویلائزیشن۔</w:t>
      </w:r>
    </w:p>
    <w:p>
      <w:r>
        <w:rPr>
          <w:b/>
        </w:rPr>
        <w:t xml:space="preserve">[08:36] </w:t>
      </w:r>
      <w:r>
        <w:t>civilization banao hamari rehnumai mein, yani farishton ki rehnumai mein. to in sab cheezon ko jab aap discover karte hain, tab kya hota hai?</w:t>
      </w:r>
    </w:p>
    <w:p>
      <w:pPr>
        <w:jc w:val="right"/>
      </w:pPr>
      <w:r>
        <w:t>سویلائزیشن بناؤ ہماری رہنمائی میں، یعنی فرشتوں کی رہنمائی میں۔ تو ان سب چیزوں کو جب آپ ڈسکور کرتے ہیں، تب کیا ہوتا ہے؟</w:t>
      </w:r>
    </w:p>
    <w:p>
      <w:r>
        <w:rPr>
          <w:b/>
        </w:rPr>
        <w:t xml:space="preserve">[08:48] </w:t>
      </w:r>
      <w:r>
        <w:t>ke aap creator ko daryaft karte hain. creator se aap ke andar be-panah mohabbat paida hoti hai. creator se aap ka bohat hi zabardast ta'alluq qaim ho jata hai.</w:t>
      </w:r>
    </w:p>
    <w:p>
      <w:pPr>
        <w:jc w:val="right"/>
      </w:pPr>
      <w:r>
        <w:t>کہ آپ کریٹر کو دریافت کرتے ہیں۔ کریٹر سے آپ کے اندر بے پناہ محبت پیدا ہوتی ہے۔ کریٹر سے آپ کا بہت ہی زبردست تعلق قائم ہو جاتا ہے۔</w:t>
      </w:r>
    </w:p>
    <w:p>
      <w:r>
        <w:rPr>
          <w:b/>
        </w:rPr>
        <w:t xml:space="preserve">[09:02] </w:t>
      </w:r>
      <w:r>
        <w:t>yahi hai iman.</w:t>
      </w:r>
    </w:p>
    <w:p>
      <w:pPr>
        <w:jc w:val="right"/>
      </w:pPr>
      <w:r>
        <w:t>یہی ہے ایمان۔</w:t>
      </w:r>
    </w:p>
    <w:p>
      <w:r>
        <w:rPr>
          <w:b/>
        </w:rPr>
        <w:t xml:space="preserve">[09:06] </w:t>
      </w:r>
      <w:r>
        <w:t>iman darasal Allah ki, Allah ki jo glory hai, Allah ke jo kalmaat hain, Allah ke jo nizam chal raha hai duniya mein,</w:t>
      </w:r>
    </w:p>
    <w:p>
      <w:pPr>
        <w:jc w:val="right"/>
      </w:pPr>
      <w:r>
        <w:t>ایمان دراصل اللہ کی، اللہ کی جو گلوری ہے، اللہ کے جو کلمات ہیں، اللہ کے جو نظام چل رہا ہے دنیا میں،</w:t>
      </w:r>
    </w:p>
    <w:p>
      <w:r>
        <w:rPr>
          <w:b/>
        </w:rPr>
        <w:t xml:space="preserve">[09:24] </w:t>
      </w:r>
      <w:r>
        <w:t>is ko daryaft kar ke aap pohnchte hain Allah ki daryaft tak. yani sifat ke zariye aap daryaft karte hain zaat ko.</w:t>
      </w:r>
    </w:p>
    <w:p>
      <w:pPr>
        <w:jc w:val="right"/>
      </w:pPr>
      <w:r>
        <w:t>اس کو دریافت کر کے آپ پہنچتے ہیں اللہ کی دریافت تک۔ یعنی صفات کے ذریعے آپ دریافت کرتے ہیں ذات کو۔</w:t>
      </w:r>
    </w:p>
    <w:p>
      <w:r>
        <w:rPr>
          <w:b/>
        </w:rPr>
        <w:t xml:space="preserve">[09:35] </w:t>
      </w:r>
      <w:r>
        <w:t>ab phir aap ke andar yaqeen, mohabbat, Allah se ta'alluq, woh sara paida ho jata hai. yahi hai iman. iman sirf kalma parhne ka naam nahi hai.</w:t>
      </w:r>
    </w:p>
    <w:p>
      <w:pPr>
        <w:jc w:val="right"/>
      </w:pPr>
      <w:r>
        <w:t>اب پھر آپ کے اندر یقین، محبت، اللہ سے تعلق، وہ سارا پیدا ہو جاتا ہے۔ یہی ہے ایمان۔ ایمان صرف کلمہ پڑھنے کا نام نہیں ہے۔</w:t>
      </w:r>
    </w:p>
    <w:p>
      <w:r>
        <w:rPr>
          <w:b/>
        </w:rPr>
        <w:t xml:space="preserve">[09:47] </w:t>
      </w:r>
      <w:r>
        <w:t>kalma aap ne parh diya to iman hasil ho gaya. iman ka matlab hai daryaft, discovery. aur discovery hoti hai tadabbur ke zariye, contemplation ke zariye.</w:t>
      </w:r>
    </w:p>
    <w:p>
      <w:pPr>
        <w:jc w:val="right"/>
      </w:pPr>
      <w:r>
        <w:t>کلمہ آپ نے پڑھ دیا تو ایمان حاصل ہو گیا۔ ایمان کا مطلب ہے دریافت، ڈسکوری۔ اور ڈسکوری ہوتی ہے تدبر کے ذریعے، کنٹمپریشن کے ذریعے۔</w:t>
      </w:r>
    </w:p>
    <w:p>
      <w:r>
        <w:rPr>
          <w:b/>
        </w:rPr>
        <w:t xml:space="preserve">[10:01] </w:t>
      </w:r>
      <w:r>
        <w:t>to ek hai ek fard ka contemplation, ek hai collective ka contemplation. to science kya hai?</w:t>
      </w:r>
    </w:p>
    <w:p>
      <w:pPr>
        <w:jc w:val="right"/>
      </w:pPr>
      <w:r>
        <w:t>تو ایک ہے ایک فرد کا کنٹمپریشن، ایک ہے کلیکٹیو کا کنٹمپریشن۔ تو سائنس کیا ہے؟</w:t>
      </w:r>
    </w:p>
    <w:p>
      <w:r>
        <w:rPr>
          <w:b/>
        </w:rPr>
        <w:t xml:space="preserve">[10:10] </w:t>
      </w:r>
      <w:r>
        <w:t>collective ka contemplation ka naam hai.</w:t>
      </w:r>
    </w:p>
    <w:p>
      <w:pPr>
        <w:jc w:val="right"/>
      </w:pPr>
      <w:r>
        <w:t>کلیکٹیو کا کنٹمپریشن کا نام ہے۔</w:t>
      </w:r>
    </w:p>
    <w:p>
      <w:r>
        <w:rPr>
          <w:b/>
        </w:rPr>
        <w:t xml:space="preserve">[10:13] </w:t>
      </w:r>
      <w:r>
        <w:t>insan ne jab zindagi shuru ki is duniya mein, jab sirf do aadmi thay, Adam aur Hawa, tab bhi woh sochte thay, ghore o fikr karte thay.</w:t>
      </w:r>
    </w:p>
    <w:p>
      <w:pPr>
        <w:jc w:val="right"/>
      </w:pPr>
      <w:r>
        <w:t>انسان نے جب زندگی شروع کی اس دنیا میں، جب صرف دو آدمی تھے، آدم اور حوا، تب بھی وہ سوچتے تھے، غور و فکر کرتے تھے۔</w:t>
      </w:r>
    </w:p>
    <w:p>
      <w:r>
        <w:rPr>
          <w:b/>
        </w:rPr>
        <w:t xml:space="preserve">[10:24] </w:t>
      </w:r>
      <w:r>
        <w:t>lekin woh soch tha individual contemplation. phir barhte barhte science mawjood mein aai.</w:t>
      </w:r>
    </w:p>
    <w:p>
      <w:pPr>
        <w:jc w:val="right"/>
      </w:pPr>
      <w:r>
        <w:t>لیکن وہ سوچ تھا انڈیویجول کنٹمپریشن۔ پھر بڑھتے بڑھتے سائنس موجود میں آئی۔</w:t>
      </w:r>
    </w:p>
    <w:p>
      <w:r>
        <w:rPr>
          <w:b/>
        </w:rPr>
        <w:t xml:space="preserve">[10:33] </w:t>
      </w:r>
      <w:r>
        <w:t>to science kya hai? science collective contemplation hai.</w:t>
      </w:r>
    </w:p>
    <w:p>
      <w:pPr>
        <w:jc w:val="right"/>
      </w:pPr>
      <w:r>
        <w:t>تو سائنس کیا ہے؟ سائنس کلیکٹیو کنٹمپریشن ہے۔</w:t>
      </w:r>
    </w:p>
    <w:p>
      <w:r>
        <w:rPr>
          <w:b/>
        </w:rPr>
        <w:t xml:space="preserve">[10:38] </w:t>
      </w:r>
      <w:r>
        <w:t>ek poori insaniyat mil kar soch rahi hai aur discover kar rahi hai. to is tarah jab aap sochte hain to aap ko be-panah yaqeen hasil hota hai.</w:t>
      </w:r>
    </w:p>
    <w:p>
      <w:pPr>
        <w:jc w:val="right"/>
      </w:pPr>
      <w:r>
        <w:t>ایک پوری انسانیت مل کر سوچ رہی ہے اور ڈسکور کر رہی ہے۔ تو اس طرح جب آپ سوچتے ہیں تو آپ کو بے پناہ یقین حاصل ہوتا ہے۔</w:t>
      </w:r>
    </w:p>
    <w:p>
      <w:r>
        <w:rPr>
          <w:b/>
        </w:rPr>
        <w:t xml:space="preserve">[10:51] </w:t>
      </w:r>
      <w:r>
        <w:t>bohat bara yaqeen.</w:t>
      </w:r>
    </w:p>
    <w:p>
      <w:pPr>
        <w:jc w:val="right"/>
      </w:pPr>
      <w:r>
        <w:t>بہت بڑا یقین۔</w:t>
      </w:r>
    </w:p>
    <w:p>
      <w:r>
        <w:rPr>
          <w:b/>
        </w:rPr>
        <w:t xml:space="preserve">[10:54] </w:t>
      </w:r>
      <w:r>
        <w:t>oceanic conviction. phir dekhiye, aur sochiye.</w:t>
      </w:r>
    </w:p>
    <w:p>
      <w:pPr>
        <w:jc w:val="right"/>
      </w:pPr>
      <w:r>
        <w:t>اوشانک کنوکشن۔ پھر دیکھیے، اور سوچیے۔</w:t>
      </w:r>
    </w:p>
    <w:p>
      <w:r>
        <w:rPr>
          <w:b/>
        </w:rPr>
        <w:t xml:space="preserve">[11:03] </w:t>
      </w:r>
      <w:r>
        <w:t>aap ko khana chahiye, food chahiye. to ek shakal yeh hai ke aap ne khana liya ho, kha liya, kha kar ke rawana ho gaye apne office.</w:t>
      </w:r>
    </w:p>
    <w:p>
      <w:pPr>
        <w:jc w:val="right"/>
      </w:pPr>
      <w:r>
        <w:t>آپ کو کھانا چاہیے، فوڈ چاہیے۔ تو ایک شکل یہ ہے کہ آپ نے کھانا لیا ہو، کھا لیا، کھا کر کے روانہ ہو گئے اپنے آفس۔</w:t>
      </w:r>
    </w:p>
    <w:p>
      <w:r>
        <w:rPr>
          <w:b/>
        </w:rPr>
        <w:t xml:space="preserve">[11:15] </w:t>
      </w:r>
      <w:r>
        <w:t>ek yeh hai ke aap khana khate hue, pani peete hue sochte hain ke yeh sab kaise hua? yeh sab kaise hua?</w:t>
      </w:r>
    </w:p>
    <w:p>
      <w:pPr>
        <w:jc w:val="right"/>
      </w:pPr>
      <w:r>
        <w:t>ایک یہ ہے کہ آپ کھانا کھاتے ہوئے، پانی پیتے ہوئے سوچتے ہیں کہ یہ سب کیسے ہوا؟ یہ سب کیسے ہوا؟</w:t>
      </w:r>
    </w:p>
    <w:p>
      <w:r>
        <w:rPr>
          <w:b/>
        </w:rPr>
        <w:t xml:space="preserve">[11:25] </w:t>
      </w:r>
      <w:r>
        <w:t>ke mein jo chahta hoon, pani aur khana, woh yahan maujood hai, meri paidaish se pehle. phir is poore process ko aap apne mind mein late hain.</w:t>
      </w:r>
    </w:p>
    <w:p>
      <w:pPr>
        <w:jc w:val="right"/>
      </w:pPr>
      <w:r>
        <w:t>کہ میں جو چاہتا ہوں، پانی اور کھانا، وہ یہاں موجود ہے، میری پیدائش سے پہلے۔ پھر اس پورے پروسیس کو آپ اپنے مائنڈ میں لاتے ہیں۔</w:t>
      </w:r>
    </w:p>
    <w:p>
      <w:r>
        <w:rPr>
          <w:b/>
        </w:rPr>
        <w:t xml:space="preserve">[11:39] </w:t>
      </w:r>
      <w:r>
        <w:t>kaise zameen par barish hui? kaise zameen par plant agay? aap jante hain ke pehle yeh jo is ko aap kehte hain gehoon, chawal waghera, yeh janglon mein thay, janglon mein.</w:t>
      </w:r>
    </w:p>
    <w:p>
      <w:pPr>
        <w:jc w:val="right"/>
      </w:pPr>
      <w:r>
        <w:t>کیسے زمین پر بارش ہوئی؟ کیسے زمین پر پلانٹ اگے؟ آپ جانتے ہیں کہ پہلے یہ جو اس کو آپ کہتے ہیں گیہوں، چاول وغیرہ، یہ جنگلوں میں تھے، جنگلوں میں۔</w:t>
      </w:r>
    </w:p>
    <w:p>
      <w:r>
        <w:rPr>
          <w:b/>
        </w:rPr>
        <w:t xml:space="preserve">[11:53] </w:t>
      </w:r>
      <w:r>
        <w:t>insan ne is ko discover kiya, phir is ko develop kiya, phir agriculture wajood mein aaya, horticulture wajood mein aaya. is mein bohat lambi muddat guzri.</w:t>
      </w:r>
    </w:p>
    <w:p>
      <w:pPr>
        <w:jc w:val="right"/>
      </w:pPr>
      <w:r>
        <w:t>انسان نے اس کو ڈسکور کیا، پھر اس کو ڈیولپ کیا، پھر ایگریکلچر وجود میں آیا، ہارٹیکلچر وجود میں آیا۔ اس میں بہت لمبی مدت گزری۔</w:t>
      </w:r>
    </w:p>
    <w:p>
      <w:r>
        <w:rPr>
          <w:b/>
        </w:rPr>
        <w:t xml:space="preserve">[12:05] </w:t>
      </w:r>
      <w:r>
        <w:t>yeh bhi ek collective exercise thi. sari insaniyat ne mil kar ke aisa kiya. sari insaniyat ne mil kar.</w:t>
      </w:r>
    </w:p>
    <w:p>
      <w:pPr>
        <w:jc w:val="right"/>
      </w:pPr>
      <w:r>
        <w:t>یہ بھی ایک کلیکٹیو ایکسرسائز تھی۔ ساری انسانیت نے مل کر کے ایسا کیا۔ ساری انسانیت نے مل کر۔</w:t>
      </w:r>
    </w:p>
    <w:p>
      <w:r>
        <w:rPr>
          <w:b/>
        </w:rPr>
        <w:t xml:space="preserve">[12:15] </w:t>
      </w:r>
      <w:r>
        <w:t>misalan ghora janglon par hua karta tha pehle.</w:t>
      </w:r>
    </w:p>
    <w:p>
      <w:pPr>
        <w:jc w:val="right"/>
      </w:pPr>
      <w:r>
        <w:t>مثلاً گھوڑا جنگلوں پر ہوا کرتا تھا پہلے۔</w:t>
      </w:r>
    </w:p>
    <w:p>
      <w:r>
        <w:rPr>
          <w:b/>
        </w:rPr>
        <w:t xml:space="preserve">[12:21] </w:t>
      </w:r>
      <w:r>
        <w:t>insaan ne ghore ko daryaft kiya, ghore ko harness kiya, usay sawari banai, ghore gaadi banai waghera. to insaan ne zindagi ka aaghaz kiya is tarah se ke woh paidal chalta tha,</w:t>
      </w:r>
    </w:p>
    <w:p>
      <w:pPr>
        <w:jc w:val="right"/>
      </w:pPr>
      <w:r>
        <w:t>انسان نے گھوڑے کو دریافت کیا، گھوڑے کو ہارنس کیا، اسے سواری بنائی، گھوڑے گاڑی بنائی وغیرہ۔ تو انسان نے زندگی کا آغاز کیا اس طرح سے کہ وہ پیدل چلتا تھا،</w:t>
      </w:r>
    </w:p>
    <w:p>
      <w:r>
        <w:rPr>
          <w:b/>
        </w:rPr>
        <w:t xml:space="preserve">[12:37] </w:t>
      </w:r>
      <w:r>
        <w:t>jangal ke phool khata tha, is tarah se. lekin phir sochte sochte sochte woh modern civilization tak pohncha.</w:t>
      </w:r>
    </w:p>
    <w:p>
      <w:pPr>
        <w:jc w:val="right"/>
      </w:pPr>
      <w:r>
        <w:t>جنگل کے پھل کھاتا تھا، اس طرح سے۔ لیکن پھر سوچتے سوچتے سوچتے وہ ماڈرن سویلائزیشن تک پہنچا۔</w:t>
      </w:r>
    </w:p>
    <w:p>
      <w:r>
        <w:rPr>
          <w:b/>
        </w:rPr>
        <w:t xml:space="preserve">[12:47] </w:t>
      </w:r>
      <w:r>
        <w:t>yeh sab ek collective effort hai,</w:t>
      </w:r>
    </w:p>
    <w:p>
      <w:pPr>
        <w:jc w:val="right"/>
      </w:pPr>
      <w:r>
        <w:t>یہ سب ایک کلیکٹیو ایفرٹ ہے،</w:t>
      </w:r>
    </w:p>
    <w:p>
      <w:r>
        <w:rPr>
          <w:b/>
        </w:rPr>
        <w:t xml:space="preserve">[12:51] </w:t>
      </w:r>
      <w:r>
        <w:t>ijtimaai jad-o-jehad hai. to jab aap sochte hain to ek taraf aap khalq ko, creator ko daryaft karte hain.</w:t>
      </w:r>
    </w:p>
    <w:p>
      <w:pPr>
        <w:jc w:val="right"/>
      </w:pPr>
      <w:r>
        <w:t>اجتماعی جدوجہد ہے۔ تو جب آپ سوچتے ہیں تو ایک طرف آپ خالق کو، کریٹر کو دریافت کرتے ہیں۔</w:t>
      </w:r>
    </w:p>
    <w:p>
      <w:r>
        <w:rPr>
          <w:b/>
        </w:rPr>
        <w:t xml:space="preserve">[13:05] </w:t>
      </w:r>
      <w:r>
        <w:t>aur phir aap khalq ki glory, khalq ki azmat, khalq ki rehmat, khalq ki blessing, in sab ko yaad kar daryaft karte hain.</w:t>
      </w:r>
    </w:p>
    <w:p>
      <w:pPr>
        <w:jc w:val="right"/>
      </w:pPr>
      <w:r>
        <w:t>اور پھر آپ خالق کی گلوری، خالق کی عظمت، خالق کی رحمت، خالق کی بلیسنگ، ان سب کو یاد کر دریافت کرتے ہیں۔</w:t>
      </w:r>
    </w:p>
    <w:p>
      <w:r>
        <w:rPr>
          <w:b/>
        </w:rPr>
        <w:t xml:space="preserve">[13:16] </w:t>
      </w:r>
      <w:r>
        <w:t>to aaj aap ke mind par khalq ki barhai aati hai, koi glory aati hai, mohabbat aati hai. saari cheezein aati hain jin ko hum imaan kehte hain.</w:t>
      </w:r>
    </w:p>
    <w:p>
      <w:pPr>
        <w:jc w:val="right"/>
      </w:pPr>
      <w:r>
        <w:t>تو آج آپ کے مائنڈ پر خالق کی بڑائی آتی ہے، کوئی گلوری آتی ہے، محبت آتی ہے۔ ساری چیزیں آتی ہیں جن کو ہم ایمان کہتے ہیں۔</w:t>
      </w:r>
    </w:p>
    <w:p>
      <w:r>
        <w:rPr>
          <w:b/>
        </w:rPr>
        <w:t xml:space="preserve">[13:28] </w:t>
      </w:r>
      <w:r>
        <w:t>phir isi se dekhiye, ek aur cheez paida hoti hai. yaani achi social life.</w:t>
      </w:r>
    </w:p>
    <w:p>
      <w:pPr>
        <w:jc w:val="right"/>
      </w:pPr>
      <w:r>
        <w:t>پھر اسی سے دیکھیے، ایک اور چیز پیدا ہوتی ہے۔ یعنی اچھی سوشل لائف۔</w:t>
      </w:r>
    </w:p>
    <w:p>
      <w:r>
        <w:rPr>
          <w:b/>
        </w:rPr>
        <w:t xml:space="preserve">[13:40] </w:t>
      </w:r>
      <w:r>
        <w:t>kyunke insaanon ke darmiyan jo aap rehte hain,</w:t>
      </w:r>
    </w:p>
    <w:p>
      <w:pPr>
        <w:jc w:val="right"/>
      </w:pPr>
      <w:r>
        <w:t>کیونکہ انسانوں کے درمیان جو آپ رہتے ہیں،</w:t>
      </w:r>
    </w:p>
    <w:p>
      <w:r>
        <w:rPr>
          <w:b/>
        </w:rPr>
        <w:t xml:space="preserve">[13:45] </w:t>
      </w:r>
      <w:r>
        <w:t>social life ka matlab hai insaanon ke darmiyan rehna. to har din aap ko yeh yaad aata hai ke saare insaanon ne mil kar ke ek effort kiya, ek collective effort.</w:t>
      </w:r>
    </w:p>
    <w:p>
      <w:pPr>
        <w:jc w:val="right"/>
      </w:pPr>
      <w:r>
        <w:t>سوشل لائف کا مطلب ہے انسانوں کے درمیان رہنا۔ تو ہر دن آپ کو یہ یاد آتا ہے کہ سارے انسانوں نے مل کر کے ایک ایفرٹ کیا، ایک کلیکٹیو ایفرٹ۔</w:t>
      </w:r>
    </w:p>
    <w:p>
      <w:r>
        <w:rPr>
          <w:b/>
        </w:rPr>
        <w:t xml:space="preserve">[13:59] </w:t>
      </w:r>
      <w:r>
        <w:t>tab yeh duniya is tareeqe se mutamaddin civilized duniya bani.</w:t>
      </w:r>
    </w:p>
    <w:p>
      <w:pPr>
        <w:jc w:val="right"/>
      </w:pPr>
      <w:r>
        <w:t>تب یہ دنیا اس طریقے سے متمدن سویلائز دنیا بنی۔</w:t>
      </w:r>
    </w:p>
    <w:p>
      <w:r>
        <w:rPr>
          <w:b/>
        </w:rPr>
        <w:t xml:space="preserve">[14:08] </w:t>
      </w:r>
      <w:r>
        <w:t>ek civilization wajood mein aai aur city bane aur kya kya hua, kya kya hua. to ek taraf aap ko Allah ki glory aap ke seene mein hulchul paida karti hai.</w:t>
      </w:r>
    </w:p>
    <w:p>
      <w:pPr>
        <w:jc w:val="right"/>
      </w:pPr>
      <w:r>
        <w:t>ایک سویلائزیشن وجود میں آئی اور سٹی بنے اور کیا کیا ہوا، کیا کیا ہوا۔ تو ایک طرف آپ کو اللہ کی گلوری آپ کے سینے میں ہلچل پیدا کرتی ہے۔</w:t>
      </w:r>
    </w:p>
    <w:p>
      <w:r>
        <w:rPr>
          <w:b/>
        </w:rPr>
        <w:t xml:space="preserve">[14:25] </w:t>
      </w:r>
      <w:r>
        <w:t>doosri taraf insaan se mohabbat bhi paida hoti hai aap ke andar. ke kitne saare insaanon ne ek collective effort kiya hai, tab is ko phailane ke qabil yeh duniya haasil hui hai.</w:t>
      </w:r>
    </w:p>
    <w:p>
      <w:pPr>
        <w:jc w:val="right"/>
      </w:pPr>
      <w:r>
        <w:t>دوسری طرف انسان سے محبت بھی پیدا ہوتی ہے آپ کے اندر۔ کہ کتنے سارے انسانوں نے ایک کلیکٹیو ایفرٹ کیا ہے، تب اس کو پھیلانے کے قابل یہ دنیا حاصل ہوئی ہے۔</w:t>
      </w:r>
    </w:p>
    <w:p>
      <w:r>
        <w:rPr>
          <w:b/>
        </w:rPr>
        <w:t xml:space="preserve">[14:41] </w:t>
      </w:r>
      <w:r>
        <w:t>phir main soch raha tha ke maine breakfast liya ya lunch liya ya dinner liya to kya hua?</w:t>
      </w:r>
    </w:p>
    <w:p>
      <w:pPr>
        <w:jc w:val="right"/>
      </w:pPr>
      <w:r>
        <w:t>پھر میں سوچ رہا تھا کہ میں نے بریک فاسٹ لیا یا لنچ لیا یا ڈنر لیا تو کیا ہوا؟</w:t>
      </w:r>
    </w:p>
    <w:p>
      <w:r>
        <w:rPr>
          <w:b/>
        </w:rPr>
        <w:t xml:space="preserve">[14:52] </w:t>
      </w:r>
      <w:r>
        <w:t>maine apne andar kuch cheezein daal dein, roti, chawal, dil, daal, sabzi. aur phir body ka ek nizaam, bohat hi بروز system body ke andar,</w:t>
      </w:r>
    </w:p>
    <w:p>
      <w:pPr>
        <w:jc w:val="right"/>
      </w:pPr>
      <w:r>
        <w:t>میں نے اپنے اندر کچھ چیزیں ڈال دیں، روٹی، چاول، دل، دال، سبزی۔ اور پھر باڈی کا ایک نظام، بہت ہی بروز سسٹم باڈی کے اندر،</w:t>
      </w:r>
    </w:p>
    <w:p>
      <w:r>
        <w:rPr>
          <w:b/>
        </w:rPr>
        <w:t xml:space="preserve">[15:05] </w:t>
      </w:r>
      <w:r>
        <w:t>ek bohat hi complex factory, us ne in cheezon ko convert karna shuru kiya. yaani khoon mein, haddi mein, gosht mein.</w:t>
      </w:r>
    </w:p>
    <w:p>
      <w:pPr>
        <w:jc w:val="right"/>
      </w:pPr>
      <w:r>
        <w:t>ایک بہت ہی کمپلیکس فیکٹری، اس نے ان چیزوں کو کروٹ کرنا شروع کیا۔ یعنی خون میں، ہڈی میں، گوشت میں۔</w:t>
      </w:r>
    </w:p>
    <w:p>
      <w:r>
        <w:rPr>
          <w:b/>
        </w:rPr>
        <w:t xml:space="preserve">[15:18] </w:t>
      </w:r>
      <w:r>
        <w:t>yaani maine khoon nahi piya tha, maine gosht nahi khaya tha, maine haddi nahi khai thi. yeh food convert hua in tamam cheezon mein.</w:t>
      </w:r>
    </w:p>
    <w:p>
      <w:pPr>
        <w:jc w:val="right"/>
      </w:pPr>
      <w:r>
        <w:t>یعنی میں نے خون نہیں پیا تھا، میں نے گوشت نہیں کھایا تھا، میں نے ہڈی نہیں کھائی تھی۔ یہ فوڈ کنورٹ ہوا ان تمام چیزوں میں۔</w:t>
      </w:r>
    </w:p>
    <w:p>
      <w:r>
        <w:rPr>
          <w:b/>
        </w:rPr>
        <w:t xml:space="preserve">[15:31] </w:t>
      </w:r>
      <w:r>
        <w:t>to kitna bara Allah, creator ka,</w:t>
      </w:r>
    </w:p>
    <w:p>
      <w:pPr>
        <w:jc w:val="right"/>
      </w:pPr>
      <w:r>
        <w:t>تو کتنا بڑا اللہ، کریٹر کا،</w:t>
      </w:r>
    </w:p>
    <w:p>
      <w:r>
        <w:rPr>
          <w:b/>
        </w:rPr>
        <w:t xml:space="preserve">[15:36] </w:t>
      </w:r>
      <w:r>
        <w:t>creator ka ki qudrat kitni bari hai</w:t>
      </w:r>
    </w:p>
    <w:p>
      <w:pPr>
        <w:jc w:val="right"/>
      </w:pPr>
      <w:r>
        <w:t>کریٹر کا کی قدرت کتنی بڑی ہے</w:t>
      </w:r>
    </w:p>
    <w:p>
      <w:r>
        <w:rPr>
          <w:b/>
        </w:rPr>
        <w:t xml:space="preserve">[15:43] </w:t>
      </w:r>
      <w:r>
        <w:t>ke aisi complex system mere andar rakh diya</w:t>
      </w:r>
    </w:p>
    <w:p>
      <w:pPr>
        <w:jc w:val="right"/>
      </w:pPr>
      <w:r>
        <w:t>کہ ایسی کمپلیکس سسٹم میرے اندر رکھ دیا</w:t>
      </w:r>
    </w:p>
    <w:p>
      <w:r>
        <w:rPr>
          <w:b/>
        </w:rPr>
        <w:t xml:space="preserve">[15:49] </w:t>
      </w:r>
      <w:r>
        <w:t>ke main sirf pani piun, khana khaun aur woh ek poora mere body mein ka juz ban jaye,</w:t>
      </w:r>
    </w:p>
    <w:p>
      <w:pPr>
        <w:jc w:val="right"/>
      </w:pPr>
      <w:r>
        <w:t>کہ میں صرف پانی پیوں، کھانا کھاؤں اور وہ ایک پورا میرے باڈی میں کا جز بن جائے،</w:t>
      </w:r>
    </w:p>
    <w:p>
      <w:r>
        <w:rPr>
          <w:b/>
        </w:rPr>
        <w:t xml:space="preserve">[15:56] </w:t>
      </w:r>
      <w:r>
        <w:t>khoon ki shakal mein, haddi ki shakal mein, gosht ki shakal mein.</w:t>
      </w:r>
    </w:p>
    <w:p>
      <w:pPr>
        <w:jc w:val="right"/>
      </w:pPr>
      <w:r>
        <w:t>خون کی شکل میں، ہڈی کی شکل میں، گوشت کی شکل میں۔</w:t>
      </w:r>
    </w:p>
    <w:p>
      <w:r>
        <w:rPr>
          <w:b/>
        </w:rPr>
        <w:t xml:space="preserve">[16:01] </w:t>
      </w:r>
      <w:r>
        <w:t>yeh sab Allah taala ki sifat hain. to sifat ke zariye aap Allah ki zaat ko pehante hain. to jo kuch bhi hai, woh Allah ki sifat ka zahoor hai.</w:t>
      </w:r>
    </w:p>
    <w:p>
      <w:pPr>
        <w:jc w:val="right"/>
      </w:pPr>
      <w:r>
        <w:t>یہ سب اللہ تعالیٰ کی صفات ہیں۔ تو صفات کے ذریعے آپ اللہ کی ذات کو پہچانتے ہیں۔ تو جو کچھ بھی ہے، وہ اللہ کی صفات کا ظہور ہے۔</w:t>
      </w:r>
    </w:p>
    <w:p>
      <w:r>
        <w:rPr>
          <w:b/>
        </w:rPr>
        <w:t xml:space="preserve">[16:18] </w:t>
      </w:r>
      <w:r>
        <w:t>jo kuch bhi hai, chahe woh galaxy ho, chahe solar system ho, chahe pahaad aur samandar ho, chahe aap ki zaat ho, jo kuch bhi hai, jo kuch bhi hai, jo kuch bhi hai, woh Allah rab-ul-alameen ki sifat ka zahoor hai.</w:t>
      </w:r>
    </w:p>
    <w:p>
      <w:pPr>
        <w:jc w:val="right"/>
      </w:pPr>
      <w:r>
        <w:t>جو کچھ بھی ہے، چاہے وہ گلیکسی ہو، چاہے سولر سسٹم ہو، چاہے پہاڑ اور سمندر ہو، چاہے آپ کی ذات ہو، جو کچھ بھی ہے، جو کچھ بھی ہے، جو کچھ بھی ہے، وہ اللہ رب العالمین کی صفات کا ظہور ہے۔</w:t>
      </w:r>
    </w:p>
    <w:p>
      <w:r>
        <w:rPr>
          <w:b/>
        </w:rPr>
        <w:t xml:space="preserve">[16:40] </w:t>
      </w:r>
      <w:r>
        <w:t>to aap ghor kijiye ke agar main yeh maanu ke Delhi Government ne ek power house banaya, is power house se mera kamra roshan ho raha hai, to ek aitraaf paida hoga ke itna acha kaam kiya hamari government</w:t>
      </w:r>
    </w:p>
    <w:p>
      <w:pPr>
        <w:jc w:val="right"/>
      </w:pPr>
      <w:r>
        <w:t>تو آپ غور کیجیے کہ اگر میں یہ مانوں کہ دہلی گورنمنٹ نے ایک پاور ہاؤس بنایا، اس پاور ہاؤس سے میرا کمرہ روشن ہو رہا ہے، تو ایک اعتراف پیدا ہوگا کہ اتنا اچھا کام کیا ہماری گورنمن</w:t>
      </w:r>
    </w:p>
    <w:p>
      <w:r>
        <w:rPr>
          <w:b/>
        </w:rPr>
        <w:t xml:space="preserve">[16:58] </w:t>
      </w:r>
      <w:r>
        <w:t>ne. lekin jab aap sochein is tareeqe se poori kainaat mein phaila kar ke apne apne maamle ko, poori kainaat, poori humanity, poori universe ko le kar sochein to yahi ehsaas, yaani billion trillion se bohat hi zyada paida hoga aap ke andar.</w:t>
      </w:r>
    </w:p>
    <w:p>
      <w:pPr>
        <w:jc w:val="right"/>
      </w:pPr>
      <w:r>
        <w:t>ٹ نے۔ لیکن جب آپ سوچیں اس طریقے سے پوری کائنات میں پھیلا کر کے اپنے اپنے معاملے کو، پوری کائنات، پوری ہیومینٹی، پوری یونیورس کو لے کر سوچیں تو یہی احساس، یعنی بلین ٹریلین سے بہت ہی زیادہ پیدا ہوگا آپ کے اندر۔</w:t>
      </w:r>
    </w:p>
    <w:p>
      <w:r>
        <w:rPr>
          <w:b/>
        </w:rPr>
        <w:t xml:space="preserve">[17:20] </w:t>
      </w:r>
      <w:r>
        <w:t>shukr ka, shukr ka ehsaas, aitraaf ka ehsaas, acknowledge karne ka ehsaas.</w:t>
      </w:r>
    </w:p>
    <w:p>
      <w:pPr>
        <w:jc w:val="right"/>
      </w:pPr>
      <w:r>
        <w:t>شکر کا، شکر کا احساس، اعتراف کا احساس، اکنالج کرنے کا احساس۔</w:t>
      </w:r>
    </w:p>
    <w:p>
      <w:r>
        <w:rPr>
          <w:b/>
        </w:rPr>
        <w:t xml:space="preserve">[17:26] </w:t>
      </w:r>
      <w:r>
        <w:t>in sab cheezon ke majmooay ka naam hai imaan bil-ghaib. yaani dekhi hui cheezon ki buniyad par na dekhe hue Khuda ko manna,</w:t>
      </w:r>
    </w:p>
    <w:p>
      <w:pPr>
        <w:jc w:val="right"/>
      </w:pPr>
      <w:r>
        <w:t>ان سب چیزوں کے مجموعے کا نام ہے ایمان بالغیب۔ یعنی دیکھی ہوئی چیزوں کی بنیاد پر نہ دیکھے ہوئے خدا کو ماننا،</w:t>
      </w:r>
    </w:p>
    <w:p>
      <w:r>
        <w:rPr>
          <w:b/>
        </w:rPr>
        <w:t xml:space="preserve">[17:42] </w:t>
      </w:r>
      <w:r>
        <w:t>seen ki buniyad par unseen ko manna. yeh hai imaan bil-ghaib.</w:t>
      </w:r>
    </w:p>
    <w:p>
      <w:pPr>
        <w:jc w:val="right"/>
      </w:pPr>
      <w:r>
        <w:t>سین کی بنیاد پر ان سین کو ماننا۔ یہ ہے ایمان بالغیب۔</w:t>
      </w:r>
    </w:p>
    <w:p>
      <w:r>
        <w:rPr>
          <w:b/>
        </w:rPr>
        <w:t xml:space="preserve">[17:53] </w:t>
      </w:r>
      <w:r>
        <w:t>to yeh aisa nahi hai ke ek kalma hai, us ko aap ne parh diya, imaan bil-ghaib haasil ho gaya.</w:t>
      </w:r>
    </w:p>
    <w:p>
      <w:pPr>
        <w:jc w:val="right"/>
      </w:pPr>
      <w:r>
        <w:t>تو یہ ایسا نہیں ہے کہ ایک کلمہ ہے، اس کو آپ نے پڑھ دیا، ایمان بالغیب حاصل ہو گیا۔</w:t>
      </w:r>
    </w:p>
    <w:p>
      <w:r>
        <w:rPr>
          <w:b/>
        </w:rPr>
        <w:t xml:space="preserve">[18:04] </w:t>
      </w:r>
      <w:r>
        <w:t>balkay jab aap discovery kartay hain, jab aap itni sari baiaton ko daryaft kartay hain aur aap ka seena roshni say bhar jata hai, tab ja kar aap ko iman bilghayb hasil hota hai.</w:t>
      </w:r>
    </w:p>
    <w:p>
      <w:pPr>
        <w:jc w:val="right"/>
      </w:pPr>
      <w:r>
        <w:t>بلکہ جب آپ ڈسکوری کرتے ہیں، جب آپ اتنی ساری بیعتوں کو دریافت کرتے ہیں اور آپ کا سینہ روشنی سے بھر جاتا ہے، تب جا کر آپ کو ایمان بالغیب حاصل ہوتا ہے۔</w:t>
      </w:r>
    </w:p>
    <w:p>
      <w:r>
        <w:rPr>
          <w:b/>
        </w:rPr>
        <w:t xml:space="preserve">[18:24] </w:t>
      </w:r>
      <w:r>
        <w:t>keh yeh Allah taala nay kyun aisa nizam banaya? yeh itna bara nizam kyun banaya? is ki hikmat kya hai?</w:t>
      </w:r>
    </w:p>
    <w:p>
      <w:pPr>
        <w:jc w:val="right"/>
      </w:pPr>
      <w:r>
        <w:t>کہ یہ اللہ تعالیٰ نے کیوں ایسا نظام بنایا؟ یہ اتنا بڑا نظام کیوں بنایا؟ اس کی حکمت کیا ہے؟</w:t>
      </w:r>
    </w:p>
    <w:p>
      <w:r>
        <w:rPr>
          <w:b/>
        </w:rPr>
        <w:t xml:space="preserve">[18:34] </w:t>
      </w:r>
      <w:r>
        <w:t>is ki qeemat hai zalk jaza muntazaka yaani isi kay darmiyan aik shakhsiyat banti hai.</w:t>
      </w:r>
    </w:p>
    <w:p>
      <w:pPr>
        <w:jc w:val="right"/>
      </w:pPr>
      <w:r>
        <w:t>اس کی قیمت ہے ذالک جزا منتزکا یعنی اسی کے درمیان ایک شخصیت بنتی ہے۔</w:t>
      </w:r>
    </w:p>
    <w:p>
      <w:r>
        <w:rPr>
          <w:b/>
        </w:rPr>
        <w:t xml:space="preserve">[18:44] </w:t>
      </w:r>
      <w:r>
        <w:t>isi kay darmiyan aik shakhsiyat banti hai.</w:t>
      </w:r>
    </w:p>
    <w:p>
      <w:pPr>
        <w:jc w:val="right"/>
      </w:pPr>
      <w:r>
        <w:t>اسی کے درمیان ایک شخصیت بنتی ہے۔</w:t>
      </w:r>
    </w:p>
    <w:p>
      <w:r>
        <w:rPr>
          <w:b/>
        </w:rPr>
        <w:t xml:space="preserve">[18:50] </w:t>
      </w:r>
      <w:r>
        <w:t>madraka o madraka shakhsiyat. to isi madraka shakhsiyat ya aik preferred personality kay liye Allah nay jannat banai hai.</w:t>
      </w:r>
    </w:p>
    <w:p>
      <w:pPr>
        <w:jc w:val="right"/>
      </w:pPr>
      <w:r>
        <w:t>مدرکہ و مدرکہ شخصیت۔ تو اسی مدرکہ شخصیت یا ایک پریفائرڈ پرسنیلٹی کے لیے اللہ نے جنت بنائی ہے۔</w:t>
      </w:r>
    </w:p>
    <w:p>
      <w:r>
        <w:rPr>
          <w:b/>
        </w:rPr>
        <w:t xml:space="preserve">[19:06] </w:t>
      </w:r>
      <w:r>
        <w:t>jannat.</w:t>
      </w:r>
    </w:p>
    <w:p>
      <w:pPr>
        <w:jc w:val="right"/>
      </w:pPr>
      <w:r>
        <w:t>جنت۔</w:t>
      </w:r>
    </w:p>
    <w:p>
      <w:r>
        <w:rPr>
          <w:b/>
        </w:rPr>
        <w:t xml:space="preserve">[19:11] </w:t>
      </w:r>
      <w:r>
        <w:t>jannat jo hai, bohat hi perfect world hai, ideal world hai.</w:t>
      </w:r>
    </w:p>
    <w:p>
      <w:pPr>
        <w:jc w:val="right"/>
      </w:pPr>
      <w:r>
        <w:t>جنت جو ہے، بہت ہی پرفیکٹ ورلڈ ہے، آئیڈیل ورلڈ ہے۔</w:t>
      </w:r>
    </w:p>
    <w:p>
      <w:r>
        <w:rPr>
          <w:b/>
        </w:rPr>
        <w:t xml:space="preserve">[19:16] </w:t>
      </w:r>
      <w:r>
        <w:t>wahan basanay kay liye insan chahiye. to yeh sara jo universe ka nizam hai, isi liye banaya gaya keh insan yahan par</w:t>
      </w:r>
    </w:p>
    <w:p>
      <w:pPr>
        <w:jc w:val="right"/>
      </w:pPr>
      <w:r>
        <w:t>وہاں بسانے کے لیے انسان چاہیے۔ تو یہ سارا جو یونیورس کا نظام ہے، اسی لیے بنایا گیا کہ انسان یہاں پر</w:t>
      </w:r>
    </w:p>
    <w:p>
      <w:r>
        <w:rPr>
          <w:b/>
        </w:rPr>
        <w:t xml:space="preserve">[19:29] </w:t>
      </w:r>
      <w:r>
        <w:t>intellectual development karay, spiritual development karay, tadabbur karay, contemplation karay. is kay zariye is kay andar aik personality banay, positive personality.</w:t>
      </w:r>
    </w:p>
    <w:p>
      <w:pPr>
        <w:jc w:val="right"/>
      </w:pPr>
      <w:r>
        <w:t>انٹلیکچول ڈیولپمنٹ کرے، اسپریچول ڈیولپمنٹ کرے، تدبر کرے، کنٹمپریشن کرے۔ اس کے ذریعے اس کے اندر ایک پرسنیلٹی بنے، پازیٹیو پرسنیلٹی۔</w:t>
      </w:r>
    </w:p>
    <w:p>
      <w:r>
        <w:rPr>
          <w:b/>
        </w:rPr>
        <w:t xml:space="preserve">[19:43] </w:t>
      </w:r>
      <w:r>
        <w:t>to woh is tarah woh deserving candidate banta hai jannat kay liye. yeh sari cheezain is mein shamil hain.</w:t>
      </w:r>
    </w:p>
    <w:p>
      <w:pPr>
        <w:jc w:val="right"/>
      </w:pPr>
      <w:r>
        <w:t>تو وہ اس طرح وہ ڈیزرونگ کینڈیڈیٹ بنتا ہے جنت کے لیے۔ یہ ساری چیزیں اس میں شامل ہیں۔</w:t>
      </w:r>
    </w:p>
    <w:p>
      <w:r>
        <w:rPr>
          <w:b/>
        </w:rPr>
        <w:t xml:space="preserve">[19:53] </w:t>
      </w:r>
      <w:r>
        <w:t>iman bilghaybhd lilmuttaqeen allazeena yoomnoon bilghayb yeh sab mein yeh sari baatein is mein shamil hain.</w:t>
      </w:r>
    </w:p>
    <w:p>
      <w:pPr>
        <w:jc w:val="right"/>
      </w:pPr>
      <w:r>
        <w:t>یومن بالغیبھد للمتقین الذین یومنون بالغیب یہ سب میں یہ ساری باتیں اس میں شامل ہیں۔</w:t>
      </w:r>
    </w:p>
    <w:p>
      <w:r>
        <w:rPr>
          <w:b/>
        </w:rPr>
        <w:t xml:space="preserve">[20:11] </w:t>
      </w:r>
      <w:r>
        <w:t>yeh zindagi jo is zameen pe hamein guzarna hai, iman bilghayb wali, iman bilghayb wali jo jo hamein zindagi guzarna hai, to woh hum apni taqat say nahi kar saktay.</w:t>
      </w:r>
    </w:p>
    <w:p>
      <w:pPr>
        <w:jc w:val="right"/>
      </w:pPr>
      <w:r>
        <w:t>یہ زندگی جو اس زمین پہ ہمیں گزارنا ہے، ایمان بالغیب والی، ایمان بالغیب والی جو جو ہمیں زندگی گزارنا ہے، تو وہ ہم اپنی طاقت سے نہیں کر سکتے۔</w:t>
      </w:r>
    </w:p>
    <w:p>
      <w:r>
        <w:rPr>
          <w:b/>
        </w:rPr>
        <w:t xml:space="preserve">[20:30] </w:t>
      </w:r>
      <w:r>
        <w:t>jaisay mein nay arz kiya keh insan khud apni taqat say civilization ko paida nahi kar sakta tha, to Allah nay aap farishton ko sath kar diya insan kay.</w:t>
      </w:r>
    </w:p>
    <w:p>
      <w:pPr>
        <w:jc w:val="right"/>
      </w:pPr>
      <w:r>
        <w:t>جیسے میں نے عرض کیا کہ انسان خود اپنی طاقت سے سویلائزیشن کو پیدا نہیں کر سکتا تھا، تو اللہ نے آپ فرشتوں کو ساتھ کر دیا انسان کے۔</w:t>
      </w:r>
    </w:p>
    <w:p>
      <w:r>
        <w:rPr>
          <w:b/>
        </w:rPr>
        <w:t xml:space="preserve">[20:44] </w:t>
      </w:r>
      <w:r>
        <w:t>aur jaisay keh mein nay arz kiya fasl alhazr</w:t>
      </w:r>
    </w:p>
    <w:p>
      <w:pPr>
        <w:jc w:val="right"/>
      </w:pPr>
      <w:r>
        <w:t>اور جیسے کہ میں نے عرض کیا فصل الہزار</w:t>
      </w:r>
    </w:p>
    <w:p>
      <w:r>
        <w:rPr>
          <w:b/>
        </w:rPr>
        <w:t xml:space="preserve">[20:52] </w:t>
      </w:r>
      <w:r>
        <w:t>to wohi yahan bhi hai. yaani yeh zindagi jo tazkiya guzarta hai aap ko, woh bhi aap farishton ki madad say hota hai.</w:t>
      </w:r>
    </w:p>
    <w:p>
      <w:pPr>
        <w:jc w:val="right"/>
      </w:pPr>
      <w:r>
        <w:t>تو وہی یہاں بھی ہے۔ یعنی یہ زندگی جو تزکیہ گزارتا ہے آپ کو، وہ بھی آپ فرشتوں کی مدد سے ہوتا ہے۔</w:t>
      </w:r>
    </w:p>
    <w:p>
      <w:r>
        <w:rPr>
          <w:b/>
        </w:rPr>
        <w:t xml:space="preserve">[21:01] </w:t>
      </w:r>
      <w:r>
        <w:t>quran mein hai keh allazeena qalo rabuna Allah tamstaqamo tatanazal alayhim almalaika</w:t>
      </w:r>
    </w:p>
    <w:p>
      <w:pPr>
        <w:jc w:val="right"/>
      </w:pPr>
      <w:r>
        <w:t>قرآن میں ہے کہ الذین قالوا ربنا اللہ تمستقامون تتنزل علیہم الملائکہ</w:t>
      </w:r>
    </w:p>
    <w:p>
      <w:r>
        <w:rPr>
          <w:b/>
        </w:rPr>
        <w:t xml:space="preserve">[21:14] </w:t>
      </w:r>
      <w:r>
        <w:t>allazeena qalo rabuna Allah tamstaqamo tatanazal alayhim almalaika yaani jo log Allah par iman layein, Allah par yaqeen karein aur is par qaim ho jayein,</w:t>
      </w:r>
    </w:p>
    <w:p>
      <w:pPr>
        <w:jc w:val="right"/>
      </w:pPr>
      <w:r>
        <w:t>الذین قالوا ربنا اللہ تمستقامون تتنزل علیہم الملائکہ یعنی جو لوگ اللہ پر ایمان لائیں، اللہ پر یقین کریں اور اس پر قائم ہو جائیں،</w:t>
      </w:r>
    </w:p>
    <w:p>
      <w:r>
        <w:rPr>
          <w:b/>
        </w:rPr>
        <w:t xml:space="preserve">[21:32] </w:t>
      </w:r>
      <w:r>
        <w:t>is par qaim ho jayein to un par farishtay utartay hain. tatanazal alayhim almalaika farishtay utartay hain.</w:t>
      </w:r>
    </w:p>
    <w:p>
      <w:pPr>
        <w:jc w:val="right"/>
      </w:pPr>
      <w:r>
        <w:t>اس پر قائم ہو جائیں تو ان پر فرشتے اترتے ہیں۔ تتنزل علیہم الملائکہ فرشتے اترتے ہیں۔</w:t>
      </w:r>
    </w:p>
    <w:p>
      <w:r>
        <w:rPr>
          <w:b/>
        </w:rPr>
        <w:t xml:space="preserve">[21:43] </w:t>
      </w:r>
      <w:r>
        <w:t>tatanazal ka matlab hai keh bohat utartay hain.</w:t>
      </w:r>
    </w:p>
    <w:p>
      <w:pPr>
        <w:jc w:val="right"/>
      </w:pPr>
      <w:r>
        <w:t>تتنزل کا مطلب ہے کہ بہت اترتے ہیں۔</w:t>
      </w:r>
    </w:p>
    <w:p>
      <w:r>
        <w:rPr>
          <w:b/>
        </w:rPr>
        <w:t xml:space="preserve">[21:49] </w:t>
      </w:r>
      <w:r>
        <w:t>to yeh farishtay bhi utartay hain kis liye? aap ki help karnay kay liye. Allah takhafu wala taadun</w:t>
      </w:r>
    </w:p>
    <w:p>
      <w:pPr>
        <w:jc w:val="right"/>
      </w:pPr>
      <w:r>
        <w:t>تو یہ فرشتے بھی اترتے ہیں کس لیے؟ آپ کی ہیلپ کرنے کے لیے۔ اللہ تخافوا ولا تعتدن</w:t>
      </w:r>
    </w:p>
    <w:p>
      <w:r>
        <w:rPr>
          <w:b/>
        </w:rPr>
        <w:t xml:space="preserve">[22:01] </w:t>
      </w:r>
      <w:r>
        <w:t>to woh is mein hai keh woh kehtay hain keh hum tumharay saathi hain. to yeh jo saathi hain, to aap ko un ki awaz nahi sunai deti.</w:t>
      </w:r>
    </w:p>
    <w:p>
      <w:pPr>
        <w:jc w:val="right"/>
      </w:pPr>
      <w:r>
        <w:t>تو وہ اس میں ہے کہ وہ کہتے ہیں کہ ہم تمہارے ساتھی ہیں۔ تو یہ جو ساتھی ہیں، تو آپ کو ان کی آواز نہیں سنائی دیتی۔</w:t>
      </w:r>
    </w:p>
    <w:p>
      <w:r>
        <w:rPr>
          <w:b/>
        </w:rPr>
        <w:t xml:space="preserve">[22:14] </w:t>
      </w:r>
      <w:r>
        <w:t>quran mein hai keh farishtay kehtay hain keh hum tumharay saathi hain. na'an awliya ko fi al-dunya wa al-akhirah to hum un ki awaz to suntay nahi.</w:t>
      </w:r>
    </w:p>
    <w:p>
      <w:pPr>
        <w:jc w:val="right"/>
      </w:pPr>
      <w:r>
        <w:t>قرآن میں ہے کہ فرشتے کہتے ہیں کہ ہم تمہارے ساتھی ہیں۔ نعن اولیاء کو فی الدنیا والاخرہ تو ہم ان کی آواز تو سنتے نہیں۔</w:t>
      </w:r>
    </w:p>
    <w:p>
      <w:r>
        <w:rPr>
          <w:b/>
        </w:rPr>
        <w:t xml:space="preserve">[22:27] </w:t>
      </w:r>
      <w:r>
        <w:t>to yeh hum tadabbur kay zariye, tafakkur kay zariye contemplations day jantay hain.</w:t>
      </w:r>
    </w:p>
    <w:p>
      <w:pPr>
        <w:jc w:val="right"/>
      </w:pPr>
      <w:r>
        <w:t>تو یہ ہم تدبر کے ذریعے، تفکر کے ذریعے کنٹمپریشنز دے جانتے ہیں۔</w:t>
      </w:r>
    </w:p>
    <w:p>
      <w:r>
        <w:rPr>
          <w:b/>
        </w:rPr>
        <w:t xml:space="preserve">[22:34] </w:t>
      </w:r>
      <w:r>
        <w:t>woh kaisay? jo hum hamaray sath itni sari blessing ho rahi hai, yeh saray hamaray itnay saray kaam ban rahay hain keh hamari body mein non food food ban jata hai.</w:t>
      </w:r>
    </w:p>
    <w:p>
      <w:pPr>
        <w:jc w:val="right"/>
      </w:pPr>
      <w:r>
        <w:t>وہ کیسے؟ جو ہم ہمارے ساتھ اتنی ساری بلیسنگ ہو رہی ہے، یہ سارے ہمارے اتنے سارے کام بن رہے ہیں کہ ہماری باڈی میں نان فوڈ فوڈ بن جاتا ہے۔</w:t>
      </w:r>
    </w:p>
    <w:p>
      <w:r>
        <w:rPr>
          <w:b/>
        </w:rPr>
        <w:t xml:space="preserve">[22:51] </w:t>
      </w:r>
      <w:r>
        <w:t>hamaray charon taraf jo duniya hai, woh hamaray liye life support system ban jati hai.</w:t>
      </w:r>
    </w:p>
    <w:p>
      <w:pPr>
        <w:jc w:val="right"/>
      </w:pPr>
      <w:r>
        <w:t>ہمارے چاروں طرف جو دنیا ہے، وہ ہمارے لیے لائف سپورٹ سسٹم بن جاتی ہے۔</w:t>
      </w:r>
    </w:p>
    <w:p>
      <w:r>
        <w:rPr>
          <w:b/>
        </w:rPr>
        <w:t xml:space="preserve">[22:59] </w:t>
      </w:r>
      <w:r>
        <w:t>yeh sari cheezen jo ho rahi hain, to hum jab sochte hain to hum discover karte hain ke yahi to hai jo farishte kar rahe hain, yahi to hai jo angels kar rahe hain.</w:t>
      </w:r>
    </w:p>
    <w:p>
      <w:pPr>
        <w:jc w:val="right"/>
      </w:pPr>
      <w:r>
        <w:t>یہ ساری چیزیں جو ہو رہی ہیں، تو ہم جب سوچتے ہیں تو ہم ڈسکور کرتے ہیں کہ یہی تو ہے جو فرشتے کر رہے ہیں، یہی تو ہے جو انجیلز کر رہے ہیں۔</w:t>
      </w:r>
    </w:p>
    <w:p>
      <w:r>
        <w:rPr>
          <w:b/>
        </w:rPr>
        <w:t xml:space="preserve">[23:11] </w:t>
      </w:r>
      <w:r>
        <w:t>itna perfect andaaz se, itna well planned andaaz se, itna well designed andaaz se yeh dunya chal rahi hai aur woh hamare liye, yani bilkul hamari zarooraton ke mutabiq andaaz chal rahi hai.</w:t>
      </w:r>
    </w:p>
    <w:p>
      <w:pPr>
        <w:jc w:val="right"/>
      </w:pPr>
      <w:r>
        <w:t>اتنا پرفیکٹ انداز سے، اتنا ویل پلانڈ انداز سے، اتنا ویل ڈیزائنڈ انداز سے یہ دنیا چل رہی ہے اور وہ ہمارے لیے، یعنی بالکل ہماری ضرورتوں کے مطابق انداز چل رہی ہے۔</w:t>
      </w:r>
    </w:p>
    <w:p>
      <w:r>
        <w:rPr>
          <w:b/>
        </w:rPr>
        <w:t xml:space="preserve">[23:29] </w:t>
      </w:r>
      <w:r>
        <w:t>to kaise aisa ho raha hai? is mein farishte kaam kar rahe hain Allah ke hukum se.</w:t>
      </w:r>
    </w:p>
    <w:p>
      <w:pPr>
        <w:jc w:val="right"/>
      </w:pPr>
      <w:r>
        <w:t>تو کیسے ایسا ہو رہا ہے؟ اس میں فرشتے کام کر رہے ہیں اللہ کے حکم سے۔</w:t>
      </w:r>
    </w:p>
    <w:p>
      <w:r>
        <w:rPr>
          <w:b/>
        </w:rPr>
        <w:t xml:space="preserve">[23:39] </w:t>
      </w:r>
      <w:r>
        <w:t>to jab is tarah aap daryaft karein, tab aap isi kalam farishton ki awaaz ko sunna. yani farishte ki jo Quran mein kaha gaya ke farishte kehte hain ke hum tumhare saathi hain.</w:t>
      </w:r>
    </w:p>
    <w:p>
      <w:pPr>
        <w:jc w:val="right"/>
      </w:pPr>
      <w:r>
        <w:t>تو جب اس طرح آپ دریافت کریں، تب آپ اسی کلام فرشتوں کی آواز کو سننا۔ یعنی فرشتے کی جو قرآن میں کہا گیا کہ فرشتے کہتے ہیں کہ ہم تمہارے ساتھی ہیں۔</w:t>
      </w:r>
    </w:p>
    <w:p>
      <w:r>
        <w:rPr>
          <w:b/>
        </w:rPr>
        <w:t xml:space="preserve">[23:53] </w:t>
      </w:r>
      <w:r>
        <w:t>na'an awliya ko fi ad-dunya wa al-akhirah to farishte kehte hain lekin hum unke lafzon ko nahi sunte. to discovery ke through hum unko daryaft karte hain ke aakhir yeh sab kaise ho raha hai?</w:t>
      </w:r>
    </w:p>
    <w:p>
      <w:pPr>
        <w:jc w:val="right"/>
      </w:pPr>
      <w:r>
        <w:t>نعن اولیاء کو فی الدنیا والاخرہ تو فرشتے کہتے ہیں لیکن ہم ان کے لفظوں کو نہیں سنتے۔ تو ڈسکوری کے تھرو ہم ان کو دریافت کرتے ہیں کہ آخر یہ سب کیسے ہو رہا ہے؟</w:t>
      </w:r>
    </w:p>
    <w:p>
      <w:r>
        <w:rPr>
          <w:b/>
        </w:rPr>
        <w:t xml:space="preserve">[24:10] </w:t>
      </w:r>
      <w:r>
        <w:t>to Allah taala ne apne farishton ko laga rakha hai ke zameen ko, suraj ko, aasman ko, kainat ko is tarah chalao ke woh insaan ke liye muafiq rahe.</w:t>
      </w:r>
    </w:p>
    <w:p>
      <w:pPr>
        <w:jc w:val="right"/>
      </w:pPr>
      <w:r>
        <w:t>تو اللہ تعالیٰ نے اپنے فرشتوں کو لگا رکھا ہے کہ زمین کو، سورج کو، آسمان کو، کائنات کو اس طرح چلاؤ کہ وہ انسان کے لیے موافق رہے۔</w:t>
      </w:r>
    </w:p>
    <w:p>
      <w:r>
        <w:rPr>
          <w:b/>
        </w:rPr>
        <w:t xml:space="preserve">[24:26] </w:t>
      </w:r>
      <w:r>
        <w:t>har qadam par insaan ka kaam banta rahe. to is is haqeeqat ko jab daryaft kar ke aap ne to aap ne farishton ki awaaz ko suna.</w:t>
      </w:r>
    </w:p>
    <w:p>
      <w:pPr>
        <w:jc w:val="right"/>
      </w:pPr>
      <w:r>
        <w:t>ہر قدم پر انسان کا کام بنتا رہے۔ تو اس اس حقیقت کو جب دریافت کر کے آپ نے تو آپ نے فرشتوں کی آواز کو سنا۔</w:t>
      </w:r>
    </w:p>
    <w:p>
      <w:r>
        <w:rPr>
          <w:b/>
        </w:rPr>
        <w:t xml:space="preserve">[24:39] </w:t>
      </w:r>
      <w:r>
        <w:t>is haqeeqat ko jab aap ne daryaft kiya to aap ne farishton ki awaaz ko suna. phir aap ko farishton ki sohbat mil jati hai. phir aap ka yaqeen badhta hai.</w:t>
      </w:r>
    </w:p>
    <w:p>
      <w:pPr>
        <w:jc w:val="right"/>
      </w:pPr>
      <w:r>
        <w:t>اس حقیقت کو جب آپ نے دریافت کیا تو آپ نے فرشتوں کی آواز کو سنا۔ پھر آپ کو فرشتوں کی صحبت مل جاتی ہے۔ پھر آپ کا یقین بڑھتا ہے۔</w:t>
      </w:r>
    </w:p>
    <w:p>
      <w:r>
        <w:rPr>
          <w:b/>
        </w:rPr>
        <w:t xml:space="preserve">[24:52] </w:t>
      </w:r>
      <w:r>
        <w:t>phir aap ke tazkiye mein izafa hota hai. yeh sab hota hai.</w:t>
      </w:r>
    </w:p>
    <w:p>
      <w:pPr>
        <w:jc w:val="right"/>
      </w:pPr>
      <w:r>
        <w:t>پھر آپ کے تزکیے میں اضافہ ہوتا ہے۔ یہ سب ہوتا ہے۔</w:t>
      </w:r>
    </w:p>
    <w:p>
      <w:r>
        <w:rPr>
          <w:b/>
        </w:rPr>
        <w:t xml:space="preserve">[24:59] </w:t>
      </w:r>
      <w:r>
        <w:t>to yeh sari baatein jo hain, imaan bil ghayb ka unfolding hai. yeh sari baatein isi mein shamil hain. imaan bil ghayb mein.</w:t>
      </w:r>
    </w:p>
    <w:p>
      <w:pPr>
        <w:jc w:val="right"/>
      </w:pPr>
      <w:r>
        <w:t>تو یہ ساری باتیں جو ہیں، ایمان بالغیب کا ان فولڈنگ ہے۔ یہ ساری باتیں اسی میں شامل ہیں۔ ایمان بالغیب میں۔</w:t>
      </w:r>
    </w:p>
    <w:p>
      <w:r>
        <w:rPr>
          <w:b/>
        </w:rPr>
        <w:t xml:space="preserve">[25:09] </w:t>
      </w:r>
      <w:r>
        <w:t>jab is ko unfold aap karte hain, tab woh baatein aap ke ilm mein aati hain. to Quran mein hai ke momin ka imaan badhta rehta hai.</w:t>
      </w:r>
    </w:p>
    <w:p>
      <w:pPr>
        <w:jc w:val="right"/>
      </w:pPr>
      <w:r>
        <w:t>جب اس کو ان فولڈ آپ کرتے ہیں، تب وہ باتیں آپ کے علم میں آتی ہیں۔ تو قرآن میں ہے کہ مومن کا ایمان بڑھتا رہتا ہے۔</w:t>
      </w:r>
    </w:p>
    <w:p>
      <w:r>
        <w:rPr>
          <w:b/>
        </w:rPr>
        <w:t xml:space="preserve">[25:20] </w:t>
      </w:r>
      <w:r>
        <w:t>badhta rehta hai. is ko kehte hain afzaish-e-imaan. imaan kaise badhta hai? imaan badhta hai tadabbur ke zariye, daryaft ke zariye.</w:t>
      </w:r>
    </w:p>
    <w:p>
      <w:pPr>
        <w:jc w:val="right"/>
      </w:pPr>
      <w:r>
        <w:t>بڑھتا رہتا ہے۔ اس کو کہتے ہیں اضداد ایمان۔ ایمان کیسے بڑھتا ہے؟ ایمان بڑھتا ہے تدبر کے ذریعے، دریافت کے ذریعے۔</w:t>
      </w:r>
    </w:p>
    <w:p>
      <w:r>
        <w:rPr>
          <w:b/>
        </w:rPr>
        <w:t xml:space="preserve">[25:37] </w:t>
      </w:r>
      <w:r>
        <w:t>yani ke apne aap ko hi badhta rahega woh.</w:t>
      </w:r>
    </w:p>
    <w:p>
      <w:pPr>
        <w:jc w:val="right"/>
      </w:pPr>
      <w:r>
        <w:t>یعنی کہ اپنے آپ کو ہی بڑھتا رہے گا وہ۔</w:t>
      </w:r>
    </w:p>
    <w:p>
      <w:r>
        <w:rPr>
          <w:b/>
        </w:rPr>
        <w:t xml:space="preserve">[25:42] </w:t>
      </w:r>
      <w:r>
        <w:t>apne aap nahi hota balkeh aap ka aap ka tadabbur, aap ki daryaft, us ke zariye imaan badhta hai.</w:t>
      </w:r>
    </w:p>
    <w:p>
      <w:pPr>
        <w:jc w:val="right"/>
      </w:pPr>
      <w:r>
        <w:t>اپنے آپ نہیں ہوتا بلکہ آپ کا آپ کا تدبر، آپ کی دریافت، اس کے ذریعے ایمان بڑھتا ہے۔</w:t>
      </w:r>
    </w:p>
    <w:p>
      <w:r>
        <w:rPr>
          <w:b/>
        </w:rPr>
        <w:t xml:space="preserve">[25:54] </w:t>
      </w:r>
      <w:r>
        <w:t>imaan badhega to is ka matlab yeh hoga ke ta'alluq billah badhega, Allah se mohabbat badhegi, Allah par yaqeen badhega.</w:t>
      </w:r>
    </w:p>
    <w:p>
      <w:pPr>
        <w:jc w:val="right"/>
      </w:pPr>
      <w:r>
        <w:t>ایمان بڑھے گا تو اس کا مطلب یہ ہوگا کہ تعلق باللہ بڑھے گا، اللہ سے محبت بڑھے گی، اللہ پر یقین بڑھے گا۔</w:t>
      </w:r>
    </w:p>
    <w:p>
      <w:r>
        <w:rPr>
          <w:b/>
        </w:rPr>
        <w:t xml:space="preserve">[26:02] </w:t>
      </w:r>
      <w:r>
        <w:t>is tarah woh woh shakhsiyat banti hai jo jannat mein dakhle ke qabil ho.</w:t>
      </w:r>
    </w:p>
    <w:p>
      <w:pPr>
        <w:jc w:val="right"/>
      </w:pPr>
      <w:r>
        <w:t>اس طرح وہ وہ شخصیت بنتی ہے جو جنت میں داخلے کے قابل ہو۔</w:t>
      </w:r>
    </w:p>
    <w:p>
      <w:r>
        <w:rPr>
          <w:b/>
        </w:rPr>
        <w:t xml:space="preserve">[26:11] </w:t>
      </w:r>
      <w:r>
        <w:t>jagah imaan bil ghayb naam hai chupi hui haqeeqaton ko discover kar ke us ko apne liye imaan ki ghiza banana.</w:t>
      </w:r>
    </w:p>
    <w:p>
      <w:pPr>
        <w:jc w:val="right"/>
      </w:pPr>
      <w:r>
        <w:t>جگہ ایمان بالغیب نام ہے چھپی ہوئی حقیقتوں کو ڈسکور کر کے اس کو اپنے لیے ایمان کی غذا بنانا۔</w:t>
      </w:r>
    </w:p>
    <w:p>
      <w:r>
        <w:rPr>
          <w:b/>
        </w:rPr>
        <w:t xml:space="preserve">[26:26] </w:t>
      </w:r>
      <w:r>
        <w:t>imaan ki ghiza banana.</w:t>
      </w:r>
    </w:p>
    <w:p>
      <w:pPr>
        <w:jc w:val="right"/>
      </w:pPr>
      <w:r>
        <w:t>ایمان کی غذا بنانا۔</w:t>
      </w:r>
    </w:p>
    <w:p>
      <w:r>
        <w:rPr>
          <w:b/>
        </w:rPr>
        <w:t xml:space="preserve">[26:30] </w:t>
      </w:r>
      <w:r>
        <w:t>aur yeh sab aap ko soch</w:t>
      </w:r>
    </w:p>
    <w:p>
      <w:pPr>
        <w:jc w:val="right"/>
      </w:pPr>
      <w:r>
        <w:t>اور یہ سب آپ کو سوچ</w:t>
      </w:r>
    </w:p>
    <w:p>
      <w:r>
        <w:rPr>
          <w:b/>
        </w:rPr>
        <w:t xml:space="preserve">[26:32] </w:t>
      </w:r>
      <w:r>
        <w:t>na padta hai. jaise kal mein sochte sochte ek baat meri samajh aayi ke sari tareekh mein insaan happiness ko apna nishana banaye hue tha.</w:t>
      </w:r>
    </w:p>
    <w:p>
      <w:pPr>
        <w:jc w:val="right"/>
      </w:pPr>
      <w:r>
        <w:t>نا پڑتا ہے۔ جیسے کل میں سوچتے سوچتے ایک بات میری سمجھ آئی کہ ساری تاریخ میں انسان ہیپینس کو اپنا نشانہ بنائے ہوئے تھا۔</w:t>
      </w:r>
    </w:p>
    <w:p>
      <w:r>
        <w:rPr>
          <w:b/>
        </w:rPr>
        <w:t xml:space="preserve">[26:47] </w:t>
      </w:r>
      <w:r>
        <w:t>har aadmi happiness chahta hai, khushi, happiness. khushi kisi ko mili nahi. khushi kisi ko mili nahi.</w:t>
      </w:r>
    </w:p>
    <w:p>
      <w:pPr>
        <w:jc w:val="right"/>
      </w:pPr>
      <w:r>
        <w:t>ہر آدمی ہیپینس چاہتا ہے، خوشی، ہیپینس۔ خوشی کسی کو ملی نہیں۔ خوشی کسی کو ملی نہیں۔</w:t>
      </w:r>
    </w:p>
    <w:p>
      <w:r>
        <w:rPr>
          <w:b/>
        </w:rPr>
        <w:t xml:space="preserve">[26:56] </w:t>
      </w:r>
      <w:r>
        <w:t>sari tareekh mein.</w:t>
      </w:r>
    </w:p>
    <w:p>
      <w:pPr>
        <w:jc w:val="right"/>
      </w:pPr>
      <w:r>
        <w:t>ساری تاریخ میں۔</w:t>
      </w:r>
    </w:p>
    <w:p>
      <w:r>
        <w:rPr>
          <w:b/>
        </w:rPr>
        <w:t xml:space="preserve">[27:00] </w:t>
      </w:r>
      <w:r>
        <w:t>to yeh Allah ki Allah ki rehmat ke khilaf hai ke aadmi khushi ka talib ho aur khushi na mile us ko.</w:t>
      </w:r>
    </w:p>
    <w:p>
      <w:pPr>
        <w:jc w:val="right"/>
      </w:pPr>
      <w:r>
        <w:t>تو یہ اللہ کی اللہ کی رحمت کے خلاف ہے کہ آدمی خوشی کا طالب ہو اور خوشی نہ ملے اس کو۔</w:t>
      </w:r>
    </w:p>
    <w:p>
      <w:r>
        <w:rPr>
          <w:b/>
        </w:rPr>
        <w:t xml:space="preserve">[27:12] </w:t>
      </w:r>
      <w:r>
        <w:t>Allah ne banaya aap ko khushi ka talib kis ne banaya? Allah ne banaya. to aap ko khushi ka talib banaya aur woh mila nahi.</w:t>
      </w:r>
    </w:p>
    <w:p>
      <w:pPr>
        <w:jc w:val="right"/>
      </w:pPr>
      <w:r>
        <w:t>اللہ نے بنایا آپ کو خوشی کا طالب کس نے بنایا؟ اللہ نے بنایا۔ تو آپ کو خوشی کا طالب بنایا اور وہ ملا نہیں۔</w:t>
      </w:r>
    </w:p>
    <w:p>
      <w:r>
        <w:rPr>
          <w:b/>
        </w:rPr>
        <w:t xml:space="preserve">[27:20] </w:t>
      </w:r>
      <w:r>
        <w:t>woh to yeh Allah ki rehmat ke khilaf hai.</w:t>
      </w:r>
    </w:p>
    <w:p>
      <w:pPr>
        <w:jc w:val="right"/>
      </w:pPr>
      <w:r>
        <w:t>وہ تو یہ اللہ کی رحمت کے خلاف ہے۔</w:t>
      </w:r>
    </w:p>
    <w:p>
      <w:r>
        <w:rPr>
          <w:b/>
        </w:rPr>
        <w:t xml:space="preserve">[27:27] </w:t>
      </w:r>
      <w:r>
        <w:t>is to is ka jawab mujhe quran ki aik aayat mein mila. ali bi dhikrillah tatmain al-quloob allah ki yaad se dilon ko itminan milta hai.</w:t>
      </w:r>
    </w:p>
    <w:p>
      <w:pPr>
        <w:jc w:val="right"/>
      </w:pPr>
      <w:r>
        <w:t>اس تو اس کا جواب مجھے قرآن کی ایک آیت میں ملا۔ علی بذکر اللہ تطمئن القلوب اللہ کی یاد سے دلوں کو اطمینان ملتا ہے۔</w:t>
      </w:r>
    </w:p>
    <w:p>
      <w:r>
        <w:rPr>
          <w:b/>
        </w:rPr>
        <w:t xml:space="preserve">[27:40] </w:t>
      </w:r>
      <w:r>
        <w:t>itminan ka matlab hai satisfaction.</w:t>
      </w:r>
    </w:p>
    <w:p>
      <w:pPr>
        <w:jc w:val="right"/>
      </w:pPr>
      <w:r>
        <w:t>اطمینان کا مطلب ہے سیٹسفیکشن۔</w:t>
      </w:r>
    </w:p>
    <w:p>
      <w:r>
        <w:rPr>
          <w:b/>
        </w:rPr>
        <w:t xml:space="preserve">[27:45] </w:t>
      </w:r>
      <w:r>
        <w:t>to is ko sochte hue mujhe samajh aya ke quran ne aik revolutionary concept diya hai khushi ka.</w:t>
      </w:r>
    </w:p>
    <w:p>
      <w:pPr>
        <w:jc w:val="right"/>
      </w:pPr>
      <w:r>
        <w:t>تو اس کو سوچتے ہوئے مجھے سمجھ آیا کہ قرآن نے ایک ریولوشنری کانسیپٹ دیا ہے خوشی کا۔</w:t>
      </w:r>
    </w:p>
    <w:p>
      <w:r>
        <w:rPr>
          <w:b/>
        </w:rPr>
        <w:t xml:space="preserve">[27:54] </w:t>
      </w:r>
      <w:r>
        <w:t>khushi ka, happiness ka aik revolutionary concept diya hai. woh is tarah se ke is ne physical joy, happiness ka matlab log samajhte hain physical joy.</w:t>
      </w:r>
    </w:p>
    <w:p>
      <w:pPr>
        <w:jc w:val="right"/>
      </w:pPr>
      <w:r>
        <w:t>خوشی کا، ہیپینس کا ایک ریولوشنری کانسیپٹ دیا ہے۔ وہ اس طرح سے کہ اس نے فزیکل جوائے، ہیپینس کا مطلب لوگ سمجھتے ہیں فزیکل جوائے۔</w:t>
      </w:r>
    </w:p>
    <w:p>
      <w:r>
        <w:rPr>
          <w:b/>
        </w:rPr>
        <w:t xml:space="preserve">[28:09] </w:t>
      </w:r>
      <w:r>
        <w:t>physical joy ko intellectual satisfaction alag kar diya.</w:t>
      </w:r>
    </w:p>
    <w:p>
      <w:pPr>
        <w:jc w:val="right"/>
      </w:pPr>
      <w:r>
        <w:t>فزیکل جوائے کو انٹلیکچول سیٹسفیکشن الگ کر دیا۔</w:t>
      </w:r>
    </w:p>
    <w:p>
      <w:r>
        <w:rPr>
          <w:b/>
        </w:rPr>
        <w:t xml:space="preserve">[28:20] </w:t>
      </w:r>
      <w:r>
        <w:t>to log happiness ka matlab samajhte hain physical joy.</w:t>
      </w:r>
    </w:p>
    <w:p>
      <w:pPr>
        <w:jc w:val="right"/>
      </w:pPr>
      <w:r>
        <w:t>تو لوگ ہیپینس کا مطلب سمجھتے ہیں فزیکل جوائے۔</w:t>
      </w:r>
    </w:p>
    <w:p>
      <w:r>
        <w:rPr>
          <w:b/>
        </w:rPr>
        <w:t xml:space="preserve">[28:26] </w:t>
      </w:r>
      <w:r>
        <w:t>to quran ne yeh bataya ke physical joy tum ko jannat mein mile gi. physical joy. lekin is dunya mein tum ko intellectual satisfaction mil sakta hai.</w:t>
      </w:r>
    </w:p>
    <w:p>
      <w:pPr>
        <w:jc w:val="right"/>
      </w:pPr>
      <w:r>
        <w:t>تو قرآن نے یہ بتایا کہ فزیکل جوائے تم کو جنت میں ملے گی۔ فزیکل جوائے۔ لیکن اس دنیا میں تم کو انٹلیکچول سیٹسفیکشن مل سکتا ہے۔</w:t>
      </w:r>
    </w:p>
    <w:p>
      <w:r>
        <w:rPr>
          <w:b/>
        </w:rPr>
        <w:t xml:space="preserve">[28:37] </w:t>
      </w:r>
      <w:r>
        <w:t>is tarah ke ke tum cheezon ko explain karna chah raha hoon, discover karna chah raha hoon.</w:t>
      </w:r>
    </w:p>
    <w:p>
      <w:pPr>
        <w:jc w:val="right"/>
      </w:pPr>
      <w:r>
        <w:t>اس طرح کے کہ تم چیزوں کو ایکسپلین کرنا چاہ رہا ہوں، ڈسکور کرنا چاہ رہا ہوں۔</w:t>
      </w:r>
    </w:p>
    <w:p>
      <w:r>
        <w:rPr>
          <w:b/>
        </w:rPr>
        <w:t xml:space="preserve">[28:45] </w:t>
      </w:r>
      <w:r>
        <w:t>jismani ki khushi jis ko kehte hain, khushi physical sense mein to jannat mein mile gi. kyunke aap chahte hain ideal khushi.</w:t>
      </w:r>
    </w:p>
    <w:p>
      <w:pPr>
        <w:jc w:val="right"/>
      </w:pPr>
      <w:r>
        <w:t>جسمانی کی خوشی جس کو کہتے ہیں، خوشی فزیکل سینس میں تو جنت میں ملے گی۔ کیونکہ آپ چاہتے ہیں آئیڈیل خوشی۔</w:t>
      </w:r>
    </w:p>
    <w:p>
      <w:r>
        <w:rPr>
          <w:b/>
        </w:rPr>
        <w:t xml:space="preserve">[28:55] </w:t>
      </w:r>
      <w:r>
        <w:t>yeh dunya less than ideal hai. to ideal khushi to jannat hi mile gi. ideal lazzat to jannat hi mile gi.</w:t>
      </w:r>
    </w:p>
    <w:p>
      <w:pPr>
        <w:jc w:val="right"/>
      </w:pPr>
      <w:r>
        <w:t>یہ دنیا لیس دین آئیڈیل ہے۔ تو آئیڈیل خوشی تو جنت ہی ملے گی۔ آئیڈیل لذت تو جنت ہی ملے گی۔</w:t>
      </w:r>
    </w:p>
    <w:p>
      <w:r>
        <w:rPr>
          <w:b/>
        </w:rPr>
        <w:t xml:space="preserve">[29:08] </w:t>
      </w:r>
      <w:r>
        <w:t>physical lazzat. ideal sense mein physical joy, physical lazzat aakhir jannat mein mile gi.</w:t>
      </w:r>
    </w:p>
    <w:p>
      <w:pPr>
        <w:jc w:val="right"/>
      </w:pPr>
      <w:r>
        <w:t>فزیکل لذت۔ آئیڈیل سینس میں فزیکل جوائے، فزیکل لذت آخر جنت میں ملے گی۔</w:t>
      </w:r>
    </w:p>
    <w:p>
      <w:r>
        <w:rPr>
          <w:b/>
        </w:rPr>
        <w:t xml:space="preserve">[29:16] </w:t>
      </w:r>
      <w:r>
        <w:t>woh ideal word hai.</w:t>
      </w:r>
    </w:p>
    <w:p>
      <w:pPr>
        <w:jc w:val="right"/>
      </w:pPr>
      <w:r>
        <w:t>وہ آئیڈیل ورڈ ہے۔</w:t>
      </w:r>
    </w:p>
    <w:p>
      <w:r>
        <w:rPr>
          <w:b/>
        </w:rPr>
        <w:t xml:space="preserve">[29:19] </w:t>
      </w:r>
      <w:r>
        <w:t>lekin aap ka jo mind hai woh sochta hai. agar aap cheezon ko explain kar lein, cheezon ko sahih dhang par interpret kar lein to aap ko satisfaction mil jata hai.</w:t>
      </w:r>
    </w:p>
    <w:p>
      <w:pPr>
        <w:jc w:val="right"/>
      </w:pPr>
      <w:r>
        <w:t>لیکن آپ کا جو مائنڈ ہے وہ سوچتا ہے۔ اگر آپ چیزوں کو ایکسپلین کر لیں، چیزوں کو صحیحढنگ پر انٹرپریٹ کر لیں تو آپ کو سیٹسفیکشن مل جاتا ہے۔</w:t>
      </w:r>
    </w:p>
    <w:p>
      <w:r>
        <w:rPr>
          <w:b/>
        </w:rPr>
        <w:t xml:space="preserve">[29:40] </w:t>
      </w:r>
      <w:r>
        <w:t>is dunya mein goya ke quran ke jo jo quran ne jo hum ko hikmat batai hai, hikmat jo wisdom, woh yeh hai ke physical joy ke liye tum jannat ko apna goal banao.</w:t>
      </w:r>
    </w:p>
    <w:p>
      <w:pPr>
        <w:jc w:val="right"/>
      </w:pPr>
      <w:r>
        <w:t>اس دنیا میں گویا کہ قرآن کے جو جو قرآن نے جو ہم کو حکمت بتائی ہے، حکمت جو وزڈم، وہ یہ ہے کہ فزیکل جوائے کے لیے تم جنت کو اپنا گول بناؤ۔</w:t>
      </w:r>
    </w:p>
    <w:p>
      <w:r>
        <w:rPr>
          <w:b/>
        </w:rPr>
        <w:t xml:space="preserve">[29:59] </w:t>
      </w:r>
      <w:r>
        <w:t>lekin intellectual contentment, intellectual satisfaction tum hasil kar sakte ho dunya mein ghor o fikr kar ke.</w:t>
      </w:r>
    </w:p>
    <w:p>
      <w:pPr>
        <w:jc w:val="right"/>
      </w:pPr>
      <w:r>
        <w:t>لیکن انٹلیکچول کنٹینمنٹ، انٹلیکچول سیٹسفیکشن تم حاصل کر سکتے ہو دنیا میں غور و فکر کر کے۔</w:t>
      </w:r>
    </w:p>
    <w:p>
      <w:r>
        <w:rPr>
          <w:b/>
        </w:rPr>
        <w:t xml:space="preserve">[30:12] </w:t>
      </w:r>
      <w:r>
        <w:t>to bas bataoon ke yeh happiness ki insan jo happiness tayyar kar raha hai poori tareekh mein, to is ke muamle mein yeh aik revolutionary aik rehnumai hai.</w:t>
      </w:r>
    </w:p>
    <w:p>
      <w:pPr>
        <w:jc w:val="right"/>
      </w:pPr>
      <w:r>
        <w:t>تو بس بتاؤں کہ یہ ہیپینس کی انسان جو ہیپینس تیار کر رہا ہے پوری تاریخ میں، تو اس کے معاملے میں یہ ایک ریولوشنری ایک رہنمائی ہے۔</w:t>
      </w:r>
    </w:p>
    <w:p>
      <w:r>
        <w:rPr>
          <w:b/>
        </w:rPr>
        <w:t xml:space="preserve">[30:31] </w:t>
      </w:r>
      <w:r>
        <w:t>is se kya hoga ke aap ko agar itminan e qalb hasil ho gaya to aap tension se bach jaen ge, stress se bach jaen ge.</w:t>
      </w:r>
    </w:p>
    <w:p>
      <w:pPr>
        <w:jc w:val="right"/>
      </w:pPr>
      <w:r>
        <w:t>اس سے کیا ہوگا کہ آپ کو اگر اطمینان قلب حاصل ہو گیا تو آپ ٹینشن سے بچ جائیں گے، اسٹریس سے بچ جائیں گے۔</w:t>
      </w:r>
    </w:p>
    <w:p>
      <w:r>
        <w:rPr>
          <w:b/>
        </w:rPr>
        <w:t xml:space="preserve">[30:47] </w:t>
      </w:r>
      <w:r>
        <w:t>jabke aap physical joy ko jab apna goal banate hain to aap musalsal to aap tension mein rehte hain, stress mein rehte hain aur tarah tarah ki bimariyon ka shikar hote hain.</w:t>
      </w:r>
    </w:p>
    <w:p>
      <w:pPr>
        <w:jc w:val="right"/>
      </w:pPr>
      <w:r>
        <w:t>جبکہ آپ فزیکل جوائے کو جب اپنا گول بناتے ہیں تو آپ مسلسل تو آپ ٹینشن میں رہتے ہیں، اسٹریس میں رہتے ہیں اور طرح طرح کی بیماریوں کا شکار ہوتے ہیں۔</w:t>
      </w:r>
    </w:p>
    <w:p>
      <w:r>
        <w:rPr>
          <w:b/>
        </w:rPr>
        <w:t xml:space="preserve">[31:03] </w:t>
      </w:r>
      <w:r>
        <w:t>to kitni bohat zabardast qism ka yeh settlement hai ke physical joy ko ideal sense mein rakh do jannat ke khane mein, paradise ke khane mein.</w:t>
      </w:r>
    </w:p>
    <w:p>
      <w:pPr>
        <w:jc w:val="right"/>
      </w:pPr>
      <w:r>
        <w:t>تو کتنی بہت زبردست قسم کا یہ سیٹلمنٹ ہے کہ فزیکل جوائے کو آئیڈیل سینس میں رکھ دو جنت کے خانے میں، پارڈائز کے خانے میں۔</w:t>
      </w:r>
    </w:p>
    <w:p>
      <w:r>
        <w:rPr>
          <w:b/>
        </w:rPr>
        <w:t xml:space="preserve">[31:17] </w:t>
      </w:r>
      <w:r>
        <w:t>lekin contemplation ke through, explanation ke through is dunya mein tum intellectual itminan, intellectual satisfaction hasil kar sakte ho.</w:t>
      </w:r>
    </w:p>
    <w:p>
      <w:pPr>
        <w:jc w:val="right"/>
      </w:pPr>
      <w:r>
        <w:t>لیکن کنٹیمپریشن کے تھرو، ایکسپلینیشن کے تھرو اس دنیا میں تم انٹلیکچول اطمینان، انٹلیکچول سیٹسفیکشن حاصل کر سکتے ہو۔</w:t>
      </w:r>
    </w:p>
    <w:p>
      <w:r>
        <w:rPr>
          <w:b/>
        </w:rPr>
        <w:t xml:space="preserve">[31:30] </w:t>
      </w:r>
      <w:r>
        <w:t>aur phir tum ko aik tension freez di hasil ho jae gi.</w:t>
      </w:r>
    </w:p>
    <w:p>
      <w:pPr>
        <w:jc w:val="right"/>
      </w:pPr>
      <w:r>
        <w:t>اور پھر تم کو ایک ٹینشن فریز دی حاصل ہو جائے گی۔</w:t>
      </w:r>
    </w:p>
    <w:p>
      <w:r>
        <w:rPr>
          <w:b/>
        </w:rPr>
        <w:t xml:space="preserve">[31:36] </w:t>
      </w:r>
      <w:r>
        <w:t>stress se bach jao ge, bimariyon se bach jao ge. jo bimariyan hain, aati hain is muamle mein, is se bach jao ge. yeh hai islam ki aik inqilabi rehnumai.</w:t>
      </w:r>
    </w:p>
    <w:p>
      <w:pPr>
        <w:jc w:val="right"/>
      </w:pPr>
      <w:r>
        <w:t>اسٹریس سے بچ جاؤ گے، بیماریوں سے بچ جاؤ گے۔ جو بیماریاں ہیں، آتی ہیں اس معاملے میں، اس سے بچ جاؤ گے۔ یہ ہے اسلام کی ایک انقلابی رہنمائی۔</w:t>
      </w:r>
    </w:p>
    <w:p>
      <w:r>
        <w:rPr>
          <w:b/>
        </w:rPr>
        <w:t xml:space="preserve">[31:51] </w:t>
      </w:r>
      <w:r>
        <w:t>quran ki aik rehnumai, inqilabi rehnumai. to bas bataoon ke sari cheezen iman bil ghaib mein shamil hain.</w:t>
      </w:r>
    </w:p>
    <w:p>
      <w:pPr>
        <w:jc w:val="right"/>
      </w:pPr>
      <w:r>
        <w:t>قرآن کی ایک رہنمائی، انقلابی رہنمائی۔ تو بس بتاؤں کہ ساری چیزیں ایمان بالغیب میں شامل ہیں۔</w:t>
      </w:r>
    </w:p>
    <w:p>
      <w:r>
        <w:rPr>
          <w:b/>
        </w:rPr>
        <w:t xml:space="preserve">[32:01] </w:t>
      </w:r>
      <w:r>
        <w:t>iman bil ghaib ki unfolding aap karein ge to yeh sab cheezen aap ko milti chali jaen gi. yeh sab cheezen.</w:t>
      </w:r>
    </w:p>
    <w:p>
      <w:pPr>
        <w:jc w:val="right"/>
      </w:pPr>
      <w:r>
        <w:t>ایمان بالغیب کی ان فولڈنگ آپ کریں گے تو یہ سب چیزیں آپ کو ملتی چلی جائیں گی۔ یہ سب چیزیں۔</w:t>
      </w:r>
    </w:p>
    <w:p>
      <w:r>
        <w:rPr>
          <w:b/>
        </w:rPr>
        <w:t xml:space="preserve">[32:14] </w:t>
      </w:r>
      <w:r>
        <w:t>misalan aap ko is dunya mein extend bhi hoga, bimari bhi hogi, barhapa bhi aye ga.</w:t>
      </w:r>
    </w:p>
    <w:p>
      <w:pPr>
        <w:jc w:val="right"/>
      </w:pPr>
      <w:r>
        <w:t>مثلاً آپ کو اس دنیا میں ایکسٹینڈ بھی ہوگا، بیماری بھی ہوگی، بڑھاپا بھی آئے گا۔</w:t>
      </w:r>
    </w:p>
    <w:p>
      <w:r>
        <w:rPr>
          <w:b/>
        </w:rPr>
        <w:t xml:space="preserve">[32:25] </w:t>
      </w:r>
      <w:r>
        <w:t>is se aap ko yaani physical sense mein lage ke hamari khushi yahan par hum ko physical sense mein khushi nahi mil rahi hum ko.</w:t>
      </w:r>
    </w:p>
    <w:p>
      <w:pPr>
        <w:jc w:val="right"/>
      </w:pPr>
      <w:r>
        <w:t>اس سے آپ کو یعنی فزیکل سینس میں لگے کہ ہماری خوشی یہاں پر ہم کو فزیکل سینس میں خوشی نہیں مل رہی ہم کو۔</w:t>
      </w:r>
    </w:p>
    <w:p>
      <w:r>
        <w:rPr>
          <w:b/>
        </w:rPr>
        <w:t xml:space="preserve">[32:39] </w:t>
      </w:r>
      <w:r>
        <w:t>lekin agar intellectual level par aap ka mind alive hai, aap ka mind mature hai, aap awaken thinking, awaken mind aap ke andar hai,</w:t>
      </w:r>
    </w:p>
    <w:p>
      <w:pPr>
        <w:jc w:val="right"/>
      </w:pPr>
      <w:r>
        <w:t>لیکن اگر انٹلیکچول لیول پر آپ کا مائنڈ الائیو ہے، آپ کا مائنڈ میچور ہے، آپ اویکن تھنکنگ، اویکن مائنڈ آپ کے اندر ہے،</w:t>
      </w:r>
    </w:p>
    <w:p>
      <w:r>
        <w:rPr>
          <w:b/>
        </w:rPr>
        <w:t xml:space="preserve">[32:55] </w:t>
      </w:r>
      <w:r>
        <w:t>sochne ki talash aap ke andar</w:t>
      </w:r>
    </w:p>
    <w:p>
      <w:pPr>
        <w:jc w:val="right"/>
      </w:pPr>
      <w:r>
        <w:t>سوچنے کی تلاش آپ کے اندر</w:t>
      </w:r>
    </w:p>
    <w:p>
      <w:r>
        <w:rPr>
          <w:b/>
        </w:rPr>
        <w:t xml:space="preserve">[32:57] </w:t>
      </w:r>
      <w:r>
        <w:t>hai to cheezon ko explain kar ke aap itminan hasil kar sakte hain. Yeh cheezon ko explain kar ke itminan e qalb aap ko mil jayega.</w:t>
      </w:r>
    </w:p>
    <w:p>
      <w:pPr>
        <w:jc w:val="right"/>
      </w:pPr>
      <w:r>
        <w:t>ہے تو چیزوں کو ایکسپلین کر کے آپ اطمینان حاصل کر سکتے ہیں۔ یہ چیزوں کو ایکسپلین کر کے اطمینان قلب آپ کو مل جائے گا۔</w:t>
      </w:r>
    </w:p>
    <w:p>
      <w:r>
        <w:rPr>
          <w:b/>
        </w:rPr>
        <w:t xml:space="preserve">[33:09] </w:t>
      </w:r>
      <w:r>
        <w:t>to agarche aap ko bimari ayegi, accident hoga, agarche barhapa ayega, lekin intellectual satah yaani zehni satah par aap jab aap ki soch alive hogi to aap tension se bach jayenge, stress se bach jayenge.</w:t>
      </w:r>
    </w:p>
    <w:p>
      <w:pPr>
        <w:jc w:val="right"/>
      </w:pPr>
      <w:r>
        <w:t>تو اگرچہ آپ کو بیماری آئے گی، ایکسیڈنٹ ہوگا، اگرچہ بڑھاپا آئے گا، لیکن انٹلیکچول سطح یعنی ذہنی سطح پر آپ جب آپ کی سوچ الائیو ہوگی تو آپ ٹینشن سے بچ جائیں گے، اسٹریس سے بچ جائیں گے۔</w:t>
      </w:r>
    </w:p>
    <w:p>
      <w:r>
        <w:rPr>
          <w:b/>
        </w:rPr>
        <w:t xml:space="preserve">[33:31] </w:t>
      </w:r>
      <w:r>
        <w:t>to yeh main bataun ke bohat bara Quran ka rehnumai hai ke do cheezon ko alag kar diya is ne.</w:t>
      </w:r>
    </w:p>
    <w:p>
      <w:pPr>
        <w:jc w:val="right"/>
      </w:pPr>
      <w:r>
        <w:t>تو یہ میں بتاؤں کہ بہت بڑا قرآن کا رہنمائی ہے کہ دو چیزوں کو الگ کر دیا اس نے۔</w:t>
      </w:r>
    </w:p>
    <w:p>
      <w:r>
        <w:rPr>
          <w:b/>
        </w:rPr>
        <w:t xml:space="preserve">[33:44] </w:t>
      </w:r>
      <w:r>
        <w:t>yaani ideal sense mein physical pleasure</w:t>
      </w:r>
    </w:p>
    <w:p>
      <w:pPr>
        <w:jc w:val="right"/>
      </w:pPr>
      <w:r>
        <w:t>یعنی آئیڈیل سینس میں فزیکل پلیزر</w:t>
      </w:r>
    </w:p>
    <w:p>
      <w:r>
        <w:rPr>
          <w:b/>
        </w:rPr>
        <w:t xml:space="preserve">[33:50] </w:t>
      </w:r>
      <w:r>
        <w:t>aur contentment.</w:t>
      </w:r>
    </w:p>
    <w:p>
      <w:pPr>
        <w:jc w:val="right"/>
      </w:pPr>
      <w:r>
        <w:t>اور کنٹینمنٹ۔</w:t>
      </w:r>
    </w:p>
    <w:p>
      <w:r>
        <w:rPr>
          <w:b/>
        </w:rPr>
        <w:t xml:space="preserve">[33:54] </w:t>
      </w:r>
      <w:r>
        <w:t>ideal sense mein physical pleasure aap ko sirf jannat mein milega.</w:t>
      </w:r>
    </w:p>
    <w:p>
      <w:pPr>
        <w:jc w:val="right"/>
      </w:pPr>
      <w:r>
        <w:t>آئیڈیل سینس میں فزیکل پلیزر آپ کو صرف جنت میں ملے گا۔</w:t>
      </w:r>
    </w:p>
    <w:p>
      <w:r>
        <w:rPr>
          <w:b/>
        </w:rPr>
        <w:t xml:space="preserve">[33:59] </w:t>
      </w:r>
      <w:r>
        <w:t>acha dekhiye, insan ki ek ek mizaj yeh bhi hai</w:t>
      </w:r>
    </w:p>
    <w:p>
      <w:pPr>
        <w:jc w:val="right"/>
      </w:pPr>
      <w:r>
        <w:t>اچھا دیکھیے، انسان کی ایک ایک مزاج یہ بھی ہے</w:t>
      </w:r>
    </w:p>
    <w:p>
      <w:r>
        <w:rPr>
          <w:b/>
        </w:rPr>
        <w:t xml:space="preserve">[34:05] </w:t>
      </w:r>
      <w:r>
        <w:t>ke agar kisi cheez ko aap explain kar lein to tension khatam ho jata hai.</w:t>
      </w:r>
    </w:p>
    <w:p>
      <w:pPr>
        <w:jc w:val="right"/>
      </w:pPr>
      <w:r>
        <w:t>کہ اگر کسی چیز کو آپ ایکسپلین کر لیں تو ٹینشن ختم ہو جاتا ہے۔</w:t>
      </w:r>
    </w:p>
    <w:p>
      <w:r>
        <w:rPr>
          <w:b/>
        </w:rPr>
        <w:t xml:space="preserve">[34:12] </w:t>
      </w:r>
      <w:r>
        <w:t>maslan aap railway station pe pahunche, theek time par pahunche aap, lekin wahan pata chala ke gaari to ek ghanta late hai, do ghanta late hai, is ki wajah falan hai, falan reason is ka falan hai.</w:t>
      </w:r>
    </w:p>
    <w:p>
      <w:pPr>
        <w:jc w:val="right"/>
      </w:pPr>
      <w:r>
        <w:t>مثلاً آپ ریلوے اسٹیشن پہ پہنچے، ٹھیک ٹائم پر پہنچے آپ، لیکن وہاں پتہ چلا کہ گاڑی تو ایک گھنٹہ لیٹ ہے، دو گھنٹہ لیٹ ہے، اس کی وجہ فلاں ہے، فلاں ریزن اس کا فلاں ہے۔</w:t>
      </w:r>
    </w:p>
    <w:p>
      <w:r>
        <w:rPr>
          <w:b/>
        </w:rPr>
        <w:t xml:space="preserve">[34:27] </w:t>
      </w:r>
      <w:r>
        <w:t>to reason aap jab daryaft kar lete hain to aap ka stress khatam ho jata hai. Yaani agar aap ko kuch pata nahi ke train ko late ho rahi hai, jahaz ko late ho raha hai to aap pareshan rahenge.</w:t>
      </w:r>
    </w:p>
    <w:p>
      <w:pPr>
        <w:jc w:val="right"/>
      </w:pPr>
      <w:r>
        <w:t>تو ریزن آپ جب دریافت کر لیتے ہیں تو آپ کا اسٹریس ختم ہو جاتا ہے۔ یعنی اگر آپ کو کچھ پتہ نہیں کہ ٹرین کو لیٹ ہو رہی ہے، جہاز کو لیٹ ہو رہا ہے تو آپ پریشان رہیں گے۔</w:t>
      </w:r>
    </w:p>
    <w:p>
      <w:r>
        <w:rPr>
          <w:b/>
        </w:rPr>
        <w:t xml:space="preserve">[34:40] </w:t>
      </w:r>
      <w:r>
        <w:t>lekin jab aap is ki reason ko daryaft kar lein aur is ke der hone ko explain kar lein to aap ko satisfaction mil jata hai.</w:t>
      </w:r>
    </w:p>
    <w:p>
      <w:pPr>
        <w:jc w:val="right"/>
      </w:pPr>
      <w:r>
        <w:t>لیکن جب آپ اس کی ریزن کو دریافت کر لیں اور اس کے دیر ہونے کو ایکسپلین کر لیں تو آپ کو سیٹسفیکشن مل جاتا ہے۔</w:t>
      </w:r>
    </w:p>
    <w:p>
      <w:r>
        <w:rPr>
          <w:b/>
        </w:rPr>
        <w:t xml:space="preserve">[34:52] </w:t>
      </w:r>
      <w:r>
        <w:t>yeh insani mizaj hai</w:t>
      </w:r>
    </w:p>
    <w:p>
      <w:pPr>
        <w:jc w:val="right"/>
      </w:pPr>
      <w:r>
        <w:t>یہ انسانی مزاج ہے</w:t>
      </w:r>
    </w:p>
    <w:p>
      <w:r>
        <w:rPr>
          <w:b/>
        </w:rPr>
        <w:t xml:space="preserve">[34:57] </w:t>
      </w:r>
      <w:r>
        <w:t>ke problem ko agar aap explain na kar payein tab problem aap ke liye problem hai, disturb karta hai aap ko.</w:t>
      </w:r>
    </w:p>
    <w:p>
      <w:pPr>
        <w:jc w:val="right"/>
      </w:pPr>
      <w:r>
        <w:t>کہ پرابلم کو اگر آپ ایکسپلین نہ کر پائیں تب پرابلم آپ کے لیے پرابلم ہے، ڈسٹرب کرتا ہے آپ کو۔</w:t>
      </w:r>
    </w:p>
    <w:p>
      <w:r>
        <w:rPr>
          <w:b/>
        </w:rPr>
        <w:t xml:space="preserve">[35:07] </w:t>
      </w:r>
      <w:r>
        <w:t>lekin agar aap problem ko explain kar lein, aap ka intellectual development aisa ho ke aap problem ko explain kar lein to foran hi aap ko sukoon mil jata hai, jis ko Quran mein itminan kaha gaya hai, itminan.</w:t>
      </w:r>
    </w:p>
    <w:p>
      <w:pPr>
        <w:jc w:val="right"/>
      </w:pPr>
      <w:r>
        <w:t>لیکن اگر آپ پرابلم کو ایکسپلین کر کر لیں، آپ کا انٹلیکچول ڈیولپمنٹ ایسا ہو کہ آپ پرابلم کو ایکسپلین کر لیں تو فوراً ہی آپ کو سکون مل جاتا ہے، جس کو قرآن میں اطمینان کہا گیا ہے، اطمینان۔</w:t>
      </w:r>
    </w:p>
    <w:p>
      <w:r>
        <w:rPr>
          <w:b/>
        </w:rPr>
        <w:t xml:space="preserve">[35:28] </w:t>
      </w:r>
      <w:r>
        <w:t>to kaha yeh Quran mein bohat hi bari baat batai gayi hai ke is dunya mein tum ko physical pleasure ideal sense mein nahi mil sakta.</w:t>
      </w:r>
    </w:p>
    <w:p>
      <w:pPr>
        <w:jc w:val="right"/>
      </w:pPr>
      <w:r>
        <w:t>تو کہا یہ قرآن میں بہت ہی بڑی بات بتائی گئی ہے کہ اس دنیا میں تم کو فزیکل پلیزر آئیڈیل سینس میں نہیں مل سکتا۔</w:t>
      </w:r>
    </w:p>
    <w:p>
      <w:r>
        <w:rPr>
          <w:b/>
        </w:rPr>
        <w:t xml:space="preserve">[35:38] </w:t>
      </w:r>
      <w:r>
        <w:t>is ko tum jannat, woh tum ko jannat mein milega,</w:t>
      </w:r>
    </w:p>
    <w:p>
      <w:pPr>
        <w:jc w:val="right"/>
      </w:pPr>
      <w:r>
        <w:t>اس کو تم جنت، وہ تم کو جنت میں ملے گا،</w:t>
      </w:r>
    </w:p>
    <w:p>
      <w:r>
        <w:rPr>
          <w:b/>
        </w:rPr>
        <w:t xml:space="preserve">[35:44] </w:t>
      </w:r>
      <w:r>
        <w:t>is dunya mein nahi. To aap agar is baat ko maan lein, yaqeen kar lein ke physical pleasure ideal sense mein sirf jannat mein milega, woh maut ke baad ayegi inshallah.</w:t>
      </w:r>
    </w:p>
    <w:p>
      <w:pPr>
        <w:jc w:val="right"/>
      </w:pPr>
      <w:r>
        <w:t>اس دنیا میں نہیں۔ تو آپ اگر اس بات کو مان لیں، یقین کر لیں کہ فزیکل پلیزر آئیڈیل سینس میں صرف جنت میں ملے گا، وہ موت کے بعد آئے گی انشاءاللہ۔</w:t>
      </w:r>
    </w:p>
    <w:p>
      <w:r>
        <w:rPr>
          <w:b/>
        </w:rPr>
        <w:t xml:space="preserve">[36:01] </w:t>
      </w:r>
      <w:r>
        <w:t>aur jahan tak dunya ke mamlaat hain, is mein hamein itminan mil sakta hai, explain kar ke is ko to bohat hi pur afiyat zindagi aap ko hasil hoti hai.</w:t>
      </w:r>
    </w:p>
    <w:p>
      <w:pPr>
        <w:jc w:val="right"/>
      </w:pPr>
      <w:r>
        <w:t>اور جہاں تک دنیا کے معاملات ہیں، اس میں ہمیں اطمینان مل سکتا ہے، ایکسپلین کر کے اس کو تو بہت ہی پراعافیت زندگی آپ کو حاصل ہوتی ہے۔</w:t>
      </w:r>
    </w:p>
    <w:p>
      <w:r>
        <w:rPr>
          <w:b/>
        </w:rPr>
        <w:t xml:space="preserve">[36:16] </w:t>
      </w:r>
      <w:r>
        <w:t>yeh yeh Quran ki rehnumai se yeh baat milti hai ke yeh sab cheezon mere nazdeek shamil hain iman bil ghaib mein.</w:t>
      </w:r>
    </w:p>
    <w:p>
      <w:pPr>
        <w:jc w:val="right"/>
      </w:pPr>
      <w:r>
        <w:t>یہ یہ قرآن کی رہنمائی سے یہ بات ملتی ہے کہ یہ سب چیزیں میرے نزدیک شامل ہیں ایمان بالغیب میں۔</w:t>
      </w:r>
    </w:p>
    <w:p>
      <w:r>
        <w:rPr>
          <w:b/>
        </w:rPr>
        <w:t xml:space="preserve">[36:29] </w:t>
      </w:r>
      <w:r>
        <w:t>iman bil ghaib ko jab unfold karte hain aap to yeh sab cheezon nikalti chali aati hain, nikalti chali aati hain.</w:t>
      </w:r>
    </w:p>
    <w:p>
      <w:pPr>
        <w:jc w:val="right"/>
      </w:pPr>
      <w:r>
        <w:t>ایمان بالغیب کو جب ان فولڈ کرتے ہیں آپ تو یہ سب چیزیں نکلتی چلی آتی ہیں، نکلتی چلی آتی ہیں۔</w:t>
      </w:r>
    </w:p>
    <w:p>
      <w:r>
        <w:rPr>
          <w:b/>
        </w:rPr>
        <w:t xml:space="preserve">[36:38] </w:t>
      </w:r>
      <w:r>
        <w:t>to isi mein aap ko dunya ka bhi nuskha milta hai, akhirat ka bhi nuskha milta hai.</w:t>
      </w:r>
    </w:p>
    <w:p>
      <w:pPr>
        <w:jc w:val="right"/>
      </w:pPr>
      <w:r>
        <w:t>تو اسی میں آپ کو دنیا کا بھی نسخہ ملتا ہے، آخرت کا بھی نسخہ ملتا ہے۔</w:t>
      </w:r>
    </w:p>
    <w:p>
      <w:r>
        <w:rPr>
          <w:b/>
        </w:rPr>
        <w:t xml:space="preserve">[36:43] </w:t>
      </w:r>
      <w:r>
        <w:t>isi mein aap Khuda ko bhi daryaft karte hain, insan ko bhi daryaft karte hain, iman bil ghaib ki unfolding ke zariye.</w:t>
      </w:r>
    </w:p>
    <w:p>
      <w:pPr>
        <w:jc w:val="right"/>
      </w:pPr>
      <w:r>
        <w:t>اسی میں آپ خدا کو بھی دریافت کرتے ہیں، انسان کو بھی دریافت کرتے ہیں، ایمان بالغیب کی ان فولڈنگ کے ذریعے۔</w:t>
      </w:r>
    </w:p>
    <w:p>
      <w:r>
        <w:rPr>
          <w:b/>
        </w:rPr>
        <w:t xml:space="preserve">[36:56] </w:t>
      </w:r>
      <w:r>
        <w:t>yeh jo farmaya ke yeh kitab</w:t>
      </w:r>
    </w:p>
    <w:p>
      <w:pPr>
        <w:jc w:val="right"/>
      </w:pPr>
      <w:r>
        <w:t>یہ جو فرمایا کہ یہ کتاب</w:t>
      </w:r>
    </w:p>
    <w:p>
      <w:r>
        <w:rPr>
          <w:b/>
        </w:rPr>
        <w:t xml:space="preserve">[37:03] </w:t>
      </w:r>
      <w:r>
        <w:t>alkitab hai, yani is mein sari rehnumai hasil hai insan ke liye jo is ko chahiye.</w:t>
      </w:r>
    </w:p>
    <w:p>
      <w:pPr>
        <w:jc w:val="right"/>
      </w:pPr>
      <w:r>
        <w:t>الکتاب ہے، یعنی اس میں ساری رہنمائی حاصل ہے انسان کے لیے جو اس کو چاہیے۔</w:t>
      </w:r>
    </w:p>
    <w:p>
      <w:r>
        <w:rPr>
          <w:b/>
        </w:rPr>
        <w:t xml:space="preserve">[37:14] </w:t>
      </w:r>
      <w:r>
        <w:t>lekin kis ke liye hai? yeh is ke liye hai jis ke andar iman bil ghaib ka</w:t>
      </w:r>
    </w:p>
    <w:p>
      <w:pPr>
        <w:jc w:val="right"/>
      </w:pPr>
      <w:r>
        <w:t>لیکن کس کے لیے ہے؟ یہ اس کے لیے ہے جس کے اندر ایمان بالغیب کا</w:t>
      </w:r>
    </w:p>
    <w:p>
      <w:r>
        <w:rPr>
          <w:b/>
        </w:rPr>
        <w:t xml:space="preserve">[37:23] </w:t>
      </w:r>
      <w:r>
        <w:t>aslahiyat ho. yani matlab kya hai? jis ka zehn itna developed ho, itna mature ho, itna awakened ho ke woh ghaib ko le kar shuhood ko daryaft kar sake.</w:t>
      </w:r>
    </w:p>
    <w:p>
      <w:pPr>
        <w:jc w:val="right"/>
      </w:pPr>
      <w:r>
        <w:t>اصلاحیت ہو۔ یعنی مطلب کیا ہے؟ جس کا ذہن اتنا ڈیولپڈ ہو، اتنا میچور ہو، اتنا اویکنڈ ہو کہ وہ غیب کو لے کر شہود کو دریافت کر سکے۔</w:t>
      </w:r>
    </w:p>
    <w:p>
      <w:r>
        <w:rPr>
          <w:b/>
        </w:rPr>
        <w:t xml:space="preserve">[37:41] </w:t>
      </w:r>
      <w:r>
        <w:t>jaise mein light ko dekh kar ke aur house ko daryaft karta hoon. to iman bil ghaib darasal ek darja hai intellectual development ka.</w:t>
      </w:r>
    </w:p>
    <w:p>
      <w:pPr>
        <w:jc w:val="right"/>
      </w:pPr>
      <w:r>
        <w:t>جیسے میں لائٹ کو دیکھ کر کے اور ہاؤس کو دریافت کرتا ہوں۔ تو ایمان بالغیب دراصل ایک درجہ ہے انٹلیکچول ڈیولپمنٹ کا۔</w:t>
      </w:r>
    </w:p>
    <w:p>
      <w:r>
        <w:rPr>
          <w:b/>
        </w:rPr>
        <w:t xml:space="preserve">[37:57] </w:t>
      </w:r>
      <w:r>
        <w:t>iman bil ghaib koi koi mystery nahi hai, koi purasar cheez nahi hai. iman bil ghaib koi purasar cheez nahi hai,</w:t>
      </w:r>
    </w:p>
    <w:p>
      <w:pPr>
        <w:jc w:val="right"/>
      </w:pPr>
      <w:r>
        <w:t>ایمان بالغیب کوئی کوئی مسٹری نہیں ہے، کوئی پراسرار چیز نہیں ہے۔ ایمان بالغیب کوئی پراسرار چیز نہیں ہے،</w:t>
      </w:r>
    </w:p>
    <w:p>
      <w:r>
        <w:rPr>
          <w:b/>
        </w:rPr>
        <w:t xml:space="preserve">[38:09] </w:t>
      </w:r>
      <w:r>
        <w:t>woh intellectual development ka ek darja hai. is ka matlab yeh nahi ke mein zaban se keh doon ke mein ghaib par iman laya to bas ho gaya.</w:t>
      </w:r>
    </w:p>
    <w:p>
      <w:pPr>
        <w:jc w:val="right"/>
      </w:pPr>
      <w:r>
        <w:t>وہ انٹلیکچول ڈیولپمنٹ کا ایک درجہ ہے۔ اس کا مطلب یہ نہیں کہ میں زبان سے کہہ دوں کہ میں غیب پر ایمان لایا تو بس ہو گیا۔</w:t>
      </w:r>
    </w:p>
    <w:p>
      <w:r>
        <w:rPr>
          <w:b/>
        </w:rPr>
        <w:t xml:space="preserve">[38:19] </w:t>
      </w:r>
      <w:r>
        <w:t>yeh matlab nahi hai. mein ghaib par iman laya ya keh diya aur aap ko mil gaya iman bil ghaib</w:t>
      </w:r>
    </w:p>
    <w:p>
      <w:pPr>
        <w:jc w:val="right"/>
      </w:pPr>
      <w:r>
        <w:t>یہ مطلب نہیں ہے۔ میں غیب پر ایمان لایا یا کہہ دیا اور آپ کو مل گیا ایمان بالغیب</w:t>
      </w:r>
    </w:p>
    <w:p>
      <w:r>
        <w:rPr>
          <w:b/>
        </w:rPr>
        <w:t xml:space="preserve">[38:27] </w:t>
      </w:r>
      <w:r>
        <w:t>.aisa nahi hai. aap ne apne andar intellectual development ka, woh aap apne mind ko intellectual development ke is darje par laye</w:t>
      </w:r>
    </w:p>
    <w:p>
      <w:pPr>
        <w:jc w:val="right"/>
      </w:pPr>
      <w:r>
        <w:t>۔ ایسا نہیں ہے۔ آپ نے اپنے اندر انٹلیکچول ڈیولپمنٹ کا، وہ آپ اپنے مائنڈ کو انٹلیکچول ڈیولپمنٹ کے اس درجے پر لائے</w:t>
      </w:r>
    </w:p>
    <w:p>
      <w:r>
        <w:rPr>
          <w:b/>
        </w:rPr>
        <w:t xml:space="preserve">[38:46] </w:t>
      </w:r>
      <w:r>
        <w:t>jab ke woh influence kar ke cheezon ko jaan sake. yeh influence hai ke mein light ko dekh kar ke power house ko maine yaqeen kiya, mein ne</w:t>
      </w:r>
    </w:p>
    <w:p>
      <w:pPr>
        <w:jc w:val="right"/>
      </w:pPr>
      <w:r>
        <w:t>جب کہ وہ انفلوئنس کر کے چیزوں کو جان سکے۔ یہ انفلوئنس ہے کہ میں لائٹ کو دیکھ کر کے پاور ہاؤس کو میں نے یقین کیا، میں نے</w:t>
      </w:r>
    </w:p>
    <w:p>
      <w:r>
        <w:rPr>
          <w:b/>
        </w:rPr>
        <w:t xml:space="preserve">[38:57] </w:t>
      </w:r>
      <w:r>
        <w:t>.that is influence. to influence jo hai, woh insani aqal ke irtaqa ka ek darja hai.</w:t>
      </w:r>
    </w:p>
    <w:p>
      <w:pPr>
        <w:jc w:val="right"/>
      </w:pPr>
      <w:r>
        <w:t>۔ دیٹ از انفلوئنس۔ تو انفلوئنس جو ہے، وہ انسانی عقل کے ارتقاء کا ایک درجہ ہے۔</w:t>
      </w:r>
    </w:p>
    <w:p>
      <w:r>
        <w:rPr>
          <w:b/>
        </w:rPr>
        <w:t xml:space="preserve">[39:14] </w:t>
      </w:r>
      <w:r>
        <w:t>ek ghair tareekh yafta mind sirf dekhi hui cheezon ko samajh sakta hai, jaise animal hai.</w:t>
      </w:r>
    </w:p>
    <w:p>
      <w:pPr>
        <w:jc w:val="right"/>
      </w:pPr>
      <w:r>
        <w:t>ایک غیر تاریخ یافتہ مائنڈ صرف دیکھی ہوئی چیزوں کو سمجھ سکتا ہے، جیسے اینیمل ہے۔</w:t>
      </w:r>
    </w:p>
    <w:p>
      <w:r>
        <w:rPr>
          <w:b/>
        </w:rPr>
        <w:t xml:space="preserve">[39:21] </w:t>
      </w:r>
      <w:r>
        <w:t>animal influence ko nahi jante, is ke apne strict ke train ke tehat chalte hain.</w:t>
      </w:r>
    </w:p>
    <w:p>
      <w:pPr>
        <w:jc w:val="right"/>
      </w:pPr>
      <w:r>
        <w:t>اینیمل انفلوئنس کو نہیں جانتے، اس کے اپنے اسٹرکٹ کے ٹرین کے تحت چلتے ہیں۔</w:t>
      </w:r>
    </w:p>
    <w:p>
      <w:r>
        <w:rPr>
          <w:b/>
        </w:rPr>
        <w:t xml:space="preserve">[39:31] </w:t>
      </w:r>
      <w:r>
        <w:t>to animal mein aur insan mein yeh farq hai ke insan rational and analysis karta hai, woh influence karta hai, woh mutala aur ghor o fikr karta hai,</w:t>
      </w:r>
    </w:p>
    <w:p>
      <w:pPr>
        <w:jc w:val="right"/>
      </w:pPr>
      <w:r>
        <w:t>تو اینیمل میں اور انسان میں یہ فرق ہے کہ انسان ریشنل اینڈ انالیسز کرتا ہے، وہ انفلوئنس کرتا ہے، وہ مطالعہ اور غور و فکر کرتا ہے،</w:t>
      </w:r>
    </w:p>
    <w:p>
      <w:r>
        <w:rPr>
          <w:b/>
        </w:rPr>
        <w:t xml:space="preserve">[39:49] </w:t>
      </w:r>
      <w:r>
        <w:t>phir cheezon ko daryaft karta hai.</w:t>
      </w:r>
    </w:p>
    <w:p>
      <w:pPr>
        <w:jc w:val="right"/>
      </w:pPr>
      <w:r>
        <w:t>پھر چیزوں کو دریافت کرتا ہے۔</w:t>
      </w:r>
    </w:p>
    <w:p>
      <w:r>
        <w:rPr>
          <w:b/>
        </w:rPr>
        <w:t xml:space="preserve">[39:51] </w:t>
      </w:r>
      <w:r>
        <w:t>to discovery jo hai, woh insan ki sifat hai, animal ki sifat nahi hai.</w:t>
      </w:r>
    </w:p>
    <w:p>
      <w:pPr>
        <w:jc w:val="right"/>
      </w:pPr>
      <w:r>
        <w:t>تو ڈسکوری جو ہے، وہ انسان کی صفت ہے، اینیمل کی صفت نہیں ہے۔</w:t>
      </w:r>
    </w:p>
    <w:p>
      <w:r>
        <w:rPr>
          <w:b/>
        </w:rPr>
        <w:t xml:space="preserve">[40:00] </w:t>
      </w:r>
      <w:r>
        <w:t>discovery jo hai, woh insan ki sifat hai, animal ki sifat nahi hai.</w:t>
      </w:r>
    </w:p>
    <w:p>
      <w:pPr>
        <w:jc w:val="right"/>
      </w:pPr>
      <w:r>
        <w:t>ڈسکوری جو ہے، وہ انسان کی صفت ہے، اینیمل کی صفت نہیں ہے۔</w:t>
      </w:r>
    </w:p>
    <w:p>
      <w:r>
        <w:rPr>
          <w:b/>
        </w:rPr>
        <w:t xml:space="preserve">[40:08] </w:t>
      </w:r>
      <w:r>
        <w:t>to iman bil ghaib jo hai, woh insan ke insan ko jo quality di gayi hai sochne ki, us ko istemal kar ke aadmi iman bil ghaib ke darje tak pohanchta hai.</w:t>
      </w:r>
    </w:p>
    <w:p>
      <w:pPr>
        <w:jc w:val="right"/>
      </w:pPr>
      <w:r>
        <w:t>تو ایمان بالغیب جو ہے، وہ انسان کے انسان کو جو کوالٹی دی گئی ہے سوچنے کی، اس کو استعمال کر کے آدمی ایمان بالغیب کے درجے تک پہنچتا ہے۔</w:t>
      </w:r>
    </w:p>
    <w:p>
      <w:r>
        <w:rPr>
          <w:b/>
        </w:rPr>
        <w:t xml:space="preserve">[40:27] </w:t>
      </w:r>
      <w:r>
        <w:t>kuch kuch talaffuz kar ke, kuch alfaz ka zaban se dohra kar nahi milta iman bil ghaib.</w:t>
      </w:r>
    </w:p>
    <w:p>
      <w:pPr>
        <w:jc w:val="right"/>
      </w:pPr>
      <w:r>
        <w:t>کچھ کچھ تلفظ کر کے، کچھ الفاظ کا زبان سے دہرا کر نہیں ملتا ایمان بالغیب۔</w:t>
      </w:r>
    </w:p>
    <w:p>
      <w:r>
        <w:rPr>
          <w:b/>
        </w:rPr>
        <w:t xml:space="preserve">[40:42] </w:t>
      </w:r>
      <w:r>
        <w:t>to yeh jo ghor o fikr hai, woh kaisa hota hai? aap Quran ko parhte hain, aap sunnat rasool ko parhte hain, phir aap is kainat par ghor karte hain,</w:t>
      </w:r>
    </w:p>
    <w:p>
      <w:pPr>
        <w:jc w:val="right"/>
      </w:pPr>
      <w:r>
        <w:t>تو یہ جو غور و فکر ہے، وہ کیسا ہوتا ہے؟ آپ قرآن کو پڑھتے ہیں، آپ سنت رسول کو پڑھتے ہیں، پھر آپ اس کائنات پر غور کرتے ہیں،</w:t>
      </w:r>
    </w:p>
    <w:p>
      <w:r>
        <w:rPr>
          <w:b/>
        </w:rPr>
        <w:t xml:space="preserve">[40:56] </w:t>
      </w:r>
      <w:r>
        <w:t>apne bare mein ghor karte hain.</w:t>
      </w:r>
    </w:p>
    <w:p>
      <w:pPr>
        <w:jc w:val="right"/>
      </w:pPr>
      <w:r>
        <w:t>اپنے بارے میں غور کرتے ہیں۔</w:t>
      </w:r>
    </w:p>
    <w:p>
      <w:r>
        <w:rPr>
          <w:b/>
        </w:rPr>
        <w:t xml:space="preserve">[41:01] </w:t>
      </w:r>
      <w:r>
        <w:t>yeh</w:t>
      </w:r>
    </w:p>
    <w:p>
      <w:pPr>
        <w:jc w:val="right"/>
      </w:pPr>
      <w:r>
        <w:t>یہ</w:t>
      </w:r>
    </w:p>
    <w:p>
      <w:r>
        <w:rPr>
          <w:b/>
        </w:rPr>
        <w:t xml:space="preserve">[41:02] </w:t>
      </w:r>
      <w:r>
        <w:t>sab goya zariya hai ghor o fikr ka. yeh goya data hai ghor o fikr karne ka.</w:t>
      </w:r>
    </w:p>
    <w:p>
      <w:pPr>
        <w:jc w:val="right"/>
      </w:pPr>
      <w:r>
        <w:t>سب گویا ذریعہ ہے غور و فکر کا۔ یہ گویا ڈیٹا ہے غور و فکر کرنے کا۔</w:t>
      </w:r>
    </w:p>
    <w:p>
      <w:r>
        <w:rPr>
          <w:b/>
        </w:rPr>
        <w:t xml:space="preserve">[41:14] </w:t>
      </w:r>
      <w:r>
        <w:t>yeh sari cheezein jo hain, goya data hain jin ko le kar aap sochte hain,</w:t>
      </w:r>
    </w:p>
    <w:p>
      <w:pPr>
        <w:jc w:val="right"/>
      </w:pPr>
      <w:r>
        <w:t>یہ ساری چیزیں جو ہیں، گویا ڈیٹا ہیں جن کو لے کر آپ سوچتے ہیں،</w:t>
      </w:r>
    </w:p>
    <w:p>
      <w:r>
        <w:rPr>
          <w:b/>
        </w:rPr>
        <w:t xml:space="preserve">[41:23] </w:t>
      </w:r>
      <w:r>
        <w:t>phir sachai tak, yaqeen tak pohanchte hain.</w:t>
      </w:r>
    </w:p>
    <w:p>
      <w:pPr>
        <w:jc w:val="right"/>
      </w:pPr>
      <w:r>
        <w:t>پھر سچائی تک، یقین تک پہنچتے ہیں۔</w:t>
      </w:r>
    </w:p>
    <w:p>
      <w:r>
        <w:rPr>
          <w:b/>
        </w:rPr>
        <w:t xml:space="preserve">[41:33] </w:t>
      </w:r>
      <w:r>
        <w:t>to hum mein se har shakhs ko yeh jaanna chahiye ke deen jo hai,</w:t>
      </w:r>
    </w:p>
    <w:p>
      <w:pPr>
        <w:jc w:val="right"/>
      </w:pPr>
      <w:r>
        <w:t>تو ہم میں سے ہر شخص کو یہ جاننا چاہیے کہ دین جو ہے،</w:t>
      </w:r>
    </w:p>
    <w:p>
      <w:r>
        <w:rPr>
          <w:b/>
        </w:rPr>
        <w:t xml:space="preserve">[41:45] </w:t>
      </w:r>
      <w:r>
        <w:t>yaani kuch alfaaz ke zariye deen ki baaton ko bataya gaya hai, lekin alfaaz kya? Alfaaz to alamat hain,</w:t>
      </w:r>
    </w:p>
    <w:p>
      <w:pPr>
        <w:jc w:val="right"/>
      </w:pPr>
      <w:r>
        <w:t>یعنی کچھ الفاظ کے ذریعے دین کی باتوں کو بتایا گیا ہے، لیکن الفاظ کیا؟ الفاظ تو علامت ہیں،</w:t>
      </w:r>
    </w:p>
    <w:p>
      <w:r>
        <w:rPr>
          <w:b/>
        </w:rPr>
        <w:t xml:space="preserve">[41:54] </w:t>
      </w:r>
      <w:r>
        <w:t>jo us ki meaning hai, us ke woh alfaaz ke us paar hain.</w:t>
      </w:r>
    </w:p>
    <w:p>
      <w:pPr>
        <w:jc w:val="right"/>
      </w:pPr>
      <w:r>
        <w:t>جو اس کی میننگ ہے، اس کے وہ الفاظ کے اس پار ہیں۔</w:t>
      </w:r>
    </w:p>
    <w:p>
      <w:r>
        <w:rPr>
          <w:b/>
        </w:rPr>
        <w:t xml:space="preserve">[42:03] </w:t>
      </w:r>
      <w:r>
        <w:t>to humein itna zyada apne andar istidad paida karna hai ke hum alfaaz ke zariye is ke ghar baani ke tak pahunch saken.</w:t>
      </w:r>
    </w:p>
    <w:p>
      <w:pPr>
        <w:jc w:val="right"/>
      </w:pPr>
      <w:r>
        <w:t>تو ہمیں اتنا زیادہ اپنے اندر استعداد پیدا کرنا ہے کہ ہم الفاظ کے ذریعے اس کے گھر بانی کے تک پہنچ سکیں۔</w:t>
      </w:r>
    </w:p>
    <w:p>
      <w:r>
        <w:rPr>
          <w:b/>
        </w:rPr>
        <w:t xml:space="preserve">[42:13] </w:t>
      </w:r>
      <w:r>
        <w:t>animal nahi aisa kar sakta, animal nahi kar sakta aisa.</w:t>
      </w:r>
    </w:p>
    <w:p>
      <w:pPr>
        <w:jc w:val="right"/>
      </w:pPr>
      <w:r>
        <w:t>اینیمل نہیں ایسا کر سکتا، اینیمل نہیں کر سکتا ایسا۔</w:t>
      </w:r>
    </w:p>
    <w:p>
      <w:r>
        <w:rPr>
          <w:b/>
        </w:rPr>
        <w:t xml:space="preserve">[42:22] </w:t>
      </w:r>
      <w:r>
        <w:t>jaise kal mein ne ek baat sochi ke aakhirat mein saare log ek doosre se baat karenge ke kaise hoga,</w:t>
      </w:r>
    </w:p>
    <w:p>
      <w:pPr>
        <w:jc w:val="right"/>
      </w:pPr>
      <w:r>
        <w:t>جیسے کل میں نے ایک بات سوچی کہ آخرت میں سارے لوگ ایک دوسرے سے بات کریں گے کہ کیسے ہوگا،</w:t>
      </w:r>
    </w:p>
    <w:p>
      <w:r>
        <w:rPr>
          <w:b/>
        </w:rPr>
        <w:t xml:space="preserve">[42:32] </w:t>
      </w:r>
      <w:r>
        <w:t>kaise wahan language gap nahi hoga. Main roos gaya to wahan language gap tha, baat nahi kar sakta tha main logon se.</w:t>
      </w:r>
    </w:p>
    <w:p>
      <w:pPr>
        <w:jc w:val="right"/>
      </w:pPr>
      <w:r>
        <w:t>کیسے وہاں لینگویج گیپ نہیں ہوگا۔ میں روس گیا تو وہاں لینگویج گیپ تھا، بات نہیں کر سکتا تھا میں لوگوں سے۔</w:t>
      </w:r>
    </w:p>
    <w:p>
      <w:r>
        <w:rPr>
          <w:b/>
        </w:rPr>
        <w:t xml:space="preserve">[42:42] </w:t>
      </w:r>
      <w:r>
        <w:t>main france gaya, wahan bhi language gap tha, main baat nahi kar sakta logon se. To maine socha ke aakhirat mein saare log baat karenge ek doosre se, kaise hoga?</w:t>
      </w:r>
    </w:p>
    <w:p>
      <w:pPr>
        <w:jc w:val="right"/>
      </w:pPr>
      <w:r>
        <w:t>میں فرانس گیا، وہاں بھی لینگویج گیپ تھا، میں بات نہیں کر سکتا لوگوں سے۔ تو میں نے سوچا کہ آخرت میں سارے لوگ بات کریں گے ایک دوسرے سے، کیسے ہوگا؟</w:t>
      </w:r>
    </w:p>
    <w:p>
      <w:r>
        <w:rPr>
          <w:b/>
        </w:rPr>
        <w:t xml:space="preserve">[42:57] </w:t>
      </w:r>
      <w:r>
        <w:t>yeh language gap kaise khatm ho jayega?</w:t>
      </w:r>
    </w:p>
    <w:p>
      <w:pPr>
        <w:jc w:val="right"/>
      </w:pPr>
      <w:r>
        <w:t>یہ لینگویج گیپ کیسے ختم ہو جائے گا؟</w:t>
      </w:r>
    </w:p>
    <w:p>
      <w:r>
        <w:rPr>
          <w:b/>
        </w:rPr>
        <w:t xml:space="preserve">[43:03] </w:t>
      </w:r>
      <w:r>
        <w:t>to literature mein bohat purana ek concept hai, us ko kehte hain umm ul-lisana, mother tongue.</w:t>
      </w:r>
    </w:p>
    <w:p>
      <w:pPr>
        <w:jc w:val="right"/>
      </w:pPr>
      <w:r>
        <w:t>تو لٹریچر میں بہت پرانا ایک کانسیپٹ ہے، اس کو کہتے ہیں ام اللسنہ، مدر ٹنگ۔</w:t>
      </w:r>
    </w:p>
    <w:p>
      <w:r>
        <w:rPr>
          <w:b/>
        </w:rPr>
        <w:t xml:space="preserve">[43:14] </w:t>
      </w:r>
      <w:r>
        <w:t>samajhte hain ke ek zabaan hai, umm ul-lisana, saari zabaanein isi se nikli hain. Koi log kehte hain ke arabi zabaan umm ul-lisana hai, koi kehte hain ke sanskrit umm ul-lisana hai, koi log samajhte hain ke hebrew umm ul-lisana hai,</w:t>
      </w:r>
    </w:p>
    <w:p>
      <w:pPr>
        <w:jc w:val="right"/>
      </w:pPr>
      <w:r>
        <w:t>سمجھتے ہیں کہ ایک زبان ہے، ام اللسنہ، ساری زبانیں اسی سے نکلی ہیں۔ کوئی لوگ کہتے ہیں کہ عربی زبان ام اللسنہ ہے، کوئی کہتے ہیں کہ سنسکرت ام اللسنہ ہے، کوئی لوگ سمجھتے ہیں کہ ہیبرو ام اللسنہ ہے،</w:t>
      </w:r>
    </w:p>
    <w:p>
      <w:r>
        <w:rPr>
          <w:b/>
        </w:rPr>
        <w:t xml:space="preserve">[43:29] </w:t>
      </w:r>
      <w:r>
        <w:t>koi log samajhte hain ke latin umm ul-lisana hai. Meri samajh mein aaya ke umm ul-lisana woh hai jo Allahumma azeem, asma ul-Allah, Allah ne har aadmi ke mind mein ek ek zabaan rakh di hai,</w:t>
      </w:r>
    </w:p>
    <w:p>
      <w:pPr>
        <w:jc w:val="right"/>
      </w:pPr>
      <w:r>
        <w:t>کوئی لوگ سمجھتے ہیں کہ لیٹن ام اللسنہ ہے۔ میری سمجھ میں آیا کہ ام اللسنہ وہ ہے جو اللہم عظیم، اسماء اللہ، اللہ نے ہر آدمی کے مائنڈ میں ایک ایک زبان رکھ دی ہے،</w:t>
      </w:r>
    </w:p>
    <w:p>
      <w:r>
        <w:rPr>
          <w:b/>
        </w:rPr>
        <w:t xml:space="preserve">[43:45] </w:t>
      </w:r>
      <w:r>
        <w:t>us ki vocabulary sab rakh di hai. Hum jo zabaan bolte hain, woh isi ka tarjuma hot</w:t>
      </w:r>
    </w:p>
    <w:p>
      <w:pPr>
        <w:jc w:val="right"/>
      </w:pPr>
      <w:r>
        <w:t>اس کی وکیبلری سب رکھ دی ہے۔ ہم جو زبان بولتے ہیں، وہ اسی کا ترجمہ ہوت</w:t>
      </w:r>
    </w:p>
    <w:p>
      <w:r>
        <w:rPr>
          <w:b/>
        </w:rPr>
        <w:t xml:space="preserve">[43:51] </w:t>
      </w:r>
      <w:r>
        <w:t>a hai. Maslan mein bol raha hoon urdu to mein apne is jo mind mein jo Allah ne rakh diya hai, umm ul-lisana, us ka tarjuma kar raha hoon. Aise hi arabi bolne wala, french bolne wala, german bolne wala.</w:t>
      </w:r>
    </w:p>
    <w:p>
      <w:pPr>
        <w:jc w:val="right"/>
      </w:pPr>
      <w:r>
        <w:t>ا ہے۔ مثلاً میں بول رہا ہوں اردو تو میں اپنے اس جو مائنڈ میں جو اللہ نے رکھ دیا ہے، ام اللسنہ، اس کا ترجمہ کر رہا ہوں۔ ایسے ہی عربی بولنے والا، فرنچ بولنے والا، جرمن بولنے والا۔</w:t>
      </w:r>
    </w:p>
    <w:p>
      <w:r>
        <w:rPr>
          <w:b/>
        </w:rPr>
        <w:t xml:space="preserve">[44:04] </w:t>
      </w:r>
      <w:r>
        <w:t>aaj bhi humare sab ki zabaan ek hi hai. Bazahir hum is zabaan ka tarjuma kar ke mukhtalif zabaanein bolte hain. Wahan kya hoga?</w:t>
      </w:r>
    </w:p>
    <w:p>
      <w:pPr>
        <w:jc w:val="right"/>
      </w:pPr>
      <w:r>
        <w:t>آج بھی ہمارے سب کی زبان ایک ہی ہے۔ بظاہر ہم اس زبان کا ترجمہ کر کے مختلف زبانیں بولتے ہیں۔ وہاں کیا ہوگا؟</w:t>
      </w:r>
    </w:p>
    <w:p>
      <w:r>
        <w:rPr>
          <w:b/>
        </w:rPr>
        <w:t xml:space="preserve">[44:14] </w:t>
      </w:r>
      <w:r>
        <w:t>woh asal zabaan open ho jayegi,</w:t>
      </w:r>
    </w:p>
    <w:p>
      <w:pPr>
        <w:jc w:val="right"/>
      </w:pPr>
      <w:r>
        <w:t>وہ اصل زبان اوپن ہو جائے گی،</w:t>
      </w:r>
    </w:p>
    <w:p>
      <w:r>
        <w:rPr>
          <w:b/>
        </w:rPr>
        <w:t xml:space="preserve">[44:18] </w:t>
      </w:r>
      <w:r>
        <w:t>jo umm ul-lisana hai. To phir humare haan doosron ki zabaan language gap nahi rahega. Jo meri zabaan, wahi doosron ki zabaan, jo meri zabaan, wahi sab ki zabaan.</w:t>
      </w:r>
    </w:p>
    <w:p>
      <w:pPr>
        <w:jc w:val="right"/>
      </w:pPr>
      <w:r>
        <w:t>جو ام اللسنہ ہے۔ تو پھر ہمارے ہاں دوسروں کی زبان لینگویج گیپ نہیں رہے گا۔ جو میری زبان، وہی دوسروں کی زبان، جو میری زبان، وہی سب کی زبان۔</w:t>
      </w:r>
    </w:p>
    <w:p>
      <w:r>
        <w:rPr>
          <w:b/>
        </w:rPr>
        <w:t xml:space="preserve">[44:31] </w:t>
      </w:r>
      <w:r>
        <w:t>to kitna ajeeb mushkil thrill paida hua Allah ki rehmat ka, Allah ki blessing ka, yeh sochne ka maamla.</w:t>
      </w:r>
    </w:p>
    <w:p>
      <w:pPr>
        <w:jc w:val="right"/>
      </w:pPr>
      <w:r>
        <w:t>تو کتنا عجیب مشکل تھرل پیدا ہوا اللہ کی رحمت کا، اللہ کی بلیسنگ کا، یہ سوچنے کا معاملہ۔</w:t>
      </w:r>
    </w:p>
    <w:p>
      <w:r>
        <w:rPr>
          <w:b/>
        </w:rPr>
        <w:t xml:space="preserve">[44:41] </w:t>
      </w:r>
      <w:r>
        <w:t>to mein dua karta hoon ke Allah taala mujh ko aur aap ko tofeeq de ke tadabbur ki ibadat karna hum jaanen.</w:t>
      </w:r>
    </w:p>
    <w:p>
      <w:pPr>
        <w:jc w:val="right"/>
      </w:pPr>
      <w:r>
        <w:t>تو میں دعا کرتا ہوں کہ اللہ تعالی مجھ کو اور آپ کو توفیق دے کہ تدبر کی عبادت کرنا ہم جانیں۔</w:t>
      </w:r>
    </w:p>
    <w:p>
      <w:r>
        <w:rPr>
          <w:b/>
        </w:rPr>
        <w:t xml:space="preserve">[44:52] </w:t>
      </w:r>
      <w:r>
        <w:t>tadabbur ek ibadat hai, us ko hum karna jaanen. Kyun ke saare bade bade jo imani darje hain, woh tadabbur ke zariye haasil hote hain,</w:t>
      </w:r>
    </w:p>
    <w:p>
      <w:pPr>
        <w:jc w:val="right"/>
      </w:pPr>
      <w:r>
        <w:t>تدبر ایک عبادت ہے، اس کو ہم کرنا جانیں۔ کیونکہ سارے بڑے بڑے جو ایمانی درجے ہیں، وہ تدبر کے ذریعے حاصل ہوتے ہیں،</w:t>
      </w:r>
    </w:p>
    <w:p>
      <w:r>
        <w:rPr>
          <w:b/>
        </w:rPr>
        <w:t xml:space="preserve">[45:05] </w:t>
      </w:r>
      <w:r>
        <w:t>tadabbur ke zarie. To Allah taala mujh ko aur aap ko tofeeq de ke hum tadabbur karna jaanen, ghayb ghayb karna jaanen,</w:t>
      </w:r>
    </w:p>
    <w:p>
      <w:pPr>
        <w:jc w:val="right"/>
      </w:pPr>
      <w:r>
        <w:t>تدبر کے ذریعے۔ تو اللہ تعالی مجھ کو اور آپ کو توفیق دے کہ ہم تدبر کرنا جانیں، غیب غیب کرنا جانیں،</w:t>
      </w:r>
    </w:p>
    <w:p>
      <w:r>
        <w:rPr>
          <w:b/>
        </w:rPr>
        <w:t xml:space="preserve">[45:19] </w:t>
      </w:r>
      <w:r>
        <w:t>contemplation hum ko contemplation culture humare andar aa jaye. Tab hum aisa hota hai ke hum iman ke aala darjon ko daryaft karen aur Allah ke haan hum jannat ke mustahiq qarar paayen.</w:t>
      </w:r>
    </w:p>
    <w:p>
      <w:pPr>
        <w:jc w:val="right"/>
      </w:pPr>
      <w:r>
        <w:t>کنٹمپریشن ہم کو کنٹمپریشن کلچر ہمارے اندر آ جائے۔ تب ہم ایسا ہوتا ہے کہ ہم ایمان کے اعلیٰ درجات کو دریافت کریں اور اللہ کے ہاں ہم جنت کے مستحق قرار پائیں۔</w:t>
      </w:r>
    </w:p>
    <w:p>
      <w:r>
        <w:rPr>
          <w:b/>
        </w:rPr>
        <w:t xml:space="preserve">[45:44] </w:t>
      </w:r>
      <w:r>
        <w:t>to mein isi ki dua karta hoon apne liye aur aap ke liye. Assalam o alaikum wa rehmatullah.</w:t>
      </w:r>
    </w:p>
    <w:p>
      <w:pPr>
        <w:jc w:val="right"/>
      </w:pPr>
      <w:r>
        <w:t>تو میں اسی کی دعا کرتا ہوں اپنے لیے اور آپ کے لیے۔ السلام علیکم ورحمۃ اللہ۔</w:t>
      </w:r>
    </w:p>
    <w:p>
      <w:r>
        <w:rPr>
          <w:b/>
        </w:rPr>
        <w:t xml:space="preserve">[46:06] </w:t>
      </w:r>
      <w:r>
        <w:t>Maulana ek question aaya hai Naghma Agha ki taraf se. What do you mean by Allah ki sifat ka zahoor?</w:t>
      </w:r>
    </w:p>
    <w:p>
      <w:pPr>
        <w:jc w:val="right"/>
      </w:pPr>
      <w:r>
        <w:t>مولانا ایک کوئسچن آیا ہے نغمہ آقا کی طرف سے۔ واٹ ڈو یو مین بائے اللہ کی صفت کا ظہور؟</w:t>
      </w:r>
    </w:p>
    <w:p>
      <w:r>
        <w:rPr>
          <w:b/>
        </w:rPr>
        <w:t xml:space="preserve">[46:16] </w:t>
      </w:r>
      <w:r>
        <w:t>dekhiye, Islam mein jo aqeedah hai, woh yeh hai ke Allah ek ek zaat hai. Yaani hum personal god mein believe karte hain, impersonal god mein nahi.</w:t>
      </w:r>
    </w:p>
    <w:p>
      <w:pPr>
        <w:jc w:val="right"/>
      </w:pPr>
      <w:r>
        <w:t>دیکھیے، اسلام میں جو عقیدہ ہے، وہ یہ ہے کہ اللہ ایک ایک ذات ہے۔ یعنی ہم پرسنل گارڈ میں بیلیو کرتے ہیں، امپرسنل گارڈ میں نہیں۔</w:t>
      </w:r>
    </w:p>
    <w:p>
      <w:r>
        <w:rPr>
          <w:b/>
        </w:rPr>
        <w:t xml:space="preserve">[46:31] </w:t>
      </w:r>
      <w:r>
        <w:t>kuchh mazahib mein impersonal guard ka concept hai, lekin Islam mein personal guard ka concept hai. to Allah ek ek zaat hai.</w:t>
      </w:r>
    </w:p>
    <w:p>
      <w:pPr>
        <w:jc w:val="right"/>
      </w:pPr>
      <w:r>
        <w:t>کچھ مذہبوں میں امپرسنل گارڈ کا کانسیپٹ ہے، لیکن اسلام میں پرسنل گارڈ کا کانسیپٹ ہے۔ تو اللہ ایک ایک ذات ہے۔</w:t>
      </w:r>
    </w:p>
    <w:p>
      <w:r>
        <w:rPr>
          <w:b/>
        </w:rPr>
        <w:t xml:space="preserve">[46:43] </w:t>
      </w:r>
      <w:r>
        <w:t>is woh zaat jo hai, har qism ki taqat us ke paas hai. mislan ek waqt tha ke Allah akela tha, phir us ne farishton ko paida kiya.</w:t>
      </w:r>
    </w:p>
    <w:p>
      <w:pPr>
        <w:jc w:val="right"/>
      </w:pPr>
      <w:r>
        <w:t>اس وہ ذات جو ہے، ہر قسم کی طاقت اس کے پاس ہے۔ مثلاً ایک وقت تھا کہ اللہ اکیلا تھا، پھر اس نے فرشتوں کو پیدا کیا۔</w:t>
      </w:r>
    </w:p>
    <w:p>
      <w:r>
        <w:rPr>
          <w:b/>
        </w:rPr>
        <w:t xml:space="preserve">[46:55] </w:t>
      </w:r>
      <w:r>
        <w:t>yeh zahoor tha us ki taqat ka. phir us ne insaan ko paida kiya. yeh zahoor tha us ki taqat ka.</w:t>
      </w:r>
    </w:p>
    <w:p>
      <w:pPr>
        <w:jc w:val="right"/>
      </w:pPr>
      <w:r>
        <w:t>یہ ظہور تھا اس کی طاقت کا۔ پھر اس نے انسان کو پیدا کیا۔ یہ ظہور تھا اس کی طاقت کا۔</w:t>
      </w:r>
    </w:p>
    <w:p>
      <w:r>
        <w:rPr>
          <w:b/>
        </w:rPr>
        <w:t xml:space="preserve">[47:03] </w:t>
      </w:r>
      <w:r>
        <w:t>to Allah zaat ke aitbaar se ek person hai, zaat ke aitbaar se ek person hai, aur sifaat ke aitbaar se har al powerful hai.</w:t>
      </w:r>
    </w:p>
    <w:p>
      <w:pPr>
        <w:jc w:val="right"/>
      </w:pPr>
      <w:r>
        <w:t>تو اللہ ذات کے اعتبار سے ایک پرسن ہے، ذات کے اعتبار سے ایک پرسن ہے، اور صفات کے اعتبار سے ہر ال پاور فل ہے۔</w:t>
      </w:r>
    </w:p>
    <w:p>
      <w:r>
        <w:rPr>
          <w:b/>
        </w:rPr>
        <w:t xml:space="preserve">[47:19] </w:t>
      </w:r>
      <w:r>
        <w:t>to apni powerful, apne aur power ko istemaal kar ke us ne galaxy banai, solar system banaya, aur samandar banaye, insaan banaye.</w:t>
      </w:r>
    </w:p>
    <w:p>
      <w:pPr>
        <w:jc w:val="right"/>
      </w:pPr>
      <w:r>
        <w:t>تو اپنی پاور فل، اپنے اور پاور کو استعمال کر کے اس نے گیلیکسی بنائی، سولر سسٹم بنایا، اور سمندر بنائے، انسان بنائے۔</w:t>
      </w:r>
    </w:p>
    <w:p>
      <w:r>
        <w:rPr>
          <w:b/>
        </w:rPr>
        <w:t xml:space="preserve">[47:31] </w:t>
      </w:r>
      <w:r>
        <w:t>yeh uska ins nahi hai. yaani hum kuchh log jo mante hain, kuchh mazahib ke hum Allah ka ins hain, Allah ka part hain, woh aqeedah Islam mein nahi hai.</w:t>
      </w:r>
    </w:p>
    <w:p>
      <w:pPr>
        <w:jc w:val="right"/>
      </w:pPr>
      <w:r>
        <w:t>یہ اس کا انس نہیں ہے۔ یعنی ہم کچھ لوگ جو مانتے ہیں، کچھ مذاہب کہ ہم اللہ کا انس ہیں، اللہ کا پارٹ ہیں، وہ عقیدہ اسلام میں نہیں ہے۔</w:t>
      </w:r>
    </w:p>
    <w:p>
      <w:r>
        <w:rPr>
          <w:b/>
        </w:rPr>
        <w:t xml:space="preserve">[47:46] </w:t>
      </w:r>
      <w:r>
        <w:t>kuchh mazahib mein yeh mana jata hai ke saare insaan, balkeh saari cheezein, saari cheezein, woh woh Allah ka ins hain, uska hissa hain, uska part hain.</w:t>
      </w:r>
    </w:p>
    <w:p>
      <w:pPr>
        <w:jc w:val="right"/>
      </w:pPr>
      <w:r>
        <w:t>کچھ مذاہب میں یہ مانا جاتا ہے کہ سارے انسان، بلکہ ساری چیزیں، ساری چیزیں، وہ وہ اللہ کا انس ہیں، اس کا حصہ ہیں، اس کا پارٹ ہیں۔</w:t>
      </w:r>
    </w:p>
    <w:p>
      <w:r>
        <w:rPr>
          <w:b/>
        </w:rPr>
        <w:t xml:space="preserve">[48:01] </w:t>
      </w:r>
      <w:r>
        <w:t>Islam mein aisa nahi mana gaya. Islam mein hai ke Allah ek zaat hai, independent zaat, lekin us ke paas saari taqatein</w:t>
      </w:r>
    </w:p>
    <w:p>
      <w:pPr>
        <w:jc w:val="right"/>
      </w:pPr>
      <w:r>
        <w:t>اسلام میں ایسا نہیں مانا گیا۔ اسلام میں ہے کہ اللہ ایک ذات ہے، انڈیپینڈنٹ ذات، لیکن اس کے پاس ساری طاقتیں</w:t>
      </w:r>
    </w:p>
    <w:p>
      <w:r>
        <w:rPr>
          <w:b/>
        </w:rPr>
        <w:t xml:space="preserve">[48:10] </w:t>
      </w:r>
      <w:r>
        <w:t>hain. to apni taqaton ke zariye se, woh apni taqat ke zariye se, woh paida karta hai, create karta hai. us ne create kiya maada ko, us ne create kiya zindagi ko, us ne create kiya insaan ko.</w:t>
      </w:r>
    </w:p>
    <w:p>
      <w:pPr>
        <w:jc w:val="right"/>
      </w:pPr>
      <w:r>
        <w:t>ہیں۔ تو اپنی طاقتوں کے ذریعے سے، وہ اپنی طاقت کے ذریعے سے، وہ پیدا کرتا ہے، کریٹ کرتا ہے۔ اس نے کریٹ کیا مادہ کو، اس نے کریٹ کیا زندگی کو، اس نے کریٹ کیا انسان کو۔</w:t>
      </w:r>
    </w:p>
    <w:p>
      <w:r>
        <w:rPr>
          <w:b/>
        </w:rPr>
        <w:t xml:space="preserve">[48:25] </w:t>
      </w:r>
      <w:r>
        <w:t>yeh hai zahoor. to jo monistic concept hai, us mein zahoor ka concept nahi hai.</w:t>
      </w:r>
    </w:p>
    <w:p>
      <w:pPr>
        <w:jc w:val="right"/>
      </w:pPr>
      <w:r>
        <w:t>یہ ہے ظہور۔ تو جو مانسٹک کانسیپٹ ہے، اس میں ظہور کا کانسیپٹ نہیں ہے۔</w:t>
      </w:r>
    </w:p>
    <w:p>
      <w:r>
        <w:rPr>
          <w:b/>
        </w:rPr>
        <w:t xml:space="preserve">[48:36] </w:t>
      </w:r>
      <w:r>
        <w:t>ji, lekin jo monotheistic concept hai, us mein zahoor ka concept hai.</w:t>
      </w:r>
    </w:p>
    <w:p>
      <w:pPr>
        <w:jc w:val="right"/>
      </w:pPr>
      <w:r>
        <w:t>جی، لیکن جو مونوتھیسٹک کانسیپٹ ہے، اس میں ظہور کا کانسیپٹ ہے۔</w:t>
      </w:r>
    </w:p>
    <w:p>
      <w:r>
        <w:rPr>
          <w:b/>
        </w:rPr>
        <w:t xml:space="preserve">[48:47] </w:t>
      </w:r>
      <w:r>
        <w:t>Maulana, in ka ek comment bhi hai. Maulana, I have understood the meaning of iman bil ghaib for the first time.</w:t>
      </w:r>
    </w:p>
    <w:p>
      <w:pPr>
        <w:jc w:val="right"/>
      </w:pPr>
      <w:r>
        <w:t>مولانا، ان کا ایک کمنٹ بھی ہے۔ مولانا، آئی ہیو انڈرسٹڈ دا میننگ آف ایمان بالغیب فار دا فرسٹ ٹائم۔</w:t>
      </w:r>
    </w:p>
    <w:p>
      <w:r>
        <w:rPr>
          <w:b/>
        </w:rPr>
        <w:t xml:space="preserve">[48:59] </w:t>
      </w:r>
      <w:r>
        <w:t>It is to have develop your mind at such a level that we are able to discover through influence, not only by seen.</w:t>
      </w:r>
    </w:p>
    <w:p>
      <w:pPr>
        <w:jc w:val="right"/>
      </w:pPr>
      <w:r>
        <w:t>اٹ از ٹو ہیو ڈیویلپ یور مائنڈ ایٹ سچ ا لیول دیٹ وی آر ایبل ٹو ڈسکور تھرو انفلوئنس، ناٹ اونلی بائے سین۔</w:t>
      </w:r>
    </w:p>
    <w:p>
      <w:r>
        <w:rPr>
          <w:b/>
        </w:rPr>
        <w:t xml:space="preserve">[49:11] </w:t>
      </w:r>
      <w:r>
        <w:t>kis ka hai yeh? Naghma Aqa. ji, haan, sahi baat hai. insaan bhi dekhe, insaan potential ke roop mein paida kiya gaya hai.</w:t>
      </w:r>
    </w:p>
    <w:p>
      <w:pPr>
        <w:jc w:val="right"/>
      </w:pPr>
      <w:r>
        <w:t>کس کا ہے یہ؟ نغمہ آقا۔ جی، ہاں، صحیح بات ہے۔ انسان بھی دیکھے، انسان پوٹینشل کے روپ میں پیدا کیا گیا ہے۔</w:t>
      </w:r>
    </w:p>
    <w:p>
      <w:r>
        <w:rPr>
          <w:b/>
        </w:rPr>
        <w:t xml:space="preserve">[49:26] </w:t>
      </w:r>
      <w:r>
        <w:t>potential</w:t>
      </w:r>
    </w:p>
    <w:p>
      <w:pPr>
        <w:jc w:val="right"/>
      </w:pPr>
      <w:r>
        <w:t>پوٹینشل</w:t>
      </w:r>
    </w:p>
    <w:p>
      <w:r>
        <w:rPr>
          <w:b/>
        </w:rPr>
        <w:t xml:space="preserve">[49:29] </w:t>
      </w:r>
      <w:r>
        <w:t>sab kuchh insaan ke andar hai, lekin woh hai potential ke roop mein. hum contemplation ke zariye, sochne ke zariye, intellectual development ke zariye is potential ko actual banate hain.</w:t>
      </w:r>
    </w:p>
    <w:p>
      <w:pPr>
        <w:jc w:val="right"/>
      </w:pPr>
      <w:r>
        <w:t>سب کچھ انسان کے اندر ہے، لیکن وہ ہے پوٹینشل کے روپ میں۔ ہم کنٹمپریشن کے ذریعے، سوچنے کے ذریعے، انٹلیکچول ڈیویلپمنٹ کے ذریعے اس پوٹینشل کو ایکچول بناتے ہیں۔</w:t>
      </w:r>
    </w:p>
    <w:p>
      <w:r>
        <w:rPr>
          <w:b/>
        </w:rPr>
        <w:t xml:space="preserve">[49:46] </w:t>
      </w:r>
      <w:r>
        <w:t>isi se iman bhi laga hai ke woh aap soch sakte hain. yaani jo cheez ghaib mein hai, us ko hum yaqeen ke darje mein daryaft karein.</w:t>
      </w:r>
    </w:p>
    <w:p>
      <w:pPr>
        <w:jc w:val="right"/>
      </w:pPr>
      <w:r>
        <w:t>اسی سے ایمان بھی لگا ہے کہ وہ آپ سوچ سکتے ہیں۔ یعنی جو چیز غیب میں ہے، اس کو ہم یقین کے درجے میں دریافت کریں۔</w:t>
      </w:r>
    </w:p>
    <w:p>
      <w:r>
        <w:rPr>
          <w:b/>
        </w:rPr>
        <w:t xml:space="preserve">[49:56] </w:t>
      </w:r>
      <w:r>
        <w:t>yeh kya hai? potential ko actual banana hai.</w:t>
      </w:r>
    </w:p>
    <w:p>
      <w:pPr>
        <w:jc w:val="right"/>
      </w:pPr>
      <w:r>
        <w:t>یہ کیا ہے؟ پوٹینشل کو ایکچول بنانا ہے۔</w:t>
      </w:r>
    </w:p>
    <w:p>
      <w:r>
        <w:rPr>
          <w:b/>
        </w:rPr>
        <w:t xml:space="preserve">[50:09] </w:t>
      </w:r>
      <w:r>
        <w:t>Maulana, yeh Dr. Fareeda Khanam aap ka sawal kar rahi hain. please explain what is wahdat al shuhud? dekhiye, yeh yaani</w:t>
      </w:r>
    </w:p>
    <w:p>
      <w:pPr>
        <w:jc w:val="right"/>
      </w:pPr>
      <w:r>
        <w:t>مولانا، یہ ڈاکٹر فریدہ خانم آپ کا سوال کر رہی ہیں۔ پلیز ایکسپلین واٹ از وحدت الشہود؟ دیکھیے، یہ یعنی</w:t>
      </w:r>
    </w:p>
    <w:p>
      <w:r>
        <w:rPr>
          <w:b/>
        </w:rPr>
        <w:t xml:space="preserve">[50:22] </w:t>
      </w:r>
      <w:r>
        <w:t>mazahib ki ek branch mein wahdat al wujud ko mana gaya hai.</w:t>
      </w:r>
    </w:p>
    <w:p>
      <w:pPr>
        <w:jc w:val="right"/>
      </w:pPr>
      <w:r>
        <w:t>مذاہب کی ایک برانچ میں وحدت وجود کو مانا گیا ہے۔</w:t>
      </w:r>
    </w:p>
    <w:p>
      <w:r>
        <w:rPr>
          <w:b/>
        </w:rPr>
        <w:t xml:space="preserve">[50:28] </w:t>
      </w:r>
      <w:r>
        <w:t>yeh saari jo kainat hai, chahe insaan ho ya darakht ho ya pahad ho ya suraj ho, sab cheez jo hai ek hi wahdat ka zahoor hai.</w:t>
      </w:r>
    </w:p>
    <w:p>
      <w:pPr>
        <w:jc w:val="right"/>
      </w:pPr>
      <w:r>
        <w:t>یہ ساری جو کائنات ہے، چاہے انسان ہو یا درخت ہو یا پہاڑ ہو یا سورج ہو، سب چیز جو ہے ایک ہی وحدت کا ظہور ہے۔</w:t>
      </w:r>
    </w:p>
    <w:p>
      <w:r>
        <w:rPr>
          <w:b/>
        </w:rPr>
        <w:t xml:space="preserve">[50:42] </w:t>
      </w:r>
      <w:r>
        <w:t>yaani ek Khuda hai jis ne, jis jis ki, is is ki zaat jo hai mukhtalif sooraton mein zahir hui.</w:t>
      </w:r>
    </w:p>
    <w:p>
      <w:pPr>
        <w:jc w:val="right"/>
      </w:pPr>
      <w:r>
        <w:t>یعنی ایک خدا ہے جس نے، جس جس کی، اس اس کی ذات جو ہے مختلف صورتوں میں ظاہر ہوئی۔</w:t>
      </w:r>
    </w:p>
    <w:p>
      <w:r>
        <w:rPr>
          <w:b/>
        </w:rPr>
        <w:t xml:space="preserve">[50:53] </w:t>
      </w:r>
      <w:r>
        <w:t>yeh hai wahdat al wujud</w:t>
      </w:r>
    </w:p>
    <w:p>
      <w:pPr>
        <w:jc w:val="right"/>
      </w:pPr>
      <w:r>
        <w:t>یہ ہے وحدت وجود</w:t>
      </w:r>
    </w:p>
    <w:p>
      <w:r>
        <w:rPr>
          <w:b/>
        </w:rPr>
        <w:t xml:space="preserve">[50:56] </w:t>
      </w:r>
      <w:r>
        <w:t>. angrezi mein kahenge monism. monism to us mein asal mein us mein yeh paida hoti hai baat ke Khuda aur insaan mein farq nahi rehta.</w:t>
      </w:r>
    </w:p>
    <w:p>
      <w:pPr>
        <w:jc w:val="right"/>
      </w:pPr>
      <w:r>
        <w:t>۔ انگریزی میں کہیں گے مورزم۔ مورزم تو اس میں اصل میں اس میں یہ پیدا ہوتی ہے بات کہ خدا اور انسان میں فرق نہیں رہتا۔</w:t>
      </w:r>
    </w:p>
    <w:p>
      <w:r>
        <w:rPr>
          <w:b/>
        </w:rPr>
        <w:t xml:space="preserve">[51:13] </w:t>
      </w:r>
      <w:r>
        <w:t>insaan bhi Khuda ban jata hai. yeh ek qism ka shirk hai. yaani Khuda ka jo darja hai, woh darja aap insaan ko de dein, yeh yeh shirk hua.</w:t>
      </w:r>
    </w:p>
    <w:p>
      <w:pPr>
        <w:jc w:val="right"/>
      </w:pPr>
      <w:r>
        <w:t>انسان بھی خدا بن جاتا ہے۔ یہ ایک قسم کا شرک ہے۔ یعنی خدا کا جو درجہ ہے، وہ درجہ آپ انسان کو دے دیں، یہ یہ شرک ہوا۔</w:t>
      </w:r>
    </w:p>
    <w:p>
      <w:r>
        <w:rPr>
          <w:b/>
        </w:rPr>
        <w:t xml:space="preserve">[51:24] </w:t>
      </w:r>
      <w:r>
        <w:t>to ek sawal tha. to ek paida hue sarhind mein ek sofi,</w:t>
      </w:r>
    </w:p>
    <w:p>
      <w:pPr>
        <w:jc w:val="right"/>
      </w:pPr>
      <w:r>
        <w:t>تو ایک سوال تھا۔ تو ایک پیدا ہوئے سرہند میں ایک صوفی،</w:t>
      </w:r>
    </w:p>
    <w:p>
      <w:r>
        <w:rPr>
          <w:b/>
        </w:rPr>
        <w:t xml:space="preserve">[51:35] </w:t>
      </w:r>
      <w:r>
        <w:t>shaikh ahmad sarhindi, un ko bujid al-ihsani kehte hain. unhon ne ek nazariya pesh kiya, woh hai shahood ka, is ishkal ko rafa karne ke liye ke insaan khuda ka</w:t>
      </w:r>
    </w:p>
    <w:p>
      <w:pPr>
        <w:jc w:val="right"/>
      </w:pPr>
      <w:r>
        <w:t>شیخ احمد سرہندی، ان کو بجید الاحسانی کہتے ہیں۔ انہوں نے ایک نظریہ پیش کیا، وہ ہے شہود کا، اس اشکال کو رفع کرنے کے لیے کہ انسان خدا کا</w:t>
      </w:r>
    </w:p>
    <w:p>
      <w:r>
        <w:rPr>
          <w:b/>
        </w:rPr>
        <w:t xml:space="preserve">[51:53] </w:t>
      </w:r>
      <w:r>
        <w:t>hissa hai, jaise khuda ka part hai, is ko khatam karne ke liye. to main ne is ko padha, bhai, to samajh mein aaya nahin. woh yaani musalman tareekh ki do baatein hain, bhai, yeh sab mein bilkul aayi nahin.</w:t>
      </w:r>
    </w:p>
    <w:p>
      <w:pPr>
        <w:jc w:val="right"/>
      </w:pPr>
      <w:r>
        <w:t>حصہ ہے، جیسے خدا کا پارٹ ہے، اس کو ختم کرنے کے لیے۔ تو میں نے اس کو پڑھا، بھئی، تو سمجھ میں آیا نہیں۔ وہ یعنی مسلم تاریخ کی دو باتیں ہیں، بھئی، یہ سب میں بالکل آئی نہیں۔</w:t>
      </w:r>
    </w:p>
    <w:p>
      <w:r>
        <w:rPr>
          <w:b/>
        </w:rPr>
        <w:t xml:space="preserve">[52:07] </w:t>
      </w:r>
      <w:r>
        <w:t>ek wahdat-e-shahood ka masla, ek khalq-e-quran ka masla,</w:t>
      </w:r>
    </w:p>
    <w:p>
      <w:pPr>
        <w:jc w:val="right"/>
      </w:pPr>
      <w:r>
        <w:t>ایک وحدت شہود کا مسئلہ، ایک خلق قرآن کا مسئلہ،</w:t>
      </w:r>
    </w:p>
    <w:p>
      <w:r>
        <w:rPr>
          <w:b/>
        </w:rPr>
        <w:t xml:space="preserve">[52:12] </w:t>
      </w:r>
      <w:r>
        <w:t>ek kuch ajeeb ghareeb qism ke lafzi mein, ek lafzi baat, alfaaz par woh mabni hai saari baatein.</w:t>
      </w:r>
    </w:p>
    <w:p>
      <w:pPr>
        <w:jc w:val="right"/>
      </w:pPr>
      <w:r>
        <w:t>ایک کچھ عجیب غریب قسم کے لفظی میں، ایک لفظی بات، الفاظ پر وہ مبنی ہے ساری باتیں۔</w:t>
      </w:r>
    </w:p>
    <w:p>
      <w:r>
        <w:rPr>
          <w:b/>
        </w:rPr>
        <w:t xml:space="preserve">[52:23] </w:t>
      </w:r>
      <w:r>
        <w:t>aur mujhe scientific nahin laga. mujhe yaani khalq-e-quran ka nazariya scientific nahin maloom hua. mujh ko</w:t>
      </w:r>
    </w:p>
    <w:p>
      <w:pPr>
        <w:jc w:val="right"/>
      </w:pPr>
      <w:r>
        <w:t>اور مجھے سائنٹیفک نہیں لگا۔ مجھے یعنی خلق قرآن کا نظریہ سائنٹیفک نہیں معلوم ہوا۔ مجھ کو</w:t>
      </w:r>
    </w:p>
    <w:p>
      <w:r>
        <w:rPr>
          <w:b/>
        </w:rPr>
        <w:t xml:space="preserve">[52:30] </w:t>
      </w:r>
      <w:r>
        <w:t>aise hi wahdat-e-shahood ke nazariye pe mujhe scientific nahin maloom hota. kyunke wahdat-e-shahood aur wahdat-ul-wujood mein koi khaas farq mere saamne nahin aa saka. to main yahi kahunga ke islami tareekh mein yeh do cheezein main rationally explain nahin kar saka.</w:t>
      </w:r>
    </w:p>
    <w:p>
      <w:pPr>
        <w:jc w:val="right"/>
      </w:pPr>
      <w:r>
        <w:t>ایسے ہی وحدت شہود کے نظریے پہ مجھے سائنٹیفک نہیں معلوم ہوتا۔ کیونکہ وحدت شہود اور وحدت وجود میں کوئی خاص فرق میرے سامنے نہیں آ سکا۔ تو میں یہی کہوں گا کہ اسلامی تاریخ میں یہ دو چیزیں میں ریشنلی ایکسپلین نہیں کر سکا۔</w:t>
      </w:r>
    </w:p>
    <w:p>
      <w:r>
        <w:rPr>
          <w:b/>
        </w:rPr>
        <w:t xml:space="preserve">[52:46] </w:t>
      </w:r>
      <w:r>
        <w:t>kyunke main bohat hi rationalist, rational aadmi hoon. khalq-e-quran aur wahdat-e-shahood.</w:t>
      </w:r>
    </w:p>
    <w:p>
      <w:pPr>
        <w:jc w:val="right"/>
      </w:pPr>
      <w:r>
        <w:t>کیونکہ میں بہت ہی ریشنلسٹ، ریشنل آدمی ہوں۔ خلق قرآن اور وحدت شہود۔</w:t>
      </w:r>
    </w:p>
    <w:p>
      <w:r>
        <w:rPr>
          <w:b/>
        </w:rPr>
        <w:t xml:space="preserve">[52:53] </w:t>
      </w:r>
      <w:r>
        <w:t>lekin behal, shaikh ahmad sarhindi ne wahdat-e-shahood ka nazariya pesh kiya tha is ishkal ko rafa karne ke liye ke insaan ko hum maanein khuda ka hissa to is se shirk paida hota hai.</w:t>
      </w:r>
    </w:p>
    <w:p>
      <w:pPr>
        <w:jc w:val="right"/>
      </w:pPr>
      <w:r>
        <w:t>لیکن بہرحال، شیخ احمد سرہندی نے وحدت شہود کا نظریہ پیش کیا تھا اس اشکال کو رفع کرنے کے لیے کہ انسان کو ہم مانیں خدا کا حصہ تو اس سے شرک پیدا ہوتا ہے۔</w:t>
      </w:r>
    </w:p>
    <w:p>
      <w:r>
        <w:rPr>
          <w:b/>
        </w:rPr>
        <w:t xml:space="preserve">[53:10] </w:t>
      </w:r>
      <w:r>
        <w:t>to is ko hatane ke liye unhon ne yeh nazariya pesh kiya. agarche mere nazdeek yeh ek koi sahi jawab nahin hai.</w:t>
      </w:r>
    </w:p>
    <w:p>
      <w:pPr>
        <w:jc w:val="right"/>
      </w:pPr>
      <w:r>
        <w:t>تو اس کو ہٹانے کے لیے انہوں نے یہ نظریہ پیش کیا۔ اگرچہ میرے نزدیک یہ ایک کوئی صحیح جواب نہیں ہے۔</w:t>
      </w:r>
    </w:p>
    <w:p>
      <w:r>
        <w:rPr>
          <w:b/>
        </w:rPr>
        <w:t xml:space="preserve">[53:25] </w:t>
      </w:r>
      <w:r>
        <w:t>maulana, yeh doctor owais siddiqui ne dehli se ek question kiya hai. if we can't see god, then what difference does it make if we believe in personal god or in personal god?</w:t>
      </w:r>
    </w:p>
    <w:p>
      <w:pPr>
        <w:jc w:val="right"/>
      </w:pPr>
      <w:r>
        <w:t>مولانا، یہ ڈاکٹر اویس صدیقی نے دہلی سے ایک کوئسچن کیا ہے۔ اف وی کانٹ سی گاڈ، دین واٹ ڈیفرنس ڈز اٹ میک اف وی بیلیو ان پرسنل گاڈ اور ان پرسنل گاڈ؟</w:t>
      </w:r>
    </w:p>
    <w:p>
      <w:r>
        <w:rPr>
          <w:b/>
        </w:rPr>
        <w:t xml:space="preserve">[53:40] </w:t>
      </w:r>
      <w:r>
        <w:t>kya matlab hua is ka? kyunke agar khuda ko dekh hi nahin sakte hain maulana, to kya farq padta hai ke woh personal god ho ya impersonal god ho? achha, yeh kaise ho sakta hai?</w:t>
      </w:r>
    </w:p>
    <w:p>
      <w:pPr>
        <w:jc w:val="right"/>
      </w:pPr>
      <w:r>
        <w:t>کیا مطلب ہوا اس کا؟ کیونکہ اگر خدا کو دیکھ ہی نہیں سکتے ہیں مولانا، تو کیا فرق پڑتا ہے کہ وہ پرسنل گاڈ ہو یا ان پرسنل گاڈ ہو؟ اچھا، یہ کیسے ہو سکتا ہے؟</w:t>
      </w:r>
    </w:p>
    <w:p>
      <w:r>
        <w:rPr>
          <w:b/>
        </w:rPr>
        <w:t xml:space="preserve">[53:52] </w:t>
      </w:r>
      <w:r>
        <w:t>yaani hum agar power house ko nahin dekh rahe hain to aap samjhein ke is darakht se bijli aa rahi hai to farq nahin padega. yaani reality kya hai?</w:t>
      </w:r>
    </w:p>
    <w:p>
      <w:pPr>
        <w:jc w:val="right"/>
      </w:pPr>
      <w:r>
        <w:t>یعنی ہم اگر پاور ہاؤس کو نہیں دیکھ رہے ہیں تو آپ سمجھیں کہ اس درخت سے بجلی آ رہی ہے تو فرق نہیں پڑے گا۔ یعنی ریلیٹی کیا ہے؟</w:t>
      </w:r>
    </w:p>
    <w:p>
      <w:r>
        <w:rPr>
          <w:b/>
        </w:rPr>
        <w:t xml:space="preserve">[54:02] </w:t>
      </w:r>
      <w:r>
        <w:t>masla yeh hai. bas ab farq padne ki baat nahin hai. kya maan lein ke bijli aa rahi hai darakht se to kya farq padta hai?</w:t>
      </w:r>
    </w:p>
    <w:p>
      <w:pPr>
        <w:jc w:val="right"/>
      </w:pPr>
      <w:r>
        <w:t>مسئلہ یہ ہے۔ بس اب فرق پڑنے کی بات نہیں ہے۔ کیا مان لیں کہ بجلی آ رہی ہے درخت سے تو کیا فرق پڑتا ہے؟</w:t>
      </w:r>
    </w:p>
    <w:p>
      <w:r>
        <w:rPr>
          <w:b/>
        </w:rPr>
        <w:t xml:space="preserve">[54:10] </w:t>
      </w:r>
      <w:r>
        <w:t>hum jab dekh nahin rahe hain to yaani what is yaani fact kya hai? fact real sense mein fact kya hai</w:t>
      </w:r>
    </w:p>
    <w:p>
      <w:pPr>
        <w:jc w:val="right"/>
      </w:pPr>
      <w:r>
        <w:t>ہم جب دیکھ نہیں رہے ہیں تو یعنی واٹ از یعنی فیکٹ کیا ہے؟ فیکٹ ریل سینس میں فیکٹ کیا ہے</w:t>
      </w:r>
    </w:p>
    <w:p>
      <w:r>
        <w:rPr>
          <w:b/>
        </w:rPr>
        <w:t xml:space="preserve">[54:21] </w:t>
      </w:r>
      <w:r>
        <w:t>? is ka masla hai. to yeh mera dekh ek</w:t>
      </w:r>
    </w:p>
    <w:p>
      <w:pPr>
        <w:jc w:val="right"/>
      </w:pPr>
      <w:r>
        <w:t>؟ اس کا مسئلہ ہے۔ تو یہ میرا دیکھ ایک</w:t>
      </w:r>
    </w:p>
    <w:p>
      <w:r>
        <w:rPr>
          <w:b/>
        </w:rPr>
        <w:t xml:space="preserve">[54:30] </w:t>
      </w:r>
      <w:r>
        <w:t>factual baat nahin hai. yeh hai ke hum cheezon ko maanein ke khuda ka part hain. part hain. misaal ke taur par dekhiye, khuda ko hum maanein to hum ko maanna padta hai ke khuda ke andar creation ki salahiyat hai.</w:t>
      </w:r>
    </w:p>
    <w:p>
      <w:pPr>
        <w:jc w:val="right"/>
      </w:pPr>
      <w:r>
        <w:t>فیکچول بات نہیں ہے۔ یہ ہے کہ ہم چیزوں کو مانیں کہ خدا کا پارٹ ہیں۔ پارٹ ہیں۔ مثال کے طور پر دیکھیے، خدا کو ہم مانیں تو ہم کو ماننا پڑتا ہے کہ خدا کے اندر کریشن کی صلاحیت ہے۔</w:t>
      </w:r>
    </w:p>
    <w:p>
      <w:r>
        <w:rPr>
          <w:b/>
        </w:rPr>
        <w:t xml:space="preserve">[54:47] </w:t>
      </w:r>
      <w:r>
        <w:t>khuda create kar sakta hai.</w:t>
      </w:r>
    </w:p>
    <w:p>
      <w:pPr>
        <w:jc w:val="right"/>
      </w:pPr>
      <w:r>
        <w:t>خدا کریٹ کر سکتا ہے۔</w:t>
      </w:r>
    </w:p>
    <w:p>
      <w:r>
        <w:rPr>
          <w:b/>
        </w:rPr>
        <w:t xml:space="preserve">[54:51] </w:t>
      </w:r>
      <w:r>
        <w:t>yeh maanna padega. warna khuda ko maanna be-maani hai. to khuda yaani out of nothing se thing paida karta hai.</w:t>
      </w:r>
    </w:p>
    <w:p>
      <w:pPr>
        <w:jc w:val="right"/>
      </w:pPr>
      <w:r>
        <w:t>یہ ماننا پڑے گا۔ ورنہ خدا کو ماننے بے معنی ہے۔ تو خدا یعنی آؤٹ آف نتھنگ سے تھنگ پیدا کرتا ہے۔</w:t>
      </w:r>
    </w:p>
    <w:p>
      <w:r>
        <w:rPr>
          <w:b/>
        </w:rPr>
        <w:t xml:space="preserve">[55:00] </w:t>
      </w:r>
      <w:r>
        <w:t>yeh hai creation. to jitni cheezein part hain khuda ka, un mein se kisi mein creation ka maada nahin hai. koi samundar create nahin kar sakta, koi pahad create nahin kar sakta, koi galaxy create nahin kar sakti.</w:t>
      </w:r>
    </w:p>
    <w:p>
      <w:pPr>
        <w:jc w:val="right"/>
      </w:pPr>
      <w:r>
        <w:t>یہ ہے کریشن۔ تو جتنی چیزیں پارٹ ہیں خدا کا، ان میں سے کسی میں کریشن کا مادہ نہیں ہے۔ کوئی سمندر کریٹ نہیں کر سکتا، کوئی پہاڑ کریٹ نہیں کر سکتا، کوئی گیلیکسی کریٹ نہیں کر سکتی۔</w:t>
      </w:r>
    </w:p>
    <w:p>
      <w:r>
        <w:rPr>
          <w:b/>
        </w:rPr>
        <w:t xml:space="preserve">[55:18] </w:t>
      </w:r>
      <w:r>
        <w:t>to is wajah se rationally yeh yeh nazariya qabil-e-form nahin hai ke jo jis cheezon ko hum part maante hain, part un ke andar creation ka maada hi nahin hai.</w:t>
      </w:r>
    </w:p>
    <w:p>
      <w:pPr>
        <w:jc w:val="right"/>
      </w:pPr>
      <w:r>
        <w:t>تو اس وجہ سے ریشنلی یہ یہ نظریہ قابل فارم نہیں ہے کہ جو جس چیزوں کو ہم پارٹ مانتے ہیں، پارٹ ان کے اندر کریشن کا مادہ ہی نہیں ہے۔</w:t>
      </w:r>
    </w:p>
    <w:p>
      <w:r>
        <w:rPr>
          <w:b/>
        </w:rPr>
        <w:t xml:space="preserve">[55:30] </w:t>
      </w:r>
      <w:r>
        <w:t>to part kaise hain woh? yaani jab khuda ka woh hissa hai to jis tarah khuda mein creation ka ka power hai, to cheezon mein bhi creation ka power hona chahiye.</w:t>
      </w:r>
    </w:p>
    <w:p>
      <w:pPr>
        <w:jc w:val="right"/>
      </w:pPr>
      <w:r>
        <w:t>تو پارٹ کیسے ہیں وہ؟ یعنی جب خدا کا وہ حصہ ہے تو جس طرح خدا میں کریشن کا کا پاور ہے، تو چیزوں میں بھی کریشن کا پاور ہونا چاہیے۔</w:t>
      </w:r>
    </w:p>
    <w:p>
      <w:r>
        <w:rPr>
          <w:b/>
        </w:rPr>
        <w:t xml:space="preserve">[55:42] </w:t>
      </w:r>
      <w:r>
        <w:t>yeh hai nahin.</w:t>
      </w:r>
    </w:p>
    <w:p>
      <w:pPr>
        <w:jc w:val="right"/>
      </w:pPr>
      <w:r>
        <w:t>یہ ہے نہیں۔</w:t>
      </w:r>
    </w:p>
    <w:p>
      <w:r>
        <w:rPr>
          <w:b/>
        </w:rPr>
        <w:t xml:space="preserve">[55:45] </w:t>
      </w:r>
      <w:r>
        <w:t>is wajah se dono baatein barabar nahin hain.</w:t>
      </w:r>
    </w:p>
    <w:p>
      <w:pPr>
        <w:jc w:val="right"/>
      </w:pPr>
      <w:r>
        <w:t>اس وجہ سے دونوں باتیں برابر نہیں ہیں۔</w:t>
      </w:r>
    </w:p>
    <w:p>
      <w:r>
        <w:rPr>
          <w:b/>
        </w:rPr>
        <w:t xml:space="preserve">[55:52] </w:t>
      </w:r>
      <w:r>
        <w:t>maulana, sajid anwar sahib ka mumbai se ek question aaya hai. haan, what is shirk?</w:t>
      </w:r>
    </w:p>
    <w:p>
      <w:pPr>
        <w:jc w:val="right"/>
      </w:pPr>
      <w:r>
        <w:t>مولانا، ساجد انور صاحب کا ممبئی سے ایک کوئسچن آیا ہے۔ ہاں، واٹ از شرک؟</w:t>
      </w:r>
    </w:p>
    <w:p>
      <w:r>
        <w:rPr>
          <w:b/>
        </w:rPr>
        <w:t xml:space="preserve">[56:01] </w:t>
      </w:r>
      <w:r>
        <w:t>waat is shirk? j</w:t>
      </w:r>
    </w:p>
    <w:p>
      <w:pPr>
        <w:jc w:val="right"/>
      </w:pPr>
      <w:r>
        <w:t>واٹ از شرک؟ ج</w:t>
      </w:r>
    </w:p>
    <w:p>
      <w:r>
        <w:rPr>
          <w:b/>
        </w:rPr>
        <w:t xml:space="preserve">[56:03] </w:t>
      </w:r>
      <w:r>
        <w:t>y, dekhen, is ki jo definition di jati hai, woh yeh hai ke</w:t>
      </w:r>
    </w:p>
    <w:p>
      <w:pPr>
        <w:jc w:val="right"/>
      </w:pPr>
      <w:r>
        <w:t>ی، دیکھیں، اس کی جو ڈیفینیشن دی جاتی ہے، وہ یہ ہے کہ</w:t>
      </w:r>
    </w:p>
    <w:p>
      <w:r>
        <w:rPr>
          <w:b/>
        </w:rPr>
        <w:t xml:space="preserve">[56:13] </w:t>
      </w:r>
      <w:r>
        <w:t>khuda ki jo attributes hain, attributes in attributes se hum kisi aur ko wohi darja dene lage</w:t>
      </w:r>
    </w:p>
    <w:p>
      <w:pPr>
        <w:jc w:val="right"/>
      </w:pPr>
      <w:r>
        <w:t>خدا کی جو ایٹریبیوٹس ہیں، ایٹریبیوٹس ان ایٹریبیوٹس سے ہم کسی اور کو وہی درجہ دینے لگے</w:t>
      </w:r>
    </w:p>
    <w:p>
      <w:r>
        <w:rPr>
          <w:b/>
        </w:rPr>
        <w:t xml:space="preserve">[56:27] </w:t>
      </w:r>
      <w:r>
        <w:t>ke khuda mislan kheti ugata hai, kheti ugata hai to hum kisi aur ko maan lein ke woh khud hi ugata hai.</w:t>
      </w:r>
    </w:p>
    <w:p>
      <w:pPr>
        <w:jc w:val="right"/>
      </w:pPr>
      <w:r>
        <w:t>کہ خدا مثلاً کھیتی اگاتا ہے، کھیتی اگاتا ہے تو ہم کسی اور کو مان لیں کہ وہ خود ہی اگاتا ہے۔</w:t>
      </w:r>
    </w:p>
    <w:p>
      <w:r>
        <w:rPr>
          <w:b/>
        </w:rPr>
        <w:t xml:space="preserve">[56:38] </w:t>
      </w:r>
      <w:r>
        <w:t>khuda barish barsata hai, hum kisi aur ko maan lein ke khuda barish barsata hai.</w:t>
      </w:r>
    </w:p>
    <w:p>
      <w:pPr>
        <w:jc w:val="right"/>
      </w:pPr>
      <w:r>
        <w:t>خدا بارش برساتا ہے، ہم کسی اور کو مان لیں کہ خدا بارش برساتا ہے۔</w:t>
      </w:r>
    </w:p>
    <w:p>
      <w:r>
        <w:rPr>
          <w:b/>
        </w:rPr>
        <w:t xml:space="preserve">[56:42] </w:t>
      </w:r>
      <w:r>
        <w:t>woh to khuda ke siwa kisi aur ko woh attribute jo khuda ki hain, us ka darja de dein.</w:t>
      </w:r>
    </w:p>
    <w:p>
      <w:pPr>
        <w:jc w:val="right"/>
      </w:pPr>
      <w:r>
        <w:t>وہ تو خدا کے سوا کسی اور کو وہ ایٹریبیوٹ جو خدا کی ہیں، اس کا درجہ دے دیں۔</w:t>
      </w:r>
    </w:p>
    <w:p>
      <w:r>
        <w:rPr>
          <w:b/>
        </w:rPr>
        <w:t xml:space="preserve">[56:51] </w:t>
      </w:r>
      <w:r>
        <w:t>yeh shirk hai. kyunke hamara aqeeda yeh hai ke ke creation sirf khuda ka hissa hai.</w:t>
      </w:r>
    </w:p>
    <w:p>
      <w:pPr>
        <w:jc w:val="right"/>
      </w:pPr>
      <w:r>
        <w:t>یہ شرک ہے۔ کیونکہ ہمارا عقیدہ یہ ہے کہ کہ کریشن صرف خدا کا حصہ ہے۔</w:t>
      </w:r>
    </w:p>
    <w:p>
      <w:r>
        <w:rPr>
          <w:b/>
        </w:rPr>
        <w:t xml:space="preserve">[57:03] </w:t>
      </w:r>
      <w:r>
        <w:t>to kisi aur ko maan lein ke is ko create kar sakta hai. to yeh shirk ho gaya. to is attribute, yeh attribute ke silsile mein hot</w:t>
      </w:r>
    </w:p>
    <w:p>
      <w:pPr>
        <w:jc w:val="right"/>
      </w:pPr>
      <w:r>
        <w:t>تو کسی اور کو مان لیں کہ اس کو کریٹ کر سکتا ہے۔ تو یہ شرک ہو گیا۔ تو اس ایٹریبیوٹ، یہ ایٹریبیوٹ کے سلسلے میں ہوت</w:t>
      </w:r>
    </w:p>
    <w:p>
      <w:r>
        <w:rPr>
          <w:b/>
        </w:rPr>
        <w:t xml:space="preserve">[57:15] </w:t>
      </w:r>
      <w:r>
        <w:t>a hai jo khuda ke attributes hain, jo sirf sifaat hain. to woh koi doosre mein woh sifaat maujood nahin hain, woh sirf khuda mein hain maujood.</w:t>
      </w:r>
    </w:p>
    <w:p>
      <w:pPr>
        <w:jc w:val="right"/>
      </w:pPr>
      <w:r>
        <w:t>ا ہے جو خدا کے ایٹریبیوٹس ہیں، جو صرف صفات ہیں۔ تو وہ کوئی دوسرے میں وہ صفات موجود نہیں ہیں، وہ صرف خدا میں ہیں موجود۔</w:t>
      </w:r>
    </w:p>
    <w:p>
      <w:r>
        <w:rPr>
          <w:b/>
        </w:rPr>
        <w:t xml:space="preserve">[57:29] </w:t>
      </w:r>
      <w:r>
        <w:t>yeh yeh shirk hai. aur is ka yani is ka ek zahiri pehlu yeh hai quran mein ke woh minan nas man yattakhiz andadan yuhibbun billahi walladhina amanu ashhad billah.</w:t>
      </w:r>
    </w:p>
    <w:p>
      <w:pPr>
        <w:jc w:val="right"/>
      </w:pPr>
      <w:r>
        <w:t>یہ یہ شرک ہے۔ اور اس کا یعنی اس کا ایک ظاہری پہلو یہ ہے قرآن میں کہ وہ من الناس من یتخذ اندادا یحبون باللہ والذین آمنوا اشھد باللہ۔</w:t>
      </w:r>
    </w:p>
    <w:p>
      <w:r>
        <w:rPr>
          <w:b/>
        </w:rPr>
        <w:t xml:space="preserve">[57:50] </w:t>
      </w:r>
      <w:r>
        <w:t>yani jo log shirk ka aqeeda rakhe hain, woh kisi na kisi ko zid banayenge.</w:t>
      </w:r>
    </w:p>
    <w:p>
      <w:pPr>
        <w:jc w:val="right"/>
      </w:pPr>
      <w:r>
        <w:t>یعنی جو لوگ شرک کا عقیدہ رکھے ہیں، وہ کسی نہ کسی کو ضد بنائیں گے۔</w:t>
      </w:r>
    </w:p>
    <w:p>
      <w:r>
        <w:rPr>
          <w:b/>
        </w:rPr>
        <w:t xml:space="preserve">[57:57] </w:t>
      </w:r>
      <w:r>
        <w:t>yani bilkul fitri tor par hota hai ke woh zid banate hain. mislan yeh hai ke agar hum maanein ke barish sirf khuda barsata hai to hamara jo talluq hoga, woh Allah se hoga.</w:t>
      </w:r>
    </w:p>
    <w:p>
      <w:pPr>
        <w:jc w:val="right"/>
      </w:pPr>
      <w:r>
        <w:t>یعنی بالکل فطری طور پر ہوتا ہے کہ وہ ضد بناتے ہیں۔ مثلاً یہ ہے کہ اگر ہم مانیں کہ بارش صرف خدا برساتا ہے تو ہمارا جو تعلق ہوگا، وہ اللہ سے ہوگا۔</w:t>
      </w:r>
    </w:p>
    <w:p>
      <w:r>
        <w:rPr>
          <w:b/>
        </w:rPr>
        <w:t xml:space="preserve">[58:09] </w:t>
      </w:r>
      <w:r>
        <w:t>is mein hai ke ke aise log hain jo Allah ka naz mani equal kisi ko koi kal banate hain aur us se woh mohabbat karte hain jo Allah se karna chahiye.</w:t>
      </w:r>
    </w:p>
    <w:p>
      <w:pPr>
        <w:jc w:val="right"/>
      </w:pPr>
      <w:r>
        <w:t>اس میں ہے کہ کہ ایسے لوگ ہیں جو اللہ کا ند معنی ایکول کسی کو کوئی کل بناتے ہیں اور اس سے وہ محبت کرتے ہیں جو اللہ سے کرنا چاہیے۔</w:t>
      </w:r>
    </w:p>
    <w:p>
      <w:r>
        <w:rPr>
          <w:b/>
        </w:rPr>
        <w:t xml:space="preserve">[58:24] </w:t>
      </w:r>
      <w:r>
        <w:t>to jab aap kisi ko naz banayenge, yani equal banayenge to fitri tor par aisa hoga ke us se mohabbat bhi aa jayegi aap ko. aap yaqeen karein ke barish barsata hai koi aur, us se mohabbat aa jayegi ke us se barish barsai itni bari blessing hamari.</w:t>
      </w:r>
    </w:p>
    <w:p>
      <w:pPr>
        <w:jc w:val="right"/>
      </w:pPr>
      <w:r>
        <w:t>تو جب آپ کسی کو ند بنائیں گے، یعنی ایکول بنائیں گے تو فطری طور پر ایسا ہوگا کہ اس سے محبت بھی آ جائے گی آپ کو۔ آپ یقین کریں کہ بارش برساتا ہے کوئی اور، اس سے محبت آ جائے گی کہ اس سے بارش برسائی اتنی بڑی بلیسنگ ہماری۔</w:t>
      </w:r>
    </w:p>
    <w:p>
      <w:r>
        <w:rPr>
          <w:b/>
        </w:rPr>
        <w:t xml:space="preserve">[58:43] </w:t>
      </w:r>
      <w:r>
        <w:t>to do baatein maine kaheen. ek yeh hai ke aqeede ke aitbar se shirk yeh hai ke khuda ke kisi attribute ko, sifaat ko hum Allah ke siwa insaan ko maanein ke us ke andar hi yeh attribute hai.</w:t>
      </w:r>
    </w:p>
    <w:p>
      <w:pPr>
        <w:jc w:val="right"/>
      </w:pPr>
      <w:r>
        <w:t>تو دو باتیں میں نے کہیں۔ ایک یہ ہے کہ عقیدے کے اعتبار سے شرک یہ ہے کہ خدا کے کسی ایٹریبیوٹ کو، صفات کو ہم اللہ کے سوا انسان کو مانیں کہ اس کے اندر ہی یہ ایٹریبیوٹ ہے۔</w:t>
      </w:r>
    </w:p>
    <w:p>
      <w:r>
        <w:rPr>
          <w:b/>
        </w:rPr>
        <w:t xml:space="preserve">[59:04] </w:t>
      </w:r>
      <w:r>
        <w:t>doosri baat yeh hai ke jab aap kisi aur ko woh darja denge jis ko quran ka lafzon mein naz banana, equal banana, us se aap ko mohabbat mohabbat paida hogi.</w:t>
      </w:r>
    </w:p>
    <w:p>
      <w:pPr>
        <w:jc w:val="right"/>
      </w:pPr>
      <w:r>
        <w:t>دوسری بات یہ ہے کہ جب آپ کسی اور کو وہ درجہ دیں گے جس کو قرآن کا لفظوں میں ند بنانا، ایکول بنانا، اس سے آپ کو محبت محبت پیدا ہوگی۔</w:t>
      </w:r>
    </w:p>
    <w:p>
      <w:r>
        <w:rPr>
          <w:b/>
        </w:rPr>
        <w:t xml:space="preserve">[59:18] </w:t>
      </w:r>
      <w:r>
        <w:t>to yeh khuda wali mohabbat kisi aur se karna, yeh shirk ban jayega. Maulana, yeh comment aaya hai Maulana Iqbal Umri sahib ka Tamil Nadu se.</w:t>
      </w:r>
    </w:p>
    <w:p>
      <w:pPr>
        <w:jc w:val="right"/>
      </w:pPr>
      <w:r>
        <w:t>تو یہ خدا والی محبت کسی اور سے کرنا، یہ شرک بن جائے گا۔ مولانا، یہ کمنٹ آیا ہے مولانا اقبال عمری صاحب کا تمل ناٹ سے۔</w:t>
      </w:r>
    </w:p>
    <w:p>
      <w:r>
        <w:rPr>
          <w:b/>
        </w:rPr>
        <w:t xml:space="preserve">[59:33] </w:t>
      </w:r>
      <w:r>
        <w:t>Maulana tadabbur ek musalsal ibadat hai aur yahi mankind ki speciality hai. aaj maloom hua. jazak Allah khaira.</w:t>
      </w:r>
    </w:p>
    <w:p>
      <w:pPr>
        <w:jc w:val="right"/>
      </w:pPr>
      <w:r>
        <w:t>مولانا تدبر ایک مسلسل عبادت ہے اور یہی مین کائنڈ کی اسپیشلٹی ہے۔ آج معلوم ہوا۔ جزاک اللہ خیرا۔</w:t>
      </w:r>
    </w:p>
    <w:p>
      <w:r>
        <w:rPr>
          <w:b/>
        </w:rPr>
        <w:t xml:space="preserve">[59:43] </w:t>
      </w:r>
      <w:r>
        <w:t>Masha Allah. aur Maulana Yaqoob Umri sahib sawal kar rahe hain Delhi se. Maulana, intellectual satisfaction ke bawajood ek daai baakh hota hai.</w:t>
      </w:r>
    </w:p>
    <w:p>
      <w:pPr>
        <w:jc w:val="right"/>
      </w:pPr>
      <w:r>
        <w:t>ماشاءاللہ۔ اور مولانا یعقوب عمری صاحب سوال کر رہے ہیں دہلی سے۔ مولانا، انٹلیکچول سیٹسفیکشن کے باوجود ایک داعی باخ ہوتا ہے۔</w:t>
      </w:r>
    </w:p>
    <w:p>
      <w:r>
        <w:rPr>
          <w:b/>
        </w:rPr>
        <w:t xml:space="preserve">[59:55] </w:t>
      </w:r>
      <w:r>
        <w:t>haan, to in dono mein kya farq hai? wazeh karein.</w:t>
      </w:r>
    </w:p>
    <w:p>
      <w:pPr>
        <w:jc w:val="right"/>
      </w:pPr>
      <w:r>
        <w:t>ہاں، تو ان دونوں میں کیا فرق ہے؟ واضح کریں۔</w:t>
      </w:r>
    </w:p>
    <w:p>
      <w:r>
        <w:rPr>
          <w:b/>
        </w:rPr>
        <w:t xml:space="preserve">[1:00:00] </w:t>
      </w:r>
      <w:r>
        <w:t>baakh ka mani hota hai bohat ziyada dard mand ho jana insaan ke liye. to dekhiye, baakh jo hai yani insaan ki hidayat ke liye dard mand hona, woh shafqat ka muzahira hai,</w:t>
      </w:r>
    </w:p>
    <w:p>
      <w:pPr>
        <w:jc w:val="right"/>
      </w:pPr>
      <w:r>
        <w:t>باخ کا معنی ہوتا ہے بہت زیادہ درد مند ہو جانا انسان کے لیے۔ تو دیکھیے، باخ جو ہے یعنی انسان کی ہدایت کے لیے درد مند ہونا، وہ شفقت کا مظاہرہ ہے،</w:t>
      </w:r>
    </w:p>
    <w:p>
      <w:r>
        <w:rPr>
          <w:b/>
        </w:rPr>
        <w:t xml:space="preserve">[1:00:15] </w:t>
      </w:r>
      <w:r>
        <w:t>shafqat ka izhaar hai. aur intellectual satisfaction jo hai, woh explanation ka izhaar hai.</w:t>
      </w:r>
    </w:p>
    <w:p>
      <w:pPr>
        <w:jc w:val="right"/>
      </w:pPr>
      <w:r>
        <w:t>شفقت کا اظہار ہے۔ اور انٹلیکچول سیٹسفیکشن جو ہے، وہ ایکسپلینیشن کا اظہار ہے۔</w:t>
      </w:r>
    </w:p>
    <w:p>
      <w:r>
        <w:rPr>
          <w:b/>
        </w:rPr>
        <w:t xml:space="preserve">[1:00:23] </w:t>
      </w:r>
      <w:r>
        <w:t>jab aap sari jo sari jo kainat hai, sari waqiyat hain, un sab ko explain kar lein to aap ko intellectual satisfaction milta hai.</w:t>
      </w:r>
    </w:p>
    <w:p>
      <w:pPr>
        <w:jc w:val="right"/>
      </w:pPr>
      <w:r>
        <w:t>جب آپ ساری جو ساری جو کائنات ہے، ساری واقعات ہیں، ان سب کو ایکسپلین کر لیں تو آپ کو انٹلیکچول سیٹسفیکشن ملتا ہے۔</w:t>
      </w:r>
    </w:p>
    <w:p>
      <w:r>
        <w:rPr>
          <w:b/>
        </w:rPr>
        <w:t xml:space="preserve">[1:00:36] </w:t>
      </w:r>
      <w:r>
        <w:t>lekin jab aap daai hon aur logon ko batayein ke yeh sachai hai, woh na maanein to aap ka dard mand dil jo hai, us par baakh ban jayega.</w:t>
      </w:r>
    </w:p>
    <w:p>
      <w:pPr>
        <w:jc w:val="right"/>
      </w:pPr>
      <w:r>
        <w:t>لیکن جب آپ داعی ہوں اور لوگوں کو بتائیں کہ یہ سچائی ہے، وہ نہ مانیں تو آپ کا درد مند دل جو ہے، اس پر باخ بن جائے گا۔</w:t>
      </w:r>
    </w:p>
    <w:p>
      <w:r>
        <w:rPr>
          <w:b/>
        </w:rPr>
        <w:t xml:space="preserve">[1:00:48] </w:t>
      </w:r>
      <w:r>
        <w:t>to dono alag alag cheezein hain, dono koi takrao nahin hai.</w:t>
      </w:r>
    </w:p>
    <w:p>
      <w:pPr>
        <w:jc w:val="right"/>
      </w:pPr>
      <w:r>
        <w:t>تو دونوں الگ الگ چیزیں ہیں، دونوں کوئی ٹکراؤ نہیں ہے۔</w:t>
      </w:r>
    </w:p>
    <w:p>
      <w:r>
        <w:rPr>
          <w:b/>
        </w:rPr>
        <w:t xml:space="preserve">[1:00:55] </w:t>
      </w:r>
      <w:r>
        <w:t>janab abdul basit sahib sawal kar rahe hain, unhon ne apni location nahi likhi hai. kya baghair nabi ki hidayat ke insan tadabbur kar ke kamyab ho sakta hai?</w:t>
      </w:r>
    </w:p>
    <w:p>
      <w:pPr>
        <w:jc w:val="right"/>
      </w:pPr>
      <w:r>
        <w:t>جناب عبدالباسط صاحب سوال کر رہے ہیں، انہوں نے اپنی لوکیشن نہیں لکھی ہے۔ کیا بغیر نبی کی ہدایت کے انسان تدبر کر کے کامیاب ہو سکتا ہے؟</w:t>
      </w:r>
    </w:p>
    <w:p>
      <w:r>
        <w:rPr>
          <w:b/>
        </w:rPr>
        <w:t xml:space="preserve">[1:01:07] </w:t>
      </w:r>
      <w:r>
        <w:t>nahi, kabhi bhi nahi. yeh to koi bhi nahi manta, na main manta, na koi manta. kyunke kahin na kahin bhatak jayega.</w:t>
      </w:r>
    </w:p>
    <w:p>
      <w:pPr>
        <w:jc w:val="right"/>
      </w:pPr>
      <w:r>
        <w:t>نہیں، کبھی بھی نہیں۔ یہ تو کوئی بھی نہیں مانتا، نہ میں مانتا، نہ کوئی مانتا۔ کیونکہ کہیں نہ کہیں بھٹک جائے گا۔</w:t>
      </w:r>
    </w:p>
    <w:p>
      <w:r>
        <w:rPr>
          <w:b/>
        </w:rPr>
        <w:t xml:space="preserve">[1:01:17] </w:t>
      </w:r>
      <w:r>
        <w:t>nabi ke zariye hum ko jo hidayat mili hai, us ki guidance agar hum chhod dein to kahin na kahin insan bhatak jayega. misaal ke taur par dekhiye, quran mein hai ke "wa ma utina min al-ilm illa qalila".</w:t>
      </w:r>
    </w:p>
    <w:p>
      <w:pPr>
        <w:jc w:val="right"/>
      </w:pPr>
      <w:r>
        <w:t>نبی کے ذریعے ہم کو جو ہدایت ملی ہے، اس کی گائیڈنس اگر ہم چھوڑ دیں تو کہیں نہ کہیں انسان بھٹک جائے گا۔ مثال کے طور پر دیکھیے، قرآن میں ہے کہ "وما اوتیتم من العلم الا قلیلا"۔</w:t>
      </w:r>
    </w:p>
    <w:p>
      <w:r>
        <w:rPr>
          <w:b/>
        </w:rPr>
        <w:t xml:space="preserve">[1:01:33] </w:t>
      </w:r>
      <w:r>
        <w:t>tum ko ilm qalil diya gaya hai. falasfae is mamle mein bhatak gaye. woh falasfae tamam falasifa yeh samajhte rahe ke hum soch bichar ke zariye sari sachai jaan sakte hain.</w:t>
      </w:r>
    </w:p>
    <w:p>
      <w:pPr>
        <w:jc w:val="right"/>
      </w:pPr>
      <w:r>
        <w:t>تم کو علم قلیل دیا گیا ہے۔ فلاسفائے اس معاملے میں بھٹک گئے۔ وہ فلاسفائے تمام فلاسفر یہ سمجھتے رہے کہ ہم سوچ بچار کے ذریعے ساری سچائی جان سکتے ہیں۔</w:t>
      </w:r>
    </w:p>
    <w:p>
      <w:r>
        <w:rPr>
          <w:b/>
        </w:rPr>
        <w:t xml:space="preserve">[1:01:47] </w:t>
      </w:r>
      <w:r>
        <w:t>is baat ko unhon ne chhod diya manna ke insan ki limitations hain. insan ki limitations hain, un ki aqal jo hai ek limit tak kaam karti hai.</w:t>
      </w:r>
    </w:p>
    <w:p>
      <w:pPr>
        <w:jc w:val="right"/>
      </w:pPr>
      <w:r>
        <w:t>اس بات کو انہوں نے چھوڑ دیا ماننا کہ انسان کی لیمیٹیشنز ہیں۔ انسان کی لیمیٹیشنز ہیں، ان کی عقل جو ہے ایک لمٹ تک کام کرتی ہے۔</w:t>
      </w:r>
    </w:p>
    <w:p>
      <w:r>
        <w:rPr>
          <w:b/>
        </w:rPr>
        <w:t xml:space="preserve">[1:02:00] </w:t>
      </w:r>
      <w:r>
        <w:t>misalan yani</w:t>
      </w:r>
    </w:p>
    <w:p>
      <w:pPr>
        <w:jc w:val="right"/>
      </w:pPr>
      <w:r>
        <w:t>مثلاً یعنی</w:t>
      </w:r>
    </w:p>
    <w:p>
      <w:r>
        <w:rPr>
          <w:b/>
        </w:rPr>
        <w:t xml:space="preserve">[1:02:04] </w:t>
      </w:r>
      <w:r>
        <w:t>bayan, yani bayan special time, hum nahi jate, nahi ja sakte. unhon ne chaha ke sab cheez</w:t>
      </w:r>
    </w:p>
    <w:p>
      <w:pPr>
        <w:jc w:val="right"/>
      </w:pPr>
      <w:r>
        <w:t>بیان، یعنی بیان اسپیشل ٹائم، ہم نہیں جاتے، نہیں جا سکتے۔ انہوں نے چاہا کہ سب چیز</w:t>
      </w:r>
    </w:p>
    <w:p>
      <w:r>
        <w:rPr>
          <w:b/>
        </w:rPr>
        <w:t xml:space="preserve">[1:02:13] </w:t>
      </w:r>
      <w:r>
        <w:t>ko hum jaan lein. yani bayan special time jo hai, woh bhi aur jo doosri cheezein hain, woh bhi. to falasifers is ki misal hain ke nabi ki rehnumai ke baghair agar aadmi tadabbur karega to bhatkega.</w:t>
      </w:r>
    </w:p>
    <w:p>
      <w:pPr>
        <w:jc w:val="right"/>
      </w:pPr>
      <w:r>
        <w:t>کو ہم جان لیں۔ یعنی بیان اسپیشل ٹائم جو ہے، وہ بھی اور جو دوسری چیزیں ہیں، وہ بھی۔ تو فلاسفرز اس کی مثال ہیں کہ نبی کی رہنمائی کے بغیر اگر آدمی تدبر کرے گا تو بھٹکے گا۔</w:t>
      </w:r>
    </w:p>
    <w:p>
      <w:r>
        <w:rPr>
          <w:b/>
        </w:rPr>
        <w:t xml:space="preserve">[1:02:31] </w:t>
      </w:r>
      <w:r>
        <w:t>woh</w:t>
      </w:r>
    </w:p>
    <w:p>
      <w:pPr>
        <w:jc w:val="right"/>
      </w:pPr>
      <w:r>
        <w:t>وہ</w:t>
      </w:r>
    </w:p>
    <w:p>
      <w:r>
        <w:rPr>
          <w:b/>
        </w:rPr>
        <w:t xml:space="preserve">[1:02:34] </w:t>
      </w:r>
      <w:r>
        <w:t>achha, doosri misal yeh hai ke science ne is baat ko daryaft kiya, yani secular level par ke secular level par ise etaraf kiya science ne ke ke scientific soch ki limitations hain.</w:t>
      </w:r>
    </w:p>
    <w:p>
      <w:pPr>
        <w:jc w:val="right"/>
      </w:pPr>
      <w:r>
        <w:t>اچھا، دوسری مثال یہ ہے کہ سائنس نے اس بات کو دریافت کیا، یعنی سیکولر لیول پر کہ سیکولر لیول پر اسے اعتراف کیا سائنس نے کہ کہ اس کہ سائنٹیفک سوچ کی لیمیٹیشنز ہیں۔</w:t>
      </w:r>
    </w:p>
    <w:p>
      <w:r>
        <w:rPr>
          <w:b/>
        </w:rPr>
        <w:t xml:space="preserve">[1:02:55] </w:t>
      </w:r>
      <w:r>
        <w:t>scientific soch ki limitations hain. ek limit se zyada hum nahi samajh sakte.</w:t>
      </w:r>
    </w:p>
    <w:p>
      <w:pPr>
        <w:jc w:val="right"/>
      </w:pPr>
      <w:r>
        <w:t>سائنٹیفک سوچ کی لیمیٹیشنز ہیں۔ ایک لمٹ سے زیادہ ہم نہیں سمجھ سکتے۔</w:t>
      </w:r>
    </w:p>
    <w:p>
      <w:r>
        <w:rPr>
          <w:b/>
        </w:rPr>
        <w:t xml:space="preserve">[1:03:00] </w:t>
      </w:r>
      <w:r>
        <w:t>misalan special time ke bayan hum kuch nahi samajh sakte. chacha solyoun ki jo kitab hai, uska khulasa yeh hai ke "science gives us but a partial knowledge of reality".</w:t>
      </w:r>
    </w:p>
    <w:p>
      <w:pPr>
        <w:jc w:val="right"/>
      </w:pPr>
      <w:r>
        <w:t>مثلاً اسپیشل ٹائم کے بیان ہم کچھ نہیں سمجھ سکتے۔ چاچا سولیون کی جو کتاب ہے، اس کا خلاصہ یہ ہے کہ "سائنس گیوز اس بٹ اے پارشل نالج اف ریلیٹی"۔</w:t>
      </w:r>
    </w:p>
    <w:p>
      <w:r>
        <w:rPr>
          <w:b/>
        </w:rPr>
        <w:t xml:space="preserve">[1:03:15] </w:t>
      </w:r>
      <w:r>
        <w:t>to science ne limitations ka etaraf kiya to bohat si cheezein daryaft kar li hoti hain. aur falasifers ne is ko nahi mana to falasifers ka history mein koi karname nahi, siwaye confusion ke.</w:t>
      </w:r>
    </w:p>
    <w:p>
      <w:pPr>
        <w:jc w:val="right"/>
      </w:pPr>
      <w:r>
        <w:t>تو سائنس نے لیمیٹیشنز کا اعتراف کیا تو بہت سی چیزیں دریافت کر لی ہوتی ہیں۔ اور فلاسفرز نے اس کو نہیں مانا تو فلاسفرز کا ہسٹری میں کوئی کارنامہ نہیں، سوائے کنفیوژن کے۔</w:t>
      </w:r>
    </w:p>
    <w:p>
      <w:r>
        <w:rPr>
          <w:b/>
        </w:rPr>
        <w:t xml:space="preserve">[1:03:33] </w:t>
      </w:r>
      <w:r>
        <w:t>maulana, kya reason hai ke quran aur hadith mein Allah ko ek central point diya gaya hai? haan, center hai Allah. is ke bawajood hum dekhte hain ke ulama jo qadeem aur jadeed dono hain, is mein bohat zyada Allah ke talluq se ikhtilaf paya jata hai.</w:t>
      </w:r>
    </w:p>
    <w:p>
      <w:pPr>
        <w:jc w:val="right"/>
      </w:pPr>
      <w:r>
        <w:t>مولانا، کیا ریزن ہے کہ قرآن اور حدیث میں اللہ کو ایک سینٹرل پوائنٹ دیا گیا ہے؟ ہاں، سینٹر ہے اللہ۔ اس کے باوجود ہم دیکھتے ہیں کہ علماء جو قدیم اور جدید دونوں ہیں، اس میں بہت زیادہ اللہ کے تعلق سے اختلاف پایا جاتا ہے۔</w:t>
      </w:r>
    </w:p>
    <w:p>
      <w:r>
        <w:rPr>
          <w:b/>
        </w:rPr>
        <w:t xml:space="preserve">[1:03:48] </w:t>
      </w:r>
      <w:r>
        <w:t>kuch log behtar to shuhud ke qail hain. to is type ki cheezein hone ki wajah kya hai? dekhiye, ikhtilaf hamesha rahega.</w:t>
      </w:r>
    </w:p>
    <w:p>
      <w:pPr>
        <w:jc w:val="right"/>
      </w:pPr>
      <w:r>
        <w:t>کچھ لوگ بہتر تو شہود کے قائل ہیں۔ تو اس ٹائپ کی چیزیں ہونے کی وجہ کیا ہے؟ دیکھیے، اختلاف ہمیشہ رہے گا۔</w:t>
      </w:r>
    </w:p>
    <w:p>
      <w:r>
        <w:rPr>
          <w:b/>
        </w:rPr>
        <w:t xml:space="preserve">[1:03:59] </w:t>
      </w:r>
      <w:r>
        <w:t>yani quran mein deen ke bare mein rasool Allah ne farmaya ke "la ilaha illallah". akhirat tak baatein bata di gayi hain.</w:t>
      </w:r>
    </w:p>
    <w:p>
      <w:pPr>
        <w:jc w:val="right"/>
      </w:pPr>
      <w:r>
        <w:t>یعنی قرآن میں دین کے بارے میں رسول اللہ نے فرمایا کہ "لا لوا کا نعرہ"۔ آخرت تک باتیں بتا دی گئی ہیں۔</w:t>
      </w:r>
    </w:p>
    <w:p>
      <w:r>
        <w:rPr>
          <w:b/>
        </w:rPr>
        <w:t xml:space="preserve">[1:04:11] </w:t>
      </w:r>
      <w:r>
        <w:t>lekin insan ke andar jo freedom hai, freedom, is freedom ki wajah se insan ko yeh bhi mauqa hai ke woh is ko misuse kare.</w:t>
      </w:r>
    </w:p>
    <w:p>
      <w:pPr>
        <w:jc w:val="right"/>
      </w:pPr>
      <w:r>
        <w:t>لیکن انسان کے اندر جو فریڈم ہے، فریڈم، اس فریڈم کی وجہ سے انسان کو یہ بھی موقع ہے کہ وہ اس کو مس یوز کرے۔</w:t>
      </w:r>
    </w:p>
    <w:p>
      <w:r>
        <w:rPr>
          <w:b/>
        </w:rPr>
        <w:t xml:space="preserve">[1:04:19] </w:t>
      </w:r>
      <w:r>
        <w:t>freedom ko ikhtilaf, ikhtilaf jo hai, woh is ka jo source hai, woh hai freedom.</w:t>
      </w:r>
    </w:p>
    <w:p>
      <w:pPr>
        <w:jc w:val="right"/>
      </w:pPr>
      <w:r>
        <w:t>فریڈم کو اختلاف، اختلاف جو ہے، وہ اس کا جو سورس ہے، وہ ہے فریڈم۔</w:t>
      </w:r>
    </w:p>
    <w:p>
      <w:r>
        <w:rPr>
          <w:b/>
        </w:rPr>
        <w:t xml:space="preserve">[1:04:29] </w:t>
      </w:r>
      <w:r>
        <w:t>ab freedom na ho to koi ikhtilaf hi nahi hoga. jaise jungle mein koi ikhtilaf nahi, animal mein koi ikhtilaf nahi,</w:t>
      </w:r>
    </w:p>
    <w:p>
      <w:pPr>
        <w:jc w:val="right"/>
      </w:pPr>
      <w:r>
        <w:t>اب فریڈم نہ ہو تو کوئی اختلاف ہی نہیں ہوگا۔ جیسے جنگل میں کوئی اختلاف نہیں، اینیمل میں کوئی اختلاف نہیں،</w:t>
      </w:r>
    </w:p>
    <w:p>
      <w:r>
        <w:rPr>
          <w:b/>
        </w:rPr>
        <w:t xml:space="preserve">[1:04:39] </w:t>
      </w:r>
      <w:r>
        <w:t>sughar mein koi ikhtilaf nahi, kyunke wahan par freedom nahi hai. to freedom ko jab jab aap freedom denge to insan ko yeh bhi mil gaya haq ke woh apni freedom ko misuse kare.</w:t>
      </w:r>
    </w:p>
    <w:p>
      <w:pPr>
        <w:jc w:val="right"/>
      </w:pPr>
      <w:r>
        <w:t>صغار میں کوئی اختلاف نہیں، کیونکہ وہاں پر فریڈم نہیں ہے۔ تو فریڈم کو جب جب آپ فریڈم دیں گے تو انسان کو یہ بھی مل گیا حق کہ وہ اپنی فریڈم کو مس یوز کرے۔</w:t>
      </w:r>
    </w:p>
    <w:p>
      <w:r>
        <w:rPr>
          <w:b/>
        </w:rPr>
        <w:t xml:space="preserve">[1:04:53] </w:t>
      </w:r>
      <w:r>
        <w:t>to yahi to yani sab se bada insan ka karname hai Allah ki nazar mein ke freedom ke bawajood woh misuse na kare.</w:t>
      </w:r>
    </w:p>
    <w:p>
      <w:pPr>
        <w:jc w:val="right"/>
      </w:pPr>
      <w:r>
        <w:t>تو یہی تو یعنی سب سے بڑا انسان کا کارنامہ ہے اللہ کی نظر میں کہ فریڈم کے باوجود وہ مس یوز نہ کرے۔</w:t>
      </w:r>
    </w:p>
    <w:p>
      <w:r>
        <w:rPr>
          <w:b/>
        </w:rPr>
        <w:t xml:space="preserve">[1:05:03] </w:t>
      </w:r>
      <w:r>
        <w:t>freedom ko yahi hai taqwa. taqwa ki definition yahi hai ke aadmi freedom rakhne ke bawajood freedom ko misuse na kare.</w:t>
      </w:r>
    </w:p>
    <w:p>
      <w:pPr>
        <w:jc w:val="right"/>
      </w:pPr>
      <w:r>
        <w:t>فریڈم کو یہی ہے تقویٰ۔ تقویٰ کی تعریف یہی ہے کہ آدمی فریڈم رکھنے کے باوجود فریڈم کو مس یوز نہ کرے۔</w:t>
      </w:r>
    </w:p>
    <w:p>
      <w:r>
        <w:rPr>
          <w:b/>
        </w:rPr>
        <w:t xml:space="preserve">[1:05:19] </w:t>
      </w:r>
      <w:r>
        <w:t>yeh taqwa hai. to theek hai, jazakumullah. aaj ka program yahi khatm hota hai.</w:t>
      </w:r>
    </w:p>
    <w:p>
      <w:pPr>
        <w:jc w:val="right"/>
      </w:pPr>
      <w:r>
        <w:t>یہ تقویٰ ہے۔ تو ٹھیک ہے، جزاکم اللہ۔ آج کا پروگرام یہی ختم ہوتا ہے۔</w:t>
      </w:r>
    </w:p>
    <w:p>
      <w:r>
        <w:rPr>
          <w:b/>
        </w:rPr>
        <w:t xml:space="preserve">[1:05:27] </w:t>
      </w:r>
      <w:r>
        <w:t>hum aap sab logon ke liye dua karte hain ke aap ka yahan is program mein shirkat karna Allah ke qabool farmaye aur aap ko is se deen ka rizq ata kare.</w:t>
      </w:r>
    </w:p>
    <w:p>
      <w:pPr>
        <w:jc w:val="right"/>
      </w:pPr>
      <w:r>
        <w:t>ہم آپ سب لوگوں کے لیے دعا کرتے ہیں کہ آپ کا یہاں اس پروگرام میں شرکت کرنا اللہ کے قبول فرمائے اور آپ کو اس سے دین کا رزق عطا کرے۔</w:t>
      </w:r>
    </w:p>
    <w:p>
      <w:r>
        <w:rPr>
          <w:b/>
        </w:rPr>
        <w:t xml:space="preserve">[1:05:44] </w:t>
      </w:r>
      <w:r>
        <w:t>ameen.</w:t>
      </w:r>
    </w:p>
    <w:p>
      <w:pPr>
        <w:jc w:val="right"/>
      </w:pPr>
      <w:r>
        <w:t>آمین۔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