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Management in History April 7, 2013</w:t>
      </w:r>
    </w:p>
    <w:p>
      <w:r>
        <w:t>https://youtu.be/wcBzG56LuPY</w:t>
      </w:r>
    </w:p>
    <w:p>
      <w:r>
        <w:rPr>
          <w:b/>
        </w:rPr>
        <w:t xml:space="preserve">[00:13] </w:t>
      </w:r>
      <w:r>
        <w:t>bismillah hir rahman nir rahim, wa salallahu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lul uqdata min lisani, yafqahu qawli. aaj april 2013 ki 7 tarikh hai.</w:t>
      </w:r>
    </w:p>
    <w:p>
      <w:pPr>
        <w:jc w:val="right"/>
      </w:pPr>
      <w:r>
        <w:t>واحل العقدۃ من لسانی، یفقہ قولی۔ آج اپریل 2013 کی 7 تاریخ ہے۔</w:t>
      </w:r>
    </w:p>
    <w:p>
      <w:r>
        <w:rPr>
          <w:b/>
        </w:rPr>
        <w:t xml:space="preserve">[00:39] </w:t>
      </w:r>
      <w:r>
        <w:t>aaj ke liye jo topic hai woh hai "divine management in history", yani tareekh mein Allah ki rububiyat.</w:t>
      </w:r>
    </w:p>
    <w:p>
      <w:pPr>
        <w:jc w:val="right"/>
      </w:pPr>
      <w:r>
        <w:t>آج کے لیے جو ٹاپک ہے وہ ہے "ڈیوائن مینجمنٹ ان ہسٹری"، یعنی تاریخ میں اللہ کی ربوبیت۔</w:t>
      </w:r>
    </w:p>
    <w:p>
      <w:r>
        <w:rPr>
          <w:b/>
        </w:rPr>
        <w:t xml:space="preserve">[00:55] </w:t>
      </w:r>
      <w:r>
        <w:t>dekhiye, quran kya hai? quran</w:t>
      </w:r>
    </w:p>
    <w:p>
      <w:pPr>
        <w:jc w:val="right"/>
      </w:pPr>
      <w:r>
        <w:t>دیکھیے، قرآن کیا ہے؟ قرآن</w:t>
      </w:r>
    </w:p>
    <w:p>
      <w:r>
        <w:rPr>
          <w:b/>
        </w:rPr>
        <w:t xml:space="preserve">[01:05] </w:t>
      </w:r>
      <w:r>
        <w:t>ek mazhabi book sadah tor par nahi hai,</w:t>
      </w:r>
    </w:p>
    <w:p>
      <w:pPr>
        <w:jc w:val="right"/>
      </w:pPr>
      <w:r>
        <w:t>ایک مذہبی بک سادہ طور پر نہیں ہے،</w:t>
      </w:r>
    </w:p>
    <w:p>
      <w:r>
        <w:rPr>
          <w:b/>
        </w:rPr>
        <w:t xml:space="preserve">[01:09] </w:t>
      </w:r>
      <w:r>
        <w:t>woh creator ki taraf se is baat ka ek statement hai ke uska creation plan kya hai is kainat ke bare mein.</w:t>
      </w:r>
    </w:p>
    <w:p>
      <w:pPr>
        <w:jc w:val="right"/>
      </w:pPr>
      <w:r>
        <w:t>وہ کریٹر کی طرف سے اس بات کا ایک اسٹیٹمنٹ ہے کہ اس کا کریشن پلان کیا ہے اس کائنات کے بارے میں۔</w:t>
      </w:r>
    </w:p>
    <w:p>
      <w:r>
        <w:rPr>
          <w:b/>
        </w:rPr>
        <w:t xml:space="preserve">[01:25] </w:t>
      </w:r>
      <w:r>
        <w:t>to quran ke mutale se maloom hota hai ke Allah taala ne is duniya ko paida kar ke</w:t>
      </w:r>
    </w:p>
    <w:p>
      <w:pPr>
        <w:jc w:val="right"/>
      </w:pPr>
      <w:r>
        <w:t>تو قرآن کے مطالعے سے معلوم ہوتا ہے کہ اللہ تعالیٰ نے اس دنیا کو پیدا کر کے</w:t>
      </w:r>
    </w:p>
    <w:p>
      <w:r>
        <w:rPr>
          <w:b/>
        </w:rPr>
        <w:t xml:space="preserve">[01:39] </w:t>
      </w:r>
      <w:r>
        <w:t>chhod nahi diya. paida karne ke baad Khuda is kainat ko manage kar raha hai.</w:t>
      </w:r>
    </w:p>
    <w:p>
      <w:pPr>
        <w:jc w:val="right"/>
      </w:pPr>
      <w:r>
        <w:t>چھوڑ نہیں دیا۔ پیدا کرنے کے بعد خدا اس کائنات کو مینج کر رہا ہے۔</w:t>
      </w:r>
    </w:p>
    <w:p>
      <w:r>
        <w:rPr>
          <w:b/>
        </w:rPr>
        <w:t xml:space="preserve">[01:49] </w:t>
      </w:r>
      <w:r>
        <w:t>isi ko kaha gaya hai quran mein rububiyat.</w:t>
      </w:r>
    </w:p>
    <w:p>
      <w:pPr>
        <w:jc w:val="right"/>
      </w:pPr>
      <w:r>
        <w:t>اسی کو کہا گیا ہے قرآن میں ربوبیت۔</w:t>
      </w:r>
    </w:p>
    <w:p>
      <w:r>
        <w:rPr>
          <w:b/>
        </w:rPr>
        <w:t xml:space="preserve">[01:53] </w:t>
      </w:r>
      <w:r>
        <w:t>rububiyat ka wahi matlab hai jo aaj kal ki zaban mein kehte hain "manage karna". to Khuda is kainat ka creator hai, aur uske baad puri tareekh mein woh is kainat ko manage kar raha hai,</w:t>
      </w:r>
    </w:p>
    <w:p>
      <w:pPr>
        <w:jc w:val="right"/>
      </w:pPr>
      <w:r>
        <w:t>ربوبیت کا وہی معنی ہے جو آج کل کی زبان میں کہتے ہیں "مینج کرنا"۔ تو خدا اس کائنات کا کریٹر ہے، اور اس کے بعد پوری تاریخ میں وہ اس کائنات کو مینج کر رہا ہے،</w:t>
      </w:r>
    </w:p>
    <w:p>
      <w:r>
        <w:rPr>
          <w:b/>
        </w:rPr>
        <w:t xml:space="preserve">[02:10] </w:t>
      </w:r>
      <w:r>
        <w:t>material world ko bhi aur human world ko bhi.</w:t>
      </w:r>
    </w:p>
    <w:p>
      <w:pPr>
        <w:jc w:val="right"/>
      </w:pPr>
      <w:r>
        <w:t>مٹیریل ورلڈ کو بھی اور ہیومن ورلڈ کو بھی۔</w:t>
      </w:r>
    </w:p>
    <w:p>
      <w:r>
        <w:rPr>
          <w:b/>
        </w:rPr>
        <w:t xml:space="preserve">[02:17] </w:t>
      </w:r>
      <w:r>
        <w:t>to human world ke bare mein uski rububiyat kya hai?</w:t>
      </w:r>
    </w:p>
    <w:p>
      <w:pPr>
        <w:jc w:val="right"/>
      </w:pPr>
      <w:r>
        <w:t>تو ہیومن ورلڈ کے بارے میں اس کی ربوبیت کیا ہے؟</w:t>
      </w:r>
    </w:p>
    <w:p>
      <w:r>
        <w:rPr>
          <w:b/>
        </w:rPr>
        <w:t xml:space="preserve">[02:24] </w:t>
      </w:r>
      <w:r>
        <w:t>jahan tak quran ke mutale se maine samjha hai, iske do bade pehlu hain.</w:t>
      </w:r>
    </w:p>
    <w:p>
      <w:pPr>
        <w:jc w:val="right"/>
      </w:pPr>
      <w:r>
        <w:t>جہاں تک قرآن کے مطالعے سے میں نے سمجھا ہے، اس کے دو بڑے پہلو ہیں۔</w:t>
      </w:r>
    </w:p>
    <w:p>
      <w:r>
        <w:rPr>
          <w:b/>
        </w:rPr>
        <w:t xml:space="preserve">[02:34] </w:t>
      </w:r>
      <w:r>
        <w:t>ek yeh hai ke Allah ne insan ko azadi di, aur uske baad Allah ne har zamane mein paighambar bheje batane ke liye ke Khuda ki mansha kya hai.</w:t>
      </w:r>
    </w:p>
    <w:p>
      <w:pPr>
        <w:jc w:val="right"/>
      </w:pPr>
      <w:r>
        <w:t>ایک یہ ہے کہ اللہ نے انسان کو آزادی دی، اور اس کے بعد اللہ نے ہر زمانے میں پیغمبر بھیجے بتانے کے لیے کہ خدا کی منشا کیا ہے۔</w:t>
      </w:r>
    </w:p>
    <w:p>
      <w:r>
        <w:rPr>
          <w:b/>
        </w:rPr>
        <w:t xml:space="preserve">[02:50] </w:t>
      </w:r>
      <w:r>
        <w:t>yani azadi to mili hai insan ko, lekin azadi ke bawajood usko self discipline mein rehna hai. azadi ke bawajood usko Allah ki guidance ke mutabiq chalna hai,</w:t>
      </w:r>
    </w:p>
    <w:p>
      <w:pPr>
        <w:jc w:val="right"/>
      </w:pPr>
      <w:r>
        <w:t>یعنی آزادی تو ملی ہے انسان کو، لیکن آزادی کے باوجود اس کو سیلف ڈسپلن میں رہنا ہے۔ آزادی کے باوجود اس کو اللہ کی گائیڈنس کے مطابق چلنا ہے،</w:t>
      </w:r>
    </w:p>
    <w:p>
      <w:r>
        <w:rPr>
          <w:b/>
        </w:rPr>
        <w:t xml:space="preserve">[03:06] </w:t>
      </w:r>
      <w:r>
        <w:t>khud apne ikhtiyar se. yeh batane ke liye Allah ne apne prophet bheje har zamane mein, aur aakhri prophet Muhammad sallallahu alaihi wasallam the jo seven century AD mein aaye.</w:t>
      </w:r>
    </w:p>
    <w:p>
      <w:pPr>
        <w:jc w:val="right"/>
      </w:pPr>
      <w:r>
        <w:t>خود اپنے اختیار سے۔ یہ بتانے کے لیے اللہ نے اپنے پرافٹ بھیجے ہر زمانے میں، اور آخری پرافٹ محمد صلی اللہ علیہ وسلم تھے جو سیون سینچری اے ڈی میں آئے۔</w:t>
      </w:r>
    </w:p>
    <w:p>
      <w:r>
        <w:rPr>
          <w:b/>
        </w:rPr>
        <w:t xml:space="preserve">[03:25] </w:t>
      </w:r>
      <w:r>
        <w:t>ek intezam yeh hai, lekin Allah ne isi par bas nahi kiya.</w:t>
      </w:r>
    </w:p>
    <w:p>
      <w:pPr>
        <w:jc w:val="right"/>
      </w:pPr>
      <w:r>
        <w:t>ایک انتظام یہ ہے، لیکن اللہ نے اسی پر بس نہیں کیا۔</w:t>
      </w:r>
    </w:p>
    <w:p>
      <w:r>
        <w:rPr>
          <w:b/>
        </w:rPr>
        <w:t xml:space="preserve">[03:34] </w:t>
      </w:r>
      <w:r>
        <w:t>iske siwa Allah ka ek aur management hai.</w:t>
      </w:r>
    </w:p>
    <w:p>
      <w:pPr>
        <w:jc w:val="right"/>
      </w:pPr>
      <w:r>
        <w:t>اس کے سوا اللہ کا ایک اور مینجمنٹ ہے۔</w:t>
      </w:r>
    </w:p>
    <w:p>
      <w:r>
        <w:rPr>
          <w:b/>
        </w:rPr>
        <w:t xml:space="preserve">[03:41] </w:t>
      </w:r>
      <w:r>
        <w:t>insan azad hai to azadi ko mehsoos karne ki bhi azadi hai. to insan ko agar chhod diya jaye puri tarah to duniya ko fasad se bhar dega.</w:t>
      </w:r>
    </w:p>
    <w:p>
      <w:pPr>
        <w:jc w:val="right"/>
      </w:pPr>
      <w:r>
        <w:t>انسان آزاد ہے تو آزادی کو محسوس کرنے کی بھی آزادی ہے۔ تو انسان کو اگر چھوڑ دیا جائے پوری طرح تو دنیا کو فساد سے بھر دے گا۔</w:t>
      </w:r>
    </w:p>
    <w:p>
      <w:r>
        <w:rPr>
          <w:b/>
        </w:rPr>
        <w:t xml:space="preserve">[03:57] </w:t>
      </w:r>
      <w:r>
        <w:t>to Allah taala ne kya kiya? insan ki azadi ko baki rakhte hue</w:t>
      </w:r>
    </w:p>
    <w:p>
      <w:pPr>
        <w:jc w:val="right"/>
      </w:pPr>
      <w:r>
        <w:t>تو اللہ تعالیٰ نے کیا کیا؟ انسان کی آزادی کو باقی رکھتے ہوئے</w:t>
      </w:r>
    </w:p>
    <w:p>
      <w:r>
        <w:rPr>
          <w:b/>
        </w:rPr>
        <w:t xml:space="preserve">[04:07] </w:t>
      </w:r>
      <w:r>
        <w:t>insan ki tareekh ko barish karna shuru kiya. insan ki azadi ko abalish nahi kiya Allah taala ne, lekin abalish kiye baghair woh usko manage kar raha hai.</w:t>
      </w:r>
    </w:p>
    <w:p>
      <w:pPr>
        <w:jc w:val="right"/>
      </w:pPr>
      <w:r>
        <w:t>انسان کی تاریخ کو بارش کرنا شروع کیا۔ انسان کی آزادی کو ابالش نہیں کیا اللہ تعالیٰ نے، لیکن ابالش کیے بغیر وہ اس کو مینج کر رہا ہے۔</w:t>
      </w:r>
    </w:p>
    <w:p>
      <w:r>
        <w:rPr>
          <w:b/>
        </w:rPr>
        <w:t xml:space="preserve">[04:21] </w:t>
      </w:r>
      <w:r>
        <w:t>to insan ki azadi ko baki rakhte hue history ko manage karna yeh bahut hi zyada ek complex cheez hai.</w:t>
      </w:r>
    </w:p>
    <w:p>
      <w:pPr>
        <w:jc w:val="right"/>
      </w:pPr>
      <w:r>
        <w:t>تو انسان کی آزادی کو باقی رکھتے ہوئے ہسٹری کو مینج کرنا یہ بہت ہی زیادہ ایک کمپلیکس چیز ہے۔</w:t>
      </w:r>
    </w:p>
    <w:p>
      <w:r>
        <w:rPr>
          <w:b/>
        </w:rPr>
        <w:t xml:space="preserve">[04:33] </w:t>
      </w:r>
      <w:r>
        <w:t>yeh sirf Allah kar sakta hai, aur woh kar raha hai</w:t>
      </w:r>
    </w:p>
    <w:p>
      <w:pPr>
        <w:jc w:val="right"/>
      </w:pPr>
      <w:r>
        <w:t>یہ صرف اللہ کر سکتا ہے، اور وہ کر رہا ہے</w:t>
      </w:r>
    </w:p>
    <w:p>
      <w:r>
        <w:rPr>
          <w:b/>
        </w:rPr>
        <w:t xml:space="preserve">[04:39] </w:t>
      </w:r>
      <w:r>
        <w:t>tahke jo maqsad hai creation ka woh baki rahe. yani duniya mein woh halat baki rahein jis mein insan ko apna test dena hai.</w:t>
      </w:r>
    </w:p>
    <w:p>
      <w:pPr>
        <w:jc w:val="right"/>
      </w:pPr>
      <w:r>
        <w:t>تاکہ جو مقصد ہے کریشن کا وہ باقی رہے۔ یعنی دنیا میں وہ حالات باقی رہیں جس میں انسان کو اپنا ٹیسٹ دینا ہے۔</w:t>
      </w:r>
    </w:p>
    <w:p>
      <w:r>
        <w:rPr>
          <w:b/>
        </w:rPr>
        <w:t xml:space="preserve">[04:53] </w:t>
      </w:r>
      <w:r>
        <w:t>is liye Allah manage kar raha hai tareekh ko. to quran mein is silsile mein kai references maujood hain. dekhiye, yeh jo Allah manage kar raha hai to is mein woh insano ko istemal karta hai.</w:t>
      </w:r>
    </w:p>
    <w:p>
      <w:pPr>
        <w:jc w:val="right"/>
      </w:pPr>
      <w:r>
        <w:t>اس لیے اللہ مینج کر رہا ہے تاریخ کو۔ تو قرآن میں اس سلسلے میں کئی ریفرنسز موجود ہیں۔ دیکھیے، یہ جو اللہ مینج کر رہا ہے تو اس میں وہ انسانوں کو استعمال کرتا ہے۔</w:t>
      </w:r>
    </w:p>
    <w:p>
      <w:r>
        <w:rPr>
          <w:b/>
        </w:rPr>
        <w:t xml:space="preserve">[05:09] </w:t>
      </w:r>
      <w:r>
        <w:t>is ka matlab yeh nahi ke jo log apne ko khair ul umum samajhte hain ya apne ko</w:t>
      </w:r>
    </w:p>
    <w:p>
      <w:pPr>
        <w:jc w:val="right"/>
      </w:pPr>
      <w:r>
        <w:t>اس کا مطلب یہ نہیں کہ جو لوگ اپنے کو خیر العموم سمجھتے ہیں یا اپنے کو</w:t>
      </w:r>
    </w:p>
    <w:p>
      <w:r>
        <w:rPr>
          <w:b/>
        </w:rPr>
        <w:t xml:space="preserve">[05:17] </w:t>
      </w:r>
      <w:r>
        <w:t>samajhte hain ke woh</w:t>
      </w:r>
    </w:p>
    <w:p>
      <w:pPr>
        <w:jc w:val="right"/>
      </w:pPr>
      <w:r>
        <w:t>سمجھتے ہیں کہ وہ</w:t>
      </w:r>
    </w:p>
    <w:p>
      <w:r>
        <w:rPr>
          <w:b/>
        </w:rPr>
        <w:t xml:space="preserve">[05:21] </w:t>
      </w:r>
      <w:r>
        <w:t>chosen people hain, un ko istemal karta hai.</w:t>
      </w:r>
    </w:p>
    <w:p>
      <w:pPr>
        <w:jc w:val="right"/>
      </w:pPr>
      <w:r>
        <w:t>چوزن پیپل ہیں، ان کو استعمال کرتا ہے۔</w:t>
      </w:r>
    </w:p>
    <w:p>
      <w:r>
        <w:rPr>
          <w:b/>
        </w:rPr>
        <w:t xml:space="preserve">[05:25] </w:t>
      </w:r>
      <w:r>
        <w:t>nahi, poori poori mankind ko istemal karta hai Allah taala. Sab ko.</w:t>
      </w:r>
    </w:p>
    <w:p>
      <w:pPr>
        <w:jc w:val="right"/>
      </w:pPr>
      <w:r>
        <w:t>نہیں، پوری پوری مائنڈ کائنڈ کو استعمال کرتا ہے اللہ تعالیٰ۔ سب کو۔</w:t>
      </w:r>
    </w:p>
    <w:p>
      <w:r>
        <w:rPr>
          <w:b/>
        </w:rPr>
        <w:t xml:space="preserve">[05:35] </w:t>
      </w:r>
      <w:r>
        <w:t>Poori mankind ko, poori insaniyat ko istemal kar ke tareekh ko manage kar raha hai.</w:t>
      </w:r>
    </w:p>
    <w:p>
      <w:pPr>
        <w:jc w:val="right"/>
      </w:pPr>
      <w:r>
        <w:t>پوری مائنڈ کائنڈ کو، پوری انسانیت کو استعمال کر کے تاریخ کو مینج کر رہا ہے۔</w:t>
      </w:r>
    </w:p>
    <w:p>
      <w:r>
        <w:rPr>
          <w:b/>
        </w:rPr>
        <w:t xml:space="preserve">[05:44] </w:t>
      </w:r>
      <w:r>
        <w:t>Is ka aik reference dekhiye, Surah Al Hajj mein hai: Walawla daf'u Allahi alnnasa ba'dahum bib'adin lafasat al'ardu walakin walakin Allahu fadl ala al'alamin. Is ka translation yeh hai ke agar Allah</w:t>
      </w:r>
    </w:p>
    <w:p>
      <w:pPr>
        <w:jc w:val="right"/>
      </w:pPr>
      <w:r>
        <w:t>اس کا ایک ریفرنس دیکھیے، سورہ الحج میں ہے: ولولا دخول الله الناس بعضهم ببعض لفظت الارض ولکن ولکن اللہ فضل علی العالمین اس کا ٹرانسلیشن یہ ہے کہ اگر اللہ</w:t>
      </w:r>
    </w:p>
    <w:p>
      <w:r>
        <w:rPr>
          <w:b/>
        </w:rPr>
        <w:t xml:space="preserve">[06:08] </w:t>
      </w:r>
      <w:r>
        <w:t>aik insani groh ko doosre insani groh se check na karte rahein, check na karta rahe to zameen fasad se bhar jaye.</w:t>
      </w:r>
    </w:p>
    <w:p>
      <w:pPr>
        <w:jc w:val="right"/>
      </w:pPr>
      <w:r>
        <w:t>ایک انسانی گروہ کو دوسرے انسانی گروہ سے چیک نہ کرتے رہے، چیک نہ کرتا رہے تو زمین فساد سے بھر جائے۔</w:t>
      </w:r>
    </w:p>
    <w:p>
      <w:r>
        <w:rPr>
          <w:b/>
        </w:rPr>
        <w:t xml:space="preserve">[06:19] </w:t>
      </w:r>
      <w:r>
        <w:t>Lekin Allah duniya walon par bohat meherban hai. To Allah taala check karta rehta hai.</w:t>
      </w:r>
    </w:p>
    <w:p>
      <w:pPr>
        <w:jc w:val="right"/>
      </w:pPr>
      <w:r>
        <w:t>لیکن اللہ دنیا والوں پر بہت مہربان ہے۔ تو اللہ تعالیٰ چیک کرتا رہتا ہے۔</w:t>
      </w:r>
    </w:p>
    <w:p>
      <w:r>
        <w:rPr>
          <w:b/>
        </w:rPr>
        <w:t xml:space="preserve">[06:27] </w:t>
      </w:r>
      <w:r>
        <w:t>Yeh check karna kis ke zariye hota hai? Zyada tar hota hai political power ke zariye. Jin ke hath mein political power hota hai, un ke zariye.</w:t>
      </w:r>
    </w:p>
    <w:p>
      <w:pPr>
        <w:jc w:val="right"/>
      </w:pPr>
      <w:r>
        <w:t>یہ چیک کرنا کس کے ذریعے ہوتا ہے؟ زیادہ تر ہوتا ہے پولیٹیکل پاور کے ذریعے۔ جن کے ہاتھ میں پولیٹیکل پاور ہوتا ہے، ان کے ذریعے۔</w:t>
      </w:r>
    </w:p>
    <w:p>
      <w:r>
        <w:rPr>
          <w:b/>
        </w:rPr>
        <w:t xml:space="preserve">[06:40] </w:t>
      </w:r>
      <w:r>
        <w:t>Misal ke tor par dekhiye, is qism ka aik case tha communist empire.</w:t>
      </w:r>
    </w:p>
    <w:p>
      <w:pPr>
        <w:jc w:val="right"/>
      </w:pPr>
      <w:r>
        <w:t>مثال کے طور پر دیکھیے، اس قسم کا ایک کیس تھا کمیونسٹ ایمپائر۔</w:t>
      </w:r>
    </w:p>
    <w:p>
      <w:r>
        <w:rPr>
          <w:b/>
        </w:rPr>
        <w:t xml:space="preserve">[06:46] </w:t>
      </w:r>
      <w:r>
        <w:t>Communist empire jo 1917 mein bana, is ne aik bohat bara fasad barpa kiya ke mazhabi azadi ka khatma kar diya.</w:t>
      </w:r>
    </w:p>
    <w:p>
      <w:pPr>
        <w:jc w:val="right"/>
      </w:pPr>
      <w:r>
        <w:t>کمیونسٹ ایمپائر جو 1917 میں بنا، اس نے ایک بہت بڑا فساد برپا کیا کہ مذہبی آزادی کا خاتمہ کر دیا۔</w:t>
      </w:r>
    </w:p>
    <w:p>
      <w:r>
        <w:rPr>
          <w:b/>
        </w:rPr>
        <w:t xml:space="preserve">[07:02] </w:t>
      </w:r>
      <w:r>
        <w:t>Mazhab ko manna, mazhab par amal karna yeh crime ban gaya. Crime. To yeh to Allah ke takhleeqi naqshe ke khilaf tha.</w:t>
      </w:r>
    </w:p>
    <w:p>
      <w:pPr>
        <w:jc w:val="right"/>
      </w:pPr>
      <w:r>
        <w:t>مذہب کو ماننا، مذہب پر عمل کرنا یہ کرائم بن گیا۔ کرائم۔ تو یہ تو اللہ کے تخلیقی نقشے کے خلاف تھا۔</w:t>
      </w:r>
    </w:p>
    <w:p>
      <w:r>
        <w:rPr>
          <w:b/>
        </w:rPr>
        <w:t xml:space="preserve">[07:16] </w:t>
      </w:r>
      <w:r>
        <w:t>Allah ne duniya mein rakha insaan ko azaad ke chahe woh</w:t>
      </w:r>
    </w:p>
    <w:p>
      <w:pPr>
        <w:jc w:val="right"/>
      </w:pPr>
      <w:r>
        <w:t>اللہ نے دنیا میں رکھا انسان کو آزاد کہ چاہے وہ</w:t>
      </w:r>
    </w:p>
    <w:p>
      <w:r>
        <w:rPr>
          <w:b/>
        </w:rPr>
        <w:t xml:space="preserve">[07:22] </w:t>
      </w:r>
      <w:r>
        <w:t>jo kare, jo chahe woh kare. Lekin unhon ne pabandi laga di ke tum ko secular ban kar aana hoga, mazhabi nahi ban sakte. To Allah taala ne kiya kiya?</w:t>
      </w:r>
    </w:p>
    <w:p>
      <w:pPr>
        <w:jc w:val="right"/>
      </w:pPr>
      <w:r>
        <w:t>جو کرے، جو چاہے وہ کرے۔ لیکن انہوں نے پابندی لگا دی کہ تم کو سیکولر بن کر آنا ہوگا، مذہبی نہیں بن سکتے۔ تو اللہ تعالیٰ نے کیا کیا؟</w:t>
      </w:r>
    </w:p>
    <w:p>
      <w:r>
        <w:rPr>
          <w:b/>
        </w:rPr>
        <w:t xml:space="preserve">[07:35] </w:t>
      </w:r>
      <w:r>
        <w:t>Ke America ke zariye is ko criticize kiya. Yani communist empire ko American empire ke zariye criticize kiya.</w:t>
      </w:r>
    </w:p>
    <w:p>
      <w:pPr>
        <w:jc w:val="right"/>
      </w:pPr>
      <w:r>
        <w:t>کہ امریکہ کے ذریعے اس کو کریٹیسائز کیا۔ یعنی کمیونسٹ ایمپائر کو امریکن ایمپائر کے ذریعے کریٹیسائز کیا۔</w:t>
      </w:r>
    </w:p>
    <w:p>
      <w:r>
        <w:rPr>
          <w:b/>
        </w:rPr>
        <w:t xml:space="preserve">[07:45] </w:t>
      </w:r>
      <w:r>
        <w:t>Yeh aik misal hai. Aise hi dekhiye,</w:t>
      </w:r>
    </w:p>
    <w:p>
      <w:pPr>
        <w:jc w:val="right"/>
      </w:pPr>
      <w:r>
        <w:t>یہ ایک مثال ہے۔ ایسے ہی دیکھیے،</w:t>
      </w:r>
    </w:p>
    <w:p>
      <w:r>
        <w:rPr>
          <w:b/>
        </w:rPr>
        <w:t xml:space="preserve">[07:52] </w:t>
      </w:r>
      <w:r>
        <w:t>aik hai Sahih Bukhari ki riwayat, is ke alfaaz yeh hain ke innallaha la yu'ayyidu hadha ad-deena bir-rajuli al-fajir</w:t>
      </w:r>
    </w:p>
    <w:p>
      <w:pPr>
        <w:jc w:val="right"/>
      </w:pPr>
      <w:r>
        <w:t>ایک ہے صحیح البخاری کی روایت، اس کے الفاظ یہ ہیں کہ إن الله ليؤيد هذا الدين بالرجل الفاجر</w:t>
      </w:r>
    </w:p>
    <w:p>
      <w:r>
        <w:rPr>
          <w:b/>
        </w:rPr>
        <w:t xml:space="preserve">[08:06] </w:t>
      </w:r>
      <w:r>
        <w:t>Is hadith mein bataya gaya hai ke Allah is kaam ke liye, yani tareekh ko manage karne ke liye, secular logon ko bhi istemal karega.</w:t>
      </w:r>
    </w:p>
    <w:p>
      <w:pPr>
        <w:jc w:val="right"/>
      </w:pPr>
      <w:r>
        <w:t>اس حدیث میں بتایا گیا ہے کہ اللہ اس کام کے لیے، یعنی تاریخ کو مینج کرنے کے لیے، سیکولر لوگوں کو بھی استعمال کرے گا۔</w:t>
      </w:r>
    </w:p>
    <w:p>
      <w:r>
        <w:rPr>
          <w:b/>
        </w:rPr>
        <w:t xml:space="preserve">[08:17] </w:t>
      </w:r>
      <w:r>
        <w:t>Yahan fajir se murad hai secular. Is ki aik misal yeh hai ke duniya mein dekhiye, kingship qaim ho gayi thi. Kingship ne bohat hi zalimana nizam qaim kar rakha tha.</w:t>
      </w:r>
    </w:p>
    <w:p>
      <w:pPr>
        <w:jc w:val="right"/>
      </w:pPr>
      <w:r>
        <w:t>یہاں فاضل سے مراد ہے سیکولر۔ اس کی ایک مثال یہ ہے کہ دنیا میں دیکھیے، کنگ شپ قائم ہو گئی تھی۔ کنگ شپ نے بہت ہی ظالمانہ نظام قائم کر رکھا تھا۔</w:t>
      </w:r>
    </w:p>
    <w:p>
      <w:r>
        <w:rPr>
          <w:b/>
        </w:rPr>
        <w:t xml:space="preserve">[08:30] </w:t>
      </w:r>
      <w:r>
        <w:t>Aik badshah ke siwa kisi ko azadi nahi thi.</w:t>
      </w:r>
    </w:p>
    <w:p>
      <w:pPr>
        <w:jc w:val="right"/>
      </w:pPr>
      <w:r>
        <w:t>ایک بادشاہ کے سوا کسی کو آزادی نہیں تھی۔</w:t>
      </w:r>
    </w:p>
    <w:p>
      <w:r>
        <w:rPr>
          <w:b/>
        </w:rPr>
        <w:t xml:space="preserve">[08:35] </w:t>
      </w:r>
      <w:r>
        <w:t>Aadmi ko wahi karna padta tha jo badshah ki marzi ho. To that was also against the creation plan of God.</w:t>
      </w:r>
    </w:p>
    <w:p>
      <w:pPr>
        <w:jc w:val="right"/>
      </w:pPr>
      <w:r>
        <w:t>آدمی کو وہی کرنا پڑتا تھا جو بادشاہ کی مرضی ہو۔ تو دیٹ واز السو اگینسٹ دا کریشن پلان اف گاڈ۔</w:t>
      </w:r>
    </w:p>
    <w:p>
      <w:r>
        <w:rPr>
          <w:b/>
        </w:rPr>
        <w:t xml:space="preserve">[08:46] </w:t>
      </w:r>
      <w:r>
        <w:t>To Allah taala ne kiya kiya? Yahan par democratic reformer khare kiye.</w:t>
      </w:r>
    </w:p>
    <w:p>
      <w:pPr>
        <w:jc w:val="right"/>
      </w:pPr>
      <w:r>
        <w:t>تو اللہ تعالیٰ نے کیا کیا؟ یہاں پر ڈیموکریٹک ریفارمر کھڑے کیے۔</w:t>
      </w:r>
    </w:p>
    <w:p>
      <w:r>
        <w:rPr>
          <w:b/>
        </w:rPr>
        <w:t xml:space="preserve">[08:53] </w:t>
      </w:r>
      <w:r>
        <w:t>Agarche is nizam ke khilaf khud saatvi sadi mein</w:t>
      </w:r>
    </w:p>
    <w:p>
      <w:pPr>
        <w:jc w:val="right"/>
      </w:pPr>
      <w:r>
        <w:t>اگرچہ اس نظام کے خلاف خود ساتویں صدی میں</w:t>
      </w:r>
    </w:p>
    <w:p>
      <w:r>
        <w:rPr>
          <w:b/>
        </w:rPr>
        <w:t xml:space="preserve">[09:01] </w:t>
      </w:r>
      <w:r>
        <w:t>Rasool aur Sahaba Rasool ke zariye se aik naya amal jari hua tha, lekin is ki takmeel hui hai Europe mein aa kar. Democratic jo reformers the, unhon ne yeh kaam kiya ke kingship ka hamesha ke liye khatma kar diya.</w:t>
      </w:r>
    </w:p>
    <w:p>
      <w:pPr>
        <w:jc w:val="right"/>
      </w:pPr>
      <w:r>
        <w:t>رسول اور صحابہ رسول کے ذریعے سے ایک نیا عمل جاری ہوا تھا، لیکن اس کی تکمیل ہوئی ہے یورپ میں آ کر۔ ڈیموکریٹک جو ریفارمرز تھے، انہوں نے یہ کام کیا کہ کنگ شپ کا ہمیشہ کے لیے خاتمہ کر دیا۔</w:t>
      </w:r>
    </w:p>
    <w:p>
      <w:r>
        <w:rPr>
          <w:b/>
        </w:rPr>
        <w:t xml:space="preserve">[09:16] </w:t>
      </w:r>
      <w:r>
        <w:t>To duniya mein democracy aa gayi. To democracy mein aadmi ko freedom of choice hota hai.</w:t>
      </w:r>
    </w:p>
    <w:p>
      <w:pPr>
        <w:jc w:val="right"/>
      </w:pPr>
      <w:r>
        <w:t>تو دنیا میں ڈیموکریسی آ گئی۔ تو ڈیموکریسی میں آدمی کو فریڈم اف چوائس ہوتا ہے۔</w:t>
      </w:r>
    </w:p>
    <w:p>
      <w:r>
        <w:rPr>
          <w:b/>
        </w:rPr>
        <w:t xml:space="preserve">[09:23] </w:t>
      </w:r>
      <w:r>
        <w:t>kingship mein freedom of choice nahi tha. is ka matlab yeh hai ke Allah ka jo creation plan hai, is ko unhon ne abalish kar kar rakha tha.</w:t>
      </w:r>
    </w:p>
    <w:p>
      <w:pPr>
        <w:jc w:val="right"/>
      </w:pPr>
      <w:r>
        <w:t>کنگ شپ میں فریڈم اف چوائس نہیں تھا۔ اس کا مطلب یہ ہے کہ اللہ کا جو کریشن پلان ہے، اس کو انہوں نے ابالش کر کر رکھا تھا۔</w:t>
      </w:r>
    </w:p>
    <w:p>
      <w:r>
        <w:rPr>
          <w:b/>
        </w:rPr>
        <w:t xml:space="preserve">[09:34] </w:t>
      </w:r>
      <w:r>
        <w:t>ab freedom of choice hai. faman shaffa alaa yomin faman shaffa alaa akfar ka mahol hai.</w:t>
      </w:r>
    </w:p>
    <w:p>
      <w:pPr>
        <w:jc w:val="right"/>
      </w:pPr>
      <w:r>
        <w:t>اب فریڈم اف چوائس ہے۔ فمن شاف علی یومن فمن شاف علی اکفر کا ماحول ہے۔</w:t>
      </w:r>
    </w:p>
    <w:p>
      <w:r>
        <w:rPr>
          <w:b/>
        </w:rPr>
        <w:t xml:space="preserve">[09:42] </w:t>
      </w:r>
      <w:r>
        <w:t>to yeh kaam liya Allah taala ne secular logon ke zariye se, secular reformers ke zariye se ke kingship ke nizam ko khatm kar ke dunya mein democracy laai gayi.</w:t>
      </w:r>
    </w:p>
    <w:p>
      <w:pPr>
        <w:jc w:val="right"/>
      </w:pPr>
      <w:r>
        <w:t>تو یہ کام لیا اللہ تعالیٰ نے سیکولر لوگوں کے ذریعے سے، سیکولر ریفارمرز کے ذریعے سے کہ کنگ شپ کے نظام کو ختم کر کے دنیا میں ڈیموکریسی لائی گئی۔</w:t>
      </w:r>
    </w:p>
    <w:p>
      <w:r>
        <w:rPr>
          <w:b/>
        </w:rPr>
        <w:t xml:space="preserve">[09:55] </w:t>
      </w:r>
      <w:r>
        <w:t>isi tarah se ek aur bara, bohat bohat bara kaam hai jis ke liye Quran mein Surah As-S</w:t>
      </w:r>
    </w:p>
    <w:p>
      <w:pPr>
        <w:jc w:val="right"/>
      </w:pPr>
      <w:r>
        <w:t>اسی طرح سے ایک اور بڑا، بہت بہت بڑا کام ہے جس کے لیے قرآن میں سورہ الص</w:t>
      </w:r>
    </w:p>
    <w:p>
      <w:r>
        <w:rPr>
          <w:b/>
        </w:rPr>
        <w:t xml:space="preserve">[10:02] </w:t>
      </w:r>
      <w:r>
        <w:t>aff mein bataya gaya hai. Quran ki Surah As-Saff yani chapter number 61 mein ek ayat hai jis ke alfaaz yeh hain: Ya ayyuhal ladheena aamanoo koonoo ansar Allah kama qala Yusuf bin Maryam lil hawariyyeen man ansari lil Allah qala al hawariyye an ansar Allah famurt taifatun min bani Israel wa kafrat taifah</w:t>
      </w:r>
    </w:p>
    <w:p>
      <w:pPr>
        <w:jc w:val="right"/>
      </w:pPr>
      <w:r>
        <w:t>ف میں بتایا گیا ہے۔ قرآن کی سورہ الصف یعنی چیپٹر نمبر 61 میں ایک آیت ہے جس کے الفاظ یہ ہیں: يا ایہا الذین آمنوا کنوا انصار اللہ کما قال یوسف بن مریم للحوارین من انصاری للہ قال الحواری ان انصار اللہ فامرت طائفۃ من بنی اسرائیل وکفر طائفہ</w:t>
      </w:r>
    </w:p>
    <w:p>
      <w:r>
        <w:rPr>
          <w:b/>
        </w:rPr>
        <w:t xml:space="preserve">[10:31] </w:t>
      </w:r>
      <w:r>
        <w:t>wa ladheena aamanoo alaa aduwwehim faittaba'oo zhaahireen dekhiye, is ayat ka tarjuma yeh hai ke aye imaan walo!</w:t>
      </w:r>
    </w:p>
    <w:p>
      <w:pPr>
        <w:jc w:val="right"/>
      </w:pPr>
      <w:r>
        <w:t>وید الذین آمنوا علی عدوہم فاتبعوا ظاہرین دیکھیے، اس آیت کا ترجمہ یہ ہے کہ اے ایمان والو!</w:t>
      </w:r>
    </w:p>
    <w:p>
      <w:r>
        <w:rPr>
          <w:b/>
        </w:rPr>
        <w:t xml:space="preserve">[10:44] </w:t>
      </w:r>
      <w:r>
        <w:t>Allah ke madadgar bano, jaisa ke kaha tha Masih bin Maryam ne apne hawariyoun se ke tum mein se kaun hai jo Allah ke raste mein madadgar banta hai?</w:t>
      </w:r>
    </w:p>
    <w:p>
      <w:pPr>
        <w:jc w:val="right"/>
      </w:pPr>
      <w:r>
        <w:t>اللہ کے مددگار بنو، جیسا کہ کہا تھا مسیح ابن مریم نے اپنے حواریوں سے کہ تم میں سے کون ہے جو اللہ کے راستے میں مددگار بنتا ہے؟</w:t>
      </w:r>
    </w:p>
    <w:p>
      <w:r>
        <w:rPr>
          <w:b/>
        </w:rPr>
        <w:t xml:space="preserve">[11:04] </w:t>
      </w:r>
      <w:r>
        <w:t>to hawari ne kaha ke hum hain madadgar. to Allah ne un ko madad ki aur woh apne dushmanoun par ghalib aa gaye.</w:t>
      </w:r>
    </w:p>
    <w:p>
      <w:pPr>
        <w:jc w:val="right"/>
      </w:pPr>
      <w:r>
        <w:t>تو حواری نے کہا کہ ہم ہیں مددگار۔ تو اللہ نے ان کو مدد کی اور وہ اپنے دشمنوں پر غالب آ گئے۔</w:t>
      </w:r>
    </w:p>
    <w:p>
      <w:r>
        <w:rPr>
          <w:b/>
        </w:rPr>
        <w:t xml:space="preserve">[11:20] </w:t>
      </w:r>
      <w:r>
        <w:t>yahan par bohat ajeeb baat hai, yeh Quran mein ek hi aisi ayat hai ke kisi ke ke ummat e Muhammadi se kaha jaye ke tum falan ummat ke ke mutabiq karo.</w:t>
      </w:r>
    </w:p>
    <w:p>
      <w:pPr>
        <w:jc w:val="right"/>
      </w:pPr>
      <w:r>
        <w:t>یہاں پر بہت عجیب بات ہے، یہ قرآن میں ایک ہی ایسی آیت ہے کہ کسی کے کہ امت محمدی سے کہا جائے کہ تم فلاں امت کے کے مطابق کرو۔</w:t>
      </w:r>
    </w:p>
    <w:p>
      <w:r>
        <w:rPr>
          <w:b/>
        </w:rPr>
        <w:t xml:space="preserve">[11:35] </w:t>
      </w:r>
      <w:r>
        <w:t>yani ummat e Muhammadi se kaha ja raha hai ke tu ummat e Masih ke mutabiq karo. yeh bohat ajeeb baat hai aur kahin Quran mein aisa nahi hai.</w:t>
      </w:r>
    </w:p>
    <w:p>
      <w:pPr>
        <w:jc w:val="right"/>
      </w:pPr>
      <w:r>
        <w:t>یعنی امت محمدی سے کہا جا رہا ہے کہ تو امت مسیح کے مطابق کرو۔ یہ بہت عجیب بات ہے اور کہیں قرآن میں ایسا نہیں ہے۔</w:t>
      </w:r>
    </w:p>
    <w:p>
      <w:r>
        <w:rPr>
          <w:b/>
        </w:rPr>
        <w:t xml:space="preserve">[11:46] </w:t>
      </w:r>
      <w:r>
        <w:t>to yeh baat jo kahi gayi hai, yeh method ke aitbaar se hai, yeh ideology ya aqeede ke aitbaar se nahi hai.</w:t>
      </w:r>
    </w:p>
    <w:p>
      <w:pPr>
        <w:jc w:val="right"/>
      </w:pPr>
      <w:r>
        <w:t>تو یہ بات جو کہی گئی ہے، یہ میتھڈ کے اعتبار سے ہے، یہ آئیڈیالوجی یا عقیدے کے اعتبار سے نہیں ہے۔</w:t>
      </w:r>
    </w:p>
    <w:p>
      <w:r>
        <w:rPr>
          <w:b/>
        </w:rPr>
        <w:t xml:space="preserve">[11:55] </w:t>
      </w:r>
      <w:r>
        <w:t>Christian community ke bare mein hadith mein aata hai ke ek zamane mein aayega ke woh dunya mein sab se bari religious community ban jayenge. to</w:t>
      </w:r>
    </w:p>
    <w:p>
      <w:pPr>
        <w:jc w:val="right"/>
      </w:pPr>
      <w:r>
        <w:t>کرسچن کمیونٹی کے بارے میں حدیث میں آتا ہے کہ ایک زمانے میں آئے گا کہ وہ دنیا میں سب سے بڑی ریلیجیس کمیونٹی بن جائیں گے۔ تو</w:t>
      </w:r>
    </w:p>
    <w:p>
      <w:r>
        <w:rPr>
          <w:b/>
        </w:rPr>
        <w:t xml:space="preserve">[12:04] </w:t>
      </w:r>
      <w:r>
        <w:t>dekhiye, is ayat mein jo baat kahi gayi hai, woh be aitbaar ideology nahi hai, be aitbaar method hai. Christian community itni zyada kyun?</w:t>
      </w:r>
    </w:p>
    <w:p>
      <w:pPr>
        <w:jc w:val="right"/>
      </w:pPr>
      <w:r>
        <w:t>دیکھیے، اس آیت میں جو بات کہی گئی ہے، وہ بے اعتبار آئیڈیالوجی نہیں ہے، بے اعتبار میتھڈ ہے۔ کرسچن کمیونٹی اتنی زیادہ کیوں؟</w:t>
      </w:r>
    </w:p>
    <w:p>
      <w:r>
        <w:rPr>
          <w:b/>
        </w:rPr>
        <w:t xml:space="preserve">[12:17] </w:t>
      </w:r>
      <w:r>
        <w:t>yani sab se bari community, sab se bari religious community kyun ban gayi jis ki hadith se peshangoi ki gayi thi? is ki wajah ek method hai.</w:t>
      </w:r>
    </w:p>
    <w:p>
      <w:pPr>
        <w:jc w:val="right"/>
      </w:pPr>
      <w:r>
        <w:t>یعنی سب سے بڑی کمیونٹی، سب سے بڑی ریلیجیس کمیونٹی کیوں بن گئی جس کی حدیث سے پیشنگوئی کی گئی تھی؟ اس کی وجہ ایک میتھڈ ہے۔</w:t>
      </w:r>
    </w:p>
    <w:p>
      <w:r>
        <w:rPr>
          <w:b/>
        </w:rPr>
        <w:t xml:space="preserve">[12:28] </w:t>
      </w:r>
      <w:r>
        <w:t>unhon ne ek method jo apnaya, woh hai is ka raaz. to yeh jo baat hui history mein ke Christian community sab se bari religious community ban gayi, is ka sabab yeh nahi tha ke un ki ideology hi wahid sahi ideology thi.</w:t>
      </w:r>
    </w:p>
    <w:p>
      <w:pPr>
        <w:jc w:val="right"/>
      </w:pPr>
      <w:r>
        <w:t>انہوں نے ایک میتھڈ جو اپنایا، وہ ہے اس کا راز۔ تو یہ جو بات ہوئی ہسٹری میں کہ کرسچن کمیونٹی سب سے بڑی ریلیجیس کمیونٹی بن گئی، اس کا سبب یہ نہیں تھا کہ ان کی آئیڈیالوجی ہی واحد صحیح آئیڈیالوجی تھی۔</w:t>
      </w:r>
    </w:p>
    <w:p>
      <w:r>
        <w:rPr>
          <w:b/>
        </w:rPr>
        <w:t xml:space="preserve">[12:46] </w:t>
      </w:r>
      <w:r>
        <w:t>yeh matlab nahi. un ka jo method tha, method woh bohat hi effective tha aur yeh dunya mein jo Allah ne nizam banaya hai, is ke ain mutabiq tha.</w:t>
      </w:r>
    </w:p>
    <w:p>
      <w:pPr>
        <w:jc w:val="right"/>
      </w:pPr>
      <w:r>
        <w:t>یہ مطلب نہیں۔ ان کا جو میتھڈ تھا، میتھڈ وہ بہت ہی ایفیکٹیو تھا اور یہ دنیا میں جو اللہ نے نظام بنایا ہے، اس کے عین مطابق تھا۔</w:t>
      </w:r>
    </w:p>
    <w:p>
      <w:r>
        <w:rPr>
          <w:b/>
        </w:rPr>
        <w:t xml:space="preserve">[12:58] </w:t>
      </w:r>
      <w:r>
        <w:t>is ko mein do misaal deta hoon aap ko. yeh Quran mein kaha gaya tha ke Musalmanoun ke ke tum is method ko tum bhi follow karna.</w:t>
      </w:r>
    </w:p>
    <w:p>
      <w:pPr>
        <w:jc w:val="right"/>
      </w:pPr>
      <w:r>
        <w:t>اس کو میں دو مثال دیتا ہوں آپ کو۔ یہ قرآن میں کہا گیا تھا کہ مسلمانوں کے کہ تم اس میتھڈ کو تم بھی فالو کرنا۔</w:t>
      </w:r>
    </w:p>
    <w:p>
      <w:r>
        <w:rPr>
          <w:b/>
        </w:rPr>
        <w:t xml:space="preserve">[13:09] </w:t>
      </w:r>
      <w:r>
        <w:t>yani bohat ajeeb baat hai ke Christian community ne jo method apnaya, jis ki wajah se woh itna zyada kamyab hue ke sab se bari religious community ban gaye.</w:t>
      </w:r>
    </w:p>
    <w:p>
      <w:pPr>
        <w:jc w:val="right"/>
      </w:pPr>
      <w:r>
        <w:t>یعنی بہت عجیب بات ہے کہ کرسچن کمیونٹی نے جو میتھڈ اپنایا، جس کی وجہ سے وہ اتنا زیادہ کامیاب ہوئے کہ سب سے بڑی ریلیجیس کمیونٹی بن گئے۔</w:t>
      </w:r>
    </w:p>
    <w:p>
      <w:r>
        <w:rPr>
          <w:b/>
        </w:rPr>
        <w:t xml:space="preserve">[13:21] </w:t>
      </w:r>
      <w:r>
        <w:t>to Musalmanoun se kaha gaya tha Surah As-Saff mein ke tum bhi un ke method ko apna</w:t>
      </w:r>
    </w:p>
    <w:p>
      <w:pPr>
        <w:jc w:val="right"/>
      </w:pPr>
      <w:r>
        <w:t>تو مسلمانوں سے کہا گیا تھا سورہ الصف میں کہ تم بھی ان کے میتھڈ کو اپنا</w:t>
      </w:r>
    </w:p>
    <w:p>
      <w:r>
        <w:rPr>
          <w:b/>
        </w:rPr>
        <w:t xml:space="preserve">[13:26] </w:t>
      </w:r>
      <w:r>
        <w:t>o. yeh following be aitbaar method hai. woh kaise hai? dekhiye, Hazrat Masih ke baad ya yeh jo hawariyyeen the, unhon ne kya kiya?</w:t>
      </w:r>
    </w:p>
    <w:p>
      <w:pPr>
        <w:jc w:val="right"/>
      </w:pPr>
      <w:r>
        <w:t>ؤ۔ یہ فالونگ بے اعتبار میتھڈ ہے۔ وہ کیسے ہے؟ دیکھیے، حضرت مسیح کے بعد یا یہ جو حواریین تھے، انہوں نے کیا کیا؟</w:t>
      </w:r>
    </w:p>
    <w:p>
      <w:r>
        <w:rPr>
          <w:b/>
        </w:rPr>
        <w:t xml:space="preserve">[13:36] </w:t>
      </w:r>
      <w:r>
        <w:t>un par zulm hua tha, un ko sataya gaya tha, un ko mara peeta gaya tha. hatta ke Hazrat Masih ko apne khayal ke mutabiq unhon ne saleeb pe charha diya tha.</w:t>
      </w:r>
    </w:p>
    <w:p>
      <w:pPr>
        <w:jc w:val="right"/>
      </w:pPr>
      <w:r>
        <w:t>ان پر ظلم ہوا تھا، ان کو ستایا گیا تھا، ان کو مارا پیٹا گیا تھا۔ حتی کہ حضرت مسیح کو اپنے خیال کے مطابق انہوں نے صلیب پہ چڑھا دیا تھا۔</w:t>
      </w:r>
    </w:p>
    <w:p>
      <w:r>
        <w:rPr>
          <w:b/>
        </w:rPr>
        <w:t xml:space="preserve">[13:47] </w:t>
      </w:r>
      <w:r>
        <w:t>agarche wa ma qataloohu wa ma salaboohu Quran mein aaya hai, lekin khud apne samajhte to unhon ne yahi kiya.</w:t>
      </w:r>
    </w:p>
    <w:p>
      <w:pPr>
        <w:jc w:val="right"/>
      </w:pPr>
      <w:r>
        <w:t>اگرچہ وما قتلوه وما سلبوه قرآن میں آیا ہے، لیکن خود اپنے سمجھتے تو انہوں نے یہی کیا۔</w:t>
      </w:r>
    </w:p>
    <w:p>
      <w:r>
        <w:rPr>
          <w:b/>
        </w:rPr>
        <w:t xml:space="preserve">[13:58] </w:t>
      </w:r>
      <w:r>
        <w:t>is ke bawajood hawari negative nahi bane. koi unhon ne in logon ke khilaf jinhon ne ke un ko sataya tha, koi aap nahi bata sakte ke unhon ne un ke khilaf koi hungama kiya ho,</w:t>
      </w:r>
    </w:p>
    <w:p>
      <w:pPr>
        <w:jc w:val="right"/>
      </w:pPr>
      <w:r>
        <w:t>اس کے باوجود حواری نیگیٹیو نہیں بنے۔ کوئی انہوں نے ان لوگوں کے خلاف جنہوں نے کہ ان کو ستایا تھا، کوئی آپ نہیں بتا سکتے کہ انہوں نے ان کے خلاف کوئی ہنگامہ کیا ہو،</w:t>
      </w:r>
    </w:p>
    <w:p>
      <w:r>
        <w:rPr>
          <w:b/>
        </w:rPr>
        <w:t xml:space="preserve">[14:16] </w:t>
      </w:r>
      <w:r>
        <w:t>un ke khilaf suicide bombing ki ho, un ke khilaf koi gun culture chalaya ho. nahi, purely peaceful da'wah work par aa gaye.</w:t>
      </w:r>
    </w:p>
    <w:p>
      <w:pPr>
        <w:jc w:val="right"/>
      </w:pPr>
      <w:r>
        <w:t>ان کے خلاف سوسائیڈ بمبنگ کی ہو، ان کے خلاف کوئی گن کلچر چلایا ہو۔ نہیں، پیورلی پیس فل داؤ ورک پر آ گئے۔</w:t>
      </w:r>
    </w:p>
    <w:p>
      <w:r>
        <w:rPr>
          <w:b/>
        </w:rPr>
        <w:t xml:space="preserve">[14:25] </w:t>
      </w:r>
      <w:r>
        <w:t>woh purely peaceful da'wah work.</w:t>
      </w:r>
    </w:p>
    <w:p>
      <w:pPr>
        <w:jc w:val="right"/>
      </w:pPr>
      <w:r>
        <w:t>وہ پیورلی پیس فل داؤ ورک۔</w:t>
      </w:r>
    </w:p>
    <w:p>
      <w:r>
        <w:rPr>
          <w:b/>
        </w:rPr>
        <w:t xml:space="preserve">[14:30] </w:t>
      </w:r>
      <w:r>
        <w:t>yeh bohat anokha tha ke agarche sare asbab aise the ke woh negative ho jate, woh un ko dushman declare kar ke un se ladne lagte,</w:t>
      </w:r>
    </w:p>
    <w:p>
      <w:pPr>
        <w:jc w:val="right"/>
      </w:pPr>
      <w:r>
        <w:t>یہ بہت انوکھا تھا کہ اگرچہ سارے اسباب ایسے تھے کہ وہ نیگیٹیو ہو جاتے، وہ ان کو دشمن ڈیکلئر کر کے ان سے لڑنے لگتے،</w:t>
      </w:r>
    </w:p>
    <w:p>
      <w:r>
        <w:rPr>
          <w:b/>
        </w:rPr>
        <w:t xml:space="preserve">[14:43] </w:t>
      </w:r>
      <w:r>
        <w:t>un ke khilaf sazishain karte, yeh sab nahi kiya unhon ne.</w:t>
      </w:r>
    </w:p>
    <w:p>
      <w:pPr>
        <w:jc w:val="right"/>
      </w:pPr>
      <w:r>
        <w:t>ان کے خلاف سازشیں کرتے، یہ سب نہیں کیا انہوں نے۔</w:t>
      </w:r>
    </w:p>
    <w:p>
      <w:r>
        <w:rPr>
          <w:b/>
        </w:rPr>
        <w:t xml:space="preserve">[14:48] </w:t>
      </w:r>
      <w:r>
        <w:t>falasteen ke bahir atraf ke mulkon mein woh phail gaye aur peaceful dawah work yani peaceful missionary work mein mashgool ho gaye.</w:t>
      </w:r>
    </w:p>
    <w:p>
      <w:pPr>
        <w:jc w:val="right"/>
      </w:pPr>
      <w:r>
        <w:t>فلسطین کے باہر اطراف کے ملکوں میں وہ پھیل گئے اور پیس فل داؤ ورک یعنی پیس فل مشنری ورک میں مشغول ہو گئے۔</w:t>
      </w:r>
    </w:p>
    <w:p>
      <w:r>
        <w:rPr>
          <w:b/>
        </w:rPr>
        <w:t xml:space="preserve">[14:59] </w:t>
      </w:r>
      <w:r>
        <w:t>peaceful missionary work. yahan tak ke ek waqt aaya ke ek khud jo europe ka badshah tha, constantine, woh khud christian ban gaya un ke peaceful missionary work ki wajah se.</w:t>
      </w:r>
    </w:p>
    <w:p>
      <w:pPr>
        <w:jc w:val="right"/>
      </w:pPr>
      <w:r>
        <w:t>پیس فل مشنری ورک۔ یہاں تک کہ ایک وقت آیا کہ ایک خود جو یورپ کا بادشاہ تھا، کانسٹنٹین، وہ خود کرسچن بن گیا ان کے پیس فل مشنری ورک کی وجہ سے۔</w:t>
      </w:r>
    </w:p>
    <w:p>
      <w:r>
        <w:rPr>
          <w:b/>
        </w:rPr>
        <w:t xml:space="preserve">[15:14] </w:t>
      </w:r>
      <w:r>
        <w:t>aur phir sare europe mein isaiyat phail gayi.</w:t>
      </w:r>
    </w:p>
    <w:p>
      <w:pPr>
        <w:jc w:val="right"/>
      </w:pPr>
      <w:r>
        <w:t>اور پھر سارے یورپ میں عیسائیت پھیل گئی۔</w:t>
      </w:r>
    </w:p>
    <w:p>
      <w:r>
        <w:rPr>
          <w:b/>
        </w:rPr>
        <w:t xml:space="preserve">[15:19] </w:t>
      </w:r>
      <w:r>
        <w:t>to pehla example jo set kiya christian machinery ne, Hazrat Masih ke پیروؤں ne, woh tha ke chahe halaat kitne hi negative hon,</w:t>
      </w:r>
    </w:p>
    <w:p>
      <w:pPr>
        <w:jc w:val="right"/>
      </w:pPr>
      <w:r>
        <w:t>تو پہلا ایگزیمپل جو سیٹ کیا کرسچن مشینری نے، حضرت مسیح کے پیروؤں نے، وہ تھا کہ چاہے حالات کتنے ہی نیگیٹیو ہوں،</w:t>
      </w:r>
    </w:p>
    <w:p>
      <w:r>
        <w:rPr>
          <w:b/>
        </w:rPr>
        <w:t xml:space="preserve">[15:34] </w:t>
      </w:r>
      <w:r>
        <w:t>isko nazar andaz kar ke tum peaceful missionary activities mein lag jao. instructly non political andaaz mein kaam kiya tha unhon ne</w:t>
      </w:r>
    </w:p>
    <w:p>
      <w:pPr>
        <w:jc w:val="right"/>
      </w:pPr>
      <w:r>
        <w:t>اس کو نظر انداز کر کے تم پیس فل مشنری ایکٹیویٹیز میں لگ جاؤ۔ انسٹرکٹلی نان پولیٹیکل انداز میں کام کیا تھا انہوں نے</w:t>
      </w:r>
    </w:p>
    <w:p>
      <w:r>
        <w:rPr>
          <w:b/>
        </w:rPr>
        <w:t xml:space="preserve">[15:45] </w:t>
      </w:r>
      <w:r>
        <w:t>. koi politics nahi, koi violence nahi, koi conspiracy nahi, koi negative propaganda nahi, kuch bhi nahi kiya.</w:t>
      </w:r>
    </w:p>
    <w:p>
      <w:pPr>
        <w:jc w:val="right"/>
      </w:pPr>
      <w:r>
        <w:t>۔ کوئی پولیٹکس نہیں، کوئی وائیلنس نہیں، کوئی کانسپریسی نہیں، کوئی نیگیٹیو پروپونڈا نہیں، کچھ بھی نہیں کیا۔</w:t>
      </w:r>
    </w:p>
    <w:p>
      <w:r>
        <w:rPr>
          <w:b/>
        </w:rPr>
        <w:t xml:space="preserve">[15:56] </w:t>
      </w:r>
      <w:r>
        <w:t>halanke halaat poori tarah isi ke haq mein the.</w:t>
      </w:r>
    </w:p>
    <w:p>
      <w:pPr>
        <w:jc w:val="right"/>
      </w:pPr>
      <w:r>
        <w:t>حالانکہ حالات پوری طرح اسی کے حق میں تھے۔</w:t>
      </w:r>
    </w:p>
    <w:p>
      <w:r>
        <w:rPr>
          <w:b/>
        </w:rPr>
        <w:t xml:space="preserve">[15:59] </w:t>
      </w:r>
      <w:r>
        <w:t>to peaceful dawah work ya peaceful missionary activities ka nateeja yeh hua ke unhon ne bohat se logon ko christian fold mein dakhil kiya, yahan tak ke europe ke badshah ko bhi dakhil kar liya,</w:t>
      </w:r>
    </w:p>
    <w:p>
      <w:pPr>
        <w:jc w:val="right"/>
      </w:pPr>
      <w:r>
        <w:t>تو پیس فل دعویٰ ورک یا پیس فل مشنری ایکٹیویٹیز کا نتیجہ یہ ہوا کہ انہوں نے بہت سے لوگوں کو کرسچن فولڈ میں داخل کیا، یہاں تک کہ یورپ کے بادشاہ کو بھی داخل کر لیا،</w:t>
      </w:r>
    </w:p>
    <w:p>
      <w:r>
        <w:rPr>
          <w:b/>
        </w:rPr>
        <w:t xml:space="preserve">[16:15] </w:t>
      </w:r>
      <w:r>
        <w:t>constantine ko. aur jab us zamane mein woh daur tha ke "nasun waladdeen mulook" jab badshah khud christian ban gaya to sara europe christian ban gaya.</w:t>
      </w:r>
    </w:p>
    <w:p>
      <w:pPr>
        <w:jc w:val="right"/>
      </w:pPr>
      <w:r>
        <w:t>کانسٹنٹین کو۔ اور جب اس زمانے میں وہ دور تھا کہ الناس اولادین ملوک جب بادشاہ خود کرسچن بن گیا تو سارا یورپ کرسچن بن گیا۔</w:t>
      </w:r>
    </w:p>
    <w:p>
      <w:r>
        <w:rPr>
          <w:b/>
        </w:rPr>
        <w:t xml:space="preserve">[16:28] </w:t>
      </w:r>
      <w:r>
        <w:t>is tarah Christianity phail gayi. ek example yeh set kiya christian community mein history ne, jiska Surah e Saff mein hai.</w:t>
      </w:r>
    </w:p>
    <w:p>
      <w:pPr>
        <w:jc w:val="right"/>
      </w:pPr>
      <w:r>
        <w:t>اس طرح کرسچینٹی پھیل گئی۔ ایک ایگزیمپل یہ سیٹ کیا کرسچن کمیونٹی میں ہسٹری نے، جس کا سورہ الصف میں ہے۔</w:t>
      </w:r>
    </w:p>
    <w:p>
      <w:r>
        <w:rPr>
          <w:b/>
        </w:rPr>
        <w:t xml:space="preserve">[16:37] </w:t>
      </w:r>
      <w:r>
        <w:t>Surah e Saff mein isharatan jo baat kahi gayi hai, us ki yeh tafseel hai. is ke baad dekhiye, doosra ek daur aata hai.</w:t>
      </w:r>
    </w:p>
    <w:p>
      <w:pPr>
        <w:jc w:val="right"/>
      </w:pPr>
      <w:r>
        <w:t>سورہ الصف میں اشارتاً جو بات کہی گئی ہے، اس کی یہ تفصیل ہے۔ اس کے بعد دیکھیے، دوسرا ایک دور آتا ہے۔</w:t>
      </w:r>
    </w:p>
    <w:p>
      <w:r>
        <w:rPr>
          <w:b/>
        </w:rPr>
        <w:t xml:space="preserve">[16:48] </w:t>
      </w:r>
      <w:r>
        <w:t>woh yeh daur aata hai ke musalman phailay dunya mein, unhon ne Roman Empire ko, Byzantine Empire ko tod diya, jo Christian Empire thi.</w:t>
      </w:r>
    </w:p>
    <w:p>
      <w:pPr>
        <w:jc w:val="right"/>
      </w:pPr>
      <w:r>
        <w:t>وہ یہ دور آتا ہے کہ مسلمان پھیلے دنیا میں، انہوں نے رومن ایمپائر کو، بازنطینی ایمپائر کو توڑ دیا، جو کرسچن ایمپائر تھی۔</w:t>
      </w:r>
    </w:p>
    <w:p>
      <w:r>
        <w:rPr>
          <w:b/>
        </w:rPr>
        <w:t xml:space="preserve">[17:03] </w:t>
      </w:r>
      <w:r>
        <w:t>Byzantine Empire ke under mein tha falasteen, urdun, sham. yeh sara jo area hai, jo isaiyon ke nazdeek muqaddas samjha jata hai, is sab area par musalmanon ka qabza ho gaya.</w:t>
      </w:r>
    </w:p>
    <w:p>
      <w:pPr>
        <w:jc w:val="right"/>
      </w:pPr>
      <w:r>
        <w:t>بازنطینی ایمپائر کے انڈر میں تھا فلسطین، اردن، شام۔ یہ سارا جو ایریا ہے، جو عیسائیوں کے نزدیک مقدس سمجھا جاتا ہے، اس سب ایریا پر مسلمانوں کا قبضہ ہو گیا۔</w:t>
      </w:r>
    </w:p>
    <w:p>
      <w:r>
        <w:rPr>
          <w:b/>
        </w:rPr>
        <w:t xml:space="preserve">[17:18] </w:t>
      </w:r>
      <w:r>
        <w:t>to zahir hai ke is ke khilaf jazba paida hua logon ke andar, badshahon ke andar. aur europe ke Christian badshahon ne yeh chaha ke woh regain karein,</w:t>
      </w:r>
    </w:p>
    <w:p>
      <w:pPr>
        <w:jc w:val="right"/>
      </w:pPr>
      <w:r>
        <w:t>تو ظاہر ہے کہ اس کے خلاف جذبہ پیدا ہوا لوگوں کے اندر، بادشاہوں کے اندر۔ اور یورپ کے کرسچن بادشاہوں نے یہ چاہا کہ وہ ریگین کریں،</w:t>
      </w:r>
    </w:p>
    <w:p>
      <w:r>
        <w:rPr>
          <w:b/>
        </w:rPr>
        <w:t xml:space="preserve">[17:32] </w:t>
      </w:r>
      <w:r>
        <w:t>yani Syria ko, falasteen ko, aur yeh jo ilaaqa hai, un ka muqaddas ilaaqa, is par phir qabza karein. is ke liye war hui. isi ko kehte hain crusades.</w:t>
      </w:r>
    </w:p>
    <w:p>
      <w:pPr>
        <w:jc w:val="right"/>
      </w:pPr>
      <w:r>
        <w:t>یعنی سیریا کو، فلسطین کو، اور یہ جو علاقہ ہے، ان کا مقدس علاقہ، اس پر پھر قبضہ کریں۔ اس کے لیے وار ہوئی۔ اسی کو کہتے ہیں کروسیٹس۔</w:t>
      </w:r>
    </w:p>
    <w:p>
      <w:r>
        <w:rPr>
          <w:b/>
        </w:rPr>
        <w:t xml:space="preserve">[17:44] </w:t>
      </w:r>
      <w:r>
        <w:t>taqreeban do sau saal tak waqfe waqfe se yeh ladai jaari rahi.</w:t>
      </w:r>
    </w:p>
    <w:p>
      <w:pPr>
        <w:jc w:val="right"/>
      </w:pPr>
      <w:r>
        <w:t>تقریباً دو سو سال تک وقفے وقفے سے یہ لڑائی جاری رہی۔</w:t>
      </w:r>
    </w:p>
    <w:p>
      <w:r>
        <w:rPr>
          <w:b/>
        </w:rPr>
        <w:t xml:space="preserve">[17:51] </w:t>
      </w:r>
      <w:r>
        <w:t>yeh Muslim, is zamane jo Muslim saltanatein thin, un ke darmiyan aur europe mein jo Christian saltanatein thin, un ke darmiyan yeh ladai hui.</w:t>
      </w:r>
    </w:p>
    <w:p>
      <w:pPr>
        <w:jc w:val="right"/>
      </w:pPr>
      <w:r>
        <w:t>یہ مسلم، اس زمانے جو مسلم سلطنتیں تھیں، ان کے درمیان اور یورپ میں جو کرسچن سلطنتیں تھیں، ان کے درمیان یہ لڑائی ہوئی۔</w:t>
      </w:r>
    </w:p>
    <w:p>
      <w:r>
        <w:rPr>
          <w:b/>
        </w:rPr>
        <w:t xml:space="preserve">[18:03] </w:t>
      </w:r>
      <w:r>
        <w:t>lekin is ladai mein Christians ko humiliating defeat hui. do sau saal ki jang ke bawajood woh aisa na kar sake ke phir qabza kar lein falasteen aur sham waghera ke ilaaqe par.</w:t>
      </w:r>
    </w:p>
    <w:p>
      <w:pPr>
        <w:jc w:val="right"/>
      </w:pPr>
      <w:r>
        <w:t>لیکن اس لڑائی میں کرسچنز کو ہیمیلیٹک ڈیفیٹ ہوئی۔ دو سو سال کی جنگ کے باوجود وہ ایسا نہ کر سکے کہ پھر قبضہ کر لیں فلسطین اور شام وغیرہ کے علاقے پر۔</w:t>
      </w:r>
    </w:p>
    <w:p>
      <w:r>
        <w:rPr>
          <w:b/>
        </w:rPr>
        <w:t xml:space="preserve">[18:21] </w:t>
      </w:r>
      <w:r>
        <w:t>to kitna bara un ko, yani shakk laga hoga. aap sochiye, crusades mein jo un ko, yani defeat hui, woh defeat ko morkheen kehte hain ke humiliating defeat.</w:t>
      </w:r>
    </w:p>
    <w:p>
      <w:pPr>
        <w:jc w:val="right"/>
      </w:pPr>
      <w:r>
        <w:t>تو کتنا بڑا ان کو، یعنی شک لگا ہوگا۔ آپ سوچیے، کروسیٹس میں جو ان کو، یعنی ڈیفیٹ ہوئی، وہ ڈیفیٹ کو مورخین کہتے ہیں کہ ہیمیلیٹک ڈیفیٹ۔</w:t>
      </w:r>
    </w:p>
    <w:p>
      <w:r>
        <w:rPr>
          <w:b/>
        </w:rPr>
        <w:t xml:space="preserve">[18:38] </w:t>
      </w:r>
      <w:r>
        <w:t>achha, is ke baad kya hua? ek bohat ajeeb break through hua. break through, yani isaiyon ne tareekh mein ek naya namoona pesh kiya.</w:t>
      </w:r>
    </w:p>
    <w:p>
      <w:pPr>
        <w:jc w:val="right"/>
      </w:pPr>
      <w:r>
        <w:t>اچھا، اس کے بعد کیا ہوا؟ ایک بہت عجیب بریکل ہوا۔ بریکل، یعنی عیسائیوں نے تاریخ میں ایک نیا نمونہ پیش کیا۔</w:t>
      </w:r>
    </w:p>
    <w:p>
      <w:r>
        <w:rPr>
          <w:b/>
        </w:rPr>
        <w:t xml:space="preserve">[18:49] </w:t>
      </w:r>
      <w:r>
        <w:t>woh tha, yani apni energy ko divert karo.</w:t>
      </w:r>
    </w:p>
    <w:p>
      <w:pPr>
        <w:jc w:val="right"/>
      </w:pPr>
      <w:r>
        <w:t>وہ تھا، یعنی اپنی انرجی کو ڈائیورٹ کرو۔</w:t>
      </w:r>
    </w:p>
    <w:p>
      <w:r>
        <w:rPr>
          <w:b/>
        </w:rPr>
        <w:t xml:space="preserve">[18:57] </w:t>
      </w:r>
      <w:r>
        <w:t>is ke baad un ke haan ek naya woh concept aaya, spiritual crusades. woh janghi ladai hua karti thi.</w:t>
      </w:r>
    </w:p>
    <w:p>
      <w:pPr>
        <w:jc w:val="right"/>
      </w:pPr>
      <w:r>
        <w:t>اس کے بعد ان کے ہاں ایک نیا وہ کانسیپٹ آیا، اسپریچول کروسیٹس۔ وہ جنگی لڑائی ہوا کرتی تھی۔</w:t>
      </w:r>
    </w:p>
    <w:p>
      <w:r>
        <w:rPr>
          <w:b/>
        </w:rPr>
        <w:t xml:space="preserve">[19:06] </w:t>
      </w:r>
      <w:r>
        <w:t>crusades jo thi, woh battlefield mein hoti thi. unhon ne kaha ke battlefield ko chodo, is ke daire mein aa jao.</w:t>
      </w:r>
    </w:p>
    <w:p>
      <w:pPr>
        <w:jc w:val="right"/>
      </w:pPr>
      <w:r>
        <w:t>کروسیٹس جو تھی، وہ بیٹل فیلڈ میں ہوتی تھی۔ انہوں نے کہا کہ بیٹل فیلڈ کو چھوڑو، اس کے دائرے میں آ جاؤ۔</w:t>
      </w:r>
    </w:p>
    <w:p>
      <w:r>
        <w:rPr>
          <w:b/>
        </w:rPr>
        <w:t xml:space="preserve">[19:17] </w:t>
      </w:r>
      <w:r>
        <w:t>to pehle is ka naam unhon ne diya spiritual crusades. phir wahi baat ko hote hote ban gayi scientific crusade.</w:t>
      </w:r>
    </w:p>
    <w:p>
      <w:pPr>
        <w:jc w:val="right"/>
      </w:pPr>
      <w:r>
        <w:t>تو پہلے اس کا نام انہوں نے دیا اسپریچول کروسیٹس۔ پھر وہی بات کو ہوتے ہوتے بن گئی سائنٹیفک کروسیٹ۔</w:t>
      </w:r>
    </w:p>
    <w:p>
      <w:r>
        <w:rPr>
          <w:b/>
        </w:rPr>
        <w:t xml:space="preserve">[19:27] </w:t>
      </w:r>
      <w:r>
        <w:t>scientific crusade. to crusades ki laraai mein haarne ke baad unhon ne divert kar diya apni energy ko, poori ki poori energy ko, aur nature mein ko explore karne mein lag gaye.</w:t>
      </w:r>
    </w:p>
    <w:p>
      <w:pPr>
        <w:jc w:val="right"/>
      </w:pPr>
      <w:r>
        <w:t>سائنٹیفک کروسیٹ۔ تو کروسیٹس کی لڑائی میں ہارنے کے بعد انہوں نے ڈائیورٹ کر دیا اپنی انرجی کو، پوری کی پوری انرجی کو، اور نیچر میں کو ایکسپلور کرنے میں لگ گئے۔</w:t>
      </w:r>
    </w:p>
    <w:p>
      <w:r>
        <w:rPr>
          <w:b/>
        </w:rPr>
        <w:t xml:space="preserve">[19:45] </w:t>
      </w:r>
      <w:r>
        <w:t>nature ko explore karne mein lag gaye.</w:t>
      </w:r>
    </w:p>
    <w:p>
      <w:pPr>
        <w:jc w:val="right"/>
      </w:pPr>
      <w:r>
        <w:t>نیچر کو ایکسپلور کرنے میں لگ گئے۔</w:t>
      </w:r>
    </w:p>
    <w:p>
      <w:r>
        <w:rPr>
          <w:b/>
        </w:rPr>
        <w:t xml:space="preserve">[19:47] </w:t>
      </w:r>
      <w:r>
        <w:t>jitne bhi aap dekhiye, jitni bhi discoveries hain, jo modern civilization hai, kis ne kis ne kiya yeh sab kaam?</w:t>
      </w:r>
    </w:p>
    <w:p>
      <w:pPr>
        <w:jc w:val="right"/>
      </w:pPr>
      <w:r>
        <w:t>جتنے بھی آپ دیکھیے، جتنی بھی ڈسکوریز ہیں، جو ماڈرن سولائزیشن ہے، کس نے کس نے کیا یہ سب کام؟</w:t>
      </w:r>
    </w:p>
    <w:p>
      <w:r>
        <w:rPr>
          <w:b/>
        </w:rPr>
        <w:t xml:space="preserve">[19:58] </w:t>
      </w:r>
      <w:r>
        <w:t>is mein sara role Christians ka hai. sara role Christians ka hai.</w:t>
      </w:r>
    </w:p>
    <w:p>
      <w:pPr>
        <w:jc w:val="right"/>
      </w:pPr>
      <w:r>
        <w:t>اس میں سارا رول کرسچنز کا ہے۔ سارا رول کرسچنز کا ہے۔</w:t>
      </w:r>
    </w:p>
    <w:p>
      <w:r>
        <w:rPr>
          <w:b/>
        </w:rPr>
        <w:t xml:space="preserve">[20:05] </w:t>
      </w:r>
      <w:r>
        <w:t>yani modern civilization aur scientific discoveries, modern technology, yeh poora jo ek naya daur aaya hai, woh sab Europe ke Christian ne paida kiya hai.</w:t>
      </w:r>
    </w:p>
    <w:p>
      <w:pPr>
        <w:jc w:val="right"/>
      </w:pPr>
      <w:r>
        <w:t>یعنی ماڈرن سولائزیشن اور سائنٹیفک ڈسکوریز، ماڈرن ٹیکنالوجی، یہ پورا جو ایک نیا دور آیا ہے، وہ سب یورپ کے کرسچن نے پیدا کیا ہے۔</w:t>
      </w:r>
    </w:p>
    <w:p>
      <w:r>
        <w:rPr>
          <w:b/>
        </w:rPr>
        <w:t xml:space="preserve">[20:19] </w:t>
      </w:r>
      <w:r>
        <w:t>woh kaise? is tareeqe se ke battlefield mein jab un ko haar hui to unhon ne kaha ke apni energy ko divert karo.</w:t>
      </w:r>
    </w:p>
    <w:p>
      <w:pPr>
        <w:jc w:val="right"/>
      </w:pPr>
      <w:r>
        <w:t>وہ کیسے؟ اس طریقے سے کہ بیٹل فیلڈ میں جب ان کو ہار ہوئی تو انہوں نے کہا کہ اپنی انرجی کو ڈائیورٹ کرو۔</w:t>
      </w:r>
    </w:p>
    <w:p>
      <w:r>
        <w:rPr>
          <w:b/>
        </w:rPr>
        <w:t xml:space="preserve">[20:28] </w:t>
      </w:r>
      <w:r>
        <w:t>laraai ke bajaye peaceful research, peaceful scientific exploration is mein laga do.</w:t>
      </w:r>
    </w:p>
    <w:p>
      <w:pPr>
        <w:jc w:val="right"/>
      </w:pPr>
      <w:r>
        <w:t>لڑائی کے بجائے پیس فل ریسرچ، پیس فل سائنٹیفک ایکسپلوریشن اس میں لگا دو۔</w:t>
      </w:r>
    </w:p>
    <w:p>
      <w:r>
        <w:rPr>
          <w:b/>
        </w:rPr>
        <w:t xml:space="preserve">[20:38] </w:t>
      </w:r>
      <w:r>
        <w:t>aur phir ek naya daur aa gaya. ek naya daur, yani jo tareekh mein kabhi nahi aaya tha, scientific daur, modern civilization ka daur.</w:t>
      </w:r>
    </w:p>
    <w:p>
      <w:pPr>
        <w:jc w:val="right"/>
      </w:pPr>
      <w:r>
        <w:t>اور پھر ایک نیا دور آ گیا۔ ایک نیا دور، یعنی جو تاریخ میں کبھی نہیں آیا تھا، سائنٹیفک دور، ماڈرن سولائزیشن کا دور۔</w:t>
      </w:r>
    </w:p>
    <w:p>
      <w:r>
        <w:rPr>
          <w:b/>
        </w:rPr>
        <w:t xml:space="preserve">[20:50] </w:t>
      </w:r>
      <w:r>
        <w:t>to yeh kitna bara yeh karnamey in ka hai.</w:t>
      </w:r>
    </w:p>
    <w:p>
      <w:pPr>
        <w:jc w:val="right"/>
      </w:pPr>
      <w:r>
        <w:t>تو یہ کتنا بڑا یہ کارنامہ ان کا ہے۔</w:t>
      </w:r>
    </w:p>
    <w:p>
      <w:r>
        <w:rPr>
          <w:b/>
        </w:rPr>
        <w:t xml:space="preserve">[20:53] </w:t>
      </w:r>
      <w:r>
        <w:t>to is ayat mein ishara hai musalmanon ke liye ke tum par bhi phir aisa waqt aayega. to tum us waqt is pattern ko follow karna.</w:t>
      </w:r>
    </w:p>
    <w:p>
      <w:pPr>
        <w:jc w:val="right"/>
      </w:pPr>
      <w:r>
        <w:t>تو اس آیت میں اشارہ ہے مسلمانوں کے لیے کہ تم پر بھی پھر ایسا وقت آئے گا۔ تو تم اس وقت اس پیٹرن کو فالو کرنا۔</w:t>
      </w:r>
    </w:p>
    <w:p>
      <w:r>
        <w:rPr>
          <w:b/>
        </w:rPr>
        <w:t xml:space="preserve">[21:03] </w:t>
      </w:r>
      <w:r>
        <w:t>Surah As-Saff ki ayat mein yeh ishara hai ke tum par bhi aisa waqt aayega. to tum us pattern ko follow karna. lekin musalman is mein fail ho gaye.</w:t>
      </w:r>
    </w:p>
    <w:p>
      <w:pPr>
        <w:jc w:val="right"/>
      </w:pPr>
      <w:r>
        <w:t>سورہ الصف کی آیت میں یہ اشارہ ہے کہ تم پر بھی ایسا وقت آئے گا۔ تو تم اس پیٹرن کو فالو کرنا۔ لیکن مسلمان اس میں فیل ہو گئے۔</w:t>
      </w:r>
    </w:p>
    <w:p>
      <w:r>
        <w:rPr>
          <w:b/>
        </w:rPr>
        <w:t xml:space="preserve">[21:15] </w:t>
      </w:r>
      <w:r>
        <w:t>ab mein aap ko is ki detail arz karta hoon.</w:t>
      </w:r>
    </w:p>
    <w:p>
      <w:pPr>
        <w:jc w:val="right"/>
      </w:pPr>
      <w:r>
        <w:t>اب میں آپ کو اس کی ڈیٹیل عرض کرتا ہوں۔</w:t>
      </w:r>
    </w:p>
    <w:p>
      <w:r>
        <w:rPr>
          <w:b/>
        </w:rPr>
        <w:t xml:space="preserve">[21:21] </w:t>
      </w:r>
      <w:r>
        <w:t>dekhiye, is ke baad ek daur aata hai jis ko hum kehte hain colonialism, nau abadiyati daur.</w:t>
      </w:r>
    </w:p>
    <w:p>
      <w:pPr>
        <w:jc w:val="right"/>
      </w:pPr>
      <w:r>
        <w:t>دیکھیے، اس کے بعد ایک دور آتا ہے جس کو ہم کہتے ہیں کلونیلزم، نو آبادیاتی دور۔</w:t>
      </w:r>
    </w:p>
    <w:p>
      <w:r>
        <w:rPr>
          <w:b/>
        </w:rPr>
        <w:t xml:space="preserve">[21:30] </w:t>
      </w:r>
      <w:r>
        <w:t>yani Europe ke yeh Christian jo thay, nayi taaqatein un ko haasil huin, nayi technology mili, business ke naye tareeqay daryaft kiye unhon ne.</w:t>
      </w:r>
    </w:p>
    <w:p>
      <w:pPr>
        <w:jc w:val="right"/>
      </w:pPr>
      <w:r>
        <w:t>یعنی یورپ کے یہ کرسچن جو تھے، نئی طاقتیں ان کو حاصل ہوئیں، نئی ٹیکنالوجی ملی، بزنس کے نئے طریقے دریافت کیے انہوں نے۔</w:t>
      </w:r>
    </w:p>
    <w:p>
      <w:r>
        <w:rPr>
          <w:b/>
        </w:rPr>
        <w:t xml:space="preserve">[21:40] </w:t>
      </w:r>
      <w:r>
        <w:t>unhon ne, yani jo treasure qism ki jo kashtiyan chalti theen, us ko steamship banaya. aur barhate barhate rail aur car, hawa jahaz, kya kya bana dala.</w:t>
      </w:r>
    </w:p>
    <w:p>
      <w:pPr>
        <w:jc w:val="right"/>
      </w:pPr>
      <w:r>
        <w:t>انہوں نے، یعنی جو ٹریشر قسم کی جو کشتیاں چلتی تھیں، اس کو اسٹیم شپ بنایا۔ اور بڑھاتے بڑھاتے ریل اور کار، ہوا جہاز، کیا کیا بنا ڈالا۔</w:t>
      </w:r>
    </w:p>
    <w:p>
      <w:r>
        <w:rPr>
          <w:b/>
        </w:rPr>
        <w:t xml:space="preserve">[21:52] </w:t>
      </w:r>
      <w:r>
        <w:t>ek poora ek naya daur, ek nayi taaqaton ka daur. to ab yahi log colonial powers ki soorat mein dobara Asia aur Africa mein ghusay aur musalmanon ko zair kiya unhon ne.</w:t>
      </w:r>
    </w:p>
    <w:p>
      <w:pPr>
        <w:jc w:val="right"/>
      </w:pPr>
      <w:r>
        <w:t>ایک پورا ایک نیا دور، ایک نئی طاقتوں کا دور۔ تو اب یہی لوگ کلونیل پاورز کی صورت میں دوبارہ ایشیا اور افریقہ میں گھسے اور مسلمانوں کو زیر کیا انہوں نے۔</w:t>
      </w:r>
    </w:p>
    <w:p>
      <w:r>
        <w:rPr>
          <w:b/>
        </w:rPr>
        <w:t xml:space="preserve">[22:08] </w:t>
      </w:r>
      <w:r>
        <w:t>is zamane mein aap jante hain ke ek taraf Ottoman Empire qaim tha, Khilafat Usmania, India mein Mughal Empire qaim tha.</w:t>
      </w:r>
    </w:p>
    <w:p>
      <w:pPr>
        <w:jc w:val="right"/>
      </w:pPr>
      <w:r>
        <w:t>اس زمانے میں آپ جانتے ہیں کہ ایک طرف اٹومان ایمپائر قائم تھا، خلافت عثمانیہ، انڈیا میں مغل ایمپائر قائم تھا۔</w:t>
      </w:r>
    </w:p>
    <w:p>
      <w:r>
        <w:rPr>
          <w:b/>
        </w:rPr>
        <w:t xml:space="preserve">[22:18] </w:t>
      </w:r>
      <w:r>
        <w:t>is tarah se mukhtalif saltanatein Asia aur Africa ke ilaqay mein musalmanon ki qaim theen. Spain mein musalmanon ka barsh empire qaim tha. in sab ko unhon ne tehsil kar diya.</w:t>
      </w:r>
    </w:p>
    <w:p>
      <w:pPr>
        <w:jc w:val="right"/>
      </w:pPr>
      <w:r>
        <w:t>اس طرح سے مختلف سلطنتیں ایشیا اور افریقہ کے علاقے میں مسلمانوں کی قائم تھیں۔ اسپین میں مسلمانوں کا برش ایمپائر قائم تھا۔ ان سب کو انہوں نے تحصیل کر دیا۔</w:t>
      </w:r>
    </w:p>
    <w:p>
      <w:r>
        <w:rPr>
          <w:b/>
        </w:rPr>
        <w:t xml:space="preserve">[22:29] </w:t>
      </w:r>
      <w:r>
        <w:t>yani yeh Christians jo jin ko hum kehte hain colonial powers, unhon ne dobara ek naya daur paida kiya ke yeh saare Muslim saltanaton ko unhon ne ya to barah-e-rast taur par ya bil-wasta taur par magloob kar liya.</w:t>
      </w:r>
    </w:p>
    <w:p>
      <w:pPr>
        <w:jc w:val="right"/>
      </w:pPr>
      <w:r>
        <w:t>یعنی یہ کرسچنز جو جن کو ہم کہتے ہیں کلونیل پاورز، انہوں نے دوبارہ ایک نیا دور پیدا کیا کہ یہ سارے مسلم سلطنتوں کو انہوں نے یا تو براہ راست طور پر یا بالواسطہ طور پر مغلوب کر لیا۔</w:t>
      </w:r>
    </w:p>
    <w:p>
      <w:r>
        <w:rPr>
          <w:b/>
        </w:rPr>
        <w:t xml:space="preserve">[22:48] </w:t>
      </w:r>
      <w:r>
        <w:t>in par apna dabdaba qaim kar liya. achha, aap dekhiye kya hua musalmanon mein. musalmanon mein reaction hua. sakht reaction.</w:t>
      </w:r>
    </w:p>
    <w:p>
      <w:pPr>
        <w:jc w:val="right"/>
      </w:pPr>
      <w:r>
        <w:t>ان پر اپنا دبدبہ قائم کر لیا۔ اچھا، آپ دیکھیے کیا ہوا مسلمانوں میں۔ مسلمانوں میں ری ایکشن ہوا۔ سخت ری ایکشن۔</w:t>
      </w:r>
    </w:p>
    <w:p>
      <w:r>
        <w:rPr>
          <w:b/>
        </w:rPr>
        <w:t xml:space="preserve">[23:00] </w:t>
      </w:r>
      <w:r>
        <w:t>yeh shuru hota hai yeh waqia 1799 se. jabke India mein Tipu Sultan ko shikast hui thi aur isi zamane mein Turkey ke beeday ko Mediterranean Sea mein gharaq kar diya tha, yani Europeans ne.</w:t>
      </w:r>
    </w:p>
    <w:p>
      <w:pPr>
        <w:jc w:val="right"/>
      </w:pPr>
      <w:r>
        <w:t>یہ شروع ہوتا ہے یہ واقعہ 1799 سے۔ جبکہ انڈیا میں ٹیپو سلطان کو شکست ہوئی تھی اور اسی زمانے میں ترکی کے بیڑے کو میڈیرین سی میں غرق کر دیا تھا، یعنی یورپینز نے۔</w:t>
      </w:r>
    </w:p>
    <w:p>
      <w:r>
        <w:rPr>
          <w:b/>
        </w:rPr>
        <w:t xml:space="preserve">[23:20] </w:t>
      </w:r>
      <w:r>
        <w:t>yeh gaya ek alamaati taur par yeh yeh tareekh batati hai ke ke haarey hue jo Christian thay, unhon ne dobara ghalba haasil kar liya aur musalmanon ko peechay dhakail diya.</w:t>
      </w:r>
    </w:p>
    <w:p>
      <w:pPr>
        <w:jc w:val="right"/>
      </w:pPr>
      <w:r>
        <w:t>یہ گیا ایک علامتی طور پر یہ یہ تاریخ بتاتی ہے کہ کہ ہارے ہوئے جو کرسچن تھے، انہوں نے دوبارہ غلبہ حاصل کر لیا اور مسلمانوں کو پیچھے دھکیل دیا۔</w:t>
      </w:r>
    </w:p>
    <w:p>
      <w:r>
        <w:rPr>
          <w:b/>
        </w:rPr>
        <w:t xml:space="preserve">[23:36] </w:t>
      </w:r>
      <w:r>
        <w:t>aur musalmanon mein reaction hua. laraai shuru ki unhon ne. Jawaduddin Afghani jaisay bohat se log paida hue aur unhon ne kaha ke hum ladey ladey kar ke dobara jeeteinge.</w:t>
      </w:r>
    </w:p>
    <w:p>
      <w:pPr>
        <w:jc w:val="right"/>
      </w:pPr>
      <w:r>
        <w:t>اور مسلمانوں میں ری ایکشن ہوا۔ لڑائی شروع کی انہوں نے۔ جواد الدین افغانی جیسے بہت سے لوگ پیدا ہوئے اور انہوں نے کہا کہ ہم لڑے لڑ کر کے دوبارہ جیتیں گے۔</w:t>
      </w:r>
    </w:p>
    <w:p>
      <w:r>
        <w:rPr>
          <w:b/>
        </w:rPr>
        <w:t xml:space="preserve">[23:47] </w:t>
      </w:r>
      <w:r>
        <w:t>to ek mahaz khul gaya har jagah.</w:t>
      </w:r>
    </w:p>
    <w:p>
      <w:pPr>
        <w:jc w:val="right"/>
      </w:pPr>
      <w:r>
        <w:t>تو ایک محاذ کھل گیا ہر جگہ۔</w:t>
      </w:r>
    </w:p>
    <w:p>
      <w:r>
        <w:rPr>
          <w:b/>
        </w:rPr>
        <w:t xml:space="preserve">[23:51] </w:t>
      </w:r>
      <w:r>
        <w:t>india mein muhaaz khula, falasteen mein muhaaz khula, har jagah. british ke khilaaf, french ke khilaaf, european taaqaton ke khilaaf.</w:t>
      </w:r>
    </w:p>
    <w:p>
      <w:pPr>
        <w:jc w:val="right"/>
      </w:pPr>
      <w:r>
        <w:t>انڈیا میں محاذ کھلا، فلسطین میں محاذ کھلا، ہر جگہ۔ برٹش کے خلاف، فرنچ کے خلاف، یورپین طاقتوں کے خلاف۔</w:t>
      </w:r>
    </w:p>
    <w:p>
      <w:r>
        <w:rPr>
          <w:b/>
        </w:rPr>
        <w:t xml:space="preserve">[24:02] </w:t>
      </w:r>
      <w:r>
        <w:t>aur yeh muhaaz aaj tak jaari hai. musalmanon ne ko is mein musalmanon ko is mein mukammal shikast hui.</w:t>
      </w:r>
    </w:p>
    <w:p>
      <w:pPr>
        <w:jc w:val="right"/>
      </w:pPr>
      <w:r>
        <w:t>اور یہ محاذ آج تک جاری ہے۔ مسلمانوں نے کو اس میں مسلمانوں کو اس میں مکمل شکست ہوئی۔</w:t>
      </w:r>
    </w:p>
    <w:p>
      <w:r>
        <w:rPr>
          <w:b/>
        </w:rPr>
        <w:t xml:space="preserve">[24:11] </w:t>
      </w:r>
      <w:r>
        <w:t>kahin bhi unhon ne koi kaamyaabi haasil nahin ki. yeh taqreeban do sau saal ki tareekh hai.</w:t>
      </w:r>
    </w:p>
    <w:p>
      <w:pPr>
        <w:jc w:val="right"/>
      </w:pPr>
      <w:r>
        <w:t>کہیں بھی انہوں نے کوئی کامیابی حاصل نہیں کی۔ یہ تقریباً دو سو سال کی تاریخ ہے۔</w:t>
      </w:r>
    </w:p>
    <w:p>
      <w:r>
        <w:rPr>
          <w:b/>
        </w:rPr>
        <w:t xml:space="preserve">[24:17] </w:t>
      </w:r>
      <w:r>
        <w:t>yaani ajeeb baat hai ke idhar aap parallel zara dekhiye, crusades bhi do sau saal tak thay. aur musalmanon ki ladaai against imperialism, imperialism bhi do sau saal guzar chukay hain.</w:t>
      </w:r>
    </w:p>
    <w:p>
      <w:pPr>
        <w:jc w:val="right"/>
      </w:pPr>
      <w:r>
        <w:t>یعنی عجیب بات ہے کہ ادھر آپ پیرلل ذرا دیکھیے، کروسیٹس بھی دو سو سال تک تھیں۔ اور مسلمانوں کی لڑائی اگینسٹ ایمپیریلزم، ایمپیریلزم بھی دو سو سال گزر چکے ہیں۔</w:t>
      </w:r>
    </w:p>
    <w:p>
      <w:r>
        <w:rPr>
          <w:b/>
        </w:rPr>
        <w:t xml:space="preserve">[24:30] </w:t>
      </w:r>
      <w:r>
        <w:t>aaj tak musalmanon mein rethinking nahin aayi. bohat ajeeb baat hai. jis tarah se europeans mein, yaani yaani christians mein rethinking aayi thi, unhon ne socha ke hum apni energy ko kyun waste karte rahen</w:t>
      </w:r>
    </w:p>
    <w:p>
      <w:pPr>
        <w:jc w:val="right"/>
      </w:pPr>
      <w:r>
        <w:t>آج تک مسلمانوں میں ری تھنکنگ نہیں آئی۔ بہت عجیب بات ہے۔ جس طرح سے یورپینز میں، یعنی یعنی کرسچنز میں ری تھنکنگ آئی تھی، انہوں نے سوچا کہ ہم اپنی انرجی کو کیوں ویسٹ کرتے رہیں</w:t>
      </w:r>
    </w:p>
    <w:p>
      <w:r>
        <w:rPr>
          <w:b/>
        </w:rPr>
        <w:t xml:space="preserve">[24:46] </w:t>
      </w:r>
      <w:r>
        <w:t>? is ko divert karo. divert karo. unhon ne divert kar diya. battlefield ke bajaye scientific field mein aa gaye woh. yaani energy ko divert kar ke bajaye battlefield mein is ko zaya karne ke, scientific field mein aa gaye jahan bari bari un ko success hui, bari bari kaamyaabi hui.</w:t>
      </w:r>
    </w:p>
    <w:p>
      <w:pPr>
        <w:jc w:val="right"/>
      </w:pPr>
      <w:r>
        <w:t>؟ اس کو ڈائیورٹ کرو۔ ڈائیورٹ کرو۔ انہوں نے ڈائیورٹ کر دیا۔ بیٹل فیلڈ کے بجائے سائنٹیفک فیلڈ میں آ گئے وہ۔ یعنی انرجی کو ڈائیورٹ کر کے بجائے بیٹل فیلڈ میں اس کو ضائع کرنے کے، سائنٹیفک فیلڈ میں آ گئے جہاں بڑی بڑی ان کو ایک سکسیس ہوئی، بڑی بڑی کامیابی ہوئی۔</w:t>
      </w:r>
    </w:p>
    <w:p>
      <w:r>
        <w:rPr>
          <w:b/>
        </w:rPr>
        <w:t xml:space="preserve">[25:08] </w:t>
      </w:r>
      <w:r>
        <w:t>lekin aaj tak musalmanon mein rethinking nahin aayi.</w:t>
      </w:r>
    </w:p>
    <w:p>
      <w:pPr>
        <w:jc w:val="right"/>
      </w:pPr>
      <w:r>
        <w:t>لیکن آج تک مسلمانوں میں ری تھنکنگ نہیں آئی۔</w:t>
      </w:r>
    </w:p>
    <w:p>
      <w:r>
        <w:rPr>
          <w:b/>
        </w:rPr>
        <w:t xml:space="preserve">[25:12] </w:t>
      </w:r>
      <w:r>
        <w:t>musalmanon ko yeh sochna chahiye tha ke dekho, hum kya gain kar pa rahe hain? kuch bhi nahin. to hamein bhi kya karna chahiye?</w:t>
      </w:r>
    </w:p>
    <w:p>
      <w:pPr>
        <w:jc w:val="right"/>
      </w:pPr>
      <w:r>
        <w:t>مسلمانوں کو یہ سوچنا چاہیے تھا کہ دیکھو، ہم کیا گین کر پا رہے ہیں؟ کچھ بھی نہیں۔ تو ہمیں بھی کیا کرنا چاہیے؟</w:t>
      </w:r>
    </w:p>
    <w:p>
      <w:r>
        <w:rPr>
          <w:b/>
        </w:rPr>
        <w:t xml:space="preserve">[25:23] </w:t>
      </w:r>
      <w:r>
        <w:t>ke battlefield ko chhod kar da'wa field mein aa jao. battlefield ko chhod kar da'wa field mein aa jao. yeh nahin soch paye.</w:t>
      </w:r>
    </w:p>
    <w:p>
      <w:pPr>
        <w:jc w:val="right"/>
      </w:pPr>
      <w:r>
        <w:t>کہ بیٹل فیلڈ کو چھوڑ کر دعویٰ فیلڈ میں آ جاؤ۔ بیٹل فیلڈ کو چھوڑ کر دعویٰ فیلڈ میں آ جاؤ۔ یہ نہیں سوچ پائے۔</w:t>
      </w:r>
    </w:p>
    <w:p>
      <w:r>
        <w:rPr>
          <w:b/>
        </w:rPr>
        <w:t xml:space="preserve">[25:36] </w:t>
      </w:r>
      <w:r>
        <w:t>yeh tha karna.</w:t>
      </w:r>
    </w:p>
    <w:p>
      <w:pPr>
        <w:jc w:val="right"/>
      </w:pPr>
      <w:r>
        <w:t>یہ تھا کرنا۔</w:t>
      </w:r>
    </w:p>
    <w:p>
      <w:r>
        <w:rPr>
          <w:b/>
        </w:rPr>
        <w:t xml:space="preserve">[25:38] </w:t>
      </w:r>
      <w:r>
        <w:t>to Allah taala ne peshgi taur par yeh bata diya tha ke ek waqt aayega ke tum ko christian ke method ko follow karna hoga. tab tum kaamyaab hoge.</w:t>
      </w:r>
    </w:p>
    <w:p>
      <w:pPr>
        <w:jc w:val="right"/>
      </w:pPr>
      <w:r>
        <w:t>تو اللہ تعالیٰ نے پیشگی طور پر یہ بتا دیا تھا کہ ایک وقت آئے گا کہ تم کو کرسچن کے میتھڈ کو فالو کرنا ہوگا۔ تب تم کامیاب ہو گے۔</w:t>
      </w:r>
    </w:p>
    <w:p>
      <w:r>
        <w:rPr>
          <w:b/>
        </w:rPr>
        <w:t xml:space="preserve">[25:49] </w:t>
      </w:r>
      <w:r>
        <w:t>kaisi ajeeb yeh aayat hai Quran majeed mein.</w:t>
      </w:r>
    </w:p>
    <w:p>
      <w:pPr>
        <w:jc w:val="right"/>
      </w:pPr>
      <w:r>
        <w:t>کیسی عجیب یہ آیت ہے قرآن مجید میں۔</w:t>
      </w:r>
    </w:p>
    <w:p>
      <w:r>
        <w:rPr>
          <w:b/>
        </w:rPr>
        <w:t xml:space="preserve">[25:54] </w:t>
      </w:r>
      <w:r>
        <w:t>peshgi taur par keh diya gaya tha ke jis tarah se christian ko haar hui battlefield mein, to unhon ne yeh kiya ke un ke andar rethinking aayi aur unhon ne socha ke hum apni energy ko kyun waste karen?</w:t>
      </w:r>
    </w:p>
    <w:p>
      <w:pPr>
        <w:jc w:val="right"/>
      </w:pPr>
      <w:r>
        <w:t>پیشگی طور پر کہہ دیا گیا تھا کہ جس طرح سے کرسچن کو ہار ہوئی بیٹل فیلڈ میں، تو انہوں نے یہ کیا کہ ان کے اندر ری تھنکنگ آئی اور انہوں نے سوچا کہ ہم اپنی انرجی کو کیوں ویسٹ کریں؟</w:t>
      </w:r>
    </w:p>
    <w:p>
      <w:r>
        <w:rPr>
          <w:b/>
        </w:rPr>
        <w:t xml:space="preserve">[26:10] </w:t>
      </w:r>
      <w:r>
        <w:t>to bajaye battlefield ke, woh scientific field mein aa gaye. aur bari bari success mili un ko. bohat bari bhi kaamyaabi.</w:t>
      </w:r>
    </w:p>
    <w:p>
      <w:pPr>
        <w:jc w:val="right"/>
      </w:pPr>
      <w:r>
        <w:t>تو بجائے بیٹل فیلڈ کے، وہ سائنٹیفک فیلڈ میں آ گئے۔ اور بڑی بڑی سکسیس ملی ان کو۔ بہت بڑی بھی کامیابی۔</w:t>
      </w:r>
    </w:p>
    <w:p>
      <w:r>
        <w:rPr>
          <w:b/>
        </w:rPr>
        <w:t xml:space="preserve">[26:19] </w:t>
      </w:r>
      <w:r>
        <w:t>yehi kaam musalmanon ko karna chahiye tha. ke jab unhon ne dekha ke battlefield mein nakaam ho rahe hain, unhon ne gun culture chalaya, bomb culture chalaya.</w:t>
      </w:r>
    </w:p>
    <w:p>
      <w:pPr>
        <w:jc w:val="right"/>
      </w:pPr>
      <w:r>
        <w:t>یہی کام مسلمانوں کو کرنا چاہیے تھا۔ کہ جب انہوں نے دیکھا کہ بیٹل فیلڈ میں ناکام ہو رہے ہیں، انہوں نے گن کلچر چلایا، بم کلچر چلایا۔</w:t>
      </w:r>
    </w:p>
    <w:p>
      <w:r>
        <w:rPr>
          <w:b/>
        </w:rPr>
        <w:t xml:space="preserve">[26:29] </w:t>
      </w:r>
      <w:r>
        <w:t>aur nakaam jab hotay hotay yeh naubat pohnchi ke kuch gain nahin ho raha hai, to kya hai? suicide bombing shuru kar di. dekha ke woh milta nahin, apnay hi ko kho aaye.</w:t>
      </w:r>
    </w:p>
    <w:p>
      <w:pPr>
        <w:jc w:val="right"/>
      </w:pPr>
      <w:r>
        <w:t>اور ناکام جب ہوتے ہوتے یہ نوبت پہنچی کہ کچھ گین نہیں ہو رہا ہے، تو کیا ہے؟ سوسائیڈ بمبنگ شروع کر دی۔ دیکھا کہ وہ ملتا نہیں، اپنے ہی کو کھو آئے۔</w:t>
      </w:r>
    </w:p>
    <w:p>
      <w:r>
        <w:rPr>
          <w:b/>
        </w:rPr>
        <w:t xml:space="preserve">[26:41] </w:t>
      </w:r>
      <w:r>
        <w:t>yaani apnay hi ko maar rahay hain. suicide bombing kar ke. kaisi ajeeb baat</w:t>
      </w:r>
    </w:p>
    <w:p>
      <w:pPr>
        <w:jc w:val="right"/>
      </w:pPr>
      <w:r>
        <w:t>یعنی اپنے ہی کو مار رہے ہیں۔ سوسائیڈ بمبنگ کر کے۔ کیسی عجیب بات</w:t>
      </w:r>
    </w:p>
    <w:p>
      <w:r>
        <w:rPr>
          <w:b/>
        </w:rPr>
        <w:t xml:space="preserve">[26:47] </w:t>
      </w:r>
      <w:r>
        <w:t>hai. aaj tak yeh thi rethinking nahin aayi jabke Quran mein bata diya gaya tha ke tum ko bhi yeh karna hoga. yehi karna hoga.</w:t>
      </w:r>
    </w:p>
    <w:p>
      <w:pPr>
        <w:jc w:val="right"/>
      </w:pPr>
      <w:r>
        <w:t>ہے۔ آج تک یہ تھی ری تھنکنگ نہیں آئی جبکہ قرآن میں بتا دیا گیا تھا کہ تم کو بھی یہ کرنا ہوگا۔ یہی کرنا ہوگا۔</w:t>
      </w:r>
    </w:p>
    <w:p>
      <w:r>
        <w:rPr>
          <w:b/>
        </w:rPr>
        <w:t xml:space="preserve">[26:57] </w:t>
      </w:r>
      <w:r>
        <w:t>ke battlefield ko chhod kar da'wa field mein aa jao. peaceful da'wa work. abhi kal mein parh raha tha ke musalsal taur par arab countries mein log Islam qabool kar rahay hain.</w:t>
      </w:r>
    </w:p>
    <w:p>
      <w:pPr>
        <w:jc w:val="right"/>
      </w:pPr>
      <w:r>
        <w:t>کہ بیٹل فیلڈ کو چھوڑ کر دعویٰ فیلڈ میں آ جاؤ۔ پیس فل دعویٰ ورک۔ ابھی کل میں پڑھ رہا تھا کہ مسلسل طور پر عرب کنٹریز میں لوگ اسلام قبول کر رہے ہیں۔</w:t>
      </w:r>
    </w:p>
    <w:p>
      <w:r>
        <w:rPr>
          <w:b/>
        </w:rPr>
        <w:t xml:space="preserve">[27:12] </w:t>
      </w:r>
      <w:r>
        <w:t>musalsal taur par. baghair kisi kaam ke. koi da'wa work nahin wahan par</w:t>
      </w:r>
    </w:p>
    <w:p>
      <w:pPr>
        <w:jc w:val="right"/>
      </w:pPr>
      <w:r>
        <w:t>مسلسل طور پر۔ بغیر کسی کام کے۔ کوئی دعویٰ ورک نہیں وہاں پر</w:t>
      </w:r>
    </w:p>
    <w:p>
      <w:r>
        <w:rPr>
          <w:b/>
        </w:rPr>
        <w:t xml:space="preserve">[27:16] </w:t>
      </w:r>
      <w:r>
        <w:t>۔ to Islam ki ideology apnay aap mein ek taaqatwar ideology hai. Islam ki jo ideology hai, woh apnay aap mein ek taaqatwar ideology hai.</w:t>
      </w:r>
    </w:p>
    <w:p>
      <w:pPr>
        <w:jc w:val="right"/>
      </w:pPr>
      <w:r>
        <w:t>۔ تو اسلام کی آئیڈیالوجی اپنے آپ میں ایک طاقتور آئیڈیالوجی ہے۔ اسلام کی جو آئیڈیالوجی ہے، وہ اپنے آپ میں ایک طاقتور آئیڈیالوجی ہے۔</w:t>
      </w:r>
    </w:p>
    <w:p>
      <w:r>
        <w:rPr>
          <w:b/>
        </w:rPr>
        <w:t xml:space="preserve">[27:25] </w:t>
      </w:r>
      <w:r>
        <w:t>woh apnay aap kaam karti rehti hai. to agar musalman is ko le kar uthein, organize karein da'wa work ko, to kitabon mein kaamyaabi hogi.</w:t>
      </w:r>
    </w:p>
    <w:p>
      <w:pPr>
        <w:jc w:val="right"/>
      </w:pPr>
      <w:r>
        <w:t>وہ اپنے آپ کام کرتی رہتی ہے۔ تو اگر مسلمان اس کو لے کر اٹھیں، ارگنائز کریں دعویٰ ورک کو، تو کتابوں میں کامیابی ہوگی۔</w:t>
      </w:r>
    </w:p>
    <w:p>
      <w:r>
        <w:rPr>
          <w:b/>
        </w:rPr>
        <w:t xml:space="preserve">[27:38] </w:t>
      </w:r>
      <w:r>
        <w:t>million time barh jaye gi kaamyaabi.</w:t>
      </w:r>
    </w:p>
    <w:p>
      <w:pPr>
        <w:jc w:val="right"/>
      </w:pPr>
      <w:r>
        <w:t>ملین ٹائم بڑھ جائے گی کامیابی۔</w:t>
      </w:r>
    </w:p>
    <w:p>
      <w:r>
        <w:rPr>
          <w:b/>
        </w:rPr>
        <w:t xml:space="preserve">[27:41] </w:t>
      </w:r>
      <w:r>
        <w:t>lekin christian ne ek bohat bara example set kiya unhon ne ke da'wat ke kaam ko unhon ne ek organized missionary work mein tabdeel kar diya.</w:t>
      </w:r>
    </w:p>
    <w:p>
      <w:pPr>
        <w:jc w:val="right"/>
      </w:pPr>
      <w:r>
        <w:t>لیکن کرسچن نے ایک بہت بڑا ایک ایگزیمپل سیٹ کیا انہوں نے کہ دعوت کے کام کو انہوں نے ایک ارگنائزڈ مشنری ورک میں تبدیل کر دیا۔</w:t>
      </w:r>
    </w:p>
    <w:p>
      <w:r>
        <w:rPr>
          <w:b/>
        </w:rPr>
        <w:t xml:space="preserve">[27:53] </w:t>
      </w:r>
      <w:r>
        <w:t>tareekh mein pehli baar aisa hua hai ke christian ne ek bohat ajeeb kaam kiya hai ke da'wa work ko ek organized christian mission, organized missionary work, bohat well organized taur par woh kaam karte hain</w:t>
      </w:r>
    </w:p>
    <w:p>
      <w:pPr>
        <w:jc w:val="right"/>
      </w:pPr>
      <w:r>
        <w:t>تاریخ میں پہلی بار ایسا ہوا ہے کہ کرسچن نے ایک بہت عجیب کام کیا ہے کہ دعویٰ ورک کو ایک ارگنائزڈ کرسچن مشن، ارگنائزڈ مشنری ورک، بہت ویل ارگنائزڈ طور پر وہ کام کرتے ہیں</w:t>
      </w:r>
    </w:p>
    <w:p>
      <w:r>
        <w:rPr>
          <w:b/>
        </w:rPr>
        <w:t xml:space="preserve">[28:10] </w:t>
      </w:r>
      <w:r>
        <w:t>jisko kehte hain woh missionary work. to yeh karna tha. abhi to bator khud kisi ne parh liya quran, kisi ne kuch parh liya, woh islam mein qabool kar liya us ne.</w:t>
      </w:r>
    </w:p>
    <w:p>
      <w:pPr>
        <w:jc w:val="right"/>
      </w:pPr>
      <w:r>
        <w:t>جس کو کہتے ہیں وہ مشنری ورک۔ تو یہ کرنا تھا۔ ابھی تو بطور خود کسی نے پڑھ لیا قرآن، کسی نے کچھ پڑھ لیا، وہ اسلام میں قبول کر لیا اس نے۔</w:t>
      </w:r>
    </w:p>
    <w:p>
      <w:r>
        <w:rPr>
          <w:b/>
        </w:rPr>
        <w:t xml:space="preserve">[28:22] </w:t>
      </w:r>
      <w:r>
        <w:t>lekin organized way mein agar aap yeh karein ke quran ko phailayein, rasool allah ki seerat ko phailayein, islam ki ideology ko phailayein, organized way mein, aur modern technology ko istemal karein, modern method ko istemal karein,</w:t>
      </w:r>
    </w:p>
    <w:p>
      <w:pPr>
        <w:jc w:val="right"/>
      </w:pPr>
      <w:r>
        <w:t>لیکن ارگنائزڈ وے میں اگر آپ یہ کریں کہ قرآن کو پھیلائیں، رسول اللہ کی سیرت کو پھیلائیں، اسلام کی آئیڈیالوجی کو پھیلائیں، ارگنائزڈ وے میں، اور ماڈرن ٹیکنالوجی کو استعمال کریں، ماڈرن میتھڈ کو استعمال کریں،</w:t>
      </w:r>
    </w:p>
    <w:p>
      <w:r>
        <w:rPr>
          <w:b/>
        </w:rPr>
        <w:t xml:space="preserve">[28:36] </w:t>
      </w:r>
      <w:r>
        <w:t>modern opportunities ko istemal karein, to thousand thousand time kaam barh jayega.</w:t>
      </w:r>
    </w:p>
    <w:p>
      <w:pPr>
        <w:jc w:val="right"/>
      </w:pPr>
      <w:r>
        <w:t>ماڈرن اپرچونیٹیز کو استعمال کریں، تو تھاؤزنڈ تھاؤزنڈ ٹائم کام بڑھ جائے گا۔</w:t>
      </w:r>
    </w:p>
    <w:p>
      <w:r>
        <w:rPr>
          <w:b/>
        </w:rPr>
        <w:t xml:space="preserve">[28:44] </w:t>
      </w:r>
      <w:r>
        <w:t>yeh sara scope para hua hai. sari opportunities pari hui hain. jis tarah wahan par unhone dekha ke dawah, unhone dekha ke yani battle field mein to kuch nahi mil raha hai, crusades mein hum haar rahe hain sirf.</w:t>
      </w:r>
    </w:p>
    <w:p>
      <w:pPr>
        <w:jc w:val="right"/>
      </w:pPr>
      <w:r>
        <w:t>یہ سارا اسکوپ پڑا ہوا ہے۔ ساری اپرچونیٹیز پڑی ہوئی ہیں۔ جس طرح وہاں پر انہوں نے دیکھا کہ دعویٰ، انہوں نے دیکھا کہ یعنی بیٹل فیلڈ میں تو کچھ نہیں مل رہا ہے، کروسیٹس میں ہم ہار رہے ہیں صرف۔</w:t>
      </w:r>
    </w:p>
    <w:p>
      <w:r>
        <w:rPr>
          <w:b/>
        </w:rPr>
        <w:t xml:space="preserve">[29:00] </w:t>
      </w:r>
      <w:r>
        <w:t>lekin unhone jab mutala kiya nature ka to unhone kaha ke yeh to bohat bara maidan hai.</w:t>
      </w:r>
    </w:p>
    <w:p>
      <w:pPr>
        <w:jc w:val="right"/>
      </w:pPr>
      <w:r>
        <w:t>لیکن انہوں نے جب مطالعہ کیا نیچر کا تو انہوں نے کہا کہ یہ تو بہت بڑا میدان ہے۔</w:t>
      </w:r>
    </w:p>
    <w:p>
      <w:r>
        <w:rPr>
          <w:b/>
        </w:rPr>
        <w:t xml:space="preserve">[29:09] </w:t>
      </w:r>
      <w:r>
        <w:t>char sau saal pehle jab galileo ne pehli bar telescope ke zariye aasman ki taraf dekha to maloom hua ke to aik aik aik aur hi kainat hai jo hum ne ab tak dekha nahi tha.</w:t>
      </w:r>
    </w:p>
    <w:p>
      <w:pPr>
        <w:jc w:val="right"/>
      </w:pPr>
      <w:r>
        <w:t>چار سو سال پہلے جب گلیلیو نے پہلی بار ٹیلیسکوپ کے ذریعے آسمان کی طرف دیکھا تو معلوم ہوا کہ تو ایک ایک ایک اور ہی کائنات ہے جو ہم نے اب تک دیکھا نہیں تھا۔</w:t>
      </w:r>
    </w:p>
    <w:p>
      <w:r>
        <w:rPr>
          <w:b/>
        </w:rPr>
        <w:t xml:space="preserve">[29:21] </w:t>
      </w:r>
      <w:r>
        <w:t>yeh sab be khabar the. to is poori energy laga di unhone is ki taraf.</w:t>
      </w:r>
    </w:p>
    <w:p>
      <w:pPr>
        <w:jc w:val="right"/>
      </w:pPr>
      <w:r>
        <w:t>یہ سب بے خبر تھے۔ تو اس پوری انرجی لگا دی انہوں نے اس کی طرف۔</w:t>
      </w:r>
    </w:p>
    <w:p>
      <w:r>
        <w:rPr>
          <w:b/>
        </w:rPr>
        <w:t xml:space="preserve">[29:27] </w:t>
      </w:r>
      <w:r>
        <w:t>aise hi musalmanon ko, muslim rehnumaon ko chahiye tha ke woh dekhte ke islam ki jo ideology hai, islam ka jo yeh mehfooz kitab quran hai, rasool allah ki jo sunnat hai,</w:t>
      </w:r>
    </w:p>
    <w:p>
      <w:pPr>
        <w:jc w:val="right"/>
      </w:pPr>
      <w:r>
        <w:t>ایسے ہی مسلمانوں کو، مسلم رہنماؤں کو چاہیے تھا کہ وہ دیکھتے کہ اسلام کی جو آئیڈیالوجی ہے، اسلام کا جو یہ محفوظ کتاب قرآن ہے، رسول اللہ کی جو سنت ہے،</w:t>
      </w:r>
    </w:p>
    <w:p>
      <w:r>
        <w:rPr>
          <w:b/>
        </w:rPr>
        <w:t xml:space="preserve">[29:43] </w:t>
      </w:r>
      <w:r>
        <w:t>islam ki shakal mein allah ka jo deen poori tarah mehfooz maujood hai, yeh sab se bari taqat hai.</w:t>
      </w:r>
    </w:p>
    <w:p>
      <w:pPr>
        <w:jc w:val="right"/>
      </w:pPr>
      <w:r>
        <w:t>اسلام کی شکل میں اللہ کا جو دین پوری طرح محفوظ موجود ہے، یہ سب سے بڑی طاقت ہے۔</w:t>
      </w:r>
    </w:p>
    <w:p>
      <w:r>
        <w:rPr>
          <w:b/>
        </w:rPr>
        <w:t xml:space="preserve">[29:51] </w:t>
      </w:r>
      <w:r>
        <w:t>isko le kar utho, isko le kar utho, aur peaceful tor par is ko dunya tak pahunchao.</w:t>
      </w:r>
    </w:p>
    <w:p>
      <w:pPr>
        <w:jc w:val="right"/>
      </w:pPr>
      <w:r>
        <w:t>اس کو لے کر اٹھو، اس کو لے کر اٹھو، اور پیس فل طور پر اس کو دنیا تک پہنچاؤ۔</w:t>
      </w:r>
    </w:p>
    <w:p>
      <w:r>
        <w:rPr>
          <w:b/>
        </w:rPr>
        <w:t xml:space="preserve">[30:01] </w:t>
      </w:r>
      <w:r>
        <w:t>to kitna bara yeh parallel tha jo allah taala ne peshgi tor par bata diya tha ke karna hoga tumhein, lekin sare musalman fail ho gaye.</w:t>
      </w:r>
    </w:p>
    <w:p>
      <w:pPr>
        <w:jc w:val="right"/>
      </w:pPr>
      <w:r>
        <w:t>تو کتنا بڑا یہ پیرلل تھا جو اللہ تعالیٰ نے پیشگی طور پر بتا دیا تھا کہ کرنا ہوگا تمہیں، لیکن سارے مسلمان فیل ہو گئے۔</w:t>
      </w:r>
    </w:p>
    <w:p>
      <w:r>
        <w:rPr>
          <w:b/>
        </w:rPr>
        <w:t xml:space="preserve">[30:13] </w:t>
      </w:r>
      <w:r>
        <w:t>do sau saal ke andar aik bhi musalman nahi utha abhi tak hamare mission ko chhod kar ke jo yeh bataye musalmanon ko ke tum kahan apne aap ko zaya kar rahe ho, apni energy ko divert karo.</w:t>
      </w:r>
    </w:p>
    <w:p>
      <w:pPr>
        <w:jc w:val="right"/>
      </w:pPr>
      <w:r>
        <w:t>دو سو سال کے اندر ایک بھی مسلمان نہیں اٹھا ابھی تک ہمارے مشن کو چھوڑ کر کے جو یہ بتائے مسلمانوں کو کہ تم کہاں اپنے آپ کو ضائع کر رہے ہو، اپنی انرجی کو ڈائیورٹ کرو۔</w:t>
      </w:r>
    </w:p>
    <w:p>
      <w:r>
        <w:rPr>
          <w:b/>
        </w:rPr>
        <w:t xml:space="preserve">[30:26] </w:t>
      </w:r>
      <w:r>
        <w:t>chodo ab jhooti ladai ko, chodo gun culture ko, chodo bomb culture ko, chodo suicide bombing ko.</w:t>
      </w:r>
    </w:p>
    <w:p>
      <w:pPr>
        <w:jc w:val="right"/>
      </w:pPr>
      <w:r>
        <w:t>چھوڑو اب جھوٹی لڑائی کو، چھوڑو گن کلچر کو، چھوڑو بم کلچر کو، چھوڑو سوسائیڈ بمبنگ کو۔</w:t>
      </w:r>
    </w:p>
    <w:p>
      <w:r>
        <w:rPr>
          <w:b/>
        </w:rPr>
        <w:t xml:space="preserve">[30:35] </w:t>
      </w:r>
      <w:r>
        <w:t>battle field ke bajaye peaceful dawah work ke maidan mein aa jao. aur yahan par allah tumhein kamyabiyan dega.</w:t>
      </w:r>
    </w:p>
    <w:p>
      <w:pPr>
        <w:jc w:val="right"/>
      </w:pPr>
      <w:r>
        <w:t>بیٹل فیلڈ کے بجائے پیس فل دعا ورک کے میدان میں آ جاؤ۔ اور یہاں پر اللہ تمہیں کامیابیاں دے گا۔</w:t>
      </w:r>
    </w:p>
    <w:p>
      <w:r>
        <w:rPr>
          <w:b/>
        </w:rPr>
        <w:t xml:space="preserve">[30:45] </w:t>
      </w:r>
      <w:r>
        <w:t>yahan pe tumhari kamyabiyan hongi.</w:t>
      </w:r>
    </w:p>
    <w:p>
      <w:pPr>
        <w:jc w:val="right"/>
      </w:pPr>
      <w:r>
        <w:t>یہاں پہ تمہاری کامیابیاں ہوں گی۔</w:t>
      </w:r>
    </w:p>
    <w:p>
      <w:r>
        <w:rPr>
          <w:b/>
        </w:rPr>
        <w:t xml:space="preserve">[30:54] </w:t>
      </w:r>
      <w:r>
        <w:t>to yeh kaisa ajeeb yani almiya hai, kaisa ajeeb tragedy hai ke bojh ke quran mein allah taala ne is baat ko bata diya tha aur bojh ke is ka muzahira bhi karwa diya christians ke zariye se.</w:t>
      </w:r>
    </w:p>
    <w:p>
      <w:pPr>
        <w:jc w:val="right"/>
      </w:pPr>
      <w:r>
        <w:t>تو یہ کیسا عجیب یعنی المیہ ہے، کیسا عجیب ٹریجڈی ہے کہ بوجھے کے قرآن میں اللہ تعالیٰ نے اس بات کو بتا دیا تھا اور بوجھے کے اس کا مظاہرہ بھی کروا دیا کرسچنز کے ذریعے سے۔</w:t>
      </w:r>
    </w:p>
    <w:p>
      <w:r>
        <w:rPr>
          <w:b/>
        </w:rPr>
        <w:t xml:space="preserve">[31:14] </w:t>
      </w:r>
      <w:r>
        <w:t>muzahira bhi karwa diya ke yeh method kitna kamyab hota hai.</w:t>
      </w:r>
    </w:p>
    <w:p>
      <w:pPr>
        <w:jc w:val="right"/>
      </w:pPr>
      <w:r>
        <w:t>مظاہرہ بھی کروا دیا کہ یہ میتھڈ کتنا کامیاب ہوتا ہے۔</w:t>
      </w:r>
    </w:p>
    <w:p>
      <w:r>
        <w:rPr>
          <w:b/>
        </w:rPr>
        <w:t xml:space="preserve">[31:20] </w:t>
      </w:r>
      <w:r>
        <w:t>yani battle field ke bajaye peaceful dawah work kitna zyada kamyab hota hai. is ko bata bhi diya, tab bhi aankh nahi khuli, tab bhi usi par lage hue hain, wohi gun culture, wohi bomb culture, wohi suicide bombing, wohi nafrat, wohi science ki batein.</w:t>
      </w:r>
    </w:p>
    <w:p>
      <w:pPr>
        <w:jc w:val="right"/>
      </w:pPr>
      <w:r>
        <w:t>یعنی بیٹل فیلڈ کے بجائے پیس فل دعویٰ ورک کتنا زیادہ کامیاب ہوتا ہے۔ اس کو بتا بھی دیا، تب بھی آنکھ نہیں کھلی، تب بھی اسی پر لگے ہوئے ہیں، وہی گن کلچر، وہی بم کلچر، وہی سوسائیڈ بمبنگ، وہی نفرت، وہی سائنس کی باتیں۔</w:t>
      </w:r>
    </w:p>
    <w:p>
      <w:r>
        <w:rPr>
          <w:b/>
        </w:rPr>
        <w:t xml:space="preserve">[31:42] </w:t>
      </w:r>
      <w:r>
        <w:t>jisko jis musalman ki taqreer parhiye, jis musalman ki taqreer suniye, jis musalman ki kitab ko parhiye, sab usi par bhara hua hoga ke dunya hamare khilaf sazish kar rahi hai, dunya hamari dushman ban gayi hai, hamein dunya ko ladna hai, is ko mitana hai, is ko suicide bombing karni hai is ke khilaf.</w:t>
      </w:r>
    </w:p>
    <w:p>
      <w:pPr>
        <w:jc w:val="right"/>
      </w:pPr>
      <w:r>
        <w:t>جس کو جس مسلمان کی تقریر پڑھیے، جس مسلمان کی تقریر سنیے، جس مسلمان کی کتاب کو پڑھیے، سب اسی پر بھرا ہوا ہوگا کہ دنیا ہمارے خلاف سازش کر رہی ہے، دنیا ہماری دشمن بن گئی ہے، ہمیں دنیا کو لڑنا ہے، اس کو مٹانا ہے، اس کو سوسائیڈ بمبنگ کرنی ہے اس کے خلاف۔</w:t>
      </w:r>
    </w:p>
    <w:p>
      <w:r>
        <w:rPr>
          <w:b/>
        </w:rPr>
        <w:t xml:space="preserve">[32:05] </w:t>
      </w:r>
      <w:r>
        <w:t>yeh yeh to yeh to aik sara bilkul yani against the creation plan of god hai.</w:t>
      </w:r>
    </w:p>
    <w:p>
      <w:pPr>
        <w:jc w:val="right"/>
      </w:pPr>
      <w:r>
        <w:t>یہ یہ تو یہ تو ایک سارا بالکل یعنی اگینسٹ دی کرشن پلان آف گاڈ ہے۔</w:t>
      </w:r>
    </w:p>
    <w:p>
      <w:r>
        <w:rPr>
          <w:b/>
        </w:rPr>
        <w:t xml:space="preserve">[32:13] </w:t>
      </w:r>
      <w:r>
        <w:t>dekhiye, is dunya mein koi bhi kamyabi aap ko creation plan of god ko follow kar ke hi mil sakti hai. agar aap creation plan of god jo hai us ke khilaf chalna chahein to aap kabhi kamyab nahi honge.</w:t>
      </w:r>
    </w:p>
    <w:p>
      <w:pPr>
        <w:jc w:val="right"/>
      </w:pPr>
      <w:r>
        <w:t>دیکھیے، اس دنیا میں کوئی بھی کامیابی آپ کو کرشن پلان آف گاڈ کو فالو کر کے ہی مل سکتی ہے۔ اگر آپ کرشن پلان آف گاڈ جو ہے اس کے خلاف چلنا چاہیں تو آپ کبھی کامیاب نہیں ہوں گے۔</w:t>
      </w:r>
    </w:p>
    <w:p>
      <w:r>
        <w:rPr>
          <w:b/>
        </w:rPr>
        <w:t xml:space="preserve">[32:28] </w:t>
      </w:r>
      <w:r>
        <w:t>to allah ka jo plan hai woh yahi hai ke agar aik field mein tumhein kamyabi nahi ho rahi to apni energy ko zaya mat karo, divert karo, doosre field mein aa jao.</w:t>
      </w:r>
    </w:p>
    <w:p>
      <w:pPr>
        <w:jc w:val="right"/>
      </w:pPr>
      <w:r>
        <w:t>تو اللہ کا جو پلان ہے وہ یہی ہے کہ اگر ایک فیلڈ میں تمہیں کامیابی نہیں ہو رہی تو اپنی انرجی کو ضائع مت کرو، ڈائیورٹ کرو، دوسرے فیلڈ میں آ جاؤ۔</w:t>
      </w:r>
    </w:p>
    <w:p>
      <w:r>
        <w:rPr>
          <w:b/>
        </w:rPr>
        <w:t xml:space="preserve">[32:41] </w:t>
      </w:r>
      <w:r>
        <w:t>battle field ki bajaye peaceful dawah work ka maidan ikhtiyar kar lo. yeh hai allah taala ka mansooba.</w:t>
      </w:r>
    </w:p>
    <w:p>
      <w:pPr>
        <w:jc w:val="right"/>
      </w:pPr>
      <w:r>
        <w:t>بیٹل فیلڈ کی بجائے پیس فل دعا ورک کا میدان اختیار کر لو۔ یہ ہے اللہ تعالیٰ کا منصوبہ۔</w:t>
      </w:r>
    </w:p>
    <w:p>
      <w:r>
        <w:rPr>
          <w:b/>
        </w:rPr>
        <w:t xml:space="preserve">[32:53] </w:t>
      </w:r>
      <w:r>
        <w:t>to ab hum ikkasveen sadi mein do sau saal guzarne ke baad hum ikkasveen sadi mein pahunche hain.</w:t>
      </w:r>
    </w:p>
    <w:p>
      <w:pPr>
        <w:jc w:val="right"/>
      </w:pPr>
      <w:r>
        <w:t>تو اب ہم اکیسویں صدی میں دو سو سال گزارنے کے بعد ہم اکیسویں صدی میں پہنچے ہیں۔</w:t>
      </w:r>
    </w:p>
    <w:p>
      <w:r>
        <w:rPr>
          <w:b/>
        </w:rPr>
        <w:t xml:space="preserve">[33:03] </w:t>
      </w:r>
      <w:r>
        <w:t>ab mein samajhta hoon ke quran ki aik ayat un par apply hoti hai.</w:t>
      </w:r>
    </w:p>
    <w:p>
      <w:pPr>
        <w:jc w:val="right"/>
      </w:pPr>
      <w:r>
        <w:t>اب میں سمجھتا ہوں کہ قرآن کی ایک آیت ان پر اپلائی ہوتی ہے۔</w:t>
      </w:r>
    </w:p>
    <w:p>
      <w:r>
        <w:rPr>
          <w:b/>
        </w:rPr>
        <w:t xml:space="preserve">[33:08] </w:t>
      </w:r>
      <w:r>
        <w:t>quran mein aik ayat hai ke "tawbo ila Allah jameea aiha al mominoon lakum tuflihoon".</w:t>
      </w:r>
    </w:p>
    <w:p>
      <w:pPr>
        <w:jc w:val="right"/>
      </w:pPr>
      <w:r>
        <w:t>قرآن میں ایک آیت ہے کہ "توبوا الی اللہ جمیعا ایہا المومنون لکم تفلحون"۔</w:t>
      </w:r>
    </w:p>
    <w:p>
      <w:r>
        <w:rPr>
          <w:b/>
        </w:rPr>
        <w:t xml:space="preserve">[33:19] </w:t>
      </w:r>
      <w:r>
        <w:t>ae iman lany walo! sab mil kar toba karo,</w:t>
      </w:r>
    </w:p>
    <w:p>
      <w:pPr>
        <w:jc w:val="right"/>
      </w:pPr>
      <w:r>
        <w:t>اے ایمان لانے والو! سب مل کر توبہ کرو،</w:t>
      </w:r>
    </w:p>
    <w:p>
      <w:r>
        <w:rPr>
          <w:b/>
        </w:rPr>
        <w:t xml:space="preserve">[33:26] </w:t>
      </w:r>
      <w:r>
        <w:t>ijtimai toba karo, tab tum kamyab ho gay. to ijtimai toba kiya cheez hai?</w:t>
      </w:r>
    </w:p>
    <w:p>
      <w:pPr>
        <w:jc w:val="right"/>
      </w:pPr>
      <w:r>
        <w:t>اجتماعی توبہ کرو، تب تم کامیاب ہو گے۔ تو اجتماعی توبہ کیا چیز ہے؟</w:t>
      </w:r>
    </w:p>
    <w:p>
      <w:r>
        <w:rPr>
          <w:b/>
        </w:rPr>
        <w:t xml:space="preserve">[33:37] </w:t>
      </w:r>
      <w:r>
        <w:t>ijtimai toba koi loudspeaker par, yeh nahi ke loudspeaker par koi sahib taqreer karen aur doosray log "ameen, ameen" kahen, yeh nahi hai. ijtimai toba batlay ke ijtimai policy ko badalna.</w:t>
      </w:r>
    </w:p>
    <w:p>
      <w:pPr>
        <w:jc w:val="right"/>
      </w:pPr>
      <w:r>
        <w:t>اجتماعی توبہ کوئی لاؤڈ سپیکر پر، یہ نہیں کہ لاؤڈ سپیکر پر کوئی صاحب تقریر کریں اور دوسرے لوگ "امین، امین" کہیں، یہ نہیں ہے۔ اجتماعی توبہ بتلائے کہ اجتماعی پالیسی کو بدلنا۔</w:t>
      </w:r>
    </w:p>
    <w:p>
      <w:r>
        <w:rPr>
          <w:b/>
        </w:rPr>
        <w:t xml:space="preserve">[33:51] </w:t>
      </w:r>
      <w:r>
        <w:t>is waqt musalmanon ki ijtimai policy kiya hai? sab hate par mabni hai, hate aur tashaddud ki jihad ke naam par larai.</w:t>
      </w:r>
    </w:p>
    <w:p>
      <w:pPr>
        <w:jc w:val="right"/>
      </w:pPr>
      <w:r>
        <w:t>اس وقت مسلمانوں کی اجتماعی پالیسی کیا ہے؟ سب ہیٹ پر مبنی ہے، ہیٹ اور تشدد کی جہاد کے نام پر لڑائی۔</w:t>
      </w:r>
    </w:p>
    <w:p>
      <w:r>
        <w:rPr>
          <w:b/>
        </w:rPr>
        <w:t xml:space="preserve">[34:04] </w:t>
      </w:r>
      <w:r>
        <w:t>aap ghor kijiye ke musalman suicide pe suicide bombing kar rahay hain aur sari dunya mein koi fatwa nahi de raha hai ke yeh haram hai. fatwa do is par ke haram hai yeh sab, is par fatwa do.</w:t>
      </w:r>
    </w:p>
    <w:p>
      <w:pPr>
        <w:jc w:val="right"/>
      </w:pPr>
      <w:r>
        <w:t>آپ غور کیجئے کہ مسلمان سوسائیڈ پہ سوسائیڈ بمبنگ کر رہے ہیں اور ساری دنیا میں کوئی فتویٰ نہیں دے رہا ہے کہ یہ حرام ہے۔ فتویٰ دو اس پر کہ حرام ہے یہ سب، اس پر فتویٰ دو۔</w:t>
      </w:r>
    </w:p>
    <w:p>
      <w:r>
        <w:rPr>
          <w:b/>
        </w:rPr>
        <w:t xml:space="preserve">[34:20] </w:t>
      </w:r>
      <w:r>
        <w:t>waqt aa gaya hai ke saray ulma fatwa den ke yeh larai hui suicide bombing yeh sab haram hai. to chhoro is ko,</w:t>
      </w:r>
    </w:p>
    <w:p>
      <w:pPr>
        <w:jc w:val="right"/>
      </w:pPr>
      <w:r>
        <w:t>وقت آ گیا ہے کہ سارے علماء فتویٰ دیں کہ یہ لڑائی ہوئی سوسائیڈ بمبنگ یہ سب حرام ہے۔ تو چھوڑو اس کو،</w:t>
      </w:r>
    </w:p>
    <w:p>
      <w:r>
        <w:rPr>
          <w:b/>
        </w:rPr>
        <w:t xml:space="preserve">[34:31] </w:t>
      </w:r>
      <w:r>
        <w:t>battlefield ko chhor kar ke peaceful dua work ke maidan mein aa jao. phir yeh itna rasta khula hua hai. dekhiye, mein aap ko aik aik taza waqia batata hoon ke maidan dawat ka kitna wasee hai.</w:t>
      </w:r>
    </w:p>
    <w:p>
      <w:pPr>
        <w:jc w:val="right"/>
      </w:pPr>
      <w:r>
        <w:t>بیٹل فیلڈ کو چھوڑ کر کے پیس فل دعا ورک کے میدان میں آ جاؤ۔ پھر یہ اتنا راستہ کھلا ہوا ہے۔ دیکھیے، میں آپ کو ایک ایک تازہ واقعہ بتاتا ہوں کہ میدان دعوت کا کتنا وسیع ہے۔</w:t>
      </w:r>
    </w:p>
    <w:p>
      <w:r>
        <w:rPr>
          <w:b/>
        </w:rPr>
        <w:t xml:space="preserve">[34:50] </w:t>
      </w:r>
      <w:r>
        <w:t>abhi isi isi mahine mein ke yeh April ka mahina hai, to do April ko aik waqia hua Kashmir mein.</w:t>
      </w:r>
    </w:p>
    <w:p>
      <w:pPr>
        <w:jc w:val="right"/>
      </w:pPr>
      <w:r>
        <w:t>ابھی اسی اسی مہینے میں کہ یہ اپریل کا مہینہ ہے، تو دو اپریل کو ایک واقعہ ہوا کشمیر میں۔</w:t>
      </w:r>
    </w:p>
    <w:p>
      <w:r>
        <w:rPr>
          <w:b/>
        </w:rPr>
        <w:t xml:space="preserve">[35:00] </w:t>
      </w:r>
      <w:r>
        <w:t>Kashmir mein aik garden hai, is ka naam hai "tulip garden". is mein khas tarah ke phool hain, to log bohat dekhnay ke liye atay hain is ko.</w:t>
      </w:r>
    </w:p>
    <w:p>
      <w:pPr>
        <w:jc w:val="right"/>
      </w:pPr>
      <w:r>
        <w:t>کشمیر میں ایک گارڈن ہے، اس کا نام ہے "تولپ گارڈن"۔ اس میں خاص طرح کے پھول ہیں، تو لوگ بہت دیکھنے کے لیے آتے ہیں اس کو۔</w:t>
      </w:r>
    </w:p>
    <w:p>
      <w:r>
        <w:rPr>
          <w:b/>
        </w:rPr>
        <w:t xml:space="preserve">[35:12] </w:t>
      </w:r>
      <w:r>
        <w:t>to Kashmir mein lag bhag se hamaray sathiyon ki aik team hai jo bohat hi regular tor par dua work karti hai, quran ka tarjuma aur doosri kitaben logon tak distribute karte hain.</w:t>
      </w:r>
    </w:p>
    <w:p>
      <w:pPr>
        <w:jc w:val="right"/>
      </w:pPr>
      <w:r>
        <w:t>تو کشمیر میں لگ بھگ سے ہمارے ساتھیوں کی ایک ٹیم ہے جو بہت ہی ریگولر طور پر دعا ورک کرتی ہے، قرآن کا ترجمہ اور دوسری کتابیں لوگوں تک ڈسٹریبیوٹ کرتے ہیں۔</w:t>
      </w:r>
    </w:p>
    <w:p>
      <w:r>
        <w:rPr>
          <w:b/>
        </w:rPr>
        <w:t xml:space="preserve">[35:29] </w:t>
      </w:r>
      <w:r>
        <w:t>woh</w:t>
      </w:r>
    </w:p>
    <w:p>
      <w:pPr>
        <w:jc w:val="right"/>
      </w:pPr>
      <w:r>
        <w:t>وہ</w:t>
      </w:r>
    </w:p>
    <w:p>
      <w:r>
        <w:rPr>
          <w:b/>
        </w:rPr>
        <w:t xml:space="preserve">[35:30] </w:t>
      </w:r>
      <w:r>
        <w:t>to hamaray kuch sathhi do April ko "tulip garden" gay. wahan par hindu log aaye hue thay, hindu siyah, hindu tourist, different state ke.</w:t>
      </w:r>
    </w:p>
    <w:p>
      <w:pPr>
        <w:jc w:val="right"/>
      </w:pPr>
      <w:r>
        <w:t>تو ہمارے کچھ ساتھی دو اپریل کو "تولپ گارڈن" گئے۔ وہاں پر ہندو لوگ آئے ہوئے تھے، ہندو سیاح، ہندو ٹورسٹ، ڈفرنٹ اسٹیٹ کے۔</w:t>
      </w:r>
    </w:p>
    <w:p>
      <w:r>
        <w:rPr>
          <w:b/>
        </w:rPr>
        <w:t xml:space="preserve">[35:45] </w:t>
      </w:r>
      <w:r>
        <w:t>to aik group tha, us ko unhon ne quran diya.</w:t>
      </w:r>
    </w:p>
    <w:p>
      <w:pPr>
        <w:jc w:val="right"/>
      </w:pPr>
      <w:r>
        <w:t>تو ایک گروپ تھا، اس کو انہوں نے قرآن دیا۔</w:t>
      </w:r>
    </w:p>
    <w:p>
      <w:r>
        <w:rPr>
          <w:b/>
        </w:rPr>
        <w:t xml:space="preserve">[35:51] </w:t>
      </w:r>
      <w:r>
        <w:t>un ke pas limited quantity thi, to quran khatam ho gaya. is mein aik taqreeban das saal ka bacha tha, us ko quran nahi mila.</w:t>
      </w:r>
    </w:p>
    <w:p>
      <w:pPr>
        <w:jc w:val="right"/>
      </w:pPr>
      <w:r>
        <w:t>ان کے پاس لمیٹڈ کوانٹٹی تھی، تو قرآن ختم ہو گیا۔ اس میں ایک تقریباً دس سال کا بچہ تھا، اس کو قرآن نہیں ملا۔</w:t>
      </w:r>
    </w:p>
    <w:p>
      <w:r>
        <w:rPr>
          <w:b/>
        </w:rPr>
        <w:t xml:space="preserve">[36:01] </w:t>
      </w:r>
      <w:r>
        <w:t>to unhon ne dekha apni aankh se ke woh gate par khara hua ro raha hai. woh das saal ka bacha, hindu bacha.</w:t>
      </w:r>
    </w:p>
    <w:p>
      <w:pPr>
        <w:jc w:val="right"/>
      </w:pPr>
      <w:r>
        <w:t>تو انہوں نے دیکھا اپنی آنکھ سے کہ وہ گیٹ پر کھڑا ہوا رو رہا ہے۔ وہ دس سال کا بچہ، ہندو بچہ۔</w:t>
      </w:r>
    </w:p>
    <w:p>
      <w:r>
        <w:rPr>
          <w:b/>
        </w:rPr>
        <w:t xml:space="preserve">[36:12] </w:t>
      </w:r>
      <w:r>
        <w:t>yeh do April ka waqia hai.</w:t>
      </w:r>
    </w:p>
    <w:p>
      <w:pPr>
        <w:jc w:val="right"/>
      </w:pPr>
      <w:r>
        <w:t>یہ دو اپریل کا واقعہ ہے۔</w:t>
      </w:r>
    </w:p>
    <w:p>
      <w:r>
        <w:rPr>
          <w:b/>
        </w:rPr>
        <w:t xml:space="preserve">[36:16] </w:t>
      </w:r>
      <w:r>
        <w:t>jis ko is ko, jis ko kisi ko shakk ho to mein aap ko telephone number doon ga, aap confirm kar lijiyay. unhon ne dekha ke woh das saal ka bacha gate par khara hua ro raha hai.</w:t>
      </w:r>
    </w:p>
    <w:p>
      <w:pPr>
        <w:jc w:val="right"/>
      </w:pPr>
      <w:r>
        <w:t>جس کو اس کو، جس کو کسی کو شک ہو تو میں آپ کو ٹیلی فون نمبر دوں گا، آپ کنفرم کر لیجئے۔ انہوں نے دیکھا کہ وہ دس سال کا بچہ گیٹ پر کھڑا ہوا رو رہا ہے۔</w:t>
      </w:r>
    </w:p>
    <w:p>
      <w:r>
        <w:rPr>
          <w:b/>
        </w:rPr>
        <w:t xml:space="preserve">[36:32] </w:t>
      </w:r>
      <w:r>
        <w:t>to un ki apni party ke kisi ne poocha ke bhai tum ro kyun rahay ho? us ne rotay huay kaha ke mujh ko quran nahi mila,</w:t>
      </w:r>
    </w:p>
    <w:p>
      <w:pPr>
        <w:jc w:val="right"/>
      </w:pPr>
      <w:r>
        <w:t>تو ان کی اپنی پارٹی کے کسی نے پوچھا کہ بھئی تم رو کیوں رہے ہو؟ اس نے روتے ہوئے کہا کہ مجھ کو قرآن نہیں ملا،</w:t>
      </w:r>
    </w:p>
    <w:p>
      <w:r>
        <w:rPr>
          <w:b/>
        </w:rPr>
        <w:t xml:space="preserve">[36:45] </w:t>
      </w:r>
      <w:r>
        <w:t>mujh ko quran nahi mila.</w:t>
      </w:r>
    </w:p>
    <w:p>
      <w:pPr>
        <w:jc w:val="right"/>
      </w:pPr>
      <w:r>
        <w:t>مجھ کو قرآن نہیں ملا۔</w:t>
      </w:r>
    </w:p>
    <w:p>
      <w:r>
        <w:rPr>
          <w:b/>
        </w:rPr>
        <w:t xml:space="preserve">[36:51] </w:t>
      </w:r>
      <w:r>
        <w:t>jab yeh waqia mujhe maloom hua to mein ne socha ke poori insaniyat yahi keh rahi hai ke quran walon ne hum ko quran nahi diya.</w:t>
      </w:r>
    </w:p>
    <w:p>
      <w:pPr>
        <w:jc w:val="right"/>
      </w:pPr>
      <w:r>
        <w:t>جب یہ واقعہ مجھے معلوم ہوا تو میں نے سوچا کہ پوری انسانیت یہی کہہ رہی ہے کہ قرآن والوں نے ہم کو قرآن نہیں دیا۔</w:t>
      </w:r>
    </w:p>
    <w:p>
      <w:r>
        <w:rPr>
          <w:b/>
        </w:rPr>
        <w:t xml:space="preserve">[37:02] </w:t>
      </w:r>
      <w:r>
        <w:t>woh bacha ro raha tha aur keh raha tha ke mujh ko quran nahi mila.</w:t>
      </w:r>
    </w:p>
    <w:p>
      <w:pPr>
        <w:jc w:val="right"/>
      </w:pPr>
      <w:r>
        <w:t>وہ بچہ رو رہا تھا اور کہہ رہا تھا کہ مجھ کو قرآن نہیں ملا۔</w:t>
      </w:r>
    </w:p>
    <w:p>
      <w:r>
        <w:rPr>
          <w:b/>
        </w:rPr>
        <w:t xml:space="preserve">[37:09] </w:t>
      </w:r>
      <w:r>
        <w:t>to phir woh log andar chalay gay aur exit se jahan se nikaltay thay, woh log to yeh chahtay thay ke is is is larkay ka pata lay len.</w:t>
      </w:r>
    </w:p>
    <w:p>
      <w:pPr>
        <w:jc w:val="right"/>
      </w:pPr>
      <w:r>
        <w:t>تو پھر وہ لوگ اندر چلے گئے اور ایگزٹ سے جہاں سے نکلتے تھے، وہ لوگ تو یہ چاہتے تھے کہ اس اس اس لڑکے کا پتہ لے لیں۔</w:t>
      </w:r>
    </w:p>
    <w:p>
      <w:r>
        <w:rPr>
          <w:b/>
        </w:rPr>
        <w:t xml:space="preserve">[37:19] </w:t>
      </w:r>
      <w:r>
        <w:t>lekin phir woh aik exit par intazar karte rahay, woh mila mila nahi woh larka. to afsos karte rahay ke kash meray pas address hota to mein us ko quran by post bhej deta.</w:t>
      </w:r>
    </w:p>
    <w:p>
      <w:pPr>
        <w:jc w:val="right"/>
      </w:pPr>
      <w:r>
        <w:t>لیکن پھر وہ ایک ایگزٹ پر انتظار کرتے رہے، وہ ملا ملا نہیں وہ لڑکا۔ تو افسوس کرتے رہے کہ کاش میرے پاس ایڈریس ہوتا تو میں اس کو قرآن بائی پوسٹ بھیج دیتا۔</w:t>
      </w:r>
    </w:p>
    <w:p>
      <w:r>
        <w:rPr>
          <w:b/>
        </w:rPr>
        <w:t xml:space="preserve">[37:32] </w:t>
      </w:r>
      <w:r>
        <w:t>is mein dekhiye, bohat bara sabak hai.</w:t>
      </w:r>
    </w:p>
    <w:p>
      <w:pPr>
        <w:jc w:val="right"/>
      </w:pPr>
      <w:r>
        <w:t>اس میں دیکھیں، بہت بڑا سبق ہے۔</w:t>
      </w:r>
    </w:p>
    <w:p>
      <w:r>
        <w:rPr>
          <w:b/>
        </w:rPr>
        <w:t xml:space="preserve">[37:38] </w:t>
      </w:r>
      <w:r>
        <w:t>is zamane mein kya hua ke logon ne fatwe diye ke jihad karo, ladai karo. aur doosra fatwa kya diya ke quran ki be-hurmati hogi, is liye doosron tak na pahunchao.</w:t>
      </w:r>
    </w:p>
    <w:p>
      <w:pPr>
        <w:jc w:val="right"/>
      </w:pPr>
      <w:r>
        <w:t>اس زمانے میں کیا ہوا کہ لوگوں نے فتوے دیے کہ جہاد کرو، لڑائی کرو۔ اور دوسرا فتویٰ کیا دیا کہ قرآن کی بے حرمتی ہوگی، اس لیے دوسروں تک نہ پہنچاؤ۔</w:t>
      </w:r>
    </w:p>
    <w:p>
      <w:r>
        <w:rPr>
          <w:b/>
        </w:rPr>
        <w:t xml:space="preserve">[37:51] </w:t>
      </w:r>
      <w:r>
        <w:t>saare musalmanon ke zehen mein basa hua hai ke ghair muslim quran ki be-hurmati karenge, is liye unhein quran dena nahi hai, hatta ke tarjuma bhi nahi dena hai.</w:t>
      </w:r>
    </w:p>
    <w:p>
      <w:pPr>
        <w:jc w:val="right"/>
      </w:pPr>
      <w:r>
        <w:t>سارے مسلمانوں کے ذہن میں بسا ہوا ہے کہ غیر مسلم قرآن کی بے حرمتی کریں گے، اس لیے انہیں قرآن دینا نہیں ہے، حتیٰ کہ ترجمہ بھی نہیں دینا ہے۔</w:t>
      </w:r>
    </w:p>
    <w:p>
      <w:r>
        <w:rPr>
          <w:b/>
        </w:rPr>
        <w:t xml:space="preserve">[38:03] </w:t>
      </w:r>
      <w:r>
        <w:t>ab aap sochiye, yeh duniya ek din khatm hogi aur qayamat aayegi aur saare insan ekattha kiye jayenge hashar ke maidan mein.</w:t>
      </w:r>
    </w:p>
    <w:p>
      <w:pPr>
        <w:jc w:val="right"/>
      </w:pPr>
      <w:r>
        <w:t>اب آپ سوچیے، یہ دنیا ایک دن ختم ہوگی اور قیامت آئے گی اور سارے انسان اکٹھا کیے جائیں گے حشر کے میدان میں۔</w:t>
      </w:r>
    </w:p>
    <w:p>
      <w:r>
        <w:rPr>
          <w:b/>
        </w:rPr>
        <w:t xml:space="preserve">[38:13] </w:t>
      </w:r>
      <w:r>
        <w:t>waqt to aane wala hai. behal, in</w:t>
      </w:r>
    </w:p>
    <w:p>
      <w:pPr>
        <w:jc w:val="right"/>
      </w:pPr>
      <w:r>
        <w:t>وقت تو آنے والا ہے۔ بہرحال، ان</w:t>
      </w:r>
    </w:p>
    <w:p>
      <w:r>
        <w:rPr>
          <w:b/>
        </w:rPr>
        <w:t xml:space="preserve">[38:24] </w:t>
      </w:r>
      <w:r>
        <w:t>aap ghor kijiye ke hashar ka maidan hai,</w:t>
      </w:r>
    </w:p>
    <w:p>
      <w:pPr>
        <w:jc w:val="right"/>
      </w:pPr>
      <w:r>
        <w:t>آپ غور کیجئے کہ حشر کا میدان ہے،</w:t>
      </w:r>
    </w:p>
    <w:p>
      <w:r>
        <w:rPr>
          <w:b/>
        </w:rPr>
        <w:t xml:space="preserve">[38:28] </w:t>
      </w:r>
      <w:r>
        <w:t>saare log ekattha hain wahan. wahan yeh insan agar khada ho kar kahe, khuda un se poochega ke tum ne mere ahkam ki ta'meel ki ke nahi ki?</w:t>
      </w:r>
    </w:p>
    <w:p>
      <w:pPr>
        <w:jc w:val="right"/>
      </w:pPr>
      <w:r>
        <w:t>سارے لوگ اکٹھا ہیں وہاں۔ وہاں یہ انسان اگر کھڑا ہو کر کہے، خدا ان سے پوچھے گا کہ تم نے میرے احکام کی تعمیل کی کہ نہیں کی؟</w:t>
      </w:r>
    </w:p>
    <w:p>
      <w:r>
        <w:rPr>
          <w:b/>
        </w:rPr>
        <w:t xml:space="preserve">[38:42] </w:t>
      </w:r>
      <w:r>
        <w:t>to wahan woh khade ho kar kahein ke khudaaya, tera hukum tere quran mein tha aur quran walon ne hum ko quran nahi pahunchaya.</w:t>
      </w:r>
    </w:p>
    <w:p>
      <w:pPr>
        <w:jc w:val="right"/>
      </w:pPr>
      <w:r>
        <w:t>تو وہاں وہ کھڑے ہو کر کہیں کہ خدایا، تیرا حکم تیرے قرآن میں تھا اور قرآن والوں نے ہم کو قرآن نہیں پہنچایا۔</w:t>
      </w:r>
    </w:p>
    <w:p>
      <w:r>
        <w:rPr>
          <w:b/>
        </w:rPr>
        <w:t xml:space="preserve">[38:53] </w:t>
      </w:r>
      <w:r>
        <w:t>be-hurmati ka falsafa bana kar ke yeh samajh liya ke hum to be-hurmati kar rahe hain, karenge, is liye hamein quran dena nahi hai. aap ghor kijiye ke agar khuda ghazab in musalmanon par bhadke to is par aap ta'ajjub karte hain.</w:t>
      </w:r>
    </w:p>
    <w:p>
      <w:pPr>
        <w:jc w:val="right"/>
      </w:pPr>
      <w:r>
        <w:t>بے حرمتی کا فلسفہ بنا کر کے یہ سمجھ لیا کہ ہم تو بے حرمتی کر رہے ہیں، کریں گے، اس لیے ہمیں قرآن دینا نہیں ہے۔ آپ غور کیجئے کہ اگر خدا غضب ان مسلمانوں پر بھڑکے تو اس پر آپ تعجب کرتے ہیں۔</w:t>
      </w:r>
    </w:p>
    <w:p>
      <w:r>
        <w:rPr>
          <w:b/>
        </w:rPr>
        <w:t xml:space="preserve">[39:13] </w:t>
      </w:r>
      <w:r>
        <w:t>yani insaniyat yeh kahegi ke aye khuda, quran ko jin jin logon ko aap ne quran ka hamil banaya tha,</w:t>
      </w:r>
    </w:p>
    <w:p>
      <w:pPr>
        <w:jc w:val="right"/>
      </w:pPr>
      <w:r>
        <w:t>یعنی انسانیت یہ کہے گی کہ اے خدا، قرآن کو جن جن لوگوں کو آپ نے قرآن کا حامل بنایا تھا،</w:t>
      </w:r>
    </w:p>
    <w:p>
      <w:r>
        <w:rPr>
          <w:b/>
        </w:rPr>
        <w:t xml:space="preserve">[39:22] </w:t>
      </w:r>
      <w:r>
        <w:t>hamileen quran ne hum ko quran nahi pahunchaya. aur phir khuda poochega ke in in in logon se jo hamileen quran hain, kyun nahi pahunchaya tum ne?</w:t>
      </w:r>
    </w:p>
    <w:p>
      <w:pPr>
        <w:jc w:val="right"/>
      </w:pPr>
      <w:r>
        <w:t>حاملین قرآن نے ہم کو قرآن نہیں پہنچایا۔ اور پھر خدا پوچھے گا کہ ان ان ان لوگوں سے جو حاملین قرآن ہیں، کیوں نہیں پہنچایا تم نے؟</w:t>
      </w:r>
    </w:p>
    <w:p>
      <w:r>
        <w:rPr>
          <w:b/>
        </w:rPr>
        <w:t xml:space="preserve">[39:35] </w:t>
      </w:r>
      <w:r>
        <w:t>apni duty kyun nahi anjam diya? kya in ke paas koi jawab hoga? kya in ke paas koi jawab hoga?</w:t>
      </w:r>
    </w:p>
    <w:p>
      <w:pPr>
        <w:jc w:val="right"/>
      </w:pPr>
      <w:r>
        <w:t>اپنی ڈیوٹی کیوں نہیں انجام دیا؟ کیا ان کے پاس کوئی جواب ہوگا؟ کیا ان کے پاس کوئی جواب ہوگا؟</w:t>
      </w:r>
    </w:p>
    <w:p>
      <w:r>
        <w:rPr>
          <w:b/>
        </w:rPr>
        <w:t xml:space="preserve">[39:46] </w:t>
      </w:r>
      <w:r>
        <w:t>yeh hai asal kaam jis kaam ko unhein karna hai.</w:t>
      </w:r>
    </w:p>
    <w:p>
      <w:pPr>
        <w:jc w:val="right"/>
      </w:pPr>
      <w:r>
        <w:t>یہ ہے اصل کام جس کام کو انہیں کرنا ہے۔</w:t>
      </w:r>
    </w:p>
    <w:p>
      <w:r>
        <w:rPr>
          <w:b/>
        </w:rPr>
        <w:t xml:space="preserve">[39:50] </w:t>
      </w:r>
      <w:r>
        <w:t>aur allah ta'ala ne dekhiye, har iqdam jo do sau saal ke andar kiya, musalmanon mein sab mein mukammal taur par fail hue hain.</w:t>
      </w:r>
    </w:p>
    <w:p>
      <w:pPr>
        <w:jc w:val="right"/>
      </w:pPr>
      <w:r>
        <w:t>اور اللہ تعالیٰ نے دیکھیے، ہر اقدام جو دو سو سال کے اندر کیا، مسلمانوں میں سب میں مکمل طور پر فیل ہوئے ہیں۔</w:t>
      </w:r>
    </w:p>
    <w:p>
      <w:r>
        <w:rPr>
          <w:b/>
        </w:rPr>
        <w:t xml:space="preserve">[39:59] </w:t>
      </w:r>
      <w:r>
        <w:t>woh har jagah mukammal taur par fail, bosnia mein fail, falasteen mein fail, kashmir mein fail, sangiyang mein fail, arakan mein fail.</w:t>
      </w:r>
    </w:p>
    <w:p>
      <w:pPr>
        <w:jc w:val="right"/>
      </w:pPr>
      <w:r>
        <w:t>وہ ہر جگہ مکمل طور پر فیل، بوسنیا میں فیل، فلسطین میں فیل، کشمیر میں فیل، سنگیانگ میں فیل، ارکان میں فیل۔</w:t>
      </w:r>
    </w:p>
    <w:p>
      <w:r>
        <w:rPr>
          <w:b/>
        </w:rPr>
        <w:t xml:space="preserve">[40:12] </w:t>
      </w:r>
      <w:r>
        <w:t>jahan bhi ab musalmanon ne chaha ke woh political iqtadar qaim karein, har jagah fail, har jagah fail, har jagah fail.</w:t>
      </w:r>
    </w:p>
    <w:p>
      <w:pPr>
        <w:jc w:val="right"/>
      </w:pPr>
      <w:r>
        <w:t>جہاں بھی اب مسلمانوں نے چاہا کہ وہ پولیٹیکل اقتدار قائم کریں، ہر جگہ فیل، ہر جگہ فیل، ہر جگہ فیل۔</w:t>
      </w:r>
    </w:p>
    <w:p>
      <w:r>
        <w:rPr>
          <w:b/>
        </w:rPr>
        <w:t xml:space="preserve">[40:21] </w:t>
      </w:r>
      <w:r>
        <w:t>political activism jo musalmanon ki thi, do sau saal tak kuch bhi is mein unhein kamyabi nahi hui. political activism mukammal taur par fail ho gayi.</w:t>
      </w:r>
    </w:p>
    <w:p>
      <w:pPr>
        <w:jc w:val="right"/>
      </w:pPr>
      <w:r>
        <w:t>پولیٹیکل ایکٹیوزم جو مسلمانوں کی تھی، دو سو سال تک کچھ بھی اس میں انہیں کامیابی نہیں ہوئی۔ پولیٹیکل ایکٹیوزم مکمل طور پر فیل ہو گئی۔</w:t>
      </w:r>
    </w:p>
    <w:p>
      <w:r>
        <w:rPr>
          <w:b/>
        </w:rPr>
        <w:t xml:space="preserve">[40:33] </w:t>
      </w:r>
      <w:r>
        <w:t>yeh ek allah ki taraf se ek ailan hai, ek khamosh paigham hai ke political activism ke zariye tumhein kuch milne wala nahi hai.</w:t>
      </w:r>
    </w:p>
    <w:p>
      <w:pPr>
        <w:jc w:val="right"/>
      </w:pPr>
      <w:r>
        <w:t>یہ ایک اللہ کی طرف سے ایک اعلان ہے، ایک خاموش پیغام ہے کہ پولیٹیکل ایکٹیوزم کے ذریعے تمہیں کچھ ملنے والا نہیں ہے۔</w:t>
      </w:r>
    </w:p>
    <w:p>
      <w:r>
        <w:rPr>
          <w:b/>
        </w:rPr>
        <w:t xml:space="preserve">[40:45] </w:t>
      </w:r>
      <w:r>
        <w:t>political activism chhod kar ke da'wa activism par aa jao, peaceful da'wa work.</w:t>
      </w:r>
    </w:p>
    <w:p>
      <w:pPr>
        <w:jc w:val="right"/>
      </w:pPr>
      <w:r>
        <w:t>پولیٹیکل ایکٹیوزم چھوڑ کر کے دعویٰ ایکٹیوزم پر آ جاؤ، پیس فل دعویٰ ورک۔</w:t>
      </w:r>
    </w:p>
    <w:p>
      <w:r>
        <w:rPr>
          <w:b/>
        </w:rPr>
        <w:t xml:space="preserve">[40:55] </w:t>
      </w:r>
      <w:r>
        <w:t>yeh violent activism chhod kar ke peaceful activism par aa jao. yeh khamosh paigham allah ta'ala ka hai. aur sab se bada kaam kya hai?</w:t>
      </w:r>
    </w:p>
    <w:p>
      <w:pPr>
        <w:jc w:val="right"/>
      </w:pPr>
      <w:r>
        <w:t>یہ وائلنٹ ایکٹیوزم چھوڑ کر کے پیس فل ایکٹیوزم پر آ جاؤ۔ یہ خاموش پیغام اللہ تعالیٰ کا ہے۔ اور سب سے بڑا کام کیا ہے؟</w:t>
      </w:r>
    </w:p>
    <w:p>
      <w:r>
        <w:rPr>
          <w:b/>
        </w:rPr>
        <w:t xml:space="preserve">[41:07] </w:t>
      </w:r>
      <w:r>
        <w:t>logon ko quran pahunchana, quran pahunchana, quran se mutalliq kitabein tayyar kar ke pahunchana, quran ke tarjume kar ke pahunchana, quran ki tafsir.</w:t>
      </w:r>
    </w:p>
    <w:p>
      <w:pPr>
        <w:jc w:val="right"/>
      </w:pPr>
      <w:r>
        <w:t>لوگوں کو قرآن پہنچانا، قرآن پہنچانا، قرآن سے متعلق کتابیں تیار کر کے پہنچانا، قرآن کے ترجمے کر کے پہنچانا، قرآن کی تفسیر۔</w:t>
      </w:r>
    </w:p>
    <w:p>
      <w:r>
        <w:rPr>
          <w:b/>
        </w:rPr>
        <w:t xml:space="preserve">[41:22] </w:t>
      </w:r>
      <w:r>
        <w:t>yeh zamana press ka zamana hai, technology ka zamana hai. aap printed form mein pahunchaiye, aap internet ke zariye pahunchaiye, aap aur aap print media, electronic media ko istemal kar ke pahunchaiye.</w:t>
      </w:r>
    </w:p>
    <w:p>
      <w:pPr>
        <w:jc w:val="right"/>
      </w:pPr>
      <w:r>
        <w:t>یہ زمانہ پریس کا زمانہ ہے، ٹیکنالوجی کا زمانہ ہے۔ آپ پرنٹڈ فارم میں پہنچائیے، آپ انٹرنیٹ کے ذریعے پہنچائیے، آپ اور آپ پرنٹ میڈیا، الیکٹرانک میڈیا کو استعمال کر کے پہنچائیے۔</w:t>
      </w:r>
    </w:p>
    <w:p>
      <w:r>
        <w:rPr>
          <w:b/>
        </w:rPr>
        <w:t xml:space="preserve">[41:39] </w:t>
      </w:r>
      <w:r>
        <w:t>yeh hai asal kaam. yani yahan par musalmanon ko apni energy ko divert karna hai.</w:t>
      </w:r>
    </w:p>
    <w:p>
      <w:pPr>
        <w:jc w:val="right"/>
      </w:pPr>
      <w:r>
        <w:t>یہ ہے اصل کام۔ یعنی یہاں پر مسلمانوں کو اپنی انرجی کو ڈائیورٹ کرنا ہے۔</w:t>
      </w:r>
    </w:p>
    <w:p>
      <w:r>
        <w:rPr>
          <w:b/>
        </w:rPr>
        <w:t xml:space="preserve">[41:49] </w:t>
      </w:r>
      <w:r>
        <w:t>do sau saal ki tareekh batati hai ke musalman kuch bhi get nahi kar sake, beshumar qurbaniyon ke bawajood,</w:t>
      </w:r>
    </w:p>
    <w:p>
      <w:pPr>
        <w:jc w:val="right"/>
      </w:pPr>
      <w:r>
        <w:t>دو سو سال کی تاریخ بتاتی ہے کہ مسلمان کچھ بھی گیٹ نہیں کر سکے، بے شمار قربانیوں کے باوجود،</w:t>
      </w:r>
    </w:p>
    <w:p>
      <w:r>
        <w:rPr>
          <w:b/>
        </w:rPr>
        <w:t xml:space="preserve">[41:59] </w:t>
      </w:r>
      <w:r>
        <w:t>beshumar qurbaniyan dein unhon ne apne politics mein, apne musallah jihad mein.</w:t>
      </w:r>
    </w:p>
    <w:p>
      <w:pPr>
        <w:jc w:val="right"/>
      </w:pPr>
      <w:r>
        <w:t>بے شمار قربانیاں دیں انہوں نے اپنے پولیٹکس میں، اپنے مسلح جہاد میں۔</w:t>
      </w:r>
    </w:p>
    <w:p>
      <w:r>
        <w:rPr>
          <w:b/>
        </w:rPr>
        <w:t xml:space="preserve">[42:10] </w:t>
      </w:r>
      <w:r>
        <w:t>aur yani pichhle glory ko wapas lene ke liye unhon ne jo koshishein keen, is mein beshumar qurbaniyan dein musalmanon ne.</w:t>
      </w:r>
    </w:p>
    <w:p>
      <w:pPr>
        <w:jc w:val="right"/>
      </w:pPr>
      <w:r>
        <w:t>اور یعنی پچھلے گلوری کو واپس لینے کے لیے انہوں نے جو کوششیں کیں، اس میں بے شمار قربانیاں دیں مسلمانوں نے۔</w:t>
      </w:r>
    </w:p>
    <w:p>
      <w:r>
        <w:rPr>
          <w:b/>
        </w:rPr>
        <w:t xml:space="preserve">[42:23] </w:t>
      </w:r>
      <w:r>
        <w:t>mein samajhta hoon ke is do sau saal ke andar is se zyada qurbani di gayi hai jo pichhle chaudah sau saal mein musalmanon ne di hogi, is se zyada.</w:t>
      </w:r>
    </w:p>
    <w:p>
      <w:pPr>
        <w:jc w:val="right"/>
      </w:pPr>
      <w:r>
        <w:t>میں سمجھتا ہوں کہ اس دو سو سال کے اندر اس سے زیادہ قربانی دی گئی ہے جو پچھلے چودہ سو سال میں مسلمانوں نے دی ہوگی، اس سے زیادہ۔</w:t>
      </w:r>
    </w:p>
    <w:p>
      <w:r>
        <w:rPr>
          <w:b/>
        </w:rPr>
        <w:t xml:space="preserve">[42:31] </w:t>
      </w:r>
      <w:r>
        <w:t>lekin in vein kuch bhi nahi mila in ko, kyun? ya Allah ke naqshe ke khilaaf tha, ya Allah ke mansoobe ke khilaaf tha.</w:t>
      </w:r>
    </w:p>
    <w:p>
      <w:pPr>
        <w:jc w:val="right"/>
      </w:pPr>
      <w:r>
        <w:t>لیکن ان وین کچھ بھی نہیں ملا ان کو، کیوں؟ یا اللہ کے نقشے کے خلاف تھا، یا اللہ کے منصوبے کے خلاف تھا۔</w:t>
      </w:r>
    </w:p>
    <w:p>
      <w:r>
        <w:rPr>
          <w:b/>
        </w:rPr>
        <w:t xml:space="preserve">[42:47] </w:t>
      </w:r>
      <w:r>
        <w:t>to ab ek hi shakal hai ke musalman ijtamai toba karein,</w:t>
      </w:r>
    </w:p>
    <w:p>
      <w:pPr>
        <w:jc w:val="right"/>
      </w:pPr>
      <w:r>
        <w:t>تو اب ایک ہی شکل ہے کہ مسلمان اجتماعی توبہ کریں،</w:t>
      </w:r>
    </w:p>
    <w:p>
      <w:r>
        <w:rPr>
          <w:b/>
        </w:rPr>
        <w:t xml:space="preserve">[42:53] </w:t>
      </w:r>
      <w:r>
        <w:t>apni qaumi policy ko badlein, gun culture, bomb culture, suicide bombing yeh sab poori tarah chhod dein, haram samajh ke chhod dein, aur peaceful dua work ko ikhtiyar kar lein.</w:t>
      </w:r>
    </w:p>
    <w:p>
      <w:pPr>
        <w:jc w:val="right"/>
      </w:pPr>
      <w:r>
        <w:t>اپنی قومی پالیسی کو بدلیں، گن کلچر، بم کلچر، سوسائیڈ بمبنگ یہ سب پوری طرح چھوڑ دیں، حرام سمجھ کے چھوڑ دیں، اور پیس فل دعا ورک کو اختیار کر لیں۔</w:t>
      </w:r>
    </w:p>
    <w:p>
      <w:r>
        <w:rPr>
          <w:b/>
        </w:rPr>
        <w:t xml:space="preserve">[43:07] </w:t>
      </w:r>
      <w:r>
        <w:t>koi doosra rasta nahi hai. aap ghaur kijiye ke saari insaniyat jab dekha hai ke khudaaya, quran walon ne hum ko quran nahi pahunchaya, to kya musalman jawab de paayenge wahan hashr ke maidan mein?</w:t>
      </w:r>
    </w:p>
    <w:p>
      <w:pPr>
        <w:jc w:val="right"/>
      </w:pPr>
      <w:r>
        <w:t>کوئی دوسرا راستہ نہیں ہے۔ آپ غور کیجئے کہ ساری انسانیت جب دیکھا ہے کہ خدایا، قرآن والوں نے ہم کو قرآن نہیں پہنچایا، تو کیا مسلمان جواب دے پائیں گے وہاں حشر کے میدان میں؟</w:t>
      </w:r>
    </w:p>
    <w:p>
      <w:r>
        <w:rPr>
          <w:b/>
        </w:rPr>
        <w:t xml:space="preserve">[43:25] </w:t>
      </w:r>
      <w:r>
        <w:t>kya un ke paas koi jawab hoga?</w:t>
      </w:r>
    </w:p>
    <w:p>
      <w:pPr>
        <w:jc w:val="right"/>
      </w:pPr>
      <w:r>
        <w:t>کیا ان کے پاس کوئی جواب ہوگا؟</w:t>
      </w:r>
    </w:p>
    <w:p>
      <w:r>
        <w:rPr>
          <w:b/>
        </w:rPr>
        <w:t xml:space="preserve">[43:31] </w:t>
      </w:r>
      <w:r>
        <w:t>quran mein yeh hai ke nabi yeh faryaad karega ke "rabana qaumi taqzu al-qurana majoora". yeh bhi badi ajeeb ayat hai ke khudaaya, meri qaum ne quran ko abandant book bana diya.</w:t>
      </w:r>
    </w:p>
    <w:p>
      <w:pPr>
        <w:jc w:val="right"/>
      </w:pPr>
      <w:r>
        <w:t>قرآن میں یہ ہے کہ نبی یہ فریاد کرے گا کہ "ربنا قوم تقضو القرآن ماجورا"۔ یہ بھی بڑی عجیب آیت ہے کہ خدایا، میری قوم نے قرآن کو ابینڈنٹ بک بنا دیا۔</w:t>
      </w:r>
    </w:p>
    <w:p>
      <w:r>
        <w:rPr>
          <w:b/>
        </w:rPr>
        <w:t xml:space="preserve">[43:46] </w:t>
      </w:r>
      <w:r>
        <w:t>to yahi to hai,</w:t>
      </w:r>
    </w:p>
    <w:p>
      <w:pPr>
        <w:jc w:val="right"/>
      </w:pPr>
      <w:r>
        <w:t>تو یہی تو ہے،</w:t>
      </w:r>
    </w:p>
    <w:p>
      <w:r>
        <w:rPr>
          <w:b/>
        </w:rPr>
        <w:t xml:space="preserve">[43:49] </w:t>
      </w:r>
      <w:r>
        <w:t>rasool Allah faryaad karein ge ke meri qaum ko quran diya gaya taake pahunchayein logon ko.</w:t>
      </w:r>
    </w:p>
    <w:p>
      <w:pPr>
        <w:jc w:val="right"/>
      </w:pPr>
      <w:r>
        <w:t>رسول اللہ فریاد کریں گے کہ میری قوم کو قرآن دیا گیا تاکہ پہنچائیں لوگوں کو۔</w:t>
      </w:r>
    </w:p>
    <w:p>
      <w:r>
        <w:rPr>
          <w:b/>
        </w:rPr>
        <w:t xml:space="preserve">[44:00] </w:t>
      </w:r>
      <w:r>
        <w:t>lekin khud saakhta fatwe jaari kiye unhone, khud saakhta aqeedey banaye unhone, behurmati ka ka nazariya qaim kiya jis ki koi asal nahi hai.</w:t>
      </w:r>
    </w:p>
    <w:p>
      <w:pPr>
        <w:jc w:val="right"/>
      </w:pPr>
      <w:r>
        <w:t>لیکن خود ساختہ فتوے جاری کیے انہوں نے، خود ساختہ عقیدے بنائے انہوں نے، بے حرمتی کا کا نظریہ قائم کیا جس کی کوئی اصل نہیں ہے۔</w:t>
      </w:r>
    </w:p>
    <w:p>
      <w:r>
        <w:rPr>
          <w:b/>
        </w:rPr>
        <w:t xml:space="preserve">[44:13] </w:t>
      </w:r>
      <w:r>
        <w:t>is ke nateeje mein kya hua ke quran ek aisi kitaab ban gayi jo musalmanon ke gharon mein to ho, lekin ghair muslimon tak na pahunch sake. woh yahi hai kitaab mahjoor banana.</w:t>
      </w:r>
    </w:p>
    <w:p>
      <w:pPr>
        <w:jc w:val="right"/>
      </w:pPr>
      <w:r>
        <w:t>اس کے نتیجے میں کیا ہوا کہ قرآن ایک ایسی کتاب بن گئی جو مسلمانوں کے گھروں میں تو ہو، لیکن غیر مسلموں تک نہ پہنچ سکا۔ وہ یہی ہے کتاب مہجور بنانا۔</w:t>
      </w:r>
    </w:p>
    <w:p>
      <w:r>
        <w:rPr>
          <w:b/>
        </w:rPr>
        <w:t xml:space="preserve">[44:30] </w:t>
      </w:r>
      <w:r>
        <w:t>to ab siwaye is ke ke musalman retrace karein, revise karein, ijtamai toba karein, u-turn lein, aur koi bhi nijaat ki soorat nahi hai,</w:t>
      </w:r>
    </w:p>
    <w:p>
      <w:pPr>
        <w:jc w:val="right"/>
      </w:pPr>
      <w:r>
        <w:t>تو اب سوائے اس کے کہ مسلمان ریسس کریں، ریوائز کریں، اجتماعی توبہ کریں، یو ٹرن لیں، اور کوئی بھی نجات کی صورت نہیں ہے،</w:t>
      </w:r>
    </w:p>
    <w:p>
      <w:r>
        <w:rPr>
          <w:b/>
        </w:rPr>
        <w:t xml:space="preserve">[44:44] </w:t>
      </w:r>
      <w:r>
        <w:t>koi bhi nahi,</w:t>
      </w:r>
    </w:p>
    <w:p>
      <w:pPr>
        <w:jc w:val="right"/>
      </w:pPr>
      <w:r>
        <w:t>کوئی بھی نہیں،</w:t>
      </w:r>
    </w:p>
    <w:p>
      <w:r>
        <w:rPr>
          <w:b/>
        </w:rPr>
        <w:t xml:space="preserve">[44:48] </w:t>
      </w:r>
      <w:r>
        <w:t>koi bhi nijaat ki soorat nahi hai.</w:t>
      </w:r>
    </w:p>
    <w:p>
      <w:pPr>
        <w:jc w:val="right"/>
      </w:pPr>
      <w:r>
        <w:t>کوئی بھی نجات کی صورت نہیں ہے۔</w:t>
      </w:r>
    </w:p>
    <w:p>
      <w:r>
        <w:rPr>
          <w:b/>
        </w:rPr>
        <w:t xml:space="preserve">[44:53] </w:t>
      </w:r>
      <w:r>
        <w:t>jab aap ek raaste par chale jayein, ek martaba mein safar kar raha tha taxi se, to taxi wala jo hai ek galat raaste par ise dauda diya.</w:t>
      </w:r>
    </w:p>
    <w:p>
      <w:pPr>
        <w:jc w:val="right"/>
      </w:pPr>
      <w:r>
        <w:t>جب آپ ایک راستے پر چلے جائیں، ایک مرتبہ میں سفر کر رہا تھا ٹیکسی سے، تو ٹیکسی والا جو ہے ایک غلط راستے پر اسے دوڑا دیا۔</w:t>
      </w:r>
    </w:p>
    <w:p>
      <w:r>
        <w:rPr>
          <w:b/>
        </w:rPr>
        <w:t xml:space="preserve">[45:05] </w:t>
      </w:r>
      <w:r>
        <w:t>yahan tak humein maloom hua ke saat meel door aa gaya hai asal rasta chhod kar ke.</w:t>
      </w:r>
    </w:p>
    <w:p>
      <w:pPr>
        <w:jc w:val="right"/>
      </w:pPr>
      <w:r>
        <w:t>یہاں تک ہمیں معلوم ہوا کہ سات میل دور آ گیا ہے اصل راستہ چھوڑ کر کے۔</w:t>
      </w:r>
    </w:p>
    <w:p>
      <w:r>
        <w:rPr>
          <w:b/>
        </w:rPr>
        <w:t xml:space="preserve">[45:14] </w:t>
      </w:r>
      <w:r>
        <w:t>to wahan hum ne u-turn liya, u-turn liya, kyunke agar aur chalte rehte, aur chalte rehte to doori badhti, doori badhti.</w:t>
      </w:r>
    </w:p>
    <w:p>
      <w:pPr>
        <w:jc w:val="right"/>
      </w:pPr>
      <w:r>
        <w:t>تو وہاں ہم نے یو ٹرن لیا، یو ٹرن لیا، کیونکہ اگر اور چلتے رہتے، اور چلتے رہتے تو دوری بڑھتی، دوری بڑھتی۔</w:t>
      </w:r>
    </w:p>
    <w:p>
      <w:r>
        <w:rPr>
          <w:b/>
        </w:rPr>
        <w:t xml:space="preserve">[45:26] </w:t>
      </w:r>
      <w:r>
        <w:t>to ab musalman agar aur chalte rahein, aur chalte rahein to doori badhegi, un ka un ka nuqsan badhega, un ki Allah se rehmat ki rehmat se aur door hote chale</w:t>
      </w:r>
    </w:p>
    <w:p>
      <w:pPr>
        <w:jc w:val="right"/>
      </w:pPr>
      <w:r>
        <w:t>تو اب مسلمان اگر اور چلتے رہیں، اور چلتے رہیں تو دوری بڑھے گی، ان کا ان کا نقصان بڑھے گا، ان کی اللہ سے رحمت کی رحمت سے اور دور ہوتے چلے</w:t>
      </w:r>
    </w:p>
    <w:p>
      <w:r>
        <w:rPr>
          <w:b/>
        </w:rPr>
        <w:t xml:space="preserve">[45:39] </w:t>
      </w:r>
      <w:r>
        <w:t>jayenge. ab to sirf yeh hai ke u-turn lein, u-turn lein, aur ek lafz mein yahi hai ke har qism ke nafrat, violence, negative thinking ko chhod kar ke positive dua work, peaceful dua work,</w:t>
      </w:r>
    </w:p>
    <w:p>
      <w:pPr>
        <w:jc w:val="right"/>
      </w:pPr>
      <w:r>
        <w:t>جائیں گے۔ اب تو صرف یہ ہے کہ یو ٹرن لیں، یو ٹرن لیں، اور ایک لفظ میں یہی ہے کہ ہر قسم کے نفرت، وائلنس، نیگیٹیو تھنکنگ کو چھوڑ کر کے پازیٹیو دعا ورک، پیس فل دعا ورک،</w:t>
      </w:r>
    </w:p>
    <w:p>
      <w:r>
        <w:rPr>
          <w:b/>
        </w:rPr>
        <w:t xml:space="preserve">[45:58] </w:t>
      </w:r>
      <w:r>
        <w:t>bas, aur koi doosra kaam nahi, koi doosra kaam nahi.</w:t>
      </w:r>
    </w:p>
    <w:p>
      <w:pPr>
        <w:jc w:val="right"/>
      </w:pPr>
      <w:r>
        <w:t>بس، اور کوئی دوسرا کام نہیں، کوئی دوسرا کام نہیں۔</w:t>
      </w:r>
    </w:p>
    <w:p>
      <w:r>
        <w:rPr>
          <w:b/>
        </w:rPr>
        <w:t xml:space="preserve">[46:04] </w:t>
      </w:r>
      <w:r>
        <w:t>duniya ko madu samjhein, duniya ko yeh chhod, yeh yeh yeh zehan jo musalmanon ka hai ke yeh sab kafir hain, yeh to jahannami hain, yeh to aise hain, yeh to waise nahi hain, woh insaan hain, woh insaan hain, woh insaan hain.</w:t>
      </w:r>
    </w:p>
    <w:p>
      <w:pPr>
        <w:jc w:val="right"/>
      </w:pPr>
      <w:r>
        <w:t>دنیا کو مدعو سمجھیں، دنیا کو یہ چھوڑ، یہ یہ یہ ذہن جو مسلمانوں کا ہے کہ یہ سب کافر ہیں، یہ تو جہنمی ہیں، یہ تو ایسے ہیں، یہ تو ویسے نہیں ہیں، وہ انسان ہیں، وہ انسان ہیں، وہ انسان ہیں۔</w:t>
      </w:r>
    </w:p>
    <w:p>
      <w:r>
        <w:rPr>
          <w:b/>
        </w:rPr>
        <w:t xml:space="preserve">[46:23] </w:t>
      </w:r>
      <w:r>
        <w:t>ek baat mein is mein yeh bhi arz karunga ke yeh jo Allah taala ne intezam kiya hai ke poori mankind ko istemal karta hai manage karne ke liye,</w:t>
      </w:r>
    </w:p>
    <w:p>
      <w:pPr>
        <w:jc w:val="right"/>
      </w:pPr>
      <w:r>
        <w:t>ایک بات میں اس میں یہ بھی عرض کروں گا کہ یہ جو اللہ تعالیٰ نے انتظام کیا ہے کہ پوری مائنڈ کائنڈ کو استعمال کرتا ہے مینج کرنے کے لیے،</w:t>
      </w:r>
    </w:p>
    <w:p>
      <w:r>
        <w:rPr>
          <w:b/>
        </w:rPr>
        <w:t xml:space="preserve">[46:35] </w:t>
      </w:r>
      <w:r>
        <w:t>jo taraqqiyan ho rahi hain, jo tehzeeb duniya mein aayi hai, jo technology duniya mein aayi hai, jo industry duniya mein aayi hai, woh sab usi ka hissa hai. yaani Allah ko Allah ne manage karte karte yeh sab daur paida kiya hai,</w:t>
      </w:r>
    </w:p>
    <w:p>
      <w:pPr>
        <w:jc w:val="right"/>
      </w:pPr>
      <w:r>
        <w:t>جو ترقیاں ہو رہی ہیں، جو تہذیب دنیا میں آئی ہے، جو ٹیکنالوجی دنیا میں آئی ہے، جو انڈسٹری دنیا میں آئی ہے، وہ سب اسی کا حصہ ہے۔ یعنی اللہ کو اللہ نے مینج کرتے کرتے یہ سب دور پیدا کیا ہے،</w:t>
      </w:r>
    </w:p>
    <w:p>
      <w:r>
        <w:rPr>
          <w:b/>
        </w:rPr>
        <w:t xml:space="preserve">[46:49] </w:t>
      </w:r>
      <w:r>
        <w:t>aur is ne poori insaniyat ko istemal kiya hai, sirf khair al-umum ko nahi, sirf cheezon people ko nahi. is ka is ka bhi ek raaz hai taake aap ke dil mein insaan ke liye sirf khair khwahi ho.</w:t>
      </w:r>
    </w:p>
    <w:p>
      <w:pPr>
        <w:jc w:val="right"/>
      </w:pPr>
      <w:r>
        <w:t>اور اس نے پوری انسانیت کو استعمال کیا ہے، صرف خیر العموم کو نہیں، صرف چیزوں پیپل کو نہیں۔ اس کا اس کا بھی ایک راز ہے تاکہ آپ کے دل میں انسان کے لیے صرف خیر خواہی ہو۔</w:t>
      </w:r>
    </w:p>
    <w:p>
      <w:r>
        <w:rPr>
          <w:b/>
        </w:rPr>
        <w:t xml:space="preserve">[47:07] </w:t>
      </w:r>
      <w:r>
        <w:t>jo paighambar ne kaha tha ke "in lakum naasih", ae logon, mein tumhara khair khwah hoon, yeh kis se kaha tha? yeh mushrikeen se kaha tha, momineen se nahi.</w:t>
      </w:r>
    </w:p>
    <w:p>
      <w:pPr>
        <w:jc w:val="right"/>
      </w:pPr>
      <w:r>
        <w:t>جو پیغمبر نے کہا تھا کہ "ان لکم ناصح"، اے لوگوں، میں تمہارا خیر خواہ ہوں، یہ کس سے کہا تھا؟ یہ مشرکین سے کہا تھا، مومنین سے نہیں۔</w:t>
      </w:r>
    </w:p>
    <w:p>
      <w:r>
        <w:rPr>
          <w:b/>
        </w:rPr>
        <w:t xml:space="preserve">[47:22] </w:t>
      </w:r>
      <w:r>
        <w:t>is ke mani hain ke</w:t>
      </w:r>
    </w:p>
    <w:p>
      <w:pPr>
        <w:jc w:val="right"/>
      </w:pPr>
      <w:r>
        <w:t>اس کے معنی ہیں کہ</w:t>
      </w:r>
    </w:p>
    <w:p>
      <w:r>
        <w:rPr>
          <w:b/>
        </w:rPr>
        <w:t xml:space="preserve">[47:26] </w:t>
      </w:r>
      <w:r>
        <w:t>ehl-e-iman ke dil mein sari insaniyat ke liye be-panah khair khwahi honi chahiye, well wishing honi chahiye, poori dunya ke liye un ke andar ek friendly zehan hona chahiye.</w:t>
      </w:r>
    </w:p>
    <w:p>
      <w:pPr>
        <w:jc w:val="right"/>
      </w:pPr>
      <w:r>
        <w:t>اہل ایمان کے دل میں ساری انسانیت کے لیے بے پناہ خیر خواہی ہونی چاہیے، ویل وشنگ ہونی چاہیے، پوری دنیا کے لیے ان کے اندر ایک فرینڈلی ذہن ہونا چاہیے۔</w:t>
      </w:r>
    </w:p>
    <w:p>
      <w:r>
        <w:rPr>
          <w:b/>
        </w:rPr>
        <w:t xml:space="preserve">[47:41] </w:t>
      </w:r>
      <w:r>
        <w:t>is ki yeh base hai ke jab aap yeh sochein ke Allah poori poori insaniyat ko istemal karta hai manage karne ke liye,</w:t>
      </w:r>
    </w:p>
    <w:p>
      <w:pPr>
        <w:jc w:val="right"/>
      </w:pPr>
      <w:r>
        <w:t>اس کی یہ بیس ہے کہ جب آپ یہ سوچیں کہ اللہ پوری پوری انسانیت کو استعمال کرتا ہے مینج کرنے کے لیے،</w:t>
      </w:r>
    </w:p>
    <w:p>
      <w:r>
        <w:rPr>
          <w:b/>
        </w:rPr>
        <w:t xml:space="preserve">[47:51] </w:t>
      </w:r>
      <w:r>
        <w:t>jo taraqqiyan dunya mein ho rahi hain, jo bare bare waqeat ho rahe hain ke modern civilization aayi, technology aayi, industrial zamana aaya, to kya kya taraqqiyan hui hain?</w:t>
      </w:r>
    </w:p>
    <w:p>
      <w:pPr>
        <w:jc w:val="right"/>
      </w:pPr>
      <w:r>
        <w:t>جو ترقیاں دنیا میں ہو رہی ہیں، جو بڑے بڑے واقعات ہو رہے ہیں کہ ماڈرن سولائزیشن آئی، ٹیکنالوجی آئی، انڈسٹریل زمانہ آیا، تو کیا کیا ترقیاں ہوئی ہیں؟</w:t>
      </w:r>
    </w:p>
    <w:p>
      <w:r>
        <w:rPr>
          <w:b/>
        </w:rPr>
        <w:t xml:space="preserve">[48:05] </w:t>
      </w:r>
      <w:r>
        <w:t>is mein poori poori insaniyat ko Allah taala ne istemal kiya, kisi ek groh ko nahin. To har ek ka har ek aap ka benefactor hai, har ek ka aap ke upar ehsan hai.</w:t>
      </w:r>
    </w:p>
    <w:p>
      <w:pPr>
        <w:jc w:val="right"/>
      </w:pPr>
      <w:r>
        <w:t>اس میں پوری پوری انسانیت کو اللہ تعالیٰ نے استعمال کیا، کسی ایک گروہ کو نہیں۔ تو ہر ایک کا ہر ایک آپ کا بینیفیکٹر ہے، ہر ایک کا آپ کے اوپر احسان ہے۔</w:t>
      </w:r>
    </w:p>
    <w:p>
      <w:r>
        <w:rPr>
          <w:b/>
        </w:rPr>
        <w:t xml:space="preserve">[48:22] </w:t>
      </w:r>
      <w:r>
        <w:t>jab aap is tarah sochein ge to kitna zyada khair khwahi ka jazba aayega insaan ke liye. Aap ko mislan main bol raha hoon to meri bol record, mera meri meri speech record ho rahi hai,</w:t>
      </w:r>
    </w:p>
    <w:p>
      <w:pPr>
        <w:jc w:val="right"/>
      </w:pPr>
      <w:r>
        <w:t>جب آپ اس طرح سوچیں گے تو کتنا زیادہ خیر خواہی کا جذبہ آئے گا انسان کے لیے۔ آپ کو مثلاً میں بول رہا ہوں تو میری بول ریکارڈ، میرا میری میری سپیچ ریکارڈ ہو رہی ہے،</w:t>
      </w:r>
    </w:p>
    <w:p>
      <w:r>
        <w:rPr>
          <w:b/>
        </w:rPr>
        <w:t xml:space="preserve">[48:40] </w:t>
      </w:r>
      <w:r>
        <w:t>aur woh dunya mein har jagah pahunch rahi hai. To bas socho ke yeh sab system kis ne develop kiya?</w:t>
      </w:r>
    </w:p>
    <w:p>
      <w:pPr>
        <w:jc w:val="right"/>
      </w:pPr>
      <w:r>
        <w:t>اور وہ دنیا میں ہر جگہ پہنچ رہی ہے۔ تو بس سوچو کہ یہ سب سسٹم کس نے ڈیولپ کیا؟</w:t>
      </w:r>
    </w:p>
    <w:p>
      <w:r>
        <w:rPr>
          <w:b/>
        </w:rPr>
        <w:t xml:space="preserve">[48:48] </w:t>
      </w:r>
      <w:r>
        <w:t>yeh system develop karne mein ek poori insaniyat lagi hui thi, lagi hui thi, tab ja ke yeh system develop hua. Hazaron logon ne lambi muddat tak mehnatain keen, tab yeh poora system develop hua ke main yahan boloon aur meri awaz har jagah pahunche,</w:t>
      </w:r>
    </w:p>
    <w:p>
      <w:pPr>
        <w:jc w:val="right"/>
      </w:pPr>
      <w:r>
        <w:t>یہ سسٹم ڈیولپ کرنے میں ایک پوری انسانیت لگی ہوئی تھی، لگی ہوئی تھی، تب جا کے یہ سسٹم ڈیولپ ہوا۔ ہزاروں لوگوں نے لمبی مدت تک محنتیں کیں، تب یہ پورا سسٹم ڈیولپ ہوا کہ میں یہاں بولوں اور میری آواز ہر جگہ پہنچے،</w:t>
      </w:r>
    </w:p>
    <w:p>
      <w:r>
        <w:rPr>
          <w:b/>
        </w:rPr>
        <w:t xml:space="preserve">[49:04] </w:t>
      </w:r>
      <w:r>
        <w:t>tasweer ke sath sath. To jab main is tarah sochunga to kitna zabardast khair khwahi aayegi mere dil mein sari insaniyat ke liye.</w:t>
      </w:r>
    </w:p>
    <w:p>
      <w:pPr>
        <w:jc w:val="right"/>
      </w:pPr>
      <w:r>
        <w:t>تصویر کے ساتھ ساتھ۔ تو جب میں اس طرح سوچوں گا تو کتنا زبردست خیر خواہی آئے گی میرے دل میں ساری انسانیت کے لیے۔</w:t>
      </w:r>
    </w:p>
    <w:p>
      <w:r>
        <w:rPr>
          <w:b/>
        </w:rPr>
        <w:t xml:space="preserve">[49:14] </w:t>
      </w:r>
      <w:r>
        <w:t>To yeh khair khwahi dua work ke liye buniyad ki hesiyat rakhti hai, khair khwahi nahin to dua work bhi nahin. Agar khair khwahi nahin hai to aap dua work bhi nahin kar sakte.</w:t>
      </w:r>
    </w:p>
    <w:p>
      <w:pPr>
        <w:jc w:val="right"/>
      </w:pPr>
      <w:r>
        <w:t>تو یہ خیر خواہی دعا ورک کے لیے بنیاد کی حیثیت رکھتی ہے، خیر خواہی نہیں تو دعا ورک بھی نہیں۔ اگر خیر خواہی نہیں ہے تو آپ دعا ورک بھی نہیں کر سکتے۔</w:t>
      </w:r>
    </w:p>
    <w:p>
      <w:r>
        <w:rPr>
          <w:b/>
        </w:rPr>
        <w:t xml:space="preserve">[49:29] </w:t>
      </w:r>
      <w:r>
        <w:t>To kitni bari hikmat hai Allah taala ki ke is is cheez mein ke jo Allah taala ne yeh history ko manage karne ke liye jo parhna ikhtiyar kiya hai, is mein kitni bari wisdom hai, kitni bari hikmat hai.</w:t>
      </w:r>
    </w:p>
    <w:p>
      <w:pPr>
        <w:jc w:val="right"/>
      </w:pPr>
      <w:r>
        <w:t>تو کتنی بڑی حکمت ہے اللہ تعالیٰ کی کہ اس اس چیز میں کہ جو اللہ تعالیٰ نے یہ ہسٹری کو مینج کرنے کے لیے جو پڑھنا اختیار کیا ہے، اس میں کتنی بڑی وزڈم ہے، کتنی بڑی حکمت ہے۔</w:t>
      </w:r>
    </w:p>
    <w:p>
      <w:r>
        <w:rPr>
          <w:b/>
        </w:rPr>
        <w:t xml:space="preserve">[49:44] </w:t>
      </w:r>
      <w:r>
        <w:t>hamari zindagi se kitna zyada juda hua hai yeh mamla.</w:t>
      </w:r>
    </w:p>
    <w:p>
      <w:pPr>
        <w:jc w:val="right"/>
      </w:pPr>
      <w:r>
        <w:t>ہماری زندگی سے کتنا زیادہ جڑا ہوا ہے یہ معاملہ۔</w:t>
      </w:r>
    </w:p>
    <w:p>
      <w:r>
        <w:rPr>
          <w:b/>
        </w:rPr>
        <w:t xml:space="preserve">[49:57] </w:t>
      </w:r>
      <w:r>
        <w:t>To yeh sab baatein jo main keh raha hoon, yeh sab Quran ki baatein hain, yeh koi mere dimagh ke upar hi nahin hai,</w:t>
      </w:r>
    </w:p>
    <w:p>
      <w:pPr>
        <w:jc w:val="right"/>
      </w:pPr>
      <w:r>
        <w:t>تو یہ سب باتیں جو میں کہہ رہا ہوں، یہ سب قرآن کی باتیں ہیں، یہ کوئی میرے دماغ کے اوپر ہی نہیں ہے،</w:t>
      </w:r>
    </w:p>
    <w:p>
      <w:r>
        <w:rPr>
          <w:b/>
        </w:rPr>
        <w:t xml:space="preserve">[50:04] </w:t>
      </w:r>
      <w:r>
        <w:t>yeh sab Quran ki baatein hain. Aur main ne aap sab Quran ki ayatein naqal ki hain, aap ko Quran ki ayaton ke hawale diye hain</w:t>
      </w:r>
    </w:p>
    <w:p>
      <w:pPr>
        <w:jc w:val="right"/>
      </w:pPr>
      <w:r>
        <w:t>یہ سب قرآن کی باتیں ہیں۔ اور میں نے آپ سب قرآن کی آیتیں نقل کی ہیں، آپ کو قرآن کی آیتوں کے حوالے دیے ہیں</w:t>
      </w:r>
    </w:p>
    <w:p>
      <w:r>
        <w:rPr>
          <w:b/>
        </w:rPr>
        <w:t xml:space="preserve">[50:12] </w:t>
      </w:r>
      <w:r>
        <w:t>aisa nahin ke main aise hi bol raha hoon.</w:t>
      </w:r>
    </w:p>
    <w:p>
      <w:pPr>
        <w:jc w:val="right"/>
      </w:pPr>
      <w:r>
        <w:t>، ایسا نہیں کہ میں ایسے ہی بول رہا ہوں۔</w:t>
      </w:r>
    </w:p>
    <w:p>
      <w:r>
        <w:rPr>
          <w:b/>
        </w:rPr>
        <w:t xml:space="preserve">[50:18] </w:t>
      </w:r>
      <w:r>
        <w:t>To hamein khud Quran ki taraf bhi lotna hai. Aaj kal kya hai? Samajhte hain Quran ko nazra parh lo aur is ko kisi kisi tareeqe se is ko recite karna seekh lo,</w:t>
      </w:r>
    </w:p>
    <w:p>
      <w:pPr>
        <w:jc w:val="right"/>
      </w:pPr>
      <w:r>
        <w:t>تو ہمیں خود قرآن کی طرف بھی لوٹنا ہے۔ آج کل کیا ہے؟ سمجھتے ہیں قرآن کو نادرا پڑھ لو اور اس کو کسی کسی طریقے سے اس کو ریسائیڈ کرنا سیکھ لو،</w:t>
      </w:r>
    </w:p>
    <w:p>
      <w:r>
        <w:rPr>
          <w:b/>
        </w:rPr>
        <w:t xml:space="preserve">[50:35] </w:t>
      </w:r>
      <w:r>
        <w:t>jis ko kehte hain tilawat karna, aur phir jo daman lapet ke rakh do.</w:t>
      </w:r>
    </w:p>
    <w:p>
      <w:pPr>
        <w:jc w:val="right"/>
      </w:pPr>
      <w:r>
        <w:t>جس کو کہتے ہیں تلاوت کرنا، اور پھر جو دامن لپیٹ کے رکھ دو۔</w:t>
      </w:r>
    </w:p>
    <w:p>
      <w:r>
        <w:rPr>
          <w:b/>
        </w:rPr>
        <w:t xml:space="preserve">[50:41] </w:t>
      </w:r>
      <w:r>
        <w:t>Khud Musalman be-khabar hain ke Quran mein kya baatein kahi gayi hain, Quran mein kya yani message hai insaan ke liye aur ehl-e-iman ke liye.</w:t>
      </w:r>
    </w:p>
    <w:p>
      <w:pPr>
        <w:jc w:val="right"/>
      </w:pPr>
      <w:r>
        <w:t>خود مسلمان بے خبر ہیں کہ قرآن میں کیا باتیں کہی گئی ہیں، قرآن میں کیا یعنی میسج ہے انسان کے لیے اور اہل ایمان کے لیے۔</w:t>
      </w:r>
    </w:p>
    <w:p>
      <w:r>
        <w:rPr>
          <w:b/>
        </w:rPr>
        <w:t xml:space="preserve">[50:56] </w:t>
      </w:r>
      <w:r>
        <w:t>To hamein goya ke Quran ki taraf lotna hai,</w:t>
      </w:r>
    </w:p>
    <w:p>
      <w:pPr>
        <w:jc w:val="right"/>
      </w:pPr>
      <w:r>
        <w:t>تو ہمیں گویا کہ قرآن کی طرف لوٹنا ہے،</w:t>
      </w:r>
    </w:p>
    <w:p>
      <w:r>
        <w:rPr>
          <w:b/>
        </w:rPr>
        <w:t xml:space="preserve">[51:01] </w:t>
      </w:r>
      <w:r>
        <w:t>Quran ko hamein rediscover karna hai,</w:t>
      </w:r>
    </w:p>
    <w:p>
      <w:pPr>
        <w:jc w:val="right"/>
      </w:pPr>
      <w:r>
        <w:t>قرآن کو ہمیں ری ڈسکور کرنا ہے،</w:t>
      </w:r>
    </w:p>
    <w:p>
      <w:r>
        <w:rPr>
          <w:b/>
        </w:rPr>
        <w:t xml:space="preserve">[51:08] </w:t>
      </w:r>
      <w:r>
        <w:t>Quran ko rediscover karna hai.</w:t>
      </w:r>
    </w:p>
    <w:p>
      <w:pPr>
        <w:jc w:val="right"/>
      </w:pPr>
      <w:r>
        <w:t>قرآن کو ری ڈسکور کرنا ہے۔</w:t>
      </w:r>
    </w:p>
    <w:p>
      <w:r>
        <w:rPr>
          <w:b/>
        </w:rPr>
        <w:t xml:space="preserve">[51:14] </w:t>
      </w:r>
      <w:r>
        <w:t>To hamara jo mission hai, yeh CPS ka mission, Allah ke fazl se isi par khara hua hua hai. Yeh mission jo hai, yahi hai ke Quran ki taraf lotto, Allah ke creation plan ko jano,</w:t>
      </w:r>
    </w:p>
    <w:p>
      <w:pPr>
        <w:jc w:val="right"/>
      </w:pPr>
      <w:r>
        <w:t>تو ہمارا جو مشن ہے، یہ سی پی ایس کا مشن، اللہ کے فضل سے اسی پر کھڑا ہوا ہوا ہے۔ یہ مشن جو ہے، یہی ہے کہ قرآن کی طرف لوٹو، اللہ کے کریشن پلان کو جانو،</w:t>
      </w:r>
    </w:p>
    <w:p>
      <w:r>
        <w:rPr>
          <w:b/>
        </w:rPr>
        <w:t xml:space="preserve">[51:33] </w:t>
      </w:r>
      <w:r>
        <w:t>aur apni salahiyaton ko jhooti laraiyon mein barbad karne ke bajaye sahi mein sahi maidan mein istemal karo.</w:t>
      </w:r>
    </w:p>
    <w:p>
      <w:pPr>
        <w:jc w:val="right"/>
      </w:pPr>
      <w:r>
        <w:t>اور اپنی صلاحیتوں کو جھوٹی لڑائیوں میں برباد کرنے کے بجائے صحیح میں صحیح میدان میں استعمال کرو۔</w:t>
      </w:r>
    </w:p>
    <w:p>
      <w:r>
        <w:rPr>
          <w:b/>
        </w:rPr>
        <w:t xml:space="preserve">[51:48] </w:t>
      </w:r>
      <w:r>
        <w:t>Yeh hai mission.</w:t>
      </w:r>
    </w:p>
    <w:p>
      <w:pPr>
        <w:jc w:val="right"/>
      </w:pPr>
      <w:r>
        <w:t>یہ ہے مشن۔</w:t>
      </w:r>
    </w:p>
    <w:p>
      <w:r>
        <w:rPr>
          <w:b/>
        </w:rPr>
        <w:t xml:space="preserve">[51:56] </w:t>
      </w:r>
      <w:r>
        <w:t>Allah ke fazl se yeh mission har jagah phail raha hai. Kal mere paas telephone aaya America se ek sahab ka,</w:t>
      </w:r>
    </w:p>
    <w:p>
      <w:pPr>
        <w:jc w:val="right"/>
      </w:pPr>
      <w:r>
        <w:t>اللہ کے فضل سے یہ مشن ہر جگہ پھیل رہا ہے۔ کل میرے پاس ٹیلی فون آیا امریکہ سے ایک صاحب کا،</w:t>
      </w:r>
    </w:p>
    <w:p>
      <w:r>
        <w:rPr>
          <w:b/>
        </w:rPr>
        <w:t xml:space="preserve">[52:07] </w:t>
      </w:r>
      <w:r>
        <w:t>to unhon ne safar kiya tha baaz mulkon ka, woh rehte hain America mein, woh doctor hain. to unhon ne kaha ke main tasawwur mein nahi tha ke main jis mulk mein ja raha hoon, wahan yeh mission itna zyada phail raha hoga.</w:t>
      </w:r>
    </w:p>
    <w:p>
      <w:pPr>
        <w:jc w:val="right"/>
      </w:pPr>
      <w:r>
        <w:t>تو انہوں نے سفر کیا تھا بعض ملکوں کا، وہ رہتے ہیں امریکہ میں، وہ ڈاکٹر ہیں۔ تو انہوں نے کہا کہ میں تصور میں نہیں تھا کہ میں جس ملک میں جا رہا ہوں، وہاں یہ مشن اتنا زیادہ پھیل رہا ہوگا۔</w:t>
      </w:r>
    </w:p>
    <w:p>
      <w:r>
        <w:rPr>
          <w:b/>
        </w:rPr>
        <w:t xml:space="preserve">[52:28] </w:t>
      </w:r>
      <w:r>
        <w:t>bohat ajeeb tajurba un ka hua. unhon ne kaha ke main ek naya faisla liya hai, main ne ke mujhe apne aap ko istreeno isi mein dedicate karna hai, isi mission mein, kyunke beshumar log hain jo chahte hain ke un ko literature mile, un ko message mile,</w:t>
      </w:r>
    </w:p>
    <w:p>
      <w:pPr>
        <w:jc w:val="right"/>
      </w:pPr>
      <w:r>
        <w:t>بہت عجیب تجربہ ان کا ہوا۔ انہوں نے کہا کہ میں ایک نیا فیصلہ لیا ہے، میں نے کہ مجھے اپنے آپ کو اسٹرینو اسی میں ڈیڈیکیٹ کرنا ہے، اسی مشن میں، کیونکہ بے شمار لوگ ہیں جو چاہتے ہیں کہ ان کو لٹریچر ملے، ان کو میسج ملے،</w:t>
      </w:r>
    </w:p>
    <w:p>
      <w:r>
        <w:rPr>
          <w:b/>
        </w:rPr>
        <w:t xml:space="preserve">[52:46] </w:t>
      </w:r>
      <w:r>
        <w:t>un ko program mile, un ko guidance mile.</w:t>
      </w:r>
    </w:p>
    <w:p>
      <w:pPr>
        <w:jc w:val="right"/>
      </w:pPr>
      <w:r>
        <w:t>ان کو پروگرام ملے، ان کو گائیڈنس ملے۔</w:t>
      </w:r>
    </w:p>
    <w:p>
      <w:r>
        <w:rPr>
          <w:b/>
        </w:rPr>
        <w:t xml:space="preserve">[52:54] </w:t>
      </w:r>
      <w:r>
        <w:t>to un ki un ki jo report suni mein ne telephone par kal, to meri samajh mein aaya ke millat ka zamir jo hai, woh consciously ya unconsciously ab isi taraf yani you turn lene ki taraf aa raha hai.</w:t>
      </w:r>
    </w:p>
    <w:p>
      <w:pPr>
        <w:jc w:val="right"/>
      </w:pPr>
      <w:r>
        <w:t>تو ان کی ان کی جو رپورٹ سنی میں نے ٹیلی فون پر کل، تو میری سمجھ میں آیا کہ ملت کا ضمیر جو ہے، وہ کانشیسلی یا ان کانشیسلی اب اسی طرف یعنی یو ٹرن لینے کی طرف آ رہا ہے۔</w:t>
      </w:r>
    </w:p>
    <w:p>
      <w:r>
        <w:rPr>
          <w:b/>
        </w:rPr>
        <w:t xml:space="preserve">[53:17] </w:t>
      </w:r>
      <w:r>
        <w:t>millat ka zamir,</w:t>
      </w:r>
    </w:p>
    <w:p>
      <w:pPr>
        <w:jc w:val="right"/>
      </w:pPr>
      <w:r>
        <w:t>ملت کا ضمیر،</w:t>
      </w:r>
    </w:p>
    <w:p>
      <w:r>
        <w:rPr>
          <w:b/>
        </w:rPr>
        <w:t xml:space="preserve">[53:23] </w:t>
      </w:r>
      <w:r>
        <w:t>kyunke aap jante hain ke jab jab bohat zyada nakami ho jaye, bohat zyada talkh tajurbaat ho jayein, bohat zyada shock lage insaan ko, to woh sochta hai.</w:t>
      </w:r>
    </w:p>
    <w:p>
      <w:pPr>
        <w:jc w:val="right"/>
      </w:pPr>
      <w:r>
        <w:t>کیونکہ آپ جانتے ہیں کہ جب جب بہت زیادہ ناکامی ہو جائے، بہت زیادہ تلخ تجربات ہو جائیں، بہت زیادہ شاک لگے انسان کو، تو وہ سوچتا ہے۔</w:t>
      </w:r>
    </w:p>
    <w:p>
      <w:r>
        <w:rPr>
          <w:b/>
        </w:rPr>
        <w:t xml:space="preserve">[53:38] </w:t>
      </w:r>
      <w:r>
        <w:t>to unhon ne jo report di, jin mulkon mein gaye, woh jin Muslim mulkon mein, Muslim mulkon ki baat kar raha hoon main,</w:t>
      </w:r>
    </w:p>
    <w:p>
      <w:pPr>
        <w:jc w:val="right"/>
      </w:pPr>
      <w:r>
        <w:t>تو انہوں نے جو رپورٹ دی، جن ملکوں میں گئے، وہ جن مسلم ملکوں میں، مسلم ملکوں کی بات کر رہا ہوں میں،</w:t>
      </w:r>
    </w:p>
    <w:p>
      <w:r>
        <w:rPr>
          <w:b/>
        </w:rPr>
        <w:t xml:space="preserve">[53:47] </w:t>
      </w:r>
      <w:r>
        <w:t>to unhon ne kaha ajeeb ghareeb tor par maine dekha ke wahan par risala mission aur CPS ka mission ka zabardast charcha hai.</w:t>
      </w:r>
    </w:p>
    <w:p>
      <w:pPr>
        <w:jc w:val="right"/>
      </w:pPr>
      <w:r>
        <w:t>تو انہوں نے کہا عجیب غریب طور پر میں نے دیکھا کہ وہاں پر رسالہ مشن اور سی پی ایس کا مشن کا زبردست چرچا ہے۔</w:t>
      </w:r>
    </w:p>
    <w:p>
      <w:r>
        <w:rPr>
          <w:b/>
        </w:rPr>
        <w:t xml:space="preserve">[53:58] </w:t>
      </w:r>
      <w:r>
        <w:t>misalan ek shayar mein unhon ne likha bataya ke wahan par jo doctor hain, engineer hain, top ke jo educated log hain, woh har hafte jama hote hain is mission par discuss karne ke liye.</w:t>
      </w:r>
    </w:p>
    <w:p>
      <w:pPr>
        <w:jc w:val="right"/>
      </w:pPr>
      <w:r>
        <w:t>مثلاً ایک شاعر میں انہوں نے لکھا بتایا کہ وہاں پر جو ڈاکٹر ہیں، انجینئر ہیں، ٹاپ کے جو ایجوکیٹڈ لوگ ہیں، وہ ہر ہفتے جمع ہوتے ہیں اس مشن پر ڈسکس کرنے کے لیے۔</w:t>
      </w:r>
    </w:p>
    <w:p>
      <w:r>
        <w:rPr>
          <w:b/>
        </w:rPr>
        <w:t xml:space="preserve">[54:13] </w:t>
      </w:r>
      <w:r>
        <w:t>to is se maine yeh sabaq liya ke millat ka zamir jo hai, jaag utha hai, millat ka zamir jaag utha hai, aur ek rethinking logon ke andar aayi hai, consciously ya unconsciously.</w:t>
      </w:r>
    </w:p>
    <w:p>
      <w:pPr>
        <w:jc w:val="right"/>
      </w:pPr>
      <w:r>
        <w:t>تو اس سے میں نے یہ سبق لیا کہ ملت کا ضمیر جو ہے، جاگ اٹھا ہے، ملت کا ضمیر جاگ اٹھا ہے، اور ایک ری تھنکنگ لوگوں کے اندر آئی ہے، کانشیسلی یا ان کانشیسلی۔</w:t>
      </w:r>
    </w:p>
    <w:p>
      <w:r>
        <w:rPr>
          <w:b/>
        </w:rPr>
        <w:t xml:space="preserve">[54:29] </w:t>
      </w:r>
      <w:r>
        <w:t>to ab hamein is ko avail karna hai, ab mein is ko avail karna hai. to unhon ne mujh se poocha ke bhai mujhe program bataiye ke main kis tarah se kaam karoon.</w:t>
      </w:r>
    </w:p>
    <w:p>
      <w:pPr>
        <w:jc w:val="right"/>
      </w:pPr>
      <w:r>
        <w:t>تو اب ہمیں اس کو اویل کرنا ہے، اب میں اس کو اویل کرنا ہے۔ تو انہوں نے مجھ سے پوچھا کہ بھئی مجھے پروگرام بتائیے کہ میں کس طریقے سے کام کروں۔</w:t>
      </w:r>
    </w:p>
    <w:p>
      <w:r>
        <w:rPr>
          <w:b/>
        </w:rPr>
        <w:t xml:space="preserve">[54:41] </w:t>
      </w:r>
      <w:r>
        <w:t>to maine kaha program to aap ne khud daryaft kar liya, ab mujhe kya batana hai? mujhe kya batana hai?</w:t>
      </w:r>
    </w:p>
    <w:p>
      <w:pPr>
        <w:jc w:val="right"/>
      </w:pPr>
      <w:r>
        <w:t>تو میں نے کہا پروگرام تو آپ نے خود دریافت کر لیا، اب مجھے کیا بتانا ہے؟ مجھے کیا بتانا ہے؟</w:t>
      </w:r>
    </w:p>
    <w:p>
      <w:r>
        <w:rPr>
          <w:b/>
        </w:rPr>
        <w:t xml:space="preserve">[54:52] </w:t>
      </w:r>
      <w:r>
        <w:t>jab aadmi apne aap ko khud daal de to program apne aap ban jata hai.</w:t>
      </w:r>
    </w:p>
    <w:p>
      <w:pPr>
        <w:jc w:val="right"/>
      </w:pPr>
      <w:r>
        <w:t>جب آدمی اپنے آپ کو خود ڈال دے تو پروگرام اپنے آپ بن جاتا ہے۔</w:t>
      </w:r>
    </w:p>
    <w:p>
      <w:r>
        <w:rPr>
          <w:b/>
        </w:rPr>
        <w:t xml:space="preserve">[55:04] </w:t>
      </w:r>
      <w:r>
        <w:t>to ab woh waqt aa gaya hai ke isi mission hi ke liye logon ke paas yani</w:t>
      </w:r>
    </w:p>
    <w:p>
      <w:pPr>
        <w:jc w:val="right"/>
      </w:pPr>
      <w:r>
        <w:t>تو اب وہ وقت آ گیا ہے کہ اسی مشن ہی کے لیے لوگوں کے پاس یعنی</w:t>
      </w:r>
    </w:p>
    <w:p>
      <w:r>
        <w:rPr>
          <w:b/>
        </w:rPr>
        <w:t xml:space="preserve">[55:17] </w:t>
      </w:r>
      <w:r>
        <w:t>log isi mission hi ko qabool karein, log aur kisi mission ko qabool na karein. waqt aa gaya hai.</w:t>
      </w:r>
    </w:p>
    <w:p>
      <w:pPr>
        <w:jc w:val="right"/>
      </w:pPr>
      <w:r>
        <w:t>لوگ اسی مشن ہی کو قبول کریں، لوگ اور کسی مشن کو قبول نہ کریں۔ وقت آ گیا ہے۔</w:t>
      </w:r>
    </w:p>
    <w:p>
      <w:r>
        <w:rPr>
          <w:b/>
        </w:rPr>
        <w:t xml:space="preserve">[55:26] </w:t>
      </w:r>
      <w:r>
        <w:t>bataur abhi aap ko bohat se waqiyat manfi dikhai denge, lekin aap teh mein jaiye, teh mein jaiye, satah ke neeche kya ho raha hai, woh jaiye.</w:t>
      </w:r>
    </w:p>
    <w:p>
      <w:pPr>
        <w:jc w:val="right"/>
      </w:pPr>
      <w:r>
        <w:t>بظاہر ابھی آپ کو بہت سے واقعات منفی دکھائی دیں گے، لیکن آپ تہ میں جائیے، تہ میں جائیے، سطح کے نیچے کیا ہو رہا ہے، وہ جائیے۔</w:t>
      </w:r>
    </w:p>
    <w:p>
      <w:r>
        <w:rPr>
          <w:b/>
        </w:rPr>
        <w:t xml:space="preserve">[55:40] </w:t>
      </w:r>
      <w:r>
        <w:t>face value par cheezon ko na lijiye, face value se aage jaiye, aur teh mein ja kar dekhiye.</w:t>
      </w:r>
    </w:p>
    <w:p>
      <w:pPr>
        <w:jc w:val="right"/>
      </w:pPr>
      <w:r>
        <w:t>فیس ویلیو پر چیزوں کو نہ لیجئے، فیس ویلیو سے آگے جائیے، اور تہ میں جا کر دیکھیے۔</w:t>
      </w:r>
    </w:p>
    <w:p>
      <w:r>
        <w:rPr>
          <w:b/>
        </w:rPr>
        <w:t xml:space="preserve">[55:48] </w:t>
      </w:r>
      <w:r>
        <w:t>to main sochta hoon ke bohat bare pemane par logon ke andar</w:t>
      </w:r>
    </w:p>
    <w:p>
      <w:pPr>
        <w:jc w:val="right"/>
      </w:pPr>
      <w:r>
        <w:t>تو میں سوچتا ہوں کہ بہت بڑے پیمانے پر لوگوں کے اندر</w:t>
      </w:r>
    </w:p>
    <w:p>
      <w:r>
        <w:rPr>
          <w:b/>
        </w:rPr>
        <w:t xml:space="preserve">[55:55] </w:t>
      </w:r>
      <w:r>
        <w:t>yeh soch jaagi hai ke bhai where we missed the train, kahin na kahin hum se ghalti hui hai, is ghalti ko daryaft karo.</w:t>
      </w:r>
    </w:p>
    <w:p>
      <w:pPr>
        <w:jc w:val="right"/>
      </w:pPr>
      <w:r>
        <w:t>یہ سوچ جاگی ہے کہ بھئی ویر وی مس دا ٹرین، کہیں نہ کہیں ہم سے غلطی ہوئی ہے، اس غلطی کو دریافت کرو۔</w:t>
      </w:r>
    </w:p>
    <w:p>
      <w:r>
        <w:rPr>
          <w:b/>
        </w:rPr>
        <w:t xml:space="preserve">[56:13] </w:t>
      </w:r>
      <w:r>
        <w:t>to hamein chahiye ke hum is is raaz ko samjhein aur is ko bharpoor tor par istemal karein, is ko phir ek ek opportunity ke tor par lein, opportunity ke tor par lein.</w:t>
      </w:r>
    </w:p>
    <w:p>
      <w:pPr>
        <w:jc w:val="right"/>
      </w:pPr>
      <w:r>
        <w:t>تو ہمیں چاہیے کہ ہم اس اس راز کو سمجھیں اور اس کو بھرپور طور پر استعمال کریں، اس کو پھر ایک ایک اپرچونیٹی کے طور پر لیں، اپرچونیٹی کے طور پر لیں۔</w:t>
      </w:r>
    </w:p>
    <w:p>
      <w:r>
        <w:rPr>
          <w:b/>
        </w:rPr>
        <w:t xml:space="preserve">[56:29] </w:t>
      </w:r>
      <w:r>
        <w:t>to kal jo meri baat hui thi jin se jin sahib se, America wale sahib se, to maine kaha ke dekhein, sab se bari cheez hai ke aap apne aap ko mukammal tor par</w:t>
      </w:r>
    </w:p>
    <w:p>
      <w:pPr>
        <w:jc w:val="right"/>
      </w:pPr>
      <w:r>
        <w:t>تو کل جو میری بات ہوئی تھی جن سے جن صاحب سے، امریکہ والے صاحب سے، تو میں نے کہا کہ دیکھیں، سب سے بڑی چیز ہے کہ آپ اپنے آپ کو مکمل طور پر</w:t>
      </w:r>
    </w:p>
    <w:p>
      <w:r>
        <w:rPr>
          <w:b/>
        </w:rPr>
        <w:t xml:space="preserve">[56:42] </w:t>
      </w:r>
      <w:r>
        <w:t>negative thinking se paak karein. sab se bari cheez jo hai, apne aap ko negative thinking se paak karna, yaktarfa tor par apne andar positive thinking lana, bas us ke baad sab darwaze khul jaate hain,</w:t>
      </w:r>
    </w:p>
    <w:p>
      <w:pPr>
        <w:jc w:val="right"/>
      </w:pPr>
      <w:r>
        <w:t>نیگیٹیو تھنکنگ سے پاک کریں۔ سب سے بڑی چیز جو ہے، اپنے آپ کو نیگیٹیو تھنکنگ سے پاک کرنا، یکطرفہ طور پر اپنے اندر پازیٹیو تھنکنگ لانا، بس اس کے بعد سب دروازے کھل جاتے ہیں،</w:t>
      </w:r>
    </w:p>
    <w:p>
      <w:r>
        <w:rPr>
          <w:b/>
        </w:rPr>
        <w:t xml:space="preserve">[56:59] </w:t>
      </w:r>
      <w:r>
        <w:t>us ke baad sab darwaze khul jaate hain.</w:t>
      </w:r>
    </w:p>
    <w:p>
      <w:pPr>
        <w:jc w:val="right"/>
      </w:pPr>
      <w:r>
        <w:t>اس کے بعد سب دروازے کھل جاتے ہیں۔</w:t>
      </w:r>
    </w:p>
    <w:p>
      <w:r>
        <w:rPr>
          <w:b/>
        </w:rPr>
        <w:t xml:space="preserve">[57:04] </w:t>
      </w:r>
      <w:r>
        <w:t>to aap mein se har shakhs ko main yahi kahunga ke</w:t>
      </w:r>
    </w:p>
    <w:p>
      <w:pPr>
        <w:jc w:val="right"/>
      </w:pPr>
      <w:r>
        <w:t>تو آپ میں سے ہر شخص کو میں یہی کہوں گا کہ</w:t>
      </w:r>
    </w:p>
    <w:p>
      <w:r>
        <w:rPr>
          <w:b/>
        </w:rPr>
        <w:t xml:space="preserve">[57:11] </w:t>
      </w:r>
      <w:r>
        <w:t>apne aap ko aakhri had tak negative thinking se door rakhiye, aur siwaye positive thinking ke, aap mind mein kuch aur na rahe.</w:t>
      </w:r>
    </w:p>
    <w:p>
      <w:pPr>
        <w:jc w:val="right"/>
      </w:pPr>
      <w:r>
        <w:t>اپنے آپ کو آخری حد تک نیگیٹیو تھنکنگ سے دور رکھیے، اور سوائے پازیٹیو تھنکنگ کے، آپ مائنڈ میں کچھ اور نہ رہے۔</w:t>
      </w:r>
    </w:p>
    <w:p>
      <w:r>
        <w:rPr>
          <w:b/>
        </w:rPr>
        <w:t xml:space="preserve">[57:20] </w:t>
      </w:r>
      <w:r>
        <w:t>to kiya hoga? farishtay utar aayenge, us waqt farishtay aap ko madad karenge, aap ki rehnumai karenge, aap ko saath denge.</w:t>
      </w:r>
    </w:p>
    <w:p>
      <w:pPr>
        <w:jc w:val="right"/>
      </w:pPr>
      <w:r>
        <w:t>تو کیا ہوگا؟ فرشتے اتر آئیں گے، اس وقت فرشتے آپ کو مدد کریں گے، آپ کی رہنمائی کریں گے، آپ کو ساتھ دیں گے۔</w:t>
      </w:r>
    </w:p>
    <w:p>
      <w:r>
        <w:rPr>
          <w:b/>
        </w:rPr>
        <w:t xml:space="preserve">[57:30] </w:t>
      </w:r>
      <w:r>
        <w:t>main dua karta hoon ke Allah taala mujh ko aur aap ko tofeeq de, sirat-e-mustaqeem ki. Aqool qawli wa astaghfirullaha alaykum ajmaeen.</w:t>
      </w:r>
    </w:p>
    <w:p>
      <w:pPr>
        <w:jc w:val="right"/>
      </w:pPr>
      <w:r>
        <w:t>میں دعا کرتا ہوں کہ اللہ تعالیٰ مجھ کو اور آپ کو توفیق دے، صراط مستقیم کی۔ اقول قولی واستغفراللہ علیکم اجمعین۔</w:t>
      </w:r>
    </w:p>
    <w:p>
      <w:r>
        <w:rPr>
          <w:b/>
        </w:rPr>
        <w:t xml:space="preserve">[57:57] </w:t>
      </w:r>
      <w:r>
        <w:t>Maulana, yeh sawal aaya hai Karachi Pakistan se Abdul Latif sahib ka. Unhon ne likha hai: "Aaj ke insaan ko jab deen ki taraf bulaya jata hai to woh yeh uzr batate hain ke mehangai itni zyada ho gayi hai ke humein waqt hi nahi milta ke hum deen ke bare mein sochein." Maulana sahib, is bare mein aap ki kya rai hai?</w:t>
      </w:r>
    </w:p>
    <w:p>
      <w:pPr>
        <w:jc w:val="right"/>
      </w:pPr>
      <w:r>
        <w:t>مولانا، یہ سوال آیا ہے کراچی پاکستان سے عبداللطیف صاحب کا۔ انہوں نے لکھا ہے: "آج کے انسان کو جب دین کی طرف بلایا جاتا ہے تو وہ یہ عذر بتاتے ہیں کہ مہنگائی اتنی زیادہ ہو گئی ہے کہ ہمیں وقت ہی نہیں ملتا کہ ہم دین کے بارے میں سوچیں۔" مولانا صاحب، اس بارے میں آپ کی کیا رائے ہے؟</w:t>
      </w:r>
    </w:p>
    <w:p>
      <w:r>
        <w:rPr>
          <w:b/>
        </w:rPr>
        <w:t xml:space="preserve">[58:24] </w:t>
      </w:r>
      <w:r>
        <w:t>dekhein, main bhi is dunya mein rehta hoon,</w:t>
      </w:r>
    </w:p>
    <w:p>
      <w:pPr>
        <w:jc w:val="right"/>
      </w:pPr>
      <w:r>
        <w:t>دیکھیں، میں بھی اس دنیا میں رہتا ہوں،</w:t>
      </w:r>
    </w:p>
    <w:p>
      <w:r>
        <w:rPr>
          <w:b/>
        </w:rPr>
        <w:t xml:space="preserve">[58:27] </w:t>
      </w:r>
      <w:r>
        <w:t>isi dunya mein jahan mehangai bohat zyada hai. Main ne dono daur dekha hai, azadi se pehle isi dunya mein mehangai bilkul nahi thi.</w:t>
      </w:r>
    </w:p>
    <w:p>
      <w:pPr>
        <w:jc w:val="right"/>
      </w:pPr>
      <w:r>
        <w:t>اسی دنیا میں جہاں مہنگائی بہت زیادہ ہے۔ میں نے دونوں دور دیکھا ہے، آزادی سے پہلے اسی دنیا میں مہنگائی بالکل نہیں تھی۔</w:t>
      </w:r>
    </w:p>
    <w:p>
      <w:r>
        <w:rPr>
          <w:b/>
        </w:rPr>
        <w:t xml:space="preserve">[58:41] </w:t>
      </w:r>
      <w:r>
        <w:t>mujhe ab tak yaad hai ek waqia ke Maulana Mujeeb Ullah Nadvi ghar se yani apne ghar walon ko bataye baghair parhne ke liye Nadvah aa gaye,</w:t>
      </w:r>
    </w:p>
    <w:p>
      <w:pPr>
        <w:jc w:val="right"/>
      </w:pPr>
      <w:r>
        <w:t>مجھے اب تک یاد ہے ایک واقعہ کہ مولانا مجیب اللہ ندوی گھر سے یعنی اپنے گھر والوں کو بتائے بغیر پڑھنے کے لیے ندو آ گئے،</w:t>
      </w:r>
    </w:p>
    <w:p>
      <w:r>
        <w:rPr>
          <w:b/>
        </w:rPr>
        <w:t xml:space="preserve">[58:56] </w:t>
      </w:r>
      <w:r>
        <w:t>ghar wale nadwa ke khilaf thay is zamane mein.</w:t>
      </w:r>
    </w:p>
    <w:p>
      <w:pPr>
        <w:jc w:val="right"/>
      </w:pPr>
      <w:r>
        <w:t>گھر والے ندو کے خلاف تھے اس زمانے میں۔</w:t>
      </w:r>
    </w:p>
    <w:p>
      <w:r>
        <w:rPr>
          <w:b/>
        </w:rPr>
        <w:t xml:space="preserve">[59:00] </w:t>
      </w:r>
      <w:r>
        <w:t>to unhon ne bataya ke ab sirf mere paas paanch rupiya tha, us waqt</w:t>
      </w:r>
    </w:p>
    <w:p>
      <w:pPr>
        <w:jc w:val="right"/>
      </w:pPr>
      <w:r>
        <w:t>تو انہوں نے بتایا کہ اب صرف میرے پاس پانچ روپیہ تھا، اس وقت</w:t>
      </w:r>
    </w:p>
    <w:p>
      <w:r>
        <w:rPr>
          <w:b/>
        </w:rPr>
        <w:t xml:space="preserve">[59:06] </w:t>
      </w:r>
      <w:r>
        <w:t>paanch rupiya, aur kahe unhon ne bataya ke ek mahine tak maine is paanch rupay se bohat</w:t>
      </w:r>
    </w:p>
    <w:p>
      <w:pPr>
        <w:jc w:val="right"/>
      </w:pPr>
      <w:r>
        <w:t>پانچ روپیہ، اور کہے انہوں نے بتایا کہ ایک مہینے تک میں نے اس پانچ روپے سے بہت</w:t>
      </w:r>
    </w:p>
    <w:p>
      <w:r>
        <w:rPr>
          <w:b/>
        </w:rPr>
        <w:t xml:space="preserve">[59:13] </w:t>
      </w:r>
      <w:r>
        <w:t>itminan ke sath</w:t>
      </w:r>
    </w:p>
    <w:p>
      <w:pPr>
        <w:jc w:val="right"/>
      </w:pPr>
      <w:r>
        <w:t>اطمینان کے ساتھ</w:t>
      </w:r>
    </w:p>
    <w:p>
      <w:r>
        <w:rPr>
          <w:b/>
        </w:rPr>
        <w:t xml:space="preserve">[59:16] </w:t>
      </w:r>
      <w:r>
        <w:t>yani khaya, nashta aur khana aur</w:t>
      </w:r>
    </w:p>
    <w:p>
      <w:pPr>
        <w:jc w:val="right"/>
      </w:pPr>
      <w:r>
        <w:t>یعنی کھایا، ناشتہ اور کھانا اور</w:t>
      </w:r>
    </w:p>
    <w:p>
      <w:r>
        <w:rPr>
          <w:b/>
        </w:rPr>
        <w:t xml:space="preserve">[59:21] </w:t>
      </w:r>
      <w:r>
        <w:t>dopehar ka aur sham ka, sab paanch rupay mein ek mahine tak.</w:t>
      </w:r>
    </w:p>
    <w:p>
      <w:pPr>
        <w:jc w:val="right"/>
      </w:pPr>
      <w:r>
        <w:t>دوپہر کا اور شام کا، سب پانچ روپے میں ایک مہینے تک۔</w:t>
      </w:r>
    </w:p>
    <w:p>
      <w:r>
        <w:rPr>
          <w:b/>
        </w:rPr>
        <w:t xml:space="preserve">[59:28] </w:t>
      </w:r>
      <w:r>
        <w:t>ab jo hai, har aadmi janta hai ke ab paanch rupay koi value nahi hai. To main bhi is dunya mein hoon. Asal baat dekhein, mehangai nahi hai.</w:t>
      </w:r>
    </w:p>
    <w:p>
      <w:pPr>
        <w:jc w:val="right"/>
      </w:pPr>
      <w:r>
        <w:t>اب جو ہے، ہر آدمی جانتا ہے کہ اب پانچ روپے کوئی ویلیو نہیں ہے۔ تو میں بھی اس دنیا میں ہوں۔ اصل بات دیکھیں، مہنگائی نہیں ہے۔</w:t>
      </w:r>
    </w:p>
    <w:p>
      <w:r>
        <w:rPr>
          <w:b/>
        </w:rPr>
        <w:t xml:space="preserve">[59:42] </w:t>
      </w:r>
      <w:r>
        <w:t>asal baat yeh nahi ke mehangai barh gayi hai, asal baat yeh hai ke logon ne apne ikhrajaat barha liye hain. Har aadmi ne kharch barha rakha hai, itna zyada kharch karte hain har mad mein.</w:t>
      </w:r>
    </w:p>
    <w:p>
      <w:pPr>
        <w:jc w:val="right"/>
      </w:pPr>
      <w:r>
        <w:t>اصل بات یہ نہیں کہ مہنگائی بڑھ گئی ہے، اصل بات یہ ہے کہ لوگوں نے اپنے اخراجات بڑھا لیے ہیں۔ ہر آدمی نے خرچ بڑھا رکھا ہے، اتنا زیادہ خرچ کرتے ہیں ہر مد میں۔</w:t>
      </w:r>
    </w:p>
    <w:p>
      <w:r>
        <w:rPr>
          <w:b/>
        </w:rPr>
        <w:t xml:space="preserve">[59:56] </w:t>
      </w:r>
      <w:r>
        <w:t>bachon ke kapra, bachon ki khwahishein poori karna, bachon ki pampering, shadi byah yani koi mad aisi nahi hai jis mein log bohat zyada kharch na karte hon.</w:t>
      </w:r>
    </w:p>
    <w:p>
      <w:pPr>
        <w:jc w:val="right"/>
      </w:pPr>
      <w:r>
        <w:t>بچوں کے کپڑا، بچوں کی خواہشیں پوری کرنا، بچوں کی پیمپرنگ، شادی بیاہ یعنی کوئی مد ایسی نہیں ہے جس میں لوگ بہت زیادہ خرچ نہ کرتے ہوں۔</w:t>
      </w:r>
    </w:p>
    <w:p>
      <w:r>
        <w:rPr>
          <w:b/>
        </w:rPr>
        <w:t xml:space="preserve">[1:00:09] </w:t>
      </w:r>
      <w:r>
        <w:t>mera koi kharch nahi hai, to mujhe koi is qism ki pareshani bhi nahi.</w:t>
      </w:r>
    </w:p>
    <w:p>
      <w:pPr>
        <w:jc w:val="right"/>
      </w:pPr>
      <w:r>
        <w:t>میرا کوئی خرچ نہیں ہے، تو مجھے کوئی اس قسم کی پریشانی بھی نہیں۔</w:t>
      </w:r>
    </w:p>
    <w:p>
      <w:r>
        <w:rPr>
          <w:b/>
        </w:rPr>
        <w:t xml:space="preserve">[1:00:18] </w:t>
      </w:r>
      <w:r>
        <w:t>main ne koi kharch hi nahi, jo hai wahi kha liya hai, jo hai wahi pi liya.</w:t>
      </w:r>
    </w:p>
    <w:p>
      <w:pPr>
        <w:jc w:val="right"/>
      </w:pPr>
      <w:r>
        <w:t>میں نے کوئی خرچ ہی نہیں، جو ہے وہی کھا لیا ہے، جو ہے وہی پی لیا۔</w:t>
      </w:r>
    </w:p>
    <w:p>
      <w:r>
        <w:rPr>
          <w:b/>
        </w:rPr>
        <w:t xml:space="preserve">[1:00:25] </w:t>
      </w:r>
      <w:r>
        <w:t>to logon ko chahiye ke is tarah ki shikayatein karne ke baad apne kharch ko ghatayein,</w:t>
      </w:r>
    </w:p>
    <w:p>
      <w:pPr>
        <w:jc w:val="right"/>
      </w:pPr>
      <w:r>
        <w:t>تو لوگوں کو چاہیے کہ اس طرح کی شکایتیں کرنے کے بعد اپنے خرچ کو گھٹائیں،</w:t>
      </w:r>
    </w:p>
    <w:p>
      <w:r>
        <w:rPr>
          <w:b/>
        </w:rPr>
        <w:t xml:space="preserve">[1:00:34] </w:t>
      </w:r>
      <w:r>
        <w:t>jaisa ke main ne ghata rakha hai. Apne kharch ko ghatayein, phir aap ko mehangai ki shikayat nahi hogi.</w:t>
      </w:r>
    </w:p>
    <w:p>
      <w:pPr>
        <w:jc w:val="right"/>
      </w:pPr>
      <w:r>
        <w:t>جیسا کہ میں نے گھٹا رکھا ہے۔ اپنے خرچ کو گھٹائیے، پھر آپ کو مہنگائی کی شکایت نہیں ہوگی۔</w:t>
      </w:r>
    </w:p>
    <w:p>
      <w:r>
        <w:rPr>
          <w:b/>
        </w:rPr>
        <w:t xml:space="preserve">[1:00:43] </w:t>
      </w:r>
      <w:r>
        <w:t>yeh main apne tajrube ki buniyad par poore yaqeen ke sath keh sakta hoon. Maulana, agla ek comment aaya hai aur ek sawal bhi aaya hai Kashmir se Muhammad Saleem Mir sahib</w:t>
      </w:r>
    </w:p>
    <w:p>
      <w:pPr>
        <w:jc w:val="right"/>
      </w:pPr>
      <w:r>
        <w:t>یہ میں اپنے تجربے کی بنیاد پر پورے یقین کے ساتھ کہہ سکتا ہوں۔ مولانا، اگلا ایک کمنٹ آیا ہے اور ایک سوال بھی آیا ہے کشمیر سے محمد سلیم میر صاحب</w:t>
      </w:r>
    </w:p>
    <w:p>
      <w:r>
        <w:rPr>
          <w:b/>
        </w:rPr>
        <w:t xml:space="preserve">[1:00:54] </w:t>
      </w:r>
      <w:r>
        <w:t>ka. Pehle un ka comment padhte hain. Unhon ne likha hai: "In Al-Risala issue March titled Azdawaj-e-Zindagi, you have quoted a verse from Surah Al-Baqarah in light of home partner and life partner.</w:t>
      </w:r>
    </w:p>
    <w:p>
      <w:pPr>
        <w:jc w:val="right"/>
      </w:pPr>
      <w:r>
        <w:t>کا۔ پہلے ان کا کمنٹ پڑھتے ہیں۔ انہوں نے لکھا ہے: "ان الرسالہ ایشو مارچ ٹائٹلڈ ازدواز زندگی، یو ہیو کوٹڈ ا ورس فرام سورہ البقرہ ان لائٹ اف ہوم پارٹنر اینڈ لائف پارٹنر۔</w:t>
      </w:r>
    </w:p>
    <w:p>
      <w:r>
        <w:rPr>
          <w:b/>
        </w:rPr>
        <w:t xml:space="preserve">[1:01:10] </w:t>
      </w:r>
      <w:r>
        <w:t>The interpretation in this regard which I was trying to find out in Quranic verses other than Tazkir-ul-Quran was never comprehended by my mind,</w:t>
      </w:r>
    </w:p>
    <w:p>
      <w:pPr>
        <w:jc w:val="right"/>
      </w:pPr>
      <w:r>
        <w:t>دا انٹرپریٹیشن ان دس ریگارڈ وچ آئی واز ٹرائنگ ٹو فائنڈ آؤٹ ان قرآنک ورسز ادر دین تذکر القرآن واز نیور کمپرینڈ بائے مائی مائنڈ،</w:t>
      </w:r>
    </w:p>
    <w:p>
      <w:r>
        <w:rPr>
          <w:b/>
        </w:rPr>
        <w:t xml:space="preserve">[1:01:22] </w:t>
      </w:r>
      <w:r>
        <w:t>and it was the first time that I understood the divine plan in terms of home partner and a life partner." Aur Maulana, unhon ne ek sawal kiya hai.</w:t>
      </w:r>
    </w:p>
    <w:p>
      <w:pPr>
        <w:jc w:val="right"/>
      </w:pPr>
      <w:r>
        <w:t>اینڈ اٹ واز دا فرسٹ ٹائم دیٹ آئی انڈرسٹوڈ دا ڈیوائن پلان ان ٹرمز اف ہوم پارٹنر اینڈ ا لائف پارٹنر۔" اور مولانا، انہوں نے ایک سوال کیا ہے۔</w:t>
      </w:r>
    </w:p>
    <w:p>
      <w:r>
        <w:rPr>
          <w:b/>
        </w:rPr>
        <w:t xml:space="preserve">[1:01:33] </w:t>
      </w:r>
      <w:r>
        <w:t>un ka sawal yeh hai: "The one who always thinks regarding the accountability of the Day of Judgment is called a God-oriented thinker.</w:t>
      </w:r>
    </w:p>
    <w:p>
      <w:pPr>
        <w:jc w:val="right"/>
      </w:pPr>
      <w:r>
        <w:t>ان کا سوال یہ ہے: "دا ون ہو آلویز تھنکس ریگارڈنگ دی اکاؤنٹیبلٹی اف دا ڈے اف ججمنٹ از کالڈ ا گاڈ اورینٹڈ تھنکر۔</w:t>
      </w:r>
    </w:p>
    <w:p>
      <w:r>
        <w:rPr>
          <w:b/>
        </w:rPr>
        <w:t xml:space="preserve">[1:01:45] </w:t>
      </w:r>
      <w:r>
        <w:t>My question is how to develop such pattern of thinking among the Muslims who are not even ready to accept the basics of creation plan of God?" Is ke bare mein batayein.</w:t>
      </w:r>
    </w:p>
    <w:p>
      <w:pPr>
        <w:jc w:val="right"/>
      </w:pPr>
      <w:r>
        <w:t>مائی کوئسچن از ہاؤ ٹو ڈیویلپ سچ پیٹرن اف تھنکنگ امنگ دا مسلمز ہو آر ناٹ ایون ریڈی ٹو ایکسیپٹ دا بیسکس اف کریشن پلان اف گاڈ؟" اس کے بارے میں بتائیں۔</w:t>
      </w:r>
    </w:p>
    <w:p>
      <w:r>
        <w:rPr>
          <w:b/>
        </w:rPr>
        <w:t xml:space="preserve">[1:02:01] </w:t>
      </w:r>
      <w:r>
        <w:t>dekhiye, is ka koi, is ka koi</w:t>
      </w:r>
    </w:p>
    <w:p>
      <w:pPr>
        <w:jc w:val="right"/>
      </w:pPr>
      <w:r>
        <w:t>دیکھیے، اس کا کوئی، اس کا کوئی</w:t>
      </w:r>
    </w:p>
    <w:p>
      <w:r>
        <w:rPr>
          <w:b/>
        </w:rPr>
        <w:t xml:space="preserve">[1:02:07] </w:t>
      </w:r>
      <w:r>
        <w:t>yani koi tarasumati tareeqa nahi hai.</w:t>
      </w:r>
    </w:p>
    <w:p>
      <w:pPr>
        <w:jc w:val="right"/>
      </w:pPr>
      <w:r>
        <w:t>یعنی کوئی ترسماتی طریقہ نہیں ہے۔</w:t>
      </w:r>
    </w:p>
    <w:p>
      <w:r>
        <w:rPr>
          <w:b/>
        </w:rPr>
        <w:t xml:space="preserve">[1:02:14] </w:t>
      </w:r>
      <w:r>
        <w:t>wohi ke jo main ne kiya, Allah ke fazl se matlab Quran ko main ne tilawat nahi ki balkeh study ki.</w:t>
      </w:r>
    </w:p>
    <w:p>
      <w:pPr>
        <w:jc w:val="right"/>
      </w:pPr>
      <w:r>
        <w:t>وہی کہ جو میں نے کیا، اللہ کے فضل سے مطلب قرآن کو میں نے تلاوت نہیں کی بلکہ اسٹڈی کی۔</w:t>
      </w:r>
    </w:p>
    <w:p>
      <w:r>
        <w:rPr>
          <w:b/>
        </w:rPr>
        <w:t xml:space="preserve">[1:02:24] </w:t>
      </w:r>
      <w:r>
        <w:t>Quran ki main ne sirf tilawat nahi ki balkeh study ki. Aise hi main ne jo sunnat-e-Rasool hai, us ko gehrai ke sath parha aur jo relevant literature hai, sab ko parha.</w:t>
      </w:r>
    </w:p>
    <w:p>
      <w:pPr>
        <w:jc w:val="right"/>
      </w:pPr>
      <w:r>
        <w:t>قرآن کی میں نے صرف تلاوت نہیں کی بلکہ اسٹڈی کی۔ ایسے ہی میں نے جو سنت رسول ہے، اس کو گہرائی کے ساتھ پڑھا اور جو ریلیٹونٹ لٹریچر ہے، سب کو پڑھا۔</w:t>
      </w:r>
    </w:p>
    <w:p>
      <w:r>
        <w:rPr>
          <w:b/>
        </w:rPr>
        <w:t xml:space="preserve">[1:02:39] </w:t>
      </w:r>
      <w:r>
        <w:t>to Allah ke fazl se mere andar yeh cheez develop ho gayi.</w:t>
      </w:r>
    </w:p>
    <w:p>
      <w:pPr>
        <w:jc w:val="right"/>
      </w:pPr>
      <w:r>
        <w:t>تو اللہ کے فضل سے میرے اندر یہ چیز ڈیویلپ ہو گئی۔</w:t>
      </w:r>
    </w:p>
    <w:p>
      <w:r>
        <w:rPr>
          <w:b/>
        </w:rPr>
        <w:t xml:space="preserve">[1:02:45] </w:t>
      </w:r>
      <w:r>
        <w:t>mujhe is qism ki Allah ke fazl se koi shikayat nahi hai. to koi, koi doosra tareeqa nahi hai. isi Allah ki kitab ko parhna, isi rasool ki sunnat ka mutalea karna aur kainat ko khuli aankhon se dekhna,</w:t>
      </w:r>
    </w:p>
    <w:p>
      <w:pPr>
        <w:jc w:val="right"/>
      </w:pPr>
      <w:r>
        <w:t>مجھے اس قسم کی اللہ کے فضل سے کوئی شکایت نہیں ہے۔ تو کوئی، کوئی دوسرا طریقہ نہیں ہے۔ اسی اللہ کی کتاب کو پڑھنا، اسی رسول کی سنت کا مطالعہ کرنا اور کائنات کو کھلی آنکھوں سے دیکھنا،</w:t>
      </w:r>
    </w:p>
    <w:p>
      <w:r>
        <w:rPr>
          <w:b/>
        </w:rPr>
        <w:t xml:space="preserve">[1:03:04] </w:t>
      </w:r>
      <w:r>
        <w:t>kainat ko khuli aankhon se dekhna</w:t>
      </w:r>
    </w:p>
    <w:p>
      <w:pPr>
        <w:jc w:val="right"/>
      </w:pPr>
      <w:r>
        <w:t>کائنات کو کھلی آنکھوں سے دیکھنا</w:t>
      </w:r>
    </w:p>
    <w:p>
      <w:r>
        <w:rPr>
          <w:b/>
        </w:rPr>
        <w:t xml:space="preserve">[1:03:09] </w:t>
      </w:r>
      <w:r>
        <w:t>to isi se sab baatein paida hoti hain.</w:t>
      </w:r>
    </w:p>
    <w:p>
      <w:pPr>
        <w:jc w:val="right"/>
      </w:pPr>
      <w:r>
        <w:t>تو اسی سے سب باتیں پیدا ہوتی ہیں۔</w:t>
      </w:r>
    </w:p>
    <w:p>
      <w:r>
        <w:rPr>
          <w:b/>
        </w:rPr>
        <w:t xml:space="preserve">[1:03:13] </w:t>
      </w:r>
      <w:r>
        <w:t>ab mein kya, aap ko kal, kal, kal parson ka ek, ek tajruba batata hoon ke mein apne ghar ke samne jo mera jo balcony hai, us par baitha hua tha.</w:t>
      </w:r>
    </w:p>
    <w:p>
      <w:pPr>
        <w:jc w:val="right"/>
      </w:pPr>
      <w:r>
        <w:t>اب میں کیا، آپ کو کل، کل، کل پرسوں کا ایک، ایک تجربہ بتاتا ہوں کہ میں اپنے گھر کے سامنے جو میرا جو بالکنی ہے، اس پر بیٹھا ہوا تھا۔</w:t>
      </w:r>
    </w:p>
    <w:p>
      <w:r>
        <w:rPr>
          <w:b/>
        </w:rPr>
        <w:t xml:space="preserve">[1:03:27] </w:t>
      </w:r>
      <w:r>
        <w:t>subah ka waqt tha aur suraj abhi bhi nikla tha. to ek sahib milne ke liye aa gaye. to meri aadat hai ke mein poochta hoon aadmi se ke aap ke paas koi nai news hai?</w:t>
      </w:r>
    </w:p>
    <w:p>
      <w:pPr>
        <w:jc w:val="right"/>
      </w:pPr>
      <w:r>
        <w:t>صبح کا وقت تھا اور سورج ابھی بھی نکلا تھا۔ تو ایک صاحب ملنے کے لیے آ گئے۔ تو میری عادت ہے کہ میں پوچھتا ہوں آدمی سے کہ آپ کے پاس کوئی نئی نیوز ہے؟</w:t>
      </w:r>
    </w:p>
    <w:p>
      <w:r>
        <w:rPr>
          <w:b/>
        </w:rPr>
        <w:t xml:space="preserve">[1:03:43] </w:t>
      </w:r>
      <w:r>
        <w:t>to mein usay hi poochta hoon ke aap ke paas koi nai news hai? to unhon ne kuch der soch kar kaha ke nahi, koi nai news to nahi hai.</w:t>
      </w:r>
    </w:p>
    <w:p>
      <w:pPr>
        <w:jc w:val="right"/>
      </w:pPr>
      <w:r>
        <w:t>تو میں اسے ہی پوچھتا ہوں کہ آپ کے پاس کوئی نئی نیوز ہے؟ تو انہوں نے کچھ دیر سوچ کر کہا کہ نہیں، کوئی نئی نیوز تو نہیں ہے۔</w:t>
      </w:r>
    </w:p>
    <w:p>
      <w:r>
        <w:rPr>
          <w:b/>
        </w:rPr>
        <w:t xml:space="preserve">[1:03:56] </w:t>
      </w:r>
      <w:r>
        <w:t>to mere dimagh se nikla ke dekhen, suraj nikla hua hai, yeh new nai news nahi hai. raat ki tareeki ke baad suraj nikal aaya aur sara alam jagmaga raha tha ke nai news nahi hai.</w:t>
      </w:r>
    </w:p>
    <w:p>
      <w:pPr>
        <w:jc w:val="right"/>
      </w:pPr>
      <w:r>
        <w:t>تو میرے دماغ سے نکلا کہ دیکھیں، سورج نکلا ہوا ہے، یہ نیو نئی نیوز نہیں ہے۔ رات کی تاریکی کے بعد سورج نکل آیا اور سارا عالم جگمگا رہا تھا کہ نئی نیوز نہیں ہے۔</w:t>
      </w:r>
    </w:p>
    <w:p>
      <w:r>
        <w:rPr>
          <w:b/>
        </w:rPr>
        <w:t xml:space="preserve">[1:04:11] </w:t>
      </w:r>
      <w:r>
        <w:t>hawaein chal rahi hain, hawaein rukengi nahi, nai news nahi hai. oxygen ki supply jari hai, band nahi hui. kaha yeh nai news, news nahi hai.</w:t>
      </w:r>
    </w:p>
    <w:p>
      <w:pPr>
        <w:jc w:val="right"/>
      </w:pPr>
      <w:r>
        <w:t>ہوائیں چل رہی ہیں، ہوائیں رکیں گی نہیں، نئی نیوز نہیں ہے۔ اکسیجن کی سپلائی جاری ہے، بند نہیں ہوئی۔ کہا یہ نئی نیوز، نیوز نہیں ہے۔</w:t>
      </w:r>
    </w:p>
    <w:p>
      <w:r>
        <w:rPr>
          <w:b/>
        </w:rPr>
        <w:t xml:space="preserve">[1:04:21] </w:t>
      </w:r>
      <w:r>
        <w:t>zameen apne bohat hi zyada yaani sahi tor par revalu kar rahi hai.</w:t>
      </w:r>
    </w:p>
    <w:p>
      <w:pPr>
        <w:jc w:val="right"/>
      </w:pPr>
      <w:r>
        <w:t>زمین اپنے بہت ہی زیادہ یعنی صحیح طور پر ریوالو کر رہی ہے۔</w:t>
      </w:r>
    </w:p>
    <w:p>
      <w:r>
        <w:rPr>
          <w:b/>
        </w:rPr>
        <w:t xml:space="preserve">[1:04:32] </w:t>
      </w:r>
      <w:r>
        <w:t>kya nai news nahi hai? phir mein ne kaha ke aap ne sham ko khana khaya hoga aur subah ko woh hazam ho gaya. kaha yeh news nahi, nahi, news nahi hai.</w:t>
      </w:r>
    </w:p>
    <w:p>
      <w:pPr>
        <w:jc w:val="right"/>
      </w:pPr>
      <w:r>
        <w:t>کیا نئی نیوز نہیں ہے؟ پھر میں نے کہا کہ آپ نے شام کو کھانا کھایا ہوگا اور صبح کو وہ ہضم ہو گیا۔ کہا یہ نیوز نہیں، نہیں، نیوز نہیں ہے۔</w:t>
      </w:r>
    </w:p>
    <w:p>
      <w:r>
        <w:rPr>
          <w:b/>
        </w:rPr>
        <w:t xml:space="preserve">[1:04:44] </w:t>
      </w:r>
      <w:r>
        <w:t>raat ko aap ki aankh band ho gayi thi, us waqt aankh khuli hai, aap sab dunya ko dekh rahe hain. kya nai news nahi hai?</w:t>
      </w:r>
    </w:p>
    <w:p>
      <w:pPr>
        <w:jc w:val="right"/>
      </w:pPr>
      <w:r>
        <w:t>رات کو آپ کی آنکھ بند ہو گئی تھی، اس وقت آنکھ کھلی ہے، آپ سب دنیا کو دیکھ رہے ہیں۔ کیا نئی نیوز نہیں ہے؟</w:t>
      </w:r>
    </w:p>
    <w:p>
      <w:r>
        <w:rPr>
          <w:b/>
        </w:rPr>
        <w:t xml:space="preserve">[1:04:50] </w:t>
      </w:r>
      <w:r>
        <w:t>asal cheez yeh hai ke log jo hain jante hain nahi dunya mein kaise rehna hai. ab yeh sab baatein jo mein ne kahin, agar aap yeh sochen to shukr ka samandar aap ke andar aa jayega.</w:t>
      </w:r>
    </w:p>
    <w:p>
      <w:pPr>
        <w:jc w:val="right"/>
      </w:pPr>
      <w:r>
        <w:t>اصل چیز یہ ہے کہ لوگ جو ہیں جانتے ہیں نہیں دنیا میں کیسے رہنا ہے۔ اب یہ سب باتیں جو میں نے کہیں، اگر آپ یہ سوچیں تو شکر کا سمندر آپ کے اندر آ جائے گا۔</w:t>
      </w:r>
    </w:p>
    <w:p>
      <w:r>
        <w:rPr>
          <w:b/>
        </w:rPr>
        <w:t xml:space="preserve">[1:05:04] </w:t>
      </w:r>
      <w:r>
        <w:t>shukr ka samandar, marfat ka samandar, rabaniyat ka samandar.</w:t>
      </w:r>
    </w:p>
    <w:p>
      <w:pPr>
        <w:jc w:val="right"/>
      </w:pPr>
      <w:r>
        <w:t>شکر کا سمندر، معرفت کا سمندر، ربانیت کا سمندر۔</w:t>
      </w:r>
    </w:p>
    <w:p>
      <w:r>
        <w:rPr>
          <w:b/>
        </w:rPr>
        <w:t xml:space="preserve">[1:05:12] </w:t>
      </w:r>
      <w:r>
        <w:t>to hamari jo kitabein hain, risala jo hai, isi ke liye to hai. is ko parhen, log baqayda bar bar parhen to is se yeh cheez develop hogi.</w:t>
      </w:r>
    </w:p>
    <w:p>
      <w:pPr>
        <w:jc w:val="right"/>
      </w:pPr>
      <w:r>
        <w:t>تو ہماری جو کتابیں ہیں، رسالہ جو ہے، اسی کے لیے تو ہے۔ اس کو پڑھیں، لوگ باقاعدہ بار بار پڑھیں تو اس سے یہ چیز ڈیویلپ ہوگی۔</w:t>
      </w:r>
    </w:p>
    <w:p>
      <w:r>
        <w:rPr>
          <w:b/>
        </w:rPr>
        <w:t xml:space="preserve">[1:05:24] </w:t>
      </w:r>
      <w:r>
        <w:t>maulana, agla sawal bidar karnataka se hai, yunusuddin sahib ka. unhon ne likha hai: "maulana, al-risala march 2013 ke title page par quote is tarah hai:</w:t>
      </w:r>
    </w:p>
    <w:p>
      <w:pPr>
        <w:jc w:val="right"/>
      </w:pPr>
      <w:r>
        <w:t>مولانا، اگلا سوال بدر کرناٹکا سے ہے، یونس الدین صاحب کا۔ انہوں نے لکھا ہے: "مولانا، الرسالہ مارچ 2013 کے ٹائٹل پیج پر کوٹ اس طرح ہے:</w:t>
      </w:r>
    </w:p>
    <w:p>
      <w:r>
        <w:rPr>
          <w:b/>
        </w:rPr>
        <w:t xml:space="preserve">[1:05:39] </w:t>
      </w:r>
      <w:r>
        <w:t>choton ko izzat dena ikhlas ki pehchan hai aur barhon ko izzat dena munafiqat ki pehchan hai. baraye karam is ki wazahat farmayen." dekhen, har statement limited sense mein hota hai.</w:t>
      </w:r>
    </w:p>
    <w:p>
      <w:pPr>
        <w:jc w:val="right"/>
      </w:pPr>
      <w:r>
        <w:t>چھوٹوں کو عزت دینا اخلاص کی پہچان ہے اور بڑوں کو عزت دینا منافقت کی پہچان ہے۔ برائے کرم اس کی وضاحت فرمائیں۔" دیکھیں، ہر اسٹیٹمنٹ لمیٹڈ سینس میں ہوتا ہے۔</w:t>
      </w:r>
    </w:p>
    <w:p>
      <w:r>
        <w:rPr>
          <w:b/>
        </w:rPr>
        <w:t xml:space="preserve">[1:05:56] </w:t>
      </w:r>
      <w:r>
        <w:t>har statement jo hai, limited sense mein hota hai.</w:t>
      </w:r>
    </w:p>
    <w:p>
      <w:pPr>
        <w:jc w:val="right"/>
      </w:pPr>
      <w:r>
        <w:t>ہر اسٹیٹمنٹ جو ہے، لمیٹڈ سینس میں ہوتا ہے۔</w:t>
      </w:r>
    </w:p>
    <w:p>
      <w:r>
        <w:rPr>
          <w:b/>
        </w:rPr>
        <w:t xml:space="preserve">[1:06:02] </w:t>
      </w:r>
      <w:r>
        <w:t>to yeh jo hai, aaj kal ke jo halaat hain, is ke lihaaz se yeh yaani aaj kal</w:t>
      </w:r>
    </w:p>
    <w:p>
      <w:pPr>
        <w:jc w:val="right"/>
      </w:pPr>
      <w:r>
        <w:t>تو یہ جو ہے، آج کل کے جو حالات ہیں، اس کے لحاظ سے یہ یعنی آج کل</w:t>
      </w:r>
    </w:p>
    <w:p>
      <w:r>
        <w:rPr>
          <w:b/>
        </w:rPr>
        <w:t xml:space="preserve">[1:06:07] </w:t>
      </w:r>
      <w:r>
        <w:t>ka jo ho raha hai duniya mein, aaj kal ke zamanay mein jo ho raha hai duniya mein</w:t>
      </w:r>
    </w:p>
    <w:p>
      <w:pPr>
        <w:jc w:val="right"/>
      </w:pPr>
      <w:r>
        <w:t>کا جو ہو رہا ہے دنیا میں، آج کل کے زمانے میں جو ہو رہا ہے دنیا میں</w:t>
      </w:r>
    </w:p>
    <w:p>
      <w:r>
        <w:rPr>
          <w:b/>
        </w:rPr>
        <w:t xml:space="preserve">[1:06:13] </w:t>
      </w:r>
      <w:r>
        <w:t>ke log jo hain</w:t>
      </w:r>
    </w:p>
    <w:p>
      <w:pPr>
        <w:jc w:val="right"/>
      </w:pPr>
      <w:r>
        <w:t>کہ لوگ جو ہیں</w:t>
      </w:r>
    </w:p>
    <w:p>
      <w:r>
        <w:rPr>
          <w:b/>
        </w:rPr>
        <w:t xml:space="preserve">[1:06:17] </w:t>
      </w:r>
      <w:r>
        <w:t>itna materialistic ho gaye hain, itna</w:t>
      </w:r>
    </w:p>
    <w:p>
      <w:pPr>
        <w:jc w:val="right"/>
      </w:pPr>
      <w:r>
        <w:t>اتنا مٹیریلسٹ ہو گئے ہیں، اتنا</w:t>
      </w:r>
    </w:p>
    <w:p>
      <w:r>
        <w:rPr>
          <w:b/>
        </w:rPr>
        <w:t xml:space="preserve">[1:06:20] </w:t>
      </w:r>
      <w:r>
        <w:t>yaani self interest logon par chhaya hua hai jis se umeed, umeed ho rahi hai ke ise kuch</w:t>
      </w:r>
    </w:p>
    <w:p>
      <w:pPr>
        <w:jc w:val="right"/>
      </w:pPr>
      <w:r>
        <w:t>یعنی سیلف انٹرسٹ لوگوں پر چھایا ہوا ہے جس سے امید، امید ہو رہی ہے کہ اسے کچھ</w:t>
      </w:r>
    </w:p>
    <w:p>
      <w:r>
        <w:rPr>
          <w:b/>
        </w:rPr>
        <w:t xml:space="preserve">[1:06:25] </w:t>
      </w:r>
      <w:r>
        <w:t>milega, ise khoob respect denge</w:t>
      </w:r>
    </w:p>
    <w:p>
      <w:pPr>
        <w:jc w:val="right"/>
      </w:pPr>
      <w:r>
        <w:t>ملے گا، اسے خوب ریسپیکٹ دیں گے</w:t>
      </w:r>
    </w:p>
    <w:p>
      <w:r>
        <w:rPr>
          <w:b/>
        </w:rPr>
        <w:t xml:space="preserve">[1:06:28] </w:t>
      </w:r>
      <w:r>
        <w:t>aur jise umeed na ho, kuch milne wala nahi hai, is ko nazar andaaz karenge.</w:t>
      </w:r>
    </w:p>
    <w:p>
      <w:pPr>
        <w:jc w:val="right"/>
      </w:pPr>
      <w:r>
        <w:t>اور جسے امید نہ ہو، کچھ ملنے والا نہیں ہے، اس کو نظر انداز کریں گے۔</w:t>
      </w:r>
    </w:p>
    <w:p>
      <w:r>
        <w:rPr>
          <w:b/>
        </w:rPr>
        <w:t xml:space="preserve">[1:06:32] </w:t>
      </w:r>
      <w:r>
        <w:t>is pas manzar mein woh qaul hai, us ko aap absolute sense mein na lijiye. kisi bhi baat ko agar absolute sense mein lenge aap to baat wazeh nahi hogi.</w:t>
      </w:r>
    </w:p>
    <w:p>
      <w:pPr>
        <w:jc w:val="right"/>
      </w:pPr>
      <w:r>
        <w:t>اس پس منظر میں وہ قول ہے، اس کو آپ ایبسولیوٹ سینس میں نہ لیجئے۔ کسی بھی بات کو اگر ایبسولیوٹ سینس میں لیں گے آپ تو بات واضح نہیں ہوگی۔</w:t>
      </w:r>
    </w:p>
    <w:p>
      <w:r>
        <w:rPr>
          <w:b/>
        </w:rPr>
        <w:t xml:space="preserve">[1:06:43] </w:t>
      </w:r>
      <w:r>
        <w:t>yaad rakhiye, ek usool ke koi bhi statement absolute sense mein nahi hota hai, kisi مخصوص background ke pas manzar mein hota hai.</w:t>
      </w:r>
    </w:p>
    <w:p>
      <w:pPr>
        <w:jc w:val="right"/>
      </w:pPr>
      <w:r>
        <w:t>یاد رکھیے، ایک اصول کہ کوئی بھی اسٹیٹمنٹ ایبسولیوٹ سینس میں نہیں ہوتا ہے، کسی مخصوص بیک گراؤنڈ کے پس منظر میں ہوتا ہے۔</w:t>
      </w:r>
    </w:p>
    <w:p>
      <w:r>
        <w:rPr>
          <w:b/>
        </w:rPr>
        <w:t xml:space="preserve">[1:06:56] </w:t>
      </w:r>
      <w:r>
        <w:t>maulana, agla sawal dilli se hai, raziya ka, jamia millia islamia se</w:t>
      </w:r>
    </w:p>
    <w:p>
      <w:pPr>
        <w:jc w:val="right"/>
      </w:pPr>
      <w:r>
        <w:t>مولانا، اگلا سوال دلی سے ہے، رضیہ کا، جامعہ ملیہ اسلامیہ سے</w:t>
      </w:r>
    </w:p>
    <w:p>
      <w:r>
        <w:rPr>
          <w:b/>
        </w:rPr>
        <w:t xml:space="preserve">[1:07:01] </w:t>
      </w:r>
      <w:r>
        <w:t>. unhon ne likha hai: "maulana, aap ne christian community ki ek behtareen misal di hai. is ke reference se mujhe please yeh clear kar dijiye ke kuch log jo yeh kehte hain ke agar hum kisi non-muslim ko follow karenge to hamara hisab bhi unhi ke sath hoga,</w:t>
      </w:r>
    </w:p>
    <w:p>
      <w:pPr>
        <w:jc w:val="right"/>
      </w:pPr>
      <w:r>
        <w:t>۔ انہوں نے لکھا ہے: "مولانا، آپ نے کرسچن کمیونٹی کی ایک بہترین مثال دی ہے۔ اس کے ریفرنس سے مجھے پلیز یہ کلیئر کر دیجئے کہ کچھ لوگ جو یہ کہتے ہیں کہ اگر ہم کسی نان مسلم کو فالو کریں گے تو ہمارا حساب بھی انہی کے ساتھ ہوگا،</w:t>
      </w:r>
    </w:p>
    <w:p>
      <w:r>
        <w:rPr>
          <w:b/>
        </w:rPr>
        <w:t xml:space="preserve">[1:07:21] </w:t>
      </w:r>
      <w:r>
        <w:t>kya is ka matlab, is ka matlab kya hai? kya hum un ki achi teachings ko bhi follow nahi kar sakte?"</w:t>
      </w:r>
    </w:p>
    <w:p>
      <w:pPr>
        <w:jc w:val="right"/>
      </w:pPr>
      <w:r>
        <w:t>کیا اس کا مطلب، اس کا مطلب کیا ہے؟ کیا ہم ان کی اچھی ٹیچنگز کو بھی فالو نہیں کر سکتے؟"</w:t>
      </w:r>
    </w:p>
    <w:p>
      <w:r>
        <w:rPr>
          <w:b/>
        </w:rPr>
        <w:t xml:space="preserve">[1:07:30] </w:t>
      </w:r>
      <w:r>
        <w:t>mein ne dekhen, method ke bare mein kaha hai. method ke bare mein to rasool Allah ne bhi follow kiya, non-muslim ko. rasool Allah ko makkah se madinah jana tha to us doran road nahi hua karte thay, naqshe nahi hua karte thay.</w:t>
      </w:r>
    </w:p>
    <w:p>
      <w:pPr>
        <w:jc w:val="right"/>
      </w:pPr>
      <w:r>
        <w:t>میں نے دیکھیں، میتھڈ کے بارے میں کہا ہے۔ میتھڈ کے بارے میں تو رسول اللہ نے بھی فالو کیا، نان مسلم کو۔ رسول اللہ کو مکہ سے مدینہ جانا تھا تو اس دوران روڈ نہیں ہوا کرتے تھے، نقشے نہیں ہوا کرتے تھے۔</w:t>
      </w:r>
    </w:p>
    <w:p>
      <w:r>
        <w:rPr>
          <w:b/>
        </w:rPr>
        <w:t xml:space="preserve">[1:07:44] </w:t>
      </w:r>
      <w:r>
        <w:t>ghatiyon mein aur jangalon se ho ke guzarna parta tha to mahir hua karte thay rastay ke. to aap ne ek mahir, isi qism ka jo tha, us ka naam Abdullah ibn Arqat ya Abdullah ibn Arqat, us ko liya.</w:t>
      </w:r>
    </w:p>
    <w:p>
      <w:pPr>
        <w:jc w:val="right"/>
      </w:pPr>
      <w:r>
        <w:t>گھاٹیوں میں اور جنگلوں سے ہو کے گزرنا پڑتا تھا تو ماہر ہوا کرتے تھے راستے کے۔ تو آپ نے ایک ماہر، اسی قسم کا جو تھا، اس کا نام عبداللہ ابن عرقت یا عبداللہ ابن عرقت، اس کو لیا۔</w:t>
      </w:r>
    </w:p>
    <w:p>
      <w:r>
        <w:rPr>
          <w:b/>
        </w:rPr>
        <w:t xml:space="preserve">[1:07:58] </w:t>
      </w:r>
      <w:r>
        <w:t>is ko follow karte hue aap madine pohnche to method ke aitbar se kisi ko follow karna chahiye. aap ko main yeh thori keh raha hoon ke aap is ki sachai ke baray mein is ko maan lein ke woh sachai is se mile gi.</w:t>
      </w:r>
    </w:p>
    <w:p>
      <w:pPr>
        <w:jc w:val="right"/>
      </w:pPr>
      <w:r>
        <w:t>اس کو فالو کرتے ہوئے آپ مدینے پہنچے تو میتھڈ کے اعتبار سے کسی کو فالو کرنا چاہیے۔ آپ کو میں یہ تھوڑی کہہ رہا ہوں کہ آپ اس کی سچائی کے بارے میں اس کو مان لیں کہ وہ سچائی اس سے ملے گی۔</w:t>
      </w:r>
    </w:p>
    <w:p>
      <w:r>
        <w:rPr>
          <w:b/>
        </w:rPr>
        <w:t xml:space="preserve">[1:08:10] </w:t>
      </w:r>
      <w:r>
        <w:t>mujhe sachai ke liye to quran hai, to aap is mein farq kijiye ke sachai ke mamle mein kisi ki baat manna aur usay method ke baray mein kisi se sooonk lein.</w:t>
      </w:r>
    </w:p>
    <w:p>
      <w:pPr>
        <w:jc w:val="right"/>
      </w:pPr>
      <w:r>
        <w:t>مجھے سچائی کے لیے تو قرآن ہے، تو آپ اس میں فرق کیجئے کہ سچائی کے معاملے میں کسی کی بات ماننا اور اسے میتھڈ کے بارے میں کسی سے سونک لینا۔</w:t>
      </w:r>
    </w:p>
    <w:p>
      <w:r>
        <w:rPr>
          <w:b/>
        </w:rPr>
        <w:t xml:space="preserve">[1:08:25] </w:t>
      </w:r>
      <w:r>
        <w:t>ji haan, to main ne jo baat kahi, main ne kai bar repeat kiya hai ke main method ke aitbar se keh raha hoon, method ke aitbar se ke method ke aitbar se to rasool Allah ne bhi aik mushrik ko follow kiya tha.</w:t>
      </w:r>
    </w:p>
    <w:p>
      <w:pPr>
        <w:jc w:val="right"/>
      </w:pPr>
      <w:r>
        <w:t>جی ہاں، تو میں نے جو بات کہی، میں نے کئی بار ریپیٹ کیا ہے کہ میں میتھڈ کے اعتبار سے کہہ رہا ہوں، میتھڈ کے اعتبار سے کہ میتھڈ کے اعتبار سے تو رسول اللہ نے بھی ایک مشرک کو فالو کیا تھا۔</w:t>
      </w:r>
    </w:p>
    <w:p>
      <w:r>
        <w:rPr>
          <w:b/>
        </w:rPr>
        <w:t xml:space="preserve">[1:08:41] </w:t>
      </w:r>
      <w:r>
        <w:t>hmm, maulana, agla sawal farhan khan sahib ka hai, mumbai</w:t>
      </w:r>
    </w:p>
    <w:p>
      <w:pPr>
        <w:jc w:val="right"/>
      </w:pPr>
      <w:r>
        <w:t>ہمم، مولانا، اگلا سوال فرحان خان صاحب کا ہے، ممبئی</w:t>
      </w:r>
    </w:p>
    <w:p>
      <w:r>
        <w:rPr>
          <w:b/>
        </w:rPr>
        <w:t xml:space="preserve">[1:08:47] </w:t>
      </w:r>
      <w:r>
        <w:t>sa. unhon ne likha hai: "maulana, could you explain the verse number 34 of nisa in quran, which reads: men are in charge of women by what allah has given one over the other, and what they spend from their wealth?</w:t>
      </w:r>
    </w:p>
    <w:p>
      <w:pPr>
        <w:jc w:val="right"/>
      </w:pPr>
      <w:r>
        <w:t>سے۔ انہوں نے لکھا ہے: "مولانا، کڈ یو ایکسپلین دا ورس نمبر 34 اف النساء ان قرآن، وچ ریڈز: مین ار ان چارج اف وومن بائے واٹ اللہ ہیز گیون ون اوور دی ادر، اینڈ واٹ دے سپینڈ فرام دیر ویلتھ؟</w:t>
      </w:r>
    </w:p>
    <w:p>
      <w:r>
        <w:rPr>
          <w:b/>
        </w:rPr>
        <w:t xml:space="preserve">[1:09:07] </w:t>
      </w:r>
      <w:r>
        <w:t>so righteous women are dutifully obedient guarding in the husbands absence, what allah would have them guard.</w:t>
      </w:r>
    </w:p>
    <w:p>
      <w:pPr>
        <w:jc w:val="right"/>
      </w:pPr>
      <w:r>
        <w:t>سو رائٹیس وومن ار ڈیوٹلی اوبیڈینٹ گارڈنگ ان دا ہسبینڈز ایبسنس، واٹ اللہ وڈ ہیو دیم گارڈ۔</w:t>
      </w:r>
    </w:p>
    <w:p>
      <w:r>
        <w:rPr>
          <w:b/>
        </w:rPr>
        <w:t xml:space="preserve">[1:09:16] </w:t>
      </w:r>
      <w:r>
        <w:t>but those wives from whom you fear arrogance, first advise them, then if they persist, forsake them in bed, and finally strike them.</w:t>
      </w:r>
    </w:p>
    <w:p>
      <w:pPr>
        <w:jc w:val="right"/>
      </w:pPr>
      <w:r>
        <w:t>بٹ دوز وائف فرام ہم یو فیئر ایروگنس، فرسٹ ایڈوائز دیم، دین اف دے پرسسٹ، فورسک دیم ان بیڈ، اینڈ فائنلی سٹرائیک دیم۔</w:t>
      </w:r>
    </w:p>
    <w:p>
      <w:r>
        <w:rPr>
          <w:b/>
        </w:rPr>
        <w:t xml:space="preserve">[1:09:28] </w:t>
      </w:r>
      <w:r>
        <w:t>but if they obey you once more, seek no means against them. indeed, allah is ever exalted and grand.</w:t>
      </w:r>
    </w:p>
    <w:p>
      <w:pPr>
        <w:jc w:val="right"/>
      </w:pPr>
      <w:r>
        <w:t>بٹ اف دے اوبے یو ونس مور، سیک نو مینز اگینسٹ دیم۔ انڈیڈ، اللہ از ایور ایگزالٹڈ اینڈ گرینڈ۔</w:t>
      </w:r>
    </w:p>
    <w:p>
      <w:r>
        <w:rPr>
          <w:b/>
        </w:rPr>
        <w:t xml:space="preserve">[1:09:37] </w:t>
      </w:r>
      <w:r>
        <w:t>maulana sahib, my question is: how can the quran condone domestic violence?</w:t>
      </w:r>
    </w:p>
    <w:p>
      <w:pPr>
        <w:jc w:val="right"/>
      </w:pPr>
      <w:r>
        <w:t>مولانا صاحب، مائی کوئسچن از: ہاؤ کین دا قرآن کنڈون ڈومیسٹک وائلنس؟</w:t>
      </w:r>
    </w:p>
    <w:p>
      <w:r>
        <w:rPr>
          <w:b/>
        </w:rPr>
        <w:t xml:space="preserve">[1:09:46] </w:t>
      </w:r>
      <w:r>
        <w:t>"dekhiye, aap pehle meri do kitabein parhiye: khatoon islam aur aurat memar insaniyat.</w:t>
      </w:r>
    </w:p>
    <w:p>
      <w:pPr>
        <w:jc w:val="right"/>
      </w:pPr>
      <w:r>
        <w:t>" دیکھیے، آپ پہلے میری دو کتابیں پڑھیے: خاتون اسلام اور عورت معمار انسانیت۔</w:t>
      </w:r>
    </w:p>
    <w:p>
      <w:r>
        <w:rPr>
          <w:b/>
        </w:rPr>
        <w:t xml:space="preserve">[1:09:56] </w:t>
      </w:r>
      <w:r>
        <w:t>is ko parhne ke baad aap question kijiye. mere khayal se aap ne abhi hamari kitabein parhi nahi hain, is liye aap yeh sab question kar rahe hain. kitabein, yeh dono kitabein parh kar ke phir aap sochiye ke aap ka question jo hai, answer hua ke nahi.</w:t>
      </w:r>
    </w:p>
    <w:p>
      <w:pPr>
        <w:jc w:val="right"/>
      </w:pPr>
      <w:r>
        <w:t>اس کو پڑھنے کے بعد آپ کوئسچن کیجئے۔ میرے خیال سے آپ نے ابھی ہماری کتابیں پڑھی نہیں ہیں، اس لیے آپ یہ سب کوئسچن کر رہے ہیں۔ کتابیں، یہ دونوں کتابیں پڑھ کر کے پھر آپ سوچیے کہ آپ کا کوئسچن جو ہے، انسر ہوا کہ نہیں۔</w:t>
      </w:r>
    </w:p>
    <w:p>
      <w:r>
        <w:rPr>
          <w:b/>
        </w:rPr>
        <w:t xml:space="preserve">[1:10:13] </w:t>
      </w:r>
      <w:r>
        <w:t>mujhe yaqeen hai ke aap ke question ka aap khud hi aap ko answer mil jayega. maulana, un ka aik aur sawal hai, unhon ne likha hai: "what is your take on love marriage?</w:t>
      </w:r>
    </w:p>
    <w:p>
      <w:pPr>
        <w:jc w:val="right"/>
      </w:pPr>
      <w:r>
        <w:t>مجھے یقین ہے کہ آپ کے کوئسچن کا آپ خود ہی آپ کو انسر مل جائے گا۔ مولانا، ان کا ایک اور سوال ہے، انہوں نے لکھا ہے: "واٹ از یور ٹیک ان لو میرج؟</w:t>
      </w:r>
    </w:p>
    <w:p>
      <w:r>
        <w:rPr>
          <w:b/>
        </w:rPr>
        <w:t xml:space="preserve">[1:10:26] </w:t>
      </w:r>
      <w:r>
        <w:t>do you think it is permitted in islam? would you agree that the marriage of the prophet and khadijah was also a love marriage?" ji sahib, ab start baat hai, main love marriage ko ahmaqana marriage samajhta hoon,</w:t>
      </w:r>
    </w:p>
    <w:p>
      <w:pPr>
        <w:jc w:val="right"/>
      </w:pPr>
      <w:r>
        <w:t>ڈو یو تھنک اٹ از پرمیٹڈ ان اسلام؟ وڈ یو ایگری دیٹ دا میرج اف دی پرافٹ اینڈ خدیجہ واز السو ا لو میرج؟" جی صاحب، اب سٹ بات ہے، میں لو میرج کو احمقانہ میرج سمجھتا ہوں،</w:t>
      </w:r>
    </w:p>
    <w:p>
      <w:r>
        <w:rPr>
          <w:b/>
        </w:rPr>
        <w:t xml:space="preserve">[1:10:42] </w:t>
      </w:r>
      <w:r>
        <w:t>yani pagalon ki marriage, pagalon ki. is liye ke dekhiye, aap love marriage hoti hai, tootta kyun hai? yani more than 50 percent love marriages nakam ho jati hain.</w:t>
      </w:r>
    </w:p>
    <w:p>
      <w:pPr>
        <w:jc w:val="right"/>
      </w:pPr>
      <w:r>
        <w:t>یعنی پاگلوں کی میرج، پاگلوں کی۔ اس لیے کہ دیکھیے، آپ لو میرج ہوتی ہے، ٹوٹتا کیوں ہے؟ یعنی مور دین 50 پرسنٹ لو میرجز ناکام ہو جاتی ہیں۔</w:t>
      </w:r>
    </w:p>
    <w:p>
      <w:r>
        <w:rPr>
          <w:b/>
        </w:rPr>
        <w:t xml:space="preserve">[1:10:54] </w:t>
      </w:r>
      <w:r>
        <w:t>to what is that love marriage? jo pagal pan ki shadiyan hoti hain, usay kehte hain love marriage. india se le kar europe, america tak har jagah love marriage nakam hai.</w:t>
      </w:r>
    </w:p>
    <w:p>
      <w:pPr>
        <w:jc w:val="right"/>
      </w:pPr>
      <w:r>
        <w:t>تو واٹ از دیٹ لو میرج؟ جو پاگل پن کی شادیاں ہوتی ہیں، اسے کہتے ہیں لو میرج۔ انڈیا سے لے کر یورپ، امریکہ تک ہر جگہ لو میرج ناکام ہے۔</w:t>
      </w:r>
    </w:p>
    <w:p>
      <w:r>
        <w:rPr>
          <w:b/>
        </w:rPr>
        <w:t xml:space="preserve">[1:11:06] </w:t>
      </w:r>
      <w:r>
        <w:t>to nakam kyun? agar woh love hai to nakam kyun? nakam kyun?</w:t>
      </w:r>
    </w:p>
    <w:p>
      <w:pPr>
        <w:jc w:val="right"/>
      </w:pPr>
      <w:r>
        <w:t>تو ناکام کیوں؟ اگر وہ لو ہے تو ناکام کیوں؟ ناکام کیوں؟</w:t>
      </w:r>
    </w:p>
    <w:p>
      <w:r>
        <w:rPr>
          <w:b/>
        </w:rPr>
        <w:t xml:space="preserve">[1:11:14] </w:t>
      </w:r>
      <w:r>
        <w:t>italy mein aik sahib se baat hui thi, isi par woh wahan ke aik professor sahib thay. to main ne kaha ke yeh isi baat ko main ne kaha ke agar yeh love marriage hai to nakam kyun hoti hai?</w:t>
      </w:r>
    </w:p>
    <w:p>
      <w:pPr>
        <w:jc w:val="right"/>
      </w:pPr>
      <w:r>
        <w:t>اٹلی میں ایک صاحب سے بات ہوئی تھی، اسی پر وہ وہاں کے ایک پروفیسر صاحب تھے۔ تو میں نے کہا کہ یہ اسی بات کو میں نے کہا کہ اگر یہ لو میرج ہے تو ناکام کیوں ہوتی ہے؟</w:t>
      </w:r>
    </w:p>
    <w:p>
      <w:r>
        <w:rPr>
          <w:b/>
        </w:rPr>
        <w:t xml:space="preserve">[1:11:26] </w:t>
      </w:r>
      <w:r>
        <w:t>to main ne kaha ke yeh love marriage hoti hi nahi, yeh lust marriage hoti hai. lust marriage hoti hai, love marriage hoti hi nahi. to unhon ne maan maan rakha, sahi keh rahe hain aap.</w:t>
      </w:r>
    </w:p>
    <w:p>
      <w:pPr>
        <w:jc w:val="right"/>
      </w:pPr>
      <w:r>
        <w:t>تو میں نے کہا کہ یہ لو میرج ہوتی ہی نہیں، یہ لسٹ میرج ہوتی ہے۔ ایل یو ایس ٹی لسٹ میرج ہوتی ہے، لو میرج ہوتی ہی نہیں۔ تو انہوں نے مان مان رکھا، صحیح کہہ رہے ہیں آپ۔</w:t>
      </w:r>
    </w:p>
    <w:p>
      <w:r>
        <w:rPr>
          <w:b/>
        </w:rPr>
        <w:t xml:space="preserve">[1:11:39] </w:t>
      </w:r>
      <w:r>
        <w:t>nahi sahib, bilkul, yani main is ko jahilon ki batein samajhta hoon, jis ka ilm se, science se koi talluq nahi.</w:t>
      </w:r>
    </w:p>
    <w:p>
      <w:pPr>
        <w:jc w:val="right"/>
      </w:pPr>
      <w:r>
        <w:t>نہیں صاحب، بالکل، یعنی میں اس کو جاہلوں کی باتیں سمجھتا ہوں، جس کا علم سے، سائنس سے کوئی تعلق نہیں۔</w:t>
      </w:r>
    </w:p>
    <w:p>
      <w:r>
        <w:rPr>
          <w:b/>
        </w:rPr>
        <w:t xml:space="preserve">[1:11:50] </w:t>
      </w:r>
      <w:r>
        <w:t>maulana farhan sahib ko yeh bhi batana chahenge ke woh aap ki jo kitab hai, secret of successful marriage life, us ko parh sakte hain. haan, wohi parhiye, woh bhi hai.</w:t>
      </w:r>
    </w:p>
    <w:p>
      <w:pPr>
        <w:jc w:val="right"/>
      </w:pPr>
      <w:r>
        <w:t>مولانا فرحان صاحب کو یہ بھی بتانا چاہیں گے کہ وہ آپ کی جو کتاب ہے، سیکرٹ اف سکسیس فل میرج لائف، اس کو پڑھ سکتے ہیں۔ ہاں، وہی پڑھیے، وہ بھی ہے۔</w:t>
      </w:r>
    </w:p>
    <w:p>
      <w:r>
        <w:rPr>
          <w:b/>
        </w:rPr>
        <w:t xml:space="preserve">[1:12:01] </w:t>
      </w:r>
      <w:r>
        <w:t>maulana, sab se zyada meaningless word jo boler ka is zamane mein hai, woh love marriage hai.</w:t>
      </w:r>
    </w:p>
    <w:p>
      <w:pPr>
        <w:jc w:val="right"/>
      </w:pPr>
      <w:r>
        <w:t>مولانا، سب سے زیادہ میننگ لیس ورڈ جو بولر کا اس زمانے میں ہے، وہ لو میرج ہے۔</w:t>
      </w:r>
    </w:p>
    <w:p>
      <w:r>
        <w:rPr>
          <w:b/>
        </w:rPr>
        <w:t xml:space="preserve">[1:12:06] </w:t>
      </w:r>
      <w:r>
        <w:t>main apni zindagi mein, apni family mein, aur beshumar waqiat dekhe hain ke dhoom se love marriage hoti hai aur dhoom se woh nakam ho jati hai.</w:t>
      </w:r>
    </w:p>
    <w:p>
      <w:pPr>
        <w:jc w:val="right"/>
      </w:pPr>
      <w:r>
        <w:t>میں اپنی زندگی میں، اپنی فیملی میں، اور بے شمار واقعات دیکھے ہیں کہ دھوم سے لو میرج ہوتی ہے اور دھوم سے وہ ناکام ہو جاتی ہے۔</w:t>
      </w:r>
    </w:p>
    <w:p>
      <w:r>
        <w:rPr>
          <w:b/>
        </w:rPr>
        <w:t xml:space="preserve">[1:12:18] </w:t>
      </w:r>
      <w:r>
        <w:t>tab main jo keh raha hoon ke love marriage, love marriage nahi hoti hai, woh lust marriage hoti hai. to tajrube ko dekh kar main keh raha hoon, khwamkhwah nahi keh raha hoon.</w:t>
      </w:r>
    </w:p>
    <w:p>
      <w:pPr>
        <w:jc w:val="right"/>
      </w:pPr>
      <w:r>
        <w:t>تب میں جو کہہ رہا ہوں کہ لو میرج، لو میرج نہیں ہوتی ہے، وہ لسٹ میرج ہوتی ہے۔ تو تجربے کو دیکھ کر میں کہہ رہا ہوں، خوامخواہ نہیں کہہ رہا ہوں۔</w:t>
      </w:r>
    </w:p>
    <w:p>
      <w:r>
        <w:rPr>
          <w:b/>
        </w:rPr>
        <w:t xml:space="preserve">[1:12:31] </w:t>
      </w:r>
      <w:r>
        <w:t>kam az kam main ne aik bhi lab marriage kamyab nahi dekhi</w:t>
      </w:r>
    </w:p>
    <w:p>
      <w:pPr>
        <w:jc w:val="right"/>
      </w:pPr>
      <w:r>
        <w:t>کم از کم میں نے ایک بھی لیب میرج کامیاب نہیں دیکھی</w:t>
      </w:r>
    </w:p>
    <w:p>
      <w:r>
        <w:rPr>
          <w:b/>
        </w:rPr>
        <w:t xml:space="preserve">[1:12:35] </w:t>
      </w:r>
      <w:r>
        <w:t>apni family ke andar, family ke bahar. ya to toot jati hai ya bas nibhate hain log bache ki wajah se, zyada tar bache ki wajah se.</w:t>
      </w:r>
    </w:p>
    <w:p>
      <w:pPr>
        <w:jc w:val="right"/>
      </w:pPr>
      <w:r>
        <w:t>اپنی فیملی کے اندر، فیملی کے باہر۔ یا تو ٹوٹ جاتی ہے یا بس نبھاتے ہیں لوگ بچے کی وجہ سے، زیادہ تر بچے کی وجہ سے۔</w:t>
      </w:r>
    </w:p>
    <w:p>
      <w:r>
        <w:rPr>
          <w:b/>
        </w:rPr>
        <w:t xml:space="preserve">[1:12:45] </w:t>
      </w:r>
      <w:r>
        <w:t>bachcha paida hoga, ab kya karen? to aurat se jo lo hoti hai, wo khatm ho ja ho chuki hoti hai. ab sirf bete hote hain. maine kisi ko bhi nahin dekha ke aurat se lo unki akhrron tak baqi rahe.</w:t>
      </w:r>
    </w:p>
    <w:p>
      <w:pPr>
        <w:jc w:val="right"/>
      </w:pPr>
      <w:r>
        <w:t>بچہ پیدا ہوگا، اب کیا کریں؟ تو عورت سے جو لو ہوتی ہے، وہ ختم ہو جا ہو چکی ہوتی ہے۔ اب صرف بیٹے ہوتے ہیں۔ میں نے کسی کو بھی نہیں دیکھا کہ عورت سے لو ان کی اخروں تک باقی رہے۔</w:t>
      </w:r>
    </w:p>
    <w:p>
      <w:r>
        <w:rPr>
          <w:b/>
        </w:rPr>
        <w:t xml:space="preserve">[1:13:02] </w:t>
      </w:r>
      <w:r>
        <w:t>ya to toot jati hai ya bachchon ke upar.</w:t>
      </w:r>
    </w:p>
    <w:p>
      <w:pPr>
        <w:jc w:val="right"/>
      </w:pPr>
      <w:r>
        <w:t>یا تو ٹوٹ جاتی ہے یا بچوں کے اوپر۔</w:t>
      </w:r>
    </w:p>
    <w:p>
      <w:r>
        <w:rPr>
          <w:b/>
        </w:rPr>
        <w:t xml:space="preserve">[1:13:05] </w:t>
      </w:r>
      <w:r>
        <w:t>main aap ko ek qissa batata hoon. main gaya ek bar ajmer, mila taqrib mein tha, mila taqribin sahib. to wahan par ek sahib the, unke do bete the.</w:t>
      </w:r>
    </w:p>
    <w:p>
      <w:pPr>
        <w:jc w:val="right"/>
      </w:pPr>
      <w:r>
        <w:t>میں آپ کو ایک قصہ بتاتا ہوں۔ میں گیا ایک بار اجمیر، ملا تقریب میں تھا، ملا تقریبین صاحب۔ تو وہاں پر ایک صاحب تھے، ان کے دو بیٹے تھے۔</w:t>
      </w:r>
    </w:p>
    <w:p>
      <w:r>
        <w:rPr>
          <w:b/>
        </w:rPr>
        <w:t xml:space="preserve">[1:13:18] </w:t>
      </w:r>
      <w:r>
        <w:t>ek bete ko unhon ne dukan de di, doosre bete ne kaha ke mujhe falan aurat se shadi karni hai. to us us aurat se unhon ne shadi karwai aur us ke liye ek ek farmhouse bana diya.</w:t>
      </w:r>
    </w:p>
    <w:p>
      <w:pPr>
        <w:jc w:val="right"/>
      </w:pPr>
      <w:r>
        <w:t>ایک بیٹے کو انہوں نے دکان دے دی، دوسرے بیٹے نے کہا کہ مجھے فلاں عورت سے شادی کرنی ہے۔ تو اس اس عورت سے انہوں نے شادی کروائی اور اس کے لیے ایک ایک فارم ہاؤس بنا دیا۔</w:t>
      </w:r>
    </w:p>
    <w:p>
      <w:r>
        <w:rPr>
          <w:b/>
        </w:rPr>
        <w:t xml:space="preserve">[1:13:31] </w:t>
      </w:r>
      <w:r>
        <w:t>paise wale the wo.</w:t>
      </w:r>
    </w:p>
    <w:p>
      <w:pPr>
        <w:jc w:val="right"/>
      </w:pPr>
      <w:r>
        <w:t>پیسے والے تھے وہ۔</w:t>
      </w:r>
    </w:p>
    <w:p>
      <w:r>
        <w:rPr>
          <w:b/>
        </w:rPr>
        <w:t xml:space="preserve">[1:13:33] </w:t>
      </w:r>
      <w:r>
        <w:t>is farmhouse mein hum gaye, ek raat rahe wahan par, aur maine dekha ke wo wo mard aur aurat dono isi mein rehte the.</w:t>
      </w:r>
    </w:p>
    <w:p>
      <w:pPr>
        <w:jc w:val="right"/>
      </w:pPr>
      <w:r>
        <w:t>اس فارم ہاؤس میں ہم گئے، ایک رات رہے وہاں پر، اور میں نے دیکھا کہ وہ وہ مرد اور عورت دونوں اسی میں رہتے تھے۔</w:t>
      </w:r>
    </w:p>
    <w:p>
      <w:r>
        <w:rPr>
          <w:b/>
        </w:rPr>
        <w:t xml:space="preserve">[1:13:42] </w:t>
      </w:r>
      <w:r>
        <w:t>aur jab tak hum the, kabhi dono mein baat nahin hui, na din mein, na raat mein. wo alag, wo alag. aur isi love marriage ke liye baap se usne takrao kiya tha ke mujhe alag ghar chahiye aur mujhe is ladki se shadi karna hai.</w:t>
      </w:r>
    </w:p>
    <w:p>
      <w:pPr>
        <w:jc w:val="right"/>
      </w:pPr>
      <w:r>
        <w:t>اور جب تک ہم تھے، کبھی دونوں میں بات نہیں ہوئی، نہ دن میں، نہ رات میں۔ وہ الگ، وہ الگ۔ اور اسی لو میرج کے لیے باپ سے اس نے ٹکراؤ کیا تھا کہ مجھے الگ گھر چاہیے اور مجھے اس لڑکی سے شادی کرنا ہے۔</w:t>
      </w:r>
    </w:p>
    <w:p>
      <w:r>
        <w:rPr>
          <w:b/>
        </w:rPr>
        <w:t xml:space="preserve">[1:14:00] </w:t>
      </w:r>
      <w:r>
        <w:t>aise ke aise ek do nahin, aise bahut qisse. aap agar is ko na jante hon to aap andhe bhare hain. aur kya keh sakta hoon main? love marriage kya cheez hai?</w:t>
      </w:r>
    </w:p>
    <w:p>
      <w:pPr>
        <w:jc w:val="right"/>
      </w:pPr>
      <w:r>
        <w:t>ایسے کہ ایسے ایک دو نہیں، ایسے بہت قصے۔ آپ اگر اس کو نہ جانتے ہوں تو آپ اندھے بھرے ہیں۔ اور کیا کہہ سکتا ہوں میں؟ لو میرج کیا چیز ہے؟</w:t>
      </w:r>
    </w:p>
    <w:p>
      <w:r>
        <w:rPr>
          <w:b/>
        </w:rPr>
        <w:t xml:space="preserve">[1:14:11] </w:t>
      </w:r>
      <w:r>
        <w:t>nothing, nothing, nothing, nothing.</w:t>
      </w:r>
    </w:p>
    <w:p>
      <w:pPr>
        <w:jc w:val="right"/>
      </w:pPr>
      <w:r>
        <w:t>نتھنگ، نتھنگ، نتھنگ، نتھنگ۔</w:t>
      </w:r>
    </w:p>
    <w:p>
      <w:r>
        <w:rPr>
          <w:b/>
        </w:rPr>
        <w:t xml:space="preserve">[1:14:17] </w:t>
      </w:r>
      <w:r>
        <w:t>is wajah se main sirf arrange marriage ka qail hoon. maa baap jinko tajruba hota hai, jinko experience hota hai, wo jo faisla karte hain, wahi sahi hai.</w:t>
      </w:r>
    </w:p>
    <w:p>
      <w:pPr>
        <w:jc w:val="right"/>
      </w:pPr>
      <w:r>
        <w:t>اس وجہ سے میں صرف ارینج میرج کا قائل ہوں۔ ماں باپ جن کو تجربہ ہوتا ہے، جن کو ایکسپیرینس ہوتا ہے، وہ جو فیصلہ کرتے ہیں، وہی صحیح ہے۔</w:t>
      </w:r>
    </w:p>
    <w:p>
      <w:r>
        <w:rPr>
          <w:b/>
        </w:rPr>
        <w:t xml:space="preserve">[1:14:28] </w:t>
      </w:r>
      <w:r>
        <w:t>isi ko le lijiye,</w:t>
      </w:r>
    </w:p>
    <w:p>
      <w:pPr>
        <w:jc w:val="right"/>
      </w:pPr>
      <w:r>
        <w:t>اسی کو لے لیجئے،</w:t>
      </w:r>
    </w:p>
    <w:p>
      <w:r>
        <w:rPr>
          <w:b/>
        </w:rPr>
        <w:t xml:space="preserve">[1:14:30] </w:t>
      </w:r>
      <w:r>
        <w:t>baqi love marriage kuch nahin. Maulana, agla sawal Chennai se aya hai, Maulana Iqbal Umri ka. unhon ne likha hai: "Maulana, ek sahib ne sawal kiya ke Maulana ki tehreer ka khulasa kya hai?"</w:t>
      </w:r>
    </w:p>
    <w:p>
      <w:pPr>
        <w:jc w:val="right"/>
      </w:pPr>
      <w:r>
        <w:t>باقی لو میرج کچھ نہیں۔ مولانا، اگلا سوال چنئی سے آیا ہے، مولانا اقبال عمری کا۔ انہوں نے لکھا ہے: "مولانا، ایک صاحب نے سوال کیا کہ مولانا کی تحریر کا خلاصہ کیا ہے؟"</w:t>
      </w:r>
    </w:p>
    <w:p>
      <w:r>
        <w:rPr>
          <w:b/>
        </w:rPr>
        <w:t xml:space="preserve">[1:14:46] </w:t>
      </w:r>
      <w:r>
        <w:t>to main ne unhen kaha: "Tadjedid-e-Ma'rifat and Da'wah, the true interpretation of Islam versus the political Islam, which helps us to know about the creation plan of God and the application of the prophecies given in the Quran and Sunnah." Maulana, kya yeh sahi taqseem hai?</w:t>
      </w:r>
    </w:p>
    <w:p>
      <w:pPr>
        <w:jc w:val="right"/>
      </w:pPr>
      <w:r>
        <w:t>تو میں نے انہیں کہا: "تجدید اف معرفت اینڈ دعوی، دا ٹرو انٹرپریٹیشن اف اسلام ورسز دا پولیٹیکل اسلام، وچ ہیلپ اس ٹو نو اباؤٹ دا کریشن پلان اف گاڈ اینڈ دی ایپلیکیشن اف دی پرافیسیز گیون ان دا قرآن اینڈ سنت۔" مولانا، کیا یہ صحیح تقسیم ہے؟</w:t>
      </w:r>
    </w:p>
    <w:p>
      <w:r>
        <w:rPr>
          <w:b/>
        </w:rPr>
        <w:t xml:space="preserve">[1:15:11] </w:t>
      </w:r>
      <w:r>
        <w:t>haan, sahi taqseem hai.</w:t>
      </w:r>
    </w:p>
    <w:p>
      <w:pPr>
        <w:jc w:val="right"/>
      </w:pPr>
      <w:r>
        <w:t>ہاں، صحیح تقسیم ہے۔</w:t>
      </w:r>
    </w:p>
    <w:p>
      <w:r>
        <w:rPr>
          <w:b/>
        </w:rPr>
        <w:t xml:space="preserve">[1:15:14] </w:t>
      </w:r>
      <w:r>
        <w:t>agar mujh se koi pooche to main kahunga ke meri tehreeron ka koi ek paragraph padh lijiye, aap sirf ek single paragraph, isi mein jawab mil jayega aap ko. Allah ke fazl se meri jo writing hai, wo alag tarah ki hoti hai.</w:t>
      </w:r>
    </w:p>
    <w:p>
      <w:pPr>
        <w:jc w:val="right"/>
      </w:pPr>
      <w:r>
        <w:t>اگر مجھ سے کوئی پوچھے تو میں کہوں گا کہ میری تحریروں کا کوئی ایک پیراگراف پڑھ لیجئے، آپ صرف ایک سنگل پیراگراف، اسی میں جواب مل جائے گا آپ کو۔ اللہ کے فضل سے میری جو رائٹنگ ہے، وہ الگ طرح کی ہوتی ہے۔</w:t>
      </w:r>
    </w:p>
    <w:p>
      <w:r>
        <w:rPr>
          <w:b/>
        </w:rPr>
        <w:t xml:space="preserve">[1:15:29] </w:t>
      </w:r>
      <w:r>
        <w:t>wo wo novel ki tarah ki kitaben nahin hain, maine likhi hain. koi ek single paragraph aadmi padh le, samajh kar ke, achhe tarike se, isi mein jaan lega ke maine message kya hai.</w:t>
      </w:r>
    </w:p>
    <w:p>
      <w:pPr>
        <w:jc w:val="right"/>
      </w:pPr>
      <w:r>
        <w:t>وہ وہ ناول کی طرح کی کتابیں نہیں ہیں، میں نے لکھی ہیں۔ کوئی ایک سنگل پیراگراف آدمی پڑھ لے، سمجھ کر کے، اچھے طریقے سے، اسی میں جان لے گا کہ میں نے میسج کیا ہے۔</w:t>
      </w:r>
    </w:p>
    <w:p>
      <w:r>
        <w:rPr>
          <w:b/>
        </w:rPr>
        <w:t xml:space="preserve">[1:15:39] </w:t>
      </w:r>
      <w:r>
        <w:t>mera</w:t>
      </w:r>
    </w:p>
    <w:p>
      <w:pPr>
        <w:jc w:val="right"/>
      </w:pPr>
      <w:r>
        <w:t>میرا</w:t>
      </w:r>
    </w:p>
    <w:p>
      <w:r>
        <w:rPr>
          <w:b/>
        </w:rPr>
        <w:t xml:space="preserve">[1:15:42] </w:t>
      </w:r>
      <w:r>
        <w:t>jo chahe, tajruba kar ke dekh le. kisi ek kitab ko lijiye, kholiye us ko, ek paragraph padhiye us ka.</w:t>
      </w:r>
    </w:p>
    <w:p>
      <w:pPr>
        <w:jc w:val="right"/>
      </w:pPr>
      <w:r>
        <w:t>جو چاہے، تجربہ کر کے دیکھ لے۔ کسی ایک کتاب کو لیجئے، کھولیے اس کو، ایک پیراگراف پڑھیے اس کا۔</w:t>
      </w:r>
    </w:p>
    <w:p>
      <w:r>
        <w:rPr>
          <w:b/>
        </w:rPr>
        <w:t xml:space="preserve">[1:15:51] </w:t>
      </w:r>
      <w:r>
        <w:t>Maulana, agla sawal Delhi se hai, Miss Naghma Siddiqui ka. unhon ne likha hai: "Many Muslims consider it enough to do Salat, Roza and Hajj and Zakat for getting paradise.</w:t>
      </w:r>
    </w:p>
    <w:p>
      <w:pPr>
        <w:jc w:val="right"/>
      </w:pPr>
      <w:r>
        <w:t>مولانا، اگلا سوال دلی سے ہے، مس نغمہ صدیقی کا۔ انہوں نے لکھا ہے: "مینی مسلمز کنسیڈر اٹ انف ٹو ڈو صلاۃ، روزہ اینڈ حج اینڈ زکوۃ فار گیٹنگ پیراڈائز۔</w:t>
      </w:r>
    </w:p>
    <w:p>
      <w:r>
        <w:rPr>
          <w:b/>
        </w:rPr>
        <w:t xml:space="preserve">[1:16:05] </w:t>
      </w:r>
      <w:r>
        <w:t>Please clarify what we have to do to be eligible for paradise."</w:t>
      </w:r>
    </w:p>
    <w:p>
      <w:pPr>
        <w:jc w:val="right"/>
      </w:pPr>
      <w:r>
        <w:t>پلیز کلیریفائی واٹ وی ہیو ٹو ڈو ٹو بی ایلیجیبل فار پیراڈائز۔"</w:t>
      </w:r>
    </w:p>
    <w:p>
      <w:r>
        <w:rPr>
          <w:b/>
        </w:rPr>
        <w:t xml:space="preserve">[1:16:12] </w:t>
      </w:r>
      <w:r>
        <w:t>bhai, Quran mein to hai ke zalka jaza mantazaka, jannat us ke liye milegi jis ne apne aap ko purify kiya, yani apne aap ko, yani ek apne andar personal, yani apni personality ko develop kiya.</w:t>
      </w:r>
    </w:p>
    <w:p>
      <w:pPr>
        <w:jc w:val="right"/>
      </w:pPr>
      <w:r>
        <w:t>بھائی، قرآن میں تو ہے کہ ذالک جزا منتزکا، جنت اس کے لیے ملے گی جس نے اپنے آپ کو پیوریفائی کیا، یعنی اپنے آپ کو، یعنی ایک اپنے اندر پرسنل، یعنی اپنی پرسنیلٹی کو ڈیولپ کیا۔</w:t>
      </w:r>
    </w:p>
    <w:p>
      <w:r>
        <w:rPr>
          <w:b/>
        </w:rPr>
        <w:t xml:space="preserve">[1:16:33] </w:t>
      </w:r>
      <w:r>
        <w:t>us ne</w:t>
      </w:r>
    </w:p>
    <w:p>
      <w:pPr>
        <w:jc w:val="right"/>
      </w:pPr>
      <w:r>
        <w:t>اس نے</w:t>
      </w:r>
    </w:p>
    <w:p>
      <w:r>
        <w:rPr>
          <w:b/>
        </w:rPr>
        <w:t xml:space="preserve">[1:16:34] </w:t>
      </w:r>
      <w:r>
        <w:t>apni personality ko develop kar ke apne aap ko waisa banaya jaisa Allah ko chahiye jannat mein basane ke liye.</w:t>
      </w:r>
    </w:p>
    <w:p>
      <w:pPr>
        <w:jc w:val="right"/>
      </w:pPr>
      <w:r>
        <w:t>اپنی پرسنیلٹی کو ڈیولپ کر کے اپنے آپ کو ویسا بنایا جیسا اللہ کو چاہیے جنت میں بسانے کے لیے۔</w:t>
      </w:r>
    </w:p>
    <w:p>
      <w:r>
        <w:rPr>
          <w:b/>
        </w:rPr>
        <w:t xml:space="preserve">[1:16:45] </w:t>
      </w:r>
      <w:r>
        <w:t>to yani is Quran mein aisi bahut si ayaten hain, is se maloom hota hai ke jannat mein wo log jayenge jo jinhon ne apni personality ko is nahaj par develop kiya ho.</w:t>
      </w:r>
    </w:p>
    <w:p>
      <w:pPr>
        <w:jc w:val="right"/>
      </w:pPr>
      <w:r>
        <w:t>تو یعنی اس قرآن میں ایسی بہت سی آیتیں ہیں، اس سے معلوم ہوتا ہے کہ جنت میں وہ لوگ جائیں گے جو جنہوں نے اپنی پرسنیلٹی کو اس نہج پر ڈیولپ کیا ہو۔</w:t>
      </w:r>
    </w:p>
    <w:p>
      <w:r>
        <w:rPr>
          <w:b/>
        </w:rPr>
        <w:t xml:space="preserve">[1:16:58] </w:t>
      </w:r>
      <w:r>
        <w:t>baqi koi form aur koi ritual jo hai, us ko aap dohrate rahen, ya aaj kal ke namaz waghera ke ayaton, kuch rituals hain, blast sab jo dohrate hain.</w:t>
      </w:r>
    </w:p>
    <w:p>
      <w:pPr>
        <w:jc w:val="right"/>
      </w:pPr>
      <w:r>
        <w:t>باقی کوئی فارم اور کوئی ریچول جو ہے، اس کو آپ دہراتے رہیں، یا آج کل کے نماز وغیرہ کے آیتوں، کچھ ریچولز ہیں، بلاسٹ سب جو دہراتے ہیں۔</w:t>
      </w:r>
    </w:p>
    <w:p>
      <w:r>
        <w:rPr>
          <w:b/>
        </w:rPr>
        <w:t xml:space="preserve">[1:17:08] </w:t>
      </w:r>
      <w:r>
        <w:t>masjido mein jaate hain aur un ka dhyan rehta hai jeeb ke andar pade hue mobile par. yeh koi namaz hai?</w:t>
      </w:r>
    </w:p>
    <w:p>
      <w:pPr>
        <w:jc w:val="right"/>
      </w:pPr>
      <w:r>
        <w:t>مسجدوں میں جاتے ہیں اور ان کا دھیان رہتا ہے جیب کے اندر پڑے ہوئے موبائل پر۔ یہ کوئی نماز ہے؟</w:t>
      </w:r>
    </w:p>
    <w:p>
      <w:r>
        <w:rPr>
          <w:b/>
        </w:rPr>
        <w:t xml:space="preserve">[1:17:17] </w:t>
      </w:r>
      <w:r>
        <w:t>yeh koi namaz hai? kisi ne pehle zamane mein ek sher tha, ek aadmi ne kaha tha: "shafqat namaz bar bandam, chkhurt bamiad farzandam." ke raat mein jab namaz ke liye khada hua to dimagh mein yeh sawal tha ke subah ko mere bachche kya khayenge?</w:t>
      </w:r>
    </w:p>
    <w:p>
      <w:pPr>
        <w:jc w:val="right"/>
      </w:pPr>
      <w:r>
        <w:t>یہ کوئی نماز ہے؟ کسی نے پہلے زمانے میں ایک شعر تھا، ایک آدمی نے کہا تھا: "شفقت نماز بر بندم، چخورت بامداد فرزندم۔" کہ رات میں جب نماز کے لیے کھڑا ہوا تو دماغ میں یہ سوال تھا کہ صبح کو میرے بچے کیا کھائیں گے؟</w:t>
      </w:r>
    </w:p>
    <w:p>
      <w:r>
        <w:rPr>
          <w:b/>
        </w:rPr>
        <w:t xml:space="preserve">[1:17:35] </w:t>
      </w:r>
      <w:r>
        <w:t>ab kya hai? aap namaz ke liye khade hote hain aur dimagh mein yeh hota hai ke mobile mein kis ka message aa raha hoga, us ko mujhe check karna hai namaz ke baad. kya namaz kya hai?</w:t>
      </w:r>
    </w:p>
    <w:p>
      <w:pPr>
        <w:jc w:val="right"/>
      </w:pPr>
      <w:r>
        <w:t>اب کیا ہے؟ آپ نماز کے لیے کھڑے ہوتے ہیں اور دماغ میں یہ ہوتا ہے کہ موبائل میں کس کا میسج آ رہا ہوگا، اس کو مجھے چیک کرنا ہے نماز کے بعد۔ کیا نماز کیا ہے؟</w:t>
      </w:r>
    </w:p>
    <w:p>
      <w:r>
        <w:rPr>
          <w:b/>
        </w:rPr>
        <w:t xml:space="preserve">[1:17:43] </w:t>
      </w:r>
      <w:r>
        <w:t>yeh</w:t>
      </w:r>
    </w:p>
    <w:p>
      <w:pPr>
        <w:jc w:val="right"/>
      </w:pPr>
      <w:r>
        <w:t>یہ</w:t>
      </w:r>
    </w:p>
    <w:p>
      <w:r>
        <w:rPr>
          <w:b/>
        </w:rPr>
        <w:t xml:space="preserve">[1:17:44] </w:t>
      </w:r>
      <w:r>
        <w:t>yeh to ek rasam hai, ek ritual hai, ek form hai, ek culture hai. bas is wajah se is par mein zor deta hoon ke asli personality ko develop karna, kisi kisi form ko dohrate rahein, aap aap ka zara atka hua mobile mein, yeh is se kuch nahi hota.</w:t>
      </w:r>
    </w:p>
    <w:p>
      <w:pPr>
        <w:jc w:val="right"/>
      </w:pPr>
      <w:r>
        <w:t>یہ تو ایک رسم ہے، ایک ریچول ہے، ایک فارم ہے، ایک کلچر ہے۔ بس اس وجہ سے اس پر میں زور دیتا ہوں کہ اصلی پرسنیلٹی کو ڈیولپ کرنا، کسی کسی فارم کو دہراتے رہیں، آپ آپ کا ذرا اٹکا ہوا موبائل میں، یہ اس سے کچھ نہیں ہوتا۔</w:t>
      </w:r>
    </w:p>
    <w:p>
      <w:r>
        <w:rPr>
          <w:b/>
        </w:rPr>
        <w:t xml:space="preserve">[1:18:08] </w:t>
      </w:r>
      <w:r>
        <w:t>maulana, agla sawal noida se hai, miss rufeena ansari ka</w:t>
      </w:r>
    </w:p>
    <w:p>
      <w:pPr>
        <w:jc w:val="right"/>
      </w:pPr>
      <w:r>
        <w:t>مولانا، اگلا سوال نوئیڈا سے ہے، مس رفانہ انصاری کا</w:t>
      </w:r>
    </w:p>
    <w:p>
      <w:r>
        <w:rPr>
          <w:b/>
        </w:rPr>
        <w:t xml:space="preserve">[1:18:12] </w:t>
      </w:r>
      <w:r>
        <w:t>. unhone likha hai: "maulana sahib, to my understanding, the only purpose to have a meaningful life in this world is to have tazkiya of the mind.</w:t>
      </w:r>
    </w:p>
    <w:p>
      <w:pPr>
        <w:jc w:val="right"/>
      </w:pPr>
      <w:r>
        <w:t>۔ انہوں نے لکھا ہے: "مولانا صاحب، ٹو مائی انڈرسٹینڈنگ، دا اونلی پرپس ٹو ہیو ا میننگ فل لائف ان دس ورلڈ از ٹو ہیو تزکیہ اف دا مائنڈ۔</w:t>
      </w:r>
    </w:p>
    <w:p>
      <w:r>
        <w:rPr>
          <w:b/>
        </w:rPr>
        <w:t xml:space="preserve">[1:18:24] </w:t>
      </w:r>
      <w:r>
        <w:t>maulana, i would need your further guidance to tell me how the process of tazkiya can be taken to its deepest core." bhai, aap ne bahut sahi kaha hai, unhone</w:t>
      </w:r>
    </w:p>
    <w:p>
      <w:pPr>
        <w:jc w:val="right"/>
      </w:pPr>
      <w:r>
        <w:t>مولانا، آئی وڈ نیڈ یور فردر گائیڈنس ٹو ٹیل می ہاؤ دا پروسیس اف تزکیہ کین بی ٹیکن ٹو اٹس ڈیپیسٹ کور۔" بھائی، آپ نے بہت صحیح کہا ہے، انہوں نے</w:t>
      </w:r>
    </w:p>
    <w:p>
      <w:r>
        <w:rPr>
          <w:b/>
        </w:rPr>
        <w:t xml:space="preserve">[1:18:37] </w:t>
      </w:r>
      <w:r>
        <w:t>yahi hamara mission hai aur sari kitabon mein isi ki detail hai. mein samajhta hoon ke sab se achha yeh hai ke aap tazkirat al quran ko padhein, jo urdu ke alawa angrezi mein bhi available hai, us mein aap ko sari baat mil jayegi.</w:t>
      </w:r>
    </w:p>
    <w:p>
      <w:pPr>
        <w:jc w:val="right"/>
      </w:pPr>
      <w:r>
        <w:t>یہی ہمارا مشن ہے اور ساری کتابوں میں اسی کی ڈیٹیل ہے۔ میں سمجھتا ہوں کہ سب سے اچھا یہ ہے کہ آپ تذکر القرآن کو پڑھیں، جو اردو کے علاوہ انگریزی میں بھی اویلیبل ہے، اس میں آپ کو ساری بات مل جائے گی۔</w:t>
      </w:r>
    </w:p>
    <w:p>
      <w:r>
        <w:rPr>
          <w:b/>
        </w:rPr>
        <w:t xml:space="preserve">[1:18:56] </w:t>
      </w:r>
      <w:r>
        <w:t>ji haan, maulana, agla sawal delhi se hai, miss sathi malhotra ka</w:t>
      </w:r>
    </w:p>
    <w:p>
      <w:pPr>
        <w:jc w:val="right"/>
      </w:pPr>
      <w:r>
        <w:t>جی ہاں، مولانا، اگلا سوال دلی سے ہے، مس ستی ملحوترا کا</w:t>
      </w:r>
    </w:p>
    <w:p>
      <w:r>
        <w:rPr>
          <w:b/>
        </w:rPr>
        <w:t xml:space="preserve">[1:19:03] </w:t>
      </w:r>
      <w:r>
        <w:t>. unhone likha hai: "maulana, how important is it for muslims to either do dawah themselves or at least donate for dawah work?" haan, ke hum yahi kehte hain ke jo physically apne aap ko involve karne ki position mein ho, to woh physically involve karein.</w:t>
      </w:r>
    </w:p>
    <w:p>
      <w:pPr>
        <w:jc w:val="right"/>
      </w:pPr>
      <w:r>
        <w:t>۔ انہوں نے لکھا ہے: "مولانا، ہاؤ امپورٹنٹ از اٹ فار مسلمز ٹو ایدر ڈو دعوی دیم سیلفس اور ایٹ لیسٹ ڈونیٹ فار دعوی ورک؟" ہاں، کہ ہم یہی کہتے ہیں کہ جو فزیکلی اپنے آپ کو انوالو کرنے کی پوزیشن میں ہو، تو وہ فزیکلی انوالو کرے۔</w:t>
      </w:r>
    </w:p>
    <w:p>
      <w:r>
        <w:rPr>
          <w:b/>
        </w:rPr>
        <w:t xml:space="preserve">[1:19:24] </w:t>
      </w:r>
      <w:r>
        <w:t>farz kiye, koi physically involve karne ki position mein nahi hai, to phir woh jo support ke bas mein hai, woh support de.</w:t>
      </w:r>
    </w:p>
    <w:p>
      <w:pPr>
        <w:jc w:val="right"/>
      </w:pPr>
      <w:r>
        <w:t>فرض کیے، کوئی فزیکلی انوالو کرنے کی پوزیشن میں نہیں ہے، تو پھر وہ جو سپورٹس کے بس میں ہے، وہ سپورٹ دے۔</w:t>
      </w:r>
    </w:p>
    <w:p>
      <w:r>
        <w:rPr>
          <w:b/>
        </w:rPr>
        <w:t xml:space="preserve">[1:19:34] </w:t>
      </w:r>
      <w:r>
        <w:t>do mein se ek kaam to use karna hi karna hai.</w:t>
      </w:r>
    </w:p>
    <w:p>
      <w:pPr>
        <w:jc w:val="right"/>
      </w:pPr>
      <w:r>
        <w:t>دو میں سے ایک کام تو اسے کرنا ہی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