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Prophetic Guidance in the Quran (English) June 18, 2007</w:t>
      </w:r>
    </w:p>
    <w:p>
      <w:r>
        <w:t>https://youtu.be/E2Iz1yfXw-g</w:t>
      </w:r>
    </w:p>
    <w:p>
      <w:r>
        <w:rPr>
          <w:b/>
        </w:rPr>
        <w:t xml:space="preserve">[00:31] </w:t>
      </w:r>
      <w:r>
        <w:t>the theme for the present talk is "the guidance of the prophets of god".</w:t>
      </w:r>
    </w:p>
    <w:p>
      <w:pPr>
        <w:jc w:val="right"/>
      </w:pPr>
      <w:r>
        <w:t>دا تھیم فار دا پریزنٹ ٹاک از "دا گائیڈنس اف دا پرافٹس اف گاڈ"۔</w:t>
      </w:r>
    </w:p>
    <w:p>
      <w:r>
        <w:rPr>
          <w:b/>
        </w:rPr>
        <w:t xml:space="preserve">[00:45] </w:t>
      </w:r>
      <w:r>
        <w:t>or the prophetic guidance in the quran.</w:t>
      </w:r>
    </w:p>
    <w:p>
      <w:pPr>
        <w:jc w:val="right"/>
      </w:pPr>
      <w:r>
        <w:t>ار دا پرافٹک گائیڈنس ان دا قرآن۔</w:t>
      </w:r>
    </w:p>
    <w:p>
      <w:r>
        <w:rPr>
          <w:b/>
        </w:rPr>
        <w:t xml:space="preserve">[00:53] </w:t>
      </w:r>
      <w:r>
        <w:t>if you read quran, you will find that two different aspects of islam.</w:t>
      </w:r>
    </w:p>
    <w:p>
      <w:pPr>
        <w:jc w:val="right"/>
      </w:pPr>
      <w:r>
        <w:t>اف یو ریڈ قرآن، یو ویل فائنڈ دیٹ ٹو ڈفرنٹ اسپیکٹ اف اسلام۔</w:t>
      </w:r>
    </w:p>
    <w:p>
      <w:r>
        <w:rPr>
          <w:b/>
        </w:rPr>
        <w:t xml:space="preserve">[01:04] </w:t>
      </w:r>
      <w:r>
        <w:t>one is deen, and the second is minhaj.</w:t>
      </w:r>
    </w:p>
    <w:p>
      <w:pPr>
        <w:jc w:val="right"/>
      </w:pPr>
      <w:r>
        <w:t>ون از الدین، اینڈ دا سیکنڈ از منہاج۔</w:t>
      </w:r>
    </w:p>
    <w:p>
      <w:r>
        <w:rPr>
          <w:b/>
        </w:rPr>
        <w:t xml:space="preserve">[01:16] </w:t>
      </w:r>
      <w:r>
        <w:t>deen, deen means basic principles of divine religion.</w:t>
      </w:r>
    </w:p>
    <w:p>
      <w:pPr>
        <w:jc w:val="right"/>
      </w:pPr>
      <w:r>
        <w:t>دین، الدین مینز بیسک پرنسپلز اف ڈیوائن ریلیجن۔</w:t>
      </w:r>
    </w:p>
    <w:p>
      <w:r>
        <w:rPr>
          <w:b/>
        </w:rPr>
        <w:t xml:space="preserve">[01:27] </w:t>
      </w:r>
      <w:r>
        <w:t>and minhaj means the method, the method.</w:t>
      </w:r>
    </w:p>
    <w:p>
      <w:pPr>
        <w:jc w:val="right"/>
      </w:pPr>
      <w:r>
        <w:t>اینڈ منہاج مینز دا میتھڈ، دا میتھڈ۔</w:t>
      </w:r>
    </w:p>
    <w:p>
      <w:r>
        <w:rPr>
          <w:b/>
        </w:rPr>
        <w:t xml:space="preserve">[01:36] </w:t>
      </w:r>
      <w:r>
        <w:t>as far as the deen is concerned, deen is an eternal part of the religion of god.</w:t>
      </w:r>
    </w:p>
    <w:p>
      <w:pPr>
        <w:jc w:val="right"/>
      </w:pPr>
      <w:r>
        <w:t>ایز فار ایز دا دین از کنسرن، دین از این ایٹرنل پارٹ اف دا ریلیجن اف گاڈ۔</w:t>
      </w:r>
    </w:p>
    <w:p>
      <w:r>
        <w:rPr>
          <w:b/>
        </w:rPr>
        <w:t xml:space="preserve">[01:48] </w:t>
      </w:r>
      <w:r>
        <w:t>there is no change, no alteration in deen. and deen was common to all the prophets.</w:t>
      </w:r>
    </w:p>
    <w:p>
      <w:pPr>
        <w:jc w:val="right"/>
      </w:pPr>
      <w:r>
        <w:t>دیر از نو چینج، نو الٹرೇಷن ان الدین۔ اینڈ الدین واز کامن ٹو ال دا پرافٹس۔</w:t>
      </w:r>
    </w:p>
    <w:p>
      <w:r>
        <w:rPr>
          <w:b/>
        </w:rPr>
        <w:t xml:space="preserve">[02:02] </w:t>
      </w:r>
      <w:r>
        <w:t>all the prophets were given the same deen. it is mentioned in the surah ash shura, chapter ash shura.</w:t>
      </w:r>
    </w:p>
    <w:p>
      <w:pPr>
        <w:jc w:val="right"/>
      </w:pPr>
      <w:r>
        <w:t>ال دا پرافٹس ویر گیون دا سیم الدین۔ اٹ از مینشن ان دا سورہ الشوری، چیپٹر الشوری۔</w:t>
      </w:r>
    </w:p>
    <w:p>
      <w:r>
        <w:rPr>
          <w:b/>
        </w:rPr>
        <w:t xml:space="preserve">[02:18] </w:t>
      </w:r>
      <w:r>
        <w:t>but as far as the minhaj is concerned, quran says that minhaj were different.</w:t>
      </w:r>
    </w:p>
    <w:p>
      <w:pPr>
        <w:jc w:val="right"/>
      </w:pPr>
      <w:r>
        <w:t>بٹ ایز فار ایز دا منہاج از کنسرن، قرآن سیز دیٹ منہاج ویر ڈفرنٹ۔</w:t>
      </w:r>
    </w:p>
    <w:p>
      <w:r>
        <w:rPr>
          <w:b/>
        </w:rPr>
        <w:t xml:space="preserve">[02:31] </w:t>
      </w:r>
      <w:r>
        <w:t>so god sent prophets in every time. the number was according to hadith 124000</w:t>
      </w:r>
    </w:p>
    <w:p>
      <w:pPr>
        <w:jc w:val="right"/>
      </w:pPr>
      <w:r>
        <w:t>سو گاڈ سینڈ پرافٹس ان ایوری ٹائم۔ دا نمبر واز اکارڈنگ ٹو حدیث 124000</w:t>
      </w:r>
    </w:p>
    <w:p>
      <w:r>
        <w:rPr>
          <w:b/>
        </w:rPr>
        <w:t xml:space="preserve">[02:47] </w:t>
      </w:r>
      <w:r>
        <w:t>. so according to the quranic description, all the prophets were revealed the same rite, same deen.</w:t>
      </w:r>
    </w:p>
    <w:p>
      <w:pPr>
        <w:jc w:val="right"/>
      </w:pPr>
      <w:r>
        <w:t>۔ سو اکارڈنگ ٹو دا قرآنک ڈسکرپشن، ال دا پرافٹس ویر ریویل دا سیم ریت، سیم الدین۔</w:t>
      </w:r>
    </w:p>
    <w:p>
      <w:r>
        <w:rPr>
          <w:b/>
        </w:rPr>
        <w:t xml:space="preserve">[03:01] </w:t>
      </w:r>
      <w:r>
        <w:t>det is basic tents of islam, basic tents of da religion of god.</w:t>
      </w:r>
    </w:p>
    <w:p>
      <w:pPr>
        <w:jc w:val="right"/>
      </w:pPr>
      <w:r>
        <w:t>دیٹ از بیسک ٹینٹس اف اسلام، بیسک ٹینٹس اف دا ریلیجن اف گاڈ۔</w:t>
      </w:r>
    </w:p>
    <w:p>
      <w:r>
        <w:rPr>
          <w:b/>
        </w:rPr>
        <w:t xml:space="preserve">[03:11] </w:t>
      </w:r>
      <w:r>
        <w:t>bt minhaj waz different</w:t>
      </w:r>
    </w:p>
    <w:p>
      <w:pPr>
        <w:jc w:val="right"/>
      </w:pPr>
      <w:r>
        <w:t>بٹ منہاج واز ڈفرنٹ</w:t>
      </w:r>
    </w:p>
    <w:p>
      <w:r>
        <w:rPr>
          <w:b/>
        </w:rPr>
        <w:t xml:space="preserve">[03:15] </w:t>
      </w:r>
      <w:r>
        <w:t>.Minhaj means method. You know, Minhaj, Minhaj pertains to the situation.</w:t>
      </w:r>
    </w:p>
    <w:p>
      <w:pPr>
        <w:jc w:val="right"/>
      </w:pPr>
      <w:r>
        <w:t>۔ منہاج مینز میتھڈ۔ یو نو، منہاج، منہاج پرٹینز ٹو دا سچویشن۔</w:t>
      </w:r>
    </w:p>
    <w:p>
      <w:r>
        <w:rPr>
          <w:b/>
        </w:rPr>
        <w:t xml:space="preserve">[03:28] </w:t>
      </w:r>
      <w:r>
        <w:t>every prophet waz</w:t>
      </w:r>
    </w:p>
    <w:p>
      <w:pPr>
        <w:jc w:val="right"/>
      </w:pPr>
      <w:r>
        <w:t>ایوری پرافٹ واز</w:t>
      </w:r>
    </w:p>
    <w:p>
      <w:r>
        <w:rPr>
          <w:b/>
        </w:rPr>
        <w:t xml:space="preserve">[03:34] </w:t>
      </w:r>
      <w:r>
        <w:t>send to different countries, to different places, different times. so the situation was different</w:t>
      </w:r>
    </w:p>
    <w:p>
      <w:pPr>
        <w:jc w:val="right"/>
      </w:pPr>
      <w:r>
        <w:t>سینڈ ٹو ڈفرنٹ کنٹریز، ٹو ڈفرنٹ پلیسز، ڈفرنٹ ٹائمز۔ سو دا سچویشن واز ڈفرنٹ</w:t>
      </w:r>
    </w:p>
    <w:p>
      <w:r>
        <w:rPr>
          <w:b/>
        </w:rPr>
        <w:t xml:space="preserve">[03:44] </w:t>
      </w:r>
      <w:r>
        <w:t>. so all da prophet propagated, all da prophet preach da same deen, same basic principles.</w:t>
      </w:r>
    </w:p>
    <w:p>
      <w:pPr>
        <w:jc w:val="right"/>
      </w:pPr>
      <w:r>
        <w:t>۔ سو ال دا پرافٹ پروپیگیٹڈ، ال دا پرافٹ پریچ دا سیم الدین، سیم بیسک پرنسپلز۔</w:t>
      </w:r>
    </w:p>
    <w:p>
      <w:r>
        <w:rPr>
          <w:b/>
        </w:rPr>
        <w:t xml:space="preserve">[03:56] </w:t>
      </w:r>
      <w:r>
        <w:t>bt every prophet</w:t>
      </w:r>
    </w:p>
    <w:p>
      <w:pPr>
        <w:jc w:val="right"/>
      </w:pPr>
      <w:r>
        <w:t>بٹ ایوری پرافٹ</w:t>
      </w:r>
    </w:p>
    <w:p>
      <w:r>
        <w:rPr>
          <w:b/>
        </w:rPr>
        <w:t xml:space="preserve">[04:00] </w:t>
      </w:r>
      <w:r>
        <w:t>perform his duties according to his time, according to his contemporary situations.</w:t>
      </w:r>
    </w:p>
    <w:p>
      <w:pPr>
        <w:jc w:val="right"/>
      </w:pPr>
      <w:r>
        <w:t>پرفارم ہز ڈیوٹیز اکارڈنگ ٹو ہز ٹائم، اکارڈنگ ٹو ہز کنٹمپریری سچویشنز۔</w:t>
      </w:r>
    </w:p>
    <w:p>
      <w:r>
        <w:rPr>
          <w:b/>
        </w:rPr>
        <w:t xml:space="preserve">[04:12] </w:t>
      </w:r>
      <w:r>
        <w:t>deen,</w:t>
      </w:r>
    </w:p>
    <w:p>
      <w:pPr>
        <w:jc w:val="right"/>
      </w:pPr>
      <w:r>
        <w:t>دین،</w:t>
      </w:r>
    </w:p>
    <w:p>
      <w:r>
        <w:rPr>
          <w:b/>
        </w:rPr>
        <w:t xml:space="preserve">[04:16] </w:t>
      </w:r>
      <w:r>
        <w:t>der is a, u know, der ar, u know, der ar 25 prophets.</w:t>
      </w:r>
    </w:p>
    <w:p>
      <w:pPr>
        <w:jc w:val="right"/>
      </w:pPr>
      <w:r>
        <w:t>دیر از ا، یو نو، دیر ار، یو نو، دیر ار 25 پرافٹس۔</w:t>
      </w:r>
    </w:p>
    <w:p>
      <w:r>
        <w:rPr>
          <w:b/>
        </w:rPr>
        <w:t xml:space="preserve">[04:25] </w:t>
      </w:r>
      <w:r>
        <w:t>after referring these prophets, Quran says, addressing to the Prophet Muhammad, that Allah</w:t>
      </w:r>
    </w:p>
    <w:p>
      <w:pPr>
        <w:jc w:val="right"/>
      </w:pPr>
      <w:r>
        <w:t>افٹر ریفرنگ دیز پرافٹس، قرآن سیز، ایڈریسنگ ٹو دا پرافٹ محمد، دیٹ اللہ</w:t>
      </w:r>
    </w:p>
    <w:p>
      <w:r>
        <w:rPr>
          <w:b/>
        </w:rPr>
        <w:t xml:space="preserve">[04:48] </w:t>
      </w:r>
      <w:r>
        <w:t>al muqtada. all these prophets were guided prophets.</w:t>
      </w:r>
    </w:p>
    <w:p>
      <w:pPr>
        <w:jc w:val="right"/>
      </w:pPr>
      <w:r>
        <w:t>المقتد۔ ال دیز پرافٹس ویر گائیڈڈ پرافٹس۔</w:t>
      </w:r>
    </w:p>
    <w:p>
      <w:r>
        <w:rPr>
          <w:b/>
        </w:rPr>
        <w:t xml:space="preserve">[04:54] </w:t>
      </w:r>
      <w:r>
        <w:t>all these prophets were guided prophets. so u have to follow</w:t>
      </w:r>
    </w:p>
    <w:p>
      <w:pPr>
        <w:jc w:val="right"/>
      </w:pPr>
      <w:r>
        <w:t>ال دیز پرافٹس ویر گائیڈڈ پرافٹس۔ سو یو ہیو ٹو فالو</w:t>
      </w:r>
    </w:p>
    <w:p>
      <w:r>
        <w:rPr>
          <w:b/>
        </w:rPr>
        <w:t xml:space="preserve">[05:05] </w:t>
      </w:r>
      <w:r>
        <w:t>them. so u have to follow these prophets. so u have to follow their guidance.</w:t>
      </w:r>
    </w:p>
    <w:p>
      <w:pPr>
        <w:jc w:val="right"/>
      </w:pPr>
      <w:r>
        <w:t>دیم۔ سو یو ہیو ٹو فالو دیز پرافٹس۔ سو یو ہیو ٹو فالو دیر گائیڈنس۔</w:t>
      </w:r>
    </w:p>
    <w:p>
      <w:r>
        <w:rPr>
          <w:b/>
        </w:rPr>
        <w:t xml:space="preserve">[05:18] </w:t>
      </w:r>
      <w:r>
        <w:t>now, what it means?</w:t>
      </w:r>
    </w:p>
    <w:p>
      <w:pPr>
        <w:jc w:val="right"/>
      </w:pPr>
      <w:r>
        <w:t>ناو، واٹ اٹ مینز؟</w:t>
      </w:r>
    </w:p>
    <w:p>
      <w:r>
        <w:rPr>
          <w:b/>
        </w:rPr>
        <w:t xml:space="preserve">[05:22] </w:t>
      </w:r>
      <w:r>
        <w:t>it means that as every prophet was sent to different situation, every prophet set different examples, different methods.</w:t>
      </w:r>
    </w:p>
    <w:p>
      <w:pPr>
        <w:jc w:val="right"/>
      </w:pPr>
      <w:r>
        <w:t>اٹ مینز دیٹ ایز ایوری پرافٹ واز سینڈ ٹو ڈفرنٹ سچویشن، ایوری پرافٹ سیٹ ڈفرنٹ ایگزیمپلز، ڈفرنٹ میتھڈز۔</w:t>
      </w:r>
    </w:p>
    <w:p>
      <w:r>
        <w:rPr>
          <w:b/>
        </w:rPr>
        <w:t xml:space="preserve">[05:39] </w:t>
      </w:r>
      <w:r>
        <w:t>so method is always different, because situation is always different.</w:t>
      </w:r>
    </w:p>
    <w:p>
      <w:pPr>
        <w:jc w:val="right"/>
      </w:pPr>
      <w:r>
        <w:t>سو میتھڈ از الویز ڈفرنٹ، بیکاز سچویشن از الویز ڈفرنٹ۔</w:t>
      </w:r>
    </w:p>
    <w:p>
      <w:r>
        <w:rPr>
          <w:b/>
        </w:rPr>
        <w:t xml:space="preserve">[05:45] </w:t>
      </w:r>
      <w:r>
        <w:t>so this verse tells us that, as far as the deen is concerned, you have to follow the same eternal principles. but as far as the method is concerned, you have to examine your situation</w:t>
      </w:r>
    </w:p>
    <w:p>
      <w:pPr>
        <w:jc w:val="right"/>
      </w:pPr>
      <w:r>
        <w:t>سو دس ورس ٹیلز اس دیٹ، ایز فار ایز دا الدین از کنسرن، یو ہیو ٹو فالو دا سیم ایٹرنل پرنسپلز۔ بٹ ایز فار ایز دا میتھڈ از کنسرن، یو ہیو ٹو ایگزیمن یور سچویشن</w:t>
      </w:r>
    </w:p>
    <w:p>
      <w:r>
        <w:rPr>
          <w:b/>
        </w:rPr>
        <w:t xml:space="preserve">[06:06] </w:t>
      </w:r>
      <w:r>
        <w:t>. You have to see your situation. Then, you have to see the methods set by different prophets.</w:t>
      </w:r>
    </w:p>
    <w:p>
      <w:pPr>
        <w:jc w:val="right"/>
      </w:pPr>
      <w:r>
        <w:t>۔ یو ہیو ٹو سی یور سچویشن۔ دین، یو ہیو ٹو سی دا میتھڈز سیٹ بائی ڈفرنٹ پرافٹس۔</w:t>
      </w:r>
    </w:p>
    <w:p>
      <w:r>
        <w:rPr>
          <w:b/>
        </w:rPr>
        <w:t xml:space="preserve">[06:18] </w:t>
      </w:r>
      <w:r>
        <w:t>Then, you have to find the compatibility between your situation and other prophets' method.</w:t>
      </w:r>
    </w:p>
    <w:p>
      <w:pPr>
        <w:jc w:val="right"/>
      </w:pPr>
      <w:r>
        <w:t>دین، یو ہیو ٹو فائنڈ دی کمپیٹیبلٹی بٹوین یور سچویشن اینڈ ادر پرافٹس میتھڈ۔</w:t>
      </w:r>
    </w:p>
    <w:p>
      <w:r>
        <w:rPr>
          <w:b/>
        </w:rPr>
        <w:t xml:space="preserve">[06:29] </w:t>
      </w:r>
      <w:r>
        <w:t>so whichever method suits to your situation</w:t>
      </w:r>
    </w:p>
    <w:p>
      <w:pPr>
        <w:jc w:val="right"/>
      </w:pPr>
      <w:r>
        <w:t>سو وچ ایور میتھڈ سوٹس ٹو یور سچویشن</w:t>
      </w:r>
    </w:p>
    <w:p>
      <w:r>
        <w:rPr>
          <w:b/>
        </w:rPr>
        <w:t xml:space="preserve">[06:37] </w:t>
      </w:r>
      <w:r>
        <w:t>, take that method and apply that method upon your situation.</w:t>
      </w:r>
    </w:p>
    <w:p>
      <w:pPr>
        <w:jc w:val="right"/>
      </w:pPr>
      <w:r>
        <w:t>، ٹیک دیٹ میتھڈ اینڈ اپلائی دیٹ میتھڈ اپون یور سچویشن۔</w:t>
      </w:r>
    </w:p>
    <w:p>
      <w:r>
        <w:rPr>
          <w:b/>
        </w:rPr>
        <w:t xml:space="preserve">[06:45] </w:t>
      </w:r>
      <w:r>
        <w:t>so this verse,</w:t>
      </w:r>
    </w:p>
    <w:p>
      <w:pPr>
        <w:jc w:val="right"/>
      </w:pPr>
      <w:r>
        <w:t>سو دس ورس،</w:t>
      </w:r>
    </w:p>
    <w:p>
      <w:r>
        <w:rPr>
          <w:b/>
        </w:rPr>
        <w:t xml:space="preserve">[06:50] </w:t>
      </w:r>
      <w:r>
        <w:t>this verse pertains not to the deen, but to minhaj.</w:t>
      </w:r>
    </w:p>
    <w:p>
      <w:pPr>
        <w:jc w:val="right"/>
      </w:pPr>
      <w:r>
        <w:t>دس ورس پرٹینز ناٹ ٹو دا الدین، بٹ ٹو منہاج۔</w:t>
      </w:r>
    </w:p>
    <w:p>
      <w:r>
        <w:rPr>
          <w:b/>
        </w:rPr>
        <w:t xml:space="preserve">[07:01] </w:t>
      </w:r>
      <w:r>
        <w:t>this verse that you have to follow the guidance of all these prophets</w:t>
      </w:r>
    </w:p>
    <w:p>
      <w:pPr>
        <w:jc w:val="right"/>
      </w:pPr>
      <w:r>
        <w:t>دس ورس دیٹ یو ہیو ٹو فالو دا گائیڈنس اف ال دیز پرافٹس</w:t>
      </w:r>
    </w:p>
    <w:p>
      <w:r>
        <w:rPr>
          <w:b/>
        </w:rPr>
        <w:t xml:space="preserve">[07:08] </w:t>
      </w:r>
      <w:r>
        <w:t>. This is related not to deen, because deen is same. This is</w:t>
      </w:r>
    </w:p>
    <w:p>
      <w:pPr>
        <w:jc w:val="right"/>
      </w:pPr>
      <w:r>
        <w:t>۔ دس از ریلیٹڈ ناٹ ٹو الدین، بیکاز الدین از سیم۔ دس از</w:t>
      </w:r>
    </w:p>
    <w:p>
      <w:r>
        <w:rPr>
          <w:b/>
        </w:rPr>
        <w:t xml:space="preserve">[07:21] </w:t>
      </w:r>
      <w:r>
        <w:t>related to minhaj, becaus minhaj is different, method is different.</w:t>
      </w:r>
    </w:p>
    <w:p>
      <w:pPr>
        <w:jc w:val="right"/>
      </w:pPr>
      <w:r>
        <w:t>ریلیٹڈ ٹو منہاج، بیکاز منہاج از ڈفرنٹ، میتھڈ از ڈفرنٹ۔</w:t>
      </w:r>
    </w:p>
    <w:p>
      <w:r>
        <w:rPr>
          <w:b/>
        </w:rPr>
        <w:t xml:space="preserve">[07:28] </w:t>
      </w:r>
      <w:r>
        <w:t>So it is very important to understand that all the prophets are,</w:t>
      </w:r>
    </w:p>
    <w:p>
      <w:pPr>
        <w:jc w:val="right"/>
      </w:pPr>
      <w:r>
        <w:t>سو اٹ از ویری امپورٹنٹ ٹو انڈرسٹینڈ دیٹ ال دا پرافٹس ار،</w:t>
      </w:r>
    </w:p>
    <w:p>
      <w:r>
        <w:rPr>
          <w:b/>
        </w:rPr>
        <w:t xml:space="preserve">[07:37] </w:t>
      </w:r>
      <w:r>
        <w:t>all da prophets are guided prophet. To every prophet, we can find something to be followed in our situation.</w:t>
      </w:r>
    </w:p>
    <w:p>
      <w:pPr>
        <w:jc w:val="right"/>
      </w:pPr>
      <w:r>
        <w:t>ال دا پرافٹس ار گائیڈڈ پرافٹ۔ ٹو ایوری پرافٹ، وی کین فائنڈ سمتھنگ ٹو بی فالوڈ ان اور سچویشن۔</w:t>
      </w:r>
    </w:p>
    <w:p>
      <w:r>
        <w:rPr>
          <w:b/>
        </w:rPr>
        <w:t xml:space="preserve">[07:58] </w:t>
      </w:r>
      <w:r>
        <w:t>Previous prophets are not, not, not inferior prophets.</w:t>
      </w:r>
    </w:p>
    <w:p>
      <w:pPr>
        <w:jc w:val="right"/>
      </w:pPr>
      <w:r>
        <w:t>پریویس پرافٹس ار ناٹ، ناٹ، ناٹ انفیریر پرافٹس۔</w:t>
      </w:r>
    </w:p>
    <w:p>
      <w:r>
        <w:rPr>
          <w:b/>
        </w:rPr>
        <w:t xml:space="preserve">[08:08] </w:t>
      </w:r>
      <w:r>
        <w:t>Dey are not mansookh prophets. All da prophets are relevant, becaus every prophet represent sum, sum method</w:t>
      </w:r>
    </w:p>
    <w:p>
      <w:pPr>
        <w:jc w:val="right"/>
      </w:pPr>
      <w:r>
        <w:t>دے ار ناٹ منسوخ پرافٹس۔ ال دا پرافٹس ار ریلیونٹ، بیکاز ایوری پرافٹ ریپریزنٹ سم، سم میتھڈ</w:t>
      </w:r>
    </w:p>
    <w:p>
      <w:r>
        <w:rPr>
          <w:b/>
        </w:rPr>
        <w:t xml:space="preserve">[08:26] </w:t>
      </w:r>
      <w:r>
        <w:t>. And if dat method is, if dat method applies to your situation, so you have to take dat method, or you have to apply dat method in your situation.</w:t>
      </w:r>
    </w:p>
    <w:p>
      <w:pPr>
        <w:jc w:val="right"/>
      </w:pPr>
      <w:r>
        <w:t>۔ اینڈ اف دیٹ میتھڈ از، اف دیٹ میتھڈ اپلائیز ٹو یور سچویشن، سو یو ہیو ٹو ٹیک دیٹ میتھڈ، اور یو ہیو ٹو اپلائی دیٹ میتھڈ ان یور سچویشن۔</w:t>
      </w:r>
    </w:p>
    <w:p>
      <w:r>
        <w:rPr>
          <w:b/>
        </w:rPr>
        <w:t xml:space="preserve">[08:40] </w:t>
      </w:r>
      <w:r>
        <w:t>Das is da meaning of mukhtad. Now, I would like to say a few verse about da different prophets, not about da all prophets, or sum selected prophet</w:t>
      </w:r>
    </w:p>
    <w:p>
      <w:pPr>
        <w:jc w:val="right"/>
      </w:pPr>
      <w:r>
        <w:t>دس از دا میننگ اف مختد۔ ناو، ائی وڈ لائک ٹو سے ا فی ورس اباؤٹ دا ڈفرنٹ پرافٹس، ناٹ اباؤٹ دا ال پرافٹس، اور سم سلیکٹڈ پرافٹ</w:t>
      </w:r>
    </w:p>
    <w:p>
      <w:r>
        <w:rPr>
          <w:b/>
        </w:rPr>
        <w:t xml:space="preserve">[08:53] </w:t>
      </w:r>
      <w:r>
        <w:t>s, only to listed da point. Only to listed dis point.</w:t>
      </w:r>
    </w:p>
    <w:p>
      <w:pPr>
        <w:jc w:val="right"/>
      </w:pPr>
      <w:r>
        <w:t>س، اونلی ٹو لسٹڈ دا پوائنٹ۔ اونلی ٹو لسٹڈ دس پوائنٹ۔</w:t>
      </w:r>
    </w:p>
    <w:p>
      <w:r>
        <w:rPr>
          <w:b/>
        </w:rPr>
        <w:t xml:space="preserve">[09:04] </w:t>
      </w:r>
      <w:r>
        <w:t>You know, da first man was Adam, and also he was da first prophet.</w:t>
      </w:r>
    </w:p>
    <w:p>
      <w:pPr>
        <w:jc w:val="right"/>
      </w:pPr>
      <w:r>
        <w:t>یو نو، دا فرسٹ مین واز ادم، اینڈ السو ہی واز دا فرسٹ پرافٹ۔</w:t>
      </w:r>
    </w:p>
    <w:p>
      <w:r>
        <w:rPr>
          <w:b/>
        </w:rPr>
        <w:t xml:space="preserve">[09:15] </w:t>
      </w:r>
      <w:r>
        <w:t>So Adam was first man, and at da same time he was da first prophet.</w:t>
      </w:r>
    </w:p>
    <w:p>
      <w:pPr>
        <w:jc w:val="right"/>
      </w:pPr>
      <w:r>
        <w:t>سو ادم واز فرسٹ مین، اینڈ ایٹ دا سیم ٹائم ہی واز دا فرسٹ پرافٹ۔</w:t>
      </w:r>
    </w:p>
    <w:p>
      <w:r>
        <w:rPr>
          <w:b/>
        </w:rPr>
        <w:t xml:space="preserve">[09:26] </w:t>
      </w:r>
      <w:r>
        <w:t>Then, what is the, there are different examples in the life of Adam. Here, I would like to refer one example.</w:t>
      </w:r>
    </w:p>
    <w:p>
      <w:pPr>
        <w:jc w:val="right"/>
      </w:pPr>
      <w:r>
        <w:t>دین، واٹ از دا، دیر ار ڈفرنٹ ایگزیمپلز ان دا لائف اف ادم۔ ہیر، ائی وڈ لائک ٹو ریفر ون ایگزیمپل۔</w:t>
      </w:r>
    </w:p>
    <w:p>
      <w:r>
        <w:rPr>
          <w:b/>
        </w:rPr>
        <w:t xml:space="preserve">[09:42] </w:t>
      </w:r>
      <w:r>
        <w:t>You know, after creation, after God created Adam and his wife Hawa,</w:t>
      </w:r>
    </w:p>
    <w:p>
      <w:pPr>
        <w:jc w:val="right"/>
      </w:pPr>
      <w:r>
        <w:t>یو نو، افٹر کریشن، افٹر گاڈ کریٹڈ ادم اینڈ ہز وائف حوا،</w:t>
      </w:r>
    </w:p>
    <w:p>
      <w:r>
        <w:rPr>
          <w:b/>
        </w:rPr>
        <w:t xml:space="preserve">[09:57] </w:t>
      </w:r>
      <w:r>
        <w:t>God settle dem in paradise.</w:t>
      </w:r>
    </w:p>
    <w:p>
      <w:pPr>
        <w:jc w:val="right"/>
      </w:pPr>
      <w:r>
        <w:t>گاڈ سیٹل دیم ان پیراڈائز۔</w:t>
      </w:r>
    </w:p>
    <w:p>
      <w:r>
        <w:rPr>
          <w:b/>
        </w:rPr>
        <w:t xml:space="preserve">[10:03] </w:t>
      </w:r>
      <w:r>
        <w:t>As kuntajil jannat.</w:t>
      </w:r>
    </w:p>
    <w:p>
      <w:pPr>
        <w:jc w:val="right"/>
      </w:pPr>
      <w:r>
        <w:t>اس کن انتوجکل جنت۔</w:t>
      </w:r>
    </w:p>
    <w:p>
      <w:r>
        <w:rPr>
          <w:b/>
        </w:rPr>
        <w:t xml:space="preserve">[10:09] </w:t>
      </w:r>
      <w:r>
        <w:t>God said dat you and your wife, both,</w:t>
      </w:r>
    </w:p>
    <w:p>
      <w:pPr>
        <w:jc w:val="right"/>
      </w:pPr>
      <w:r>
        <w:t>گاڈ سیڈ دیٹ یو اینڈ یور وائف، بوتھ،</w:t>
      </w:r>
    </w:p>
    <w:p>
      <w:r>
        <w:rPr>
          <w:b/>
        </w:rPr>
        <w:t xml:space="preserve">[10:15] </w:t>
      </w:r>
      <w:r>
        <w:t>are allowed to live in paradise. You are free to enjoy all dose things.</w:t>
      </w:r>
    </w:p>
    <w:p>
      <w:pPr>
        <w:jc w:val="right"/>
      </w:pPr>
      <w:r>
        <w:t>ار الاؤڈ ٹو لیو ان پیراڈائز۔ یو ار فری ٹو انجوائے ال دوز تھنگز۔</w:t>
      </w:r>
    </w:p>
    <w:p>
      <w:r>
        <w:rPr>
          <w:b/>
        </w:rPr>
        <w:t xml:space="preserve">[10:28] </w:t>
      </w:r>
      <w:r>
        <w:t>So, but, but God said, der is only one condition.</w:t>
      </w:r>
    </w:p>
    <w:p>
      <w:pPr>
        <w:jc w:val="right"/>
      </w:pPr>
      <w:r>
        <w:t>سو، بٹ، بٹ گاڈ سیڈ، دیر از اونلی ون کنڈیشن۔</w:t>
      </w:r>
    </w:p>
    <w:p>
      <w:r>
        <w:rPr>
          <w:b/>
        </w:rPr>
        <w:t xml:space="preserve">[10:39] </w:t>
      </w:r>
      <w:r>
        <w:t>In paradise, there was a forbidden tree. So God said that, don't approach this tree, and don't eat the fruit of this forbidden tree.</w:t>
      </w:r>
    </w:p>
    <w:p>
      <w:pPr>
        <w:jc w:val="right"/>
      </w:pPr>
      <w:r>
        <w:t>ان پیراڈائز، دیر واز ا فابیڈن ٹری۔ سو گاڈ سیڈ دیٹ، ڈونٹ اپروچ دس ٹری، اینڈ ڈونٹ ایٹ دا فروٹ اف دس فابیڈن ٹری۔</w:t>
      </w:r>
    </w:p>
    <w:p>
      <w:r>
        <w:rPr>
          <w:b/>
        </w:rPr>
        <w:t xml:space="preserve">[10:53] </w:t>
      </w:r>
      <w:r>
        <w:t>Das was da only one condition. Da</w:t>
      </w:r>
    </w:p>
    <w:p>
      <w:pPr>
        <w:jc w:val="right"/>
      </w:pPr>
      <w:r>
        <w:t>دس واز دا اونلی ون کنڈیشن۔ د</w:t>
      </w:r>
    </w:p>
    <w:p>
      <w:r>
        <w:rPr>
          <w:b/>
        </w:rPr>
        <w:t xml:space="preserve">[10:57] </w:t>
      </w:r>
      <w:r>
        <w:t>din,</w:t>
      </w:r>
    </w:p>
    <w:p>
      <w:pPr>
        <w:jc w:val="right"/>
      </w:pPr>
      <w:r>
        <w:t>ین،</w:t>
      </w:r>
    </w:p>
    <w:p>
      <w:r>
        <w:rPr>
          <w:b/>
        </w:rPr>
        <w:t xml:space="preserve">[11:01] </w:t>
      </w:r>
      <w:r>
        <w:t>din, due to satanic deception, Adam and Eve, both, eat the fruit of that forbidden tree.</w:t>
      </w:r>
    </w:p>
    <w:p>
      <w:pPr>
        <w:jc w:val="right"/>
      </w:pPr>
      <w:r>
        <w:t>دین، ڈیو ٹو سیٹنک ڈیسیپشن، ادم اینڈ ایو، بوتھ، ایٹ دی فروٹ اف دیٹ فابیڈن ٹری۔</w:t>
      </w:r>
    </w:p>
    <w:p>
      <w:r>
        <w:rPr>
          <w:b/>
        </w:rPr>
        <w:t xml:space="preserve">[11:19] </w:t>
      </w:r>
      <w:r>
        <w:t>After dis,</w:t>
      </w:r>
    </w:p>
    <w:p>
      <w:pPr>
        <w:jc w:val="right"/>
      </w:pPr>
      <w:r>
        <w:t>افٹر دس،</w:t>
      </w:r>
    </w:p>
    <w:p>
      <w:r>
        <w:rPr>
          <w:b/>
        </w:rPr>
        <w:t xml:space="preserve">[11:25] </w:t>
      </w:r>
      <w:r>
        <w:t>They were thrown from paradise to this planet Earth. Then, God said that, go to the planet Earth.</w:t>
      </w:r>
    </w:p>
    <w:p>
      <w:pPr>
        <w:jc w:val="right"/>
      </w:pPr>
      <w:r>
        <w:t>دے ویر تھرون فرام پیراڈائز ٹو دس پلینٹ ارتھ۔ دین، گاڈ سیڈ دیٹ، گو ٹو دا پلینٹ ارتھ۔</w:t>
      </w:r>
    </w:p>
    <w:p>
      <w:r>
        <w:rPr>
          <w:b/>
        </w:rPr>
        <w:t xml:space="preserve">[11:37] </w:t>
      </w:r>
      <w:r>
        <w:t>And</w:t>
      </w:r>
    </w:p>
    <w:p>
      <w:pPr>
        <w:jc w:val="right"/>
      </w:pPr>
      <w:r>
        <w:t>اینڈ</w:t>
      </w:r>
    </w:p>
    <w:p>
      <w:r>
        <w:rPr>
          <w:b/>
        </w:rPr>
        <w:t xml:space="preserve">[11:42] </w:t>
      </w:r>
      <w:r>
        <w:t>adam, god said to adam, and also the whole generation of adam, there is all mankind.</w:t>
      </w:r>
    </w:p>
    <w:p>
      <w:pPr>
        <w:jc w:val="right"/>
      </w:pPr>
      <w:r>
        <w:t>ادم، گاڈ سیڈ ٹو ادم، اینڈ السو دا ہول جنریشن اف ادم، دیر از ال مین کائنڈ۔</w:t>
      </w:r>
    </w:p>
    <w:p>
      <w:r>
        <w:rPr>
          <w:b/>
        </w:rPr>
        <w:t xml:space="preserve">[11:53] </w:t>
      </w:r>
      <w:r>
        <w:t>so god said that, settle in this planet earth.</w:t>
      </w:r>
    </w:p>
    <w:p>
      <w:pPr>
        <w:jc w:val="right"/>
      </w:pPr>
      <w:r>
        <w:t>سو گاڈ سیڈ دیٹ، سیٹل ان دس پلینٹ ارتھ۔</w:t>
      </w:r>
    </w:p>
    <w:p>
      <w:r>
        <w:rPr>
          <w:b/>
        </w:rPr>
        <w:t xml:space="preserve">[12:04] </w:t>
      </w:r>
      <w:r>
        <w:t>and again, your test is that, you have to follow god's dos and don'ts.</w:t>
      </w:r>
    </w:p>
    <w:p>
      <w:pPr>
        <w:jc w:val="right"/>
      </w:pPr>
      <w:r>
        <w:t>اینڈ اگین، یور ٹیسٹ از دیٹ، یو ہیو ٹو فالو گاڈز ڈوز اینڈ ڈونٹس۔</w:t>
      </w:r>
    </w:p>
    <w:p>
      <w:r>
        <w:rPr>
          <w:b/>
        </w:rPr>
        <w:t xml:space="preserve">[12:15] </w:t>
      </w:r>
      <w:r>
        <w:t>you have to refer yourself from all those things that is forbidden to you.</w:t>
      </w:r>
    </w:p>
    <w:p>
      <w:pPr>
        <w:jc w:val="right"/>
      </w:pPr>
      <w:r>
        <w:t>یو ہیو ٹو ریفر یور سیلف فرام ال دوز تھنگز دیٹ از فابیڈن ٹو یو۔</w:t>
      </w:r>
    </w:p>
    <w:p>
      <w:r>
        <w:rPr>
          <w:b/>
        </w:rPr>
        <w:t xml:space="preserve">[12:24] </w:t>
      </w:r>
      <w:r>
        <w:t>and then, after this test, you will be selected for paradise.</w:t>
      </w:r>
    </w:p>
    <w:p>
      <w:pPr>
        <w:jc w:val="right"/>
      </w:pPr>
      <w:r>
        <w:t>اینڈ دین، افٹر دس ٹیسٹ، یو ویل بی سلیکٹڈ فار پیراڈائز۔</w:t>
      </w:r>
    </w:p>
    <w:p>
      <w:r>
        <w:rPr>
          <w:b/>
        </w:rPr>
        <w:t xml:space="preserve">[12:33] </w:t>
      </w:r>
      <w:r>
        <w:t>so paradise is, paradise is given people on selective bases, rather than general bases.</w:t>
      </w:r>
    </w:p>
    <w:p>
      <w:pPr>
        <w:jc w:val="right"/>
      </w:pPr>
      <w:r>
        <w:t>سو پیراڈائز از، پیراڈائز از گیون پیپل ان سلیکٹو بیسز، رادر دین جنرل بیسز۔</w:t>
      </w:r>
    </w:p>
    <w:p>
      <w:r>
        <w:rPr>
          <w:b/>
        </w:rPr>
        <w:t xml:space="preserve">[12:47] </w:t>
      </w:r>
      <w:r>
        <w:t>this event has a great lesson. great, g</w:t>
      </w:r>
    </w:p>
    <w:p>
      <w:pPr>
        <w:jc w:val="right"/>
      </w:pPr>
      <w:r>
        <w:t>دس ایونٹ ہیز ا گریٹ لیسن۔ گریٹ، گ</w:t>
      </w:r>
    </w:p>
    <w:p>
      <w:r>
        <w:rPr>
          <w:b/>
        </w:rPr>
        <w:t xml:space="preserve">[12:53] </w:t>
      </w:r>
      <w:r>
        <w:t>great lesson. it means that paradise is not a birth right to everyone, to anyone.</w:t>
      </w:r>
    </w:p>
    <w:p>
      <w:pPr>
        <w:jc w:val="right"/>
      </w:pPr>
      <w:r>
        <w:t>ریٹ لیسن۔ اٹ مینز دیٹ پیراڈائز از ناٹ ا برتھ رائٹ ٹو ایوری ون، ٹو اینی ون۔</w:t>
      </w:r>
    </w:p>
    <w:p>
      <w:r>
        <w:rPr>
          <w:b/>
        </w:rPr>
        <w:t xml:space="preserve">[13:04] </w:t>
      </w:r>
      <w:r>
        <w:t>paradise is not a birth right to anyone. even the prophets are not exempted from this general principle.</w:t>
      </w:r>
    </w:p>
    <w:p>
      <w:pPr>
        <w:jc w:val="right"/>
      </w:pPr>
      <w:r>
        <w:t>پیراڈائز از ناٹ ا برتھ رائٹ ٹو اینی ون۔ ایون دا پرافٹس ار ناٹ ایگزیمپٹڈ فرام دس جنرل پرنسپل۔</w:t>
      </w:r>
    </w:p>
    <w:p>
      <w:r>
        <w:rPr>
          <w:b/>
        </w:rPr>
        <w:t xml:space="preserve">[13:19] </w:t>
      </w:r>
      <w:r>
        <w:t>adam was prophet, but even adam was not exempted.</w:t>
      </w:r>
    </w:p>
    <w:p>
      <w:pPr>
        <w:jc w:val="right"/>
      </w:pPr>
      <w:r>
        <w:t>ادم واز پرافٹ، بٹ ایون ادم واز ناٹ ایگزیمپٹڈ۔</w:t>
      </w:r>
    </w:p>
    <w:p>
      <w:r>
        <w:rPr>
          <w:b/>
        </w:rPr>
        <w:t xml:space="preserve">[13:29] </w:t>
      </w:r>
      <w:r>
        <w:t>so this event gives us a great lesson that paradise is not a birth right</w:t>
      </w:r>
    </w:p>
    <w:p>
      <w:pPr>
        <w:jc w:val="right"/>
      </w:pPr>
      <w:r>
        <w:t>سو دس ایونٹ گیوز اس ا گریٹ لیسن دیٹ پیراڈائز از ناٹ ا برتھ رائٹ</w:t>
      </w:r>
    </w:p>
    <w:p>
      <w:r>
        <w:rPr>
          <w:b/>
        </w:rPr>
        <w:t xml:space="preserve">[13:42] </w:t>
      </w:r>
      <w:r>
        <w:t>even for prophets.</w:t>
      </w:r>
    </w:p>
    <w:p>
      <w:pPr>
        <w:jc w:val="right"/>
      </w:pPr>
      <w:r>
        <w:t>ایون فار پرافٹس۔</w:t>
      </w:r>
    </w:p>
    <w:p>
      <w:r>
        <w:rPr>
          <w:b/>
        </w:rPr>
        <w:t xml:space="preserve">[13:51] </w:t>
      </w:r>
      <w:r>
        <w:t>it's very, very important lesson. you have to do for paradise. you have to prove that you are a deserving candidate for paradise.</w:t>
      </w:r>
    </w:p>
    <w:p>
      <w:pPr>
        <w:jc w:val="right"/>
      </w:pPr>
      <w:r>
        <w:t>اٹس ویری، ویری امپورٹنٹ لیسن۔ یو ہیو ٹو ڈو فار پیراڈائز۔ یو ہیو ٹو پروف دیٹ یو ار ا ڈیزرونگ کینڈیڈیٹ فار پیراڈائز۔</w:t>
      </w:r>
    </w:p>
    <w:p>
      <w:r>
        <w:rPr>
          <w:b/>
        </w:rPr>
        <w:t xml:space="preserve">[14:08] </w:t>
      </w:r>
      <w:r>
        <w:t>you have to stand the test. even the prophets are not exempted from this general princi</w:t>
      </w:r>
    </w:p>
    <w:p>
      <w:pPr>
        <w:jc w:val="right"/>
      </w:pPr>
      <w:r>
        <w:t>یو ہیو ٹو سٹینڈ دا ٹیسٹ۔ ایون دا پرافٹس ار ناٹ ایگزیمپٹڈ فرام دس جنرل پرنس</w:t>
      </w:r>
    </w:p>
    <w:p>
      <w:r>
        <w:rPr>
          <w:b/>
        </w:rPr>
        <w:t xml:space="preserve">[14:18] </w:t>
      </w:r>
      <w:r>
        <w:t>ple. this was the great lesson said by god at the beginning of the life.</w:t>
      </w:r>
    </w:p>
    <w:p>
      <w:pPr>
        <w:jc w:val="right"/>
      </w:pPr>
      <w:r>
        <w:t>پل۔ دس واز دا گریٹ لیسن سیڈ بائی گاڈ ایٹ دی بگننگ اف دا لائف۔</w:t>
      </w:r>
    </w:p>
    <w:p>
      <w:r>
        <w:rPr>
          <w:b/>
        </w:rPr>
        <w:t xml:space="preserve">[14:28] </w:t>
      </w:r>
      <w:r>
        <w:t>and this lesson was convey to all mankind through prophets, and in the last through quran.</w:t>
      </w:r>
    </w:p>
    <w:p>
      <w:pPr>
        <w:jc w:val="right"/>
      </w:pPr>
      <w:r>
        <w:t>اینڈ دس لیسن واز کنوے ٹو ال مین کائنڈ تھرو پرافٹس، اینڈ ان دا لاسٹ تھرو القران۔</w:t>
      </w:r>
    </w:p>
    <w:p>
      <w:r>
        <w:rPr>
          <w:b/>
        </w:rPr>
        <w:t xml:space="preserve">[14:42] </w:t>
      </w:r>
      <w:r>
        <w:t>then, the other very, very important lesson is that the most important, most crucial condition.</w:t>
      </w:r>
    </w:p>
    <w:p>
      <w:pPr>
        <w:jc w:val="right"/>
      </w:pPr>
      <w:r>
        <w:t>دین، دی ادر ویری، ویری امپورٹنٹ لیسن از دیٹ دا موسٹ امپورٹنٹ، موسٹ کروشل کنڈیشن۔</w:t>
      </w:r>
    </w:p>
    <w:p>
      <w:r>
        <w:rPr>
          <w:b/>
        </w:rPr>
        <w:t xml:space="preserve">[14:57] </w:t>
      </w:r>
      <w:r>
        <w:t>most crucial condition is that you have to manage your desire.</w:t>
      </w:r>
    </w:p>
    <w:p>
      <w:pPr>
        <w:jc w:val="right"/>
      </w:pPr>
      <w:r>
        <w:t>موسٹ کروشل کنڈیشن از دیٹ یو ہیو ٹو مینج یور ڈیزائر۔</w:t>
      </w:r>
    </w:p>
    <w:p>
      <w:r>
        <w:rPr>
          <w:b/>
        </w:rPr>
        <w:t xml:space="preserve">[15:05] </w:t>
      </w:r>
      <w:r>
        <w:t>you have to manage your desire, because it was adam desire through which he</w:t>
      </w:r>
    </w:p>
    <w:p>
      <w:pPr>
        <w:jc w:val="right"/>
      </w:pPr>
      <w:r>
        <w:t>یو ہیو ٹو مینج یور ڈیزائر، بیکاز اٹ واز ادم ڈیزائر تھرو وچ ہی</w:t>
      </w:r>
    </w:p>
    <w:p>
      <w:r>
        <w:rPr>
          <w:b/>
        </w:rPr>
        <w:t xml:space="preserve">[15:20] </w:t>
      </w:r>
      <w:r>
        <w:t>ate the forbidden tree. he failed to manage his desire.</w:t>
      </w:r>
    </w:p>
    <w:p>
      <w:pPr>
        <w:jc w:val="right"/>
      </w:pPr>
      <w:r>
        <w:t>ایٹ دا فابیڈن ٹری۔ ہی فیل ٹو مینج ہز ڈیزائر۔</w:t>
      </w:r>
    </w:p>
    <w:p>
      <w:r>
        <w:rPr>
          <w:b/>
        </w:rPr>
        <w:t xml:space="preserve">[15:29] </w:t>
      </w:r>
      <w:r>
        <w:t>he failed to manage his temptation</w:t>
      </w:r>
    </w:p>
    <w:p>
      <w:pPr>
        <w:jc w:val="right"/>
      </w:pPr>
      <w:r>
        <w:t>ہی فیل ٹو مینج ہز ٹیمپٹیشن</w:t>
      </w:r>
    </w:p>
    <w:p>
      <w:r>
        <w:rPr>
          <w:b/>
        </w:rPr>
        <w:t xml:space="preserve">[15:33] </w:t>
      </w:r>
      <w:r>
        <w:t>. under his temptation, he ate the forbidden tree. under his temptation, he ate the fruit of the forbidden tree.</w:t>
      </w:r>
    </w:p>
    <w:p>
      <w:pPr>
        <w:jc w:val="right"/>
      </w:pPr>
      <w:r>
        <w:t>۔ انڈر ہز ٹیمپٹیشن، ہی ایٹ دا فابیڈن ٹری۔ انڈر ہز ٹیمپٹیشن، ہی ایٹ دا فروٹ اف دا فابیڈن ٹری۔</w:t>
      </w:r>
    </w:p>
    <w:p>
      <w:r>
        <w:rPr>
          <w:b/>
        </w:rPr>
        <w:t xml:space="preserve">[15:48] </w:t>
      </w:r>
      <w:r>
        <w:t>so this is the second most important aspect of the lesson given by adam.</w:t>
      </w:r>
    </w:p>
    <w:p>
      <w:pPr>
        <w:jc w:val="right"/>
      </w:pPr>
      <w:r>
        <w:t>سو دس از دا سیکنڈ موسٹ امپورٹنٹ اسپیکٹ اف دی لیسن گیون بائی ادم۔</w:t>
      </w:r>
    </w:p>
    <w:p>
      <w:r>
        <w:rPr>
          <w:b/>
        </w:rPr>
        <w:t xml:space="preserve">[16:01] </w:t>
      </w:r>
      <w:r>
        <w:t>if you want to, if you want to find entry into paradise. so first of all, you have to manage your desires.</w:t>
      </w:r>
    </w:p>
    <w:p>
      <w:pPr>
        <w:jc w:val="right"/>
      </w:pPr>
      <w:r>
        <w:t>اف یو وانٹ ٹو، اف یو وانٹ ٹو فائن انٹری انٹو پیراڈائز۔ سو فرسٹ اف ال، یو ہیو ٹو مینج یور ڈیزائرز۔</w:t>
      </w:r>
    </w:p>
    <w:p>
      <w:r>
        <w:rPr>
          <w:b/>
        </w:rPr>
        <w:t xml:space="preserve">[16:14] </w:t>
      </w:r>
      <w:r>
        <w:t>you have to control your desires.</w:t>
      </w:r>
    </w:p>
    <w:p>
      <w:pPr>
        <w:jc w:val="right"/>
      </w:pPr>
      <w:r>
        <w:t>یو ہیو ٹو کنٹرول یور ڈیزائرز۔</w:t>
      </w:r>
    </w:p>
    <w:p>
      <w:r>
        <w:rPr>
          <w:b/>
        </w:rPr>
        <w:t xml:space="preserve">[16:20] </w:t>
      </w:r>
      <w:r>
        <w:t>without controlling your desire, you are nothing.</w:t>
      </w:r>
    </w:p>
    <w:p>
      <w:pPr>
        <w:jc w:val="right"/>
      </w:pPr>
      <w:r>
        <w:t>وداؤٹ کنٹرولنگ یور ڈیزائر، یو ار نتھنگ۔</w:t>
      </w:r>
    </w:p>
    <w:p>
      <w:r>
        <w:rPr>
          <w:b/>
        </w:rPr>
        <w:t xml:space="preserve">[16:28] </w:t>
      </w:r>
      <w:r>
        <w:t>without managing your desires, you cannot do anything good. all other goods are a result of, if, if, if desire control.</w:t>
      </w:r>
    </w:p>
    <w:p>
      <w:pPr>
        <w:jc w:val="right"/>
      </w:pPr>
      <w:r>
        <w:t>وداؤٹ مینجنگ یور ڈیزائرز، یو کین ناٹ ڈو اینی تھنگ گڈ۔ ال ادر گڈز ار ا رزلٹ اف، اف، اف ڈیزائر کنٹرول۔</w:t>
      </w:r>
    </w:p>
    <w:p>
      <w:r>
        <w:rPr>
          <w:b/>
        </w:rPr>
        <w:t xml:space="preserve">[16:46] </w:t>
      </w:r>
      <w:r>
        <w:t>without controlling your desire, you cannot do anything good.</w:t>
      </w:r>
    </w:p>
    <w:p>
      <w:pPr>
        <w:jc w:val="right"/>
      </w:pPr>
      <w:r>
        <w:t>وداؤٹ کنٹرولنگ یور ڈیزائر، یو کین ناٹ ڈو اینی تھنگ گڈ۔</w:t>
      </w:r>
    </w:p>
    <w:p>
      <w:r>
        <w:rPr>
          <w:b/>
        </w:rPr>
        <w:t xml:space="preserve">[16:55] </w:t>
      </w:r>
      <w:r>
        <w:t>so desire control is the basis of all good deeds. here this starting point.</w:t>
      </w:r>
    </w:p>
    <w:p>
      <w:pPr>
        <w:jc w:val="right"/>
      </w:pPr>
      <w:r>
        <w:t>سو ڈیزائر کنٹرول از دا بیسس اف ال گڈ ڈیڈز۔ ہیر دس سٹارٹنگ پوائنٹ۔</w:t>
      </w:r>
    </w:p>
    <w:p>
      <w:r>
        <w:rPr>
          <w:b/>
        </w:rPr>
        <w:t xml:space="preserve">[17:09] </w:t>
      </w:r>
      <w:r>
        <w:t>if you want to make you a true believer, if you want to make you a deserving candidate for paradise.</w:t>
      </w:r>
    </w:p>
    <w:p>
      <w:pPr>
        <w:jc w:val="right"/>
      </w:pPr>
      <w:r>
        <w:t>اف یو وانٹ ٹو میک یو ا ٹرو بیلیور، اف یو وانٹ ٹو میک یو ا ڈیزرونگ کینڈیڈیٹ فار پیراڈائز۔</w:t>
      </w:r>
    </w:p>
    <w:p>
      <w:r>
        <w:rPr>
          <w:b/>
        </w:rPr>
        <w:t xml:space="preserve">[17:20] </w:t>
      </w:r>
      <w:r>
        <w:t>if you want to make you a divine person. then, the starting point of this process is</w:t>
      </w:r>
    </w:p>
    <w:p>
      <w:pPr>
        <w:jc w:val="right"/>
      </w:pPr>
      <w:r>
        <w:t>اف یو وانٹ ٹو میک یو ا ڈیوائن پرسن۔ دین، دی سٹارٹنگ پوائنٹ اف دس پروسیس از</w:t>
      </w:r>
    </w:p>
    <w:p>
      <w:r>
        <w:rPr>
          <w:b/>
        </w:rPr>
        <w:t xml:space="preserve">[17:34] </w:t>
      </w:r>
      <w:r>
        <w:t>desire control.</w:t>
      </w:r>
    </w:p>
    <w:p>
      <w:pPr>
        <w:jc w:val="right"/>
      </w:pPr>
      <w:r>
        <w:t>ڈیزائر کنٹرول۔</w:t>
      </w:r>
    </w:p>
    <w:p>
      <w:r>
        <w:rPr>
          <w:b/>
        </w:rPr>
        <w:t xml:space="preserve">[17:40] </w:t>
      </w:r>
      <w:r>
        <w:t>you have to manage your desires. you have to manage your temptations. otherwise, there is no paradise. so desire control is the way through which you can reach to the gate of paradise.</w:t>
      </w:r>
    </w:p>
    <w:p>
      <w:pPr>
        <w:jc w:val="right"/>
      </w:pPr>
      <w:r>
        <w:t>یو ہیو ٹو مینج یور ڈیزائرز۔ یو ہیو ٹو مینج یور ٹیمپٹیشنز۔ ادر وائز، دیر از نو پیراڈائز۔ سو ڈیزائر کنٹرول از دا وے تھرو وچ یو کین ریچ ٹو دا گیٹ اف پیراڈائز۔</w:t>
      </w:r>
    </w:p>
    <w:p>
      <w:r>
        <w:rPr>
          <w:b/>
        </w:rPr>
        <w:t xml:space="preserve">[17:56] </w:t>
      </w:r>
      <w:r>
        <w:t>its very important.</w:t>
      </w:r>
    </w:p>
    <w:p>
      <w:pPr>
        <w:jc w:val="right"/>
      </w:pPr>
      <w:r>
        <w:t>اٹس ویری امپورٹنٹ۔</w:t>
      </w:r>
    </w:p>
    <w:p>
      <w:r>
        <w:rPr>
          <w:b/>
        </w:rPr>
        <w:t xml:space="preserve">[17:59] </w:t>
      </w:r>
      <w:r>
        <w:t>only, only performing some rituals, only performing some, from some, some worship, only performing some customs, only taking birth in a muslim family.</w:t>
      </w:r>
    </w:p>
    <w:p>
      <w:pPr>
        <w:jc w:val="right"/>
      </w:pPr>
      <w:r>
        <w:t>اونلی، اونلی پرفارمنگ سم ریچولز، اونلی پرفارمنگ سم، فرام سم، سم ورشپ، اونلی پرفارمنگ سم کسٹمز، اونلی ٹیکنگ برتھ ان ا مسلم فیملی۔</w:t>
      </w:r>
    </w:p>
    <w:p>
      <w:r>
        <w:rPr>
          <w:b/>
        </w:rPr>
        <w:t xml:space="preserve">[18:26] </w:t>
      </w:r>
      <w:r>
        <w:t>all these things are nothing.</w:t>
      </w:r>
    </w:p>
    <w:p>
      <w:pPr>
        <w:jc w:val="right"/>
      </w:pPr>
      <w:r>
        <w:t>ال دیز تھنگز ار نتھنگ۔</w:t>
      </w:r>
    </w:p>
    <w:p>
      <w:r>
        <w:rPr>
          <w:b/>
        </w:rPr>
        <w:t xml:space="preserve">[18:29] </w:t>
      </w:r>
      <w:r>
        <w:t>all these things are irrelevant.</w:t>
      </w:r>
    </w:p>
    <w:p>
      <w:pPr>
        <w:jc w:val="right"/>
      </w:pPr>
      <w:r>
        <w:t>ال دیز تھنگز ار اریلیونٹ۔</w:t>
      </w:r>
    </w:p>
    <w:p>
      <w:r>
        <w:rPr>
          <w:b/>
        </w:rPr>
        <w:t xml:space="preserve">[18:35] </w:t>
      </w:r>
      <w:r>
        <w:t>so the first of all, you have to control your desire. then, you have to follow the divine life.</w:t>
      </w:r>
    </w:p>
    <w:p>
      <w:pPr>
        <w:jc w:val="right"/>
      </w:pPr>
      <w:r>
        <w:t>سو دا فرسٹ اف ال، یو ہیو ٹو کنٹرول یور ڈیزائر۔ دین، یو ہیو ٹو فالو دی ڈیوائن لائف۔</w:t>
      </w:r>
    </w:p>
    <w:p>
      <w:r>
        <w:rPr>
          <w:b/>
        </w:rPr>
        <w:t xml:space="preserve">[18:48] </w:t>
      </w:r>
      <w:r>
        <w:t>so it is two point formula.</w:t>
      </w:r>
    </w:p>
    <w:p>
      <w:pPr>
        <w:jc w:val="right"/>
      </w:pPr>
      <w:r>
        <w:t>سو اٹ از ٹو پوائنٹ فارمولا۔</w:t>
      </w:r>
    </w:p>
    <w:p>
      <w:r>
        <w:rPr>
          <w:b/>
        </w:rPr>
        <w:t xml:space="preserve">[18:54] </w:t>
      </w:r>
      <w:r>
        <w:t>it is two point formula.</w:t>
      </w:r>
    </w:p>
    <w:p>
      <w:pPr>
        <w:jc w:val="right"/>
      </w:pPr>
      <w:r>
        <w:t>اٹ از ٹو پوائنٹ فارمولا۔</w:t>
      </w:r>
    </w:p>
    <w:p>
      <w:r>
        <w:rPr>
          <w:b/>
        </w:rPr>
        <w:t xml:space="preserve">[18:59] </w:t>
      </w:r>
      <w:r>
        <w:t>desire control, and then</w:t>
      </w:r>
    </w:p>
    <w:p>
      <w:pPr>
        <w:jc w:val="right"/>
      </w:pPr>
      <w:r>
        <w:t>ڈیزائر کنٹرول، اینڈ دین</w:t>
      </w:r>
    </w:p>
    <w:p>
      <w:r>
        <w:rPr>
          <w:b/>
        </w:rPr>
        <w:t xml:space="preserve">[19:06] </w:t>
      </w:r>
      <w:r>
        <w:t>following the</w:t>
      </w:r>
    </w:p>
    <w:p>
      <w:pPr>
        <w:jc w:val="right"/>
      </w:pPr>
      <w:r>
        <w:t>فالونگ دا</w:t>
      </w:r>
    </w:p>
    <w:p>
      <w:r>
        <w:rPr>
          <w:b/>
        </w:rPr>
        <w:t xml:space="preserve">[19:10] </w:t>
      </w:r>
      <w:r>
        <w:t>teachings of the</w:t>
      </w:r>
    </w:p>
    <w:p>
      <w:pPr>
        <w:jc w:val="right"/>
      </w:pPr>
      <w:r>
        <w:t>ٹیچنگز اف دا</w:t>
      </w:r>
    </w:p>
    <w:p>
      <w:r>
        <w:rPr>
          <w:b/>
        </w:rPr>
        <w:t xml:space="preserve">[19:14] </w:t>
      </w:r>
      <w:r>
        <w:t>teachings of god.</w:t>
      </w:r>
    </w:p>
    <w:p>
      <w:pPr>
        <w:jc w:val="right"/>
      </w:pPr>
      <w:r>
        <w:t>ٹیچنگز اف گاڈ۔</w:t>
      </w:r>
    </w:p>
    <w:p>
      <w:r>
        <w:rPr>
          <w:b/>
        </w:rPr>
        <w:t xml:space="preserve">[19:20] </w:t>
      </w:r>
      <w:r>
        <w:t>this was the lesson given by the first prophet adam.</w:t>
      </w:r>
    </w:p>
    <w:p>
      <w:pPr>
        <w:jc w:val="right"/>
      </w:pPr>
      <w:r>
        <w:t>دس واز دا لیسن گیون بائی دا فرسٹ پرافٹ ادم۔</w:t>
      </w:r>
    </w:p>
    <w:p>
      <w:r>
        <w:rPr>
          <w:b/>
        </w:rPr>
        <w:t xml:space="preserve">[19:29] </w:t>
      </w:r>
      <w:r>
        <w:t>then, let us take the next prophet, prophet noah. prophet noah,</w:t>
      </w:r>
    </w:p>
    <w:p>
      <w:pPr>
        <w:jc w:val="right"/>
      </w:pPr>
      <w:r>
        <w:t>دین، لیٹ اس ٹیک دا نیکسٹ پرافٹ، پرافٹ نو۔ پرافٹ نو،</w:t>
      </w:r>
    </w:p>
    <w:p>
      <w:r>
        <w:rPr>
          <w:b/>
        </w:rPr>
        <w:t xml:space="preserve">[19:40] </w:t>
      </w:r>
      <w:r>
        <w:t>according to the quran, allah</w:t>
      </w:r>
    </w:p>
    <w:p>
      <w:pPr>
        <w:jc w:val="right"/>
      </w:pPr>
      <w:r>
        <w:t>اکارڈنگ ٹو دا قران، الا</w:t>
      </w:r>
    </w:p>
    <w:p>
      <w:r>
        <w:rPr>
          <w:b/>
        </w:rPr>
        <w:t xml:space="preserve">[19:46] </w:t>
      </w:r>
      <w:r>
        <w:t>it means that no state among people up to 950 years.</w:t>
      </w:r>
    </w:p>
    <w:p>
      <w:pPr>
        <w:jc w:val="right"/>
      </w:pPr>
      <w:r>
        <w:t>اٹ مینز دیٹ نو اسٹیٹ امنگ پیپل اپ ٹو 950 ایئرز۔</w:t>
      </w:r>
    </w:p>
    <w:p>
      <w:r>
        <w:rPr>
          <w:b/>
        </w:rPr>
        <w:t xml:space="preserve">[20:02] </w:t>
      </w:r>
      <w:r>
        <w:t>allah so</w:t>
      </w:r>
    </w:p>
    <w:p>
      <w:pPr>
        <w:jc w:val="right"/>
      </w:pPr>
      <w:r>
        <w:t>الا سو</w:t>
      </w:r>
    </w:p>
    <w:p>
      <w:r>
        <w:rPr>
          <w:b/>
        </w:rPr>
        <w:t xml:space="preserve">[20:07] </w:t>
      </w:r>
      <w:r>
        <w:t>no state as a dhood, as a daee, as a messenger among people up to 950 years.</w:t>
      </w:r>
    </w:p>
    <w:p>
      <w:pPr>
        <w:jc w:val="right"/>
      </w:pPr>
      <w:r>
        <w:t>نو اسٹیٹ ایز اے دودھ، ایز اے دائی، ایز اے میسنجر امنگ پیپل اپ ٹو 950 ایئرز۔</w:t>
      </w:r>
    </w:p>
    <w:p>
      <w:r>
        <w:rPr>
          <w:b/>
        </w:rPr>
        <w:t xml:space="preserve">[20:24] </w:t>
      </w:r>
      <w:r>
        <w:t>and deen, what was his work?</w:t>
      </w:r>
    </w:p>
    <w:p>
      <w:pPr>
        <w:jc w:val="right"/>
      </w:pPr>
      <w:r>
        <w:t>اینڈ دین، واٹ واز ہز ورک؟</w:t>
      </w:r>
    </w:p>
    <w:p>
      <w:r>
        <w:rPr>
          <w:b/>
        </w:rPr>
        <w:t xml:space="preserve">[20:31] </w:t>
      </w:r>
      <w:r>
        <w:t>quran says that every day and night, he was busy in the work.</w:t>
      </w:r>
    </w:p>
    <w:p>
      <w:pPr>
        <w:jc w:val="right"/>
      </w:pPr>
      <w:r>
        <w:t>قران سیز دیٹ ایوری ڈے اینڈ نائٹ، ہی واز بزی ان دا ورک۔</w:t>
      </w:r>
    </w:p>
    <w:p>
      <w:r>
        <w:rPr>
          <w:b/>
        </w:rPr>
        <w:t xml:space="preserve">[20:42] </w:t>
      </w:r>
      <w:r>
        <w:t>every day and night, he was busy in the work.</w:t>
      </w:r>
    </w:p>
    <w:p>
      <w:pPr>
        <w:jc w:val="right"/>
      </w:pPr>
      <w:r>
        <w:t>ایوری ڈے اینڈ نائٹ، ہی واز بزی ان دا ورک۔</w:t>
      </w:r>
    </w:p>
    <w:p>
      <w:r>
        <w:rPr>
          <w:b/>
        </w:rPr>
        <w:t xml:space="preserve">[20:50] </w:t>
      </w:r>
      <w:r>
        <w:t>and also, he addressed them in public as well and in private.</w:t>
      </w:r>
    </w:p>
    <w:p>
      <w:pPr>
        <w:jc w:val="right"/>
      </w:pPr>
      <w:r>
        <w:t>اینڈ السو، ہی ایڈریس دیم ان پبلک ایز ویل اینڈ ان پرائیویٹ۔</w:t>
      </w:r>
    </w:p>
    <w:p>
      <w:r>
        <w:rPr>
          <w:b/>
        </w:rPr>
        <w:t xml:space="preserve">[21:09] </w:t>
      </w:r>
      <w:r>
        <w:t>this was the life of the prophet no.</w:t>
      </w:r>
    </w:p>
    <w:p>
      <w:pPr>
        <w:jc w:val="right"/>
      </w:pPr>
      <w:r>
        <w:t>دس واز دا لائف اف دا پرافٹ نو۔</w:t>
      </w:r>
    </w:p>
    <w:p>
      <w:r>
        <w:rPr>
          <w:b/>
        </w:rPr>
        <w:t xml:space="preserve">[21:17] </w:t>
      </w:r>
      <w:r>
        <w:t>what is the lesson from the prophet no? the lesson is that even you find long, long life, one thousand years life.</w:t>
      </w:r>
    </w:p>
    <w:p>
      <w:pPr>
        <w:jc w:val="right"/>
      </w:pPr>
      <w:r>
        <w:t>واٹ از دا لیسن فرام دا پرافٹ نو؟ دا لیسن از دیٹ ایون یو فائنڈ لانگ، لانگ لائف، ون تھا ایئرز لائف۔</w:t>
      </w:r>
    </w:p>
    <w:p>
      <w:r>
        <w:rPr>
          <w:b/>
        </w:rPr>
        <w:t xml:space="preserve">[21:31] </w:t>
      </w:r>
      <w:r>
        <w:t>even then, you have to engage yourself in the work.</w:t>
      </w:r>
    </w:p>
    <w:p>
      <w:pPr>
        <w:jc w:val="right"/>
      </w:pPr>
      <w:r>
        <w:t>ایون دین، یو ہیو ٹو انگیج یور سیلف ان دا ورک۔</w:t>
      </w:r>
    </w:p>
    <w:p>
      <w:r>
        <w:rPr>
          <w:b/>
        </w:rPr>
        <w:t xml:space="preserve">[21:39] </w:t>
      </w:r>
      <w:r>
        <w:t>the work is a life long duty of a believer.</w:t>
      </w:r>
    </w:p>
    <w:p>
      <w:pPr>
        <w:jc w:val="right"/>
      </w:pPr>
      <w:r>
        <w:t>دا ورک از ا لائف لانگ ڈیوٹی اف ا بیلیور۔</w:t>
      </w:r>
    </w:p>
    <w:p>
      <w:r>
        <w:rPr>
          <w:b/>
        </w:rPr>
        <w:t xml:space="preserve">[21:48] </w:t>
      </w:r>
      <w:r>
        <w:t>the work is a life long duty of a believer.</w:t>
      </w:r>
    </w:p>
    <w:p>
      <w:pPr>
        <w:jc w:val="right"/>
      </w:pPr>
      <w:r>
        <w:t>دا ورک از ا لائف لانگ ڈیوٹی اف ا بیلیور۔</w:t>
      </w:r>
    </w:p>
    <w:p>
      <w:r>
        <w:rPr>
          <w:b/>
        </w:rPr>
        <w:t xml:space="preserve">[21:54] </w:t>
      </w:r>
      <w:r>
        <w:t>then, the people of no</w:t>
      </w:r>
    </w:p>
    <w:p>
      <w:pPr>
        <w:jc w:val="right"/>
      </w:pPr>
      <w:r>
        <w:t>دین، دا پیپل اف نو</w:t>
      </w:r>
    </w:p>
    <w:p>
      <w:r>
        <w:rPr>
          <w:b/>
        </w:rPr>
        <w:t xml:space="preserve">[22:00] </w:t>
      </w:r>
      <w:r>
        <w:t>were very organ people. they</w:t>
      </w:r>
    </w:p>
    <w:p>
      <w:pPr>
        <w:jc w:val="right"/>
      </w:pPr>
      <w:r>
        <w:t>ویر ویری ارگن پیپل۔ دے</w:t>
      </w:r>
    </w:p>
    <w:p>
      <w:r>
        <w:rPr>
          <w:b/>
        </w:rPr>
        <w:t xml:space="preserve">[22:10] </w:t>
      </w:r>
      <w:r>
        <w:t>their response was very negative.</w:t>
      </w:r>
    </w:p>
    <w:p>
      <w:pPr>
        <w:jc w:val="right"/>
      </w:pPr>
      <w:r>
        <w:t>دیر رسپانس واز ویری نیگیٹیو۔</w:t>
      </w:r>
    </w:p>
    <w:p>
      <w:r>
        <w:rPr>
          <w:b/>
        </w:rPr>
        <w:t xml:space="preserve">[22:16] </w:t>
      </w:r>
      <w:r>
        <w:t>their response was not positive.</w:t>
      </w:r>
    </w:p>
    <w:p>
      <w:pPr>
        <w:jc w:val="right"/>
      </w:pPr>
      <w:r>
        <w:t>دیر رسپانس واز ناٹ پازیٹیو۔</w:t>
      </w:r>
    </w:p>
    <w:p>
      <w:r>
        <w:rPr>
          <w:b/>
        </w:rPr>
        <w:t xml:space="preserve">[22:18] </w:t>
      </w:r>
      <w:r>
        <w:t>it was negative response.</w:t>
      </w:r>
    </w:p>
    <w:p>
      <w:pPr>
        <w:jc w:val="right"/>
      </w:pPr>
      <w:r>
        <w:t>اٹ واز نیگیٹیو رسپانس۔</w:t>
      </w:r>
    </w:p>
    <w:p>
      <w:r>
        <w:rPr>
          <w:b/>
        </w:rPr>
        <w:t xml:space="preserve">[22:22] </w:t>
      </w:r>
      <w:r>
        <w:t>so they created so many problems, so many troubles, so many atrocities. but prophet no avoided all these things.</w:t>
      </w:r>
    </w:p>
    <w:p>
      <w:pPr>
        <w:jc w:val="right"/>
      </w:pPr>
      <w:r>
        <w:t>سو دے کریٹڈ سو مینی پرابلم، سو مینی ٹربلز، سو مینی اٹراسٹیز۔ بٹ پرافٹ نو اوائیڈڈ ال دیز تھنگز۔</w:t>
      </w:r>
    </w:p>
    <w:p>
      <w:r>
        <w:rPr>
          <w:b/>
        </w:rPr>
        <w:t xml:space="preserve">[22:39] </w:t>
      </w:r>
      <w:r>
        <w:t>he</w:t>
      </w:r>
    </w:p>
    <w:p>
      <w:pPr>
        <w:jc w:val="right"/>
      </w:pPr>
      <w:r>
        <w:t>ہی</w:t>
      </w:r>
    </w:p>
    <w:p>
      <w:r>
        <w:rPr>
          <w:b/>
        </w:rPr>
        <w:t xml:space="preserve">[22:43] </w:t>
      </w:r>
      <w:r>
        <w:t>avoided all these things.</w:t>
      </w:r>
    </w:p>
    <w:p>
      <w:pPr>
        <w:jc w:val="right"/>
      </w:pPr>
      <w:r>
        <w:t>اوائیڈڈ ال دیز تھنگز۔</w:t>
      </w:r>
    </w:p>
    <w:p>
      <w:r>
        <w:rPr>
          <w:b/>
        </w:rPr>
        <w:t xml:space="preserve">[22:48] </w:t>
      </w:r>
      <w:r>
        <w:t>so he worked for dawah without frustration, without despair, without any negative attitude.</w:t>
      </w:r>
    </w:p>
    <w:p>
      <w:pPr>
        <w:jc w:val="right"/>
      </w:pPr>
      <w:r>
        <w:t>سو ہی ورک فار داوا وداؤٹ فرسٹریشن، وداؤٹ ڈسپیر، وداؤٹ اینی نیگیٹیو ایٹیٹیوڈ۔</w:t>
      </w:r>
    </w:p>
    <w:p>
      <w:r>
        <w:rPr>
          <w:b/>
        </w:rPr>
        <w:t xml:space="preserve">[23:03] </w:t>
      </w:r>
      <w:r>
        <w:t>until god said that now your role is over.</w:t>
      </w:r>
    </w:p>
    <w:p>
      <w:pPr>
        <w:jc w:val="right"/>
      </w:pPr>
      <w:r>
        <w:t>انٹل گاڈ سیڈ دیٹ ناؤ یور رول از اوور۔</w:t>
      </w:r>
    </w:p>
    <w:p>
      <w:r>
        <w:rPr>
          <w:b/>
        </w:rPr>
        <w:t xml:space="preserve">[23:12] </w:t>
      </w:r>
      <w:r>
        <w:t>until god stopped him and said now your role is over.</w:t>
      </w:r>
    </w:p>
    <w:p>
      <w:pPr>
        <w:jc w:val="right"/>
      </w:pPr>
      <w:r>
        <w:t>انٹل گاڈ اسٹاپڈ ہم اینڈ سیڈ ناؤ یور رول از اوور۔</w:t>
      </w:r>
    </w:p>
    <w:p>
      <w:r>
        <w:rPr>
          <w:b/>
        </w:rPr>
        <w:t xml:space="preserve">[23:22] </w:t>
      </w:r>
      <w:r>
        <w:t>so the prophet no is a great prophet. his life gives us a great lesson that there is no stop in the work.</w:t>
      </w:r>
    </w:p>
    <w:p>
      <w:pPr>
        <w:jc w:val="right"/>
      </w:pPr>
      <w:r>
        <w:t>سو دا پرافٹ نو از ا گریٹ پرافٹ۔ ہز لائف گیوز اس ا گریٹ لیسن دیٹ دیر از نو سٹاپ ان دا ورک۔</w:t>
      </w:r>
    </w:p>
    <w:p>
      <w:r>
        <w:rPr>
          <w:b/>
        </w:rPr>
        <w:t xml:space="preserve">[23:40] </w:t>
      </w:r>
      <w:r>
        <w:t>only death can stop until you.</w:t>
      </w:r>
    </w:p>
    <w:p>
      <w:pPr>
        <w:jc w:val="right"/>
      </w:pPr>
      <w:r>
        <w:t>اونلی ڈیتھ کین سٹاپ انٹل یو۔</w:t>
      </w:r>
    </w:p>
    <w:p>
      <w:r>
        <w:rPr>
          <w:b/>
        </w:rPr>
        <w:t xml:space="preserve">[23:49] </w:t>
      </w:r>
      <w:r>
        <w:t>you have to, you have to continue your the work. you have to avoid all those atrocities.</w:t>
      </w:r>
    </w:p>
    <w:p>
      <w:pPr>
        <w:jc w:val="right"/>
      </w:pPr>
      <w:r>
        <w:t>یو ہیو ٹو، یو ہیو ٹو کنٹینیو یور دا ورک۔ یو ہیو ٹو اوائیڈ ال دوز اٹراسٹیز۔</w:t>
      </w:r>
    </w:p>
    <w:p>
      <w:r>
        <w:rPr>
          <w:b/>
        </w:rPr>
        <w:t xml:space="preserve">[24:01] </w:t>
      </w:r>
      <w:r>
        <w:t>you have to avoid all those arts. you have to avoid all those problems and troubles.</w:t>
      </w:r>
    </w:p>
    <w:p>
      <w:pPr>
        <w:jc w:val="right"/>
      </w:pPr>
      <w:r>
        <w:t>یو ہیو ٹو اوائیڈ ال دوز ارٹس۔ یو ہیو ٹو اوائیڈ ال دوز پرابلمز اینڈ ٹربلز۔</w:t>
      </w:r>
    </w:p>
    <w:p>
      <w:r>
        <w:rPr>
          <w:b/>
        </w:rPr>
        <w:t xml:space="preserve">[24:11] </w:t>
      </w:r>
      <w:r>
        <w:t>you have to continue your the work without break. there is no break in the work.</w:t>
      </w:r>
    </w:p>
    <w:p>
      <w:pPr>
        <w:jc w:val="right"/>
      </w:pPr>
      <w:r>
        <w:t>یو ہیو ٹو کنٹینیو یور دا ورک وداؤٹ بریک۔ دیر از نو بریک ان دا ورک۔</w:t>
      </w:r>
    </w:p>
    <w:p>
      <w:r>
        <w:rPr>
          <w:b/>
        </w:rPr>
        <w:t xml:space="preserve">[24:21] </w:t>
      </w:r>
      <w:r>
        <w:t>it is life time duty. it is life time mission.</w:t>
      </w:r>
    </w:p>
    <w:p>
      <w:pPr>
        <w:jc w:val="right"/>
      </w:pPr>
      <w:r>
        <w:t>اٹ از لائف ٹائم ڈیوٹی۔ اٹ از لائف ٹائم مشن۔</w:t>
      </w:r>
    </w:p>
    <w:p>
      <w:r>
        <w:rPr>
          <w:b/>
        </w:rPr>
        <w:t xml:space="preserve">[24:32] </w:t>
      </w:r>
      <w:r>
        <w:t>so without any break, you have to do the work.</w:t>
      </w:r>
    </w:p>
    <w:p>
      <w:pPr>
        <w:jc w:val="right"/>
      </w:pPr>
      <w:r>
        <w:t>سو وداؤٹ اینی بریک، یو ہیو ٹو ڈو دا ورک۔</w:t>
      </w:r>
    </w:p>
    <w:p>
      <w:r>
        <w:rPr>
          <w:b/>
        </w:rPr>
        <w:t xml:space="preserve">[24:40] </w:t>
      </w:r>
      <w:r>
        <w:t>even you have no right to say that now my role is over. no, you have no right.</w:t>
      </w:r>
    </w:p>
    <w:p>
      <w:pPr>
        <w:jc w:val="right"/>
      </w:pPr>
      <w:r>
        <w:t>ایون یو ہیو نو رائٹ ٹو سے دیٹ ناؤ مائی رول از اوور۔ نو، یو ہیو نو رائٹ۔</w:t>
      </w:r>
    </w:p>
    <w:p>
      <w:r>
        <w:rPr>
          <w:b/>
        </w:rPr>
        <w:t xml:space="preserve">[24:52] </w:t>
      </w:r>
      <w:r>
        <w:t>you have no right to say that now my role is over. it is upon god.</w:t>
      </w:r>
    </w:p>
    <w:p>
      <w:pPr>
        <w:jc w:val="right"/>
      </w:pPr>
      <w:r>
        <w:t>یو ہیو نو رائٹ ٹو سے دیٹ ناؤ مائی رول از اوور۔ اٹ از اپون گاڈ۔</w:t>
      </w:r>
    </w:p>
    <w:p>
      <w:r>
        <w:rPr>
          <w:b/>
        </w:rPr>
        <w:t xml:space="preserve">[25:02] </w:t>
      </w:r>
      <w:r>
        <w:t>it is upon god, not upon you.</w:t>
      </w:r>
    </w:p>
    <w:p>
      <w:pPr>
        <w:jc w:val="right"/>
      </w:pPr>
      <w:r>
        <w:t>اٹ از اپون گاڈ، ناٹ اپون یو۔</w:t>
      </w:r>
    </w:p>
    <w:p>
      <w:r>
        <w:rPr>
          <w:b/>
        </w:rPr>
        <w:t xml:space="preserve">[25:09] </w:t>
      </w:r>
      <w:r>
        <w:t>so this is a great, great lesson given by the prophet no.</w:t>
      </w:r>
    </w:p>
    <w:p>
      <w:pPr>
        <w:jc w:val="right"/>
      </w:pPr>
      <w:r>
        <w:t>سو دس از ا گریٹ، گریٹ لیسن گیون بائی دا پرافٹ نو۔</w:t>
      </w:r>
    </w:p>
    <w:p>
      <w:r>
        <w:rPr>
          <w:b/>
        </w:rPr>
        <w:t xml:space="preserve">[25:18] </w:t>
      </w:r>
      <w:r>
        <w:t>prophet no. then, let us take other prophets. for example, prophet ibrahim.</w:t>
      </w:r>
    </w:p>
    <w:p>
      <w:pPr>
        <w:jc w:val="right"/>
      </w:pPr>
      <w:r>
        <w:t>پرافٹ نو۔ دین، لیٹ اس ٹیک ادر پرافٹس۔ فار ایگزامپل، پرافٹ ابراہیم۔</w:t>
      </w:r>
    </w:p>
    <w:p>
      <w:r>
        <w:rPr>
          <w:b/>
        </w:rPr>
        <w:t xml:space="preserve">[25:29] </w:t>
      </w:r>
      <w:r>
        <w:t>prophet ibrahim was born in iraq.</w:t>
      </w:r>
    </w:p>
    <w:p>
      <w:pPr>
        <w:jc w:val="right"/>
      </w:pPr>
      <w:r>
        <w:t>پرافٹ ابراہیم واز بورن ان عراق۔</w:t>
      </w:r>
    </w:p>
    <w:p>
      <w:r>
        <w:rPr>
          <w:b/>
        </w:rPr>
        <w:t xml:space="preserve">[25:36] </w:t>
      </w:r>
      <w:r>
        <w:t>then, he travel soul countries. he was the first international da'i. although he was born in iraq, but he travel to egypt, to palestine, to syria,</w:t>
      </w:r>
    </w:p>
    <w:p>
      <w:pPr>
        <w:jc w:val="right"/>
      </w:pPr>
      <w:r>
        <w:t>دین، ہی ٹریول سول کنٹریز۔ ہی واز دا فرسٹ انٹرنیشنل دائی۔ الدو ہی واز بورن ان عراق، بٹ ہی ٹریول ٹو ایجپٹ، ٹو پیلسٹائن، ٹو سیریا،</w:t>
      </w:r>
    </w:p>
    <w:p>
      <w:r>
        <w:rPr>
          <w:b/>
        </w:rPr>
        <w:t xml:space="preserve">[25:53] </w:t>
      </w:r>
      <w:r>
        <w:t>and finally arabia.</w:t>
      </w:r>
    </w:p>
    <w:p>
      <w:pPr>
        <w:jc w:val="right"/>
      </w:pPr>
      <w:r>
        <w:t>اینڈ فائنلی عربیہ۔</w:t>
      </w:r>
    </w:p>
    <w:p>
      <w:r>
        <w:rPr>
          <w:b/>
        </w:rPr>
        <w:t xml:space="preserve">[26:02] </w:t>
      </w:r>
      <w:r>
        <w:t>so he settle his wife hajra and his son ismail in the desert of makkah.</w:t>
      </w:r>
    </w:p>
    <w:p>
      <w:pPr>
        <w:jc w:val="right"/>
      </w:pPr>
      <w:r>
        <w:t>سو ہی سیٹل ہز وائف ہاجرہ اینڈ ہز سن اسماعیل ان دی ڈیزرٹ اف مکہ۔</w:t>
      </w:r>
    </w:p>
    <w:p>
      <w:r>
        <w:rPr>
          <w:b/>
        </w:rPr>
        <w:t xml:space="preserve">[26:15] </w:t>
      </w:r>
      <w:r>
        <w:t>at that time, makkah was a desert. there was no city, no town, because there was no water.</w:t>
      </w:r>
    </w:p>
    <w:p>
      <w:pPr>
        <w:jc w:val="right"/>
      </w:pPr>
      <w:r>
        <w:t>ایٹ دیٹ ٹائم، مکہ واز ا ڈیزرٹ۔ دیر واز نو سٹی، نو ٹاؤن، بیکاز دیر واز نو واٹر۔</w:t>
      </w:r>
    </w:p>
    <w:p>
      <w:r>
        <w:rPr>
          <w:b/>
        </w:rPr>
        <w:t xml:space="preserve">[26:27] </w:t>
      </w:r>
      <w:r>
        <w:t>so he settle his family here in this desert</w:t>
      </w:r>
    </w:p>
    <w:p>
      <w:pPr>
        <w:jc w:val="right"/>
      </w:pPr>
      <w:r>
        <w:t>سو ہی سیٹل ہز فیملی ہیر ان دس ڈیزرٹ</w:t>
      </w:r>
    </w:p>
    <w:p>
      <w:r>
        <w:rPr>
          <w:b/>
        </w:rPr>
        <w:t xml:space="preserve">[26:34] </w:t>
      </w:r>
      <w:r>
        <w:t>only to establish and international the work. it was so. and he build ka'bah, baitullah, here in this desert.</w:t>
      </w:r>
    </w:p>
    <w:p>
      <w:pPr>
        <w:jc w:val="right"/>
      </w:pPr>
      <w:r>
        <w:t>اونلی ٹو اسٹیبلش اینڈ انٹرنیشنل دا ورک۔ اٹ واز سو۔ اینڈ ہی بلڈ کعبہ، بیت اللہ، ہیر ان دس ڈیزرٹ۔</w:t>
      </w:r>
    </w:p>
    <w:p>
      <w:r>
        <w:rPr>
          <w:b/>
        </w:rPr>
        <w:t xml:space="preserve">[26:54] </w:t>
      </w:r>
      <w:r>
        <w:t>so this was the first international center of da'wah.</w:t>
      </w:r>
    </w:p>
    <w:p>
      <w:pPr>
        <w:jc w:val="right"/>
      </w:pPr>
      <w:r>
        <w:t>سو دس واز دا فرسٹ انٹرنیشنل سینٹر اف داوا۔</w:t>
      </w:r>
    </w:p>
    <w:p>
      <w:r>
        <w:rPr>
          <w:b/>
        </w:rPr>
        <w:t xml:space="preserve">[27:02] </w:t>
      </w:r>
      <w:r>
        <w:t>prophet ibrahim establish international center of da'wah, that is ka'bah or baitullah.</w:t>
      </w:r>
    </w:p>
    <w:p>
      <w:pPr>
        <w:jc w:val="right"/>
      </w:pPr>
      <w:r>
        <w:t>پرافٹ ابراہیم اسٹیبلش انٹرنیشنل سینٹر اف داوا، دیٹ از کعبہ اور بیت اللہ۔</w:t>
      </w:r>
    </w:p>
    <w:p>
      <w:r>
        <w:rPr>
          <w:b/>
        </w:rPr>
        <w:t xml:space="preserve">[27:18] </w:t>
      </w:r>
      <w:r>
        <w:t>so although there was so many problems. so many problems. you know, desert is a problem area of our earth.</w:t>
      </w:r>
    </w:p>
    <w:p>
      <w:pPr>
        <w:jc w:val="right"/>
      </w:pPr>
      <w:r>
        <w:t>سو الدو دیر واز سو مینی پرابلمز۔ سو مینی پرابلمز۔ یو نو، ڈیزرٹ از ا پرابلم ایریا اف اور ارتھ۔</w:t>
      </w:r>
    </w:p>
    <w:p>
      <w:r>
        <w:rPr>
          <w:b/>
        </w:rPr>
        <w:t xml:space="preserve">[27:34] </w:t>
      </w:r>
      <w:r>
        <w:t>where there is desert, there is problems.</w:t>
      </w:r>
    </w:p>
    <w:p>
      <w:pPr>
        <w:jc w:val="right"/>
      </w:pPr>
      <w:r>
        <w:t>ویر دیر از ڈیزرٹ، دیر از پرابلمز۔</w:t>
      </w:r>
    </w:p>
    <w:p>
      <w:r>
        <w:rPr>
          <w:b/>
        </w:rPr>
        <w:t xml:space="preserve">[27:38] </w:t>
      </w:r>
      <w:r>
        <w:t>so desert is a problem area of our globe. and he selected this problem area because although there were problems.</w:t>
      </w:r>
    </w:p>
    <w:p>
      <w:pPr>
        <w:jc w:val="right"/>
      </w:pPr>
      <w:r>
        <w:t>سو ڈیزرٹ از ا پرابلم ایریا اف اور گلوب۔ اینڈ ہی سلیکٹڈ دس پرابلم ایریا بیکاز الدو دیر وار پرابلمز۔</w:t>
      </w:r>
    </w:p>
    <w:p>
      <w:r>
        <w:rPr>
          <w:b/>
        </w:rPr>
        <w:t xml:space="preserve">[27:54] </w:t>
      </w:r>
      <w:r>
        <w:t>although there were material problems, but there were stature opportunities.</w:t>
      </w:r>
    </w:p>
    <w:p>
      <w:pPr>
        <w:jc w:val="right"/>
      </w:pPr>
      <w:r>
        <w:t>الدو دیر وار مٹیریل پرابلمز، بٹ دیر وار اسٹیچر اپرچونیٹیز۔</w:t>
      </w:r>
    </w:p>
    <w:p>
      <w:r>
        <w:rPr>
          <w:b/>
        </w:rPr>
        <w:t xml:space="preserve">[28:02] </w:t>
      </w:r>
      <w:r>
        <w:t>there was nature.</w:t>
      </w:r>
    </w:p>
    <w:p>
      <w:pPr>
        <w:jc w:val="right"/>
      </w:pPr>
      <w:r>
        <w:t>دیر واز نیچر۔</w:t>
      </w:r>
    </w:p>
    <w:p>
      <w:r>
        <w:rPr>
          <w:b/>
        </w:rPr>
        <w:t xml:space="preserve">[28:07] </w:t>
      </w:r>
      <w:r>
        <w:t>there was no city, there was no city, no comfort, no luxury. but there was nature.</w:t>
      </w:r>
    </w:p>
    <w:p>
      <w:pPr>
        <w:jc w:val="right"/>
      </w:pPr>
      <w:r>
        <w:t>دیر واز نو سٹی، دیر واز نو سٹی، نو کمفرٹ، نو لگزری۔ بٹ دیر واز نیچر۔</w:t>
      </w:r>
    </w:p>
    <w:p>
      <w:r>
        <w:rPr>
          <w:b/>
        </w:rPr>
        <w:t xml:space="preserve">[28:18] </w:t>
      </w:r>
      <w:r>
        <w:t>there was desert, there was mountain, there was sky, there was air, there was sun and moon and stars.</w:t>
      </w:r>
    </w:p>
    <w:p>
      <w:pPr>
        <w:jc w:val="right"/>
      </w:pPr>
      <w:r>
        <w:t>دیر واز ڈیزرٹ، دیر واز ماؤنٹین، دیر واز اسکائی، دیر واز ایئر، دیر واز سن اینڈ مون اینڈ سٹارز۔</w:t>
      </w:r>
    </w:p>
    <w:p>
      <w:r>
        <w:rPr>
          <w:b/>
        </w:rPr>
        <w:t xml:space="preserve">[28:32] </w:t>
      </w:r>
      <w:r>
        <w:t>so it was a natural environment</w:t>
      </w:r>
    </w:p>
    <w:p>
      <w:pPr>
        <w:jc w:val="right"/>
      </w:pPr>
      <w:r>
        <w:t>سو اٹ واز ا نیچرل انوائرمنٹ</w:t>
      </w:r>
    </w:p>
    <w:p>
      <w:r>
        <w:rPr>
          <w:b/>
        </w:rPr>
        <w:t xml:space="preserve">[28:37] </w:t>
      </w:r>
      <w:r>
        <w:t>. although it was not a material environment like, like egypt and syria. egypt and syria were civilized cities.</w:t>
      </w:r>
    </w:p>
    <w:p>
      <w:pPr>
        <w:jc w:val="right"/>
      </w:pPr>
      <w:r>
        <w:t>۔ الدو اٹ واز ناٹ ا مٹیریل انوائرمنٹ لائک، لائک ایجپٹ اینڈ سیریا۔ ایجپٹ اینڈ سیریا ویر سولائزڈ سٹیز۔</w:t>
      </w:r>
    </w:p>
    <w:p>
      <w:r>
        <w:rPr>
          <w:b/>
        </w:rPr>
        <w:t xml:space="preserve">[28:50] </w:t>
      </w:r>
      <w:r>
        <w:t>so there were all kind of material comfort.</w:t>
      </w:r>
    </w:p>
    <w:p>
      <w:pPr>
        <w:jc w:val="right"/>
      </w:pPr>
      <w:r>
        <w:t>سو دیر وار ال کائنڈ اف مٹیریل کمفرٹ۔</w:t>
      </w:r>
    </w:p>
    <w:p>
      <w:r>
        <w:rPr>
          <w:b/>
        </w:rPr>
        <w:t xml:space="preserve">[28:55] </w:t>
      </w:r>
      <w:r>
        <w:t>and mecca at that time was an uncivilized area. uncivilized area.</w:t>
      </w:r>
    </w:p>
    <w:p>
      <w:pPr>
        <w:jc w:val="right"/>
      </w:pPr>
      <w:r>
        <w:t>اینڈ مکہ ایٹ دیٹ ٹائم واز ان سولائزڈ ایریا۔ ان سولائزڈ ایریا۔</w:t>
      </w:r>
    </w:p>
    <w:p>
      <w:r>
        <w:rPr>
          <w:b/>
        </w:rPr>
        <w:t xml:space="preserve">[29:02] </w:t>
      </w:r>
      <w:r>
        <w:t>so there was no material facilities, but there was nature. nature means source of inspiration.</w:t>
      </w:r>
    </w:p>
    <w:p>
      <w:pPr>
        <w:jc w:val="right"/>
      </w:pPr>
      <w:r>
        <w:t>سو دیر واز نو مٹیریل فیسلیٹیز، بٹ دیر واز نیچر۔ نیچر مینز سورس اف انسپریشن۔</w:t>
      </w:r>
    </w:p>
    <w:p>
      <w:r>
        <w:rPr>
          <w:b/>
        </w:rPr>
        <w:t xml:space="preserve">[29:18] </w:t>
      </w:r>
      <w:r>
        <w:t>nature means source of divine inspiration.</w:t>
      </w:r>
    </w:p>
    <w:p>
      <w:pPr>
        <w:jc w:val="right"/>
      </w:pPr>
      <w:r>
        <w:t>نیچر مینز سورس اف ڈیوائن انسپریشن۔</w:t>
      </w:r>
    </w:p>
    <w:p>
      <w:r>
        <w:rPr>
          <w:b/>
        </w:rPr>
        <w:t xml:space="preserve">[29:25] </w:t>
      </w:r>
      <w:r>
        <w:t>nature means source of divine inspiration.</w:t>
      </w:r>
    </w:p>
    <w:p>
      <w:pPr>
        <w:jc w:val="right"/>
      </w:pPr>
      <w:r>
        <w:t>نیچر مینز سورس اف ڈیوائن انسپریشن۔</w:t>
      </w:r>
    </w:p>
    <w:p>
      <w:r>
        <w:rPr>
          <w:b/>
        </w:rPr>
        <w:t xml:space="preserve">[29:30] </w:t>
      </w:r>
      <w:r>
        <w:t>in this area, there was open field. open field.</w:t>
      </w:r>
    </w:p>
    <w:p>
      <w:pPr>
        <w:jc w:val="right"/>
      </w:pPr>
      <w:r>
        <w:t>ان دس ایریا، دیر واز اوپن فیلڈ۔ اوپن فیلڈ۔</w:t>
      </w:r>
    </w:p>
    <w:p>
      <w:r>
        <w:rPr>
          <w:b/>
        </w:rPr>
        <w:t xml:space="preserve">[29:41] </w:t>
      </w:r>
      <w:r>
        <w:t>there were mountains.</w:t>
      </w:r>
    </w:p>
    <w:p>
      <w:pPr>
        <w:jc w:val="right"/>
      </w:pPr>
      <w:r>
        <w:t>دیر وار ماؤنٹینز۔</w:t>
      </w:r>
    </w:p>
    <w:p>
      <w:r>
        <w:rPr>
          <w:b/>
        </w:rPr>
        <w:t xml:space="preserve">[29:46] </w:t>
      </w:r>
      <w:r>
        <w:t>there was air. there were stars at the night.</w:t>
      </w:r>
    </w:p>
    <w:p>
      <w:pPr>
        <w:jc w:val="right"/>
      </w:pPr>
      <w:r>
        <w:t>دیر واز ایئر۔ دیر وار سٹارز ایٹ دا نائٹ۔</w:t>
      </w:r>
    </w:p>
    <w:p>
      <w:r>
        <w:rPr>
          <w:b/>
        </w:rPr>
        <w:t xml:space="preserve">[29:55] </w:t>
      </w:r>
      <w:r>
        <w:t>there was sun and moon.</w:t>
      </w:r>
    </w:p>
    <w:p>
      <w:pPr>
        <w:jc w:val="right"/>
      </w:pPr>
      <w:r>
        <w:t>دیر واز سن اینڈ مون۔</w:t>
      </w:r>
    </w:p>
    <w:p>
      <w:r>
        <w:rPr>
          <w:b/>
        </w:rPr>
        <w:t xml:space="preserve">[29:59] </w:t>
      </w:r>
      <w:r>
        <w:t>so although nature's was, although nature was there. so prophet ibrahim selected this area to establish the first international dawa center.</w:t>
      </w:r>
    </w:p>
    <w:p>
      <w:pPr>
        <w:jc w:val="right"/>
      </w:pPr>
      <w:r>
        <w:t>سو الدو نیچرز واز، الدو نیچر واز دیر۔ سو پرافٹ ابراہیم سلیکٹڈ دس ایریا ٹو اسٹیبلش دا فرسٹ انٹرنیشنل داوا سینٹر۔</w:t>
      </w:r>
    </w:p>
    <w:p>
      <w:r>
        <w:rPr>
          <w:b/>
        </w:rPr>
        <w:t xml:space="preserve">[30:16] </w:t>
      </w:r>
      <w:r>
        <w:t>because it was the most suitable place for such center. it was most suitable place.</w:t>
      </w:r>
    </w:p>
    <w:p>
      <w:pPr>
        <w:jc w:val="right"/>
      </w:pPr>
      <w:r>
        <w:t>بیکاز اٹ واز دا موسٹ سوٹیبل پلیس فار سچ سینٹر۔ اٹ واز موسٹ سوٹیبل پلیس۔</w:t>
      </w:r>
    </w:p>
    <w:p>
      <w:r>
        <w:rPr>
          <w:b/>
        </w:rPr>
        <w:t xml:space="preserve">[30:30] </w:t>
      </w:r>
      <w:r>
        <w:t>then he wanted to,</w:t>
      </w:r>
    </w:p>
    <w:p>
      <w:pPr>
        <w:jc w:val="right"/>
      </w:pPr>
      <w:r>
        <w:t>دین ہی وانٹڈ ٹو،</w:t>
      </w:r>
    </w:p>
    <w:p>
      <w:r>
        <w:rPr>
          <w:b/>
        </w:rPr>
        <w:t xml:space="preserve">[30:34] </w:t>
      </w:r>
      <w:r>
        <w:t>to,</w:t>
      </w:r>
    </w:p>
    <w:p>
      <w:pPr>
        <w:jc w:val="right"/>
      </w:pPr>
      <w:r>
        <w:t>ٹو،</w:t>
      </w:r>
    </w:p>
    <w:p>
      <w:r>
        <w:rPr>
          <w:b/>
        </w:rPr>
        <w:t xml:space="preserve">[30:39] </w:t>
      </w:r>
      <w:r>
        <w:t>to have a new generation. to produce a new generation. at this natural environment, he wanted to produce a new generation.</w:t>
      </w:r>
    </w:p>
    <w:p>
      <w:pPr>
        <w:jc w:val="right"/>
      </w:pPr>
      <w:r>
        <w:t>ٹو ہیو ا نیو جنریشن۔ ٹو پروڈیوس ا نیو جنریشن۔ ایٹ دس نیچرل انوائرمنٹ، ہی وانٹڈ ٹو پروڈیوس ا نیو جنریشن۔</w:t>
      </w:r>
    </w:p>
    <w:p>
      <w:r>
        <w:rPr>
          <w:b/>
        </w:rPr>
        <w:t xml:space="preserve">[31:01] </w:t>
      </w:r>
      <w:r>
        <w:t>generation of, of those people who are sound thinker, who are positive thinker, who are natural thinker, who are deconditioned.</w:t>
      </w:r>
    </w:p>
    <w:p>
      <w:pPr>
        <w:jc w:val="right"/>
      </w:pPr>
      <w:r>
        <w:t>جنریشن اف، اف دوز پیپل ہو ار ساؤنڈ تھنکر، ہو ار پازیٹیو تھنکر، ہو ار نیچرل تھنکر، ہو ار ڈی کنڈیشن۔</w:t>
      </w:r>
    </w:p>
    <w:p>
      <w:r>
        <w:rPr>
          <w:b/>
        </w:rPr>
        <w:t xml:space="preserve">[31:16] </w:t>
      </w:r>
      <w:r>
        <w:t>in one aspect, this center was a center of deconditioning.</w:t>
      </w:r>
    </w:p>
    <w:p>
      <w:pPr>
        <w:jc w:val="right"/>
      </w:pPr>
      <w:r>
        <w:t>ان ون اسپیکٹ، دس سینٹر واز ا سینٹر اف ڈی کنڈیشننگ۔</w:t>
      </w:r>
    </w:p>
    <w:p>
      <w:r>
        <w:rPr>
          <w:b/>
        </w:rPr>
        <w:t xml:space="preserve">[31:23] </w:t>
      </w:r>
      <w:r>
        <w:t>you know, the process of conditioning is a phenomena of cities, not a phenomena of nature.</w:t>
      </w:r>
    </w:p>
    <w:p>
      <w:pPr>
        <w:jc w:val="right"/>
      </w:pPr>
      <w:r>
        <w:t>یو نو، دا پروسیس اف کنڈیشننگ از ا فیناومینا اف سٹیز، ناٹ ا فیناومینا اف نیچر۔</w:t>
      </w:r>
    </w:p>
    <w:p>
      <w:r>
        <w:rPr>
          <w:b/>
        </w:rPr>
        <w:t xml:space="preserve">[31:30] </w:t>
      </w:r>
      <w:r>
        <w:t>in nature, there is no conditioning.</w:t>
      </w:r>
    </w:p>
    <w:p>
      <w:pPr>
        <w:jc w:val="right"/>
      </w:pPr>
      <w:r>
        <w:t>ان نیچر، دیر از نو کنڈیشننگ۔</w:t>
      </w:r>
    </w:p>
    <w:p>
      <w:r>
        <w:rPr>
          <w:b/>
        </w:rPr>
        <w:t xml:space="preserve">[31:37] </w:t>
      </w:r>
      <w:r>
        <w:t>conditioning is a phenomena of cities, towns.</w:t>
      </w:r>
    </w:p>
    <w:p>
      <w:pPr>
        <w:jc w:val="right"/>
      </w:pPr>
      <w:r>
        <w:t>کنڈیشننگ از ا فیناومینا اف سٹیز، ٹاؤنز۔</w:t>
      </w:r>
    </w:p>
    <w:p>
      <w:r>
        <w:rPr>
          <w:b/>
        </w:rPr>
        <w:t xml:space="preserve">[31:44] </w:t>
      </w:r>
      <w:r>
        <w:t>it is not a phenomena of nature. in nature, there is no conditioning. nature, there is god.</w:t>
      </w:r>
    </w:p>
    <w:p>
      <w:pPr>
        <w:jc w:val="right"/>
      </w:pPr>
      <w:r>
        <w:t>اٹ از ناٹ ا فیناومینا اف نیچر۔ ان نیچر، دیر از نو کنڈیشننگ۔ نیچر، دیر از گاڈ۔</w:t>
      </w:r>
    </w:p>
    <w:p>
      <w:r>
        <w:rPr>
          <w:b/>
        </w:rPr>
        <w:t xml:space="preserve">[31:56] </w:t>
      </w:r>
      <w:r>
        <w:t>nature, there is divine inspiration.</w:t>
      </w:r>
    </w:p>
    <w:p>
      <w:pPr>
        <w:jc w:val="right"/>
      </w:pPr>
      <w:r>
        <w:t>نیچر، دیر از ڈیوائن انسپریشن۔</w:t>
      </w:r>
    </w:p>
    <w:p>
      <w:r>
        <w:rPr>
          <w:b/>
        </w:rPr>
        <w:t xml:space="preserve">[32:03] </w:t>
      </w:r>
      <w:r>
        <w:t>so he selected desert to produce a generation free of conditioning.</w:t>
      </w:r>
    </w:p>
    <w:p>
      <w:pPr>
        <w:jc w:val="right"/>
      </w:pPr>
      <w:r>
        <w:t>سو ہی سلیکٹڈ ڈیزرٹ ٹو پروڈیوس ا جنریشن فری اف کنڈیشننگ۔</w:t>
      </w:r>
    </w:p>
    <w:p>
      <w:r>
        <w:rPr>
          <w:b/>
        </w:rPr>
        <w:t xml:space="preserve">[32:16] </w:t>
      </w:r>
      <w:r>
        <w:t>this was his scheme.</w:t>
      </w:r>
    </w:p>
    <w:p>
      <w:pPr>
        <w:jc w:val="right"/>
      </w:pPr>
      <w:r>
        <w:t>دس واز ہز اسکیم۔</w:t>
      </w:r>
    </w:p>
    <w:p>
      <w:r>
        <w:rPr>
          <w:b/>
        </w:rPr>
        <w:t xml:space="preserve">[32:21] </w:t>
      </w:r>
      <w:r>
        <w:t>it is a question: why prophet ibrahim selected this area, that was desert, to build the first international dawa work, international dawa center?</w:t>
      </w:r>
    </w:p>
    <w:p>
      <w:pPr>
        <w:jc w:val="right"/>
      </w:pPr>
      <w:r>
        <w:t>اٹ از ا کوئسچن: وائی پرافٹ ابراہیم سلیکٹڈ دس ایریا، دیٹ واز ڈیزرٹ، ٹو بلڈ دا فرسٹ انٹرنیشنل داوا ورک، انٹرنیشنل داوا سینٹر؟</w:t>
      </w:r>
    </w:p>
    <w:p>
      <w:r>
        <w:rPr>
          <w:b/>
        </w:rPr>
        <w:t xml:space="preserve">[32:40] </w:t>
      </w:r>
      <w:r>
        <w:t>because this was the most suitable place for this purpose.</w:t>
      </w:r>
    </w:p>
    <w:p>
      <w:pPr>
        <w:jc w:val="right"/>
      </w:pPr>
      <w:r>
        <w:t>بیکاز دس واز دا موسٹ سوٹیبل پلیس فار دس پرپس۔</w:t>
      </w:r>
    </w:p>
    <w:p>
      <w:r>
        <w:rPr>
          <w:b/>
        </w:rPr>
        <w:t xml:space="preserve">[32:49] </w:t>
      </w:r>
      <w:r>
        <w:t>and it was the most important aspect of this center, that in this center, it was possible to produce a generation who is free of conditioning.</w:t>
      </w:r>
    </w:p>
    <w:p>
      <w:pPr>
        <w:jc w:val="right"/>
      </w:pPr>
      <w:r>
        <w:t>اینڈ اٹ واز دا موسٹ امپورٹنٹ اسپیکٹ اف دس سینٹر، دیٹ ان دس سینٹر، اٹ واز پوسیبل ٹو پروڈیوس ا جنریشن ہو از فری اف کنڈیشننگ۔</w:t>
      </w:r>
    </w:p>
    <w:p>
      <w:r>
        <w:rPr>
          <w:b/>
        </w:rPr>
        <w:t xml:space="preserve">[33:05] </w:t>
      </w:r>
      <w:r>
        <w:t>and i think that it is the most important aspect of human life. one must be de conditioned, one must be free of conditioning</w:t>
      </w:r>
    </w:p>
    <w:p>
      <w:pPr>
        <w:jc w:val="right"/>
      </w:pPr>
      <w:r>
        <w:t>اینڈ ائی تھنک دیٹ اٹ از دا موسٹ امپورٹنٹ اسپیکٹ اف ہیومن لائف۔ ون مسٹ بی ڈی کنڈیشن، ون مسٹ بی فری اف کنڈیشننگ</w:t>
      </w:r>
    </w:p>
    <w:p>
      <w:r>
        <w:rPr>
          <w:b/>
        </w:rPr>
        <w:t xml:space="preserve">[33:18] </w:t>
      </w:r>
      <w:r>
        <w:t>. conditioning is the most important obstacle towards iman.</w:t>
      </w:r>
    </w:p>
    <w:p>
      <w:pPr>
        <w:jc w:val="right"/>
      </w:pPr>
      <w:r>
        <w:t>۔ کنڈیشننگ از دا موسٹ امپورٹنٹ ابسٹیکل ٹورڈز ایمان۔</w:t>
      </w:r>
    </w:p>
    <w:p>
      <w:r>
        <w:rPr>
          <w:b/>
        </w:rPr>
        <w:t xml:space="preserve">[33:29] </w:t>
      </w:r>
      <w:r>
        <w:t>so this, this history gives us a great lesson, that first of all, you have to de condition yourself.</w:t>
      </w:r>
    </w:p>
    <w:p>
      <w:pPr>
        <w:jc w:val="right"/>
      </w:pPr>
      <w:r>
        <w:t>سو دس، دس ہسٹری گیوز اس ا گریٹ لیسن، دیٹ فرسٹ اف ال، یو ہیو ٹو ڈی کنڈیشن یور سیلف۔</w:t>
      </w:r>
    </w:p>
    <w:p>
      <w:r>
        <w:rPr>
          <w:b/>
        </w:rPr>
        <w:t xml:space="preserve">[33:42] </w:t>
      </w:r>
      <w:r>
        <w:t>you have to de condition your generations.</w:t>
      </w:r>
    </w:p>
    <w:p>
      <w:pPr>
        <w:jc w:val="right"/>
      </w:pPr>
      <w:r>
        <w:t>یو ہیو ٹو ڈی کنڈیشن یور جنریشنز۔</w:t>
      </w:r>
    </w:p>
    <w:p>
      <w:r>
        <w:rPr>
          <w:b/>
        </w:rPr>
        <w:t xml:space="preserve">[33:46] </w:t>
      </w:r>
      <w:r>
        <w:t>you have to de condition your family. if you want to produce, if you want to do some, some the work, you have to begin from de conditioning.</w:t>
      </w:r>
    </w:p>
    <w:p>
      <w:pPr>
        <w:jc w:val="right"/>
      </w:pPr>
      <w:r>
        <w:t>یو ہیو ٹو ڈی کنڈیشن یور فیملی۔ اف یو وانٹ ٹو پروڈیوس، اف یو وانٹ ٹو ڈو سم، سم دا ورک، یو ہیو ٹو بیگن فرام ڈی کنڈیشننگ۔</w:t>
      </w:r>
    </w:p>
    <w:p>
      <w:r>
        <w:rPr>
          <w:b/>
        </w:rPr>
        <w:t xml:space="preserve">[34:09] </w:t>
      </w:r>
      <w:r>
        <w:t>its very, very important to know the art of de conditioning.</w:t>
      </w:r>
    </w:p>
    <w:p>
      <w:pPr>
        <w:jc w:val="right"/>
      </w:pPr>
      <w:r>
        <w:t>اٹس ویری، ویری امپورٹنٹ ٹو نو دا ارٹ اف ڈی کنڈیشننگ۔</w:t>
      </w:r>
    </w:p>
    <w:p>
      <w:r>
        <w:rPr>
          <w:b/>
        </w:rPr>
        <w:t xml:space="preserve">[34:17] </w:t>
      </w:r>
      <w:r>
        <w:t>here is the beginning of life of a movement. then, let us take the example of other prophet.</w:t>
      </w:r>
    </w:p>
    <w:p>
      <w:pPr>
        <w:jc w:val="right"/>
      </w:pPr>
      <w:r>
        <w:t>ہیر از دا بیگننگ اف لائف اف ا موومنٹ۔ دین، لیٹ اس ٹیک دا ایگزامپل اف ادر پرافٹ۔</w:t>
      </w:r>
    </w:p>
    <w:p>
      <w:r>
        <w:rPr>
          <w:b/>
        </w:rPr>
        <w:t xml:space="preserve">[34:33] </w:t>
      </w:r>
      <w:r>
        <w:t>he was prophet yusuf. prophet yusuf.</w:t>
      </w:r>
    </w:p>
    <w:p>
      <w:pPr>
        <w:jc w:val="right"/>
      </w:pPr>
      <w:r>
        <w:t>ہی واز پرافٹ یوسف۔ پرافٹ یوسف۔</w:t>
      </w:r>
    </w:p>
    <w:p>
      <w:r>
        <w:rPr>
          <w:b/>
        </w:rPr>
        <w:t xml:space="preserve">[34:43] </w:t>
      </w:r>
      <w:r>
        <w:t>you find mention of prophet yusuf in biblical literature, as well and the quran. so prophet yusuf was born in canaan, that was between syria and palestine.</w:t>
      </w:r>
    </w:p>
    <w:p>
      <w:pPr>
        <w:jc w:val="right"/>
      </w:pPr>
      <w:r>
        <w:t>یو فائنڈ مینشن اف پرافٹ یوسف ان ببلیکل لٹریچر، ایز ویل اینڈ دا قران۔ سو پرافٹ یوسف واز بورن ان کنا، دیٹ واز بٹوین سیریا اینڈ پیلسٹائن۔</w:t>
      </w:r>
    </w:p>
    <w:p>
      <w:r>
        <w:rPr>
          <w:b/>
        </w:rPr>
        <w:t xml:space="preserve">[35:01] </w:t>
      </w:r>
      <w:r>
        <w:t>then, he settled in egypt.</w:t>
      </w:r>
    </w:p>
    <w:p>
      <w:pPr>
        <w:jc w:val="right"/>
      </w:pPr>
      <w:r>
        <w:t>دین، ہی سیٹلڈ ان ایجپٹ۔</w:t>
      </w:r>
    </w:p>
    <w:p>
      <w:r>
        <w:rPr>
          <w:b/>
        </w:rPr>
        <w:t xml:space="preserve">[35:07] </w:t>
      </w:r>
      <w:r>
        <w:t>at that time, a mushrik king was the ruler of egypt.</w:t>
      </w:r>
    </w:p>
    <w:p>
      <w:pPr>
        <w:jc w:val="right"/>
      </w:pPr>
      <w:r>
        <w:t>ایٹ دیٹ ٹائم، ا مشرک کنگ واز دا رولر اف ایجپٹ۔</w:t>
      </w:r>
    </w:p>
    <w:p>
      <w:r>
        <w:rPr>
          <w:b/>
        </w:rPr>
        <w:t xml:space="preserve">[35:18] </w:t>
      </w:r>
      <w:r>
        <w:t>at that time,</w:t>
      </w:r>
    </w:p>
    <w:p>
      <w:pPr>
        <w:jc w:val="right"/>
      </w:pPr>
      <w:r>
        <w:t>ایٹ دیٹ ٹائم،</w:t>
      </w:r>
    </w:p>
    <w:p>
      <w:r>
        <w:rPr>
          <w:b/>
        </w:rPr>
        <w:t xml:space="preserve">[35:22] </w:t>
      </w:r>
      <w:r>
        <w:t>egypt was under the rule of a mushrik king.</w:t>
      </w:r>
    </w:p>
    <w:p>
      <w:pPr>
        <w:jc w:val="right"/>
      </w:pPr>
      <w:r>
        <w:t>ایجپٹ واز انڈر دا رول اف ا مشرک کنگ۔</w:t>
      </w:r>
    </w:p>
    <w:p>
      <w:r>
        <w:rPr>
          <w:b/>
        </w:rPr>
        <w:t xml:space="preserve">[35:32] </w:t>
      </w:r>
      <w:r>
        <w:t>in history, you find his name as hyksos king. he was a mushrik. he was a worshipper.</w:t>
      </w:r>
    </w:p>
    <w:p>
      <w:pPr>
        <w:jc w:val="right"/>
      </w:pPr>
      <w:r>
        <w:t>ان ہسٹری، یو فائنڈ ہز نیم ایز ہکساس کنگ۔ ہی واز ا مشرک۔ ہی واز ا ورشپر۔</w:t>
      </w:r>
    </w:p>
    <w:p>
      <w:r>
        <w:rPr>
          <w:b/>
        </w:rPr>
        <w:t xml:space="preserve">[35:44] </w:t>
      </w:r>
      <w:r>
        <w:t>you can read this history in the chapter number 12, chapter yusuf.</w:t>
      </w:r>
    </w:p>
    <w:p>
      <w:pPr>
        <w:jc w:val="right"/>
      </w:pPr>
      <w:r>
        <w:t>یو کین ریڈ دس ہسٹری ان دا چیپٹر نمبر 12، چیپٹر یوسف۔</w:t>
      </w:r>
    </w:p>
    <w:p>
      <w:r>
        <w:rPr>
          <w:b/>
        </w:rPr>
        <w:t xml:space="preserve">[35:58] </w:t>
      </w:r>
      <w:r>
        <w:t>so according to the details given in this chapter,</w:t>
      </w:r>
    </w:p>
    <w:p>
      <w:pPr>
        <w:jc w:val="right"/>
      </w:pPr>
      <w:r>
        <w:t>سو اکارڈنگ ٹو دا ڈیٹیلز گیون ان دس چیپٹر،</w:t>
      </w:r>
    </w:p>
    <w:p>
      <w:r>
        <w:rPr>
          <w:b/>
        </w:rPr>
        <w:t xml:space="preserve">[36:05] </w:t>
      </w:r>
      <w:r>
        <w:t>at a point of time,</w:t>
      </w:r>
    </w:p>
    <w:p>
      <w:pPr>
        <w:jc w:val="right"/>
      </w:pPr>
      <w:r>
        <w:t>ایٹ ا پوائنٹ اف ٹائم،</w:t>
      </w:r>
    </w:p>
    <w:p>
      <w:r>
        <w:rPr>
          <w:b/>
        </w:rPr>
        <w:t xml:space="preserve">[36:10] </w:t>
      </w:r>
      <w:r>
        <w:t>hyksos king offered an office, that was department of food</w:t>
      </w:r>
    </w:p>
    <w:p>
      <w:pPr>
        <w:jc w:val="right"/>
      </w:pPr>
      <w:r>
        <w:t>ہکساس کنگ افرڈ این افس، دیٹ واز ڈیپارٹمنٹ اف فوڈ</w:t>
      </w:r>
    </w:p>
    <w:p>
      <w:r>
        <w:rPr>
          <w:b/>
        </w:rPr>
        <w:t xml:space="preserve">[36:21] </w:t>
      </w:r>
      <w:r>
        <w:t>. he offered</w:t>
      </w:r>
    </w:p>
    <w:p>
      <w:pPr>
        <w:jc w:val="right"/>
      </w:pPr>
      <w:r>
        <w:t>۔ ہی افرڈ</w:t>
      </w:r>
    </w:p>
    <w:p>
      <w:r>
        <w:rPr>
          <w:b/>
        </w:rPr>
        <w:t xml:space="preserve">[36:26] </w:t>
      </w:r>
      <w:r>
        <w:t>and said to prophet yusuf, that take the charge of food department in my, in my government.</w:t>
      </w:r>
    </w:p>
    <w:p>
      <w:pPr>
        <w:jc w:val="right"/>
      </w:pPr>
      <w:r>
        <w:t>اینڈ سیٹ ٹو پرافٹ یوسف، دیٹ ٹیک دا چارج اف فوڈ ڈیپارٹمنٹ ان مائی، ان مائی گورنمنٹ۔</w:t>
      </w:r>
    </w:p>
    <w:p>
      <w:r>
        <w:rPr>
          <w:b/>
        </w:rPr>
        <w:t xml:space="preserve">[36:41] </w:t>
      </w:r>
      <w:r>
        <w:t>so prophet yusuf accepted this offer, accepted offer,</w:t>
      </w:r>
    </w:p>
    <w:p>
      <w:pPr>
        <w:jc w:val="right"/>
      </w:pPr>
      <w:r>
        <w:t>سو پرافٹ یوسف ایکسیپٹڈ دس افر، ایکسیپٹڈ افر،</w:t>
      </w:r>
    </w:p>
    <w:p>
      <w:r>
        <w:rPr>
          <w:b/>
        </w:rPr>
        <w:t xml:space="preserve">[36:50] </w:t>
      </w:r>
      <w:r>
        <w:t>although he was a mushrik. although the, the law of that country was not islamic law.</w:t>
      </w:r>
    </w:p>
    <w:p>
      <w:pPr>
        <w:jc w:val="right"/>
      </w:pPr>
      <w:r>
        <w:t>الدو ہی واز ا مشرک۔ الدو دا، دا لاء اف دیٹ کنٹری واز ناٹ اسلامک لاء۔</w:t>
      </w:r>
    </w:p>
    <w:p>
      <w:r>
        <w:rPr>
          <w:b/>
        </w:rPr>
        <w:t xml:space="preserve">[37:02] </w:t>
      </w:r>
      <w:r>
        <w:t>the law of that country at that time was based on the sharia. no,</w:t>
      </w:r>
    </w:p>
    <w:p>
      <w:pPr>
        <w:jc w:val="right"/>
      </w:pPr>
      <w:r>
        <w:t>دا لاء اف دیٹ کنٹری ایٹ دیٹ ٹائم واز بیسڈ ان دا شریعہ۔ نو،</w:t>
      </w:r>
    </w:p>
    <w:p>
      <w:r>
        <w:rPr>
          <w:b/>
        </w:rPr>
        <w:t xml:space="preserve">[37:10] </w:t>
      </w:r>
      <w:r>
        <w:t>it is very clear in the quran. makana din al mulk illa billah. so at that time, the law of egypt was din mulk and not din sharia.</w:t>
      </w:r>
    </w:p>
    <w:p>
      <w:pPr>
        <w:jc w:val="right"/>
      </w:pPr>
      <w:r>
        <w:t>اٹ از ویری کلیئر ان دا قران۔ ماکانہ دین الملک الا انشاءاللہ۔ سو ایٹ دیٹ ٹائم، دا لاء اف ایجپٹ واز دین ملک اینڈ ناٹ دین شریعہ۔</w:t>
      </w:r>
    </w:p>
    <w:p>
      <w:r>
        <w:rPr>
          <w:b/>
        </w:rPr>
        <w:t xml:space="preserve">[37:26] </w:t>
      </w:r>
      <w:r>
        <w:t>Ayun din, Prophet Yusuf accepted his offer. It's a great, gre</w:t>
      </w:r>
    </w:p>
    <w:p>
      <w:pPr>
        <w:jc w:val="right"/>
      </w:pPr>
      <w:r>
        <w:t>ایون دین، پرافٹ یوسف ایکسیپٹڈ ہز افر۔ اٹس ا گریٹ، گری</w:t>
      </w:r>
    </w:p>
    <w:p>
      <w:r>
        <w:rPr>
          <w:b/>
        </w:rPr>
        <w:t xml:space="preserve">[37:33] </w:t>
      </w:r>
      <w:r>
        <w:t>t example. it means that if you find some opportunities in a country where the ruler is not muslim.</w:t>
      </w:r>
    </w:p>
    <w:p>
      <w:pPr>
        <w:jc w:val="right"/>
      </w:pPr>
      <w:r>
        <w:t>ٹ ایگزامپل۔ اٹ مینز دیٹ اف یو فائنڈ سم اپرچونیٹیز ان ا کنٹری ویر دا رولر از ناٹ مسلم۔</w:t>
      </w:r>
    </w:p>
    <w:p>
      <w:r>
        <w:rPr>
          <w:b/>
        </w:rPr>
        <w:t xml:space="preserve">[37:46] </w:t>
      </w:r>
      <w:r>
        <w:t>where the ruler is a non muslim, the ruler is a mushrik, the ruler is a secular</w:t>
      </w:r>
    </w:p>
    <w:p>
      <w:pPr>
        <w:jc w:val="right"/>
      </w:pPr>
      <w:r>
        <w:t>ویر دا رولر از ا نان مسلم، دا رولر از ا مشرک، دا رولر از ا سیکولر</w:t>
      </w:r>
    </w:p>
    <w:p>
      <w:r>
        <w:rPr>
          <w:b/>
        </w:rPr>
        <w:t xml:space="preserve">[37:54] </w:t>
      </w:r>
      <w:r>
        <w:t>. you have to avail the opportunity without going to overthrow that king, without killing that king, without managing a coup against that king.</w:t>
      </w:r>
    </w:p>
    <w:p>
      <w:pPr>
        <w:jc w:val="right"/>
      </w:pPr>
      <w:r>
        <w:t>۔ یو ہیو ٹو اویل دا اپرچونیٹی وداؤٹ گوئنگ ٹو اوورتھرو دیٹ کنگ، وداؤٹ کلنگ دیٹ کنگ، وداؤٹ مینجنگ ا کو اگینسٹ دیٹ کنگ۔</w:t>
      </w:r>
    </w:p>
    <w:p>
      <w:r>
        <w:rPr>
          <w:b/>
        </w:rPr>
        <w:t xml:space="preserve">[38:12] </w:t>
      </w:r>
      <w:r>
        <w:t>at present, we are living in a world where every country, there are secular system. secular was the general principle, universal accept</w:t>
      </w:r>
    </w:p>
    <w:p>
      <w:pPr>
        <w:jc w:val="right"/>
      </w:pPr>
      <w:r>
        <w:t>ایٹ پریزنٹ، وی ار لیونگ ان ا ورلڈ ویر ایوری کنٹری، دیر ار سیکولر سسٹم۔ سیکولرز واز دا جنرل پرنسپل، یونیورسل ایکسیپٹ</w:t>
      </w:r>
    </w:p>
    <w:p>
      <w:r>
        <w:rPr>
          <w:b/>
        </w:rPr>
        <w:t xml:space="preserve">[38:23] </w:t>
      </w:r>
      <w:r>
        <w:t>ed principle. so in every country, in almost every country, there are secular system. in every country, there are secular rulers, secular rulers.</w:t>
      </w:r>
    </w:p>
    <w:p>
      <w:pPr>
        <w:jc w:val="right"/>
      </w:pPr>
      <w:r>
        <w:t>ڈ پرنسپل۔ سو ان ایوری کنٹری، ان الموسٹ ایوری کنٹری، دیر ار سیکولر سسٹم۔ ان ایوری کنٹری، دیر ار سیکولر رولرز، سیکولر رولرز۔</w:t>
      </w:r>
    </w:p>
    <w:p>
      <w:r>
        <w:rPr>
          <w:b/>
        </w:rPr>
        <w:t xml:space="preserve">[38:36] </w:t>
      </w:r>
      <w:r>
        <w:t>and they giving us so many opportunity. for example, religious freedom. they are giving us freedom to establish industries.</w:t>
      </w:r>
    </w:p>
    <w:p>
      <w:pPr>
        <w:jc w:val="right"/>
      </w:pPr>
      <w:r>
        <w:t>اینڈ دے گیونگ اس سو مینی اپرچونیٹی۔ فار ایگزامپل، ریلیجس فریڈم۔ دے ار گیونگ اس فریڈم ٹو اسٹیبلش انڈسٹریز۔</w:t>
      </w:r>
    </w:p>
    <w:p>
      <w:r>
        <w:rPr>
          <w:b/>
        </w:rPr>
        <w:t xml:space="preserve">[38:49] </w:t>
      </w:r>
      <w:r>
        <w:t>they are giving us freedom to establish educational institutions. they are giving us freedom to establish dawa center.</w:t>
      </w:r>
    </w:p>
    <w:p>
      <w:pPr>
        <w:jc w:val="right"/>
      </w:pPr>
      <w:r>
        <w:t>دے ار گیونگ اس فریڈم ٹو اسٹیبلش ایجوکیشنل انسٹیٹیوشنز۔ دے ار گیونگ اس فریڈم ٹو اسٹیبلش داوا سینٹر۔</w:t>
      </w:r>
    </w:p>
    <w:p>
      <w:r>
        <w:rPr>
          <w:b/>
        </w:rPr>
        <w:t xml:space="preserve">[39:02] </w:t>
      </w:r>
      <w:r>
        <w:t>so this secular rulers are giving us all kind of freedom,</w:t>
      </w:r>
    </w:p>
    <w:p>
      <w:pPr>
        <w:jc w:val="right"/>
      </w:pPr>
      <w:r>
        <w:t>سو دس سیکولر رولرز ار گیونگ اس ال کائنڈ اف فریڈم،</w:t>
      </w:r>
    </w:p>
    <w:p>
      <w:r>
        <w:rPr>
          <w:b/>
        </w:rPr>
        <w:t xml:space="preserve">[39:11] </w:t>
      </w:r>
      <w:r>
        <w:t>all kind of opportunities. so we have to accept this opportunities</w:t>
      </w:r>
    </w:p>
    <w:p>
      <w:pPr>
        <w:jc w:val="right"/>
      </w:pPr>
      <w:r>
        <w:t>ال کائنڈ اف اپرچونیٹیز۔ سو وی ہیو ٹو ایکسیپٹ دس اپرچونیٹیز</w:t>
      </w:r>
    </w:p>
    <w:p>
      <w:r>
        <w:rPr>
          <w:b/>
        </w:rPr>
        <w:t xml:space="preserve">[39:18] </w:t>
      </w:r>
      <w:r>
        <w:t>. we have to avail this opportunities.</w:t>
      </w:r>
    </w:p>
    <w:p>
      <w:pPr>
        <w:jc w:val="right"/>
      </w:pPr>
      <w:r>
        <w:t>۔ وی ہیو ٹو اویل دس اپرچونیٹیز۔</w:t>
      </w:r>
    </w:p>
    <w:p>
      <w:r>
        <w:rPr>
          <w:b/>
        </w:rPr>
        <w:t xml:space="preserve">[39:24] </w:t>
      </w:r>
      <w:r>
        <w:t>i think it is haram to try to kill this secular leaders. haram to try to overthrow this secular leaders.</w:t>
      </w:r>
    </w:p>
    <w:p>
      <w:pPr>
        <w:jc w:val="right"/>
      </w:pPr>
      <w:r>
        <w:t>ائی تھنک اٹ از حرام ٹو ٹرائی ٹو کل دس سیکولر لیڈرز۔ حرام ٹو ٹرائی ٹو اوورتھرو دس سیکولر لیڈرز۔</w:t>
      </w:r>
    </w:p>
    <w:p>
      <w:r>
        <w:rPr>
          <w:b/>
        </w:rPr>
        <w:t xml:space="preserve">[39:34] </w:t>
      </w:r>
      <w:r>
        <w:t>you have to accept this secular rulers, this secular governments, just like prophet yusuf accepted.</w:t>
      </w:r>
    </w:p>
    <w:p>
      <w:pPr>
        <w:jc w:val="right"/>
      </w:pPr>
      <w:r>
        <w:t>یو ہیو ٹو ایکسیپٹ دس سیکولر رولرز، دس سیکولر گورنمنٹس، جسٹ لائک پرافٹ یوسف ایکسیپٹڈ۔</w:t>
      </w:r>
    </w:p>
    <w:p>
      <w:r>
        <w:rPr>
          <w:b/>
        </w:rPr>
        <w:t xml:space="preserve">[39:47] </w:t>
      </w:r>
      <w:r>
        <w:t>so you have to accept this secular government and avail all those opportunities.</w:t>
      </w:r>
    </w:p>
    <w:p>
      <w:pPr>
        <w:jc w:val="right"/>
      </w:pPr>
      <w:r>
        <w:t>سو یو ہیو ٹو ایکسیپٹ دس سیکولر گورنمنٹ اینڈ اویل ال دوز اپرچونیٹیز۔</w:t>
      </w:r>
    </w:p>
    <w:p>
      <w:r>
        <w:rPr>
          <w:b/>
        </w:rPr>
        <w:t xml:space="preserve">[39:57] </w:t>
      </w:r>
      <w:r>
        <w:t>this is the very, very important lesson given by the prophet yusuf.</w:t>
      </w:r>
    </w:p>
    <w:p>
      <w:pPr>
        <w:jc w:val="right"/>
      </w:pPr>
      <w:r>
        <w:t>دس از دا ویری، ویری امپورٹنٹ لیسن گیون بائے دا پرافٹ یوسف۔</w:t>
      </w:r>
    </w:p>
    <w:p>
      <w:r>
        <w:rPr>
          <w:b/>
        </w:rPr>
        <w:t xml:space="preserve">[40:07] </w:t>
      </w:r>
      <w:r>
        <w:t>prophet yusuf was a prophet, just like other prophets. and in quran, quran gives us the, the story of prophet yusuf with this title: "ahsan al qasas", best story.</w:t>
      </w:r>
    </w:p>
    <w:p>
      <w:pPr>
        <w:jc w:val="right"/>
      </w:pPr>
      <w:r>
        <w:t>پرافٹ یوسف واز ا پرافٹ، جسٹ لائک ادر پرافٹس۔ اینڈ ان قران، قران گیوز اس دا، دا سٹوری اف پرافٹ جوزف ود دس ٹائٹل: "اثر القصص"، بیسٹ سٹوری۔</w:t>
      </w:r>
    </w:p>
    <w:p>
      <w:r>
        <w:rPr>
          <w:b/>
        </w:rPr>
        <w:t xml:space="preserve">[40:28] </w:t>
      </w:r>
      <w:r>
        <w:t>according to the quran, the story of yusuf is "ahsan al qasas", best story.</w:t>
      </w:r>
    </w:p>
    <w:p>
      <w:pPr>
        <w:jc w:val="right"/>
      </w:pPr>
      <w:r>
        <w:t>اکارڈنگ ٹو دا قران، دا سٹوری اف جوزف از "اثر القصص"، بیسٹ سٹوری۔</w:t>
      </w:r>
    </w:p>
    <w:p>
      <w:r>
        <w:rPr>
          <w:b/>
        </w:rPr>
        <w:t xml:space="preserve">[40:37] </w:t>
      </w:r>
      <w:r>
        <w:t>it means best example.</w:t>
      </w:r>
    </w:p>
    <w:p>
      <w:pPr>
        <w:jc w:val="right"/>
      </w:pPr>
      <w:r>
        <w:t>اٹ مینز بیسٹ ایگزامپل۔</w:t>
      </w:r>
    </w:p>
    <w:p>
      <w:r>
        <w:rPr>
          <w:b/>
        </w:rPr>
        <w:t xml:space="preserve">[40:42] </w:t>
      </w:r>
      <w:r>
        <w:t>if prophet yusuf story is best story, then i can say that his example is best example.</w:t>
      </w:r>
    </w:p>
    <w:p>
      <w:pPr>
        <w:jc w:val="right"/>
      </w:pPr>
      <w:r>
        <w:t>اف پرافٹ جوزف سٹوری از بیسٹ سٹوری، دین ائی کین سے دیٹ ہز ایگزیمپل از بیسٹ ایگزیمپل۔</w:t>
      </w:r>
    </w:p>
    <w:p>
      <w:r>
        <w:rPr>
          <w:b/>
        </w:rPr>
        <w:t xml:space="preserve">[40:56] </w:t>
      </w:r>
      <w:r>
        <w:t>so he accepted a mushrik ruler</w:t>
      </w:r>
    </w:p>
    <w:p>
      <w:pPr>
        <w:jc w:val="right"/>
      </w:pPr>
      <w:r>
        <w:t>سو ہی ایکسیپٹڈ ا مشرک رولر</w:t>
      </w:r>
    </w:p>
    <w:p>
      <w:r>
        <w:rPr>
          <w:b/>
        </w:rPr>
        <w:t xml:space="preserve">[41:03] </w:t>
      </w:r>
      <w:r>
        <w:t>. so we have to accept present secular rulers, secular system, secular governments. why?</w:t>
      </w:r>
    </w:p>
    <w:p>
      <w:pPr>
        <w:jc w:val="right"/>
      </w:pPr>
      <w:r>
        <w:t>۔ سو وی ہیو ٹو ایکسیپٹ پریزنٹ سیکولر رولرز، سیکولر سسٹم، سیکولر گورنمنٹس۔ وائی؟</w:t>
      </w:r>
    </w:p>
    <w:p>
      <w:r>
        <w:rPr>
          <w:b/>
        </w:rPr>
        <w:t xml:space="preserve">[41:13] </w:t>
      </w:r>
      <w:r>
        <w:t>because they are giving us opportunities. prophet yusuf accepted mushrik rulers because he was ready to give him opportunities.</w:t>
      </w:r>
    </w:p>
    <w:p>
      <w:pPr>
        <w:jc w:val="right"/>
      </w:pPr>
      <w:r>
        <w:t>بیکاز دے ار گیونگ اس اپرچونیٹیز۔ پرافٹ جوزف ایکسیپٹڈ مشرک رولرز بیکاز ہی واز ریڈی ٹو گیو ہم اپرچونیٹیز۔</w:t>
      </w:r>
    </w:p>
    <w:p>
      <w:r>
        <w:rPr>
          <w:b/>
        </w:rPr>
        <w:t xml:space="preserve">[41:28] </w:t>
      </w:r>
      <w:r>
        <w:t>so is the case of present secular governments. they are giving us opportunities in term of dawa, in term of industry, in term of business, in term of education,</w:t>
      </w:r>
    </w:p>
    <w:p>
      <w:pPr>
        <w:jc w:val="right"/>
      </w:pPr>
      <w:r>
        <w:t>سو از دا کیس اف پریزنٹ سیکولر گورنمنٹس۔ دے ار گیونگ اس اپرچونیٹیز ان ٹرم اف داوا، ان ٹرم اف انڈسٹری، ان ٹرم اف بزنس، ان ٹرم اف ایجوکیشن،</w:t>
      </w:r>
    </w:p>
    <w:p>
      <w:r>
        <w:rPr>
          <w:b/>
        </w:rPr>
        <w:t xml:space="preserve">[41:44] </w:t>
      </w:r>
      <w:r>
        <w:t>in term of religion.</w:t>
      </w:r>
    </w:p>
    <w:p>
      <w:pPr>
        <w:jc w:val="right"/>
      </w:pPr>
      <w:r>
        <w:t>ان ٹرم اف ریلیجن۔</w:t>
      </w:r>
    </w:p>
    <w:p>
      <w:r>
        <w:rPr>
          <w:b/>
        </w:rPr>
        <w:t xml:space="preserve">[41:47] </w:t>
      </w:r>
      <w:r>
        <w:t>so following the example of prophet yusuf, we have to accept this offer by heart, not as a hypocrisy,</w:t>
      </w:r>
    </w:p>
    <w:p>
      <w:pPr>
        <w:jc w:val="right"/>
      </w:pPr>
      <w:r>
        <w:t>سو فالونگ دا ایگزیمپل اف پرافٹ جوزف، وی ہیو ٹو ایکسیپٹ دس افر بائی ہارٹ، ناٹ ایز ا ہپوکریسی،</w:t>
      </w:r>
    </w:p>
    <w:p>
      <w:r>
        <w:rPr>
          <w:b/>
        </w:rPr>
        <w:t xml:space="preserve">[42:04] </w:t>
      </w:r>
      <w:r>
        <w:t>not as a hypocrisy, not as experience, but as a principle.</w:t>
      </w:r>
    </w:p>
    <w:p>
      <w:pPr>
        <w:jc w:val="right"/>
      </w:pPr>
      <w:r>
        <w:t>ناٹ ایز ا ہپوکریسی، ناٹ ایز ا ایکسپیرینسی، بٹ ایز ا پرنسپل۔</w:t>
      </w:r>
    </w:p>
    <w:p>
      <w:r>
        <w:rPr>
          <w:b/>
        </w:rPr>
        <w:t xml:space="preserve">[42:13] </w:t>
      </w:r>
      <w:r>
        <w:t>it is a matter of principle, not matter of experience.</w:t>
      </w:r>
    </w:p>
    <w:p>
      <w:pPr>
        <w:jc w:val="right"/>
      </w:pPr>
      <w:r>
        <w:t>اٹ از ا میٹر اف پرنسپل، ناٹ میٹر اف ایکسپیرینسی۔</w:t>
      </w:r>
    </w:p>
    <w:p>
      <w:r>
        <w:rPr>
          <w:b/>
        </w:rPr>
        <w:t xml:space="preserve">[42:20] </w:t>
      </w:r>
      <w:r>
        <w:t>when this example was said by prophet joseph, that is a principle. it is not experience. it is not matter of interest.</w:t>
      </w:r>
    </w:p>
    <w:p>
      <w:pPr>
        <w:jc w:val="right"/>
      </w:pPr>
      <w:r>
        <w:t>وین دس ایگزیمپل واز سیڈ بائے پرافٹ جوزف، دیٹ از ا پرنسپل۔ اٹ از ناٹ ایکسپیرینسی۔ اٹ از ناٹ میٹر اف انٹرسٹ۔</w:t>
      </w:r>
    </w:p>
    <w:p>
      <w:r>
        <w:rPr>
          <w:b/>
        </w:rPr>
        <w:t xml:space="preserve">[42:33] </w:t>
      </w:r>
      <w:r>
        <w:t>it is matter of principle.</w:t>
      </w:r>
    </w:p>
    <w:p>
      <w:pPr>
        <w:jc w:val="right"/>
      </w:pPr>
      <w:r>
        <w:t>اٹ از میٹر اف پرنسپل۔</w:t>
      </w:r>
    </w:p>
    <w:p>
      <w:r>
        <w:rPr>
          <w:b/>
        </w:rPr>
        <w:t xml:space="preserve">[42:39] </w:t>
      </w:r>
      <w:r>
        <w:t>so in our contemporary times, the situation is the same.</w:t>
      </w:r>
    </w:p>
    <w:p>
      <w:pPr>
        <w:jc w:val="right"/>
      </w:pPr>
      <w:r>
        <w:t>سو ان اور کنٹیمپریری ٹائمز، دا سچویشن از دا سیم۔</w:t>
      </w:r>
    </w:p>
    <w:p>
      <w:r>
        <w:rPr>
          <w:b/>
        </w:rPr>
        <w:t xml:space="preserve">[42:48] </w:t>
      </w:r>
      <w:r>
        <w:t>so we have to apply that formula again in our situation. in between our situation and the situation of prophet joseph, there are great, great similarity.</w:t>
      </w:r>
    </w:p>
    <w:p>
      <w:pPr>
        <w:jc w:val="right"/>
      </w:pPr>
      <w:r>
        <w:t>سو وی ہیو ٹو اپلائی دیٹ فارمولا اگین ان اور سچویشن۔ ان بٹوین اور سچویشن اینڈ دا سچویشن اف پرافٹ جوزف، دیر ار گریٹ، گریٹ سیمیلٹی۔</w:t>
      </w:r>
    </w:p>
    <w:p>
      <w:r>
        <w:rPr>
          <w:b/>
        </w:rPr>
        <w:t xml:space="preserve">[43:01] </w:t>
      </w:r>
      <w:r>
        <w:t>so we have to adopt that example. we have to re apply that example in our present situations.</w:t>
      </w:r>
    </w:p>
    <w:p>
      <w:pPr>
        <w:jc w:val="right"/>
      </w:pPr>
      <w:r>
        <w:t>سو وی ہیو ٹو اڈاپٹ دیٹ ایگزیمپل۔ وی ہیو ٹو ری اپلائی دیٹ ایگزیمپل ان اور پریزنٹ سچویشنز۔</w:t>
      </w:r>
    </w:p>
    <w:p>
      <w:r>
        <w:rPr>
          <w:b/>
        </w:rPr>
        <w:t xml:space="preserve">[43:11] </w:t>
      </w:r>
      <w:r>
        <w:t>this is the true islamic teachings,</w:t>
      </w:r>
    </w:p>
    <w:p>
      <w:pPr>
        <w:jc w:val="right"/>
      </w:pPr>
      <w:r>
        <w:t>دس از دا ٹرو اسلامک ٹیچنگز،</w:t>
      </w:r>
    </w:p>
    <w:p>
      <w:r>
        <w:rPr>
          <w:b/>
        </w:rPr>
        <w:t xml:space="preserve">[43:16] </w:t>
      </w:r>
      <w:r>
        <w:t>the true message given by the quran. deen,</w:t>
      </w:r>
    </w:p>
    <w:p>
      <w:pPr>
        <w:jc w:val="right"/>
      </w:pPr>
      <w:r>
        <w:t>دا ٹرو میسج گیون بائے دا قران۔ دین،</w:t>
      </w:r>
    </w:p>
    <w:p>
      <w:r>
        <w:rPr>
          <w:b/>
        </w:rPr>
        <w:t xml:space="preserve">[43:23] </w:t>
      </w:r>
      <w:r>
        <w:t>let us take the example of prophet musa.</w:t>
      </w:r>
    </w:p>
    <w:p>
      <w:pPr>
        <w:jc w:val="right"/>
      </w:pPr>
      <w:r>
        <w:t>لیٹ اس ٹیک دا ایگزیمپل اف پرافٹ موسی۔</w:t>
      </w:r>
    </w:p>
    <w:p>
      <w:r>
        <w:rPr>
          <w:b/>
        </w:rPr>
        <w:t xml:space="preserve">[43:31] </w:t>
      </w:r>
      <w:r>
        <w:t>prophet musa, prophet musa was</w:t>
      </w:r>
    </w:p>
    <w:p>
      <w:pPr>
        <w:jc w:val="right"/>
      </w:pPr>
      <w:r>
        <w:t>پرافٹ موسی، پرافٹ موسی واز</w:t>
      </w:r>
    </w:p>
    <w:p>
      <w:r>
        <w:rPr>
          <w:b/>
        </w:rPr>
        <w:t xml:space="preserve">[43:40] </w:t>
      </w:r>
      <w:r>
        <w:t>sent to egypt.</w:t>
      </w:r>
    </w:p>
    <w:p>
      <w:pPr>
        <w:jc w:val="right"/>
      </w:pPr>
      <w:r>
        <w:t>سینڈ ٹو ایجپٹ۔</w:t>
      </w:r>
    </w:p>
    <w:p>
      <w:r>
        <w:rPr>
          <w:b/>
        </w:rPr>
        <w:t xml:space="preserve">[43:44] </w:t>
      </w:r>
      <w:r>
        <w:t>he was born in egypt, and also he performed the work in egypt.</w:t>
      </w:r>
    </w:p>
    <w:p>
      <w:pPr>
        <w:jc w:val="right"/>
      </w:pPr>
      <w:r>
        <w:t>ہی واز بورن ان ایجپٹ، اینڈ السو ہی پرفارمڈ دا ورک ان ایجپٹ۔</w:t>
      </w:r>
    </w:p>
    <w:p>
      <w:r>
        <w:rPr>
          <w:b/>
        </w:rPr>
        <w:t xml:space="preserve">[43:53] </w:t>
      </w:r>
      <w:r>
        <w:t>his life was very, very eventful life. the life of prophet musa is an eventful life.</w:t>
      </w:r>
    </w:p>
    <w:p>
      <w:pPr>
        <w:jc w:val="right"/>
      </w:pPr>
      <w:r>
        <w:t>ہز لائف واز ویری، ویری ایونٹ فل لائف۔ دا لائف اف پرافٹ موسی از این ایونٹ فل لائف۔</w:t>
      </w:r>
    </w:p>
    <w:p>
      <w:r>
        <w:rPr>
          <w:b/>
        </w:rPr>
        <w:t xml:space="preserve">[44:03] </w:t>
      </w:r>
      <w:r>
        <w:t>so there are so many examples. but here, i would like to mention only one example.</w:t>
      </w:r>
    </w:p>
    <w:p>
      <w:pPr>
        <w:jc w:val="right"/>
      </w:pPr>
      <w:r>
        <w:t>سو دیر ار سو مینی ایگزامپلز۔ بٹ ہیر، ائی وڈ لائک ٹو مینشن اونلی ون ایگزیمپل۔</w:t>
      </w:r>
    </w:p>
    <w:p>
      <w:r>
        <w:rPr>
          <w:b/>
        </w:rPr>
        <w:t xml:space="preserve">[44:11] </w:t>
      </w:r>
      <w:r>
        <w:t>you know, at that time, there were two groups in egypt: one coptic people, and other children of israel.</w:t>
      </w:r>
    </w:p>
    <w:p>
      <w:pPr>
        <w:jc w:val="right"/>
      </w:pPr>
      <w:r>
        <w:t>یو نو، ایٹ دیٹ ٹائم، دیر وار ٹو گروپس ان ایجپٹ: ون کاپٹک پیپل، اینڈ ادر چلڈرن اف اسرائیل۔</w:t>
      </w:r>
    </w:p>
    <w:p>
      <w:r>
        <w:rPr>
          <w:b/>
        </w:rPr>
        <w:t xml:space="preserve">[44:22] </w:t>
      </w:r>
      <w:r>
        <w:t>coptic people were mushrik people. their head was pharaoh. pharaoh was the head of the coptic people.</w:t>
      </w:r>
    </w:p>
    <w:p>
      <w:pPr>
        <w:jc w:val="right"/>
      </w:pPr>
      <w:r>
        <w:t>کاپٹک پیپل وار مشرک پیپل۔ دیر ہیڈ واز فیرو۔ فیرو واز دا ہیڈ اف دا کاپٹک پیپل۔</w:t>
      </w:r>
    </w:p>
    <w:p>
      <w:r>
        <w:rPr>
          <w:b/>
        </w:rPr>
        <w:t xml:space="preserve">[44:36] </w:t>
      </w:r>
      <w:r>
        <w:t>at same time, there were</w:t>
      </w:r>
    </w:p>
    <w:p>
      <w:pPr>
        <w:jc w:val="right"/>
      </w:pPr>
      <w:r>
        <w:t>ایٹ سیم ٹائم، دیر ویر</w:t>
      </w:r>
    </w:p>
    <w:p>
      <w:r>
        <w:rPr>
          <w:b/>
        </w:rPr>
        <w:t xml:space="preserve">[44:43] </w:t>
      </w:r>
      <w:r>
        <w:t>bani israel, children of israel.</w:t>
      </w:r>
    </w:p>
    <w:p>
      <w:pPr>
        <w:jc w:val="right"/>
      </w:pPr>
      <w:r>
        <w:t>بنی اسرائیل، چلڈرن اف اسرائیل۔</w:t>
      </w:r>
    </w:p>
    <w:p>
      <w:r>
        <w:rPr>
          <w:b/>
        </w:rPr>
        <w:t xml:space="preserve">[44:49] </w:t>
      </w:r>
      <w:r>
        <w:t>so prophet, prophet musa have to do among two different groups: mushrik and muslim.</w:t>
      </w:r>
    </w:p>
    <w:p>
      <w:pPr>
        <w:jc w:val="right"/>
      </w:pPr>
      <w:r>
        <w:t>سو پرافٹ، پرافٹ موسی ہیو ٹو ڈو امنگ ٹو ڈفرنٹ گروپس: مشرک اینڈ مسلم۔</w:t>
      </w:r>
    </w:p>
    <w:p>
      <w:r>
        <w:rPr>
          <w:b/>
        </w:rPr>
        <w:t xml:space="preserve">[44:59] </w:t>
      </w:r>
      <w:r>
        <w:t>you know, this children of israel, they were muslims of that time.</w:t>
      </w:r>
    </w:p>
    <w:p>
      <w:pPr>
        <w:jc w:val="right"/>
      </w:pPr>
      <w:r>
        <w:t>یو نو، دس چلڈرن اف اسرائیل، دے وار مسلمز اف دیٹ ٹائم۔</w:t>
      </w:r>
    </w:p>
    <w:p>
      <w:r>
        <w:rPr>
          <w:b/>
        </w:rPr>
        <w:t xml:space="preserve">[45:07] </w:t>
      </w:r>
      <w:r>
        <w:t>to prophet musa have to perform his the work between two different groups: non muslim and muslim.</w:t>
      </w:r>
    </w:p>
    <w:p>
      <w:pPr>
        <w:jc w:val="right"/>
      </w:pPr>
      <w:r>
        <w:t>تو پرافٹ موسی ہیو ٹو پرفارم ہز دا ورک بٹوین ٹو ڈفرنٹ گروپس: نان مسلم اینڈ مسلم۔</w:t>
      </w:r>
    </w:p>
    <w:p>
      <w:r>
        <w:rPr>
          <w:b/>
        </w:rPr>
        <w:t xml:space="preserve">[45:16] </w:t>
      </w:r>
      <w:r>
        <w:t>both, what happened? prophet musa</w:t>
      </w:r>
    </w:p>
    <w:p>
      <w:pPr>
        <w:jc w:val="right"/>
      </w:pPr>
      <w:r>
        <w:t>بوتھ، واٹ ہیپن؟ پرافٹ موسی</w:t>
      </w:r>
    </w:p>
    <w:p>
      <w:r>
        <w:rPr>
          <w:b/>
        </w:rPr>
        <w:t xml:space="preserve">[45:28] </w:t>
      </w:r>
      <w:r>
        <w:t>worked in both the groups.</w:t>
      </w:r>
    </w:p>
    <w:p>
      <w:pPr>
        <w:jc w:val="right"/>
      </w:pPr>
      <w:r>
        <w:t>ورکڈ ان بوتھ دا گروپس۔</w:t>
      </w:r>
    </w:p>
    <w:p>
      <w:r>
        <w:rPr>
          <w:b/>
        </w:rPr>
        <w:t xml:space="preserve">[45:32] </w:t>
      </w:r>
      <w:r>
        <w:t>he addressed pharaoh, the head of the coptic people, and at the same time, he tried to bring about reform in bani israel, children of israel.</w:t>
      </w:r>
    </w:p>
    <w:p>
      <w:pPr>
        <w:jc w:val="right"/>
      </w:pPr>
      <w:r>
        <w:t>ہی ایڈریس فیرو، دا ہیڈ اف دا کاپٹک پیپل، اینڈ ایٹ دا سیم ٹائم، ہی ٹرائی ٹو برنگ اباؤٹ دی فارم ان بنی اسرائیل، چلڈرن اف اسرائیل۔</w:t>
      </w:r>
    </w:p>
    <w:p>
      <w:r>
        <w:rPr>
          <w:b/>
        </w:rPr>
        <w:t xml:space="preserve">[45:51] </w:t>
      </w:r>
      <w:r>
        <w:t>its a great example.</w:t>
      </w:r>
    </w:p>
    <w:p>
      <w:pPr>
        <w:jc w:val="right"/>
      </w:pPr>
      <w:r>
        <w:t>اٹس ا گریٹ ایگزامپل۔</w:t>
      </w:r>
    </w:p>
    <w:p>
      <w:r>
        <w:rPr>
          <w:b/>
        </w:rPr>
        <w:t xml:space="preserve">[45:55] </w:t>
      </w:r>
      <w:r>
        <w:t>it means that if we are, if you find ourself in such a situation, that there are non muslim group, at the same time, there muslim group.</w:t>
      </w:r>
    </w:p>
    <w:p>
      <w:pPr>
        <w:jc w:val="right"/>
      </w:pPr>
      <w:r>
        <w:t>اٹ مینز دیٹ اف وی ار، اف یو فائنڈ اور سیلف ان سچ ا سچویشن، دیٹ دیر ار نان مسلم گروپ، ایٹ دا سیم ٹائم، دیر مسلم گروپ۔</w:t>
      </w:r>
    </w:p>
    <w:p>
      <w:r>
        <w:rPr>
          <w:b/>
        </w:rPr>
        <w:t xml:space="preserve">[46:07] </w:t>
      </w:r>
      <w:r>
        <w:t>so we cannot say that first of all, we will do our work among muslims.</w:t>
      </w:r>
    </w:p>
    <w:p>
      <w:pPr>
        <w:jc w:val="right"/>
      </w:pPr>
      <w:r>
        <w:t>سو وی کین ناٹ سے دیٹ فرسٹ اف ال، وی ویل ڈو اور ورک امنگ مسلمز۔</w:t>
      </w:r>
    </w:p>
    <w:p>
      <w:r>
        <w:rPr>
          <w:b/>
        </w:rPr>
        <w:t xml:space="preserve">[46:17] </w:t>
      </w:r>
      <w:r>
        <w:t>then, after some time, we will do work among non muslims. no,</w:t>
      </w:r>
    </w:p>
    <w:p>
      <w:pPr>
        <w:jc w:val="right"/>
      </w:pPr>
      <w:r>
        <w:t>دین، افٹر سم ٹائم، وی ویل ڈو ورک امنگ نان مسلمز۔ نو،</w:t>
      </w:r>
    </w:p>
    <w:p>
      <w:r>
        <w:rPr>
          <w:b/>
        </w:rPr>
        <w:t xml:space="preserve">[46:27] </w:t>
      </w:r>
      <w:r>
        <w:t>in islamic. this against the, against example said by prophet musa.</w:t>
      </w:r>
    </w:p>
    <w:p>
      <w:pPr>
        <w:jc w:val="right"/>
      </w:pPr>
      <w:r>
        <w:t>ان اسلامک۔ دس اگینسٹ دا، اگینسٹ ایگزیمپل سیڈ بائے پرافٹ موسی۔</w:t>
      </w:r>
    </w:p>
    <w:p>
      <w:r>
        <w:rPr>
          <w:b/>
        </w:rPr>
        <w:t xml:space="preserve">[46:40] </w:t>
      </w:r>
      <w:r>
        <w:t>we have to do both the work at the same time. we have to convey the message of god to non muslim</w:t>
      </w:r>
    </w:p>
    <w:p>
      <w:pPr>
        <w:jc w:val="right"/>
      </w:pPr>
      <w:r>
        <w:t>وی ہیو ٹو ڈو بوتھ دی ورک ایٹ دا سیم ٹائم۔ وی ہیو ٹو کنوے دا میسج اف گاڈ ٹو نان مسلم</w:t>
      </w:r>
    </w:p>
    <w:p>
      <w:r>
        <w:rPr>
          <w:b/>
        </w:rPr>
        <w:t xml:space="preserve">[46:53] </w:t>
      </w:r>
      <w:r>
        <w:t>people. at the same time, we have to do</w:t>
      </w:r>
    </w:p>
    <w:p>
      <w:pPr>
        <w:jc w:val="right"/>
      </w:pPr>
      <w:r>
        <w:t>پیپل۔ ایٹ دا سیم ٹائم، وی ہیو ٹو ڈو</w:t>
      </w:r>
    </w:p>
    <w:p>
      <w:r>
        <w:rPr>
          <w:b/>
        </w:rPr>
        <w:t xml:space="preserve">[47:00] </w:t>
      </w:r>
      <w:r>
        <w:t>our work among muslims.</w:t>
      </w:r>
    </w:p>
    <w:p>
      <w:pPr>
        <w:jc w:val="right"/>
      </w:pPr>
      <w:r>
        <w:t>اور ورک امنگ مسلمز۔</w:t>
      </w:r>
    </w:p>
    <w:p>
      <w:r>
        <w:rPr>
          <w:b/>
        </w:rPr>
        <w:t xml:space="preserve">[47:06] </w:t>
      </w:r>
      <w:r>
        <w:t>we have to address muslims according to their situation.</w:t>
      </w:r>
    </w:p>
    <w:p>
      <w:pPr>
        <w:jc w:val="right"/>
      </w:pPr>
      <w:r>
        <w:t>وی ہیو ٹو ایڈریس مسلمز اکارڈنگ ٹو دیر سچویشن۔</w:t>
      </w:r>
    </w:p>
    <w:p>
      <w:r>
        <w:rPr>
          <w:b/>
        </w:rPr>
        <w:t xml:space="preserve">[47:15] </w:t>
      </w:r>
      <w:r>
        <w:t>we have to address non muslim people according to their situation, and we have to address muslims according to their situation.</w:t>
      </w:r>
    </w:p>
    <w:p>
      <w:pPr>
        <w:jc w:val="right"/>
      </w:pPr>
      <w:r>
        <w:t>وی ہیو ٹو ایڈریس نان مسلم پیپل اکارڈنگ ٹو دیر سچویشن، اینڈ وی ہیو ٹو ایڈریس مسلمز اکارڈنگ ٹو دیر سچویشن۔</w:t>
      </w:r>
    </w:p>
    <w:p>
      <w:r>
        <w:rPr>
          <w:b/>
        </w:rPr>
        <w:t xml:space="preserve">[47:28] </w:t>
      </w:r>
      <w:r>
        <w:t>so we have to open to front of dawa, just like prophet musa. we have to open to front of the</w:t>
      </w:r>
    </w:p>
    <w:p>
      <w:pPr>
        <w:jc w:val="right"/>
      </w:pPr>
      <w:r>
        <w:t>سو وی ہیو ٹو اوپن ٹو فرنٹ اف داوا، جسٹ لائک پرافٹ موسی۔ وی ہیو ٹو اوپن ٹو فرنٹ اف دا</w:t>
      </w:r>
    </w:p>
    <w:p>
      <w:r>
        <w:rPr>
          <w:b/>
        </w:rPr>
        <w:t xml:space="preserve">[47:42] </w:t>
      </w:r>
      <w:r>
        <w:t>dawa: one for non muslims, and one for muslims.</w:t>
      </w:r>
    </w:p>
    <w:p>
      <w:pPr>
        <w:jc w:val="right"/>
      </w:pPr>
      <w:r>
        <w:t>وا: ون فار نان مسلمز، اینڈ ون فار مسلمز۔</w:t>
      </w:r>
    </w:p>
    <w:p>
      <w:r>
        <w:rPr>
          <w:b/>
        </w:rPr>
        <w:t xml:space="preserve">[47:48] </w:t>
      </w:r>
      <w:r>
        <w:t>it is double duty. we cannot, no excuse is acceptable this regard.</w:t>
      </w:r>
    </w:p>
    <w:p>
      <w:pPr>
        <w:jc w:val="right"/>
      </w:pPr>
      <w:r>
        <w:t>اٹ از ڈبل ڈیوٹی۔ وی کین ناٹ، نو ایکسکیوز از ایکسیپٹیبل دس ریگارڈ۔</w:t>
      </w:r>
    </w:p>
    <w:p>
      <w:r>
        <w:rPr>
          <w:b/>
        </w:rPr>
        <w:t xml:space="preserve">[47:58] </w:t>
      </w:r>
      <w:r>
        <w:t>no excuse for whats so ever. we cannot confine ourself among muslims.</w:t>
      </w:r>
    </w:p>
    <w:p>
      <w:pPr>
        <w:jc w:val="right"/>
      </w:pPr>
      <w:r>
        <w:t>نو ایکسکیوز فار واٹس سو ایور۔ وی کین ناٹ کنفائن اور سیلف امنگ مسلمز۔</w:t>
      </w:r>
    </w:p>
    <w:p>
      <w:r>
        <w:rPr>
          <w:b/>
        </w:rPr>
        <w:t xml:space="preserve">[48:08] </w:t>
      </w:r>
      <w:r>
        <w:t>no,</w:t>
      </w:r>
    </w:p>
    <w:p>
      <w:pPr>
        <w:jc w:val="right"/>
      </w:pPr>
      <w:r>
        <w:t>نو،</w:t>
      </w:r>
    </w:p>
    <w:p>
      <w:r>
        <w:rPr>
          <w:b/>
        </w:rPr>
        <w:t xml:space="preserve">[48:12] </w:t>
      </w:r>
      <w:r>
        <w:t>it is a double duty. we have to do among muslims. at the same time, we have to do among non muslims. what is required among muslims is islahi work, work of reform, islahi work.</w:t>
      </w:r>
    </w:p>
    <w:p>
      <w:pPr>
        <w:jc w:val="right"/>
      </w:pPr>
      <w:r>
        <w:t>اٹ از ا ڈبل ڈیوٹی۔ وی ہیو ٹو ڈو امنگ مسلمز۔ ایٹ دا سیم ٹائم، وی ہیو ٹو ڈو امنگ نان مسلمز۔ واٹ از ریکوائرڈ امنگ مسلمز از اصلاحی ورک، ورک اف ریفارم، اصلاحی ورک۔</w:t>
      </w:r>
    </w:p>
    <w:p>
      <w:r>
        <w:rPr>
          <w:b/>
        </w:rPr>
        <w:t xml:space="preserve">[48:26] </w:t>
      </w:r>
      <w:r>
        <w:t>and what is required among non muslims is dawa work. to dawa or islah both are required the same time: islah among muslims, and dawa among non muslims.</w:t>
      </w:r>
    </w:p>
    <w:p>
      <w:pPr>
        <w:jc w:val="right"/>
      </w:pPr>
      <w:r>
        <w:t>اینڈ واٹ از ریکوائرڈ امنگ نان مسلمز از داوا ورک۔ تو داوا اور اصلاح بوتھ ار ریکوائرڈ دا سیم ٹائم: اصلاح امنگ مسلمز، اینڈ داوا امنگ نان مسلمز۔</w:t>
      </w:r>
    </w:p>
    <w:p>
      <w:r>
        <w:rPr>
          <w:b/>
        </w:rPr>
        <w:t xml:space="preserve">[48:42] </w:t>
      </w:r>
      <w:r>
        <w:t>this is the lesson.</w:t>
      </w:r>
    </w:p>
    <w:p>
      <w:pPr>
        <w:jc w:val="right"/>
      </w:pPr>
      <w:r>
        <w:t>دس از دا لیسن۔</w:t>
      </w:r>
    </w:p>
    <w:p>
      <w:r>
        <w:rPr>
          <w:b/>
        </w:rPr>
        <w:t xml:space="preserve">[48:48] </w:t>
      </w:r>
      <w:r>
        <w:t>this is the lesson given by the prophet musa. let us take the example of prophet</w:t>
      </w:r>
    </w:p>
    <w:p>
      <w:pPr>
        <w:jc w:val="right"/>
      </w:pPr>
      <w:r>
        <w:t>دس از دا لیسن گیون بائے دا پرافٹ موسی۔ لیٹ اس ٹیک دا ایگزیمپل اف پرافٹ</w:t>
      </w:r>
    </w:p>
    <w:p>
      <w:r>
        <w:rPr>
          <w:b/>
        </w:rPr>
        <w:t xml:space="preserve">[48:59] </w:t>
      </w:r>
      <w:r>
        <w:t>isa, prophet jesus. in islam, he is referred with two names: isa and masih.</w:t>
      </w:r>
    </w:p>
    <w:p>
      <w:pPr>
        <w:jc w:val="right"/>
      </w:pPr>
      <w:r>
        <w:t>عیسی، پرافٹ جیزس۔ ان اسلام، ہی از ریفرڈ ود ٹو نیمز: عیسی اینڈ مسیح۔</w:t>
      </w:r>
    </w:p>
    <w:p>
      <w:r>
        <w:rPr>
          <w:b/>
        </w:rPr>
        <w:t xml:space="preserve">[49:08] </w:t>
      </w:r>
      <w:r>
        <w:t>jesus christ is mentioned the quran by two names: isa and masih. so now, let us take the example of jesus christ.</w:t>
      </w:r>
    </w:p>
    <w:p>
      <w:pPr>
        <w:jc w:val="right"/>
      </w:pPr>
      <w:r>
        <w:t>جیزس کرائسٹ از مینشن دا قران بائے ٹو نیمز: عیسی اینڈ مسیح۔ سو ناو، لیٹ اس ٹیک دا ایگزیمپل اف جیزس کرائسٹ۔</w:t>
      </w:r>
    </w:p>
    <w:p>
      <w:r>
        <w:rPr>
          <w:b/>
        </w:rPr>
        <w:t xml:space="preserve">[49:20] </w:t>
      </w:r>
      <w:r>
        <w:t>isa or masih.</w:t>
      </w:r>
    </w:p>
    <w:p>
      <w:pPr>
        <w:jc w:val="right"/>
      </w:pPr>
      <w:r>
        <w:t>عیسی اور مسیح۔</w:t>
      </w:r>
    </w:p>
    <w:p>
      <w:r>
        <w:rPr>
          <w:b/>
        </w:rPr>
        <w:t xml:space="preserve">[49:26] </w:t>
      </w:r>
      <w:r>
        <w:t>if you read quran, you will find that there are some very special mentions in the quran,</w:t>
      </w:r>
    </w:p>
    <w:p>
      <w:pPr>
        <w:jc w:val="right"/>
      </w:pPr>
      <w:r>
        <w:t>اف یو ریڈ قران، یو ویل فائنڈ دیٹ دیر ار سم ویری اسپیشل مینشنز ان دا قران،</w:t>
      </w:r>
    </w:p>
    <w:p>
      <w:r>
        <w:rPr>
          <w:b/>
        </w:rPr>
        <w:t xml:space="preserve">[49:35] </w:t>
      </w:r>
      <w:r>
        <w:t>very very special kind of mentions in the quran. for example, in the chapter asaf,</w:t>
      </w:r>
    </w:p>
    <w:p>
      <w:pPr>
        <w:jc w:val="right"/>
      </w:pPr>
      <w:r>
        <w:t>ویری ویری اسپیشل کائنڈ اف مینشنز ان دا قران۔ فار ایگزامپل، ان دی چیپٹر اصف،</w:t>
      </w:r>
    </w:p>
    <w:p>
      <w:r>
        <w:rPr>
          <w:b/>
        </w:rPr>
        <w:t xml:space="preserve">[49:46] </w:t>
      </w:r>
      <w:r>
        <w:t>chapter asaf, there is a reference,</w:t>
      </w:r>
    </w:p>
    <w:p>
      <w:pPr>
        <w:jc w:val="right"/>
      </w:pPr>
      <w:r>
        <w:t>چیپٹر اصف، دیر از ا ریفرنس،</w:t>
      </w:r>
    </w:p>
    <w:p>
      <w:r>
        <w:rPr>
          <w:b/>
        </w:rPr>
        <w:t xml:space="preserve">[49:58] </w:t>
      </w:r>
      <w:r>
        <w:t>and this difference is very very important difference.</w:t>
      </w:r>
    </w:p>
    <w:p>
      <w:pPr>
        <w:jc w:val="right"/>
      </w:pPr>
      <w:r>
        <w:t>اینڈ دس ڈیفرنس از ویری ویری امپورٹنٹ ڈیفرنس۔</w:t>
      </w:r>
    </w:p>
    <w:p>
      <w:r>
        <w:rPr>
          <w:b/>
        </w:rPr>
        <w:t xml:space="preserve">[50:06] </w:t>
      </w:r>
      <w:r>
        <w:t>so Quran says: "ya ayyuha allazina amanu, kon ansar Allah kama qala Isa ibn Maryam lil hawariyin:</w:t>
      </w:r>
    </w:p>
    <w:p>
      <w:pPr>
        <w:jc w:val="right"/>
      </w:pPr>
      <w:r>
        <w:t>سو قران سیز: "یا ایہا الذین امنو، کون انصار اللہ کما قال عیسی ابن مریم للحواریین:</w:t>
      </w:r>
    </w:p>
    <w:p>
      <w:r>
        <w:rPr>
          <w:b/>
        </w:rPr>
        <w:t xml:space="preserve">[50:22] </w:t>
      </w:r>
      <w:r>
        <w:t>man ansari Allah</w:t>
      </w:r>
    </w:p>
    <w:p>
      <w:pPr>
        <w:jc w:val="right"/>
      </w:pPr>
      <w:r>
        <w:t>من انصاری اللہ</w:t>
      </w:r>
    </w:p>
    <w:p>
      <w:r>
        <w:rPr>
          <w:b/>
        </w:rPr>
        <w:t xml:space="preserve">[50:26] </w:t>
      </w:r>
      <w:r>
        <w:t>qala al hawariyun: nahnu ansar Allah". taifatun min bani Israel wa kafara al taifatul allazina amanu zahirin.</w:t>
      </w:r>
    </w:p>
    <w:p>
      <w:pPr>
        <w:jc w:val="right"/>
      </w:pPr>
      <w:r>
        <w:t>قال الحواریون: نحن انصار اللہ"۔ طائفۃ من بنی اسرائیل وکفر الطائفہ الذین امنو ظاہرین۔</w:t>
      </w:r>
    </w:p>
    <w:p>
      <w:r>
        <w:rPr>
          <w:b/>
        </w:rPr>
        <w:t xml:space="preserve">[50:47] </w:t>
      </w:r>
      <w:r>
        <w:t>this is a verse from the Quran, chapter as</w:t>
      </w:r>
    </w:p>
    <w:p>
      <w:pPr>
        <w:jc w:val="right"/>
      </w:pPr>
      <w:r>
        <w:t>دس از ا ورس فرام دا قران، چیپٹر اص</w:t>
      </w:r>
    </w:p>
    <w:p>
      <w:r>
        <w:rPr>
          <w:b/>
        </w:rPr>
        <w:t xml:space="preserve">[50:54] </w:t>
      </w:r>
      <w:r>
        <w:t>f. this Quranic verse addresses the Muslims or followers of the Prophet Muhammad.</w:t>
      </w:r>
    </w:p>
    <w:p>
      <w:pPr>
        <w:jc w:val="right"/>
      </w:pPr>
      <w:r>
        <w:t>ف۔ دس قرانک ورس ایڈریسز دا مسلمز اور فالوورز اف دا پرافٹ محمد۔</w:t>
      </w:r>
    </w:p>
    <w:p>
      <w:r>
        <w:rPr>
          <w:b/>
        </w:rPr>
        <w:t xml:space="preserve">[51:05] </w:t>
      </w:r>
      <w:r>
        <w:t>this verse says that: "o Muslim, o believer, you have to follow the pattern of Jesus Christ." very important</w:t>
      </w:r>
    </w:p>
    <w:p>
      <w:pPr>
        <w:jc w:val="right"/>
      </w:pPr>
      <w:r>
        <w:t>دس ورس سیز دیٹ: "او مسلم، او بیلیورز، یو ہیو ٹو فالو دا پیٹرن اف جیزس کرائسٹ۔" ویری امپورٹنٹ</w:t>
      </w:r>
    </w:p>
    <w:p>
      <w:r>
        <w:rPr>
          <w:b/>
        </w:rPr>
        <w:t xml:space="preserve">[51:22] </w:t>
      </w:r>
      <w:r>
        <w:t>the pattern said by Jesus Christ. we have to follow that pattern</w:t>
      </w:r>
    </w:p>
    <w:p>
      <w:pPr>
        <w:jc w:val="right"/>
      </w:pPr>
      <w:r>
        <w:t>دا پیٹرن سیڈ بائے جیزس کرائسٹ۔ وی ہیو ٹو فالو دیٹ پیٹرن</w:t>
      </w:r>
    </w:p>
    <w:p>
      <w:r>
        <w:rPr>
          <w:b/>
        </w:rPr>
        <w:t xml:space="preserve">[51:31] </w:t>
      </w:r>
      <w:r>
        <w:t>which was said by Jesus Christ.</w:t>
      </w:r>
    </w:p>
    <w:p>
      <w:pPr>
        <w:jc w:val="right"/>
      </w:pPr>
      <w:r>
        <w:t>وچ واز سیڈ بائے جیزس کرائسٹ۔</w:t>
      </w:r>
    </w:p>
    <w:p>
      <w:r>
        <w:rPr>
          <w:b/>
        </w:rPr>
        <w:t xml:space="preserve">[51:36] </w:t>
      </w:r>
      <w:r>
        <w:t>and what was that pattern?</w:t>
      </w:r>
    </w:p>
    <w:p>
      <w:pPr>
        <w:jc w:val="right"/>
      </w:pPr>
      <w:r>
        <w:t>اینڈ واٹ واز دیٹ پیٹرن؟</w:t>
      </w:r>
    </w:p>
    <w:p>
      <w:r>
        <w:rPr>
          <w:b/>
        </w:rPr>
        <w:t xml:space="preserve">[51:41] </w:t>
      </w:r>
      <w:r>
        <w:t>its very important to know what was that pa</w:t>
      </w:r>
    </w:p>
    <w:p>
      <w:pPr>
        <w:jc w:val="right"/>
      </w:pPr>
      <w:r>
        <w:t>اٹس ویری امپورٹنٹ ٹو نو واٹ واز دیٹ پی</w:t>
      </w:r>
    </w:p>
    <w:p>
      <w:r>
        <w:rPr>
          <w:b/>
        </w:rPr>
        <w:t xml:space="preserve">[51:45] </w:t>
      </w:r>
      <w:r>
        <w:t>ttern. you know, at that time, when Prophet Jesus came to Palestine, at that time, the ruler was Roman.</w:t>
      </w:r>
    </w:p>
    <w:p>
      <w:pPr>
        <w:jc w:val="right"/>
      </w:pPr>
      <w:r>
        <w:t>ٹرن۔ یو نو، ایٹ دیٹ ٹائم، وین پرافٹ جیزس کیم ٹو پیلسٹائن، ایٹ دیٹ ٹائم، دا رولر واز رومن۔</w:t>
      </w:r>
    </w:p>
    <w:p>
      <w:r>
        <w:rPr>
          <w:b/>
        </w:rPr>
        <w:t xml:space="preserve">[51:56] </w:t>
      </w:r>
      <w:r>
        <w:t>Romans were ruler of that area. so his disciples asked: "what to do?</w:t>
      </w:r>
    </w:p>
    <w:p>
      <w:pPr>
        <w:jc w:val="right"/>
      </w:pPr>
      <w:r>
        <w:t>رومنز وار رولر اف دیٹ ایریا۔ سو ہز ڈسائپلز اسک: "واٹ ٹو ڈو؟</w:t>
      </w:r>
    </w:p>
    <w:p>
      <w:r>
        <w:rPr>
          <w:b/>
        </w:rPr>
        <w:t xml:space="preserve">[52:07] </w:t>
      </w:r>
      <w:r>
        <w:t>what</w:t>
      </w:r>
    </w:p>
    <w:p>
      <w:pPr>
        <w:jc w:val="right"/>
      </w:pPr>
      <w:r>
        <w:t>واٹ</w:t>
      </w:r>
    </w:p>
    <w:p>
      <w:r>
        <w:rPr>
          <w:b/>
        </w:rPr>
        <w:t xml:space="preserve">[52:08] </w:t>
      </w:r>
      <w:r>
        <w:t>to do?" he said that: "give to Caesar what is due to Caesar, and give to God what is due to God." this was the teaching of Prophet Jesus:</w:t>
      </w:r>
    </w:p>
    <w:p>
      <w:pPr>
        <w:jc w:val="right"/>
      </w:pPr>
      <w:r>
        <w:t>ٹو ڈو؟" ہی سیڈ دیٹ: "گیو ٹو سیزر واٹ از ڈیو ٹو سیزر، اینڈ گیو ٹو گاڈ واٹ از ڈیو ٹو گاڈ۔" دس واز دا ٹیچنگ اف پرافٹ جوزف:</w:t>
      </w:r>
    </w:p>
    <w:p>
      <w:r>
        <w:rPr>
          <w:b/>
        </w:rPr>
        <w:t xml:space="preserve">[52:25] </w:t>
      </w:r>
      <w:r>
        <w:t>"give to Caesar what is due to Caesar, and give to God what is</w:t>
      </w:r>
    </w:p>
    <w:p>
      <w:pPr>
        <w:jc w:val="right"/>
      </w:pPr>
      <w:r>
        <w:t>"گیو ٹو سیزر واٹ از ڈیو ٹو سیزر، اینڈ گیو ٹو گاڈ واٹ از</w:t>
      </w:r>
    </w:p>
    <w:p>
      <w:r>
        <w:rPr>
          <w:b/>
        </w:rPr>
        <w:t xml:space="preserve">[52:30] </w:t>
      </w:r>
      <w:r>
        <w:t>due to God." it means that: "don't go, don't, don't confront with with king Roman king.</w:t>
      </w:r>
    </w:p>
    <w:p>
      <w:pPr>
        <w:jc w:val="right"/>
      </w:pPr>
      <w:r>
        <w:t>ڈیو ٹو گاڈ۔" اٹ مینز دیٹ: "ڈونٹ گو، ڈونٹ، ڈونٹ کنفرنٹ ود ود کنگ رومن کنگ۔</w:t>
      </w:r>
    </w:p>
    <w:p>
      <w:r>
        <w:rPr>
          <w:b/>
        </w:rPr>
        <w:t xml:space="preserve">[52:43] </w:t>
      </w:r>
      <w:r>
        <w:t>don't fight with Roman king, but avoid Roman kings.</w:t>
      </w:r>
    </w:p>
    <w:p>
      <w:pPr>
        <w:jc w:val="right"/>
      </w:pPr>
      <w:r>
        <w:t>ڈونٹ فائٹ ود رومن کنگ، بٹ اوائڈ رومن کنگز۔</w:t>
      </w:r>
    </w:p>
    <w:p>
      <w:r>
        <w:rPr>
          <w:b/>
        </w:rPr>
        <w:t xml:space="preserve">[52:52] </w:t>
      </w:r>
      <w:r>
        <w:t>avoid with political confrontation, and avail the opportunities available in the work."</w:t>
      </w:r>
    </w:p>
    <w:p>
      <w:pPr>
        <w:jc w:val="right"/>
      </w:pPr>
      <w:r>
        <w:t>اوائڈ ود پولیٹیکل کنفرنسیشن، اینڈ اویل دا اپرچونیٹیز اویلیبل ان دا ورک۔"</w:t>
      </w:r>
    </w:p>
    <w:p>
      <w:r>
        <w:rPr>
          <w:b/>
        </w:rPr>
        <w:t xml:space="preserve">[53:02] </w:t>
      </w:r>
      <w:r>
        <w:t>at the time, there were opportunities in dawah work, in dawah field. so Prophet Joseph instructed his disciples that: "avoid political confrontation with Roman kings,</w:t>
      </w:r>
    </w:p>
    <w:p>
      <w:pPr>
        <w:jc w:val="right"/>
      </w:pPr>
      <w:r>
        <w:t>ایٹ دا ٹائم، دیر وار اپرچونیٹیز ان داوا ورک، ان داوا فیلڈ۔ سو پرافٹ جوزف انسٹرکٹڈ ہز ڈسائپلز دیٹ: "اوائڈ پولیٹیکل کنفرنسیشن ود رومن کنگز،</w:t>
      </w:r>
    </w:p>
    <w:p>
      <w:r>
        <w:rPr>
          <w:b/>
        </w:rPr>
        <w:t xml:space="preserve">[53:19] </w:t>
      </w:r>
      <w:r>
        <w:t>and avail the opportunities of dawah."</w:t>
      </w:r>
    </w:p>
    <w:p>
      <w:pPr>
        <w:jc w:val="right"/>
      </w:pPr>
      <w:r>
        <w:t>اینڈ اویل دا اپرچونیٹیز اف داوا۔"</w:t>
      </w:r>
    </w:p>
    <w:p>
      <w:r>
        <w:rPr>
          <w:b/>
        </w:rPr>
        <w:t xml:space="preserve">[53:26] </w:t>
      </w:r>
      <w:r>
        <w:t>this is the meaning of this sentence</w:t>
      </w:r>
    </w:p>
    <w:p>
      <w:pPr>
        <w:jc w:val="right"/>
      </w:pPr>
      <w:r>
        <w:t>دس از دا میننگ اف دس سینٹنس</w:t>
      </w:r>
    </w:p>
    <w:p>
      <w:r>
        <w:rPr>
          <w:b/>
        </w:rPr>
        <w:t xml:space="preserve">[53:29] </w:t>
      </w:r>
      <w:r>
        <w:t>: "give to Caesar what is due to Caesar, and give to God what is due to God." perform the duties of God, God, and avoid the confrontation with with Roman kings.</w:t>
      </w:r>
    </w:p>
    <w:p>
      <w:pPr>
        <w:jc w:val="right"/>
      </w:pPr>
      <w:r>
        <w:t>: "گیو ٹو سیزر واٹ از ڈیو ٹو سیزر، اینڈ گیو ٹو گاڈ واٹ از ڈیو ٹو گاڈ۔" پرفارم دا ڈیوٹیز اف گاڈ، گاڈ، اینڈ اوائڈ دا کنفرنسیشن ود ود رومن کنگز۔</w:t>
      </w:r>
    </w:p>
    <w:p>
      <w:r>
        <w:rPr>
          <w:b/>
        </w:rPr>
        <w:t xml:space="preserve">[53:46] </w:t>
      </w:r>
      <w:r>
        <w:t>This was the wisdom, prophetic wisdom given by the Prophet Joseph.</w:t>
      </w:r>
    </w:p>
    <w:p>
      <w:pPr>
        <w:jc w:val="right"/>
      </w:pPr>
      <w:r>
        <w:t>دس واز دا وزڈم، پرافٹک وزڈم گیون بائے دا پرافٹ جوزف۔</w:t>
      </w:r>
    </w:p>
    <w:p>
      <w:r>
        <w:rPr>
          <w:b/>
        </w:rPr>
        <w:t xml:space="preserve">[53:56] </w:t>
      </w:r>
      <w:r>
        <w:t>it is, it is completely applicable to our situation in every country.</w:t>
      </w:r>
    </w:p>
    <w:p>
      <w:pPr>
        <w:jc w:val="right"/>
      </w:pPr>
      <w:r>
        <w:t>اٹ از، اٹ از کمپلیٹلی ایپلیکیبل ٹو اور سچویشن ان ایوری کنٹری۔</w:t>
      </w:r>
    </w:p>
    <w:p>
      <w:r>
        <w:rPr>
          <w:b/>
        </w:rPr>
        <w:t xml:space="preserve">[54:07] </w:t>
      </w:r>
      <w:r>
        <w:t>in every country,</w:t>
      </w:r>
    </w:p>
    <w:p>
      <w:pPr>
        <w:jc w:val="right"/>
      </w:pPr>
      <w:r>
        <w:t>ان ایوری کنٹری،</w:t>
      </w:r>
    </w:p>
    <w:p>
      <w:r>
        <w:rPr>
          <w:b/>
        </w:rPr>
        <w:t xml:space="preserve">[54:13] </w:t>
      </w:r>
      <w:r>
        <w:t>in every country, there are, there are,</w:t>
      </w:r>
    </w:p>
    <w:p>
      <w:pPr>
        <w:jc w:val="right"/>
      </w:pPr>
      <w:r>
        <w:t>ان ایوری کنٹری، دیر ار، دیر ار،</w:t>
      </w:r>
    </w:p>
    <w:p>
      <w:r>
        <w:rPr>
          <w:b/>
        </w:rPr>
        <w:t xml:space="preserve">[54:21] </w:t>
      </w:r>
      <w:r>
        <w:t>there are some rulers, there are some governments.</w:t>
      </w:r>
    </w:p>
    <w:p>
      <w:pPr>
        <w:jc w:val="right"/>
      </w:pPr>
      <w:r>
        <w:t>دیر ار سم رولرز، دیر ار سم گورنمنٹس۔</w:t>
      </w:r>
    </w:p>
    <w:p>
      <w:r>
        <w:rPr>
          <w:b/>
        </w:rPr>
        <w:t xml:space="preserve">[54:24] </w:t>
      </w:r>
      <w:r>
        <w:t>these governments are not islamic governments. even in muslim countries, you know, there is no islamic rule.</w:t>
      </w:r>
    </w:p>
    <w:p>
      <w:pPr>
        <w:jc w:val="right"/>
      </w:pPr>
      <w:r>
        <w:t>دیز گورنمنٹس ار ناٹ اسلامک گورنمنٹس۔ ایون ان مسلم کنٹریز، یو نو، دیر از نو اسلامک رول۔</w:t>
      </w:r>
    </w:p>
    <w:p>
      <w:r>
        <w:rPr>
          <w:b/>
        </w:rPr>
        <w:t xml:space="preserve">[54:35] </w:t>
      </w:r>
      <w:r>
        <w:t>so but at the same time, there are opportunities in terms of dawa, in terms of education. so you have to follow the the مسیحی pattern.</w:t>
      </w:r>
    </w:p>
    <w:p>
      <w:pPr>
        <w:jc w:val="right"/>
      </w:pPr>
      <w:r>
        <w:t>سو بٹ ایٹ دا سیم ٹائم، دیر ار اپرچونیٹیز ان ٹرم اف داوا، ان ٹرم اف ایجوکیشن۔ سو یو ہیو ٹو فالو دا دا مسیحی پیٹرن۔</w:t>
      </w:r>
    </w:p>
    <w:p>
      <w:r>
        <w:rPr>
          <w:b/>
        </w:rPr>
        <w:t xml:space="preserve">[54:52] </w:t>
      </w:r>
      <w:r>
        <w:t>and what is that pattern?</w:t>
      </w:r>
    </w:p>
    <w:p>
      <w:pPr>
        <w:jc w:val="right"/>
      </w:pPr>
      <w:r>
        <w:t>اینڈ واٹ از دیٹ پیٹرن؟</w:t>
      </w:r>
    </w:p>
    <w:p>
      <w:r>
        <w:rPr>
          <w:b/>
        </w:rPr>
        <w:t xml:space="preserve">[54:55] </w:t>
      </w:r>
      <w:r>
        <w:t>avoid confrontation, and avail the opportunities in the field of dawa.</w:t>
      </w:r>
    </w:p>
    <w:p>
      <w:pPr>
        <w:jc w:val="right"/>
      </w:pPr>
      <w:r>
        <w:t>اوائڈ کنفرنٹیشن، اینڈ اویل دا اپرچونیٹیز ان دا فیلڈ اف داوا۔</w:t>
      </w:r>
    </w:p>
    <w:p>
      <w:r>
        <w:rPr>
          <w:b/>
        </w:rPr>
        <w:t xml:space="preserve">[55:03] </w:t>
      </w:r>
      <w:r>
        <w:t>this pattern was said by prophet joseph, and it is mentioned in the quran in chapter asaf.</w:t>
      </w:r>
    </w:p>
    <w:p>
      <w:pPr>
        <w:jc w:val="right"/>
      </w:pPr>
      <w:r>
        <w:t>دس پیٹرن واز سیڈ بائے پرافٹ جوزف، اینڈ اٹ از مینشن ان دا قران ان چیپٹر اصف۔</w:t>
      </w:r>
    </w:p>
    <w:p>
      <w:r>
        <w:rPr>
          <w:b/>
        </w:rPr>
        <w:t xml:space="preserve">[55:14] </w:t>
      </w:r>
      <w:r>
        <w:t>so now, the same situation prevails. at that time, there were ruler kings, and now, there are secular kings.</w:t>
      </w:r>
    </w:p>
    <w:p>
      <w:pPr>
        <w:jc w:val="right"/>
      </w:pPr>
      <w:r>
        <w:t>سو ناو، دا سیم سچویشن پریویلز۔ ایٹ دیٹ ٹائم، دیر وار رولر کنگز، اینڈ ناو، دیر ار سیکولر کنگز۔</w:t>
      </w:r>
    </w:p>
    <w:p>
      <w:r>
        <w:rPr>
          <w:b/>
        </w:rPr>
        <w:t xml:space="preserve">[55:25] </w:t>
      </w:r>
      <w:r>
        <w:t>at that time, there were roman government, and now, there are secular governments. so situation is the same. so although there are secular governments, but in every country, there is freedom.</w:t>
      </w:r>
    </w:p>
    <w:p>
      <w:pPr>
        <w:jc w:val="right"/>
      </w:pPr>
      <w:r>
        <w:t>ایٹ دیٹ ٹائم، دیر وار رومن گورنمنٹ، اینڈ ناو، دیر ار سیکولر گورنمنٹس۔ سو سچوئیشن از دا سیم۔ تو الدو دیر ار سیکولر گورنمنٹس، بٹ ان ایوری کنٹری، دیر از فریڈم۔</w:t>
      </w:r>
    </w:p>
    <w:p>
      <w:r>
        <w:rPr>
          <w:b/>
        </w:rPr>
        <w:t xml:space="preserve">[55:44] </w:t>
      </w:r>
      <w:r>
        <w:t>in every country, there are opportunities in field of dawa.</w:t>
      </w:r>
    </w:p>
    <w:p>
      <w:pPr>
        <w:jc w:val="right"/>
      </w:pPr>
      <w:r>
        <w:t>ان ایوری کنٹری، دیر ار اپرچونیٹیز ان فیلڈ اف داوا۔</w:t>
      </w:r>
    </w:p>
    <w:p>
      <w:r>
        <w:rPr>
          <w:b/>
        </w:rPr>
        <w:t xml:space="preserve">[55:51] </w:t>
      </w:r>
      <w:r>
        <w:t>so the best formula for us is to adopt the pattern of jesus christ.</w:t>
      </w:r>
    </w:p>
    <w:p>
      <w:pPr>
        <w:jc w:val="right"/>
      </w:pPr>
      <w:r>
        <w:t>سو دا بیسٹ فارمولا فار اس از ٹو اڈاپٹ دا پیٹرن اف جیزس کرائسٹ۔</w:t>
      </w:r>
    </w:p>
    <w:p>
      <w:r>
        <w:rPr>
          <w:b/>
        </w:rPr>
        <w:t xml:space="preserve">[56:01] </w:t>
      </w:r>
      <w:r>
        <w:t>we have to avoid political confrontation, and we have to avail all those opportunities in in the field of dawa, through print media, through electronic media, through education.</w:t>
      </w:r>
    </w:p>
    <w:p>
      <w:pPr>
        <w:jc w:val="right"/>
      </w:pPr>
      <w:r>
        <w:t>وی ہیو ٹو اوائڈ پولیٹیکل کنفرنٹیشن، اینڈ وی ہیو ٹو اویل ال دوز اپرچونیٹیز ان ان دا فیلڈ اف داوا، تھرو پرنٹ میڈیا، تھرو الیکٹرانک میڈیا، تھرو ایجوکیشن۔</w:t>
      </w:r>
    </w:p>
    <w:p>
      <w:r>
        <w:rPr>
          <w:b/>
        </w:rPr>
        <w:t xml:space="preserve">[56:21] </w:t>
      </w:r>
      <w:r>
        <w:t>all those opportunities are open.</w:t>
      </w:r>
    </w:p>
    <w:p>
      <w:pPr>
        <w:jc w:val="right"/>
      </w:pPr>
      <w:r>
        <w:t>ال دوز اپرچونیٹیز ار اوپن۔</w:t>
      </w:r>
    </w:p>
    <w:p>
      <w:r>
        <w:rPr>
          <w:b/>
        </w:rPr>
        <w:t xml:space="preserve">[56:28] </w:t>
      </w:r>
      <w:r>
        <w:t>we can educate people, we can convey our message through multimedia. even we are able to establish and international dawa empire.</w:t>
      </w:r>
    </w:p>
    <w:p>
      <w:pPr>
        <w:jc w:val="right"/>
      </w:pPr>
      <w:r>
        <w:t>وی کین ایجوکیٹ پیپل، وی کین کنوے اور میسج تھرو ملٹی میڈیا۔ ایون وی ار ایبل ٹو اسٹیبلش اینڈ انٹرنیشنل داوا ایمپائر۔</w:t>
      </w:r>
    </w:p>
    <w:p>
      <w:r>
        <w:rPr>
          <w:b/>
        </w:rPr>
        <w:t xml:space="preserve">[56:46] </w:t>
      </w:r>
      <w:r>
        <w:t>so why confrontation?</w:t>
      </w:r>
    </w:p>
    <w:p>
      <w:pPr>
        <w:jc w:val="right"/>
      </w:pPr>
      <w:r>
        <w:t>سو وائی کنفرنٹیشن؟</w:t>
      </w:r>
    </w:p>
    <w:p>
      <w:r>
        <w:rPr>
          <w:b/>
        </w:rPr>
        <w:t xml:space="preserve">[56:51] </w:t>
      </w:r>
      <w:r>
        <w:t>so</w:t>
      </w:r>
    </w:p>
    <w:p>
      <w:pPr>
        <w:jc w:val="right"/>
      </w:pPr>
      <w:r>
        <w:t>سو</w:t>
      </w:r>
    </w:p>
    <w:p>
      <w:r>
        <w:rPr>
          <w:b/>
        </w:rPr>
        <w:t xml:space="preserve">[56:54] </w:t>
      </w:r>
      <w:r>
        <w:t>avoid political confrontation, and avail the opportunities present in the field of dawa.</w:t>
      </w:r>
    </w:p>
    <w:p>
      <w:pPr>
        <w:jc w:val="right"/>
      </w:pPr>
      <w:r>
        <w:t>اوائڈ پولیٹیکل کنفرنٹیشن، اینڈ اویل دا اپرچونیٹیز پریزنٹ ان دا فیلڈ اف داوا۔</w:t>
      </w:r>
    </w:p>
    <w:p>
      <w:r>
        <w:rPr>
          <w:b/>
        </w:rPr>
        <w:t xml:space="preserve">[57:08] </w:t>
      </w:r>
      <w:r>
        <w:t>this is the prophetic pattern in our times. aqool qawli hadha wastaghfirullah alaikum ajmaeen.</w:t>
      </w:r>
    </w:p>
    <w:p>
      <w:pPr>
        <w:jc w:val="right"/>
      </w:pPr>
      <w:r>
        <w:t>دس از دا پرافٹک پیٹرن ان اور ٹائمز۔ اقول قولیھذا واستغفراللہ علیکم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