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Misunderstanding January 1, 2008</w:t>
      </w:r>
    </w:p>
    <w:p>
      <w:r>
        <w:t>https://youtu.be/CTmUoJ714fg</w:t>
      </w:r>
    </w:p>
    <w:p>
      <w:r>
        <w:rPr>
          <w:b/>
        </w:rPr>
        <w:t xml:space="preserve">[00:10] </w:t>
      </w:r>
      <w:r>
        <w:t>bismillah rahman rahim, wasallallahu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 lul uqdatan min lisani, yafqahu qawli.</w:t>
      </w:r>
    </w:p>
    <w:p>
      <w:pPr>
        <w:jc w:val="right"/>
      </w:pPr>
      <w:r>
        <w:t>واحل العقدۃ من لسانی، یفقہ قولی۔</w:t>
      </w:r>
    </w:p>
    <w:p>
      <w:r>
        <w:rPr>
          <w:b/>
        </w:rPr>
        <w:t xml:space="preserve">[00:32] </w:t>
      </w:r>
      <w:r>
        <w:t>the topic for this evening is the way of distressing.</w:t>
      </w:r>
    </w:p>
    <w:p>
      <w:pPr>
        <w:jc w:val="right"/>
      </w:pPr>
      <w:r>
        <w:t>دا ٹاپک فار دس ایوننگ از دا وے آف ڈی اسٹریسنگ۔</w:t>
      </w:r>
    </w:p>
    <w:p>
      <w:r>
        <w:rPr>
          <w:b/>
        </w:rPr>
        <w:t xml:space="preserve">[00:43] </w:t>
      </w:r>
      <w:r>
        <w:t>you know, stress or tension is the most common phenomena of your present world.</w:t>
      </w:r>
    </w:p>
    <w:p>
      <w:pPr>
        <w:jc w:val="right"/>
      </w:pPr>
      <w:r>
        <w:t>یو نو، اسٹریس اور ٹینشن از دا موسٹ کامن فیناومینا آف ور پریزنٹ ورلڈ۔</w:t>
      </w:r>
    </w:p>
    <w:p>
      <w:r>
        <w:rPr>
          <w:b/>
        </w:rPr>
        <w:t xml:space="preserve">[00:55] </w:t>
      </w:r>
      <w:r>
        <w:t>every man and woman is suffering from this problem.</w:t>
      </w:r>
    </w:p>
    <w:p>
      <w:pPr>
        <w:jc w:val="right"/>
      </w:pPr>
      <w:r>
        <w:t>ایوری مین اینڈ وومن از سفرنگ فرام دس پرابلم۔</w:t>
      </w:r>
    </w:p>
    <w:p>
      <w:r>
        <w:rPr>
          <w:b/>
        </w:rPr>
        <w:t xml:space="preserve">[01:04] </w:t>
      </w:r>
      <w:r>
        <w:t>there are hundred and thousand people who are said to be master of distressing.</w:t>
      </w:r>
    </w:p>
    <w:p>
      <w:pPr>
        <w:jc w:val="right"/>
      </w:pPr>
      <w:r>
        <w:t>دیر آر ہنڈرڈ اینڈ تھاؤزنڈ پیپل ہو آر سیڈ ٹو بی ماسٹر آف ڈی اسٹریسنگ۔</w:t>
      </w:r>
    </w:p>
    <w:p>
      <w:r>
        <w:rPr>
          <w:b/>
        </w:rPr>
        <w:t xml:space="preserve">[01:14] </w:t>
      </w:r>
      <w:r>
        <w:t>dear professionals. They invite people to come at their centers,</w:t>
      </w:r>
    </w:p>
    <w:p>
      <w:pPr>
        <w:jc w:val="right"/>
      </w:pPr>
      <w:r>
        <w:t>دے آر پروفیشنلز۔ دے انوائٹ پیپل ٹو کم ایٹ دیر سینٹرز،</w:t>
      </w:r>
    </w:p>
    <w:p>
      <w:r>
        <w:rPr>
          <w:b/>
        </w:rPr>
        <w:t xml:space="preserve">[01:28] </w:t>
      </w:r>
      <w:r>
        <w:t>and</w:t>
      </w:r>
    </w:p>
    <w:p>
      <w:pPr>
        <w:jc w:val="right"/>
      </w:pPr>
      <w:r>
        <w:t>اینڈ</w:t>
      </w:r>
    </w:p>
    <w:p>
      <w:r>
        <w:rPr>
          <w:b/>
        </w:rPr>
        <w:t xml:space="preserve">[01:31] </w:t>
      </w:r>
      <w:r>
        <w:t>they will de-stressing their tension. I have surveyed these people</w:t>
      </w:r>
    </w:p>
    <w:p>
      <w:pPr>
        <w:jc w:val="right"/>
      </w:pPr>
      <w:r>
        <w:t>دے ول ڈی اسٹریس دیر ٹینشن۔ ائی ہیو سروے دیز پیپل</w:t>
      </w:r>
    </w:p>
    <w:p>
      <w:r>
        <w:rPr>
          <w:b/>
        </w:rPr>
        <w:t xml:space="preserve">[01:42] </w:t>
      </w:r>
      <w:r>
        <w:t>. i found that this is only a false hopes business.</w:t>
      </w:r>
    </w:p>
    <w:p>
      <w:pPr>
        <w:jc w:val="right"/>
      </w:pPr>
      <w:r>
        <w:t>۔ ائی فاؤنڈ دیٹ دس از اونلی ا فالس ہوپس بزنس۔</w:t>
      </w:r>
    </w:p>
    <w:p>
      <w:r>
        <w:rPr>
          <w:b/>
        </w:rPr>
        <w:t xml:space="preserve">[01:54] </w:t>
      </w:r>
      <w:r>
        <w:t>those techniques that de have involved, that de have evolved for this purpose, is completely failure.</w:t>
      </w:r>
    </w:p>
    <w:p>
      <w:pPr>
        <w:jc w:val="right"/>
      </w:pPr>
      <w:r>
        <w:t>دوز ٹیکنیکس دیٹ دے ہیو انوالوڈ، دیٹ دے ہیو ایوالوڈ فار دس پرپس، از کمپلیٹلی فیلیر۔</w:t>
      </w:r>
    </w:p>
    <w:p>
      <w:r>
        <w:rPr>
          <w:b/>
        </w:rPr>
        <w:t xml:space="preserve">[02:09] </w:t>
      </w:r>
      <w:r>
        <w:t>i will give you some example.</w:t>
      </w:r>
    </w:p>
    <w:p>
      <w:pPr>
        <w:jc w:val="right"/>
      </w:pPr>
      <w:r>
        <w:t>ائی ول گیو یو سم ایگزامپل۔</w:t>
      </w:r>
    </w:p>
    <w:p>
      <w:r>
        <w:rPr>
          <w:b/>
        </w:rPr>
        <w:t xml:space="preserve">[02:12] </w:t>
      </w:r>
      <w:r>
        <w:t>der is a well known book in this subject. the title is "a monk who sold his ferrari".</w:t>
      </w:r>
    </w:p>
    <w:p>
      <w:pPr>
        <w:jc w:val="right"/>
      </w:pPr>
      <w:r>
        <w:t>دیر از ا ویل نون بک ان دس سبجیکٹ۔ دا ٹائٹل از "ا منک ہو سولڈ ہز فراری"۔</w:t>
      </w:r>
    </w:p>
    <w:p>
      <w:r>
        <w:rPr>
          <w:b/>
        </w:rPr>
        <w:t xml:space="preserve">[02:27] </w:t>
      </w:r>
      <w:r>
        <w:t>this book</w:t>
      </w:r>
    </w:p>
    <w:p>
      <w:pPr>
        <w:jc w:val="right"/>
      </w:pPr>
      <w:r>
        <w:t>دس بک</w:t>
      </w:r>
    </w:p>
    <w:p>
      <w:r>
        <w:rPr>
          <w:b/>
        </w:rPr>
        <w:t xml:space="preserve">[02:32] </w:t>
      </w:r>
      <w:r>
        <w:t>is in</w:t>
      </w:r>
    </w:p>
    <w:p>
      <w:pPr>
        <w:jc w:val="right"/>
      </w:pPr>
      <w:r>
        <w:t>از ان</w:t>
      </w:r>
    </w:p>
    <w:p>
      <w:r>
        <w:rPr>
          <w:b/>
        </w:rPr>
        <w:t xml:space="preserve">[02:36] </w:t>
      </w:r>
      <w:r>
        <w:t>this book, der is a story.</w:t>
      </w:r>
    </w:p>
    <w:p>
      <w:pPr>
        <w:jc w:val="right"/>
      </w:pPr>
      <w:r>
        <w:t>دس بک، دیر از ا سٹوری۔</w:t>
      </w:r>
    </w:p>
    <w:p>
      <w:r>
        <w:rPr>
          <w:b/>
        </w:rPr>
        <w:t xml:space="preserve">[02:38] </w:t>
      </w:r>
      <w:r>
        <w:t>one american who was successful lawyer. he was owner of a ferrari and all that. but he was suffering tension or stress.</w:t>
      </w:r>
    </w:p>
    <w:p>
      <w:pPr>
        <w:jc w:val="right"/>
      </w:pPr>
      <w:r>
        <w:t>ون امریکن ہو واز سکسیس فل لائر۔ ہی واز اونر آف ا فراری اینڈ آل دیٹ۔ بٹ ہی واز سفرنگ ٹینشن اور اسٹریس۔</w:t>
      </w:r>
    </w:p>
    <w:p>
      <w:r>
        <w:rPr>
          <w:b/>
        </w:rPr>
        <w:t xml:space="preserve">[02:51] </w:t>
      </w:r>
      <w:r>
        <w:t>so some one told him that, "leave america and go to himalayan jungles, and you will find solace and stress free life".</w:t>
      </w:r>
    </w:p>
    <w:p>
      <w:pPr>
        <w:jc w:val="right"/>
      </w:pPr>
      <w:r>
        <w:t>سو سم ون ٹولڈ ہم دیٹ، "لیو امریکہ اینڈ گو ٹو ہمالین جنگلز، اینڈ یو ول فائنڈ سولیس اینڈ اسٹریس فری لائف"۔</w:t>
      </w:r>
    </w:p>
    <w:p>
      <w:r>
        <w:rPr>
          <w:b/>
        </w:rPr>
        <w:t xml:space="preserve">[03:08] </w:t>
      </w:r>
      <w:r>
        <w:t>so this lawyer sold his ferrari and went to himalayan region.</w:t>
      </w:r>
    </w:p>
    <w:p>
      <w:pPr>
        <w:jc w:val="right"/>
      </w:pPr>
      <w:r>
        <w:t>سو دس لائر سولڈ ہز فراری اینڈ وینٹ ٹو ہمالین ریجن۔</w:t>
      </w:r>
    </w:p>
    <w:p>
      <w:r>
        <w:rPr>
          <w:b/>
        </w:rPr>
        <w:t xml:space="preserve">[03:19] </w:t>
      </w:r>
      <w:r>
        <w:t>and according to the story, he achieved stress free life. the first, i would like to say that this book is a fiction, not a real story.</w:t>
      </w:r>
    </w:p>
    <w:p>
      <w:pPr>
        <w:jc w:val="right"/>
      </w:pPr>
      <w:r>
        <w:t>اینڈ اکارڈنگ ٹو دا سٹوری، ہی اچیوڈ اسٹریس فری لائف۔ دا فرسٹ، ائی وڈ لائک ٹو سے دیٹ دس بک از ا فکشن، ناٹ ا ریل سٹوری۔</w:t>
      </w:r>
    </w:p>
    <w:p>
      <w:r>
        <w:rPr>
          <w:b/>
        </w:rPr>
        <w:t xml:space="preserve">[03:39] </w:t>
      </w:r>
      <w:r>
        <w:t>if it is a solution, then why not a real story? why a fiction? in fiction, you can write any thing</w:t>
      </w:r>
    </w:p>
    <w:p>
      <w:pPr>
        <w:jc w:val="right"/>
      </w:pPr>
      <w:r>
        <w:t>اف اٹ از ا سولیوشن، دین وائی ناٹ ا ریل سٹوری؟ وائی ا فکشن؟ ان فکشن، یو کین رائٹ اینی تھنگ</w:t>
      </w:r>
    </w:p>
    <w:p>
      <w:r>
        <w:rPr>
          <w:b/>
        </w:rPr>
        <w:t xml:space="preserve">[03:51] </w:t>
      </w:r>
      <w:r>
        <w:t>. then the other</w:t>
      </w:r>
    </w:p>
    <w:p>
      <w:pPr>
        <w:jc w:val="right"/>
      </w:pPr>
      <w:r>
        <w:t>۔ دین دی ادر</w:t>
      </w:r>
    </w:p>
    <w:p>
      <w:r>
        <w:rPr>
          <w:b/>
        </w:rPr>
        <w:t xml:space="preserve">[03:57] </w:t>
      </w:r>
      <w:r>
        <w:t>objection is that, this is not a solution at all, because god created you with mind with so many qualities.</w:t>
      </w:r>
    </w:p>
    <w:p>
      <w:pPr>
        <w:jc w:val="right"/>
      </w:pPr>
      <w:r>
        <w:t>ابجیکشن از دیٹ، دس از ناٹ ا سولیوشن ایٹ آل، بیکاز گاڈ کریٹڈ یو ود مائنڈ ود سو مینی کوالٹیز۔</w:t>
      </w:r>
    </w:p>
    <w:p>
      <w:r>
        <w:rPr>
          <w:b/>
        </w:rPr>
        <w:t xml:space="preserve">[04:11] </w:t>
      </w:r>
      <w:r>
        <w:t>so you have to, you have to use all these qualities. you have to live in this world.</w:t>
      </w:r>
    </w:p>
    <w:p>
      <w:pPr>
        <w:jc w:val="right"/>
      </w:pPr>
      <w:r>
        <w:t>سو یو ہیو ٹو، یو ہیو ٹو یوز آل دیز کوالٹیز۔ یو ہیو ٹو لیو ان دس ورلڈ۔</w:t>
      </w:r>
    </w:p>
    <w:p>
      <w:r>
        <w:rPr>
          <w:b/>
        </w:rPr>
        <w:t xml:space="preserve">[04:23] </w:t>
      </w:r>
      <w:r>
        <w:t>it is, it is not, it this kind of solution is not for a human being. if you go to malia and live in jungle, it is nothing but neutralization,</w:t>
      </w:r>
    </w:p>
    <w:p>
      <w:pPr>
        <w:jc w:val="right"/>
      </w:pPr>
      <w:r>
        <w:t>اٹ از، اٹ از ناٹ، اٹ دس کائنڈ آف سولیوشن از ناٹ فار ا ہیومن بینگ۔ اف یو گو ٹو مالیا اینڈ لیو ان جنگل، اٹ از نتھنگ بٹ نیولائزیشن،</w:t>
      </w:r>
    </w:p>
    <w:p>
      <w:r>
        <w:rPr>
          <w:b/>
        </w:rPr>
        <w:t xml:space="preserve">[04:40] </w:t>
      </w:r>
      <w:r>
        <w:t>living just like an animal. so this book is not a real story. it is simply a fiction.</w:t>
      </w:r>
    </w:p>
    <w:p>
      <w:pPr>
        <w:jc w:val="right"/>
      </w:pPr>
      <w:r>
        <w:t>لیونگ جسٹ لائک این اینیمل۔ سو دس بک از ناٹ ا ریل سٹوری۔ اٹ از سمپلی ا فکشن۔</w:t>
      </w:r>
    </w:p>
    <w:p>
      <w:r>
        <w:rPr>
          <w:b/>
        </w:rPr>
        <w:t xml:space="preserve">[04:51] </w:t>
      </w:r>
      <w:r>
        <w:t>then if it was a real story, then again, i would like to say that is not solution. animalization is not solution.</w:t>
      </w:r>
    </w:p>
    <w:p>
      <w:pPr>
        <w:jc w:val="right"/>
      </w:pPr>
      <w:r>
        <w:t>دین اف اٹ واز ا ریل سٹوری، دین اگین، ائی وڈ لائک ٹو سے دیٹ از ناٹ سولیوشن۔ اینیملائزیشن از ناٹ سولیوشن۔</w:t>
      </w:r>
    </w:p>
    <w:p>
      <w:r>
        <w:rPr>
          <w:b/>
        </w:rPr>
        <w:t xml:space="preserve">[05:02] </w:t>
      </w:r>
      <w:r>
        <w:t>then i happen to meet some masters of de stressing. they told me that their technique is based on stop thinking process.</w:t>
      </w:r>
    </w:p>
    <w:p>
      <w:pPr>
        <w:jc w:val="right"/>
      </w:pPr>
      <w:r>
        <w:t>دین ائی ہیپن ٹو میٹ سم ماسٹرز آف ڈی اسٹریسنگ۔ دے ٹولڈ می دیٹ دیر ٹیکنیک از بیسڈ ان سٹاپ تھنکنگ پراسیس۔</w:t>
      </w:r>
    </w:p>
    <w:p>
      <w:r>
        <w:rPr>
          <w:b/>
        </w:rPr>
        <w:t xml:space="preserve">[05:16] </w:t>
      </w:r>
      <w:r>
        <w:t>stop thinking.</w:t>
      </w:r>
    </w:p>
    <w:p>
      <w:pPr>
        <w:jc w:val="right"/>
      </w:pPr>
      <w:r>
        <w:t>سٹاپ تھنکنگ۔</w:t>
      </w:r>
    </w:p>
    <w:p>
      <w:r>
        <w:rPr>
          <w:b/>
        </w:rPr>
        <w:t xml:space="preserve">[05:18] </w:t>
      </w:r>
      <w:r>
        <w:t>they said that all those worries and tension are phenomena of thinking. so stop your thinking, and then you are free of stress.</w:t>
      </w:r>
    </w:p>
    <w:p>
      <w:pPr>
        <w:jc w:val="right"/>
      </w:pPr>
      <w:r>
        <w:t>دے سیڈ دیٹ آل دوز وریز اینڈ ٹینشن آر فیناومینا آف تھنکنگ۔ سو سٹاپ یور تھنکنگ، اینڈ دین یو آر فری آف اسٹریس۔</w:t>
      </w:r>
    </w:p>
    <w:p>
      <w:r>
        <w:rPr>
          <w:b/>
        </w:rPr>
        <w:t xml:space="preserve">[05:31] </w:t>
      </w:r>
      <w:r>
        <w:t>again, i would like to say that this nothing but alike animalization. you know, thinking is the most important quality of a mind.</w:t>
      </w:r>
    </w:p>
    <w:p>
      <w:pPr>
        <w:jc w:val="right"/>
      </w:pPr>
      <w:r>
        <w:t>اگین، ائی وڈ لائک ٹو سے دیٹ دس نتھنگ بٹ الائک اینیملائزیشن۔ یو نو، تھنکنگ از دا موسٹ امپورٹنٹ کوالٹی آف ا مائنڈ۔</w:t>
      </w:r>
    </w:p>
    <w:p>
      <w:r>
        <w:rPr>
          <w:b/>
        </w:rPr>
        <w:t xml:space="preserve">[05:44] </w:t>
      </w:r>
      <w:r>
        <w:t>mind is, it is said that mind is a thinking and thinking animal. so if you become thinking less, then you are an animal.</w:t>
      </w:r>
    </w:p>
    <w:p>
      <w:pPr>
        <w:jc w:val="right"/>
      </w:pPr>
      <w:r>
        <w:t>مائنڈ از، اٹ از سیڈ دیٹ مائنڈ از ا تھنکنگ اینڈ تھنکنگ اینیمل۔ سو اف یو بیکم تھنکنگ لیس، دین یو آر این اینیمل۔</w:t>
      </w:r>
    </w:p>
    <w:p>
      <w:r>
        <w:rPr>
          <w:b/>
        </w:rPr>
        <w:t xml:space="preserve">[05:56] </w:t>
      </w:r>
      <w:r>
        <w:t>so what the, what the use of this kind of technique</w:t>
      </w:r>
    </w:p>
    <w:p>
      <w:pPr>
        <w:jc w:val="right"/>
      </w:pPr>
      <w:r>
        <w:t>سو واٹ دا، واٹ دا یوز آف دس کائنڈ آف ٹیکنیک</w:t>
      </w:r>
    </w:p>
    <w:p>
      <w:r>
        <w:rPr>
          <w:b/>
        </w:rPr>
        <w:t xml:space="preserve">[06:01] </w:t>
      </w:r>
      <w:r>
        <w:t>? i would like to say that the basic, the basic fault in this technique is that they take problem as an evil.</w:t>
      </w:r>
    </w:p>
    <w:p>
      <w:pPr>
        <w:jc w:val="right"/>
      </w:pPr>
      <w:r>
        <w:t>؟ ائی وڈ لائک ٹو سے دیٹ دا بیسک، دا بیسک فالٹ ان دس ٹیکنیک از دیٹ دے ٹیک پرابلم ایز این ایول۔</w:t>
      </w:r>
    </w:p>
    <w:p>
      <w:r>
        <w:rPr>
          <w:b/>
        </w:rPr>
        <w:t xml:space="preserve">[06:17] </w:t>
      </w:r>
      <w:r>
        <w:t>they take problem as an evil. but history show that problem is a part of life</w:t>
      </w:r>
    </w:p>
    <w:p>
      <w:pPr>
        <w:jc w:val="right"/>
      </w:pPr>
      <w:r>
        <w:t>دے ٹیک پرابلم ایز این ایول۔ بٹ ہسٹری شو دیٹ پرابلم از ا پارٹ آف لائف</w:t>
      </w:r>
    </w:p>
    <w:p>
      <w:r>
        <w:rPr>
          <w:b/>
        </w:rPr>
        <w:t xml:space="preserve">[06:30] </w:t>
      </w:r>
      <w:r>
        <w:t>. no one was able to remove this stresses and tension, even kings. so anything that is part of life or part of nature, it is not evil.</w:t>
      </w:r>
    </w:p>
    <w:p>
      <w:pPr>
        <w:jc w:val="right"/>
      </w:pPr>
      <w:r>
        <w:t>۔ نو ون واز ایبل ٹو ریموو دس اسٹریسز اینڈ ٹینشن، ایون کنگز۔ سو اینی تھنگ دیٹ از پارٹ آف لائف اور پارٹ آف نیچر، اٹ از ناٹ ایول۔</w:t>
      </w:r>
    </w:p>
    <w:p>
      <w:r>
        <w:rPr>
          <w:b/>
        </w:rPr>
        <w:t xml:space="preserve">[06:48] </w:t>
      </w:r>
      <w:r>
        <w:t>so i can say that</w:t>
      </w:r>
    </w:p>
    <w:p>
      <w:pPr>
        <w:jc w:val="right"/>
      </w:pPr>
      <w:r>
        <w:t>سو ائی کین سے دیٹ</w:t>
      </w:r>
    </w:p>
    <w:p>
      <w:r>
        <w:rPr>
          <w:b/>
        </w:rPr>
        <w:t xml:space="preserve">[06:55] </w:t>
      </w:r>
      <w:r>
        <w:t>stress or tension is not an evil. it is a blessing in disguise.</w:t>
      </w:r>
    </w:p>
    <w:p>
      <w:pPr>
        <w:jc w:val="right"/>
      </w:pPr>
      <w:r>
        <w:t>اسٹریس اور ٹینشن از ناٹ این ایول۔ اٹ از ا بلیسنگ ان ڈس گائز۔</w:t>
      </w:r>
    </w:p>
    <w:p>
      <w:r>
        <w:rPr>
          <w:b/>
        </w:rPr>
        <w:t xml:space="preserve">[07:02] </w:t>
      </w:r>
      <w:r>
        <w:t>why?</w:t>
      </w:r>
    </w:p>
    <w:p>
      <w:pPr>
        <w:jc w:val="right"/>
      </w:pPr>
      <w:r>
        <w:t>وائی؟</w:t>
      </w:r>
    </w:p>
    <w:p>
      <w:r>
        <w:rPr>
          <w:b/>
        </w:rPr>
        <w:t xml:space="preserve">[07:05] </w:t>
      </w:r>
      <w:r>
        <w:t>stress activate your mind or tension activate your mind. god created you with a mind.</w:t>
      </w:r>
    </w:p>
    <w:p>
      <w:pPr>
        <w:jc w:val="right"/>
      </w:pPr>
      <w:r>
        <w:t>اسٹریس ایکٹیویٹ یور مائنڈ اور ٹینشن ایکٹیویٹ یور مائنڈ۔ گاڈ کریٹڈ یو ود ا مائنڈ۔</w:t>
      </w:r>
    </w:p>
    <w:p>
      <w:r>
        <w:rPr>
          <w:b/>
        </w:rPr>
        <w:t xml:space="preserve">[07:19] </w:t>
      </w:r>
      <w:r>
        <w:t>mind has enormous capacity.</w:t>
      </w:r>
    </w:p>
    <w:p>
      <w:pPr>
        <w:jc w:val="right"/>
      </w:pPr>
      <w:r>
        <w:t>مائنڈ ہیز انارمس کپیسٹی۔</w:t>
      </w:r>
    </w:p>
    <w:p>
      <w:r>
        <w:rPr>
          <w:b/>
        </w:rPr>
        <w:t xml:space="preserve">[07:24] </w:t>
      </w:r>
      <w:r>
        <w:t>but all these qualities, all these intellectual qualities, are in dormant position.</w:t>
      </w:r>
    </w:p>
    <w:p>
      <w:pPr>
        <w:jc w:val="right"/>
      </w:pPr>
      <w:r>
        <w:t>بٹ آل دیز کوالٹیز، آل دیز انٹلیکچول کوالٹیز، آر ان ڈومنٹ پوزیشن۔</w:t>
      </w:r>
    </w:p>
    <w:p>
      <w:r>
        <w:rPr>
          <w:b/>
        </w:rPr>
        <w:t xml:space="preserve">[07:34] </w:t>
      </w:r>
      <w:r>
        <w:t>it need to activate it. and only stress or tension or problem can activate your mind.</w:t>
      </w:r>
    </w:p>
    <w:p>
      <w:pPr>
        <w:jc w:val="right"/>
      </w:pPr>
      <w:r>
        <w:t>اٹ نیڈ ٹو ایکٹیویٹ اٹ۔ اینڈ اونلی اسٹریس اور ٹینشن اور پرابلم کین ایکٹیویٹ یور مائنڈ۔</w:t>
      </w:r>
    </w:p>
    <w:p>
      <w:r>
        <w:rPr>
          <w:b/>
        </w:rPr>
        <w:t xml:space="preserve">[07:45] </w:t>
      </w:r>
      <w:r>
        <w:t>so it is against the law of nature.</w:t>
      </w:r>
    </w:p>
    <w:p>
      <w:pPr>
        <w:jc w:val="right"/>
      </w:pPr>
      <w:r>
        <w:t>سو اٹ از اگینسٹ دی لاء آف نیچر۔</w:t>
      </w:r>
    </w:p>
    <w:p>
      <w:r>
        <w:rPr>
          <w:b/>
        </w:rPr>
        <w:t xml:space="preserve">[07:49] </w:t>
      </w:r>
      <w:r>
        <w:t>you should try to remove all those stress, tension and problem for life. then you are going against the law of nature.</w:t>
      </w:r>
    </w:p>
    <w:p>
      <w:pPr>
        <w:jc w:val="right"/>
      </w:pPr>
      <w:r>
        <w:t>یو شوڈ ٹرائی ٹو ریموو آل دوز اسٹریس، ٹینشن اینڈ پرابلم فار لائف۔ دین یو آر گوئنگ اگینسٹ دی لاء آف نیچر۔</w:t>
      </w:r>
    </w:p>
    <w:p>
      <w:r>
        <w:rPr>
          <w:b/>
        </w:rPr>
        <w:t xml:space="preserve">[08:01] </w:t>
      </w:r>
      <w:r>
        <w:t>anyone who goes against the law of nature, is doom to failure. how you can remove the process of nature?</w:t>
      </w:r>
    </w:p>
    <w:p>
      <w:pPr>
        <w:jc w:val="right"/>
      </w:pPr>
      <w:r>
        <w:t>اینی ون ہو گوز اگینسٹ دی لاء آف نیچر، از ڈوم ٹو فیلیر۔ ہاؤ یو کین ریموو دا پروسیس آف نیچر؟</w:t>
      </w:r>
    </w:p>
    <w:p>
      <w:r>
        <w:rPr>
          <w:b/>
        </w:rPr>
        <w:t xml:space="preserve">[08:10] </w:t>
      </w:r>
      <w:r>
        <w:t>is beyond your capacity.</w:t>
      </w:r>
    </w:p>
    <w:p>
      <w:pPr>
        <w:jc w:val="right"/>
      </w:pPr>
      <w:r>
        <w:t>از بیانڈ یور کپیسٹی۔</w:t>
      </w:r>
    </w:p>
    <w:p>
      <w:r>
        <w:rPr>
          <w:b/>
        </w:rPr>
        <w:t xml:space="preserve">[08:14] </w:t>
      </w:r>
      <w:r>
        <w:t>so i think that the first, i think that the starting point is that you have to take stress or tension or problems as a part of life.</w:t>
      </w:r>
    </w:p>
    <w:p>
      <w:pPr>
        <w:jc w:val="right"/>
      </w:pPr>
      <w:r>
        <w:t>سو ائی تھنک دیٹ دا فرسٹ، ائی تھنک دیٹ دا سٹارٹنگ پوائنٹ از دیٹ یو ہیو ٹو ٹیک اسٹریس اور ٹینشن اور پرابلمز ایز ا پارٹ آف لائف۔</w:t>
      </w:r>
    </w:p>
    <w:p>
      <w:r>
        <w:rPr>
          <w:b/>
        </w:rPr>
        <w:t xml:space="preserve">[08:28] </w:t>
      </w:r>
      <w:r>
        <w:t>or in other word, as a positive part of life. everything that is part of life, it is a positive part and not a negative part.</w:t>
      </w:r>
    </w:p>
    <w:p>
      <w:pPr>
        <w:jc w:val="right"/>
      </w:pPr>
      <w:r>
        <w:t>اور ان ادر ورڈ، ایز ا پوزیٹیو پارٹ آف لائف۔ ایوری تھنگ دیٹ از پارٹ آف لائف، اٹ از ا پوزیٹیو پارٹ اینڈ ناٹ ا نیگیٹیو پارٹ۔</w:t>
      </w:r>
    </w:p>
    <w:p>
      <w:r>
        <w:rPr>
          <w:b/>
        </w:rPr>
        <w:t xml:space="preserve">[08:39] </w:t>
      </w:r>
      <w:r>
        <w:t>here i would like to give an example</w:t>
      </w:r>
    </w:p>
    <w:p>
      <w:pPr>
        <w:jc w:val="right"/>
      </w:pPr>
      <w:r>
        <w:t>ہیر ائی وڈ لائک ٹو گیو ان ایگزامپل</w:t>
      </w:r>
    </w:p>
    <w:p>
      <w:r>
        <w:rPr>
          <w:b/>
        </w:rPr>
        <w:t xml:space="preserve">[08:46] </w:t>
      </w:r>
      <w:r>
        <w:t>. i sometime i was in bahawalpur. there i happen to meet a gentleman.</w:t>
      </w:r>
    </w:p>
    <w:p>
      <w:pPr>
        <w:jc w:val="right"/>
      </w:pPr>
      <w:r>
        <w:t>۔ ائی سم ٹائم ائی واز ان بہاولپور۔ دیر ائی ہیپن ٹو میٹ ا جنٹلمین۔</w:t>
      </w:r>
    </w:p>
    <w:p>
      <w:r>
        <w:rPr>
          <w:b/>
        </w:rPr>
        <w:t xml:space="preserve">[08:57] </w:t>
      </w:r>
      <w:r>
        <w:t>he was a senior person. so i saw that he is doing something in his hand. then i asked him that he was injecting himself.</w:t>
      </w:r>
    </w:p>
    <w:p>
      <w:pPr>
        <w:jc w:val="right"/>
      </w:pPr>
      <w:r>
        <w:t>ہی واز ا سینیئر پرسن۔ سو ائی سا دیٹ ہی از ڈوئنگ سم تھنگ ان ہز ہینڈ۔ دین ائی اسکڈ ہم دیٹ ہی واز انجیکٹنگ ہم سیلف۔</w:t>
      </w:r>
    </w:p>
    <w:p>
      <w:r>
        <w:rPr>
          <w:b/>
        </w:rPr>
        <w:t xml:space="preserve">[09:11] </w:t>
      </w:r>
      <w:r>
        <w:t>it was self injecting.</w:t>
      </w:r>
    </w:p>
    <w:p>
      <w:pPr>
        <w:jc w:val="right"/>
      </w:pPr>
      <w:r>
        <w:t>اٹ واز سیلف انجیکٹنگ۔</w:t>
      </w:r>
    </w:p>
    <w:p>
      <w:r>
        <w:rPr>
          <w:b/>
        </w:rPr>
        <w:t xml:space="preserve">[09:13] </w:t>
      </w:r>
      <w:r>
        <w:t>he was a diabetic, diabetic person. diabetic person. so he used to inject him self every day, perhaps twice a day.</w:t>
      </w:r>
    </w:p>
    <w:p>
      <w:pPr>
        <w:jc w:val="right"/>
      </w:pPr>
      <w:r>
        <w:t>ہی واز ا ڈائبیٹک، ڈائبیٹک پرسن۔ ڈائبیٹک پرسن۔ سو ہی یوز ٹو انجیکٹ ہم سیلف ایوری ڈے، پرہپس ٹوائس ا ڈے۔</w:t>
      </w:r>
    </w:p>
    <w:p>
      <w:r>
        <w:rPr>
          <w:b/>
        </w:rPr>
        <w:t xml:space="preserve">[09:26] </w:t>
      </w:r>
      <w:r>
        <w:t>so i saw that he is, he was very comfortable. for me, it was horrible side.</w:t>
      </w:r>
    </w:p>
    <w:p>
      <w:pPr>
        <w:jc w:val="right"/>
      </w:pPr>
      <w:r>
        <w:t>سو ائی سا دیٹ ہی از، ہی واز ویری کمفرٹیبل۔ فار می، اٹ واز ہوریبل سائیڈ۔</w:t>
      </w:r>
    </w:p>
    <w:p>
      <w:r>
        <w:rPr>
          <w:b/>
        </w:rPr>
        <w:t xml:space="preserve">[09:36] </w:t>
      </w:r>
      <w:r>
        <w:t>but he was comfortable. so i asked him, why you are comfortable?</w:t>
      </w:r>
    </w:p>
    <w:p>
      <w:pPr>
        <w:jc w:val="right"/>
      </w:pPr>
      <w:r>
        <w:t>بٹ ہی واز کمفرٹیبل۔ سو ائی اسکڈ ہم، وائی یو آر کمفرٹیبل؟</w:t>
      </w:r>
    </w:p>
    <w:p>
      <w:r>
        <w:rPr>
          <w:b/>
        </w:rPr>
        <w:t xml:space="preserve">[09:43] </w:t>
      </w:r>
      <w:r>
        <w:t>he said that i have, i have taken a very simple formula. take it easy. he is wild and said, take it easy.</w:t>
      </w:r>
    </w:p>
    <w:p>
      <w:pPr>
        <w:jc w:val="right"/>
      </w:pPr>
      <w:r>
        <w:t>ہی سیڈ دیٹ ائی ہیو، ائی ہیو ٹیکن ا ویری سمپل فارمولا۔ ٹیک اٹ ایزی۔ ہی از وائلڈ اینڈ سیڈ، ٹیک اٹ ایزی۔</w:t>
      </w:r>
    </w:p>
    <w:p>
      <w:r>
        <w:rPr>
          <w:b/>
        </w:rPr>
        <w:t xml:space="preserve">[09:55] </w:t>
      </w:r>
      <w:r>
        <w:t>so this is one formula. if you are facing some problem or some stress, some tension, take it easy.</w:t>
      </w:r>
    </w:p>
    <w:p>
      <w:pPr>
        <w:jc w:val="right"/>
      </w:pPr>
      <w:r>
        <w:t>سو دس از ون فارمولا۔ اف یو آر فیسنگ سم پرابلم اور سم اسٹریس، سم ٹینشن، ٹیک اٹ ایزی۔</w:t>
      </w:r>
    </w:p>
    <w:p>
      <w:r>
        <w:rPr>
          <w:b/>
        </w:rPr>
        <w:t xml:space="preserve">[10:06] </w:t>
      </w:r>
      <w:r>
        <w:t>take it as a normal function.</w:t>
      </w:r>
    </w:p>
    <w:p>
      <w:pPr>
        <w:jc w:val="right"/>
      </w:pPr>
      <w:r>
        <w:t>ٹیک اٹ ایز ا نارمل فنکشن۔</w:t>
      </w:r>
    </w:p>
    <w:p>
      <w:r>
        <w:rPr>
          <w:b/>
        </w:rPr>
        <w:t xml:space="preserve">[10:14] </w:t>
      </w:r>
      <w:r>
        <w:t>as a normal aspect of life. you know, everything begins in mind, and everything can be end in your mind.</w:t>
      </w:r>
    </w:p>
    <w:p>
      <w:pPr>
        <w:jc w:val="right"/>
      </w:pPr>
      <w:r>
        <w:t>ایز ا نارمل اسپیکٹ آف لائف۔ یو نو، ایوری تھنگ بگنز ان مائنڈ، اینڈ ایوری تھنگ کین بی اینڈ ان یور مائنڈ۔</w:t>
      </w:r>
    </w:p>
    <w:p>
      <w:r>
        <w:rPr>
          <w:b/>
        </w:rPr>
        <w:t xml:space="preserve">[10:27] </w:t>
      </w:r>
      <w:r>
        <w:t>so stress or tension always begin your mind.</w:t>
      </w:r>
    </w:p>
    <w:p>
      <w:pPr>
        <w:jc w:val="right"/>
      </w:pPr>
      <w:r>
        <w:t>سو اسٹریس اور ٹینشن الویز بگن یور مائنڈ۔</w:t>
      </w:r>
    </w:p>
    <w:p>
      <w:r>
        <w:rPr>
          <w:b/>
        </w:rPr>
        <w:t xml:space="preserve">[10:33] </w:t>
      </w:r>
      <w:r>
        <w:t>stress is not a physical phenomena. is not physical injury. stress is not like, like physical injury.</w:t>
      </w:r>
    </w:p>
    <w:p>
      <w:pPr>
        <w:jc w:val="right"/>
      </w:pPr>
      <w:r>
        <w:t>اسٹریس از ناٹ ا فزیکل فیناومینا۔ از ناٹ فزیکل انجری۔ اسٹریس از ناٹ لائک، لائک فزیکل انجری۔</w:t>
      </w:r>
    </w:p>
    <w:p>
      <w:r>
        <w:rPr>
          <w:b/>
        </w:rPr>
        <w:t xml:space="preserve">[10:43] </w:t>
      </w:r>
      <w:r>
        <w:t>no</w:t>
      </w:r>
    </w:p>
    <w:p>
      <w:pPr>
        <w:jc w:val="right"/>
      </w:pPr>
      <w:r>
        <w:t>نو</w:t>
      </w:r>
    </w:p>
    <w:p>
      <w:r>
        <w:rPr>
          <w:b/>
        </w:rPr>
        <w:t xml:space="preserve">[10:44] </w:t>
      </w:r>
      <w:r>
        <w:t>, it is intellectual phenomena. so any thing that is intellectual nature or psychological nature, can be, can be removed in intellectual level.</w:t>
      </w:r>
    </w:p>
    <w:p>
      <w:pPr>
        <w:jc w:val="right"/>
      </w:pPr>
      <w:r>
        <w:t>، اٹ از انٹلیکچول فیناومینا۔ سو اینی تھنگ دیٹ از انٹلیکچول نیچر اور سائیکلوجیکل نیچر، کین بی، کین بی ریمووڈ ان انٹلیکچول لیول۔</w:t>
      </w:r>
    </w:p>
    <w:p>
      <w:r>
        <w:rPr>
          <w:b/>
        </w:rPr>
        <w:t xml:space="preserve">[11:02] </w:t>
      </w:r>
      <w:r>
        <w:t>so it is very easy.</w:t>
      </w:r>
    </w:p>
    <w:p>
      <w:pPr>
        <w:jc w:val="right"/>
      </w:pPr>
      <w:r>
        <w:t>سو اٹ از ویری ایزی۔</w:t>
      </w:r>
    </w:p>
    <w:p>
      <w:r>
        <w:rPr>
          <w:b/>
        </w:rPr>
        <w:t xml:space="preserve">[11:04] </w:t>
      </w:r>
      <w:r>
        <w:t>if you are facing some physical problem, like, like injury or fracture, then you have your complaint to go to hospital.</w:t>
      </w:r>
    </w:p>
    <w:p>
      <w:pPr>
        <w:jc w:val="right"/>
      </w:pPr>
      <w:r>
        <w:t>اف یو آر فیسنگ سم فزیکل پرابلم، لائک، لائک انجری اور فریکچر، دین یو ہیو یور کمپل ٹو گو ٹو ہاسپٹل۔</w:t>
      </w:r>
    </w:p>
    <w:p>
      <w:r>
        <w:rPr>
          <w:b/>
        </w:rPr>
        <w:t xml:space="preserve">[11:23] </w:t>
      </w:r>
      <w:r>
        <w:t>you have to, you have to hire some surgeon. but stress or tension is not like the</w:t>
      </w:r>
    </w:p>
    <w:p>
      <w:pPr>
        <w:jc w:val="right"/>
      </w:pPr>
      <w:r>
        <w:t>یو ہیو ٹو، یو ہیو ٹو ہائر سم سرجن۔ بٹ اسٹریس اور ٹینشن از ناٹ لائک دی</w:t>
      </w:r>
    </w:p>
    <w:p>
      <w:r>
        <w:rPr>
          <w:b/>
        </w:rPr>
        <w:t xml:space="preserve">[11:32] </w:t>
      </w:r>
      <w:r>
        <w:t>t. it is simply intellectual problem. so you have to end it by your intellectual, through your intellectual process.</w:t>
      </w:r>
    </w:p>
    <w:p>
      <w:pPr>
        <w:jc w:val="right"/>
      </w:pPr>
      <w:r>
        <w:t>ٹ۔ اٹ از سمپلی انٹلیکچول پرابلم۔ سو یو ہیو ٹو اینڈ اٹ بائی یور انٹلیکچول، تھرو یور انٹلیکچول پروسیس۔</w:t>
      </w:r>
    </w:p>
    <w:p>
      <w:r>
        <w:rPr>
          <w:b/>
        </w:rPr>
        <w:t xml:space="preserve">[11:47] </w:t>
      </w:r>
      <w:r>
        <w:t>if you are using computer, let us take the example of computer. y</w:t>
      </w:r>
    </w:p>
    <w:p>
      <w:pPr>
        <w:jc w:val="right"/>
      </w:pPr>
      <w:r>
        <w:t>اف یو آر یوزنگ کمپیوٹر، لیٹ اس ٹیک دا ایگزیمپل اف کمپیوٹر۔ ی</w:t>
      </w:r>
    </w:p>
    <w:p>
      <w:r>
        <w:rPr>
          <w:b/>
        </w:rPr>
        <w:t xml:space="preserve">[11:53] </w:t>
      </w:r>
      <w:r>
        <w:t>ou know, if you type up matter in your computer, but then you, then you feel that it is not good.</w:t>
      </w:r>
    </w:p>
    <w:p>
      <w:pPr>
        <w:jc w:val="right"/>
      </w:pPr>
      <w:r>
        <w:t>و نو، اف یو ٹائپ اپ میٹر ان یور کمپیوٹر، بٹ دین یو، دین یو فیل دیٹ اٹ از ناٹ گڈ۔</w:t>
      </w:r>
    </w:p>
    <w:p>
      <w:r>
        <w:rPr>
          <w:b/>
        </w:rPr>
        <w:t xml:space="preserve">[12:04] </w:t>
      </w:r>
      <w:r>
        <w:t>you want to, you want to delete it from the computer memory. then you touch a button.</w:t>
      </w:r>
    </w:p>
    <w:p>
      <w:pPr>
        <w:jc w:val="right"/>
      </w:pPr>
      <w:r>
        <w:t>یو وانٹ ٹو، یو وانٹ ٹو ڈیلیٹ اٹ فرام دا کمپیوٹر میموری۔ دین یو ٹچ ا بٹن۔</w:t>
      </w:r>
    </w:p>
    <w:p>
      <w:r>
        <w:rPr>
          <w:b/>
        </w:rPr>
        <w:t xml:space="preserve">[12:14] </w:t>
      </w:r>
      <w:r>
        <w:t>simply, simple by touching a button, it is instantly deleted from the computer.</w:t>
      </w:r>
    </w:p>
    <w:p>
      <w:pPr>
        <w:jc w:val="right"/>
      </w:pPr>
      <w:r>
        <w:t>سمپلی، سمپل بائی ٹچنگ ا بٹن، اٹ از انسٹنٹلی ڈیلیٹڈ فرام دی کمپیوٹر۔</w:t>
      </w:r>
    </w:p>
    <w:p>
      <w:r>
        <w:rPr>
          <w:b/>
        </w:rPr>
        <w:t xml:space="preserve">[12:24] </w:t>
      </w:r>
      <w:r>
        <w:t>so is the case your mind that your mind is super computer. your mind is super computer.</w:t>
      </w:r>
    </w:p>
    <w:p>
      <w:pPr>
        <w:jc w:val="right"/>
      </w:pPr>
      <w:r>
        <w:t>سو از دا کیس یور مائنڈ کہ یور مائنڈ از سپر کمپیوٹر۔ یور مائنڈ از سپر کمپیوٹر۔</w:t>
      </w:r>
    </w:p>
    <w:p>
      <w:r>
        <w:rPr>
          <w:b/>
        </w:rPr>
        <w:t xml:space="preserve">[12:36] </w:t>
      </w:r>
      <w:r>
        <w:t>if you know, every, every stress and tension is based on some kind of seed memory.</w:t>
      </w:r>
    </w:p>
    <w:p>
      <w:pPr>
        <w:jc w:val="right"/>
      </w:pPr>
      <w:r>
        <w:t>اف یو نو، ایوری، ایوری اسٹریس اینڈ ٹینشن از بیسڈ ان سم کائنڈ اف سیڈ میموری۔</w:t>
      </w:r>
    </w:p>
    <w:p>
      <w:r>
        <w:rPr>
          <w:b/>
        </w:rPr>
        <w:t xml:space="preserve">[12:47] </w:t>
      </w:r>
      <w:r>
        <w:t>seed memory about past, about present, about future. seed memory, unwanted memory.</w:t>
      </w:r>
    </w:p>
    <w:p>
      <w:pPr>
        <w:jc w:val="right"/>
      </w:pPr>
      <w:r>
        <w:t>سیڈ میموری اباؤٹ پاسٹ، اباؤٹ پریزنٹ، اباؤٹ فیوچر۔ سیڈ میموری، ان وانٹڈ میموری۔</w:t>
      </w:r>
    </w:p>
    <w:p>
      <w:r>
        <w:rPr>
          <w:b/>
        </w:rPr>
        <w:t xml:space="preserve">[12:54] </w:t>
      </w:r>
      <w:r>
        <w:t>so if you, if you find some, some this kind of worry, this kind of, this kind of seed memory.</w:t>
      </w:r>
    </w:p>
    <w:p>
      <w:pPr>
        <w:jc w:val="right"/>
      </w:pPr>
      <w:r>
        <w:t>سو اف یو، اف یو فائنڈ سم، سم دس کائنڈ اف وری، دس کائنڈ اف، دس کائنڈ اف سیڈ میموری۔</w:t>
      </w:r>
    </w:p>
    <w:p>
      <w:r>
        <w:rPr>
          <w:b/>
        </w:rPr>
        <w:t xml:space="preserve">[13:07] </w:t>
      </w:r>
      <w:r>
        <w:t>so it is very easy. delete it by touching a button. then mind is a super computer. mind has double capacity.</w:t>
      </w:r>
    </w:p>
    <w:p>
      <w:pPr>
        <w:jc w:val="right"/>
      </w:pPr>
      <w:r>
        <w:t>سو اٹ از ویری ایزی۔ ڈیلیٹ اٹ بائی ٹچنگ ا بٹن۔ دین مائنڈ از ا سپر کمپیوٹر۔ مائنڈ ہیز ڈبل کپیسٹی۔</w:t>
      </w:r>
    </w:p>
    <w:p>
      <w:r>
        <w:rPr>
          <w:b/>
        </w:rPr>
        <w:t xml:space="preserve">[13:19] </w:t>
      </w:r>
      <w:r>
        <w:t>double capacity.</w:t>
      </w:r>
    </w:p>
    <w:p>
      <w:pPr>
        <w:jc w:val="right"/>
      </w:pPr>
      <w:r>
        <w:t>ڈبل کپیسٹی۔</w:t>
      </w:r>
    </w:p>
    <w:p>
      <w:r>
        <w:rPr>
          <w:b/>
        </w:rPr>
        <w:t xml:space="preserve">[13:22] </w:t>
      </w:r>
      <w:r>
        <w:t>if you delete a matter in your, in your, if you delete a matter from your computer, it is deleted for ever.</w:t>
      </w:r>
    </w:p>
    <w:p>
      <w:pPr>
        <w:jc w:val="right"/>
      </w:pPr>
      <w:r>
        <w:t>اف یو ڈیلیٹ ا میٹر ان یور، ان یور، اف یو ڈیلیٹ ا میٹر فرام یور کمپیوٹر، اٹ از ڈیلیٹڈ فار ایور۔</w:t>
      </w:r>
    </w:p>
    <w:p>
      <w:r>
        <w:rPr>
          <w:b/>
        </w:rPr>
        <w:t xml:space="preserve">[13:33] </w:t>
      </w:r>
      <w:r>
        <w:t>it deleted for ever. but your memory has very strange type of quality. if you delete a matter from your memory.</w:t>
      </w:r>
    </w:p>
    <w:p>
      <w:pPr>
        <w:jc w:val="right"/>
      </w:pPr>
      <w:r>
        <w:t>اٹ ڈیلیٹڈ فار ایور۔ بٹ یور میموری ہیز ویری سٹرینج ٹائپ اف کوالٹی۔ اف یو ڈیلیٹ ا میٹر فرام یور میموری۔</w:t>
      </w:r>
    </w:p>
    <w:p>
      <w:r>
        <w:rPr>
          <w:b/>
        </w:rPr>
        <w:t xml:space="preserve">[13:43] </w:t>
      </w:r>
      <w:r>
        <w:t>so mind can delete it or forget it. at the same time, it can preserve it.</w:t>
      </w:r>
    </w:p>
    <w:p>
      <w:pPr>
        <w:jc w:val="right"/>
      </w:pPr>
      <w:r>
        <w:t>سو مائنڈ کین ڈیلیٹ اٹ اور فارگیٹ اٹ۔ ایٹ دا سیم ٹائم، اٹ کین پریزرو اٹ۔</w:t>
      </w:r>
    </w:p>
    <w:p>
      <w:r>
        <w:rPr>
          <w:b/>
        </w:rPr>
        <w:t xml:space="preserve">[13:52] </w:t>
      </w:r>
      <w:r>
        <w:t>your mind has double capacity to preserve a memory in your, in your, in your subconscious mind.</w:t>
      </w:r>
    </w:p>
    <w:p>
      <w:pPr>
        <w:jc w:val="right"/>
      </w:pPr>
      <w:r>
        <w:t>یور مائنڈ ہیز ڈبل کپیسٹی ٹو پریزرو ا میموری ان یور، ان یور، ان یور سبکانس مائنڈ۔</w:t>
      </w:r>
    </w:p>
    <w:p>
      <w:r>
        <w:rPr>
          <w:b/>
        </w:rPr>
        <w:t xml:space="preserve">[14:03] </w:t>
      </w:r>
      <w:r>
        <w:t>at the same time, delete it from your conscious mind. so mind is a very strange capacity.</w:t>
      </w:r>
    </w:p>
    <w:p>
      <w:pPr>
        <w:jc w:val="right"/>
      </w:pPr>
      <w:r>
        <w:t>ایٹ دا سیم ٹائم، ڈیلیٹ اٹ فرام یور کانشیس مائنڈ۔ سو مائنڈ از ا ویری سٹرینج کپیسٹی۔</w:t>
      </w:r>
    </w:p>
    <w:p>
      <w:r>
        <w:rPr>
          <w:b/>
        </w:rPr>
        <w:t xml:space="preserve">[14:15] </w:t>
      </w:r>
      <w:r>
        <w:t>then i will give you an example</w:t>
      </w:r>
    </w:p>
    <w:p>
      <w:pPr>
        <w:jc w:val="right"/>
      </w:pPr>
      <w:r>
        <w:t>دین ائی ویل گیو یو ان ایگزامپ</w:t>
      </w:r>
    </w:p>
    <w:p>
      <w:r>
        <w:rPr>
          <w:b/>
        </w:rPr>
        <w:t xml:space="preserve">[14:18] </w:t>
      </w:r>
      <w:r>
        <w:t>l. you know, dale carnegie was, was a well known expert in this issue.</w:t>
      </w:r>
    </w:p>
    <w:p>
      <w:pPr>
        <w:jc w:val="right"/>
      </w:pPr>
      <w:r>
        <w:t>ل۔ یو نو، ڈیل کارنیکی واز، واز ا ویل نون ایکسپرٹ ان دس ایشو۔</w:t>
      </w:r>
    </w:p>
    <w:p>
      <w:r>
        <w:rPr>
          <w:b/>
        </w:rPr>
        <w:t xml:space="preserve">[14:31] </w:t>
      </w:r>
      <w:r>
        <w:t>he published a book, stop worry and start living. it is well known book.</w:t>
      </w:r>
    </w:p>
    <w:p>
      <w:pPr>
        <w:jc w:val="right"/>
      </w:pPr>
      <w:r>
        <w:t>ہی پبلش ا بک، سٹاپ وری اینڈ سٹارٹ لیونگ۔ اٹ از ویل نون بک۔</w:t>
      </w:r>
    </w:p>
    <w:p>
      <w:r>
        <w:rPr>
          <w:b/>
        </w:rPr>
        <w:t xml:space="preserve">[14:42] </w:t>
      </w:r>
      <w:r>
        <w:t>and also, carnegie was well</w:t>
      </w:r>
    </w:p>
    <w:p>
      <w:pPr>
        <w:jc w:val="right"/>
      </w:pPr>
      <w:r>
        <w:t>اینڈ السو، کارنیکی واز ویل</w:t>
      </w:r>
    </w:p>
    <w:p>
      <w:r>
        <w:rPr>
          <w:b/>
        </w:rPr>
        <w:t xml:space="preserve">[14:44] </w:t>
      </w:r>
      <w:r>
        <w:t>known author. millions and billions copy was sold everywhere in the world. but you know, what happened with the, with the author?</w:t>
      </w:r>
    </w:p>
    <w:p>
      <w:pPr>
        <w:jc w:val="right"/>
      </w:pPr>
      <w:r>
        <w:t>نون اتھر۔ ملینز اینڈ بلینز کاپی واز سولڈ ایوری ویر ان دا ورلڈ۔ بٹ یو نو، واٹ ہیپنڈ ود دی، ود دی اتھر؟</w:t>
      </w:r>
    </w:p>
    <w:p>
      <w:r>
        <w:rPr>
          <w:b/>
        </w:rPr>
        <w:t xml:space="preserve">[14:56] </w:t>
      </w:r>
      <w:r>
        <w:t>with the author, it is said that he committed suicide in very early age, perhaps 66 years of old.</w:t>
      </w:r>
    </w:p>
    <w:p>
      <w:pPr>
        <w:jc w:val="right"/>
      </w:pPr>
      <w:r>
        <w:t>ود دی اتھر، اٹ از سیڈ دیٹ ہی کمپیوٹر سوسائیڈ ان ویری ارلی ایج، پرہپس 66 ایئرز اف اولڈ۔</w:t>
      </w:r>
    </w:p>
    <w:p>
      <w:r>
        <w:rPr>
          <w:b/>
        </w:rPr>
        <w:t xml:space="preserve">[15:08] </w:t>
      </w:r>
      <w:r>
        <w:t>so why this happened?</w:t>
      </w:r>
    </w:p>
    <w:p>
      <w:pPr>
        <w:jc w:val="right"/>
      </w:pPr>
      <w:r>
        <w:t>سو وائی دس ہیپن؟</w:t>
      </w:r>
    </w:p>
    <w:p>
      <w:r>
        <w:rPr>
          <w:b/>
        </w:rPr>
        <w:t xml:space="preserve">[15:12] </w:t>
      </w:r>
      <w:r>
        <w:t>he prepared a book on this subject, stop worry and start living. but his formula was wrong.</w:t>
      </w:r>
    </w:p>
    <w:p>
      <w:pPr>
        <w:jc w:val="right"/>
      </w:pPr>
      <w:r>
        <w:t>ہی پریپیئرڈ ا بک ان دس سبجیکٹ، سٹاپ وری اینڈ سٹارٹ لیونگ۔ بٹ ہز فارمولا واز رونگ۔</w:t>
      </w:r>
    </w:p>
    <w:p>
      <w:r>
        <w:rPr>
          <w:b/>
        </w:rPr>
        <w:t xml:space="preserve">[15:25] </w:t>
      </w:r>
      <w:r>
        <w:t>his formula was not natural formula. his formula was based on unnatural formula.</w:t>
      </w:r>
    </w:p>
    <w:p>
      <w:pPr>
        <w:jc w:val="right"/>
      </w:pPr>
      <w:r>
        <w:t>ہز فارمولا واز ناٹ نیچرل فارمولا۔ ہز فارمولا واز بیسڈ ان ان نیچرل فارمولا۔</w:t>
      </w:r>
    </w:p>
    <w:p>
      <w:r>
        <w:rPr>
          <w:b/>
        </w:rPr>
        <w:t xml:space="preserve">[15:36] </w:t>
      </w:r>
      <w:r>
        <w:t>so unnatural formula</w:t>
      </w:r>
    </w:p>
    <w:p>
      <w:pPr>
        <w:jc w:val="right"/>
      </w:pPr>
      <w:r>
        <w:t>سو ان نیچرل فارمولا</w:t>
      </w:r>
    </w:p>
    <w:p>
      <w:r>
        <w:rPr>
          <w:b/>
        </w:rPr>
        <w:t xml:space="preserve">[15:41] </w:t>
      </w:r>
      <w:r>
        <w:t>is. you cannot follow unnatural formula forever. maybe and unnatural formula is good for temporary period.</w:t>
      </w:r>
    </w:p>
    <w:p>
      <w:pPr>
        <w:jc w:val="right"/>
      </w:pPr>
      <w:r>
        <w:t>از۔ یو کین ناٹ فالو ان نیچرل فارمولا فار ایور۔ می بی اینڈ ان نیچرل فارمولا از گڈ فار ٹمپریری پیریڈ۔</w:t>
      </w:r>
    </w:p>
    <w:p>
      <w:r>
        <w:rPr>
          <w:b/>
        </w:rPr>
        <w:t xml:space="preserve">[15:54] </w:t>
      </w:r>
      <w:r>
        <w:t>for temporary period. but and unnatural formula cannot give souls forever. so his formula was unnatural formula.</w:t>
      </w:r>
    </w:p>
    <w:p>
      <w:pPr>
        <w:jc w:val="right"/>
      </w:pPr>
      <w:r>
        <w:t>فار ٹمپریری پیریڈ۔ بٹ اینڈ ان نیچرل فارمولا کین ناٹ گیو سولس فار ایور۔ سو ہز فارمولا واز ان نیچرل فارمولا۔</w:t>
      </w:r>
    </w:p>
    <w:p>
      <w:r>
        <w:rPr>
          <w:b/>
        </w:rPr>
        <w:t xml:space="preserve">[16:07] </w:t>
      </w:r>
      <w:r>
        <w:t>so unnatural formula failed to give him, give him rescue, give him stress free mind, attention free mind.</w:t>
      </w:r>
    </w:p>
    <w:p>
      <w:pPr>
        <w:jc w:val="right"/>
      </w:pPr>
      <w:r>
        <w:t>سو ان نیچرل فارمولا فیل ٹو گیو ہم، گیو ہم ریسکیو، گیو ہم اسٹریس فری مائنڈ، اٹینشن فری مائنڈ۔</w:t>
      </w:r>
    </w:p>
    <w:p>
      <w:r>
        <w:rPr>
          <w:b/>
        </w:rPr>
        <w:t xml:space="preserve">[16:19] </w:t>
      </w:r>
      <w:r>
        <w:t>so he himself was living in, in worry and intention. and finally, he committed suicide, perhaps.</w:t>
      </w:r>
    </w:p>
    <w:p>
      <w:pPr>
        <w:jc w:val="right"/>
      </w:pPr>
      <w:r>
        <w:t>سو ہی ہم سیلف واز لیونگ ان، ان وری اینڈ انٹینشن۔ اینڈ فائنلی، ہی کمپیوٹر سوسائیڈ، پرہپس۔</w:t>
      </w:r>
    </w:p>
    <w:p>
      <w:r>
        <w:rPr>
          <w:b/>
        </w:rPr>
        <w:t xml:space="preserve">[16:33] </w:t>
      </w:r>
      <w:r>
        <w:t>so i think that any formula based on</w:t>
      </w:r>
    </w:p>
    <w:p>
      <w:pPr>
        <w:jc w:val="right"/>
      </w:pPr>
      <w:r>
        <w:t>سو ائی تھنک دیٹ اینی فارمولا بیسڈ ان</w:t>
      </w:r>
    </w:p>
    <w:p>
      <w:r>
        <w:rPr>
          <w:b/>
        </w:rPr>
        <w:t xml:space="preserve">[16:41] </w:t>
      </w:r>
      <w:r>
        <w:t>removal concept. any formula based on this concept that remove your stress, remove your, your problem, remove your tension.</w:t>
      </w:r>
    </w:p>
    <w:p>
      <w:pPr>
        <w:jc w:val="right"/>
      </w:pPr>
      <w:r>
        <w:t>ریموول کانسیپٹ۔ اینی فارمولا بیسڈ ان دس کانسیپٹ دیٹ ریموو یور اسٹریس، ریموو یور، یور پرابلم، ریموو یور ٹینشن۔</w:t>
      </w:r>
    </w:p>
    <w:p>
      <w:r>
        <w:rPr>
          <w:b/>
        </w:rPr>
        <w:t xml:space="preserve">[16:52] </w:t>
      </w:r>
      <w:r>
        <w:t>is doomed to failure. because when it is part of nature, then you are, we have no, you it is beyond your capacity to remove it.</w:t>
      </w:r>
    </w:p>
    <w:p>
      <w:pPr>
        <w:jc w:val="right"/>
      </w:pPr>
      <w:r>
        <w:t>از ڈوم ٹو فیلیر۔ بیکاز وین اٹ از پارٹ اف نیچر، دین یو آر، وی ہیو نو، یو اٹ از بیانڈ یور کپیسٹی ٹو ریموو اٹ۔</w:t>
      </w:r>
    </w:p>
    <w:p>
      <w:r>
        <w:rPr>
          <w:b/>
        </w:rPr>
        <w:t xml:space="preserve">[17:04] </w:t>
      </w:r>
      <w:r>
        <w:t>so you have to find some explanation. and i can say that i have found that formula.</w:t>
      </w:r>
    </w:p>
    <w:p>
      <w:pPr>
        <w:jc w:val="right"/>
      </w:pPr>
      <w:r>
        <w:t>سو یو ہیو ٹو فائنڈ سم ایکسپلینیشن۔ اینڈ ائی کین سے دیٹ ائی ہیو فاؤنڈ دیٹ فارمولا۔</w:t>
      </w:r>
    </w:p>
    <w:p>
      <w:r>
        <w:rPr>
          <w:b/>
        </w:rPr>
        <w:t xml:space="preserve">[17:17] </w:t>
      </w:r>
      <w:r>
        <w:t>my formula is very, very simple. formula is very simple. it is save your self.</w:t>
      </w:r>
    </w:p>
    <w:p>
      <w:pPr>
        <w:jc w:val="right"/>
      </w:pPr>
      <w:r>
        <w:t>مائی فارمولا از ویری، ویری سمپل۔ اس فارمولا از ویری سمپل۔ اٹ از سیو یور سیلف۔</w:t>
      </w:r>
    </w:p>
    <w:p>
      <w:r>
        <w:rPr>
          <w:b/>
        </w:rPr>
        <w:t xml:space="preserve">[17:26] </w:t>
      </w:r>
      <w:r>
        <w:t>save your self.</w:t>
      </w:r>
    </w:p>
    <w:p>
      <w:pPr>
        <w:jc w:val="right"/>
      </w:pPr>
      <w:r>
        <w:t>سیو یور سیلف۔</w:t>
      </w:r>
    </w:p>
    <w:p>
      <w:r>
        <w:rPr>
          <w:b/>
        </w:rPr>
        <w:t xml:space="preserve">[17:28] </w:t>
      </w:r>
      <w:r>
        <w:t>you know, when you are facing some tension or stress, that is, that is due to some, some experience, side experience.</w:t>
      </w:r>
    </w:p>
    <w:p>
      <w:pPr>
        <w:jc w:val="right"/>
      </w:pPr>
      <w:r>
        <w:t>یو نو، وین یو آر فیسنگ سم ٹینشن اور اسٹریس، دیٹ از، دیٹ از ڈیو ٹو سم، سم ایکسپیرینس، سب سائیڈ ایکسپیرینس۔</w:t>
      </w:r>
    </w:p>
    <w:p>
      <w:r>
        <w:rPr>
          <w:b/>
        </w:rPr>
        <w:t xml:space="preserve">[17:39] </w:t>
      </w:r>
      <w:r>
        <w:t>if you are living in a family, in society, in nation, then you experience side kind of event from your family members, from your children, from your members of society</w:t>
      </w:r>
    </w:p>
    <w:p>
      <w:pPr>
        <w:jc w:val="right"/>
      </w:pPr>
      <w:r>
        <w:t>اف یو آر لیونگ ان ا فیملی، ان سوسائٹی، ان نیشن، دین یو ایکسپیرینس سب سائیڈ کائنڈ اف ایونٹ فرام یور فیملی ممبرز، فرام یور چلڈرن، فرام یور ممبرز اف سوسائٹی</w:t>
      </w:r>
    </w:p>
    <w:p>
      <w:r>
        <w:rPr>
          <w:b/>
        </w:rPr>
        <w:t xml:space="preserve">[17:56] </w:t>
      </w:r>
      <w:r>
        <w:t>. so you find some side type of experience. and then you become, then you develop tension or stress.</w:t>
      </w:r>
    </w:p>
    <w:p>
      <w:pPr>
        <w:jc w:val="right"/>
      </w:pPr>
      <w:r>
        <w:t>۔ سو یو فائنڈ سم سائیڈ ٹائپ اف ایکسپیرینس۔ اینڈ دین یو بیکم، دین یو ڈیولپ ٹینشن اور اسٹریس۔</w:t>
      </w:r>
    </w:p>
    <w:p>
      <w:r>
        <w:rPr>
          <w:b/>
        </w:rPr>
        <w:t xml:space="preserve">[18:08] </w:t>
      </w:r>
      <w:r>
        <w:t>bat why, why this kind of, it is a sacrifice. why you sacrifice this? why you are search for this kind of experience?</w:t>
      </w:r>
    </w:p>
    <w:p>
      <w:pPr>
        <w:jc w:val="right"/>
      </w:pPr>
      <w:r>
        <w:t>بٹ وائی، وائی دس کائنڈ اف، اٹ از ا سیکریفائس۔ وائی یو سیکریفائس دس؟ وائی یو آر سرچ فار دس کائنڈ اف ایکسپیرینس؟</w:t>
      </w:r>
    </w:p>
    <w:p>
      <w:r>
        <w:rPr>
          <w:b/>
        </w:rPr>
        <w:t xml:space="preserve">[18:21] </w:t>
      </w:r>
      <w:r>
        <w:t>Why are you searching for some other person? Forget it.</w:t>
      </w:r>
    </w:p>
    <w:p>
      <w:pPr>
        <w:jc w:val="right"/>
      </w:pPr>
      <w:r>
        <w:t>وائی یو آر سرچ فار سم ادر پرسن؟ فارگیٹ اٹ</w:t>
      </w:r>
    </w:p>
    <w:p>
      <w:r>
        <w:rPr>
          <w:b/>
        </w:rPr>
        <w:t xml:space="preserve">[18:27] </w:t>
      </w:r>
      <w:r>
        <w:t>. I do this every day. So I have developed this kind of, if, if, if thinking.</w:t>
      </w:r>
    </w:p>
    <w:p>
      <w:pPr>
        <w:jc w:val="right"/>
      </w:pPr>
      <w:r>
        <w:t>۔ ائی ڈو دس ایوری ڈے۔ سو ائی ہیو ڈیولپ دس کائنڈ اف، اف، اف، اف تھنکنگ۔</w:t>
      </w:r>
    </w:p>
    <w:p>
      <w:r>
        <w:rPr>
          <w:b/>
        </w:rPr>
        <w:t xml:space="preserve">[18:38] </w:t>
      </w:r>
      <w:r>
        <w:t>I can forget any, any person who gives me some kind of, have given me some kind of sad experience.</w:t>
      </w:r>
    </w:p>
    <w:p>
      <w:pPr>
        <w:jc w:val="right"/>
      </w:pPr>
      <w:r>
        <w:t>ائی کین فارگیٹ اینی، اینی پرسن ہو گیوز می سم کائنڈ اف، ہیو گیون می سم کائنڈ اف سیڈ ایکسپیرینس۔</w:t>
      </w:r>
    </w:p>
    <w:p>
      <w:r>
        <w:rPr>
          <w:b/>
        </w:rPr>
        <w:t xml:space="preserve">[18:49] </w:t>
      </w:r>
      <w:r>
        <w:t>because I have already said that tension is not based on physical injury.</w:t>
      </w:r>
    </w:p>
    <w:p>
      <w:pPr>
        <w:jc w:val="right"/>
      </w:pPr>
      <w:r>
        <w:t>بیکاز ائی ہیو ارلی سیڈ دیٹ ٹینشن از ناٹ بیسڈ ان فزیکل انجری۔</w:t>
      </w:r>
    </w:p>
    <w:p>
      <w:r>
        <w:rPr>
          <w:b/>
        </w:rPr>
        <w:t xml:space="preserve">[18:56] </w:t>
      </w:r>
      <w:r>
        <w:t>it is psychological shock. and all do psychological shock based on some kind of experience by other.</w:t>
      </w:r>
    </w:p>
    <w:p>
      <w:pPr>
        <w:jc w:val="right"/>
      </w:pPr>
      <w:r>
        <w:t>اٹ از سائیکلوجیکل شاک۔ اینڈ ال دو سائیکلوجیکل شاک بیسڈ ان سم کائنڈ اف ایکسپیرینس بائی ادر۔</w:t>
      </w:r>
    </w:p>
    <w:p>
      <w:r>
        <w:rPr>
          <w:b/>
        </w:rPr>
        <w:t xml:space="preserve">[19:06] </w:t>
      </w:r>
      <w:r>
        <w:t>so forget it.</w:t>
      </w:r>
    </w:p>
    <w:p>
      <w:pPr>
        <w:jc w:val="right"/>
      </w:pPr>
      <w:r>
        <w:t>سو فارگیٹ اٹ۔</w:t>
      </w:r>
    </w:p>
    <w:p>
      <w:r>
        <w:rPr>
          <w:b/>
        </w:rPr>
        <w:t xml:space="preserve">[19:08] </w:t>
      </w:r>
      <w:r>
        <w:t>if someone is not ready to listen your, your advice. if someone is not ready to, to follow your, your teachings.</w:t>
      </w:r>
    </w:p>
    <w:p>
      <w:pPr>
        <w:jc w:val="right"/>
      </w:pPr>
      <w:r>
        <w:t>اف سم ون از ناٹ ریڈی ٹو لسن یور، یور ایڈوائس۔ اف سم ون از ناٹ ریڈی ٹو، ٹو فالو یور، یور ٹیچنگز۔</w:t>
      </w:r>
    </w:p>
    <w:p>
      <w:r>
        <w:rPr>
          <w:b/>
        </w:rPr>
        <w:t xml:space="preserve">[19:22] </w:t>
      </w:r>
      <w:r>
        <w:t>if someone is not ready to give you happiness. if someone is not ready to follow your direction.</w:t>
      </w:r>
    </w:p>
    <w:p>
      <w:pPr>
        <w:jc w:val="right"/>
      </w:pPr>
      <w:r>
        <w:t>اف سم ون از ناٹ ریڈی ٹو گیو یو ہیپینس۔ اف سم ون از ناٹ ریڈی ٹو فالو یور ڈائریکشن۔</w:t>
      </w:r>
    </w:p>
    <w:p>
      <w:r>
        <w:rPr>
          <w:b/>
        </w:rPr>
        <w:t xml:space="preserve">[19:33] </w:t>
      </w:r>
      <w:r>
        <w:t>den wai, wai badr? don't badr.</w:t>
      </w:r>
    </w:p>
    <w:p>
      <w:pPr>
        <w:jc w:val="right"/>
      </w:pPr>
      <w:r>
        <w:t>دین وائی، وائی بادر؟ ڈونٹ بادر۔</w:t>
      </w:r>
    </w:p>
    <w:p>
      <w:r>
        <w:rPr>
          <w:b/>
        </w:rPr>
        <w:t xml:space="preserve">[19:38] </w:t>
      </w:r>
      <w:r>
        <w:t>Forget it. Remove it from your mind. This save yourself.</w:t>
      </w:r>
    </w:p>
    <w:p>
      <w:pPr>
        <w:jc w:val="right"/>
      </w:pPr>
      <w:r>
        <w:t>فارگیٹ اٹ۔ ریموو اٹ فرام یور مائنڈ۔ دس سیو یور سیلف۔</w:t>
      </w:r>
    </w:p>
    <w:p>
      <w:r>
        <w:rPr>
          <w:b/>
        </w:rPr>
        <w:t xml:space="preserve">[19:46] </w:t>
      </w:r>
      <w:r>
        <w:t>dis formula based on a hadis</w:t>
      </w:r>
    </w:p>
    <w:p>
      <w:pPr>
        <w:jc w:val="right"/>
      </w:pPr>
      <w:r>
        <w:t>دس فارمولا بیسڈ ان ا حدیث</w:t>
      </w:r>
    </w:p>
    <w:p>
      <w:r>
        <w:rPr>
          <w:b/>
        </w:rPr>
        <w:t xml:space="preserve">[19:50] </w:t>
      </w:r>
      <w:r>
        <w:t>. property of islam has said dat</w:t>
      </w:r>
    </w:p>
    <w:p>
      <w:pPr>
        <w:jc w:val="right"/>
      </w:pPr>
      <w:r>
        <w:t>۔ پراپرٹی اف اسلام ہیز سیڈ دیٹ</w:t>
      </w:r>
    </w:p>
    <w:p>
      <w:r>
        <w:rPr>
          <w:b/>
        </w:rPr>
        <w:t xml:space="preserve">[20:10] </w:t>
      </w:r>
      <w:r>
        <w:t>you feel. When you are in situation, you feel that I am help</w:t>
      </w:r>
    </w:p>
    <w:p>
      <w:pPr>
        <w:jc w:val="right"/>
      </w:pPr>
      <w:r>
        <w:t>یو فیل۔ وین یو آر ان سچویشن، یو فیل دیٹ ائی ایم ہیلپ</w:t>
      </w:r>
    </w:p>
    <w:p>
      <w:r>
        <w:rPr>
          <w:b/>
        </w:rPr>
        <w:t xml:space="preserve">[20:16] </w:t>
      </w:r>
      <w:r>
        <w:t>les. I cannot, I cannot remove this obstacle. I cannot reform.</w:t>
      </w:r>
    </w:p>
    <w:p>
      <w:pPr>
        <w:jc w:val="right"/>
      </w:pPr>
      <w:r>
        <w:t>لیس۔ ائی کین ناٹ، ائی کین ناٹ ریموو دس ابسٹیکل۔ ائی کین ناٹ ریفارم۔</w:t>
      </w:r>
    </w:p>
    <w:p>
      <w:r>
        <w:rPr>
          <w:b/>
        </w:rPr>
        <w:t xml:space="preserve">[20:24] </w:t>
      </w:r>
      <w:r>
        <w:t>I cannot change people, so forget others and save yourself.</w:t>
      </w:r>
    </w:p>
    <w:p>
      <w:pPr>
        <w:jc w:val="right"/>
      </w:pPr>
      <w:r>
        <w:t>ائی کین ناٹ چینج پیپل۔ سو فارگیٹ ادر اینڈ سیو یور سیلف۔</w:t>
      </w:r>
    </w:p>
    <w:p>
      <w:r>
        <w:rPr>
          <w:b/>
        </w:rPr>
        <w:t xml:space="preserve">[20:37] </w:t>
      </w:r>
      <w:r>
        <w:t>So my formula is very simple: save yourself.</w:t>
      </w:r>
    </w:p>
    <w:p>
      <w:pPr>
        <w:jc w:val="right"/>
      </w:pPr>
      <w:r>
        <w:t>سو مائی فارمولا از ویری سمپل۔ سیو یور سیلف۔</w:t>
      </w:r>
    </w:p>
    <w:p>
      <w:r>
        <w:rPr>
          <w:b/>
        </w:rPr>
        <w:t xml:space="preserve">[20:42] </w:t>
      </w:r>
      <w:r>
        <w:t>first of all, you have to try to, to change your family members, your members of society or your neighbors.</w:t>
      </w:r>
    </w:p>
    <w:p>
      <w:pPr>
        <w:jc w:val="right"/>
      </w:pPr>
      <w:r>
        <w:t>فرسٹ اف ال، یو ہیو ٹو ٹرائی ٹو، ٹو چینج ادر، یور فیملی ممبرز، یور ممبرز اف سوسائٹی اور یور نیبرز۔</w:t>
      </w:r>
    </w:p>
    <w:p>
      <w:r>
        <w:rPr>
          <w:b/>
        </w:rPr>
        <w:t xml:space="preserve">[20:54] </w:t>
      </w:r>
      <w:r>
        <w:t>if they are going wrong, if they are giving you some kind of sad experience, then try to, try to change them</w:t>
      </w:r>
    </w:p>
    <w:p>
      <w:pPr>
        <w:jc w:val="right"/>
      </w:pPr>
      <w:r>
        <w:t>اف دے آر گوئنگ رونگ، اف دے آر گیونگ یو سم کائنڈ اف سیڈ ایکسپیرینس، دین ٹرائی ٹو، ٹرائی ٹو چینج دیم</w:t>
      </w:r>
    </w:p>
    <w:p>
      <w:r>
        <w:rPr>
          <w:b/>
        </w:rPr>
        <w:t xml:space="preserve">[21:07] </w:t>
      </w:r>
      <w:r>
        <w:t>. But if they are not ready to, to accept your advice, then leave them. Forget them.</w:t>
      </w:r>
    </w:p>
    <w:p>
      <w:pPr>
        <w:jc w:val="right"/>
      </w:pPr>
      <w:r>
        <w:t>۔ بٹ اف دے آر ناٹ ریڈی ٹو، ٹو ایکسیپٹ یور ایڈوائس، دین لیو دیم۔ فارگیٹ دیم۔</w:t>
      </w:r>
    </w:p>
    <w:p>
      <w:r>
        <w:rPr>
          <w:b/>
        </w:rPr>
        <w:t xml:space="preserve">[21:19] </w:t>
      </w:r>
      <w:r>
        <w:t>And this formula is 'save yourself' formula. I can see that I am, I am, I adopted this formula and I am, I am a tension-free person.</w:t>
      </w:r>
    </w:p>
    <w:p>
      <w:pPr>
        <w:jc w:val="right"/>
      </w:pPr>
      <w:r>
        <w:t>اینڈ دس فارمولا از سیو یور سیلف فارمولا۔ ائی کین سی دیٹ ائی ایم، ائی ایم، ائی اڈاپٹڈ دس فارمولا اینڈ ائی ایم، ائی ایم ا ٹینشن فری پرسن۔</w:t>
      </w:r>
    </w:p>
    <w:p>
      <w:r>
        <w:rPr>
          <w:b/>
        </w:rPr>
        <w:t xml:space="preserve">[21:33] </w:t>
      </w:r>
      <w:r>
        <w:t>i hav no stress.</w:t>
      </w:r>
    </w:p>
    <w:p>
      <w:pPr>
        <w:jc w:val="right"/>
      </w:pPr>
      <w:r>
        <w:t>ائی ہیو نو اسٹریس۔</w:t>
      </w:r>
    </w:p>
    <w:p>
      <w:r>
        <w:rPr>
          <w:b/>
        </w:rPr>
        <w:t xml:space="preserve">[21:35] </w:t>
      </w:r>
      <w:r>
        <w:t>So my formula of de-stressing is very simple. Try to change others. But if you fail, then leave others and start a new living.</w:t>
      </w:r>
    </w:p>
    <w:p>
      <w:pPr>
        <w:jc w:val="right"/>
      </w:pPr>
      <w:r>
        <w:t>سو مائی فارمولا اف ڈی اسٹریسنگ از ویری سمپل۔ ٹرائی ٹو چینج ادر۔ بٹ اف یو فیل، دین لیو ادر ان اینڈ سٹارٹ ا نیو لیونگ۔</w:t>
      </w:r>
    </w:p>
    <w:p>
      <w:r>
        <w:rPr>
          <w:b/>
        </w:rPr>
        <w:t xml:space="preserve">[21:48] </w:t>
      </w:r>
      <w:r>
        <w:t>dat is sav your self.</w:t>
      </w:r>
    </w:p>
    <w:p>
      <w:pPr>
        <w:jc w:val="right"/>
      </w:pPr>
      <w:r>
        <w:t>دیٹ از سیو یور سیلف۔</w:t>
      </w:r>
    </w:p>
    <w:p>
      <w:r>
        <w:rPr>
          <w:b/>
        </w:rPr>
        <w:t xml:space="preserve">[21:53] </w:t>
      </w:r>
      <w:r>
        <w:t>veri simpl.</w:t>
      </w:r>
    </w:p>
    <w:p>
      <w:pPr>
        <w:jc w:val="right"/>
      </w:pPr>
      <w:r>
        <w:t>ویری سمپل۔</w:t>
      </w:r>
    </w:p>
    <w:p>
      <w:r>
        <w:rPr>
          <w:b/>
        </w:rPr>
        <w:t xml:space="preserve">[21:58] </w:t>
      </w:r>
      <w:r>
        <w:t>All the people are, all the people have some sad story, some sad memory. Why, why you are, you are putting the sad memory in your mind?</w:t>
      </w:r>
    </w:p>
    <w:p>
      <w:pPr>
        <w:jc w:val="right"/>
      </w:pPr>
      <w:r>
        <w:t>ال دا پیپل ار، ال دا پیپل ہیو سم سیڈ سٹوری، سم سیڈ میموری۔ وائی، وائی یو آر، یو آر پٹنگ دو سیڈ میموری ان یور مائنڈ؟</w:t>
      </w:r>
    </w:p>
    <w:p>
      <w:r>
        <w:rPr>
          <w:b/>
        </w:rPr>
        <w:t xml:space="preserve">[22:14] </w:t>
      </w:r>
      <w:r>
        <w:t>w</w:t>
      </w:r>
    </w:p>
    <w:p>
      <w:pPr>
        <w:jc w:val="right"/>
      </w:pPr>
      <w:r>
        <w:t>و</w:t>
      </w:r>
    </w:p>
    <w:p>
      <w:r>
        <w:rPr>
          <w:b/>
        </w:rPr>
        <w:t xml:space="preserve">[22:15] </w:t>
      </w:r>
      <w:r>
        <w:t>why? if they are giving you tension, if they are giving you stress, then why you are, why you are keeping this burden up your head?</w:t>
      </w:r>
    </w:p>
    <w:p>
      <w:pPr>
        <w:jc w:val="right"/>
      </w:pPr>
      <w:r>
        <w:t>ائی؟ اف دے آر گیونگ یو ٹینشن، اف دے آر گیونگ یو اسٹریس، دین وائی یو آر، وائی یو آر کیپنگ دس برڈن اپ یور ہیڈ؟</w:t>
      </w:r>
    </w:p>
    <w:p>
      <w:r>
        <w:rPr>
          <w:b/>
        </w:rPr>
        <w:t xml:space="preserve">[22:31] </w:t>
      </w:r>
      <w:r>
        <w:t>why?</w:t>
      </w:r>
    </w:p>
    <w:p>
      <w:pPr>
        <w:jc w:val="right"/>
      </w:pPr>
      <w:r>
        <w:t>وائی؟</w:t>
      </w:r>
    </w:p>
    <w:p>
      <w:r>
        <w:rPr>
          <w:b/>
        </w:rPr>
        <w:t xml:space="preserve">[22:35] </w:t>
      </w:r>
      <w:r>
        <w:t>so I would like to say that life is very, very precious. you are here only for some years, 50 years, 60 years, 70 years.</w:t>
      </w:r>
    </w:p>
    <w:p>
      <w:pPr>
        <w:jc w:val="right"/>
      </w:pPr>
      <w:r>
        <w:t>سو ائی وڈ لائک ٹو سے دیٹ لائف از ویری، ویری پریشیس۔ یو آر ہیر اونلی فار سم ایئرز، 50 ایئرز، 60 ایئرز، 70 ایئرز۔</w:t>
      </w:r>
    </w:p>
    <w:p>
      <w:r>
        <w:rPr>
          <w:b/>
        </w:rPr>
        <w:t xml:space="preserve">[22:46] </w:t>
      </w:r>
      <w:r>
        <w:t>then we will die. you have very little time, very little time. so we have to save our self.</w:t>
      </w:r>
    </w:p>
    <w:p>
      <w:pPr>
        <w:jc w:val="right"/>
      </w:pPr>
      <w:r>
        <w:t>دین وی ویل ڈائی۔ یو ہیو ویری لٹل ٹائم، ویری لٹل ٹائم۔ سو وی ہیو ٹو سیو اور سیلف۔</w:t>
      </w:r>
    </w:p>
    <w:p>
      <w:r>
        <w:rPr>
          <w:b/>
        </w:rPr>
        <w:t xml:space="preserve">[22:56] </w:t>
      </w:r>
      <w:r>
        <w:t>we have to do something positively.</w:t>
      </w:r>
    </w:p>
    <w:p>
      <w:pPr>
        <w:jc w:val="right"/>
      </w:pPr>
      <w:r>
        <w:t>وی ہیو ٹو ڈو سم تھنگ پوزیٹیولی۔</w:t>
      </w:r>
    </w:p>
    <w:p>
      <w:r>
        <w:rPr>
          <w:b/>
        </w:rPr>
        <w:t xml:space="preserve">[23:07] </w:t>
      </w:r>
      <w:r>
        <w:t>so i think that art of destressing is a self art</w:t>
      </w:r>
    </w:p>
    <w:p>
      <w:pPr>
        <w:jc w:val="right"/>
      </w:pPr>
      <w:r>
        <w:t>سو ائی تھنک دیٹ ارٹ اف ڈی سٹریسنگ از ا سیلف ارٹ</w:t>
      </w:r>
    </w:p>
    <w:p>
      <w:r>
        <w:rPr>
          <w:b/>
        </w:rPr>
        <w:t xml:space="preserve">[23:17] </w:t>
      </w:r>
      <w:r>
        <w:t>. you can de stress yourself. there is no other person who can de stress you. no, it is not possible.</w:t>
      </w:r>
    </w:p>
    <w:p>
      <w:pPr>
        <w:jc w:val="right"/>
      </w:pPr>
      <w:r>
        <w:t>۔ یو کین ڈی اسٹریس یور سیلف۔ دیر از نو ادر پرسن ہو کین ڈی سٹریس یو۔ نو، اٹ از ناٹ پوسیبل۔</w:t>
      </w:r>
    </w:p>
    <w:p>
      <w:r>
        <w:rPr>
          <w:b/>
        </w:rPr>
        <w:t xml:space="preserve">[23:27] </w:t>
      </w:r>
      <w:r>
        <w:t>change your mind, change your heart, change your outlook. it all depends upon outlook.</w:t>
      </w:r>
    </w:p>
    <w:p>
      <w:pPr>
        <w:jc w:val="right"/>
      </w:pPr>
      <w:r>
        <w:t>چینج یور مائنڈ، چینج یور ہارٹ، چینج یور اؤٹ لوک۔ اٹ ال ڈیپینڈز اپ اؤٹ لوک۔</w:t>
      </w:r>
    </w:p>
    <w:p>
      <w:r>
        <w:rPr>
          <w:b/>
        </w:rPr>
        <w:t xml:space="preserve">[23:37] </w:t>
      </w:r>
      <w:r>
        <w:t>it all depends up outlook. if you change your outlook, then there is no problem, no stress, no tension.</w:t>
      </w:r>
    </w:p>
    <w:p>
      <w:pPr>
        <w:jc w:val="right"/>
      </w:pPr>
      <w:r>
        <w:t>اٹ ال ڈیپینڈز اپ اؤٹ لوک۔ اف یو چینج یور اؤٹ لوک، دین دیر از نو پرابلم، نو اسٹریس، نو ٹینشن۔</w:t>
      </w:r>
    </w:p>
    <w:p>
      <w:r>
        <w:rPr>
          <w:b/>
        </w:rPr>
        <w:t xml:space="preserve">[23:48] </w:t>
      </w:r>
      <w:r>
        <w:t>i think that for a believer, for a momin, akhirat is his problem, not is this world. if you want to take something as your concern, make akhirat your concern, not this world.</w:t>
      </w:r>
    </w:p>
    <w:p>
      <w:pPr>
        <w:jc w:val="right"/>
      </w:pPr>
      <w:r>
        <w:t>ائی تھنک دیٹ فار ا بیلیور، فار ا مومن، اخرت از ہز پرابلم، ناٹ از دس ورلڈ۔ اف یو وانٹ ٹو ٹیک سم تھنگ ایز یور کنسرن، میک اخرت یور کنسرن، ناٹ دس ورلڈ۔</w:t>
      </w:r>
    </w:p>
    <w:p>
      <w:r>
        <w:rPr>
          <w:b/>
        </w:rPr>
        <w:t xml:space="preserve">[24:03] </w:t>
      </w:r>
      <w:r>
        <w:t>so all do tensions are related this world, not the akhirat.</w:t>
      </w:r>
    </w:p>
    <w:p>
      <w:pPr>
        <w:jc w:val="right"/>
      </w:pPr>
      <w:r>
        <w:t>سو ال دو ٹینشنز ار ریلیٹڈ دس ورلڈ، ناٹ دی اخرت۔</w:t>
      </w:r>
    </w:p>
    <w:p>
      <w:r>
        <w:rPr>
          <w:b/>
        </w:rPr>
        <w:t xml:space="preserve">[24:10] </w:t>
      </w:r>
      <w:r>
        <w:t>once i consulted a doctor, i said that i have no tension about this world. worldly matters are not my tension.</w:t>
      </w:r>
    </w:p>
    <w:p>
      <w:pPr>
        <w:jc w:val="right"/>
      </w:pPr>
      <w:r>
        <w:t>ونس ائی کنسلٹڈ ا ڈاکٹر، ائی سیڈ دیٹ ائی ہیو نو ٹینشن اباؤٹ دس ورلڈ۔ ورلڈلی میٹرز ار ناٹ مائی ٹینشن۔</w:t>
      </w:r>
    </w:p>
    <w:p>
      <w:r>
        <w:rPr>
          <w:b/>
        </w:rPr>
        <w:t xml:space="preserve">[24:22] </w:t>
      </w:r>
      <w:r>
        <w:t>worldly matters are not, don't worry my mind. so my, i live in stress, i live in tension.</w:t>
      </w:r>
    </w:p>
    <w:p>
      <w:pPr>
        <w:jc w:val="right"/>
      </w:pPr>
      <w:r>
        <w:t>ورلڈلی میٹرز ار ناٹ، ڈونٹ وری مائی مائنڈ۔ سو مائی، ائی لیو ان اسٹریس، ائی لیو ان ٹینشن۔</w:t>
      </w:r>
    </w:p>
    <w:p>
      <w:r>
        <w:rPr>
          <w:b/>
        </w:rPr>
        <w:t xml:space="preserve">[24:32] </w:t>
      </w:r>
      <w:r>
        <w:t>but my tension is akhirat oriented tension, not worldly oriented ten</w:t>
      </w:r>
    </w:p>
    <w:p>
      <w:pPr>
        <w:jc w:val="right"/>
      </w:pPr>
      <w:r>
        <w:t>بٹ مائی ٹینشن از اخرت اورینٹڈ ٹینشن، ناٹ ورلڈلی اورینٹڈ ٹین</w:t>
      </w:r>
    </w:p>
    <w:p>
      <w:r>
        <w:rPr>
          <w:b/>
        </w:rPr>
        <w:t xml:space="preserve">[24:38] </w:t>
      </w:r>
      <w:r>
        <w:t>tion. so i said that, although i am living in tension, in term of akhirat, but inspite this tension, i can, i can sleep in my night.</w:t>
      </w:r>
    </w:p>
    <w:p>
      <w:pPr>
        <w:jc w:val="right"/>
      </w:pPr>
      <w:r>
        <w:t>شن۔ تو ائی سیڈ دیٹ، الدو ائی ایم لیونگ ان ٹینشن، ان ٹرم اف اخرت، بٹ انسپائٹ دس ٹینشن، ائی کین، ائی کین سلیپ ان مائی نائٹ۔</w:t>
      </w:r>
    </w:p>
    <w:p>
      <w:r>
        <w:rPr>
          <w:b/>
        </w:rPr>
        <w:t xml:space="preserve">[24:54] </w:t>
      </w:r>
      <w:r>
        <w:t>i, i, i,</w:t>
      </w:r>
    </w:p>
    <w:p>
      <w:pPr>
        <w:jc w:val="right"/>
      </w:pPr>
      <w:r>
        <w:t>ائی، ائی، ائی،</w:t>
      </w:r>
    </w:p>
    <w:p>
      <w:r>
        <w:rPr>
          <w:b/>
        </w:rPr>
        <w:t xml:space="preserve">[25:00] </w:t>
      </w:r>
      <w:r>
        <w:t>i can take sound sleep. so what is, what is, what is the reason?</w:t>
      </w:r>
    </w:p>
    <w:p>
      <w:pPr>
        <w:jc w:val="right"/>
      </w:pPr>
      <w:r>
        <w:t>ائی کین ٹیک ساؤنڈ سلیپ۔ سو واٹ از، واٹ از، واٹ از دا ریزن؟</w:t>
      </w:r>
    </w:p>
    <w:p>
      <w:r>
        <w:rPr>
          <w:b/>
        </w:rPr>
        <w:t xml:space="preserve">[25:05] </w:t>
      </w:r>
      <w:r>
        <w:t>why my tension is not harm, harmful tension? he said that your tension is positive tension. when you are, when you are, when you think about akhirat,</w:t>
      </w:r>
    </w:p>
    <w:p>
      <w:pPr>
        <w:jc w:val="right"/>
      </w:pPr>
      <w:r>
        <w:t>وائی مائی ٹینشن از ناٹ ہارم، ہارم فل ٹینشن؟ ہی سیڈ دیٹ یور ٹینشن از پوزیٹیو ٹینشن۔ وین یو آر، وین یو آر، وین یو تھنک اباؤٹ اخرت،</w:t>
      </w:r>
    </w:p>
    <w:p>
      <w:r>
        <w:rPr>
          <w:b/>
        </w:rPr>
        <w:t xml:space="preserve">[25:21] </w:t>
      </w:r>
      <w:r>
        <w:t>when you think about the problem of akhirat, akhirat problem of, yani day of judgment, then that is positive tension</w:t>
      </w:r>
    </w:p>
    <w:p>
      <w:pPr>
        <w:jc w:val="right"/>
      </w:pPr>
      <w:r>
        <w:t>وین یو تھنک اباؤٹ دا پرابلم اف اخرت، اخرت پرابلم اف، یعنی ڈے اف ججمنٹ، دین دیٹ از پوزیٹیو ٹینشن</w:t>
      </w:r>
    </w:p>
    <w:p>
      <w:r>
        <w:rPr>
          <w:b/>
        </w:rPr>
        <w:t xml:space="preserve">[25:31] </w:t>
      </w:r>
      <w:r>
        <w:t>. and if you think about worldly problem, worldly matters, then negative tension. so he said that negative tension is, is harmful, but positive tension is not harmful.</w:t>
      </w:r>
    </w:p>
    <w:p>
      <w:pPr>
        <w:jc w:val="right"/>
      </w:pPr>
      <w:r>
        <w:t>۔ اینڈ اف یو تھنک اباؤٹ ورلڈلی پرابلم، ورلڈلی میٹرز، دین نیگیٹیو ٹینشن۔ تو ہی سیڈ دیٹ نیگیٹیو ٹینشن از، از ہارم فل، بٹ پوزیٹیو ٹینشن از ناٹ ہارم فل۔</w:t>
      </w:r>
    </w:p>
    <w:p>
      <w:r>
        <w:rPr>
          <w:b/>
        </w:rPr>
        <w:t xml:space="preserve">[25:48] </w:t>
      </w:r>
      <w:r>
        <w:t>this was advice given to me by a doctor. he was MBBS doctor, perhaps.</w:t>
      </w:r>
    </w:p>
    <w:p>
      <w:pPr>
        <w:jc w:val="right"/>
      </w:pPr>
      <w:r>
        <w:t>دس واز ایڈوائس گیون ٹو می بائی ا ڈاکٹر۔ ہی واز ایم بی بی ایس ڈاکٹر، پرہپس۔</w:t>
      </w:r>
    </w:p>
    <w:p>
      <w:r>
        <w:rPr>
          <w:b/>
        </w:rPr>
        <w:t xml:space="preserve">[25:57] </w:t>
      </w:r>
      <w:r>
        <w:t>so i can say that if you want to think about, about problems, so think about akhirat, or the problems of akhirat.</w:t>
      </w:r>
    </w:p>
    <w:p>
      <w:pPr>
        <w:jc w:val="right"/>
      </w:pPr>
      <w:r>
        <w:t>سو ائی کین سے دیٹ اف یو وانٹ ٹو تھنک اباؤٹ، اباؤٹ پرابلمز، تو تھنک اباؤٹ اخرت، اور دا پرابلمز اف اخرت۔</w:t>
      </w:r>
    </w:p>
    <w:p>
      <w:r>
        <w:rPr>
          <w:b/>
        </w:rPr>
        <w:t xml:space="preserve">[26:09] </w:t>
      </w:r>
      <w:r>
        <w:t>don't think about the problems of this world. this, your, your thinking about the worldly problems, negative, that will give you negative tension.</w:t>
      </w:r>
    </w:p>
    <w:p>
      <w:pPr>
        <w:jc w:val="right"/>
      </w:pPr>
      <w:r>
        <w:t>ڈونٹ تھنک اباؤٹ دا پرابلمز اف دس ورلڈ۔ دس، یور، یور تھنکنگ اباؤٹ دا ورلڈلی پرابلمز، نیگیٹیو، دیٹ ول گیو یو نیگیٹیو ٹینشن۔</w:t>
      </w:r>
    </w:p>
    <w:p>
      <w:r>
        <w:rPr>
          <w:b/>
        </w:rPr>
        <w:t xml:space="preserve">[26:21] </w:t>
      </w:r>
      <w:r>
        <w:t>but if you think about the problem of akhirat, there is positive tension.</w:t>
      </w:r>
    </w:p>
    <w:p>
      <w:pPr>
        <w:jc w:val="right"/>
      </w:pPr>
      <w:r>
        <w:t>بٹ اف یو تھنک اباؤٹ دا پرابلم اف اخرت، دیر از پوزیٹیو ٹینشن۔</w:t>
      </w:r>
    </w:p>
    <w:p>
      <w:r>
        <w:rPr>
          <w:b/>
        </w:rPr>
        <w:t xml:space="preserve">[26:26] </w:t>
      </w:r>
      <w:r>
        <w:t>so positive tension is not harmful. it is negative tension, that is harmful.</w:t>
      </w:r>
    </w:p>
    <w:p>
      <w:pPr>
        <w:jc w:val="right"/>
      </w:pPr>
      <w:r>
        <w:t>سو پوزیٹیو ٹینشن از ناٹ ہارم فل۔ اٹ از نیگیٹیو ٹینشن، دیٹ از ہارم فل۔</w:t>
      </w:r>
    </w:p>
    <w:p>
      <w:r>
        <w:rPr>
          <w:b/>
        </w:rPr>
        <w:t xml:space="preserve">[26:35] </w:t>
      </w:r>
      <w:r>
        <w:t>so this advice was given to me by a doctor, and i think he was correct to give me this advice.</w:t>
      </w:r>
    </w:p>
    <w:p>
      <w:pPr>
        <w:jc w:val="right"/>
      </w:pPr>
      <w:r>
        <w:t>سو دس ایڈوائس واز گیون ٹو می بائی ا ڈاکٹر، اینڈ ائی تھنک ہی واز کریکٹ ٹو گیو می دس ایڈوائس۔</w:t>
      </w:r>
    </w:p>
    <w:p>
      <w:r>
        <w:rPr>
          <w:b/>
        </w:rPr>
        <w:t xml:space="preserve">[26:46] </w:t>
      </w:r>
      <w:r>
        <w:t>then there is a verse in the quran. allah basically allah hai, al quloob.</w:t>
      </w:r>
    </w:p>
    <w:p>
      <w:pPr>
        <w:jc w:val="right"/>
      </w:pPr>
      <w:r>
        <w:t>دین دیر از ا ورس ان دا قران۔ اللہ بیسکلی اللہ ہے، القلوب۔</w:t>
      </w:r>
    </w:p>
    <w:p>
      <w:r>
        <w:rPr>
          <w:b/>
        </w:rPr>
        <w:t xml:space="preserve">[26:54] </w:t>
      </w:r>
      <w:r>
        <w:t>it means that it is remembrance of god, that can give you solace, that can give you peace of mind.</w:t>
      </w:r>
    </w:p>
    <w:p>
      <w:pPr>
        <w:jc w:val="right"/>
      </w:pPr>
      <w:r>
        <w:t>اٹ مینز دیٹ اٹ از ریممبرنس اف گاڈ، دیٹ کین گیو یو سولس، دیٹ کین گیو یو پیس اف مائنڈ۔</w:t>
      </w:r>
    </w:p>
    <w:p>
      <w:r>
        <w:rPr>
          <w:b/>
        </w:rPr>
        <w:t xml:space="preserve">[27:10] </w:t>
      </w:r>
      <w:r>
        <w:t>it is remembrance of god, that can give you peace of mind.</w:t>
      </w:r>
    </w:p>
    <w:p>
      <w:pPr>
        <w:jc w:val="right"/>
      </w:pPr>
      <w:r>
        <w:t>اٹ از ریممبرنس اف گاڈ، دیٹ کین گیو یو پیس اف مائنڈ۔</w:t>
      </w:r>
    </w:p>
    <w:p>
      <w:r>
        <w:rPr>
          <w:b/>
        </w:rPr>
        <w:t xml:space="preserve">[27:17] </w:t>
      </w:r>
      <w:r>
        <w:t>what it means? what the meaning of this verse? this quranic verse? i think that it is not mysterious.</w:t>
      </w:r>
    </w:p>
    <w:p>
      <w:pPr>
        <w:jc w:val="right"/>
      </w:pPr>
      <w:r>
        <w:t>واٹ اٹ مینز؟ واٹ دا میننگ اف دس ورس؟ دس قرانک ورس؟ ائی تھنک دیٹ اٹ از ناٹ مسٹیریس۔</w:t>
      </w:r>
    </w:p>
    <w:p>
      <w:r>
        <w:rPr>
          <w:b/>
        </w:rPr>
        <w:t xml:space="preserve">[27:27] </w:t>
      </w:r>
      <w:r>
        <w:t>it is not a mysterious verse. it means that if you believe in god, then you have to believe in the creation plan of god.</w:t>
      </w:r>
    </w:p>
    <w:p>
      <w:pPr>
        <w:jc w:val="right"/>
      </w:pPr>
      <w:r>
        <w:t>اٹ از ناٹ ا مسٹیریس ورس۔ اٹ مینز دیٹ اف یو بیلیو ان گاڈ، دین یو ہیو ٹو بیلیو ان دا کرشن پلان اف گاڈ۔</w:t>
      </w:r>
    </w:p>
    <w:p>
      <w:r>
        <w:rPr>
          <w:b/>
        </w:rPr>
        <w:t xml:space="preserve">[27:41] </w:t>
      </w:r>
      <w:r>
        <w:t>and if you believe in the creation plan of god, then you have to believe that all those problems are part of nature, not part of some oppressor, part of some government, part of some police.</w:t>
      </w:r>
    </w:p>
    <w:p>
      <w:pPr>
        <w:jc w:val="right"/>
      </w:pPr>
      <w:r>
        <w:t>اینڈ اف یو بیلیو ان دا کرشن پلان اف گاڈ، دین یو ہیو ٹو بیلیو دیٹ ال دو پرابلمز ار پارٹ اف نیشن، ناٹ پارٹ اف سم اپریسر، پارٹ اف سم گورنمنٹ، پارٹ اف سم پولیس۔</w:t>
      </w:r>
    </w:p>
    <w:p>
      <w:r>
        <w:rPr>
          <w:b/>
        </w:rPr>
        <w:t xml:space="preserve">[28:02] </w:t>
      </w:r>
      <w:r>
        <w:t>so when you take all these problems as a part of nature, part of, part of the creation plan of god, then you will find solace.</w:t>
      </w:r>
    </w:p>
    <w:p>
      <w:pPr>
        <w:jc w:val="right"/>
      </w:pPr>
      <w:r>
        <w:t>سو وین یو ٹیک ال دیز پرابلمز ایز ا پارٹ اف نیچر، پارٹ اف، پارٹ اف دا کرشن پلان اف گاڈ، دین یو ویل فائنڈ سولس۔</w:t>
      </w:r>
    </w:p>
    <w:p>
      <w:r>
        <w:rPr>
          <w:b/>
        </w:rPr>
        <w:t xml:space="preserve">[28:17] </w:t>
      </w:r>
      <w:r>
        <w:t>very, all these things are given by god almighty. then that these are, these have some positive aspect, these have some plus point</w:t>
      </w:r>
    </w:p>
    <w:p>
      <w:pPr>
        <w:jc w:val="right"/>
      </w:pPr>
      <w:r>
        <w:t>ویری، ال دیز تھنگز ار گیون بائی گاڈ المائٹی۔ دین دیٹ دیز ار، دیز ہیو سم پوزیٹیو اسپیکٹ، دیز ہیو سم پلس پوائنٹ</w:t>
      </w:r>
    </w:p>
    <w:p>
      <w:r>
        <w:rPr>
          <w:b/>
        </w:rPr>
        <w:t xml:space="preserve">[28:31] </w:t>
      </w:r>
      <w:r>
        <w:t>. they are not simply negative things. so i think this is the main, main,</w:t>
      </w:r>
    </w:p>
    <w:p>
      <w:pPr>
        <w:jc w:val="right"/>
      </w:pPr>
      <w:r>
        <w:t>۔ دے ار ناٹ سمپلی نیگیٹیو تھنگز۔ سو ائی تھنک دس از دا مین، مین،</w:t>
      </w:r>
    </w:p>
    <w:p>
      <w:r>
        <w:rPr>
          <w:b/>
        </w:rPr>
        <w:t xml:space="preserve">[28:45] </w:t>
      </w:r>
      <w:r>
        <w:t>this is the main concept of a believer.</w:t>
      </w:r>
    </w:p>
    <w:p>
      <w:pPr>
        <w:jc w:val="right"/>
      </w:pPr>
      <w:r>
        <w:t>دس از دا مین کانسیپٹ اف ا بیلیور۔</w:t>
      </w:r>
    </w:p>
    <w:p>
      <w:r>
        <w:rPr>
          <w:b/>
        </w:rPr>
        <w:t xml:space="preserve">[28:49] </w:t>
      </w:r>
      <w:r>
        <w:t>when you believe that there is a god, when you believe that this god has created you, then when you believe this world was created by god, and this, and all those things you face in this world was said by god almighty, then you have to be take all everything positively.</w:t>
      </w:r>
    </w:p>
    <w:p>
      <w:pPr>
        <w:jc w:val="right"/>
      </w:pPr>
      <w:r>
        <w:t>وین یو بیلیو دیٹ دیر از ا گاڈ، وین یو بیلیو دیٹ دس گاڈ ہیز کریٹڈ یو، دین وین یو بیلیو دس ورلڈ واز کریٹڈ بائی گاڈ، اینڈ دس، اینڈ ال دو تھنگز یو فیس ان دس ورلڈ واز سیڈ بائی گاڈ المائٹی، دین یو ہیو ٹو بی ٹیک ال ایوری تھنگ پوزیٹیولی۔</w:t>
      </w:r>
    </w:p>
    <w:p>
      <w:r>
        <w:rPr>
          <w:b/>
        </w:rPr>
        <w:t xml:space="preserve">[29:12] </w:t>
      </w:r>
      <w:r>
        <w:t>then you have to believe in advance that this is for your benefit, for your, for good.</w:t>
      </w:r>
    </w:p>
    <w:p>
      <w:pPr>
        <w:jc w:val="right"/>
      </w:pPr>
      <w:r>
        <w:t>دین یو ہیو ٹو بیلیو ان ایڈوانس دیٹ دس از فار یور بینیفٹ، فار یور، فار گڈ۔</w:t>
      </w:r>
    </w:p>
    <w:p>
      <w:r>
        <w:rPr>
          <w:b/>
        </w:rPr>
        <w:t xml:space="preserve">[29:21] </w:t>
      </w:r>
      <w:r>
        <w:t>it is not evil.</w:t>
      </w:r>
    </w:p>
    <w:p>
      <w:pPr>
        <w:jc w:val="right"/>
      </w:pPr>
      <w:r>
        <w:t>اٹ از ناٹ ایول۔</w:t>
      </w:r>
    </w:p>
    <w:p>
      <w:r>
        <w:rPr>
          <w:b/>
        </w:rPr>
        <w:t xml:space="preserve">[29:26] </w:t>
      </w:r>
      <w:r>
        <w:t>so as far as myself concerned, this is my belief. this is my belief. i also, this is my experience.</w:t>
      </w:r>
    </w:p>
    <w:p>
      <w:pPr>
        <w:jc w:val="right"/>
      </w:pPr>
      <w:r>
        <w:t>سو ایز فار ایز مائی سیلف کنسرن، دس از مائی بیلیف۔ دس از مائی بیلیف۔ ائی السو، دس از مائی ایکسپیرینس۔</w:t>
      </w:r>
    </w:p>
    <w:p>
      <w:r>
        <w:rPr>
          <w:b/>
        </w:rPr>
        <w:t xml:space="preserve">[29:36] </w:t>
      </w:r>
      <w:r>
        <w:t>some time i have, i have faced some sad kind of experience.</w:t>
      </w:r>
    </w:p>
    <w:p>
      <w:pPr>
        <w:jc w:val="right"/>
      </w:pPr>
      <w:r>
        <w:t>سم ٹائم ائی ہیو، ائی ہیو فیسڈ سم سیڈ کائنڈ اف ایکسپیرینس۔</w:t>
      </w:r>
    </w:p>
    <w:p>
      <w:r>
        <w:rPr>
          <w:b/>
        </w:rPr>
        <w:t xml:space="preserve">[29:46] </w:t>
      </w:r>
      <w:r>
        <w:t>but after some years, i discovered that that was good for me. at that, at that time, it was seem to be a sad experience.</w:t>
      </w:r>
    </w:p>
    <w:p>
      <w:pPr>
        <w:jc w:val="right"/>
      </w:pPr>
      <w:r>
        <w:t>بٹ افٹر سم ایئرز، ائی ڈسکورڈ دیٹ دیٹ واز گڈ فار می۔ ایٹ دیٹ، ایٹ دیٹ ٹائم، اٹ واز سیم ٹو بی ا سیڈ ایکسپیرینس۔</w:t>
      </w:r>
    </w:p>
    <w:p>
      <w:r>
        <w:rPr>
          <w:b/>
        </w:rPr>
        <w:t xml:space="preserve">[30:00] </w:t>
      </w:r>
      <w:r>
        <w:t>but, but after some years, i found that that was very good for me</w:t>
      </w:r>
    </w:p>
    <w:p>
      <w:pPr>
        <w:jc w:val="right"/>
      </w:pPr>
      <w:r>
        <w:t>بٹ، بٹ افٹر سم ایئرز، ائی فاؤنڈ دیٹ دیٹ واز ویری گڈ فار می</w:t>
      </w:r>
    </w:p>
    <w:p>
      <w:r>
        <w:rPr>
          <w:b/>
        </w:rPr>
        <w:t xml:space="preserve">[30:06] </w:t>
      </w:r>
      <w:r>
        <w:t>. that was blessing in disguise. so this is what we call iman bil qadar.</w:t>
      </w:r>
    </w:p>
    <w:p>
      <w:pPr>
        <w:jc w:val="right"/>
      </w:pPr>
      <w:r>
        <w:t>۔ دیٹ واز بریسنگ ان ڈس گائیڈ۔ سو دس از واٹ وی کال ایمان بالقدر۔</w:t>
      </w:r>
    </w:p>
    <w:p>
      <w:r>
        <w:rPr>
          <w:b/>
        </w:rPr>
        <w:t xml:space="preserve">[30:17] </w:t>
      </w:r>
      <w:r>
        <w:t>iman bil qadar, bil qadar means that believing that anything that comes from god is good. that rahmat, that blessing.</w:t>
      </w:r>
    </w:p>
    <w:p>
      <w:pPr>
        <w:jc w:val="right"/>
      </w:pPr>
      <w:r>
        <w:t>ایمان بالقدر، بالقدر مینز دیٹ بیلیونگ دیٹ اینی تھنگ دیٹ کمز فرام گاڈ از گڈ۔ دیٹ رحمت، دیٹ بریسنگ۔</w:t>
      </w:r>
    </w:p>
    <w:p>
      <w:r>
        <w:rPr>
          <w:b/>
        </w:rPr>
        <w:t xml:space="preserve">[30:29] </w:t>
      </w:r>
      <w:r>
        <w:t>so allah, if you remember god, if you believe everything that comes from god, is good for me, is blessing for me, is rahmat for me, then this kind of belief certainly give you solace and peace of mind.</w:t>
      </w:r>
    </w:p>
    <w:p>
      <w:pPr>
        <w:jc w:val="right"/>
      </w:pPr>
      <w:r>
        <w:t>تو اللہ، اف یو ریممبر گاڈ، اف یو بیلیو ایوری تھنگ دیٹ کمز فرام گاڈ، از گڈ فار می، از بریسنگ فار می، از رحمت فار می، دین دس کائنڈ اف بیلیو سرٹینلی گیو یو سولس اینڈ پیس اف مائنڈ۔</w:t>
      </w:r>
    </w:p>
    <w:p>
      <w:r>
        <w:rPr>
          <w:b/>
        </w:rPr>
        <w:t xml:space="preserve">[30:55] </w:t>
      </w:r>
      <w:r>
        <w:t>this is simple formula of de-stressing.</w:t>
      </w:r>
    </w:p>
    <w:p>
      <w:pPr>
        <w:jc w:val="right"/>
      </w:pPr>
      <w:r>
        <w:t>دس از سمپل فارمولا اف ڈی اسٹریسنگ۔</w:t>
      </w:r>
    </w:p>
    <w:p>
      <w:r>
        <w:rPr>
          <w:b/>
        </w:rPr>
        <w:t xml:space="preserve">[30:59] </w:t>
      </w:r>
      <w:r>
        <w:t>in this formula, you are not needed to stop your thinking. you don't need to go to himalaya, you don't need to go to some jungles.</w:t>
      </w:r>
    </w:p>
    <w:p>
      <w:pPr>
        <w:jc w:val="right"/>
      </w:pPr>
      <w:r>
        <w:t>ان دس فارمولا، یو ار ناٹ نیڈڈ ٹو سٹاپ یور تھنکنگ۔ یو ڈونٹ نیڈ ٹو گو ٹو ہمالیہ، یو ڈونٹ نیڈ ٹو گو ٹو سم جنگلز۔</w:t>
      </w:r>
    </w:p>
    <w:p>
      <w:r>
        <w:rPr>
          <w:b/>
        </w:rPr>
        <w:t xml:space="preserve">[31:12] </w:t>
      </w:r>
      <w:r>
        <w:t>no, you, you can live in this world, you can do all the jobs,</w:t>
      </w:r>
    </w:p>
    <w:p>
      <w:pPr>
        <w:jc w:val="right"/>
      </w:pPr>
      <w:r>
        <w:t>نو، یو، یو کین لیو ان دس ورلڈ، یو کین ڈو ال دو جابز،</w:t>
      </w:r>
    </w:p>
    <w:p>
      <w:r>
        <w:rPr>
          <w:b/>
        </w:rPr>
        <w:t xml:space="preserve">[31:24] </w:t>
      </w:r>
      <w:r>
        <w:t>but you have to feel that everything that comes from God was good for you. This formula was given by Hazrat Ali ibn Abi Talib.</w:t>
      </w:r>
    </w:p>
    <w:p>
      <w:pPr>
        <w:jc w:val="right"/>
      </w:pPr>
      <w:r>
        <w:t>بٹ یو ہیو ٹو فیل دیٹ ایوری تھنگ دیٹ کمز فرام گاڈ واز گڈ فار یو۔ دس فارمولا واز گیون بائی حضرت علی ابن ابی طالب۔</w:t>
      </w:r>
    </w:p>
    <w:p>
      <w:r>
        <w:rPr>
          <w:b/>
        </w:rPr>
        <w:t xml:space="preserve">[31:35] </w:t>
      </w:r>
      <w:r>
        <w:t>you know, Ali ibn Abi Talib was, was, was a Sahabi. He was the fourth Caliph.</w:t>
      </w:r>
    </w:p>
    <w:p>
      <w:pPr>
        <w:jc w:val="right"/>
      </w:pPr>
      <w:r>
        <w:t>یو نو، علی ابن ابی طالب واز، واز، واز ا صحابی۔ ہی واز دا فورتھ کیلف۔</w:t>
      </w:r>
    </w:p>
    <w:p>
      <w:r>
        <w:rPr>
          <w:b/>
        </w:rPr>
        <w:t xml:space="preserve">[31:50] </w:t>
      </w:r>
      <w:r>
        <w:t>He is well known</w:t>
      </w:r>
    </w:p>
    <w:p>
      <w:pPr>
        <w:jc w:val="right"/>
      </w:pPr>
      <w:r>
        <w:t>ہی از ویل نون</w:t>
      </w:r>
    </w:p>
    <w:p>
      <w:r>
        <w:rPr>
          <w:b/>
        </w:rPr>
        <w:t xml:space="preserve">[31:52] </w:t>
      </w:r>
      <w:r>
        <w:t>. He was man of wisdom, and his, his, a collection of wisdom.</w:t>
      </w:r>
    </w:p>
    <w:p>
      <w:pPr>
        <w:jc w:val="right"/>
      </w:pPr>
      <w:r>
        <w:t>۔ ہی واز مین اف وزڈم، اینڈ ہز، ہز، ا کلیکشن اف وزڈم۔</w:t>
      </w:r>
    </w:p>
    <w:p>
      <w:r>
        <w:rPr>
          <w:b/>
        </w:rPr>
        <w:t xml:space="preserve">[32:03] </w:t>
      </w:r>
      <w:r>
        <w:t>in the title of this book is Nahjul Balagha. The title of this book in this, in this book, you can find all the words of wisdom given by Ali ibn Abi Talib.</w:t>
      </w:r>
    </w:p>
    <w:p>
      <w:pPr>
        <w:jc w:val="right"/>
      </w:pPr>
      <w:r>
        <w:t>ان دا ٹائٹل اف دس بک از ناجر بلاغہ۔ دا ٹائٹل اف دس بک ان دس، ان دس بک، یو کین فائنڈ ال دو ورڈز اف وزڈم گیون بائی علی ابن ابی طالب۔</w:t>
      </w:r>
    </w:p>
    <w:p>
      <w:r>
        <w:rPr>
          <w:b/>
        </w:rPr>
        <w:t xml:space="preserve">[32:17] </w:t>
      </w:r>
      <w:r>
        <w:t>So one wisdom given by Ali ibn Talib in this book is Al-khairu feema waqa'a. Al-khairu feema waqa'a.</w:t>
      </w:r>
    </w:p>
    <w:p>
      <w:pPr>
        <w:jc w:val="right"/>
      </w:pPr>
      <w:r>
        <w:t>سو ون وزڈم گیون بائی علی ابن طالب ان دس بک از الخیر فیما وقا۔ الخیر فیما وقا۔</w:t>
      </w:r>
    </w:p>
    <w:p>
      <w:r>
        <w:rPr>
          <w:b/>
        </w:rPr>
        <w:t xml:space="preserve">[32:28] </w:t>
      </w:r>
      <w:r>
        <w:t>What happened? Happened, happened as a blessing. What happened? Happened as a good. Very good formula, very simple formula.</w:t>
      </w:r>
    </w:p>
    <w:p>
      <w:pPr>
        <w:jc w:val="right"/>
      </w:pPr>
      <w:r>
        <w:t>واٹ ہیپنڈ؟ ہیپنڈ، ہیپنڈ ایز ا بلیسنگ۔ واٹ ہیپنڈ؟ ہیپنڈ ایز ا گڈ۔ ویری گڈ فارمولا، ویری سمپل فارمولا۔</w:t>
      </w:r>
    </w:p>
    <w:p>
      <w:r>
        <w:rPr>
          <w:b/>
        </w:rPr>
        <w:t xml:space="preserve">[32:42] </w:t>
      </w:r>
      <w:r>
        <w:t>Al-khairu feema waqa'a.</w:t>
      </w:r>
    </w:p>
    <w:p>
      <w:pPr>
        <w:jc w:val="right"/>
      </w:pPr>
      <w:r>
        <w:t>الخیر فیما وقا۔</w:t>
      </w:r>
    </w:p>
    <w:p>
      <w:r>
        <w:rPr>
          <w:b/>
        </w:rPr>
        <w:t xml:space="preserve">[32:44] </w:t>
      </w:r>
      <w:r>
        <w:t>If you face some kind of experience, and, and you, you are set, you, you are intention, then you have to, to,</w:t>
      </w:r>
    </w:p>
    <w:p>
      <w:pPr>
        <w:jc w:val="right"/>
      </w:pPr>
      <w:r>
        <w:t>اف یو فیس سم کائنڈ اف ایکسپیرینس، اینڈ، اینڈ یو، یو ار سیٹ، یو، یو ار انٹینشن، دین یو ہیو ٹو، ٹو،</w:t>
      </w:r>
    </w:p>
    <w:p>
      <w:r>
        <w:rPr>
          <w:b/>
        </w:rPr>
        <w:t xml:space="preserve">[33:03] </w:t>
      </w:r>
      <w:r>
        <w:t>you have to rethink. You have to revitalize your mind.</w:t>
      </w:r>
    </w:p>
    <w:p>
      <w:pPr>
        <w:jc w:val="right"/>
      </w:pPr>
      <w:r>
        <w:t>یو ہیو ٹو ری تھنک۔ یو ہیو ٹو ری وٹیلائز یور مائنڈ۔</w:t>
      </w:r>
    </w:p>
    <w:p>
      <w:r>
        <w:rPr>
          <w:b/>
        </w:rPr>
        <w:t xml:space="preserve">[33:08] </w:t>
      </w:r>
      <w:r>
        <w:t>You have to believe in this formula. Al-khairu feema waqa'a. What happened? What good for you? That was blessing for you.</w:t>
      </w:r>
    </w:p>
    <w:p>
      <w:pPr>
        <w:jc w:val="right"/>
      </w:pPr>
      <w:r>
        <w:t>یو ہیو ٹو بیلیو ان دس فارمولا۔ الخیر فیما وقا۔ واٹ ہیپنڈ؟ واٹ گڈ فار یو؟ دیٹ واز بریسنگ فار یو۔</w:t>
      </w:r>
    </w:p>
    <w:p>
      <w:r>
        <w:rPr>
          <w:b/>
        </w:rPr>
        <w:t xml:space="preserve">[33:18] </w:t>
      </w:r>
      <w:r>
        <w:t>So this is a formula based on belief. This formula of destressing is based on belief, and belief.</w:t>
      </w:r>
    </w:p>
    <w:p>
      <w:pPr>
        <w:jc w:val="right"/>
      </w:pPr>
      <w:r>
        <w:t>سو دس از ا فارمولا بیسڈ ان بیلیف۔ دس فارمولا اف ڈی سٹریسنگ از بیسڈ ان بیلیف، اینڈ بیلیف۔</w:t>
      </w:r>
    </w:p>
    <w:p>
      <w:r>
        <w:rPr>
          <w:b/>
        </w:rPr>
        <w:t xml:space="preserve">[33:31] </w:t>
      </w:r>
      <w:r>
        <w:t>And I think that belief is the greatest asset of a believer, of a momin. Believe in God is the greatest asset of a momin or a believer.</w:t>
      </w:r>
    </w:p>
    <w:p>
      <w:pPr>
        <w:jc w:val="right"/>
      </w:pPr>
      <w:r>
        <w:t>اینڈ ائی تھنک دیٹ بیلیف از دا گریٹسٹ اسٹ اف ا بیلیور، اف ا مومن۔ بیلیو ان گاڈ از دا گریٹسٹ اسٹ اف ا مومن اور ا بیلیور۔</w:t>
      </w:r>
    </w:p>
    <w:p>
      <w:r>
        <w:rPr>
          <w:b/>
        </w:rPr>
        <w:t xml:space="preserve">[33:45] </w:t>
      </w:r>
      <w:r>
        <w:t>So a very beautiful formula, very easy formula. Al-khairu feema waqa'a. What happened? Happened for your good, for your benefit, as your blessing.</w:t>
      </w:r>
    </w:p>
    <w:p>
      <w:pPr>
        <w:jc w:val="right"/>
      </w:pPr>
      <w:r>
        <w:t>سو ا ویری بیوٹیفل فارمولا، ویری ایزی فارمولا۔ الخیر فیما وقا۔ واٹ ہیپنڈ؟ ہیپنڈ فار یور گڈ، فار یور بینیفٹ، ایز یور بلیسنگ۔</w:t>
      </w:r>
    </w:p>
    <w:p>
      <w:r>
        <w:rPr>
          <w:b/>
        </w:rPr>
        <w:t xml:space="preserve">[34:00] </w:t>
      </w:r>
      <w:r>
        <w:t>And I can say that myself have faced so many such kind of experience in my life.</w:t>
      </w:r>
    </w:p>
    <w:p>
      <w:pPr>
        <w:jc w:val="right"/>
      </w:pPr>
      <w:r>
        <w:t>اینڈ ائی کین سے دیٹ مائی سیلف ہیو فیس سو مینی سچ کائنڈ اف ایکسپیرینس ان مائی لائف۔</w:t>
      </w:r>
    </w:p>
    <w:p>
      <w:r>
        <w:rPr>
          <w:b/>
        </w:rPr>
        <w:t xml:space="preserve">[34:12] </w:t>
      </w:r>
      <w:r>
        <w:t>Maybe hundreds of experience.</w:t>
      </w:r>
    </w:p>
    <w:p>
      <w:pPr>
        <w:jc w:val="right"/>
      </w:pPr>
      <w:r>
        <w:t>می بی ہنڈرڈز اف ایکسپیرینس۔</w:t>
      </w:r>
    </w:p>
    <w:p>
      <w:r>
        <w:rPr>
          <w:b/>
        </w:rPr>
        <w:t xml:space="preserve">[34:17] </w:t>
      </w:r>
      <w:r>
        <w:t>At the first instance, I, I feel in stress.</w:t>
      </w:r>
    </w:p>
    <w:p>
      <w:pPr>
        <w:jc w:val="right"/>
      </w:pPr>
      <w:r>
        <w:t>ایٹ دا فرسٹ انسٹنس، ائی، ائی فیل ان اسٹریس۔</w:t>
      </w:r>
    </w:p>
    <w:p>
      <w:r>
        <w:rPr>
          <w:b/>
        </w:rPr>
        <w:t xml:space="preserve">[34:26] </w:t>
      </w:r>
      <w:r>
        <w:t>I develop thinking that it was sad for me</w:t>
      </w:r>
    </w:p>
    <w:p>
      <w:pPr>
        <w:jc w:val="right"/>
      </w:pPr>
      <w:r>
        <w:t>ائی ڈیولپ تھنکنگ دیٹ اٹ واز سیڈ فار می</w:t>
      </w:r>
    </w:p>
    <w:p>
      <w:r>
        <w:rPr>
          <w:b/>
        </w:rPr>
        <w:t xml:space="preserve">[34:30] </w:t>
      </w:r>
      <w:r>
        <w:t>. But after some years, I found that it was good for me. Al-khairu feema waqa'a. What happened?</w:t>
      </w:r>
    </w:p>
    <w:p>
      <w:pPr>
        <w:jc w:val="right"/>
      </w:pPr>
      <w:r>
        <w:t>۔ بٹ افٹر سم ایئرز، ائی فاؤنڈ دیٹ اٹ واز گڈ فار می۔ الخیر فیما وقا۔ واٹ ہیپنڈ؟</w:t>
      </w:r>
    </w:p>
    <w:p>
      <w:r>
        <w:rPr>
          <w:b/>
        </w:rPr>
        <w:t xml:space="preserve">[34:39] </w:t>
      </w:r>
      <w:r>
        <w:t>was good for me in term of future. So all the tensions are tension in term of present, are in term of past</w:t>
      </w:r>
    </w:p>
    <w:p>
      <w:pPr>
        <w:jc w:val="right"/>
      </w:pPr>
      <w:r>
        <w:t>واز گڈ فار می ان ٹرم اف فیوچر۔ سو ال دو ٹینشنز ار ٹینشن ان ٹرم اف پریزنٹ، ار ان ٹرم اف پاسٹ</w:t>
      </w:r>
    </w:p>
    <w:p>
      <w:r>
        <w:rPr>
          <w:b/>
        </w:rPr>
        <w:t xml:space="preserve">[34:53] </w:t>
      </w:r>
      <w:r>
        <w:t>. But your belief gives you a very good formula that take it in term of future. In term of future, in future, it will be good for yo</w:t>
      </w:r>
    </w:p>
    <w:p>
      <w:pPr>
        <w:jc w:val="right"/>
      </w:pPr>
      <w:r>
        <w:t>۔ بٹ یور بیلیف گیوز یو ا ویری گڈ فارمولا دیٹ ٹیک اٹ ان ٹرم اف فیوچر۔ ان ٹرم اف فیوچر، ان فیوچر، اٹ ول بی گڈ فار ی</w:t>
      </w:r>
    </w:p>
    <w:p>
      <w:r>
        <w:rPr>
          <w:b/>
        </w:rPr>
        <w:t xml:space="preserve">[35:04] </w:t>
      </w:r>
      <w:r>
        <w:t>u. So if you find that this experience, this sad experience was not good for you in, in, in your, in your present, then you have to believe that in future, it will be good for you.</w:t>
      </w:r>
    </w:p>
    <w:p>
      <w:pPr>
        <w:jc w:val="right"/>
      </w:pPr>
      <w:r>
        <w:t>و۔ سو اف یو فائنڈ دیٹ دس ایکسپیرینس، دس سیڈ ایکسپیرینس واز ناٹ گڈ فار یو ان، ان، ان یور، ان یور پریزنٹ، دین یو ہیو ٹو بیلیو دیٹ ان فیوچر، اٹ ول بی گڈ فار یو۔</w:t>
      </w:r>
    </w:p>
    <w:p>
      <w:r>
        <w:rPr>
          <w:b/>
        </w:rPr>
        <w:t xml:space="preserve">[35:22] </w:t>
      </w:r>
      <w:r>
        <w:t>And make dua. Then this formula has also a very positive point, very important aspect.</w:t>
      </w:r>
    </w:p>
    <w:p>
      <w:pPr>
        <w:jc w:val="right"/>
      </w:pPr>
      <w:r>
        <w:t>اینڈ میک دعا۔ دین دس فارمولا ہیز السو ا ویری پوزیٹیو پوائنٹ، ویری امپورٹنٹ اسپیکٹ۔</w:t>
      </w:r>
    </w:p>
    <w:p>
      <w:r>
        <w:rPr>
          <w:b/>
        </w:rPr>
        <w:t xml:space="preserve">[35:31] </w:t>
      </w:r>
      <w:r>
        <w:t>Every time when a man faces a sad experience and tension, or stress. So he feel in, in, in sadness.</w:t>
      </w:r>
    </w:p>
    <w:p>
      <w:pPr>
        <w:jc w:val="right"/>
      </w:pPr>
      <w:r>
        <w:t>ایوری ٹائم وین ا مین فیس ا سیڈ ایکسپیرینس اینڈ ٹینشن، ار اسٹیس۔ سو ہی فیل ان، ان، ان سیڈنس۔</w:t>
      </w:r>
    </w:p>
    <w:p>
      <w:r>
        <w:rPr>
          <w:b/>
        </w:rPr>
        <w:t xml:space="preserve">[35:45] </w:t>
      </w:r>
      <w:r>
        <w:t>end he, he faces some kind of disease like diabetes and so on other diseases.</w:t>
      </w:r>
    </w:p>
    <w:p>
      <w:pPr>
        <w:jc w:val="right"/>
      </w:pPr>
      <w:r>
        <w:t>اینڈ ہی، ہی فیس سم کائنڈ اف ڈیزیز لائک ڈائبیٹیز اینڈ سو ان ادر ڈیزیز۔</w:t>
      </w:r>
    </w:p>
    <w:p>
      <w:r>
        <w:rPr>
          <w:b/>
        </w:rPr>
        <w:t xml:space="preserve">[35:57] </w:t>
      </w:r>
      <w:r>
        <w:t>but if you are believer, if you believe in God blessing, then you will start dua.</w:t>
      </w:r>
    </w:p>
    <w:p>
      <w:pPr>
        <w:jc w:val="right"/>
      </w:pPr>
      <w:r>
        <w:t>بٹ اف یو ار بیلیور، اف یو بیلیو ان گاڈ بریسنگ، دین یو ول سٹارٹ دعا۔</w:t>
      </w:r>
    </w:p>
    <w:p>
      <w:r>
        <w:rPr>
          <w:b/>
        </w:rPr>
        <w:t xml:space="preserve">[36:11] </w:t>
      </w:r>
      <w:r>
        <w:t>if you are not believer, then you will feel in sadness. and that sadness will lead to different kind of disease.</w:t>
      </w:r>
    </w:p>
    <w:p>
      <w:pPr>
        <w:jc w:val="right"/>
      </w:pPr>
      <w:r>
        <w:t>اف یو ار ناٹ بیلیور، دین یو ول فیل ان سیڈنس۔ اینڈ دیٹ سیڈنس ول لیڈ ٹو ڈفرنٹ کائنڈ اف ڈیزیز۔</w:t>
      </w:r>
    </w:p>
    <w:p>
      <w:r>
        <w:rPr>
          <w:b/>
        </w:rPr>
        <w:t xml:space="preserve">[36:22] </w:t>
      </w:r>
      <w:r>
        <w:t>you will feel in sadness. and this sadness will lead to different kind of disease like diabetes, blood pressure.</w:t>
      </w:r>
    </w:p>
    <w:p>
      <w:pPr>
        <w:jc w:val="right"/>
      </w:pPr>
      <w:r>
        <w:t>یو ول فیل ان سیڈنس۔ اینڈ دس سیڈنس ول لیڈ ٹو ڈفرنٹ کائنڈ اف ڈیزیز لائک ڈائبیٹیز، بلڈ پریشر۔</w:t>
      </w:r>
    </w:p>
    <w:p>
      <w:r>
        <w:rPr>
          <w:b/>
        </w:rPr>
        <w:t xml:space="preserve">[36:32] </w:t>
      </w:r>
      <w:r>
        <w:t>but if you are a believer, if you believe in God almighty, if you believe that God is raheem and rahman, then you will start dua.</w:t>
      </w:r>
    </w:p>
    <w:p>
      <w:pPr>
        <w:jc w:val="right"/>
      </w:pPr>
      <w:r>
        <w:t>بٹ اف یو ار ا بیلیور، اف یو بیلیو ان گاڈ المائٹی، اف یو بیلیو دیٹ گاڈ از رحیم اینڈ رحمان، دین یو ول سٹارٹ دعا۔</w:t>
      </w:r>
    </w:p>
    <w:p>
      <w:r>
        <w:rPr>
          <w:b/>
        </w:rPr>
        <w:t xml:space="preserve">[36:48] </w:t>
      </w:r>
      <w:r>
        <w:t>you will ask God, O God, give me some kind of blessing.</w:t>
      </w:r>
    </w:p>
    <w:p>
      <w:pPr>
        <w:jc w:val="right"/>
      </w:pPr>
      <w:r>
        <w:t>یو ول اسک گاڈ، او گاڈ، گیو می سم کائنڈ اف بلیسنگ۔</w:t>
      </w:r>
    </w:p>
    <w:p>
      <w:r>
        <w:rPr>
          <w:b/>
        </w:rPr>
        <w:t xml:space="preserve">[36:58] </w:t>
      </w:r>
      <w:r>
        <w:t>when I, when I went to Hajj, so with me there was a Arab Sheikh, Sheikh Muhammad Sulaiman Al-Qaid.</w:t>
      </w:r>
    </w:p>
    <w:p>
      <w:pPr>
        <w:jc w:val="right"/>
      </w:pPr>
      <w:r>
        <w:t>وین ائی، وین ائی وینٹ ٹو حج، سو ود می دیر واز ا عرب شیخ، شیخ محمد سلیمان القائد۔</w:t>
      </w:r>
    </w:p>
    <w:p>
      <w:r>
        <w:rPr>
          <w:b/>
        </w:rPr>
        <w:t xml:space="preserve">[37:16] </w:t>
      </w:r>
      <w:r>
        <w:t>so went we alighted at Jeddah, and, and we boarded a bus mak</w:t>
      </w:r>
    </w:p>
    <w:p>
      <w:pPr>
        <w:jc w:val="right"/>
      </w:pPr>
      <w:r>
        <w:t>سو وینٹ وی الائٹڈ ایٹ جدہ، اینڈ، اینڈ وی بورڈ ا بس مک</w:t>
      </w:r>
    </w:p>
    <w:p>
      <w:r>
        <w:rPr>
          <w:b/>
        </w:rPr>
        <w:t xml:space="preserve">[37:24] </w:t>
      </w:r>
      <w:r>
        <w:t>h. so when we reached Mecca, Sheikh Muhammad Sulaiman Al-Qaid said that, that I, I, I miss by my, my, my purse.</w:t>
      </w:r>
    </w:p>
    <w:p>
      <w:pPr>
        <w:jc w:val="right"/>
      </w:pPr>
      <w:r>
        <w:t>ہ۔ سو وین وی ریلیز مکہ، شیخ محمد سلیمان القائد سیڈ دیٹ، دیٹ ائی، ائی، ائی مس بائی مائی، مائی، مائی پرس۔</w:t>
      </w:r>
    </w:p>
    <w:p>
      <w:r>
        <w:rPr>
          <w:b/>
        </w:rPr>
        <w:t xml:space="preserve">[37:39] </w:t>
      </w:r>
      <w:r>
        <w:t>in his purse there was 35 riyal.</w:t>
      </w:r>
    </w:p>
    <w:p>
      <w:pPr>
        <w:jc w:val="right"/>
      </w:pPr>
      <w:r>
        <w:t>ان ہز پرس دیر واز 35 ریال۔</w:t>
      </w:r>
    </w:p>
    <w:p>
      <w:r>
        <w:rPr>
          <w:b/>
        </w:rPr>
        <w:t xml:space="preserve">[37:43] </w:t>
      </w:r>
      <w:r>
        <w:t>so he,</w:t>
      </w:r>
    </w:p>
    <w:p>
      <w:pPr>
        <w:jc w:val="right"/>
      </w:pPr>
      <w:r>
        <w:t>سو ہی،</w:t>
      </w:r>
    </w:p>
    <w:p>
      <w:r>
        <w:rPr>
          <w:b/>
        </w:rPr>
        <w:t xml:space="preserve">[37:47] </w:t>
      </w:r>
      <w:r>
        <w:t>when we reached Mecca, we were penniless because his purse was, was</w:t>
      </w:r>
    </w:p>
    <w:p>
      <w:pPr>
        <w:jc w:val="right"/>
      </w:pPr>
      <w:r>
        <w:t>وین وی ریلیز مکہ، وی ویر پینیس بیکاز ہز پرس واز، واز</w:t>
      </w:r>
    </w:p>
    <w:p>
      <w:r>
        <w:rPr>
          <w:b/>
        </w:rPr>
        <w:t xml:space="preserve">[37:58] </w:t>
      </w:r>
      <w:r>
        <w:t>miss by him. so he said that, as I will go to Jeddah airport, and maybe it, it is with shurta, and I will maybe find that pur</w:t>
      </w:r>
    </w:p>
    <w:p>
      <w:pPr>
        <w:jc w:val="right"/>
      </w:pPr>
      <w:r>
        <w:t>مس بائی ہم۔ سو ہی سیڈ دیٹ، ایس ائی ول گو ٹو جدہ ایئرپورٹ، اینڈ می بی اٹ، اٹ از ود شرطہ، اینڈ ائی ول می فائنڈ دیٹ پر</w:t>
      </w:r>
    </w:p>
    <w:p>
      <w:r>
        <w:rPr>
          <w:b/>
        </w:rPr>
        <w:t xml:space="preserve">[38:12] </w:t>
      </w:r>
      <w:r>
        <w:t>se. so he went to Jeddah, and I was at the time in Mecca, in some hotel.</w:t>
      </w:r>
    </w:p>
    <w:p>
      <w:pPr>
        <w:jc w:val="right"/>
      </w:pPr>
      <w:r>
        <w:t>س۔ سو ہی وینٹ ٹو جدہ، اینڈ ائی واز ایٹ دا ٹائم ان مکہ، ان سم ہوٹل۔</w:t>
      </w:r>
    </w:p>
    <w:p>
      <w:r>
        <w:rPr>
          <w:b/>
        </w:rPr>
        <w:t xml:space="preserve">[38:20] </w:t>
      </w:r>
      <w:r>
        <w:t>so I start dua. in this dua, I said that, Allahumma ajjalna, Allahumma ajjalna, darsan, ajjalna, talfan.</w:t>
      </w:r>
    </w:p>
    <w:p>
      <w:pPr>
        <w:jc w:val="right"/>
      </w:pPr>
      <w:r>
        <w:t>تو ائی سٹارٹ دعا۔ ان دس دعا، ائی سیڈ دیٹ، اللہم اجلنا، اللہم اجلنا، درسن، اجلنا، تلفن۔</w:t>
      </w:r>
    </w:p>
    <w:p>
      <w:r>
        <w:rPr>
          <w:b/>
        </w:rPr>
        <w:t xml:space="preserve">[38:38] </w:t>
      </w:r>
      <w:r>
        <w:t>I was penniless, but I make this dua, Allahumma ajjalna, darsan, ajjalna, talfan.</w:t>
      </w:r>
    </w:p>
    <w:p>
      <w:pPr>
        <w:jc w:val="right"/>
      </w:pPr>
      <w:r>
        <w:t>ائی واز پینیس، بٹ ائی میک دس دعا، اللہم اجلنا، درسن، اجلنا، تلفن۔</w:t>
      </w:r>
    </w:p>
    <w:p>
      <w:r>
        <w:rPr>
          <w:b/>
        </w:rPr>
        <w:t xml:space="preserve">[38:47] </w:t>
      </w:r>
      <w:r>
        <w:t>it means that, O God, make it fast a lesson, and not simply a waste.</w:t>
      </w:r>
    </w:p>
    <w:p>
      <w:pPr>
        <w:jc w:val="right"/>
      </w:pPr>
      <w:r>
        <w:t>اٹ مینز دیٹ، او گاڈ، میک اٹ فاسٹ ا لیسن، اینڈ ناٹ سمپلی ا ویسٹ۔</w:t>
      </w:r>
    </w:p>
    <w:p>
      <w:r>
        <w:rPr>
          <w:b/>
        </w:rPr>
        <w:t xml:space="preserve">[38:56] </w:t>
      </w:r>
      <w:r>
        <w:t>so after some hours, Sheikh Muhammad Sulaiman returned, and he was happy that he found his purse in Jeddah airport.</w:t>
      </w:r>
    </w:p>
    <w:p>
      <w:pPr>
        <w:jc w:val="right"/>
      </w:pPr>
      <w:r>
        <w:t>سو افٹر سم اور، شیخ محمد سلیمان ریٹرنڈ، اینڈ ہی واز ہیپی دیٹ ہی فاؤنڈ ہز پرس ان جدہ ایئرپورٹ۔</w:t>
      </w:r>
    </w:p>
    <w:p>
      <w:r>
        <w:rPr>
          <w:b/>
        </w:rPr>
        <w:t xml:space="preserve">[39:09] </w:t>
      </w:r>
      <w:r>
        <w:t>so this a very, very important, especially believer. a believer believes in God almighty.</w:t>
      </w:r>
    </w:p>
    <w:p>
      <w:pPr>
        <w:jc w:val="right"/>
      </w:pPr>
      <w:r>
        <w:t>سو دس ا ویری، ویری امپورٹنٹ، اسپیشلی بیلیور۔ ا بیلیور بیلیوز ان گاڈ المائٹی۔</w:t>
      </w:r>
    </w:p>
    <w:p>
      <w:r>
        <w:rPr>
          <w:b/>
        </w:rPr>
        <w:t xml:space="preserve">[39:19] </w:t>
      </w:r>
      <w:r>
        <w:t>the conviction of believer is that, al-khairu feema waqa'. what happened? happened was good for me.</w:t>
      </w:r>
    </w:p>
    <w:p>
      <w:pPr>
        <w:jc w:val="right"/>
      </w:pPr>
      <w:r>
        <w:t>دا کنوکشن اف بیلیور از دیٹ، الخیر فیما وقا۔ واٹ ہیپنڈ؟ ہیپنڈ واز گڈ فار می۔</w:t>
      </w:r>
    </w:p>
    <w:p>
      <w:r>
        <w:rPr>
          <w:b/>
        </w:rPr>
        <w:t xml:space="preserve">[39:25] </w:t>
      </w:r>
      <w:r>
        <w:t>so he will start dua. so and this kind of sad experience will give you zikr, dua, ibadah.</w:t>
      </w:r>
    </w:p>
    <w:p>
      <w:pPr>
        <w:jc w:val="right"/>
      </w:pPr>
      <w:r>
        <w:t>سو ہی ول سٹارٹ دعا۔ تو اینی دس کائنڈ اف سیڈ ایکسپیرینس ول گیو یو ذکر، دعا، عبادت۔</w:t>
      </w:r>
    </w:p>
    <w:p>
      <w:r>
        <w:rPr>
          <w:b/>
        </w:rPr>
        <w:t xml:space="preserve">[39:41] </w:t>
      </w:r>
      <w:r>
        <w:t>that better than, than tension. that better than, that kind of sad experience.</w:t>
      </w:r>
    </w:p>
    <w:p>
      <w:pPr>
        <w:jc w:val="right"/>
      </w:pPr>
      <w:r>
        <w:t>دیٹ بیٹر دین، دین ٹینشن۔ دیٹ بیٹر دین، دیٹ کائنڈ اف سیڈ ایکسپیرینس۔</w:t>
      </w:r>
    </w:p>
    <w:p>
      <w:r>
        <w:rPr>
          <w:b/>
        </w:rPr>
        <w:t xml:space="preserve">[39:50] </w:t>
      </w:r>
      <w:r>
        <w:t>so I would like to say that, if you are a secular person, then you have to try to know the art of stress management.</w:t>
      </w:r>
    </w:p>
    <w:p>
      <w:pPr>
        <w:jc w:val="right"/>
      </w:pPr>
      <w:r>
        <w:t>سو ائی وڈ لائک ٹو سے دیٹ، اف یو ار ا سیکولر پرسن، دین یو ہیو ٹو ٹرائی ٹو نو دا ارٹ اف اسٹریس مینجمنٹ۔</w:t>
      </w:r>
    </w:p>
    <w:p>
      <w:r>
        <w:rPr>
          <w:b/>
        </w:rPr>
        <w:t xml:space="preserve">[40:04] </w:t>
      </w:r>
      <w:r>
        <w:t>and if you are a believer, then you have to try to remember God. remember God instantly, you find solace from God.</w:t>
      </w:r>
    </w:p>
    <w:p>
      <w:pPr>
        <w:jc w:val="right"/>
      </w:pPr>
      <w:r>
        <w:t>اینڈ اف یو ار ا بیلیور، دین یو ہیو ٹو ٹرائی ٹو ریممبر گاڈ۔ ریممبر گاڈ انسٹنٹلی، یو فائنڈ سولس فرام گاڈ۔</w:t>
      </w:r>
    </w:p>
    <w:p>
      <w:r>
        <w:rPr>
          <w:b/>
        </w:rPr>
        <w:t xml:space="preserve">[40:18] </w:t>
      </w:r>
      <w:r>
        <w:t>in the both cases, you have to, you can live in stress free</w:t>
      </w:r>
    </w:p>
    <w:p>
      <w:pPr>
        <w:jc w:val="right"/>
      </w:pPr>
      <w:r>
        <w:t>ان دا بوتھ کیسز، یو ہیو ٹو، یو کین لیو ان اسٹریس فری</w:t>
      </w:r>
    </w:p>
    <w:p>
      <w:r>
        <w:rPr>
          <w:b/>
        </w:rPr>
        <w:t xml:space="preserve">[40:28] </w:t>
      </w:r>
      <w:r>
        <w:t>condition. by stress free, i not, i don't mean that, any that you, you, you can leave without any stress, because stress is part of life</w:t>
      </w:r>
    </w:p>
    <w:p>
      <w:pPr>
        <w:jc w:val="right"/>
      </w:pPr>
      <w:r>
        <w:t>کنڈیشن۔ بائی اسٹریس فری، ائی ناٹ، ائی ڈونٹ مین دیٹ، اینی دیٹ یو، یو، یو کین لیو وداؤٹ اینی اسٹریس، بیکاز اسٹریس از پارٹ اف لائف</w:t>
      </w:r>
    </w:p>
    <w:p>
      <w:r>
        <w:rPr>
          <w:b/>
        </w:rPr>
        <w:t xml:space="preserve">[40:42] </w:t>
      </w:r>
      <w:r>
        <w:t>. so you can only change your mind. take it easy formula, adopt this formula, take it easy.</w:t>
      </w:r>
    </w:p>
    <w:p>
      <w:pPr>
        <w:jc w:val="right"/>
      </w:pPr>
      <w:r>
        <w:t>۔ سو یو کین اونلی چینج یور مائنڈ۔ ٹیک اٹ ایزی فارمولا، اڈاپٹ دس فارمولا، ٹیک اٹ ایزی۔</w:t>
      </w:r>
    </w:p>
    <w:p>
      <w:r>
        <w:rPr>
          <w:b/>
        </w:rPr>
        <w:t xml:space="preserve">[40:54] </w:t>
      </w:r>
      <w:r>
        <w:t>you are facing some mysterious, some tension, some problem. so take it easy. always think that it is part of life.</w:t>
      </w:r>
    </w:p>
    <w:p>
      <w:pPr>
        <w:jc w:val="right"/>
      </w:pPr>
      <w:r>
        <w:t>یو ار فیسنگ سم مسٹریس، سم ٹینشن، سم پرابلم۔ سو ٹیک اٹ ایزی۔ الویز تھنک دیٹ اٹ از پارٹ اف لائف۔</w:t>
      </w:r>
    </w:p>
    <w:p>
      <w:r>
        <w:rPr>
          <w:b/>
        </w:rPr>
        <w:t xml:space="preserve">[41:07] </w:t>
      </w:r>
      <w:r>
        <w:t>just like darkness, just like night and day, and all those things are part of life. also part of life.</w:t>
      </w:r>
    </w:p>
    <w:p>
      <w:pPr>
        <w:jc w:val="right"/>
      </w:pPr>
      <w:r>
        <w:t>جسٹ لائک ڈارکنس، جسٹ لائک نائٹ اینڈ ڈے، اینڈ ال دو تھنگز ار پارٹ اف لائف۔ اسی السو پارٹ اف لائف۔</w:t>
      </w:r>
    </w:p>
    <w:p>
      <w:r>
        <w:rPr>
          <w:b/>
        </w:rPr>
        <w:t xml:space="preserve">[41:18] </w:t>
      </w:r>
      <w:r>
        <w:t>so if you, if you are able to think like this, then you can, you can listen the problem.</w:t>
      </w:r>
    </w:p>
    <w:p>
      <w:pPr>
        <w:jc w:val="right"/>
      </w:pPr>
      <w:r>
        <w:t>سو اف یو، اف یو ار ایبل ٹو تھنک لائک دس، دین یو کین، یو کین لسن دا پرابلم۔</w:t>
      </w:r>
    </w:p>
    <w:p>
      <w:r>
        <w:rPr>
          <w:b/>
        </w:rPr>
        <w:t xml:space="preserve">[41:29] </w:t>
      </w:r>
      <w:r>
        <w:t>problem will be there, but you can listen the tension, you can listen the</w:t>
      </w:r>
    </w:p>
    <w:p>
      <w:pPr>
        <w:jc w:val="right"/>
      </w:pPr>
      <w:r>
        <w:t>پرابلم ول بی دیر، بٹ یو کین لسن دا ٹینشن، یو کین لسن دا</w:t>
      </w:r>
    </w:p>
    <w:p>
      <w:r>
        <w:rPr>
          <w:b/>
        </w:rPr>
        <w:t xml:space="preserve">[41:36] </w:t>
      </w:r>
      <w:r>
        <w:t>stress. my basic point is that, god had created this world in a very important principle, that is completion challenge.</w:t>
      </w:r>
    </w:p>
    <w:p>
      <w:pPr>
        <w:jc w:val="right"/>
      </w:pPr>
      <w:r>
        <w:t>اسٹریس۔ مائی بیسک پوائنٹ از دیٹ، گاڈ ہیڈ کریٹڈ دس ورلڈ ان ا ویری امپورٹنٹ پرنسپل، دیٹ از کمپلیشن چیلنج۔</w:t>
      </w:r>
    </w:p>
    <w:p>
      <w:r>
        <w:rPr>
          <w:b/>
        </w:rPr>
        <w:t xml:space="preserve">[41:50] </w:t>
      </w:r>
      <w:r>
        <w:t>so life is full of challenge. without challenge, there is no life, there is no success. so any sad experience is a challenge for you.</w:t>
      </w:r>
    </w:p>
    <w:p>
      <w:pPr>
        <w:jc w:val="right"/>
      </w:pPr>
      <w:r>
        <w:t>سو لائف از فل اف چیلنج۔ وداؤٹ چیلنج، دیر از نو لائف، دیر از نو سکسیس۔ سو اینی سیڈ ایکسپیرینس از ا چیلنج فار یو۔</w:t>
      </w:r>
    </w:p>
    <w:p>
      <w:r>
        <w:rPr>
          <w:b/>
        </w:rPr>
        <w:t xml:space="preserve">[42:06] </w:t>
      </w:r>
      <w:r>
        <w:t>any kind of sad experience, any kind of problem, that leads to tension or stress. take it as a challenge, as a challenge, and try to meet this challenge.</w:t>
      </w:r>
    </w:p>
    <w:p>
      <w:pPr>
        <w:jc w:val="right"/>
      </w:pPr>
      <w:r>
        <w:t>اینی کائنڈ اف سیڈ ایکسپیرینس، اینی کائنڈ اف پرابلم، دیٹ لیڈز ٹو ٹینشن اور اسٹریس۔ ٹیک اٹ ایز ا چیلنج، ایز ا چیلنج، اینڈ ٹرائی ٹو میٹ دس چیلنج۔</w:t>
      </w:r>
    </w:p>
    <w:p>
      <w:r>
        <w:rPr>
          <w:b/>
        </w:rPr>
        <w:t xml:space="preserve">[42:21] </w:t>
      </w:r>
      <w:r>
        <w:t>active mind, active thinking. if</w:t>
      </w:r>
    </w:p>
    <w:p>
      <w:pPr>
        <w:jc w:val="right"/>
      </w:pPr>
      <w:r>
        <w:t>ایکٹیو مائنڈ، ایکٹیو تھنکنگ۔ اف</w:t>
      </w:r>
    </w:p>
    <w:p>
      <w:r>
        <w:rPr>
          <w:b/>
        </w:rPr>
        <w:t xml:space="preserve">[42:29] </w:t>
      </w:r>
      <w:r>
        <w:t>you, if you try to think, you try to activate your mind, then</w:t>
      </w:r>
    </w:p>
    <w:p>
      <w:pPr>
        <w:jc w:val="right"/>
      </w:pPr>
      <w:r>
        <w:t>یو، اف یو ٹرائی ٹو تھنک، یو ٹرائی ٹو ایکٹیویٹ یور مائنڈ، دین</w:t>
      </w:r>
    </w:p>
    <w:p>
      <w:r>
        <w:rPr>
          <w:b/>
        </w:rPr>
        <w:t xml:space="preserve">[42:41] </w:t>
      </w:r>
      <w:r>
        <w:t>there is a possibility that you will find some way, some method, some solution. so when you take problem as a problem, then it is problem.</w:t>
      </w:r>
    </w:p>
    <w:p>
      <w:pPr>
        <w:jc w:val="right"/>
      </w:pPr>
      <w:r>
        <w:t>دیر از ا پوسیبلیٹی دیٹ یو ول فائنڈ سم وے، سم میتھڈ، سم سولیوشن۔ سو وین یو ٹیک پرابلم ایز ا پرابلم، دین اٹ از پرابلم۔</w:t>
      </w:r>
    </w:p>
    <w:p>
      <w:r>
        <w:rPr>
          <w:b/>
        </w:rPr>
        <w:t xml:space="preserve">[42:53] </w:t>
      </w:r>
      <w:r>
        <w:t>but when you take problem as a normal routine, a normal event, then there is no problem.</w:t>
      </w:r>
    </w:p>
    <w:p>
      <w:pPr>
        <w:jc w:val="right"/>
      </w:pPr>
      <w:r>
        <w:t>بٹ وین یو ٹیک پرابلم ایز ا نارمل روٹین، ا نارمل ایونٹ، دین دیر از نو پرابلم۔</w:t>
      </w:r>
    </w:p>
    <w:p>
      <w:r>
        <w:rPr>
          <w:b/>
        </w:rPr>
        <w:t xml:space="preserve">[43:06] </w:t>
      </w:r>
      <w:r>
        <w:t>so try to take the problem as a normal routine.</w:t>
      </w:r>
    </w:p>
    <w:p>
      <w:pPr>
        <w:jc w:val="right"/>
      </w:pPr>
      <w:r>
        <w:t>سو ٹرائی ٹو ٹیک دا پرابلم ایز ا نارمل روٹین۔</w:t>
      </w:r>
    </w:p>
    <w:p>
      <w:r>
        <w:rPr>
          <w:b/>
        </w:rPr>
        <w:t xml:space="preserve">[43:17] </w:t>
      </w:r>
      <w:r>
        <w:t>save your self. this you can save your self</w:t>
      </w:r>
    </w:p>
    <w:p>
      <w:pPr>
        <w:jc w:val="right"/>
      </w:pPr>
      <w:r>
        <w:t>سیو یور سیلف۔ دس یو کین سیو یور سیلف</w:t>
      </w:r>
    </w:p>
    <w:p>
      <w:r>
        <w:rPr>
          <w:b/>
        </w:rPr>
        <w:t xml:space="preserve">[43:23] </w:t>
      </w:r>
      <w:r>
        <w:t>by following this. this formula, you can save your self.</w:t>
      </w:r>
    </w:p>
    <w:p>
      <w:pPr>
        <w:jc w:val="right"/>
      </w:pPr>
      <w:r>
        <w:t>بائی فالونگ دس۔ دس فارمولا، یو کین سیو یور سیلف۔</w:t>
      </w:r>
    </w:p>
    <w:p>
      <w:r>
        <w:rPr>
          <w:b/>
        </w:rPr>
        <w:t xml:space="preserve">[43:34] </w:t>
      </w:r>
      <w:r>
        <w:t>i don't mean that you have to live like a stepped person. no, you have to activate your mind.</w:t>
      </w:r>
    </w:p>
    <w:p>
      <w:pPr>
        <w:jc w:val="right"/>
      </w:pPr>
      <w:r>
        <w:t>ائی ڈونٹ مین دیٹ یو ہیو ٹو لیو لائک ا اسٹیپڈ پرسن۔ نو، یو ہیو ٹو ایکٹیویٹ یور مائنڈ۔</w:t>
      </w:r>
    </w:p>
    <w:p>
      <w:r>
        <w:rPr>
          <w:b/>
        </w:rPr>
        <w:t xml:space="preserve">[43:44] </w:t>
      </w:r>
      <w:r>
        <w:t>you have to plan your life. you have to try to achieve success.</w:t>
      </w:r>
    </w:p>
    <w:p>
      <w:pPr>
        <w:jc w:val="right"/>
      </w:pPr>
      <w:r>
        <w:t>یو ہیو ٹو پلان یور لائف۔ یو ہیو ٹو ٹرائی ٹو اچیو سکسیس۔</w:t>
      </w:r>
    </w:p>
    <w:p>
      <w:r>
        <w:rPr>
          <w:b/>
        </w:rPr>
        <w:t xml:space="preserve">[43:58] </w:t>
      </w:r>
      <w:r>
        <w:t>but inspite of all those planning, inspite of all those wise steps, it is possibility that it is possible that you may some, you may face some kind of sad experience.</w:t>
      </w:r>
    </w:p>
    <w:p>
      <w:pPr>
        <w:jc w:val="right"/>
      </w:pPr>
      <w:r>
        <w:t>بٹ انسپائٹ اف ال دو پلاننگ، انسپائٹ اف ال دو وائز سٹیپس، اٹ از پوسیبلیٹی دیٹ اٹ از پوسیبل دیٹ یو می سم، یو می فیس سم کائنڈ اف سیڈ ایکسپیرینس۔</w:t>
      </w:r>
    </w:p>
    <w:p>
      <w:r>
        <w:rPr>
          <w:b/>
        </w:rPr>
        <w:t xml:space="preserve">[44:13] </w:t>
      </w:r>
      <w:r>
        <w:t>then i would like to say that, take it easy. you have to plan your life.</w:t>
      </w:r>
    </w:p>
    <w:p>
      <w:pPr>
        <w:jc w:val="right"/>
      </w:pPr>
      <w:r>
        <w:t>دین ائی وڈ لائک ٹو سے دیٹ، ٹیک اٹ ایزی۔ یو ہیو ٹو پلان یور لائف۔</w:t>
      </w:r>
    </w:p>
    <w:p>
      <w:r>
        <w:rPr>
          <w:b/>
        </w:rPr>
        <w:t xml:space="preserve">[44:22] </w:t>
      </w:r>
      <w:r>
        <w:t>you have to try to live a success full life</w:t>
      </w:r>
    </w:p>
    <w:p>
      <w:pPr>
        <w:jc w:val="right"/>
      </w:pPr>
      <w:r>
        <w:t>یو ہیو ٹو ٹرائی ٹو لیو ا سکسیس فل لائف</w:t>
      </w:r>
    </w:p>
    <w:p>
      <w:r>
        <w:rPr>
          <w:b/>
        </w:rPr>
        <w:t xml:space="preserve">[44:25] </w:t>
      </w:r>
      <w:r>
        <w:t>. you have to use all your faculty or your ability.</w:t>
      </w:r>
    </w:p>
    <w:p>
      <w:pPr>
        <w:jc w:val="right"/>
      </w:pPr>
      <w:r>
        <w:t>۔ یو ہیو ٹو یوز ال یور فیکلٹی اور یور ایبیلیٹی۔</w:t>
      </w:r>
    </w:p>
    <w:p>
      <w:r>
        <w:rPr>
          <w:b/>
        </w:rPr>
        <w:t xml:space="preserve">[44:34] </w:t>
      </w:r>
      <w:r>
        <w:t>but if you face some sad experience, then take it easy. then it is a question of maturity.</w:t>
      </w:r>
    </w:p>
    <w:p>
      <w:pPr>
        <w:jc w:val="right"/>
      </w:pPr>
      <w:r>
        <w:t>بٹ اف یو فیس سم سیڈ ایکسپیرینس، دین ٹیک اٹ ایزی۔ دین اٹ از ا کوسچن اف میچورٹی۔</w:t>
      </w:r>
    </w:p>
    <w:p>
      <w:r>
        <w:rPr>
          <w:b/>
        </w:rPr>
        <w:t xml:space="preserve">[44:47] </w:t>
      </w:r>
      <w:r>
        <w:t>maturity.</w:t>
      </w:r>
    </w:p>
    <w:p>
      <w:pPr>
        <w:jc w:val="right"/>
      </w:pPr>
      <w:r>
        <w:t>میچورٹی۔</w:t>
      </w:r>
    </w:p>
    <w:p>
      <w:r>
        <w:rPr>
          <w:b/>
        </w:rPr>
        <w:t xml:space="preserve">[44:50] </w:t>
      </w:r>
      <w:r>
        <w:t>only immature people are, are,</w:t>
      </w:r>
    </w:p>
    <w:p>
      <w:pPr>
        <w:jc w:val="right"/>
      </w:pPr>
      <w:r>
        <w:t>اونلی امیچور پیپل ار، ار،</w:t>
      </w:r>
    </w:p>
    <w:p>
      <w:r>
        <w:rPr>
          <w:b/>
        </w:rPr>
        <w:t xml:space="preserve">[44:58] </w:t>
      </w:r>
      <w:r>
        <w:t>ar only amichor people ar living in tension and stress. if you are mature person, then you have, then you can save yourself from all these problems,</w:t>
      </w:r>
    </w:p>
    <w:p>
      <w:pPr>
        <w:jc w:val="right"/>
      </w:pPr>
      <w:r>
        <w:t>ار اونلی امیچور پیپل ار لیونگ ان ٹینشن اینڈ اسٹریس۔ اف یو ار میچور پرسن، دین یو ہیو، دین یو کین سیو یور سیلف فرام ال دیز پرابلمز،</w:t>
      </w:r>
    </w:p>
    <w:p>
      <w:r>
        <w:rPr>
          <w:b/>
        </w:rPr>
        <w:t xml:space="preserve">[45:19] </w:t>
      </w:r>
      <w:r>
        <w:t>at least bad effect of all these problems. so i would like to say that, destressing is the ability to live with things you cannot change.</w:t>
      </w:r>
    </w:p>
    <w:p>
      <w:pPr>
        <w:jc w:val="right"/>
      </w:pPr>
      <w:r>
        <w:t>ایٹ لیسٹ بیڈ ایفیکٹ اف ال دیز پرابلمز۔ سو ائی وڈ لائک ٹو سے دیٹ، ڈی سٹریسنگ از دا ایبیلیٹی ٹو لیو ود تھنگز یو کین ناٹ چینج۔</w:t>
      </w:r>
    </w:p>
    <w:p>
      <w:r>
        <w:rPr>
          <w:b/>
        </w:rPr>
        <w:t xml:space="preserve">[45:36] </w:t>
      </w:r>
      <w:r>
        <w:t>this also formula, destressing is the art of destressing, is the ability to live with things you cannot change.</w:t>
      </w:r>
    </w:p>
    <w:p>
      <w:pPr>
        <w:jc w:val="right"/>
      </w:pPr>
      <w:r>
        <w:t>دس السو فارمولا، ڈی سٹریسنگ از دا ارٹ اف ڈی سٹریسنگ، از دا ایبیلیٹی ٹو لیو ود تھنگز یو کین ناٹ چینج۔</w:t>
      </w:r>
    </w:p>
    <w:p>
      <w:r>
        <w:rPr>
          <w:b/>
        </w:rPr>
        <w:t xml:space="preserve">[45:51] </w:t>
      </w:r>
      <w:r>
        <w:t>there are so many things you cannot change. you can, you cannot change the darkness of a night.</w:t>
      </w:r>
    </w:p>
    <w:p>
      <w:pPr>
        <w:jc w:val="right"/>
      </w:pPr>
      <w:r>
        <w:t>دیر ار سو مینی تھنگز یو کین ناٹ چینج۔ یو کین، یو کین ناٹ چینج دا ڈارکنس اف ا نائٹ۔</w:t>
      </w:r>
    </w:p>
    <w:p>
      <w:r>
        <w:rPr>
          <w:b/>
        </w:rPr>
        <w:t xml:space="preserve">[46:00] </w:t>
      </w:r>
      <w:r>
        <w:t>you cannot change so many. there are so many things you cannot remove the thoughts in the branch of a rose plant.</w:t>
      </w:r>
    </w:p>
    <w:p>
      <w:pPr>
        <w:jc w:val="right"/>
      </w:pPr>
      <w:r>
        <w:t>یو کین ناٹ چینج سو مینی۔ دیر ار سو مینی تھنگز یو کین ناٹ ریموو دا تھاٹس ان دی برانچ اف ا روس پلانٹ۔</w:t>
      </w:r>
    </w:p>
    <w:p>
      <w:r>
        <w:rPr>
          <w:b/>
        </w:rPr>
        <w:t xml:space="preserve">[46:11] </w:t>
      </w:r>
      <w:r>
        <w:t>so there are so many things you cannot eliminate, you cannot remove it.</w:t>
      </w:r>
    </w:p>
    <w:p>
      <w:pPr>
        <w:jc w:val="right"/>
      </w:pPr>
      <w:r>
        <w:t>سو دیر ار سو مینی تھنگز یو کین ناٹ ایلیمینیٹ، یو کین ناٹ ریموو اٹ۔</w:t>
      </w:r>
    </w:p>
    <w:p>
      <w:r>
        <w:rPr>
          <w:b/>
        </w:rPr>
        <w:t xml:space="preserve">[46:17] </w:t>
      </w:r>
      <w:r>
        <w:t>so it is said that maturity is the ability to live with things you cannot change. so art of these stressing also like this.</w:t>
      </w:r>
    </w:p>
    <w:p>
      <w:pPr>
        <w:jc w:val="right"/>
      </w:pPr>
      <w:r>
        <w:t>سو اٹ از سیڈ دیٹ میچورٹی از دا ایبیلیٹی ٹو لیو ود تھنگز یو کین ناٹ چینج۔ سو ارٹ اف دیز اسٹریسنگ السو لائک دس۔</w:t>
      </w:r>
    </w:p>
    <w:p>
      <w:r>
        <w:rPr>
          <w:b/>
        </w:rPr>
        <w:t xml:space="preserve">[46:30] </w:t>
      </w:r>
      <w:r>
        <w:t>art of the stressing is the ability to live with things you cannot change. this my formula.</w:t>
      </w:r>
    </w:p>
    <w:p>
      <w:pPr>
        <w:jc w:val="right"/>
      </w:pPr>
      <w:r>
        <w:t>ارٹ اف دی اسٹریسنگ از دا ایبیلیٹی ٹو لیو ود تھنگز یو کین ناٹ چینج۔ دس مائی فارمولا۔</w:t>
      </w:r>
    </w:p>
    <w:p>
      <w:r>
        <w:rPr>
          <w:b/>
        </w:rPr>
        <w:t xml:space="preserve">[46:41] </w:t>
      </w:r>
      <w:r>
        <w:t>i adopted this formula.</w:t>
      </w:r>
    </w:p>
    <w:p>
      <w:pPr>
        <w:jc w:val="right"/>
      </w:pPr>
      <w:r>
        <w:t>ائی اڈاپٹڈ دس فارمولا۔</w:t>
      </w:r>
    </w:p>
    <w:p>
      <w:r>
        <w:rPr>
          <w:b/>
        </w:rPr>
        <w:t xml:space="preserve">[46:44] </w:t>
      </w:r>
      <w:r>
        <w:t>i always try to live with normal life, with those things i cannot change.</w:t>
      </w:r>
    </w:p>
    <w:p>
      <w:pPr>
        <w:jc w:val="right"/>
      </w:pPr>
      <w:r>
        <w:t>ائی الویز ٹرائی ٹو لیو ود نارمل لائف، ود دو تھنگز ائی کین ناٹ چینج۔</w:t>
      </w:r>
    </w:p>
    <w:p>
      <w:r>
        <w:rPr>
          <w:b/>
        </w:rPr>
        <w:t xml:space="preserve">[46:54] </w:t>
      </w:r>
      <w:r>
        <w:t>there are so many things in my life. i am unable to change it in my family, in my society, in my country, also in the world.</w:t>
      </w:r>
    </w:p>
    <w:p>
      <w:pPr>
        <w:jc w:val="right"/>
      </w:pPr>
      <w:r>
        <w:t>دیر ار سو مینی تھنگز ان مائی لائف۔ ائی ایم ان ایبل ٹو چینج اٹ ان مائی فیملی، ان مائی سوسائٹی، ان مائی کنٹری، السو ان دا ورلڈ۔</w:t>
      </w:r>
    </w:p>
    <w:p>
      <w:r>
        <w:rPr>
          <w:b/>
        </w:rPr>
        <w:t xml:space="preserve">[47:06] </w:t>
      </w:r>
      <w:r>
        <w:t>there are so many things that bothers me when i think that i cannot change it.</w:t>
      </w:r>
    </w:p>
    <w:p>
      <w:pPr>
        <w:jc w:val="right"/>
      </w:pPr>
      <w:r>
        <w:t>دیر ار سو مینی تھنگز دیٹ باذرز می وین ائی تھنک دیٹ ائی کین ناٹ چینج اٹ۔</w:t>
      </w:r>
    </w:p>
    <w:p>
      <w:r>
        <w:rPr>
          <w:b/>
        </w:rPr>
        <w:t xml:space="preserve">[47:14] </w:t>
      </w:r>
      <w:r>
        <w:t>so i try to live with a normal. so it is a well known formula that maturity is the ability to live with things you cannot change. so</w:t>
      </w:r>
    </w:p>
    <w:p>
      <w:pPr>
        <w:jc w:val="right"/>
      </w:pPr>
      <w:r>
        <w:t>سو ائی ٹرائی ٹو لیو ود ا نارمل۔ سو اٹ از ا ویل نون فارمولا دیٹ میچورٹی از دا ایبیلیٹی ٹو لیو ود تھنگز یو کین ناٹ چینج۔</w:t>
      </w:r>
    </w:p>
    <w:p>
      <w:r>
        <w:rPr>
          <w:b/>
        </w:rPr>
        <w:t xml:space="preserve">[47:30] </w:t>
      </w:r>
      <w:r>
        <w:t>so is the case of destressing. art of destressing, art of destressing is the ability to live with things you cannot change.</w:t>
      </w:r>
    </w:p>
    <w:p>
      <w:pPr>
        <w:jc w:val="right"/>
      </w:pPr>
      <w:r>
        <w:t>سو از دا کیس اف ڈی سٹریسنگ۔ ارٹ اف ڈی سٹریسنگ، ارٹ اف ڈی سٹریسنگ از دی ایبیلیٹی ٹو لیو ود تھنگز یو کین ناٹ چینج۔</w:t>
      </w:r>
    </w:p>
    <w:p>
      <w:r>
        <w:rPr>
          <w:b/>
        </w:rPr>
        <w:t xml:space="preserve">[47:46] </w:t>
      </w:r>
      <w:r>
        <w:t>i am not saying this as a left service. is my life. i adopted this formula. i live with this formula.</w:t>
      </w:r>
    </w:p>
    <w:p>
      <w:pPr>
        <w:jc w:val="right"/>
      </w:pPr>
      <w:r>
        <w:t>ائی ایم ناٹ سیئنگ دس ایز ا لیفٹ سروس۔ از مائی لائف۔ ائی اڈاپٹڈ دس فارمولا۔ ائی لیو ود دس فارمولا۔</w:t>
      </w:r>
    </w:p>
    <w:p>
      <w:r>
        <w:rPr>
          <w:b/>
        </w:rPr>
        <w:t xml:space="preserve">[48:00] </w:t>
      </w:r>
      <w:r>
        <w:t>so i have found this formula very simple and very practicable also.</w:t>
      </w:r>
    </w:p>
    <w:p>
      <w:pPr>
        <w:jc w:val="right"/>
      </w:pPr>
      <w:r>
        <w:t>سو ائی ہیو فاؤنڈ دس فارمولا ویری سمپل اینڈ ویری پریکٹسبل السو۔</w:t>
      </w:r>
    </w:p>
    <w:p>
      <w:r>
        <w:rPr>
          <w:b/>
        </w:rPr>
        <w:t xml:space="preserve">[48:10] </w:t>
      </w:r>
      <w:r>
        <w:t>i always say that if there is no physical problem, there is no problem. intellectual problem is not a problem.</w:t>
      </w:r>
    </w:p>
    <w:p>
      <w:pPr>
        <w:jc w:val="right"/>
      </w:pPr>
      <w:r>
        <w:t>ائی الویز سے دیٹ اف دیر از نو فزیکل پرابلم، دیر از نو پرابلم۔ انٹلیکچول پرابلم از ناٹ ا پرابلم۔</w:t>
      </w:r>
    </w:p>
    <w:p>
      <w:r>
        <w:rPr>
          <w:b/>
        </w:rPr>
        <w:t xml:space="preserve">[48:22] </w:t>
      </w:r>
      <w:r>
        <w:t>if there is physical problem, for example fracture, then it is a problem. then you have to go to hospital. but if the problem is intellectual nature, it is mental nature, it is psychological nature, then it is not a problem.</w:t>
      </w:r>
    </w:p>
    <w:p>
      <w:pPr>
        <w:jc w:val="right"/>
      </w:pPr>
      <w:r>
        <w:t>اف دیر از فزیکل پرابلم، فار ایگزیمپل فریکچر، دین اٹ از ا پرابلم۔ دین یو ہیو ٹو گو ٹو ہاسپٹل۔ بٹ اف دا پرابلم از انٹلیکچول نیچر، اٹ از مینٹل نیچر، اٹ از سائیکلوجیکل نیچر، دین اٹ از ناٹ ا پرابلم۔</w:t>
      </w:r>
    </w:p>
    <w:p>
      <w:r>
        <w:rPr>
          <w:b/>
        </w:rPr>
        <w:t xml:space="preserve">[48:40] </w:t>
      </w:r>
      <w:r>
        <w:t>you have to delete it by touching a button.</w:t>
      </w:r>
    </w:p>
    <w:p>
      <w:pPr>
        <w:jc w:val="right"/>
      </w:pPr>
      <w:r>
        <w:t>یو ہیو ٹو ڈیلیٹ اٹ بائی ٹچنگ ا بٹن۔</w:t>
      </w:r>
    </w:p>
    <w:p>
      <w:r>
        <w:rPr>
          <w:b/>
        </w:rPr>
        <w:t xml:space="preserve">[48:46] </w:t>
      </w:r>
      <w:r>
        <w:t>i would repeat that, if your problem, if your problem is physical problem, like fracture or any fatal disease, then you have to consult a doctor.</w:t>
      </w:r>
    </w:p>
    <w:p>
      <w:pPr>
        <w:jc w:val="right"/>
      </w:pPr>
      <w:r>
        <w:t>ائی وڈ ریپیٹ دیٹ، اف یور پرابلم، اف یور پرابلم از فزیکل پرابلم، لائک فریکچر اور اینی فیٹل ڈیزیز، دین یو ہیو ٹو کنسلٹ ا ڈاکٹر۔</w:t>
      </w:r>
    </w:p>
    <w:p>
      <w:r>
        <w:rPr>
          <w:b/>
        </w:rPr>
        <w:t xml:space="preserve">[49:01] </w:t>
      </w:r>
      <w:r>
        <w:t>then you have to go to some hospital.</w:t>
      </w:r>
    </w:p>
    <w:p>
      <w:pPr>
        <w:jc w:val="right"/>
      </w:pPr>
      <w:r>
        <w:t>دین یو ہیو ٹو گو ٹو سم ہاسپٹل۔</w:t>
      </w:r>
    </w:p>
    <w:p>
      <w:r>
        <w:rPr>
          <w:b/>
        </w:rPr>
        <w:t xml:space="preserve">[49:05] </w:t>
      </w:r>
      <w:r>
        <w:t>but if the problem is simply a mental problem, a psychological problem, then don't bother.</w:t>
      </w:r>
    </w:p>
    <w:p>
      <w:pPr>
        <w:jc w:val="right"/>
      </w:pPr>
      <w:r>
        <w:t>بٹ اف دا پرابلم از سمپلی ا مینٹل پرابلم، ا سائیکلوجیکل پرابلم، دین ڈونٹ باذر۔</w:t>
      </w:r>
    </w:p>
    <w:p>
      <w:r>
        <w:rPr>
          <w:b/>
        </w:rPr>
        <w:t xml:space="preserve">[49:15] </w:t>
      </w:r>
      <w:r>
        <w:t>simply touch a button and delete it from your mind.</w:t>
      </w:r>
    </w:p>
    <w:p>
      <w:pPr>
        <w:jc w:val="right"/>
      </w:pPr>
      <w:r>
        <w:t>سمپلی ٹچ ا بٹن اینڈ ڈیلیٹ اٹ فرام یور مائنڈ۔</w:t>
      </w:r>
    </w:p>
    <w:p>
      <w:r>
        <w:rPr>
          <w:b/>
        </w:rPr>
        <w:t xml:space="preserve">[49:23] </w:t>
      </w:r>
      <w:r>
        <w:t>you have no other option. there is no other option.</w:t>
      </w:r>
    </w:p>
    <w:p>
      <w:pPr>
        <w:jc w:val="right"/>
      </w:pPr>
      <w:r>
        <w:t>یو ہیو نو ادر اپشن۔ دیر از نو ادر اپشن۔</w:t>
      </w:r>
    </w:p>
    <w:p>
      <w:r>
        <w:rPr>
          <w:b/>
        </w:rPr>
        <w:t xml:space="preserve">[49:28] </w:t>
      </w:r>
      <w:r>
        <w:t>either you have to delete it or you have to live with this, with all kind of sadness, all kind of stress. and you know, tension or stress are nothing but intellectual suicide.</w:t>
      </w:r>
    </w:p>
    <w:p>
      <w:pPr>
        <w:jc w:val="right"/>
      </w:pPr>
      <w:r>
        <w:t>ایدر یو ہیو ٹو ڈیلیٹ اٹ اور یو ہیو ٹو لیو ود دس، ود ال کائنڈ اف سیڈنس، ال کائنڈ اف اسٹریس۔ اینڈ یو نو، ٹینشن اور اسٹریس ار نتھنگ بٹ انٹلیکچول سوسائیڈ۔</w:t>
      </w:r>
    </w:p>
    <w:p>
      <w:r>
        <w:rPr>
          <w:b/>
        </w:rPr>
        <w:t xml:space="preserve">[49:43] </w:t>
      </w:r>
      <w:r>
        <w:t>it is like, it is intellectual suicide. tension is intellectual suicide, stress is intellectual suicide, sadness is intellectual suicide.</w:t>
      </w:r>
    </w:p>
    <w:p>
      <w:pPr>
        <w:jc w:val="right"/>
      </w:pPr>
      <w:r>
        <w:t>اٹ از لائک، اٹ از انٹلیکچول سوسائیڈ۔ ٹینشن از انٹلیکچول سوسائیڈ، اسٹریس از انٹلیکچول سوسائیڈ، سیڈنس از انٹلیکچول سوسائیڈ۔</w:t>
      </w:r>
    </w:p>
    <w:p>
      <w:r>
        <w:rPr>
          <w:b/>
        </w:rPr>
        <w:t xml:space="preserve">[49:55] </w:t>
      </w:r>
      <w:r>
        <w:t>so you have only two option: suicide or delete it from your memory. either you have to go to, either you have to cover suicide,</w:t>
      </w:r>
    </w:p>
    <w:p>
      <w:pPr>
        <w:jc w:val="right"/>
      </w:pPr>
      <w:r>
        <w:t>سو یو ہیو اونلی ٹو اپشن: سوسائیڈ اور ڈیلیٹ اٹ فرام یور میموری۔ ایدر یو ہیو ٹو گو ٹو، ایدر یو ہیو ٹو کور سوسائیڈ،</w:t>
      </w:r>
    </w:p>
    <w:p>
      <w:r>
        <w:rPr>
          <w:b/>
        </w:rPr>
        <w:t xml:space="preserve">[50:09] </w:t>
      </w:r>
      <w:r>
        <w:t>either delete it from your, from your memory. so there is lesser evil.</w:t>
      </w:r>
    </w:p>
    <w:p>
      <w:pPr>
        <w:jc w:val="right"/>
      </w:pPr>
      <w:r>
        <w:t>ایدر ڈیلیٹ اٹ فرام یور، فرام یور میموری۔ سو دیر از لیسر ایول۔</w:t>
      </w:r>
    </w:p>
    <w:p>
      <w:r>
        <w:rPr>
          <w:b/>
        </w:rPr>
        <w:t xml:space="preserve">[50:22] </w:t>
      </w:r>
      <w:r>
        <w:t>to delete it is lesser evil.</w:t>
      </w:r>
    </w:p>
    <w:p>
      <w:pPr>
        <w:jc w:val="right"/>
      </w:pPr>
      <w:r>
        <w:t>ٹو ڈیلیٹ اٹ از لیسر ایول۔</w:t>
      </w:r>
    </w:p>
    <w:p>
      <w:r>
        <w:rPr>
          <w:b/>
        </w:rPr>
        <w:t xml:space="preserve">[50:26] </w:t>
      </w:r>
      <w:r>
        <w:t>to why up the greater evil? no third option is possible. the real question is that no third option is possible.</w:t>
      </w:r>
    </w:p>
    <w:p>
      <w:pPr>
        <w:jc w:val="right"/>
      </w:pPr>
      <w:r>
        <w:t>تو وائی اپ دا گیٹر ایول؟ نو تھرڈ اپشن از پوسیبل۔ دا ریل کوسچن از دیٹ نو تھرڈ اپشن از پوسیبل۔</w:t>
      </w:r>
    </w:p>
    <w:p>
      <w:r>
        <w:rPr>
          <w:b/>
        </w:rPr>
        <w:t xml:space="preserve">[50:38] </w:t>
      </w:r>
      <w:r>
        <w:t>you are, if you are facing some tension, some stress, some problem, then you have only two option: either commit psychological suicide or delete it from your mind.</w:t>
      </w:r>
    </w:p>
    <w:p>
      <w:pPr>
        <w:jc w:val="right"/>
      </w:pPr>
      <w:r>
        <w:t>یو ار، اف یو ار فیسنگ سم ٹینشن، سم اسٹریس، سم پرابلم، دین یو ہیو اونلی ٹو اپشن: ایدر کمٹ سائیکلوجیکل سوسائیڈ اور ڈیلیٹ اٹ فرام یور مائنڈ۔</w:t>
      </w:r>
    </w:p>
    <w:p>
      <w:r>
        <w:rPr>
          <w:b/>
        </w:rPr>
        <w:t xml:space="preserve">[50:52] </w:t>
      </w:r>
      <w:r>
        <w:t>no third option is possible at all.</w:t>
      </w:r>
    </w:p>
    <w:p>
      <w:pPr>
        <w:jc w:val="right"/>
      </w:pPr>
      <w:r>
        <w:t>نو تھرڈ اپشن از پوسیبل ایٹ ال۔</w:t>
      </w:r>
    </w:p>
    <w:p>
      <w:r>
        <w:rPr>
          <w:b/>
        </w:rPr>
        <w:t xml:space="preserve">[50:58] </w:t>
      </w:r>
      <w:r>
        <w:t>this my simple formula. i have adopted this formula of myself. i am not saying this as a left service, but it is my personal culture.</w:t>
      </w:r>
    </w:p>
    <w:p>
      <w:pPr>
        <w:jc w:val="right"/>
      </w:pPr>
      <w:r>
        <w:t>دس مائی سمپل فارمولا۔ ائی ہیو اڈاپٹڈ دس فارمولا اف مائی سیلف۔ ائی ایم ناٹ سیئنگ دس ایز ا لیفٹ سروس، بٹ اٹ از مائی پرسنل کلچر۔</w:t>
      </w:r>
    </w:p>
    <w:p>
      <w:r>
        <w:rPr>
          <w:b/>
        </w:rPr>
        <w:t xml:space="preserve">[51:12] </w:t>
      </w:r>
      <w:r>
        <w:t>i follow this every day. when i feel that i am helpless here, i can not remove this problem, then i delete it from my mind.</w:t>
      </w:r>
    </w:p>
    <w:p>
      <w:pPr>
        <w:jc w:val="right"/>
      </w:pPr>
      <w:r>
        <w:t>ائی فالو دس ایوری ڈے۔ وین ائی فیل دیٹ ائی ایم ہیلپلیس ہیر، ائی کین ناٹ ریموو دس پرابلم، دین ائی ڈیلیٹ اٹ فرام مائی مائنڈ۔</w:t>
      </w:r>
    </w:p>
    <w:p>
      <w:r>
        <w:rPr>
          <w:b/>
        </w:rPr>
        <w:t xml:space="preserve">[51:29] </w:t>
      </w:r>
      <w:r>
        <w:t>so this is my advice to you.</w:t>
      </w:r>
    </w:p>
    <w:p>
      <w:pPr>
        <w:jc w:val="right"/>
      </w:pPr>
      <w:r>
        <w:t>سو دس از مائی ایڈوائس ٹو یو۔</w:t>
      </w:r>
    </w:p>
    <w:p>
      <w:r>
        <w:rPr>
          <w:b/>
        </w:rPr>
        <w:t xml:space="preserve">[51:35] </w:t>
      </w:r>
      <w:r>
        <w:t>in life, there is no third option. in life, there is no third option. either you have to commit suicide or you have to save it by following this formula.</w:t>
      </w:r>
    </w:p>
    <w:p>
      <w:pPr>
        <w:jc w:val="right"/>
      </w:pPr>
      <w:r>
        <w:t>ان لائف، دیر از نو تھرڈ اپشن۔ ان لائف، دیر از نو تھرڈ اپشن۔ ایدر یو ہیو ٹو کمٹ سوسائیڈ اور یو ہیو ٹو سیو اٹ بائی فالونگ دس فارمولا۔</w:t>
      </w:r>
    </w:p>
    <w:p>
      <w:r>
        <w:rPr>
          <w:b/>
        </w:rPr>
        <w:t xml:space="preserve">[51:54] </w:t>
      </w:r>
      <w:r>
        <w:t>this are, this also</w:t>
      </w:r>
    </w:p>
    <w:p>
      <w:pPr>
        <w:jc w:val="right"/>
      </w:pPr>
      <w:r>
        <w:t>دس ار، دس السو</w:t>
      </w:r>
    </w:p>
    <w:p>
      <w:r>
        <w:rPr>
          <w:b/>
        </w:rPr>
        <w:t xml:space="preserve">[51:59] </w:t>
      </w:r>
      <w:r>
        <w:t>what you can say positive thinking. positive thinking. live always in positivity, don't live in negativity.</w:t>
      </w:r>
    </w:p>
    <w:p>
      <w:pPr>
        <w:jc w:val="right"/>
      </w:pPr>
      <w:r>
        <w:t>واٹ یو کین سے پازیٹیو تھنکنگ۔ پازیٹیو تھنکنگ۔ لیو الویز ان پازیٹیوٹی، ڈونٹ لیو ان نیگیٹیوٹی۔</w:t>
      </w:r>
    </w:p>
    <w:p>
      <w:r>
        <w:rPr>
          <w:b/>
        </w:rPr>
        <w:t xml:space="preserve">[52:11] </w:t>
      </w:r>
      <w:r>
        <w:t>today, i was, i was invited in some seminar in delhi. so i address or there</w:t>
      </w:r>
    </w:p>
    <w:p>
      <w:pPr>
        <w:jc w:val="right"/>
      </w:pPr>
      <w:r>
        <w:t>ٹوڈے، ائی واز، ائی واز انوائٹڈ ان سم سیمینار ان دہلی۔ سو ائی ایڈریس اور دیر</w:t>
      </w:r>
    </w:p>
    <w:p>
      <w:r>
        <w:rPr>
          <w:b/>
        </w:rPr>
        <w:t xml:space="preserve">[52:24] </w:t>
      </w:r>
      <w:r>
        <w:t>. so in this address, i said that adopt the cow culture.</w:t>
      </w:r>
    </w:p>
    <w:p>
      <w:pPr>
        <w:jc w:val="right"/>
      </w:pPr>
      <w:r>
        <w:t>۔ سو ان دس ایڈریس، ائی سیڈ دیٹ اڈاپٹ دا کاؤ کلچر۔</w:t>
      </w:r>
    </w:p>
    <w:p>
      <w:r>
        <w:rPr>
          <w:b/>
        </w:rPr>
        <w:t xml:space="preserve">[52:32] </w:t>
      </w:r>
      <w:r>
        <w:t>i said the cow is divine industry. cow is a divine industry. you give cow simply grass and cow return you milk.</w:t>
      </w:r>
    </w:p>
    <w:p>
      <w:pPr>
        <w:jc w:val="right"/>
      </w:pPr>
      <w:r>
        <w:t>ائی سیڈ دا کاؤ از ڈیوائن انڈسٹری۔ کاؤ از ا ڈیوائن انڈسٹری۔ یو گیو کاؤ سمپلی گراس اینڈ کاؤ ریٹرن یو ملک۔</w:t>
      </w:r>
    </w:p>
    <w:p>
      <w:r>
        <w:rPr>
          <w:b/>
        </w:rPr>
        <w:t xml:space="preserve">[52:45] </w:t>
      </w:r>
      <w:r>
        <w:t>so cow is a divine industry that is able to convert non milk into milk.</w:t>
      </w:r>
    </w:p>
    <w:p>
      <w:pPr>
        <w:jc w:val="right"/>
      </w:pPr>
      <w:r>
        <w:t>سو کاؤ از ا ڈیوائن انڈسٹری دیٹ از ایبل ٹو کنورٹ نان ملک انٹو ملک۔</w:t>
      </w:r>
    </w:p>
    <w:p>
      <w:r>
        <w:rPr>
          <w:b/>
        </w:rPr>
        <w:t xml:space="preserve">[52:54] </w:t>
      </w:r>
      <w:r>
        <w:t>cow is a divine industry that is able to convert non milk into milk. so you have to convert negativity to positivity.</w:t>
      </w:r>
    </w:p>
    <w:p>
      <w:pPr>
        <w:jc w:val="right"/>
      </w:pPr>
      <w:r>
        <w:t>کاؤ از ا ڈیوائن انڈسٹری دیٹ از ایبل ٹو کنورٹ نان ملک انٹو ملک۔ سو یو ہیو ٹو کنورٹ نیگیٹیوٹی ٹو پازیٹیوٹی۔</w:t>
      </w:r>
    </w:p>
    <w:p>
      <w:r>
        <w:rPr>
          <w:b/>
        </w:rPr>
        <w:t xml:space="preserve">[53:05] </w:t>
      </w:r>
      <w:r>
        <w:t>god has demonstrated this in the form of cow. so cow is a divine industry.</w:t>
      </w:r>
    </w:p>
    <w:p>
      <w:pPr>
        <w:jc w:val="right"/>
      </w:pPr>
      <w:r>
        <w:t>گاڈ ہیز ڈیمونسٹریٹڈ دس ان دا فارم اف کاؤ۔ سو کاؤ از ا ڈیوائن انڈسٹری۔</w:t>
      </w:r>
    </w:p>
    <w:p>
      <w:r>
        <w:rPr>
          <w:b/>
        </w:rPr>
        <w:t xml:space="preserve">[53:16] </w:t>
      </w:r>
      <w:r>
        <w:t>it is a demonstration by god. cow is able to convert non milk into milk</w:t>
      </w:r>
    </w:p>
    <w:p>
      <w:pPr>
        <w:jc w:val="right"/>
      </w:pPr>
      <w:r>
        <w:t>اٹ از ا ڈیمونسٹریشن بائی گاڈ۔ کاؤ از ایبل ٹو کنورٹ نان ملک انٹو ملک</w:t>
      </w:r>
    </w:p>
    <w:p>
      <w:r>
        <w:rPr>
          <w:b/>
        </w:rPr>
        <w:t xml:space="preserve">[53:23] </w:t>
      </w:r>
      <w:r>
        <w:t>. so you have to do, you have to adopt this culture. you have to convert negativity into positivity.</w:t>
      </w:r>
    </w:p>
    <w:p>
      <w:pPr>
        <w:jc w:val="right"/>
      </w:pPr>
      <w:r>
        <w:t>۔ سو یو ہیو ٹو ڈو، یو ہیو ٹو اڈاپٹ دس کلچر۔ یو ہیو ٹو کنورٹ نیگیٹیوٹی انٹو پازیٹیوٹی۔</w:t>
      </w:r>
    </w:p>
    <w:p>
      <w:r>
        <w:rPr>
          <w:b/>
        </w:rPr>
        <w:t xml:space="preserve">[53:33] </w:t>
      </w:r>
      <w:r>
        <w:t>in the audience, there was a hindu. he said that i am a hindu</w:t>
      </w:r>
    </w:p>
    <w:p>
      <w:pPr>
        <w:jc w:val="right"/>
      </w:pPr>
      <w:r>
        <w:t>ان دا اڈینس، دیر واز ا ہندو۔ ہی سیڈ دیٹ ائی ایم ا ہندو</w:t>
      </w:r>
    </w:p>
    <w:p>
      <w:r>
        <w:rPr>
          <w:b/>
        </w:rPr>
        <w:t xml:space="preserve">[53:40] </w:t>
      </w:r>
      <w:r>
        <w:t>. since childhood, i was hearing so many thing about cow. but today, first time i had this kind of sermon that cow is a divine industry.</w:t>
      </w:r>
    </w:p>
    <w:p>
      <w:pPr>
        <w:jc w:val="right"/>
      </w:pPr>
      <w:r>
        <w:t>۔ س چائلڈ ہڈ، ائی واز ہیئرنگ سو مینی تھنگ اباؤٹ کاؤ۔ بٹ ٹوڈے، فرسٹ ٹائم ائی ہیڈ دس کائنڈ اف سرمن دیٹ کاؤ از ا ڈیوائن انڈسٹری۔</w:t>
      </w:r>
    </w:p>
    <w:p>
      <w:r>
        <w:rPr>
          <w:b/>
        </w:rPr>
        <w:t xml:space="preserve">[53:55] </w:t>
      </w:r>
      <w:r>
        <w:t>he was very happy.</w:t>
      </w:r>
    </w:p>
    <w:p>
      <w:pPr>
        <w:jc w:val="right"/>
      </w:pPr>
      <w:r>
        <w:t>ہی واز ویری ہیپی۔</w:t>
      </w:r>
    </w:p>
    <w:p>
      <w:r>
        <w:rPr>
          <w:b/>
        </w:rPr>
        <w:t xml:space="preserve">[54:01] </w:t>
      </w:r>
      <w:r>
        <w:t>so you have to, you have to, you have to know that we are subject of the laws of nature.</w:t>
      </w:r>
    </w:p>
    <w:p>
      <w:pPr>
        <w:jc w:val="right"/>
      </w:pPr>
      <w:r>
        <w:t>سو یو ہیو ٹو، یو ہیو ٹو، یو ہیو ٹو نو دیٹ وی ار سبجیکٹ اف دی لاز اف نیچر۔</w:t>
      </w:r>
    </w:p>
    <w:p>
      <w:r>
        <w:rPr>
          <w:b/>
        </w:rPr>
        <w:t xml:space="preserve">[54:12] </w:t>
      </w:r>
      <w:r>
        <w:t>we are living in a world and this world, there are some laws said by god himself. we cannot, we have to obey these laws.</w:t>
      </w:r>
    </w:p>
    <w:p>
      <w:pPr>
        <w:jc w:val="right"/>
      </w:pPr>
      <w:r>
        <w:t>وی ار لیونگ ان ا ورلڈ اینڈ دس ورلڈ، دیر ار سم لاز سیڈ بائی گاڈ ہم سیلف۔ وی کین ناٹ، وی ہیو ٹو اوبے دس لاز۔</w:t>
      </w:r>
    </w:p>
    <w:p>
      <w:r>
        <w:rPr>
          <w:b/>
        </w:rPr>
        <w:t xml:space="preserve">[54:26] </w:t>
      </w:r>
      <w:r>
        <w:t>we have no other option.</w:t>
      </w:r>
    </w:p>
    <w:p>
      <w:pPr>
        <w:jc w:val="right"/>
      </w:pPr>
      <w:r>
        <w:t>وی ہیو نو ادر اپشن۔</w:t>
      </w:r>
    </w:p>
    <w:p>
      <w:r>
        <w:rPr>
          <w:b/>
        </w:rPr>
        <w:t xml:space="preserve">[54:28] </w:t>
      </w:r>
      <w:r>
        <w:t>so all these things which are saying this time is simply an expression of the law of nature. the law of nature, you have no other option except to obey the law of nature.</w:t>
      </w:r>
    </w:p>
    <w:p>
      <w:pPr>
        <w:jc w:val="right"/>
      </w:pPr>
      <w:r>
        <w:t>سو ال دیز تھنگز وچ ار سیئنگ دس ٹائم از سمپلی این ایکسپریشن اف دی لاء اف نیچر۔ دی لاء اف نیچر، یو ہیو نو ادر اپشن ایکسیپٹ ٹو اوبے دا لاء اف نیچر۔</w:t>
      </w:r>
    </w:p>
    <w:p>
      <w:r>
        <w:rPr>
          <w:b/>
        </w:rPr>
        <w:t xml:space="preserve">[54:51] </w:t>
      </w:r>
      <w:r>
        <w:t>so save yourself.</w:t>
      </w:r>
    </w:p>
    <w:p>
      <w:pPr>
        <w:jc w:val="right"/>
      </w:pPr>
      <w:r>
        <w:t>سو سیو یور سیلف۔</w:t>
      </w:r>
    </w:p>
    <w:p>
      <w:r>
        <w:rPr>
          <w:b/>
        </w:rPr>
        <w:t xml:space="preserve">[54:59] </w:t>
      </w:r>
      <w:r>
        <w:t>we are here in this world only for short time</w:t>
      </w:r>
    </w:p>
    <w:p>
      <w:pPr>
        <w:jc w:val="right"/>
      </w:pPr>
      <w:r>
        <w:t>وی ار ہیر ان دس ورلڈ اونلی فار شارٹ ٹائم</w:t>
      </w:r>
    </w:p>
    <w:p>
      <w:r>
        <w:rPr>
          <w:b/>
        </w:rPr>
        <w:t xml:space="preserve">[55:08] </w:t>
      </w:r>
      <w:r>
        <w:t>and we have to develop our personality.</w:t>
      </w:r>
    </w:p>
    <w:p>
      <w:pPr>
        <w:jc w:val="right"/>
      </w:pPr>
      <w:r>
        <w:t>اینڈ وی ہیو ٹو ڈیولپ اور پرسنیلٹی۔</w:t>
      </w:r>
    </w:p>
    <w:p>
      <w:r>
        <w:rPr>
          <w:b/>
        </w:rPr>
        <w:t xml:space="preserve">[55:15] </w:t>
      </w:r>
      <w:r>
        <w:t>it is only develop personality that matters before god.</w:t>
      </w:r>
    </w:p>
    <w:p>
      <w:pPr>
        <w:jc w:val="right"/>
      </w:pPr>
      <w:r>
        <w:t>اٹ از اونلی ڈیولپ پرسنیلٹی دیٹ میٹرز بیفور گاڈ۔</w:t>
      </w:r>
    </w:p>
    <w:p>
      <w:r>
        <w:rPr>
          <w:b/>
        </w:rPr>
        <w:t xml:space="preserve">[55:22] </w:t>
      </w:r>
      <w:r>
        <w:t>god have set us in this world for this purpose.</w:t>
      </w:r>
    </w:p>
    <w:p>
      <w:pPr>
        <w:jc w:val="right"/>
      </w:pPr>
      <w:r>
        <w:t>گاڈ ہیو سیٹل اس ان دس ورلڈ فار دس پرپس۔</w:t>
      </w:r>
    </w:p>
    <w:p>
      <w:r>
        <w:rPr>
          <w:b/>
        </w:rPr>
        <w:t xml:space="preserve">[55:29] </w:t>
      </w:r>
      <w:r>
        <w:t>we have to develop our personality.</w:t>
      </w:r>
    </w:p>
    <w:p>
      <w:pPr>
        <w:jc w:val="right"/>
      </w:pPr>
      <w:r>
        <w:t>وی ہیو ٹو ڈیولپ اور پرسنیلٹی۔</w:t>
      </w:r>
    </w:p>
    <w:p>
      <w:r>
        <w:rPr>
          <w:b/>
        </w:rPr>
        <w:t xml:space="preserve">[55:34] </w:t>
      </w:r>
      <w:r>
        <w:t>so this is the way of, this is the, this is the test.</w:t>
      </w:r>
    </w:p>
    <w:p>
      <w:pPr>
        <w:jc w:val="right"/>
      </w:pPr>
      <w:r>
        <w:t>سو دس از دا وے اف، دس از دا، دس از دا ٹیسٹ۔</w:t>
      </w:r>
    </w:p>
    <w:p>
      <w:r>
        <w:rPr>
          <w:b/>
        </w:rPr>
        <w:t xml:space="preserve">[55:45] </w:t>
      </w:r>
      <w:r>
        <w:t>this is the test. we have to, we have to convert negativity into positivity. we have to de-stress our tensions.</w:t>
      </w:r>
    </w:p>
    <w:p>
      <w:pPr>
        <w:jc w:val="right"/>
      </w:pPr>
      <w:r>
        <w:t>دس از دا ٹیسٹ۔ وی ہیو ٹو، وی ہیو ٹو کنورٹ نیگیٹیوٹی انٹو پازیٹیوٹی۔ وی ہیو ٹو ڈی اسٹریس اور ٹینشنز۔</w:t>
      </w:r>
    </w:p>
    <w:p>
      <w:r>
        <w:rPr>
          <w:b/>
        </w:rPr>
        <w:t xml:space="preserve">[56:01] </w:t>
      </w:r>
      <w:r>
        <w:t>we have to live in problems as a, as a, as a normal life.</w:t>
      </w:r>
    </w:p>
    <w:p>
      <w:pPr>
        <w:jc w:val="right"/>
      </w:pPr>
      <w:r>
        <w:t>وی ہیو ٹو لیو ان پرابلمز ایز ا، ایز ا، ایز ا نارمل لائف۔</w:t>
      </w:r>
    </w:p>
    <w:p>
      <w:r>
        <w:rPr>
          <w:b/>
        </w:rPr>
        <w:t xml:space="preserve">[56:11] </w:t>
      </w:r>
      <w:r>
        <w:t>we have to, we have to avail these things as an opportunity. we have to avail the problems as an opportunity.</w:t>
      </w:r>
    </w:p>
    <w:p>
      <w:pPr>
        <w:jc w:val="right"/>
      </w:pPr>
      <w:r>
        <w:t>وی ہیو ٹو، وی ہیو ٹو اویل دیز تھنگز ایز ان اپرچونیٹی۔ وی ہیو ٹو اویل دی پرابلمز ایز ان اپرچونیٹی۔</w:t>
      </w:r>
    </w:p>
    <w:p>
      <w:r>
        <w:rPr>
          <w:b/>
        </w:rPr>
        <w:t xml:space="preserve">[56:21] </w:t>
      </w:r>
      <w:r>
        <w:t>we have to avail tension and interest and problem as an opportunity.</w:t>
      </w:r>
    </w:p>
    <w:p>
      <w:pPr>
        <w:jc w:val="right"/>
      </w:pPr>
      <w:r>
        <w:t>وی ہیو ٹو اویل ٹینشن اینڈ انٹرسٹ اینڈ پرابلم ایز ان اپرچونیٹی۔</w:t>
      </w:r>
    </w:p>
    <w:p>
      <w:r>
        <w:rPr>
          <w:b/>
        </w:rPr>
        <w:t xml:space="preserve">[56:30] </w:t>
      </w:r>
      <w:r>
        <w:t>these are, these are, this, these things can help us to develop our personality. so this is the law of nature.</w:t>
      </w:r>
    </w:p>
    <w:p>
      <w:pPr>
        <w:jc w:val="right"/>
      </w:pPr>
      <w:r>
        <w:t>دس ار، دس ار، دس، دس تھنگز کین ہیلپ اس ٹو ڈیولپ اور پرسنیلٹی۔ سو دس از دا لاء اف نیچر۔</w:t>
      </w:r>
    </w:p>
    <w:p>
      <w:r>
        <w:rPr>
          <w:b/>
        </w:rPr>
        <w:t xml:space="preserve">[56:42] </w:t>
      </w:r>
      <w:r>
        <w:t>this is the creation plan of god and this is the, and this is the only option we have in this world.</w:t>
      </w:r>
    </w:p>
    <w:p>
      <w:pPr>
        <w:jc w:val="right"/>
      </w:pPr>
      <w:r>
        <w:t>دس از دا کرشن پلان اف گاڈ اینڈ دس از دا، اینڈ دس از دا اونلی اپشن وی ہیو ان دس ورلڈ۔</w:t>
      </w:r>
    </w:p>
    <w:p>
      <w:r>
        <w:rPr>
          <w:b/>
        </w:rPr>
        <w:t xml:space="preserve">[56:52] </w:t>
      </w:r>
      <w:r>
        <w:t>no other option is possible. other, other option is please suicide and annihilation.</w:t>
      </w:r>
    </w:p>
    <w:p>
      <w:pPr>
        <w:jc w:val="right"/>
      </w:pPr>
      <w:r>
        <w:t>نو ادر اپشن از پوسیبل۔ ادر، ادر اپشن از پلیز سوسائیڈ اینڈ انیلیشن۔</w:t>
      </w:r>
    </w:p>
    <w:p>
      <w:r>
        <w:rPr>
          <w:b/>
        </w:rPr>
        <w:t xml:space="preserve">[57:03] </w:t>
      </w:r>
      <w:r>
        <w:t>so you have to revise your life. you have to reassess your life. you have to replan your life.</w:t>
      </w:r>
    </w:p>
    <w:p>
      <w:pPr>
        <w:jc w:val="right"/>
      </w:pPr>
      <w:r>
        <w:t>سو یو ہیو ٹو ریوائز یور لائف۔ یو ہیو ٹو ریسس یور لائف۔ یو ہیو ٹو ریپلان یور لائف۔</w:t>
      </w:r>
    </w:p>
    <w:p>
      <w:r>
        <w:rPr>
          <w:b/>
        </w:rPr>
        <w:t xml:space="preserve">[57:14] </w:t>
      </w:r>
      <w:r>
        <w:t>i would like to say that everyone of us have to replan his life. it required replanning, replanning on positive basis.</w:t>
      </w:r>
    </w:p>
    <w:p>
      <w:pPr>
        <w:jc w:val="right"/>
      </w:pPr>
      <w:r>
        <w:t>ائی وڈ لائک ٹو سی دیٹ ایوری ون اف اس ہیو ٹو ریپلان ہز لائف۔ اٹ ریکوائرڈ ری پلاننگ، ری پلاننگ ان پازیٹیو بیسز۔</w:t>
      </w:r>
    </w:p>
    <w:p>
      <w:r>
        <w:rPr>
          <w:b/>
        </w:rPr>
        <w:t xml:space="preserve">[57:32] </w:t>
      </w:r>
      <w:r>
        <w:t>may god bless you.</w:t>
      </w:r>
    </w:p>
    <w:p>
      <w:pPr>
        <w:jc w:val="right"/>
      </w:pPr>
      <w:r>
        <w:t>می گاڈ بلیس یو۔</w:t>
      </w:r>
    </w:p>
    <w:p>
      <w:r>
        <w:rPr>
          <w:b/>
        </w:rPr>
        <w:t xml:space="preserve">[57:36] </w:t>
      </w:r>
      <w:r>
        <w:t>aqool qooli haza</w:t>
      </w:r>
    </w:p>
    <w:p>
      <w:pPr>
        <w:jc w:val="right"/>
      </w:pPr>
      <w:r>
        <w:t>اقول قولیذا</w:t>
      </w:r>
    </w:p>
    <w:p>
      <w:r>
        <w:rPr>
          <w:b/>
        </w:rPr>
        <w:t xml:space="preserve">[57:41] </w:t>
      </w:r>
      <w:r>
        <w:t>wastaghfirullah al-ali al-jameen.</w:t>
      </w:r>
    </w:p>
    <w:p>
      <w:pPr>
        <w:jc w:val="right"/>
      </w:pPr>
      <w:r>
        <w:t>واستغفراللہ العلی کل اجمعین۔</w:t>
      </w:r>
    </w:p>
    <w:p>
      <w:r>
        <w:rPr>
          <w:b/>
        </w:rPr>
        <w:t xml:space="preserve">[57:57] </w:t>
      </w:r>
      <w:r>
        <w:t>this question is from doctor farida khanum from delhi. why is it that we are not able to forget the bad treatment from others?</w:t>
      </w:r>
    </w:p>
    <w:p>
      <w:pPr>
        <w:jc w:val="right"/>
      </w:pPr>
      <w:r>
        <w:t>دس کوسچن از فرام ڈاکٹر فریدہ خانم فرام دہلی۔ وائی از اٹ دیٹ وی ار ناٹ ایبل ٹو فورگیٹ دا بیڈ ٹریٹمنٹ فرام ادر؟</w:t>
      </w:r>
    </w:p>
    <w:p>
      <w:r>
        <w:rPr>
          <w:b/>
        </w:rPr>
        <w:t xml:space="preserve">[58:07] </w:t>
      </w:r>
      <w:r>
        <w:t>why do we take humiliation so seriously that nothing short of revenge satisfies us? kindly comment.</w:t>
      </w:r>
    </w:p>
    <w:p>
      <w:pPr>
        <w:jc w:val="right"/>
      </w:pPr>
      <w:r>
        <w:t>وائی ڈو وی ٹیک ہیومیلیشن سو سیریسلی دیٹ نتھنگ شارٹ اف ریونج سیٹسفائیز اس؟ کائنڈلی کمنٹ۔</w:t>
      </w:r>
    </w:p>
    <w:p>
      <w:r>
        <w:rPr>
          <w:b/>
        </w:rPr>
        <w:t xml:space="preserve">[58:17] </w:t>
      </w:r>
      <w:r>
        <w:t>i think that this is due to, due to</w:t>
      </w:r>
    </w:p>
    <w:p>
      <w:pPr>
        <w:jc w:val="right"/>
      </w:pPr>
      <w:r>
        <w:t>ائی تھنک دیٹ دس از ڈیو ٹو، ڈیو ٹو</w:t>
      </w:r>
    </w:p>
    <w:p>
      <w:r>
        <w:rPr>
          <w:b/>
        </w:rPr>
        <w:t xml:space="preserve">[58:32] </w:t>
      </w:r>
      <w:r>
        <w:t>fear license. people don't fear god</w:t>
      </w:r>
    </w:p>
    <w:p>
      <w:pPr>
        <w:jc w:val="right"/>
      </w:pPr>
      <w:r>
        <w:t>فیئر لیسنس۔ پیپل ڈونٹ فیئر گاڈ</w:t>
      </w:r>
    </w:p>
    <w:p>
      <w:r>
        <w:rPr>
          <w:b/>
        </w:rPr>
        <w:t xml:space="preserve">[58:39] </w:t>
      </w:r>
      <w:r>
        <w:t>because when you feel some kind of sad experience from a person,</w:t>
      </w:r>
    </w:p>
    <w:p>
      <w:pPr>
        <w:jc w:val="right"/>
      </w:pPr>
      <w:r>
        <w:t>بیکاز وین یو فیل سم کائنڈ اف سیڈ ایکسپیرینس فرام ا پرسن،</w:t>
      </w:r>
    </w:p>
    <w:p>
      <w:r>
        <w:rPr>
          <w:b/>
        </w:rPr>
        <w:t xml:space="preserve">[58:48] </w:t>
      </w:r>
      <w:r>
        <w:t>you have to remember quran.</w:t>
      </w:r>
    </w:p>
    <w:p>
      <w:pPr>
        <w:jc w:val="right"/>
      </w:pPr>
      <w:r>
        <w:t>یو ہیو ٹو ریممبر قران۔</w:t>
      </w:r>
    </w:p>
    <w:p>
      <w:r>
        <w:rPr>
          <w:b/>
        </w:rPr>
        <w:t xml:space="preserve">[58:50] </w:t>
      </w:r>
      <w:r>
        <w:t>quran says that if you forgive that person who have given you a sad experience.</w:t>
      </w:r>
    </w:p>
    <w:p>
      <w:pPr>
        <w:jc w:val="right"/>
      </w:pPr>
      <w:r>
        <w:t>قران سیز دیٹ اف یو فارگیو دیٹ پرسن ہو ہیو گیون یو ا سیڈ ایکسپیرینس۔</w:t>
      </w:r>
    </w:p>
    <w:p>
      <w:r>
        <w:rPr>
          <w:b/>
        </w:rPr>
        <w:t xml:space="preserve">[58:58] </w:t>
      </w:r>
      <w:r>
        <w:t>so if you forgive that person, then god will give you super forgiveness in the akhirat.</w:t>
      </w:r>
    </w:p>
    <w:p>
      <w:pPr>
        <w:jc w:val="right"/>
      </w:pPr>
      <w:r>
        <w:t>سو اف یو فارگیو دیٹ پرسن، دین گاڈ ول گیو یو سپر فارگیونس ان دا اخرت۔</w:t>
      </w:r>
    </w:p>
    <w:p>
      <w:r>
        <w:rPr>
          <w:b/>
        </w:rPr>
        <w:t xml:space="preserve">[59:07] </w:t>
      </w:r>
      <w:r>
        <w:t>so if you, if people believe in god almighty, if they believe in the hereafter, they adopt this formula.</w:t>
      </w:r>
    </w:p>
    <w:p>
      <w:pPr>
        <w:jc w:val="right"/>
      </w:pPr>
      <w:r>
        <w:t>سو اف یو، اف پیپل بیلیو ان گاڈ المائٹی، اف دے بیلیو ان دے ہراپٹر، دے اڈاپٹ دس فارمولا۔</w:t>
      </w:r>
    </w:p>
    <w:p>
      <w:r>
        <w:rPr>
          <w:b/>
        </w:rPr>
        <w:t xml:space="preserve">[59:18] </w:t>
      </w:r>
      <w:r>
        <w:t>and, and, and, and about revenge, i would like to say that revenge is different.</w:t>
      </w:r>
    </w:p>
    <w:p>
      <w:pPr>
        <w:jc w:val="right"/>
      </w:pPr>
      <w:r>
        <w:t>اینڈ، اینڈ، اینڈ، اینڈ اباؤٹ ریونج، ائی وڈ لائک ٹو سی دیٹ ریونج از ڈفرنٹ۔</w:t>
      </w:r>
    </w:p>
    <w:p>
      <w:r>
        <w:rPr>
          <w:b/>
        </w:rPr>
        <w:t xml:space="preserve">[59:27] </w:t>
      </w:r>
      <w:r>
        <w:t>if you try to revenge that person, then it means that you are inviting the curse of god, the wrath of god.</w:t>
      </w:r>
    </w:p>
    <w:p>
      <w:pPr>
        <w:jc w:val="right"/>
      </w:pPr>
      <w:r>
        <w:t>اف یو ٹرائی ٹو ریونج دیٹ پرسن، دین اٹ مینز دیٹ یو ار انوائٹنگ دی کرس اف گاڈ، دا رات اف گاڈ۔</w:t>
      </w:r>
    </w:p>
    <w:p>
      <w:r>
        <w:rPr>
          <w:b/>
        </w:rPr>
        <w:t xml:space="preserve">[59:40] </w:t>
      </w:r>
      <w:r>
        <w:t>so if you fear god, you have, if you, if believe that you face god almighty, other than the of judgment, then you will never take revenge</w:t>
      </w:r>
    </w:p>
    <w:p>
      <w:pPr>
        <w:jc w:val="right"/>
      </w:pPr>
      <w:r>
        <w:t>سو اف یو فیئر گاڈ، یو ہیو، اف یو، اف بیلیو دیٹ یو فیس گاڈ المائٹی، ادر دی اف ججمنٹ، دین یو ول نیور ٹیک ریونج</w:t>
      </w:r>
    </w:p>
    <w:p>
      <w:r>
        <w:rPr>
          <w:b/>
        </w:rPr>
        <w:t xml:space="preserve">[59:57] </w:t>
      </w:r>
      <w:r>
        <w:t>. so if you forgive that person, then you will be given greater forgiveness from god in the hereafter.</w:t>
      </w:r>
    </w:p>
    <w:p>
      <w:pPr>
        <w:jc w:val="right"/>
      </w:pPr>
      <w:r>
        <w:t>۔ سو اف یو فارگیو دیٹ پرسن، دین یو ول بی گیون گیٹر فارگیونس فرام گاڈ ان دا ہراپٹر۔</w:t>
      </w:r>
    </w:p>
    <w:p>
      <w:r>
        <w:rPr>
          <w:b/>
        </w:rPr>
        <w:t xml:space="preserve">[1:00:14] </w:t>
      </w:r>
      <w:r>
        <w:t>in contrast, if you take revenge, then you will be given punishment, super punishment in the day of, the day of judgment.</w:t>
      </w:r>
    </w:p>
    <w:p>
      <w:pPr>
        <w:jc w:val="right"/>
      </w:pPr>
      <w:r>
        <w:t>ان کنٹراسٹ، اف یو ٹیک ریونج، دین یو ول بی گیون پنشمنٹ، سپر پنشمنٹ ان دا ڈے اف، دا ڈے اف ججمنٹ۔</w:t>
      </w:r>
    </w:p>
    <w:p>
      <w:r>
        <w:rPr>
          <w:b/>
        </w:rPr>
        <w:t xml:space="preserve">[1:00:27] </w:t>
      </w:r>
      <w:r>
        <w:t>so it is, it is due to fear license. people don't fear god. people don't believe in the day of judgment.</w:t>
      </w:r>
    </w:p>
    <w:p>
      <w:pPr>
        <w:jc w:val="right"/>
      </w:pPr>
      <w:r>
        <w:t>سو اٹ از، اٹ از ڈیو ٹو فیئر لیسنس۔ پیپل ڈونٹ فیئر گاڈ۔ پیپل ڈونٹ بیلیو ان دا ڈے اف ججمنٹ۔</w:t>
      </w:r>
    </w:p>
    <w:p>
      <w:r>
        <w:rPr>
          <w:b/>
        </w:rPr>
        <w:t xml:space="preserve">[1:00:41] </w:t>
      </w:r>
      <w:r>
        <w:t>if they have, if they have strong belief in the day of judgment, strong belief, then they adopt this culture, culture of forgiveness, instead of culture of revenge.</w:t>
      </w:r>
    </w:p>
    <w:p>
      <w:pPr>
        <w:jc w:val="right"/>
      </w:pPr>
      <w:r>
        <w:t>اف دے ہیو، اف دے ہیو سٹرونگ بیلیف ان دا ڈے اف ججمنٹ، سٹرونگ بیلیف، دین دے اڈاپٹ دس کلچر، کلچر اف فارگیونس، انسٹیڈ اف کلچر اف ریونج۔</w:t>
      </w:r>
    </w:p>
    <w:p>
      <w:r>
        <w:rPr>
          <w:b/>
        </w:rPr>
        <w:t xml:space="preserve">[1:01:00] </w:t>
      </w:r>
      <w:r>
        <w:t>this question is from mr. ramesh from delhi. maulana, once you had said that in controlling our anger, first thirty seconds are very crucial.</w:t>
      </w:r>
    </w:p>
    <w:p>
      <w:pPr>
        <w:jc w:val="right"/>
      </w:pPr>
      <w:r>
        <w:t>دس کوسچن از فرام مسٹر رامش فرام دہلی۔ مولانا، ونس یو ہیڈ سیڈ دیٹ ان کنٹرولنگ اور اینگر، فرسٹ تھرٹی سیکنڈز ار ویری کروشل۔</w:t>
      </w:r>
    </w:p>
    <w:p>
      <w:r>
        <w:rPr>
          <w:b/>
        </w:rPr>
        <w:t xml:space="preserve">[1:01:12] </w:t>
      </w:r>
      <w:r>
        <w:t>kindly explain this.</w:t>
      </w:r>
    </w:p>
    <w:p>
      <w:pPr>
        <w:jc w:val="right"/>
      </w:pPr>
      <w:r>
        <w:t>کائنڈلی ایکسپلین دس۔</w:t>
      </w:r>
    </w:p>
    <w:p>
      <w:r>
        <w:rPr>
          <w:b/>
        </w:rPr>
        <w:t xml:space="preserve">[1:01:17] </w:t>
      </w:r>
      <w:r>
        <w:t>it is a psychological process, psychological process.</w:t>
      </w:r>
    </w:p>
    <w:p>
      <w:pPr>
        <w:jc w:val="right"/>
      </w:pPr>
      <w:r>
        <w:t>اٹ از ا سائیکلوجیکل پروسیس، سائیکلوجیکل پریس پروسیس۔</w:t>
      </w:r>
    </w:p>
    <w:p>
      <w:r>
        <w:rPr>
          <w:b/>
        </w:rPr>
        <w:t xml:space="preserve">[1:01:26] </w:t>
      </w:r>
      <w:r>
        <w:t>according to psychological research, if you, if you, if you are in anger, if you are angry, and you,</w:t>
      </w:r>
    </w:p>
    <w:p>
      <w:pPr>
        <w:jc w:val="right"/>
      </w:pPr>
      <w:r>
        <w:t>اکارڈنگ ٹو سائیکلوجیکل ریسرچ، اف یو، اف یو، اف یو ار ان اینگر، اف یو ار اینگری، اینڈ یو،</w:t>
      </w:r>
    </w:p>
    <w:p>
      <w:r>
        <w:rPr>
          <w:b/>
        </w:rPr>
        <w:t xml:space="preserve">[1:01:42] </w:t>
      </w:r>
      <w:r>
        <w:t>you start thinking against your anger.</w:t>
      </w:r>
    </w:p>
    <w:p>
      <w:pPr>
        <w:jc w:val="right"/>
      </w:pPr>
      <w:r>
        <w:t>یو سٹارٹ تھنکنگ اگینسٹ یور اینگر۔</w:t>
      </w:r>
    </w:p>
    <w:p>
      <w:r>
        <w:rPr>
          <w:b/>
        </w:rPr>
        <w:t xml:space="preserve">[1:01:46] </w:t>
      </w:r>
      <w:r>
        <w:t>if you try to think in terms of forgiveness, that suddenly the, there, there, there be a change in mind.</w:t>
      </w:r>
    </w:p>
    <w:p>
      <w:pPr>
        <w:jc w:val="right"/>
      </w:pPr>
      <w:r>
        <w:t>اف یو ٹرائی ٹو تھنک ان ٹرم اف فارگیونس، دیٹ سڈنلی دا، دیر، دیر، دیر بی ا چینج ان مائنڈ۔</w:t>
      </w:r>
    </w:p>
    <w:p>
      <w:r>
        <w:rPr>
          <w:b/>
        </w:rPr>
        <w:t xml:space="preserve">[1:02:02] </w:t>
      </w:r>
      <w:r>
        <w:t>and if there is a provocation and you feel angry, then, then they, they feeling goes like this, like this</w:t>
      </w:r>
    </w:p>
    <w:p>
      <w:pPr>
        <w:jc w:val="right"/>
      </w:pPr>
      <w:r>
        <w:t>اینڈ اف دیر از ا پروکیشن اینڈ یو فیل اینگری، دین، دین دے، دے فیلنگ گوز لائک دس، لائک دس</w:t>
      </w:r>
    </w:p>
    <w:p>
      <w:r>
        <w:rPr>
          <w:b/>
        </w:rPr>
        <w:t xml:space="preserve">[1:02:12] </w:t>
      </w:r>
      <w:r>
        <w:t>. but if you try to think in terms of forgiveness, then the, the suddenly change this side.</w:t>
      </w:r>
    </w:p>
    <w:p>
      <w:pPr>
        <w:jc w:val="right"/>
      </w:pPr>
      <w:r>
        <w:t>۔ بٹ اف یو ٹرائی ٹو تھنک ان ٹرم اف فارگیونس، دین دا، دا سڈنلی چینج دس سائیڈ۔</w:t>
      </w:r>
    </w:p>
    <w:p>
      <w:r>
        <w:rPr>
          <w:b/>
        </w:rPr>
        <w:t xml:space="preserve">[1:02:26] </w:t>
      </w:r>
      <w:r>
        <w:t>so this happens only in thirty second, three zero second. so it required an active mind.</w:t>
      </w:r>
    </w:p>
    <w:p>
      <w:pPr>
        <w:jc w:val="right"/>
      </w:pPr>
      <w:r>
        <w:t>سو دس ہیپنز اونلی ان تھرٹی سیکنڈ، تھری زیرو سیکنڈ۔ سو اٹ ریکوائرڈ ان ایکٹیو مائنڈ۔</w:t>
      </w:r>
    </w:p>
    <w:p>
      <w:r>
        <w:rPr>
          <w:b/>
        </w:rPr>
        <w:t xml:space="preserve">[1:02:36] </w:t>
      </w:r>
      <w:r>
        <w:t>it required wisdom</w:t>
      </w:r>
    </w:p>
    <w:p>
      <w:pPr>
        <w:jc w:val="right"/>
      </w:pPr>
      <w:r>
        <w:t>اٹ ریکوائرڈ وزڈم</w:t>
      </w:r>
    </w:p>
    <w:p>
      <w:r>
        <w:rPr>
          <w:b/>
        </w:rPr>
        <w:t xml:space="preserve">[1:02:41] </w:t>
      </w:r>
      <w:r>
        <w:t>. you can change your mind with second. but if you are alert, if you are wise person, and if you can think against your negative feelings, then it is quite possible.</w:t>
      </w:r>
    </w:p>
    <w:p>
      <w:pPr>
        <w:jc w:val="right"/>
      </w:pPr>
      <w:r>
        <w:t>۔ یو کین چینج یور مائنڈ ود سیکنڈ۔ بٹ اف یو ار الرٹ، اف یو ار وائز پرسن، اینڈ اف یو کین تھنک اگینسٹ یور نیگیٹیو فیلنگز، دین اٹ از کوائٹ پوسیبل۔</w:t>
      </w:r>
    </w:p>
    <w:p>
      <w:r>
        <w:rPr>
          <w:b/>
        </w:rPr>
        <w:t xml:space="preserve">[1:03:01] </w:t>
      </w:r>
      <w:r>
        <w:t>this question is from maulana zikraan nadvi from delhi</w:t>
      </w:r>
    </w:p>
    <w:p>
      <w:pPr>
        <w:jc w:val="right"/>
      </w:pPr>
      <w:r>
        <w:t>دس کوسچن از فرام مولانا زکوان ندوی فرام دہلی</w:t>
      </w:r>
    </w:p>
    <w:p>
      <w:r>
        <w:rPr>
          <w:b/>
        </w:rPr>
        <w:t xml:space="preserve">[1:03:06] </w:t>
      </w:r>
      <w:r>
        <w:t>۔ مولانا، kindly explain the formula "make yourself primary".</w:t>
      </w:r>
    </w:p>
    <w:p>
      <w:pPr>
        <w:jc w:val="right"/>
      </w:pPr>
      <w:r>
        <w:t>۔ مولانا، کائنڈلی ایکسپلین دی فارمولا "میک یور سیلف پرائمری"۔</w:t>
      </w:r>
    </w:p>
    <w:p>
      <w:r>
        <w:rPr>
          <w:b/>
        </w:rPr>
        <w:t xml:space="preserve">[1:03:19] </w:t>
      </w:r>
      <w:r>
        <w:t>Make yourself primary formula is not selfish formula. It is realistic formula.</w:t>
      </w:r>
    </w:p>
    <w:p>
      <w:pPr>
        <w:jc w:val="right"/>
      </w:pPr>
      <w:r>
        <w:t>میک یور سیلف پرائمری فارمولا از ناٹ سیلفش فارمولا۔ اٹ از ریلسٹک فارمولا۔</w:t>
      </w:r>
    </w:p>
    <w:p>
      <w:r>
        <w:rPr>
          <w:b/>
        </w:rPr>
        <w:t xml:space="preserve">[1:03:28] </w:t>
      </w:r>
      <w:r>
        <w:t>وین یو فیل دیٹ یو کناٹ چینج ادر، دین سیو یور سیلف۔</w:t>
      </w:r>
    </w:p>
    <w:p>
      <w:pPr>
        <w:jc w:val="right"/>
      </w:pPr>
      <w:r>
        <w:t>وین یو فیل دیٹ یو کناٹ چینج ادر، دین سیو یور سیلف۔</w:t>
      </w:r>
    </w:p>
    <w:p>
      <w:r>
        <w:rPr>
          <w:b/>
        </w:rPr>
        <w:t xml:space="preserve">[1:03:35] </w:t>
      </w:r>
      <w:r>
        <w:t>فرسٹ اف ال، یو ہیو ٹو ٹرائی ٹو چینج ادر۔ یو ہیو ٹو ڈو دا اور۔</w:t>
      </w:r>
    </w:p>
    <w:p>
      <w:pPr>
        <w:jc w:val="right"/>
      </w:pPr>
      <w:r>
        <w:t>فرسٹ اف ال، یو ہیو ٹو ٹرائی ٹو چینج ادر۔ یو ہیو ٹو ڈو دا اور۔</w:t>
      </w:r>
    </w:p>
    <w:p>
      <w:r>
        <w:rPr>
          <w:b/>
        </w:rPr>
        <w:t xml:space="preserve">[1:03:44] </w:t>
      </w:r>
      <w:r>
        <w:t>بٹ افٹر ا لانگ سٹرگل، لانگ ایفرٹ، اف یو فیل دیٹ، دیٹ یور ایفرٹ از رزلٹ لیس۔</w:t>
      </w:r>
    </w:p>
    <w:p>
      <w:pPr>
        <w:jc w:val="right"/>
      </w:pPr>
      <w:r>
        <w:t>بٹ افٹر ا لانگ سٹرگل، لانگ ایفرٹ، اف یو فیل دیٹ، دیٹ یور ایفرٹ از رزلٹ لیس۔</w:t>
      </w:r>
    </w:p>
    <w:p>
      <w:r>
        <w:rPr>
          <w:b/>
        </w:rPr>
        <w:t xml:space="preserve">[1:03:57] </w:t>
      </w:r>
      <w:r>
        <w:t>Your effort was resultless. Then you have to rethink. Then you have to try to save yourself.</w:t>
      </w:r>
    </w:p>
    <w:p>
      <w:pPr>
        <w:jc w:val="right"/>
      </w:pPr>
      <w:r>
        <w:t>یور ایفرٹ واز رزلٹ لیس۔ دین یو ہیو ٹو ری تھنک۔ دین یو ہیو ٹو ٹرائی ٹو سیو یور سیلف۔</w:t>
      </w:r>
    </w:p>
    <w:p>
      <w:r>
        <w:rPr>
          <w:b/>
        </w:rPr>
        <w:t xml:space="preserve">[1:04:06] </w:t>
      </w:r>
      <w:r>
        <w:t>This is my, this is my finding after, after long study of the Quran and Hadith.</w:t>
      </w:r>
    </w:p>
    <w:p>
      <w:pPr>
        <w:jc w:val="right"/>
      </w:pPr>
      <w:r>
        <w:t>دس از مائی، دس از مائی فائنڈنگ افٹر، افٹر لانگ اسٹڈی اف دا قران اینڈ حدیث۔</w:t>
      </w:r>
    </w:p>
    <w:p>
      <w:r>
        <w:rPr>
          <w:b/>
        </w:rPr>
        <w:t xml:space="preserve">[1:04:17] </w:t>
      </w:r>
      <w:r>
        <w:t>This question is from Muhammad Asif Riaz from Delhi. I have to give most of my time to job.</w:t>
      </w:r>
    </w:p>
    <w:p>
      <w:pPr>
        <w:jc w:val="right"/>
      </w:pPr>
      <w:r>
        <w:t>دس کوسچن از فرام محمد اصف ریاض فرام دہلی۔ ائی ہیو ٹو گیو موسٹ اف مائی ٹائم ٹو جاب۔</w:t>
      </w:r>
    </w:p>
    <w:p>
      <w:r>
        <w:rPr>
          <w:b/>
        </w:rPr>
        <w:t xml:space="preserve">[1:04:27] </w:t>
      </w:r>
      <w:r>
        <w:t>I do not even have time to study and do the work. Also, I have to look after my family.</w:t>
      </w:r>
    </w:p>
    <w:p>
      <w:pPr>
        <w:jc w:val="right"/>
      </w:pPr>
      <w:r>
        <w:t>ائی ڈو ناٹ ایون ہیو ٹائم ٹو سٹڈی اینڈ ڈو دا ورک۔ السو، ائی ہیو ٹو لوک افٹر مائی فیملی۔</w:t>
      </w:r>
    </w:p>
    <w:p>
      <w:r>
        <w:rPr>
          <w:b/>
        </w:rPr>
        <w:t xml:space="preserve">[1:04:35] </w:t>
      </w:r>
      <w:r>
        <w:t>کڈ یو پلیز گیو می ا رے اف ہوپ؟</w:t>
      </w:r>
    </w:p>
    <w:p>
      <w:pPr>
        <w:jc w:val="right"/>
      </w:pPr>
      <w:r>
        <w:t>کڈ یو پلیز گیو می ا رے اف ہوپ؟</w:t>
      </w:r>
    </w:p>
    <w:p>
      <w:r>
        <w:rPr>
          <w:b/>
        </w:rPr>
        <w:t xml:space="preserve">[1:04:47] </w:t>
      </w:r>
      <w:r>
        <w:t>I think that is not problem of person. It's problem of every person, even myself. Everyone has some liabilities, some responsibilities.</w:t>
      </w:r>
    </w:p>
    <w:p>
      <w:pPr>
        <w:jc w:val="right"/>
      </w:pPr>
      <w:r>
        <w:t>ائی تھنک دیٹ از ناٹ پرابلم اف پرسن۔ اٹس پرابلم اف ایوری پرسن، ایون مائی سیلف۔ ایوری ون ہیز سم لائبلٹیز، سم ریسپانسبیلٹیز۔</w:t>
      </w:r>
    </w:p>
    <w:p>
      <w:r>
        <w:rPr>
          <w:b/>
        </w:rPr>
        <w:t xml:space="preserve">[1:04:59] </w:t>
      </w:r>
      <w:r>
        <w:t>ان دس، دیر از نو ایکسیپشن۔</w:t>
      </w:r>
    </w:p>
    <w:p>
      <w:pPr>
        <w:jc w:val="right"/>
      </w:pPr>
      <w:r>
        <w:t>ان دس، دیر از نو ایکسیپشن۔</w:t>
      </w:r>
    </w:p>
    <w:p>
      <w:r>
        <w:rPr>
          <w:b/>
        </w:rPr>
        <w:t xml:space="preserve">[1:05:02] </w:t>
      </w:r>
      <w:r>
        <w:t>So the only thing that is required is that you have to learn the art of time management. When I was a student in my village madrasa,</w:t>
      </w:r>
    </w:p>
    <w:p>
      <w:pPr>
        <w:jc w:val="right"/>
      </w:pPr>
      <w:r>
        <w:t>سو دا اونلی تھنگ دیٹ ریکوائرڈ از دیٹ یو ہیو ٹو لرن ارٹ اف ٹائم مینجمنٹ۔ وین ائی واز ا سٹوڈنٹ ان مائی ولیج مدرسہ،</w:t>
      </w:r>
    </w:p>
    <w:p>
      <w:r>
        <w:rPr>
          <w:b/>
        </w:rPr>
        <w:t xml:space="preserve">[1:05:17] </w:t>
      </w:r>
      <w:r>
        <w:t>ائی ایٹ دا ٹائم، دیر واز ا بک "اردو ریڈر"۔</w:t>
      </w:r>
    </w:p>
    <w:p>
      <w:pPr>
        <w:jc w:val="right"/>
      </w:pPr>
      <w:r>
        <w:t>ائی ایٹ دا ٹائم، دیر واز ا بک "اردو ریڈر"۔</w:t>
      </w:r>
    </w:p>
    <w:p>
      <w:r>
        <w:rPr>
          <w:b/>
        </w:rPr>
        <w:t xml:space="preserve">[1:05:23] </w:t>
      </w:r>
      <w:r>
        <w:t>ان دس بک، دیر واز ا لائن: "وقت میں تنگی فراخی دونوں ہیں جیسے ربڑ، کھینچنے سے بڑھتی ہے، چھوڑے سے جاتی ہے سکڑ۔" دس از دا فارمولا اف اف ٹائم مینجمنٹ۔</w:t>
      </w:r>
    </w:p>
    <w:p>
      <w:pPr>
        <w:jc w:val="right"/>
      </w:pPr>
      <w:r>
        <w:t>ان دس بک، دیر واز ا لائن: "وقت میں تنگی فراخی دونوں ہیں جیسے ربڑ، کھینچنے سے بڑھتی ہے، چھوڑے سے جاتی ہے سکڑ۔" دس از دا فارمولا اف اف ٹائم مینجمنٹ۔</w:t>
      </w:r>
    </w:p>
    <w:p>
      <w:r>
        <w:rPr>
          <w:b/>
        </w:rPr>
        <w:t xml:space="preserve">[1:05:42] </w:t>
      </w:r>
      <w:r>
        <w:t>So everyone, everyone, everyone is living with some responsibilities. There is no exception.</w:t>
      </w:r>
    </w:p>
    <w:p>
      <w:pPr>
        <w:jc w:val="right"/>
      </w:pPr>
      <w:r>
        <w:t>سو ایوری ون، ایوری ون، ایوری ون از لیونگ ود سم ریسپانسبیلٹیز۔ دیر از نو ایکسیپشن۔</w:t>
      </w:r>
    </w:p>
    <w:p>
      <w:r>
        <w:rPr>
          <w:b/>
        </w:rPr>
        <w:t xml:space="preserve">[1:05:50] </w:t>
      </w:r>
      <w:r>
        <w:t>So everyone must adopt this formula that is art of time management. Through time management, you can, you can, you can do anything.</w:t>
      </w:r>
    </w:p>
    <w:p>
      <w:pPr>
        <w:jc w:val="right"/>
      </w:pPr>
      <w:r>
        <w:t>سو ایوری ون مسٹ اڈاپٹ دس فارمولا دیٹ از ارٹ اف ٹائم مینجمنٹ۔ تھرو ٹائم مینجمنٹ، یو کین، یو کین، یو کین ڈو اینی تھنگ۔</w:t>
      </w:r>
    </w:p>
    <w:p>
      <w:r>
        <w:rPr>
          <w:b/>
        </w:rPr>
        <w:t xml:space="preserve">[1:06:07] </w:t>
      </w:r>
      <w:r>
        <w:t>دی ادر اینڈ دی ادر اسپیکٹ از دیٹ "لا یکلف اللہ نفس الا"۔</w:t>
      </w:r>
    </w:p>
    <w:p>
      <w:pPr>
        <w:jc w:val="right"/>
      </w:pPr>
      <w:r>
        <w:t>دی ادر اینڈ دی ادر اسپیکٹ از دیٹ "لا یکلف اللہ نفس الا"۔</w:t>
      </w:r>
    </w:p>
    <w:p>
      <w:r>
        <w:rPr>
          <w:b/>
        </w:rPr>
        <w:t xml:space="preserve">[1:06:16] </w:t>
      </w:r>
      <w:r>
        <w:t>It means that your responsibility is according to your capacity. Your responsibility is according to your capacity.</w:t>
      </w:r>
    </w:p>
    <w:p>
      <w:pPr>
        <w:jc w:val="right"/>
      </w:pPr>
      <w:r>
        <w:t>اٹ مینز دیٹ یور ریسپانسبیلٹی از اکارڈنگ ٹو یور کپیسٹی۔ یور ریسپانسبیلٹی از اکارڈنگ ٹو یور کپیسٹی۔</w:t>
      </w:r>
    </w:p>
    <w:p>
      <w:r>
        <w:rPr>
          <w:b/>
        </w:rPr>
        <w:t xml:space="preserve">[1:06:26] </w:t>
      </w:r>
      <w:r>
        <w:t>So you have to know your capacity. You have to study yourself. You have to, you have to know object come with complete objectivity.</w:t>
      </w:r>
    </w:p>
    <w:p>
      <w:pPr>
        <w:jc w:val="right"/>
      </w:pPr>
      <w:r>
        <w:t>سو یو ہیو ٹو نو یور کپیسٹی۔ یو ہیو ٹو سٹڈی یور سیلف۔ یو ہیو ٹو، یو ہیو ٹو نو ابجیکٹ کم ود کمپلیٹ ابجیکٹیوٹی۔</w:t>
      </w:r>
    </w:p>
    <w:p>
      <w:r>
        <w:rPr>
          <w:b/>
        </w:rPr>
        <w:t xml:space="preserve">[1:06:38] </w:t>
      </w:r>
      <w:r>
        <w:t>You have to determine with complete objectivity what is your capacity and do according to your capacity.</w:t>
      </w:r>
    </w:p>
    <w:p>
      <w:pPr>
        <w:jc w:val="right"/>
      </w:pPr>
      <w:r>
        <w:t>یو ہیو ٹو ڈیٹرمن ود کمپلیٹ ابجیکٹیوٹی واٹ از یور کپیسٹی اینڈ ڈو اکارڈنگ ٹو یور کپیسٹی۔</w:t>
      </w:r>
    </w:p>
    <w:p>
      <w:r>
        <w:rPr>
          <w:b/>
        </w:rPr>
        <w:t xml:space="preserve">[1:06:48] </w:t>
      </w:r>
      <w:r>
        <w:t>And then you be rewarded before God.</w:t>
      </w:r>
    </w:p>
    <w:p>
      <w:pPr>
        <w:jc w:val="right"/>
      </w:pPr>
      <w:r>
        <w:t>اینڈ دین یو بی ریوارڈ بیفور گاڈ۔</w:t>
      </w:r>
    </w:p>
    <w:p>
      <w:r>
        <w:rPr>
          <w:b/>
        </w:rPr>
        <w:t xml:space="preserve">[1:06:54] </w:t>
      </w:r>
      <w:r>
        <w:t>This question is from Ms. Razia Siddiqui from Delhi.</w:t>
      </w:r>
    </w:p>
    <w:p>
      <w:pPr>
        <w:jc w:val="right"/>
      </w:pPr>
      <w:r>
        <w:t>دس کوسچن از فرام مس راضیہ صدیقی فرام دہلی۔</w:t>
      </w:r>
    </w:p>
    <w:p>
      <w:r>
        <w:rPr>
          <w:b/>
        </w:rPr>
        <w:t xml:space="preserve">[1:06:59] </w:t>
      </w:r>
      <w:r>
        <w:t>People often defend the practice of meditation by saying that it is actually a method of relaxing so that their minds can freshen up and become capable of creative thinking.</w:t>
      </w:r>
    </w:p>
    <w:p>
      <w:pPr>
        <w:jc w:val="right"/>
      </w:pPr>
      <w:r>
        <w:t>پیپل افن ڈیفینڈ دا پریکٹس اف میڈیٹیشن بائی سینگ دیٹ اٹ از ایکچولی ا میتھڈ اف ریلیکسنگ سو دیٹ دیر مائنڈز کین فریشن اپ اینڈ بیکم کیپیبل اف کریٹیو تھنکنگ۔</w:t>
      </w:r>
    </w:p>
    <w:p>
      <w:r>
        <w:rPr>
          <w:b/>
        </w:rPr>
        <w:t xml:space="preserve">[1:07:14] </w:t>
      </w:r>
      <w:r>
        <w:t>According to them, meditation has a calming effect on mind. Maulana, kindly throw some light on this widely prevalent belief in today's society.</w:t>
      </w:r>
    </w:p>
    <w:p>
      <w:pPr>
        <w:jc w:val="right"/>
      </w:pPr>
      <w:r>
        <w:t>اکارڈنگ ٹو دیم، میڈیٹیشن ہیز ا کارمنگ ایفیکٹ ان مائنڈ۔ مولانا، کائنڈلی تھرو سم لائٹ ان دس وائڈلی پریویلنٹ بیلیف ان ٹوڈے سوسائٹی۔</w:t>
      </w:r>
    </w:p>
    <w:p>
      <w:r>
        <w:rPr>
          <w:b/>
        </w:rPr>
        <w:t xml:space="preserve">[1:07:27] </w:t>
      </w:r>
      <w:r>
        <w:t>I don't believe in in the method of meditation</w:t>
      </w:r>
    </w:p>
    <w:p>
      <w:pPr>
        <w:jc w:val="right"/>
      </w:pPr>
      <w:r>
        <w:t>ائی ڈونٹ بیلیو ان ان دا میتھڈ اف میڈیٹیشن</w:t>
      </w:r>
    </w:p>
    <w:p>
      <w:r>
        <w:rPr>
          <w:b/>
        </w:rPr>
        <w:t xml:space="preserve">[1:07:36] </w:t>
      </w:r>
      <w:r>
        <w:t>that is called barzakh. So meditation is a kind of anesthesia. Anesthesia</w:t>
      </w:r>
    </w:p>
    <w:p>
      <w:pPr>
        <w:jc w:val="right"/>
      </w:pPr>
      <w:r>
        <w:t>دیٹ از کالڈ براقبہ۔ سو میڈیٹیشن از ا کائنڈ اف انستیسیا۔ انستیسیا</w:t>
      </w:r>
    </w:p>
    <w:p>
      <w:r>
        <w:rPr>
          <w:b/>
        </w:rPr>
        <w:t xml:space="preserve">[1:07:50] </w:t>
      </w:r>
      <w:r>
        <w:t>maybe it is a temporary belief, temporary relief for some people.</w:t>
      </w:r>
    </w:p>
    <w:p>
      <w:pPr>
        <w:jc w:val="right"/>
      </w:pPr>
      <w:r>
        <w:t>می بی اٹ از ا ٹیمپرری بیلیف، ٹیمپرری ریلیف فار سم پیپل۔</w:t>
      </w:r>
    </w:p>
    <w:p>
      <w:r>
        <w:rPr>
          <w:b/>
        </w:rPr>
        <w:t xml:space="preserve">[1:07:56] </w:t>
      </w:r>
      <w:r>
        <w:t>for me, it is not relief, even not a temporary relief. I am not that kind of person. I always try to find some ideological solution.</w:t>
      </w:r>
    </w:p>
    <w:p>
      <w:pPr>
        <w:jc w:val="right"/>
      </w:pPr>
      <w:r>
        <w:t>فار می، اٹ از ناٹ ریلیف، ایون ناٹ ا ٹیمپرری ریلیف۔ ائی ایم ناٹ دیٹ کائنڈ اف پرسن۔ ائی الویز ٹرائی ٹو فائنڈ سم ائیڈیولوجیکل سولیوشن۔</w:t>
      </w:r>
    </w:p>
    <w:p>
      <w:r>
        <w:rPr>
          <w:b/>
        </w:rPr>
        <w:t xml:space="preserve">[1:08:10] </w:t>
      </w:r>
      <w:r>
        <w:t>this kind of solution is, is, is not good for me. so even for some people, it may provide a temporary relief.</w:t>
      </w:r>
    </w:p>
    <w:p>
      <w:pPr>
        <w:jc w:val="right"/>
      </w:pPr>
      <w:r>
        <w:t>دس کائنڈ اف سولیوشن از، از، از ناٹ گڈ فار می۔ سو ایون فار سم پیپل، اٹ می پرووائیڈ ا ٹیمپرری ریلیف۔</w:t>
      </w:r>
    </w:p>
    <w:p>
      <w:r>
        <w:rPr>
          <w:b/>
        </w:rPr>
        <w:t xml:space="preserve">[1:08:21] </w:t>
      </w:r>
      <w:r>
        <w:t>then it is not good. it is enabilization. it is anesthesia.</w:t>
      </w:r>
    </w:p>
    <w:p>
      <w:pPr>
        <w:jc w:val="right"/>
      </w:pPr>
      <w:r>
        <w:t>دین اٹ از ناٹ گڈ۔ اٹ از انیبلائزیشن۔ اٹ از انستیسیا۔</w:t>
      </w:r>
    </w:p>
    <w:p>
      <w:r>
        <w:rPr>
          <w:b/>
        </w:rPr>
        <w:t xml:space="preserve">[1:08:27] </w:t>
      </w:r>
      <w:r>
        <w:t>I don't think that it is a good for human being. This by following the, the, the greatest loss, the greatest</w:t>
      </w:r>
    </w:p>
    <w:p>
      <w:pPr>
        <w:jc w:val="right"/>
      </w:pPr>
      <w:r>
        <w:t>ائی ڈونٹ تھنک دیٹ اٹ از ا گڈ فار ہیومن بینگ۔ دس بائی فالونگ دا، دا، دا گریٹسٹ لاس، دا گریٹسٹ</w:t>
      </w:r>
    </w:p>
    <w:p>
      <w:r>
        <w:rPr>
          <w:b/>
        </w:rPr>
        <w:t xml:space="preserve">[1:08:40] </w:t>
      </w:r>
      <w:r>
        <w:t>harm by following this method is that you, you lose the opportunity of developing your mind.</w:t>
      </w:r>
    </w:p>
    <w:p>
      <w:pPr>
        <w:jc w:val="right"/>
      </w:pPr>
      <w:r>
        <w:t>ہارم بائی فالونگ دس میتھڈ از دیٹ یو، یو لوز دا اپرچونیٹی اف ڈیولپنگ یور مائنڈ۔</w:t>
      </w:r>
    </w:p>
    <w:p>
      <w:r>
        <w:rPr>
          <w:b/>
        </w:rPr>
        <w:t xml:space="preserve">[1:08:51] </w:t>
      </w:r>
      <w:r>
        <w:t>if you go to deliberation for several hours, it means that you have wasted that time.</w:t>
      </w:r>
    </w:p>
    <w:p>
      <w:pPr>
        <w:jc w:val="right"/>
      </w:pPr>
      <w:r>
        <w:t>اف یو گو ٹو ڈیبریشن فار سیورل اورز، اٹ مینز دیٹ یو ہیو ویسٹڈ دیٹ ٹائم۔</w:t>
      </w:r>
    </w:p>
    <w:p>
      <w:r>
        <w:rPr>
          <w:b/>
        </w:rPr>
        <w:t xml:space="preserve">[1:09:01] </w:t>
      </w:r>
      <w:r>
        <w:t>this time, you, you can develop your mind. you can develop your personality. you can develop your spiritual</w:t>
      </w:r>
    </w:p>
    <w:p>
      <w:pPr>
        <w:jc w:val="right"/>
      </w:pPr>
      <w:r>
        <w:t>دس ٹائم، یو، یو کین ڈیولپ یور مائنڈ۔ یو کین ڈیولپ یور پرسنیلٹی۔ یو کین ڈیولپ یور سپرچول</w:t>
      </w:r>
    </w:p>
    <w:p>
      <w:r>
        <w:rPr>
          <w:b/>
        </w:rPr>
        <w:t xml:space="preserve">[1:09:11] </w:t>
      </w:r>
      <w:r>
        <w:t>ity. but you have, but you have adopted the, that kind of technique, i, i think that is not, it was a kind of anesthesia.</w:t>
      </w:r>
    </w:p>
    <w:p>
      <w:pPr>
        <w:jc w:val="right"/>
      </w:pPr>
      <w:r>
        <w:t>یٹی۔ بٹ یو ہیو، بٹ یو ہیو اڈاپٹڈ دا، دیٹ کائنڈ اف ٹیکنیک، ائی، ائی تھنک دیٹ از ناٹ، اٹ واز ا کائنڈ اف انستیسیا۔</w:t>
      </w:r>
    </w:p>
    <w:p>
      <w:r>
        <w:rPr>
          <w:b/>
        </w:rPr>
        <w:t xml:space="preserve">[1:09:28] </w:t>
      </w:r>
      <w:r>
        <w:t>so i personally, i dont like this kind of method that is meditation.</w:t>
      </w:r>
    </w:p>
    <w:p>
      <w:pPr>
        <w:jc w:val="right"/>
      </w:pPr>
      <w:r>
        <w:t>سو ائی پرسنلی، ائی ڈونٹ لائک دس کائنڈ اف میتھڈ دیٹ از میڈیٹیشن۔</w:t>
      </w:r>
    </w:p>
    <w:p>
      <w:r>
        <w:rPr>
          <w:b/>
        </w:rPr>
        <w:t xml:space="preserve">[1:09:35] </w:t>
      </w:r>
      <w:r>
        <w:t>every second, i want to use my, my time for my to develop my personality, to develop my spiritual, to develop my mind.</w:t>
      </w:r>
    </w:p>
    <w:p>
      <w:pPr>
        <w:jc w:val="right"/>
      </w:pPr>
      <w:r>
        <w:t>ایوری سیکنڈ، ائی وانٹ ٹو یوز مائی، مائی ٹائم فار مائی ٹو ڈیولپ مائی پرسنیلٹی، ٹو ڈیولپ مائی سپرچول، ٹو ڈیولپ مائی مائنڈ۔</w:t>
      </w:r>
    </w:p>
    <w:p>
      <w:r>
        <w:rPr>
          <w:b/>
        </w:rPr>
        <w:t xml:space="preserve">[1:09:46] </w:t>
      </w:r>
      <w:r>
        <w:t>i cannot afford to, to waste a single minute. when you are in, when you are in meditation, you are wasting your time.</w:t>
      </w:r>
    </w:p>
    <w:p>
      <w:pPr>
        <w:jc w:val="right"/>
      </w:pPr>
      <w:r>
        <w:t>ائی کناٹ افورڈ ٹو، ٹو ویسٹ ا سنگل منٹ۔ وین یو ار ان، وین یو ار ان میڈیٹیشن، یو ار ویسٹنگ یور ٹائم۔</w:t>
      </w:r>
    </w:p>
    <w:p>
      <w:r>
        <w:rPr>
          <w:b/>
        </w:rPr>
        <w:t xml:space="preserve">[1:09:56] </w:t>
      </w:r>
      <w:r>
        <w:t>you are not, you are not achieving any, any positive thing.</w:t>
      </w:r>
    </w:p>
    <w:p>
      <w:pPr>
        <w:jc w:val="right"/>
      </w:pPr>
      <w:r>
        <w:t>یو ار ناٹ، یو ار ناٹ اچیونگ اینی، اینی پوزیٹیو تھنگ۔</w:t>
      </w:r>
    </w:p>
    <w:p>
      <w:r>
        <w:rPr>
          <w:b/>
        </w:rPr>
        <w:t xml:space="preserve">[1:10:04] </w:t>
      </w:r>
      <w:r>
        <w:t>so if some people find temporary, temporary relief in this practice, they can do.</w:t>
      </w:r>
    </w:p>
    <w:p>
      <w:pPr>
        <w:jc w:val="right"/>
      </w:pPr>
      <w:r>
        <w:t>سو اف سم پیپل فائنڈ ٹیمپرری، ٹیمپرری ریلیف ان دس پریکٹس، دے کین ڈو۔</w:t>
      </w:r>
    </w:p>
    <w:p>
      <w:r>
        <w:rPr>
          <w:b/>
        </w:rPr>
        <w:t xml:space="preserve">[1:10:13] </w:t>
      </w:r>
      <w:r>
        <w:t>but for me, it is not preferable. i dont prefer this kind of method. i interested in, in intellectual development, in spiritual development,</w:t>
      </w:r>
    </w:p>
    <w:p>
      <w:pPr>
        <w:jc w:val="right"/>
      </w:pPr>
      <w:r>
        <w:t>بٹ فار می، اٹ از ناٹ پریفریبل۔ ائی ڈونٹ پریفر دس کائنڈ اف میتھڈ۔ ائی انٹرسٹڈ ان، ان انٹلیکچول ڈیولپمنٹ، ان سپرچول ڈیولپمنٹ،</w:t>
      </w:r>
    </w:p>
    <w:p>
      <w:r>
        <w:rPr>
          <w:b/>
        </w:rPr>
        <w:t xml:space="preserve">[1:10:27] </w:t>
      </w:r>
      <w:r>
        <w:t>and not in any kind of anesthesia.</w:t>
      </w:r>
    </w:p>
    <w:p>
      <w:pPr>
        <w:jc w:val="right"/>
      </w:pPr>
      <w:r>
        <w:t>اینڈ ناٹ ان اینی کائنڈ اف انستیسیا۔</w:t>
      </w:r>
    </w:p>
    <w:p>
      <w:r>
        <w:rPr>
          <w:b/>
        </w:rPr>
        <w:t xml:space="preserve">[1:10:32] </w:t>
      </w:r>
      <w:r>
        <w:t>this question is from mr. faik from pennsylvania. molana, what is the concept of happiness in islam and how should one achieve it?</w:t>
      </w:r>
    </w:p>
    <w:p>
      <w:pPr>
        <w:jc w:val="right"/>
      </w:pPr>
      <w:r>
        <w:t>دس کوسچن از فرام مسٹر فائق فرام پینسلوینیا۔ مولانا، واٹ از دا کانسیپٹ اف ہیپینس ان اسلام اینڈ ہاؤ شوڈ ون اچیو اٹ؟</w:t>
      </w:r>
    </w:p>
    <w:p>
      <w:r>
        <w:rPr>
          <w:b/>
        </w:rPr>
        <w:t xml:space="preserve">[1:10:45] </w:t>
      </w:r>
      <w:r>
        <w:t>prophet of islam has said in this saying, you can find your answer. prophet of islam has said that allah la aisha illa aisha akhrh.</w:t>
      </w:r>
    </w:p>
    <w:p>
      <w:pPr>
        <w:jc w:val="right"/>
      </w:pPr>
      <w:r>
        <w:t>پرافٹ اف اسلام ہیز سیڈ ان دس سینگ، یو کین فائنڈ یور انسر۔ پرافٹ اف اسلام ہیز سیڈ دیٹ اللہ لا عائشہ الا عائشہ الاخرہ۔</w:t>
      </w:r>
    </w:p>
    <w:p>
      <w:r>
        <w:rPr>
          <w:b/>
        </w:rPr>
        <w:t xml:space="preserve">[1:11:03] </w:t>
      </w:r>
      <w:r>
        <w:t>allah la aisha illa aisha akhrh. oh god, there is no happiness in this world.</w:t>
      </w:r>
    </w:p>
    <w:p>
      <w:pPr>
        <w:jc w:val="right"/>
      </w:pPr>
      <w:r>
        <w:t>اللہ لا عائشہ الا عائشہ الاخرہ۔ او گاڈ، دیر از نو ہیپینس ان دس ورلڈ۔</w:t>
      </w:r>
    </w:p>
    <w:p>
      <w:r>
        <w:rPr>
          <w:b/>
        </w:rPr>
        <w:t xml:space="preserve">[1:11:12] </w:t>
      </w:r>
      <w:r>
        <w:t>happiness is achievable only in the, in the hereafter. so what is so happiness in material term is not possible in this world?</w:t>
      </w:r>
    </w:p>
    <w:p>
      <w:pPr>
        <w:jc w:val="right"/>
      </w:pPr>
      <w:r>
        <w:t>ہیپینس از اچیبل اونلی ان دی، ان دی ہراپٹر۔ تو واٹ از تو ہیپینس ان مٹیریل ٹرم از ناٹ پاسیبل ان دس ورلڈ؟</w:t>
      </w:r>
    </w:p>
    <w:p>
      <w:r>
        <w:rPr>
          <w:b/>
        </w:rPr>
        <w:t xml:space="preserve">[1:11:28] </w:t>
      </w:r>
      <w:r>
        <w:t>according to islamic teaching,</w:t>
      </w:r>
    </w:p>
    <w:p>
      <w:pPr>
        <w:jc w:val="right"/>
      </w:pPr>
      <w:r>
        <w:t>اکارڈنگ ٹو اسلامک ٹیچنگ،</w:t>
      </w:r>
    </w:p>
    <w:p>
      <w:r>
        <w:rPr>
          <w:b/>
        </w:rPr>
        <w:t xml:space="preserve">[1:11:31] </w:t>
      </w:r>
      <w:r>
        <w:t>happiness in material term is not possible in this world. so according to the quran and hadith, as i have, according to my study of quran and hadith, i can see that happiness is achievable only in the, in the hereafter, in the hereafter. in the hereafter.</w:t>
      </w:r>
    </w:p>
    <w:p>
      <w:pPr>
        <w:jc w:val="right"/>
      </w:pPr>
      <w:r>
        <w:t>ہیپینس ان مٹیریل ٹرم از ناٹ پاسیبل ان دس ورلڈ۔ سو اکارڈنگ ٹو دا قران اینڈ حدیث، ایز ائی ہیو، اکارڈنگ ٹو مائی سٹڈی اف قران اینڈ حدیث، ائی کین سی دیٹ ہیپینس از اچیبل اونلی ان دی، ان دی اخرت، ان دی ہراپٹر۔</w:t>
      </w:r>
    </w:p>
    <w:p>
      <w:r>
        <w:rPr>
          <w:b/>
        </w:rPr>
        <w:t xml:space="preserve">[1:11:53] </w:t>
      </w:r>
      <w:r>
        <w:t>in this world, happiness is not achievable. i have read a book written by bertrand russell.</w:t>
      </w:r>
    </w:p>
    <w:p>
      <w:pPr>
        <w:jc w:val="right"/>
      </w:pPr>
      <w:r>
        <w:t>ان دس ورلڈ، ہیپینس از ناٹ اچیبل۔ ائی ہیو ریڈ ا بک رٹن بائی برٹن رسل۔</w:t>
      </w:r>
    </w:p>
    <w:p>
      <w:r>
        <w:rPr>
          <w:b/>
        </w:rPr>
        <w:t xml:space="preserve">[1:12:02] </w:t>
      </w:r>
      <w:r>
        <w:t>The title is Happiness. In this book, he says that happiness is not achievable in this world. And every one can understand this.</w:t>
      </w:r>
    </w:p>
    <w:p>
      <w:pPr>
        <w:jc w:val="right"/>
      </w:pPr>
      <w:r>
        <w:t>دا ٹائٹل از ہیپینس۔ ان دس بک، ہی سیز دیٹ ہیپینس از ناٹ اچیبل ان دس ورلڈ۔ اینڈ ایوری ون کین انڈرسٹینڈ دس۔</w:t>
      </w:r>
    </w:p>
    <w:p>
      <w:r>
        <w:rPr>
          <w:b/>
        </w:rPr>
        <w:t xml:space="preserve">[1:12:14] </w:t>
      </w:r>
      <w:r>
        <w:t>There are so many evil people, so many people who political powers and so many things.</w:t>
      </w:r>
    </w:p>
    <w:p>
      <w:pPr>
        <w:jc w:val="right"/>
      </w:pPr>
      <w:r>
        <w:t>دیر ار سو مینی ویل پیپل، سو مینی پیپل ہو پولیٹیکل پاورز اینڈ سو مینی تھنگز۔</w:t>
      </w:r>
    </w:p>
    <w:p>
      <w:r>
        <w:rPr>
          <w:b/>
        </w:rPr>
        <w:t xml:space="preserve">[1:12:22] </w:t>
      </w:r>
      <w:r>
        <w:t>but the will to achieve happiness</w:t>
      </w:r>
    </w:p>
    <w:p>
      <w:pPr>
        <w:jc w:val="right"/>
      </w:pPr>
      <w:r>
        <w:t>بٹ دے ویر، دے فیل ٹو اچیو ہیپینس</w:t>
      </w:r>
    </w:p>
    <w:p>
      <w:r>
        <w:rPr>
          <w:b/>
        </w:rPr>
        <w:t xml:space="preserve">[1:12:28] </w:t>
      </w:r>
      <w:r>
        <w:t>. no one can say that I achieved happiness in material terms. So according to Islam, in this world, it is not possible to achieve happiness in, in absolute sense of the word.</w:t>
      </w:r>
    </w:p>
    <w:p>
      <w:pPr>
        <w:jc w:val="right"/>
      </w:pPr>
      <w:r>
        <w:t>۔ نو ون کین سی دیٹ ائی اچیوڈ ہیپینس ان مٹیریل ٹرم۔ سو اکارڈنگ ٹو اسلام، ان دس ورلڈ، اٹ از ناٹ پاسیبل ٹو اچیو ہیپینس ان، ان ایبسولیوٹ سینس اف دا ورلڈ۔</w:t>
      </w:r>
    </w:p>
    <w:p>
      <w:r>
        <w:rPr>
          <w:b/>
        </w:rPr>
        <w:t xml:space="preserve">[1:12:47] </w:t>
      </w:r>
      <w:r>
        <w:t>Happiness is achievable only in the world.</w:t>
      </w:r>
    </w:p>
    <w:p>
      <w:pPr>
        <w:jc w:val="right"/>
      </w:pPr>
      <w:r>
        <w:t>ہیپینس از اچیبل اونلی ان دا ورلڈ ہراپ</w:t>
      </w:r>
    </w:p>
    <w:p>
      <w:r>
        <w:rPr>
          <w:b/>
        </w:rPr>
        <w:t xml:space="preserve">[1:12:50] </w:t>
      </w:r>
      <w:r>
        <w:t>tr.</w:t>
      </w:r>
    </w:p>
    <w:p>
      <w:pPr>
        <w:jc w:val="right"/>
      </w:pPr>
      <w:r>
        <w:t>ٹر۔</w:t>
      </w:r>
    </w:p>
    <w:p>
      <w:r>
        <w:rPr>
          <w:b/>
        </w:rPr>
        <w:t xml:space="preserve">[1:12:53] </w:t>
      </w:r>
      <w:r>
        <w:t>la khauf alaihim. so vi hev tu, vi hev tu mek dis gol.</w:t>
      </w:r>
    </w:p>
    <w:p>
      <w:pPr>
        <w:jc w:val="right"/>
      </w:pPr>
      <w:r>
        <w:t>لا خوف علیہم۔ سو وی ہیو ٹو، وی ہیو ٹو میک دس گول۔</w:t>
      </w:r>
    </w:p>
    <w:p>
      <w:r>
        <w:rPr>
          <w:b/>
        </w:rPr>
        <w:t xml:space="preserve">[1:13:02] </w:t>
      </w:r>
      <w:r>
        <w:t>vi hev tu ask gad dat hi mi giv as hipins in di wurlud hrapter, dat is pairadaiz or jina.</w:t>
      </w:r>
    </w:p>
    <w:p>
      <w:pPr>
        <w:jc w:val="right"/>
      </w:pPr>
      <w:r>
        <w:t>وی ہیو ٹو اسک گاڈ دیٹ ہی می گیو اس ہیپینس ان دی ورلڈ ہراپٹر، دیٹ از پیردائز اور جنہ۔</w:t>
      </w:r>
    </w:p>
    <w:p>
      <w:r>
        <w:rPr>
          <w:b/>
        </w:rPr>
        <w:t xml:space="preserve">[1:13:14] </w:t>
      </w:r>
      <w:r>
        <w:t>Maulana, his next question is: He writes looking at the example of Prophet of Islam. He did the work in his family and he was worried about spreading the message of Allah to all.</w:t>
      </w:r>
    </w:p>
    <w:p>
      <w:pPr>
        <w:jc w:val="right"/>
      </w:pPr>
      <w:r>
        <w:t>مولانا، ہز نیکسٹ کوسچن از: ہی رائٹس لوکنگ ایٹ دی ایگزیمپل اف پرافٹ اف اسلام۔ ہی ڈیڈ دا ورک ان ہز فیملی اینڈ ہی واز وریڈ اباؤٹ سپریڈنگ دا میسج اف اللہ ٹو ال۔</w:t>
      </w:r>
    </w:p>
    <w:p>
      <w:r>
        <w:rPr>
          <w:b/>
        </w:rPr>
        <w:t xml:space="preserve">[1:13:29] </w:t>
      </w:r>
      <w:r>
        <w:t>Maulana sahib mentioned to me about not bringing about family members or friends who have doubts about Islamic faith.</w:t>
      </w:r>
    </w:p>
    <w:p>
      <w:pPr>
        <w:jc w:val="right"/>
      </w:pPr>
      <w:r>
        <w:t>مولانا صاحب میسج ٹوڈے اباؤٹ ناٹ ویرنگ اباؤٹ فیملی ممبرز اور دوست ہو ہیو ڈاؤٹس اباؤٹ اسلامک فیتھ۔</w:t>
      </w:r>
    </w:p>
    <w:p>
      <w:r>
        <w:rPr>
          <w:b/>
        </w:rPr>
        <w:t xml:space="preserve">[1:13:38] </w:t>
      </w:r>
      <w:r>
        <w:t>do not see a need for praying, it seems to be a selfish approach.</w:t>
      </w:r>
    </w:p>
    <w:p>
      <w:pPr>
        <w:jc w:val="right"/>
      </w:pPr>
      <w:r>
        <w:t>دوست ہو ڈو ناٹ سی ا نیڈ فار پرینگ، ایٹس سیمز ٹو بی ا سیلفش اپروچ۔</w:t>
      </w:r>
    </w:p>
    <w:p>
      <w:r>
        <w:rPr>
          <w:b/>
        </w:rPr>
        <w:t xml:space="preserve">[1:13:45] </w:t>
      </w:r>
      <w:r>
        <w:t>I know a person here in the US, a very knowledgeable born Muslim, now in his fifties. He has a lot of doubts about Quranic verses and his religious brothers, after some talks, have left him on his own.</w:t>
      </w:r>
    </w:p>
    <w:p>
      <w:pPr>
        <w:jc w:val="right"/>
      </w:pPr>
      <w:r>
        <w:t>ائی نو ا پرسن ہیر ان دا یو ایس، ا ویری قرانک نالج ایبل بورن مسلم، ناو ان ہز ففٹیز، ہیز ا لاٹ اف ڈاؤٹس اباؤٹ قران ورسز اینڈ ہز ریلیجیس برادرز، افٹر سم ٹاکس، ہیو لیفٹ ہم ان ہز اون۔</w:t>
      </w:r>
    </w:p>
    <w:p>
      <w:r>
        <w:rPr>
          <w:b/>
        </w:rPr>
        <w:t xml:space="preserve">[1:14:03] </w:t>
      </w:r>
      <w:r>
        <w:t>I think we should engage him and others like him in continuous peaceful dialogue and discussions. Kindly comment.</w:t>
      </w:r>
    </w:p>
    <w:p>
      <w:pPr>
        <w:jc w:val="right"/>
      </w:pPr>
      <w:r>
        <w:t>ائی تھنک وی شوڈ انگیج ہم اینڈ ادرز لائک ہم ان کنٹینیوس پیس فل ڈائیلاگ اینڈ ڈسکشنز۔ کائنڈلی کمنٹ۔</w:t>
      </w:r>
    </w:p>
    <w:p>
      <w:r>
        <w:rPr>
          <w:b/>
        </w:rPr>
        <w:t xml:space="preserve">[1:14:12] </w:t>
      </w:r>
      <w:r>
        <w:t>no, its a ril</w:t>
      </w:r>
    </w:p>
    <w:p>
      <w:pPr>
        <w:jc w:val="right"/>
      </w:pPr>
      <w:r>
        <w:t>نو، اٹس ا ریل</w:t>
      </w:r>
    </w:p>
    <w:p>
      <w:r>
        <w:rPr>
          <w:b/>
        </w:rPr>
        <w:t xml:space="preserve">[1:14:13] </w:t>
      </w:r>
      <w:r>
        <w:t>stick approach. What I have said that is realistic approach. I am not saying that leave your family. No, not at all.</w:t>
      </w:r>
    </w:p>
    <w:p>
      <w:pPr>
        <w:jc w:val="right"/>
      </w:pPr>
      <w:r>
        <w:t>سٹک اپروچ۔ واٹ ائی ہیو سیڈ دیٹ از ریلسٹک اپروچ۔ ائی ایم ناٹ سینگ دیٹ لیو یور فیملی۔ نو، ناٹ ایٹ ال۔</w:t>
      </w:r>
    </w:p>
    <w:p>
      <w:r>
        <w:rPr>
          <w:b/>
        </w:rPr>
        <w:t xml:space="preserve">[1:14:22] </w:t>
      </w:r>
      <w:r>
        <w:t>I am saying that do your best to change your family members. Do your best to change your society.</w:t>
      </w:r>
    </w:p>
    <w:p>
      <w:pPr>
        <w:jc w:val="right"/>
      </w:pPr>
      <w:r>
        <w:t>ائی ایم سینگ دیٹ ڈو یور بیسٹ ٹو چینج یور فیملی ممبرز۔ ڈو یور بیسٹ ٹو چینج یور سوسائٹی۔</w:t>
      </w:r>
    </w:p>
    <w:p>
      <w:r>
        <w:rPr>
          <w:b/>
        </w:rPr>
        <w:t xml:space="preserve">[1:14:31] </w:t>
      </w:r>
      <w:r>
        <w:t>Do your best to change your community. But when you find that you have failed, people are not accepting your advice, then what to do?</w:t>
      </w:r>
    </w:p>
    <w:p>
      <w:pPr>
        <w:jc w:val="right"/>
      </w:pPr>
      <w:r>
        <w:t>ڈو یور بیسٹ ٹو چینج یور کمیونٹی۔ بٹ وین یو فائنڈ دیٹ یو ہیو فیل، پیپل ار ناٹ ایکسیپٹنگ یور ایڈوائس، دین واٹ ٹو ڈو؟</w:t>
      </w:r>
    </w:p>
    <w:p>
      <w:r>
        <w:rPr>
          <w:b/>
        </w:rPr>
        <w:t xml:space="preserve">[1:14:41] </w:t>
      </w:r>
      <w:r>
        <w:t>then there is hadith that alik afask.</w:t>
      </w:r>
    </w:p>
    <w:p>
      <w:pPr>
        <w:jc w:val="right"/>
      </w:pPr>
      <w:r>
        <w:t>دین دیر از حدیث دیٹ الیک افسک۔</w:t>
      </w:r>
    </w:p>
    <w:p>
      <w:r>
        <w:rPr>
          <w:b/>
        </w:rPr>
        <w:t xml:space="preserve">[1:14:45] </w:t>
      </w:r>
      <w:r>
        <w:t>Then you serve self. It is realistic formula. It is not selfish formula. Maulana, he also giving an example.</w:t>
      </w:r>
    </w:p>
    <w:p>
      <w:pPr>
        <w:jc w:val="right"/>
      </w:pPr>
      <w:r>
        <w:t>دین یو سیور سیلف۔ اٹ از ریلسٹک فارمولا۔ اٹ از ناٹ سیلفش فارمولا۔ مولانا، ہی السو گیونگ این ایگزیمپل۔</w:t>
      </w:r>
    </w:p>
    <w:p>
      <w:r>
        <w:rPr>
          <w:b/>
        </w:rPr>
        <w:t xml:space="preserve">[1:14:54] </w:t>
      </w:r>
      <w:r>
        <w:t>So what do you recommend that if there are some people who have doubts about Quranic verses, we should continue to trust people? Or why not?</w:t>
      </w:r>
    </w:p>
    <w:p>
      <w:pPr>
        <w:jc w:val="right"/>
      </w:pPr>
      <w:r>
        <w:t>سو وڈ یو ریکمنڈ دیٹ اف دیر ار سم پیپل ہو ہیو ڈاؤٹس اباؤٹ قرانک ورسز، وی شوڈ کنٹینیو ٹو دوست پیپل؟ اور وائی ناٹ؟</w:t>
      </w:r>
    </w:p>
    <w:p>
      <w:r>
        <w:rPr>
          <w:b/>
        </w:rPr>
        <w:t xml:space="preserve">[1:15:03] </w:t>
      </w:r>
      <w:r>
        <w:t>Why not? They are not exception. You, you have to do the work in all those fields.</w:t>
      </w:r>
    </w:p>
    <w:p>
      <w:pPr>
        <w:jc w:val="right"/>
      </w:pPr>
      <w:r>
        <w:t>وائی ناٹ؟ دے ار ناٹ ایکسیپشن۔ یو، یو ہیو ٹو ڈو دا ورک ان ال دوست پیپل۔</w:t>
      </w:r>
    </w:p>
    <w:p>
      <w:r>
        <w:rPr>
          <w:b/>
        </w:rPr>
        <w:t xml:space="preserve">[1:15:15] </w:t>
      </w:r>
      <w:r>
        <w:t>Why not? I, I, I, why not? You have to do the work. Okay, so this stands clarified. Maulana, his other question seems to be related to the second one.</w:t>
      </w:r>
    </w:p>
    <w:p>
      <w:pPr>
        <w:jc w:val="right"/>
      </w:pPr>
      <w:r>
        <w:t>وائی ناٹ؟ ائی، ائی، ائی، وائی ناٹ؟ یو ہیو ٹو ڈو دا ورک۔ اوکے، سو دس سٹینڈز کلیریفائیڈ۔ مولانا، ہز ادر کوسچن سیمز ٹو بی ریلیٹڈ ٹو دا سیکنڈ ون۔</w:t>
      </w:r>
    </w:p>
    <w:p>
      <w:r>
        <w:rPr>
          <w:b/>
        </w:rPr>
        <w:t xml:space="preserve">[1:15:27] </w:t>
      </w:r>
      <w:r>
        <w:t>Hi, is that can you sever relations with a blood relative due to any reason? Allah Ta'ala asked us to keep company with non-Muslim parents kindly.</w:t>
      </w:r>
    </w:p>
    <w:p>
      <w:pPr>
        <w:jc w:val="right"/>
      </w:pPr>
      <w:r>
        <w:t>ہی سیز دیٹ کین یو سیور ریلیشنز ود ا بلڈ ریلیٹو ڈیو ٹو اینی ریزن؟ اللہ تعالی اسکڈ اس ٹو کیپ کمپنی ود نان مسلم پیرنٹس کائنڈلی۔</w:t>
      </w:r>
    </w:p>
    <w:p>
      <w:r>
        <w:rPr>
          <w:b/>
        </w:rPr>
        <w:t xml:space="preserve">[1:15:38] </w:t>
      </w:r>
      <w:r>
        <w:t>vat vad bi yur kmants on dat?</w:t>
      </w:r>
    </w:p>
    <w:p>
      <w:pPr>
        <w:jc w:val="right"/>
      </w:pPr>
      <w:r>
        <w:t>واٹ وڈ بی یور کمنٹس ان دیٹ؟</w:t>
      </w:r>
    </w:p>
    <w:p>
      <w:r>
        <w:rPr>
          <w:b/>
        </w:rPr>
        <w:t xml:space="preserve">[1:15:43] </w:t>
      </w:r>
      <w:r>
        <w:t>Maulana, he is saying that should you sever relationships with a blood relative due to any reason? Allah even asked us to keep company with non-Muslim parents.</w:t>
      </w:r>
    </w:p>
    <w:p>
      <w:pPr>
        <w:jc w:val="right"/>
      </w:pPr>
      <w:r>
        <w:t>مولانا، ہی سینگ دیٹ شوڈ یو سیور ریلیشن شپس ود ا بلڈ ریلیٹو ڈیو ٹو اینی ریزن؟ اللہ ایون اسکڈ اس ٹو کیپ کمپنی ود نان مسلم پیرنٹس۔</w:t>
      </w:r>
    </w:p>
    <w:p>
      <w:r>
        <w:rPr>
          <w:b/>
        </w:rPr>
        <w:t xml:space="preserve">[1:16:01] </w:t>
      </w:r>
      <w:r>
        <w:t>What with this if this? Maulana, he saying that should one cut off the relationship with a blood relative. No, no, I am not saying like this. That's his question.</w:t>
      </w:r>
    </w:p>
    <w:p>
      <w:pPr>
        <w:jc w:val="right"/>
      </w:pPr>
      <w:r>
        <w:t>واٹ ود دس اف دس؟ مولانا، ہی سینگ دیٹ شوڈ ون کٹ اف دا ریلیشن شپ ود ا بلڈ ریلیٹو۔ نو، نو، ائی ایم ناٹ سینگ لائک دس۔ دیٹس ہز کوسچن۔</w:t>
      </w:r>
    </w:p>
    <w:p>
      <w:r>
        <w:rPr>
          <w:b/>
        </w:rPr>
        <w:t xml:space="preserve">[1:16:10] </w:t>
      </w:r>
      <w:r>
        <w:t>i am not saying about cut off</w:t>
      </w:r>
    </w:p>
    <w:p>
      <w:pPr>
        <w:jc w:val="right"/>
      </w:pPr>
      <w:r>
        <w:t>ائی ایم ناٹ سینگ اباؤٹ کٹ اف</w:t>
      </w:r>
    </w:p>
    <w:p>
      <w:r>
        <w:rPr>
          <w:b/>
        </w:rPr>
        <w:t xml:space="preserve">[1:16:12] </w:t>
      </w:r>
      <w:r>
        <w:t>I am saying only to save yourself when you find that you are helpless. You have to maintain relationship, normal relationship.</w:t>
      </w:r>
    </w:p>
    <w:p>
      <w:pPr>
        <w:jc w:val="right"/>
      </w:pPr>
      <w:r>
        <w:t>۔ ائی ایم سینگ اونلی ٹو سیو یور سیلف وین یو فائنڈ دیٹ یو ار ہیلپ لیس۔ یو ہیو ٹو مینٹین ریلیشن شپ، نارمل ریلیشن شپ۔</w:t>
      </w:r>
    </w:p>
    <w:p>
      <w:r>
        <w:rPr>
          <w:b/>
        </w:rPr>
        <w:t xml:space="preserve">[1:16:25] </w:t>
      </w:r>
      <w:r>
        <w:t>you have to maintain your normal relationship, but same time you have to save yourself. okay, don't commit suicide.</w:t>
      </w:r>
    </w:p>
    <w:p>
      <w:pPr>
        <w:jc w:val="right"/>
      </w:pPr>
      <w:r>
        <w:t>یو ہیو ٹو مینٹین یور نارمل ریلیشن شپ، بٹ سیم ٹائم یو ہیو ٹو سیو یور سیلف۔ اوکے، ڈونٹ کمٹ سوسائیڈ۔</w:t>
      </w:r>
    </w:p>
    <w:p>
      <w:r>
        <w:rPr>
          <w:b/>
        </w:rPr>
        <w:t xml:space="preserve">[1:16:36] </w:t>
      </w:r>
      <w:r>
        <w:t>what I am saying is that some people are competing s</w:t>
      </w:r>
    </w:p>
    <w:p>
      <w:pPr>
        <w:jc w:val="right"/>
      </w:pPr>
      <w:r>
        <w:t>واٹ ائی ایم سینگ از دیٹ سم پیپل ار کمپٹنگ س</w:t>
      </w:r>
    </w:p>
    <w:p>
      <w:r>
        <w:rPr>
          <w:b/>
        </w:rPr>
        <w:t xml:space="preserve">[1:16:40] </w:t>
      </w:r>
      <w:r>
        <w:t>suicide. I mean intellectual, psychological suicide. So you have to try to change your family members, your society, your community.</w:t>
      </w:r>
    </w:p>
    <w:p>
      <w:pPr>
        <w:jc w:val="right"/>
      </w:pPr>
      <w:r>
        <w:t>وسائیڈ۔ ائی مین انٹلیکچول، سائیکلوجیکل سوسائیڈ۔ سو یو ہیو ٹو ٹرائی ٹو چینج یور فیملی ممبرز، یور سوسائٹی، یور کمیونٹی۔</w:t>
      </w:r>
    </w:p>
    <w:p>
      <w:r>
        <w:rPr>
          <w:b/>
        </w:rPr>
        <w:t xml:space="preserve">[1:16:52] </w:t>
      </w:r>
      <w:r>
        <w:t>but after all efforts, you feel that you are helpless. then you have to leave with normal relationship.</w:t>
      </w:r>
    </w:p>
    <w:p>
      <w:pPr>
        <w:jc w:val="right"/>
      </w:pPr>
      <w:r>
        <w:t>بٹ افٹر ال ایفرٹس، یو فیل دیٹ یو ار ہیلپ لیس۔ دین یو ہیو ٹو لیو ود نارمل ریلیشن شپ۔</w:t>
      </w:r>
    </w:p>
    <w:p>
      <w:r>
        <w:rPr>
          <w:b/>
        </w:rPr>
        <w:t xml:space="preserve">[1:17:02] </w:t>
      </w:r>
      <w:r>
        <w:t>there is good, b</w:t>
      </w:r>
    </w:p>
    <w:p>
      <w:pPr>
        <w:jc w:val="right"/>
      </w:pPr>
      <w:r>
        <w:t>دیر از گڈ، ب</w:t>
      </w:r>
    </w:p>
    <w:p>
      <w:r>
        <w:rPr>
          <w:b/>
        </w:rPr>
        <w:t xml:space="preserve">[1:17:03] </w:t>
      </w:r>
      <w:r>
        <w:t>but don't commit suicide. don't commit psychological suicide.</w:t>
      </w:r>
    </w:p>
    <w:p>
      <w:pPr>
        <w:jc w:val="right"/>
      </w:pPr>
      <w:r>
        <w:t>ٹ ڈونٹ کمٹ سوسائیڈل۔ ڈونٹ کمٹ سائیکلوجیکل سوسائیڈ۔</w:t>
      </w:r>
    </w:p>
    <w:p>
      <w:r>
        <w:rPr>
          <w:b/>
        </w:rPr>
        <w:t xml:space="preserve">[1:17:11] </w:t>
      </w:r>
      <w:r>
        <w:t>save yourself. Is not clear? Yes, Maulana, it is clear. I move on to the next question, which is from Mr. Khwaja Kaleemuddin from Pennsylvania.</w:t>
      </w:r>
    </w:p>
    <w:p>
      <w:pPr>
        <w:jc w:val="right"/>
      </w:pPr>
      <w:r>
        <w:t>سیو یور سیلف۔ از ناٹ کلیئر؟ یس، مولانا، اٹ از کلیئر۔ ائی موو ان ٹو دا نیکسٹ کوسچن، وچ از فرام مسٹر خواجہ کلیم الدین فرام پینسلوینیا۔</w:t>
      </w:r>
    </w:p>
    <w:p>
      <w:r>
        <w:rPr>
          <w:b/>
        </w:rPr>
        <w:t xml:space="preserve">[1:17:23] </w:t>
      </w:r>
      <w:r>
        <w:t>Maulana, if a person or a situation becomes a constant source of tension unjustly, then how to live a stress-free life?</w:t>
      </w:r>
    </w:p>
    <w:p>
      <w:pPr>
        <w:jc w:val="right"/>
      </w:pPr>
      <w:r>
        <w:t>مولانا، اف ا پرسن اور ا سچویشن بیکمز ا کانسٹنٹ سورس اف ٹینشن ان جسٹلی، دین ہاؤ ٹو لیو ا سٹریس فری لائف؟</w:t>
      </w:r>
    </w:p>
    <w:p>
      <w:r>
        <w:rPr>
          <w:b/>
        </w:rPr>
        <w:t xml:space="preserve">[1:17:34] </w:t>
      </w:r>
      <w:r>
        <w:t>i repeat, if a person or a situation becomes a constant source of tension unjustly, then how to live a stress free life?</w:t>
      </w:r>
    </w:p>
    <w:p>
      <w:pPr>
        <w:jc w:val="right"/>
      </w:pPr>
      <w:r>
        <w:t>ائی ریپیٹ، اف ا پرسن اور ا سچویشن بیکمز ا کانسٹنٹ سورس اف ٹینشن ان جسٹلی، دین ہاؤ ٹو لیو ا سٹریس فری لائف؟</w:t>
      </w:r>
    </w:p>
    <w:p>
      <w:r>
        <w:rPr>
          <w:b/>
        </w:rPr>
        <w:t xml:space="preserve">[1:17:44] </w:t>
      </w:r>
      <w:r>
        <w:t>This is the formula: save yourself.</w:t>
      </w:r>
    </w:p>
    <w:p>
      <w:pPr>
        <w:jc w:val="right"/>
      </w:pPr>
      <w:r>
        <w:t>دس از دا فارمولا: سیو یور سیلف۔</w:t>
      </w:r>
    </w:p>
    <w:p>
      <w:r>
        <w:rPr>
          <w:b/>
        </w:rPr>
        <w:t xml:space="preserve">[1:17:46] </w:t>
      </w:r>
      <w:r>
        <w:t>if that member is, if that member have adopted wrong way, to you have to try to change him.</w:t>
      </w:r>
    </w:p>
    <w:p>
      <w:pPr>
        <w:jc w:val="right"/>
      </w:pPr>
      <w:r>
        <w:t>اف دیٹ ممبر از، اف دیٹ ممبر ہیو اڈاپٹڈ رونگ وے، تو یو ہیو ٹو ٹرائی ٹو چینج ہم۔</w:t>
      </w:r>
    </w:p>
    <w:p>
      <w:r>
        <w:rPr>
          <w:b/>
        </w:rPr>
        <w:t xml:space="preserve">[1:17:58] </w:t>
      </w:r>
      <w:r>
        <w:t>but if you feel that you are helpless, then you have to save yourself. why you bother? why you kill yourself?</w:t>
      </w:r>
    </w:p>
    <w:p>
      <w:pPr>
        <w:jc w:val="right"/>
      </w:pPr>
      <w:r>
        <w:t>بٹ اف یو فیل دیٹ یو ار ہیلپ لیس، دین یو ہیو ٹو سیو یور سیلف۔ وائی یو بادر؟ وائی یو کل یور سیلف؟</w:t>
      </w:r>
    </w:p>
    <w:p>
      <w:r>
        <w:rPr>
          <w:b/>
        </w:rPr>
        <w:t xml:space="preserve">[1:18:10] </w:t>
      </w:r>
      <w:r>
        <w:t>your duty is only to to give him advice.</w:t>
      </w:r>
    </w:p>
    <w:p>
      <w:pPr>
        <w:jc w:val="right"/>
      </w:pPr>
      <w:r>
        <w:t>یور ڈیوٹی از اونلی ٹو ٹو گیو ہم ایڈوائس۔</w:t>
      </w:r>
    </w:p>
    <w:p>
      <w:r>
        <w:rPr>
          <w:b/>
        </w:rPr>
        <w:t xml:space="preserve">[1:18:19] </w:t>
      </w:r>
      <w:r>
        <w:t>you cannot change his heart. to give your advice, make dua, try to change him.</w:t>
      </w:r>
    </w:p>
    <w:p>
      <w:pPr>
        <w:jc w:val="right"/>
      </w:pPr>
      <w:r>
        <w:t>یو کناٹ چینج ہز ہارٹ۔ تو گیو یور ایڈوائس، میک دعا، ٹرائی ٹو چینج ہم۔</w:t>
      </w:r>
    </w:p>
    <w:p>
      <w:r>
        <w:rPr>
          <w:b/>
        </w:rPr>
        <w:t xml:space="preserve">[1:18:28] </w:t>
      </w:r>
      <w:r>
        <w:t>but if you feel that i am helpless, then you have to save yourself. aleq nafsak, is not clear?</w:t>
      </w:r>
    </w:p>
    <w:p>
      <w:pPr>
        <w:jc w:val="right"/>
      </w:pPr>
      <w:r>
        <w:t>بٹ اف یو فیل دیٹ ائی ایم ہیلپ لیس، دین یو ہیو ٹو سیو یور سیلف۔ الیک نفسک، از ناٹ کلیئر؟</w:t>
      </w:r>
    </w:p>
    <w:p>
      <w:r>
        <w:rPr>
          <w:b/>
        </w:rPr>
        <w:t xml:space="preserve">[1:18:37] </w:t>
      </w:r>
      <w:r>
        <w:t>yes, molana, it is clear. i move on to the next question, which is from mr munjib akbar from chennai.</w:t>
      </w:r>
    </w:p>
    <w:p>
      <w:pPr>
        <w:jc w:val="right"/>
      </w:pPr>
      <w:r>
        <w:t>یس، مولانا، اٹ از کلیئر۔ ائی موو ان ٹو دا نیکسٹ کوسچن، وچ از فرام مسٹر منتجیب اکبر فرام چنائی۔</w:t>
      </w:r>
    </w:p>
    <w:p>
      <w:r>
        <w:rPr>
          <w:b/>
        </w:rPr>
        <w:t xml:space="preserve">[1:18:48] </w:t>
      </w:r>
      <w:r>
        <w:t>molana, in the quran, allah taala allows a person who is wronged by others to take revenge, but allah recommends us to forgive, saying that it is better.</w:t>
      </w:r>
    </w:p>
    <w:p>
      <w:pPr>
        <w:jc w:val="right"/>
      </w:pPr>
      <w:r>
        <w:t>مولانا، ان دا قران، اللہ تعالی الاوز ا پرسن ہو از رونگ بائے ادرز ٹو ٹیک ریونج، بٹ اللہ ریکمنڈز اس ٹو فارگیو، سینگ دیٹ اٹ از بیٹر۔</w:t>
      </w:r>
    </w:p>
    <w:p>
      <w:r>
        <w:rPr>
          <w:b/>
        </w:rPr>
        <w:t xml:space="preserve">[1:19:02] </w:t>
      </w:r>
      <w:r>
        <w:t>my question is: is taking revenge wrong then?</w:t>
      </w:r>
    </w:p>
    <w:p>
      <w:pPr>
        <w:jc w:val="right"/>
      </w:pPr>
      <w:r>
        <w:t>مائی کوسچن از: از ٹیکنگ ریونج رونگ دین؟</w:t>
      </w:r>
    </w:p>
    <w:p>
      <w:r>
        <w:rPr>
          <w:b/>
        </w:rPr>
        <w:t xml:space="preserve">[1:19:11] </w:t>
      </w:r>
      <w:r>
        <w:t>no, revenge is totally wrong.</w:t>
      </w:r>
    </w:p>
    <w:p>
      <w:pPr>
        <w:jc w:val="right"/>
      </w:pPr>
      <w:r>
        <w:t>نو، ریونج از ٹوٹلی رونگ۔</w:t>
      </w:r>
    </w:p>
    <w:p>
      <w:r>
        <w:rPr>
          <w:b/>
        </w:rPr>
        <w:t xml:space="preserve">[1:19:16] </w:t>
      </w:r>
      <w:r>
        <w:t>is not allowed. is not allowed. there is verse in surah asharah, people take this verse, but that is not meaning of this.</w:t>
      </w:r>
    </w:p>
    <w:p>
      <w:pPr>
        <w:jc w:val="right"/>
      </w:pPr>
      <w:r>
        <w:t>از ناٹ الاؤڈ۔ از ناٹ الاؤڈ۔ دیر از ورس ان سورہ عاشورہ، پیپل ٹیک دس ورس، بٹ دیٹ از ناٹ میننگ اف دس۔</w:t>
      </w:r>
    </w:p>
    <w:p>
      <w:r>
        <w:rPr>
          <w:b/>
        </w:rPr>
        <w:t xml:space="preserve">[1:19:31] </w:t>
      </w:r>
      <w:r>
        <w:t>that verse: no, revenge is completely unlawful in islam.</w:t>
      </w:r>
    </w:p>
    <w:p>
      <w:pPr>
        <w:jc w:val="right"/>
      </w:pPr>
      <w:r>
        <w:t>دیٹ ورس: نو، ریونج از کمپلیٹلی ان لافل ان اسلام۔</w:t>
      </w:r>
    </w:p>
    <w:p>
      <w:r>
        <w:rPr>
          <w:b/>
        </w:rPr>
        <w:t xml:space="preserve">[1:19:40] </w:t>
      </w:r>
      <w:r>
        <w:t>you have to forgive h</w:t>
      </w:r>
    </w:p>
    <w:p>
      <w:pPr>
        <w:jc w:val="right"/>
      </w:pPr>
      <w:r>
        <w:t>یو ہیو ٹو فارگیو ہ</w:t>
      </w:r>
    </w:p>
    <w:p>
      <w:r>
        <w:rPr>
          <w:b/>
        </w:rPr>
        <w:t xml:space="preserve">[1:19:42] </w:t>
      </w:r>
      <w:r>
        <w:t>m۔</w:t>
      </w:r>
    </w:p>
    <w:p>
      <w:pPr>
        <w:jc w:val="right"/>
      </w:pPr>
      <w:r>
        <w:t>م۔</w:t>
      </w:r>
    </w:p>
    <w:p>
      <w:r>
        <w:rPr>
          <w:b/>
        </w:rPr>
        <w:t xml:space="preserve">[1:19:50] </w:t>
      </w:r>
      <w:r>
        <w:t>and about that verse, he can, he can consult my, my tafsir, tazkirul quran۔</w:t>
      </w:r>
    </w:p>
    <w:p>
      <w:pPr>
        <w:jc w:val="right"/>
      </w:pPr>
      <w:r>
        <w:t>اینڈ اباؤٹ دیٹ ورس، ہی کین، ہی کین کنسلٹ مائی، مائی تفسیر، تذکر القران۔</w:t>
      </w:r>
    </w:p>
    <w:p>
      <w:r>
        <w:rPr>
          <w:b/>
        </w:rPr>
        <w:t xml:space="preserve">[1:20:00] </w:t>
      </w:r>
      <w:r>
        <w:t>okay, there is a verse in surah ashurah. i know, but its meaning is not that you can take revenge۔</w:t>
      </w:r>
    </w:p>
    <w:p>
      <w:pPr>
        <w:jc w:val="right"/>
      </w:pPr>
      <w:r>
        <w:t>اوکے، دیر از ا ورس ان سورہ عاشورہ۔ ائی نو، بٹ اٹس میننگ از ناٹ دیٹ یو کین ٹیک ریونج۔</w:t>
      </w:r>
    </w:p>
    <w:p>
      <w:r>
        <w:rPr>
          <w:b/>
        </w:rPr>
        <w:t xml:space="preserve">[1:20:10] </w:t>
      </w:r>
      <w:r>
        <w:t>no, this is not meaning۔</w:t>
      </w:r>
    </w:p>
    <w:p>
      <w:pPr>
        <w:jc w:val="right"/>
      </w:pPr>
      <w:r>
        <w:t>نو، دس از ناٹ میننگ۔</w:t>
      </w:r>
    </w:p>
    <w:p>
      <w:r>
        <w:rPr>
          <w:b/>
        </w:rPr>
        <w:t xml:space="preserve">[1:20:14] </w:t>
      </w:r>
      <w:r>
        <w:t>this question is from dr farida khanam from delhi. today, we attended a program at sai international center in new delhi, where more than 500 people had gathered۔</w:t>
      </w:r>
    </w:p>
    <w:p>
      <w:pPr>
        <w:jc w:val="right"/>
      </w:pPr>
      <w:r>
        <w:t>دس کوسچن از فرام ڈاکٹر فریدہ خانم فرام دہلی۔ ٹوڈے، وی اٹینڈڈ ا پروگرام ایٹ سائی انٹرنیشنل سینٹر ان نیو دہلی، ویر مور دین 500 پیپل ہیڈ گیدرڈ۔</w:t>
      </w:r>
    </w:p>
    <w:p>
      <w:r>
        <w:rPr>
          <w:b/>
        </w:rPr>
        <w:t xml:space="preserve">[1:20:27] </w:t>
      </w:r>
      <w:r>
        <w:t>we had taken large numbers of the quran to distribute there. it was very encouraging to see that all the people were eager to have a copy of the quran۔</w:t>
      </w:r>
    </w:p>
    <w:p>
      <w:pPr>
        <w:jc w:val="right"/>
      </w:pPr>
      <w:r>
        <w:t>وی ہیڈ ٹیکن لارج نمبرز اف دا قران ٹو ڈسٹریبیوٹ دیر۔ اٹ واز ویری انکریجنگ ٹو سی دیٹ ال دا پیپل وار ایگر ٹو ہیو ا کاپی اف دا قران۔</w:t>
      </w:r>
    </w:p>
    <w:p>
      <w:r>
        <w:rPr>
          <w:b/>
        </w:rPr>
        <w:t xml:space="preserve">[1:20:38] </w:t>
      </w:r>
      <w:r>
        <w:t>many of them said: "i wanted to read the quran, but could not, but could never find one." why is it that non muslims are so keen to study the quran؟</w:t>
      </w:r>
    </w:p>
    <w:p>
      <w:pPr>
        <w:jc w:val="right"/>
      </w:pPr>
      <w:r>
        <w:t>مینی اف دیم سیڈ: "ائی وانٹڈ ٹو ریڈ دا قران، بٹ کڈ ناٹ، بٹ کڈ نیور فائنڈ ون۔" وائی از اٹ دیٹ نان مسلمز ار سو کین ٹو سٹڈی دا قران؟</w:t>
      </w:r>
    </w:p>
    <w:p>
      <w:r>
        <w:rPr>
          <w:b/>
        </w:rPr>
        <w:t xml:space="preserve">[1:21:00] </w:t>
      </w:r>
      <w:r>
        <w:t>i think that god almighty have created a curiosity among all those muslims and non muslims, because you know, these days there are so many news in media about islam, about jihad۔</w:t>
      </w:r>
    </w:p>
    <w:p>
      <w:pPr>
        <w:jc w:val="right"/>
      </w:pPr>
      <w:r>
        <w:t>ائی تھنک دیٹ گاڈ المائٹی ہیو کریٹڈ ا کیوروسٹی امنگ ال دوست مسلمز اینڈ نان مسلمز، بیکاز یو نو، دیز ڈیز دیر ار سو مینی نیوز ان میڈیا اباؤٹ اسلام، اباؤٹ جہاد۔</w:t>
      </w:r>
    </w:p>
    <w:p>
      <w:r>
        <w:rPr>
          <w:b/>
        </w:rPr>
        <w:t xml:space="preserve">[1:21:24] </w:t>
      </w:r>
      <w:r>
        <w:t>so they want to know what is islam, what is quran. recently, i was told by a doctor that he gave a copy of the quran to his friend۔</w:t>
      </w:r>
    </w:p>
    <w:p>
      <w:pPr>
        <w:jc w:val="right"/>
      </w:pPr>
      <w:r>
        <w:t>سو دے وانٹ ٹو نو واٹ از اسلام، واٹ از قران۔ ریسنٹلی، ائی واز ٹولڈ بائی ا ڈاکٹر دیٹ ہی گیو ا کاپی اف دا قران ٹو ہز فرینڈ۔</w:t>
      </w:r>
    </w:p>
    <w:p>
      <w:r>
        <w:rPr>
          <w:b/>
        </w:rPr>
        <w:t xml:space="preserve">[1:21:41] </w:t>
      </w:r>
      <w:r>
        <w:t>this friend was journalist, english journalist</w:t>
      </w:r>
    </w:p>
    <w:p>
      <w:pPr>
        <w:jc w:val="right"/>
      </w:pPr>
      <w:r>
        <w:t>دس فرینڈ واز جنرلسٹ، انگلش جنرلسٹ</w:t>
      </w:r>
    </w:p>
    <w:p>
      <w:r>
        <w:rPr>
          <w:b/>
        </w:rPr>
        <w:t xml:space="preserve">[1:21:44] </w:t>
      </w:r>
      <w:r>
        <w:t>. So this journalist said that is choti si kitab ne shayad duniya mein tehalka macha rakha hai.</w:t>
      </w:r>
    </w:p>
    <w:p>
      <w:pPr>
        <w:jc w:val="right"/>
      </w:pPr>
      <w:r>
        <w:t>۔ سو دس جنرلسٹ سیڈ دیٹ اس چھوٹی سی کتاب نے شاید دنیا میں تہلکہ مچا رکھا ہے۔</w:t>
      </w:r>
    </w:p>
    <w:p>
      <w:r>
        <w:rPr>
          <w:b/>
        </w:rPr>
        <w:t xml:space="preserve">[1:21:59] </w:t>
      </w:r>
      <w:r>
        <w:t>this small book has created a storm throughout the world. so this is this, this situation has created a curious</w:t>
      </w:r>
    </w:p>
    <w:p>
      <w:pPr>
        <w:jc w:val="right"/>
      </w:pPr>
      <w:r>
        <w:t>دس سمال بک ہیز کریٹڈ ا سٹورم تھرو اؤٹ دا ورلڈ۔ سو دس از دس، دس سچویشن ہیز کریٹڈ ا کیوروس</w:t>
      </w:r>
    </w:p>
    <w:p>
      <w:r>
        <w:rPr>
          <w:b/>
        </w:rPr>
        <w:t xml:space="preserve">[1:22:11] </w:t>
      </w:r>
      <w:r>
        <w:t>ty. people want to know what is the message of the quran. so it is, it is, it is an opportunity for us۔</w:t>
      </w:r>
    </w:p>
    <w:p>
      <w:pPr>
        <w:jc w:val="right"/>
      </w:pPr>
      <w:r>
        <w:t>ٹی۔ پیپل وانٹ ٹو نو واٹ از دا میسج اف دا قران۔ سو اٹ از، اٹ از، اٹ از ان اپرچونیٹی فار اس۔</w:t>
      </w:r>
    </w:p>
    <w:p>
      <w:r>
        <w:rPr>
          <w:b/>
        </w:rPr>
        <w:t xml:space="preserve">[1:22:22] </w:t>
      </w:r>
      <w:r>
        <w:t>i think that it is a, it is a, it is, it is farz all member of muslim community to spend your whole money except need in this purpose۔</w:t>
      </w:r>
    </w:p>
    <w:p>
      <w:pPr>
        <w:jc w:val="right"/>
      </w:pPr>
      <w:r>
        <w:t>ائی تھنک دیٹ اٹ از ا، اٹ از ا، اٹ از، اٹ از فرض ال ممبر اف مسلم کمیونٹی ٹو سپینڈ یور ہول منی ایکسیپٹ نیڈ ان دس پرپس۔</w:t>
      </w:r>
    </w:p>
    <w:p>
      <w:r>
        <w:rPr>
          <w:b/>
        </w:rPr>
        <w:t xml:space="preserve">[1:22:36] </w:t>
      </w:r>
      <w:r>
        <w:t>there is a time when that verse app</w:t>
      </w:r>
    </w:p>
    <w:p>
      <w:pPr>
        <w:jc w:val="right"/>
      </w:pPr>
      <w:r>
        <w:t>دیر از ا ٹائم وین دیٹ ورس اپ</w:t>
      </w:r>
    </w:p>
    <w:p>
      <w:r>
        <w:rPr>
          <w:b/>
        </w:rPr>
        <w:t xml:space="preserve">[1:22:40] </w:t>
      </w:r>
      <w:r>
        <w:t>ly. there is a verse in the quran that: "this verse was revealed at a time when there was a, there was a great problem in arabia." people wanted to know what is islam,</w:t>
      </w:r>
    </w:p>
    <w:p>
      <w:pPr>
        <w:jc w:val="right"/>
      </w:pPr>
      <w:r>
        <w:t>لائی۔ دیر از ا ورس ان دا قران دیٹ: "دس ورس واز ریویلڈ اٹ ا ٹائم وین دیر واز ا، دیر واز ا گریٹ پرابلم ان عربیہ۔" پیپل وانٹڈ ٹو نو واٹ از اسلام،</w:t>
      </w:r>
    </w:p>
    <w:p>
      <w:r>
        <w:rPr>
          <w:b/>
        </w:rPr>
        <w:t xml:space="preserve">[1:22:58] </w:t>
      </w:r>
      <w:r>
        <w:t>because there was a. like this curiosity, so god said that people people asked: "how many, how many money we can expand in the, in the, in the islamic for the sake of islam?" to god said: "except every,</w:t>
      </w:r>
    </w:p>
    <w:p>
      <w:pPr>
        <w:jc w:val="right"/>
      </w:pPr>
      <w:r>
        <w:t>بیکاز دیر واز ا۔ لائک دس کیوروسٹی، سو گاڈ سیڈ دیٹ پیپل پیپل اسکڈ: "ہاؤ مینی، ہاؤ مینی منی وی کین ایکسپینڈ ان دی، ان دی، ان دی اسلامک فور دا سیک اف اسلام؟" تو گاڈ سیڈ: "ایکسیپٹ ایوری،</w:t>
      </w:r>
    </w:p>
    <w:p>
      <w:r>
        <w:rPr>
          <w:b/>
        </w:rPr>
        <w:t xml:space="preserve">[1:23:24] </w:t>
      </w:r>
      <w:r>
        <w:t>all, all, except that all your money."</w:t>
      </w:r>
    </w:p>
    <w:p>
      <w:pPr>
        <w:jc w:val="right"/>
      </w:pPr>
      <w:r>
        <w:t>ال، ال، ایکسیپٹ دیڈ ال یور منی۔"</w:t>
      </w:r>
    </w:p>
    <w:p>
      <w:r>
        <w:rPr>
          <w:b/>
        </w:rPr>
        <w:t xml:space="preserve">[1:23:29] </w:t>
      </w:r>
      <w:r>
        <w:t>so this is, this is again that time is, is, has come to us. we have to accept all our money, all the, all the community from india to america, from india to europe,</w:t>
      </w:r>
    </w:p>
    <w:p>
      <w:pPr>
        <w:jc w:val="right"/>
      </w:pPr>
      <w:r>
        <w:t>سو دس از، دس از اگین دیٹ ٹائم از، از، ہیز کم ٹو اس۔ وی ہیو ٹو ایکسیپٹ ال اور منی، ال دا، ال دا کمیونٹی فرام انڈیا ٹو امریکہ، فرام انڈیا ٹو یورپ،</w:t>
      </w:r>
    </w:p>
    <w:p>
      <w:r>
        <w:rPr>
          <w:b/>
        </w:rPr>
        <w:t xml:space="preserve">[1:23:45] </w:t>
      </w:r>
      <w:r>
        <w:t>from india to arab. they have, they are not allowed to use their money in luxury, in comfort۔</w:t>
      </w:r>
    </w:p>
    <w:p>
      <w:pPr>
        <w:jc w:val="right"/>
      </w:pPr>
      <w:r>
        <w:t>فرام انڈیا ٹو عرب۔ دے ہیو، دے ار ناٹ الاؤڈ ٹو یوز دیر منی ان لگزری، ان کمفرٹ۔</w:t>
      </w:r>
    </w:p>
    <w:p>
      <w:r>
        <w:rPr>
          <w:b/>
        </w:rPr>
        <w:t xml:space="preserve">[1:23:54] </w:t>
      </w:r>
      <w:r>
        <w:t>god will punish them, those people who, who spend their money in their luxury. and people want to know, want, want a copy of the quran۔</w:t>
      </w:r>
    </w:p>
    <w:p>
      <w:pPr>
        <w:jc w:val="right"/>
      </w:pPr>
      <w:r>
        <w:t>گاڈ ول پنش دیم، دوست پیپل ہو، ہو سپینڈ دیر منی ان دیر لگزری۔ اینڈ پیپل وانٹ ٹو نو، وانٹ، وانٹ ا کاپی اف دا قران۔</w:t>
      </w:r>
    </w:p>
    <w:p>
      <w:r>
        <w:rPr>
          <w:b/>
        </w:rPr>
        <w:t xml:space="preserve">[1:24:10] </w:t>
      </w:r>
      <w:r>
        <w:t>this time the whole world is asking about the quran. so we have to distribute quran throughout the world۔</w:t>
      </w:r>
    </w:p>
    <w:p>
      <w:pPr>
        <w:jc w:val="right"/>
      </w:pPr>
      <w:r>
        <w:t>دس ٹائم دا ہول ورلڈ از اسکنگ اباؤٹ دا قران۔ سو وی ہیو ٹو ڈسٹریبیوٹ قران تھرو اؤٹ دا ورلڈ۔</w:t>
      </w:r>
    </w:p>
    <w:p>
      <w:r>
        <w:rPr>
          <w:b/>
        </w:rPr>
        <w:t xml:space="preserve">[1:24:20] </w:t>
      </w:r>
      <w:r>
        <w:t>there are seven billion people in the world,</w:t>
      </w:r>
    </w:p>
    <w:p>
      <w:pPr>
        <w:jc w:val="right"/>
      </w:pPr>
      <w:r>
        <w:t>دیر ار سیون بلین پیپل ان دا ورلڈ،</w:t>
      </w:r>
    </w:p>
    <w:p>
      <w:r>
        <w:rPr>
          <w:b/>
        </w:rPr>
        <w:t xml:space="preserve">[1:24:24] </w:t>
      </w:r>
      <w:r>
        <w:t>so we have to distribute seven billion copy. it requires that all the muslim community throughout the world must, must spend their, their money, their earning completely in this mission۔</w:t>
      </w:r>
    </w:p>
    <w:p>
      <w:pPr>
        <w:jc w:val="right"/>
      </w:pPr>
      <w:r>
        <w:t>سو وی ہیو ٹو ڈسٹریبیوٹ سیون بلین کاپی۔ اٹ ریکوائر دیٹ ال دا مسلم کمیونٹی تھرو اؤٹ دا ورلڈ مسٹ، مسٹ سپینڈ دیر، دیر منی، دیر ارننگ کمپلیٹلی ان دس مشن۔</w:t>
      </w:r>
    </w:p>
    <w:p>
      <w:r>
        <w:rPr>
          <w:b/>
        </w:rPr>
        <w:t xml:space="preserve">[1:24:46] </w:t>
      </w:r>
      <w:r>
        <w:t>i am saying this sincerely that living a comfortable life, living a luxurious life is, is, is not lawful for muslims at this junction۔</w:t>
      </w:r>
    </w:p>
    <w:p>
      <w:pPr>
        <w:jc w:val="right"/>
      </w:pPr>
      <w:r>
        <w:t>ائی ایم سینگ دس سنسرلی دیٹ لیونگ ا کمفرٹیبل لائف، لیونگ ا لگزریس لائف از، از، از ناٹ لا فل فار مسلمز ایٹ دس جنکشن۔</w:t>
      </w:r>
    </w:p>
    <w:p>
      <w:r>
        <w:rPr>
          <w:b/>
        </w:rPr>
        <w:t xml:space="preserve">[1:24:57] </w:t>
      </w:r>
      <w:r>
        <w:t>de hiu to give all their money for this mission, for this purpose,</w:t>
      </w:r>
    </w:p>
    <w:p>
      <w:pPr>
        <w:jc w:val="right"/>
      </w:pPr>
      <w:r>
        <w:t>دے ہیو ٹو گیو ال دیر منی فار دس مشن، فار دس پرپس،</w:t>
      </w:r>
    </w:p>
    <w:p>
      <w:r>
        <w:rPr>
          <w:b/>
        </w:rPr>
        <w:t xml:space="preserve">[1:25:02] </w:t>
      </w:r>
      <w:r>
        <w:t>to distribute the, the, the transmission of the Quran throughout the world. And you know, there is a hadith that: "Allah Allah</w:t>
      </w:r>
    </w:p>
    <w:p>
      <w:pPr>
        <w:jc w:val="right"/>
      </w:pPr>
      <w:r>
        <w:t>ٹو ڈسٹریبیوٹ دا، دا، دا ٹرانسمیشن اف دا قران تھرو اؤٹ دا ورلڈ۔ اینڈ یو نو، دیر از ا حدیث دیٹ: "اللہ اللہ</w:t>
      </w:r>
    </w:p>
    <w:p>
      <w:r>
        <w:rPr>
          <w:b/>
        </w:rPr>
        <w:t xml:space="preserve">[1:25:17] </w:t>
      </w:r>
      <w:r>
        <w:t>ila kalmatul Islam." This is the time, God want to, yani Khuda chahta hai ke iska, iska kalma sare ghar mein dakhil ho jaye.</w:t>
      </w:r>
    </w:p>
    <w:p>
      <w:pPr>
        <w:jc w:val="right"/>
      </w:pPr>
      <w:r>
        <w:t>الا کلمۃ الاسلام۔" دس از دا ٹائم، گاڈ وانٹ ٹو، یعنی خدا چاہتا ہے کہ اس کا، اس کا کلمہ سارے گھر میں داخل ہو جائے۔</w:t>
      </w:r>
    </w:p>
    <w:p>
      <w:r>
        <w:rPr>
          <w:b/>
        </w:rPr>
        <w:t xml:space="preserve">[1:25:30] </w:t>
      </w:r>
      <w:r>
        <w:t>aakhri waqt aa gaya hai, aakhri waqt</w:t>
      </w:r>
    </w:p>
    <w:p>
      <w:pPr>
        <w:jc w:val="right"/>
      </w:pPr>
      <w:r>
        <w:t>اخری وقت اگیا ہے، اخری وقت</w:t>
      </w:r>
    </w:p>
    <w:p>
      <w:r>
        <w:rPr>
          <w:b/>
        </w:rPr>
        <w:t xml:space="preserve">[1:25:38] </w:t>
      </w:r>
      <w:r>
        <w:t>communication ka zamana aa gaya. Logon mein curiosity hai, sare log chahte hain ke mujhe Quran do, mujhe Quran do, mujhe Quran do.</w:t>
      </w:r>
    </w:p>
    <w:p>
      <w:pPr>
        <w:jc w:val="right"/>
      </w:pPr>
      <w:r>
        <w:t>کمیونیکیشن کا زمانہ اگیا۔ لوگوں میں کیوروسٹی ہے، سارے لوگ چاہتے ہیں کہ مجھے قران دو، مجھے قران دو، مجھے قران دو۔</w:t>
      </w:r>
    </w:p>
    <w:p>
      <w:r>
        <w:rPr>
          <w:b/>
        </w:rPr>
        <w:t xml:space="preserve">[1:25:48] </w:t>
      </w:r>
      <w:r>
        <w:t>to ab to jaiz hi nahi hai musalmanon ke liye ke koi luxury mein jiyein. Jaiz nahi hai, main yaqeen karta hoon ke jaiz nahi hai. Logon ko punishment Khuda ki taraf se hoga.</w:t>
      </w:r>
    </w:p>
    <w:p>
      <w:pPr>
        <w:jc w:val="right"/>
      </w:pPr>
      <w:r>
        <w:t>تو اب تو جائز ہی نہیں ہے مسلمانوں کے لیے کہ کوئی لگزری میں جیئیں۔ جائز نہیں ہے، میں یقین کرتا ہوں کہ جائز نہیں ہے۔ لوگوں کو پنشمنٹ خدا کی طرف سے ہوگا۔</w:t>
      </w:r>
    </w:p>
    <w:p>
      <w:r>
        <w:rPr>
          <w:b/>
        </w:rPr>
        <w:t xml:space="preserve">[1:25:57] </w:t>
      </w:r>
      <w:r>
        <w:t>jo log is waqt luxury mein jiyein, comfortable life mein jiyein, woh jaiz hi nahi unke liye. Bahut zyada pakad hogi Khuda ke haan unki. Ab woh time aa gaya hai jab communication ho gaya, printing press aa gaya, logon mein curiosity aa gayi.</w:t>
      </w:r>
    </w:p>
    <w:p>
      <w:pPr>
        <w:jc w:val="right"/>
      </w:pPr>
      <w:r>
        <w:t>جو لوگ اس وقت لگزری میں جیئیں، کمفرٹیبل لائف میں جیئیں، وہ جائز ہی نہیں ان کے لیے۔ بہت زیادہ پکڑ ہوگی خدا کے ہاں ان کی۔ اب وہ ٹائم اگیا ہے جب کمیونیکیشن ہو گیا، پرنٹنگ پریس اگیا، لوگوں میں کیوروسٹی اگئی۔</w:t>
      </w:r>
    </w:p>
    <w:p>
      <w:r>
        <w:rPr>
          <w:b/>
        </w:rPr>
        <w:t xml:space="preserve">[1:26:13] </w:t>
      </w:r>
      <w:r>
        <w:t>logon ko bhag raha hai ke mujhe Quran do, mujhe Quran do. To kaun dega Quran? Musalmani to denge, aur kaun dega? Yahudi denge, aakar ke</w:t>
      </w:r>
    </w:p>
    <w:p>
      <w:pPr>
        <w:jc w:val="right"/>
      </w:pPr>
      <w:r>
        <w:t>لوگوں کو بھاگ رہا ہے کہ مجھے قران دو، مجھے قران دو۔ تو کون دے گا قران؟ مسلمانی تو دیں گے، اور کون دے گا؟ یہودی دیں گے، ا کر کے</w:t>
      </w:r>
    </w:p>
    <w:p>
      <w:r>
        <w:rPr>
          <w:b/>
        </w:rPr>
        <w:t xml:space="preserve">[1:26:22] </w:t>
      </w:r>
      <w:r>
        <w:t>Hindu chhap chhap ke baantenge Quran. To wahi waqt aa gaya hai jo Quran mein tha ke yes ka poochte hain ke kya kharch karein?</w:t>
      </w:r>
    </w:p>
    <w:p>
      <w:pPr>
        <w:jc w:val="right"/>
      </w:pPr>
      <w:r>
        <w:t>ہندو چھاپ چھاپ کے بانٹیں گے قران۔ تو وہی وقت اگیا ہے جو قران میں تھا کہ یس کا پوچھتے ہیں کہ کیا خرچ کریں؟</w:t>
      </w:r>
    </w:p>
    <w:p>
      <w:r>
        <w:rPr>
          <w:b/>
        </w:rPr>
        <w:t xml:space="preserve">[1:26:33] </w:t>
      </w:r>
      <w:r>
        <w:t>to Allah taala ne farmaya ke need ke siwa sab kuch kharch kar dalo.</w:t>
      </w:r>
    </w:p>
    <w:p>
      <w:pPr>
        <w:jc w:val="right"/>
      </w:pPr>
      <w:r>
        <w:t>تو اللہ تعالی نے فرمایا کہ نیڈ کے سوا سب کچھ خرچ کر ڈالو۔</w:t>
      </w:r>
    </w:p>
    <w:p>
      <w:r>
        <w:rPr>
          <w:b/>
        </w:rPr>
        <w:t xml:space="preserve">[1:26:38] </w:t>
      </w:r>
      <w:r>
        <w:t>Musalmanon ka agar Allah ke haan jana hai, Khuda ke haan khada hona hai, to unhein farz hai, farz hai, farz hai ke apni sari daulat, apni sari kamai isi mein kharch kar dein aur seven billion insanon tak Quran ka tarjuma pahuncha dein.</w:t>
      </w:r>
    </w:p>
    <w:p>
      <w:pPr>
        <w:jc w:val="right"/>
      </w:pPr>
      <w:r>
        <w:t>مسلمانوں کا اگر اللہ کے ہاں جانا ہے، خدا کے ہاں کھڑا ہونا ہے، تو انہیں فرض ہے، فرض ہے، فرض ہے کہ اپنی ساری دولت، اپنی ساری کمائی اسی میں خرچ کر دیں اور سیون بلین انسانوں تک قران کا ترجمہ پہنچا دیں۔</w:t>
      </w:r>
    </w:p>
    <w:p>
      <w:r>
        <w:rPr>
          <w:b/>
        </w:rPr>
        <w:t xml:space="preserve">[1:26:53] </w:t>
      </w:r>
      <w:r>
        <w:t>main yeh baat bahut sincerely keh raha hoon, soch samajh kar keh raha hoon, koi main jazbat par nahi keh raha hoon.</w:t>
      </w:r>
    </w:p>
    <w:p>
      <w:pPr>
        <w:jc w:val="right"/>
      </w:pPr>
      <w:r>
        <w:t>میں یہ بات بہت سنسرلی کہہ رہا ہوں، سوچ سمجھ کر کہہ رہا ہوں، کوئی میں جذبات پر نہیں کہہ رہا ہوں۔</w:t>
      </w:r>
    </w:p>
    <w:p>
      <w:r>
        <w:rPr>
          <w:b/>
        </w:rPr>
        <w:t xml:space="preserve">[1:27:04] </w:t>
      </w:r>
      <w:r>
        <w:t>this curiosity is created by God. G</w:t>
      </w:r>
    </w:p>
    <w:p>
      <w:pPr>
        <w:jc w:val="right"/>
      </w:pPr>
      <w:r>
        <w:t>دس کیوروسٹی از کریٹڈ بائے گاڈ۔ گ</w:t>
      </w:r>
    </w:p>
    <w:p>
      <w:r>
        <w:rPr>
          <w:b/>
        </w:rPr>
        <w:t xml:space="preserve">[1:27:08] </w:t>
      </w:r>
      <w:r>
        <w:t>od, it is God want that people may study Quran so that they may what the creation plan of God before Qayamat, before the day of judgment.</w:t>
      </w:r>
    </w:p>
    <w:p>
      <w:pPr>
        <w:jc w:val="right"/>
      </w:pPr>
      <w:r>
        <w:t>اڈ، اٹ از گاڈ وانٹ دیٹ پیپل می اسٹڈی قران سو دیٹ دے می واٹ دا کرشن پلان اف گاڈ بیفور قیامت، بیفور دا ڈے اف ججمنٹ۔</w:t>
      </w:r>
    </w:p>
    <w:p>
      <w:r>
        <w:rPr>
          <w:b/>
        </w:rPr>
        <w:t xml:space="preserve">[1:27:21] </w:t>
      </w:r>
      <w:r>
        <w:t>this is the planning of God, and we have to execute this plan. Plan Khuda ka hai, lekin isko, isko implement kaun karega?</w:t>
      </w:r>
    </w:p>
    <w:p>
      <w:pPr>
        <w:jc w:val="right"/>
      </w:pPr>
      <w:r>
        <w:t>دس از دا پلاننگ اف گاڈ، اینڈ وی ہیو ٹو ایگزیکیوٹ دس پلان۔ پلان خدا کا ہے، لیکن اس کو، اس کو امپلیمنٹ کون کرے گا؟</w:t>
      </w:r>
    </w:p>
    <w:p>
      <w:r>
        <w:rPr>
          <w:b/>
        </w:rPr>
        <w:t xml:space="preserve">[1:27:30] </w:t>
      </w:r>
      <w:r>
        <w:t>Musalmani to karenge, yani Khuda ne curiosity paida kar di.</w:t>
      </w:r>
    </w:p>
    <w:p>
      <w:pPr>
        <w:jc w:val="right"/>
      </w:pPr>
      <w:r>
        <w:t>مسلمانی تو کریں گے، یعنی خدا نے کیوروسٹی پیدا کر دی۔</w:t>
      </w:r>
    </w:p>
    <w:p>
      <w:r>
        <w:rPr>
          <w:b/>
        </w:rPr>
        <w:t xml:space="preserve">[1:27:36] </w:t>
      </w:r>
      <w:r>
        <w:t>sab log chahte hain ke mujhe Quran do, mujhe Quran do. Hum jahan bhi jaate hain, woh Quran log mangte hain: "Quran do, achhe padhe likhe log!" To yeh Khuda ki planning hai.</w:t>
      </w:r>
    </w:p>
    <w:p>
      <w:pPr>
        <w:jc w:val="right"/>
      </w:pPr>
      <w:r>
        <w:t>سب لوگ چاہتے ہیں کہ مجھے قران دو، مجھے قران دو۔ ہم جہاں بھی جاتے ہیں، وہ قران لوگ مانگتے ہیں: "قران دو، اچھے پڑھے لکھے لوگ!" تو یہ خدا کی پلاننگ ہے۔</w:t>
      </w:r>
    </w:p>
    <w:p>
      <w:r>
        <w:rPr>
          <w:b/>
        </w:rPr>
        <w:t xml:space="preserve">[1:27:48] </w:t>
      </w:r>
      <w:r>
        <w:t>yeh curiosity jo hai, woh Khuda ki planning se hai, lekin isko implement kaun karega? Musalmani to karenge.</w:t>
      </w:r>
    </w:p>
    <w:p>
      <w:pPr>
        <w:jc w:val="right"/>
      </w:pPr>
      <w:r>
        <w:t>یہ کیوروسٹی جو ہے، وہ خدا کی پلاننگ سے ہے، لیکن اس کو امپلیمنٹ کون کرے گا؟ مسلمانی تو کریں گے۔</w:t>
      </w:r>
    </w:p>
    <w:p>
      <w:r>
        <w:rPr>
          <w:b/>
        </w:rPr>
        <w:t xml:space="preserve">[1:27:56] </w:t>
      </w:r>
      <w:r>
        <w:t>to bas mujhe batao ke musalmanon par farz ho gaya hai, farz ho gaya hai, farz ho gaya hai ke woh apni kamai ka bada hissa is kaam mein lagayein ke Quran ya word of God duniya ke har ghar mein pahunch jaye.</w:t>
      </w:r>
    </w:p>
    <w:p>
      <w:pPr>
        <w:jc w:val="right"/>
      </w:pPr>
      <w:r>
        <w:t>تو بس مجھے بتاؤ کہ مسلمانوں پر فرض ہو گیا ہے، فرض ہو گیا ہے، فرض ہو گیا ہے کہ وہ اپنی کمائی کا بڑا حصہ اس کام میں لگائیں کہ قران یا ورڈ اف گاڈ دنیا کے ہر گھر میں پہنچ جائے۔</w:t>
      </w:r>
    </w:p>
    <w:p>
      <w:r>
        <w:rPr>
          <w:b/>
        </w:rPr>
        <w:t xml:space="preserve">[1:28:14] </w:t>
      </w:r>
      <w:r>
        <w:t>this question is from Mr Shafiq Bandagi from Michigan. Maulana, thanks a lot for a very enlightening lecture on stress management.</w:t>
      </w:r>
    </w:p>
    <w:p>
      <w:pPr>
        <w:jc w:val="right"/>
      </w:pPr>
      <w:r>
        <w:t>دس کوسچن از فرام مسٹر شفیق بندگی فرام مشیگن۔ مولانا، تھینکس ا لاٹ فار ا ویری انلائٹننگ لیکچر ان سٹریس مینجمنٹ۔</w:t>
      </w:r>
    </w:p>
    <w:p>
      <w:r>
        <w:rPr>
          <w:b/>
        </w:rPr>
        <w:t xml:space="preserve">[1:28:24] </w:t>
      </w:r>
      <w:r>
        <w:t>stress and motivation are very interrelated. My question is about the lack of motivation among the Muslims of today compared to the Muslims of early days.</w:t>
      </w:r>
    </w:p>
    <w:p>
      <w:pPr>
        <w:jc w:val="right"/>
      </w:pPr>
      <w:r>
        <w:t>سٹریس اینڈ موٹیویشن ار ویری انٹر ریلیٹڈ۔ مائی کوسچن از اباؤٹ دا لیک اف موٹیویشن امنگ دا مسلمز اف ٹوڈے کمپیر ٹو دا مسلمز اف ارلی ڈیز۔</w:t>
      </w:r>
    </w:p>
    <w:p>
      <w:r>
        <w:rPr>
          <w:b/>
        </w:rPr>
        <w:t xml:space="preserve">[1:28:36] </w:t>
      </w:r>
      <w:r>
        <w:t>early Muslims was so motivated that they pioneered in every field and contributed tremendously.</w:t>
      </w:r>
    </w:p>
    <w:p>
      <w:pPr>
        <w:jc w:val="right"/>
      </w:pPr>
      <w:r>
        <w:t>ارلی مسلمز واز سو موٹیویٹڈ دیٹ دے پائنیرڈ ان ایوری فیلڈ اینڈ کنٹریبیوٹڈ ٹریمنڈسلی۔</w:t>
      </w:r>
    </w:p>
    <w:p>
      <w:r>
        <w:rPr>
          <w:b/>
        </w:rPr>
        <w:t xml:space="preserve">[1:28:43] </w:t>
      </w:r>
      <w:r>
        <w:t>compared to that, we find a dire lack of motivation among the Muslims all over the world, for not only in doing things for their hereafter, but also for the worldly things.</w:t>
      </w:r>
    </w:p>
    <w:p>
      <w:pPr>
        <w:jc w:val="right"/>
      </w:pPr>
      <w:r>
        <w:t>کمپیر ٹو دیٹ، وی فائنڈ ا ڈائر لیک اف موٹیویشن امنگ دا مسلمز ال اوور دا ورلڈ، فار ناٹ اونلی ان ڈوئنگ تھنگز فار دیر ہیئر افٹر، بٹ السو فار دی ورلڈلی تھنگز۔</w:t>
      </w:r>
    </w:p>
    <w:p>
      <w:r>
        <w:rPr>
          <w:b/>
        </w:rPr>
        <w:t xml:space="preserve">[1:28:57] </w:t>
      </w:r>
      <w:r>
        <w:t>we find very few Muslims in the corporate scientific or business world. There are millions of awards, scholarships, educational and business opportunities in this world.</w:t>
      </w:r>
    </w:p>
    <w:p>
      <w:pPr>
        <w:jc w:val="right"/>
      </w:pPr>
      <w:r>
        <w:t>وی فائنڈ ویری فیو مسلمز ان دا کارپوریٹ سائنٹیفک اور بزنس ورلڈ۔ دیر ار ملینز اف ایوارڈز، سکالرشپس، ایجوکیشنل اینڈ بزنس اپرچونیٹیز ان دس ورلڈ۔</w:t>
      </w:r>
    </w:p>
    <w:p>
      <w:r>
        <w:rPr>
          <w:b/>
        </w:rPr>
        <w:t xml:space="preserve">[1:29:09] </w:t>
      </w:r>
      <w:r>
        <w:t>we hardly see any Muslims winning those or even participating in those opportunities. How come every other noble is a Jew and Muslim?</w:t>
      </w:r>
    </w:p>
    <w:p>
      <w:pPr>
        <w:jc w:val="right"/>
      </w:pPr>
      <w:r>
        <w:t>وی ہارڈلی سی اینی مسلمز وننگ دوست اور ایون پارٹیسپیٹنگ ان دوست اپرچونیٹیز۔ ہاؤ کم ایوری ادر نوبل از ا جیو اینڈ مسلم؟</w:t>
      </w:r>
    </w:p>
    <w:p>
      <w:r>
        <w:rPr>
          <w:b/>
        </w:rPr>
        <w:t xml:space="preserve">[1:29:21] </w:t>
      </w:r>
      <w:r>
        <w:t>What are the reasons for this lack of motivation? Is it because Muslims believe in qadr only and leave everything to Allah without putting any efforts?</w:t>
      </w:r>
    </w:p>
    <w:p>
      <w:pPr>
        <w:jc w:val="right"/>
      </w:pPr>
      <w:r>
        <w:t>واٹ ار دا ریزنز فار دس لیک اف موٹیویشن؟ از اٹ بیکاز مسلمز بیلیو ان قدر اونلی اینڈ لیو ایوری تھنگز ٹو اللہ وداؤٹ پٹنگ اینی ایفرٹس؟</w:t>
      </w:r>
    </w:p>
    <w:p>
      <w:r>
        <w:rPr>
          <w:b/>
        </w:rPr>
        <w:t xml:space="preserve">[1:29:33] </w:t>
      </w:r>
      <w:r>
        <w:t>aur is it due to lack of positive stress among Muslims?</w:t>
      </w:r>
    </w:p>
    <w:p>
      <w:pPr>
        <w:jc w:val="right"/>
      </w:pPr>
      <w:r>
        <w:t>اور از اٹ ڈیو ٹو لیک اف پوزیٹیو سٹریس امنگ مسلمز؟</w:t>
      </w:r>
    </w:p>
    <w:p>
      <w:r>
        <w:rPr>
          <w:b/>
        </w:rPr>
        <w:t xml:space="preserve">[1:29:37] </w:t>
      </w:r>
      <w:r>
        <w:t>how come the non-Muslims mainly communities like the Jews or Japanese are such high achievers? There is another ayat in Quran which says: "all the good is from Allah and whatever the bad happens is due to the actions of man." how come Muslims don't feel responsible to put efforts for their prosperity?</w:t>
      </w:r>
    </w:p>
    <w:p>
      <w:pPr>
        <w:jc w:val="right"/>
      </w:pPr>
      <w:r>
        <w:t>ہاؤ کم دا نان مسلمز میلنی کمیونٹیز لائک دا جیوز اور جاپانیز ار سچ ہائی اچیورز؟ دیر از انادر ایت ان قران وچ سیز: "ال دا گڈ از فرام اللہ اینڈ واٹ ایور دا بیڈ ہیپنز از ڈیو ٹو دا ایکشنز اف مین۔" ہاؤ کم مسلمز ڈونٹ فیل رسپانسبل ٹو پٹ ایفرٹس فار دیر پروسپیریٹی؟</w:t>
      </w:r>
    </w:p>
    <w:p>
      <w:r>
        <w:rPr>
          <w:b/>
        </w:rPr>
        <w:t xml:space="preserve">[1:30:03] </w:t>
      </w:r>
      <w:r>
        <w:t>kindly comment.</w:t>
      </w:r>
    </w:p>
    <w:p>
      <w:pPr>
        <w:jc w:val="right"/>
      </w:pPr>
      <w:r>
        <w:t>کائنڈلی کمنٹ۔</w:t>
      </w:r>
    </w:p>
    <w:p>
      <w:r>
        <w:rPr>
          <w:b/>
        </w:rPr>
        <w:t xml:space="preserve">[1:30:06] </w:t>
      </w:r>
      <w:r>
        <w:t>I have no interest in these worldly achievements, and it is not Muslims' goal.</w:t>
      </w:r>
    </w:p>
    <w:p>
      <w:pPr>
        <w:jc w:val="right"/>
      </w:pPr>
      <w:r>
        <w:t>ائی ہیو نو انٹرسٹ ان دیز ورلڈلی اچیومنٹس، اینڈ اٹ از ناٹ مسلمز گول۔</w:t>
      </w:r>
    </w:p>
    <w:p>
      <w:r>
        <w:rPr>
          <w:b/>
        </w:rPr>
        <w:t xml:space="preserve">[1:30:16] </w:t>
      </w:r>
      <w:r>
        <w:t>is not the target of Muslim community. The goal of Muslim community or target of Muslim community is only one: that is the work.</w:t>
      </w:r>
    </w:p>
    <w:p>
      <w:pPr>
        <w:jc w:val="right"/>
      </w:pPr>
      <w:r>
        <w:t>از ناٹ دی ٹارگٹ اف مسلم کمیونٹی۔ دا گول اف مسلم کمیونٹی اور ٹارگٹ اف مسلم کمیونٹی از اونلی ون: دیٹ از دا ورک۔</w:t>
      </w:r>
    </w:p>
    <w:p>
      <w:r>
        <w:rPr>
          <w:b/>
        </w:rPr>
        <w:t xml:space="preserve">[1:30:29] </w:t>
      </w:r>
      <w:r>
        <w:t>if Muslims perform the work, then they will be given all these things as a bonus from God.</w:t>
      </w:r>
    </w:p>
    <w:p>
      <w:pPr>
        <w:jc w:val="right"/>
      </w:pPr>
      <w:r>
        <w:t>اف مسلمز پرفارم دا ورک، دین دے ول بی گیون ال دیز تھنگز ایز ا بونس فرام گاڈ۔</w:t>
      </w:r>
    </w:p>
    <w:p>
      <w:r>
        <w:rPr>
          <w:b/>
        </w:rPr>
        <w:t xml:space="preserve">[1:30:43] </w:t>
      </w:r>
      <w:r>
        <w:t>All those things that this brother has referred in question are byproduct.</w:t>
      </w:r>
    </w:p>
    <w:p>
      <w:pPr>
        <w:jc w:val="right"/>
      </w:pPr>
      <w:r>
        <w:t>ال دوست تھنگز دیٹ دس برادر ہیز ریفرڈ ان کوسچن ار بائی پروڈکٹ۔</w:t>
      </w:r>
    </w:p>
    <w:p>
      <w:r>
        <w:rPr>
          <w:b/>
        </w:rPr>
        <w:t xml:space="preserve">[1:30:52] </w:t>
      </w:r>
      <w:r>
        <w:t>are by-product. Muslims must do this duty in the field.</w:t>
      </w:r>
    </w:p>
    <w:p>
      <w:pPr>
        <w:jc w:val="right"/>
      </w:pPr>
      <w:r>
        <w:t>ار بائی پروڈکٹ مسلمز مسٹ ڈو دی ڈیوٹی ان دا فیلڈ۔</w:t>
      </w:r>
    </w:p>
    <w:p>
      <w:r>
        <w:rPr>
          <w:b/>
        </w:rPr>
        <w:t xml:space="preserve">[1:30:58] </w:t>
      </w:r>
      <w:r>
        <w:t>then as a by product, they will be given all these things. this is my, this is my study, and I think this is the teaching of Quran.</w:t>
      </w:r>
    </w:p>
    <w:p>
      <w:pPr>
        <w:jc w:val="right"/>
      </w:pPr>
      <w:r>
        <w:t>دین ایز ا بائی پروڈکٹ، دے ول بی گیون ال دیز تھنگز۔ دس از مائی، دس از مائی اسٹڈی، اینڈ ائی تھنک دس از دا ٹیچنگ اف قران۔</w:t>
      </w:r>
    </w:p>
    <w:p>
      <w:r>
        <w:rPr>
          <w:b/>
        </w:rPr>
        <w:t xml:space="preserve">[1:31:16] </w:t>
      </w:r>
      <w:r>
        <w:t>This question is from Delhi. The person has not mentioned his name. Whenever there is friction between individuals, then how do we know as to who is right</w:t>
      </w:r>
    </w:p>
    <w:p>
      <w:pPr>
        <w:jc w:val="right"/>
      </w:pPr>
      <w:r>
        <w:t>دس کوسچن از فرام ڈلی۔ دا پرسن از ناٹ مینشن ہز نیم۔ وین ایور دیر از فکشن بٹوین انڈیویجولز، دین ہاؤ ڈو وی نو ایز ٹو ہو از رائٹ</w:t>
      </w:r>
    </w:p>
    <w:p>
      <w:r>
        <w:rPr>
          <w:b/>
        </w:rPr>
        <w:t xml:space="preserve">[1:31:28] </w:t>
      </w:r>
      <w:r>
        <w:t>? is or dost who are trying to change us? Kindly comment. I think questions are very clear. What the person is trying to ask is: How does a person know who is right?</w:t>
      </w:r>
    </w:p>
    <w:p>
      <w:pPr>
        <w:jc w:val="right"/>
      </w:pPr>
      <w:r>
        <w:t>؟ اس اور دوست ہو ار ٹرائنگ ٹو چینج اس؟ کائنڈلی کمنٹ۔ ائی تھنک کوسچن ار ویری کلیئر۔ واٹ دی پرسن از ٹرائنگ ٹو اسک از: ہاؤ ڈز ا پرسن نو ہو از رائٹ؟</w:t>
      </w:r>
    </w:p>
    <w:p>
      <w:r>
        <w:rPr>
          <w:b/>
        </w:rPr>
        <w:t xml:space="preserve">[1:31:41] </w:t>
      </w:r>
      <w:r>
        <w:t>when ever there is a friction, the person himself or the other party? how can a person know who is at fault? question of right or wrong?</w:t>
      </w:r>
    </w:p>
    <w:p>
      <w:pPr>
        <w:jc w:val="right"/>
      </w:pPr>
      <w:r>
        <w:t>وین ایور دیر از ا فرکشن، دا پرسن ہم سیلف اور دی ادر پارٹی؟ ہاؤ کین ا پرسن نو ہو از ایٹ فالٹ؟ کوسچن اف رائٹ اور رانگ؟</w:t>
      </w:r>
    </w:p>
    <w:p>
      <w:r>
        <w:rPr>
          <w:b/>
        </w:rPr>
        <w:t xml:space="preserve">[1:31:53] </w:t>
      </w:r>
      <w:r>
        <w:t>no,</w:t>
      </w:r>
    </w:p>
    <w:p>
      <w:pPr>
        <w:jc w:val="right"/>
      </w:pPr>
      <w:r>
        <w:t>نو،</w:t>
      </w:r>
    </w:p>
    <w:p>
      <w:r>
        <w:rPr>
          <w:b/>
        </w:rPr>
        <w:t xml:space="preserve">[1:31:55] </w:t>
      </w:r>
      <w:r>
        <w:t>it is question of what is, what is possible and what is not possible. people generally are engaged in right or wrong concept.</w:t>
      </w:r>
    </w:p>
    <w:p>
      <w:pPr>
        <w:jc w:val="right"/>
      </w:pPr>
      <w:r>
        <w:t>اٹ از کوسچن اف واٹ از، واٹ از پوسیبل اینڈ واٹ از ناٹ پوسیبل۔ پیپل جنرلی ار انگیجڈ ان رائٹ اور رانگ کانسیپٹ۔</w:t>
      </w:r>
    </w:p>
    <w:p>
      <w:r>
        <w:rPr>
          <w:b/>
        </w:rPr>
        <w:t xml:space="preserve">[1:32:10] </w:t>
      </w:r>
      <w:r>
        <w:t>in this world, it is not possible. don't bother what is wrong, what is right, but you have to see</w:t>
      </w:r>
    </w:p>
    <w:p>
      <w:pPr>
        <w:jc w:val="right"/>
      </w:pPr>
      <w:r>
        <w:t>ان دس ورلڈ، اٹ از ناٹ پوسیبل۔ ڈونٹ بادر واٹ از رانگ، واٹ از رائٹ، بٹ یو ہیو ٹو سی</w:t>
      </w:r>
    </w:p>
    <w:p>
      <w:r>
        <w:rPr>
          <w:b/>
        </w:rPr>
        <w:t xml:space="preserve">[1:32:19] </w:t>
      </w:r>
      <w:r>
        <w:t>the result. we have to see, we have to see what is, what is, what is practicable. what is practicable? you have to adopt that formula.</w:t>
      </w:r>
    </w:p>
    <w:p>
      <w:pPr>
        <w:jc w:val="right"/>
      </w:pPr>
      <w:r>
        <w:t>دا رزلٹ۔ وی ہیو ٹو سی، وی ہیو ٹو سی واٹ از، واٹ از، واٹ از پریکٹیکیبل۔ واٹ از پریکٹیکیبل؟ یو ہیو ٹو اڈاپٹ دیٹ فارمولا۔</w:t>
      </w:r>
    </w:p>
    <w:p>
      <w:r>
        <w:rPr>
          <w:b/>
        </w:rPr>
        <w:t xml:space="preserve">[1:32:32] </w:t>
      </w:r>
      <w:r>
        <w:t>and when there is a lift, then when there is a conflict, you have to finish it at once, because you will find opportunity to work in other field</w:t>
      </w:r>
    </w:p>
    <w:p>
      <w:pPr>
        <w:jc w:val="right"/>
      </w:pPr>
      <w:r>
        <w:t>اینڈ وین دیر از ا لفٹ، دین وین دیر از ا کانفلکٹ، یو ہیو ٹو فنش اٹ ایٹ ونس، بیکاز یو ول فائنڈ اپرچونیٹی ٹو ورک ان ادر فیلڈ</w:t>
      </w:r>
    </w:p>
    <w:p>
      <w:r>
        <w:rPr>
          <w:b/>
        </w:rPr>
        <w:t xml:space="preserve">[1:32:44] </w:t>
      </w:r>
      <w:r>
        <w:t>z. if you are engaged in conflict, in a confrontation, then you will lose your time.</w:t>
      </w:r>
    </w:p>
    <w:p>
      <w:pPr>
        <w:jc w:val="right"/>
      </w:pPr>
      <w:r>
        <w:t>ز۔ اف یو ار انگیجڈ ان کانفلکٹ، ان ان ان کنفرنٹیشن، دین یو ول لوز یور ٹائم۔</w:t>
      </w:r>
    </w:p>
    <w:p>
      <w:r>
        <w:rPr>
          <w:b/>
        </w:rPr>
        <w:t xml:space="preserve">[1:32:53] </w:t>
      </w:r>
      <w:r>
        <w:t>so i always advise people that finish the conflict at once and engage yourself in sum other field.</w:t>
      </w:r>
    </w:p>
    <w:p>
      <w:pPr>
        <w:jc w:val="right"/>
      </w:pPr>
      <w:r>
        <w:t>سو ائی الویز ایڈوائس پیپل دیٹ فنش دی کانفلکٹ ایٹ ونس اینڈ انگیج یور سیلف ان سم ادر فیلڈ۔</w:t>
      </w:r>
    </w:p>
    <w:p>
      <w:r>
        <w:rPr>
          <w:b/>
        </w:rPr>
        <w:t xml:space="preserve">[1:33:05] </w:t>
      </w:r>
      <w:r>
        <w:t>so my formula is: you have to see the result and not what is just and what is not, what is unjust. no,</w:t>
      </w:r>
    </w:p>
    <w:p>
      <w:pPr>
        <w:jc w:val="right"/>
      </w:pPr>
      <w:r>
        <w:t>سو مائی فارمولاز: یو ہیو ٹو سی دا رزلٹ اینڈ ناٹ واٹ از جسٹ اینڈ واٹ از ناٹ، واٹ از ان جسٹ۔ نو،</w:t>
      </w:r>
    </w:p>
    <w:p>
      <w:r>
        <w:rPr>
          <w:b/>
        </w:rPr>
        <w:t xml:space="preserve">[1:33:14] </w:t>
      </w:r>
      <w:r>
        <w:t>be practical in these matters.</w:t>
      </w:r>
    </w:p>
    <w:p>
      <w:pPr>
        <w:jc w:val="right"/>
      </w:pPr>
      <w:r>
        <w:t>بی پریکٹیکل ان دیز میٹرز۔</w:t>
      </w:r>
    </w:p>
    <w:p>
      <w:r>
        <w:rPr>
          <w:b/>
        </w:rPr>
        <w:t xml:space="preserve">[1:33:20] </w:t>
      </w:r>
      <w:r>
        <w:t>This question is from Mr. Danish Khan from Saharanpur. According to what I have understood, the doomsday has just come around the corner.</w:t>
      </w:r>
    </w:p>
    <w:p>
      <w:pPr>
        <w:jc w:val="right"/>
      </w:pPr>
      <w:r>
        <w:t>دس کوسچن از فرام مسٹر دانش خان فرام سہارن پور۔ اکارڈنگ ٹو واٹ ائی ہیو انڈرسٹوڈ، دا ڈومز ڈے ہیز جسٹ کم اراؤنڈ دا کارنر۔</w:t>
      </w:r>
    </w:p>
    <w:p>
      <w:r>
        <w:rPr>
          <w:b/>
        </w:rPr>
        <w:t xml:space="preserve">[1:33:31] </w:t>
      </w:r>
      <w:r>
        <w:t>it is the time of the end of history when Mehdi alaih salam has to be there to perform hiz work.</w:t>
      </w:r>
    </w:p>
    <w:p>
      <w:pPr>
        <w:jc w:val="right"/>
      </w:pPr>
      <w:r>
        <w:t>اٹ از دا ٹائم اف دی اینڈ اف ہسٹری وین مہندی علیہ السلام ہیز ٹو بی دیر ٹو پرفارم ہز ورک۔</w:t>
      </w:r>
    </w:p>
    <w:p>
      <w:r>
        <w:rPr>
          <w:b/>
        </w:rPr>
        <w:t xml:space="preserve">[1:33:38] </w:t>
      </w:r>
      <w:r>
        <w:t>Maulana, kindly tell us who that person is who is performing this role of Mehdi. only God knows.</w:t>
      </w:r>
    </w:p>
    <w:p>
      <w:pPr>
        <w:jc w:val="right"/>
      </w:pPr>
      <w:r>
        <w:t>مولانا، کائنڈلی ٹیل اس ہو دیٹ پرسن از ہو از پرفارمنگ دس رول اف مہندی۔ اونلی گاڈ نوز۔</w:t>
      </w:r>
    </w:p>
    <w:p>
      <w:r>
        <w:rPr>
          <w:b/>
        </w:rPr>
        <w:t xml:space="preserve">[1:33:49] </w:t>
      </w:r>
      <w:r>
        <w:t>i can not, i can not see that who is the, who is that person. it is god domain.</w:t>
      </w:r>
    </w:p>
    <w:p>
      <w:pPr>
        <w:jc w:val="right"/>
      </w:pPr>
      <w:r>
        <w:t>ائی کین ناٹ، ائی کین ناٹ سی دیٹ ہو از دا، ہو از دیٹ پرسن۔ اٹ از گاڈ ڈومین۔</w:t>
      </w:r>
    </w:p>
    <w:p>
      <w:r>
        <w:rPr>
          <w:b/>
        </w:rPr>
        <w:t xml:space="preserve">[1:34:00] </w:t>
      </w:r>
      <w:r>
        <w:t>you can perform your duty. we as a human being can perform our duty.</w:t>
      </w:r>
    </w:p>
    <w:p>
      <w:pPr>
        <w:jc w:val="right"/>
      </w:pPr>
      <w:r>
        <w:t>یو کین پرفارم یور ڈیوٹی۔ وی ایز ا ہیومن بینگ کین پرفارم اور ڈیوٹی۔</w:t>
      </w:r>
    </w:p>
    <w:p>
      <w:r>
        <w:rPr>
          <w:b/>
        </w:rPr>
        <w:t xml:space="preserve">[1:34:09] </w:t>
      </w:r>
      <w:r>
        <w:t>we can not see that he is, he is mahdi and he is masih. it is god domain.</w:t>
      </w:r>
    </w:p>
    <w:p>
      <w:pPr>
        <w:jc w:val="right"/>
      </w:pPr>
      <w:r>
        <w:t>وی کین ناٹ سی دیٹ ہی از، ہی از مہدی اینڈ ہی از مسیح۔ اٹ از گاڈ ڈومین۔</w:t>
      </w:r>
    </w:p>
    <w:p>
      <w:r>
        <w:rPr>
          <w:b/>
        </w:rPr>
        <w:t xml:space="preserve">[1:34:18] </w:t>
      </w:r>
      <w:r>
        <w:t>only god can declare who was mahdi, who was masih.</w:t>
      </w:r>
    </w:p>
    <w:p>
      <w:pPr>
        <w:jc w:val="right"/>
      </w:pPr>
      <w:r>
        <w:t>اونلی گاڈ کین ڈیکلیئر ہو واز مہدی، ہو واز مسیح۔</w:t>
      </w:r>
    </w:p>
    <w:p>
      <w:r>
        <w:rPr>
          <w:b/>
        </w:rPr>
        <w:t xml:space="preserve">[1:34:28] </w:t>
      </w:r>
      <w:r>
        <w:t>this question is from miss naghma siddiqui from delhi.</w:t>
      </w:r>
    </w:p>
    <w:p>
      <w:pPr>
        <w:jc w:val="right"/>
      </w:pPr>
      <w:r>
        <w:t>دس کوسچن از فرام مس نغمہ صدیقی فرام ڈلی۔</w:t>
      </w:r>
    </w:p>
    <w:p>
      <w:r>
        <w:rPr>
          <w:b/>
        </w:rPr>
        <w:t xml:space="preserve">[1:34:33] </w:t>
      </w:r>
      <w:r>
        <w:t>when we face a negative situation, we are not able to correct it immediately into positivity, and in the mean time react, react emotionally for some time, only to become positive later on.</w:t>
      </w:r>
    </w:p>
    <w:p>
      <w:pPr>
        <w:jc w:val="right"/>
      </w:pPr>
      <w:r>
        <w:t>وین وی فیس ا نیگیٹیو سچویشن، وی ار ناٹ ایبل ٹو کریکٹ اٹ امیڈیٹلی انٹو پوزیٹیوٹی، اینڈ ان دا مین ٹائم ری ایکٹ، ری ایکٹ ایموشنلی فار سم ٹائم، اونلی ٹو بیکم پوزیٹیو لیٹر ان۔</w:t>
      </w:r>
    </w:p>
    <w:p>
      <w:r>
        <w:rPr>
          <w:b/>
        </w:rPr>
        <w:t xml:space="preserve">[1:34:48] </w:t>
      </w:r>
      <w:r>
        <w:t>will god forgive us for such a reaction? what should we do? try to keep patience.</w:t>
      </w:r>
    </w:p>
    <w:p>
      <w:pPr>
        <w:jc w:val="right"/>
      </w:pPr>
      <w:r>
        <w:t>ول گاڈ فorgive اس فار سچ ا ری ایکشن؟ واٹ شوڈ وی ڈو؟ ٹرائی ٹو کیپ پیشنس۔</w:t>
      </w:r>
    </w:p>
    <w:p>
      <w:r>
        <w:rPr>
          <w:b/>
        </w:rPr>
        <w:t xml:space="preserve">[1:34:57] </w:t>
      </w:r>
      <w:r>
        <w:t>try to keep patience.</w:t>
      </w:r>
    </w:p>
    <w:p>
      <w:pPr>
        <w:jc w:val="right"/>
      </w:pPr>
      <w:r>
        <w:t>ٹرائی ٹو کیپ پیشنس۔</w:t>
      </w:r>
    </w:p>
    <w:p>
      <w:r>
        <w:rPr>
          <w:b/>
        </w:rPr>
        <w:t xml:space="preserve">[1:35:02] </w:t>
      </w:r>
      <w:r>
        <w:t>patience is the door of all kind of success.</w:t>
      </w:r>
    </w:p>
    <w:p>
      <w:pPr>
        <w:jc w:val="right"/>
      </w:pPr>
      <w:r>
        <w:t>پیشنس از دا ڈور اف ال کائنڈ اف سکسیس۔</w:t>
      </w:r>
    </w:p>
    <w:p>
      <w:r>
        <w:rPr>
          <w:b/>
        </w:rPr>
        <w:t xml:space="preserve">[1:35:09] </w:t>
      </w:r>
      <w:r>
        <w:t>this question is from mr idrees from delhi. maulana, what is objectivity and how to be objective?</w:t>
      </w:r>
    </w:p>
    <w:p>
      <w:pPr>
        <w:jc w:val="right"/>
      </w:pPr>
      <w:r>
        <w:t>دس کوسچن از فرام مسٹر ادریس فرام ڈلی۔ مولانا، واٹ از ابجیکٹیوٹی اینڈ ہاؤ ٹو بی ابجیکٹیو؟</w:t>
      </w:r>
    </w:p>
    <w:p>
      <w:r>
        <w:rPr>
          <w:b/>
        </w:rPr>
        <w:t xml:space="preserve">[1:35:19] </w:t>
      </w:r>
      <w:r>
        <w:t>kindly guide us.</w:t>
      </w:r>
    </w:p>
    <w:p>
      <w:pPr>
        <w:jc w:val="right"/>
      </w:pPr>
      <w:r>
        <w:t>کائنڈلی گائیڈ اس۔</w:t>
      </w:r>
    </w:p>
    <w:p>
      <w:r>
        <w:rPr>
          <w:b/>
        </w:rPr>
        <w:t xml:space="preserve">[1:35:27] </w:t>
      </w:r>
      <w:r>
        <w:t>objective thinking means realistic thinking.</w:t>
      </w:r>
    </w:p>
    <w:p>
      <w:pPr>
        <w:jc w:val="right"/>
      </w:pPr>
      <w:r>
        <w:t>ابجیکٹیو تھنکنگ مینز ریلسٹک تھنکنگ۔</w:t>
      </w:r>
    </w:p>
    <w:p>
      <w:r>
        <w:rPr>
          <w:b/>
        </w:rPr>
        <w:t xml:space="preserve">[1:35:36] </w:t>
      </w:r>
      <w:r>
        <w:t>objective thinking is only the other name of realistic thinking. what is, what is, what is,</w:t>
      </w:r>
    </w:p>
    <w:p>
      <w:pPr>
        <w:jc w:val="right"/>
      </w:pPr>
      <w:r>
        <w:t>ابجیکٹیو تھنکنگ از اونلی دی ادر نیم اف ریلسٹک تھنکنگ۔ واٹ از، واٹ از، واٹ از،</w:t>
      </w:r>
    </w:p>
    <w:p>
      <w:r>
        <w:rPr>
          <w:b/>
        </w:rPr>
        <w:t xml:space="preserve">[1:35:50] </w:t>
      </w:r>
      <w:r>
        <w:t>what is realistic? that is objective.</w:t>
      </w:r>
    </w:p>
    <w:p>
      <w:pPr>
        <w:jc w:val="right"/>
      </w:pPr>
      <w:r>
        <w:t>واٹ از ریلسٹک؟ دیٹ از ابجیکٹیو۔</w:t>
      </w:r>
    </w:p>
    <w:p>
      <w:r>
        <w:rPr>
          <w:b/>
        </w:rPr>
        <w:t xml:space="preserve">[1:35:54] </w:t>
      </w:r>
      <w:r>
        <w:t>objective means that</w:t>
      </w:r>
    </w:p>
    <w:p>
      <w:pPr>
        <w:jc w:val="right"/>
      </w:pPr>
      <w:r>
        <w:t>ابجیکٹیو مینز دیٹ</w:t>
      </w:r>
    </w:p>
    <w:p>
      <w:r>
        <w:rPr>
          <w:b/>
        </w:rPr>
        <w:t xml:space="preserve">[1:36:00] </w:t>
      </w:r>
      <w:r>
        <w:t>objective thinking means dispassionate thinking, unbiased thinking.</w:t>
      </w:r>
    </w:p>
    <w:p>
      <w:pPr>
        <w:jc w:val="right"/>
      </w:pPr>
      <w:r>
        <w:t>ابجیکٹیو تھنکنگ مینز ڈسپیشنٹ تھنکنگ، ان بائس تھنکنگ۔</w:t>
      </w:r>
    </w:p>
    <w:p>
      <w:r>
        <w:rPr>
          <w:b/>
        </w:rPr>
        <w:t xml:space="preserve">[1:36:12] </w:t>
      </w:r>
      <w:r>
        <w:t>objective thinking means unbiased thinking, dispassionate thinking, complex free thinking.</w:t>
      </w:r>
    </w:p>
    <w:p>
      <w:pPr>
        <w:jc w:val="right"/>
      </w:pPr>
      <w:r>
        <w:t>ابجیکٹیو تھنکنگ مینز ان بائس تھنکنگ، ڈسپیشنٹ تھنکنگ، کمپلیکس فری تھنکنگ۔</w:t>
      </w:r>
    </w:p>
    <w:p>
      <w:r>
        <w:rPr>
          <w:b/>
        </w:rPr>
        <w:t xml:space="preserve">[1:36:21] </w:t>
      </w:r>
      <w:r>
        <w:t>and it is this thinking that is called realistic thinking. so you can understand what is realistic and what is unrealistic by activating your mind.</w:t>
      </w:r>
    </w:p>
    <w:p>
      <w:pPr>
        <w:jc w:val="right"/>
      </w:pPr>
      <w:r>
        <w:t>اینڈ اٹ از دس تھنکنگ دیٹ از کالڈ ریلسٹک تھنکنگ۔ سو یو کین انڈرسٹینڈ واٹ از ریلسٹک اینڈ واٹ از ان ریلسٹک بائی ایکٹیویٹنگ یور مائنڈ۔</w:t>
      </w:r>
    </w:p>
    <w:p>
      <w:r>
        <w:rPr>
          <w:b/>
        </w:rPr>
        <w:t xml:space="preserve">[1:36:38] </w:t>
      </w:r>
      <w:r>
        <w:t>so make yourself unbiased.</w:t>
      </w:r>
    </w:p>
    <w:p>
      <w:pPr>
        <w:jc w:val="right"/>
      </w:pPr>
      <w:r>
        <w:t>سو میک یور سیلف ان بائسڈ۔</w:t>
      </w:r>
    </w:p>
    <w:p>
      <w:r>
        <w:rPr>
          <w:b/>
        </w:rPr>
        <w:t xml:space="preserve">[1:36:45] </w:t>
      </w:r>
      <w:r>
        <w:t>it is, it is biased thinking that, that, that is bad. and if you, if you are, if you can think in a, in a, in an unbiased manner, then you are objective.</w:t>
      </w:r>
    </w:p>
    <w:p>
      <w:pPr>
        <w:jc w:val="right"/>
      </w:pPr>
      <w:r>
        <w:t>اٹ از، اٹ از بائس تھنکنگ دیٹ، دیٹ، دیٹ از بیڈ۔ اینڈ اف یو، اف یو ار، اف یو کین تھنک ان ا، ان ا، ان ان ان ان ان ان ان ان ان ان بیئس میٹر، دین یو ار ابجیکٹیو۔</w:t>
      </w:r>
    </w:p>
    <w:p>
      <w:r>
        <w:rPr>
          <w:b/>
        </w:rPr>
        <w:t xml:space="preserve">[1:37:05] </w:t>
      </w:r>
      <w:r>
        <w:t>and i think that objective thinking is very important in intellectual development</w:t>
      </w:r>
    </w:p>
    <w:p>
      <w:pPr>
        <w:jc w:val="right"/>
      </w:pPr>
      <w:r>
        <w:t>اینڈ ائی تھنک دیٹ ابجیکٹیو تھنکنگ از ویری امپورٹنٹ ان انٹلیکچول ڈیولپمنٹ</w:t>
      </w:r>
    </w:p>
    <w:p>
      <w:r>
        <w:rPr>
          <w:b/>
        </w:rPr>
        <w:t xml:space="preserve">[1:37:12] </w:t>
      </w:r>
      <w:r>
        <w:t>. without objective thinking, spiritual development or intellectual development is not possible.</w:t>
      </w:r>
    </w:p>
    <w:p>
      <w:pPr>
        <w:jc w:val="right"/>
      </w:pPr>
      <w:r>
        <w:t>۔ وداؤٹ ابجیکٹیو تھنکنگ، اسپریچول ڈیولپمنٹ اور انٹلیکچول ڈیولپمنٹ از ناٹ پوسیبل۔</w:t>
      </w:r>
    </w:p>
    <w:p>
      <w:r>
        <w:rPr>
          <w:b/>
        </w:rPr>
        <w:t xml:space="preserve">[1:37:22] </w:t>
      </w:r>
      <w:r>
        <w:t>this question is from mr khwaja kaleemuddin from pennsylvania.</w:t>
      </w:r>
    </w:p>
    <w:p>
      <w:pPr>
        <w:jc w:val="right"/>
      </w:pPr>
      <w:r>
        <w:t>دس کوسچن از فرام مسٹر خواجہ کلیم الدین فرام پینسلوینیا۔</w:t>
      </w:r>
    </w:p>
    <w:p>
      <w:r>
        <w:rPr>
          <w:b/>
        </w:rPr>
        <w:t xml:space="preserve">[1:37:27] </w:t>
      </w:r>
      <w:r>
        <w:t>maulana sahib, i have observed due to my interaction with my fellow american jews and christians alike, that they are very much anxious to extended humanity work, but not interested about talking about god and his creation plan.</w:t>
      </w:r>
    </w:p>
    <w:p>
      <w:pPr>
        <w:jc w:val="right"/>
      </w:pPr>
      <w:r>
        <w:t>مولانا صاحب، ائی ہیو ابزرو ڈیو ٹو مائی انٹریکشن ود مائی فیلو امریکن جیوز اینڈ کرسچنز الائک، دیٹ دے ار ویری مچ اینشیس ٹو ایکسٹینڈڈ ہیومینٹی ورک، بٹ ناٹ انٹرسٹڈ اباؤٹ ٹاکنگ اباؤٹ گاڈ اینڈ ہز کریشن پلان۔</w:t>
      </w:r>
    </w:p>
    <w:p>
      <w:r>
        <w:rPr>
          <w:b/>
        </w:rPr>
        <w:t xml:space="preserve">[1:37:45] </w:t>
      </w:r>
      <w:r>
        <w:t>even some muslims are copying them. what is the reason for this and how to engage them in the topic of god and his creation plan?</w:t>
      </w:r>
    </w:p>
    <w:p>
      <w:pPr>
        <w:jc w:val="right"/>
      </w:pPr>
      <w:r>
        <w:t>ایون سم مسلمز ار کاپنگ دیم۔ واٹ از دا ریزن فار دس اینڈ ہاؤ ٹو انگیج دیم ان دا ٹاپک اف گاڈ اینڈ ہز کریشن پلان؟</w:t>
      </w:r>
    </w:p>
    <w:p>
      <w:r>
        <w:rPr>
          <w:b/>
        </w:rPr>
        <w:t xml:space="preserve">[1:37:58] </w:t>
      </w:r>
      <w:r>
        <w:t>i think this is the phenomena of that card of culture, which is said that the formula of this culture is</w:t>
      </w:r>
    </w:p>
    <w:p>
      <w:pPr>
        <w:jc w:val="right"/>
      </w:pPr>
      <w:r>
        <w:t>ائی تھنک دس از دا فیناومینا اف دیٹ کارڈ اف کلچر، وچ از سیڈ دیٹ دا فارمولا اف دس کلچر از</w:t>
      </w:r>
    </w:p>
    <w:p>
      <w:r>
        <w:rPr>
          <w:b/>
        </w:rPr>
        <w:t xml:space="preserve">[1:38:15] </w:t>
      </w:r>
      <w:r>
        <w:t>right here, right now. these people, their thinking is world oriented thinking.</w:t>
      </w:r>
    </w:p>
    <w:p>
      <w:pPr>
        <w:jc w:val="right"/>
      </w:pPr>
      <w:r>
        <w:t>رائٹ ہیر، رائٹ ناو۔ دیز پیپل، دیر تھنکنگ از ورلڈ اوریٹڈ تھنکنگ۔</w:t>
      </w:r>
    </w:p>
    <w:p>
      <w:r>
        <w:rPr>
          <w:b/>
        </w:rPr>
        <w:t xml:space="preserve">[1:38:24] </w:t>
      </w:r>
      <w:r>
        <w:t>they don't know about</w:t>
      </w:r>
    </w:p>
    <w:p>
      <w:pPr>
        <w:jc w:val="right"/>
      </w:pPr>
      <w:r>
        <w:t>دے ڈونٹ نو اباؤٹ</w:t>
      </w:r>
    </w:p>
    <w:p>
      <w:r>
        <w:rPr>
          <w:b/>
        </w:rPr>
        <w:t xml:space="preserve">[1:38:26] </w:t>
      </w:r>
      <w:r>
        <w:t>akhrat, they don't bother to think about akhrat. so due to this worldly thinking, they are interested in community work, in social work.</w:t>
      </w:r>
    </w:p>
    <w:p>
      <w:pPr>
        <w:jc w:val="right"/>
      </w:pPr>
      <w:r>
        <w:t>اخرت، دے ڈونٹ بادر ٹو تھنک اباؤٹ اخرت۔ سو ڈیو ٹو دس ورلڈلی تھنکنگ، دے ار انٹرسٹڈ ان کمیونٹی ورک، ان سوشل ورک۔</w:t>
      </w:r>
    </w:p>
    <w:p>
      <w:r>
        <w:rPr>
          <w:b/>
        </w:rPr>
        <w:t xml:space="preserve">[1:38:39] </w:t>
      </w:r>
      <w:r>
        <w:t>so we have to tell them what is the creation plan of god, what is the pre death period, and what is the post death period</w:t>
      </w:r>
    </w:p>
    <w:p>
      <w:pPr>
        <w:jc w:val="right"/>
      </w:pPr>
      <w:r>
        <w:t>سو وی ہیو ٹو ٹیل دیم واٹ از دا کریشن پلان اف گاڈ، واٹ از دا پری ڈیتھ پیریڈ، اینڈ واٹ از دا پوسٹ ڈیتھ پیریڈ</w:t>
      </w:r>
    </w:p>
    <w:p>
      <w:r>
        <w:rPr>
          <w:b/>
        </w:rPr>
        <w:t xml:space="preserve">[1:38:50] </w:t>
      </w:r>
      <w:r>
        <w:t>. so these people are unaware of this, of these things. maybe they have some, some traditional belief, but in fact they have no conviction</w:t>
      </w:r>
    </w:p>
    <w:p>
      <w:pPr>
        <w:jc w:val="right"/>
      </w:pPr>
      <w:r>
        <w:t>۔ سو دیز پیپل ار ان اویر اف دس، اف دیز تھنگز۔ می بی دے ہیو سم، سم ٹریڈیشنل بیلیف، بٹ ان فیکٹ دے ہیو نو کنوکشن</w:t>
      </w:r>
    </w:p>
    <w:p>
      <w:r>
        <w:rPr>
          <w:b/>
        </w:rPr>
        <w:t xml:space="preserve">[1:39:07] </w:t>
      </w:r>
      <w:r>
        <w:t>. so we have to make them aware of this fact that god has created us for test. and the real world is, is a world hereafter.</w:t>
      </w:r>
    </w:p>
    <w:p>
      <w:pPr>
        <w:jc w:val="right"/>
      </w:pPr>
      <w:r>
        <w:t>۔ سو وی ہیو ٹو میک دیم اویر اف دس فیکٹ دیٹ گاڈ ہیز کریٹڈ اس فار ٹیسٹ۔ اینڈ دا ریل ورلڈ از، از اے ورلڈ ہیر افٹر۔</w:t>
      </w:r>
    </w:p>
    <w:p>
      <w:r>
        <w:rPr>
          <w:b/>
        </w:rPr>
        <w:t xml:space="preserve">[1:39:23] </w:t>
      </w:r>
      <w:r>
        <w:t>present world is temporary period of our life, and post death period is payment period of our life.</w:t>
      </w:r>
    </w:p>
    <w:p>
      <w:pPr>
        <w:jc w:val="right"/>
      </w:pPr>
      <w:r>
        <w:t>پریزنٹ ورلڈ از ٹیمپریری پیریڈ اف اور لائف، اینڈ پوسٹ ڈیتھ پیریڈ از پیمنٹ پیریڈ اف اور لائف۔</w:t>
      </w:r>
    </w:p>
    <w:p>
      <w:r>
        <w:rPr>
          <w:b/>
        </w:rPr>
        <w:t xml:space="preserve">[1:39:34] </w:t>
      </w:r>
      <w:r>
        <w:t>all those things, people are unaware of all those things. so there is no way other than to discipline this thinking.</w:t>
      </w:r>
    </w:p>
    <w:p>
      <w:pPr>
        <w:jc w:val="right"/>
      </w:pPr>
      <w:r>
        <w:t>ال دوست تھنگز، پیپل ار ان اویر اف ال دوست تھنگز۔ سو دیر از نو وے ادر دین ٹو ڈسپلینیٹ دس تھنکنگ۔</w:t>
      </w:r>
    </w:p>
    <w:p>
      <w:r>
        <w:rPr>
          <w:b/>
        </w:rPr>
        <w:t xml:space="preserve">[1:39:46] </w:t>
      </w:r>
      <w:r>
        <w:t>and especially, we have to make people aware of their creation plan of god.</w:t>
      </w:r>
    </w:p>
    <w:p>
      <w:pPr>
        <w:jc w:val="right"/>
      </w:pPr>
      <w:r>
        <w:t>اینڈ اسپیشلی، وی ہیو ٹو میک پیپل اویر اف دی کریشن پلان اف گاڈ۔</w:t>
      </w:r>
    </w:p>
    <w:p>
      <w:r>
        <w:rPr>
          <w:b/>
        </w:rPr>
        <w:t xml:space="preserve">[1:39:55] </w:t>
      </w:r>
      <w:r>
        <w:t>people don't know what is the creation plan of god. so this is our duty</w:t>
      </w:r>
    </w:p>
    <w:p>
      <w:pPr>
        <w:jc w:val="right"/>
      </w:pPr>
      <w:r>
        <w:t>پیپل ڈونٹ نو واٹ از دا کریشن پلان اف گاڈ۔ سو دس از اور ڈیوٹی</w:t>
      </w:r>
    </w:p>
    <w:p>
      <w:r>
        <w:rPr>
          <w:b/>
        </w:rPr>
        <w:t xml:space="preserve">[1:40:03] </w:t>
      </w:r>
      <w:r>
        <w:t>. this situation remind only our duty that when people are unaware of creation plan of god, it is our duty to, to, to convey them this message, to make people aware of this fact.</w:t>
      </w:r>
    </w:p>
    <w:p>
      <w:pPr>
        <w:jc w:val="right"/>
      </w:pPr>
      <w:r>
        <w:t>۔ دس سچویشن ریمائنڈ اونلی اور ڈیوٹی دیٹ وین پیپل ار ان اویر اف کریشن پلان اف گاڈ، اٹ از اور ڈیوٹی ٹو، ٹو، ٹو کنوے دیم دس میسج، ٹو میک پیپل اویر اف دس فیکٹ۔</w:t>
      </w:r>
    </w:p>
    <w:p>
      <w:r>
        <w:rPr>
          <w:b/>
        </w:rPr>
        <w:t xml:space="preserve">[1:40:20] </w:t>
      </w:r>
      <w:r>
        <w:t>this question is from delhi. how is it actually possible to delete a problem without solving it? kindly comment.</w:t>
      </w:r>
    </w:p>
    <w:p>
      <w:pPr>
        <w:jc w:val="right"/>
      </w:pPr>
      <w:r>
        <w:t>دس کوسچن از فرام ڈلی۔ ہاؤ از اٹ ایکچولی پوسیبل ٹو ڈیلیٹ ا پرابلم وداؤٹ سالونگ اٹ؟ کائنڈلی کمنٹ۔</w:t>
      </w:r>
    </w:p>
    <w:p>
      <w:r>
        <w:rPr>
          <w:b/>
        </w:rPr>
        <w:t xml:space="preserve">[1:40:33] </w:t>
      </w:r>
      <w:r>
        <w:t>there is no solution in this world. no one can achieve solution even super superpowers.</w:t>
      </w:r>
    </w:p>
    <w:p>
      <w:pPr>
        <w:jc w:val="right"/>
      </w:pPr>
      <w:r>
        <w:t>دیر از نو سولیوشن ان دس ورلڈ۔ نو ون کین اچیو سولیوشن ایون سپر سپر پاورز۔</w:t>
      </w:r>
    </w:p>
    <w:p>
      <w:r>
        <w:rPr>
          <w:b/>
        </w:rPr>
        <w:t xml:space="preserve">[1:40:43] </w:t>
      </w:r>
      <w:r>
        <w:t>america is a superpower. he wanted to have a solution in gulf. they spend five trillion dollar, but they failed.</w:t>
      </w:r>
    </w:p>
    <w:p>
      <w:pPr>
        <w:jc w:val="right"/>
      </w:pPr>
      <w:r>
        <w:t>امریکہ از ا سپر پاور۔ ہی وانٹڈ ٹو ہیو ا سولیوشن ان گلف۔ دے سپینڈ فائیو ٹریلین ڈالر، بٹ دے فیلڈ۔</w:t>
      </w:r>
    </w:p>
    <w:p>
      <w:r>
        <w:rPr>
          <w:b/>
        </w:rPr>
        <w:t xml:space="preserve">[1:40:53] </w:t>
      </w:r>
      <w:r>
        <w:t>now they have decided to leave that area. so what is solution</w:t>
      </w:r>
    </w:p>
    <w:p>
      <w:pPr>
        <w:jc w:val="right"/>
      </w:pPr>
      <w:r>
        <w:t>ناؤ دے ہیو ڈیسائیڈڈ ٹو لیفٹ دیٹ ایریا۔ سو واٹ از سولیوشن</w:t>
      </w:r>
    </w:p>
    <w:p>
      <w:r>
        <w:rPr>
          <w:b/>
        </w:rPr>
        <w:t xml:space="preserve">[1:41:02] </w:t>
      </w:r>
      <w:r>
        <w:t>? solution is not possible. you have to be practical. you have to be practical.</w:t>
      </w:r>
    </w:p>
    <w:p>
      <w:pPr>
        <w:jc w:val="right"/>
      </w:pPr>
      <w:r>
        <w:t>؟ سولیوشن از ناٹ پوسیبل۔ یو ہیو ٹو بی پریکٹیکل۔ یو ہیو ٹو بی پریکٹیکل۔</w:t>
      </w:r>
    </w:p>
    <w:p>
      <w:r>
        <w:rPr>
          <w:b/>
        </w:rPr>
        <w:t xml:space="preserve">[1:41:10] </w:t>
      </w:r>
      <w:r>
        <w:t>what is, what is possible in practical term? that is solution. people are obsessed with idealistic solution.</w:t>
      </w:r>
    </w:p>
    <w:p>
      <w:pPr>
        <w:jc w:val="right"/>
      </w:pPr>
      <w:r>
        <w:t>واٹ از، واٹ از پوسیبل ان پریکٹیکل ٹرم؟ دیٹ از سولیوشن۔ پیپل ار اوبسسڈ ود ائیڈیلسٹک سولیوشن۔</w:t>
      </w:r>
    </w:p>
    <w:p>
      <w:r>
        <w:rPr>
          <w:b/>
        </w:rPr>
        <w:t xml:space="preserve">[1:41:21] </w:t>
      </w:r>
      <w:r>
        <w:t>they want solution in ideal term. that is impossible. ideal can not be achieved. ideal can not be achieved in this world.</w:t>
      </w:r>
    </w:p>
    <w:p>
      <w:pPr>
        <w:jc w:val="right"/>
      </w:pPr>
      <w:r>
        <w:t>دے وانٹ سولیوشن ان ائیڈیل ٹرم۔ دیٹ از امپوسیبل۔ ائیڈیل کین ناٹ بی اچیوڈ۔ ائیڈیل کین ناٹ بی اچیوڈ ان دس ورلڈ۔</w:t>
      </w:r>
    </w:p>
    <w:p>
      <w:r>
        <w:rPr>
          <w:b/>
        </w:rPr>
        <w:t xml:space="preserve">[1:41:31] </w:t>
      </w:r>
      <w:r>
        <w:t>so you have to be practical. no one, including superpower, can solve the problems.</w:t>
      </w:r>
    </w:p>
    <w:p>
      <w:pPr>
        <w:jc w:val="right"/>
      </w:pPr>
      <w:r>
        <w:t>سو یو ہیو ٹو بی پریکٹیکل۔ نو ون، انکلوڈنگ سپر پاور، کین سالو دا پرابلمز۔</w:t>
      </w:r>
    </w:p>
    <w:p>
      <w:r>
        <w:rPr>
          <w:b/>
        </w:rPr>
        <w:t xml:space="preserve">[1:41:42] </w:t>
      </w:r>
      <w:r>
        <w:t>everyone must adopt what is possible and not, and not to run after ideal solution.</w:t>
      </w:r>
    </w:p>
    <w:p>
      <w:pPr>
        <w:jc w:val="right"/>
      </w:pPr>
      <w:r>
        <w:t>ایوری ون مسٹ اڈاپٹ واٹ از پوسیبل اینڈ ناٹ، اینڈ ناٹ ٹو رن افٹر ائیڈیل سولیوشن۔</w:t>
      </w:r>
    </w:p>
    <w:p>
      <w:r>
        <w:rPr>
          <w:b/>
        </w:rPr>
        <w:t xml:space="preserve">[1:41:53] </w:t>
      </w:r>
      <w:r>
        <w:t>who can achieve ideal solution? it is impossible.</w:t>
      </w:r>
    </w:p>
    <w:p>
      <w:pPr>
        <w:jc w:val="right"/>
      </w:pPr>
      <w:r>
        <w:t>ہو کین اچیو ائیڈیل سولیوشن؟ اٹ از امپوسیبل۔</w:t>
      </w:r>
    </w:p>
    <w:p>
      <w:r>
        <w:rPr>
          <w:b/>
        </w:rPr>
        <w:t xml:space="preserve">[1:41:59] </w:t>
      </w:r>
      <w:r>
        <w:t>this question is from mrs. muslima siddiqui from delhi. i find that people have all the time for their worldly pursuits, but when it comes to hereafter oriented activities, they complain that they have no time to engage in such activities.</w:t>
      </w:r>
    </w:p>
    <w:p>
      <w:pPr>
        <w:jc w:val="right"/>
      </w:pPr>
      <w:r>
        <w:t>دس کوسچن از فرام مس مسلمہ صدیقی فرام ڈلی۔ ائی فائنڈ دیٹ پیپل ہیو ال دا ٹائم فار دیر ورلڈلی پرسیوٹس، بٹ وین اٹ کمز ٹو ہیر افٹر اورینٹڈ ایکٹیویٹیز، دے کمپلین دیٹ دے ہیو نو ٹائم ٹو انگیج ان سچ ایکٹیویٹیز۔</w:t>
      </w:r>
    </w:p>
    <w:p>
      <w:r>
        <w:rPr>
          <w:b/>
        </w:rPr>
        <w:t xml:space="preserve">[1:42:18] </w:t>
      </w:r>
      <w:r>
        <w:t>even the religious minded people who say their prayers fast and perform hajj, are not able to attach importance to dawa work.</w:t>
      </w:r>
    </w:p>
    <w:p>
      <w:pPr>
        <w:jc w:val="right"/>
      </w:pPr>
      <w:r>
        <w:t>ایون دا ریلیجیس مائنڈڈ پیپل ہو سی دے پریئرز فاسٹ اینڈ پرفارم حج، ار ناٹ ایبل ٹو اٹیچ امپورٹنس ٹو داوا ورک۔</w:t>
      </w:r>
    </w:p>
    <w:p>
      <w:r>
        <w:rPr>
          <w:b/>
        </w:rPr>
        <w:t xml:space="preserve">[1:42:29] </w:t>
      </w:r>
      <w:r>
        <w:t>they fail to set their priorities right. why is it so? this is the greatest problem of our age.</w:t>
      </w:r>
    </w:p>
    <w:p>
      <w:pPr>
        <w:jc w:val="right"/>
      </w:pPr>
      <w:r>
        <w:t>دے فیل ٹو سیٹ دیر پرائرٹیز رائٹ۔ وائی از اٹ سو؟ دس از دا گریٹسٹ پرابلم اف اور ایج۔</w:t>
      </w:r>
    </w:p>
    <w:p>
      <w:r>
        <w:rPr>
          <w:b/>
        </w:rPr>
        <w:t xml:space="preserve">[1:42:42] </w:t>
      </w:r>
      <w:r>
        <w:t>All the people, including so-called religious people, have adopted dunya-oriented thinking.</w:t>
      </w:r>
    </w:p>
    <w:p>
      <w:pPr>
        <w:jc w:val="right"/>
      </w:pPr>
      <w:r>
        <w:t>ال دا پیپل، انکلوڈنگ سو کالڈ ریلیجیس پیپل، ہیو اڈاپٹڈ دنیا اوریٹڈ تھنکنگ۔</w:t>
      </w:r>
    </w:p>
    <w:p>
      <w:r>
        <w:rPr>
          <w:b/>
        </w:rPr>
        <w:t xml:space="preserve">[1:42:55] </w:t>
      </w:r>
      <w:r>
        <w:t>I don't know anything who adopted akhirat oriented things.</w:t>
      </w:r>
    </w:p>
    <w:p>
      <w:pPr>
        <w:jc w:val="right"/>
      </w:pPr>
      <w:r>
        <w:t>ائی ڈونٹ نو اینی تھنگ ہو اڈاپٹڈ اخرت اورینٹڈ تھنگز۔</w:t>
      </w:r>
    </w:p>
    <w:p>
      <w:r>
        <w:rPr>
          <w:b/>
        </w:rPr>
        <w:t xml:space="preserve">[1:43:00] </w:t>
      </w:r>
      <w:r>
        <w:t>even those people who are practicing Muslims. You can see some practicing Muslims. But if you want to know, if you want to find some person that is akhirat-oriented person, in this world, you feel.</w:t>
      </w:r>
    </w:p>
    <w:p>
      <w:pPr>
        <w:jc w:val="right"/>
      </w:pPr>
      <w:r>
        <w:t>ایون دوست پیپل ہو ار پریکٹس مسلمز۔ یو کین سی سم پریکٹس مسلمز۔ بٹ اف یو وانٹ ٹو نو، اف یو وانٹ ٹو فائنڈ سم پرسن دیٹ از اخرت اورینٹڈ پرسن، انٹوسن دا ورلڈ، یو فیل۔</w:t>
      </w:r>
    </w:p>
    <w:p>
      <w:r>
        <w:rPr>
          <w:b/>
        </w:rPr>
        <w:t xml:space="preserve">[1:43:20] </w:t>
      </w:r>
      <w:r>
        <w:t>so this is the problem. are doing for the our mission is for this purpose.</w:t>
      </w:r>
    </w:p>
    <w:p>
      <w:pPr>
        <w:jc w:val="right"/>
      </w:pPr>
      <w:r>
        <w:t>سو دس از دا پرابلم۔ ار ڈوئنگ فار دی اور مشن از فار دس پرپس۔</w:t>
      </w:r>
    </w:p>
    <w:p>
      <w:r>
        <w:rPr>
          <w:b/>
        </w:rPr>
        <w:t xml:space="preserve">[1:43:26] </w:t>
      </w:r>
      <w:r>
        <w:t>we want to, we want to make aware of this fact that life is the dunya life is nothing.</w:t>
      </w:r>
    </w:p>
    <w:p>
      <w:pPr>
        <w:jc w:val="right"/>
      </w:pPr>
      <w:r>
        <w:t>وی وانٹ ٹو، وی وانٹ ٹو میک اویر اف دس فیکٹ دیٹ لائف از دا دنیا لائف از نتھنگ۔</w:t>
      </w:r>
    </w:p>
    <w:p>
      <w:r>
        <w:rPr>
          <w:b/>
        </w:rPr>
        <w:t xml:space="preserve">[1:43:39] </w:t>
      </w:r>
      <w:r>
        <w:t>If you are so-called practice Muslim, again you are a failure. Muslim is not enough.</w:t>
      </w:r>
    </w:p>
    <w:p>
      <w:pPr>
        <w:jc w:val="right"/>
      </w:pPr>
      <w:r>
        <w:t>اف یو ار سو کالڈ پریکٹس مسلم، اگین یو ار فیلیر۔ مسلم از ناٹ انف۔</w:t>
      </w:r>
    </w:p>
    <w:p>
      <w:r>
        <w:rPr>
          <w:b/>
        </w:rPr>
        <w:t xml:space="preserve">[1:43:48] </w:t>
      </w:r>
      <w:r>
        <w:t>you have to be akhirat oriented muslim.</w:t>
      </w:r>
    </w:p>
    <w:p>
      <w:pPr>
        <w:jc w:val="right"/>
      </w:pPr>
      <w:r>
        <w:t>یو ہیو ٹو بی اخرت اورینٹڈ مسلم۔</w:t>
      </w:r>
    </w:p>
    <w:p>
      <w:r>
        <w:rPr>
          <w:b/>
        </w:rPr>
        <w:t xml:space="preserve">[1:43:52] </w:t>
      </w:r>
      <w:r>
        <w:t>this is the problem. and we have to, we have to make people aware about this fact.</w:t>
      </w:r>
    </w:p>
    <w:p>
      <w:pPr>
        <w:jc w:val="right"/>
      </w:pPr>
      <w:r>
        <w:t>دس از دا پرابلم۔ اینڈ وی ہیو ٹو، وی ہیو ٹو میک پیپل اویر اباؤٹ دس فیکٹ۔</w:t>
      </w:r>
    </w:p>
    <w:p>
      <w:r>
        <w:rPr>
          <w:b/>
        </w:rPr>
        <w:t xml:space="preserve">[1:44:02] </w:t>
      </w:r>
      <w:r>
        <w:t>this question is from miss sadia from delhi. did not prophet yunus leave his people when they were not responding?</w:t>
      </w:r>
    </w:p>
    <w:p>
      <w:pPr>
        <w:jc w:val="right"/>
      </w:pPr>
      <w:r>
        <w:t>دس کوسچن از فرام مس سعدیہ فرام ڈلی۔ ڈیڈ ناٹ پرافٹ یونس لیو ہز پیپل وین دے وار ناٹ ریسپانڈنگ؟</w:t>
      </w:r>
    </w:p>
    <w:p>
      <w:r>
        <w:rPr>
          <w:b/>
        </w:rPr>
        <w:t xml:space="preserve">[1:44:11] </w:t>
      </w:r>
      <w:r>
        <w:t>why was his doing so not correct?</w:t>
      </w:r>
    </w:p>
    <w:p>
      <w:pPr>
        <w:jc w:val="right"/>
      </w:pPr>
      <w:r>
        <w:t>وائی واز ہز ڈوئنگ سو ناٹ کریکٹ؟</w:t>
      </w:r>
    </w:p>
    <w:p>
      <w:r>
        <w:rPr>
          <w:b/>
        </w:rPr>
        <w:t xml:space="preserve">[1:44:17] </w:t>
      </w:r>
      <w:r>
        <w:t>because it was not question of responding</w:t>
      </w:r>
    </w:p>
    <w:p>
      <w:pPr>
        <w:jc w:val="right"/>
      </w:pPr>
      <w:r>
        <w:t>بیکاز اٹ واز ناٹ کوسچن اف ریسپانڈنگ</w:t>
      </w:r>
    </w:p>
    <w:p>
      <w:r>
        <w:rPr>
          <w:b/>
        </w:rPr>
        <w:t xml:space="preserve">[1:44:20] </w:t>
      </w:r>
      <w:r>
        <w:t>, it was question of imam hujjath. So before imam hujjath, he left his community. He went, has not due to lack of response.</w:t>
      </w:r>
    </w:p>
    <w:p>
      <w:pPr>
        <w:jc w:val="right"/>
      </w:pPr>
      <w:r>
        <w:t>، اٹ واز کوسچن اف امام حجت۔ سو بیفور امام حجت، ہی لیفٹ ہز کمیونٹی۔ ہی وانٹ، ہیز ناٹ ڈیو ٹو لیک اف ریسپانس۔</w:t>
      </w:r>
    </w:p>
    <w:p>
      <w:r>
        <w:rPr>
          <w:b/>
        </w:rPr>
        <w:t xml:space="preserve">[1:44:35] </w:t>
      </w:r>
      <w:r>
        <w:t>no, yani the work needs</w:t>
      </w:r>
    </w:p>
    <w:p>
      <w:pPr>
        <w:jc w:val="right"/>
      </w:pPr>
      <w:r>
        <w:t>نو، یعنی دا ورک نیڈز</w:t>
      </w:r>
    </w:p>
    <w:p>
      <w:r>
        <w:rPr>
          <w:b/>
        </w:rPr>
        <w:t xml:space="preserve">[1:44:43] </w:t>
      </w:r>
      <w:r>
        <w:t>the culmination of the work is imam hujjath, not simply responding.</w:t>
      </w:r>
    </w:p>
    <w:p>
      <w:pPr>
        <w:jc w:val="right"/>
      </w:pPr>
      <w:r>
        <w:t>دا کلمنیشن اف دا ورک از امام حجت، ناٹ سمپلی ریسپانڈنگ۔</w:t>
      </w:r>
    </w:p>
    <w:p>
      <w:r>
        <w:rPr>
          <w:b/>
        </w:rPr>
        <w:t xml:space="preserve">[1:44:50] </w:t>
      </w:r>
      <w:r>
        <w:t>So Prophet Yunus left his community before Imam Hujjath. It was against the, against the Sunnah of God.</w:t>
      </w:r>
    </w:p>
    <w:p>
      <w:pPr>
        <w:jc w:val="right"/>
      </w:pPr>
      <w:r>
        <w:t>سو پرافٹ یونس لیفٹ ہز کمیونٹی بیفور امام حجت۔ اٹ واز اگینسٹ دی، اگینسٹ دی سنہ اف گاڈ۔</w:t>
      </w:r>
    </w:p>
    <w:p>
      <w:r>
        <w:rPr>
          <w:b/>
        </w:rPr>
        <w:t xml:space="preserve">[1:45:02] </w:t>
      </w:r>
      <w:r>
        <w:t>so he was compare to return to his, to his community again. and again, he, he, convey message to people and they, and they embrace his religion.</w:t>
      </w:r>
    </w:p>
    <w:p>
      <w:pPr>
        <w:jc w:val="right"/>
      </w:pPr>
      <w:r>
        <w:t>سو ہی واز کمپیر ٹو ریٹرن ٹو ہز، ٹو ہز کمیونٹی اگین۔ اینڈ اگین، ہی، ہی، کنوے میسج ٹو پیپل اینڈ دے، اینڈ دے ایمبریس ہز ریلیجن۔</w:t>
      </w:r>
    </w:p>
    <w:p>
      <w:r>
        <w:rPr>
          <w:b/>
        </w:rPr>
        <w:t xml:space="preserve">[1:45:21] </w:t>
      </w:r>
      <w:r>
        <w:t>so it was not simply due to lack of response. it was that he left his community before imam hujjath.</w:t>
      </w:r>
    </w:p>
    <w:p>
      <w:pPr>
        <w:jc w:val="right"/>
      </w:pPr>
      <w:r>
        <w:t>سو اٹ واز ناٹ سمپلی ڈیو ٹو لیک اف ریسپانس۔ اٹ واز دیٹ ہی لیفٹ ہز کمیونٹی بیفور امام حجت۔</w:t>
      </w:r>
    </w:p>
    <w:p>
      <w:r>
        <w:rPr>
          <w:b/>
        </w:rPr>
        <w:t xml:space="preserve">[1:45:34] </w:t>
      </w:r>
      <w:r>
        <w:t>this question is from miss raziya from delhi. i attend lectures by both religious and secular people in different programs, but i find that there is no clarity in their lectures.</w:t>
      </w:r>
    </w:p>
    <w:p>
      <w:pPr>
        <w:jc w:val="right"/>
      </w:pPr>
      <w:r>
        <w:t>دس کوسچن از فرام مس راضیہ فرام ڈلی۔ ائی اٹینڈ لیکچرز بائے بوتھ ریلیجیس اینڈ سیکولر پیپل ان ڈفرنٹ پروگرامز، بٹ ائی فائنڈ دیٹ دیر از نو کلیرٹی ان دیر لیکچرز۔</w:t>
      </w:r>
    </w:p>
    <w:p>
      <w:r>
        <w:rPr>
          <w:b/>
        </w:rPr>
        <w:t xml:space="preserve">[1:45:48] </w:t>
      </w:r>
      <w:r>
        <w:t>clarity is found in your lectures hundred percent. what is the reason for this? only god knows.</w:t>
      </w:r>
    </w:p>
    <w:p>
      <w:pPr>
        <w:jc w:val="right"/>
      </w:pPr>
      <w:r>
        <w:t>کلیرٹی از فاؤنڈ ان یور لیکچرز ہنڈرڈ پرسنٹ۔ واٹ از دا ریزن فار دس؟ اونلی گاڈ نوز۔</w:t>
      </w:r>
    </w:p>
    <w:p>
      <w:r>
        <w:rPr>
          <w:b/>
        </w:rPr>
        <w:t xml:space="preserve">[1:46:01] </w:t>
      </w:r>
      <w:r>
        <w:t>if it is so, then only god knows.</w:t>
      </w:r>
    </w:p>
    <w:p>
      <w:pPr>
        <w:jc w:val="right"/>
      </w:pPr>
      <w:r>
        <w:t>اف اٹ از سو، دین اونلی گاڈ نوز۔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