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May 8, 2014</w:t>
      </w:r>
    </w:p>
    <w:p>
      <w:r>
        <w:t>https://youtu.be/2l7TWyWxK6k</w:t>
      </w:r>
    </w:p>
    <w:p>
      <w:r>
        <w:rPr>
          <w:b/>
        </w:rPr>
        <w:t xml:space="preserve">[00:11] </w:t>
      </w:r>
      <w:r>
        <w:t>bismillah rahman rahim. 8 may 2014.</w:t>
      </w:r>
    </w:p>
    <w:p>
      <w:pPr>
        <w:jc w:val="right"/>
      </w:pPr>
      <w:r>
        <w:t>بسم اللہ الرحمن الرحیم۔ 8 مئی 2014۔</w:t>
      </w:r>
    </w:p>
    <w:p>
      <w:r>
        <w:rPr>
          <w:b/>
        </w:rPr>
        <w:t xml:space="preserve">[00:22] </w:t>
      </w:r>
      <w:r>
        <w:t>us waqt mein quran ki ek ayat ko le kar kuch baat karna chahta hoon. yeh ayat surah furqan mein hai, ayat number hai 75.</w:t>
      </w:r>
    </w:p>
    <w:p>
      <w:pPr>
        <w:jc w:val="right"/>
      </w:pPr>
      <w:r>
        <w:t>اس وقت میں قرآن کی ایک آیت کو لے کر کچھ بات کرنا چاہتا ہوں۔ یہ آیت سورہ الفرقان میں ہے، آیت نمبر ہے 75۔</w:t>
      </w:r>
    </w:p>
    <w:p>
      <w:r>
        <w:rPr>
          <w:b/>
        </w:rPr>
        <w:t xml:space="preserve">[00:39] </w:t>
      </w:r>
      <w:r>
        <w:t>is ke alfaaz yeh hain: "اولئك يزدان الغرفة بما صبروا"</w:t>
      </w:r>
    </w:p>
    <w:p>
      <w:pPr>
        <w:jc w:val="right"/>
      </w:pPr>
      <w:r>
        <w:t>اس کے الفاظ یہ ہیں: "أولئك يزدان الغرفة بما صبروا"</w:t>
      </w:r>
    </w:p>
    <w:p>
      <w:r>
        <w:rPr>
          <w:b/>
        </w:rPr>
        <w:t xml:space="preserve">[00:51] </w:t>
      </w:r>
      <w:r>
        <w:t>"وَإِلَى قَوْنٍ فِيهَا تَحِيَّةٌ وَسَلَامٌ"</w:t>
      </w:r>
    </w:p>
    <w:p>
      <w:pPr>
        <w:jc w:val="right"/>
      </w:pPr>
      <w:r>
        <w:t>"وَإِلَى قَوْنٍ فِيهَا تَحِيَّةٌ وَسَلَامٌ"</w:t>
      </w:r>
    </w:p>
    <w:p>
      <w:r>
        <w:rPr>
          <w:b/>
        </w:rPr>
        <w:t xml:space="preserve">[00:57] </w:t>
      </w:r>
      <w:r>
        <w:t>. yani is se maloom hota hai is ayat se ke jannat mein sirf woh log jayenge jinhone is dunya mein sabr ka suboot diya.</w:t>
      </w:r>
    </w:p>
    <w:p>
      <w:pPr>
        <w:jc w:val="right"/>
      </w:pPr>
      <w:r>
        <w:t>۔ یعنی اس سے معلوم ہوتا ہے اس آیت سے کہ جنت میں صرف وہ لوگ جائیں گے جنہوں نے اس دنیا میں صبر کا ثبوت دیا۔</w:t>
      </w:r>
    </w:p>
    <w:p>
      <w:r>
        <w:rPr>
          <w:b/>
        </w:rPr>
        <w:t xml:space="preserve">[01:09] </w:t>
      </w:r>
      <w:r>
        <w:t>awlaika yazdan al-ghurfata bima sabaru.</w:t>
      </w:r>
    </w:p>
    <w:p>
      <w:pPr>
        <w:jc w:val="right"/>
      </w:pPr>
      <w:r>
        <w:t>"أولئك يزدان الغرفة بما صبروا" ۔</w:t>
      </w:r>
    </w:p>
    <w:p>
      <w:r>
        <w:rPr>
          <w:b/>
        </w:rPr>
        <w:t xml:space="preserve">[01:17] </w:t>
      </w:r>
      <w:r>
        <w:t>is ka matlab kya hai? "Sub is the only price for paradise" .</w:t>
      </w:r>
    </w:p>
    <w:p>
      <w:pPr>
        <w:jc w:val="right"/>
      </w:pPr>
      <w:r>
        <w:t>اس کا مطلب کیا ہے؟ "Sub is the only price for paradise" ۔</w:t>
      </w:r>
    </w:p>
    <w:p>
      <w:r>
        <w:rPr>
          <w:b/>
        </w:rPr>
        <w:t xml:space="preserve">[01:25] </w:t>
      </w:r>
      <w:r>
        <w:t>koi aadmi agar eternal life mein paradise chahta hai to is ko sabar karna parega.</w:t>
      </w:r>
    </w:p>
    <w:p>
      <w:pPr>
        <w:jc w:val="right"/>
      </w:pPr>
      <w:r>
        <w:t>کوئی آدمی اگر ایٹرنل لائف میں پیراڈائز چاہتا ہے تو اس کو صبر کرنا پڑے گا۔</w:t>
      </w:r>
    </w:p>
    <w:p>
      <w:r>
        <w:rPr>
          <w:b/>
        </w:rPr>
        <w:t xml:space="preserve">[01:35] </w:t>
      </w:r>
      <w:r>
        <w:t>yeh impossible hai ke aadmi sabar ka, yani sabar ke test par poora na utre aur phir bhi is ko paradise mil jaye.</w:t>
      </w:r>
    </w:p>
    <w:p>
      <w:pPr>
        <w:jc w:val="right"/>
      </w:pPr>
      <w:r>
        <w:t>یہ امپاسیبل ہے کہ آدمی صبر کا، یعنی صبر کے ٹیسٹ پر پورا نہ اترے اور پھر بھی اس کو پیراڈائز مل جائے۔</w:t>
      </w:r>
    </w:p>
    <w:p>
      <w:r>
        <w:rPr>
          <w:b/>
        </w:rPr>
        <w:t xml:space="preserve">[01:48] </w:t>
      </w:r>
      <w:r>
        <w:t>yeh impossible hai.</w:t>
      </w:r>
    </w:p>
    <w:p>
      <w:pPr>
        <w:jc w:val="right"/>
      </w:pPr>
      <w:r>
        <w:t>یہ امپاسیبل ہے۔</w:t>
      </w:r>
    </w:p>
    <w:p>
      <w:r>
        <w:rPr>
          <w:b/>
        </w:rPr>
        <w:t xml:space="preserve">[01:53] </w:t>
      </w:r>
      <w:r>
        <w:t>surah furqan ki ayat number 75 is baat ka, yani ek bohat bara saboot hai ke jannat milti hai sabar karne walon ko.</w:t>
      </w:r>
    </w:p>
    <w:p>
      <w:pPr>
        <w:jc w:val="right"/>
      </w:pPr>
      <w:r>
        <w:t>سورہ الفرقان کی آیت نمبر 75 اس بات کا، یعنی ایک بہت بڑا ثبوت ہے کہ جنت ملتی ہے صبر کرنے والوں کو۔</w:t>
      </w:r>
    </w:p>
    <w:p>
      <w:r>
        <w:rPr>
          <w:b/>
        </w:rPr>
        <w:t xml:space="preserve">[02:09] </w:t>
      </w:r>
      <w:r>
        <w:t>ab sochne ki baat yeh hai ke jannat ka sabar se kya taluq?</w:t>
      </w:r>
    </w:p>
    <w:p>
      <w:pPr>
        <w:jc w:val="right"/>
      </w:pPr>
      <w:r>
        <w:t>اب سوچنے کی بات یہ ہے کہ جنت کا صبر سے کیا تعلق؟</w:t>
      </w:r>
    </w:p>
    <w:p>
      <w:r>
        <w:rPr>
          <w:b/>
        </w:rPr>
        <w:t xml:space="preserve">[02:16] </w:t>
      </w:r>
      <w:r>
        <w:t>sawal yeh hai ke quran mein aur hadith mein yeh bataya gaya hai ke jannat bohat hi zyada perfect jagah hai, bohat zyada ideal jagah hai.</w:t>
      </w:r>
    </w:p>
    <w:p>
      <w:pPr>
        <w:jc w:val="right"/>
      </w:pPr>
      <w:r>
        <w:t>سوال یہ ہے کہ قرآن میں اور حدیث میں یہ بتایا گیا ہے کہ جنت بہت ہی زیادہ پرفیکٹ جگہ ہے، بہت زیادہ آئیڈیل جگہ ہے۔</w:t>
      </w:r>
    </w:p>
    <w:p>
      <w:r>
        <w:rPr>
          <w:b/>
        </w:rPr>
        <w:t xml:space="preserve">[02:28] </w:t>
      </w:r>
      <w:r>
        <w:t>sari wishes aadmi ki wahan fulfill hoti hain. to itni bari jannat aur phir eternally,</w:t>
      </w:r>
    </w:p>
    <w:p>
      <w:pPr>
        <w:jc w:val="right"/>
      </w:pPr>
      <w:r>
        <w:t>ساری وشز آدمی کی وہاں فلفل ہوتی ہیں۔ تو اتنی بڑی جنت اور پھر ایٹرنلی،</w:t>
      </w:r>
    </w:p>
    <w:p>
      <w:r>
        <w:rPr>
          <w:b/>
        </w:rPr>
        <w:t xml:space="preserve">[02:39] </w:t>
      </w:r>
      <w:r>
        <w:t>sirf sabar ke, sabar ke price mile to sabar ka koi relevance hona chahiye, relevance.</w:t>
      </w:r>
    </w:p>
    <w:p>
      <w:pPr>
        <w:jc w:val="right"/>
      </w:pPr>
      <w:r>
        <w:t>صرف صبر کے، صبر کے قیمت ملے تو صبر کا کوئی ریلیونس ہونا چاہیے، ریلیونس۔</w:t>
      </w:r>
    </w:p>
    <w:p>
      <w:r>
        <w:rPr>
          <w:b/>
        </w:rPr>
        <w:t xml:space="preserve">[02:48] </w:t>
      </w:r>
      <w:r>
        <w:t>to sabar ka relevance kya hai? yeh quran ki ek aur ayat se maloom hota hai. kyunke quran ki tafseer ke liye ek usool ulma ne yeh muqarrar kiya hai ke "al quran yufassir ba'duhu ba'dan" .</w:t>
      </w:r>
    </w:p>
    <w:p>
      <w:pPr>
        <w:jc w:val="right"/>
      </w:pPr>
      <w:r>
        <w:t>تو صبر کا ریلیونس کیا ہے؟ یہ قرآن کی ایک اور آیت سے معلوم ہوتا ہے۔ کیونکہ قرآن کی تفسیر کے لیے ایک اصول علماء نے یہ مقرر کیا ہے کہ "القرآن يفسر بعضه بعضًا" ۔</w:t>
      </w:r>
    </w:p>
    <w:p>
      <w:r>
        <w:rPr>
          <w:b/>
        </w:rPr>
        <w:t xml:space="preserve">[03:06] </w:t>
      </w:r>
      <w:r>
        <w:t>yani quran ki ek ayat doosri ayat ko le kar clear hoti hai. to ab, ab aap ek aur ayat ko le kar sochiye:</w:t>
      </w:r>
    </w:p>
    <w:p>
      <w:pPr>
        <w:jc w:val="right"/>
      </w:pPr>
      <w:r>
        <w:t>یعنی قرآن کی ایک آیت دوسری آیت کو لے کر کلیئر ہوتی ہے۔ تو اب، اب آپ ایک اور آیت کو لے کر سوچیے:</w:t>
      </w:r>
    </w:p>
    <w:p>
      <w:r>
        <w:rPr>
          <w:b/>
        </w:rPr>
        <w:t xml:space="preserve">[03:18] </w:t>
      </w:r>
      <w:r>
        <w:t>"zalika jaza'u man tazakka" . wahan yeh bataya ke jannat is ke liye hai jo apna tazkiyah kare.</w:t>
      </w:r>
    </w:p>
    <w:p>
      <w:pPr>
        <w:jc w:val="right"/>
      </w:pPr>
      <w:r>
        <w:t>"ذٰلِكَ جزاء من تزكى" ۔ وہاں یہ بتایا کہ جنت اس کے لیے ہے جو اپنا تزکیہ کرے۔</w:t>
      </w:r>
    </w:p>
    <w:p>
      <w:r>
        <w:rPr>
          <w:b/>
        </w:rPr>
        <w:t xml:space="preserve">[03:32] </w:t>
      </w:r>
      <w:r>
        <w:t>tazkiyah matlab hua purification. tazkiyah ka matlab hota hai purification.</w:t>
      </w:r>
    </w:p>
    <w:p>
      <w:pPr>
        <w:jc w:val="right"/>
      </w:pPr>
      <w:r>
        <w:t>تزکیہ مطلب ہوا پیوریفیکیشن۔ تزکیہ کا مطلب ہوتا ہے پیوریفیکیشن۔</w:t>
      </w:r>
    </w:p>
    <w:p>
      <w:r>
        <w:rPr>
          <w:b/>
        </w:rPr>
        <w:t xml:space="preserve">[03:42] </w:t>
      </w:r>
      <w:r>
        <w:t>to wahan yeh bataya hai ke jannat is ke liye hai jo apna purification kare, apna tazkiyah kare. wahan yeh bataya hai ke jannat us ko milegi jo sabar kare.</w:t>
      </w:r>
    </w:p>
    <w:p>
      <w:pPr>
        <w:jc w:val="right"/>
      </w:pPr>
      <w:r>
        <w:t>تو وہاں یہ بتایا ہے کہ جنت اس کے لیے ہے جو اپنا پیوریفیکیشن کرے، اپنا تزکیہ کرے۔ وہاں یہ بتایا ہے کہ جنت اس کو ملے گی جو صبر کرے۔</w:t>
      </w:r>
    </w:p>
    <w:p>
      <w:r>
        <w:rPr>
          <w:b/>
        </w:rPr>
        <w:t xml:space="preserve">[03:53] </w:t>
      </w:r>
      <w:r>
        <w:t>ab dono ko milaiye to maloom hua ke tazkiyah karne ke liye sabar ki zaroorat hai.</w:t>
      </w:r>
    </w:p>
    <w:p>
      <w:pPr>
        <w:jc w:val="right"/>
      </w:pPr>
      <w:r>
        <w:t>اب دونوں کو ملائیے تو معلوم ہوا کہ تزکیہ کرنے کے لیے صبر کی ضرورت ہے۔</w:t>
      </w:r>
    </w:p>
    <w:p>
      <w:r>
        <w:rPr>
          <w:b/>
        </w:rPr>
        <w:t xml:space="preserve">[04:02] </w:t>
      </w:r>
      <w:r>
        <w:t>sabar nahi to tazkiyah bhi nahi.</w:t>
      </w:r>
    </w:p>
    <w:p>
      <w:pPr>
        <w:jc w:val="right"/>
      </w:pPr>
      <w:r>
        <w:t>صبر نہیں تو تزکیہ بھی نہیں۔</w:t>
      </w:r>
    </w:p>
    <w:p>
      <w:r>
        <w:rPr>
          <w:b/>
        </w:rPr>
        <w:t xml:space="preserve">[04:08] </w:t>
      </w:r>
      <w:r>
        <w:t>dono ayaton ko mila kar aap sochiye,</w:t>
      </w:r>
    </w:p>
    <w:p>
      <w:pPr>
        <w:jc w:val="right"/>
      </w:pPr>
      <w:r>
        <w:t>دونوں آیتوں کو ملا کر آپ سوچیے،</w:t>
      </w:r>
    </w:p>
    <w:p>
      <w:r>
        <w:rPr>
          <w:b/>
        </w:rPr>
        <w:t xml:space="preserve">[04:11] </w:t>
      </w:r>
      <w:r>
        <w:t>is se yahi nikalta hai ke sabar nahi to tazkiyah bhi nahi, tazkiyah nahi to jannat bhi nahi.</w:t>
      </w:r>
    </w:p>
    <w:p>
      <w:pPr>
        <w:jc w:val="right"/>
      </w:pPr>
      <w:r>
        <w:t>اس سے یہی نکلتا ہے کہ صبر نہیں تو تزکیہ بھی نہیں، تزکیہ نہیں تو جنت بھی نہیں۔</w:t>
      </w:r>
    </w:p>
    <w:p>
      <w:r>
        <w:rPr>
          <w:b/>
        </w:rPr>
        <w:t xml:space="preserve">[04:21] </w:t>
      </w:r>
      <w:r>
        <w:t>is ka matlab hai ke without sabar there is no tazkiyah and without tazkiyah there is no paradise .</w:t>
      </w:r>
    </w:p>
    <w:p>
      <w:pPr>
        <w:jc w:val="right"/>
      </w:pPr>
      <w:r>
        <w:t>اس کا مطلب ہے کہ without صبر there is no tazkiyah and without tazkiyah there is no paradise ۔</w:t>
      </w:r>
    </w:p>
    <w:p>
      <w:r>
        <w:rPr>
          <w:b/>
        </w:rPr>
        <w:t xml:space="preserve">[04:35] </w:t>
      </w:r>
      <w:r>
        <w:t>ab sochiye ke tazkiyah ke liye sabar ki zaroorat kyun hai?</w:t>
      </w:r>
    </w:p>
    <w:p>
      <w:pPr>
        <w:jc w:val="right"/>
      </w:pPr>
      <w:r>
        <w:t>اب سوچیے کہ تزکیہ کے لیے صبر کی ضرورت کیوں ہے؟</w:t>
      </w:r>
    </w:p>
    <w:p>
      <w:r>
        <w:rPr>
          <w:b/>
        </w:rPr>
        <w:t xml:space="preserve">[04:43] </w:t>
      </w:r>
      <w:r>
        <w:t>ab phir aap quran ki ek aur ayat se is ko milaiye to samajh mein aa jayega. kyunke quran mein dekhiye, doosri jagah yeh aaya hai ke</w:t>
      </w:r>
    </w:p>
    <w:p>
      <w:pPr>
        <w:jc w:val="right"/>
      </w:pPr>
      <w:r>
        <w:t>اب پھر آپ قرآن کی ایک اور آیت سے اس کو ملائیے تو سمجھ میں آ جائے گا۔ کیونکہ قرآن میں دیکھیے، دوسری جگہ یہ آیا ہے کہ</w:t>
      </w:r>
    </w:p>
    <w:p>
      <w:r>
        <w:rPr>
          <w:b/>
        </w:rPr>
        <w:t xml:space="preserve">[04:58] </w:t>
      </w:r>
      <w:r>
        <w:t>insan ko Allah ne paida kiya qabad mein. "khalaqa al-insana fi qabad" . qabad ka mani hai problem. insan ko paida kiya hai problem mein.</w:t>
      </w:r>
    </w:p>
    <w:p>
      <w:pPr>
        <w:jc w:val="right"/>
      </w:pPr>
      <w:r>
        <w:t>انسان کو اللہ نے پیدا کیا قبد میں۔ "خَلَقَ الْإِنْسَانَ فِي قَبَدٍ" ۔ قبد کا معنی ہے پرابلم۔ انسان کو پیدا کیا ہے پرابلم میں۔</w:t>
      </w:r>
    </w:p>
    <w:p>
      <w:r>
        <w:rPr>
          <w:b/>
        </w:rPr>
        <w:t xml:space="preserve">[05:12] </w:t>
      </w:r>
      <w:r>
        <w:t>is ka matlab hai ke "our world is a world of problems" .</w:t>
      </w:r>
    </w:p>
    <w:p>
      <w:pPr>
        <w:jc w:val="right"/>
      </w:pPr>
      <w:r>
        <w:t>اس کا مطلب ہے کہ "our world is a world of problems" ۔</w:t>
      </w:r>
    </w:p>
    <w:p>
      <w:r>
        <w:rPr>
          <w:b/>
        </w:rPr>
        <w:t xml:space="preserve">[05:19] </w:t>
      </w:r>
      <w:r>
        <w:t>ab is ko milaiye aap. to jab yeh, yeh duniya is tarah bani hai ke yahan khud creation plant of God ke mutabiq hi qabad paish aaye, problem paish aaye.</w:t>
      </w:r>
    </w:p>
    <w:p>
      <w:pPr>
        <w:jc w:val="right"/>
      </w:pPr>
      <w:r>
        <w:t>اب اس کو ملائیے آپ۔ تو جب یہ، یہ دنیا اس طرح بنی ہے کہ یہاں خود کریشن پلانٹ آف گاڈ کے مطابق ہی قبد پیش آئے، پرابلم پیش آئے۔</w:t>
      </w:r>
    </w:p>
    <w:p>
      <w:r>
        <w:rPr>
          <w:b/>
        </w:rPr>
        <w:t xml:space="preserve">[05:34] </w:t>
      </w:r>
      <w:r>
        <w:t>to problem jab paish aaye to insaan kya karta hai?</w:t>
      </w:r>
    </w:p>
    <w:p>
      <w:pPr>
        <w:jc w:val="right"/>
      </w:pPr>
      <w:r>
        <w:t>تو پرابلم جب پیش آئے تو انسان کیا کرتا ہے؟</w:t>
      </w:r>
    </w:p>
    <w:p>
      <w:r>
        <w:rPr>
          <w:b/>
        </w:rPr>
        <w:t xml:space="preserve">[05:38] </w:t>
      </w:r>
      <w:r>
        <w:t>foran react karta hai woh. negative response deta hai woh. woh provoke ho jaata hai. uska revenge paida hota hai.</w:t>
      </w:r>
    </w:p>
    <w:p>
      <w:pPr>
        <w:jc w:val="right"/>
      </w:pPr>
      <w:r>
        <w:t>فوراً ری ایکٹ کرتا ہے وہ۔ نیگیٹیو رسپانس دیتا ہے وہ۔ وہ پرووک ہو جاتا ہے۔ اس کا ریونج پیدا ہوتا ہے۔</w:t>
      </w:r>
    </w:p>
    <w:p>
      <w:r>
        <w:rPr>
          <w:b/>
        </w:rPr>
        <w:t xml:space="preserve">[05:47] </w:t>
      </w:r>
      <w:r>
        <w:t>woh ladne ke liye tayyar ho jaata hai.</w:t>
      </w:r>
    </w:p>
    <w:p>
      <w:pPr>
        <w:jc w:val="right"/>
      </w:pPr>
      <w:r>
        <w:t>وہ لڑنے کے لیے تیار ہو جاتا ہے۔</w:t>
      </w:r>
    </w:p>
    <w:p>
      <w:r>
        <w:rPr>
          <w:b/>
        </w:rPr>
        <w:t xml:space="preserve">[05:54] </w:t>
      </w:r>
      <w:r>
        <w:t>to iska matlab hai ke ab sab paudon</w:t>
      </w:r>
    </w:p>
    <w:p>
      <w:pPr>
        <w:jc w:val="right"/>
      </w:pPr>
      <w:r>
        <w:t>تو اس کا معنی ہے کہ اب سب پودوں</w:t>
      </w:r>
    </w:p>
    <w:p>
      <w:r>
        <w:rPr>
          <w:b/>
        </w:rPr>
        <w:t xml:space="preserve">[05:56] </w:t>
      </w:r>
      <w:r>
        <w:t>ko milaiye aap. to matlab yeh bana ke aye insaan! tum ko rehna hai</w:t>
      </w:r>
    </w:p>
    <w:p>
      <w:pPr>
        <w:jc w:val="right"/>
      </w:pPr>
      <w:r>
        <w:t>کو ملائیے آپ۔ تو مطلب یہ بنا کہ اے انسان! تم کو رہنا ہے</w:t>
      </w:r>
    </w:p>
    <w:p>
      <w:r>
        <w:rPr>
          <w:b/>
        </w:rPr>
        <w:t xml:space="preserve">[06:04] </w:t>
      </w:r>
      <w:r>
        <w:t>darulqabd mein. yaani world of problem mein.</w:t>
      </w:r>
    </w:p>
    <w:p>
      <w:pPr>
        <w:jc w:val="right"/>
      </w:pPr>
      <w:r>
        <w:t>دارالقبد میں۔ یعنی ورلڈ آف پرابلم میں۔</w:t>
      </w:r>
    </w:p>
    <w:p>
      <w:r>
        <w:rPr>
          <w:b/>
        </w:rPr>
        <w:t xml:space="preserve">[06:12] </w:t>
      </w:r>
      <w:r>
        <w:t>to agar tum chahte ho ke tum ko jannat mile to</w:t>
      </w:r>
    </w:p>
    <w:p>
      <w:pPr>
        <w:jc w:val="right"/>
      </w:pPr>
      <w:r>
        <w:t>تو اگر تم چاہتے ہو کہ تم کو جنت ملے تو</w:t>
      </w:r>
    </w:p>
    <w:p>
      <w:r>
        <w:rPr>
          <w:b/>
        </w:rPr>
        <w:t xml:space="preserve">[06:22] </w:t>
      </w:r>
      <w:r>
        <w:t>tum ko bachna hoga reaction se.</w:t>
      </w:r>
    </w:p>
    <w:p>
      <w:pPr>
        <w:jc w:val="right"/>
      </w:pPr>
      <w:r>
        <w:t>تم کو بچنا ہوگا ری ایکشن سے۔</w:t>
      </w:r>
    </w:p>
    <w:p>
      <w:r>
        <w:rPr>
          <w:b/>
        </w:rPr>
        <w:t xml:space="preserve">[06:29] </w:t>
      </w:r>
      <w:r>
        <w:t>bachna hoga reaction se. yaani without inspite of all those problems you have to keep patience.</w:t>
      </w:r>
    </w:p>
    <w:p>
      <w:pPr>
        <w:jc w:val="right"/>
      </w:pPr>
      <w:r>
        <w:t>بچنا ہوگا ری ایکشن سے۔ یعنی Without inspite of all those problems you have to keep patience.</w:t>
      </w:r>
    </w:p>
    <w:p>
      <w:r>
        <w:rPr>
          <w:b/>
        </w:rPr>
        <w:t xml:space="preserve">[06:42] </w:t>
      </w:r>
      <w:r>
        <w:t>you have to avoid provocation. you have to save yourself from negative thought. yeh matlab bana iska.</w:t>
      </w:r>
    </w:p>
    <w:p>
      <w:pPr>
        <w:jc w:val="right"/>
      </w:pPr>
      <w:r>
        <w:t>You have to avoid provocation. You have to save yourself from negative thought. یہ مطلب بنا اس کا۔</w:t>
      </w:r>
    </w:p>
    <w:p>
      <w:r>
        <w:rPr>
          <w:b/>
        </w:rPr>
        <w:t xml:space="preserve">[06:59] </w:t>
      </w:r>
      <w:r>
        <w:t>ab is mein ek aur baat shamil kijiye aap. jo quran se maloom hoti hai. ke insaan ko Allah taala ne paida kiya hai saada fitrat par.</w:t>
      </w:r>
    </w:p>
    <w:p>
      <w:pPr>
        <w:jc w:val="right"/>
      </w:pPr>
      <w:r>
        <w:t>اب اس میں ایک اور بات شامل کیجیے آپ۔ جو قرآن سے معلوم ہوتی ہے۔ کہ انسان کو اللہ تعالیٰ نے پیدا کیا ہے سادہ فطرت پر۔</w:t>
      </w:r>
    </w:p>
    <w:p>
      <w:r>
        <w:rPr>
          <w:b/>
        </w:rPr>
        <w:t xml:space="preserve">[07:11] </w:t>
      </w:r>
      <w:r>
        <w:t>jis tarah se aap jante hain ke iron jo hai, iron shuru mein hota hai aur. ore aur. woh loha nahi hota.</w:t>
      </w:r>
    </w:p>
    <w:p>
      <w:pPr>
        <w:jc w:val="right"/>
      </w:pPr>
      <w:r>
        <w:t>جس طرح سے آپ جانتے ہیں کہ آئرن جو ہے، آئرن شروع میں ہوتا ہے اور۔ او آر ای اور۔ وہ لوہا نہیں ہوتا۔</w:t>
      </w:r>
    </w:p>
    <w:p>
      <w:r>
        <w:rPr>
          <w:b/>
        </w:rPr>
        <w:t xml:space="preserve">[07:22] </w:t>
      </w:r>
      <w:r>
        <w:t>woh iron nahi hota. woh steel nahi hota. woh to mitti jaisa hota hai.</w:t>
      </w:r>
    </w:p>
    <w:p>
      <w:pPr>
        <w:jc w:val="right"/>
      </w:pPr>
      <w:r>
        <w:t>وہ آئرن نہیں ہوتا۔ وہ اسٹیل نہیں ہوتا۔ وہ تو مٹی جیسا ہوتا ہے۔</w:t>
      </w:r>
    </w:p>
    <w:p>
      <w:r>
        <w:rPr>
          <w:b/>
        </w:rPr>
        <w:t xml:space="preserve">[07:30] </w:t>
      </w:r>
      <w:r>
        <w:t>phir engineer kya karta hai? is ore ko safai kar kar kar ke iron banata hai. phir iron ko aur safai kar ke woh steel banata hai.</w:t>
      </w:r>
    </w:p>
    <w:p>
      <w:pPr>
        <w:jc w:val="right"/>
      </w:pPr>
      <w:r>
        <w:t>پھر انجینئر کیا کرتا ہے؟ اس اور کو صفائی کر کر کر کے آئرن بناتا ہے۔ پھر آئرن کو اور صفائی کر کے وہ اسٹیل بناتا ہے۔</w:t>
      </w:r>
    </w:p>
    <w:p>
      <w:r>
        <w:rPr>
          <w:b/>
        </w:rPr>
        <w:t xml:space="preserve">[07:39] </w:t>
      </w:r>
      <w:r>
        <w:t>steel ko aur safai ban kar ke aur us ke machine banata hai. to aadmi bhi paida kiya gaya hai ore ki manind.</w:t>
      </w:r>
    </w:p>
    <w:p>
      <w:pPr>
        <w:jc w:val="right"/>
      </w:pPr>
      <w:r>
        <w:t>اسٹیل کو اور صفائی بن کر کے اور اس کے مشینیں بناتا ہے۔ تو آدمی بھی پیدا کیا گیا ہے اور کی مانند۔</w:t>
      </w:r>
    </w:p>
    <w:p>
      <w:r>
        <w:rPr>
          <w:b/>
        </w:rPr>
        <w:t xml:space="preserve">[07:51] </w:t>
      </w:r>
      <w:r>
        <w:t>yaani potential to aap ko diya gaya hai. ore jo hai potentially woh steel hai. magar actual sense mein woh steel nahi hai woh.</w:t>
      </w:r>
    </w:p>
    <w:p>
      <w:pPr>
        <w:jc w:val="right"/>
      </w:pPr>
      <w:r>
        <w:t>یعنی پوٹینشل تو آپ کو دیا گیا ہے۔ اور جو ہے پوٹینشلی وہ اسٹیل ہے۔ مگر ایکچول سینس میں وہ اسٹیل نہیں ہے وہ۔</w:t>
      </w:r>
    </w:p>
    <w:p>
      <w:r>
        <w:rPr>
          <w:b/>
        </w:rPr>
        <w:t xml:space="preserve">[08:05] </w:t>
      </w:r>
      <w:r>
        <w:t>aur jo hai potentially woh steel zaroor hai. lekin actual sense mein woh steel nahi hai woh. yahi muamla hai insaan ka hai.</w:t>
      </w:r>
    </w:p>
    <w:p>
      <w:pPr>
        <w:jc w:val="right"/>
      </w:pPr>
      <w:r>
        <w:t>اور جو ہے پوٹینشلی وہ اسٹیل ضرور ہے۔ لیکن ایکچول سینس میں وہ اسٹیل نہیں ہے وہ۔ یہی معاملہ ہے انسان کا ہے۔</w:t>
      </w:r>
    </w:p>
    <w:p>
      <w:r>
        <w:rPr>
          <w:b/>
        </w:rPr>
        <w:t xml:space="preserve">[08:16] </w:t>
      </w:r>
      <w:r>
        <w:t>ke aap ke andar potential to sab kuch hai. lekin actual aap ko banana hai. woh actual jo hai koi aap ko doosra nahi kar dega aap ko.</w:t>
      </w:r>
    </w:p>
    <w:p>
      <w:pPr>
        <w:jc w:val="right"/>
      </w:pPr>
      <w:r>
        <w:t>کہ آپ کے اندر پوٹینشل تو سب کچھ ہے۔ لیکن ایکچول آپ کو بنانا ہے۔ وہ ایکچول جو ہے کوئی آپ کو دوسرا نہیں کر دے گا آپ کو۔</w:t>
      </w:r>
    </w:p>
    <w:p>
      <w:r>
        <w:rPr>
          <w:b/>
        </w:rPr>
        <w:t xml:space="preserve">[08:28] </w:t>
      </w:r>
      <w:r>
        <w:t>in sab baaton ko milakar sochiye</w:t>
      </w:r>
    </w:p>
    <w:p>
      <w:pPr>
        <w:jc w:val="right"/>
      </w:pPr>
      <w:r>
        <w:t>ان سب باتوں کو ملا کر سوچیے</w:t>
      </w:r>
    </w:p>
    <w:p>
      <w:r>
        <w:rPr>
          <w:b/>
        </w:rPr>
        <w:t xml:space="preserve">[08:32] </w:t>
      </w:r>
      <w:r>
        <w:t>to yeh banti hai baat. ke paradise un ko milegi jo paradise ke liye apne aap ko deserving candidate prove karein.</w:t>
      </w:r>
    </w:p>
    <w:p>
      <w:pPr>
        <w:jc w:val="right"/>
      </w:pPr>
      <w:r>
        <w:t>تو یہ بنتی ہے بات۔ کہ پیراڈائز ان کو ملے گی جو پیراڈائز کے لیے اپنے آپ کو ڈیزرونگ کینڈیڈیٹ پروف کریں۔</w:t>
      </w:r>
    </w:p>
    <w:p>
      <w:r>
        <w:rPr>
          <w:b/>
        </w:rPr>
        <w:t xml:space="preserve">[08:47] </w:t>
      </w:r>
      <w:r>
        <w:t>yaani "paradise is only for those who prove themselves as a deserving candidate for paradise". is ka matlab kya hua</w:t>
      </w:r>
    </w:p>
    <w:p>
      <w:pPr>
        <w:jc w:val="right"/>
      </w:pPr>
      <w:r>
        <w:t>یعنی "Paradise is only for those who prove themselves as a deserving candidate for paradise" ۔ اس کا مطلب کیا ہوا</w:t>
      </w:r>
    </w:p>
    <w:p>
      <w:r>
        <w:rPr>
          <w:b/>
        </w:rPr>
        <w:t xml:space="preserve">[08:58] </w:t>
      </w:r>
      <w:r>
        <w:t>aap ko apne andar paradise wali personality develop karna hai.</w:t>
      </w:r>
    </w:p>
    <w:p>
      <w:pPr>
        <w:jc w:val="right"/>
      </w:pPr>
      <w:r>
        <w:t>؟ آپ کو اپنے اندر پیراڈائز والی پرسنیلٹی ڈیولپ کرنا ہے۔</w:t>
      </w:r>
    </w:p>
    <w:p>
      <w:r>
        <w:rPr>
          <w:b/>
        </w:rPr>
        <w:t xml:space="preserve">[09:06] </w:t>
      </w:r>
      <w:r>
        <w:t>ab aap aur kuch aayaton ko milaiye. quran mein jannat ke bare mein aaya hai ke jannat darussalam hai.</w:t>
      </w:r>
    </w:p>
    <w:p>
      <w:pPr>
        <w:jc w:val="right"/>
      </w:pPr>
      <w:r>
        <w:t>اب آپ اور کچھ آیتوں کو ملائیے۔ قرآن میں جنت کے بارے میں آیا ہے کہ جنت دارالسلام ہے۔</w:t>
      </w:r>
    </w:p>
    <w:p>
      <w:r>
        <w:rPr>
          <w:b/>
        </w:rPr>
        <w:t xml:space="preserve">[09:16] </w:t>
      </w:r>
      <w:r>
        <w:t>"wallahiyad'u ila darissalam" . yaani jannat mein har taraf peace hai. ek peaceful society hai jannat.</w:t>
      </w:r>
    </w:p>
    <w:p>
      <w:pPr>
        <w:jc w:val="right"/>
      </w:pPr>
      <w:r>
        <w:t>"واللہیدعو الی دارالسلام" ۔ یعنی جنت میں ہر طرف پیس ہے۔ ایک پیس فل سوسائٹی ہے جنت۔</w:t>
      </w:r>
    </w:p>
    <w:p>
      <w:r>
        <w:rPr>
          <w:b/>
        </w:rPr>
        <w:t xml:space="preserve">[09:28] </w:t>
      </w:r>
      <w:r>
        <w:t>yaani, yaani poore maanon mein peaceful. poore maanon mein peaceful. duniya mein aap jante hain ke hum peace ki baatein karte hain.</w:t>
      </w:r>
    </w:p>
    <w:p>
      <w:pPr>
        <w:jc w:val="right"/>
      </w:pPr>
      <w:r>
        <w:t>یعنی، یعنی پورے معنوں میں پیس فل۔ پورے معنوں میں پیس فل۔ دنیا میں آپ جانتے ہیں کہ ہم پیس کی باتیں کرتے ہیں۔</w:t>
      </w:r>
    </w:p>
    <w:p>
      <w:r>
        <w:rPr>
          <w:b/>
        </w:rPr>
        <w:t xml:space="preserve">[09:40] </w:t>
      </w:r>
      <w:r>
        <w:t>paisa hai kahan? aise hi dekhiye jannat ke bare mein hai. "la yusaboon fiha laghman bila taqseem" .</w:t>
      </w:r>
    </w:p>
    <w:p>
      <w:pPr>
        <w:jc w:val="right"/>
      </w:pPr>
      <w:r>
        <w:t>پیس ہے کہاں؟ ایسے ہی دیکھیے جنت کے بارے میں ہے۔ "لا يسبعون فيها لغمًا بلا تقسيم" ۔</w:t>
      </w:r>
    </w:p>
    <w:p>
      <w:r>
        <w:rPr>
          <w:b/>
        </w:rPr>
        <w:t xml:space="preserve">[09:55] </w:t>
      </w:r>
      <w:r>
        <w:t>yani jannat mein koi nuisances nahi hoga.</w:t>
      </w:r>
    </w:p>
    <w:p>
      <w:pPr>
        <w:jc w:val="right"/>
      </w:pPr>
      <w:r>
        <w:t>یعنی جنت میں کوئی نیوشنز نہیں ہوگا۔</w:t>
      </w:r>
    </w:p>
    <w:p>
      <w:r>
        <w:rPr>
          <w:b/>
        </w:rPr>
        <w:t xml:space="preserve">[09:59] </w:t>
      </w:r>
      <w:r>
        <w:t>to nuisances koi create na karega tabhi to nuisances nahi hoga. jannat wale jo log hain jab woh is tarah rahe wahan self strength tareeqe par.</w:t>
      </w:r>
    </w:p>
    <w:p>
      <w:pPr>
        <w:jc w:val="right"/>
      </w:pPr>
      <w:r>
        <w:t>تو نیوشنز کوئی کریٹ نہ کرے گا تبھی تو نیوشنز نہیں ہوگا۔ جنت والے جو لوگ ہیں جب وہ اس طرح رہیں وہاں سیلف اسٹرینتھ طریقے پر۔</w:t>
      </w:r>
    </w:p>
    <w:p>
      <w:r>
        <w:rPr>
          <w:b/>
        </w:rPr>
        <w:t xml:space="preserve">[10:12] </w:t>
      </w:r>
      <w:r>
        <w:t>ke woh kisi ke liye problem na create karein. kisi ke liye nuisances na create karein. tab to woh society mein nuisances nahi hoga.</w:t>
      </w:r>
    </w:p>
    <w:p>
      <w:pPr>
        <w:jc w:val="right"/>
      </w:pPr>
      <w:r>
        <w:t>کہ وہ کسی کے لیے پرابلم نہ کریٹ کریں۔ کسی کے لیے نیوشنز نہ کریٹ کریں۔ تب تو وہ سوسائٹی میں نیوشنز نہیں ہوگا۔</w:t>
      </w:r>
    </w:p>
    <w:p>
      <w:r>
        <w:rPr>
          <w:b/>
        </w:rPr>
        <w:t xml:space="preserve">[10:22] </w:t>
      </w:r>
      <w:r>
        <w:t>hamari jannat ki society woh society hai jahan log itne zyada highly developed hon. highly developed. itne zyada bashaoor hon.</w:t>
      </w:r>
    </w:p>
    <w:p>
      <w:pPr>
        <w:jc w:val="right"/>
      </w:pPr>
      <w:r>
        <w:t>ہماری جنت کی سوسائٹی وہ سوسائٹی ہے جہاں لوگ اتنے زیادہ ہائیلی ڈیولپڈ ہوں۔ ہائیلی ڈیولپڈ۔ اتنے زیادہ باشعور ہوں۔</w:t>
      </w:r>
    </w:p>
    <w:p>
      <w:r>
        <w:rPr>
          <w:b/>
        </w:rPr>
        <w:t xml:space="preserve">[10:34] </w:t>
      </w:r>
      <w:r>
        <w:t>itne zyada wisdom unke andar ho. ke woh no problem person bankar rahein. kisi ke liye koi least problem na create karein.</w:t>
      </w:r>
    </w:p>
    <w:p>
      <w:pPr>
        <w:jc w:val="right"/>
      </w:pPr>
      <w:r>
        <w:t>اتنے زیادہ وزڈم ان کے اندر ہو۔ کہ وہ نو پرابلم پرسن بن کر رہیں۔ کسی کے لیے کوئی لیسٹ پرابلم نہ کریٹ کریں۔</w:t>
      </w:r>
    </w:p>
    <w:p>
      <w:r>
        <w:rPr>
          <w:b/>
        </w:rPr>
        <w:t xml:space="preserve">[10:43] </w:t>
      </w:r>
      <w:r>
        <w:t>kisi ke liye nuisances create na karein.</w:t>
      </w:r>
    </w:p>
    <w:p>
      <w:pPr>
        <w:jc w:val="right"/>
      </w:pPr>
      <w:r>
        <w:t>کسی کے لیے نیوشنز کریٹ نہ کریں۔</w:t>
      </w:r>
    </w:p>
    <w:p>
      <w:r>
        <w:rPr>
          <w:b/>
        </w:rPr>
        <w:t xml:space="preserve">[10:47] </w:t>
      </w:r>
      <w:r>
        <w:t>ab duniya mein aap dekhiye agar aap duniya mein is haal mein hain reh rahe hain. duniya mein agar aap is haal mein reh rahe hain ke kisi ne aap ko provoke kiya to aap bhadak uthe.</w:t>
      </w:r>
    </w:p>
    <w:p>
      <w:pPr>
        <w:jc w:val="right"/>
      </w:pPr>
      <w:r>
        <w:t>اب دنیا میں آپ دیکھیے اگر آپ دنیا میں اس حال میں ہیں رہ رہے ہیں۔ دنیا میں اگر آپ اس حال میں رہ رہے ہیں کہ کسی نے آپ کو پرووک کیا تو آپ بھڑک اٹھے۔</w:t>
      </w:r>
    </w:p>
    <w:p>
      <w:r>
        <w:rPr>
          <w:b/>
        </w:rPr>
        <w:t xml:space="preserve">[10:58] </w:t>
      </w:r>
      <w:r>
        <w:t>to iska matlab hai aap ne yeh sabit kiya ke main jannat ke qabil nahi hoon. kisi ne is se aap ko koi nuqsan pohancha to aap is revenge ke liye tayyar ho gaye.</w:t>
      </w:r>
    </w:p>
    <w:p>
      <w:pPr>
        <w:jc w:val="right"/>
      </w:pPr>
      <w:r>
        <w:t>تو اس کا مطلب ہے آپ نے یہ ثابت کیا کہ میں جنت کے قابل نہیں ہوں۔ کسی نے اس سے آپ کو کوئی نقصان پہنچا تو آپ اس ریونج کے لیے تیار ہو گئے۔</w:t>
      </w:r>
    </w:p>
    <w:p>
      <w:r>
        <w:rPr>
          <w:b/>
        </w:rPr>
        <w:t xml:space="preserve">[11:09] </w:t>
      </w:r>
      <w:r>
        <w:t>to aap sabit kiya aap ne ke main deserving candidate nahi hoon jannat ke liye.</w:t>
      </w:r>
    </w:p>
    <w:p>
      <w:pPr>
        <w:jc w:val="right"/>
      </w:pPr>
      <w:r>
        <w:t>تو آپ ثابت کیا آپ نے کہ میں ڈیزرونگ کینڈیڈیٹ نہیں ہوں جنت کے لیے۔</w:t>
      </w:r>
    </w:p>
    <w:p>
      <w:r>
        <w:rPr>
          <w:b/>
        </w:rPr>
        <w:t xml:space="preserve">[11:19] </w:t>
      </w:r>
      <w:r>
        <w:t>agar aap ko kisi se unpleasant experience hua to aap uske liye negative ho gaye. to iska matlab hai ke aap ne sabit kiya ke aap paradise ke liye deserving candidate nahi hain.</w:t>
      </w:r>
    </w:p>
    <w:p>
      <w:pPr>
        <w:jc w:val="right"/>
      </w:pPr>
      <w:r>
        <w:t>اگر آپ کو کسی سے ان پلیزنٹ ایکسپیرینس ہوا تو آپ اس کے لیے نیگیٹیو ہو گئے۔ تو اس کا مطلب ہے کہ آپ نے ثابت کیا کہ آپ پیراڈائز کے لیے ڈیزرونگ کینڈیڈیٹ نہیں ہیں۔</w:t>
      </w:r>
    </w:p>
    <w:p>
      <w:r>
        <w:rPr>
          <w:b/>
        </w:rPr>
        <w:t xml:space="preserve">[11:35] </w:t>
      </w:r>
      <w:r>
        <w:t>to jannat to is duniya ke bare mein dekhiye yeh baat quran aur hadith mein batai gayi hai ke yeh testing ground hai. yani imtehan ki jagah hai.</w:t>
      </w:r>
    </w:p>
    <w:p>
      <w:pPr>
        <w:jc w:val="right"/>
      </w:pPr>
      <w:r>
        <w:t>تو جنت تو اس دنیا کے بارے میں دیکھیے یہ بات قرآن اور حدیث میں بتائی گئی ہے کہ یہ ٹیسٹنگ گراؤنڈ ہے۔ یعنی امتحان کی جگہ ہے۔</w:t>
      </w:r>
    </w:p>
    <w:p>
      <w:r>
        <w:rPr>
          <w:b/>
        </w:rPr>
        <w:t xml:space="preserve">[11:46] </w:t>
      </w:r>
      <w:r>
        <w:t>testing ground.</w:t>
      </w:r>
    </w:p>
    <w:p>
      <w:pPr>
        <w:jc w:val="right"/>
      </w:pPr>
      <w:r>
        <w:t>ٹیسٹنگ گراؤنڈ۔</w:t>
      </w:r>
    </w:p>
    <w:p>
      <w:r>
        <w:rPr>
          <w:b/>
        </w:rPr>
        <w:t xml:space="preserve">[11:48] </w:t>
      </w:r>
      <w:r>
        <w:t>to test kaisa hoga? agar yahan par sab kuch bilkul saboot ho, sab theek thaak ho, koi aap ko na koi nuqsan ho, na koi aap ko provoke kare, na kuch bhi na ho to to phir test kaise liya jayega?</w:t>
      </w:r>
    </w:p>
    <w:p>
      <w:pPr>
        <w:jc w:val="right"/>
      </w:pPr>
      <w:r>
        <w:t>تو ٹیسٹ کیسا ہوگا؟ اگر یہاں پر سب کچھ بالکل ثبوت ہو، سب ٹھیک ٹھاک ہو، کوئی آپ کو نہ کوئی نقصان ہو، نہ کوئی آپ کو پرووک کرے، نہ کچھ بھی نہ ہو تو تو پھر ٹیسٹ کیسے لیا جائے گا؟</w:t>
      </w:r>
    </w:p>
    <w:p>
      <w:r>
        <w:rPr>
          <w:b/>
        </w:rPr>
        <w:t xml:space="preserve">[12:09] </w:t>
      </w:r>
      <w:r>
        <w:t>test kaise liya jayega? to duniya ko khuda ne jo banaya world of problem, darul qabz jo banaya,</w:t>
      </w:r>
    </w:p>
    <w:p>
      <w:pPr>
        <w:jc w:val="right"/>
      </w:pPr>
      <w:r>
        <w:t>ٹیسٹ کیسے لیا جائے گا؟ تو دنیا کو خدا نے جو بنایا ورلڈ آف پرابلم، دارالقبد جو بنایا،</w:t>
      </w:r>
    </w:p>
    <w:p>
      <w:r>
        <w:rPr>
          <w:b/>
        </w:rPr>
        <w:t xml:space="preserve">[12:20] </w:t>
      </w:r>
      <w:r>
        <w:t>problem ki duniya kyun banaya? ke problem ke darmiyan jab aap rahenge tabhi to pata chalega ke aap jannat wale character aap ke andar hain ke nahi hain.</w:t>
      </w:r>
    </w:p>
    <w:p>
      <w:pPr>
        <w:jc w:val="right"/>
      </w:pPr>
      <w:r>
        <w:t>پرابلم کی دنیا کیوں بنایا؟ کہ پرابلم کے درمیان جب آپ رہیں گے تبھی تو پتہ چلے گا کہ آپ جنت والے کریکٹر آپ کے اندر ہیں کہ نہیں ہیں۔</w:t>
      </w:r>
    </w:p>
    <w:p>
      <w:r>
        <w:rPr>
          <w:b/>
        </w:rPr>
        <w:t xml:space="preserve">[12:31] </w:t>
      </w:r>
      <w:r>
        <w:t>paradise wala character aap ke andar hai ke nahi hai. isi liye aap dekhiye paighambaron ko bhi museebatein padin.</w:t>
      </w:r>
    </w:p>
    <w:p>
      <w:pPr>
        <w:jc w:val="right"/>
      </w:pPr>
      <w:r>
        <w:t>پیراڈائز والا کریکٹر آپ کے اندر ہے کہ نہیں ہے۔ اسی لیے آپ دیکھیے پیغمبروں کو بھی مصیبتیں پڑیں۔</w:t>
      </w:r>
    </w:p>
    <w:p>
      <w:r>
        <w:rPr>
          <w:b/>
        </w:rPr>
        <w:t xml:space="preserve">[12:43] </w:t>
      </w:r>
      <w:r>
        <w:t>sahaba ko bhi museebatein padin.</w:t>
      </w:r>
    </w:p>
    <w:p>
      <w:pPr>
        <w:jc w:val="right"/>
      </w:pPr>
      <w:r>
        <w:t>صحابہ کو بھی مصیبتیں پڑیں۔</w:t>
      </w:r>
    </w:p>
    <w:p>
      <w:r>
        <w:rPr>
          <w:b/>
        </w:rPr>
        <w:t xml:space="preserve">[12:48] </w:t>
      </w:r>
      <w:r>
        <w:t>koi is mein kisi ka exception nahi hai. kyunke sab test par hain. paighambar bhi test par hain. yaad rakhiye. sab log test par hain.</w:t>
      </w:r>
    </w:p>
    <w:p>
      <w:pPr>
        <w:jc w:val="right"/>
      </w:pPr>
      <w:r>
        <w:t>کوئی اس میں کسی کا ایکسیپشن نہیں ہے۔ کیونکہ سب ٹیسٹ پر ہیں۔ پیغمبر بھی ٹیسٹ پر ہیں۔ یاد رکھیے۔ سب لوگ ٹیسٹ پر ہیں۔</w:t>
      </w:r>
    </w:p>
    <w:p>
      <w:r>
        <w:rPr>
          <w:b/>
        </w:rPr>
        <w:t xml:space="preserve">[13:02] </w:t>
      </w:r>
      <w:r>
        <w:t>har aadmi ko apne andar yeh yeh sabit karna hai ke main ek apne aap ko ek ek trained personality sabit karna hai.</w:t>
      </w:r>
    </w:p>
    <w:p>
      <w:pPr>
        <w:jc w:val="right"/>
      </w:pPr>
      <w:r>
        <w:t>ہر آدمی کو اپنے اندر یہ یہ ثابت کرنا ہے کہ میں ایک اپنے آپ کو ایک ایک ٹرینڈ پرسنیلٹی ثابت کرنا ہے۔</w:t>
      </w:r>
    </w:p>
    <w:p>
      <w:r>
        <w:rPr>
          <w:b/>
        </w:rPr>
        <w:t xml:space="preserve">[13:14] </w:t>
      </w:r>
      <w:r>
        <w:t>jaise aap school mein padhte hain, college mein jaate hain aur training lete hain. in sab ke baad aap ko declare kiya jata hai ke now he is a trained person</w:t>
      </w:r>
    </w:p>
    <w:p>
      <w:pPr>
        <w:jc w:val="right"/>
      </w:pPr>
      <w:r>
        <w:t>جیسے آپ اسکول میں پڑھتے ہیں، کالج میں جاتے ہیں اور ٹریننگ لیتے ہیں۔ ان سب کے بعد آپ کو ڈیکلیئر کیا جاتا ہے کہ now he is a trained person</w:t>
      </w:r>
    </w:p>
    <w:p>
      <w:r>
        <w:rPr>
          <w:b/>
        </w:rPr>
        <w:t xml:space="preserve">[13:30] </w:t>
      </w:r>
      <w:r>
        <w:t>. tab aap ko select kiya jata hai. selection kab hota hai? jab aap har level par apne aap ko ka apna competent sabit kar chuke hon.</w:t>
      </w:r>
    </w:p>
    <w:p>
      <w:pPr>
        <w:jc w:val="right"/>
      </w:pPr>
      <w:r>
        <w:t>۔ تب آپ کو سلیکٹ کیا جاتا ہے۔ سلیکشن کب ہوتا ہے؟ جب آپ ہر لیول پر اپنے آپ کو کا اپنا کمپیٹنٹ ثابت کر چکے ہوں۔</w:t>
      </w:r>
    </w:p>
    <w:p>
      <w:r>
        <w:rPr>
          <w:b/>
        </w:rPr>
        <w:t xml:space="preserve">[13:40] </w:t>
      </w:r>
      <w:r>
        <w:t>yeh impossible hai ke aap ko koi bari position di jaye aur bas yun hi de diya jaye aap ko. kisi institution ka aap ko director bana diya jaye aur yun hi bana diya jaye.</w:t>
      </w:r>
    </w:p>
    <w:p>
      <w:pPr>
        <w:jc w:val="right"/>
      </w:pPr>
      <w:r>
        <w:t>یہ امپاسیبل ہے کہ آپ کو کوئی بڑی پوزیشن دی جائے اور بس یوں ہی دے دیا جائے آپ کو۔ کسی انسٹیٹیوشن کا آپ کو ڈائریکٹر بنا دیا جائے اور یوں ہی بنا دیا جائے۔</w:t>
      </w:r>
    </w:p>
    <w:p>
      <w:r>
        <w:rPr>
          <w:b/>
        </w:rPr>
        <w:t xml:space="preserve">[13:52] </w:t>
      </w:r>
      <w:r>
        <w:t>aisa kabhi nahi hota. kisi company ka aap ko boss bana diya jaye, aap ko yun hi bana diya jaye. aisa kabhi nahi hota. bohat se level se aadmi guzarta hai.</w:t>
      </w:r>
    </w:p>
    <w:p>
      <w:pPr>
        <w:jc w:val="right"/>
      </w:pPr>
      <w:r>
        <w:t>ایسا کبھی نہیں ہوتا۔ کسی کمپنی کا آپ کو باس بنا دیا جائے، آپ کو یوں ہی بنا دیا جائے۔ ایسا کبھی نہیں ہوتا۔ بہت سے لیول سے آدمی گزرتا ہے۔</w:t>
      </w:r>
    </w:p>
    <w:p>
      <w:r>
        <w:rPr>
          <w:b/>
        </w:rPr>
        <w:t xml:space="preserve">[14:04] </w:t>
      </w:r>
      <w:r>
        <w:t>guzarte guzarte woh apne aap ko prove karta hai ke I am a person of that kind .</w:t>
      </w:r>
    </w:p>
    <w:p>
      <w:pPr>
        <w:jc w:val="right"/>
      </w:pPr>
      <w:r>
        <w:t>گزرتے گزرتے وہ اپنے آپ کو پروف کرتا ہے کہ I am a person of that kind ۔</w:t>
      </w:r>
    </w:p>
    <w:p>
      <w:r>
        <w:rPr>
          <w:b/>
        </w:rPr>
        <w:t xml:space="preserve">[14:13] </w:t>
      </w:r>
      <w:r>
        <w:t>tab us ko selection kiya hota hai is ka. to yeh dunya ko jo kaha gaya hai darul imtihan hai, testing ground hai, isi sense mein hai.</w:t>
      </w:r>
    </w:p>
    <w:p>
      <w:pPr>
        <w:jc w:val="right"/>
      </w:pPr>
      <w:r>
        <w:t>تب اس کو سلیکشن کیا ہوتا ہے اس کا۔ تو یہ دنیا کو جو کہا گیا ہے دارالامتحان ہے، ٹیسٹنگ گراؤنڈ ہے، اسی سینس میں ہے۔</w:t>
      </w:r>
    </w:p>
    <w:p>
      <w:r>
        <w:rPr>
          <w:b/>
        </w:rPr>
        <w:t xml:space="preserve">[14:26] </w:t>
      </w:r>
      <w:r>
        <w:t>keh aap ko unpleasant situation face karni pare gi.</w:t>
      </w:r>
    </w:p>
    <w:p>
      <w:pPr>
        <w:jc w:val="right"/>
      </w:pPr>
      <w:r>
        <w:t>کہ آپ کو ان پلیزنٹ سچوئیشن فیس کرنی پڑے گی۔</w:t>
      </w:r>
    </w:p>
    <w:p>
      <w:r>
        <w:rPr>
          <w:b/>
        </w:rPr>
        <w:t xml:space="preserve">[14:31] </w:t>
      </w:r>
      <w:r>
        <w:t>aap ko provocative situation zaroor aap ke samne aye gi. aap ko zaroor problem ka samna karna pare ga. taakeh yeh maloom ho keh aap paradise wala character aap ke andar hai keh nahi.</w:t>
      </w:r>
    </w:p>
    <w:p>
      <w:pPr>
        <w:jc w:val="right"/>
      </w:pPr>
      <w:r>
        <w:t>آپ کو پرووکیٹیو سچوئیشن ضرور آپ کے سامنے آئے گی۔ آپ کو ضرور پرابلم کا سامنا کرنا پڑے گا۔ تاکہ یہ معلوم ہو کہ آپ پیراڈائز والا کریکٹر آپ کے اندر ہے کہ نہیں۔</w:t>
      </w:r>
    </w:p>
    <w:p>
      <w:r>
        <w:rPr>
          <w:b/>
        </w:rPr>
        <w:t xml:space="preserve">[14:47] </w:t>
      </w:r>
      <w:r>
        <w:t>phir dekhiye yeh saada baat nahi hai. jab khuda ne aap ko mister potential to banaya, mister actual nahi banaya.</w:t>
      </w:r>
    </w:p>
    <w:p>
      <w:pPr>
        <w:jc w:val="right"/>
      </w:pPr>
      <w:r>
        <w:t>پھر دیکھیے یہ سادہ بات نہیں ہے۔ جب خدا نے آپ کو مسٹر پوٹینشل تو بنایا، مسٹر ایکچول نہیں بنایا۔</w:t>
      </w:r>
    </w:p>
    <w:p>
      <w:r>
        <w:rPr>
          <w:b/>
        </w:rPr>
        <w:t xml:space="preserve">[15:01] </w:t>
      </w:r>
      <w:r>
        <w:t>jab Allah ke naqshe mein aap ki takhleeq jo hui hai, as a mister potential hui hai, as a mister actual nahi hui hai.</w:t>
      </w:r>
    </w:p>
    <w:p>
      <w:pPr>
        <w:jc w:val="right"/>
      </w:pPr>
      <w:r>
        <w:t>جب اللہ کے نقشے میں آپ کی تخلیق جو ہوئی ہے، ایز اے مسٹر پوٹینشل ہوئی ہے، ایز اے مسٹر ایکچول نہیں ہوئی ہے۔</w:t>
      </w:r>
    </w:p>
    <w:p>
      <w:r>
        <w:rPr>
          <w:b/>
        </w:rPr>
        <w:t xml:space="preserve">[15:12] </w:t>
      </w:r>
      <w:r>
        <w:t>to yeh kaise hoga? yeh is ka tareeqa jo quran se maloom hota hai woh hai shock treatment.</w:t>
      </w:r>
    </w:p>
    <w:p>
      <w:pPr>
        <w:jc w:val="right"/>
      </w:pPr>
      <w:r>
        <w:t>تو یہ کیسے ہوگا؟ یہ اس کا طریقہ جو قرآن سے معلوم ہوتا ہے وہ ہے شاک ٹریٹمنٹ۔</w:t>
      </w:r>
    </w:p>
    <w:p>
      <w:r>
        <w:rPr>
          <w:b/>
        </w:rPr>
        <w:t xml:space="preserve">[15:22] </w:t>
      </w:r>
      <w:r>
        <w:t>hai shock treat</w:t>
      </w:r>
    </w:p>
    <w:p>
      <w:pPr>
        <w:jc w:val="right"/>
      </w:pPr>
      <w:r>
        <w:t>ہے شاک ٹری</w:t>
      </w:r>
    </w:p>
    <w:p>
      <w:r>
        <w:rPr>
          <w:b/>
        </w:rPr>
        <w:t xml:space="preserve">[15:23] </w:t>
      </w:r>
      <w:r>
        <w:t>ment. yeh jitne bhi shock hote hain jahan aap jab keh aap negative ho jatay hain ya aap ko ghussa aa jata hai ya aap ke andar intiqam, revenge bhark uthta hai.</w:t>
      </w:r>
    </w:p>
    <w:p>
      <w:pPr>
        <w:jc w:val="right"/>
      </w:pPr>
      <w:r>
        <w:t>ٹمنٹ۔ یہ جتنے بھی شاک ہوتے ہیں جہاں آپ جب کہ آپ نیگیٹیو ہو جاتے ہیں یا آپ کو غصہ آ جاتا ہے یا آپ کے اندر انتقام، ریونج بھڑک اٹھتا ہے۔</w:t>
      </w:r>
    </w:p>
    <w:p>
      <w:r>
        <w:rPr>
          <w:b/>
        </w:rPr>
        <w:t xml:space="preserve">[15:35] </w:t>
      </w:r>
      <w:r>
        <w:t>yeh sab shock hain, shock. aur yeh sab lekin yeh sab kya hain? woh blessing in disguise hain. blessing in disguise hain.</w:t>
      </w:r>
    </w:p>
    <w:p>
      <w:pPr>
        <w:jc w:val="right"/>
      </w:pPr>
      <w:r>
        <w:t>یہ سب شاک ہیں، شاک۔ اور یہ سب لیکن یہ سب کیا ہیں؟ وہ بلیسنگ ان ڈس گائز ہیں۔ بلیسنگ ان ڈس گائز ہیں۔</w:t>
      </w:r>
    </w:p>
    <w:p>
      <w:r>
        <w:rPr>
          <w:b/>
        </w:rPr>
        <w:t xml:space="preserve">[15:48] </w:t>
      </w:r>
      <w:r>
        <w:t>yaad rakhiye yeh kabhi hone wala nahi hai keh aik aap maidan e hashar pohnchein aur wahan par aap ko shafa'at ho jaye aur shafa'at se aap jannat mein pohnch jayein.</w:t>
      </w:r>
    </w:p>
    <w:p>
      <w:pPr>
        <w:jc w:val="right"/>
      </w:pPr>
      <w:r>
        <w:t>یاد رکھیے یہ کبھی ہونے والا نہیں ہے کہ ایک آپ میدان حشر پہنچیں اور وہاں پر آپ کو شفاعت ہو جائے اور شفاعت سے آپ جنت میں پہنچ جائیں۔</w:t>
      </w:r>
    </w:p>
    <w:p>
      <w:r>
        <w:rPr>
          <w:b/>
        </w:rPr>
        <w:t xml:space="preserve">[15:59] </w:t>
      </w:r>
      <w:r>
        <w:t>yeh bilkul false belief hai, false belief. koi shafa'at aap ko jannat mein nahi pohnchaye gi. aap salat tasbeeh parh liya aur us ke baad aap ko jannat likh di gayi.</w:t>
      </w:r>
    </w:p>
    <w:p>
      <w:pPr>
        <w:jc w:val="right"/>
      </w:pPr>
      <w:r>
        <w:t>یہ بالکل فالس بیلیف ہے، فالس بیلیف۔ کوئی شفاعت آپ کو جنت میں نہیں پہنچائے گی۔ آپ صلوۃ تسبیح پڑھ لیا اور اس کے بعد آپ کو جنت لکھ دی گئی۔</w:t>
      </w:r>
    </w:p>
    <w:p>
      <w:r>
        <w:rPr>
          <w:b/>
        </w:rPr>
        <w:t xml:space="preserve">[16:10] </w:t>
      </w:r>
      <w:r>
        <w:t>yeh sab nahi hone wala hai. musalman is waqt bilkul false belief mein jeetay hain.</w:t>
      </w:r>
    </w:p>
    <w:p>
      <w:pPr>
        <w:jc w:val="right"/>
      </w:pPr>
      <w:r>
        <w:t>یہ سب نہیں ہونے والا ہے۔ مسلمان اس وقت بالکل فالس بیلیف میں جیتے ہیں۔</w:t>
      </w:r>
    </w:p>
    <w:p>
      <w:r>
        <w:rPr>
          <w:b/>
        </w:rPr>
        <w:t xml:space="preserve">[16:16] </w:t>
      </w:r>
      <w:r>
        <w:t>musalmanon ne bana rakha hai keh salat tasbeeh parh lo aur shafa'at ka aqeedah rakh lo aur falan chalch mein chale jao aur tarah tarah ki bana rakhi hai logon ne.</w:t>
      </w:r>
    </w:p>
    <w:p>
      <w:pPr>
        <w:jc w:val="right"/>
      </w:pPr>
      <w:r>
        <w:t>مسلمانوں نے بنا رکھا ہے کہ صلوۃ تسبیح پڑھ لو اور شفاعت کا عقیدہ رکھ لو اور فلاں چلچ میں چلے جاؤ اور طرح طرح کی بنا رکھی ہے لوگوں نے۔</w:t>
      </w:r>
    </w:p>
    <w:p>
      <w:r>
        <w:rPr>
          <w:b/>
        </w:rPr>
        <w:t xml:space="preserve">[16:29] </w:t>
      </w:r>
      <w:r>
        <w:t>yeh kar do, woh kar do. yeh sab ke sab apna banaya hua criteria nahi hai. yeh Khuda ka diya hua criteria nahi hai.</w:t>
      </w:r>
    </w:p>
    <w:p>
      <w:pPr>
        <w:jc w:val="right"/>
      </w:pPr>
      <w:r>
        <w:t>یہ کر دو، وہ کر دو۔ یہ سب کے سب اپنا بنایا ہوا کرائٹیریا نہیں ہے۔ یہ خدا کا دیا ہوا کرائٹیریا نہیں ہے۔</w:t>
      </w:r>
    </w:p>
    <w:p>
      <w:r>
        <w:rPr>
          <w:b/>
        </w:rPr>
        <w:t xml:space="preserve">[16:44] </w:t>
      </w:r>
      <w:r>
        <w:t>woh to yahi hai keh aap ko tarah tarah ke problem, tarah tarah ke unpleasant situation mein rehna hi pare ga.</w:t>
      </w:r>
    </w:p>
    <w:p>
      <w:pPr>
        <w:jc w:val="right"/>
      </w:pPr>
      <w:r>
        <w:t>وہ تو یہی ہے کہ آپ کو طرح طرح کے پرابلم، طرح طرح کے ان پلیزنٹ سچوئیشن میں رہنا ہی پڑے گا۔</w:t>
      </w:r>
    </w:p>
    <w:p>
      <w:r>
        <w:rPr>
          <w:b/>
        </w:rPr>
        <w:t xml:space="preserve">[16:53] </w:t>
      </w:r>
      <w:r>
        <w:t>aur phir aap ko prove karna pare ga keh aap sare negative situation ke bawajood aap ne apni positivity ko maintain kiya.</w:t>
      </w:r>
    </w:p>
    <w:p>
      <w:pPr>
        <w:jc w:val="right"/>
      </w:pPr>
      <w:r>
        <w:t>اور پھر آپ کو پروف کرنا پڑے گا کہ آپ سارے نیگیٹیو سچوئیشن کے باوجود آپ نے اپنی پازیٹیوٹی کو مینٹین کیا۔</w:t>
      </w:r>
    </w:p>
    <w:p>
      <w:r>
        <w:rPr>
          <w:b/>
        </w:rPr>
        <w:t xml:space="preserve">[17:07] </w:t>
      </w:r>
      <w:r>
        <w:t>yani you have to prove that you were that kind of person</w:t>
      </w:r>
    </w:p>
    <w:p>
      <w:pPr>
        <w:jc w:val="right"/>
      </w:pPr>
      <w:r>
        <w:t>یعنی you have to prove that you were that kind of person</w:t>
      </w:r>
    </w:p>
    <w:p>
      <w:r>
        <w:rPr>
          <w:b/>
        </w:rPr>
        <w:t xml:space="preserve">[17:12] </w:t>
      </w:r>
      <w:r>
        <w:t>. You, you, you were that kind of person. That you were able to maintain your positivity even in negative situations.</w:t>
      </w:r>
    </w:p>
    <w:p>
      <w:pPr>
        <w:jc w:val="right"/>
      </w:pPr>
      <w:r>
        <w:t>. You, you, you were that kind of person. That you were able to maintain your positivity even in negative situations.</w:t>
      </w:r>
    </w:p>
    <w:p>
      <w:r>
        <w:rPr>
          <w:b/>
        </w:rPr>
        <w:t xml:space="preserve">[17:24] </w:t>
      </w:r>
      <w:r>
        <w:t>yeh aap ko prove karna pare</w:t>
      </w:r>
    </w:p>
    <w:p>
      <w:pPr>
        <w:jc w:val="right"/>
      </w:pPr>
      <w:r>
        <w:t>یہ آپ کو پروف کرنا پڑے</w:t>
      </w:r>
    </w:p>
    <w:p>
      <w:r>
        <w:rPr>
          <w:b/>
        </w:rPr>
        <w:t xml:space="preserve">[17:26] </w:t>
      </w:r>
      <w:r>
        <w:t>ga. to yaad rakhiye yeh jo insan hai, is ke andar jo personality development hota hai, is se jannat milti hai. yeh nahi keh koi upar se, bahar se koi shafa'at kar de aur koi salat tasbeeh parh le.</w:t>
      </w:r>
    </w:p>
    <w:p>
      <w:pPr>
        <w:jc w:val="right"/>
      </w:pPr>
      <w:r>
        <w:t>گا۔ تو یاد رکھیے یہ جو انسان ہے، اس کے اندر جو پرسنیلٹی ڈیویلپمنٹ ہوتا ہے، اس سے جنت ملتی ہے۔ یہ نہیں کہ کوئی اوپر سے، باہر سے کوئی شفاعت کر دے اور کوئی صلوۃ تسبیح پڑھ لے۔</w:t>
      </w:r>
    </w:p>
    <w:p>
      <w:r>
        <w:rPr>
          <w:b/>
        </w:rPr>
        <w:t xml:space="preserve">[17:40] </w:t>
      </w:r>
      <w:r>
        <w:t>is qism ka koi kharji formula aap ko jannat mein le jana nahi hai. koi bhi kharji formula, yaad rakhiye, achhe tareeqe se. kisi buzurg ka daman thaam lein aap.</w:t>
      </w:r>
    </w:p>
    <w:p>
      <w:pPr>
        <w:jc w:val="right"/>
      </w:pPr>
      <w:r>
        <w:t>اس قسم کا کوئی خارجی فارمولا آپ کو جنت میں لے جانا نہیں ہے۔ کوئی بھی خارجی فارمولا، یاد رکھیے، اچھے طریقے سے۔ کسی بزرگ کا دامن تھام لیں آپ۔</w:t>
      </w:r>
    </w:p>
    <w:p>
      <w:r>
        <w:rPr>
          <w:b/>
        </w:rPr>
        <w:t xml:space="preserve">[17:53] </w:t>
      </w:r>
      <w:r>
        <w:t>koi bhi external formula aap ko jannat mein le jana nahi hai. woh aap ki personality development ka mamla hai.</w:t>
      </w:r>
    </w:p>
    <w:p>
      <w:pPr>
        <w:jc w:val="right"/>
      </w:pPr>
      <w:r>
        <w:t>کوئی بھی ایکسٹرنل فارمولا آپ کو جنت میں لے جانا نہیں ہے۔ وہ آپ کی پرسنیلٹی ڈیویلپمنٹ کا معاملہ ہے۔</w:t>
      </w:r>
    </w:p>
    <w:p>
      <w:r>
        <w:rPr>
          <w:b/>
        </w:rPr>
        <w:t xml:space="preserve">[18:02] </w:t>
      </w:r>
      <w:r>
        <w:t>yeh jo test hai, bohat hi sakht test hai. main aap ko aik misaal deta hoon keh kitna sakht test hai. yeh prophet ke liye bhi test hai.</w:t>
      </w:r>
    </w:p>
    <w:p>
      <w:pPr>
        <w:jc w:val="right"/>
      </w:pPr>
      <w:r>
        <w:t>یہ جو ٹیسٹ ہے، بہت ہی سخت ٹیسٹ ہے۔ میں آپ کو ایک مثال دیتا ہوں کہ کتنا سخت ٹیسٹ ہے۔ یہ پرافٹ کے لیے بھی ٹیسٹ ہے۔</w:t>
      </w:r>
    </w:p>
    <w:p>
      <w:r>
        <w:rPr>
          <w:b/>
        </w:rPr>
        <w:t xml:space="preserve">[18:14] </w:t>
      </w:r>
      <w:r>
        <w:t>dekhiye, aik jab rasool Allah salallahu alaihi wasallam ghazwa e uhud mein shareek hue to sab log jantay hain keh wahan par yani bohat yani shikast hui thi.</w:t>
      </w:r>
    </w:p>
    <w:p>
      <w:pPr>
        <w:jc w:val="right"/>
      </w:pPr>
      <w:r>
        <w:t>دیکھیے، ایک جب رسول اللہ صلی اللہ علیہ وسلم غزوہ احد میں شریک ہوئے تو سب لوگ جانتے ہیں کہ وہاں پر یعنی بہت یعنی شکست ہوئی تھی۔</w:t>
      </w:r>
    </w:p>
    <w:p>
      <w:r>
        <w:rPr>
          <w:b/>
        </w:rPr>
        <w:t xml:space="preserve">[18:27] </w:t>
      </w:r>
      <w:r>
        <w:t>to kisi ne zor se rasool Allah ko pathar mara, woh aa kar yahan laga aur daant toot gaya. ab zara ghor kijiye keh daant tootna koi saada baat nahi hai.</w:t>
      </w:r>
    </w:p>
    <w:p>
      <w:pPr>
        <w:jc w:val="right"/>
      </w:pPr>
      <w:r>
        <w:t>تو کسی نے زور سے رسول اللہ کو پتھر مارا، وہ آ کر یہاں لگا اور دانت ٹوٹ گیا۔ اب ذرا غور کیجیے کہ دانت ٹوٹنا کوئی سادہ بات نہیں ہے۔</w:t>
      </w:r>
    </w:p>
    <w:p>
      <w:r>
        <w:rPr>
          <w:b/>
        </w:rPr>
        <w:t xml:space="preserve">[18:41] </w:t>
      </w:r>
      <w:r>
        <w:t>dant jab totta hai to bohat ziyada bleeding hoti hai. bleeding aisa nahi hai ke dant tootne ke baad nakhun ka toot gaya.</w:t>
      </w:r>
    </w:p>
    <w:p>
      <w:pPr>
        <w:jc w:val="right"/>
      </w:pPr>
      <w:r>
        <w:t>دانت جب ٹوٹتا ہے تو بہت زیادہ بلیڈنگ ہوتی ہے۔ بلیڈنگ ایسا نہیں ہے کہ دانت ٹوٹنے کے بعد ناخن کا ٹوٹ گیا۔</w:t>
      </w:r>
    </w:p>
    <w:p>
      <w:r>
        <w:rPr>
          <w:b/>
        </w:rPr>
        <w:t xml:space="preserve">[18:51] </w:t>
      </w:r>
      <w:r>
        <w:t>dant tootne ke mani hain ke bohat ziyada bleeding hona. jahan jahan bleeding hui aur aap yani kamzori ki wajah se wahan par gir pade.</w:t>
      </w:r>
    </w:p>
    <w:p>
      <w:pPr>
        <w:jc w:val="right"/>
      </w:pPr>
      <w:r>
        <w:t>دانت ٹوٹنے کے معنی ہیں کہ بہت زیادہ بلیڈنگ ہونا۔ جہاں جہاں بلیڈنگ ہوئی اور آپ یعنی کمزوری کی وجہ سے وہاں پر گر پڑے۔</w:t>
      </w:r>
    </w:p>
    <w:p>
      <w:r>
        <w:rPr>
          <w:b/>
        </w:rPr>
        <w:t xml:space="preserve">[19:03] </w:t>
      </w:r>
      <w:r>
        <w:t>yeh sab hua.</w:t>
      </w:r>
    </w:p>
    <w:p>
      <w:pPr>
        <w:jc w:val="right"/>
      </w:pPr>
      <w:r>
        <w:t>یہ سب ہوا۔</w:t>
      </w:r>
    </w:p>
    <w:p>
      <w:r>
        <w:rPr>
          <w:b/>
        </w:rPr>
        <w:t xml:space="preserve">[19:05] </w:t>
      </w:r>
      <w:r>
        <w:t>is waqt aap ki zuban se nikal gaya ke aisi qaum kis tarah falah paye gi jo apne paighambar ko lo lohan kare.</w:t>
      </w:r>
    </w:p>
    <w:p>
      <w:pPr>
        <w:jc w:val="right"/>
      </w:pPr>
      <w:r>
        <w:t>اس وقت آپ کی زبان سے نکل گیا کہ ایسی قوم کس طرح فلاح پائے گی جو اپنے پیغمبر کو لو لہان کرے۔</w:t>
      </w:r>
    </w:p>
    <w:p>
      <w:r>
        <w:rPr>
          <w:b/>
        </w:rPr>
        <w:t xml:space="preserve">[19:19] </w:t>
      </w:r>
      <w:r>
        <w:t>yeh kitaab mein likha hua hai, aap padh lijiye ke aisi qaum kaise falah paye gi jo apne paighambar ko pathar maar kar lo lohan kare.</w:t>
      </w:r>
    </w:p>
    <w:p>
      <w:pPr>
        <w:jc w:val="right"/>
      </w:pPr>
      <w:r>
        <w:t>یہ کتاب میں لکھا ہوا ہے، آپ پڑھ لیجیے کہ ایسی قوم کیسے فلاح پائے گی جو اپنے پیغمبر کو پتھر مار کر لو لہان کرے۔</w:t>
      </w:r>
    </w:p>
    <w:p>
      <w:r>
        <w:rPr>
          <w:b/>
        </w:rPr>
        <w:t xml:space="preserve">[19:29] </w:t>
      </w:r>
      <w:r>
        <w:t>to isi waqt jibril aaye</w:t>
      </w:r>
    </w:p>
    <w:p>
      <w:pPr>
        <w:jc w:val="right"/>
      </w:pPr>
      <w:r>
        <w:t>تو اسی وقت جبرائیل آئے</w:t>
      </w:r>
    </w:p>
    <w:p>
      <w:r>
        <w:rPr>
          <w:b/>
        </w:rPr>
        <w:t xml:space="preserve">[19:34] </w:t>
      </w:r>
      <w:r>
        <w:t>aur ek ayat utri jo quran mein maujood hai ke aap ko aisa karne ka haq nahi hai. laysa laka minar rabbi min shai.</w:t>
      </w:r>
    </w:p>
    <w:p>
      <w:pPr>
        <w:jc w:val="right"/>
      </w:pPr>
      <w:r>
        <w:t>اور ایک آیت اتری جو قرآن میں موجود ہے کہ آپ کو ایسا کرنے کا حق نہیں ہے۔ لَيْسَ لَكَ مِنَ الْرَّبِّ مِنْ شَيْءٍ ۔</w:t>
      </w:r>
    </w:p>
    <w:p>
      <w:r>
        <w:rPr>
          <w:b/>
        </w:rPr>
        <w:t xml:space="preserve">[19:43] </w:t>
      </w:r>
      <w:r>
        <w:t>laysa laka minar rabbi min shai. is mamle mein bolne ka haq nahi hai aap ko kuch bhi. yeh khuda ka faisla hai.</w:t>
      </w:r>
    </w:p>
    <w:p>
      <w:pPr>
        <w:jc w:val="right"/>
      </w:pPr>
      <w:r>
        <w:t>لَيْسَ لَكَ مِنَ الْرَّبِّ مِنْ شَيْءٍ۔ اس معاملے میں بولنے کا حق نہیں ہے آپ کو کچھ بھی۔ یہ خدا کا فیصلہ ہے۔</w:t>
      </w:r>
    </w:p>
    <w:p>
      <w:r>
        <w:rPr>
          <w:b/>
        </w:rPr>
        <w:t xml:space="preserve">[19:53] </w:t>
      </w:r>
      <w:r>
        <w:t>to isi waqt aap ne apni zuban badal di aur kaha rabbahi qaumihi fa innahum la yalamoon. yani isi waqt aap ne zuban badal di.</w:t>
      </w:r>
    </w:p>
    <w:p>
      <w:pPr>
        <w:jc w:val="right"/>
      </w:pPr>
      <w:r>
        <w:t>تو اسی وقت آپ نے اپنی زبان بدل دی اور کہا رَبَّهِ قَوْمِهِ فَإِنَّهُمْ لَا يَعْلَمُونَ ۔ یعنی اسی وقت آپ نے زبان بدل دی۔</w:t>
      </w:r>
    </w:p>
    <w:p>
      <w:r>
        <w:rPr>
          <w:b/>
        </w:rPr>
        <w:t xml:space="preserve">[20:05] </w:t>
      </w:r>
      <w:r>
        <w:t>yeh sab baatein likhi hui kitabon mein aap padh sakte hain. rabbahi qaumihi fa innahum la yalamoon. aye mere rab! meri qaum ko maaf farma kyunke woh jante nahi.</w:t>
      </w:r>
    </w:p>
    <w:p>
      <w:pPr>
        <w:jc w:val="right"/>
      </w:pPr>
      <w:r>
        <w:t>یہ سب باتیں لکھی ہوئی کتابوں میں آپ پڑھ سکتے ہیں۔ رَبَّهِ قَوْمِهِ فَإِنَّهُمْ لَا يَعْلَمُونَ ۔ اے میرے رب! میری قوم کو معاف فرما کیونکہ وہ جانتے نہیں۔</w:t>
      </w:r>
    </w:p>
    <w:p>
      <w:r>
        <w:rPr>
          <w:b/>
        </w:rPr>
        <w:t xml:space="preserve">[20:19] </w:t>
      </w:r>
      <w:r>
        <w:t>yani yeh aakhri aakhri test hai. yeh ke itne bare, itna bara aur itna ziyada negative experience hota hai lekin haq aap ko haq nahi hai bad dua karne ka.</w:t>
      </w:r>
    </w:p>
    <w:p>
      <w:pPr>
        <w:jc w:val="right"/>
      </w:pPr>
      <w:r>
        <w:t>یعنی یہ آخری آخری ٹیسٹ ہے۔ یہ کہ اتنے بڑے، اتنا بڑا اور اتنا زیادہ نیگیٹیو ایکسپیرینس ہوتا ہے لیکن حق آپ کو حق نہیں ہے بد دعا کرنے کا۔</w:t>
      </w:r>
    </w:p>
    <w:p>
      <w:r>
        <w:rPr>
          <w:b/>
        </w:rPr>
        <w:t xml:space="preserve">[20:32] </w:t>
      </w:r>
      <w:r>
        <w:t>aaj kal musalman jo bad duaen karte hain sari duniya mein, yeh to gunah ka kaam hai. yahan se le kar america tak masjidon mein bad duaen ho rahi hain.</w:t>
      </w:r>
    </w:p>
    <w:p>
      <w:pPr>
        <w:jc w:val="right"/>
      </w:pPr>
      <w:r>
        <w:t>آج کل مسلمان جو بد دعائیں کرتے ہیں ساری دنیا میں، یہ تو گناہ کا کام ہے۔ یہاں سے لے کر امریکہ تک مسجدوں میں بد دعائیں ہو رہی ہیں۔</w:t>
      </w:r>
    </w:p>
    <w:p>
      <w:r>
        <w:rPr>
          <w:b/>
        </w:rPr>
        <w:t xml:space="preserve">[20:42] </w:t>
      </w:r>
      <w:r>
        <w:t>yeh bilashuba gunah ka kaam hai. yeh musalman ke apne ko ulta padega un ke upar. koi is ka aap dekh lijiye isi duniya mein aap dekh lijiye kya yeh yeh bad duaen qabool ho rahi hain in ki.</w:t>
      </w:r>
    </w:p>
    <w:p>
      <w:pPr>
        <w:jc w:val="right"/>
      </w:pPr>
      <w:r>
        <w:t>یہ بلاشبہ گناہ کا کام ہے۔ یہ مسلمان کے اپنے کو الٹا پڑے گا ان کے اوپر۔ کوئی اس کا آپ دیکھ لیجئے اسی دنیا میں آپ دیکھ لیجئے کیا یہ یہ بد دعائیں قبول ہو رہی ہیں ان کی۔</w:t>
      </w:r>
    </w:p>
    <w:p>
      <w:r>
        <w:rPr>
          <w:b/>
        </w:rPr>
        <w:t xml:space="preserve">[20:55] </w:t>
      </w:r>
      <w:r>
        <w:t>musalman hi mare ja rahe hain aur woh farghisht kar rahe hain.</w:t>
      </w:r>
    </w:p>
    <w:p>
      <w:pPr>
        <w:jc w:val="right"/>
      </w:pPr>
      <w:r>
        <w:t>مسلمان ہی مارے جا رہے ہیں اور وہ فرغشت کر رہے ہیں۔</w:t>
      </w:r>
    </w:p>
    <w:p>
      <w:r>
        <w:rPr>
          <w:b/>
        </w:rPr>
        <w:t xml:space="preserve">[21:00] </w:t>
      </w:r>
      <w:r>
        <w:t>to rasool Allah ko is waqt bhi bad dua karne ki hayat nahi thi jab ke kisi ne pathar maar kar aap ko dant tod diye aur bleeding hui.</w:t>
      </w:r>
    </w:p>
    <w:p>
      <w:pPr>
        <w:jc w:val="right"/>
      </w:pPr>
      <w:r>
        <w:t>تو رسول اللہ کو اس وقت بھی بد دعا کرنے کی حیات نہیں تھی جب کہ کسی نے پتھر مار کر آپ کو دانت توڑ دیے اور بلیڈنگ ہوئی۔</w:t>
      </w:r>
    </w:p>
    <w:p>
      <w:r>
        <w:rPr>
          <w:b/>
        </w:rPr>
        <w:t xml:space="preserve">[21:12] </w:t>
      </w:r>
      <w:r>
        <w:t>aur aap ko yeh kehna pada ke rabbahi qaumihi fa innahum la yalamoon. yani aap ko sirf ek hi choice hai woh dua karna. bad dua ka choice hi nahi hai.</w:t>
      </w:r>
    </w:p>
    <w:p>
      <w:pPr>
        <w:jc w:val="right"/>
      </w:pPr>
      <w:r>
        <w:t>اور آپ کو یہ کہنا پڑا کہ رَبَّهِ قَوْمِهِ فَإِنَّهُمْ لَا يَعْلَمُونَ ۔ یعنی آپ کو صرف ایک ہی چوائس ہے وہ دعا کرنا۔ بد دعا کا چوائس ہی نہیں ہے۔</w:t>
      </w:r>
    </w:p>
    <w:p>
      <w:r>
        <w:rPr>
          <w:b/>
        </w:rPr>
        <w:t xml:space="preserve">[21:24] </w:t>
      </w:r>
      <w:r>
        <w:t>yeh jo masjidon mein bad duaen hoti hain is ka choice hi nahi hai.</w:t>
      </w:r>
    </w:p>
    <w:p>
      <w:pPr>
        <w:jc w:val="right"/>
      </w:pPr>
      <w:r>
        <w:t>یہ جو مسجدوں میں بد دعائیں ہوتی ہیں اس کا چوائس ہی نہیں ہے۔</w:t>
      </w:r>
    </w:p>
    <w:p>
      <w:r>
        <w:rPr>
          <w:b/>
        </w:rPr>
        <w:t xml:space="preserve">[21:30] </w:t>
      </w:r>
      <w:r>
        <w:t>woh kuch bhi karen, aap sirf dua kar sakte hain. woh choice nahi hai aap ko. tab ja kar aisa hota hai ke aap ka tazkiya hota hai, aap ka personality development hota hai.</w:t>
      </w:r>
    </w:p>
    <w:p>
      <w:pPr>
        <w:jc w:val="right"/>
      </w:pPr>
      <w:r>
        <w:t>وہ کچھ بھی کریں، آپ صرف دعا کر سکتے ہیں۔ وہ چوائس نہیں ہے آپ کو۔ تب جا کر ایسا ہوتا ہے کہ آپ کا تزکیہ ہوتا ہے، آپ کا پرسنیلٹی ڈیویلپمنٹ ہوتا ہے۔</w:t>
      </w:r>
    </w:p>
    <w:p>
      <w:r>
        <w:rPr>
          <w:b/>
        </w:rPr>
        <w:t xml:space="preserve">[21:43] </w:t>
      </w:r>
      <w:r>
        <w:t>aap ke andar woh insan emerge karta hai jo insan jannat mein basaye jaane ke qabil ho.</w:t>
      </w:r>
    </w:p>
    <w:p>
      <w:pPr>
        <w:jc w:val="right"/>
      </w:pPr>
      <w:r>
        <w:t>آپ کے اندر وہ انسان ایمرج کرتا ہے جو انسان جنت میں بسائے جانے کے قابل ہو۔</w:t>
      </w:r>
    </w:p>
    <w:p>
      <w:r>
        <w:rPr>
          <w:b/>
        </w:rPr>
        <w:t xml:space="preserve">[21:55] </w:t>
      </w:r>
      <w:r>
        <w:t>to main samajhta hoon ke har aadmi ko ek kaam zaroor karna chahiye.</w:t>
      </w:r>
    </w:p>
    <w:p>
      <w:pPr>
        <w:jc w:val="right"/>
      </w:pPr>
      <w:r>
        <w:t>تو میں سمجھتا ہوں کہ ہر آدمی کو ایک کام ضرور کرنا چاہیے۔</w:t>
      </w:r>
    </w:p>
    <w:p>
      <w:r>
        <w:rPr>
          <w:b/>
        </w:rPr>
        <w:t xml:space="preserve">[22:00] </w:t>
      </w:r>
      <w:r>
        <w:t>yani ek baar woh saare kaam chhod kar aitkaf kare aur quran ek baar padhe. aitkaf kar ke, yani sab kuch chhod kar ke.</w:t>
      </w:r>
    </w:p>
    <w:p>
      <w:pPr>
        <w:jc w:val="right"/>
      </w:pPr>
      <w:r>
        <w:t>یعنی ایک بار وہ سارے کام چھوڑ کر اعتکاف کرے اور قرآن ایک بار پڑھے۔ اعتکاف کر کے، یعنی سب کچھ چھوڑ کر کے۔</w:t>
      </w:r>
    </w:p>
    <w:p>
      <w:r>
        <w:rPr>
          <w:b/>
        </w:rPr>
        <w:t xml:space="preserve">[22:13] </w:t>
      </w:r>
      <w:r>
        <w:t>family ko chhode, doston ko chhode, business ko chhode, job ko chhode.</w:t>
      </w:r>
    </w:p>
    <w:p>
      <w:pPr>
        <w:jc w:val="right"/>
      </w:pPr>
      <w:r>
        <w:t>فیملی کو چھوڑے، دوستوں کو چھوڑے، بزنس کو چھوڑے، جاب کو چھوڑے۔</w:t>
      </w:r>
    </w:p>
    <w:p>
      <w:r>
        <w:rPr>
          <w:b/>
        </w:rPr>
        <w:t xml:space="preserve">[22:17] </w:t>
      </w:r>
      <w:r>
        <w:t>is waqt tak woh na nikle aitkaf jab tak woh quran ko khatam na kar le. aur niyat kya ho? ke quran ke zariye mujhe yeh janna hai ke meri salvation, meri nijat kaise hogi.</w:t>
      </w:r>
    </w:p>
    <w:p>
      <w:pPr>
        <w:jc w:val="right"/>
      </w:pPr>
      <w:r>
        <w:t>اس وقت تک وہ نہ نکلے اعتکاف جب تک وہ قرآن کو ختم نہ کر لے۔ اور نیت کیا ہو؟ کہ قرآن کے ذریعے مجھے یہ جاننا ہے کہ میری سالویشن، میری نجات کیسے ہوگی۔</w:t>
      </w:r>
    </w:p>
    <w:p>
      <w:r>
        <w:rPr>
          <w:b/>
        </w:rPr>
        <w:t xml:space="preserve">[22:33] </w:t>
      </w:r>
      <w:r>
        <w:t>yani what is the formula of salvation .</w:t>
      </w:r>
    </w:p>
    <w:p>
      <w:pPr>
        <w:jc w:val="right"/>
      </w:pPr>
      <w:r>
        <w:t>یعنی what is the formula of salvation ۔</w:t>
      </w:r>
    </w:p>
    <w:p>
      <w:r>
        <w:rPr>
          <w:b/>
        </w:rPr>
        <w:t xml:space="preserve">[22:36] </w:t>
      </w:r>
      <w:r>
        <w:t>yeh janne ke liye bas aur kuch nahi.</w:t>
      </w:r>
    </w:p>
    <w:p>
      <w:pPr>
        <w:jc w:val="right"/>
      </w:pPr>
      <w:r>
        <w:t>یہ جاننے کے لیے بس اور کچھ نہیں۔</w:t>
      </w:r>
    </w:p>
    <w:p>
      <w:r>
        <w:rPr>
          <w:b/>
        </w:rPr>
        <w:t xml:space="preserve">[22:41] </w:t>
      </w:r>
      <w:r>
        <w:t>aur jis ne aisa nahin kiya hai to yaad rakhiye qayamat mein is ko koi excuse kaam nahin aayega. koi agar kahe ke flane aalim ne aisa keh diya tha, flane jagah aisi to hamein taqreer suni thi.</w:t>
      </w:r>
    </w:p>
    <w:p>
      <w:pPr>
        <w:jc w:val="right"/>
      </w:pPr>
      <w:r>
        <w:t>اور جس نے ایسا نہیں کیا ہے تو یاد رکھیے قیامت میں اس کو کوئی ایکسکیوز کام نہیں آئے گا۔ کوئی اگر کہے کہ فلانے عالم نے ایسا کہہ دیا تھا، فلانے جگہ ایسی تو ہمیں تقریر سنی تھی۔</w:t>
      </w:r>
    </w:p>
    <w:p>
      <w:r>
        <w:rPr>
          <w:b/>
        </w:rPr>
        <w:t xml:space="preserve">[22:57] </w:t>
      </w:r>
      <w:r>
        <w:t>koi bhi excuse hargiz kaam nahin aayega. khuda poochega ke jab quran maujood tha tumhare paas to tum ne padha kyun nahin?</w:t>
      </w:r>
    </w:p>
    <w:p>
      <w:pPr>
        <w:jc w:val="right"/>
      </w:pPr>
      <w:r>
        <w:t>کوئی بھی ایکسکیوز ہرگز کام نہیں آئے گا۔ خدا پوچھے گا کہ جب قرآن موجود تھا تمہارے پاس تو تم نے پڑھا کیوں نہیں؟</w:t>
      </w:r>
    </w:p>
    <w:p>
      <w:r>
        <w:rPr>
          <w:b/>
        </w:rPr>
        <w:t xml:space="preserve">[23:05] </w:t>
      </w:r>
      <w:r>
        <w:t>arabi nahin jante the to translation kyun nahin padha?</w:t>
      </w:r>
    </w:p>
    <w:p>
      <w:pPr>
        <w:jc w:val="right"/>
      </w:pPr>
      <w:r>
        <w:t>عربی نہیں جانتے تھے تو ٹرانسلیشن کیوں نہیں پڑھا؟</w:t>
      </w:r>
    </w:p>
    <w:p>
      <w:r>
        <w:rPr>
          <w:b/>
        </w:rPr>
        <w:t xml:space="preserve">[23:15] </w:t>
      </w:r>
      <w:r>
        <w:t>no excuse whatsoever is acceptable to god almighty in this regard</w:t>
      </w:r>
    </w:p>
    <w:p>
      <w:pPr>
        <w:jc w:val="right"/>
      </w:pPr>
      <w:r>
        <w:t>no excuse whatsoever is acceptable to god almighty in this regard</w:t>
      </w:r>
    </w:p>
    <w:p>
      <w:r>
        <w:rPr>
          <w:b/>
        </w:rPr>
        <w:t xml:space="preserve">[23:23] </w:t>
      </w:r>
      <w:r>
        <w:t>. to har aadmi ko yeh kaam to kar nahin karna hai ke kam az kam ek baar woh quran ko padh kar yeh samajhne ki koshish kare ke meri salvation, meri falah ka formula quran kya bata raha hai.</w:t>
      </w:r>
    </w:p>
    <w:p>
      <w:pPr>
        <w:jc w:val="right"/>
      </w:pPr>
      <w:r>
        <w:t>۔ تو ہر آدمی کو یہ کام تو کر نہیں کرنا ہے کہ کم از کم ایک بار وہ قرآن کو پڑھ کر یہ سمجھنے کی کوشش کرے کہ میری سالویشن، میری فلاح کا فارمولا قرآن کیا بتا رہا ہے۔</w:t>
      </w:r>
    </w:p>
    <w:p>
      <w:r>
        <w:rPr>
          <w:b/>
        </w:rPr>
        <w:t xml:space="preserve">[23:40] </w:t>
      </w:r>
      <w:r>
        <w:t>agar aadmi aisa nahin karta hai to koi excuse is se accept nahin kiya jayega. hargiz nahin.</w:t>
      </w:r>
    </w:p>
    <w:p>
      <w:pPr>
        <w:jc w:val="right"/>
      </w:pPr>
      <w:r>
        <w:t>اگر آدمی ایسا نہیں کرتا ہے تو کوئی ایکسکیوز اس سے ایکسیپٹ نہیں کیا جائے گا۔ ہرگز نہیں۔</w:t>
      </w:r>
    </w:p>
    <w:p>
      <w:r>
        <w:rPr>
          <w:b/>
        </w:rPr>
        <w:t xml:space="preserve">[23:51] </w:t>
      </w:r>
      <w:r>
        <w:t>to jahan tak mera mamla, main ne bar bar quran ko padha hai, bar bar quran ko padha hai, bar bar quran ko padha hai. aur main jo samajhta hoon woh yahi hai ke koi safarat, koi sifarish, koi shafa'at, koi buzurg ka daman thamna, koi salat tasbeeh, koi chale mein jana, koi yeh sab cheezon se jannat nahin milne wali kisi ko.</w:t>
      </w:r>
    </w:p>
    <w:p>
      <w:pPr>
        <w:jc w:val="right"/>
      </w:pPr>
      <w:r>
        <w:t>تو جہاں تک میرا معاملہ، میں نے بار بار قرآن کو پڑھا ہے، بار بار قرآن کو پڑھا ہے، بار بار قرآن کو پڑھا ہے۔ اور میں جو سمجھتا ہوں وہ یہی ہے کہ کوئی سفارت، کوئی سفارش، کوئی شفاعت، کوئی بزرگ کا دامن تھامنا، کوئی صلوۃ تسبیح، کوئی چلے میں جانا، کوئی یہ سب چیزوں سے جنت نہیں ملنے والی کسی کو۔</w:t>
      </w:r>
    </w:p>
    <w:p>
      <w:r>
        <w:rPr>
          <w:b/>
        </w:rPr>
        <w:t xml:space="preserve">[24:14] </w:t>
      </w:r>
      <w:r>
        <w:t>hargiz nahin. jannat milne wali is isi yeh jo insaan aap ko diya gaya hai, is ke purification par, is ke tazkiya par. koi bar bar koi kaam nahin aaya, aisa nahin ke bar bar koi kaam is kar diya aur jannat mil gayi.</w:t>
      </w:r>
    </w:p>
    <w:p>
      <w:pPr>
        <w:jc w:val="right"/>
      </w:pPr>
      <w:r>
        <w:t>ہرگز نہیں۔ جنت ملنے والی اس اسی یہ جو انسان آپ کو دیا گیا ہے، اس کے پیوریفیکیشن پر، اس کے تزکیہ پر۔ کوئی بار بار کوئی کام نہیں آیا، ایسا نہیں کہ بار بار کوئی کام اس کر دیا اور جنت مل گئی۔</w:t>
      </w:r>
    </w:p>
    <w:p>
      <w:r>
        <w:rPr>
          <w:b/>
        </w:rPr>
        <w:t xml:space="preserve">[24:28] </w:t>
      </w:r>
      <w:r>
        <w:t>yeh that is ridiculous, ridiculous.</w:t>
      </w:r>
    </w:p>
    <w:p>
      <w:pPr>
        <w:jc w:val="right"/>
      </w:pPr>
      <w:r>
        <w:t>یہ دیٹ از ریڈیکولس، ریڈیکولس۔</w:t>
      </w:r>
    </w:p>
    <w:p>
      <w:r>
        <w:rPr>
          <w:b/>
        </w:rPr>
        <w:t xml:space="preserve">[24:34] </w:t>
      </w:r>
      <w:r>
        <w:t>ذٰلِكَ جَزَاءُ مَنْ تَذَكَّرَ . yani sirf muzakkara shakhsiyat hi jannat mein jayegi. sirf purifiered soul hi jannat mein jayegi.</w:t>
      </w:r>
    </w:p>
    <w:p>
      <w:pPr>
        <w:jc w:val="right"/>
      </w:pPr>
      <w:r>
        <w:t>ذٰلِكَ جَزَاءُ مَنْ تَذَكَّرَ ۔ یعنی صرف مذکّرہ شخصیت ہی جنت میں جائے گی۔ صرف پیریفائرڈ سول ہی جنت میں جائے گی۔</w:t>
      </w:r>
    </w:p>
    <w:p>
      <w:r>
        <w:rPr>
          <w:b/>
        </w:rPr>
        <w:t xml:space="preserve">[24:46] </w:t>
      </w:r>
      <w:r>
        <w:t>to aap ko sara dhyan yeh dena hai ke apne aap ko, yani jo aap ko insaan mila hai, is ko purify karen. is ko prepare karen.</w:t>
      </w:r>
    </w:p>
    <w:p>
      <w:pPr>
        <w:jc w:val="right"/>
      </w:pPr>
      <w:r>
        <w:t>تو آپ کو سارا دھیان یہ دینا ہے کہ اپنے آپ کو، یعنی جو آپ کو انسان ملا ہے، اس کو پیوریفائی کریں۔ اس کو پریپیئر کریں۔</w:t>
      </w:r>
    </w:p>
    <w:p>
      <w:r>
        <w:rPr>
          <w:b/>
        </w:rPr>
        <w:t xml:space="preserve">[24:56] </w:t>
      </w:r>
      <w:r>
        <w:t>is ko jannat ke liye deserving candidate banayen. sara kaam yeh hai. achha, is mein yeh bhi samajh lijiye ke aap agar aisa na karen to koi excuse bhi nahin samajh aayega.</w:t>
      </w:r>
    </w:p>
    <w:p>
      <w:pPr>
        <w:jc w:val="right"/>
      </w:pPr>
      <w:r>
        <w:t>اس کو جنت کے لیے ڈیزرونگ کینڈیڈیٹ بنائیں۔ سارا کام یہ ہے۔ اچھا، اس میں یہ بھی سمجھ لیجئے کہ آپ اگر ایسا نہ کریں تو کوئی ایکسکیوز بھی نہیں سمجھ آئے گا۔</w:t>
      </w:r>
    </w:p>
    <w:p>
      <w:r>
        <w:rPr>
          <w:b/>
        </w:rPr>
        <w:t xml:space="preserve">[25:10] </w:t>
      </w:r>
      <w:r>
        <w:t>aap kahen ke mere ghar ke halaat aise the, main</w:t>
      </w:r>
    </w:p>
    <w:p>
      <w:pPr>
        <w:jc w:val="right"/>
      </w:pPr>
      <w:r>
        <w:t>آپ کہیں کہ میرے گھر کے حالات ایسے تھے، میں</w:t>
      </w:r>
    </w:p>
    <w:p>
      <w:r>
        <w:rPr>
          <w:b/>
        </w:rPr>
        <w:t xml:space="preserve">[25:14] </w:t>
      </w:r>
      <w:r>
        <w:t>kaise karta? mera falan mar gaya tha to main kaise karta? mera job aisa chhin gaya tha to kaise karta? mera business bigad gaya tha to kaise karta?</w:t>
      </w:r>
    </w:p>
    <w:p>
      <w:pPr>
        <w:jc w:val="right"/>
      </w:pPr>
      <w:r>
        <w:t>کیسے کرتا؟ میرا فلاں مر گیا تھا تو میں کیسے کرتا؟ میرا جاب ایسا چھن گیا تھا تو کیسے کرتا؟ میرا بزنس بگڑ گیا تھا تو کیسے کرتا؟</w:t>
      </w:r>
    </w:p>
    <w:p>
      <w:r>
        <w:rPr>
          <w:b/>
        </w:rPr>
        <w:t xml:space="preserve">[25:22] </w:t>
      </w:r>
      <w:r>
        <w:t>yeh sab koi excuse sunne wala nahin jaa raha hai. chahe koi bhi excuse ho. kisi ka, kisi ka mar jana, kisi ka business fail hona, kisi ka job chhin jana, is ka excuse nahin hai Allah taala ke haan.</w:t>
      </w:r>
    </w:p>
    <w:p>
      <w:pPr>
        <w:jc w:val="right"/>
      </w:pPr>
      <w:r>
        <w:t>یہ سب کوئی ایکسکیوز سننے والا نہیں جا رہے گا۔ چاہے کوئی بھی ایکسکیوز ہو۔ کسی کا، کسی کا مر جانا، کسی کا بزنس فیل ہونا، کسی کا جاب چھن جانا، اس کا ایکسکیوز نہیں ہے اللہ تعالیٰ کے ہاں۔</w:t>
      </w:r>
    </w:p>
    <w:p>
      <w:r>
        <w:rPr>
          <w:b/>
        </w:rPr>
        <w:t xml:space="preserve">[25:36] </w:t>
      </w:r>
      <w:r>
        <w:t>kyun ke woh to test paper hai. jis cheez ko aap excuse maar rahe hain, woh to test paper hai.</w:t>
      </w:r>
    </w:p>
    <w:p>
      <w:pPr>
        <w:jc w:val="right"/>
      </w:pPr>
      <w:r>
        <w:t>کیونکہ وہ تو ٹیسٹ پیپر ہے۔ جس چیز کو آپ ایکسکیوز مار رہے ہیں، وہ تو ٹیسٹ پیپر ہے۔</w:t>
      </w:r>
    </w:p>
    <w:p>
      <w:r>
        <w:rPr>
          <w:b/>
        </w:rPr>
        <w:t xml:space="preserve">[25:43] </w:t>
      </w:r>
      <w:r>
        <w:t>agar aap hashar ke maadam mein khade hon aur kahen ke mere sath yeh masla tha, is liye main kuch nahin kar saka, to wahan jawab diya jayega ke woh to test paper tha.</w:t>
      </w:r>
    </w:p>
    <w:p>
      <w:pPr>
        <w:jc w:val="right"/>
      </w:pPr>
      <w:r>
        <w:t>اگر آپ حشر کے مادم میں کھڑے ہوں اور کہیں کہ میرے ساتھ یہ مسئلہ تھا، اس لیے میں کچھ نہیں کر سکا، تو وہاں جواب دیا جائے گا کہ وہ تو ٹیسٹ پیپر تھا۔</w:t>
      </w:r>
    </w:p>
    <w:p>
      <w:r>
        <w:rPr>
          <w:b/>
        </w:rPr>
        <w:t xml:space="preserve">[25:55] </w:t>
      </w:r>
      <w:r>
        <w:t>is ko excuse bana liya tum ne? in test paper ko tum ne excuse bana liya?</w:t>
      </w:r>
    </w:p>
    <w:p>
      <w:pPr>
        <w:jc w:val="right"/>
      </w:pPr>
      <w:r>
        <w:t>اس کو ایکسکیوز بنا لیا تم نے؟ ان ٹیسٹ پیپر کو تم نے ایکسکیوز بنا لیا؟</w:t>
      </w:r>
    </w:p>
    <w:p>
      <w:r>
        <w:rPr>
          <w:b/>
        </w:rPr>
        <w:t xml:space="preserve">[26:03] </w:t>
      </w:r>
      <w:r>
        <w:t>to bohat hi sangin mamla hai, bohat hi serious mamla hai. aur har aadmi ko chahiye ke woh is mamle ko lightly na le, halka phulka na le.</w:t>
      </w:r>
    </w:p>
    <w:p>
      <w:pPr>
        <w:jc w:val="right"/>
      </w:pPr>
      <w:r>
        <w:t>تو بہت ہی سنگین معاملہ ہے، بہت ہی سیریس معاملہ ہے۔ اور ہر آدمی کو چاہیے کہ وہ اس معاملے کو لائٹلی نہ لے، ہلکا پھلکا نہ لے۔</w:t>
      </w:r>
    </w:p>
    <w:p>
      <w:r>
        <w:rPr>
          <w:b/>
        </w:rPr>
        <w:t xml:space="preserve">[26:18] </w:t>
      </w:r>
      <w:r>
        <w:t>kyun ke dekhiye, quran mein hai ke kal nafs za'iqatul maut . kal nafs za'iqatul maut.</w:t>
      </w:r>
    </w:p>
    <w:p>
      <w:pPr>
        <w:jc w:val="right"/>
      </w:pPr>
      <w:r>
        <w:t>کیونکہ دیکھیے، قرآن میں ہے کہ کل نفس ذائقۃ الموت ۔ کل نفس ذائقۃ الموت۔</w:t>
      </w:r>
    </w:p>
    <w:p>
      <w:r>
        <w:rPr>
          <w:b/>
        </w:rPr>
        <w:t xml:space="preserve">[26:28] </w:t>
      </w:r>
      <w:r>
        <w:t>yani har insaan ko zaroor marna hai.</w:t>
      </w:r>
    </w:p>
    <w:p>
      <w:pPr>
        <w:jc w:val="right"/>
      </w:pPr>
      <w:r>
        <w:t>یعنی ہر انسان کو ضرور مرنا ہے۔</w:t>
      </w:r>
    </w:p>
    <w:p>
      <w:r>
        <w:rPr>
          <w:b/>
        </w:rPr>
        <w:t xml:space="preserve">[26:32] </w:t>
      </w:r>
      <w:r>
        <w:t>aap sochiye, pure history mein koi exception hai? koi king, koi baldi aadmi, koi leader, kisi ka exception nahin.</w:t>
      </w:r>
    </w:p>
    <w:p>
      <w:pPr>
        <w:jc w:val="right"/>
      </w:pPr>
      <w:r>
        <w:t>آپ سوچیے، پورے ہسٹری میں کوئی ایکسیپشن ہے؟ کوئی کنگ، کوئی بلدی آدمی، کوئی لیڈر، کسی کا ایکسیپشن نہیں۔</w:t>
      </w:r>
    </w:p>
    <w:p>
      <w:r>
        <w:rPr>
          <w:b/>
        </w:rPr>
        <w:t xml:space="preserve">[26:41] </w:t>
      </w:r>
      <w:r>
        <w:t>har aadmi ko baharhaal maut aati hai. aur maut jo hai, woh zindagi ka khatma nahin hai. maut to sirf ek eternal world mein entry hai.</w:t>
      </w:r>
    </w:p>
    <w:p>
      <w:pPr>
        <w:jc w:val="right"/>
      </w:pPr>
      <w:r>
        <w:t>ہر آدمی کو بہرحال موت آتی ہے۔ اور موت جو ہے، وہ زندگی کا خاتمہ نہیں ہے۔ موت تو صرف ایک ایٹرنل ورلڈ میں انٹری ہے۔</w:t>
      </w:r>
    </w:p>
    <w:p>
      <w:r>
        <w:rPr>
          <w:b/>
        </w:rPr>
        <w:t xml:space="preserve">[26:55] </w:t>
      </w:r>
      <w:r>
        <w:t>it is a journey from this world to the other world.</w:t>
      </w:r>
    </w:p>
    <w:p>
      <w:pPr>
        <w:jc w:val="right"/>
      </w:pPr>
      <w:r>
        <w:t>It is a journey from this world to the other world.</w:t>
      </w:r>
    </w:p>
    <w:p>
      <w:r>
        <w:rPr>
          <w:b/>
        </w:rPr>
        <w:t xml:space="preserve">[27:05] </w:t>
      </w:r>
      <w:r>
        <w:t>to aaj main soch raha tha maut ke bare mein ke maut aati hai point of no return par.</w:t>
      </w:r>
    </w:p>
    <w:p>
      <w:pPr>
        <w:jc w:val="right"/>
      </w:pPr>
      <w:r>
        <w:t>تو آج میں سوچ رہا تھا موت کے بارے میں کہ موت آتی ہے پوائنٹ آف نو ریٹرن پر۔</w:t>
      </w:r>
    </w:p>
    <w:p>
      <w:r>
        <w:rPr>
          <w:b/>
        </w:rPr>
        <w:t xml:space="preserve">[27:14] </w:t>
      </w:r>
      <w:r>
        <w:t>kesi ajeeb baat hai. hum safar karte hain to hamari jeb mein ticket hota hai. hum jante hain ke wahan ja kar ke wapas aa sakte hain kyunke aap ke paas return ticket hai.</w:t>
      </w:r>
    </w:p>
    <w:p>
      <w:pPr>
        <w:jc w:val="right"/>
      </w:pPr>
      <w:r>
        <w:t>کیسی عجیب بات ہے۔ ہم سفر کرتے ہیں تو ہماری جیب میں ٹکٹ ہوتا ہے۔ ہم جانتے ہیں کہ وہاں جا کر کے واپس آ سکتے ہیں کیونکہ آپ کے پاس ریٹرن ٹکٹ ہے۔</w:t>
      </w:r>
    </w:p>
    <w:p>
      <w:r>
        <w:rPr>
          <w:b/>
        </w:rPr>
        <w:t xml:space="preserve">[27:28] </w:t>
      </w:r>
      <w:r>
        <w:t>lekin jab aap maut ek aisa safar hai, is mein aap ke paas koi return ticket nahin. woh point of no return ki satah par maut aati hai.</w:t>
      </w:r>
    </w:p>
    <w:p>
      <w:pPr>
        <w:jc w:val="right"/>
      </w:pPr>
      <w:r>
        <w:t>لیکن جب آپ موت ایک ایسا سفر ہے، اس میں آپ کے پاس کوئی ریٹرن ٹکٹ نہیں۔ وہ پوائنٹ آف نو ریٹرن کی سطح پر موت آتی ہے۔</w:t>
      </w:r>
    </w:p>
    <w:p>
      <w:r>
        <w:rPr>
          <w:b/>
        </w:rPr>
        <w:t xml:space="preserve">[27:43] </w:t>
      </w:r>
      <w:r>
        <w:t>is ke baad aap hain aur Khuda hai. Quran mein hai ke yom yaqoomun naasu li rabbil aalameen. yom yaqoomun naasu li rabbil aalameen.</w:t>
      </w:r>
    </w:p>
    <w:p>
      <w:pPr>
        <w:jc w:val="right"/>
      </w:pPr>
      <w:r>
        <w:t>اس کے بعد آپ ہیں اور خدا ہے۔ قرآن میں ہے کہ یوم یقوم الناس لرب العالمین ۔ یوم یقوم الناس لرب العالمین۔</w:t>
      </w:r>
    </w:p>
    <w:p>
      <w:r>
        <w:rPr>
          <w:b/>
        </w:rPr>
        <w:t xml:space="preserve">[27:55] </w:t>
      </w:r>
      <w:r>
        <w:t>jis din log khade honge Rabbul Aalameen ke samne, sare log, yaani sare mankind, sare log jo paida hue hain, woh sab ek mahshar ke hashar ke maidan mein khade honge.</w:t>
      </w:r>
    </w:p>
    <w:p>
      <w:pPr>
        <w:jc w:val="right"/>
      </w:pPr>
      <w:r>
        <w:t>جس دن لوگ کھڑے ہوں گے رب العالمین کے سامنے، سارے لوگ، یعنی سارے مائیک کائن، سارے لوگ جو پیدا ہوئے ہیں، وہ سب ایک محشر کے حشر کے میدان میں کھڑے ہوں گے۔</w:t>
      </w:r>
    </w:p>
    <w:p>
      <w:r>
        <w:rPr>
          <w:b/>
        </w:rPr>
        <w:t xml:space="preserve">[28:10] </w:t>
      </w:r>
      <w:r>
        <w:t>yom yaqoomun naasu li rabbil aalameen. jab sare log jama kar ke khade kiye jayenge Allah Rabbul Aalameen ke samne, h</w:t>
      </w:r>
    </w:p>
    <w:p>
      <w:pPr>
        <w:jc w:val="right"/>
      </w:pPr>
      <w:r>
        <w:t>یوم یقوم الناس لرب العالمین ۔ جب سارے لوگ جمع کر کے کھڑے کیے جائیں گے اللہ رب العالمین کے سامنے، ہ</w:t>
      </w:r>
    </w:p>
    <w:p>
      <w:r>
        <w:rPr>
          <w:b/>
        </w:rPr>
        <w:t xml:space="preserve">[28:20] </w:t>
      </w:r>
      <w:r>
        <w:t>mesha aadmi ko yeh sochna chahiye ke kya wahan, wahan pe mein yeh sabit kar sakta hoon ke main justified tha? ek hi question hai jo har aadmi ke mind mein hona chahiye ke jab Allah ke samne khada hoonga to kya mein sabit kar paoonga ke i was justified?</w:t>
      </w:r>
    </w:p>
    <w:p>
      <w:pPr>
        <w:jc w:val="right"/>
      </w:pPr>
      <w:r>
        <w:t>میشہ آدمی کو یہ سوچنا چاہیے کہ کیا وہاں، وہاں پہ میں یہ ثابت کر سکتا ہوں کہ میں جسٹیفائیڈ تھا؟ ایک ہی کوئسچن ہے جو ہر آدمی کے مائنڈ میں ہونا چاہیے کہ جب اللہ کے سامنے کھڑا ہوں گا تو کیا میں ثابت کر پاؤں گا کہ آئی واز جسٹیفائیڈ؟</w:t>
      </w:r>
    </w:p>
    <w:p>
      <w:r>
        <w:rPr>
          <w:b/>
        </w:rPr>
        <w:t xml:space="preserve">[28:42] </w:t>
      </w:r>
      <w:r>
        <w:t>jo kuch mein ne kiya, us ke liye mere paas justification tha? aisa justification jo Allah ke haan maan liya jaye.</w:t>
      </w:r>
    </w:p>
    <w:p>
      <w:pPr>
        <w:jc w:val="right"/>
      </w:pPr>
      <w:r>
        <w:t>جو کچھ میں نے کیا، اس کے لیے میرے پاس جسٹیفیکیشن تھا؟ ایسا جسٹیفیکیشن جو اللہ کے ہاں مان لیا جائے۔</w:t>
      </w:r>
    </w:p>
    <w:p>
      <w:r>
        <w:rPr>
          <w:b/>
        </w:rPr>
        <w:t xml:space="preserve">[28:51] </w:t>
      </w:r>
      <w:r>
        <w:t>yom yaqoomun naasu li rabbil aalameen. jis din log khade kiye jayenge Allah Rabbul Aalameen ke samne.</w:t>
      </w:r>
    </w:p>
    <w:p>
      <w:pPr>
        <w:jc w:val="right"/>
      </w:pPr>
      <w:r>
        <w:t>یوم یقوم الناس لرب العالمین ۔ جس دن لوگ کھڑے کیے جائیں گے اللہ رب العالمین کے سامنے۔</w:t>
      </w:r>
    </w:p>
    <w:p>
      <w:r>
        <w:rPr>
          <w:b/>
        </w:rPr>
        <w:t xml:space="preserve">[29:07] </w:t>
      </w:r>
      <w:r>
        <w:t>aur dekhiye, yeh bhi ibarat kar doon ke bazahir yeh kaam mushkil lagta hai lekin yeh sab se zyada aasan kaam hai.</w:t>
      </w:r>
    </w:p>
    <w:p>
      <w:pPr>
        <w:jc w:val="right"/>
      </w:pPr>
      <w:r>
        <w:t>اور دیکھیے، یہ بھی عبارت کر دوں کہ بظاہر یہ کام مشکل لگتا ہے لیکن یہ سب سے زیادہ آسان کام ہے۔</w:t>
      </w:r>
    </w:p>
    <w:p>
      <w:r>
        <w:rPr>
          <w:b/>
        </w:rPr>
        <w:t xml:space="preserve">[29:15] </w:t>
      </w:r>
      <w:r>
        <w:t>yaani yeh stand karna, is test mein, test ke muqable mein stand karna bazahir lagta hai ke to bara mushkil kaam hai.</w:t>
      </w:r>
    </w:p>
    <w:p>
      <w:pPr>
        <w:jc w:val="right"/>
      </w:pPr>
      <w:r>
        <w:t>یعنی یہ اسٹینڈ کرنا، اس ٹیسٹ میں، ٹیسٹ کے مقابلے میں اسٹینڈ کرنا بظاہر لگتا ہے کہ تو بڑا مشکل کام ہے۔</w:t>
      </w:r>
    </w:p>
    <w:p>
      <w:r>
        <w:rPr>
          <w:b/>
        </w:rPr>
        <w:t xml:space="preserve">[29:24] </w:t>
      </w:r>
      <w:r>
        <w:t>sab se aasan kaam hai. kyun? is liye ke jaise hi aap ne apne andar determination dikhaya, Allah ki madad aa jati hai.</w:t>
      </w:r>
    </w:p>
    <w:p>
      <w:pPr>
        <w:jc w:val="right"/>
      </w:pPr>
      <w:r>
        <w:t>سب سے آسان کام ہے۔ کیوں؟ اس لیے کہ جیسے ہی آپ نے اپنے اندر ڈیٹرمیشن دکھایا، اللہ کی مدد آ جاتی ہے۔</w:t>
      </w:r>
    </w:p>
    <w:p>
      <w:r>
        <w:rPr>
          <w:b/>
        </w:rPr>
        <w:t xml:space="preserve">[29:35] </w:t>
      </w:r>
      <w:r>
        <w:t>Allah ki madad aap ko, aap ko bilkul</w:t>
      </w:r>
    </w:p>
    <w:p>
      <w:pPr>
        <w:jc w:val="right"/>
      </w:pPr>
      <w:r>
        <w:t>اللہ کی مدد آپ کو، آپ کو بالکل</w:t>
      </w:r>
    </w:p>
    <w:p>
      <w:r>
        <w:rPr>
          <w:b/>
        </w:rPr>
        <w:t xml:space="preserve">[29:42] </w:t>
      </w:r>
      <w:r>
        <w:t>peaceful bana deti hai.</w:t>
      </w:r>
    </w:p>
    <w:p>
      <w:pPr>
        <w:jc w:val="right"/>
      </w:pPr>
      <w:r>
        <w:t>پیس فل بنا دیتی ہے۔</w:t>
      </w:r>
    </w:p>
    <w:p>
      <w:r>
        <w:rPr>
          <w:b/>
        </w:rPr>
        <w:t xml:space="preserve">[29:45] </w:t>
      </w:r>
      <w:r>
        <w:t>jaise hi aap ne apne aap ko waqeatan, yaani yeh prove kar diya ke aap negative nahin hue, aap ne positive mind ke sath jo pesh aaya tha, us ko us ka, us ko face kiya aur Allah par dala, feefaur aati hai Allah ki madad aur aap ko peace mil jata hai.</w:t>
      </w:r>
    </w:p>
    <w:p>
      <w:pPr>
        <w:jc w:val="right"/>
      </w:pPr>
      <w:r>
        <w:t>جیسے ہی آپ نے اپنے آپ کو واقعتاً، یعنی یہ پروف کر دیا کہ آپ نیگیٹیو نہیں ہوئے، آپ نے پازیٹیو مائنڈ کے ساتھ جو پیش آیا تھا، اس کو اس کا، اس کو فیس کیا اور اللہ پر ڈالا، فی الفور آتی ہے اللہ کی مدد اور آپ کو پیس مل جاتا ہے۔</w:t>
      </w:r>
    </w:p>
    <w:p>
      <w:r>
        <w:rPr>
          <w:b/>
        </w:rPr>
        <w:t xml:space="preserve">[30:10] </w:t>
      </w:r>
      <w:r>
        <w:t>aap ka problem jaisa chahta hai, Allah taala waise solve kar diya jata hai.</w:t>
      </w:r>
    </w:p>
    <w:p>
      <w:pPr>
        <w:jc w:val="right"/>
      </w:pPr>
      <w:r>
        <w:t>آپ کا پرابلم جیسا چاہتا ہے، اللہ تعالیٰ ویسے سالو کر دیا جاتا ہے۔</w:t>
      </w:r>
    </w:p>
    <w:p>
      <w:r>
        <w:rPr>
          <w:b/>
        </w:rPr>
        <w:t xml:space="preserve">[30:15] </w:t>
      </w:r>
      <w:r>
        <w:t>to yeh thi chand baatein. ab meri dua hai ke Allah taala mujh ko aur aap ko tofeeq de ke hum dunya mein sirat-e-mustaqeem par qaim hon aur akhirat mein hum ko Allah taala apni rehmaton ke saaye mein jagah de.</w:t>
      </w:r>
    </w:p>
    <w:p>
      <w:pPr>
        <w:jc w:val="right"/>
      </w:pPr>
      <w:r>
        <w:t>تو یہ تھی چند باتیں۔ اب میری دعا ہے کہ اللہ تعالیٰ مجھ کو اور آپ کو توفیق دے کہ ہم دنیا میں صراط مستقیم پر قائم ہوں اور آخرت میں ہم کو اللہ تعالیٰ اپنی رحمتوں کے سائے میں جگہ دے۔</w:t>
      </w:r>
    </w:p>
    <w:p>
      <w:r>
        <w:rPr>
          <w:b/>
        </w:rPr>
        <w:t xml:space="preserve">[30:31] </w:t>
      </w:r>
      <w:r>
        <w:t>assalam o alaikum wa rehmatullahi wa barakatuh.</w:t>
      </w:r>
    </w:p>
    <w:p>
      <w:pPr>
        <w:jc w:val="right"/>
      </w:pPr>
      <w:r>
        <w:t>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