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Intellectual Empowerment August 22, 2010</w:t>
      </w:r>
    </w:p>
    <w:p>
      <w:r>
        <w:t>https://youtu.be/hMzhnJpdyAg</w:t>
      </w:r>
    </w:p>
    <w:p>
      <w:r>
        <w:rPr>
          <w:b/>
        </w:rPr>
        <w:t xml:space="preserve">[00:14] </w:t>
      </w:r>
      <w:r>
        <w:t>bismillah hir rahman nir rahim, wa salli Allahu ala nabiyyil kareem.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"intellectual empowerment".</w:t>
      </w:r>
    </w:p>
    <w:p>
      <w:pPr>
        <w:jc w:val="right"/>
      </w:pPr>
      <w:r>
        <w:t>آج کا ٹاپک ہے "انٹلیکچول ایمپاورمنٹ"۔</w:t>
      </w:r>
    </w:p>
    <w:p>
      <w:r>
        <w:rPr>
          <w:b/>
        </w:rPr>
        <w:t xml:space="preserve">[00:41] </w:t>
      </w:r>
      <w:r>
        <w:t>yeh topic mujhe is liye samajh mein aaya ke abhi ek sahib se mulaqat hui, ek Muslim the woh, aur bohat hi dynamic aadmi the, un ke paas resources hain.</w:t>
      </w:r>
    </w:p>
    <w:p>
      <w:pPr>
        <w:jc w:val="right"/>
      </w:pPr>
      <w:r>
        <w:t>یہ ٹاپک مجھے اس لیے سمجھ میں آیا کہ ابھی ایک صاحب سے ملاقات ہوئی، ایک مسلم تھے وہ، اور بہت ہی ڈائنامک آدمی تھے، ان کے پاس ریسورسز ہیں۔</w:t>
      </w:r>
    </w:p>
    <w:p>
      <w:r>
        <w:rPr>
          <w:b/>
        </w:rPr>
        <w:t xml:space="preserve">[00:58] </w:t>
      </w:r>
      <w:r>
        <w:t>ek saar bhi rehte hain woh. to mein ne poocha ke aap kya kaam kar rahe hain? to unhone kaha ke mein Muslim empowerment ka kaam kar raha hoon.</w:t>
      </w:r>
    </w:p>
    <w:p>
      <w:pPr>
        <w:jc w:val="right"/>
      </w:pPr>
      <w:r>
        <w:t>ایک سار بھی رہتے ہیں وہ۔ تو میں نے پوچھا کہ آپ کیا کام کر رہے ہیں؟ تو انہوں نے کہا کہ میں مسلم ایمپاورمنٹ کا کام کر رہا ہوں۔</w:t>
      </w:r>
    </w:p>
    <w:p>
      <w:r>
        <w:rPr>
          <w:b/>
        </w:rPr>
        <w:t xml:space="preserve">[01:11] </w:t>
      </w:r>
      <w:r>
        <w:t>Muslim empowerment.</w:t>
      </w:r>
    </w:p>
    <w:p>
      <w:pPr>
        <w:jc w:val="right"/>
      </w:pPr>
      <w:r>
        <w:t>مسلم ایمپاورمنٹ۔</w:t>
      </w:r>
    </w:p>
    <w:p>
      <w:r>
        <w:rPr>
          <w:b/>
        </w:rPr>
        <w:t xml:space="preserve">[01:16] </w:t>
      </w:r>
      <w:r>
        <w:t>aaj kal jante hain aap ke yeh ek term hai, empowerment ka, jo bohat bola jata hai. matlab women empowerment, youth empowerment, harjan empowerment.</w:t>
      </w:r>
    </w:p>
    <w:p>
      <w:pPr>
        <w:jc w:val="right"/>
      </w:pPr>
      <w:r>
        <w:t>آج کل جانتے ہیں آپ کہ یہ ایک ٹرم ہے، ایمپاورمنٹ کا، جو بہت بولا جاتا ہے۔ مطلب وومن ایمپاورمنٹ، یوتھ ایمپاورمنٹ، ہرجن ایمپاورمنٹ۔</w:t>
      </w:r>
    </w:p>
    <w:p>
      <w:r>
        <w:rPr>
          <w:b/>
        </w:rPr>
        <w:t xml:space="preserve">[01:30] </w:t>
      </w:r>
      <w:r>
        <w:t>to isi par unhone yeh dhal liya "Muslim empowerment".</w:t>
      </w:r>
    </w:p>
    <w:p>
      <w:pPr>
        <w:jc w:val="right"/>
      </w:pPr>
      <w:r>
        <w:t>تو اسی پر انہوں نے یہ ڈھال لیا "مسلم ایمپاورمنٹ"۔</w:t>
      </w:r>
    </w:p>
    <w:p>
      <w:r>
        <w:rPr>
          <w:b/>
        </w:rPr>
        <w:t xml:space="preserve">[01:37] </w:t>
      </w:r>
      <w:r>
        <w:t>basically woh education ki field mein kaam kar rahe hain, aur kuch ek economic uplift ke liye kaam kar rahe hain. to mein ne kaha ke dekhein yeh jo aap Muslim empowerment ka term banaya hai,</w:t>
      </w:r>
    </w:p>
    <w:p>
      <w:pPr>
        <w:jc w:val="right"/>
      </w:pPr>
      <w:r>
        <w:t>بیسکلی وہ ایجوکیشن کی فیلڈ میں کام کر رہے ہیں، اور کچھ ایک اکانومک اپ لفٹ کے لیے کام کر رہے ہیں۔ تو میں نے کہا کہ دیکھیں یہ جو آپ مسلم ایمپاورمنٹ کا ٹرم بنایا ہے،</w:t>
      </w:r>
    </w:p>
    <w:p>
      <w:r>
        <w:rPr>
          <w:b/>
        </w:rPr>
        <w:t xml:space="preserve">[01:52] </w:t>
      </w:r>
      <w:r>
        <w:t>to yeh doosron ki naqal hai, jis ko kehte hain mudahajat. Quran majeed mein is ko mudahajat kaha gaya hai. Doosron ki naqal.</w:t>
      </w:r>
    </w:p>
    <w:p>
      <w:pPr>
        <w:jc w:val="right"/>
      </w:pPr>
      <w:r>
        <w:t>تو یہ دوسروں کی نقل ہے، جس کو کہتے ہیں مضاحات۔ قرآن مجید میں اس کو مضاحات کہا گیا ہے۔ دوسروں کی نقل۔</w:t>
      </w:r>
    </w:p>
    <w:p>
      <w:r>
        <w:rPr>
          <w:b/>
        </w:rPr>
        <w:t xml:space="preserve">[02:03] </w:t>
      </w:r>
      <w:r>
        <w:t>Aap ne khud Quran mein nahi talash kiya ke musalmanon ke liye hamein kya karna chahiye? Quran mein, hadith mein, Rasool Allah ki zindagi mein.</w:t>
      </w:r>
    </w:p>
    <w:p>
      <w:pPr>
        <w:jc w:val="right"/>
      </w:pPr>
      <w:r>
        <w:t>آپ نے خود قرآن میں نہیں تلاش کیا کہ مسلمانوں کے لیے ہمیں کیا کرنا چاہیے؟ قرآن میں، حدیث میں، رسول اللہ کی زندگی میں۔</w:t>
      </w:r>
    </w:p>
    <w:p>
      <w:r>
        <w:rPr>
          <w:b/>
        </w:rPr>
        <w:t xml:space="preserve">[02:15] </w:t>
      </w:r>
      <w:r>
        <w:t>to woh cheez wahan se aap jawab hasil kijiye. To Muslim empowerment to yeh to mudahajat hai.</w:t>
      </w:r>
    </w:p>
    <w:p>
      <w:pPr>
        <w:jc w:val="right"/>
      </w:pPr>
      <w:r>
        <w:t>تو وہ چیز وہاں سے آپ جواب حاصل کیجیے۔ تو مسلم ایمپاورمنٹ تو یہ تو مضاحات ہے۔</w:t>
      </w:r>
    </w:p>
    <w:p>
      <w:r>
        <w:rPr>
          <w:b/>
        </w:rPr>
        <w:t xml:space="preserve">[02:26] </w:t>
      </w:r>
      <w:r>
        <w:t>Mudahajat se musalmanon ka koi bhala hone wala nahi hai.</w:t>
      </w:r>
    </w:p>
    <w:p>
      <w:pPr>
        <w:jc w:val="right"/>
      </w:pPr>
      <w:r>
        <w:t>مضاحات سے مسلمانوں کا کوئی بھلا ہونے والا نہیں ہے۔</w:t>
      </w:r>
    </w:p>
    <w:p>
      <w:r>
        <w:rPr>
          <w:b/>
        </w:rPr>
        <w:t xml:space="preserve">[02:35] </w:t>
      </w:r>
      <w:r>
        <w:t>to mein ne kaha ke dekhiye musalmanon ka masla yeh nahi hai ke woh education mein peechay hain, ya un ki economy idarah durust nahi hai.</w:t>
      </w:r>
    </w:p>
    <w:p>
      <w:pPr>
        <w:jc w:val="right"/>
      </w:pPr>
      <w:r>
        <w:t>تو میں نے کہا کہ دیکھیں مسلمانوں کا مسئلہ یہ نہیں ہے کہ وہ ایجوکیشن میں پیچھے ہیں، یا ان کی اکنامی ادارہ درست نہیں ہے۔</w:t>
      </w:r>
    </w:p>
    <w:p>
      <w:r>
        <w:rPr>
          <w:b/>
        </w:rPr>
        <w:t xml:space="preserve">[02:45] </w:t>
      </w:r>
      <w:r>
        <w:t>Asal masla yeh hai ke un ka andar soch nahi hai, soch. Art of thinking nahi hai.</w:t>
      </w:r>
    </w:p>
    <w:p>
      <w:pPr>
        <w:jc w:val="right"/>
      </w:pPr>
      <w:r>
        <w:t>اصل مسئلہ یہ ہے کہ ان کا اندر سوچ نہیں ہے، سوچ۔ آرٹ آف تھنکنگ نہیں ہے۔</w:t>
      </w:r>
    </w:p>
    <w:p>
      <w:r>
        <w:rPr>
          <w:b/>
        </w:rPr>
        <w:t xml:space="preserve">[02:54] </w:t>
      </w:r>
      <w:r>
        <w:t>Rasool Allah sal Allah alaihi wasallam ke baray mein Quran majeed mein aaya hai ke char kaam Allah ne unhein diye thay.</w:t>
      </w:r>
    </w:p>
    <w:p>
      <w:pPr>
        <w:jc w:val="right"/>
      </w:pPr>
      <w:r>
        <w:t>رسول اللہ صلی اللہ علیہ وسلم کے بارے میں قرآن مجید میں آیا ہے کہ چار کام اللہ نے انہیں دیے تھے۔</w:t>
      </w:r>
    </w:p>
    <w:p>
      <w:r>
        <w:rPr>
          <w:b/>
        </w:rPr>
        <w:t xml:space="preserve">[03:03] </w:t>
      </w:r>
      <w:r>
        <w:t>Yatlu alaihim ayatihi, wa yuzakkikum, wa yallimukum al kitaba wal hikmah. Is mein dekhiye, teen kaam jo hain woh intellectual empowerment ke kaam hain.</w:t>
      </w:r>
    </w:p>
    <w:p>
      <w:pPr>
        <w:jc w:val="right"/>
      </w:pPr>
      <w:r>
        <w:t>یتلو علیہم آیاتہ، ویدکم، و علم الکتاب والحکمہ۔ اس میں دیکھیے، تین کام جو ہیں وہ انٹلیکچول ایمپاورمنٹ کے کام ہیں۔</w:t>
      </w:r>
    </w:p>
    <w:p>
      <w:r>
        <w:rPr>
          <w:b/>
        </w:rPr>
        <w:t xml:space="preserve">[03:16] </w:t>
      </w:r>
      <w:r>
        <w:t>Aaj kal ki istilaah mein istemal kar raha hoon. Yani aik hai tilawat e kitab.</w:t>
      </w:r>
    </w:p>
    <w:p>
      <w:pPr>
        <w:jc w:val="right"/>
      </w:pPr>
      <w:r>
        <w:t>آج کل کی اصطلاح میں استعمال کر رہا ہوں۔ یعنی ایک ہے تلاوت کتاب۔</w:t>
      </w:r>
    </w:p>
    <w:p>
      <w:r>
        <w:rPr>
          <w:b/>
        </w:rPr>
        <w:t xml:space="preserve">[03:25] </w:t>
      </w:r>
      <w:r>
        <w:t>Yani Allah ne jo kitab, ya Quran, farishtay ke zariye bheja aap ko, woh doosron tak pohanchana.</w:t>
      </w:r>
    </w:p>
    <w:p>
      <w:pPr>
        <w:jc w:val="right"/>
      </w:pPr>
      <w:r>
        <w:t>یعنی اللہ نے جو کتاب، یا قرآن، فرشتے کے ذریعے بھیجا آپ کو، وہ دوسروں تک پہنچانا۔</w:t>
      </w:r>
    </w:p>
    <w:p>
      <w:r>
        <w:rPr>
          <w:b/>
        </w:rPr>
        <w:t xml:space="preserve">[03:34] </w:t>
      </w:r>
      <w:r>
        <w:t>Yeh hai tilawat e kitab. Baqi teen kaam hain: ta'leem mein kitab, tazkiyah, aur hikmah. Yeh teeno kya hain?</w:t>
      </w:r>
    </w:p>
    <w:p>
      <w:pPr>
        <w:jc w:val="right"/>
      </w:pPr>
      <w:r>
        <w:t>یہ ہے تلاوت کتاب۔ بقیہ تین کام ہیں: تعلیم میں کتاب، تزکیہ، اور حکمت۔ یہ تینوں کیا ہیں؟</w:t>
      </w:r>
    </w:p>
    <w:p>
      <w:r>
        <w:rPr>
          <w:b/>
        </w:rPr>
        <w:t xml:space="preserve">[03:44] </w:t>
      </w:r>
      <w:r>
        <w:t>Yeh intellectual empowerment ke kaam hain. Yani logon ke andar sahi soch lana, positive thinking lana, tadabbur aur tafakkur ki salahiyat paida karna,</w:t>
      </w:r>
    </w:p>
    <w:p>
      <w:pPr>
        <w:jc w:val="right"/>
      </w:pPr>
      <w:r>
        <w:t>یہ انٹلیکچول ایمپاورمنٹ کے کام ہیں۔ یعنی لوگوں کے اندر صحیح سوچ لانا، پازیٹیو تھنکنگ لانا، تدبر اور تفکر کی صلاحیت پیدا کرنا،</w:t>
      </w:r>
    </w:p>
    <w:p>
      <w:r>
        <w:rPr>
          <w:b/>
        </w:rPr>
        <w:t xml:space="preserve">[04:00] </w:t>
      </w:r>
      <w:r>
        <w:t>apne mind ko Islam ke andaaz mein develop karna. Yeh hai intellectual empowerment. To Islam ka tareeqa jo hai woh yeh hai.</w:t>
      </w:r>
    </w:p>
    <w:p>
      <w:pPr>
        <w:jc w:val="right"/>
      </w:pPr>
      <w:r>
        <w:t>اپنے مائنڈ کو اسلام کے انداز میں ڈویلپ کرنا۔ یہ ہے انٹلیکچول ایمپاورمنٹ۔ تو اسلام کا طریقہ جو ہے وہ یہ ہے۔</w:t>
      </w:r>
    </w:p>
    <w:p>
      <w:r>
        <w:rPr>
          <w:b/>
        </w:rPr>
        <w:t xml:space="preserve">[04:15] </w:t>
      </w:r>
      <w:r>
        <w:t>Sab se bari kami jo musalmanon mein is waqt hai woh yahi hai ke un ko yeh nahi maloom ke Quranic andaaz mein kaise socha jaye.</w:t>
      </w:r>
    </w:p>
    <w:p>
      <w:pPr>
        <w:jc w:val="right"/>
      </w:pPr>
      <w:r>
        <w:t>سب سے بڑی کمی جو مسلمانوں میں اس وقت ہے وہ یہی ہے کہ ان کو یہ نہیں معلوم کہ قرآنی انداز میں کیسے سوچا جائے۔</w:t>
      </w:r>
    </w:p>
    <w:p>
      <w:r>
        <w:rPr>
          <w:b/>
        </w:rPr>
        <w:t xml:space="preserve">[04:26] </w:t>
      </w:r>
      <w:r>
        <w:t>Yani prophetic pattern mein kaise hamein, kaise hum sochein. Kyun ke soch se planning hoti hai. Jaisay soch, waisi planning.</w:t>
      </w:r>
    </w:p>
    <w:p>
      <w:pPr>
        <w:jc w:val="right"/>
      </w:pPr>
      <w:r>
        <w:t>یعنی پرافٹک پیٹرن میں کیسے ہمیں، کیسے ہم سوچیں۔ کیونکہ سوچ سے پلاننگ ہوتی ہے۔ جیسے سوچ، ویسی پلاننگ۔</w:t>
      </w:r>
    </w:p>
    <w:p>
      <w:r>
        <w:rPr>
          <w:b/>
        </w:rPr>
        <w:t xml:space="preserve">[04:39] </w:t>
      </w:r>
      <w:r>
        <w:t>Agar aap ki soch galat hai to planning galat ho jaye gi. Ab dekhiye mein abhi parson ka aik tajruba arz karta hoon.</w:t>
      </w:r>
    </w:p>
    <w:p>
      <w:pPr>
        <w:jc w:val="right"/>
      </w:pPr>
      <w:r>
        <w:t>اگر آپ کی سوچ غلط ہے تو پلاننگ غلط ہو جائے گی۔ اب دیکھیے میں ابھی پرسوں کا ایک تجربہ عرض کرتا ہوں۔</w:t>
      </w:r>
    </w:p>
    <w:p>
      <w:r>
        <w:rPr>
          <w:b/>
        </w:rPr>
        <w:t xml:space="preserve">[04:48] </w:t>
      </w:r>
      <w:r>
        <w:t>Parson yani 20 August ko, yahan par New Delhi mein, Teen Murti auditorium mein aik bohat special function hua tha.</w:t>
      </w:r>
    </w:p>
    <w:p>
      <w:pPr>
        <w:jc w:val="right"/>
      </w:pPr>
      <w:r>
        <w:t>پرسوں یعنی 20 اگست کو، یہاں پر نئی دہلی میں، تین مورتی آڈیٹوریم میں ایک بہت اسپیشل فنکشن ہوا تھا۔</w:t>
      </w:r>
    </w:p>
    <w:p>
      <w:r>
        <w:rPr>
          <w:b/>
        </w:rPr>
        <w:t xml:space="preserve">[05:04] </w:t>
      </w:r>
      <w:r>
        <w:t>Jis mein woh aap ko maloom hoga ke woh Rajiv Gandhi National Sadbhavana Award dene ke liye kiya gaya tha.</w:t>
      </w:r>
    </w:p>
    <w:p>
      <w:pPr>
        <w:jc w:val="right"/>
      </w:pPr>
      <w:r>
        <w:t>جس میں وہ آپ کو معلوم ہوگا کہ وہ راجو گاندھی نیشنل سدھ بھاونا ایوارڈ دینے کے لیے کیا گیا تھا۔</w:t>
      </w:r>
    </w:p>
    <w:p>
      <w:r>
        <w:rPr>
          <w:b/>
        </w:rPr>
        <w:t xml:space="preserve">[05:18] </w:t>
      </w:r>
      <w:r>
        <w:t>To wahan mujh ko bulaya gaya. To wahan par stage par jo thay, mein tha aur Manmohan Singh, Prime Minister Sonia Gandhi, jo Chairman hain ruling party ke,</w:t>
      </w:r>
    </w:p>
    <w:p>
      <w:pPr>
        <w:jc w:val="right"/>
      </w:pPr>
      <w:r>
        <w:t>تو وہاں مجھ کو بلایا گیا۔ تو وہاں پر اسٹیج پر جو تھے، میں تھا اور من مون سنگھ، پرائم منسٹر سونیا گاندھی، جو چیئرمین ہیں رولنگ پارٹی کے،</w:t>
      </w:r>
    </w:p>
    <w:p>
      <w:r>
        <w:rPr>
          <w:b/>
        </w:rPr>
        <w:t xml:space="preserve">[05:33] </w:t>
      </w:r>
      <w:r>
        <w:t>aur wahan par Mr. Bora. Mr. Bora jo is is ke top ke aadmi hain is circle ke. To yeh log thay.</w:t>
      </w:r>
    </w:p>
    <w:p>
      <w:pPr>
        <w:jc w:val="right"/>
      </w:pPr>
      <w:r>
        <w:t>اور وہاں پر مسٹر بورا۔ مسٹر بورا جو اس اس کے ٹاپ کے آدمی ہیں اس سرکل کے۔ تو یہ لوگ تھے۔</w:t>
      </w:r>
    </w:p>
    <w:p>
      <w:r>
        <w:rPr>
          <w:b/>
        </w:rPr>
        <w:t xml:space="preserve">[05:42] </w:t>
      </w:r>
      <w:r>
        <w:t>Aur Dr. Karan Singh thay.</w:t>
      </w:r>
    </w:p>
    <w:p>
      <w:pPr>
        <w:jc w:val="right"/>
      </w:pPr>
      <w:r>
        <w:t>اور ڈاکٹر کرن سنگھ تھے۔</w:t>
      </w:r>
    </w:p>
    <w:p>
      <w:r>
        <w:rPr>
          <w:b/>
        </w:rPr>
        <w:t xml:space="preserve">[05:45] </w:t>
      </w:r>
      <w:r>
        <w:t>Dr. Karan Singh jo bohat hi maane hue India ke intellectual aur scholar hain.</w:t>
      </w:r>
    </w:p>
    <w:p>
      <w:pPr>
        <w:jc w:val="right"/>
      </w:pPr>
      <w:r>
        <w:t>ڈاکٹر کرن سنگھ جو بہت ہی مانے ہوئے انڈیا کے انٹلیکچول اور سکالر ہیں۔</w:t>
      </w:r>
    </w:p>
    <w:p>
      <w:r>
        <w:rPr>
          <w:b/>
        </w:rPr>
        <w:t xml:space="preserve">[05:55] </w:t>
      </w:r>
      <w:r>
        <w:t>To Dr. Karan Singh bhi Chairman hain is is ke Sadbhavana Award committee ka ke Chairman hain.</w:t>
      </w:r>
    </w:p>
    <w:p>
      <w:pPr>
        <w:jc w:val="right"/>
      </w:pPr>
      <w:r>
        <w:t>تو ڈاکٹر کرن سنگھ بھی چیئرمین ہیں اس اس کے سدھ بھاونا ایوارڈ کمیٹی کا کے چیئرمین ہیں۔</w:t>
      </w:r>
    </w:p>
    <w:p>
      <w:r>
        <w:rPr>
          <w:b/>
        </w:rPr>
        <w:t xml:space="preserve">[06:04] </w:t>
      </w:r>
      <w:r>
        <w:t>To wahan mujh ko woh diya unhon ne award. Aur wahan par bohat zabardast yani audience tha ke saaray minister wahan baithe hue thay.</w:t>
      </w:r>
    </w:p>
    <w:p>
      <w:pPr>
        <w:jc w:val="right"/>
      </w:pPr>
      <w:r>
        <w:t>تو وہاں مجھ کو وہ دیا انہوں نے ایوارڈ۔ اور وہاں پر بہت زبردست یعنی آڈینس تھا کہ سارے منسٹر وہاں بیٹھے ہوئے تھے۔</w:t>
      </w:r>
    </w:p>
    <w:p>
      <w:r>
        <w:rPr>
          <w:b/>
        </w:rPr>
        <w:t xml:space="preserve">[06:19] </w:t>
      </w:r>
      <w:r>
        <w:t>Delhi administration ke minister aur Central government ke minister. Bohat hi top ke log thay wahan par.</w:t>
      </w:r>
    </w:p>
    <w:p>
      <w:pPr>
        <w:jc w:val="right"/>
      </w:pPr>
      <w:r>
        <w:t>دلی ایڈمنسٹریشن کے منسٹر اور سینٹرل گورنمنٹ کے منسٹر۔ بہت ہی ٹاپ کے لوگ تھے وہاں پر۔</w:t>
      </w:r>
    </w:p>
    <w:p>
      <w:r>
        <w:rPr>
          <w:b/>
        </w:rPr>
        <w:t xml:space="preserve">[06:30] </w:t>
      </w:r>
      <w:r>
        <w:t>to wahan par ajeeb baat hai ke sab logon ne CPS ki baatein keen.</w:t>
      </w:r>
    </w:p>
    <w:p>
      <w:pPr>
        <w:jc w:val="right"/>
      </w:pPr>
      <w:r>
        <w:t>تو وہاں پر عجیب بات ہے کہ سب لوگوں نے سی پی ایس کی باتیں کیں۔</w:t>
      </w:r>
    </w:p>
    <w:p>
      <w:r>
        <w:rPr>
          <w:b/>
        </w:rPr>
        <w:t xml:space="preserve">[06:39] </w:t>
      </w:r>
      <w:r>
        <w:t>doctor karan singh sahab aaye stage par to unhon ne hamara jo chupa hai Quran ka translation angrezi, ek un ke haath mein tha woh, ek haath mein tha Profit of Peace.</w:t>
      </w:r>
    </w:p>
    <w:p>
      <w:pPr>
        <w:jc w:val="right"/>
      </w:pPr>
      <w:r>
        <w:t>ڈاکٹر کرن سنگھ صاحب آئے اسٹیج پر تو انہوں نے ہمارا جو چھپا ہے قرآن کا ٹرانسلیشن انگریزی، ایک ان کے ہاتھ میں تھا وہ، ایک ہاتھ میں تھا پرافٹ آف پیس۔</w:t>
      </w:r>
    </w:p>
    <w:p>
      <w:r>
        <w:rPr>
          <w:b/>
        </w:rPr>
        <w:t xml:space="preserve">[06:52] </w:t>
      </w:r>
      <w:r>
        <w:t>woh unhon ne audience ko dikhaya ke dekho yeh kitabein hain. yeh kitabein aap logon ko padhna hai.</w:t>
      </w:r>
    </w:p>
    <w:p>
      <w:pPr>
        <w:jc w:val="right"/>
      </w:pPr>
      <w:r>
        <w:t>وہ انہوں نے آڈینس کو دکھایا کہ دیکھو یہ کتابیں ہیں۔ یہ کتابیں آپ لوگوں کو پڑھنا ہے۔</w:t>
      </w:r>
    </w:p>
    <w:p>
      <w:r>
        <w:rPr>
          <w:b/>
        </w:rPr>
        <w:t xml:space="preserve">[07:00] </w:t>
      </w:r>
      <w:r>
        <w:t>to doctor manmohan singh ne CPS ki baat ki. matlab meri baat, CPS ki baat. doctor manmohan singh jo prime minister hain unhon ne wahi baat ki.</w:t>
      </w:r>
    </w:p>
    <w:p>
      <w:pPr>
        <w:jc w:val="right"/>
      </w:pPr>
      <w:r>
        <w:t>تو ڈاکٹر من مون سنگھ نے سی پی ایس کی بات کی۔ مطلب میری بات، سی پی ایس کی بات۔ ڈاکٹر من مون سنگھ جو پرائم منسٹر ہیں انہوں نے وہی بات کی۔</w:t>
      </w:r>
    </w:p>
    <w:p>
      <w:r>
        <w:rPr>
          <w:b/>
        </w:rPr>
        <w:t xml:space="preserve">[07:10] </w:t>
      </w:r>
      <w:r>
        <w:t>aur jo chairman hain ruling party ke Sonia Gandhi unhon ne wahi baat ki. Mr. Bora ne wahi baat ki.</w:t>
      </w:r>
    </w:p>
    <w:p>
      <w:pPr>
        <w:jc w:val="right"/>
      </w:pPr>
      <w:r>
        <w:t>اور جو چیئرمین ہیں رولنگ پارٹی کے سونیا گاندھی انہوں نے وہی بات کی۔ مسٹر بورا نے وہی بات کی۔</w:t>
      </w:r>
    </w:p>
    <w:p>
      <w:r>
        <w:rPr>
          <w:b/>
        </w:rPr>
        <w:t xml:space="preserve">[07:17] </w:t>
      </w:r>
      <w:r>
        <w:t>yani stage par goya ke ek tarah ka prachar ho raha tha is mission ka. aur Quran ka tarjuma aur Profit of Peace yeh logon ko diya ja raha tha.</w:t>
      </w:r>
    </w:p>
    <w:p>
      <w:pPr>
        <w:jc w:val="right"/>
      </w:pPr>
      <w:r>
        <w:t>یعنی اسٹیج پر گویا کہ ایک طرح کا پرچار ہو رہا تھا اس مشن کا۔ اور قرآن کا ترجمہ اور پرافٹ آف پیس یہ لوگوں کو دیا جا رہا تھا۔</w:t>
      </w:r>
    </w:p>
    <w:p>
      <w:r>
        <w:rPr>
          <w:b/>
        </w:rPr>
        <w:t xml:space="preserve">[07:32] </w:t>
      </w:r>
      <w:r>
        <w:t>to zahir hai ke bohat hi khushi ki baat thi. ab yeh live telecast hua. yani isi waqt foran ke foran woh Doordarshan ke zariye se saare India mein dikhaya ja raha tha.</w:t>
      </w:r>
    </w:p>
    <w:p>
      <w:pPr>
        <w:jc w:val="right"/>
      </w:pPr>
      <w:r>
        <w:t>تو ظاہر ہے کہ بہت ہی خوشی کی بات تھی۔ اب یہ لائیو ٹیلی کاسٹ ہوا۔ یعنی اسی وقت فوراً کے فوراً وہ دورदर्شن کے ذریعے سے سارے انڈیا میں دکھایا جا رہا تھا۔</w:t>
      </w:r>
    </w:p>
    <w:p>
      <w:r>
        <w:rPr>
          <w:b/>
        </w:rPr>
        <w:t xml:space="preserve">[07:47] </w:t>
      </w:r>
      <w:r>
        <w:t>phir media mein aaya, akhbaron mein aaya. to wahan par jab function khatam hua to ek musalman wahan par mile auditorium ke andar.</w:t>
      </w:r>
    </w:p>
    <w:p>
      <w:pPr>
        <w:jc w:val="right"/>
      </w:pPr>
      <w:r>
        <w:t>پھر میڈیا میں آیا، اخباروں میں آیا۔ تو وہاں پر جب فنکشن ختم ہوا تو ایک مسلمان وہاں پر ملے آڈیٹوریم کے اندر۔</w:t>
      </w:r>
    </w:p>
    <w:p>
      <w:r>
        <w:rPr>
          <w:b/>
        </w:rPr>
        <w:t xml:space="preserve">[07:59] </w:t>
      </w:r>
      <w:r>
        <w:t>to unhon ne bohat hi jubilantly kaha ke bohat acha laga. bohat acha laga. hamare Islam ki shaan oonchi hui.</w:t>
      </w:r>
    </w:p>
    <w:p>
      <w:pPr>
        <w:jc w:val="right"/>
      </w:pPr>
      <w:r>
        <w:t>تو انہوں نے بہت ہی جوبیلینٹلی کہا کہ بہت اچھا لگا۔ بہت اچھا لگا۔ ہمارے اسلام کی شان اونچی ہوئی۔</w:t>
      </w:r>
    </w:p>
    <w:p>
      <w:r>
        <w:rPr>
          <w:b/>
        </w:rPr>
        <w:t xml:space="preserve">[08:11] </w:t>
      </w:r>
      <w:r>
        <w:t>hamare Islam ka naam ooncha hua aaj.</w:t>
      </w:r>
    </w:p>
    <w:p>
      <w:pPr>
        <w:jc w:val="right"/>
      </w:pPr>
      <w:r>
        <w:t>ہمارے اسلام کا نام اونچا ہوا آج۔</w:t>
      </w:r>
    </w:p>
    <w:p>
      <w:r>
        <w:rPr>
          <w:b/>
        </w:rPr>
        <w:t xml:space="preserve">[08:16] </w:t>
      </w:r>
      <w:r>
        <w:t>to mujhe bohat hi ajeeb laga yeh ke aap ne fakhr ki ghiza li aaj se. is poore waqeye mein jo aap ne liya woh fakhr ki ghiza.</w:t>
      </w:r>
    </w:p>
    <w:p>
      <w:pPr>
        <w:jc w:val="right"/>
      </w:pPr>
      <w:r>
        <w:t>تو مجھے بہت ہی عجیب لگا یہ کہ آپ نے فخر کی غذا لی آج سے۔ اس پورے واقعے میں جو آپ نے لیا وہ فخر کی غذا۔</w:t>
      </w:r>
    </w:p>
    <w:p>
      <w:r>
        <w:rPr>
          <w:b/>
        </w:rPr>
        <w:t xml:space="preserve">[08:29] </w:t>
      </w:r>
      <w:r>
        <w:t>aur main aur mere saathi to yeh soch rahe the ke India mein dawat ke mawaqe kitne alag hain. yani hum ne is waqeye ko is angle se dekha ke khud government ke bare bare log baithe hue hain wahan par.</w:t>
      </w:r>
    </w:p>
    <w:p>
      <w:pPr>
        <w:jc w:val="right"/>
      </w:pPr>
      <w:r>
        <w:t>اور میں اور میرے ساتھی تو یہ سوچ رہے تھے کہ انڈیا میں دعوت کے مواقع کتنے علیحدہ ہیں۔ یعنی ہم نے اس واقعے کو اس اینگل سے دیکھا کہ خود گورنمنٹ کے بڑے بڑے لوگ بیٹھے ہوئے ہیں وہاں پر۔</w:t>
      </w:r>
    </w:p>
    <w:p>
      <w:r>
        <w:rPr>
          <w:b/>
        </w:rPr>
        <w:t xml:space="preserve">[08:46] </w:t>
      </w:r>
      <w:r>
        <w:t>top most log the wahan par. including prime minister. aur sab log hi CPS ki baat kar rahe the. Quran ka English translation phailaya ja raha tha wahan.</w:t>
      </w:r>
    </w:p>
    <w:p>
      <w:pPr>
        <w:jc w:val="right"/>
      </w:pPr>
      <w:r>
        <w:t>ٹاپ موسٹ لوگ تھے وہاں پر۔ انکلوڈنگ پرائم منسٹر۔ اور سب لوگ ہی سی پی ایس کی بات کر رہے تھے۔ قرآن کا انگلش ٹرانسلیشن پھیلایا جا رہا تھا وہاں۔</w:t>
      </w:r>
    </w:p>
    <w:p>
      <w:r>
        <w:rPr>
          <w:b/>
        </w:rPr>
        <w:t xml:space="preserve">[08:58] </w:t>
      </w:r>
      <w:r>
        <w:t>aur Profit of Peace logon ko diya ja raha tha wahan.</w:t>
      </w:r>
    </w:p>
    <w:p>
      <w:pPr>
        <w:jc w:val="right"/>
      </w:pPr>
      <w:r>
        <w:t>اور پرافٹ آف پیس لوگوں کو دیا جا رہا تھا وہاں۔</w:t>
      </w:r>
    </w:p>
    <w:p>
      <w:r>
        <w:rPr>
          <w:b/>
        </w:rPr>
        <w:t xml:space="preserve">[09:04] </w:t>
      </w:r>
      <w:r>
        <w:t>to hum is par shukr kar rahe the ke Allah taala ne India mein is dawat ke kitne mawaqe khol rakhe hain. aur main ne apni taqreer mein kaha ke is waqt duniya mein 57 Muslim countries hain.</w:t>
      </w:r>
    </w:p>
    <w:p>
      <w:pPr>
        <w:jc w:val="right"/>
      </w:pPr>
      <w:r>
        <w:t>تو ہم اس پر شکر کر رہے تھے کہ اللہ تعالیٰ نے انڈیا میں اس دعوت کے کتنے مواقع کھول رکھے ہیں۔ اور میں نے اپنی تقریر میں کہا کہ اس وقت دنیا میں 57 مسلم کنٹریز ہیں۔</w:t>
      </w:r>
    </w:p>
    <w:p>
      <w:r>
        <w:rPr>
          <w:b/>
        </w:rPr>
        <w:t xml:space="preserve">[09:21] </w:t>
      </w:r>
      <w:r>
        <w:t>kisi bhi mulk mein itne mawaqe nahi hatta ke India mein.</w:t>
      </w:r>
    </w:p>
    <w:p>
      <w:pPr>
        <w:jc w:val="right"/>
      </w:pPr>
      <w:r>
        <w:t>کسی بھی ملک میں اتنے مواقع نہیں حتیٰ کہ انڈیا میں۔</w:t>
      </w:r>
    </w:p>
    <w:p>
      <w:r>
        <w:rPr>
          <w:b/>
        </w:rPr>
        <w:t xml:space="preserve">[09:27] </w:t>
      </w:r>
      <w:r>
        <w:t>to hum ko is baat pe khushi hui ke Allah taala ka shukr ada kiya ke India mein itne mawaqe dawat ke.</w:t>
      </w:r>
    </w:p>
    <w:p>
      <w:pPr>
        <w:jc w:val="right"/>
      </w:pPr>
      <w:r>
        <w:t>تو ہم کو اس بات پہ خوشی ہوئی کہ اللہ تعالیٰ کا شکر ادا کیا کہ انڈیا میں اتنے مواقع دعوت کے۔</w:t>
      </w:r>
    </w:p>
    <w:p>
      <w:r>
        <w:rPr>
          <w:b/>
        </w:rPr>
        <w:t xml:space="preserve">[09:35] </w:t>
      </w:r>
      <w:r>
        <w:t>aur woh woh fakhr ka pehlu nikal kar ke is par kehne ke hamara Islam, hamare Islam ki shaan buland hui. yeh hai art of thinking na hona.</w:t>
      </w:r>
    </w:p>
    <w:p>
      <w:pPr>
        <w:jc w:val="right"/>
      </w:pPr>
      <w:r>
        <w:t>اور وہ وہ فخر کا پہلو نکال کر کے اس پر کہنے کہ ہمارا اسلام، ہمارے اسلام کی شان بلند ہوئی۔ یہ ہے آرٹ آف تھنکنگ نہ ہونا۔</w:t>
      </w:r>
    </w:p>
    <w:p>
      <w:r>
        <w:rPr>
          <w:b/>
        </w:rPr>
        <w:t xml:space="preserve">[09:46] </w:t>
      </w:r>
      <w:r>
        <w:t>to sab se bari museebat yeh hai musalmanon mein ke woh cheezon ko fakhr ki nisbat se lete hain.</w:t>
      </w:r>
    </w:p>
    <w:p>
      <w:pPr>
        <w:jc w:val="right"/>
      </w:pPr>
      <w:r>
        <w:t>تو سب سے بڑی مصیبت یہ ہے مسلمانوں میں کہ وہ چیزوں کو فخر کی نسبت سے لیتے ہیں۔</w:t>
      </w:r>
    </w:p>
    <w:p>
      <w:r>
        <w:rPr>
          <w:b/>
        </w:rPr>
        <w:t xml:space="preserve">[09:54] </w:t>
      </w:r>
      <w:r>
        <w:t>jab jab fakhr ki nisbat lenge aap to doosra kya hoga? apne liye fakhr, doosre ki nafrat.</w:t>
      </w:r>
    </w:p>
    <w:p>
      <w:pPr>
        <w:jc w:val="right"/>
      </w:pPr>
      <w:r>
        <w:t>جب جب فخر کی نسبت لیں گے آپ تو دوسرا کیا ہوگا؟ اپنے لیے فخر، دوسرے کی نفرت۔</w:t>
      </w:r>
    </w:p>
    <w:p>
      <w:r>
        <w:rPr>
          <w:b/>
        </w:rPr>
        <w:t xml:space="preserve">[10:01] </w:t>
      </w:r>
      <w:r>
        <w:t>koi bhi qaum jo hai jis ke andar fakhr ki nafsiyat aa jaye to fakhr apne liye hota hai. to fakhr aadmi India par nahi karega.</w:t>
      </w:r>
    </w:p>
    <w:p>
      <w:pPr>
        <w:jc w:val="right"/>
      </w:pPr>
      <w:r>
        <w:t>کوئی بھی قوم جو ہے جس کے اندر فخر کی نفسیات آ جائے تو فخر اپنے لیے ہوتا ہے۔ تو فخر آدمی انڈیا پر نہیں کرے گا۔</w:t>
      </w:r>
    </w:p>
    <w:p>
      <w:r>
        <w:rPr>
          <w:b/>
        </w:rPr>
        <w:t xml:space="preserve">[10:12] </w:t>
      </w:r>
      <w:r>
        <w:t>fakhr Indian nation par nahi karega. apne upar fakhr karega. aur doosre ke liye is ke liye kya hoga? nafrat hogi.</w:t>
      </w:r>
    </w:p>
    <w:p>
      <w:pPr>
        <w:jc w:val="right"/>
      </w:pPr>
      <w:r>
        <w:t>فخر انڈین نیشن پر نہیں کرے گا۔ اپنے اوپر فخر کرے گا۔ اور دوسرے کے لیے اس کے لیے کیا ہوگا؟ نفرت ہوگی۔</w:t>
      </w:r>
    </w:p>
    <w:p>
      <w:r>
        <w:rPr>
          <w:b/>
        </w:rPr>
        <w:t xml:space="preserve">[10:23] </w:t>
      </w:r>
      <w:r>
        <w:t>yani is ko kahenge otherness ke main ek mein hoon, ek doosra hai.</w:t>
      </w:r>
    </w:p>
    <w:p>
      <w:pPr>
        <w:jc w:val="right"/>
      </w:pPr>
      <w:r>
        <w:t>یعنی اس کو کہیں گے ادرنس کہ میں ایک میں ہوں، ایک دوسرا ہے۔</w:t>
      </w:r>
    </w:p>
    <w:p>
      <w:r>
        <w:rPr>
          <w:b/>
        </w:rPr>
        <w:t xml:space="preserve">[10:31] </w:t>
      </w:r>
      <w:r>
        <w:t>main aur woh. we and they. lekin dawat ka jo concept hai woh yeh nahi hai. woh sab ko insaan ke roop mein dekhta hai.</w:t>
      </w:r>
    </w:p>
    <w:p>
      <w:pPr>
        <w:jc w:val="right"/>
      </w:pPr>
      <w:r>
        <w:t>میں اور وہ۔ وی اینڈ دے۔ لیکن دعوت کا جو کانسیپٹ ہے وہ یہ نہیں ہے۔ وہ سب کو انسان کے روپ میں دیکھتا ہے۔</w:t>
      </w:r>
    </w:p>
    <w:p>
      <w:r>
        <w:rPr>
          <w:b/>
        </w:rPr>
        <w:t xml:space="preserve">[10:45] </w:t>
      </w:r>
      <w:r>
        <w:t>dawat ka concept we and we we we par base karta hai. aur yeh jo hai fakhr wala woh we they par base karta hai.</w:t>
      </w:r>
    </w:p>
    <w:p>
      <w:pPr>
        <w:jc w:val="right"/>
      </w:pPr>
      <w:r>
        <w:t>دعوت کا کانسیپٹ وی اور وی وی وی پر بیس کرتا ہے۔ اور یہ جو ہے فخر والا وہ وی دے پر بیس کرتا ہے۔</w:t>
      </w:r>
    </w:p>
    <w:p>
      <w:r>
        <w:rPr>
          <w:b/>
        </w:rPr>
        <w:t xml:space="preserve">[10:56] </w:t>
      </w:r>
      <w:r>
        <w:t>to aap ghore kijiye ke ek hi waqea. lekin chunke soch sahih nahi hai</w:t>
      </w:r>
    </w:p>
    <w:p>
      <w:pPr>
        <w:jc w:val="right"/>
      </w:pPr>
      <w:r>
        <w:t>تو آپ غور کیجیے کہ ایک ہی واقعہ۔ لیکن چونکہ سوچ صحیح نہیں ہے</w:t>
      </w:r>
    </w:p>
    <w:p>
      <w:r>
        <w:rPr>
          <w:b/>
        </w:rPr>
        <w:t xml:space="preserve">[11:02] </w:t>
      </w:r>
      <w:r>
        <w:t>to is ko paid le liya. paid le kar kya hua? woh ghar mein ja kar khush ho rahe honge. hum ko hamare sathiyon ko kya mila?</w:t>
      </w:r>
    </w:p>
    <w:p>
      <w:pPr>
        <w:jc w:val="right"/>
      </w:pPr>
      <w:r>
        <w:t>تو اس کو پیڈ لے لیا۔ پیڈ لے کر کیا ہوا؟ وہ گھر میں جا کر خوش ہو رہے ہوں گے۔ ہم کو ہمارے ساتھیوں کو کیا ملا؟</w:t>
      </w:r>
    </w:p>
    <w:p>
      <w:r>
        <w:rPr>
          <w:b/>
        </w:rPr>
        <w:t xml:space="preserve">[11:12] </w:t>
      </w:r>
      <w:r>
        <w:t>ke yeh india mein itne mawaqe hain, khoob kaam karo, khoob daawti kaam karo. to hamare andar kaam ka jazba paida hua.</w:t>
      </w:r>
    </w:p>
    <w:p>
      <w:pPr>
        <w:jc w:val="right"/>
      </w:pPr>
      <w:r>
        <w:t>کہ یہ انڈیا میں اتنے مواقع ہیں، خوب کام کرو، خوب دعوتی کام کرو۔ تو ہمارے اندر کام کا جذبہ پیدا ہوا۔</w:t>
      </w:r>
    </w:p>
    <w:p>
      <w:r>
        <w:rPr>
          <w:b/>
        </w:rPr>
        <w:t xml:space="preserve">[11:21] </w:t>
      </w:r>
      <w:r>
        <w:t>daawat ke liye koi aur motivation hua.</w:t>
      </w:r>
    </w:p>
    <w:p>
      <w:pPr>
        <w:jc w:val="right"/>
      </w:pPr>
      <w:r>
        <w:t>دعوت کے لیے کوئی اور موٹیویشن ہوا۔</w:t>
      </w:r>
    </w:p>
    <w:p>
      <w:r>
        <w:rPr>
          <w:b/>
        </w:rPr>
        <w:t xml:space="preserve">[11:26] </w:t>
      </w:r>
      <w:r>
        <w:t>aur woh sahab jo the un ko fakhr mila, fakhr le kar jao aur aur aur khush raho khali. to sab se bara masla yeh hai ke musalmanon ko yeh nahi maloom ke soch sochne ka tareeqa kya hai.</w:t>
      </w:r>
    </w:p>
    <w:p>
      <w:pPr>
        <w:jc w:val="right"/>
      </w:pPr>
      <w:r>
        <w:t>اور وہ صاحب جو تھے ان کو فخر ملا، فخر لے کر جاؤ اور اور اور خوش رہو خالی۔ تو سب سے بڑا مسئلہ یہ ہے کہ مسلمانوں کو یہ نہیں معلوم کہ سوچ سوچنے کا طریقہ کیا ہے۔</w:t>
      </w:r>
    </w:p>
    <w:p>
      <w:r>
        <w:rPr>
          <w:b/>
        </w:rPr>
        <w:t xml:space="preserve">[11:44] </w:t>
      </w:r>
      <w:r>
        <w:t>aap jante hain ke sab kuch soch par depend karta hai. sab kuch soch par depend karta hai.</w:t>
      </w:r>
    </w:p>
    <w:p>
      <w:pPr>
        <w:jc w:val="right"/>
      </w:pPr>
      <w:r>
        <w:t>آپ جانتے ہیں کہ سب کچھ سوچ پر ڈیپینڈ کرتا ہے۔ سب کچھ سوچ پر ڈیپینڈ کرتا ہے۔</w:t>
      </w:r>
    </w:p>
    <w:p>
      <w:r>
        <w:rPr>
          <w:b/>
        </w:rPr>
        <w:t xml:space="preserve">[11:51] </w:t>
      </w:r>
      <w:r>
        <w:t>to masla muslim empowerment ka nahi hai. masla musalmanon ke intellectual empowerment ka hai.</w:t>
      </w:r>
    </w:p>
    <w:p>
      <w:pPr>
        <w:jc w:val="right"/>
      </w:pPr>
      <w:r>
        <w:t>تو مسئلہ مسلم ایمپاورمنٹ کا نہیں ہے۔ مسئلہ مسلمانوں کے انٹلیکچول ایمپاورمنٹ کا ہے۔</w:t>
      </w:r>
    </w:p>
    <w:p>
      <w:r>
        <w:rPr>
          <w:b/>
        </w:rPr>
        <w:t xml:space="preserve">[12:01] </w:t>
      </w:r>
      <w:r>
        <w:t>zehni aitbar se un ko buland karna. sahih soch lana.</w:t>
      </w:r>
    </w:p>
    <w:p>
      <w:pPr>
        <w:jc w:val="right"/>
      </w:pPr>
      <w:r>
        <w:t>ذہنی اعتبار سے ان کو بلند کرنا۔ صحیح سوچ لانا۔</w:t>
      </w:r>
    </w:p>
    <w:p>
      <w:r>
        <w:rPr>
          <w:b/>
        </w:rPr>
        <w:t xml:space="preserve">[12:07] </w:t>
      </w:r>
      <w:r>
        <w:t>phir mein is par sochte sochte ek baat aur samajh aayi. yeh yeh bigaad jo hai yeh bohat hi gehra bigaad hai. aur bohat zyada hamein is ke liye kaam karna parega.</w:t>
      </w:r>
    </w:p>
    <w:p>
      <w:pPr>
        <w:jc w:val="right"/>
      </w:pPr>
      <w:r>
        <w:t>پھر میں اس پر سوچتے سوچتے ایک بات اور سمجھ آئی۔ یہ یہ بگاڑ جو ہے یہ بہت ہی گہرا بگاڑ ہے۔ اور بہت زیادہ ہمیں اس کے لیے کام کرنا پڑے گا۔</w:t>
      </w:r>
    </w:p>
    <w:p>
      <w:r>
        <w:rPr>
          <w:b/>
        </w:rPr>
        <w:t xml:space="preserve">[12:22] </w:t>
      </w:r>
      <w:r>
        <w:t>kal maine ek sahab se baat kar, ek sahab se baat hui. kal woh aalim hain woh. to maine kaha ke dekhiye ek hadith hai.</w:t>
      </w:r>
    </w:p>
    <w:p>
      <w:pPr>
        <w:jc w:val="right"/>
      </w:pPr>
      <w:r>
        <w:t>کل میں نے ایک صاحب سے بات کر، ایک صاحب سے بات ہوئی۔ کل وہ عالم ہیں وہ۔ تو میں نے کہا کہ دیکھیے ایک حدیث ہے۔</w:t>
      </w:r>
    </w:p>
    <w:p>
      <w:r>
        <w:rPr>
          <w:b/>
        </w:rPr>
        <w:t xml:space="preserve">[12:33] </w:t>
      </w:r>
      <w:r>
        <w:t>rasool Allah ne farmaya: "jab meri ummat mein talwar daal di jayegi,</w:t>
      </w:r>
    </w:p>
    <w:p>
      <w:pPr>
        <w:jc w:val="right"/>
      </w:pPr>
      <w:r>
        <w:t>رسول اللہ نے فرمایا: "اذا وضع سیف فی امتی،</w:t>
      </w:r>
    </w:p>
    <w:p>
      <w:r>
        <w:rPr>
          <w:b/>
        </w:rPr>
        <w:t xml:space="preserve">[12:42] </w:t>
      </w:r>
      <w:r>
        <w:t>jab meri ummat mein talwar daal di jayegi, to phir qayamat tak woh nahi niklegi." jab meri ummat mein talwar daal di jayegi to phir qayamat tak woh nahi niklegi.</w:t>
      </w:r>
    </w:p>
    <w:p>
      <w:pPr>
        <w:jc w:val="right"/>
      </w:pPr>
      <w:r>
        <w:t>اذا وضع سیف فی امتی، لم یخرج انا حتی یوم القیامہ۔" جب میری امت میں تلوار داخل ہو جائے گی تو پھر قیامت تک وہ نہیں نکلے گی۔</w:t>
      </w:r>
    </w:p>
    <w:p>
      <w:r>
        <w:rPr>
          <w:b/>
        </w:rPr>
        <w:t xml:space="preserve">[13:00] </w:t>
      </w:r>
      <w:r>
        <w:t>aisi ajeeb hadith hai kapkapi paida karne wali.</w:t>
      </w:r>
    </w:p>
    <w:p>
      <w:pPr>
        <w:jc w:val="right"/>
      </w:pPr>
      <w:r>
        <w:t>ایسی عجیب حدیث ہے کپکپی پیدا کرنے والی۔</w:t>
      </w:r>
    </w:p>
    <w:p>
      <w:r>
        <w:rPr>
          <w:b/>
        </w:rPr>
        <w:t xml:space="preserve">[13:06] </w:t>
      </w:r>
      <w:r>
        <w:t>ke jab meri ummat mein talwar daal di jayegi to phir qayamat tak woh nahi niklegi. to maine un se kaha ke kab daal hui talwar?</w:t>
      </w:r>
    </w:p>
    <w:p>
      <w:pPr>
        <w:jc w:val="right"/>
      </w:pPr>
      <w:r>
        <w:t>کہ جب میری امت میں تلوار داخل ہو جائے گی تو پھر قیامت تک وہ نہیں نکلے گی۔ تو میں نے ان سے کہا کہ کب داخل ہوئی تلوار؟</w:t>
      </w:r>
    </w:p>
    <w:p>
      <w:r>
        <w:rPr>
          <w:b/>
        </w:rPr>
        <w:t xml:space="preserve">[13:16] </w:t>
      </w:r>
      <w:r>
        <w:t>hazrat usman ke zamane mein. yaani aapas mein lad gaye log. aapas mein lad gaye.</w:t>
      </w:r>
    </w:p>
    <w:p>
      <w:pPr>
        <w:jc w:val="right"/>
      </w:pPr>
      <w:r>
        <w:t>حضرت عثمان کے زمانے میں۔ یعنی آپس میں لڑ گئے لوگ۔ آپس میں لڑ گئے۔</w:t>
      </w:r>
    </w:p>
    <w:p>
      <w:r>
        <w:rPr>
          <w:b/>
        </w:rPr>
        <w:t xml:space="preserve">[13:27] </w:t>
      </w:r>
      <w:r>
        <w:t>jab meri ummat mein talwar daal di jayegi, to phir qayamat tak woh nahi niklegi.</w:t>
      </w:r>
    </w:p>
    <w:p>
      <w:pPr>
        <w:jc w:val="right"/>
      </w:pPr>
      <w:r>
        <w:t>اذا وضع سیف فی امتی، لمیرفع انہا حتی یوم القیامہ۔</w:t>
      </w:r>
    </w:p>
    <w:p>
      <w:r>
        <w:rPr>
          <w:b/>
        </w:rPr>
        <w:t xml:space="preserve">[13:36] </w:t>
      </w:r>
      <w:r>
        <w:t>to aap ghore kijiye to hazrat usman ke zamane se le kar ke ab tak woh silsila chala ja raha hai. ladai, bhidai, takrao. jihad ke naam par ladaiyan.</w:t>
      </w:r>
    </w:p>
    <w:p>
      <w:pPr>
        <w:jc w:val="right"/>
      </w:pPr>
      <w:r>
        <w:t>تو آپ غور کیجیے تو حضرت عثمان کے زمانے سے لے کر کے اب تک وہ سلسلہ چلا جا رہا ہے۔ لڑائی، بھڑائی، ٹکراؤ۔ جہاد کے نام پر لڑائیاں۔</w:t>
      </w:r>
    </w:p>
    <w:p>
      <w:r>
        <w:rPr>
          <w:b/>
        </w:rPr>
        <w:t xml:space="preserve">[13:47] </w:t>
      </w:r>
      <w:r>
        <w:t>is ke nateeje mein nafrat. jab ladai aayegi to nafrat aayegi. yaad rakhiye. jahan ladai aayi, nafrat aayi. shiddat aayi. ghalu aaya.</w:t>
      </w:r>
    </w:p>
    <w:p>
      <w:pPr>
        <w:jc w:val="right"/>
      </w:pPr>
      <w:r>
        <w:t>اس کے نتیجے میں نفرت۔ جب لڑائی آئے گی تو نفرت آئے گی۔ یاد رکھیے۔ جہاں لڑائی آئی، نفرت آئی۔ شدت آئی۔ غلو آیا۔</w:t>
      </w:r>
    </w:p>
    <w:p>
      <w:r>
        <w:rPr>
          <w:b/>
        </w:rPr>
        <w:t xml:space="preserve">[13:55] </w:t>
      </w:r>
      <w:r>
        <w:t>extremism aayi. fundamentalism aaya. yeh sab isi ke off shoot hain.</w:t>
      </w:r>
    </w:p>
    <w:p>
      <w:pPr>
        <w:jc w:val="right"/>
      </w:pPr>
      <w:r>
        <w:t>ایکسٹریمزم آئی۔ فنڈامینٹلزم آیا۔ یہ سب اسی کے اف شوٹ ہیں۔</w:t>
      </w:r>
    </w:p>
    <w:p>
      <w:r>
        <w:rPr>
          <w:b/>
        </w:rPr>
        <w:t xml:space="preserve">[14:06] </w:t>
      </w:r>
      <w:r>
        <w:t>to ab dekhiye ke is ko maine un se kaha ke dekhiye yeh tha derailment. is hadith, yeh jo hadith hai, is ka matlab yeh hai ke jo derailment ho jayega to chalta rahega woh.</w:t>
      </w:r>
    </w:p>
    <w:p>
      <w:pPr>
        <w:jc w:val="right"/>
      </w:pPr>
      <w:r>
        <w:t>تو اب دیکھیے کہ اس کو میں نے ان سے کہا کہ دیکھیے یہ تھا ڈیریلمنٹ۔ اس حدیث، یہ جو حدیث ہے، اس کا مطلب یہ ہے کہ جو ڈیریلمنٹ ہو جائے گا تو چلتا رہے گا وہ۔</w:t>
      </w:r>
    </w:p>
    <w:p>
      <w:r>
        <w:rPr>
          <w:b/>
        </w:rPr>
        <w:t xml:space="preserve">[14:21] </w:t>
      </w:r>
      <w:r>
        <w:t>is ka maani yeh nahi tha ke bas chalta rahega. is ka matlab hai ke tum log sab se zyada yeh kaam karo. haqeeqat mein yeh warning thi, warning.</w:t>
      </w:r>
    </w:p>
    <w:p>
      <w:pPr>
        <w:jc w:val="right"/>
      </w:pPr>
      <w:r>
        <w:t>اس کا معنی یہ نہیں تھا کہ بس چلتا رہے گا۔ اس کا مطلب ہے کہ تم لوگ سب سے زیادہ یہ کام کرو۔ حقیقت میں یہ وارننگ تھی، وارننگ۔</w:t>
      </w:r>
    </w:p>
    <w:p>
      <w:r>
        <w:rPr>
          <w:b/>
        </w:rPr>
        <w:t xml:space="preserve">[14:30] </w:t>
      </w:r>
      <w:r>
        <w:t>ke jab derailment ho to sab sab se pehla kaam yeh hai ke tum raaste pe lao is ko.</w:t>
      </w:r>
    </w:p>
    <w:p>
      <w:pPr>
        <w:jc w:val="right"/>
      </w:pPr>
      <w:r>
        <w:t>کہ جب ڈیریلمنٹ ہو تو سب سب سے پہلا کام یہ ہے کہ تم راستے پہ لاؤ اس کو۔</w:t>
      </w:r>
    </w:p>
    <w:p>
      <w:r>
        <w:rPr>
          <w:b/>
        </w:rPr>
        <w:t xml:space="preserve">[14:37] </w:t>
      </w:r>
      <w:r>
        <w:t>lekin</w:t>
      </w:r>
    </w:p>
    <w:p>
      <w:pPr>
        <w:jc w:val="right"/>
      </w:pPr>
      <w:r>
        <w:t>لیکن</w:t>
      </w:r>
    </w:p>
    <w:p>
      <w:r>
        <w:rPr>
          <w:b/>
        </w:rPr>
        <w:t xml:space="preserve">[14:38] </w:t>
      </w:r>
      <w:r>
        <w:t>ajeeb baat hai ke poori tareekh mein</w:t>
      </w:r>
    </w:p>
    <w:p>
      <w:pPr>
        <w:jc w:val="right"/>
      </w:pPr>
      <w:r>
        <w:t>عجیب بات ہے کہ پوری تاریخ میں</w:t>
      </w:r>
    </w:p>
    <w:p>
      <w:r>
        <w:rPr>
          <w:b/>
        </w:rPr>
        <w:t xml:space="preserve">[14:43] </w:t>
      </w:r>
      <w:r>
        <w:t>top ke log paida hue hain. kisi ne yeh koshish nahi ki ke is derailment ko phir se raaste pe laayein. derailment kya tha?</w:t>
      </w:r>
    </w:p>
    <w:p>
      <w:pPr>
        <w:jc w:val="right"/>
      </w:pPr>
      <w:r>
        <w:t>ٹاپ کے لوگ پیدا ہوئے ہیں۔ کسی نے یہ کوشش نہیں کی کہ اس ڈیریلمنٹ کو پھر سے راستے پہ لائیں۔ ڈیریلمنٹ کیا تھا؟</w:t>
      </w:r>
    </w:p>
    <w:p>
      <w:r>
        <w:rPr>
          <w:b/>
        </w:rPr>
        <w:t xml:space="preserve">[14:53] </w:t>
      </w:r>
      <w:r>
        <w:t>rasool Allah ka jo model hai woh dawati model hai. aap ko manzar aur mubashir kaha gaya Quran majeed mein.</w:t>
      </w:r>
    </w:p>
    <w:p>
      <w:pPr>
        <w:jc w:val="right"/>
      </w:pPr>
      <w:r>
        <w:t>رسول اللہ کا جو ماڈل ہے وہ دعوتی ماڈل ہے۔ آپ کو منظر اور مبشر کہا گیا قرآن مجید میں۔</w:t>
      </w:r>
    </w:p>
    <w:p>
      <w:r>
        <w:rPr>
          <w:b/>
        </w:rPr>
        <w:t xml:space="preserve">[15:00] </w:t>
      </w:r>
      <w:r>
        <w:t>manzar aur mubashir, daai. yeh hai model. yaani dawati model rasool Allah ka tha.</w:t>
      </w:r>
    </w:p>
    <w:p>
      <w:pPr>
        <w:jc w:val="right"/>
      </w:pPr>
      <w:r>
        <w:t>منظر اور مبشر، داعی۔ یہ ہے ماڈل۔ یعنی دعوتی ماڈل رسول اللہ کا تھا۔</w:t>
      </w:r>
    </w:p>
    <w:p>
      <w:r>
        <w:rPr>
          <w:b/>
        </w:rPr>
        <w:t xml:space="preserve">[15:09] </w:t>
      </w:r>
      <w:r>
        <w:t>dawati model mein kya hai? insaan se mohabbat hoti hai. insaan se khair khwahi hoti hai. yeh ladna nahi hota balkeh is ko apna banana hota hai. to rasool Allah ka aur rasool Allah ke ashaab ka model jo tha dawati model tha.</w:t>
      </w:r>
    </w:p>
    <w:p>
      <w:pPr>
        <w:jc w:val="right"/>
      </w:pPr>
      <w:r>
        <w:t>دعوتی ماڈل میں کیا ہے؟ انسان سے محبت ہوتی ہے۔ انسان سے خیر خواہی ہوتی ہے۔ یہ لڑنا نہیں ہوتا بلکہ اس کو اپنا بنانا ہوتا ہے۔ تو رسول اللہ کا اور رسول اللہ کے اصحاب کا ماڈل جو تھا دعوتی ماڈل تھا۔</w:t>
      </w:r>
    </w:p>
    <w:p>
      <w:r>
        <w:rPr>
          <w:b/>
        </w:rPr>
        <w:t xml:space="preserve">[15:25] </w:t>
      </w:r>
      <w:r>
        <w:t>woh political nahi tha. woh jihadi nahi tha. woh takrao ka nahi tha. woh ladai bharai ka nahi tha. dawati model. to isi ko aap ne farmaya keh aik waqt aye ga keh jab ummat derail kare gi.</w:t>
      </w:r>
    </w:p>
    <w:p>
      <w:pPr>
        <w:jc w:val="right"/>
      </w:pPr>
      <w:r>
        <w:t>وہ پولیٹیکل نہیں تھا۔ وہ جہادی نہیں تھا۔ وہ ٹکراؤ کا نہیں تھا۔ وہ لڑائی بھڑائی کا نہیں تھا۔ دعوتی ماڈل۔ تو اسی کو آپ نے فرمایا کہ ایک وقت آئے گا کہ جب امت ڈیریل کرے گی۔</w:t>
      </w:r>
    </w:p>
    <w:p>
      <w:r>
        <w:rPr>
          <w:b/>
        </w:rPr>
        <w:t xml:space="preserve">[15:40] </w:t>
      </w:r>
      <w:r>
        <w:t>yeh dawati model se hat kar ke jaye gi doosri mulk ki taraf. jahan siyasi jhagray hon ge, ladaiyan hon gi, khoon bahana hoga.</w:t>
      </w:r>
    </w:p>
    <w:p>
      <w:pPr>
        <w:jc w:val="right"/>
      </w:pPr>
      <w:r>
        <w:t>یہ دعوتی ماڈل سے ہٹ کر کے جائے گی دوسری ملک کی طرف۔ جہاں سیاسی جھگڑے ہوں گے، لڑائیاں ہوں گی، خون بہانا ہوگا۔</w:t>
      </w:r>
    </w:p>
    <w:p>
      <w:r>
        <w:rPr>
          <w:b/>
        </w:rPr>
        <w:t xml:space="preserve">[15:50] </w:t>
      </w:r>
      <w:r>
        <w:t>yeh sab hoga to woh shuru ho gaya.</w:t>
      </w:r>
    </w:p>
    <w:p>
      <w:pPr>
        <w:jc w:val="right"/>
      </w:pPr>
      <w:r>
        <w:t>یہ سب ہوگا۔ تو وہ شروع ہو گیا۔</w:t>
      </w:r>
    </w:p>
    <w:p>
      <w:r>
        <w:rPr>
          <w:b/>
        </w:rPr>
        <w:t xml:space="preserve">[15:54] </w:t>
      </w:r>
      <w:r>
        <w:t>yeh aap aap ne logon ko yeh kiya tha? warning di thi keh jab aisa ho to pehla kaam yeh hoga keh dobara is ko patri par lao.</w:t>
      </w:r>
    </w:p>
    <w:p>
      <w:pPr>
        <w:jc w:val="right"/>
      </w:pPr>
      <w:r>
        <w:t>یہ آپ آپ نے لوگوں کو یہ کیا تھا؟ وارننگ دی تھی کہ جب ایسا ہو تو پہلا کام یہ ہوگا کہ دوبارہ اس کو پٹری پر لاؤ۔</w:t>
      </w:r>
    </w:p>
    <w:p>
      <w:r>
        <w:rPr>
          <w:b/>
        </w:rPr>
        <w:t xml:space="preserve">[16:06] </w:t>
      </w:r>
      <w:r>
        <w:t>yaani phir logon ka dawati model paida karo. ajeeb baat hai keh hazar saal beet gaye aur koi aik shakhs bhi bre mein nahi hai jo utha ho dobara is model par laane ke liye.</w:t>
      </w:r>
    </w:p>
    <w:p>
      <w:pPr>
        <w:jc w:val="right"/>
      </w:pPr>
      <w:r>
        <w:t>یعنی پھر لوگوں کا دعوتی ماڈل پیدا کرو۔ عجیب بات ہے کہ ہزار سال بیت گئے اور کوئی ایک شخص بھی بری میں نہیں ہے جو اٹھا ہو دوبارہ اس ماڈل پر لانے کے لیے۔</w:t>
      </w:r>
    </w:p>
    <w:p>
      <w:r>
        <w:rPr>
          <w:b/>
        </w:rPr>
        <w:t xml:space="preserve">[16:22] </w:t>
      </w:r>
      <w:r>
        <w:t>rasool Allah ko logon ne bana diya abdul anbiya aur shehanshah kainat aur sarwar alam. ab is par naatein, naat khwaniyan hone lagin.</w:t>
      </w:r>
    </w:p>
    <w:p>
      <w:pPr>
        <w:jc w:val="right"/>
      </w:pPr>
      <w:r>
        <w:t>رسول اللہ کو لوگوں نے بنا دیا عبدالانبیاء اور شہنشاہ کونین اور سرور عالم۔ اب اس پر نعتیں، نعت خوانیاں ہونے لگیں۔</w:t>
      </w:r>
    </w:p>
    <w:p>
      <w:r>
        <w:rPr>
          <w:b/>
        </w:rPr>
        <w:t xml:space="preserve">[16:33] </w:t>
      </w:r>
      <w:r>
        <w:t>aur yahan tak keh logon ne rasool Allah ko naoozubillah Allah taala ke takht par bitha diya. yeh sab hone laga. yaani rasool Allah model na rahe.</w:t>
      </w:r>
    </w:p>
    <w:p>
      <w:pPr>
        <w:jc w:val="right"/>
      </w:pPr>
      <w:r>
        <w:t>اور یہاں تک کہ لوگوں نے رسول اللہ کو نعوذ باللہ اللہ تعالی کے تخت پر بٹھا دیا۔ یہ سب ہونے لگا۔ یعنی رسول اللہ ماڈل نہ رہے۔</w:t>
      </w:r>
    </w:p>
    <w:p>
      <w:r>
        <w:rPr>
          <w:b/>
        </w:rPr>
        <w:t xml:space="preserve">[16:43] </w:t>
      </w:r>
      <w:r>
        <w:t>yaani source of woh woh ban gaye. pride ban gaye. rasool Allah model na rahe. pride ban gaye.</w:t>
      </w:r>
    </w:p>
    <w:p>
      <w:pPr>
        <w:jc w:val="right"/>
      </w:pPr>
      <w:r>
        <w:t>یعنی سورس آف وہ وہ بن گئے۔ پرائیڈ بن گئے۔ رسول اللہ ماڈل نہ رہے۔ پرائیڈ بن گئے۔</w:t>
      </w:r>
    </w:p>
    <w:p>
      <w:r>
        <w:rPr>
          <w:b/>
        </w:rPr>
        <w:t xml:space="preserve">[16:54] </w:t>
      </w:r>
      <w:r>
        <w:t>lekin koi aadmi nahi utha is poori muddat mein jo yeh jaane keh derailment ho gaya hai.</w:t>
      </w:r>
    </w:p>
    <w:p>
      <w:pPr>
        <w:jc w:val="right"/>
      </w:pPr>
      <w:r>
        <w:t>لیکن کوئی آدمی نہیں اٹھا اس پوری مدت میں جو یہ جانے کہ ڈیریلمنٹ ہو گیا ہے۔</w:t>
      </w:r>
    </w:p>
    <w:p>
      <w:r>
        <w:rPr>
          <w:b/>
        </w:rPr>
        <w:t xml:space="preserve">[17:02] </w:t>
      </w:r>
      <w:r>
        <w:t>yeh baat ko aap sargarmee mein aap bohat dekhen ge. abbasi daur mein dekhiye khoob business hoti thi, log paisa kamate thay. political expansion hota tha.</w:t>
      </w:r>
    </w:p>
    <w:p>
      <w:pPr>
        <w:jc w:val="right"/>
      </w:pPr>
      <w:r>
        <w:t>یہ بات کو آپ سرگرمی میں آپ بہت دیکھیں گے۔ عباسی دور میں دیکھیے خوب بزنس ہوتی تھی، لوگ پیسہ کماتے تھے۔ پولیٹیکل ایکسپینشن ہوتا تھا۔</w:t>
      </w:r>
    </w:p>
    <w:p>
      <w:r>
        <w:rPr>
          <w:b/>
        </w:rPr>
        <w:t xml:space="preserve">[17:14] </w:t>
      </w:r>
      <w:r>
        <w:t>aur ilmi bohat se kaam hue. fanni bahasein khoob hoti thi. fiqhi bahasein, kalami bahasein.</w:t>
      </w:r>
    </w:p>
    <w:p>
      <w:pPr>
        <w:jc w:val="right"/>
      </w:pPr>
      <w:r>
        <w:t>اور علمی بہت سے کام ہوئے۔ فنی بحثیں خوب ہوتی تھیں۔ فقہی بحثیں، کلامی بحثیں۔</w:t>
      </w:r>
    </w:p>
    <w:p>
      <w:r>
        <w:rPr>
          <w:b/>
        </w:rPr>
        <w:t xml:space="preserve">[17:24] </w:t>
      </w:r>
      <w:r>
        <w:t>dunya bhar ki batein hain. lekin dawat hazf. Islam apne zor par to zaroor phailta raha hai, khud apne zor par. lekin koi dawati amal nahi, koi dawati process nahi, koi dawati planning nahi.</w:t>
      </w:r>
    </w:p>
    <w:p>
      <w:pPr>
        <w:jc w:val="right"/>
      </w:pPr>
      <w:r>
        <w:t>دنیا بھر کی باتیں ہیں۔ لیکن دعوت حذف۔ اسلام اپنے زور پر تو ضرور پھیلتا رہا ہے، خود اپنے زور پر۔ لیکن کوئی دعوتی عمل نہیں، کوئی دعوتی پراسیس نہیں، کوئی دعوتی پلاننگ نہیں۔</w:t>
      </w:r>
    </w:p>
    <w:p>
      <w:r>
        <w:rPr>
          <w:b/>
        </w:rPr>
        <w:t xml:space="preserve">[17:44] </w:t>
      </w:r>
      <w:r>
        <w:t>to</w:t>
      </w:r>
    </w:p>
    <w:p>
      <w:pPr>
        <w:jc w:val="right"/>
      </w:pPr>
      <w:r>
        <w:t>تو</w:t>
      </w:r>
    </w:p>
    <w:p>
      <w:r>
        <w:rPr>
          <w:b/>
        </w:rPr>
        <w:t xml:space="preserve">[17:45] </w:t>
      </w:r>
      <w:r>
        <w:t>yeh soch jo bani hai, log soch, yeh soch rasool Allah ke model ko le kar nahi bani hai. yeh alag alag hi bani hai, aik devoted model ko le kar bani hai.</w:t>
      </w:r>
    </w:p>
    <w:p>
      <w:pPr>
        <w:jc w:val="right"/>
      </w:pPr>
      <w:r>
        <w:t>یہ سوچ جو بنی ہے، لوگ سوچ، یہ سوچ رسول اللہ کے ماڈل کو لے کر نہیں بنی ہے۔ یہ الگ الگ ہی بنی ہے، ایک ڈیویٹڈ ماڈل کو لے کر بنی ہے۔</w:t>
      </w:r>
    </w:p>
    <w:p>
      <w:r>
        <w:rPr>
          <w:b/>
        </w:rPr>
        <w:t xml:space="preserve">[17:56] </w:t>
      </w:r>
      <w:r>
        <w:t>soch</w:t>
      </w:r>
    </w:p>
    <w:p>
      <w:pPr>
        <w:jc w:val="right"/>
      </w:pPr>
      <w:r>
        <w:t>سوچ</w:t>
      </w:r>
    </w:p>
    <w:p>
      <w:r>
        <w:rPr>
          <w:b/>
        </w:rPr>
        <w:t xml:space="preserve">[17:58] </w:t>
      </w:r>
      <w:r>
        <w:t>jis mein pride hai, jis mein doosron se nafrat hai, jis mein yeh jazba hai keh hamein Islam ko sari dunya mein jhanda lehrana hai aur phir se Muslim empire qaim karna hai.</w:t>
      </w:r>
    </w:p>
    <w:p>
      <w:pPr>
        <w:jc w:val="right"/>
      </w:pPr>
      <w:r>
        <w:t>جس میں پرائیڈ ہے، جس میں دوسروں سے نفرت ہے، جس میں یہ جذبہ ہے کہ ہمیں اسلام کو ساری دنیا میں جھنڈا لہرانا ہے اور پھر سے مسلم ایمپائر قائم کرنا ہے۔</w:t>
      </w:r>
    </w:p>
    <w:p>
      <w:r>
        <w:rPr>
          <w:b/>
        </w:rPr>
        <w:t xml:space="preserve">[18:14] </w:t>
      </w:r>
      <w:r>
        <w:t>is soch ke sab ajza yeh sab hain. woh hai hi nahi keh insaan se mohabbat karo, insaan ko Allah ke rastay pe lao. yaani insaan friendly behaviour.</w:t>
      </w:r>
    </w:p>
    <w:p>
      <w:pPr>
        <w:jc w:val="right"/>
      </w:pPr>
      <w:r>
        <w:t>اس سوچ کے سب اجزاء یہ سب ہیں۔ وہ ہے ہی نہیں کہ انسان سے محبت کرو، انسان کو اللہ کے راستے پہ لاؤ۔ یعنی انسان فرینڈلی بیہیویئر۔</w:t>
      </w:r>
    </w:p>
    <w:p>
      <w:r>
        <w:rPr>
          <w:b/>
        </w:rPr>
        <w:t xml:space="preserve">[18:27] </w:t>
      </w:r>
      <w:r>
        <w:t>dawat ka model se kya hota hai? insaan friendly behaviour paida hota hai. dawat ka matlab hi yahi hai keh aap doosron ke khair khwah hain.</w:t>
      </w:r>
    </w:p>
    <w:p>
      <w:pPr>
        <w:jc w:val="right"/>
      </w:pPr>
      <w:r>
        <w:t>دعوت کا ماڈل سے کیا ہوتا ہے؟ انسان فرینڈلی بیہیویئر پیدا ہوتا ہے۔ دعوت کا مطلب ہی یہی ہے کہ آپ دوسروں کے خیر خواہ ہیں۔</w:t>
      </w:r>
    </w:p>
    <w:p>
      <w:r>
        <w:rPr>
          <w:b/>
        </w:rPr>
        <w:t xml:space="preserve">[18:37] </w:t>
      </w:r>
      <w:r>
        <w:t>doosron ko aap Allah ke rastay pe lana chahte hain. doosron ko aap jannat mein dakhil karne ke hareese hain. isi ka naam dawat hai.</w:t>
      </w:r>
    </w:p>
    <w:p>
      <w:pPr>
        <w:jc w:val="right"/>
      </w:pPr>
      <w:r>
        <w:t>دوسروں کو آپ اللہ کے راستے پہ لانا چاہتے ہیں۔ دوسروں کو آپ جنت میں داخل کرنے کے حریص ہیں۔ اسی کا نام دعوت ہے۔</w:t>
      </w:r>
    </w:p>
    <w:p>
      <w:r>
        <w:rPr>
          <w:b/>
        </w:rPr>
        <w:t xml:space="preserve">[18:48] </w:t>
      </w:r>
      <w:r>
        <w:t>dawat koi debate nahi hai. koi dawat apne pride ko establish karne ka naam dawat nahi hai.</w:t>
      </w:r>
    </w:p>
    <w:p>
      <w:pPr>
        <w:jc w:val="right"/>
      </w:pPr>
      <w:r>
        <w:t>دعوت کوئی ڈیبیٹ نہیں ہے۔ کوئی دعوت اپنے پرائیڈ کو اسٹیبلش کرنے کا نام دعوت نہیں ہے۔</w:t>
      </w:r>
    </w:p>
    <w:p>
      <w:r>
        <w:rPr>
          <w:b/>
        </w:rPr>
        <w:t xml:space="preserve">[18:55] </w:t>
      </w:r>
      <w:r>
        <w:t>to dawat ka model jab apnayenge aap to aap ke andar kya aye ga? insaan friendly behaviour aye ga. aap doosron ki khair khwahi ke hareese ban jayen ge.</w:t>
      </w:r>
    </w:p>
    <w:p>
      <w:pPr>
        <w:jc w:val="right"/>
      </w:pPr>
      <w:r>
        <w:t>تو دعوت کا ماڈل جب اپنائیں گے آپ تو آپ کے اندر کیا آئے گا؟ انسان فرینڈلی بیہیویئر آئے گا۔ آپ دوسروں کی خیر خواہی کے حریص بن جائیں گے۔</w:t>
      </w:r>
    </w:p>
    <w:p>
      <w:r>
        <w:rPr>
          <w:b/>
        </w:rPr>
        <w:t xml:space="preserve">[19:07] </w:t>
      </w:r>
      <w:r>
        <w:t>lekin jo doosra model bana us mein to nafrat thi, tashaddud tha, ladai thi, fakhar tha, fanni bahasein thi.</w:t>
      </w:r>
    </w:p>
    <w:p>
      <w:pPr>
        <w:jc w:val="right"/>
      </w:pPr>
      <w:r>
        <w:t>لیکن جو دوسرا ماڈل بنا اس میں تو نفرت تھی، تشدد تھا، لڑائی تھی، فخر تھا، فنی بحثیں تھیں۔</w:t>
      </w:r>
    </w:p>
    <w:p>
      <w:r>
        <w:rPr>
          <w:b/>
        </w:rPr>
        <w:t xml:space="preserve">[19:19] </w:t>
      </w:r>
      <w:r>
        <w:t>apne apne apna jhanda lehrana tha.</w:t>
      </w:r>
    </w:p>
    <w:p>
      <w:pPr>
        <w:jc w:val="right"/>
      </w:pPr>
      <w:r>
        <w:t>اپنے اپنے اپنا جھنڈا لہرانا تھا۔</w:t>
      </w:r>
    </w:p>
    <w:p>
      <w:r>
        <w:rPr>
          <w:b/>
        </w:rPr>
        <w:t xml:space="preserve">[19:24] </w:t>
      </w:r>
      <w:r>
        <w:t>ab woh aaj tak chala ja raha hai. kuch log agar imbulance mein involv nahi hain to soch wahi hai.</w:t>
      </w:r>
    </w:p>
    <w:p>
      <w:pPr>
        <w:jc w:val="right"/>
      </w:pPr>
      <w:r>
        <w:t>اب وہ آج تک چلا جا رہا ہے۔ کچھ لوگ اگر ایمبولینس میں انوالو نہیں ہیں تو سوچ وہی ہے۔</w:t>
      </w:r>
    </w:p>
    <w:p>
      <w:r>
        <w:rPr>
          <w:b/>
        </w:rPr>
        <w:t xml:space="preserve">[19:34] </w:t>
      </w:r>
      <w:r>
        <w:t>soch wahi hai.</w:t>
      </w:r>
    </w:p>
    <w:p>
      <w:pPr>
        <w:jc w:val="right"/>
      </w:pPr>
      <w:r>
        <w:t>سوچ وہی ہے۔</w:t>
      </w:r>
    </w:p>
    <w:p>
      <w:r>
        <w:rPr>
          <w:b/>
        </w:rPr>
        <w:t xml:space="preserve">[19:39] </w:t>
      </w:r>
      <w:r>
        <w:t>kuch log passive sense mein is ka hissa hain, kuch log active sense mein is ka hissa hain.</w:t>
      </w:r>
    </w:p>
    <w:p>
      <w:pPr>
        <w:jc w:val="right"/>
      </w:pPr>
      <w:r>
        <w:t>کچھ لوگ پیسو سینس میں اس کا حصہ ہیں، کچھ لوگ ایکٹیو سینس میں اس کا حصہ ہیں۔</w:t>
      </w:r>
    </w:p>
    <w:p>
      <w:r>
        <w:rPr>
          <w:b/>
        </w:rPr>
        <w:t xml:space="preserve">[19:49] </w:t>
      </w:r>
      <w:r>
        <w:t>to</w:t>
      </w:r>
    </w:p>
    <w:p>
      <w:pPr>
        <w:jc w:val="right"/>
      </w:pPr>
      <w:r>
        <w:t>تو</w:t>
      </w:r>
    </w:p>
    <w:p>
      <w:r>
        <w:rPr>
          <w:b/>
        </w:rPr>
        <w:t xml:space="preserve">[19:50] </w:t>
      </w:r>
      <w:r>
        <w:t>to sab se bara jo masla hai is zamane ka woh yeh hai, woh hai intellectual empowerment.</w:t>
      </w:r>
    </w:p>
    <w:p>
      <w:pPr>
        <w:jc w:val="right"/>
      </w:pPr>
      <w:r>
        <w:t>تو سب سے بڑا جو مسئلہ ہے اس زمانے کا وہ یہ ہے، وہ ہے انٹلیکچول ایمپاورمنٹ۔</w:t>
      </w:r>
    </w:p>
    <w:p>
      <w:r>
        <w:rPr>
          <w:b/>
        </w:rPr>
        <w:t xml:space="preserve">[20:03] </w:t>
      </w:r>
      <w:r>
        <w:t>muslim empowerment nahi. woh to log karenge</w:t>
      </w:r>
    </w:p>
    <w:p>
      <w:pPr>
        <w:jc w:val="right"/>
      </w:pPr>
      <w:r>
        <w:t>مسلم ایمپاورمنٹ نہیں۔ وہ تو لوگ کریں گے</w:t>
      </w:r>
    </w:p>
    <w:p>
      <w:r>
        <w:rPr>
          <w:b/>
        </w:rPr>
        <w:t xml:space="preserve">[20:08] </w:t>
      </w:r>
      <w:r>
        <w:t>apni zaroorat ke liye. aap jante hain ke insaan insaan ki zarooraten is ko taqaza karti hain. woh daudta hai ke mujhe education lena chahiye taake mujhe job mile, mujhe business karna chahiye taake mujhe paisa mile.</w:t>
      </w:r>
    </w:p>
    <w:p>
      <w:pPr>
        <w:jc w:val="right"/>
      </w:pPr>
      <w:r>
        <w:t>اپنی ضرورت کے لیے۔ آپ جانتے ہیں کہ انسان انسان کی ضرورتیں اس کو تقاضا کرتی ہیں۔ وہ دوڑتا ہے کہ مجھے ایجوکیشن لینا چاہیے تاکہ مجھے جاب ملے، مجھے بزنس کرنا چاہیے تاکہ مجھے پیسہ ملے۔</w:t>
      </w:r>
    </w:p>
    <w:p>
      <w:r>
        <w:rPr>
          <w:b/>
        </w:rPr>
        <w:t xml:space="preserve">[20:23] </w:t>
      </w:r>
      <w:r>
        <w:t>to apna ka andar ka jo taqaza hai woh khud hi logon ko yeh sab kaam karvata hai. aap ko koi tehreek chalane ki zaroorat nahi hai. tehreek jo chalana hai aap ko woh hai logon ke andar sahi soch lana.</w:t>
      </w:r>
    </w:p>
    <w:p>
      <w:pPr>
        <w:jc w:val="right"/>
      </w:pPr>
      <w:r>
        <w:t>تو اپنا کا اندر کا جو تقاضا ہے وہ خود ہی لوگوں کو یہ سب کام کرواتا ہے۔ آپ کو کوئی تحریک چلانے کی ضرورت نہیں ہے۔ تحریک جو چلانا ہے آپ کو وہ ہے لوگوں کے اندر صحیح سوچ لانا۔</w:t>
      </w:r>
    </w:p>
    <w:p>
      <w:r>
        <w:rPr>
          <w:b/>
        </w:rPr>
        <w:t xml:space="preserve">[20:39] </w:t>
      </w:r>
      <w:r>
        <w:t>yani jo deviate, jo deviate ho chuka hai, hata kar phir wahan le aana. yani sahi sahi rastay pe lana.</w:t>
      </w:r>
    </w:p>
    <w:p>
      <w:pPr>
        <w:jc w:val="right"/>
      </w:pPr>
      <w:r>
        <w:t>یعنی جو ڈیویٹ، جو ڈیوی ایشن ہو چکا ہے، ہٹا کر پھر وہاں لے آنا۔ یعنی صحیح صحیح راستے پہ لانا۔</w:t>
      </w:r>
    </w:p>
    <w:p>
      <w:r>
        <w:rPr>
          <w:b/>
        </w:rPr>
        <w:t xml:space="preserve">[20:54] </w:t>
      </w:r>
      <w:r>
        <w:t>to bohat din hue maine ek muslim, ek akhbar, ek akhbar, ek magazine nikalta tha, muslim magazine.</w:t>
      </w:r>
    </w:p>
    <w:p>
      <w:pPr>
        <w:jc w:val="right"/>
      </w:pPr>
      <w:r>
        <w:t>تو بہت دن ہوئے میں نے ایک مسلم، ایک اخبار، ایک اخبار، ایک میگزین نکلتا تھا، مسلم میگزین۔</w:t>
      </w:r>
    </w:p>
    <w:p>
      <w:r>
        <w:rPr>
          <w:b/>
        </w:rPr>
        <w:t xml:space="preserve">[21:03] </w:t>
      </w:r>
      <w:r>
        <w:t>to is ka maine ek article parha tha, is ka naam tha, is ka unwan tha "task ahead". "task ahead" to is mein wahi sab baaten thin, muslim empowerment ki baaten thin.</w:t>
      </w:r>
    </w:p>
    <w:p>
      <w:pPr>
        <w:jc w:val="right"/>
      </w:pPr>
      <w:r>
        <w:t>تو اس کا میں نے ایک آرٹیکل پڑھا تھا، اس کا نام تھا، اس کا عنوان تھا "ٹاسک اہیڈ"۔ "ٹاسک اہیڈ" تو اس میں وہی سب باتیں تھیں، مسلم ایمپاورمنٹ کی باتیں تھیں۔</w:t>
      </w:r>
    </w:p>
    <w:p>
      <w:r>
        <w:rPr>
          <w:b/>
        </w:rPr>
        <w:t xml:space="preserve">[21:19] </w:t>
      </w:r>
      <w:r>
        <w:t>"task ahead" jo hai woh kya hai? muslim empowerment.</w:t>
      </w:r>
    </w:p>
    <w:p>
      <w:pPr>
        <w:jc w:val="right"/>
      </w:pPr>
      <w:r>
        <w:t>"ٹاسک اہیڈ" جو ہے وہ کیا ہے؟ مسلم ایمپاورمنٹ۔</w:t>
      </w:r>
    </w:p>
    <w:p>
      <w:r>
        <w:rPr>
          <w:b/>
        </w:rPr>
        <w:t xml:space="preserve">[21:25] </w:t>
      </w:r>
      <w:r>
        <w:t>da'wat ka koi is mein khana nahi.</w:t>
      </w:r>
    </w:p>
    <w:p>
      <w:pPr>
        <w:jc w:val="right"/>
      </w:pPr>
      <w:r>
        <w:t>دعوت کا کوئی اس میں خانہ نہیں۔</w:t>
      </w:r>
    </w:p>
    <w:p>
      <w:r>
        <w:rPr>
          <w:b/>
        </w:rPr>
        <w:t xml:space="preserve">[21:30] </w:t>
      </w:r>
      <w:r>
        <w:t>dekhen, da'wat koi saada cheez ka naam nahi hai. da'wat ek culture ka naam hai. da'wat ek tehzeeb ka naam hai. da'wat ek discipline ka naam hai.</w:t>
      </w:r>
    </w:p>
    <w:p>
      <w:pPr>
        <w:jc w:val="right"/>
      </w:pPr>
      <w:r>
        <w:t>دیکھیں، دعوت کوئی سادہ چیز کا نام نہیں ہے۔ دعوت ایک کلچر کا نام ہے۔ دعوت ایک تہذیب کا نام ہے۔ دعوت ایک ڈسپلن کا نام ہے۔</w:t>
      </w:r>
    </w:p>
    <w:p>
      <w:r>
        <w:rPr>
          <w:b/>
        </w:rPr>
        <w:t xml:space="preserve">[21:42] </w:t>
      </w:r>
      <w:r>
        <w:t>da'wat se aap ki poori zindagi ek naye andaaz mein dhal jati hai.</w:t>
      </w:r>
    </w:p>
    <w:p>
      <w:pPr>
        <w:jc w:val="right"/>
      </w:pPr>
      <w:r>
        <w:t>دعوت سے آپ کی پوری زندگی ایک نئے انداز میں ڈھل جاتی ہے۔</w:t>
      </w:r>
    </w:p>
    <w:p>
      <w:r>
        <w:rPr>
          <w:b/>
        </w:rPr>
        <w:t xml:space="preserve">[21:48] </w:t>
      </w:r>
      <w:r>
        <w:t>aap ki soch, aap ka behaviour, aap ke akhlaqiyat, aap ki activities, yani har cheez ek ek khaas rang mein dhal jati hai.</w:t>
      </w:r>
    </w:p>
    <w:p>
      <w:pPr>
        <w:jc w:val="right"/>
      </w:pPr>
      <w:r>
        <w:t>آپ کی سوچ، آپ کا بیہیویئر، آپ کے اخلاقیات، آپ کی ایکٹیویٹیز، یعنی ہر چیز ایک ایک خاص رنگ میں ڈھل جاتی ہے۔</w:t>
      </w:r>
    </w:p>
    <w:p>
      <w:r>
        <w:rPr>
          <w:b/>
        </w:rPr>
        <w:t xml:space="preserve">[22:02] </w:t>
      </w:r>
      <w:r>
        <w:t>to da'wat ek poore culture ka naam hai. achha, is ka ulta jo hai is ka bhi culture ek hai. is culture mein kya hai?</w:t>
      </w:r>
    </w:p>
    <w:p>
      <w:pPr>
        <w:jc w:val="right"/>
      </w:pPr>
      <w:r>
        <w:t>تو دعوت ایک پورے کلچر کا نام ہے۔ اچھا، اس کا الٹا جو ہے اس کا بھی کلچر ایک ہے۔ اس کلچر میں کیا ہے؟</w:t>
      </w:r>
    </w:p>
    <w:p>
      <w:r>
        <w:rPr>
          <w:b/>
        </w:rPr>
        <w:t xml:space="preserve">[22:15] </w:t>
      </w:r>
      <w:r>
        <w:t>is culture mein yani self interest hai. is culture mein is complaint hai, protest hai, ladna phirna hai, extremism hai, fundamentalism hai.</w:t>
      </w:r>
    </w:p>
    <w:p>
      <w:pPr>
        <w:jc w:val="right"/>
      </w:pPr>
      <w:r>
        <w:t>اس کلچر میں یعنی سیلف انٹرسٹ ہے۔ اس کلچر میں اس کمپلینٹ ہے، پروٹیکٹس ہے، لڑنا پھرنا ہے، ایکسٹریمزم ہے، فنڈامینٹلزم ہے۔</w:t>
      </w:r>
    </w:p>
    <w:p>
      <w:r>
        <w:rPr>
          <w:b/>
        </w:rPr>
        <w:t xml:space="preserve">[22:30] </w:t>
      </w:r>
      <w:r>
        <w:t>yeh sab cheezen hain.</w:t>
      </w:r>
    </w:p>
    <w:p>
      <w:pPr>
        <w:jc w:val="right"/>
      </w:pPr>
      <w:r>
        <w:t>یہ سب چیزیں ہیں۔</w:t>
      </w:r>
    </w:p>
    <w:p>
      <w:r>
        <w:rPr>
          <w:b/>
        </w:rPr>
        <w:t xml:space="preserve">[22:35] </w:t>
      </w:r>
      <w:r>
        <w:t>to behal jo sab se bara kaam is zamane mein karna hai woh muslim empowerment nahi hai.</w:t>
      </w:r>
    </w:p>
    <w:p>
      <w:pPr>
        <w:jc w:val="right"/>
      </w:pPr>
      <w:r>
        <w:t>تو بہرحال جو سب سے بڑا کام اس زمانے میں کرنا ہے وہ مسلم ایمپاورمنٹ نہیں ہے۔</w:t>
      </w:r>
    </w:p>
    <w:p>
      <w:r>
        <w:rPr>
          <w:b/>
        </w:rPr>
        <w:t xml:space="preserve">[22:45] </w:t>
      </w:r>
      <w:r>
        <w:t>woh hai musalmanon ka intellectual empowerment. yani zehan ki tasheeh, sahi art of thinking paida karna.</w:t>
      </w:r>
    </w:p>
    <w:p>
      <w:pPr>
        <w:jc w:val="right"/>
      </w:pPr>
      <w:r>
        <w:t>وہ ہے مسلمانوں کا انٹلیکچول ایمپاورمنٹ۔ یعنی ذہن کی تصحیح، صحیح آرٹ آف تھنکنگ پیدا کرنا۔</w:t>
      </w:r>
    </w:p>
    <w:p>
      <w:r>
        <w:rPr>
          <w:b/>
        </w:rPr>
        <w:t xml:space="preserve">[23:01] </w:t>
      </w:r>
      <w:r>
        <w:t>roze ka zamana ab chal raha hai, aap jante hain. to roze ke zamane mein yani agar main yeh kahoon ke ramzan ka mahina bhi ek aitbar se yani month of intellectual empowerment hai to koi galat nahi hoga</w:t>
      </w:r>
    </w:p>
    <w:p>
      <w:pPr>
        <w:jc w:val="right"/>
      </w:pPr>
      <w:r>
        <w:t>روزے کا زمانہ اب چل رہا ہے، آپ جانتے ہیں۔ تو روزے کے زمانے میں یعنی اگر میں یہ کہوں کہ رمضان کا مہینہ بھی ایک اعتبار سے یعنی منتھ آف انٹلیکچول ایمپاورمنٹ ہے تو کوئی غلط نہیں ہوگ</w:t>
      </w:r>
    </w:p>
    <w:p>
      <w:r>
        <w:rPr>
          <w:b/>
        </w:rPr>
        <w:t xml:space="preserve">[23:15] </w:t>
      </w:r>
      <w:r>
        <w:t>a. yani naya agar naya term istemal karoon, agar main to kahoon ga ke ramzan is a month of intellectual empowerment. woh kaise?</w:t>
      </w:r>
    </w:p>
    <w:p>
      <w:pPr>
        <w:jc w:val="right"/>
      </w:pPr>
      <w:r>
        <w:t>ا۔ یعنی نیا اگر نیا ٹرم استعمال کروں، اگر میں تو کہوں گا کہ رمضان از اے منتھ آف انٹلیکچول ایمپاورمنٹ۔ وہ کیسے؟</w:t>
      </w:r>
    </w:p>
    <w:p>
      <w:r>
        <w:rPr>
          <w:b/>
        </w:rPr>
        <w:t xml:space="preserve">[23:25] </w:t>
      </w:r>
      <w:r>
        <w:t>isi liye ramzan ko shahr-e-quran kaha gaya hai. shahr-al-ramadan alladhi unzil fi al-quran. ramzan ka jo sab se bara item hai woh kya hai?</w:t>
      </w:r>
    </w:p>
    <w:p>
      <w:pPr>
        <w:jc w:val="right"/>
      </w:pPr>
      <w:r>
        <w:t>اسی لیے رمضان کو شہر القرآن کہا گیا ہے۔ شہر الرمضان الذی انزل فی القرآن۔ رمضان کا جو سب سے بڑا آئٹم ہے وہ کیا ہے؟</w:t>
      </w:r>
    </w:p>
    <w:p>
      <w:r>
        <w:rPr>
          <w:b/>
        </w:rPr>
        <w:t xml:space="preserve">[23:37] </w:t>
      </w:r>
      <w:r>
        <w:t>roze ke baad quran. quran ko tilawat karna yaani quran ki study karna, quran ka mutala karna.</w:t>
      </w:r>
    </w:p>
    <w:p>
      <w:pPr>
        <w:jc w:val="right"/>
      </w:pPr>
      <w:r>
        <w:t>روزے کے بعد قرآن۔ قرآن کو تلاوت کرنا یعنی قرآن کی اسٹڈی کرنا، قرآن کا مطالعہ کرنا۔</w:t>
      </w:r>
    </w:p>
    <w:p>
      <w:r>
        <w:rPr>
          <w:b/>
        </w:rPr>
        <w:t xml:space="preserve">[23:47] </w:t>
      </w:r>
      <w:r>
        <w:t>taravih bhi kiya hai? taravih bhi quran ka mutala hai. taravih quran ka ijtamai mutala hai. to quran kis liye parha jata hai?</w:t>
      </w:r>
    </w:p>
    <w:p>
      <w:pPr>
        <w:jc w:val="right"/>
      </w:pPr>
      <w:r>
        <w:t>تراویح بھی کیا ہے؟ تراویح بھی قرآن کا مطالعہ ہے۔ تراویح قرآن کا اجتماعی مطالعہ ہے۔ تو قرآن کس لیے پڑھا جاتا ہے؟</w:t>
      </w:r>
    </w:p>
    <w:p>
      <w:r>
        <w:rPr>
          <w:b/>
        </w:rPr>
        <w:t xml:space="preserve">[23:58] </w:t>
      </w:r>
      <w:r>
        <w:t>yeh isi liye ke aap janiye ke sochne ka tareeqa kiya hai.</w:t>
      </w:r>
    </w:p>
    <w:p>
      <w:pPr>
        <w:jc w:val="right"/>
      </w:pPr>
      <w:r>
        <w:t>یہ اسی لیے کہ آپ جانیں کہ سوچنے کا طریقہ کیا ہے۔</w:t>
      </w:r>
    </w:p>
    <w:p>
      <w:r>
        <w:rPr>
          <w:b/>
        </w:rPr>
        <w:t xml:space="preserve">[24:04] </w:t>
      </w:r>
      <w:r>
        <w:t>yaani art of thinking aap ki kiya honi chahiye? woh woh janna. main aap ko misaal deta hoon. dekhiye, quran majeed mein jahan roze ka ahkam aaye hain, wahan par yeh farmaya:</w:t>
      </w:r>
    </w:p>
    <w:p>
      <w:pPr>
        <w:jc w:val="right"/>
      </w:pPr>
      <w:r>
        <w:t>یعنی آرٹ آف تھنکنگ آپ کی کیا ہونی چاہیے؟ وہ وہ جاننا۔ میں آپ کو مثال دیتا ہوں۔ دیکھیے، قرآن مجید میں جہاں روزے کا احکام آئے ہیں، وہاں پر یہ فرمایا:</w:t>
      </w:r>
    </w:p>
    <w:p>
      <w:r>
        <w:rPr>
          <w:b/>
        </w:rPr>
        <w:t xml:space="preserve">[24:19] </w:t>
      </w:r>
      <w:r>
        <w:t>"al-shahr al-ramadan alladhi unzila fi al-quran". yahan quran ke teen pehlu bataye</w:t>
      </w:r>
    </w:p>
    <w:p>
      <w:pPr>
        <w:jc w:val="right"/>
      </w:pPr>
      <w:r>
        <w:t>"الشہر الرمضان الذی انزل فی القرآن"۔ یہاں قرآن کے تین پہلو بتائے</w:t>
      </w:r>
    </w:p>
    <w:p>
      <w:r>
        <w:rPr>
          <w:b/>
        </w:rPr>
        <w:t xml:space="preserve">[24:29] </w:t>
      </w:r>
      <w:r>
        <w:t>gaye hain: teen khuda aur bayyināt aur furqan.</w:t>
      </w:r>
    </w:p>
    <w:p>
      <w:pPr>
        <w:jc w:val="right"/>
      </w:pPr>
      <w:r>
        <w:t>گئے ہیں: تین خدا اور بینات اور فرقان۔</w:t>
      </w:r>
    </w:p>
    <w:p>
      <w:r>
        <w:rPr>
          <w:b/>
        </w:rPr>
        <w:t xml:space="preserve">[24:39] </w:t>
      </w:r>
      <w:r>
        <w:t>yeh teen cheezein hain. kaha quran ke parhne se, quran ki study karne se aap ko yeh teen cheezein milni chahiye. yaani quran mein jo yeh teen cheezein hain, is mein khuda hai, is mein bayyināt hain aur is mein furqan hai.</w:t>
      </w:r>
    </w:p>
    <w:p>
      <w:pPr>
        <w:jc w:val="right"/>
      </w:pPr>
      <w:r>
        <w:t>یہ تین چیزیں ہیں۔ کہا قرآن کے پڑھنے سے، قرآن کی اسٹڈی کرنے سے آپ کو یہ تین چیزیں ملنی چاہیے۔ یعنی قرآن میں جو یہ تین چیزیں ہیں، اس میں خدا ہے، اس میں بینات ہیں اور اس میں فرقان ہے۔</w:t>
      </w:r>
    </w:p>
    <w:p>
      <w:r>
        <w:rPr>
          <w:b/>
        </w:rPr>
        <w:t xml:space="preserve">[24:56] </w:t>
      </w:r>
      <w:r>
        <w:t>to aap ko milna chahiye yeh teeno cheezein.</w:t>
      </w:r>
    </w:p>
    <w:p>
      <w:pPr>
        <w:jc w:val="right"/>
      </w:pPr>
      <w:r>
        <w:t>تو آپ کو ملنا چاہیے یہ تینوں چیزیں۔</w:t>
      </w:r>
    </w:p>
    <w:p>
      <w:r>
        <w:rPr>
          <w:b/>
        </w:rPr>
        <w:t xml:space="preserve">[25:00] </w:t>
      </w:r>
      <w:r>
        <w:t>to milein kaise? tadabbur karne se, woh sochne se. to teeno ki main misaal deta hoon aap ko. khuda ko lijiye yaani hidayat, guidance.</w:t>
      </w:r>
    </w:p>
    <w:p>
      <w:pPr>
        <w:jc w:val="right"/>
      </w:pPr>
      <w:r>
        <w:t>تو ملیں کیسے؟ تدبر کرنے سے، وہ سوچنے سے۔ تو تینوں کی میں مثال دیتا ہوں آپ کو۔ خدا کو لیجئے یعنی ہدایت، گائیڈنس۔</w:t>
      </w:r>
    </w:p>
    <w:p>
      <w:r>
        <w:rPr>
          <w:b/>
        </w:rPr>
        <w:t xml:space="preserve">[25:14] </w:t>
      </w:r>
      <w:r>
        <w:t>quran mein guidance hai. quran mein guidance hai.</w:t>
      </w:r>
    </w:p>
    <w:p>
      <w:pPr>
        <w:jc w:val="right"/>
      </w:pPr>
      <w:r>
        <w:t>قرآن میں گائیڈنس ہے۔ قرآن میں گائیڈنس ہے۔</w:t>
      </w:r>
    </w:p>
    <w:p>
      <w:r>
        <w:rPr>
          <w:b/>
        </w:rPr>
        <w:t xml:space="preserve">[25:21] </w:t>
      </w:r>
      <w:r>
        <w:t>ab guidance ka matlab kiya hai? ke is waqt musalman jo jis jis haal mein hain to aap quran parh rahe hain, quran parh rahe hain, quran parh rahe hain, aap ko is ayat tak pahunche:</w:t>
      </w:r>
    </w:p>
    <w:p>
      <w:pPr>
        <w:jc w:val="right"/>
      </w:pPr>
      <w:r>
        <w:t>اب گائیڈنس کا مطلب کیا ہے؟ کہ اس وقت مسلمان جو جس جس حال میں ہیں تو آپ قرآن پڑھ رہے ہیں، قرآن پڑھ رہے ہیں، قرآن پڑھ رہے ہیں، آپ کو اس آیت تک پہنچے:</w:t>
      </w:r>
    </w:p>
    <w:p>
      <w:r>
        <w:rPr>
          <w:b/>
        </w:rPr>
        <w:t xml:space="preserve">[25:38] </w:t>
      </w:r>
      <w:r>
        <w:t>"inna Allaha la yughayyiru ma bi-anfusihim".</w:t>
      </w:r>
    </w:p>
    <w:p>
      <w:pPr>
        <w:jc w:val="right"/>
      </w:pPr>
      <w:r>
        <w:t>"لا ان اللہ لا یغیر ما بانفسہم"۔</w:t>
      </w:r>
    </w:p>
    <w:p>
      <w:r>
        <w:rPr>
          <w:b/>
        </w:rPr>
        <w:t xml:space="preserve">[25:45] </w:t>
      </w:r>
      <w:r>
        <w:t>yaani Allah jo hai logon ke māb qaum ko is waqt to nahi badalta jab apne māb anfus ko na badal dale.</w:t>
      </w:r>
    </w:p>
    <w:p>
      <w:pPr>
        <w:jc w:val="right"/>
      </w:pPr>
      <w:r>
        <w:t>یعنی اللہ جو ہے لوگوں کے ماب قوم کو اس وقت تو نہیں بدلتا جب اپنے ماب انفس کو نہ بدل ڈالے۔</w:t>
      </w:r>
    </w:p>
    <w:p>
      <w:r>
        <w:rPr>
          <w:b/>
        </w:rPr>
        <w:t xml:space="preserve">[25:54] </w:t>
      </w:r>
      <w:r>
        <w:t>yaani individual ke level par jo tabdeeli aati hai isi ka asar group ke level par hota hai, yaani community ke level par hota hai.</w:t>
      </w:r>
    </w:p>
    <w:p>
      <w:pPr>
        <w:jc w:val="right"/>
      </w:pPr>
      <w:r>
        <w:t>یعنی انڈیویجول کے لیول پر جو تبدیلی آتی ہے اسی کا اثر گروپ کے لیول پر ہوتا ہے، یعنی کمیونٹی کے لیول پر ہوتا ہے۔</w:t>
      </w:r>
    </w:p>
    <w:p>
      <w:r>
        <w:rPr>
          <w:b/>
        </w:rPr>
        <w:t xml:space="preserve">[26:08] </w:t>
      </w:r>
      <w:r>
        <w:t>to aap kiya karenge? yeh jo bare bare jalsay kiye ja rahe hain, aap ko lagega yeh to bekar hai. yeh</w:t>
      </w:r>
    </w:p>
    <w:p>
      <w:pPr>
        <w:jc w:val="right"/>
      </w:pPr>
      <w:r>
        <w:t>تو آپ کیا کریں گے؟ یہ جو بڑے بڑے جلسے کیے جا رہے ہیں، آپ کو لگے گا یہ تو بیکار ہے۔ یہ</w:t>
      </w:r>
    </w:p>
    <w:p>
      <w:r>
        <w:rPr>
          <w:b/>
        </w:rPr>
        <w:t xml:space="preserve">[26:15] </w:t>
      </w:r>
      <w:r>
        <w:t>doosron se complaint kar rahe hain, yeh bekar hai. doosre demand kar rahe hain, woh bekar hai. to aisi cheez to fard musalman hai. is ayat mein aap ko yeh hidayat milegi ke sara focus hona chahiye fard musalman par,</w:t>
      </w:r>
    </w:p>
    <w:p>
      <w:pPr>
        <w:jc w:val="right"/>
      </w:pPr>
      <w:r>
        <w:t>دوسروں سے کمپلینٹ کر رہے ہیں، یہ بیکار ہے۔ دوسرے ڈیمانڈ کر رہے ہیں، وہ بیکار ہے۔ تو ایسی چیز تو فرد مسلم ہے۔ اس آیت میں آپ کو یہ ہدایت ملے گی کہ سارا فوکس ہونا چاہیے فرد مسلم پر،</w:t>
      </w:r>
    </w:p>
    <w:p>
      <w:r>
        <w:rPr>
          <w:b/>
        </w:rPr>
        <w:t xml:space="preserve">[26:30] </w:t>
      </w:r>
      <w:r>
        <w:t>ek individual par.</w:t>
      </w:r>
    </w:p>
    <w:p>
      <w:pPr>
        <w:jc w:val="right"/>
      </w:pPr>
      <w:r>
        <w:t>ایک انڈیویجول پر۔</w:t>
      </w:r>
    </w:p>
    <w:p>
      <w:r>
        <w:rPr>
          <w:b/>
        </w:rPr>
        <w:t xml:space="preserve">[26:34] </w:t>
      </w:r>
      <w:r>
        <w:t>ek individual ke andar sahi soch lao. to jab fard fard fard par soch sahi ho jayegi to poori qaum durust ho jayegi.</w:t>
      </w:r>
    </w:p>
    <w:p>
      <w:pPr>
        <w:jc w:val="right"/>
      </w:pPr>
      <w:r>
        <w:t>ایک انڈیویجول کے اندر صحیح سوچ لاؤ۔ تو جب فرد فرد فرد پر سوچ صحیح ہو جائے گی تو پوری قوم درست ہو جائے گی۔</w:t>
      </w:r>
    </w:p>
    <w:p>
      <w:r>
        <w:rPr>
          <w:b/>
        </w:rPr>
        <w:t xml:space="preserve">[26:45] </w:t>
      </w:r>
      <w:r>
        <w:t>yeh aap ko guidance milega. to jitna bhi ab futile lagega jo jo hum kar rahe hain, is kaam bare bare jalsay aur bare bare crowd aur raat din shikayat wali taqreerein,</w:t>
      </w:r>
    </w:p>
    <w:p>
      <w:pPr>
        <w:jc w:val="right"/>
      </w:pPr>
      <w:r>
        <w:t>یہ آپ کو گائیڈنس ملے گا۔ تو جتنا بھی اب فوٹائل لگے گا جو جو ہم کر رہے ہیں، اس کام بڑے بڑے جلسے اور بڑے بڑے کراؤڈ اور رات دن شکایت والی تقریریں،</w:t>
      </w:r>
    </w:p>
    <w:p>
      <w:r>
        <w:rPr>
          <w:b/>
        </w:rPr>
        <w:t xml:space="preserve">[27:01] </w:t>
      </w:r>
      <w:r>
        <w:t>protest wali taqreerein, demand wali taqreerein, yeh sab bekar lagenge aap ko. aisi cheez to ek khud musalmanon mein ek ek fard ko le kar islah kiya jaye.</w:t>
      </w:r>
    </w:p>
    <w:p>
      <w:pPr>
        <w:jc w:val="right"/>
      </w:pPr>
      <w:r>
        <w:t>پروٹیسٹ والی تقریریں، ڈیمانڈ والی تقریریں، یہ سب بیکار لگیں گے آپ کو۔ ایسی چیز تو ایک خود مسلمانوں میں ایک ایک فرد کو لے کر اصلاح کیا جائے۔</w:t>
      </w:r>
    </w:p>
    <w:p>
      <w:r>
        <w:rPr>
          <w:b/>
        </w:rPr>
        <w:t xml:space="preserve">[27:14] </w:t>
      </w:r>
      <w:r>
        <w:t>yaani fard ki jo jis ko hum kaha karte hain ke re-engineering of individual mind, ek ek fard ke mind ki re-engineering, yeh asal kaam hai.</w:t>
      </w:r>
    </w:p>
    <w:p>
      <w:pPr>
        <w:jc w:val="right"/>
      </w:pPr>
      <w:r>
        <w:t>یعنی فرد کی جو جس کو ہم کہا کرتے ہیں کہ ری انجیرنگ آف انڈیویجول مائنڈ، ایک ایک فرد کے مائنڈ کی ری انجیرنگ، یہ اصل کام ہے۔</w:t>
      </w:r>
    </w:p>
    <w:p>
      <w:r>
        <w:rPr>
          <w:b/>
        </w:rPr>
        <w:t xml:space="preserve">[27:26] </w:t>
      </w:r>
      <w:r>
        <w:t>yeh mila aap ko. aise hi dekhiye, bayyināt. bayyināt ke maani kiya hain? daleel, proof ke quran mein daleel hai.</w:t>
      </w:r>
    </w:p>
    <w:p>
      <w:pPr>
        <w:jc w:val="right"/>
      </w:pPr>
      <w:r>
        <w:t>یہ ملا آپ کو۔ ایسے ہی دیکھیے، بینات۔ بینات کے معنی کیا ہیں؟ دلیل، پروف کہ قرآن میں دلیل ہے۔</w:t>
      </w:r>
    </w:p>
    <w:p>
      <w:r>
        <w:rPr>
          <w:b/>
        </w:rPr>
        <w:t xml:space="preserve">[27:37] </w:t>
      </w:r>
      <w:r>
        <w:t>ab aap quran ko parh rahe hain, aap</w:t>
      </w:r>
    </w:p>
    <w:p>
      <w:pPr>
        <w:jc w:val="right"/>
      </w:pPr>
      <w:r>
        <w:t>اب آپ قرآن کو پڑھ رہے ہیں، آپ</w:t>
      </w:r>
    </w:p>
    <w:p>
      <w:r>
        <w:rPr>
          <w:b/>
        </w:rPr>
        <w:t xml:space="preserve">[27:40] </w:t>
      </w:r>
      <w:r>
        <w:t>is ayat tak pahunche ke "afala shakka fatir al-samawati wa al-ard"? kiya tum ko shakk hai is khuda par jis ne zameen o aasman ko phara?</w:t>
      </w:r>
    </w:p>
    <w:p>
      <w:pPr>
        <w:jc w:val="right"/>
      </w:pPr>
      <w:r>
        <w:t>اس آیت تک پہنچے کہ "افلا شک الفاطر السماوات والارض"۔ کیا تم کو شک ہے اس خدا پر جس نے زمین و آسمان کو پھاڑا؟</w:t>
      </w:r>
    </w:p>
    <w:p>
      <w:r>
        <w:rPr>
          <w:b/>
        </w:rPr>
        <w:t xml:space="preserve">[27:57] </w:t>
      </w:r>
      <w:r>
        <w:t>fatir ke maani hain pharna, pharne wala. ab is mein ek daleel hai, ek proof hai.</w:t>
      </w:r>
    </w:p>
    <w:p>
      <w:pPr>
        <w:jc w:val="right"/>
      </w:pPr>
      <w:r>
        <w:t>فاطر کے معنی ہیں پھاڑنا، پھاڑنے والا۔ اب اس میں ایک دلیل ہے، ایک پروف ہے۔</w:t>
      </w:r>
    </w:p>
    <w:p>
      <w:r>
        <w:rPr>
          <w:b/>
        </w:rPr>
        <w:t xml:space="preserve">[28:03] </w:t>
      </w:r>
      <w:r>
        <w:t>ab aap jab is ko aur padhenge, aur padhen, aur padhenge to maloom hoga ke bohat pehle jab yeh universe nahi thi to us waqt ek super atom zahir hua.</w:t>
      </w:r>
    </w:p>
    <w:p>
      <w:pPr>
        <w:jc w:val="right"/>
      </w:pPr>
      <w:r>
        <w:t>اب آپ جب اس کو اور پڑھیں گے، اور پڑھیں، اور پڑھیں گے تو معلوم ہوگا کہ بہت پہلے جب یہ یونیورس نہیں تھی تو اس وقت ایک سپر ایٹم ظاہر ہوا۔</w:t>
      </w:r>
    </w:p>
    <w:p>
      <w:r>
        <w:rPr>
          <w:b/>
        </w:rPr>
        <w:t xml:space="preserve">[28:20] </w:t>
      </w:r>
      <w:r>
        <w:t>saare particle jo us waqt saari universe mein hain, woh sab particle is mein ekatha the. to is mein explosion hua, yaani phata woh.</w:t>
      </w:r>
    </w:p>
    <w:p>
      <w:pPr>
        <w:jc w:val="right"/>
      </w:pPr>
      <w:r>
        <w:t>سارے پارٹیکل جو اس وقت ساری یونیورس میں ہیں، وہ سب پارٹیکل اس میں اکٹھا تھے۔ تو اس میں ایکسپلوژن ہوا، یعنی پھٹا وہ۔</w:t>
      </w:r>
    </w:p>
    <w:p>
      <w:r>
        <w:rPr>
          <w:b/>
        </w:rPr>
        <w:t xml:space="preserve">[28:32] </w:t>
      </w:r>
      <w:r>
        <w:t>phir is ke particle bikhar gaye aur wahi particle ne phir soortein ikhtiyar keen. saare stars, saare planets aur saari duniya jo bani hai, to is ke is ke bikhraao se bani hai.</w:t>
      </w:r>
    </w:p>
    <w:p>
      <w:pPr>
        <w:jc w:val="right"/>
      </w:pPr>
      <w:r>
        <w:t>پھر اس کے پارٹیکل بکھر گئے اور وہی پارٹیکل نے پھر صورتیں اختیار کیں۔ سارے سٹارز، سارے پلینٹس اور ساری دنیا جو بنی ہے، تو اس کے اس کے بکھراؤ سے بنی ہے۔</w:t>
      </w:r>
    </w:p>
    <w:p>
      <w:r>
        <w:rPr>
          <w:b/>
        </w:rPr>
        <w:t xml:space="preserve">[28:49] </w:t>
      </w:r>
      <w:r>
        <w:t>to ab ek ek super atom jo apne aap mein</w:t>
      </w:r>
    </w:p>
    <w:p>
      <w:pPr>
        <w:jc w:val="right"/>
      </w:pPr>
      <w:r>
        <w:t>تو اب ایک ایک سپر ایٹم جو اپنے آپ میں</w:t>
      </w:r>
    </w:p>
    <w:p>
      <w:r>
        <w:rPr>
          <w:b/>
        </w:rPr>
        <w:t xml:space="preserve">[28:55] </w:t>
      </w:r>
      <w:r>
        <w:t>khud hi nahi phat kar ke aisa ho sakta, kyunke woh jo is ke atom ke jo particle the, woh sab ek bilkul compact the, compact position mein the.</w:t>
      </w:r>
    </w:p>
    <w:p>
      <w:pPr>
        <w:jc w:val="right"/>
      </w:pPr>
      <w:r>
        <w:t>خود ہی نہیں پھٹ کر کے ایسا ہو سکتا، کیونکہ وہ جو اس کے ایٹم کے جو پارٹیکل تھے، وہ سب ایک بالکل کمپیکٹ تھے، کمپیکٹ پوزیشن میں تھے۔</w:t>
      </w:r>
    </w:p>
    <w:p>
      <w:r>
        <w:rPr>
          <w:b/>
        </w:rPr>
        <w:t xml:space="preserve">[29:06] </w:t>
      </w:r>
      <w:r>
        <w:t>yaani andar ki taraf khinchao tha in ka, bahar ki taraf nahi tha. to jo khinchao andar ki taraf hai, yaani inner journey, outer journey ban gayi.</w:t>
      </w:r>
    </w:p>
    <w:p>
      <w:pPr>
        <w:jc w:val="right"/>
      </w:pPr>
      <w:r>
        <w:t>یعنی اندر کی طرف کھنچاؤ تھا ان کا، باہر کی طرف نہیں تھا۔ تو جو کھنچاؤ اندر کی طرف ہے، یعنی انر جرنی، آؤٹر جرنی بن گئی۔</w:t>
      </w:r>
    </w:p>
    <w:p>
      <w:r>
        <w:rPr>
          <w:b/>
        </w:rPr>
        <w:t xml:space="preserve">[29:15] </w:t>
      </w:r>
      <w:r>
        <w:t>woh kaise? intervention se.</w:t>
      </w:r>
    </w:p>
    <w:p>
      <w:pPr>
        <w:jc w:val="right"/>
      </w:pPr>
      <w:r>
        <w:t>وہ کیسے؟ انٹروینشن سے۔</w:t>
      </w:r>
    </w:p>
    <w:p>
      <w:r>
        <w:rPr>
          <w:b/>
        </w:rPr>
        <w:t xml:space="preserve">[29:19] </w:t>
      </w:r>
      <w:r>
        <w:t>to kaha ek intervention jab ka proof mil jaye to apne aap yeh proof ho jata hai ke koi hai jis ne ek intervention kiya.</w:t>
      </w:r>
    </w:p>
    <w:p>
      <w:pPr>
        <w:jc w:val="right"/>
      </w:pPr>
      <w:r>
        <w:t>تو کہا ایک انٹروینشن جب کا پروف مل جائے تو اپنے آپ یہ پروف ہو جاتا ہے کہ کوئی ہے جس نے ایک انٹروین کیا۔</w:t>
      </w:r>
    </w:p>
    <w:p>
      <w:r>
        <w:rPr>
          <w:b/>
        </w:rPr>
        <w:t xml:space="preserve">[29:29] </w:t>
      </w:r>
      <w:r>
        <w:t>yeh hai Khuda ka saboot. wahan aap is ayat ko pahunch padhenge to aap ke andar yaqeen aayega Khuda ke wajood par yaqeen, Allah Rabb-ul-Alameen ke hone par bohat bara yaqeen.</w:t>
      </w:r>
    </w:p>
    <w:p>
      <w:pPr>
        <w:jc w:val="right"/>
      </w:pPr>
      <w:r>
        <w:t>یہ ہے خدا کا ثبوت۔ وہاں آپ اس آیت کو پہنچ پڑھیں گے تو آپ کے اندر یقین آئے گا خدا کے وجود پر یقین، اللہ رب العالمین کے ہونے پر بہت بڑا یقین۔</w:t>
      </w:r>
    </w:p>
    <w:p>
      <w:r>
        <w:rPr>
          <w:b/>
        </w:rPr>
        <w:t xml:space="preserve">[29:43] </w:t>
      </w:r>
      <w:r>
        <w:t>aise hi dekhiye, Furqan</w:t>
      </w:r>
    </w:p>
    <w:p>
      <w:pPr>
        <w:jc w:val="right"/>
      </w:pPr>
      <w:r>
        <w:t>ایسے ہی دیکھیے، فرقان</w:t>
      </w:r>
    </w:p>
    <w:p>
      <w:r>
        <w:rPr>
          <w:b/>
        </w:rPr>
        <w:t xml:space="preserve">[29:48] </w:t>
      </w:r>
      <w:r>
        <w:t>teen cheezein batai na? ek ek Khuda yaani guidance, doosra bayyinaat yaani daleel, proof aur teesra Furqan.</w:t>
      </w:r>
    </w:p>
    <w:p>
      <w:pPr>
        <w:jc w:val="right"/>
      </w:pPr>
      <w:r>
        <w:t>تین چیزیں بتائی نا؟ ایک ایک خدا یعنی گائیڈنس، دوسرا بینات یعنی دلیل، پروف اور تیسرا فرقان۔</w:t>
      </w:r>
    </w:p>
    <w:p>
      <w:r>
        <w:rPr>
          <w:b/>
        </w:rPr>
        <w:t xml:space="preserve">[29:58] </w:t>
      </w:r>
      <w:r>
        <w:t>farq karna ek cheez, doosri cheez mein yeh bohat bari cheez hai. yeh bohat hi bari cheez hai farq karna.</w:t>
      </w:r>
    </w:p>
    <w:p>
      <w:pPr>
        <w:jc w:val="right"/>
      </w:pPr>
      <w:r>
        <w:t>فرق کرنا ایک چیز، دوسری چیز میں یہ بہت بڑی چیز ہے۔ یہ بہت ہی بڑی چیز ہے فرق کرنا۔</w:t>
      </w:r>
    </w:p>
    <w:p>
      <w:r>
        <w:rPr>
          <w:b/>
        </w:rPr>
        <w:t xml:space="preserve">[30:11] </w:t>
      </w:r>
      <w:r>
        <w:t>yaani is ko mein kehta hoon principle of differentiation.</w:t>
      </w:r>
    </w:p>
    <w:p>
      <w:pPr>
        <w:jc w:val="right"/>
      </w:pPr>
      <w:r>
        <w:t>یعنی اس کو میں کہتا ہوں پرنسپل آف ڈیفرنشی ایشن۔</w:t>
      </w:r>
    </w:p>
    <w:p>
      <w:r>
        <w:rPr>
          <w:b/>
        </w:rPr>
        <w:t xml:space="preserve">[30:17] </w:t>
      </w:r>
      <w:r>
        <w:t>agar aap farq karna na jaane to har baar baar aap ghalti karenge. aap jaise mein ne abhi misaal di aap ko ke ek waqea jo hua tha parson,</w:t>
      </w:r>
    </w:p>
    <w:p>
      <w:pPr>
        <w:jc w:val="right"/>
      </w:pPr>
      <w:r>
        <w:t>اگر آپ فرق کرنا نہ جانیں تو ہر بار بار آپ غلطی کریں گے۔ آپ جیسے میں نے ابھی مثال دی آپ کو کہ ایک واقعہ جو ہوا تھا پرسوں،</w:t>
      </w:r>
    </w:p>
    <w:p>
      <w:r>
        <w:rPr>
          <w:b/>
        </w:rPr>
        <w:t xml:space="preserve">[30:31] </w:t>
      </w:r>
      <w:r>
        <w:t>to is se ek shakhs pride ki ghiza le raha hai aur isi se hum ne dawat ki ghiza liya.</w:t>
      </w:r>
    </w:p>
    <w:p>
      <w:pPr>
        <w:jc w:val="right"/>
      </w:pPr>
      <w:r>
        <w:t>تو اس سے ایک شخص پرائیڈ کی غذا لے رہا ہے اور اسی سے ہم نے دعوت کی غذا لیا۔</w:t>
      </w:r>
    </w:p>
    <w:p>
      <w:r>
        <w:rPr>
          <w:b/>
        </w:rPr>
        <w:t xml:space="preserve">[30:42] </w:t>
      </w:r>
      <w:r>
        <w:t>to unhein yeh yeh unhein yeh farq hi ka pata nahi ke dawat alag cheez hai, pride alag cheez hai. to pride milne ko bhi woh samajhte hain ke hum ne bohat bari cheez pa li.</w:t>
      </w:r>
    </w:p>
    <w:p>
      <w:pPr>
        <w:jc w:val="right"/>
      </w:pPr>
      <w:r>
        <w:t>تو انہیں یہ یہ انہیں یہ فرق ہی کا پتہ نہیں کہ دعوت الگ چیز ہے، پرائیڈ الگ چیز ہے۔ تو پرائیڈ ملنے کو بھی وہ سمجھتے ہیں کہ ہم نے بہت بڑی چیز پا لی۔</w:t>
      </w:r>
    </w:p>
    <w:p>
      <w:r>
        <w:rPr>
          <w:b/>
        </w:rPr>
        <w:t xml:space="preserve">[30:52] </w:t>
      </w:r>
      <w:r>
        <w:t>hum kahein kuch nahi paya, aap ne paane ki cheez to wahan par yeh tha ke aap dawat ki opportunities ko daryaft karein.</w:t>
      </w:r>
    </w:p>
    <w:p>
      <w:pPr>
        <w:jc w:val="right"/>
      </w:pPr>
      <w:r>
        <w:t>ہم کہیں کچھ نہیں پایا، آپ نے پانے کی چیز تو وہاں پر یہ تھا کہ آپ دعوت کی اپرچونیٹیز کو دریافت کریں۔</w:t>
      </w:r>
    </w:p>
    <w:p>
      <w:r>
        <w:rPr>
          <w:b/>
        </w:rPr>
        <w:t xml:space="preserve">[31:01] </w:t>
      </w:r>
      <w:r>
        <w:t>yahan par</w:t>
      </w:r>
    </w:p>
    <w:p>
      <w:pPr>
        <w:jc w:val="right"/>
      </w:pPr>
      <w:r>
        <w:t>یہاں پر</w:t>
      </w:r>
    </w:p>
    <w:p>
      <w:r>
        <w:rPr>
          <w:b/>
        </w:rPr>
        <w:t xml:space="preserve">[31:04] </w:t>
      </w:r>
      <w:r>
        <w:t>to kaha Ramzan ke mahine mein jo itna zor diya gaya hai Quran ke padhne par, to isi liye hai ke is mein intellectual empowerment ka source wahi hai Quran.</w:t>
      </w:r>
    </w:p>
    <w:p>
      <w:pPr>
        <w:jc w:val="right"/>
      </w:pPr>
      <w:r>
        <w:t>تو کہا رمضان کے مہینے میں جو اتنا زور دیا گیا ہے قرآن کے پڑھنے پر، تو اسی لیے ہے کہ اس میں انٹلیکچول ایمپاورمنٹ کا سورس وہی ہے قرآن۔</w:t>
      </w:r>
    </w:p>
    <w:p>
      <w:r>
        <w:rPr>
          <w:b/>
        </w:rPr>
        <w:t xml:space="preserve">[31:19] </w:t>
      </w:r>
      <w:r>
        <w:t>lekin tadabbur ke sath padhna, ghaur karna</w:t>
      </w:r>
    </w:p>
    <w:p>
      <w:pPr>
        <w:jc w:val="right"/>
      </w:pPr>
      <w:r>
        <w:t>لیکن تدبر کے ساتھ پڑھنا، غور کرنا</w:t>
      </w:r>
    </w:p>
    <w:p>
      <w:r>
        <w:rPr>
          <w:b/>
        </w:rPr>
        <w:t xml:space="preserve">[31:31] </w:t>
      </w:r>
      <w:r>
        <w:t>Quran ke bare mein mera ehsaas yeh hai ke woh yaani</w:t>
      </w:r>
    </w:p>
    <w:p>
      <w:pPr>
        <w:jc w:val="right"/>
      </w:pPr>
      <w:r>
        <w:t>قرآن کے بارے میں میرا احساس یہ ہے کہ وہ یعنی</w:t>
      </w:r>
    </w:p>
    <w:p>
      <w:r>
        <w:rPr>
          <w:b/>
        </w:rPr>
        <w:t xml:space="preserve">[31:38] </w:t>
      </w:r>
      <w:r>
        <w:t>yaani Quran mein khud yeh ailaan kiya gaya hai ke saari hi woh cheezein basically us ke andar maujood hain jo insaan ko darkaar hain taraqqi ke liye.</w:t>
      </w:r>
    </w:p>
    <w:p>
      <w:pPr>
        <w:jc w:val="right"/>
      </w:pPr>
      <w:r>
        <w:t>یعنی قرآن میں خود یہ اعلان کیا گیا ہے کہ ساری ہی وہ چیزیں بیسیکلی اس کے اندر موجود ہیں جو انسان کو درکار ہیں ترقی کے لیے۔</w:t>
      </w:r>
    </w:p>
    <w:p>
      <w:r>
        <w:rPr>
          <w:b/>
        </w:rPr>
        <w:t xml:space="preserve">[31:53] </w:t>
      </w:r>
      <w:r>
        <w:t>saari hi cheezein yaani koi aisi cheez nahi hai jo Quran mein maujood na ho, lekin woh hai yaani tafseel ki zabaan mein nahi hai,</w:t>
      </w:r>
    </w:p>
    <w:p>
      <w:pPr>
        <w:jc w:val="right"/>
      </w:pPr>
      <w:r>
        <w:t>ساری ہی چیزیں یعنی کوئی ایسی چیز نہیں ہے جو قرآن میں موجود نہ ہو، لیکن وہ ہے یعنی تفصیل کی زبان میں نہیں ہے،</w:t>
      </w:r>
    </w:p>
    <w:p>
      <w:r>
        <w:rPr>
          <w:b/>
        </w:rPr>
        <w:t xml:space="preserve">[32:08] </w:t>
      </w:r>
      <w:r>
        <w:t>ijmal ki zabaan mein hai yaani isharay ki zabaan mein. to aap ko usay yaani jab aap ghaur karenge tabhi us mein paaye payenge.</w:t>
      </w:r>
    </w:p>
    <w:p>
      <w:pPr>
        <w:jc w:val="right"/>
      </w:pPr>
      <w:r>
        <w:t>اجمال کی زبان میں ہے یعنی اشارے کی زبان میں۔ تو آپ کو اسے یعنی جب آپ غور کریں گے تبھی اس میں پائے پائیں گے۔</w:t>
      </w:r>
    </w:p>
    <w:p>
      <w:r>
        <w:rPr>
          <w:b/>
        </w:rPr>
        <w:t xml:space="preserve">[32:19] </w:t>
      </w:r>
      <w:r>
        <w:t>aap</w:t>
      </w:r>
    </w:p>
    <w:p>
      <w:pPr>
        <w:jc w:val="right"/>
      </w:pPr>
      <w:r>
        <w:t>آپ</w:t>
      </w:r>
    </w:p>
    <w:p>
      <w:r>
        <w:rPr>
          <w:b/>
        </w:rPr>
        <w:t xml:space="preserve">[32:21] </w:t>
      </w:r>
      <w:r>
        <w:t>misal ke taur par dekhen quran majeed mein hai ke "in mal"</w:t>
      </w:r>
    </w:p>
    <w:p>
      <w:pPr>
        <w:jc w:val="right"/>
      </w:pPr>
      <w:r>
        <w:t>مثال کے طور پر دیکھیں قرآن مجید میں ہے کہ "إن مال"</w:t>
      </w:r>
    </w:p>
    <w:p>
      <w:r>
        <w:rPr>
          <w:b/>
        </w:rPr>
        <w:t xml:space="preserve">[32:28] </w:t>
      </w:r>
      <w:r>
        <w:t>ya quran mein hai ke "laqad khalaqnal insana fi qabd". hum ne paida kiya insaan ko hardship mein. hum ne paida kiya insaan ko hardship mein.</w:t>
      </w:r>
    </w:p>
    <w:p>
      <w:pPr>
        <w:jc w:val="right"/>
      </w:pPr>
      <w:r>
        <w:t>یا قرآن میں ہے کہ "لقد خلقت الإنسان في قبد"۔ ہم نے پیدا کیا انسان کو ہارڈشپ میں۔ ہم نے پیدا کیا انسان کو ہارڈشپ میں۔</w:t>
      </w:r>
    </w:p>
    <w:p>
      <w:r>
        <w:rPr>
          <w:b/>
        </w:rPr>
        <w:t xml:space="preserve">[32:41] </w:t>
      </w:r>
      <w:r>
        <w:t>ab ek aadmi agar kuch mushkil mein hai to woh mayoos, aam halat mein mayusi ka shikar ho jayega.</w:t>
      </w:r>
    </w:p>
    <w:p>
      <w:pPr>
        <w:jc w:val="right"/>
      </w:pPr>
      <w:r>
        <w:t>اب ایک آدمی اگر کچھ مشکل میں ہے تو وہ مایوس، عام حالت میں مایوسی کا شکار ہو جائے گا۔</w:t>
      </w:r>
    </w:p>
    <w:p>
      <w:r>
        <w:rPr>
          <w:b/>
        </w:rPr>
        <w:t xml:space="preserve">[32:51] </w:t>
      </w:r>
      <w:r>
        <w:t>mushkil mein hai to frustration mein par sakta hai woh. lekin jab is ayat ko padhega woh to kya hoga ke bhai mushkil to part of life hai "laqad khalaqnal insana fi qabd".</w:t>
      </w:r>
    </w:p>
    <w:p>
      <w:pPr>
        <w:jc w:val="right"/>
      </w:pPr>
      <w:r>
        <w:t>مشکل میں ہے تو فرسٹریشن میں پڑ سکتا ہے وہ۔ لیکن جب اس آیت کو پڑھے گا وہ تو کیا ہوگا کہ بھئی مشکل تو پارٹ آف لائف ہے "لقد خلقت الإنسان في قبد"۔</w:t>
      </w:r>
    </w:p>
    <w:p>
      <w:r>
        <w:rPr>
          <w:b/>
        </w:rPr>
        <w:t xml:space="preserve">[33:04] </w:t>
      </w:r>
      <w:r>
        <w:t>hum ne paida kiya insaan ko hardship mein. to agar mujhe koi hardship pesh aa rahi hai, koi mushkil pesh aa rahi hai to "that is part of life, part of creation".</w:t>
      </w:r>
    </w:p>
    <w:p>
      <w:pPr>
        <w:jc w:val="right"/>
      </w:pPr>
      <w:r>
        <w:t>ہم نے پیدا کیا انسان کو ہارڈشپ میں۔ تو اگر مجھے کوئی ہارڈشپ پیش آ رہی ہے، کوئی مشکل پیش آ رہی ہے تو "دیٹ از پارٹ آف لائف، پارٹ آف کریشن"۔</w:t>
      </w:r>
    </w:p>
    <w:p>
      <w:r>
        <w:rPr>
          <w:b/>
        </w:rPr>
        <w:t xml:space="preserve">[33:16] </w:t>
      </w:r>
      <w:r>
        <w:t>to woh to hona hi hona hai. to kya hoga phir? aap</w:t>
      </w:r>
    </w:p>
    <w:p>
      <w:pPr>
        <w:jc w:val="right"/>
      </w:pPr>
      <w:r>
        <w:t>تو وہ تو ہونا ہی ہونا ہے۔ تو کیا ہوگا پھر؟ آپ</w:t>
      </w:r>
    </w:p>
    <w:p>
      <w:r>
        <w:rPr>
          <w:b/>
        </w:rPr>
        <w:t xml:space="preserve">[33:20] </w:t>
      </w:r>
      <w:r>
        <w:t>phir is ke aap plus point ko daryaft karenge. jab tak is ki gehrai ko nahi jana hai aap ne to aap aap ka mind chala jayega is ke minus point mein chala jayega ke yeh mushkil hai, yeh hardship hai, yeh museebat hai, pareshani hai.</w:t>
      </w:r>
    </w:p>
    <w:p>
      <w:pPr>
        <w:jc w:val="right"/>
      </w:pPr>
      <w:r>
        <w:t>پھر اس کے آپ پلس پوائنٹ کو دریافت کریں گے۔ جب تک اس کی گہرائی کو نہیں جانا ہے آپ نے تو آپ آپ کا مائنڈ چلا جائے گا اس کے مائنس پوائنٹ میں چلا جائے گا کہ یہ مشکل ہے، یہ ہارڈشپ ہے، یہ مصیبت ہے، پریشانی ہے۔</w:t>
      </w:r>
    </w:p>
    <w:p>
      <w:r>
        <w:rPr>
          <w:b/>
        </w:rPr>
        <w:t xml:space="preserve">[33:36] </w:t>
      </w:r>
      <w:r>
        <w:t>lekin jab aap daryaft kar liya aap ne ke yeh to creation plan ka hissa hai, tab aap dhundenge is mein plus point. tab aap ko daryaft hogi ke mushkilen kya hain.</w:t>
      </w:r>
    </w:p>
    <w:p>
      <w:pPr>
        <w:jc w:val="right"/>
      </w:pPr>
      <w:r>
        <w:t>لیکن جب آپ دریافت کر لیا آپ نے کہ یہ تو کریشن پلان کا حصہ ہے، تب آپ ڈھونڈیں گے اس میں پلس پوائنٹ۔ تب آپ کو دریافت ہوگی کہ مشکلیں کیا ہیں۔</w:t>
      </w:r>
    </w:p>
    <w:p>
      <w:r>
        <w:rPr>
          <w:b/>
        </w:rPr>
        <w:t xml:space="preserve">[33:50] </w:t>
      </w:r>
      <w:r>
        <w:t>mushkilen to woh hain steping stone hain. ya kisi ne kaha ke "it is but a ford, not facility but difficulty".</w:t>
      </w:r>
    </w:p>
    <w:p>
      <w:pPr>
        <w:jc w:val="right"/>
      </w:pPr>
      <w:r>
        <w:t>مشکلیں تو وہ ہیں اسٹیپک سٹون ہیں۔ یا کسی نے کہا کہ "ایٹ از بٹ اے فرڈ، ناٹ فیسلیٹی بٹ ڈیفیکلٹی"۔</w:t>
      </w:r>
    </w:p>
    <w:p>
      <w:r>
        <w:rPr>
          <w:b/>
        </w:rPr>
        <w:t xml:space="preserve">[34:03] </w:t>
      </w:r>
      <w:r>
        <w:t>that makes man kyun mushkil jo hai aap ke liye incentive banti hai. mushkil aap ko agar brainstorming lati hai, mushkil aap ke mind ko activate karti hai,</w:t>
      </w:r>
    </w:p>
    <w:p>
      <w:pPr>
        <w:jc w:val="right"/>
      </w:pPr>
      <w:r>
        <w:t>دیٹ میکس مین کیوں مشکل جو ہے آپ کے لیے انسنٹیو بنتی ہے۔ مشکل آپ کو اگر برین اسٹارمنگ لاتی ہے، مشکل آپ کے مائنڈ کو ایکٹیویٹ کرتی ہے،</w:t>
      </w:r>
    </w:p>
    <w:p>
      <w:r>
        <w:rPr>
          <w:b/>
        </w:rPr>
        <w:t xml:space="preserve">[34:18] </w:t>
      </w:r>
      <w:r>
        <w:t>mushkil aap ko motivate karti hai,</w:t>
      </w:r>
    </w:p>
    <w:p>
      <w:pPr>
        <w:jc w:val="right"/>
      </w:pPr>
      <w:r>
        <w:t>مشکل آپ کو موٹیویٹ کرتی ہے،</w:t>
      </w:r>
    </w:p>
    <w:p>
      <w:r>
        <w:rPr>
          <w:b/>
        </w:rPr>
        <w:t xml:space="preserve">[34:24] </w:t>
      </w:r>
      <w:r>
        <w:t>mushkil aap ko ek challenge ke roop mein aati hai aur challenge ko meet karne ka jazba ubharti hai aap ke andar. to insaan ke andar dekhiye sab kuch hai lekin woh potential ke roop mein hai.</w:t>
      </w:r>
    </w:p>
    <w:p>
      <w:pPr>
        <w:jc w:val="right"/>
      </w:pPr>
      <w:r>
        <w:t>مشکل آپ کو ایک چیلنج کے روپ میں آتی ہے اور چیلنج کو میٹ کرنے کا جذبہ ابھارتی ہے آپ کے اندر۔ تو انسان کے اندر دیکھیے سب کچھ ہے لیکن وہ پوٹینشل کے روپ میں ہے۔</w:t>
      </w:r>
    </w:p>
    <w:p>
      <w:r>
        <w:rPr>
          <w:b/>
        </w:rPr>
        <w:t xml:space="preserve">[34:38] </w:t>
      </w:r>
      <w:r>
        <w:t>potential to is potential ko jagane ka rasta tareeqa kya hai? mushkilen hi to jagati hain is ko.</w:t>
      </w:r>
    </w:p>
    <w:p>
      <w:pPr>
        <w:jc w:val="right"/>
      </w:pPr>
      <w:r>
        <w:t>پوٹینشل تو اس پوٹینشل کو جگانے کا راستہ طریقہ کیا ہے؟ مشکلیں ہی تو جگاتی ہیں اس کو۔</w:t>
      </w:r>
    </w:p>
    <w:p>
      <w:r>
        <w:rPr>
          <w:b/>
        </w:rPr>
        <w:t xml:space="preserve">[34:46] </w:t>
      </w:r>
      <w:r>
        <w:t>mushkil nahi to potential jagega nahi.</w:t>
      </w:r>
    </w:p>
    <w:p>
      <w:pPr>
        <w:jc w:val="right"/>
      </w:pPr>
      <w:r>
        <w:t>مشکل نہیں تو پوٹینشل جاگے گا نہیں۔</w:t>
      </w:r>
    </w:p>
    <w:p>
      <w:r>
        <w:rPr>
          <w:b/>
        </w:rPr>
        <w:t xml:space="preserve">[34:52] </w:t>
      </w:r>
      <w:r>
        <w:t>har insaan ke andar bohat potential, bohat potential hai. lekin is ko mushkil nahi pari.</w:t>
      </w:r>
    </w:p>
    <w:p>
      <w:pPr>
        <w:jc w:val="right"/>
      </w:pPr>
      <w:r>
        <w:t>ہر انسان کے اندر بہت پوٹینشل، بہت پوٹینشل ہے۔ لیکن اس کو مشکل نہیں پڑی۔</w:t>
      </w:r>
    </w:p>
    <w:p>
      <w:r>
        <w:rPr>
          <w:b/>
        </w:rPr>
        <w:t xml:space="preserve">[35:03] </w:t>
      </w:r>
      <w:r>
        <w:t>jaise kal parson ek khatoon se mulaqat hui, bohat hi intelligent, lekin woh kuch kaam nahi kar saken woh aur un ki umar 55 saal ho gayi.</w:t>
      </w:r>
    </w:p>
    <w:p>
      <w:pPr>
        <w:jc w:val="right"/>
      </w:pPr>
      <w:r>
        <w:t>جیسے کل پرسوں ایک خاتون سے ملاقات ہوئی، بہت ہی انٹیلیجنٹ، لیکن وہ کچھ کام نہیں کر سکیں وہ اور ان کی عمر 55 سال ہو گئی۔</w:t>
      </w:r>
    </w:p>
    <w:p>
      <w:r>
        <w:rPr>
          <w:b/>
        </w:rPr>
        <w:t xml:space="preserve">[35:14] </w:t>
      </w:r>
      <w:r>
        <w:t>ki</w:t>
      </w:r>
    </w:p>
    <w:p>
      <w:pPr>
        <w:jc w:val="right"/>
      </w:pPr>
      <w:r>
        <w:t>کی</w:t>
      </w:r>
    </w:p>
    <w:p>
      <w:r>
        <w:rPr>
          <w:b/>
        </w:rPr>
        <w:t xml:space="preserve">[35:15] </w:t>
      </w:r>
      <w:r>
        <w:t>on? un ke paise ki farahat hai, bara ghar hai, do carain hain, sab kuch theek thak hai. to bas kya?</w:t>
      </w:r>
    </w:p>
    <w:p>
      <w:pPr>
        <w:jc w:val="right"/>
      </w:pPr>
      <w:r>
        <w:t>وں؟ ان کے پیسے کی فراحت ہے، بڑا گھر ہے، دو کاریں ہیں، سب کچھ ٹھیک ٹھاک ہے۔ تو بس کیا؟</w:t>
      </w:r>
    </w:p>
    <w:p>
      <w:r>
        <w:rPr>
          <w:b/>
        </w:rPr>
        <w:t xml:space="preserve">[35:24] </w:t>
      </w:r>
      <w:r>
        <w:t>subah sham khana peena, bas family ke logon se mulaqaten, logon ki do daawaten karna, shopping karna, outing karna, isi mein un ka din guzarta hai.</w:t>
      </w:r>
    </w:p>
    <w:p>
      <w:pPr>
        <w:jc w:val="right"/>
      </w:pPr>
      <w:r>
        <w:t>صبح شام کھانا پینا، بس فیملی کے لوگوں سے ملاقاتیں، لوگوں کی دو دعوتیں کرنا، شاپنگ کرنا، آؤٹنگ کرنا، اسی میں ان کا دن گزرتا ہے۔</w:t>
      </w:r>
    </w:p>
    <w:p>
      <w:r>
        <w:rPr>
          <w:b/>
        </w:rPr>
        <w:t xml:space="preserve">[35:39] </w:t>
      </w:r>
      <w:r>
        <w:t>to main ne un se kaha ke aap apne aap ko discover nahi kiya? aap ne unhon ne kaha aap diary banaiye aur pehla safha yahi likhiye ke "i have to discover my self".</w:t>
      </w:r>
    </w:p>
    <w:p>
      <w:pPr>
        <w:jc w:val="right"/>
      </w:pPr>
      <w:r>
        <w:t>تو میں نے ان سے کہا کہ آپ اپنے آپ کو ڈسکور نہیں کیا؟ آپ نے انہوں نے کہا آپ ڈائری بنائیے اور پہلا صفحہ یہی لکھیے کہ "آئی ہیو ٹو ڈسکور مائی سیلف"۔</w:t>
      </w:r>
    </w:p>
    <w:p>
      <w:r>
        <w:rPr>
          <w:b/>
        </w:rPr>
        <w:t xml:space="preserve">[35:55] </w:t>
      </w:r>
      <w:r>
        <w:t>sab se pehla item aap ka hai ke aap apne ko discover kijiye. ab main jo bataunga aap ko woh yeh bataunga ke aap ne aap ek order utilize kar rahi hain, apne potential ko aap ne jana nahi,</w:t>
      </w:r>
    </w:p>
    <w:p>
      <w:pPr>
        <w:jc w:val="right"/>
      </w:pPr>
      <w:r>
        <w:t>سب سے پہلا آئٹم آپ کا ہے کہ آپ اپنے کو ڈسکور کیجئے۔ اب میں جو بتاؤں گا آپ کو وہ یہ بتاؤں گا کہ آپ نے آپ ایک آرڈر یوٹیلائز کر رہی ہیں، اپنے پوٹینشل کو آپ نے جانا نہیں،</w:t>
      </w:r>
    </w:p>
    <w:p>
      <w:r>
        <w:rPr>
          <w:b/>
        </w:rPr>
        <w:t xml:space="preserve">[36:09] </w:t>
      </w:r>
      <w:r>
        <w:t>bas khane peene mein hawa karne mein waqt guzar diya aap ne 55 saal.</w:t>
      </w:r>
    </w:p>
    <w:p>
      <w:pPr>
        <w:jc w:val="right"/>
      </w:pPr>
      <w:r>
        <w:t>بس کھانے پینے میں ہوا کرنے میں وقت گزار دیا آپ نے 55 سال۔</w:t>
      </w:r>
    </w:p>
    <w:p>
      <w:r>
        <w:rPr>
          <w:b/>
        </w:rPr>
        <w:t xml:space="preserve">[36:19] </w:t>
      </w:r>
      <w:r>
        <w:t>to yeh hai insaan ka haal.</w:t>
      </w:r>
    </w:p>
    <w:p>
      <w:pPr>
        <w:jc w:val="right"/>
      </w:pPr>
      <w:r>
        <w:t>تو یہ ہے انسان کا حال۔</w:t>
      </w:r>
    </w:p>
    <w:p>
      <w:r>
        <w:rPr>
          <w:b/>
        </w:rPr>
        <w:t xml:space="preserve">[36:23] </w:t>
      </w:r>
      <w:r>
        <w:t>to sab kuch yani "laqad khalaqnal insana fi qabd". agar qabd na hota to taraqqi na hoti dunya mein.</w:t>
      </w:r>
    </w:p>
    <w:p>
      <w:pPr>
        <w:jc w:val="right"/>
      </w:pPr>
      <w:r>
        <w:t>تو سب کچھ یعنی "لقد خلقنا الإنسان في قبد"۔ اگر قبد نہ ہوتا تو ترقی نہ ہوتی دنیا میں۔</w:t>
      </w:r>
    </w:p>
    <w:p>
      <w:r>
        <w:rPr>
          <w:b/>
        </w:rPr>
        <w:t xml:space="preserve">[36:33] </w:t>
      </w:r>
      <w:r>
        <w:t>mushkilon, mushkilen jo thin unhon ne to logon ke andar challenge paida kiya.</w:t>
      </w:r>
    </w:p>
    <w:p>
      <w:pPr>
        <w:jc w:val="right"/>
      </w:pPr>
      <w:r>
        <w:t>مشکلوں، مشکلیں جو تھیں انہوں نے تو لوگوں کے اندر چیلنج پیدا کیا۔</w:t>
      </w:r>
    </w:p>
    <w:p>
      <w:r>
        <w:rPr>
          <w:b/>
        </w:rPr>
        <w:t xml:space="preserve">[36:39] </w:t>
      </w:r>
      <w:r>
        <w:t>bghair challenge, agar challenge na ho to koi taraqqi nahi hogi. aap kisi ko apne aas paas, kisi ko bhi dekhiye jo aise mahol mein paida hua jahan us ko koi challenge nahi tha,</w:t>
      </w:r>
    </w:p>
    <w:p>
      <w:pPr>
        <w:jc w:val="right"/>
      </w:pPr>
      <w:r>
        <w:t>بغیر چیلنج، اگر چیلنج نہ ہو تو کوئی ترقی نہیں ہوگی۔ آپ کسی کو اپنے اس پاس، کسی کو بھی دیکھیے جو ایسے ماحول میں پیدا ہوا جہاں اس کو کوئی چیلنج نہیں تھا،</w:t>
      </w:r>
    </w:p>
    <w:p>
      <w:r>
        <w:rPr>
          <w:b/>
        </w:rPr>
        <w:t xml:space="preserve">[36:52] </w:t>
      </w:r>
      <w:r>
        <w:t>sab cheez koi durust thi, sab kaam is ka theek thaak tha, to koi taraqqi bhi nahi ki hogi is ne. koi taraqqi nahi ki hogi is ne.</w:t>
      </w:r>
    </w:p>
    <w:p>
      <w:pPr>
        <w:jc w:val="right"/>
      </w:pPr>
      <w:r>
        <w:t>سب چیز کوئی درست تھی، سب کام اس کا ٹھیک ٹھاک تھا، تو کوئی ترقی بھی نہیں کی ہوگی اس نے۔ کوئی ترقی نہیں کی ہوگی اس نے۔</w:t>
      </w:r>
    </w:p>
    <w:p>
      <w:r>
        <w:rPr>
          <w:b/>
        </w:rPr>
        <w:t xml:space="preserve">[37:06] </w:t>
      </w:r>
      <w:r>
        <w:t>to quran ka mutale ke maani kya hain? achha, roze ka quran se kya talluq hai? jise pehle mein ne arz kiya tha ke roze ka maqsad hai aap ko distraction se bachana.</w:t>
      </w:r>
    </w:p>
    <w:p>
      <w:pPr>
        <w:jc w:val="right"/>
      </w:pPr>
      <w:r>
        <w:t>تو قرآن کا مطالعے کے معنی کیا ہیں؟ اچھا، روزے کا قرآن سے کیا تعلق ہے؟ جسے پہلے میں نے عرض کیا تھا کہ روزہ کا مقصد ہے آپ کو ڈسٹریکشن سے بچانا۔</w:t>
      </w:r>
    </w:p>
    <w:p>
      <w:r>
        <w:rPr>
          <w:b/>
        </w:rPr>
        <w:t xml:space="preserve">[37:20] </w:t>
      </w:r>
      <w:r>
        <w:t>distraction se bachana</w:t>
      </w:r>
    </w:p>
    <w:p>
      <w:pPr>
        <w:jc w:val="right"/>
      </w:pPr>
      <w:r>
        <w:t>ڈسٹریکشن سے بچانا</w:t>
      </w:r>
    </w:p>
    <w:p>
      <w:r>
        <w:rPr>
          <w:b/>
        </w:rPr>
        <w:t xml:space="preserve">[37:25] </w:t>
      </w:r>
      <w:r>
        <w:t>yani apne ko yaks focus karna quran ke parhne ke liye. to khana peena jo chhora jata hai, wo wo to ek alamat ho gaya.</w:t>
      </w:r>
    </w:p>
    <w:p>
      <w:pPr>
        <w:jc w:val="right"/>
      </w:pPr>
      <w:r>
        <w:t>یعنی اپنے کو یکسو کرنا قرآن کے پڑھنے کے لیے۔ تو کھانا پینا جو چھوڑا جاتا ہے، وہ وہ تو ایک علامت ہو گیا۔</w:t>
      </w:r>
    </w:p>
    <w:p>
      <w:r>
        <w:rPr>
          <w:b/>
        </w:rPr>
        <w:t xml:space="preserve">[37:34] </w:t>
      </w:r>
      <w:r>
        <w:t>isi tareeqe se har isi cheez ko chhoro jo irrelevant ho. khana peena chhorna aur aaram mein kami karna, shopping chhorna, outing chhorna,</w:t>
      </w:r>
    </w:p>
    <w:p>
      <w:pPr>
        <w:jc w:val="right"/>
      </w:pPr>
      <w:r>
        <w:t>اسی طریقے سے ہر اسی چیز کو چھوڑو جو اریلیونٹ ہو۔ کھانا پینا چھوڑنا اور آرام میں کمی کرنا، شاپنگ چھوڑنا، آؤٹنگ چھوڑنا،</w:t>
      </w:r>
    </w:p>
    <w:p>
      <w:r>
        <w:rPr>
          <w:b/>
        </w:rPr>
        <w:t xml:space="preserve">[37:49] </w:t>
      </w:r>
      <w:r>
        <w:t>family</w:t>
      </w:r>
    </w:p>
    <w:p>
      <w:pPr>
        <w:jc w:val="right"/>
      </w:pPr>
      <w:r>
        <w:t>فیملی</w:t>
      </w:r>
    </w:p>
    <w:p>
      <w:r>
        <w:rPr>
          <w:b/>
        </w:rPr>
        <w:t xml:space="preserve">[37:52] </w:t>
      </w:r>
      <w:r>
        <w:t>se alag alag hona, kuch din ke liye apne aap ko karna, yani yaks focus ho kar ke quran ki study karna.</w:t>
      </w:r>
    </w:p>
    <w:p>
      <w:pPr>
        <w:jc w:val="right"/>
      </w:pPr>
      <w:r>
        <w:t>سے الگ الگ ہونا، کچھ دن کے لیے اپنے آپ کو کرنا، یعنی یکسو ہو کر کے قرآن کی اسٹڈی کرنا۔</w:t>
      </w:r>
    </w:p>
    <w:p>
      <w:r>
        <w:rPr>
          <w:b/>
        </w:rPr>
        <w:t xml:space="preserve">[38:04] </w:t>
      </w:r>
      <w:r>
        <w:t>jis aadmi ne quran ki study nahi ki hai, wo gaya, is ne kuch jaana hi nahi. aap ghor kijiye, jis khuda ne paida kiya, jo creator hai,</w:t>
      </w:r>
    </w:p>
    <w:p>
      <w:pPr>
        <w:jc w:val="right"/>
      </w:pPr>
      <w:r>
        <w:t>جس آدمی نے قرآن کی اسٹڈی نہیں کی ہے، وہ گیا، اس نے کچھ جانا ہی نہیں۔ آپ غور کیجئے، جس خدا نے پیدا کیا، جو کریٹر ہے،</w:t>
      </w:r>
    </w:p>
    <w:p>
      <w:r>
        <w:rPr>
          <w:b/>
        </w:rPr>
        <w:t xml:space="preserve">[38:18] </w:t>
      </w:r>
      <w:r>
        <w:t>jis ne is poori planning ki hai, is poori kainat ki, jis ne insaan ko banaya hai, wo ek kitaab bhejta hai,</w:t>
      </w:r>
    </w:p>
    <w:p>
      <w:pPr>
        <w:jc w:val="right"/>
      </w:pPr>
      <w:r>
        <w:t>جس نے اس پوری پلاننگ کی ہے، اس پوری کائنات کی، جس نے انسان کو بنایا ہے، وہ ایک کتاب بھیجتا ہے،</w:t>
      </w:r>
    </w:p>
    <w:p>
      <w:r>
        <w:rPr>
          <w:b/>
        </w:rPr>
        <w:t xml:space="preserve">[38:30] </w:t>
      </w:r>
      <w:r>
        <w:t>is ke bare mein ailaan karta hai ke tafseel naqal shai hai, har baat is mein bayan kar di gayi hai. isi ko na parhe aadmi, parhe to sirf tilawat ke liye parhe.</w:t>
      </w:r>
    </w:p>
    <w:p>
      <w:pPr>
        <w:jc w:val="right"/>
      </w:pPr>
      <w:r>
        <w:t>اس کے بارے میں اعلان کرتا ہے کہ تفصیل نقل شے ہے، ہر بات اس میں بیان کر دی گئی ہے۔ اسی کو نہ پڑھے آدمی، پڑھے تو صرف تلاوت کے لیے پڑھے۔</w:t>
      </w:r>
    </w:p>
    <w:p>
      <w:r>
        <w:rPr>
          <w:b/>
        </w:rPr>
        <w:t xml:space="preserve">[38:43] </w:t>
      </w:r>
      <w:r>
        <w:t>to aap ghor kijiye ke wo jaane ga kya? kya jaane ga wo? wo kuch bhi nahi jaane ga.</w:t>
      </w:r>
    </w:p>
    <w:p>
      <w:pPr>
        <w:jc w:val="right"/>
      </w:pPr>
      <w:r>
        <w:t>تو آپ غور کیجئے کہ وہ جانے گا کیا؟ کیا جانے گا وہ؟ وہ کچھ بھی نہیں جانے گا۔</w:t>
      </w:r>
    </w:p>
    <w:p>
      <w:r>
        <w:rPr>
          <w:b/>
        </w:rPr>
        <w:t xml:space="preserve">[38:52] </w:t>
      </w:r>
      <w:r>
        <w:t>aaj kal ke musalman jo hain, bilkul hi bekhabar</w:t>
      </w:r>
    </w:p>
    <w:p>
      <w:pPr>
        <w:jc w:val="right"/>
      </w:pPr>
      <w:r>
        <w:t>آج کل کے مسلمان جو ہیں، بالکل ہی بے خبر</w:t>
      </w:r>
    </w:p>
    <w:p>
      <w:r>
        <w:rPr>
          <w:b/>
        </w:rPr>
        <w:t xml:space="preserve">[38:55] </w:t>
      </w:r>
      <w:r>
        <w:t>hain. wo jaante hain sirf apni history ko</w:t>
      </w:r>
    </w:p>
    <w:p>
      <w:pPr>
        <w:jc w:val="right"/>
      </w:pPr>
      <w:r>
        <w:t>ہیں۔ وہ جانتے ہیں صرف اپنی ہسٹری کو</w:t>
      </w:r>
    </w:p>
    <w:p>
      <w:r>
        <w:rPr>
          <w:b/>
        </w:rPr>
        <w:t xml:space="preserve">[39:00] </w:t>
      </w:r>
      <w:r>
        <w:t>aur kuch nahi jaante. musalman itne jaante hain ke ke hum hi chhaye hue the sharq se ta gharb dunya mein, na tha pala kisi millat ka dunya mein gira hum se.</w:t>
      </w:r>
    </w:p>
    <w:p>
      <w:pPr>
        <w:jc w:val="right"/>
      </w:pPr>
      <w:r>
        <w:t>اور کچھ نہیں جانتے۔ مسلمان اتنے جانتے ہیں کہ کہ ہم ہی چھائے ہوئے تھے شرق سے تا غرب دنیا میں، نہ تھا پلہ کسی ملت کا دنیا میں گرا ہم سے۔</w:t>
      </w:r>
    </w:p>
    <w:p>
      <w:r>
        <w:rPr>
          <w:b/>
        </w:rPr>
        <w:t xml:space="preserve">[39:16] </w:t>
      </w:r>
      <w:r>
        <w:t>bas ye is ki khabar hai un ko.</w:t>
      </w:r>
    </w:p>
    <w:p>
      <w:pPr>
        <w:jc w:val="right"/>
      </w:pPr>
      <w:r>
        <w:t>بس یہ اس کی خبر ہے ان کو۔</w:t>
      </w:r>
    </w:p>
    <w:p>
      <w:r>
        <w:rPr>
          <w:b/>
        </w:rPr>
        <w:t xml:space="preserve">[39:20] </w:t>
      </w:r>
      <w:r>
        <w:t>to aaj har musalman father sultan mode ke nafsiyat mein jeeta hai</w:t>
      </w:r>
    </w:p>
    <w:p>
      <w:pPr>
        <w:jc w:val="right"/>
      </w:pPr>
      <w:r>
        <w:t>تو آج ہر مسلمان پدر سلطان مود کے نفسیات میں جیتا ہے</w:t>
      </w:r>
    </w:p>
    <w:p>
      <w:r>
        <w:rPr>
          <w:b/>
        </w:rPr>
        <w:t xml:space="preserve">[39:26] </w:t>
      </w:r>
      <w:r>
        <w:t>aur dobara apne pride ko establish karna. isi liye dekhiye, musalman in logon pe daudte hain ke badi badi baatein karein, inhi logon ko apne leader banate hain.</w:t>
      </w:r>
    </w:p>
    <w:p>
      <w:pPr>
        <w:jc w:val="right"/>
      </w:pPr>
      <w:r>
        <w:t>اور دوبارہ اپنے پرائیڈ کو اسٹیبلش کرنا۔ اسی لیے دیکھیے، مسلمان ان لوگوں پہ دوڑتے ہیں کہ بڑی بڑی باتیں کریں، انہی لوگوں کو اپنے لیڈر بناتے ہیں۔</w:t>
      </w:r>
    </w:p>
    <w:p>
      <w:r>
        <w:rPr>
          <w:b/>
        </w:rPr>
        <w:t xml:space="preserve">[39:38] </w:t>
      </w:r>
      <w:r>
        <w:t>leader</w:t>
      </w:r>
    </w:p>
    <w:p>
      <w:pPr>
        <w:jc w:val="right"/>
      </w:pPr>
      <w:r>
        <w:t>لیڈر</w:t>
      </w:r>
    </w:p>
    <w:p>
      <w:r>
        <w:rPr>
          <w:b/>
        </w:rPr>
        <w:t xml:space="preserve">[39:42] </w:t>
      </w:r>
      <w:r>
        <w:t>is poori muddat mein aap dekhiye to jin logon ko musalman leader banaya hai, wahi tha jo badi badi baatein karne wala,</w:t>
      </w:r>
    </w:p>
    <w:p>
      <w:pPr>
        <w:jc w:val="right"/>
      </w:pPr>
      <w:r>
        <w:t>اس پوری مدت میں آپ دیکھیے تو جن لوگوں کو مسلمان لیڈر بنایا ہے، وہی تھا جو بڑی بڑی باتیں کرنے والا،</w:t>
      </w:r>
    </w:p>
    <w:p>
      <w:r>
        <w:rPr>
          <w:b/>
        </w:rPr>
        <w:t xml:space="preserve">[39:50] </w:t>
      </w:r>
      <w:r>
        <w:t>arbitrary, insha pardazi, shairi.</w:t>
      </w:r>
    </w:p>
    <w:p>
      <w:pPr>
        <w:jc w:val="right"/>
      </w:pPr>
      <w:r>
        <w:t>آریٹری، انشاء پردازی، شاعری۔</w:t>
      </w:r>
    </w:p>
    <w:p>
      <w:r>
        <w:rPr>
          <w:b/>
        </w:rPr>
        <w:t xml:space="preserve">[39:57] </w:t>
      </w:r>
      <w:r>
        <w:t>kyun? un ko wo cheez achhi lagti hai ke wo jeete hain apne past glory mein, maazi ki azmat mein jeete hain.</w:t>
      </w:r>
    </w:p>
    <w:p>
      <w:pPr>
        <w:jc w:val="right"/>
      </w:pPr>
      <w:r>
        <w:t>کیوں؟ ان کو وہ چیز اچھی لگتی ہے کہ وہ جیتے ہیں اپنے پاسٹ گلوری میں، ماضی کی عظمت میں جیتے ہیں۔</w:t>
      </w:r>
    </w:p>
    <w:p>
      <w:r>
        <w:rPr>
          <w:b/>
        </w:rPr>
        <w:t xml:space="preserve">[40:07] </w:t>
      </w:r>
      <w:r>
        <w:t>saare musalman maazi ki azmat mein jeete hain.</w:t>
      </w:r>
    </w:p>
    <w:p>
      <w:pPr>
        <w:jc w:val="right"/>
      </w:pPr>
      <w:r>
        <w:t>سارے مسلمان ماضی کی عظمت میں جیتے ہیں۔</w:t>
      </w:r>
    </w:p>
    <w:p>
      <w:r>
        <w:rPr>
          <w:b/>
        </w:rPr>
        <w:t xml:space="preserve">[40:11] </w:t>
      </w:r>
      <w:r>
        <w:t>to aisi baat jo bole, jo</w:t>
      </w:r>
    </w:p>
    <w:p>
      <w:pPr>
        <w:jc w:val="right"/>
      </w:pPr>
      <w:r>
        <w:t>تو ایسی بات جو بولے، جو</w:t>
      </w:r>
    </w:p>
    <w:p>
      <w:r>
        <w:rPr>
          <w:b/>
        </w:rPr>
        <w:t xml:space="preserve">[40:17] </w:t>
      </w:r>
      <w:r>
        <w:t>ek martaba mein arab gaya to wahan par ek ek sahib the jo bohat mashhoor debater the. wo ab un ka intiqal ho chuka hai, arbon mein bohat maqbool hue the.</w:t>
      </w:r>
    </w:p>
    <w:p>
      <w:pPr>
        <w:jc w:val="right"/>
      </w:pPr>
      <w:r>
        <w:t>ایک مرتبہ میں عرب گیا تو وہاں پر ایک ایک صاحب تھے جو بہت مشہور ڈیبیٹر تھے۔ وہ اب ان کا انتقال ہو چکا ہے، عربوں میں بہت مقبول ہوئے تھے۔</w:t>
      </w:r>
    </w:p>
    <w:p>
      <w:r>
        <w:rPr>
          <w:b/>
        </w:rPr>
        <w:t xml:space="preserve">[40:26] </w:t>
      </w:r>
      <w:r>
        <w:t>woh debater ab bohat musalmanon ki aur is ki azmat bayan karte thay. woh toh bohat maqbool</w:t>
      </w:r>
    </w:p>
    <w:p>
      <w:pPr>
        <w:jc w:val="right"/>
      </w:pPr>
      <w:r>
        <w:t>وہ ڈیبیٹر اب بہت مسلمانوں کی اور اس کی عظمت بیان کرتے تھے۔ وہ تو بہت مقبول</w:t>
      </w:r>
    </w:p>
    <w:p>
      <w:r>
        <w:rPr>
          <w:b/>
        </w:rPr>
        <w:t xml:space="preserve">[40:37] </w:t>
      </w:r>
      <w:r>
        <w:t>huye thay. aik baar mein sharik hua is mein toh mein ne samjha ke arab jitne bhi hain, sab defeated mentality mein jeete hain.</w:t>
      </w:r>
    </w:p>
    <w:p>
      <w:pPr>
        <w:jc w:val="right"/>
      </w:pPr>
      <w:r>
        <w:t>ہوئے تھے۔ ایک بار میں شریک ہوا اس میں تو میں نے سمجھا کہ عرب جتنے بھی ہیں، سب ڈیفیٹڈ مینٹیلٹی میں جیتے ہیں۔</w:t>
      </w:r>
    </w:p>
    <w:p>
      <w:r>
        <w:rPr>
          <w:b/>
        </w:rPr>
        <w:t xml:space="preserve">[40:48] </w:t>
      </w:r>
      <w:r>
        <w:t>kyunke sab jo sab ke mind atka hua hai, kahan falasteen mein, yeh israel, yahoodi aaye aur wahan hukoomat bana liya unhon ne.</w:t>
      </w:r>
    </w:p>
    <w:p>
      <w:pPr>
        <w:jc w:val="right"/>
      </w:pPr>
      <w:r>
        <w:t>کیونکہ سب جو سب کے مائنڈ اٹکا ہوا ہے، کہاں فلسطین میں، یہ اسرائیل، یہودی آئے اور وہاں حکومت بنا لیا انہوں نے۔</w:t>
      </w:r>
    </w:p>
    <w:p>
      <w:r>
        <w:rPr>
          <w:b/>
        </w:rPr>
        <w:t xml:space="preserve">[40:56] </w:t>
      </w:r>
      <w:r>
        <w:t>aur 60 baras ziyada ho gaye, musalman arab in ko hata nahi sake, balkeh unhon ne expand kar liya apni apni hukoomat ko, barha liya.</w:t>
      </w:r>
    </w:p>
    <w:p>
      <w:pPr>
        <w:jc w:val="right"/>
      </w:pPr>
      <w:r>
        <w:t>اور 60 برس زیادہ ہو گئے، مسلمان عرب ان کو ہٹا نہیں سکے، بلکہ انہوں نے ایکسپینڈ کر لیا اپنی اپنی حکومت کو، بڑھا لیا۔</w:t>
      </w:r>
    </w:p>
    <w:p>
      <w:r>
        <w:rPr>
          <w:b/>
        </w:rPr>
        <w:t xml:space="preserve">[41:08] </w:t>
      </w:r>
      <w:r>
        <w:t>toh saare arab, saare arab, saare arab kya hai? woh is mein jee rahe hain. yaani ke yahoodi aaye, apna yahan hukoomat bana liya, hum kuch nahi kar sake.</w:t>
      </w:r>
    </w:p>
    <w:p>
      <w:pPr>
        <w:jc w:val="right"/>
      </w:pPr>
      <w:r>
        <w:t>تو سارے عرب، سارے عرب، سارے عرب کیا ہے؟ وہ اس میں جی رہے ہیں۔ یعنی کہ یہودی آئے، اپنا یہاں حکومت بنا لیا، ہم کچھ نہیں کر سکے۔</w:t>
      </w:r>
    </w:p>
    <w:p>
      <w:r>
        <w:rPr>
          <w:b/>
        </w:rPr>
        <w:t xml:space="preserve">[41:21] </w:t>
      </w:r>
      <w:r>
        <w:t>ab woh mez par woh aadmi is ko kuchalta hai. mein ne jo jab taqreer suni un ki toh lagta hai ke jo kaam arab battlefield mein nahi kar sake, woh yeh table pe kar raha hai.</w:t>
      </w:r>
    </w:p>
    <w:p>
      <w:pPr>
        <w:jc w:val="right"/>
      </w:pPr>
      <w:r>
        <w:t>اب وہ میز پر وہ آدمی اس کو کچلتا ہے۔ میں نے جو جب تقریر سنی ان کی تو لگتا ہے کہ جو کام عرب بیٹل فیلڈ میں نہیں کر سکے، وہ یہ ٹیبل پہ کر رہا ہے۔</w:t>
      </w:r>
    </w:p>
    <w:p>
      <w:r>
        <w:rPr>
          <w:b/>
        </w:rPr>
        <w:t xml:space="preserve">[41:34] </w:t>
      </w:r>
      <w:r>
        <w:t>woh table pe kar raha hai. woh toh bohat khush hote thay. woh</w:t>
      </w:r>
    </w:p>
    <w:p>
      <w:pPr>
        <w:jc w:val="right"/>
      </w:pPr>
      <w:r>
        <w:t>وہ ٹیبل پہ کر رہا ہے۔ وہ تو بہت خوش ہوتے تھے۔ وہ</w:t>
      </w:r>
    </w:p>
    <w:p>
      <w:r>
        <w:rPr>
          <w:b/>
        </w:rPr>
        <w:t xml:space="preserve">[41:39] </w:t>
      </w:r>
      <w:r>
        <w:t>yeh isi ka naam hai debate. toh aise log maqbool hote hain, aise log maqbool hote hain musalmanon mein.</w:t>
      </w:r>
    </w:p>
    <w:p>
      <w:pPr>
        <w:jc w:val="right"/>
      </w:pPr>
      <w:r>
        <w:t>یہ اسی کا نام ہے ڈیبیٹ۔ تو ایسے لوگ مقبول ہوتے ہیں، ایسے لوگ مقبول ہوتے ہیں مسلمانوں میں۔</w:t>
      </w:r>
    </w:p>
    <w:p>
      <w:r>
        <w:rPr>
          <w:b/>
        </w:rPr>
        <w:t xml:space="preserve">[41:50] </w:t>
      </w:r>
      <w:r>
        <w:t>toh jab tak aap un ki soch ko na badlein, jab tak aap un ke andar yaani yeh yeh in ko un ke mind ko is tareeqe se train na karein ke woh jaanein ke kya theek hai, kya nahi theek hai ke pride mein jeena koi acha kaam nahi hai,</w:t>
      </w:r>
    </w:p>
    <w:p>
      <w:pPr>
        <w:jc w:val="right"/>
      </w:pPr>
      <w:r>
        <w:t>تو جب تک آپ ان کی سوچ کو نہ بدلیں، جب تک آپ ان کے اندر یعنی یہ یہ ان کو ان کے مائنڈ کو اس طریقے سے ٹرین نہ کریں کہ وہ جانیں کہ کیا ٹھیک ہے، کیا نہیں ٹھیک ہے کہ پرائیڈ میں جینا کوئی اچھا کام نہیں ہے،</w:t>
      </w:r>
    </w:p>
    <w:p>
      <w:r>
        <w:rPr>
          <w:b/>
        </w:rPr>
        <w:t xml:space="preserve">[42:12] </w:t>
      </w:r>
      <w:r>
        <w:t>jeena chahiye realities mein.</w:t>
      </w:r>
    </w:p>
    <w:p>
      <w:pPr>
        <w:jc w:val="right"/>
      </w:pPr>
      <w:r>
        <w:t>جینا چاہیے ریلیٹیز میں۔</w:t>
      </w:r>
    </w:p>
    <w:p>
      <w:r>
        <w:rPr>
          <w:b/>
        </w:rPr>
        <w:t xml:space="preserve">[42:15] </w:t>
      </w:r>
      <w:r>
        <w:t>toh jab tak yeh soch nahi layenge aap, aur yeh sab sab soch aati hai quran ke zariye se,</w:t>
      </w:r>
    </w:p>
    <w:p>
      <w:pPr>
        <w:jc w:val="right"/>
      </w:pPr>
      <w:r>
        <w:t>تو جب تک یہ سوچ نہیں لائیں گے آپ، اور یہ سب سب سوچ آتی ہے قرآن کے ذریعے سے،</w:t>
      </w:r>
    </w:p>
    <w:p>
      <w:r>
        <w:rPr>
          <w:b/>
        </w:rPr>
        <w:t xml:space="preserve">[42:23] </w:t>
      </w:r>
      <w:r>
        <w:t>quran ke zariye se. yeh pehle hi ayat quran mein dekhiye: "alhamdulillah rabbil alameen". saare hamd allah taala ke liye. yeh kaat hai is ki ke fakhr musalmanon ke liye nahi hai, fakhr allah taala ke liye hai.</w:t>
      </w:r>
    </w:p>
    <w:p>
      <w:pPr>
        <w:jc w:val="right"/>
      </w:pPr>
      <w:r>
        <w:t>قرآن کے ذریعے سے۔ یہ پہلے ہی آیت قرآن میں دیکھیے: "الحمدللہ رب العالمین"۔ سارے حمد اللہ تعالی کے لیے۔ یہ کاٹ ہے اس کی کہ فخر مسلمانوں کے لیے نہیں ہے، فخر اللہ تعالی کے لیے ہے۔</w:t>
      </w:r>
    </w:p>
    <w:p>
      <w:r>
        <w:rPr>
          <w:b/>
        </w:rPr>
        <w:t xml:space="preserve">[42:40] </w:t>
      </w:r>
      <w:r>
        <w:t>"alhamdulillah rabbil alameen". sara hamd, sari barhaiyan, sari azmatein allah taala ke liye hain. hamare liye toh kuch bhi nahi hai, siwaye yeh ke hum bande hain allah taala ke.</w:t>
      </w:r>
    </w:p>
    <w:p>
      <w:pPr>
        <w:jc w:val="right"/>
      </w:pPr>
      <w:r>
        <w:t>"الحمدللہ رب العالمین"۔ سارا حمد، ساری بڑائیاں، ساری عظمتیں اللہ تعالی کے لیے ہیں۔ ہمارے لیے تو کچھ بھی نہیں ہے، سوائے یہ کہ ہم بندے ہیں اللہ تعالی کے۔</w:t>
      </w:r>
    </w:p>
    <w:p>
      <w:r>
        <w:rPr>
          <w:b/>
        </w:rPr>
        <w:t xml:space="preserve">[42:52] </w:t>
      </w:r>
      <w:r>
        <w:t>toh yeh pride ke kaat hain, pride ke kaat hain. yaani pride aur fakhr aur gharoor aur takabbur, yeh sab ke kaat hain. yeh</w:t>
      </w:r>
    </w:p>
    <w:p>
      <w:pPr>
        <w:jc w:val="right"/>
      </w:pPr>
      <w:r>
        <w:t>تو یہ پرائیڈ کے کاٹ ہیں، پرائیڈ کے کاٹ ہیں۔ یعنی پرائیڈ اور فخر اور غرور اور تکبر، یہ سب کے کاٹ ہیں۔ یہ</w:t>
      </w:r>
    </w:p>
    <w:p>
      <w:r>
        <w:rPr>
          <w:b/>
        </w:rPr>
        <w:t xml:space="preserve">[43:03] </w:t>
      </w:r>
      <w:r>
        <w:t>lekin log log bila samjhe mujhe log tilawat karte hain, ghor karte nahi, tadabbur karte nahi. toh unhein koi is ki islaah bhi nahi hoti.</w:t>
      </w:r>
    </w:p>
    <w:p>
      <w:pPr>
        <w:jc w:val="right"/>
      </w:pPr>
      <w:r>
        <w:t>لیکن لوگ لوگ بلا سمجھے مجھے لوگ تلاوت کرتے ہیں، غور کرتے نہیں، تدبر کرتے نہیں۔ تو انہیں کوئی اس کی اصلاح بھی نہیں ہوتی۔</w:t>
      </w:r>
    </w:p>
    <w:p>
      <w:r>
        <w:rPr>
          <w:b/>
        </w:rPr>
        <w:t xml:space="preserve">[43:12] </w:t>
      </w:r>
      <w:r>
        <w:t>un ki, un ke, un ka woh basti ki basti rehta hai. un ka yeh parh kar ke bhi woh aisa lagta hai ke unhon ne kuch nahi parha.</w:t>
      </w:r>
    </w:p>
    <w:p>
      <w:pPr>
        <w:jc w:val="right"/>
      </w:pPr>
      <w:r>
        <w:t>ان کی، ان کے، ان کا وہ بستی کی بستی رہتا ہے۔ ان کا یہ پڑھ کر کے بھی وہ ایسا لگتا ہے کہ انہوں نے کچھ نہیں پڑھا۔</w:t>
      </w:r>
    </w:p>
    <w:p>
      <w:r>
        <w:rPr>
          <w:b/>
        </w:rPr>
        <w:t xml:space="preserve">[43:25] </w:t>
      </w:r>
      <w:r>
        <w:t>alfaaz ko bohat waise tareeqe se dohraayenge,</w:t>
      </w:r>
    </w:p>
    <w:p>
      <w:pPr>
        <w:jc w:val="right"/>
      </w:pPr>
      <w:r>
        <w:t>الفاظ کو بہت ویسے طریقے سے دہرائیں گے،</w:t>
      </w:r>
    </w:p>
    <w:p>
      <w:r>
        <w:rPr>
          <w:b/>
        </w:rPr>
        <w:t xml:space="preserve">[43:30] </w:t>
      </w:r>
      <w:r>
        <w:t>bohat sahi. is ka yahan se america tak mein ne dekha ke baqayeda log is ke wish karte hain ke sahi isi alfaaz bolein.</w:t>
      </w:r>
    </w:p>
    <w:p>
      <w:pPr>
        <w:jc w:val="right"/>
      </w:pPr>
      <w:r>
        <w:t>بہت صحیح۔ اس کا یہاں سے امریکہ تک میں نے دیکھا کہ باقاعدہ لوگ اس کے وش کرتے ہیں کہ صحیح اسی الفاظ بولیں۔</w:t>
      </w:r>
    </w:p>
    <w:p>
      <w:r>
        <w:rPr>
          <w:b/>
        </w:rPr>
        <w:t xml:space="preserve">[43:40] </w:t>
      </w:r>
      <w:r>
        <w:t>yaani woh is ka makharij durust hon, tajweed durust ho, pronunciation durust ho. is ki is ki phuph بچi hui hai. ab baqayeda ab internet par yeh kaam hone laga hai.</w:t>
      </w:r>
    </w:p>
    <w:p>
      <w:pPr>
        <w:jc w:val="right"/>
      </w:pPr>
      <w:r>
        <w:t>یعنی وہ اس کا مخارج درست ہوں، تجوید درست ہو، پرونسیشن درست ہو۔ اس کی اس کی پھوپھ بچی ہوئی ہے۔ اب باقاعدہ اب انٹرنیٹ پر یہ کام ہونے لگا ہے۔</w:t>
      </w:r>
    </w:p>
    <w:p>
      <w:r>
        <w:rPr>
          <w:b/>
        </w:rPr>
        <w:t xml:space="preserve">[43:54] </w:t>
      </w:r>
      <w:r>
        <w:t>internet par baqayeda yeh kaam hone laga hai. be be idare khol rakhe hain logon ne</w:t>
      </w:r>
    </w:p>
    <w:p>
      <w:pPr>
        <w:jc w:val="right"/>
      </w:pPr>
      <w:r>
        <w:t>انٹرنیٹ پر باقاعدہ یہ کام ہونے لگا ہے۔ بے بے ادارے کھول رکھے ہیں لوگوں نے</w:t>
      </w:r>
    </w:p>
    <w:p>
      <w:r>
        <w:rPr>
          <w:b/>
        </w:rPr>
        <w:t xml:space="preserve">[43:58] </w:t>
      </w:r>
      <w:r>
        <w:t>. toh quran ke alfaaz ko theek theek aap bol sakein, bas usi ki saari ahmiyat hai.</w:t>
      </w:r>
    </w:p>
    <w:p>
      <w:pPr>
        <w:jc w:val="right"/>
      </w:pPr>
      <w:r>
        <w:t>۔ تو قرآن کے الفاظ کو ٹھیک ٹھیک آپ بول سکیں، بس اسی کی ساری اہمیت ہے۔</w:t>
      </w:r>
    </w:p>
    <w:p>
      <w:r>
        <w:rPr>
          <w:b/>
        </w:rPr>
        <w:t xml:space="preserve">[44:07] </w:t>
      </w:r>
      <w:r>
        <w:t>toh ab quran mein jo lesson hai, jo message hai, woh kuch jo wisdom hai. toh woh toh kuch milta nahi logon ko.</w:t>
      </w:r>
    </w:p>
    <w:p>
      <w:pPr>
        <w:jc w:val="right"/>
      </w:pPr>
      <w:r>
        <w:t>تو اب قرآن میں جو لیسن ہے، جو میسج ہے، وہ کچھ جو وزڈم ہے۔ تو وہ تو کچھ ملتا نہیں لوگوں کو۔</w:t>
      </w:r>
    </w:p>
    <w:p>
      <w:r>
        <w:rPr>
          <w:b/>
        </w:rPr>
        <w:t xml:space="preserve">[44:20] </w:t>
      </w:r>
      <w:r>
        <w:t>jaise abhi dekhiye, abhi taaza khabar jo hai, ground zero jo kaha jata hai new york mein, wahan musalman masjid bana rahe hain, bade dhoom ke saath.</w:t>
      </w:r>
    </w:p>
    <w:p>
      <w:pPr>
        <w:jc w:val="right"/>
      </w:pPr>
      <w:r>
        <w:t>جیسے ابھی دیکھیے، ابھی تازہ خبر جو ہے، گراؤنڈ زیرو جو کہا جاتا ہے نیویارک میں، وہاں مسلمان مسجد بنا رہے ہیں، بڑے دھوم کے ساتھ۔</w:t>
      </w:r>
    </w:p>
    <w:p>
      <w:r>
        <w:rPr>
          <w:b/>
        </w:rPr>
        <w:t xml:space="preserve">[44:33] </w:t>
      </w:r>
      <w:r>
        <w:t>ab bohat logon ko fakhr hai ke wahan par hum masjid bana rahe hain. jab mein ne suna is baat ko, media mein dekha toh mein ne socha ke sirf is liye bana rahe hain ke un ko wisdom nahi hai, un ko.</w:t>
      </w:r>
    </w:p>
    <w:p>
      <w:pPr>
        <w:jc w:val="right"/>
      </w:pPr>
      <w:r>
        <w:t>اب بہت لوگوں کو فخر ہے کہ وہاں پر ہم مسجد بنا رہے ہیں۔ جب میں نے سنا اس بات کو، میڈیا میں دیکھا تو میں نے سوچا کہ صرف اس لیے بنا رہے ہیں کہ ان کو وزڈم نہیں ہے، ان کو۔</w:t>
      </w:r>
    </w:p>
    <w:p>
      <w:r>
        <w:rPr>
          <w:b/>
        </w:rPr>
        <w:t xml:space="preserve">[44:47] </w:t>
      </w:r>
      <w:r>
        <w:t>kyunke wahan pe toh, wahan pe toh logon ko pacify karna hai. american log jo hain, jo bhark uthe hain, unhein pacify karna hai, unhein aur bharkana.</w:t>
      </w:r>
    </w:p>
    <w:p>
      <w:pPr>
        <w:jc w:val="right"/>
      </w:pPr>
      <w:r>
        <w:t>کیونکہ وہاں پہ تو، وہاں پہ تو لوگوں کو پیسیفائی کرنا ہے۔ امریکن لوگ جو ہیں، جو بھڑک اٹھے ہیں، انہیں پیسیفائی کرنا ہے، انہیں اور بھڑکانا۔</w:t>
      </w:r>
    </w:p>
    <w:p>
      <w:r>
        <w:rPr>
          <w:b/>
        </w:rPr>
        <w:t xml:space="preserve">[44:59] </w:t>
      </w:r>
      <w:r>
        <w:t>yani september, september 11 ke baad jo bhark uthe thay, to us ko pacify karo, un ko thanda karo, ya aur wahan par yani aisi baatein karo jis se ke un ko bharkayen, un ke rishteydaar paida ho, aur un ko nafrat ho jaye quran se,</w:t>
      </w:r>
    </w:p>
    <w:p>
      <w:pPr>
        <w:jc w:val="right"/>
      </w:pPr>
      <w:r>
        <w:t>یعنی ستمبر، ستمبر 11 کے بعد جو بھڑک اٹھے تھے، تو اس کو پیسیفائی کرو، ان کو ٹھنڈا کرو، یا اور وہاں پر یعنی ایسی باتیں کرو جس سے کہ ان کو بھڑکیں، ان کے رشتہ دار پیدا ہو، اور ان کو نفرت ہو جائے قرآن سے،</w:t>
      </w:r>
    </w:p>
    <w:p>
      <w:r>
        <w:rPr>
          <w:b/>
        </w:rPr>
        <w:t xml:space="preserve">[45:18] </w:t>
      </w:r>
      <w:r>
        <w:t>masjid se, islam se.</w:t>
      </w:r>
    </w:p>
    <w:p>
      <w:pPr>
        <w:jc w:val="right"/>
      </w:pPr>
      <w:r>
        <w:t>مسجد سے، اسلام سے۔</w:t>
      </w:r>
    </w:p>
    <w:p>
      <w:r>
        <w:rPr>
          <w:b/>
        </w:rPr>
        <w:t xml:space="preserve">[45:21] </w:t>
      </w:r>
      <w:r>
        <w:t>to aisi cheez jo jis ka nateeja ulta nikle, woh kabhi nahi kiya jata islam mein. lekin chounke musalmanon ki soch jo hai, quran se bani nahi hai, is wajah se wahan par fakhr kar rahay hain ke hum wahan par masjid banayenge.</w:t>
      </w:r>
    </w:p>
    <w:p>
      <w:pPr>
        <w:jc w:val="right"/>
      </w:pPr>
      <w:r>
        <w:t>تو ایسی چیز جو جس کا نتیجہ الٹا نکلے، وہ کبھی نہیں کیا جاتا اسلام میں۔ لیکن چونکہ مسلمانوں کی سوچ جو ہے، قرآن سے بنی نہیں ہے، اس وجہ سے وہاں پر فخر کر رہے ہیں کہ ہم وہاں پر مسجد بنائیں گے۔</w:t>
      </w:r>
    </w:p>
    <w:p>
      <w:r>
        <w:rPr>
          <w:b/>
        </w:rPr>
        <w:t xml:space="preserve">[45:40] </w:t>
      </w:r>
      <w:r>
        <w:t>yeh bohat bari wisdom hai ke aisa kaam na kiya jaye jis se fareeqe saani aur zyada bhark uthe, us ko rishteydaar paida ho.</w:t>
      </w:r>
    </w:p>
    <w:p>
      <w:pPr>
        <w:jc w:val="right"/>
      </w:pPr>
      <w:r>
        <w:t>یہ بہت بڑی وزڈم ہے کہ ایسا کام نہ کیا جائے جس سے فریق ثانی اور زیادہ بھڑک اٹھے، اس کو رشتہ دار پیدا ہو۔</w:t>
      </w:r>
    </w:p>
    <w:p>
      <w:r>
        <w:rPr>
          <w:b/>
        </w:rPr>
        <w:t xml:space="preserve">[45:50] </w:t>
      </w:r>
      <w:r>
        <w:t>jab jab ta'alluqaat ab normal ho jayen to sab se pehla kaam yeh hota hai ke us ko normal kiya jaye, aur har aisi cheez se bacha jaye jo jo provoke karne wala ho.</w:t>
      </w:r>
    </w:p>
    <w:p>
      <w:pPr>
        <w:jc w:val="right"/>
      </w:pPr>
      <w:r>
        <w:t>جب جب تعلقات اب نارمل ہو جائیں تو سب سے پہلا کام یہ ہوتا ہے کہ اس کو نارمل کیا جائے، اور ہر ایسی چیز سے بچا جائے جو جو پروک کرنے والا ہو۔</w:t>
      </w:r>
    </w:p>
    <w:p>
      <w:r>
        <w:rPr>
          <w:b/>
        </w:rPr>
        <w:t xml:space="preserve">[46:03] </w:t>
      </w:r>
      <w:r>
        <w:t>to us waqt yani ground zero par masjid banana, yeh to provoke karna hai un ko, aur provoke karna islam mein bilkul jaiz nahi hai.</w:t>
      </w:r>
    </w:p>
    <w:p>
      <w:pPr>
        <w:jc w:val="right"/>
      </w:pPr>
      <w:r>
        <w:t>تو اس وقت یعنی گراؤنڈ زیرو پر مسجد بنانا، یہ تو پروک کرنا ہے ان کو، اور پروک کرنا اسلام میں بالکل جائز نہیں ہے۔</w:t>
      </w:r>
    </w:p>
    <w:p>
      <w:r>
        <w:rPr>
          <w:b/>
        </w:rPr>
        <w:t xml:space="preserve">[46:14] </w:t>
      </w:r>
      <w:r>
        <w:t>yeh sab kyun hai? quran ki tilawat log karte hain, aur quran mein tadabbur nahi karte.</w:t>
      </w:r>
    </w:p>
    <w:p>
      <w:pPr>
        <w:jc w:val="right"/>
      </w:pPr>
      <w:r>
        <w:t>یہ سب کیوں ہے؟ قرآن کی تلاوت لوگ کرتے ہیں، اور قرآن میں تدبر نہیں کرتے۔</w:t>
      </w:r>
    </w:p>
    <w:p>
      <w:r>
        <w:rPr>
          <w:b/>
        </w:rPr>
        <w:t xml:space="preserve">[46:21] </w:t>
      </w:r>
      <w:r>
        <w:t>is liye mein kehta hoon ke us waqt jo kaam hai, muslim empowerment nahi hai, woh musalmanon ka intellectual empowerment hai. yani musalmanon ka jo sahi soch aaye, aur realistic approach aaye,</w:t>
      </w:r>
    </w:p>
    <w:p>
      <w:pPr>
        <w:jc w:val="right"/>
      </w:pPr>
      <w:r>
        <w:t>اس لیے میں کہتا ہوں کہ اس وقت جو کام ہے، مسلم ایمپاورمنٹ نہیں ہے، وہ مسلمانوں کا انٹلیکچول ایمپاورمنٹ ہے۔ یعنی مسلمانوں کا جو صحیح سوچ آئے، اور ریلسٹک اپروچ آئے،</w:t>
      </w:r>
    </w:p>
    <w:p>
      <w:r>
        <w:rPr>
          <w:b/>
        </w:rPr>
        <w:t xml:space="preserve">[46:38] </w:t>
      </w:r>
      <w:r>
        <w:t>aur positive thinking aaye, aur yeh sab cheezein aayen.</w:t>
      </w:r>
    </w:p>
    <w:p>
      <w:pPr>
        <w:jc w:val="right"/>
      </w:pPr>
      <w:r>
        <w:t>اور پازیٹیو تھنکنگ آئے، اور یہ سب چیزیں آئیں۔</w:t>
      </w:r>
    </w:p>
    <w:p>
      <w:r>
        <w:rPr>
          <w:b/>
        </w:rPr>
        <w:t xml:space="preserve">[46:47] </w:t>
      </w:r>
      <w:r>
        <w:t>jazbati soch khatm ho to meri dua hai ke Allah taala hum sab ko hidayat de, aur hum quran se wisdom le saken.</w:t>
      </w:r>
    </w:p>
    <w:p>
      <w:pPr>
        <w:jc w:val="right"/>
      </w:pPr>
      <w:r>
        <w:t>جذباتی سوچ ختم ہو تو میری دعا ہے کہ اللہ تعالی ہم سب کو ہدایت دے، اور ہم قرآن سے وزڈم لے سکیں۔</w:t>
      </w:r>
    </w:p>
    <w:p>
      <w:r>
        <w:rPr>
          <w:b/>
        </w:rPr>
        <w:t xml:space="preserve">[46:58] </w:t>
      </w:r>
      <w:r>
        <w:t>aqool qawli haza wastaghfirullah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