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Reflections on Surah Al-Muzzammil May 19, 2024</w:t>
      </w:r>
    </w:p>
    <w:p>
      <w:r>
        <w:t>https://youtu.be/4pduG4qDeDM</w:t>
      </w:r>
    </w:p>
    <w:p>
      <w:r>
        <w:rPr>
          <w:b/>
        </w:rPr>
        <w:t xml:space="preserve">[00:00] </w:t>
      </w:r>
      <w:r>
        <w:t>assalam o alaikum. today we will discuss Surah Al-Muzzammil with Dr. Saniyah Hassan Khan sahib. as we know that Quran is a book of God and it has been preserved and intact for all times to come.</w:t>
      </w:r>
    </w:p>
    <w:p>
      <w:pPr>
        <w:jc w:val="right"/>
      </w:pPr>
      <w:r>
        <w:t>السلامعلیکم۔ ٹوڈےویویلڈسکس سورہ المز مل ودڈاکٹر ثانیہحس نین خان صاحب۔ ایزوینودیٹقرآناز اےبکاف گاڈاینڈاٹہیزبین پریزروڈاناٹسانٹیر ٹی فار ال ٹائمزٹوکم۔</w:t>
      </w:r>
    </w:p>
    <w:p>
      <w:r>
        <w:rPr>
          <w:b/>
        </w:rPr>
        <w:t xml:space="preserve">[00:16] </w:t>
      </w:r>
      <w:r>
        <w:t>every chapter of the Quran has a distinct theme and introduction.</w:t>
      </w:r>
    </w:p>
    <w:p>
      <w:pPr>
        <w:jc w:val="right"/>
      </w:pPr>
      <w:r>
        <w:t>ایوری چیپٹرافداقرآنہیزاےڈسٹنکٹ تھ یم اینڈ انٹروڈکشن۔</w:t>
      </w:r>
    </w:p>
    <w:p>
      <w:r>
        <w:rPr>
          <w:b/>
        </w:rPr>
        <w:t xml:space="preserve">[00:21] </w:t>
      </w:r>
      <w:r>
        <w:t>the significance of Surah Al-Muzzammil is very important, as when we read Surah Al-Muzzammil we will develop peace and tranquility.</w:t>
      </w:r>
    </w:p>
    <w:p>
      <w:pPr>
        <w:jc w:val="right"/>
      </w:pPr>
      <w:r>
        <w:t>داسگنیفیکنساف سورہ المزمل از ویری امپورٹنٹ، ایز وینوی ریڈ سورہ المزمل وی ڈیویلپ سپ رچ ول پیس اینڈ ٹرینکویلٹی۔</w:t>
      </w:r>
    </w:p>
    <w:p>
      <w:r>
        <w:rPr>
          <w:b/>
        </w:rPr>
        <w:t xml:space="preserve">[00:34] </w:t>
      </w:r>
      <w:r>
        <w:t>Surah Al-Muzzammil also has a very important message to give. what was that message? we will understand it today from Dr. sahib. to chaliye Dr. sahib se baatcheet karte hain.</w:t>
      </w:r>
    </w:p>
    <w:p>
      <w:pPr>
        <w:jc w:val="right"/>
      </w:pPr>
      <w:r>
        <w:t>سورہمز مل السوہیز اےویریامپورٹنٹمیسجٹوگیو۔ واٹازدیٹمیسج ؟ویویلانڈرسٹینڈاٹ ٹوڈے فرامڈاکٹرصاحب۔توچلیےڈاکٹرصاحبسےباتچیتکرتے ہیں۔</w:t>
      </w:r>
    </w:p>
    <w:p>
      <w:r>
        <w:rPr>
          <w:b/>
        </w:rPr>
        <w:t xml:space="preserve">[00:44] </w:t>
      </w:r>
      <w:r>
        <w:t>assalam o alaikum Dr. sahib, kaise hain? wa alaikum assalam, alhamdulillah. aap kaise hain? ji alhamdulillah. d</w:t>
      </w:r>
    </w:p>
    <w:p>
      <w:pPr>
        <w:jc w:val="right"/>
      </w:pPr>
      <w:r>
        <w:t>السلامعلیکمڈاکٹرصاحب،کیسےہیں؟وعلیکمالسلام، الحمدللہ۔اپکیسےہیں؟جیالحمدللہ۔ ڈ</w:t>
      </w:r>
    </w:p>
    <w:p>
      <w:r>
        <w:rPr>
          <w:b/>
        </w:rPr>
        <w:t xml:space="preserve">[00:49] </w:t>
      </w:r>
      <w:r>
        <w:t>Dr. sahib, aaj jis chapter par aap churcha karenge, bahut hi chhota chapter hai, kul bees aayatein hain. to. lekin meaning ke lehaz se bahut bada hai. bahut significance hai iski.</w:t>
      </w:r>
    </w:p>
    <w:p>
      <w:pPr>
        <w:jc w:val="right"/>
      </w:pPr>
      <w:r>
        <w:t>اکٹرصاحب،اج جس چیپٹرپراپ چرچاکریںگے، بہتہیچھوٹا چیپٹرہے،کل بیسآیتیںہیں۔ تو ۔ لیکن میننگکےلحاظسےبہتبڑاہے۔بہت سگنیفیکنسہے اسکی۔</w:t>
      </w:r>
    </w:p>
    <w:p>
      <w:r>
        <w:rPr>
          <w:b/>
        </w:rPr>
        <w:t xml:space="preserve">[01:01] </w:t>
      </w:r>
      <w:r>
        <w:t>to kis tarike se Dr. sahib hum samjhein is Surah ko? iske bare mein bataein. bismillah al-rahman al-rahim. rabishrah li sadri, wa yassir li amri, wah lul uqdatan min lisani, yafqahu qawli.</w:t>
      </w:r>
    </w:p>
    <w:p>
      <w:pPr>
        <w:jc w:val="right"/>
      </w:pPr>
      <w:r>
        <w:t>تو کسطریقےسے ڈاکٹرصاحبہمسمجھیں اس سورہکو؟اسکےبارےمیںبت ائیں۔ بسماللہالرحمنالرحیم۔ رباشرحلیصدری ،و یسرلیامری ، واحلالعقدۃ منلسانی ، یفقہ قولی۔</w:t>
      </w:r>
    </w:p>
    <w:p>
      <w:r>
        <w:rPr>
          <w:b/>
        </w:rPr>
        <w:t xml:space="preserve">[01:16] </w:t>
      </w:r>
      <w:r>
        <w:t>chapter 73 yani Surah Al-Muzzammil, it was one of the earliest chapters of the Quran. ji. the first chapter as you know was Iqra bismi rabbika alladhi khalaq.</w:t>
      </w:r>
    </w:p>
    <w:p>
      <w:pPr>
        <w:jc w:val="right"/>
      </w:pPr>
      <w:r>
        <w:t>چیپٹر 7 3 یعنی سورہ المز مل ، اٹازونافدا ارلیسٹ چیپٹرز اف داقرآن۔جی۔ دافرسٹچیپٹرایزوینو واز اق راءب سمربکالذیخلق ۔</w:t>
      </w:r>
    </w:p>
    <w:p>
      <w:r>
        <w:rPr>
          <w:b/>
        </w:rPr>
        <w:t xml:space="preserve">[01:28] </w:t>
      </w:r>
      <w:r>
        <w:t>then the second revelation was Surah Al-Muddathir, ya Al-Muddathir qul fa andir. and the third was the soon, Surah Al-Muzzammil, in which the command for da'wah work was given.</w:t>
      </w:r>
    </w:p>
    <w:p>
      <w:pPr>
        <w:jc w:val="right"/>
      </w:pPr>
      <w:r>
        <w:t>دینداسیکنڈ ریولیشنواز سورہ المد ثر ،یا المد ثرق مفانظر ۔ اینڈ داتھرڈ واز دسون،سورہ المزمل ، انوچ دی کمانڈ فار دعویورک واز گیون۔</w:t>
      </w:r>
    </w:p>
    <w:p>
      <w:r>
        <w:rPr>
          <w:b/>
        </w:rPr>
        <w:t xml:space="preserve">[01:46] </w:t>
      </w:r>
      <w:r>
        <w:t>and you can understand that it was such an important task that Allah gave the command for da'wah right at the beginning.</w:t>
      </w:r>
    </w:p>
    <w:p>
      <w:pPr>
        <w:jc w:val="right"/>
      </w:pPr>
      <w:r>
        <w:t>اینڈیوکینانڈرسٹینڈ دیٹ اٹاز سچ امپورٹنٹ ٹاسک دیٹ اللہ گیو دسکمانڈفار دعوی رائٹاندابگننگ۔</w:t>
      </w:r>
    </w:p>
    <w:p>
      <w:r>
        <w:rPr>
          <w:b/>
        </w:rPr>
        <w:t xml:space="preserve">[01:58] </w:t>
      </w:r>
      <w:r>
        <w:t>and this chapter, Surah Al-Muzzammil, basically focuses on da'wah work.</w:t>
      </w:r>
    </w:p>
    <w:p>
      <w:pPr>
        <w:jc w:val="right"/>
      </w:pPr>
      <w:r>
        <w:t>اینڈ دس چیپٹر،سورہ المز مل ،بیسیکلیفوکس زان دعویورک۔</w:t>
      </w:r>
    </w:p>
    <w:p>
      <w:r>
        <w:rPr>
          <w:b/>
        </w:rPr>
        <w:t xml:space="preserve">[02:06] </w:t>
      </w:r>
      <w:r>
        <w:t>and Tahajjud is prescribed as a means to achieve the strength, the spirit that the da'ee needs for his work. so let's start this chapter. aoozubillah minash shaitanir rajeem. bismillah al-rahman al-rahim.</w:t>
      </w:r>
    </w:p>
    <w:p>
      <w:pPr>
        <w:jc w:val="right"/>
      </w:pPr>
      <w:r>
        <w:t>اینڈتہجد ازپریسکرائبایزاےمینز ٹو اچیو داسٹرینتھ ،دا سپرٹ دیٹاےداعینیڈ فار ہزورک ۔سو لیٹسسٹارٹ دس چیپٹر۔اعوذباللہمن الشیطان الرجیم۔بسماللہالرحمن الرحیم۔</w:t>
      </w:r>
    </w:p>
    <w:p>
      <w:r>
        <w:rPr>
          <w:b/>
        </w:rPr>
        <w:t xml:space="preserve">[02:23] </w:t>
      </w:r>
      <w:r>
        <w:t>ya ayyuhal muzzammil, O you the one who is wrapped up in your garment, in your blanket.</w:t>
      </w:r>
    </w:p>
    <w:p>
      <w:pPr>
        <w:jc w:val="right"/>
      </w:pPr>
      <w:r>
        <w:t>یا ایہاالمزمل ، او یو داونہوازریپڈاپ انیور مینٹل، انیور بلینکٹ ۔</w:t>
      </w:r>
    </w:p>
    <w:p>
      <w:r>
        <w:rPr>
          <w:b/>
        </w:rPr>
        <w:t xml:space="preserve">[02:32] </w:t>
      </w:r>
      <w:r>
        <w:t>so Allah is calling the Prophet (PBUH) by the name of Al-Muzzammil, which means the one who is sleeping and is covered by his blanket or cloak or garment.</w:t>
      </w:r>
    </w:p>
    <w:p>
      <w:pPr>
        <w:jc w:val="right"/>
      </w:pPr>
      <w:r>
        <w:t>سواللہ از کال نگ دا پرافٹوددینیماف المز مل ، وچ مینز داسمونہو از سلیپنگ اینڈ ازک ورڈ بائےہزبلینکٹ اور کلوکاور گارمنٹ۔</w:t>
      </w:r>
    </w:p>
    <w:p>
      <w:r>
        <w:rPr>
          <w:b/>
        </w:rPr>
        <w:t xml:space="preserve">[02:49] </w:t>
      </w:r>
      <w:r>
        <w:t>if you remember, when the first revelation came, the Prophet was shattered and he was shaking and t</w:t>
      </w:r>
    </w:p>
    <w:p>
      <w:pPr>
        <w:jc w:val="right"/>
      </w:pPr>
      <w:r>
        <w:t>افیوریممبر ، ویندافرسٹ ریولیشن کیم، داپرافٹواز شیٹرڈاینڈہیوازشیکنگ اینڈ ٹ</w:t>
      </w:r>
    </w:p>
    <w:p>
      <w:r>
        <w:rPr>
          <w:b/>
        </w:rPr>
        <w:t xml:space="preserve">[02:57] </w:t>
      </w:r>
      <w:r>
        <w:t>rimling. Sohiranto Hazrat Khadijah Razi Allah Anha and he said, "Zammiluni, Zammiluni, Qummi, Qummi." So the word Zammiluni and Muzammil comes from the same root word.</w:t>
      </w:r>
    </w:p>
    <w:p>
      <w:pPr>
        <w:jc w:val="right"/>
      </w:pPr>
      <w:r>
        <w:t>ریملنگ۔ سوہیرنٹو حضرتخدیجہرضیاللہعنہا اینڈہی سیڈ،"زملونی،زمل ونی،کورمی،کورمی۔" سوداورڈزمل ونی اینڈمز مل کمزفرامداسیم روٹورڈ۔</w:t>
      </w:r>
    </w:p>
    <w:p>
      <w:r>
        <w:rPr>
          <w:b/>
        </w:rPr>
        <w:t xml:space="preserve">[03:10] </w:t>
      </w:r>
      <w:r>
        <w:t>And so this is a very affectionat and long way of addressing the prophet, Ya ayuhal Muzammil. And it meant that it's not time to sleep, it's time to</w:t>
      </w:r>
    </w:p>
    <w:p>
      <w:pPr>
        <w:jc w:val="right"/>
      </w:pPr>
      <w:r>
        <w:t>اینڈ سو دسازاےویری افیکشن ٹ اینڈلونگوےافایڈریسنگداپرافٹ،یاایہاالمزمل ۔ اینڈ اٹمینٹدیٹاٹازناٹٹائمٹوسلیپ ، اٹازٹائمٹوو</w:t>
      </w:r>
    </w:p>
    <w:p>
      <w:r>
        <w:rPr>
          <w:b/>
        </w:rPr>
        <w:t xml:space="preserve">[03:27] </w:t>
      </w:r>
      <w:r>
        <w:t>wake up. You get up and you build the strength and the spirit which is needed for conveying the message of the Quran to the people.</w:t>
      </w:r>
    </w:p>
    <w:p>
      <w:pPr>
        <w:jc w:val="right"/>
      </w:pPr>
      <w:r>
        <w:t>یکاپ ۔یوگیٹاپ اینڈ یو بلڈدا سٹرینتھاینڈداسپرٹ وچازنیڈ ڈ فار کنوینگ دی میسجاف دا قرآنٹوالپیپل۔</w:t>
      </w:r>
    </w:p>
    <w:p>
      <w:r>
        <w:rPr>
          <w:b/>
        </w:rPr>
        <w:t xml:space="preserve">[03:37] </w:t>
      </w:r>
      <w:r>
        <w:t>AN</w:t>
      </w:r>
    </w:p>
    <w:p>
      <w:pPr>
        <w:jc w:val="right"/>
      </w:pPr>
      <w:r>
        <w:t>این</w:t>
      </w:r>
    </w:p>
    <w:p>
      <w:r>
        <w:rPr>
          <w:b/>
        </w:rPr>
        <w:t xml:space="preserve">[03:38] </w:t>
      </w:r>
      <w:r>
        <w:t>did not say, "Qum, Qum al layla illa qalila." Ya ayuhal Muzammil, "Qum al layla illa qalila." This is the first command of Tahajjud in the Quran.</w:t>
      </w:r>
    </w:p>
    <w:p>
      <w:pPr>
        <w:jc w:val="right"/>
      </w:pPr>
      <w:r>
        <w:t>ڈ دیناٹسیز، "قم ،قم اللیلہالا قلیلا۔" یا ایہاالمزمل ،"قماللیلہالا قلیلا۔" دسازدافرسٹ کمانڈاف تہجدانداقرآن۔</w:t>
      </w:r>
    </w:p>
    <w:p>
      <w:r>
        <w:rPr>
          <w:b/>
        </w:rPr>
        <w:t xml:space="preserve">[03:50] </w:t>
      </w:r>
      <w:r>
        <w:t>Ji. And you can understand its importance that right at the beginning the command was given. At that time, five daily prayers were not prescribed.</w:t>
      </w:r>
    </w:p>
    <w:p>
      <w:pPr>
        <w:jc w:val="right"/>
      </w:pPr>
      <w:r>
        <w:t>جی۔ اینڈیوکینانڈرسٹینڈاٹسامپورٹنسدیٹرائٹاندابگننگدسکمانڈوازگیون۔ ایٹدیٹٹائم، فائیو ڈیلیپریئرزوارناٹ پریسکرائب۔</w:t>
      </w:r>
    </w:p>
    <w:p>
      <w:r>
        <w:rPr>
          <w:b/>
        </w:rPr>
        <w:t xml:space="preserve">[04:00] </w:t>
      </w:r>
      <w:r>
        <w:t>They were prescribed by the end of Mecca, Hijra in Isra and Miraj.</w:t>
      </w:r>
    </w:p>
    <w:p>
      <w:pPr>
        <w:jc w:val="right"/>
      </w:pPr>
      <w:r>
        <w:t>دےوارپریسکرائب بائی دیاینڈاف مک ہایرا ان اسراءاینڈ مع راج ۔</w:t>
      </w:r>
    </w:p>
    <w:p>
      <w:r>
        <w:rPr>
          <w:b/>
        </w:rPr>
        <w:t xml:space="preserve">[04:09] </w:t>
      </w:r>
      <w:r>
        <w:t>So "Qum al layla illa qalila" means, O you who are wrapped up in your blanket, in your cloak, get up, stand up to pray much of the night.</w:t>
      </w:r>
    </w:p>
    <w:p>
      <w:pPr>
        <w:jc w:val="right"/>
      </w:pPr>
      <w:r>
        <w:t>سو "قم اللیلہالا قلیلا"مینز، او یو ہواز ریپڈاپانیوربلینکٹ،انیورکلوک، گیٹاپ ، اسٹینڈاپ ٹ وپری مچافدانائٹ۔</w:t>
      </w:r>
    </w:p>
    <w:p>
      <w:r>
        <w:rPr>
          <w:b/>
        </w:rPr>
        <w:t xml:space="preserve">[04:24] </w:t>
      </w:r>
      <w:r>
        <w:t>Half of it, half of the night, or even a little less than half of the night. So the choice is given.</w:t>
      </w:r>
    </w:p>
    <w:p>
      <w:pPr>
        <w:jc w:val="right"/>
      </w:pPr>
      <w:r>
        <w:t>نصف ہ من ہقلیلا، ہافافدانائٹ ،اور ایون لٹل لیسدینہافافدانائٹ۔ سو داچوائساز گیون۔</w:t>
      </w:r>
    </w:p>
    <w:p>
      <w:r>
        <w:rPr>
          <w:b/>
        </w:rPr>
        <w:t xml:space="preserve">[04:35] </w:t>
      </w:r>
      <w:r>
        <w:t>If you can pray for half of the night, it's good. If not, you can make it less. And the next verses, "Aliha" or make it a little more.</w:t>
      </w:r>
    </w:p>
    <w:p>
      <w:pPr>
        <w:jc w:val="right"/>
      </w:pPr>
      <w:r>
        <w:t>افیوکینپریفار ہافافدانائٹ،اٹسگڈ۔اف ناٹ،یوکینمیکاٹلیس ۔ اینڈ دی نیکسٹ ورسسیز، "علی ہ" اور میکاٹلٹلمور۔</w:t>
      </w:r>
    </w:p>
    <w:p>
      <w:r>
        <w:rPr>
          <w:b/>
        </w:rPr>
        <w:t xml:space="preserve">[04:45] </w:t>
      </w:r>
      <w:r>
        <w:t>If you can pray for half of the night, then try to make it more.</w:t>
      </w:r>
    </w:p>
    <w:p>
      <w:pPr>
        <w:jc w:val="right"/>
      </w:pPr>
      <w:r>
        <w:t>افیوکینپریفار ہافافدانائٹ، دینٹرائیٹو میکلٹلمور۔</w:t>
      </w:r>
    </w:p>
    <w:p>
      <w:r>
        <w:rPr>
          <w:b/>
        </w:rPr>
        <w:t xml:space="preserve">[04:50] </w:t>
      </w:r>
      <w:r>
        <w:t>Ji. I mean, God is encouraging and motivating the believer that if you can pray for half of the night, don't be contented, try to do more.</w:t>
      </w:r>
    </w:p>
    <w:p>
      <w:pPr>
        <w:jc w:val="right"/>
      </w:pPr>
      <w:r>
        <w:t>جی۔ ائیمین،گاڈاز انکریجنگ اینڈموٹیویٹنگ دابیلیور دیٹافیوکین پریفار ہافافدانائٹ،ڈونٹبیکنٹینڈڈ،ٹرائیٹوڈومور۔</w:t>
      </w:r>
    </w:p>
    <w:p>
      <w:r>
        <w:rPr>
          <w:b/>
        </w:rPr>
        <w:t xml:space="preserve">[05:03] </w:t>
      </w:r>
      <w:r>
        <w:t>This is a very important part of this verse. Quran tartib, it means that read the Quran slowly in a major tone.</w:t>
      </w:r>
    </w:p>
    <w:p>
      <w:pPr>
        <w:jc w:val="right"/>
      </w:pPr>
      <w:r>
        <w:t>دسازویریامپورٹنٹ پارٹاف دس و رس۔ القرآنترتیب،اٹمینز دیٹ ریڈداقرآن سل ولی ان میجر ٹ ون۔</w:t>
      </w:r>
    </w:p>
    <w:p>
      <w:r>
        <w:rPr>
          <w:b/>
        </w:rPr>
        <w:t xml:space="preserve">[05:14] </w:t>
      </w:r>
      <w:r>
        <w:t>So this actually tells how we should read the Quran.</w:t>
      </w:r>
    </w:p>
    <w:p>
      <w:pPr>
        <w:jc w:val="right"/>
      </w:pPr>
      <w:r>
        <w:t>سو دس ایکچولیٹیلز ہاؤ ویشوڈریڈداقرآن۔</w:t>
      </w:r>
    </w:p>
    <w:p>
      <w:r>
        <w:rPr>
          <w:b/>
        </w:rPr>
        <w:t xml:space="preserve">[05:19] </w:t>
      </w:r>
      <w:r>
        <w:t>Al Quran tartib, that means tartib. Tartib means to read the Quran slowly and in a major tone, so that you can understand and grasp and internalize its message.</w:t>
      </w:r>
    </w:p>
    <w:p>
      <w:pPr>
        <w:jc w:val="right"/>
      </w:pPr>
      <w:r>
        <w:t>القرآن ترتیب ، دیٹمینز ترتیب۔ ترتیبمینز ٹوریڈداقرآن سلولی اینڈانمیجر ٹون، سودیٹیوکینانڈرسٹینڈ اینڈ گراس پاینڈ ان ٹرنلائزاٹسمیسج۔</w:t>
      </w:r>
    </w:p>
    <w:p>
      <w:r>
        <w:rPr>
          <w:b/>
        </w:rPr>
        <w:t xml:space="preserve">[05:34] </w:t>
      </w:r>
      <w:r>
        <w:t>So read with pauses, don't read hurriedly, not hastily, read with ease. And when you will read in this way, then a two way communication will start.</w:t>
      </w:r>
    </w:p>
    <w:p>
      <w:pPr>
        <w:jc w:val="right"/>
      </w:pPr>
      <w:r>
        <w:t>سوریڈودپازز، ڈونٹریڈہریڈلی، ناٹہیسلی، ریڈ ودایز ۔اینڈوینیو ویلریڈان دسوے، دین ا ٹووےکمیونیکیشنویلسٹارٹ۔</w:t>
      </w:r>
    </w:p>
    <w:p>
      <w:r>
        <w:rPr>
          <w:b/>
        </w:rPr>
        <w:t xml:space="preserve">[05:48] </w:t>
      </w:r>
      <w:r>
        <w:t>Ji. Because God inspires you, and Quran is the word of God, as if you are listening to God's voice or God's words.</w:t>
      </w:r>
    </w:p>
    <w:p>
      <w:pPr>
        <w:jc w:val="right"/>
      </w:pPr>
      <w:r>
        <w:t>جی۔بیکاز گاڈانسپائریو، اینڈ قرآنازورڈافگاڈ، ایزافیوار لسننگٹو گاڈز وائسیاگاڈزورڈز۔</w:t>
      </w:r>
    </w:p>
    <w:p>
      <w:r>
        <w:rPr>
          <w:b/>
        </w:rPr>
        <w:t xml:space="preserve">[05:58] </w:t>
      </w:r>
      <w:r>
        <w:t>So you are asking God something, and He is responding to you. You are making dua, and God is accepting your dua. You are asking for a help, and God is helping you.</w:t>
      </w:r>
    </w:p>
    <w:p>
      <w:pPr>
        <w:jc w:val="right"/>
      </w:pPr>
      <w:r>
        <w:t>سویواراسک نگکوس چن، اینڈہیازریسپانڈنگٹویو۔ یوارمیکنگدعا، اینڈگاڈاز ایکسیپٹنگیوردعا۔ یوار اسک نگفار اینیہیلپ،اینڈگاڈاز ہیلپنگیو۔</w:t>
      </w:r>
    </w:p>
    <w:p>
      <w:r>
        <w:rPr>
          <w:b/>
        </w:rPr>
        <w:t xml:space="preserve">[06:11] </w:t>
      </w:r>
      <w:r>
        <w:t>So reading the Quran in this way becomes like you are listening to God's voice.</w:t>
      </w:r>
    </w:p>
    <w:p>
      <w:pPr>
        <w:jc w:val="right"/>
      </w:pPr>
      <w:r>
        <w:t>سوریڈنگ دا قرآن ان دسوے بیکمزلائکیوارلسننگٹوگاڈزوائس۔</w:t>
      </w:r>
    </w:p>
    <w:p>
      <w:r>
        <w:rPr>
          <w:b/>
        </w:rPr>
        <w:t xml:space="preserve">[06:17] </w:t>
      </w:r>
      <w:r>
        <w:t>You are listening to God's voice, and it becomes a kind of dialogue between you and God. Ji.</w:t>
      </w:r>
    </w:p>
    <w:p>
      <w:pPr>
        <w:jc w:val="right"/>
      </w:pPr>
      <w:r>
        <w:t>یوار لسننگٹو گاڈز وائس، اینڈ اٹبیکمز اےکائنڈاف ڈائیلاگبٹوینیواینڈگاڈ۔ جی۔</w:t>
      </w:r>
    </w:p>
    <w:p>
      <w:r>
        <w:rPr>
          <w:b/>
        </w:rPr>
        <w:t xml:space="preserve">[06:27] </w:t>
      </w:r>
      <w:r>
        <w:t>And as if you are studying the Quran with the authority of the Quran. Maulana said that Quran is the only book you can contact its author anytime.</w:t>
      </w:r>
    </w:p>
    <w:p>
      <w:pPr>
        <w:jc w:val="right"/>
      </w:pPr>
      <w:r>
        <w:t>اینڈایزاف یوار سٹڈنگدا قرآن وددی اوتھرافداقرآن۔ مول اناسی ڈ دیٹ قرآنازدااونلیبک یوکین کانٹیکٹہزاوتھراینیٹائم۔</w:t>
      </w:r>
    </w:p>
    <w:p>
      <w:r>
        <w:rPr>
          <w:b/>
        </w:rPr>
        <w:t xml:space="preserve">[06:41] </w:t>
      </w:r>
      <w:r>
        <w:t>So this is a</w:t>
      </w:r>
    </w:p>
    <w:p>
      <w:pPr>
        <w:jc w:val="right"/>
      </w:pPr>
      <w:r>
        <w:t>سو دس ازوا</w:t>
      </w:r>
    </w:p>
    <w:p>
      <w:r>
        <w:rPr>
          <w:b/>
        </w:rPr>
        <w:t xml:space="preserve">[06:44] </w:t>
      </w:r>
      <w:r>
        <w:t>what happens. The moment you start reading the Quran without any distraction, so this kind of relationship you can build with the Quran, which is not dry or monotonous.</w:t>
      </w:r>
    </w:p>
    <w:p>
      <w:pPr>
        <w:jc w:val="right"/>
      </w:pPr>
      <w:r>
        <w:t>ٹہیپنز۔دامومنٹیو سٹارٹریڈنگدا قرآن وداؤٹاینیڈسٹرک شن، سو دسکائنڈافریلیشنشپ یوکینبلڈوددا قرآن، وچازناٹ ڈرائی اور مونوٹونس ۔</w:t>
      </w:r>
    </w:p>
    <w:p>
      <w:r>
        <w:rPr>
          <w:b/>
        </w:rPr>
        <w:t xml:space="preserve">[07:00] </w:t>
      </w:r>
      <w:r>
        <w:t>It is live and vibrant and very dynamic. So this kind of relationship should be developed with the Quran</w:t>
      </w:r>
    </w:p>
    <w:p>
      <w:pPr>
        <w:jc w:val="right"/>
      </w:pPr>
      <w:r>
        <w:t>اٹاز لائیواینڈوائبرنٹ اینڈویری ڈائنیمک۔ سو دس کائنڈافریلیشنشپ شوڈبی ڈیویلپوددا قرآ</w:t>
      </w:r>
    </w:p>
    <w:p>
      <w:r>
        <w:rPr>
          <w:b/>
        </w:rPr>
        <w:t xml:space="preserve">[07:09] </w:t>
      </w:r>
      <w:r>
        <w:t>and when you will develop this kind of relationship, then it will become a guide for you, which will guide you in each and every step of your life.</w:t>
      </w:r>
    </w:p>
    <w:p>
      <w:pPr>
        <w:jc w:val="right"/>
      </w:pPr>
      <w:r>
        <w:t>ن، اینڈوینیوویلڈیویلپدسکائنڈافریلیشنشپ ، دین اٹویلبیکم ا ےگائیڈفاریو،وچ ویلگائیڈیوان ایچ اینڈایوریسٹیپافیورلائف۔</w:t>
      </w:r>
    </w:p>
    <w:p>
      <w:r>
        <w:rPr>
          <w:b/>
        </w:rPr>
        <w:t xml:space="preserve">[07:20] </w:t>
      </w:r>
      <w:r>
        <w:t>ibn masood razi allahu anhu wa nafi' degri test sahaba, and his voice was so beautiful that even the Prophet could listen to his recitation.</w:t>
      </w:r>
    </w:p>
    <w:p>
      <w:pPr>
        <w:jc w:val="right"/>
      </w:pPr>
      <w:r>
        <w:t>ابن مسعود رضیاللہ عنہاز ونافدیگریٹسٹصحابہ، اینڈ ہز وائسوازسوبیوٹیفل دیٹایونداپرافٹوڈلوٹولسن ٹوہز ریسیٹی شن۔</w:t>
      </w:r>
    </w:p>
    <w:p>
      <w:r>
        <w:rPr>
          <w:b/>
        </w:rPr>
        <w:t xml:space="preserve">[07:33] </w:t>
      </w:r>
      <w:r>
        <w:t>he said something beautiful about how to read the Quran.</w:t>
      </w:r>
    </w:p>
    <w:p>
      <w:pPr>
        <w:jc w:val="right"/>
      </w:pPr>
      <w:r>
        <w:t>ہی سیڈسمتھنگویریبیوٹیفلاباؤٹہاؤٹوریڈداقرآن۔</w:t>
      </w:r>
    </w:p>
    <w:p>
      <w:r>
        <w:rPr>
          <w:b/>
        </w:rPr>
        <w:t xml:space="preserve">[07:37] </w:t>
      </w:r>
      <w:r>
        <w:t>ji. and he said,</w:t>
      </w:r>
    </w:p>
    <w:p>
      <w:pPr>
        <w:jc w:val="right"/>
      </w:pPr>
      <w:r>
        <w:t>جی۔اینڈہیسیڈ،</w:t>
      </w:r>
    </w:p>
    <w:p>
      <w:r>
        <w:rPr>
          <w:b/>
        </w:rPr>
        <w:t xml:space="preserve">[07:41] </w:t>
      </w:r>
      <w:r>
        <w:t>"la tansuruhu nasr al-daqli." don't scatter your recitation, your reading, like you scatter the sand. like if you're resting on a shore, on a beach, you will just throw sand balls like this.</w:t>
      </w:r>
    </w:p>
    <w:p>
      <w:pPr>
        <w:jc w:val="right"/>
      </w:pPr>
      <w:r>
        <w:t>"لاتنصروہنصرالدقلی۔"ڈونٹ سکی ٹر یورریسیٹی شن،یورریڈنگ، لائکیو سکیٹر دا سینڈ۔ لائکافیوارسٹنگان اے شور ،ان اے بیچ،یوویلجسٹ تھرو سینڈ بالزلائکدس۔</w:t>
      </w:r>
    </w:p>
    <w:p>
      <w:r>
        <w:rPr>
          <w:b/>
        </w:rPr>
        <w:t xml:space="preserve">[07:55] </w:t>
      </w:r>
      <w:r>
        <w:t>so don't do that. don't read the Quran mindlessly.</w:t>
      </w:r>
    </w:p>
    <w:p>
      <w:pPr>
        <w:jc w:val="right"/>
      </w:pPr>
      <w:r>
        <w:t>سوڈونٹڈودیٹ۔ ڈونٹ ریڈداقرآنمائنڈلیسلی۔</w:t>
      </w:r>
    </w:p>
    <w:p>
      <w:r>
        <w:rPr>
          <w:b/>
        </w:rPr>
        <w:t xml:space="preserve">[08:01] </w:t>
      </w:r>
      <w:r>
        <w:t>and he said, "wa la tahzu al-sha'ri," and don't read the Quran as hasty poetry. it's a very serious book. don't read it like poetry.</w:t>
      </w:r>
    </w:p>
    <w:p>
      <w:pPr>
        <w:jc w:val="right"/>
      </w:pPr>
      <w:r>
        <w:t>اینڈہیسیڈ، "ولا تہذو الش عری،" اینڈڈونٹریڈداقرآن ایز ہیسٹیپوئٹری۔ اٹسویریسیریس بک۔ڈونٹریڈاٹلائک پوئٹری۔</w:t>
      </w:r>
    </w:p>
    <w:p>
      <w:r>
        <w:rPr>
          <w:b/>
        </w:rPr>
        <w:t xml:space="preserve">[08:14] </w:t>
      </w:r>
      <w:r>
        <w:t>and, it's very</w:t>
      </w:r>
    </w:p>
    <w:p>
      <w:pPr>
        <w:jc w:val="right"/>
      </w:pPr>
      <w:r>
        <w:t>اندا ،اٹسویری</w:t>
      </w:r>
    </w:p>
    <w:p>
      <w:r>
        <w:rPr>
          <w:b/>
        </w:rPr>
        <w:t xml:space="preserve">[08:16] </w:t>
      </w:r>
      <w:r>
        <w:t>important. he said, "stop at its wonders, because when you read the Quran, you should stop and think and do the work." ji.</w:t>
      </w:r>
    </w:p>
    <w:p>
      <w:pPr>
        <w:jc w:val="right"/>
      </w:pPr>
      <w:r>
        <w:t>امپورٹنٹ۔ہیسیڈ، "اسٹاپ ایٹاٹسونڈرز، بیکازوینیوریڈداقرآن، یوشوڈاسٹاپ اینڈتھنک اینڈڈوتد بر ۔"جی۔</w:t>
      </w:r>
    </w:p>
    <w:p>
      <w:r>
        <w:rPr>
          <w:b/>
        </w:rPr>
        <w:t xml:space="preserve">[08:28] </w:t>
      </w:r>
      <w:r>
        <w:t>and the Prophet has said, "la tanqadu aja'ibuh." its wonders will never end. the wonders of the Quran will never end.</w:t>
      </w:r>
    </w:p>
    <w:p>
      <w:pPr>
        <w:jc w:val="right"/>
      </w:pPr>
      <w:r>
        <w:t>اینڈداپرافٹہیزسیڈ، "لا تنقضیاجائبہ ۔ "اٹسونڈرز ویلنیوراینڈ ۔داونڈرزافداقرآنویلنیوراینڈ۔</w:t>
      </w:r>
    </w:p>
    <w:p>
      <w:r>
        <w:rPr>
          <w:b/>
        </w:rPr>
        <w:t xml:space="preserve">[08:38] </w:t>
      </w:r>
      <w:r>
        <w:t>lie upon lie, it will open for you</w:t>
      </w:r>
    </w:p>
    <w:p>
      <w:pPr>
        <w:jc w:val="right"/>
      </w:pPr>
      <w:r>
        <w:t>لیئراپونلیئر،اٹویل اوپنفار یو</w:t>
      </w:r>
    </w:p>
    <w:p>
      <w:r>
        <w:rPr>
          <w:b/>
        </w:rPr>
        <w:t xml:space="preserve">[08:42] </w:t>
      </w:r>
      <w:r>
        <w:t>. so if you read like in that way, and something interests you, so you should write it down. i think one should make a Quran journal.</w:t>
      </w:r>
    </w:p>
    <w:p>
      <w:pPr>
        <w:jc w:val="right"/>
      </w:pPr>
      <w:r>
        <w:t>۔سوافیوریڈلائک اندسوے، اینڈ سمتھنگ وچ انٹرسٹ سیو، سویوشوڈرائٹاٹڈاؤن۔ ائیتھنکونشوڈمیکاےقرآنجرنل۔</w:t>
      </w:r>
    </w:p>
    <w:p>
      <w:r>
        <w:rPr>
          <w:b/>
        </w:rPr>
        <w:t xml:space="preserve">[08:54] </w:t>
      </w:r>
      <w:r>
        <w:t>Muslims don't use Quran journal much, but the Christians use it a lot. Bible journal, in which they note their reflections, their prayers.</w:t>
      </w:r>
    </w:p>
    <w:p>
      <w:pPr>
        <w:jc w:val="right"/>
      </w:pPr>
      <w:r>
        <w:t>مسلمزڈونٹ یوز قرآنجرنلمچ،بٹداکرسچنز یوزاٹالاٹ۔ بائبلجرنل، انوچدےنو ٹ دےریفلیکشنز،دیرپریئرز۔</w:t>
      </w:r>
    </w:p>
    <w:p>
      <w:r>
        <w:rPr>
          <w:b/>
        </w:rPr>
        <w:t xml:space="preserve">[09:05] </w:t>
      </w:r>
      <w:r>
        <w:t>so if you are reading the Quran and something strikes you, you should note it down. very important</w:t>
      </w:r>
    </w:p>
    <w:p>
      <w:pPr>
        <w:jc w:val="right"/>
      </w:pPr>
      <w:r>
        <w:t>سوافیوارریڈنگدا قرآن اینڈسمتھنگ سٹرائکسیو، یوشوڈ نوٹاٹڈاؤن۔ویریامپ</w:t>
      </w:r>
    </w:p>
    <w:p>
      <w:r>
        <w:rPr>
          <w:b/>
        </w:rPr>
        <w:t xml:space="preserve">[09:11] </w:t>
      </w:r>
      <w:r>
        <w:t>important, doctor sahib. very important. then you can refer back. ji ji. you can make dua, you can make your own reflections. so in this way, you can make a very good sort of notebook that you can always come back to. and he said, "wa harrik al-qulub," and move the Quran, move your hearts to it.</w:t>
      </w:r>
    </w:p>
    <w:p>
      <w:pPr>
        <w:jc w:val="right"/>
      </w:pPr>
      <w:r>
        <w:t>ورٹنٹ،ڈاکٹرصاحب۔وی ریامپورٹنٹ۔دینیوکینریفراٹبیک۔جیجی۔یوکینمیکدعا، یوکین یوراونریفلیکشنز۔ سو دسوے، یوکینمیکاےویریگڈ سورٹاف نوٹبکدیٹیوکین الویز کمبیکٹواٹ ۔اینڈ ہیسیڈ،" وحرک الق لوب ، "اینڈموو دا قرآن، موویورہارٹسوداٹ۔</w:t>
      </w:r>
    </w:p>
    <w:p>
      <w:r>
        <w:rPr>
          <w:b/>
        </w:rPr>
        <w:t xml:space="preserve">[09:33] </w:t>
      </w:r>
      <w:r>
        <w:t>move your heart to it, meaning, apply the effect.</w:t>
      </w:r>
    </w:p>
    <w:p>
      <w:pPr>
        <w:jc w:val="right"/>
      </w:pPr>
      <w:r>
        <w:t>موو یورہارٹوداٹ،یعنی اپ اثرلیں۔</w:t>
      </w:r>
    </w:p>
    <w:p>
      <w:r>
        <w:rPr>
          <w:b/>
        </w:rPr>
        <w:t xml:space="preserve">[09:37] </w:t>
      </w:r>
      <w:r>
        <w:t>it's not like you are reading, there is no effect in the heart, the mind is somewhere else, the heart is somewhere else. so you should move your heart to it.</w:t>
      </w:r>
    </w:p>
    <w:p>
      <w:pPr>
        <w:jc w:val="right"/>
      </w:pPr>
      <w:r>
        <w:t>ایسےنہیںکہاپ پڑھرہےہیں،کوئی دلمیںاثرنہیںہے، دماغ کہیںہے،دلکہیںہے۔ تو یوشوڈ موویورہارٹوداٹ۔</w:t>
      </w:r>
    </w:p>
    <w:p>
      <w:r>
        <w:rPr>
          <w:b/>
        </w:rPr>
        <w:t xml:space="preserve">[09:46] </w:t>
      </w:r>
      <w:r>
        <w:t>and the last thing which he said, "wa la yakun hamu ahadikum akhir al-surah," that your goal should not be quickly to reach to the end of the surah, to finish the surah. ji. as we are now doing in tarawih, etc.</w:t>
      </w:r>
    </w:p>
    <w:p>
      <w:pPr>
        <w:jc w:val="right"/>
      </w:pPr>
      <w:r>
        <w:t>اینڈ دالاسٹتھنگوچہیسیڈ، "ولا یک ن ح مااحد کم اخر السورہ،" دیٹ یور گولشوڈناٹبی کوئیکلیٹوریچٹودااینڈافداسورہ، ٹوفنشداسورہ۔جی۔ایزویارناؤڈوئنگ ان تراویح،ایٹسرا۔</w:t>
      </w:r>
    </w:p>
    <w:p>
      <w:r>
        <w:rPr>
          <w:b/>
        </w:rPr>
        <w:t xml:space="preserve">[10:02] </w:t>
      </w:r>
      <w:r>
        <w:t>so it should be, it should be slow, so that you understand the message. so that it touches your heart, let it affect your heart, and let it sink in your heart.</w:t>
      </w:r>
    </w:p>
    <w:p>
      <w:pPr>
        <w:jc w:val="right"/>
      </w:pPr>
      <w:r>
        <w:t>سو اٹشوڈبی، اٹشوڈبی سلو ،سودیٹیوانڈرسٹینڈ دامیسج۔ سولیٹاٹٹچیورہارٹ، لیٹاٹایفیکٹیورہارٹ،اینڈلیٹاٹ سنک انیورہارٹ۔</w:t>
      </w:r>
    </w:p>
    <w:p>
      <w:r>
        <w:rPr>
          <w:b/>
        </w:rPr>
        <w:t xml:space="preserve">[10:14] </w:t>
      </w:r>
      <w:r>
        <w:t>that should be the goal. and Prophet (PBUH), Umm Salama (RA), she said that when the Prophet was used to read namaz, he would stop at every verse.</w:t>
      </w:r>
    </w:p>
    <w:p>
      <w:pPr>
        <w:jc w:val="right"/>
      </w:pPr>
      <w:r>
        <w:t>دیٹشوڈبی دا گول۔اینڈپرافٹو ائف، ام سلمہ رضیاللہعنہا، شی سیڈ دیٹوینداپرافٹ واز یوزٹوریڈ نماز،ہیوڈاسٹاپ ایٹ ایوری و رس۔</w:t>
      </w:r>
    </w:p>
    <w:p>
      <w:r>
        <w:rPr>
          <w:b/>
        </w:rPr>
        <w:t xml:space="preserve">[10:27] </w:t>
      </w:r>
      <w:r>
        <w:t>he would stop and think. so</w:t>
      </w:r>
    </w:p>
    <w:p>
      <w:pPr>
        <w:jc w:val="right"/>
      </w:pPr>
      <w:r>
        <w:t>ہیوڈاسٹاپاینڈتھنک۔ سو</w:t>
      </w:r>
    </w:p>
    <w:p>
      <w:r>
        <w:rPr>
          <w:b/>
        </w:rPr>
        <w:t xml:space="preserve">[10:30] </w:t>
      </w:r>
      <w:r>
        <w:t>in this way, you can, your mind will get involved, because you will start thinking about it. you will do the work</w:t>
      </w:r>
    </w:p>
    <w:p>
      <w:pPr>
        <w:jc w:val="right"/>
      </w:pPr>
      <w:r>
        <w:t>اندسوے، یوکین ،یورمائنڈویل گیٹانوالو،بیکازیوویلسٹارٹتھنکنگاباؤٹاٹ۔یوویلڈوتد بر</w:t>
      </w:r>
    </w:p>
    <w:p>
      <w:r>
        <w:rPr>
          <w:b/>
        </w:rPr>
        <w:t xml:space="preserve">[10:37] </w:t>
      </w:r>
      <w:r>
        <w:t>. so you are not just reading, but you are doing the work at the same time. and Huzaifah ibn al-Yaman, who was a great companion, (RA), he said once, he was very close to the Prophet.</w:t>
      </w:r>
    </w:p>
    <w:p>
      <w:pPr>
        <w:jc w:val="right"/>
      </w:pPr>
      <w:r>
        <w:t>۔ سو یوارناٹجسٹ ریڈنگ، بٹیوارڈوئنگتد بر ایٹداسیم ٹائم۔ اینڈ حذیفہابن ابن الیمان، ہووازاگریٹصحابی،رضیاللہعنہ، ہی سیڈونس،ہیوازویریکلوزٹوداپرافٹ۔</w:t>
      </w:r>
    </w:p>
    <w:p>
      <w:r>
        <w:rPr>
          <w:b/>
        </w:rPr>
        <w:t xml:space="preserve">[10:52] </w:t>
      </w:r>
      <w:r>
        <w:t>so he said once, "I performed Tahajjud prayer with the Prophet, and I noticed that whenever he read, or he came across a verse which God was glorified, so he stopped there, and he glorified God. and</w:t>
      </w:r>
    </w:p>
    <w:p>
      <w:pPr>
        <w:jc w:val="right"/>
      </w:pPr>
      <w:r>
        <w:t>سوہیسیڈو نس،"ائی پرفارمڈ تہجد پریئرود داپرافٹ، اینڈائینوٹس دیٹ وینایور ہی ریڈ، اورہیکماکراس اورسانوچ گاڈوازگلوریفائیڈ،سو ہی سٹاپ دیر، اینڈہیگلوریفائیڈگاڈ۔این</w:t>
      </w:r>
    </w:p>
    <w:p>
      <w:r>
        <w:rPr>
          <w:b/>
        </w:rPr>
        <w:t xml:space="preserve">[11:10] </w:t>
      </w:r>
      <w:r>
        <w:t>when he read something about dua was mentioned in the Quran, he stopped there, and made dua. and when Allah's protection was sought in the Quran, he read something about Allah's protection, he stopped there, and he sought Allah's protection.</w:t>
      </w:r>
    </w:p>
    <w:p>
      <w:pPr>
        <w:jc w:val="right"/>
      </w:pPr>
      <w:r>
        <w:t>ڈوینایور سمتھنگاباؤٹدعاازمینشنانداقرآن،ہیوڈاسٹاپدیر ،اینڈمیک دعا۔ اینڈوینایور اللہ پرو ٹیکشن واز سوٹ انداقرآن، ہیریڈسمتھنگاباؤٹ اللہ پروٹیکشن،ہی سٹاپ دیر، اینڈ ہی سیک اللہ پروٹیکشن۔</w:t>
      </w:r>
    </w:p>
    <w:p>
      <w:r>
        <w:rPr>
          <w:b/>
        </w:rPr>
        <w:t xml:space="preserve">[11:32] </w:t>
      </w:r>
      <w:r>
        <w:t>so this is about the reading of the Quran, or tarteeb, he called it."</w:t>
      </w:r>
    </w:p>
    <w:p>
      <w:pPr>
        <w:jc w:val="right"/>
      </w:pPr>
      <w:r>
        <w:t>سو دساز اباؤٹ دی ریڈنگافداقرآن،اور ترتیب، ہیکالڈاٹ۔"</w:t>
      </w:r>
    </w:p>
    <w:p>
      <w:r>
        <w:rPr>
          <w:b/>
        </w:rPr>
        <w:t xml:space="preserve">[11:39] </w:t>
      </w:r>
      <w:r>
        <w:t>infact, doctor sahib, aapne bohat achhe se is baat ko samjhaya aur emphasize bhi kiya ke ahista aur slowly padhna kitna zaroori hai. Hazrat Aisha se bhi riwayat hai ke unhone kaha ke Rasool Allah used to read chapters so slowly that it would take longer than a chapter which was actually longer.</w:t>
      </w:r>
    </w:p>
    <w:p>
      <w:pPr>
        <w:jc w:val="right"/>
      </w:pPr>
      <w:r>
        <w:t>انفیکٹ،ڈاکٹرصاحب،آپنے بہت اچھےسے اسباتکوسمجھایااورایمفس ائزبھیکیا کہ آہستہ اورسلولیپڑھناکتناضروریہے۔حضرت عائشہسےبھیروایت ہے کہانہوںنےکہاکہ رسول اللہ یوز ٹو ریڈ چیپٹرز سو سلولی دیٹاٹوڈٹیک لان گردینداچیپٹرزوچوارایکچولیلانگر۔</w:t>
      </w:r>
    </w:p>
    <w:p>
      <w:r>
        <w:rPr>
          <w:b/>
        </w:rPr>
        <w:t xml:space="preserve">[11:59] </w:t>
      </w:r>
      <w:r>
        <w:t>is tarike se woh padhte the. Aur doctor sahib, Quran ko bhi jaise aapne kaha ke samajh samajh ke hamein padhna hai. So</w:t>
      </w:r>
    </w:p>
    <w:p>
      <w:pPr>
        <w:jc w:val="right"/>
      </w:pPr>
      <w:r>
        <w:t>اسطریقےسے وہ پڑھتےتھے۔ اور ڈاکٹرصاحب، قرآنکوبھیجیسےآپنے کہا کہ سمجھسمجھکےہمیںپڑھناہے۔ سو</w:t>
      </w:r>
    </w:p>
    <w:p>
      <w:r>
        <w:rPr>
          <w:b/>
        </w:rPr>
        <w:t xml:space="preserve">[12:07] </w:t>
      </w:r>
      <w:r>
        <w:t>Prophet one said that, "that if matters become very difficult, then make Quran indispensable for you, because it is your intercessor, and that intercession has been accepted." Kyun ke doctor sahib, ek exterior hota hai, ek interior hai.</w:t>
      </w:r>
    </w:p>
    <w:p>
      <w:pPr>
        <w:jc w:val="right"/>
      </w:pPr>
      <w:r>
        <w:t>پرافٹ ون سیڈدیٹ، "دیٹ اف میٹرزبیکمویریڈاؤٹفل ، دین میک قرآن انڈسپینسیبلفاریو، بیکازاٹاز یورانٹرسی سر،اینڈاٹسانٹرسی شن ہیزبین ایکسیپٹڈ۔"کیونکہایک ڈاکٹرصاحب،ایکایکسٹیریئرہوتاہے،ایکانٹیریئرہے۔</w:t>
      </w:r>
    </w:p>
    <w:p>
      <w:r>
        <w:rPr>
          <w:b/>
        </w:rPr>
        <w:t xml:space="preserve">[12:25] </w:t>
      </w:r>
      <w:r>
        <w:t>exterior is like the commandments of the Quran, and the interior is the knowledge. And doctor sahib, jaise aapne kaha ke it should move your heart, to</w:t>
      </w:r>
    </w:p>
    <w:p>
      <w:pPr>
        <w:jc w:val="right"/>
      </w:pPr>
      <w:r>
        <w:t>ایکسٹیریئرازلائکدی کمانڈمنٹساف دیقرآن، اینڈدی انٹیریئرازدی نالج۔ اینڈ ڈاکٹرصاحب،جیسے آپنےکہاناکہ اٹشوڈموویورہارٹ، تو</w:t>
      </w:r>
    </w:p>
    <w:p>
      <w:r>
        <w:rPr>
          <w:b/>
        </w:rPr>
        <w:t xml:space="preserve">[12:37] </w:t>
      </w:r>
      <w:r>
        <w:t>the truth of the Quran is such. And we we also it, doctor sahib, from chapter 72, jo is se ek chapter pehle ka hai, Surah Jinn ka, ke kis tarah a band of Jinn said that, "today we came across a marvelous Quran,</w:t>
      </w:r>
    </w:p>
    <w:p>
      <w:pPr>
        <w:jc w:val="right"/>
      </w:pPr>
      <w:r>
        <w:t>داٹرتھاف دی قرآناز سچ۔اینڈ وی ویالسوسی اٹ،ڈاکٹرصاحب،فرام چیپٹر 7 2 ،جو اسسےایکچیپٹرپہلے کاہے، سورہ الجنکا، کہ کسطرح ابینڈافجن سیڈ دیٹ،"ٹوڈےویکیماک راس ا مار ول س قرآن،</w:t>
      </w:r>
    </w:p>
    <w:p>
      <w:r>
        <w:rPr>
          <w:b/>
        </w:rPr>
        <w:t xml:space="preserve">[12:53] </w:t>
      </w:r>
      <w:r>
        <w:t xml:space="preserve">which guides us to the straight path, and we believe in it." </w:t>
      </w:r>
    </w:p>
    <w:p>
      <w:pPr>
        <w:jc w:val="right"/>
      </w:pPr>
      <w:r>
        <w:t>وچگائیڈزاسٹوداسٹریٹپاتھ،اینڈویبیلیواناٹ۔ "</w:t>
      </w:r>
    </w:p>
    <w:p>
      <w:r>
        <w:rPr>
          <w:b/>
        </w:rPr>
        <w:t xml:space="preserve">[12:57] </w:t>
      </w:r>
      <w:r>
        <w:t>To yeh doctor sahib, tabhi ho sakta hai jab hum is ko khatam karne ke mindset se na padhein, balkeh is ko absorb karne ke mindset se padhein, is ko zindagi mein utarne ke perspective se samjhein. To bohat achha aapne yeh bataya hai Surah Jinn ka, kyun ke Jinn bhi mutasir ho gaye.</w:t>
      </w:r>
    </w:p>
    <w:p>
      <w:pPr>
        <w:jc w:val="right"/>
      </w:pPr>
      <w:r>
        <w:t>تو یہ ڈاکٹرصاحب،تبھیہوسکتاہےجبہم اسکو ختم کرنے کے مائنڈسیٹسےنہپڑھیں،بلکہاسکو ابزاربکرنے کے مائنڈسیٹسےپڑھیں،اسکوزندگی میں اتارنےکے پرسپیکٹوسے سمجھیں۔تو بہتاچھاآپنے یہ بت ایاہےسورہجنکا،چونکہجنبھی متاثرہوگئے۔</w:t>
      </w:r>
    </w:p>
    <w:p>
      <w:r>
        <w:rPr>
          <w:b/>
        </w:rPr>
        <w:t xml:space="preserve">[13:15] </w:t>
      </w:r>
      <w:r>
        <w:t>Ji, bohat achha. "Inna sami'na Qur'anan 'ajaba." Ji, bohat achhi Surah hai. Ji,</w:t>
      </w:r>
    </w:p>
    <w:p>
      <w:pPr>
        <w:jc w:val="right"/>
      </w:pPr>
      <w:r>
        <w:t>جی، بہتاچھا۔"انا سمع نا قرآن عجبہ۔"جی،بہتاچھیسورتہے۔جی،</w:t>
      </w:r>
    </w:p>
    <w:p>
      <w:r>
        <w:rPr>
          <w:b/>
        </w:rPr>
        <w:t xml:space="preserve">[13:21] </w:t>
      </w:r>
      <w:r>
        <w:t>balkeh aap ne jo mention kiya, to mein ek baat aur bataun ke Surah Jinn jahan reveal hui thi Makah mein, wahan par ek masjid hai, uska naam hai Masjid Jinn.</w:t>
      </w:r>
    </w:p>
    <w:p>
      <w:pPr>
        <w:jc w:val="right"/>
      </w:pPr>
      <w:r>
        <w:t>بلکہ آپ نے جومینشنکیا،تومیںایکباتاوربتاؤں کہ سورہجن جہاں ریویلہوئیتھی مکہمیں، وہاںپرایکمسجدہے،اسکانامہےمسجد جن ۔</w:t>
      </w:r>
    </w:p>
    <w:p>
      <w:r>
        <w:rPr>
          <w:b/>
        </w:rPr>
        <w:t xml:space="preserve">[13:33] </w:t>
      </w:r>
      <w:r>
        <w:t>Ji, Masjid Jinn koi ja sakta hai, visit kar sakta hai. Kyun ke jab Prophet Taif se aa rahe the to wahan ruke the, to us waqt yeh revelation aayi thi.</w:t>
      </w:r>
    </w:p>
    <w:p>
      <w:pPr>
        <w:jc w:val="right"/>
      </w:pPr>
      <w:r>
        <w:t>جی، مسجد جن کوئی جاجاسکتاہے،وزٹکرسکتاہے۔ چونکہجبپرافٹ طائفسےآرہےتھےتووہاںرکےتھے، تواسوقت یہ ریولیشنآیاتھا۔</w:t>
      </w:r>
    </w:p>
    <w:p>
      <w:r>
        <w:rPr>
          <w:b/>
        </w:rPr>
        <w:t xml:space="preserve">[13:42] </w:t>
      </w:r>
      <w:r>
        <w:t>Ji, to is jagah pe exact asis spot pe Masjid Jinn hai. Aaj achha, ji ji ji, aap doctor sahib, con</w:t>
      </w:r>
    </w:p>
    <w:p>
      <w:pPr>
        <w:jc w:val="right"/>
      </w:pPr>
      <w:r>
        <w:t>جی، تو اسجگہپہایگزیکٹاسیسپاٹپہ مسجد جنہے۔آج ا چھا، جی جی جی، آپڈاکٹرصاحب،کن</w:t>
      </w:r>
    </w:p>
    <w:p>
      <w:r>
        <w:rPr>
          <w:b/>
        </w:rPr>
        <w:t xml:space="preserve">[13:49] </w:t>
      </w:r>
      <w:r>
        <w:t>tinue kijiye please. To phir yeh next verse, "Inna sanulqi 'alaika qawlan thaqeela." We are about to send down a very heavy message, a message of considerable gravity.</w:t>
      </w:r>
    </w:p>
    <w:p>
      <w:pPr>
        <w:jc w:val="right"/>
      </w:pPr>
      <w:r>
        <w:t>ٹینیوکیجئےپلیز۔ توپھر یہ نیکسٹ ورساز، " اناسن لکعلیک قولا ثقیلا۔" ویآراباؤٹٹوسینڈڈاؤن اویری ہی وی میسج، امیسجاف کنسیڈریبل گریویٹی۔</w:t>
      </w:r>
    </w:p>
    <w:p>
      <w:r>
        <w:rPr>
          <w:b/>
        </w:rPr>
        <w:t xml:space="preserve">[14:04] </w:t>
      </w:r>
      <w:r>
        <w:t>Ah, ah, literally it means heavy word or heavy virtue, but ah, this heavy word means this is a heavy responsibility of da'wah work.</w:t>
      </w:r>
    </w:p>
    <w:p>
      <w:pPr>
        <w:jc w:val="right"/>
      </w:pPr>
      <w:r>
        <w:t>اہ،اہ،لٹرلیاٹمینز ہیوی ورڈ اور ہی وی وی ٹیورڈ، بٹ اہ، دسہیوی ورڈمینز دسازاہیویرسپانسبیلٹیافدعویٰورک۔</w:t>
      </w:r>
    </w:p>
    <w:p>
      <w:r>
        <w:rPr>
          <w:b/>
        </w:rPr>
        <w:t xml:space="preserve">[14:14] </w:t>
      </w:r>
      <w:r>
        <w:t>Ah,</w:t>
      </w:r>
    </w:p>
    <w:p>
      <w:pPr>
        <w:jc w:val="right"/>
      </w:pPr>
      <w:r>
        <w:t>اہ،</w:t>
      </w:r>
    </w:p>
    <w:p>
      <w:r>
        <w:rPr>
          <w:b/>
        </w:rPr>
        <w:t xml:space="preserve">[14:15] </w:t>
      </w:r>
      <w:r>
        <w:t>Ah, and it is not, it was not limited to the Prophet or the Sahaba, but it is responsibility of every believer, because the Prophet has said, "Indeed Allah sent me as a mercy for the people, for the all mankind, so convey my message to to people.</w:t>
      </w:r>
    </w:p>
    <w:p>
      <w:pPr>
        <w:jc w:val="right"/>
      </w:pPr>
      <w:r>
        <w:t>اہ ،اینڈاٹاز ناٹ،اٹوازناٹلمیٹڈٹودا پرافٹاور دیصحابہ،بٹاٹاز رسپانسبیلٹیاف ایوری بیلیور، بیکازداپرافٹہیزسیڈ، "ان اللہ رحمت الناف نی ، ائیبین سینڈ ایزامرسیفار الداپیپل،فار داال می نکائنڈ،سو کن وے مائی میسجٹو ٹو پیپل۔</w:t>
      </w:r>
    </w:p>
    <w:p>
      <w:r>
        <w:rPr>
          <w:b/>
        </w:rPr>
        <w:t xml:space="preserve">[14:39] </w:t>
      </w:r>
      <w:r>
        <w:t>"So it is ah, the greatest responsibility, and</w:t>
      </w:r>
    </w:p>
    <w:p>
      <w:pPr>
        <w:jc w:val="right"/>
      </w:pPr>
      <w:r>
        <w:t>"سو اٹاز اہ،داگریٹسٹ رسپانسبیل ٹی، اینڈ</w:t>
      </w:r>
    </w:p>
    <w:p>
      <w:r>
        <w:rPr>
          <w:b/>
        </w:rPr>
        <w:t xml:space="preserve">[14:44] </w:t>
      </w:r>
      <w:r>
        <w:t>Ah, in this sense, it is a ah, considerable ah, message of considerable gravity, and it is our responsibility to convey the message of the Quran to all people, and in their own language, and their own mother tongue, so that they can understand</w:t>
      </w:r>
    </w:p>
    <w:p>
      <w:pPr>
        <w:jc w:val="right"/>
      </w:pPr>
      <w:r>
        <w:t>اہ،ان دسسینس،اٹاز اے اہ، کنسیڈریبل اہ، میسجاف کنسیڈریبل گریویٹی، اینڈاٹاز اوررسپانسبیل ٹی ٹو کن وے دی میسجاف دی قرآن ٹو ال پیپل ،اینڈان دیراونلینگویج، اندیراون مدرٹنگ، سودیٹدےکینانڈرسٹینڈ</w:t>
      </w:r>
    </w:p>
    <w:p>
      <w:r>
        <w:rPr>
          <w:b/>
        </w:rPr>
        <w:t xml:space="preserve">[15:03] </w:t>
      </w:r>
      <w:r>
        <w:t>. They can understand what is the creation plan of God, what is He after, what is ah, ah, life and death, and what is hell, and what is ah, ah, day of judgment.</w:t>
      </w:r>
    </w:p>
    <w:p>
      <w:pPr>
        <w:jc w:val="right"/>
      </w:pPr>
      <w:r>
        <w:t>۔دےکینانڈرسٹینڈواٹازداکریشنپلانافگاڈ ،واٹاز ہ یراف ٹر،واٹاز اہ، اہ، لائفاینڈڈیتھ،اینڈواٹاز ہیل،اینڈواٹاز اہ، اہ، ڈےافججمنٹ ۔</w:t>
      </w:r>
    </w:p>
    <w:p>
      <w:r>
        <w:rPr>
          <w:b/>
        </w:rPr>
        <w:t xml:space="preserve">[15:15] </w:t>
      </w:r>
      <w:r>
        <w:t>So this is ah, very important that each one of us should ah, do da'wah work, and and the best way to do da'wah is ah, ah, present Quran in their own language to people we meet</w:t>
      </w:r>
    </w:p>
    <w:p>
      <w:pPr>
        <w:jc w:val="right"/>
      </w:pPr>
      <w:r>
        <w:t>سو دس از اہ،ویری امپورٹنٹدیٹ ایچونافاس شوڈ اہ،ڈو دعویٰورک،اینڈ اینڈدابیسٹوےٹوڈودا دعویٰ از اہ، اہ،پریزنٹ قرآن اندیراونلینگویج ٹوپیپل ویمیٹ</w:t>
      </w:r>
    </w:p>
    <w:p>
      <w:r>
        <w:rPr>
          <w:b/>
        </w:rPr>
        <w:t xml:space="preserve">[15:32] </w:t>
      </w:r>
      <w:r>
        <w:t>. And then it says, "Inna nashi'atal laili,</w:t>
      </w:r>
    </w:p>
    <w:p>
      <w:pPr>
        <w:jc w:val="right"/>
      </w:pPr>
      <w:r>
        <w:t>۔ اینڈدیناٹسیز، "ان ناشیۃ اللیلی،</w:t>
      </w:r>
    </w:p>
    <w:p>
      <w:r>
        <w:rPr>
          <w:b/>
        </w:rPr>
        <w:t xml:space="preserve">[15:40] </w:t>
      </w:r>
      <w:r>
        <w:t>three phrases are used: nashi'atal lail, and ashadd wathana, and aqwa maqila." These are very important phrases to understand Tahajjud.</w:t>
      </w:r>
    </w:p>
    <w:p>
      <w:pPr>
        <w:jc w:val="right"/>
      </w:pPr>
      <w:r>
        <w:t>تھ ریف ریززاریوزڈ: ناشیۃ اللیل، اینڈ اشد وطن ، اینڈ اقوی مقیلہ۔" دیزارویریامپورٹنٹ فریز ز ٹوانڈرسٹینڈ تہجد ۔</w:t>
      </w:r>
    </w:p>
    <w:p>
      <w:r>
        <w:rPr>
          <w:b/>
        </w:rPr>
        <w:t xml:space="preserve">[15:52] </w:t>
      </w:r>
      <w:r>
        <w:t>Ah, it shows the importance of Tahajjud.</w:t>
      </w:r>
    </w:p>
    <w:p>
      <w:pPr>
        <w:jc w:val="right"/>
      </w:pPr>
      <w:r>
        <w:t>اہ، اٹاٹشوزداامپورٹنساف تہجد ۔</w:t>
      </w:r>
    </w:p>
    <w:p>
      <w:r>
        <w:rPr>
          <w:b/>
        </w:rPr>
        <w:t xml:space="preserve">[15:57] </w:t>
      </w:r>
      <w:r>
        <w:t>Nashi'atal lail means to get up ah, at night before completing your sleep. Hum, for example, if you have a flight at two AM, you will get up at that time, and then you will go to airport without completing your sleep.</w:t>
      </w:r>
    </w:p>
    <w:p>
      <w:pPr>
        <w:jc w:val="right"/>
      </w:pPr>
      <w:r>
        <w:t>ناشیۃ الل یل مینز ٹوگیٹاپ اہ، ایٹنائٹ بیفور کمپلیٹنگیورسلیپ۔ ہم م، فارایگزیمپل،افیوہیواے فلائٹ ایٹ ٹواےایم،یوویلگیٹاپ ایٹدیٹٹائم،اینڈدینیوویلگوٹوایئرپورٹ وداؤٹکمپلیٹنگیورسلیپ۔</w:t>
      </w:r>
    </w:p>
    <w:p>
      <w:r>
        <w:rPr>
          <w:b/>
        </w:rPr>
        <w:t xml:space="preserve">[16:13] </w:t>
      </w:r>
      <w:r>
        <w:t>So nashi'atal lail, nashi'atal lail means getting up at night without completing your sleep. Ah, literally it means rising at night</w:t>
      </w:r>
    </w:p>
    <w:p>
      <w:pPr>
        <w:jc w:val="right"/>
      </w:pPr>
      <w:r>
        <w:t>سو ناشیۃ اللیل، ناشیۃ اللیلمین گیٹنگاپایٹنائٹوداؤٹ کمپلیٹنگ یورسلیپ۔ اہ،لٹرلیاٹمینز رائزنگایٹنائٹ</w:t>
      </w:r>
    </w:p>
    <w:p>
      <w:r>
        <w:rPr>
          <w:b/>
        </w:rPr>
        <w:t xml:space="preserve">[16:23] </w:t>
      </w:r>
      <w:r>
        <w:t>, and ashadd wathana means very very difficult, very high, very, it's a very hard hardship. And standing in at night and praying very difficult.</w:t>
      </w:r>
    </w:p>
    <w:p>
      <w:pPr>
        <w:jc w:val="right"/>
      </w:pPr>
      <w:r>
        <w:t>، اینڈاش د وطن مینز ویری ویریڈیفیکلٹ،ویری ہائی،ویری،اٹساےویریہارڈ ہارڈشپ۔ اینڈسٹینڈنگ ان ایٹنائٹاینڈپریازویریڈیفیکلٹ۔</w:t>
      </w:r>
    </w:p>
    <w:p>
      <w:r>
        <w:rPr>
          <w:b/>
        </w:rPr>
        <w:t xml:space="preserve">[16:35] </w:t>
      </w:r>
      <w:r>
        <w:t>watan means ah, ah, literally to crush. Hum, to to ah, to trample</w:t>
      </w:r>
    </w:p>
    <w:p>
      <w:pPr>
        <w:jc w:val="right"/>
      </w:pPr>
      <w:r>
        <w:t>وطن مینز اہ،اہ،لٹرلی ٹوکر ش۔ ہم م، ٹو ٹو اہ، ٹو ٹریمپل</w:t>
      </w:r>
    </w:p>
    <w:p>
      <w:r>
        <w:rPr>
          <w:b/>
        </w:rPr>
        <w:t xml:space="preserve">[16:43] </w:t>
      </w:r>
      <w:r>
        <w:t>. So your salat is when you get up at 2:00 a.m., 3:00 a.m. in the morning, and read Quran, stand up, stand and ah, and and pray, and read.</w:t>
      </w:r>
    </w:p>
    <w:p>
      <w:pPr>
        <w:jc w:val="right"/>
      </w:pPr>
      <w:r>
        <w:t>۔ سو یور سولازکرشڈ وینیوگیٹاپایٹٹوٹواےایم،تھریاےایماندااندامارننگ،اینڈ ریڈ قرآن، سٹینڈاپ، سٹینڈاندا اہ،ان انپریئر،اینڈریڈ۔</w:t>
      </w:r>
    </w:p>
    <w:p>
      <w:r>
        <w:rPr>
          <w:b/>
        </w:rPr>
        <w:t xml:space="preserve">[16:55] </w:t>
      </w:r>
      <w:r>
        <w:t>mol anane likha hai tazkir al quran mein keh ch kke do parton ke beech mein pas</w:t>
      </w:r>
    </w:p>
    <w:p>
      <w:pPr>
        <w:jc w:val="right"/>
      </w:pPr>
      <w:r>
        <w:t>مول انانےلکھاہے تذکر القرآنمیںکہ چ کیکےدو پارٹوںکےبیچمیں پس</w:t>
      </w:r>
    </w:p>
    <w:p>
      <w:r>
        <w:rPr>
          <w:b/>
        </w:rPr>
        <w:t xml:space="preserve">[17:01] </w:t>
      </w:r>
      <w:r>
        <w:t>jana. hmm, to essence mein yeh hai ashad watan keh ah, but but as a result, it helps in better understanding of the Quran, deeper comprehension of the Quran.</w:t>
      </w:r>
    </w:p>
    <w:p>
      <w:pPr>
        <w:jc w:val="right"/>
      </w:pPr>
      <w:r>
        <w:t>جانا۔ ہمم،تو اسسینسمیںیہہے اشد وطن کہ اہ، بٹ بٹ ایزاےرزلٹ،اٹہیلپس انبیٹرانڈرسٹینڈنگاف دا قرآن، ڈیپر کمپرینشنافداقرآن۔</w:t>
      </w:r>
    </w:p>
    <w:p>
      <w:r>
        <w:rPr>
          <w:b/>
        </w:rPr>
        <w:t xml:space="preserve">[17:16] </w:t>
      </w:r>
      <w:r>
        <w:t>and danext ah , friez az aq wimqilah. itmeans clear tiyafirs speech. hum</w:t>
      </w:r>
    </w:p>
    <w:p>
      <w:pPr>
        <w:jc w:val="right"/>
      </w:pPr>
      <w:r>
        <w:t>اینڈدانیکسٹ اہ ،فریز از اق ویمقیلہ۔ اٹمینز کلیر ٹیافیورسپیچ۔ہم</w:t>
      </w:r>
    </w:p>
    <w:p>
      <w:r>
        <w:rPr>
          <w:b/>
        </w:rPr>
        <w:t xml:space="preserve">[17:23] </w:t>
      </w:r>
      <w:r>
        <w:t>m, ji, because if you will read the Quran at night, then your understanding, your comprehension will be much better, ah, in comparison to daytime, and it will lead to real realization ah, during daytime.</w:t>
      </w:r>
    </w:p>
    <w:p>
      <w:pPr>
        <w:jc w:val="right"/>
      </w:pPr>
      <w:r>
        <w:t>م، جی، بیکاز اف یوویل ریڈداقرآن ایٹنائٹ ،دین یورانڈرسٹینڈنگ،یور کمپرین شن ویلبیمچبی ٹر اہ، ان کمپیریزنٹو ڈےٹائم، اینڈاٹویل لیڈٹوہائیر ریلائزی شن اہ،ڈیورنگڈےٹائم۔</w:t>
      </w:r>
    </w:p>
    <w:p>
      <w:r>
        <w:rPr>
          <w:b/>
        </w:rPr>
        <w:t xml:space="preserve">[17:43] </w:t>
      </w:r>
      <w:r>
        <w:t>ah, when you go out, when prophet ah, used to pray at night, and in the daytime, he would go and give dawah.</w:t>
      </w:r>
    </w:p>
    <w:p>
      <w:pPr>
        <w:jc w:val="right"/>
      </w:pPr>
      <w:r>
        <w:t>اہ،وینیوگوآؤٹ،وین پرافٹ اہ، یوزٹوپری ایٹنائٹ،اینڈانداڈےٹائم،ہیوڈگواینڈ گیودعویٰ۔</w:t>
      </w:r>
    </w:p>
    <w:p>
      <w:r>
        <w:rPr>
          <w:b/>
        </w:rPr>
        <w:t xml:space="preserve">[17:51] </w:t>
      </w:r>
      <w:r>
        <w:t>so ah, that is what is mentioned here, that if you will pray Tahajjud, and you will ah, ah, get the strength and the spirit and understanding of the Quran.</w:t>
      </w:r>
    </w:p>
    <w:p>
      <w:pPr>
        <w:jc w:val="right"/>
      </w:pPr>
      <w:r>
        <w:t>سو اہ، دیٹازواٹاٹاز مینشن ہیر کہ ایٹنائٹ،افیوویل پری تہجد ، اینڈیوویل اہ، اہ،گیٹدیٹ سٹرینتھاینڈدیٹ سپرٹ اینڈانڈرسٹینڈنگافداقرآن۔</w:t>
      </w:r>
    </w:p>
    <w:p>
      <w:r>
        <w:rPr>
          <w:b/>
        </w:rPr>
        <w:t xml:space="preserve">[18:04] </w:t>
      </w:r>
      <w:r>
        <w:t>so in the daytime, when you go out and ah, give dawah to people, your speech will be much clear. there will be, there will be much force, in force flow.</w:t>
      </w:r>
    </w:p>
    <w:p>
      <w:pPr>
        <w:jc w:val="right"/>
      </w:pPr>
      <w:r>
        <w:t>سو ان اندا ڈےٹائم،وینیوگوآؤٹ اینڈ اہ، گیو دعویٰٹوپیپل، ی ور یورسپیچویلبیمچکلی ئر۔ دیرویلبی،دیرویلبی مچ فورس،انفورسفلوے</w:t>
      </w:r>
    </w:p>
    <w:p>
      <w:r>
        <w:rPr>
          <w:b/>
        </w:rPr>
        <w:t xml:space="preserve">[18:16] </w:t>
      </w:r>
      <w:r>
        <w:t>, in a forceful way, you will be able to tell people, and it will be very effective, because it will, ah, there is no distraction. When no phone call, no doorbell, or no courier, or no one is going to meet you, or your mind is also focused.</w:t>
      </w:r>
    </w:p>
    <w:p>
      <w:pPr>
        <w:jc w:val="right"/>
      </w:pPr>
      <w:r>
        <w:t>، انفورسفل وے، یوویل بیایبلٹو ٹیلپیپل،اینڈاٹویلبیویریایفیکٹیو، بیکاز ایٹنائٹ، اہ،دیرازنو ڈسٹرک شن۔وینو نوفونکال،نو ڈور بیل،اور نو کوریئر،اور نوونازگوئنگٹومیٹیو، اور یورمائنڈازالسوفوکسڈ۔</w:t>
      </w:r>
    </w:p>
    <w:p>
      <w:r>
        <w:rPr>
          <w:b/>
        </w:rPr>
        <w:t xml:space="preserve">[18:37] </w:t>
      </w:r>
      <w:r>
        <w:t>so ah, its ah, ability to understand is much higher in comparison to daytime</w:t>
      </w:r>
    </w:p>
    <w:p>
      <w:pPr>
        <w:jc w:val="right"/>
      </w:pPr>
      <w:r>
        <w:t>سو اہ ،اٹس اہ، ایبیلیٹیٹوانڈرسٹینڈ از مچہائیر ان کمپیریزنٹو ڈےٹائم</w:t>
      </w:r>
    </w:p>
    <w:p>
      <w:r>
        <w:rPr>
          <w:b/>
        </w:rPr>
        <w:t xml:space="preserve">[18:45] </w:t>
      </w:r>
      <w:r>
        <w:t>. daytime, you can't, if you stand up, like I stand, I I pray Zuhr in my office, then too many distractions. Somebody will come, some official will come, or so a lot of distraction. You can't focus, but if you are praying at night, then all these distractions are not there, and ah, it will be much ah, better</w:t>
      </w:r>
    </w:p>
    <w:p>
      <w:pPr>
        <w:jc w:val="right"/>
      </w:pPr>
      <w:r>
        <w:t>۔ڈےٹائم،یوکینہیو، افیو سٹینڈاپ،لائکائیسٹینڈ ، ائیائیپری ظہر انمائیاف س، دینٹومینیڈسٹرکشن۔سمبڈیویلکم،سمفونکال ویلکم ، اور سو لاٹافڈسٹرکشن۔یوکینناٹفوکس، بٹافیوآرپریئنگ ایٹنائٹ ،دین ال دیز ڈسٹرکشنزار ناٹدیر، اینڈ اہ،اٹویلبیمچ اہ،بی ٹر</w:t>
      </w:r>
    </w:p>
    <w:p>
      <w:r>
        <w:rPr>
          <w:b/>
        </w:rPr>
        <w:t xml:space="preserve">[19:10] </w:t>
      </w:r>
      <w:r>
        <w:t>. So the prophet as encouraged her to read tahajjud at night, so he can prepare himself.</w:t>
      </w:r>
    </w:p>
    <w:p>
      <w:pPr>
        <w:jc w:val="right"/>
      </w:pPr>
      <w:r>
        <w:t>۔ سو داپرافٹاز انکریجڈہیر ٹو ریڈ تہجد ایٹنائٹ،سودیٹہیکین پریپیئرہمسیلف۔</w:t>
      </w:r>
    </w:p>
    <w:p>
      <w:r>
        <w:rPr>
          <w:b/>
        </w:rPr>
        <w:t xml:space="preserve">[19:19] </w:t>
      </w:r>
      <w:r>
        <w:t>ji, he can prepare himself, and ah, ah, ah, for the daytime. And there is a hadith which is very nice.</w:t>
      </w:r>
    </w:p>
    <w:p>
      <w:pPr>
        <w:jc w:val="right"/>
      </w:pPr>
      <w:r>
        <w:t>جی، ہیکین پریپیئرہمسیلف ،اینڈ اہ، اہ، اہ، فار دا ڈےٹائم۔اینڈدیرازاحدیث وچازویرینائس۔</w:t>
      </w:r>
    </w:p>
    <w:p>
      <w:r>
        <w:rPr>
          <w:b/>
        </w:rPr>
        <w:t xml:space="preserve">[19:29] </w:t>
      </w:r>
      <w:r>
        <w:t>its ah, its ah, it tells us that itaz best time for dua also. and</w:t>
      </w:r>
    </w:p>
    <w:p>
      <w:pPr>
        <w:jc w:val="right"/>
      </w:pPr>
      <w:r>
        <w:t>اٹس اہ، اٹس اہ، اٹٹیلزاس دیٹاٹاز بیسٹ ٹائمفار دعاالس و۔ این</w:t>
      </w:r>
    </w:p>
    <w:p>
      <w:r>
        <w:rPr>
          <w:b/>
        </w:rPr>
        <w:t xml:space="preserve">[19:35] </w:t>
      </w:r>
      <w:r>
        <w:t>that says that every night, during the last third of the night, our Lord descends to the lowest heaven, and says, "Who calls upon Me that I answer him? Who calls Me? Who asks Me that I give him?</w:t>
      </w:r>
    </w:p>
    <w:p>
      <w:pPr>
        <w:jc w:val="right"/>
      </w:pPr>
      <w:r>
        <w:t>ڈاٹسیز کہایورینائٹ،ڈیورنگدالاسٹ تھرڈ اف دانائٹ،اور لارڈ ڈیسینڈ اندا لوئسٹ ہیون، اینڈسیز، "ہو کالزاپون می دیٹائیمائٹ انسر ہم ؟ہو کالز می ؟ہو اسک ز می دیٹائیمائٹگیوہم؟</w:t>
      </w:r>
    </w:p>
    <w:p>
      <w:r>
        <w:rPr>
          <w:b/>
        </w:rPr>
        <w:t xml:space="preserve">[19:54] </w:t>
      </w:r>
      <w:r>
        <w:t>and who seeks my forgiveness that time i forgive him ?" so actually, ah, this he descends lar</w:t>
      </w:r>
    </w:p>
    <w:p>
      <w:pPr>
        <w:jc w:val="right"/>
      </w:pPr>
      <w:r>
        <w:t>اینڈہو سیکسمائیفگونیس دیٹائی می فگورہم؟" سو ایکچولی، اہ،دس ہی ڈیسینڈز لار</w:t>
      </w:r>
    </w:p>
    <w:p>
      <w:r>
        <w:rPr>
          <w:b/>
        </w:rPr>
        <w:t xml:space="preserve">[20:04] </w:t>
      </w:r>
      <w:r>
        <w:t>d, that not does not mean physically, but ah, but because of the time, and there is no distraction. So the ah, ability to ah, ah, pray and seek forgiveness is much better than daytime.</w:t>
      </w:r>
    </w:p>
    <w:p>
      <w:pPr>
        <w:jc w:val="right"/>
      </w:pPr>
      <w:r>
        <w:t>ڈ، دیٹناٹ ڈزنٹمین ف زیکلی، بٹ اہ، بٹبیکازاف دی ٹائم، اینڈدیرازنو ڈسٹرک شن ۔سو دی اہ، ایبیلی ٹیٹو اہ، اہ،پری اینڈسیکف گونیس ازمچبی ٹردین ڈےٹائم۔</w:t>
      </w:r>
    </w:p>
    <w:p>
      <w:r>
        <w:rPr>
          <w:b/>
        </w:rPr>
        <w:t xml:space="preserve">[20:24] </w:t>
      </w:r>
      <w:r>
        <w:t>so dasda meaning af these thri</w:t>
      </w:r>
    </w:p>
    <w:p>
      <w:pPr>
        <w:jc w:val="right"/>
      </w:pPr>
      <w:r>
        <w:t>سودسازدا میننگاف دیزتھریف</w:t>
      </w:r>
    </w:p>
    <w:p>
      <w:r>
        <w:rPr>
          <w:b/>
        </w:rPr>
        <w:t xml:space="preserve">[20:27] </w:t>
      </w:r>
      <w:r>
        <w:t>reziz. in fact, doctor sahib, yeh bahut bada anstute bhi hai jo aapne bataya, becaz you are so close to god at that point of time.</w:t>
      </w:r>
    </w:p>
    <w:p>
      <w:pPr>
        <w:jc w:val="right"/>
      </w:pPr>
      <w:r>
        <w:t>ریزز۔ انفیکٹ،ڈاکٹرصاحب،یہ بہتبڑاانسنٹیوبھیہےجوآپنےبتایا، کیونکہ یو آر سو کلوزٹوگاڈ ایٹدیٹپوائنٹافٹائم۔</w:t>
      </w:r>
    </w:p>
    <w:p>
      <w:r>
        <w:rPr>
          <w:b/>
        </w:rPr>
        <w:t xml:space="preserve">[20:35] </w:t>
      </w:r>
      <w:r>
        <w:t>ek rawaitbhi hai Hazrat Abu Imamah se keh prophet se poocha gaya keh "which supplication is heard more by god ?</w:t>
      </w:r>
    </w:p>
    <w:p>
      <w:pPr>
        <w:jc w:val="right"/>
      </w:pPr>
      <w:r>
        <w:t>ایکروایتبھیہےحضرت ابو امامہسے کہ پرافٹسےپوچھاگیا کہ "وچسپلیکیشناز لسن مور بائے گاڈ؟</w:t>
      </w:r>
    </w:p>
    <w:p>
      <w:r>
        <w:rPr>
          <w:b/>
        </w:rPr>
        <w:t xml:space="preserve">[20:45] </w:t>
      </w:r>
      <w:r>
        <w:t>" to he said "the one which is made at the later part of the night, and after the obligatory prayer.</w:t>
      </w:r>
    </w:p>
    <w:p>
      <w:pPr>
        <w:jc w:val="right"/>
      </w:pPr>
      <w:r>
        <w:t>"توہیسیڈ"داونوچاز میڈ ایٹدالیٹرپارٹافدانائٹ، اینڈاف ٹردی دیابلیگیٹریپ</w:t>
      </w:r>
    </w:p>
    <w:p>
      <w:r>
        <w:rPr>
          <w:b/>
        </w:rPr>
        <w:t xml:space="preserve">[20:52] </w:t>
      </w:r>
      <w:r>
        <w:t>prayers." to yeh aik anstute hai, doctor sahib, and ek aur humne pehle bhi doctor sahib sketch ki thi. mujhe woh bahut achhi lagti hai hadith jo Abu Hurairah se rawait hai, woh ah keh Rasool Allah ne bhi dua ki is ah, is person ke liye, is woman ke liye jo raat ko uth ke ah tahajjud karte</w:t>
      </w:r>
    </w:p>
    <w:p>
      <w:pPr>
        <w:jc w:val="right"/>
      </w:pPr>
      <w:r>
        <w:t>ریئرز۔"تویہایکانسنٹیوہے،ڈاکٹرصاحب،اور ایک اورہمنےپہلے بھی ڈاکٹرصاحباسکیچرچاکی تھی۔ مجھےوہبہتاچھیلگتیہےحدیثجو ابو ہریرہسے روایتہے،وہ اہ کہ رسولاللہنےبھی دعاکی اس اہ، اس شخص کےلیے،اسعورتکےلیے جو راتکواٹھکے اہ تہجدکرتے</w:t>
      </w:r>
    </w:p>
    <w:p>
      <w:r>
        <w:rPr>
          <w:b/>
        </w:rPr>
        <w:t xml:space="preserve">[21:11] </w:t>
      </w:r>
      <w:r>
        <w:t>hain. woh badhiya achhi hadith hai keh "once prophet said that may Allah have mercy upon the person who, who gets up and then night, and then he prays the prayer, and then he awakens his wife, and she also awakens the prayer." and agar woh nahi uthti hain to woh ah, he sprinkles water on her face.</w:t>
      </w:r>
    </w:p>
    <w:p>
      <w:pPr>
        <w:jc w:val="right"/>
      </w:pPr>
      <w:r>
        <w:t>ہیں۔ وہبڑیاچھیحدیثہےکہ "ونس پرافٹسیڈدیٹمیاللہ ہیومرسی اپوندی پرسن ہو ،ہو گیٹساپاندینائٹ، اینڈدینہیابزروزدیپریئر، اینڈدینہی او یکنز ہزوائف، اینڈشی الس وابزروزداپریئر۔" اوراگر وہنہیںاٹھتیہیںتو وہ اہ،ہی سپرنکلزواٹر ان ہرفیس۔</w:t>
      </w:r>
    </w:p>
    <w:p>
      <w:r>
        <w:rPr>
          <w:b/>
        </w:rPr>
        <w:t xml:space="preserve">[21:32] </w:t>
      </w:r>
      <w:r>
        <w:t>phir unhone dua ki "may Allah have mercy upon the woman who, gets up and then night, and prays the prayer, and then she awakens her husband, and he also awakens the prayer." and agar woh nahi uthte hain to woh sprinkles karti hain unke chehre pe keh woh uth ke namaz ada karein.</w:t>
      </w:r>
    </w:p>
    <w:p>
      <w:pPr>
        <w:jc w:val="right"/>
      </w:pPr>
      <w:r>
        <w:t>پھرانہوںنےدعاکی "میں اللہ ہیومرسی اپونداوومن ہو، گیٹساپاندانائٹ،اینڈ ابزروزداپریئر، اینڈدینشی او یکنزہرہسبینڈ ، اینڈ ہی السوابزروزداپریئر۔"اوراگروہنہیںاٹھتےہیںتو وہ سپرنکلکرتیہیں انکےچہرےپہ کہوہ اٹھکے نماز اداکریں۔</w:t>
      </w:r>
    </w:p>
    <w:p>
      <w:r>
        <w:rPr>
          <w:b/>
        </w:rPr>
        <w:t xml:space="preserve">[21:52] </w:t>
      </w:r>
      <w:r>
        <w:t>aur doctor sahib, aik cheez mujhe lagta hai ke thats also very scientific, because aah, aap ne jaise kaha ke destruction nahi hoti, aur aah, realization is high, strength increase. Kyun ke hota kya hai ke jab hum adhi raat ko uthte hain tahajjud ke liye, aah, aah, toh aap ka aik taraf mind keh raha hota hai ke mujhe sona hai, there are temptations to sleep, but you take mind in your control, and you go against that,</w:t>
      </w:r>
    </w:p>
    <w:p>
      <w:pPr>
        <w:jc w:val="right"/>
      </w:pPr>
      <w:r>
        <w:t>اورڈاکٹرصاحب،ایکچیزمجھےلگتاہےکہاٹسالسوویریسائنٹیفک،بیکاز اہ ،آپنےجیسےکہاکہ ڈسٹرکشننہیںہوتی، اور اہ، ریلائزیشناز ہائی، سٹرینتھ انکریز۔کیونکہ ہوتاکیاہےکہجبہم ادھیراتکواٹھتےہیں تہجدکےلیے، اہ، اہ،تو آپ کاایکطرف مائنڈکہہرہاہوتاہےکہ مجھے سوناہے، دیرارٹیم ٹیشنزٹوسلیپ، بٹیوٹیک مائنڈانیورکنٹرول، اینڈیوگواگینسٹ دیٹ،</w:t>
      </w:r>
    </w:p>
    <w:p>
      <w:r>
        <w:rPr>
          <w:b/>
        </w:rPr>
        <w:t xml:space="preserve">[22:20] </w:t>
      </w:r>
      <w:r>
        <w:t>and this sort of increases your moral strength, because temptation hit every man and woman. So when you are in your day to day life, you are dealing with situations, temptations come, but at that time your moral sensitivity has already strengthened, because of you knowing your awakening at night, and controlling your mind. So you do not succumb to those temptations.</w:t>
      </w:r>
    </w:p>
    <w:p>
      <w:pPr>
        <w:jc w:val="right"/>
      </w:pPr>
      <w:r>
        <w:t>اینڈ دسسورٹاف انکریز یور مورل سٹرینتھ، بیکاز ٹیم ٹی شن ہٹ ایوری میناینڈوومن۔ سو وینیوآر انیورڈےٹوڈےلائف،یوآرڈیلنگودسچویشنز، دیٹیمٹی شنز کم ، بٹایٹدیٹٹائمیور مورلسینسٹیوٹیہیز الریڈی سٹرینتھن، بیکاز اف یونوی ور او یکننگایٹنائٹ،اینڈکنٹرولنگیورمائنڈ۔سویوڈوناٹ سکمپٹو دوز ٹیم ٹیشنز۔</w:t>
      </w:r>
    </w:p>
    <w:p>
      <w:r>
        <w:rPr>
          <w:b/>
        </w:rPr>
        <w:t xml:space="preserve">[22:47] </w:t>
      </w:r>
      <w:r>
        <w:t>aah, it is as if you know the moral sensitivity is like your moral teacher who comes in front and tells you that aah, this is what is right, and this is what is wrong.</w:t>
      </w:r>
    </w:p>
    <w:p>
      <w:pPr>
        <w:jc w:val="right"/>
      </w:pPr>
      <w:r>
        <w:t>اہ،اٹازایزافیونودا مورلسینسٹیوٹیازلائکیورمورلٹیچرہو کمزاندافرنٹاینڈٹیلزیودیٹ اہ، دساز واٹاز رائٹ،اینڈدساز واٹازرونگ۔</w:t>
      </w:r>
    </w:p>
    <w:p>
      <w:r>
        <w:rPr>
          <w:b/>
        </w:rPr>
        <w:t xml:space="preserve">[22:58] </w:t>
      </w:r>
      <w:r>
        <w:t>toh woh jo aik distinction hai, doctor sahib, woh spiritually develop ho jata hai, and aap ki will power at its strong hoti hai ke aap situation ko manage kar lete hain.</w:t>
      </w:r>
    </w:p>
    <w:p>
      <w:pPr>
        <w:jc w:val="right"/>
      </w:pPr>
      <w:r>
        <w:t>تو وہ جو ایک ڈسٹنکشنہے، ڈاکٹرصاحب،وہ سپ رچولیڈیویلپہوجاتا ہے،اینڈآپکیول پاوراتنیسٹرونگہوتیہے کہآپ سچویشنکو می نج کرلیتےہیں۔</w:t>
      </w:r>
    </w:p>
    <w:p>
      <w:r>
        <w:rPr>
          <w:b/>
        </w:rPr>
        <w:t xml:space="preserve">[23:08] </w:t>
      </w:r>
      <w:r>
        <w:t>toh is liye is ke bohat saare benefits hain. aah, toh doctor sahib, please aap continue kijiye. Ji, aah,</w:t>
      </w:r>
    </w:p>
    <w:p>
      <w:pPr>
        <w:jc w:val="right"/>
      </w:pPr>
      <w:r>
        <w:t>تواسلیے اسکے بہت سارے بینیفٹہیں۔ اہ، تو ڈاکٹرصاحب،پلیزآپ کنٹینیو کیجئے۔جی، اہ،</w:t>
      </w:r>
    </w:p>
    <w:p>
      <w:r>
        <w:rPr>
          <w:b/>
        </w:rPr>
        <w:t xml:space="preserve">[23:16] </w:t>
      </w:r>
      <w:r>
        <w:t>so, aah, as I was just reading the last verse, aah, that that crushes your soul. Ji, and that is very difficult for you, but aah, in terms of result, you are more prepared, you are better equipped to talk to people, to explain, and your speech will be very impactful, and you will be able to express your thought in a better way,</w:t>
      </w:r>
    </w:p>
    <w:p>
      <w:pPr>
        <w:jc w:val="right"/>
      </w:pPr>
      <w:r>
        <w:t>سو، اہ، ایز ائیوازجسٹ ری ڈنگدالاسٹ ورس، اہ، دیٹاٹکرشزیورسول۔جی، اینڈاٹسویریڈیفیکلٹفاریو، بٹ اہ، انٹرمزاف رزلٹ، یوآر مور پریپیئرڈ،یوآر بیٹرایکوپڈ ٹوٹاکٹوپیپل،ٹوایکسپلین، اینڈیورسپیچویلبیویریامپیکٹفل ، اینڈیوویلبیایبلٹوایکسپریسیور تھاٹاناےبیٹروے،</w:t>
      </w:r>
    </w:p>
    <w:p>
      <w:r>
        <w:rPr>
          <w:b/>
        </w:rPr>
        <w:t xml:space="preserve">[23:42] </w:t>
      </w:r>
      <w:r>
        <w:t>and that will be more forceful. aah, and I think this is very important for people who are in the field of da'wah, hmm, that they should pray tahajjud, and and then they can get aah the strength and the spirit to become a better da'i, to explain in a better way, aah, to people, to aah,</w:t>
      </w:r>
    </w:p>
    <w:p>
      <w:pPr>
        <w:jc w:val="right"/>
      </w:pPr>
      <w:r>
        <w:t>اینڈاٹویلبیمور فورسفل۔ اہ، اینڈ ائیتھنک دسازویریامپورٹنٹفار پیپلہو آر اندا فیلڈافدعویٰ، ہمم،دیٹدےشوڈ پری تہجد، اینڈ اینڈدین دےکینگیٹ اہدا س ٹرینتھ اینڈ داسپرٹ ٹوبیکم اےبی ٹر دائی،ٹوٹوایکسپلین اناےبیٹروے ،اہ،ٹوپیپل ،ٹو اہ،</w:t>
      </w:r>
    </w:p>
    <w:p>
      <w:r>
        <w:rPr>
          <w:b/>
        </w:rPr>
        <w:t xml:space="preserve">[24:08] </w:t>
      </w:r>
      <w:r>
        <w:t>dialogue. They can make better dialogue.</w:t>
      </w:r>
    </w:p>
    <w:p>
      <w:pPr>
        <w:jc w:val="right"/>
      </w:pPr>
      <w:r>
        <w:t>ڈائیلاگ۔دےکین میکبیٹرڈائیلاگ۔</w:t>
      </w:r>
    </w:p>
    <w:p>
      <w:r>
        <w:rPr>
          <w:b/>
        </w:rPr>
        <w:t xml:space="preserve">[24:12] </w:t>
      </w:r>
      <w:r>
        <w:t>and next verse is "ana lakfi al nahari sabhan tawila". During the day, you have prolonged da'wah work.</w:t>
      </w:r>
    </w:p>
    <w:p>
      <w:pPr>
        <w:jc w:val="right"/>
      </w:pPr>
      <w:r>
        <w:t>اینڈ نیکسٹورساز"انا لکفی النہاری سب حانطویلہ"۔ ڈیورنگدا ڈے، یوہیواےپرولانگ ڈاک وپیشنان دعویٰورک۔</w:t>
      </w:r>
    </w:p>
    <w:p>
      <w:r>
        <w:rPr>
          <w:b/>
        </w:rPr>
        <w:t xml:space="preserve">[24:22] </w:t>
      </w:r>
      <w:r>
        <w:t>Ji, aah, Maulana has added this da'wah work and bracket and this translation, aah, because that was the only work the Prophet was doing.</w:t>
      </w:r>
    </w:p>
    <w:p>
      <w:pPr>
        <w:jc w:val="right"/>
      </w:pPr>
      <w:r>
        <w:t>جی، اہ ،مول اناہیزایڈڈدس دعویٰورکانبریکٹان دس ٹرانسلیشن، اہ، بیکازدیٹوازدااونلیورک داپرافٹوازڈوئنگ۔</w:t>
      </w:r>
    </w:p>
    <w:p>
      <w:r>
        <w:rPr>
          <w:b/>
        </w:rPr>
        <w:t xml:space="preserve">[24:33] </w:t>
      </w:r>
      <w:r>
        <w:t>Ji, and at that time, he was only going for da'wah work.</w:t>
      </w:r>
    </w:p>
    <w:p>
      <w:pPr>
        <w:jc w:val="right"/>
      </w:pPr>
      <w:r>
        <w:t>جی، انڈےٹائم،ہیوازاونلی گوئنگفاردعویٰورک۔</w:t>
      </w:r>
    </w:p>
    <w:p>
      <w:r>
        <w:rPr>
          <w:b/>
        </w:rPr>
        <w:t xml:space="preserve">[24:37] </w:t>
      </w:r>
      <w:r>
        <w:t>The word "sabhan tawila" sab means moving, aah, aah, in the air, or moving. aah, there is another verse in the Quran which says "kul fi falakin yasbahun".</w:t>
      </w:r>
    </w:p>
    <w:p>
      <w:pPr>
        <w:jc w:val="right"/>
      </w:pPr>
      <w:r>
        <w:t>داورڈ "سب حانطویلہ"سب حا مینز موونگ، اہ، اہ، اندا ایئر،اور موونگ۔ اہ، دیرازانادر ورسانداقرآنوچسیز" کل فی فلک یسبحون"۔</w:t>
      </w:r>
    </w:p>
    <w:p>
      <w:r>
        <w:rPr>
          <w:b/>
        </w:rPr>
        <w:t xml:space="preserve">[24:52] </w:t>
      </w:r>
      <w:r>
        <w:t>It talks about the galaxies and stars and planets, they are moving. So the same word is used here, that in the daytime, you are moving all the</w:t>
      </w:r>
    </w:p>
    <w:p>
      <w:pPr>
        <w:jc w:val="right"/>
      </w:pPr>
      <w:r>
        <w:t>اٹ ٹاکساباؤٹ دا گلیک سیزاینڈ سٹارزاینڈپلینٹس، دےآرموونگ۔ سو داسیمورڈازیوزڈہیر ،دیٹ اندا ڈےٹائم، یوآرموونگال دا الداٹ</w:t>
      </w:r>
    </w:p>
    <w:p>
      <w:r>
        <w:rPr>
          <w:b/>
        </w:rPr>
        <w:t xml:space="preserve">[25:04] </w:t>
      </w:r>
      <w:r>
        <w:t>time. You are busy in your da'wah activities, so it was better that you pray at night. So therefore, night time is should be exclusively devoted for worship of Allah.</w:t>
      </w:r>
    </w:p>
    <w:p>
      <w:pPr>
        <w:jc w:val="right"/>
      </w:pPr>
      <w:r>
        <w:t>ائم۔ یوآربزی ان یور دعویٰایکٹیویٹیز،سواٹازبی ٹر دیٹیوپریایٹنائٹ ۔ سودیرفور،نائٹٹائماز شوڈبی ایکسکلوسولی ڈیوٹیڈ فار ور شپاف اللہ ۔</w:t>
      </w:r>
    </w:p>
    <w:p>
      <w:r>
        <w:rPr>
          <w:b/>
        </w:rPr>
        <w:t xml:space="preserve">[25:22] </w:t>
      </w:r>
      <w:r>
        <w:t>and in doing so, one will be better equipped for da'wah work.</w:t>
      </w:r>
    </w:p>
    <w:p>
      <w:pPr>
        <w:jc w:val="right"/>
      </w:pPr>
      <w:r>
        <w:t>اینڈ انڈوئنگسو، ونویلبی بیٹر ایکوپڈ فار دعویٰورک۔</w:t>
      </w:r>
    </w:p>
    <w:p>
      <w:r>
        <w:rPr>
          <w:b/>
        </w:rPr>
        <w:t xml:space="preserve">[25:27] </w:t>
      </w:r>
      <w:r>
        <w:t>and then the next verse says "</w:t>
      </w:r>
    </w:p>
    <w:p>
      <w:pPr>
        <w:jc w:val="right"/>
      </w:pPr>
      <w:r>
        <w:t>اینڈدانیکسٹ ورسسیز"</w:t>
      </w:r>
    </w:p>
    <w:p>
      <w:r>
        <w:rPr>
          <w:b/>
        </w:rPr>
        <w:t xml:space="preserve">[25:33] </w:t>
      </w:r>
      <w:r>
        <w:t>Remember the name of your Lord and devote yourself, devote yourself to Him whole heartedly". The word "tabattal" or "tabattul" means to cut something.</w:t>
      </w:r>
    </w:p>
    <w:p>
      <w:pPr>
        <w:jc w:val="right"/>
      </w:pPr>
      <w:r>
        <w:t>ریمبر دینیمافیورلارڈ اینڈڈیووٹیورسیلف ،ڈیووٹیورسیلفٹوہمہولہارٹڈلی"۔ دیورڈ "ت بت ل"یا"تبتل"مینز ٹوکٹسمتھنگ۔</w:t>
      </w:r>
    </w:p>
    <w:p>
      <w:r>
        <w:rPr>
          <w:b/>
        </w:rPr>
        <w:t xml:space="preserve">[25:45] </w:t>
      </w:r>
      <w:r>
        <w:t>Hmm, so it means you cut yourself from other engagements and devote yourself to the worship of Allah.</w:t>
      </w:r>
    </w:p>
    <w:p>
      <w:pPr>
        <w:jc w:val="right"/>
      </w:pPr>
      <w:r>
        <w:t>ہم م، سو اٹمینزیوکٹیورسیلففرامادرانگیجمنٹس اینڈڈیووٹ یورسیلف ٹو ٹودا ورشپاف اللہ ۔</w:t>
      </w:r>
    </w:p>
    <w:p>
      <w:r>
        <w:rPr>
          <w:b/>
        </w:rPr>
        <w:t xml:space="preserve">[25:57] </w:t>
      </w:r>
      <w:r>
        <w:t>"Was krum rabbaka" ya</w:t>
      </w:r>
    </w:p>
    <w:p>
      <w:pPr>
        <w:jc w:val="right"/>
      </w:pPr>
      <w:r>
        <w:t>"وسکرسمرب کا"یع</w:t>
      </w:r>
    </w:p>
    <w:p>
      <w:r>
        <w:rPr>
          <w:b/>
        </w:rPr>
        <w:t xml:space="preserve">[25:59] </w:t>
      </w:r>
      <w:r>
        <w:t>When you remember the name of your Lord. It doesn't mean that you say Allah Allah Allah 20 times, 40 times, this time and that time. It means as Maulana has explained it, we should remember God through reference point.</w:t>
      </w:r>
    </w:p>
    <w:p>
      <w:pPr>
        <w:jc w:val="right"/>
      </w:pPr>
      <w:r>
        <w:t>نی یو ریمبر دینیمافیورلارڈ۔ اٹڈزنٹمیندیٹیوسےاللہ اللہ اللہ 20ٹائمز،40ٹائمز، دسٹائماینڈدیٹٹائم۔اٹمینزای ز ایزمول اناہیزایکسپلینڈاٹ، ویشوڈریمبر گاڈ تھروریفرنسپوائنٹ۔</w:t>
      </w:r>
    </w:p>
    <w:p>
      <w:r>
        <w:rPr>
          <w:b/>
        </w:rPr>
        <w:t xml:space="preserve">[26:17] </w:t>
      </w:r>
      <w:r>
        <w:t>Hmm, Ji, ya and everything that you see is actually</w:t>
      </w:r>
    </w:p>
    <w:p>
      <w:pPr>
        <w:jc w:val="right"/>
      </w:pPr>
      <w:r>
        <w:t>ہم م،جی، یا اینڈایوریتھنگدیٹویسی از ایک چ ولی ری</w:t>
      </w:r>
    </w:p>
    <w:p>
      <w:r>
        <w:rPr>
          <w:b/>
        </w:rPr>
        <w:t xml:space="preserve">[26:23] </w:t>
      </w:r>
      <w:r>
        <w:t>reference point. Sun, moon, star, planet, and all things that we eat, things we use, our entire existence, everything is a reference point. What is a reference point? How God has created these things.</w:t>
      </w:r>
    </w:p>
    <w:p>
      <w:pPr>
        <w:jc w:val="right"/>
      </w:pPr>
      <w:r>
        <w:t>فرنسپوائنٹ۔ سن،مون، سٹار،پلینٹ، اینڈ اور تھنگزدیٹویایٹ،تھنگز وییوز،اور انٹائر ایگزسٹنس،ایوریتھنگاز اےریفرنسپوائنٹ۔وا ٹرازاےریفرنسپوائنٹ۔ہاؤگاڈہیزکریٹڈدیزتھنگز۔</w:t>
      </w:r>
    </w:p>
    <w:p>
      <w:r>
        <w:rPr>
          <w:b/>
        </w:rPr>
        <w:t xml:space="preserve">[26:37] </w:t>
      </w:r>
      <w:r>
        <w:t>So yani is se aap ke andar jazba e shukr paida hota hai. Sirf Allah Allah Allah agar aap tasbeeh le karain ge mindlessly, is mein kya hoga? Kuch nahi hoga ke aap ko yeh ehsaas ho jaye ga aap ne kuch zikr kar liya.</w:t>
      </w:r>
    </w:p>
    <w:p>
      <w:pPr>
        <w:jc w:val="right"/>
      </w:pPr>
      <w:r>
        <w:t>سو یعنی اسسےآپکےاندرجذبہشکرپیدا ہوتاہے۔ صرفاللہ اللہ اللہ اگرآپ تسبیحلےکریںگے مائنڈلیسلی، اسمیںکیاہوگا؟کچھنہیںہوگاکہآپکویہاحساسہوجائےگاآپنےکچھ ذکرکرلیا۔</w:t>
      </w:r>
    </w:p>
    <w:p>
      <w:r>
        <w:rPr>
          <w:b/>
        </w:rPr>
        <w:t xml:space="preserve">[26:50] </w:t>
      </w:r>
      <w:r>
        <w:t>Zikr toh woh hai ke jis jo jazba e shukr ubhare aap ke andar. Ji, toh woh bataya gaya</w:t>
      </w:r>
    </w:p>
    <w:p>
      <w:pPr>
        <w:jc w:val="right"/>
      </w:pPr>
      <w:r>
        <w:t>ذکرتووہہےکہ جس جو جذبہ شکر ابھارےآپکےاندر۔ جی،تووہ بتایاگیا</w:t>
      </w:r>
    </w:p>
    <w:p>
      <w:r>
        <w:rPr>
          <w:b/>
        </w:rPr>
        <w:t xml:space="preserve">[26:56] </w:t>
      </w:r>
      <w:r>
        <w:t>hai ke "Was krum rabbaka" da</w:t>
      </w:r>
    </w:p>
    <w:p>
      <w:pPr>
        <w:jc w:val="right"/>
      </w:pPr>
      <w:r>
        <w:t>ہے کہ"وس کرسمرب کا "د</w:t>
      </w:r>
    </w:p>
    <w:p>
      <w:r>
        <w:rPr>
          <w:b/>
        </w:rPr>
        <w:t xml:space="preserve">[27:01] </w:t>
      </w:r>
      <w:r>
        <w:t>east and west. there is no deity but he. "he is the lord of the east and the west. there is no deity but he.</w:t>
      </w:r>
    </w:p>
    <w:p>
      <w:pPr>
        <w:jc w:val="right"/>
      </w:pPr>
      <w:r>
        <w:t>یناٹسیز" رب المشر ق والم غرب لا ال ہالا ھو " کہہیازدالارڈافداایسٹاینڈویسٹ۔ دیرازنو ڈی ٹیبٹہم۔</w:t>
      </w:r>
    </w:p>
    <w:p>
      <w:r>
        <w:rPr>
          <w:b/>
        </w:rPr>
        <w:t xml:space="preserve">[27:12] </w:t>
      </w:r>
      <w:r>
        <w:t>so take him as your guardian, take him as your advocate. in urdu we use 'vakil' and 'dewan' for advocate. so we interest our case to him.</w:t>
      </w:r>
    </w:p>
    <w:p>
      <w:pPr>
        <w:jc w:val="right"/>
      </w:pPr>
      <w:r>
        <w:t>سوٹیکہم ایزیور گارڈین، ٹیکہمایزیوروکیل۔ اردومیںہموکیلکاورڈیوزکرتے ہیں فار ایڈوکیٹ۔ تو وی انٹرسٹ اور کیسٹوہم۔</w:t>
      </w:r>
    </w:p>
    <w:p>
      <w:r>
        <w:rPr>
          <w:b/>
        </w:rPr>
        <w:t xml:space="preserve">[27:24] </w:t>
      </w:r>
      <w:r>
        <w:t>so that is the way, these verses you interest, interest all your problems and all your worries to allah, and and devote your time to to the da'wah work.</w:t>
      </w:r>
    </w:p>
    <w:p>
      <w:pPr>
        <w:jc w:val="right"/>
      </w:pPr>
      <w:r>
        <w:t>سوانداسیموے، دس ورسسیز یو انٹرسٹ، انٹرسٹ الیورپرابلمزاینڈالیوروریزٹواللہ ،اینڈ اینڈ ڈیووٹیورٹائم ٹو ٹو ٹودعویٰورک۔</w:t>
      </w:r>
    </w:p>
    <w:p>
      <w:r>
        <w:rPr>
          <w:b/>
        </w:rPr>
        <w:t xml:space="preserve">[27:40] </w:t>
      </w:r>
      <w:r>
        <w:t>interest all your affairs, all your problems</w:t>
      </w:r>
    </w:p>
    <w:p>
      <w:pPr>
        <w:jc w:val="right"/>
      </w:pPr>
      <w:r>
        <w:t>انٹرسٹ ال یورافیئرز ،الیورپرابلمز</w:t>
      </w:r>
    </w:p>
    <w:p>
      <w:r>
        <w:rPr>
          <w:b/>
        </w:rPr>
        <w:t xml:space="preserve">[27:44] </w:t>
      </w:r>
      <w:r>
        <w:t>so this is how we can develop the spirit of da'wah and take him as a guardian.</w:t>
      </w:r>
    </w:p>
    <w:p>
      <w:pPr>
        <w:jc w:val="right"/>
      </w:pPr>
      <w:r>
        <w:t>۔سو دسازہاؤ وی کینڈیویلپ داسپرٹ اف دعویٰ اینڈ ٹیکہمایز اے ایزیور گارڈین۔</w:t>
      </w:r>
    </w:p>
    <w:p>
      <w:r>
        <w:rPr>
          <w:b/>
        </w:rPr>
        <w:t xml:space="preserve">[27:56] </w:t>
      </w:r>
      <w:r>
        <w:t>vakila, take him as your guardian, as your advocate, and seek help in tahajjud prayer. make dua, and you put trust in him, rely upon him. make allah your representative.</w:t>
      </w:r>
    </w:p>
    <w:p>
      <w:pPr>
        <w:jc w:val="right"/>
      </w:pPr>
      <w:r>
        <w:t>وکیلہ، ٹیکہمایزیورگارڈین، ایزیوروکیل، اینڈ سیکہزہیلپان تہجدپریئر۔میکدعا، اینڈ یوپٹ ٹرسٹانہم،ریلائیاپونہم۔اللہ کواپناکار سازبنالو ۔</w:t>
      </w:r>
    </w:p>
    <w:p>
      <w:r>
        <w:rPr>
          <w:b/>
        </w:rPr>
        <w:t xml:space="preserve">[28:11] </w:t>
      </w:r>
      <w:r>
        <w:t>hand over all your worries, all your problems. hand over, god will take care of it. so this is what means vakila.</w:t>
      </w:r>
    </w:p>
    <w:p>
      <w:pPr>
        <w:jc w:val="right"/>
      </w:pPr>
      <w:r>
        <w:t>ہینڈاوورال یوروریز،الیورپرابلمز۔ ہینڈاوور، گاڈویلٹیککیئرافاٹ۔ سو دسازواٹ مینزو کیلہ۔</w:t>
      </w:r>
    </w:p>
    <w:p>
      <w:r>
        <w:rPr>
          <w:b/>
        </w:rPr>
        <w:t xml:space="preserve">[28:21] </w:t>
      </w:r>
      <w:r>
        <w:t>give all your problems, all your worries. as maulana used to say, put it in allah's account. yes, so put everything in allah's account, and focus on the work of da'wah.</w:t>
      </w:r>
    </w:p>
    <w:p>
      <w:pPr>
        <w:jc w:val="right"/>
      </w:pPr>
      <w:r>
        <w:t>گیوالیورپرابلمز،اوریور و ریز ۔جیسےمولاناکہتےتھے،اللہ کےخانےمیںڈالو۔ جی، تو ساریباتاللہ کےخانےمیںڈالو،اورفوکسکرو دعوتیکامکےاوپر۔</w:t>
      </w:r>
    </w:p>
    <w:p>
      <w:r>
        <w:rPr>
          <w:b/>
        </w:rPr>
        <w:t xml:space="preserve">[28:31] </w:t>
      </w:r>
      <w:r>
        <w:t>this is being said in this.</w:t>
      </w:r>
    </w:p>
    <w:p>
      <w:pPr>
        <w:jc w:val="right"/>
      </w:pPr>
      <w:r>
        <w:t>یہباتاسمیں کہیجارہیہے۔ جی</w:t>
      </w:r>
    </w:p>
    <w:p>
      <w:r>
        <w:rPr>
          <w:b/>
        </w:rPr>
        <w:t xml:space="preserve">[28:34] </w:t>
      </w:r>
      <w:r>
        <w:t>yes, and doctor sahib, in this there is an aspect, that ignore them, politely. so i want to add a little bit on this that maulana, because he used to emphasize patience a lot, so i want to add a little bit on this that maulana has written on this verse, that what he meant was to deal with them in a positive manner.</w:t>
      </w:r>
    </w:p>
    <w:p>
      <w:pPr>
        <w:jc w:val="right"/>
      </w:pPr>
      <w:r>
        <w:t>جی، اور ڈاکٹرصاحب،اسمیںجوایک ایسپیکٹہے، اہ کہ اگنور دیم، اہ پولائٹلی۔ اہتو اسپہ مول اناکیونکہبہتزیادہ ایمفس ائزکرتے تھے صبرکولےکر،تومیں اسپہ یہتھوڑاسا ایڈکرناچاہوںگاکہ مول انانےجیسےاسپہلکھاہے،اسی ایتپہ، اہدیٹواٹہیمینٹوازدیٹیوڈیلدیماناپوزیٹیو مینر۔</w:t>
      </w:r>
    </w:p>
    <w:p>
      <w:r>
        <w:rPr>
          <w:b/>
        </w:rPr>
        <w:t xml:space="preserve">[28:57] </w:t>
      </w:r>
      <w:r>
        <w:t>because</w:t>
      </w:r>
    </w:p>
    <w:p>
      <w:pPr>
        <w:jc w:val="right"/>
      </w:pPr>
      <w:r>
        <w:t>اہکی</w:t>
      </w:r>
    </w:p>
    <w:p>
      <w:r>
        <w:rPr>
          <w:b/>
        </w:rPr>
        <w:t xml:space="preserve">[28:58] </w:t>
      </w:r>
      <w:r>
        <w:t>because in the quran, as doctor sahib mentioned, that friends, patience is given beyond measure. so for any other deed, a reward beyond measure has not come, only for patience has it come.</w:t>
      </w:r>
    </w:p>
    <w:p>
      <w:pPr>
        <w:jc w:val="right"/>
      </w:pPr>
      <w:r>
        <w:t>ونکہ قرآنمیںبھیجیسےڈاکٹرصاحبآیاہےکہ دوستوپی شنٹلی بی گیون بیونڈمیژر۔توکسی اور ڈیڈکےلیے بیونڈمیژرکاریوارڈنہیںآیا، صرف صبرکےلیے آیاہے۔</w:t>
      </w:r>
    </w:p>
    <w:p>
      <w:r>
        <w:rPr>
          <w:b/>
        </w:rPr>
        <w:t xml:space="preserve">[29:11] </w:t>
      </w:r>
      <w:r>
        <w:t>and he used to say that the reward here means personality development. because you have to purify your personality, and only purified personalities will be admitted in paradise.</w:t>
      </w:r>
    </w:p>
    <w:p>
      <w:pPr>
        <w:jc w:val="right"/>
      </w:pPr>
      <w:r>
        <w:t>اور وہکہاکرتے تھےکہ اہیہاں پہ جو ریوارڈہےاسسےمرادہےپرسن یلٹیڈیویلپمنٹ۔کیونکہآپکو اپنیپرسنیلٹیپیوریفائیکرناہے، اینڈپیراڈائزمیںصرف پی وریفائیڈ پرسن یلٹیہی اہ ایڈمٹکریجائیںگی۔</w:t>
      </w:r>
    </w:p>
    <w:p>
      <w:r>
        <w:rPr>
          <w:b/>
        </w:rPr>
        <w:t xml:space="preserve">[29:26] </w:t>
      </w:r>
      <w:r>
        <w:t>so this is also a strategy in a way. in fact, it's a master strategy, because when you are patient, and you sort of forgive others, then you are on your way, being a future oriented in your planning.</w:t>
      </w:r>
    </w:p>
    <w:p>
      <w:pPr>
        <w:jc w:val="right"/>
      </w:pPr>
      <w:r>
        <w:t>تو یہبھیایکطریقےسے سٹریٹجیہے۔انفیکٹ،اٹسا ماسٹرسٹریٹجی، بیکازوینیوآر پیشنٹ، اینڈ یو سورٹاف ف ورگیو ادر، دین یوآر اناوے، اہ بین گفیوچراور ینٹڈانیورپلاننگ۔</w:t>
      </w:r>
    </w:p>
    <w:p>
      <w:r>
        <w:rPr>
          <w:b/>
        </w:rPr>
        <w:t xml:space="preserve">[29:42] </w:t>
      </w:r>
      <w:r>
        <w:t>and only future oriented planning can give you success. so this is a very important aspect maulana sahib has written. maulana has emphasized patience a lot, and the next verse</w:t>
      </w:r>
    </w:p>
    <w:p>
      <w:pPr>
        <w:jc w:val="right"/>
      </w:pPr>
      <w:r>
        <w:t>اورصرف فیوچراورینٹڈپلاننگہیآپکو سکسیس دےسکتیہے۔ تو یہایکبہت اہ امپورٹنٹایسپیکٹ مول اناصاحب نےلکھاہے۔مول انانےصبرپہبہت زوردیاہے، اور جواگلیورس</w:t>
      </w:r>
    </w:p>
    <w:p>
      <w:r>
        <w:rPr>
          <w:b/>
        </w:rPr>
        <w:t xml:space="preserve">[29:55] </w:t>
      </w:r>
      <w:r>
        <w:t>is also on patience. yes, yes,</w:t>
      </w:r>
    </w:p>
    <w:p>
      <w:pPr>
        <w:jc w:val="right"/>
      </w:pPr>
      <w:r>
        <w:t>ہےوہصبرپہہیہے۔ جی جی،</w:t>
      </w:r>
    </w:p>
    <w:p>
      <w:r>
        <w:rPr>
          <w:b/>
        </w:rPr>
        <w:t xml:space="preserve">[30:00] </w:t>
      </w:r>
      <w:r>
        <w:t>be patient with what they say, and avoid them in a beautiful manner. avoid them in an ungracious manner. don't respond to them in any harsh way.</w:t>
      </w:r>
    </w:p>
    <w:p>
      <w:pPr>
        <w:jc w:val="right"/>
      </w:pPr>
      <w:r>
        <w:t>بی پیشنٹ ودواٹدےسے، اینڈ اوائڈدیم انابیوٹیفل مینر۔اوائڈدیماناگریشیسمینر۔ ڈونٹ ریسپانڈ دیم ان اینی ہارشوے۔</w:t>
      </w:r>
    </w:p>
    <w:p>
      <w:r>
        <w:rPr>
          <w:b/>
        </w:rPr>
        <w:t xml:space="preserve">[30:12] </w:t>
      </w:r>
      <w:r>
        <w:t>don't fight with them. don't argue with them. if they use any bad language, yes. don't abuse them, and don't say harsh words.</w:t>
      </w:r>
    </w:p>
    <w:p>
      <w:pPr>
        <w:jc w:val="right"/>
      </w:pPr>
      <w:r>
        <w:t>ڈونٹفائٹوددیم۔ڈونٹ ارگیووددیم ۔اف دےیوزاینی بیڈلینگویج،جی۔ ڈونٹ ابیوزدیم، اینڈڈونٹسے ہارشورڈز۔</w:t>
      </w:r>
    </w:p>
    <w:p>
      <w:r>
        <w:rPr>
          <w:b/>
        </w:rPr>
        <w:t xml:space="preserve">[30:21] </w:t>
      </w:r>
      <w:r>
        <w:t>this is very important for you. yes,</w:t>
      </w:r>
    </w:p>
    <w:p>
      <w:pPr>
        <w:jc w:val="right"/>
      </w:pPr>
      <w:r>
        <w:t>دسازویریامپورٹنٹفار دائی۔ جی،</w:t>
      </w:r>
    </w:p>
    <w:p>
      <w:r>
        <w:rPr>
          <w:b/>
        </w:rPr>
        <w:t xml:space="preserve">[30:24] </w:t>
      </w:r>
      <w:r>
        <w:t>that we should learn this, that if somebody is talking to us, behaving in a very bad way, we should just ignore.</w:t>
      </w:r>
    </w:p>
    <w:p>
      <w:pPr>
        <w:jc w:val="right"/>
      </w:pPr>
      <w:r>
        <w:t>دیٹویشوڈ لرن دس،دیٹافسمبڈیاز اہ ٹاکنگ ٹواس بیہیونگاناویریبیڈوے، اہ ویشوڈجسٹ اگنور۔</w:t>
      </w:r>
    </w:p>
    <w:p>
      <w:r>
        <w:rPr>
          <w:b/>
        </w:rPr>
        <w:t xml:space="preserve">[30:33] </w:t>
      </w:r>
      <w:r>
        <w:t>and that is, ignore beautifully. just ignore. yes, don't say any word. don't use any bad.</w:t>
      </w:r>
    </w:p>
    <w:p>
      <w:pPr>
        <w:jc w:val="right"/>
      </w:pPr>
      <w:r>
        <w:t>اینڈاٹسیز، ا گنور انابیوٹیفلوے۔ جسٹاگنور۔ جی، اہ ڈونٹسے اینیورڈ۔ڈونٹیوزاینیبیڈ۔</w:t>
      </w:r>
    </w:p>
    <w:p>
      <w:r>
        <w:rPr>
          <w:b/>
        </w:rPr>
        <w:t xml:space="preserve">[30:43] </w:t>
      </w:r>
      <w:r>
        <w:t>don't argue. don't fight. and then that is,</w:t>
      </w:r>
    </w:p>
    <w:p>
      <w:pPr>
        <w:jc w:val="right"/>
      </w:pPr>
      <w:r>
        <w:t>ڈونٹارگیو۔ڈونٹفائٹ۔ اینڈدیناٹسیز،</w:t>
      </w:r>
    </w:p>
    <w:p>
      <w:r>
        <w:rPr>
          <w:b/>
        </w:rPr>
        <w:t xml:space="preserve">[30:52] </w:t>
      </w:r>
      <w:r>
        <w:t>leave it</w:t>
      </w:r>
    </w:p>
    <w:p>
      <w:pPr>
        <w:jc w:val="right"/>
      </w:pPr>
      <w:r>
        <w:t>لیواٹٹ</w:t>
      </w:r>
    </w:p>
    <w:p>
      <w:r>
        <w:rPr>
          <w:b/>
        </w:rPr>
        <w:t xml:space="preserve">[30:53] </w:t>
      </w:r>
      <w:r>
        <w:t>to me. god is saying, leave it to me to deal with the deniers who, leave life of comfort, and bear with them all the longer.</w:t>
      </w:r>
    </w:p>
    <w:p>
      <w:pPr>
        <w:jc w:val="right"/>
      </w:pPr>
      <w:r>
        <w:t>ومی۔گاڈازسینگ،لیواٹٹومی ٹوڈیلودداڈینائرز ہو،لیوالائفافکمفرٹ ،اینڈ بیئر وددیم الٹللان گر۔</w:t>
      </w:r>
    </w:p>
    <w:p>
      <w:r>
        <w:rPr>
          <w:b/>
        </w:rPr>
        <w:t xml:space="preserve">[31:11] </w:t>
      </w:r>
      <w:r>
        <w:t>meaning, give them some respite.</w:t>
      </w:r>
    </w:p>
    <w:p>
      <w:pPr>
        <w:jc w:val="right"/>
      </w:pPr>
      <w:r>
        <w:t>یعنیتھوڑیمہلتدوانکو۔</w:t>
      </w:r>
    </w:p>
    <w:p>
      <w:r>
        <w:rPr>
          <w:b/>
        </w:rPr>
        <w:t xml:space="preserve">[31:15] </w:t>
      </w:r>
      <w:r>
        <w:t>agar aap dekhenge ke bahut se log shuru shuru mein rasool Allah ke khilaf the, lekin baad mein wahi log bahut hi bade bade sahaba bane.</w:t>
      </w:r>
    </w:p>
    <w:p>
      <w:pPr>
        <w:jc w:val="right"/>
      </w:pPr>
      <w:r>
        <w:t>اگر آپدیکھیںگے کہ بہت سےلوگ شروع شروع میںرسولاللہکےخلاف تھے، لیکن بعدمیں وہیلوگ بہت ہیبڑےبڑےصحابہبنے۔</w:t>
      </w:r>
    </w:p>
    <w:p>
      <w:r>
        <w:rPr>
          <w:b/>
        </w:rPr>
        <w:t xml:space="preserve">[31:25] </w:t>
      </w:r>
      <w:r>
        <w:t>to isi baat ko kaha ja raha hai ke qaleela keh giya de m sometime.</w:t>
      </w:r>
    </w:p>
    <w:p>
      <w:pPr>
        <w:jc w:val="right"/>
      </w:pPr>
      <w:r>
        <w:t>تواسیبات کو کہاجارہاہے کہ قلیلہ کہگیودیمسمٹائم۔</w:t>
      </w:r>
    </w:p>
    <w:p>
      <w:r>
        <w:rPr>
          <w:b/>
        </w:rPr>
        <w:t xml:space="preserve">[31:33] </w:t>
      </w:r>
      <w:r>
        <w:t>Neamat neamat aze uzed here for the rich Quraish leaders who, living a luxurious life, living a very comfortable life.</w:t>
      </w:r>
    </w:p>
    <w:p>
      <w:pPr>
        <w:jc w:val="right"/>
      </w:pPr>
      <w:r>
        <w:t>نعمت نعمت ازیوزڈہیر فار دا رچ قریش لیڈرز ہو،لیونگانلگزریہو،لیونگان اہ ویری کمفرٹیبللائف۔</w:t>
      </w:r>
    </w:p>
    <w:p>
      <w:r>
        <w:rPr>
          <w:b/>
        </w:rPr>
        <w:t xml:space="preserve">[31:46] </w:t>
      </w:r>
      <w:r>
        <w:t>So it is referred to them, and Allah is seeing that I will deal with them. I will ah ah ah take care of them. You just do your</w:t>
      </w:r>
    </w:p>
    <w:p>
      <w:pPr>
        <w:jc w:val="right"/>
      </w:pPr>
      <w:r>
        <w:t>سو اٹازریفرڈٹو دیم، اینڈاللہ ازسینگدیٹائیویلڈیلوددیم۔ ائیویل اہ اہ اہ ٹیککیئرافدیم۔یوجسٹ ڈویور</w:t>
      </w:r>
    </w:p>
    <w:p>
      <w:r>
        <w:rPr>
          <w:b/>
        </w:rPr>
        <w:t xml:space="preserve">[31:59] </w:t>
      </w:r>
      <w:r>
        <w:t>work. So this az also very crucial message for people who are and da'wa, that they should not fight with people who are against you, or say any bad word, but should focus on ah on the the work. If there is any problem, leave it to God.</w:t>
      </w:r>
    </w:p>
    <w:p>
      <w:pPr>
        <w:jc w:val="right"/>
      </w:pPr>
      <w:r>
        <w:t>ورک ۔ سو دسازالسوویریکروشلمیسجفار پیپلہوآراندعویٰ، دیٹدےشوڈناٹ فائٹ ودپیپلہو آراگینسٹیو، اور سے اینی بیڈورڈ، بٹ شوڈفوکس ان اہ ان دی دیورک ۔افدیرازاینیپرابلم، لیواٹٹوگاڈ۔</w:t>
      </w:r>
    </w:p>
    <w:p>
      <w:r>
        <w:rPr>
          <w:b/>
        </w:rPr>
        <w:t xml:space="preserve">[32:20] </w:t>
      </w:r>
      <w:r>
        <w:t>They should entrust their their case, their problems to Allah, and give them some time. Q</w:t>
      </w:r>
    </w:p>
    <w:p>
      <w:pPr>
        <w:jc w:val="right"/>
      </w:pPr>
      <w:r>
        <w:t>دےشوڈ انٹرسٹ دیر دیرکیس، دیرپرابلمزٹواللہ ،اینڈ گیودیمسمٹائم۔ ق</w:t>
      </w:r>
    </w:p>
    <w:p>
      <w:r>
        <w:rPr>
          <w:b/>
        </w:rPr>
        <w:t xml:space="preserve">[32:29] </w:t>
      </w:r>
      <w:r>
        <w:t>Leela, give them some time. Be patient, and Allah will deal with such people.</w:t>
      </w:r>
    </w:p>
    <w:p>
      <w:pPr>
        <w:jc w:val="right"/>
      </w:pPr>
      <w:r>
        <w:t>لیلہ، گیودیم سم ٹائم۔ بی پیشنٹ، اینڈاللہ ویل ڈیلود سچ پیپل۔</w:t>
      </w:r>
    </w:p>
    <w:p>
      <w:r>
        <w:rPr>
          <w:b/>
        </w:rPr>
        <w:t xml:space="preserve">[32:39] </w:t>
      </w:r>
      <w:r>
        <w:t>And then says the next verse: "Inna ladaina in we have in store for them vehicles and a blessing fire,</w:t>
      </w:r>
    </w:p>
    <w:p>
      <w:pPr>
        <w:jc w:val="right"/>
      </w:pPr>
      <w:r>
        <w:t>اینڈدینسیز دا نیکسٹ ورساز: "انا لدینا ان وی ہیو ان اسٹورفاردیمہیویشیکلز اینڈ ا بلیسنگ فائر ،</w:t>
      </w:r>
    </w:p>
    <w:p>
      <w:r>
        <w:rPr>
          <w:b/>
        </w:rPr>
        <w:t xml:space="preserve">[32:54] </w:t>
      </w:r>
      <w:r>
        <w:t>and food that chokes and painful punishment."</w:t>
      </w:r>
    </w:p>
    <w:p>
      <w:pPr>
        <w:jc w:val="right"/>
      </w:pPr>
      <w:r>
        <w:t>اینڈ فوڈ دیٹچوکس اینڈپینفل پنش منٹ ۔"</w:t>
      </w:r>
    </w:p>
    <w:p>
      <w:r>
        <w:rPr>
          <w:b/>
        </w:rPr>
        <w:t xml:space="preserve">[33:04] </w:t>
      </w:r>
      <w:r>
        <w:t>Very powerful depiction of the doomed day.</w:t>
      </w:r>
    </w:p>
    <w:p>
      <w:pPr>
        <w:jc w:val="right"/>
      </w:pPr>
      <w:r>
        <w:t>ویریپاورفل ڈیپکشن اف داڈومزڈے۔</w:t>
      </w:r>
    </w:p>
    <w:p>
      <w:r>
        <w:rPr>
          <w:b/>
        </w:rPr>
        <w:t xml:space="preserve">[33:11] </w:t>
      </w:r>
      <w:r>
        <w:t>This is what happens on the doomed day, that on that day the earth and the mountains shall shake. Quran mein aata hai at another place: "Inna de earth ko yak afda ar bit tremendous thing."</w:t>
      </w:r>
    </w:p>
    <w:p>
      <w:pPr>
        <w:jc w:val="right"/>
      </w:pPr>
      <w:r>
        <w:t>دسازواٹہیپنانداڈومزڈے، دیٹان دیٹڈےداارت ھ اینڈداماؤنٹینشیل شیک ۔قرآنمیںآتاہے ایٹانادر پلیس:"انا دی ارتھکو یکافداار بی اٹریمنڈستھنگ۔"</w:t>
      </w:r>
    </w:p>
    <w:p>
      <w:r>
        <w:rPr>
          <w:b/>
        </w:rPr>
        <w:t xml:space="preserve">[33:31] </w:t>
      </w:r>
      <w:r>
        <w:t>So on that day, we might the earth ko yak yak your earth, and it says: "</w:t>
      </w:r>
    </w:p>
    <w:p>
      <w:pPr>
        <w:jc w:val="right"/>
      </w:pPr>
      <w:r>
        <w:t>سو ان دیٹڈے، وی ری مائٹیارتھکو یکش یکایوریتھنگ، اینڈاٹسیز:"</w:t>
      </w:r>
    </w:p>
    <w:p>
      <w:r>
        <w:rPr>
          <w:b/>
        </w:rPr>
        <w:t xml:space="preserve">[33:47] </w:t>
      </w:r>
      <w:r>
        <w:t>And the mountain becomes like like heap of sand, flowing sand. "Mountain today, we see it az very strong, very heavy.</w:t>
      </w:r>
    </w:p>
    <w:p>
      <w:pPr>
        <w:jc w:val="right"/>
      </w:pPr>
      <w:r>
        <w:t>این ڈدا ماؤنٹینب یکملائک لائکہیپاف سینڈ ،فلوئنگسینڈ۔ "ماؤن ٹینٹوڈے، ویسی اٹازویریسٹرونگ ،ویری ہیوی۔</w:t>
      </w:r>
    </w:p>
    <w:p>
      <w:r>
        <w:rPr>
          <w:b/>
        </w:rPr>
        <w:t xml:space="preserve">[34:00] </w:t>
      </w:r>
      <w:r>
        <w:t>You cannot move it, you cannot cut it, but on that day, it will turn into sand, flowing sand, as if it az flowing.</w:t>
      </w:r>
    </w:p>
    <w:p>
      <w:pPr>
        <w:jc w:val="right"/>
      </w:pPr>
      <w:r>
        <w:t>یوکینناٹموواٹ،یوکینناٹکٹاٹ، بٹ ان دیٹڈے،اٹویلٹرنانٹو سینڈ، فلوئنگسینڈ، ایزافاٹازفلوئنگ۔</w:t>
      </w:r>
    </w:p>
    <w:p>
      <w:r>
        <w:rPr>
          <w:b/>
        </w:rPr>
        <w:t xml:space="preserve">[34:10] </w:t>
      </w:r>
      <w:r>
        <w:t>So qaseeb humeela, he has shifting sand. The mountain which now is so strong, will become heap of sand on that day.</w:t>
      </w:r>
    </w:p>
    <w:p>
      <w:pPr>
        <w:jc w:val="right"/>
      </w:pPr>
      <w:r>
        <w:t>سو قسیب ہمحیلہ، ہی پافشفٹنگ سینڈ۔ داماؤنٹین وچ ناو از سو سٹرونگ، ویلبیکم ہیپافسینڈان دیٹڈے۔</w:t>
      </w:r>
    </w:p>
    <w:p>
      <w:r>
        <w:rPr>
          <w:b/>
        </w:rPr>
        <w:t xml:space="preserve">[34:26] </w:t>
      </w:r>
      <w:r>
        <w:t>Any very powerful depiction of the doomed day. May Allah save us from all the difficulties and horror of that day. Ji, jazak Allah doctor sahib. In fact, doctor sahib, I also when I think of the doomed day, then suddenly a lot of fear comes.</w:t>
      </w:r>
    </w:p>
    <w:p>
      <w:pPr>
        <w:jc w:val="right"/>
      </w:pPr>
      <w:r>
        <w:t>اینیویریپاورفل ڈیپکشناف دی ڈومزڈے۔ میاللہ سیواسفرامالدیڈیفیکلٹیزاینڈہارراف دیٹڈے۔ جی، جزاک اللہ ڈاکٹرصاحب۔انفیکٹ، ڈاکٹرصاحب،میںبھی جب سوچتاہوںڈومزڈےکےبارےمیںتوایکدم بہتہیزیادہ خوفآجاتا ہے۔</w:t>
      </w:r>
    </w:p>
    <w:p>
      <w:r>
        <w:rPr>
          <w:b/>
        </w:rPr>
        <w:t xml:space="preserve">[34:46] </w:t>
      </w:r>
      <w:r>
        <w:t>In fact, doctor sahib, if we read from Quran, in it a verse also comes chapter 66 that Allah Ta'ala says that: "Believers see God, safeguard yourself and your families from the fire fueled by stones and people."</w:t>
      </w:r>
    </w:p>
    <w:p>
      <w:pPr>
        <w:jc w:val="right"/>
      </w:pPr>
      <w:r>
        <w:t>انفیکٹ، ڈاکٹرصاحب،اگرہم قرآنجیسےپڑھتےہیں،اسمیں ایتبھیآتیہے چیپٹر6 6 میں کہ اللہ تعالیفرماتےہیںکہ:"بیلیورسی وگاڈ،سیوگارڈیورسیلف اینڈیورفیملیزفرامدا فائر فیولڈبائے سٹونز اینڈ پیپل۔</w:t>
      </w:r>
    </w:p>
    <w:p>
      <w:r>
        <w:rPr>
          <w:b/>
        </w:rPr>
        <w:t xml:space="preserve">[35:03] </w:t>
      </w:r>
      <w:r>
        <w:t>"It az so scary, doctor sahib, meaning that will be a very horrific scene. It az certainly to come, but we have to prepare ourselves. We have to fear God</w:t>
      </w:r>
    </w:p>
    <w:p>
      <w:pPr>
        <w:jc w:val="right"/>
      </w:pPr>
      <w:r>
        <w:t>"اٹاز سو سکیری، ڈاکٹرصاحب، مطلب وہبہتہیبھیانکمنظرہوگا۔اٹاز سر ٹینلی ٹوکم، بٹویہیوٹوپریپیئراورسیلف۔ویہیوٹوفیئر گاڈ</w:t>
      </w:r>
    </w:p>
    <w:p>
      <w:r>
        <w:rPr>
          <w:b/>
        </w:rPr>
        <w:t xml:space="preserve">[35:15] </w:t>
      </w:r>
      <w:r>
        <w:t>. Ah, in reference to this verse, doctor sahib, one ah I want to tell a hadith that the Messenger of Allah was once sitting with the companions and was telling them the same thing.</w:t>
      </w:r>
    </w:p>
    <w:p>
      <w:pPr>
        <w:jc w:val="right"/>
      </w:pPr>
      <w:r>
        <w:t>۔ اہ اسی ایتکےحوالےسے،ڈاکٹرصاحب،ایک اہ میںایک حدیثبتاناچاہتاہوںکہ رسولاللہ ایک مرتبہ صحابہکےساتھبیٹھےہوئےتھےاوروہیہی بتارہےتھے۔</w:t>
      </w:r>
    </w:p>
    <w:p>
      <w:r>
        <w:rPr>
          <w:b/>
        </w:rPr>
        <w:t xml:space="preserve">[35:27] </w:t>
      </w:r>
      <w:r>
        <w:t>So when this verse came, a companion asked them that it mentions stones in it that: "Fire which is fueled by stone and people." Then they said that: "Will the stone of hell, it is similar to the stone of the world</w:t>
      </w:r>
    </w:p>
    <w:p>
      <w:pPr>
        <w:jc w:val="right"/>
      </w:pPr>
      <w:r>
        <w:t>تو جب یہایتآئیتو ایک صحابینےانسےپوچھا کہ اسمیں سٹونکاذکرہے کہ: "فائروچازفیولڈبائے سٹون اینڈپیپل۔"توانہوںنےکہاکہ:"کیا اہ دوزخکاجو سٹونہوگا،اٹازسمیلرٹوداسٹون اف دسورل</w:t>
      </w:r>
    </w:p>
    <w:p>
      <w:r>
        <w:rPr>
          <w:b/>
        </w:rPr>
        <w:t xml:space="preserve">[35:43] </w:t>
      </w:r>
      <w:r>
        <w:t>d?" Then the Prophet said that: "The small stone of the hell will be bigger than all the mountains of the world." Then there was an old man, so when he heard, because of so much faith, ah when he heard, he thought, he collapsed.</w:t>
      </w:r>
    </w:p>
    <w:p>
      <w:pPr>
        <w:jc w:val="right"/>
      </w:pPr>
      <w:r>
        <w:t>ڈ؟" توپرافٹنےکہاکہ: "دا سمال سٹ سٹون اف دا ہیل ویلبی بی گر دین ال دا ماؤنٹینزافداورلڈ۔" تواسمیںایک بوڑھاآدمیتھا،تو جب اسنے سنا ،کیونکہ اتنا فیتھتھا، اہ اسنےجبسنا،اسنےتص ورکیا،وہکولیپسکرگیا۔</w:t>
      </w:r>
    </w:p>
    <w:p>
      <w:r>
        <w:rPr>
          <w:b/>
        </w:rPr>
        <w:t xml:space="preserve">[36:01] </w:t>
      </w:r>
      <w:r>
        <w:t>So the Messenger of Allah put his hand on his heart. He was breathing his last. So the Prophet said that: "Say</w:t>
      </w:r>
    </w:p>
    <w:p>
      <w:pPr>
        <w:jc w:val="right"/>
      </w:pPr>
      <w:r>
        <w:t>تو رسولاللہنے اسکےدل پہہاتھرکھا۔ہیواز بریدنگہزلاسٹ۔ سوپرافٹسیڈدیٹ:"سےک</w:t>
      </w:r>
    </w:p>
    <w:p>
      <w:r>
        <w:rPr>
          <w:b/>
        </w:rPr>
        <w:t xml:space="preserve">[36:08] </w:t>
      </w:r>
      <w:r>
        <w:t>Kalma." He recited the Kalma, then the Prophet gave him glad tidings, ah ah of paradise. But doctor sahib, ah meaning, when you think about it, if you have the fear of Allah inside you, then you will take life very seriously, ah you will take it seriously.</w:t>
      </w:r>
    </w:p>
    <w:p>
      <w:pPr>
        <w:jc w:val="right"/>
      </w:pPr>
      <w:r>
        <w:t>لمہ۔ "اسنے کلمہپڑھا،پھرپرافٹنےاسے گلیڈٹائڈنگزدیں، اہ اہ پیراڈائزکی۔ لیکن ڈاکٹرصاحب،اہ مطلب سوچنےپہیہآتاہےکہ اگر آپ کےاندر اہاللہ کاخوفہے تو آپ لائفکوبہت زیادہ ،اہیوویلٹیکاٹ سیریسلی۔</w:t>
      </w:r>
    </w:p>
    <w:p>
      <w:r>
        <w:rPr>
          <w:b/>
        </w:rPr>
        <w:t xml:space="preserve">[36:25] </w:t>
      </w:r>
      <w:r>
        <w:t>In fact, Prophet said to ah Hazrat Abu Dharr: "That make fear of God binding upon yourself. It az a root of everything." Then they said to the Messenger of Allah that: "Tell me something else</w:t>
      </w:r>
    </w:p>
    <w:p>
      <w:pPr>
        <w:jc w:val="right"/>
      </w:pPr>
      <w:r>
        <w:t>انفیکٹ،پرافٹسیڈٹو اہ حضرتابوذر :"دیٹ میک فی ئراف گاڈ بائنڈنگاپونیورسیلف۔اٹازاروٹافایوریتھنگ۔ "توانہوںنےکہارسولاللہسےکہ:"مجھےکچھاوربتائی</w:t>
      </w:r>
    </w:p>
    <w:p>
      <w:r>
        <w:rPr>
          <w:b/>
        </w:rPr>
        <w:t xml:space="preserve">[36:36] </w:t>
      </w:r>
      <w:r>
        <w:t>." Then he said that: "Make reading of the Quran compulsory for you, because it will be light for the world and stock for hereafter." Ji, but this is very important, doctor sahib, that as Maulana also used to say, he corrected it in a lecture that when you read the Quran, do not read it with your ah mindset.</w:t>
      </w:r>
    </w:p>
    <w:p>
      <w:pPr>
        <w:jc w:val="right"/>
      </w:pPr>
      <w:r>
        <w:t>ے۔"توانہوںنےکہاکہ: "اہ میک ریڈنگافدا قرآن کمپلس ریفار یو، بیکازاٹویلبیلائٹفار دسورلڈاینڈسٹاکفار ہیرافٹر۔"جی، اہلیکن یہبہت امپورٹنٹہے،ڈاکٹرصاحب،کہ جیسےمول انابھی کہتےتھے،انہوںنےایکلیکچرمیںبہتصحیحکہاتھاکہآپ قرآنکوجب پڑھیںتواپنے اہ مائنڈسیٹسےنہپڑھیں۔</w:t>
      </w:r>
    </w:p>
    <w:p>
      <w:r>
        <w:rPr>
          <w:b/>
        </w:rPr>
        <w:t xml:space="preserve">[36:57] </w:t>
      </w:r>
      <w:r>
        <w:t>make Quran is a leading, I didn't get its spiritual import. I</w:t>
      </w:r>
    </w:p>
    <w:p>
      <w:pPr>
        <w:jc w:val="right"/>
      </w:pPr>
      <w:r>
        <w:t>میکقرآنایزاےلیڈراینڈدین، اہ دینٹیکاٹس اہاٹسسپریچولامپورٹ۔ اہ</w:t>
      </w:r>
    </w:p>
    <w:p>
      <w:r>
        <w:rPr>
          <w:b/>
        </w:rPr>
        <w:t xml:space="preserve">[37:03] </w:t>
      </w:r>
      <w:r>
        <w:t>aur is pe doctor sahib, ah abumousi ashari ne bohat sahi kaha hai ke: "quran can be a recompense for every one as well as a disaster. " to unho ne kaha ke: "ah ah when ah ah you conform to the quran, then it leads you to paradise. but when you make quran conform to you, then it will lead you to h</w:t>
      </w:r>
    </w:p>
    <w:p>
      <w:pPr>
        <w:jc w:val="right"/>
      </w:pPr>
      <w:r>
        <w:t>اوراسپہ ڈاکٹرصاحب،اہ ابوموسی ٰاشعرینےبہت صحیحکہاہےکہ: "قر آن کینبی ا ریکمپنس فاریوایزویلایز اڈیز اسٹر۔" تو انہوںنےکہاکہ: "اہ اہ وین اہ اہ یو کنفرمٹوداقرآن، دیناٹلیڈزیوٹوپیراڈائز۔بٹوینیومیکقرآن کنفرمٹویو، دیناٹویللیڈیوٹو ہ</w:t>
      </w:r>
    </w:p>
    <w:p>
      <w:r>
        <w:rPr>
          <w:b/>
        </w:rPr>
        <w:t xml:space="preserve">[37:25] </w:t>
      </w:r>
      <w:r>
        <w:t>ell. " to yeh bohat important hai, doctor sahib, kyun ke jaisay aap ne bhi bayan kiya ke woh waqt aanay wala hai aur us ke liye humain apne aap ko prepare karna hai.</w:t>
      </w:r>
    </w:p>
    <w:p>
      <w:pPr>
        <w:jc w:val="right"/>
      </w:pPr>
      <w:r>
        <w:t>یل۔" تویہ بہت امپورٹنٹہے، ڈاکٹرصاحب،کیونکہ جیسےآپنےبھیبیانکیا کہوہ وقت آنےوالاہے اور اسکےلیےہمیں اپنےآپکو پریپیئرکرناہے۔</w:t>
      </w:r>
    </w:p>
    <w:p>
      <w:r>
        <w:rPr>
          <w:b/>
        </w:rPr>
        <w:t xml:space="preserve">[37:35] </w:t>
      </w:r>
      <w:r>
        <w:t>to humain quran parhtay rehna hai, is ko samjhna hai, and we have to fear god, because one day we will be facing him. ji, doctor sahib, aap continue kijiye</w:t>
      </w:r>
    </w:p>
    <w:p>
      <w:pPr>
        <w:jc w:val="right"/>
      </w:pPr>
      <w:r>
        <w:t>تو ہمیں قرآن پڑھتےرہناہے،اسکوسمجھناہے، اینڈویہیوٹوفیئرگاڈ،بیکاز ونڈےویویلبی فیسنگہم۔ جی،ڈاکٹرصاحب،آپ کنٹینیوکیج</w:t>
      </w:r>
    </w:p>
    <w:p>
      <w:r>
        <w:rPr>
          <w:b/>
        </w:rPr>
        <w:t xml:space="preserve">[37:46] </w:t>
      </w:r>
      <w:r>
        <w:t>ye. and this source is: "in arsalna ilaikum rasula shah da alaikum kama arsalna ila fir'aun rasula.</w:t>
      </w:r>
    </w:p>
    <w:p>
      <w:pPr>
        <w:jc w:val="right"/>
      </w:pPr>
      <w:r>
        <w:t>ئے۔ اینڈدسورساز: "ان ا رسلناالیکم رس ولا شاہ دا علیکم کماارسلناالیفرعون رسولا ۔</w:t>
      </w:r>
    </w:p>
    <w:p>
      <w:r>
        <w:rPr>
          <w:b/>
        </w:rPr>
        <w:t xml:space="preserve">[37:54] </w:t>
      </w:r>
      <w:r>
        <w:t>we have sent you a messenger who is not unlike you. shah da alaikum as we sent a messenger to pharaoh before you.</w:t>
      </w:r>
    </w:p>
    <w:p>
      <w:pPr>
        <w:jc w:val="right"/>
      </w:pPr>
      <w:r>
        <w:t>ویہیوسینڈیوامیسنجر ہو ازوٹنس اووریو شاہ داعلیکم ایزوی سینڈامیسنجرٹوفرعون بیفوریو۔</w:t>
      </w:r>
    </w:p>
    <w:p>
      <w:r>
        <w:rPr>
          <w:b/>
        </w:rPr>
        <w:t xml:space="preserve">[38:05] </w:t>
      </w:r>
      <w:r>
        <w:t>" ji, ah it means that, ah ah this source is referring to mousa alaihissalam, ah because, ah mousa was sent to pharaoh and his people: "in arsalna ilaikum rasula shah da alaikum kama arsalna ila fir'aun rasula.</w:t>
      </w:r>
    </w:p>
    <w:p>
      <w:pPr>
        <w:jc w:val="right"/>
      </w:pPr>
      <w:r>
        <w:t>" جی، اہ اٹمینزدیٹ، اہ اہ دسورساز ریفرنگٹوموسی ٰ علیہالسلام ، اہ بیکاز، اہ موسی ٰوازسینڈ ٹو فرعون اینڈ ہزپیپل :"ان ارسلناالیکمرس ولاشاہ دا علیکم کماارسلناالیفرعون رس ولا۔</w:t>
      </w:r>
    </w:p>
    <w:p>
      <w:r>
        <w:rPr>
          <w:b/>
        </w:rPr>
        <w:t xml:space="preserve">[38:29] </w:t>
      </w:r>
      <w:r>
        <w:t>" and the messenger, ah he has come, yani prophet has come to you. it has been said to the people of makkah that a messenger has come to you to be witness upon you.</w:t>
      </w:r>
    </w:p>
    <w:p>
      <w:pPr>
        <w:jc w:val="right"/>
      </w:pPr>
      <w:r>
        <w:t>"اینڈدا میسنجر، اہ ہیز کم، یعنی پرافٹہیزکم ٹویو۔اٹاز بینگ سیڈٹودا پیپلافمکہدیٹامیسنجرہیزکمٹویو ٹو بیئروٹنساپونیو۔</w:t>
      </w:r>
    </w:p>
    <w:p>
      <w:r>
        <w:rPr>
          <w:b/>
        </w:rPr>
        <w:t xml:space="preserve">[38:44] </w:t>
      </w:r>
      <w:r>
        <w:t>what does that mean? be witness means on the day of judgment, the prophet, prophets will be witness against their people who have not believed in them.</w:t>
      </w:r>
    </w:p>
    <w:p>
      <w:pPr>
        <w:jc w:val="right"/>
      </w:pPr>
      <w:r>
        <w:t>واٹڈزدیٹمین؟بیئروٹنس مینانداڈےافججمنٹ ،دی پرافٹ ،پرافٹسویلبیئروٹنس اگینسٹ دیرپیپلہوہیوناٹ بیلیوڈان اندیم۔</w:t>
      </w:r>
    </w:p>
    <w:p>
      <w:r>
        <w:rPr>
          <w:b/>
        </w:rPr>
        <w:t xml:space="preserve">[38:56] </w:t>
      </w:r>
      <w:r>
        <w:t>the</w:t>
      </w:r>
    </w:p>
    <w:p>
      <w:pPr>
        <w:jc w:val="right"/>
      </w:pPr>
      <w:r>
        <w:t>دی</w:t>
      </w:r>
    </w:p>
    <w:p>
      <w:r>
        <w:rPr>
          <w:b/>
        </w:rPr>
        <w:t xml:space="preserve">[38:57] </w:t>
      </w:r>
      <w:r>
        <w:t>to you, we have conveyed this message, and on the basis of that, ah their faith will be decided by god.</w:t>
      </w:r>
    </w:p>
    <w:p>
      <w:pPr>
        <w:jc w:val="right"/>
      </w:pPr>
      <w:r>
        <w:t>ٹویہیو، ویہیوکنوے می سج، اینڈاندابیسساف دیٹ ،اہ دیرفیتھویلبی ڈیسائیڈڈ بائیگاڈ۔</w:t>
      </w:r>
    </w:p>
    <w:p>
      <w:r>
        <w:rPr>
          <w:b/>
        </w:rPr>
        <w:t xml:space="preserve">[39:06] </w:t>
      </w:r>
      <w:r>
        <w:t>so it was like allah ki adalat mein faisla hoga. ji, so this is a very important verse.</w:t>
      </w:r>
    </w:p>
    <w:p>
      <w:pPr>
        <w:jc w:val="right"/>
      </w:pPr>
      <w:r>
        <w:t>سواٹاز لائک اللہ کیعدالت میں فیصلہہوگا۔ جی، سو دسازویری امپورٹنٹ ورس۔</w:t>
      </w:r>
    </w:p>
    <w:p>
      <w:r>
        <w:rPr>
          <w:b/>
        </w:rPr>
        <w:t xml:space="preserve">[39:15] </w:t>
      </w:r>
      <w:r>
        <w:t>and kama arsalna ila fir'aun rasula means that just as we have sent the same messenger, prophet muhammad sallallahu alaihi wasallam, to you, we have sent a messenger, mousa alaihissalam, to pharaoh.</w:t>
      </w:r>
    </w:p>
    <w:p>
      <w:pPr>
        <w:jc w:val="right"/>
      </w:pPr>
      <w:r>
        <w:t>اینڈ کماارسلناالیفرعون رسول مینز دیٹ جسٹ ایزویہیوسینڈ دسمیس نجر،پرافٹمحمد صلیاللہعلیہوسلم ،ٹویو، ویہیوسینڈ امیس نجر، موسی ٰ علیہالسلام، ٹوفیرو ۔</w:t>
      </w:r>
    </w:p>
    <w:p>
      <w:r>
        <w:rPr>
          <w:b/>
        </w:rPr>
        <w:t xml:space="preserve">[39:29] </w:t>
      </w:r>
      <w:r>
        <w:t>and similarly, and there is a similarity between, between, ah prophet and mousa, because mousa was disbelieved by the pharaoh and his people.</w:t>
      </w:r>
    </w:p>
    <w:p>
      <w:pPr>
        <w:jc w:val="right"/>
      </w:pPr>
      <w:r>
        <w:t>اینڈ سمیلرلی، اینڈدیرازاسمیلری ٹی بٹوین، بٹوین، ا ہپرافٹ اینڈ موسی ٰ، بیکاز موسی ٰوازڈسبیلیوڈبائی دا فیرواینڈہزپیپل۔</w:t>
      </w:r>
    </w:p>
    <w:p>
      <w:r>
        <w:rPr>
          <w:b/>
        </w:rPr>
        <w:t xml:space="preserve">[39:43] </w:t>
      </w:r>
      <w:r>
        <w:t>and</w:t>
      </w:r>
    </w:p>
    <w:p>
      <w:pPr>
        <w:jc w:val="right"/>
      </w:pPr>
      <w:r>
        <w:t>این</w:t>
      </w:r>
    </w:p>
    <w:p>
      <w:r>
        <w:rPr>
          <w:b/>
        </w:rPr>
        <w:t xml:space="preserve">[39:44] </w:t>
      </w:r>
      <w:r>
        <w:t>and the makers will, ah will do the same, will be in the same way, there they will also meet the same end as pharaoh met.</w:t>
      </w:r>
    </w:p>
    <w:p>
      <w:pPr>
        <w:jc w:val="right"/>
      </w:pPr>
      <w:r>
        <w:t>ڈاف دی میکنز ویل ،اہ ویلڈوداسیم،ویلبیہیوانداسیموے، دیر دےویلالسو میٹ دا سیم این ڈ ایز فی رومی ٹ۔</w:t>
      </w:r>
    </w:p>
    <w:p>
      <w:r>
        <w:rPr>
          <w:b/>
        </w:rPr>
        <w:t xml:space="preserve">[40:00] </w:t>
      </w:r>
      <w:r>
        <w:t>but the pharaoh disbelieved the messenger, meaning mousa. so what happened? we seized them with a strong and crushing grip.</w:t>
      </w:r>
    </w:p>
    <w:p>
      <w:pPr>
        <w:jc w:val="right"/>
      </w:pPr>
      <w:r>
        <w:t>بٹدیفیرو ڈسبیلیوڈ دیمیسنجر، میننگ موسی ٰ۔ سو واٹہیپنڈ؟ ویسیز ڈہم ود اسٹرونگ اینڈ کریشنگگرپ۔</w:t>
      </w:r>
    </w:p>
    <w:p>
      <w:r>
        <w:rPr>
          <w:b/>
        </w:rPr>
        <w:t xml:space="preserve">[40:12] </w:t>
      </w:r>
      <w:r>
        <w:t>we seized them with that torment which is seizing. we will mean very burdensome, very strong.</w:t>
      </w:r>
    </w:p>
    <w:p>
      <w:pPr>
        <w:jc w:val="right"/>
      </w:pPr>
      <w:r>
        <w:t>ویسیزڈہمودداٹورن شلسیزنگ۔ وبیلمینز ویری برڈنسم،ویریسٹرونگ ۔</w:t>
      </w:r>
    </w:p>
    <w:p>
      <w:r>
        <w:rPr>
          <w:b/>
        </w:rPr>
        <w:t xml:space="preserve">[40:25] </w:t>
      </w:r>
      <w:r>
        <w:t>if you persist in denying the truth, how will you escape the day that will turn the children grey-haired?</w:t>
      </w:r>
    </w:p>
    <w:p>
      <w:pPr>
        <w:jc w:val="right"/>
      </w:pPr>
      <w:r>
        <w:t>افیوپرسسٹ ان ڈینائینگداٹروتھ ،ہاؤ یوویلاسکیپ دا ڈے دیٹویلٹرنداچلڈرن گرےہیئر؟</w:t>
      </w:r>
    </w:p>
    <w:p>
      <w:r>
        <w:rPr>
          <w:b/>
        </w:rPr>
        <w:t xml:space="preserve">[40:36] </w:t>
      </w:r>
      <w:r>
        <w:t>this is a figurative speech, figurative phrase, meaning the horror of that day will be so heavy that it will affect people a lot.</w:t>
      </w:r>
    </w:p>
    <w:p>
      <w:pPr>
        <w:jc w:val="right"/>
      </w:pPr>
      <w:r>
        <w:t>دساز افیگری ٹیو سپیچ ، فیگریٹیو فریز ، میننگ دا ہاررافدیٹڈے ویلبی سو ہی وی دیٹ اٹویلایفیکٹ پیپلالاٹ۔</w:t>
      </w:r>
    </w:p>
    <w:p>
      <w:r>
        <w:rPr>
          <w:b/>
        </w:rPr>
        <w:t xml:space="preserve">[40:49] </w:t>
      </w:r>
      <w:r>
        <w:t>nothing will happen to children, because children are innocent, masoom. they will go to</w:t>
      </w:r>
    </w:p>
    <w:p>
      <w:pPr>
        <w:jc w:val="right"/>
      </w:pPr>
      <w:r>
        <w:t>نتھنگویلہیپنٹوچلڈرن، بیکازچلڈرن ار انوسنٹ ، معصوم۔ دےویلالگوٹو</w:t>
      </w:r>
    </w:p>
    <w:p>
      <w:r>
        <w:rPr>
          <w:b/>
        </w:rPr>
        <w:t xml:space="preserve">[40:57] </w:t>
      </w:r>
      <w:r>
        <w:t>paradise. children who died at young age, they will go to jannat.</w:t>
      </w:r>
    </w:p>
    <w:p>
      <w:pPr>
        <w:jc w:val="right"/>
      </w:pPr>
      <w:r>
        <w:t>پیراڈائز۔ چلڈرنہو ڈائیڈ ایٹ ینگایج،دےویلال گو ٹو ٹوجن ت۔</w:t>
      </w:r>
    </w:p>
    <w:p>
      <w:r>
        <w:rPr>
          <w:b/>
        </w:rPr>
        <w:t xml:space="preserve">[41:08] </w:t>
      </w:r>
      <w:r>
        <w:t>so this is a figurative expression that on that day, on the day of judgment, ah it will be so intense and so difficult and so terrible that the horror of that day will severely affect people, and it will be an unusually.</w:t>
      </w:r>
    </w:p>
    <w:p>
      <w:pPr>
        <w:jc w:val="right"/>
      </w:pPr>
      <w:r>
        <w:t>سو دساز ا فیگری ٹیو ایکسپریشندیٹ ان دیٹ ڈے،انداڈےافججمنٹ ، اہاٹویلبیسو انٹینس اینڈسوڈیفیکلٹ اینڈسو ٹیریبل دیٹدی ہاررافدیٹڈےویل سیویرلی ایفیکٹپیپل ،اینڈاٹویلبی اناویری انیوزلوے۔</w:t>
      </w:r>
    </w:p>
    <w:p>
      <w:r>
        <w:rPr>
          <w:b/>
        </w:rPr>
        <w:t xml:space="preserve">[41:25] </w:t>
      </w:r>
      <w:r>
        <w:t>so</w:t>
      </w:r>
    </w:p>
    <w:p>
      <w:pPr>
        <w:jc w:val="right"/>
      </w:pPr>
      <w:r>
        <w:t>سو</w:t>
      </w:r>
    </w:p>
    <w:p>
      <w:r>
        <w:rPr>
          <w:b/>
        </w:rPr>
        <w:t xml:space="preserve">[41:26] </w:t>
      </w:r>
      <w:r>
        <w:t>that is being said in this verse: as if the children will become old.</w:t>
      </w:r>
    </w:p>
    <w:p>
      <w:pPr>
        <w:jc w:val="right"/>
      </w:pPr>
      <w:r>
        <w:t>دیٹاز بینگسیڈ ان دس و رس: ایزاف داچلڈرن ویل بیکم اولڈ ۔</w:t>
      </w:r>
    </w:p>
    <w:p>
      <w:r>
        <w:rPr>
          <w:b/>
        </w:rPr>
        <w:t xml:space="preserve">[41:39] </w:t>
      </w:r>
      <w:r>
        <w:t>and then next verse is:</w:t>
      </w:r>
    </w:p>
    <w:p>
      <w:pPr>
        <w:jc w:val="right"/>
      </w:pPr>
      <w:r>
        <w:t>اینڈدانیکسٹورساز:</w:t>
      </w:r>
    </w:p>
    <w:p>
      <w:r>
        <w:rPr>
          <w:b/>
        </w:rPr>
        <w:t xml:space="preserve">[41:45] </w:t>
      </w:r>
      <w:r>
        <w:t>ka ma f'ula. In that day, the sky will break apart, and God's promise shall be fulfilled.</w:t>
      </w:r>
    </w:p>
    <w:p>
      <w:pPr>
        <w:jc w:val="right"/>
      </w:pPr>
      <w:r>
        <w:t>کانمفعولا۔ان دیٹڈے،داسکائیویلبریکاپارٹ ،اینڈگاڈزپرو مس شیلبیفلفلڈ۔</w:t>
      </w:r>
    </w:p>
    <w:p>
      <w:r>
        <w:rPr>
          <w:b/>
        </w:rPr>
        <w:t xml:space="preserve">[41:52] </w:t>
      </w:r>
      <w:r>
        <w:t>So imagine how difficult day that will be. Mountains will become like heaps of sand and will flow like water flow, and the, and, and the sky will, will break into pieces,</w:t>
      </w:r>
    </w:p>
    <w:p>
      <w:pPr>
        <w:jc w:val="right"/>
      </w:pPr>
      <w:r>
        <w:t>سو امیجن ہاؤ ڈیفیکلٹ ڈے دیٹویلبی ۔ ماؤنٹینزویل بیکم لائک ہیپاف سینڈ اینڈویلفلولائکواٹرفلو، اینڈ دا،اینڈ،اینڈدا ،اینڈدا سکائیویل،ویل ،ویل بریکانٹوپیسز،</w:t>
      </w:r>
    </w:p>
    <w:p>
      <w:r>
        <w:rPr>
          <w:b/>
        </w:rPr>
        <w:t xml:space="preserve">[42:08] </w:t>
      </w:r>
      <w:r>
        <w:t>and the mountains will turn into sand. And the promises of Allah about the end of the world, about end of life, will, will be undoubtedly, undoubtedly realized.</w:t>
      </w:r>
    </w:p>
    <w:p>
      <w:pPr>
        <w:jc w:val="right"/>
      </w:pPr>
      <w:r>
        <w:t>اینڈداماؤنٹینویلٹرنانٹوسینڈ ۔ اینڈداپرومساف اللہ اباؤٹدی اینڈافدیورلڈ ،اباؤٹاینڈاف لائف،ویل، ویلبی ان ڈاؤٹلی، انڈاؤٹ ڈلی ریلائزڈ۔</w:t>
      </w:r>
    </w:p>
    <w:p>
      <w:r>
        <w:rPr>
          <w:b/>
        </w:rPr>
        <w:t xml:space="preserve">[42:23] </w:t>
      </w:r>
      <w:r>
        <w:t>In a tadzkirah.</w:t>
      </w:r>
    </w:p>
    <w:p>
      <w:pPr>
        <w:jc w:val="right"/>
      </w:pPr>
      <w:r>
        <w:t>ان ات ذکرہ۔</w:t>
      </w:r>
    </w:p>
    <w:p>
      <w:r>
        <w:rPr>
          <w:b/>
        </w:rPr>
        <w:t xml:space="preserve">[42:29] </w:t>
      </w:r>
      <w:r>
        <w:t>This verse is surely a reminder. The Quran is a reminder and admonishment, a warning, a sign for those who follow the right path. Let them choose the right path that leads to His Lord.</w:t>
      </w:r>
    </w:p>
    <w:p>
      <w:pPr>
        <w:jc w:val="right"/>
      </w:pPr>
      <w:r>
        <w:t>دساز شورلیاریمائنڈر۔ داقرآنازاریمائنڈر اینڈایڈمنیشن ،اوارننگ،اسائن فار دوزہو فالو دارائٹپاتھ ۔لیٹدیمچوزدارائٹپاتھ دیٹلیڈز ٹوہز لارڈ۔</w:t>
      </w:r>
    </w:p>
    <w:p>
      <w:r>
        <w:rPr>
          <w:b/>
        </w:rPr>
        <w:t xml:space="preserve">[42:45] </w:t>
      </w:r>
      <w:r>
        <w:t>In a tadzkirah. The Quran is a reminder, is a guide, is admonition. Whoever wishes, chooses a path to His Lord.</w:t>
      </w:r>
    </w:p>
    <w:p>
      <w:pPr>
        <w:jc w:val="right"/>
      </w:pPr>
      <w:r>
        <w:t>ان ا تذکرہ۔ داقرآن از اریمائنڈر،از اگائیڈ ،از ایڈمنیشن۔ ہو ایوروشز، میچوز ا پاتھ ٹوہزلارڈ۔</w:t>
      </w:r>
    </w:p>
    <w:p>
      <w:r>
        <w:rPr>
          <w:b/>
        </w:rPr>
        <w:t xml:space="preserve">[42:56] </w:t>
      </w:r>
      <w:r>
        <w:t>So the choice is yours</w:t>
      </w:r>
    </w:p>
    <w:p>
      <w:pPr>
        <w:jc w:val="right"/>
      </w:pPr>
      <w:r>
        <w:t>سو داچوائساز ی</w:t>
      </w:r>
    </w:p>
    <w:p>
      <w:r>
        <w:rPr>
          <w:b/>
        </w:rPr>
        <w:t xml:space="preserve">[42:58] </w:t>
      </w:r>
      <w:r>
        <w:t>yours. There is no compulsion. Whoever understands it and he wants to choose the right path, it is his choice and his call.</w:t>
      </w:r>
    </w:p>
    <w:p>
      <w:pPr>
        <w:jc w:val="right"/>
      </w:pPr>
      <w:r>
        <w:t>ورز۔ دیرازنو کمپلشن۔ ہو ایور انڈرسٹینڈ اٹ اینڈہی وانٹسٹو چوزدا رائٹپاتھ ،اٹاز ہز چوائس اینڈہز کال ۔</w:t>
      </w:r>
    </w:p>
    <w:p>
      <w:r>
        <w:rPr>
          <w:b/>
        </w:rPr>
        <w:t xml:space="preserve">[43:13] </w:t>
      </w:r>
      <w:r>
        <w:t>Ji, Masha Allah. Doctor sahib, because the last verse is remaining, so before its explanation, I would like to read some comments, and then I will request you to conclude the session after this verse.</w:t>
      </w:r>
    </w:p>
    <w:p>
      <w:pPr>
        <w:jc w:val="right"/>
      </w:pPr>
      <w:r>
        <w:t>جی، ما شاءاللہ۔ ڈاکٹرصاحب،کیونکہ آخری آیترہگئی ہے، تو اسکیایکسپلینیشنسےپہلے میںکچھکمنٹسپڑھناچاہوںگا، اور پھرمیںآپسےریکویسٹکروںگاکہاس آیت کےبعد آپ سیشنکوختمکریں۔</w:t>
      </w:r>
    </w:p>
    <w:p>
      <w:r>
        <w:rPr>
          <w:b/>
        </w:rPr>
        <w:t xml:space="preserve">[43:28] </w:t>
      </w:r>
      <w:r>
        <w:t>Many people are liking the program. Doctor sahib, this comment has been sent by Ms. Fareeda Kamran from Pakistan. She has written: "Jazak Allah, heart-touching lecture. May Allah guide us.</w:t>
      </w:r>
    </w:p>
    <w:p>
      <w:pPr>
        <w:jc w:val="right"/>
      </w:pPr>
      <w:r>
        <w:t>کافیلوگ پروگرامکوپسندکررہےہیں۔ڈاکٹرصاحب،یہ کمنٹبھیجاہے مس فریدہ کامراننے پاکستانسے۔انہوںنےلکھاہے: "جزاک اللہہارٹٹچنگلیکچر۔میاللہ گائیڈاس۔</w:t>
      </w:r>
    </w:p>
    <w:p>
      <w:r>
        <w:rPr>
          <w:b/>
        </w:rPr>
        <w:t xml:space="preserve">[43:39] </w:t>
      </w:r>
      <w:r>
        <w:t>Allow us to contemplate and act upon Quran. Amen." Ah Sufi Qal Islam sahib has written from Chennai: "Happy Sunday! Very good live lecture, Masha Allah.</w:t>
      </w:r>
    </w:p>
    <w:p>
      <w:pPr>
        <w:jc w:val="right"/>
      </w:pPr>
      <w:r>
        <w:t>الاؤاسٹوکانٹیمپلیٹ اینڈ ایکٹاپون قرآن۔آ مین۔" اہصوفقالاسلام صاحبنےچنئیسےلکھاہے: " ہیپی سنڈے!ویریگڈ لائیو لیکچر،ماشاءاللہ۔</w:t>
      </w:r>
    </w:p>
    <w:p>
      <w:r>
        <w:rPr>
          <w:b/>
        </w:rPr>
        <w:t xml:space="preserve">[43:52] </w:t>
      </w:r>
      <w:r>
        <w:t>Salam to my all brothers and s</w:t>
      </w:r>
    </w:p>
    <w:p>
      <w:pPr>
        <w:jc w:val="right"/>
      </w:pPr>
      <w:r>
        <w:t>سلام ٹومائیال برادرزاینڈس</w:t>
      </w:r>
    </w:p>
    <w:p>
      <w:r>
        <w:rPr>
          <w:b/>
        </w:rPr>
        <w:t xml:space="preserve">[43:55] </w:t>
      </w:r>
      <w:r>
        <w:t>isters." Muhammad Irfan Rashid sahib has written from Nagpur: "Very absorbing session, Jazak Allah." Doctor sahib, Dr. Stuti Malhotra has written from Delhi: "Thank you, Doctor sahib, for a very important point that we should read Quran slowly with understanding.</w:t>
      </w:r>
    </w:p>
    <w:p>
      <w:pPr>
        <w:jc w:val="right"/>
      </w:pPr>
      <w:r>
        <w:t>سٹرز۔" محمد عرفانرشیدیصاحبنےناگپورسےلکھاہے:"ویریابزاربنگ سیشن،جزاک اللہ۔" ڈاکٹرصاحب ، ڈاکٹرستوتیملوترانےدلیسےلکھاہے:"تھینکیو،ڈاکٹرصاحب، فار اویری امپورٹنٹپوائنٹدیٹویشوڈریڈ قرآن سلولی ود انڈرسٹینڈنگ۔</w:t>
      </w:r>
    </w:p>
    <w:p>
      <w:r>
        <w:rPr>
          <w:b/>
        </w:rPr>
        <w:t xml:space="preserve">[44:11] </w:t>
      </w:r>
      <w:r>
        <w:t>Also, we can note the reflection somewhere like Quran journal." Thank you. Ah Syed Haseeb Shan Naqvi sahib has written from Pakistan:</w:t>
      </w:r>
    </w:p>
    <w:p>
      <w:pPr>
        <w:jc w:val="right"/>
      </w:pPr>
      <w:r>
        <w:t>السو،ویکیننوٹدیریفلیکشن سمویرلائکقرآن جرنل۔"تھینکیو۔ اہ سید حسیب شاننقویصاحبنے پاکستانسےلکھاہے:</w:t>
      </w:r>
    </w:p>
    <w:p>
      <w:r>
        <w:rPr>
          <w:b/>
        </w:rPr>
        <w:t xml:space="preserve">[44:21] </w:t>
      </w:r>
      <w:r>
        <w:t>"Great discussion on Surah Muzammil. When you are reading the book of Allah, you should keep thinking about it." Hamidullah Hamid sahib has written from Kashmir: "Very important message.</w:t>
      </w:r>
    </w:p>
    <w:p>
      <w:pPr>
        <w:jc w:val="right"/>
      </w:pPr>
      <w:r>
        <w:t>"گریٹڈسک شنان سورہ المزمل ۔ وینیوآرریڈنگدابکافگاڈ، یوشوڈ کیپتھنکنگاباؤٹاٹ۔" حمید اللہحمیدصاحبنےکشمیرسےلکھاہے:"ویریامپورٹنٹمیسج۔</w:t>
      </w:r>
    </w:p>
    <w:p>
      <w:r>
        <w:rPr>
          <w:b/>
        </w:rPr>
        <w:t xml:space="preserve">[44:34] </w:t>
      </w:r>
      <w:r>
        <w:t>"Doctor Aslam sahib has also sent this message: "Very nicely described." And Muhammad Imran Khan sahib has written from Peshawar: "Maulana Wahiduddin Khan sahib was my spiritual teacher. May Allah give him higher rank in paradise.</w:t>
      </w:r>
    </w:p>
    <w:p>
      <w:pPr>
        <w:jc w:val="right"/>
      </w:pPr>
      <w:r>
        <w:t>"ڈاکٹراسلمصاحبنےبھی یہیمیسج بھیجاہے:"ویرینائسلیڈسکرائب۔ "اور محمد عمران خان صاحبنےپشاورسےلکھاہے: "مول اناوحیدالدینخان صاحب وازمائیسپریچولٹیچر۔میاللہ گیوہمہائیرینک ان پیراڈائز۔</w:t>
      </w:r>
    </w:p>
    <w:p>
      <w:r>
        <w:rPr>
          <w:b/>
        </w:rPr>
        <w:t xml:space="preserve">[44:49] </w:t>
      </w:r>
      <w:r>
        <w:t>"Maulana Iqbal Umer sahib has written from Chennai: "Today I am praying for both Doctor sahib and Doctor Rujut Bhai, that may Allah grant you health and well-being so that you can deliver Allah's message to people." This is a very inspiring session. Jazak Allah.</w:t>
      </w:r>
    </w:p>
    <w:p>
      <w:pPr>
        <w:jc w:val="right"/>
      </w:pPr>
      <w:r>
        <w:t>" مول انا اقبالعمرینےچنئیسےلکھاہے:"اج میں ڈاکٹر صاحب، ڈاکٹررجتبھائی،دونوںکےلیے دعا کررہاہوںکہاللہتعالیآپکو صحتاور عافیت دےتاکہاللہ کا پیغام لوگوںتک پہنچے۔"دسازاویری انسپائرنگ سیشن۔جز اک اللہ۔</w:t>
      </w:r>
    </w:p>
    <w:p>
      <w:r>
        <w:rPr>
          <w:b/>
        </w:rPr>
        <w:t xml:space="preserve">[45:06] </w:t>
      </w:r>
      <w:r>
        <w:t>So Doctor sahib, please conclude the session today on the last verse. Yes, this Surah number 20 is a very long verse. Yes, so it starts like this</w:t>
      </w:r>
    </w:p>
    <w:p>
      <w:pPr>
        <w:jc w:val="right"/>
      </w:pPr>
      <w:r>
        <w:t>توڈاکٹرصاحب، آخریآیت آپ اسپہآج ختمکریںسیشنکو۔ہاں،دسورسنمبر2 0 از اویریلانگورس۔جی، سواٹسٹارٹسلائکدس</w:t>
      </w:r>
    </w:p>
    <w:p>
      <w:r>
        <w:rPr>
          <w:b/>
        </w:rPr>
        <w:t xml:space="preserve">[45:16] </w:t>
      </w:r>
      <w:r>
        <w:t>: "Inna rabbaka ya'lamu annaka taqumu adna min thuluthayil layli wa nisfahu wa thuluthahu wa ta'ifatun minalladhina ma'ak." This talks about the tahajjud.</w:t>
      </w:r>
    </w:p>
    <w:p>
      <w:pPr>
        <w:jc w:val="right"/>
      </w:pPr>
      <w:r>
        <w:t>: "انا رب ک ی علم ان ک تق وم اد نی من ثلثیل یلی ون صف ہ وثل ثہ وطائفۃ من الذ ین معک۔" دسٹاکساباؤٹ ا ہاہ تہجد۔</w:t>
      </w:r>
    </w:p>
    <w:p>
      <w:r>
        <w:rPr>
          <w:b/>
        </w:rPr>
        <w:t xml:space="preserve">[45:31] </w:t>
      </w:r>
      <w:r>
        <w:t>As in the beginning, we read that half of the night or less than half or more</w:t>
      </w:r>
    </w:p>
    <w:p>
      <w:pPr>
        <w:jc w:val="right"/>
      </w:pPr>
      <w:r>
        <w:t>اہ ایز اندابگننگ،وی جی وی ریڈدیٹہافافدانائٹاورلیسدینہافاورمورد</w:t>
      </w:r>
    </w:p>
    <w:p>
      <w:r>
        <w:rPr>
          <w:b/>
        </w:rPr>
        <w:t xml:space="preserve">[45:38] </w:t>
      </w:r>
      <w:r>
        <w:t>than half. Here it says: half of the night or two-thirds of the night or one-third of the night. So the choice is given. There is no hard and fast rule.</w:t>
      </w:r>
    </w:p>
    <w:p>
      <w:pPr>
        <w:jc w:val="right"/>
      </w:pPr>
      <w:r>
        <w:t>ینہاف۔ ہیراٹسیز: اہ اہ اٹکڈبی ہافافدانائٹ اور ٹوتھرڈزاف اف اف دا نائٹ اور ون تھرڈافدانائٹ ۔سو داچوائسازگیون۔دیرازنوہارڈاینڈفاسٹرول۔</w:t>
      </w:r>
    </w:p>
    <w:p>
      <w:r>
        <w:rPr>
          <w:b/>
        </w:rPr>
        <w:t xml:space="preserve">[45:51] </w:t>
      </w:r>
      <w:r>
        <w:t>It all depends on a person's ability, his time, and his person may be sick, he may be weak and not perform.</w:t>
      </w:r>
    </w:p>
    <w:p>
      <w:pPr>
        <w:jc w:val="right"/>
      </w:pPr>
      <w:r>
        <w:t>اہاٹ الڈیپینڈزان اہ سمونز ایبیلی ٹی،ہزٹائم،اینڈہز سموناز میبی سیک، ہیاورشیکینناٹپرفارم۔</w:t>
      </w:r>
    </w:p>
    <w:p>
      <w:r>
        <w:rPr>
          <w:b/>
        </w:rPr>
        <w:t xml:space="preserve">[46:01] </w:t>
      </w:r>
      <w:r>
        <w:t>So it says: "Inna rabbaka ya'lamu annaka taqumu adna min thuluthi layli wa nisfahu wa thuluthahu wa ta'ifatun minalladhina ma'ak.</w:t>
      </w:r>
    </w:p>
    <w:p>
      <w:pPr>
        <w:jc w:val="right"/>
      </w:pPr>
      <w:r>
        <w:t>سواٹسیز: " انا ربکیعلم ان ک تقوم اد نی من ثلثی لیلی ون صفہ وثل ثہ وطائفۃ من الذ ین معک۔</w:t>
      </w:r>
    </w:p>
    <w:p>
      <w:r>
        <w:rPr>
          <w:b/>
        </w:rPr>
        <w:t xml:space="preserve">[46:11] </w:t>
      </w:r>
      <w:r>
        <w:t>Your Lord knows that you stand in prayer for nearly two-thirds of the night."</w:t>
      </w:r>
    </w:p>
    <w:p>
      <w:pPr>
        <w:jc w:val="right"/>
      </w:pPr>
      <w:r>
        <w:t>یورلارڈنوز دیٹیو سٹینڈ انپریئر فار نی ئرلی ٹوتھرڈزافدانائٹ ۔"</w:t>
      </w:r>
    </w:p>
    <w:p>
      <w:r>
        <w:rPr>
          <w:b/>
        </w:rPr>
        <w:t xml:space="preserve">[46:32] </w:t>
      </w:r>
      <w:r>
        <w:t>aur half afdinaight</w:t>
      </w:r>
    </w:p>
    <w:p>
      <w:pPr>
        <w:jc w:val="right"/>
      </w:pPr>
      <w:r>
        <w:t>اور ہاف افدانائٹ</w:t>
      </w:r>
    </w:p>
    <w:p>
      <w:r>
        <w:rPr>
          <w:b/>
        </w:rPr>
        <w:t xml:space="preserve">[46:38] </w:t>
      </w:r>
      <w:r>
        <w:t>and sometimes win thardafat</w:t>
      </w:r>
    </w:p>
    <w:p>
      <w:pPr>
        <w:jc w:val="right"/>
      </w:pPr>
      <w:r>
        <w:t>اینڈسمٹائمز ونتھرڈافاٹ</w:t>
      </w:r>
    </w:p>
    <w:p>
      <w:r>
        <w:rPr>
          <w:b/>
        </w:rPr>
        <w:t xml:space="preserve">[46:43] </w:t>
      </w:r>
      <w:r>
        <w:t xml:space="preserve">a group of those who are due. the prophet is told here that you pray sometimes half of night, sometimes more than that, sometimes more than that, and a tiny group of companions also stand due. </w:t>
      </w:r>
    </w:p>
    <w:p>
      <w:pPr>
        <w:jc w:val="right"/>
      </w:pPr>
      <w:r>
        <w:t>ایزاگروپاف دوزہو آرودیو۔ داپرافٹ از ٹولڈہیردیٹ یو پری سمٹائمزہافافدانائٹ،سمٹائملیسدیندیٹ،سمٹائمموردیندیٹ، اینڈ اٹائنیگروپافصحابہ الس و سٹینڈودیو۔</w:t>
      </w:r>
    </w:p>
    <w:p>
      <w:r>
        <w:rPr>
          <w:b/>
        </w:rPr>
        <w:t xml:space="preserve">[47:03] </w:t>
      </w:r>
      <w:r>
        <w:t>small group of companions. this is very beginning of my period. ji, aleemah allah a laikum</w:t>
      </w:r>
    </w:p>
    <w:p>
      <w:pPr>
        <w:jc w:val="right"/>
      </w:pPr>
      <w:r>
        <w:t>سمالگروپافصحابہ۔دس از ویریبگننگ اف م کن پیریڈ۔ جی، علیمہ اللہ ع لیکم</w:t>
      </w:r>
    </w:p>
    <w:p>
      <w:r>
        <w:rPr>
          <w:b/>
        </w:rPr>
        <w:t xml:space="preserve">[47:20] </w:t>
      </w:r>
      <w:r>
        <w:t>from quran.</w:t>
      </w:r>
    </w:p>
    <w:p>
      <w:pPr>
        <w:jc w:val="right"/>
      </w:pPr>
      <w:r>
        <w:t>من القرآن۔</w:t>
      </w:r>
    </w:p>
    <w:p>
      <w:r>
        <w:rPr>
          <w:b/>
        </w:rPr>
        <w:t xml:space="preserve">[47:26] </w:t>
      </w:r>
      <w:r>
        <w:t>he knows that you will not be able to do at</w:t>
      </w:r>
    </w:p>
    <w:p>
      <w:pPr>
        <w:jc w:val="right"/>
      </w:pPr>
      <w:r>
        <w:t>ہی نوز دیٹیوویلناٹبیایبلٹوڈواٹ</w:t>
      </w:r>
    </w:p>
    <w:p>
      <w:r>
        <w:rPr>
          <w:b/>
        </w:rPr>
        <w:t xml:space="preserve">[47:32] </w:t>
      </w:r>
      <w:r>
        <w:t>. allah knows that you will not be able to do at . he knows that you will not be able to do at. you will not be able to stand and pray for a night. aleikum. so he turned to one more side.</w:t>
      </w:r>
    </w:p>
    <w:p>
      <w:pPr>
        <w:jc w:val="right"/>
      </w:pPr>
      <w:r>
        <w:t>۔ اللہ نوزدیٹیوویلناٹبیایبلٹوڈواٹ ۔ہینوزدیٹیوویلناٹبیایبلٹوڈواٹ۔ یوویلناٹبیایبلٹوسٹینڈان پریئرفار النائٹ۔ع لیکم۔سوہی ٹرنڈ ٹویوانمر سی۔</w:t>
      </w:r>
    </w:p>
    <w:p>
      <w:r>
        <w:rPr>
          <w:b/>
        </w:rPr>
        <w:t xml:space="preserve">[47:46] </w:t>
      </w:r>
      <w:r>
        <w:t>so recite as much quran as easily you can do . so so relaxation has been given here. ah it's not</w:t>
      </w:r>
    </w:p>
    <w:p>
      <w:pPr>
        <w:jc w:val="right"/>
      </w:pPr>
      <w:r>
        <w:t>سوریسائیڈ ایزمچقرآن ایز ایزیلییوکینڈو ۔سو سو ریلیکسیشنہیزبین گیون ہیر۔ اہاٹسناٹ</w:t>
      </w:r>
    </w:p>
    <w:p>
      <w:r>
        <w:rPr>
          <w:b/>
        </w:rPr>
        <w:t xml:space="preserve">[47:57] </w:t>
      </w:r>
      <w:r>
        <w:t>obligatory. actually in the beginning, ji when command for tahajjud was given, it was obligatory because five daily prayers were not there.</w:t>
      </w:r>
    </w:p>
    <w:p>
      <w:pPr>
        <w:jc w:val="right"/>
      </w:pPr>
      <w:r>
        <w:t>ابلیگیٹری۔ایکچولیاندابگننگ، جی وین کمانڈفار تہجد وازگیون،اٹوازابلیگیٹری بیکاز فائیوڈیلیپریئرزوارناٹدیر۔</w:t>
      </w:r>
    </w:p>
    <w:p>
      <w:r>
        <w:rPr>
          <w:b/>
        </w:rPr>
        <w:t xml:space="preserve">[48:08] </w:t>
      </w:r>
      <w:r>
        <w:t>but some ulama say after one year, ah this was not obligatory, and it was a sort of voluntary prayer.</w:t>
      </w:r>
    </w:p>
    <w:p>
      <w:pPr>
        <w:jc w:val="right"/>
      </w:pPr>
      <w:r>
        <w:t>بٹ سم علم اءسیزافٹرون ایئر، اہدسواز ناٹابلیگیٹری، اینڈاٹواز اسورٹافوالنٹری پریئر۔</w:t>
      </w:r>
    </w:p>
    <w:p>
      <w:r>
        <w:rPr>
          <w:b/>
        </w:rPr>
        <w:t xml:space="preserve">[48:28] </w:t>
      </w:r>
      <w:r>
        <w:t>wallah yuqaddar al-layla wa al-nahar.</w:t>
      </w:r>
    </w:p>
    <w:p>
      <w:pPr>
        <w:jc w:val="right"/>
      </w:pPr>
      <w:r>
        <w:t>واللہ یقدر اللیل والنہار۔</w:t>
      </w:r>
    </w:p>
    <w:p>
      <w:r>
        <w:rPr>
          <w:b/>
        </w:rPr>
        <w:t xml:space="preserve">[48:31] </w:t>
      </w:r>
      <w:r>
        <w:t>allah determines measures night and day. so everything is determined and planned by allah . as you know that nothing happens in this world and it's not known. even a drop of water doesn't fall and it's not known, or a leaf doesn't fall and it's not known.</w:t>
      </w:r>
    </w:p>
    <w:p>
      <w:pPr>
        <w:jc w:val="right"/>
      </w:pPr>
      <w:r>
        <w:t>اللہ ڈیٹرمنز می ژرز نائٹاینڈڈے۔ سو ایوریتھنگاز ڈیٹرمنڈاینڈپلانڈ بائیاللہ ۔ ایزوینو دیٹنتھنگہیپنز ان دسورلڈ اناٹساون۔ایوناڈراپافوا ٹر ڈزنٹفال اناٹساون،اور ا لیف ڈزنٹفال اناٹساون۔</w:t>
      </w:r>
    </w:p>
    <w:p>
      <w:r>
        <w:rPr>
          <w:b/>
        </w:rPr>
        <w:t xml:space="preserve">[48:51] </w:t>
      </w:r>
      <w:r>
        <w:t>aleemah in mardah. he knows that there will be some among you who may be sick</w:t>
      </w:r>
    </w:p>
    <w:p>
      <w:pPr>
        <w:jc w:val="right"/>
      </w:pPr>
      <w:r>
        <w:t>علیمہ ان مرد ہ۔ ہی نوزدیٹ دیربی سم امنگیو ہو میبیسیک</w:t>
      </w:r>
    </w:p>
    <w:p>
      <w:r>
        <w:rPr>
          <w:b/>
        </w:rPr>
        <w:t xml:space="preserve">[49:01] </w:t>
      </w:r>
      <w:r>
        <w:t>. so there is no obligation for the sick people who are not in a position to pray at night. wa akharoon min fadl allah .</w:t>
      </w:r>
    </w:p>
    <w:p>
      <w:pPr>
        <w:jc w:val="right"/>
      </w:pPr>
      <w:r>
        <w:t>۔ سو دیرازنوابلیگی شن فار داسیکپیپل ہوآرناٹاناپوزیشنٹو پریایٹنائٹ۔ وا خرون منفض لاللہ ۔</w:t>
      </w:r>
    </w:p>
    <w:p>
      <w:r>
        <w:rPr>
          <w:b/>
        </w:rPr>
        <w:t xml:space="preserve">[49:13] </w:t>
      </w:r>
      <w:r>
        <w:t>and there are others who will be travelling through the land, seeking allah's bounty for their livelihood, for their business, for their job .</w:t>
      </w:r>
    </w:p>
    <w:p>
      <w:pPr>
        <w:jc w:val="right"/>
      </w:pPr>
      <w:r>
        <w:t>اینڈدیرارادر ہوویلبی ٹریولنگ تھرودالینڈ ،سیکنگاللہ با ؤنڈٹی فار دیر لائیولیہڈ ،فار دیربزنس ،فار دیرجاب ۔</w:t>
      </w:r>
    </w:p>
    <w:p>
      <w:r>
        <w:rPr>
          <w:b/>
        </w:rPr>
        <w:t xml:space="preserve">[49:24] </w:t>
      </w:r>
      <w:r>
        <w:t>min fadl allah seeking god's bounty. they travel in pursuit of their livelihood for business or job . wa akharoon yuqatiloon fi sabil allah .</w:t>
      </w:r>
    </w:p>
    <w:p>
      <w:pPr>
        <w:jc w:val="right"/>
      </w:pPr>
      <w:r>
        <w:t>منفضلاللہسیکنگگاڈزباؤنڈٹی۔ دےٹریول انپرسوٹافدیرلائیولیہڈ فار بزنس اورجاب ۔ وا خرون یقات لون فی سبیل اللہ ۔</w:t>
      </w:r>
    </w:p>
    <w:p>
      <w:r>
        <w:rPr>
          <w:b/>
        </w:rPr>
        <w:t xml:space="preserve">[49:35] </w:t>
      </w:r>
      <w:r>
        <w:t>and others are fighting in cause of Allah. The word yuqatiloon should be understood today as da'wah work, because in those times people used to fight,</w:t>
      </w:r>
    </w:p>
    <w:p>
      <w:pPr>
        <w:jc w:val="right"/>
      </w:pPr>
      <w:r>
        <w:t>اینڈادر ار فائٹنگانداکازاف اللہ ۔ داورڈ یقات لون شوڈبیانڈ رسٹڈٹوڈے ایزدعویٰورک، بیکازاندوز ٹائم پیپلیوزٹوفائٹ،</w:t>
      </w:r>
    </w:p>
    <w:p>
      <w:r>
        <w:rPr>
          <w:b/>
        </w:rPr>
        <w:t xml:space="preserve">[49:50] </w:t>
      </w:r>
      <w:r>
        <w:t>because that was a closed society, and ah ah openness was not there. ah</w:t>
      </w:r>
    </w:p>
    <w:p>
      <w:pPr>
        <w:jc w:val="right"/>
      </w:pPr>
      <w:r>
        <w:t>بیکاز دیٹواز ا کلوزڈسوسائٹی، اینڈ اہاہدااوپننسوازناٹ دیر۔ اہ</w:t>
      </w:r>
    </w:p>
    <w:p>
      <w:r>
        <w:rPr>
          <w:b/>
        </w:rPr>
        <w:t xml:space="preserve">[49:59] </w:t>
      </w:r>
      <w:r>
        <w:t>today, ah if we go somewhere for da'wah purpose, people will welcome us . if you give quran, if you give quran to somebody, they will say: "thank you, i wanted to get a copy since long, and i wanted to read it." but in those days, people used to fight , because that was a different age . so this was age</w:t>
      </w:r>
    </w:p>
    <w:p>
      <w:pPr>
        <w:jc w:val="right"/>
      </w:pPr>
      <w:r>
        <w:t>ٹوڈے، اہ اف وی گو سم ویر فار دعویٰپرپس، پیپل ویلویلکماس ۔ افیوگوقرآن،افیوگیوقرآنٹوسمبڈی، دےویلسے:"تھینکیو، ائیوانٹڈ ٹوگیٹاکاپی سنسلانگ، اینڈائیوانٹڈٹوریڈاٹ۔"بٹ اندوز ڈیز،پیپلیوزٹوفائٹ ، بیکاز دیٹوازاڈفرنٹ ایج ۔سودسوازایج</w:t>
      </w:r>
    </w:p>
    <w:p>
      <w:r>
        <w:rPr>
          <w:b/>
        </w:rPr>
        <w:t xml:space="preserve">[50:21] </w:t>
      </w:r>
      <w:r>
        <w:t>factor . so today, it should be understood as a qital, should be understood as da'wah work.</w:t>
      </w:r>
    </w:p>
    <w:p>
      <w:pPr>
        <w:jc w:val="right"/>
      </w:pPr>
      <w:r>
        <w:t>فیکٹر ۔ سو ٹوڈے،اٹشوڈبی انڈرسٹڈ ایز ا قتال،شوڈبیانڈرسٹڈایزدعویٰورک۔</w:t>
      </w:r>
    </w:p>
    <w:p>
      <w:r>
        <w:rPr>
          <w:b/>
        </w:rPr>
        <w:t xml:space="preserve">[50:32] </w:t>
      </w:r>
      <w:r>
        <w:t>wa akharoon yuqatiloon fi sabil allah . literally, it means that and others are fighting in cause of allah . it should be read as others are doing da'wah work in cause of allah</w:t>
      </w:r>
    </w:p>
    <w:p>
      <w:pPr>
        <w:jc w:val="right"/>
      </w:pPr>
      <w:r>
        <w:t>وا خرون یقاتلون فیسبیل اللہ ۔ لٹرلی،اٹمینزدیٹ این ڈادر ارفائٹنگانداکازاف اللہ ۔اٹشوڈبی ریڈ ایزادر ار ڈوئنگ دعویٰورکانداکازافاللہ</w:t>
      </w:r>
    </w:p>
    <w:p>
      <w:r>
        <w:rPr>
          <w:b/>
        </w:rPr>
        <w:t xml:space="preserve">[50:45] </w:t>
      </w:r>
      <w:r>
        <w:t>. very important point, doctor sahib, because today muslims are fighting in many places. they are not fighting because of da'wah, they are fighting for land.</w:t>
      </w:r>
    </w:p>
    <w:p>
      <w:pPr>
        <w:jc w:val="right"/>
      </w:pPr>
      <w:r>
        <w:t>۔ ویریامپورٹنٹ پوائنٹ،ڈاکٹرصاحب،بیکازٹوڈےمسلمزارفائٹنگ انمینیپلیسز۔ دےآرناٹ فائٹنگبیکازافدعویٰ، دےآرفائٹنگفار لینڈ۔</w:t>
      </w:r>
    </w:p>
    <w:p>
      <w:r>
        <w:rPr>
          <w:b/>
        </w:rPr>
        <w:t xml:space="preserve">[50:56] </w:t>
      </w:r>
      <w:r>
        <w:t>so that doesn't fall under this. so this is a very big misconception, which should be understood, because today we are living in an age of peace, an age of freedom.</w:t>
      </w:r>
    </w:p>
    <w:p>
      <w:pPr>
        <w:jc w:val="right"/>
      </w:pPr>
      <w:r>
        <w:t>سو دیٹڈزنٹفالاندس۔ سو دسازاویری بگمس کنسیپشن،وچشوڈبیانڈرسٹڈ، بیکازٹوڈےویآر لیونگاناایجافپیس، اایجاففریڈم۔</w:t>
      </w:r>
    </w:p>
    <w:p>
      <w:r>
        <w:rPr>
          <w:b/>
        </w:rPr>
        <w:t xml:space="preserve">[51:08] </w:t>
      </w:r>
      <w:r>
        <w:t>ah no one will fight you if you present quran to to . i think no, no, nobody . very seldom somebody says: "no, i will not take." hum log khud bhi experience karte hain.</w:t>
      </w:r>
    </w:p>
    <w:p>
      <w:pPr>
        <w:jc w:val="right"/>
      </w:pPr>
      <w:r>
        <w:t>اہنوونویلفائٹ یو افیوپریزنٹقرآنٹو ٹو ۔ائیتھنکنو،نو، نوبڈی ۔ ویری سیلڈمسمبڈیسے:"نو،ائیویلناٹٹیک۔" ہملوگخودبھیایکسپیرینسکرتےہیں۔</w:t>
      </w:r>
    </w:p>
    <w:p>
      <w:r>
        <w:rPr>
          <w:b/>
        </w:rPr>
        <w:t xml:space="preserve">[51:19] </w:t>
      </w:r>
      <w:r>
        <w:t>doctor sahib, koi aisa nahin kehta ke woh ladne lage wapas. ji bilkul, to woh zamana chala gaya. so it says: "</w:t>
      </w:r>
    </w:p>
    <w:p>
      <w:pPr>
        <w:jc w:val="right"/>
      </w:pPr>
      <w:r>
        <w:t>ڈاکٹرصاحب،کوئیایسانہیںکہتاکہوہ لڑنےلگےاپسے۔جیبالکل، تووہ زمان ہچلاگیا۔ سو اٹسیز:"</w:t>
      </w:r>
    </w:p>
    <w:p>
      <w:r>
        <w:rPr>
          <w:b/>
        </w:rPr>
        <w:t xml:space="preserve">[51:27] </w:t>
      </w:r>
      <w:r>
        <w:t>whatever quran you can read easily, if you are traveler or you are sick.</w:t>
      </w:r>
    </w:p>
    <w:p>
      <w:pPr>
        <w:jc w:val="right"/>
      </w:pPr>
      <w:r>
        <w:t>واٹایورقرآن یو کینریڈ ایزیلی، افیوآر ٹریولراوریوآر سیک۔</w:t>
      </w:r>
    </w:p>
    <w:p>
      <w:r>
        <w:rPr>
          <w:b/>
        </w:rPr>
        <w:t xml:space="preserve">[51:36] </w:t>
      </w:r>
      <w:r>
        <w:t>so whatever quran you can easily read, you can read: al salat zakat, allah perform prayer, give charity, and give allah good loan.</w:t>
      </w:r>
    </w:p>
    <w:p>
      <w:pPr>
        <w:jc w:val="right"/>
      </w:pPr>
      <w:r>
        <w:t>"سو واٹایورقرآنیوکینایزیلیریڈ، یوکینریڈ:"ال صلوۃز کوۃ، اللہ پرفارمپریئر،گیوچیری ٹی، اینڈگیواللہ اگڈلیلون۔</w:t>
      </w:r>
    </w:p>
    <w:p>
      <w:r>
        <w:rPr>
          <w:b/>
        </w:rPr>
        <w:t xml:space="preserve">[51:49] </w:t>
      </w:r>
      <w:r>
        <w:t>good loan means the to give loan to someone without expecting return, without expecting interest, or even principal.</w:t>
      </w:r>
    </w:p>
    <w:p>
      <w:pPr>
        <w:jc w:val="right"/>
      </w:pPr>
      <w:r>
        <w:t>" گڈلیلوناور قرضحسنمینز دی ٹیوگیو لونٹوسمون وداؤٹ ایکسپیکٹنگریٹرن، وداؤٹایکس پیکٹنگانٹرسٹ، اورایونپرنسپل۔</w:t>
      </w:r>
    </w:p>
    <w:p>
      <w:r>
        <w:rPr>
          <w:b/>
        </w:rPr>
        <w:t xml:space="preserve">[52:01] </w:t>
      </w:r>
      <w:r>
        <w:t>you, you, you are not expecting, especially for the cause of dawah, for the cause of ah ah hadar ah need of community.</w:t>
      </w:r>
    </w:p>
    <w:p>
      <w:pPr>
        <w:jc w:val="right"/>
      </w:pPr>
      <w:r>
        <w:t>یو، یو،یوآرناٹایکسپیکٹنگ، اسپیشلی فار دیکازاف دعویٰ،فاردیکازاف اہ اہادر اہنیڈ اف کمیون ٹی۔</w:t>
      </w:r>
    </w:p>
    <w:p>
      <w:r>
        <w:rPr>
          <w:b/>
        </w:rPr>
        <w:t xml:space="preserve">[52:12] </w:t>
      </w:r>
      <w:r>
        <w:t>to god has calling at qarz hasan, yani allah ta'ala keh raha hai ke mujhe qarz-e-hasan do. hmm,</w:t>
      </w:r>
    </w:p>
    <w:p>
      <w:pPr>
        <w:jc w:val="right"/>
      </w:pPr>
      <w:r>
        <w:t>تو گاڈاز کالنگاٹ قرضحس ن، یعنی اللہ تعالیکہہرہاہےکہمجھےقرضحسندو ۔ ہمم،</w:t>
      </w:r>
    </w:p>
    <w:p>
      <w:r>
        <w:rPr>
          <w:b/>
        </w:rPr>
        <w:t xml:space="preserve">[52:20] </w:t>
      </w:r>
      <w:r>
        <w:t>don't expect its reward. but in the next verse, it says: "man khairullah." this is very important: whatever you send forth for yourselves, you will find it at god.</w:t>
      </w:r>
    </w:p>
    <w:p>
      <w:pPr>
        <w:jc w:val="right"/>
      </w:pPr>
      <w:r>
        <w:t>ڈونٹایکسپیکٹ اٹس ریوارڈ۔ بٹ اندانیکسٹو رس، اٹسیز: " من خیر اللہ ۔" دسازویریامپورٹنٹ:واٹایوریوسینڈ فورتھ فار یورس ولز، یوویلفائنڈاٹودگاڈ۔</w:t>
      </w:r>
    </w:p>
    <w:p>
      <w:r>
        <w:rPr>
          <w:b/>
        </w:rPr>
        <w:t xml:space="preserve">[52:38] </w:t>
      </w:r>
      <w:r>
        <w:t>hmm,</w:t>
      </w:r>
    </w:p>
    <w:p>
      <w:pPr>
        <w:jc w:val="right"/>
      </w:pPr>
      <w:r>
        <w:t>ہمم،</w:t>
      </w:r>
    </w:p>
    <w:p>
      <w:r>
        <w:rPr>
          <w:b/>
        </w:rPr>
        <w:t xml:space="preserve">[52:41] </w:t>
      </w:r>
      <w:r>
        <w:t>khair wa'zuma ajra, and it will be improved and richly rewarded by him.</w:t>
      </w:r>
    </w:p>
    <w:p>
      <w:pPr>
        <w:jc w:val="right"/>
      </w:pPr>
      <w:r>
        <w:t>خیرواعظماجرا،اینڈاٹویلبیامپرووڈ اینڈرچلی ریوارڈڈ بائیہم۔</w:t>
      </w:r>
    </w:p>
    <w:p>
      <w:r>
        <w:rPr>
          <w:b/>
        </w:rPr>
        <w:t xml:space="preserve">[52:46] </w:t>
      </w:r>
      <w:r>
        <w:t>so, so if you ah give in the cause of allah, you will not receive reward here, but in the hereafter, it will be multiplied. it has mentioned that if somebody ah had a bad deed, god counts it one.</w:t>
      </w:r>
    </w:p>
    <w:p>
      <w:pPr>
        <w:jc w:val="right"/>
      </w:pPr>
      <w:r>
        <w:t>سو ، سوافیو اہ گیوانداکازاف اللہ ، یوویلناٹ ریسیو ریوارڈہیر،بٹانداہیئراف ٹر، اٹویلبیملٹیپلائیڈ۔اٹازمینشندیٹاف سمبڈی اہڈز ا بیڈڈیڈ، گاڈکاؤنٹساٹون۔</w:t>
      </w:r>
    </w:p>
    <w:p>
      <w:r>
        <w:rPr>
          <w:b/>
        </w:rPr>
        <w:t xml:space="preserve">[53:02] </w:t>
      </w:r>
      <w:r>
        <w:t>hmm, but if somebody do a good deed, he gave 10 rewards. ji, and that is the minimum.</w:t>
      </w:r>
    </w:p>
    <w:p>
      <w:pPr>
        <w:jc w:val="right"/>
      </w:pPr>
      <w:r>
        <w:t>ہمم،بٹافسمبڈی ڈو اگڈڈیڈ، ہی گیو 10ریوارڈز۔ جی، اینڈ دیٹازدامن یمم۔</w:t>
      </w:r>
    </w:p>
    <w:p>
      <w:r>
        <w:rPr>
          <w:b/>
        </w:rPr>
        <w:t xml:space="preserve">[53:10] </w:t>
      </w:r>
      <w:r>
        <w:t>hmm, it can go up to unlimited. hmm, but be</w:t>
      </w:r>
    </w:p>
    <w:p>
      <w:pPr>
        <w:jc w:val="right"/>
      </w:pPr>
      <w:r>
        <w:t>ہمم، اٹکینگو اپٹوانلمیٹڈ۔ ہم م،بٹبی</w:t>
      </w:r>
    </w:p>
    <w:p>
      <w:r>
        <w:rPr>
          <w:b/>
        </w:rPr>
        <w:t xml:space="preserve">[53:15] </w:t>
      </w:r>
      <w:r>
        <w:t>deed is one. so it is a ah ah dawah way ah allah multiplies the good deeds for the believers.</w:t>
      </w:r>
    </w:p>
    <w:p>
      <w:pPr>
        <w:jc w:val="right"/>
      </w:pPr>
      <w:r>
        <w:t>ڈڈیڈازون۔سودی ٹاز ا ہ اہدا وے اہ اللہ ملٹیپلائز دی گڈڈیڈزفار دا بیلیورز۔</w:t>
      </w:r>
    </w:p>
    <w:p>
      <w:r>
        <w:rPr>
          <w:b/>
        </w:rPr>
        <w:t xml:space="preserve">[53:24] </w:t>
      </w:r>
      <w:r>
        <w:t>wa'staghfirullah, and allah ghafoor raheem, and seek god's forgiveness. he is the most forgiving and most merciful. so don't forget to seek god's forgiveness.</w:t>
      </w:r>
    </w:p>
    <w:p>
      <w:pPr>
        <w:jc w:val="right"/>
      </w:pPr>
      <w:r>
        <w:t>واستغفر اللہ،ان اللہ غفور الرحیم، اینڈسیکگاڈزفorgiveness ۔ہیازداموسٹفorgivingاینڈموسٹ merciful ۔ سوڈونٹ فارگیٹٹو سیک گاڈزفorgiveness ۔</w:t>
      </w:r>
    </w:p>
    <w:p>
      <w:r>
        <w:rPr>
          <w:b/>
        </w:rPr>
        <w:t xml:space="preserve">[53:35] </w:t>
      </w:r>
      <w:r>
        <w:t>he is the most merciful and most compassionate. so here the surah ends.</w:t>
      </w:r>
    </w:p>
    <w:p>
      <w:pPr>
        <w:jc w:val="right"/>
      </w:pPr>
      <w:r>
        <w:t>ہیازداموسٹ merciful اینڈ موسٹ compassionate۔ سو ہیر دی سورۃ اینڈز۔</w:t>
      </w:r>
    </w:p>
    <w:p>
      <w:r>
        <w:rPr>
          <w:b/>
        </w:rPr>
        <w:t xml:space="preserve">[53:44] </w:t>
      </w:r>
      <w:r>
        <w:t>it's a very motivating surah, and particularly for those who are in the field of dawah.</w:t>
      </w:r>
    </w:p>
    <w:p>
      <w:pPr>
        <w:jc w:val="right"/>
      </w:pPr>
      <w:r>
        <w:t>اٹساویریموٹیویٹنگسورۃ، اینڈپرٹیکولرلی فار دوز ہوآراندافیلڈاف دعویٰ۔</w:t>
      </w:r>
    </w:p>
    <w:p>
      <w:r>
        <w:rPr>
          <w:b/>
        </w:rPr>
        <w:t xml:space="preserve">[53:51] </w:t>
      </w:r>
      <w:r>
        <w:t>ah, so jaise is mein aya: "wa'btal ilaihi tabdila" ke har cheez se kat kar, ah ah allah ke taraf rukh karo.</w:t>
      </w:r>
    </w:p>
    <w:p>
      <w:pPr>
        <w:jc w:val="right"/>
      </w:pPr>
      <w:r>
        <w:t>اہ،سو جیسے اس میں ایا:"وت بت ل الیہ تبدیلہ" کہہرچیزسے کٹکے ،اہ اہ اللہ کے طرف رخکرو۔</w:t>
      </w:r>
    </w:p>
    <w:p>
      <w:r>
        <w:rPr>
          <w:b/>
        </w:rPr>
        <w:t xml:space="preserve">[54:04] </w:t>
      </w:r>
      <w:r>
        <w:t>to hum allah se dua karte hain ke humein bhi is ki tofeeq de ke hum</w:t>
      </w:r>
    </w:p>
    <w:p>
      <w:pPr>
        <w:jc w:val="right"/>
      </w:pPr>
      <w:r>
        <w:t>تو ہم اللہ سے دعاکرتے ہیںکہہمیںبھی اسکیتوفیق دے کہہم</w:t>
      </w:r>
    </w:p>
    <w:p>
      <w:r>
        <w:rPr>
          <w:b/>
        </w:rPr>
        <w:t xml:space="preserve">[54:11] </w:t>
      </w:r>
      <w:r>
        <w:t>har cheez se kat kar aur allah ki taraf ah ah jud jayein. aur jis tarah is mein dawah ke kaam ke liye qaul-e-thaqeel ka lafz aya ke ek heavy word, heavy responsibility. to allah ta'ala humein tofeeq de ke hum</w:t>
      </w:r>
    </w:p>
    <w:p>
      <w:pPr>
        <w:jc w:val="right"/>
      </w:pPr>
      <w:r>
        <w:t>ہر چیزسےکٹیں اور اللہ کی طرف اہ اہ جڑجائیں۔ اور جسطرح اسمیں دعوتیکامکےلیے قولا ثقیلہکالفظایا کہ ایک ہیویورڈ،ہیویریسپانسبیلٹی۔تواللہ تعالیہمیںتوفیقدے کہہم</w:t>
      </w:r>
    </w:p>
    <w:p>
      <w:r>
        <w:rPr>
          <w:b/>
        </w:rPr>
        <w:t xml:space="preserve">[54:28] </w:t>
      </w:r>
      <w:r>
        <w:t>is heavy responsibility ko ada kar sakein aur dawah zimmedari ko ada kar sakein. aur jo mad'u ki taraf se koi unpleasant baatein pesh aati hain, to is mein hijr-e-jameel ah ka mamla karein.</w:t>
      </w:r>
    </w:p>
    <w:p>
      <w:pPr>
        <w:jc w:val="right"/>
      </w:pPr>
      <w:r>
        <w:t>اس ہیویریسپانسبیلٹیکوادا کرسکیں اور دعوتیذمہداریکو ادا کرسکیں۔ اور جو مد عوکیطرف سےکوئی انپلیزنٹ باتیںپیش اتیہیں،تواسمیںحجر جمیل اہ کامعاملہ کریں۔</w:t>
      </w:r>
    </w:p>
    <w:p>
      <w:r>
        <w:rPr>
          <w:b/>
        </w:rPr>
        <w:t xml:space="preserve">[54:43] </w:t>
      </w:r>
      <w:r>
        <w:t>ah, aur yeh tofeeq ata farmayein ke hum</w:t>
      </w:r>
    </w:p>
    <w:p>
      <w:pPr>
        <w:jc w:val="right"/>
      </w:pPr>
      <w:r>
        <w:t>اہ، اور یہ توفیقعطافرمائیںکہہم</w:t>
      </w:r>
    </w:p>
    <w:p>
      <w:r>
        <w:rPr>
          <w:b/>
        </w:rPr>
        <w:t xml:space="preserve">[54:47] </w:t>
      </w:r>
      <w:r>
        <w:t>ah mad'u se hijr-e-jameel ka mamla karein.</w:t>
      </w:r>
    </w:p>
    <w:p>
      <w:pPr>
        <w:jc w:val="right"/>
      </w:pPr>
      <w:r>
        <w:t>اہ مدعوسے حجر جمیل کامعاملہکریں۔</w:t>
      </w:r>
    </w:p>
    <w:p>
      <w:r>
        <w:rPr>
          <w:b/>
        </w:rPr>
        <w:t xml:space="preserve">[54:52] </w:t>
      </w:r>
      <w:r>
        <w:t>isi tarah is surah mein khuda ko yaad karne ke liye kaha gaya hai: "wa'zkur isma rabbika" ke apne rabb ko yaad karo</w:t>
      </w:r>
    </w:p>
    <w:p>
      <w:pPr>
        <w:jc w:val="right"/>
      </w:pPr>
      <w:r>
        <w:t>اسیطرح اسسورتمیں خداکو یاد کرنے کےلیے کہاگیاہے:"وذکراسم ربک" کہ اپنے ربکویادکرو</w:t>
      </w:r>
    </w:p>
    <w:p>
      <w:r>
        <w:rPr>
          <w:b/>
        </w:rPr>
        <w:t xml:space="preserve">[55:00] </w:t>
      </w:r>
      <w:r>
        <w:t>toh allah ta'ala ne yeh hukm diya hai. toh hum, hum, humein jo nematein mili hui hain, jo blessings humein mili hui hain, allah ta'ala humein yeh tofeeq ata farmaye ke hum in blessings ah ka shukr ada kar sakein.</w:t>
      </w:r>
    </w:p>
    <w:p>
      <w:pPr>
        <w:jc w:val="right"/>
      </w:pPr>
      <w:r>
        <w:t>۔ تواللہ تعالی نے یہحکمدیا ہے۔ تو ہم، ہم، ہمیںجو نعمتیںملی ہوئیہیں،جوبلیسنگزہمیںملی ہوئیہیں، اللہ تعالیہمیںیہتوفیقعطافرمائےکہہمانبلیسنگز اہکاشکراداکرسکیں۔</w:t>
      </w:r>
    </w:p>
    <w:p>
      <w:r>
        <w:rPr>
          <w:b/>
        </w:rPr>
        <w:t xml:space="preserve">[55:15] </w:t>
      </w:r>
      <w:r>
        <w:t>ah, aur is mein jaise tahajjud ko allah ta'ala ne ghaur-o-fikr ke liye, tadabbur karne ke liye ah bataya hai, toh allah humein yeh tofeeq de ke hum ah yeh mauqa ko istemal karein aur raat ko ibadat karein. toh allah ta'ala humein yeh tofeeq de. aur agar dekha jaye toh Maulana ka jo mission tha, woh sara ka sara Surah Muzammil</w:t>
      </w:r>
    </w:p>
    <w:p>
      <w:pPr>
        <w:jc w:val="right"/>
      </w:pPr>
      <w:r>
        <w:t>اہ ،اور اسمیں جیسےتہجد کو اللہ تعالینے غوروفکرکےلیے، تدبر کرنےکےلیے اہ بتایاہے،تواللہ ہمیںیہ توفیق دے کہہم اہ یہ موقعکواستعمال کریںاورراتکو عبادت کریں۔تواللہتعالیہمیںیہتوفیقدے۔اور اگر دیکھاجائےتو مول اناکاجومشنتھا، وہساراکاسارا سورہ المزمل</w:t>
      </w:r>
    </w:p>
    <w:p>
      <w:r>
        <w:rPr>
          <w:b/>
        </w:rPr>
        <w:t xml:space="preserve">[55:39] </w:t>
      </w:r>
      <w:r>
        <w:t>par hi based tha. ji, isi pattern par tha. ji, aur Maulana ki jo sari kitaabein hain, sara jo literature hai, woh darasal Surah Muzammil ki tafseer hai.</w:t>
      </w:r>
    </w:p>
    <w:p>
      <w:pPr>
        <w:jc w:val="right"/>
      </w:pPr>
      <w:r>
        <w:t>پہہیبیسڈتھا۔ جی،اسیپیٹرنپہتھا۔ جی،اور مول اناکیجوساریکتاب یںہیں،ساراجولٹریچرہے، وہ دراصل سورہ المزمل کیتفسیرہے۔</w:t>
      </w:r>
    </w:p>
    <w:p>
      <w:r>
        <w:rPr>
          <w:b/>
        </w:rPr>
        <w:t xml:space="preserve">[55:47] </w:t>
      </w:r>
      <w:r>
        <w:t>ji, tuallah taala molana ke darjaat buland kare aur akhirat mein humein bhi yeh tofeeq de ke hum sab wahan milein, ikhatta hon aur molana bhi wahan hon, inshallah.</w:t>
      </w:r>
    </w:p>
    <w:p>
      <w:pPr>
        <w:jc w:val="right"/>
      </w:pPr>
      <w:r>
        <w:t>جی،تواللہتعالیمول اناکےدرج ات بلندکرے اور اخرتمیںہمیںبھییہتوفیقدےکہہم سب وہاںملیں، اکٹھاہوںاورمول انابھیوہاںہوں،انشاءاللہ۔</w:t>
      </w:r>
    </w:p>
    <w:p>
      <w:r>
        <w:rPr>
          <w:b/>
        </w:rPr>
        <w:t xml:space="preserve">[55:57] </w:t>
      </w:r>
      <w:r>
        <w:t>ji, rab na taqabool manaa, innaka tal-samiyul aleem, wa tub alayna, innaka antat tawwabur rahim. jazakallah, doctor</w:t>
      </w:r>
    </w:p>
    <w:p>
      <w:pPr>
        <w:jc w:val="right"/>
      </w:pPr>
      <w:r>
        <w:t>جی، رب ناتقبلمنا،انکانتالسمیعالعلیم، وت بعلینا،انکانت التوابالرحیم۔ جزاکاللہ،ڈاکٹر</w:t>
      </w:r>
    </w:p>
    <w:p>
      <w:r>
        <w:rPr>
          <w:b/>
        </w:rPr>
        <w:t xml:space="preserve">[56:05] </w:t>
      </w:r>
      <w:r>
        <w:t>sahib, for doing this important and beautiful session in surah al-muzammil. so, with this, we will end today's session. we will be back next sunday at 10:30 am. thank you.</w:t>
      </w:r>
    </w:p>
    <w:p>
      <w:pPr>
        <w:jc w:val="right"/>
      </w:pPr>
      <w:r>
        <w:t>صاحب،فارڈوئنگدس امپورٹنٹ اینڈ بیوٹیفل سیشن ان سورہ المزمل ۔ سو،وددس،ویویلاینڈ ٹوڈےسیشن۔ویبی بیکنیکسٹسنڈےایٹ 10:30اےایم۔تھینکیو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