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Hajj July 7, 2007</w:t>
      </w:r>
    </w:p>
    <w:p>
      <w:r>
        <w:t>https://youtu.be/SV2CfNml8ic</w:t>
      </w:r>
    </w:p>
    <w:p>
      <w:r>
        <w:rPr>
          <w:b/>
        </w:rPr>
        <w:t xml:space="preserve">[00:13] </w:t>
      </w:r>
      <w:r>
        <w:t>bismillah rahman rahim. wa salli Allahu ala nabiyyil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is waqt mujhe hajj ke bare mein kuch kehna hai.</w:t>
      </w:r>
    </w:p>
    <w:p>
      <w:pPr>
        <w:jc w:val="right"/>
      </w:pPr>
      <w:r>
        <w:t>اس وقت مجھے حج کے بارے میں کچھ کہنا ہے۔</w:t>
      </w:r>
    </w:p>
    <w:p>
      <w:r>
        <w:rPr>
          <w:b/>
        </w:rPr>
        <w:t xml:space="preserve">[00:40] </w:t>
      </w:r>
      <w:r>
        <w:t>jaisa ke maloom hai hajj Islam ke paanch arkan mein se aik rukan hai aur bohat bari ibadat hai.</w:t>
      </w:r>
    </w:p>
    <w:p>
      <w:pPr>
        <w:jc w:val="right"/>
      </w:pPr>
      <w:r>
        <w:t>جیسا کہ معلوم ہے حج اسلام کے پانچ ارکان میں سے ایک رکن ہے اور بہت بڑی عبادت ہے۔</w:t>
      </w:r>
    </w:p>
    <w:p>
      <w:r>
        <w:rPr>
          <w:b/>
        </w:rPr>
        <w:t xml:space="preserve">[00:52] </w:t>
      </w:r>
      <w:r>
        <w:t>hajj hijri calendar ke zulhijjah ke mahine mein hota hai aur is ke maqamat jo hain woh hijaz mein hain yani Makkah mein.</w:t>
      </w:r>
    </w:p>
    <w:p>
      <w:pPr>
        <w:jc w:val="right"/>
      </w:pPr>
      <w:r>
        <w:t>حج ہجری کیلنڈر کے ذوالحجہ کے مہینے میں ہوتا ہے اور اس کے مقامات جو ہیں وہ حجاز میں ہیں یعنی مکہ میں۔</w:t>
      </w:r>
    </w:p>
    <w:p>
      <w:r>
        <w:rPr>
          <w:b/>
        </w:rPr>
        <w:t xml:space="preserve">[01:07] </w:t>
      </w:r>
      <w:r>
        <w:t>hajj ke lafzi maani hain safar karna, qasd kar ke kahin jana. sirf yahi aik ibadat hai jis mein aadmi safar kar ke kahin pahunchta hai.</w:t>
      </w:r>
    </w:p>
    <w:p>
      <w:pPr>
        <w:jc w:val="right"/>
      </w:pPr>
      <w:r>
        <w:t>حج کے لفظی معنی ہیں سفر کرنا، قصد کر کے کہیں جانا۔ صرف یہی ایک عبادت ہے جس میں آدمی سفر کر کے کہیں پہنچتا ہے۔</w:t>
      </w:r>
    </w:p>
    <w:p>
      <w:r>
        <w:rPr>
          <w:b/>
        </w:rPr>
        <w:t xml:space="preserve">[01:23] </w:t>
      </w:r>
      <w:r>
        <w:t>to isi liye is ko hajj kaha jaane laga. woh ibadat jis mein aadmi ko safar kar ke maqam e hajj par pahuncha hai.</w:t>
      </w:r>
    </w:p>
    <w:p>
      <w:pPr>
        <w:jc w:val="right"/>
      </w:pPr>
      <w:r>
        <w:t>تو اسی لیے اس کو حج کہا جانے لگا۔ وہ عبادت جس میں آدمی کو سفر کر کے مقام حج پر پہنچا ہے۔</w:t>
      </w:r>
    </w:p>
    <w:p>
      <w:r>
        <w:rPr>
          <w:b/>
        </w:rPr>
        <w:t xml:space="preserve">[01:33] </w:t>
      </w:r>
      <w:r>
        <w:t>hajj ke bare mein</w:t>
      </w:r>
    </w:p>
    <w:p>
      <w:pPr>
        <w:jc w:val="right"/>
      </w:pPr>
      <w:r>
        <w:t>حج کے بارے میں</w:t>
      </w:r>
    </w:p>
    <w:p>
      <w:r>
        <w:rPr>
          <w:b/>
        </w:rPr>
        <w:t xml:space="preserve">[01:40] </w:t>
      </w:r>
      <w:r>
        <w:t>aata hai ke rasool Allah sal Allahu alaihi wasallam se poocha gaya ke hajj kya hai? to aap ne farmaya ke hajj sunnat e abul Ibrahim.</w:t>
      </w:r>
    </w:p>
    <w:p>
      <w:pPr>
        <w:jc w:val="right"/>
      </w:pPr>
      <w:r>
        <w:t>آتا ہے کہ رسول اللہ صلی اللہ علیہ وسلم سے پوچھا گیا کہ حج کیا ہے؟ تو آپ نے فرمایا کہ حج سنت ابیکم ابراہیم۔</w:t>
      </w:r>
    </w:p>
    <w:p>
      <w:r>
        <w:rPr>
          <w:b/>
        </w:rPr>
        <w:t xml:space="preserve">[01:52] </w:t>
      </w:r>
      <w:r>
        <w:t>hajj tumhare baap Ibrahim ki sunnat hai. y</w:t>
      </w:r>
    </w:p>
    <w:p>
      <w:pPr>
        <w:jc w:val="right"/>
      </w:pPr>
      <w:r>
        <w:t>حج تمہارے باپ ابراہیم کی سنت ہے۔ ی</w:t>
      </w:r>
    </w:p>
    <w:p>
      <w:r>
        <w:rPr>
          <w:b/>
        </w:rPr>
        <w:t xml:space="preserve">[01:58] </w:t>
      </w:r>
      <w:r>
        <w:t>ani Hazrat Ibrahim ka jo tareeqa tha jo aap ne dawat ki zindagi guzari is ko</w:t>
      </w:r>
    </w:p>
    <w:p>
      <w:pPr>
        <w:jc w:val="right"/>
      </w:pPr>
      <w:r>
        <w:t>عنی حضرت ابراہیم کا جو طریقہ تھا جو آپ نے دعوتی زندگی گزاری اس کو</w:t>
      </w:r>
    </w:p>
    <w:p>
      <w:r>
        <w:rPr>
          <w:b/>
        </w:rPr>
        <w:t xml:space="preserve">[02:10] </w:t>
      </w:r>
      <w:r>
        <w:t>rehearsal ke taur par tamseeli andaaz mein aadmi al iman ada karte hain.</w:t>
      </w:r>
    </w:p>
    <w:p>
      <w:pPr>
        <w:jc w:val="right"/>
      </w:pPr>
      <w:r>
        <w:t>ریہرسل کے طور پر تمثیلی انداز میں آدمی ال ایمان ادا کرتے ہیں۔</w:t>
      </w:r>
    </w:p>
    <w:p>
      <w:r>
        <w:rPr>
          <w:b/>
        </w:rPr>
        <w:t xml:space="preserve">[02:21] </w:t>
      </w:r>
      <w:r>
        <w:t>isi mahol mein ja kar isi zameen mein ja kar jahan Hazrat Ibrahim ne apni zindagi bitayi thi.</w:t>
      </w:r>
    </w:p>
    <w:p>
      <w:pPr>
        <w:jc w:val="right"/>
      </w:pPr>
      <w:r>
        <w:t>اسی ماحول میں جا کر اسی زمین میں جا کر جہاں حضرت ابراہیم نے اپنی زندگی بتائی تھی۔</w:t>
      </w:r>
    </w:p>
    <w:p>
      <w:r>
        <w:rPr>
          <w:b/>
        </w:rPr>
        <w:t xml:space="preserve">[02:28] </w:t>
      </w:r>
      <w:r>
        <w:t>is tarah se woh aik ahad karte hain aik apne dil mein aik yaqeen bithate hain ke hamein Hazrat Ibrahim wali zindagi ikhtiyar karna hai.</w:t>
      </w:r>
    </w:p>
    <w:p>
      <w:pPr>
        <w:jc w:val="right"/>
      </w:pPr>
      <w:r>
        <w:t>اس طرح سے وہ ایک عہد کرتے ہیں ایک اپنے دل میں ایک یقین بٹھاتے ہیں کہ ہمیں حضرت ابراہیم والی زندگی اختیار کرنا ہے۔</w:t>
      </w:r>
    </w:p>
    <w:p>
      <w:r>
        <w:rPr>
          <w:b/>
        </w:rPr>
        <w:t xml:space="preserve">[02:38] </w:t>
      </w:r>
      <w:r>
        <w:t>inhi ki tarah se dawat inhi ki tarah se qurbani inhi ki taraf se Allah ke liye apni zindagi ko waqf kar dena yeh sab cheezein hain.</w:t>
      </w:r>
    </w:p>
    <w:p>
      <w:pPr>
        <w:jc w:val="right"/>
      </w:pPr>
      <w:r>
        <w:t>انہی کی طرح سے دعوت انہی کی طرح سے قربانی انہی کی طرف سے اللہ کے لیے اپنی زندگی کو وقف کر دینا یہ سب چیزیں ہیں۔</w:t>
      </w:r>
    </w:p>
    <w:p>
      <w:r>
        <w:rPr>
          <w:b/>
        </w:rPr>
        <w:t xml:space="preserve">[02:51] </w:t>
      </w:r>
      <w:r>
        <w:t>to</w:t>
      </w:r>
    </w:p>
    <w:p>
      <w:pPr>
        <w:jc w:val="right"/>
      </w:pPr>
      <w:r>
        <w:t>تو</w:t>
      </w:r>
    </w:p>
    <w:p>
      <w:r>
        <w:rPr>
          <w:b/>
        </w:rPr>
        <w:t xml:space="preserve">[02:54] </w:t>
      </w:r>
      <w:r>
        <w:t>Hazrat Ibrahim ki jo zindagi hai woh goya aik model hai aik namoona hai is aitbaar se ke hajj ka maqsad samajhne ke liye aur kaise hajj kiya jaye is ko janne ke liye.</w:t>
      </w:r>
    </w:p>
    <w:p>
      <w:pPr>
        <w:jc w:val="right"/>
      </w:pPr>
      <w:r>
        <w:t>حضرت ابراہیم کی جو زندگی ہے وہ گویا ایک ماڈل ہے ایک نمونہ ہے اس اعتبار سے کہ حج کا مقصد سمجھنے کے لیے اور کیسے حج کیا جائے اس کو جاننے کے لیے۔</w:t>
      </w:r>
    </w:p>
    <w:p>
      <w:r>
        <w:rPr>
          <w:b/>
        </w:rPr>
        <w:t xml:space="preserve">[03:10] </w:t>
      </w:r>
      <w:r>
        <w:t>is zamane mein maqsad to khatam ho gaya hai is ki shakal baqi hai.</w:t>
      </w:r>
    </w:p>
    <w:p>
      <w:pPr>
        <w:jc w:val="right"/>
      </w:pPr>
      <w:r>
        <w:t>اس زمانے میں مقصد تو ختم ہو گیا ہے اس کی شکل باقی ہے۔</w:t>
      </w:r>
    </w:p>
    <w:p>
      <w:r>
        <w:rPr>
          <w:b/>
        </w:rPr>
        <w:t xml:space="preserve">[03:17] </w:t>
      </w:r>
      <w:r>
        <w:t>yani hajj ki jo rooh hai hajj ki jo spirit hai woh ab baqi nahin hai. agarche bheed hoti hai har saal wahan hamesha se ziyada lekin yeh bheed jo hoti hai wahan par hajj ke form ko ada karne ke liye hoti hai.</w:t>
      </w:r>
    </w:p>
    <w:p>
      <w:pPr>
        <w:jc w:val="right"/>
      </w:pPr>
      <w:r>
        <w:t>یعنی حج کی جو روح ہے حج کی جو اسپرٹ ہے وہ اب باقی نہیں ہے۔ اگرچہ بھیڑ ہوتی ہے ہر سال وہاں ہمیشہ سے زیادہ لیکن یہ بھیڑ جو ہوتی ہے وہاں پر حج کے فارم کو ادا کرنے کے لیے ہوتی ہے۔</w:t>
      </w:r>
    </w:p>
    <w:p>
      <w:r>
        <w:rPr>
          <w:b/>
        </w:rPr>
        <w:t xml:space="preserve">[03:33] </w:t>
      </w:r>
      <w:r>
        <w:t>inhein kuch khabar nahin ke is ki spirit kya hai. to form ke bare mein log khoob khoob jante hain. hajj ka jo form hai is ke bare mein khoob khoob jante hain log.</w:t>
      </w:r>
    </w:p>
    <w:p>
      <w:pPr>
        <w:jc w:val="right"/>
      </w:pPr>
      <w:r>
        <w:t>انہیں کچھ خبر نہیں کہ اس کی اسپرٹ کیا ہے۔ تو فارم کے بارے میں لوگ خوب خوب جانتے ہیں۔ حج کا جو فارم ہے اس کے بارے میں خوب خوب جانتے ہیں لوگ۔</w:t>
      </w:r>
    </w:p>
    <w:p>
      <w:r>
        <w:rPr>
          <w:b/>
        </w:rPr>
        <w:t xml:space="preserve">[03:45] </w:t>
      </w:r>
      <w:r>
        <w:t>is ki tafsir karne ki mujhe zarurat nahi hai. lekin haj ki jo rooh hai us ke baray mein log bohat ziyada be shaoor hain is liye mein isi ke baray mein kuch baatein kahoon ga.</w:t>
      </w:r>
    </w:p>
    <w:p>
      <w:pPr>
        <w:jc w:val="right"/>
      </w:pPr>
      <w:r>
        <w:t>اس کی تفسیر کرنے کی مجھے ضرورت نہیں ہے۔ لیکن حج کی جو روح ہے اس کے بارے میں لوگ بہت زیادہ بے شعور ہیں اس لیے میں اسی کے بارے میں کچھ باتیں کہوں گا۔</w:t>
      </w:r>
    </w:p>
    <w:p>
      <w:r>
        <w:rPr>
          <w:b/>
        </w:rPr>
        <w:t xml:space="preserve">[04:01] </w:t>
      </w:r>
      <w:r>
        <w:t>aik musalman tajir hain unhon ne to woh har saal haj karte hain. har saal. to haj karte karte un ko pachis ho gaye haj.</w:t>
      </w:r>
    </w:p>
    <w:p>
      <w:pPr>
        <w:jc w:val="right"/>
      </w:pPr>
      <w:r>
        <w:t>ایک مسلمان تاجر ہیں انہوں نے تو وہ ہر سال حج کرتے ہیں۔ ہر سال۔ تو حج کرتے کرتے ان کو پچیس ہو گئے حج۔</w:t>
      </w:r>
    </w:p>
    <w:p>
      <w:r>
        <w:rPr>
          <w:b/>
        </w:rPr>
        <w:t xml:space="preserve">[04:13] </w:t>
      </w:r>
      <w:r>
        <w:t>yani pachis haj unhon ne mutawatar kiya. to is ke baad kya hua? unhon ne haj silver jubilee banai.</w:t>
      </w:r>
    </w:p>
    <w:p>
      <w:pPr>
        <w:jc w:val="right"/>
      </w:pPr>
      <w:r>
        <w:t>یعنی پچیس حج انہوں نے متواتر کیا۔ تو اس کے بعد کیا ہوا؟ انہوں نے حج سلور جوبلی بنائی۔</w:t>
      </w:r>
    </w:p>
    <w:p>
      <w:r>
        <w:rPr>
          <w:b/>
        </w:rPr>
        <w:t xml:space="preserve">[04:23] </w:t>
      </w:r>
      <w:r>
        <w:t>aap ghor kijiye ke haj silver jubilee. ke pachis saal haj kiya unhon ne to woh haj ka jashan manaya gaya. dawatain dhoom dham aur josheeli taqreerein aur chiraghan.</w:t>
      </w:r>
    </w:p>
    <w:p>
      <w:pPr>
        <w:jc w:val="right"/>
      </w:pPr>
      <w:r>
        <w:t>آپ غور کیجیے کہ حج سلور جوبلی۔ کہ پچیس سال حج کیا انہوں نے تو وہ حج کا جشن منایا گیا۔ دعوتیں دھوم دھام اور جوشیلی تقریریں اور چراغاں۔</w:t>
      </w:r>
    </w:p>
    <w:p>
      <w:r>
        <w:rPr>
          <w:b/>
        </w:rPr>
        <w:t xml:space="preserve">[04:38] </w:t>
      </w:r>
      <w:r>
        <w:t>is ka mani hai ke haj ki spirit se log be khabar hain.</w:t>
      </w:r>
    </w:p>
    <w:p>
      <w:pPr>
        <w:jc w:val="right"/>
      </w:pPr>
      <w:r>
        <w:t>اس کا معنی ہے کہ حج کی اسپرٹ سے لوگ بے خبر ہیں۔</w:t>
      </w:r>
    </w:p>
    <w:p>
      <w:r>
        <w:rPr>
          <w:b/>
        </w:rPr>
        <w:t xml:space="preserve">[04:42] </w:t>
      </w:r>
      <w:r>
        <w:t>is ke form ko jante hain. yani bait bar form unhon ne pachis bar haj kiya to is ki khushi mana rahe hain aur haj ka jashan mana rahe hain. halankay bait par spirit agar haj karte woh to is mein to aadmi ke paas kuch bhi na hota yeh sab sochne ke li</w:t>
      </w:r>
    </w:p>
    <w:p>
      <w:pPr>
        <w:jc w:val="right"/>
      </w:pPr>
      <w:r>
        <w:t>اس کے فارم کو جانتے ہیں۔ یعنی بیت بار فارم انہوں نے پچیس بار حج کیا تو اس کی خوشی منا رہے ہیں اور حج کا جشن منا رہے ہیں۔ حالانکہ بیت پر اسپرٹ اگر حج کرتے وہ تو اس میں تو آدمی کے پاس کچھ بھی نہ ہوتا یہ سب سوچنے کے لی</w:t>
      </w:r>
    </w:p>
    <w:p>
      <w:r>
        <w:rPr>
          <w:b/>
        </w:rPr>
        <w:t xml:space="preserve">[05:02] </w:t>
      </w:r>
      <w:r>
        <w:t>ye. tak taqwa hota.</w:t>
      </w:r>
    </w:p>
    <w:p>
      <w:pPr>
        <w:jc w:val="right"/>
      </w:pPr>
      <w:r>
        <w:t>ے۔ تک تقویٰ ہوتا۔</w:t>
      </w:r>
    </w:p>
    <w:p>
      <w:r>
        <w:rPr>
          <w:b/>
        </w:rPr>
        <w:t xml:space="preserve">[05:07] </w:t>
      </w:r>
      <w:r>
        <w:t>kyun ke quran mein hai haj mein aadmi qurbani karta hai to us ke baray mein hai ke Allah</w:t>
      </w:r>
    </w:p>
    <w:p>
      <w:pPr>
        <w:jc w:val="right"/>
      </w:pPr>
      <w:r>
        <w:t>کیونکہ قرآن میں ہے حج میں آدمی قربانی کرتا ہے تو اس کے بارے میں ہے کہ اللہ</w:t>
      </w:r>
    </w:p>
    <w:p>
      <w:r>
        <w:rPr>
          <w:b/>
        </w:rPr>
        <w:t xml:space="preserve">[05:19] </w:t>
      </w:r>
      <w:r>
        <w:t>khuda ko tumhara gosht aur khoon nahi pohanchta. khuda ko tumhara taqwa pohanchta hai. aap ghor kijiye ke haj ki spirit taqwa hai.</w:t>
      </w:r>
    </w:p>
    <w:p>
      <w:pPr>
        <w:jc w:val="right"/>
      </w:pPr>
      <w:r>
        <w:t>خدا کو تمہارا گوشت اور خون نہیں پہنچتا۔ خدا کو تمہارا تقویٰ پہنچتا ہے۔ آپ غور کیجیے کہ حج کی اسپرٹ تقویٰ ہے۔</w:t>
      </w:r>
    </w:p>
    <w:p>
      <w:r>
        <w:rPr>
          <w:b/>
        </w:rPr>
        <w:t xml:space="preserve">[05:31] </w:t>
      </w:r>
      <w:r>
        <w:t>Allah se darna. Allah ka khauf dil mein aa jana. accountability ka ehsas.</w:t>
      </w:r>
    </w:p>
    <w:p>
      <w:pPr>
        <w:jc w:val="right"/>
      </w:pPr>
      <w:r>
        <w:t>اللہ سے ڈرنا۔ اللہ کا خوف دل میں آ جانا۔ اکاؤنٹیبلٹی کا احساس۔</w:t>
      </w:r>
    </w:p>
    <w:p>
      <w:r>
        <w:rPr>
          <w:b/>
        </w:rPr>
        <w:t xml:space="preserve">[05:40] </w:t>
      </w:r>
      <w:r>
        <w:t>aap ghor kijiye ke yeh ehsas jaage aadmi ke andar. is qism ka uska mizaj banay Allah se darne wala mizaj to woh jashan manay ga.</w:t>
      </w:r>
    </w:p>
    <w:p>
      <w:pPr>
        <w:jc w:val="right"/>
      </w:pPr>
      <w:r>
        <w:t>آپ غور کیجیے کہ یہ احساس جاگے آدمی کے اندر۔ اس قسم کا اس کا مزاج بنے اللہ سے ڈرنے والا مزاج تو وہ جشن منائے گا۔</w:t>
      </w:r>
    </w:p>
    <w:p>
      <w:r>
        <w:rPr>
          <w:b/>
        </w:rPr>
        <w:t xml:space="preserve">[05:50] </w:t>
      </w:r>
      <w:r>
        <w:t>kya koi aisa karega ke mein mutaqqi mein mutaqqi insan hoon to mujhe jashan manana hai?</w:t>
      </w:r>
    </w:p>
    <w:p>
      <w:pPr>
        <w:jc w:val="right"/>
      </w:pPr>
      <w:r>
        <w:t>کیا کوئی ایسا کرے گا کہ میں متقی میں متقی انسان ہوں تو مجھے جشن منانا ہے؟</w:t>
      </w:r>
    </w:p>
    <w:p>
      <w:r>
        <w:rPr>
          <w:b/>
        </w:rPr>
        <w:t xml:space="preserve">[06:00] </w:t>
      </w:r>
      <w:r>
        <w:t>just spirit ka nahi hota just form ka hota hai. to is se andaza hota hai ke log kitna ziyada be khabar hain haj ki haqeeqat se.</w:t>
      </w:r>
    </w:p>
    <w:p>
      <w:pPr>
        <w:jc w:val="right"/>
      </w:pPr>
      <w:r>
        <w:t>جسٹ اسپرٹ کا نہیں ہوتا جسٹ فارم کا ہوتا ہے۔ تو اس سے اندازہ ہوتا ہے کہ لوگ کتنا زیادہ بے خبر ہیں حج کی حقیقت سے۔</w:t>
      </w:r>
    </w:p>
    <w:p>
      <w:r>
        <w:rPr>
          <w:b/>
        </w:rPr>
        <w:t xml:space="preserve">[06:13] </w:t>
      </w:r>
      <w:r>
        <w:t>aur yeh soorat e haal jo is zamanay mein hai ke haj ka form logon ko pata hai is ke jashan mintay hain. har haji jab lot ta hai wahan se ya jata hai wahan se to baray dhoom dham se jata hai.</w:t>
      </w:r>
    </w:p>
    <w:p>
      <w:pPr>
        <w:jc w:val="right"/>
      </w:pPr>
      <w:r>
        <w:t>اور یہ صورتحال جو اس زمانے میں ہے کہ حج کا فارم لوگوں کو پتہ ہے اس کے جشن منتے ہیں۔ ہر حاجی جب لوٹتا ہے وہاں سے یا جاتا ہے وہاں سے تو بڑے دھوم دھام سے جاتا ہے۔</w:t>
      </w:r>
    </w:p>
    <w:p>
      <w:r>
        <w:rPr>
          <w:b/>
        </w:rPr>
        <w:t xml:space="preserve">[06:25] </w:t>
      </w:r>
      <w:r>
        <w:t>dhoom dham se wapas ata hai.</w:t>
      </w:r>
    </w:p>
    <w:p>
      <w:pPr>
        <w:jc w:val="right"/>
      </w:pPr>
      <w:r>
        <w:t>دھوم دھام سے واپس آتا ہے۔</w:t>
      </w:r>
    </w:p>
    <w:p>
      <w:r>
        <w:rPr>
          <w:b/>
        </w:rPr>
        <w:t xml:space="preserve">[06:28] </w:t>
      </w:r>
      <w:r>
        <w:t>aur bara is ka istiqbal hota hai. Alhaj kaha jata hai is ko. to woh aik intehai shakal hai ke aik sahib ne silver jubilee bana dali.</w:t>
      </w:r>
    </w:p>
    <w:p>
      <w:pPr>
        <w:jc w:val="right"/>
      </w:pPr>
      <w:r>
        <w:t>اور بڑا اس کا استقبال ہوتا ہے۔ الحاج کہا جاتا ہے اس کو۔ تو وہ ایک انتہائی شکل ہے کہ ایک صاحب نے سلور جوبلی بنا ڈالی۔</w:t>
      </w:r>
    </w:p>
    <w:p>
      <w:r>
        <w:rPr>
          <w:b/>
        </w:rPr>
        <w:t xml:space="preserve">[06:40] </w:t>
      </w:r>
      <w:r>
        <w:t>lekin aik hadith hai bohat ziyada hamein is muamlay mein</w:t>
      </w:r>
    </w:p>
    <w:p>
      <w:pPr>
        <w:jc w:val="right"/>
      </w:pPr>
      <w:r>
        <w:t>لیکن ایک حدیث ہے بہت زیادہ ہمیں اس معاملے میں</w:t>
      </w:r>
    </w:p>
    <w:p>
      <w:r>
        <w:rPr>
          <w:b/>
        </w:rPr>
        <w:t xml:space="preserve">[06:50] </w:t>
      </w:r>
      <w:r>
        <w:t>yani aankh kholnay wali. bohat ziyada daranay wali.</w:t>
      </w:r>
    </w:p>
    <w:p>
      <w:pPr>
        <w:jc w:val="right"/>
      </w:pPr>
      <w:r>
        <w:t>یعنی آنکھ کھولنے والی۔ بہت زیادہ ڈرانے والی۔</w:t>
      </w:r>
    </w:p>
    <w:p>
      <w:r>
        <w:rPr>
          <w:b/>
        </w:rPr>
        <w:t xml:space="preserve">[06:55] </w:t>
      </w:r>
      <w:r>
        <w:t>hadith mein ata hai ke yati al nas zaman</w:t>
      </w:r>
    </w:p>
    <w:p>
      <w:pPr>
        <w:jc w:val="right"/>
      </w:pPr>
      <w:r>
        <w:t>حدیث میں آتا ہے کہ یاتی الناس زمان</w:t>
      </w:r>
    </w:p>
    <w:p>
      <w:r>
        <w:rPr>
          <w:b/>
        </w:rPr>
        <w:t xml:space="preserve">[07:02] </w:t>
      </w:r>
      <w:r>
        <w:t>yati al nas zaman yuhajj jo</w:t>
      </w:r>
    </w:p>
    <w:p>
      <w:pPr>
        <w:jc w:val="right"/>
      </w:pPr>
      <w:r>
        <w:t>یاتی الناس زمان یحج جو</w:t>
      </w:r>
    </w:p>
    <w:p>
      <w:r>
        <w:rPr>
          <w:b/>
        </w:rPr>
        <w:t xml:space="preserve">[07:11] </w:t>
      </w:r>
      <w:r>
        <w:t>yuhajj al aghniya lil nazaha wa ausatuhum lil tijarah wa qura hum lil ra'yah wa summah wa fuqarauhum lil mas'alah.</w:t>
      </w:r>
    </w:p>
    <w:p>
      <w:pPr>
        <w:jc w:val="right"/>
      </w:pPr>
      <w:r>
        <w:t>یحج اغنیاء للنزاہ واوساتہم للتجارہ وقراہم للرائے وسمہ وفقراہم للمسئلہ۔</w:t>
      </w:r>
    </w:p>
    <w:p>
      <w:r>
        <w:rPr>
          <w:b/>
        </w:rPr>
        <w:t xml:space="preserve">[07:31] </w:t>
      </w:r>
      <w:r>
        <w:t>yeh hadith hai. is ka tarjuma yeh hai ke aik zamanay ga logon ke oopar rasool Allah ke baad mustaqbil mein aik zamanay ga logon ke oopar jab ke ummat ke jo dolatmand log hain paise walay log hain</w:t>
      </w:r>
    </w:p>
    <w:p>
      <w:pPr>
        <w:jc w:val="right"/>
      </w:pPr>
      <w:r>
        <w:t>یہ حدیث ہے۔ اس کا ترجمہ یہ ہے کہ ایک زمانہ آئے گا لوگوں کے اوپر رسول اللہ کے بعد مستقبل میں ایک زمانہ آئے گا لوگوں کے اوپر جب کہ امت کے جو دولت مند لوگ ہیں پیسے والے لوگ ہیں</w:t>
      </w:r>
    </w:p>
    <w:p>
      <w:r>
        <w:rPr>
          <w:b/>
        </w:rPr>
        <w:t xml:space="preserve">[07:52] </w:t>
      </w:r>
      <w:r>
        <w:t>woh haj karein ge outing ke tor par.</w:t>
      </w:r>
    </w:p>
    <w:p>
      <w:pPr>
        <w:jc w:val="right"/>
      </w:pPr>
      <w:r>
        <w:t>وہ حج کریں گے آؤٹنگ کے طور پر۔</w:t>
      </w:r>
    </w:p>
    <w:p>
      <w:r>
        <w:rPr>
          <w:b/>
        </w:rPr>
        <w:t xml:space="preserve">[08:00] </w:t>
      </w:r>
      <w:r>
        <w:t>entertainment ke tor par.</w:t>
      </w:r>
    </w:p>
    <w:p>
      <w:pPr>
        <w:jc w:val="right"/>
      </w:pPr>
      <w:r>
        <w:t>انٹرٹینمنٹ کے طور پر۔</w:t>
      </w:r>
    </w:p>
    <w:p>
      <w:r>
        <w:rPr>
          <w:b/>
        </w:rPr>
        <w:t xml:space="preserve">[08:04] </w:t>
      </w:r>
      <w:r>
        <w:t>kisi ajeeb baat hai. aur un ke darmiyani log haj karein ge business ke liye.</w:t>
      </w:r>
    </w:p>
    <w:p>
      <w:pPr>
        <w:jc w:val="right"/>
      </w:pPr>
      <w:r>
        <w:t>کیسی عجیب بات ہے۔ اور ان کے درمیانی لوگ حج کریں گے بزنس کے لیے۔</w:t>
      </w:r>
    </w:p>
    <w:p>
      <w:r>
        <w:rPr>
          <w:b/>
        </w:rPr>
        <w:t xml:space="preserve">[08:16] </w:t>
      </w:r>
      <w:r>
        <w:t>business ke liye. aur un ke ulma jo hain woh haj karein ge</w:t>
      </w:r>
    </w:p>
    <w:p>
      <w:pPr>
        <w:jc w:val="right"/>
      </w:pPr>
      <w:r>
        <w:t>بزنس کے لیے۔ اور ان کے علماء جو ہیں وہ حج کریں گے</w:t>
      </w:r>
    </w:p>
    <w:p>
      <w:r>
        <w:rPr>
          <w:b/>
        </w:rPr>
        <w:t xml:space="preserve">[08:24] </w:t>
      </w:r>
      <w:r>
        <w:t>riaya o sumah yani dikhawe ke liye. aur un ke jo fuqra hain woh haj karein ge wahan ja kar ke sawal karein chanda hasil karein.</w:t>
      </w:r>
    </w:p>
    <w:p>
      <w:pPr>
        <w:jc w:val="right"/>
      </w:pPr>
      <w:r>
        <w:t>ریا و سمہ یعنی دکھاوے کے لیے۔ اور ان کے جو فقراء ہیں وہ حج کریں گے وہاں جا کر کے سوال کریں چندہ حاصل کریں۔</w:t>
      </w:r>
    </w:p>
    <w:p>
      <w:r>
        <w:rPr>
          <w:b/>
        </w:rPr>
        <w:t xml:space="preserve">[08:41] </w:t>
      </w:r>
      <w:r>
        <w:t>ek tanbehi suratehal aaj hai.</w:t>
      </w:r>
    </w:p>
    <w:p>
      <w:pPr>
        <w:jc w:val="right"/>
      </w:pPr>
      <w:r>
        <w:t>ایک تنبیہی صورتحال آج ہے۔</w:t>
      </w:r>
    </w:p>
    <w:p>
      <w:r>
        <w:rPr>
          <w:b/>
        </w:rPr>
        <w:t xml:space="preserve">[08:44] </w:t>
      </w:r>
      <w:r>
        <w:t>haj ki haqeeqat ghayab hai. aur kuch log outing kar rahe hain. kuch log shan dikha rahe hain ke main hazrat aalim falan sahib haj karne ja rahe hain woh un ke sath dhoom machti hai.</w:t>
      </w:r>
    </w:p>
    <w:p>
      <w:pPr>
        <w:jc w:val="right"/>
      </w:pPr>
      <w:r>
        <w:t>حج کی حقیقت غائب ہے۔ اور کچھ لوگ آؤٹنگ کر رہے ہیں۔ کچھ لوگ شان دکھا رہے ہیں کہ میں حضرت عالم فلاں صاحب حج کرنے جا رہے ہیں وہ ان کے ساتھ دھوم مچتی ہے۔</w:t>
      </w:r>
    </w:p>
    <w:p>
      <w:r>
        <w:rPr>
          <w:b/>
        </w:rPr>
        <w:t xml:space="preserve">[09:01] </w:t>
      </w:r>
      <w:r>
        <w:t>kuch log tijaratein karte hain is ke liye jate hain wahan par. kuch log jate hain chanda lene ke liye. yeh bohat hi zyada sochne ki baat hai ke hamara haj bhi to aise nahi hai.</w:t>
      </w:r>
    </w:p>
    <w:p>
      <w:pPr>
        <w:jc w:val="right"/>
      </w:pPr>
      <w:r>
        <w:t>کچھ لوگ تجارتیں کرتے ہیں اس کے لیے جاتے ہیں وہاں پر۔ کچھ لوگ جاتے ہیں چندہ لینے کے لیے۔ یہ بہت ہی زیادہ سوچنے کی بات ہے کہ ہمارا حج بھی تو ایسے نہیں ہے۔</w:t>
      </w:r>
    </w:p>
    <w:p>
      <w:r>
        <w:rPr>
          <w:b/>
        </w:rPr>
        <w:t xml:space="preserve">[09:15] </w:t>
      </w:r>
      <w:r>
        <w:t>haj ka maqsad hadith mein bataya gaya hai ke liyashhadu manafi lahum. log yahan aa kar ke dekhein jo un ke liye manafi yahan par hai.</w:t>
      </w:r>
    </w:p>
    <w:p>
      <w:pPr>
        <w:jc w:val="right"/>
      </w:pPr>
      <w:r>
        <w:t>حج کا مقصد حدیث میں بتایا گیا ہے کہ لیشھدو منافع لہم۔ لوگ یہاں آ کر کے دیکھیں جو ان کے لیے منافع یہاں پر ہے۔</w:t>
      </w:r>
    </w:p>
    <w:p>
      <w:r>
        <w:rPr>
          <w:b/>
        </w:rPr>
        <w:t xml:space="preserve">[09:29] </w:t>
      </w:r>
      <w:r>
        <w:t>manafi se kya murad hai? yani ibret naseehat yeh cheezein. ibret aur naseehat kya hai?</w:t>
      </w:r>
    </w:p>
    <w:p>
      <w:pPr>
        <w:jc w:val="right"/>
      </w:pPr>
      <w:r>
        <w:t>منافع سے کیا مراد ہے؟ یعنی عبرت نصیحت یہ چیزیں۔ عبرت اور نصیحت کیا ہے؟</w:t>
      </w:r>
    </w:p>
    <w:p>
      <w:r>
        <w:rPr>
          <w:b/>
        </w:rPr>
        <w:t xml:space="preserve">[09:40] </w:t>
      </w:r>
      <w:r>
        <w:t>wahan ek tareekh hai.</w:t>
      </w:r>
    </w:p>
    <w:p>
      <w:pPr>
        <w:jc w:val="right"/>
      </w:pPr>
      <w:r>
        <w:t>وہاں ایک تاریخ ہے۔</w:t>
      </w:r>
    </w:p>
    <w:p>
      <w:r>
        <w:rPr>
          <w:b/>
        </w:rPr>
        <w:t xml:space="preserve">[09:42] </w:t>
      </w:r>
      <w:r>
        <w:t>jo rasool Allah ek tareekh hai jo hazrat Ismail hazrat Ibrahim ke zamane se shuru hui. phir woh hazrat rasool Allah tak pahunchi phir sahaba ki tareekh phir tabieen ki tareekh.</w:t>
      </w:r>
    </w:p>
    <w:p>
      <w:pPr>
        <w:jc w:val="right"/>
      </w:pPr>
      <w:r>
        <w:t>جو رسول اللہ ایک تاریخ ہے جو حضرت اسماعیل حضرت ابراہیم کے زمانے سے شروع ہوئی۔ پھر وہ حضرت رسول اللہ تک پہنچی پھر صحابہ کی تاریخ پھر تابعین کی تاریخ۔</w:t>
      </w:r>
    </w:p>
    <w:p>
      <w:r>
        <w:rPr>
          <w:b/>
        </w:rPr>
        <w:t xml:space="preserve">[09:54] </w:t>
      </w:r>
      <w:r>
        <w:t>ek poori tareekh hai jo yaad dilati hai aap ko ke muttaqi log kaise the? Khuda ke sachche bande kaise the?</w:t>
      </w:r>
    </w:p>
    <w:p>
      <w:pPr>
        <w:jc w:val="right"/>
      </w:pPr>
      <w:r>
        <w:t>ایک پوری تاریخ ہے جو یاد دلاتی ہے آپ کو کہ متقی لوگ کیسے تھے؟ خدا کے سچے بندے کیسے تھے؟</w:t>
      </w:r>
    </w:p>
    <w:p>
      <w:r>
        <w:rPr>
          <w:b/>
        </w:rPr>
        <w:t xml:space="preserve">[10:08] </w:t>
      </w:r>
      <w:r>
        <w:t>Khuda ke hukumon ko manne wale log kaise the?</w:t>
      </w:r>
    </w:p>
    <w:p>
      <w:pPr>
        <w:jc w:val="right"/>
      </w:pPr>
      <w:r>
        <w:t>خدا کے حکموں کو ماننے والے لوگ کیسے تھے؟</w:t>
      </w:r>
    </w:p>
    <w:p>
      <w:r>
        <w:rPr>
          <w:b/>
        </w:rPr>
        <w:t xml:space="preserve">[10:11] </w:t>
      </w:r>
      <w:r>
        <w:t>yeh sab ya wahan par yaad dehaniyan hain naseehtein hain. is ko dekhna</w:t>
      </w:r>
    </w:p>
    <w:p>
      <w:pPr>
        <w:jc w:val="right"/>
      </w:pPr>
      <w:r>
        <w:t>یہ سب یا وہاں پر یاد دہانیاں ہیں نصیحتیں ہیں۔ اس کو دیکھنا</w:t>
      </w:r>
    </w:p>
    <w:p>
      <w:r>
        <w:rPr>
          <w:b/>
        </w:rPr>
        <w:t xml:space="preserve">[10:21] </w:t>
      </w:r>
      <w:r>
        <w:t>aaj kal ek nazariya bana hai ke aashiqi yani ishq ka izhar hai. haj mein jo jate hain log to woh ishq ilahi ka izhar hai.</w:t>
      </w:r>
    </w:p>
    <w:p>
      <w:pPr>
        <w:jc w:val="right"/>
      </w:pPr>
      <w:r>
        <w:t>آج کل ایک نظریہ بنا ہے کہ عاشقی یعنی عشق کا اظہار ہے۔ حج میں جو جاتے ہیں لوگ تو وہ عشق الہی کا اظہار ہے۔</w:t>
      </w:r>
    </w:p>
    <w:p>
      <w:r>
        <w:rPr>
          <w:b/>
        </w:rPr>
        <w:t xml:space="preserve">[10:32] </w:t>
      </w:r>
      <w:r>
        <w:t>yeh bilkul be buniyad baat hai.</w:t>
      </w:r>
    </w:p>
    <w:p>
      <w:pPr>
        <w:jc w:val="right"/>
      </w:pPr>
      <w:r>
        <w:t>یہ بالکل بے بنیاد بات ہے۔</w:t>
      </w:r>
    </w:p>
    <w:p>
      <w:r>
        <w:rPr>
          <w:b/>
        </w:rPr>
        <w:t xml:space="preserve">[10:36] </w:t>
      </w:r>
      <w:r>
        <w:t>jise kehte hain ke hazrat Ibrahim ne jo apne bete ko zabah kiya woh aashiqi ke عاشقی ke liye nahi tha woh zabah. woh zabah tha tum aap ne khwab dekha hazrat Ibrahim ne ke main apne bete ko zabah kar raha hoon to is ko unhon ne literal maanon mein le liya.</w:t>
      </w:r>
    </w:p>
    <w:p>
      <w:pPr>
        <w:jc w:val="right"/>
      </w:pPr>
      <w:r>
        <w:t>جسے کہتے ہیں کہ حضرت ابراہیم نے جو اپنے بیٹے کو ذبح کیا وہ عاشقی کہ عاشقی کے لیے نہیں تھا وہ ذبح۔ وہ ذبح تھا تم آپ نے خواب دیکھا حضرت ابراہیم نے کہ میں اپنے بیٹے کو ذبح کر رہا ہوں تو اس کو انہوں نے لٹرل معنوں میں لے لیا۔</w:t>
      </w:r>
    </w:p>
    <w:p>
      <w:r>
        <w:rPr>
          <w:b/>
        </w:rPr>
        <w:t xml:space="preserve">[10:58] </w:t>
      </w:r>
      <w:r>
        <w:t>halanke literal maanon mein nahi tha woh. woh is maani mein tha ke apne bete ko waqf kar do deen ke liye.</w:t>
      </w:r>
    </w:p>
    <w:p>
      <w:pPr>
        <w:jc w:val="right"/>
      </w:pPr>
      <w:r>
        <w:t>حالانکہ لٹرل معنوں میں نہیں تھا وہ۔ وہ اس معنی میں تھا کہ اپنے بیٹے کو وقف کر دو دین کے لیے۔</w:t>
      </w:r>
    </w:p>
    <w:p>
      <w:r>
        <w:rPr>
          <w:b/>
        </w:rPr>
        <w:t xml:space="preserve">[11:07] </w:t>
      </w:r>
      <w:r>
        <w:t>yani jismani zabah murad nahi thi. balke zindagi ab un ki zindagi ko waqf ho jaye Islam deen ke liye is yeh murad tha is se.</w:t>
      </w:r>
    </w:p>
    <w:p>
      <w:pPr>
        <w:jc w:val="right"/>
      </w:pPr>
      <w:r>
        <w:t>یعنی جسمانی ذبح مراد نہیں تھی۔ بلکہ زندگی اب ان کی زندگی کو وقف ہو جائے اسلام دین کے لیے اس یہ مراد تھا اس سے۔</w:t>
      </w:r>
    </w:p>
    <w:p>
      <w:r>
        <w:rPr>
          <w:b/>
        </w:rPr>
        <w:t xml:space="preserve">[11:17] </w:t>
      </w:r>
      <w:r>
        <w:t>chunanche unhon ne ja kar ko hum sara mein basa diya. ab hazrat Hajra ke sath woh tha zabah. ab ghor kijiye ke aisi jagah basana jahan pani na ho jahan sabza na ho jahan insan na ho woh to zabah karne se bara sakht tha woh.</w:t>
      </w:r>
    </w:p>
    <w:p>
      <w:pPr>
        <w:jc w:val="right"/>
      </w:pPr>
      <w:r>
        <w:t>چنانچہ انہوں نے جا کر کو ہم سارا میں بسا دیا۔ اب حضرت ہاجرہ کے ساتھ وہ تھا ذبح۔ اب غور کیجیے کہ ایسی جگہ بسانا جہاں پانی نہ ہو جہاں سبزہ نہ ہو جہاں انسان نہ ہو وہ تو ذبح کرنے سے بڑا سخت تھا وہ۔</w:t>
      </w:r>
    </w:p>
    <w:p>
      <w:r>
        <w:rPr>
          <w:b/>
        </w:rPr>
        <w:t xml:space="preserve">[11:36] </w:t>
      </w:r>
      <w:r>
        <w:t>to is khwab ka matlab yeh nahi tha ke un ke jism ko yani un ki gardan ko kaat do. nahi. un ko le aa kar ke wahan abad karo taake wahan ek nasal bane ek tareekh bane.</w:t>
      </w:r>
    </w:p>
    <w:p>
      <w:pPr>
        <w:jc w:val="right"/>
      </w:pPr>
      <w:r>
        <w:t>تو اس خواب کا مطلب یہ نہیں تھا کہ ان کے جسم کو یعنی ان کی گردن کو کاٹ دو۔ نہیں۔ ان کو لے آ کر کے وہاں آباد کرو تاکہ وہاں ایک نسل بنے ایک تاریخ بنے۔</w:t>
      </w:r>
    </w:p>
    <w:p>
      <w:r>
        <w:rPr>
          <w:b/>
        </w:rPr>
        <w:t xml:space="preserve">[11:51] </w:t>
      </w:r>
      <w:r>
        <w:t>wohi nasal ke log sahaba bane baad ko. to is se murad</w:t>
      </w:r>
    </w:p>
    <w:p>
      <w:pPr>
        <w:jc w:val="right"/>
      </w:pPr>
      <w:r>
        <w:t>وہی نسل کے لوگ صحابہ بنے بعد کو۔ تو اس سے مراد</w:t>
      </w:r>
    </w:p>
    <w:p>
      <w:r>
        <w:rPr>
          <w:b/>
        </w:rPr>
        <w:t xml:space="preserve">[11:58] </w:t>
      </w:r>
      <w:r>
        <w:t>apne aap ko waqf kar dena tha. to yeh aashiqi ka maamla nahi hai.</w:t>
      </w:r>
    </w:p>
    <w:p>
      <w:pPr>
        <w:jc w:val="right"/>
      </w:pPr>
      <w:r>
        <w:t>اپنے آپ کو وقف کر دینا تھا۔ تو یہ عاشقی کا معاملہ نہیں ہے۔</w:t>
      </w:r>
    </w:p>
    <w:p>
      <w:r>
        <w:rPr>
          <w:b/>
        </w:rPr>
        <w:t xml:space="preserve">[12:03] </w:t>
      </w:r>
      <w:r>
        <w:t>yeh Allah ke deen mein apne aap ko waqf karne ka maamla hai. yeh ishq ishq ka lafz na Quran mein hai na hadith mein hai. to ishq ilahi koi matloob cheez nahi hai jo cheez matloob hai woh mohabbat ilahi.</w:t>
      </w:r>
    </w:p>
    <w:p>
      <w:pPr>
        <w:jc w:val="right"/>
      </w:pPr>
      <w:r>
        <w:t>یہ اللہ کے دین میں اپنے آپ کو وقف کرنے کا معاملہ ہے۔ یہ عشق عشق کا لفظ نہ قرآن میں ہے نہ حدیث میں ہے۔ تو عشق الہی کوئی مطلوب چیز نہیں ہے جو چیز مطلوب ہے وہ محبت الہی۔</w:t>
      </w:r>
    </w:p>
    <w:p>
      <w:r>
        <w:rPr>
          <w:b/>
        </w:rPr>
        <w:t xml:space="preserve">[12:17] </w:t>
      </w:r>
      <w:r>
        <w:t>ishq to ek jazbati cheez ke liye bola jata hai. lekin mohabbat ek socha samjha amal hai jis ka taluq soch se hai dimagh se hai aqal se hai.</w:t>
      </w:r>
    </w:p>
    <w:p>
      <w:pPr>
        <w:jc w:val="right"/>
      </w:pPr>
      <w:r>
        <w:t>عشق تو ایک جذباتی چیز کے لیے بولا جاتا ہے۔ لیکن محبت ایک سوچا سمجھا فعل ہے جس کا تعلق سوچ سے ہے دماغ سے ہے عقل سے ہے۔</w:t>
      </w:r>
    </w:p>
    <w:p>
      <w:r>
        <w:rPr>
          <w:b/>
        </w:rPr>
        <w:t xml:space="preserve">[12:28] </w:t>
      </w:r>
      <w:r>
        <w:t>to Allah ke liye mohabbat ke Allah ne hamein paida kiya.</w:t>
      </w:r>
    </w:p>
    <w:p>
      <w:pPr>
        <w:jc w:val="right"/>
      </w:pPr>
      <w:r>
        <w:t>تو اللہ کے لیے محبت کہ اللہ نے ہمیں پیدا کیا۔</w:t>
      </w:r>
    </w:p>
    <w:p>
      <w:r>
        <w:rPr>
          <w:b/>
        </w:rPr>
        <w:t xml:space="preserve">[12:33] </w:t>
      </w:r>
      <w:r>
        <w:t>hamein ek aisi duniya mein rakha jahan itne sare inaamaat hain zindagi guzarne ke liye. to mohabbat ilahi jo hai aadmi ko apne manim ko yaad dilati hai.</w:t>
      </w:r>
    </w:p>
    <w:p>
      <w:pPr>
        <w:jc w:val="right"/>
      </w:pPr>
      <w:r>
        <w:t>ہمیں ایک ایسی دنیا میں رکھا جہاں اتنے سارے انعامات ہیں زندگی گزارنے کے لیے۔ تو محبت الہی جو ہے آدمی کو اپنے منیم کو یاد دلاتی ہے۔</w:t>
      </w:r>
    </w:p>
    <w:p>
      <w:r>
        <w:rPr>
          <w:b/>
        </w:rPr>
        <w:t xml:space="preserve">[12:48] </w:t>
      </w:r>
      <w:r>
        <w:t>to yeh hajj jo hai ishq elahi ka muamla nahi hai. balkay ehsanat elahi ko yaad karne ka muamla hai. aur hukum elahi ko apni zindagi mein shamil karne ka muamla hai.</w:t>
      </w:r>
    </w:p>
    <w:p>
      <w:pPr>
        <w:jc w:val="right"/>
      </w:pPr>
      <w:r>
        <w:t>تو یہ حج جو ہے عشق الہی کا معاملہ نہیں ہے۔ بلکہ احسانات الہی کو یاد کرنے کا معاملہ ہے۔ اور حکم الہی کو اپنی زندگی میں شامل کرنے کا معاملہ ہے۔</w:t>
      </w:r>
    </w:p>
    <w:p>
      <w:r>
        <w:rPr>
          <w:b/>
        </w:rPr>
        <w:t xml:space="preserve">[12:58] </w:t>
      </w:r>
      <w:r>
        <w:t>apne aap ko khuda-e-kaam mein waqf kar dene ka muamla</w:t>
      </w:r>
    </w:p>
    <w:p>
      <w:pPr>
        <w:jc w:val="right"/>
      </w:pPr>
      <w:r>
        <w:t>اپنے آپ کو خدائے کام میں وقف کر دینے کا معاملہ</w:t>
      </w:r>
    </w:p>
    <w:p>
      <w:r>
        <w:rPr>
          <w:b/>
        </w:rPr>
        <w:t xml:space="preserve">[13:02] </w:t>
      </w:r>
      <w:r>
        <w:t>hai. yeh hai. hajj jaane se pehle hamein apna aik zehan banana chahiye. yani hajj aik maqsad ki yaad-dahani hai.</w:t>
      </w:r>
    </w:p>
    <w:p>
      <w:pPr>
        <w:jc w:val="right"/>
      </w:pPr>
      <w:r>
        <w:t>ہے۔ یہ ہے۔ حج جانے سے پہلے ہمیں اپنا ایک ذہن بنانا چاہیے۔ یعنی حج ایک مقصد کی یاد دہانی ہے۔</w:t>
      </w:r>
    </w:p>
    <w:p>
      <w:r>
        <w:rPr>
          <w:b/>
        </w:rPr>
        <w:t xml:space="preserve">[13:14] </w:t>
      </w:r>
      <w:r>
        <w:t>koi deewangi aur aashiqi ka izhaar nahi hai woh. jis tarah Hazrat Ibrahim ne Hazrat Ismail ne aur Rasool Allah salallaho alaihi wasallam ne is sarzameen mein dawat-e-deen ka kaam kiya.</w:t>
      </w:r>
    </w:p>
    <w:p>
      <w:pPr>
        <w:jc w:val="right"/>
      </w:pPr>
      <w:r>
        <w:t>کوئی دیوانگی اور عاشقی کا اظہار نہیں ہے وہ۔ جس طرح حضرت ابراہیم نے حضرت اسماعیل نے اور رسول اللہ صلی اللہ علیہ وسلم نے اس سرزمین میں دعوت دین کا کام کیا۔</w:t>
      </w:r>
    </w:p>
    <w:p>
      <w:r>
        <w:rPr>
          <w:b/>
        </w:rPr>
        <w:t xml:space="preserve">[13:28] </w:t>
      </w:r>
      <w:r>
        <w:t>is tarah se hamein bhi dawat-e-deen ka kaam karna hai.</w:t>
      </w:r>
    </w:p>
    <w:p>
      <w:pPr>
        <w:jc w:val="right"/>
      </w:pPr>
      <w:r>
        <w:t>اس طرح سے ہمیں بھی دعوت دین کا کام کرنا ہے۔</w:t>
      </w:r>
    </w:p>
    <w:p>
      <w:r>
        <w:rPr>
          <w:b/>
        </w:rPr>
        <w:t xml:space="preserve">[13:32] </w:t>
      </w:r>
      <w:r>
        <w:t>is maqsad ke liye apne aap ko waqf karna jo maqsad Hazrat Ibrahim ka tha Hazrat Ismail ka tha Rasool Allah ka tha aur saare sahaba ka tha.</w:t>
      </w:r>
    </w:p>
    <w:p>
      <w:pPr>
        <w:jc w:val="right"/>
      </w:pPr>
      <w:r>
        <w:t>اس مقصد کے لیے اپنے آپ کو وقف کرنا جو مقصد حضرت ابراہیم کا تھا حضرت اسماعیل کا تھا رسول اللہ کا تھا اور سارے صحابہ کا تھا۔</w:t>
      </w:r>
    </w:p>
    <w:p>
      <w:r>
        <w:rPr>
          <w:b/>
        </w:rPr>
        <w:t xml:space="preserve">[13:43] </w:t>
      </w:r>
      <w:r>
        <w:t>ab aap dekhiye ke aadmi jab hajj ke liye nikalta hai to kya hota hai? ab ghar se safar kar ke rawana hote hain. kyunke safar kar ke aadmi chal kar ke pohanchta hai aik jagah isi liye us ko hajj kaha gaya.</w:t>
      </w:r>
    </w:p>
    <w:p>
      <w:pPr>
        <w:jc w:val="right"/>
      </w:pPr>
      <w:r>
        <w:t>اب آپ دیکھیے کہ آدمی جب حج کے لیے نکلتا ہے تو کیا ہوتا ہے؟ اب گھر سے سفر کر کے روانہ ہوتے ہیں۔ کیونکہ سفر کر کے آدمی چل کر کے پہنچتا ہے ایک جگہ اسی لیے اس کو حج کہا گیا۔</w:t>
      </w:r>
    </w:p>
    <w:p>
      <w:r>
        <w:rPr>
          <w:b/>
        </w:rPr>
        <w:t xml:space="preserve">[13:59] </w:t>
      </w:r>
      <w:r>
        <w:t>to</w:t>
      </w:r>
    </w:p>
    <w:p>
      <w:pPr>
        <w:jc w:val="right"/>
      </w:pPr>
      <w:r>
        <w:t>تو</w:t>
      </w:r>
    </w:p>
    <w:p>
      <w:r>
        <w:rPr>
          <w:b/>
        </w:rPr>
        <w:t xml:space="preserve">[14:03] </w:t>
      </w:r>
      <w:r>
        <w:t>jab chalega aadmi aur sahi is ka zehan hoga to wohin se shuru ho jayega is ka hajj ghar se hi. kaise?</w:t>
      </w:r>
    </w:p>
    <w:p>
      <w:pPr>
        <w:jc w:val="right"/>
      </w:pPr>
      <w:r>
        <w:t>جب چلے گا آدمی اور صحیح اس کا ذہن ہوگا تو وہیں سے شروع ہو جائے گا اس کا حج گھر سے ہی۔ کیسے؟</w:t>
      </w:r>
    </w:p>
    <w:p>
      <w:r>
        <w:rPr>
          <w:b/>
        </w:rPr>
        <w:t xml:space="preserve">[14:12] </w:t>
      </w:r>
      <w:r>
        <w:t>woh yaad karega Hazrat Ibrahim ki zindagi ko Hazrat Ismail ki zindagi ko Rasool Allah ki zindagi ko sahaba ki zindagi ko. to is ka hajj shuru ho gaya ghar se hi.</w:t>
      </w:r>
    </w:p>
    <w:p>
      <w:pPr>
        <w:jc w:val="right"/>
      </w:pPr>
      <w:r>
        <w:t>وہ یاد کرے گا حضرت ابراہیم کی زندگی کو حضرت اسماعیل کی زندگی کو رسول اللہ کی زندگی کو صحابہ کی زندگی کو۔ تو اس کا حج شروع ہو گیا گھر سے ہی۔</w:t>
      </w:r>
    </w:p>
    <w:p>
      <w:r>
        <w:rPr>
          <w:b/>
        </w:rPr>
        <w:t xml:space="preserve">[14:22] </w:t>
      </w:r>
      <w:r>
        <w:t>yani zehni hajj shuru hoga is ka wohin foran ke foran.</w:t>
      </w:r>
    </w:p>
    <w:p>
      <w:pPr>
        <w:jc w:val="right"/>
      </w:pPr>
      <w:r>
        <w:t>یعنی ذہنی حج شروع ہوگا اس کا وہیں فوراً کے فوراً۔</w:t>
      </w:r>
    </w:p>
    <w:p>
      <w:r>
        <w:rPr>
          <w:b/>
        </w:rPr>
        <w:t xml:space="preserve">[14:26] </w:t>
      </w:r>
      <w:r>
        <w:t>phir sochte hue woh pohanchta hai wahan jahan ke ehram bandha jata hai. to ehram bandhega. ehram kya hai?</w:t>
      </w:r>
    </w:p>
    <w:p>
      <w:pPr>
        <w:jc w:val="right"/>
      </w:pPr>
      <w:r>
        <w:t>پھر سوچتے ہوئے وہ پہنچتا ہے وہاں جہاں کہ احرام باندھا جاتا ہے۔ تو احرام باندھے گا۔ احرام کیا ہے؟</w:t>
      </w:r>
    </w:p>
    <w:p>
      <w:r>
        <w:rPr>
          <w:b/>
        </w:rPr>
        <w:t xml:space="preserve">[14:38] </w:t>
      </w:r>
      <w:r>
        <w:t>ehram hum jo kapre pehente hain yeh darzi ke sile hue hote hain. ehram do aisay kapre jo bana sile hue hon.</w:t>
      </w:r>
    </w:p>
    <w:p>
      <w:pPr>
        <w:jc w:val="right"/>
      </w:pPr>
      <w:r>
        <w:t>احرام ہم جو کپڑے پہنتے ہیں یہ درزی کے سلے ہوئے ہوتے ہیں۔ احرام دو ایسے کپڑے جو بنا سلے ہوئے ہوں۔</w:t>
      </w:r>
    </w:p>
    <w:p>
      <w:r>
        <w:rPr>
          <w:b/>
        </w:rPr>
        <w:t xml:space="preserve">[14:49] </w:t>
      </w:r>
      <w:r>
        <w:t>yani do chadarein samajh lijiye. aik chadar oopar aik chadar neechay.</w:t>
      </w:r>
    </w:p>
    <w:p>
      <w:pPr>
        <w:jc w:val="right"/>
      </w:pPr>
      <w:r>
        <w:t>یعنی دو چادریں سمجھ لیجیے۔ ایک چادر اوپر ایک چادر نیچے۔</w:t>
      </w:r>
    </w:p>
    <w:p>
      <w:r>
        <w:rPr>
          <w:b/>
        </w:rPr>
        <w:t xml:space="preserve">[14:57] </w:t>
      </w:r>
      <w:r>
        <w:t>bana sila kapra aur be-rang kapra. rang bhi nahi. safaid kapra ya do chadarein aik neechay se lapait liya aik oopar se lapait liya.</w:t>
      </w:r>
    </w:p>
    <w:p>
      <w:pPr>
        <w:jc w:val="right"/>
      </w:pPr>
      <w:r>
        <w:t>بنا سلا کپڑا اور بے رنگ کپڑا۔ رنگ بھی نہیں۔ سفید کپڑا یا دو چادریں ایک نیچے سے لپیٹ لیا ایک اوپر سے لپیٹ لیا۔</w:t>
      </w:r>
    </w:p>
    <w:p>
      <w:r>
        <w:rPr>
          <w:b/>
        </w:rPr>
        <w:t xml:space="preserve">[15:09] </w:t>
      </w:r>
      <w:r>
        <w:t>yeh saada zindagi ki alamat hai.</w:t>
      </w:r>
    </w:p>
    <w:p>
      <w:pPr>
        <w:jc w:val="right"/>
      </w:pPr>
      <w:r>
        <w:t>یہ سادہ زندگی کی علامت ہے۔</w:t>
      </w:r>
    </w:p>
    <w:p>
      <w:r>
        <w:rPr>
          <w:b/>
        </w:rPr>
        <w:t xml:space="preserve">[15:14] </w:t>
      </w:r>
      <w:r>
        <w:t>jab aap ehram bandhte hain to yeh aap ahad karte hain Khuda se ke meri zindagi saada zindagi hogi. meri zindagi saada zindagi hogi.</w:t>
      </w:r>
    </w:p>
    <w:p>
      <w:pPr>
        <w:jc w:val="right"/>
      </w:pPr>
      <w:r>
        <w:t>جب آپ احرام باندھتے ہیں تو یہ آپ عہد کرتے ہیں خدا سے کہ میری زندگی سادہ زندگی ہوگی۔ میری زندگی سادہ زندگی ہوگی۔</w:t>
      </w:r>
    </w:p>
    <w:p>
      <w:r>
        <w:rPr>
          <w:b/>
        </w:rPr>
        <w:t xml:space="preserve">[15:25] </w:t>
      </w:r>
      <w:r>
        <w:t>zindagi ke comforts mujhe aani chahiye. zindagi ki luxuries mujhe leni chahiye. kyunke ba-maqsad insaan ki zindagi saada hi zindagi hoti hai.</w:t>
      </w:r>
    </w:p>
    <w:p>
      <w:pPr>
        <w:jc w:val="right"/>
      </w:pPr>
      <w:r>
        <w:t>زندگی کے کمفرٹس مجھے آنی چاہیے۔ زندگی کی لگزریز مجھے لینی چاہیے۔ کیونکہ بامقصد انسان کی زندگی سادہ ہی زندگی ہوتی ہے۔</w:t>
      </w:r>
    </w:p>
    <w:p>
      <w:r>
        <w:rPr>
          <w:b/>
        </w:rPr>
        <w:t xml:space="preserve">[15:35] </w:t>
      </w:r>
      <w:r>
        <w:t>yaad rakhiye. hajj aik maqsad ka safar hai. aik maqsad ki yaad-dahani hai.</w:t>
      </w:r>
    </w:p>
    <w:p>
      <w:pPr>
        <w:jc w:val="right"/>
      </w:pPr>
      <w:r>
        <w:t>یاد رکھیے۔ حج ایک مقصد کا سفر ہے۔ ایک مقصد کی یاد دہانی ہے۔</w:t>
      </w:r>
    </w:p>
    <w:p>
      <w:r>
        <w:rPr>
          <w:b/>
        </w:rPr>
        <w:t xml:space="preserve">[15:45] </w:t>
      </w:r>
      <w:r>
        <w:t>hajj ka matlab hai ba-maqsad zindagi guzarna. is ka ahad lena.</w:t>
      </w:r>
    </w:p>
    <w:p>
      <w:pPr>
        <w:jc w:val="right"/>
      </w:pPr>
      <w:r>
        <w:t>حج کا مطلب ہے بامقصد زندگی گزارنا۔ اس کا عہد لینا۔</w:t>
      </w:r>
    </w:p>
    <w:p>
      <w:r>
        <w:rPr>
          <w:b/>
        </w:rPr>
        <w:t xml:space="preserve">[15:51] </w:t>
      </w:r>
      <w:r>
        <w:t>to is mein laazim hai ke aap ki zindagi saada ho. isi saada zindagi ki alamat hai ehram. phir aaj aap Makka pohanchte hain.</w:t>
      </w:r>
    </w:p>
    <w:p>
      <w:pPr>
        <w:jc w:val="right"/>
      </w:pPr>
      <w:r>
        <w:t>تو اس میں لازم ہے کہ آپ کی زندگی سادہ ہو۔ اسی سادہ زندگی کی علامت ہے احرام۔ پھر آج آپ مکہ پہنچتے ہیں۔</w:t>
      </w:r>
    </w:p>
    <w:p>
      <w:r>
        <w:rPr>
          <w:b/>
        </w:rPr>
        <w:t xml:space="preserve">[16:02] </w:t>
      </w:r>
      <w:r>
        <w:t>sab se pehla kaam kya karte hain? Kaaba ka tawaf. yani Kaaba ke charon taraf tawaf karte hain saat baar.</w:t>
      </w:r>
    </w:p>
    <w:p>
      <w:pPr>
        <w:jc w:val="right"/>
      </w:pPr>
      <w:r>
        <w:t>سب سے پہلا کام کیا کرتے ہیں؟ کعبہ کا طواف۔ یعنی کعبہ کے چاروں طرف طواف کرتے ہیں سات بار۔</w:t>
      </w:r>
    </w:p>
    <w:p>
      <w:r>
        <w:rPr>
          <w:b/>
        </w:rPr>
        <w:t xml:space="preserve">[16:12] </w:t>
      </w:r>
      <w:r>
        <w:t>yeh kya cheez hai? yeh bhi alamaati tor par is baat ka ahad hai ke meri zindagi Khuda-rrukhi zindagi hogi.</w:t>
      </w:r>
    </w:p>
    <w:p>
      <w:pPr>
        <w:jc w:val="right"/>
      </w:pPr>
      <w:r>
        <w:t>یہ کیا چیز ہے؟ یہ بھی علامتی طور پر اس بات کا عہد ہے کہ میری زندگی خدا رخی زندگی ہوگی۔</w:t>
      </w:r>
    </w:p>
    <w:p>
      <w:r>
        <w:rPr>
          <w:b/>
        </w:rPr>
        <w:t xml:space="preserve">[16:21] </w:t>
      </w:r>
      <w:r>
        <w:t>Khuda ke gird ghoom ghoomne wali hogi.</w:t>
      </w:r>
    </w:p>
    <w:p>
      <w:pPr>
        <w:jc w:val="right"/>
      </w:pPr>
      <w:r>
        <w:t>خدا کے گرد گھوم گھومنے والی ہوگی۔</w:t>
      </w:r>
    </w:p>
    <w:p>
      <w:r>
        <w:rPr>
          <w:b/>
        </w:rPr>
        <w:t xml:space="preserve">[16:27] </w:t>
      </w:r>
      <w:r>
        <w:t>jaise aik hadees mein hai ke momin ki misaal aisi hai jaise ke rassi mein bandha hua ghoda. to aik khota hai us pe rassi hai us pe bandha hua hai us ka.</w:t>
      </w:r>
    </w:p>
    <w:p>
      <w:pPr>
        <w:jc w:val="right"/>
      </w:pPr>
      <w:r>
        <w:t>جیسے ایک حدیث میں ہے کہ مومن کی مثال ایسی ہے جیسے کہ رسی میں بندھا ہوا گھوڑا۔ تو ایک کھوٹا ہے اس پہ رسی ہے اس پہ بندھا ہوا ہے اس کا۔</w:t>
      </w:r>
    </w:p>
    <w:p>
      <w:r>
        <w:rPr>
          <w:b/>
        </w:rPr>
        <w:t xml:space="preserve">[16:37] </w:t>
      </w:r>
      <w:r>
        <w:t>to jitni lambi rassi rahe gi usi ke daira-e mein ghume ga woh. to tawaf-e-kaba ka matlab yeh hai ke meri zindagi khuda ke gird ghume gi.</w:t>
      </w:r>
    </w:p>
    <w:p>
      <w:pPr>
        <w:jc w:val="right"/>
      </w:pPr>
      <w:r>
        <w:t>تو جتنی لمبی رسی رہے گی اسی کے دائرے میں گھومے گا وہ۔ تو طواف کعبہ کا مطلب یہ ہے کہ میری زندگی خدا کے گرد گھومے گی۔</w:t>
      </w:r>
    </w:p>
    <w:p>
      <w:r>
        <w:rPr>
          <w:b/>
        </w:rPr>
        <w:t xml:space="preserve">[16:49] </w:t>
      </w:r>
      <w:r>
        <w:t>god-rukhi god-oriented zindagi hogi. hamesha ke liye waqti tor par nahi hai. waqti rasam nahi hai yeh. aisa nahi ke waqti tor par aap ne chand minute tawaf kar liya aur baat khatam.</w:t>
      </w:r>
    </w:p>
    <w:p>
      <w:pPr>
        <w:jc w:val="right"/>
      </w:pPr>
      <w:r>
        <w:t>گاڈ رخی گاڈ اورینٹڈ زندگی ہوگی۔ ہمیشہ کے لیے وقتی طور پر نہیں ہے۔ وقتی رسم نہیں ہے یہ۔ ایسا نہیں کہ وقتی طور پر آپ نے چند منٹ طواف کر لیا اور بات ختم۔</w:t>
      </w:r>
    </w:p>
    <w:p>
      <w:r>
        <w:rPr>
          <w:b/>
        </w:rPr>
        <w:t xml:space="preserve">[17:03] </w:t>
      </w:r>
      <w:r>
        <w:t>woh to ahad hai. woh woh woh woh tawaf jo karte hain aap kaba pahunch kar ke woh ahad hai hameshegi ka poori zindagi ka life time ka.</w:t>
      </w:r>
    </w:p>
    <w:p>
      <w:pPr>
        <w:jc w:val="right"/>
      </w:pPr>
      <w:r>
        <w:t>وہ تو عہد ہے۔ وہ وہ وہ وہ طواف جو کرتے ہیں آپ کعبہ پہنچ کر کے وہ عہد ہے ہمیشگی کا پوری زندگی کا لائف ٹائم کا۔</w:t>
      </w:r>
    </w:p>
    <w:p>
      <w:r>
        <w:rPr>
          <w:b/>
        </w:rPr>
        <w:t xml:space="preserve">[17:15] </w:t>
      </w:r>
      <w:r>
        <w:t>is tarah se aap jante hain ke is ke baad aadmi sa'e karta hai. sa'e bane safa walbarwah. wahan par makka ke paas hi do pahariyan thin safa aur barwah.</w:t>
      </w:r>
    </w:p>
    <w:p>
      <w:pPr>
        <w:jc w:val="right"/>
      </w:pPr>
      <w:r>
        <w:t>اس طرح سے آپ جانتے ہیں کہ اس کے بعد آدمی سائے کرتا ہے۔ سائے بنے صفا والبروہ۔ وہاں پر مکہ کے پاس ہی دو پہاڑیاں تھیں صفا اور بروہ۔</w:t>
      </w:r>
    </w:p>
    <w:p>
      <w:r>
        <w:rPr>
          <w:b/>
        </w:rPr>
        <w:t xml:space="preserve">[17:29] </w:t>
      </w:r>
      <w:r>
        <w:t>ab to pahariyan is tarah dikhai nahi deti hain. lekin in do pahariyon ke darmiyan Hazrat Hajra chali thin saat bar. pani ki talash mein.</w:t>
      </w:r>
    </w:p>
    <w:p>
      <w:pPr>
        <w:jc w:val="right"/>
      </w:pPr>
      <w:r>
        <w:t>اب تو پہاڑیاں اس طرح دکھائی نہیں دیتی ہیں۔ لیکن ان دو پہاڑیوں کے درمیان حضرت ہاجرہ چلی تھیں سات بار۔ پانی کی تلاش میں۔</w:t>
      </w:r>
    </w:p>
    <w:p>
      <w:r>
        <w:rPr>
          <w:b/>
        </w:rPr>
        <w:t xml:space="preserve">[17:40] </w:t>
      </w:r>
      <w:r>
        <w:t>to tamam hajiyon ko hukum hai ke tum is ke darmiyan ch</w:t>
      </w:r>
    </w:p>
    <w:p>
      <w:pPr>
        <w:jc w:val="right"/>
      </w:pPr>
      <w:r>
        <w:t>تو تمام حاجیوں کو حکم ہے کہ تم اس کے درمیان چ</w:t>
      </w:r>
    </w:p>
    <w:p>
      <w:r>
        <w:rPr>
          <w:b/>
        </w:rPr>
        <w:t xml:space="preserve">[17:45] </w:t>
      </w:r>
      <w:r>
        <w:t>lo. yeh bhi aashiqi ka mamla nahi hai. yeh bhi mamla is baat ka hai ke hum ke meri zindagi meri doड़ doड़ khuda ke liye hogi.</w:t>
      </w:r>
    </w:p>
    <w:p>
      <w:pPr>
        <w:jc w:val="right"/>
      </w:pPr>
      <w:r>
        <w:t>لو۔ یہ بھی عاشقی کا معاملہ نہیں ہے۔ یہ بھی معاملہ اس بات کا ہے کہ ہم کہ میری زندگی میری دوڑ دھوپ خدا کے لیے ہوگی۔</w:t>
      </w:r>
    </w:p>
    <w:p>
      <w:r>
        <w:rPr>
          <w:b/>
        </w:rPr>
        <w:t xml:space="preserve">[17:58] </w:t>
      </w:r>
      <w:r>
        <w:t>yeh yeh safa aur barwah ke darmiyan jo saat bar sa'e ki ati hai. aisa nahi ke koi aashiq aashiqi ka izhar hai yeh.</w:t>
      </w:r>
    </w:p>
    <w:p>
      <w:pPr>
        <w:jc w:val="right"/>
      </w:pPr>
      <w:r>
        <w:t>یہ یہ صفا اور بروہ کے درمیان جو سات بار سائے کی آتی ہے۔ ایسا نہیں کہ کوئی عاشق عاشقی کا اظہار ہے یہ۔</w:t>
      </w:r>
    </w:p>
    <w:p>
      <w:r>
        <w:rPr>
          <w:b/>
        </w:rPr>
        <w:t xml:space="preserve">[18:06] </w:t>
      </w:r>
      <w:r>
        <w:t>nahi yeh ek ahad hai apne aap ko waqf karne ke liye. ke meri doड़ doड़ jo hai meri zindagi ki doड़ doड़ khuda ke liye hogi deen ke liye hogi dawat ke liye hogi.</w:t>
      </w:r>
    </w:p>
    <w:p>
      <w:pPr>
        <w:jc w:val="right"/>
      </w:pPr>
      <w:r>
        <w:t>نہیں یہ ایک عہد ہے اپنے آپ کو وقف کرنے کے لیے۔ کہ میری دوڑ دھوپ جو ہے میری زندگی کی دوڑ دھوپ خدا کے لیے ہوگی دین کے لیے ہوگی دعوت کے لیے ہوگی۔</w:t>
      </w:r>
    </w:p>
    <w:p>
      <w:r>
        <w:rPr>
          <w:b/>
        </w:rPr>
        <w:t xml:space="preserve">[18:18] </w:t>
      </w:r>
      <w:r>
        <w:t>to asal asal jo hai woh rooh sa'e ki woh yeh hai.</w:t>
      </w:r>
    </w:p>
    <w:p>
      <w:pPr>
        <w:jc w:val="right"/>
      </w:pPr>
      <w:r>
        <w:t>تو اصل اصل جو ہے وہ روح سائے کی وہ یہ ہے۔</w:t>
      </w:r>
    </w:p>
    <w:p>
      <w:r>
        <w:rPr>
          <w:b/>
        </w:rPr>
        <w:t xml:space="preserve">[18:29] </w:t>
      </w:r>
      <w:r>
        <w:t>is tarah dekhiye aap</w:t>
      </w:r>
    </w:p>
    <w:p>
      <w:pPr>
        <w:jc w:val="right"/>
      </w:pPr>
      <w:r>
        <w:t>اس طرح دیکھیے آپ</w:t>
      </w:r>
    </w:p>
    <w:p>
      <w:r>
        <w:rPr>
          <w:b/>
        </w:rPr>
        <w:t xml:space="preserve">[18:34] </w:t>
      </w:r>
      <w:r>
        <w:t>wahan par jo wahan pahunch kar haji jo mukhtalif</w:t>
      </w:r>
    </w:p>
    <w:p>
      <w:pPr>
        <w:jc w:val="right"/>
      </w:pPr>
      <w:r>
        <w:t>وہاں پر جو وہاں پہنچ کر حاجی جو مختلف</w:t>
      </w:r>
    </w:p>
    <w:p>
      <w:r>
        <w:rPr>
          <w:b/>
        </w:rPr>
        <w:t xml:space="preserve">[18:41] </w:t>
      </w:r>
      <w:r>
        <w:t>a'maal ada karte hain to is mein se ek hai arafah. yani maidan-e-arafat mein pahunchna wahan qiyam karna.</w:t>
      </w:r>
    </w:p>
    <w:p>
      <w:pPr>
        <w:jc w:val="right"/>
      </w:pPr>
      <w:r>
        <w:t>اعمال ادا کرتے ہیں تو اس میں سے ایک ہے عرفہ۔ یعنی میدان عرفہ میں پہنچنا وہاں قیام کرنا۔</w:t>
      </w:r>
    </w:p>
    <w:p>
      <w:r>
        <w:rPr>
          <w:b/>
        </w:rPr>
        <w:t xml:space="preserve">[18:53] </w:t>
      </w:r>
      <w:r>
        <w:t>to wahan ek pahad hai pahad ke baad maidan hai to sare haji wahan pahunchte hain. labbaik allahumma labbaik kehte hue jitne bhi haji hain sab ke sab labbaik labbaik kehte hue is maidan-e-arafat mein pahunchte hain wahan qiyam karte hain woh.</w:t>
      </w:r>
    </w:p>
    <w:p>
      <w:pPr>
        <w:jc w:val="right"/>
      </w:pPr>
      <w:r>
        <w:t>تو وہاں ایک پہاڑ ہے پہاڑ کے بعد میدان ہے تو سارے حاجی وہاں پہنچتے ہیں۔ لبیک اللہم لبیک کہتے ہوئے جتنے بھی حاجی ہیں سب کے سب لبیک لبیک کہتے ہوئے اس میدان عرفات میں پہنچتے ہیں وہاں قیام کرتے ہیں وہ۔</w:t>
      </w:r>
    </w:p>
    <w:p>
      <w:r>
        <w:rPr>
          <w:b/>
        </w:rPr>
        <w:t xml:space="preserve">[19:11] </w:t>
      </w:r>
      <w:r>
        <w:t>yeh labbaik labbaik kya hai? yeh bhi koi rasam nahi hai. yeh rasam nahi hai yeh.</w:t>
      </w:r>
    </w:p>
    <w:p>
      <w:pPr>
        <w:jc w:val="right"/>
      </w:pPr>
      <w:r>
        <w:t>یہ لبیک لبیک کیا ہے؟ یہ بھی کوئی رسم نہیں ہے۔ یہ رسم نہیں ہے یہ۔</w:t>
      </w:r>
    </w:p>
    <w:p>
      <w:r>
        <w:rPr>
          <w:b/>
        </w:rPr>
        <w:t xml:space="preserve">[19:19] </w:t>
      </w:r>
      <w:r>
        <w:t>yeh khuda ki pukar ka jawab dena hai ke khuda ya tu ne pukara mein hazir hoon teri pukar par. pukara kis baat ke liye?</w:t>
      </w:r>
    </w:p>
    <w:p>
      <w:pPr>
        <w:jc w:val="right"/>
      </w:pPr>
      <w:r>
        <w:t>یہ خدا کی پکار کا جواب دینا ہے کہ خدایا تو نے پکارا میں حاضر ہوں تیری پکار پر۔ پکارا کس بات کے لیے؟</w:t>
      </w:r>
    </w:p>
    <w:p>
      <w:r>
        <w:rPr>
          <w:b/>
        </w:rPr>
        <w:t xml:space="preserve">[19:29] </w:t>
      </w:r>
      <w:r>
        <w:t>pukara is baat ke liye tum ae insaan tu mere hukumon par chal. ae insaan tu mere deen ka paigham pahuncha logon ko.</w:t>
      </w:r>
    </w:p>
    <w:p>
      <w:pPr>
        <w:jc w:val="right"/>
      </w:pPr>
      <w:r>
        <w:t>پکارا اس بات کے لیے تم اے انسان تو میرے حکموں پر چل۔ اے انسان تو میرے دین کا پیغام پہنچا لوگوں کو۔</w:t>
      </w:r>
    </w:p>
    <w:p>
      <w:r>
        <w:rPr>
          <w:b/>
        </w:rPr>
        <w:t xml:space="preserve">[19:40] </w:t>
      </w:r>
      <w:r>
        <w:t>ae insaan tu logon ko ba-khabar kar ke maine dunya mein kyun tum ko paida bheja hai? kyun paida kiya</w:t>
      </w:r>
    </w:p>
    <w:p>
      <w:pPr>
        <w:jc w:val="right"/>
      </w:pPr>
      <w:r>
        <w:t>اے انسان تو لوگوں کو باخبر کر کہ میں نے دنیا میں کیوں تم کو پیدا بھیجا ہے؟ کیوں پیدا کیا</w:t>
      </w:r>
    </w:p>
    <w:p>
      <w:r>
        <w:rPr>
          <w:b/>
        </w:rPr>
        <w:t xml:space="preserve">[19:47] </w:t>
      </w:r>
      <w:r>
        <w:t>hai? kya matlab hai tumhari zindagi ka? kya matlab hai takhleeq ka? in sab baaton ko logon ko batana. to jab labbaik labbaik keh kar wahan pahunchte hain aap to haqeeqat mein woh khuda se keh rahe hote hain.</w:t>
      </w:r>
    </w:p>
    <w:p>
      <w:pPr>
        <w:jc w:val="right"/>
      </w:pPr>
      <w:r>
        <w:t>ہے؟ کیا مقصد ہے تمہاری زندگی کا؟ کیا مقصد ہے تخلیق کا؟ ان سب باتوں کو لوگوں کو بتانا۔ تو جب لبیک لبیک کہہ کر وہاں پہنچتے ہیں آپ تو حقیقت میں وہ خدا سے کہہ رہے ہوتے ہیں۔</w:t>
      </w:r>
    </w:p>
    <w:p>
      <w:r>
        <w:rPr>
          <w:b/>
        </w:rPr>
        <w:t xml:space="preserve">[20:02] </w:t>
      </w:r>
      <w:r>
        <w:t>allahumma labbaik allahumma labbaik ae khuda mere hukum mein tere hukum ki ta'meel ke hazir hoon.</w:t>
      </w:r>
    </w:p>
    <w:p>
      <w:pPr>
        <w:jc w:val="right"/>
      </w:pPr>
      <w:r>
        <w:t>اللہم لبیک اللہم لبیک اے خدا میرے حکم میں تیرے حکم کی تعمیل کے حاضر ہوں۔</w:t>
      </w:r>
    </w:p>
    <w:p>
      <w:r>
        <w:rPr>
          <w:b/>
        </w:rPr>
        <w:t xml:space="preserve">[20:11] </w:t>
      </w:r>
      <w:r>
        <w:t>to yeh bohat hi bara yani ahad hai. yani arafat ke maidan mein pahunchna labbaik labbaik kehte hue bohat bara ahad hai.</w:t>
      </w:r>
    </w:p>
    <w:p>
      <w:pPr>
        <w:jc w:val="right"/>
      </w:pPr>
      <w:r>
        <w:t>تو یہ بہت ہی بڑا یعنی عہد ہے۔ یعنی عرفات کے میدان میں پہنچنا لبیک لبیک کہتے ہوئے بہت بڑا عہد ہے۔</w:t>
      </w:r>
    </w:p>
    <w:p>
      <w:r>
        <w:rPr>
          <w:b/>
        </w:rPr>
        <w:t xml:space="preserve">[20:24] </w:t>
      </w:r>
      <w:r>
        <w:t>isi liye dekhiye arafat ke maidan mein rasool Allah ne khutbah diya. khutbah diya. is khutbe mein aap ne bohat si baatein kahin.</w:t>
      </w:r>
    </w:p>
    <w:p>
      <w:pPr>
        <w:jc w:val="right"/>
      </w:pPr>
      <w:r>
        <w:t>اسی لیے دیکھیے عرفات کے میدان میں رسول اللہ نے خطبہ دیا۔ خطبہ دیا۔ اس خطبے میں آپ نے بہت سی باتیں کہیں۔</w:t>
      </w:r>
    </w:p>
    <w:p>
      <w:r>
        <w:rPr>
          <w:b/>
        </w:rPr>
        <w:t xml:space="preserve">[20:36] </w:t>
      </w:r>
      <w:r>
        <w:t>misal yeh kaha ke aap ne ke kale aur gore mein koi farq nahi.</w:t>
      </w:r>
    </w:p>
    <w:p>
      <w:pPr>
        <w:jc w:val="right"/>
      </w:pPr>
      <w:r>
        <w:t>مثلا یہ کہا کہ آپ نے کہ کالے اور گورے میں کوئی فرق نہیں۔</w:t>
      </w:r>
    </w:p>
    <w:p>
      <w:r>
        <w:rPr>
          <w:b/>
        </w:rPr>
        <w:t xml:space="preserve">[20:42] </w:t>
      </w:r>
      <w:r>
        <w:t>sab barabar hain. sab barabar hain.</w:t>
      </w:r>
    </w:p>
    <w:p>
      <w:pPr>
        <w:jc w:val="right"/>
      </w:pPr>
      <w:r>
        <w:t>سب برابر ہیں۔ سب برابر ہیں۔</w:t>
      </w:r>
    </w:p>
    <w:p>
      <w:r>
        <w:rPr>
          <w:b/>
        </w:rPr>
        <w:t xml:space="preserve">[20:49] </w:t>
      </w:r>
      <w:r>
        <w:t>logon mein farq agar hai to woh sirf deen aur taqwa ke wajah se. yani jo aadmi Allah ke nazdeek zyada mutaqqi hai wohi Allah ke nazdeek uska Allah ke nazdeek acha banda hai.</w:t>
      </w:r>
    </w:p>
    <w:p>
      <w:pPr>
        <w:jc w:val="right"/>
      </w:pPr>
      <w:r>
        <w:t>لوگوں میں فرق اگر ہے تو وہ صرف دین اور تقوی کے وجہ سے۔ یعنی جو آدمی اللہ کے نزدیک زیادہ متقی ہے وہی اللہ کے نزدیک اس کا اللہ کے نزدیک اچھا بندہ ہے۔</w:t>
      </w:r>
    </w:p>
    <w:p>
      <w:r>
        <w:rPr>
          <w:b/>
        </w:rPr>
        <w:t xml:space="preserve">[21:04] </w:t>
      </w:r>
      <w:r>
        <w:t>is ka rang kaisa hai? is ka status kya hai? woh kis nasl se hai?</w:t>
      </w:r>
    </w:p>
    <w:p>
      <w:pPr>
        <w:jc w:val="right"/>
      </w:pPr>
      <w:r>
        <w:t>اس کا رنگ کیسا ہے؟ اس کا اسٹیٹس کیا ہے؟ وہ کس نسل سے ہے؟</w:t>
      </w:r>
    </w:p>
    <w:p>
      <w:r>
        <w:rPr>
          <w:b/>
        </w:rPr>
        <w:t xml:space="preserve">[21:11] </w:t>
      </w:r>
      <w:r>
        <w:t>is ke paas paisa hai ke ghareeb hai? is se koi farq nahi parta. farq parta hai is se ke is ka deen ke mamle mein woh kitna mukhlis hai.</w:t>
      </w:r>
    </w:p>
    <w:p>
      <w:pPr>
        <w:jc w:val="right"/>
      </w:pPr>
      <w:r>
        <w:t>اس کے پاس پیسہ ہے کہ غریب ہے؟ اس سے کوئی فرق نہیں پڑتا۔ فرق پڑتا ہے اس سے کہ اس کا دین کے معاملے میں وہ کتنا مخلص ہے۔</w:t>
      </w:r>
    </w:p>
    <w:p>
      <w:r>
        <w:rPr>
          <w:b/>
        </w:rPr>
        <w:t xml:space="preserve">[21:21] </w:t>
      </w:r>
      <w:r>
        <w:t>dawat ke kaam mein woh kitna sargaram hai. Allah ke hukumon ki taameel mein woh kitna zyada aage hai. to yeh khutba diya wahan aap ne.</w:t>
      </w:r>
    </w:p>
    <w:p>
      <w:pPr>
        <w:jc w:val="right"/>
      </w:pPr>
      <w:r>
        <w:t>دعوت کے کام میں وہ کتنا سرگرم ہے۔ اللہ کے حکموں کی تعمیل میں وہ کتنا زیادہ آگے ہے۔ تو یہ خطبہ دیا وہاں آپ نے۔</w:t>
      </w:r>
    </w:p>
    <w:p>
      <w:r>
        <w:rPr>
          <w:b/>
        </w:rPr>
        <w:t xml:space="preserve">[21:31] </w:t>
      </w:r>
      <w:r>
        <w:t>is khutbe mein aap ne farmaya yeh bohat hi ahem juz hai khutbe ka. aap ne farmaya ke eha naas</w:t>
      </w:r>
    </w:p>
    <w:p>
      <w:pPr>
        <w:jc w:val="right"/>
      </w:pPr>
      <w:r>
        <w:t>اس خطبے میں آپ نے فرمایا یہ بہت ہی اہم جز ہے خطبے کا۔ آپ نے فرمایا کہ ایہا الناس</w:t>
      </w:r>
    </w:p>
    <w:p>
      <w:r>
        <w:rPr>
          <w:b/>
        </w:rPr>
        <w:t xml:space="preserve">[21:41] </w:t>
      </w:r>
      <w:r>
        <w:t>. in Allah basni kaafatan lil naas fado ae logon logon matlab yeh hai ke jo ahl-e-imaan ikhatta hue the wahan Allah ne mujh ko bheja hai sari dunya ke liye</w:t>
      </w:r>
    </w:p>
    <w:p>
      <w:pPr>
        <w:jc w:val="right"/>
      </w:pPr>
      <w:r>
        <w:t>۔ ان اللہ باسنی کافت للناس فادو اے لوگوں لوگوں مطلب یہ ہے کہ جو اہل ایمان اکٹھا ہوئے تھے وہاں اللہ نے مجھ کو بھیجا ہے ساری دنیا کے لیے</w:t>
      </w:r>
    </w:p>
    <w:p>
      <w:r>
        <w:rPr>
          <w:b/>
        </w:rPr>
        <w:t xml:space="preserve">[22:00] </w:t>
      </w:r>
      <w:r>
        <w:t>in Allah basni kaafatan lil naas yani jo paigham mein le kar aaya hoon jo quran mein le kar aaya hoon woh sab ke liye hai sab ke liye fado ani to is paigham ko is quran ko tum sare insanon tak pohncha do sare insanon tak pohncha do abhi mera ek safar hua tha Europe ka aur aur mashriq-e-wusta ka</w:t>
      </w:r>
    </w:p>
    <w:p>
      <w:pPr>
        <w:jc w:val="right"/>
      </w:pPr>
      <w:r>
        <w:t>ان اللہ باسنی کافت للناس یعنی جو پیغام میں لے کر آیا ہوں جو قرآن میں لے کر آیا ہوں وہ سب کے لیے ہے سب کے لیے فادو انی تو اس پیغام کو اس قرآن کو تم سارے انسانوں تک پہنچا دو سارے انسانوں تک پہنچا دو ابھی میرا ایک سفر ہوا تھا یورپ کا اور اور مشرق وسطی کا</w:t>
      </w:r>
    </w:p>
    <w:p>
      <w:r>
        <w:rPr>
          <w:b/>
        </w:rPr>
        <w:t xml:space="preserve">[22:30] </w:t>
      </w:r>
      <w:r>
        <w:t>wahan bohat bari conference thi dunya bhar ke log aaye the har mazhab ke log ghair muslim bohat zyada the to hum yahan se le gaye the abhi haal mein jo hamare paas chupa hai quran ka angrezi tarjuma to log ghaur se loot rahe the us ko</w:t>
      </w:r>
    </w:p>
    <w:p>
      <w:pPr>
        <w:jc w:val="right"/>
      </w:pPr>
      <w:r>
        <w:t>وہاں بہت بڑی کانفرنس تھی دنیا بھر کے لوگ آئے تھے ہر مذہب کے لوگ غیر مسلم بہت زیادہ تھے تو ہم یہاں سے لے گئے تھے ابھی حال میں جو ہمارے پاس چھپا ہے قرآن کا انگریزی ترجمہ تو لوگ غوث بلق لوٹ رہے تھے اس کو</w:t>
      </w:r>
    </w:p>
    <w:p>
      <w:r>
        <w:rPr>
          <w:b/>
        </w:rPr>
        <w:t xml:space="preserve">[22:47] </w:t>
      </w:r>
      <w:r>
        <w:t>loot rahe the ke tarjuma hai acha lao mujhe do quran ka tarjuma hai bhala mujhe do</w:t>
      </w:r>
    </w:p>
    <w:p>
      <w:pPr>
        <w:jc w:val="right"/>
      </w:pPr>
      <w:r>
        <w:t>لوٹ رہے تھے کہ ترجمہ ہے اچھا لاؤ مجھے دو قرآن کا ترجمہ ہے بھلا مجھے دو</w:t>
      </w:r>
    </w:p>
    <w:p>
      <w:r>
        <w:rPr>
          <w:b/>
        </w:rPr>
        <w:t xml:space="preserve">[22:54] </w:t>
      </w:r>
      <w:r>
        <w:t>is se maine samjha ke Allah taala ne jo ke khaliq hai insan ka us ne har insan ke andar ek talab rakh di hai talab apne kalam ki apne kalam ki talab rakh di hai acha yeh mere khaliq ka kalam hai lao mujhe do</w:t>
      </w:r>
    </w:p>
    <w:p>
      <w:pPr>
        <w:jc w:val="right"/>
      </w:pPr>
      <w:r>
        <w:t>اس سے میں نے سمجھا کہ اللہ تعالی نے جو کہ خالق ہے انسان کا اس نے ہر انسان کے اندر ایک طلب رکھ دی ہے طلب اپنے کلام کی اپنے کلام کی طلب رکھ دی ہے اچھا یہ میرے خالق کا کلام ہے لاؤ مجھے دو</w:t>
      </w:r>
    </w:p>
    <w:p>
      <w:r>
        <w:rPr>
          <w:b/>
        </w:rPr>
        <w:t xml:space="preserve">[23:14] </w:t>
      </w:r>
      <w:r>
        <w:t>jab woh suntay thay ke yeh quran ka tarjuma hai to un ki to un ki jo nature hai un ki jo fitrat hai un ka jo andar ki rooh hai woh kehti thi ke acha yeh mere khaliq ka kalam hai lao mujhe do mujhe is ko parhna hai to yeh farmaya aap ne ke pohncha do logon tak is ko kyunke ab 50 percent kaam already ho chuka hai woh kya talab</w:t>
      </w:r>
    </w:p>
    <w:p>
      <w:pPr>
        <w:jc w:val="right"/>
      </w:pPr>
      <w:r>
        <w:t>جب وہ سنتے تھے کہ یہ قرآن کا ترجمہ ہے تو ان کی تو ان کی جو نیچر ہے ان کی جو فطرت ہے ان کا جو اندر کی روح ہے وہ کہتی تھی کہ اچھا یہ میرے خالق کا کلام ہے لاؤ مجھے دو مجھے اس کو پڑھنا ہے تو یہ فرمایا آپ نے کہ پہنچا دو لوگوں تک اس کو کیونکہ اب 50 پرسنٹ کام الریڈی ہو چکا ہے وہ کیا طلب</w:t>
      </w:r>
    </w:p>
    <w:p>
      <w:r>
        <w:rPr>
          <w:b/>
        </w:rPr>
        <w:t xml:space="preserve">[23:42] </w:t>
      </w:r>
      <w:r>
        <w:t>Allah taala ne paidaish ke sath sath logon ke andar talab rakh di hai to 50 percent already maujood hai un ke andar ab 50 percent kya hai ke aap pohncha dein aur le kar is ko parhein to hajj ka yeh paigham hai ke ae logon jo yahan ikhatta hua hai ab bikhar jao dunya mein chunancha sahaba jo wahan ikhatta hue the hajjat-ul-wida ke mauqe par</w:t>
      </w:r>
    </w:p>
    <w:p>
      <w:pPr>
        <w:jc w:val="right"/>
      </w:pPr>
      <w:r>
        <w:t>اللہ تعالی نے پیدائش کے ساتھ ساتھ لوگوں کے اندر طلب رکھ دی ہے تو 50 پرسنٹ الریڈی موجود ہے ان کے اندر اب 50 پرسنٹ کیا ہے کہ آپ پہنچا دیں اور لے کر اس کو پڑھیں تو حج کا یہ پیغام ہے کہ اے لوگوں جو یہاں اکٹھا ہوا ہے اب بکھر جاؤ دنیا میں چنانچہ صحابہ جو وہاں اکٹھا ہوئے تھے حجۃ الوداع کے موقع پر</w:t>
      </w:r>
    </w:p>
    <w:p>
      <w:r>
        <w:rPr>
          <w:b/>
        </w:rPr>
        <w:t xml:space="preserve">[24:10] </w:t>
      </w:r>
      <w:r>
        <w:t>to aap ne jab yeh baat farmayi ke pohncha do to wohin se sab ke mansoobe ban gaye wohin se kitaab mein bataya ke jis ka joda jis ka ghoda ya sawari jidhar thi udhar hi chal pada woh yani us ki sawari us woh us rukh par khari hui hai to udhar chal pada udhar hai to udhar chal pada yani hajj ke baad hi yani hajjat-ul-wida ke baad hi log mulkon mulkon mein bikhar gaye</w:t>
      </w:r>
    </w:p>
    <w:p>
      <w:pPr>
        <w:jc w:val="right"/>
      </w:pPr>
      <w:r>
        <w:t>تو آپ نے جب یہ بات فرمائی کہ پہنچا دو تو وہیں سے سب کے منصوبے بن گئے وہیں سے کتاب میں بتایا کہ جس کا جوڑا جس کا گھوڑا یا سواری جدھر تھی ادھر ہی چل پڑا وہ یعنی اس کی سواری اس وہ اس رخ پر کھڑی ہوئی ہے تو ادھر چل پڑا ادھر ہے تو ادھر چل پڑا یعنی حج کے بعد ہی یعنی حجۃ الوداع کے بعد ہی لوگ ملکوں ملکوں میں بکھر گئے</w:t>
      </w:r>
    </w:p>
    <w:p>
      <w:r>
        <w:rPr>
          <w:b/>
        </w:rPr>
        <w:t xml:space="preserve">[24:39] </w:t>
      </w:r>
      <w:r>
        <w:t>chunaanche aap jaayen to wahan Makkah aur Madinah mein aap ko Sahaba ki qabrein bohat kam milti hain</w:t>
      </w:r>
    </w:p>
    <w:p>
      <w:pPr>
        <w:jc w:val="right"/>
      </w:pPr>
      <w:r>
        <w:t>چنانچہ آپ جائیں تو وہاں مکہ اور مدینہ میں آپ کو صحابہ کی قبریں بہت کم ملتی ہیں</w:t>
      </w:r>
    </w:p>
    <w:p>
      <w:r>
        <w:rPr>
          <w:b/>
        </w:rPr>
        <w:t xml:space="preserve">[24:44] </w:t>
      </w:r>
      <w:r>
        <w:t>kuch log chalay gaye bahir bahir ja kar ke woh kaam kiya dawat-i unhon ne wahin par un</w:t>
      </w:r>
    </w:p>
    <w:p>
      <w:pPr>
        <w:jc w:val="right"/>
      </w:pPr>
      <w:r>
        <w:t>کچھ لوگ چلے گئے باہر باہر جا کر کے وہ کام کیا دعوتی انہوں نے وہیں پر ان</w:t>
      </w:r>
    </w:p>
    <w:p>
      <w:r>
        <w:rPr>
          <w:b/>
        </w:rPr>
        <w:t xml:space="preserve">[24:50] </w:t>
      </w:r>
      <w:r>
        <w:t>ko maut aayi wahin par dafan hue woh</w:t>
      </w:r>
    </w:p>
    <w:p>
      <w:pPr>
        <w:jc w:val="right"/>
      </w:pPr>
      <w:r>
        <w:t>کو موت ائی وہیں پر دفن ہوئے وہ</w:t>
      </w:r>
    </w:p>
    <w:p>
      <w:r>
        <w:rPr>
          <w:b/>
        </w:rPr>
        <w:t xml:space="preserve">[24:53] </w:t>
      </w:r>
      <w:r>
        <w:t>to Hajj ki haqeeqat yahi hai</w:t>
      </w:r>
    </w:p>
    <w:p>
      <w:pPr>
        <w:jc w:val="right"/>
      </w:pPr>
      <w:r>
        <w:t>تو حج کی حقیقت یہی ہے</w:t>
      </w:r>
    </w:p>
    <w:p>
      <w:r>
        <w:rPr>
          <w:b/>
        </w:rPr>
        <w:t xml:space="preserve">[24:57] </w:t>
      </w:r>
      <w:r>
        <w:t>Hajj koi ishq o aashiqi ki baat nahi hai</w:t>
      </w:r>
    </w:p>
    <w:p>
      <w:pPr>
        <w:jc w:val="right"/>
      </w:pPr>
      <w:r>
        <w:t>حج کوئی عشق و عاشقی کی بات نہیں ہے</w:t>
      </w:r>
    </w:p>
    <w:p>
      <w:r>
        <w:rPr>
          <w:b/>
        </w:rPr>
        <w:t xml:space="preserve">[25:01] </w:t>
      </w:r>
      <w:r>
        <w:t>koi deewangi ki baat nahi hai woh aik bohat hi bashaoor amal hai socha samjha amal hai</w:t>
      </w:r>
    </w:p>
    <w:p>
      <w:pPr>
        <w:jc w:val="right"/>
      </w:pPr>
      <w:r>
        <w:t>کوئی دیوانگی کی بات نہیں ہے وہ ایک بہت ہی باشعور عمل ہے سوچا سمجھا عمل ہے</w:t>
      </w:r>
    </w:p>
    <w:p>
      <w:r>
        <w:rPr>
          <w:b/>
        </w:rPr>
        <w:t xml:space="preserve">[25:11] </w:t>
      </w:r>
      <w:r>
        <w:t>hazrat Ibrahim ne apni sari zindagi dawat ke liye waqf kar di thi mulkon mulkon mein ja kar unhone dawat-i-kaam kiya tha phir dawat-i-team ke liye Hazrat Ismail ko basaya is mein desert mein woh isi liye tha ke ek dawat-i-team bane wohi dawat-i-team bani sahaba ki shakal mein baat ko is ne kitna bara kaam kiya</w:t>
      </w:r>
    </w:p>
    <w:p>
      <w:pPr>
        <w:jc w:val="right"/>
      </w:pPr>
      <w:r>
        <w:t>حضرت ابراہیم نے اپنی ساری زندگی دعوت کے لیے وقف کر دی تھی ملکوں ملکوں میں جا کر انہوں نے دعوتی کام کیا تھا پھر دعوتی ٹیم کے لیے حضرت اسماعیل کو بسایا اس میں ڈیزرٹ میں وہ اسی لیے تھا کہ ایک دعوتی ٹیم بنے وہی دعوتی ٹیم بنی صحابہ کی شکل میں بات کو اس نے کتنا بڑا کام کیا</w:t>
      </w:r>
    </w:p>
    <w:p>
      <w:r>
        <w:rPr>
          <w:b/>
        </w:rPr>
        <w:t xml:space="preserve">[25:34] </w:t>
      </w:r>
      <w:r>
        <w:t>to Hazrat Ismail aur Hazrat Hazrat Ibrahim in ka jo mansooba tha woh yeh tha ke aik dawat-i</w:t>
      </w:r>
    </w:p>
    <w:p>
      <w:pPr>
        <w:jc w:val="right"/>
      </w:pPr>
      <w:r>
        <w:t>تو حضرت اسماعیل اور حضرت حضرت ابراہیم ان کا جو منصوبہ تھا وہ یہ تھا کہ ایک دعوتی</w:t>
      </w:r>
    </w:p>
    <w:p>
      <w:r>
        <w:rPr>
          <w:b/>
        </w:rPr>
        <w:t xml:space="preserve">[25:41] </w:t>
      </w:r>
      <w:r>
        <w:t>team banay jo saari duniya mein dawat kare Islam ka paigham pohanchaye Allah ki baat ko pohanchaye sab</w:t>
      </w:r>
    </w:p>
    <w:p>
      <w:pPr>
        <w:jc w:val="right"/>
      </w:pPr>
      <w:r>
        <w:t>ٹیم بنے جو ساری دنیا میں دعوت کرے اسلام کا پیغام پہنچائے اللہ کی بات کو پہنچائے سب</w:t>
      </w:r>
    </w:p>
    <w:p>
      <w:r>
        <w:rPr>
          <w:b/>
        </w:rPr>
        <w:t xml:space="preserve">[25:50] </w:t>
      </w:r>
      <w:r>
        <w:t>tak to yeh hai sabaq jo wahan se le kar hamein lotna hai</w:t>
      </w:r>
    </w:p>
    <w:p>
      <w:pPr>
        <w:jc w:val="right"/>
      </w:pPr>
      <w:r>
        <w:t>تک تو یہ ہے سبق جو وہاں سے لے کر ہمیں لوٹنا ہے</w:t>
      </w:r>
    </w:p>
    <w:p>
      <w:r>
        <w:rPr>
          <w:b/>
        </w:rPr>
        <w:t xml:space="preserve">[25:58] </w:t>
      </w:r>
      <w:r>
        <w:t>phir haaji jo hai Mina mein jata hai Mina aik maqam hai</w:t>
      </w:r>
    </w:p>
    <w:p>
      <w:pPr>
        <w:jc w:val="right"/>
      </w:pPr>
      <w:r>
        <w:t>پھر حاجی جو ہے منی میں جاتا ہے منی ایک مقام ہے</w:t>
      </w:r>
    </w:p>
    <w:p>
      <w:r>
        <w:rPr>
          <w:b/>
        </w:rPr>
        <w:t xml:space="preserve">[26:05] </w:t>
      </w:r>
      <w:r>
        <w:t>Makkah se kuch faasle par yahan woh qurbani karta hai yeh qurbani kya hai to quran mein saaf saaf hai ke Allah taqwa ban ko ke tumhari qurbani ka jo gosht hai khoon hai woh Khuda ko nahi pohanchta hai woh jo taqwa hai woh pohanchta hai yani kis jazbe se tum ne qurbani ki ke spirit ko le kar ke tum yahan aaye</w:t>
      </w:r>
    </w:p>
    <w:p>
      <w:pPr>
        <w:jc w:val="right"/>
      </w:pPr>
      <w:r>
        <w:t>مکے سے کچھ فاصلے پر یہاں وہ قربانی کرتا ہے یہ قربانی کیا ہے تو قرآن میں صاف صاف ہے کہ اللہ تقویٰ بن کو کہ تمہاری قربانی کا جو گوشت ہے خون ہے وہ خدا کو نہیں پہنچتا ہے وہ جو تقویٰ ہے وہ پہنچتا ہے یعنی کس جذبے سے تم نے قربانی کی کہ اسپیریٹ کو لے کر کے تم یہاں ائے</w:t>
      </w:r>
    </w:p>
    <w:p>
      <w:r>
        <w:rPr>
          <w:b/>
        </w:rPr>
        <w:t xml:space="preserve">[26:34] </w:t>
      </w:r>
      <w:r>
        <w:t>to woh cheez jo hai woh Khuda ko pohanchti hai pohanchne ka maani kya hai wahi cheez prevail</w:t>
      </w:r>
    </w:p>
    <w:p>
      <w:pPr>
        <w:jc w:val="right"/>
      </w:pPr>
      <w:r>
        <w:t>تو وہ چیز جو ہے وہ خدا کو پہنچتی ہے پہنچنے کا معنی کیا ہے وہی چیز پریویل</w:t>
      </w:r>
    </w:p>
    <w:p>
      <w:r>
        <w:rPr>
          <w:b/>
        </w:rPr>
        <w:t xml:space="preserve">[26:39] </w:t>
      </w:r>
      <w:r>
        <w:t>karegi yaani qurbani to aap ne kar di paanch minute mein woh maamla khatam ho gaya lekin</w:t>
      </w:r>
    </w:p>
    <w:p>
      <w:pPr>
        <w:jc w:val="right"/>
      </w:pPr>
      <w:r>
        <w:t>کرے گی یعنی قربانی تو آپ نے کر دی پانچ منٹ میں وہ معاملہ ختم ہو گیا لیکن</w:t>
      </w:r>
    </w:p>
    <w:p>
      <w:r>
        <w:rPr>
          <w:b/>
        </w:rPr>
        <w:t xml:space="preserve">[26:47] </w:t>
      </w:r>
      <w:r>
        <w:t>spirit prevail karti hai woh baqi chalti hai baad tak kaam karti hai woh to Khuda tak pohanchne</w:t>
      </w:r>
    </w:p>
    <w:p>
      <w:pPr>
        <w:jc w:val="right"/>
      </w:pPr>
      <w:r>
        <w:t>اسپیریٹ پریویل کرتی ہے وہ باقی چلتی ہے بعد تک کام کرتی ہے وہ تو خدا تک پہنچنے</w:t>
      </w:r>
    </w:p>
    <w:p>
      <w:r>
        <w:rPr>
          <w:b/>
        </w:rPr>
        <w:t xml:space="preserve">[26:54] </w:t>
      </w:r>
      <w:r>
        <w:t>ka maani yeh hai ke jis spirit ke saath tum qurbani doge wahi spirit jo hai tumhari</w:t>
      </w:r>
    </w:p>
    <w:p>
      <w:pPr>
        <w:jc w:val="right"/>
      </w:pPr>
      <w:r>
        <w:t>کا معنی یہ ہے کہ جس اسپیریٹ کے ساتھ تم قربانی دو گے وہی اسپیریٹ جو ہے تمہاری</w:t>
      </w:r>
    </w:p>
    <w:p>
      <w:r>
        <w:rPr>
          <w:b/>
        </w:rPr>
        <w:t xml:space="preserve">[26:58] </w:t>
      </w:r>
      <w:r>
        <w:t>zindagi mein shaamil hogi</w:t>
      </w:r>
    </w:p>
    <w:p>
      <w:pPr>
        <w:jc w:val="right"/>
      </w:pPr>
      <w:r>
        <w:t>زندگی میں شامل ہوگی</w:t>
      </w:r>
    </w:p>
    <w:p>
      <w:r>
        <w:rPr>
          <w:b/>
        </w:rPr>
        <w:t xml:space="preserve">[27:01] </w:t>
      </w:r>
      <w:r>
        <w:t>isi par tum jiyoge isi par tum maroge</w:t>
      </w:r>
    </w:p>
    <w:p>
      <w:pPr>
        <w:jc w:val="right"/>
      </w:pPr>
      <w:r>
        <w:t>اسی پر تم جیو گے اسی پر تم مرو گے</w:t>
      </w:r>
    </w:p>
    <w:p>
      <w:r>
        <w:rPr>
          <w:b/>
        </w:rPr>
        <w:t xml:space="preserve">[27:06] </w:t>
      </w:r>
      <w:r>
        <w:t>to Mina ki qurbani ka matlab yeh hai ke aadmi janwar ko qurban kar ke is baat ka izhaar karta hai ahad karta hai ke main qurbani ki had tak ja kar ke Khuda ka kaam karunga yani gardan katwana nahi</w:t>
      </w:r>
    </w:p>
    <w:p>
      <w:pPr>
        <w:jc w:val="right"/>
      </w:pPr>
      <w:r>
        <w:t>تو منی کی قربانی کا مطلب یہ ہے کہ آدمی جانور کو قربان کر کے اس بات کا اظہار کرتا ہے عہد کرتا ہے کہ میں قربانی کی حد تک جا کر کے خدا کا کام کروں گا یعنی گردن کٹوانا نہیں</w:t>
      </w:r>
    </w:p>
    <w:p>
      <w:r>
        <w:rPr>
          <w:b/>
        </w:rPr>
        <w:t xml:space="preserve">[27:24] </w:t>
      </w:r>
      <w:r>
        <w:t>apne apne maal ko kharch karna apne time ko kharch karna apni apni tawanaai ko kharch karna</w:t>
      </w:r>
    </w:p>
    <w:p>
      <w:pPr>
        <w:jc w:val="right"/>
      </w:pPr>
      <w:r>
        <w:t>اپنے اپنے مال کو خرچ کرنا اپنے ٹائم کو خرچ کرنا اپنی اپنی توانائی کو خرچ کرنا</w:t>
      </w:r>
    </w:p>
    <w:p>
      <w:r>
        <w:rPr>
          <w:b/>
        </w:rPr>
        <w:t xml:space="preserve">[27:33] </w:t>
      </w:r>
      <w:r>
        <w:t>yeh yeh qurbani</w:t>
      </w:r>
    </w:p>
    <w:p>
      <w:pPr>
        <w:jc w:val="right"/>
      </w:pPr>
      <w:r>
        <w:t>یہ یہ قربانی</w:t>
      </w:r>
    </w:p>
    <w:p>
      <w:r>
        <w:rPr>
          <w:b/>
        </w:rPr>
        <w:t xml:space="preserve">[27:39] </w:t>
      </w:r>
      <w:r>
        <w:t>to yahi bataya gaya hai ke Allah</w:t>
      </w:r>
    </w:p>
    <w:p>
      <w:pPr>
        <w:jc w:val="right"/>
      </w:pPr>
      <w:r>
        <w:t>تو یہی بتایا گیا ہے کہ اللہ</w:t>
      </w:r>
    </w:p>
    <w:p>
      <w:r>
        <w:rPr>
          <w:b/>
        </w:rPr>
        <w:t xml:space="preserve">[27:46] </w:t>
      </w:r>
      <w:r>
        <w:t>yani qurbani kar ke mamla khatam nahi hota woh to wohin shuru hota hai woh to woh to aaghaz hai jab aap janwar ki qurbani karte hain to wahan se aaghaz hota hai in salati wa nusuki wa mahyaya wa mamati lillahi rabbil alameen</w:t>
      </w:r>
    </w:p>
    <w:p>
      <w:pPr>
        <w:jc w:val="right"/>
      </w:pPr>
      <w:r>
        <w:t>یعنی قربانی کر کے معاملہ ختم نہیں ہوتا وہ تو وہیں شروع ہوتا ہے وہ تو وہ تو اغاز ہے جب آپ جانور کی قربانی کرتے ہیں تو وہاں سے اغاز ہوتا ہے ان صلاۃ و مایا وات للہ رب العالمین</w:t>
      </w:r>
    </w:p>
    <w:p>
      <w:r>
        <w:rPr>
          <w:b/>
        </w:rPr>
        <w:t xml:space="preserve">[28:05] </w:t>
      </w:r>
      <w:r>
        <w:t>to woh aaghaz hai is ke baad kya hai Khuda ke hukumon pe chalna Khuda ki dawat ko phailana Khuda ke paigham ko sari dunya tak pohanchana</w:t>
      </w:r>
    </w:p>
    <w:p>
      <w:pPr>
        <w:jc w:val="right"/>
      </w:pPr>
      <w:r>
        <w:t>تو وہ اغاز ہے اس کے بعد کیا ہے خدا کے حکموں پہ چلنا خدا کی دعوت کو پھیلانا خدا کے پیغام کو ساری دنیا تک پہنچانا</w:t>
      </w:r>
    </w:p>
    <w:p>
      <w:r>
        <w:rPr>
          <w:b/>
        </w:rPr>
        <w:t xml:space="preserve">[28:15] </w:t>
      </w:r>
      <w:r>
        <w:t>yeh hai is ke baad</w:t>
      </w:r>
    </w:p>
    <w:p>
      <w:pPr>
        <w:jc w:val="right"/>
      </w:pPr>
      <w:r>
        <w:t>یہ ہے اس کے بعد</w:t>
      </w:r>
    </w:p>
    <w:p>
      <w:r>
        <w:rPr>
          <w:b/>
        </w:rPr>
        <w:t xml:space="preserve">[28:20] </w:t>
      </w:r>
      <w:r>
        <w:t>to yeh bohat zaroori hai ke hajj log hajj ke ka jo form hai jo masail hajj ke hain us ke khoob expert hote hain jis se poochein woh hajj ke masail ko janta hoga to hajj ke masail se koi bekhabar nahi lekin spirit ka koi logon ko pata nahi</w:t>
      </w:r>
    </w:p>
    <w:p>
      <w:pPr>
        <w:jc w:val="right"/>
      </w:pPr>
      <w:r>
        <w:t>تو یہ بہت ضروری ہے کہ حج لوگ حج کے کا جو فارم ہے جو مسائل حج کے ہیں اس کے خوب ایکسپرٹ ہوتے ہیں جس سے پوچھیں وہ حج کے مسائل کو جانتا ہوگا تو حج کے مسائل سے کوئی بے خبر نہیں لیکن اسپیریٹ کا کوئی لوگوں کو پتہ نہیں</w:t>
      </w:r>
    </w:p>
    <w:p>
      <w:r>
        <w:rPr>
          <w:b/>
        </w:rPr>
        <w:t xml:space="preserve">[28:41] </w:t>
      </w:r>
      <w:r>
        <w:t>to zaroori hai ke log hajj ke liye jab niklein to haqeeqat hajj ko jaan kar niklein hajj ki spirit ko jaan kar niklein taake wahan se wahi le ke lautien aur unka hajj sacha hajj bane</w:t>
      </w:r>
    </w:p>
    <w:p>
      <w:pPr>
        <w:jc w:val="right"/>
      </w:pPr>
      <w:r>
        <w:t>تو ضروری ہے کہ لوگ حج کے لیے جب نکلیں تو حقیقت حج کو جان کر نکلیں حج کی اسپیریٹ کو جان کر نکلیں تاکہ وہاں سے وہی لے کے لوٹیں اور ان کا حج سچا حج بنے</w:t>
      </w:r>
    </w:p>
    <w:p>
      <w:r>
        <w:rPr>
          <w:b/>
        </w:rPr>
        <w:t xml:space="preserve">[28:58] </w:t>
      </w:r>
      <w:r>
        <w:t>is tarah dekhiye wahan par ek maqam se guzarte hain haji yahan jمرةt hain shaitan ke ke alamat hain is par woh kankri marte hain</w:t>
      </w:r>
    </w:p>
    <w:p>
      <w:pPr>
        <w:jc w:val="right"/>
      </w:pPr>
      <w:r>
        <w:t>اس طرح دیکھیے وہاں پر ایک مقام سے گزرتے ہیں حاجی یہاں جمرات ہیں شیطان کے کے علامتیں ہیں اس پر وہ کنکری بارتے ہیں</w:t>
      </w:r>
    </w:p>
    <w:p>
      <w:r>
        <w:rPr>
          <w:b/>
        </w:rPr>
        <w:t xml:space="preserve">[29:11] </w:t>
      </w:r>
      <w:r>
        <w:t>yeh kankri jo hai real stoning nahi hoti hai yeh hoti hai symbolic stoning aisa nahi ke sach much hi shaitan wahan hai maujood aur aap pathar se koi chot lag rahi hai aisa nahi hai yeh real stoning nahi hai balke yeh symbolic stoning hai yaani pathar maar kar apne andar aap apni nafsiyat jagate hain apne andar is is rooh ko bedaar karte hain</w:t>
      </w:r>
    </w:p>
    <w:p>
      <w:pPr>
        <w:jc w:val="right"/>
      </w:pPr>
      <w:r>
        <w:t>یہ کنکری جو ہے ریئل سٹوننگ نہیں ہوتی ہے یہ ہوتی ہے سمبولک سٹوننگ ایسا نہیں کہ سچ مچ ہی شیطان وہاں ہے موجود اور اپ پتھر سے کوئی چوٹ لگ رہی ہے ایسا نہیں ہے یہ ریئل سٹوننگ نہیں ہے بلکہ یہ سمبولک سٹوننگ ہے یعنی پتھر مار کر اپنے اندر اپ اپنی نفسیات جگاتے ہیں اپنے اندر اس اس روح کو بیدار کرتے ہیں</w:t>
      </w:r>
    </w:p>
    <w:p>
      <w:r>
        <w:rPr>
          <w:b/>
        </w:rPr>
        <w:t xml:space="preserve">[29:40] </w:t>
      </w:r>
      <w:r>
        <w:t>is adab ko jagate hain apne andar ke shaitan ke muqable mein mera mamla kya hoga yaani main shaitan se asar le loonga isi ko maar kar bhagaoonga kyunke har waqt dekhiye shaitan aadmi ke upar aadmi ko bhagane ke liye maujood rehta hai 24 ghante shaitan har aadmi ko bhagata rehta hai</w:t>
      </w:r>
    </w:p>
    <w:p>
      <w:pPr>
        <w:jc w:val="right"/>
      </w:pPr>
      <w:r>
        <w:t>اس ادب کو جگاتے ہیں اپنے اندر کہ شیطان کے مقابلے میں میرا معاملہ کیا ہوگا یعنی میں شیطان سے اثر لے لوں گا اسی کو مار کر بھگاؤں گا کیونکہ ہر وقت دیکھیے شیطان ادمی کے اوپر ادمی کو بھگانے کے لیے موجود رہتا ہے 24 گھنٹے شیطان ہر ادمی کو بھگاتا رہتا ہے</w:t>
      </w:r>
    </w:p>
    <w:p>
      <w:r>
        <w:rPr>
          <w:b/>
        </w:rPr>
        <w:t xml:space="preserve">[30:09] </w:t>
      </w:r>
      <w:r>
        <w:t>to is ko kya karna hai</w:t>
      </w:r>
    </w:p>
    <w:p>
      <w:pPr>
        <w:jc w:val="right"/>
      </w:pPr>
      <w:r>
        <w:t>تو اس کو کیا کرنا ہے</w:t>
      </w:r>
    </w:p>
    <w:p>
      <w:r>
        <w:rPr>
          <w:b/>
        </w:rPr>
        <w:t xml:space="preserve">[30:14] </w:t>
      </w:r>
      <w:r>
        <w:t>is ko is ko koi stoning karna hai main ek misaal deta hoon ek sahab hain jo ek badi company mein unko ek achhi jagah mili hui hai achhi tankhwah milti hai unko aur bahut hi mahir hain woh apne fun ke yaani engineer hain woh to kuch dino ke baad unko ehsas hua ke is mein aap balance challenge nahi raha</w:t>
      </w:r>
    </w:p>
    <w:p>
      <w:pPr>
        <w:jc w:val="right"/>
      </w:pPr>
      <w:r>
        <w:t>اس کو اس کو کوئی سٹوننگ کرنا ہے میں ایک مثال دیتا ہوں ایک صاحب ہیں جو ایک بڑی کمپنی میں ان کو ایک اچھی جگہ ملی ہوئی ہے اچھی تنخواہ ملتی ہے ان کو اور بہت ہی ماہر ہیں وہ اپنے فن کے یعنی انجینئر ہیں وہ تو کچھ دنوں کے بعد ان کو احساس ہوا کہ اس میں اپ بیلنس چیلنج نہیں رہا</w:t>
      </w:r>
    </w:p>
    <w:p>
      <w:r>
        <w:rPr>
          <w:b/>
        </w:rPr>
        <w:t xml:space="preserve">[30:38] </w:t>
      </w:r>
      <w:r>
        <w:t>ab ek routine routine ka kaam ho gaya hai ke shuru shuru mein jab is company ko join kiya tha unhone to kuch lagta tha is mein kuch challenge ke hote hote hote hote ek routine ka kaam ho gaya subah jao sham ko lotto aur routine ke taur par yeh kaam kar do to unhone kaha ke ab main apna kaam badloonga koi naya kaam loonga kyunke mera nature jo hai woh challenging nature hai mujhe challenge chahiye</w:t>
      </w:r>
    </w:p>
    <w:p>
      <w:pPr>
        <w:jc w:val="right"/>
      </w:pPr>
      <w:r>
        <w:t>اب ایک روٹین روٹین کا کام ہو گیا ہے کہ شروع شروع میں جب اس کمپنی کو جوائن کیا تھا انہوں نے تو کچھ لگتا تھا اس میں کچھ چیلنج کہ ہوتے ہوتے ہوتے ہوتے ایک روٹین کا کام ہو گیا صبح جاؤ شام کو لوٹو اور روٹین کے طور پر یہ کام کر دو تو انہوں نے کہا کہ اب میں اپنا کام بدلوں گا کوئی نیا کام لوں گا کیونکہ میرا نیچر جو ہے وہ چیلنجنگ نیچر ہے مجھے چیلنج چاہیے</w:t>
      </w:r>
    </w:p>
    <w:p>
      <w:r>
        <w:rPr>
          <w:b/>
        </w:rPr>
        <w:t xml:space="preserve">[31:04] </w:t>
      </w:r>
      <w:r>
        <w:t>mujhe challenge chahiye challenge ko meet karna hai mujh ko to unhone yeh zikr kiya kisi se to usne kaha ke agar aap ka nature challenge challenge wala nature hai to dawat ke naam mein is ko istemal kijiye yeh badi achhi baat hai ke aap chahte hain ke challenge ho aur main is se niptoon to to aap ko achha khasa paisa</w:t>
      </w:r>
    </w:p>
    <w:p>
      <w:pPr>
        <w:jc w:val="right"/>
      </w:pPr>
      <w:r>
        <w:t>مجھے چیلنج چاہیے چیلنج کو میٹ کرنا ہے مجھ کو تو انہوں نے یہ ذکر کیا کسی سے تو اس نے کہا کہ اگر اپ کا نیچر چیلنج چیلنج والا نیچر ہے تو دعوت کے نام میں اس کو استعمال کیجئے یہ بڑی اچھی بات ہے کہ اپ چاہتے ہیں کہ چیلنج ہو اور میں اس سے نپٹوں تو تو اپ کو اچھا خاصا پیسہ</w:t>
      </w:r>
    </w:p>
    <w:p>
      <w:r>
        <w:rPr>
          <w:b/>
        </w:rPr>
        <w:t xml:space="preserve">[31:32] </w:t>
      </w:r>
      <w:r>
        <w:t>milta hai zindagi guzaarne ke liye bohat kaafi hai to apne is nature ko jo challenge wala hai</w:t>
      </w:r>
    </w:p>
    <w:p>
      <w:pPr>
        <w:jc w:val="right"/>
      </w:pPr>
      <w:r>
        <w:t>ملتا ہے زندگی گزارنے کے لیے بہت کافی ہے تو اپنے اس نیچر کو جو چیلنج والا ہے</w:t>
      </w:r>
    </w:p>
    <w:p>
      <w:r>
        <w:rPr>
          <w:b/>
        </w:rPr>
        <w:t xml:space="preserve">[31:39] </w:t>
      </w:r>
      <w:r>
        <w:t>is ko aap dawat ke raaste mein istemaal kijiye yahi hai stoning yahi hai Shaitan ko pathar maarna</w:t>
      </w:r>
    </w:p>
    <w:p>
      <w:pPr>
        <w:jc w:val="right"/>
      </w:pPr>
      <w:r>
        <w:t>اس کو اپ دعوت کے راستے میں استعمال کیجئے یہی ہے سٹوننگ یہی ہے شیطان کو پتھر مارنا</w:t>
      </w:r>
    </w:p>
    <w:p>
      <w:r>
        <w:rPr>
          <w:b/>
        </w:rPr>
        <w:t xml:space="preserve">[31:45] </w:t>
      </w:r>
      <w:r>
        <w:t>yeh shaitan chahta tha ke in ko bas paisa kamane ki machine bana de</w:t>
      </w:r>
    </w:p>
    <w:p>
      <w:pPr>
        <w:jc w:val="right"/>
      </w:pPr>
      <w:r>
        <w:t>یہ شیطان چاہتا تھا کہ ان کو بس پیسہ کمانے کی مشین بنا دے</w:t>
      </w:r>
    </w:p>
    <w:p>
      <w:r>
        <w:rPr>
          <w:b/>
        </w:rPr>
        <w:t xml:space="preserve">[31:51] </w:t>
      </w:r>
      <w:r>
        <w:t>paisa kamane ki machine bana de yani challenge challenge ke naam par woh kisi aur company mein jayen</w:t>
      </w:r>
    </w:p>
    <w:p>
      <w:pPr>
        <w:jc w:val="right"/>
      </w:pPr>
      <w:r>
        <w:t>پیسہ کمانے کی مشین بنا دے یعنی چیلنج چیلنج کے نام پر وہ کسی اور کمپنی میں جائیں</w:t>
      </w:r>
    </w:p>
    <w:p>
      <w:r>
        <w:rPr>
          <w:b/>
        </w:rPr>
        <w:t xml:space="preserve">[31:57] </w:t>
      </w:r>
      <w:r>
        <w:t>zyada paise ke naam par aur phir woh wahan kolon ke bal ban jayen</w:t>
      </w:r>
    </w:p>
    <w:p>
      <w:pPr>
        <w:jc w:val="right"/>
      </w:pPr>
      <w:r>
        <w:t>زیادہ پیسے کے نام پر اور پھر وہ وہاں کولوں کے بل بن جائیں</w:t>
      </w:r>
    </w:p>
    <w:p>
      <w:r>
        <w:rPr>
          <w:b/>
        </w:rPr>
        <w:t xml:space="preserve">[32:03] </w:t>
      </w:r>
      <w:r>
        <w:t>to inko mashwara dene wale ne kaha ke aap ke andar agar nature aisa hai challenge wala to badi achhi baat hai lekin woh dawat ke raste mein istemal kijiye aap dekhiye ke dunya bhar mein jo is zamane mein jo haal hai islam par aitrazat kiye jate hain islam par tarah tarah ke shubahat zahir kiye jate hain islam ke khilaf detail chhapa jata hai islam ke khilaf bade bade falsafe banaye jate hain yeh bhi to challenge hai</w:t>
      </w:r>
    </w:p>
    <w:p>
      <w:pPr>
        <w:jc w:val="right"/>
      </w:pPr>
      <w:r>
        <w:t>تو ان کو مشورہ دینے والے نے کہا کہ اپ کے اندر اگر نیچر ایسا ہے چیلنج والا تو بڑی اچھی بات ہے لیکن وہ دعوت کے راستے میں استعمال کیجئے اپ دیکھیے کہ دنیا بھر میں جو اس زمانے میں جو حال ہے اسلام پر اعتراضات کیے جاتے ہیں اسلام پر طرح طرح کے شبہات ظاہر کیے جاتے ہیں اسلام کے خلاف ڈیٹیل چھاپا جاتا ہے اسلام کے خلاف بڑے بڑے فلسفے بنائے جاتے ہیں یہ بھی تو چیلنج ہے</w:t>
      </w:r>
    </w:p>
    <w:p>
      <w:r>
        <w:rPr>
          <w:b/>
        </w:rPr>
        <w:t xml:space="preserve">[32:32] </w:t>
      </w:r>
      <w:r>
        <w:t>dawa challenge aap is ka muqabla kijiye logon se wada kar ke unke shaq o shubah ko nikaliye kitabon ke zariye literature ke zariye jo mis jo logon ko maghalte diye ja rahe hain logon ko yaani galat tasveer islam ki batai ja rahi hai us ko aap theek kijiye</w:t>
      </w:r>
    </w:p>
    <w:p>
      <w:pPr>
        <w:jc w:val="right"/>
      </w:pPr>
      <w:r>
        <w:t>دعوی چیلنج اپ اس کا مقابلہ کیجئے لوگوں سے وعدہ کر کے ان کے شک و شبہ کو نکالیے کتابوں کے ذریعے لٹریچر کے ذریعے جو مس جو لوگوں کو مغالطے دیے جا رہے ہیں لوگوں کو یعنی غلط تصویر اسلام کی بتائی جا رہی ہے اس کو اپ ٹھیک کیجئے</w:t>
      </w:r>
    </w:p>
    <w:p>
      <w:r>
        <w:rPr>
          <w:b/>
        </w:rPr>
        <w:t xml:space="preserve">[32:59] </w:t>
      </w:r>
      <w:r>
        <w:t>qalam ke zariye zaban ke zariye taqreer ke zariye sochne ke zariye se ke kaise is is is sawal ka kaise jawab diya jaye to yahan par is challenge jo dawat ke raste mein challenge hai us ka us ko aap meet kijiye yeh tha yahi yahi hai matlab kankri maarne ka ke shaitan ne inko behka kar ke chaha ke paisa kamane ke mamle mein aur aage badhein woh</w:t>
      </w:r>
    </w:p>
    <w:p>
      <w:pPr>
        <w:jc w:val="right"/>
      </w:pPr>
      <w:r>
        <w:t>قلم کے ذریعے زبان کے ذریعے تقریر کے ذریعے سوچنے کے ذریعے سے کہ کیسے اس اس اس سوال کا کیسے جواب دیا جائے تو یہاں پر اس چیلنج جو دعوت کے راستے میں چیلنج ہے اس کا اس کو اپ میٹ کیجئے یہ تھا یہی یہی ہے مطلب کنکری مارنے کا کہ شیطان نے ان کو بہکا کر کے چاہا کہ پیسہ کمانے کے معاملے میں اور اگے بڑھیں وہ</w:t>
      </w:r>
    </w:p>
    <w:p>
      <w:r>
        <w:rPr>
          <w:b/>
        </w:rPr>
        <w:t xml:space="preserve">[33:26] </w:t>
      </w:r>
      <w:r>
        <w:t>to wahan par unko jo batane wale ne bataya yeh tha kankri marna yaani shaitan ko kankri maar kar ke hataya bhagaya aur inko yeh mashwara diya hai ke aap apne is nature ko apne is mizaj ko istemal kijiye dawat ke raste mein yahi cheez matloob hai</w:t>
      </w:r>
    </w:p>
    <w:p>
      <w:pPr>
        <w:jc w:val="right"/>
      </w:pPr>
      <w:r>
        <w:t>تو وہاں پر ان کو جو بتانے والے نے بتایا یہ تھا کنکری مارنا یعنی شیطان کو کنکری مار کر کے ہٹایا بھگایا اور ان کو یہ مشورہ دیا ہے کہ اپ اپنے اس نیچر کو اپنے اس مزاج کو استعمال کیجئے دعوت کے راستے میں یہی چیز مطلوب ہے</w:t>
      </w:r>
    </w:p>
    <w:p>
      <w:r>
        <w:rPr>
          <w:b/>
        </w:rPr>
        <w:t xml:space="preserve">[33:47] </w:t>
      </w:r>
      <w:r>
        <w:t>hajj ke mauqe par jمرةt ke mauqe par jo stoning ki jati hai jo shadar shaitan ko pathar mara jata hai us ki ek misaal hai yeh use aap samajh sakte hain ke shaitan jahan aap ko deviate kare shaitan jahan aap ko hataye kisi aur raste ki taraf le jana chahe wahan par samjhein aap is ka analysis karein is ka aap analysis karein analysis kar ke samjhein ke shaitan ne kaise aap ko ek galat baat aap ke mind mein daal di hai</w:t>
      </w:r>
    </w:p>
    <w:p>
      <w:pPr>
        <w:jc w:val="right"/>
      </w:pPr>
      <w:r>
        <w:t>حج کے موقع پر جمرات کے موقع پر جو سٹوننگ کی جاتی ہے جو شادر شیطان کو پتھر مارا جاتا ہے اس کی ایک مثال ہے یہ اسے اپ سمجھ سکتے ہیں کہ شیطان جہاں اپ کو ڈیویٹ کرے شیطان جہاں اپ کو ہٹائے کسی اور راستے کی طرف لے جانا چاہے وہاں پر سمجھیں اپ اس کا انالیسز کریں اس کا اپ انالیسز کریں انالیسز کر کے سمجھیں کہ شیطان نے کیسے اپ کو ایک غلط بات اپ کے مائنڈ میں ڈال دی ہے</w:t>
      </w:r>
    </w:p>
    <w:p>
      <w:r>
        <w:rPr>
          <w:b/>
        </w:rPr>
        <w:t xml:space="preserve">[34:16] </w:t>
      </w:r>
      <w:r>
        <w:t>is ko reason out karein aur phir laho parh kar ke is ko chhoden yeh hai stoning is tarah se shaitan ka muqabla karna hai</w:t>
      </w:r>
    </w:p>
    <w:p>
      <w:pPr>
        <w:jc w:val="right"/>
      </w:pPr>
      <w:r>
        <w:t>اس کو ریزن اؤٹ کریں اور پھر لاہور پڑھ کر کے اس کو چھوڑیں یہ ہے سٹوننگ اس طرح سے شیطان کا مقابلہ کرنا ہے</w:t>
      </w:r>
    </w:p>
    <w:p>
      <w:r>
        <w:rPr>
          <w:b/>
        </w:rPr>
        <w:t xml:space="preserve">[34:29] </w:t>
      </w:r>
      <w:r>
        <w:t>jo log apni zindagi mein is tarah se shaitani baqao ko</w:t>
      </w:r>
    </w:p>
    <w:p>
      <w:pPr>
        <w:jc w:val="right"/>
      </w:pPr>
      <w:r>
        <w:t>جو لوگ اپنی زندگی میں اس طرح سے شیطانی باقاؤں کو</w:t>
      </w:r>
    </w:p>
    <w:p>
      <w:r>
        <w:rPr>
          <w:b/>
        </w:rPr>
        <w:t xml:space="preserve">[34:37] </w:t>
      </w:r>
      <w:r>
        <w:t>basani baqao ko analysis kar ke is ko diffuse karte rahe unhone kaha zindagi mein shaitan ko pathar mara woh to rasmi pathar tha</w:t>
      </w:r>
    </w:p>
    <w:p>
      <w:pPr>
        <w:jc w:val="right"/>
      </w:pPr>
      <w:r>
        <w:t>باسانی باقاؤں کو انالیسز کر کے اس کو ڈیفیوز کرتے رہے انہوں نے کہا زندگی میں شیطان کو پتھر مارا وہ تو رسمی پتھر تھا</w:t>
      </w:r>
    </w:p>
    <w:p>
      <w:r>
        <w:rPr>
          <w:b/>
        </w:rPr>
        <w:t xml:space="preserve">[34:50] </w:t>
      </w:r>
      <w:r>
        <w:t>ab rozana ki zindagi mein jo</w:t>
      </w:r>
    </w:p>
    <w:p>
      <w:pPr>
        <w:jc w:val="right"/>
      </w:pPr>
      <w:r>
        <w:t>اب روزانہ کی زندگی میں جو</w:t>
      </w:r>
    </w:p>
    <w:p>
      <w:r>
        <w:rPr>
          <w:b/>
        </w:rPr>
        <w:t xml:space="preserve">[34:53] </w:t>
      </w:r>
      <w:r>
        <w:t>shaitan baqat'ta rehta hai wahan par aap reason out karen baton ko analysis karen baton ki aur aur</w:t>
      </w:r>
    </w:p>
    <w:p>
      <w:pPr>
        <w:jc w:val="right"/>
      </w:pPr>
      <w:r>
        <w:t>شیطان باقاتا رہتا ہے وہاں پر اپ ریزن اؤٹ کریں باتوں کو انالیسز کریں باتوں کی اور اور</w:t>
      </w:r>
    </w:p>
    <w:p>
      <w:r>
        <w:rPr>
          <w:b/>
        </w:rPr>
        <w:t xml:space="preserve">[35:02] </w:t>
      </w:r>
      <w:r>
        <w:t>isko introspection kar ke samjhen ke shaitan kahan ghus raha hai mere andar aur phir isko</w:t>
      </w:r>
    </w:p>
    <w:p>
      <w:pPr>
        <w:jc w:val="right"/>
      </w:pPr>
      <w:r>
        <w:t>اس کو انٹروسپیکشن کر کے سمجھیں کہ شیطان کہاں گھس رہا ہے میرے اندر اور پھر اس کو</w:t>
      </w:r>
    </w:p>
    <w:p>
      <w:r>
        <w:rPr>
          <w:b/>
        </w:rPr>
        <w:t xml:space="preserve">[35:08] </w:t>
      </w:r>
      <w:r>
        <w:t>nikalen aur aoozu billahi minash shaitan nir rajeem padhen to wahan par real stoning ki aap ne</w:t>
      </w:r>
    </w:p>
    <w:p>
      <w:pPr>
        <w:jc w:val="right"/>
      </w:pPr>
      <w:r>
        <w:t>نکالیں اور اعوذ باللہ من الشیطان الرجیم پڑھیں تو وہاں پر ریئل سٹوننگ کی اپ نے</w:t>
      </w:r>
    </w:p>
    <w:p>
      <w:r>
        <w:rPr>
          <w:b/>
        </w:rPr>
        <w:t xml:space="preserve">[35:17] </w:t>
      </w:r>
      <w:r>
        <w:t>yeh matloob hai</w:t>
      </w:r>
    </w:p>
    <w:p>
      <w:pPr>
        <w:jc w:val="right"/>
      </w:pPr>
      <w:r>
        <w:t>یہ مطلوب ہے</w:t>
      </w:r>
    </w:p>
    <w:p>
      <w:r>
        <w:rPr>
          <w:b/>
        </w:rPr>
        <w:t xml:space="preserve">[35:23] </w:t>
      </w:r>
      <w:r>
        <w:t>rasool Allah sallallahu alaihi wasallam ne jo hajj kiya tha to sirf ek hajj aap se sabit hai bas sirf ek hajj yaani makkah mein aap the jab to mushrikeen hajj karte the wahan apne dhang par rasool Allah ke bhi is mein shareek nahi hue phir jab makkah fateh ho gaya tab bhi aap foran hajj nahi kiya aap ne</w:t>
      </w:r>
    </w:p>
    <w:p>
      <w:pPr>
        <w:jc w:val="right"/>
      </w:pPr>
      <w:r>
        <w:t>رسول اللہ صلی اللہ علیہ وسلم نے جو حج کیا تھا تو صرف ایک حج اپ سے ثابت ہے بس صرف ایک حج یعنی مکہ میں اپ تھے جب تو مشرکین حج کرتے تھے وہاں اپنے ڈھنگ پر رسول اللہ کے بھی اس میں شریک نہیں ہوئے پھر جب مکہ فتح ہو گیا تب بھی اپ فورا حج نہیں کیا اپ نے</w:t>
      </w:r>
    </w:p>
    <w:p>
      <w:r>
        <w:rPr>
          <w:b/>
        </w:rPr>
        <w:t xml:space="preserve">[35:49] </w:t>
      </w:r>
      <w:r>
        <w:t>apni zindagi ke akhri mahine mahino mein taqreeban dhai mahine pehle wahan hajj padha hajj ka mausam to is mein aap ne hajj kiya aap madine se chal kar makkah pahunche aur hajj farmaya aap ne to rasool Allah ne sirf ek hajj kiya yeh bhi bahut hi aham baat hai</w:t>
      </w:r>
    </w:p>
    <w:p>
      <w:pPr>
        <w:jc w:val="right"/>
      </w:pPr>
      <w:r>
        <w:t>اپنی زندگی کے اخری مہینے مہینوں میں تقریبا ڈھائی مہینے پہلے وہاں حج پڑھا حج کا موسم تو اس میں اپ نے حج کیا اپ مدینے سے چل کر مکہ پہنچے اور حج فرمایا اپ نے تو رسول اللہ نے صرف ایک حج کیا یہ بھی بہت ہی اہم بات ہے</w:t>
      </w:r>
    </w:p>
    <w:p>
      <w:r>
        <w:rPr>
          <w:b/>
        </w:rPr>
        <w:t xml:space="preserve">[36:12] </w:t>
      </w:r>
      <w:r>
        <w:t>dekhiye agar bahut sara hajj karna bar bar hajj karna koi achhi baat hoti</w:t>
      </w:r>
    </w:p>
    <w:p>
      <w:pPr>
        <w:jc w:val="right"/>
      </w:pPr>
      <w:r>
        <w:t>دیکھیے اگر بہت سارا حج کرنا بار بار حج کرنا کوئی اچھی بات ہوتی</w:t>
      </w:r>
    </w:p>
    <w:p>
      <w:r>
        <w:rPr>
          <w:b/>
        </w:rPr>
        <w:t xml:space="preserve">[36:17] </w:t>
      </w:r>
      <w:r>
        <w:t>to rasool Allah bhi bar bar hajj karte ke makkah mein tab bhi hajj karte madinah aa gaye tab</w:t>
      </w:r>
    </w:p>
    <w:p>
      <w:pPr>
        <w:jc w:val="right"/>
      </w:pPr>
      <w:r>
        <w:t>تو رسول اللہ بھی بار بار حج کرتے کہ مکہ میں تب بھی حج کرتے مدینہ اگئے تب</w:t>
      </w:r>
    </w:p>
    <w:p>
      <w:r>
        <w:rPr>
          <w:b/>
        </w:rPr>
        <w:t xml:space="preserve">[36:22] </w:t>
      </w:r>
      <w:r>
        <w:t>bhi hajj karte</w:t>
      </w:r>
    </w:p>
    <w:p>
      <w:pPr>
        <w:jc w:val="right"/>
      </w:pPr>
      <w:r>
        <w:t>بھی حج کرتے</w:t>
      </w:r>
    </w:p>
    <w:p>
      <w:r>
        <w:rPr>
          <w:b/>
        </w:rPr>
        <w:t xml:space="preserve">[36:25] </w:t>
      </w:r>
      <w:r>
        <w:t>aap ko peghambari ke 23 saal mile to kam az kam 23 saal to kar sakte the aap</w:t>
      </w:r>
    </w:p>
    <w:p>
      <w:pPr>
        <w:jc w:val="right"/>
      </w:pPr>
      <w:r>
        <w:t>اپ کو پیغمبری کے 23 سال ملے تو کم از کم 23 سال تو کر سکتے تھے اپ</w:t>
      </w:r>
    </w:p>
    <w:p>
      <w:r>
        <w:rPr>
          <w:b/>
        </w:rPr>
        <w:t xml:space="preserve">[36:29] </w:t>
      </w:r>
      <w:r>
        <w:t>23 hajj kyunke hajj to hota tha pehle bhi</w:t>
      </w:r>
    </w:p>
    <w:p>
      <w:pPr>
        <w:jc w:val="right"/>
      </w:pPr>
      <w:r>
        <w:t>23 حج کیونکہ حج تو ہوتا تھا پہلے بھی</w:t>
      </w:r>
    </w:p>
    <w:p>
      <w:r>
        <w:rPr>
          <w:b/>
        </w:rPr>
        <w:t xml:space="preserve">[36:35] </w:t>
      </w:r>
      <w:r>
        <w:t>mushrikeen bhi hajj karte the lekin kuch unhon ne bigad rakha tha is mein kuch apni rasmein shamil</w:t>
      </w:r>
    </w:p>
    <w:p>
      <w:pPr>
        <w:jc w:val="right"/>
      </w:pPr>
      <w:r>
        <w:t>مشرکین بھی حج کرتے تھے لیکن کچھ انہوں نے بگاڑ رکھا تھا اس میں کچھ اپنی رسمیں شامل</w:t>
      </w:r>
    </w:p>
    <w:p>
      <w:r>
        <w:rPr>
          <w:b/>
        </w:rPr>
        <w:t xml:space="preserve">[36:41] </w:t>
      </w:r>
      <w:r>
        <w:t>kar di thi is mein</w:t>
      </w:r>
    </w:p>
    <w:p>
      <w:pPr>
        <w:jc w:val="right"/>
      </w:pPr>
      <w:r>
        <w:t>کر دی تھیں اس میں</w:t>
      </w:r>
    </w:p>
    <w:p>
      <w:r>
        <w:rPr>
          <w:b/>
        </w:rPr>
        <w:t xml:space="preserve">[36:43] </w:t>
      </w:r>
      <w:r>
        <w:t>unhon ne har saal hajj hua karta tha</w:t>
      </w:r>
    </w:p>
    <w:p>
      <w:pPr>
        <w:jc w:val="right"/>
      </w:pPr>
      <w:r>
        <w:t>انہوں نے ہر سال حج ہوا کرتا تھا</w:t>
      </w:r>
    </w:p>
    <w:p>
      <w:r>
        <w:rPr>
          <w:b/>
        </w:rPr>
        <w:t xml:space="preserve">[36:46] </w:t>
      </w:r>
      <w:r>
        <w:t>aisa nahi ke hajj jo hai pehle nahi hota tha hajj ka naam bhi tha yahi pehle ke</w:t>
      </w:r>
    </w:p>
    <w:p>
      <w:pPr>
        <w:jc w:val="right"/>
      </w:pPr>
      <w:r>
        <w:t>ایسا نہیں کہ حج جو ہے پہلے نہیں ہوتا تھا حج کا نام بھی تھا یہی پہلے کہ</w:t>
      </w:r>
    </w:p>
    <w:p>
      <w:r>
        <w:rPr>
          <w:b/>
        </w:rPr>
        <w:t xml:space="preserve">[36:52] </w:t>
      </w:r>
      <w:r>
        <w:t>mushrikeen jo hain is mein unhon ne kuch apni taraf se mila rakha tha rasool Allah ne is</w:t>
      </w:r>
    </w:p>
    <w:p>
      <w:pPr>
        <w:jc w:val="right"/>
      </w:pPr>
      <w:r>
        <w:t>مشرکین جو ہیں اس میں انہوں نے کچھ اپنی طرف سے ملا رکھا تھا رسول اللہ نے اس</w:t>
      </w:r>
    </w:p>
    <w:p>
      <w:r>
        <w:rPr>
          <w:b/>
        </w:rPr>
        <w:t xml:space="preserve">[36:56] </w:t>
      </w:r>
      <w:r>
        <w:t>ko purify kiya</w:t>
      </w:r>
    </w:p>
    <w:p>
      <w:pPr>
        <w:jc w:val="right"/>
      </w:pPr>
      <w:r>
        <w:t>کو پیوریفائی کیا</w:t>
      </w:r>
    </w:p>
    <w:p>
      <w:r>
        <w:rPr>
          <w:b/>
        </w:rPr>
        <w:t xml:space="preserve">[36:59] </w:t>
      </w:r>
      <w:r>
        <w:t>to rasool Allah ko peghambar ki hesiyat se 23 saal mile</w:t>
      </w:r>
    </w:p>
    <w:p>
      <w:pPr>
        <w:jc w:val="right"/>
      </w:pPr>
      <w:r>
        <w:t>تو رسول اللہ کو پیغمبر کی حیثیت سے 23 سال ملے</w:t>
      </w:r>
    </w:p>
    <w:p>
      <w:r>
        <w:rPr>
          <w:b/>
        </w:rPr>
        <w:t xml:space="preserve">[37:04] </w:t>
      </w:r>
      <w:r>
        <w:t>is lihaz se aap 23 hajj kar sakte the</w:t>
      </w:r>
    </w:p>
    <w:p>
      <w:pPr>
        <w:jc w:val="right"/>
      </w:pPr>
      <w:r>
        <w:t>اس لحاظ سے اپ 23 حج کر سکتے تھے</w:t>
      </w:r>
    </w:p>
    <w:p>
      <w:r>
        <w:rPr>
          <w:b/>
        </w:rPr>
        <w:t xml:space="preserve">[37:08] </w:t>
      </w:r>
      <w:r>
        <w:t>lekin aap ne 23 hajj nahi kiya aap ne sirf ek hajj kiya</w:t>
      </w:r>
    </w:p>
    <w:p>
      <w:pPr>
        <w:jc w:val="right"/>
      </w:pPr>
      <w:r>
        <w:t>لیکن اپ نے 23 حج نہیں کیا اپ نے صرف ایک حج کیا</w:t>
      </w:r>
    </w:p>
    <w:p>
      <w:r>
        <w:rPr>
          <w:b/>
        </w:rPr>
        <w:t xml:space="preserve">[37:13] </w:t>
      </w:r>
      <w:r>
        <w:t>is tarah aap ne bataya ummat ko ke dekho hajj ke siwa hi bahut sare kaam hain yeh nahi ke bas hajj karte raho hajj karte raho hajj karte raho yeh koi sunnat rasool nahi hai ke aap hajj har saal hajj karein aur fakhr sath kahein ke main to har saal hajj karta hoon</w:t>
      </w:r>
    </w:p>
    <w:p>
      <w:pPr>
        <w:jc w:val="right"/>
      </w:pPr>
      <w:r>
        <w:t>اس طرح اپ نے بتایا امت کو کہ دیکھو حج کے سوا ہی بہت سارے کام ہیں یہ نہیں کہ بس حج کرتے رہو حج کرتے رہو حج کرتے رہو یہ کوئی سنت رسول نہیں ہے کہ اپ حج ہر سال حج کریں اور فخر ساتھ کہیں کہ میں تو ہر سال حج کرتا ہوں</w:t>
      </w:r>
    </w:p>
    <w:p>
      <w:r>
        <w:rPr>
          <w:b/>
        </w:rPr>
        <w:t xml:space="preserve">[37:35] </w:t>
      </w:r>
      <w:r>
        <w:t>aap ke paas agar waqt hai aap ke paas paisa hai to is ko dawat ke raste mein lagaiye maqsad hajj mein lagaiye</w:t>
      </w:r>
    </w:p>
    <w:p>
      <w:pPr>
        <w:jc w:val="right"/>
      </w:pPr>
      <w:r>
        <w:t>اپ کے پاس اگر وقت ہے اپ کے پاس پیسہ ہے تو اس کو دعوت کے راستے میں لگائیے مقصد حج میں لگائیے</w:t>
      </w:r>
    </w:p>
    <w:p>
      <w:r>
        <w:rPr>
          <w:b/>
        </w:rPr>
        <w:t xml:space="preserve">[37:43] </w:t>
      </w:r>
      <w:r>
        <w:t>yaani ek hai hajj ka form jo makkah mein ja kar har saal ada hota hai isi mein paisa lagate rahein aap time lagate rahein yeh matloob cheez nahi hai jo maqsad hajj hai yaani dawat is mein aap apna paisa lagaiye quran ko failaiye islam ki baatein failaiye dawat ke raste mein apna apna time apni energy apna paisa lagaiye</w:t>
      </w:r>
    </w:p>
    <w:p>
      <w:pPr>
        <w:jc w:val="right"/>
      </w:pPr>
      <w:r>
        <w:t>یعنی ایک ہے حج کا فارم جو مکہ میں جا کر ہر سال ادا ہوتا ہے اسی میں پیسہ لگاتے رہیں اپ ٹائم لگاتے رہیں یہ مطلوب چیز نہیں ہے جو مقصد حج ہے یعنی دعوت اس میں اپ اپنا پیسہ لگائیے قران کو پھیلائیے اسلام کی باتیں پھیلائیے دعوت کے راستے میں اپنا اپنا ٹائم اپنی انرجی اپنا پیسہ لگائیے</w:t>
      </w:r>
    </w:p>
    <w:p>
      <w:r>
        <w:rPr>
          <w:b/>
        </w:rPr>
        <w:t xml:space="preserve">[38:13] </w:t>
      </w:r>
      <w:r>
        <w:t>to kiya haj ka jo maqsad hai is mein kaam karne ke liye zindagi bhar moqa hai rasool Allah ne ek baar haj kiya lekin maqsad haj jo hai us ke liye to aap poori zindagi waqf kar rakhi thi aap ne</w:t>
      </w:r>
    </w:p>
    <w:p>
      <w:pPr>
        <w:jc w:val="right"/>
      </w:pPr>
      <w:r>
        <w:t>تو کیا حج کا جو مقصد ہے اس میں کام کرنے کے لیے زندگی بھر موقع ہے رسول اللہ نے ایک بار حج کیا لیکن مقصد حج جو ہے اس کے لیے تو اپ پوری زندگی وقف کر رکھی تھی اپ نے</w:t>
      </w:r>
    </w:p>
    <w:p>
      <w:r>
        <w:rPr>
          <w:b/>
        </w:rPr>
        <w:t xml:space="preserve">[38:30] </w:t>
      </w:r>
      <w:r>
        <w:t>yani Khuda ke deen ko phailana Khuda ke deen ki dawat dena yeh maqsad haj tha to poori zindagi rasool Allah ne laga rakhi thi apni is kaam mein</w:t>
      </w:r>
    </w:p>
    <w:p>
      <w:pPr>
        <w:jc w:val="right"/>
      </w:pPr>
      <w:r>
        <w:t>یعنی خدا کے دین کو پھیلانا خدا کے دین کی دعوت دینا یہ مقصد حج تھا تو پوری زندگی رسول اللہ نے لگا رکھی تھی اپنی اس کام میں</w:t>
      </w:r>
    </w:p>
    <w:p>
      <w:r>
        <w:rPr>
          <w:b/>
        </w:rPr>
        <w:t xml:space="preserve">[38:42] </w:t>
      </w:r>
      <w:r>
        <w:t>to form ke aitbaar se aap ne haj kiya sirf ek baar lekin haqeeqat ke aitbaar se aap haj rozana aap ko haj hota tha rozana aap isi kaam mein apne aap ko lagaye hue thay</w:t>
      </w:r>
    </w:p>
    <w:p>
      <w:pPr>
        <w:jc w:val="right"/>
      </w:pPr>
      <w:r>
        <w:t>تو فارم کے اعتبار سے اپ نے حج کیا صرف ایک بار لیکن حقیقت کے اعتبار سے اپ حج روزانہ اپ کو حج ہوتا تھا روزانہ اپ اسی کام میں اپنے اپ کو لگائے ہوئے تھے</w:t>
      </w:r>
    </w:p>
    <w:p>
      <w:r>
        <w:rPr>
          <w:b/>
        </w:rPr>
        <w:t xml:space="preserve">[38:57] </w:t>
      </w:r>
      <w:r>
        <w:t>is tarah se is ko jaan lijiye ke agar kisi ke paas</w:t>
      </w:r>
    </w:p>
    <w:p>
      <w:pPr>
        <w:jc w:val="right"/>
      </w:pPr>
      <w:r>
        <w:t>اس طرح سے اس کو جان لیجئے کہ اگر کسی کے پاس</w:t>
      </w:r>
    </w:p>
    <w:p>
      <w:r>
        <w:rPr>
          <w:b/>
        </w:rPr>
        <w:t xml:space="preserve">[39:04] </w:t>
      </w:r>
      <w:r>
        <w:t>time hai paisa hai sehat hai</w:t>
      </w:r>
    </w:p>
    <w:p>
      <w:pPr>
        <w:jc w:val="right"/>
      </w:pPr>
      <w:r>
        <w:t>ٹائم ہے پیسہ ہے صحت ہے</w:t>
      </w:r>
    </w:p>
    <w:p>
      <w:r>
        <w:rPr>
          <w:b/>
        </w:rPr>
        <w:t xml:space="preserve">[39:09] </w:t>
      </w:r>
      <w:r>
        <w:t>to yeh koi sahi tareeqa nahi ke woh har saal hajj karta rahe woh umrah karta rahe woh</w:t>
      </w:r>
    </w:p>
    <w:p>
      <w:pPr>
        <w:jc w:val="right"/>
      </w:pPr>
      <w:r>
        <w:t>تو یہ کوئی صحیح طریقہ نہیں کہ وہ ہر سال حج کرتا رہے وہ عمرہ کرتا رہے وہ</w:t>
      </w:r>
    </w:p>
    <w:p>
      <w:r>
        <w:rPr>
          <w:b/>
        </w:rPr>
        <w:t xml:space="preserve">[39:16] </w:t>
      </w:r>
      <w:r>
        <w:t>nahi dawat ke raste mein apne aap ko lagaye</w:t>
      </w:r>
    </w:p>
    <w:p>
      <w:pPr>
        <w:jc w:val="right"/>
      </w:pPr>
      <w:r>
        <w:t>نہیں دعوت کے راستے میں اپنے اپ کو لگائے</w:t>
      </w:r>
    </w:p>
    <w:p>
      <w:r>
        <w:rPr>
          <w:b/>
        </w:rPr>
        <w:t xml:space="preserve">[39:21] </w:t>
      </w:r>
      <w:r>
        <w:t>dawat ke raste mein apne aap ko waqf kare</w:t>
      </w:r>
    </w:p>
    <w:p>
      <w:pPr>
        <w:jc w:val="right"/>
      </w:pPr>
      <w:r>
        <w:t>دعوت کے راستے میں اپنے اپ کو وقف کرے</w:t>
      </w:r>
    </w:p>
    <w:p>
      <w:r>
        <w:rPr>
          <w:b/>
        </w:rPr>
        <w:t xml:space="preserve">[39:25] </w:t>
      </w:r>
      <w:r>
        <w:t>yeh uske liye karne ki baat hai</w:t>
      </w:r>
    </w:p>
    <w:p>
      <w:pPr>
        <w:jc w:val="right"/>
      </w:pPr>
      <w:r>
        <w:t>یہ اس کے لیے کرنے کی بات ہے</w:t>
      </w:r>
    </w:p>
    <w:p>
      <w:r>
        <w:rPr>
          <w:b/>
        </w:rPr>
        <w:t xml:space="preserve">[39:31] </w:t>
      </w:r>
      <w:r>
        <w:t>to khulasa yeh hai ke haj Islam ke paanch arkaan mein se ek رکن hai Hazrat Imam Abu Hanifa ne kaha ke haj karne se pehle mujh pe clear nahi tha ke afzal ibadat kon si hai haj karne ke baad mujhe mehsoos hua ke sab se afzal ibadat haj hai</w:t>
      </w:r>
    </w:p>
    <w:p>
      <w:pPr>
        <w:jc w:val="right"/>
      </w:pPr>
      <w:r>
        <w:t>تو خلاصہ یہ ہے کہ حج اسلام کے پانچ ارکان میں سے ایک رکن ہے حضرت امام ابو حنیفہ نے کہا کہ حج کرنے سے پہلے مجھ پہ کلیئر نہیں تھا کہ افضل عبادت کون سی ہے حج کرنے کے بعد مجھے محسوس ہوا کہ سب سے افضل عبادت حج ہے</w:t>
      </w:r>
    </w:p>
    <w:p>
      <w:r>
        <w:rPr>
          <w:b/>
        </w:rPr>
        <w:t xml:space="preserve">[39:58] </w:t>
      </w:r>
      <w:r>
        <w:t>yeh baat sahi hai lekin yeh kisi purasarar mani mein nahi hai is taqaddus ke mani mein nahi hai yeh fazail ke mani mein nahi hai yeh is mani mein hai ke haj jo hai ek bohat hi mukammal ibadat hoti hai mukammal training hoti hai mukammal tarbiyat hoti hai is aitbaar se hai kyunke dekhein aap jab haj karte hain aap to kiya hota hai</w:t>
      </w:r>
    </w:p>
    <w:p>
      <w:pPr>
        <w:jc w:val="right"/>
      </w:pPr>
      <w:r>
        <w:t>یہ بات صحیح ہے لیکن یہ کسی پراسرار معنی میں نہیں ہے اس تقدس کے معنی میں نہیں ہے یہ فضائل کے معنی میں نہیں ہے یہ اس معنی میں ہے کہ حج جو ہے ایک بہت ہی مکمل عبادت ہوتی ہے مکمل ٹریننگ ہوتی ہے مکمل تربیت ہوتی ہے اس اعتبار سے ہے کیونکہ دیکھیں اپ جب حج کرتے ہیں اپ تو کیا ہوتا ہے</w:t>
      </w:r>
    </w:p>
    <w:p>
      <w:r>
        <w:rPr>
          <w:b/>
        </w:rPr>
        <w:t xml:space="preserve">[40:25] </w:t>
      </w:r>
      <w:r>
        <w:t>aap ghar se nikle safar kiya aap ne to safar mein kiya hua aap ne tosim kiya apni ibarat pakri to yeh bataya gaya hai Quran majeed mein ke safar mein tum ibarat hasil karo naseehat hasil karo cheezon se ghor cheezon ko gehrai gehrai ke saath dekho is mein jo naseehaten chupi hui hain us ko daryaft kar ke us se asar lo apni zindagi mein shamil kar lo us ko</w:t>
      </w:r>
    </w:p>
    <w:p>
      <w:pPr>
        <w:jc w:val="right"/>
      </w:pPr>
      <w:r>
        <w:t>اپ گھر سے نکلے سفر کیا اپ نے تو سفر میں کیا ہوا اپ نے توسم کیا اپنی عبرت پکڑی تو یہ بتایا گیا ہے قران مجید میں کہ سفر میں تم عبرت حاصل کرو نصیحت حاصل کرو چیزوں سے غور چیزوں کو گہرائی گہرائی کے ساتھ دیکھو اس میں جو نصیحتیں چھپی ہوئی ہیں اس کو دریافت کر کے اس سے اثر لو اپنی زندگی میں شامل کر لو اس کو</w:t>
      </w:r>
    </w:p>
    <w:p>
      <w:r>
        <w:rPr>
          <w:b/>
        </w:rPr>
        <w:t xml:space="preserve">[40:54] </w:t>
      </w:r>
      <w:r>
        <w:t>to aap dekhein haj mein tosim aa gaya aur safaron se naseehat lena aa gaya phir aap ne ehram bandha aap ne us mein saada zindagi aa gayi ke momin ki zindagi saada honi chahiye yeh bhi is mein aa gaya jab aap ne tawaf kiya to us mein yeh baat aa gayi ke momin ko chahiye ke woh Khuda rakhi zindagi ikhtiyar kare</w:t>
      </w:r>
    </w:p>
    <w:p>
      <w:pPr>
        <w:jc w:val="right"/>
      </w:pPr>
      <w:r>
        <w:t>تو اپ دیکھیں حج میں توسم ا گیا اور سفروں سے نصیحت لینا ا گیا پھر اپ نے احرام باندھا اپ نے اس میں سادہ زندگی ا گئی کہ مومن کی زندگی سادہ ہونی چاہیے یہ بھی اس میں ا گیا جب اپ نے طواف کیا تو اس میں یہ بات ا گئی کہ مومن کو چاہیے کہ وہ خدا رخی زندگی اختیار کرے</w:t>
      </w:r>
    </w:p>
    <w:p>
      <w:r>
        <w:rPr>
          <w:b/>
        </w:rPr>
        <w:t xml:space="preserve">[41:23] </w:t>
      </w:r>
      <w:r>
        <w:t>God oriented life us ki ho yeh is mein aa gaya phir jab aap ne sa'ee kiya to us mein yeh aap wazeh kiya baat aa gayi ke aap ki activities jo hain activities us ka mehwar Khuda hona chahiye poori zindagi ke liye is mein yeh baat aa gayi jab aap Arafat ke maidan mein puhnche labbaik labbaik kehte hue to wahan kiya aa gaya</w:t>
      </w:r>
    </w:p>
    <w:p>
      <w:pPr>
        <w:jc w:val="right"/>
      </w:pPr>
      <w:r>
        <w:t>گاڈ اوریٹڈ لائف اس کی ہو یہ اس میں ا گیا پھر جب اپ نے سائے کیا تو اس میں یہ اپ واضح کیا بات ا گئی کہ اپ کی ایکٹیویٹیز جو ہیں ایکٹیویٹیز اس کا محور خدا ہونا چاہیے پوری زندگی کے لیے اس میں یہ بات ا گئی جب اپ عرفات کے میدان میں پہنچے لبیک لبیک کہتے ہوئے تو وہاں کیا ا گیا</w:t>
      </w:r>
    </w:p>
    <w:p>
      <w:r>
        <w:rPr>
          <w:b/>
        </w:rPr>
        <w:t xml:space="preserve">[41:51] </w:t>
      </w:r>
      <w:r>
        <w:t>wahan bhi yeh baat aa gayi ke aap ne rasool Allah ki woh awaz agar aap zinda sho'oor ke saath Arafat ke maidan mein puhnche to wahan aap ko goonj sunai degi abhi bhi woh goonj sunai degi ke rasool Allah ne jab kaha tha apne zamanay mein 1400 saal pehle lekin woh us ki goonj abhi wahan maujood hai hassas aur bash'oor insan ke liye</w:t>
      </w:r>
    </w:p>
    <w:p>
      <w:pPr>
        <w:jc w:val="right"/>
      </w:pPr>
      <w:r>
        <w:t>وہاں بھی یہ بات ا گئی کہ اپ نے رسول اللہ کی وہ اواز اگر اپ زندہ شعور کے ساتھ عرفات کے میدان میں پہنچے تو وہاں اپ کو گونج سنائی دے گی ابھی بھی وہ گونج سنائی دے گی کہ رسول اللہ نے جب کہا تھا اپنے زمانے میں 1400 سال پہلے لیکن وہ اس کی گونج ابھی وہاں موجود ہے حساس اور باشعور انسان کے لیے</w:t>
      </w:r>
    </w:p>
    <w:p>
      <w:r>
        <w:rPr>
          <w:b/>
        </w:rPr>
        <w:t xml:space="preserve">[42:18] </w:t>
      </w:r>
      <w:r>
        <w:t>kiya hai aey logon aey mujh ko mannay walon aey mere followers in Allah basni kaft nasni mein sare alam ke liye Khuda ka paigham pohanchane ke liye bheja</w:t>
      </w:r>
    </w:p>
    <w:p>
      <w:pPr>
        <w:jc w:val="right"/>
      </w:pPr>
      <w:r>
        <w:t>کیا ہے اے لوگوں اے مجھ کو ماننے والوں اے میرے فالوورز ان اللہ باسنی کافت الناسنی میں سارے عالم کے لیے خدا کا پیغام پہنچانے کے لیے بھیجا</w:t>
      </w:r>
    </w:p>
    <w:p>
      <w:r>
        <w:rPr>
          <w:b/>
        </w:rPr>
        <w:t xml:space="preserve">[42:31] </w:t>
      </w:r>
      <w:r>
        <w:t>gaya hoon to tum meri taraf se meri niyabat mein pohanchao pohanchao pohanchao har nasal mein pohanchate raho us ki awaz sunai degi</w:t>
      </w:r>
    </w:p>
    <w:p>
      <w:pPr>
        <w:jc w:val="right"/>
      </w:pPr>
      <w:r>
        <w:t>گیا ہوں تو تم میری طرف سے میری نیابت میں پہنچاؤ پہنچاؤ پہنچاؤ ہر نسل میں پہنچاتے رہو اس کی اواز سنائی دے گی</w:t>
      </w:r>
    </w:p>
    <w:p>
      <w:r>
        <w:rPr>
          <w:b/>
        </w:rPr>
        <w:t xml:space="preserve">[42:43] </w:t>
      </w:r>
      <w:r>
        <w:t>Mina mein aap jab qurbani dete hain to wahan bhi poori zindagi ka falsafa aap ke samne aa jata hai zindagi kiya hai Khuda ke liye waqf kar dena apne aap ko Khuda ke rastay mein humta daal dena</w:t>
      </w:r>
    </w:p>
    <w:p>
      <w:pPr>
        <w:jc w:val="right"/>
      </w:pPr>
      <w:r>
        <w:t>منی میں اپ جب قربانی دیتے ہیں تو وہاں بھی پوری زندگی کا فلسفہ اپ کے سامنے ا جاتا ہے زندگی کیا ہے خدا کے لیے وقف کر دینا اپنے اپ کو خدا کے راستے میں ہمتا ڈال دینا</w:t>
      </w:r>
    </w:p>
    <w:p>
      <w:r>
        <w:rPr>
          <w:b/>
        </w:rPr>
        <w:t xml:space="preserve">[42:56] </w:t>
      </w:r>
      <w:r>
        <w:t>is mein yeh baat aayi phir aap ne jab kankariyan mari Shaitan ko to aap ne us se kiya sabak liya ke rozana Shaitan mujh par hamla kar raha hai subah sham raat din to wahan mujhe us ka kankar marna hai sirf jimar mein nahi</w:t>
      </w:r>
    </w:p>
    <w:p>
      <w:pPr>
        <w:jc w:val="right"/>
      </w:pPr>
      <w:r>
        <w:t>اس میں یہ بات ائی پھر اپ نے جب کنکریاں ماری شیطان کو تو اپ نے اس سے کیا سبق لیا کہ روزانہ شیطان مجھ پر حملہ کر رہا ہے صبح شام رات دن تو وہاں مجھے اس کا کنکر مارنا ہے صرف جمرات میں نہیں</w:t>
      </w:r>
    </w:p>
    <w:p>
      <w:r>
        <w:rPr>
          <w:b/>
        </w:rPr>
        <w:t xml:space="preserve">[43:16] </w:t>
      </w:r>
      <w:r>
        <w:t>poori zindagi mein har waqt har subah sham Shaitan bak aata rehta hai bak aata rehta hai mukhtalif tareeqay se</w:t>
      </w:r>
    </w:p>
    <w:p>
      <w:pPr>
        <w:jc w:val="right"/>
      </w:pPr>
      <w:r>
        <w:t>پوری زندگی میں ہر وقت ہر صبح شام شیطان باک اتا رہتا ہے باک اتا رہتا ہے مختلف طریقے سے</w:t>
      </w:r>
    </w:p>
    <w:p>
      <w:r>
        <w:rPr>
          <w:b/>
        </w:rPr>
        <w:t xml:space="preserve">[43:26] </w:t>
      </w:r>
      <w:r>
        <w:t>maslan aap ki shadi hai aap ke beta beti ki to aap sochte hain ke ab yeh to izzat ka mamla hai to sari dolat aap luta dete hain is mein yani shadi ko izzat ka mamla batata hai Shaitan yani Shaitan kehta hai shadi izzat ka mamla hai halankay shadi to is liye hai ke aap ne ek jaiz zindagi ikhtiyar karne ke liye ek aurat aur ammat jaiz tor par ek saath rahen us ke liye hai shadi izzat se koi talluq is</w:t>
      </w:r>
    </w:p>
    <w:p>
      <w:pPr>
        <w:jc w:val="right"/>
      </w:pPr>
      <w:r>
        <w:t>مثلا اپ کی شادی ہے اپ کے بیٹا بیٹی کی تو اپ سوچتے ہیں کہ اب یہ تو عزت کا معاملہ ہے تو ساری دولت اپ لٹا دیتے ہیں اس میں یعنی شادی کو عزت کا معاملہ بتاتا ہے شیطان یعنی شیطان کہتا ہے شادی عزت کا معاملہ ہے حالانکہ شادی تو اس لیے ہے کہ اپ نے ایک جائز زندگی اختیار کرنے کے لیے ایک عورت اور عمت جائز طور پر ایک ساتھ رہیں اس کے لیے ہے شادی عزت سے کوئی تعلق اس</w:t>
      </w:r>
    </w:p>
    <w:p>
      <w:r>
        <w:rPr>
          <w:b/>
        </w:rPr>
        <w:t xml:space="preserve">[43:54] </w:t>
      </w:r>
      <w:r>
        <w:t>ka nahi hai ek shadi lekin Shaitan kiya karta hai aap ke mind mein kiya dalta hai yeh to izzat ka mamla hai aur aap kiya karte hain sara paisa ise luta dete hain mein ek jagah gaya ek baar Haryana mein to ek musalman bohat hi afsurda baitha hua tha</w:t>
      </w:r>
    </w:p>
    <w:p>
      <w:pPr>
        <w:jc w:val="right"/>
      </w:pPr>
      <w:r>
        <w:t>کا نہیں ہے ایک شادی لیکن شیطان کیا کرتا ہے اپ کے مائنڈ میں کیا ڈالتا ہے یہ تو عزت کا معاملہ ہے اور اپ کیا کرتے ہیں سارا پیسہ اسے لٹا دیتے ہیں میں ایک جگہ گیا ایک بار ہریانہ میں تو ایک مسلمان بہت ہی افسردہ بیٹھا ہوا تھا</w:t>
      </w:r>
    </w:p>
    <w:p>
      <w:r>
        <w:rPr>
          <w:b/>
        </w:rPr>
        <w:t xml:space="preserve">[44:16] </w:t>
      </w:r>
      <w:r>
        <w:t>to mein ne logon se poocha ke bhai itne afsurda kahan kam bolte hain yeh</w:t>
      </w:r>
    </w:p>
    <w:p>
      <w:pPr>
        <w:jc w:val="right"/>
      </w:pPr>
      <w:r>
        <w:t>تو میں نے لوگوں سے پوچھا کہ بھئی اتنے افسردہ کہاں کم بولتے ہیں یہ</w:t>
      </w:r>
    </w:p>
    <w:p>
      <w:r>
        <w:rPr>
          <w:b/>
        </w:rPr>
        <w:t xml:space="preserve">[44:20] </w:t>
      </w:r>
      <w:r>
        <w:t>unhon ne kaha sahib un ki beti ki shadi thi aur us mein itna kharch kiya khet bhi bhej diya us ke liye khet bhej diya ab paray hue na paisa aaye na khet hai to kyun Shaitan ne dala ke izzat ka sawal yeh hai halankay yeh yeh jhooti baat hai shadi izzat ka sawal nahi hai shayad shadi jo hai woh jaiz zindagi guzarne ka ahad hai jaiz zindagi guzarne ka ahad hai</w:t>
      </w:r>
    </w:p>
    <w:p>
      <w:pPr>
        <w:jc w:val="right"/>
      </w:pPr>
      <w:r>
        <w:t>انہوں نے کہا صاحب ان کی بیٹی کی شادی تھی اور اس میں اتنا خرچ کیا کھیت بھی بھیج دیا اس کے لیے کھیت بھیج دیا اب پڑے ہوئے نہ پیسہ ائے نہ کھیت ہے تو کیوں شیطان نے ڈالا کہ عزت کا سوال یہ ہے حالانکہ یہ یہ جھوٹی بات ہے شادی عزت کا سوال نہیں ہے شاید شادی جو ہے وہ جائز زندگی گزارنے کا عہد ہے جائز زندگی گزارنے کا عہد ہے</w:t>
      </w:r>
    </w:p>
    <w:p>
      <w:r>
        <w:rPr>
          <w:b/>
        </w:rPr>
        <w:t xml:space="preserve">[44:48] </w:t>
      </w:r>
      <w:r>
        <w:t>to wahan par Shaitan ko kankar mar raha tha unhein unhon ne haj bhi kar rakha tha yani rasmi kankar mari thi wahan ja kar ke lekin shadi ke moqay par jab Shaitan ne unhein sikhaya ke izzat ka mamla hai to khet tak bhi bhej diya yahan unhein chahiye thi stoning karna Shaitan ko pathar marna mat bhukao mujh ko shadi shadi jo hai woh jaiz zindagi guzarne ka ahad hai woh woh izzat ka sawal hai hi nahi</w:t>
      </w:r>
    </w:p>
    <w:p>
      <w:pPr>
        <w:jc w:val="right"/>
      </w:pPr>
      <w:r>
        <w:t>تو وہاں پر شیطان کو کنکری مار رہا تھا انہیں انہوں نے حج بھی کر رکھا تھا یعنی رسمی کنکری ماری تھی وہاں جا کر کے لیکن شادی کے موقع پر جب شیطان نے انہیں سکھایا کہ عزت کا معاملہ ہے تو کھیت تک بھیج دیا یہاں انہیں چاہیے تھی سٹوننگ کرنا شیطان کو پتھر مارنا مت بھکاؤ مجھ کو شادی شادی جو ہے وہ جائز زندگی گزارنے کا عہد ہے وہ وہ عزت کا سوال ہے ہی نہیں</w:t>
      </w:r>
    </w:p>
    <w:p>
      <w:r>
        <w:rPr>
          <w:b/>
        </w:rPr>
        <w:t xml:space="preserve">[45:18] </w:t>
      </w:r>
      <w:r>
        <w:t>to jahan kankar mara tha haqeeqatan yani sahi stoning wahan woh fail ho gaye</w:t>
      </w:r>
    </w:p>
    <w:p>
      <w:pPr>
        <w:jc w:val="right"/>
      </w:pPr>
      <w:r>
        <w:t>تو جہاں کنکری مارا تھا حقیقتا یعنی صحیح سٹوننگ وہاں وہ فیل ہو گئے</w:t>
      </w:r>
    </w:p>
    <w:p>
      <w:r>
        <w:rPr>
          <w:b/>
        </w:rPr>
        <w:t xml:space="preserve">[45:28] </w:t>
      </w:r>
      <w:r>
        <w:t>to isi mani mein kaha tha Hazrat Imam Abu Hanifa ne ke ke ibadat jo hai sab se bari hai yani haj sab se bari ibadat hai kyunke poori zindagi ka sabak is ke andar hai poori zindagi ka sabak is ke andar hai</w:t>
      </w:r>
    </w:p>
    <w:p>
      <w:pPr>
        <w:jc w:val="right"/>
      </w:pPr>
      <w:r>
        <w:t>تو اسی معنی میں کہا تھا حضرت امام ابو حنیفہ نے کہ کہ عبادت جو ہے سب سے بڑی ہے یعنی حج سب سے بڑی عبادت ہے کیونکہ پوری زندگی کا سبق اس کے اندر ہے پوری زندگی کا سبق اس کے اندر ہے</w:t>
      </w:r>
    </w:p>
    <w:p>
      <w:r>
        <w:rPr>
          <w:b/>
        </w:rPr>
        <w:t xml:space="preserve">[45:45] </w:t>
      </w:r>
      <w:r>
        <w:t>aur waqea yeh hai ke agar aadmi zinda shaoor ke sath haj kare</w:t>
      </w:r>
    </w:p>
    <w:p>
      <w:pPr>
        <w:jc w:val="right"/>
      </w:pPr>
      <w:r>
        <w:t>اور واقعہ یہ ہے کہ اگر ادمی زندہ شعور کے ساتھ حج کرے</w:t>
      </w:r>
    </w:p>
    <w:p>
      <w:r>
        <w:rPr>
          <w:b/>
        </w:rPr>
        <w:t xml:space="preserve">[45:51] </w:t>
      </w:r>
      <w:r>
        <w:t>to poori zindagi mein uske sawar aa jayega poori zindagi mein inqalab aa jayega</w:t>
      </w:r>
    </w:p>
    <w:p>
      <w:pPr>
        <w:jc w:val="right"/>
      </w:pPr>
      <w:r>
        <w:t>تو پوری زندگی میں اس کے سوار ا جائے گا پوری زندگی میں انقلاب ا جائے گا</w:t>
      </w:r>
    </w:p>
    <w:p>
      <w:r>
        <w:rPr>
          <w:b/>
        </w:rPr>
        <w:t xml:space="preserve">[45:57] </w:t>
      </w:r>
      <w:r>
        <w:t>poori zindagi mein uska kya hoga ek nayi shakhsiyat average karegi uske andar se</w:t>
      </w:r>
    </w:p>
    <w:p>
      <w:pPr>
        <w:jc w:val="right"/>
      </w:pPr>
      <w:r>
        <w:t>پوری زندگی میں اس کا کیا ہوگا ایک نئی شخصیت ایورج کرے گی اس کے اندر سے</w:t>
      </w:r>
    </w:p>
    <w:p>
      <w:r>
        <w:rPr>
          <w:b/>
        </w:rPr>
        <w:t xml:space="preserve">[46:02] </w:t>
      </w:r>
      <w:r>
        <w:t>aur jo log sirf is liye kahein ke ek rasam hai poori kar liya unhone to jaise</w:t>
      </w:r>
    </w:p>
    <w:p>
      <w:pPr>
        <w:jc w:val="right"/>
      </w:pPr>
      <w:r>
        <w:t>اور جو لوگ صرف اس لیے کہیں کہ ایک رسم ہے پوری کر لیا انہوں نے تو جیسے</w:t>
      </w:r>
    </w:p>
    <w:p>
      <w:r>
        <w:rPr>
          <w:b/>
        </w:rPr>
        <w:t xml:space="preserve">[46:07] </w:t>
      </w:r>
      <w:r>
        <w:t>gaye the waise hi lotenge</w:t>
      </w:r>
    </w:p>
    <w:p>
      <w:pPr>
        <w:jc w:val="right"/>
      </w:pPr>
      <w:r>
        <w:t>گئے تھے ویسے ہی لوٹیں گے</w:t>
      </w:r>
    </w:p>
    <w:p>
      <w:r>
        <w:rPr>
          <w:b/>
        </w:rPr>
        <w:t xml:space="preserve">[46:10] </w:t>
      </w:r>
      <w:r>
        <w:t>yani gaye the</w:t>
      </w:r>
    </w:p>
    <w:p>
      <w:pPr>
        <w:jc w:val="right"/>
      </w:pPr>
      <w:r>
        <w:t>یعنی گئے تھے</w:t>
      </w:r>
    </w:p>
    <w:p>
      <w:r>
        <w:rPr>
          <w:b/>
        </w:rPr>
        <w:t xml:space="preserve">[46:12] </w:t>
      </w:r>
      <w:r>
        <w:t>be rooh lotenge be rooh</w:t>
      </w:r>
    </w:p>
    <w:p>
      <w:pPr>
        <w:jc w:val="right"/>
      </w:pPr>
      <w:r>
        <w:t>بے روح لوٹیں گے بے روح</w:t>
      </w:r>
    </w:p>
    <w:p>
      <w:r>
        <w:rPr>
          <w:b/>
        </w:rPr>
        <w:t xml:space="preserve">[46:16] </w:t>
      </w:r>
      <w:r>
        <w:t>jo zindagi pehle thi wahi zindagi ab bhi baqi rahegi</w:t>
      </w:r>
    </w:p>
    <w:p>
      <w:pPr>
        <w:jc w:val="right"/>
      </w:pPr>
      <w:r>
        <w:t>جو زندگی پہلے تھی وہی زندگی اب بھی باقی رہے گی</w:t>
      </w:r>
    </w:p>
    <w:p>
      <w:r>
        <w:rPr>
          <w:b/>
        </w:rPr>
        <w:t xml:space="preserve">[46:22] </w:t>
      </w:r>
      <w:r>
        <w:t>to bilkul sahi baat hai yeh ke haj jo hai sab se bari ibadat hai lekin bare ke mani kiya hain bare ke mani yeh nahi ke koi purasarar cheez hai koi mysterious cheez hai koi muqaddas cheez hai nahi woh hum ko ek mukammal tarbiyat deti hai hamari poori zindagi mein ek naya inqalab lane ka zariya hai</w:t>
      </w:r>
    </w:p>
    <w:p>
      <w:pPr>
        <w:jc w:val="right"/>
      </w:pPr>
      <w:r>
        <w:t>تو بالکل صحیح بات ہے یہ کہ حج جو ہے سب سے بڑی عبادت ہے لیکن بڑے کے معنی کیا ہیں بڑے کے معنی یہ نہیں کہ کوئی پراسرار چیز ہے کوئی مستیریس چیز ہے کوئی مقدس چیز ہے نہیں وہ ہم کو ایک مکمل تربیت دیتی ہے ہماری پوری زندگی میں ایک نیا انقلاب لانے کا ذریعہ ہے</w:t>
      </w:r>
    </w:p>
    <w:p>
      <w:r>
        <w:rPr>
          <w:b/>
        </w:rPr>
        <w:t xml:space="preserve">[46:44] </w:t>
      </w:r>
      <w:r>
        <w:t>hamari soch badalti badal deti hai hamara behavior badal jata hai misaal ke taur par hajj ke bare mein quran mein aya hai ke jab tum hajj ke liye niklo to tumhein jhagda nahi karna hai is se ladna phirna nahi hai gaali galoch nahi karna hai ab yahan par aap ne tajurba kiya</w:t>
      </w:r>
    </w:p>
    <w:p>
      <w:pPr>
        <w:jc w:val="right"/>
      </w:pPr>
      <w:r>
        <w:t>ہماری سوچ بدلتی بدل بدل دیتی ہے ہمارا بیہیویئر بدل جاتا ہے مثال کے طور پر حج کے بارے میں قران میں ایا ہے کہ جب تم حج کے لیے نکلو تو تمہیں جھگڑا نہیں کرنا ہے اس سے لڑنا پھرنا نہیں ہے گالی گلوچ نہیں کرنا ہے اب یہاں پر اپ نے تجربہ کیا</w:t>
      </w:r>
    </w:p>
    <w:p>
      <w:r>
        <w:rPr>
          <w:b/>
        </w:rPr>
        <w:t xml:space="preserve">[47:03] </w:t>
      </w:r>
      <w:r>
        <w:t>yeh bhi bator rasam nahi tha ke jab tak aap jitne dinon wahan par hain makka mein tab tak to aap munh band rakh kiye rahen aur jaise loot kar pahunche apni duniya mein jo jo aap ka watan hai to phir wahi karne lage aap</w:t>
      </w:r>
    </w:p>
    <w:p>
      <w:pPr>
        <w:jc w:val="right"/>
      </w:pPr>
      <w:r>
        <w:t>یہ بھی بطور رسم نہیں تھا کہ جب تک اپ جتنے دنوں وہاں پر ہیں مکہ میں تب تک تو اپ منہ بند رکھ کیے رہیں اور جیسے لوٹ کر پہنچے اپنی دنیا میں جو جو اپ کا وطن ہے تو پھر وہی کرنے لگے اپ</w:t>
      </w:r>
    </w:p>
    <w:p>
      <w:r>
        <w:rPr>
          <w:b/>
        </w:rPr>
        <w:t xml:space="preserve">[47:23] </w:t>
      </w:r>
      <w:r>
        <w:t>to makka mein jo aap ko bataya gaya tha hukum diya gaya tha ke kyunke aap jante hain ke jab bohat se log ekhatta hote hain to aapas mein ikhtilafat hote hain akele akele aap rahen to ikhtilaf kya hoga kuch ikhtilaf nahi hoga lekin jab aap bohat se log ekhatta hote hain to kuch na kuch difference kuch na kuch ikhtilaf kuch na kuch shikayat kuch na kuch ho jati hai kuch na kuch</w:t>
      </w:r>
    </w:p>
    <w:p>
      <w:pPr>
        <w:jc w:val="right"/>
      </w:pPr>
      <w:r>
        <w:t>تو مکہ میں جو اپ کو بتایا گیا تھا حکم دیا گیا تھا کہ کیونکہ اپ جانتے ہیں کہ جب بہت سے لوگ اکٹھا ہوتے ہیں تو اپس میں اختلافات ہوتے ہیں اکیلے اکیلے اپ رہیں تو اختلاف کیا ہوگا کچھ اختلاف نہیں ہوگا لیکن جب اپ بہت سے لوگ اکٹھا ہوتے ہیں تو کچھ نہ کچھ ڈیفرنس کچھ نہ کچھ اختلاف کچھ نہ کچھ شکایت کچھ نہ کچھ ہو جاتی ہے کچھ نہ کچھ</w:t>
      </w:r>
    </w:p>
    <w:p>
      <w:r>
        <w:rPr>
          <w:b/>
        </w:rPr>
        <w:t xml:space="preserve">[47:48] </w:t>
      </w:r>
      <w:r>
        <w:t>ab is shikayat ko le kar ke makke ka dauran jo hain aap wahan hajj ke dauran to aap ko jhagda nahi karna hai ghussa nahi karna hai marpeet nahi karni hai warna hajj batil ho jayega hajj nahi hoga lekin yeh inhi chand dinon ke liye nahi hai yeh baat yeh to ek tarbiyat hai</w:t>
      </w:r>
    </w:p>
    <w:p>
      <w:pPr>
        <w:jc w:val="right"/>
      </w:pPr>
      <w:r>
        <w:t>اب اس شکایت کو لے کر کے مکے کا دوران جو ہیں اپ وہاں حج کے دوران تو اپ کو جھگڑا نہیں کرنا ہے غصہ نہیں کرنا ہے مارپیٹ نہیں کرنی ہے ورنہ حج باطل ہو جائے گا حج نہیں ہوگا لیکن یہ انہی چند دنوں کے لیے نہیں ہے یہ بات یہ تو ایک تربیت ہے</w:t>
      </w:r>
    </w:p>
    <w:p>
      <w:r>
        <w:rPr>
          <w:b/>
        </w:rPr>
        <w:t xml:space="preserve">[48:10] </w:t>
      </w:r>
      <w:r>
        <w:t>to is ehsas ko le kar aap lotein</w:t>
      </w:r>
    </w:p>
    <w:p>
      <w:pPr>
        <w:jc w:val="right"/>
      </w:pPr>
      <w:r>
        <w:t>تو اس احساس کو لے کر اپ لوٹیں</w:t>
      </w:r>
    </w:p>
    <w:p>
      <w:r>
        <w:rPr>
          <w:b/>
        </w:rPr>
        <w:t xml:space="preserve">[48:13] </w:t>
      </w:r>
      <w:r>
        <w:t>ke mujhe samaj mein khandan mein logon ke darmiyan is tarah aana hai ke agar koi shikayati baat</w:t>
      </w:r>
    </w:p>
    <w:p>
      <w:pPr>
        <w:jc w:val="right"/>
      </w:pPr>
      <w:r>
        <w:t>کہ مجھے سماج میں خاندان میں لوگوں کے درمیان اس طرح انا ہے کہ اگر کوئی شکایتی بات</w:t>
      </w:r>
    </w:p>
    <w:p>
      <w:r>
        <w:rPr>
          <w:b/>
        </w:rPr>
        <w:t xml:space="preserve">[48:20] </w:t>
      </w:r>
      <w:r>
        <w:t>ho to main sabr kar loon</w:t>
      </w:r>
    </w:p>
    <w:p>
      <w:pPr>
        <w:jc w:val="right"/>
      </w:pPr>
      <w:r>
        <w:t>ہو تو میں صبر کر لوں</w:t>
      </w:r>
    </w:p>
    <w:p>
      <w:r>
        <w:rPr>
          <w:b/>
        </w:rPr>
        <w:t xml:space="preserve">[48:24] </w:t>
      </w:r>
      <w:r>
        <w:t>koi mujhe ghussa dilaye to main ghusse ko pi jaoon</w:t>
      </w:r>
    </w:p>
    <w:p>
      <w:pPr>
        <w:jc w:val="right"/>
      </w:pPr>
      <w:r>
        <w:t>کوئی مجھے غصہ دلائے تو میں غصے کو پی جاؤں</w:t>
      </w:r>
    </w:p>
    <w:p>
      <w:r>
        <w:rPr>
          <w:b/>
        </w:rPr>
        <w:t xml:space="preserve">[48:29] </w:t>
      </w:r>
      <w:r>
        <w:t>koi mujhe sataye to main usko Allah ke hawale kar doon yeh haj spirit uska naam</w:t>
      </w:r>
    </w:p>
    <w:p>
      <w:pPr>
        <w:jc w:val="right"/>
      </w:pPr>
      <w:r>
        <w:t>کوئی مجھے ستائے تو میں اس کو اللہ کے حوالے کر دوں یہ حج اسپرٹ اس کا نام</w:t>
      </w:r>
    </w:p>
    <w:p>
      <w:r>
        <w:rPr>
          <w:b/>
        </w:rPr>
        <w:t xml:space="preserve">[48:36] </w:t>
      </w:r>
      <w:r>
        <w:t>haj spirit spirit</w:t>
      </w:r>
    </w:p>
    <w:p>
      <w:pPr>
        <w:jc w:val="right"/>
      </w:pPr>
      <w:r>
        <w:t>حج اسپرٹ اسپرٹ</w:t>
      </w:r>
    </w:p>
    <w:p>
      <w:r>
        <w:rPr>
          <w:b/>
        </w:rPr>
        <w:t xml:space="preserve">[48:40] </w:t>
      </w:r>
      <w:r>
        <w:t>to rasmi hajj karne ke baad baat khatam nahi ho jati hai balke asal baat to baat ko shuru hoti hai</w:t>
      </w:r>
    </w:p>
    <w:p>
      <w:pPr>
        <w:jc w:val="right"/>
      </w:pPr>
      <w:r>
        <w:t>تو رسمی حج کرنے کے بعد بات ختم نہیں ہو جاتی ہے بلکہ اصل بات تو بات کو شروع ہوتی ہے</w:t>
      </w:r>
    </w:p>
    <w:p>
      <w:r>
        <w:rPr>
          <w:b/>
        </w:rPr>
        <w:t xml:space="preserve">[48:52] </w:t>
      </w:r>
      <w:r>
        <w:t>yani woh pattern</w:t>
      </w:r>
    </w:p>
    <w:p>
      <w:pPr>
        <w:jc w:val="right"/>
      </w:pPr>
      <w:r>
        <w:t>یعنی وہ پیٹرن</w:t>
      </w:r>
    </w:p>
    <w:p>
      <w:r>
        <w:rPr>
          <w:b/>
        </w:rPr>
        <w:t xml:space="preserve">[48:54] </w:t>
      </w:r>
      <w:r>
        <w:t>aur woh tarbiyat jo jo wahan aap ne hasil ki hai usko la kar ke zindagi mein</w:t>
      </w:r>
    </w:p>
    <w:p>
      <w:pPr>
        <w:jc w:val="right"/>
      </w:pPr>
      <w:r>
        <w:t>اور وہ تربیت جو جو وہاں اپ نے حاصل کی ہے اس کو لا کر کے زندگی میں</w:t>
      </w:r>
    </w:p>
    <w:p>
      <w:r>
        <w:rPr>
          <w:b/>
        </w:rPr>
        <w:t xml:space="preserve">[49:01] </w:t>
      </w:r>
      <w:r>
        <w:t>translate karna zindagi mein usko utarna rozmarra ki zindagi mein</w:t>
      </w:r>
    </w:p>
    <w:p>
      <w:pPr>
        <w:jc w:val="right"/>
      </w:pPr>
      <w:r>
        <w:t>ٹرانسلیٹ کرنا زندگی میں اس کو اتارنا روزمرہ کی زندگی میں</w:t>
      </w:r>
    </w:p>
    <w:p>
      <w:r>
        <w:rPr>
          <w:b/>
        </w:rPr>
        <w:t xml:space="preserve">[49:08] </w:t>
      </w:r>
      <w:r>
        <w:t>usko istemal karna</w:t>
      </w:r>
    </w:p>
    <w:p>
      <w:pPr>
        <w:jc w:val="right"/>
      </w:pPr>
      <w:r>
        <w:t>اس کو استعمال کرنا</w:t>
      </w:r>
    </w:p>
    <w:p>
      <w:r>
        <w:rPr>
          <w:b/>
        </w:rPr>
        <w:t xml:space="preserve">[49:11] </w:t>
      </w:r>
      <w:r>
        <w:t>isi mani mein haj haj jo hai badi ibadat hai</w:t>
      </w:r>
    </w:p>
    <w:p>
      <w:pPr>
        <w:jc w:val="right"/>
      </w:pPr>
      <w:r>
        <w:t>اسی معنی میں حج حج جو ہے بڑی عبادت ہے</w:t>
      </w:r>
    </w:p>
    <w:p>
      <w:r>
        <w:rPr>
          <w:b/>
        </w:rPr>
        <w:t xml:space="preserve">[49:16] </w:t>
      </w:r>
      <w:r>
        <w:t>log samajhte hain ke haj jo hai mysteriously koi is mein badai chupi hui hai</w:t>
      </w:r>
    </w:p>
    <w:p>
      <w:pPr>
        <w:jc w:val="right"/>
      </w:pPr>
      <w:r>
        <w:t>لوگ سمجھتے ہیں کہ حج جو ہے مسٹیریسلی کوئی اس میں بڑائی چھپی ہوئی ہے</w:t>
      </w:r>
    </w:p>
    <w:p>
      <w:r>
        <w:rPr>
          <w:b/>
        </w:rPr>
        <w:t xml:space="preserve">[49:22] </w:t>
      </w:r>
      <w:r>
        <w:t>is ke rasmon ko ada kar do to mysteriously unknowingly woh hamare hisse mein aa jayegi yeh bilkul baseless baat hai koi mystery nahi hai is ke andar kuch bhi nahi</w:t>
      </w:r>
    </w:p>
    <w:p>
      <w:pPr>
        <w:jc w:val="right"/>
      </w:pPr>
      <w:r>
        <w:t>اس کے رسموں کو ادا کر دو تو مسٹیریسلی ان نوئنگلی وہ ہمارے حصے میں ا جائے گی یہ بالکل بیسلیس بات ہے کوئی مستری نہیں ہے اس کے اندر کچھ بھی نہیں</w:t>
      </w:r>
    </w:p>
    <w:p>
      <w:r>
        <w:rPr>
          <w:b/>
        </w:rPr>
        <w:t xml:space="preserve">[49:44] </w:t>
      </w:r>
      <w:r>
        <w:t>kyunke sab kuch tarbiyat hai sara mamla tarbiyat ka hai rehearsal ka hai training ka hai</w:t>
      </w:r>
    </w:p>
    <w:p>
      <w:pPr>
        <w:jc w:val="right"/>
      </w:pPr>
      <w:r>
        <w:t>کیونکہ سب کچھ تربیت ہے سارا معاملہ تربیت کا ہے ریہرسل کا ہے ٹریننگ کا ہے</w:t>
      </w:r>
    </w:p>
    <w:p>
      <w:r>
        <w:rPr>
          <w:b/>
        </w:rPr>
        <w:t xml:space="preserve">[49:55] </w:t>
      </w:r>
      <w:r>
        <w:t>to wahan par dekhiye kai nabiyon ki tareekh hai hazrat ibrahim ki tareekh hazrat ismail ki tareekh rasool allah ki tareekh pusht rasool allah ke jo sahaba the jo barah-e-rast nabi se unhon ne mustafida kiya un ki sehat sohbat pai un se apna aap apni zindagi ko sanwara to phir un ki tareekh wahan par hai</w:t>
      </w:r>
    </w:p>
    <w:p>
      <w:pPr>
        <w:jc w:val="right"/>
      </w:pPr>
      <w:r>
        <w:t>تو وہاں پر دیکھیے کئی نبیوں کی تاریخ ہے حضرت ابراہیم کی تاریخ حضرت اسماعیل کی تاریخ رسول اللہ کی تاریخ پشت رسول اللہ کے جو صحابہ تھے جو براہ راست نبی سے انہوں نے استفادہ کیا ان کی صحت صحبت پائی ان سے اپنا اپ اپنی زندگیوں کو سنوارا تو پھر ان کی تاریخ وہاں پر ہے</w:t>
      </w:r>
    </w:p>
    <w:p>
      <w:r>
        <w:rPr>
          <w:b/>
        </w:rPr>
        <w:t xml:space="preserve">[50:22] </w:t>
      </w:r>
      <w:r>
        <w:t>itni sari tareekh jo hai wahan par wahan ja ja is liye mein kehta hoon ke jo log hajj ke liye jayen un ko tareekh parh ke jana chahiye log sirf masail ki booklet hoti hain un ko parhte hain bas uthte ratte rehte hain</w:t>
      </w:r>
    </w:p>
    <w:p>
      <w:pPr>
        <w:jc w:val="right"/>
      </w:pPr>
      <w:r>
        <w:t>اتنی ساری تاریخ جو ہے وہاں پر وہاں جا جا اس لیے میں کہتا ہوں کہ جو لوگ حج کے لیے جائیں ان کو تاریخ پڑھ کے جانا چاہیے لوگ صرف مسائل کی بکلیٹ ہوتی ہیں ان کو پڑھتے ہیں بس اٹھتے رٹتے رہتے ہیں</w:t>
      </w:r>
    </w:p>
    <w:p>
      <w:r>
        <w:rPr>
          <w:b/>
        </w:rPr>
        <w:t xml:space="preserve">[50:37] </w:t>
      </w:r>
      <w:r>
        <w:t>aam taur par maine dekha ke haji log jate hain hajj karne ke liye to masail ki choti choti kitaben hoti hain isi mein ratte rehte hain ratte rehte hain isi ko isi ke sath unhein chahiye ke tareekh ki kitaben parhen yani hazrat ibrahim ki tareekh hazrat ismail ki tareekh hazrat hajra ki tareekh rasool allah ki tareekh sahaba ki tareekh tabhi to wahan jo jis ko quran mein kaha ke manafe yani historical references hain</w:t>
      </w:r>
    </w:p>
    <w:p>
      <w:pPr>
        <w:jc w:val="right"/>
      </w:pPr>
      <w:r>
        <w:t>عام طور پر میں نے دیکھا کہ حاجی لوگ جاتے ہیں حج کرنے کے لیے تو مسائل کی چھوٹی چھوٹی کتابیں ہوتی ہیں اسی میں رٹتے رہتے ہیں رٹتے رہتے ہیں اسی کو اسی کے ساتھ انہیں چاہیے کہ تاریخ کی کتابیں پڑھیں یعنی حضرت ابراہیم کی تاریخ حضرت اسماعیل کی تاریخ حضرت ہاجرہ کی تاریخ رسول اللہ کی تاریخ صحابہ کی تاریخ تبھی تو وہاں جو جس کو قران میں کہا کہ منافع یعنی ہسٹاریکل ریفرنسز ہیں</w:t>
      </w:r>
    </w:p>
    <w:p>
      <w:r>
        <w:rPr>
          <w:b/>
        </w:rPr>
        <w:t xml:space="preserve">[51:05] </w:t>
      </w:r>
      <w:r>
        <w:t>yani aaj kal ki zuban mein agar mein kahoon to mein kahoon ga ke manafe se murad hain historical references yani yahan par hazrat ibrahim ne aisa kiya yahan par ismail ne aisa kiya yahan par rasool allah ne aisa kiya yahan par sahaba ne aisa kiya to aap in historical references ko kaise janenge agar aap ne tareekh nahi parhi hai to aap kaise janenge aap jaan nahi sakte</w:t>
      </w:r>
    </w:p>
    <w:p>
      <w:pPr>
        <w:jc w:val="right"/>
      </w:pPr>
      <w:r>
        <w:t>یعنی اج کل کی زبان میں اگر میں کہوں تو میں کہوں گا کہ منافع سے مراد ہیں ہسٹاریکل ریفرنسز یعنی یہاں پر حضرت ابراہیم نے ایسا کیا یہاں پر اسماعیل نے ایسا کیا یہاں پر رسول اللہ نے ایسا کیا یہاں پر صحابہ نے ایسا کیا تو اپ ان ہسٹاریکل ریفرنسز کو کیسے جانیں گے اگر اپ نے تاریخ نہیں پڑھی ہے تو اپ کیسے جانیں گے اپ جان نہیں سکتے</w:t>
      </w:r>
    </w:p>
    <w:p>
      <w:r>
        <w:rPr>
          <w:b/>
        </w:rPr>
        <w:t xml:space="preserve">[51:31] </w:t>
      </w:r>
      <w:r>
        <w:t>to sirf masail ko rat kar ke wahan jana</w:t>
      </w:r>
    </w:p>
    <w:p>
      <w:pPr>
        <w:jc w:val="right"/>
      </w:pPr>
      <w:r>
        <w:t>تو صرف مسائل کو رٹ کر کے وہاں جانا</w:t>
      </w:r>
    </w:p>
    <w:p>
      <w:r>
        <w:rPr>
          <w:b/>
        </w:rPr>
        <w:t xml:space="preserve">[51:37] </w:t>
      </w:r>
      <w:r>
        <w:t>yeh bohat hi nakafi hai bohat nakafi hai aap ko is zamane ki tareekh parhni hogi tareekh se murad hai inhi ke halaat tareekh se murad murad nahi ke secular tareekh is ka geography hai yeh sab nahi</w:t>
      </w:r>
    </w:p>
    <w:p>
      <w:pPr>
        <w:jc w:val="right"/>
      </w:pPr>
      <w:r>
        <w:t>یہ بہت ہی ناکافی ہے بہت ناکافی ہے اپ کو اس زمانے کی تاریخ پڑھنی ہوگی تاریخ سے مراد ہے انہی کے حالات تاریخ سے مراد مراد نہیں کہ سیکولر تاریخ اس کا جغرافیہ ہے یہ سب نہیں</w:t>
      </w:r>
    </w:p>
    <w:p>
      <w:r>
        <w:rPr>
          <w:b/>
        </w:rPr>
        <w:t xml:space="preserve">[51:59] </w:t>
      </w:r>
      <w:r>
        <w:t>geography jise bataya gaya woh tareekh nahi mein keh raha hoon balke peghambaron ki zindagiyaan sahaba ki zindagiyaan jin kitabon mein batai gayi hon un kitabon ko parhna chahiye kyunke agar aap na parhe hue honge to us ko mein keh raha hoon ke historical point of reference woh samne aayega ab ab aap kuch aap ko woh aap ke mind mein kuch baaten nahi dalega</w:t>
      </w:r>
    </w:p>
    <w:p>
      <w:pPr>
        <w:jc w:val="right"/>
      </w:pPr>
      <w:r>
        <w:t>جغرافیہ جسے بتایا گیا وہ تاریخ نہیں میں کہہ رہا ہوں بلکہ پیغمبروں کی زندگیاں صحابہ کی زندگیاں جن کتابوں میں بتائی گئی ہوں ان کتابوں کو پڑھنا چاہیے کیونکہ اگر اپ نہ پڑھے ہوئے ہوں گے تو اس کو میں کہہ رہا ہوں کہ ہسٹاریکل پوائنٹ اف ریفرنس وہ سامنے ائے گا اب اب اپ کچھ اپ کو وہ اپ کے مائنڈ میں کچھ باتیں نہیں ڈالے گا</w:t>
      </w:r>
    </w:p>
    <w:p>
      <w:r>
        <w:rPr>
          <w:b/>
        </w:rPr>
        <w:t xml:space="preserve">[52:28] </w:t>
      </w:r>
      <w:r>
        <w:t>jaise misaal ke taur par mein ek baat arz karta hoon ke aap pahunche makka mein haram ke andar aap kaba ke pas pahunche to aap yahan dekhen kaba ek chokor building ka naam hai isi ke sath ek chota sa jagah hai is ko hatim kehte hain jo kaba se juri hui hai hatim jo hai woh covered nahi hai sirf ek thoda sa chabootre ke matlab samajh lijiye</w:t>
      </w:r>
    </w:p>
    <w:p>
      <w:pPr>
        <w:jc w:val="right"/>
      </w:pPr>
      <w:r>
        <w:t>جیسے مثال کے طور پر میں ایک بات عرض کرتا ہوں کہ اپ پہنچے مکہ میں حرم کے اندر اپ کعبہ کے پاس پہنچے تو اپ یہاں دیکھیں کعبہ ایک چوکور بلڈنگ کا نام ہے اسی کے ساتھ ایک چھوٹا سا جگہ ہے اس کو حتیم کہتے ہیں جو کعبہ سے جڑی ہوئی ہے حتیم جو ہے وہ کورڈ نہیں ہے صرف ایک تھوڑا سا چبوترے کے معنی سمجھ لیجئے</w:t>
      </w:r>
    </w:p>
    <w:p>
      <w:r>
        <w:rPr>
          <w:b/>
        </w:rPr>
        <w:t xml:space="preserve">[52:56] </w:t>
      </w:r>
      <w:r>
        <w:t>to woh jo hai covered hai kaba yeh aap ne dekha agar aap ki tareekh nahi maloom hai aap ko to is mein aap ko koi yaad-dasht nahi milegi koi koi cheez aap ko remind nahi karega kaba aap ke zehan mein lekin agar yeh ab jante hon aap ke hazrat ibrahim ne jo kaba banaya tha woh kaba lamba tha chokor nahi tha woh kaba to kya hua</w:t>
      </w:r>
    </w:p>
    <w:p>
      <w:pPr>
        <w:jc w:val="right"/>
      </w:pPr>
      <w:r>
        <w:t>تو وہ جو ہے کورڈ ہے کعبہ یہ اپ نے دیکھا اگر اپ کی تاریخ نہیں معلوم ہے اپ کو تو اس میں اپ کو کوئی یادداشت نہیں ملے گی کوئی کوئی چیز اپ کو ریمائنڈ نہیں کرے گا کعبہ اپ کے ذہن میں لیکن اگر یہ اب جانتے ہوں اپ کہ حضرت ابراہیم نے جو کعبہ بنایا تھا وہ کعبہ لمبا تھا چوکور نہیں تھا وہ کعبہ تو کیا ہوا</w:t>
      </w:r>
    </w:p>
    <w:p>
      <w:r>
        <w:rPr>
          <w:b/>
        </w:rPr>
        <w:t xml:space="preserve">[53:23] </w:t>
      </w:r>
      <w:r>
        <w:t>baad ke zamane mein woh imarat jo thi hazrat ibrahim ko banai hui woh barish waghera mein gir gayi yeh baat hai rasool allah ke ba'sat se pehle ki to us zamane mein mushrikeen ka qabza tha us par to mushrikeen ne us ko phir se banaya to mushrikeen ne jo banaya to chokor bana diya unhon ne hatim ko chhod diya</w:t>
      </w:r>
    </w:p>
    <w:p>
      <w:pPr>
        <w:jc w:val="right"/>
      </w:pPr>
      <w:r>
        <w:t>بعد کے زمانے میں وہ عمارت جو تھی حضرت ابراہیم کو بنائی ہوئی وہ بارش وغیرہ میں گر گئی یہ بات ہے رسول اللہ کے بعثت سے پہلے کی تو اس زمانے میں مشرکین کا قبضہ تھا اس پر تو مشرکین نے اس کو پھر سے بنایا تو مشرکین نے جو بنایا تو چوکور بنا دیا انہوں نے حتیم کو چھوڑ دیا</w:t>
      </w:r>
    </w:p>
    <w:p>
      <w:r>
        <w:rPr>
          <w:b/>
        </w:rPr>
        <w:t xml:space="preserve">[53:52] </w:t>
      </w:r>
      <w:r>
        <w:t>yani lamba kaba jo tha us ke aadhe hisse par unhon ne yani imarat banai yani aur us ko cover kiya chhat se ab baqi ko chhod diya unhon ne aise hi ek chabootre ke taur par us ko hatim kaha jata hai ab yeh aap dekhenge aap lekin aap ko pata nahi hai agar is ka to aap sabak nahi lenge aap</w:t>
      </w:r>
    </w:p>
    <w:p>
      <w:pPr>
        <w:jc w:val="right"/>
      </w:pPr>
      <w:r>
        <w:t>یعنی لمبا کعبہ جو تھا اس کے ادھے حصے پر انہوں نے یعنی عمارت بنائی یعنی اور اس کو کور کیا چھت سے اب بقیہ کو چھوڑ دیا انہوں نے ایسے ہی ایک چبوترے کے طور پر اس کو حتیم کہا جاتا ہے اب یہ اپ دیکھیں گے اپ لیکن اپ کو پتہ نہیں ہے اگر اس کا تو اپ سبق نہیں لیں گے اپ</w:t>
      </w:r>
    </w:p>
    <w:p>
      <w:r>
        <w:rPr>
          <w:b/>
        </w:rPr>
        <w:t xml:space="preserve">[54:19] </w:t>
      </w:r>
      <w:r>
        <w:t>to rasool Allah jab fateh makka ho gaya to rasool Allah ne kaha Hazrat Aisha se ke yeh</w:t>
      </w:r>
    </w:p>
    <w:p>
      <w:pPr>
        <w:jc w:val="right"/>
      </w:pPr>
      <w:r>
        <w:t>تو رسول اللہ جب فتح مکہ ہو گیا تو رسول اللہ نے کہا حضرت عائشہ سے کہ یہ</w:t>
      </w:r>
    </w:p>
    <w:p>
      <w:r>
        <w:rPr>
          <w:b/>
        </w:rPr>
        <w:t xml:space="preserve">[54:28] </w:t>
      </w:r>
      <w:r>
        <w:t>jo buniyad hai kaba ki yeh to mushrikeen ki buniyad hai yeh Hazrat Ibrahim ki nahi hai</w:t>
      </w:r>
    </w:p>
    <w:p>
      <w:pPr>
        <w:jc w:val="right"/>
      </w:pPr>
      <w:r>
        <w:t>جو بنیاد ہے کعبہ کی یہ تو مشرکین کی بنیاد ہے یہ حضرت ابراہیم کی نہیں ہے</w:t>
      </w:r>
    </w:p>
    <w:p>
      <w:r>
        <w:rPr>
          <w:b/>
        </w:rPr>
        <w:t xml:space="preserve">[54:34] </w:t>
      </w:r>
      <w:r>
        <w:t>to mera jee chahta hai ke main is ko tod kar ke dobara Hazrat Ibrahim ki buniyad par</w:t>
      </w:r>
    </w:p>
    <w:p>
      <w:pPr>
        <w:jc w:val="right"/>
      </w:pPr>
      <w:r>
        <w:t>تو میرا جی چاہتا ہے کہ میں اس کو توڑ کر کے دوبارہ حضرت ابراہیم کی بنیاد پر</w:t>
      </w:r>
    </w:p>
    <w:p>
      <w:r>
        <w:rPr>
          <w:b/>
        </w:rPr>
        <w:t xml:space="preserve">[54:39] </w:t>
      </w:r>
      <w:r>
        <w:t>khara karun to hazrat aisha ne kaha ke ab makka fateh ho chuka hai ap ab kar dijiye</w:t>
      </w:r>
    </w:p>
    <w:p>
      <w:pPr>
        <w:jc w:val="right"/>
      </w:pPr>
      <w:r>
        <w:t>کھڑا کروں تو حضرت عائشہ نے کہا کہ اب مکہ فتح ہو چکا ہے اپ اب کر دیجئے</w:t>
      </w:r>
    </w:p>
    <w:p>
      <w:r>
        <w:rPr>
          <w:b/>
        </w:rPr>
        <w:t xml:space="preserve">[54:45] </w:t>
      </w:r>
      <w:r>
        <w:t>to ap ne kaha ke nahin log bhadak jayenge</w:t>
      </w:r>
    </w:p>
    <w:p>
      <w:pPr>
        <w:jc w:val="right"/>
      </w:pPr>
      <w:r>
        <w:t>تو اپ نے کہا کہ نہیں لوگ بھڑک جائیں گے</w:t>
      </w:r>
    </w:p>
    <w:p>
      <w:r>
        <w:rPr>
          <w:b/>
        </w:rPr>
        <w:t xml:space="preserve">[54:50] </w:t>
      </w:r>
      <w:r>
        <w:t>kyunke mazhabi imaratein jo hoti hain mazhabi cheezein hoti hain us se log sentiment wapas wabasta ho jate hain woh samajhte hain ke bas jo hai wahi hai is mein koi tabdili ki jayegi to sab mamla bigad jayega to aap ne kaha ke logon ke log bhadak jayenge aur aur phir ek masle khade ho gaye naye naye to wahan aap ne isi tarah chhod diya</w:t>
      </w:r>
    </w:p>
    <w:p>
      <w:pPr>
        <w:jc w:val="right"/>
      </w:pPr>
      <w:r>
        <w:t>کیونکہ مذہبی عمارتیں جو ہوتی ہیں مذہبی چیزیں ہوتی ہیں اس سے لوگ سینٹیمنٹ واپس وابستہ ہو جاتے ہیں وہ سمجھتے ہیں کہ بس جو ہے وہی ہے اس میں کوئی تبدیلی کی جائے گی تو سب معاملہ بگڑ جائے گا تو اپ نے کہا کہ لوگوں کے لوگ بھڑک جائیں گے اور اور پھر ایک مسئلے کھڑے ہوگئے نئے نئے تو وہاں اپ نے اسی طرح چھوڑ دیا</w:t>
      </w:r>
    </w:p>
    <w:p>
      <w:r>
        <w:rPr>
          <w:b/>
        </w:rPr>
        <w:t xml:space="preserve">[55:15] </w:t>
      </w:r>
      <w:r>
        <w:t>zahiri hai ke aap yeh jante the ke agar peghambar ne is ko yani dobara nahi banaya to doosra kaun banayega kyunke kaba jo hai aaj jis par hajj kiya jata hai woh hazrat ibrahim wali buniyad par nahi khada hua hai mushrikeen ki buniyad par khada hua hai kaisi ajib baat hai yeh is mein kya sabak hai is mein sabak hai adjustment ka halaat ko dekh</w:t>
      </w:r>
    </w:p>
    <w:p>
      <w:pPr>
        <w:jc w:val="right"/>
      </w:pPr>
      <w:r>
        <w:t>ظاہر ہے کہ اپ یہ جانتے تھے کہ اگر پیغمبر نے اس کو یعنی دوبارہ نہیں بنایا تو دوسرا کون بنائے گا کیونکہ کعبہ جو ہے اج جس پر حج کیا جاتا ہے وہ حضرت ابراہیم والی بنیاد پر نہیں کھڑا ہوا ہے مشرکین کی بنیاد پر کھڑا ہوا ہے کیسی عجیب بات ہے یہ اس میں کیا سبق ہے اس میں سبق ہے ایڈجسٹمنٹ کا حالات کو دیکھ</w:t>
      </w:r>
    </w:p>
    <w:p>
      <w:r>
        <w:rPr>
          <w:b/>
        </w:rPr>
        <w:t xml:space="preserve">[55:43] </w:t>
      </w:r>
      <w:r>
        <w:t>ne ka yeh nahi ke andha dhund aap kuch bhi kar dalen</w:t>
      </w:r>
    </w:p>
    <w:p>
      <w:pPr>
        <w:jc w:val="right"/>
      </w:pPr>
      <w:r>
        <w:t>نے کا یہ نہیں کہ اندھا دھند اپ کچھ بھی کر ڈالیں</w:t>
      </w:r>
    </w:p>
    <w:p>
      <w:r>
        <w:rPr>
          <w:b/>
        </w:rPr>
        <w:t xml:space="preserve">[55:48] </w:t>
      </w:r>
      <w:r>
        <w:t>yani is mein is baat ko batil qarar diya gaya hai batil ke andha dhund aap kuch bhi kar dalen nateeja kuch bhi nahi nikla is ke baad jaisa ke aaj kal karte hain musalman har jagah har mulk mein andha dhund kuch kar dalte hain is ko tod diya is ko maar diya aur is ka zabardast reaction hota hai</w:t>
      </w:r>
    </w:p>
    <w:p>
      <w:pPr>
        <w:jc w:val="right"/>
      </w:pPr>
      <w:r>
        <w:t>یعنی اس میں اس بات کو باطل قرار دیا گیا ہے باطل کہ اندھا دھند اپ کچھ بھی کر ڈالیں نتیجہ کچھ بھی نہیں نکلا اس کے بعد جیسا کہ اج کل کرتے ہیں مسلمان ہر جگہ ہر ملک میں اندھا دھند کچھ کر ڈالتے ہیں اس کو توڑ دیا اس کو مار دیا اور اس کا زبردست ری ایکشن ہوتا ہے</w:t>
      </w:r>
    </w:p>
    <w:p>
      <w:r>
        <w:rPr>
          <w:b/>
        </w:rPr>
        <w:t xml:space="preserve">[56:14] </w:t>
      </w:r>
      <w:r>
        <w:t>keh jagah jagah musalmanon ne aisa kiya hai muslim countries mein keh tod phod ke sath chalai unhon ne aur is ka radd-e-amal hua mukhalifaten barhin nafraten barhin aur kuch bhi nahin ho saka tabahi ke siwa kuch bhi nahin ho saka to agar woh jatay hain hajj aur sab log hajj kiye hue hotay hain yeh sare</w:t>
      </w:r>
    </w:p>
    <w:p>
      <w:pPr>
        <w:jc w:val="right"/>
      </w:pPr>
      <w:r>
        <w:t>کہ جگہ جگہ مسلمانوں نے ایسا کیا ہے مسلم کنٹریز میں کہ توڑ پھوڑ کے ساتھ چلائی انہوں نے اور اس کا رد عمل ہوا مخالفتیں بڑھیں نفرتیں بڑھیں اور کچھ بھی نہیں ہو سکا تباہی کے سوا کچھ بھی نہیں ہو سکا تو اگر وہ جاتے ہیں حج اور سب لوگ حج کیے ہوئے ہوتے ہیں یہ سارے</w:t>
      </w:r>
    </w:p>
    <w:p>
      <w:r>
        <w:rPr>
          <w:b/>
        </w:rPr>
        <w:t xml:space="preserve">[56:37] </w:t>
      </w:r>
      <w:r>
        <w:t>jab woh hajj ke liye gaye thay aur jantay hain is tareekh ko to sochtay hain keh dekhiye is extent tak rasool Allah ne ja kar hajj woh adjust kiya adjustment Islam mein itna zaroori hai keh is extent par bhi rasool Allah ne adjust kiya keh mushrikeen ki bana par is ko khara rehne diya to humein bhi adjust karna hai to muslim mulkon mein agar yeh yeh baat ki ki jati adjustment aur sulah aur mafahamat</w:t>
      </w:r>
    </w:p>
    <w:p>
      <w:pPr>
        <w:jc w:val="right"/>
      </w:pPr>
      <w:r>
        <w:t>جب وہ حج کے لیے گئے تھے اور جانتے ہیں اس تاریخ کو تو سوچتے ہیں کہ دیکھیے اس ایکسٹینٹ تک رسول اللہ نے جا کر حج وہ ایڈجسٹ کیا ایڈجسٹمنٹ اسلام میں اتنا ضروری ہے کہ اس ایکسٹینٹ پر بھی رسول اللہ نے ایڈجسٹ کیا کہ مشرکین کی بنا پر اس کو کھڑا رہنے دیا تو ہمیں بھی ایڈجسٹ کرنا ہے تو مسلم ملکوں میں اگر یہ یہ بات کی کی جاتی ایڈجسٹمنٹ اور صلح اور مفاہمت</w:t>
      </w:r>
    </w:p>
    <w:p>
      <w:r>
        <w:rPr>
          <w:b/>
        </w:rPr>
        <w:t xml:space="preserve">[57:07] </w:t>
      </w:r>
      <w:r>
        <w:t>to aaj tareekh aik nai tareekh hoti hai aaj muslim countries jo hain woh kiya tabahi ki tareekh un ke pas hai har jagah tabahi har jagah tabahi har jagah tabahi kyun unhon ne andha dhund politics chalai tod phod ki politics chalai to is ka radd-e-amal hua agar woh politics chalate jo rasool Allah ne chalai thi keh adjustment ki buniyad par logon se na takratay hue kaam karne ki buniyad par</w:t>
      </w:r>
    </w:p>
    <w:p>
      <w:pPr>
        <w:jc w:val="right"/>
      </w:pPr>
      <w:r>
        <w:t>تو اج تاریخ ایک نئی تاریخ ہوتی ہے اج مسلم کنٹریز جو ہیں وہ کیا تباہی کی تاریخ ان کے پاس ہے ہر جگہ تباہی ہر جگہ تباہی ہر جگہ تباہی کیوں انہوں نے اندھا دھند پولیٹکس چلائی توڑ پھوڑ کی پولیٹکس چلائی تو اس کا رد عمل ہوا اگر وہ پولیٹکس چلاتے جو رسول اللہ نے چلائی تھی کہ ایڈجسٹمنٹ کی بنیاد پر لوگوں سے نہ ٹکراتے ہوئے کام کرنے کی بنیاد پر</w:t>
      </w:r>
    </w:p>
    <w:p>
      <w:r>
        <w:rPr>
          <w:b/>
        </w:rPr>
        <w:t xml:space="preserve">[57:34] </w:t>
      </w:r>
      <w:r>
        <w:t>to kuch kuch aur tareekh aj hoti hai taraqqi ki tareekh hoti hai taameer ki tareekh hoti hai</w:t>
      </w:r>
    </w:p>
    <w:p>
      <w:pPr>
        <w:jc w:val="right"/>
      </w:pPr>
      <w:r>
        <w:t>تو کچھ کچھ اور تاریخ اج ہوتی ہے ترقی کی تاریخ ہوتی ہے تعمیر کی تاریخ ہوتی ہے</w:t>
      </w:r>
    </w:p>
    <w:p>
      <w:r>
        <w:rPr>
          <w:b/>
        </w:rPr>
        <w:t xml:space="preserve">[57:41] </w:t>
      </w:r>
      <w:r>
        <w:t>ab kya tabahi ki tareekh har jagah hai</w:t>
      </w:r>
    </w:p>
    <w:p>
      <w:pPr>
        <w:jc w:val="right"/>
      </w:pPr>
      <w:r>
        <w:t>اب کیا تباہی کی تاریخ ہر جگہ ہے</w:t>
      </w:r>
    </w:p>
    <w:p>
      <w:r>
        <w:rPr>
          <w:b/>
        </w:rPr>
        <w:t xml:space="preserve">[57:44] </w:t>
      </w:r>
      <w:r>
        <w:t>to jab tak ap pata na ho ke yahan kya pesh aya tha</w:t>
      </w:r>
    </w:p>
    <w:p>
      <w:pPr>
        <w:jc w:val="right"/>
      </w:pPr>
      <w:r>
        <w:t>تو جب تک اپ پتہ نہ ہو کہ یہاں کیا پیش ایا تھا</w:t>
      </w:r>
    </w:p>
    <w:p>
      <w:r>
        <w:rPr>
          <w:b/>
        </w:rPr>
        <w:t xml:space="preserve">[57:50] </w:t>
      </w:r>
      <w:r>
        <w:t>tab tak ap janenge nahin yani historical point of reference jis ko main keh raha hoon woh</w:t>
      </w:r>
    </w:p>
    <w:p>
      <w:pPr>
        <w:jc w:val="right"/>
      </w:pPr>
      <w:r>
        <w:t>تب تک اپ جانیں گے نہیں یعنی ہسٹاریکل پوائنٹ اف ریفرنس جس کو میں کہہ رہا ہوں وہ</w:t>
      </w:r>
    </w:p>
    <w:p>
      <w:r>
        <w:rPr>
          <w:b/>
        </w:rPr>
        <w:t xml:space="preserve">[57:54] </w:t>
      </w:r>
      <w:r>
        <w:t>maujood hoga wahan maujood ap dekhenge woh us ko lekin is se ap kuch koi lesson draw</w:t>
      </w:r>
    </w:p>
    <w:p>
      <w:pPr>
        <w:jc w:val="right"/>
      </w:pPr>
      <w:r>
        <w:t>موجود ہوگا وہاں موجود اپ دیکھیں گے وہ اس کو لیکن اس سے اپ کچھ کوئی لیسن ڈرا</w:t>
      </w:r>
    </w:p>
    <w:p>
      <w:r>
        <w:rPr>
          <w:b/>
        </w:rPr>
        <w:t xml:space="preserve">[58:01] </w:t>
      </w:r>
      <w:r>
        <w:t>nahin karenge koi sabak nahin le payenge</w:t>
      </w:r>
    </w:p>
    <w:p>
      <w:pPr>
        <w:jc w:val="right"/>
      </w:pPr>
      <w:r>
        <w:t>نہیں کریں گے کوئی سبق نہیں لے پائیں گے</w:t>
      </w:r>
    </w:p>
    <w:p>
      <w:r>
        <w:rPr>
          <w:b/>
        </w:rPr>
        <w:t xml:space="preserve">[58:04] </w:t>
      </w:r>
      <w:r>
        <w:t>is se kuch mile ga nahin aap ko jaisa keh is waqt mil nahin raha hai koi kuch nahin mil raha hai log jatay hain rasam ada ki rasam ada kar ke chalay aaye rasam ada kar ke chalay aaye bas</w:t>
      </w:r>
    </w:p>
    <w:p>
      <w:pPr>
        <w:jc w:val="right"/>
      </w:pPr>
      <w:r>
        <w:t>اس سے کچھ ملے گا نہیں اپ کو جیسا کہ اس وقت مل نہیں رہا ہے کوئی کچھ نہیں مل رہا ہے لوگ جاتے ہیں رسم ادا کی رسم ادا کر کے چلے ائے رسم ادا کر کے چلے ائے بس</w:t>
      </w:r>
    </w:p>
    <w:p>
      <w:r>
        <w:rPr>
          <w:b/>
        </w:rPr>
        <w:t xml:space="preserve">[58:21] </w:t>
      </w:r>
      <w:r>
        <w:t>to agar woh janen keh yahan kiya kiya pesh aaya hai is se pehle to is is reference woh jo is ko mein keh raha hoon historical point of reference is se ba khabar ho jaen woh</w:t>
      </w:r>
    </w:p>
    <w:p>
      <w:pPr>
        <w:jc w:val="right"/>
      </w:pPr>
      <w:r>
        <w:t>تو اگر وہ جانے کہ یہاں کیا کیا پیش ایا ہے اس سے پہلے تو اس اس ریفرنس وہ جو اس کو میں کہہ رہا ہوں ہسٹاریکل پوائنٹ اف ریفرنس اس سے باخبر ہو جائیں وہ</w:t>
      </w:r>
    </w:p>
    <w:p>
      <w:r>
        <w:rPr>
          <w:b/>
        </w:rPr>
        <w:t xml:space="preserve">[58:34] </w:t>
      </w:r>
      <w:r>
        <w:t>phir woh sabak lekar niklen phir un ki zindagi mein inqalab aaye ga un ke samaj mein inqalab aaye ga un ke hukoomati nizam mein inqalab aaye ga to yaad rakhiye sirf masail janna kafi nahin hai aap ko is se zyada aur baaten janna hai mislan tareekh hajj tareekh makkah tareekh Islam tareekh sahaba tareekh paighambar</w:t>
      </w:r>
    </w:p>
    <w:p>
      <w:pPr>
        <w:jc w:val="right"/>
      </w:pPr>
      <w:r>
        <w:t>پھر وہ سبق لے کر نکلیں پھر ان کی زندگیوں میں انقلاب ائے گا ان کے سماج میں انقلاب ائے گا ان کے حکومتی نظام میں انقلاب ائے گا تو یاد رکھیے صرف مسائل جاننا کافی نہیں ہے اپ کو اس سے زیادہ اور باتیں جاننا ہے مثلا تاریخ حج تاریخ مکہ تاریخ اسلام تاریخ صحابہ تاریخ پیغمبر</w:t>
      </w:r>
    </w:p>
    <w:p>
      <w:r>
        <w:rPr>
          <w:b/>
        </w:rPr>
        <w:t xml:space="preserve">[59:04] </w:t>
      </w:r>
      <w:r>
        <w:t>tab aap sahi tor par hajj ada kar saen ge aqool qawli hadha wastaghfir ullaha li walil muslimeen.</w:t>
      </w:r>
    </w:p>
    <w:p>
      <w:pPr>
        <w:jc w:val="right"/>
      </w:pPr>
      <w:r>
        <w:t>تب اپ صحیح طور پر حج ادا کر سائیں گے اقول قولیھذا واستغفراللہ لعلم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