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26, 2007</w:t>
      </w:r>
    </w:p>
    <w:p>
      <w:r>
        <w:t>https://youtu.be/5ztGu9ZGu6s</w:t>
      </w:r>
    </w:p>
    <w:p>
      <w:r>
        <w:rPr>
          <w:b/>
        </w:rPr>
        <w:t xml:space="preserve">[00:11] </w:t>
      </w:r>
      <w:r>
        <w:t>bismillah hir rahman nir rahim, wa salla Allahu ala an nabiyyil kareem. rab ishrah li sadri, wa yassir li amri, wah lul uqdata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 qah qawli.</w:t>
      </w:r>
    </w:p>
    <w:p>
      <w:pPr>
        <w:jc w:val="right"/>
      </w:pPr>
      <w:r>
        <w:t>یفقہ قولی۔</w:t>
      </w:r>
    </w:p>
    <w:p>
      <w:r>
        <w:rPr>
          <w:b/>
        </w:rPr>
        <w:t xml:space="preserve">[00:32] </w:t>
      </w:r>
      <w:r>
        <w:t>yeh dars-e-quran hai.</w:t>
      </w:r>
    </w:p>
    <w:p>
      <w:pPr>
        <w:jc w:val="right"/>
      </w:pPr>
      <w:r>
        <w:t>یہ درسِ قرآن ہے۔</w:t>
      </w:r>
    </w:p>
    <w:p>
      <w:r>
        <w:rPr>
          <w:b/>
        </w:rPr>
        <w:t xml:space="preserve">[00:38] </w:t>
      </w:r>
      <w:r>
        <w:t>hum ne aik silsila shuru kiya hai jo poore quran tak chalay ga, aik aik surah ko le kar. lekin yeh dars silsila war nahin hoga balkeh selected ayaton ki buniyad par hoga.</w:t>
      </w:r>
    </w:p>
    <w:p>
      <w:pPr>
        <w:jc w:val="right"/>
      </w:pPr>
      <w:r>
        <w:t>ہم نے ایک سلسلہ شروع کیا ہے جو پورے قرآن تک چلے گا، ایک ایک سورہ کو لے کر۔ لیکن یہ درس سلسلے وار نہیں ہوگا بلکہ سلیکٹڈ آیتوں کی بنیاد پر ہوگا۔</w:t>
      </w:r>
    </w:p>
    <w:p>
      <w:r>
        <w:rPr>
          <w:b/>
        </w:rPr>
        <w:t xml:space="preserve">[01:02] </w:t>
      </w:r>
      <w:r>
        <w:t>is waqt hum surah al baqarah, jo chapter number 2 hai quran ki, us ki kuch ayaton ko le rahe hain.</w:t>
      </w:r>
    </w:p>
    <w:p>
      <w:pPr>
        <w:jc w:val="right"/>
      </w:pPr>
      <w:r>
        <w:t>اس وقت ہم سورہ البقرہ، جو چیپٹر نمبر 2 ہے قرآن کی، اس کی کچھ آیتوں کو لے رہے ہیں۔</w:t>
      </w:r>
    </w:p>
    <w:p>
      <w:r>
        <w:rPr>
          <w:b/>
        </w:rPr>
        <w:t xml:space="preserve">[01:12] </w:t>
      </w:r>
      <w:r>
        <w:t>to mein har ayat ka number bolta jaon ga, aap chahain to quran ko le kar woh ayat number dekhen aur phir mazeed is par ghor karen.</w:t>
      </w:r>
    </w:p>
    <w:p>
      <w:pPr>
        <w:jc w:val="right"/>
      </w:pPr>
      <w:r>
        <w:t>تو میں ہر آیت کا نمبر بولتا جاؤں گا، آپ چاہیں تو قرآن کو لے کر وہ آیت نمبر دیکھیں اور پھر مزید اس پر غور کریں۔</w:t>
      </w:r>
    </w:p>
    <w:p>
      <w:r>
        <w:rPr>
          <w:b/>
        </w:rPr>
        <w:t xml:space="preserve">[01:30] </w:t>
      </w:r>
      <w:r>
        <w:t>mein jo baat kahon ga woh zahir hai keh sari baat nahin hogi, woh sirf ishara hoga keh is ayat mein yeh yeh baaten kahi gayi hain.</w:t>
      </w:r>
    </w:p>
    <w:p>
      <w:pPr>
        <w:jc w:val="right"/>
      </w:pPr>
      <w:r>
        <w:t>میں جو بات کہوں گا وہ ظاہر ہے کہ ساری بات نہیں ہوگی، وہ صرف اشارہ ہوگا کہ اس آیت میں یہ یہ باتیں کہی گئی ہیں۔</w:t>
      </w:r>
    </w:p>
    <w:p>
      <w:r>
        <w:rPr>
          <w:b/>
        </w:rPr>
        <w:t xml:space="preserve">[01:41] </w:t>
      </w:r>
      <w:r>
        <w:t>aap mazeed ghor o fikr ke liye is ayat number ko le kar quran mein mazeed ghor kar sakte hain.</w:t>
      </w:r>
    </w:p>
    <w:p>
      <w:pPr>
        <w:jc w:val="right"/>
      </w:pPr>
      <w:r>
        <w:t>آپ مزید غور و فکر کے لیے اس آیت نمبر کو لے کر قرآن میں مزید غور کر سکتے ہیں۔</w:t>
      </w:r>
    </w:p>
    <w:p>
      <w:r>
        <w:rPr>
          <w:b/>
        </w:rPr>
        <w:t xml:space="preserve">[01:51] </w:t>
      </w:r>
      <w:r>
        <w:t>to dekhiye, surah al baqarah ki ayat number 43.</w:t>
      </w:r>
    </w:p>
    <w:p>
      <w:pPr>
        <w:jc w:val="right"/>
      </w:pPr>
      <w:r>
        <w:t>تو دیکھیے، سورہ البقرہ کی آیت نمبر 43۔</w:t>
      </w:r>
    </w:p>
    <w:p>
      <w:r>
        <w:rPr>
          <w:b/>
        </w:rPr>
        <w:t xml:space="preserve">[02:01] </w:t>
      </w:r>
      <w:r>
        <w:t>ayat number 43 mein yeh baat kahi gayi hai keh: "latakunu shuhadaa 'ala an-naas" .</w:t>
      </w:r>
    </w:p>
    <w:p>
      <w:pPr>
        <w:jc w:val="right"/>
      </w:pPr>
      <w:r>
        <w:t>آیت نمبر 43 میں یہ بات کہی گئی ہے کہ: "لتكونوا شهداء على الناس" ۔</w:t>
      </w:r>
    </w:p>
    <w:p>
      <w:r>
        <w:rPr>
          <w:b/>
        </w:rPr>
        <w:t xml:space="preserve">[02:11] </w:t>
      </w:r>
      <w:r>
        <w:t>yeh momineen aur muslimeen ko khitab karte hue kaha gaya keh: "latakunu shuhadaa 'ala an-naas" .</w:t>
      </w:r>
    </w:p>
    <w:p>
      <w:pPr>
        <w:jc w:val="right"/>
      </w:pPr>
      <w:r>
        <w:t>یہ مومنین اور مسلمین کو خطاب کرتے ہوئے کہا گیا کہ: "لتكونوا شهداء على الناس" ۔</w:t>
      </w:r>
    </w:p>
    <w:p>
      <w:r>
        <w:rPr>
          <w:b/>
        </w:rPr>
        <w:t xml:space="preserve">[02:22] </w:t>
      </w:r>
      <w:r>
        <w:t>yani paighambar ke zariye tum ko, yani paighambar par Khuda ne wahi ke zariye apna ilm bheja, apna paigham bheja.</w:t>
      </w:r>
    </w:p>
    <w:p>
      <w:pPr>
        <w:jc w:val="right"/>
      </w:pPr>
      <w:r>
        <w:t>یعنی پیغمبر کے ذریعے تم کو، یعنی پیغمبر پر خدا نے وحی کے ذریعے اپنا علم بھیجا، اپنا پیغام بھیجا۔</w:t>
      </w:r>
    </w:p>
    <w:p>
      <w:r>
        <w:rPr>
          <w:b/>
        </w:rPr>
        <w:t xml:space="preserve">[02:36] </w:t>
      </w:r>
      <w:r>
        <w:t>paighambar ke baad ab paighambar ke mannay walon ko yeh kaam generation of generation karte rehna hai, qayamat tak.</w:t>
      </w:r>
    </w:p>
    <w:p>
      <w:pPr>
        <w:jc w:val="right"/>
      </w:pPr>
      <w:r>
        <w:t>پیغمبر کے بعد اب پیغمبر کے ماننے والوں کو یہ کام جنریشن آفٹر جنریشن کرتے رہنا ہے، قیامت تک۔</w:t>
      </w:r>
    </w:p>
    <w:p>
      <w:r>
        <w:rPr>
          <w:b/>
        </w:rPr>
        <w:t xml:space="preserve">[02:48] </w:t>
      </w:r>
      <w:r>
        <w:t>kyun keh aap jantay hain keh paighambar Islam aakhri rasool thay, aap ke baad koi aur rasool aanay wala nahin hai.</w:t>
      </w:r>
    </w:p>
    <w:p>
      <w:pPr>
        <w:jc w:val="right"/>
      </w:pPr>
      <w:r>
        <w:t>کیونکہ آپ جانتے ہیں کہ پیغمبر اسلام آخری رسول تھے، آپ کے بعد کوئی اور رسول آنے والا نہیں ہے۔</w:t>
      </w:r>
    </w:p>
    <w:p>
      <w:r>
        <w:rPr>
          <w:b/>
        </w:rPr>
        <w:t xml:space="preserve">[02:59] </w:t>
      </w:r>
      <w:r>
        <w:t>lekin log paida hotay hain, mar rahay hain, paida hotay hain, mar rahay hain.</w:t>
      </w:r>
    </w:p>
    <w:p>
      <w:pPr>
        <w:jc w:val="right"/>
      </w:pPr>
      <w:r>
        <w:t>لیکن لوگ پیدا ہوتے ہیں، مر رہے ہیں، پیدا ہوتے ہیں، مر رہے ہیں۔</w:t>
      </w:r>
    </w:p>
    <w:p>
      <w:r>
        <w:rPr>
          <w:b/>
        </w:rPr>
        <w:t xml:space="preserve">[03:04] </w:t>
      </w:r>
      <w:r>
        <w:t>to rasool ne apne zamanay mein jin logon par dawat ka kaam kiya, Khuda ka paigham pohanchaya, woh zahir hai keh woh sab mar chukay.</w:t>
      </w:r>
    </w:p>
    <w:p>
      <w:pPr>
        <w:jc w:val="right"/>
      </w:pPr>
      <w:r>
        <w:t>تو رسول نے اپنے زمانے میں جن لوگوں پر دعوت کا کام کیا، خدا کا پیغام پہنچایا، وہ ظاہر ہے کہ وہ سب مر چکے۔</w:t>
      </w:r>
    </w:p>
    <w:p>
      <w:r>
        <w:rPr>
          <w:b/>
        </w:rPr>
        <w:t xml:space="preserve">[03:15] </w:t>
      </w:r>
      <w:r>
        <w:t>ab to bohat sari generation aayi aur chali gayi. to insan aik aisi makhlooq hai jo paida hota hai, marta hai, paida hota hai, marta hai.</w:t>
      </w:r>
    </w:p>
    <w:p>
      <w:pPr>
        <w:jc w:val="right"/>
      </w:pPr>
      <w:r>
        <w:t>اب تو بہت ساری جنریشن آئی اور چلی گئی۔ تو انسان ایک ایسی مخلوق ہے جو پیدا ہوتا ہے، مرتا ہے، پیدا ہوتا ہے، مرتا ہے۔</w:t>
      </w:r>
    </w:p>
    <w:p>
      <w:r>
        <w:rPr>
          <w:b/>
        </w:rPr>
        <w:t xml:space="preserve">[03:26] </w:t>
      </w:r>
      <w:r>
        <w:t>to har nasal mein, har generation mein peghambar wala kaam karte rehna hai, karte rehna hai.</w:t>
      </w:r>
    </w:p>
    <w:p>
      <w:pPr>
        <w:jc w:val="right"/>
      </w:pPr>
      <w:r>
        <w:t>تو ہر نسل میں، ہر جنریشن میں پیغمبر والا کام کرتے رہنا ہے، کرتے رہنا ہے۔</w:t>
      </w:r>
    </w:p>
    <w:p>
      <w:r>
        <w:rPr>
          <w:b/>
        </w:rPr>
        <w:t xml:space="preserve">[03:34] </w:t>
      </w:r>
      <w:r>
        <w:t>isi ko kaha gaya hai shahadat, shahadat ala al-nas. to farmaya ke: "litakunu shuhada ala al-nas". is ayat ka number hai 43,</w:t>
      </w:r>
    </w:p>
    <w:p>
      <w:pPr>
        <w:jc w:val="right"/>
      </w:pPr>
      <w:r>
        <w:t>اسی کو کہا گیا ہے شہادت، شہادت علی الناس۔ تو فرمایا کہ: "لتكونوا شهداء على الناس" ۔ اس آیت کا نمبر ہے 43،</w:t>
      </w:r>
    </w:p>
    <w:p>
      <w:r>
        <w:rPr>
          <w:b/>
        </w:rPr>
        <w:t xml:space="preserve">[03:48] </w:t>
      </w:r>
      <w:r>
        <w:t>surah al-baqarah.</w:t>
      </w:r>
    </w:p>
    <w:p>
      <w:pPr>
        <w:jc w:val="right"/>
      </w:pPr>
      <w:r>
        <w:t>سورہ البقرہ۔</w:t>
      </w:r>
    </w:p>
    <w:p>
      <w:r>
        <w:rPr>
          <w:b/>
        </w:rPr>
        <w:t xml:space="preserve">[03:50] </w:t>
      </w:r>
      <w:r>
        <w:t>is mein bataya gaya hai ke peghambar ne tumhare upar, yaani peghambar ke jo manne wale hain, un ko poori baat bata di, pahuncha di, quran ki surat mein us ko mehfooz kar diya.</w:t>
      </w:r>
    </w:p>
    <w:p>
      <w:pPr>
        <w:jc w:val="right"/>
      </w:pPr>
      <w:r>
        <w:t>اس میں بتایا گیا ہے کہ پیغمبر نے تمہارے اوپر، یعنی پیغمبر کے جو ماننے والے ہیں، ان کو پوری بات بتا دی، پہنچا دی، قرآن کی صورت میں اس کو محفوظ کر دیا۔</w:t>
      </w:r>
    </w:p>
    <w:p>
      <w:r>
        <w:rPr>
          <w:b/>
        </w:rPr>
        <w:t xml:space="preserve">[04:06] </w:t>
      </w:r>
      <w:r>
        <w:t>ab yeh duty ban gayi peghambar ke manne walon ki, aap ke followers ki, ke woh generation after generation is kaam ko karte rahen.</w:t>
      </w:r>
    </w:p>
    <w:p>
      <w:pPr>
        <w:jc w:val="right"/>
      </w:pPr>
      <w:r>
        <w:t>اب یہ ڈیوٹی بن گئی پیغمبر کے ماننے والوں کی، آپ کے فالوورز کی، کہ وہ جنریشن آفٹر جنریشن اس کام کو کرتے رہیں۔</w:t>
      </w:r>
    </w:p>
    <w:p>
      <w:r>
        <w:rPr>
          <w:b/>
        </w:rPr>
        <w:t xml:space="preserve">[04:23] </w:t>
      </w:r>
      <w:r>
        <w:t>yeh kaam, shahadat ka jo kaam hai, woh kya hai? wohi hai jis ko hum kehte hain daawa warq.</w:t>
      </w:r>
    </w:p>
    <w:p>
      <w:pPr>
        <w:jc w:val="right"/>
      </w:pPr>
      <w:r>
        <w:t>یہ کام، شہادت کا جو کام ہے، وہ کیا ہے؟ وہی ہے جس کو ہم کہتے ہیں دعویٰ ورق۔</w:t>
      </w:r>
    </w:p>
    <w:p>
      <w:r>
        <w:rPr>
          <w:b/>
        </w:rPr>
        <w:t xml:space="preserve">[04:33] </w:t>
      </w:r>
      <w:r>
        <w:t>to musalman aik daai groh ki hesiyat rakhte hain, aur baqi sare log un ke liye madu hain. to</w:t>
      </w:r>
    </w:p>
    <w:p>
      <w:pPr>
        <w:jc w:val="right"/>
      </w:pPr>
      <w:r>
        <w:t>تو مسلمان ایک داعی گروہ کی حیثیت رکھتے ہیں، اور بقیہ سارے لوگ ان کے لیے مدعو ہیں۔ تو</w:t>
      </w:r>
    </w:p>
    <w:p>
      <w:r>
        <w:rPr>
          <w:b/>
        </w:rPr>
        <w:t xml:space="preserve">[04:43] </w:t>
      </w:r>
      <w:r>
        <w:t>yeh kaam har musalman ko karna hai. kyun? har musalman ke contact mein koi aadmi aata hai, to us par zimmedari ban gayi ke jo us ke contact mein aaya,</w:t>
      </w:r>
    </w:p>
    <w:p>
      <w:pPr>
        <w:jc w:val="right"/>
      </w:pPr>
      <w:r>
        <w:t>یہ کام ہر مسلمان کو کرنا ہے۔ کیوں؟ ہر مسلمان کے کنٹیکٹ میں کوئی آدمی آتا ہے، تو اس پر ذمہ داری بن گئی کہ جو اس کے کنٹیکٹ میں آیا،</w:t>
      </w:r>
    </w:p>
    <w:p>
      <w:r>
        <w:rPr>
          <w:b/>
        </w:rPr>
        <w:t xml:space="preserve">[04:59] </w:t>
      </w:r>
      <w:r>
        <w:t>us par woh dawat pahunchaye. koi bhi central idara sari dunya ke har aadmi tak nahi pahunch sakta.</w:t>
      </w:r>
    </w:p>
    <w:p>
      <w:pPr>
        <w:jc w:val="right"/>
      </w:pPr>
      <w:r>
        <w:t>اس پر وہ دعوت پہنچائے۔ کوئی بھی سنٹرل ادارہ ساری دنیا کے ہر آدمی تک نہیں پہنچ سکتا۔</w:t>
      </w:r>
    </w:p>
    <w:p>
      <w:r>
        <w:rPr>
          <w:b/>
        </w:rPr>
        <w:t xml:space="preserve">[05:10] </w:t>
      </w:r>
      <w:r>
        <w:t>to musalman phailte hain, aaj dunya mein har jagah musalman hain. har aik ki zimmedari hai ke jahan woh rehta hai, wahan jo log hain us ke aas paas, un sab ko woh dawat pahunchaye.</w:t>
      </w:r>
    </w:p>
    <w:p>
      <w:pPr>
        <w:jc w:val="right"/>
      </w:pPr>
      <w:r>
        <w:t>تو مسلمان پھیلتے ہیں، آج دنیا میں ہر جگہ مسلمان ہیں۔ ہر ایک کی ذمہ داری ہے کہ جہاں وہ رہتا ہے، وہاں جو لوگ ہیں اس کے آس پاس، ان سب کو وہ دعوت پہنچائے۔</w:t>
      </w:r>
    </w:p>
    <w:p>
      <w:r>
        <w:rPr>
          <w:b/>
        </w:rPr>
        <w:t xml:space="preserve">[05:26] </w:t>
      </w:r>
      <w:r>
        <w:t>chahe zabani taur par, chahe literature de un ko. yeh zamana aap jante hain ke literature ka zamana hai, aap un ko literature ke</w:t>
      </w:r>
    </w:p>
    <w:p>
      <w:pPr>
        <w:jc w:val="right"/>
      </w:pPr>
      <w:r>
        <w:t>چاہے زبانی طور پر، چاہے لٹریچر دے ان کو۔ یہ زمانہ آپ جانتے ہیں کہ لٹریچر کا زمانہ ہے، آپ ان کو لٹریچر کے</w:t>
      </w:r>
    </w:p>
    <w:p>
      <w:r>
        <w:rPr>
          <w:b/>
        </w:rPr>
        <w:t xml:space="preserve">[05:36] </w:t>
      </w:r>
      <w:r>
        <w:t>zariye pahunchayen. doosri bohat ahem baat yeh hai ke aap yeh janen ke shahadat ala al-nas jo hai, woh sirf aelan ka naam nahi hai.</w:t>
      </w:r>
    </w:p>
    <w:p>
      <w:pPr>
        <w:jc w:val="right"/>
      </w:pPr>
      <w:r>
        <w:t>ذریعے پہنچائیں۔ دوسری بہت اہم بات یہ ہے کہ آپ یہ جانیں کہ شہادت علی الناس جو ہے، وہ صرف اعلان کا نام نہیں ہے۔</w:t>
      </w:r>
    </w:p>
    <w:p>
      <w:r>
        <w:rPr>
          <w:b/>
        </w:rPr>
        <w:t xml:space="preserve">[05:48] </w:t>
      </w:r>
      <w:r>
        <w:t>yaani sirf bol dein, sirf aik kitab us ko de dein, us se kaam khatam nahi hota. zaroori hai ke daai groh jo hai, yaani jo musalman hain,</w:t>
      </w:r>
    </w:p>
    <w:p>
      <w:pPr>
        <w:jc w:val="right"/>
      </w:pPr>
      <w:r>
        <w:t>یعنی صرف بول دیں، صرف ایک کتاب اس کو دے دیں، اس سے کام ختم نہیں ہوتا۔ ضروری ہے کہ داعی گروہ جو ہے، یعنی جو مسلمان ہیں،</w:t>
      </w:r>
    </w:p>
    <w:p>
      <w:r>
        <w:rPr>
          <w:b/>
        </w:rPr>
        <w:t xml:space="preserve">[06:01] </w:t>
      </w:r>
      <w:r>
        <w:t>un ki tasweer bhi daai ki tasweer ho dunya mein.</w:t>
      </w:r>
    </w:p>
    <w:p>
      <w:pPr>
        <w:jc w:val="right"/>
      </w:pPr>
      <w:r>
        <w:t>ان کی تصویر بھی داعی کی تصویر ہو دنیا میں۔</w:t>
      </w:r>
    </w:p>
    <w:p>
      <w:r>
        <w:rPr>
          <w:b/>
        </w:rPr>
        <w:t xml:space="preserve">[06:07] </w:t>
      </w:r>
      <w:r>
        <w:t>un ki tasweer daai ki tasweer ho. daai kaun hota hai? woh society ka dene wala group hota hai.</w:t>
      </w:r>
    </w:p>
    <w:p>
      <w:pPr>
        <w:jc w:val="right"/>
      </w:pPr>
      <w:r>
        <w:t>ان کی تصویر داعی کی تصویر ہو۔ داعی کون ہوتا ہے؟ وہ سوسائٹی کا دینے والا گروپ ہوتا ہے۔</w:t>
      </w:r>
    </w:p>
    <w:p>
      <w:r>
        <w:rPr>
          <w:b/>
        </w:rPr>
        <w:t xml:space="preserve">[06:18] </w:t>
      </w:r>
      <w:r>
        <w:t>daai ke liye sab log madu hain, madu lene wale hain, daai dene wala hai.</w:t>
      </w:r>
    </w:p>
    <w:p>
      <w:pPr>
        <w:jc w:val="right"/>
      </w:pPr>
      <w:r>
        <w:t>داعی کے لیے سب لوگ مدعو ہیں، مدعو لینے والے ہیں، داعی دینے والا ہے۔</w:t>
      </w:r>
    </w:p>
    <w:p>
      <w:r>
        <w:rPr>
          <w:b/>
        </w:rPr>
        <w:t xml:space="preserve">[06:28] </w:t>
      </w:r>
      <w:r>
        <w:t>yeh tasweer banni chahiye daaiyat ki. isi liye quran mein hai ke peghambar ne kaha: "la as'alukum alayhi min ajr".</w:t>
      </w:r>
    </w:p>
    <w:p>
      <w:pPr>
        <w:jc w:val="right"/>
      </w:pPr>
      <w:r>
        <w:t>یہ تصویر بننی چاہیے داعیت کی۔ اسی لیے قرآن میں ہے کہ پیغمبر نے کہا: "لا أسألكم عليه من أجر" ۔</w:t>
      </w:r>
    </w:p>
    <w:p>
      <w:r>
        <w:rPr>
          <w:b/>
        </w:rPr>
        <w:t xml:space="preserve">[06:38] </w:t>
      </w:r>
      <w:r>
        <w:t>mein tum se koi ajr nahi mangta.</w:t>
      </w:r>
    </w:p>
    <w:p>
      <w:pPr>
        <w:jc w:val="right"/>
      </w:pPr>
      <w:r>
        <w:t>میں تم سے کوئی اجر نہیں مانگتا۔</w:t>
      </w:r>
    </w:p>
    <w:p>
      <w:r>
        <w:rPr>
          <w:b/>
        </w:rPr>
        <w:t xml:space="preserve">[06:41] </w:t>
      </w:r>
      <w:r>
        <w:t>yaani peghambar ko yeh karna parta hai ke apne aur madu ke beech mein woh zameen ka jhagda khara na kare, maal ka jhagda khara na kare,</w:t>
      </w:r>
    </w:p>
    <w:p>
      <w:pPr>
        <w:jc w:val="right"/>
      </w:pPr>
      <w:r>
        <w:t>یعنی پیغمبر کو یہ کرنا پڑتا ہے کہ اپنے اور مدعو کے بیچ میں وہ زمین کا جھگڑا کھڑا نہ کرے، مال کا جھگڑا کھڑا نہ کرے،</w:t>
      </w:r>
    </w:p>
    <w:p>
      <w:r>
        <w:rPr>
          <w:b/>
        </w:rPr>
        <w:t xml:space="preserve">[06:55] </w:t>
      </w:r>
      <w:r>
        <w:t>koi qoumi jhagda na khara kare, kisi qism ka doosra, kisi qism ki doosri tanaza na khara kare daai aur madu ke beech mein.</w:t>
      </w:r>
    </w:p>
    <w:p>
      <w:pPr>
        <w:jc w:val="right"/>
      </w:pPr>
      <w:r>
        <w:t>کوئی قومی جھگڑا نہ کھڑا کرے، کسی قسم کا دوسرا، کسی قسم کی دوسری تنازعہ نہ کھڑا کرے داعی اور مدعو کے بیچ میں۔</w:t>
      </w:r>
    </w:p>
    <w:p>
      <w:r>
        <w:rPr>
          <w:b/>
        </w:rPr>
        <w:t xml:space="preserve">[07:09] </w:t>
      </w:r>
      <w:r>
        <w:t>is maani mein ke apni tasweer ki hifazat, apni daai wali tasweer ki hifazat, yeh bohat hi zaroori hai.</w:t>
      </w:r>
    </w:p>
    <w:p>
      <w:pPr>
        <w:jc w:val="right"/>
      </w:pPr>
      <w:r>
        <w:t>اس معنی میں کہ اپنی تصویر کی حفاظت، اپنی داعی والی تصویر کی حفاظت، یہ بہت ہی ضروری ہے۔</w:t>
      </w:r>
    </w:p>
    <w:p>
      <w:r>
        <w:rPr>
          <w:b/>
        </w:rPr>
        <w:t xml:space="preserve">[07:21] </w:t>
      </w:r>
      <w:r>
        <w:t>jis tarah se aap jante hain, aik tajir apne tajir hone ki hesiyat ko bohat zabardast tareeqe par bachata hai.</w:t>
      </w:r>
    </w:p>
    <w:p>
      <w:pPr>
        <w:jc w:val="right"/>
      </w:pPr>
      <w:r>
        <w:t>جس طرح سے آپ جانتے ہیں، ایک تاجر اپنے تاجر ہونے کی حیثیت کو بہت زبردست طریقے پر بچاتا ہے۔</w:t>
      </w:r>
    </w:p>
    <w:p>
      <w:r>
        <w:rPr>
          <w:b/>
        </w:rPr>
        <w:t xml:space="preserve">[07:34] </w:t>
      </w:r>
      <w:r>
        <w:t>aaj kal ke zamane mein aik lafz bola jata hai: tasweer banana.</w:t>
      </w:r>
    </w:p>
    <w:p>
      <w:pPr>
        <w:jc w:val="right"/>
      </w:pPr>
      <w:r>
        <w:t>آج کل کے زمانے میں ایک لفظ بولا جاتا ہے: تصویر بنانا۔</w:t>
      </w:r>
    </w:p>
    <w:p>
      <w:r>
        <w:rPr>
          <w:b/>
        </w:rPr>
        <w:t xml:space="preserve">[07:39] </w:t>
      </w:r>
      <w:r>
        <w:t>yaani baqayda us koshish ki jati hai ke jo tasweer un ki hai, woh tasweer logon ke beech mein sahi sahi pahunche. log samjhen ke yeh tajir hain, yeh sahi sauda dete hain,</w:t>
      </w:r>
    </w:p>
    <w:p>
      <w:pPr>
        <w:jc w:val="right"/>
      </w:pPr>
      <w:r>
        <w:t>یعنی باقاعدہ اس کوشش کی جاتی ہے کہ جو تصویر ان کی ہے، وہ تصویر لوگوں کے بیچ میں صحیح صحیح پہنچے۔ لوگ سمجھیں کہ یہ تاجر ہیں، یہ صحیح سودا دیتے ہیں،</w:t>
      </w:r>
    </w:p>
    <w:p>
      <w:r>
        <w:rPr>
          <w:b/>
        </w:rPr>
        <w:t xml:space="preserve">[07:52] </w:t>
      </w:r>
      <w:r>
        <w:t>unki dealing achi hai, yeh tasweer bane un ki. to daai ki tasweer agar kharab ho jaye to woh shahadat aur dawat ka kaam nahi kar sakta.</w:t>
      </w:r>
    </w:p>
    <w:p>
      <w:pPr>
        <w:jc w:val="right"/>
      </w:pPr>
      <w:r>
        <w:t>ان کی ڈیلنگ اچھی ہے، یہ تصویر بنے ان کی۔ تو داعی کی تصویر اگر خراب ہو جائے تو وہ شہادت اور دعوت کا کام نہیں کر سکتا۔</w:t>
      </w:r>
    </w:p>
    <w:p>
      <w:r>
        <w:rPr>
          <w:b/>
        </w:rPr>
        <w:t xml:space="preserve">[08:05] </w:t>
      </w:r>
      <w:r>
        <w:t>yani daai ki tasweer yeh ban jaye ke woh zameen ko le kar ke ladaai jhagda karta hai logon se. yeh tasweer ban jaye ke woh tanazu'a aati hai to hathiyaar le kar khada hota hai,</w:t>
      </w:r>
    </w:p>
    <w:p>
      <w:pPr>
        <w:jc w:val="right"/>
      </w:pPr>
      <w:r>
        <w:t>یعنی داعی کی تصویر یہ بن جائے کہ وہ زمین کو لے کر کے لڑائی جھگڑا کرتا ہے لوگوں سے۔ یہ تصویر بن جائے کہ وہ تنازعہ آتی ہے تو ہتھیار لے کر کھڑا ہوتا ہے،</w:t>
      </w:r>
    </w:p>
    <w:p>
      <w:r>
        <w:rPr>
          <w:b/>
        </w:rPr>
        <w:t xml:space="preserve">[08:20] </w:t>
      </w:r>
      <w:r>
        <w:t>woh suicide bombing karta hai.</w:t>
      </w:r>
    </w:p>
    <w:p>
      <w:pPr>
        <w:jc w:val="right"/>
      </w:pPr>
      <w:r>
        <w:t>وہ سوسائیڈ بمبنگ کرتا ہے۔</w:t>
      </w:r>
    </w:p>
    <w:p>
      <w:r>
        <w:rPr>
          <w:b/>
        </w:rPr>
        <w:t xml:space="preserve">[08:25] </w:t>
      </w:r>
      <w:r>
        <w:t>mujhe ek sahab ne bataya jo Ireland mein rehte the, us zamane mein jab ke Salman Rushdie ki jo kitaab chhapi thi, Salman Rushdie ki "Satanic Verses",</w:t>
      </w:r>
    </w:p>
    <w:p>
      <w:pPr>
        <w:jc w:val="right"/>
      </w:pPr>
      <w:r>
        <w:t>مجھے ایک صاحب نے بتایا جو آئرلینڈ میں رہتے تھے، اس زمانے میں جب کہ سلمان رشدی کی جو کتاب چھپی تھی، سلمان رشدی کی "سیٹرک ورسز"،</w:t>
      </w:r>
    </w:p>
    <w:p>
      <w:r>
        <w:rPr>
          <w:b/>
        </w:rPr>
        <w:t xml:space="preserve">[08:38] </w:t>
      </w:r>
      <w:r>
        <w:t>us ko le kar ke fatwa diya gaya tha ke Rushdie ko maar dalo. toh saari duniya mein ek hungama tha ke Rushdie ko maro, Rushdie ko maro.</w:t>
      </w:r>
    </w:p>
    <w:p>
      <w:pPr>
        <w:jc w:val="right"/>
      </w:pPr>
      <w:r>
        <w:t>اس کو لے کر کے فتویٰ دیا گیا تھا کہ رشدی کو مار ڈالو۔ تو ساری دنیا میں ایک ہنگامہ تھا کہ رشدی کو مارو، رشدی کو مارو۔</w:t>
      </w:r>
    </w:p>
    <w:p>
      <w:r>
        <w:rPr>
          <w:b/>
        </w:rPr>
        <w:t xml:space="preserve">[08:49] </w:t>
      </w:r>
      <w:r>
        <w:t>toh ek sahab jo Ireland mein rehte the, mujhe bataya unhon ne England ke ek safar mein ke pehle yeh likha jata tha ke "Beware of Dogs".</w:t>
      </w:r>
    </w:p>
    <w:p>
      <w:pPr>
        <w:jc w:val="right"/>
      </w:pPr>
      <w:r>
        <w:t>تو ایک صاحب جو آئرلینڈ میں رہتے تھے، مجھے بتایا انہوں نے انگلینڈ کے ایک سفر میں کہ پہلے یہ لکھا جاتا تھا کہ "بی ویئر آف ڈاکس"۔</w:t>
      </w:r>
    </w:p>
    <w:p>
      <w:r>
        <w:rPr>
          <w:b/>
        </w:rPr>
        <w:t xml:space="preserve">[09:00] </w:t>
      </w:r>
      <w:r>
        <w:t>ab woh likhte hain ke "Beware of Muslims". musalmanon se bacho. kyun? agar musalmanon ke mazhab ke khilaaf kuch bol diya, un ke peghambar ke khilaaf kuch bol diya, toh foran woh chhuri nikalega, woh foran woh pistol nikalega, foran woh bomb nikalega, toh koi maar dalega.</w:t>
      </w:r>
    </w:p>
    <w:p>
      <w:pPr>
        <w:jc w:val="right"/>
      </w:pPr>
      <w:r>
        <w:t>اب وہ لکھتے ہیں کہ "بی ویئر آف مسلمز"۔ مسلمانوں سے بچو۔ کیوں؟ اگر مسلمانوں کے مذہب کے خلاف کچھ بول دیا، ان کے پیغمبر کے خلاف کچھ بول دیا، تو فوراً وہ چھری نکالے گا، وہ فوراً وہ پستول نکالے گا، فوراً وہ بم نکالے گا، تو کوئی مار ڈالے گا۔</w:t>
      </w:r>
    </w:p>
    <w:p>
      <w:r>
        <w:rPr>
          <w:b/>
        </w:rPr>
        <w:t xml:space="preserve">[09:19] </w:t>
      </w:r>
      <w:r>
        <w:t>yeh tasweer daai ki tasweer nahi hai. toh is liye daai ko kya karna padta hai? yak tarafah us ko sabr karna padta hai.</w:t>
      </w:r>
    </w:p>
    <w:p>
      <w:pPr>
        <w:jc w:val="right"/>
      </w:pPr>
      <w:r>
        <w:t>یہ تصویر داعی کی تصویر نہیں ہے۔ تو اس لیے داعی کو کیا کرنا پڑتا ہے؟ یک طرفہ اس کو صبر کرنا پڑتا ہے۔</w:t>
      </w:r>
    </w:p>
    <w:p>
      <w:r>
        <w:rPr>
          <w:b/>
        </w:rPr>
        <w:t xml:space="preserve">[09:32] </w:t>
      </w:r>
      <w:r>
        <w:t>zameen ka nuqsaan ho tab bhi sabr. koi Islam ko bura bhala keh de tab bhi sabr. koi maal le le tab bhi sabr.</w:t>
      </w:r>
    </w:p>
    <w:p>
      <w:pPr>
        <w:jc w:val="right"/>
      </w:pPr>
      <w:r>
        <w:t>زمین کا نقصان ہو تب بھی صبر۔ کوئی اسلام کو برا بھلا کہہ دے تب بھی صبر۔ کوئی مال لے لے تب بھی صبر۔</w:t>
      </w:r>
    </w:p>
    <w:p>
      <w:r>
        <w:rPr>
          <w:b/>
        </w:rPr>
        <w:t xml:space="preserve">[09:47] </w:t>
      </w:r>
      <w:r>
        <w:t>koi hamare khilaaf propaganda kare tab bhi sabr. kyun? apni tasweer ki hifaazat ke liye. kyunke agar daai wali tasweer na rahi, koi aur tasweer ban gayi toh aap dawat denge aur aadmi sune ga nahi.</w:t>
      </w:r>
    </w:p>
    <w:p>
      <w:pPr>
        <w:jc w:val="right"/>
      </w:pPr>
      <w:r>
        <w:t>کوئی ہمارے خلاف پروپیگنڈا کرے تب بھی صبر۔ کیوں؟ اپنی تصویر کی حفاظت کے لیے۔ کیونکہ اگر داعی والی تصویر نہ رہی، کوئی اور تصویر بن گئی تو آپ دعوت دیں گے اور آدمی سنے گا نہیں۔</w:t>
      </w:r>
    </w:p>
    <w:p>
      <w:r>
        <w:rPr>
          <w:b/>
        </w:rPr>
        <w:t xml:space="preserve">[10:06] </w:t>
      </w:r>
      <w:r>
        <w:t>koi sune ga nahi. toh tasweer ko bachana yeh bohat hi zaroori</w:t>
      </w:r>
    </w:p>
    <w:p>
      <w:pPr>
        <w:jc w:val="right"/>
      </w:pPr>
      <w:r>
        <w:t>کوئی سنے گا نہیں۔ تو تصویر کو بچانا یہ بہت ہی ضروری</w:t>
      </w:r>
    </w:p>
    <w:p>
      <w:r>
        <w:rPr>
          <w:b/>
        </w:rPr>
        <w:t xml:space="preserve">[10:14] </w:t>
      </w:r>
      <w:r>
        <w:t>hai. bachana ho sakta hai sirf qurbani kar ke bach sakte hain aap. sabr ka matlab hai qurbani. "Walanasbiranna 'ala ma 'azzatumuna" .</w:t>
      </w:r>
    </w:p>
    <w:p>
      <w:pPr>
        <w:jc w:val="right"/>
      </w:pPr>
      <w:r>
        <w:t>ہے۔ بچانا ہو سکتا ہے صرف قربانی کر کے بچ سکتے ہیں آپ۔ صبر کا مطلب ہے قربانی۔ "ولنصبرن على ما عزتمونا" ۔</w:t>
      </w:r>
    </w:p>
    <w:p>
      <w:r>
        <w:rPr>
          <w:b/>
        </w:rPr>
        <w:t xml:space="preserve">[10:26] </w:t>
      </w:r>
      <w:r>
        <w:t>daai kehta hai ke hum toh sabri karenge. yani hum qurbani kar ke apni tasweer ko bachaye rakhenge. Quran majeed mein hai ke daai ki zabaan se ke "Walanasbiranna 'ala ma 'azzatumuna" .</w:t>
      </w:r>
    </w:p>
    <w:p>
      <w:pPr>
        <w:jc w:val="right"/>
      </w:pPr>
      <w:r>
        <w:t>داعی کہتا ہے کہ ہم تو صبری کریں گے۔ یعنی ہم قربانی کر کے اپنی تصویر کو بچائے رکھیں گے۔ قرآن مجید میں ہے کہ داعی کی زبان سے کہ "ولنصبرن على ما عزتمونا" ۔</w:t>
      </w:r>
    </w:p>
    <w:p>
      <w:r>
        <w:rPr>
          <w:b/>
        </w:rPr>
        <w:t xml:space="preserve">[10:43] </w:t>
      </w:r>
      <w:r>
        <w:t>hum toh tumhari ezaon par sabri hi karenge. is ka matlab kya hua? hum apni tasweer ki hifaazat karenge.</w:t>
      </w:r>
    </w:p>
    <w:p>
      <w:pPr>
        <w:jc w:val="right"/>
      </w:pPr>
      <w:r>
        <w:t>ہم تو تمہاری ایذاؤں پر صبری ہی کریں گے۔ اس کا مطلب کیا ہوا؟ ہم اپنی تصویر کی حفاظت کریں گے۔</w:t>
      </w:r>
    </w:p>
    <w:p>
      <w:r>
        <w:rPr>
          <w:b/>
        </w:rPr>
        <w:t xml:space="preserve">[10:54] </w:t>
      </w:r>
      <w:r>
        <w:t>chahe humein qurbani deni pade, chahe humein yak tarafah sabr karna pade. yeh matlab hai is ka.</w:t>
      </w:r>
    </w:p>
    <w:p>
      <w:pPr>
        <w:jc w:val="right"/>
      </w:pPr>
      <w:r>
        <w:t>چاہے ہمیں قربانی دینی پڑے، چاہے ہمیں یک طرفہ صبر کرنا پڑے۔ یہ مطلب ہے اس کا۔</w:t>
      </w:r>
    </w:p>
    <w:p>
      <w:r>
        <w:rPr>
          <w:b/>
        </w:rPr>
        <w:t xml:space="preserve">[11:04] </w:t>
      </w:r>
      <w:r>
        <w:t>toh yeh jo farmaya ke "Litakunu shuhada 'a 'alan nas" . ke peghambar ne tum ko baat pahuncha di, ab tum ko yeh baat saari duniya tak pahunchate rehna hai.</w:t>
      </w:r>
    </w:p>
    <w:p>
      <w:pPr>
        <w:jc w:val="right"/>
      </w:pPr>
      <w:r>
        <w:t>تو یہ جو فرمایا کہ "لتكونوا شهداء على الناس" ۔ کہ پیغمبر نے تم کو بات پہنچا دی، اب تم کو یہ بات ساری دنیا تک پہنچاتے رہنا ہے۔</w:t>
      </w:r>
    </w:p>
    <w:p>
      <w:r>
        <w:rPr>
          <w:b/>
        </w:rPr>
        <w:t xml:space="preserve">[11:17] </w:t>
      </w:r>
      <w:r>
        <w:t>toh yeh koi saada baat nahi hai. yeh ek bharpoor zimmedari hai, ek bharpoor zimmedari hai.</w:t>
      </w:r>
    </w:p>
    <w:p>
      <w:pPr>
        <w:jc w:val="right"/>
      </w:pPr>
      <w:r>
        <w:t>تو یہ کوئی سادہ بات نہیں ہے۔ یہ ایک بھرپور ذمہ داری ہے، ایک بھرپور ذمہ داری ہے۔</w:t>
      </w:r>
    </w:p>
    <w:p>
      <w:r>
        <w:rPr>
          <w:b/>
        </w:rPr>
        <w:t xml:space="preserve">[11:29] </w:t>
      </w:r>
      <w:r>
        <w:t>is ko samajhna chahiye.</w:t>
      </w:r>
    </w:p>
    <w:p>
      <w:pPr>
        <w:jc w:val="right"/>
      </w:pPr>
      <w:r>
        <w:t>اس کو سمجھنا چاہیے۔</w:t>
      </w:r>
    </w:p>
    <w:p>
      <w:r>
        <w:rPr>
          <w:b/>
        </w:rPr>
        <w:t xml:space="preserve">[11:32] </w:t>
      </w:r>
      <w:r>
        <w:t>is ke baghair Khuda ke haan zabardast pakad hogi. sirf Rasool Allah ki naat padhna, Rasool Allah ki tareefon mein ash'aar padhna, is se koi aadmi Khuda ke haan pakad se bachne wala nahi hai.</w:t>
      </w:r>
    </w:p>
    <w:p>
      <w:pPr>
        <w:jc w:val="right"/>
      </w:pPr>
      <w:r>
        <w:t>اس کے بغیر خدا کے ہاں زبردست پکڑ ہوگی۔ صرف رسول اللہ کی نعت پڑھنا، رسول اللہ کی تعریفوں میں اشعار پڑھنا، اس سے کوئی آدمی خدا کے ہاں پکڑ سے بچنے والا نہیں ہے۔</w:t>
      </w:r>
    </w:p>
    <w:p>
      <w:r>
        <w:rPr>
          <w:b/>
        </w:rPr>
        <w:t xml:space="preserve">[11:49] </w:t>
      </w:r>
      <w:r>
        <w:t>kitni hi naatein padhein Rasool Allah ki shaan mein aap, kitni hi tareefein karein Rasool Allah ki aap, kitna hi aap zabaan se bolein ke mujhe ishq-e-Rasool hai, ishq-e-Rasool hai, yeh sab se kuch bhi hone wala nahi hai aakhirat mein.</w:t>
      </w:r>
    </w:p>
    <w:p>
      <w:pPr>
        <w:jc w:val="right"/>
      </w:pPr>
      <w:r>
        <w:t>کتنی ہی نعتیں پڑھیں رسول اللہ کی شان میں آپ، کتنی ہی تعریفیں کریں رسول اللہ کی آپ، کتنا ہی آپ زبان سے بولیں کہ مجھے عشق رسول ہے، عشق رسول ہے، یہ سب سے کچھ بھی ہونے والا نہیں ہے آخرت میں۔</w:t>
      </w:r>
    </w:p>
    <w:p>
      <w:r>
        <w:rPr>
          <w:b/>
        </w:rPr>
        <w:t xml:space="preserve">[12:03] </w:t>
      </w:r>
      <w:r>
        <w:t>sab se zaroori cheez hai ke peghambar ke baad jo kaam</w:t>
      </w:r>
    </w:p>
    <w:p>
      <w:pPr>
        <w:jc w:val="right"/>
      </w:pPr>
      <w:r>
        <w:t>سب سے ضروری چیز ہے کہ پیغمبر کے بعد جو کام</w:t>
      </w:r>
    </w:p>
    <w:p>
      <w:r>
        <w:rPr>
          <w:b/>
        </w:rPr>
        <w:t xml:space="preserve">[12:11] </w:t>
      </w:r>
      <w:r>
        <w:t>ruka hua hai, kyunke peghambar aa nahi raha hai, koi doosra, is ke liye aap uthein. uthein is tarah se ke apni tasweer wahi banayein jo peghambar ne banayi thi.</w:t>
      </w:r>
    </w:p>
    <w:p>
      <w:pPr>
        <w:jc w:val="right"/>
      </w:pPr>
      <w:r>
        <w:t>رکا ہوا ہے، کیونکہ پیغمبر آ نہیں رہا ہے، کوئی دوسرا، اس کے لیے آپ اٹھیں۔ اٹھیں اس طرح سے کہ اپنی تصویر وہی بنائیں جو پیغمبر نے بنائی تھی۔</w:t>
      </w:r>
    </w:p>
    <w:p>
      <w:r>
        <w:rPr>
          <w:b/>
        </w:rPr>
        <w:t xml:space="preserve">[12:26] </w:t>
      </w:r>
      <w:r>
        <w:t>daai wali tasweer, Khuda ka gawah, Khuda ke gawah wali tasweer,</w:t>
      </w:r>
    </w:p>
    <w:p>
      <w:pPr>
        <w:jc w:val="right"/>
      </w:pPr>
      <w:r>
        <w:t>داعی والی تصویر، خدا کا گواہ، خدا کے گواہ والی تصویر،</w:t>
      </w:r>
    </w:p>
    <w:p>
      <w:r>
        <w:rPr>
          <w:b/>
        </w:rPr>
        <w:t xml:space="preserve">[12:33] </w:t>
      </w:r>
      <w:r>
        <w:t>tab ja kar yeh kaam hoga sahi tareeqe par. log is ko dhyan denge aur sunein ge. jis ko Quran mein dawat aur shahadat ya inzaar o tafseer kaha gaya hai.</w:t>
      </w:r>
    </w:p>
    <w:p>
      <w:pPr>
        <w:jc w:val="right"/>
      </w:pPr>
      <w:r>
        <w:t>تب جا کر یہ کام ہوگا صحیح طریقے پر۔ لوگ اس کو دھیان دیں گے اور سنیں گے۔ جس کو قرآن میں دعوت اور شہادت یا انظار و تفسیر کہا گیا ہے۔</w:t>
      </w:r>
    </w:p>
    <w:p>
      <w:r>
        <w:rPr>
          <w:b/>
        </w:rPr>
        <w:t xml:space="preserve">[12:45] </w:t>
      </w:r>
      <w:r>
        <w:t>mukhtalif alfaaz aaye hain is kaam ke liye. shahid ma'ana gawah, mundhir ma'ana darane wala, mubaashir ma'ana hoshiyar karne wala, daai ma'ana paigham pahunchane wala,</w:t>
      </w:r>
    </w:p>
    <w:p>
      <w:pPr>
        <w:jc w:val="right"/>
      </w:pPr>
      <w:r>
        <w:t>مختلف الفاظ آئے ہیں اس کام کے لیے۔ شاہد معنی گواہ، مندر معنی ڈرانے والا، مبشر معنی ہوشیار کرنے والا، داعی معنی پیغام پہنچانے والا،</w:t>
      </w:r>
    </w:p>
    <w:p>
      <w:r>
        <w:rPr>
          <w:b/>
        </w:rPr>
        <w:t xml:space="preserve">[13:02] </w:t>
      </w:r>
      <w:r>
        <w:t>is tarah ke saare alfaaz jo Quran mein aaye hain, toh sab ka matlab ek hi hai. ke peghambar ke zariye jo baat pahunchi hai, us ko saari duniya tak pahunchate raho.</w:t>
      </w:r>
    </w:p>
    <w:p>
      <w:pPr>
        <w:jc w:val="right"/>
      </w:pPr>
      <w:r>
        <w:t>اس طرح کے سارے الفاظ جو قرآن میں آئے ہیں، تو سب کا مطلب ایک ہی ہے۔ کہ پیغمبر کے ذریعے جو بات پہنچی ہے، اس کو ساری دنیا تک پہنچاتے رہو۔</w:t>
      </w:r>
    </w:p>
    <w:p>
      <w:r>
        <w:rPr>
          <w:b/>
        </w:rPr>
        <w:t xml:space="preserve">[13:14] </w:t>
      </w:r>
      <w:r>
        <w:t>aur is ki zimmedari jo banti hai, to qurbani kar ke is zimmedari ko poora karo. is mein se yeh baat lazmi taur par shamil hai ke hamari tasweer daai ki tasweer ho.</w:t>
      </w:r>
    </w:p>
    <w:p>
      <w:pPr>
        <w:jc w:val="right"/>
      </w:pPr>
      <w:r>
        <w:t>اور اس کی ذمہ داری جو بنتی ہے، تو قربانی کر کے اس ذمہ داری کو پورا کرو۔ اس میں سے یہ بات لازمی طور پر شامل ہے کہ ہماری تصویر داعی کی تصویر ہو۔</w:t>
      </w:r>
    </w:p>
    <w:p>
      <w:r>
        <w:rPr>
          <w:b/>
        </w:rPr>
        <w:t xml:space="preserve">[13:28] </w:t>
      </w:r>
      <w:r>
        <w:t>daai ki tasweer, koi aur tasweer na ho. is tarah dekhiye surah baqarah ki ayat number 77 mein</w:t>
      </w:r>
    </w:p>
    <w:p>
      <w:pPr>
        <w:jc w:val="right"/>
      </w:pPr>
      <w:r>
        <w:t>داعی کی تصویر، کوئی اور تصو</w:t>
      </w:r>
    </w:p>
    <w:p>
      <w:r>
        <w:rPr>
          <w:b/>
        </w:rPr>
        <w:t xml:space="preserve">[13:30] </w:t>
      </w:r>
      <w:r>
        <w:t>yeh farmaya "allahu ya'lamu ma yusirruna wa ma yu'linun" . yeh ayat number 77.</w:t>
      </w:r>
    </w:p>
    <w:p>
      <w:pPr>
        <w:jc w:val="right"/>
      </w:pPr>
      <w:r>
        <w:t>یر نہ ہو۔ اس طرح دیکھیے سورہ بقرہ کی آیت نمبر 77 میں</w:t>
      </w:r>
    </w:p>
    <w:p>
      <w:r>
        <w:rPr>
          <w:b/>
        </w:rPr>
        <w:t xml:space="preserve">[13:39] </w:t>
      </w:r>
      <w:r>
        <w:t>allah janta hai jis ko woh chupate hain aur jis ko woh khule taur par karte hain.</w:t>
      </w:r>
    </w:p>
    <w:p>
      <w:pPr>
        <w:jc w:val="right"/>
      </w:pPr>
      <w:r>
        <w:t>یہ فرمایا "اللّٰهُ يَعْلَمُ مَا يُسِرُّونَ وَمَا يُعْلِنُونَ" ۔ یہ آیت نمبر 77۔</w:t>
      </w:r>
    </w:p>
    <w:p>
      <w:r>
        <w:rPr>
          <w:b/>
        </w:rPr>
        <w:t xml:space="preserve">[13:48] </w:t>
      </w:r>
      <w:r>
        <w:t>yani chup kar ke karte hain tab bhi khuda janta hai. aur ailan ke sath karte hain tab bhi khuda janta hai.</w:t>
      </w:r>
    </w:p>
    <w:p>
      <w:pPr>
        <w:jc w:val="right"/>
      </w:pPr>
      <w:r>
        <w:t>اللہ جانتا ہے جس کو وہ چھپاتے ہیں اور جس کو وہ کھلے طور پر کرتے ہیں۔</w:t>
      </w:r>
    </w:p>
    <w:p>
      <w:r>
        <w:rPr>
          <w:b/>
        </w:rPr>
        <w:t xml:space="preserve">[13:57] </w:t>
      </w:r>
      <w:r>
        <w:t>yeh ek bohat hi bari cheez hai. jab tak hamein yeh yaqeen na ho ke hum ek aise khuda ke samne jawab deh hain,</w:t>
      </w:r>
    </w:p>
    <w:p>
      <w:pPr>
        <w:jc w:val="right"/>
      </w:pPr>
      <w:r>
        <w:t>یعنی چھپا کر کرتے ہیں تب بھی خدا جانتا ہے۔ اور اعلان کے ساتھ کرتے ہیں تب بھی خدا جانتا ہے۔</w:t>
      </w:r>
    </w:p>
    <w:p>
      <w:r>
        <w:rPr>
          <w:b/>
        </w:rPr>
        <w:t xml:space="preserve">[14:06] </w:t>
      </w:r>
      <w:r>
        <w:t>jo hamare dil ki niyat ko bhi janta hai,</w:t>
      </w:r>
    </w:p>
    <w:p>
      <w:pPr>
        <w:jc w:val="right"/>
      </w:pPr>
      <w:r>
        <w:t>یہ ایک بہت ہی بڑی چیز ہے۔ جب تک ہمیں یہ یقین نہ ہو کہ ہم ایک ایسے خدا کے سامنے جواب دہ ہیں،</w:t>
      </w:r>
    </w:p>
    <w:p>
      <w:r>
        <w:rPr>
          <w:b/>
        </w:rPr>
        <w:t xml:space="preserve">[14:21] </w:t>
      </w:r>
      <w:r>
        <w:t>chup kar hum kya karte hain woh bhi janta hai, awami taur par hum kya karte hain woh bhi janta hai. jab tak yeh yaqeen na ho, aadmi islam par qaim nahi reh sakta.</w:t>
      </w:r>
    </w:p>
    <w:p>
      <w:pPr>
        <w:jc w:val="right"/>
      </w:pPr>
      <w:r>
        <w:t>جو ہمارے دل کی نیت کو بھی جانتا ہے،</w:t>
      </w:r>
    </w:p>
    <w:p>
      <w:r>
        <w:rPr>
          <w:b/>
        </w:rPr>
        <w:t xml:space="preserve">[14:25] </w:t>
      </w:r>
      <w:r>
        <w:t>batein banaye ga, andar andar kuch aur kare ga. lekin jab aap ko yeh yaqeen ho ke main chahe kuch bhi baat banaon, khuda ko pata hai ke mere dil mein kya hai.</w:t>
      </w:r>
    </w:p>
    <w:p>
      <w:pPr>
        <w:jc w:val="right"/>
      </w:pPr>
      <w:r>
        <w:t>چھپ کر ہم کیا کرتے ہیں وہ بھی جانتا ہے، عوامی طور پر ہم کیا کرتے ہیں وہ بھی جانتا ہے۔ جب تک یہ یقین نہ ہو، آدمی اسلام پر قائم نہیں رہ سکتا۔</w:t>
      </w:r>
    </w:p>
    <w:p>
      <w:r>
        <w:rPr>
          <w:b/>
        </w:rPr>
        <w:t xml:space="preserve">[14:38] </w:t>
      </w:r>
      <w:r>
        <w:t>yani aap ke dil mein jo khayal aya, aap ke dil mein khayal ane se pehle woh khuda tak pahunch gaya. aap munh se jo baat bolay, to jis agar kisi ko aap bura bhala keh rahe hain, kisi ko gaali de rahe hain,</w:t>
      </w:r>
    </w:p>
    <w:p>
      <w:pPr>
        <w:jc w:val="right"/>
      </w:pPr>
      <w:r>
        <w:t>باتیں بنائے گا، اندر اندر کچھ اور کرے گا۔ لیکن جب آپ کو یہ یقین ہو کہ میں چاہے کچھ بھی بات بناؤں، خدا کو پتہ ہے کہ میرے دل میں کیا ہے۔</w:t>
      </w:r>
    </w:p>
    <w:p>
      <w:r>
        <w:rPr>
          <w:b/>
        </w:rPr>
        <w:t xml:space="preserve">[14:55] </w:t>
      </w:r>
      <w:r>
        <w:t>to doosre tak woh baat pahunchne se pehle pehle khuda tak pahunch jati hai.</w:t>
      </w:r>
    </w:p>
    <w:p>
      <w:pPr>
        <w:jc w:val="right"/>
      </w:pPr>
      <w:r>
        <w:t>یعنی آپ کے دل میں جو خیال آیا، آپ کے دل میں خیال آنے سے پہلے وہ خدا تک پہنچ گیا۔ آپ منہ سے جو بات بولے، تو جس اگر کسی کو آپ برا بھلا کہہ رہے ہیں، کسی کو گالی دے رہے ہیں،</w:t>
      </w:r>
    </w:p>
    <w:p>
      <w:r>
        <w:rPr>
          <w:b/>
        </w:rPr>
        <w:t xml:space="preserve">[15:11] </w:t>
      </w:r>
      <w:r>
        <w:t>aaj kal kya hai dekhiye, aap hamare samaj mein koi aadmi doosre ke bare mein koi musbat baat nahi kehta, manfi baat kehta hai.</w:t>
      </w:r>
    </w:p>
    <w:p>
      <w:pPr>
        <w:jc w:val="right"/>
      </w:pPr>
      <w:r>
        <w:t>تو دوسرے تک وہ بات پہنچنے سے پہلے پہلے خدا تک پہنچ جاتی ہے۔</w:t>
      </w:r>
    </w:p>
    <w:p>
      <w:r>
        <w:rPr>
          <w:b/>
        </w:rPr>
        <w:t xml:space="preserve">[15:18] </w:t>
      </w:r>
      <w:r>
        <w:t>aap dekh li jiye, shayad aur nadir koi insan aisa hoga jo kisi ke bare mein koi musbat baat kahe. har aadmi ki zindagi mein bohat si achi batein hoti hain, is ka koi charcha nahi karta.</w:t>
      </w:r>
    </w:p>
    <w:p>
      <w:pPr>
        <w:jc w:val="right"/>
      </w:pPr>
      <w:r>
        <w:t>آج کل کیا ہے دیکھیے، آپ ہمارے سماج میں کوئی آدمی دوسرے کے بارے میں کوئی مثبت بات نہیں کہتا، منفی بات کہتا ہے۔</w:t>
      </w:r>
    </w:p>
    <w:p>
      <w:r>
        <w:rPr>
          <w:b/>
        </w:rPr>
        <w:t xml:space="preserve">[15:32] </w:t>
      </w:r>
      <w:r>
        <w:t>lekin agar koi aisi baat ho jaye jis mein koi manfi pehlu ho, foran is ka charcha shuru kar dein ge log. yeh to haram hai islam mein.</w:t>
      </w:r>
    </w:p>
    <w:p>
      <w:pPr>
        <w:jc w:val="right"/>
      </w:pPr>
      <w:r>
        <w:t>آپ دیکھ لیجیے، شاید اور نادر کوئی انسان ایسا ہوگا جو کسی کے بارے میں کوئی مثبت بات کہے۔ ہر آدمی کی زندگی میں بہت سی اچھی باتیں ہوتی ہیں، اس کا کوئی چرچا نہیں کرتا۔</w:t>
      </w:r>
    </w:p>
    <w:p>
      <w:r>
        <w:rPr>
          <w:b/>
        </w:rPr>
        <w:t xml:space="preserve">[15:46] </w:t>
      </w:r>
      <w:r>
        <w:t>kyun aisa karte hain? is liye karte hain ke unhe yeh pata nahi hai ke woh jo charcha kar rahe hain to khuda sun raha hai is charchay ko.</w:t>
      </w:r>
    </w:p>
    <w:p>
      <w:pPr>
        <w:jc w:val="right"/>
      </w:pPr>
      <w:r>
        <w:t>لیکن اگر کوئی ایسی بات ہو جائے جس میں کوئی منفی پہلو ہو، فوراً اس کا چرچا شروع کر دیں گے لوگ۔ یہ تو حرام ہے اسلام میں۔</w:t>
      </w:r>
    </w:p>
    <w:p>
      <w:r>
        <w:rPr>
          <w:b/>
        </w:rPr>
        <w:t xml:space="preserve">[15:56] </w:t>
      </w:r>
      <w:r>
        <w:t>gharon mein dekhiye, aurtein aapas mein batein karti hain,</w:t>
      </w:r>
    </w:p>
    <w:p>
      <w:pPr>
        <w:jc w:val="right"/>
      </w:pPr>
      <w:r>
        <w:t>کیوں ایسا کرتے ہیں؟ اس لیے کرتے ہیں کہ انہیں یہ پتہ نہیں ہے کہ وہ جو چرچا کر رہے ہیں تو خدا سن رہا ہے اس چرچے کو۔</w:t>
      </w:r>
    </w:p>
    <w:p>
      <w:r>
        <w:rPr>
          <w:b/>
        </w:rPr>
        <w:t xml:space="preserve">[16:07] </w:t>
      </w:r>
      <w:r>
        <w:t>hamesha koi na koi manfi baat, ek unho ne yeh kaha, unho ne woh kaha, koi manfi baat le kar is ka charcha karti hain. ghar mein, bahar, samaj mein, jahan bhi dekhiye.</w:t>
      </w:r>
    </w:p>
    <w:p>
      <w:pPr>
        <w:jc w:val="right"/>
      </w:pPr>
      <w:r>
        <w:t>گھروں میں دیکھیے، عورتیں آپس میں باتیں کرتی ہیں،</w:t>
      </w:r>
    </w:p>
    <w:p>
      <w:r>
        <w:rPr>
          <w:b/>
        </w:rPr>
        <w:t xml:space="preserve">[16:12] </w:t>
      </w:r>
      <w:r>
        <w:t>yahan tak ke jalson mein bhi aap dekhiye, hamesha kya hota hai? shikayat, ehtijaj, ke doosre ko bura bhala kehna.</w:t>
      </w:r>
    </w:p>
    <w:p>
      <w:pPr>
        <w:jc w:val="right"/>
      </w:pPr>
      <w:r>
        <w:t>ہمیشہ کوئی نہ کوئی منفی بات، ایک انہوں نے یہ کہا، انہوں نے وہ کہا، کوئی منفی بات لے کر اس کا چرچا کرتی ہیں۔ گھر میں، باہر، سماج میں، جہاں بھی دیکھیے۔</w:t>
      </w:r>
    </w:p>
    <w:p>
      <w:r>
        <w:rPr>
          <w:b/>
        </w:rPr>
        <w:t xml:space="preserve">[16:26] </w:t>
      </w:r>
      <w:r>
        <w:t>jalson mein bhi yahi hota hai.</w:t>
      </w:r>
    </w:p>
    <w:p>
      <w:pPr>
        <w:jc w:val="right"/>
      </w:pPr>
      <w:r>
        <w:t>یہاں تک کہ جلسوں میں بھی آپ دیکھیے، ہمیشہ کیا ہوتا ہے؟ شکایت، احتجاج، کہ دوسرے کو برا بھلا کہنا۔</w:t>
      </w:r>
    </w:p>
    <w:p>
      <w:r>
        <w:rPr>
          <w:b/>
        </w:rPr>
        <w:t xml:space="preserve">[16:37] </w:t>
      </w:r>
      <w:r>
        <w:t>falan hamara dushman hai, falan hamare khilaf sazish kar raha hai, falan zalim hai, isi par taqreerein hoti hain.</w:t>
      </w:r>
    </w:p>
    <w:p>
      <w:pPr>
        <w:jc w:val="right"/>
      </w:pPr>
      <w:r>
        <w:t>جلسوں میں بھی یہی ہوتا ہے۔</w:t>
      </w:r>
    </w:p>
    <w:p>
      <w:r>
        <w:rPr>
          <w:b/>
        </w:rPr>
        <w:t xml:space="preserve">[16:41] </w:t>
      </w:r>
      <w:r>
        <w:t>to yeh kyun ho rahi hai? logon ko yeh ehsas nahi hai ke hamari jo baat hai, woh khuda sun raha hai. chahe stage par bolen tab bhi sun raha hai, ghar mein bolen tab bhi sun raha hai.</w:t>
      </w:r>
    </w:p>
    <w:p>
      <w:pPr>
        <w:jc w:val="right"/>
      </w:pPr>
      <w:r>
        <w:t>فلاں ہمارا دشمن ہے، فلاں ہمارے خلاف سازش کر رہا ہے، فلاں ظالم ہے، اسی پر تقریریں ہوتی ہیں۔</w:t>
      </w:r>
    </w:p>
    <w:p>
      <w:r>
        <w:rPr>
          <w:b/>
        </w:rPr>
        <w:t xml:space="preserve">[16:51] </w:t>
      </w:r>
      <w:r>
        <w:t>to khuda ko dekhiye, yeh pasand nahi hai ke manfi baton ka charcha ho aur musbat baton ka charcha na ho.</w:t>
      </w:r>
    </w:p>
    <w:p>
      <w:pPr>
        <w:jc w:val="right"/>
      </w:pPr>
      <w:r>
        <w:t>تو یہ کیوں ہو رہی ہے؟ لوگوں کو یہ احساس نہیں ہے کہ ہماری جو بات ہے، وہ خدا سن رہا ہے۔ چاہے اسٹیج پر بولیں تب بھی سن رہا ہے، گھر میں بولیں تب بھی سن رہا ہے۔</w:t>
      </w:r>
    </w:p>
    <w:p>
      <w:r>
        <w:rPr>
          <w:b/>
        </w:rPr>
        <w:t xml:space="preserve">[17:08] </w:t>
      </w:r>
      <w:r>
        <w:t>momin ka ya muslim ka farz kya hai? musbat baton ka charcha karna.</w:t>
      </w:r>
    </w:p>
    <w:p>
      <w:pPr>
        <w:jc w:val="right"/>
      </w:pPr>
      <w:r>
        <w:t>تو خدا کو دیکھیے، یہ پسند نہیں ہے کہ منفی باتوں کا چرچا ہو اور مثبت باتوں کا چرچا نہ ہو۔</w:t>
      </w:r>
    </w:p>
    <w:p>
      <w:r>
        <w:rPr>
          <w:b/>
        </w:rPr>
        <w:t xml:space="preserve">[17:19] </w:t>
      </w:r>
      <w:r>
        <w:t>quran mein jo baat kahi gayi, hadith mein is tarah se hai ke "man kana yu'minu billahi wal yawm al akhir fal yaqul khayran wal yusmit" .</w:t>
      </w:r>
    </w:p>
    <w:p>
      <w:pPr>
        <w:jc w:val="right"/>
      </w:pPr>
      <w:r>
        <w:t>مومن کا یا مسلم کا فرض کیا ہے؟ مثبت باتوں کا چرچا کرنا۔</w:t>
      </w:r>
    </w:p>
    <w:p>
      <w:r>
        <w:rPr>
          <w:b/>
        </w:rPr>
        <w:t xml:space="preserve">[17:33] </w:t>
      </w:r>
      <w:r>
        <w:t>Quran mein jo baat kahi gayi, Hadees mein is tarah se hai ke "man kan yu'min billahi wal yawm al akhir falyaqul khayran wal yusmit".</w:t>
      </w:r>
    </w:p>
    <w:p>
      <w:pPr>
        <w:jc w:val="right"/>
      </w:pPr>
      <w:r>
        <w:t>قرآن میں جو بات کہی گئی، حدیث میں اس طریقے سے ہے کہ "من کان یؤمن بالله والیوم الآخر فليقل خیرنا ولیثبت" ۔</w:t>
      </w:r>
    </w:p>
    <w:p>
      <w:r>
        <w:rPr>
          <w:b/>
        </w:rPr>
        <w:t xml:space="preserve">[17:49] </w:t>
      </w:r>
      <w:r>
        <w:t>jo aadmi Allah par aur aakhirat par imaan rakhta ho, to is ko chahiye ke woh bolay to bhali baat bolay, woh na chup rahay.</w:t>
      </w:r>
    </w:p>
    <w:p>
      <w:pPr>
        <w:jc w:val="right"/>
      </w:pPr>
      <w:r>
        <w:t>جو آدمی اللہ پر اور آخرت پر ایمان رکھتا ہو، تو اس کو چاہیے کہ وہ بولے تو بھلی بات بولے، وہ نہ چپ رہے۔</w:t>
      </w:r>
    </w:p>
    <w:p>
      <w:r>
        <w:rPr>
          <w:b/>
        </w:rPr>
        <w:t xml:space="preserve">[18:05] </w:t>
      </w:r>
      <w:r>
        <w:t>is ka matlab hai ke jo aadmi Khuda par yaqeen rakhega, jo aadmi aakhirat ki peshi se dray ga, jis aadmi ke dil mein yeh baitha hua hoga ke meri baat ko Khuda sun raha hai,</w:t>
      </w:r>
    </w:p>
    <w:p>
      <w:pPr>
        <w:jc w:val="right"/>
      </w:pPr>
      <w:r>
        <w:t>اس کا مطلب ہے کہ جو آدمی خدا پر یقین رکھے گا، جو آدمی آخرت کی پیشی سے ڈرے گا، جس آدمی کے دل میں یہ بیٹھا ہوا ہوگا کہ میری بات کو خدا سن رہا ہے،</w:t>
      </w:r>
    </w:p>
    <w:p>
      <w:r>
        <w:rPr>
          <w:b/>
        </w:rPr>
        <w:t xml:space="preserve">[18:19] </w:t>
      </w:r>
      <w:r>
        <w:t>to woh kabhi bhi aisa nahi kar sakta ke buri baaton ka charcha karay. Woh munh se nikale ga to achi baat nikale ga, bas chup rahay ga.</w:t>
      </w:r>
    </w:p>
    <w:p>
      <w:pPr>
        <w:jc w:val="right"/>
      </w:pPr>
      <w:r>
        <w:t>تو وہ کبھی بھی ایسا نہیں کر سکتا کہ بری باتوں کا چرچا کرے۔ وہ منہ سے نکالے گا تو اچھی بات نکالے گا، بس چپ رہے گا۔</w:t>
      </w:r>
    </w:p>
    <w:p>
      <w:r>
        <w:rPr>
          <w:b/>
        </w:rPr>
        <w:t xml:space="preserve">[18:28] </w:t>
      </w:r>
      <w:r>
        <w:t>"falyaqul khayrana walyathbut" . is ka matlab yeh hai ke woh aadmi jis ko yaqeen ho Khuda ke baray mein ke Khuda meri khulay se, Khuda meri khuli, Khuda mere khulay ko bhi janta hai, Khuda hamaray chhupay ko bhi janta hai,</w:t>
      </w:r>
    </w:p>
    <w:p>
      <w:pPr>
        <w:jc w:val="right"/>
      </w:pPr>
      <w:r>
        <w:t>"فليقل خيرنا وليثبت" ۔ اس کا مطلب یہ ہے کہ وہ آدمی جس کو یقین ہو خدا کے بارے میں کہ خدا میری کھلے سے، خدا میری کھلی، خدا میرے کھلے کو بھی جانتا ہے، خدا ہمارے چھپے کو بھی جانتا ہے،</w:t>
      </w:r>
    </w:p>
    <w:p>
      <w:r>
        <w:rPr>
          <w:b/>
        </w:rPr>
        <w:t xml:space="preserve">[18:47] </w:t>
      </w:r>
      <w:r>
        <w:t>Khuda meri har baat ko sun raha hai, aisay aadmi ka haal yeh ho jaye ga ke kisi ke baray mein jab charcha kare ga to us ke baray mein achi baat kahe ga.</w:t>
      </w:r>
    </w:p>
    <w:p>
      <w:pPr>
        <w:jc w:val="right"/>
      </w:pPr>
      <w:r>
        <w:t>خدا میری ہر بات کو سن رہا ہے، ایسے آدمی کا حال یہ ہو جائے گا کہ کسی کے بارے میں جب چرچا کرے گا تو اس کے بارے میں اچھی بات کہے گا۔</w:t>
      </w:r>
    </w:p>
    <w:p>
      <w:r>
        <w:rPr>
          <w:b/>
        </w:rPr>
        <w:t xml:space="preserve">[18:58] </w:t>
      </w:r>
      <w:r>
        <w:t>aur agar woh achi baat nahi kehna chahta to chup, kam az kam chup to ho jaye ga.</w:t>
      </w:r>
    </w:p>
    <w:p>
      <w:pPr>
        <w:jc w:val="right"/>
      </w:pPr>
      <w:r>
        <w:t>اور اگر وہ اچھی بات نہیں کہنا چاہتا تو چپ، کم از کم چپ تو ہو جائے گا۔</w:t>
      </w:r>
    </w:p>
    <w:p>
      <w:r>
        <w:rPr>
          <w:b/>
        </w:rPr>
        <w:t xml:space="preserve">[19:06] </w:t>
      </w:r>
      <w:r>
        <w:t>yeh matlab hai is ka.</w:t>
      </w:r>
    </w:p>
    <w:p>
      <w:pPr>
        <w:jc w:val="right"/>
      </w:pPr>
      <w:r>
        <w:t>یہ مطلب ہے اس کا۔</w:t>
      </w:r>
    </w:p>
    <w:p>
      <w:r>
        <w:rPr>
          <w:b/>
        </w:rPr>
        <w:t xml:space="preserve">[19:08] </w:t>
      </w:r>
      <w:r>
        <w:t>to yeh yaqeen ke aadmi ke dil mein yeh baat baithi hui ho ke meray chhupay ko bhi Khuda janta hai aur meray khulay ko bhi Khuda janta hai, yeh yaqeen us ko rok de ga is se ke aap ghar mein ya khandan mein ya samaj mein kisi ka charcha buray andaaz mein karein.</w:t>
      </w:r>
    </w:p>
    <w:p>
      <w:pPr>
        <w:jc w:val="right"/>
      </w:pPr>
      <w:r>
        <w:t>تو یہ یقین کہ آدمی کے دل میں یہ بات بیٹھی ہوئی ہو کہ میرے چھپے کو بھی خدا جانتا ہے اور میرے کھلے کو بھی خدا جانتا ہے، یہ یقین اس کو روک دے گا اس سے کہ آپ گھر میں یا خاندان میں یا سماج میں کسی کا چرچا برے انداز میں کریں۔</w:t>
      </w:r>
    </w:p>
    <w:p>
      <w:r>
        <w:rPr>
          <w:b/>
        </w:rPr>
        <w:t xml:space="preserve">[19:33] </w:t>
      </w:r>
      <w:r>
        <w:t>to option kya hai?</w:t>
      </w:r>
    </w:p>
    <w:p>
      <w:pPr>
        <w:jc w:val="right"/>
      </w:pPr>
      <w:r>
        <w:t>تو آپشن کیا ہے؟</w:t>
      </w:r>
    </w:p>
    <w:p>
      <w:r>
        <w:rPr>
          <w:b/>
        </w:rPr>
        <w:t xml:space="preserve">[19:35] </w:t>
      </w:r>
      <w:r>
        <w:t>option yeh hai ke doosray ka charcha ya to achhay andaaz mein karo, woh na chup raho. Yeh teesra option nahi hai ke aap is ka charcha buray tareeqay se karne lagain.</w:t>
      </w:r>
    </w:p>
    <w:p>
      <w:pPr>
        <w:jc w:val="right"/>
      </w:pPr>
      <w:r>
        <w:t>آپشن یہ ہے کہ دوسرے کا چرچا یا تو اچھے انداز میں کرو، وہ نہ چھپ رہو۔ یہ تیسرا آپشن نہیں ہے کہ آپ اس کا چرچا برے طریقے سے کرنے لگیں۔</w:t>
      </w:r>
    </w:p>
    <w:p>
      <w:r>
        <w:rPr>
          <w:b/>
        </w:rPr>
        <w:t xml:space="preserve">[19:48] </w:t>
      </w:r>
      <w:r>
        <w:t>stage par kharay ho kar ke doosron ke khilaaf ihtijaj karna, doosron ke khilaaf shikayat karna, doosron ko sazish ka zimmedar batana, doosron ko kehna ke yeh hamara dush</w:t>
      </w:r>
    </w:p>
    <w:p>
      <w:pPr>
        <w:jc w:val="right"/>
      </w:pPr>
      <w:r>
        <w:t>اسٹیج پر کھڑے ہو کر کے دوسروں کے خلاف احتجاج کرنا، دوسروں کے خلاف شکایت کرنا، دوسروں کو سازش کا ذمہ دار بتانا، دوسروں کو کہنا کہ یہ ہمارا دش</w:t>
      </w:r>
    </w:p>
    <w:p>
      <w:r>
        <w:rPr>
          <w:b/>
        </w:rPr>
        <w:t xml:space="preserve">[20:02] </w:t>
      </w:r>
      <w:r>
        <w:t>man hai, yeh sari baatein doosron ka manfi charcha karne ke barabar hain. Yeh sab Islam mein nahi hai.</w:t>
      </w:r>
    </w:p>
    <w:p>
      <w:pPr>
        <w:jc w:val="right"/>
      </w:pPr>
      <w:r>
        <w:t>من ہے، یہ ساری باتیں دوسروں کا منفی چرچا کرنے کے برابر ہیں۔ یہ سب اسلام میں نہیں ہے۔</w:t>
      </w:r>
    </w:p>
    <w:p>
      <w:r>
        <w:rPr>
          <w:b/>
        </w:rPr>
        <w:t xml:space="preserve">[20:13] </w:t>
      </w:r>
      <w:r>
        <w:t>to kab aisa hoga ke aap is, yeh jo Islam ka jo tareeqa hai, us ko apnayen ge jab ke aap ke dil mein yeh baat baithi hui ho ke mein Khuda ke samnay jawab deh hoon.</w:t>
      </w:r>
    </w:p>
    <w:p>
      <w:pPr>
        <w:jc w:val="right"/>
      </w:pPr>
      <w:r>
        <w:t>تو کب ایسا ہوگا کہ آپ اس، یہ جو اسلام کا جو طریقہ ہے، اس کو اپنائیں گے جب کہ آپ کے دل میں یہ بات بیٹھی ہوئی ہو کہ میں خدا کے سامنے جواب دہ ہوں۔</w:t>
      </w:r>
    </w:p>
    <w:p>
      <w:r>
        <w:rPr>
          <w:b/>
        </w:rPr>
        <w:t xml:space="preserve">[20:30] </w:t>
      </w:r>
      <w:r>
        <w:t>woh din aye ga jab ke meri peshi Khuda ki adalat mein hogi aur Khuda meri aaj jo kuch mein kar raha hoon, aaj ki baaton ko sab kuch janta hai, sab kuch janta hai.</w:t>
      </w:r>
    </w:p>
    <w:p>
      <w:pPr>
        <w:jc w:val="right"/>
      </w:pPr>
      <w:r>
        <w:t>وہ دن آئے گا جب کہ میری پیشی خدا کی عدالت میں ہوگی اور خدا میری آج جو کچھ میں کر رہا ہوں، آج کی باتوں کو سب کچھ جانتا ہے، سب کچھ جانتا ہے۔</w:t>
      </w:r>
    </w:p>
    <w:p>
      <w:r>
        <w:rPr>
          <w:b/>
        </w:rPr>
        <w:t xml:space="preserve">[20:45] </w:t>
      </w:r>
      <w:r>
        <w:t>tabhi aap aisa kar sakain ge ke doosron ke baray mein koi musbat baat hogi to aap to bolain ge aur manfi baat agar aap ke paas kehne ke liye hai to aap kam az kam itna to kahein ge ke chup ho jayein ge.</w:t>
      </w:r>
    </w:p>
    <w:p>
      <w:pPr>
        <w:jc w:val="right"/>
      </w:pPr>
      <w:r>
        <w:t>تبھی آپ ایسا کر سکیں گے کہ دوسروں کے بارے میں کوئی مثبت بات ہوگی تو آپ تو بولیں گے اور منفی بات اگر آپ کے پاس کہنے کے لیے ہے تو آپ کم از کم اتنا تو کہیں گے کہ چپ ہو جائیں گے۔</w:t>
      </w:r>
    </w:p>
    <w:p>
      <w:r>
        <w:rPr>
          <w:b/>
        </w:rPr>
        <w:t xml:space="preserve">[21:00] </w:t>
      </w:r>
      <w:r>
        <w:t>kyun ke manfi baaton ka charcha karna us par sakht saza ka andesha rahe ga aap ko. To yeh hai is ka matlab.</w:t>
      </w:r>
    </w:p>
    <w:p>
      <w:pPr>
        <w:jc w:val="right"/>
      </w:pPr>
      <w:r>
        <w:t>کیونکہ منفی باتوں کا چرچا کرنا اس پر سخت سزا کا اندیشہ رہے گا آپ کو۔ تو یہ ہے اس کا مطلب۔</w:t>
      </w:r>
    </w:p>
    <w:p>
      <w:r>
        <w:rPr>
          <w:b/>
        </w:rPr>
        <w:t xml:space="preserve">[21:12] </w:t>
      </w:r>
      <w:r>
        <w:t>to isi liye aagay jo hai ayat number 83, Surah Baqarah ki ayat number 83 mein farmaya "qooloo linnasi husnan" .</w:t>
      </w:r>
    </w:p>
    <w:p>
      <w:pPr>
        <w:jc w:val="right"/>
      </w:pPr>
      <w:r>
        <w:t>تو اسی لیے آگے جو ہے آیت نمبر 83، سورہ بقرہ کی آیت نمبر 83 میں فرمایا "قُولُوا لِلنَّاسِ حُسْنًا" ۔</w:t>
      </w:r>
    </w:p>
    <w:p>
      <w:r>
        <w:rPr>
          <w:b/>
        </w:rPr>
        <w:t xml:space="preserve">[21:26] </w:t>
      </w:r>
      <w:r>
        <w:t>kaho logon se bhali baat, kaho logon se achi baat.</w:t>
      </w:r>
    </w:p>
    <w:p>
      <w:pPr>
        <w:jc w:val="right"/>
      </w:pPr>
      <w:r>
        <w:t>کہو لوگوں سے بھلی بات، کہو لوگوں سے اچھی بات۔</w:t>
      </w:r>
    </w:p>
    <w:p>
      <w:r>
        <w:rPr>
          <w:b/>
        </w:rPr>
        <w:t xml:space="preserve">[21:32] </w:t>
      </w:r>
      <w:r>
        <w:t>to yun dekhnay mein to yeh baat hukum ke darjay mein hai ke tum ko chahiye, tum ko hukum diya ja raha hai ke tum logon se achi baat kaho. Lekin is ka matlab kya hai?</w:t>
      </w:r>
    </w:p>
    <w:p>
      <w:pPr>
        <w:jc w:val="right"/>
      </w:pPr>
      <w:r>
        <w:t>تو یوں دیکھنے میں تو یہ بات حکم کے درجے میں ہے کہ تم کو چاہیے، تم کو حکم دیا جا رہا ہے کہ تم لوگوں سے اچھی بات کہو۔ لیکن اس کا مطلب کیا ہے؟</w:t>
      </w:r>
    </w:p>
    <w:p>
      <w:r>
        <w:rPr>
          <w:b/>
        </w:rPr>
        <w:t xml:space="preserve">[21:43] </w:t>
      </w:r>
      <w:r>
        <w:t>agar tumhare dil mein Khuda ka darr hai, agar tum ko Khuda par yaqeen hai, agar tum ko jawab dahi ka ehsaas hai to tumhara tareeqa yeh ban jaye ga ke logon se achi baat kaho ge,</w:t>
      </w:r>
    </w:p>
    <w:p>
      <w:pPr>
        <w:jc w:val="right"/>
      </w:pPr>
      <w:r>
        <w:t>اگر تمہارے دل میں خدا کا ڈر ہے، اگر تم کو خدا پر یقین ہے، اگر تم کو جواب دہی کا احساس ہے تو تمہارا طریقہ یہ بن جائے گا کہ لوگوں سے اچھی بات کہو گے،</w:t>
      </w:r>
    </w:p>
    <w:p>
      <w:r>
        <w:rPr>
          <w:b/>
        </w:rPr>
        <w:t xml:space="preserve">[22:00] </w:t>
      </w:r>
      <w:r>
        <w:t>buri baat nahi kaho ge.</w:t>
      </w:r>
    </w:p>
    <w:p>
      <w:pPr>
        <w:jc w:val="right"/>
      </w:pPr>
      <w:r>
        <w:t>بری بات نہیں کہو گے۔</w:t>
      </w:r>
    </w:p>
    <w:p>
      <w:r>
        <w:rPr>
          <w:b/>
        </w:rPr>
        <w:t xml:space="preserve">[22:02] </w:t>
      </w:r>
      <w:r>
        <w:t>kyun? tum ko yeh yaqeen hoga ke jab mein doosray ko bura keh raha hoon to Khuda ka register ho raha hai, woh Khuda ke farishtay meri is baat ka record bana rahe hain.</w:t>
      </w:r>
    </w:p>
    <w:p>
      <w:pPr>
        <w:jc w:val="right"/>
      </w:pPr>
      <w:r>
        <w:t>کیوں؟ تم کو یہ یقین ہوگا کہ جب میں دوسرے کو برا کہہ رہا ہوں تو خدا کا رجسٹر ہو رہا ہے، وہ خدا کے فرشتے میری اس بات کا ریکارڈ بنا رہے ہیں۔</w:t>
      </w:r>
    </w:p>
    <w:p>
      <w:r>
        <w:rPr>
          <w:b/>
        </w:rPr>
        <w:t xml:space="preserve">[22:17] </w:t>
      </w:r>
      <w:r>
        <w:t>to masla aap ko isi insaan ka nahi dikhai de ga jis ko aap bura keh rahe hain, balkay woh Khuda ka har masla aap ko Khuda ka masla dikhai de ga.</w:t>
      </w:r>
    </w:p>
    <w:p>
      <w:pPr>
        <w:jc w:val="right"/>
      </w:pPr>
      <w:r>
        <w:t>تو مسئلہ آپ کو اسی انسان کا نہیں دکھائی دے گا جس کو آپ برا کہہ رہے ہیں، بلکہ وہ خدا کا ہر مسئلہ آپ کو خدا کا مسئلہ دکھائی دے گا۔</w:t>
      </w:r>
    </w:p>
    <w:p>
      <w:r>
        <w:rPr>
          <w:b/>
        </w:rPr>
        <w:t xml:space="preserve">[22:32] </w:t>
      </w:r>
      <w:r>
        <w:t>har masla aap ko Khuda ka masla dikhai de ga. To sari burai kyun hai? Hum kisi ko kyun bura bhala kehte hain?</w:t>
      </w:r>
    </w:p>
    <w:p>
      <w:pPr>
        <w:jc w:val="right"/>
      </w:pPr>
      <w:r>
        <w:t>ہر مسئلہ آپ کو خدا کا مسئلہ دکھائی دے گا۔ تو ساری برائی کیوں ہے؟ ہم کسی کو کیوں برا بھلا کہتے ہیں؟</w:t>
      </w:r>
    </w:p>
    <w:p>
      <w:r>
        <w:rPr>
          <w:b/>
        </w:rPr>
        <w:t xml:space="preserve">[22:43] </w:t>
      </w:r>
      <w:r>
        <w:t>kyun kisi ki badnami wali baat phailatay hain? Kyun kisi ka nuqsan chahte hain? Kyun kisi ki tasweer bigartay hain?</w:t>
      </w:r>
    </w:p>
    <w:p>
      <w:pPr>
        <w:jc w:val="right"/>
      </w:pPr>
      <w:r>
        <w:t>کیوں کسی کی بدنامی والی بات پھیلاتے ہیں؟ کیوں کسی کا نقصان چاہتے ہیں؟ کیوں کسی کی تصویر بگاڑتے ہیں؟</w:t>
      </w:r>
    </w:p>
    <w:p>
      <w:r>
        <w:rPr>
          <w:b/>
        </w:rPr>
        <w:t xml:space="preserve">[22:55] </w:t>
      </w:r>
      <w:r>
        <w:t>sirf is liye ke hum is ko aik insan ka masla samajhte hain.</w:t>
      </w:r>
    </w:p>
    <w:p>
      <w:pPr>
        <w:jc w:val="right"/>
      </w:pPr>
      <w:r>
        <w:t>صرف اس لیے کہ ہم اس کو ایک انسان کا مسئلہ سمجھتے ہیں۔</w:t>
      </w:r>
    </w:p>
    <w:p>
      <w:r>
        <w:rPr>
          <w:b/>
        </w:rPr>
        <w:t xml:space="preserve">[23:00] </w:t>
      </w:r>
      <w:r>
        <w:t>jis jis ko kehte hain kirdaar qatl. aaj kal ke samaj mein kirdaar qatl itna aam hai ke qareeb qareeb saare log is mein phanse hue hain.</w:t>
      </w:r>
    </w:p>
    <w:p>
      <w:pPr>
        <w:jc w:val="right"/>
      </w:pPr>
      <w:r>
        <w:t>جس جس کو کہتے ہیں کردار قتل۔ آج کل کے سماج میں کردار قتل اتنا عام ہے کہ قریب قریب سارے لوگ اس میں پھنسے ہوئے ہیں۔</w:t>
      </w:r>
    </w:p>
    <w:p>
      <w:r>
        <w:rPr>
          <w:b/>
        </w:rPr>
        <w:t xml:space="preserve">[23:16] </w:t>
      </w:r>
      <w:r>
        <w:t>kirdaar qatl. yaani aise log kam hain jo gardan kaaten ya goli chalaen.</w:t>
      </w:r>
    </w:p>
    <w:p>
      <w:pPr>
        <w:jc w:val="right"/>
      </w:pPr>
      <w:r>
        <w:t>کردار قتل۔ یعنی ایسے لوگ کم ہیں جو گردن کاٹیں یا گولی چلائیں۔</w:t>
      </w:r>
    </w:p>
    <w:p>
      <w:r>
        <w:rPr>
          <w:b/>
        </w:rPr>
        <w:t xml:space="preserve">[23:25] </w:t>
      </w:r>
      <w:r>
        <w:t>lekin woh log toh in se toh samaj bhara hua hai jo kirdaar qatl karte hain. toh kyun karte hain?</w:t>
      </w:r>
    </w:p>
    <w:p>
      <w:pPr>
        <w:jc w:val="right"/>
      </w:pPr>
      <w:r>
        <w:t>لیکن وہ لوگ تو ان سے تو سماج بھرا ہوا ہے جو کردار قتل کرتے ہیں۔ تو کیوں کرتے ہیں؟</w:t>
      </w:r>
    </w:p>
    <w:p>
      <w:r>
        <w:rPr>
          <w:b/>
        </w:rPr>
        <w:t xml:space="preserve">[23:36] </w:t>
      </w:r>
      <w:r>
        <w:t>isi liye ke woh samajhte hain ke yeh jis ko mein bura keh raha hoon, toh meri baat mere munh se nikli, us aadmi ke kaan tak pohnchi, baat khatam.</w:t>
      </w:r>
    </w:p>
    <w:p>
      <w:pPr>
        <w:jc w:val="right"/>
      </w:pPr>
      <w:r>
        <w:t>اسی لیے کہ وہ سمجھتے ہیں کہ یہ جس کو میں برا کہہ رہا ہوں، تو میری بات میرے منہ سے نکلی، اس آدمی کے کان تک پہنچی، بات ختم۔</w:t>
      </w:r>
    </w:p>
    <w:p>
      <w:r>
        <w:rPr>
          <w:b/>
        </w:rPr>
        <w:t xml:space="preserve">[23:47] </w:t>
      </w:r>
      <w:r>
        <w:t>yaani maine kaha, aik aadmi ne suna. itna hi samajhte hain aap is ko. agar aap ko yeh yaqeen ho ke mere munh se nikli hui baat saamne wale aadmi tak toh der mein pohnche gi, Khuda tak pehle pohnch chuki hogi.</w:t>
      </w:r>
    </w:p>
    <w:p>
      <w:pPr>
        <w:jc w:val="right"/>
      </w:pPr>
      <w:r>
        <w:t>یعنی میں نے کہا، ایک آدمی نے سنا۔ اتنا ہی سمجھتے ہیں آپ اس کو۔ اگر آپ کو یہ یقین ہو کہ میرے منہ سے نکلی ہوئی بات سامنے والے آدمی تک تو دیر میں پہنچے گی، خدا تک پہلے پہنچ چکی ہوگی۔</w:t>
      </w:r>
    </w:p>
    <w:p>
      <w:r>
        <w:rPr>
          <w:b/>
        </w:rPr>
        <w:t xml:space="preserve">[24:06] </w:t>
      </w:r>
      <w:r>
        <w:t>mujh se nikal kar mere munh se pehle Khuda tak jae gi. phir woh is aadmi tak pohnche gi.</w:t>
      </w:r>
    </w:p>
    <w:p>
      <w:pPr>
        <w:jc w:val="right"/>
      </w:pPr>
      <w:r>
        <w:t>مجھ سے نکل کر میرے منہ سے پہلے خدا تک جائے گی۔ پھر وہ اس آدمی تک پہنچے گی۔</w:t>
      </w:r>
    </w:p>
    <w:p>
      <w:r>
        <w:rPr>
          <w:b/>
        </w:rPr>
        <w:t xml:space="preserve">[24:14] </w:t>
      </w:r>
      <w:r>
        <w:t>jaise aap telephone karte hain, apne mobile par jab kisi ka telephone number aap dial karte hain toh jaante hain aap ka paigham pehle kahan pohnchta hai?</w:t>
      </w:r>
    </w:p>
    <w:p>
      <w:pPr>
        <w:jc w:val="right"/>
      </w:pPr>
      <w:r>
        <w:t>جیسے آپ ٹیلی فون کرتے ہیں، اپنے موبائل پر جب کسی کا ٹیلی فون نمبر آپ ڈائل کرتے ہیں تو جانتے ہیں آپ کا پیغام پہلے کہاں پہنچتا ہے؟</w:t>
      </w:r>
    </w:p>
    <w:p>
      <w:r>
        <w:rPr>
          <w:b/>
        </w:rPr>
        <w:t xml:space="preserve">[24:27] </w:t>
      </w:r>
      <w:r>
        <w:t>pehley satellite pe jaata hai. is insaan tak nahi pohnchta. jis insaan ka number aap ne dial kiya hai, aap ne baraah-e-raast taur par nahi pohnch jaata dhara dharr us ke paas.</w:t>
      </w:r>
    </w:p>
    <w:p>
      <w:pPr>
        <w:jc w:val="right"/>
      </w:pPr>
      <w:r>
        <w:t>پہلے سیٹلائٹ پہ جاتا ہے۔ اس انسان تک نہیں پہنچتا۔ جس انسان کا نمبر آپ ڈائل کیا ہے، آپ نے براہِ راست طور پر نہیں پہنچ جاتا دھڑا دھڑ اس کے پاس۔</w:t>
      </w:r>
    </w:p>
    <w:p>
      <w:r>
        <w:rPr>
          <w:b/>
        </w:rPr>
        <w:t xml:space="preserve">[24:40] </w:t>
      </w:r>
      <w:r>
        <w:t>pehley jae ga woh satellite ka.</w:t>
      </w:r>
    </w:p>
    <w:p>
      <w:pPr>
        <w:jc w:val="right"/>
      </w:pPr>
      <w:r>
        <w:t>پہلے جائے گا وہ سیٹلائٹ کا۔</w:t>
      </w:r>
    </w:p>
    <w:p>
      <w:r>
        <w:rPr>
          <w:b/>
        </w:rPr>
        <w:t xml:space="preserve">[24:43] </w:t>
      </w:r>
      <w:r>
        <w:t>satellite se phir us aadmi tak pohnche ga.</w:t>
      </w:r>
    </w:p>
    <w:p>
      <w:pPr>
        <w:jc w:val="right"/>
      </w:pPr>
      <w:r>
        <w:t>سیٹلائٹ سے پھر اس آدمی تک پہنچے گا۔</w:t>
      </w:r>
    </w:p>
    <w:p>
      <w:r>
        <w:rPr>
          <w:b/>
        </w:rPr>
        <w:t xml:space="preserve">[24:48] </w:t>
      </w:r>
      <w:r>
        <w:t>yeh maamla yahan bhi hai ke aap ki baat pehle Khuda sun leta hai, phir us woh insaan sunta hai.</w:t>
      </w:r>
    </w:p>
    <w:p>
      <w:pPr>
        <w:jc w:val="right"/>
      </w:pPr>
      <w:r>
        <w:t>یہ معاملہ یہاں بھی ہے کہ آپ کی بات پہلے خدا سن لیتا ہے، پھر اس وہ انسان سنتا ہے۔</w:t>
      </w:r>
    </w:p>
    <w:p>
      <w:r>
        <w:rPr>
          <w:b/>
        </w:rPr>
        <w:t xml:space="preserve">[24:58] </w:t>
      </w:r>
      <w:r>
        <w:t>toh agar aap ke dil mein yeh baat baithi hui ho toh har maamla aap ko bohat sanjeeda dikhae ga. sanjeeda.</w:t>
      </w:r>
    </w:p>
    <w:p>
      <w:pPr>
        <w:jc w:val="right"/>
      </w:pPr>
      <w:r>
        <w:t>تو اگر آپ کے دل میں یہ بات بیٹھی ہوئی ہو تو ہر معاملہ آپ کو بہت سنجیدہ دکھائے گا۔ سنجیدہ۔</w:t>
      </w:r>
    </w:p>
    <w:p>
      <w:r>
        <w:rPr>
          <w:b/>
        </w:rPr>
        <w:t xml:space="preserve">[25:07] </w:t>
      </w:r>
      <w:r>
        <w:t>aap bolne se pehle sochen ge.</w:t>
      </w:r>
    </w:p>
    <w:p>
      <w:pPr>
        <w:jc w:val="right"/>
      </w:pPr>
      <w:r>
        <w:t>آپ بولنے سے پہلے سوچیں گے۔</w:t>
      </w:r>
    </w:p>
    <w:p>
      <w:r>
        <w:rPr>
          <w:b/>
        </w:rPr>
        <w:t xml:space="preserve">[25:13] </w:t>
      </w:r>
      <w:r>
        <w:t>kisi ko bura kehne se pehle samajhen ge ke kahin mere upar na burai par jae. kyun ke hadees mein aata hai ke agar tum kisi ko bura batao aur woh aadmi waisa na ho toh tum khud wohi ban jaoge.</w:t>
      </w:r>
    </w:p>
    <w:p>
      <w:pPr>
        <w:jc w:val="right"/>
      </w:pPr>
      <w:r>
        <w:t>کسی کو برا کہنے سے پہلے سمجھیں گے کہ کہیں میرے اوپر نہ برائی پڑ جائے۔ کیونکہ حدیث میں آتا ہے کہ اگر تم کسی کو برا بتاؤ اور وہ آدمی ویسا نہ ہو تو تم خود وہی بن جاؤ گے۔</w:t>
      </w:r>
    </w:p>
    <w:p>
      <w:r>
        <w:rPr>
          <w:b/>
        </w:rPr>
        <w:t xml:space="preserve">[25:30] </w:t>
      </w:r>
      <w:r>
        <w:t>yaani agar hum kisi ko kahein munafiq hai, woh aadmi munafiq nahi hai toh mein khud munafiq ban jaunga.</w:t>
      </w:r>
    </w:p>
    <w:p>
      <w:pPr>
        <w:jc w:val="right"/>
      </w:pPr>
      <w:r>
        <w:t>یعنی اگر ہم کسی کو کہیں منافق ہے، وہ آدمی منافق نہیں ہے تو میں خود منافق بن جاؤں گا۔</w:t>
      </w:r>
    </w:p>
    <w:p>
      <w:r>
        <w:rPr>
          <w:b/>
        </w:rPr>
        <w:t xml:space="preserve">[25:36] </w:t>
      </w:r>
      <w:r>
        <w:t>mein kisi ko kahoon ke jis ne yeh jhoota hai, yeh be-imaan hai, yeh kuch bhi bura lafz bolun us ke liye toh agar woh aadmi waisa nahi hai toh mein waisa hi ban jaunga.</w:t>
      </w:r>
    </w:p>
    <w:p>
      <w:pPr>
        <w:jc w:val="right"/>
      </w:pPr>
      <w:r>
        <w:t>میں کسی کو کہوں کہ جس نے یہ جھوٹا ہے، یہ بے ایمان ہے، یہ کچھ بھی برا لفظ بولوں اس کے لیے تو اگر وہ آدمی ویسا نہیں ہے تو میں ویسا ہی بن جاؤں گا۔</w:t>
      </w:r>
    </w:p>
    <w:p>
      <w:r>
        <w:rPr>
          <w:b/>
        </w:rPr>
        <w:t xml:space="preserve">[25:55] </w:t>
      </w:r>
      <w:r>
        <w:t>aur agar woh waisa ho tab bhi mere liye woh gunah ki baat hogi. kyun?</w:t>
      </w:r>
    </w:p>
    <w:p>
      <w:pPr>
        <w:jc w:val="right"/>
      </w:pPr>
      <w:r>
        <w:t>اور اگر وہ ویسا ہو تب بھی میرے لیے وہ گناہ کی بات ہوگی۔ کیوں؟</w:t>
      </w:r>
    </w:p>
    <w:p>
      <w:r>
        <w:rPr>
          <w:b/>
        </w:rPr>
        <w:t xml:space="preserve">[26:02] </w:t>
      </w:r>
      <w:r>
        <w:t>dekhiye Islam, Islam ki kya taleem hai? agar yeh aap yeh samajhte hain ke falan aadmi jo hai, us ke andar yeh kharabi hai toh aap ko kya karna chahiye?</w:t>
      </w:r>
    </w:p>
    <w:p>
      <w:pPr>
        <w:jc w:val="right"/>
      </w:pPr>
      <w:r>
        <w:t>دیکھیے اسلام، اسلام کی کیا تعلیم ہے؟ اگر یہ آپ یہ سمجھتے ہیں کہ فلاں آدمی جو ہے، اس کے اندر یہ خرابی ہے تو آپ کو کیا کرنا چاہیے؟</w:t>
      </w:r>
    </w:p>
    <w:p>
      <w:r>
        <w:rPr>
          <w:b/>
        </w:rPr>
        <w:t xml:space="preserve">[26:15] </w:t>
      </w:r>
      <w:r>
        <w:t>fifeemabainaka wabainahu</w:t>
      </w:r>
    </w:p>
    <w:p>
      <w:pPr>
        <w:jc w:val="right"/>
      </w:pPr>
      <w:r>
        <w:t>فَفِيمَا بَيْنَكَ وَبَيْنَهُ</w:t>
      </w:r>
    </w:p>
    <w:p>
      <w:r>
        <w:rPr>
          <w:b/>
        </w:rPr>
        <w:t xml:space="preserve">[26:18] </w:t>
      </w:r>
      <w:r>
        <w:t>us se appointment leejie, us ke paas akele mein baithie aur us se khair khwahi ke saath us ka behtareen mashwara ban kar ke us se aap samjhaie.</w:t>
      </w:r>
    </w:p>
    <w:p>
      <w:pPr>
        <w:jc w:val="right"/>
      </w:pPr>
      <w:r>
        <w:t>۔ اس سے اپائنٹمنٹ لیجیے، اس کے پاس اکیلے میں بیٹھیے اور اس سے خیر خواہی کے ساتھ اس کا بہترین مشورہ بن کر کے اس سے آپ سمجھائیے۔</w:t>
      </w:r>
    </w:p>
    <w:p>
      <w:r>
        <w:rPr>
          <w:b/>
        </w:rPr>
        <w:t xml:space="preserve">[26:35] </w:t>
      </w:r>
      <w:r>
        <w:t>dard bandi ke saath aap us ko samjhaie.</w:t>
      </w:r>
    </w:p>
    <w:p>
      <w:pPr>
        <w:jc w:val="right"/>
      </w:pPr>
      <w:r>
        <w:t>درد بندی کے ساتھ آپ اس کو سمجھائیے۔</w:t>
      </w:r>
    </w:p>
    <w:p>
      <w:r>
        <w:rPr>
          <w:b/>
        </w:rPr>
        <w:t xml:space="preserve">[26:38] </w:t>
      </w:r>
      <w:r>
        <w:t>bas isi se baraah-e-raast isi se. baat toh kisi aur ki hai aur aur doosre doosron se aap keh rahe hain, us ka charcha kar rahe hain.</w:t>
      </w:r>
    </w:p>
    <w:p>
      <w:pPr>
        <w:jc w:val="right"/>
      </w:pPr>
      <w:r>
        <w:t>بس اسی سے براہِ راست اسی سے۔ بات تو کسی اور کی ہے اور اور دوسرے دوسروں سے آپ کہہ رہے ہیں، اس کا چرچا کر رہے ہیں۔</w:t>
      </w:r>
    </w:p>
    <w:p>
      <w:r>
        <w:rPr>
          <w:b/>
        </w:rPr>
        <w:t xml:space="preserve">[26:49] </w:t>
      </w:r>
      <w:r>
        <w:t>yeh bohat bara gunah hai. yeh gunah aadmi kyun karta hai? woh yeh nahi samajh raha hota hai us waqt ke yeh meri baaten Khuda tak pohnch rahi hain.</w:t>
      </w:r>
    </w:p>
    <w:p>
      <w:pPr>
        <w:jc w:val="right"/>
      </w:pPr>
      <w:r>
        <w:t>یہ بہت بڑا گناہ ہے۔ یہ گناہ آدمی کیوں کرتا ہے؟ وہ یہ نہیں سمجھ رہا ہوتا ہے اس وقت کہ یہ میری باتیں خدا تک پہنچ رہی ہیں۔</w:t>
      </w:r>
    </w:p>
    <w:p>
      <w:r>
        <w:rPr>
          <w:b/>
        </w:rPr>
        <w:t xml:space="preserve">[27:01] </w:t>
      </w:r>
      <w:r>
        <w:t>meri baaten Khuda tak pohnch rahi hain.</w:t>
      </w:r>
    </w:p>
    <w:p>
      <w:pPr>
        <w:jc w:val="right"/>
      </w:pPr>
      <w:r>
        <w:t>میری باتیں خدا تک پہنچ رہی ہیں۔</w:t>
      </w:r>
    </w:p>
    <w:p>
      <w:r>
        <w:rPr>
          <w:b/>
        </w:rPr>
        <w:t xml:space="preserve">[27:08] </w:t>
      </w:r>
      <w:r>
        <w:t>to yeh yaqeen sab se bari cheez hai. yani Khuda par imaan jab yaqeen ban jaye. Khuda par imaan aik hai, woh zabaan service.</w:t>
      </w:r>
    </w:p>
    <w:p>
      <w:pPr>
        <w:jc w:val="right"/>
      </w:pPr>
      <w:r>
        <w:t>تو یہ یقین سب سے بڑی چیز ہے۔ یعنی خدا پر ایمان جب یقین بن جائے۔ خدا پر ایمان ایک ہے، وہ زبان سروس۔</w:t>
      </w:r>
    </w:p>
    <w:p>
      <w:r>
        <w:rPr>
          <w:b/>
        </w:rPr>
        <w:t xml:space="preserve">[27:21] </w:t>
      </w:r>
      <w:r>
        <w:t>munh se aadmi ne kalma parh diya. zabaan service ke andar itni taqat nahi hai ke woh aap ke kirdaar mein sama jaye.</w:t>
      </w:r>
    </w:p>
    <w:p>
      <w:pPr>
        <w:jc w:val="right"/>
      </w:pPr>
      <w:r>
        <w:t>منہ سے آدمی نے کلمہ پڑھ دیا۔ زبان سروس کے اندر اتنی طاقت نہیں ہے کہ وہ آپ کے کردار میں سما جائے۔</w:t>
      </w:r>
    </w:p>
    <w:p>
      <w:r>
        <w:rPr>
          <w:b/>
        </w:rPr>
        <w:t xml:space="preserve">[27:32] </w:t>
      </w:r>
      <w:r>
        <w:t>nahi, woh imaan jo dil mein dakhil ho jaye. jis ko kaha gaya Quran mein daakhil ul qalb imaan. jo dil mein dakhil ho jaye.</w:t>
      </w:r>
    </w:p>
    <w:p>
      <w:pPr>
        <w:jc w:val="right"/>
      </w:pPr>
      <w:r>
        <w:t>نہیں، وہ ایمان جو دل میں داخل ہو جائے۔ جس کو کہا گیا قرآن میں دَاخْلُ الْقَلْبِ اِيمَانٌ ۔ جو دل میں داخل ہو جائے۔</w:t>
      </w:r>
    </w:p>
    <w:p>
      <w:r>
        <w:rPr>
          <w:b/>
        </w:rPr>
        <w:t xml:space="preserve">[27:43] </w:t>
      </w:r>
      <w:r>
        <w:t>tab aisa hota hai ke aap har maamle mein sochte hain ke Khuda dekh raha hai, Khuda sun raha hai, Khuda ke farishtay record tayyar kar rahe hain.</w:t>
      </w:r>
    </w:p>
    <w:p>
      <w:pPr>
        <w:jc w:val="right"/>
      </w:pPr>
      <w:r>
        <w:t>تب ایسا ہوتا ہے کہ آپ ہر معاملے میں سوچتے ہیں کہ خدا دیکھ رہا ہے، خدا سن رہا ہے، خدا کے فرشتے ریکارڈ تیار کر رہے ہیں۔</w:t>
      </w:r>
    </w:p>
    <w:p>
      <w:r>
        <w:rPr>
          <w:b/>
        </w:rPr>
        <w:t xml:space="preserve">[27:58] </w:t>
      </w:r>
      <w:r>
        <w:t>yeh sab cheezein aap ko aik jis ko kehte hain aaj kal ki zabaan mein yani speed breaker. to aap ka yeh yaqeen aik qism ka speed breaker ban jata hai.</w:t>
      </w:r>
    </w:p>
    <w:p>
      <w:pPr>
        <w:jc w:val="right"/>
      </w:pPr>
      <w:r>
        <w:t>یہ سب چیزیں آپ کو ایک جس کو کہتے ہیں آج کل کی زبان میں یعنی اسپیڈ بریکر۔ تو آپ کا یہ یقین ایک قسم کا اسپیڈ بریکر بن جاتا ہے۔</w:t>
      </w:r>
    </w:p>
    <w:p>
      <w:r>
        <w:rPr>
          <w:b/>
        </w:rPr>
        <w:t xml:space="preserve">[28:12] </w:t>
      </w:r>
      <w:r>
        <w:t>jo control karta hai aap ko. aap jante hain ke sarkon par jahan speed breaker hote hain to log apni gaariyan sust kar lete hain.</w:t>
      </w:r>
    </w:p>
    <w:p>
      <w:pPr>
        <w:jc w:val="right"/>
      </w:pPr>
      <w:r>
        <w:t>جو کنٹرول کرتا ہے آپ کو۔ آپ جانتے ہیں کہ سڑکوں پر جہاں اسپیڈ بریکر ہوتے ہیں تو لوگ اپنی گاڑیاں سست کر لیتے ہیں۔</w:t>
      </w:r>
    </w:p>
    <w:p>
      <w:r>
        <w:rPr>
          <w:b/>
        </w:rPr>
        <w:t xml:space="preserve">[28:22] </w:t>
      </w:r>
      <w:r>
        <w:t>wahan tez nahi daudate. kabhi rok lete hain.</w:t>
      </w:r>
    </w:p>
    <w:p>
      <w:pPr>
        <w:jc w:val="right"/>
      </w:pPr>
      <w:r>
        <w:t>وہاں تیز نہیں دوڑاتے۔ کبھی روک لیتے ہیں۔</w:t>
      </w:r>
    </w:p>
    <w:p>
      <w:r>
        <w:rPr>
          <w:b/>
        </w:rPr>
        <w:t xml:space="preserve">[28:26] </w:t>
      </w:r>
      <w:r>
        <w:t>to yeh yaqeen ke Khuda mujhe dekh raha hai, Khuda meri baaton ko sun raha hai. yeh aap ke liye speed breaker ban jata hai.</w:t>
      </w:r>
    </w:p>
    <w:p>
      <w:pPr>
        <w:jc w:val="right"/>
      </w:pPr>
      <w:r>
        <w:t>تو یہ یقین کہ خدا مجھے دیکھ رہا ہے، خدا میری باتوں کو سن رہا ہے۔ یہ آپ کے لیے اسپیڈ بریکر بن جاتا ہے۔</w:t>
      </w:r>
    </w:p>
    <w:p>
      <w:r>
        <w:rPr>
          <w:b/>
        </w:rPr>
        <w:t xml:space="preserve">[28:39] </w:t>
      </w:r>
      <w:r>
        <w:t>to yeh hai imaan.</w:t>
      </w:r>
    </w:p>
    <w:p>
      <w:pPr>
        <w:jc w:val="right"/>
      </w:pPr>
      <w:r>
        <w:t>تو یہ ہے ایمان۔</w:t>
      </w:r>
    </w:p>
    <w:p>
      <w:r>
        <w:rPr>
          <w:b/>
        </w:rPr>
        <w:t xml:space="preserve">[28:42] </w:t>
      </w:r>
      <w:r>
        <w:t>imaan jo hai agar sirf talaffuz kalma ho to woh zabaan service hai. aur imaan jab dilon mein dakhil ho jaye, woh yaqeen ban jaye.</w:t>
      </w:r>
    </w:p>
    <w:p>
      <w:pPr>
        <w:jc w:val="right"/>
      </w:pPr>
      <w:r>
        <w:t>ایمان جو ہے اگر صرف تلفظ کلمہ ہو تو وہ زبان سروس ہے۔ اور ایمان جب دلوں میں داخل ہو جائے، وہ یقین بن جائے۔</w:t>
      </w:r>
    </w:p>
    <w:p>
      <w:r>
        <w:rPr>
          <w:b/>
        </w:rPr>
        <w:t xml:space="preserve">[28:54] </w:t>
      </w:r>
      <w:r>
        <w:t>tab woh sacha imaan hai. aur aisa imaan aadmi ko poori tarah apne control mein le leta hai.</w:t>
      </w:r>
    </w:p>
    <w:p>
      <w:pPr>
        <w:jc w:val="right"/>
      </w:pPr>
      <w:r>
        <w:t>تب وہ سچا ایمان ہے۔ اور ایسا ایمان آدمی کو پوری طرح اپنے کنٹرول میں لے لیتا ہے۔</w:t>
      </w:r>
    </w:p>
    <w:p>
      <w:r>
        <w:rPr>
          <w:b/>
        </w:rPr>
        <w:t xml:space="preserve">[29:04] </w:t>
      </w:r>
      <w:r>
        <w:t>is tarah dekhiye, aage ayat number 88 mein aik baat kahi gayi hai.</w:t>
      </w:r>
    </w:p>
    <w:p>
      <w:pPr>
        <w:jc w:val="right"/>
      </w:pPr>
      <w:r>
        <w:t>اس طرح دیکھیے، آگے آیت نمبر 88 میں ایک بات کہی گئی ہے۔</w:t>
      </w:r>
    </w:p>
    <w:p>
      <w:r>
        <w:rPr>
          <w:b/>
        </w:rPr>
        <w:t xml:space="preserve">[29:10] </w:t>
      </w:r>
      <w:r>
        <w:t>Surah Baqarah ki ayat number 88. wahan par Rasool Allah Sal Allahu Alaihi Wasallam jab Madine mein thay to wahan par Yahudi log bhi thay.</w:t>
      </w:r>
    </w:p>
    <w:p>
      <w:pPr>
        <w:jc w:val="right"/>
      </w:pPr>
      <w:r>
        <w:t>سورہ بقرہ کی آیت نمبر 88۔ وہاں پر رسول اللہ صلی اللہ علیہ وسلم جب مدینے میں تھے تو وہاں پر یہودی لوگ بھی تھے۔</w:t>
      </w:r>
    </w:p>
    <w:p>
      <w:r>
        <w:rPr>
          <w:b/>
        </w:rPr>
        <w:t xml:space="preserve">[29:23] </w:t>
      </w:r>
      <w:r>
        <w:t>to Yahudi logon ne aap ki baaton ko suna magar maana nahi.</w:t>
      </w:r>
    </w:p>
    <w:p>
      <w:pPr>
        <w:jc w:val="right"/>
      </w:pPr>
      <w:r>
        <w:t>تو یہودی لوگوں نے آپ کی باتوں کو سنا مگر مانا نہیں۔</w:t>
      </w:r>
    </w:p>
    <w:p>
      <w:r>
        <w:rPr>
          <w:b/>
        </w:rPr>
        <w:t xml:space="preserve">[29:29] </w:t>
      </w:r>
      <w:r>
        <w:t>kuch log to zaroor aisay thay jinhone maana aap ki baat ko. aap ke saathi ban gaye. lekin aksariyat jo thi un ki, us ne aap ki baat nahi maani.</w:t>
      </w:r>
    </w:p>
    <w:p>
      <w:pPr>
        <w:jc w:val="right"/>
      </w:pPr>
      <w:r>
        <w:t>کچھ لوگ تو ضرور ایسے تھے جنہوں نے مانا آپ کی بات کو۔ آپ کے ساتھی بن گئے۔ لیکن اکثریت جو تھی ان کی، اس نے آپ کی بات نہیں مانی۔</w:t>
      </w:r>
    </w:p>
    <w:p>
      <w:r>
        <w:rPr>
          <w:b/>
        </w:rPr>
        <w:t xml:space="preserve">[29:43] </w:t>
      </w:r>
      <w:r>
        <w:t>to woh bohat si baatein kehte thay, us mein se aik baat yeh thi ke qaloobuna ghulf. ghulf ka matlab hota hai ghilaf charha hua, cover charha hua.</w:t>
      </w:r>
    </w:p>
    <w:p>
      <w:pPr>
        <w:jc w:val="right"/>
      </w:pPr>
      <w:r>
        <w:t>تو وہ بہت سی باتیں کہتے تھے، اس میں سے ایک بات یہ تھی کہ قَالُوا قُلُوبُنَا غُلْفٌ ۔ غُلْف کا مطلب ہوتا ہے غلاف چڑھا ہوا، کور چڑھا ہوا۔</w:t>
      </w:r>
    </w:p>
    <w:p>
      <w:r>
        <w:rPr>
          <w:b/>
        </w:rPr>
        <w:t xml:space="preserve">[29:57] </w:t>
      </w:r>
      <w:r>
        <w:t>qaloobuna ghulf. yani Yahudion ne kaha ke hamare dilon par to cover charha hua hai. ghilaf charha hua hai. yeh to aap ki baat hamare dil mein utarne wali nahi hai.</w:t>
      </w:r>
    </w:p>
    <w:p>
      <w:pPr>
        <w:jc w:val="right"/>
      </w:pPr>
      <w:r>
        <w:t>قَالُوا قُلُوبُنَا غُلْفٌ ۔ یعنی یہودیوں نے کہا کہ ہمارے دلوں پر تو کور چڑھا ہوا ہے۔ غلاف چڑھا ہوا ہے۔ یہ تو آپ کی بات ہمارے دل میں اترنے والی نہیں ہے۔</w:t>
      </w:r>
    </w:p>
    <w:p>
      <w:r>
        <w:rPr>
          <w:b/>
        </w:rPr>
        <w:t xml:space="preserve">[30:11] </w:t>
      </w:r>
      <w:r>
        <w:t>yeh Surah Baqarah ki ayat number 88 mein yeh baat kahi gayi hai. us par maine socha ke aakhir unhone jo kaha aisa to kyun kaha? qaloobuna ghulf.</w:t>
      </w:r>
    </w:p>
    <w:p>
      <w:pPr>
        <w:jc w:val="right"/>
      </w:pPr>
      <w:r>
        <w:t>یہ سورہ بقرہ کی آیت نمبر 88 میں یہ بات کہی گئی ہے۔ اس پر میں نے سوچا کہ آخر انہوں نے جو کہا ایسا تو کیوں کہا؟ قُلُوبُنَا غُلْفٌ ۔</w:t>
      </w:r>
    </w:p>
    <w:p>
      <w:r>
        <w:rPr>
          <w:b/>
        </w:rPr>
        <w:t xml:space="preserve">[30:23] </w:t>
      </w:r>
      <w:r>
        <w:t>aap ki baat hamari samajh mein nahi aayegi kyunke hamare dilon par cover charha hua hai.</w:t>
      </w:r>
    </w:p>
    <w:p>
      <w:pPr>
        <w:jc w:val="right"/>
      </w:pPr>
      <w:r>
        <w:t>آپ کی بات ہماری سمجھ میں نہیں آئے گی کیونکہ ہمارے دلوں پر کور چڑھا ہوا ہے۔</w:t>
      </w:r>
    </w:p>
    <w:p>
      <w:r>
        <w:rPr>
          <w:b/>
        </w:rPr>
        <w:t xml:space="preserve">[30:32] </w:t>
      </w:r>
      <w:r>
        <w:t>hamara dil jo hai, woh hamare jo dil hain, woh un par ghilaf charha hua hai. us par ghor karte hue meri samajh mein baat aayi ke woh shart band ho chuke thay apni riwayat mein.</w:t>
      </w:r>
    </w:p>
    <w:p>
      <w:pPr>
        <w:jc w:val="right"/>
      </w:pPr>
      <w:r>
        <w:t>ہمارا دل جو ہے، وہ ہمارے جو دل ہیں، وہ ان پر غلاف چڑھا ہوا ہے۔ اس پر غور کرتے ہوئے میری سمجھ میں بات آئی کہ وہ شرط بند ہو چکے تھے اپنی روایات میں۔</w:t>
      </w:r>
    </w:p>
    <w:p>
      <w:r>
        <w:rPr>
          <w:b/>
        </w:rPr>
        <w:t xml:space="preserve">[30:48] </w:t>
      </w:r>
      <w:r>
        <w:t>qaumi riwayat mein.</w:t>
      </w:r>
    </w:p>
    <w:p>
      <w:pPr>
        <w:jc w:val="right"/>
      </w:pPr>
      <w:r>
        <w:t>قومی روایات میں۔</w:t>
      </w:r>
    </w:p>
    <w:p>
      <w:r>
        <w:rPr>
          <w:b/>
        </w:rPr>
        <w:t xml:space="preserve">[30:50] </w:t>
      </w:r>
      <w:r>
        <w:t>un ka jo aik community culture tha, jo qaumi riwayat thi, aik bigray hue mazhab par thay us waqt woh. woh bigray hue mazhab ki jo riwayat thi, us mein woh shart band ho gaye thay.</w:t>
      </w:r>
    </w:p>
    <w:p>
      <w:pPr>
        <w:jc w:val="right"/>
      </w:pPr>
      <w:r>
        <w:t>ان کا جو ایک کمیونٹی کلچر تھا، جو قومی روایات تھیں، ایک بگڑے ہوئے مذہب پر تھے اس وقت وہ۔ وہ بگڑے ہوئے مذہب کی جو روایات تھیں، اس میں وہ شرط بند ہو گئے تھے۔</w:t>
      </w:r>
    </w:p>
    <w:p>
      <w:r>
        <w:rPr>
          <w:b/>
        </w:rPr>
        <w:t xml:space="preserve">[31:04] </w:t>
      </w:r>
      <w:r>
        <w:t>kyunke isi mein paida hui hai woh. jaisa ke hadees mein aata hai ke aadmi jis khandan mein paida hota hai, usi khandan ka mazhab uska mazhab ban jata hai.</w:t>
      </w:r>
    </w:p>
    <w:p>
      <w:pPr>
        <w:jc w:val="right"/>
      </w:pPr>
      <w:r>
        <w:t>کیونکہ اسی میں پیدا ہوئی ہے وہ۔ جیسا کہ حدیث میں آتا ہے کہ آدمی جس خاندان میں پیدا ہوتا ہے، اسی خاندان کا مذہب اس کا مذہب بن جاتا ہے۔</w:t>
      </w:r>
    </w:p>
    <w:p>
      <w:r>
        <w:rPr>
          <w:b/>
        </w:rPr>
        <w:t xml:space="preserve">[31:15] </w:t>
      </w:r>
      <w:r>
        <w:t>to kaise? shart bandi ke zariye se.</w:t>
      </w:r>
    </w:p>
    <w:p>
      <w:pPr>
        <w:jc w:val="right"/>
      </w:pPr>
      <w:r>
        <w:t>تو کیسے؟ شرط بندی کے ذریعے سے۔</w:t>
      </w:r>
    </w:p>
    <w:p>
      <w:r>
        <w:rPr>
          <w:b/>
        </w:rPr>
        <w:t xml:space="preserve">[31:19] </w:t>
      </w:r>
      <w:r>
        <w:t>to shart bandi ki wajah se woh samajh nahi pa rahe thay koi aur baat us ke siwa jo un ke dil mein baithi hui thi.</w:t>
      </w:r>
    </w:p>
    <w:p>
      <w:pPr>
        <w:jc w:val="right"/>
      </w:pPr>
      <w:r>
        <w:t>تو شرط بندی کی وجہ سے وہ سمجھ نہیں پا رہے تھے کوئی اور بات اس کے سوا جو ان کے دل میں بیٹھی ہوئی تھی۔</w:t>
      </w:r>
    </w:p>
    <w:p>
      <w:r>
        <w:rPr>
          <w:b/>
        </w:rPr>
        <w:t xml:space="preserve">[31:29] </w:t>
      </w:r>
      <w:r>
        <w:t>to samajhte hain ke yeh woh samajhte thay ke khuda ne hamein paka kar diya hai aur ab to hum yani kisi aur baat ko hamara dil nahin maanne par tayyar hota.</w:t>
      </w:r>
    </w:p>
    <w:p>
      <w:pPr>
        <w:jc w:val="right"/>
      </w:pPr>
      <w:r>
        <w:t>تو سمجھتے ہیں کہ یہ وہ سمجھتے تھے کہ خدا نے ہمیں پکا کر دیا ہے اور اب تو ہم یعنی کسی اور بات کو ہمارا دل نہیں ماننے پر تیار ہوتا۔</w:t>
      </w:r>
    </w:p>
    <w:p>
      <w:r>
        <w:rPr>
          <w:b/>
        </w:rPr>
        <w:t xml:space="preserve">[31:40] </w:t>
      </w:r>
      <w:r>
        <w:t>yani is ko woh acha samajh rahe thay. yani musbat mani mein lete thay woh. qulubuna ghulf. qulubuna ghulf ko woh musbat mani mein lete thay.</w:t>
      </w:r>
    </w:p>
    <w:p>
      <w:pPr>
        <w:jc w:val="right"/>
      </w:pPr>
      <w:r>
        <w:t>یعنی اس کو وہ اچھا سمجھ رہے تھے۔ یعنی مثبت معنی میں لیتے تھے وہ۔ قُلُوبُنَا غُلْفٌ ۔ قُلُوبُنَا غُلْف کو وہ مثبت معنی میں لیتے تھے۔</w:t>
      </w:r>
    </w:p>
    <w:p>
      <w:r>
        <w:rPr>
          <w:b/>
        </w:rPr>
        <w:t xml:space="preserve">[31:48] </w:t>
      </w:r>
      <w:r>
        <w:t>yani aap ki baat agar hamari samajh mein nahin aa rahi hai to yeh hamare sath khuda ki barkat hai. ke khuda ne aisa dil bana diya hamara ke koi aur baat is mein na dakhil ho.</w:t>
      </w:r>
    </w:p>
    <w:p>
      <w:pPr>
        <w:jc w:val="right"/>
      </w:pPr>
      <w:r>
        <w:t>یعنی آپ کی بات اگر ہماری سمجھ میں نہیں آ رہی ہے تو یہ ہمارے ساتھ خدا کی برکت ہے۔ کہ خدا نے ایسا دل بنا دیا ہمارا کہ کوئی اور بات اس میں نہ داخل ہو۔</w:t>
      </w:r>
    </w:p>
    <w:p>
      <w:r>
        <w:rPr>
          <w:b/>
        </w:rPr>
        <w:t xml:space="preserve">[32:03] </w:t>
      </w:r>
      <w:r>
        <w:t>to is par maine ghor kiya to meri samajh mein aaya ke apni shart bandi ko woh aik achi baat samajhne lage thay.</w:t>
      </w:r>
    </w:p>
    <w:p>
      <w:pPr>
        <w:jc w:val="right"/>
      </w:pPr>
      <w:r>
        <w:t>تو اس پر میں نے غور کیا تو میری سمجھ میں آیا کہ اپنی شرط بندی کو وہ ایک اچھی بات سمجھنے لگے تھے۔</w:t>
      </w:r>
    </w:p>
    <w:p>
      <w:r>
        <w:rPr>
          <w:b/>
        </w:rPr>
        <w:t xml:space="preserve">[32:11] </w:t>
      </w:r>
      <w:r>
        <w:t>due to their conditioning, they were unable to understand the message of Islam. to is mein unhon ne samjha ke yeh to bari achi baat hai.</w:t>
      </w:r>
    </w:p>
    <w:p>
      <w:pPr>
        <w:jc w:val="right"/>
      </w:pPr>
      <w:r>
        <w:t>Due to their conditioning, they were unable to understand the message of Islam. تو اس میں انہوں نے سمجھا کہ یہ تو بڑی اچھی بات ہے۔</w:t>
      </w:r>
    </w:p>
    <w:p>
      <w:r>
        <w:rPr>
          <w:b/>
        </w:rPr>
        <w:t xml:space="preserve">[32:24] </w:t>
      </w:r>
      <w:r>
        <w:t>kyunke apne mazhab ko, mazhab se murad is bigre hue mazhab. aik bigra hua mazhab.</w:t>
      </w:r>
    </w:p>
    <w:p>
      <w:pPr>
        <w:jc w:val="right"/>
      </w:pPr>
      <w:r>
        <w:t>کیونکہ اپنے مذہب کو، مذہب سے مراد اس بگڑے ہوئے مذہب۔ ایک بگڑا ہوا مذہب۔</w:t>
      </w:r>
    </w:p>
    <w:p>
      <w:r>
        <w:rPr>
          <w:b/>
        </w:rPr>
        <w:t xml:space="preserve">[32:32] </w:t>
      </w:r>
      <w:r>
        <w:t>aik bigri hui rawaiyat mein woh paye barhe. ab woh un ke zehn mein baith gayi.</w:t>
      </w:r>
    </w:p>
    <w:p>
      <w:pPr>
        <w:jc w:val="right"/>
      </w:pPr>
      <w:r>
        <w:t>ایک بگڑی ہوئی روایات میں وہ پلے بڑھے۔ اب وہ ان کے ذہن میں بیٹھ گئی۔</w:t>
      </w:r>
    </w:p>
    <w:p>
      <w:r>
        <w:rPr>
          <w:b/>
        </w:rPr>
        <w:t xml:space="preserve">[32:42] </w:t>
      </w:r>
      <w:r>
        <w:t>ab is ko unhon ne musbat mani mein le liya. ke khuda ne hamein isi mein paka kar diya hai. hamein isi mein pakhta kar diya hai.</w:t>
      </w:r>
    </w:p>
    <w:p>
      <w:pPr>
        <w:jc w:val="right"/>
      </w:pPr>
      <w:r>
        <w:t>اب اس کو انہوں نے مثبت معنی میں لے لیا۔ کہ خدا نے ہمیں اسی میں پکا کر دیا ہے۔ ہمیں اسی میں پختہ کر دیا ہے۔</w:t>
      </w:r>
    </w:p>
    <w:p>
      <w:r>
        <w:rPr>
          <w:b/>
        </w:rPr>
        <w:t xml:space="preserve">[32:52] </w:t>
      </w:r>
      <w:r>
        <w:t>yeh bohat bari bhool thi. aur yeh bhool baad ko bhi baqi jari rehti hai, hamesha.</w:t>
      </w:r>
    </w:p>
    <w:p>
      <w:pPr>
        <w:jc w:val="right"/>
      </w:pPr>
      <w:r>
        <w:t>یہ بہت بڑی بھول تھی۔ اور یہ بھول بعد کو بھی باقی جاری رہتی ہے، ہمیشہ۔</w:t>
      </w:r>
    </w:p>
    <w:p>
      <w:r>
        <w:rPr>
          <w:b/>
        </w:rPr>
        <w:t xml:space="preserve">[32:57] </w:t>
      </w:r>
      <w:r>
        <w:t>yaad rakhiye, aaj bhi isi bhool mein bohat sare log pare hue hain. ke un ka jo shart bandh zehn hai, samajhte hain ke yeh zehn to khuda ne hamein bana diya hai, hum to yani bilkul pakke hain apne tareeqe mein.</w:t>
      </w:r>
    </w:p>
    <w:p>
      <w:pPr>
        <w:jc w:val="right"/>
      </w:pPr>
      <w:r>
        <w:t>یاد رکھیے، آج بھی اسی بھول میں بہت سارے لوگ پڑے ہوئے ہیں۔ کہ ان کا جو شرط بند ذہن ہے، سمجھتے ہیں کہ یہ ذہن تو خدا نے ہمیں بنا دیا ہے، ہم تو یعنی بالکل پکے ہیں اپنے طریقے میں۔</w:t>
      </w:r>
    </w:p>
    <w:p>
      <w:r>
        <w:rPr>
          <w:b/>
        </w:rPr>
        <w:t xml:space="preserve">[33:11] </w:t>
      </w:r>
      <w:r>
        <w:t>hamein kisi aur baat ko samajhna nahin hai. yeh shart bandi ka yeh fitna aaj bhi hai. aisa nahin ke yahoodi ka fitna tha woh.</w:t>
      </w:r>
    </w:p>
    <w:p>
      <w:pPr>
        <w:jc w:val="right"/>
      </w:pPr>
      <w:r>
        <w:t>ہمیں کسی اور بات کو سمجھنا نہیں ہے۔ یہ شرط بندی کا یہ فتنہ آج بھی ہے۔ ایسا نہیں کہ یہودی کا فتنہ تھا وہ۔</w:t>
      </w:r>
    </w:p>
    <w:p>
      <w:r>
        <w:rPr>
          <w:b/>
        </w:rPr>
        <w:t xml:space="preserve">[33:22] </w:t>
      </w:r>
      <w:r>
        <w:t>to jab kisi aadmi ki shart bandi ho jaye kisi cheez mein to kisi aur baat ko samajhne se woh aajiz reh jata hai, samajh nahin pata.</w:t>
      </w:r>
    </w:p>
    <w:p>
      <w:pPr>
        <w:jc w:val="right"/>
      </w:pPr>
      <w:r>
        <w:t>تو جب کسی آدمی کی شرط بندی ہو جائے کسی چیز میں تو کسی اور بات کو سمجھنے سے وہ عاجز رہ جاتا ہے، سمجھ نہیں پاتا۔</w:t>
      </w:r>
    </w:p>
    <w:p>
      <w:r>
        <w:rPr>
          <w:b/>
        </w:rPr>
        <w:t xml:space="preserve">[33:36] </w:t>
      </w:r>
      <w:r>
        <w:t>to yeh aik bohat bara fitna hota hai.</w:t>
      </w:r>
    </w:p>
    <w:p>
      <w:pPr>
        <w:jc w:val="right"/>
      </w:pPr>
      <w:r>
        <w:t>تو یہ ایک بہت بڑا فتنہ ہوتا ہے۔</w:t>
      </w:r>
    </w:p>
    <w:p>
      <w:r>
        <w:rPr>
          <w:b/>
        </w:rPr>
        <w:t xml:space="preserve">[33:40] </w:t>
      </w:r>
      <w:r>
        <w:t>aadmi ko sochna chahiye ke main jo samajh nahin pa raha hoon, halanke is ke liye woh waja pesh kar raha hai, is ke liye woh mantiq pesh kar raha hai, phir bhi mere dil mein woh baat baith nahin rahi hai.</w:t>
      </w:r>
    </w:p>
    <w:p>
      <w:pPr>
        <w:jc w:val="right"/>
      </w:pPr>
      <w:r>
        <w:t>آدمی کو سوچنا چاہیے کہ میں جو سمجھ نہیں پا رہا ہوں، حالانکہ اس کے لیے وہ وجہ پیش کر رہا ہے، اس کے لیے وہ منطق پیش کر رہا ہے، پھر بھی میرے دل میں وہ بات بیٹھ نہیں رہی ہے۔</w:t>
      </w:r>
    </w:p>
    <w:p>
      <w:r>
        <w:rPr>
          <w:b/>
        </w:rPr>
        <w:t xml:space="preserve">[33:55] </w:t>
      </w:r>
      <w:r>
        <w:t>to kyun?</w:t>
      </w:r>
    </w:p>
    <w:p>
      <w:pPr>
        <w:jc w:val="right"/>
      </w:pPr>
      <w:r>
        <w:t>تو کیوں؟</w:t>
      </w:r>
    </w:p>
    <w:p>
      <w:r>
        <w:rPr>
          <w:b/>
        </w:rPr>
        <w:t xml:space="preserve">[33:59] </w:t>
      </w:r>
      <w:r>
        <w:t>hota yahi hai, abhi bhi yahi ho raha hai, aaj kal bhi. ke kitni mantiq de dijiye aap kitni waja d</w:t>
      </w:r>
    </w:p>
    <w:p>
      <w:pPr>
        <w:jc w:val="right"/>
      </w:pPr>
      <w:r>
        <w:t>ہوتا یہی ہے، ابھی بھی یہی ہو رہا ہے، آج کل بھی۔ کہ کتنی منطق دے دیجیے۔ آپ کتنی وجہ د</w:t>
      </w:r>
    </w:p>
    <w:p>
      <w:r>
        <w:rPr>
          <w:b/>
        </w:rPr>
        <w:t xml:space="preserve">[34:10] </w:t>
      </w:r>
      <w:r>
        <w:t>e dijiye. quran o hadith ke kitne hawala jaat de dijiye.</w:t>
      </w:r>
    </w:p>
    <w:p>
      <w:pPr>
        <w:jc w:val="right"/>
      </w:pPr>
      <w:r>
        <w:t>ے دیجیے۔ قرآن و حدیث کے کتنے حوالہ جات دے دیجیے۔</w:t>
      </w:r>
    </w:p>
    <w:p>
      <w:r>
        <w:rPr>
          <w:b/>
        </w:rPr>
        <w:t xml:space="preserve">[34:16] </w:t>
      </w:r>
      <w:r>
        <w:t>log quran o hadith ke hawala jaat aap de dijiye aur log is ka jawab nahin de payenge. lekin manenge nahin. manenge nahin.</w:t>
      </w:r>
    </w:p>
    <w:p>
      <w:pPr>
        <w:jc w:val="right"/>
      </w:pPr>
      <w:r>
        <w:t>لوگ قرآن و حدیث کے حوالہ جات آپ دے دیجیے اور لوگ اس کا جواب نہیں دے پائیں گے۔ لیکن مانیں گے نہیں۔ مانیں گے نہیں۔</w:t>
      </w:r>
    </w:p>
    <w:p>
      <w:r>
        <w:rPr>
          <w:b/>
        </w:rPr>
        <w:t xml:space="preserve">[34:29] </w:t>
      </w:r>
      <w:r>
        <w:t>to kyun manenge nahin? woh manenge nahin, due to their conditioning. lekin is shart bandi ko woh le lete hain musbat mani mein.</w:t>
      </w:r>
    </w:p>
    <w:p>
      <w:pPr>
        <w:jc w:val="right"/>
      </w:pPr>
      <w:r>
        <w:t>تو کیوں مانیں گے نہیں؟ وہ مانیں گے نہیں، due to their conditioning۔ لیکن اس شرط بندی کو وہ لے لیتے ہیں مثبت معنی میں۔</w:t>
      </w:r>
    </w:p>
    <w:p>
      <w:r>
        <w:rPr>
          <w:b/>
        </w:rPr>
        <w:t xml:space="preserve">[34:42] </w:t>
      </w:r>
      <w:r>
        <w:t>ke hamare buzurgon ki baatein, hamare madarson aur masjidon ki baatein, hamare mahaul ki baatein, unhon ne hamein paka kar diya hai, ab hamein kuch aur sunna nahin hai.</w:t>
      </w:r>
    </w:p>
    <w:p>
      <w:pPr>
        <w:jc w:val="right"/>
      </w:pPr>
      <w:r>
        <w:t>کہ ہمارے بزرگوں کی باتیں، ہمارے مدرسوں اور مسجدوں کی باتیں، ہمارے ماحول کی باتیں، انہوں نے ہمیں پکا کر دیا ہے، اب ہمیں کچھ اور سننا نہیں ہے۔</w:t>
      </w:r>
    </w:p>
    <w:p>
      <w:r>
        <w:rPr>
          <w:b/>
        </w:rPr>
        <w:t xml:space="preserve">[34:53] </w:t>
      </w:r>
      <w:r>
        <w:t>halanke woh shart bandi hoti hai.</w:t>
      </w:r>
    </w:p>
    <w:p>
      <w:pPr>
        <w:jc w:val="right"/>
      </w:pPr>
      <w:r>
        <w:t>حالانکہ وہ شرط بندی ہوتی ہے۔</w:t>
      </w:r>
    </w:p>
    <w:p>
      <w:r>
        <w:rPr>
          <w:b/>
        </w:rPr>
        <w:t xml:space="preserve">[34:58] </w:t>
      </w:r>
      <w:r>
        <w:t>to dekhiye, yeh bohat sanjeeda baat hai ke aadmi farq samjhe. sache yaqeen mein aur shart bandi mein.</w:t>
      </w:r>
    </w:p>
    <w:p>
      <w:pPr>
        <w:jc w:val="right"/>
      </w:pPr>
      <w:r>
        <w:t>تو دیکھیے، یہ بہت سنجیدہ بات ہے کہ آدمی فرق سمجھے۔ سچے یقین میں اور شرط بندی میں۔</w:t>
      </w:r>
    </w:p>
    <w:p>
      <w:r>
        <w:rPr>
          <w:b/>
        </w:rPr>
        <w:t xml:space="preserve">[35:12] </w:t>
      </w:r>
      <w:r>
        <w:t>farq samjhe. shart bandi mein aur sache yaqeen mein. yani shart bandi ki waja se aisa hota hai ke aadmi koi baat maan na pa raha ho.</w:t>
      </w:r>
    </w:p>
    <w:p>
      <w:pPr>
        <w:jc w:val="right"/>
      </w:pPr>
      <w:r>
        <w:t>فرق سمجھے۔ شرط بندی میں اور سچے یقین میں۔ یعنی شرط بندی کی وجہ سے ایسا ہوتا ہے کہ آدمی کوئی بات مان نہ پا رہا ہو۔</w:t>
      </w:r>
    </w:p>
    <w:p>
      <w:r>
        <w:rPr>
          <w:b/>
        </w:rPr>
        <w:t xml:space="preserve">[35:24] </w:t>
      </w:r>
      <w:r>
        <w:t>lekin woh koi musbat baat nahin hai.</w:t>
      </w:r>
    </w:p>
    <w:p>
      <w:pPr>
        <w:jc w:val="right"/>
      </w:pPr>
      <w:r>
        <w:t>لیکن وہ کوئی مثبت بات نہیں ہے۔</w:t>
      </w:r>
    </w:p>
    <w:p>
      <w:r>
        <w:rPr>
          <w:b/>
        </w:rPr>
        <w:t xml:space="preserve">[35:28] </w:t>
      </w:r>
      <w:r>
        <w:t>is ko apni shart bandi ko todna chahiye. shart bandi ke dhanchay se bahar aana chahiye. shart bandi ke ghalaf ko phar dena chahiye.</w:t>
      </w:r>
    </w:p>
    <w:p>
      <w:pPr>
        <w:jc w:val="right"/>
      </w:pPr>
      <w:r>
        <w:t>اس کو اپنی شرط بندی کو توڑنا چاہیے۔ شرط بندی کے ڈھانچے سے باہر آنا چاہیے۔ شرط بندی کے غلاف کو پھاڑ دینا چاہیے۔</w:t>
      </w:r>
    </w:p>
    <w:p>
      <w:r>
        <w:rPr>
          <w:b/>
        </w:rPr>
        <w:t xml:space="preserve">[35:39] </w:t>
      </w:r>
      <w:r>
        <w:t>taake sachai is ko saaf saaf dikhai dene lage.</w:t>
      </w:r>
    </w:p>
    <w:p>
      <w:pPr>
        <w:jc w:val="right"/>
      </w:pPr>
      <w:r>
        <w:t>تاکہ سچائی اس کو صاف صاف دکھائی دینے لگے۔</w:t>
      </w:r>
    </w:p>
    <w:p>
      <w:r>
        <w:rPr>
          <w:b/>
        </w:rPr>
        <w:t xml:space="preserve">[35:45] </w:t>
      </w:r>
      <w:r>
        <w:t>yeh bohat bara fitna hai, bohat bari azmaish hai. yeh bohat bara test hai. har aadmi ka. kyunke jaisa ke hadith mein aaya hai ke har aadmi shart band aadmi ban jata hai.</w:t>
      </w:r>
    </w:p>
    <w:p>
      <w:pPr>
        <w:jc w:val="right"/>
      </w:pPr>
      <w:r>
        <w:t>یہ بہت بڑا فتنہ ہے، بہت بڑی آزمائش ہے۔ یہ بہت بڑا ٹیسٹ ہے۔ ہر آدمی کا۔ کیونکہ جیسا کہ حدیث میں آیا ہے کہ ہر آدمی شرط بند آدمی بن جاتا ہے۔</w:t>
      </w:r>
    </w:p>
    <w:p>
      <w:r>
        <w:rPr>
          <w:b/>
        </w:rPr>
        <w:t xml:space="preserve">[36:02] </w:t>
      </w:r>
      <w:r>
        <w:t>kull mauloodin yuladu alal fitrati fa ha bawahu wa ya wubdanih wa majsanih wa nasranih</w:t>
      </w:r>
    </w:p>
    <w:p>
      <w:pPr>
        <w:jc w:val="right"/>
      </w:pPr>
      <w:r>
        <w:t>كُلُّ مَولُودٍ يُولَدُ عَلَى الْفِتْرَةِ فَهَا بَوَاهُ وَيَا وُبِدَانِهِ وَمَجْسَانِهِ وَنَسْرَانِهِ</w:t>
      </w:r>
    </w:p>
    <w:p>
      <w:r>
        <w:rPr>
          <w:b/>
        </w:rPr>
        <w:t xml:space="preserve">[36:09] </w:t>
      </w:r>
      <w:r>
        <w:t>. yani har aadmi kisi khandan mein paida hota hai, wahan kuch riwayat hain, kuch mazhabi rusumat hain. to dheere dheere woh isi mein shart band ho jata hai.</w:t>
      </w:r>
    </w:p>
    <w:p>
      <w:pPr>
        <w:jc w:val="right"/>
      </w:pPr>
      <w:r>
        <w:t>۔ یعنی ہر آدمی کسی خاندان میں پیدا ہوتا ہے، وہاں کچھ روایات ہیں، کچھ مذہبی رسومات ہیں۔ تو دھیرے دھیرے وہ اسی میں شرط بند ہو جاتا ہے۔</w:t>
      </w:r>
    </w:p>
    <w:p>
      <w:r>
        <w:rPr>
          <w:b/>
        </w:rPr>
        <w:t xml:space="preserve">[36:21] </w:t>
      </w:r>
      <w:r>
        <w:t>samajhta hai ke bas yahi mazhab hai, yahi sab kuch hai. ab jab is ke samne sachai laai jati hai to sachai jo hai is mein wajah hoti hai, mantiq hoti hai.</w:t>
      </w:r>
    </w:p>
    <w:p>
      <w:pPr>
        <w:jc w:val="right"/>
      </w:pPr>
      <w:r>
        <w:t>سمجھتا ہے کہ بس یہی مذہب ہے، یہی سب کچھ ہے۔ اب جب اس کے سامنے سچائی لائی جاتی ہے تو سچائی جو ہے اس میں وجہ ہوتی ہے، منطق ہوتی ہے۔</w:t>
      </w:r>
    </w:p>
    <w:p>
      <w:r>
        <w:rPr>
          <w:b/>
        </w:rPr>
        <w:t xml:space="preserve">[36:34] </w:t>
      </w:r>
      <w:r>
        <w:t>quran o hadith ka hawala hota hai.</w:t>
      </w:r>
    </w:p>
    <w:p>
      <w:pPr>
        <w:jc w:val="right"/>
      </w:pPr>
      <w:r>
        <w:t>قرآن و حدیث کا حوالہ ہوتا ہے۔</w:t>
      </w:r>
    </w:p>
    <w:p>
      <w:r>
        <w:rPr>
          <w:b/>
        </w:rPr>
        <w:t xml:space="preserve">[36:37] </w:t>
      </w:r>
      <w:r>
        <w:t>lekin chunke woh shart band ho chuka hai is se pehle to woh baat is ke dil mein baithti nahi. is ke zehn mein dakhil nahi hoti.</w:t>
      </w:r>
    </w:p>
    <w:p>
      <w:pPr>
        <w:jc w:val="right"/>
      </w:pPr>
      <w:r>
        <w:t>لیکن چونکہ وہ شرط بند ہو چکا ہے اس سے پہلے تو وہ بات اس کے دل میں بیٹھتی نہیں۔ اس کے ذہن میں داخل نہیں ہوتی۔</w:t>
      </w:r>
    </w:p>
    <w:p>
      <w:r>
        <w:rPr>
          <w:b/>
        </w:rPr>
        <w:t xml:space="preserve">[36:47] </w:t>
      </w:r>
      <w:r>
        <w:t>to yahan par aadmi ko yeh janna chahiye ke mere dil mein jo yeh baat baith nahi rahi hai, agarche mere paas is ki mantiq ke liye koi tod nahi hai.</w:t>
      </w:r>
    </w:p>
    <w:p>
      <w:pPr>
        <w:jc w:val="right"/>
      </w:pPr>
      <w:r>
        <w:t>تو یہاں پر آدمی کو یہ جاننا چاہیے کہ میرے دل میں جو یہ بات بیٹھ نہیں رہی ہے، اگرچہ میرے پاس اس کی منطق کے لیے کوئی توڑ نہیں ہے۔</w:t>
      </w:r>
    </w:p>
    <w:p>
      <w:r>
        <w:rPr>
          <w:b/>
        </w:rPr>
        <w:t xml:space="preserve">[37:00] </w:t>
      </w:r>
      <w:r>
        <w:t>to yeh hai duty shart bandi.</w:t>
      </w:r>
    </w:p>
    <w:p>
      <w:pPr>
        <w:jc w:val="right"/>
      </w:pPr>
      <w:r>
        <w:t>تو یہ ہے ڈیوٹی شرط بندی۔</w:t>
      </w:r>
    </w:p>
    <w:p>
      <w:r>
        <w:rPr>
          <w:b/>
        </w:rPr>
        <w:t xml:space="preserve">[37:06] </w:t>
      </w:r>
      <w:r>
        <w:t>is liye mujhe apni shart bandi se bahar aana chahiye. shart bandi ka jo ka jo khol hai, jo khaliya hai, shart bandi aadmi ko ek khaliye mein band kar deti hai.</w:t>
      </w:r>
    </w:p>
    <w:p>
      <w:pPr>
        <w:jc w:val="right"/>
      </w:pPr>
      <w:r>
        <w:t>اس لیے مجھے اپنی شرط بندی سے باہر آنا چاہیے۔ شرط بندی کا جو کا جو خول ہے، جو خلیہ ہے، شرط بندی آدمی کو ایک خلیے میں بند کر دیتی ہے۔</w:t>
      </w:r>
    </w:p>
    <w:p>
      <w:r>
        <w:rPr>
          <w:b/>
        </w:rPr>
        <w:t xml:space="preserve">[37:20] </w:t>
      </w:r>
      <w:r>
        <w:t>aise mauqe par aadmi ko yeh karna parega ke woh apni shart bandi ke khaliye se bahar aaye. warna Khuda ke haan woh pakad se bachega nahi woh.</w:t>
      </w:r>
    </w:p>
    <w:p>
      <w:pPr>
        <w:jc w:val="right"/>
      </w:pPr>
      <w:r>
        <w:t>ایسے موقع پر آدمی کو یہ کرنا پڑے گا کہ وہ اپنی شرط بندی کے خلیے سے باہر آئے۔ ورنہ خدا کے ہاں وہ پکڑ سے بچے گا نہیں وہ۔</w:t>
      </w:r>
    </w:p>
    <w:p>
      <w:r>
        <w:rPr>
          <w:b/>
        </w:rPr>
        <w:t xml:space="preserve">[37:33] </w:t>
      </w:r>
      <w:r>
        <w:t>yani shart bandi ke khaliye mein rehna aur cheez hai. aur sharah sadar ke sath quran o hadith ki buniyad par, Khuda ki bheji hui sachai ki buniyad par khara hona, woh aur baat hai.</w:t>
      </w:r>
    </w:p>
    <w:p>
      <w:pPr>
        <w:jc w:val="right"/>
      </w:pPr>
      <w:r>
        <w:t>یعنی شرط بندی کے خلیے میں رہنا اور چیز ہے۔ اور شرح صدر کے ساتھ قرآن و حدیث کی بنیاد پر، خدا کی بھیجی ہوئی سچائی کی بنیاد پر کھڑا ہونا، وہ اور بات ہے۔</w:t>
      </w:r>
    </w:p>
    <w:p>
      <w:r>
        <w:rPr>
          <w:b/>
        </w:rPr>
        <w:t xml:space="preserve">[37:50] </w:t>
      </w:r>
      <w:r>
        <w:t>to har aadmi ko is test par khara hona parta hai. to zaroori hai ke har aadmi apne dil ka jaiza le.</w:t>
      </w:r>
    </w:p>
    <w:p>
      <w:pPr>
        <w:jc w:val="right"/>
      </w:pPr>
      <w:r>
        <w:t>تو ہر آدمی کو اس ٹیسٹ پر کھڑا ہونا پڑتا ہے۔ تو ضروری ہے کہ ہر آدمی اپنے دل کا جائزہ لے۔</w:t>
      </w:r>
    </w:p>
    <w:p>
      <w:r>
        <w:rPr>
          <w:b/>
        </w:rPr>
        <w:t xml:space="preserve">[38:00] </w:t>
      </w:r>
      <w:r>
        <w:t>woh samjhe ke aisa to nahi hai ke mein shart bandi ke khaliye mein band hone ki wajah se baat ko nahi samajh pa raha hoon. agar aisa hai to is shart bandi ko todna chahiye.</w:t>
      </w:r>
    </w:p>
    <w:p>
      <w:pPr>
        <w:jc w:val="right"/>
      </w:pPr>
      <w:r>
        <w:t>وہ سمجھے کہ ایسا تو نہیں ہے کہ میں شرط بندی کے خلیے میں بند ہونے کی وجہ سے بات کو نہیں سمجھ پا رہا ہوں۔ اگر ایسا ہے تو اس شرط بندی کو توڑنا چاہیے۔</w:t>
      </w:r>
    </w:p>
    <w:p>
      <w:r>
        <w:rPr>
          <w:b/>
        </w:rPr>
        <w:t xml:space="preserve">[38:09] </w:t>
      </w:r>
      <w:r>
        <w:t>shart bandi se bahar aa kar ek baat ko samajhna chahiye.</w:t>
      </w:r>
    </w:p>
    <w:p>
      <w:pPr>
        <w:jc w:val="right"/>
      </w:pPr>
      <w:r>
        <w:t>شرط بندی سے باہر آ کر ایک بات کو سمجھنا چاہیے۔</w:t>
      </w:r>
    </w:p>
    <w:p>
      <w:r>
        <w:rPr>
          <w:b/>
        </w:rPr>
        <w:t xml:space="preserve">[38:13] </w:t>
      </w:r>
      <w:r>
        <w:t>aur jab bhi aisa ho ke aadmi ke samne quran ki, hadith ki daleel laai jaye aur us ke paas is ka koi koi ma'qool is ka jawab na ho.</w:t>
      </w:r>
    </w:p>
    <w:p>
      <w:pPr>
        <w:jc w:val="right"/>
      </w:pPr>
      <w:r>
        <w:t>اور جب بھی ایسا ہو کہ آدمی کے سامنے قرآن کی، حدیث کی دلیل لائی جائے اور اس کے پاس اس کا کوئی کوئی معقول اس کا جواب نہ ہو۔</w:t>
      </w:r>
    </w:p>
    <w:p>
      <w:r>
        <w:rPr>
          <w:b/>
        </w:rPr>
        <w:t xml:space="preserve">[38:27] </w:t>
      </w:r>
      <w:r>
        <w:t>to samajh jaye ke yeh mamla meri shart bandi ka hai.</w:t>
      </w:r>
    </w:p>
    <w:p>
      <w:pPr>
        <w:jc w:val="right"/>
      </w:pPr>
      <w:r>
        <w:t>تو سمجھ جائے کہ یہ معاملہ میری شرط بندی کا ہے۔</w:t>
      </w:r>
    </w:p>
    <w:p>
      <w:r>
        <w:rPr>
          <w:b/>
        </w:rPr>
        <w:t xml:space="preserve">[38:33] </w:t>
      </w:r>
      <w:r>
        <w:t>ya to aadmi ke paas mazboot</w:t>
      </w:r>
    </w:p>
    <w:p>
      <w:pPr>
        <w:jc w:val="right"/>
      </w:pPr>
      <w:r>
        <w:t>یا تو آدمی کے پاس مضبوط</w:t>
      </w:r>
    </w:p>
    <w:p>
      <w:r>
        <w:rPr>
          <w:b/>
        </w:rPr>
        <w:t xml:space="preserve">[38:39] </w:t>
      </w:r>
      <w:r>
        <w:t>jawab ho. aur agar mazboot jawab nahi hai to is ka mani yeh hai ke woh shart bandi mein mubtala hai.</w:t>
      </w:r>
    </w:p>
    <w:p>
      <w:pPr>
        <w:jc w:val="right"/>
      </w:pPr>
      <w:r>
        <w:t>جواب ہو۔ اور اگر مضبوط جواب نہیں ہے تو اس کا معنی یہ ہے کہ وہ شرط بندی میں مبتلا ہے۔</w:t>
      </w:r>
    </w:p>
    <w:p>
      <w:r>
        <w:rPr>
          <w:b/>
        </w:rPr>
        <w:t xml:space="preserve">[38:48] </w:t>
      </w:r>
      <w:r>
        <w:t>is ka mani yeh hai ke woh shart bandi ke khaliye mein pada hua hai.</w:t>
      </w:r>
    </w:p>
    <w:p>
      <w:pPr>
        <w:jc w:val="right"/>
      </w:pPr>
      <w:r>
        <w:t>اس کا معنی یہ ہے کہ وہ شرط بندی کے خلیے میں پڑا ہوا ہے۔</w:t>
      </w:r>
    </w:p>
    <w:p>
      <w:r>
        <w:rPr>
          <w:b/>
        </w:rPr>
        <w:t xml:space="preserve">[38:53] </w:t>
      </w:r>
      <w:r>
        <w:t>aise waqt mein is par farz ho jata hai, farz. ke woh apne aap ko shart bandi ke khaliye se bahar laye. taake woh sachai ko dekh sake.</w:t>
      </w:r>
    </w:p>
    <w:p>
      <w:pPr>
        <w:jc w:val="right"/>
      </w:pPr>
      <w:r>
        <w:t>ایسے وقت میں اس پر فرض ہو جاتا ہے، فرض۔ کہ وہ اپنے آپ کو شرط بندی کے خلیے سے باہر لائے۔ تاکہ وہ سچائی کو دیکھ سکے۔</w:t>
      </w:r>
    </w:p>
    <w:p>
      <w:r>
        <w:rPr>
          <w:b/>
        </w:rPr>
        <w:t xml:space="preserve">[39:12] </w:t>
      </w:r>
      <w:r>
        <w:t>is liye ke yeh baat kyun itni zyada sanjeeda hai? is liye ke aage ayat number 89 mein kaha gaya hai.</w:t>
      </w:r>
    </w:p>
    <w:p>
      <w:pPr>
        <w:jc w:val="right"/>
      </w:pPr>
      <w:r>
        <w:t>اس لیے کہ یہ بات کیوں اتنی زیادہ سنجیدہ ہے؟ اس لیے کہ آگے آیت نمبر 89 میں کہا گیا ہے۔</w:t>
      </w:r>
    </w:p>
    <w:p>
      <w:r>
        <w:rPr>
          <w:b/>
        </w:rPr>
        <w:t xml:space="preserve">[39:22] </w:t>
      </w:r>
      <w:r>
        <w:t>ayat aage number isi surah ki ayat 89 mein ke ma arafa kafaroo bi falana tul lahi alal kafireen ma arafa kafaroo bi falana tul lahi alal kafireen.</w:t>
      </w:r>
    </w:p>
    <w:p>
      <w:pPr>
        <w:jc w:val="right"/>
      </w:pPr>
      <w:r>
        <w:t>آیت آگے نمبر اسی سورہ کی آیت 89 میں کہ مَا عَرَفُوا كَفَرُوا بِي فَلَعَنَةُ اللّٰهِ عَلَى الْكَافِرِينَ مَا عَرَفُوا كَفَرُوا بِي فَلَعَنَةُ اللّٰهِ عَلَى الْكَافِرِينَ ۔</w:t>
      </w:r>
    </w:p>
    <w:p>
      <w:r>
        <w:rPr>
          <w:b/>
        </w:rPr>
        <w:t xml:space="preserve">[39:43] </w:t>
      </w:r>
      <w:r>
        <w:t>yani unhon ne un ko marifat hasil hui. unhon ne jana. phir bhi unhon ne inkar kiya.</w:t>
      </w:r>
    </w:p>
    <w:p>
      <w:pPr>
        <w:jc w:val="right"/>
      </w:pPr>
      <w:r>
        <w:t>یعنی انہوں نے ان کو معرفت حاصل ہوئی۔ انہوں نے جانا۔ پھر بھی انہوں نے انکار کیا۔</w:t>
      </w:r>
    </w:p>
    <w:p>
      <w:r>
        <w:rPr>
          <w:b/>
        </w:rPr>
        <w:t xml:space="preserve">[39:53] </w:t>
      </w:r>
      <w:r>
        <w:t>marifat ke baad inkar. yani Khuda ki baat daleel se rakhi gayi un ke samne. is daleel ke wazan ko unhon ne samjha ke yeh daleel bohat hi mazboot daleel hai.</w:t>
      </w:r>
    </w:p>
    <w:p>
      <w:pPr>
        <w:jc w:val="right"/>
      </w:pPr>
      <w:r>
        <w:t>معرفت کے بعد انکار۔ یعنی خدا کی بات دلیل سے رکھی گئی ان کے سامنے۔ اس دلیل کے وزن کو انہوں نے سمجھا کہ یہ دلیل بہت ہی مضبوط دلیل ہے۔</w:t>
      </w:r>
    </w:p>
    <w:p>
      <w:r>
        <w:rPr>
          <w:b/>
        </w:rPr>
        <w:t xml:space="preserve">[40:09] </w:t>
      </w:r>
      <w:r>
        <w:t>lekin phir bhi inkar kiya. aise inkar ke bare mein bari sakht ayat hai. fal'anatullahi 'alal kafirin</w:t>
      </w:r>
    </w:p>
    <w:p>
      <w:pPr>
        <w:jc w:val="right"/>
      </w:pPr>
      <w:r>
        <w:t>لیکن پھر بھی انکار کیا۔ ایسے انکار کے بارے میں بڑی سخت آیت ہے۔ فَلَعَنَةُ اللّٰهِ عَلَى الْكَافِرِينَ</w:t>
      </w:r>
    </w:p>
    <w:p>
      <w:r>
        <w:rPr>
          <w:b/>
        </w:rPr>
        <w:t xml:space="preserve">[40:18] </w:t>
      </w:r>
      <w:r>
        <w:t>. aise inkar ke baad aadmi par khuda ki lanat ho jati hai. lanat. lanat ka matlab hai barkat se door kar dena.</w:t>
      </w:r>
    </w:p>
    <w:p>
      <w:pPr>
        <w:jc w:val="right"/>
      </w:pPr>
      <w:r>
        <w:t>۔ ایسے انکار کے بعد آدمی پر خدا کی لعنت ہو جاتی ہے۔ لعنت۔ لعنت کا مطلب ہے برکت سے دور کر دینا۔</w:t>
      </w:r>
    </w:p>
    <w:p>
      <w:r>
        <w:rPr>
          <w:b/>
        </w:rPr>
        <w:t xml:space="preserve">[40:29] </w:t>
      </w:r>
      <w:r>
        <w:t>khuda ki rehmat se door kar dena.</w:t>
      </w:r>
    </w:p>
    <w:p>
      <w:pPr>
        <w:jc w:val="right"/>
      </w:pPr>
      <w:r>
        <w:t>خدا کی رحمت سے دور کر دینا۔</w:t>
      </w:r>
    </w:p>
    <w:p>
      <w:r>
        <w:rPr>
          <w:b/>
        </w:rPr>
        <w:t xml:space="preserve">[40:34] </w:t>
      </w:r>
      <w:r>
        <w:t>kitni sangin, kitni sanjeeda baat yeh hai.</w:t>
      </w:r>
    </w:p>
    <w:p>
      <w:pPr>
        <w:jc w:val="right"/>
      </w:pPr>
      <w:r>
        <w:t>کتنی سنگین، کتنی سنجیدہ بات یہ ہے۔</w:t>
      </w:r>
    </w:p>
    <w:p>
      <w:r>
        <w:rPr>
          <w:b/>
        </w:rPr>
        <w:t xml:space="preserve">[40:39] </w:t>
      </w:r>
      <w:r>
        <w:t>yeh ayat number 89 se ke baad maloom hoti hai. surah baqarah ki. ke jab aap ko kisi cheez ki pehchan ho jaye.</w:t>
      </w:r>
    </w:p>
    <w:p>
      <w:pPr>
        <w:jc w:val="right"/>
      </w:pPr>
      <w:r>
        <w:t>یہ آیت نمبر 89 سے کے بعد معلوم ہوتی ہے۔ سورہ بقرہ کی۔ کہ جب آپ کو کسی چیز کی پہچان ہو جائے۔</w:t>
      </w:r>
    </w:p>
    <w:p>
      <w:r>
        <w:rPr>
          <w:b/>
        </w:rPr>
        <w:t xml:space="preserve">[40:49] </w:t>
      </w:r>
      <w:r>
        <w:t>dalil se koi baat aap par khul jaye.</w:t>
      </w:r>
    </w:p>
    <w:p>
      <w:pPr>
        <w:jc w:val="right"/>
      </w:pPr>
      <w:r>
        <w:t>دلیل سے کوئی بات آپ پر کھل جائے۔</w:t>
      </w:r>
    </w:p>
    <w:p>
      <w:r>
        <w:rPr>
          <w:b/>
        </w:rPr>
        <w:t xml:space="preserve">[40:55] </w:t>
      </w:r>
      <w:r>
        <w:t>us ke baad bhi aap us ko na manen. us ke baad bhi aap is ka inkar karen.</w:t>
      </w:r>
    </w:p>
    <w:p>
      <w:pPr>
        <w:jc w:val="right"/>
      </w:pPr>
      <w:r>
        <w:t>اس کے بعد بھی آپ اس کو نہ مانیں۔ اس کے بعد بھی آپ اس کا انکار کریں۔</w:t>
      </w:r>
    </w:p>
    <w:p>
      <w:r>
        <w:rPr>
          <w:b/>
        </w:rPr>
        <w:t xml:space="preserve">[41:02] </w:t>
      </w:r>
      <w:r>
        <w:t>to yeh itni zyada sanjeeda baat hai ke aise insan ke upar khuda ki lanat ho jati hai.</w:t>
      </w:r>
    </w:p>
    <w:p>
      <w:pPr>
        <w:jc w:val="right"/>
      </w:pPr>
      <w:r>
        <w:t>تو یہ اتنی زیادہ سنجیدہ بات ہے کہ ایسے انسان کے اوپر خدا کی لعنت ہو جاتی ہے۔</w:t>
      </w:r>
    </w:p>
    <w:p>
      <w:r>
        <w:rPr>
          <w:b/>
        </w:rPr>
        <w:t xml:space="preserve">[41:14] </w:t>
      </w:r>
      <w:r>
        <w:t>yeh ayat number 89 mein aap dekh sakte hain.</w:t>
      </w:r>
    </w:p>
    <w:p>
      <w:pPr>
        <w:jc w:val="right"/>
      </w:pPr>
      <w:r>
        <w:t>یہ آیت نمبر 89 میں آپ دیکھ سکتے ہیں۔</w:t>
      </w:r>
    </w:p>
    <w:p>
      <w:r>
        <w:rPr>
          <w:b/>
        </w:rPr>
        <w:t xml:space="preserve">[41:20] </w:t>
      </w:r>
      <w:r>
        <w:t>to aadmi ko bohat zyada darna chahiye aisi surat-e-haal se. ke us ke samne quran ke hawalejat diye gaye.</w:t>
      </w:r>
    </w:p>
    <w:p>
      <w:pPr>
        <w:jc w:val="right"/>
      </w:pPr>
      <w:r>
        <w:t>تو آدمی کو بہت زیادہ ڈرنا چاہیے ایسی صورتحال سے۔ کہ اس کے سامنے قرآن کے حوالہ جات دیے گئے۔</w:t>
      </w:r>
    </w:p>
    <w:p>
      <w:r>
        <w:rPr>
          <w:b/>
        </w:rPr>
        <w:t xml:space="preserve">[41:31] </w:t>
      </w:r>
      <w:r>
        <w:t>hadith ke hawalejat diye gaye. aur us ka matlab bataya gaya ke is ka matlab yeh hai. to aadmi ke pas is matlab ko mustarad karne ke liye, radd karne ke liye koi koi mazboot wajah bhi nahi hai.</w:t>
      </w:r>
    </w:p>
    <w:p>
      <w:pPr>
        <w:jc w:val="right"/>
      </w:pPr>
      <w:r>
        <w:t>حدیث کے حوالہ جات دیے گئے۔ اور اس کا مطلب بتایا گیا کہ اس کا مطلب یہ ہے۔ تو آدمی کے پاس اس مطلب کو مسترد کرنے کے لیے، رد کرنے کے لیے کوئی کوئی مضبوط وجہ بھی نہیں ہے۔</w:t>
      </w:r>
    </w:p>
    <w:p>
      <w:r>
        <w:rPr>
          <w:b/>
        </w:rPr>
        <w:t xml:space="preserve">[41:51] </w:t>
      </w:r>
      <w:r>
        <w:t>yani quran se aur hadith se ek baat pesh ki gayi. aur insan ke pas koi mazboot wajah nahi hai ke woh kyun is ko na manay.</w:t>
      </w:r>
    </w:p>
    <w:p>
      <w:pPr>
        <w:jc w:val="right"/>
      </w:pPr>
      <w:r>
        <w:t>یعنی قرآن سے اور حدیث سے ایک بات پیش کی گئی۔ اور انسان کے پاس کوئی مضبوط وجہ نہیں ہے کہ وہ کیوں اس کو نہ مانے۔</w:t>
      </w:r>
    </w:p>
    <w:p>
      <w:r>
        <w:rPr>
          <w:b/>
        </w:rPr>
        <w:t xml:space="preserve">[42:03] </w:t>
      </w:r>
      <w:r>
        <w:t>lekin phir bhi woh nahi manta. kyunke is ka koi dilchaspi is mein kam ho rahi hoti hai. is ka ana jo hai is mein jhukna parta hai is ko kisi ke aage.</w:t>
      </w:r>
    </w:p>
    <w:p>
      <w:pPr>
        <w:jc w:val="right"/>
      </w:pPr>
      <w:r>
        <w:t>لیکن پھر بھی وہ نہیں مانتا۔ کیونکہ اس کا کوئی دلچسپی اس میں کم ہو رہی ہوتی ہے۔ اس کا انا جو ہے اس میں جھکنا پڑتا ہے اس کو کسی کے آگے۔</w:t>
      </w:r>
    </w:p>
    <w:p>
      <w:r>
        <w:rPr>
          <w:b/>
        </w:rPr>
        <w:t xml:space="preserve">[42:17] </w:t>
      </w:r>
      <w:r>
        <w:t>dekhiye, jab bhi koi baat dalil se poori tarah se khol di jaye. phir bhi aadmi na manay. to yeh sadah baat nahi hoti hai.</w:t>
      </w:r>
    </w:p>
    <w:p>
      <w:pPr>
        <w:jc w:val="right"/>
      </w:pPr>
      <w:r>
        <w:t>دیکھیے، جب بھی کوئی بات دلیل سے پوری طرح سے کھول دی جائے۔ پھر بھی آدمی نہ مانے۔ تو یہ سادہ بات نہیں ہوتی ہے۔</w:t>
      </w:r>
    </w:p>
    <w:p>
      <w:r>
        <w:rPr>
          <w:b/>
        </w:rPr>
        <w:t xml:space="preserve">[42:30] </w:t>
      </w:r>
      <w:r>
        <w:t>yeh sadah baat nahi hoti hai. is ka mani yeh hai ke aadmi kisi apne dilchaspi ko bachane ke liye woh nahi man raha hai. aadmi apne ana ko bachane ke liye nahi man raha hai.</w:t>
      </w:r>
    </w:p>
    <w:p>
      <w:pPr>
        <w:jc w:val="right"/>
      </w:pPr>
      <w:r>
        <w:t>یہ سادہ بات نہیں ہوتی ہے۔ اس کا معنی یہ ہے کہ آدمی کسی اپنے دلچسپی کو بچانے کے لیے وہ نہیں مان رہا ہے۔ آدمی اپنے انا کو بچانے کے لیے نہیں مان رہا ہے۔</w:t>
      </w:r>
    </w:p>
    <w:p>
      <w:r>
        <w:rPr>
          <w:b/>
        </w:rPr>
        <w:t xml:space="preserve">[42:44] </w:t>
      </w:r>
      <w:r>
        <w:t>aadmi yeh samajhta hai ke mujhe surrender karna parega. ke mujhe jhukna parega. is liye woh nahi man raha hai. achi tarah is ko janna chahiye ke jab bhi koi baat</w:t>
      </w:r>
    </w:p>
    <w:p>
      <w:pPr>
        <w:jc w:val="right"/>
      </w:pPr>
      <w:r>
        <w:t>آدمی یہ سمجھتا ہے کہ مجھے سرنڈر کرنا پڑے گا۔ کہ مجھے جھکنا پڑے گا۔ اس لیے وہ نہیں مان رہا ہے۔ اچھی طرح اس کو جاننا چاہیے کہ جب بھی کوئی بات</w:t>
      </w:r>
    </w:p>
    <w:p>
      <w:r>
        <w:rPr>
          <w:b/>
        </w:rPr>
        <w:t xml:space="preserve">[42:58] </w:t>
      </w:r>
      <w:r>
        <w:t>dalil se yani quran se aur hadith se khol di jaye. phir bhi aadmi koi bemani baat pesh kare.</w:t>
      </w:r>
    </w:p>
    <w:p>
      <w:pPr>
        <w:jc w:val="right"/>
      </w:pPr>
      <w:r>
        <w:t>دلیل سے یعنی قرآن سے اور حدیث سے کھول دی جائے۔ پھر بھی آدمی کوئی بے معنی بات پیش کرے۔</w:t>
      </w:r>
    </w:p>
    <w:p>
      <w:r>
        <w:rPr>
          <w:b/>
        </w:rPr>
        <w:t xml:space="preserve">[43:08] </w:t>
      </w:r>
      <w:r>
        <w:t>idhar udhar ki batein kare.</w:t>
      </w:r>
    </w:p>
    <w:p>
      <w:pPr>
        <w:jc w:val="right"/>
      </w:pPr>
      <w:r>
        <w:t>ادھر ادھر کی باتیں کرے۔</w:t>
      </w:r>
    </w:p>
    <w:p>
      <w:r>
        <w:rPr>
          <w:b/>
        </w:rPr>
        <w:t xml:space="preserve">[43:12] </w:t>
      </w:r>
      <w:r>
        <w:t>yeh sab to sadah batein hongi yeh. is ke peeche koi bohat bari kamzori hogi. woh kamzori kya hai?</w:t>
      </w:r>
    </w:p>
    <w:p>
      <w:pPr>
        <w:jc w:val="right"/>
      </w:pPr>
      <w:r>
        <w:t>یہ سب تو سادہ باتیں ہوں گی یہ۔ اس کے پیچھے کوئی بہت بڑی کمزوری ہوگی۔ وہ کمزوری کیا ہے؟</w:t>
      </w:r>
    </w:p>
    <w:p>
      <w:r>
        <w:rPr>
          <w:b/>
        </w:rPr>
        <w:t xml:space="preserve">[43:21] </w:t>
      </w:r>
      <w:r>
        <w:t>apne dilchaspi. apne bal bachon ka mustaqbil. apna ana. apni izzat.</w:t>
      </w:r>
    </w:p>
    <w:p>
      <w:pPr>
        <w:jc w:val="right"/>
      </w:pPr>
      <w:r>
        <w:t>اپنے دلچسپی۔ اپنے بال بچوں کا مستقبل۔ اپنا انا۔ اپنی عزت۔</w:t>
      </w:r>
    </w:p>
    <w:p>
      <w:r>
        <w:rPr>
          <w:b/>
        </w:rPr>
        <w:t xml:space="preserve">[43:32] </w:t>
      </w:r>
      <w:r>
        <w:t>apni position. is tarah ki cheezon ka khayal aadmi aane lagta hai. ke mein kaise jhukoon?</w:t>
      </w:r>
    </w:p>
    <w:p>
      <w:pPr>
        <w:jc w:val="right"/>
      </w:pPr>
      <w:r>
        <w:t>اپنی پوزیشن۔ اس طرح کی چیزوں کا خیال آدمی آنے لگتا ہے۔ کہ میں کیسے جھکوں؟</w:t>
      </w:r>
    </w:p>
    <w:p>
      <w:r>
        <w:rPr>
          <w:b/>
        </w:rPr>
        <w:t xml:space="preserve">[43:42] </w:t>
      </w:r>
      <w:r>
        <w:t>kaise apne dilchaspi ko kam karoon? is bina par woh inkar kar deta hai.</w:t>
      </w:r>
    </w:p>
    <w:p>
      <w:pPr>
        <w:jc w:val="right"/>
      </w:pPr>
      <w:r>
        <w:t>کیسے اپنے دلچسپی کو کم کروں؟ اس بنا پر وہ انکار کر دیتا ہے۔</w:t>
      </w:r>
    </w:p>
    <w:p>
      <w:r>
        <w:rPr>
          <w:b/>
        </w:rPr>
        <w:t xml:space="preserve">[43:49] </w:t>
      </w:r>
      <w:r>
        <w:t>to marifat ke baad inkar itni zyada buri cheez hai. ke farmaya ke fal'anatullahi 'alal kafirin .</w:t>
      </w:r>
    </w:p>
    <w:p>
      <w:pPr>
        <w:jc w:val="right"/>
      </w:pPr>
      <w:r>
        <w:t>تو معرفت کے بعد انکار اتنی زیادہ بری چیز ہے۔ کہ فرمایا کہ فَلَعَنَتُ اللّٰهِ عَلَى الْكَافِرِينَ ۔</w:t>
      </w:r>
    </w:p>
    <w:p>
      <w:r>
        <w:rPr>
          <w:b/>
        </w:rPr>
        <w:t xml:space="preserve">[44:01] </w:t>
      </w:r>
      <w:r>
        <w:t>yani jo log is tarah inkar karen ke marifat hone ke baad phir bhi woh munkir ban jayen. to phir woh khuda ki lanat ke mustahiq ban jate hain.</w:t>
      </w:r>
    </w:p>
    <w:p>
      <w:pPr>
        <w:jc w:val="right"/>
      </w:pPr>
      <w:r>
        <w:t>یعنی جو لوگ اس طرح انکار کریں کہ معرفت ہونے کے بعد پھر بھی وہ منکر بن جائیں۔ تو پھر وہ خدا کی لعنت کے مستحق بن جاتے ہیں۔</w:t>
      </w:r>
    </w:p>
    <w:p>
      <w:r>
        <w:rPr>
          <w:b/>
        </w:rPr>
        <w:t xml:space="preserve">[44:17] </w:t>
      </w:r>
      <w:r>
        <w:t>lanat ka matlab hai khuda ki barkat se door kar diye jate hain. khuda ki rehmat phir un ke pas nahi ati.</w:t>
      </w:r>
    </w:p>
    <w:p>
      <w:pPr>
        <w:jc w:val="right"/>
      </w:pPr>
      <w:r>
        <w:t>لعنت کا مطلب ہے خدا کی برکت سے دور کر دیے جاتے ہیں۔ خدا کی رحمت پھر ان کے پاس نہیں آتی۔</w:t>
      </w:r>
    </w:p>
    <w:p>
      <w:r>
        <w:rPr>
          <w:b/>
        </w:rPr>
        <w:t xml:space="preserve">[44:28] </w:t>
      </w:r>
      <w:r>
        <w:t>ab sochiye ke kitna bara khatra hai.</w:t>
      </w:r>
    </w:p>
    <w:p>
      <w:pPr>
        <w:jc w:val="right"/>
      </w:pPr>
      <w:r>
        <w:t>اب سوچیے کہ کتنا بڑا خطرہ ہے۔</w:t>
      </w:r>
    </w:p>
    <w:p>
      <w:r>
        <w:rPr>
          <w:b/>
        </w:rPr>
        <w:t xml:space="preserve">[44:33] </w:t>
      </w:r>
      <w:r>
        <w:t>kitna bara khatra hai.</w:t>
      </w:r>
    </w:p>
    <w:p>
      <w:pPr>
        <w:jc w:val="right"/>
      </w:pPr>
      <w:r>
        <w:t>کتنا بڑا خطرہ ہے۔</w:t>
      </w:r>
    </w:p>
    <w:p>
      <w:r>
        <w:rPr>
          <w:b/>
        </w:rPr>
        <w:t xml:space="preserve">[44:37] </w:t>
      </w:r>
      <w:r>
        <w:t>jab aadmi quran ki baat ko daleel se kaat na sake. hadith ki baat ko woh daleel se radd na kar sake.</w:t>
      </w:r>
    </w:p>
    <w:p>
      <w:pPr>
        <w:jc w:val="right"/>
      </w:pPr>
      <w:r>
        <w:t>جب آدمی قرآن کی بات کو دلیل سے کاٹ نہ سکے۔ حدیث کی بات کو وہ دلیل سے رد نہ کر سکے۔</w:t>
      </w:r>
    </w:p>
    <w:p>
      <w:r>
        <w:rPr>
          <w:b/>
        </w:rPr>
        <w:t xml:space="preserve">[44:48] </w:t>
      </w:r>
      <w:r>
        <w:t>aur phir bhi woh na maane. phir bhi woh is ka inkar karta rahe. to woh apne aap ko aik bohat bare khatre mein daal raha hai.</w:t>
      </w:r>
    </w:p>
    <w:p>
      <w:pPr>
        <w:jc w:val="right"/>
      </w:pPr>
      <w:r>
        <w:t>اور پھر بھی وہ نہ مانے۔ پھر بھی وہ اس کا انکار کرتا رہے۔ تو وہ اپنے آپ کو ایک بہت بڑے خطرے میں ڈال رہا ہے۔</w:t>
      </w:r>
    </w:p>
    <w:p>
      <w:r>
        <w:rPr>
          <w:b/>
        </w:rPr>
        <w:t xml:space="preserve">[44:59] </w:t>
      </w:r>
      <w:r>
        <w:t>woh khatra kya? ke khuda ki rehmat se woh mehroom ho jaye. khuda ki barkat us ko na pohanchay.</w:t>
      </w:r>
    </w:p>
    <w:p>
      <w:pPr>
        <w:jc w:val="right"/>
      </w:pPr>
      <w:r>
        <w:t>وہ خطرہ کیا؟ کہ خدا کی رحمت سے وہ محروم ہو جائے۔ خدا کی برکت اس کو نہ پہنچے۔</w:t>
      </w:r>
    </w:p>
    <w:p>
      <w:r>
        <w:rPr>
          <w:b/>
        </w:rPr>
        <w:t xml:space="preserve">[45:07] </w:t>
      </w:r>
      <w:r>
        <w:t>ab bataiye ke is dunya mein jo khuda ki dunya hai yeh. sab kuch khuda ke hath mein hai. hum saans lete hain.</w:t>
      </w:r>
    </w:p>
    <w:p>
      <w:pPr>
        <w:jc w:val="right"/>
      </w:pPr>
      <w:r>
        <w:t>اب بتائیے کہ اس دنیا میں جو خدا کی دنیا ہے یہ۔ سب کچھ خدا کے ہاتھ میں ہے۔ ہم سانس لیتے ہیں۔</w:t>
      </w:r>
    </w:p>
    <w:p>
      <w:r>
        <w:rPr>
          <w:b/>
        </w:rPr>
        <w:t xml:space="preserve">[45:17] </w:t>
      </w:r>
      <w:r>
        <w:t>aur hawa hamare paas aati hai. oxygen faraham karti hai. subah sham. woh kon karta hai? woh khuda karta hai. suraj ki roshni aati hai, woh kon bhejta hai?</w:t>
      </w:r>
    </w:p>
    <w:p>
      <w:pPr>
        <w:jc w:val="right"/>
      </w:pPr>
      <w:r>
        <w:t>اور ہوا ہمارے پاس آتی ہے۔ آکسیجن فراہم کرتی ہے۔ صبح شام۔ وہ کون کرتا ہے؟ وہ خدا کرتا ہے۔ سورج کی روشنی آتی ہے، وہ کون بھیجتا ہے؟</w:t>
      </w:r>
    </w:p>
    <w:p>
      <w:r>
        <w:rPr>
          <w:b/>
        </w:rPr>
        <w:t xml:space="preserve">[45:28] </w:t>
      </w:r>
      <w:r>
        <w:t>khuda bhejta hai. to aise khuda ki rehmat se mehroomi.</w:t>
      </w:r>
    </w:p>
    <w:p>
      <w:pPr>
        <w:jc w:val="right"/>
      </w:pPr>
      <w:r>
        <w:t>خدا بھیجتا ہے۔ تو ایسے خدا کی رحمت سے محرومی۔</w:t>
      </w:r>
    </w:p>
    <w:p>
      <w:r>
        <w:rPr>
          <w:b/>
        </w:rPr>
        <w:t xml:space="preserve">[45:37] </w:t>
      </w:r>
      <w:r>
        <w:t>aap sochiye kitni bari mehroomi hai.</w:t>
      </w:r>
    </w:p>
    <w:p>
      <w:pPr>
        <w:jc w:val="right"/>
      </w:pPr>
      <w:r>
        <w:t>آپ سوچیے کتنی بڑی محرومی ہے۔</w:t>
      </w:r>
    </w:p>
    <w:p>
      <w:r>
        <w:rPr>
          <w:b/>
        </w:rPr>
        <w:t xml:space="preserve">[45:43] </w:t>
      </w:r>
      <w:r>
        <w:t>is liye aadmi ko bohat ziyada sanjeeda hona chahiye. bohat ziyada sajda hona chahiye.</w:t>
      </w:r>
    </w:p>
    <w:p>
      <w:pPr>
        <w:jc w:val="right"/>
      </w:pPr>
      <w:r>
        <w:t>اس لیے آدمی کو بہت زیادہ سنجیدہ ہونا چاہیے۔ بہت زیادہ سجدہ ہونا چاہیے۔</w:t>
      </w:r>
    </w:p>
    <w:p>
      <w:r>
        <w:rPr>
          <w:b/>
        </w:rPr>
        <w:t xml:space="preserve">[45:53] </w:t>
      </w:r>
      <w:r>
        <w:t>aisi baaton ke moqay par.</w:t>
      </w:r>
    </w:p>
    <w:p>
      <w:pPr>
        <w:jc w:val="right"/>
      </w:pPr>
      <w:r>
        <w:t>ایسی باتوں کے موقع پر۔</w:t>
      </w:r>
    </w:p>
    <w:p>
      <w:r>
        <w:rPr>
          <w:b/>
        </w:rPr>
        <w:t xml:space="preserve">[46:01] </w:t>
      </w:r>
      <w:r>
        <w:t>dekhiye, yahood ke bare mein aik aik baat yahan batai gayi hai quran majeed mein.</w:t>
      </w:r>
    </w:p>
    <w:p>
      <w:pPr>
        <w:jc w:val="right"/>
      </w:pPr>
      <w:r>
        <w:t>دیکھیے، یہود کے بارے میں ایک ایک بات یہاں بتائی گئی ہے قرآن مجید میں۔</w:t>
      </w:r>
    </w:p>
    <w:p>
      <w:r>
        <w:rPr>
          <w:b/>
        </w:rPr>
        <w:t xml:space="preserve">[46:07] </w:t>
      </w:r>
      <w:r>
        <w:t>ayat number 102. 102 mein. surah baqarah ki 102 ayat mein yeh kahi gayi hai.</w:t>
      </w:r>
    </w:p>
    <w:p>
      <w:pPr>
        <w:jc w:val="right"/>
      </w:pPr>
      <w:r>
        <w:t>آیت نمبر 102۔ 102 میں۔ سورہ بقرہ کی 102 آیت میں یہ کہی گئی ہے۔</w:t>
      </w:r>
    </w:p>
    <w:p>
      <w:r>
        <w:rPr>
          <w:b/>
        </w:rPr>
        <w:t xml:space="preserve">[46:18] </w:t>
      </w:r>
      <w:r>
        <w:t>yahood ke bare mein. ke yataallamoona minhum wa yufarriqoona baina-nar-wa-zawj</w:t>
      </w:r>
    </w:p>
    <w:p>
      <w:pPr>
        <w:jc w:val="right"/>
      </w:pPr>
      <w:r>
        <w:t>یہود کے بارے میں۔ کہ يَتَعَلَّمُونَ مِنْهَمْ وَيُفَرِّقُونَ بَيِّ بَنَرٍ وَزَوْجٍ</w:t>
      </w:r>
    </w:p>
    <w:p>
      <w:r>
        <w:rPr>
          <w:b/>
        </w:rPr>
        <w:t xml:space="preserve">[46:28] </w:t>
      </w:r>
      <w:r>
        <w:t>. woh seekhte thay un se. yeh haroot maroot ka qissa hai jo babal mein bheje gaye thay. aik fitnay ke taur par.</w:t>
      </w:r>
    </w:p>
    <w:p>
      <w:pPr>
        <w:jc w:val="right"/>
      </w:pPr>
      <w:r>
        <w:t>۔ وہ سیکھتے تھے ان سے۔ یہ ہاروت ماروت کا قصہ ہے جو بابل میں بھیجے گئے تھے۔ ایک فتنے کے طور پر۔</w:t>
      </w:r>
    </w:p>
    <w:p>
      <w:r>
        <w:rPr>
          <w:b/>
        </w:rPr>
        <w:t xml:space="preserve">[46:39] </w:t>
      </w:r>
      <w:r>
        <w:t>to woh sikhate thay logon ko kuch jadu waghera ki baatein. to yahood log ja kar bare shauq se seekhte thay is ko. to farmaya ke woh un se seekhte thay aisi baatein.</w:t>
      </w:r>
    </w:p>
    <w:p>
      <w:pPr>
        <w:jc w:val="right"/>
      </w:pPr>
      <w:r>
        <w:t>تو وہ سکھاتے تھے لوگوں کو کچھ جادو وغیرہ کی باتیں۔ تو یہود لوگ جا کر بڑے شوق سے سیکھتے تھے اس کو۔ تو فرمایا کہ وہ ان سے سیکھتے تھے ایسی باتیں۔</w:t>
      </w:r>
    </w:p>
    <w:p>
      <w:r>
        <w:rPr>
          <w:b/>
        </w:rPr>
        <w:t xml:space="preserve">[46:49] </w:t>
      </w:r>
      <w:r>
        <w:t>jis se woh shohar aur biwi mein farq daal saken.</w:t>
      </w:r>
    </w:p>
    <w:p>
      <w:pPr>
        <w:jc w:val="right"/>
      </w:pPr>
      <w:r>
        <w:t>جس سے وہ شوہر اور بیوی میں فرق ڈال سکیں۔</w:t>
      </w:r>
    </w:p>
    <w:p>
      <w:r>
        <w:rPr>
          <w:b/>
        </w:rPr>
        <w:t xml:space="preserve">[46:56] </w:t>
      </w:r>
      <w:r>
        <w:t>shohar ko biwi se aur biwi ko shohar se door kar de. yeh ayat number 102 mein hai. to yeh baat sirf shohar biwi ki nahi hai.</w:t>
      </w:r>
    </w:p>
    <w:p>
      <w:pPr>
        <w:jc w:val="right"/>
      </w:pPr>
      <w:r>
        <w:t>شوہر کو بیوی سے اور بیوی کو شوہر سے دور کر دے۔ یہ آیت نمبر 102 میں ہے۔ تو یہ بات صرف شوہر بیوی کی نہیں ہے۔</w:t>
      </w:r>
    </w:p>
    <w:p>
      <w:r>
        <w:rPr>
          <w:b/>
        </w:rPr>
        <w:t xml:space="preserve">[47:06] </w:t>
      </w:r>
      <w:r>
        <w:t>yeh jo amliyat hoti hain. amliyat. yeh dua, taweez, uganda, yeh sab jo hota hai. aaj bhi sab jaari hai har jagah.</w:t>
      </w:r>
    </w:p>
    <w:p>
      <w:pPr>
        <w:jc w:val="right"/>
      </w:pPr>
      <w:r>
        <w:t>یہ جو عملیات ہوتی ہیں۔ عملیات۔ یہ دعا، تعویذ، اوگنڈا، یہ سب جو ہوتا ہے۔ آج بھی سب جاری ہے ہر جگہ۔</w:t>
      </w:r>
    </w:p>
    <w:p>
      <w:r>
        <w:rPr>
          <w:b/>
        </w:rPr>
        <w:t xml:space="preserve">[47:16] </w:t>
      </w:r>
      <w:r>
        <w:t>to hum hamesha is ko log manfi is mein istemal karte hain. manfi maani mein istemal karte hain.</w:t>
      </w:r>
    </w:p>
    <w:p>
      <w:pPr>
        <w:jc w:val="right"/>
      </w:pPr>
      <w:r>
        <w:t>تو ہم ہمیشہ اس کو لوگ منفی اس میں استعمال کرتے ہیں۔ منفی معنی میں استعمال کرتے ہیں۔</w:t>
      </w:r>
    </w:p>
    <w:p>
      <w:r>
        <w:rPr>
          <w:b/>
        </w:rPr>
        <w:t xml:space="preserve">[47:25] </w:t>
      </w:r>
      <w:r>
        <w:t>kisi ke dil ko kisi se pher dena. kisi ke kisi se bigaad paida kar dena. kisi ke taaluq ko tod dena. yeh saare amliyat aur saare jo yeh jo</w:t>
      </w:r>
    </w:p>
    <w:p>
      <w:pPr>
        <w:jc w:val="right"/>
      </w:pPr>
      <w:r>
        <w:t>کسی کے دل کو کسی سے پھیر دینا۔ کسی کے کسی سے بگاڑ پیدا کر دینا۔ کسی کے تعلق کو توڑ دینا۔ یہ سارے عملیات اور سارے جو یہ جو</w:t>
      </w:r>
    </w:p>
    <w:p>
      <w:r>
        <w:rPr>
          <w:b/>
        </w:rPr>
        <w:t xml:space="preserve">[47:42] </w:t>
      </w:r>
      <w:r>
        <w:t>karobar kiya jata hai. is qism ka. woh hamesha manfi maqsad ke liye hota hai.</w:t>
      </w:r>
    </w:p>
    <w:p>
      <w:pPr>
        <w:jc w:val="right"/>
      </w:pPr>
      <w:r>
        <w:t>کاروبار کیا جاتا ہے۔ اس قسم کا۔ وہ ہمیشہ منفی مقصد کے لیے ہوتا ہے۔</w:t>
      </w:r>
    </w:p>
    <w:p>
      <w:r>
        <w:rPr>
          <w:b/>
        </w:rPr>
        <w:t xml:space="preserve">[47:51] </w:t>
      </w:r>
      <w:r>
        <w:t>aik aadmi pohanchay ga ke mera yeh kaam kar do. aur woh dua, taweez karen ge. woh amliyat ka aik silsila qaim karen ge.</w:t>
      </w:r>
    </w:p>
    <w:p>
      <w:pPr>
        <w:jc w:val="right"/>
      </w:pPr>
      <w:r>
        <w:t>ایک آدمی پہنچے گا کہ میرا یہ کام کر دو۔ اور وہ دعا، تعویذ کریں گے۔ وہ عملیات کا ایک سلسلہ قائم کریں گے۔</w:t>
      </w:r>
    </w:p>
    <w:p>
      <w:r>
        <w:rPr>
          <w:b/>
        </w:rPr>
        <w:t xml:space="preserve">[48:03] </w:t>
      </w:r>
      <w:r>
        <w:t>is liye manfi maqsad ke liye.</w:t>
      </w:r>
    </w:p>
    <w:p>
      <w:pPr>
        <w:jc w:val="right"/>
      </w:pPr>
      <w:r>
        <w:t>اس لیے منفی مقصد کے لیے۔</w:t>
      </w:r>
    </w:p>
    <w:p>
      <w:r>
        <w:rPr>
          <w:b/>
        </w:rPr>
        <w:t xml:space="preserve">[48:11] </w:t>
      </w:r>
      <w:r>
        <w:t>to</w:t>
      </w:r>
    </w:p>
    <w:p>
      <w:pPr>
        <w:jc w:val="right"/>
      </w:pPr>
      <w:r>
        <w:t>تو</w:t>
      </w:r>
    </w:p>
    <w:p>
      <w:r>
        <w:rPr>
          <w:b/>
        </w:rPr>
        <w:t xml:space="preserve">[48:18] </w:t>
      </w:r>
      <w:r>
        <w:t>yeh islam mein bilkul haram hai.</w:t>
      </w:r>
    </w:p>
    <w:p>
      <w:pPr>
        <w:jc w:val="right"/>
      </w:pPr>
      <w:r>
        <w:t>یہ اسلام میں بالکل حرام ہے۔</w:t>
      </w:r>
    </w:p>
    <w:p>
      <w:r>
        <w:rPr>
          <w:b/>
        </w:rPr>
        <w:t xml:space="preserve">[48:22] </w:t>
      </w:r>
      <w:r>
        <w:t>islam mein yeh haram hai bilkul.</w:t>
      </w:r>
    </w:p>
    <w:p>
      <w:pPr>
        <w:jc w:val="right"/>
      </w:pPr>
      <w:r>
        <w:t>اسلام میں یہ حرام ہے بالکل۔</w:t>
      </w:r>
    </w:p>
    <w:p>
      <w:r>
        <w:rPr>
          <w:b/>
        </w:rPr>
        <w:t xml:space="preserve">[48:28] </w:t>
      </w:r>
      <w:r>
        <w:t>is liye aage ki ayat jo hai. isi ayat mein aage jo jumla hai woh yeh hai ke</w:t>
      </w:r>
    </w:p>
    <w:p>
      <w:pPr>
        <w:jc w:val="right"/>
      </w:pPr>
      <w:r>
        <w:t>اس لیے آگے کی آیت جو ہے۔ اسی آیت میں آگے جو جملہ ہے وہ یہ ہے کہ</w:t>
      </w:r>
    </w:p>
    <w:p>
      <w:r>
        <w:rPr>
          <w:b/>
        </w:rPr>
        <w:t xml:space="preserve">[48:37] </w:t>
      </w:r>
      <w:r>
        <w:t>yatalmoon ma yadhurruhum wa la yanfa'uhum</w:t>
      </w:r>
    </w:p>
    <w:p>
      <w:pPr>
        <w:jc w:val="right"/>
      </w:pPr>
      <w:r>
        <w:t>يَتَعَلَّمُونَ مَا يُذُرُّهُمْ وَلَا يَنْفَعُهُمْ</w:t>
      </w:r>
    </w:p>
    <w:p>
      <w:r>
        <w:rPr>
          <w:b/>
        </w:rPr>
        <w:t xml:space="preserve">[48:48] </w:t>
      </w:r>
      <w:r>
        <w:t>.yani woh seekhte thay un se woh baatein jis se woh nuqsan pohncha sakein. faide wali baatein nahi. aaj bhi yahi ho raha hai.</w:t>
      </w:r>
    </w:p>
    <w:p>
      <w:pPr>
        <w:jc w:val="right"/>
      </w:pPr>
      <w:r>
        <w:t>۔ یعنی وہ سیکھتے تھے ان سے وہ باتیں جس سے وہ نقصان پہنچا سکیں۔ فائدے والی باتیں نہیں۔ آج بھی یہی ہو رہا ہے۔</w:t>
      </w:r>
    </w:p>
    <w:p>
      <w:r>
        <w:rPr>
          <w:b/>
        </w:rPr>
        <w:t xml:space="preserve">[48:57] </w:t>
      </w:r>
      <w:r>
        <w:t>jitna yeh amliyat ka aur yeh taweez gande ka jo karobar hai jagah jagah. woh sab jo hai zarar pohnchanay ke liye.</w:t>
      </w:r>
    </w:p>
    <w:p>
      <w:pPr>
        <w:jc w:val="right"/>
      </w:pPr>
      <w:r>
        <w:t>جتنا یہ عملیات کا اور یہ تعویذ گنڈے کا جو کاروبار ہے جگہ جگہ۔ وہ سب جو ہے ضرر پہنچانے کے لیے۔</w:t>
      </w:r>
    </w:p>
    <w:p>
      <w:r>
        <w:rPr>
          <w:b/>
        </w:rPr>
        <w:t xml:space="preserve">[49:06] </w:t>
      </w:r>
      <w:r>
        <w:t>manfi maqsad ke liye. manfi maqsad ke liye hota hai. isi ke log paise dete hain. isi ke charhaway charhate hain. to farmaya ke innallaha ala kulli shai'in qadeer .</w:t>
      </w:r>
    </w:p>
    <w:p>
      <w:pPr>
        <w:jc w:val="right"/>
      </w:pPr>
      <w:r>
        <w:t>منفی مقصد کے لیے۔ منفی مقصد کے لیے ہوتا ہے۔ اسی کے لوگ پیسے دیتے ہیں۔ اسی کے چڑھاوے چڑھاتے ہیں۔ تو فرمایا کہ إِنَّ اللَّهَ عَلَى كُلِّ شَيْءٍ قَدِيرٌ ۔</w:t>
      </w:r>
    </w:p>
    <w:p>
      <w:r>
        <w:rPr>
          <w:b/>
        </w:rPr>
        <w:t xml:space="preserve">[49:20] </w:t>
      </w:r>
      <w:r>
        <w:t>ek ayat number 109 mein. ke yeh to amliyat ke zariye se</w:t>
      </w:r>
    </w:p>
    <w:p>
      <w:pPr>
        <w:jc w:val="right"/>
      </w:pPr>
      <w:r>
        <w:t>ایک آیت نمبر 109 میں۔ کہ یہ تو عملیات کے ذریعے سے</w:t>
      </w:r>
    </w:p>
    <w:p>
      <w:r>
        <w:rPr>
          <w:b/>
        </w:rPr>
        <w:t xml:space="preserve">[49:26] </w:t>
      </w:r>
      <w:r>
        <w:t>aur taweez gandon ke zariye se samajhte ho ke kisi ko tum nuqsan pohncha sakte ho.</w:t>
      </w:r>
    </w:p>
    <w:p>
      <w:pPr>
        <w:jc w:val="right"/>
      </w:pPr>
      <w:r>
        <w:t>اور تعویذ گنڈوں کے ذریعے سے سمجھتے ہو کہ کسی کو تم نقصان پہنچا سکتے ہو۔</w:t>
      </w:r>
    </w:p>
    <w:p>
      <w:r>
        <w:rPr>
          <w:b/>
        </w:rPr>
        <w:t xml:space="preserve">[49:36] </w:t>
      </w:r>
      <w:r>
        <w:t>to yeh tumhari bhool hai. sari qudrat khuda ke hath mein hai. sara taqat khuda ke hath mein hai. tum apne ko gunahgar bana sakte ho lekin kisi ko nuqsan nahi pohncha sakte.</w:t>
      </w:r>
    </w:p>
    <w:p>
      <w:pPr>
        <w:jc w:val="right"/>
      </w:pPr>
      <w:r>
        <w:t>تو یہ تمہاری بھول ہے۔ ساری قدرت خدا کے ہاتھ میں ہے۔ سارا طاقت خدا کے ہاتھ میں ہے۔ تم اپنے کو گنہگار بنا سکتے ہو لیکن کسی کو نقصان نہیں پہنچا سکتے۔</w:t>
      </w:r>
    </w:p>
    <w:p>
      <w:r>
        <w:rPr>
          <w:b/>
        </w:rPr>
        <w:t xml:space="preserve">[49:50] </w:t>
      </w:r>
      <w:r>
        <w:t>ek baat samajh liye achhe tarike se ke jab bhi hum kisi ko badnaam karna chahte hain. kisi ko nuqsan pohnchana chahte hain.</w:t>
      </w:r>
    </w:p>
    <w:p>
      <w:pPr>
        <w:jc w:val="right"/>
      </w:pPr>
      <w:r>
        <w:t>ایک بات سمجھ لیے اچھے طریقے سے کہ جب بھی ہم کسی کو بدنام کرنا چاہتے ہیں۔ کسی کو نقصان پہنچانا چاہتے ہیں۔</w:t>
      </w:r>
    </w:p>
    <w:p>
      <w:r>
        <w:rPr>
          <w:b/>
        </w:rPr>
        <w:t xml:space="preserve">[50:00] </w:t>
      </w:r>
      <w:r>
        <w:t>ta'alluqaat mein bigaad lanay ke liye jab hum amliyat karte hain. to apne ko zaroor gunahgar bana liya.</w:t>
      </w:r>
    </w:p>
    <w:p>
      <w:pPr>
        <w:jc w:val="right"/>
      </w:pPr>
      <w:r>
        <w:t>تعلقات میں بگاڑ لانے کے لیے جب ہم عملیات کرتے ہیں۔ تو اپنے کو ضرور گنہگار بنا لیا۔</w:t>
      </w:r>
    </w:p>
    <w:p>
      <w:r>
        <w:rPr>
          <w:b/>
        </w:rPr>
        <w:t xml:space="preserve">[50:09] </w:t>
      </w:r>
      <w:r>
        <w:t>lekin jahan tak is baat ka hai ke woh waqea ban jaye. woh aisa ho jaye. yeh kisi ke bas mein nahi hai. yeh khuda ke bas mein hai.</w:t>
      </w:r>
    </w:p>
    <w:p>
      <w:pPr>
        <w:jc w:val="right"/>
      </w:pPr>
      <w:r>
        <w:t>لیکن جہاں تک اس بات کا ہے کہ وہ واقعہ بن جائے۔ وہ ایسا ہو جائے۔ یہ کسی کے بس میں نہیں ہے۔ یہ خدا کے بس میں ہے۔</w:t>
      </w:r>
    </w:p>
    <w:p>
      <w:r>
        <w:rPr>
          <w:b/>
        </w:rPr>
        <w:t xml:space="preserve">[50:22] </w:t>
      </w:r>
      <w:r>
        <w:t>yani doosre ke nuqsan ki mansooba bandi kar ke aadmi apne ko to gunahgar banata hai. yani doosre ke liye nuqsan ki mansooba bandi kar ke apna nuqsan to zaroor kar leta hai woh.</w:t>
      </w:r>
    </w:p>
    <w:p>
      <w:pPr>
        <w:jc w:val="right"/>
      </w:pPr>
      <w:r>
        <w:t>یعنی دوسرے کے نقصان کی منصوبہ بندی کر کے آدمی اپنے کو تو گنہگار بناتا ہے۔ یعنی دوسرے کے لیے نقصان کی منصوبہ بندی کر کے اپنا نقصان تو ضرور کر لیتا ہے وہ۔</w:t>
      </w:r>
    </w:p>
    <w:p>
      <w:r>
        <w:rPr>
          <w:b/>
        </w:rPr>
        <w:t xml:space="preserve">[50:37] </w:t>
      </w:r>
      <w:r>
        <w:t>lekin doosre ka nuqsan khuda ke ikhtiyar mein hai. khuda chahega tab hi nuqsan ho kisi ko. kisi ke chahanay se.</w:t>
      </w:r>
    </w:p>
    <w:p>
      <w:pPr>
        <w:jc w:val="right"/>
      </w:pPr>
      <w:r>
        <w:t>لیکن دوسرے کا نقصان خدا کے اختیار میں ہے۔ خدا چاہے گا تب ہی نقصان ہو کسی کو۔ کسی کے چاہنے سے۔</w:t>
      </w:r>
    </w:p>
    <w:p>
      <w:r>
        <w:rPr>
          <w:b/>
        </w:rPr>
        <w:t xml:space="preserve">[50:48] </w:t>
      </w:r>
      <w:r>
        <w:t>kisi ke amliyat se kisi ko nuqsan nahi ho s</w:t>
      </w:r>
    </w:p>
    <w:p>
      <w:pPr>
        <w:jc w:val="right"/>
      </w:pPr>
      <w:r>
        <w:t>کسی کے عملیات سے کسی کو نقصان نہیں ہو س</w:t>
      </w:r>
    </w:p>
    <w:p>
      <w:r>
        <w:rPr>
          <w:b/>
        </w:rPr>
        <w:t xml:space="preserve">[50:51] </w:t>
      </w:r>
      <w:r>
        <w:t>kata hai. yeh bohat ahem baat hai. jab bhi koi aadmi kisi ke khilaf koi sazish karta hai.</w:t>
      </w:r>
    </w:p>
    <w:p>
      <w:pPr>
        <w:jc w:val="right"/>
      </w:pPr>
      <w:r>
        <w:t>کتا ہے۔ یہ بہت اہم بات ہے۔ جب بھی کوئی آدمی کسی کے خلاف کوئی سازش کرتا ہے۔</w:t>
      </w:r>
    </w:p>
    <w:p>
      <w:r>
        <w:rPr>
          <w:b/>
        </w:rPr>
        <w:t xml:space="preserve">[51:00] </w:t>
      </w:r>
      <w:r>
        <w:t>koi sazish karta hai. koi mansooba bandi karta hai. to woh samajhta hai ke main kisi aur ko nuqsan pohncha sakta hoon.</w:t>
      </w:r>
    </w:p>
    <w:p>
      <w:pPr>
        <w:jc w:val="right"/>
      </w:pPr>
      <w:r>
        <w:t>کوئی سازش کرتا ہے۔ کوئی منصوبہ بندی کرتا ہے۔ تو وہ سمجھتا ہے کہ میں کسی اور کو نقصان پہنچا سکتا ہوں۔</w:t>
      </w:r>
    </w:p>
    <w:p>
      <w:r>
        <w:rPr>
          <w:b/>
        </w:rPr>
        <w:t xml:space="preserve">[51:11] </w:t>
      </w:r>
      <w:r>
        <w:t>halankay woh sirf yeh kar sakta hai ke apna nuqsan ko yaqeeni kar le.</w:t>
      </w:r>
    </w:p>
    <w:p>
      <w:pPr>
        <w:jc w:val="right"/>
      </w:pPr>
      <w:r>
        <w:t>حالانکہ وہ صرف یہ کر سکتا ہے کہ اپنا نقصان کو یقینی کر لے۔</w:t>
      </w:r>
    </w:p>
    <w:p>
      <w:r>
        <w:rPr>
          <w:b/>
        </w:rPr>
        <w:t xml:space="preserve">[51:18] </w:t>
      </w:r>
      <w:r>
        <w:t>is aadmi ka. yani jo aadmi doosre ko nuqsan pohnchanay ke liye koi kaam kare. to uska apna nuqsan to yaqeeni ho gaya.</w:t>
      </w:r>
    </w:p>
    <w:p>
      <w:pPr>
        <w:jc w:val="right"/>
      </w:pPr>
      <w:r>
        <w:t>اس آدمی کا۔ یعنی جو آدمی دوسرے کو نقصان پہنچانے کے لیے کوئی کام کرے۔ تو اس کا اپنا نقصان تو یقینی ہو گیا۔</w:t>
      </w:r>
    </w:p>
    <w:p>
      <w:r>
        <w:rPr>
          <w:b/>
        </w:rPr>
        <w:t xml:space="preserve">[51:31] </w:t>
      </w:r>
      <w:r>
        <w:t>kyunke khuda ke haan woh gunahgar ban gaya. to apna nuqsan to zaroor kar liya usne. lekin doosre ko bhi nuqsan pohnch jaye.</w:t>
      </w:r>
    </w:p>
    <w:p>
      <w:pPr>
        <w:jc w:val="right"/>
      </w:pPr>
      <w:r>
        <w:t>کیونکہ خدا کے ہاں وہ گنہگار بن گیا۔ تو اپنا نقصان تو ضرور کر لیا اس نے۔ لیکن دوسرے کو بھی نقصان پہنچ جائے۔</w:t>
      </w:r>
    </w:p>
    <w:p>
      <w:r>
        <w:rPr>
          <w:b/>
        </w:rPr>
        <w:t xml:space="preserve">[51:43] </w:t>
      </w:r>
      <w:r>
        <w:t>yeh uske bas mein nahi hai. yeh khuda ka muamla hai.</w:t>
      </w:r>
    </w:p>
    <w:p>
      <w:pPr>
        <w:jc w:val="right"/>
      </w:pPr>
      <w:r>
        <w:t>یہ اس کے بس میں نہیں ہے۔ یہ خدا کا معاملہ ہے۔</w:t>
      </w:r>
    </w:p>
    <w:p>
      <w:r>
        <w:rPr>
          <w:b/>
        </w:rPr>
        <w:t xml:space="preserve">[51:48] </w:t>
      </w:r>
      <w:r>
        <w:t>yeh bohat hi badi baat hai sochne ki. is duniya mein hum apne ko to nuqsan zaroor pohncha sakte hain.</w:t>
      </w:r>
    </w:p>
    <w:p>
      <w:pPr>
        <w:jc w:val="right"/>
      </w:pPr>
      <w:r>
        <w:t>یہ بہت ہی بڑی بات ہے سوچنے کی۔ اس دنیا میں ہم اپنے کو تو نقصان ضرور پہنچا سکتے ہیں۔</w:t>
      </w:r>
    </w:p>
    <w:p>
      <w:r>
        <w:rPr>
          <w:b/>
        </w:rPr>
        <w:t xml:space="preserve">[51:59] </w:t>
      </w:r>
      <w:r>
        <w:t>kisi doosre ko hum nuqsan nahi pohncha sakte.</w:t>
      </w:r>
    </w:p>
    <w:p>
      <w:pPr>
        <w:jc w:val="right"/>
      </w:pPr>
      <w:r>
        <w:t>کسی دوسرے کو ہم نقصان نہیں پہنچا سکتے۔</w:t>
      </w:r>
    </w:p>
    <w:p>
      <w:r>
        <w:rPr>
          <w:b/>
        </w:rPr>
        <w:t xml:space="preserve">[52:06] </w:t>
      </w:r>
      <w:r>
        <w:t>yeh bohat hi zyada sochne ki baat hai. ke is duniya mein aadmi apne ko chahe jo bhi nuqsan apne ko khudkushi kar le woh.</w:t>
      </w:r>
    </w:p>
    <w:p>
      <w:pPr>
        <w:jc w:val="right"/>
      </w:pPr>
      <w:r>
        <w:t>یہ بہت ہی زیادہ سوچنے کی بات ہے۔ کہ اس دنیا میں آدمی اپنے کو چاہے جو بھی نقصان اپنے کو خودکشی کر لے وہ۔</w:t>
      </w:r>
    </w:p>
    <w:p>
      <w:r>
        <w:rPr>
          <w:b/>
        </w:rPr>
        <w:t xml:space="preserve">[52:15] </w:t>
      </w:r>
      <w:r>
        <w:t>tu khudkushi karne ka bhi ikhtiyar is ko hai.</w:t>
      </w:r>
    </w:p>
    <w:p>
      <w:pPr>
        <w:jc w:val="right"/>
      </w:pPr>
      <w:r>
        <w:t>تو خودکشی کرنے کا بھی اختیار اس کو ہے۔</w:t>
      </w:r>
    </w:p>
    <w:p>
      <w:r>
        <w:rPr>
          <w:b/>
        </w:rPr>
        <w:t xml:space="preserve">[52:19] </w:t>
      </w:r>
      <w:r>
        <w:t>dusre ke khilaf woh buri mansooba bandi kare. is ka bhi is ko ikhtiyar hasil hai. dusre ko nuqsan pohanchane ki koi mansooba bandi banaye.</w:t>
      </w:r>
    </w:p>
    <w:p>
      <w:pPr>
        <w:jc w:val="right"/>
      </w:pPr>
      <w:r>
        <w:t>دوسرے کے خلاف وہ بری منصوبہ بندی کرے۔ اس کا بھی اس کو اختیار حاصل ہے۔ دوسرے کو نقصان پہنچانے کی کوئی منصوبہ بندی بنائے۔</w:t>
      </w:r>
    </w:p>
    <w:p>
      <w:r>
        <w:rPr>
          <w:b/>
        </w:rPr>
        <w:t xml:space="preserve">[52:30] </w:t>
      </w:r>
      <w:r>
        <w:t>is ka bhi is ko ikhtiyar hai. lekin yaad rakhiye. is ki jo koshish hai.</w:t>
      </w:r>
    </w:p>
    <w:p>
      <w:pPr>
        <w:jc w:val="right"/>
      </w:pPr>
      <w:r>
        <w:t>اس کا بھی اس کو اختیار ہے۔ لیکن یاد رکھیے۔ اس کی جو کوشش ہے۔</w:t>
      </w:r>
    </w:p>
    <w:p>
      <w:r>
        <w:rPr>
          <w:b/>
        </w:rPr>
        <w:t xml:space="preserve">[52:42] </w:t>
      </w:r>
      <w:r>
        <w:t>woh dusre tak bhi zaroor pohanch jaye. is ka ise koi ikhtiyar hasil nahi hai.</w:t>
      </w:r>
    </w:p>
    <w:p>
      <w:pPr>
        <w:jc w:val="right"/>
      </w:pPr>
      <w:r>
        <w:t>وہ دوسرے تک بھی ضرور پہنچ جائے۔ اس کا اسے کوئی اختیار حاصل نہیں ہے۔</w:t>
      </w:r>
    </w:p>
    <w:p>
      <w:r>
        <w:rPr>
          <w:b/>
        </w:rPr>
        <w:t xml:space="preserve">[52:50] </w:t>
      </w:r>
      <w:r>
        <w:t>dusre ko nuqsan pohanchana yeh khuda ka daira hai. apne ko nuqsan pohanchana yeh mera daira hai. dusre ko nuqsan pohanch jaye yeh khuda ka daira hai.</w:t>
      </w:r>
    </w:p>
    <w:p>
      <w:pPr>
        <w:jc w:val="right"/>
      </w:pPr>
      <w:r>
        <w:t>دوسرے کو نقصان پہنچانا یہ خدا کا دائرہ ہے۔ اپنے کو نقصان پہنچانا یہ میرا دائرہ ہے۔ دوسرے کو نقصان پہنچ جائے یہ خدا کا دائرہ ہے۔</w:t>
      </w:r>
    </w:p>
    <w:p>
      <w:r>
        <w:rPr>
          <w:b/>
        </w:rPr>
        <w:t xml:space="preserve">[53:06] </w:t>
      </w:r>
      <w:r>
        <w:t>to jab bhi aadmi koi mansooba bandi karta hai kisi ke khilaf. kisi ke khilaf. to use janna chahiye ke woh apne nuqsan ko to zaroor yaqeeni bana raha hai.</w:t>
      </w:r>
    </w:p>
    <w:p>
      <w:pPr>
        <w:jc w:val="right"/>
      </w:pPr>
      <w:r>
        <w:t>تو جب بھی آدمی کوئی منصوبہ بندی کرتا ہے کسی کے خلاف۔ کسی کے خلاف۔ تو اسے جاننا چاہیے کہ وہ اپنے نقصان کو تو ضرور یقینی بنا رہا ہے۔</w:t>
      </w:r>
    </w:p>
    <w:p>
      <w:r>
        <w:rPr>
          <w:b/>
        </w:rPr>
        <w:t xml:space="preserve">[53:20] </w:t>
      </w:r>
      <w:r>
        <w:t>lekin dusre ko nuqsan pohanchana is ke bas se bahar hai baat.</w:t>
      </w:r>
    </w:p>
    <w:p>
      <w:pPr>
        <w:jc w:val="right"/>
      </w:pPr>
      <w:r>
        <w:t>لیکن دوسرے کو نقصان پہنچانا اس کے بس سے باہر ہے بات۔</w:t>
      </w:r>
    </w:p>
    <w:p>
      <w:r>
        <w:rPr>
          <w:b/>
        </w:rPr>
        <w:t xml:space="preserve">[53:28] </w:t>
      </w:r>
      <w:r>
        <w:t>khuda jo chahega wahi hoga.</w:t>
      </w:r>
    </w:p>
    <w:p>
      <w:pPr>
        <w:jc w:val="right"/>
      </w:pPr>
      <w:r>
        <w:t>خدا جو چاہے گا وہی ہوگا۔</w:t>
      </w:r>
    </w:p>
    <w:p>
      <w:r>
        <w:rPr>
          <w:b/>
        </w:rPr>
        <w:t xml:space="preserve">[53:34] </w:t>
      </w:r>
      <w:r>
        <w:t>hamari apni mansooba bandi se kabhi nahi ho sakta. dekhiye, agar aadmi is baat ko jaan le.</w:t>
      </w:r>
    </w:p>
    <w:p>
      <w:pPr>
        <w:jc w:val="right"/>
      </w:pPr>
      <w:r>
        <w:t>ہماری اپنی منصوبہ بندی سے کبھی نہیں ہو سکتا۔ دیکھیے، اگر آدمی اس بات کو جان لے۔</w:t>
      </w:r>
    </w:p>
    <w:p>
      <w:r>
        <w:rPr>
          <w:b/>
        </w:rPr>
        <w:t xml:space="preserve">[53:46] </w:t>
      </w:r>
      <w:r>
        <w:t>to kabhi bhi woh kisi ke khilaf. kisi ke khilaf. koi mansooba bandi na kare. kyunke woh samjhega ke nateeja to mere ikhtiyar mein hai hi nahi.</w:t>
      </w:r>
    </w:p>
    <w:p>
      <w:pPr>
        <w:jc w:val="right"/>
      </w:pPr>
      <w:r>
        <w:t>تو کبھی بھی وہ کسی کے خلاف۔ کسی کے خلاف۔ کوئی منصوبہ بندی نہ کرے۔ کیونکہ وہ سمجھے گا کہ نتیجہ تو میرے اختیار میں ہے ہی نہیں۔</w:t>
      </w:r>
    </w:p>
    <w:p>
      <w:r>
        <w:rPr>
          <w:b/>
        </w:rPr>
        <w:t xml:space="preserve">[54:01] </w:t>
      </w:r>
      <w:r>
        <w:t>agar aap ko yaqeen ho jaye. ke nateeja jo hai woh khuda ke ikhtiyar mein hai. mere ikhtiyar mein nahi hai. to aap kyun kisi ke khilaf.</w:t>
      </w:r>
    </w:p>
    <w:p>
      <w:pPr>
        <w:jc w:val="right"/>
      </w:pPr>
      <w:r>
        <w:t>اگر آپ کو یقین ہو جائے۔ کہ نتیجہ جو ہے وہ خدا کے اختیار میں ہے۔ میرے اختیار میں نہیں ہے۔ تو آپ کیوں کسی کے خلاف۔</w:t>
      </w:r>
    </w:p>
    <w:p>
      <w:r>
        <w:rPr>
          <w:b/>
        </w:rPr>
        <w:t xml:space="preserve">[54:11] </w:t>
      </w:r>
      <w:r>
        <w:t>kisi ke khilaf mansooba bandi karenge. isi liye farmaya ayat number 109 mein. INNA ALLAHA ALA KULLI SHAYIN QADEER.</w:t>
      </w:r>
    </w:p>
    <w:p>
      <w:pPr>
        <w:jc w:val="right"/>
      </w:pPr>
      <w:r>
        <w:t>کسی کے خلاف منصوبہ بندی کریں گے۔ اسی لیے فرمایا آیت نمبر 109 میں۔ إِنَّ اللَّهَ عَلَى كُلِّ شَيْءٍ قَدِيرٌ ۔</w:t>
      </w:r>
    </w:p>
    <w:p>
      <w:r>
        <w:rPr>
          <w:b/>
        </w:rPr>
        <w:t xml:space="preserve">[54:23] </w:t>
      </w:r>
      <w:r>
        <w:t>qudrat to khuda ke aap paas hai. taqat to khuda ke paas hai. mere paas nahi hai.</w:t>
      </w:r>
    </w:p>
    <w:p>
      <w:pPr>
        <w:jc w:val="right"/>
      </w:pPr>
      <w:r>
        <w:t>قدرت تو خدا کے آپ پاس ہے۔ طاقت تو خدا کے پاس ہے۔ میرے پاس نہیں ہے۔</w:t>
      </w:r>
    </w:p>
    <w:p>
      <w:r>
        <w:rPr>
          <w:b/>
        </w:rPr>
        <w:t xml:space="preserve">[54:35] </w:t>
      </w:r>
      <w:r>
        <w:t>yahi ek baat agar aadmi samajh le. to kabhi bhi woh manfi na bane. kabhi bhi woh ghair sehat mand mashq mein apne aap ko na dale.</w:t>
      </w:r>
    </w:p>
    <w:p>
      <w:pPr>
        <w:jc w:val="right"/>
      </w:pPr>
      <w:r>
        <w:t>یہی ایک بات اگر آدمی سمجھ لے۔ تو کبھی بھی وہ منفی نہ بنے۔ کبھی بھی وہ غیر صحت مند مشق میں اپنے آپ کو نہ ڈالے۔</w:t>
      </w:r>
    </w:p>
    <w:p>
      <w:r>
        <w:rPr>
          <w:b/>
        </w:rPr>
        <w:t xml:space="preserve">[54:48] </w:t>
      </w:r>
      <w:r>
        <w:t>kabhi bhi woh kisi ke paas. kabhi bhi woh kisi ke khilaf sazish na kare.</w:t>
      </w:r>
    </w:p>
    <w:p>
      <w:pPr>
        <w:jc w:val="right"/>
      </w:pPr>
      <w:r>
        <w:t>کبھی بھی وہ کسی کے پاس۔ کبھی بھی وہ کسی کے خلاف سازش نہ کرے۔</w:t>
      </w:r>
    </w:p>
    <w:p>
      <w:r>
        <w:rPr>
          <w:b/>
        </w:rPr>
        <w:t xml:space="preserve">[54:56] </w:t>
      </w:r>
      <w:r>
        <w:t>kyun? yeh yaqeen ke nateeja khuda ke qabze mein hai. nateeja mere qabze mein nahi hai.</w:t>
      </w:r>
    </w:p>
    <w:p>
      <w:pPr>
        <w:jc w:val="right"/>
      </w:pPr>
      <w:r>
        <w:t>کیوں؟ یہ یقین کہ نتیجہ خدا کے قبضے میں ہے۔ نتیجہ میرے قبضے میں نہیں ہے۔</w:t>
      </w:r>
    </w:p>
    <w:p>
      <w:r>
        <w:rPr>
          <w:b/>
        </w:rPr>
        <w:t xml:space="preserve">[55:04] </w:t>
      </w:r>
      <w:r>
        <w:t>to phir mein kyun karoon?</w:t>
      </w:r>
    </w:p>
    <w:p>
      <w:pPr>
        <w:jc w:val="right"/>
      </w:pPr>
      <w:r>
        <w:t>تو پھر میں کیوں کروں؟</w:t>
      </w:r>
    </w:p>
    <w:p>
      <w:r>
        <w:rPr>
          <w:b/>
        </w:rPr>
        <w:t xml:space="preserve">[55:10] </w:t>
      </w:r>
      <w:r>
        <w:t>yeh yaqeen ke agar mein kisi ke khilaf. koi mansooba banata hoon. koi sazish karta hoon.</w:t>
      </w:r>
    </w:p>
    <w:p>
      <w:pPr>
        <w:jc w:val="right"/>
      </w:pPr>
      <w:r>
        <w:t>یہ یقین کہ اگر میں کسی کے خلاف۔ کوئی منصوبہ بناتا ہوں۔ کوئی سازش کرتا ہوں۔</w:t>
      </w:r>
    </w:p>
    <w:p>
      <w:r>
        <w:rPr>
          <w:b/>
        </w:rPr>
        <w:t xml:space="preserve">[55:19] </w:t>
      </w:r>
      <w:r>
        <w:t>to maine apna to zaroor bura kar liya. khuda ke farishton ne mera naam to zaroor likh liya. kirdaar mein.</w:t>
      </w:r>
    </w:p>
    <w:p>
      <w:pPr>
        <w:jc w:val="right"/>
      </w:pPr>
      <w:r>
        <w:t>تو میں نے اپنا تو ضرور برا کر لیا۔ خدا کے فرشتوں نے میرا نام تو ضرور لکھ لیا۔ کردار میں۔</w:t>
      </w:r>
    </w:p>
    <w:p>
      <w:r>
        <w:rPr>
          <w:b/>
        </w:rPr>
        <w:t xml:space="preserve">[55:29] </w:t>
      </w:r>
      <w:r>
        <w:t>lekin meri sazish dusre ko nuqsan pohancha de. yeh to mere ikhtiyar mein hai hi nahi.</w:t>
      </w:r>
    </w:p>
    <w:p>
      <w:pPr>
        <w:jc w:val="right"/>
      </w:pPr>
      <w:r>
        <w:t>لیکن میری سازش دوسرے کو نقصان پہنچا دے۔ یہ تو میرے اختیار میں ہے ہی نہیں۔</w:t>
      </w:r>
    </w:p>
    <w:p>
      <w:r>
        <w:rPr>
          <w:b/>
        </w:rPr>
        <w:t xml:space="preserve">[55:39] </w:t>
      </w:r>
      <w:r>
        <w:t>to phir mein aisa kaam kyun karoon? aisa kaam mein kyun karoon jis ka koi nateeja hi nahi.</w:t>
      </w:r>
    </w:p>
    <w:p>
      <w:pPr>
        <w:jc w:val="right"/>
      </w:pPr>
      <w:r>
        <w:t>تو پھر میں ایسا کام کیوں کروں؟ ایسا کام میں کیوں کروں جس کا کوئی نتیجہ ہی نہیں۔</w:t>
      </w:r>
    </w:p>
    <w:p>
      <w:r>
        <w:rPr>
          <w:b/>
        </w:rPr>
        <w:t xml:space="preserve">[55:49] </w:t>
      </w:r>
      <w:r>
        <w:t>to is baat ko agar aadmi samajh le. ke meri niyat to mere bas mein zaroor hai. lekin nateeja mere bas mein nahi hai.</w:t>
      </w:r>
    </w:p>
    <w:p>
      <w:pPr>
        <w:jc w:val="right"/>
      </w:pPr>
      <w:r>
        <w:t>تو اس بات کو اگر آدمی سمجھ لے۔ کہ میری نیت تو میرے بس میں ضرور ہے۔ لیکن نتیجہ میرے بس میں نہیں ہے۔</w:t>
      </w:r>
    </w:p>
    <w:p>
      <w:r>
        <w:rPr>
          <w:b/>
        </w:rPr>
        <w:t xml:space="preserve">[56:04] </w:t>
      </w:r>
      <w:r>
        <w:t>acchi niyat mere bas mein hai. buri niyat mere bas mein hai. to apni niyat jo hai us ko achhi banaoon ya buri banaoon.</w:t>
      </w:r>
    </w:p>
    <w:p>
      <w:pPr>
        <w:jc w:val="right"/>
      </w:pPr>
      <w:r>
        <w:t>اچھی نیت میرے بس میں ہے۔ بری نیت میرے بس میں ہے۔ تو اپنی نیت جو ہے اس کو اچھی بناؤں یا بری بناؤں۔</w:t>
      </w:r>
    </w:p>
    <w:p>
      <w:r>
        <w:rPr>
          <w:b/>
        </w:rPr>
        <w:t xml:space="preserve">[56:15] </w:t>
      </w:r>
      <w:r>
        <w:t>yeh mere</w:t>
      </w:r>
    </w:p>
    <w:p>
      <w:pPr>
        <w:jc w:val="right"/>
      </w:pPr>
      <w:r>
        <w:t>یہ میرے</w:t>
      </w:r>
    </w:p>
    <w:p>
      <w:r>
        <w:rPr>
          <w:b/>
        </w:rPr>
        <w:t xml:space="preserve">[56:16] </w:t>
      </w:r>
      <w:r>
        <w:t>bas mein hai. lekin</w:t>
      </w:r>
    </w:p>
    <w:p>
      <w:pPr>
        <w:jc w:val="right"/>
      </w:pPr>
      <w:r>
        <w:t>بس میں ہے۔ لیکن</w:t>
      </w:r>
    </w:p>
    <w:p>
      <w:r>
        <w:rPr>
          <w:b/>
        </w:rPr>
        <w:t xml:space="preserve">[56:20] </w:t>
      </w:r>
      <w:r>
        <w:t>meri kisi koshish ka nateeja. doosron ke liye kya nikle ga woh mere bas mein nahin hai.</w:t>
      </w:r>
    </w:p>
    <w:p>
      <w:pPr>
        <w:jc w:val="right"/>
      </w:pPr>
      <w:r>
        <w:t>میری کسی کوشش کا نتیجہ۔ دوسروں کے لیے کیا نکلے گا وہ میرے بس میں نہیں ہے۔</w:t>
      </w:r>
    </w:p>
    <w:p>
      <w:r>
        <w:rPr>
          <w:b/>
        </w:rPr>
        <w:t xml:space="preserve">[56:30] </w:t>
      </w:r>
      <w:r>
        <w:t>nateejah to Khuda ke ikhtiyar mein hai. yahi ek ehsaas agar aadmi ke dil mein baith jae. to is ke baad kya hoga?</w:t>
      </w:r>
    </w:p>
    <w:p>
      <w:pPr>
        <w:jc w:val="right"/>
      </w:pPr>
      <w:r>
        <w:t>نتیجہ تو خدا کے اختیار میں ہے۔ یہی ایک احساس اگر آدمی کے دل میں بیٹھ جائے۔ تو اس کے بعد کیا ہوگا؟</w:t>
      </w:r>
    </w:p>
    <w:p>
      <w:r>
        <w:rPr>
          <w:b/>
        </w:rPr>
        <w:t xml:space="preserve">[56:43] </w:t>
      </w:r>
      <w:r>
        <w:t>woh ek dam badal jae ga.</w:t>
      </w:r>
    </w:p>
    <w:p>
      <w:pPr>
        <w:jc w:val="right"/>
      </w:pPr>
      <w:r>
        <w:t>وہ ایک دم بدل جائے گا۔</w:t>
      </w:r>
    </w:p>
    <w:p>
      <w:r>
        <w:rPr>
          <w:b/>
        </w:rPr>
        <w:t xml:space="preserve">[56:46] </w:t>
      </w:r>
      <w:r>
        <w:t>apne aap ko control mein rakhe ga. apne aap ko nazm o zabt mein rakhe ga. apne aap ko had se bahar jaane se roke rahe ga woh.</w:t>
      </w:r>
    </w:p>
    <w:p>
      <w:pPr>
        <w:jc w:val="right"/>
      </w:pPr>
      <w:r>
        <w:t>اپنے آپ کو کنٹرول میں رکھے گا۔ اپنے آپ کو نظم و ضبط میں رکھے گا۔ اپنے آپ کو حد سے باہر جانے سے روکے رہے گا وہ۔</w:t>
      </w:r>
    </w:p>
    <w:p>
      <w:r>
        <w:rPr>
          <w:b/>
        </w:rPr>
        <w:t xml:space="preserve">[56:59] </w:t>
      </w:r>
      <w:r>
        <w:t>is ke baad ayat number 110 aati hai. is mein hai aqim us salata wa atu z-zakat</w:t>
      </w:r>
    </w:p>
    <w:p>
      <w:pPr>
        <w:jc w:val="right"/>
      </w:pPr>
      <w:r>
        <w:t>اس کے بعد آیت نمبر 110 آتی ہے۔ اس میں ہے أَقِيمُوا الصَّلَاةَ وَآٰتُوا الزَّكَاةَ</w:t>
      </w:r>
    </w:p>
    <w:p>
      <w:r>
        <w:rPr>
          <w:b/>
        </w:rPr>
        <w:t xml:space="preserve">[57:11] </w:t>
      </w:r>
      <w:r>
        <w:t>. namaz qaim karo aur zakat do.</w:t>
      </w:r>
    </w:p>
    <w:p>
      <w:pPr>
        <w:jc w:val="right"/>
      </w:pPr>
      <w:r>
        <w:t>۔ نماز قائم کرو اور زکوٰۃ دو۔</w:t>
      </w:r>
    </w:p>
    <w:p>
      <w:r>
        <w:rPr>
          <w:b/>
        </w:rPr>
        <w:t xml:space="preserve">[57:15] </w:t>
      </w:r>
      <w:r>
        <w:t>ek saath do cheezon ka zikr hai dekhiye. namaz qaim karo aur zakat do. namaz kya hai? apna ta'alluq Khuda se achha banana.</w:t>
      </w:r>
    </w:p>
    <w:p>
      <w:pPr>
        <w:jc w:val="right"/>
      </w:pPr>
      <w:r>
        <w:t>ایک ساتھ دو چیزوں کا ذکر ہے دیکھیے۔ نماز قائم کرو اور زکوٰۃ دو۔ نماز کیا ہے؟ اپنا تعلق خدا سے اچھا بنانا۔</w:t>
      </w:r>
    </w:p>
    <w:p>
      <w:r>
        <w:rPr>
          <w:b/>
        </w:rPr>
        <w:t xml:space="preserve">[57:27] </w:t>
      </w:r>
      <w:r>
        <w:t>zakat kya hai? insaan ke ta'een apni zimmedari ko poora karna. to namaz ka ta'alluq huqooq Allah se hai.</w:t>
      </w:r>
    </w:p>
    <w:p>
      <w:pPr>
        <w:jc w:val="right"/>
      </w:pPr>
      <w:r>
        <w:t>زکوٰۃ کیا ہے؟ انسان کے تئیں اپنی ذمہ داری کو پورا کرنا۔ تو نماز کا تعلق حقوق اللہ سے ہے۔</w:t>
      </w:r>
    </w:p>
    <w:p>
      <w:r>
        <w:rPr>
          <w:b/>
        </w:rPr>
        <w:t xml:space="preserve">[57:37] </w:t>
      </w:r>
      <w:r>
        <w:t>zakat ka ta'alluq huqooq al-ibaad se hai.</w:t>
      </w:r>
    </w:p>
    <w:p>
      <w:pPr>
        <w:jc w:val="right"/>
      </w:pPr>
      <w:r>
        <w:t>زکوٰۃ کا تعلق حقوق العباد سے ہے۔</w:t>
      </w:r>
    </w:p>
    <w:p>
      <w:r>
        <w:rPr>
          <w:b/>
        </w:rPr>
        <w:t xml:space="preserve">[57:42] </w:t>
      </w:r>
      <w:r>
        <w:t>is liye dono saath saath. ke agar ek aadmi namaz ke zariye Khuda se apna ta'alluq bana le.</w:t>
      </w:r>
    </w:p>
    <w:p>
      <w:pPr>
        <w:jc w:val="right"/>
      </w:pPr>
      <w:r>
        <w:t>اس لیے دونوں ساتھ ساتھ۔ کہ اگر ایک آدمی نماز کے ذریعے خدا سے اپنا تعلق بنا لے۔</w:t>
      </w:r>
    </w:p>
    <w:p>
      <w:r>
        <w:rPr>
          <w:b/>
        </w:rPr>
        <w:t xml:space="preserve">[57:52] </w:t>
      </w:r>
      <w:r>
        <w:t>to huqooq Allah ke maamle mein apna maamla durust kar liya us ne. aur doosri taraf zakat.</w:t>
      </w:r>
    </w:p>
    <w:p>
      <w:pPr>
        <w:jc w:val="right"/>
      </w:pPr>
      <w:r>
        <w:t>تو حقوق اللہ کے معاملے میں اپنا معاملہ درست کر لیا اس نے۔ اور دوسری طرف زکوٰۃ۔</w:t>
      </w:r>
    </w:p>
    <w:p>
      <w:r>
        <w:rPr>
          <w:b/>
        </w:rPr>
        <w:t xml:space="preserve">[58:01] </w:t>
      </w:r>
      <w:r>
        <w:t>agar woh sahi tareeqe par ada karta hai. yaani apni kamai mein se ek hissa woh doosron ko pahunchata hai. Khuda ke raaste mein deta hai. jo main kamai karunga woh sab ka sab mera nahin hai.</w:t>
      </w:r>
    </w:p>
    <w:p>
      <w:pPr>
        <w:jc w:val="right"/>
      </w:pPr>
      <w:r>
        <w:t>اگر وہ صحیح طریقے پر ادا کرتا ہے۔ یعنی اپنی کمائی میں سے ایک حصہ وہ دوسروں کو پہنچاتا ہے۔ خدا کے راستے میں دیتا ہے۔ جو میں کمائی کروں گا وہ سب کا سب میرا نہیں ہے۔</w:t>
      </w:r>
    </w:p>
    <w:p>
      <w:r>
        <w:rPr>
          <w:b/>
        </w:rPr>
        <w:t xml:space="preserve">[58:11] </w:t>
      </w:r>
      <w:r>
        <w:t>is mein ek hissa Khuda ka hai. ek hissa doosre insaanon ka hai. to jab ek aadmi apni kamai mein ek hissa doosron ke liye nikale.</w:t>
      </w:r>
    </w:p>
    <w:p>
      <w:pPr>
        <w:jc w:val="right"/>
      </w:pPr>
      <w:r>
        <w:t>اس میں ایک حصہ خدا کا ہے۔ ایک حصہ دوسرے انسانوں کا ہے۔ تو جب ایک آدمی اپنی کمائی میں ایک حصہ دوسروں کے لیے نکالے۔</w:t>
      </w:r>
    </w:p>
    <w:p>
      <w:r>
        <w:rPr>
          <w:b/>
        </w:rPr>
        <w:t xml:space="preserve">[58:23] </w:t>
      </w:r>
      <w:r>
        <w:t>ek hissa Khuda ka samjhe. woh ada kare us ko. to us ne huqooq al-ibaad ke maamle mein apne aap ko durust kar liya.</w:t>
      </w:r>
    </w:p>
    <w:p>
      <w:pPr>
        <w:jc w:val="right"/>
      </w:pPr>
      <w:r>
        <w:t>ایک حصہ خدا کا سمجھے۔ وہ ادا کرے اس کو۔ تو اس نے حقوق العباد کے معاملے میں اپنے آپ کو درست کر لیا۔</w:t>
      </w:r>
    </w:p>
    <w:p>
      <w:r>
        <w:rPr>
          <w:b/>
        </w:rPr>
        <w:t xml:space="preserve">[58:34] </w:t>
      </w:r>
      <w:r>
        <w:t>to aqim us salata wa atu z-zakat. ek hi ayat mein dono baaten keh di gayeen.</w:t>
      </w:r>
    </w:p>
    <w:p>
      <w:pPr>
        <w:jc w:val="right"/>
      </w:pPr>
      <w:r>
        <w:t>تو أَقِيمُوا الصَّلَاةَ وَآٰتُوا الزَّكَاةَ ۔ ایک ہی آیت میں دونوں باتیں کہہ دی گئیں۔</w:t>
      </w:r>
    </w:p>
    <w:p>
      <w:r>
        <w:rPr>
          <w:b/>
        </w:rPr>
        <w:t xml:space="preserve">[58:40] </w:t>
      </w:r>
      <w:r>
        <w:t>ke Allah ke maamle mein namaz. bondon ke maamle mein zakat. is tarah se yeh do nuqton ka formula hai.</w:t>
      </w:r>
    </w:p>
    <w:p>
      <w:pPr>
        <w:jc w:val="right"/>
      </w:pPr>
      <w:r>
        <w:t>کہ اللہ کے معاملے میں نماز۔ بندوں کے معاملے میں زکوٰۃ۔ اس طرح سے یہ دو نقطوں کا فارمولا ہے۔</w:t>
      </w:r>
    </w:p>
    <w:p>
      <w:r>
        <w:rPr>
          <w:b/>
        </w:rPr>
        <w:t xml:space="preserve">[58:51] </w:t>
      </w:r>
      <w:r>
        <w:t>do nuqton ka program hai. ke Khuda ke saath bhi apne ta'alluq ko durust karo. insaanon ke saath bhi apne ta'alluq ko durust karo. is ke baad Khuda tum ko jannaton mein jagah de ga.</w:t>
      </w:r>
    </w:p>
    <w:p>
      <w:pPr>
        <w:jc w:val="right"/>
      </w:pPr>
      <w:r>
        <w:t>دو نقطوں کا پروگرام ہے۔ کہ خدا کے ساتھ بھی اپنے تعلق کو درست کرو۔ انسانوں کے ساتھ بھی اپنے تعلق کو درست کرو۔ اس کے بعد خدا تم کو جنتوں میں جگہ دے گا۔</w:t>
      </w:r>
    </w:p>
    <w:p>
      <w:r>
        <w:rPr>
          <w:b/>
        </w:rPr>
        <w:t xml:space="preserve">[59:05] </w:t>
      </w:r>
      <w:r>
        <w:t>aqoolu qawli haza wa astaghfirullaha li wa lakum ajmaeen</w:t>
      </w:r>
    </w:p>
    <w:p>
      <w:pPr>
        <w:jc w:val="right"/>
      </w:pPr>
      <w:r>
        <w:t>أَقُولُ قَوْلِي هٰذَا وَأَسْتَغْفِرُوا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