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Patience in Islam December 11, 2022</w:t>
      </w:r>
    </w:p>
    <w:p>
      <w:r>
        <w:t>https://youtu.be/Cy59II1dC-I</w:t>
      </w:r>
    </w:p>
    <w:p>
      <w:r>
        <w:rPr>
          <w:b/>
        </w:rPr>
        <w:t xml:space="preserve">[00:10] </w:t>
      </w:r>
      <w:r>
        <w:t>Assalamualaikum. The conversation, the subject for today's conversation is the importance of patience in Islam.</w:t>
      </w:r>
    </w:p>
    <w:p>
      <w:pPr>
        <w:jc w:val="right"/>
      </w:pPr>
      <w:r>
        <w:t>Assalamualaikum. The conversation, the subject for today's conversation is the importance of patience in Islam.</w:t>
      </w:r>
    </w:p>
    <w:p>
      <w:r>
        <w:rPr>
          <w:b/>
        </w:rPr>
        <w:t xml:space="preserve">[00:19] </w:t>
      </w:r>
      <w:r>
        <w:t>One of the important teachings of Islam is patience. Patience is undoubtedly the superior solution to all the problems.</w:t>
      </w:r>
    </w:p>
    <w:p>
      <w:pPr>
        <w:jc w:val="right"/>
      </w:pPr>
      <w:r>
        <w:t>One of the important teachings of Islam is patience. Patience is undoubtedly the superior solution to all the problems.</w:t>
      </w:r>
    </w:p>
    <w:p>
      <w:r>
        <w:rPr>
          <w:b/>
        </w:rPr>
        <w:t xml:space="preserve">[00:29] </w:t>
      </w:r>
      <w:r>
        <w:t>If you look at the present world, it is designed in such a way that one faces unpleasant situations repeatedly.</w:t>
      </w:r>
    </w:p>
    <w:p>
      <w:pPr>
        <w:jc w:val="right"/>
      </w:pPr>
      <w:r>
        <w:t>If you look at the present world, it is designed in such a way that one faces unpleasant situations repeatedly.</w:t>
      </w:r>
    </w:p>
    <w:p>
      <w:r>
        <w:rPr>
          <w:b/>
        </w:rPr>
        <w:t xml:space="preserve">[00:39] </w:t>
      </w:r>
      <w:r>
        <w:t>Therefore, if a person gets entangled in such unpleasant situations, then he would fail to advance along the path of human progress.</w:t>
      </w:r>
    </w:p>
    <w:p>
      <w:pPr>
        <w:jc w:val="right"/>
      </w:pPr>
      <w:r>
        <w:t>Therefore, if a person gets entangled in such unpleasant situations, then he would fail to advance along the path of human progress.</w:t>
      </w:r>
    </w:p>
    <w:p>
      <w:r>
        <w:rPr>
          <w:b/>
        </w:rPr>
        <w:t xml:space="preserve">[00:51] </w:t>
      </w:r>
      <w:r>
        <w:t>It is for this reason that Islam emphasizes on patience. A companion of the Prophet said that Prophet and the companions always kept patience despite being persecuted by the en</w:t>
      </w:r>
    </w:p>
    <w:p>
      <w:pPr>
        <w:jc w:val="right"/>
      </w:pPr>
      <w:r>
        <w:t>It is for this reason that Islam emphasizes on patience. A companion of the Prophet said that Prophet and the companions always kept patience despite being persecuted by the en</w:t>
      </w:r>
    </w:p>
    <w:p>
      <w:r>
        <w:rPr>
          <w:b/>
        </w:rPr>
        <w:t xml:space="preserve">[01:08] </w:t>
      </w:r>
      <w:r>
        <w:t>emies. Quran says that God is with those who are patient. to chaliye aaj hum isi subject par baatcheet karte hain professor fareeda khanam ke saath. Assalam walekum, aap kaise hain aap?</w:t>
      </w:r>
    </w:p>
    <w:p>
      <w:pPr>
        <w:jc w:val="right"/>
      </w:pPr>
      <w:r>
        <w:t>emies. Quran says that God is with those who are patient. तो चलिए आज हम इसी सब्जेक्ट पर बातचीत करते हैं प्रोफेसर फरीदा खानम के साथ। अस्सलाम वालेकुम, आप कैसे हैं आप?</w:t>
      </w:r>
    </w:p>
    <w:p>
      <w:r>
        <w:rPr>
          <w:b/>
        </w:rPr>
        <w:t xml:space="preserve">[01:21] </w:t>
      </w:r>
      <w:r>
        <w:t>Walekum assalam. Aap khairiyat se hain? Ji, Alhamdulillah. Aapka aaj ka subject bahut hi important hai is lihaz se bhi ke agar hum global scenario dekhen to jo sabse zyada jis cheez, jo cheez darkaar hai, wah hai sabr, patience</w:t>
      </w:r>
    </w:p>
    <w:p>
      <w:pPr>
        <w:jc w:val="right"/>
      </w:pPr>
      <w:r>
        <w:t>वालेकुम सलाम। आप खैरियत से हैं? जी, अल्हम्दुलिल्लाह। आपका आज का सब्जेक्ट बहुत ही इंपॉर्टेंट है इस लिहाज से भी कि अगर हम ग्लोबल सिनेरियो देखें तो जो सबसे ज्यादा जिस चीज, जो चीज दरकार है, वह है सब्र, पेशेंस</w:t>
      </w:r>
    </w:p>
    <w:p>
      <w:r>
        <w:rPr>
          <w:b/>
        </w:rPr>
        <w:t xml:space="preserve">[01:38] </w:t>
      </w:r>
      <w:r>
        <w:t>. Na sirf individual level par, but even at the level of nation. To sabse pehla sawal to yahi hai ke patience kya hai?</w:t>
      </w:r>
    </w:p>
    <w:p>
      <w:pPr>
        <w:jc w:val="right"/>
      </w:pPr>
      <w:r>
        <w:t>। ना केवल इंडिविजुअल लेवल पर, बट इवन एट द लेवल ऑफ नेशन। तो सबसे पहला सवाल तो यही है कि पेशेंस क्या है?</w:t>
      </w:r>
    </w:p>
    <w:p>
      <w:r>
        <w:rPr>
          <w:b/>
        </w:rPr>
        <w:t xml:space="preserve">[01:46] </w:t>
      </w:r>
      <w:r>
        <w:t>What is patience? Iske baare mein aap hum sabko bataen. Sabr ki importance bahut zyada hai aur humein Quran se maloom hota hai ke sabr kitna zyada</w:t>
      </w:r>
    </w:p>
    <w:p>
      <w:pPr>
        <w:jc w:val="right"/>
      </w:pPr>
      <w:r>
        <w:t>व्हाट इज पेशेंस? इसके बारे में आप हम सबको बताएं। सब्र की इंपॉर्टेंस बहुत ज्यादा है और हमें कुरान से मालूम होता है कि सब्र कितना ज्यादा</w:t>
      </w:r>
    </w:p>
    <w:p>
      <w:r>
        <w:rPr>
          <w:b/>
        </w:rPr>
        <w:t xml:space="preserve">[02:00] </w:t>
      </w:r>
      <w:r>
        <w:t>hai. Hamein Quran mein sabr ka lafz 103 baar aaya hai aur sabbar, bahut zyada sabr karne wala, wah chaar baar aaya hai. Isi se aap samajh sakte hain ke sabr kitna zyada important hai. Sabr ke maane hain rukna, bardasht karna, himmat se kaam lena.</w:t>
      </w:r>
    </w:p>
    <w:p>
      <w:pPr>
        <w:jc w:val="right"/>
      </w:pPr>
      <w:r>
        <w:t>है। हमें कुरान में सब्र का लफ्ज 103 बार आया है और सबार, बहुत ज्यादा सब्र करने वाला, वह चार बार आया है। इसी से आप समझ सकते हैं कि सब्र कितना ज्यादा इंपॉर्टेंट है। सब्र के माने हैं रुकना, बर्दाश्त करना, हिम्मत से काम लेना।</w:t>
      </w:r>
    </w:p>
    <w:p>
      <w:r>
        <w:rPr>
          <w:b/>
        </w:rPr>
        <w:t xml:space="preserve">[02:21] </w:t>
      </w:r>
      <w:r>
        <w:t>To yeh jo hai, na sirf individual level par yeh zaroori hai har individual ke liye, balki jaisa aapne kaha hai, national level par yeh bahut zyada zaroori hai.</w:t>
      </w:r>
    </w:p>
    <w:p>
      <w:pPr>
        <w:jc w:val="right"/>
      </w:pPr>
      <w:r>
        <w:t>तो यह जो है, ना सिर्फ इंडिविजुअल लेवल पर यह जरूरी है हर इंडिविजुअल के लिए, बल्कि जैसा आपने कहा है, नेशनल लेवल पर यह बहुत ज्यादा जरूरी है।</w:t>
      </w:r>
    </w:p>
    <w:p>
      <w:r>
        <w:rPr>
          <w:b/>
        </w:rPr>
        <w:t xml:space="preserve">[02:32] </w:t>
      </w:r>
      <w:r>
        <w:t>Agar hum is duniya mein kaamyaabi chahte hain, balki isi par depend karti hai aakhirat ki kaamyaabi bhi, to kaamyaabi ke liye sabr karna jo hai, behad zaroori hai. Aur khaas taur par ek believer, jo ke uski zindagi ka ek maqsad hai,</w:t>
      </w:r>
    </w:p>
    <w:p>
      <w:pPr>
        <w:jc w:val="right"/>
      </w:pPr>
      <w:r>
        <w:t>अगर हम इस दुनिया में कामयाबी चाहते हैं, बल्कि इसी पर डिपेंड करती है आखिरत की कामयाबी भी, तो कामयाबी के लिए सब्र करना जो है, बेहद जरूरी है। और खास तौर पर एक बिलीवर, जो कि उसकी जिंदगी का एक मकसद है,</w:t>
      </w:r>
    </w:p>
    <w:p>
      <w:r>
        <w:rPr>
          <w:b/>
        </w:rPr>
        <w:t xml:space="preserve">[02:50] </w:t>
      </w:r>
      <w:r>
        <w:t>wah ek ba-maqsad insaan hota hai. Usko usi ke mutabiq apni zindagi is duniya mein guzarni hai. Khuda ka ek creation plan hai, to uske mutabiq usko chalna hai.</w:t>
      </w:r>
    </w:p>
    <w:p>
      <w:pPr>
        <w:jc w:val="right"/>
      </w:pPr>
      <w:r>
        <w:t>वह एक बामकसद इंसान होता है। उसको उसी के मुताबिक अपनी जिंदगी इस दुनिया में गुजारनी है। खुदा का एक क्रिएशन प्लान है, तो उसके मुताबिक उसको चलना है।</w:t>
      </w:r>
    </w:p>
    <w:p>
      <w:r>
        <w:rPr>
          <w:b/>
        </w:rPr>
        <w:t xml:space="preserve">[03:01] </w:t>
      </w:r>
      <w:r>
        <w:t>To uske liye usko ek ba-usool zindagi ki darkaar hai, kyunke agar woh un usoolon par na chalega, to woh kuch bhi haasil nahi kar sakta. To iska jo surah mulk mein jo pehli ayat hai, wah hai الذی خلق الموت والحياه ليبلكم ايكم احسن عملا yaani Allah taala ne zindagi aur maut isliye banai taake insaan ko test kiya jae.</w:t>
      </w:r>
    </w:p>
    <w:p>
      <w:pPr>
        <w:jc w:val="right"/>
      </w:pPr>
      <w:r>
        <w:t>तो उसके लिए उसको एक बाउसूल जिंदगी की दरकार है, क्योंकि अगर वह उन उसूलों पर ना चलेगा, तो वह कोई कुछ भी हासिल नहीं कर सकता। तो इसका जो सूर मुल्क में जो पहली आयत है, वह है الذी خلق الموت والحياه ليبلكم ايكم احسن عملا यानी अल्लाह ताला ने जिंदगी और मौत इसलिए बनाई ताकि इंसान को टेस्ट किया जाए।</w:t>
      </w:r>
    </w:p>
    <w:p>
      <w:r>
        <w:rPr>
          <w:b/>
        </w:rPr>
        <w:t xml:space="preserve">[03:30] </w:t>
      </w:r>
      <w:r>
        <w:t>To insaan yahan par aaya hai apna test dene ke liye. To jab woh sabse badi baat yeh hai ke yahan insaan akela nahi hai, bahut saare doosre log hain aur har insaan ko azaadi mili hui hai. Us azaadi ki wajah se tarah tarah ke problem hote hain. Har aadmi apne-apne interest par chal raha hai. To bahut saar, bahut baar aisa hota hai ke unpleasant situation aa jaati hain.</w:t>
      </w:r>
    </w:p>
    <w:p>
      <w:pPr>
        <w:jc w:val="right"/>
      </w:pPr>
      <w:r>
        <w:t>तो इंसान यहां पर आया है अपना टेस्ट देने के लिए। तो जब वह सबसे बड़ी बात यह है कि यहां इंसान अकेला नहीं है, बहुत सारे दूसरे लोग हैं और हर इंसान को आजादी मिली हुई है। उस आजादी की वजह से तरह-तरह के प्रॉब्लम होते हैं। हर आदमी अपने-अपने इंटरेस्ट पर चल रहा है। तो बहुत सार, बहुत बार ऐसा होता है कि अनप्लेजट सिचुएशन आ जाती हैं।</w:t>
      </w:r>
    </w:p>
    <w:p>
      <w:r>
        <w:rPr>
          <w:b/>
        </w:rPr>
        <w:t xml:space="preserve">[03:58] </w:t>
      </w:r>
      <w:r>
        <w:t>To insaan ko wahan par sabr karna padta hai. Agar woh sabr na kare, to woh aage jo hai, usko sirf apne aap tabaahi ke raaste par wah jaega. To adjustment hai,</w:t>
      </w:r>
    </w:p>
    <w:p>
      <w:pPr>
        <w:jc w:val="right"/>
      </w:pPr>
      <w:r>
        <w:t>तो इंसान को वहां पर सब्र करना पड़ता है। अगर वह सब्र ना करे, तो वह आगे जो है, उसको सिर्फ अपने आप तबाही के रास्ते पर वह जाएगा। तो एडजस्टमेंट है,</w:t>
      </w:r>
    </w:p>
    <w:p>
      <w:r>
        <w:rPr>
          <w:b/>
        </w:rPr>
        <w:t xml:space="preserve">[04:13] </w:t>
      </w:r>
      <w:r>
        <w:t>itna zyada zaroori hai adjustment ke tamam paighambaron ne sabr kiya, adjust kiya situation se. Jo na-khushgawar situations aati hain, to unko bardasht karna hota hai.</w:t>
      </w:r>
    </w:p>
    <w:p>
      <w:pPr>
        <w:jc w:val="right"/>
      </w:pPr>
      <w:r>
        <w:t>इतना ज्यादा जरूरी है एडजस्टमेंट के तमाम पैगंबरों ने सब्र किया, एडजस्ट किया सिचुएशन से। जो नाखुशगवार सिचुएशंस आती हैं, तो उनको बर्दाश्त करना होता है।</w:t>
      </w:r>
    </w:p>
    <w:p>
      <w:r>
        <w:rPr>
          <w:b/>
        </w:rPr>
        <w:t xml:space="preserve">[04:27] </w:t>
      </w:r>
      <w:r>
        <w:t>Agar bardasht nahi karenge, to halaat jo hain, wah sab bilkul disturb ho jaenge aur peace jo hai, wah khatam ho jaega. Aur hum koi bhi kaam nahi kar paenge, na individual level par, na social level par, na national level par. To yahi hai ke apne jazbaat ko control mein rakhna, isi ko sabr kehte hain. Kyunke dekhiye, har aadmi ki khwahishen hain, har aadmi ke apne interest hain, har aadmi kuch haasil karna chahta hai.</w:t>
      </w:r>
    </w:p>
    <w:p>
      <w:pPr>
        <w:jc w:val="right"/>
      </w:pPr>
      <w:r>
        <w:t>अगर बर्दाश्त नहीं करेंगे, तो हालात जो हैं, वह सब बिल्कुल डिस्टर्ब हो जाएंगे और पीस जो है, वह खत्म हो जाएगा। और हम कोई भी काम नहीं कर पाएंगे, ना इंडिविजुअल लेवल पर, ना सोशल लेवल पर, ना नेशनल लेवल पर। तो यही है कि अपने जज्बात को कंट्रोल में रखना, इसी को सब्र कहते हैं। क्योंकि देखिए, हर आदमी की ख्वाहिशें हैं, हर आदमी के अपने इंटरेस्ट हैं, हर आदमी कुछ हासिल करना चाहता है।</w:t>
      </w:r>
    </w:p>
    <w:p>
      <w:r>
        <w:rPr>
          <w:b/>
        </w:rPr>
        <w:t xml:space="preserve">[04:57] </w:t>
      </w:r>
      <w:r>
        <w:t>To usko, uske liye wah kuch jo kaam karna chahta hai, to wah kai-kai baar aisa hota hai ke wah doosron ke interest ke khilaaf hota hai. Doosre log jo haasil karna chahte hain, wah hamare interest ke khilaaf hota hai. Yahan par confrontation ki situation aa jaati hai. To agar hum sabr karen, bardasht kar len, wah waqti taur par hota hai. Sabr bardasht karne ka yeh matlab nahi hai ke hamesha sabr karke ghar mein baithe rahen, balki ek nayi planning karen.</w:t>
      </w:r>
    </w:p>
    <w:p>
      <w:pPr>
        <w:jc w:val="right"/>
      </w:pPr>
      <w:r>
        <w:t>तो उसको, उसके लिए वह कुछ जो काम करना चाहता है, तो वह कई-कई बार ऐसा होता है कि वह दूसरों के इंटरेस्ट के खिलाफ होता है। दूसरे लोग जो हासिल करना चाहते हैं, वह हमारे इंटरेस्ट के खिलाफ होता है। यहां पर कन्फ्रंटेशन की सिचुएशन आ जाती है। तो अगर हम सब्र करें, बर्दाश्त कर लें, वह वक्ती तौर पर होता है। सब्र बर्दाश्त करने का यह मतलब नहीं है कि हमेशा सब्र करके घर में बैठे रहें, बल्कि एक नई प्लानिंग करें।</w:t>
      </w:r>
    </w:p>
    <w:p>
      <w:r>
        <w:rPr>
          <w:b/>
        </w:rPr>
        <w:t xml:space="preserve">[05:27] </w:t>
      </w:r>
      <w:r>
        <w:t>Koi masla saamne aa gaya, to us masle par sochen aur ek nayi planning ke saath us masle ko hal karen.</w:t>
      </w:r>
    </w:p>
    <w:p>
      <w:pPr>
        <w:jc w:val="right"/>
      </w:pPr>
      <w:r>
        <w:t>कोई मसला सामने आ गया, तो उस मसले पर सोचें और एक नई प्लानिंग के साथ उस मसले को हल करें।</w:t>
      </w:r>
    </w:p>
    <w:p>
      <w:r>
        <w:rPr>
          <w:b/>
        </w:rPr>
        <w:t xml:space="preserve">[05:36] </w:t>
      </w:r>
      <w:r>
        <w:t>To yeh jo hai, ab normal situation mein jab hum aisa karte hain ke apni marzi jo hai, wah nahi chalate, balki Khuda ki marzi ke mutabiq naya amal-e-amal tay karte hain, to iska matlab hai ke humne ab normal situation mein bhi humne Khuda ko yaad kiya. To yeh bahut zyada zaroori hota hai, kyunke normal situation mein to sabhi log achhe hote hain, sabhi</w:t>
      </w:r>
    </w:p>
    <w:p>
      <w:pPr>
        <w:jc w:val="right"/>
      </w:pPr>
      <w:r>
        <w:t>तो यह जो है, अब नॉर्मल सिचुएशन में जब हम ऐसा करते हैं कि अपनी मर्जी जो है, वह नहीं चलाते, बल्कि खुदा की मर्जी के मुताबिक नया लाय अमल तय करते हैं, तो इसका मतलब है कि हमने अब नॉर्मल सिचुएशन में भी हमने खुदा को याद किया। तो यह बहुत ज्यादा जरूरी होता है, क्योंकि नॉर्मल सिचुएशन में तो सभी लोग अच्छे होते हैं, सभी</w:t>
      </w:r>
    </w:p>
    <w:p>
      <w:r>
        <w:rPr>
          <w:b/>
        </w:rPr>
        <w:t xml:space="preserve">[06:04] </w:t>
      </w:r>
      <w:r>
        <w:t>log apna jo bhi unki ibaadat hai, wah karte hain normal situation mein. Lekin insaan jo judge kiya ja raha hai, wah ab normal situation mein judge kiya ja raha hai, kyunke wahan par pata chalta hai ke insaan jo hai, apne aap ko usne prepared mind hai ke nahi mind hai. Matlab shehri taur par wah jo bhi kar raha hai, wah shehri taur par kar raha hai ya ghair shehri taur par. Jaise bachche hote hain,</w:t>
      </w:r>
    </w:p>
    <w:p>
      <w:pPr>
        <w:jc w:val="right"/>
      </w:pPr>
      <w:r>
        <w:t>लोग अपना जो भी उनकी इबादत है, वह करते हैं नॉर्मल सिचुएशन में। लेकिन इंसान जो जज किया जा रहा है, वह अब नॉर्मल सिचुएशन में जज किया जा रहा है, क्योंकि वहां पर पता चलता है कि इंसान जो है, अपने आप को उसने वह प्रिपेयर्ड माइंड है कि नहीं माइंड है। मतलब शहरी तौर पर वह जो भी कर रहा है, वह शहरी तौर पर कर रहा है या गैर शहरी तौर पर। जैसे बच्चे होते हैं,</w:t>
      </w:r>
    </w:p>
    <w:p>
      <w:r>
        <w:rPr>
          <w:b/>
        </w:rPr>
        <w:t xml:space="preserve">[06:32] </w:t>
      </w:r>
      <w:r>
        <w:t>ab wah bilkul theek rehte hain, lekin abhi aap unse koi khilona chheen len, to wah rona shuru kar denge. To wah, kyunke wah jo bhi kar rahe hain, wah ghair shehri taur par kar rahe hain. To humein ek shehri taur par wahi kaam karna hai ke soch samajhkar ek apni zindagi ka course mutayyan karna hai aur Khuda ki marzi ke mutabiq amal karna hai. To humein offend nahi hona hai. Koi</w:t>
      </w:r>
    </w:p>
    <w:p>
      <w:pPr>
        <w:jc w:val="right"/>
      </w:pPr>
      <w:r>
        <w:t>अब वह बिल्कुलठीक रहते हैं, लेकिन अभी आप उनसे कोई खिलौना छीन लीजिए, तो वह रोना शुरू कर देंगे। तो वह, क्योंकि वह जो भी कर रहे हैं, वह गैर शहरी तौर पर कर रहे हैं। तो हमें एक शहरी तौर पर वही काम करना है कि सोच समझकर एक अपनी जिंदगी का कोर्स मुतय्यन करना है और खुदा की मर्जी के मुताबिक अमल करना है। तो हमें ऑफेंड नहीं होना है। कोई</w:t>
      </w:r>
    </w:p>
    <w:p>
      <w:r>
        <w:rPr>
          <w:b/>
        </w:rPr>
        <w:t xml:space="preserve">[06:59] </w:t>
      </w:r>
      <w:r>
        <w:t>baat aisi ho jae, to humein usko nazarandaaz karna hai, usko anaa ka masla nahi banana hai. To yeh sab hum jab karenge, to phir hamare duniya ke bhi saare masail honge, hal honge aur aakhirat mein bhi Allah taala ke yahan uska bahut bada inaam milega. To</w:t>
      </w:r>
    </w:p>
    <w:p>
      <w:pPr>
        <w:jc w:val="right"/>
      </w:pPr>
      <w:r>
        <w:t>बात ऐसी हो जाए, तो हमें उसको नजरअंदाज करना है, उसको अना का मसला नहीं बनाना है। तो यह सब हम जब करेंगे, तो फिर हमारे दुनिया के भी सारे मसाइल होंगे, हल होंगे और आखिरत में भी अल्लाह ताला के यहां उसका बहुत बड़ा इनाम मिलेगा। तो</w:t>
      </w:r>
    </w:p>
    <w:p>
      <w:r>
        <w:rPr>
          <w:b/>
        </w:rPr>
        <w:t xml:space="preserve">[07:19] </w:t>
      </w:r>
      <w:r>
        <w:t>humein jo hai, ek complaint free insaan ki haisiyat se is duniya mein rehna hai. Aur yeh jo hai, yahi Allah taala ne humein bataya hai. Tamam paighambaron ke zariye se humein yahi samajh mein aaya hai ke humein har haalat mein bilkul ek complaint free insaan bankar rehna hai.</w:t>
      </w:r>
    </w:p>
    <w:p>
      <w:pPr>
        <w:jc w:val="right"/>
      </w:pPr>
      <w:r>
        <w:t>हमें जो है, एक कंप्लेंट फ्री इंसान की हैसियत से इस दुनिया में रहना है। और यह जो है, यही अल्लाह ताला ने हमें बताया है। तमाम पैगंबरों के जरिए से हमें यही समझ में आया है कि हमें हर हालत में बिल्कुल एक कंप्लेंट फ्री इंसान बनकर रहना है।</w:t>
      </w:r>
    </w:p>
    <w:p>
      <w:r>
        <w:rPr>
          <w:b/>
        </w:rPr>
        <w:t xml:space="preserve">[07:41] </w:t>
      </w:r>
      <w:r>
        <w:t>to yeh jo hai, iska art of management se talluq hai.</w:t>
      </w:r>
    </w:p>
    <w:p>
      <w:pPr>
        <w:jc w:val="right"/>
      </w:pPr>
      <w:r>
        <w:t>तो यह जो है, इसका आर्ट ऑफ मैनेजमेंट से ताल्लुक है।</w:t>
      </w:r>
    </w:p>
    <w:p>
      <w:r>
        <w:rPr>
          <w:b/>
        </w:rPr>
        <w:t xml:space="preserve">[07:45] </w:t>
      </w:r>
      <w:r>
        <w:t>iska hamein har haal mein apne aap ko negativity se bachana hai aur positive,</w:t>
      </w:r>
    </w:p>
    <w:p>
      <w:pPr>
        <w:jc w:val="right"/>
      </w:pPr>
      <w:r>
        <w:t>इसका हमें हर हाल में अपने आप को नेगेटिविटी से बचाना है और पॉजिटिव,</w:t>
      </w:r>
    </w:p>
    <w:p>
      <w:r>
        <w:rPr>
          <w:b/>
        </w:rPr>
        <w:t xml:space="preserve">[07:54] </w:t>
      </w:r>
      <w:r>
        <w:t>apne aap ko hamesha apne aap ko positive rakhna hai.</w:t>
      </w:r>
    </w:p>
    <w:p>
      <w:pPr>
        <w:jc w:val="right"/>
      </w:pPr>
      <w:r>
        <w:t>अपने आप को हमेशा अपने आप को पॉजिटिव रखना है।</w:t>
      </w:r>
    </w:p>
    <w:p>
      <w:r>
        <w:rPr>
          <w:b/>
        </w:rPr>
        <w:t xml:space="preserve">[07:56] </w:t>
      </w:r>
      <w:r>
        <w:t>kyun ke jab hum positive rahenge, na tabhi hum samajh sakenge ke kya hum nayi planning karein.</w:t>
      </w:r>
    </w:p>
    <w:p>
      <w:pPr>
        <w:jc w:val="right"/>
      </w:pPr>
      <w:r>
        <w:t>क्योंकि जब हम पॉजिटिव रहेंगे, ना तभी हम समझ सकेंगे कि क्या हम नई प्लानिंग करें।</w:t>
      </w:r>
    </w:p>
    <w:p>
      <w:r>
        <w:rPr>
          <w:b/>
        </w:rPr>
        <w:t xml:space="preserve">[08:04] </w:t>
      </w:r>
      <w:r>
        <w:t>aur nayi planning ke liye bahut zyada hamein pur sukoon mind chahiye, warna hum nayi planning nahin kar</w:t>
      </w:r>
    </w:p>
    <w:p>
      <w:pPr>
        <w:jc w:val="right"/>
      </w:pPr>
      <w:r>
        <w:t>और नई प्लानिंग के लिए बहुत ज्यादा हमें पुर सुकून माइंड चाहिए, वरना हम नई प्लानिंग नहीं कर</w:t>
      </w:r>
    </w:p>
    <w:p>
      <w:r>
        <w:rPr>
          <w:b/>
        </w:rPr>
        <w:t xml:space="preserve">[08:11] </w:t>
      </w:r>
      <w:r>
        <w:t>payenge. jab hum gussa ho jayenge, hamare andar nafrat aa jayegi, hum inteqam ka sochenge, to hum nayi</w:t>
      </w:r>
    </w:p>
    <w:p>
      <w:pPr>
        <w:jc w:val="right"/>
      </w:pPr>
      <w:r>
        <w:t>पाएंगे। जब हम गुस्सा हो जाएंगे, हमारे अंदर नफरत आ जाएगी, हम इंतखाम का सोचेंगे, तो हम नई</w:t>
      </w:r>
    </w:p>
    <w:p>
      <w:r>
        <w:rPr>
          <w:b/>
        </w:rPr>
        <w:t xml:space="preserve">[08:17] </w:t>
      </w:r>
      <w:r>
        <w:t>planning nahin kar payenge.</w:t>
      </w:r>
    </w:p>
    <w:p>
      <w:pPr>
        <w:jc w:val="right"/>
      </w:pPr>
      <w:r>
        <w:t>प्लानिंग नहीं कर पाएंगे।</w:t>
      </w:r>
    </w:p>
    <w:p>
      <w:r>
        <w:rPr>
          <w:b/>
        </w:rPr>
        <w:t xml:space="preserve">[08:19] </w:t>
      </w:r>
      <w:r>
        <w:t>aur nayi planning jo hai, woh bilkul zaroori hai kamyabi ke liye.</w:t>
      </w:r>
    </w:p>
    <w:p>
      <w:pPr>
        <w:jc w:val="right"/>
      </w:pPr>
      <w:r>
        <w:t>और नई प्लानिंग जो है, वह बिल्कुल जरूरी है कामयाबी के लिए।</w:t>
      </w:r>
    </w:p>
    <w:p>
      <w:r>
        <w:rPr>
          <w:b/>
        </w:rPr>
        <w:t xml:space="preserve">[08:25] </w:t>
      </w:r>
      <w:r>
        <w:t>to bahut sari aisi misalen hain. ab hazrat adam al salam ke do bete the, habeel aur qabeel. aam halat mein woh bhi theek the. to habeel, to jo unka beta tha, woh sahi tha aur qabeel jo tha, woh evil tha. lekin aam halat mein woh theek tha. lekin kisi baat par woh habeel se gussa ho gaya, to usne habeel ko maar dala. habeel ne kaha ki main to hath nahin uthaunga. to</w:t>
      </w:r>
    </w:p>
    <w:p>
      <w:pPr>
        <w:jc w:val="right"/>
      </w:pPr>
      <w:r>
        <w:t>तो बहुत सारी ऐसी मिसालें हैं। अब हजरत आदम अल सलाम के दो बेटे थे, हाबील और काबील। आम हालत में वह भीठीक थे। तो हाबील, तो जो उनका बेटा था, वह सही था और काबील जो था, वह इविल था। लेकिन आम हालत में वहठीक था। लेकिन किसी बात पर वह हाबील से गुस्सा हो गया, तो उसने हाबील को मार डाला। हाबील ने कहा कि मैं तो हाथ नहीं उठाऊंगा। तो</w:t>
      </w:r>
    </w:p>
    <w:p>
      <w:r>
        <w:rPr>
          <w:b/>
        </w:rPr>
        <w:t xml:space="preserve">[08:51] </w:t>
      </w:r>
      <w:r>
        <w:t>yeh ab normal situation mein logon ko judge kiya jata hai. to allah taala ne dekhiye, quran mein jab woh dono achhe normal situation mein, woh log sahi tarike se duniya mein zindagi guzar rahe the, to uska zikr quran mein nahin hai. lekin ab normal situation mein jab habeel ne, jisko bible mein abel ka lafz aaya hai, habeel ne positive response diya, to uska zikr quran mein aaya hai.</w:t>
      </w:r>
    </w:p>
    <w:p>
      <w:pPr>
        <w:jc w:val="right"/>
      </w:pPr>
      <w:r>
        <w:t>यह अब नॉर्मल सिचुएशन में लोगों को जज किया जाता है। तो अल्लाह ताला ने देखिए, कुरान में जब वह दोनों अच्छे नॉर्मल सिचुएशन में, वह लोग सही तरीके से दुनिया में जिंदगी गुजार रहे थे, तो उसका जिक्र कुरान में नहीं है। लेकिन अब नॉर्मल सिचुएशन में जब हाबील ने, जिसको बाइबल में एबुल का लफ्ज आया है, हाबील ने पॉजिटिव रिस्पांस दिया, तो उसका जिक्र कुरान में आया है।</w:t>
      </w:r>
    </w:p>
    <w:p>
      <w:r>
        <w:rPr>
          <w:b/>
        </w:rPr>
        <w:t xml:space="preserve">[09:20] </w:t>
      </w:r>
      <w:r>
        <w:t>to woh hamara positive response jo hai, na woh farishte likhenge aur uska hamein akhirat mein beshab ajr diya jayega. to yahi jo peaceful method hai, yeh hamein har halat mein isko barkarar rakhna hai, chahe kaisi bhi situation ho. aur yahi hamein rasoolullah sallallahu alaihi wasallam ki zindagi se maloom hota hai ki kaisi bhi situation ho,</w:t>
      </w:r>
    </w:p>
    <w:p>
      <w:pPr>
        <w:jc w:val="right"/>
      </w:pPr>
      <w:r>
        <w:t>तो वह हमारा पॉजिटिव रिस्पांस जो है, ना वह फरिश्ते लिखेंगे और उसका हमें आखिरत में बेहिसाब अज्र दिया जाएगा। तो यही जो पीसफुल मेथड है, यह हमको हर हालत में इसको बरकरार रखना है, चाहे कैसी भी सिचुएशन हो। और यही हमें रसूलल्लाह सल्लल्लाहु अलैहि वसल्लम की जिंदगी से मालूम होता है कि कैसी भी सिचुएशन हो,</w:t>
      </w:r>
    </w:p>
    <w:p>
      <w:r>
        <w:rPr>
          <w:b/>
        </w:rPr>
        <w:t xml:space="preserve">[09:44] </w:t>
      </w:r>
      <w:r>
        <w:t>har halat mein aap apna jo hai, peace nahin khote the. peaceful mind ke sath hi nai planning karte the. to yahi hamein bhi karna hai aur isi mein hamari duniya aur akhirat dono ki bhalai hai. ji,</w:t>
      </w:r>
    </w:p>
    <w:p>
      <w:pPr>
        <w:jc w:val="right"/>
      </w:pPr>
      <w:r>
        <w:t>हर हालत में आप अपना जो है, पीस नहीं खोते थे। पीसफुल माइंड के साथ ही नई प्लानिंग करते थे। तो यही हमें भी करना है और इसी में हमारी दुनिया और आखिरत दोनों की भलाई है। जी,</w:t>
      </w:r>
    </w:p>
    <w:p>
      <w:r>
        <w:rPr>
          <w:b/>
        </w:rPr>
        <w:t xml:space="preserve">[10:01] </w:t>
      </w:r>
      <w:r>
        <w:t>aapka yeh bahut achha bataya aapne ki ab normal situation mein ek insan ka test hota hai. balki ek abnormal situation mein, aapka yeh kaha ja sakta hai ki ek abnormal situation ek potential reward ko sath lekar aati hai.</w:t>
      </w:r>
    </w:p>
    <w:p>
      <w:pPr>
        <w:jc w:val="right"/>
      </w:pPr>
      <w:r>
        <w:t>आपका यह बहुत अच्छा बताया आपने कि अब नॉर्मल सिचुएशन में एक इंसान का टेस्ट होता है। बल्कि एक एबनॉर्मल सिचुएशन में, आपका यह कहा जा सकता है कि एक एबनॉर्मल सिचुएशन एक पोटेंशियल रिवॉर्ड को साथ लेकर आती है।</w:t>
      </w:r>
    </w:p>
    <w:p>
      <w:r>
        <w:rPr>
          <w:b/>
        </w:rPr>
        <w:t xml:space="preserve">[10:14] </w:t>
      </w:r>
      <w:r>
        <w:t>agar aap us waqt, if you are able to rise above that situation and stay positive, then you become the recipient of gods blessings. to jo ek potential reward rakha gaya hai, woh us insan ko mil jata hai agar woh ab normal condition mein react na karein. achha, aap ab maulana wahiduddin khan sahab ne beshumar literature sabr ke upar likha hai, kaha hai. main</w:t>
      </w:r>
    </w:p>
    <w:p>
      <w:pPr>
        <w:jc w:val="right"/>
      </w:pPr>
      <w:r>
        <w:t>अगर आप उस वक्त, इफ यू आर एबल टू राइज अबव दैट सिचुएशन एंड स्टे पॉजिटिव, देन यू बिकम द रिसिपिएंट ऑफ गॉड्स ब्लेसिंग्स। तो जो एक पोटेंशियल रिवॉर्ड रखा गया है, वह उस इंसान को मिल जाता है अगर वह अब नॉर्मल कंडीशन में रिएक्ट ना करें। अच्छा, आप अब मौलाना वैदुद्दीन खान साहब ने बेशुमार लिटरेचर सब्र के ऊपर लिखा है, कहा है। मैं</w:t>
      </w:r>
    </w:p>
    <w:p>
      <w:r>
        <w:rPr>
          <w:b/>
        </w:rPr>
        <w:t xml:space="preserve">[10:37] </w:t>
      </w:r>
      <w:r>
        <w:t>ne khud personally unko dekha hai, unko observe kara hai, unki zindagi mein unko practice karte hue dekha hai ki unke andar sabr ka samandar tha. to main chahunga ki unki kya definition thi sabr ki, iske bare mein aap hum sabko batayein. asal mein jab aap sabr ka lafz bolte hain, to lagta hai ki koi religious principle hai. to maulana usko practical wisdom kehte the.</w:t>
      </w:r>
    </w:p>
    <w:p>
      <w:pPr>
        <w:jc w:val="right"/>
      </w:pPr>
      <w:r>
        <w:t>ने खुद पर्सनली उनको देखा है, उनको ऑब्जर्व करा है, उनकी जिंदगी में उनको प्रैक्टिस करते हुए देखा है कि उनके अंदर सब्र का समंदर था। तो मैं चाहूंगा कि उनकी क्या डेफिनेशन थी सब्र की, इसके बारे में आप हम सबको बताएं। असल में जब आप सब्र का लफ्ज बोलते हैं, तो लगता है कि कोई रिलीजियस प्रिंसिपल है। तो मौलाना उसको प्रैक्टिकल विजडम कहते थे।</w:t>
      </w:r>
    </w:p>
    <w:p>
      <w:r>
        <w:rPr>
          <w:b/>
        </w:rPr>
        <w:t xml:space="preserve">[11:05] </w:t>
      </w:r>
      <w:r>
        <w:t>to sabr ka matlab yeh hai ki hum us khas mauqe par, jab hum woh abnormal situation hamare samne hai, to hamara kya approach hona chahiye, kya method hona chahiye. to woh har cheez islam mein,</w:t>
      </w:r>
    </w:p>
    <w:p>
      <w:pPr>
        <w:jc w:val="right"/>
      </w:pPr>
      <w:r>
        <w:t>तो सब्र का मतलब यह है कि हम उस खास मौके पर, जब हम वो एबनॉर्मल सिचुएशन हमारे सामने है, तो हमारा क्या अप्रोच होना चाहिए, क्या मेथड होना चाहिए। तो वह हर चीज इस्लाम में,</w:t>
      </w:r>
    </w:p>
    <w:p>
      <w:r>
        <w:rPr>
          <w:b/>
        </w:rPr>
        <w:t xml:space="preserve">[11:21] </w:t>
      </w:r>
      <w:r>
        <w:t>chahe woh lafz kuch aur bola ja raha ho, lekin har cheez wisdom se related hai. to usi ko maulana ne bar bar likha hai ki sabr karna jo hai, woh uska taluq practical wisdom se hai. kyun</w:t>
      </w:r>
    </w:p>
    <w:p>
      <w:pPr>
        <w:jc w:val="right"/>
      </w:pPr>
      <w:r>
        <w:t>चाहे वह लफ्ज कुछ और बोला जा रहा हो, लेकिन हर चीज विजडम से रिलेटेड है। तो उसी को मौलाना ने बार-बार लिखा है कि सब्र करना जो है, वह उसका ताल्लुक प्रैक्टिकल विजडम से है। क्यों</w:t>
      </w:r>
    </w:p>
    <w:p>
      <w:r>
        <w:rPr>
          <w:b/>
        </w:rPr>
        <w:t xml:space="preserve">[11:34] </w:t>
      </w:r>
      <w:r>
        <w:t>ki bahut sari cheezein aisi hoti hain aur theory mein to ideal ko hi samne rakha jata hai, lekin practice mein to usko, usko practice mein usko thoda sa situation ke mutabik hamein change karna padta hai, usko halat ke mutabik.</w:t>
      </w:r>
    </w:p>
    <w:p>
      <w:pPr>
        <w:jc w:val="right"/>
      </w:pPr>
      <w:r>
        <w:t>कि बहुत सारी चीजें ऐसी होती हैं और थ्योरी में तो आइडियल को ही सामने रखा जाता है, लेकिन प्रैक्टिस में तो उसको, उसको प्रैक्टिस में उसको थोड़ा सा सिचुएशन के मुताबिक हमें चेंज करना पड़ता है, उसको हालात के मुताबिक।</w:t>
      </w:r>
    </w:p>
    <w:p>
      <w:r>
        <w:rPr>
          <w:b/>
        </w:rPr>
        <w:t xml:space="preserve">[11:51] </w:t>
      </w:r>
      <w:r>
        <w:t>to yahi jo hai, isko maulana ne kaha hai ki sabr jo hai, woh haste response ke matlab haste response jo hai, woh besabr hai aur considered response jo hai, woh sabr hai. to is tarike se hamein lagta hai ki jo sabr jo hai, na karna jo hai, woh wisdom se mutalik hai. to maulana ne poori ek kitab hi poori wisdom par likhi hui hai aur bahut sare articles hain.</w:t>
      </w:r>
    </w:p>
    <w:p>
      <w:pPr>
        <w:jc w:val="right"/>
      </w:pPr>
      <w:r>
        <w:t>तो यही जो है, इसको मौलाना ने कहा है कि सब्र जो है, वह हेस्ट रिस्पांस के मतलब हेस्ट रिस्पांस जो है, वह बेसब्र है और कंसीडर्ड रिस्पांस जो है, वह सब्र है। तो इस तरीके से हमें लगता है कि जो सब्र जो है, ना कर करना जो है, वह विजडम से मुतालिक है। तो मौलाना ने पूरी एक किताब ही पूरी विजडम पर लिखी हुई है और बहुत सारे आर्टिकल्स हैं।</w:t>
      </w:r>
    </w:p>
    <w:p>
      <w:r>
        <w:rPr>
          <w:b/>
        </w:rPr>
        <w:t xml:space="preserve">[12:20] </w:t>
      </w:r>
      <w:r>
        <w:t>to is par jo hai, bahut zyada unhone wajahat iski kiya hai aur us par jo hai, sabr jo hai, kyunki kai bar aisa hota hai ki kuch halat aise hote hain, to uske khilaf foran zameen taiyar nahin hoti hai. uske liye hamein kuch kaam karna padta hai,</w:t>
      </w:r>
    </w:p>
    <w:p>
      <w:pPr>
        <w:jc w:val="right"/>
      </w:pPr>
      <w:r>
        <w:t>तो इस पर जो है, बहुत ज्यादा उन्होंने वजाहत इसकी किया है और उस पर जो है, सब्र जो है, क्योंकि कई बार ऐसा होता है कि कुछ हालात ऐसे होते हैं, तो उसके खिलाफ फौरन जमीन तैयार नहीं होती है। उसके लिए हमें कुछ काम करना पड़ता है,</w:t>
      </w:r>
    </w:p>
    <w:p>
      <w:r>
        <w:rPr>
          <w:b/>
        </w:rPr>
        <w:t xml:space="preserve">[12:43] </w:t>
      </w:r>
      <w:r>
        <w:t>jisko maulana kehte the status</w:t>
      </w:r>
    </w:p>
    <w:p>
      <w:pPr>
        <w:jc w:val="right"/>
      </w:pPr>
      <w:r>
        <w:t>जिसको मौलाना कहते थे स्टेटस</w:t>
      </w:r>
    </w:p>
    <w:p>
      <w:r>
        <w:rPr>
          <w:b/>
        </w:rPr>
        <w:t xml:space="preserve">[12:45] </w:t>
      </w:r>
      <w:r>
        <w:t>ko. to status ko mein agar hum foran ke foran change karna chahenge, to sirf destruction hoga. lekin replanning ke zariye se status ko change ho sakta hai. to jaise rasoolullah sallallahu alaihi wasallam ne bar bar aisa kiya ki status ko ko accept kar liya. misal ke taur par kaba mein bahut sare 360 idols rakhe the, wahin par aap namaz padhte the.</w:t>
      </w:r>
    </w:p>
    <w:p>
      <w:pPr>
        <w:jc w:val="right"/>
      </w:pPr>
      <w:r>
        <w:t>को। तो स्टेटस को में अगर हम फौरन के फौरन चेंज करना चाहेंगे, तो सिर्फ डिस्ट्रक्शन होगा। लेकिन रिप्लानिंग के जरिए से स्टेटस को चेंज हो सकता है। तो जैसे रसूलल्लाह सल्लल्लाहु अलैहि वसल्लम ने बार-बार ऐसा किया कि स्टेटस को को एक्सेप्ट कर लिया। मिसाल के तौर पर काबा में बहुत सारे 360 आइडल्स रखे थे, वहीं पर आप नमाज पढ़ते थे।</w:t>
      </w:r>
    </w:p>
    <w:p>
      <w:r>
        <w:rPr>
          <w:b/>
        </w:rPr>
        <w:t xml:space="preserve">[13:11] </w:t>
      </w:r>
      <w:r>
        <w:t>to aapne us status ko ko accept kiya aur dheere dheere logon ke zehan ko badla. to bahut sare kaam jo hai, na graduate ke zariye se woh hote hain. ji, to yahi jo hai, na workable formula hai. isi ke mutabik hum aage badh sakte hain. kyunki yahan par jo log hote hain, na unki ek conditioning ho chuki hoti hai.</w:t>
      </w:r>
    </w:p>
    <w:p>
      <w:pPr>
        <w:jc w:val="right"/>
      </w:pPr>
      <w:r>
        <w:t>तो आपने उस स्टेटस को को एक्सेप्ट किया और धीरे-धीरे लोगों के जहन को बदला। तो बहुत सारे काम जो है, ना ग्रेजुएट के जरिए से वो होते हैं। जी, तो यही जो है, ना वर्केबल फार्मूला है। इसी के मुताबिक हम आगे बढ़ सकते हैं। क्योंकि यहां पर जो लोग होते हैं, ना उनकी एक कंडीशनिंग हो चुकी होती है।</w:t>
      </w:r>
    </w:p>
    <w:p>
      <w:r>
        <w:rPr>
          <w:b/>
        </w:rPr>
        <w:t xml:space="preserve">[13:38] </w:t>
      </w:r>
      <w:r>
        <w:t>ek mahaul hota hai ghar ka, bahar ka, society ka. uske mutabik woh condition ho jate hain. ab hum agar unko unko koi nai baat samjhana chahe, to woh foran usko samajh nahin payenge. to isliye hamein wait karna padta hai aur unko graduate tarike se unko baat batani padti hai. aur uske liye hamein sabr karna padta hai. kyunki bahut bar aisa hota hai ki woh bahut zabardast react karte hain, retali</w:t>
      </w:r>
    </w:p>
    <w:p>
      <w:pPr>
        <w:jc w:val="right"/>
      </w:pPr>
      <w:r>
        <w:t>एक माहौल होता है घर का, बाहर का, सोसाइटी का। उसके मुताबिक वह कंडीशन हो जाते हैं। अब हम अगर उनके उनको कोई नई बात समझाना चाहे, तो वह फौरन उसको समझ नहीं पाएंगे। तो इसलिए हमें वेट करना पड़ता है और उनको ग्रेजुएट तरीके से उनको बात बतानी पड़ती है। और उसके लिए हमें सब्र करना पड़ता है। क्योंकि बहुत बार ऐसा होता है कि वह बहुत जबरदस्त रिएक्ट करते हैं, रिटेलि</w:t>
      </w:r>
    </w:p>
    <w:p>
      <w:r>
        <w:rPr>
          <w:b/>
        </w:rPr>
        <w:t xml:space="preserve">[14:07] </w:t>
      </w:r>
      <w:r>
        <w:t>ate karte hain. to agar hum sabr na karein, to wahin ka wahin baat khatam ho jayegi. main yahan ek misal aapko deti hoon. tablighi jamaat ke jo founder the, maulana ilyas, to unhone wahan par kaam kiya tha mewat mein. mewat ke log bahut zyada us waqt padhai likhai bilkul nahin thi mewat ke ilake mein. to woh kisi naujawan ko koi baat samjha rahe the, us naujawan ki samajh mein nahin aai.</w:t>
      </w:r>
    </w:p>
    <w:p>
      <w:pPr>
        <w:jc w:val="right"/>
      </w:pPr>
      <w:r>
        <w:t>एट करते हैं। तो अगर हम सब्र ना करें, तो वहीं का वहीं बात खत्म हो जाएगी। मैं यहां एक मिसाल आपको देती हूं। तबलीगी जमात के जो फाउंडर थे, मौलाना इलियास, तो उन्होंने वहां पर काम किया था मेवात में। मेवात के लोग बहुत ज्यादा उस वक्त पढ़ाई लिखाई बिल्कुल नहीं थी मेवात के इलाके में। तो वह किसी नौजवान को कोई बात समझा रहे थे, उस नौजवान की समझ में नहीं आई।</w:t>
      </w:r>
    </w:p>
    <w:p>
      <w:r>
        <w:rPr>
          <w:b/>
        </w:rPr>
        <w:t xml:space="preserve">[14:34] </w:t>
      </w:r>
      <w:r>
        <w:t>to usne jo hai, woh naujawan tha, yeh patle duble se the maulana ilyas, usne unko ek thappad kas ke maar diya. woh gir pade. to ab aise mein aam aadmi hota, to woh gussa ho jata ki main tumko to ek baat samjha raha hoon, manne ka kya matlab hai. lekin woh gussa nahin hue. thodi der mein jab thoda theek hue, woh uthne ke kabil hue. to uthkar phir unhone kya kaha?</w:t>
      </w:r>
    </w:p>
    <w:p>
      <w:pPr>
        <w:jc w:val="right"/>
      </w:pPr>
      <w:r>
        <w:t>तो उसने जो है, वह नौजवान था, यह पतले दुबले से थे मौलाना इलियास, उसने उनको एक थप्पड़ कस के मार दिया। वह गिर पड़े। तो अब ऐसे में आम आदमी होता, तो वह गुस्सा हो जाता कि मैं तुमको तो एक बात समझा रहा हूं, मानने का क्या मतलब है। लेकिन वह गुस्सा नहीं हुए। थोड़ी देर में जब थोड़ाठीक हुए, वह उठने के काबिल हुए। तो उठकर फिर उन्होंने क्या कहा?</w:t>
      </w:r>
    </w:p>
    <w:p>
      <w:r>
        <w:rPr>
          <w:b/>
        </w:rPr>
        <w:t xml:space="preserve">[15:00] </w:t>
      </w:r>
      <w:r>
        <w:t>yahi hota hai positive response. unhone kaha, "tumne apna kaam kar liya hai, ab ab mere ko kam apna kaam karne do." phir</w:t>
      </w:r>
    </w:p>
    <w:p>
      <w:pPr>
        <w:jc w:val="right"/>
      </w:pPr>
      <w:r>
        <w:t>यही होता है पॉजिटिव रिस्पांस। उन्होंने कहा, "तुमने अपना काम कर लिया है, अब अब मेरे को कम अपना काम करने दो।" फिर</w:t>
      </w:r>
    </w:p>
    <w:p>
      <w:r>
        <w:rPr>
          <w:b/>
        </w:rPr>
        <w:t xml:space="preserve">[15:07] </w:t>
      </w:r>
      <w:r>
        <w:t>unhone usko samjhana shuru kar diya aur usi ke sath sath woh dua karte rehte the. to woh naujawan ki samajh mein aakhirkar aa gaya aur woh unka life long unka saathi ban gaya. to is wajah se, chunki insan ek case hai conditioning ka, to hum chahe kitni bhi achhi baat usko samjha rahe hon, lekin usko samajhne mein time lagega aur us time ke liye hamein sabr karna padta hai.</w:t>
      </w:r>
    </w:p>
    <w:p>
      <w:pPr>
        <w:jc w:val="right"/>
      </w:pPr>
      <w:r>
        <w:t>उन्होंने उसको समझाना शुरू कर दिया और उसी के साथ-साथ वह दुआ करते रहते थे। तो वह नौजवान की समझ में आखिरकार आ गया और वह उनका लाइफ लॉन्ग उनका साथी बन गया। तो इस वजह से, चूंकि इंसान एक केस है कंडीशनिंग का, तो हम चाहे कितनी भी अच्छी बात उसको समझा रहे हों, लेकिन उसको समझने में टाइम लगेगा और उस टाइम के लिए हमें सब्र करना पड़ता है।</w:t>
      </w:r>
    </w:p>
    <w:p>
      <w:r>
        <w:rPr>
          <w:b/>
        </w:rPr>
        <w:t xml:space="preserve">[15:34] </w:t>
      </w:r>
      <w:r>
        <w:t>to yahi maulana kehte the. aur besabr ke nuksan itne zyada hain ki main ek do misal mein apne khandan se bhi de sakti hoon. to har khandan mein aisa hota hai, lekin asal mein log zyada sochte nahin hain, na to isliye unko itni gehrai se baat ko pakad nahin paate hain. to hamare ek cousin the,</w:t>
      </w:r>
    </w:p>
    <w:p>
      <w:pPr>
        <w:jc w:val="right"/>
      </w:pPr>
      <w:r>
        <w:t>तो यही मौलाना कहते थे। और बेसब्र के नुकसान इतने ज्यादा हैं कि मैं एक दो मिसाल में अपने खानदान से भी दे सकती हूं। तो हर खानदान में ऐसा होता है, लेकिन असल में लोग ज्यादा सोचते नहीं हैं, ना तो इसलिए उनको इतनी गहराई से बात को पकड़ नहीं पाते हैं। तो हमारे एक कजिन थे,</w:t>
      </w:r>
    </w:p>
    <w:p>
      <w:r>
        <w:rPr>
          <w:b/>
        </w:rPr>
        <w:t xml:space="preserve">[15:57] </w:t>
      </w:r>
      <w:r>
        <w:t>shakeel ahmed khan.</w:t>
      </w:r>
    </w:p>
    <w:p>
      <w:pPr>
        <w:jc w:val="right"/>
      </w:pPr>
      <w:r>
        <w:t>शकील अहमद खान।</w:t>
      </w:r>
    </w:p>
    <w:p>
      <w:r>
        <w:rPr>
          <w:b/>
        </w:rPr>
        <w:t xml:space="preserve">[15:59] </w:t>
      </w:r>
      <w:r>
        <w:t>to unhone ek bahut badi, unhone engineering ki thi aur banaras hindu university se. aur wahan se unhone top kiya tha. to bahut badi company unhone light and company limited ke naam se qayam ki allahabad mein. lekin woh bahut sare usmein log the, khandan ke bhi bahut sare logon ko unhone rakha. to kuch usmein differences ho gaye.</w:t>
      </w:r>
    </w:p>
    <w:p>
      <w:pPr>
        <w:jc w:val="right"/>
      </w:pPr>
      <w:r>
        <w:t>तो उन्होंने एक बहुत बड़ी, उन्होंने इंजीनियरिंग की थी और बनारस हिंदू यूनिवर्सिटी से। और वहां से उन्होंने टॉप किया था। तो बहुत बड़ी कंपनी उन्होंने लाइट एंड कंपनी लिमिटेड के नाम से कायम की इलाहाबाद में। लेकिन वह बहुत सारे उसमें लोग थे, खानदान के भी बहुत सारे लोगों को उन्होंने रखा। तो कुछ उसमें डिफरेंसेस हो गए।</w:t>
      </w:r>
    </w:p>
    <w:p>
      <w:r>
        <w:rPr>
          <w:b/>
        </w:rPr>
        <w:t xml:space="preserve">[16:23] </w:t>
      </w:r>
      <w:r>
        <w:t>ab differences itna zyada badhe, itna zyada badhe ki unhone ek din maulana ke paas aaye aur unhone kaha ki "main woh khudkushi karne ja raha hoon." unke paas bandook bhi rehti thi. to maulana ne kaha, "khudkushi kyun karne ja rahe ho?</w:t>
      </w:r>
    </w:p>
    <w:p>
      <w:pPr>
        <w:jc w:val="right"/>
      </w:pPr>
      <w:r>
        <w:t>अब डिफरेंसेस इतना ज्यादा बढ़े, इतना ज्यादा बढ़े कि उन्होंने एक दिन मौलाना के पास आए और उन्होंने कहा कि "मैं वो खुदकुशी करने जा रहा हूं।" उनके पास बंदूक भी रहती थी। तो मौलाना ने कहा, "खुदकुशी क्यों करने जा रहे हो?</w:t>
      </w:r>
    </w:p>
    <w:p>
      <w:r>
        <w:rPr>
          <w:b/>
        </w:rPr>
        <w:t xml:space="preserve">[16:37] </w:t>
      </w:r>
      <w:r>
        <w:t>tum first class engineer ho aur tum duniya bahut badi hai allah ki. kahin aur jaake dekho, tum dubai chale jao." to dubai pehli bar woh gaye, to wahan unko koi kamyabi nahin</w:t>
      </w:r>
    </w:p>
    <w:p>
      <w:pPr>
        <w:jc w:val="right"/>
      </w:pPr>
      <w:r>
        <w:t>तुम फर्स्ट क्लास इंजीनियर हो और तुम दुनिया बहुत बड़ी है अल्लाह की। कहीं और जाके देखो, तुम दुबई चले जाओ।" तो दुबई पहली बार वह गए, तो वहां उनको कोई कामयाबी नहीं</w:t>
      </w:r>
    </w:p>
    <w:p>
      <w:r>
        <w:rPr>
          <w:b/>
        </w:rPr>
        <w:t xml:space="preserve">[16:48] </w:t>
      </w:r>
      <w:r>
        <w:t>mili. phir woh dobara dubai gaye, to wahan phir unhon ne wahan phir mauke mile. unko bohat bara kaam kiya, unhon ne bohat kaafi paisa kamaya. to ek din aaye kehne lage ke "mere paas kaafi paisa hai aur main kuch kisi muslim idaar ko yeh dena chahta hoon taake woh apne idaar ko modernize karein." lekin kehne lage, "koi bhi idaar modernize karne ke liye tayyar nahi, jo jaisa hai woh waise hi rehna chahta hai." to ab main chah raha hoon ke yeh paisa jo hai dump kar doon</w:t>
      </w:r>
    </w:p>
    <w:p>
      <w:pPr>
        <w:jc w:val="right"/>
      </w:pPr>
      <w:r>
        <w:t>मिली। फिर वह दोबारा दुबई गए, तो वहां फिर उन्होंने वहां फिर मौके मिले। उनको बहुत बड़ा काम किया, उन्होंने बहुत काफी पैसा कमाया। तो एक दिन आए कहने लगे कि "मेरे पास काफी पैसा है और मैं कुछ किसी मुस्लिम इदार को यह देना चाहता हूं ताकि वह अपने इदार को मॉडर्नाइज करें।" लेकिन कहने लगे, "कोई भी इदार मॉडर्नाइज करने के लिए तैयार नहीं, जो जैसा है वो वैसे ही रहना चाहता है।" तो अब मैं चाह रहा हूं कि यह पैसा जो है डंप कर दूं</w:t>
      </w:r>
    </w:p>
    <w:p>
      <w:r>
        <w:rPr>
          <w:b/>
        </w:rPr>
        <w:t xml:space="preserve">[17:18] </w:t>
      </w:r>
      <w:r>
        <w:t>kahin. ab main upwait nahi kar sakta zyada. to Maulana ne kaha ke "dump kyun karoge? hamare khandan mein koi waisa education ka kaam nahi hua hai. to tum ek bohat hi standard ka school qaim karo aur itni zameenain hain, itni jaydad hai." to Shakeel bhai ne abba kamre mein hi baithkar saare khandan walon ko phone kiya.</w:t>
      </w:r>
    </w:p>
    <w:p>
      <w:pPr>
        <w:jc w:val="right"/>
      </w:pPr>
      <w:r>
        <w:t>कहीं। अब मैं अपवेट नहीं कर सकता ज्यादा। तो मौलाना ने कहा कि "डंप क्यों करोगे? हमारे खानदान में कोई वैसा एजुकेशन का काम नहीं हुआ है। तो तुम एक बहुत ही स्टैंडर्ड का स्कूल कायम करो और इतनी जमीनें हैं, इतनी जायदाद है।" तो शकील भाई ने अब्बा कमरे में ही बैठकर सारे खानदान वालों को फोन किया।</w:t>
      </w:r>
    </w:p>
    <w:p>
      <w:r>
        <w:rPr>
          <w:b/>
        </w:rPr>
        <w:t xml:space="preserve">[17:44] </w:t>
      </w:r>
      <w:r>
        <w:t>sab ne keh diya ke "hum apna jaydad de rahe hain, apna ghar de rahe hain, aap school qaim kijiye." aur unhon ne itna zabardast school qaim kiya hai ke aaj district ka shayad woh second best school hai English medium. Masha Allah!</w:t>
      </w:r>
    </w:p>
    <w:p>
      <w:pPr>
        <w:jc w:val="right"/>
      </w:pPr>
      <w:r>
        <w:t>सबने कह दिया कि "हम अपना जायदाद दे रहे हैं, अपना घर दे रहे हैं, आप स्कूल कायम कीजिए।" और उन्होंने इतना जबरदस्त स्कूल कायम किया है कि आज डिस्ट्रिक्ट का शायद वह सेकंड बेस्ट स्कूल है इंग्लिश मीडियम। माशाल्लाह!</w:t>
      </w:r>
    </w:p>
    <w:p>
      <w:r>
        <w:rPr>
          <w:b/>
        </w:rPr>
        <w:t xml:space="preserve">[17:58] </w:t>
      </w:r>
      <w:r>
        <w:t>haan, to matlab hai ke agar besabr hoti to woh apne aap ko suicide kar lete. aur sabr kiya unhon ne, to itna bara kaam kiya. woh pata nahi, mere khayal mein jab hum log, jab hum log gaye the jee, to</w:t>
      </w:r>
    </w:p>
    <w:p>
      <w:pPr>
        <w:jc w:val="right"/>
      </w:pPr>
      <w:r>
        <w:t>हां, तो मतलब है कि अगर बेसब्र होती तो वह अपने आप को सुसाइड कर लेते। और सब्र किया उन्होंने, तो इतना बड़ा काम किया। वह पता नहीं, मेरे ख्याल में जब हम लोग, जब हम लोग गए थे जी, तो</w:t>
      </w:r>
    </w:p>
    <w:p>
      <w:r>
        <w:rPr>
          <w:b/>
        </w:rPr>
        <w:t xml:space="preserve">[18:14] </w:t>
      </w:r>
      <w:r>
        <w:t>us waqt 23 gaon ke bachche wahan parhne aate the. ab to bohat badh gaya hai. ab to suna hai, ab college banne ja raha hai. to sab duniya mein bhi uske itna zyada faayde hain aur aakhirat mein to beyond measure. Allah taala ne sabr ka jitna zyada bataya hai, utna zyada to kisi ka bhi ajr nahi bataya hai. kisi ibaadat ka bhi itna ajr nahi. beyond measure.</w:t>
      </w:r>
    </w:p>
    <w:p>
      <w:pPr>
        <w:jc w:val="right"/>
      </w:pPr>
      <w:r>
        <w:t>उस वक्त 23 गांव के बच्चे वहां पढ़ने आते थे। अब तो बहुत बढ़ गया है। अब तो सुना है, अब कॉलेज बनने जा रहा है। तो सब दुनिया में भी उसके इतना ज्यादा फायदे हैं और आखिरत में तो बियोंड मेजर। अल्लाह ताला ने सब्र का जितना ज्यादा बताया है, उतना ज्यादा तो किसी का भी अज्र नहीं बताया है। किसी इबादत का भी इतना अज्र नहीं। बियोंड मेजर।</w:t>
      </w:r>
    </w:p>
    <w:p>
      <w:r>
        <w:rPr>
          <w:b/>
        </w:rPr>
        <w:t xml:space="preserve">[18:41] </w:t>
      </w:r>
      <w:r>
        <w:t>to sabr jo hai, woh koi aisi buzdili ki baat nahi hai, balki ek hakimaana rawish hai. ek wisdom is mein hai bohat zyada ke hamein har kaam ke liye thoda sa rukna padta hai, sochna padta hai, re-planning karni padti hai. tab hum koi kaam jo hai, bara kaam kar sakte hain.</w:t>
      </w:r>
    </w:p>
    <w:p>
      <w:pPr>
        <w:jc w:val="right"/>
      </w:pPr>
      <w:r>
        <w:t>तो सब्र जो है, वह कोई ऐसी बुजदिली की बात नहीं है, बल्कि एक हकीमान रविश है। एक विजडम इसमें है बहुत ज्यादा कि हमें हर काम के लिए थोड़ा सा रुकना पड़ता है, सोचना पड़ता है, रिप्लानिंग करनी पड़ती है। तब हम कोई काम जो है, बड़ा काम कर सकते हैं।</w:t>
      </w:r>
    </w:p>
    <w:p>
      <w:r>
        <w:rPr>
          <w:b/>
        </w:rPr>
        <w:t xml:space="preserve">[19:04] </w:t>
      </w:r>
      <w:r>
        <w:t>Jazak Allah, aapka bohat hi simple andaaz mein aap ne bataya ke "impatience is a result of unwise thinking and patience is a result of wise thinking and this is a secret of life and also of wise planning." to aap yeh bhi bataiye ke kya benefits hain iske aur kyun sabr darkaar hai aaj aaj ki duniya mein. iske bare mein bataiye.</w:t>
      </w:r>
    </w:p>
    <w:p>
      <w:pPr>
        <w:jc w:val="right"/>
      </w:pPr>
      <w:r>
        <w:t>जजाकल्लाह, आपका बहुत ही सिंपल अंदाज में आपने बताया कि "इंपेशेंस इज अ रिजल्ट ऑफ अनवाइज थिंकिंग एंड पेशेंस इज अ रिजल्ट ऑफ वाइज थिंकिंग एंड दिस इज अ सीक्रेट ऑफ लाइफ एंड आल्सो ऑफ वाइज प्लानिंग।" तो आप यह भी बताइए कि क्या बेनिफिट्स हैं इसके और क्यों सब्र दरकार है आज आज की दुनिया में। इसके बारे में बताएं।</w:t>
      </w:r>
    </w:p>
    <w:p>
      <w:r>
        <w:rPr>
          <w:b/>
        </w:rPr>
        <w:t xml:space="preserve">[19:32] </w:t>
      </w:r>
      <w:r>
        <w:t>sabr ke benefits to itne zyada hain ke usko jo hai ginti uski nahi ho sakti hai. to ek main misaal Maulana ne apni ek tehreer mein ek di hai, Joseph Stalin ki, ke jab woh ishtiraki inqilab ke liye kaam kar rahe the,</w:t>
      </w:r>
    </w:p>
    <w:p>
      <w:pPr>
        <w:jc w:val="right"/>
      </w:pPr>
      <w:r>
        <w:t>सब्र के बेनिफिट तो इतने ज्यादा हैं कि उसको जो है गिनती उसकी नहीं हो सकती है। तो एक मैं मिसाल मौलाना ने अपनी एक तहरीर में एक दी है, जोसेफ स्टालिन की, कि जब वह इश्तिराकी इंकलाब के लिए काम कर रहे थे,</w:t>
      </w:r>
    </w:p>
    <w:p>
      <w:r>
        <w:rPr>
          <w:b/>
        </w:rPr>
        <w:t xml:space="preserve">[19:49] </w:t>
      </w:r>
      <w:r>
        <w:t>1917 ki baat hai, to unhon ne ek taqreer ki. us mein kaha ke hamein teen cheezon ki zaroorat hai: hathiyaar awwal, hathiyaar doyam, hathiyaar soyam, phir aakhir mein phir hathiyaar. to</w:t>
      </w:r>
    </w:p>
    <w:p>
      <w:pPr>
        <w:jc w:val="right"/>
      </w:pPr>
      <w:r>
        <w:t>1917 की बात है, तो उन्होंने एक तकरीर की। उसमें कहा कि हमें तीन चीजों की जरूरत है: हथियार अव्वल, हथियार दोम, हथियार सोम, फिर आखिर में फिर हथियार। तो</w:t>
      </w:r>
    </w:p>
    <w:p>
      <w:r>
        <w:rPr>
          <w:b/>
        </w:rPr>
        <w:t xml:space="preserve">[20:02] </w:t>
      </w:r>
      <w:r>
        <w:t>Maulana ne likha hai ke hamein pur aman jah-o-jihad jo hamein karni hai, uske liye hamein teen cheezon ki zaroorat hai: awwal sabr, doyam sabr, soyam sabr aur aakhir mein phir sabr. jee, to ab dekhiye ke Maulana ki kitni zabardast mukhalifat hui. ek zamana aisa aaya ke koi na aata tha, na koi telephone call aati thi. jab Babri Masjid ka jab unhon ne solution pesh kiya tha,</w:t>
      </w:r>
    </w:p>
    <w:p>
      <w:pPr>
        <w:jc w:val="right"/>
      </w:pPr>
      <w:r>
        <w:t>मौलाना ने लिखा है कि हमें पुर अमन जद्दोजहद जो हमें करनी है, उसके लिए हमें तीन चीजों की जरूरत है: अव्वल सब्र, दोम सब्र, सोम सब्र और आखिर में फिर सब्र। जी, तो अब देखिए कि मौलाना की कितनी जबरदस्त मुखालिफत हुई। एक जमाना ऐसा आया कि कोई ना आता था, ना कोई टेलीफोन कॉल आती थी। जब बाबरी मस्जिद का जब उन्होंने सलूशन पेश किया था,</w:t>
      </w:r>
    </w:p>
    <w:p>
      <w:r>
        <w:rPr>
          <w:b/>
        </w:rPr>
        <w:t xml:space="preserve">[20:28] </w:t>
      </w:r>
      <w:r>
        <w:t>to aisa aisa zamana aaya ke tamam log mukhalif ho gaye the, na sirf India mein balki bahar bhi. ek baar Maulana Birmingham gaye, to wahan ki Jama Masjid se Juma ki namaz padhkar wahan bahar nikle, to wahan bhi Maulana ke khilaaf poster lag rahe the. to saari duniya mukhalif ho gayi thi. lekin unhon ne sabr kiya aur aaj dekhiye ke wahi mission jo hai, global mission ban gaya.</w:t>
      </w:r>
    </w:p>
    <w:p>
      <w:pPr>
        <w:jc w:val="right"/>
      </w:pPr>
      <w:r>
        <w:t>तो ऐसा ऐसा जमाना आया कि तमाम लोग मुखालिफ हो गए थे, ना सिर्फ इंडिया में बल्कि बाहर भी। एक बार मौलाना बर्मिंघम गए, तो वहां की जामा मस्जिद से जुमे की नमाज पढ़कर वहां बाहर निकले, तो वहां भी मौलाना के खिलाफ पोस्टर मढ़ रहे थे। तो सारी दुनिया मुखालिफ हो गई थी। लेकिन उन्होंने सब्र किया और आज देखिए कि वही मिशन जो है, ग्लोबल मिशन बन गया।</w:t>
      </w:r>
    </w:p>
    <w:p>
      <w:r>
        <w:rPr>
          <w:b/>
        </w:rPr>
        <w:t xml:space="preserve">[20:55] </w:t>
      </w:r>
      <w:r>
        <w:t>to har haalat mein takraav ko nazarandaaz karna, apne aap ko bilkul positive mind ke saath is duniya mein rehna. kyunke dekhiye, agar aap positive mind ke saath nahi rahenge, to hamare andar phir nafrat aayegi. nafrat, inteqaam. phir hum re-planning nahi kar sakte, na Khuda ki madad milegi, na hum koi re-planning kar paayenge</w:t>
      </w:r>
    </w:p>
    <w:p>
      <w:pPr>
        <w:jc w:val="right"/>
      </w:pPr>
      <w:r>
        <w:t>तो हर हालत में टकराव को नजरअंदाज करना, अपने आप को बिल्कुल पॉजिटिव माइंड के साथ इस दुनिया में रहना। क्योंकि देखिए, अगर आप पॉजिटिव माइंड के साथ नहीं रहेंगे, तो हमारे अंदर फिर नफरत आएगी। नफरत, इंतकाम। फिर हम रिप्लानिंग नहीं कर सकते, ना खुदा की मदद मिलेगी, ना हम कोई रिप्लानिंग कर पाएंगे</w:t>
      </w:r>
    </w:p>
    <w:p>
      <w:r>
        <w:rPr>
          <w:b/>
        </w:rPr>
        <w:t xml:space="preserve">[21:17] </w:t>
      </w:r>
      <w:r>
        <w:t>. to hamein sabr karke hamein mawaaqe jo hain available opportunity, kyunke Allah ki is duniya mein woh problems to bohat kam hain. problem 1 par hai aur mawaaqe 99 par hai. to hamein sabr karke mauka mil jaata hai ke jo opportunity hain, unko hum istemaal karein. aur jab hum opportunity ko istemaal karenge, to kaamyaabi yaqeen hai. har</w:t>
      </w:r>
    </w:p>
    <w:p>
      <w:pPr>
        <w:jc w:val="right"/>
      </w:pPr>
      <w:r>
        <w:t>। तो हमें सब्र करके हमें मवा के जो है अवेलेबल अपॉर्चुनिटी, क्योंकि अल्लाह की इस दुनिया में वो प्रॉब्लम्स तो बहुत कम हैं। प्रॉब्लम 1 पर है और मवा के 99 पर है। तो हमें सब्र करके मौका मिल जाता है कि जो अपॉर्चुनिटी है, उनको हम इस्तेमाल करें। और जब हम अपॉर्चुनिटी को इस्तेमाल करेंगे, तो कामयाबी यकीनी है। हर</w:t>
      </w:r>
    </w:p>
    <w:p>
      <w:r>
        <w:rPr>
          <w:b/>
        </w:rPr>
        <w:t xml:space="preserve">[21:46] </w:t>
      </w:r>
      <w:r>
        <w:t>koi apne aas paas dekh sakta hai ke sabr karne par kitni zyada logon ko kaamyaabi hui. ab hum Gandhi ji ki misaal aap le lijiye. pehle jo us freedom movement violent violence base violence ki base par chal rahi thi, koi kaamyaabi nahi ho rahi thi. ho rahi thi kyunke Angrezon ke paas bohat zyada superior hathiyaar the.</w:t>
      </w:r>
    </w:p>
    <w:p>
      <w:pPr>
        <w:jc w:val="right"/>
      </w:pPr>
      <w:r>
        <w:t>कोई अपने आसपास देख सकता है कि सब्र करने पर कितनी ज्यादा लोगों को कामयाबी हुई। अब हम गांधी जी की मिसाल आप ले लीजिए। पहले जो उस फ्रीडम मूवमेंट वायलेंट वायलेंस बेस वायलेंस की बेस पर चल रही थी, कोई कामयाबी नहीं हो रही थी। हो रही थी क्योंकि अंग्रेजों के पास बहुत ज्यादा सुपीरियर हथियार थे।</w:t>
      </w:r>
    </w:p>
    <w:p>
      <w:r>
        <w:rPr>
          <w:b/>
        </w:rPr>
        <w:t xml:space="preserve">[22:11] </w:t>
      </w:r>
      <w:r>
        <w:t>uske baad jab Gandhi ji aaye, unhon ne kaha ke hum peaceful tareeqe se is movement ko chalayenge. to Angrez bilkul nihhathe ho gaye. unhon ne kaha, "ab agar peaceful tareeqe se koi kaam kar raha hai, to us par hathiyaar chala nahi sakte." na to ek baar kaha jaata hai ke unhon ne ek taar diya. Angrez</w:t>
      </w:r>
    </w:p>
    <w:p>
      <w:pPr>
        <w:jc w:val="right"/>
      </w:pPr>
      <w:r>
        <w:t>उसके बाद जब गांधी जी आए, उन्होंने कहा कि हम पीसफुल तरीके से इस मूवमेंट को चलाएंगे। तो अंग्रेज बिल्कुल निहत्थे हो गए। उन्होंने कहा, "अब अगर पीसफुल तरीके से कोई काम कर रहा है, तो उस पर हथियार चला नहीं सकते।" ना तो एक बार कहा जाता है कि उन्होंने एक तार दिया। अंग्रे</w:t>
      </w:r>
    </w:p>
    <w:p>
      <w:r>
        <w:rPr>
          <w:b/>
        </w:rPr>
        <w:t xml:space="preserve">[22:32] </w:t>
      </w:r>
      <w:r>
        <w:t>on ne collector ne ek taar diya secretariat mein ke "please wire instructions how to kill a tiger non-violently." to yeh hai sabr. jab sabr hum karte hain, to hum peaceful ho jaate hain. ab peaceful jab ho jaate hain, to phir doosre ka jo hai waar hamare upar chalta nahi.</w:t>
      </w:r>
    </w:p>
    <w:p>
      <w:pPr>
        <w:jc w:val="right"/>
      </w:pPr>
      <w:r>
        <w:t>जों ने कलेक्टर ने एक तार दिया सेक्रेटेरिएट में कि "प्लीज वायर इंस्ट्रक्शंस हाउ टू किल अ टाइगर नॉन वायलेंटली।" तो यह है सब्र। जब सब्र हम करते हैं, तो हम पीसफुल हो जाते हैं। अब पीसफुल जब हो जाते हैं, तो फिर दूसरे का जो है वार हमारे ऊपर चलता नहीं।</w:t>
      </w:r>
    </w:p>
    <w:p>
      <w:r>
        <w:rPr>
          <w:b/>
        </w:rPr>
        <w:t xml:space="preserve">[22:57] </w:t>
      </w:r>
      <w:r>
        <w:t>to hamein har haalat mein sabr karna hai, chahe hamare haalaat kitne bhi kharaab ho jayein. har haalat mein sabr karna hai, kyunke sabr hi se hum positive rahenge aur sabr hi se hum nayi planning kar sakte hain. aur sabr ke zariye se hamein Khuda ki madad milegi. aur jab tak Khuda ki madad nahi mile, tab tak humko koi kaamyaabi nahi haasil ho sakti hai.</w:t>
      </w:r>
    </w:p>
    <w:p>
      <w:pPr>
        <w:jc w:val="right"/>
      </w:pPr>
      <w:r>
        <w:t>तो हमें हर हाल में सब्र करना है, चाहे हमारे हालात कितने भी खराब हो जाएं। हर हाल में सब्र करना है, क्योंकि सब्र ही से हम पॉजिटिव रहेंगे और सब्र ही से हम नई प्लानिंग कर सकते हैं। और सब्र के जरिए से हमें खुदा की मदद मिलेगी। और जब तक खुदा की मदद नहीं मिले, तब तक हमको कोई कामयाबी नहीं हासिल हो सकती है।</w:t>
      </w:r>
    </w:p>
    <w:p>
      <w:r>
        <w:rPr>
          <w:b/>
        </w:rPr>
        <w:t xml:space="preserve">[23:19] </w:t>
      </w:r>
      <w:r>
        <w:t>to us mein Persian mein kehte hain, "sabr talkh hast wa lekin bar-e-shirin daarad." sabr to bohat kadwa hai, lekin uska phal bohat meetha hai. jee, aap bohat aham baat batai aap ne. aur asal mein yeh bhi hai ke sabr ka jo ta'alluq hai,</w:t>
      </w:r>
    </w:p>
    <w:p>
      <w:pPr>
        <w:jc w:val="right"/>
      </w:pPr>
      <w:r>
        <w:t>तो उसमें पर्शियन में कहते हैं, "सब्र तल खस्त वलेकिन बरे शरी दारद।" सब्र तो बहुत कड़वा है, लेकिन उसका फल बहुत मीठा है। जी, आप बहुत अहम बात बताई आपने। और असल में यह भी है कि सब्र का जो ताल्लुक है,</w:t>
      </w:r>
    </w:p>
    <w:p>
      <w:r>
        <w:rPr>
          <w:b/>
        </w:rPr>
        <w:t xml:space="preserve">[23:40] </w:t>
      </w:r>
      <w:r>
        <w:t>woh ek future benefit se re</w:t>
      </w:r>
    </w:p>
    <w:p>
      <w:pPr>
        <w:jc w:val="right"/>
      </w:pPr>
      <w:r>
        <w:t>वह एक फ्यूचर बेनिफिट से रि</w:t>
      </w:r>
    </w:p>
    <w:p>
      <w:r>
        <w:rPr>
          <w:b/>
        </w:rPr>
        <w:t xml:space="preserve">[23:43] </w:t>
      </w:r>
      <w:r>
        <w:t>related hai. So, a person should be able to bear the loss of today to get the benefit</w:t>
      </w:r>
    </w:p>
    <w:p>
      <w:pPr>
        <w:jc w:val="right"/>
      </w:pPr>
      <w:r>
        <w:t>लेटेड है। सो, अ पर्सन शुड बी एबल टू बेयर द लॉस ऑफ टुडे टू गेट द बेनिफिट</w:t>
      </w:r>
    </w:p>
    <w:p>
      <w:r>
        <w:rPr>
          <w:b/>
        </w:rPr>
        <w:t xml:space="preserve">[23:49] </w:t>
      </w:r>
      <w:r>
        <w:t>of the future.</w:t>
      </w:r>
    </w:p>
    <w:p>
      <w:pPr>
        <w:jc w:val="right"/>
      </w:pPr>
      <w:r>
        <w:t>ऑफ द फ्यूचर।</w:t>
      </w:r>
    </w:p>
    <w:p>
      <w:r>
        <w:rPr>
          <w:b/>
        </w:rPr>
        <w:t xml:space="preserve">[23:50] </w:t>
      </w:r>
      <w:r>
        <w:t>उसके अंदर यह एबिलिटी होनी चाहिए कि he should be able to compare the unseen benefit with the</w:t>
      </w:r>
    </w:p>
    <w:p>
      <w:pPr>
        <w:jc w:val="right"/>
      </w:pPr>
      <w:r>
        <w:t>उसके अंदर यह एबिलिटी होनी चाहिए कि ही शुड बी एबल टू कंपेयर दी अनसीन बेनिफिट विद द</w:t>
      </w:r>
    </w:p>
    <w:p>
      <w:r>
        <w:rPr>
          <w:b/>
        </w:rPr>
        <w:t xml:space="preserve">[23:56] </w:t>
      </w:r>
      <w:r>
        <w:t>seen loss of today.</w:t>
      </w:r>
    </w:p>
    <w:p>
      <w:pPr>
        <w:jc w:val="right"/>
      </w:pPr>
      <w:r>
        <w:t>सीन लॉस ऑफ टुडे।</w:t>
      </w:r>
    </w:p>
    <w:p>
      <w:r>
        <w:rPr>
          <w:b/>
        </w:rPr>
        <w:t xml:space="preserve">[23:58] </w:t>
      </w:r>
      <w:r>
        <w:t>that is very important.</w:t>
      </w:r>
    </w:p>
    <w:p>
      <w:pPr>
        <w:jc w:val="right"/>
      </w:pPr>
      <w:r>
        <w:t>दैट इज वेरी इंपॉर्टेंट।</w:t>
      </w:r>
    </w:p>
    <w:p>
      <w:r>
        <w:rPr>
          <w:b/>
        </w:rPr>
        <w:t xml:space="preserve">[23:59] </w:t>
      </w:r>
      <w:r>
        <w:t>achha, ap isi se related ek sawal main yeh bhi poochna chahunga.</w:t>
      </w:r>
    </w:p>
    <w:p>
      <w:pPr>
        <w:jc w:val="right"/>
      </w:pPr>
      <w:r>
        <w:t>अच्छा, आप इसी से रिलेटेड एक सवाल मैं यह भी पूछना चाहूंगा।</w:t>
      </w:r>
    </w:p>
    <w:p>
      <w:r>
        <w:rPr>
          <w:b/>
        </w:rPr>
        <w:t xml:space="preserve">[24:03] </w:t>
      </w:r>
      <w:r>
        <w:t>quran mein to saaf aaya hai ki jo sabr karte hain, unke liye unlimited reward hai.</w:t>
      </w:r>
    </w:p>
    <w:p>
      <w:pPr>
        <w:jc w:val="right"/>
      </w:pPr>
      <w:r>
        <w:t>कुरान में तो साफ आया है कि जो सब्र करते हैं, उनके लिए अनलिमिटेड रिवॉर्ड है।</w:t>
      </w:r>
    </w:p>
    <w:p>
      <w:r>
        <w:rPr>
          <w:b/>
        </w:rPr>
        <w:t xml:space="preserve">[24:09] </w:t>
      </w:r>
      <w:r>
        <w:t>to iske baare mein bhi aap hum sabko bataein.</w:t>
      </w:r>
    </w:p>
    <w:p>
      <w:pPr>
        <w:jc w:val="right"/>
      </w:pPr>
      <w:r>
        <w:t>तो इसके बारे में भी आप हम सबको बताएं।</w:t>
      </w:r>
    </w:p>
    <w:p>
      <w:r>
        <w:rPr>
          <w:b/>
        </w:rPr>
        <w:t xml:space="preserve">[24:15] </w:t>
      </w:r>
      <w:r>
        <w:t>Quran mein aaya hai, "innama yuwaffa sabiruna ajrahum bighair hisab." ke Allah taala ke yahan sabr karne walon ka hisaab, sabr karne walon ka ajr behisaab hai. aisa ayat kisi bhi ibaadat ke liye nahi aayi hai. to ek baar Maulana se kisi ne kaha ke, "sabr kab tak?" to Maulana ne kaha ke, "aap kabhi aap ne poocha hai ke ibaadat kab tak?" to isi tareeqe se sabr to sabse badi ibaadat hai.</w:t>
      </w:r>
    </w:p>
    <w:p>
      <w:pPr>
        <w:jc w:val="right"/>
      </w:pPr>
      <w:r>
        <w:t>कुरान में आया है, "इन्नमा युवफ साबर अजर बगैर हिसाब।" कि अल्लाह ताला के यहां सब्र करने वालों का हिसाब, सब्र करने वालों का अज्र बेहिसाब है। ऐसा आयत किसी भी इबादत के लिए नहीं आई है। तो एक बार मौलाना से किसी ने कहा कि, "सब्र कब तक?" तो मौलाना ने कहा कि, "आप कभी आपने पूछा है कि इबादत कब तक?" तो इसी तरीके से सब्र तो सबसे बड़ी इबादत है।</w:t>
      </w:r>
    </w:p>
    <w:p>
      <w:r>
        <w:rPr>
          <w:b/>
        </w:rPr>
        <w:t xml:space="preserve">[24:44] </w:t>
      </w:r>
      <w:r>
        <w:t>aap sabr karte rahiye aur uska result jo hai, na woh Allah taala ke haath mein hai. Allah taala zaroor uska achha result aayega. kabhi kabhi der bhi lagti hai. to masla yeh hai ke hum is duniya mein Khuda ke creation plan ke tehat reh rahe hain.</w:t>
      </w:r>
    </w:p>
    <w:p>
      <w:pPr>
        <w:jc w:val="right"/>
      </w:pPr>
      <w:r>
        <w:t>आप सब्र करते रहिए और उसका रिजल्ट जो है, ना वह अल्लाह ताला के हाथ में है। अल्लाह ताला जरूर उसका अच्छा रिजल्ट आएगा। कभी-कभी देर भी लगती है। तो मसला यह है कि हम इस दुनिया में खुदा के क्रिएशन प्लान के तहत रह रहे हैं।</w:t>
      </w:r>
    </w:p>
    <w:p>
      <w:r>
        <w:rPr>
          <w:b/>
        </w:rPr>
        <w:t xml:space="preserve">[25:02] </w:t>
      </w:r>
      <w:r>
        <w:t>khuda ke creation plan, sabr ka matlab yeh hai ki hum khuda ke creation plan par raazi hain.</w:t>
      </w:r>
    </w:p>
    <w:p>
      <w:pPr>
        <w:jc w:val="right"/>
      </w:pPr>
      <w:r>
        <w:t>खुदा के क्रिएशन प्लान, सब्र का मतलब यह है कि हम खुदा के क्रिएशन प्लान पर राजी हैं।</w:t>
      </w:r>
    </w:p>
    <w:p>
      <w:r>
        <w:rPr>
          <w:b/>
        </w:rPr>
        <w:t xml:space="preserve">[25:09] </w:t>
      </w:r>
      <w:r>
        <w:t>yaani khuda ne tamam logon ko is duniya mein ikatthe rakha hai.</w:t>
      </w:r>
    </w:p>
    <w:p>
      <w:pPr>
        <w:jc w:val="right"/>
      </w:pPr>
      <w:r>
        <w:t>यानी खुदा ने तमाम लोगों को इस दुनिया में इकट्ठे रखा है।</w:t>
      </w:r>
    </w:p>
    <w:p>
      <w:r>
        <w:rPr>
          <w:b/>
        </w:rPr>
        <w:t xml:space="preserve">[25:13] </w:t>
      </w:r>
      <w:r>
        <w:t>aur jab itne saare log ikatthe rahenge, ghar mein bhi bahut saare members hote hain, to kuch na</w:t>
      </w:r>
    </w:p>
    <w:p>
      <w:pPr>
        <w:jc w:val="right"/>
      </w:pPr>
      <w:r>
        <w:t>और जब इतने सारे लोग इकट्ठे रहेंगे, घर में भी बहुत सारे मेंबर्स होते हैं, तो कुछ ना</w:t>
      </w:r>
    </w:p>
    <w:p>
      <w:r>
        <w:rPr>
          <w:b/>
        </w:rPr>
        <w:t xml:space="preserve">[25:18] </w:t>
      </w:r>
      <w:r>
        <w:t>kuch khatpat ho jaati hai.</w:t>
      </w:r>
    </w:p>
    <w:p>
      <w:pPr>
        <w:jc w:val="right"/>
      </w:pPr>
      <w:r>
        <w:t>कुछ खटपट हो जाती है।</w:t>
      </w:r>
    </w:p>
    <w:p>
      <w:r>
        <w:rPr>
          <w:b/>
        </w:rPr>
        <w:t xml:space="preserve">[25:20] </w:t>
      </w:r>
      <w:r>
        <w:t>kisi ki koi marzi hai, kisi ki koi marzi hai.</w:t>
      </w:r>
    </w:p>
    <w:p>
      <w:pPr>
        <w:jc w:val="right"/>
      </w:pPr>
      <w:r>
        <w:t>किसी की कोई मर्जी है, किसी की कोई मर्जी है।</w:t>
      </w:r>
    </w:p>
    <w:p>
      <w:r>
        <w:rPr>
          <w:b/>
        </w:rPr>
        <w:t xml:space="preserve">[25:23] </w:t>
      </w:r>
      <w:r>
        <w:t>to jab duniya mein itne saare log ikatthe reh rahe hain, to yeh sab to hoga.</w:t>
      </w:r>
    </w:p>
    <w:p>
      <w:pPr>
        <w:jc w:val="right"/>
      </w:pPr>
      <w:r>
        <w:t>तो जब दुनिया में इतने सारे लोग इकट्ठे रह रहे हैं, तो यह सब तो होगा।</w:t>
      </w:r>
    </w:p>
    <w:p>
      <w:r>
        <w:rPr>
          <w:b/>
        </w:rPr>
        <w:t xml:space="preserve">[25:28] </w:t>
      </w:r>
      <w:r>
        <w:t>disturbance hogi. to us disturbance ko hum khuda ke liye hum bardasht kar rahe hain.</w:t>
      </w:r>
    </w:p>
    <w:p>
      <w:pPr>
        <w:jc w:val="right"/>
      </w:pPr>
      <w:r>
        <w:t>डिस्टरबेंस होगी। तो उस डिस्टरबेंस को हम खुदा के लिए हम बर्दाश्त कर रहे हैं।</w:t>
      </w:r>
    </w:p>
    <w:p>
      <w:r>
        <w:rPr>
          <w:b/>
        </w:rPr>
        <w:t xml:space="preserve">[25:34] </w:t>
      </w:r>
      <w:r>
        <w:t>yeh sab asal masla yahi hai ki hum khuda ke liye bardasht kar rahe hain.</w:t>
      </w:r>
    </w:p>
    <w:p>
      <w:pPr>
        <w:jc w:val="right"/>
      </w:pPr>
      <w:r>
        <w:t>यह सब असल मसला यही है कि हम खुदा के लिए बर्दाश्त कर रहे हैं।</w:t>
      </w:r>
    </w:p>
    <w:p>
      <w:r>
        <w:rPr>
          <w:b/>
        </w:rPr>
        <w:t xml:space="preserve">[25:38] </w:t>
      </w:r>
      <w:r>
        <w:t>na jo nakabil-e-bardasht hai, usko hum khuda ke liye bardasht kar rahe hain.</w:t>
      </w:r>
    </w:p>
    <w:p>
      <w:pPr>
        <w:jc w:val="right"/>
      </w:pPr>
      <w:r>
        <w:t>ना जो नाकाबिल बर्दाश्त है, उसको हम खुदा के लिए बर्दाश्त कर रहे हैं।</w:t>
      </w:r>
    </w:p>
    <w:p>
      <w:r>
        <w:rPr>
          <w:b/>
        </w:rPr>
        <w:t xml:space="preserve">[25:43] </w:t>
      </w:r>
      <w:r>
        <w:t>iska hamein ajr milega. to jo unpleasant situation hai, usko hum bardasht karenge ke yahi Khuda ki scheme hai, yahi Khuda ki jo hai method hai is duniya mein rehne ka. to hum khushi khushi usko,</w:t>
      </w:r>
    </w:p>
    <w:p>
      <w:pPr>
        <w:jc w:val="right"/>
      </w:pPr>
      <w:r>
        <w:t>इसका हमें अज्र मिलेगा। तो जो अनप्लेज़ेंट सिचुएशन है, उसको हम बर्दाश्त करेंगे कि यही खुदा की स्कीम है, यही खुदा की जो है मेथड है इस दुनिया में रहने का। तो हम खुशी-खुशी उसको,</w:t>
      </w:r>
    </w:p>
    <w:p>
      <w:r>
        <w:rPr>
          <w:b/>
        </w:rPr>
        <w:t xml:space="preserve">[26:02] </w:t>
      </w:r>
      <w:r>
        <w:t>uske mutaabiq hamein apni zindagi ko guzarna hai.</w:t>
      </w:r>
    </w:p>
    <w:p>
      <w:pPr>
        <w:jc w:val="right"/>
      </w:pPr>
      <w:r>
        <w:t>उसके मुताबिक हमें अपनी जिंदगी को गुजारना है।</w:t>
      </w:r>
    </w:p>
    <w:p>
      <w:r>
        <w:rPr>
          <w:b/>
        </w:rPr>
        <w:t xml:space="preserve">[26:06] </w:t>
      </w:r>
      <w:r>
        <w:t>to sabr ka jo zaroori nahin hai ke uska jo hai hamein phal bahut dinon ke baad hi mile, balki uska jo immediate phal hai, wah to yeh hai ke usi waqt hum positive ho jaate hain. Warna bilkul jaise kehte hain ke agar aap namak rakh dijiye mitti ke bartan mein, to wah gholta rehta hai, gholta rehta hai. To hamare andar jab gussa, inteqaam, nafrat hamare andar rahegi, na to hum khud hi apne aap ko barbaad kar lenge.</w:t>
      </w:r>
    </w:p>
    <w:p>
      <w:pPr>
        <w:jc w:val="right"/>
      </w:pPr>
      <w:r>
        <w:t>तो सब्र का जो जरूरी नहीं है कि उसका जो है हमें फल बहुत दिनों के बाद ही मिले, बल्कि उसका जो इमीडिएट फल है, वह तो यह है कि उसी वक्त हम पॉजिटिव हो जाते हैं। वरना बिल्कुल जैसे कहते हैं कि अगर आप नमक रख दीजिए मिट्टी के बर्तन में, तो वह घुलता रहता है, घुलता रहता है। तो हमारे अंदर जब गुस्सा, इंतकाम, नफरत हमारे अंदर रहेगी, ना तो हम खुद ही अपने आप को बर्बाद कर लेंगे।</w:t>
      </w:r>
    </w:p>
    <w:p>
      <w:r>
        <w:rPr>
          <w:b/>
        </w:rPr>
        <w:t xml:space="preserve">[26:34] </w:t>
      </w:r>
      <w:r>
        <w:t>aisi kitni misalein hain. Hamare gaon mein teen bade-bade zamindar rehte the. To jo log gaon ke hain, wah jaante hain ke gaon mein koi aata hai, jaise koi bahu aayi ya koi mehman aaya ya haj karke aate the, to wah jo bhi tohfa hota tha, gift hota tha, wah poore gaon ko baanta jaata tha. Usko baina kehte the. To wah gift jo hai, na wah baantne gaye.</w:t>
      </w:r>
    </w:p>
    <w:p>
      <w:pPr>
        <w:jc w:val="right"/>
      </w:pPr>
      <w:r>
        <w:t>ऐसी कितनी मिसालें हैं। हमारे गांव में तीन बड़े-बड़े जमींदार रहते थे। तो जो लोग गांव के हैं, वह जानते हैं कि गांव में कोई आता है, जैसे कोई बहू आई या कोई मेहमान आया या हज करके आते थे, तो वह जो भी तोहफा होता था, गिफ्ट होता था, वह पूरे गांव को बांटा जाता था। उसको बैना कहते थे। तो वह गिफ्ट जो है, ना वह बांटने गए।</w:t>
      </w:r>
    </w:p>
    <w:p>
      <w:r>
        <w:rPr>
          <w:b/>
        </w:rPr>
        <w:t xml:space="preserve">[27:01] </w:t>
      </w:r>
      <w:r>
        <w:t>koi ek baantne jaata tha, to baantne gaye. To to jis jiska gift tha, na uske daadhi nahin thi. To wah ek zamindar ne kaha ke main daadhi mundo ka baina nahin leta. Ab gaon mein us zamane mein dekhiye ke izzat nafs bahut badi cheez thi. Unko laga ke hamari to beizzati ho gayi. Ab wah itni zabardast ladai hui, itni ladai hui ke gaon mein qatl-o-bal tak ho jaate the. Itni ladai hui ke wah bilkul barbaad ho gaye. Bahut b</w:t>
      </w:r>
    </w:p>
    <w:p>
      <w:pPr>
        <w:jc w:val="right"/>
      </w:pPr>
      <w:r>
        <w:t>कोई एक बांटने जाता था, तो बांटने गए। तो तो जिस जिसका गिफ्ट था, ना उसके दाढ़ी नहीं थी। तो वह एक जमींदार ने कहा कि मैं दाढ़ी मुंडो का बैना नहीं लेता। अब गांव में उस जमाने में देखिए कि इज्जत नफ्स बहुत बड़ी चीज थी। उनको लगा कि हमारी तो बेइज्जती हो गई। अब वह इतनी जबरदस्त लड़ाई हुई, इतनी लड़ाई हुई कि गांव में कत्ल-बत्ल तक हो जाते थे। इतनी लड़ाई हुई कि वह बिल्कुल बर्बाद हो गए। बहुत ब</w:t>
      </w:r>
    </w:p>
    <w:p>
      <w:r>
        <w:rPr>
          <w:b/>
        </w:rPr>
        <w:t xml:space="preserve">[27:31] </w:t>
      </w:r>
      <w:r>
        <w:t>ade zamindar aur barbaad ho gaye. Ab unki next generation ne bahar gayi aur kaam waam karke phir dobara ghar ko sambhala. To yeh hota hai ke sabr na karne aur sabr karne mein kya fark hai. To hum is duniya mein dekhiye, hamein bahut mukhtasar si muddat mili hui hai. Kuch maloom nahin kab kaun chala jaaye is duniya se. To is duniya mein hum aaye hain apna taskiya karne ke liye,</w:t>
      </w:r>
    </w:p>
    <w:p>
      <w:pPr>
        <w:jc w:val="right"/>
      </w:pPr>
      <w:r>
        <w:t>ड़े जमींदार और बर्बाद हो गए। अब उनकी नेक्स्ट जनरेशन ने बाहर गई और काम वाम करके फिर दोबारा घर को संभाला। तो यह होता है कि सब्र ना करने और सब्र करने में क्या फर्क है। तो हम इस दुनिया में देखिए, हमें बहुत मुख्तसर सी मुद्दत मिली हुई है। कुछ मालूम नहीं कब कौन चला जाए इस दुनिया से। तो इस दुनिया में हम आए हैं अपना तस्कियां करने के लिए,</w:t>
      </w:r>
    </w:p>
    <w:p>
      <w:r>
        <w:rPr>
          <w:b/>
        </w:rPr>
        <w:t xml:space="preserve">[27:58] </w:t>
      </w:r>
      <w:r>
        <w:t>apne personality development karne ke liye. Aur ab ab agar hum pad jayenge nafraton mein, inteqaam mein, in sab cheezon mein pad jayenge, to hum to apne nafs ko aur zyada alooda karenge aur zyada corrupt karenge. To hamein bahut thoda sa mauka mila hua hai. To hamein us usko zyada se zyada usko utilize karna hai aur apna taskiya karna hai. Society mein kuch achha kaam karna hai.</w:t>
      </w:r>
    </w:p>
    <w:p>
      <w:pPr>
        <w:jc w:val="right"/>
      </w:pPr>
      <w:r>
        <w:t>अपने पर्सनालिटी डेवलपमेंट करने के लिए। और अब अब अगर हम पड़ जाएंगे नफरतों में, इंतकाम में, इन सब चीजों में पड़ जाएंगे, तो हम तो अपने नफ्स को और ज्यादा आलूदा करेंगे और ज्यादा करप्ट करेंगे। तो हमें बहुत थोड़ा सा मौका मिला हुआ है। तो हमें उस उसको ज्यादा से ज्यादा उसको यूटिलाइज करना है और अपना तस्कियां करना है। सोसाइटी में कुछ अच्छा काम करना है।</w:t>
      </w:r>
    </w:p>
    <w:p>
      <w:r>
        <w:rPr>
          <w:b/>
        </w:rPr>
        <w:t xml:space="preserve">[28:27] </w:t>
      </w:r>
      <w:r>
        <w:t>doosre logon ko, jisko kehte hain amr bil maroof, to doosre logon ko achhi baatein batani hain aur khud us par amal karna hai. God oriented life guzarni hai. To agar hamare andar nafrat aur inteqaam aa gayi, to hum kuch nahin kar sakte. Ab aap dekh rahe hain Afghanistan mein koi kaam ho raha hai. Sab log bas bandook le lekar daud rahe hain. Koi kaam nahin ho raha hai. To is duniya mein jo hum aaye hain, hum apne aap ko, jisko kehte hain purification of the self ke liye</w:t>
      </w:r>
    </w:p>
    <w:p>
      <w:pPr>
        <w:jc w:val="right"/>
      </w:pPr>
      <w:r>
        <w:t>दूसरे लोगों को, जिसको कहते हैं अम्र बिल मारूफ, तो दूसरे लोगों को अच्छी बातें बतानी हैं और खुद उस पर अमल करना है। गॉड ओरिएंटेड लाइफ गुजारनी है। तो अगर हमारे अंदर नफरत और इंतकाम आ गई, तो हम कुछ नहीं कर सकते। अब आप देख रहे हैं अफगानिस्तान में कोई काम हो रहा है। सब लोग बस बंदूक ले लेकर दौड़ रहे हैं। कोई काम नहीं हो रहा है। तो इस दुनिया में जो हम आए हैं, हम अपने आप को, जिसको कहते हैं प्यूरिफिकेशन ऑफ द सेल्फ के लिए</w:t>
      </w:r>
    </w:p>
    <w:p>
      <w:r>
        <w:rPr>
          <w:b/>
        </w:rPr>
        <w:t xml:space="preserve">[28:56] </w:t>
      </w:r>
      <w:r>
        <w:t>aaye hain. To hamein ek-ek lamha is purification of the self ke liye istemal karna hai. Kyunki marne ke baad Maulana kehte the ke koi bhi yeh jo hoti hain, Quran padh-padh ke log bakshte hain, kehte yeh sab kaam nahin aata. Sirf ek cheez kaam aati hai, sadqa jariya. To jo hamara amal hai is duniya mein, usi ke mutabik hamein doosri zindagi mi</w:t>
      </w:r>
    </w:p>
    <w:p>
      <w:pPr>
        <w:jc w:val="right"/>
      </w:pPr>
      <w:r>
        <w:t>आए हैं। तो हमें एक-एक लम्हा इस प्यूरिफिकेशन ऑफ द सेल्फ के लिए इस्तेमाल करना है। क्योंकि मरने के बाद मौलाना कहते थे कि कोई भी यह जो होती हैं, कुरान पढ़-पढ़ के लोग बख्शते हैं, कहते यह सब काम नहीं आता। सिर्फ एक चीज काम आती है, सदका जारिया। तो जो हमारा अमल है इस दुनिया में, उसी के मुताबिक हमको दूसरी जिंदगी मि</w:t>
      </w:r>
    </w:p>
    <w:p>
      <w:r>
        <w:rPr>
          <w:b/>
        </w:rPr>
        <w:t xml:space="preserve">[29:23] </w:t>
      </w:r>
      <w:r>
        <w:t>legi. To is yeh duniya bahut zyada keemti hai aur hamein zyada se zyada isko istemal karna chahiye. Apne andar positive personality develop karna chahiye. Kyunki agar hamare andar positive personality develop nahin hui, hamari rooh muzakka nahin hui, to hamein jannat hamein accept karne se bilkul iba karegi. Hamein accept hi nahin kare</w:t>
      </w:r>
    </w:p>
    <w:p>
      <w:pPr>
        <w:jc w:val="right"/>
      </w:pPr>
      <w:r>
        <w:t>लेगी। तो इस यह दुनिया बहुत ज्यादा कीमती है और हमें ज्यादा से ज्यादा इसको इस्तेमाल करना चाहिए। अपने अंदर पॉजिटिव पर्सनालिटी डेवलप करना चाहिए। क्योंकि अगर हमारे अंदर पॉजिटिव पर्सनालिटी डेवलप नहीं हुई, हमारी रूह मुजक्का नहीं हुई, तो हमें जन्नत हमें एक्सेप्ट करने से बिल्कुल इबा करेगी। हमें एक्सेप्ट ही नहीं करे</w:t>
      </w:r>
    </w:p>
    <w:p>
      <w:r>
        <w:rPr>
          <w:b/>
        </w:rPr>
        <w:t xml:space="preserve">[29:51] </w:t>
      </w:r>
      <w:r>
        <w:t>gi. To hamein jo sabse bada kaam karna hai is duniya mein, wah apna taskiya karna hai, apne ko purify karni hai. Aur yeh bagair sabr ke nahin ho sakta. Isi liye sabr ka ajr jo hai, na wah bagair hisab hai. Kyunki har kaam jo hai, na sabr ke hi zariye se ho sakta hai. Jo Allah taala chahte hain, jis tarike se ke is duniya mein insaan apni zindagi guzare, wah bagair sabr ke nahin ho sakta.</w:t>
      </w:r>
    </w:p>
    <w:p>
      <w:pPr>
        <w:jc w:val="right"/>
      </w:pPr>
      <w:r>
        <w:t>गी। तो हमें जो सबसे बड़ा काम करना है इस दुनिया में, वह अपना तस्कियां करना है, अपने को प्यूरिफाई करनी है। और यह बगैर सब्र के नहीं हो सकता। इसीलिए सब्र का अज्र जो है, ना वह बगैर हिसाब है। क्योंकि हर काम जो है, ना सब्र के ही जरिए से हो सकता है। जो अल्लाह ताला चाहते हैं, जिस तरीके से कि इस दुनिया में इंसान अपनी जिंदगी गुजारे, वह बगैर सब्र के नहीं हो सकता।</w:t>
      </w:r>
    </w:p>
    <w:p>
      <w:r>
        <w:rPr>
          <w:b/>
        </w:rPr>
        <w:t xml:space="preserve">[30:20] </w:t>
      </w:r>
      <w:r>
        <w:t>to sabr tamam nekiyon ka source hai. Tamam nekiyan sabr hi ke zariye se milti hain. Isi liye sabr ka ajr jo hai, Quran mein bagair hisab bataya gaya hai. Ji, jazaak Allah. Aap kuch comments padhna chahunga. Yeh comment bheja hai Miss Farida Kamran ne Pakistan se. Unhone li</w:t>
      </w:r>
    </w:p>
    <w:p>
      <w:pPr>
        <w:jc w:val="right"/>
      </w:pPr>
      <w:r>
        <w:t>तो सब्र तमाम नेकियों का सोर्स है। तमाम नेकियां सब्र ही के जरिए से मिलती हैं। इसीलिए सब्र का अज्र जो है, कुरान में बगैर हिसाब बताया गया है। जी, जजाकल्लाह। आप कुछ कमेंट्स पढ़ना चाहूंगा। यह कमेंट भेजा है मिस फरीदा कामरान ने पाकिस्तान से। उन्होंने लि</w:t>
      </w:r>
    </w:p>
    <w:p>
      <w:r>
        <w:rPr>
          <w:b/>
        </w:rPr>
        <w:t xml:space="preserve">[30:42] </w:t>
      </w:r>
      <w:r>
        <w:t>kha hai, "Maulana sahib said, when we face hardships and helplessness, then we become the cause of Gods blessings. May Allah give Maulana sahib biggest rewards in akhirat." Mohammad Asif sahib ne Lucknow se likha hai, "Sabr ki taleem Nabi ki zindagi se milti hai. Ha</w:t>
      </w:r>
    </w:p>
    <w:p>
      <w:pPr>
        <w:jc w:val="right"/>
      </w:pPr>
      <w:r>
        <w:t>खा है, "मौलाना साहब सेड, व्हेन वी फेस हार्डशिप्स एंड हेल्पलेसनेस, देन वी बिकम द केस ऑफ गॉड्स ब्लेसिंग्स। मे अल्लाह गिव मौलाना साहब बिगेस्ट रिवॉर्ड्स इन आखिरत।" मोहम्मद आसिफ साहब ने लखनऊ से लिखा है, "सब्र की तालीम नबी की जिंदगी से मिलती है। ह</w:t>
      </w:r>
    </w:p>
    <w:p>
      <w:r>
        <w:rPr>
          <w:b/>
        </w:rPr>
        <w:t xml:space="preserve">[31:03] </w:t>
      </w:r>
      <w:r>
        <w:t>mein positive change karne ke liye bhi aapko kitna sabr karna pada aur sahi baat ko bhi sabit karne ke liye bhi bahut sabr chahiye hota hai. Sabr zindagi mein bahut aham hai." Shahad Hussain sahib ne Srinagar se likha hai, "Sabr is development of a positive personality. Potential reward hidden in facing the abnormal situation with sabr. Great wisdom inspiring discussion."</w:t>
      </w:r>
    </w:p>
    <w:p>
      <w:pPr>
        <w:jc w:val="right"/>
      </w:pPr>
      <w:r>
        <w:t>में पॉजिटिव चेंज करने के लिए भी आपको कितना सब्र करना पड़ा और सही बात को भी साबित करने के लिए भी बहुत सब्र चाहिए होता है। सब्र जिंदगी में बहुत अहम है।" शाहद हुसैन साहब ने श्रीनगर से लिखा है, "सब्र इज डेवलपमेंट ऑफ अ पॉजिटिव पर्सनालिटी। पोटेंशियल रिवॉर्ड हिडन इन फेसिंग द एबनॉर्मल सिचुएशन विद सब्र। ग्रेट विजडम इंस्पायरिंग डिस्कशन।"</w:t>
      </w:r>
    </w:p>
    <w:p>
      <w:r>
        <w:rPr>
          <w:b/>
        </w:rPr>
        <w:t xml:space="preserve">[31:32] </w:t>
      </w:r>
      <w:r>
        <w:t>Miss Kuruat Lain ne Srinagar se likha hai, "Maulana had always focused on patience. He would always say that patience is not a weakness or lack of self respect. It is a test of your patience,</w:t>
      </w:r>
    </w:p>
    <w:p>
      <w:pPr>
        <w:jc w:val="right"/>
      </w:pPr>
      <w:r>
        <w:t>मिस कुरुत लेन ने श्रीनगर से लिखा है, "मौलाना हैड ऑलवेज फोकस्ड ऑन पेशेंस। ही वुड ऑलवेज से दैट पेशेंस इज नॉट अ वीकनेस और लैक ऑफ सेल्फ रिस्पेक्ट। इट इज अ टेस्ट ऑफ योर पेशेंस,</w:t>
      </w:r>
    </w:p>
    <w:p>
      <w:r>
        <w:rPr>
          <w:b/>
        </w:rPr>
        <w:t xml:space="preserve">[31:46] </w:t>
      </w:r>
      <w:r>
        <w:t>ego and the urge to return back to prove your point. And he who shows patience and keeps quiet in a hostile situation where tempers run high waits for cooling down is a real winner</w:t>
      </w:r>
    </w:p>
    <w:p>
      <w:pPr>
        <w:jc w:val="right"/>
      </w:pPr>
      <w:r>
        <w:t>ईगो एंड द अर्ज टू रिटर्न बैक टू प्रूव योर पॉइंट। एंड ही हु शोज पेशेंस एंड कीप्स क्वाइट इन अ होस्टाइल सिचुएशन वेर टेंपर्स रन हाई वेट्स फॉर कूलिंग डाउन इज अ रियल विनर</w:t>
      </w:r>
    </w:p>
    <w:p>
      <w:r>
        <w:rPr>
          <w:b/>
        </w:rPr>
        <w:t xml:space="preserve">[32:00] </w:t>
      </w:r>
      <w:r>
        <w:t>। By being calm and not responding to the situation, he not only wins over his ego but also gains respect from others. God help those who follow this virtue. Thank you for reminding us of this virtue and its fruits." Aap main chahunga ke koi example aap Prophet of Islam ki life se bhi batayein, jisse hamein sabak mil sakta hai sabr ko lekar.</w:t>
      </w:r>
    </w:p>
    <w:p>
      <w:pPr>
        <w:jc w:val="right"/>
      </w:pPr>
      <w:r>
        <w:t>। बाय बीइंग काम एंड नॉट रिस्पॉन्डिंग टू द सिचुएशन, ही नॉट ओनली विंस ओवर हिज ईगो बट आल्सो गेंस रिस्पेक्ट फ्रॉम अदर्स। गॉड हेल्प दोज हु फॉलो दिस वर्चू। थैंक यू फॉर रिमाइंडिंग अस ऑफ दिस वर्चू एंड इट्स फ्रूट्स।" आप मैं चाहूंगा कि कोई एग्जांपल आप प्रॉफिट ऑफ इस्लाम की लाइफ से भी बताएं, जिससे हमें सबक मिल सकता है सब्र को लेकर।</w:t>
      </w:r>
    </w:p>
    <w:p>
      <w:r>
        <w:rPr>
          <w:b/>
        </w:rPr>
        <w:t xml:space="preserve">[32:29] </w:t>
      </w:r>
      <w:r>
        <w:t>yeh jo aapne abhi comments padhe hain, us par ek baat yaad aayi ke ek baar Maulana Iqbal Umri sahib ne khwab mein dekha ke Maulana ko lamba khwab tha. Main ek ek hissa bata rahi hoon ke Maulana keh rahe hain ke main duniya mein bhi har waqt hamd mein apna time guzarta tha mera aur yahan bhi main hamd mein apna time guzaar raha hoon. To hamein is duniya mein hamd mein rehna hai.</w:t>
      </w:r>
    </w:p>
    <w:p>
      <w:pPr>
        <w:jc w:val="right"/>
      </w:pPr>
      <w:r>
        <w:t>यह जो आपने अभी कमेंट्स पढ़े हैं, उस पर एक बात याद आई कि एक बार मौलाना इकबाल उमरी साहब ने ख्वाब में देखा कि मौलाना को लंबा ख्वाब था। मैं एक एक हिस्सा बता रही हूं कि मौलाना कह रहे हैं कि मैं दुनिया में भी हर वक्त हमद में अपना टाइम गुजरता था मेरा और यहां भी मैं हमद में अपना टाइम गुजार रहा हूं। तो हमें इस दुनिया में हमद में रहना है।</w:t>
      </w:r>
    </w:p>
    <w:p>
      <w:r>
        <w:rPr>
          <w:b/>
        </w:rPr>
        <w:t xml:space="preserve">[32:57] </w:t>
      </w:r>
      <w:r>
        <w:t>jab bhi koi negative baat hoti thi Maulana ke samne, to wah kehte the ke main bilkul apne dimagh se usi waqt usko nikaal deta hoon. Kyunki agar main negative baat ko apne andar rakhunga, to main utna time mera jo hai,</w:t>
      </w:r>
    </w:p>
    <w:p>
      <w:pPr>
        <w:jc w:val="right"/>
      </w:pPr>
      <w:r>
        <w:t>जब भी कोई नेगेटिव बात होती थी मौलाना के सामने, तो वह कहते थे कि मैं बिल्कुल अपने दिमाग से उसी वक्त उसको निकाल देता हूं। क्योंकि अगर मैं नेगेटिव बात को अपने अंदर रखूंगा, तो मैं उतना टाइम मेरा जो है,</w:t>
      </w:r>
    </w:p>
    <w:p>
      <w:r>
        <w:rPr>
          <w:b/>
        </w:rPr>
        <w:t xml:space="preserve">[33:11] </w:t>
      </w:r>
      <w:r>
        <w:t>wah nashukri mein guzrega. To jo agar hum negative baat, hamare saath koi bura kar raha hai, yeh kar raha hai, wah kar raha hai, to iska matlab hum utne time hum Khuda ka shukr nahin ada kar rahe hain. To</w:t>
      </w:r>
    </w:p>
    <w:p>
      <w:pPr>
        <w:jc w:val="right"/>
      </w:pPr>
      <w:r>
        <w:t>वह नाशुक्री में गुजरेगा। तो जो अगर हम नेगेटिव बात, हमारे साथ कोई बुरा कर रहा है, यह कर रहा है, वह कर रहा है, तो इसका मतलब हम उतने टाइम हम खुदा का शुक्र नहीं अदा कर रहे हैं। तो</w:t>
      </w:r>
    </w:p>
    <w:p>
      <w:r>
        <w:rPr>
          <w:b/>
        </w:rPr>
        <w:t xml:space="preserve">[33:23] </w:t>
      </w:r>
      <w:r>
        <w:t>hamein is duniya mein hamesha Khuda ke hamd, Khuda ke shukr mein apna waqt guzarna hai. Ji, to Rasool Allah sallallahu alaihi wasallam aur doosre tamam paigambaron ki zindagi se hamein yahi milta hai ke ki aapne aur doosre paigambaron ne jo bhi mawaqe the, usko istemal kiya aur jo bhi problems the, usko usse unhone usko ignore kiya.</w:t>
      </w:r>
    </w:p>
    <w:p>
      <w:pPr>
        <w:jc w:val="right"/>
      </w:pPr>
      <w:r>
        <w:t>हमें इस दुनिया में हमेशा खुदा के हमद, खुदा के शुक्र में अपना वक्त गुजारना है। जी, तो रसूलल्लाह सल्लल्लाहु अलैहि वसल्लम और दूसरे तमाम पैगंबरों की जिंदगी से हमें यही मिलता है कि कि आपने और दूसरे पैगंबरों ने जो भी मवाके थे, उसको इस्तेमाल किया और जो भी प्रॉब्लम्स थे, उसको उससे उन्होंने उसको इग्नोर किया।</w:t>
      </w:r>
    </w:p>
    <w:p>
      <w:r>
        <w:rPr>
          <w:b/>
        </w:rPr>
        <w:t xml:space="preserve">[33:52] </w:t>
      </w:r>
      <w:r>
        <w:t>to isi liye jo status quo hai, is par Maulana bahut zyada zor dete the ke jo status quo hai, usko accept karna. Status quo ko accept waqti taur par hi karna padta hai. Kyunki jab aap usko accept karke jab aap kaam karenge, na to dheere-dheere wah status quo khud ba khud change ho jaata hai.</w:t>
      </w:r>
    </w:p>
    <w:p>
      <w:pPr>
        <w:jc w:val="right"/>
      </w:pPr>
      <w:r>
        <w:t>तो इसीलिए जो स्टेटस को है, इस पर मौलाना बहुत ज्यादा जोर देते थे कि जो स्टेटस को है, उसको एक्सेप्ट करना। स्टेटस को को एक्सेप्ट वक्ती तौर पर ही करना पड़ता है। क्योंकि जब आप उसको एक्सेप्ट करके जब आप काम करेंगे, ना तो धीरे-धीरे वह स्टेटस को खुद बखुदा चेंज हो जाता है।</w:t>
      </w:r>
    </w:p>
    <w:p>
      <w:r>
        <w:rPr>
          <w:b/>
        </w:rPr>
        <w:t xml:space="preserve">[34:12] </w:t>
      </w:r>
      <w:r>
        <w:t>to waqti taur par aapko status quo ko accept karke aap apna kaam shuru kar kar dein. Yahi hamein Rasool Allah sallallahu alaihi wasallam ki zindagi se yahi hamein maloom hota hai. To ab misal ke taur par wahan par Makka mein log aapko bahut zyada pareshan kar rahe the, kaam hi nahin karne de rahe the.</w:t>
      </w:r>
    </w:p>
    <w:p>
      <w:pPr>
        <w:jc w:val="right"/>
      </w:pPr>
      <w:r>
        <w:t>तो वक्ती तौर पर आपको स्टेटस को को एक्सेप्ट करके आप अपना काम शुरू कर कर दें। यही हमें रसूलल्लाह सल्लल्लाहु अलैहि वसल्लम की जिंदगी से यही हमको मालूम होता है। तो अब मिसाल के तौर पर वहां पर मक्के में लोग आपको बहुत ज्यादा परेशान कर रहे थे, काम ही नहीं करने दे रहे थे।</w:t>
      </w:r>
    </w:p>
    <w:p>
      <w:r>
        <w:rPr>
          <w:b/>
        </w:rPr>
        <w:t xml:space="preserve">[34:33] </w:t>
      </w:r>
      <w:r>
        <w:t>to confrontation ki naubat aa gayi, yahan tak ke logon ne yeh tay kar liya ke ab Rasool Allah sallallahu alaihi wasallam ko khatm kar diya jaaye. Kyunki wah to manne wale nahin hain. Unhone sab kuch kaha ke hum aapko Makka ki badshahat tak dene ke liye taiyar hain. Lekin Rasool Allah sallallahu alaihi wasallam ne kaha ke main is kaam ke liye yahan aaya nahin hoon. To</w:t>
      </w:r>
    </w:p>
    <w:p>
      <w:pPr>
        <w:jc w:val="right"/>
      </w:pPr>
      <w:r>
        <w:t>तो कन्फ्रंटेशन की नौबत आ गई, यहां तक कि लोगों ने यह तय कर लिया कि अब रसूलल्लाह सल्लल्लाहु अलैहि वसल्लम को खत्म कर दिया जाए। क्योंकि वह तो मानने वाले नहीं हैं। उन्होंने सब कुछ कहा कि हम आपको मक्का की बादशाहत तक देने के लिए तैयार हैं। लेकिन रसूलल्लाह सल्लल्लाहु अलैहि वसल्लम ने कहा कि मैं इस काम के लिए यहां आया नहीं हूं। तो</w:t>
      </w:r>
    </w:p>
    <w:p>
      <w:r>
        <w:rPr>
          <w:b/>
        </w:rPr>
        <w:t xml:space="preserve">[34:53] </w:t>
      </w:r>
      <w:r>
        <w:t>jab unhone dekha ke aap par koi ko koi bhi kaam cheez kaam nahin kar rahi hai, to phir unhone socha ke ab unko apne raaste se hata hi dena chahiye. To us waqt aapne us us wahan par Makka ko chhod diya. Aapne yeh nahin kiya ke aapke taqreeban 200 se zyada saathi the aur usmein Hazrat Umar jaise bahadur log the. Arab to waise bhi bahaduri hote the aur Hazrat Umar to pehelwan the. Aap</w:t>
      </w:r>
    </w:p>
    <w:p>
      <w:pPr>
        <w:jc w:val="right"/>
      </w:pPr>
      <w:r>
        <w:t>जब उन्होंने देखा कि आपके ऊपर कोई को कोई भी काम चीज काम नहीं कर रही है, तो फिर उन्होंने सोचा कि अब उनको अपने रास्ते से हटा ही देना चाहिए। तो उस वक्त आपने उस उस वहां पर मक्का को छोड़ दिया। आपने यह नहीं किया कि आपके तकरीबन 200 से ज्यादा साथी थे और उसमें हजरत उमर जैसे बहादुर लोग थे। अरब तो वैसे भी बहादुरी होते थे और हजरत उमर तो पहलवान थे। आप</w:t>
      </w:r>
    </w:p>
    <w:p>
      <w:r>
        <w:rPr>
          <w:b/>
        </w:rPr>
        <w:t xml:space="preserve">[35:21] </w:t>
      </w:r>
      <w:r>
        <w:t>ne nahin kaha ke chalo hum sab log jang karenge. Lekin aapne khamoshi se Makka ko chhodkar aap Madina chale gaye aur wahan par kaam karna shuru kar diya. Aur phir jab dekha aapne ke wahan par bhi sab dushman jo hain, wahan bhi aa gaye, wahan bhi kaam nahin karne de rahe hain aur aapko jang mein uljha rahe hain, to aapne bahut hi hikmat ke saath aur tumki tamam conditions ko maante hue aapne sulah kar li</w:t>
      </w:r>
    </w:p>
    <w:p>
      <w:pPr>
        <w:jc w:val="right"/>
      </w:pPr>
      <w:r>
        <w:t>ने नहीं कहा कि चलो हम सब लोग जंग करेंगे। लेकिन आपने खामोशी से मक्का को छोड़कर आप मदीना चले गए और वहां पर काम करना शुरू कर दिया। और फिर जब देखा आपने कि वहां पर भी सब दुश्मन जो हैं, वहां भी आ गए, वहां भी काम नहीं करने दे रहे हैं और आपको जंग में उलझा रहे हैं, तो आपने बहुत ही हिकमत के साथ और तुमकी तमाम कंडीशंस को मानते हुए आपने सुलह कर ली</w:t>
      </w:r>
    </w:p>
    <w:p>
      <w:r>
        <w:rPr>
          <w:b/>
        </w:rPr>
        <w:t xml:space="preserve">[35:46] </w:t>
      </w:r>
      <w:r>
        <w:t>. uske baad jab makka fateh hua, to agar aap tamam logon ko, jo tamam prisoners of war</w:t>
      </w:r>
    </w:p>
    <w:p>
      <w:pPr>
        <w:jc w:val="right"/>
      </w:pPr>
      <w:r>
        <w:t>। उसके बाद जब मक्का फतह हुआ, तो अगर आप तमाम लोगों को, जो तमाम प्रिजनर्स ऑफ वार</w:t>
      </w:r>
    </w:p>
    <w:p>
      <w:r>
        <w:rPr>
          <w:b/>
        </w:rPr>
        <w:t xml:space="preserve">[35:53] </w:t>
      </w:r>
      <w:r>
        <w:t>the, jinhone aapko makka se nikala tha, jinhone aapka boycott kiya tha, jinhone matlab koi zulm-o-sitam ki,</w:t>
      </w:r>
    </w:p>
    <w:p>
      <w:pPr>
        <w:jc w:val="right"/>
      </w:pPr>
      <w:r>
        <w:t>थे, जिन्होंने आपको मक्का से निकाला था, जिन्होंने आपका बायकॉट किया था, जिन्होंने मतलब कोई जुल्म सितम की,</w:t>
      </w:r>
    </w:p>
    <w:p>
      <w:r>
        <w:rPr>
          <w:b/>
        </w:rPr>
        <w:t xml:space="preserve">[36:01] </w:t>
      </w:r>
      <w:r>
        <w:t>koi kuch behad zulm-o-sitam kiye the, to un woh sab log aapke paas kaabil-e-aagaye, saare</w:t>
      </w:r>
    </w:p>
    <w:p>
      <w:pPr>
        <w:jc w:val="right"/>
      </w:pPr>
      <w:r>
        <w:t>कोई कुछ बेइंतहा जुल्म सितम किए थे, तो उन वह सब लोग आपके पास काबल आए गए, सारे</w:t>
      </w:r>
    </w:p>
    <w:p>
      <w:r>
        <w:rPr>
          <w:b/>
        </w:rPr>
        <w:t xml:space="preserve">[36:09] </w:t>
      </w:r>
      <w:r>
        <w:t>sardar. to aapne sabko maaf kar diya.</w:t>
      </w:r>
    </w:p>
    <w:p>
      <w:pPr>
        <w:jc w:val="right"/>
      </w:pPr>
      <w:r>
        <w:t>सरदार। तो आपने सबको माफ कर दिया।</w:t>
      </w:r>
    </w:p>
    <w:p>
      <w:r>
        <w:rPr>
          <w:b/>
        </w:rPr>
        <w:t xml:space="preserve">[36:12] </w:t>
      </w:r>
      <w:r>
        <w:t>aapne kaha, "go, you are all free."</w:t>
      </w:r>
    </w:p>
    <w:p>
      <w:pPr>
        <w:jc w:val="right"/>
      </w:pPr>
      <w:r>
        <w:t>आपने कहा, "गो, यू आर ऑल फ्री।"</w:t>
      </w:r>
    </w:p>
    <w:p>
      <w:r>
        <w:rPr>
          <w:b/>
        </w:rPr>
        <w:t xml:space="preserve">[36:14] </w:t>
      </w:r>
      <w:r>
        <w:t>to aapne kaha ki hazrat yusuf (a.s.) ne jis tarike se apne bhaiyon ko, jinhone unko kuen</w:t>
      </w:r>
    </w:p>
    <w:p>
      <w:pPr>
        <w:jc w:val="right"/>
      </w:pPr>
      <w:r>
        <w:t>तो आपने कहा कि हजरत यूसुफ अलैहि सलाम ने जिस तरीके से अपने भाइयों को, जिन्होंने उनको कुएं</w:t>
      </w:r>
    </w:p>
    <w:p>
      <w:r>
        <w:rPr>
          <w:b/>
        </w:rPr>
        <w:t xml:space="preserve">[36:21] </w:t>
      </w:r>
      <w:r>
        <w:t>mein daal diya tha, jis tarah unhone apne bhaiyon ko maaf kiya, usi tarike se main aaj tumko</w:t>
      </w:r>
    </w:p>
    <w:p>
      <w:pPr>
        <w:jc w:val="right"/>
      </w:pPr>
      <w:r>
        <w:t>में डाल दिया था, जिस तरह उन्होंने अपने भाइयों को माफ किया, उसी तरीके से मैं आज तुमको</w:t>
      </w:r>
    </w:p>
    <w:p>
      <w:r>
        <w:rPr>
          <w:b/>
        </w:rPr>
        <w:t xml:space="preserve">[36:26] </w:t>
      </w:r>
      <w:r>
        <w:t>maaf karta hoon.</w:t>
      </w:r>
    </w:p>
    <w:p>
      <w:pPr>
        <w:jc w:val="right"/>
      </w:pPr>
      <w:r>
        <w:t>माफ करता हूं।</w:t>
      </w:r>
    </w:p>
    <w:p>
      <w:r>
        <w:rPr>
          <w:b/>
        </w:rPr>
        <w:t xml:space="preserve">[36:28] </w:t>
      </w:r>
      <w:r>
        <w:t>aur yeh insaan ke andar</w:t>
      </w:r>
    </w:p>
    <w:p>
      <w:pPr>
        <w:jc w:val="right"/>
      </w:pPr>
      <w:r>
        <w:t>और यह इंसान के अंदर</w:t>
      </w:r>
    </w:p>
    <w:p>
      <w:r>
        <w:rPr>
          <w:b/>
        </w:rPr>
        <w:t xml:space="preserve">[36:30] </w:t>
      </w:r>
      <w:r>
        <w:t>dekhiye, ego hai to conscious bhi hai.</w:t>
      </w:r>
    </w:p>
    <w:p>
      <w:pPr>
        <w:jc w:val="right"/>
      </w:pPr>
      <w:r>
        <w:t>देखिए, ईगो है तो कॉन्शियस भी है।</w:t>
      </w:r>
    </w:p>
    <w:p>
      <w:r>
        <w:rPr>
          <w:b/>
        </w:rPr>
        <w:t xml:space="preserve">[36:33] </w:t>
      </w:r>
      <w:r>
        <w:t>to unka sara conscious jo hai, awake ho gaya aur bahut jald woh sare ke sare log aapke follower ban gaye. to is tarike se adjust usme halaat ko samne rakhna padta hai. kab kya halaat hain,</w:t>
      </w:r>
    </w:p>
    <w:p>
      <w:pPr>
        <w:jc w:val="right"/>
      </w:pPr>
      <w:r>
        <w:t>तो उनका सारा कॉन्शियस जो है, अवेक हो गया और बहुत जल्द वह सारे के सारे लोग आपके फॉलोअर बन गए। तो इस तरीके से एडजस्ट उसमें हालात को सामने रखना पड़ता है। कब क्या हालात हैं,</w:t>
      </w:r>
    </w:p>
    <w:p>
      <w:r>
        <w:rPr>
          <w:b/>
        </w:rPr>
        <w:t xml:space="preserve">[36:49] </w:t>
      </w:r>
      <w:r>
        <w:t>to halaat ko samne rakhkar apna course ko mutayyin karna padta hai. kabhi aisa hota hai ki woh jagah chhod deni padti hai, doosri jagah jakar kaam karna padta hai. kabhi sirf ignore karna padta hai, kabhi sulah kar</w:t>
      </w:r>
    </w:p>
    <w:p>
      <w:pPr>
        <w:jc w:val="right"/>
      </w:pPr>
      <w:r>
        <w:t>तो हालात को सामने रखकर अपना कोर्स को मुतय्यिन करना पड़ता है। कभी ऐसा होता है कि वह जगह छोड़ देनी पड़ती है, दूसरी जगह जाकर काम करना पड़ता है। कभी सिर्फ इग्नोर करना पड़ता है, कभी सुलह कर</w:t>
      </w:r>
    </w:p>
    <w:p>
      <w:r>
        <w:rPr>
          <w:b/>
        </w:rPr>
        <w:t xml:space="preserve">[37:02] </w:t>
      </w:r>
      <w:r>
        <w:t>ni padti hai, kabhi maaf karna padta hai. to halaat ke hisab se hamein apna course ko mutayyin karna hoga. aur yahi humko na sirf rasoolullah sallallahu alaihi wasallam ki zindagi se, balki tamam paigambaron ki zindagi se humko yahi sabak milta hai. ji,</w:t>
      </w:r>
    </w:p>
    <w:p>
      <w:pPr>
        <w:jc w:val="right"/>
      </w:pPr>
      <w:r>
        <w:t>नी पड़ती है, कभी माफ करना पड़ता है। तो हालात के हिसाब से हमें अपना कोर्स को मुतय्यिन करना होगा। और यही हमको ना सिर्फ रसूलल्लाह सल्लल्लाहु अलैहि वसल्लम की जिंदगी से, बल्कि तमाम पैगंबरों की जिंदगी से हमको यही सबक मिलता है। जी,</w:t>
      </w:r>
    </w:p>
    <w:p>
      <w:r>
        <w:rPr>
          <w:b/>
        </w:rPr>
        <w:t xml:space="preserve">[37:19] </w:t>
      </w:r>
      <w:r>
        <w:t>aap kuch aur comments padhna chahunga. yeh imran ahmad sahab ne bheja hai delhi se. unhone likha hai, "mashaallah, aap behad aham topic</w:t>
      </w:r>
    </w:p>
    <w:p>
      <w:pPr>
        <w:jc w:val="right"/>
      </w:pPr>
      <w:r>
        <w:t>आप कुछ और कमेंट्स पढ़ना चाहूंगा। यह इमरान अहमद साहब ने भेजा है दिल्ली से। उन्होंने लिखा है, "माशाल्लाह, आप बेहद अहम टॉपिक</w:t>
      </w:r>
    </w:p>
    <w:p>
      <w:r>
        <w:rPr>
          <w:b/>
        </w:rPr>
        <w:t xml:space="preserve">[37:28] </w:t>
      </w:r>
      <w:r>
        <w:t>. aapne bahut aham baat batai ki sabr rukkar plan based response ka naam hai. isi ka naam practical wisdom hai aur besabri jaldbazi mein diya gaya response. jazaakallah." doctor aslam sahab ne saharanpur se likha hai, "really, doctor farida, your opinion is very realistic. patience is a virtue, is essential to daily life and key to happy and successful life.</w:t>
      </w:r>
    </w:p>
    <w:p>
      <w:pPr>
        <w:jc w:val="right"/>
      </w:pPr>
      <w:r>
        <w:t>। आपने बहुत अहम बात बताई कि सब्र रुककर प्लान बेस्ड रिस्पांस का नाम है। इसी का नाम प्रैक्टिकल विजडम है और बेसब्री जल्दबाजी में दिया गया रिस्पांस। जजाकल्लाह।" डॉक्टर असलम साहब ने सहारनपुर से लिखा है, "रियली, डॉक्टर फरीदा, योर ओपिनियन इज वेरी रियलिस्टिक। पेशेंस इज अ वर्चू, इज एसेंशियल टू डेली लाइफ एंड की टू हैप्पी एंड सक्सेसफुल लाइफ।</w:t>
      </w:r>
    </w:p>
    <w:p>
      <w:r>
        <w:rPr>
          <w:b/>
        </w:rPr>
        <w:t xml:space="preserve">[37:57] </w:t>
      </w:r>
      <w:r>
        <w:t>prophet mohammad is a unique perfect example of patience." riyaz bhatt sahab ne srinagar se likha hai, "sabr gives us an opportunity to increase our communication with our creator. it allows gods plan for us to take its shape without being not</w:t>
      </w:r>
    </w:p>
    <w:p>
      <w:pPr>
        <w:jc w:val="right"/>
      </w:pPr>
      <w:r>
        <w:t>प्रॉफिट मोहम्मद इज अ यूनिक परफेक्ट एग्जांपल ऑफ पेशेंस।" रियाज भट्ट साहब ने श्रीनगर से लिखा है, "सब्र गिव्स अस एन ओपोरर्चुनिटी टू इंक्रीज आवर कम्युनिकेशन विद आवर क्रिएटर। इट अलाउस गॉड्स प्लान फॉर अस टू टेक इट्स शेप विदाउट बीइंग नोट</w:t>
      </w:r>
    </w:p>
    <w:p>
      <w:r>
        <w:rPr>
          <w:b/>
        </w:rPr>
        <w:t xml:space="preserve">[38:15] </w:t>
      </w:r>
      <w:r>
        <w:t>iced." achha, aap aksar log yeh hawala dete hain sabr ko na rakhne ke liye ki agar koi samne wali party conspiracy kar rahi hai, hamare khilaf planning bana rahe hain, to phir hamein chup nahi baithna chahiye. hamein foran uska jawab dena chahiye. to yahan par aap mera sawal yeh hai ki quran is bare mein kya guidance deta hai</w:t>
      </w:r>
    </w:p>
    <w:p>
      <w:pPr>
        <w:jc w:val="right"/>
      </w:pPr>
      <w:r>
        <w:t>िस्ड।" अच्छा, आप अक्सर लोग यह हवाला देते हैं सब्र को ना रखने के लिए कि अगर कोई सामने वाली पार्टी कंस्पिरेशन कर रही है, हमारे खिलाफ प्लानिंग बना रहे हैं, तो फिर हमें चुप नहीं बैठना चाहिए। हमें फौरन उसका जवाब देना चाहिए। तो यहां पर आप मेरा सवाल यह है कि कुरान इस बारे में क्या गाइडेंस देता है</w:t>
      </w:r>
    </w:p>
    <w:p>
      <w:r>
        <w:rPr>
          <w:b/>
        </w:rPr>
        <w:t xml:space="preserve">[38:37] </w:t>
      </w:r>
      <w:r>
        <w:t>? kya aap sabr tab, us waqt jab koi conspiracy kar raha hai, tab applicable nahi hoti hai? ya patience hamein har haal mein rakhni hi hai?</w:t>
      </w:r>
    </w:p>
    <w:p>
      <w:pPr>
        <w:jc w:val="right"/>
      </w:pPr>
      <w:r>
        <w:t>? क्या आप सब्र तब, उस वक्त जब कोई कंस्पिरेशन कर रहा है, तब एप्लीकेबल नहीं होती है? या पेशेंस हमें हर हाल में रखनी ही है?</w:t>
      </w:r>
    </w:p>
    <w:p>
      <w:r>
        <w:rPr>
          <w:b/>
        </w:rPr>
        <w:t xml:space="preserve">[38:46] </w:t>
      </w:r>
      <w:r>
        <w:t>to iske bare mein quran ke hawale se kuch batayein. quran mein aaya hai, ayat hai ki agar tum sabr karo aur allah se daro, to unki koi saazish tumko nuksan nahi pahuncha sakegi. to quran ka to hal yeh hai ki tumhare andar sabr aur taqwa hona chahiye. to</w:t>
      </w:r>
    </w:p>
    <w:p>
      <w:pPr>
        <w:jc w:val="right"/>
      </w:pPr>
      <w:r>
        <w:t>तो इसके बारे में कुरान के हवाले से कुछ बताएं। कुरान में आया है, आयत है कि अगर तुम सब्र करो और अल्लाह से डरो, तो उनकी कोई साजिश तुमको नुकसान नहीं पहुंचा सकेगी। तो कुरान का तो हल यह है कि तुम्हारे अंदर सब्र और तकवा होना चाहिए। तो</w:t>
      </w:r>
    </w:p>
    <w:p>
      <w:r>
        <w:rPr>
          <w:b/>
        </w:rPr>
        <w:t xml:space="preserve">[39:07] </w:t>
      </w:r>
      <w:r>
        <w:t>iska matlab hai ki hum tamam musalman jo hain, woh kya kar rahe hain? ki logon ki saazishon ko disclose kar rahe hain. unko pure-pure akhbar nikalte hain ki sari duniya mein yeh saazish ho rahi hai, yeh saazish ho rahi hai. woh saazish nahi hai, woh interest ka clash hai. har aadmi apne interest par chal raha hai. usko bhi woh hamare se takra jata hai. woh uska jo interest ka jo hai, hamara interest kuch aur hai.</w:t>
      </w:r>
    </w:p>
    <w:p>
      <w:pPr>
        <w:jc w:val="right"/>
      </w:pPr>
      <w:r>
        <w:t>इसका मतलब है कि हम तमाम मुसलमान जो हैं, वह क्या कर रहे हैं? कि लोगों की साजिशों को डिस्क्लोज कर रहे हैं। उनको पूरे-पूरे अखबार निकलते हैं कि सारी दुनिया में यह साजिश हो रही है, यह साजिश हो रही है। वह साजिश नहीं है, वह इंटरेस्ट का क्लैश है। हर आदमी अपने इंटरेस्ट पर चल रहा है। उसको भी वह हमारे से टकरा जाता है। वह उसका जो इंटरेस्ट का जो है, हमारा इंटरेस्ट कुछ और है।</w:t>
      </w:r>
    </w:p>
    <w:p>
      <w:r>
        <w:rPr>
          <w:b/>
        </w:rPr>
        <w:t xml:space="preserve">[39:33] </w:t>
      </w:r>
      <w:r>
        <w:t>to woh uska bhi hal hai. kyunki allah taala ne jab itne sare logon ko paida kiya hai aur sare logon ka test ho raha hai, to woh to hoga. to us tarike se hamein jo hai, jo quran ne hamein jo bataya hai method, usi par amal karke hum is masle ko hal kar sakte hain. to quran mein hai ki hamare andar sabr aur taqwa ki kami hai.</w:t>
      </w:r>
    </w:p>
    <w:p>
      <w:pPr>
        <w:jc w:val="right"/>
      </w:pPr>
      <w:r>
        <w:t>तो वह उसका भी हल है। क्योंकि अल्लाह ताला ने जब इतने सारे लोगों को पैदा किया है और सारे लोगों का टेस्ट हो रहा है, तो वह तो होगा। तो उस तरीके से हमें जो है, जो कुरान ने हमें जो बताया है मेथड, उसी पर अमल करके हम इस मसले को हल कर सकते हैं। तो कुरान में है कि हमारे अंदर सब्र और तकवा की कमी है।</w:t>
      </w:r>
    </w:p>
    <w:p>
      <w:r>
        <w:rPr>
          <w:b/>
        </w:rPr>
        <w:t xml:space="preserve">[40:00] </w:t>
      </w:r>
      <w:r>
        <w:t>agar hum us saazish ko hum hal nahi kar pa rahe hain, to iska matlab hai ki hum apni islah karein, apne andar sabr paida karein, taqwa paida karein, na ki protest karein. protest karne se to aur masla badhta hai. 100 saal se musalman protest kar rahe hain, koi masla hal nahi hua. lekin agar woh sabr karte, apni islah karte, to masail hal hote. jaise pehle hal ho chuke hain,</w:t>
      </w:r>
    </w:p>
    <w:p>
      <w:pPr>
        <w:jc w:val="right"/>
      </w:pPr>
      <w:r>
        <w:t>अगर हम उस साजिश को हम हल नहीं कर पा रहे हैं, तो इसका मतलब है कि हम अपनी इस्लाह करें, अपने अंदर सब्र पैदा करें, तकवा पैदा करें, ना कि प्रोटेस्ट करें। प्रोटेस्ट करने से तो और मसला बढ़ता है। 100 साल से मुसलमान प्रोटेस्ट कर रहे हैं, कोई मसला हल नहीं हुआ। लेकिन अगर वह सब्र करते, अपनी इस्लाह करते, तो मसाइल हल होते। जैसे पहले हल हो चुके हैं,</w:t>
      </w:r>
    </w:p>
    <w:p>
      <w:r>
        <w:rPr>
          <w:b/>
        </w:rPr>
        <w:t xml:space="preserve">[40:26] </w:t>
      </w:r>
      <w:r>
        <w:t>aaj 1500 saal guzar chu</w:t>
      </w:r>
    </w:p>
    <w:p>
      <w:pPr>
        <w:jc w:val="right"/>
      </w:pPr>
      <w:r>
        <w:t>आज 1500 साल गुजर चु</w:t>
      </w:r>
    </w:p>
    <w:p>
      <w:r>
        <w:rPr>
          <w:b/>
        </w:rPr>
        <w:t xml:space="preserve">[40:29] </w:t>
      </w:r>
      <w:r>
        <w:t>ke hain. tamam masail jo hain, woh sabr aur taqwa se hi hal hue hain. to bahut sari misalein maulana ne di hain. to hamare andar, ab apne andar hamein sabr aur taqwa ki spirit ko ubharna hai. kyunki sabr karne se hum usko masail ko bilkul, jisko kehte hain, low profile mein kaam karne karne lag jaate hain. low</w:t>
      </w:r>
    </w:p>
    <w:p>
      <w:pPr>
        <w:jc w:val="right"/>
      </w:pPr>
      <w:r>
        <w:t>के हैं। तमाम मसाइल जो हैं, वह सब्र और तकवा से ही हल हुए हैं। तो बहुत सारी मिसाले मौलाना ने दी हैं। तो हमारे अंदर, अब अपने अंदर हमें सब्र और तकवा की स्पिरिट को उभारना है। क्योंकि सब्र करने से हम उसको मसाइल को बिल्कुल, जिसको कहते हैं, लो प्रोफाइल में काम करने करने लग जाते हैं। लो</w:t>
      </w:r>
    </w:p>
    <w:p>
      <w:r>
        <w:rPr>
          <w:b/>
        </w:rPr>
        <w:t xml:space="preserve">[40:55] </w:t>
      </w:r>
      <w:r>
        <w:t>profile mein kaam karne se to masle jo hain, bahut aasani se hal ho jaate hain. lekin high profile mein kaam karne se masle aur badhte hain.</w:t>
      </w:r>
    </w:p>
    <w:p>
      <w:pPr>
        <w:jc w:val="right"/>
      </w:pPr>
      <w:r>
        <w:t>प्रोफाइल में काम करने से तो मसले जो हैं, बहुत आसानी से हल हो जाते हैं। लेकिन हाई प्रोफाइल में काम करने से मसले और बढ़ते हैं।</w:t>
      </w:r>
    </w:p>
    <w:p>
      <w:r>
        <w:rPr>
          <w:b/>
        </w:rPr>
        <w:t xml:space="preserve">[41:05] </w:t>
      </w:r>
      <w:r>
        <w:t>to sabr hamein ek aur wajah se karna hai. kyunki sabr jo hai, woh hamein allah allah taala ne is duniya mein jo creation plan banaya hai, usi ke mutabik hamein rehna hai. aur is tarah se hum agar hum sabr nahi karte, to iska matlab hai ki hum khaliq kayanat ke khilaf protest kar rahe hain. kyunki allah ka yahi naksha hai aur is naksh ke mutabik hi hamein chalna hai.</w:t>
      </w:r>
    </w:p>
    <w:p>
      <w:pPr>
        <w:jc w:val="right"/>
      </w:pPr>
      <w:r>
        <w:t>तो सब्र हमें एक और वजह से करना है। क्योंकि सब्र जो है, वह हमें अल्लाह अल्लाह ताला ने इस दुनिया में जो क्रिएशन प्लान बनाया है, उसी के मुताबिक हमें रहना है। और इस तरह से हम अगर हम सब्र नहीं करते, तो इसका मतलब है कि हम खालिक कायनात के खिलाफ प्रोटेस्ट कर रहे हैं। क्योंकि अल्लाह का यही नक्शा है और इस नक्शे के मुताबिक ही हमें चलना है।</w:t>
      </w:r>
    </w:p>
    <w:p>
      <w:r>
        <w:rPr>
          <w:b/>
        </w:rPr>
        <w:t xml:space="preserve">[41:33] </w:t>
      </w:r>
      <w:r>
        <w:t>jab tak ki hum is naksh ke mutabik nahi chalenge, hamein khuda ki madad nahi milegi. to isi tarike se rasoolullah sallallahu alaihi wasallam ne kiya aur isi tarike se hamein quran aur hadith par, khuda aur rasoolullah sallallahu alaihi wasallam ki sunnat par jab hum chalenge, tabhi hum is masle ko hal kar paayenge. warna hamara masla kabhi bhi hal nahi hoga. kyunki saazish, saazish kehne se masla hal nahi hota, balki peaceful planning karne se masla hal hota hai.</w:t>
      </w:r>
    </w:p>
    <w:p>
      <w:pPr>
        <w:jc w:val="right"/>
      </w:pPr>
      <w:r>
        <w:t>जब तक कि हम इस नक्शे के मुताबिक नहीं चलेंगे, हमें खुदा की मदद नहीं मिलेगी। तो इसी तरीके से रसूलल्लाह सल्लल्लाहु अलैहि वसल्लम ने किया और इसी तरीके से हमें कुरान और हदीस पर, खुदा और रसूलल्लाह सल्लल्लाहु अलैहि वसल्लम की सुन्नत पर जब हम चलेंगे, तभी हम इस मसले को हल कर पाएंगे। वरना हमारा मसला कभी भी हल नहीं होगा। क्योंकि साजिश, साजिश कहने से मसला हल नहीं होता, बल्कि पीसफुल प्लानिंग करने से मसला हल होता है।</w:t>
      </w:r>
    </w:p>
    <w:p>
      <w:r>
        <w:rPr>
          <w:b/>
        </w:rPr>
        <w:t xml:space="preserve">[42:02] </w:t>
      </w:r>
      <w:r>
        <w:t>to jab hum peaceful planning karenge aur usmein jaise-jaise rasoolullah (s.a.w.) ne apne masail ko hal</w:t>
      </w:r>
    </w:p>
    <w:p>
      <w:pPr>
        <w:jc w:val="right"/>
      </w:pPr>
      <w:r>
        <w:t>तो जब हम पीसफुल प्लानिंग करेंगे और उसमें जैसे-जैसे रसूलल्लाह सल्लल्लाहु अलैहि वसल्लम ने अपने मसाइल को हल</w:t>
      </w:r>
    </w:p>
    <w:p>
      <w:r>
        <w:rPr>
          <w:b/>
        </w:rPr>
        <w:t xml:space="preserve">[42:10] </w:t>
      </w:r>
      <w:r>
        <w:t>kiya, usse hum</w:t>
      </w:r>
    </w:p>
    <w:p>
      <w:pPr>
        <w:jc w:val="right"/>
      </w:pPr>
      <w:r>
        <w:t>किया, उससे हम</w:t>
      </w:r>
    </w:p>
    <w:p>
      <w:r>
        <w:rPr>
          <w:b/>
        </w:rPr>
        <w:t xml:space="preserve">[42:13] </w:t>
      </w:r>
      <w:r>
        <w:t>sabak lenge, tabhi hamare masail hal honge.</w:t>
      </w:r>
    </w:p>
    <w:p>
      <w:pPr>
        <w:jc w:val="right"/>
      </w:pPr>
      <w:r>
        <w:t>सबक लेंगे, तभी हमारे मसाइल हल होंगे।</w:t>
      </w:r>
    </w:p>
    <w:p>
      <w:r>
        <w:rPr>
          <w:b/>
        </w:rPr>
        <w:t xml:space="preserve">[42:15] </w:t>
      </w:r>
      <w:r>
        <w:t>warna masail kabhi hamare hal nahi ho sakte.</w:t>
      </w:r>
    </w:p>
    <w:p>
      <w:pPr>
        <w:jc w:val="right"/>
      </w:pPr>
      <w:r>
        <w:t>वरना मसाइल कभी हमारे हल नहीं हो सकते।</w:t>
      </w:r>
    </w:p>
    <w:p>
      <w:r>
        <w:rPr>
          <w:b/>
        </w:rPr>
        <w:t xml:space="preserve">[42:19] </w:t>
      </w:r>
      <w:r>
        <w:t>आप prophets शायद इसीलिए are referred as patience personified.</w:t>
      </w:r>
    </w:p>
    <w:p>
      <w:pPr>
        <w:jc w:val="right"/>
      </w:pPr>
      <w:r>
        <w:t>आप प्रॉफिट्स शायद इसीलिए आर रेफर्ड एज पेशेंस पर्सोनिफाइड।</w:t>
      </w:r>
    </w:p>
    <w:p>
      <w:r>
        <w:rPr>
          <w:b/>
        </w:rPr>
        <w:t xml:space="preserve">[42:26] </w:t>
      </w:r>
      <w:r>
        <w:t>अगर कुरान में भी देखें, तो कुरान में आया है कि all prophets were prophets of patience.</w:t>
      </w:r>
    </w:p>
    <w:p>
      <w:pPr>
        <w:jc w:val="right"/>
      </w:pPr>
      <w:r>
        <w:t>अगर कुरान में भी देखें, तो कुरान में आया है कि ऑल प्रॉफिट्स वर प्रॉफिट्स ऑफ पेशेंस।</w:t>
      </w:r>
    </w:p>
    <w:p>
      <w:r>
        <w:rPr>
          <w:b/>
        </w:rPr>
        <w:t xml:space="preserve">[42:31] </w:t>
      </w:r>
      <w:r>
        <w:t>to</w:t>
      </w:r>
    </w:p>
    <w:p>
      <w:pPr>
        <w:jc w:val="right"/>
      </w:pPr>
      <w:r>
        <w:t>तो</w:t>
      </w:r>
    </w:p>
    <w:p>
      <w:r>
        <w:rPr>
          <w:b/>
        </w:rPr>
        <w:t xml:space="preserve">[42:32] </w:t>
      </w:r>
      <w:r>
        <w:t>main chahunga ki isko aap thoda aur wazh kar dein. asal mein profits jo hain, woh allah taala ka paigham lekar aate the is duniya mein aur is duniya mein tamam log jo hain, apni khwahish ke mutabik zindagi guzar rahe the. to woh clash hota tha ki allah taala jis tarike se zindagi guzarne ko keh rahe hain aur woh apni khwahish ke mutabik kar rahe hain,</w:t>
      </w:r>
    </w:p>
    <w:p>
      <w:pPr>
        <w:jc w:val="right"/>
      </w:pPr>
      <w:r>
        <w:t>मैं चाहूंगा कि इसको आप थोड़ा और वाज कर दें। असल में प्रॉफिट्स जो हैं, वह अल्लाह ताला का पैगाम लेकर आते थे इस दुनिया में और इस दुनिया में तमाम लोग जो हैं, अपनी ख्वाहिश के मुताबिक जिंदगी गुजार रहे थे। तो वह क्लैश होता था कि अल्लाह ताला जिस तरीके से जिंदगी गुजारने को कह रहे हैं और वह अपनी ख्वाहिश के मुताबिक कर रहे हैं,</w:t>
      </w:r>
    </w:p>
    <w:p>
      <w:r>
        <w:rPr>
          <w:b/>
        </w:rPr>
        <w:t xml:space="preserve">[42:58] </w:t>
      </w:r>
      <w:r>
        <w:t>to woh zabardast mukhalifat karte the paigambaron ki. to agar paigambar bhi unke khilaf ho jaate, unke protest karte, unse jang karte, to phir mahaul bigad jata. mahaul ko normalize karne ke liye sabr karna padta hai. to har paigambar ne yahi kaha, "aala ma, hum to sabr hi karenge. jo bhi tum hamare upar hamein takleef do, hum sabr hi karenge.</w:t>
      </w:r>
    </w:p>
    <w:p>
      <w:pPr>
        <w:jc w:val="right"/>
      </w:pPr>
      <w:r>
        <w:t>तो वह जबरदस्त मुखालिफत करते थे पैगंबरों की। तो अगर पैगंबर भी उनके खिलाफ हो जाते, उनके प्रोटेस्ट करते, उनसे जंग करते, तो फिर माहौल बिगड़ जाता। माहौल को नॉर्मलाइज करने के लिए सब्र करना पड़ता है। तो हर पैगंबर ने यही कहा, "आला मा, हम तो सब्र ही करेंगे। जो भी तुम हमारे ऊपर हमें तकलीफ दो, हम सब्र ही करेंगे।</w:t>
      </w:r>
    </w:p>
    <w:p>
      <w:r>
        <w:rPr>
          <w:b/>
        </w:rPr>
        <w:t xml:space="preserve">[43:28] </w:t>
      </w:r>
      <w:r>
        <w:t>" kyunki yahi khuda ka hukum hai, sabr karna. to sabr wahi jo hai ki creation plan ki wajah se hamein sabr karna padta hai aur usi mein hamari kamyabi</w:t>
      </w:r>
    </w:p>
    <w:p>
      <w:pPr>
        <w:jc w:val="right"/>
      </w:pPr>
      <w:r>
        <w:t>" क्योंकि यही खुदा का हुक्म है, सब्र करना। तो सब्र वही जो है कि क्रिएशन प्लान की वजह से हमें सब्र करना पड़ता है और उसी में हमारी कामयाबी</w:t>
      </w:r>
    </w:p>
    <w:p>
      <w:r>
        <w:rPr>
          <w:b/>
        </w:rPr>
        <w:t xml:space="preserve">[43:41] </w:t>
      </w:r>
      <w:r>
        <w:t>hai. Ab Hazrat Ibrahim (AS) ko dekhiye ke logon ne jab aapne kaha ke Khuda ek hai,</w:t>
      </w:r>
    </w:p>
    <w:p>
      <w:pPr>
        <w:jc w:val="right"/>
      </w:pPr>
      <w:r>
        <w:t>है। अब हजरत इब्राहिम अलैहि सलाम को देखिए कि लोगों ने जब आपने कहा कि खुदा एक है,</w:t>
      </w:r>
    </w:p>
    <w:p>
      <w:r>
        <w:rPr>
          <w:b/>
        </w:rPr>
        <w:t xml:space="preserve">[43:48] </w:t>
      </w:r>
      <w:r>
        <w:t>to logon ne unko</w:t>
      </w:r>
    </w:p>
    <w:p>
      <w:pPr>
        <w:jc w:val="right"/>
      </w:pPr>
      <w:r>
        <w:t>तो लोगों ने उनको</w:t>
      </w:r>
    </w:p>
    <w:p>
      <w:r>
        <w:rPr>
          <w:b/>
        </w:rPr>
        <w:t xml:space="preserve">[43:50] </w:t>
      </w:r>
      <w:r>
        <w:t>aag mein daal diya.</w:t>
      </w:r>
    </w:p>
    <w:p>
      <w:pPr>
        <w:jc w:val="right"/>
      </w:pPr>
      <w:r>
        <w:t>आग में डाल दिया।</w:t>
      </w:r>
    </w:p>
    <w:p>
      <w:r>
        <w:rPr>
          <w:b/>
        </w:rPr>
        <w:t xml:space="preserve">[43:51] </w:t>
      </w:r>
      <w:r>
        <w:t>Allah taala ne woh aag ko thanda kar diya, lekin unhone to aag mein dala.</w:t>
      </w:r>
    </w:p>
    <w:p>
      <w:pPr>
        <w:jc w:val="right"/>
      </w:pPr>
      <w:r>
        <w:t>अल्लाह ताला ने वह आग को ठंडा कर दिया, लेकिन उन्होंने तो आग में डाला।</w:t>
      </w:r>
    </w:p>
    <w:p>
      <w:r>
        <w:rPr>
          <w:b/>
        </w:rPr>
        <w:t xml:space="preserve">[43:56] </w:t>
      </w:r>
      <w:r>
        <w:t>to is tarike se, lekin unhone koi jang nahi ki, koi kuch nahi kiya, na koi bura bhala</w:t>
      </w:r>
    </w:p>
    <w:p>
      <w:pPr>
        <w:jc w:val="right"/>
      </w:pPr>
      <w:r>
        <w:t>तो इस तरीके से, लेकिन उन्होंने कोई जंग नहीं की, कोई कुछ नहीं किया, ना कोई बुरा भला</w:t>
      </w:r>
    </w:p>
    <w:p>
      <w:r>
        <w:rPr>
          <w:b/>
        </w:rPr>
        <w:t xml:space="preserve">[44:01] </w:t>
      </w:r>
      <w:r>
        <w:t>kaha. Ya to paighambar dua karte the ya paighambar woh jagah chhodkar doosri jagah chale jaate the aur</w:t>
      </w:r>
    </w:p>
    <w:p>
      <w:pPr>
        <w:jc w:val="right"/>
      </w:pPr>
      <w:r>
        <w:t>कहा। या तो पैगंबर दुआ करते थे या पैगंबर वह जगह छोड़कर दूसरी जगह चले जाते थे और</w:t>
      </w:r>
    </w:p>
    <w:p>
      <w:r>
        <w:rPr>
          <w:b/>
        </w:rPr>
        <w:t xml:space="preserve">[44:08] </w:t>
      </w:r>
      <w:r>
        <w:t>wahan par doosri jagah kaam karte the, jahan ke halaat zyada favorable hote the.</w:t>
      </w:r>
    </w:p>
    <w:p>
      <w:pPr>
        <w:jc w:val="right"/>
      </w:pPr>
      <w:r>
        <w:t>वहां पर दूसरी जगह काम करते थे, जहां के हालात ज्यादा फेवरेबल होते थे।</w:t>
      </w:r>
    </w:p>
    <w:p>
      <w:r>
        <w:rPr>
          <w:b/>
        </w:rPr>
        <w:t xml:space="preserve">[44:14] </w:t>
      </w:r>
      <w:r>
        <w:t>ab hazrat nuh alaihi salam ko lijiye ki 900 saal tak kaam karte rahe aur tamam log unka mazak udate rahe. khud unke beton mein se bhi sabne saath nahi diya. to aap sochiye ki kitna zyada in logon ne sabr kiya. hum to chand din bhi sabr nahi kar paate hain aur woh 900 saal tak unhone sabr kiya. to is tarike se hamein tamam paigambaron se yahi milta hai,</w:t>
      </w:r>
    </w:p>
    <w:p>
      <w:pPr>
        <w:jc w:val="right"/>
      </w:pPr>
      <w:r>
        <w:t>अब हजरत नूह अलैहि सलाम को लीजिए कि 900 साल तक काम करते रहे और तमाम लोग उनका मजाक उड़ाते रहे। खुद उनके बेटों में से भी सबने साथ नहीं दिया। तो आप सोचिए कि कितना ज्यादा इन लोगों ने सब्र किया। हम तो चंद दिन भी सब्र नहीं कर पाते हैं और वह 900 साल तक उन्होंने सब्र किया। तो इस तरीके से हमें तमाम पैगंबरों से यही मिलता है,</w:t>
      </w:r>
    </w:p>
    <w:p>
      <w:r>
        <w:rPr>
          <w:b/>
        </w:rPr>
        <w:t xml:space="preserve">[44:41] </w:t>
      </w:r>
      <w:r>
        <w:t>yahi sabak milta</w:t>
      </w:r>
    </w:p>
    <w:p>
      <w:pPr>
        <w:jc w:val="right"/>
      </w:pPr>
      <w:r>
        <w:t>यही सबक मिलता</w:t>
      </w:r>
    </w:p>
    <w:p>
      <w:r>
        <w:rPr>
          <w:b/>
        </w:rPr>
        <w:t xml:space="preserve">[44:42] </w:t>
      </w:r>
      <w:r>
        <w:t>hai. Hazrat Yunus (AS) ne ek ijtihadi ghalti ki, woh sabr unhone kiya, lekin mukammal sabr na kar</w:t>
      </w:r>
    </w:p>
    <w:p>
      <w:pPr>
        <w:jc w:val="right"/>
      </w:pPr>
      <w:r>
        <w:t>है। हजरत यूनुस अलैहि सलाम ने एक इजतिहादी गलती की, वो सब्र उन्होंने किया, लेकिन मुकम्मल सब्र ना कर</w:t>
      </w:r>
    </w:p>
    <w:p>
      <w:r>
        <w:rPr>
          <w:b/>
        </w:rPr>
        <w:t xml:space="preserve">[44:53] </w:t>
      </w:r>
      <w:r>
        <w:t>sake. Unhone chhod diya. Woh samjhe ke ab hamari qaum jo hai, hamari baat sunne ke liye tayyar nahi hai. Toh woh chhodkar chale gaye. Toh unko wel machhli ne nigal liya. Phir uske baad unhone maafi mangi Allah taala se. Phir unhone machhli ne jaakar sahil par unko nikala aur phir woh wapas basti mein gaye. Aur phir woh basti walon ne dekha ke unko time chahiye</w:t>
      </w:r>
    </w:p>
    <w:p>
      <w:pPr>
        <w:jc w:val="right"/>
      </w:pPr>
      <w:r>
        <w:t>सके। उन्होंने छोड़ दिया। वह समझे कि अब हमारी कौम जो है, हमारी बात सुनने के लिए तैयार नहीं है। तो वह छोड़कर चले गए। तो उनको वेल मछली ने निगल लिया। फिर उसके बाद उन्होंने माफी मांगी अल्लाह ताला से। फिर उन्होंने मछली ने जाकर साहिल पर उनको निकाला और फिर वह वापस बस्ती में गए। और फिर वह बस्ती वालों ने देखिए कि उनको टाइम चाहिए</w:t>
      </w:r>
    </w:p>
    <w:p>
      <w:r>
        <w:rPr>
          <w:b/>
        </w:rPr>
        <w:t xml:space="preserve">[45:15] </w:t>
      </w:r>
      <w:r>
        <w:t>tha. Basti wale jo hain, jab woh chale gaye, toh basti wale unka intezar karne lage ke bahut nek aadmi tha aur humne uski baat nahi suni, woh chala gaya. Toh jab woh aaye, toh unhone unki baat bahut hi seriously suni aur tamam ke tamam log unke follower ban gaye. Toh isiliye humein karna padta hai,</w:t>
      </w:r>
    </w:p>
    <w:p>
      <w:pPr>
        <w:jc w:val="right"/>
      </w:pPr>
      <w:r>
        <w:t>था। बस्ती वाले जो हैं, जब वह चले गए, तो बस्ती वाले उनका इंतजार करने लगे कि बहुत नेक आदमी था और हमने उसकी बात नहीं सुनी, वह चला गया। तो जब वह आए, तो उन्होंने उनकी बात बहुत ही सीरियसली सुनी और तमाम के तमाम लोग उनके फॉलोअर बन गए। तो इसीलिए हमें करना पड़ता है,</w:t>
      </w:r>
    </w:p>
    <w:p>
      <w:r>
        <w:rPr>
          <w:b/>
        </w:rPr>
        <w:t xml:space="preserve">[45:35] </w:t>
      </w:r>
      <w:r>
        <w:t>sabr karna padta hai. Kyunki logon ko time chahiye. Toh kai baar aisa hota hai ke unko nahi samajh mein aata. Seriously, unhe samajh mein nahi</w:t>
      </w:r>
    </w:p>
    <w:p>
      <w:pPr>
        <w:jc w:val="right"/>
      </w:pPr>
      <w:r>
        <w:t>सब्र करना पड़ता है। क्योंकि लोगों को टाइम चाहिए। तो कई बार ऐसा होता है कि उनको नहीं समझ में आता। सीरियसली, उन्हें समझ में नहीं</w:t>
      </w:r>
    </w:p>
    <w:p>
      <w:r>
        <w:rPr>
          <w:b/>
        </w:rPr>
        <w:t xml:space="preserve">[45:44] </w:t>
      </w:r>
      <w:r>
        <w:t>aata. Toh unko time chahiye, jisko kehte hain by time. By time toh wahi conditioning ki wajah se unko time chahiye hota hai. Aur aur phir Ambiya dua bhi karte the,</w:t>
      </w:r>
    </w:p>
    <w:p>
      <w:pPr>
        <w:jc w:val="right"/>
      </w:pPr>
      <w:r>
        <w:t>आता। तो उनको टाइम चाहिए, जिसको कहते हैं बाय टाइम। बाय टाइम तो वही कंडीशनिंग की वजह से उनको टाइम चाहिए होता है। और और फिर अंबिया दुआ भी करते थे,</w:t>
      </w:r>
    </w:p>
    <w:p>
      <w:r>
        <w:rPr>
          <w:b/>
        </w:rPr>
        <w:t xml:space="preserve">[45:57] </w:t>
      </w:r>
      <w:r>
        <w:t>dua karte the. Toh Allah ki madad unko milti thi aur sabr karte the. Toh halaat jo hain, na bigadne se bach jaate the. Toh halaat ko normal rakhna jo hai, na yeh dai ki zimmedari hai. Toh kyunki Khuda ka paigham dai ko doosron tak pahunchana hai, toh unhone sabr dai ko karna hai. Jaise bilkul aise hi jaise customer ko nahi sabr karna hai, dukandar ko sabr karna hai. Kyunki dukandar ko</w:t>
      </w:r>
    </w:p>
    <w:p>
      <w:pPr>
        <w:jc w:val="right"/>
      </w:pPr>
      <w:r>
        <w:t>दुआ करते थे। तो अल्लाह की मदद उनको मिलती थी और सब्र करते थे। तो हालात जो हैं, ना बिगड़ने से बच जाते थे। तो हालात को नॉर्मल रखना जो है, ना यह दाई की जिम्मेदारी है। तो क्योंकि खुदा का पैगाम दाई को दूसरों तक पहुंचाना है, तो उन्होंने सब्र दाई को करना है। जैसे बिल्कुल ऐसे ही जैसे कस्टमर को नहीं सब्र करना है, दुकानदार को सब्र करना है। क्योंकि दुकानदार को</w:t>
      </w:r>
    </w:p>
    <w:p>
      <w:r>
        <w:rPr>
          <w:b/>
        </w:rPr>
        <w:t xml:space="preserve">[46:25] </w:t>
      </w:r>
      <w:r>
        <w:t>apna maal farokht karna hai.</w:t>
      </w:r>
    </w:p>
    <w:p>
      <w:pPr>
        <w:jc w:val="right"/>
      </w:pPr>
      <w:r>
        <w:t>अपना माल फरोख्त करना है।</w:t>
      </w:r>
    </w:p>
    <w:p>
      <w:r>
        <w:rPr>
          <w:b/>
        </w:rPr>
        <w:t xml:space="preserve">[46:27] </w:t>
      </w:r>
      <w:r>
        <w:t>to dukandar ka yeh concern hai ke woh na halaat ko normal banaye rakhe.</w:t>
      </w:r>
    </w:p>
    <w:p>
      <w:pPr>
        <w:jc w:val="right"/>
      </w:pPr>
      <w:r>
        <w:t>तो दुकानदार का यह कंसर्न है कि वह ना हालात को नॉर्मल बनाए रखे।</w:t>
      </w:r>
    </w:p>
    <w:p>
      <w:r>
        <w:rPr>
          <w:b/>
        </w:rPr>
        <w:t xml:space="preserve">[46:32] </w:t>
      </w:r>
      <w:r>
        <w:t>kai baar aisa hota hai ke customer ulta seedha bolta hai, lekin woh dukandar bardasht karta hai.</w:t>
      </w:r>
    </w:p>
    <w:p>
      <w:pPr>
        <w:jc w:val="right"/>
      </w:pPr>
      <w:r>
        <w:t>कई बार ऐसा होता है कि कस्टमर उल्टा सीधा बोलता है, लेकिन वह दुकानदार बर्दाश्त करता है।</w:t>
      </w:r>
    </w:p>
    <w:p>
      <w:r>
        <w:rPr>
          <w:b/>
        </w:rPr>
        <w:t xml:space="preserve">[46:38] </w:t>
      </w:r>
      <w:r>
        <w:t>to isi tarike se dai ko bardasht karna hai.</w:t>
      </w:r>
    </w:p>
    <w:p>
      <w:pPr>
        <w:jc w:val="right"/>
      </w:pPr>
      <w:r>
        <w:t>तो इसी तरीके से दाई को बर्दाश्त करना है।</w:t>
      </w:r>
    </w:p>
    <w:p>
      <w:r>
        <w:rPr>
          <w:b/>
        </w:rPr>
        <w:t xml:space="preserve">[46:41] </w:t>
      </w:r>
      <w:r>
        <w:t>kyunki dai ko apna paigham madu tak pahunchana hai.</w:t>
      </w:r>
    </w:p>
    <w:p>
      <w:pPr>
        <w:jc w:val="right"/>
      </w:pPr>
      <w:r>
        <w:t>क्योंकि दाई को अपना पैगाम मधु तक पहुंचाना है।</w:t>
      </w:r>
    </w:p>
    <w:p>
      <w:r>
        <w:rPr>
          <w:b/>
        </w:rPr>
        <w:t xml:space="preserve">[46:45] </w:t>
      </w:r>
      <w:r>
        <w:t>to yeh dai ki zimmedari hoti hai.</w:t>
      </w:r>
    </w:p>
    <w:p>
      <w:pPr>
        <w:jc w:val="right"/>
      </w:pPr>
      <w:r>
        <w:t>तो यह दाई की जिम्मेदारी होती है।</w:t>
      </w:r>
    </w:p>
    <w:p>
      <w:r>
        <w:rPr>
          <w:b/>
        </w:rPr>
        <w:t xml:space="preserve">[46:46] </w:t>
      </w:r>
      <w:r>
        <w:t>aur yahi hamein Rasool Rasoolullah (SAW) aur tamam paighambaron ki zindagi se yahi sabak hamein milta</w:t>
      </w:r>
    </w:p>
    <w:p>
      <w:pPr>
        <w:jc w:val="right"/>
      </w:pPr>
      <w:r>
        <w:t>और यही हमें रसूल रसूलल्लाह सल्लल्लाहु अलैहि वसल्लम और तमाम पैगंबरों की जिंदगी से यही सबक हमें मिलता</w:t>
      </w:r>
    </w:p>
    <w:p>
      <w:r>
        <w:rPr>
          <w:b/>
        </w:rPr>
        <w:t xml:space="preserve">[46:54] </w:t>
      </w:r>
      <w:r>
        <w:t>hai.</w:t>
      </w:r>
    </w:p>
    <w:p>
      <w:pPr>
        <w:jc w:val="right"/>
      </w:pPr>
      <w:r>
        <w:t>है।</w:t>
      </w:r>
    </w:p>
    <w:p>
      <w:r>
        <w:rPr>
          <w:b/>
        </w:rPr>
        <w:t xml:space="preserve">[46:55] </w:t>
      </w:r>
      <w:r>
        <w:t>ji, jazaak Allah. Aap Doctor Safeena Tabassum ne Saharanpur se comment bheja hai. Unhone likha hai ke "Very relevant and clear discussion." Aap shayad isi liye kaha jata hai ke jaldi ka kaam shaitan ka kaam hai, magar main is baat ko itni gehrai se nahi samajhti thi. Jazaak Allah. Doctor Nagma Siddiqui ne Delhi se likha hai, "Patience is such an important teaching. You are correct.</w:t>
      </w:r>
    </w:p>
    <w:p>
      <w:pPr>
        <w:jc w:val="right"/>
      </w:pPr>
      <w:r>
        <w:t>जी, जजाकल्लाह। आप डॉक्टर सफीना तबस्सुम ने सहारनपुर से कमेंट भेजा है। उन्होंने लिखा है कि "वेरी रेलेवेंट एंड क्लियर डिस्कशन।" आप शायद इसीलिए कहा जाता है कि जल्दी का काम शैतान का काम है, मगर मैं इस बात को इतनी गहराई से नहीं समझती थी। जजाकल्लाह। डॉक्टर नगमा सिद्दीकी ने दिल्ली से लिखा है, "पेशेंस इज सच एन इंपॉर्टेंट टीचिंग। यू आर करेक्ट।</w:t>
      </w:r>
    </w:p>
    <w:p>
      <w:r>
        <w:rPr>
          <w:b/>
        </w:rPr>
        <w:t xml:space="preserve">[47:22] </w:t>
      </w:r>
      <w:r>
        <w:t>We have to do sabr at our level and do dua and leave everything to God." Miss Amber Khan ne Texas, USA se likha hai, "I was very worried about some issue. May Allah Almighty increase the knowledge of Fareeda." Aap aameen. "Today's conversation found a solution to my problem. Praise be to Allah. May Allah reward you."</w:t>
      </w:r>
    </w:p>
    <w:p>
      <w:pPr>
        <w:jc w:val="right"/>
      </w:pPr>
      <w:r>
        <w:t>वी हैव टू डू सब्र एट आवर लेवल एंड डू दुआ एंड लीव एवरीथिंग टू गॉड।" मिस अंबर खान ने टेक्सास, यूएसए से लिखा है, "आई वाज वेरी वड अबाउट सम इशू। मे अल्लाह ऑलमाइटी इंक्रीज द नॉलेज ऑफ फरीदा।" आप आमीन। "टुडेज कन्वर्सेशन फाउंड अ सलूशन टू माय प्रॉब्लम। प्रेज बी टू अल्लाह। मे अल्लाह रिवर्ड यू।"</w:t>
      </w:r>
    </w:p>
    <w:p>
      <w:r>
        <w:rPr>
          <w:b/>
        </w:rPr>
        <w:t xml:space="preserve">[47:47] </w:t>
      </w:r>
      <w:r>
        <w:t>Aap ek sawal jaise maine controversy ko lekar poocha tha aapse, toh waise hi related ek sawal yeh bhi hai ke aksar log yeh sawal Maulana se bhi bahut poochte the ke "Patience means ki aap humein cowardice sikha rahe hain." Toh iske bare mein kya opinion hai aapko?</w:t>
      </w:r>
    </w:p>
    <w:p>
      <w:pPr>
        <w:jc w:val="right"/>
      </w:pPr>
      <w:r>
        <w:t>आप एक सवाल जैसे मैंने कंट्रोवर्सी को लेकर पूछा था आपसे, तो वैसे ही रिलेटेड एक सवाल यह भी है कि अक्सर लोग यह सवाल मौलाना से भी बहुत पूछते थे कि "पेशेंस मींस कि आप हमें कावर्डी सिखा रहे हैं।" तो इसके बारे में क्या ओपिनियन है आपको?</w:t>
      </w:r>
    </w:p>
    <w:p>
      <w:r>
        <w:rPr>
          <w:b/>
        </w:rPr>
        <w:t xml:space="preserve">[48:05] </w:t>
      </w:r>
      <w:r>
        <w:t>isko bhi aap wazeh karein.</w:t>
      </w:r>
    </w:p>
    <w:p>
      <w:pPr>
        <w:jc w:val="right"/>
      </w:pPr>
      <w:r>
        <w:t>इसको भी आप वाज करें।</w:t>
      </w:r>
    </w:p>
    <w:p>
      <w:r>
        <w:rPr>
          <w:b/>
        </w:rPr>
        <w:t xml:space="preserve">[48:09] </w:t>
      </w:r>
      <w:r>
        <w:t>woh uski zahiri shakal lagti hai cowardice se, buzdili hai, zahiri shakal. Lekin haqeeqat mein woh bahut hi door ras mansooba bandi hai. Jaisa ke Maulana ne baar baar likha hai ke sabr aur i'raaz jo hai, na woh waqti taur par lagta hai ke hum peeche hat rahe hain. Toh ab Rasoolullah (SAW) Makka se Madina gaye, toh yahi laga na logon ne flight kaha hai ke Makka se bhage Madina. Toh woh uski zahiri shakal yeh thi. Lekin</w:t>
      </w:r>
    </w:p>
    <w:p>
      <w:pPr>
        <w:jc w:val="right"/>
      </w:pPr>
      <w:r>
        <w:t>वह उसकी जाहिरी शक्ल लगती है कावर्डी से, बुजदुली है, जाहिरी शक्ल। लेकिन हकीकत में वह बहुत ही दूर रस मंसूबा बंदी है। जैसा कि मौलाना ने बार-बार लिखा है कि सब्र और एराज जो है, ना वह वक्ती तौर पर लगता है कि हम पीछे हट रहे हैं। तो अब रसूलल्लाह सल्लल्लाहु अलैहि वसल्लम मक्का से मदीना गए, तो यही लगा ना लोगों ने फ्लाइट कहा है कि मक्का से भागे मदीना। तो वह उसकी जाहिरी शक्ल यह थी। लेकिन</w:t>
      </w:r>
    </w:p>
    <w:p>
      <w:r>
        <w:rPr>
          <w:b/>
        </w:rPr>
        <w:t xml:space="preserve">[48:36] </w:t>
      </w:r>
      <w:r>
        <w:t>wahan aap gaye the nayi planning karne ke liye. Toh Madina mein jaakar aapne nayi planning ki aur uske baad saari duniya mein Islam phail gaya. Toh woh nayi planning hoti hai. Koi bhi hum kaam karein, constructive activities hamari jo hoti hain, uske liye planning karni padti hai. Toh waqti taur par humein peeche hatna padta hai aur bahut saari cheezon ko bardasht karna padta hai.</w:t>
      </w:r>
    </w:p>
    <w:p>
      <w:pPr>
        <w:jc w:val="right"/>
      </w:pPr>
      <w:r>
        <w:t>वहां आप गए थे नई प्लानिंग करने के लिए। तो मदीना में जाकर आपने नई प्लानिंग की और उसके बाद सारी दुनिया में इस्लाम फैल गया। तो वह नई प्लानिंग होती है। कोई भी हम काम करें, कंस्ट्रक्टिव एक्टिविटीज हमारी जो होती हैं, उसके लिए प्लानिंग करनी पड़ती है। तो वक्ती तौर पर हमें पीछे हटना पड़ता है और बहुत सारी चीजों को बर्दाश्त करना पड़ता है।</w:t>
      </w:r>
    </w:p>
    <w:p>
      <w:r>
        <w:rPr>
          <w:b/>
        </w:rPr>
        <w:t xml:space="preserve">[49:00] </w:t>
      </w:r>
      <w:r>
        <w:t>toh apne jazbaat ko control karna padta hai. Lekin woh bahut waqti hota hai. Uske baad jo hai, kyunki is duniya mein har kaam hum wisdom ke zariye se hasil kar sakte hain. Wisdom ke bagair hum koi bhi kaam karein, toh usmein koi kamyabi nahi hoti. Woh ek bilkul ek emotional outburst hota hai. Toh</w:t>
      </w:r>
    </w:p>
    <w:p>
      <w:pPr>
        <w:jc w:val="right"/>
      </w:pPr>
      <w:r>
        <w:t>तो अपने जज्बात को कंट्रोल करना पड़ता है। लेकिन वह बहुत वक्ती होता है। उसके बाद जो है, क्योंकि इस दुनिया में हर काम हम विजडम के जरिए से हासिल कर सकते हैं। विजडम के बगैर हम कोई भी काम करें, तो उसमें कोई कामयाबी नहीं होती। वह एक बिल्कुल एक इमोशनल आउटबस्ट होता है। तो</w:t>
      </w:r>
    </w:p>
    <w:p>
      <w:r>
        <w:rPr>
          <w:b/>
        </w:rPr>
        <w:t xml:space="preserve">[49:21] </w:t>
      </w:r>
      <w:r>
        <w:t>emotional outburst toh jo hai, na jahil se jahil aadmi gussa ho jata hai zara si be baat mein soch. Kyunki uske andar sochne ki jo hai, na kshamta nahi hoti. Sochne ki salahiyat nahi paida hoti hai. Toh hum, hum ek, hum ek, ek aisa response hum dein ke humein lage ke hum bhai educated insaan hain. Humare andar bahut zyada salahiyat hai sochne ki, samajhne ki.</w:t>
      </w:r>
    </w:p>
    <w:p>
      <w:pPr>
        <w:jc w:val="right"/>
      </w:pPr>
      <w:r>
        <w:t>इमोशनल आउटबस्ट तो जो है, ना जाहिल से जाहिल आदमी गुस्सा हो जाता है जरा सी बे बात में सोच। क्योंकि उसके अंदर सोचने की जो है, ना क्षमता नहीं होती। सोचने की सलाहियत नहीं पैदा होती है। तो हम, हम एक, हम एक, एक ऐसा रिस्पांस हम दें कि हमें लगे कि हम भाई एजुकेटेड इंसान हैं। हमारे अंदर बहुत ज्यादा सलाहियत है सोचने की, समझने की।</w:t>
      </w:r>
    </w:p>
    <w:p>
      <w:r>
        <w:rPr>
          <w:b/>
        </w:rPr>
        <w:t xml:space="preserve">[49:48] </w:t>
      </w:r>
      <w:r>
        <w:t>humare andar jo hai, Allah taala ka khauf hai. Allah taala se darte hain hum aur soch samajhkar apni ek zindagi guzarte hain. Toh sabr jo hai, na woh danish mandana tareeqe ka jo hai, uska ek, uska expression hai. Sabr toh sabr jo hai, na isliye kiya jata hai ke humara waqt zaya na ho, balki hum foran ke foran ek nayi mansooba bandi kar</w:t>
      </w:r>
    </w:p>
    <w:p>
      <w:pPr>
        <w:jc w:val="right"/>
      </w:pPr>
      <w:r>
        <w:t>हमारे अंदर जो है, अल्लाह ताला का खौफ है। अल्लाह ताला से डरते हैं हम और सोच समझकर अपनी एक जिंदगी गुजारते हैं। तो सब्र जो है, ना वह दानिश मंदाना तरीके का जो है, उसका एक, उसका एक्सप्रेशन है। सब्र तो सब्र जो है, ना इसलिए किया जाता है कि हमारा वक्त जाया ना हो, बल्कि हम फौरन के फौरन एक नई मंसूबा बंदी कर</w:t>
      </w:r>
    </w:p>
    <w:p>
      <w:r>
        <w:rPr>
          <w:b/>
        </w:rPr>
        <w:t xml:space="preserve">[50:13] </w:t>
      </w:r>
      <w:r>
        <w:t>ein. Naye, nayi, naye halaat ko consider karein ke halaat kaise hain aur uske mutabik amal karein, na ke halaat se takra jayein.</w:t>
      </w:r>
    </w:p>
    <w:p>
      <w:pPr>
        <w:jc w:val="right"/>
      </w:pPr>
      <w:r>
        <w:t>ें। नए, नई, नए हालात को कंसीडर करें कि हालात कैसे हैं और उसके मुताबिक अमल करें, ना कि हालात से टकरा जाएं</w:t>
      </w:r>
    </w:p>
    <w:p>
      <w:r>
        <w:rPr>
          <w:b/>
        </w:rPr>
        <w:t xml:space="preserve">[50:23] </w:t>
      </w:r>
      <w:r>
        <w:t>To nai jo hai, mansooba bandi jo karna jo hai, wahi sabr hai.</w:t>
      </w:r>
    </w:p>
    <w:p>
      <w:pPr>
        <w:jc w:val="right"/>
      </w:pPr>
      <w:r>
        <w:t>। तो नई जो है, मंसूबा बंदी जो करना जो है, वही सब्र है।</w:t>
      </w:r>
    </w:p>
    <w:p>
      <w:r>
        <w:rPr>
          <w:b/>
        </w:rPr>
        <w:t xml:space="preserve">[50:28] </w:t>
      </w:r>
      <w:r>
        <w:t>aur jitne jin logon ne bhi sabr karke nai mansooba bandi ki, nai planning kari, woh hamesha kaamyaab</w:t>
      </w:r>
    </w:p>
    <w:p>
      <w:pPr>
        <w:jc w:val="right"/>
      </w:pPr>
      <w:r>
        <w:t>और जितने जिन लोगों ने भी सब्र करके नई मंसूबा बंदी की, नई प्लानिंग करी, वह हमेशा कामयाब</w:t>
      </w:r>
    </w:p>
    <w:p>
      <w:r>
        <w:rPr>
          <w:b/>
        </w:rPr>
        <w:t xml:space="preserve">[50:35] </w:t>
      </w:r>
      <w:r>
        <w:t>hote hain. Chahe aap Maulana ki misaal le lijiye, chahe paighambaron ki misaal le lijiye ya kisi bhi</w:t>
      </w:r>
    </w:p>
    <w:p>
      <w:pPr>
        <w:jc w:val="right"/>
      </w:pPr>
      <w:r>
        <w:t>होते हैं। चाहे आप मौलाना की मिसाल ले लीजिए, चाहे पैगंबरों की मिसाल ले लीजिए या किसी भी</w:t>
      </w:r>
    </w:p>
    <w:p>
      <w:r>
        <w:rPr>
          <w:b/>
        </w:rPr>
        <w:t xml:space="preserve">[50:40] </w:t>
      </w:r>
      <w:r>
        <w:t>insan ki misaal le lijiye, Gandhi ji ki misaal lijiye.</w:t>
      </w:r>
    </w:p>
    <w:p>
      <w:pPr>
        <w:jc w:val="right"/>
      </w:pPr>
      <w:r>
        <w:t>इंसान की मिसाल ले लीजिए, गांधी जी की मिसाल लीजिए।</w:t>
      </w:r>
    </w:p>
    <w:p>
      <w:r>
        <w:rPr>
          <w:b/>
        </w:rPr>
        <w:t xml:space="preserve">[50:43] </w:t>
      </w:r>
      <w:r>
        <w:t>unhone jo nai planning kari, uski wajah se sabr, uski wajah se unko saari kaamyaabi mili.</w:t>
      </w:r>
    </w:p>
    <w:p>
      <w:pPr>
        <w:jc w:val="right"/>
      </w:pPr>
      <w:r>
        <w:t>उन्होंने जो नई प्लानिंग करी, उसकी वजह से सब्र, उसकी वजह से उनको सारी कामयाबी मिली।</w:t>
      </w:r>
    </w:p>
    <w:p>
      <w:r>
        <w:rPr>
          <w:b/>
        </w:rPr>
        <w:t xml:space="preserve">[50:49] </w:t>
      </w:r>
      <w:r>
        <w:t>to yeh zaroori hai.</w:t>
      </w:r>
    </w:p>
    <w:p>
      <w:pPr>
        <w:jc w:val="right"/>
      </w:pPr>
      <w:r>
        <w:t>तो यह जरूरी है।</w:t>
      </w:r>
    </w:p>
    <w:p>
      <w:r>
        <w:rPr>
          <w:b/>
        </w:rPr>
        <w:t xml:space="preserve">[50:50] </w:t>
      </w:r>
      <w:r>
        <w:t>kyunki jo halaat</w:t>
      </w:r>
    </w:p>
    <w:p>
      <w:pPr>
        <w:jc w:val="right"/>
      </w:pPr>
      <w:r>
        <w:t>क्योंकि जो हालात</w:t>
      </w:r>
    </w:p>
    <w:p>
      <w:r>
        <w:rPr>
          <w:b/>
        </w:rPr>
        <w:t xml:space="preserve">[50:53] </w:t>
      </w:r>
      <w:r>
        <w:t>jo hain, bahut saare logon ke darmiyan hamein kaam karna padta hai.</w:t>
      </w:r>
    </w:p>
    <w:p>
      <w:pPr>
        <w:jc w:val="right"/>
      </w:pPr>
      <w:r>
        <w:t>जो हैं, बहुत सारे लोगों के दरमियान हमें काम करना पड़ता है।</w:t>
      </w:r>
    </w:p>
    <w:p>
      <w:r>
        <w:rPr>
          <w:b/>
        </w:rPr>
        <w:t xml:space="preserve">[50:57] </w:t>
      </w:r>
      <w:r>
        <w:t>toh un halaat ko samajhna padta hai, halaat ke mutabik kaam karna padta hai. Toh is wajah se humein sabr karna padta hai, i'raaz karna padta hai, bardasht karna padta hai. Aur yahi wisdom ka bhi taqaza hai, yahi deen ka bhi taqaza hai. Ji, aap agla sawal poochne se pehle ek riwayat ka zikr karna chahoonga jo Hazrat Abu Saad ke hawale se hai ke ek martaba woh Rasoolullah se milne</w:t>
      </w:r>
    </w:p>
    <w:p>
      <w:pPr>
        <w:jc w:val="right"/>
      </w:pPr>
      <w:r>
        <w:t>तो उन हालात को समझना पड़ता है, हालात के मुताबिक काम करना पड़ता है। तो इस वजह से हमें सब्र करना पड़ता है, एराज करना पड़ता है, बर्दाश्त करना पड़ता है। और यही विजडम का भी तकाजा है, यही दीन का भी तकाजा है। जी, आप अगला सवाल पूछने से पहले एक रिवायत का जिक्र करना चाहूंगा जो हजरत अबू साद के हवाले से है कि एक मर्तबा वह रसूलल्लाह से मिलने</w:t>
      </w:r>
    </w:p>
    <w:p>
      <w:r>
        <w:rPr>
          <w:b/>
        </w:rPr>
        <w:t xml:space="preserve">[51:25] </w:t>
      </w:r>
      <w:r>
        <w:t>gaye. Toh unhone dekha ke woh ek blanket odhe hue hain. Toh jab unhone haath lagaya, toh dekha ke Rasoolullah ko bahut tez bukhar tha. Toh unhone kaha Rasoolullah ko ke aapko toh bahut tez bukhar</w:t>
      </w:r>
    </w:p>
    <w:p>
      <w:pPr>
        <w:jc w:val="right"/>
      </w:pPr>
      <w:r>
        <w:t>गए। तो उन्होंने देखा कि वह एक ब्लैंकेट ओढ़े हुए हैं। तो जब उन्होंने हाथ लगाया, तो देखा कि रसूलल्लाह को बहुत तेज बुखार था। तो उन्होंने कहा रसूलल्लाह को कि आपको तो बहुत तेज बुखार</w:t>
      </w:r>
    </w:p>
    <w:p>
      <w:r>
        <w:rPr>
          <w:b/>
        </w:rPr>
        <w:t xml:space="preserve">[51:38] </w:t>
      </w:r>
      <w:r>
        <w:t>hai. Toh Prophet ne kaha ke hum logon ke upar museebat kaafi zyada aati hai, lekin phir humara jo reward hai, woh bhi dugna aur tiguna ho jata hai. Toh Abu Hazrat Abu Saad ne unse poocha ke sabse zyada museebat kin logon par aati hai. Toh Rasoolullah ne kaha ke Prophets ke upar. Toh phir unhone poocha ke uske baad. Toh unhone kaha scholars ke upar. Phir Hazrat Abu Saad ne poocha ke uske baad. Toh unhone kaha ke righteous ke upar.</w:t>
      </w:r>
    </w:p>
    <w:p>
      <w:pPr>
        <w:jc w:val="right"/>
      </w:pPr>
      <w:r>
        <w:t>है। तो प्रॉफिट ने कहा कि हम लोगों के ऊपर मुसीबत काफी ज्यादा आती है, लेकिन फिर हमारा जो रिवर्ड है, वह भी दुगना और तिगना हो जाता है। तो अबू हजरत अबू साद ने उनसे पूछा कि सबसे ज्यादा मुसीबत किन लोगों पर आती है। तो रसूलल्लाह ने कहा कि प्रॉफिट्स के ऊपर। तो फिर उन्होंने पूछा कि उसके बाद। तो उन्होंने कहा स्कॉलर्स के ऊपर। फिर हजरत अबू साद ने पूछा कि उसके बाद। तो उन्होंने कहा कि राइच के ऊपर।</w:t>
      </w:r>
    </w:p>
    <w:p>
      <w:r>
        <w:rPr>
          <w:b/>
        </w:rPr>
        <w:t xml:space="preserve">[52:07] </w:t>
      </w:r>
      <w:r>
        <w:t>toh aap jo Rasoolullah ne response diya ke sabse zyada museebat Prophets ke upar aati hai, toh main usi ke reference se aapse ek sawal poochna chahoonga ke jaise hum dekhte hain ke Prophet Ayub, jinko Bible mein Prophet Job bhi kaha gaya hai,</w:t>
      </w:r>
    </w:p>
    <w:p>
      <w:pPr>
        <w:jc w:val="right"/>
      </w:pPr>
      <w:r>
        <w:t>तो आप जो रसूलल्लाह ने रिस्पांस दिया कि सबसे ज्यादा मुसीबत प्रॉफिट्स के ऊपर आती है, तो मैं उसी के रेफरेंस से आपसे एक सवाल पूछना चाहूंगा कि जैसे हम देखते हैं कि प्रॉफिट अयूब, जिनको बाइबल में प्रॉफिट जॉब भी कहा गया है,</w:t>
      </w:r>
    </w:p>
    <w:p>
      <w:r>
        <w:rPr>
          <w:b/>
        </w:rPr>
        <w:t xml:space="preserve">[52:25] </w:t>
      </w:r>
      <w:r>
        <w:t>unki zindagi se bahut badi misaal milti hai sabr ki. Kyunki unke upar bahut sakht mushkilein aayi. Toh</w:t>
      </w:r>
    </w:p>
    <w:p>
      <w:pPr>
        <w:jc w:val="right"/>
      </w:pPr>
      <w:r>
        <w:t>उनकी जिंदगी से बहुत बड़ी मिसाल मिलती है सब्र की। क्योंकि उनके ऊपर बहुत सख्त मुश्किलें आई। तो</w:t>
      </w:r>
    </w:p>
    <w:p>
      <w:r>
        <w:rPr>
          <w:b/>
        </w:rPr>
        <w:t xml:space="preserve">[52:32] </w:t>
      </w:r>
      <w:r>
        <w:t>main chahoonga ke aap Prophet Ayub ke life se hum logon ko kya sabak milta hai, iske bare mein batayein. Toh Prophets ke upar itna sakht halaat kyun guzarte hain?</w:t>
      </w:r>
    </w:p>
    <w:p>
      <w:pPr>
        <w:jc w:val="right"/>
      </w:pPr>
      <w:r>
        <w:t>मैं चाहूंगा कि आप प्रॉफिट अयूब के लाइफ से हम लोगों को क्या सबक मिलता है, इसके बारे में बताएं। तो प्रॉफिट्स के ऊपर इतना सख्त हालात क्यों गुजरते हैं?</w:t>
      </w:r>
    </w:p>
    <w:p>
      <w:r>
        <w:rPr>
          <w:b/>
        </w:rPr>
        <w:t xml:space="preserve">[52:48] </w:t>
      </w:r>
      <w:r>
        <w:t>kyunki insaan jo hai, na ek potential ki shakal mein paida hua hai. Toh jab yahi jo shocks padte hain, ye museebatein padti hain, isi se insaan mature hota hai. Toh</w:t>
      </w:r>
    </w:p>
    <w:p>
      <w:pPr>
        <w:jc w:val="right"/>
      </w:pPr>
      <w:r>
        <w:t>क्योंकि इंसान जो है, ना एक पोटेंशियल की शक्ल में पैदा हुआ है। तो जब यही जो शॉक्स पड़ते हैं, ये मुसीबतें पड़ती हैं, इसी से इंसान मैच्योर होता है। तो</w:t>
      </w:r>
    </w:p>
    <w:p>
      <w:r>
        <w:rPr>
          <w:b/>
        </w:rPr>
        <w:t xml:space="preserve">[52:59] </w:t>
      </w:r>
      <w:r>
        <w:t>profits ke liye bahut zyada zaroori hai ke unka full potential jo hai, na unka awake ho jaye. To unke upar bahut sakht halaat guzarte hain. Aur jin logon ne koi museebaten nahi uthai hoti hain, woh bilkul unka potential hi bedaar nahi hota. To is wajah se woh koi bahut bada kaam nahi kar paate hain. To yahi ek misaal hai Hazrat Ayub alaihi salam ki ke woh bahut zyada woh bani israil ke ek paigambar the. Woh</w:t>
      </w:r>
    </w:p>
    <w:p>
      <w:pPr>
        <w:jc w:val="right"/>
      </w:pPr>
      <w:r>
        <w:t>प्रॉफिट्स के लिए बहुत ज्यादा जरूरी है कि उनका फुल पोटेंशियल जो है, ना उनका अवेक हो जाए। तो उनके ऊपर बहुत सख्त हालात गुजरते हैं। और जिन लोगों ने कोई मुसीबतें नहीं उठाई होती हैं, वह बिल्कुल उनका पोटेंशियल ही बेदार नहीं होता। तो इस वजह से वह कोई बहुत बड़ा काम नहीं कर पाते हैं। तो यही एक मिसाल है हजरत अयूब अलैहि सलाम की कि वह बहुत ज्यादा वो बनी इसराइल के एक पैगंबर थे। वह</w:t>
      </w:r>
    </w:p>
    <w:p>
      <w:r>
        <w:rPr>
          <w:b/>
        </w:rPr>
        <w:t xml:space="preserve">[53:27] </w:t>
      </w:r>
      <w:r>
        <w:t>to unko bahut zyada unke paas wealth thi, unke paas bachche the, bahut zyada janwar us zamane ka.</w:t>
      </w:r>
    </w:p>
    <w:p>
      <w:pPr>
        <w:jc w:val="right"/>
      </w:pPr>
      <w:r>
        <w:t>तो उनको बहुत ज्यादा उनके पास वेल थी, उनके पास बच्चे थे, बहुत ज्यादा जानवर उस जमाने का।</w:t>
      </w:r>
    </w:p>
    <w:p>
      <w:r>
        <w:rPr>
          <w:b/>
        </w:rPr>
        <w:t xml:space="preserve">[53:33] </w:t>
      </w:r>
      <w:r>
        <w:t>to wealth thi, janwar hote the.</w:t>
      </w:r>
    </w:p>
    <w:p>
      <w:pPr>
        <w:jc w:val="right"/>
      </w:pPr>
      <w:r>
        <w:t>तो वेल थी, जानवर होते थे।</w:t>
      </w:r>
    </w:p>
    <w:p>
      <w:r>
        <w:rPr>
          <w:b/>
        </w:rPr>
        <w:t xml:space="preserve">[53:35] </w:t>
      </w:r>
      <w:r>
        <w:t>to har cheez unke paas thi, unki achhi sehat thi.</w:t>
      </w:r>
    </w:p>
    <w:p>
      <w:pPr>
        <w:jc w:val="right"/>
      </w:pPr>
      <w:r>
        <w:t>तो हर चीज उनके पास थी, उनकी अच्छी सेहत थी।</w:t>
      </w:r>
    </w:p>
    <w:p>
      <w:r>
        <w:rPr>
          <w:b/>
        </w:rPr>
        <w:t xml:space="preserve">[53:40] </w:t>
      </w:r>
      <w:r>
        <w:t>to bahut zyada Khuda ka shukr ada karte the.</w:t>
      </w:r>
    </w:p>
    <w:p>
      <w:pPr>
        <w:jc w:val="right"/>
      </w:pPr>
      <w:r>
        <w:t>तो बहुत ज्यादा खुदा का शुक्र अदा करते थे।</w:t>
      </w:r>
    </w:p>
    <w:p>
      <w:r>
        <w:rPr>
          <w:b/>
        </w:rPr>
        <w:t xml:space="preserve">[53:43] </w:t>
      </w:r>
      <w:r>
        <w:t>to logon ne kehna shuru kar diya ki unko itna zyada Allah ne diya hua hai, to wah</w:t>
      </w:r>
    </w:p>
    <w:p>
      <w:pPr>
        <w:jc w:val="right"/>
      </w:pPr>
      <w:r>
        <w:t>तो लोगों ने कहना शुरू कर दिया कि उनको इतना ज्यादा अल्लाह ने दिया हुआ है, तो वह</w:t>
      </w:r>
    </w:p>
    <w:p>
      <w:r>
        <w:rPr>
          <w:b/>
        </w:rPr>
        <w:t xml:space="preserve">[53:48] </w:t>
      </w:r>
      <w:r>
        <w:t>to shukr karenge.</w:t>
      </w:r>
    </w:p>
    <w:p>
      <w:pPr>
        <w:jc w:val="right"/>
      </w:pPr>
      <w:r>
        <w:t>तो शुक्र करेंगे।</w:t>
      </w:r>
    </w:p>
    <w:p>
      <w:r>
        <w:rPr>
          <w:b/>
        </w:rPr>
        <w:t xml:space="preserve">[53:50] </w:t>
      </w:r>
      <w:r>
        <w:t>to Allah taala ne ek-ek cheez, ek-ek cheez karke unse le liya.</w:t>
      </w:r>
    </w:p>
    <w:p>
      <w:pPr>
        <w:jc w:val="right"/>
      </w:pPr>
      <w:r>
        <w:t>तो अल्लाह ताला ने एक-एक चीज, एक-एक चीज करके उनसे ले लिया।</w:t>
      </w:r>
    </w:p>
    <w:p>
      <w:r>
        <w:rPr>
          <w:b/>
        </w:rPr>
        <w:t xml:space="preserve">[53:55] </w:t>
      </w:r>
      <w:r>
        <w:t>uske baad bhi jab bhi unse koi cheez chinti, uske baad bhi wah Khuda ka shukr ada karte</w:t>
      </w:r>
    </w:p>
    <w:p>
      <w:pPr>
        <w:jc w:val="right"/>
      </w:pPr>
      <w:r>
        <w:t>उसके बाद भी जब भी उनसे कोई चीज छिनती, उसके बाद भी वह खुदा का शुक्र अदा करते</w:t>
      </w:r>
    </w:p>
    <w:p>
      <w:r>
        <w:rPr>
          <w:b/>
        </w:rPr>
        <w:t xml:space="preserve">[54:00] </w:t>
      </w:r>
      <w:r>
        <w:t>aur kehte ki yeh Allah ka tha, Allah ne diya tha, Allah ne le liya.</w:t>
      </w:r>
    </w:p>
    <w:p>
      <w:pPr>
        <w:jc w:val="right"/>
      </w:pPr>
      <w:r>
        <w:t>और कहते कि यह अल्लाह का था, अल्लाह ने दिया था, अल्लाह ने ले लिया।</w:t>
      </w:r>
    </w:p>
    <w:p>
      <w:r>
        <w:rPr>
          <w:b/>
        </w:rPr>
        <w:t xml:space="preserve">[54:03] </w:t>
      </w:r>
      <w:r>
        <w:t>to tab bhi wah Khuda ka shukr ada karte.</w:t>
      </w:r>
    </w:p>
    <w:p>
      <w:pPr>
        <w:jc w:val="right"/>
      </w:pPr>
      <w:r>
        <w:t>तो तब भी वह खुदा का शुक्र अदा करते।</w:t>
      </w:r>
    </w:p>
    <w:p>
      <w:r>
        <w:rPr>
          <w:b/>
        </w:rPr>
        <w:t xml:space="preserve">[54:05] </w:t>
      </w:r>
      <w:r>
        <w:t>to sari cheezein unki chhin gayi, yahan tak ki unke poore</w:t>
      </w:r>
    </w:p>
    <w:p>
      <w:pPr>
        <w:jc w:val="right"/>
      </w:pPr>
      <w:r>
        <w:t>तो सारी चीजें उनकी छिन गई, यहां तक कि उनके पूरे</w:t>
      </w:r>
    </w:p>
    <w:p>
      <w:r>
        <w:rPr>
          <w:b/>
        </w:rPr>
        <w:t xml:space="preserve">[54:10] </w:t>
      </w:r>
      <w:r>
        <w:t>skin disease ho gayi, poore badan mein unke phode nikal aaye. Uske baad bhi unhone Khuda ka shukr ada kiya, Khuda ke aage sajde mein gir pade. To Allah taala har bande ko test karte hain ke ek to dekhiye, sab kuch aadmi ko mila hua hai, to woh Alhamdulillah, Alhamdulillah kare. To uski koi itni badi value nahi hai. Lekin aise halaat mein ke sab kuch chhin jaye, uske baad bhi woh Khuda ka shukr ada kare, to yeh bahut hi badi baat hai.</w:t>
      </w:r>
    </w:p>
    <w:p>
      <w:pPr>
        <w:jc w:val="right"/>
      </w:pPr>
      <w:r>
        <w:t>स्किन डिसीज हो गई, पूरे बदन में उनके फोड़े निकल आए। उसके बाद भी उन्होंने खुदा का शुक्र अदा किया, खुदा के आगे सजदे में गिर पड़े। तो अल्लाह ताला हर बंदे को क टेस्ट करते हैं कि एक तो देखिए, सब कुछ आदमी को मिला हुआ है, तो वह अल्हम्दुलिल्लाह, अल्हम्दुलिल्लाह करे। तो उसकी कोई इतनी बड़ी वैल्यू नहीं है। लेकिन ऐसे हालात में के सब कुछ छिन जाए, उसके बाद भी वह खुदा का शुक्र अदा करे, तो यह बहुत ही बड़ी बात है।</w:t>
      </w:r>
    </w:p>
    <w:p>
      <w:r>
        <w:rPr>
          <w:b/>
        </w:rPr>
        <w:t xml:space="preserve">[54:39] </w:t>
      </w:r>
      <w:r>
        <w:t>To Allah taala aakhri had tak insaan ka test lete hain. To jab sab kuch unka chhin gaya, tab bhi unhone Khuda ka shukr ada kiya. Phir kai saal tak bible mein bahut detail mein aaya hai, kai saal tak aisa hi raha. Unhone ek baar bhi nashukri nahi ki. To uske baad Allah taala ne se unhone dua kiya ke Allah taala</w:t>
      </w:r>
    </w:p>
    <w:p>
      <w:pPr>
        <w:jc w:val="right"/>
      </w:pPr>
      <w:r>
        <w:t>तो अल्लाह ताला आखिरी हद तक इंसान का टेस्ट लेते हैं। तो जब सब कुछ उनका छिन गया, तब भी उन्होंने खुदा का शुक्र अदा किया। फिर कई साल तक बाइबल में बहुत डिटेल में आया है, कई साल तक ऐसा ही रहा। उन्होंने एक बार भी नाशुक्री नहीं की। तो उसके बाद अल्लाह ताला ने से उन्होंने दुआ किया कि अल्लाह ताला</w:t>
      </w:r>
    </w:p>
    <w:p>
      <w:r>
        <w:rPr>
          <w:b/>
        </w:rPr>
        <w:t xml:space="preserve">[55:03] </w:t>
      </w:r>
      <w:r>
        <w:t>ab jo hai, yeh isko theek kar dijiye, meri sehat theek kar dijiye. To Allah taala ne unki dua qabool ki. Aur uske baad unhone ek ek chashma nikla, us chashme se unhone nahaya aur uska pani piya. Woh bilkul theek ho gaye. Phir Allah taala ne unko aur zyada diya. To is tarike se Allah taala unko test kar raha tha. To yeh misaal hai sabr mein. Hazrat Ayub ki misaal di jaati hai.</w:t>
      </w:r>
    </w:p>
    <w:p>
      <w:pPr>
        <w:jc w:val="right"/>
      </w:pPr>
      <w:r>
        <w:t>अब जो है, यह इसकोठीक कर दीजिए, मेरी सेहतठीक कर दीजिए। तो अल्लाह ताला ने उनकी दुआ कबूल की। और उसके बाद उन्होंने एक एक चश्मा निकला, उस चश्मे से उन्होंने नहाया और उसका पानी पिया। वह बिल्कुलठीक हो गए। फिर अल्लाह ताला ने उनको और ज्यादा दिया। तो इस तरीके से अल्लाह ताला उनको टेस्ट कर रहा था। तो यह मिसाल है सब्र में। हजरत अयूब की मिसाल दी जाती है।</w:t>
      </w:r>
    </w:p>
    <w:p>
      <w:r>
        <w:rPr>
          <w:b/>
        </w:rPr>
        <w:t xml:space="preserve">[55:30] </w:t>
      </w:r>
      <w:r>
        <w:t>To yeh bahut bada waqia hai sabr ka ke har halat mein humein Khuda ka shukr ada karna chahiye, chahe hamare paas kam hai ya zyada hai. Har halat mein humein Khuda ka shukr guzar banda bankar is duniya mein rehna hai. Ji, ab balki sabr ka ek reference ek sahabi ke call mein bhi aata hai, jiska main zikr karna chahunga. Yeh bahut bade sahabi the,</w:t>
      </w:r>
    </w:p>
    <w:p>
      <w:pPr>
        <w:jc w:val="right"/>
      </w:pPr>
      <w:r>
        <w:t>तो यह बहुत बड़ा वाकया है सब्र का कि हर हालत में हमें खुदा का शुक्र अदा करना चाहिए, चाहे हमारे पास कम है या ज्यादा है। हर हालत में हमें खुदा का शुक्र गुजार बंदा बनकर इस दुनिया में रहना है। जी, अब बल्कि सब्र का एक रेफरेंस एक सहाबी के कॉल में भी आता है, जिसका मैं जिक्र करना चाहूंगा। यह बहुत बड़े सहाबी थे,</w:t>
      </w:r>
    </w:p>
    <w:p>
      <w:r>
        <w:rPr>
          <w:b/>
        </w:rPr>
        <w:t xml:space="preserve">[55:57] </w:t>
      </w:r>
      <w:r>
        <w:t>Hazrat Ubaiy bin Kaab. Yeh Badri the aur Quran ke bahut beautiful reciter the. He was also among the first of the Muslims to give allegiance to Prophet aur Rasoolullah ki taraf se khat bhi likhte the. To unhone ek martaba kaha ke a believer is qualified with four things.</w:t>
      </w:r>
    </w:p>
    <w:p>
      <w:pPr>
        <w:jc w:val="right"/>
      </w:pPr>
      <w:r>
        <w:t>हजरत उबैय्य बिन काब। यह बदरी थे और कुरान के बहुत ब्यूटीफुल रिसाइटर थे। ही वाज आल्सो अमंग द फर्स्ट ऑफ द मुस्लिम्स टू गिव एलिजेंस टू प्रॉफिट और रसूलल्लाह की तरफ से खत भी लिखते थे। तो उन्होंने एक मर्तबा कहा कि अ बिलीवर इज क्वालिफाइड विद फोर थिंग्स।</w:t>
      </w:r>
    </w:p>
    <w:p>
      <w:r>
        <w:rPr>
          <w:b/>
        </w:rPr>
        <w:t xml:space="preserve">[56:21] </w:t>
      </w:r>
      <w:r>
        <w:t>If he is given anything, he thanks for it. And if he speaks, he speaks truth. And if he has to give a decision, he speaks justly. Phir unhone yahi cheez par bahut emphasize karte hue kaha ke agar If he is in trouble, then he keeps patience. Aur phir unhone kaha ke such a person brings back five lights. He returns with five lights. The</w:t>
      </w:r>
    </w:p>
    <w:p>
      <w:pPr>
        <w:jc w:val="right"/>
      </w:pPr>
      <w:r>
        <w:t>इफ ही इज गिवन एनीथिंग, ही थैंक्स फॉर इट। एंड इफ ही स्पीक्स, ही स्पीक्स ट्रुथ। एंड इफ ही हैज टू गिव अ डिसीजन, ही स्पीक्स जस्टली। फिर उन्होंने यही चीज पर बहुत एमफसा इज करते हुए कहा कि अगर इफ ही इज इन ट्रबल, देन ही कीप्स पेशेंस। और फिर उन्होंने कहा कि सच अ पर्सन ब्रिंग्स बैक फाइव लाइट्स। ही रिटर्न्स विद फाइव लाइट्स। द</w:t>
      </w:r>
    </w:p>
    <w:p>
      <w:r>
        <w:rPr>
          <w:b/>
        </w:rPr>
        <w:t xml:space="preserve">[56:49] </w:t>
      </w:r>
      <w:r>
        <w:t>first is that the speech of such a man is light, the knowledge of such a person is light, and the place of his exit is light, and the place of his entrance is light. And on the day of the judgment, he will return towards light. To yeh bahut hi hopeful call tha unka, jo maine socha ke isko main bayan karu. Aap ek sawal Rohit Kumar ji ne bheja hai Amrit Sir se</w:t>
      </w:r>
    </w:p>
    <w:p>
      <w:pPr>
        <w:jc w:val="right"/>
      </w:pPr>
      <w:r>
        <w:t>फर्स्ट इज दैट द स्पीच ऑफ सच अ मैन इज लाइट, द नॉलेज ऑफ सच अ पर्सन इज लाइट, एंड द प्लेस ऑफ हिज एग्जिट इज लाइट, एंड द प्लेस ऑफ हिज एंट्रेंस इज लाइट। एंड ऑन द डे ऑफ द जजमेंट, ही विल रिटर्न टुवर्ड्स लाइट। तो ये बहुत ही होप फुल कॉल था उनका, जो मैंने सोचा कि इसको मैं बयान करूं। आप एक सवाल रोहित कुमार जी ने भेजा है अमृत सर से</w:t>
      </w:r>
    </w:p>
    <w:p>
      <w:r>
        <w:rPr>
          <w:b/>
        </w:rPr>
        <w:t xml:space="preserve">[57:17] </w:t>
      </w:r>
      <w:r>
        <w:t>। Unhone likha ke Maulana Wahiduddin Khan sahab gusse par qabu karne ke liye bahut zor diya karte the. To aisa kyun hai, iske bare mein bataye. Aapne aaj kafi baatein share kari jo iska jawab deti hain. Lekin kuch aur aap agar ismein add karna chahe ke Maulana sahab kyun itna zyada emphasize karte the.</w:t>
      </w:r>
    </w:p>
    <w:p>
      <w:pPr>
        <w:jc w:val="right"/>
      </w:pPr>
      <w:r>
        <w:t>। उन्होंने लिखा कि मौलाना वैदुद्दीन खान साहब गुस्से पर काबू करने के लिए बहुत जोर दिया करते थे। तो ऐसा क्यों है, इसके बारे में बताएं। आपने आज काफी बातें शेयर करी जो इसका जवाब देती हैं। लेकिन कुछ और आप अगर इसमें ऐड करना चाहे कि मौलाना साहब क्यों इतना ज्यादा एमफसा इज करते थे।</w:t>
      </w:r>
    </w:p>
    <w:p>
      <w:r>
        <w:rPr>
          <w:b/>
        </w:rPr>
        <w:t xml:space="preserve">[57:39] </w:t>
      </w:r>
      <w:r>
        <w:t>Ek ek cheez to mujhe ekdam fauran yaad aati hai aapka ke woh kehte the ke jab aap kisi ki baat se gussa ho rahe hain, to iska matlab yeh hai that you are allowing that person to dictate you. So don't get dictated by that person, kyunke phir aapki sochne ki kshamta, aapki jo creativity hai, woh sab khatm ho jati hai. To kuch aur aap ismein aap batana chahe. Ismein dono ba</w:t>
      </w:r>
    </w:p>
    <w:p>
      <w:pPr>
        <w:jc w:val="right"/>
      </w:pPr>
      <w:r>
        <w:t>एक एक चीज तो मुझे एकदम फौरन याद आती है आपका कि वह कहते थे कि जब आप किसी की बात से गुस्सा हो रहे हैं, तो इसका मतलब यह है दैट यू आर अलाउंग दैट पर्सन टू डिक्टेट यू। सो डोंट गेट डिक्टेटेड बाय दैट पर्सन, क्योंकि फिर आपकी सोचने की क्षमता, आपकी जो क्रिएटिविटी है, वह सब खत्म हो जाती है। तो कुछ और आप इसमें आप बताना चाहे। इसमें दोनों बा</w:t>
      </w:r>
    </w:p>
    <w:p>
      <w:r>
        <w:rPr>
          <w:b/>
        </w:rPr>
        <w:t xml:space="preserve">[58:07] </w:t>
      </w:r>
      <w:r>
        <w:t>at hai. Ek to ke agar hum gussa ho rahe hain, to wohi jo maine abhi bataya tha ke utni der hum Khuda ka shukr ada nahi kar rahe hain. Phir gussa ho rahe hain, to iska matlab hai ke hum us insaan ke sachche maane mein well-wisher nahi hain. Ab bilkul ek misaal main dungi, jaise maa aur bachcha hota hai, chhota bachcha hota hai. To bachcha maa ko maar bhi deta hai, tab bhi maa usko lekar god mein laga leti hai, god mein le</w:t>
      </w:r>
    </w:p>
    <w:p>
      <w:pPr>
        <w:jc w:val="right"/>
      </w:pPr>
      <w:r>
        <w:t>त है। एक तो के अगर हम गुस्सा हो रहे हैं, तो वही जो मैंने अभी बताया था कि उतनी देर हम खुदा का शुक्र अदा नहीं कर रहे हैं। फिर गुस्सा हो रहे हैं, तो इसका मतलब है कि हम उस इंसान के सच्चे माने में वेलविशर नहीं हैं। अब बिल्कुल एक मिसाल मैं दूंगी, जैसे मां और बच्चा होता है, छोटा बच्चा होता है। तो बच्चा मां को मार भी देता है, तब भी मां उसको लेकर गोद में लगा लेती है, गोद में ले</w:t>
      </w:r>
    </w:p>
    <w:p>
      <w:r>
        <w:rPr>
          <w:b/>
        </w:rPr>
        <w:t xml:space="preserve">[58:34] </w:t>
      </w:r>
      <w:r>
        <w:t>leti hai, kyunke woh sachmuch dil se usse usko chahti hai. To humko ab tamam insano se ek hamare do kaam hain. Ek to Khuda se mohabbat aur tamam insaan, jo ke Khuda ke bande hain, tamam insano se humko mohabbat honi chahiye. Unka humein well-wisher hona chahiye.</w:t>
      </w:r>
    </w:p>
    <w:p>
      <w:pPr>
        <w:jc w:val="right"/>
      </w:pPr>
      <w:r>
        <w:t>लेती है, क्योंकि वह सचमुच दिल से उससे उसको चाहती है। तो हमको अब तमाम इंसानों से एक हमारे दो काम हैं। एक तो खुदा से मोहब्बत और तमाम इंसान, जो कि खुदा के बंदे हैं, तमाम इंसानों से हमको मोहब्बत होनी चाहिए। उनका हमें वेलविशर होना चाहिए।</w:t>
      </w:r>
    </w:p>
    <w:p>
      <w:r>
        <w:rPr>
          <w:b/>
        </w:rPr>
        <w:t xml:space="preserve">[58:54] </w:t>
      </w:r>
      <w:r>
        <w:t>Agar hum unki baat par gussa ho gaye, to iska matlab hamare andar koi kami hai ke hum unke sachche well-wisher nahi hain. Aur agar hum sachche well-wisher nahi hain, to hum aur hum kaise apni baat usko pahuncha sakte hain?</w:t>
      </w:r>
    </w:p>
    <w:p>
      <w:pPr>
        <w:jc w:val="right"/>
      </w:pPr>
      <w:r>
        <w:t>अगर हम उनकी बात पर गुस्सा हो गए, तो इसका मतलब हमारे अंदर कोई कमी है कि हम उनके सच्चे वेलविशर नहीं हैं। और अगर हम सच्चे वेलविशर नहीं हैं, तो हम और हम कैसे अपनी बात उसको पहुंचा सकते हैं?</w:t>
      </w:r>
    </w:p>
    <w:p>
      <w:r>
        <w:rPr>
          <w:b/>
        </w:rPr>
        <w:t xml:space="preserve">[59:06] </w:t>
      </w:r>
      <w:r>
        <w:t>To uski baat ko hum, humein apni baat ko pahunchane ke liye, humein uska sachcha well-wisher banna padega. Tabhi hamari baat uske dil tak pahunchegi. To yeh Maulana kabhi isiliye gussa nahi hote the. Aakhir waqt tak woh positivity ki baat karte rahe</w:t>
      </w:r>
    </w:p>
    <w:p>
      <w:pPr>
        <w:jc w:val="right"/>
      </w:pPr>
      <w:r>
        <w:t>तो उसकी बात को हम, हमें अपनी बात को पहुंचाने के लिए, हमें उसका सच्चा वेलविशर बनना पड़ेगा। तभी हमारी बात उसके दिल तक पहुंचेगी। तो यह मौलाना कभी इसीलिए गुस्सा नहीं होते थे। आखिर वक्त तक वह पॉजिटिविटी की बात करते रहे</w:t>
      </w:r>
    </w:p>
    <w:p>
      <w:r>
        <w:rPr>
          <w:b/>
        </w:rPr>
        <w:t xml:space="preserve">[59:23] </w:t>
      </w:r>
      <w:r>
        <w:t>। Balki mujhe to aakhri lafz yahi yaad hai, positivity, jo unhone kaha. To aakhri waqt tak woh bilkul woh kehte the ke insaan ko 100% apni positive personality banani hai, tabhi humein jannat accept karegi. To yeh to bahut hi badi baat hai. Humein ismein darna chahiye ke zara bhi hamare andar negativity na ho, warna jannat humein accept nahi karegi. Jannat, jo ke Darus Salam kaha gaya hai, na peace home of peace. To</w:t>
      </w:r>
    </w:p>
    <w:p>
      <w:pPr>
        <w:jc w:val="right"/>
      </w:pPr>
      <w:r>
        <w:t>। बल्कि मुझे तो आखिरी लफ्ज यही याद है, पॉजिटिविटी, जो उन्होंने कहा। तो आखिरी वक्त तक वह बिल्कुल वह कहते थे कि इंसान को 100% अपनी पॉजिटिव पर्सनालिटी बनानी है, तभी हमें जन्नत एक्सेप्ट करेगी। तो यह तो बहुत ही बड़ी बात है। हमें इसमें डरना चाहिए कि जरा भी हमारे अंदर नेगेटिविटी ना हो, वरना जन्नत हमें एक्सेप्ट नहीं करेगी। जन्नत, जो कि दारुल सलाम कहा गया है, ना पीस होम ऑफ पीस। तो</w:t>
      </w:r>
    </w:p>
    <w:p>
      <w:r>
        <w:rPr>
          <w:b/>
        </w:rPr>
        <w:t xml:space="preserve">[59:52] </w:t>
      </w:r>
      <w:r>
        <w:t>home of peace hai, to home of jo hate wale logon ko woh kaise accept karegi? To humein har haal mein positive rehna hai. Humein iske jahan bhi hamare andar negativity kisi ke khilaf aaye, to usko khurach khurach kar nikal dena hai,</w:t>
      </w:r>
    </w:p>
    <w:p>
      <w:pPr>
        <w:jc w:val="right"/>
      </w:pPr>
      <w:r>
        <w:t>होम ऑफ पीस है, तो होम ऑफ जो हेट्रे वाले लोगों को वह कैसे एक्सेप्ट करेगी? तो हमें हर हाल में पॉजिटिव रहना है। हमें इसके जहां भी हमारे अंदर नेगेटिविटी किसी के खिलाफ आए, तो उसको खुरच खुरच कर निकाल देना है,</w:t>
      </w:r>
    </w:p>
    <w:p>
      <w:r>
        <w:rPr>
          <w:b/>
        </w:rPr>
        <w:t xml:space="preserve">[1:00:08] </w:t>
      </w:r>
      <w:r>
        <w:t>bilkul khatm kar dena hai usko. To kyunke hum yeh duniya jo hai, Khuda ki banayi hui duniya, hamari banayi duniya nahi hai. To jo Khuda ki marzi hai, wahi yahan chalegi. Khuda ki marzi ke mutabik humein is duniya mein rehna hai. Yahan phool hai, to yahan bar bar Maulana likha hai ke yahan phool hai, to phool ke saath kaante bhi hain. To humein uske saath adjust karna hai.</w:t>
      </w:r>
    </w:p>
    <w:p>
      <w:pPr>
        <w:jc w:val="right"/>
      </w:pPr>
      <w:r>
        <w:t>बिल्कुल खत्म कर देना है उसको। तो क्योंकि हम यह दुनिया जो है, खुदा की बनाई हुई दुनिया, हमारी बनाई दुनिया नहीं है। तो जो खुदा की मर्जी है, वही यहां चलेगी। खुदा की मर्जी के मुताबिक हमें इस दुनिया में रहना है। यहां फूल है, तो य बार-बार मौलाना लिखा है कि यहां फूल है, तो फूल के साथ कांटे भी हैं। तो हमें उसके साथ एडजस्ट करना है।</w:t>
      </w:r>
    </w:p>
    <w:p>
      <w:r>
        <w:rPr>
          <w:b/>
        </w:rPr>
        <w:t xml:space="preserve">[1:00:30] </w:t>
      </w:r>
      <w:r>
        <w:t>To har halat mein humein, agar humko sahi maane mein hum deen ki spirit ko samajhte hain, to humein samajhna padega ke is duniya mein hum Khuda ki marzi ke mutabik hi is duniya mein hum zindagi guzarenge. Tabhi humko kamyabi milegi, duniya mein bhi aur akhirat mein bhi</w:t>
      </w:r>
    </w:p>
    <w:p>
      <w:pPr>
        <w:jc w:val="right"/>
      </w:pPr>
      <w:r>
        <w:t>तो हर हालत में हमें, अगर हमको सही माने में हम दीन की स्पिरिट को समझते हैं, तो हमें समझना पड़ेगा कि इस दुनिया में हम खुदा की मर्जी के मुताबिक ही इस दुनिया में हम जिंदगी गुजारेंगे। तभी हमको कामयाबी मिलेगी, दुनिया में भी और आखिरत में भी</w:t>
      </w:r>
    </w:p>
    <w:p>
      <w:r>
        <w:rPr>
          <w:b/>
        </w:rPr>
        <w:t xml:space="preserve">[1:00:49] </w:t>
      </w:r>
      <w:r>
        <w:t>। Ji, to ek bahut hi dilchasp ek sher hai, us par main khatm karungi ke ek shayar ne is baat ko bahut hi saada andaaz mein likha hai. Yeh Maulana ne apni ek article mein, risala mein chhapa tha, usmein se maine liya hai. To shayar kehta hai, "Kaha kya oont par baithu?" Kaha, "Haan, oont par baitho." Kaha, "Kohaan ka dar hai?"</w:t>
      </w:r>
    </w:p>
    <w:p>
      <w:pPr>
        <w:jc w:val="right"/>
      </w:pPr>
      <w:r>
        <w:t>। जी, तो एक बहुत ही दिलचस्प एक शेर है, उस पर मैं खत्म करूंगी कि एक शायर ने इस बात को बहुत ही सादा अंदाज में लिखा है। यह मौलाना ने अपनी एक आर्टिकल में, रिसाला में छपा था, उसमें से मैंने लिया है। तो शायर कहता है, "कहा क्या ऊंट पर बैठूं?" कहा, "हां, ऊंट पर बैठो।" कहा, "कोहान का डर है?</w:t>
      </w:r>
    </w:p>
    <w:p>
      <w:r>
        <w:rPr>
          <w:b/>
        </w:rPr>
        <w:t xml:space="preserve">[1:01:18] </w:t>
      </w:r>
      <w:r>
        <w:t>" Kaha, "Kohaan to hoga." Kaha, "Dariya mein kya utru?" Kaha, "Dariya mein haan, utro." Kaha, "Toofan ka dar hai?" Kaha, "Toofan to hoga." Kaha, "Kya phool ko todun?" Kaha, "Haan, phool ko todo." Kaha, "Par khar ka dar hai?" Kaha, "Par khar to hoga." Khar maane kaanta. To yeh yahi duniya hai aur isi duniya ke saath adjust karke humko apni zindagi guzarni hai.</w:t>
      </w:r>
    </w:p>
    <w:p>
      <w:pPr>
        <w:jc w:val="right"/>
      </w:pPr>
      <w:r>
        <w:t>" कहा, "कोहान तो होगा।" कहा, "दरिया में क्या उतरूं?" कहा, "दरिया में हां, उतरो।" कहा, "तूफान का डर है?" कहा, "तूफान तो होगा।" कहा, "क्या फूल को तोड़ूं?" कहा, "हां, फूल को तोड़ो।" कहा, "पर खार का डर है?" कहा, "पर खार तो होगा।" खार माने कांटा। तो यह यही दुनिया है और इसी दुनिया के साथ एडजस्ट करके हमको अपनी जिंदगी गुजारनी है।</w:t>
      </w:r>
    </w:p>
    <w:p>
      <w:r>
        <w:rPr>
          <w:b/>
        </w:rPr>
        <w:t xml:space="preserve">[1:01:47] </w:t>
      </w:r>
      <w:r>
        <w:t>Kyunke Khuda ki jo duniya hai, usmein tarakki ka safar kabhi bhi hamwar tarike se nahi hota. To misaal ek Maulana ne diya hai, traffic ki misaal ke itne saare traffic gaadiyan chal rahi hain sadak par. Aur agar hum jo hain,</w:t>
      </w:r>
    </w:p>
    <w:p>
      <w:pPr>
        <w:jc w:val="right"/>
      </w:pPr>
      <w:r>
        <w:t>क्योंकि खुदा की जो दुनिया है, उसमें तरक्की का सफर कभी भी हमवार तरीके से नहीं होता। तो मिसाल एक मौलाना ने दिया है, ट्रैफिक की मिसाल कि इतने सारे ट्रैफिक गाड़ियां चल रही हैं सड़क पर। और अगर हम जो हैं,</w:t>
      </w:r>
    </w:p>
    <w:p>
      <w:r>
        <w:rPr>
          <w:b/>
        </w:rPr>
        <w:t xml:space="preserve">[1:02:06] </w:t>
      </w:r>
      <w:r>
        <w:t>usko qanoon kayde ko follow na karein, to hum kabhi bhi ghar nahi pahunch sakte. Takra ke khatm ho jayenge wahan. To</w:t>
      </w:r>
    </w:p>
    <w:p>
      <w:pPr>
        <w:jc w:val="right"/>
      </w:pPr>
      <w:r>
        <w:t>उसको कानून कायदे को फॉलो ना करें, तो हम कभी भी घर नहीं पहुंच सकते। टकरा के खत्म हो जाएंगे वहां। तो</w:t>
      </w:r>
    </w:p>
    <w:p>
      <w:r>
        <w:rPr>
          <w:b/>
        </w:rPr>
        <w:t xml:space="preserve">[1:02:13] </w:t>
      </w:r>
      <w:r>
        <w:t>bilkul wahi hai, yeh duniya hai. Ismein traffic ke tarike se bahut saari gaadiyan chal rahi hain, bahut saare insaan chal rahe hain. Aur usi mein humein apni jagah bana banakar, humein rasta banakar humein chalna hai. Isi mein humein kamyabi milegi. Ji,</w:t>
      </w:r>
    </w:p>
    <w:p>
      <w:pPr>
        <w:jc w:val="right"/>
      </w:pPr>
      <w:r>
        <w:t>बिल्कुल वही है, यह दुनिया है। इसमें ट्रैफिक के तरीके से बहुत सारी गाड़ियां चल रही हैं, बहुत सारे इंसान चल रहे हैं। और उसी में हमें अपनी जगह बना बनाकर, हमें रास्ता बनाकर हमें चलना है। इसी में हमें कामयाबी मिलेगी। जी,</w:t>
      </w:r>
    </w:p>
    <w:p>
      <w:r>
        <w:rPr>
          <w:b/>
        </w:rPr>
        <w:t xml:space="preserve">[1:02:30] </w:t>
      </w:r>
      <w:r>
        <w:t>JazakAllah aap. Aaj aapne bahut hi important subject par roshni dali aur bahut si doubts bhi clear hue aur logon ko aage direction bhi mila. Jazak</w:t>
      </w:r>
    </w:p>
    <w:p>
      <w:pPr>
        <w:jc w:val="right"/>
      </w:pPr>
      <w:r>
        <w:t>जजाकल्लाह आप। आज आपने बहुत ही इंपॉर्टेंट सब्जेक्ट पर रोशनी डाली और बहुत सी डाउट्स भी क्लियर हुए और लोगों को आगे डायरेक्शन भी मिला। जजाक</w:t>
      </w:r>
    </w:p>
    <w:p>
      <w:r>
        <w:rPr>
          <w:b/>
        </w:rPr>
        <w:t xml:space="preserve">[1:02:42] </w:t>
      </w:r>
      <w:r>
        <w:t>allah. but before we end today session, there is a important release. as you all know, that Maulana Wahiduddin Khan books and writings are being translated into several languages. so recently, the Kerala team led by Shabbir bhai has translated Maulana books and booklets into Malayalam language.</w:t>
      </w:r>
    </w:p>
    <w:p>
      <w:pPr>
        <w:jc w:val="right"/>
      </w:pPr>
      <w:r>
        <w:t>ल्लाह। बट बिफोर वी एंड टुडे सेशन, देयर इज अ इंपॉर्टेंट रिलीज। एज यू ऑल नो, दैट मौलाना वैदुद्दीन खान बुक्स एंड राइटिंग्स आर बीइंग ट्रांसलेटेड इनटू सेवरल लैंग्वेजेस। सो रिसेंटली, द केरला टीम लेड बाय शब्बीर भाई हैज ट्रांसलेटेड मौलाना बुक्स एंड बुकलेट्स इनटू मलयालम लैंग्वेज।</w:t>
      </w:r>
    </w:p>
    <w:p>
      <w:r>
        <w:rPr>
          <w:b/>
        </w:rPr>
        <w:t xml:space="preserve">[1:03:09] </w:t>
      </w:r>
      <w:r>
        <w:t>we have been uploading this booklets, this articles on CPS website, so that you can download, you can read them and also share them in your circle.</w:t>
      </w:r>
    </w:p>
    <w:p>
      <w:pPr>
        <w:jc w:val="right"/>
      </w:pPr>
      <w:r>
        <w:t>वी हैव बीन अपलोडिंग दिस बुकलेट्स, दिस आर्टिकल्स ऑन सीपीएस वेबसाइट, सो दैट यू कैन डाउनलोड, यू कैन रीड देम एंड आल्सो शेयर देम इन योर सर्कल।</w:t>
      </w:r>
    </w:p>
    <w:p>
      <w:r>
        <w:rPr>
          <w:b/>
        </w:rPr>
        <w:t xml:space="preserve">[1:03:22] </w:t>
      </w:r>
      <w:r>
        <w:t>so we are very happy to share that some of the literature has come in malayalam language, for</w:t>
      </w:r>
    </w:p>
    <w:p>
      <w:pPr>
        <w:jc w:val="right"/>
      </w:pPr>
      <w:r>
        <w:t>सो वी आर वेरी हैप्पी टू शेयर दैट सम ऑफ द लिटरेचर हैज कम इन मलयालम लैंग्वेज, फॉर</w:t>
      </w:r>
    </w:p>
    <w:p>
      <w:r>
        <w:rPr>
          <w:b/>
        </w:rPr>
        <w:t xml:space="preserve">[1:03:29] </w:t>
      </w:r>
      <w:r>
        <w:t>which i will request doctor saniya snehal khan sahib to launch this book lets and this books in malayalam</w:t>
      </w:r>
    </w:p>
    <w:p>
      <w:pPr>
        <w:jc w:val="right"/>
      </w:pPr>
      <w:r>
        <w:t>व्हिच आई विल रिक्वेस्ट डॉक्टर सानिया स्नेन खान साहब टू लॉन्च दिस बुकलेट्स एंड दिस बुक्स इन मलयालम</w:t>
      </w:r>
    </w:p>
    <w:p>
      <w:r>
        <w:rPr>
          <w:b/>
        </w:rPr>
        <w:t xml:space="preserve">[1:03:38] </w:t>
      </w:r>
      <w:r>
        <w:t>language. they are available on cps website as well.</w:t>
      </w:r>
    </w:p>
    <w:p>
      <w:pPr>
        <w:jc w:val="right"/>
      </w:pPr>
      <w:r>
        <w:t>लैंग्वेज। दे आर अवेलेबल ऑन सीपीएस वेबसाइट एज वेल।</w:t>
      </w:r>
    </w:p>
    <w:p>
      <w:r>
        <w:rPr>
          <w:b/>
        </w:rPr>
        <w:t xml:space="preserve">[1:03:43] </w:t>
      </w:r>
      <w:r>
        <w:t>so doctor sahib, kindly isko launch kijiye.</w:t>
      </w:r>
    </w:p>
    <w:p>
      <w:pPr>
        <w:jc w:val="right"/>
      </w:pPr>
      <w:r>
        <w:t>सो डॉक्टर साहब, काइंडली इसको लॉन्च कीजिए।</w:t>
      </w:r>
    </w:p>
    <w:p>
      <w:r>
        <w:rPr>
          <w:b/>
        </w:rPr>
        <w:t xml:space="preserve">[1:04:03] </w:t>
      </w:r>
      <w:r>
        <w:t>bismillah rehman rehim. jaisa abhi Doctor Ajit sahib ne bataya ke yeh Kerala Kerala ki CPS team Shabbir sahib ki taraf se kuch booklets launch hue hain. zyada tar yeh taruf andaaz ki cheezein lag rahi hain,</w:t>
      </w:r>
    </w:p>
    <w:p>
      <w:pPr>
        <w:jc w:val="right"/>
      </w:pPr>
      <w:r>
        <w:t>बिस्मिल्लाह रहमान रहीम। जैसा अभी डॉक्टर अजित साहब ने बताया कि यह केरला केरला की सीपीएस टीम शब्बीर साहब की तरफ से कुछ बुकलेट्स लॉन्च हुए हैं। ज्यादातर यह तारुफ अंदाज की चीजें लग रही हैं,</w:t>
      </w:r>
    </w:p>
    <w:p>
      <w:r>
        <w:rPr>
          <w:b/>
        </w:rPr>
        <w:t xml:space="preserve">[1:04:22] </w:t>
      </w:r>
      <w:r>
        <w:t>jaise what is Islam</w:t>
      </w:r>
    </w:p>
    <w:p>
      <w:pPr>
        <w:jc w:val="right"/>
      </w:pPr>
      <w:r>
        <w:t>जैसे व्हाट इज इस्लाम</w:t>
      </w:r>
    </w:p>
    <w:p>
      <w:r>
        <w:rPr>
          <w:b/>
        </w:rPr>
        <w:t xml:space="preserve">[1:04:24] </w:t>
      </w:r>
      <w:r>
        <w:t>, purpose of life aur jo Maulana ki choti choti kitabein hain, jo distribution ke purpose ke liye hoti hain, woh yeh Kerala team ne banai hai. aur South India ki jo languages hain, ismein Maulana ka literature aana bahut hi zaroori hai.</w:t>
      </w:r>
    </w:p>
    <w:p>
      <w:pPr>
        <w:jc w:val="right"/>
      </w:pPr>
      <w:r>
        <w:t>, पर्पस ऑफ लाइफ और जो मौलाना की छोटी-छोटी किताबें हैं, जो डिस्ट्रीब्यूशन के पर्पस के लिए होती हैं, वह यह केरला टीम ने बनाई है। और साउथ इंडिया की जो लैंग्वेजेस हैं, इसमें मौलाना का लिटरेचर आना बहुत ही जरूरी है।</w:t>
      </w:r>
    </w:p>
    <w:p>
      <w:r>
        <w:rPr>
          <w:b/>
        </w:rPr>
        <w:t xml:space="preserve">[1:04:43] </w:t>
      </w:r>
      <w:r>
        <w:t>abhi main recently ek sahib se mil raha tha Dubai mein book fair mein. ek sahib bata rahe the mujhe ke unke ek saathi, woh Kerala ke the, to unhone kaha ke mere ek saathi hain jinhone bataya ke woh monotheism ke bare mein, oneness of God,</w:t>
      </w:r>
    </w:p>
    <w:p>
      <w:pPr>
        <w:jc w:val="right"/>
      </w:pPr>
      <w:r>
        <w:t>अभी मैं रिसेंटली एक साहब से मिल रहा था दुबई में बुक फेयर में। एक साहब बता रहे थे मुझे कि उनके एक साथी, वह केरला के थे, तो उन्होंने कहा कि मेरे एक साथी हैं जिन्होंने बताया कि वह मोनोथेज्म के बारे में, वननेस ऑफ गॉड,</w:t>
      </w:r>
    </w:p>
    <w:p>
      <w:r>
        <w:rPr>
          <w:b/>
        </w:rPr>
        <w:t xml:space="preserve">[1:05:02] </w:t>
      </w:r>
      <w:r>
        <w:t>tauheed ke bare mein bahut hi cheezein unhone padhi thi. lekin phir Maulana ki koi writing unhein mili Malayalam mein hi, to unhein, unko woh jo topic tha, monotheism ka jo idea hai, bahut hi clear hua. clarity thi usmein.</w:t>
      </w:r>
    </w:p>
    <w:p>
      <w:pPr>
        <w:jc w:val="right"/>
      </w:pPr>
      <w:r>
        <w:t>तोहीद के बारे में बहुत ही चीजें उन्होंने पढ़ी थीं। लेकिन फिर मौलाना की कोई राइटिंग उन्हें मिली मलयालम में ही, तो उन्हें, उनको वह जो टॉपिक था, मोनोथेज्म का जो आईडिया है, बहुत ही क्लियर हुआ। क्लेरिटी थी उसमें।</w:t>
      </w:r>
    </w:p>
    <w:p>
      <w:r>
        <w:rPr>
          <w:b/>
        </w:rPr>
        <w:t xml:space="preserve">[1:05:19] </w:t>
      </w:r>
      <w:r>
        <w:t>to inshallah, yeh jo cheezein Kerala team ne tayyar ki hain, translate ki hain, inshallah isse bahut faida hoga aur mission ka kaam inshallah aur aage badhega. Allah taala un sab logon ko jaza e khair de jinhone is kaam mein hissa liya. waakhir da'wana, alhamdulillah rabbil aalameen. jazakallah Doctor sahib. so we have placed the link in the comment section.</w:t>
      </w:r>
    </w:p>
    <w:p>
      <w:pPr>
        <w:jc w:val="right"/>
      </w:pPr>
      <w:r>
        <w:t>तो इंशाल्लाह, यह जो चीजें केरला टीम ने तैयार की हैं, ट्रांसलेट की हैं, इंशाल्लाह इससे बहुत फायदा होगा और मिशन का काम इंशाल्लाह और आगे बढ़ेगा। अल्लाह ताला उन सब लोगों को जजाए खैर दे जिन्होंने इस काम में हिस्सा लिया। वाख दवाना, अल्हम्दुलिल्लाह रब्बिल आलमीन। जजाकल्लाह डॉक्टर साहब। सो वी हैव प्लेस द लिंक इन द कमेंट सेक्शन।</w:t>
      </w:r>
    </w:p>
    <w:p>
      <w:r>
        <w:rPr>
          <w:b/>
        </w:rPr>
        <w:t xml:space="preserve">[1:05:43] </w:t>
      </w:r>
      <w:r>
        <w:t>you can download the Malayalam translation of Maulana Wahiduddin Khan sahib books for onward sharing. thank you for watching today's program. we will be back next Sunday at 10:30 AM. thank you.</w:t>
      </w:r>
    </w:p>
    <w:p>
      <w:pPr>
        <w:jc w:val="right"/>
      </w:pPr>
      <w:r>
        <w:t>यू कैन डाउनलोड द मलयालम ट्रांसलेशन ऑफ मौलाना वैदुद्दीन खान साहब बुक्स फॉर ऑनवर्ड शेयरिंग। थैंक यू फॉर वाचिंग टुडेस प्रोग्राम। वी विल बी बैक नेक्स्ट संडे एट 10:30 एएम।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