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 -e-Quran June 30, 2007</w:t>
      </w:r>
    </w:p>
    <w:p>
      <w:r>
        <w:t>https://youtu.be/I2HVuhH6eS8</w:t>
      </w:r>
    </w:p>
    <w:p>
      <w:r>
        <w:rPr>
          <w:b/>
        </w:rPr>
        <w:t xml:space="preserve">[00:09] </w:t>
      </w:r>
      <w:r>
        <w:t>wasallallahu ala nabiyyil karim, rabbishrah li sadri, wa yassir li amri, wahlul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[00:27] </w:t>
      </w:r>
      <w:r>
        <w:t>yeh dars e Quran ka silsila hai.</w:t>
      </w:r>
    </w:p>
    <w:p>
      <w:pPr>
        <w:jc w:val="right"/>
      </w:pPr>
      <w:r>
        <w:t>یہ درس قرآن کا سلسلہ ہے۔</w:t>
      </w:r>
    </w:p>
    <w:p>
      <w:r>
        <w:rPr>
          <w:b/>
        </w:rPr>
        <w:t xml:space="preserve">[00:31] </w:t>
      </w:r>
      <w:r>
        <w:t>aaj hum Surah Baqarah ki kuch aayaton ko lenge. ek buniyadi baat main yeh kehna chahta hoon ke Quran ko samajhne ke liye zaroori hai ke iski central theme ko samjha jaye.</w:t>
      </w:r>
    </w:p>
    <w:p>
      <w:pPr>
        <w:jc w:val="right"/>
      </w:pPr>
      <w:r>
        <w:t>آج ہم سورہ بقرہ کی کچھ آیتوں کو لیں گے۔ ایک بنیادی بات میں یہ کہنا چاہتا ہوں کہ قرآن کو سمجھنے کے لیے ضروری ہے کہ اس کی سنٹرل تھیم کو سمجھا جائے۔</w:t>
      </w:r>
    </w:p>
    <w:p>
      <w:r>
        <w:rPr>
          <w:b/>
        </w:rPr>
        <w:t xml:space="preserve">[00:53] </w:t>
      </w:r>
      <w:r>
        <w:t>central theme agar zehen mein na ho to aadmi bhatak jayega,</w:t>
      </w:r>
    </w:p>
    <w:p>
      <w:pPr>
        <w:jc w:val="right"/>
      </w:pPr>
      <w:r>
        <w:t>سنٹرل تھیم اگر ذہن میں نہ ہو تو آدمی بھٹک جائے گا،</w:t>
      </w:r>
    </w:p>
    <w:p>
      <w:r>
        <w:rPr>
          <w:b/>
        </w:rPr>
        <w:t xml:space="preserve">[01:02] </w:t>
      </w:r>
      <w:r>
        <w:t>idhar udhar ka matlab nikalne lagega. lekin jab central theme</w:t>
      </w:r>
    </w:p>
    <w:p>
      <w:pPr>
        <w:jc w:val="right"/>
      </w:pPr>
      <w:r>
        <w:t>ادھر ادھر کا مطلب نکالنے لگے گا۔ لیکن جب سنٹرل تھیم</w:t>
      </w:r>
    </w:p>
    <w:p>
      <w:r>
        <w:rPr>
          <w:b/>
        </w:rPr>
        <w:t xml:space="preserve">[01:11] </w:t>
      </w:r>
      <w:r>
        <w:t>aadmi ke zehen mein maujood ho to isi ke ird gird sochega woh, aur phir sachi jo Quran ka jo asal mafhoom hai wahan</w:t>
      </w:r>
    </w:p>
    <w:p>
      <w:pPr>
        <w:jc w:val="right"/>
      </w:pPr>
      <w:r>
        <w:t>آدمی کے ذہن میں موجود ہو تو اسی کے اردگرد سوچے گا وہ، اور پھر سچی جو قرآن کا جو اصل مفہوم ہے وہاں</w:t>
      </w:r>
    </w:p>
    <w:p>
      <w:r>
        <w:rPr>
          <w:b/>
        </w:rPr>
        <w:t xml:space="preserve">[01:24] </w:t>
      </w:r>
      <w:r>
        <w:t>tak pahunch jayega. dekhiye, Quran ke saari taleemat do lafz mein</w:t>
      </w:r>
    </w:p>
    <w:p>
      <w:pPr>
        <w:jc w:val="right"/>
      </w:pPr>
      <w:r>
        <w:t>تک پہنچ جائے گا۔ دیکھیے، قرآن کے ساری تعلیمات دو لفظ میں</w:t>
      </w:r>
    </w:p>
    <w:p>
      <w:r>
        <w:rPr>
          <w:b/>
        </w:rPr>
        <w:t xml:space="preserve">[01:39] </w:t>
      </w:r>
      <w:r>
        <w:t>simat aati hain, do lafz: ibadat aur sabr. saari taleemat isi mein aati hain, ibadat aur sabr.</w:t>
      </w:r>
    </w:p>
    <w:p>
      <w:pPr>
        <w:jc w:val="right"/>
      </w:pPr>
      <w:r>
        <w:t>سمٹ آتی ہیں، دو لفظ: عبادت اور صبر۔ ساری تعلیمات اسی میں آتی ہیں، عبادت اور صبر۔</w:t>
      </w:r>
    </w:p>
    <w:p>
      <w:r>
        <w:rPr>
          <w:b/>
        </w:rPr>
        <w:t xml:space="preserve">[01:52] </w:t>
      </w:r>
      <w:r>
        <w:t>ibadat ek bahut hi</w:t>
      </w:r>
    </w:p>
    <w:p>
      <w:pPr>
        <w:jc w:val="right"/>
      </w:pPr>
      <w:r>
        <w:t>عبادت ایک بہت ہی</w:t>
      </w:r>
    </w:p>
    <w:p>
      <w:r>
        <w:rPr>
          <w:b/>
        </w:rPr>
        <w:t xml:space="preserve">[01:57] </w:t>
      </w:r>
      <w:r>
        <w:t>jaame lafz hai, comprehensive lafz hai. woh sab kuch jo Khuda ne insaan ko hidayat ki hai karne ke liye, woh sab ibadat hai.</w:t>
      </w:r>
    </w:p>
    <w:p>
      <w:pPr>
        <w:jc w:val="right"/>
      </w:pPr>
      <w:r>
        <w:t>جامع لفظ ہے، کمپرینسو لفظ ہے۔ وہ سب کچھ جو خدا نے انسان کو ہدایت کی ہے کرنے کے لیے، وہ سب عبادت ہے۔</w:t>
      </w:r>
    </w:p>
    <w:p>
      <w:r>
        <w:rPr>
          <w:b/>
        </w:rPr>
        <w:t xml:space="preserve">[02:11] </w:t>
      </w:r>
      <w:r>
        <w:t>Quran mein hai ke wa ma khalaqtul jinna wal insa illa li ya'budun</w:t>
      </w:r>
    </w:p>
    <w:p>
      <w:pPr>
        <w:jc w:val="right"/>
      </w:pPr>
      <w:r>
        <w:t>قرآن میں ہے کہ وَمَا خَلَقْتُ الْجِنَّ وَالْنِّسَ اِلَّا لِيَعْبُدُونَ</w:t>
      </w:r>
    </w:p>
    <w:p>
      <w:r>
        <w:rPr>
          <w:b/>
        </w:rPr>
        <w:t xml:space="preserve">[02:16] </w:t>
      </w:r>
      <w:r>
        <w:t>insaan aur jinn ko paida kiya gaya sirf is liye ke woh Allah ki ibadat karein. to yahi maqsad hayat hai.</w:t>
      </w:r>
    </w:p>
    <w:p>
      <w:pPr>
        <w:jc w:val="right"/>
      </w:pPr>
      <w:r>
        <w:t>انسان اور جن کو پیدا کیا گیا صرف اس لیے کہ وہ اللہ کی عبادت کریں۔ تو یہی مقصد حیات ہے۔</w:t>
      </w:r>
    </w:p>
    <w:p>
      <w:r>
        <w:rPr>
          <w:b/>
        </w:rPr>
        <w:t xml:space="preserve">[02:28] </w:t>
      </w:r>
      <w:r>
        <w:t>yeh maqsad hayat yahi hai ke woh saari taleemat bhi isi ke ird gird rahengi. to woh sab kuch jo Quran mein hai, usko ibadat ke asal hukum ke tehat lekar samajhna chahiye.</w:t>
      </w:r>
    </w:p>
    <w:p>
      <w:pPr>
        <w:jc w:val="right"/>
      </w:pPr>
      <w:r>
        <w:t>یہ مقصد حیات یہی ہے کہ وہ ساری تعلیمات بھی اسی کے اردگرد رہیں گی۔ تو وہ سب کچھ جو قرآن میں ہے، اس کو عبادت کے اصل حکم کے تحت لے کر سمجھنا چاہیے۔</w:t>
      </w:r>
    </w:p>
    <w:p>
      <w:r>
        <w:rPr>
          <w:b/>
        </w:rPr>
        <w:t xml:space="preserve">[02:45] </w:t>
      </w:r>
      <w:r>
        <w:t>doosri cheez jo hai woh hai sabr. sabr ki ahmiyat yeh hai ke sabr ke baghair aadmi ibadat ka kaam nahi kar sakta.</w:t>
      </w:r>
    </w:p>
    <w:p>
      <w:pPr>
        <w:jc w:val="right"/>
      </w:pPr>
      <w:r>
        <w:t>دوسری چیز جو ہے وہ ہے صبر۔ صبر کی اہمیت یہ ہے کہ صبر کے بغیر آدمی عبادت کا کام نہیں کر سکتا۔</w:t>
      </w:r>
    </w:p>
    <w:p>
      <w:r>
        <w:rPr>
          <w:b/>
        </w:rPr>
        <w:t xml:space="preserve">[02:59] </w:t>
      </w:r>
      <w:r>
        <w:t>yaani Khuda ke hukum par qaim nahi reh sakta. kyun?</w:t>
      </w:r>
    </w:p>
    <w:p>
      <w:pPr>
        <w:jc w:val="right"/>
      </w:pPr>
      <w:r>
        <w:t>یعنی خدا کے حکم پر قائم نہیں رہ سکتا۔ کیوں؟</w:t>
      </w:r>
    </w:p>
    <w:p>
      <w:r>
        <w:rPr>
          <w:b/>
        </w:rPr>
        <w:t xml:space="preserve">[03:06] </w:t>
      </w:r>
      <w:r>
        <w:t>is dunya ko khuda ne banaya hai darul imtihan ke taur par. yani testing ground ke taur par. is liye yahan par har qism ke asbab hain.</w:t>
      </w:r>
    </w:p>
    <w:p>
      <w:pPr>
        <w:jc w:val="right"/>
      </w:pPr>
      <w:r>
        <w:t>اس دنیا کو خدا نے بنایا ہے دارالامتحان کے طور پر۔ یعنی ٹیسٹنگ گراؤنڈ کے طور پر۔ اس لیے یہاں پر ہر قسم کے اسباب ہیں۔</w:t>
      </w:r>
    </w:p>
    <w:p>
      <w:r>
        <w:rPr>
          <w:b/>
        </w:rPr>
        <w:t xml:space="preserve">[03:20] </w:t>
      </w:r>
      <w:r>
        <w:t>har qism ke asbab. yani aadmi ko bhagne ke liye har tarah, har taraf aise asbab maujood hain ke aadmi bhag jaye.</w:t>
      </w:r>
    </w:p>
    <w:p>
      <w:pPr>
        <w:jc w:val="right"/>
      </w:pPr>
      <w:r>
        <w:t>ہر قسم کے اسباب۔ یعنی آدمی کو بھاگنے کے لیے ہر طرح، ہر طرف ایسے اسباب موجود ہیں کہ آدمی بھاگ جائے۔</w:t>
      </w:r>
    </w:p>
    <w:p>
      <w:r>
        <w:rPr>
          <w:b/>
        </w:rPr>
        <w:t xml:space="preserve">[03:29] </w:t>
      </w:r>
      <w:r>
        <w:t>sirat e mustaqeem se hat jaye.</w:t>
      </w:r>
    </w:p>
    <w:p>
      <w:pPr>
        <w:jc w:val="right"/>
      </w:pPr>
      <w:r>
        <w:t>صراط مستقیم سے ہٹ جائے۔</w:t>
      </w:r>
    </w:p>
    <w:p>
      <w:r>
        <w:rPr>
          <w:b/>
        </w:rPr>
        <w:t xml:space="preserve">[03:32] </w:t>
      </w:r>
      <w:r>
        <w:t>to bohat ziyada options hamesha maujood rehte hain. agar bohat se options na hon, sirf ek hi option ho to phir insan ka test nahi liya ja sakta.</w:t>
      </w:r>
    </w:p>
    <w:p>
      <w:pPr>
        <w:jc w:val="right"/>
      </w:pPr>
      <w:r>
        <w:t>تو بہت زیادہ آپشنز ہمیشہ موجود رہتے ہیں۔ اگر بہت سے آپشنز نہ ہوں، صرف ایک ہی آپشن ہو تو پھر انسان کا ٹیسٹ نہیں لیا جا سکتا۔</w:t>
      </w:r>
    </w:p>
    <w:p>
      <w:r>
        <w:rPr>
          <w:b/>
        </w:rPr>
        <w:t xml:space="preserve">[03:47] </w:t>
      </w:r>
      <w:r>
        <w:t>jab yeh testing ground hai, jab yeh darul imtihan hai, to phir it is but natural ke yahan par har waqt aadmi ke samne kai options hon.</w:t>
      </w:r>
    </w:p>
    <w:p>
      <w:pPr>
        <w:jc w:val="right"/>
      </w:pPr>
      <w:r>
        <w:t>جب یہ ٹیسٹنگ گراؤنڈ ہے، جب یہ دارالامتحان ہے، تو پھر it is but natural کہ یہاں پر ہر وقت آدمی کے سامنے کئی آپشن ہوں۔</w:t>
      </w:r>
    </w:p>
    <w:p>
      <w:r>
        <w:rPr>
          <w:b/>
        </w:rPr>
        <w:t xml:space="preserve">[04:01] </w:t>
      </w:r>
      <w:r>
        <w:t>yahin par sabr ki zaroorat hoti hai. yani ek taraf aap ki khwahish kheench rahi hoti hai aap ko, aur doosri taraf principal ki baat hoti hai.</w:t>
      </w:r>
    </w:p>
    <w:p>
      <w:pPr>
        <w:jc w:val="right"/>
      </w:pPr>
      <w:r>
        <w:t>یہیں پر صبر کی ضرورت ہوتی ہے۔ یعنی ایک طرف آپ کی خواہش کھینچ رہی ہوتی ہے آپ کو، اور دوسری طرف پرنسپل کی بات ہوتی ہے۔</w:t>
      </w:r>
    </w:p>
    <w:p>
      <w:r>
        <w:rPr>
          <w:b/>
        </w:rPr>
        <w:t xml:space="preserve">[04:13] </w:t>
      </w:r>
      <w:r>
        <w:t>principal mein bazahir ghata dikhai deta hai, aur khwahish par chalne mein bazahir faida dikhai deta hai.</w:t>
      </w:r>
    </w:p>
    <w:p>
      <w:pPr>
        <w:jc w:val="right"/>
      </w:pPr>
      <w:r>
        <w:t>پرنسپل میں بظاہر گھاٹا دکھائی دیتا ہے، اور خواہش پر چلنے میں بظاہر فائدہ دکھائی دیتا ہے۔</w:t>
      </w:r>
    </w:p>
    <w:p>
      <w:r>
        <w:rPr>
          <w:b/>
        </w:rPr>
        <w:t xml:space="preserve">[04:22] </w:t>
      </w:r>
      <w:r>
        <w:t>to yahan sabr hai jo aap ki khwahish par rok lagaye ga.</w:t>
      </w:r>
    </w:p>
    <w:p>
      <w:pPr>
        <w:jc w:val="right"/>
      </w:pPr>
      <w:r>
        <w:t>تو یہاں صبر ہے جو آپ کی خواہش پر روک لگائے گا۔</w:t>
      </w:r>
    </w:p>
    <w:p>
      <w:r>
        <w:rPr>
          <w:b/>
        </w:rPr>
        <w:t xml:space="preserve">[04:28] </w:t>
      </w:r>
      <w:r>
        <w:t>isi liye quran mein dekhiye, sabr ka zikr bar bar aya hai. sare quran mein agar aap dekhen to sabr ka maada</w:t>
      </w:r>
    </w:p>
    <w:p>
      <w:pPr>
        <w:jc w:val="right"/>
      </w:pPr>
      <w:r>
        <w:t>اسی لیے قرآن میں دیکھیے، صبر کا ذکر بار بار آیا ہے۔ سارے قرآن میں اگر آپ دیکھیں تو صبر کا مادہ</w:t>
      </w:r>
    </w:p>
    <w:p>
      <w:r>
        <w:rPr>
          <w:b/>
        </w:rPr>
        <w:t xml:space="preserve">[04:41] </w:t>
      </w:r>
      <w:r>
        <w:t>125 bar istemal hua hai pure quran mein.</w:t>
      </w:r>
    </w:p>
    <w:p>
      <w:pPr>
        <w:jc w:val="right"/>
      </w:pPr>
      <w:r>
        <w:t>125 بار استعمال ہوا ہے پورے قرآن میں۔</w:t>
      </w:r>
    </w:p>
    <w:p>
      <w:r>
        <w:rPr>
          <w:b/>
        </w:rPr>
        <w:t xml:space="preserve">[04:48] </w:t>
      </w:r>
      <w:r>
        <w:t>quran mein kul suratein 114 hain, aur sabr ka maada quran mein 125 bar aya hai. aur jahan tak surah al baqarah ki baat hai to surah baqarah mein sabr ka maada 9 bar istemal hua hai.</w:t>
      </w:r>
    </w:p>
    <w:p>
      <w:pPr>
        <w:jc w:val="right"/>
      </w:pPr>
      <w:r>
        <w:t>قرآن میں کل سورتیں 114 ہیں، اور صبر کا مادہ قرآن میں 125 بار آیا ہے۔ اور جہاں تک سورہ البقرہ کی بات ہے تو سورہ بقرہ میں صبر کا مادہ 9 بار استعمال ہوا ہے۔</w:t>
      </w:r>
    </w:p>
    <w:p>
      <w:r>
        <w:rPr>
          <w:b/>
        </w:rPr>
        <w:t xml:space="preserve">[05:04] </w:t>
      </w:r>
      <w:r>
        <w:t>9 bar. to is se andaza hota hai ke sabr ki ahmiyat kitni ziyada hai.</w:t>
      </w:r>
    </w:p>
    <w:p>
      <w:pPr>
        <w:jc w:val="right"/>
      </w:pPr>
      <w:r>
        <w:t>9 بار۔ تو اس سے اندازہ ہوتا ہے کہ صبر کی اہمیت کتنی زیادہ ہے۔</w:t>
      </w:r>
    </w:p>
    <w:p>
      <w:r>
        <w:rPr>
          <w:b/>
        </w:rPr>
        <w:t xml:space="preserve">[05:13] </w:t>
      </w:r>
      <w:r>
        <w:t>to insan ko agarche asal maqsad hai ibadat, yani khuda ka khuda ko maan kar us ki tabedari karna, khuda ke hukumon par chalna, har cheez mein, har mamle mein, to poori zindagi ko god oriented zindagi banana yeh hai ibadat.</w:t>
      </w:r>
    </w:p>
    <w:p>
      <w:pPr>
        <w:jc w:val="right"/>
      </w:pPr>
      <w:r>
        <w:t>تو انسان کو اگرچہ اصل مقصد ہے عبادت، یعنی خدا کا خدا کو مان کر اس کی تابعداری کرنا، خدا کے حکموں پر چلنا، ہر چیز میں، ہر معاملے میں، تو پوری زندگی کو گاڈ اورینٹڈ زندگی بنانا یہ ہے عبادت۔</w:t>
      </w:r>
    </w:p>
    <w:p>
      <w:r>
        <w:rPr>
          <w:b/>
        </w:rPr>
        <w:t xml:space="preserve">[05:43] </w:t>
      </w:r>
      <w:r>
        <w:t>lekin jab ke is dunya ko banaya gaya hai darul imtihan ke liye, testing ground ke taur par, to is bina par yahan har waqt</w:t>
      </w:r>
    </w:p>
    <w:p>
      <w:pPr>
        <w:jc w:val="right"/>
      </w:pPr>
      <w:r>
        <w:t>لیکن جب کہ اس دنیا کو بنایا گیا ہے دارالامتحان کے لیے، ٹیسٹنگ گراؤنڈ کے طور پر، تو اس بنا پر یہاں ہر وقت</w:t>
      </w:r>
    </w:p>
    <w:p>
      <w:r>
        <w:rPr>
          <w:b/>
        </w:rPr>
        <w:t xml:space="preserve">[05:55] </w:t>
      </w:r>
      <w:r>
        <w:t>aise imkanat hain jo aadmi ko bhatkayen, jo aadmi ko rastay se hatayen. is mauqe par sabr ki zaroorat hai.</w:t>
      </w:r>
    </w:p>
    <w:p>
      <w:pPr>
        <w:jc w:val="right"/>
      </w:pPr>
      <w:r>
        <w:t>ایسے امکانات ہیں جو آدمی کو بھٹکائیں، جو آدمی کو راستے سے ہٹائیں۔ اس موقع پر صبر کی ضرورت ہے۔</w:t>
      </w:r>
    </w:p>
    <w:p>
      <w:r>
        <w:rPr>
          <w:b/>
        </w:rPr>
        <w:t xml:space="preserve">[06:05] </w:t>
      </w:r>
      <w:r>
        <w:t>sabr aadmi ko darkar hai apne interest ke muqable mein, apne satan ke behkawe ke muqable mein,</w:t>
      </w:r>
    </w:p>
    <w:p>
      <w:pPr>
        <w:jc w:val="right"/>
      </w:pPr>
      <w:r>
        <w:t>صبر آدمی کو درکار ہے اپنے انٹرسٹ کے مقابلے میں، اپنے سیٹن کے بہکاوے کے مقابلے میں،</w:t>
      </w:r>
    </w:p>
    <w:p>
      <w:r>
        <w:rPr>
          <w:b/>
        </w:rPr>
        <w:t xml:space="preserve">[06:20] </w:t>
      </w:r>
      <w:r>
        <w:t>apni khwahish ke muqable mein.</w:t>
      </w:r>
    </w:p>
    <w:p>
      <w:pPr>
        <w:jc w:val="right"/>
      </w:pPr>
      <w:r>
        <w:t>اپنی خواہش کے مقابلے میں۔</w:t>
      </w:r>
    </w:p>
    <w:p>
      <w:r>
        <w:rPr>
          <w:b/>
        </w:rPr>
        <w:t xml:space="preserve">[06:25] </w:t>
      </w:r>
      <w:r>
        <w:t>to sabr ke baghair aadmi apne aap ko sachai ke rastay par qaim nahi reh sakta.</w:t>
      </w:r>
    </w:p>
    <w:p>
      <w:pPr>
        <w:jc w:val="right"/>
      </w:pPr>
      <w:r>
        <w:t>تو صبر کے بغیر آدمی اپنے آپ کو سچائی کے راستے پر قائم نہیں رہ سکتا۔</w:t>
      </w:r>
    </w:p>
    <w:p>
      <w:r>
        <w:rPr>
          <w:b/>
        </w:rPr>
        <w:t xml:space="preserve">[06:33] </w:t>
      </w:r>
      <w:r>
        <w:t>bar bar woh bhag jaye ga, hat jaye ga, deviate kare ga. is wajah se asal maqsad agarche zindagi ka ibadat hai, lekin sabr ki baat quran mein itni ziyada bar is liye kahi gayi hai ke sabr nahi to ibadat bhi nahi.</w:t>
      </w:r>
    </w:p>
    <w:p>
      <w:pPr>
        <w:jc w:val="right"/>
      </w:pPr>
      <w:r>
        <w:t>بار بار وہ بھاگ جائے گا، ہٹ جائے گا، ڈیویٹ کرے گا۔ اس وجہ سے اصل مقصد اگرچہ زندگی کا عبادت ہے، لیکن صبر کی بات قرآن میں اتنی زیادہ بار اس لیے کہی گئی ہے کہ صبر نہیں تو عبادت بھی نہیں۔</w:t>
      </w:r>
    </w:p>
    <w:p>
      <w:r>
        <w:rPr>
          <w:b/>
        </w:rPr>
        <w:t xml:space="preserve">[06:55] </w:t>
      </w:r>
      <w:r>
        <w:t>jo aadmi sabr par tayyar na ho, woh khuda ka abid bhi nahi ban sakta.</w:t>
      </w:r>
    </w:p>
    <w:p>
      <w:pPr>
        <w:jc w:val="right"/>
      </w:pPr>
      <w:r>
        <w:t>جو آدمی صبر پر تیار نہ ہو، وہ خدا کا عابد بھی نہیں بن سکتا۔</w:t>
      </w:r>
    </w:p>
    <w:p>
      <w:r>
        <w:rPr>
          <w:b/>
        </w:rPr>
        <w:t xml:space="preserve">[07:02] </w:t>
      </w:r>
      <w:r>
        <w:t>yeh ahmiyat hai quran majeed mein sabr ki. isi liye surah baqarah mein 9 bar aur sare quran mein 125 bar sabr ka maada istemal hua hai.</w:t>
      </w:r>
    </w:p>
    <w:p>
      <w:pPr>
        <w:jc w:val="right"/>
      </w:pPr>
      <w:r>
        <w:t>یہ اہمیت ہے قرآن مجید میں صبر کی۔ اسی لیے سورہ بقرہ میں 9 بار اور سارے قرآن میں 125 بار صبر کا مادہ استعمال ہوا ہے۔</w:t>
      </w:r>
    </w:p>
    <w:p>
      <w:r>
        <w:rPr>
          <w:b/>
        </w:rPr>
        <w:t xml:space="preserve">[07:21] </w:t>
      </w:r>
      <w:r>
        <w:t>ab dekhiye surah baqarah ki ayat number 193. 193.</w:t>
      </w:r>
    </w:p>
    <w:p>
      <w:pPr>
        <w:jc w:val="right"/>
      </w:pPr>
      <w:r>
        <w:t>اب دیکھیے سورہ بقرہ کی آیت نمبر 193۔ 193۔</w:t>
      </w:r>
    </w:p>
    <w:p>
      <w:r>
        <w:rPr>
          <w:b/>
        </w:rPr>
        <w:t xml:space="preserve">[07:32] </w:t>
      </w:r>
      <w:r>
        <w:t>yeh hai qātilūhum ḥattā lā takūna fitnatun wa yakūna ad-dīnu kulluhu lillāh in se lado yahan tak ke fitna baqi na rahe aur deen sab Allah ka ho jaye.</w:t>
      </w:r>
    </w:p>
    <w:p>
      <w:pPr>
        <w:jc w:val="right"/>
      </w:pPr>
      <w:r>
        <w:t>یہ ہے قَاتِلُوهُمْ حَتَّىٰ لَا تَكُونَ فِتْنَةٌ وَيَكُونَ الدِّينُ كُلُّهُ لِلَّهِ ان سے لڑو یہاں تک کہ فتنہ باقی نہ رہے اور دین سب اللہ کا ہو جائے۔</w:t>
      </w:r>
    </w:p>
    <w:p>
      <w:r>
        <w:rPr>
          <w:b/>
        </w:rPr>
        <w:t xml:space="preserve">[07:52] </w:t>
      </w:r>
      <w:r>
        <w:t>yeh ayat hai. is ayat ka matlab yeh nahi ke sari zindagi ladte raho.</w:t>
      </w:r>
    </w:p>
    <w:p>
      <w:pPr>
        <w:jc w:val="right"/>
      </w:pPr>
      <w:r>
        <w:t>یہ آیت ہے۔ اس آیت کا مطلب یہ نہیں کہ ساری زندگی لڑتے رہو۔</w:t>
      </w:r>
    </w:p>
    <w:p>
      <w:r>
        <w:rPr>
          <w:b/>
        </w:rPr>
        <w:t xml:space="preserve">[08:01] </w:t>
      </w:r>
      <w:r>
        <w:t>ladai islam ka koi, islam ki taleemat ka koi musbat hissa nahi hai. jaise ke namaz, roza, hajj, zakat yeh islam ke musbat hisse hain ya ejabi hisse hain.</w:t>
      </w:r>
    </w:p>
    <w:p>
      <w:pPr>
        <w:jc w:val="right"/>
      </w:pPr>
      <w:r>
        <w:t>لڑائی اسلام کا کوئی، اسلام کی تعلیمات کا کوئی مثبت حصہ نہیں ہے۔ جیسے کہ نماز، روزہ، حج، زکوٰۃ یہ اسلام کے مثبت حصے ہیں یا ايجابی حصے ہیں۔</w:t>
      </w:r>
    </w:p>
    <w:p>
      <w:r>
        <w:rPr>
          <w:b/>
        </w:rPr>
        <w:t xml:space="preserve">[08:20] </w:t>
      </w:r>
      <w:r>
        <w:t>to larai ka matlab yeh nahi hai.</w:t>
      </w:r>
    </w:p>
    <w:p>
      <w:pPr>
        <w:jc w:val="right"/>
      </w:pPr>
      <w:r>
        <w:t>تو لڑائی کا مطلب یہ نہیں ہے۔</w:t>
      </w:r>
    </w:p>
    <w:p>
      <w:r>
        <w:rPr>
          <w:b/>
        </w:rPr>
        <w:t xml:space="preserve">[08:23] </w:t>
      </w:r>
      <w:r>
        <w:t>larai hai yani qital kisi aur maqsad ki bina par hai. is ko kaha jata hai ke fuqaha kehte hain ke qital husn lidhata hi nahi hai balkay husn li ghayrihi hai.</w:t>
      </w:r>
    </w:p>
    <w:p>
      <w:pPr>
        <w:jc w:val="right"/>
      </w:pPr>
      <w:r>
        <w:t>لڑائی ہے یعنی قتال کسی اور مقصد کی بنا پر ہے۔ اس کو کہا جاتا ہے کہ فقہاء کہتے ہیں کہ قتال حسن لذاتہ ہی نہیں ہے بلکہ حسن لغیرہی ہے۔</w:t>
      </w:r>
    </w:p>
    <w:p>
      <w:r>
        <w:rPr>
          <w:b/>
        </w:rPr>
        <w:t xml:space="preserve">[08:44] </w:t>
      </w:r>
      <w:r>
        <w:t>islam mein qital husn lidhata hi nahi hai balkay husn</w:t>
      </w:r>
    </w:p>
    <w:p>
      <w:pPr>
        <w:jc w:val="right"/>
      </w:pPr>
      <w:r>
        <w:t>اسلام میں قتال حسن لذاتہ ہی نہیں ہے بلکہ حسن</w:t>
      </w:r>
    </w:p>
    <w:p>
      <w:r>
        <w:rPr>
          <w:b/>
        </w:rPr>
        <w:t xml:space="preserve">[08:50] </w:t>
      </w:r>
      <w:r>
        <w:t>li ghayrihi hai. yani qital fads kaaf qital nahi hai islam mein balkay qital fads kaaf sam</w:t>
      </w:r>
    </w:p>
    <w:p>
      <w:pPr>
        <w:jc w:val="right"/>
      </w:pPr>
      <w:r>
        <w:t>لغیرہی ہے۔ یعنی قتال فدس کاف قتال نہیں ہے اسلام میں بلکہ قتال فدس کاف سم</w:t>
      </w:r>
    </w:p>
    <w:p>
      <w:r>
        <w:rPr>
          <w:b/>
        </w:rPr>
        <w:t xml:space="preserve">[09:02] </w:t>
      </w:r>
      <w:r>
        <w:t>noble purpose, some other purpose. woh kya hai? is zamane mein sari dunya mein fitna tha. fitna ka matlab hai religious persecution yani mazhabi jabr.</w:t>
      </w:r>
    </w:p>
    <w:p>
      <w:pPr>
        <w:jc w:val="right"/>
      </w:pPr>
      <w:r>
        <w:t>نوبل پرپز، سم ادر پرپز۔ وہ کیا ہے؟ اس زمانے میں ساری دنیا میں فتنہ تھا۔ فتنہ کا مطلب ہے ریلیجس پرسیکیوشن یعنی مذہبی جبر۔</w:t>
      </w:r>
    </w:p>
    <w:p>
      <w:r>
        <w:rPr>
          <w:b/>
        </w:rPr>
        <w:t xml:space="preserve">[09:17] </w:t>
      </w:r>
      <w:r>
        <w:t>is zamane mein kingship thi. sari dunya mein king log rule kiya karte thay. to king log sarparasti karte thay kisi aik mazhab ki.</w:t>
      </w:r>
    </w:p>
    <w:p>
      <w:pPr>
        <w:jc w:val="right"/>
      </w:pPr>
      <w:r>
        <w:t>اس زمانے میں کنگ شپ تھی۔ ساری دنیا میں کنگ لوگ رول کیا کرتے تھے۔ تو کنگ لوگ سرپرستی کرتے تھے کسی ایک مذہب کی۔</w:t>
      </w:r>
    </w:p>
    <w:p>
      <w:r>
        <w:rPr>
          <w:b/>
        </w:rPr>
        <w:t xml:space="preserve">[09:31] </w:t>
      </w:r>
      <w:r>
        <w:t>woh chahte thay ke sare log aik hi mazhab ko manain. isi liye pehle kaha jata tha al nas awladu din mulukihim log hotay hain apne badshah ke mazhab par.</w:t>
      </w:r>
    </w:p>
    <w:p>
      <w:pPr>
        <w:jc w:val="right"/>
      </w:pPr>
      <w:r>
        <w:t>وہ چاہتے تھے کہ سارے لوگ ایک ہی مذہب کو مانیں۔ اسی لیے پہلے کہا جاتا تھا الناس أولادين ملوکهم لوگ ہوتے ہیں اپنے بادشاہ کے مذہب پر۔</w:t>
      </w:r>
    </w:p>
    <w:p>
      <w:r>
        <w:rPr>
          <w:b/>
        </w:rPr>
        <w:t xml:space="preserve">[09:46] </w:t>
      </w:r>
      <w:r>
        <w:t>to badshahi zamane mein badshahon ka yani king ka yeh khayal hota tha ke agar sab ka mazhab wohi ho jo badshah ka mazhab hai to log badshah ke loyal banay rahengay, wafadar banay rahengay.</w:t>
      </w:r>
    </w:p>
    <w:p>
      <w:pPr>
        <w:jc w:val="right"/>
      </w:pPr>
      <w:r>
        <w:t>تو بادشاہی زمانے میں بادشاہوں کا یعنی کنگ کا یہ خیال ہوتا تھا کہ اگر سب کا مذہب وہی ہو جو بادشاہ کا مذہب ہے تو لوگ بادشاہ کے لائل بنے رہیں گے، وفادار بنے رہیں گے۔</w:t>
      </w:r>
    </w:p>
    <w:p>
      <w:r>
        <w:rPr>
          <w:b/>
        </w:rPr>
        <w:t xml:space="preserve">[10:04] </w:t>
      </w:r>
      <w:r>
        <w:t>to apni wafadari ko qaim rakhnay ke liye, logon ko apna loyal bana rakhnay ke liye, woh kisi aur mazhab ki ijazat nahi detay thay.</w:t>
      </w:r>
    </w:p>
    <w:p>
      <w:pPr>
        <w:jc w:val="right"/>
      </w:pPr>
      <w:r>
        <w:t>تو اپنی وفاداری کو قائم رکھنے کے لیے، لوگوں کو اپنا لائل بنا رکھنے کے لیے، وہ کسی اور مذہب کی اجازت نہیں دیتے تھے۔</w:t>
      </w:r>
    </w:p>
    <w:p>
      <w:r>
        <w:rPr>
          <w:b/>
        </w:rPr>
        <w:t xml:space="preserve">[10:17] </w:t>
      </w:r>
      <w:r>
        <w:t>kisi aur mazhab ki baat agar koi kare to us ko martay thay, peetay thay, us ko us ko qatal kar detay thay, us ko jail mein band kar detay thay.</w:t>
      </w:r>
    </w:p>
    <w:p>
      <w:pPr>
        <w:jc w:val="right"/>
      </w:pPr>
      <w:r>
        <w:t>کسی اور مذہب کی بات اگر کوئی کرے تو اس کو مارتے تھے، پیٹتے تھے، اس کو اس کو قتل کر دیتے تھے، اس کو جیل میں بند کر دیتے تھے۔</w:t>
      </w:r>
    </w:p>
    <w:p>
      <w:r>
        <w:rPr>
          <w:b/>
        </w:rPr>
        <w:t xml:space="preserve">[10:27] </w:t>
      </w:r>
      <w:r>
        <w:t>yeh tha fitna. fitna ka matlab hai religious persecution, mazhabi jabr. to islam to yahan kaha gaya hai ke in se larho yahan tak ke fitna baqi na rahe.</w:t>
      </w:r>
    </w:p>
    <w:p>
      <w:pPr>
        <w:jc w:val="right"/>
      </w:pPr>
      <w:r>
        <w:t>یہ تھا فتنہ۔ فتنہ کا مطلب ہے ریلیجس پرسیکیوشن، مذہبی جبر۔ تو اسلام تو یہاں کہا گیا ہے کہ ان سے لڑو یہاں تک کہ فتنہ باقی نہ رہے۔</w:t>
      </w:r>
    </w:p>
    <w:p>
      <w:r>
        <w:rPr>
          <w:b/>
        </w:rPr>
        <w:t xml:space="preserve">[10:46] </w:t>
      </w:r>
      <w:r>
        <w:t>yani religious persecution baqi na rahe. dekhiye aik baat samajh lijiye ke religious persecution jo hai woh khuda ki scheme of thinking ke khilaf hai.</w:t>
      </w:r>
    </w:p>
    <w:p>
      <w:pPr>
        <w:jc w:val="right"/>
      </w:pPr>
      <w:r>
        <w:t>یعنی ریلیجس پرسیکیوشن باقی نہ رہے۔ دیکھیے ایک بات سمجھ لیجیے کہ ریلیجس پرسیکیوشن جو ہے وہ خدا کی اسکیم آف تھنک کے خلاف ہے۔</w:t>
      </w:r>
    </w:p>
    <w:p>
      <w:r>
        <w:rPr>
          <w:b/>
        </w:rPr>
        <w:t xml:space="preserve">[11:01] </w:t>
      </w:r>
      <w:r>
        <w:t>woh khuda ke creation plan ke khilaf hai. kyun? khuda ne dunya ko banaya hai test ke liye.</w:t>
      </w:r>
    </w:p>
    <w:p>
      <w:pPr>
        <w:jc w:val="right"/>
      </w:pPr>
      <w:r>
        <w:t>وہ خدا کے کریشن پلان کے خلاف ہے۔ کیوں؟ خدا نے دنیا کو بنایا ہے ٹیسٹ کے لیے۔</w:t>
      </w:r>
    </w:p>
    <w:p>
      <w:r>
        <w:rPr>
          <w:b/>
        </w:rPr>
        <w:t xml:space="preserve">[11:15] </w:t>
      </w:r>
      <w:r>
        <w:t>test kab hoga? jab mukhtalif options honge. kai option na hon to phir test kahan raha?</w:t>
      </w:r>
    </w:p>
    <w:p>
      <w:pPr>
        <w:jc w:val="right"/>
      </w:pPr>
      <w:r>
        <w:t>ٹیسٹ کب ہوگا؟ جب مختلف آپشنز ہوں گے۔ کئی آپشن نہ ہوں تو پھر ٹیسٹ کہاں رہا؟</w:t>
      </w:r>
    </w:p>
    <w:p>
      <w:r>
        <w:rPr>
          <w:b/>
        </w:rPr>
        <w:t xml:space="preserve">[11:26] </w:t>
      </w:r>
      <w:r>
        <w:t>to religious persecution jo hai options ko khatam kar deta hai. tum ko aik hi mazhab ko manna hai. doosre mazhab ko manoge to tum ko maray kaatengay.</w:t>
      </w:r>
    </w:p>
    <w:p>
      <w:pPr>
        <w:jc w:val="right"/>
      </w:pPr>
      <w:r>
        <w:t>تو ریلیجس پرسیکیوشن جو ہے آپشنز کو ختم کر دیتا ہے۔ تم کو ایک ہی مذہب کو ماننا ہے۔ دوسرے مذہب کو مانو گے تو تم کو مارے کاٹیں گے۔</w:t>
      </w:r>
    </w:p>
    <w:p>
      <w:r>
        <w:rPr>
          <w:b/>
        </w:rPr>
        <w:t xml:space="preserve">[11:39] </w:t>
      </w:r>
      <w:r>
        <w:t>isi liye quran mein kaha gaya hai ke la ikraha fid deen</w:t>
      </w:r>
    </w:p>
    <w:p>
      <w:pPr>
        <w:jc w:val="right"/>
      </w:pPr>
      <w:r>
        <w:t>اسی لیے قرآن میں کہا گیا ہے کہ لا إكراه في الدين</w:t>
      </w:r>
    </w:p>
    <w:p>
      <w:r>
        <w:rPr>
          <w:b/>
        </w:rPr>
        <w:t xml:space="preserve">[11:43] </w:t>
      </w:r>
      <w:r>
        <w:t>mazhab ke mamle mein koi zabardasti nahi hai. jab options khulay hue hon tabhi to yeh yeh jana ja sakta hai ke insan ne apne choice se, apni azadi se, apni azad marzi se us ne khuda ke agay surrender kiya ya nahi kiya.</w:t>
      </w:r>
    </w:p>
    <w:p>
      <w:pPr>
        <w:jc w:val="right"/>
      </w:pPr>
      <w:r>
        <w:t>مذہب کے معاملے میں کوئی زبردستی نہیں ہے۔ جب آپشنز کھلے ہوئے ہوں تبھی تو یہ یہ جانا جا سکتا ہے کہ انسان نے اپنے چوائس سے، اپنی آزادی سے، اپنی آزاد مرضی سے اس نے خدا کے آگے سرینڈر کیا یا نہیں کیا۔</w:t>
      </w:r>
    </w:p>
    <w:p>
      <w:r>
        <w:rPr>
          <w:b/>
        </w:rPr>
        <w:t xml:space="preserve">[12:02] </w:t>
      </w:r>
      <w:r>
        <w:t>to yeh to khuda ki scheme of thinking jo hai us mein ain us mein shamil hai ke logon ko mazhabi azadi ho.</w:t>
      </w:r>
    </w:p>
    <w:p>
      <w:pPr>
        <w:jc w:val="right"/>
      </w:pPr>
      <w:r>
        <w:t>تو یہ تو خدا کی اسکیم آف تھنک جو ہے اس میں عین اس میں شامل ہے کہ لوگوں کو مذہبی آزادی ہو۔</w:t>
      </w:r>
    </w:p>
    <w:p>
      <w:r>
        <w:rPr>
          <w:b/>
        </w:rPr>
        <w:t xml:space="preserve">[12:13] </w:t>
      </w:r>
      <w:r>
        <w:t>logon ko options khulay hue hon logon ke liye. to badshah logon ne yeh kiya tha ke options ko khatam kar diya tha.</w:t>
      </w:r>
    </w:p>
    <w:p>
      <w:pPr>
        <w:jc w:val="right"/>
      </w:pPr>
      <w:r>
        <w:t>لوگوں کو آپشنز کھلے ہوئے ہوں لوگوں کے لیے۔ تو بادشاہ لوگوں نے یہ کیا تھا کہ آپشنز کو ختم کر دیا تھا۔</w:t>
      </w:r>
    </w:p>
    <w:p>
      <w:r>
        <w:rPr>
          <w:b/>
        </w:rPr>
        <w:t xml:space="preserve">[12:23] </w:t>
      </w:r>
      <w:r>
        <w:t>sare logon par yeh, sare logon ko majboor karte thay ke aik hi mazhab koi nahi, badshah ka mazhab, yani state religion jo hai, state religion ko manain.</w:t>
      </w:r>
    </w:p>
    <w:p>
      <w:pPr>
        <w:jc w:val="right"/>
      </w:pPr>
      <w:r>
        <w:t>سارے لوگوں پر یہ، سارے لوگوں کو مجبور کرتے تھے کہ ایک ہی مذہب کوئی نہیں، بادشاہ کا مذہب، یعنی اسٹیٹ ریلیجن جو ہے، اسٹیٹ ریلیجن کو مانیں۔</w:t>
      </w:r>
    </w:p>
    <w:p>
      <w:r>
        <w:rPr>
          <w:b/>
        </w:rPr>
        <w:t xml:space="preserve">[12:35] </w:t>
      </w:r>
      <w:r>
        <w:t>kisi aur mazhab ke liye option hi nahi tha. yeh baat thi khuda ki scheme</w:t>
      </w:r>
    </w:p>
    <w:p>
      <w:pPr>
        <w:jc w:val="right"/>
      </w:pPr>
      <w:r>
        <w:t>کسی اور مذہب کے لیے آپشن ہی نہیں تھا۔ یہ بات تھی خدا کی اسکیم</w:t>
      </w:r>
    </w:p>
    <w:p>
      <w:r>
        <w:rPr>
          <w:b/>
        </w:rPr>
        <w:t xml:space="preserve">[12:42] </w:t>
      </w:r>
      <w:r>
        <w:t>of thinking ke khilaf. jab bhi dunya mein yaad rakhiye aisa hoga to khuda us ko chalnay nahi dega. mojooda zamane mein hum ne dekha hai ke apne ke aik baray raqbay mein communism ka</w:t>
      </w:r>
    </w:p>
    <w:p>
      <w:pPr>
        <w:jc w:val="right"/>
      </w:pPr>
      <w:r>
        <w:t>آف تھنک کے خلاف۔ جب بھی دنیا میں یاد رکھیے ایسا ہوگا تو خدا اس کو چلنے نہیں دے گا۔ موجودہ زمانے میں ہم نے دیکھا ہے کہ اپنے کہ ایک بڑے رقبے میں کمیونزم کا</w:t>
      </w:r>
    </w:p>
    <w:p>
      <w:r>
        <w:rPr>
          <w:b/>
        </w:rPr>
        <w:t xml:space="preserve">[13:00] </w:t>
      </w:r>
      <w:r>
        <w:t>rule qaim hua, communist empire jo kehte thay soviet union, wahan par unhon ne kya kiya tha?</w:t>
      </w:r>
    </w:p>
    <w:p>
      <w:pPr>
        <w:jc w:val="right"/>
      </w:pPr>
      <w:r>
        <w:t>رول قائم ہوا، کمیونسٹ ایمپائر جو کہتے تھے سوویت یونین، وہاں پر انہوں نے کیا کیا تھا؟</w:t>
      </w:r>
    </w:p>
    <w:p>
      <w:r>
        <w:rPr>
          <w:b/>
        </w:rPr>
        <w:t xml:space="preserve">[13:10] </w:t>
      </w:r>
      <w:r>
        <w:t>mazhab ke option ko khatam kar diya tha. mazhab ke option ko khatam kar diya tha. mazhab par aap kitab nahi likh sakte, mazhab par aap discussion nahi kar sakte,</w:t>
      </w:r>
    </w:p>
    <w:p>
      <w:pPr>
        <w:jc w:val="right"/>
      </w:pPr>
      <w:r>
        <w:t>مذہب کے آپشن کو ختم کر دیا تھا۔ مذہب کے آپشن کو ختم کر دیا تھا۔ مذہب پر آپ کتاب نہیں لکھ سکتے، مذہب پر آپ ڈسکشن نہیں کر سکتے،</w:t>
      </w:r>
    </w:p>
    <w:p>
      <w:r>
        <w:rPr>
          <w:b/>
        </w:rPr>
        <w:t xml:space="preserve">[13:23] </w:t>
      </w:r>
      <w:r>
        <w:t>mazhab par aap bol nahi sakte, mazhab par aap summary nahi kar sakte. to mazhab ka option khatam kar diya tha unhon ne.</w:t>
      </w:r>
    </w:p>
    <w:p>
      <w:pPr>
        <w:jc w:val="right"/>
      </w:pPr>
      <w:r>
        <w:t>مذہب پر آپ بول نہیں سکتے، مذہب پر آپ سمریار نہیں کر سکتے۔ تو مذہب کا آپشن ختم کر دیا تھا انہوں نے۔</w:t>
      </w:r>
    </w:p>
    <w:p>
      <w:r>
        <w:rPr>
          <w:b/>
        </w:rPr>
        <w:t xml:space="preserve">[13:36] </w:t>
      </w:r>
      <w:r>
        <w:t>yeh khuda ki scheme ke khilaaf tha, khuda ke creation plan ke khilaaf tha. jo aaj aap jante hain ke itna bara Soviet Union jo ek zamane mein super power mana jata tha, super power,</w:t>
      </w:r>
    </w:p>
    <w:p>
      <w:pPr>
        <w:jc w:val="right"/>
      </w:pPr>
      <w:r>
        <w:t>یہ خدا کی اسکیم کے خلاف تھا، خدا کے کریشن پلان کے خلاف تھا۔ جو آج آپ جانتے ہیں کہ اتنا بڑا سوویت یونین جو ایک زمانے میں سپر پاور مانا جاتا تھا، سپر پاور،</w:t>
      </w:r>
    </w:p>
    <w:p>
      <w:r>
        <w:rPr>
          <w:b/>
        </w:rPr>
        <w:t xml:space="preserve">[13:53] </w:t>
      </w:r>
      <w:r>
        <w:t>wo taash ke patte ki tarah theher gaya.</w:t>
      </w:r>
    </w:p>
    <w:p>
      <w:pPr>
        <w:jc w:val="right"/>
      </w:pPr>
      <w:r>
        <w:t>وہ تاش کے پتے کی طرح ٹھہر گیا۔</w:t>
      </w:r>
    </w:p>
    <w:p>
      <w:r>
        <w:rPr>
          <w:b/>
        </w:rPr>
        <w:t xml:space="preserve">[13:58] </w:t>
      </w:r>
      <w:r>
        <w:t>achanak khatm ho gaya kyunke wo khuda ki scheme ke khilaaf tha.</w:t>
      </w:r>
    </w:p>
    <w:p>
      <w:pPr>
        <w:jc w:val="right"/>
      </w:pPr>
      <w:r>
        <w:t>اچانک ختم ہو گیا کیونکہ وہ خدا کی اسکیم کے خلاف تھا۔</w:t>
      </w:r>
    </w:p>
    <w:p>
      <w:r>
        <w:rPr>
          <w:b/>
        </w:rPr>
        <w:t xml:space="preserve">[14:03] </w:t>
      </w:r>
      <w:r>
        <w:t>isko khuda ka sanction nahi hasil nahi tha. is se pehle king log jo the, kingship jo hua karti thi, usne bhi mazhab ke option ko khatm kar diya tha.</w:t>
      </w:r>
    </w:p>
    <w:p>
      <w:pPr>
        <w:jc w:val="right"/>
      </w:pPr>
      <w:r>
        <w:t>اس کو خدا کا سینکشن نہیں حاصل نہیں تھا۔ اس سے پہلے کنگ لوگ جو تھے، کنگ شپ جو ہوا کرتی تھی، اس نے بھی مذہب کے آپشن کو ختم کر دیا تھا۔</w:t>
      </w:r>
    </w:p>
    <w:p>
      <w:r>
        <w:rPr>
          <w:b/>
        </w:rPr>
        <w:t xml:space="preserve">[14:15] </w:t>
      </w:r>
      <w:r>
        <w:t>jis tarah communist empire mein khatm kiya gaya to communist empire ko bhi khuda ne khatm kar diya. aise hi kingship ko bhi khuda ne khatm kar diya taake azaadi baqi rahe.</w:t>
      </w:r>
    </w:p>
    <w:p>
      <w:pPr>
        <w:jc w:val="right"/>
      </w:pPr>
      <w:r>
        <w:t>جس طرح کمیونسٹ ایمپائر میں ختم کیا گیا تو کمیونسٹ ایمپائر کو بھی خدا نے ختم کر دیا۔ ایسے ہی کنگ شپ کو بھی خدا نے ختم کر دیا تاکہ آزادی باقی رہے۔</w:t>
      </w:r>
    </w:p>
    <w:p>
      <w:r>
        <w:rPr>
          <w:b/>
        </w:rPr>
        <w:t xml:space="preserve">[14:26] </w:t>
      </w:r>
      <w:r>
        <w:t>wa yakunud deenu kulluhu</w:t>
      </w:r>
    </w:p>
    <w:p>
      <w:pPr>
        <w:jc w:val="right"/>
      </w:pPr>
      <w:r>
        <w:t>وَيَكُونُ الدِّينُ كُلُّهُ</w:t>
      </w:r>
    </w:p>
    <w:p>
      <w:r>
        <w:rPr>
          <w:b/>
        </w:rPr>
        <w:t xml:space="preserve">[14:28] </w:t>
      </w:r>
      <w:r>
        <w:t>lillahi azaadi rahe logon ko ke wo chahein is is mazhab ko maanein, is mazhab ko maanein, yahan tak ke inkaar ki bhi azaadi ho.</w:t>
      </w:r>
    </w:p>
    <w:p>
      <w:pPr>
        <w:jc w:val="right"/>
      </w:pPr>
      <w:r>
        <w:t>لِلَّهِ آزادی رہے لوگوں کو کہ وہ چاہیں اس اس مذہب کو مانیں، اس مذہب کو مانیں، یہاں تک کہ انکار کی بھی آزادی ہو۔</w:t>
      </w:r>
    </w:p>
    <w:p>
      <w:r>
        <w:rPr>
          <w:b/>
        </w:rPr>
        <w:t xml:space="preserve">[14:38] </w:t>
      </w:r>
      <w:r>
        <w:t>yaani iqraar ki azaadi, inkaar ki azaadi, maanne ki azaadi, na maanne ki azaadi, dono ke dono baqi rahe.</w:t>
      </w:r>
    </w:p>
    <w:p>
      <w:pPr>
        <w:jc w:val="right"/>
      </w:pPr>
      <w:r>
        <w:t>یعنی اقرار کی آزادی، انکار کی آزادی، ماننے کی آزادی، نہ ماننے کی آزادی، دونوں کے دونوں باقی رہے۔</w:t>
      </w:r>
    </w:p>
    <w:p>
      <w:r>
        <w:rPr>
          <w:b/>
        </w:rPr>
        <w:t xml:space="preserve">[14:49] </w:t>
      </w:r>
      <w:r>
        <w:t>to yeh khuda ki scheme ka maamla hai. yeh koi Muslim rule qaim karne ka maamla nahi hai.</w:t>
      </w:r>
    </w:p>
    <w:p>
      <w:pPr>
        <w:jc w:val="right"/>
      </w:pPr>
      <w:r>
        <w:t>تو یہ خدا کی اسکیم کا معاملہ ہے۔ یہ کوئی مسلم رول قائم کرنے کا معاملہ نہیں ہے۔</w:t>
      </w:r>
    </w:p>
    <w:p>
      <w:r>
        <w:rPr>
          <w:b/>
        </w:rPr>
        <w:t xml:space="preserve">[14:56] </w:t>
      </w:r>
      <w:r>
        <w:t>yeh jo farmaya ke qaatiloohum hatta la takuna fitnatun wa yakunud deenu kulluhu lillahi is ka matlab hai nahi ke Muslim rule qaim karo. is ka Muslim rule se koi taalluq nahi hai.</w:t>
      </w:r>
    </w:p>
    <w:p>
      <w:pPr>
        <w:jc w:val="right"/>
      </w:pPr>
      <w:r>
        <w:t>یہ جو فرمایا کہ قَاتِلُوهُمْ حَتَّىٰ لَا تَكُونَ فِتْنَةٌ وَيَكُونَ الدِّينُ كُلُّهُ لِلَّهِ اس کا مطلب ہے نہیں کہ مسلم رول قائم کرو۔ اس کا مسلم رول سے کوئی تعلق نہیں ہے۔</w:t>
      </w:r>
    </w:p>
    <w:p>
      <w:r>
        <w:rPr>
          <w:b/>
        </w:rPr>
        <w:t xml:space="preserve">[15:07] </w:t>
      </w:r>
      <w:r>
        <w:t>khilafat se koi taalluq nahi hai. Muslim khilafat, Muslim rule, Muslim saltanat, Muslim empire, is se is aayat ka koi taalluq nahi hai.</w:t>
      </w:r>
    </w:p>
    <w:p>
      <w:pPr>
        <w:jc w:val="right"/>
      </w:pPr>
      <w:r>
        <w:t>خلافت سے کوئی تعلق نہیں ہے۔ مسلم خلافت، مسلم رول، مسلم سلطنت، مسلم ایمپائر، اس سے اس آیت کا کوئی تعلق نہیں ہے۔</w:t>
      </w:r>
    </w:p>
    <w:p>
      <w:r>
        <w:rPr>
          <w:b/>
        </w:rPr>
        <w:t xml:space="preserve">[15:20] </w:t>
      </w:r>
      <w:r>
        <w:t>yeh aayat jo hai khuda ki, khuda ke is is aayat ka taalluq khuda ke creation plan se hai.</w:t>
      </w:r>
    </w:p>
    <w:p>
      <w:pPr>
        <w:jc w:val="right"/>
      </w:pPr>
      <w:r>
        <w:t>یہ آیت جو ہے خدا کی، خدا کے اس اس آیت کا تعلق خدا کے کریشن پلان سے ہے۔</w:t>
      </w:r>
    </w:p>
    <w:p>
      <w:r>
        <w:rPr>
          <w:b/>
        </w:rPr>
        <w:t xml:space="preserve">[15:30] </w:t>
      </w:r>
      <w:r>
        <w:t>is aayat ka taalluq khuda ke creation plan se hai. jab</w:t>
      </w:r>
    </w:p>
    <w:p>
      <w:pPr>
        <w:jc w:val="right"/>
      </w:pPr>
      <w:r>
        <w:t>اس آیت کا تعلق خدا کے کریشن پلان سے ہے۔ جب</w:t>
      </w:r>
    </w:p>
    <w:p>
      <w:r>
        <w:rPr>
          <w:b/>
        </w:rPr>
        <w:t xml:space="preserve">[15:35] </w:t>
      </w:r>
      <w:r>
        <w:t>bhi insaan aisa karega ke duniya mein jabar layega aur options khatm kar dega to khuda us ko tod dega.</w:t>
      </w:r>
    </w:p>
    <w:p>
      <w:pPr>
        <w:jc w:val="right"/>
      </w:pPr>
      <w:r>
        <w:t>بھی انسان ایسا کرے گا کہ دنیا میں جبر لائے گا اور آپشنز ختم کر دے گا تو خدا اس کو توڑ دے گا۔</w:t>
      </w:r>
    </w:p>
    <w:p>
      <w:r>
        <w:rPr>
          <w:b/>
        </w:rPr>
        <w:t xml:space="preserve">[15:50] </w:t>
      </w:r>
      <w:r>
        <w:t>khuda us ko tod dega kyunke phir yeh duniya ko khuda ka ne banaya jo hai, duniya jis maslehat ke tehat wahi khatm ho jati hai.</w:t>
      </w:r>
    </w:p>
    <w:p>
      <w:pPr>
        <w:jc w:val="right"/>
      </w:pPr>
      <w:r>
        <w:t>خدا اس کو توڑ دے گا کیونکہ پھر یہ دنیا کو خدا کا نے بنایا جو ہے، دنیا جس مصلحت کے تحت وہی ختم ہو جاتی ہے۔</w:t>
      </w:r>
    </w:p>
    <w:p>
      <w:r>
        <w:rPr>
          <w:b/>
        </w:rPr>
        <w:t xml:space="preserve">[16:03] </w:t>
      </w:r>
      <w:r>
        <w:t>yeh duniya banai gayi hai is liye taake insaan ka test liya jaye</w:t>
      </w:r>
    </w:p>
    <w:p>
      <w:pPr>
        <w:jc w:val="right"/>
      </w:pPr>
      <w:r>
        <w:t>یہ دنیا بنائی گئی ہے اس لیے تاکہ انسان کا ٹیسٹ لیا جائے</w:t>
      </w:r>
    </w:p>
    <w:p>
      <w:r>
        <w:rPr>
          <w:b/>
        </w:rPr>
        <w:t xml:space="preserve">[16:10] </w:t>
      </w:r>
      <w:r>
        <w:t>jis ko ibtila kaha gaya hai Quran majeed mein. ibtila yaani insaan ko aazma kar yeh dekhna ke kaun</w:t>
      </w:r>
    </w:p>
    <w:p>
      <w:pPr>
        <w:jc w:val="right"/>
      </w:pPr>
      <w:r>
        <w:t>جس کو ابتلا کہا گیا ہے قرآن مجید میں۔ ابتلا یعنی انسان کو آزما کر یہ دیکھنا کہ کون</w:t>
      </w:r>
    </w:p>
    <w:p>
      <w:r>
        <w:rPr>
          <w:b/>
        </w:rPr>
        <w:t xml:space="preserve">[16:23] </w:t>
      </w:r>
      <w:r>
        <w:t>apni azaadi ko misuse karta hai aur kaun apni azaadi ko theek theek istemal karta hai.</w:t>
      </w:r>
    </w:p>
    <w:p>
      <w:pPr>
        <w:jc w:val="right"/>
      </w:pPr>
      <w:r>
        <w:t>اپنی آزادی کو مس یوز کرتا ہے اور کون اپنی آزادی کو ٹھیک ٹھیک استعمال کرتا ہے۔</w:t>
      </w:r>
    </w:p>
    <w:p>
      <w:r>
        <w:rPr>
          <w:b/>
        </w:rPr>
        <w:t xml:space="preserve">[16:33] </w:t>
      </w:r>
      <w:r>
        <w:t>khalaqal mauta wal hayata liyabluwakum ayyukum ahsanu amalan to jab options khule hue hon tabhi to aazmaya jayega.</w:t>
      </w:r>
    </w:p>
    <w:p>
      <w:pPr>
        <w:jc w:val="right"/>
      </w:pPr>
      <w:r>
        <w:t>خَلَقَ الْمَوْتَ وَالْحَيَاةَ لِيَبْلُوْكُمْ أَيَّكُمْ أَحْسَنُ عَمَلًا تو جب آپشنز کھلے ہوئے ہوں تبھی تو آزمایا جائے گا۔</w:t>
      </w:r>
    </w:p>
    <w:p>
      <w:r>
        <w:rPr>
          <w:b/>
        </w:rPr>
        <w:t xml:space="preserve">[16:46] </w:t>
      </w:r>
      <w:r>
        <w:t>to mazhabi jabar ya religious persecution yeh options ko khatm kar deta hai.</w:t>
      </w:r>
    </w:p>
    <w:p>
      <w:pPr>
        <w:jc w:val="right"/>
      </w:pPr>
      <w:r>
        <w:t>تو مذہبی جبر یا ریلیجس پرسیکیوشن یہ آپشنز کو ختم کر دیتا ہے۔</w:t>
      </w:r>
    </w:p>
    <w:p>
      <w:r>
        <w:rPr>
          <w:b/>
        </w:rPr>
        <w:t xml:space="preserve">[16:54] </w:t>
      </w:r>
      <w:r>
        <w:t>to khuda ne kaha ke yeh is nizam ko khatm kar do jis ne options ko khatm kar rakha hai taake khuda ki jo khuda ke creation plan ke mutabiq jaisi honi chahiye zameen waisi zameen ho jaye.</w:t>
      </w:r>
    </w:p>
    <w:p>
      <w:pPr>
        <w:jc w:val="right"/>
      </w:pPr>
      <w:r>
        <w:t>تو خدا نے کہا کہ یہ اس نظام کو ختم کر دو جس نے آپشنز کو ختم کر رکھا ہے تاکہ خدا کی جو خدا کے کریشن پلان کے مطابق جیسی ہونی چاہیے زمین ویسی زمین ہو جائے۔</w:t>
      </w:r>
    </w:p>
    <w:p>
      <w:r>
        <w:rPr>
          <w:b/>
        </w:rPr>
        <w:t xml:space="preserve">[17:14] </w:t>
      </w:r>
      <w:r>
        <w:t>yaani log khuli azaadi ho ke chahe maane ya na maane. faman shaa falyu min wa faman shaa falyakfur jo chahe maane, jo chahe na maane.</w:t>
      </w:r>
    </w:p>
    <w:p>
      <w:pPr>
        <w:jc w:val="right"/>
      </w:pPr>
      <w:r>
        <w:t>یعنی لوگ کھلی آزادی ہو کہ چاہے مانے یا نہ مانے۔ فَمَنْ شَافَ الْيُؤْمِنُ وَمَنْ شَافَ الْيَكْفُرُ جو چاہے مانے، جو چاہے نہ مانے۔</w:t>
      </w:r>
    </w:p>
    <w:p>
      <w:r>
        <w:rPr>
          <w:b/>
        </w:rPr>
        <w:t xml:space="preserve">[17:24] </w:t>
      </w:r>
      <w:r>
        <w:t>kyunke isi record par dekhiye, isi record par akhirat mein faisla hone wala hai. to jab azaadi nahi to record kis baat ka banega?</w:t>
      </w:r>
    </w:p>
    <w:p>
      <w:pPr>
        <w:jc w:val="right"/>
      </w:pPr>
      <w:r>
        <w:t>کیونکہ اسی ریکارڈ پر دیکھیے، اسی ریکارڈ پر آخرت میں فیصلہ ہونے والا ہے۔ تو جب آزادی نہیں تو ریکارڈ کس بات کا بنے گا؟</w:t>
      </w:r>
    </w:p>
    <w:p>
      <w:r>
        <w:rPr>
          <w:b/>
        </w:rPr>
        <w:t xml:space="preserve">[17:38] </w:t>
      </w:r>
      <w:r>
        <w:t>to yeh jo farmaya aayat number 193 mein Surah Baqarah ki 193 aayat.</w:t>
      </w:r>
    </w:p>
    <w:p>
      <w:pPr>
        <w:jc w:val="right"/>
      </w:pPr>
      <w:r>
        <w:t>تو یہ جو فرمایا آیت نمبر 193 میں سورہ بقرہ کی 193 آیت۔</w:t>
      </w:r>
    </w:p>
    <w:p>
      <w:r>
        <w:rPr>
          <w:b/>
        </w:rPr>
        <w:t xml:space="preserve">[17:47] </w:t>
      </w:r>
      <w:r>
        <w:t>wa qaatiloohum hatta la takuna fitnatun wa yakunud deenu kulluhu lillahi</w:t>
      </w:r>
    </w:p>
    <w:p>
      <w:pPr>
        <w:jc w:val="right"/>
      </w:pPr>
      <w:r>
        <w:t>وَقَاتِلُوهُمْ حَتَّىٰ لَا تَكُونَ فِتْنَةٌ وَيَكُونَ الدِّينُ كُلُّهُ لِلَّهِ</w:t>
      </w:r>
    </w:p>
    <w:p>
      <w:r>
        <w:rPr>
          <w:b/>
        </w:rPr>
        <w:t xml:space="preserve">[17:55] </w:t>
      </w:r>
      <w:r>
        <w:t>is ka matlab yeh hargiz nahin hai ke musalman rule qaim karo, musalman empire qaim karo, musalman hukoomat qaim karo. is se is ka koi talluq nahin hai.</w:t>
      </w:r>
    </w:p>
    <w:p>
      <w:pPr>
        <w:jc w:val="right"/>
      </w:pPr>
      <w:r>
        <w:t>اس کا مطلب یہ ہرگز نہیں ہے کہ مسلم رول قائم کرو، مسلم ایمپائر قائم کرو، مسلم حکومت قائم کرو۔ اس سے اس کا کوئی تعلق نہیں ہے۔</w:t>
      </w:r>
    </w:p>
    <w:p>
      <w:r>
        <w:rPr>
          <w:b/>
        </w:rPr>
        <w:t xml:space="preserve">[18:06] </w:t>
      </w:r>
      <w:r>
        <w:t>is ka hai ke Khuda ke creation plan ke mutabiq zameen jaisa hona chahiye, waisa zameen ho jaye.</w:t>
      </w:r>
    </w:p>
    <w:p>
      <w:pPr>
        <w:jc w:val="right"/>
      </w:pPr>
      <w:r>
        <w:t>اس کا ہے کہ خدا کے کریشن پلان کے مطابق زمین جیسا ہونا چاہیے، ویسا زمین ہو جائے۔</w:t>
      </w:r>
    </w:p>
    <w:p>
      <w:r>
        <w:rPr>
          <w:b/>
        </w:rPr>
        <w:t xml:space="preserve">[18:16] </w:t>
      </w:r>
      <w:r>
        <w:t>wa yakunud deenu kulluhu lillahi ka matlab hai ke Khuda ke creation plan ke mutabiq, Khuda ki scheme of think ke mutabiq jaisa hona chahiye zameen ko, waisa zameen ho jaye.</w:t>
      </w:r>
    </w:p>
    <w:p>
      <w:pPr>
        <w:jc w:val="right"/>
      </w:pPr>
      <w:r>
        <w:t>وَيَكُونُ الدِّينُ كُلُّهُ لِلَّهِ کا مطلب ہے کہ خدا کے کریشن پلان کے مطابق، خدا کی اسکیم آف تھنک کے مطابق جیسا ہونا چاہیے زمین کو، ویسا زمین ہو جائے۔</w:t>
      </w:r>
    </w:p>
    <w:p>
      <w:r>
        <w:rPr>
          <w:b/>
        </w:rPr>
        <w:t xml:space="preserve">[18:28] </w:t>
      </w:r>
      <w:r>
        <w:t>yani options khul jayein, har aadmi ko azadi ho ke chahe woh inkar kare, chahe iqrar kare</w:t>
      </w:r>
    </w:p>
    <w:p>
      <w:pPr>
        <w:jc w:val="right"/>
      </w:pPr>
      <w:r>
        <w:t>یعنی آپشنز کھل جائیں، ہر آدمی کو آزادی ہو کہ چاہے وہ انکار کرے، چاہے اقرار کرے</w:t>
      </w:r>
    </w:p>
    <w:p>
      <w:r>
        <w:rPr>
          <w:b/>
        </w:rPr>
        <w:t xml:space="preserve">[18:38] </w:t>
      </w:r>
      <w:r>
        <w:t>taake isi ke mutabiq. kyunke aakhirat mein jo faisla hone wala hai, us ki asal jo buniyad hogi, woh yeh hogi ke insaan ne apni mili hui azadi ko kis tarah istemal kiya.</w:t>
      </w:r>
    </w:p>
    <w:p>
      <w:pPr>
        <w:jc w:val="right"/>
      </w:pPr>
      <w:r>
        <w:t>تاکہ اسی کے مطابق۔ کیونکہ آخرت میں جو فیصلہ ہونے والا ہے، اس کی اصل جو بنیاد ہوگی، وہ یہ ہوگی کہ انسان نے اپنی ملی ہوئی آزادی کو کس طرح استعمال کیا۔</w:t>
      </w:r>
    </w:p>
    <w:p>
      <w:r>
        <w:rPr>
          <w:b/>
        </w:rPr>
        <w:t xml:space="preserve">[18:58] </w:t>
      </w:r>
      <w:r>
        <w:t>sahih tareeqe se kiya ya galat tareeqe se kiya. toh sara mamla azadi ke istemal par munhasir karta hai.</w:t>
      </w:r>
    </w:p>
    <w:p>
      <w:pPr>
        <w:jc w:val="right"/>
      </w:pPr>
      <w:r>
        <w:t>صحیح طریقے سے کیا یا غلط طریقے سے کیا۔ تو سارا معاملہ آزادی کے استعمال پر منحصر کرتا ہے۔</w:t>
      </w:r>
    </w:p>
    <w:p>
      <w:r>
        <w:rPr>
          <w:b/>
        </w:rPr>
        <w:t xml:space="preserve">[19:08] </w:t>
      </w:r>
      <w:r>
        <w:t>toh jab azadi hi na ho toh phir toh sari baat khatam ho jayegi. toh is zamane mein hum ne dekha ke communist empire ne options ko khatam kar diya tha.</w:t>
      </w:r>
    </w:p>
    <w:p>
      <w:pPr>
        <w:jc w:val="right"/>
      </w:pPr>
      <w:r>
        <w:t>تو جب آزادی ہی نہ ہو تو پھر تو ساری بات ختم ہو جائے گی۔ تو اس زمانے میں ہم نے دیکھا کہ کمیونسٹ ایمپائر نے آپشنز کو ختم کر دیا تھا۔</w:t>
      </w:r>
    </w:p>
    <w:p>
      <w:r>
        <w:rPr>
          <w:b/>
        </w:rPr>
        <w:t xml:space="preserve">[19:21] </w:t>
      </w:r>
      <w:r>
        <w:t>toh Khuda ne communist empire ko tod diya. aise hi pichle zamane mein kingship ne options ko khatam kar rakha tha.</w:t>
      </w:r>
    </w:p>
    <w:p>
      <w:pPr>
        <w:jc w:val="right"/>
      </w:pPr>
      <w:r>
        <w:t>تو خدا نے کمیونسٹ ایمپائر کو توڑ دیا۔ ایسے ہی پچھلے زمانے میں کنگ شپ نے آپشنز کو ختم کر رکھا تھا۔</w:t>
      </w:r>
    </w:p>
    <w:p>
      <w:r>
        <w:rPr>
          <w:b/>
        </w:rPr>
        <w:t xml:space="preserve">[19:33] </w:t>
      </w:r>
      <w:r>
        <w:t>religious persecution ka nizam bana rakha tha.</w:t>
      </w:r>
    </w:p>
    <w:p>
      <w:pPr>
        <w:jc w:val="right"/>
      </w:pPr>
      <w:r>
        <w:t>ریلیجس پرسیکیوشن کا نظام بنا رکھا تھا۔</w:t>
      </w:r>
    </w:p>
    <w:p>
      <w:r>
        <w:rPr>
          <w:b/>
        </w:rPr>
        <w:t xml:space="preserve">[19:36] </w:t>
      </w:r>
      <w:r>
        <w:t>Khuda ne kaha ke is ko tod, is ko khatam kar do. taake Khuda ke bande azad ho jayein jaisa ke Khuda ne un ko azad paida kiya hai.</w:t>
      </w:r>
    </w:p>
    <w:p>
      <w:pPr>
        <w:jc w:val="right"/>
      </w:pPr>
      <w:r>
        <w:t>خدا نے کہا کہ اس کو توڑ، اس کو ختم کر دو۔ تاکہ خدا کے بندے آزاد ہو جائیں جیسا کہ خدا نے ان کو آزاد پیدا کیا ہے۔</w:t>
      </w:r>
    </w:p>
    <w:p>
      <w:r>
        <w:rPr>
          <w:b/>
        </w:rPr>
        <w:t xml:space="preserve">[19:49] </w:t>
      </w:r>
      <w:r>
        <w:t>aur phir azadana taur par un ka jo amal ho, us ko dekh kar ke us ke mutabiq un ke un ke abadi anjam ka faisla kiya ja sake.</w:t>
      </w:r>
    </w:p>
    <w:p>
      <w:pPr>
        <w:jc w:val="right"/>
      </w:pPr>
      <w:r>
        <w:t>اور پھر آزادانہ طور پر ان کا جو عمل ہو، اس کو دیکھ کر کے اس کے مطابق ان کے ان کے ابدی انجام کا فیصلہ کیا جا سکے۔</w:t>
      </w:r>
    </w:p>
    <w:p>
      <w:r>
        <w:rPr>
          <w:b/>
        </w:rPr>
        <w:t xml:space="preserve">[20:03] </w:t>
      </w:r>
      <w:r>
        <w:t>yeh matlab hai</w:t>
      </w:r>
    </w:p>
    <w:p>
      <w:pPr>
        <w:jc w:val="right"/>
      </w:pPr>
      <w:r>
        <w:t>یہ مطلب ہے</w:t>
      </w:r>
    </w:p>
    <w:p>
      <w:r>
        <w:rPr>
          <w:b/>
        </w:rPr>
        <w:t xml:space="preserve">[20:04] </w:t>
      </w:r>
      <w:r>
        <w:t>is aayat ka.</w:t>
      </w:r>
    </w:p>
    <w:p>
      <w:pPr>
        <w:jc w:val="right"/>
      </w:pPr>
      <w:r>
        <w:t>اس آیت کا۔</w:t>
      </w:r>
    </w:p>
    <w:p>
      <w:r>
        <w:rPr>
          <w:b/>
        </w:rPr>
        <w:t xml:space="preserve">[20:04] </w:t>
      </w:r>
      <w:r>
        <w:t>is ke baad dekhiye</w:t>
      </w:r>
    </w:p>
    <w:p>
      <w:pPr>
        <w:jc w:val="right"/>
      </w:pPr>
      <w:r>
        <w:t>اس کے بعد دیکھیے</w:t>
      </w:r>
    </w:p>
    <w:p>
      <w:r>
        <w:rPr>
          <w:b/>
        </w:rPr>
        <w:t xml:space="preserve">[20:08] </w:t>
      </w:r>
      <w:r>
        <w:t>aayat number 195</w:t>
      </w:r>
    </w:p>
    <w:p>
      <w:pPr>
        <w:jc w:val="right"/>
      </w:pPr>
      <w:r>
        <w:t>آیت نمبر 195</w:t>
      </w:r>
    </w:p>
    <w:p>
      <w:r>
        <w:rPr>
          <w:b/>
        </w:rPr>
        <w:t xml:space="preserve">[20:13] </w:t>
      </w:r>
      <w:r>
        <w:t>surah baqarah ki aayat number 195</w:t>
      </w:r>
    </w:p>
    <w:p>
      <w:pPr>
        <w:jc w:val="right"/>
      </w:pPr>
      <w:r>
        <w:t>سورہ بقرہ کی آیت نمبر 195</w:t>
      </w:r>
    </w:p>
    <w:p>
      <w:r>
        <w:rPr>
          <w:b/>
        </w:rPr>
        <w:t xml:space="preserve">[20:17] </w:t>
      </w:r>
      <w:r>
        <w:t>mein farmaya ke</w:t>
      </w:r>
    </w:p>
    <w:p>
      <w:pPr>
        <w:jc w:val="right"/>
      </w:pPr>
      <w:r>
        <w:t>میں فرمایا کہ</w:t>
      </w:r>
    </w:p>
    <w:p>
      <w:r>
        <w:rPr>
          <w:b/>
        </w:rPr>
        <w:t xml:space="preserve">[20:19] </w:t>
      </w:r>
      <w:r>
        <w:t>ihsanu fa innal laaha yuhibbul muhsineen ihsanu</w:t>
      </w:r>
    </w:p>
    <w:p>
      <w:pPr>
        <w:jc w:val="right"/>
      </w:pPr>
      <w:r>
        <w:t>أحسَنُوا فَإِنَّ اللَّهَ يُحِبُّ الْمُحْسَنِينَ أحسَنُوا</w:t>
      </w:r>
    </w:p>
    <w:p>
      <w:r>
        <w:rPr>
          <w:b/>
        </w:rPr>
        <w:t xml:space="preserve">[20:27] </w:t>
      </w:r>
      <w:r>
        <w:t>fa innal laaha yuhibbul muhsineen is ka matlab kya hai?</w:t>
      </w:r>
    </w:p>
    <w:p>
      <w:pPr>
        <w:jc w:val="right"/>
      </w:pPr>
      <w:r>
        <w:t>فَإِنَّ اللَّهَ يُحِبُّ الْمُحْسَنِينَ اس کا مطلب کیا ہے؟</w:t>
      </w:r>
    </w:p>
    <w:p>
      <w:r>
        <w:rPr>
          <w:b/>
        </w:rPr>
        <w:t xml:space="preserve">[20:34] </w:t>
      </w:r>
      <w:r>
        <w:t>ihsan ke maani hote hain kisi kaam ko husn o khoobi ke sath anjam dena. ek hai ke aap kisi kaam ko, ek routine ko toh karein.</w:t>
      </w:r>
    </w:p>
    <w:p>
      <w:pPr>
        <w:jc w:val="right"/>
      </w:pPr>
      <w:r>
        <w:t>احسان کے معنی ہوتے ہیں کسی کام کو حسن و خوبی کے ساتھ انجام دینا۔ ایک ہے کہ آپ کسی کام کو، ایک روٹین کو تو کریں۔</w:t>
      </w:r>
    </w:p>
    <w:p>
      <w:r>
        <w:rPr>
          <w:b/>
        </w:rPr>
        <w:t xml:space="preserve">[20:46] </w:t>
      </w:r>
      <w:r>
        <w:t>ek hai ke us ko husn o khoobi ke sath anjam dein.</w:t>
      </w:r>
    </w:p>
    <w:p>
      <w:pPr>
        <w:jc w:val="right"/>
      </w:pPr>
      <w:r>
        <w:t>ایک ہے کہ اس کو حسن و خوبی کے ساتھ انجام دیں۔</w:t>
      </w:r>
    </w:p>
    <w:p>
      <w:r>
        <w:rPr>
          <w:b/>
        </w:rPr>
        <w:t xml:space="preserve">[20:50] </w:t>
      </w:r>
      <w:r>
        <w:t>toh farmaya ke jo Khuda ke ahkam hain, jo tumhari zimmedariyan hain, jo tumhari duty hai, us ko husn o khoobi ke sath anjam do.</w:t>
      </w:r>
    </w:p>
    <w:p>
      <w:pPr>
        <w:jc w:val="right"/>
      </w:pPr>
      <w:r>
        <w:t>تو فرمایا کہ جو خدا کے احکام ہیں، جو تمہاری ذمہ داریاں ہیں، جو تمہاری ڈیوٹی ہے، اس کو حسن و خوبی کے ساتھ انجام دو۔</w:t>
      </w:r>
    </w:p>
    <w:p>
      <w:r>
        <w:rPr>
          <w:b/>
        </w:rPr>
        <w:t xml:space="preserve">[21:06] </w:t>
      </w:r>
      <w:r>
        <w:t>husn o khoobi ka matlab yeh hai ke dil ki poori razamandi ho, soch samajh kar kiya jaye, achhe se achhe andaaz mein kiya jaye.</w:t>
      </w:r>
    </w:p>
    <w:p>
      <w:pPr>
        <w:jc w:val="right"/>
      </w:pPr>
      <w:r>
        <w:t>حسن و خوبی کا مطلب یہ ہے کہ دل کی پوری رضامندی ہو، سوچ سمجھ کر کیا جائے، اچھے سے اچھے انداز میں کیا جائے۔</w:t>
      </w:r>
    </w:p>
    <w:p>
      <w:r>
        <w:rPr>
          <w:b/>
        </w:rPr>
        <w:t xml:space="preserve">[21:22] </w:t>
      </w:r>
      <w:r>
        <w:t>har aitbar se us ko behtar banane ki koshish ki jaye. yeh hai husn o khoobi ke sath karna.</w:t>
      </w:r>
    </w:p>
    <w:p>
      <w:pPr>
        <w:jc w:val="right"/>
      </w:pPr>
      <w:r>
        <w:t>ہر اعتبار سے اس کو بہتر بنانے کی کوشش کی جائے۔ یہ ہے حسن و خوبی کے ساتھ کرنا۔</w:t>
      </w:r>
    </w:p>
    <w:p>
      <w:r>
        <w:rPr>
          <w:b/>
        </w:rPr>
        <w:t xml:space="preserve">[21:33] </w:t>
      </w:r>
      <w:r>
        <w:t>toh is ka talluq har cheez se hai. yani speech se bhi hai aur amal se bhi hai. qaul se bhi hai aur action se bhi hai.</w:t>
      </w:r>
    </w:p>
    <w:p>
      <w:pPr>
        <w:jc w:val="right"/>
      </w:pPr>
      <w:r>
        <w:t>تو اس کا تعلق ہر چیز سے ہے۔ یعنی اسپیچ سے بھی ہے اور عمل سے بھی ہے۔ قول سے بھی ہے اور ایکشن سے بھی ہے۔</w:t>
      </w:r>
    </w:p>
    <w:p>
      <w:r>
        <w:rPr>
          <w:b/>
        </w:rPr>
        <w:t xml:space="preserve">[21:43] </w:t>
      </w:r>
      <w:r>
        <w:t>har cheez se. maslan yahan tak ke is ka talluq niyat se bhi hai.</w:t>
      </w:r>
    </w:p>
    <w:p>
      <w:pPr>
        <w:jc w:val="right"/>
      </w:pPr>
      <w:r>
        <w:t>ہر چیز سے۔ مثلاً یہاں تک کہ اس کا تعلق نیت سے بھی ہے۔</w:t>
      </w:r>
    </w:p>
    <w:p>
      <w:r>
        <w:rPr>
          <w:b/>
        </w:rPr>
        <w:t xml:space="preserve">[21:52] </w:t>
      </w:r>
      <w:r>
        <w:t>ihsan ka talluq niyat se bhi hai. woh kaise? kisi ne kisi ke bare mein aap ko yeh baat pahunchi ke us ne aisa aur aisa kaha.</w:t>
      </w:r>
    </w:p>
    <w:p>
      <w:pPr>
        <w:jc w:val="right"/>
      </w:pPr>
      <w:r>
        <w:t>احسان کا تعلق نیت سے بھی ہے۔ وہ کیسے؟ کسی نے کسی کے بارے میں آپ کو یہ بات پہنچی کہ اس نے ایسا اور ایسا کہا۔</w:t>
      </w:r>
    </w:p>
    <w:p>
      <w:r>
        <w:rPr>
          <w:b/>
        </w:rPr>
        <w:t xml:space="preserve">[22:05] </w:t>
      </w:r>
      <w:r>
        <w:t>toh aap us ko achhe sense mein lein. farz kijiye ke batane wale ne jis tarah bataya hai, us se lagta hai ke us ne aap ke khilaf koi negative baat keh di hai.</w:t>
      </w:r>
    </w:p>
    <w:p>
      <w:pPr>
        <w:jc w:val="right"/>
      </w:pPr>
      <w:r>
        <w:t>تو آپ اس کو اچھے سینس میں لیں۔ فرض کیجیے کہ بتانے والے نے جس طرح بتایا ہے، اس سے لگتا ہے کہ اس نے آپ کے خلاف کوئی نیگیٹیو بات کہہ دی ہے۔</w:t>
      </w:r>
    </w:p>
    <w:p>
      <w:r>
        <w:rPr>
          <w:b/>
        </w:rPr>
        <w:t xml:space="preserve">[22:19] </w:t>
      </w:r>
      <w:r>
        <w:t>toh aap us ki scrutiny karein. us ki tehqeeq karein. achhe tareeqe se jaanchein ke sahi baat kya hai.</w:t>
      </w:r>
    </w:p>
    <w:p>
      <w:pPr>
        <w:jc w:val="right"/>
      </w:pPr>
      <w:r>
        <w:t>تو آپ اس کی سکرٹنی کریں۔ اس کی تحقیق کریں۔ اچھے طریقے سے جانچیں کہ صحیح بات کیا ہے۔</w:t>
      </w:r>
    </w:p>
    <w:p>
      <w:r>
        <w:rPr>
          <w:b/>
        </w:rPr>
        <w:t xml:space="preserve">[22:31] </w:t>
      </w:r>
      <w:r>
        <w:t>ho sakta hai ke yeh pata chale ke us ne jo baat kahi thi, woh aur thi aur batane wale ne us ko badal kar kuch aur keh diya. toh aisa hoga toh baat wahin ki wahin khatam ho jayegi.</w:t>
      </w:r>
    </w:p>
    <w:p>
      <w:pPr>
        <w:jc w:val="right"/>
      </w:pPr>
      <w:r>
        <w:t>ہو سکتا ہے کہ یہ پتہ چلے کہ اس نے جو بات کہی تھی، وہ اور تھی اور بتانے والے نے اس کو بدل کر کچھ اور کہہ دیا۔ تو ایسا ہوگا تو بات وہیں کی وہیں ختم ہو جائے گی۔</w:t>
      </w:r>
    </w:p>
    <w:p>
      <w:r>
        <w:rPr>
          <w:b/>
        </w:rPr>
        <w:t xml:space="preserve">[22:45] </w:t>
      </w:r>
      <w:r>
        <w:t>phir doosri shakal yeh hai ke us ne sach much hi aap ke khilaf kuch keh diya ho. tab bhi ihsan kya hai?</w:t>
      </w:r>
    </w:p>
    <w:p>
      <w:pPr>
        <w:jc w:val="right"/>
      </w:pPr>
      <w:r>
        <w:t>پھر دوسری شکل یہ ہے کہ اس نے سچ مچ ہی آپ کے خلاف کچھ کہہ دیا ہو۔ تب بھی احسان کیا ہے؟</w:t>
      </w:r>
    </w:p>
    <w:p>
      <w:r>
        <w:rPr>
          <w:b/>
        </w:rPr>
        <w:t xml:space="preserve">[22:54] </w:t>
      </w:r>
      <w:r>
        <w:t>keh agar is ne bura kaha hai to aap bura na kahein. Aap is ke liye dua karein.</w:t>
      </w:r>
    </w:p>
    <w:p>
      <w:pPr>
        <w:jc w:val="right"/>
      </w:pPr>
      <w:r>
        <w:t>کہ اگر اس نے برا کہا ہے تو آپ برا نہ کہیں۔ آپ اس کے لیے دعا کریں۔</w:t>
      </w:r>
    </w:p>
    <w:p>
      <w:r>
        <w:rPr>
          <w:b/>
        </w:rPr>
        <w:t xml:space="preserve">[23:04] </w:t>
      </w:r>
      <w:r>
        <w:t>jaise ek shakhs ne, ek buzurg the, ek shakhs ne un ko bura kaha. Ek burai mansoob ki un ki taraf keh tum aise ho.</w:t>
      </w:r>
    </w:p>
    <w:p>
      <w:pPr>
        <w:jc w:val="right"/>
      </w:pPr>
      <w:r>
        <w:t>جیسے ایک شخص نے، ایک بزرگ تھے، ایک شخص نے ان کو برا کہا۔ ایک برائی منسوب کی ان کی طرف کہ تم ایسے ہو۔</w:t>
      </w:r>
    </w:p>
    <w:p>
      <w:r>
        <w:rPr>
          <w:b/>
        </w:rPr>
        <w:t xml:space="preserve">[23:18] </w:t>
      </w:r>
      <w:r>
        <w:t>to buzurg ne kaha keh agar</w:t>
      </w:r>
    </w:p>
    <w:p>
      <w:pPr>
        <w:jc w:val="right"/>
      </w:pPr>
      <w:r>
        <w:t>تو بزرگ نے کہا کہ اگر</w:t>
      </w:r>
    </w:p>
    <w:p>
      <w:r>
        <w:rPr>
          <w:b/>
        </w:rPr>
        <w:t xml:space="preserve">[23:22] </w:t>
      </w:r>
      <w:r>
        <w:t>yeh burai mere andar hai to Khuda mujhe maaf kar de. Aur tum ne agar galat baat keh di hai to Khuda tumhein maaf kar de.</w:t>
      </w:r>
    </w:p>
    <w:p>
      <w:pPr>
        <w:jc w:val="right"/>
      </w:pPr>
      <w:r>
        <w:t>یہ برائی میرے اندر ہے تو خدا مجھے معاف کرے۔ اور تم نے اگر غلط بات کہہ دی ہے تو خدا تمہیں معاف کرے۔</w:t>
      </w:r>
    </w:p>
    <w:p>
      <w:r>
        <w:rPr>
          <w:b/>
        </w:rPr>
        <w:t xml:space="preserve">[23:32] </w:t>
      </w:r>
      <w:r>
        <w:t>yeh hai ehsaan.</w:t>
      </w:r>
    </w:p>
    <w:p>
      <w:pPr>
        <w:jc w:val="right"/>
      </w:pPr>
      <w:r>
        <w:t>یہ ہے احسان۔</w:t>
      </w:r>
    </w:p>
    <w:p>
      <w:r>
        <w:rPr>
          <w:b/>
        </w:rPr>
        <w:t xml:space="preserve">[23:35] </w:t>
      </w:r>
      <w:r>
        <w:t>to jab koi baat aap ko pohnche to pehli aap ko pehla kaam yeh karna chahiye keh is ki scrutiny karein.</w:t>
      </w:r>
    </w:p>
    <w:p>
      <w:pPr>
        <w:jc w:val="right"/>
      </w:pPr>
      <w:r>
        <w:t>تو جب کوئی بات آپ کو پہنچے تو پہلی آپ کو پہلا کام یہ کرنا چاہیے کہ اس کی سکرٹنی کریں۔</w:t>
      </w:r>
    </w:p>
    <w:p>
      <w:r>
        <w:rPr>
          <w:b/>
        </w:rPr>
        <w:t xml:space="preserve">[23:45] </w:t>
      </w:r>
      <w:r>
        <w:t>is ki tehqeeq karein. Is ki detail mein jayein. Ke sach much is ne kya kaha hai.</w:t>
      </w:r>
    </w:p>
    <w:p>
      <w:pPr>
        <w:jc w:val="right"/>
      </w:pPr>
      <w:r>
        <w:t>اس کی تحقیق کریں۔ اس کی ڈیٹیل میں جائیں۔ کہ سچ مچ اس نے کیا کہا ہے۔</w:t>
      </w:r>
    </w:p>
    <w:p>
      <w:r>
        <w:rPr>
          <w:b/>
        </w:rPr>
        <w:t xml:space="preserve">[23:55] </w:t>
      </w:r>
      <w:r>
        <w:t>aam tor par aap jante hain yeh tajurba hai har ek ka keh aam tor par baaton ko report karne mein log ghatate badhate hain.</w:t>
      </w:r>
    </w:p>
    <w:p>
      <w:pPr>
        <w:jc w:val="right"/>
      </w:pPr>
      <w:r>
        <w:t>عام طور پر آپ جانتے ہیں یہ تجربہ ہے ہر ایک کا کہ عام طور پر باتوں کو رپورٹ کرنے میں لوگ گھٹاتے بڑھاتے ہیں۔</w:t>
      </w:r>
    </w:p>
    <w:p>
      <w:r>
        <w:rPr>
          <w:b/>
        </w:rPr>
        <w:t xml:space="preserve">[24:05] </w:t>
      </w:r>
      <w:r>
        <w:t>aise aisa insaan jo baaton ko na ghataye na badhaye, woh as it is kahe. Aisa insaan kahin hazaron hazar mein koi ek hota hoga.</w:t>
      </w:r>
    </w:p>
    <w:p>
      <w:pPr>
        <w:jc w:val="right"/>
      </w:pPr>
      <w:r>
        <w:t>ایسے ایسا انسان جو باتوں کو نہ گھٹائے نہ بڑھائے، وہ as it is کہے۔ ایسا انسان کہیں ہزاروں ہزار میں کوئی ایک ہوتا ہوگا۔</w:t>
      </w:r>
    </w:p>
    <w:p>
      <w:r>
        <w:rPr>
          <w:b/>
        </w:rPr>
        <w:t xml:space="preserve">[24:18] </w:t>
      </w:r>
      <w:r>
        <w:t>ya shayad koi bhi na ho. Is wajah se zaroori hai keh is ki scrutiny ki jaye. To jab aap scrutiny karein ge to do mein se ek baat nikle gi.</w:t>
      </w:r>
    </w:p>
    <w:p>
      <w:pPr>
        <w:jc w:val="right"/>
      </w:pPr>
      <w:r>
        <w:t>یا شاید کوئی بھی نہ ہو۔ اس وجہ سے ضروری ہے کہ اس کی سکرٹنی کی جائے۔ تو جب آپ سکرٹنی کریں گے تو دو میں سے ایک بات نکلے گی۔</w:t>
      </w:r>
    </w:p>
    <w:p>
      <w:r>
        <w:rPr>
          <w:b/>
        </w:rPr>
        <w:t xml:space="preserve">[24:31] </w:t>
      </w:r>
      <w:r>
        <w:t>ya to is ne sach much aap ke khilaf kaha hoga.</w:t>
      </w:r>
    </w:p>
    <w:p>
      <w:pPr>
        <w:jc w:val="right"/>
      </w:pPr>
      <w:r>
        <w:t>یا تو اس نے سچ مچ آپ کے خلاف کہا ہوگا۔</w:t>
      </w:r>
    </w:p>
    <w:p>
      <w:r>
        <w:rPr>
          <w:b/>
        </w:rPr>
        <w:t xml:space="preserve">[24:36] </w:t>
      </w:r>
      <w:r>
        <w:t>to aap us ko maaf kar dijiye.</w:t>
      </w:r>
    </w:p>
    <w:p>
      <w:pPr>
        <w:jc w:val="right"/>
      </w:pPr>
      <w:r>
        <w:t>تو آپ اس کو معاف کر دیجیے۔</w:t>
      </w:r>
    </w:p>
    <w:p>
      <w:r>
        <w:rPr>
          <w:b/>
        </w:rPr>
        <w:t xml:space="preserve">[24:41] </w:t>
      </w:r>
      <w:r>
        <w:t>agar galat kaha is ne, tab bhi us ko maaf kar dijiye. Dono halaton mein apne seene ko khali kar lijiye is se.</w:t>
      </w:r>
    </w:p>
    <w:p>
      <w:pPr>
        <w:jc w:val="right"/>
      </w:pPr>
      <w:r>
        <w:t>اگر غلط کہا اس نے، تب بھی اس کو معاف کر دیجیے۔ دونوں حالتوں میں اپنے سینے کو خالی کر لیجیے اس سے۔</w:t>
      </w:r>
    </w:p>
    <w:p>
      <w:r>
        <w:rPr>
          <w:b/>
        </w:rPr>
        <w:t xml:space="preserve">[24:52] </w:t>
      </w:r>
      <w:r>
        <w:t>jawabi nafrat na kijiye. Yeh hai ehsaan. To is ka taluq niyat se bhi hai, qaul se bhi hai, amal se bhi hai.</w:t>
      </w:r>
    </w:p>
    <w:p>
      <w:pPr>
        <w:jc w:val="right"/>
      </w:pPr>
      <w:r>
        <w:t>جوابی نفرت نہ کیجیے۔ یہ ہے احسان۔ تو اس کا تعلق نیت سے بھی ہے، قول سے بھی ہے، عمل سے بھی ہے۔</w:t>
      </w:r>
    </w:p>
    <w:p>
      <w:r>
        <w:rPr>
          <w:b/>
        </w:rPr>
        <w:t xml:space="preserve">[25:04] </w:t>
      </w:r>
      <w:r>
        <w:t>niyat ke muamle mein aap ko yeh karna chahiye keh buri niyat apne dil mein na aane dein. Kisi ke bare mein badgumani ko na aane dein.</w:t>
      </w:r>
    </w:p>
    <w:p>
      <w:pPr>
        <w:jc w:val="right"/>
      </w:pPr>
      <w:r>
        <w:t>نیت کے معاملے میں آپ کو یہ کرنا چاہیے کہ بری نیت اپنے دل میں نہ آنے دیں۔ کسی کے بارے میں بدگمانی کو نہ آنے دیں۔</w:t>
      </w:r>
    </w:p>
    <w:p>
      <w:r>
        <w:rPr>
          <w:b/>
        </w:rPr>
        <w:t xml:space="preserve">[25:15] </w:t>
      </w:r>
      <w:r>
        <w:t>kisi ke bare mein apne ko badzan na hone dein. Kisi ke khilaf negative thought ko apne andar na palne dein.</w:t>
      </w:r>
    </w:p>
    <w:p>
      <w:pPr>
        <w:jc w:val="right"/>
      </w:pPr>
      <w:r>
        <w:t>کسی کے بارے میں اپنے کو بدزن نہ ہونے دیں۔ کسی کے خلاف نیگیٹیو thought کو اپنے اندر نہ پلنے دیں۔</w:t>
      </w:r>
    </w:p>
    <w:p>
      <w:r>
        <w:rPr>
          <w:b/>
        </w:rPr>
        <w:t xml:space="preserve">[25:29] </w:t>
      </w:r>
      <w:r>
        <w:t>yeh niyat ki baat hui.</w:t>
      </w:r>
    </w:p>
    <w:p>
      <w:pPr>
        <w:jc w:val="right"/>
      </w:pPr>
      <w:r>
        <w:t>یہ نیت کی بات ہوئی۔</w:t>
      </w:r>
    </w:p>
    <w:p>
      <w:r>
        <w:rPr>
          <w:b/>
        </w:rPr>
        <w:t xml:space="preserve">[25:32] </w:t>
      </w:r>
      <w:r>
        <w:t>qaul ki baat hui. Kisi ke bare mein jab bolein to justice ki baat bolein. Quran mein hai keh la wala yajramannakum shanan qawmin alla ta'dilu, i'dilu huwa aqrabu al-taqwa yani kisi se aap ko ghussa ho,</w:t>
      </w:r>
    </w:p>
    <w:p>
      <w:pPr>
        <w:jc w:val="right"/>
      </w:pPr>
      <w:r>
        <w:t>قول کی بات ہوئی۔ کسی کے بارے میں جب بولیں تو justice کی بات بولیں۔ قرآن میں ہے کہ لا ولا يجرمن لكم شنان قوم الا الله تعزلوا اعدلوا هو اقرب التقوى یعنی کسی سے آپ کو غصہ ہو،</w:t>
      </w:r>
    </w:p>
    <w:p>
      <w:r>
        <w:rPr>
          <w:b/>
        </w:rPr>
        <w:t xml:space="preserve">[25:49] </w:t>
      </w:r>
      <w:r>
        <w:t>kisi se aap ko shikayat ho, tab bhi aap justice ki baat kahein. Kisi bhi haal mein justice se na hatein.</w:t>
      </w:r>
    </w:p>
    <w:p>
      <w:pPr>
        <w:jc w:val="right"/>
      </w:pPr>
      <w:r>
        <w:t>کسی سے آپ کو شکایت ہو، تب بھی آپ justice کی بات کہیں۔ کسی بھی حال میں justice سے نہ ہٹیں۔</w:t>
      </w:r>
    </w:p>
    <w:p>
      <w:r>
        <w:rPr>
          <w:b/>
        </w:rPr>
        <w:t xml:space="preserve">[26:01] </w:t>
      </w:r>
      <w:r>
        <w:t>yeh hai qaul ka ehsaan.</w:t>
      </w:r>
    </w:p>
    <w:p>
      <w:pPr>
        <w:jc w:val="right"/>
      </w:pPr>
      <w:r>
        <w:t>یہ ہے قول کا احسان۔</w:t>
      </w:r>
    </w:p>
    <w:p>
      <w:r>
        <w:rPr>
          <w:b/>
        </w:rPr>
        <w:t xml:space="preserve">[26:06] </w:t>
      </w:r>
      <w:r>
        <w:t>keh wohi kaha jaye jo keh waqe'e ke mutabiq hai. Zara sa bhi baat ko badal kar na kaha jaye.</w:t>
      </w:r>
    </w:p>
    <w:p>
      <w:pPr>
        <w:jc w:val="right"/>
      </w:pPr>
      <w:r>
        <w:t>کہ وہی کہا جائے جو کہ واقعے کے مطابق ہے۔ ذرا سا بھی بات کو بدل کر نہ کہا جائے۔</w:t>
      </w:r>
    </w:p>
    <w:p>
      <w:r>
        <w:rPr>
          <w:b/>
        </w:rPr>
        <w:t xml:space="preserve">[26:16] </w:t>
      </w:r>
      <w:r>
        <w:t>na ghatakar kaha jaye, na badhakar kaha jaye.</w:t>
      </w:r>
    </w:p>
    <w:p>
      <w:pPr>
        <w:jc w:val="right"/>
      </w:pPr>
      <w:r>
        <w:t>نہ گھٹا کر کہا جائے، نہ بڑھا کر کہا جائے۔</w:t>
      </w:r>
    </w:p>
    <w:p>
      <w:r>
        <w:rPr>
          <w:b/>
        </w:rPr>
        <w:t xml:space="preserve">[26:23] </w:t>
      </w:r>
      <w:r>
        <w:t>aur yeh isi wohi isi waqt hoga jab aadmi bohat zyada soch kar boley ga.</w:t>
      </w:r>
    </w:p>
    <w:p>
      <w:pPr>
        <w:jc w:val="right"/>
      </w:pPr>
      <w:r>
        <w:t>اور یہ اسی وہی اسی وقت ہوگا جب آدمی بہت زیادہ سوچ کر بولے گا۔</w:t>
      </w:r>
    </w:p>
    <w:p>
      <w:r>
        <w:rPr>
          <w:b/>
        </w:rPr>
        <w:t xml:space="preserve">[26:29] </w:t>
      </w:r>
      <w:r>
        <w:t>bohat zyada</w:t>
      </w:r>
    </w:p>
    <w:p>
      <w:pPr>
        <w:jc w:val="right"/>
      </w:pPr>
      <w:r>
        <w:t>بہت زیادہ</w:t>
      </w:r>
    </w:p>
    <w:p>
      <w:r>
        <w:rPr>
          <w:b/>
        </w:rPr>
        <w:t xml:space="preserve">[26:32] </w:t>
      </w:r>
      <w:r>
        <w:t>baat ko gehrai mein samajh kar boley ga. Aur sab se barh kar yeh keh bolne se pehle yeh soche ga keh is ka jawab mujhe Khuda ke haan dena hai.</w:t>
      </w:r>
    </w:p>
    <w:p>
      <w:pPr>
        <w:jc w:val="right"/>
      </w:pPr>
      <w:r>
        <w:t>بات کو گہرائی میں سمجھ کر بولے گا۔ اور سب سے بڑھ کر یہ کہ بولنے سے پہلے یہ سوچے گا کہ اس کا جواب مجھے خدا کے ہاں دینا ہے۔</w:t>
      </w:r>
    </w:p>
    <w:p>
      <w:r>
        <w:rPr>
          <w:b/>
        </w:rPr>
        <w:t xml:space="preserve">[26:43] </w:t>
      </w:r>
      <w:r>
        <w:t>jo mein bolunga aaj ki duniya mein to kal ke din mujhe khuda ke haan is ka jawab dena hai.</w:t>
      </w:r>
    </w:p>
    <w:p>
      <w:pPr>
        <w:jc w:val="right"/>
      </w:pPr>
      <w:r>
        <w:t>جو میں بولوں گا آج کی دنیا میں تو کل کے دن مجھے خدا کے ہاں اس کا جواب دینا ہے۔</w:t>
      </w:r>
    </w:p>
    <w:p>
      <w:r>
        <w:rPr>
          <w:b/>
        </w:rPr>
        <w:t xml:space="preserve">[26:53] </w:t>
      </w:r>
      <w:r>
        <w:t>to jab aadmi yeh soch kar bolega to phir yahi hoga ke woh as it is bolega. justice ki baat kahega.</w:t>
      </w:r>
    </w:p>
    <w:p>
      <w:pPr>
        <w:jc w:val="right"/>
      </w:pPr>
      <w:r>
        <w:t>تو جب آدمی یہ سوچ کر بولے گا تو پھر یہی ہوگا کہ وہ as it is بولے گا۔ justice کی بات کہے گا۔</w:t>
      </w:r>
    </w:p>
    <w:p>
      <w:r>
        <w:rPr>
          <w:b/>
        </w:rPr>
        <w:t xml:space="preserve">[27:04] </w:t>
      </w:r>
      <w:r>
        <w:t>kisi baat ko bigaad kar nahi kahega woh. aise hi amal ka maamla hai. ab dealing mein baar baar aisa hota hai ke yeh mauqa hota hai aadmi ke liye ke apne interest ko dekhe aur doosre ke interest ko nazar andaaz kar de.</w:t>
      </w:r>
    </w:p>
    <w:p>
      <w:pPr>
        <w:jc w:val="right"/>
      </w:pPr>
      <w:r>
        <w:t>کسی بات کو بگاڑ کر نہیں کہے گا وہ۔ ایسے ہی عمل کا معاملہ ہے۔ اب dealing میں بار بار ایسا ہوتا ہے کہ یہ موقع ہوتا ہے آدمی کے لیے کہ اپنے interest کو دیکھے اور دوسرے کے interest کو نظر انداز کر دے۔</w:t>
      </w:r>
    </w:p>
    <w:p>
      <w:r>
        <w:rPr>
          <w:b/>
        </w:rPr>
        <w:t xml:space="preserve">[27:24] </w:t>
      </w:r>
      <w:r>
        <w:t>yaani apne interest ko dekhna aur doosre ke interest ko nazar andaaz kar dena yeh ehsaan ke khilaaf hai.</w:t>
      </w:r>
    </w:p>
    <w:p>
      <w:pPr>
        <w:jc w:val="right"/>
      </w:pPr>
      <w:r>
        <w:t>یعنی اپنے interest کو دیکھنا اور دوسرے کے interest کو نظر انداز کر دینا یہ احسان کے خلاف ہے۔</w:t>
      </w:r>
    </w:p>
    <w:p>
      <w:r>
        <w:rPr>
          <w:b/>
        </w:rPr>
        <w:t xml:space="preserve">[27:35] </w:t>
      </w:r>
      <w:r>
        <w:t>to amal mein zaroori hai ke aap yeh dekhen ke</w:t>
      </w:r>
    </w:p>
    <w:p>
      <w:pPr>
        <w:jc w:val="right"/>
      </w:pPr>
      <w:r>
        <w:t>تو عمل میں ضروری ہے کہ آپ یہ دیکھیں کہ</w:t>
      </w:r>
    </w:p>
    <w:p>
      <w:r>
        <w:rPr>
          <w:b/>
        </w:rPr>
        <w:t xml:space="preserve">[27:40] </w:t>
      </w:r>
      <w:r>
        <w:t>kisi doosre ki haq talfi na ho rahi ho.</w:t>
      </w:r>
    </w:p>
    <w:p>
      <w:pPr>
        <w:jc w:val="right"/>
      </w:pPr>
      <w:r>
        <w:t>کسی دوسرے کی حق تلفی نہ ہو رہی ہو۔</w:t>
      </w:r>
    </w:p>
    <w:p>
      <w:r>
        <w:rPr>
          <w:b/>
        </w:rPr>
        <w:t xml:space="preserve">[27:45] </w:t>
      </w:r>
      <w:r>
        <w:t>kisi doosre ko aap, yaani apna haq dete hue doosre ka haq maanne wale na ban rahe hon. to amal ka ehsaan yeh hai ke aap jo amal karen woh amal is tarah ho ke aap kisi doosre ko aap ne nuksaan na pahanchaya ho.</w:t>
      </w:r>
    </w:p>
    <w:p>
      <w:pPr>
        <w:jc w:val="right"/>
      </w:pPr>
      <w:r>
        <w:t>کسی دوسرے کو آپ، یعنی اپنا حق دیتے ہوئے دوسرے کا حق ماننے والے نہ بن رہے ہوں۔ تو عمل کا احسان یہ ہے کہ آپ جو عمل کریں وہ عمل اس طرح ہو کہ آپ کسی دوسرے کو آپ نے نقصان نہ پہنچایا ہو۔</w:t>
      </w:r>
    </w:p>
    <w:p>
      <w:r>
        <w:rPr>
          <w:b/>
        </w:rPr>
        <w:t xml:space="preserve">[28:07] </w:t>
      </w:r>
      <w:r>
        <w:t>apna faida lene ke liye doosre ko nuksaan na pahanchaya ho.</w:t>
      </w:r>
    </w:p>
    <w:p>
      <w:pPr>
        <w:jc w:val="right"/>
      </w:pPr>
      <w:r>
        <w:t>اپنا فائدہ لینے کے لیے دوسرے کو نقصان نہ پہنچایا ہو۔</w:t>
      </w:r>
    </w:p>
    <w:p>
      <w:r>
        <w:rPr>
          <w:b/>
        </w:rPr>
        <w:t xml:space="preserve">[28:11] </w:t>
      </w:r>
      <w:r>
        <w:t>apne ko acha banane ke liye doosre ko bura na kiya ho.</w:t>
      </w:r>
    </w:p>
    <w:p>
      <w:pPr>
        <w:jc w:val="right"/>
      </w:pPr>
      <w:r>
        <w:t>اپنے کو اچھا بنانے کے لیے دوسرے کو برا نہ کیا ہو۔</w:t>
      </w:r>
    </w:p>
    <w:p>
      <w:r>
        <w:rPr>
          <w:b/>
        </w:rPr>
        <w:t xml:space="preserve">[28:18] </w:t>
      </w:r>
      <w:r>
        <w:t>aadmi ko yeh haq hai ke woh jo chahe bole, jo chahe kare. lekin</w:t>
      </w:r>
    </w:p>
    <w:p>
      <w:pPr>
        <w:jc w:val="right"/>
      </w:pPr>
      <w:r>
        <w:t>آدمی کو یہ حق ہے کہ وہ جو چاہے بولے، جو چاہے کرے۔ لیکن</w:t>
      </w:r>
    </w:p>
    <w:p>
      <w:r>
        <w:rPr>
          <w:b/>
        </w:rPr>
        <w:t xml:space="preserve">[28:27] </w:t>
      </w:r>
      <w:r>
        <w:t>ek condition hai. condition ek yeh hai ke jin logon ke beech mein woh rehta hai, woh aadmi un ke liye usay problem create nahi karna hai.</w:t>
      </w:r>
    </w:p>
    <w:p>
      <w:pPr>
        <w:jc w:val="right"/>
      </w:pPr>
      <w:r>
        <w:t>ایک condition ہے۔ Condition ایک یہ ہے کہ جن لوگوں کے بیچ میں وہ رہتا ہے، وہ آدمی ان کے لیے اسے problem create نہیں کرنا ہے۔</w:t>
      </w:r>
    </w:p>
    <w:p>
      <w:r>
        <w:rPr>
          <w:b/>
        </w:rPr>
        <w:t xml:space="preserve">[28:38] </w:t>
      </w:r>
      <w:r>
        <w:t>un ko exploit nahi karna hai. un ke interest ko kill nahi karna hai. is tarah se rehna hai.</w:t>
      </w:r>
    </w:p>
    <w:p>
      <w:pPr>
        <w:jc w:val="right"/>
      </w:pPr>
      <w:r>
        <w:t>ان کو exploit نہیں کرنا ہے۔ ان کے interest کو kill نہیں کرنا ہے۔ اس طرح سے رہنا ہے۔</w:t>
      </w:r>
    </w:p>
    <w:p>
      <w:r>
        <w:rPr>
          <w:b/>
        </w:rPr>
        <w:t xml:space="preserve">[28:47] </w:t>
      </w:r>
      <w:r>
        <w:t>jo log is tarah rahen, wahi khuda ke haan bach jayenge pakad se. aur jo log is tarah rahen, wahi woh log hain jin ko jannat mein jagah di</w:t>
      </w:r>
    </w:p>
    <w:p>
      <w:pPr>
        <w:jc w:val="right"/>
      </w:pPr>
      <w:r>
        <w:t>جو لوگ اس طرح رہیں، وہی خدا کے ہاں بچ جائیں گے پکڑ سے۔ اور جو لوگ اس طرح رہیں، وہی وہ لوگ ہیں جن کو جنت میں جگہ دی</w:t>
      </w:r>
    </w:p>
    <w:p>
      <w:r>
        <w:rPr>
          <w:b/>
        </w:rPr>
        <w:t xml:space="preserve">[29:01] </w:t>
      </w:r>
      <w:r>
        <w:t>jayegi. is baat dekhiye</w:t>
      </w:r>
    </w:p>
    <w:p>
      <w:pPr>
        <w:jc w:val="right"/>
      </w:pPr>
      <w:r>
        <w:t>جائے گی۔ اس بات دیکھیے</w:t>
      </w:r>
    </w:p>
    <w:p>
      <w:r>
        <w:rPr>
          <w:b/>
        </w:rPr>
        <w:t xml:space="preserve">[29:06] </w:t>
      </w:r>
      <w:r>
        <w:t>197</w:t>
      </w:r>
    </w:p>
    <w:p>
      <w:pPr>
        <w:jc w:val="right"/>
      </w:pPr>
      <w:r>
        <w:t>197</w:t>
      </w:r>
    </w:p>
    <w:p>
      <w:r>
        <w:rPr>
          <w:b/>
        </w:rPr>
        <w:t xml:space="preserve">[29:12] </w:t>
      </w:r>
      <w:r>
        <w:t>surah baqarah 197 mein hajj ka bayan hai. to farmaya ke jab hajj ke liye niklo to fala rafs wa la fusooqa wa la jidala fil hajj</w:t>
      </w:r>
    </w:p>
    <w:p>
      <w:pPr>
        <w:jc w:val="right"/>
      </w:pPr>
      <w:r>
        <w:t>سورہ بقرہ 197 میں حج کا بیان ہے۔ تو فرمایا کہ جب حج کے لیے نکلو تو فلا رفس ولا فسوق ولا جدال فی الحج</w:t>
      </w:r>
    </w:p>
    <w:p>
      <w:r>
        <w:rPr>
          <w:b/>
        </w:rPr>
        <w:t xml:space="preserve">[29:32] </w:t>
      </w:r>
      <w:r>
        <w:t>fala rafs wa la fusooqa wa la jidala fil hajj yaani hajj ke safar mein aap jante hain ke aadmi bohat se logon ke beech mein aa jata hai.</w:t>
      </w:r>
    </w:p>
    <w:p>
      <w:pPr>
        <w:jc w:val="right"/>
      </w:pPr>
      <w:r>
        <w:t>فلا رفس ولا فسوق ولا جدال فی الحج یعنی حج کے سفر میں آپ جانتے ہیں کہ آدمی بہت سے لوگوں کے بیچ میں آ جاتا ہے۔</w:t>
      </w:r>
    </w:p>
    <w:p>
      <w:r>
        <w:rPr>
          <w:b/>
        </w:rPr>
        <w:t xml:space="preserve">[29:45] </w:t>
      </w:r>
      <w:r>
        <w:t>aap ghar mein, aap apne ghar mein akele hain. lekin jab hajj ke liye niklenge aap to bohat se logon ke saath safar karna padega. bohat se logon ke saath rehna padega.</w:t>
      </w:r>
    </w:p>
    <w:p>
      <w:pPr>
        <w:jc w:val="right"/>
      </w:pPr>
      <w:r>
        <w:t>آپ گھر میں، آپ اپنے گھر میں اکیلے ہیں۔ لیکن جب حج کے لیے نکلیں گے آپ تو بہت سے لوگوں کے ساتھ سفر کرنا پڑے گا۔ بہت سے لوگوں کے ساتھ رہنا پڑے گا۔</w:t>
      </w:r>
    </w:p>
    <w:p>
      <w:r>
        <w:rPr>
          <w:b/>
        </w:rPr>
        <w:t xml:space="preserve">[29:57] </w:t>
      </w:r>
      <w:r>
        <w:t>bohat se logon ke saath mil kar ke ibadat karna padega.</w:t>
      </w:r>
    </w:p>
    <w:p>
      <w:pPr>
        <w:jc w:val="right"/>
      </w:pPr>
      <w:r>
        <w:t>بہت سے لوگوں کے ساتھ مل کر کے عبادت کرنا پڑے گا۔</w:t>
      </w:r>
    </w:p>
    <w:p>
      <w:r>
        <w:rPr>
          <w:b/>
        </w:rPr>
        <w:t xml:space="preserve">[30:02] </w:t>
      </w:r>
      <w:r>
        <w:t>to kya hota hai phir? baar baar aisa hota hai ke koi kahin ikhtilaf ho gaya, kahin difference aa gaya, kahin shikayat ho gayi, kahin kisi se kisi ko takleef pahanch gayi.</w:t>
      </w:r>
    </w:p>
    <w:p>
      <w:pPr>
        <w:jc w:val="right"/>
      </w:pPr>
      <w:r>
        <w:t>تو کیا ہوتا ہے پھر؟ بار بار ایسا ہوتا ہے کہ کوئی کہیں اختلاف ہو گیا، کہیں difference آ گیا، کہیں شکایت ہو گئی، کہیں کسی سے کسی کو تکلیف پہنچ گئی۔</w:t>
      </w:r>
    </w:p>
    <w:p>
      <w:r>
        <w:rPr>
          <w:b/>
        </w:rPr>
        <w:t xml:space="preserve">[30:16] </w:t>
      </w:r>
      <w:r>
        <w:t>to farmaya ke fala rafs wa la fusooqa wa la jidala fil hajj ke hajj ke liye niklo jab tum to na to tumhein gandi baat bolna hai, na jhagda karna hai,</w:t>
      </w:r>
    </w:p>
    <w:p>
      <w:pPr>
        <w:jc w:val="right"/>
      </w:pPr>
      <w:r>
        <w:t>تو فرمایا کہ فلا رفس ولا فسوق ولا جدال فی الحج کہ حج کے لیے نکلو جب تم تو نہ تو تمہیں گندی بات بولنا ہے، نہ جھگڑا کرنا ہے،</w:t>
      </w:r>
    </w:p>
    <w:p>
      <w:r>
        <w:rPr>
          <w:b/>
        </w:rPr>
        <w:t xml:space="preserve">[30:31] </w:t>
      </w:r>
      <w:r>
        <w:t>na koi buri baat bolna hai. to gandi baat, buri baat, jhagde wali baat, in sab baaton se apne aap ko bachana hai.</w:t>
      </w:r>
    </w:p>
    <w:p>
      <w:pPr>
        <w:jc w:val="right"/>
      </w:pPr>
      <w:r>
        <w:t>نہ کوئی بری بات بولنا ہے۔ تو گندی بات، بری بات، جھگڑے والی بات، ان سب باتوں سے اپنے آپ کو بچانا ہے۔</w:t>
      </w:r>
    </w:p>
    <w:p>
      <w:r>
        <w:rPr>
          <w:b/>
        </w:rPr>
        <w:t xml:space="preserve">[30:42] </w:t>
      </w:r>
      <w:r>
        <w:t>iska matlab yeh nahi ke hajj mein bachana hai sirf. nahi</w:t>
      </w:r>
    </w:p>
    <w:p>
      <w:pPr>
        <w:jc w:val="right"/>
      </w:pPr>
      <w:r>
        <w:t>اس کا مطلب یہ نہیں کہ حج میں بچانا ہے صرف۔ نہیں</w:t>
      </w:r>
    </w:p>
    <w:p>
      <w:r>
        <w:rPr>
          <w:b/>
        </w:rPr>
        <w:t xml:space="preserve">[30:47] </w:t>
      </w:r>
      <w:r>
        <w:t>. hajj to training period hai in baaton ke liye. hum society mein kaise rahen?</w:t>
      </w:r>
    </w:p>
    <w:p>
      <w:pPr>
        <w:jc w:val="right"/>
      </w:pPr>
      <w:r>
        <w:t>۔ حج تو training period ہے ان باتوں کے لیے۔ ہم society میں کیسے رہیں؟</w:t>
      </w:r>
    </w:p>
    <w:p>
      <w:r>
        <w:rPr>
          <w:b/>
        </w:rPr>
        <w:t xml:space="preserve">[30:57] </w:t>
      </w:r>
      <w:r>
        <w:t>logon ke saath jab hum mil jul kar rahen to kaise rahen? to wahan par yeh karna hai humein. roz apni daily life mein ke na munh se hum gandi baat bolen, na buri baat nikalen, na jhagda karen.</w:t>
      </w:r>
    </w:p>
    <w:p>
      <w:pPr>
        <w:jc w:val="right"/>
      </w:pPr>
      <w:r>
        <w:t>لوگوں کے ساتھ جب ہم مل جل کر رہیں تو کیسے رہیں؟ تو وہاں پر یہ کرنا ہے ہمیں۔ روز اپنی daily life میں کہ نہ منہ سے ہم گندی بات بولیں، نہ بری بات نکالیں، نہ جھگڑا کریں۔</w:t>
      </w:r>
    </w:p>
    <w:p>
      <w:r>
        <w:rPr>
          <w:b/>
        </w:rPr>
        <w:t xml:space="preserve">[31:13] </w:t>
      </w:r>
      <w:r>
        <w:t>is tarah se hamein apni society mein rehna hai.</w:t>
      </w:r>
    </w:p>
    <w:p>
      <w:pPr>
        <w:jc w:val="right"/>
      </w:pPr>
      <w:r>
        <w:t>اس طرح سے ہمیں اپنی society میں رہنا ہے۔</w:t>
      </w:r>
    </w:p>
    <w:p>
      <w:r>
        <w:rPr>
          <w:b/>
        </w:rPr>
        <w:t xml:space="preserve">[31:17] </w:t>
      </w:r>
      <w:r>
        <w:t>to haj mein ek ibadat ke mahol paida kar ke wahan is ki training ki jati hai. is ki training di jati hai.</w:t>
      </w:r>
    </w:p>
    <w:p>
      <w:pPr>
        <w:jc w:val="right"/>
      </w:pPr>
      <w:r>
        <w:t>تو حج میں ایک عبادت کے ماحول پیدا کر کے وہاں اس کی training کی جاتی ہے۔ اس کی training دی جاتی ہے۔</w:t>
      </w:r>
    </w:p>
    <w:p>
      <w:r>
        <w:rPr>
          <w:b/>
        </w:rPr>
        <w:t xml:space="preserve">[31:28] </w:t>
      </w:r>
      <w:r>
        <w:t>to yeh sari zindagi ke liye yeh baat chahiye</w:t>
      </w:r>
    </w:p>
    <w:p>
      <w:pPr>
        <w:jc w:val="right"/>
      </w:pPr>
      <w:r>
        <w:t>تو یہ ساری زندگی کے لیے یہ بات چاہیے</w:t>
      </w:r>
    </w:p>
    <w:p>
      <w:r>
        <w:rPr>
          <w:b/>
        </w:rPr>
        <w:t xml:space="preserve">[31:34] </w:t>
      </w:r>
      <w:r>
        <w:t>ke aadmi sari zindagi is tarah rahe ke logon ke sath woh peaceful tareeqe se rahe. logon ke sath sharafat ke sath rahe. logon ke sath is tarah rahe ke un ke liye koi woh problem create nahi kar raha hai.</w:t>
      </w:r>
    </w:p>
    <w:p>
      <w:pPr>
        <w:jc w:val="right"/>
      </w:pPr>
      <w:r>
        <w:t>کہ آدمی ساری زندگی اس طرح رہے کہ لوگوں کے ساتھ وہ peaceful طریقے سے رہے۔ لوگوں کے ساتھ شرافت کے ساتھ رہے۔ لوگوں کے ساتھ اس طرح رہے کہ ان کے لیے کوئی وہ problem create نہیں کر رہا ہے۔</w:t>
      </w:r>
    </w:p>
    <w:p>
      <w:r>
        <w:rPr>
          <w:b/>
        </w:rPr>
        <w:t xml:space="preserve">[31:49] </w:t>
      </w:r>
      <w:r>
        <w:t>yeh hamein apni daily life mein karna hai aur sari umar karna hai.</w:t>
      </w:r>
    </w:p>
    <w:p>
      <w:pPr>
        <w:jc w:val="right"/>
      </w:pPr>
      <w:r>
        <w:t>یہ ہمیں اپنی daily life میں کرنا ہے اور ساری عمر کرنا ہے۔</w:t>
      </w:r>
    </w:p>
    <w:p>
      <w:r>
        <w:rPr>
          <w:b/>
        </w:rPr>
        <w:t xml:space="preserve">[31:56] </w:t>
      </w:r>
      <w:r>
        <w:t>isi ki training ke liye, isi ki tarbiyat ke liye haj mein is ko khaas tareeqe se is par emphasis di gai.</w:t>
      </w:r>
    </w:p>
    <w:p>
      <w:pPr>
        <w:jc w:val="right"/>
      </w:pPr>
      <w:r>
        <w:t>اسی کی training کے لیے، اسی کی تربیت کے لیے حج میں اس کو خاص طریقے سے اس پر emphasis دی گئی۔</w:t>
      </w:r>
    </w:p>
    <w:p>
      <w:r>
        <w:rPr>
          <w:b/>
        </w:rPr>
        <w:t xml:space="preserve">[32:07] </w:t>
      </w:r>
      <w:r>
        <w:t>bohat hi important ke sath is ko bataya gaya.</w:t>
      </w:r>
    </w:p>
    <w:p>
      <w:pPr>
        <w:jc w:val="right"/>
      </w:pPr>
      <w:r>
        <w:t>بہت ہی important کے ساتھ اس کو بتایا گیا۔</w:t>
      </w:r>
    </w:p>
    <w:p>
      <w:r>
        <w:rPr>
          <w:b/>
        </w:rPr>
        <w:t xml:space="preserve">[32:11] </w:t>
      </w:r>
      <w:r>
        <w:t>ke haj mein agar tum bharpoor tor par apne andar yeh habit paida kar lo, apne aap ko train kar lo, apne zehan ko bana lo to phir sari zindagi is ka asar rahega aur tumhari daily life mein, yani wapas aane ke baad jo tumhari daily life hai,</w:t>
      </w:r>
    </w:p>
    <w:p>
      <w:pPr>
        <w:jc w:val="right"/>
      </w:pPr>
      <w:r>
        <w:t>کہ حج میں اگر تم بھرپور طور پر اپنے اندر یہ habit پیدا کر لو، اپنے آپ کو train کر لو، اپنے ذہن کو بنا لو تو پھر ساری زندگی اس کا اثر رہے گا اور تمہاری daily life میں، یعنی واپس آنے کے بعد جو تمہاری daily life ہے،</w:t>
      </w:r>
    </w:p>
    <w:p>
      <w:r>
        <w:rPr>
          <w:b/>
        </w:rPr>
        <w:t xml:space="preserve">[32:33] </w:t>
      </w:r>
      <w:r>
        <w:t>woh is mein is mein is ka rang dikhai dega.</w:t>
      </w:r>
    </w:p>
    <w:p>
      <w:pPr>
        <w:jc w:val="right"/>
      </w:pPr>
      <w:r>
        <w:t>وہ اس میں اس میں اس کا رنگ دکھائی دے گا۔</w:t>
      </w:r>
    </w:p>
    <w:p>
      <w:r>
        <w:rPr>
          <w:b/>
        </w:rPr>
        <w:t xml:space="preserve">[32:41] </w:t>
      </w:r>
      <w:r>
        <w:t>to</w:t>
      </w:r>
    </w:p>
    <w:p>
      <w:pPr>
        <w:jc w:val="right"/>
      </w:pPr>
      <w:r>
        <w:t>تو</w:t>
      </w:r>
    </w:p>
    <w:p>
      <w:r>
        <w:rPr>
          <w:b/>
        </w:rPr>
        <w:t xml:space="preserve">[32:50] </w:t>
      </w:r>
      <w:r>
        <w:t>isi tarah se dekhiye ayat number 197 surah baqarah ki ayat number 197 mein farmaya wa attaqooni ya ulil albab</w:t>
      </w:r>
    </w:p>
    <w:p>
      <w:pPr>
        <w:jc w:val="right"/>
      </w:pPr>
      <w:r>
        <w:t>اسی طرح سے دیکھیے آیت نمبر 197 سورہ بقرہ کی آیت نمبر 197 میں فرمایا وَاتَّقُونَ يَا أَوْلِي الْأَلْبَابِ</w:t>
      </w:r>
    </w:p>
    <w:p>
      <w:r>
        <w:rPr>
          <w:b/>
        </w:rPr>
        <w:t xml:space="preserve">[33:08] </w:t>
      </w:r>
      <w:r>
        <w:t>wa attaqooni ya ulil albab aql walo! mujh se daro.</w:t>
      </w:r>
    </w:p>
    <w:p>
      <w:pPr>
        <w:jc w:val="right"/>
      </w:pPr>
      <w:r>
        <w:t>وَاتَّقُونَ يَا أَوْلِي الْأَلْبَابِ اے عقل والو! مجھ سے ڈرو۔</w:t>
      </w:r>
    </w:p>
    <w:p>
      <w:r>
        <w:rPr>
          <w:b/>
        </w:rPr>
        <w:t xml:space="preserve">[33:17] </w:t>
      </w:r>
      <w:r>
        <w:t>aql walo! mujh se daro. aql walo! taqwa ka tareeqa ikhtiyar karo. yeh bohat hi aham baat hai.</w:t>
      </w:r>
    </w:p>
    <w:p>
      <w:pPr>
        <w:jc w:val="right"/>
      </w:pPr>
      <w:r>
        <w:t>اے عقل والو! مجھ سے ڈرو۔ اے عقل والو! تقویٰ کا طریقہ اختیار کرو۔ یہ بہت ہی اہم بات ہے۔</w:t>
      </w:r>
    </w:p>
    <w:p>
      <w:r>
        <w:rPr>
          <w:b/>
        </w:rPr>
        <w:t xml:space="preserve">[33:31] </w:t>
      </w:r>
      <w:r>
        <w:t>is se yeh maloom hua ke taqwa ka talluq aql se hai. khuda ke, khuda se dar kar dunya mein rehna, mutaqqi ban kar dunya mein rehna,</w:t>
      </w:r>
    </w:p>
    <w:p>
      <w:pPr>
        <w:jc w:val="right"/>
      </w:pPr>
      <w:r>
        <w:t>اس سے یہ معلوم ہوا کہ تقویٰ کا تعلق عقل سے ہے۔ خدا کے، خدا سے ڈر کر دنیا میں رہنا، متقی بن کر دنیا میں رہنا،</w:t>
      </w:r>
    </w:p>
    <w:p>
      <w:r>
        <w:rPr>
          <w:b/>
        </w:rPr>
        <w:t xml:space="preserve">[33:45] </w:t>
      </w:r>
      <w:r>
        <w:t>taqwa ka tareeqa ikhtiyar karna, is ka talluq kis se hai? aql se hai. aql kaise hai?</w:t>
      </w:r>
    </w:p>
    <w:p>
      <w:pPr>
        <w:jc w:val="right"/>
      </w:pPr>
      <w:r>
        <w:t>تقویٰ کا طریقہ اختیار کرنا، اس کا تعلق کس سے ہے؟ عقل سے ہے۔ عقل کیسے ہے؟</w:t>
      </w:r>
    </w:p>
    <w:p>
      <w:r>
        <w:rPr>
          <w:b/>
        </w:rPr>
        <w:t xml:space="preserve">[33:54] </w:t>
      </w:r>
      <w:r>
        <w:t>aql se. aadmi ke pure behavior ko insan ka mind control karta hai.</w:t>
      </w:r>
    </w:p>
    <w:p>
      <w:pPr>
        <w:jc w:val="right"/>
      </w:pPr>
      <w:r>
        <w:t>عقل سے۔ آدمی کے پورے behavior کو انسان کا mind کنٹرول کرتا ہے۔</w:t>
      </w:r>
    </w:p>
    <w:p>
      <w:r>
        <w:rPr>
          <w:b/>
        </w:rPr>
        <w:t xml:space="preserve">[34:04] </w:t>
      </w:r>
      <w:r>
        <w:t>yeh body jo hai, yeh to body jo hai, yeh to mind ka vehicle hai. mind ki sawari hai. asal jo hai, woh to mind hai.</w:t>
      </w:r>
    </w:p>
    <w:p>
      <w:pPr>
        <w:jc w:val="right"/>
      </w:pPr>
      <w:r>
        <w:t>یہ body جو ہے، یہ تو body جو ہے، یہ تو mind کا vehicle ہے۔ mind کی سواری ہے۔ اصل جو ہے، وہ تو mind ہے۔</w:t>
      </w:r>
    </w:p>
    <w:p>
      <w:r>
        <w:rPr>
          <w:b/>
        </w:rPr>
        <w:t xml:space="preserve">[34:15] </w:t>
      </w:r>
      <w:r>
        <w:t>sara kaam mind ke zariye hota hai. aur mind jo hai, kya hai?</w:t>
      </w:r>
    </w:p>
    <w:p>
      <w:pPr>
        <w:jc w:val="right"/>
      </w:pPr>
      <w:r>
        <w:t>سارا کام mind کے ذریعے ہوتا ہے۔ اور mind جو ہے، کیا ہے؟</w:t>
      </w:r>
    </w:p>
    <w:p>
      <w:r>
        <w:rPr>
          <w:b/>
        </w:rPr>
        <w:t xml:space="preserve">[34:21] </w:t>
      </w:r>
      <w:r>
        <w:t>woh thinking capacity is ke andar be panah hai.</w:t>
      </w:r>
    </w:p>
    <w:p>
      <w:pPr>
        <w:jc w:val="right"/>
      </w:pPr>
      <w:r>
        <w:t>وہ thinking capacity اس کے اندر بے پناہ ہے۔</w:t>
      </w:r>
    </w:p>
    <w:p>
      <w:r>
        <w:rPr>
          <w:b/>
        </w:rPr>
        <w:t xml:space="preserve">[34:27] </w:t>
      </w:r>
      <w:r>
        <w:t>hamara mind is ke andar ek universe of thinking hai. woh sare universe ke barabar is ke andar thinking ki taqat pai jati hai.</w:t>
      </w:r>
    </w:p>
    <w:p>
      <w:pPr>
        <w:jc w:val="right"/>
      </w:pPr>
      <w:r>
        <w:t>ہمارا mind اس کے اندر ایک universe of thinking ہے۔ وہ سارے universe کے برابر اس کے اندر thinking کی طاقت پائی جاتی ہے۔</w:t>
      </w:r>
    </w:p>
    <w:p>
      <w:r>
        <w:rPr>
          <w:b/>
        </w:rPr>
        <w:t xml:space="preserve">[34:43] </w:t>
      </w:r>
      <w:r>
        <w:t>to soch samajh kar ke jab aadmi ek ravaiyah banaye ga to woh bohat bari baat hogi is ke liye.</w:t>
      </w:r>
    </w:p>
    <w:p>
      <w:pPr>
        <w:jc w:val="right"/>
      </w:pPr>
      <w:r>
        <w:t>تو سوچ سمجھ کر کے جب آدمی ایک رویہ بنائے گا تو وہ بہت بڑی بات ہوگی اس کے لیے۔</w:t>
      </w:r>
    </w:p>
    <w:p>
      <w:r>
        <w:rPr>
          <w:b/>
        </w:rPr>
        <w:t xml:space="preserve">[34:54] </w:t>
      </w:r>
      <w:r>
        <w:t>to taqwa mein aql ka talluq kis tarah se hai</w:t>
      </w:r>
    </w:p>
    <w:p>
      <w:pPr>
        <w:jc w:val="right"/>
      </w:pPr>
      <w:r>
        <w:t>تو تقویٰ میں عقل کا تعلق کس طرح سے ہے</w:t>
      </w:r>
    </w:p>
    <w:p>
      <w:r>
        <w:rPr>
          <w:b/>
        </w:rPr>
        <w:t xml:space="preserve">[34:57] </w:t>
      </w:r>
      <w:r>
        <w:t>? is tarah se hai ke hum apni aql ko istemal kar ke ghor o fikr karte hain, sochte hain.</w:t>
      </w:r>
    </w:p>
    <w:p>
      <w:pPr>
        <w:jc w:val="right"/>
      </w:pPr>
      <w:r>
        <w:t>؟ اس طرح سے ہے کہ ہم اپنی عقل کو استعمال کر کے غور و فکر کرتے ہیں، سوچتے ہیں۔</w:t>
      </w:r>
    </w:p>
    <w:p>
      <w:r>
        <w:rPr>
          <w:b/>
        </w:rPr>
        <w:t xml:space="preserve">[35:07] </w:t>
      </w:r>
      <w:r>
        <w:t>aur phir hum khuda ko discover karte hain. khuda ki marifat hasil karte hain. hum ko khuda ki daryaft hoti hai.</w:t>
      </w:r>
    </w:p>
    <w:p>
      <w:pPr>
        <w:jc w:val="right"/>
      </w:pPr>
      <w:r>
        <w:t>اور پھر ہم خدا کو discover کرتے ہیں۔ خدا کی معرفت حاصل کرتے ہیں۔ ہم کو خدا کی دریافت ہوتی ہے۔</w:t>
      </w:r>
    </w:p>
    <w:p>
      <w:r>
        <w:rPr>
          <w:b/>
        </w:rPr>
        <w:t xml:space="preserve">[35:18] </w:t>
      </w:r>
      <w:r>
        <w:t>to marifat khuda ki kaise hoti hai? aql ke zariye hoti hai.</w:t>
      </w:r>
    </w:p>
    <w:p>
      <w:pPr>
        <w:jc w:val="right"/>
      </w:pPr>
      <w:r>
        <w:t>تو معرفت خدا کی کیسے ہوتی ہے؟ عقل کے ذریعے ہوتی ہے۔</w:t>
      </w:r>
    </w:p>
    <w:p>
      <w:r>
        <w:rPr>
          <w:b/>
        </w:rPr>
        <w:t xml:space="preserve">[35:26] </w:t>
      </w:r>
      <w:r>
        <w:t>aql ko istemaal jab kareinge hum, tabhi hum ko marifat ka darja milega.</w:t>
      </w:r>
    </w:p>
    <w:p>
      <w:pPr>
        <w:jc w:val="right"/>
      </w:pPr>
      <w:r>
        <w:t>عقل کو استعمال جب کریں گے ہم، تبھی ہم کو معرفت کا درجہ ملے گا۔</w:t>
      </w:r>
    </w:p>
    <w:p>
      <w:r>
        <w:rPr>
          <w:b/>
        </w:rPr>
        <w:t xml:space="preserve">[35:36] </w:t>
      </w:r>
      <w:r>
        <w:t>to jab aadmi ko Khuda ki gehri marifat ho, is ne Khuda ki baRai ko daryaft kiya ho, Khuda ki azmat ko is ne paya ho,</w:t>
      </w:r>
    </w:p>
    <w:p>
      <w:pPr>
        <w:jc w:val="right"/>
      </w:pPr>
      <w:r>
        <w:t>تو جب آدمی کو خدا کی گہری معرفت ہو، اس نے خدا کی بڑائی کو دریافت کیا ہو، خدا کی عظمت کو اس نے پایا ہو،</w:t>
      </w:r>
    </w:p>
    <w:p>
      <w:r>
        <w:rPr>
          <w:b/>
        </w:rPr>
        <w:t xml:space="preserve">[35:48] </w:t>
      </w:r>
      <w:r>
        <w:t>apni aql ko istemaal kar ke, apni ghor o fikr ko istemaal kar ke, tadabbur aur tafakkur ko istemaal kar ke is ne jana ho ke Khuda hi is alam ka creator hai, Khuda hi is alam ka sustainer hai,</w:t>
      </w:r>
    </w:p>
    <w:p>
      <w:pPr>
        <w:jc w:val="right"/>
      </w:pPr>
      <w:r>
        <w:t>اپنی عقل کو استعمال کر کے، اپنی غور و فکر کو استعمال کر کے، تدبر اور تفکر کو استعمال کر کے اس نے جانا ہو کہ خدا ہی اس عالم کا creator ہے، خدا ہی اس عالم کا sustainer ہے،</w:t>
      </w:r>
    </w:p>
    <w:p>
      <w:r>
        <w:rPr>
          <w:b/>
        </w:rPr>
        <w:t xml:space="preserve">[36:05] </w:t>
      </w:r>
      <w:r>
        <w:t>Khuda Rabb ul Alameen hai,</w:t>
      </w:r>
    </w:p>
    <w:p>
      <w:pPr>
        <w:jc w:val="right"/>
      </w:pPr>
      <w:r>
        <w:t>خدا رب العالمین ہے،</w:t>
      </w:r>
    </w:p>
    <w:p>
      <w:r>
        <w:rPr>
          <w:b/>
        </w:rPr>
        <w:t xml:space="preserve">[36:09] </w:t>
      </w:r>
      <w:r>
        <w:t>Khuda Malik e Youm ud Deen hai, yeh sari baatein soch kar aadmi ke dimagh mein aati hain. aur isi ko marifat kaha gaya hai.</w:t>
      </w:r>
    </w:p>
    <w:p>
      <w:pPr>
        <w:jc w:val="right"/>
      </w:pPr>
      <w:r>
        <w:t>خدا مالک یوم الدین ہے، یہ ساری باتیں سوچ کر آدمی کے دماغ میں آتی ہیں۔ اور اسی کو معرفت کہا گیا ہے۔</w:t>
      </w:r>
    </w:p>
    <w:p>
      <w:r>
        <w:rPr>
          <w:b/>
        </w:rPr>
        <w:t xml:space="preserve">[36:20] </w:t>
      </w:r>
      <w:r>
        <w:t>to marifat sochne se aati hai, aql ko istemaal karne se aati hai.</w:t>
      </w:r>
    </w:p>
    <w:p>
      <w:pPr>
        <w:jc w:val="right"/>
      </w:pPr>
      <w:r>
        <w:t>تو معرفت سوچنے سے آتی ہے، عقل کو استعمال کرنے سے آتی ہے۔</w:t>
      </w:r>
    </w:p>
    <w:p>
      <w:r>
        <w:rPr>
          <w:b/>
        </w:rPr>
        <w:t xml:space="preserve">[36:28] </w:t>
      </w:r>
      <w:r>
        <w:t>to jab hum aql ko istemaal kar ke Khuda ki is tarah marifat hasil kareinge to isi ke nateeje ka naam taqwa hai.</w:t>
      </w:r>
    </w:p>
    <w:p>
      <w:pPr>
        <w:jc w:val="right"/>
      </w:pPr>
      <w:r>
        <w:t>تو جب ہم عقل کو استعمال کر کے خدا کی اس طرح معرفت حاصل کریں گے تو اسی کے نتیجے کا نام تقویٰ ہے۔</w:t>
      </w:r>
    </w:p>
    <w:p>
      <w:r>
        <w:rPr>
          <w:b/>
        </w:rPr>
        <w:t xml:space="preserve">[36:41] </w:t>
      </w:r>
      <w:r>
        <w:t>isi ke nateeje ka naam taqwa hai.</w:t>
      </w:r>
    </w:p>
    <w:p>
      <w:pPr>
        <w:jc w:val="right"/>
      </w:pPr>
      <w:r>
        <w:t>اسی کے نتیجے کا نام تقویٰ ہے۔</w:t>
      </w:r>
    </w:p>
    <w:p>
      <w:r>
        <w:rPr>
          <w:b/>
        </w:rPr>
        <w:t xml:space="preserve">[36:46] </w:t>
      </w:r>
      <w:r>
        <w:t>jaise aap ek jagah hain, achanak aap ko yeh daryaft ho ke yahan par ek sher khara hua hai.</w:t>
      </w:r>
    </w:p>
    <w:p>
      <w:pPr>
        <w:jc w:val="right"/>
      </w:pPr>
      <w:r>
        <w:t>جیسے آپ ایک جگہ ہیں، اچانک آپ کو یہ دریافت ہو کہ یہاں پر ایک شیر کھڑا ہوا ہے۔</w:t>
      </w:r>
    </w:p>
    <w:p>
      <w:r>
        <w:rPr>
          <w:b/>
        </w:rPr>
        <w:t xml:space="preserve">[36:57] </w:t>
      </w:r>
      <w:r>
        <w:t>to kya hoga? ek zabardast ehsas jaagega aap ke andar ke apne aap ko sher se bachana hai.</w:t>
      </w:r>
    </w:p>
    <w:p>
      <w:pPr>
        <w:jc w:val="right"/>
      </w:pPr>
      <w:r>
        <w:t>تو کیا ہوگا؟ ایک زبردست احساس جاگے گا آپ کے اندر کہ اپنے آپ کو شیر سے بچانا ہے۔</w:t>
      </w:r>
    </w:p>
    <w:p>
      <w:r>
        <w:rPr>
          <w:b/>
        </w:rPr>
        <w:t xml:space="preserve">[37:07] </w:t>
      </w:r>
      <w:r>
        <w:t>sher ki daryaft apne aap sher ke bare mein aap ko jaga deti hai.</w:t>
      </w:r>
    </w:p>
    <w:p>
      <w:pPr>
        <w:jc w:val="right"/>
      </w:pPr>
      <w:r>
        <w:t>شیر کی دریافت اپنے آپ شیر کے بارے میں آپ کو جگا دیتی ہے۔</w:t>
      </w:r>
    </w:p>
    <w:p>
      <w:r>
        <w:rPr>
          <w:b/>
        </w:rPr>
        <w:t xml:space="preserve">[37:16] </w:t>
      </w:r>
      <w:r>
        <w:t>sher ki maujudgi ko daryaft karte hi aap ke andar ek zabardast storm aata hai.</w:t>
      </w:r>
    </w:p>
    <w:p>
      <w:pPr>
        <w:jc w:val="right"/>
      </w:pPr>
      <w:r>
        <w:t>شیر کی موجودگی کو دریافت کرتے ہی آپ کے اندر ایک زبردست storm آتا ہے۔</w:t>
      </w:r>
    </w:p>
    <w:p>
      <w:r>
        <w:rPr>
          <w:b/>
        </w:rPr>
        <w:t xml:space="preserve">[37:30] </w:t>
      </w:r>
      <w:r>
        <w:t>is tarike se Khuda ki daryaft bhi ek zabardast storm layegi aap ke andar. Khuda aap ka sab se bara concern ban jayega.</w:t>
      </w:r>
    </w:p>
    <w:p>
      <w:pPr>
        <w:jc w:val="right"/>
      </w:pPr>
      <w:r>
        <w:t>اس طریقے سے خدا کی دریافت بھی ایک زبردست storm لائے گی آپ کے اندر۔ خدا آپ کا سب سے بڑا concern بن جائے گا۔</w:t>
      </w:r>
    </w:p>
    <w:p>
      <w:r>
        <w:rPr>
          <w:b/>
        </w:rPr>
        <w:t xml:space="preserve">[37:43] </w:t>
      </w:r>
      <w:r>
        <w:t>aap sab se zyada Khuda se darenge. aap sab se zyada Khuda se mohabbat kareinge. aap ke sare jazbat ka markaz Khuda ban jayega.</w:t>
      </w:r>
    </w:p>
    <w:p>
      <w:pPr>
        <w:jc w:val="right"/>
      </w:pPr>
      <w:r>
        <w:t>آپ سب سے زیادہ خدا سے ڈریں گے۔ آپ سب سے زیادہ خدا سے محبت کریں گے۔ آپ کے سارے جذبات کا مرکز خدا بن جائے گا۔</w:t>
      </w:r>
    </w:p>
    <w:p>
      <w:r>
        <w:rPr>
          <w:b/>
        </w:rPr>
        <w:t xml:space="preserve">[37:57] </w:t>
      </w:r>
      <w:r>
        <w:t>aap ki soch God oriented soch hogi. aap ki speech God oriented speech hogi.</w:t>
      </w:r>
    </w:p>
    <w:p>
      <w:pPr>
        <w:jc w:val="right"/>
      </w:pPr>
      <w:r>
        <w:t>آپ کی سوچ God oriented سوچ ہوگی۔ آپ کی speech God oriented speech ہوگی۔</w:t>
      </w:r>
    </w:p>
    <w:p>
      <w:r>
        <w:rPr>
          <w:b/>
        </w:rPr>
        <w:t xml:space="preserve">[38:11] </w:t>
      </w:r>
      <w:r>
        <w:t>aap ka amal God oriented amal hoga. aap ka behavior God oriented behavior hoga.</w:t>
      </w:r>
    </w:p>
    <w:p>
      <w:pPr>
        <w:jc w:val="right"/>
      </w:pPr>
      <w:r>
        <w:t>آپ کا عمل God oriented عمل ہوگا۔ آپ کا behavior God oriented behavior ہوگا۔</w:t>
      </w:r>
    </w:p>
    <w:p>
      <w:r>
        <w:rPr>
          <w:b/>
        </w:rPr>
        <w:t xml:space="preserve">[38:24] </w:t>
      </w:r>
      <w:r>
        <w:t>to sab cheez juri hui hai marifat se aur marifat ka nateeja hai taqwa. to farmaya ke</w:t>
      </w:r>
    </w:p>
    <w:p>
      <w:pPr>
        <w:jc w:val="right"/>
      </w:pPr>
      <w:r>
        <w:t>تو سب چیز جڑی ہوئی ہے معرفت سے اور معرفت کا نتیجہ ہے تقویٰ۔ تو فرمایا کہ</w:t>
      </w:r>
    </w:p>
    <w:p>
      <w:r>
        <w:rPr>
          <w:b/>
        </w:rPr>
        <w:t xml:space="preserve">[38:33] </w:t>
      </w:r>
      <w:r>
        <w:t>at taquni ya ulul albab! aql walo! mujh se daro.</w:t>
      </w:r>
    </w:p>
    <w:p>
      <w:pPr>
        <w:jc w:val="right"/>
      </w:pPr>
      <w:r>
        <w:t>اتَّقُونَ يَا أَوْلِي الْأَلْبَابِ اے عقل والو! مجھ سے ڈرو۔</w:t>
      </w:r>
    </w:p>
    <w:p>
      <w:r>
        <w:rPr>
          <w:b/>
        </w:rPr>
        <w:t xml:space="preserve">[38:42] </w:t>
      </w:r>
      <w:r>
        <w:t>aql walo! mujh se daro.</w:t>
      </w:r>
    </w:p>
    <w:p>
      <w:pPr>
        <w:jc w:val="right"/>
      </w:pPr>
      <w:r>
        <w:t>اے عقل والو! مجھ سے ڈرو۔</w:t>
      </w:r>
    </w:p>
    <w:p>
      <w:r>
        <w:rPr>
          <w:b/>
        </w:rPr>
        <w:t xml:space="preserve">[38:48] </w:t>
      </w:r>
      <w:r>
        <w:t>is ayat se clear taur par yeh maloom hota hai ke taqwa jo hai, kisi ritual ka naam nahi hai, kisi form ka naam nahi hai.</w:t>
      </w:r>
    </w:p>
    <w:p>
      <w:pPr>
        <w:jc w:val="right"/>
      </w:pPr>
      <w:r>
        <w:t>اس آیت سے clear طور پر یہ معلوم ہوتا ہے کہ تقویٰ جو ہے، کسی ritual کا نام نہیں ہے، کسی فارم کا نام نہیں ہے۔</w:t>
      </w:r>
    </w:p>
    <w:p>
      <w:r>
        <w:rPr>
          <w:b/>
        </w:rPr>
        <w:t xml:space="preserve">[39:01] </w:t>
      </w:r>
      <w:r>
        <w:t>yani aap khaas tarah ka kapra pehan lein, khaas tarah ka kapra, khaas tarah ki topi, khaas tarah ki waza qata, khaas tarah ka form, in cheezon ka naam taqwa nahi hai.</w:t>
      </w:r>
    </w:p>
    <w:p>
      <w:pPr>
        <w:jc w:val="right"/>
      </w:pPr>
      <w:r>
        <w:t>یعنی آپ خاص طرح کا کپڑا پہن لیں، خاص طرح کا کپڑا، خاص طرح کی ٹوپی، خاص طرح کی وضع قطع، خاص طرح کا فارم، ان چیزوں کا نام تقویٰ نہیں ہے۔</w:t>
      </w:r>
    </w:p>
    <w:p>
      <w:r>
        <w:rPr>
          <w:b/>
        </w:rPr>
        <w:t xml:space="preserve">[39:21] </w:t>
      </w:r>
      <w:r>
        <w:t>yeh to culture hai. yeh sab culture ki cheezein hain.</w:t>
      </w:r>
    </w:p>
    <w:p>
      <w:pPr>
        <w:jc w:val="right"/>
      </w:pPr>
      <w:r>
        <w:t>یہ تو کلچر ہے۔ یہ سب کلچر کی چیزیں ہیں۔</w:t>
      </w:r>
    </w:p>
    <w:p>
      <w:r>
        <w:rPr>
          <w:b/>
        </w:rPr>
        <w:t xml:space="preserve">[39:28] </w:t>
      </w:r>
      <w:r>
        <w:t>taqwa ka taluq aql se hai, taqwa ka taluq marifat se hai, taqwa ka taluq realization se hai, taqwa ka taluq Khuda ki daryaft se hai.</w:t>
      </w:r>
    </w:p>
    <w:p>
      <w:pPr>
        <w:jc w:val="right"/>
      </w:pPr>
      <w:r>
        <w:t>تقویٰ کا تعلق عقل سے ہے، تقویٰ کا تعلق معرفت سے ہے، تقویٰ کا تعلق realization سے ہے، تقویٰ کا تعلق خدا کی دریافت سے ہے۔</w:t>
      </w:r>
    </w:p>
    <w:p>
      <w:r>
        <w:rPr>
          <w:b/>
        </w:rPr>
        <w:t xml:space="preserve">[39:42] </w:t>
      </w:r>
      <w:r>
        <w:t>yeh sab jo jis ko kehte hain mazahir taqwa, woh kuch bhi nahi. woh mazahir culture hain.</w:t>
      </w:r>
    </w:p>
    <w:p>
      <w:pPr>
        <w:jc w:val="right"/>
      </w:pPr>
      <w:r>
        <w:t>یہ سب جو جس کو کہتے ہیں مظاہر تقویٰ، وہ کچھ بھی نہیں۔ وہ مظاہر کلچر ہیں۔</w:t>
      </w:r>
    </w:p>
    <w:p>
      <w:r>
        <w:rPr>
          <w:b/>
        </w:rPr>
        <w:t xml:space="preserve">[39:51] </w:t>
      </w:r>
      <w:r>
        <w:t>ek khaas tarah ka kapra, khaas tarah ki topi,</w:t>
      </w:r>
    </w:p>
    <w:p>
      <w:pPr>
        <w:jc w:val="right"/>
      </w:pPr>
      <w:r>
        <w:t>ایک خاص طرح کا کپڑا، خاص طرح کی ٹوپی،</w:t>
      </w:r>
    </w:p>
    <w:p>
      <w:r>
        <w:rPr>
          <w:b/>
        </w:rPr>
        <w:t xml:space="preserve">[39:57] </w:t>
      </w:r>
      <w:r>
        <w:t>khas tarah ka zahiri andaaz, is ka talluq culture se hai, taqwa se nahi hai.</w:t>
      </w:r>
    </w:p>
    <w:p>
      <w:pPr>
        <w:jc w:val="right"/>
      </w:pPr>
      <w:r>
        <w:t>خاص طرح کا ظاہری انداز، اس کا تعلق کلچر سے ہے، تقویٰ سے نہیں ہے۔</w:t>
      </w:r>
    </w:p>
    <w:p>
      <w:r>
        <w:rPr>
          <w:b/>
        </w:rPr>
        <w:t xml:space="preserve">[40:09] </w:t>
      </w:r>
      <w:r>
        <w:t>taqwa direct taur par nateeja hai aqli ghore o fikr ka.</w:t>
      </w:r>
    </w:p>
    <w:p>
      <w:pPr>
        <w:jc w:val="right"/>
      </w:pPr>
      <w:r>
        <w:t>تقویٰ direct طور پر نتیجہ ہے عقلی غور و فکر کا۔</w:t>
      </w:r>
    </w:p>
    <w:p>
      <w:r>
        <w:rPr>
          <w:b/>
        </w:rPr>
        <w:t xml:space="preserve">[40:17] </w:t>
      </w:r>
      <w:r>
        <w:t>taqwa barah-e-rast taur par nateeja hai aqli ghore o fikr ka. aqli ghore o fikr se Khuda ki marifat hasil hoti hai, Khuda ki azmat maloom hoti hai.</w:t>
      </w:r>
    </w:p>
    <w:p>
      <w:pPr>
        <w:jc w:val="right"/>
      </w:pPr>
      <w:r>
        <w:t>تقویٰ براہ راست طور پر نتیجہ ہے عقلی غور و فکر کا۔ عقلی غور و فکر سے خدا کی معرفت حاصل ہوتی ہے، خدا کی عظمت معلوم ہوتی ہے۔</w:t>
      </w:r>
    </w:p>
    <w:p>
      <w:r>
        <w:rPr>
          <w:b/>
        </w:rPr>
        <w:t xml:space="preserve">[40:32] </w:t>
      </w:r>
      <w:r>
        <w:t>aur jab Khuda ki azmaton ki marifat ho jaye to us ke baad yeh hoga ke aadmi ke andar taqwa aa jayega. aadmi Khuda ko sab se bari cheez samajh lega.</w:t>
      </w:r>
    </w:p>
    <w:p>
      <w:pPr>
        <w:jc w:val="right"/>
      </w:pPr>
      <w:r>
        <w:t>اور جب خدا کی عظمتوں کی معرفت ہو جائے تو اس کے بعد یہ ہوگا کہ آدمی کے اندر تقویٰ آ جائے گا۔ آدمی خدا کو سب سے بڑی چیز سمجھ لے گا۔</w:t>
      </w:r>
    </w:p>
    <w:p>
      <w:r>
        <w:rPr>
          <w:b/>
        </w:rPr>
        <w:t xml:space="preserve">[40:45] </w:t>
      </w:r>
      <w:r>
        <w:t>to yeh bohat important baat hai, baat samajhna chahiye ke taqwa ka talluq aql se hai, taqwa ka talluq marifat se hai, taqwa ka talluq tadabbur aur tafakkur se hai.</w:t>
      </w:r>
    </w:p>
    <w:p>
      <w:pPr>
        <w:jc w:val="right"/>
      </w:pPr>
      <w:r>
        <w:t>تو یہ بہت important بات ہے، بات سمجھنا چاہیے کہ تقویٰ کا تعلق عقل سے ہے، تقویٰ کا تعلق معرفت سے ہے، تقویٰ کا تعلق تدبر اور تفکر سے ہے۔</w:t>
      </w:r>
    </w:p>
    <w:p>
      <w:r>
        <w:rPr>
          <w:b/>
        </w:rPr>
        <w:t xml:space="preserve">[41:06] </w:t>
      </w:r>
      <w:r>
        <w:t>yeh baat Quran mein doosre tareeqe se jagah jagah kahi gayi hai.</w:t>
      </w:r>
    </w:p>
    <w:p>
      <w:pPr>
        <w:jc w:val="right"/>
      </w:pPr>
      <w:r>
        <w:t>یہ بات قرآن میں دوسرے طریقے سے جگہ جگہ کہی گئی ہے۔</w:t>
      </w:r>
    </w:p>
    <w:p>
      <w:r>
        <w:rPr>
          <w:b/>
        </w:rPr>
        <w:t xml:space="preserve">[41:10] </w:t>
      </w:r>
      <w:r>
        <w:t>ayat number 198</w:t>
      </w:r>
    </w:p>
    <w:p>
      <w:pPr>
        <w:jc w:val="right"/>
      </w:pPr>
      <w:r>
        <w:t>آیت نمبر 198</w:t>
      </w:r>
    </w:p>
    <w:p>
      <w:r>
        <w:rPr>
          <w:b/>
        </w:rPr>
        <w:t xml:space="preserve">[41:17] </w:t>
      </w:r>
      <w:r>
        <w:t>farmaya ke uskuruhu kama hadakum</w:t>
      </w:r>
    </w:p>
    <w:p>
      <w:pPr>
        <w:jc w:val="right"/>
      </w:pPr>
      <w:r>
        <w:t>فرمایا کہ اُسْكُرُوهُ كَمَا هَدَاكُمْ</w:t>
      </w:r>
    </w:p>
    <w:p>
      <w:r>
        <w:rPr>
          <w:b/>
        </w:rPr>
        <w:t xml:space="preserve">[41:23] </w:t>
      </w:r>
      <w:r>
        <w:t>uskuruhu kama hadakum</w:t>
      </w:r>
    </w:p>
    <w:p>
      <w:pPr>
        <w:jc w:val="right"/>
      </w:pPr>
      <w:r>
        <w:t>اُسْكُرُوهُ کَمَا هَدَاكُمْ</w:t>
      </w:r>
    </w:p>
    <w:p>
      <w:r>
        <w:rPr>
          <w:b/>
        </w:rPr>
        <w:t xml:space="preserve">[41:33] </w:t>
      </w:r>
      <w:r>
        <w:t>yani Khuda ka zikr karo jis tarah is ne hidayat di hai.</w:t>
      </w:r>
    </w:p>
    <w:p>
      <w:pPr>
        <w:jc w:val="right"/>
      </w:pPr>
      <w:r>
        <w:t>یعنی خدا کا ذکر کرو جس طرح اس نے ہدایت دی ہے۔</w:t>
      </w:r>
    </w:p>
    <w:p>
      <w:r>
        <w:rPr>
          <w:b/>
        </w:rPr>
        <w:t xml:space="preserve">[41:40] </w:t>
      </w:r>
      <w:r>
        <w:t>to Khuda ki hidayat ke mutabiq hi zikr hai. yani Khuda ko hum kaise yaad karein? is ka ab hum khud se, apni taraf se koi tareeqa nahi bana sakte.</w:t>
      </w:r>
    </w:p>
    <w:p>
      <w:pPr>
        <w:jc w:val="right"/>
      </w:pPr>
      <w:r>
        <w:t>تو خدا کی ہدایت کے مطابق ہی ذکر ہے۔ یعنی خدا کو ہم کیسے یاد کریں؟ اس کا اب ہم خود سے، اپنی طرف سے کوئی طریقہ نہیں بنا سکتے۔</w:t>
      </w:r>
    </w:p>
    <w:p>
      <w:r>
        <w:rPr>
          <w:b/>
        </w:rPr>
        <w:t xml:space="preserve">[41:54] </w:t>
      </w:r>
      <w:r>
        <w:t>yeh apni taraf se nahi bana sakte ke hum kaise Khuda ko zikr karein. Khuda ne jis tareeqe se hidayat di hai, usi tareeqe se hum jaan sakte hain ke Khuda ka zikr kaise kiya jaye, Khuda ki yaad kaise ki jaye,</w:t>
      </w:r>
    </w:p>
    <w:p>
      <w:pPr>
        <w:jc w:val="right"/>
      </w:pPr>
      <w:r>
        <w:t>یہ اپنی طرف سے نہیں بنا سکتے کہ ہم کیسے خدا کو ذکر کریں۔ خدا نے جس طریقے سے ہدایت دی ہے، اسی طریقے سے ہم جان سکتے ہیں کہ خدا کا ذکر کیسے کیا جائے، خدا کی یاد کیسے کی جائے،</w:t>
      </w:r>
    </w:p>
    <w:p>
      <w:r>
        <w:rPr>
          <w:b/>
        </w:rPr>
        <w:t xml:space="preserve">[42:09] </w:t>
      </w:r>
      <w:r>
        <w:t>Khuda se apne talluq ko kaise banaya jaye.</w:t>
      </w:r>
    </w:p>
    <w:p>
      <w:pPr>
        <w:jc w:val="right"/>
      </w:pPr>
      <w:r>
        <w:t>خدا سے اپنے تعلق کو کیسے بنایا جائے۔</w:t>
      </w:r>
    </w:p>
    <w:p>
      <w:r>
        <w:rPr>
          <w:b/>
        </w:rPr>
        <w:t xml:space="preserve">[42:14] </w:t>
      </w:r>
      <w:r>
        <w:t>yeh</w:t>
      </w:r>
    </w:p>
    <w:p>
      <w:pPr>
        <w:jc w:val="right"/>
      </w:pPr>
      <w:r>
        <w:t>یہ</w:t>
      </w:r>
    </w:p>
    <w:p>
      <w:r>
        <w:rPr>
          <w:b/>
        </w:rPr>
        <w:t xml:space="preserve">[42:18] </w:t>
      </w:r>
      <w:r>
        <w:t>Quran ke mutale'e se maloom hota hai, hadith ko parhne se maloom hota hai, ashaab-e-Rasool ki zindagi ko dekhne se maloom hota hai.</w:t>
      </w:r>
    </w:p>
    <w:p>
      <w:pPr>
        <w:jc w:val="right"/>
      </w:pPr>
      <w:r>
        <w:t>قرآن کے مطالعے سے معلوم ہوتا ہے، حدیث کو پڑھنے سے معلوم ہوتا ہے، اصحاب رسول کی زندگیوں کو دیکھنے سے معلوم ہوتا ہے۔</w:t>
      </w:r>
    </w:p>
    <w:p>
      <w:r>
        <w:rPr>
          <w:b/>
        </w:rPr>
        <w:t xml:space="preserve">[42:36] </w:t>
      </w:r>
      <w:r>
        <w:t>us ke baad ayat number 201, 201</w:t>
      </w:r>
    </w:p>
    <w:p>
      <w:pPr>
        <w:jc w:val="right"/>
      </w:pPr>
      <w:r>
        <w:t>اس کے بعد آیت نمبر 201، 201</w:t>
      </w:r>
    </w:p>
    <w:p>
      <w:r>
        <w:rPr>
          <w:b/>
        </w:rPr>
        <w:t xml:space="preserve">[42:44] </w:t>
      </w:r>
      <w:r>
        <w:t>Surah Baqarah ki ayat number 201</w:t>
      </w:r>
    </w:p>
    <w:p>
      <w:pPr>
        <w:jc w:val="right"/>
      </w:pPr>
      <w:r>
        <w:t>سورہ بقرہ کی آیت نمبر 201</w:t>
      </w:r>
    </w:p>
    <w:p>
      <w:r>
        <w:rPr>
          <w:b/>
        </w:rPr>
        <w:t xml:space="preserve">[42:51] </w:t>
      </w:r>
      <w:r>
        <w:t>mein ek dua aayi hai. bohat hi jam'e dua aur bohat hi,</w:t>
      </w:r>
    </w:p>
    <w:p>
      <w:pPr>
        <w:jc w:val="right"/>
      </w:pPr>
      <w:r>
        <w:t>میں ایک دعا آئی ہے۔ بہت ہی جامع دعا اور بہت ہی،</w:t>
      </w:r>
    </w:p>
    <w:p>
      <w:r>
        <w:rPr>
          <w:b/>
        </w:rPr>
        <w:t xml:space="preserve">[43:01] </w:t>
      </w:r>
      <w:r>
        <w:t>yani sari baat us ke andar aa gayi.</w:t>
      </w:r>
    </w:p>
    <w:p>
      <w:pPr>
        <w:jc w:val="right"/>
      </w:pPr>
      <w:r>
        <w:t>یعنی ساری بات اس کے اندر آ گئی۔</w:t>
      </w:r>
    </w:p>
    <w:p>
      <w:r>
        <w:rPr>
          <w:b/>
        </w:rPr>
        <w:t xml:space="preserve">[43:05] </w:t>
      </w:r>
      <w:r>
        <w:t>woh dua us tareeqe se hai ke rabbana atina fid dunya hasanatan wa fil akhirati hasanatan wa qina azabannar</w:t>
      </w:r>
    </w:p>
    <w:p>
      <w:pPr>
        <w:jc w:val="right"/>
      </w:pPr>
      <w:r>
        <w:t>وہ دعا اس طریقے سے ہے کہ رَبَّنَا آتَنَا فِي الدُّنْيَا حَسَنًا وَفِي الْآخِرَةِ حَسَنًا وَقِنَا عَذَابَ النَّارِ</w:t>
      </w:r>
    </w:p>
    <w:p>
      <w:r>
        <w:rPr>
          <w:b/>
        </w:rPr>
        <w:t xml:space="preserve">[43:22] </w:t>
      </w:r>
      <w:r>
        <w:t>rabbana atina fid dunya hasanatan wa fil akhirati hasanatan wa qina azabannar</w:t>
      </w:r>
    </w:p>
    <w:p>
      <w:pPr>
        <w:jc w:val="right"/>
      </w:pPr>
      <w:r>
        <w:t>رَبَّنَا آتَنَا فِي الدُّنْيَا حَسَنًا وَفِي الْآخِرَةِ حَسَنًا وَقِنَا عَذَابَ النَّارِ</w:t>
      </w:r>
    </w:p>
    <w:p>
      <w:r>
        <w:rPr>
          <w:b/>
        </w:rPr>
        <w:t xml:space="preserve">[43:34] </w:t>
      </w:r>
      <w:r>
        <w:t>is ka tarjuma yeh hai ke ae hamare Rabb! hum ko de dunya mein hasana, ae Rabb!</w:t>
      </w:r>
    </w:p>
    <w:p>
      <w:pPr>
        <w:jc w:val="right"/>
      </w:pPr>
      <w:r>
        <w:t>اس کا ترجمہ یہ ہے کہ اے ہمارے رب! ہم کو دے دنیا میں حسنہ، اے رب!</w:t>
      </w:r>
    </w:p>
    <w:p>
      <w:r>
        <w:rPr>
          <w:b/>
        </w:rPr>
        <w:t xml:space="preserve">[43:45] </w:t>
      </w:r>
      <w:r>
        <w:t>hum ko de dunya mein hasana aur akhirat mein hasana, aur hum ko bacha</w:t>
      </w:r>
    </w:p>
    <w:p>
      <w:pPr>
        <w:jc w:val="right"/>
      </w:pPr>
      <w:r>
        <w:t>ہم کو دے دنیا میں حسنہ اور آخرت میں حسنہ، اور ہم کو بچا</w:t>
      </w:r>
    </w:p>
    <w:p>
      <w:r>
        <w:rPr>
          <w:b/>
        </w:rPr>
        <w:t xml:space="preserve">[43:55] </w:t>
      </w:r>
      <w:r>
        <w:t>akhirat ke azab se.</w:t>
      </w:r>
    </w:p>
    <w:p>
      <w:pPr>
        <w:jc w:val="right"/>
      </w:pPr>
      <w:r>
        <w:t>آخرت کے عذاب سے۔</w:t>
      </w:r>
    </w:p>
    <w:p>
      <w:r>
        <w:rPr>
          <w:b/>
        </w:rPr>
        <w:t xml:space="preserve">[44:01] </w:t>
      </w:r>
      <w:r>
        <w:t>yahan hasana ka matlab kya hai?</w:t>
      </w:r>
    </w:p>
    <w:p>
      <w:pPr>
        <w:jc w:val="right"/>
      </w:pPr>
      <w:r>
        <w:t>یہاں حسنہ کا مطلب کیا ہے؟</w:t>
      </w:r>
    </w:p>
    <w:p>
      <w:r>
        <w:rPr>
          <w:b/>
        </w:rPr>
        <w:t xml:space="preserve">[44:03] </w:t>
      </w:r>
      <w:r>
        <w:t>is ka matlab yeh hai ke dunya mein hum jis ko hasna samajhte hain, hum chahte hain ke hamare paas khoob paisa ho, khoob bara bara business ho, bari bari property hamare paas ho.</w:t>
      </w:r>
    </w:p>
    <w:p>
      <w:pPr>
        <w:jc w:val="right"/>
      </w:pPr>
      <w:r>
        <w:t>اس کا مطلب یہ ہے کہ دنیا میں ہم جس کو حسنہ سمجھتے ہیں، ہم چاہتے ہیں کہ ہمارے پاس خوب پیسہ ہو، خوب بڑا بڑا بزنس ہو، بڑی بڑی پراپرٹی ہمارے پاس ہو۔</w:t>
      </w:r>
    </w:p>
    <w:p>
      <w:r>
        <w:rPr>
          <w:b/>
        </w:rPr>
        <w:t xml:space="preserve">[44:16] </w:t>
      </w:r>
      <w:r>
        <w:t>to yeh matlab nahi hai ke rabbana atina fid dunya hasana ka matlab yeh nahi hai ke dunya ki achaiyan hamein de de. yeh matlab nahi hai is ka.</w:t>
      </w:r>
    </w:p>
    <w:p>
      <w:pPr>
        <w:jc w:val="right"/>
      </w:pPr>
      <w:r>
        <w:t>تو یہ مطلب نہیں ہے کہ رَبَّنَا آتَنَا فِي الدُّنْيَا حَسَنًا کا مطلب یہ نہیں ہے کہ دنیا کی اچھائیاں ہمیں دے دے۔ یہ مطلب نہیں ہے اس کا۔</w:t>
      </w:r>
    </w:p>
    <w:p>
      <w:r>
        <w:rPr>
          <w:b/>
        </w:rPr>
        <w:t xml:space="preserve">[44:26] </w:t>
      </w:r>
      <w:r>
        <w:t>dekhiye, is mein khud bata diya gaya hai ke hasana ka criteria kya hai.</w:t>
      </w:r>
    </w:p>
    <w:p>
      <w:pPr>
        <w:jc w:val="right"/>
      </w:pPr>
      <w:r>
        <w:t>دیکھیے، اس میں خود بتا دیا گیا ہے کہ حسنہ کا کرائٹیریا کیا ہے۔</w:t>
      </w:r>
    </w:p>
    <w:p>
      <w:r>
        <w:rPr>
          <w:b/>
        </w:rPr>
        <w:t xml:space="preserve">[44:34] </w:t>
      </w:r>
      <w:r>
        <w:t>woh hai isi mein, dekhiye</w:t>
      </w:r>
    </w:p>
    <w:p>
      <w:pPr>
        <w:jc w:val="right"/>
      </w:pPr>
      <w:r>
        <w:t>وہ ہے اسی میں، دیکھیے</w:t>
      </w:r>
    </w:p>
    <w:p>
      <w:r>
        <w:rPr>
          <w:b/>
        </w:rPr>
        <w:t xml:space="preserve">[44:40] </w:t>
      </w:r>
      <w:r>
        <w:t>waqina azabannar yeh hai criteria aur</w:t>
      </w:r>
    </w:p>
    <w:p>
      <w:pPr>
        <w:jc w:val="right"/>
      </w:pPr>
      <w:r>
        <w:t>وَقِنَا عَذَابَ النَّارِ یہ ہے کرائٹیریا اور</w:t>
      </w:r>
    </w:p>
    <w:p>
      <w:r>
        <w:rPr>
          <w:b/>
        </w:rPr>
        <w:t xml:space="preserve">[44:46] </w:t>
      </w:r>
      <w:r>
        <w:t>bacha hum ko akhirat ke azab se. yeh hai criteria, yani woh zindagi hamein guzarnay ki tofeeq de jo hamein akhirat ki pakar se bachane wali ho,</w:t>
      </w:r>
    </w:p>
    <w:p>
      <w:pPr>
        <w:jc w:val="right"/>
      </w:pPr>
      <w:r>
        <w:t>بچا ہم کو آخرت کے عذاب سے۔ یہ ہے کرائٹیریا، یعنی وہ زندگی ہمیں گزارنے کی توفیق دے جو ہمیں آخرت کی پکڑ سے بچانے والی ہو،</w:t>
      </w:r>
    </w:p>
    <w:p>
      <w:r>
        <w:rPr>
          <w:b/>
        </w:rPr>
        <w:t xml:space="preserve">[45:04] </w:t>
      </w:r>
      <w:r>
        <w:t>jo hum ko jannat mein le janay wali ho. yeh matlab hai is ka</w:t>
      </w:r>
    </w:p>
    <w:p>
      <w:pPr>
        <w:jc w:val="right"/>
      </w:pPr>
      <w:r>
        <w:t>جو ہم کو جنت میں لے جانے والی ہو۔ یہ مطلب ہے اس کا</w:t>
      </w:r>
    </w:p>
    <w:p>
      <w:r>
        <w:rPr>
          <w:b/>
        </w:rPr>
        <w:t xml:space="preserve">[45:12] </w:t>
      </w:r>
      <w:r>
        <w:t>rabbana atina fid dunya hasana wa fil akhirati hasana waqina azabannar</w:t>
      </w:r>
    </w:p>
    <w:p>
      <w:pPr>
        <w:jc w:val="right"/>
      </w:pPr>
      <w:r>
        <w:t>رَبَّنَا آتَنَا فِي الدُّنْيَا حَسَنًا وَفِي الْآخِرَةِ حَسَنًا وَقِنَا عَذَابَ النَّارِ</w:t>
      </w:r>
    </w:p>
    <w:p>
      <w:r>
        <w:rPr>
          <w:b/>
        </w:rPr>
        <w:t xml:space="preserve">[45:23] </w:t>
      </w:r>
      <w:r>
        <w:t>to aye rab! hum ko de dunya mein hasana, dunya mein achai. hasana ka matlab hai achai, to is ka matlab yeh nahi ke dunya mein hum jis cheez ko acha samajhte hain,</w:t>
      </w:r>
    </w:p>
    <w:p>
      <w:pPr>
        <w:jc w:val="right"/>
      </w:pPr>
      <w:r>
        <w:t>تو اے رب! ہم کو دے دنیا میں حسنہ، دنیا میں اچھائی۔ حسنہ کا مطلب ہے اچھائی، تو اس کا مطلب یہ نہیں کہ دنیا میں ہم جس چیز کو اچھا سمجھتے ہیں،</w:t>
      </w:r>
    </w:p>
    <w:p>
      <w:r>
        <w:rPr>
          <w:b/>
        </w:rPr>
        <w:t xml:space="preserve">[45:39] </w:t>
      </w:r>
      <w:r>
        <w:t>woh cheez hamein de de. khuda jis ko acha samajhta hai, woh hum mang rahe hain. is ayat, is dua mein khuda mangta hai hasana,</w:t>
      </w:r>
    </w:p>
    <w:p>
      <w:pPr>
        <w:jc w:val="right"/>
      </w:pPr>
      <w:r>
        <w:t>وہ چیز ہمیں دے دے۔ خدا جس کو اچھا سمجھتا ہے، وہ ہم مانگ رہے ہیں۔ اس آیت، اس دعا میں خدا مانگتا ہے حسنہ،</w:t>
      </w:r>
    </w:p>
    <w:p>
      <w:r>
        <w:rPr>
          <w:b/>
        </w:rPr>
        <w:t xml:space="preserve">[45:51] </w:t>
      </w:r>
      <w:r>
        <w:t>woh hasana jo khuda ke nazdeek hasana ho, yani ke jo mere nazdeek hasana ho.</w:t>
      </w:r>
    </w:p>
    <w:p>
      <w:pPr>
        <w:jc w:val="right"/>
      </w:pPr>
      <w:r>
        <w:t>وہ حسنہ جو خدا کے نزدیک حسنہ ہو، یعنی کہ جو میرے نزدیک حسنہ ہو۔</w:t>
      </w:r>
    </w:p>
    <w:p>
      <w:r>
        <w:rPr>
          <w:b/>
        </w:rPr>
        <w:t xml:space="preserve">[45:59] </w:t>
      </w:r>
      <w:r>
        <w:t>is baat ko achi tarah samajh lena chahiye ke is dunya mein hamari hasana jo hai, woh nahi murad hai. is se khuda ke nazdeek jo hasana hai, akhirat ka jo hasana hai, dunya ka, woh hamein de de.</w:t>
      </w:r>
    </w:p>
    <w:p>
      <w:pPr>
        <w:jc w:val="right"/>
      </w:pPr>
      <w:r>
        <w:t>اس بات کو اچھی طرح سمجھ لینا چاہیے کہ اس دنیا میں ہماری حسنہ جو ہے، وہ نہیں مراد ہے۔ اس سے خدا کے نزدیک جو حسنہ ہے، آخرت کا جو حسنہ ہے، دنیا کا، وہ ہمیں دے دے۔</w:t>
      </w:r>
    </w:p>
    <w:p>
      <w:r>
        <w:rPr>
          <w:b/>
        </w:rPr>
        <w:t xml:space="preserve">[46:16] </w:t>
      </w:r>
      <w:r>
        <w:t>to khuda ka hasana kya hai?</w:t>
      </w:r>
    </w:p>
    <w:p>
      <w:pPr>
        <w:jc w:val="right"/>
      </w:pPr>
      <w:r>
        <w:t>تو خدا کا حسنہ کیا ہے؟</w:t>
      </w:r>
    </w:p>
    <w:p>
      <w:r>
        <w:rPr>
          <w:b/>
        </w:rPr>
        <w:t xml:space="preserve">[46:20] </w:t>
      </w:r>
      <w:r>
        <w:t>akhirat mein khuda ka hasana hai jannat. akhirat mein khuda ka hasana hai jannat aur dunya mein khuda ka hasana kya hai?</w:t>
      </w:r>
    </w:p>
    <w:p>
      <w:pPr>
        <w:jc w:val="right"/>
      </w:pPr>
      <w:r>
        <w:t>آخرت میں خدا کا حسنہ ہے جنت۔ آخرت میں خدا کا حسنہ ہے جنت اور دنیا میں خدا کا حسنہ کیا ہے؟</w:t>
      </w:r>
    </w:p>
    <w:p>
      <w:r>
        <w:rPr>
          <w:b/>
        </w:rPr>
        <w:t xml:space="preserve">[46:31] </w:t>
      </w:r>
      <w:r>
        <w:t>jannat wali zindagi, jannat tak pohnchanay wali zindagi,</w:t>
      </w:r>
    </w:p>
    <w:p>
      <w:pPr>
        <w:jc w:val="right"/>
      </w:pPr>
      <w:r>
        <w:t>جنت والی زندگی، جنت تک پہنچانے والی زندگی،</w:t>
      </w:r>
    </w:p>
    <w:p>
      <w:r>
        <w:rPr>
          <w:b/>
        </w:rPr>
        <w:t xml:space="preserve">[46:39] </w:t>
      </w:r>
      <w:r>
        <w:t>yani khuda ka hasana. khuda ke nazdeek achi cheez akhirat mein jannat hai aur khuda ke nazdeek achi cheez is dunya mein woh zindagi hai jo jannat tak pohnchanay wali ho.</w:t>
      </w:r>
    </w:p>
    <w:p>
      <w:pPr>
        <w:jc w:val="right"/>
      </w:pPr>
      <w:r>
        <w:t>یعنی خدا کا حسنہ۔ خدا کے نزدیک اچھی چیز آخرت میں جنت ہے اور خدا کے نزدیک اچھی چیز اس دنیا میں وہ زندگی ہے جو جنت تک پہنچانے والی ہو۔</w:t>
      </w:r>
    </w:p>
    <w:p>
      <w:r>
        <w:rPr>
          <w:b/>
        </w:rPr>
        <w:t xml:space="preserve">[47:04] </w:t>
      </w:r>
      <w:r>
        <w:t>to</w:t>
      </w:r>
    </w:p>
    <w:p>
      <w:pPr>
        <w:jc w:val="right"/>
      </w:pPr>
      <w:r>
        <w:t>تو</w:t>
      </w:r>
    </w:p>
    <w:p>
      <w:r>
        <w:rPr>
          <w:b/>
        </w:rPr>
        <w:t xml:space="preserve">[47:05] </w:t>
      </w:r>
      <w:r>
        <w:t>rabbana atina fid dunya hasana wa fil akhirati hasana waqina azabannar is dua ka matlab yeh hua,</w:t>
      </w:r>
    </w:p>
    <w:p>
      <w:pPr>
        <w:jc w:val="right"/>
      </w:pPr>
      <w:r>
        <w:t>رَبَّنَا آتَنَا فِي الدُّنْيَا حَسَنًا وَفِي الْآخِرَةِ حَسَنًا وَقِنَا عَذَابَ النَّارِ اس دعا کا مطلب یہ ہوا،</w:t>
      </w:r>
    </w:p>
    <w:p>
      <w:r>
        <w:rPr>
          <w:b/>
        </w:rPr>
        <w:t xml:space="preserve">[47:16] </w:t>
      </w:r>
      <w:r>
        <w:t>is dua ka matlab yeh hua ke hamein dunya mein amal saleh ki tofeeq de aur hamein akhirat mein jannat mein dakhil farma.</w:t>
      </w:r>
    </w:p>
    <w:p>
      <w:pPr>
        <w:jc w:val="right"/>
      </w:pPr>
      <w:r>
        <w:t>اس دعا کا مطلب یہ ہوا کہ ہمیں دنیا میں عمل صالح کی توفیق دے اور ہمیں آخرت میں جنت میں داخل فرما۔</w:t>
      </w:r>
    </w:p>
    <w:p>
      <w:r>
        <w:rPr>
          <w:b/>
        </w:rPr>
        <w:t xml:space="preserve">[47:26] </w:t>
      </w:r>
      <w:r>
        <w:t>yeh matlab hua is ka,</w:t>
      </w:r>
    </w:p>
    <w:p>
      <w:pPr>
        <w:jc w:val="right"/>
      </w:pPr>
      <w:r>
        <w:t>یہ مطلب ہوا اس کا،</w:t>
      </w:r>
    </w:p>
    <w:p>
      <w:r>
        <w:rPr>
          <w:b/>
        </w:rPr>
        <w:t xml:space="preserve">[47:30] </w:t>
      </w:r>
      <w:r>
        <w:t>ya yoon keh sakte hain ke hamein dunya mein jannati amal ki tofeeq de aur hamein akhirat mein jannat mein dakhlay ki rehmat</w:t>
      </w:r>
    </w:p>
    <w:p>
      <w:pPr>
        <w:jc w:val="right"/>
      </w:pPr>
      <w:r>
        <w:t>یا یوں کہہ سکتے ہیں کہ ہمیں دنیا میں جنتی عمل کی توفیق دے اور ہمیں آخرت میں جنت میں داخلے کی رحمت</w:t>
      </w:r>
    </w:p>
    <w:p>
      <w:r>
        <w:rPr>
          <w:b/>
        </w:rPr>
        <w:t xml:space="preserve">[47:47] </w:t>
      </w:r>
      <w:r>
        <w:t>ata farma. to kaha ke dunya mein jannati amal aur akhirat mein jannat mein dakhla, yeh matlab hai is ka.</w:t>
      </w:r>
    </w:p>
    <w:p>
      <w:pPr>
        <w:jc w:val="right"/>
      </w:pPr>
      <w:r>
        <w:t>عطا فرما۔ تو کہا کہ دنیا میں جنتی عمل اور آخرت میں جنت میں داخلہ، یہ مطلب ہے اس کا۔</w:t>
      </w:r>
    </w:p>
    <w:p>
      <w:r>
        <w:rPr>
          <w:b/>
        </w:rPr>
        <w:t xml:space="preserve">[48:00] </w:t>
      </w:r>
      <w:r>
        <w:t>to yeh bohat hi ziyada جامع dua hai, sari baat is ke andar aa gayi hai. lekin is ka yeh matlab nahi hai ke dunya mein hum jo jis cheez ko acha samajhte hain, woh hamein mil jaye.</w:t>
      </w:r>
    </w:p>
    <w:p>
      <w:pPr>
        <w:jc w:val="right"/>
      </w:pPr>
      <w:r>
        <w:t>تو یہ بہت ہی زیادہ جامع دعا ہے، ساری بات اس کے اندر آگئی ہے۔ لیکن اس کا یہ مطلب نہیں ہے کہ دنیا میں ہم جو جس چیز کو اچھا سمجھتے ہیں، وہ ہمیں مل جائے۔</w:t>
      </w:r>
    </w:p>
    <w:p>
      <w:r>
        <w:rPr>
          <w:b/>
        </w:rPr>
        <w:t xml:space="preserve">[48:15] </w:t>
      </w:r>
      <w:r>
        <w:t>hargiz nahi, yeh matlab hargiz nahi hai. hasana woh hasana hai jo khuda ke nazdeek hasana ho.</w:t>
      </w:r>
    </w:p>
    <w:p>
      <w:pPr>
        <w:jc w:val="right"/>
      </w:pPr>
      <w:r>
        <w:t>ہرگز نہیں، یہ مطلب ہرگز نہیں ہے۔ حسنہ وہ حسنہ ہے جو خدا کے نزدیک حسنہ ہو۔</w:t>
      </w:r>
    </w:p>
    <w:p>
      <w:r>
        <w:rPr>
          <w:b/>
        </w:rPr>
        <w:t xml:space="preserve">[48:25] </w:t>
      </w:r>
      <w:r>
        <w:t>banda nahi samajh sakta ke is ke liye hasana kya hai,</w:t>
      </w:r>
    </w:p>
    <w:p>
      <w:pPr>
        <w:jc w:val="right"/>
      </w:pPr>
      <w:r>
        <w:t>بندہ نہیں سمجھ سکتا کہ اس کے لیے حسنہ کیا ہے،</w:t>
      </w:r>
    </w:p>
    <w:p>
      <w:r>
        <w:rPr>
          <w:b/>
        </w:rPr>
        <w:t xml:space="preserve">[48:30] </w:t>
      </w:r>
      <w:r>
        <w:t>jaise khuda samajh sakta hai.</w:t>
      </w:r>
    </w:p>
    <w:p>
      <w:pPr>
        <w:jc w:val="right"/>
      </w:pPr>
      <w:r>
        <w:t>جیسے خدا سمجھ سکتا ہے۔</w:t>
      </w:r>
    </w:p>
    <w:p>
      <w:r>
        <w:rPr>
          <w:b/>
        </w:rPr>
        <w:t xml:space="preserve">[48:36] </w:t>
      </w:r>
      <w:r>
        <w:t>bande ke liye hasna woh hai jo khuda ke nazdeek hasna ho. to khuda ke nazdeek hasna kya hai?</w:t>
      </w:r>
    </w:p>
    <w:p>
      <w:pPr>
        <w:jc w:val="right"/>
      </w:pPr>
      <w:r>
        <w:t>بندے کے لیے حسنہ وہ ہے جو خدا کے نزدیک حسنہ ہو۔ تو خدا کے نزدیک حسنہ کیا ہے؟</w:t>
      </w:r>
    </w:p>
    <w:p>
      <w:r>
        <w:rPr>
          <w:b/>
        </w:rPr>
        <w:t xml:space="preserve">[48:46] </w:t>
      </w:r>
      <w:r>
        <w:t>saara quran yahi bata raha hai, saara quran ke khuda ke nazdeek bande ke liye hasna yeh hai ke woh dunya mein jo us ko zindagi mili hai, 50 saal, 70 saal ki, is mein woh jannat walay amal kare taake woh aakhirat mein jannat mein dakhla paaye.</w:t>
      </w:r>
    </w:p>
    <w:p>
      <w:pPr>
        <w:jc w:val="right"/>
      </w:pPr>
      <w:r>
        <w:t>سارا قرآن یہی بتا رہا ہے، سارا قرآن کہ خدا کے نزدیک بندے کے لیے حسنہ یہ ہے کہ وہ دنیا میں جو اس کو زندگی ملی ہے، 50 سال، 70 سال کی، اس میں وہ جنت والے عمل کرے تاکہ وہ آخرت میں جنت میں داخلہ پائے۔</w:t>
      </w:r>
    </w:p>
    <w:p>
      <w:r>
        <w:rPr>
          <w:b/>
        </w:rPr>
        <w:t xml:space="preserve">[49:14] </w:t>
      </w:r>
      <w:r>
        <w:t>yeh hai hasna.</w:t>
      </w:r>
    </w:p>
    <w:p>
      <w:pPr>
        <w:jc w:val="right"/>
      </w:pPr>
      <w:r>
        <w:t>یہ ہے حسنہ۔</w:t>
      </w:r>
    </w:p>
    <w:p>
      <w:r>
        <w:rPr>
          <w:b/>
        </w:rPr>
        <w:t xml:space="preserve">[49:17] </w:t>
      </w:r>
      <w:r>
        <w:t>to kaha is dunya, to gaya ke is dua mein aadmi ne jannat ki tofeeq mangi aur jannat mein dakhla manga.</w:t>
      </w:r>
    </w:p>
    <w:p>
      <w:pPr>
        <w:jc w:val="right"/>
      </w:pPr>
      <w:r>
        <w:t>تو کہا اس دنیا، تو گیا کہ اس دعا میں آدمی نے جنت کی توفیق مانگی اور جنت میں داخلہ مانگا۔</w:t>
      </w:r>
    </w:p>
    <w:p>
      <w:r>
        <w:rPr>
          <w:b/>
        </w:rPr>
        <w:t xml:space="preserve">[49:27] </w:t>
      </w:r>
      <w:r>
        <w:t>yeh dua ke pehle hisse mein jannat ki tofeeq mangi,</w:t>
      </w:r>
    </w:p>
    <w:p>
      <w:pPr>
        <w:jc w:val="right"/>
      </w:pPr>
      <w:r>
        <w:t>یہ دعا کے پہلے حصے میں جنت کی توفیق مانگی،</w:t>
      </w:r>
    </w:p>
    <w:p>
      <w:r>
        <w:rPr>
          <w:b/>
        </w:rPr>
        <w:t xml:space="preserve">[49:34] </w:t>
      </w:r>
      <w:r>
        <w:t>dua ke pehle hisse mein insaan ne jannati amal ki tofeeq mangi aur dua ke doosre hisse mein insaan ne jannat mein dakhle ki rehmat mangi.</w:t>
      </w:r>
    </w:p>
    <w:p>
      <w:pPr>
        <w:jc w:val="right"/>
      </w:pPr>
      <w:r>
        <w:t>دعا کے پہلے حصے میں انسان نے جنتی عمل کی توفیق مانگی اور دعا کے دوسرے حصے میں انسان نے جنت میں داخلے کی رحمت مانگی۔</w:t>
      </w:r>
    </w:p>
    <w:p>
      <w:r>
        <w:rPr>
          <w:b/>
        </w:rPr>
        <w:t xml:space="preserve">[49:50] </w:t>
      </w:r>
      <w:r>
        <w:t>yeh matlab hai is dua ka. dekhiye, is ke baad ayat number 203</w:t>
      </w:r>
    </w:p>
    <w:p>
      <w:pPr>
        <w:jc w:val="right"/>
      </w:pPr>
      <w:r>
        <w:t>یہ مطلب ہے اس دعا کا۔ دیکھیے، اس کے بعد آیت نمبر 203</w:t>
      </w:r>
    </w:p>
    <w:p>
      <w:r>
        <w:rPr>
          <w:b/>
        </w:rPr>
        <w:t xml:space="preserve">[50:00] </w:t>
      </w:r>
      <w:r>
        <w:t>mein hajj ka zikr hai, hajj ka zikr hai. farmaya ke mun ta'ajjala fi yawmaini fala isma 'alayhi</w:t>
      </w:r>
    </w:p>
    <w:p>
      <w:pPr>
        <w:jc w:val="right"/>
      </w:pPr>
      <w:r>
        <w:t>میں حج کا ذکر ہے، حج کا ذکر ہے۔ فرمایا کہ من تعجل فی یومین فلا اسم علیہ</w:t>
      </w:r>
    </w:p>
    <w:p>
      <w:r>
        <w:rPr>
          <w:b/>
        </w:rPr>
        <w:t xml:space="preserve">[50:14] </w:t>
      </w:r>
      <w:r>
        <w:t>wa man ta'akhkhara fala isma 'alayhi</w:t>
      </w:r>
    </w:p>
    <w:p>
      <w:pPr>
        <w:jc w:val="right"/>
      </w:pPr>
      <w:r>
        <w:t>ومن تاخر فلا اسم علیہ</w:t>
      </w:r>
    </w:p>
    <w:p>
      <w:r>
        <w:rPr>
          <w:b/>
        </w:rPr>
        <w:t xml:space="preserve">[50:19] </w:t>
      </w:r>
      <w:r>
        <w:t>liman ittaqa</w:t>
      </w:r>
    </w:p>
    <w:p>
      <w:pPr>
        <w:jc w:val="right"/>
      </w:pPr>
      <w:r>
        <w:t>لمن اتقى</w:t>
      </w:r>
    </w:p>
    <w:p>
      <w:r>
        <w:rPr>
          <w:b/>
        </w:rPr>
        <w:t xml:space="preserve">[50:24] </w:t>
      </w:r>
      <w:r>
        <w:t>mun ta'ajjala fi yawmaini fala isma 'alayhi wa man ta'akhkhara fala isma 'alayhi liman ittaqa</w:t>
      </w:r>
    </w:p>
    <w:p>
      <w:pPr>
        <w:jc w:val="right"/>
      </w:pPr>
      <w:r>
        <w:t>من تعجل فی یومین فلا اسم علیہ ومن تاخر فلا اسم علیہ لمن اتقى</w:t>
      </w:r>
    </w:p>
    <w:p>
      <w:r>
        <w:rPr>
          <w:b/>
        </w:rPr>
        <w:t xml:space="preserve">[50:36] </w:t>
      </w:r>
      <w:r>
        <w:t>yeh dekhiye, hajj ke baray mein yeh ayat hai. jab aap hajj ke liye jatay hain to aap mina mein qiyam karte hain,</w:t>
      </w:r>
    </w:p>
    <w:p>
      <w:pPr>
        <w:jc w:val="right"/>
      </w:pPr>
      <w:r>
        <w:t>یہ دیکھیے، حج کے بارے میں یہ آیت ہے۔ جب آپ حج کے لیے جاتے ہیں تو آپ منی میں قیام کرتے ہیں،</w:t>
      </w:r>
    </w:p>
    <w:p>
      <w:r>
        <w:rPr>
          <w:b/>
        </w:rPr>
        <w:t xml:space="preserve">[50:47] </w:t>
      </w:r>
      <w:r>
        <w:t>mina mein qiyam karte hain. to farmaya ke jo do din qiyam kare aur jo do din ziyada qiyam kare, teen din qiyam kare, dono hi durust hain taqwa wali ke liye.</w:t>
      </w:r>
    </w:p>
    <w:p>
      <w:pPr>
        <w:jc w:val="right"/>
      </w:pPr>
      <w:r>
        <w:t>منی میں قیام کرتے ہیں۔ تو فرمایا کہ جو دو دن قیام کرے اور جو دو دن زیادہ قیام کرے، تین دن قیام کرے، دونوں ہی درست ہیں تقویٰ والی کے لیے۔</w:t>
      </w:r>
    </w:p>
    <w:p>
      <w:r>
        <w:rPr>
          <w:b/>
        </w:rPr>
        <w:t xml:space="preserve">[51:07] </w:t>
      </w:r>
      <w:r>
        <w:t>to mina mein aam taur par teen din qiyam kiya jata hai,</w:t>
      </w:r>
    </w:p>
    <w:p>
      <w:pPr>
        <w:jc w:val="right"/>
      </w:pPr>
      <w:r>
        <w:t>تو منی میں عام طور پر تین دن قیام کیا جاتا ہے،</w:t>
      </w:r>
    </w:p>
    <w:p>
      <w:r>
        <w:rPr>
          <w:b/>
        </w:rPr>
        <w:t xml:space="preserve">[51:14] </w:t>
      </w:r>
      <w:r>
        <w:t>teen din. to farmaya ke jo do din qiyam kare aur jo teen din qiyam kare, dono hi durust hain taqwa wali ke liye.</w:t>
      </w:r>
    </w:p>
    <w:p>
      <w:pPr>
        <w:jc w:val="right"/>
      </w:pPr>
      <w:r>
        <w:t>تین دن۔ تو فرمایا کہ جو دو دن قیام کرے اور جو تین دن قیام کرے، دونوں ہی درست ہیں تقویٰ والی کے لیے۔</w:t>
      </w:r>
    </w:p>
    <w:p>
      <w:r>
        <w:rPr>
          <w:b/>
        </w:rPr>
        <w:t xml:space="preserve">[51:25] </w:t>
      </w:r>
      <w:r>
        <w:t>is ka matlab kya hua</w:t>
      </w:r>
    </w:p>
    <w:p>
      <w:pPr>
        <w:jc w:val="right"/>
      </w:pPr>
      <w:r>
        <w:t>اس کا مطلب کیا ہوا</w:t>
      </w:r>
    </w:p>
    <w:p>
      <w:r>
        <w:rPr>
          <w:b/>
        </w:rPr>
        <w:t xml:space="preserve">[51:28] </w:t>
      </w:r>
      <w:r>
        <w:t>? ke teen din ka, teen din ka jo bataya gaya ke teen din qiyam karo mina mein, woh aik aik</w:t>
      </w:r>
    </w:p>
    <w:p>
      <w:pPr>
        <w:jc w:val="right"/>
      </w:pPr>
      <w:r>
        <w:t>؟ کہ تین دن کا، تین دن کا جو بتایا گیا کہ تین دن قیام کرو منی میں، وہ ایک ایک</w:t>
      </w:r>
    </w:p>
    <w:p>
      <w:r>
        <w:rPr>
          <w:b/>
        </w:rPr>
        <w:t xml:space="preserve">[51:43] </w:t>
      </w:r>
      <w:r>
        <w:t>aik aam routine ki baat hai, time table ki baat hai.</w:t>
      </w:r>
    </w:p>
    <w:p>
      <w:pPr>
        <w:jc w:val="right"/>
      </w:pPr>
      <w:r>
        <w:t>ایک عام روٹین کی بات ہے، ٹائم ٹیبل کی بات ہے۔</w:t>
      </w:r>
    </w:p>
    <w:p>
      <w:r>
        <w:rPr>
          <w:b/>
        </w:rPr>
        <w:t xml:space="preserve">[51:47] </w:t>
      </w:r>
      <w:r>
        <w:t>to jab bhi koi mamla ho amli andaaz ka, to is mein aik aik cheez to batani parti hai, aik time table dena parta hai, lekin woh absolute nahi hota hai.</w:t>
      </w:r>
    </w:p>
    <w:p>
      <w:pPr>
        <w:jc w:val="right"/>
      </w:pPr>
      <w:r>
        <w:t>تو جب بھی کوئی معاملہ ہو عملی انداز کا، تو اس میں ایک ایک چیز تو بتانی پڑتی ہے، ایک ٹائم ٹیبل دینا پڑتا ہے، لیکن وہ ایبسولیوٹ نہیں ہوتا ہے۔</w:t>
      </w:r>
    </w:p>
    <w:p>
      <w:r>
        <w:rPr>
          <w:b/>
        </w:rPr>
        <w:t xml:space="preserve">[51:59] </w:t>
      </w:r>
      <w:r>
        <w:t>asal absolute cheez kya hai? taqwa hai. yani absolute cheez jo hai, woh taqwa hai, na ke din.</w:t>
      </w:r>
    </w:p>
    <w:p>
      <w:pPr>
        <w:jc w:val="right"/>
      </w:pPr>
      <w:r>
        <w:t>اصل ایبسولیوٹ چیز کیا ہے؟ تقویٰ ہے۔ یعنی ایبسولیوٹ چیز جو ہے، وہ تقویٰ ہے، نہ کہ دن۔</w:t>
      </w:r>
    </w:p>
    <w:p>
      <w:r>
        <w:rPr>
          <w:b/>
        </w:rPr>
        <w:t xml:space="preserve">[52:10] </w:t>
      </w:r>
      <w:r>
        <w:t>yani agar tum teen din qiyam karo, tab bhi theek rahe ga, agar do din hi qiyam karo, tab bhi theek hai.</w:t>
      </w:r>
    </w:p>
    <w:p>
      <w:pPr>
        <w:jc w:val="right"/>
      </w:pPr>
      <w:r>
        <w:t>یعنی اگر تم تین دن قیام کرو، تب بھی ٹھیک رہے گا، اگر دو دن ہی قیام کرو، تب بھی ٹھیک ہے۔</w:t>
      </w:r>
    </w:p>
    <w:p>
      <w:r>
        <w:rPr>
          <w:b/>
        </w:rPr>
        <w:t xml:space="preserve">[52:17] </w:t>
      </w:r>
      <w:r>
        <w:t>kyun ke asal cheez hai taqwa. yeh yeh na samjho ke agar teen din qiyam kar liya to bohat acha qiyam ho gaya tumhara, tum ko afzaliyat mil gayi, aur do din qiyam kiya to tumhara ghair afzal ho gaya qiyam.</w:t>
      </w:r>
    </w:p>
    <w:p>
      <w:pPr>
        <w:jc w:val="right"/>
      </w:pPr>
      <w:r>
        <w:t>کیونکہ اصل چیز ہے تقویٰ۔ یہ یہ نہ سمجھو کہ اگر تین دن قیام کر لیا تو بہت اچھا قیام ہو گیا تمہارا، تم کو افضلیت مل گئی، اور دو دن قیام کیا تو تمہارا غیر افضل ہو گیا قیام۔</w:t>
      </w:r>
    </w:p>
    <w:p>
      <w:r>
        <w:rPr>
          <w:b/>
        </w:rPr>
        <w:t xml:space="preserve">[52:33] </w:t>
      </w:r>
      <w:r>
        <w:t>yeh matlab nahi hai. asal cheez jis ko ke dhiyan karna chahiye, woh hai ke kya dil mein taqwa hai?</w:t>
      </w:r>
    </w:p>
    <w:p>
      <w:pPr>
        <w:jc w:val="right"/>
      </w:pPr>
      <w:r>
        <w:t>یہ مطلب نہیں ہے۔ اصل چیز جس کو کہ دھیان کرنا چاہیے، وہ ہے کہ کیا دل میں تقویٰ ہے؟</w:t>
      </w:r>
    </w:p>
    <w:p>
      <w:r>
        <w:rPr>
          <w:b/>
        </w:rPr>
        <w:t xml:space="preserve">[52:41] </w:t>
      </w:r>
      <w:r>
        <w:t>is ka jaiza lete raho, is ko tatolte raho, dil ka pata karte raho. to yeh bohat hi ahem ayat hai.</w:t>
      </w:r>
    </w:p>
    <w:p>
      <w:pPr>
        <w:jc w:val="right"/>
      </w:pPr>
      <w:r>
        <w:t>اس کا جائزہ لیتے رہو، اس کو ٹٹولتے رہو، دل کا پتہ کرتے رہو۔ تو یہ بہت ہی اہم آیت ہے۔</w:t>
      </w:r>
    </w:p>
    <w:p>
      <w:r>
        <w:rPr>
          <w:b/>
        </w:rPr>
        <w:t xml:space="preserve">[52:59] </w:t>
      </w:r>
      <w:r>
        <w:t>is se andaza hota hai ke ibadat mein jo rasoom hotay hain, woh asal nahi hain. asal cheez hai dil ka taqwa.</w:t>
      </w:r>
    </w:p>
    <w:p>
      <w:pPr>
        <w:jc w:val="right"/>
      </w:pPr>
      <w:r>
        <w:t>اس سے اندازہ ہوتا ہے کہ عبادت میں جو مراسم ہوتے ہیں، وہ اصل نہیں ہیں۔ اصل چیز ہے دل کا تقویٰ۔</w:t>
      </w:r>
    </w:p>
    <w:p>
      <w:r>
        <w:rPr>
          <w:b/>
        </w:rPr>
        <w:t xml:space="preserve">[53:10] </w:t>
      </w:r>
      <w:r>
        <w:t>chunanche qurbani ke baray mein kaha gaya hai ke lan yanala allaha luhumha wa la damaha wa la kaynalu al-taqwa minkum</w:t>
      </w:r>
    </w:p>
    <w:p>
      <w:pPr>
        <w:jc w:val="right"/>
      </w:pPr>
      <w:r>
        <w:t>چنانچہ قربانی کے بارے میں کہا گیا ہے کہ لَنْ يَنَالَ اللّٰهُ لُهُمْهَا وَلَا دَمَاهُا وَلَا كَيَنَالُهُ التَّقْوٰى مِنْكُمْ</w:t>
      </w:r>
    </w:p>
    <w:p>
      <w:r>
        <w:rPr>
          <w:b/>
        </w:rPr>
        <w:t xml:space="preserve">[53:22] </w:t>
      </w:r>
      <w:r>
        <w:t>khuda ko tumhara gosht aur khoon nahi pohanchta, khuda ko tumhara taqwa pohanchta hai.</w:t>
      </w:r>
    </w:p>
    <w:p>
      <w:pPr>
        <w:jc w:val="right"/>
      </w:pPr>
      <w:r>
        <w:t>خدا کو تمہارا گوشت اور خون نہیں پہنچتا، خدا کو تمہارا تقویٰ پہنچتا ہے۔</w:t>
      </w:r>
    </w:p>
    <w:p>
      <w:r>
        <w:rPr>
          <w:b/>
        </w:rPr>
        <w:t xml:space="preserve">[53:36] </w:t>
      </w:r>
      <w:r>
        <w:t>to chahay qurbani ka mamla ho, chahay mini mein qiyam karne ka mamla ho, ya aur koi mamla ho, asal cheez jo khuda ko, asal cheez jo khuda ke nazdeek ahmiyat rakhti hai,</w:t>
      </w:r>
    </w:p>
    <w:p>
      <w:pPr>
        <w:jc w:val="right"/>
      </w:pPr>
      <w:r>
        <w:t>تو چاہے قربانی کا معاملہ ہو، چاہے منی میں قیام کرنے کا معاملہ ہو، یا اور کوئی معاملہ ہو، اصل چیز جو خدا کو، اصل چیز جو خدا کے نزدیک اہمیت رکھتی ہے،</w:t>
      </w:r>
    </w:p>
    <w:p>
      <w:r>
        <w:rPr>
          <w:b/>
        </w:rPr>
        <w:t xml:space="preserve">[53:54] </w:t>
      </w:r>
      <w:r>
        <w:t>woh yeh hai ke taqwa ki rooh ke sath kiya gaya kaam ya taqwa ke baghair kiya gaya.</w:t>
      </w:r>
    </w:p>
    <w:p>
      <w:pPr>
        <w:jc w:val="right"/>
      </w:pPr>
      <w:r>
        <w:t>وہ یہ ہے کہ تقویٰ کی روح کے ساتھ کیا گیا کام یا تقویٰ کے بغیر کیا گیا۔</w:t>
      </w:r>
    </w:p>
    <w:p>
      <w:r>
        <w:rPr>
          <w:b/>
        </w:rPr>
        <w:t xml:space="preserve">[54:05] </w:t>
      </w:r>
      <w:r>
        <w:t>ek hadith hai ke rasool Allah salallahu alaihi wasallam ne jab haj farmaya tha, hajja al-wida, to haj ke baad aap wahan kaba ke pas beth gaye.</w:t>
      </w:r>
    </w:p>
    <w:p>
      <w:pPr>
        <w:jc w:val="right"/>
      </w:pPr>
      <w:r>
        <w:t>ایک حدیث ہے کہ رسول اللہ صلی اللہ علیہ وسلم نے جب حج فرمایا تھا، حجۃ الوداع، تو حج کے بعد آپ وہاں کعبہ کے پاس بیٹھ گئے۔</w:t>
      </w:r>
    </w:p>
    <w:p>
      <w:r>
        <w:rPr>
          <w:b/>
        </w:rPr>
        <w:t xml:space="preserve">[54:19] </w:t>
      </w:r>
      <w:r>
        <w:t>to log atay thay aur masla poochtay thay. koi kehta ke mein ne tawaf baad ko kiya aur sahib pehle kar li.</w:t>
      </w:r>
    </w:p>
    <w:p>
      <w:pPr>
        <w:jc w:val="right"/>
      </w:pPr>
      <w:r>
        <w:t>تو لوگ آتے تھے اور مسئلہ پوچھتے تھے۔ کوئی کہتا کہ میں نے طواف بعد کو کیا اور صاحب پہلے کر لی۔</w:t>
      </w:r>
    </w:p>
    <w:p>
      <w:r>
        <w:rPr>
          <w:b/>
        </w:rPr>
        <w:t xml:space="preserve">[54:35] </w:t>
      </w:r>
      <w:r>
        <w:t>yani jo tarteeb hai, prescribed jo tarteeb hai, us mein farq ho gaya mujh se. prescribed tarteeb yeh hai ke tawaf pehle karo aur sahib us ke baad karo.</w:t>
      </w:r>
    </w:p>
    <w:p>
      <w:pPr>
        <w:jc w:val="right"/>
      </w:pPr>
      <w:r>
        <w:t>یعنی جو ترتیب ہے، پریسکرائب جو ترتیب ہے، اس میں فرق ہو گیا مجھ سے۔ پریسکرائب ترتیب یہ ہے کہ طواف پہلے کرو اور صاحب اس کے بعد کرو۔</w:t>
      </w:r>
    </w:p>
    <w:p>
      <w:r>
        <w:rPr>
          <w:b/>
        </w:rPr>
        <w:t xml:space="preserve">[54:46] </w:t>
      </w:r>
      <w:r>
        <w:t>to un ki prescribed tarteeb mein unhon ne farq kar diya. is tarah ki aur bhi kai baatein hoti theen, kyunke pehli bar baqayda haj hua tha.</w:t>
      </w:r>
    </w:p>
    <w:p>
      <w:pPr>
        <w:jc w:val="right"/>
      </w:pPr>
      <w:r>
        <w:t>تو ان کی پریسکرائب ترتیب میں انہوں نے فرق کر دیا۔ اس طرح کی اور بھی کئی باتیں ہوتی تھیں، کیونکہ پہلی بار باقاعدہ حج ہوا تھا۔</w:t>
      </w:r>
    </w:p>
    <w:p>
      <w:r>
        <w:rPr>
          <w:b/>
        </w:rPr>
        <w:t xml:space="preserve">[54:59] </w:t>
      </w:r>
      <w:r>
        <w:t>to aap ne farmaya, har ek ke sath hadith mein aata hai: af al wa la haraj af al wa la haraj</w:t>
      </w:r>
    </w:p>
    <w:p>
      <w:pPr>
        <w:jc w:val="right"/>
      </w:pPr>
      <w:r>
        <w:t>تو آپ نے فرمایا، ہر ایک کے ساتھ حدیث میں آتا ہے: افعل ولا حرج افعل ولا حرج</w:t>
      </w:r>
    </w:p>
    <w:p>
      <w:r>
        <w:rPr>
          <w:b/>
        </w:rPr>
        <w:t xml:space="preserve">[55:05] </w:t>
      </w:r>
      <w:r>
        <w:t>kar lo, koi haraj nahi, kar lo, koi haraj nahi. haraj to yeh hai ke tum kisi bhai ko be-izzat karo.</w:t>
      </w:r>
    </w:p>
    <w:p>
      <w:pPr>
        <w:jc w:val="right"/>
      </w:pPr>
      <w:r>
        <w:t>کر لو، کوئی حرج نہیں، کر لو، کوئی حرج نہیں۔ حرج تو یہ ہے کہ تم کسی بھائی کو بے عزت کرو۔</w:t>
      </w:r>
    </w:p>
    <w:p>
      <w:r>
        <w:rPr>
          <w:b/>
        </w:rPr>
        <w:t xml:space="preserve">[55:17] </w:t>
      </w:r>
      <w:r>
        <w:t>haraj to yeh hai ke tum kisi bhai ko be-izzat karo.</w:t>
      </w:r>
    </w:p>
    <w:p>
      <w:pPr>
        <w:jc w:val="right"/>
      </w:pPr>
      <w:r>
        <w:t>حرج تو یہ ہے کہ تم کسی بھائی کو بے عزت کرو۔</w:t>
      </w:r>
    </w:p>
    <w:p>
      <w:r>
        <w:rPr>
          <w:b/>
        </w:rPr>
        <w:t xml:space="preserve">[55:22] </w:t>
      </w:r>
      <w:r>
        <w:t>is se maloom hua ke ibadat mein jo ek form hota hai, jo ek rituals hotay hain ya jo rasoom hotay hain, un ki hesiyat izafi hai, real nahi hai.</w:t>
      </w:r>
    </w:p>
    <w:p>
      <w:pPr>
        <w:jc w:val="right"/>
      </w:pPr>
      <w:r>
        <w:t>اس سے معلوم ہوا کہ عبادات میں جو ایک فارم ہوتا ہے، جو ایک ریچولز ہوتے ہیں یا جو مراسم ہوتے ہیں، ان کی حیثیت اضافی ہے، ریئل نہیں ہے۔</w:t>
      </w:r>
    </w:p>
    <w:p>
      <w:r>
        <w:rPr>
          <w:b/>
        </w:rPr>
        <w:t xml:space="preserve">[55:37] </w:t>
      </w:r>
      <w:r>
        <w:t>real cheez taqwa hai. aap ke dil mein taqwa ho to aap ka woh amal jo karengay, aap form ke tor par us mein ek jaan hogi.</w:t>
      </w:r>
    </w:p>
    <w:p>
      <w:pPr>
        <w:jc w:val="right"/>
      </w:pPr>
      <w:r>
        <w:t>ریئل چیز تقویٰ ہے۔ آپ کے دل میں تقویٰ ہو تو آپ کا وہ عمل جو کریں گے، آپ فارم کے طور پر اس میں ایک جان ہوگی۔</w:t>
      </w:r>
    </w:p>
    <w:p>
      <w:r>
        <w:rPr>
          <w:b/>
        </w:rPr>
        <w:t xml:space="preserve">[55:51] </w:t>
      </w:r>
      <w:r>
        <w:t>is tarah se agar aap ke andar taqwa ho to aap kisi insan ko be-izzat nahi karengay, kisi kisi insan ke baray mein bure khayalat aap ke andar nahi ayengay, kisi insan se aap nafrat nahi karengay.</w:t>
      </w:r>
    </w:p>
    <w:p>
      <w:pPr>
        <w:jc w:val="right"/>
      </w:pPr>
      <w:r>
        <w:t>اس طریقے سے اگر آپ کے اندر تقویٰ ہو تو آپ کسی انسان کو بے عزت نہیں کریں گے، کسی کسی انسان کے بارے میں برے خیالات آپ کے اندر نہیں آئیں گے، کسی انسان سے آپ نفرت نہیں کریں گے۔</w:t>
      </w:r>
    </w:p>
    <w:p>
      <w:r>
        <w:rPr>
          <w:b/>
        </w:rPr>
        <w:t xml:space="preserve">[56:04] </w:t>
      </w:r>
      <w:r>
        <w:t>to jo madar hai, woh taqwa hai, na ke rituals. rituals ko bohat zyada hisab kitab se kare aadmi to yeh nahi samajhna chahiye ke us ki ibadat bari achi ho gayi.</w:t>
      </w:r>
    </w:p>
    <w:p>
      <w:pPr>
        <w:jc w:val="right"/>
      </w:pPr>
      <w:r>
        <w:t>تو جو مدار ہے، وہ تقویٰ ہے، نہ کہ ریچولز۔ ریچولز کو بہت زیادہ حساب کتاب سے کرے آدمی تو یہ نہیں سمجھنا چاہیے کہ اس کی عبادت بڑی اچھی ہو گئی۔</w:t>
      </w:r>
    </w:p>
    <w:p>
      <w:r>
        <w:rPr>
          <w:b/>
        </w:rPr>
        <w:t xml:space="preserve">[56:18] </w:t>
      </w:r>
      <w:r>
        <w:t>yani rasoom ya rituals ya form ko bohat zyada hisab kitab se karna, is se ibadat achi nahi ho jati.</w:t>
      </w:r>
    </w:p>
    <w:p>
      <w:pPr>
        <w:jc w:val="right"/>
      </w:pPr>
      <w:r>
        <w:t>یعنی مراسم یا ریچولز یا فارم کو بہت زیادہ حساب کتاب سے کرنا، اس سے عبادت اچھی نہیں ہو جاتی۔</w:t>
      </w:r>
    </w:p>
    <w:p>
      <w:r>
        <w:rPr>
          <w:b/>
        </w:rPr>
        <w:t xml:space="preserve">[56:28] </w:t>
      </w:r>
      <w:r>
        <w:t>ibadat achi us ki hai jis ke dil mein taqwa ho, aur jab taqwa hoga to aadmi ka dhiyan haqiqaton par rahega.</w:t>
      </w:r>
    </w:p>
    <w:p>
      <w:pPr>
        <w:jc w:val="right"/>
      </w:pPr>
      <w:r>
        <w:t>عبادت اچھی اس کی ہے جس کے دل میں تقویٰ ہو، اور جب تقویٰ ہوگا تو آدمی کا دھیان حقیقتوں پر رہے گا۔</w:t>
      </w:r>
    </w:p>
    <w:p>
      <w:r>
        <w:rPr>
          <w:b/>
        </w:rPr>
        <w:t xml:space="preserve">[56:38] </w:t>
      </w:r>
      <w:r>
        <w:t>misal ke taur par, kisi insan ko be-izzat nahi karega, kisi insan ke baray mein bura nahi sochayga, woh kisi insan se nafrat nahi karega. woh</w:t>
      </w:r>
    </w:p>
    <w:p>
      <w:pPr>
        <w:jc w:val="right"/>
      </w:pPr>
      <w:r>
        <w:t>مثلاً، کسی انسان کو بے عزت نہیں کرے گا، کسی انسان کے بارے میں برا نہیں سوچے گا، وہ کسی انسان سے نفرت نہیں کرے گا۔ وہ</w:t>
      </w:r>
    </w:p>
    <w:p>
      <w:r>
        <w:rPr>
          <w:b/>
        </w:rPr>
        <w:t xml:space="preserve">[56:48] </w:t>
      </w:r>
      <w:r>
        <w:t>to ibadat ko is ko achi tarah samajh lijiye ke ibadat ka afzal yeh ya ghair afzal hona taqwa par mabni hai, na ke form par.</w:t>
      </w:r>
    </w:p>
    <w:p>
      <w:pPr>
        <w:jc w:val="right"/>
      </w:pPr>
      <w:r>
        <w:t>تو عبادت کو اس کو اچھی طرح سمجھ لیجئے کہ عبادت کا افضل یہ یا غیر افضل ہونا تقویٰ پر مبنی ہے، نہ کہ فارم پر۔</w:t>
      </w:r>
    </w:p>
    <w:p>
      <w:r>
        <w:rPr>
          <w:b/>
        </w:rPr>
        <w:t xml:space="preserve">[57:02] </w:t>
      </w:r>
      <w:r>
        <w:t>jitna zyada taqwa, utni achi ibadat.</w:t>
      </w:r>
    </w:p>
    <w:p>
      <w:pPr>
        <w:jc w:val="right"/>
      </w:pPr>
      <w:r>
        <w:t>جتنا زیادہ تقویٰ، اتنی اچھی عبادت۔</w:t>
      </w:r>
    </w:p>
    <w:p>
      <w:r>
        <w:rPr>
          <w:b/>
        </w:rPr>
        <w:t xml:space="preserve">[57:08] </w:t>
      </w:r>
      <w:r>
        <w:t>aqool qawli haza wastaghfirullaha li walakum ajmaeen.</w:t>
      </w:r>
    </w:p>
    <w:p>
      <w:pPr>
        <w:jc w:val="right"/>
      </w:pPr>
      <w:r>
        <w:t>اقول قولي هذا واستغفراللہ لي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