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Kashmir Dwah Meet November 27, 2011</w:t>
      </w:r>
    </w:p>
    <w:p>
      <w:r>
        <w:t>https://youtu.be/1eNX-LJ65so</w:t>
      </w:r>
    </w:p>
    <w:p>
      <w:r>
        <w:rPr>
          <w:b/>
        </w:rPr>
        <w:t xml:space="preserve">[00:10] </w:t>
      </w:r>
      <w:r>
        <w:t>bismillah al-rahman al-rahim, wa salla allahu ala al-nabi al-kareem.</w:t>
      </w:r>
    </w:p>
    <w:p>
      <w:pPr>
        <w:jc w:val="right"/>
      </w:pPr>
      <w:r>
        <w:t>بسم اللہ الرحمن الرحیم، وصلی اللہ علی النبی الکریم۔</w:t>
      </w:r>
    </w:p>
    <w:p>
      <w:r>
        <w:rPr>
          <w:b/>
        </w:rPr>
        <w:t xml:space="preserve">[00:19]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[00:35] </w:t>
      </w:r>
      <w:r>
        <w:t>aaj november 2011 ki 27 tareekh hai, mein apne kashmiri bhaiyon se kuch baatein arz kar raha hoon.</w:t>
      </w:r>
    </w:p>
    <w:p>
      <w:pPr>
        <w:jc w:val="right"/>
      </w:pPr>
      <w:r>
        <w:t>آج نومبر 2011 کی 27 تاریخ ہے، میں اپنے کشمیری بھائیوں سے کچھ باتیں عرض کر رہا ہوں۔</w:t>
      </w:r>
    </w:p>
    <w:p>
      <w:r>
        <w:rPr>
          <w:b/>
        </w:rPr>
        <w:t xml:space="preserve">[00:54] </w:t>
      </w:r>
      <w:r>
        <w:t>dekhiye, kashmir se mera talluq bohat pehle se raha hai.</w:t>
      </w:r>
    </w:p>
    <w:p>
      <w:pPr>
        <w:jc w:val="right"/>
      </w:pPr>
      <w:r>
        <w:t>دیکھیے، کشمیر سے میرا تعلق بہت پہلے سے رہا ہے۔</w:t>
      </w:r>
    </w:p>
    <w:p>
      <w:r>
        <w:rPr>
          <w:b/>
        </w:rPr>
        <w:t xml:space="preserve">[01:04] </w:t>
      </w:r>
      <w:r>
        <w:t>aap jante hain ke kashmir mein october 1989 mein militancy shuru hui.</w:t>
      </w:r>
    </w:p>
    <w:p>
      <w:pPr>
        <w:jc w:val="right"/>
      </w:pPr>
      <w:r>
        <w:t>آپ جانتے ہیں کہ کشمیر میں اکتوبر 1989 میں ملٹریسی شروع ہوئی۔</w:t>
      </w:r>
    </w:p>
    <w:p>
      <w:r>
        <w:rPr>
          <w:b/>
        </w:rPr>
        <w:t xml:space="preserve">[01:19] </w:t>
      </w:r>
      <w:r>
        <w:t>zahir hai ke militancy jab ek taraf se shuru hogi to doosra retaliate karega. aap marenge, woh bhi marega.</w:t>
      </w:r>
    </w:p>
    <w:p>
      <w:pPr>
        <w:jc w:val="right"/>
      </w:pPr>
      <w:r>
        <w:t>ظاہر ہے کہ ملٹریسی جب ایک طرف سے شروع ہوگی تو دوسرا ریٹیلیٹ کرے گا۔ آپ ماریں گے، وہ بھی مارے گا۔</w:t>
      </w:r>
    </w:p>
    <w:p>
      <w:r>
        <w:rPr>
          <w:b/>
        </w:rPr>
        <w:t xml:space="preserve">[01:29] </w:t>
      </w:r>
      <w:r>
        <w:t>yeh hua wahan par.</w:t>
      </w:r>
    </w:p>
    <w:p>
      <w:pPr>
        <w:jc w:val="right"/>
      </w:pPr>
      <w:r>
        <w:t>یہ ہوا وہاں پر۔</w:t>
      </w:r>
    </w:p>
    <w:p>
      <w:r>
        <w:rPr>
          <w:b/>
        </w:rPr>
        <w:t xml:space="preserve">[01:32] </w:t>
      </w:r>
      <w:r>
        <w:t>bohat se log mare gaye, bohat se log maazoor ho gaye, bohat zakhmi ho gaye. tarah tarah ki nuqsan hui. to wahan se ek kitab chhapi thi in baaton ko le kar.</w:t>
      </w:r>
    </w:p>
    <w:p>
      <w:pPr>
        <w:jc w:val="right"/>
      </w:pPr>
      <w:r>
        <w:t>بہت سے لوگ مارے گئے، بہت سے لوگ معذور ہو گئے، بہت زخمی ہو گئے۔ طرح طرح کی نقصانات ہوئیے۔ تو وہاں سے ایک کتاب چھپی تھی ان باتوں کو لے کر۔</w:t>
      </w:r>
    </w:p>
    <w:p>
      <w:r>
        <w:rPr>
          <w:b/>
        </w:rPr>
        <w:t xml:space="preserve">[01:49] </w:t>
      </w:r>
      <w:r>
        <w:t>is ka title tha "wounded Kashmir". zakhmi Kashmir.</w:t>
      </w:r>
    </w:p>
    <w:p>
      <w:pPr>
        <w:jc w:val="right"/>
      </w:pPr>
      <w:r>
        <w:t>اس کا ٹائٹل تھا "ونڈڈ کاشمیر"۔ زخمی کشمیر۔</w:t>
      </w:r>
    </w:p>
    <w:p>
      <w:r>
        <w:rPr>
          <w:b/>
        </w:rPr>
        <w:t xml:space="preserve">[02:01] </w:t>
      </w:r>
      <w:r>
        <w:t>aaj jo main dekh raha hoon kashmirioun ka haal, un ke jo halaat sun raha hoon, to main sochta hoon ke aaj ek nai kitab likhne ki zaroorat hai jis ka title hoga "healthy Kashmir".</w:t>
      </w:r>
    </w:p>
    <w:p>
      <w:pPr>
        <w:jc w:val="right"/>
      </w:pPr>
      <w:r>
        <w:t>آج جو میں دیکھ رہا ہوں کشمیریوں کا حال، ان کے جو حالات سن رہا ہوں، تو میں سوچتا ہوں کہ آج ایک نئی کتاب لکھنے کی ضرورت ہے جس کا ٹائٹل ہوگا "ہیلدی کاشمیر"۔</w:t>
      </w:r>
    </w:p>
    <w:p>
      <w:r>
        <w:rPr>
          <w:b/>
        </w:rPr>
        <w:t xml:space="preserve">[02:22] </w:t>
      </w:r>
      <w:r>
        <w:t>woh daur khatam hoga jab Kashmir zakhm ka, qatal ka, khoon ka nishani bana hua tha.</w:t>
      </w:r>
    </w:p>
    <w:p>
      <w:pPr>
        <w:jc w:val="right"/>
      </w:pPr>
      <w:r>
        <w:t>وہ دور ختم ہوگا جب کشمیر زخم کا، قتل کا، خون کا علامت بنا ہوا تھا۔</w:t>
      </w:r>
    </w:p>
    <w:p>
      <w:r>
        <w:rPr>
          <w:b/>
        </w:rPr>
        <w:t xml:space="preserve">[02:35] </w:t>
      </w:r>
      <w:r>
        <w:t>aaj Kashmir aman ki nishani ban raha hai. yeh bohat ajeeb baat hai. yeh Allah ki rehmat hai.</w:t>
      </w:r>
    </w:p>
    <w:p>
      <w:pPr>
        <w:jc w:val="right"/>
      </w:pPr>
      <w:r>
        <w:t>آج کشمیر امن کی علامت بن رہا ہے۔ یہ بہت عجیب بات ہے۔ یہ اللہ کی رحمت ہے۔</w:t>
      </w:r>
    </w:p>
    <w:p>
      <w:r>
        <w:rPr>
          <w:b/>
        </w:rPr>
        <w:t xml:space="preserve">[02:49] </w:t>
      </w:r>
      <w:r>
        <w:t>mujhe ek aur waqia yaad aata hai. 1917 mein roos mein communist inqilab aaya.</w:t>
      </w:r>
    </w:p>
    <w:p>
      <w:pPr>
        <w:jc w:val="right"/>
      </w:pPr>
      <w:r>
        <w:t>مجھے ایک اور واقعہ یاد آتا ہے۔ 1917 میں روس میں کمیونسٹ انقلاب آیا۔</w:t>
      </w:r>
    </w:p>
    <w:p>
      <w:r>
        <w:rPr>
          <w:b/>
        </w:rPr>
        <w:t xml:space="preserve">[03:00] </w:t>
      </w:r>
      <w:r>
        <w:t>roos mein communistoun ki hukumat qaim ho gayi. is ke baad communist leadership ne ek koshish ki ke woh atraf ke mulkon ko communism export karein.</w:t>
      </w:r>
    </w:p>
    <w:p>
      <w:pPr>
        <w:jc w:val="right"/>
      </w:pPr>
      <w:r>
        <w:t>روس میں کمیونسٹوں کی حکومت قائم ہوگئی۔ اس کے بعد کمیونسٹ لیڈرشپ نے ایک کوشش کی کہ وہ اطراف کے ملکوں کو کمیونزم ایکسپورٹ کرے۔</w:t>
      </w:r>
    </w:p>
    <w:p>
      <w:r>
        <w:rPr>
          <w:b/>
        </w:rPr>
        <w:t xml:space="preserve">[03:18] </w:t>
      </w:r>
      <w:r>
        <w:t>unhon ne communism ko doosre mulkon mein export karna shuru kiya. is zamane mein ek kitab chhapi thi.</w:t>
      </w:r>
    </w:p>
    <w:p>
      <w:pPr>
        <w:jc w:val="right"/>
      </w:pPr>
      <w:r>
        <w:t>انہوں نے کمیونزم کو دوسرے ملکوں میں ایکسپورٹ کرنا شروع کیا۔ اس زمانے میں ایک کتاب چھپی تھی۔</w:t>
      </w:r>
    </w:p>
    <w:p>
      <w:r>
        <w:rPr>
          <w:b/>
        </w:rPr>
        <w:t xml:space="preserve">[03:28] </w:t>
      </w:r>
      <w:r>
        <w:t>yeh log samarkand ko bhi in ka nishana tha. samarkand, aap jante hain ke tashkent ka dar-us-saltanat hai. to samarkand ko woh communist halqe mein lena chahte the aur liya.</w:t>
      </w:r>
    </w:p>
    <w:p>
      <w:pPr>
        <w:jc w:val="right"/>
      </w:pPr>
      <w:r>
        <w:t>یہ لوگ سمرقند کو بھی ان کا نشانہ تھا۔ سمرقند، آپ جانتے ہیں کہ تاشکند کا دارالسلطنت ہے۔ تو سمرقند کو وہ کمیونسٹ حلقے میں لینا چاہتے تھے اور لیا۔</w:t>
      </w:r>
    </w:p>
    <w:p>
      <w:r>
        <w:rPr>
          <w:b/>
        </w:rPr>
        <w:t xml:space="preserve">[03:45] </w:t>
      </w:r>
      <w:r>
        <w:t>to is zamane mein ek communist ne ek kitab likhi thi.</w:t>
      </w:r>
    </w:p>
    <w:p>
      <w:pPr>
        <w:jc w:val="right"/>
      </w:pPr>
      <w:r>
        <w:t>تو اس زمانے میں ایک کمیونسٹ نے ایک کتاب لکھی تھی۔</w:t>
      </w:r>
    </w:p>
    <w:p>
      <w:r>
        <w:rPr>
          <w:b/>
        </w:rPr>
        <w:t xml:space="preserve">[03:52] </w:t>
      </w:r>
      <w:r>
        <w:t>is kitab ka naam tha "dawn over samarkand". "dawn over samarkand".</w:t>
      </w:r>
    </w:p>
    <w:p>
      <w:pPr>
        <w:jc w:val="right"/>
      </w:pPr>
      <w:r>
        <w:t>اس کتاب کا نام تھا "ڈان اوور سمرقند"۔ "ڈان اوور سمرقند"۔</w:t>
      </w:r>
    </w:p>
    <w:p>
      <w:r>
        <w:rPr>
          <w:b/>
        </w:rPr>
        <w:t xml:space="preserve">[04:03] </w:t>
      </w:r>
      <w:r>
        <w:t>yeh kitab 1935 mein chhapi thi.</w:t>
      </w:r>
    </w:p>
    <w:p>
      <w:pPr>
        <w:jc w:val="right"/>
      </w:pPr>
      <w:r>
        <w:t>یہ کتاب 1935 میں چھپی تھی۔</w:t>
      </w:r>
    </w:p>
    <w:p>
      <w:r>
        <w:rPr>
          <w:b/>
        </w:rPr>
        <w:t xml:space="preserve">[04:08] </w:t>
      </w:r>
      <w:r>
        <w:t>is kitab ka author ka naam tha "Joshua Kunitz". J O S H U A, K U N I T Z.</w:t>
      </w:r>
    </w:p>
    <w:p>
      <w:pPr>
        <w:jc w:val="right"/>
      </w:pPr>
      <w:r>
        <w:t>اس کتاب کا اتھر کا نام تھا "جوشوا کونیٹز"۔ جے او ایس ایچ یو اے، کے یو این آئی ٹی زیڈ۔</w:t>
      </w:r>
    </w:p>
    <w:p>
      <w:r>
        <w:rPr>
          <w:b/>
        </w:rPr>
        <w:t xml:space="preserve">[04:24] </w:t>
      </w:r>
      <w:r>
        <w:t>to is kitab ka naam tha "dawn over samarkand".</w:t>
      </w:r>
    </w:p>
    <w:p>
      <w:pPr>
        <w:jc w:val="right"/>
      </w:pPr>
      <w:r>
        <w:t>تو اس کتاب کا نام تھا "ڈان اوور سمرقند"۔</w:t>
      </w:r>
    </w:p>
    <w:p>
      <w:r>
        <w:rPr>
          <w:b/>
        </w:rPr>
        <w:t xml:space="preserve">[04:29] </w:t>
      </w:r>
      <w:r>
        <w:t>aaj main soch raha tha to mere zehn mein aaya ke shayad ek kitab likhna chahiye Kashmir ke liye jis ka unwan ho "dawn over Kashmir".</w:t>
      </w:r>
    </w:p>
    <w:p>
      <w:pPr>
        <w:jc w:val="right"/>
      </w:pPr>
      <w:r>
        <w:t>آج میں سوچ رہا تھا تو میرے ذہن میں آیا کہ شاید ایک کتاب لکھنا چاہیے کشمیر کے لیے جس کا عنوان ہو "ڈان اوور کاشمیر"۔</w:t>
      </w:r>
    </w:p>
    <w:p>
      <w:r>
        <w:rPr>
          <w:b/>
        </w:rPr>
        <w:t xml:space="preserve">[04:45] </w:t>
      </w:r>
      <w:r>
        <w:t>ek nai subah taloo ho rahi hai Kashmir se aman ki aur dawat ki.</w:t>
      </w:r>
    </w:p>
    <w:p>
      <w:pPr>
        <w:jc w:val="right"/>
      </w:pPr>
      <w:r>
        <w:t>ایک نئی صبح طلوع ہو رہی ہے کشمیر سے امن کی اور دعوت کی۔</w:t>
      </w:r>
    </w:p>
    <w:p>
      <w:r>
        <w:rPr>
          <w:b/>
        </w:rPr>
        <w:t xml:space="preserve">[04:55] </w:t>
      </w:r>
      <w:r>
        <w:t>agar main yeh kahoon to ghhaliban mubalgha nahi hoga ke kashmirioun ko Allah taala ne chun liya hai is daur ka ansar banne ke liye.</w:t>
      </w:r>
    </w:p>
    <w:p>
      <w:pPr>
        <w:jc w:val="right"/>
      </w:pPr>
      <w:r>
        <w:t>اگر میں یہ کہوں تو غالباً مبالغہ نہیں ہوگا کہ کشمیریوں کو اللہ تعالیٰ نے چن لیا ہے اس دور کا انصار بننے کے لیے۔</w:t>
      </w:r>
    </w:p>
    <w:p>
      <w:r>
        <w:rPr>
          <w:b/>
        </w:rPr>
        <w:t xml:space="preserve">[05:08] </w:t>
      </w:r>
      <w:r>
        <w:t>ansar. Islam ki tareekh mein ek bohat bara role hai ansar ka. ek muhajir the. yaani makke mein jo log Islam laye un ko muhajir kaha jata hai.</w:t>
      </w:r>
    </w:p>
    <w:p>
      <w:pPr>
        <w:jc w:val="right"/>
      </w:pPr>
      <w:r>
        <w:t>انصار۔ اسلام کی تاریخ میں ایک بہت بڑا رول ہے انصار کا۔ ایک مہاجر تھے۔ یعنی مکے میں جو لوگ اسلام لائے ان کو مہاجر کہا جاتا ہے۔</w:t>
      </w:r>
    </w:p>
    <w:p>
      <w:r>
        <w:rPr>
          <w:b/>
        </w:rPr>
        <w:t xml:space="preserve">[05:22] </w:t>
      </w:r>
      <w:r>
        <w:t>madine mein jo log Islam laye un ko ansar kaha jata hai. ansar ke maani hote hain madad karne wale. aaj kal ki zaban mein main kahunga booster.</w:t>
      </w:r>
    </w:p>
    <w:p>
      <w:pPr>
        <w:jc w:val="right"/>
      </w:pPr>
      <w:r>
        <w:t>مدینے میں جو لوگ اسلام لائے ان کو انصار کہا جاتا ہے۔ انصار کے معنی ہوتے ہیں مدد کرنے والے۔ آج کل کی زبان میں میں کہوں گا بوسٹر۔</w:t>
      </w:r>
    </w:p>
    <w:p>
      <w:r>
        <w:rPr>
          <w:b/>
        </w:rPr>
        <w:t xml:space="preserve">[05:35] </w:t>
      </w:r>
      <w:r>
        <w:t>yaani ansar ne is zamane mein jo dawati mission tha Rasool Allah ka, us ko boost kiya. us ke booster bane woh.</w:t>
      </w:r>
    </w:p>
    <w:p>
      <w:pPr>
        <w:jc w:val="right"/>
      </w:pPr>
      <w:r>
        <w:t>یعنی انصار نے اس زمانے میں جو دعوتی مشن تھا رسول اللہ کا، اس کو بوسٹ کیا۔ اس کے بوسٹر بنے وہ۔</w:t>
      </w:r>
    </w:p>
    <w:p>
      <w:r>
        <w:rPr>
          <w:b/>
        </w:rPr>
        <w:t xml:space="preserve">[05:46] </w:t>
      </w:r>
      <w:r>
        <w:t>aur bohat tezi se Islam phail gaya.</w:t>
      </w:r>
    </w:p>
    <w:p>
      <w:pPr>
        <w:jc w:val="right"/>
      </w:pPr>
      <w:r>
        <w:t>اور بہت تیزی سے اسلام پھیل گیا۔</w:t>
      </w:r>
    </w:p>
    <w:p>
      <w:r>
        <w:rPr>
          <w:b/>
        </w:rPr>
        <w:t xml:space="preserve">[05:52] </w:t>
      </w:r>
      <w:r>
        <w:t>is dor mein kisi ke liye muqaddar hai ke woh booster bane, woh ansar bane.</w:t>
      </w:r>
    </w:p>
    <w:p>
      <w:pPr>
        <w:jc w:val="right"/>
      </w:pPr>
      <w:r>
        <w:t>اس دور میں کسی کے لیے مقدر ہے کہ وہ بوسٹر بنے، وہ انصار بنے۔</w:t>
      </w:r>
    </w:p>
    <w:p>
      <w:r>
        <w:rPr>
          <w:b/>
        </w:rPr>
        <w:t xml:space="preserve">[06:01] </w:t>
      </w:r>
      <w:r>
        <w:t>lekin bazahir halaat aisa nazar aata hai ke shayad Allah taala ka intikhab Kashmir ke liye hua hai. Al Kashmir ko Allah taala ne chun liya hai ke woh is dor mein da'wati mission ke liye booster bane.</w:t>
      </w:r>
    </w:p>
    <w:p>
      <w:pPr>
        <w:jc w:val="right"/>
      </w:pPr>
      <w:r>
        <w:t>لیکن بظاہر حالات ایسا نظر آتا ہے کہ شاید اللہ تعالیٰ کا انتخاب کشمیر کے لیے ہوا ہے۔ ال کشمیر کو اللہ تعالیٰ نے چن لیا ہے کہ وہ اس دور میں دعوتی مشن کے لیے بوسٹر بنے۔</w:t>
      </w:r>
    </w:p>
    <w:p>
      <w:r>
        <w:rPr>
          <w:b/>
        </w:rPr>
        <w:t xml:space="preserve">[06:26] </w:t>
      </w:r>
      <w:r>
        <w:t>yeh bohat hi bari khushi ki baat hai.</w:t>
      </w:r>
    </w:p>
    <w:p>
      <w:pPr>
        <w:jc w:val="right"/>
      </w:pPr>
      <w:r>
        <w:t>یہ بہت ہی بڑی خوشی کی بات ہے۔</w:t>
      </w:r>
    </w:p>
    <w:p>
      <w:r>
        <w:rPr>
          <w:b/>
        </w:rPr>
        <w:t xml:space="preserve">[06:33] </w:t>
      </w:r>
      <w:r>
        <w:t>dekhiye, yeh saada muamla nahi hai. Main ek baat arz karoon. Apna kuch tajruba aur kuch doosri baat.</w:t>
      </w:r>
    </w:p>
    <w:p>
      <w:pPr>
        <w:jc w:val="right"/>
      </w:pPr>
      <w:r>
        <w:t>دیکھیے، یہ سادہ معاملہ نہیں ہے۔ میں ایک بات عرض کروں۔ اپنا کچھ تجربہ اور کچھ دوسری بات۔</w:t>
      </w:r>
    </w:p>
    <w:p>
      <w:r>
        <w:rPr>
          <w:b/>
        </w:rPr>
        <w:t xml:space="preserve">[06:47] </w:t>
      </w:r>
      <w:r>
        <w:t>Peace jo hai, peace, peace mera khwab tha.</w:t>
      </w:r>
    </w:p>
    <w:p>
      <w:pPr>
        <w:jc w:val="right"/>
      </w:pPr>
      <w:r>
        <w:t>پیس جو ہے، پیس، پیس میرا خواب تھا۔</w:t>
      </w:r>
    </w:p>
    <w:p>
      <w:r>
        <w:rPr>
          <w:b/>
        </w:rPr>
        <w:t xml:space="preserve">[06:55] </w:t>
      </w:r>
      <w:r>
        <w:t>jab maine sachai ko paya to mera khwab peace ban gaya ke peace ke baghair aap sachai ko na to sachai par chal sakte, na sachai doosron tak pohncha sakte.</w:t>
      </w:r>
    </w:p>
    <w:p>
      <w:pPr>
        <w:jc w:val="right"/>
      </w:pPr>
      <w:r>
        <w:t>جب میں نے سچائی کو پایا تو میرا خواب پیس بن گیا کہ پیس کے بغیر آپ سچائی کو نہ تو سچائی پر چل سکتے، نہ سچائی دوسروں تک پہنچا سکتے۔</w:t>
      </w:r>
    </w:p>
    <w:p>
      <w:r>
        <w:rPr>
          <w:b/>
        </w:rPr>
        <w:t xml:space="preserve">[07:13] </w:t>
      </w:r>
      <w:r>
        <w:t>to ghaliban 1950 ki baat hai.</w:t>
      </w:r>
    </w:p>
    <w:p>
      <w:pPr>
        <w:jc w:val="right"/>
      </w:pPr>
      <w:r>
        <w:t>تو غالباً 1950 کی بات ہے۔</w:t>
      </w:r>
    </w:p>
    <w:p>
      <w:r>
        <w:rPr>
          <w:b/>
        </w:rPr>
        <w:t xml:space="preserve">[07:18] </w:t>
      </w:r>
      <w:r>
        <w:t>is waqt main Azerbaijan mein tha. Aur akela tha main.</w:t>
      </w:r>
    </w:p>
    <w:p>
      <w:pPr>
        <w:jc w:val="right"/>
      </w:pPr>
      <w:r>
        <w:t>اس وقت میں آذربائیجان میں تھا۔ اور اکیلا تھا میں۔</w:t>
      </w:r>
    </w:p>
    <w:p>
      <w:r>
        <w:rPr>
          <w:b/>
        </w:rPr>
        <w:t xml:space="preserve">[07:27] </w:t>
      </w:r>
      <w:r>
        <w:t>is waqt na koi aage tha, na peeche tha, na koi dayein tha, na bayein tha. To ek khwab tha mera ke peace, peace aaye taake Allah ka deen phailay.</w:t>
      </w:r>
    </w:p>
    <w:p>
      <w:pPr>
        <w:jc w:val="right"/>
      </w:pPr>
      <w:r>
        <w:t>اس وقت نہ کوئی آگے تھا، نہ پیچھے تھا، نہ کوئی دائیں تھا، نہ بائیں تھا۔ تو ایک خواب تھا میرا کہ پیس، پیس آئے تاکہ اللہ کا دین پھیلے۔</w:t>
      </w:r>
    </w:p>
    <w:p>
      <w:r>
        <w:rPr>
          <w:b/>
        </w:rPr>
        <w:t xml:space="preserve">[07:42] </w:t>
      </w:r>
      <w:r>
        <w:t>dekhiye, peace ke abgha da'wat ne yaad rakhiye.</w:t>
      </w:r>
    </w:p>
    <w:p>
      <w:pPr>
        <w:jc w:val="right"/>
      </w:pPr>
      <w:r>
        <w:t>دیکھیے، پیس کے ابغا دعوت نے یاد رکھیے۔</w:t>
      </w:r>
    </w:p>
    <w:p>
      <w:r>
        <w:rPr>
          <w:b/>
        </w:rPr>
        <w:t xml:space="preserve">[07:47] </w:t>
      </w:r>
      <w:r>
        <w:t>to is zamane mein Azerbaijan mein ek book, ek exhibition hui. Exhibition. Is mein tarah tarah ke star lagaye gaye thay.</w:t>
      </w:r>
    </w:p>
    <w:p>
      <w:pPr>
        <w:jc w:val="right"/>
      </w:pPr>
      <w:r>
        <w:t>تو اس زمانے میں آذربائیجان میں ایک بک، ایک ایگزیبیشن ہوئی۔ ایگزیبیشن۔ اس میں طرح طرح کے سٹار لگائے گئے تھے۔</w:t>
      </w:r>
    </w:p>
    <w:p>
      <w:r>
        <w:rPr>
          <w:b/>
        </w:rPr>
        <w:t xml:space="preserve">[08:02] </w:t>
      </w:r>
      <w:r>
        <w:t>maine bhi ek star laga diya wahan par. Is zamane mein ek artist thay, Muhammad Yusuf.</w:t>
      </w:r>
    </w:p>
    <w:p>
      <w:pPr>
        <w:jc w:val="right"/>
      </w:pPr>
      <w:r>
        <w:t>میں نے بھی ایک سٹار لگا دیا وہاں پر۔ اس زمانے میں ایک آرٹسٹ تھے، محمد یوسف۔</w:t>
      </w:r>
    </w:p>
    <w:p>
      <w:r>
        <w:rPr>
          <w:b/>
        </w:rPr>
        <w:t xml:space="preserve">[08:12] </w:t>
      </w:r>
      <w:r>
        <w:t>naujawan artist thay. Un se maine ek board banwaya.</w:t>
      </w:r>
    </w:p>
    <w:p>
      <w:pPr>
        <w:jc w:val="right"/>
      </w:pPr>
      <w:r>
        <w:t>نوجوان آرٹسٹ تھے۔ ان سے میں نے ایک بورڈ بنوایا۔</w:t>
      </w:r>
    </w:p>
    <w:p>
      <w:r>
        <w:rPr>
          <w:b/>
        </w:rPr>
        <w:t xml:space="preserve">[08:16] </w:t>
      </w:r>
      <w:r>
        <w:t>to Quran ki ek ayat hai: "Wallahido ila dar al salam". To unhon ne lal rang se bohat hi bara sa board banaya: "God calls to the world of peace".</w:t>
      </w:r>
    </w:p>
    <w:p>
      <w:pPr>
        <w:jc w:val="right"/>
      </w:pPr>
      <w:r>
        <w:t>تو قرآن کی ایک آیت ہے: "واللہیدو الی دار السلام"۔ تو انہوں نے لال رنگ سے بہت ہی بڑا سا بورڈ بنایا: "گاڈ کالز ٹو دا ورلڈ آف پیس"۔</w:t>
      </w:r>
    </w:p>
    <w:p>
      <w:r>
        <w:rPr>
          <w:b/>
        </w:rPr>
        <w:t xml:space="preserve">[08:35] </w:t>
      </w:r>
      <w:r>
        <w:t>is waqt main ek khwab tha yeh. Kuch mere zehn mein koi naqsha nahi tha. "God calls to the world of peace".</w:t>
      </w:r>
    </w:p>
    <w:p>
      <w:pPr>
        <w:jc w:val="right"/>
      </w:pPr>
      <w:r>
        <w:t>اس وقت میں ایک خواب تھا یہ۔ کچھ میرے ذہن میں کوئی نقشہ نہیں تھا۔ "گاڈ کالز ٹو دا ورلڈ آف پیس"۔</w:t>
      </w:r>
    </w:p>
    <w:p>
      <w:r>
        <w:rPr>
          <w:b/>
        </w:rPr>
        <w:t xml:space="preserve">[08:45] </w:t>
      </w:r>
      <w:r>
        <w:t>is ke baad jab mutala kiya, mutala kiya maine bohat sa to maloom hua ke sari duniya mein Islam ki tasweer kya ban gayi hai ke "God calls to the world of violence".</w:t>
      </w:r>
    </w:p>
    <w:p>
      <w:pPr>
        <w:jc w:val="right"/>
      </w:pPr>
      <w:r>
        <w:t>اس کے بعد جب مطالعہ کیا، مطالعہ کیا میں نے بہت سا تو معلوم ہوا کہ ساری دنیا میں اسلام کی تصویر کیا بن گئی ہے کہ "گاڈ کالز ٹو دا ورلڈ آف وائلنس"۔</w:t>
      </w:r>
    </w:p>
    <w:p>
      <w:r>
        <w:rPr>
          <w:b/>
        </w:rPr>
        <w:t xml:space="preserve">[09:00] </w:t>
      </w:r>
      <w:r>
        <w:t>har taraf, har taraf jihad ke naam se violence, violence, violence. Arab duniya mein bhi, non-Arab duniya mein bhi.</w:t>
      </w:r>
    </w:p>
    <w:p>
      <w:pPr>
        <w:jc w:val="right"/>
      </w:pPr>
      <w:r>
        <w:t>ہر طرف، ہر طرف جہاد کے نام سے وائلنس، وائلنس، وائلنس۔ عرب دنیا میں بھی، نان عرب دنیا میں بھی۔</w:t>
      </w:r>
    </w:p>
    <w:p>
      <w:r>
        <w:rPr>
          <w:b/>
        </w:rPr>
        <w:t xml:space="preserve">[09:16] </w:t>
      </w:r>
      <w:r>
        <w:t>misal ke taur par Arab duniya mein ek shayar ka yeh sher bohat parha jata rehta tha:</w:t>
      </w:r>
    </w:p>
    <w:p>
      <w:pPr>
        <w:jc w:val="right"/>
      </w:pPr>
      <w:r>
        <w:t>مثلاً عرب دنیا میں ایک شاعر کا یہ شعر بہت پڑھا جاتا رہتا تھا:</w:t>
      </w:r>
    </w:p>
    <w:p>
      <w:r>
        <w:rPr>
          <w:b/>
        </w:rPr>
        <w:t xml:space="preserve">[09:28] </w:t>
      </w:r>
      <w:r>
        <w:t>"Hath Salahuddin sadiq tanfina juddi hateen aur shab hatina". Salahuddin ko phir sulao, phir se hum talwar chala kar duniya ko fateh karenge.</w:t>
      </w:r>
    </w:p>
    <w:p>
      <w:pPr>
        <w:jc w:val="right"/>
      </w:pPr>
      <w:r>
        <w:t>"ہاتھ صلاح الدین صادق تنفینا جددی حتین اور شب حتینا"۔ صلاح الدین کو پھر سلاؤ، پھر سے ہم تلوار چلا کر دنیا کو فتح کریں گے۔</w:t>
      </w:r>
    </w:p>
    <w:p>
      <w:r>
        <w:rPr>
          <w:b/>
        </w:rPr>
        <w:t xml:space="preserve">[09:42] </w:t>
      </w:r>
      <w:r>
        <w:t>main ek bar ek Arab mulk mein gaya to wahan ke museum mein ek mujahideen ka naarha likha hua tha: "Mootu mootu al yawm izzah qabl tamootu ghadan adlah".</w:t>
      </w:r>
    </w:p>
    <w:p>
      <w:pPr>
        <w:jc w:val="right"/>
      </w:pPr>
      <w:r>
        <w:t>میں ایک بار ایک عرب ملک میں گیا تو وہاں کے میوزیم میں ایک مجاہدین کا نعرہ لکھا ہوا تھا: "موتو موتو الیوم عزہ قبل تموتو غدا عدلہ"۔</w:t>
      </w:r>
    </w:p>
    <w:p>
      <w:r>
        <w:rPr>
          <w:b/>
        </w:rPr>
        <w:t xml:space="preserve">[09:57] </w:t>
      </w:r>
      <w:r>
        <w:t>aaj mar jao izzat ke sath, warna kal tum ko be izzat ke sath marna parega.</w:t>
      </w:r>
    </w:p>
    <w:p>
      <w:pPr>
        <w:jc w:val="right"/>
      </w:pPr>
      <w:r>
        <w:t>آج مر جاؤ عزت کے ساتھ، ورنہ کل تم کو بے عزتی کے ساتھ مرنا پڑے گا۔</w:t>
      </w:r>
    </w:p>
    <w:p>
      <w:r>
        <w:rPr>
          <w:b/>
        </w:rPr>
        <w:t xml:space="preserve">[10:06] </w:t>
      </w:r>
      <w:r>
        <w:t>ek kitab chhapi thi bohat hi mashhoor Arab aalim ki. Is ka is ka naam tha: "Limaza ta'akhara al muslimun wa taqaddama ghair".</w:t>
      </w:r>
    </w:p>
    <w:p>
      <w:pPr>
        <w:jc w:val="right"/>
      </w:pPr>
      <w:r>
        <w:t>ایک کتاب چھپی تھی بہت ہی مشہور عرب عالم کی۔ اس کا اس کا نام تھا: "لماذا تاخر المسلمون وتقدم غیر"۔</w:t>
      </w:r>
    </w:p>
    <w:p>
      <w:r>
        <w:rPr>
          <w:b/>
        </w:rPr>
        <w:t xml:space="preserve">[10:19] </w:t>
      </w:r>
      <w:r>
        <w:t>ke Musalman peeche kyun gaye? To woh tha ke jihad chhodne ki wajah se. To sari kitab khulasa aata hai ke jihad karo aur aage badho.</w:t>
      </w:r>
    </w:p>
    <w:p>
      <w:pPr>
        <w:jc w:val="right"/>
      </w:pPr>
      <w:r>
        <w:t>کہ مسلمان پیچھے کیوں گئے؟ تو وہ تھا کہ جہاد چھوڑنے کی وجہ سے۔ تو ساری کتاب خلاصہ آتا ہے کہ جہاد کرو اور آگے بڑھو۔</w:t>
      </w:r>
    </w:p>
    <w:p>
      <w:r>
        <w:rPr>
          <w:b/>
        </w:rPr>
        <w:t xml:space="preserve">[10:31] </w:t>
      </w:r>
      <w:r>
        <w:t>to dekhiye, ek baat samajh lijiye ke duniya woh naam nahi deti jo aap naam dete hain. Duniya apne lehaz se naam deti hai hamesha.</w:t>
      </w:r>
    </w:p>
    <w:p>
      <w:pPr>
        <w:jc w:val="right"/>
      </w:pPr>
      <w:r>
        <w:t>تو دیکھیے، ایک بات سمجھ لیجئے کہ دنیا وہ نام نہیں دیتی جو آپ نام دیتے ہیں۔ دنیا اپنے لحاظ سے نام دیتی ہے ہمیشہ۔</w:t>
      </w:r>
    </w:p>
    <w:p>
      <w:r>
        <w:rPr>
          <w:b/>
        </w:rPr>
        <w:t xml:space="preserve">[10:43] </w:t>
      </w:r>
      <w:r>
        <w:t>jaise Ahmadi, jaise jin ko aap Qadiani kehte hain, un ka naam khud Qadiani aap nahi lete ke hum Qadiani hain. Woh Ahmadi kehte hain. Woh apne ko Ahmadi kehte hain.</w:t>
      </w:r>
    </w:p>
    <w:p>
      <w:pPr>
        <w:jc w:val="right"/>
      </w:pPr>
      <w:r>
        <w:t>جیسے احمدی، جیسے جن کو آپ قادیانی کہتے ہیں، ان کا نام خود قادیانی آپ نہیں لیتے کہ ہم قادیانی ہیں۔ وہ احمدی کہتے ہیں۔ وہ اپنے کو احمدی کہتے ہیں۔</w:t>
      </w:r>
    </w:p>
    <w:p>
      <w:r>
        <w:rPr>
          <w:b/>
        </w:rPr>
        <w:t xml:space="preserve">[10:53] </w:t>
      </w:r>
      <w:r>
        <w:t>aap ne qadiyani naam diya hai aap ne. aise hi har jagah hota hai.</w:t>
      </w:r>
    </w:p>
    <w:p>
      <w:pPr>
        <w:jc w:val="right"/>
      </w:pPr>
      <w:r>
        <w:t>آپ نے قادیانی نام دیا ہے آپ نے۔ ایسے ہی ہر جگہ ہوتا ہے۔</w:t>
      </w:r>
    </w:p>
    <w:p>
      <w:r>
        <w:rPr>
          <w:b/>
        </w:rPr>
        <w:t xml:space="preserve">[11:00] </w:t>
      </w:r>
      <w:r>
        <w:t>to aap ne jihad ka naam jo chalaya, un ke nazdeek kya tha? Violence tha, violence, violence. Aap ne is ka naam jihad diya, yaani positive naam.</w:t>
      </w:r>
    </w:p>
    <w:p>
      <w:pPr>
        <w:jc w:val="right"/>
      </w:pPr>
      <w:r>
        <w:t>تو آپ نے جہاد کا نام جو چلایا، ان کے نزدیک کیا تھا؟ وائلنس تھا، وائلنس، وائلنس۔ آپ نے اس کا نام جہاد دیا، یعنی پازیٹیو نام۔</w:t>
      </w:r>
    </w:p>
    <w:p>
      <w:r>
        <w:rPr>
          <w:b/>
        </w:rPr>
        <w:t xml:space="preserve">[11:10] </w:t>
      </w:r>
      <w:r>
        <w:t>unhon ne is ko negative naam de diya. to itni kitaben chhapin. bahut si kitaben. misaal ke taur par ek mujhe yaad hai, ek maqala.</w:t>
      </w:r>
    </w:p>
    <w:p>
      <w:pPr>
        <w:jc w:val="right"/>
      </w:pPr>
      <w:r>
        <w:t>انہوں نے اس کو نیگیٹیو نام دے دیا۔ تو اتنی کتابیں چھپیں۔ بہت سی کتابیں۔ مثال کے طور پر ایک مجھے یاد ہے، ایک مقالہ۔</w:t>
      </w:r>
    </w:p>
    <w:p>
      <w:r>
        <w:rPr>
          <w:b/>
        </w:rPr>
        <w:t xml:space="preserve">[11:23] </w:t>
      </w:r>
      <w:r>
        <w:t>is ka title tha: "a religion that sanctions violence".</w:t>
      </w:r>
    </w:p>
    <w:p>
      <w:pPr>
        <w:jc w:val="right"/>
      </w:pPr>
      <w:r>
        <w:t>اس کا ٹائٹل تھا: "ان ریلیجن دیٹ سینک سینس وائلنس"۔</w:t>
      </w:r>
    </w:p>
    <w:p>
      <w:r>
        <w:rPr>
          <w:b/>
        </w:rPr>
        <w:t xml:space="preserve">[11:29] </w:t>
      </w:r>
      <w:r>
        <w:t>ek mazhab jo tashaddud ki taleem deta hai.</w:t>
      </w:r>
    </w:p>
    <w:p>
      <w:pPr>
        <w:jc w:val="right"/>
      </w:pPr>
      <w:r>
        <w:t>ایک مذہب جو تشدد کی تعلیم دیتا ہے۔</w:t>
      </w:r>
    </w:p>
    <w:p>
      <w:r>
        <w:rPr>
          <w:b/>
        </w:rPr>
        <w:t xml:space="preserve">[11:37] </w:t>
      </w:r>
      <w:r>
        <w:t>to yeh meri ek jo tadap bani, jo khwab dekha main ne,</w:t>
      </w:r>
    </w:p>
    <w:p>
      <w:pPr>
        <w:jc w:val="right"/>
      </w:pPr>
      <w:r>
        <w:t>تو یہ میری ایک جو تڑپ بنی، جو خواب دیکھا میں نے،</w:t>
      </w:r>
    </w:p>
    <w:p>
      <w:r>
        <w:rPr>
          <w:b/>
        </w:rPr>
        <w:t xml:space="preserve">[11:44] </w:t>
      </w:r>
      <w:r>
        <w:t>jo khwab shuru hua 1950 se,</w:t>
      </w:r>
    </w:p>
    <w:p>
      <w:pPr>
        <w:jc w:val="right"/>
      </w:pPr>
      <w:r>
        <w:t>جو خواب شروع ہوا 1950 سے،</w:t>
      </w:r>
    </w:p>
    <w:p>
      <w:r>
        <w:rPr>
          <w:b/>
        </w:rPr>
        <w:t xml:space="preserve">[11:50] </w:t>
      </w:r>
      <w:r>
        <w:t>jo main ne bataya aap ko ke wahan main ne board lagaya tha:</w:t>
      </w:r>
    </w:p>
    <w:p>
      <w:pPr>
        <w:jc w:val="right"/>
      </w:pPr>
      <w:r>
        <w:t>جو میں نے بتایا آپ کو کہ وہاں میں نے بورڈ لگایا تھا:</w:t>
      </w:r>
    </w:p>
    <w:p>
      <w:r>
        <w:rPr>
          <w:b/>
        </w:rPr>
        <w:t xml:space="preserve">[11:55] </w:t>
      </w:r>
      <w:r>
        <w:t>"god calls to the world of peace". to mera khwab tha ke koi uthaye aur likhe phir duniya ke naqshe par: "god calls to the home of peace".</w:t>
      </w:r>
    </w:p>
    <w:p>
      <w:pPr>
        <w:jc w:val="right"/>
      </w:pPr>
      <w:r>
        <w:t>"گاڈ کالز ٹو دا ورلڈ آف پیس"۔ تو میرا خواب تھا کہ کوئی اٹھائے اور لکھے پھر دنیا کے نقشے پر: "گاڈ کالز ٹو دا ہوم آف پیس"۔</w:t>
      </w:r>
    </w:p>
    <w:p>
      <w:r>
        <w:rPr>
          <w:b/>
        </w:rPr>
        <w:t xml:space="preserve">[12:09] </w:t>
      </w:r>
      <w:r>
        <w:t>is ko mitaway woh jo likh rakha hai logon ne ke "God calls to the home of to the world of violence". logon ne likh rakha hai: "God calls to the world of violence".</w:t>
      </w:r>
    </w:p>
    <w:p>
      <w:pPr>
        <w:jc w:val="right"/>
      </w:pPr>
      <w:r>
        <w:t>اس کو مٹاوے وہ جو لکھ رکھا ہے لوگوں نے کہ "گاڈ کالز ٹو دا ہوم آف ٹو دا ورلڈ آف وائلنس"۔ لوگوں نے لکھ رکھا ہے: "گاڈ کالز ٹو دا ورلڈ آف وائلنس"۔</w:t>
      </w:r>
    </w:p>
    <w:p>
      <w:r>
        <w:rPr>
          <w:b/>
        </w:rPr>
        <w:t xml:space="preserve">[12:21] </w:t>
      </w:r>
      <w:r>
        <w:t>kuch log uthe hain jo likh, jo is ko mita kar ke likhein ke nahin: "God calls to the home to the world of peace". yaani image banna hai.</w:t>
      </w:r>
    </w:p>
    <w:p>
      <w:pPr>
        <w:jc w:val="right"/>
      </w:pPr>
      <w:r>
        <w:t>کچھ لوگ اٹھے ہیں جو لکھ، جو اس کو مٹا کر کے لکھیں کہ نہیں: "گاڈ کالز ٹو دا ہوم ٹو دا ورلڈ آف پیس"۔ یعنی امیج بننا ہے۔</w:t>
      </w:r>
    </w:p>
    <w:p>
      <w:r>
        <w:rPr>
          <w:b/>
        </w:rPr>
        <w:t xml:space="preserve">[12:30] </w:t>
      </w:r>
      <w:r>
        <w:t>is ko kehte hain image building.</w:t>
      </w:r>
    </w:p>
    <w:p>
      <w:pPr>
        <w:jc w:val="right"/>
      </w:pPr>
      <w:r>
        <w:t>اس کو کہتے ہیں امیج بلڈنگ۔</w:t>
      </w:r>
    </w:p>
    <w:p>
      <w:r>
        <w:rPr>
          <w:b/>
        </w:rPr>
        <w:t xml:space="preserve">[12:37] </w:t>
      </w:r>
      <w:r>
        <w:t>to us waqt main ek akela insan tha, jo sirf ke tadapta tha. mere paas kuch aur nahin tha tadapne ke ilawa.</w:t>
      </w:r>
    </w:p>
    <w:p>
      <w:pPr>
        <w:jc w:val="right"/>
      </w:pPr>
      <w:r>
        <w:t>تو اس وقت میں ایک اکیلا انسان تھا، جو صرف کہ تڑپتا تھا۔ میرے پاس کچھ اور نہیں تھا تڑپنے کے علاوہ۔</w:t>
      </w:r>
    </w:p>
    <w:p>
      <w:r>
        <w:rPr>
          <w:b/>
        </w:rPr>
        <w:t xml:space="preserve">[12:47] </w:t>
      </w:r>
      <w:r>
        <w:t>aaj Allah ke fazl se poori duniya mein hamare saathi wajood mein aa chuke hain. aur sare yeh log yahi kar rahe hain.</w:t>
      </w:r>
    </w:p>
    <w:p>
      <w:pPr>
        <w:jc w:val="right"/>
      </w:pPr>
      <w:r>
        <w:t>آج اللہ کے فضل سے پوری دنیا میں ہمارے ساتھی وجود میں آ چکے ہیں۔ اور سارے یہ لوگ یہی کر رہے ہیں۔</w:t>
      </w:r>
    </w:p>
    <w:p>
      <w:r>
        <w:rPr>
          <w:b/>
        </w:rPr>
        <w:t xml:space="preserve">[12:57] </w:t>
      </w:r>
      <w:r>
        <w:t>woh phir se likh rahe hain ke nahin, violence nahin, peace. mustahiq isi ka hissa hain Kashmir ke log.</w:t>
      </w:r>
    </w:p>
    <w:p>
      <w:pPr>
        <w:jc w:val="right"/>
      </w:pPr>
      <w:r>
        <w:t>وہ پھر سے لکھ رہے ہیں کہ نہیں، وائلنس نہیں، پیس۔ مستحق اسی کا حصہ ہیں کشمیر کے لوگ۔</w:t>
      </w:r>
    </w:p>
    <w:p>
      <w:r>
        <w:rPr>
          <w:b/>
        </w:rPr>
        <w:t xml:space="preserve">[13:14] </w:t>
      </w:r>
      <w:r>
        <w:t>to is duniya mein kisi ke liye muqaddar hai ke woh ek nayi news create kare. ek nayi news create kare. log bomb mar kar ke violence ki news create karte rahe hain ab tak.</w:t>
      </w:r>
    </w:p>
    <w:p>
      <w:pPr>
        <w:jc w:val="right"/>
      </w:pPr>
      <w:r>
        <w:t>تو اس دنیا میں کسی کے لیے مقدر ہے کہ وہ ایک نئی نیوز کریٹ کرے۔ ایک نئی نیوز کریٹ کرے۔ لوگ بم مار کر کے وائلنس کی نیوز کریٹ کرتے رہے ہیں اب تک۔</w:t>
      </w:r>
    </w:p>
    <w:p>
      <w:r>
        <w:rPr>
          <w:b/>
        </w:rPr>
        <w:t xml:space="preserve">[13:31] </w:t>
      </w:r>
      <w:r>
        <w:t>gun chala kar, bomb mar kar, military chala kar,</w:t>
      </w:r>
    </w:p>
    <w:p>
      <w:pPr>
        <w:jc w:val="right"/>
      </w:pPr>
      <w:r>
        <w:t>گن چلا کر، بم مار کر، ملٹریسی چلا کر،</w:t>
      </w:r>
    </w:p>
    <w:p>
      <w:r>
        <w:rPr>
          <w:b/>
        </w:rPr>
        <w:t xml:space="preserve">[13:39] </w:t>
      </w:r>
      <w:r>
        <w:t>violence ki news create karte rahe hain.</w:t>
      </w:r>
    </w:p>
    <w:p>
      <w:pPr>
        <w:jc w:val="right"/>
      </w:pPr>
      <w:r>
        <w:t>وائلنس کی نیوز کریٹ کرتے رہے ہیں۔</w:t>
      </w:r>
    </w:p>
    <w:p>
      <w:r>
        <w:rPr>
          <w:b/>
        </w:rPr>
        <w:t xml:space="preserve">[13:43] </w:t>
      </w:r>
      <w:r>
        <w:t>ab aap ko yeh karna hai ke aap peace ki news create karein. duniya ko yeh batayein ke Islam is religion of peace.</w:t>
      </w:r>
    </w:p>
    <w:p>
      <w:pPr>
        <w:jc w:val="right"/>
      </w:pPr>
      <w:r>
        <w:t>اب آپ کو یہ کرنا ہے کہ آپ پیس کی نیوز کریٹ کریں۔ دنیا کو یہ بتائیں کہ اسلام از ریلیجن آف پیس۔</w:t>
      </w:r>
    </w:p>
    <w:p>
      <w:r>
        <w:rPr>
          <w:b/>
        </w:rPr>
        <w:t xml:space="preserve">[14:00] </w:t>
      </w:r>
      <w:r>
        <w:t>main samajhta hoon ke is waqt duniya ke mukhtalif hathon mein jahan jahan sargarmiyan hain, koi is position mein nahin hai ke woh is qism ki news create kar sake.</w:t>
      </w:r>
    </w:p>
    <w:p>
      <w:pPr>
        <w:jc w:val="right"/>
      </w:pPr>
      <w:r>
        <w:t>میں سمجھتا ہوں کہ اس وقت دنیا کے مختلف خطوں میں جہاں جہاں سرگرمیاں ہیں، کوئی اس پوزیشن میں نہیں ہے کہ وہ اس قسم کی نیوز کریٹ کر سکے۔</w:t>
      </w:r>
    </w:p>
    <w:p>
      <w:r>
        <w:rPr>
          <w:b/>
        </w:rPr>
        <w:t xml:space="preserve">[14:12] </w:t>
      </w:r>
      <w:r>
        <w:t>ghaliban Kashmir woh maqam hai jahan aise halaat paida ho rahe hain ke woh log ek nayi news create kar sakte hain jo duniya ko bataye ke Islam is religion of peace.</w:t>
      </w:r>
    </w:p>
    <w:p>
      <w:pPr>
        <w:jc w:val="right"/>
      </w:pPr>
      <w:r>
        <w:t>غالباً کشمیر وہ مقام ہے جہاں ایسے حالات پیدا ہو رہے ہیں کہ وہ لوگ ایک نئی نیوز کریٹ کر سکتے ہیں جو دنیا کو بتائے کہ اسلام از ریلیجن آف پیس۔</w:t>
      </w:r>
    </w:p>
    <w:p>
      <w:r>
        <w:rPr>
          <w:b/>
        </w:rPr>
        <w:t xml:space="preserve">[14:25] </w:t>
      </w:r>
      <w:r>
        <w:t>to yeh kaam aap ko karna hai.</w:t>
      </w:r>
    </w:p>
    <w:p>
      <w:pPr>
        <w:jc w:val="right"/>
      </w:pPr>
      <w:r>
        <w:t>تو یہ کام آپ کو کرنا ہے۔</w:t>
      </w:r>
    </w:p>
    <w:p>
      <w:r>
        <w:rPr>
          <w:b/>
        </w:rPr>
        <w:t xml:space="preserve">[14:30] </w:t>
      </w:r>
      <w:r>
        <w:t>jo yeh kaam karega</w:t>
      </w:r>
    </w:p>
    <w:p>
      <w:pPr>
        <w:jc w:val="right"/>
      </w:pPr>
      <w:r>
        <w:t>جو یہ کام کرے گا</w:t>
      </w:r>
    </w:p>
    <w:p>
      <w:r>
        <w:rPr>
          <w:b/>
        </w:rPr>
        <w:t xml:space="preserve">[14:34] </w:t>
      </w:r>
      <w:r>
        <w:t>to duniya mein is ke farishte aa kar basharat denge is ko. aur aakhirat mein to basharat milni milni hai.</w:t>
      </w:r>
    </w:p>
    <w:p>
      <w:pPr>
        <w:jc w:val="right"/>
      </w:pPr>
      <w:r>
        <w:t>تو دنیا میں اس کے فرشتے آ کر بشارت دیں گے اس کو۔ اور آخرت میں تو بشارت ملنی ملنی ہے۔</w:t>
      </w:r>
    </w:p>
    <w:p>
      <w:r>
        <w:rPr>
          <w:b/>
        </w:rPr>
        <w:t xml:space="preserve">[14:43] </w:t>
      </w:r>
      <w:r>
        <w:t>aap ghaur kijiye ke Islam ki image ko durust karna ek kitna bada kaam hai. kitna bada kaam hai.</w:t>
      </w:r>
    </w:p>
    <w:p>
      <w:pPr>
        <w:jc w:val="right"/>
      </w:pPr>
      <w:r>
        <w:t>آپ غور کیجئے کہ اسلام کی امیج کو درست کرنا ایک کتنا بڑا کام ہے۔ کتنا بڑا کام ہے۔</w:t>
      </w:r>
    </w:p>
    <w:p>
      <w:r>
        <w:rPr>
          <w:b/>
        </w:rPr>
        <w:t xml:space="preserve">[14:53] </w:t>
      </w:r>
      <w:r>
        <w:t>allah ke deen ki image ko durust karna ek kitna bada kaam hai. har doosre kaam se zyada bada kaam hai.</w:t>
      </w:r>
    </w:p>
    <w:p>
      <w:pPr>
        <w:jc w:val="right"/>
      </w:pPr>
      <w:r>
        <w:t>اللہ کے دین کی امیج کو درست کرنا ایک کتنا بڑا کام ہے۔ ہر دوسرے کام سے زیادہ بڑا کام ہے۔</w:t>
      </w:r>
    </w:p>
    <w:p>
      <w:r>
        <w:rPr>
          <w:b/>
        </w:rPr>
        <w:t xml:space="preserve">[15:02] </w:t>
      </w:r>
      <w:r>
        <w:t>mujhe ek qissa yaad aata hai jo ghaliban 1978 mein main gaya tha jammu ke ilaqe mein. jammu ke ilaqe mein</w:t>
      </w:r>
    </w:p>
    <w:p>
      <w:pPr>
        <w:jc w:val="right"/>
      </w:pPr>
      <w:r>
        <w:t>مجھے ایک قصہ یاد آتا ہے جو غالباً 1978 میں میں گیا تھا جموں کے علاقے میں۔ جموں کے علاقے میں</w:t>
      </w:r>
    </w:p>
    <w:p>
      <w:r>
        <w:rPr>
          <w:b/>
        </w:rPr>
        <w:t xml:space="preserve">[15:14] </w:t>
      </w:r>
      <w:r>
        <w:t>wahan par farooq mustafa sahib waghera se mulaqat hui thi.</w:t>
      </w:r>
    </w:p>
    <w:p>
      <w:pPr>
        <w:jc w:val="right"/>
      </w:pPr>
      <w:r>
        <w:t>وہاں پر فاروق مصطفیٰ صاحب وغیرہ سے ملاقات ہوئی تھی۔</w:t>
      </w:r>
    </w:p>
    <w:p>
      <w:r>
        <w:rPr>
          <w:b/>
        </w:rPr>
        <w:t xml:space="preserve">[15:21] </w:t>
      </w:r>
      <w:r>
        <w:t>to woh log le gaye mujhe ek sahib ke haan. un ka naam tha mirza aazam sahib thay. woh woh forester thay.</w:t>
      </w:r>
    </w:p>
    <w:p>
      <w:pPr>
        <w:jc w:val="right"/>
      </w:pPr>
      <w:r>
        <w:t>تو وہ لوگ لے گئے مجھے ایک صاحب کے ہاں۔ ان کا نام تھا مرزا اعظم صاحب تھے۔ وہ وہ فارسٹر تھے۔</w:t>
      </w:r>
    </w:p>
    <w:p>
      <w:r>
        <w:rPr>
          <w:b/>
        </w:rPr>
        <w:t xml:space="preserve">[15:33] </w:t>
      </w:r>
      <w:r>
        <w:t>ab to shayad retire ho gaye honge.</w:t>
      </w:r>
    </w:p>
    <w:p>
      <w:pPr>
        <w:jc w:val="right"/>
      </w:pPr>
      <w:r>
        <w:t>اب تو شاید ریٹائر ہو گئے ہوں گے۔</w:t>
      </w:r>
    </w:p>
    <w:p>
      <w:r>
        <w:rPr>
          <w:b/>
        </w:rPr>
        <w:t xml:space="preserve">[15:37] </w:t>
      </w:r>
      <w:r>
        <w:t>to woh is waqt jab main mila un se to un ki daadhi thi aur bazahir deendar badan tha.</w:t>
      </w:r>
    </w:p>
    <w:p>
      <w:pPr>
        <w:jc w:val="right"/>
      </w:pPr>
      <w:r>
        <w:t>تو وہ اس وقت جب میں ملا ان سے تو ان کی داڑھی تھی اور بظاہر دیندار بدن تھی۔</w:t>
      </w:r>
    </w:p>
    <w:p>
      <w:r>
        <w:rPr>
          <w:b/>
        </w:rPr>
        <w:t xml:space="preserve">[15:47] </w:t>
      </w:r>
      <w:r>
        <w:t>to main ne poocha un ke un ke baray mein. to unhon ne kaha ke pehle main coat pant pehanta tha, daadhi nahi rakhta tha.</w:t>
      </w:r>
    </w:p>
    <w:p>
      <w:pPr>
        <w:jc w:val="right"/>
      </w:pPr>
      <w:r>
        <w:t>تو میں نے پوچھا ان کے ان کے بارے میں۔ تو انہوں نے کہا کہ پہلے میں کوٹ پتلون پہنتا تھا، داڑھی نہیں رکھتا تھا۔</w:t>
      </w:r>
    </w:p>
    <w:p>
      <w:r>
        <w:rPr>
          <w:b/>
        </w:rPr>
        <w:t xml:space="preserve">[15:58] </w:t>
      </w:r>
      <w:r>
        <w:t>namaz waghera se mujhe koi matlab nahi tha. ek waqia hua jis ne mujhe badal diya.</w:t>
      </w:r>
    </w:p>
    <w:p>
      <w:pPr>
        <w:jc w:val="right"/>
      </w:pPr>
      <w:r>
        <w:t>نماز وغیرہ سے مجھے کوئی مطلب نہیں تھا۔ ایک واقعہ ہوا جس نے مجھے بدل دیا۔</w:t>
      </w:r>
    </w:p>
    <w:p>
      <w:r>
        <w:rPr>
          <w:b/>
        </w:rPr>
        <w:t xml:space="preserve">[16:06] </w:t>
      </w:r>
      <w:r>
        <w:t>ek waqia hua. yeh ghaliban rajouri ke hain. woh sahib abhi bhi maujood hain rajouri mein. unhon ne kaha ke main meri duty jo thi janglon mein hua karti thi to aksar main der mein lot ta tha.</w:t>
      </w:r>
    </w:p>
    <w:p>
      <w:pPr>
        <w:jc w:val="right"/>
      </w:pPr>
      <w:r>
        <w:t>ایک واقعہ ہوا۔ یہ غالباً راجوری کے ہیں۔ وہ صاحب ابھی بھی موجود ہیں راجوری میں۔ انہوں نے کہا کہ میں میری ڈیوٹی جو تھی جنگلوں میں ہوا کرتی تھی تو اکثر میں دیر میں لوٹتا تھا۔</w:t>
      </w:r>
    </w:p>
    <w:p>
      <w:r>
        <w:rPr>
          <w:b/>
        </w:rPr>
        <w:t xml:space="preserve">[16:22] </w:t>
      </w:r>
      <w:r>
        <w:t>jab lot ta tha to bachon ke liye kuch chocolate waghera, kuch aisi cheez lata tha jo bachay pasand karte thay.</w:t>
      </w:r>
    </w:p>
    <w:p>
      <w:pPr>
        <w:jc w:val="right"/>
      </w:pPr>
      <w:r>
        <w:t>جب لوٹتا تھا تو بچوں کے لیے کچھ چاکلیٹ وغیرہ، کچھ ایسی چیز لاتا تھا جو بچے پسند کرتے ہوں۔</w:t>
      </w:r>
    </w:p>
    <w:p>
      <w:r>
        <w:rPr>
          <w:b/>
        </w:rPr>
        <w:t xml:space="preserve">[16:33] </w:t>
      </w:r>
      <w:r>
        <w:t>ek din main aaya to der ho chuki thi aur main kuch laya nahi tha. magar kuch liye hue main ghar aa gaya.</w:t>
      </w:r>
    </w:p>
    <w:p>
      <w:pPr>
        <w:jc w:val="right"/>
      </w:pPr>
      <w:r>
        <w:t>ایک دن میں آیا تو دیر ہو چکی تھی اور میں کچھ لایا نہیں تھا۔ مگر کچھ لیے ہوئے میں گھر آ گیا۔</w:t>
      </w:r>
    </w:p>
    <w:p>
      <w:r>
        <w:rPr>
          <w:b/>
        </w:rPr>
        <w:t xml:space="preserve">[16:45] </w:t>
      </w:r>
      <w:r>
        <w:t>jab main ghar pohancha to bachon ne mujhe ghera. kya laye? to unhon ne kaha ke aaj to main kuch nahi laya hoon.</w:t>
      </w:r>
    </w:p>
    <w:p>
      <w:pPr>
        <w:jc w:val="right"/>
      </w:pPr>
      <w:r>
        <w:t>جب میں گھر پہنچا تو بچوں نے مجھے گھیرا۔ کیا لائے؟ تو انہوں نے کہا کہ آج تو میں کچھ نہیں لایا ہوں۔</w:t>
      </w:r>
    </w:p>
    <w:p>
      <w:r>
        <w:rPr>
          <w:b/>
        </w:rPr>
        <w:t xml:space="preserve">[16:58] </w:t>
      </w:r>
      <w:r>
        <w:t>to un ke ek bachay ne wahan jis ko kehte hain pahari zuban, jammu ke ilaqay mein jo zuban boli jati hai, uska naam shayad pahari zuban hai.</w:t>
      </w:r>
    </w:p>
    <w:p>
      <w:pPr>
        <w:jc w:val="right"/>
      </w:pPr>
      <w:r>
        <w:t>تو ان کے ایک بچے نے وہاں جس کو کہتے ہیں پہاڑی زبان، جموں کے علاقے میں جو زبان بولی جاتی ہے، اس کا نام شاید پہاڑی زبان ہے۔</w:t>
      </w:r>
    </w:p>
    <w:p>
      <w:r>
        <w:rPr>
          <w:b/>
        </w:rPr>
        <w:t xml:space="preserve">[17:10] </w:t>
      </w:r>
      <w:r>
        <w:t>to us zuban mein us ne kaha:</w:t>
      </w:r>
    </w:p>
    <w:p>
      <w:pPr>
        <w:jc w:val="right"/>
      </w:pPr>
      <w:r>
        <w:t>تو اس زبان میں اس نے کہا:</w:t>
      </w:r>
    </w:p>
    <w:p>
      <w:r>
        <w:rPr>
          <w:b/>
        </w:rPr>
        <w:t xml:space="preserve">[17:14] </w:t>
      </w:r>
      <w:r>
        <w:t>agar tusaan asaan vaste kuch nahi anda, phir tusaan kamaray vaste aaye, phir tusaan kamanay vaste aaye.</w:t>
      </w:r>
    </w:p>
    <w:p>
      <w:pPr>
        <w:jc w:val="right"/>
      </w:pPr>
      <w:r>
        <w:t>"اگر تساں اساں وستے کچھ نہیں اندا، پھر تس کمارے وستے آئے، پھر تس کمانے وستے آئے۔</w:t>
      </w:r>
    </w:p>
    <w:p>
      <w:r>
        <w:rPr>
          <w:b/>
        </w:rPr>
        <w:t xml:space="preserve">[17:27] </w:t>
      </w:r>
      <w:r>
        <w:t>agar tusaan asaan vaste kuch nahi anda, phir tusaan kamaray vaste aaye. agar tum hamare liye kuch nahi laye ho to kis liye aaye ho?</w:t>
      </w:r>
    </w:p>
    <w:p>
      <w:pPr>
        <w:jc w:val="right"/>
      </w:pPr>
      <w:r>
        <w:t>اگر تساں اساں وستے کچھ نہیں اندا، پھر تس کمانے وستے آئے۔ اگر تم ہمارے لیے کچھ نہیں لائے ہو تو کس لیے آئے ہو؟</w:t>
      </w:r>
    </w:p>
    <w:p>
      <w:r>
        <w:rPr>
          <w:b/>
        </w:rPr>
        <w:t xml:space="preserve">[17:43] </w:t>
      </w:r>
      <w:r>
        <w:t>agar tumhare tum hamare liye kuch nahi laye to aaye kis liye?" aap to main kaseer walon ko kahunga ke allah taala ne aap ko ek bohat bada kaam diya tha.</w:t>
      </w:r>
    </w:p>
    <w:p>
      <w:pPr>
        <w:jc w:val="right"/>
      </w:pPr>
      <w:r>
        <w:t>اگر تمہارے تم ہمارے لیے کچھ نہیں لائے تو آئے کس لیے؟" آپ تو میں کثیر والوں کو کہوں گا کہ اللہ تعالیٰ نے آپ کو ایک بہت بڑا کام دیا تھا۔</w:t>
      </w:r>
    </w:p>
    <w:p>
      <w:r>
        <w:rPr>
          <w:b/>
        </w:rPr>
        <w:t xml:space="preserve">[17:57] </w:t>
      </w:r>
      <w:r>
        <w:t>woh kaam kya? logon ko jana parta hai madu ke paas. allah taala ne aap ka madu bhej diya.</w:t>
      </w:r>
    </w:p>
    <w:p>
      <w:pPr>
        <w:jc w:val="right"/>
      </w:pPr>
      <w:r>
        <w:t>وہ کام کیا؟ لوگوں کو جانا پڑتا ہے مدعو کے پاس۔ اللہ تعالیٰ نے آپ کا مدعو بھیج دیا۔</w:t>
      </w:r>
    </w:p>
    <w:p>
      <w:r>
        <w:rPr>
          <w:b/>
        </w:rPr>
        <w:t xml:space="preserve">[18:12] </w:t>
      </w:r>
      <w:r>
        <w:t>ek kashmiri se mujhe mulaqat hui. un se main dawat ki baat ki. unhon ne kaha ke kashmir se musalman musalman hain. wahan kya hum daawati kaam karenge? main ne kaha yeh bekhabari ki baat hai.</w:t>
      </w:r>
    </w:p>
    <w:p>
      <w:pPr>
        <w:jc w:val="right"/>
      </w:pPr>
      <w:r>
        <w:t>ایک کشمیری سے مجھے ملاقات ہوئی۔ ان سے میں دعوت کی بات کی۔ انہوں نے کہا کہ کشمیر سے مسلمان مسلمان ہیں۔ وہاں کیا ہم دعوتی کام کریں گے؟ میں نے کہا یہ بے خبری کی بات ہے۔</w:t>
      </w:r>
    </w:p>
    <w:p>
      <w:r>
        <w:rPr>
          <w:b/>
        </w:rPr>
        <w:t xml:space="preserve">[18:25] </w:t>
      </w:r>
      <w:r>
        <w:t>kashmir to yani madu ka madu logon ki dunya hai.</w:t>
      </w:r>
    </w:p>
    <w:p>
      <w:pPr>
        <w:jc w:val="right"/>
      </w:pPr>
      <w:r>
        <w:t>کشمیر تو یعنی مدعو کا مدعو لوگوں کی دنیا ہے۔</w:t>
      </w:r>
    </w:p>
    <w:p>
      <w:r>
        <w:rPr>
          <w:b/>
        </w:rPr>
        <w:t xml:space="preserve">[18:35] </w:t>
      </w:r>
      <w:r>
        <w:t>dekhiye, kashmir mein jo aarzii hai, us ko aap dushman samajhte hain to madu hai aap ki lakhon ki tadad mein.</w:t>
      </w:r>
    </w:p>
    <w:p>
      <w:pPr>
        <w:jc w:val="right"/>
      </w:pPr>
      <w:r>
        <w:t>دیکھیے، کشمیر میں جو عارضی ہے، اس کو آپ دشمن سمجھتے ہیں تو مدعو ہے آپ کی لاکھوں کی تعداد میں۔</w:t>
      </w:r>
    </w:p>
    <w:p>
      <w:r>
        <w:rPr>
          <w:b/>
        </w:rPr>
        <w:t xml:space="preserve">[18:47] </w:t>
      </w:r>
      <w:r>
        <w:t>kashmir jo bohat baray paon par yatri aate hain kyunke wahan teerth gahein hain hinduo ki, woh madu hain aap ke liye.</w:t>
      </w:r>
    </w:p>
    <w:p>
      <w:pPr>
        <w:jc w:val="right"/>
      </w:pPr>
      <w:r>
        <w:t>کشمیر جو بہت بڑے پاؤں پر یاتری آتے ہیں کیونکہ وہاں تیرت گاہیں ہیں ہندوؤں کی، وہ مدعو ہیں آپ کے لیے۔</w:t>
      </w:r>
    </w:p>
    <w:p>
      <w:r>
        <w:rPr>
          <w:b/>
        </w:rPr>
        <w:t xml:space="preserve">[18:58] </w:t>
      </w:r>
      <w:r>
        <w:t>kashmir jo seyah aate hain, tourist lakhon ki tadad, woh madu hain aap ke liye. to seyah aap ke madu hain, aarzii aap ke madu hain, yatri aap ke madu hain.</w:t>
      </w:r>
    </w:p>
    <w:p>
      <w:pPr>
        <w:jc w:val="right"/>
      </w:pPr>
      <w:r>
        <w:t>کشمیر جو سیاح آتے ہیں، ٹورسٹ لاکھوں کی تعداد، وہ مدعو ہیں آپ کے لیے۔ تو سیاح آپ کے مدعو ہیں، عارضی آپ کے مدعو ہیں، یاتری آپ کے مدعو ہیں۔</w:t>
      </w:r>
    </w:p>
    <w:p>
      <w:r>
        <w:rPr>
          <w:b/>
        </w:rPr>
        <w:t xml:space="preserve">[19:10] </w:t>
      </w:r>
      <w:r>
        <w:t>main samajhta hoon ke shayad salana pachas lakh aadmi aate hain kashmir mein is tarah se. to allah taala ne aap ke haan itne saaray madu bhej diye.</w:t>
      </w:r>
    </w:p>
    <w:p>
      <w:pPr>
        <w:jc w:val="right"/>
      </w:pPr>
      <w:r>
        <w:t>میں سمجھتا ہوں کہ شاید سالانہ پچاس لاکھ آدمی آتے ہیں کشمیر میں اس طریقے سے۔ تو اللہ تعالیٰ نے آپ کے ہاں اتنے سارے مدعو بھیج دیے۔</w:t>
      </w:r>
    </w:p>
    <w:p>
      <w:r>
        <w:rPr>
          <w:b/>
        </w:rPr>
        <w:t xml:space="preserve">[19:29] </w:t>
      </w:r>
      <w:r>
        <w:t>aap ka farz tha ke un ko allah ka paigham pohanchayen, allah ka paigham pohanchayen. yaad rakhiye,</w:t>
      </w:r>
    </w:p>
    <w:p>
      <w:pPr>
        <w:jc w:val="right"/>
      </w:pPr>
      <w:r>
        <w:t>آپ کا فرض تھا کہ ان کو اللہ کا پیغام پہنچائیں، اللہ کا پیغام پہنچائیں۔ یاد رکھیے،</w:t>
      </w:r>
    </w:p>
    <w:p>
      <w:r>
        <w:rPr>
          <w:b/>
        </w:rPr>
        <w:t xml:space="preserve">[19:43] </w:t>
      </w:r>
      <w:r>
        <w:t>allah kisi bande se jo kuch chahta hai to aasman se awaz nahi aati. bande ko khud janna parta hai.</w:t>
      </w:r>
    </w:p>
    <w:p>
      <w:pPr>
        <w:jc w:val="right"/>
      </w:pPr>
      <w:r>
        <w:t>اللہ کسی بندے سے جو کچھ چاہتا ہے تو آسمان سے آواز نہیں آتی۔ بندے کو خود جاننا پڑتا ہے۔</w:t>
      </w:r>
    </w:p>
    <w:p>
      <w:r>
        <w:rPr>
          <w:b/>
        </w:rPr>
        <w:t xml:space="preserve">[19:53] </w:t>
      </w:r>
      <w:r>
        <w:t>misalan dekhiye, agar barish hoti hai to kya awaz deti hai? kaha: "ae kisanon, pani ko istemal karo ziraat ke liye."</w:t>
      </w:r>
    </w:p>
    <w:p>
      <w:pPr>
        <w:jc w:val="right"/>
      </w:pPr>
      <w:r>
        <w:t>مثلاً دیکھیے، اگر بارش ہوتی ہے تو کیا آواز دیتی ہے؟ کہا: "اے کسانوں، پانی کو استعمال کرو زراعت کے لیے۔"</w:t>
      </w:r>
    </w:p>
    <w:p>
      <w:r>
        <w:rPr>
          <w:b/>
        </w:rPr>
        <w:t xml:space="preserve">[20:05] </w:t>
      </w:r>
      <w:r>
        <w:t>barish ek khamosh paigham hai ke: "ae kisanon, waqt aa gaya, tum apni ziraat, apni fasal agao." to kisan daudta hai.</w:t>
      </w:r>
    </w:p>
    <w:p>
      <w:pPr>
        <w:jc w:val="right"/>
      </w:pPr>
      <w:r>
        <w:t>بارش ایک خاموش پیغام ہے کہ: "اے کسانوں، وقت آگیا، تم اپنی زراعت، اپنی فصل اگاؤ۔" تو کسان دوڑتا ہے۔</w:t>
      </w:r>
    </w:p>
    <w:p>
      <w:r>
        <w:rPr>
          <w:b/>
        </w:rPr>
        <w:t xml:space="preserve">[20:20] </w:t>
      </w:r>
      <w:r>
        <w:t>isi tarah se yeh muamla hai jab allah taala ne aap ke sath har saal pachas lakh madu bhej diye to yeh paigham tha is ke sath allah taala ka</w:t>
      </w:r>
    </w:p>
    <w:p>
      <w:pPr>
        <w:jc w:val="right"/>
      </w:pPr>
      <w:r>
        <w:t>اسی طرح سے یہ معاملہ ہے جب اللہ تعالیٰ نے آپ کے ساتھ ہر سال پچاس لاکھ مدعو بھیج دیے تو یہ پیغام تھا اس کے ساتھ اللہ تعالیٰ کا</w:t>
      </w:r>
    </w:p>
    <w:p>
      <w:r>
        <w:rPr>
          <w:b/>
        </w:rPr>
        <w:t xml:space="preserve">[20:30] </w:t>
      </w:r>
      <w:r>
        <w:t>ke: "ae kashmiri, main tumhare pas apne bandon ko bhej raha hon jo bande be khabar hain, jin bandon ko maloom nahi ke unhein kya karna chahiye.</w:t>
      </w:r>
    </w:p>
    <w:p>
      <w:pPr>
        <w:jc w:val="right"/>
      </w:pPr>
      <w:r>
        <w:t>کہ: "اے کشمیریوں، میں تمہارے پاس اپنے بندوں کو بھیج رہا ہوں جو بندے بے خبر ہیں، جن بندوں کو معلوم نہیں کہ انہیں کیا کرنا چاہیے۔</w:t>
      </w:r>
    </w:p>
    <w:p>
      <w:r>
        <w:rPr>
          <w:b/>
        </w:rPr>
        <w:t xml:space="preserve">[20:44] </w:t>
      </w:r>
      <w:r>
        <w:t>tum un ko dawat pahunchao, un ko kaam do."</w:t>
      </w:r>
    </w:p>
    <w:p>
      <w:pPr>
        <w:jc w:val="right"/>
      </w:pPr>
      <w:r>
        <w:t>تم ان کو دعوت پہنچاؤ، ان کو کام دو۔"</w:t>
      </w:r>
    </w:p>
    <w:p>
      <w:r>
        <w:rPr>
          <w:b/>
        </w:rPr>
        <w:t xml:space="preserve">[20:52] </w:t>
      </w:r>
      <w:r>
        <w:t>lekin kashmiri ne kya kiya? un ko pathar mare, un ko gun chalai, un ko bomb mare.</w:t>
      </w:r>
    </w:p>
    <w:p>
      <w:pPr>
        <w:jc w:val="right"/>
      </w:pPr>
      <w:r>
        <w:t>لیکن کشمیریوں نے کیا کیا؟ ان کو پتھر مارے، ان کو گن چلائی، ان کو بم مارے۔</w:t>
      </w:r>
    </w:p>
    <w:p>
      <w:r>
        <w:rPr>
          <w:b/>
        </w:rPr>
        <w:t xml:space="preserve">[21:00] </w:t>
      </w:r>
      <w:r>
        <w:t>aap ghor kijiye, khuda ka yani khuda se kaam bhi dekhte hain. aap</w:t>
      </w:r>
    </w:p>
    <w:p>
      <w:pPr>
        <w:jc w:val="right"/>
      </w:pPr>
      <w:r>
        <w:t>آپ غور کیجئے، خدا کا یعنی خدا سے کام بھی دیکھتے ہیں۔ آپ</w:t>
      </w:r>
    </w:p>
    <w:p>
      <w:r>
        <w:rPr>
          <w:b/>
        </w:rPr>
        <w:t xml:space="preserve">[21:11] </w:t>
      </w:r>
      <w:r>
        <w:t>ek khuda bhejha hai aap ke pas. insanon ko madu ke roop mein</w:t>
      </w:r>
    </w:p>
    <w:p>
      <w:pPr>
        <w:jc w:val="right"/>
      </w:pPr>
      <w:r>
        <w:t>ایک خدا بھیجا ہے آپ کے پاس۔ انسانوں کو مدعو کے روپ میں</w:t>
      </w:r>
    </w:p>
    <w:p>
      <w:r>
        <w:rPr>
          <w:b/>
        </w:rPr>
        <w:t xml:space="preserve">[21:18] </w:t>
      </w:r>
      <w:r>
        <w:t>khud aap ke pas bhej de, aap ko kahin jana na pare</w:t>
      </w:r>
    </w:p>
    <w:p>
      <w:pPr>
        <w:jc w:val="right"/>
      </w:pPr>
      <w:r>
        <w:t>خود آپ کے پاس بھیج دے، آپ کو کہیں جانا نہ پڑے</w:t>
      </w:r>
    </w:p>
    <w:p>
      <w:r>
        <w:rPr>
          <w:b/>
        </w:rPr>
        <w:t xml:space="preserve">[21:28] </w:t>
      </w:r>
      <w:r>
        <w:t>aur aap us ko nafrat karen, us ko mar ke bhagaen, us ko us ke khilaf gun culture chalayen to bilashuba yeh khuda ke ghazab ko dawat dena hai.</w:t>
      </w:r>
    </w:p>
    <w:p>
      <w:pPr>
        <w:jc w:val="right"/>
      </w:pPr>
      <w:r>
        <w:t>اور آپ اس کو نفرت کریں، اس کو مار کے بھگائیں، اس کو اس کے خلاف گن کلچر چلائیں تو بلاشبہ یہ خدا کے غضب کو دعوت دینا ہے۔</w:t>
      </w:r>
    </w:p>
    <w:p>
      <w:r>
        <w:rPr>
          <w:b/>
        </w:rPr>
        <w:t xml:space="preserve">[21:49] </w:t>
      </w:r>
      <w:r>
        <w:t>aise kam spot dunya mein honge jahan itni bari tadad mein madu pahunchte hon, aise kam spot honge.</w:t>
      </w:r>
    </w:p>
    <w:p>
      <w:pPr>
        <w:jc w:val="right"/>
      </w:pPr>
      <w:r>
        <w:t>ایسے کم اسپاٹ دنیا میں ہوں گے جہاں اتنی بڑی تعداد میں مدعو پہنچتے ہوں، ایسے کم اسپاٹ ہوں گے۔</w:t>
      </w:r>
    </w:p>
    <w:p>
      <w:r>
        <w:rPr>
          <w:b/>
        </w:rPr>
        <w:t xml:space="preserve">[22:00] </w:t>
      </w:r>
      <w:r>
        <w:t>kashmir hai, is liye isi liye main keh raha hon ke kashmir jo hai, ghaliban is ka</w:t>
      </w:r>
    </w:p>
    <w:p>
      <w:pPr>
        <w:jc w:val="right"/>
      </w:pPr>
      <w:r>
        <w:t>کشمیر ہے، اس لیے اسی لیے میں کہہ رہا ہوں کہ کشمیر جو ہے، غالباً اس کا</w:t>
      </w:r>
    </w:p>
    <w:p>
      <w:r>
        <w:rPr>
          <w:b/>
        </w:rPr>
        <w:t xml:space="preserve">[22:08] </w:t>
      </w:r>
      <w:r>
        <w:t>darul dawa banne wala hai. yani madine mein jo jis tarah se islam ka explosion hua, woh ghaliban kashmir se hone</w:t>
      </w:r>
    </w:p>
    <w:p>
      <w:pPr>
        <w:jc w:val="right"/>
      </w:pPr>
      <w:r>
        <w:t>دارالدعویٰ بننے والا ہے۔ یعنی مدینے میں جو جس طرح سے اسلام کا ایکسپلوژن ہوا، وہ غالباً کشمیر سے ہونے</w:t>
      </w:r>
    </w:p>
    <w:p>
      <w:r>
        <w:rPr>
          <w:b/>
        </w:rPr>
        <w:t xml:space="preserve">[22:17] </w:t>
      </w:r>
      <w:r>
        <w:t>wala hai ke kitni bari tadad mein madu mujhe to nahi maloom kahan aa rahe hain, mere ilm mein to nahi hai. yani kash, yani madu ki fauj ki fauj chali aa rahi hai,</w:t>
      </w:r>
    </w:p>
    <w:p>
      <w:pPr>
        <w:jc w:val="right"/>
      </w:pPr>
      <w:r>
        <w:t>والا ہے کہ کتنی بڑی تعداد میں مدعو مجھے تو نہیں معلوم کہاں آ رہے ہیں، میرے علم میں تو نہیں ہے۔ یعنی کش، یعنی مدعو کی فوج کی فوج چلی آ رہی ہے،</w:t>
      </w:r>
    </w:p>
    <w:p>
      <w:r>
        <w:rPr>
          <w:b/>
        </w:rPr>
        <w:t xml:space="preserve">[22:32] </w:t>
      </w:r>
      <w:r>
        <w:t>har saal naye naye log ate hain sayah ke roop mein, yatri ke roop mein, arzi ke roop mein. aur bhi aap jante hain ke wahan jo aa jate hain, phir un ko chutti milti hai, phir ate hain wapas, to dosre log wahan jate hain.</w:t>
      </w:r>
    </w:p>
    <w:p>
      <w:pPr>
        <w:jc w:val="right"/>
      </w:pPr>
      <w:r>
        <w:t>ہر سال نئے نئے لوگ آتے ہیں سیاح کے روپ میں، یاتری کے روپ میں، عارضی کے روپ میں۔ اور بھی آپ جانتے ہیں کہ وہاں جو آ جاتے ہیں، پھر ان کو چھٹی ملتی ہے، پھر آتے ہیں واپس، تو دوسرے لوگ وہاں جاتے ہیں۔</w:t>
      </w:r>
    </w:p>
    <w:p>
      <w:r>
        <w:rPr>
          <w:b/>
        </w:rPr>
        <w:t xml:space="preserve">[22:51] </w:t>
      </w:r>
      <w:r>
        <w:t>to aap ghor kijiye, woh waqea ko yad kijiye aap jo main ne abhi bataya aap ko ke agar tasan asan vaste kuch nahi anda, phir tas kamane vaste aye,</w:t>
      </w:r>
    </w:p>
    <w:p>
      <w:pPr>
        <w:jc w:val="right"/>
      </w:pPr>
      <w:r>
        <w:t>تو آپ غور کیجئے، وہ واقعہ کو یاد کیجئے آپ جو میں نے ابھی بتایا آپ کو کہ اگر تساں اساں وستے کچھ نہیں اندا، پھر تس کمانے وستے آئے،</w:t>
      </w:r>
    </w:p>
    <w:p>
      <w:r>
        <w:rPr>
          <w:b/>
        </w:rPr>
        <w:t xml:space="preserve">[23:08] </w:t>
      </w:r>
      <w:r>
        <w:t>aakhirat mein, aakhirat mein kashmiri se khuda pooche ke tum pe tumhare pas main ne rohen bheji theen, tumhare pas main ne apne paida kiye hue insan bheje the taake tum un ki be khabari ko todo, taake un ko tum jo cation plan hai allah ka, use ba khabar karo.</w:t>
      </w:r>
    </w:p>
    <w:p>
      <w:pPr>
        <w:jc w:val="right"/>
      </w:pPr>
      <w:r>
        <w:t>آخرت میں، آخرت میں کشمیروں سے خدا پوچھے کہ تم پہ تمہارے پاس میں نے روحیں بھیجی تھیں، تمہارے پاس میں نے اپنے پیدا کیے ہوئے انسان بھیجے تھے تاکہ تم ان کی بے خبری کو توڑو، تاکہ ان کو تم جو کیشن پلان ہے اللہ کا، اسے باخبر کرو۔</w:t>
      </w:r>
    </w:p>
    <w:p>
      <w:r>
        <w:rPr>
          <w:b/>
        </w:rPr>
        <w:t xml:space="preserve">[23:31] </w:t>
      </w:r>
      <w:r>
        <w:t>aur tum ne yeh kaam nahi kiya to kis liye aaye ho? ab jao, jao, jao dunya kainat mein jahan tum ko jagah ho.</w:t>
      </w:r>
    </w:p>
    <w:p>
      <w:pPr>
        <w:jc w:val="right"/>
      </w:pPr>
      <w:r>
        <w:t>اور تم نے یہ کام نہیں کیا تو کس لیے آئے ہو؟ اب جاؤ، جاؤ، جاؤ دنیا کائنات میں جہاں تم کو جگہ ہو۔</w:t>
      </w:r>
    </w:p>
    <w:p>
      <w:r>
        <w:rPr>
          <w:b/>
        </w:rPr>
        <w:t xml:space="preserve">[23:41] </w:t>
      </w:r>
      <w:r>
        <w:t>jante hain kainat mein kya hai? kainat mein to ya to sitaron ki shakal mein bhadakti bhadakti angare hain ya sailab sayaron ki shakal mein chateel khushk biaban hai, kuch nahi hai siwa.</w:t>
      </w:r>
    </w:p>
    <w:p>
      <w:pPr>
        <w:jc w:val="right"/>
      </w:pPr>
      <w:r>
        <w:t>جانتے ہیں کائنات میں کیا ہے؟ کائنات میں تو یا تو ستاروں کی شکل میں بھڑکتی بھڑکتے انگارے ہیں یا سیلاب سیاروں کی شکل میں چٹیل خشک بیابان ہے، کچھ نہیں ہے سوا۔</w:t>
      </w:r>
    </w:p>
    <w:p>
      <w:r>
        <w:rPr>
          <w:b/>
        </w:rPr>
        <w:t xml:space="preserve">[23:58] </w:t>
      </w:r>
      <w:r>
        <w:t>kahan bhatkenge aap?</w:t>
      </w:r>
    </w:p>
    <w:p>
      <w:pPr>
        <w:jc w:val="right"/>
      </w:pPr>
      <w:r>
        <w:t>کہاں بھٹکیں گے آپ؟</w:t>
      </w:r>
    </w:p>
    <w:p>
      <w:r>
        <w:rPr>
          <w:b/>
        </w:rPr>
        <w:t xml:space="preserve">[24:03] </w:t>
      </w:r>
      <w:r>
        <w:t>yeh khuda apni dunya mein jagah na de to aap kahan bhatkenge? aap</w:t>
      </w:r>
    </w:p>
    <w:p>
      <w:pPr>
        <w:jc w:val="right"/>
      </w:pPr>
      <w:r>
        <w:t>یہ خدا اپنی دنیا میں جگہ نہ دے تو آپ کہاں بھٹکیں گے؟ آپ</w:t>
      </w:r>
    </w:p>
    <w:p>
      <w:r>
        <w:rPr>
          <w:b/>
        </w:rPr>
        <w:t xml:space="preserve">[24:09] </w:t>
      </w:r>
      <w:r>
        <w:t>isi waqea ko yad karta hon to main sochta hon agar hashar ke din ek shayar, ek shayar ne ajib o gharib shair kaha tha: "tauheed to yeh hai ke khuda hashar mein keh de: yeh banda do alam se khafa mere liye." yeh jhoota shair hai.</w:t>
      </w:r>
    </w:p>
    <w:p>
      <w:pPr>
        <w:jc w:val="right"/>
      </w:pPr>
      <w:r>
        <w:t>اسی واقعے کو یاد کرتا ہوں تو میں سوچتا ہوں اگر حشر کے دن ایک شاعر، ایک شاعر نے عجیب و غریب شعر کہا تھا: "توحید تو یہ ہے کہ خدا حشر میں کہہ دے: یہ بندہ دو عالم سے خفا میرے لیے۔" یہ جھوٹا شعر ہے۔</w:t>
      </w:r>
    </w:p>
    <w:p>
      <w:r>
        <w:rPr>
          <w:b/>
        </w:rPr>
        <w:t xml:space="preserve">[24:30] </w:t>
      </w:r>
      <w:r>
        <w:t>tauheed to yeh hai ke khuda hashar mein keh de: "yeh banda do alam se khafa mere." yeh jhoota shair hai. yeh</w:t>
      </w:r>
    </w:p>
    <w:p>
      <w:pPr>
        <w:jc w:val="right"/>
      </w:pPr>
      <w:r>
        <w:t>توحید تو یہ ہے کہ خدا حشر میں کہہ دے: "یہ بندہ دو عالم سے خفا میرے۔" یہ جھوٹا شعر ہے۔ یہ</w:t>
      </w:r>
    </w:p>
    <w:p>
      <w:r>
        <w:rPr>
          <w:b/>
        </w:rPr>
        <w:t xml:space="preserve">[24:37] </w:t>
      </w:r>
      <w:r>
        <w:t>yani yeh koi baat hai ke aap khafa dunya se? khuda kahega: "bara acha kiya, tum ne koi bomb chalaya, un ko gun gun mari, un ko</w:t>
      </w:r>
    </w:p>
    <w:p>
      <w:pPr>
        <w:jc w:val="right"/>
      </w:pPr>
      <w:r>
        <w:t>یعنی یہ کوئی بات ہے کہ آپ خفا دنیا سے؟ خدا کہے گا: "بڑا اچھا کیا، تم نے کوئی بم چلایا، ان کو گن گن ماری، ان کو</w:t>
      </w:r>
    </w:p>
    <w:p>
      <w:r>
        <w:rPr>
          <w:b/>
        </w:rPr>
        <w:t xml:space="preserve">[24:48] </w:t>
      </w:r>
      <w:r>
        <w:t>kis liye khafa?</w:t>
      </w:r>
    </w:p>
    <w:p>
      <w:pPr>
        <w:jc w:val="right"/>
      </w:pPr>
      <w:r>
        <w:t>کس لیے خفا؟</w:t>
      </w:r>
    </w:p>
    <w:p>
      <w:r>
        <w:rPr>
          <w:b/>
        </w:rPr>
        <w:t xml:space="preserve">[24:52] </w:t>
      </w:r>
      <w:r>
        <w:t>un se mohabbat kyun nahin ki aap ne? un ke khair khwah kyun nahin bane aap?" khafa kis liye? yeh bohat baray leader ka shair hai yeh jis ke peechay lakhon lakh musalman daurtay thay.</w:t>
      </w:r>
    </w:p>
    <w:p>
      <w:pPr>
        <w:jc w:val="right"/>
      </w:pPr>
      <w:r>
        <w:t>ان سے محبت کیوں نہیں کی آپ نے؟ ان کے خیر خواہ کیوں نہیں بنے آپ؟" خفا کس لیے؟ یہ بہت بڑے لیڈر کا شعر ہے یہ جس کے پیچھے لاکھوں لاکھ مسلمان دوڑتے تھے۔</w:t>
      </w:r>
    </w:p>
    <w:p>
      <w:r>
        <w:rPr>
          <w:b/>
        </w:rPr>
        <w:t xml:space="preserve">[25:07] </w:t>
      </w:r>
      <w:r>
        <w:t>poore mulk mein un ko bohat bara darja mil gaya</w:t>
      </w:r>
    </w:p>
    <w:p>
      <w:pPr>
        <w:jc w:val="right"/>
      </w:pPr>
      <w:r>
        <w:t>پورے ملک میں ان کو بہت بڑا درجہ مل گیا</w:t>
      </w:r>
    </w:p>
    <w:p>
      <w:r>
        <w:rPr>
          <w:b/>
        </w:rPr>
        <w:t xml:space="preserve">[25:12] </w:t>
      </w:r>
      <w:r>
        <w:t>ke yeh banda to tauheed to yeh hai ke Khuda hashar mein keh de: "yeh banda do alam se khafa mere liye." yeh sab jhooti shairiyan hain, jhoote nazariyat hain, yeh tauheed nahin hai.</w:t>
      </w:r>
    </w:p>
    <w:p>
      <w:pPr>
        <w:jc w:val="right"/>
      </w:pPr>
      <w:r>
        <w:t>کہ یہ بندہ تو توحید تو یہ ہے کہ خدا حشر میں کہہ دے: "یہ بندہ دو عالم سے خفا میرے لیے۔" یہ سب جھوٹی شاعریاں ہیں، جھوٹے نظریات ہیں، یہ توحید نہیں ہے۔</w:t>
      </w:r>
    </w:p>
    <w:p>
      <w:r>
        <w:rPr>
          <w:b/>
        </w:rPr>
        <w:t xml:space="preserve">[25:28] </w:t>
      </w:r>
      <w:r>
        <w:t>to Allah taala aap se poochay ga ke tum kya laye?</w:t>
      </w:r>
    </w:p>
    <w:p>
      <w:pPr>
        <w:jc w:val="right"/>
      </w:pPr>
      <w:r>
        <w:t>تو اللہ تعالیٰ آپ سے پوچھے گا کہ تم کیا لائے؟</w:t>
      </w:r>
    </w:p>
    <w:p>
      <w:r>
        <w:rPr>
          <w:b/>
        </w:rPr>
        <w:t xml:space="preserve">[25:34] </w:t>
      </w:r>
      <w:r>
        <w:t>dekhiye, ek baat yeh bhi yaad rakhiye, dawat ko Quran mein Allah ki madad karna kaha gaya hai.</w:t>
      </w:r>
    </w:p>
    <w:p>
      <w:pPr>
        <w:jc w:val="right"/>
      </w:pPr>
      <w:r>
        <w:t>دیکھیے، ایک بات یہ بھی یاد رکھیے، دعوت کو قرآن میں اللہ کی مدد کرنا کہا گیا ہے۔</w:t>
      </w:r>
    </w:p>
    <w:p>
      <w:r>
        <w:rPr>
          <w:b/>
        </w:rPr>
        <w:t xml:space="preserve">[25:45] </w:t>
      </w:r>
      <w:r>
        <w:t>Allah ki madad karna:</w:t>
      </w:r>
    </w:p>
    <w:p>
      <w:pPr>
        <w:jc w:val="right"/>
      </w:pPr>
      <w:r>
        <w:t>اللہ کی مدد کرنا:</w:t>
      </w:r>
    </w:p>
    <w:p>
      <w:r>
        <w:rPr>
          <w:b/>
        </w:rPr>
        <w:t xml:space="preserve">[25:51] </w:t>
      </w:r>
      <w:r>
        <w:t>"man ansari illa Allah." dunya mein beshumar kaam ho rahe hain,</w:t>
      </w:r>
    </w:p>
    <w:p>
      <w:pPr>
        <w:jc w:val="right"/>
      </w:pPr>
      <w:r>
        <w:t>"من انصاری الا اللہ۔" دنیا میں بے شمار کام ہو رہے ہیں،</w:t>
      </w:r>
    </w:p>
    <w:p>
      <w:r>
        <w:rPr>
          <w:b/>
        </w:rPr>
        <w:t xml:space="preserve">[25:58] </w:t>
      </w:r>
      <w:r>
        <w:t>beshumar kaam. hawaein chalti hain, suraj nikalta hai,</w:t>
      </w:r>
    </w:p>
    <w:p>
      <w:pPr>
        <w:jc w:val="right"/>
      </w:pPr>
      <w:r>
        <w:t>بے شمار کام۔ ہوائیں چلتی ہیں، سورج نکلتا ہے،</w:t>
      </w:r>
    </w:p>
    <w:p>
      <w:r>
        <w:rPr>
          <w:b/>
        </w:rPr>
        <w:t xml:space="preserve">[26:04] </w:t>
      </w:r>
      <w:r>
        <w:t>barish hoti hai, zameen se rizq hota hai, beshumar kaam sab Allah taala direct kar raha hai. yeh sab Allah taala ke hukum se direct ab ho raha hai.</w:t>
      </w:r>
    </w:p>
    <w:p>
      <w:pPr>
        <w:jc w:val="right"/>
      </w:pPr>
      <w:r>
        <w:t>بارش ہوتی ہے، زمین سے رزق ہوتا ہے، بے شمار کام سب اللہ تعالیٰ ڈائریکٹ کر رہا ہے۔ یہ سب اللہ تعالیٰ کے حکم سے ڈائریکٹ اب ہو رہا ہے۔</w:t>
      </w:r>
    </w:p>
    <w:p>
      <w:r>
        <w:rPr>
          <w:b/>
        </w:rPr>
        <w:t xml:space="preserve">[26:16] </w:t>
      </w:r>
      <w:r>
        <w:t>sirf ek kaam aisa hai jo Allah taala chahta hai insan is ko anjam de, woh hai dawat Allah.</w:t>
      </w:r>
    </w:p>
    <w:p>
      <w:pPr>
        <w:jc w:val="right"/>
      </w:pPr>
      <w:r>
        <w:t>صرف ایک کام ایسا ہے جو اللہ تعالیٰ چاہتا ہے انسان اس کو انجام دے، وہ ہے دعوت اللہ۔</w:t>
      </w:r>
    </w:p>
    <w:p>
      <w:r>
        <w:rPr>
          <w:b/>
        </w:rPr>
        <w:t xml:space="preserve">[26:25] </w:t>
      </w:r>
      <w:r>
        <w:t>Allah ne aap se yeh nahin chaha ke aap barish barsayen, aap suraj ko nikalein, aap sitaron ko harkat mein layen, aap patton ko ugayen,</w:t>
      </w:r>
    </w:p>
    <w:p>
      <w:pPr>
        <w:jc w:val="right"/>
      </w:pPr>
      <w:r>
        <w:t>اللہ نے آپ سے یہ نہیں چاہا کہ آپ بارش برسائیں، آپ سورج کو نکالیں، آپ ستاروں کو حرکت میں لائیں، آپ پتوں کو اگائیں،</w:t>
      </w:r>
    </w:p>
    <w:p>
      <w:r>
        <w:rPr>
          <w:b/>
        </w:rPr>
        <w:t xml:space="preserve">[26:39] </w:t>
      </w:r>
      <w:r>
        <w:t>aap zameen se fasal nikalein. yeh aap se nahin kaha, yeh to Allah ke farishtay hain. hadith mein aata hai ke ek barish par jagah aisi nahin hai zameen mein jahan ek farishta maujood na ho.</w:t>
      </w:r>
    </w:p>
    <w:p>
      <w:pPr>
        <w:jc w:val="right"/>
      </w:pPr>
      <w:r>
        <w:t>آپ زمین سے فصل نکالیں۔ یہ آپ سے نہیں کہا، یہ تو اللہ کے فرشتے ہیں۔ حدیث میں آتا ہے کہ ایک بارش پر جگہ ایسی نہیں ہے زمین میں جہاں ایک فرشتہ موجود نہ ہو۔</w:t>
      </w:r>
    </w:p>
    <w:p>
      <w:r>
        <w:rPr>
          <w:b/>
        </w:rPr>
        <w:t xml:space="preserve">[26:53] </w:t>
      </w:r>
      <w:r>
        <w:t>yeh zameen farishton se bhari hui hai, to yeh sare kaam farishtay to kar rahe hain. yeh sare kaam jo har waqt ho rahe hain, main bol raha hoon,</w:t>
      </w:r>
    </w:p>
    <w:p>
      <w:pPr>
        <w:jc w:val="right"/>
      </w:pPr>
      <w:r>
        <w:t>یہ زمین فرشتوں سے بھری ہوئی ہے، تو یہ سارے کام فرشتے تو کر رہے ہیں۔ یہ سارے کام جو ہر وقت ہو رہے ہیں، میں بول رہا ہوں،</w:t>
      </w:r>
    </w:p>
    <w:p>
      <w:r>
        <w:rPr>
          <w:b/>
        </w:rPr>
        <w:t xml:space="preserve">[27:07] </w:t>
      </w:r>
      <w:r>
        <w:t>meri awaz ab tak ja rahi hai kyunke beech mein hawa hai. yeh hawa kaun chalata hai? farishtay. main bol raha hoon, mujhe masjid se oxygen mil raha hai.</w:t>
      </w:r>
    </w:p>
    <w:p>
      <w:pPr>
        <w:jc w:val="right"/>
      </w:pPr>
      <w:r>
        <w:t>میری آواز اب تک جا رہی ہے کیونکہ بیچ میں ہوا ہے۔ یہ ہوا کون چلاتا ہے؟ فرشتے۔ میں بول رہا ہوں، مجھے مسجد سے اکسیجن مل رہا ہے۔</w:t>
      </w:r>
    </w:p>
    <w:p>
      <w:r>
        <w:rPr>
          <w:b/>
        </w:rPr>
        <w:t xml:space="preserve">[27:17] </w:t>
      </w:r>
      <w:r>
        <w:t>oxygen kaun supply kar raha hai? Khuda ke farishtay.</w:t>
      </w:r>
    </w:p>
    <w:p>
      <w:pPr>
        <w:jc w:val="right"/>
      </w:pPr>
      <w:r>
        <w:t>اکسیجن کون سپلائی کر رہا ہے؟ خدا کے فرشتے۔</w:t>
      </w:r>
    </w:p>
    <w:p>
      <w:r>
        <w:rPr>
          <w:b/>
        </w:rPr>
        <w:t xml:space="preserve">[27:22] </w:t>
      </w:r>
      <w:r>
        <w:t>to is tarah ke billion trillion kaam hain jo har waqt ho rahe hain, woh sab Allah taala farishton ke zariye anjam de raha hai. lekin sare kaam, sare kamon mein sirf ek kaam aisa hai</w:t>
      </w:r>
    </w:p>
    <w:p>
      <w:pPr>
        <w:jc w:val="right"/>
      </w:pPr>
      <w:r>
        <w:t>تو اس طرح کے بلین ٹریلین کام ہیں جو ہر وقت ہو رہے ہیں، وہ سب اللہ تعالیٰ فرشتوں کے ذریعے انجام دے رہا ہے۔ لیکن سارے کام، سارے کاموں میں صرف ایک کام ایسا ہے</w:t>
      </w:r>
    </w:p>
    <w:p>
      <w:r>
        <w:rPr>
          <w:b/>
        </w:rPr>
        <w:t xml:space="preserve">[27:38] </w:t>
      </w:r>
      <w:r>
        <w:t>jis ko Allah chahta hai ke insan anjam de, woh hai dawat Allah ka kaam. isi liye Allah ne nabiyon ko bheja aur al-nabiyyin ke baad Allah ne yeh zimmedari daal di ummat Muhammadia ke upar.</w:t>
      </w:r>
    </w:p>
    <w:p>
      <w:pPr>
        <w:jc w:val="right"/>
      </w:pPr>
      <w:r>
        <w:t>جس کو اللہ چاہتا ہے کہ انسان انجام دے، وہ ہے دعوت اللہ کا کام۔ اسی لیے اللہ نے نبیوں کو بھیجا اور النبیین کے بعد اللہ نے یہ ذمہ داری ڈال دی امت محمدی کے اوپر۔</w:t>
      </w:r>
    </w:p>
    <w:p>
      <w:r>
        <w:rPr>
          <w:b/>
        </w:rPr>
        <w:t xml:space="preserve">[27:52] </w:t>
      </w:r>
      <w:r>
        <w:t>ummat Muhammadia jo hai, woh nabi wale kaam ki zimmedari is ke upar hai.</w:t>
      </w:r>
    </w:p>
    <w:p>
      <w:pPr>
        <w:jc w:val="right"/>
      </w:pPr>
      <w:r>
        <w:t>امت محمدی جو ہے، وہ نبی والے کام کی ذمہ داری اس کے اوپر ہے۔</w:t>
      </w:r>
    </w:p>
    <w:p>
      <w:r>
        <w:rPr>
          <w:b/>
        </w:rPr>
        <w:t xml:space="preserve">[28:03] </w:t>
      </w:r>
      <w:r>
        <w:t>aaiye, aap agar is ko aur parhayen, baat aage dunya mein tak le jayen to dunya mein is waqt saat billion insan hain,</w:t>
      </w:r>
    </w:p>
    <w:p>
      <w:pPr>
        <w:jc w:val="right"/>
      </w:pPr>
      <w:r>
        <w:t>آئیے، آپ اگر اس کو اور پڑھائیے، بات آگے دنیا میں تک لے جائیے تو دنیا میں اس وقت سات بلین انسان ہیں،</w:t>
      </w:r>
    </w:p>
    <w:p>
      <w:r>
        <w:rPr>
          <w:b/>
        </w:rPr>
        <w:t xml:space="preserve">[28:16] </w:t>
      </w:r>
      <w:r>
        <w:t>yeh sab Allah ne paida kar ke bheje hain zameen mein.</w:t>
      </w:r>
    </w:p>
    <w:p>
      <w:pPr>
        <w:jc w:val="right"/>
      </w:pPr>
      <w:r>
        <w:t>یہ سب اللہ نے پیدا کر کے بھیجے ہیں زمین میں۔</w:t>
      </w:r>
    </w:p>
    <w:p>
      <w:r>
        <w:rPr>
          <w:b/>
        </w:rPr>
        <w:t xml:space="preserve">[28:21] </w:t>
      </w:r>
      <w:r>
        <w:t>saat billion insan. to jab India azad hua tha to mujhe yaad hai 1947 mein, us waqt India ki abadi koi 36 crore thi.</w:t>
      </w:r>
    </w:p>
    <w:p>
      <w:pPr>
        <w:jc w:val="right"/>
      </w:pPr>
      <w:r>
        <w:t>سات بلین انسان۔ تو جب انڈیا آزاد ہوا تھا تو مجھے یاد ہے 1947 میں، اس وقت انڈیا کی آبادی کوئی 36 کروڑ تھی۔</w:t>
      </w:r>
    </w:p>
    <w:p>
      <w:r>
        <w:rPr>
          <w:b/>
        </w:rPr>
        <w:t xml:space="preserve">[28:38] </w:t>
      </w:r>
      <w:r>
        <w:t>aaj mein ne ek billion insan yahan par ho chuke hain,</w:t>
      </w:r>
    </w:p>
    <w:p>
      <w:pPr>
        <w:jc w:val="right"/>
      </w:pPr>
      <w:r>
        <w:t>آج میں نے ایک بلین انسان یہاں پر ہو چکے ہیں،</w:t>
      </w:r>
    </w:p>
    <w:p>
      <w:r>
        <w:rPr>
          <w:b/>
        </w:rPr>
        <w:t xml:space="preserve">[28:42] </w:t>
      </w:r>
      <w:r>
        <w:t>36 crore. to us waqt ke jo prime minister thay, Jawahar Lal Nehru, unhon ne kaha tha ke India mein agar 36 crore insan hain to hamare 36 crore kaam hain,</w:t>
      </w:r>
    </w:p>
    <w:p>
      <w:pPr>
        <w:jc w:val="right"/>
      </w:pPr>
      <w:r>
        <w:t>36 کروڑ۔ تو اس وقت کے جو پرائم منسٹر تھے، جواہر اللہ نرو، انہوں نے کہا تھا کہ انڈیا میں اگر 36 کروڑ انسان ہیں تو ہمارے 36 کروڑ کام ہیں،</w:t>
      </w:r>
    </w:p>
    <w:p>
      <w:r>
        <w:rPr>
          <w:b/>
        </w:rPr>
        <w:t xml:space="preserve">[29:00] </w:t>
      </w:r>
      <w:r>
        <w:t>hamare 36 crore kaam hain,</w:t>
      </w:r>
    </w:p>
    <w:p>
      <w:pPr>
        <w:jc w:val="right"/>
      </w:pPr>
      <w:r>
        <w:t>ہمارے 36 کروڑ کام ہیں،</w:t>
      </w:r>
    </w:p>
    <w:p>
      <w:r>
        <w:rPr>
          <w:b/>
        </w:rPr>
        <w:t xml:space="preserve">[29:04] </w:t>
      </w:r>
      <w:r>
        <w:t>36 crore kaam anjam dena hai humein.</w:t>
      </w:r>
    </w:p>
    <w:p>
      <w:pPr>
        <w:jc w:val="right"/>
      </w:pPr>
      <w:r>
        <w:t>36 کروڑ کام انجام دینا ہے ہمیں۔</w:t>
      </w:r>
    </w:p>
    <w:p>
      <w:r>
        <w:rPr>
          <w:b/>
        </w:rPr>
        <w:t xml:space="preserve">[29:08] </w:t>
      </w:r>
      <w:r>
        <w:t>to mein kahunga ke dunya mein agar saat billion musalman hain to aap ko saat billion kaam anjam dena hai, insaan tak khuda ka paigham pahunchna hai.</w:t>
      </w:r>
    </w:p>
    <w:p>
      <w:pPr>
        <w:jc w:val="right"/>
      </w:pPr>
      <w:r>
        <w:t>تو میں کہوں گا کہ دنیا میں اگر سات بلین مسلمان ہیں تو آپ کو سات بلین کام انجام دینا ہے، انسان تک خدا کا پیغام پہنچنا ہے۔</w:t>
      </w:r>
    </w:p>
    <w:p>
      <w:r>
        <w:rPr>
          <w:b/>
        </w:rPr>
        <w:t xml:space="preserve">[29:22] </w:t>
      </w:r>
      <w:r>
        <w:t>to aap ko fursat kahan hai goli maarne ki? fursat kahan hai bomb maarne ki? fursat kahan hai nafrat? mein kahunga nafrat karne ki fursat bhi nahi hai. Maa ko is ki fursat nahi ke apne bachay se nafrat kare, maa ke paas time hi nahi hai.</w:t>
      </w:r>
    </w:p>
    <w:p>
      <w:pPr>
        <w:jc w:val="right"/>
      </w:pPr>
      <w:r>
        <w:t>تو آپ کو فرصت کہاں ہے گولی مارنے کی؟ فرصت کہاں ہے بم مارنے کی؟ فرصت کہاں ہے نفرت؟ میں کہوں گا نفرت کرنے کی فرصت بھی نہیں ہے۔ ماں کو اس کی فرصت نہیں کہ اپنے بچے سے نفرت کرے، ماں کے پاس ٹائم ہی نہیں ہے۔</w:t>
      </w:r>
    </w:p>
    <w:p>
      <w:r>
        <w:rPr>
          <w:b/>
        </w:rPr>
        <w:t xml:space="preserve">[29:40] </w:t>
      </w:r>
      <w:r>
        <w:t>Maa apne bachay ki mohabbat mein itna zyada, itna involve hoti hai ke us ke paas bachay se karne ke liye waqt nahi,</w:t>
      </w:r>
    </w:p>
    <w:p>
      <w:pPr>
        <w:jc w:val="right"/>
      </w:pPr>
      <w:r>
        <w:t>ماں اپنے بچے کی محبت میں اتنا زیادہ، اتنا انوالو ہوتی ہے کہ اس کے پاس بچے سے کرنے کے لیے وقت نہیں،</w:t>
      </w:r>
    </w:p>
    <w:p>
      <w:r>
        <w:rPr>
          <w:b/>
        </w:rPr>
        <w:t xml:space="preserve">[29:52] </w:t>
      </w:r>
      <w:r>
        <w:t>waqt hi nahi hai maa ke paas ke apne bachay se nafrat kare woh. Yahi haal ummat e muhammadi hona chahiye, yeh woh soche ke mujhe saat billion insaanon tak Allah ka paigham pahunchana hai.</w:t>
      </w:r>
    </w:p>
    <w:p>
      <w:pPr>
        <w:jc w:val="right"/>
      </w:pPr>
      <w:r>
        <w:t>وقت ہی نہیں ہے ماں کے پاس کہ اپنے بچے سے نفرت کرے وہ۔ یہی حال امت محمدی ہونا چاہیے، یہ وہ سوچے کہ مجھے سات بلین انسانوں تک اللہ کا پیغام پہنچانا ہے۔</w:t>
      </w:r>
    </w:p>
    <w:p>
      <w:r>
        <w:rPr>
          <w:b/>
        </w:rPr>
        <w:t xml:space="preserve">[30:08] </w:t>
      </w:r>
      <w:r>
        <w:t>to yaad rakhiye, is ke upar is ka ehsaas ho ke mere paas nafrat ka waqt kahan hai? mere paas bomb maarna, gun maarna bohat door ki baat hai, nafrat karne ka bhi waqt nahi, shikayat karne ka bhi waqt nahi.</w:t>
      </w:r>
    </w:p>
    <w:p>
      <w:pPr>
        <w:jc w:val="right"/>
      </w:pPr>
      <w:r>
        <w:t>تو یاد رکھیے، اس کے اوپر اس کا احساس ہو کہ میرے پاس نفرت کا وقت کہاں ہے؟ میرے پاس بم مارنا، گن مارنا بہت دور کی بات ہے، نفرت کرنے کا بھی وقت نہیں، شکایت کرنے کا بھی وقت نہیں۔</w:t>
      </w:r>
    </w:p>
    <w:p>
      <w:r>
        <w:rPr>
          <w:b/>
        </w:rPr>
        <w:t xml:space="preserve">[30:32] </w:t>
      </w:r>
      <w:r>
        <w:t>to sab se bari cheez jo musalmanon se gum ho gayi hai, woh dawat e Allah hai, sab se bari cheez.</w:t>
      </w:r>
    </w:p>
    <w:p>
      <w:pPr>
        <w:jc w:val="right"/>
      </w:pPr>
      <w:r>
        <w:t>تو سب سے بڑی چیز جو مسلمانوں سے گم ہو گئی ہے، وہ دعوت اللہ ہے، سب سے بڑی چیز۔</w:t>
      </w:r>
    </w:p>
    <w:p>
      <w:r>
        <w:rPr>
          <w:b/>
        </w:rPr>
        <w:t xml:space="preserve">[30:45] </w:t>
      </w:r>
      <w:r>
        <w:t>lekin yaad rakhiye, Allah taala ka yeh tareeqa hai ke achaanak emergency nahi hota, achaanak sari dunya mein dawat e Allah kaam hone lage.</w:t>
      </w:r>
    </w:p>
    <w:p>
      <w:pPr>
        <w:jc w:val="right"/>
      </w:pPr>
      <w:r>
        <w:t>لیکن یاد رکھیے، اللہ تعالیٰ کا یہ طریقہ ہے کہ اچانک ایمرجنسی نہیں ہوتا، اچانک ساری دنیا میں دعوت اللہ کام ہونے لگے۔</w:t>
      </w:r>
    </w:p>
    <w:p>
      <w:r>
        <w:rPr>
          <w:b/>
        </w:rPr>
        <w:t xml:space="preserve">[30:55] </w:t>
      </w:r>
      <w:r>
        <w:t>aisa kabhi nahi hota hai,</w:t>
      </w:r>
    </w:p>
    <w:p>
      <w:pPr>
        <w:jc w:val="right"/>
      </w:pPr>
      <w:r>
        <w:t>ایسا کبھی نہیں ہوتا ہے،</w:t>
      </w:r>
    </w:p>
    <w:p>
      <w:r>
        <w:rPr>
          <w:b/>
        </w:rPr>
        <w:t xml:space="preserve">[30:58] </w:t>
      </w:r>
      <w:r>
        <w:t>kuch fard uthta hai, kuch afraad phir bante hain, kuch community ubharti hai, phir dheere dheere tareeqay par kaam phailta hai.</w:t>
      </w:r>
    </w:p>
    <w:p>
      <w:pPr>
        <w:jc w:val="right"/>
      </w:pPr>
      <w:r>
        <w:t>کچھ فرد اٹھتا ہے، کچھ افراد پھر بنتے ہیں، کچھ کمیونٹی ابھرتی ہے، پھر دھیرے دھیرے طریقے پر کام پھیلتا ہے۔</w:t>
      </w:r>
    </w:p>
    <w:p>
      <w:r>
        <w:rPr>
          <w:b/>
        </w:rPr>
        <w:t xml:space="preserve">[31:09] </w:t>
      </w:r>
      <w:r>
        <w:t>to achaanak sari dunya mein nahi, dawat ka chashma ubal parega, kisi support se is ko nikalna hai. Jaise wafa-e-tanur jo tha, Hazrat Nuh ka, kisi support se ubla tha, phir phail gaya sari dunya mein.</w:t>
      </w:r>
    </w:p>
    <w:p>
      <w:pPr>
        <w:jc w:val="right"/>
      </w:pPr>
      <w:r>
        <w:t>تو اچانک ساری دنیا میں نہیں، دعوت کا چشمہ ابل پڑے گا، کسی سپورٹ سے اس کو نکلنا ہے۔ جیسے وفاد تنور جو تھا، حضرت نوح کا، کسی سپورٹ سے ابلا تھا، پھر پھیل گیا ساری دنیا میں۔</w:t>
      </w:r>
    </w:p>
    <w:p>
      <w:r>
        <w:rPr>
          <w:b/>
        </w:rPr>
        <w:t xml:space="preserve">[31:27] </w:t>
      </w:r>
      <w:r>
        <w:t>aise hi mein sochta hoon ke khush qismat khitta aisa zaroor aaj hona chahiye jahan se wafa-e-tanur ho, jahan se da'wa ka explosion ho, aur shayad woh jagah is ke mutabiq Kashmir hai, kyunke saare halaat Kashmir mein woh maujood hain.</w:t>
      </w:r>
    </w:p>
    <w:p>
      <w:pPr>
        <w:jc w:val="right"/>
      </w:pPr>
      <w:r>
        <w:t>ایسے ہی میں سوچتا ہوں کہ خوش قسمت خطہ ایسا ضرور آج ہونا چاہیے جہاں سے وفاد تنور ہو، جہاں سے دعویٰ کا ایکسپلوژن ہو، اور شاید وہ جگہ اس کے مطابق کشمیر ہے، کیونکہ سارے حالات کشمیر میں وہ موجود ہیں۔</w:t>
      </w:r>
    </w:p>
    <w:p>
      <w:r>
        <w:rPr>
          <w:b/>
        </w:rPr>
        <w:t xml:space="preserve">[31:50] </w:t>
      </w:r>
      <w:r>
        <w:t>saare halaat.</w:t>
      </w:r>
    </w:p>
    <w:p>
      <w:pPr>
        <w:jc w:val="right"/>
      </w:pPr>
      <w:r>
        <w:t>سارے حالات۔</w:t>
      </w:r>
    </w:p>
    <w:p>
      <w:r>
        <w:rPr>
          <w:b/>
        </w:rPr>
        <w:t xml:space="preserve">[31:55] </w:t>
      </w:r>
      <w:r>
        <w:t>Mera apna jo andar ka insaan jo hai, woh mujhe pukaar kar kehta hai ke Kashmiri aik aisi jagah hai jahan militancy mar chuki hai.</w:t>
      </w:r>
    </w:p>
    <w:p>
      <w:pPr>
        <w:jc w:val="right"/>
      </w:pPr>
      <w:r>
        <w:t>میرا اپنا جو اندر کا انسان جو ہے، وہ مجھے پکار کر کہتا ہے کہ کشمیری ایک ایسی جگہ ہے جہاں ملٹنسی مر چکی ہے۔</w:t>
      </w:r>
    </w:p>
    <w:p>
      <w:r>
        <w:rPr>
          <w:b/>
        </w:rPr>
        <w:t xml:space="preserve">[32:07] </w:t>
      </w:r>
      <w:r>
        <w:t>Kashmir ka mein militancy ke janazay nikal chuka hai, aur jagah jagah militancy hai, musalman kiye hue hain, abhi kahin is ka dam nahi nikla.</w:t>
      </w:r>
    </w:p>
    <w:p>
      <w:pPr>
        <w:jc w:val="right"/>
      </w:pPr>
      <w:r>
        <w:t>کشمیر کا میں ملٹنسی کے جنازے نکل چکا ہے، اور جگہ جگہ ملٹنسی ہے، مسلمان کیے ہوئے ہیں، ابھی کہیں اس کا دم نہیں نکلا۔</w:t>
      </w:r>
    </w:p>
    <w:p>
      <w:r>
        <w:rPr>
          <w:b/>
        </w:rPr>
        <w:t xml:space="preserve">[32:19] </w:t>
      </w:r>
      <w:r>
        <w:t>har jagah abhi zor shor par hai. Abhi aap dekhiye ke kuch ke naam par billion march ho raha hai,</w:t>
      </w:r>
    </w:p>
    <w:p>
      <w:pPr>
        <w:jc w:val="right"/>
      </w:pPr>
      <w:r>
        <w:t>ہر جگہ ابھی زور شور پر ہے۔ ابھی آپ دیکھیے کہ کچھ کے نام پر بلین مارچ ہو رہا ہے،</w:t>
      </w:r>
    </w:p>
    <w:p>
      <w:r>
        <w:rPr>
          <w:b/>
        </w:rPr>
        <w:t xml:space="preserve">[32:26] </w:t>
      </w:r>
      <w:r>
        <w:t>aaj hi Afghan mein tha to wahan bhi dam nahi, to wahan ki military ne abhi dam nahi todi hai.</w:t>
      </w:r>
    </w:p>
    <w:p>
      <w:pPr>
        <w:jc w:val="right"/>
      </w:pPr>
      <w:r>
        <w:t>آج ہی افغان میں تھا تو وہاں بھی دم نہیں، تو وہاں کی ملٹری نے ابھی دم نہیں توڑی ہے۔</w:t>
      </w:r>
    </w:p>
    <w:p>
      <w:r>
        <w:rPr>
          <w:b/>
        </w:rPr>
        <w:t xml:space="preserve">[32:35] </w:t>
      </w:r>
      <w:r>
        <w:t>yaani million march kar rahe hain Quds ke naam par. Ab woh goli chalegi, kya hoga? kya hoga? aage aap khabrein aayengi.</w:t>
      </w:r>
    </w:p>
    <w:p>
      <w:pPr>
        <w:jc w:val="right"/>
      </w:pPr>
      <w:r>
        <w:t>یعنی ملین مارچ کر رہے ہیں قدس کے نام پر۔ اب وہ گولی چلے گی، کیا ہوگا؟ کیا ہوگا؟ آگے آپ خبریں آئیں گی۔</w:t>
      </w:r>
    </w:p>
    <w:p>
      <w:r>
        <w:rPr>
          <w:b/>
        </w:rPr>
        <w:t xml:space="preserve">[32:45] </w:t>
      </w:r>
      <w:r>
        <w:t>magar Kashmir mein mera apna dil yeh keh raha hai ke wahan ke halaat jo hain, un mein halaat mein aisi tabdeeliyaan paida hui hain ke wahan militancy ka janaza nikal chuka hai,</w:t>
      </w:r>
    </w:p>
    <w:p>
      <w:pPr>
        <w:jc w:val="right"/>
      </w:pPr>
      <w:r>
        <w:t>مگر کشمیر میں میرا اپنا دل یہ کہہ رہا ہے کہ وہاں کے حالات جو ہیں، ان میں حالات میں ایسی تبدیلیاں پیدا ہوئی ہیں کہ وہاں ملٹنسی کا جنازہ نکل چکا ہے،</w:t>
      </w:r>
    </w:p>
    <w:p>
      <w:r>
        <w:rPr>
          <w:b/>
        </w:rPr>
        <w:t xml:space="preserve">[33:01] </w:t>
      </w:r>
      <w:r>
        <w:t>militancy dam tor chuki hai.</w:t>
      </w:r>
    </w:p>
    <w:p>
      <w:pPr>
        <w:jc w:val="right"/>
      </w:pPr>
      <w:r>
        <w:t>ملٹنسی دم توڑ چکی ہے۔</w:t>
      </w:r>
    </w:p>
    <w:p>
      <w:r>
        <w:rPr>
          <w:b/>
        </w:rPr>
        <w:t xml:space="preserve">[33:06] </w:t>
      </w:r>
      <w:r>
        <w:t>ab military mein koi jaan nahi hai Kashmir mein,</w:t>
      </w:r>
    </w:p>
    <w:p>
      <w:pPr>
        <w:jc w:val="right"/>
      </w:pPr>
      <w:r>
        <w:t>اب ملٹری میں کوئی جان نہیں ہے کشمیر میں،</w:t>
      </w:r>
    </w:p>
    <w:p>
      <w:r>
        <w:rPr>
          <w:b/>
        </w:rPr>
        <w:t xml:space="preserve">[33:09] </w:t>
      </w:r>
      <w:r>
        <w:t>is ke kai asbaab hain. Mujhe yaad kehne ka lekin mein bohat soch samajh kar yeh baat kar raha hoon, bohat zyada soch samajh kar.</w:t>
      </w:r>
    </w:p>
    <w:p>
      <w:pPr>
        <w:jc w:val="right"/>
      </w:pPr>
      <w:r>
        <w:t>اس کے کئی اسباب ہیں۔ مجھے یاد کہنے کا لیکن میں بہت سوچ سمجھ کر یہ بات کر رہا ہوں، بہت زیادہ سوچ سمجھ کر۔</w:t>
      </w:r>
    </w:p>
    <w:p>
      <w:r>
        <w:rPr>
          <w:b/>
        </w:rPr>
        <w:t xml:space="preserve">[33:20] </w:t>
      </w:r>
      <w:r>
        <w:t>bohat si baatein mere zehan mein hain, is ki wahan pe yeh mein rai banai hai ke Kashmir mein militancy ka khatma ho chuka hai.</w:t>
      </w:r>
    </w:p>
    <w:p>
      <w:pPr>
        <w:jc w:val="right"/>
      </w:pPr>
      <w:r>
        <w:t>بہت سی باتیں میرے ذہن میں ہیں، اس کی وہاں پہ یہ میں رائے بنائی ہے کہ کشمیر میں ملٹنسی کا خاتمہ ہو چکا ہے۔</w:t>
      </w:r>
    </w:p>
    <w:p>
      <w:r>
        <w:rPr>
          <w:b/>
        </w:rPr>
        <w:t xml:space="preserve">[33:30] </w:t>
      </w:r>
      <w:r>
        <w:t>khatma ke ma'ni yeh nahi ke hundred percent khatma. Yaad rakhiye, is dunya mein hundred percent khatma nahi hota, kabhi nahi hota.</w:t>
      </w:r>
    </w:p>
    <w:p>
      <w:pPr>
        <w:jc w:val="right"/>
      </w:pPr>
      <w:r>
        <w:t>خاتمہ کے معنی یہ نہیں کہ ہنڈرڈ پرسنٹ خاتمہ۔ یاد رکھیے، اس دنیا میں ہنڈرڈ پرسنٹ خاتمہ نہیں ہوتا، کبھی نہیں ہوتا۔</w:t>
      </w:r>
    </w:p>
    <w:p>
      <w:r>
        <w:rPr>
          <w:b/>
        </w:rPr>
        <w:t xml:space="preserve">[33:43] </w:t>
      </w:r>
      <w:r>
        <w:t>baray peemanay par khatma ho to usay kehte hain khatma.</w:t>
      </w:r>
    </w:p>
    <w:p>
      <w:pPr>
        <w:jc w:val="right"/>
      </w:pPr>
      <w:r>
        <w:t>بڑے پیمانے پر خاتمہ ہو تو اسے کہتے ہیں خاتمہ۔</w:t>
      </w:r>
    </w:p>
    <w:p>
      <w:r>
        <w:rPr>
          <w:b/>
        </w:rPr>
        <w:t xml:space="preserve">[33:48] </w:t>
      </w:r>
      <w:r>
        <w:t>woh jo is liye kashmir meet mein kashmir ke aik naujawan ke pehle hum army ko pathar marte thay aur un ko hum quran pesh karte hain,</w:t>
      </w:r>
    </w:p>
    <w:p>
      <w:pPr>
        <w:jc w:val="right"/>
      </w:pPr>
      <w:r>
        <w:t>وہ جو اس لیے کشمیر میٹ میں کشمیر کے ایک نوجوان کہ پہلے ہم آرمی کو پتھر مارتے تھے اور ان کو ہم قرآن پیش کرتے ہیں،</w:t>
      </w:r>
    </w:p>
    <w:p>
      <w:r>
        <w:rPr>
          <w:b/>
        </w:rPr>
        <w:t xml:space="preserve">[34:00] </w:t>
      </w:r>
      <w:r>
        <w:t>woh aik symbol tha naye daur ka ke kashmir mein woh daur khatam ho gaya jab aap aanay walon ko pathar marte thay.</w:t>
      </w:r>
    </w:p>
    <w:p>
      <w:pPr>
        <w:jc w:val="right"/>
      </w:pPr>
      <w:r>
        <w:t>وہ ایک سمبل تھا نئے دور کا کہ کشمیر میں وہ دور ختم ہو گیا جب آپ آنے والوں کو پتھر مارتے تھے۔</w:t>
      </w:r>
    </w:p>
    <w:p>
      <w:r>
        <w:rPr>
          <w:b/>
        </w:rPr>
        <w:t xml:space="preserve">[34:11] </w:t>
      </w:r>
      <w:r>
        <w:t>ab woh aik naya daur ka aghaz hua hai jab ke aanay walon ko aap quran pesh kar rahay hain, islam pesh kar rahay hain, allah ka deen pesh kar rahay hain.</w:t>
      </w:r>
    </w:p>
    <w:p>
      <w:pPr>
        <w:jc w:val="right"/>
      </w:pPr>
      <w:r>
        <w:t>اب وہ ایک نیا دور کا آغاز ہوا ہے جب کہ آنے والوں کو آپ قرآن پیش کر رہے ہیں، اسلام پیش کر رہے ہیں، اللہ کا دین پیش کر رہے ہیں۔</w:t>
      </w:r>
    </w:p>
    <w:p>
      <w:r>
        <w:rPr>
          <w:b/>
        </w:rPr>
        <w:t xml:space="preserve">[34:20] </w:t>
      </w:r>
      <w:r>
        <w:t>is tarah ki bohat si baatein hain, is se maine samjha hai ke kashmir mein aur yaani militancy taqreeban khatam ho chuki hai.</w:t>
      </w:r>
    </w:p>
    <w:p>
      <w:pPr>
        <w:jc w:val="right"/>
      </w:pPr>
      <w:r>
        <w:t>اس طرح کی بہت سی باتیں ہیں، اس سے میں نے سمجھا ہے کہ کشمیر میں اور یعنی ملٹنسی تقریباً ختم ہو چکی ہے۔</w:t>
      </w:r>
    </w:p>
    <w:p>
      <w:r>
        <w:rPr>
          <w:b/>
        </w:rPr>
        <w:t xml:space="preserve">[34:31] </w:t>
      </w:r>
      <w:r>
        <w:t>ab kuch jaan nahi hai, military koi jaan nahi hai. to kya yahi to madine mein hua tha? madine mein jab jang e abbas hui to military se dafan ho gayi.</w:t>
      </w:r>
    </w:p>
    <w:p>
      <w:pPr>
        <w:jc w:val="right"/>
      </w:pPr>
      <w:r>
        <w:t>اب کچھ جان نہیں ہے، ملٹری کوئی جان نہیں ہے۔ تو کیا یہی تو مدینے میں ہوا تھا؟ مدینے میں جب جنگ عباس ہوئی تو ملٹری سے دفن ہو گئی۔</w:t>
      </w:r>
    </w:p>
    <w:p>
      <w:r>
        <w:rPr>
          <w:b/>
        </w:rPr>
        <w:t xml:space="preserve">[34:45] </w:t>
      </w:r>
      <w:r>
        <w:t>wahan bhi ladte thay barabar, woh log</w:t>
      </w:r>
    </w:p>
    <w:p>
      <w:pPr>
        <w:jc w:val="right"/>
      </w:pPr>
      <w:r>
        <w:t>وہاں بھی لڑتے تھے برابر، وہ لوگ</w:t>
      </w:r>
    </w:p>
    <w:p>
      <w:r>
        <w:rPr>
          <w:b/>
        </w:rPr>
        <w:t xml:space="preserve">[34:49] </w:t>
      </w:r>
      <w:r>
        <w:t>madine mein aus aur khazraj thay, barabar ladte hi rehte thay. woh rasool allah ki hijrat se saal pehle wahan jang e abbas hui, jis mein bohat se log maaray gaye.</w:t>
      </w:r>
    </w:p>
    <w:p>
      <w:pPr>
        <w:jc w:val="right"/>
      </w:pPr>
      <w:r>
        <w:t>مدینے میں اوس اور خضر تھے، برابر لڑتے ہی رہتے تھے۔ وہ رسول اللہ کی ہجرت سے سال پہلے وہاں جنگ عباس ہوئی، جس میں بہت سے لوگ مارے گئے۔</w:t>
      </w:r>
    </w:p>
    <w:p>
      <w:r>
        <w:rPr>
          <w:b/>
        </w:rPr>
        <w:t xml:space="preserve">[35:00] </w:t>
      </w:r>
      <w:r>
        <w:t>is ke baad wahan yeh jo culture tha, tribal culture, jang o jadal wala, woh amalan ka ho gaya.</w:t>
      </w:r>
    </w:p>
    <w:p>
      <w:pPr>
        <w:jc w:val="right"/>
      </w:pPr>
      <w:r>
        <w:t>اس کے بعد وہاں یہ جو کلچر تھا، ٹرائبل کلچر، جنگ جدل والا، وہ عملاً کا ہو گیا۔</w:t>
      </w:r>
    </w:p>
    <w:p>
      <w:r>
        <w:rPr>
          <w:b/>
        </w:rPr>
        <w:t xml:space="preserve">[35:13] </w:t>
      </w:r>
      <w:r>
        <w:t>ab unhein aik naya alternative ki talash ho gayi.</w:t>
      </w:r>
    </w:p>
    <w:p>
      <w:pPr>
        <w:jc w:val="right"/>
      </w:pPr>
      <w:r>
        <w:t>اب انہیں ایک نیا الٹرنیٹو کی تلاش ہو گئی۔</w:t>
      </w:r>
    </w:p>
    <w:p>
      <w:r>
        <w:rPr>
          <w:b/>
        </w:rPr>
        <w:t xml:space="preserve">[35:19] </w:t>
      </w:r>
      <w:r>
        <w:t>ab un ko aik naye badal ki talash hui, aik naye mutabadil ki talash hui, aik alternative. aayen, is waqt allah ne islam bhej diya to unhon ne kaha ke "tal al badru alaina min al wadai".</w:t>
      </w:r>
    </w:p>
    <w:p>
      <w:pPr>
        <w:jc w:val="right"/>
      </w:pPr>
      <w:r>
        <w:t>اب ان کو ایک نئے بدل کی تلاش ہوئی، ایک نئے متبادل کی تلاش ہوئی، ایک الٹرنیٹو۔ آئیں، اس وقت اللہ نے اسلام بھیج دیا تو انہوں نے کہا کہ "طلع البدر علینا من الودائی"۔</w:t>
      </w:r>
    </w:p>
    <w:p>
      <w:r>
        <w:rPr>
          <w:b/>
        </w:rPr>
        <w:t xml:space="preserve">[35:37] </w:t>
      </w:r>
      <w:r>
        <w:t>un ko laga ke aik naya suraj hamare haan taloo hua hai.</w:t>
      </w:r>
    </w:p>
    <w:p>
      <w:pPr>
        <w:jc w:val="right"/>
      </w:pPr>
      <w:r>
        <w:t>ان کو لگا کہ ایک نیا سورج ہمارے ہاں طلوع ہوا ہے۔</w:t>
      </w:r>
    </w:p>
    <w:p>
      <w:r>
        <w:rPr>
          <w:b/>
        </w:rPr>
        <w:t xml:space="preserve">[35:43] </w:t>
      </w:r>
      <w:r>
        <w:t>"tal al badru alaina ya al wadai". is waqt parha tha, waqt bachon ne wahan nazm. wohi mein sochta hoon ke kashmir ka mamla hai jo maine kaha ke "dawn over samarkand" ki jagah ab "dawn kashmir" ho raha ho raha hai.</w:t>
      </w:r>
    </w:p>
    <w:p>
      <w:pPr>
        <w:jc w:val="right"/>
      </w:pPr>
      <w:r>
        <w:t>"طلع البدر علینا یا الودائی"۔ اس وقت پڑھا تھا، وقت بچوں نے وہاں نظم۔ وہی میں سوچتا ہوں کہ کشمیر کا معاملہ ہے جو میں نے کہا کہ "ڈان اوور صبرقند" کی جگہ اب "ڈان کشمیر" ہو رہا ہو رہا ہے۔</w:t>
      </w:r>
    </w:p>
    <w:p>
      <w:r>
        <w:rPr>
          <w:b/>
        </w:rPr>
        <w:t xml:space="preserve">[36:10] </w:t>
      </w:r>
      <w:r>
        <w:t>main jo is tarah ke andazay karta hoon to andazay nahi hotay, haqaiq ki buniyad par hotay hain,</w:t>
      </w:r>
    </w:p>
    <w:p>
      <w:pPr>
        <w:jc w:val="right"/>
      </w:pPr>
      <w:r>
        <w:t>میں جو اس طرح کے اندازے کرتا ہوں تو اندازے نہیں ہوتے، حقائق کی بنیاد پر ہوتے ہیں،</w:t>
      </w:r>
    </w:p>
    <w:p>
      <w:r>
        <w:rPr>
          <w:b/>
        </w:rPr>
        <w:t xml:space="preserve">[36:22] </w:t>
      </w:r>
      <w:r>
        <w:t>haqaiq ke hotay hain.</w:t>
      </w:r>
    </w:p>
    <w:p>
      <w:pPr>
        <w:jc w:val="right"/>
      </w:pPr>
      <w:r>
        <w:t>حقائق کے ہوتے ہیں۔</w:t>
      </w:r>
    </w:p>
    <w:p>
      <w:r>
        <w:rPr>
          <w:b/>
        </w:rPr>
        <w:t xml:space="preserve">[36:26] </w:t>
      </w:r>
      <w:r>
        <w:t>allah akbar se jitne maine andazay kiye, sab sahi nikle. yahan mauqa nahi ke main apne andazon ka zikr karoon kyunke main bohat ziyada soch kar rai banata hoon aur bohat ziyada yaani realistic approach mere andar hai.</w:t>
      </w:r>
    </w:p>
    <w:p>
      <w:pPr>
        <w:jc w:val="right"/>
      </w:pPr>
      <w:r>
        <w:t>اللہ اکبر سے جتنے میں نے اندازے کیے، سب صحیح نکلے۔ یہاں موقع نہیں کہ میں اپنے اندازوں کا ذکر کروں کیونکہ میں بہت زیادہ سوچ کر رائے بناتا ہوں اور بہت زیادہ یعنی ریلسٹک اپروچ میرے اندر ہے۔</w:t>
      </w:r>
    </w:p>
    <w:p>
      <w:r>
        <w:rPr>
          <w:b/>
        </w:rPr>
        <w:t xml:space="preserve">[36:45] </w:t>
      </w:r>
      <w:r>
        <w:t>to yeh andaza hai kashmir ke baray mein ke wahan ki militancy mar chuki hai jabke kahin aur mari nahi hai, har jagah zinda hai,</w:t>
      </w:r>
    </w:p>
    <w:p>
      <w:pPr>
        <w:jc w:val="right"/>
      </w:pPr>
      <w:r>
        <w:t>تو یہ اندازہ ہے کشمیر کے بارے میں کہ وہاں کی ملٹنسی مر چکی ہے جبکہ کہیں اور مری نہیں ہے، ہر جگہ زندہ ہے،</w:t>
      </w:r>
    </w:p>
    <w:p>
      <w:r>
        <w:rPr>
          <w:b/>
        </w:rPr>
        <w:t xml:space="preserve">[36:55] </w:t>
      </w:r>
      <w:r>
        <w:t>zinda hai. matlab muslim ilaqon mein keh raha hoon, har jagah aur doosre maqamat par woh asbab paida hue hain jo madine mein jang e abbas ke baad paida hue thay</w:t>
      </w:r>
    </w:p>
    <w:p>
      <w:pPr>
        <w:jc w:val="right"/>
      </w:pPr>
      <w:r>
        <w:t>زندہ ہے۔ مطلب مسلم علاقوں میں کہہ رہا ہوں، ہر جگہ اور دوسرے مقامات پر وہ اسباب پیدا ہوئے ہیں جو مدینے میں جنگ عباس کے بعد پیدا ہوئے تھے</w:t>
      </w:r>
    </w:p>
    <w:p>
      <w:r>
        <w:rPr>
          <w:b/>
        </w:rPr>
        <w:t xml:space="preserve">[37:13] </w:t>
      </w:r>
      <w:r>
        <w:t>lekin kashmir mein ho chuke hain.</w:t>
      </w:r>
    </w:p>
    <w:p>
      <w:pPr>
        <w:jc w:val="right"/>
      </w:pPr>
      <w:r>
        <w:t>لیکن کشمیر میں ہو چکے ہیں۔</w:t>
      </w:r>
    </w:p>
    <w:p>
      <w:r>
        <w:rPr>
          <w:b/>
        </w:rPr>
        <w:t xml:space="preserve">[37:21] </w:t>
      </w:r>
      <w:r>
        <w:t>to aap is ko janiye, jaise ahl e madina ne jana ke aik naya, aik aik naya aftab taloo ho gaya hamare haan.</w:t>
      </w:r>
    </w:p>
    <w:p>
      <w:pPr>
        <w:jc w:val="right"/>
      </w:pPr>
      <w:r>
        <w:t>تو آپ اس کو جانیے، جیسے عالم مدینے نے جانا کہ ایک نیا، ایک ایک نیا آفتاب طلوع ہو گیا ہمارے ہاں۔</w:t>
      </w:r>
    </w:p>
    <w:p>
      <w:r>
        <w:rPr>
          <w:b/>
        </w:rPr>
        <w:t xml:space="preserve">[37:31] </w:t>
      </w:r>
      <w:r>
        <w:t>to aap janiye ke allah taala ne kitni aisi haltain paida ki hain kyunke dekhiye, yeh matloob hai allah taala ko ke kuch log uthein jo islam ki image ko badlein,</w:t>
      </w:r>
    </w:p>
    <w:p>
      <w:pPr>
        <w:jc w:val="right"/>
      </w:pPr>
      <w:r>
        <w:t>تو آپ جانیے کہ اللہ تعالیٰ نے کتنی ایسی حالتیں پیدا کی ہیں کیونکہ دیکھیے، یہ مطلوب ہے اللہ تعالیٰ کو کہ کچھ لوگ اٹھیں جو اسلام کی امیج کو بدلیں،</w:t>
      </w:r>
    </w:p>
    <w:p>
      <w:r>
        <w:rPr>
          <w:b/>
        </w:rPr>
        <w:t xml:space="preserve">[37:45] </w:t>
      </w:r>
      <w:r>
        <w:t>jo news create karein.</w:t>
      </w:r>
    </w:p>
    <w:p>
      <w:pPr>
        <w:jc w:val="right"/>
      </w:pPr>
      <w:r>
        <w:t>جو نیوز کریٹ کریں۔</w:t>
      </w:r>
    </w:p>
    <w:p>
      <w:r>
        <w:rPr>
          <w:b/>
        </w:rPr>
        <w:t xml:space="preserve">[37:49] </w:t>
      </w:r>
      <w:r>
        <w:t>ab tak musalman jo hai tashaddud ki news create karte thay, jab chupta hai woh akhbaron mein, media mein to tashaddud ke waqiat.</w:t>
      </w:r>
    </w:p>
    <w:p>
      <w:pPr>
        <w:jc w:val="right"/>
      </w:pPr>
      <w:r>
        <w:t>اب تک مسلمان جو ہے تشدد کی نیوز کریٹ کرتے تھے، جب چھپتا ہے وہ اخباروں میں، میڈیا میں تو تشدد کے واقعات۔</w:t>
      </w:r>
    </w:p>
    <w:p>
      <w:r>
        <w:rPr>
          <w:b/>
        </w:rPr>
        <w:t xml:space="preserve">[38:01] </w:t>
      </w:r>
      <w:r>
        <w:t>to muddat se musalman violence ki news create karte rahay hain. ab waqt aa gaya hai ke aap peace ki news create karein.</w:t>
      </w:r>
    </w:p>
    <w:p>
      <w:pPr>
        <w:jc w:val="right"/>
      </w:pPr>
      <w:r>
        <w:t>تو مدت سے مسلمان وائلنس کی نیوز کریٹ کرتے رہے ہیں۔ اب وقت آگیا ہے کہ آپ پیس کی نیوز کریٹ کریں۔</w:t>
      </w:r>
    </w:p>
    <w:p>
      <w:r>
        <w:rPr>
          <w:b/>
        </w:rPr>
        <w:t xml:space="preserve">[38:13] </w:t>
      </w:r>
      <w:r>
        <w:t>shayad yeh kashmirioun ke muqaddar hai, kashmirioun ke liye ke woh peace ki news create karein.</w:t>
      </w:r>
    </w:p>
    <w:p>
      <w:pPr>
        <w:jc w:val="right"/>
      </w:pPr>
      <w:r>
        <w:t>شاید یہ کشمیریوں کے مقدر ہے، کشمیریوں کے لیے کہ وہ پیس کی نیوز کریٹ کریں۔</w:t>
      </w:r>
    </w:p>
    <w:p>
      <w:r>
        <w:rPr>
          <w:b/>
        </w:rPr>
        <w:t xml:space="preserve">[38:20] </w:t>
      </w:r>
      <w:r>
        <w:t>mera abhi yeh khayal hai ke kashmiri log basically peaceful hain, kuch logon ne bataya un ko is liye woh militant ban gaye. militancy kashmir ke niche mein nahi hai.</w:t>
      </w:r>
    </w:p>
    <w:p>
      <w:pPr>
        <w:jc w:val="right"/>
      </w:pPr>
      <w:r>
        <w:t>میرا ابھی یہ خیال ہے کہ کشمیری لوگ بیسکلی پیس فل ہیں، کچھ لوگوں نے بتایا ان کو اس لیے وہ ملٹنٹ بن گئے۔ ملٹنسی کشمیر کے نیچے میں نہیں ہے۔</w:t>
      </w:r>
    </w:p>
    <w:p>
      <w:r>
        <w:rPr>
          <w:b/>
        </w:rPr>
        <w:t xml:space="preserve">[38:32] </w:t>
      </w:r>
      <w:r>
        <w:t>mera apna yeh bhi aik ehsas hai ke militancy kashmiriun ke neeche mein nahi hai, yeh masnooi tor par unhon ne baqa kar is ko in ko miltan bana diya tha.</w:t>
      </w:r>
    </w:p>
    <w:p>
      <w:pPr>
        <w:jc w:val="right"/>
      </w:pPr>
      <w:r>
        <w:t>میرا اپنا یہ بھی ایک احساس ہے کہ ملٹنسی کشمیریوں کے نیچے میں نہیں ہے، یہ مصنوعی طور پر انہوں نے باقا کر اس کو ان کو ملٹن بنا دیا تھا۔</w:t>
      </w:r>
    </w:p>
    <w:p>
      <w:r>
        <w:rPr>
          <w:b/>
        </w:rPr>
        <w:t xml:space="preserve">[38:45] </w:t>
      </w:r>
      <w:r>
        <w:t>ab kashmiri apne nature ki taraf wapas aa rahe hain.</w:t>
      </w:r>
    </w:p>
    <w:p>
      <w:pPr>
        <w:jc w:val="right"/>
      </w:pPr>
      <w:r>
        <w:t>اب کشمیری اپنے نیچر کی طرف واپس آ رہے ہیں۔</w:t>
      </w:r>
    </w:p>
    <w:p>
      <w:r>
        <w:rPr>
          <w:b/>
        </w:rPr>
        <w:t xml:space="preserve">[38:52] </w:t>
      </w:r>
      <w:r>
        <w:t>asal jo asal jo nature kashmiriun ka wahi hai jo shah hamdan ke zamanay mein zahir hua tha ke peaceful jahad.</w:t>
      </w:r>
    </w:p>
    <w:p>
      <w:pPr>
        <w:jc w:val="right"/>
      </w:pPr>
      <w:r>
        <w:t>اصل جو اصل جو نیچر کشمیریوں کا وہی ہے جو شاہ حمدان کے زمانے میں ظاہر ہوا تھا کہ پیس فل جدوجہد۔</w:t>
      </w:r>
    </w:p>
    <w:p>
      <w:r>
        <w:rPr>
          <w:b/>
        </w:rPr>
        <w:t xml:space="preserve">[39:02] </w:t>
      </w:r>
      <w:r>
        <w:t>aur yeh militancy to un ke nature ke khilaf hai lekin waqt par tor par kuch leaderon ne un ko bharka kar ke miltan bana diya tha.</w:t>
      </w:r>
    </w:p>
    <w:p>
      <w:pPr>
        <w:jc w:val="right"/>
      </w:pPr>
      <w:r>
        <w:t>اور یہ ملٹنسی تو ان کے نیچر کے خلاف ہے لیکن وقت پر طور پر کچھ لیڈروں نے ان کو بھڑکا کر کے ملٹن بنا دیا تھا۔</w:t>
      </w:r>
    </w:p>
    <w:p>
      <w:r>
        <w:rPr>
          <w:b/>
        </w:rPr>
        <w:t xml:space="preserve">[39:12] </w:t>
      </w:r>
      <w:r>
        <w:t>mujhe yaqeen hai ke ab woh apne apne nature ki taraf wapas ja rahe hain tezi se,</w:t>
      </w:r>
    </w:p>
    <w:p>
      <w:pPr>
        <w:jc w:val="right"/>
      </w:pPr>
      <w:r>
        <w:t>مجھے یقین ہے کہ اب وہ اپنے اپنے نیچر کی طرف واپس جا رہے ہیں تیزی سے،</w:t>
      </w:r>
    </w:p>
    <w:p>
      <w:r>
        <w:rPr>
          <w:b/>
        </w:rPr>
        <w:t xml:space="preserve">[39:23] </w:t>
      </w:r>
      <w:r>
        <w:t>mujhe is mein koi shaq nahi hai.</w:t>
      </w:r>
    </w:p>
    <w:p>
      <w:pPr>
        <w:jc w:val="right"/>
      </w:pPr>
      <w:r>
        <w:t>مجھے اس میں کوئی شک نہیں ہے۔</w:t>
      </w:r>
    </w:p>
    <w:p>
      <w:r>
        <w:rPr>
          <w:b/>
        </w:rPr>
        <w:t xml:space="preserve">[39:27] </w:t>
      </w:r>
      <w:r>
        <w:t>lekin aik baat yeh bhi arz karun ke dekhiye, aap kaam jo karna hai, aap ko bohat hi planning ke sath kaam karna hai. aik sahib ne mujh se poocha ke woh bhi ghaleban kashmiri thay ke hamare liye line of action kya hona chahiye?</w:t>
      </w:r>
    </w:p>
    <w:p>
      <w:pPr>
        <w:jc w:val="right"/>
      </w:pPr>
      <w:r>
        <w:t>لیکن ایک بات یہ بھی عرض کروں کہ دیکھیے، آپ کام جو کرنا ہے، آپ کو بہت ہی پلاننگ کے ساتھ کام کرنا ہے۔ ایک صاحب نے مجھ سے پوچھا کہ وہ بھی غالباً کشمیری تھے کہ ہمارے لیے لائن آف ایکشن کیا ہونا چاہیے؟</w:t>
      </w:r>
    </w:p>
    <w:p>
      <w:r>
        <w:rPr>
          <w:b/>
        </w:rPr>
        <w:t xml:space="preserve">[39:47] </w:t>
      </w:r>
      <w:r>
        <w:t>line of action. maine socha ke line of action jo hai do cheezon ka naam hai,</w:t>
      </w:r>
    </w:p>
    <w:p>
      <w:pPr>
        <w:jc w:val="right"/>
      </w:pPr>
      <w:r>
        <w:t>لائن آف ایکشن۔ میں نے سوچا کہ لائن آف ایکشن جو ہے دو چیزوں کا نام ہے،</w:t>
      </w:r>
    </w:p>
    <w:p>
      <w:r>
        <w:rPr>
          <w:b/>
        </w:rPr>
        <w:t xml:space="preserve">[39:59] </w:t>
      </w:r>
      <w:r>
        <w:t>do cheezon ka naam hai yani planning aur discovery.</w:t>
      </w:r>
    </w:p>
    <w:p>
      <w:pPr>
        <w:jc w:val="right"/>
      </w:pPr>
      <w:r>
        <w:t>دو چیزوں کا نام ہے یعنی پلاننگ اور ڈسکوری۔</w:t>
      </w:r>
    </w:p>
    <w:p>
      <w:r>
        <w:rPr>
          <w:b/>
        </w:rPr>
        <w:t xml:space="preserve">[40:09] </w:t>
      </w:r>
      <w:r>
        <w:t>planning aur discovery yani planning kya hai?</w:t>
      </w:r>
    </w:p>
    <w:p>
      <w:pPr>
        <w:jc w:val="right"/>
      </w:pPr>
      <w:r>
        <w:t>پلاننگ اور ڈسکوری یعنی پلاننگ کیا ہے؟</w:t>
      </w:r>
    </w:p>
    <w:p>
      <w:r>
        <w:rPr>
          <w:b/>
        </w:rPr>
        <w:t xml:space="preserve">[40:16] </w:t>
      </w:r>
      <w:r>
        <w:t>discovery kya hai? discovery naam hai mawaqe ko daryaft karne ka aur planning naam hai mawaqe ko avail karne ki jo aap mansooba bandi karte hain us ka.</w:t>
      </w:r>
    </w:p>
    <w:p>
      <w:pPr>
        <w:jc w:val="right"/>
      </w:pPr>
      <w:r>
        <w:t>ڈسکوری کیا ہے؟ ڈسکوری نام ہے مواقع کو دریافت کرنے کا اور پلاننگ نام ہے مواقع کو اویل کرنے کی جو آپ منصوبہ بندی کرتے ہیں اس کا۔</w:t>
      </w:r>
    </w:p>
    <w:p>
      <w:r>
        <w:rPr>
          <w:b/>
        </w:rPr>
        <w:t xml:space="preserve">[40:29] </w:t>
      </w:r>
      <w:r>
        <w:t>to 50 feesad naam hai yeh yani 50 feesad yeh hai ke aap janiye ke aap ke halaat ke andar mawaqe kya hain</w:t>
      </w:r>
    </w:p>
    <w:p>
      <w:pPr>
        <w:jc w:val="right"/>
      </w:pPr>
      <w:r>
        <w:t>تو 50 فیصد نام ہے یہ یعنی 50 فیصد یہ ہے کہ آپ جانیں کہ آپ کے حالات کے اندر مواقع کیا ہیں</w:t>
      </w:r>
    </w:p>
    <w:p>
      <w:r>
        <w:rPr>
          <w:b/>
        </w:rPr>
        <w:t xml:space="preserve">[40:40] </w:t>
      </w:r>
      <w:r>
        <w:t>aur 50 feesad baat yeh hai ke aap aap is ke mutabiq apni planning karen.</w:t>
      </w:r>
    </w:p>
    <w:p>
      <w:pPr>
        <w:jc w:val="right"/>
      </w:pPr>
      <w:r>
        <w:t>اور 50 فیصد بات یہ ہے کہ آپ آپ اس کے مطابق اپنی پلاننگ کریں۔</w:t>
      </w:r>
    </w:p>
    <w:p>
      <w:r>
        <w:rPr>
          <w:b/>
        </w:rPr>
        <w:t xml:space="preserve">[40:53] </w:t>
      </w:r>
      <w:r>
        <w:t>yeh 50-50 ka mamla hai,</w:t>
      </w:r>
    </w:p>
    <w:p>
      <w:pPr>
        <w:jc w:val="right"/>
      </w:pPr>
      <w:r>
        <w:t>یہ 50-50 کا معاملہ ہے،</w:t>
      </w:r>
    </w:p>
    <w:p>
      <w:r>
        <w:rPr>
          <w:b/>
        </w:rPr>
        <w:t xml:space="preserve">[41:00] </w:t>
      </w:r>
      <w:r>
        <w:t>yeh 50-50 ka mamla hai.</w:t>
      </w:r>
    </w:p>
    <w:p>
      <w:pPr>
        <w:jc w:val="right"/>
      </w:pPr>
      <w:r>
        <w:t>یہ 50-50 کا معاملہ ہے۔</w:t>
      </w:r>
    </w:p>
    <w:p>
      <w:r>
        <w:rPr>
          <w:b/>
        </w:rPr>
        <w:t xml:space="preserve">[41:06] </w:t>
      </w:r>
      <w:r>
        <w:t>to aap ko aik taraf to yeh daryaft karna hai ke kashmir mein kya mawaqe hain? jaisa ke bahs kiya, mawaqe yahan yeh hain ke wahan par madu har saal, balkay har din wahan fauj ke fauj aa raha hai.</w:t>
      </w:r>
    </w:p>
    <w:p>
      <w:pPr>
        <w:jc w:val="right"/>
      </w:pPr>
      <w:r>
        <w:t>تو آپ کو ایک طرف تو یہ دریافت کرنا ہے کہ کشمیر میں کیا مواقع ہیں؟ جیسا کہ بحث کیا، مواقع یہاں یہ ہیں کہ وہاں پر مدعو ہر سال، بلکہ ہر دن وہاں فوج کے فوج آ رہا ہے۔</w:t>
      </w:r>
    </w:p>
    <w:p>
      <w:r>
        <w:rPr>
          <w:b/>
        </w:rPr>
        <w:t xml:space="preserve">[41:24] </w:t>
      </w:r>
      <w:r>
        <w:t>yeh mawaqe hain. is ko le ke planning kya karna hai? military ko khatam karna, tashaddud ko khatam karna, nafr</w:t>
      </w:r>
    </w:p>
    <w:p>
      <w:pPr>
        <w:jc w:val="right"/>
      </w:pPr>
      <w:r>
        <w:t>یہ مواقع ہیں۔ اس کو لے کے پلاننگ کیا کرنا ہے؟ ملٹری کو ختم کرنا، تشدد کو ختم کرنا، نفر</w:t>
      </w:r>
    </w:p>
    <w:p>
      <w:r>
        <w:rPr>
          <w:b/>
        </w:rPr>
        <w:t xml:space="preserve">[41:34] </w:t>
      </w:r>
      <w:r>
        <w:t>t ko khatam karna, yeh planning.</w:t>
      </w:r>
    </w:p>
    <w:p>
      <w:pPr>
        <w:jc w:val="right"/>
      </w:pPr>
      <w:r>
        <w:t>ت کو ختم کرنا، یہ پلاننگ۔</w:t>
      </w:r>
    </w:p>
    <w:p>
      <w:r>
        <w:rPr>
          <w:b/>
        </w:rPr>
        <w:t xml:space="preserve">[41:39] </w:t>
      </w:r>
      <w:r>
        <w:t>aur phir aap dekhen ke wahan par aik dawah explosion hoga. dawah explosion islam ki tareekh phir se likhi jayegi.</w:t>
      </w:r>
    </w:p>
    <w:p>
      <w:pPr>
        <w:jc w:val="right"/>
      </w:pPr>
      <w:r>
        <w:t>اور پھر آپ دیکھیں کہ وہاں پر ایک دعویٰ ایکسپلوژن ہوگا۔ دعویٰ ایکسپلوژن اسلام کی تاریخ پھر سے لکھی جائے گی۔</w:t>
      </w:r>
    </w:p>
    <w:p>
      <w:r>
        <w:rPr>
          <w:b/>
        </w:rPr>
        <w:t xml:space="preserve">[41:48] </w:t>
      </w:r>
      <w:r>
        <w:t>woh jo maine arz kiya ke logon ne likh rakha hai ke "god cast to the world of violence", aap likhenge inshallah ke "no god cast to the world of pe</w:t>
      </w:r>
    </w:p>
    <w:p>
      <w:pPr>
        <w:jc w:val="right"/>
      </w:pPr>
      <w:r>
        <w:t>وہ جو میں نے عرض کیا کہ لوگوں نے لکھ رکھا ہے کہ "گاڈ کاسٹ ٹو دا ورلڈ آف وائلنس"، آپ لکھیں گے انشاءاللہ کہ "نو گاڈ کاسٹ ٹو دا ورلڈ آف پی</w:t>
      </w:r>
    </w:p>
    <w:p>
      <w:r>
        <w:rPr>
          <w:b/>
        </w:rPr>
        <w:t xml:space="preserve">[42:03] </w:t>
      </w:r>
      <w:r>
        <w:t>ace". yeh maqdar hai aap ke liye.</w:t>
      </w:r>
    </w:p>
    <w:p>
      <w:pPr>
        <w:jc w:val="right"/>
      </w:pPr>
      <w:r>
        <w:t>س"۔ یہ مقدر ہے آپ کے لیے۔</w:t>
      </w:r>
    </w:p>
    <w:p>
      <w:r>
        <w:rPr>
          <w:b/>
        </w:rPr>
        <w:t xml:space="preserve">[42:09] </w:t>
      </w:r>
      <w:r>
        <w:t>lekin planning mein dekhen, kai cheezein hoti hain. is mein se aik planning mein aik cheez yeh bhi hai ijtimaeet.</w:t>
      </w:r>
    </w:p>
    <w:p>
      <w:pPr>
        <w:jc w:val="right"/>
      </w:pPr>
      <w:r>
        <w:t>لیکن پلاننگ میں دیکھیں، کئی چیزیں ہوتی ہیں۔ اس میں سے ایک پلاننگ میں ایک چیز یہ بھی ہے اجتماعیت۔</w:t>
      </w:r>
    </w:p>
    <w:p>
      <w:r>
        <w:rPr>
          <w:b/>
        </w:rPr>
        <w:t xml:space="preserve">[42:20] </w:t>
      </w:r>
      <w:r>
        <w:t>ijtimaeet aap ko apne kaam ko organize karna hai, munazzam karna hai. organized way mein apni koshish ko chalana hai, haphazard way mein nahi.</w:t>
      </w:r>
    </w:p>
    <w:p>
      <w:pPr>
        <w:jc w:val="right"/>
      </w:pPr>
      <w:r>
        <w:t>اجتماعیت آپ کو اپنے کام کو ارگنائز کرنا ہے، منظم کرنا ہے۔ ارگنائزڈ وے میں اپنی کوشش کو چلانا ہے، ہیپیزڈ وے میں نہیں۔</w:t>
      </w:r>
    </w:p>
    <w:p>
      <w:r>
        <w:rPr>
          <w:b/>
        </w:rPr>
        <w:t xml:space="preserve">[42:34] </w:t>
      </w:r>
      <w:r>
        <w:t>hadith hadith mein aata hai ke tum mein se agar do ho to aik ko ameer bana le, teen ho to do ke upar aik ameer ban jaye.</w:t>
      </w:r>
    </w:p>
    <w:p>
      <w:pPr>
        <w:jc w:val="right"/>
      </w:pPr>
      <w:r>
        <w:t>حدیث حدیث میں آتا ہے کہ تم میں سے اگر دو ہو تو ایک کو امیر بنا لے، تین ہو تو دو کے اوپر ایک امیر بن جائے۔</w:t>
      </w:r>
    </w:p>
    <w:p>
      <w:r>
        <w:rPr>
          <w:b/>
        </w:rPr>
        <w:t xml:space="preserve">[42:47] </w:t>
      </w:r>
      <w:r>
        <w:t>hadith mein aata hai ke "yad Allah ya al-jamaa". jamaa se murad hai organized kaam. yahan jamaa jo hai is ka matlab hai jab aap organized way mein kaam karte hain to Allah ki madad aati hai.</w:t>
      </w:r>
    </w:p>
    <w:p>
      <w:pPr>
        <w:jc w:val="right"/>
      </w:pPr>
      <w:r>
        <w:t>حدیث میں آتا ہے کہ "ید اللہ یا الجماع"۔ جماع سے مراد ہے ارگنائزڈ کام۔ یہاں جماع جو ہے اس کا مطلب ہے جب آپ ارگنائزڈ وے میں کام کرتے ہیں تو اللہ کی مدد آتی ہے۔</w:t>
      </w:r>
    </w:p>
    <w:p>
      <w:r>
        <w:rPr>
          <w:b/>
        </w:rPr>
        <w:t xml:space="preserve">[43:03] </w:t>
      </w:r>
      <w:r>
        <w:t>to organization ka aaghaz kya hai? apne mein se kisi ek ko head banana. head</w:t>
      </w:r>
    </w:p>
    <w:p>
      <w:pPr>
        <w:jc w:val="right"/>
      </w:pPr>
      <w:r>
        <w:t>تو ارگنائزیشن کا آغاز کیا ہے؟ اپنے میں سے کسی ایک کو ہیڈ بنانا۔ ہیڈ</w:t>
      </w:r>
    </w:p>
    <w:p>
      <w:r>
        <w:rPr>
          <w:b/>
        </w:rPr>
        <w:t xml:space="preserve">[43:11] </w:t>
      </w:r>
      <w:r>
        <w:t>baghair head ke koi organization nahi chalti. to mein aap sab logon se kahunga ke aap ek naya faisla lijiye,</w:t>
      </w:r>
    </w:p>
    <w:p>
      <w:pPr>
        <w:jc w:val="right"/>
      </w:pPr>
      <w:r>
        <w:t>بغیر ہیڈ کے کوئی ارگنائزیشن نہیں چلتی۔ تو میں آپ سب لوگوں سے کہوں گا کہ آپ ایک نیا فیصلہ لیجئے،</w:t>
      </w:r>
    </w:p>
    <w:p>
      <w:r>
        <w:rPr>
          <w:b/>
        </w:rPr>
        <w:t xml:space="preserve">[43:23] </w:t>
      </w:r>
      <w:r>
        <w:t>woh hai ke aap apne andar se ek ek ek ek ko head banaiye, ek ko ameer banaiye. aur jahan tak mein samajhta hoon ke aap ka head banne ke liye sab se behtar shakhs hain mister hamdullah hameed.</w:t>
      </w:r>
    </w:p>
    <w:p>
      <w:pPr>
        <w:jc w:val="right"/>
      </w:pPr>
      <w:r>
        <w:t>وہ ہے کہ آپ اپنے اندر سے ایک ایک ایک ایک کو ہیڈ بنائیے، ایک کو امیر بنائیے۔ اور جہاں تک میں سمجھتا ہوں کہ آپ کا ہیڈ بننے کے لیے سب سے بہتر شخص ہیں مسٹر حمد اللہ حمید۔</w:t>
      </w:r>
    </w:p>
    <w:p>
      <w:r>
        <w:rPr>
          <w:b/>
        </w:rPr>
        <w:t xml:space="preserve">[43:38] </w:t>
      </w:r>
      <w:r>
        <w:t>to agar mujhe aap haq dein to mein aaj se yeh kehta hoon ke hamdullah hameed sahib kashmir ke da'oti nizam ke head hain, ameer hain.</w:t>
      </w:r>
    </w:p>
    <w:p>
      <w:pPr>
        <w:jc w:val="right"/>
      </w:pPr>
      <w:r>
        <w:t>تو اگر مجھے آپ حق دیں تو میں آج سے یہ کہتا ہوں کہ حمد اللہ حمید صاحب کشمیر کے دعوتی نظام کے ہیڈ ہیں، امیر ہیں۔</w:t>
      </w:r>
    </w:p>
    <w:p>
      <w:r>
        <w:rPr>
          <w:b/>
        </w:rPr>
        <w:t xml:space="preserve">[43:53] </w:t>
      </w:r>
      <w:r>
        <w:t>agar mujhe aap haq dein to mein yeh ailan karunga. hum is ki ijazat karte hain, hum is ki ijazat karte hain, aap ki taeed karte hain, qadar karte hain aap ki.</w:t>
      </w:r>
    </w:p>
    <w:p>
      <w:pPr>
        <w:jc w:val="right"/>
      </w:pPr>
      <w:r>
        <w:t>اگر مجھے آپ حق دیں تو میں یہ اعلان کروں گا۔ ہم اس کی اجازت کرتے ہیں، ہم اس کی اجازت کرتے ہیں، آپ کی تائید کرتے ہیں، قدر کرتے ہیں آپ کی۔</w:t>
      </w:r>
    </w:p>
    <w:p>
      <w:r>
        <w:rPr>
          <w:b/>
        </w:rPr>
        <w:t xml:space="preserve">[44:02] </w:t>
      </w:r>
      <w:r>
        <w:t>jazakumullah. ab mein ek aur baat kahunga, dekhiye,</w:t>
      </w:r>
    </w:p>
    <w:p>
      <w:pPr>
        <w:jc w:val="right"/>
      </w:pPr>
      <w:r>
        <w:t>جزاکم اللہ۔ اب میں ایک اور بات کہوں گا، دیکھیے،</w:t>
      </w:r>
    </w:p>
    <w:p>
      <w:r>
        <w:rPr>
          <w:b/>
        </w:rPr>
        <w:t xml:space="preserve">[44:13] </w:t>
      </w:r>
      <w:r>
        <w:t>kisi organization ko</w:t>
      </w:r>
    </w:p>
    <w:p>
      <w:pPr>
        <w:jc w:val="right"/>
      </w:pPr>
      <w:r>
        <w:t>کسی ارگنائزیشن کو</w:t>
      </w:r>
    </w:p>
    <w:p>
      <w:r>
        <w:rPr>
          <w:b/>
        </w:rPr>
        <w:t xml:space="preserve">[44:18] </w:t>
      </w:r>
      <w:r>
        <w:t>ke liye ek head chunna saada baat nahi hai,</w:t>
      </w:r>
    </w:p>
    <w:p>
      <w:pPr>
        <w:jc w:val="right"/>
      </w:pPr>
      <w:r>
        <w:t>کے لیے ایک ہیڈ چننا سادہ بات نہیں ہے،</w:t>
      </w:r>
    </w:p>
    <w:p>
      <w:r>
        <w:rPr>
          <w:b/>
        </w:rPr>
        <w:t xml:space="preserve">[44:23] </w:t>
      </w:r>
      <w:r>
        <w:t>kuch taqaze hain is ke. kyunke dekhiye, jab bhi aap mil kar kaam karte hain, organization ke ma'ane hain ke aap mil kar kaam karna. mil kar kaam karenge to differences aayenge, ikhtilafat aayenge.</w:t>
      </w:r>
    </w:p>
    <w:p>
      <w:pPr>
        <w:jc w:val="right"/>
      </w:pPr>
      <w:r>
        <w:t>کچھ تقاضے ہیں اس کے۔ کیونکہ دیکھیے، جب بھی آپ مل کر کام کرتے ہیں، ارگنائزیشن کے معنی ہیں کہ آپ مل کر کام کرنا۔ مل کر کام کریں گے تو ڈیفرنسز آئیں گے، اختلافات آئیں گے۔</w:t>
      </w:r>
    </w:p>
    <w:p>
      <w:r>
        <w:rPr>
          <w:b/>
        </w:rPr>
        <w:t xml:space="preserve">[44:35] </w:t>
      </w:r>
      <w:r>
        <w:t>to ikhtilafat aayein to kya kya jaye? to is ke liye islam mein do formula hain:</w:t>
      </w:r>
    </w:p>
    <w:p>
      <w:pPr>
        <w:jc w:val="right"/>
      </w:pPr>
      <w:r>
        <w:t>تو اختلافات آئیں تو کیا کیا جائے؟ تو اس کے لیے اسلام میں دو فارمولا ہیں:</w:t>
      </w:r>
    </w:p>
    <w:p>
      <w:r>
        <w:rPr>
          <w:b/>
        </w:rPr>
        <w:t xml:space="preserve">[44:46] </w:t>
      </w:r>
      <w:r>
        <w:t>ijma aur jumhoor. yeh jo lafz bolte hain hamare hamare ulma,</w:t>
      </w:r>
    </w:p>
    <w:p>
      <w:pPr>
        <w:jc w:val="right"/>
      </w:pPr>
      <w:r>
        <w:t>اجماع اور جمہور۔ یہ جو لفظ بولتے ہیں ہمارے ہمارے علماء،</w:t>
      </w:r>
    </w:p>
    <w:p>
      <w:r>
        <w:rPr>
          <w:b/>
        </w:rPr>
        <w:t xml:space="preserve">[44:53] </w:t>
      </w:r>
      <w:r>
        <w:t>yeh bohat hi zabardast, bohat zyada aham hai. ijma aur jumhoor ko muqaddas nahi manta mein, yeh working formula hai.</w:t>
      </w:r>
    </w:p>
    <w:p>
      <w:pPr>
        <w:jc w:val="right"/>
      </w:pPr>
      <w:r>
        <w:t>یہ بہت ہی زبردست، بہت زیادہ اہم ہے۔ اجماع اور جمہور کو مقدس نہیں مانتا میں، یہ ورکنگ فارمولا ہے۔</w:t>
      </w:r>
    </w:p>
    <w:p>
      <w:r>
        <w:rPr>
          <w:b/>
        </w:rPr>
        <w:t xml:space="preserve">[45:04] </w:t>
      </w:r>
      <w:r>
        <w:t>dekhiye, difference aaya to aap discussion kijiye, guft o shuneed kijiye. agar consensus ho jaye yani ittifaq ra'e ho jaye to bohat acha.</w:t>
      </w:r>
    </w:p>
    <w:p>
      <w:pPr>
        <w:jc w:val="right"/>
      </w:pPr>
      <w:r>
        <w:t>دیکھیے، ڈیفرنس آیا تو آپ ڈسکشن کیجئے، گفت و شنید کیجئے۔ اگر کنسنسس ہو جائے یعنی اتفاق رائے ہو جائے تو بہت اچھا۔</w:t>
      </w:r>
    </w:p>
    <w:p>
      <w:r>
        <w:rPr>
          <w:b/>
        </w:rPr>
        <w:t xml:space="preserve">[45:17] </w:t>
      </w:r>
      <w:r>
        <w:t>ab yeh hai ijma.</w:t>
      </w:r>
    </w:p>
    <w:p>
      <w:pPr>
        <w:jc w:val="right"/>
      </w:pPr>
      <w:r>
        <w:t>اب یہ ہے اجماع۔</w:t>
      </w:r>
    </w:p>
    <w:p>
      <w:r>
        <w:rPr>
          <w:b/>
        </w:rPr>
        <w:t xml:space="preserve">[45:19] </w:t>
      </w:r>
      <w:r>
        <w:t>agar ittifaq ra'e ho jaye, consensus jo hai to woh ijma hai. agar ijma ittifaq ra'e na ho to yeh dekhiye ke kis taraf kam ra'e hain, kis taraf zyada ra'e hain.</w:t>
      </w:r>
    </w:p>
    <w:p>
      <w:pPr>
        <w:jc w:val="right"/>
      </w:pPr>
      <w:r>
        <w:t>اگر اتفاق رائے ہو جائے، کنسنسس جو ہے تو وہ اجماع ہے۔ اگر اجماع اتفاق رائے نہ ہو تو یہ دیکھیے کہ کس طرف کم رائے ہیں، کس طرف زیادہ رائے ہیں۔</w:t>
      </w:r>
    </w:p>
    <w:p>
      <w:r>
        <w:rPr>
          <w:b/>
        </w:rPr>
        <w:t xml:space="preserve">[45:35] </w:t>
      </w:r>
      <w:r>
        <w:t>jo zyada ra'e hai, us ko le lijiye, us ko kehte hain jumhoor. ya to jumhoor ki ra'e par ya ijma ki ra'e par.</w:t>
      </w:r>
    </w:p>
    <w:p>
      <w:pPr>
        <w:jc w:val="right"/>
      </w:pPr>
      <w:r>
        <w:t>جو زیادہ رائے ہے، اس کو لے لیجئے، اس کو کہتے ہیں جمہور۔ یا تو جمہور کی رائے پر یا اجماع کی رائے پر۔</w:t>
      </w:r>
    </w:p>
    <w:p>
      <w:r>
        <w:rPr>
          <w:b/>
        </w:rPr>
        <w:t xml:space="preserve">[45:44] </w:t>
      </w:r>
      <w:r>
        <w:t>to mein yeh kahunga ke aap hazrat aaj hi se yeh faisla kijiye ke aap apni da'wat ko kashmir mein organized way mein karenge, organized way mein.</w:t>
      </w:r>
    </w:p>
    <w:p>
      <w:pPr>
        <w:jc w:val="right"/>
      </w:pPr>
      <w:r>
        <w:t>تو میں یہ کہوں گا کہ آپ حضرات آج ہی سے یہ فیصلہ کیجئے کہ آپ اپنی دعوت کو کشمیر میں ارگنائزڈ وے میں کریں گے، ارگنائزڈ وے میں۔</w:t>
      </w:r>
    </w:p>
    <w:p>
      <w:r>
        <w:rPr>
          <w:b/>
        </w:rPr>
        <w:t xml:space="preserve">[45:58] </w:t>
      </w:r>
      <w:r>
        <w:t>aur is baat ke liye apne ko tayyar kijiye ke differences jab aayenge to isi do tareeqe se tay karenge.</w:t>
      </w:r>
    </w:p>
    <w:p>
      <w:pPr>
        <w:jc w:val="right"/>
      </w:pPr>
      <w:r>
        <w:t>اور اس بات کے لیے اپنے کو تیار کیجئے کہ ڈیفرنسز جب آئیں گے تو اسی دو طریقے سے طے کریں گے۔</w:t>
      </w:r>
    </w:p>
    <w:p>
      <w:r>
        <w:rPr>
          <w:b/>
        </w:rPr>
        <w:t xml:space="preserve">[46:10] </w:t>
      </w:r>
      <w:r>
        <w:t>yeh bhi mein arz kar doon ke islam ne dekhiye azadi di hai. azadi par kis baat ki? ra'e dene ki azadi, ra'e ko manwane ki azadi nahi.</w:t>
      </w:r>
    </w:p>
    <w:p>
      <w:pPr>
        <w:jc w:val="right"/>
      </w:pPr>
      <w:r>
        <w:t>یہ بھی میں عرض کر دوں کہ اسلام نے دیکھیے آزادی دی ہے۔ آزادی پر کس بات کی؟ رائے دینے کی آزادی، رائے کو منوانے کی آزادی نہیں۔</w:t>
      </w:r>
    </w:p>
    <w:p>
      <w:r>
        <w:rPr>
          <w:b/>
        </w:rPr>
        <w:t xml:space="preserve">[46:22] </w:t>
      </w:r>
      <w:r>
        <w:t>dekhiye, ek hai ra'e dena, ek hai ra'e ko manwana. bas ra'e de diye, bas aap ki baatein khatam ho gayin. ab jo faisla hai, woh maan lijiye.</w:t>
      </w:r>
    </w:p>
    <w:p>
      <w:pPr>
        <w:jc w:val="right"/>
      </w:pPr>
      <w:r>
        <w:t>دیکھیے، ایک ہے رائے دینا، ایک ہے رائے کو منوانا۔ بس رائے دے دیے، بس آپ کی باتیں ختم ہوگئیں۔ اب جو فیصلہ ہے، وہ مان لیجئے۔</w:t>
      </w:r>
    </w:p>
    <w:p>
      <w:r>
        <w:rPr>
          <w:b/>
        </w:rPr>
        <w:t xml:space="preserve">[46:33] </w:t>
      </w:r>
      <w:r>
        <w:t>hargiz hargiz yeh koshish na kijiye ke aap ki ra'e bas wohi chale,</w:t>
      </w:r>
    </w:p>
    <w:p>
      <w:pPr>
        <w:jc w:val="right"/>
      </w:pPr>
      <w:r>
        <w:t>ہرگز ہرگز یہ کوشش نہ کیجئے کہ آپ کی رائے بس وہی چلے،</w:t>
      </w:r>
    </w:p>
    <w:p>
      <w:r>
        <w:rPr>
          <w:b/>
        </w:rPr>
        <w:t xml:space="preserve">[46:37] </w:t>
      </w:r>
      <w:r>
        <w:t>wohi chale, wohi chale. yeh bilkul jahiliyat hai. balke mein kahoon ke shaitani harkat harkat hai ke shaitan ne chaha tha ke meri ra'e chale, khaleefa ho, mujhe banaya jaye, insaan ko nahi.</w:t>
      </w:r>
    </w:p>
    <w:p>
      <w:pPr>
        <w:jc w:val="right"/>
      </w:pPr>
      <w:r>
        <w:t>وہی چلے، وہی چلے۔ یہ بالکل جاہلیت ہے۔ بلکہ میں کہوں کہ شیطانی حرکت حرکت ہے کہ شیطان نے چاہا تھا کہ میری رائے چلے، خلیفہ ہو، مجھے بنایا جائے، انسان کو نہیں۔</w:t>
      </w:r>
    </w:p>
    <w:p>
      <w:r>
        <w:rPr>
          <w:b/>
        </w:rPr>
        <w:t xml:space="preserve">[46:51] </w:t>
      </w:r>
      <w:r>
        <w:t>to apni ra'e chalane ka jo yeh culture hai, yeh to shaitani culture hai.</w:t>
      </w:r>
    </w:p>
    <w:p>
      <w:pPr>
        <w:jc w:val="right"/>
      </w:pPr>
      <w:r>
        <w:t>تو اپنی رائے چلانے کا جو یہ کلچر ہے، یہ تو شیطانی کلچر ہے۔</w:t>
      </w:r>
    </w:p>
    <w:p>
      <w:r>
        <w:rPr>
          <w:b/>
        </w:rPr>
        <w:t xml:space="preserve">[47:00] </w:t>
      </w:r>
      <w:r>
        <w:t>to aap ko mujhe bohat hi khushi hui ke aap ne is ko maan liya.</w:t>
      </w:r>
    </w:p>
    <w:p>
      <w:pPr>
        <w:jc w:val="right"/>
      </w:pPr>
      <w:r>
        <w:t>تو آپ کو مجھے بہت ہی خوشی ہوئی کہ آپ نے اس کو مان لیا۔</w:t>
      </w:r>
    </w:p>
    <w:p>
      <w:r>
        <w:rPr>
          <w:b/>
        </w:rPr>
        <w:t xml:space="preserve">[47:07] </w:t>
      </w:r>
      <w:r>
        <w:t>to aaj hi se aap sab log jo hain, yeh zehn banayein ke hum ko kashmir mein da'wat ko organized way mein kaam karna hai, planned way mein karna hai.</w:t>
      </w:r>
    </w:p>
    <w:p>
      <w:pPr>
        <w:jc w:val="right"/>
      </w:pPr>
      <w:r>
        <w:t>تو آج ہی سے آپ سب لوگ جو ہیں، یہ ذہن بنائیں کہ ہم کو کشمیر میں دعوت کو ارگنائزڈ وے میں کام کرنا ہے، پلانڈ وے میں کرنا ہے۔</w:t>
      </w:r>
    </w:p>
    <w:p>
      <w:r>
        <w:rPr>
          <w:b/>
        </w:rPr>
        <w:t xml:space="preserve">[47:20] </w:t>
      </w:r>
      <w:r>
        <w:t>aur is ke liye aap ke jo ameer ya head hain, woh hamdullah hameed sahib hain. aur yeh azm kar lijiye ke jab differences aayenge to isi tarah se amal karenge</w:t>
      </w:r>
    </w:p>
    <w:p>
      <w:pPr>
        <w:jc w:val="right"/>
      </w:pPr>
      <w:r>
        <w:t>اور اس کے لیے آپ کے جو امیر یا ہیڈ ہیں، وہ حمد اللہ حمید صاحب ہیں۔ اور یہ عزم کر لیجئے کہ جب ڈیفرنسز آئیں گے تو اسی طرح سے عمل کریں گے</w:t>
      </w:r>
    </w:p>
    <w:p>
      <w:r>
        <w:rPr>
          <w:b/>
        </w:rPr>
        <w:t xml:space="preserve">[47:33] </w:t>
      </w:r>
      <w:r>
        <w:t>ke ya to ijma se ya jumhoor se. yani ittifaqe rai ho jaye to is ko pakad lenge, nahi ittifaqe rai ho to jo aksariyat ki rai ho, woh chalayenge.</w:t>
      </w:r>
    </w:p>
    <w:p>
      <w:pPr>
        <w:jc w:val="right"/>
      </w:pPr>
      <w:r>
        <w:t>کہ یا تو اجماع سے یا جمہور سے۔ یعنی اتفاق رائے ہو جائے تو اس کو پکڑ لیں گے، نہیں اتفاق رائے ہو تو جو اکثریت کی رائے ہو، وہ چلائیں گے۔</w:t>
      </w:r>
    </w:p>
    <w:p>
      <w:r>
        <w:rPr>
          <w:b/>
        </w:rPr>
        <w:t xml:space="preserve">[47:44] </w:t>
      </w:r>
      <w:r>
        <w:t>baat khatam, phir apni rai khatam. jab baat tay ho jaye to baat khatam. kabhi bhi yeh koshish mat kijiye ke meri rai chale, meri rai mani jaye.</w:t>
      </w:r>
    </w:p>
    <w:p>
      <w:pPr>
        <w:jc w:val="right"/>
      </w:pPr>
      <w:r>
        <w:t>بات ختم، پھر اپنی رائے ختم۔ جب بات طے ہو جائے تو بات ختم۔ کبھی بھی یہ کوشش مت کیجئے کہ میری رائے چلے، میری رائے مانی جائے۔</w:t>
      </w:r>
    </w:p>
    <w:p>
      <w:r>
        <w:rPr>
          <w:b/>
        </w:rPr>
        <w:t xml:space="preserve">[47:56] </w:t>
      </w:r>
      <w:r>
        <w:t>yeh shaitani baat</w:t>
      </w:r>
    </w:p>
    <w:p>
      <w:pPr>
        <w:jc w:val="right"/>
      </w:pPr>
      <w:r>
        <w:t>یہ شیطانی بات</w:t>
      </w:r>
    </w:p>
    <w:p>
      <w:r>
        <w:rPr>
          <w:b/>
        </w:rPr>
        <w:t xml:space="preserve">[47:57] </w:t>
      </w:r>
      <w:r>
        <w:t>hai. yani Allah taala ne jo kaha ke Adam ko sajda karo, to shaitan ne kaha ke nahi, main kyun karoon? main to.</w:t>
      </w:r>
    </w:p>
    <w:p>
      <w:pPr>
        <w:jc w:val="right"/>
      </w:pPr>
      <w:r>
        <w:t>ہے۔ یعنی اللہ تعالیٰ نے جو کہا کہ آدم کو سجدہ کرو، تو شیطان نے کہا کہ نہیں، میں کیوں کروں؟ میں تو۔</w:t>
      </w:r>
    </w:p>
    <w:p>
      <w:r>
        <w:rPr>
          <w:b/>
        </w:rPr>
        <w:t xml:space="preserve">[48:06] </w:t>
      </w:r>
      <w:r>
        <w:t>to apni rai chalana chaha shaitan ne. to is ko agar aap ke zehan mein yeh aaye ke meri rai chalana chahiye, to is ko nuzkh shaitani samjhiye.</w:t>
      </w:r>
    </w:p>
    <w:p>
      <w:pPr>
        <w:jc w:val="right"/>
      </w:pPr>
      <w:r>
        <w:t>تو اپنی رائے چلانا چاہا شیطان نے۔ تو اس کو اگر آپ کے ذہن میں یہ آئے کہ میری رائے چلانا چاہیے، تو اس کو نزخ شیطانی سمجھیے۔</w:t>
      </w:r>
    </w:p>
    <w:p>
      <w:r>
        <w:rPr>
          <w:b/>
        </w:rPr>
        <w:t xml:space="preserve">[48:18] </w:t>
      </w:r>
      <w:r>
        <w:t>aur us waqt kahiye ke Allahumma inni aoozu bik minash shaitanir rajeem.</w:t>
      </w:r>
    </w:p>
    <w:p>
      <w:pPr>
        <w:jc w:val="right"/>
      </w:pPr>
      <w:r>
        <w:t>اور اس وقت کہیے کہ اللہم انی اعوذ بک من الشیطان الرجیم۔</w:t>
      </w:r>
    </w:p>
    <w:p>
      <w:r>
        <w:rPr>
          <w:b/>
        </w:rPr>
        <w:t xml:space="preserve">[48:34] </w:t>
      </w:r>
      <w:r>
        <w:t>to dawat ko bare paimane par karne ke liye ijtamai darkar hai. yani organization, planning, organization aur planning ke liye ek head chahiye.</w:t>
      </w:r>
    </w:p>
    <w:p>
      <w:pPr>
        <w:jc w:val="right"/>
      </w:pPr>
      <w:r>
        <w:t>تو دعوت کو بڑے پیمانے پر کرنے کے لیے اجتماعی درکار ہے۔ یعنی ارگنائزیشن، پلاننگ، ارگنائزیشن اور پلاننگ کے لیے ایک ہیڈ چاہیے۔</w:t>
      </w:r>
    </w:p>
    <w:p>
      <w:r>
        <w:rPr>
          <w:b/>
        </w:rPr>
        <w:t xml:space="preserve">[48:46] </w:t>
      </w:r>
      <w:r>
        <w:t>aur head ko kaam karne ka mauqa dene ke liye itaat chahiye. sarkashi se nahi chalta kaam.</w:t>
      </w:r>
    </w:p>
    <w:p>
      <w:pPr>
        <w:jc w:val="right"/>
      </w:pPr>
      <w:r>
        <w:t>اور ہیڈ کو کام کرنے کا موقع دینے کے لیے اطاعت چاہیے۔ سرکشی سے نہیں چلتا کام۔</w:t>
      </w:r>
    </w:p>
    <w:p>
      <w:r>
        <w:rPr>
          <w:b/>
        </w:rPr>
        <w:t xml:space="preserve">[48:59] </w:t>
      </w:r>
      <w:r>
        <w:t>wohi main ne kaha ke rai dena ek cheez hai, ek rai manwana. to rai dene ka mizaj bohat acha mizaj hai, lekin rai manwane ka mizaj shaitani mizaj hai.</w:t>
      </w:r>
    </w:p>
    <w:p>
      <w:pPr>
        <w:jc w:val="right"/>
      </w:pPr>
      <w:r>
        <w:t>وہی میں نے کہا کہ رائے دینا ایک چیز ہے، ایک رائے منوانا۔ تو رائے دینے کا مزاج بہت اچھا مزاج ہے، لیکن رائے منوانے کا مزاج شیطانی مزاج ہے۔</w:t>
      </w:r>
    </w:p>
    <w:p>
      <w:r>
        <w:rPr>
          <w:b/>
        </w:rPr>
        <w:t xml:space="preserve">[49:11] </w:t>
      </w:r>
      <w:r>
        <w:t>to in sab baaton ko samjhiye.</w:t>
      </w:r>
    </w:p>
    <w:p>
      <w:pPr>
        <w:jc w:val="right"/>
      </w:pPr>
      <w:r>
        <w:t>تو ان سب باتوں کو سمجھیے۔</w:t>
      </w:r>
    </w:p>
    <w:p>
      <w:r>
        <w:rPr>
          <w:b/>
        </w:rPr>
        <w:t xml:space="preserve">[49:16] </w:t>
      </w:r>
      <w:r>
        <w:t>aur yaqeenan Allah taala aap ke sath hai. kyunke Allah taala ki ki ain mansha hai ke kisi maqam se dawat ka infijar ho, kisi maqam se Islam ki nai news bane, Islam ki nai taleem rakhi jaye, Islam ka naya tuloo, aaftab tuloo ho Islami dawat ka.</w:t>
      </w:r>
    </w:p>
    <w:p>
      <w:pPr>
        <w:jc w:val="right"/>
      </w:pPr>
      <w:r>
        <w:t>اور یقینا اللہ تعالیٰ آپ کے ساتھ ہے۔ کیونکہ اللہ تعالیٰ کی کی عین منشا ہے کہ کسی مقام سے دعوت کا انفجار ہو، کسی مقام سے اسلام کی نئی نیوز بنے، اسلام کی نئی تعلیم رکھی جائے، اسلام کا نیا طلوع، آفتاب طلوع ہو اسلامی دعوت کا۔</w:t>
      </w:r>
    </w:p>
    <w:p>
      <w:r>
        <w:rPr>
          <w:b/>
        </w:rPr>
        <w:t xml:space="preserve">[49:36] </w:t>
      </w:r>
      <w:r>
        <w:t>aur bazahir halaat woh sirf Kashmir mein nazar aata hai.</w:t>
      </w:r>
    </w:p>
    <w:p>
      <w:pPr>
        <w:jc w:val="right"/>
      </w:pPr>
      <w:r>
        <w:t>اور بظاہر حالات وہ صرف کشمیر میں نظر آتا ہے۔</w:t>
      </w:r>
    </w:p>
    <w:p>
      <w:r>
        <w:rPr>
          <w:b/>
        </w:rPr>
        <w:t xml:space="preserve">[49:46] </w:t>
      </w:r>
      <w:r>
        <w:t>teen baaton ko samjhiye.</w:t>
      </w:r>
    </w:p>
    <w:p>
      <w:pPr>
        <w:jc w:val="right"/>
      </w:pPr>
      <w:r>
        <w:t>تین باتوں کو سمجھیے۔</w:t>
      </w:r>
    </w:p>
    <w:p>
      <w:r>
        <w:rPr>
          <w:b/>
        </w:rPr>
        <w:t xml:space="preserve">[49:52] </w:t>
      </w:r>
      <w:r>
        <w:t>aur hamesha dua karte rahiye, apne ko shaitan ke fareb se se panah mangte rahiye.</w:t>
      </w:r>
    </w:p>
    <w:p>
      <w:pPr>
        <w:jc w:val="right"/>
      </w:pPr>
      <w:r>
        <w:t>اور ہمیشہ دعا کرتے رہیے، اپنے کو شیطان کے فریب سے سے پناہ مانگتے رہیے۔</w:t>
      </w:r>
    </w:p>
    <w:p>
      <w:r>
        <w:rPr>
          <w:b/>
        </w:rPr>
        <w:t xml:space="preserve">[50:01] </w:t>
      </w:r>
      <w:r>
        <w:t>kyunke dekhiye, insan shaitan ko sab se zyada napasand hai dawat ka kaam. use bhi zyada napasand hai ke dawat ka kaam organized way mein kiya jaye.</w:t>
      </w:r>
    </w:p>
    <w:p>
      <w:pPr>
        <w:jc w:val="right"/>
      </w:pPr>
      <w:r>
        <w:t>کیونکہ دیکھیے، انسان شیطان کو سب سے زیادہ ناپسند ہے دعوت کا کام۔ اسے بھی زیادہ ناپسند ہے کہ دعوت کا کام ارگنائزڈ وے میں کیا جائے۔</w:t>
      </w:r>
    </w:p>
    <w:p>
      <w:r>
        <w:rPr>
          <w:b/>
        </w:rPr>
        <w:t xml:space="preserve">[50:11] </w:t>
      </w:r>
      <w:r>
        <w:t>is liye zaroor shaitan ko is mein is mein rakhna dalega.</w:t>
      </w:r>
    </w:p>
    <w:p>
      <w:pPr>
        <w:jc w:val="right"/>
      </w:pPr>
      <w:r>
        <w:t>اس لیے ضرور شیطان کو اس میں اس میں رکھنا ڈالے گا۔</w:t>
      </w:r>
    </w:p>
    <w:p>
      <w:r>
        <w:rPr>
          <w:b/>
        </w:rPr>
        <w:t xml:space="preserve">[50:18] </w:t>
      </w:r>
      <w:r>
        <w:t>aap sharab ki dukaan kholne to shaitan ko koi pareshani nahi hai. lekin daawti kaam ke liye uthein to shaitan ko pareshani ho jati hai. kyunke shaitan chahta hai ke jis tarah mujhe jahannum mein jana hai, sare insan jahannum mein jayein.</w:t>
      </w:r>
    </w:p>
    <w:p>
      <w:pPr>
        <w:jc w:val="right"/>
      </w:pPr>
      <w:r>
        <w:t>آپ شراب کی دکان کھولیں تو شیطان کو کوئی پریشانی نہیں ہے۔ لیکن دعوتی کام کے لیے اٹھیں تو شیطان کو پریشانی ہو جاتی ہے۔ کیونکہ شیطان چاہتا ہے کہ جس طرح مجھے جہنم میں جانا ہے، سارے انسان جہنم میں جائیں۔</w:t>
      </w:r>
    </w:p>
    <w:p>
      <w:r>
        <w:rPr>
          <w:b/>
        </w:rPr>
        <w:t xml:space="preserve">[50:32] </w:t>
      </w:r>
      <w:r>
        <w:t>shaitan ke liye jahannum likhi likhi ja chuki hai. yani tum ko main jahannum mein daal dunga aur tumhare tumhare muttabiyeen ko jahannum mein daal dunga. Quran mein hai.</w:t>
      </w:r>
    </w:p>
    <w:p>
      <w:pPr>
        <w:jc w:val="right"/>
      </w:pPr>
      <w:r>
        <w:t>شیطان کے لیے جہنم لکھی لکھی جا چکی ہے۔ یعنی تم کو میں جہنم میں ڈال دوں گا اور تمہارے تمہارے متبعین کو جہنم میں ڈال دوں گا۔ قرآن میں ہے۔</w:t>
      </w:r>
    </w:p>
    <w:p>
      <w:r>
        <w:rPr>
          <w:b/>
        </w:rPr>
        <w:t xml:space="preserve">[50:42] </w:t>
      </w:r>
      <w:r>
        <w:t>to shaitan chahta hai ke mujhe to jahannum mein jana hi jana hai, doosron ko bhi le jaon jahannum mein.</w:t>
      </w:r>
    </w:p>
    <w:p>
      <w:pPr>
        <w:jc w:val="right"/>
      </w:pPr>
      <w:r>
        <w:t>تو شیطان چاہتا ہے کہ مجھے تو جہنم میں جانا ہی جانا ہے، دوسروں کو بھی لے جاؤں جہنم میں۔</w:t>
      </w:r>
    </w:p>
    <w:p>
      <w:r>
        <w:rPr>
          <w:b/>
        </w:rPr>
        <w:t xml:space="preserve">[50:48] </w:t>
      </w:r>
      <w:r>
        <w:t>to dawat ka kaam insanon ko jahannum se bachane ke liye hoti hai. to is yeh shaitan ki scheme ke khilaf hai.</w:t>
      </w:r>
    </w:p>
    <w:p>
      <w:pPr>
        <w:jc w:val="right"/>
      </w:pPr>
      <w:r>
        <w:t>تو دعوت کا کام انسانوں کو جہنم سے بچانے کے لیے ہوتی ہے۔ تو اس یہ شیطان کی اسکیم کے خلاف ہے۔</w:t>
      </w:r>
    </w:p>
    <w:p>
      <w:r>
        <w:rPr>
          <w:b/>
        </w:rPr>
        <w:t xml:space="preserve">[51:00] </w:t>
      </w:r>
      <w:r>
        <w:t>shaitan chahta hai ke sab ko main jahannum mein le jaon. jab mujhe jana hai to sab bhi jaon isi jahannum mein. to dawat to shaitan dawat haqeeqat mein insan ko jahannum se bachane ke liye hoti hai.</w:t>
      </w:r>
    </w:p>
    <w:p>
      <w:pPr>
        <w:jc w:val="right"/>
      </w:pPr>
      <w:r>
        <w:t>شیطان چاہتا ہے کہ سب کو میں جہنم میں لے جاؤں۔ جب مجھے جانا ہے تو سب بھی جاؤں اسی جہنم میں۔ تو دعوت تو شیطان دعوت حقیقت میں انسان کو جہنم سے بچانے کے لیے ہوتی ہے۔</w:t>
      </w:r>
    </w:p>
    <w:p>
      <w:r>
        <w:rPr>
          <w:b/>
        </w:rPr>
        <w:t xml:space="preserve">[51:13] </w:t>
      </w:r>
      <w:r>
        <w:t>to shaitan ko bilkul pasand nahi hai</w:t>
      </w:r>
    </w:p>
    <w:p>
      <w:pPr>
        <w:jc w:val="right"/>
      </w:pPr>
      <w:r>
        <w:t>تو شیطان کو بالکل پسند نہیں ہے</w:t>
      </w:r>
    </w:p>
    <w:p>
      <w:r>
        <w:rPr>
          <w:b/>
        </w:rPr>
        <w:t xml:space="preserve">[51:17] </w:t>
      </w:r>
      <w:r>
        <w:t>dawat. aur jab dawat ko aap karein planning ke sath, organization ke sath, kisi ko apna yeh banakar ke to aur zyada shaitan pareshan hota hai.</w:t>
      </w:r>
    </w:p>
    <w:p>
      <w:pPr>
        <w:jc w:val="right"/>
      </w:pPr>
      <w:r>
        <w:t>دعوت۔ اور جب دعوت کو آپ کریں پلاننگ کے ساتھ، ارگنائزیشن کے ساتھ، کسی کو اپنا یہ بنا کر کے تو اور زیادہ شیطان پریشان ہوتا ہے۔</w:t>
      </w:r>
    </w:p>
    <w:p>
      <w:r>
        <w:rPr>
          <w:b/>
        </w:rPr>
        <w:t xml:space="preserve">[51:28] </w:t>
      </w:r>
      <w:r>
        <w:t>aur zyada rakhna dalta hai. yaad rakhiye, jab bhi aap ko ijtimaeet ke khilaf koi baat aap ke dil mein aati hai, feur padhiye: Allah muni aoozu bik minash shaitanir rajeem, Allah aoozu bik min hamd al shayaateen.</w:t>
      </w:r>
    </w:p>
    <w:p>
      <w:pPr>
        <w:jc w:val="right"/>
      </w:pPr>
      <w:r>
        <w:t>اور زیادہ رکھنا ڈالتا ہے۔ یاد رکھیے، جب بھی آپ کو اجتماعیت کے خلاف کوئی بات آپ کے دل میں آتی ہے، فی الفور پڑھیے: اللہ منی اعوذ بک من الشیطان الرجیم، اللہ اعوذ بک من حمد الشیاطین۔</w:t>
      </w:r>
    </w:p>
    <w:p>
      <w:r>
        <w:rPr>
          <w:b/>
        </w:rPr>
        <w:t xml:space="preserve">[51:42] </w:t>
      </w:r>
      <w:r>
        <w:t>yeh sab parhiye aur shaitan bhag jayega.</w:t>
      </w:r>
    </w:p>
    <w:p>
      <w:pPr>
        <w:jc w:val="right"/>
      </w:pPr>
      <w:r>
        <w:t>یہ سب پڑھیے اور شیطان بھاگ جائے گا۔</w:t>
      </w:r>
    </w:p>
    <w:p>
      <w:r>
        <w:rPr>
          <w:b/>
        </w:rPr>
        <w:t xml:space="preserve">[51:51] </w:t>
      </w:r>
      <w:r>
        <w:t>to aap yahi sab rizq hai, yahi sab rizq le ke yahan jaiye. aur hum mein se har shakhs ka agla qadam maut ki taraf ja raha hai.</w:t>
      </w:r>
    </w:p>
    <w:p>
      <w:pPr>
        <w:jc w:val="right"/>
      </w:pPr>
      <w:r>
        <w:t>تو آپ یہی سب رزق ہے، یہی سب رزق لے کے یہاں جائیے۔ اور ہم میں سے ہر شخص کا اگلا قدم موت کی طرف جا رہا ہے۔</w:t>
      </w:r>
    </w:p>
    <w:p>
      <w:r>
        <w:rPr>
          <w:b/>
        </w:rPr>
        <w:t xml:space="preserve">[52:05] </w:t>
      </w:r>
      <w:r>
        <w:t>hum mein se koi bhi nahi jis ka qadam zindagi ki taraf ja raha ho.</w:t>
      </w:r>
    </w:p>
    <w:p>
      <w:pPr>
        <w:jc w:val="right"/>
      </w:pPr>
      <w:r>
        <w:t>ہم میں سے کوئی بھی نہیں جس کا قدم زندگی کی طرف جا رہا ہو۔</w:t>
      </w:r>
    </w:p>
    <w:p>
      <w:r>
        <w:rPr>
          <w:b/>
        </w:rPr>
        <w:t xml:space="preserve">[52:11] </w:t>
      </w:r>
      <w:r>
        <w:t>kuch nahi maloom kis ki maut subah aa jayegi, kis ki maut sham ko aa jayegi.</w:t>
      </w:r>
    </w:p>
    <w:p>
      <w:pPr>
        <w:jc w:val="right"/>
      </w:pPr>
      <w:r>
        <w:t>کچھ نہیں معلوم کس کی موت صبح آ جائے گی، کس کی موت شام کو آ جائے گی۔</w:t>
      </w:r>
    </w:p>
    <w:p>
      <w:r>
        <w:rPr>
          <w:b/>
        </w:rPr>
        <w:t xml:space="preserve">[52:21] </w:t>
      </w:r>
      <w:r>
        <w:t>aur maut ke baad kya hai? Allah ka samna, haj ke maidan mein haziri, hisab kitab.</w:t>
      </w:r>
    </w:p>
    <w:p>
      <w:pPr>
        <w:jc w:val="right"/>
      </w:pPr>
      <w:r>
        <w:t>اور موت کے بعد کیا ہے؟ اللہ کا سامنا، حج کے میدان میں حاضری، حساب کتاب۔</w:t>
      </w:r>
    </w:p>
    <w:p>
      <w:r>
        <w:rPr>
          <w:b/>
        </w:rPr>
        <w:t xml:space="preserve">[52:30] </w:t>
      </w:r>
      <w:r>
        <w:t>is waqt woh na ho jo maine aap ko kal bataya ke Khuda yeh keh de ke tum yahan aaye ho to kya le ke aaye ho?</w:t>
      </w:r>
    </w:p>
    <w:p>
      <w:pPr>
        <w:jc w:val="right"/>
      </w:pPr>
      <w:r>
        <w:t>اس وقت وہ نہ ہو جو میں نے آپ کو کل بتایا کہ خدا یہ کہہ دے کہ تم یہاں آئے ہو تو کیا لے کے آئے ہو؟</w:t>
      </w:r>
    </w:p>
    <w:p>
      <w:r>
        <w:rPr>
          <w:b/>
        </w:rPr>
        <w:t xml:space="preserve">[52:40] </w:t>
      </w:r>
      <w:r>
        <w:t>jo kaam tumhare sipurd mein ne kiya tha, jab tum ne us ko anjam nahi diya to jao, tum jahan chaho chale jao, mere yahan tumhare liye koi jagah nahi hai.</w:t>
      </w:r>
    </w:p>
    <w:p>
      <w:pPr>
        <w:jc w:val="right"/>
      </w:pPr>
      <w:r>
        <w:t>جو کام تمہارے سپرد میں نے کیا تھا، جب تم نے اس کو انجام نہیں دیا تو جاؤ، تم جہاں چاہو چلے جاؤ، میرے یہاں تمہارے لیے کوئی جگہ نہیں ہے۔</w:t>
      </w:r>
    </w:p>
    <w:p>
      <w:r>
        <w:rPr>
          <w:b/>
        </w:rPr>
        <w:t xml:space="preserve">[52:54] </w:t>
      </w:r>
      <w:r>
        <w:t>to in sab baton ko Sochiye.</w:t>
      </w:r>
    </w:p>
    <w:p>
      <w:pPr>
        <w:jc w:val="right"/>
      </w:pPr>
      <w:r>
        <w:t>تو ان سب باتوں کو سوچیے۔</w:t>
      </w:r>
    </w:p>
    <w:p>
      <w:r>
        <w:rPr>
          <w:b/>
        </w:rPr>
        <w:t xml:space="preserve">[53:00] </w:t>
      </w:r>
      <w:r>
        <w:t>aur aur kabhi bhi is shaitan ke waswaso ko pechaniye. shaitan ke waswaso ko pehchanna padta hai. warna shaitan bhaga dega.</w:t>
      </w:r>
    </w:p>
    <w:p>
      <w:pPr>
        <w:jc w:val="right"/>
      </w:pPr>
      <w:r>
        <w:t>اور اور کبھی بھی اس شیطان کے وسوسوں کو پہچانیے۔ شیطان کے وسوسوں کو پہچاننا پڑتا ہے۔ ورنہ شیطان بھاگا دے گا۔</w:t>
      </w:r>
    </w:p>
    <w:p>
      <w:r>
        <w:rPr>
          <w:b/>
        </w:rPr>
        <w:t xml:space="preserve">[53:19] </w:t>
      </w:r>
      <w:r>
        <w:t>ab mein dua karta hoon:</w:t>
      </w:r>
    </w:p>
    <w:p>
      <w:pPr>
        <w:jc w:val="right"/>
      </w:pPr>
      <w:r>
        <w:t>اب میں دعا کرتا ہوں:</w:t>
      </w:r>
    </w:p>
    <w:p>
      <w:r>
        <w:rPr>
          <w:b/>
        </w:rPr>
        <w:t xml:space="preserve">[53:25] </w:t>
      </w:r>
      <w:r>
        <w:t>Ya Allah, hum sab ko</w:t>
      </w:r>
    </w:p>
    <w:p>
      <w:pPr>
        <w:jc w:val="right"/>
      </w:pPr>
      <w:r>
        <w:t>یا اللہ، ہم سب کو</w:t>
      </w:r>
    </w:p>
    <w:p>
      <w:r>
        <w:rPr>
          <w:b/>
        </w:rPr>
        <w:t xml:space="preserve">[53:31] </w:t>
      </w:r>
      <w:r>
        <w:t>aur sab kashmiri ko apne deen ki khidmat ke liye qabool farma. Ya Allah, Ya Allah, hum ko dawat Allah ke liye qabool farma.</w:t>
      </w:r>
    </w:p>
    <w:p>
      <w:pPr>
        <w:jc w:val="right"/>
      </w:pPr>
      <w:r>
        <w:t>اور سب کشمیریوں کو اپنے دین کی خدمت کے لیے قبول فرما۔ یا اللہ، یا اللہ، ہم کو دعوت اللہ کے لیے قبول فرما۔</w:t>
      </w:r>
    </w:p>
    <w:p>
      <w:r>
        <w:rPr>
          <w:b/>
        </w:rPr>
        <w:t xml:space="preserve">[53:44] </w:t>
      </w:r>
      <w:r>
        <w:t>Ameen. Ya Allah, hum ko insano ka khair khwah bana.</w:t>
      </w:r>
    </w:p>
    <w:p>
      <w:pPr>
        <w:jc w:val="right"/>
      </w:pPr>
      <w:r>
        <w:t>آمین۔ یا اللہ، ہم کو انسانوں کا خیر خواہ بنا۔</w:t>
      </w:r>
    </w:p>
    <w:p>
      <w:r>
        <w:rPr>
          <w:b/>
        </w:rPr>
        <w:t xml:space="preserve">[53:53] </w:t>
      </w:r>
      <w:r>
        <w:t>Ya Allah, hamare dilon mein dawat ki spirit paida kar de.</w:t>
      </w:r>
    </w:p>
    <w:p>
      <w:pPr>
        <w:jc w:val="right"/>
      </w:pPr>
      <w:r>
        <w:t>یا اللہ، ہمارے دلوں میں دعوت کی سپرٹ پیدا کر دے۔</w:t>
      </w:r>
    </w:p>
    <w:p>
      <w:r>
        <w:rPr>
          <w:b/>
        </w:rPr>
        <w:t xml:space="preserve">[54:01] </w:t>
      </w:r>
      <w:r>
        <w:t>Ya Allah, teri jo mansha hai, us mansha ko poora karne ki humein tofeeq ata farma.</w:t>
      </w:r>
    </w:p>
    <w:p>
      <w:pPr>
        <w:jc w:val="right"/>
      </w:pPr>
      <w:r>
        <w:t>یا اللہ، تیری جو منشا ہے، اس منشا کو پورا کرنے کی ہمیں توفیق عطا فرما۔</w:t>
      </w:r>
    </w:p>
    <w:p>
      <w:r>
        <w:rPr>
          <w:b/>
        </w:rPr>
        <w:t xml:space="preserve">[54:13] </w:t>
      </w:r>
      <w:r>
        <w:t>Ya Allah, jo ghaltiyan hum se huin mazi mein, us ko maaf farma.</w:t>
      </w:r>
    </w:p>
    <w:p>
      <w:pPr>
        <w:jc w:val="right"/>
      </w:pPr>
      <w:r>
        <w:t>یا اللہ، جو غلطیاں ہم سے ہوئیں ماضی میں، اس کو معاف فرما۔</w:t>
      </w:r>
    </w:p>
    <w:p>
      <w:r>
        <w:rPr>
          <w:b/>
        </w:rPr>
        <w:t xml:space="preserve">[54:20] </w:t>
      </w:r>
      <w:r>
        <w:t>Ameen. humein tofeeq de ke hum mustaqbil mein in ghaltiyon ko na dohraein.</w:t>
      </w:r>
    </w:p>
    <w:p>
      <w:pPr>
        <w:jc w:val="right"/>
      </w:pPr>
      <w:r>
        <w:t>آمین۔ ہمیں توفیق دے کہ ہم مستقبل میں ان غلطیوں کو نہ دہرائیں۔</w:t>
      </w:r>
    </w:p>
    <w:p>
      <w:r>
        <w:rPr>
          <w:b/>
        </w:rPr>
        <w:t xml:space="preserve">[54:29] </w:t>
      </w:r>
      <w:r>
        <w:t>Ya Allah, hum ko Rasool Allah ke tareeqe par chalne ki tofeeq ata farma. Ya Allah, hum ko Sahaba ke tareeqe par tofeeq ata farmaye.</w:t>
      </w:r>
    </w:p>
    <w:p>
      <w:pPr>
        <w:jc w:val="right"/>
      </w:pPr>
      <w:r>
        <w:t>یا اللہ، ہم کو رسول اللہ کے طریقے پر چلنے کی توفیق عطا فرما۔ یا اللہ، ہم کو صحابہ کے طریقے پر توفیق عطا فرمائے۔</w:t>
      </w:r>
    </w:p>
    <w:p>
      <w:r>
        <w:rPr>
          <w:b/>
        </w:rPr>
        <w:t xml:space="preserve">[54:44] </w:t>
      </w:r>
      <w:r>
        <w:t>Ya Allah, hum ko tofeeq ata farma ke jab hum qayamat mein</w:t>
      </w:r>
    </w:p>
    <w:p>
      <w:pPr>
        <w:jc w:val="right"/>
      </w:pPr>
      <w:r>
        <w:t>یا اللہ، ہم کو توفیق عطا فرما کہ جب ہم قیامت میں</w:t>
      </w:r>
    </w:p>
    <w:p>
      <w:r>
        <w:rPr>
          <w:b/>
        </w:rPr>
        <w:t xml:space="preserve">[54:55] </w:t>
      </w:r>
      <w:r>
        <w:t>haziri ho hamari to wahan Rasool Allah sal Allahu alaihi wasallam jo hauz e kauthar par maujood honge, woh hum ko hauz e kauthar ka ameen ki nemmat mein</w:t>
      </w:r>
    </w:p>
    <w:p>
      <w:pPr>
        <w:jc w:val="right"/>
      </w:pPr>
      <w:r>
        <w:t>حاضری ہو ہماری تو وہاں رسول اللہ صلی اللہ علیہ وسلم جو حوض کوثر پر موجود ہوں گے، وہ ہم کو حوض کوثر کا آمین کی نعمت میں</w:t>
      </w:r>
    </w:p>
    <w:p>
      <w:r>
        <w:rPr>
          <w:b/>
        </w:rPr>
        <w:t xml:space="preserve">[55:08] </w:t>
      </w:r>
      <w:r>
        <w:t>shareek karein.</w:t>
      </w:r>
    </w:p>
    <w:p>
      <w:pPr>
        <w:jc w:val="right"/>
      </w:pPr>
      <w:r>
        <w:t>شریک کریں۔</w:t>
      </w:r>
    </w:p>
    <w:p>
      <w:r>
        <w:rPr>
          <w:b/>
        </w:rPr>
        <w:t xml:space="preserve">[55:14] </w:t>
      </w:r>
      <w:r>
        <w:t>hum ko sahi maano mein ummat e Muhammadi mein likha farishte hamara naam ummat e Muhammadi mein likhein, ummat us shataim na likhein.</w:t>
      </w:r>
    </w:p>
    <w:p>
      <w:pPr>
        <w:jc w:val="right"/>
      </w:pPr>
      <w:r>
        <w:t>ہم کو صحیح معنوں میں امت محمدی میں لکھا فرشتے ہمارا نام امت محمدی میں لکھیں، امت الشطائم نہ لکھیں۔</w:t>
      </w:r>
    </w:p>
    <w:p>
      <w:r>
        <w:rPr>
          <w:b/>
        </w:rPr>
        <w:t xml:space="preserve">[55:30] </w:t>
      </w:r>
      <w:r>
        <w:t>Ya Allah, aakhirat mein to hum ko un logon mein shumar farma jin par teri rehmat hogi, un mein shumar na farma jo bhatke hue qarar payenge.</w:t>
      </w:r>
    </w:p>
    <w:p>
      <w:pPr>
        <w:jc w:val="right"/>
      </w:pPr>
      <w:r>
        <w:t>یا اللہ، آخرت میں تو ہم کو ان لوگوں میں شمار فرما جن پر تیری رحمت ہوگی، ان میں شمار نہ فرما جو بھٹکے ہوئے قرار پائیں گے۔</w:t>
      </w:r>
    </w:p>
    <w:p>
      <w:r>
        <w:rPr>
          <w:b/>
        </w:rPr>
        <w:t xml:space="preserve">[55:48] </w:t>
      </w:r>
      <w:r>
        <w:t>Ya Allah, hum ko jahannum se bachana.</w:t>
      </w:r>
    </w:p>
    <w:p>
      <w:pPr>
        <w:jc w:val="right"/>
      </w:pPr>
      <w:r>
        <w:t>یا اللہ، ہم کو جہنم سے بچا۔</w:t>
      </w:r>
    </w:p>
    <w:p>
      <w:r>
        <w:rPr>
          <w:b/>
        </w:rPr>
        <w:t xml:space="preserve">[55:54] </w:t>
      </w:r>
      <w:r>
        <w:t>Ya Allah, hum ko jannat mein dakhil farma.</w:t>
      </w:r>
    </w:p>
    <w:p>
      <w:pPr>
        <w:jc w:val="right"/>
      </w:pPr>
      <w:r>
        <w:t>یا اللہ، ہم کو جنت میں داخل فرما۔</w:t>
      </w:r>
    </w:p>
    <w:p>
      <w:r>
        <w:rPr>
          <w:b/>
        </w:rPr>
        <w:t xml:space="preserve">[56:02] </w:t>
      </w:r>
      <w:r>
        <w:t>ya allah, hum ko tofeeq de ke hum in insanon mein se banen jo jannat mein kahengay ke alhamdulillah alladhi adab hazan.</w:t>
      </w:r>
    </w:p>
    <w:p>
      <w:pPr>
        <w:jc w:val="right"/>
      </w:pPr>
      <w:r>
        <w:t>یا اللہ، ہم کو توفیق دے کہ ہم ان انسانوں میں سے بنیں جو جنت میں کہیں گے کہ الحمدللہ الذی ادب حضن۔</w:t>
      </w:r>
    </w:p>
    <w:p>
      <w:r>
        <w:rPr>
          <w:b/>
        </w:rPr>
        <w:t xml:space="preserve">[56:17] </w:t>
      </w:r>
      <w:r>
        <w:t>yeh dunya hazan ki dunya hai, qabr ki dunya hai.</w:t>
      </w:r>
    </w:p>
    <w:p>
      <w:pPr>
        <w:jc w:val="right"/>
      </w:pPr>
      <w:r>
        <w:t>یہ دنیا حضن کی دنیا ہے، قبر کی دنیا ہے۔</w:t>
      </w:r>
    </w:p>
    <w:p>
      <w:r>
        <w:rPr>
          <w:b/>
        </w:rPr>
        <w:t xml:space="preserve">[56:22] </w:t>
      </w:r>
      <w:r>
        <w:t>haqeeqi maanon mein</w:t>
      </w:r>
    </w:p>
    <w:p>
      <w:pPr>
        <w:jc w:val="right"/>
      </w:pPr>
      <w:r>
        <w:t>حقیقی معنوں میں</w:t>
      </w:r>
    </w:p>
    <w:p>
      <w:r>
        <w:rPr>
          <w:b/>
        </w:rPr>
        <w:t xml:space="preserve">[56:29] </w:t>
      </w:r>
      <w:r>
        <w:t>jahan aap ko sachi khushi milti hai, woh sirf jannat hai.</w:t>
      </w:r>
    </w:p>
    <w:p>
      <w:pPr>
        <w:jc w:val="right"/>
      </w:pPr>
      <w:r>
        <w:t>جہاں آپ کو سچی خوشی ملتی ہے، وہ صرف جنت ہے۔</w:t>
      </w:r>
    </w:p>
    <w:p>
      <w:r>
        <w:rPr>
          <w:b/>
        </w:rPr>
        <w:t xml:space="preserve">[56:41] </w:t>
      </w:r>
      <w:r>
        <w:t>ya allah, hum ko hum par maut aaye to teri raza ke sath aayen.</w:t>
      </w:r>
    </w:p>
    <w:p>
      <w:pPr>
        <w:jc w:val="right"/>
      </w:pPr>
      <w:r>
        <w:t>یا اللہ، ہم کو ہم پر موت آئے تو تیری رضا کے ساتھ آئے۔</w:t>
      </w:r>
    </w:p>
    <w:p>
      <w:r>
        <w:rPr>
          <w:b/>
        </w:rPr>
        <w:t xml:space="preserve">[56:49] </w:t>
      </w:r>
      <w:r>
        <w:t>maut ke baad hamein farishtay,</w:t>
      </w:r>
    </w:p>
    <w:p>
      <w:pPr>
        <w:jc w:val="right"/>
      </w:pPr>
      <w:r>
        <w:t>موت کے بعد ہمیں فرشتے،</w:t>
      </w:r>
    </w:p>
    <w:p>
      <w:r>
        <w:rPr>
          <w:b/>
        </w:rPr>
        <w:t xml:space="preserve">[56:55] </w:t>
      </w:r>
      <w:r>
        <w:t>maut ke baad jahannum ke farishtay, hum hum hamein na pakrein, balke maut ke baad jannat ke farishtay hamara istiqbal karen.</w:t>
      </w:r>
    </w:p>
    <w:p>
      <w:pPr>
        <w:jc w:val="right"/>
      </w:pPr>
      <w:r>
        <w:t>موت کے بعد جہنم کے فرشتے، ہم ہم ہمیں نہ پکڑیں، بلکہ موت کے بعد جنت کے فرشتے ہمارا استقبال کریں۔</w:t>
      </w:r>
    </w:p>
    <w:p>
      <w:r>
        <w:rPr>
          <w:b/>
        </w:rPr>
        <w:t xml:space="preserve">[57:08] </w:t>
      </w:r>
      <w:r>
        <w:t>maut ke baad jannat ke farishtay agar kahen ke aye aye bande, tere liye tere rab ne</w:t>
      </w:r>
    </w:p>
    <w:p>
      <w:pPr>
        <w:jc w:val="right"/>
      </w:pPr>
      <w:r>
        <w:t>موت کے بعد جنت کے فرشتے اگر کہیں کہ اے اے بندے، تیرے لیے تیرے رب نے</w:t>
      </w:r>
    </w:p>
    <w:p>
      <w:r>
        <w:rPr>
          <w:b/>
        </w:rPr>
        <w:t xml:space="preserve">[57:21] </w:t>
      </w:r>
      <w:r>
        <w:t>jannat muqaddar kar di hai,</w:t>
      </w:r>
    </w:p>
    <w:p>
      <w:pPr>
        <w:jc w:val="right"/>
      </w:pPr>
      <w:r>
        <w:t>جنت مقدر کر دی ہے،</w:t>
      </w:r>
    </w:p>
    <w:p>
      <w:r>
        <w:rPr>
          <w:b/>
        </w:rPr>
        <w:t xml:space="preserve">[57:28] </w:t>
      </w:r>
      <w:r>
        <w:t>hum un bandon se, un bandon ko hamara sawal ho jin ke baray mein aya hai ke</w:t>
      </w:r>
    </w:p>
    <w:p>
      <w:pPr>
        <w:jc w:val="right"/>
      </w:pPr>
      <w:r>
        <w:t>ہم ان بندوں سے، ان بندوں کو ہمارا سوال ہو جن کے بارے میں آیا ہے کہ</w:t>
      </w:r>
    </w:p>
    <w:p>
      <w:r>
        <w:rPr>
          <w:b/>
        </w:rPr>
        <w:t xml:space="preserve">[57:41] </w:t>
      </w:r>
      <w:r>
        <w:t>ke aye bande, jise kaha jayega qayamat mein meri rehmat mein dakhil ho jao aur jannat mein dakhil ho jao,</w:t>
      </w:r>
    </w:p>
    <w:p>
      <w:pPr>
        <w:jc w:val="right"/>
      </w:pPr>
      <w:r>
        <w:t>کہ اے بندے، جسے کہا جائے گا قیامت میں میری رحمت میں داخل ہو جاؤ اور جنت میں داخل ہو جاؤ،</w:t>
      </w:r>
    </w:p>
    <w:p>
      <w:r>
        <w:rPr>
          <w:b/>
        </w:rPr>
        <w:t xml:space="preserve">[57:54] </w:t>
      </w:r>
      <w:r>
        <w:t>adkhali fi abadi, adkhali jannati, kaise ajeeb alfaz hain quran mein.</w:t>
      </w:r>
    </w:p>
    <w:p>
      <w:pPr>
        <w:jc w:val="right"/>
      </w:pPr>
      <w:r>
        <w:t>ادخلی فی عبادی، ادخلی جنتی، کیسے عجیب الفاظ ہیں قرآن میں۔</w:t>
      </w:r>
    </w:p>
    <w:p>
      <w:r>
        <w:rPr>
          <w:b/>
        </w:rPr>
        <w:t xml:space="preserve">[58:02] </w:t>
      </w:r>
      <w:r>
        <w:t>quran mein hai ke</w:t>
      </w:r>
    </w:p>
    <w:p>
      <w:pPr>
        <w:jc w:val="right"/>
      </w:pPr>
      <w:r>
        <w:t>قرآن میں ہے کہ</w:t>
      </w:r>
    </w:p>
    <w:p>
      <w:r>
        <w:rPr>
          <w:b/>
        </w:rPr>
        <w:t xml:space="preserve">[58:06] </w:t>
      </w:r>
      <w:r>
        <w:t>kuch log honge jin ko nabiyon ki sohbat milegi, ma'an nabiyyin wa siddiqin wa shuhada wa salihin, wa hasan aulaye ka rafeeqah, yeh hasan rifaqat hogi.</w:t>
      </w:r>
    </w:p>
    <w:p>
      <w:pPr>
        <w:jc w:val="right"/>
      </w:pPr>
      <w:r>
        <w:t>کچھ لوگ ہوں گے جن کو نبیوں کی صحبت ملے گی، مع النبیین وصدیقین وشہداء وصالحین، و حسن اولائے کا رفیقہ، یہ حسن رفاقت ہوگی۔</w:t>
      </w:r>
    </w:p>
    <w:p>
      <w:r>
        <w:rPr>
          <w:b/>
        </w:rPr>
        <w:t xml:space="preserve">[58:21] </w:t>
      </w:r>
      <w:r>
        <w:t>khawand mujhe, hum ko apne paros mein jagah de, amin, hum ko salihin ki sohbat ata farma, amin, hum ko jannat mein dakhil farma, amin,</w:t>
      </w:r>
    </w:p>
    <w:p>
      <w:pPr>
        <w:jc w:val="right"/>
      </w:pPr>
      <w:r>
        <w:t>خداوند مجھے، ہم کو اپنے پڑوس میں جگہ دے، آمین، ہم کو صالحین کی صحبت عطا فرما، آمین، ہم کو جنت میں داخل فرما، آمین،</w:t>
      </w:r>
    </w:p>
    <w:p>
      <w:r>
        <w:rPr>
          <w:b/>
        </w:rPr>
        <w:t xml:space="preserve">[58:35] </w:t>
      </w:r>
      <w:r>
        <w:t>khuda har qadam par hamari rehnumai farma, amin, hum hamari madad ke liye to farishtay ko bhej de, amin, jis tarah tu ne badr ke mauqe pe bheja tha apne farishtay ko sahaba ki madad ke liye.</w:t>
      </w:r>
    </w:p>
    <w:p>
      <w:pPr>
        <w:jc w:val="right"/>
      </w:pPr>
      <w:r>
        <w:t>خدا ہر قدم پر ہماری رہنمائی فرما، آمین، ہم ہماری مدد کے لیے تو فرشتے کو بھیج دے، آمین، جس طرح تو نے بدر کے موقع پہ بھیجا تھا اپنے فرشتوں کو صحابہ کی مدد کے لیے۔</w:t>
      </w:r>
    </w:p>
    <w:p>
      <w:r>
        <w:rPr>
          <w:b/>
        </w:rPr>
        <w:t xml:space="preserve">[58:51] </w:t>
      </w:r>
      <w:r>
        <w:t>khawand, hum tere deen ko phir se ahya ke liye uthe hain aur teri madad se yeh kaam ho sakta hai, tu hamari madad farma, amin, tu al kashmir ko</w:t>
      </w:r>
    </w:p>
    <w:p>
      <w:pPr>
        <w:jc w:val="right"/>
      </w:pPr>
      <w:r>
        <w:t>خداوند، ہم تیرے دین کو پھر سے احیاء کے لیے اٹھے ہیں اور تیری مدد سے یہ کام ہو سکتا ہے، تو ہماری مدد فرما، آمین، تو ال کشمیر کو</w:t>
      </w:r>
    </w:p>
    <w:p>
      <w:r>
        <w:rPr>
          <w:b/>
        </w:rPr>
        <w:t xml:space="preserve">[59:07] </w:t>
      </w:r>
      <w:r>
        <w:t>is daur ke ansar ka ro ada karne ki tofeeq ata farma, amin,</w:t>
      </w:r>
    </w:p>
    <w:p>
      <w:pPr>
        <w:jc w:val="right"/>
      </w:pPr>
      <w:r>
        <w:t>اس دور کے انصار کا رو ادا کرنے کی توفیق عطا فرما، آمین،</w:t>
      </w:r>
    </w:p>
    <w:p>
      <w:r>
        <w:rPr>
          <w:b/>
        </w:rPr>
        <w:t xml:space="preserve">[59:15] </w:t>
      </w:r>
      <w:r>
        <w:t>har panah taqabbal minna, innaka antus-samee-ul-aleem, wa tub alayna innaka antat-tawwabur-raheem,</w:t>
      </w:r>
    </w:p>
    <w:p>
      <w:pPr>
        <w:jc w:val="right"/>
      </w:pPr>
      <w:r>
        <w:t>ہر پناہ تقبل منا، انک انت السمیع العلیم، وتب علینا انک انت التواب الرحیم،</w:t>
      </w:r>
    </w:p>
    <w:p>
      <w:r>
        <w:rPr>
          <w:b/>
        </w:rPr>
        <w:t xml:space="preserve">[59:30] </w:t>
      </w:r>
      <w:r>
        <w:t>wa salli allah ta'ala ala khair khalqihi muhammadin wa aalihi wa ashabihi ajmaeen birahmatik ya arhamar-rahimeen.</w:t>
      </w:r>
    </w:p>
    <w:p>
      <w:pPr>
        <w:jc w:val="right"/>
      </w:pPr>
      <w:r>
        <w:t>وصلی اللہ تعالی علی خیر خلقہ محمد والہ واصحابہ اجمعین برحمتک یا ارحم الراحمین۔</w:t>
      </w:r>
    </w:p>
    <w:p>
      <w:r>
        <w:rPr>
          <w:b/>
        </w:rPr>
        <w:t xml:space="preserve">[59:56] </w:t>
      </w:r>
      <w:r>
        <w:t>dawat mein jo dilon ko narm karte hain, talif-e-qalb ke point of view se pooch rahe hain, is ki kya ahmiyat hai dawah mein? da</w:t>
      </w:r>
    </w:p>
    <w:p>
      <w:pPr>
        <w:jc w:val="right"/>
      </w:pPr>
      <w:r>
        <w:t>دعوت میں جو دلوں کو نرم کرتے ہیں، تالیف قلب کے پوائنٹ آف ویو سے پوچھ رہے ہیں، اس کی کیا اہمیت ہے دعویٰ میں؟ دع</w:t>
      </w:r>
    </w:p>
    <w:p>
      <w:r>
        <w:rPr>
          <w:b/>
        </w:rPr>
        <w:t xml:space="preserve">[1:00:03] </w:t>
      </w:r>
      <w:r>
        <w:t>dawat mein</w:t>
      </w:r>
    </w:p>
    <w:p>
      <w:pPr>
        <w:jc w:val="right"/>
      </w:pPr>
      <w:r>
        <w:t>وت میں</w:t>
      </w:r>
    </w:p>
    <w:p>
      <w:r>
        <w:rPr>
          <w:b/>
        </w:rPr>
        <w:t xml:space="preserve">[1:00:09] </w:t>
      </w:r>
      <w:r>
        <w:t>dekhiye, quran mein</w:t>
      </w:r>
    </w:p>
    <w:p>
      <w:pPr>
        <w:jc w:val="right"/>
      </w:pPr>
      <w:r>
        <w:t>دیکھیے، قرآن میں</w:t>
      </w:r>
    </w:p>
    <w:p>
      <w:r>
        <w:rPr>
          <w:b/>
        </w:rPr>
        <w:t xml:space="preserve">[1:00:15] </w:t>
      </w:r>
      <w:r>
        <w:t>surah tobah mein ek ayat hai jis mein</w:t>
      </w:r>
    </w:p>
    <w:p>
      <w:pPr>
        <w:jc w:val="right"/>
      </w:pPr>
      <w:r>
        <w:t>سورہ توبہ میں ایک آیت ہے جس میں</w:t>
      </w:r>
    </w:p>
    <w:p>
      <w:r>
        <w:rPr>
          <w:b/>
        </w:rPr>
        <w:t xml:space="preserve">[1:00:24] </w:t>
      </w:r>
      <w:r>
        <w:t>sadqat ke kharch ki madad batayi gayi hain,</w:t>
      </w:r>
    </w:p>
    <w:p>
      <w:pPr>
        <w:jc w:val="right"/>
      </w:pPr>
      <w:r>
        <w:t>صدقات کے خرچ کی مدد بتائی گئی ہیں،</w:t>
      </w:r>
    </w:p>
    <w:p>
      <w:r>
        <w:rPr>
          <w:b/>
        </w:rPr>
        <w:t xml:space="preserve">[1:00:28] </w:t>
      </w:r>
      <w:r>
        <w:t>woh aath madad hain, is mein se aik madad hai walmuallafata quloobuhum, yaani jin ko talif qalb karna ho.</w:t>
      </w:r>
    </w:p>
    <w:p>
      <w:pPr>
        <w:jc w:val="right"/>
      </w:pPr>
      <w:r>
        <w:t>وہ آٹھ مدد ہیں، اس میں سے ایک مدد ہے والمؤلفۃ قلوبہم، یعنی جن کو تالیف قلب کرنا ہو۔</w:t>
      </w:r>
    </w:p>
    <w:p>
      <w:r>
        <w:rPr>
          <w:b/>
        </w:rPr>
        <w:t xml:space="preserve">[1:00:41] </w:t>
      </w:r>
      <w:r>
        <w:t>talif qalb ka matlab hai ke jin ke dilon ko naram karna ho, jin ke dil mein saaf kaanadar paida karna maqsood ho.</w:t>
      </w:r>
    </w:p>
    <w:p>
      <w:pPr>
        <w:jc w:val="right"/>
      </w:pPr>
      <w:r>
        <w:t>تالیف قلب کا مطلب ہے کہ جن کے دلوں کو نرم کرنا ہو، جن کے دل میں صاف کانڈر پیدا کرنا مقصود ہو۔</w:t>
      </w:r>
    </w:p>
    <w:p>
      <w:r>
        <w:rPr>
          <w:b/>
        </w:rPr>
        <w:t xml:space="preserve">[1:00:51] </w:t>
      </w:r>
      <w:r>
        <w:t>dekhiye, talif qalb wohi cheez hai jis ko hum business community kehti hai, friendly behaviour.</w:t>
      </w:r>
    </w:p>
    <w:p>
      <w:pPr>
        <w:jc w:val="right"/>
      </w:pPr>
      <w:r>
        <w:t>دیکھیے، تالیف قلب وہی چیز ہے جس کو ہم بزنس کمیونٹی کہتی ہے، فرینڈلی بیہیویئر۔</w:t>
      </w:r>
    </w:p>
    <w:p>
      <w:r>
        <w:rPr>
          <w:b/>
        </w:rPr>
        <w:t xml:space="preserve">[1:01:02] </w:t>
      </w:r>
      <w:r>
        <w:t>har har har business man jaanta hai ke us ko customer friendly hona parta hai, customer friendly na ho is ka behaviour to business nahi chalega.</w:t>
      </w:r>
    </w:p>
    <w:p>
      <w:pPr>
        <w:jc w:val="right"/>
      </w:pPr>
      <w:r>
        <w:t>ہر ہر ہر بزنس مین جانتا ہے کہ اس کو کسٹمر فرینڈلی ہونا پڑتا ہے، کسٹمر فرینڈلی نہ ہو اس کا بیہیویئر تو بزنس نہیں چلے گا۔</w:t>
      </w:r>
    </w:p>
    <w:p>
      <w:r>
        <w:rPr>
          <w:b/>
        </w:rPr>
        <w:t xml:space="preserve">[1:01:17] </w:t>
      </w:r>
      <w:r>
        <w:t>to lafz badle to baat samajh mein aa jati hai,</w:t>
      </w:r>
    </w:p>
    <w:p>
      <w:pPr>
        <w:jc w:val="right"/>
      </w:pPr>
      <w:r>
        <w:t>تو لفظ بدلے تو بات سمجھ میں آ جاتی ہے،</w:t>
      </w:r>
    </w:p>
    <w:p>
      <w:r>
        <w:rPr>
          <w:b/>
        </w:rPr>
        <w:t xml:space="preserve">[1:01:21] </w:t>
      </w:r>
      <w:r>
        <w:t>talif qalb ka matlab hai madu friendly behaviour,</w:t>
      </w:r>
    </w:p>
    <w:p>
      <w:pPr>
        <w:jc w:val="right"/>
      </w:pPr>
      <w:r>
        <w:t>تالیف قلب کا مطلب ہے مدعو فرینڈلی بیہیویئر،</w:t>
      </w:r>
    </w:p>
    <w:p>
      <w:r>
        <w:rPr>
          <w:b/>
        </w:rPr>
        <w:t xml:space="preserve">[1:01:28] </w:t>
      </w:r>
      <w:r>
        <w:t>to woh is ka matlab nahi ke paisa bantna nahi, kabhi aap paisa bhi de sakte hain, aap ka sab se pehla jo hai woh madu se mohabbat karna hai.</w:t>
      </w:r>
    </w:p>
    <w:p>
      <w:pPr>
        <w:jc w:val="right"/>
      </w:pPr>
      <w:r>
        <w:t>تو وہ اس کا مطلب نہیں کہ پیسہ بانٹنا نہیں، کبھی آپ پیسہ بھی دے سکتے ہیں، آپ کا سب سے پہلا جو ہے وہ مدعو سے محبت کرنا ہے۔</w:t>
      </w:r>
    </w:p>
    <w:p>
      <w:r>
        <w:rPr>
          <w:b/>
        </w:rPr>
        <w:t xml:space="preserve">[1:01:45] </w:t>
      </w:r>
      <w:r>
        <w:t>that is beginning of madu friendly behaviour,</w:t>
      </w:r>
    </w:p>
    <w:p>
      <w:pPr>
        <w:jc w:val="right"/>
      </w:pPr>
      <w:r>
        <w:t>دیٹ از بگننگ آف مدعو فرینڈلی بیہیویئر،</w:t>
      </w:r>
    </w:p>
    <w:p>
      <w:r>
        <w:rPr>
          <w:b/>
        </w:rPr>
        <w:t xml:space="preserve">[1:01:50] </w:t>
      </w:r>
      <w:r>
        <w:t>to dil se mohabbat karna, meethe bol bolna, us ki kisi koi ulti baat agar keh de to aap provoke na hon,</w:t>
      </w:r>
    </w:p>
    <w:p>
      <w:pPr>
        <w:jc w:val="right"/>
      </w:pPr>
      <w:r>
        <w:t>تو دل سے محبت کرنا، میٹھے بول بولنا، اس کی کسی کوئی الٹی بات اگر کہہ دے تو آپ پرووک نہ ہوں،</w:t>
      </w:r>
    </w:p>
    <w:p>
      <w:r>
        <w:rPr>
          <w:b/>
        </w:rPr>
        <w:t xml:space="preserve">[1:02:05] </w:t>
      </w:r>
      <w:r>
        <w:t>us ki kisi koi baat aap ko offend kare to aap us ko avoid karen.</w:t>
      </w:r>
    </w:p>
    <w:p>
      <w:pPr>
        <w:jc w:val="right"/>
      </w:pPr>
      <w:r>
        <w:t>اس کی کسی کوئی بات آپ کو افینڈ کرے تو آپ اس کو اوائڈ کریں۔</w:t>
      </w:r>
    </w:p>
    <w:p>
      <w:r>
        <w:rPr>
          <w:b/>
        </w:rPr>
        <w:t xml:space="preserve">[1:02:14] </w:t>
      </w:r>
      <w:r>
        <w:t>us ne pehle baazi mein agar koi aap ke sath bura sulook kiya tha to us ko bhula den,</w:t>
      </w:r>
    </w:p>
    <w:p>
      <w:pPr>
        <w:jc w:val="right"/>
      </w:pPr>
      <w:r>
        <w:t>اس نے پہلے بازی میں اگر کوئی آپ کے ساتھ برا سلوک کیا تھا تو اس کو بھلا دیں،</w:t>
      </w:r>
    </w:p>
    <w:p>
      <w:r>
        <w:rPr>
          <w:b/>
        </w:rPr>
        <w:t xml:space="preserve">[1:02:20] </w:t>
      </w:r>
      <w:r>
        <w:t>yeh sab talif qalb hai. dekhiye, talif qalb aik culture hai, friendly culture.</w:t>
      </w:r>
    </w:p>
    <w:p>
      <w:pPr>
        <w:jc w:val="right"/>
      </w:pPr>
      <w:r>
        <w:t>یہ سب تالیف قلب ہے۔ دیکھیے، تالیف قلب ایک کلچر ہے، فرینڈلی کلچر۔</w:t>
      </w:r>
    </w:p>
    <w:p>
      <w:r>
        <w:rPr>
          <w:b/>
        </w:rPr>
        <w:t xml:space="preserve">[1:02:29] </w:t>
      </w:r>
      <w:r>
        <w:t>talif qalb koi anokhi cheez nahi hai,</w:t>
      </w:r>
    </w:p>
    <w:p>
      <w:pPr>
        <w:jc w:val="right"/>
      </w:pPr>
      <w:r>
        <w:t>تالیف قلب کوئی انوکھی چیز نہیں ہے،</w:t>
      </w:r>
    </w:p>
    <w:p>
      <w:r>
        <w:rPr>
          <w:b/>
        </w:rPr>
        <w:t xml:space="preserve">[1:02:34] </w:t>
      </w:r>
      <w:r>
        <w:t>dawat aik bohat hi zyada sanjeeda kaam hai, har sanjeeda kaam apna lihaaz se aik culture paida karta hai,</w:t>
      </w:r>
    </w:p>
    <w:p>
      <w:pPr>
        <w:jc w:val="right"/>
      </w:pPr>
      <w:r>
        <w:t>دعوت ایک بہت ہی زیادہ سنجیدہ کام ہے، ہر سنجیدہ کام اپنا لحاظ سے ایک کلچر پیدا کرتا ہے،</w:t>
      </w:r>
    </w:p>
    <w:p>
      <w:r>
        <w:rPr>
          <w:b/>
        </w:rPr>
        <w:t xml:space="preserve">[1:02:48] </w:t>
      </w:r>
      <w:r>
        <w:t>jaise business culture hota hai, office culture hota hai, isi tarah se dawah culture hai.</w:t>
      </w:r>
    </w:p>
    <w:p>
      <w:pPr>
        <w:jc w:val="right"/>
      </w:pPr>
      <w:r>
        <w:t>جیسے بزنس کلچر ہوتا ہے، افس کلچر ہوتا ہے، اسی طرح سے دعویٰ کلچر ہے۔</w:t>
      </w:r>
    </w:p>
    <w:p>
      <w:r>
        <w:rPr>
          <w:b/>
        </w:rPr>
        <w:t xml:space="preserve">[1:02:59] </w:t>
      </w:r>
      <w:r>
        <w:t>to madu ko</w:t>
      </w:r>
    </w:p>
    <w:p>
      <w:pPr>
        <w:jc w:val="right"/>
      </w:pPr>
      <w:r>
        <w:t>تو مدعو کو</w:t>
      </w:r>
    </w:p>
    <w:p>
      <w:r>
        <w:rPr>
          <w:b/>
        </w:rPr>
        <w:t xml:space="preserve">[1:03:04] </w:t>
      </w:r>
      <w:r>
        <w:t>satisfy karne ke liye, madu ke dil mein saaf kaanadar paida karne ke liye, madu mind address ho, us ke liye jo kuch bhi aap karen, aap woh sab talif qalb hai.</w:t>
      </w:r>
    </w:p>
    <w:p>
      <w:pPr>
        <w:jc w:val="right"/>
      </w:pPr>
      <w:r>
        <w:t>سیٹسفائی کرنے کے لیے، مدعو کے دل میں صاف کانڈر پیدا کرنے کے لیے، مدعو مائنڈ ایڈریس ہو، اس کے لیے جو کچھ بھی آپ کریں، آپ وہ سب تالیف قلب ہے۔</w:t>
      </w:r>
    </w:p>
    <w:p>
      <w:r>
        <w:rPr>
          <w:b/>
        </w:rPr>
        <w:t xml:space="preserve">[1:03:18] </w:t>
      </w:r>
      <w:r>
        <w:t>dekhen, talif qalb ka koi hard and fast rule nahi hai, hum koi list nahi de sakte aap ko, koi list nahi de sakte.</w:t>
      </w:r>
    </w:p>
    <w:p>
      <w:pPr>
        <w:jc w:val="right"/>
      </w:pPr>
      <w:r>
        <w:t>دیکھیں، تالیف قلب کا کوئی ہارڈ اینڈ فاسٹ رول نہیں ہے، ہم کوئی لسٹ نہیں دے سکتے آپ کو، کوئی لسٹ نہیں دے سکتے۔</w:t>
      </w:r>
    </w:p>
    <w:p>
      <w:r>
        <w:rPr>
          <w:b/>
        </w:rPr>
        <w:t xml:space="preserve">[1:03:30] </w:t>
      </w:r>
      <w:r>
        <w:t>aap ki jo spirit hai, dawah spirit, woh list degi aap ko. yaad rakhiye, agar kisi maa ke, ki aurat ka bachcha paida ho, us ki zara list den aap ke apne bachche ke liye yeh karna,</w:t>
      </w:r>
    </w:p>
    <w:p>
      <w:pPr>
        <w:jc w:val="right"/>
      </w:pPr>
      <w:r>
        <w:t>آپ کی جو سپرٹ ہے، دعویٰ سپرٹ، وہ لسٹ دے گی آپ کو۔ یاد رکھیے، اگر کسی ماں کے، کی عورت کا بچہ پیدا ہو، اس کی ذرا لسٹ دیں آپ کہ اپنے بچے کے لیے یہ کرنا،</w:t>
      </w:r>
    </w:p>
    <w:p>
      <w:r>
        <w:rPr>
          <w:b/>
        </w:rPr>
        <w:t xml:space="preserve">[1:03:46] </w:t>
      </w:r>
      <w:r>
        <w:t>to kya aap samajhte hain ke woh list legi aap ki?</w:t>
      </w:r>
    </w:p>
    <w:p>
      <w:pPr>
        <w:jc w:val="right"/>
      </w:pPr>
      <w:r>
        <w:t>تو کیا آپ سمجھتے ہیں کہ وہ لسٹ لے گی آپ کی؟</w:t>
      </w:r>
    </w:p>
    <w:p>
      <w:r>
        <w:rPr>
          <w:b/>
        </w:rPr>
        <w:t xml:space="preserve">[1:03:49] </w:t>
      </w:r>
      <w:r>
        <w:t>woh list aap ko qabool bhi nahi karegi?</w:t>
      </w:r>
    </w:p>
    <w:p>
      <w:pPr>
        <w:jc w:val="right"/>
      </w:pPr>
      <w:r>
        <w:t>وہ لسٹ آپ کو قبول بھی نہیں کرے گی؟</w:t>
      </w:r>
    </w:p>
    <w:p>
      <w:r>
        <w:rPr>
          <w:b/>
        </w:rPr>
        <w:t xml:space="preserve">[1:03:55] </w:t>
      </w:r>
      <w:r>
        <w:t>yeh us waqt sula dena, us waqt pani pila dena, us waqt doodh pila dena, us waqt yeh karna, to aap kya samajhte hain ke woh maa aap ki list qabool karegi? woh kahegi, tumhari list ke baghair hi mein jaante ho ke mujhe kya karna hai.</w:t>
      </w:r>
    </w:p>
    <w:p>
      <w:pPr>
        <w:jc w:val="right"/>
      </w:pPr>
      <w:r>
        <w:t>یہ اس وقت سلا دینا، اس وقت پانی پلا دینا، اس وقت دودھ پلا دینا، اس وقت یہ کرنا، تو آپ کیا سمجھتے ہیں کہ وہ ماں آپ کی لسٹ قبول کرے گی؟ وہ کہے گی، تمہاری لسٹ کے بغیر ہی میں جانتے ہو کہ مجھے کیا کرنا ہے۔</w:t>
      </w:r>
    </w:p>
    <w:p>
      <w:r>
        <w:rPr>
          <w:b/>
        </w:rPr>
        <w:t xml:space="preserve">[1:04:12] </w:t>
      </w:r>
      <w:r>
        <w:t>to sachcha daai jo hai, koi list diye baghair hi jaanta hai ke us ko madu ke liye kya karna hai.</w:t>
      </w:r>
    </w:p>
    <w:p>
      <w:pPr>
        <w:jc w:val="right"/>
      </w:pPr>
      <w:r>
        <w:t>تو سچا داعی جو ہے، کوئی لسٹ دیے بغیر ہی جانتا ہے کہ اس کو مدعو کے لیے کیا کرنا ہے۔</w:t>
      </w:r>
    </w:p>
    <w:p>
      <w:r>
        <w:rPr>
          <w:b/>
        </w:rPr>
        <w:t xml:space="preserve">[1:04:21] </w:t>
      </w:r>
      <w:r>
        <w:t>dekhen, sab se bari cheez jo aap ke andar talif qalb ka mizaj banati hai, woh yeh ke aap ke andar yeh soch aa jaye ke doosron ko jab tak mein jahannum se bachane ki koshish na karoon, meri bhi jahannum, mein bhi jahannum se bachne wala nahi.</w:t>
      </w:r>
    </w:p>
    <w:p>
      <w:pPr>
        <w:jc w:val="right"/>
      </w:pPr>
      <w:r>
        <w:t>دیکھیں، سب سے بڑی چیز جو آپ کے اندر تالیف قلب کا مزاج بناتی ہے، وہ یہ کہ آپ کے اندر یہ سوچ آ جائے کہ دوسروں کو جب تک میں جہنم سے بچانے کی کوشش نہ کروں، میری بھی جہنم، میں بھی جہنم سے بچنے والا نہیں۔</w:t>
      </w:r>
    </w:p>
    <w:p>
      <w:r>
        <w:rPr>
          <w:b/>
        </w:rPr>
        <w:t xml:space="preserve">[1:04:44] </w:t>
      </w:r>
      <w:r>
        <w:t>doosron ko jab tak mein jannat mein pahunchane ki koshish na karoon, mujhe bhi jannat milne wali nahi. doosron ko jab tak Allah ki rehmat ke saaye mein lane ki mein koshish na karoon, mujhe bhi Allah ki rehmat milne wali nahi.</w:t>
      </w:r>
    </w:p>
    <w:p>
      <w:pPr>
        <w:jc w:val="right"/>
      </w:pPr>
      <w:r>
        <w:t>دوسروں کو جب تک میں جنت میں پہنچانے کی کوشش نہ کروں، مجھے بھی جنت ملنے والی نہیں۔ دوسروں کو جب تک اللہ کی رحمت کے سائے میں لانے کی میں کوشش نہ کروں، مجھے بھی اللہ کی رحمت ملنے والی نہیں۔</w:t>
      </w:r>
    </w:p>
    <w:p>
      <w:r>
        <w:rPr>
          <w:b/>
        </w:rPr>
        <w:t xml:space="preserve">[1:05:04] </w:t>
      </w:r>
      <w:r>
        <w:t>yeh hai spirit dawat ki. sacha dawi jo hai, woh koi dawat ko announce</w:t>
      </w:r>
    </w:p>
    <w:p>
      <w:pPr>
        <w:jc w:val="right"/>
      </w:pPr>
      <w:r>
        <w:t>یہ ہے سپرٹ دعوت کی۔ سچا داعی جو ہے، وہ کوئی دعوت کو اناؤنس</w:t>
      </w:r>
    </w:p>
    <w:p>
      <w:r>
        <w:rPr>
          <w:b/>
        </w:rPr>
        <w:t xml:space="preserve">[1:05:13] </w:t>
      </w:r>
      <w:r>
        <w:t>minute nahi hai. yaad rakhiye, dawat ko announcement nahi hai.</w:t>
      </w:r>
    </w:p>
    <w:p>
      <w:pPr>
        <w:jc w:val="right"/>
      </w:pPr>
      <w:r>
        <w:t>منٹ نہیں ہے۔ یاد رکھیے، دعوت کو اناؤنسمنٹ نہیں ہے۔</w:t>
      </w:r>
    </w:p>
    <w:p>
      <w:r>
        <w:rPr>
          <w:b/>
        </w:rPr>
        <w:t xml:space="preserve">[1:05:22] </w:t>
      </w:r>
      <w:r>
        <w:t>dawat sachi khair khwahi ka izhar hai. madu ke sath dekhiye, businessman to wahan to salesmanship hoti hai.</w:t>
      </w:r>
    </w:p>
    <w:p>
      <w:pPr>
        <w:jc w:val="right"/>
      </w:pPr>
      <w:r>
        <w:t>دعوت سچی خیر خواہی کا اظہار ہے۔ مدعو کے ساتھ دیکھیں، بزنس مین تو وہاں تو سیلز مین شپ ہوتی ہے۔</w:t>
      </w:r>
    </w:p>
    <w:p>
      <w:r>
        <w:rPr>
          <w:b/>
        </w:rPr>
        <w:t xml:space="preserve">[1:05:32] </w:t>
      </w:r>
      <w:r>
        <w:t>ek hai salesmanship type ka talif e qalb, woh dawi ka nahi hota.</w:t>
      </w:r>
    </w:p>
    <w:p>
      <w:pPr>
        <w:jc w:val="right"/>
      </w:pPr>
      <w:r>
        <w:t>ایک ہے سیلز مین شپ ٹائپ کا تالیف قلب، وہ داعی کا نہیں ہوتا۔</w:t>
      </w:r>
    </w:p>
    <w:p>
      <w:r>
        <w:rPr>
          <w:b/>
        </w:rPr>
        <w:t xml:space="preserve">[1:05:42] </w:t>
      </w:r>
      <w:r>
        <w:t>dawi salesmanship ke andaz ka friendly behavior nahi dikhata. nahi, sacha dil se aap is aadmi ko insan samjhen, aap insan ke sache blushar banen.</w:t>
      </w:r>
    </w:p>
    <w:p>
      <w:pPr>
        <w:jc w:val="right"/>
      </w:pPr>
      <w:r>
        <w:t>داعی سیلز مین شپ کے انداز کا فرینڈلی بیہیویئر نہیں دکھاتا۔ نہیں، سچا دل سے آپ اس آدمی کو انسان سمجھیں، آپ انسان کے سچے بلوشر بنیں۔</w:t>
      </w:r>
    </w:p>
    <w:p>
      <w:r>
        <w:rPr>
          <w:b/>
        </w:rPr>
        <w:t xml:space="preserve">[1:06:00] </w:t>
      </w:r>
      <w:r>
        <w:t>quran mein hai ke "la lak bakhwa nafs ka allah yakun momineen"</w:t>
      </w:r>
    </w:p>
    <w:p>
      <w:pPr>
        <w:jc w:val="right"/>
      </w:pPr>
      <w:r>
        <w:t>قرآن میں ہے کہ "لا لک باخوا نفس کا اللہ یكون مومنین"</w:t>
      </w:r>
    </w:p>
    <w:p>
      <w:r>
        <w:rPr>
          <w:b/>
        </w:rPr>
        <w:t xml:space="preserve">[1:06:06] </w:t>
      </w:r>
      <w:r>
        <w:t>. shayad tum apne aap ko halak kar dalo ge, is liye ke tum dekhte ho ke log iman nahi la rahe hain. to halak karna iman kya hai?</w:t>
      </w:r>
    </w:p>
    <w:p>
      <w:pPr>
        <w:jc w:val="right"/>
      </w:pPr>
      <w:r>
        <w:t>۔ شاید تم اپنے آپ کو ہلاک کر ڈالو گے، اس لیے کہ تم دیکھتے ہو کہ لوگ ایمان نہیں لا رہے ہیں۔ تو ہلاک کرنا ایمان کیا ہے؟</w:t>
      </w:r>
    </w:p>
    <w:p>
      <w:r>
        <w:rPr>
          <w:b/>
        </w:rPr>
        <w:t xml:space="preserve">[1:06:18] </w:t>
      </w:r>
      <w:r>
        <w:t>aakhri had tak khair khwah banna. khair khwahi ke aakhri accent jab puhanch jate hain, aap tab yeh kalma bola jata hai.</w:t>
      </w:r>
    </w:p>
    <w:p>
      <w:pPr>
        <w:jc w:val="right"/>
      </w:pPr>
      <w:r>
        <w:t>آخری حد تک خیر خواہ بننا۔ خیر خواہی کے آخری ایکسنٹ جب پہنچ جاتے ہیں، آپ تب یہ کلمہ بولا جاتا ہے۔</w:t>
      </w:r>
    </w:p>
    <w:p>
      <w:r>
        <w:rPr>
          <w:b/>
        </w:rPr>
        <w:t xml:space="preserve">[1:06:31] </w:t>
      </w:r>
      <w:r>
        <w:t>to dawat baghair talif e qalb nahi, talif e qalb baghair khair khwahi nahi.</w:t>
      </w:r>
    </w:p>
    <w:p>
      <w:pPr>
        <w:jc w:val="right"/>
      </w:pPr>
      <w:r>
        <w:t>تو دعوت بغیر تالیف قلب نہیں، تالیف قلب بغیر خیر خواہی نہیں۔</w:t>
      </w:r>
    </w:p>
    <w:p>
      <w:r>
        <w:rPr>
          <w:b/>
        </w:rPr>
        <w:t xml:space="preserve">[1:06:40] </w:t>
      </w:r>
      <w:r>
        <w:t>is ko agar aap samne rakhen to apne aap hi jan len ge ke kis situation mein aap ko madu ki talif e qalb kis tarah karna hai.</w:t>
      </w:r>
    </w:p>
    <w:p>
      <w:pPr>
        <w:jc w:val="right"/>
      </w:pPr>
      <w:r>
        <w:t>اس کو اگر آپ سامنے رکھیں تو اپنے آپ ہی جان لیں گے کہ کس سچوئیشن میں آپ کو مدعو کی تالیف قلب کس طرح کرنا ہے۔</w:t>
      </w:r>
    </w:p>
    <w:p>
      <w:r>
        <w:rPr>
          <w:b/>
        </w:rPr>
        <w:t xml:space="preserve">[1:06:52] </w:t>
      </w:r>
      <w:r>
        <w:t>maulana, ek question hum poochna chahte the. kai log yeh kehte hain ke talif e qalb ki bhi koi had hoti hai, ek had hoti</w:t>
      </w:r>
    </w:p>
    <w:p>
      <w:pPr>
        <w:jc w:val="right"/>
      </w:pPr>
      <w:r>
        <w:t>مولانا، ایک کوئسچن ہم پوچھنا چاہتے تھے۔ کئی لوگ یہ کہتے ہیں کہ تالیف قلب کی بھی کوئی حد ہوتی ہے، ایک حد ہوتی</w:t>
      </w:r>
    </w:p>
    <w:p>
      <w:r>
        <w:rPr>
          <w:b/>
        </w:rPr>
        <w:t xml:space="preserve">[1:07:00] </w:t>
      </w:r>
      <w:r>
        <w:t>hai. kya yeh sahi hai? maulana, har giz nahi, har giz nahi. koi kahe ke maa ki mohabbat ki ek had hoti hai to maa us ko dant ke bhaga de gi.</w:t>
      </w:r>
    </w:p>
    <w:p>
      <w:pPr>
        <w:jc w:val="right"/>
      </w:pPr>
      <w:r>
        <w:t>ہے۔ کیا یہ صحیح ہے؟ مولانا، ہرگز نہیں، ہرگز نہیں۔ کوئی کہے کہ ماں کی محبت کی ایک حد ہوتی ہے تو ماں اس کو ڈانٹ کے بھگا دے گی۔</w:t>
      </w:r>
    </w:p>
    <w:p>
      <w:r>
        <w:rPr>
          <w:b/>
        </w:rPr>
        <w:t xml:space="preserve">[1:07:13] </w:t>
      </w:r>
      <w:r>
        <w:t>aap kisi maa se kahen ke bete ke sath to mohabbat karti ho, us ki ek had hai to woh mar ke bhaga de gi aap ko. us ne kaha hai ke had, had kya cheez hai?</w:t>
      </w:r>
    </w:p>
    <w:p>
      <w:pPr>
        <w:jc w:val="right"/>
      </w:pPr>
      <w:r>
        <w:t>آپ کسی ماں سے کہیں کہ بیٹے کے ساتھ تو محبت کرتی ہو، اس کی ایک حد ہے تو وہ مار کے بھگا دے گی آپ کو۔ اس نے کہا ہے کہ حد، حد کیا چیز ہے؟</w:t>
      </w:r>
    </w:p>
    <w:p>
      <w:r>
        <w:rPr>
          <w:b/>
        </w:rPr>
        <w:t xml:space="preserve">[1:07:23] </w:t>
      </w:r>
      <w:r>
        <w:t>koi had nahi hai.</w:t>
      </w:r>
    </w:p>
    <w:p>
      <w:pPr>
        <w:jc w:val="right"/>
      </w:pPr>
      <w:r>
        <w:t>کوئی حد نہیں ہے۔</w:t>
      </w:r>
    </w:p>
    <w:p>
      <w:r>
        <w:rPr>
          <w:b/>
        </w:rPr>
        <w:t xml:space="preserve">[1:07:27] </w:t>
      </w:r>
      <w:r>
        <w:t>had sirf yeh hai ke jo aap ke bas mein hai. had wahan ati hai jahan aap ki bas khatm ho jaye, lekin jab tak aap bas mein hain to koi had nahi hai.</w:t>
      </w:r>
    </w:p>
    <w:p>
      <w:pPr>
        <w:jc w:val="right"/>
      </w:pPr>
      <w:r>
        <w:t>حد صرف یہ ہے کہ جو آپ کے بس میں ہے۔ حد وہاں آتی ہے جہاں آپ کی بس ختم ہو جائے، لیکن جب تک آپ بس میں ہیں تو کوئی حد نہیں ہے۔</w:t>
      </w:r>
    </w:p>
    <w:p>
      <w:r>
        <w:rPr>
          <w:b/>
        </w:rPr>
        <w:t xml:space="preserve">[1:07:43] </w:t>
      </w:r>
      <w:r>
        <w:t>misal ke taur par, maa ke ek ghareeb maa hai, us ke bas mein yeh nahi ke apne bachche ko gadi khareed ke de de. to wahan to us ki mohabbat ki had aa jaye gi,</w:t>
      </w:r>
    </w:p>
    <w:p>
      <w:pPr>
        <w:jc w:val="right"/>
      </w:pPr>
      <w:r>
        <w:t>مثلاً، ماں کے ایک غریب ماں ہے، اس کے بس میں یہ نہیں کہ اپنے بچے کو گاڑی خرید کے دے دے۔ تو وہاں تو اس کی محبت کی حد آ جائے گی،</w:t>
      </w:r>
    </w:p>
    <w:p>
      <w:r>
        <w:rPr>
          <w:b/>
        </w:rPr>
        <w:t xml:space="preserve">[1:07:53] </w:t>
      </w:r>
      <w:r>
        <w:t>lekin jahan us ke bas mein hai, wahan woh jaise abhi aap ne suna, doctor Fareeda ka qissa, main bhi wahan maujood tha.</w:t>
      </w:r>
    </w:p>
    <w:p>
      <w:pPr>
        <w:jc w:val="right"/>
      </w:pPr>
      <w:r>
        <w:t>لیکن جہاں اس کے بس میں ہے، وہاں وہ جیسے ابھی آپ نے سنا، ڈاکٹر فریدہ کا قصہ، میں بھی وہاں موجود تھا۔</w:t>
      </w:r>
    </w:p>
    <w:p>
      <w:r>
        <w:rPr>
          <w:b/>
        </w:rPr>
        <w:t xml:space="preserve">[1:08:03] </w:t>
      </w:r>
      <w:r>
        <w:t>main hairaan tha ke jahaz urr raha hai, ab woh maa bachche ke liye khari hai, seat par nahi baithi hai.</w:t>
      </w:r>
    </w:p>
    <w:p>
      <w:pPr>
        <w:jc w:val="right"/>
      </w:pPr>
      <w:r>
        <w:t>میں حیران تھا کہ جہاز اڑ رہا ہے، اب وہ ماں بچے کے لیے کھڑی ہے، سیٹ پر نہیں بیٹھی ہے۔</w:t>
      </w:r>
    </w:p>
    <w:p>
      <w:r>
        <w:rPr>
          <w:b/>
        </w:rPr>
        <w:t xml:space="preserve">[1:08:13] </w:t>
      </w:r>
      <w:r>
        <w:t>bahut lamba safar tha aur main hairaan tha ke musalsal bachche ko god mein liye khari hai, kyun ke bachcha baghair god mein chup nahi hota tha.</w:t>
      </w:r>
    </w:p>
    <w:p>
      <w:pPr>
        <w:jc w:val="right"/>
      </w:pPr>
      <w:r>
        <w:t>بہت لمبا سفر تھا اور میں حیران تھا کہ مسلسل بچے کو گود میں لیے کھڑی ہے، کیونکہ بچہ بغیر گود میں چپ نہیں ہوتا تھا۔</w:t>
      </w:r>
    </w:p>
    <w:p>
      <w:r>
        <w:rPr>
          <w:b/>
        </w:rPr>
        <w:t xml:space="preserve">[1:08:22] </w:t>
      </w:r>
      <w:r>
        <w:t>woh</w:t>
      </w:r>
    </w:p>
    <w:p>
      <w:pPr>
        <w:jc w:val="right"/>
      </w:pPr>
      <w:r>
        <w:t>وہ</w:t>
      </w:r>
    </w:p>
    <w:p>
      <w:r>
        <w:rPr>
          <w:b/>
        </w:rPr>
        <w:t xml:space="preserve">[1:08:23] </w:t>
      </w:r>
      <w:r>
        <w:t>seat par baithti thi to chalata tha, jab khari hoti thi le kar god mein tab chup hota tha. to aap ghor kijiye, woh sawari mein hai, hawa jahaz mein hai, lekin seat par nahi baithi, woh god mein liye khari rahi.</w:t>
      </w:r>
    </w:p>
    <w:p>
      <w:pPr>
        <w:jc w:val="right"/>
      </w:pPr>
      <w:r>
        <w:t>سیٹ پر بیٹھتی تھی تو چلاتا تھا، جب کھڑی ہوتی تھی لے کر گود میں تب چپ ہوتا تھا۔ تو آپ غور کیجئے، وہ سواری میں ہے، ہوا جہاز میں ہے، لیکن سیٹ پر نہیں بیٹھی، وہ گود میں لیے کھڑی رہی۔</w:t>
      </w:r>
    </w:p>
    <w:p>
      <w:r>
        <w:rPr>
          <w:b/>
        </w:rPr>
        <w:t xml:space="preserve">[1:08:37] </w:t>
      </w:r>
      <w:r>
        <w:t>to use aap kahen ke tumhari had aa gayi to kya aap ki baat sune gi? woh</w:t>
      </w:r>
    </w:p>
    <w:p>
      <w:pPr>
        <w:jc w:val="right"/>
      </w:pPr>
      <w:r>
        <w:t>تو اسے آپ کہیں کہ تمہاری حد آ گئی تو کیا آپ کی بات سنے گی؟ وہ</w:t>
      </w:r>
    </w:p>
    <w:p>
      <w:r>
        <w:rPr>
          <w:b/>
        </w:rPr>
        <w:t xml:space="preserve">[1:08:44] </w:t>
      </w:r>
      <w:r>
        <w:t>talif e qalb ki koi had nahi. haan, agar aap ke bas mein jo baat na rahe to woh had hai.</w:t>
      </w:r>
    </w:p>
    <w:p>
      <w:pPr>
        <w:jc w:val="right"/>
      </w:pPr>
      <w:r>
        <w:t>تالیف قلب کی کوئی حد نہیں۔ ہاں، اگر آپ کے بس میں جو بات نہ رہے تو وہ حد ہے۔</w:t>
      </w:r>
    </w:p>
    <w:p>
      <w:r>
        <w:rPr>
          <w:b/>
        </w:rPr>
        <w:t xml:space="preserve">[1:08:51] </w:t>
      </w:r>
      <w:r>
        <w:t>maulana, yeh sawal kiya hai miss Naghma Siddiqui ne. unhon ne likha hai ke "what is the difference in the working of CPS and other movements?" haan, dekhiye,</w:t>
      </w:r>
    </w:p>
    <w:p>
      <w:pPr>
        <w:jc w:val="right"/>
      </w:pPr>
      <w:r>
        <w:t>مولانا، یہ سوال کیا ہے مس نغمہ صدیقی نے۔ انہوں نے لکھا ہے کہ "واٹ از دا ڈیفرنس ان دی ورکنگ آف سی پی ایس اینڈ ادر موومنٹس؟" ہاں، دیکھیے،</w:t>
      </w:r>
    </w:p>
    <w:p>
      <w:r>
        <w:rPr>
          <w:b/>
        </w:rPr>
        <w:t xml:space="preserve">[1:09:10] </w:t>
      </w:r>
      <w:r>
        <w:t>jahan tak main janta hoon, doosri tehrikon ka nishana system hai,</w:t>
      </w:r>
    </w:p>
    <w:p>
      <w:pPr>
        <w:jc w:val="right"/>
      </w:pPr>
      <w:r>
        <w:t>جہاں تک میں جانتا ہوں، دوسری تحریکوں کا نشانہ سسٹم ہے،</w:t>
      </w:r>
    </w:p>
    <w:p>
      <w:r>
        <w:rPr>
          <w:b/>
        </w:rPr>
        <w:t xml:space="preserve">[1:09:18] </w:t>
      </w:r>
      <w:r>
        <w:t>nizaam ko badalna,</w:t>
      </w:r>
    </w:p>
    <w:p>
      <w:pPr>
        <w:jc w:val="right"/>
      </w:pPr>
      <w:r>
        <w:t>نظام کو بدلنا،</w:t>
      </w:r>
    </w:p>
    <w:p>
      <w:r>
        <w:rPr>
          <w:b/>
        </w:rPr>
        <w:t xml:space="preserve">[1:09:22] </w:t>
      </w:r>
      <w:r>
        <w:t>yaani majmoo'ay ko badalna ke dunya mein nizaam-e-adl aaye, justice ka nizaam aaye, zulm khatm ho, insaaf qaaim ho,</w:t>
      </w:r>
    </w:p>
    <w:p>
      <w:pPr>
        <w:jc w:val="right"/>
      </w:pPr>
      <w:r>
        <w:t>یعنی مجموعے کو بدلنا کہ دنیا میں نظام عدل آئے، جسٹس کا نظام آئے، ظلم ختم ہو، انصاف قائم ہو،</w:t>
      </w:r>
    </w:p>
    <w:p>
      <w:r>
        <w:rPr>
          <w:b/>
        </w:rPr>
        <w:t xml:space="preserve">[1:09:36] </w:t>
      </w:r>
      <w:r>
        <w:t>hukoomat</w:t>
      </w:r>
    </w:p>
    <w:p>
      <w:pPr>
        <w:jc w:val="right"/>
      </w:pPr>
      <w:r>
        <w:t>حکومت</w:t>
      </w:r>
    </w:p>
    <w:p>
      <w:r>
        <w:rPr>
          <w:b/>
        </w:rPr>
        <w:t xml:space="preserve">[1:09:40] </w:t>
      </w:r>
      <w:r>
        <w:t>yaani jis ko kehte hain yeh log ke quwwat-e-saaliha yaani zalim hukmaran khatm hon aur saaliha hukmaran aayen.</w:t>
      </w:r>
    </w:p>
    <w:p>
      <w:pPr>
        <w:jc w:val="right"/>
      </w:pPr>
      <w:r>
        <w:t>یعنی جس کو کہتے ہیں یہ لوگ کہ قیادت صالحہ یعنی ظالم حکمران ختم ہوں اور صالح حکمران آئیں۔</w:t>
      </w:r>
    </w:p>
    <w:p>
      <w:r>
        <w:rPr>
          <w:b/>
        </w:rPr>
        <w:t xml:space="preserve">[1:09:50] </w:t>
      </w:r>
      <w:r>
        <w:t>to is ko mein keh raha hoon system ko nishana banana, majmoo'ay ko nishana banana. Hamari jo mission hai, is ka nishana system nahi hai, is ka nishana fard hai, individual hai,</w:t>
      </w:r>
    </w:p>
    <w:p>
      <w:pPr>
        <w:jc w:val="right"/>
      </w:pPr>
      <w:r>
        <w:t>تو اس کو میں کہہ رہا ہوں سسٹم کو نشانہ بنانا، مجموعے کو نشانہ بنانا۔ ہماری جو مشن ہے، اس کا نشانہ سسٹم نہیں ہے، اس کا نشانہ فرد ہے، انڈیویجول ہے،</w:t>
      </w:r>
    </w:p>
    <w:p>
      <w:r>
        <w:rPr>
          <w:b/>
        </w:rPr>
        <w:t xml:space="preserve">[1:10:08] </w:t>
      </w:r>
      <w:r>
        <w:t>ek insaan hai. Kyun ke jannat mein jo jayega, woh system nahi jayega, jannat mein insaan jayega.</w:t>
      </w:r>
    </w:p>
    <w:p>
      <w:pPr>
        <w:jc w:val="right"/>
      </w:pPr>
      <w:r>
        <w:t>ایک انسان ہے۔ کیونکہ جنت میں جو جائے گا، وہ سسٹم نہیں جائے گا، جنت میں انسان جائے گا۔</w:t>
      </w:r>
    </w:p>
    <w:p>
      <w:r>
        <w:rPr>
          <w:b/>
        </w:rPr>
        <w:t xml:space="preserve">[1:10:17] </w:t>
      </w:r>
      <w:r>
        <w:t>Hamari to talab hai, woh yeh hai ke Khuda mujhe bhi jannat ke liye qubool farmaye, doosre insaan ko bhi qubool farmaye. To kis kisi system ko thori jannat mein daal dega?</w:t>
      </w:r>
    </w:p>
    <w:p>
      <w:pPr>
        <w:jc w:val="right"/>
      </w:pPr>
      <w:r>
        <w:t>ہماری تو طلب ہے، وہ یہ ہے کہ خدا مجھے بھی جنت کے لیے قبول فرمائے، دوسرے انسان کو بھی قبول فرمائے۔ تو کس کسی سسٹم کو تھوڑی جنت میں ڈال دے گا؟</w:t>
      </w:r>
    </w:p>
    <w:p>
      <w:r>
        <w:rPr>
          <w:b/>
        </w:rPr>
        <w:t xml:space="preserve">[1:10:28] </w:t>
      </w:r>
      <w:r>
        <w:t>Allah taala fard ko daalega. Laqad yatuboon afraad. To woh fard, fard jis ke liye faisla hone wala hai, woh hamara nishana hai.</w:t>
      </w:r>
    </w:p>
    <w:p>
      <w:pPr>
        <w:jc w:val="right"/>
      </w:pPr>
      <w:r>
        <w:t>اللہ تعالیٰ فرد کو ڈالے گا۔ لقد یتوبون افراد۔ تو وہ فرد، فرد جس کے لیے فیصلہ ہونے والا ہے، وہ ہمارا نشانہ ہے۔</w:t>
      </w:r>
    </w:p>
    <w:p>
      <w:r>
        <w:rPr>
          <w:b/>
        </w:rPr>
        <w:t xml:space="preserve">[1:10:42] </w:t>
      </w:r>
      <w:r>
        <w:t>Yeh talab ke mujhe Allah taala jannat de, yahi talab yeh kehti hai ke doosre ko bhi koshish karo, woh bhi jannat jannat mein jaaye.</w:t>
      </w:r>
    </w:p>
    <w:p>
      <w:pPr>
        <w:jc w:val="right"/>
      </w:pPr>
      <w:r>
        <w:t>یہ طلب کہ مجھے اللہ تعالیٰ جنت دے، یہی طلب یہ کہتی ہے کہ دوسرے کو بھی کوشش کرو، وہ بھی جنت جنت میں جائے۔</w:t>
      </w:r>
    </w:p>
    <w:p>
      <w:r>
        <w:rPr>
          <w:b/>
        </w:rPr>
        <w:t xml:space="preserve">[1:10:54] </w:t>
      </w:r>
      <w:r>
        <w:t>Doosri baat yeh hai ke yeh dekhiye, hamare aur doosron mein ek farq hai ke hamara jo nishana hai, woh Kaisri apna guard ke mutabiq hai, doosron ka nishana yeh nahi hai.</w:t>
      </w:r>
    </w:p>
    <w:p>
      <w:pPr>
        <w:jc w:val="right"/>
      </w:pPr>
      <w:r>
        <w:t>دوسری بات یہ ہے کہ یہ دیکھیے، ہمارے اور دوسروں میں ایک فرق ہے کہ ہمارا جو نشانہ ہے، وہ کیسری اپنا گارڈ کے مطابق ہے، دوسروں کا نشانہ یہ نہیں ہے۔</w:t>
      </w:r>
    </w:p>
    <w:p>
      <w:r>
        <w:rPr>
          <w:b/>
        </w:rPr>
        <w:t xml:space="preserve">[1:11:09] </w:t>
      </w:r>
      <w:r>
        <w:t>Allah taala ko yeh matloob hi nahi hai ke dunya mein aadil hukoomat qaaim ho aur bohat hi insaaf wala nizaam qaaim ho, saari buraiyan khatm ho jayen</w:t>
      </w:r>
    </w:p>
    <w:p>
      <w:pPr>
        <w:jc w:val="right"/>
      </w:pPr>
      <w:r>
        <w:t>اللہ تعالیٰ کو یہ مطلوب ہی نہیں ہے کہ دنیا میں عادل حکومت قائم ہو اور بہت ہی انصاف والا نظام قائم ہو، ساری برائیاں ختم ہو جائیں</w:t>
      </w:r>
    </w:p>
    <w:p>
      <w:r>
        <w:rPr>
          <w:b/>
        </w:rPr>
        <w:t xml:space="preserve">[1:11:22] </w:t>
      </w:r>
      <w:r>
        <w:t>, saari achhaiyan reh jayen. Bas yeh Khuda ka naqsha hi nahi, kyun ke dunya mein rakha hai Allah ne insaan ko test ke liye, imtehaan ke liye.</w:t>
      </w:r>
    </w:p>
    <w:p>
      <w:pPr>
        <w:jc w:val="right"/>
      </w:pPr>
      <w:r>
        <w:t>، ساری اچھائیاں رہ جائیں۔ بس یہ خدا کا نقشہ ہی نہیں، کیونکہ دنیا میں رکھا ہے اللہ نے انسان کو ٹیسٹ کے لیے، امتحان کے لیے۔</w:t>
      </w:r>
    </w:p>
    <w:p>
      <w:r>
        <w:rPr>
          <w:b/>
        </w:rPr>
        <w:t xml:space="preserve">[1:11:34] </w:t>
      </w:r>
      <w:r>
        <w:t>To imtehaan kaise hoga? Shayad sab ek dam farishton jaisa nizaam ban jaaye to imtehaan hoga. Imtehaan kis baat ka hoga?</w:t>
      </w:r>
    </w:p>
    <w:p>
      <w:pPr>
        <w:jc w:val="right"/>
      </w:pPr>
      <w:r>
        <w:t>تو امتحان کیسے ہوگا؟ شاید سب ایک دم فرشتوں جیسا نظام بن جائے تو امتحان ہوگا۔ امتحان کس بات کا ہوگا؟</w:t>
      </w:r>
    </w:p>
    <w:p>
      <w:r>
        <w:rPr>
          <w:b/>
        </w:rPr>
        <w:t xml:space="preserve">[1:11:45] </w:t>
      </w:r>
      <w:r>
        <w:t>Evil khatm, saare buraiyan khatm, zulm khatm, sab har taraf insaaf ka darya beh raha hai.</w:t>
      </w:r>
    </w:p>
    <w:p>
      <w:pPr>
        <w:jc w:val="right"/>
      </w:pPr>
      <w:r>
        <w:t>ایول ختم، سارے برائیاں ختم، ظلم ختم، سب ہر طرف انصاف کا دریا بہہ رہا ہے۔</w:t>
      </w:r>
    </w:p>
    <w:p>
      <w:r>
        <w:rPr>
          <w:b/>
        </w:rPr>
        <w:t xml:space="preserve">[1:11:54] </w:t>
      </w:r>
      <w:r>
        <w:t>Yeh to jannat mein hoga. Jannat mein yeh dunya mein to qabar rahega, hazan rahega,</w:t>
      </w:r>
    </w:p>
    <w:p>
      <w:pPr>
        <w:jc w:val="right"/>
      </w:pPr>
      <w:r>
        <w:t>یہ تو جنت میں ہوگا۔ جنت میں یہ دنیا میں تو قبر رہے گا، حضن رہے گا،</w:t>
      </w:r>
    </w:p>
    <w:p>
      <w:r>
        <w:rPr>
          <w:b/>
        </w:rPr>
        <w:t xml:space="preserve">[1:12:03] </w:t>
      </w:r>
      <w:r>
        <w:t>saari baatein rahengi.</w:t>
      </w:r>
    </w:p>
    <w:p>
      <w:pPr>
        <w:jc w:val="right"/>
      </w:pPr>
      <w:r>
        <w:t>ساری باتیں رہیں گی۔</w:t>
      </w:r>
    </w:p>
    <w:p>
      <w:r>
        <w:rPr>
          <w:b/>
        </w:rPr>
        <w:t xml:space="preserve">[1:12:07] </w:t>
      </w:r>
      <w:r>
        <w:t>In ke darmiyan Allah taala ko yeh dekhna hai ke kaun apne aap ko divine discipline mein qaaim rakhta hai, kaun aap kon divine response deta hai,</w:t>
      </w:r>
    </w:p>
    <w:p>
      <w:pPr>
        <w:jc w:val="right"/>
      </w:pPr>
      <w:r>
        <w:t>ان کے درمیان اللہ تعالیٰ کو یہ دیکھنا ہے کہ کون اپنے آپ کو ڈیوائن ڈسپلن میں قائم رکھتا ہے، کون آپ کون ڈیوائن رسپانس دیتا ہے،</w:t>
      </w:r>
    </w:p>
    <w:p>
      <w:r>
        <w:rPr>
          <w:b/>
        </w:rPr>
        <w:t xml:space="preserve">[1:12:25] </w:t>
      </w:r>
      <w:r>
        <w:t>kaun woh behaviour ka saboot deta hai jo jannat mein matloob hai. To woh saara wala maamla fard ka hai.</w:t>
      </w:r>
    </w:p>
    <w:p>
      <w:pPr>
        <w:jc w:val="right"/>
      </w:pPr>
      <w:r>
        <w:t>کون وہ بیہیویئر کا ثبوت دیتا ہے جو جنت میں مطلوب ہے۔ تو وہ سارا والا معاملہ فرد کا ہے۔</w:t>
      </w:r>
    </w:p>
    <w:p>
      <w:r>
        <w:rPr>
          <w:b/>
        </w:rPr>
        <w:t xml:space="preserve">[1:12:35] </w:t>
      </w:r>
      <w:r>
        <w:t>To Allah taala poori tareekh mein aise afraad ko chun rahe hain, aise individuals ko. To system Allah taala ke naqshe hi mein nahi hai, woh to jannat mein banega.</w:t>
      </w:r>
    </w:p>
    <w:p>
      <w:pPr>
        <w:jc w:val="right"/>
      </w:pPr>
      <w:r>
        <w:t>تو اللہ تعالیٰ پوری تاریخ میں ایسے افراد کو چن رہے ہیں، ایسے انڈیویجولز کو۔ تو سسٹم اللہ تعالیٰ کے نقشے ہی میں نہیں ہے، وہ تو جنت میں بنے گا۔</w:t>
      </w:r>
    </w:p>
    <w:p>
      <w:r>
        <w:rPr>
          <w:b/>
        </w:rPr>
        <w:t xml:space="preserve">[1:12:50] </w:t>
      </w:r>
      <w:r>
        <w:t>Ideal system to dunya mein saare log dekhiye, yaani Aristotle aur Plato se le kar aaj tak log ideal system, ideal government is ke khwaab mein rehte hain.</w:t>
      </w:r>
    </w:p>
    <w:p>
      <w:pPr>
        <w:jc w:val="right"/>
      </w:pPr>
      <w:r>
        <w:t>آئیڈیل سسٹم تو دنیا میں سارے لوگ دیکھیے، یعنی ارسٹوٹل اور پلیٹو سے لے کر آج تک لوگ آئیڈیل سسٹم، آئیڈیل گورنمنٹ اس کے خواب میں رہتے ہیں۔</w:t>
      </w:r>
    </w:p>
    <w:p>
      <w:r>
        <w:rPr>
          <w:b/>
        </w:rPr>
        <w:t xml:space="preserve">[1:13:04] </w:t>
      </w:r>
      <w:r>
        <w:t>Woh mumkin hi nahi hai, woh to sirf aakhirat mein hone wala hai, jannat mein. Is dunya mein jo naqsha hai Khuda ka, woh yeh hai ke har zamane mein aise afraad ko select kiya jaaye jo jannat mein basane ke qabil hon.</w:t>
      </w:r>
    </w:p>
    <w:p>
      <w:pPr>
        <w:jc w:val="right"/>
      </w:pPr>
      <w:r>
        <w:t>وہ ممکن ہی نہیں ہے، وہ تو صرف آخرت میں ہونے والا ہے، جنت میں۔ اس دنیا میں جو نقشہ ہے خدا کا، وہ یہ ہے کہ ہر زمانے میں ایسے افراد کو سلیکٹ کیا جائے جو جنت میں بسانے کے قابل ہوں۔</w:t>
      </w:r>
    </w:p>
    <w:p>
      <w:r>
        <w:rPr>
          <w:b/>
        </w:rPr>
        <w:t xml:space="preserve">[1:13:25] </w:t>
      </w:r>
      <w:r>
        <w:t>To Khuda afraad ka selection kar raha hai, system ka selection nahi kar raha. Khuda</w:t>
      </w:r>
    </w:p>
    <w:p>
      <w:pPr>
        <w:jc w:val="right"/>
      </w:pPr>
      <w:r>
        <w:t>تو خدا افراد کا سلیکشن کر رہا ہے، سسٹم کا سلیکشن نہیں کر رہا۔ خدا</w:t>
      </w:r>
    </w:p>
    <w:p>
      <w:r>
        <w:rPr>
          <w:b/>
        </w:rPr>
        <w:t xml:space="preserve">[1:13:31] </w:t>
      </w:r>
      <w:r>
        <w:t>yeh khud-saakhta nazariya hai,</w:t>
      </w:r>
    </w:p>
    <w:p>
      <w:pPr>
        <w:jc w:val="right"/>
      </w:pPr>
      <w:r>
        <w:t>یہ خود ساختہ نظریہ ہے،</w:t>
      </w:r>
    </w:p>
    <w:p>
      <w:r>
        <w:rPr>
          <w:b/>
        </w:rPr>
        <w:t xml:space="preserve">[1:13:38] </w:t>
      </w:r>
      <w:r>
        <w:t>To yeh bohat hi bada farq hai hamare mission mein, doosron ke mission mein ke doosre target karte hain system ko.</w:t>
      </w:r>
    </w:p>
    <w:p>
      <w:pPr>
        <w:jc w:val="right"/>
      </w:pPr>
      <w:r>
        <w:t>تو یہ بہت ہی بڑا فرق ہے ہمارے مشن میں، دوسروں کے مشن میں کہ دوسرے ٹارگٹ کرتے ہیں سسٹم کو۔</w:t>
      </w:r>
    </w:p>
    <w:p>
      <w:r>
        <w:rPr>
          <w:b/>
        </w:rPr>
        <w:t xml:space="preserve">[1:13:46] </w:t>
      </w:r>
      <w:r>
        <w:t>Isi liye doosron ka mission jo aap dekhiye, hamesha jaata hai kahan? Takraao par,</w:t>
      </w:r>
    </w:p>
    <w:p>
      <w:pPr>
        <w:jc w:val="right"/>
      </w:pPr>
      <w:r>
        <w:t>اسی لیے دوسروں کا مشن جو آپ دیکھیے، ہمیشہ جاتا ہے کہاں؟ ٹکراؤ پر،</w:t>
      </w:r>
    </w:p>
    <w:p>
      <w:r>
        <w:rPr>
          <w:b/>
        </w:rPr>
        <w:t xml:space="preserve">[1:13:52] </w:t>
      </w:r>
      <w:r>
        <w:t>heat, takrao, tashaddud. kyunke jis system par kuch log qabza kiye hue hain, jab aap system badalna chahte hain to woh kehte hain ke hum nahi badalne denge.</w:t>
      </w:r>
    </w:p>
    <w:p>
      <w:pPr>
        <w:jc w:val="right"/>
      </w:pPr>
      <w:r>
        <w:t>ہیٹ، ٹکراؤ، تشدد۔ کیونکہ جس سسٹم پر کچھ لوگ قبضہ کیے ہوئے ہیں، جب آپ سسٹم بدلنا چاہتے ہیں تو وہ کہتے ہیں کہ ہم نہیں بدلنے دیں گے۔</w:t>
      </w:r>
    </w:p>
    <w:p>
      <w:r>
        <w:rPr>
          <w:b/>
        </w:rPr>
        <w:t xml:space="preserve">[1:14:03] </w:t>
      </w:r>
      <w:r>
        <w:t>bas ladaai phadai. doosre jitne bhi tareeqe hain, sab kya hota hai? takrao, tashaddud, violence.</w:t>
      </w:r>
    </w:p>
    <w:p>
      <w:pPr>
        <w:jc w:val="right"/>
      </w:pPr>
      <w:r>
        <w:t>بس لڑائی پھڑائی۔ دوسرے جتنے بھی طریقے ہیں، سب کیا ہوتا ہے؟ ٹکراؤ، تشدد، وائیلنس۔</w:t>
      </w:r>
    </w:p>
    <w:p>
      <w:r>
        <w:rPr>
          <w:b/>
        </w:rPr>
        <w:t xml:space="preserve">[1:14:13] </w:t>
      </w:r>
      <w:r>
        <w:t>khud se aap is ko kehte hain jihad. woh jihad nahi hai, woh</w:t>
      </w:r>
    </w:p>
    <w:p>
      <w:pPr>
        <w:jc w:val="right"/>
      </w:pPr>
      <w:r>
        <w:t>خود سے آپ اس کو کہتے ہیں جہاد۔ وہ جہاد نہیں ہے، وہ</w:t>
      </w:r>
    </w:p>
    <w:p>
      <w:r>
        <w:rPr>
          <w:b/>
        </w:rPr>
        <w:t xml:space="preserve">[1:14:17] </w:t>
      </w:r>
      <w:r>
        <w:t>woh to khud sakhta ek tareeqa hai. jihad yahi hai, peaceful da'wah work.</w:t>
      </w:r>
    </w:p>
    <w:p>
      <w:pPr>
        <w:jc w:val="right"/>
      </w:pPr>
      <w:r>
        <w:t>وہ تو خود ساختہ ایک طریقہ ہے۔ جہاد یہی ہے، پیس فل داؤ ورک۔</w:t>
      </w:r>
    </w:p>
    <w:p>
      <w:r>
        <w:rPr>
          <w:b/>
        </w:rPr>
        <w:t xml:space="preserve">[1:14:27] </w:t>
      </w:r>
      <w:r>
        <w:t>yeh jihad hai, peaceful da'wah work. jo yeh jihad hai, to hamare haan koi takrao ka sawal hi nahi hai.</w:t>
      </w:r>
    </w:p>
    <w:p>
      <w:pPr>
        <w:jc w:val="right"/>
      </w:pPr>
      <w:r>
        <w:t>یہ جہاد ہے، پیس فل داؤ ورک۔ جو یہ جہاد ہے، تو ہمارے ہاں کوئی ٹکراؤ کا سوال ہی نہیں ہے۔</w:t>
      </w:r>
    </w:p>
    <w:p>
      <w:r>
        <w:rPr>
          <w:b/>
        </w:rPr>
        <w:t xml:space="preserve">[1:14:37] </w:t>
      </w:r>
      <w:r>
        <w:t>yahan koi takrao ka sawal nahi, kyunke hum kisi ko incite nahi kar rahe hain,</w:t>
      </w:r>
    </w:p>
    <w:p>
      <w:pPr>
        <w:jc w:val="right"/>
      </w:pPr>
      <w:r>
        <w:t>یہاں کوئی ٹکراؤ کا سوال نہیں، کیونکہ ہم کسی کو انسیٹ نہیں کر رہے ہیں،</w:t>
      </w:r>
    </w:p>
    <w:p>
      <w:r>
        <w:rPr>
          <w:b/>
        </w:rPr>
        <w:t xml:space="preserve">[1:14:41] </w:t>
      </w:r>
      <w:r>
        <w:t>kisi ko dethrone nahi kar rahe hain, kisi ki badshahat nahi chheen rahe hain, kisi ki hukoomat nahi chheen rahe hain.</w:t>
      </w:r>
    </w:p>
    <w:p>
      <w:pPr>
        <w:jc w:val="right"/>
      </w:pPr>
      <w:r>
        <w:t>کسی کو ڈی تھروڈ نہیں کر رہے ہیں، کسی کی بادشاہت نہیں چھیر رہے ہیں، کسی کی حکومت نہیں چھیر رہے ہیں۔</w:t>
      </w:r>
    </w:p>
    <w:p>
      <w:r>
        <w:rPr>
          <w:b/>
        </w:rPr>
        <w:t xml:space="preserve">[1:14:51] </w:t>
      </w:r>
      <w:r>
        <w:t>yeh hamara nishana hi nahi hai.</w:t>
      </w:r>
    </w:p>
    <w:p>
      <w:pPr>
        <w:jc w:val="right"/>
      </w:pPr>
      <w:r>
        <w:t>یہ ہمارا نشانہ ہی نہیں ہے۔</w:t>
      </w:r>
    </w:p>
    <w:p>
      <w:r>
        <w:rPr>
          <w:b/>
        </w:rPr>
        <w:t xml:space="preserve">[1:14:56] </w:t>
      </w:r>
      <w:r>
        <w:t>mujhe khud zahiri taur par peshkashain ki gayi,</w:t>
      </w:r>
    </w:p>
    <w:p>
      <w:pPr>
        <w:jc w:val="right"/>
      </w:pPr>
      <w:r>
        <w:t>مجھے خود ظاہری طور پر پیشکشیں کی گئی،</w:t>
      </w:r>
    </w:p>
    <w:p>
      <w:r>
        <w:rPr>
          <w:b/>
        </w:rPr>
        <w:t xml:space="preserve">[1:14:59] </w:t>
      </w:r>
      <w:r>
        <w:t>main ne isi waqt inkar kar diya ke mujhe na governor banna hai, na minister banna hai, kyunke hamara nishana to fard ki islaah hai. to doosron ke is mein aur hamare is mein yeh buniyadi farq hai ke doosron ka nishana system hai, hamara nishana fard hai, individual.</w:t>
      </w:r>
    </w:p>
    <w:p>
      <w:pPr>
        <w:jc w:val="right"/>
      </w:pPr>
      <w:r>
        <w:t>میں نے اسی وقت انکار کر دیا کہ مجھے نہ گورنر بننا ہے، نہ منسٹر بننا ہے، کیونکہ ہمارا نشان تو فرد کی اصلاح ہے۔ تو دوسروں کے اس میں اور ہمارے اس میں یہ بنیادی فرق ہے کہ دوسروں کا نشانہ سسٹم ہے، ہمارا نشانہ فرد ہے، انڈیویجول۔</w:t>
      </w:r>
    </w:p>
    <w:p>
      <w:r>
        <w:rPr>
          <w:b/>
        </w:rPr>
        <w:t xml:space="preserve">[1:15:23] </w:t>
      </w:r>
      <w:r>
        <w:t>maulana, yeh sawal aaya hai Mr. Shafeeq Dar ka</w:t>
      </w:r>
    </w:p>
    <w:p>
      <w:pPr>
        <w:jc w:val="right"/>
      </w:pPr>
      <w:r>
        <w:t>مولانا، یہ سوال آیا ہے مسٹر شفیع ڈار کا</w:t>
      </w:r>
    </w:p>
    <w:p>
      <w:r>
        <w:rPr>
          <w:b/>
        </w:rPr>
        <w:t xml:space="preserve">[1:15:27] </w:t>
      </w:r>
      <w:r>
        <w:t>Kashmir se. unhon ne likha hai: "dawah ke kaam mein mujh ko kabhi kabhaar bohat khauf mehsoos hota hai, mera dimaagh distract ho jata hai.</w:t>
      </w:r>
    </w:p>
    <w:p>
      <w:pPr>
        <w:jc w:val="right"/>
      </w:pPr>
      <w:r>
        <w:t>کشمیر سے۔ انہوں نے لکھا ہے: "دعوت کے کام میں مجھ کو کبھی کبھار بہت خوف محسوس ہوتا ہے، میرا دماغ ڈسٹریکٹ ہو جاتا ہے۔</w:t>
      </w:r>
    </w:p>
    <w:p>
      <w:r>
        <w:rPr>
          <w:b/>
        </w:rPr>
        <w:t xml:space="preserve">[1:15:38] </w:t>
      </w:r>
      <w:r>
        <w:t>aisi haalat mein ek da'ee ko kya karna chahiye?" dua, dua, bas aur kuch nahi,</w:t>
      </w:r>
    </w:p>
    <w:p>
      <w:pPr>
        <w:jc w:val="right"/>
      </w:pPr>
      <w:r>
        <w:t>ایسی حالت میں ایک داعی کو کیا کرنا چاہیے؟" دعا، دعا، بس اور کچھ نہیں،</w:t>
      </w:r>
    </w:p>
    <w:p>
      <w:r>
        <w:rPr>
          <w:b/>
        </w:rPr>
        <w:t xml:space="preserve">[1:15:51] </w:t>
      </w:r>
      <w:r>
        <w:t>aur kuch nahi.</w:t>
      </w:r>
    </w:p>
    <w:p>
      <w:pPr>
        <w:jc w:val="right"/>
      </w:pPr>
      <w:r>
        <w:t>اور کچھ نہیں۔</w:t>
      </w:r>
    </w:p>
    <w:p>
      <w:r>
        <w:rPr>
          <w:b/>
        </w:rPr>
        <w:t xml:space="preserve">[1:15:58] </w:t>
      </w:r>
      <w:r>
        <w:t>da'wah ka jo kaam hai, dua ke baghair nahi ho sakta.</w:t>
      </w:r>
    </w:p>
    <w:p>
      <w:pPr>
        <w:jc w:val="right"/>
      </w:pPr>
      <w:r>
        <w:t>دعوت کا جو کام ہے، دعا کے بغیر نہیں ہو سکتا۔</w:t>
      </w:r>
    </w:p>
    <w:p>
      <w:r>
        <w:rPr>
          <w:b/>
        </w:rPr>
        <w:t xml:space="preserve">[1:16:05] </w:t>
      </w:r>
      <w:r>
        <w:t>har da'ee jo hai, us ko jaan na chahiye ke is ka,</w:t>
      </w:r>
    </w:p>
    <w:p>
      <w:pPr>
        <w:jc w:val="right"/>
      </w:pPr>
      <w:r>
        <w:t>ہر داعی جو ہے، اس کو جاننا چاہیے کہ اس کا،</w:t>
      </w:r>
    </w:p>
    <w:p>
      <w:r>
        <w:rPr>
          <w:b/>
        </w:rPr>
        <w:t xml:space="preserve">[1:16:16] </w:t>
      </w:r>
      <w:r>
        <w:t>is ka da'wati, is ki, is ka da'wati mission jo hai, sirf chal sakta hai us waqt jab farishton ki madad aap ko haasil ho.</w:t>
      </w:r>
    </w:p>
    <w:p>
      <w:pPr>
        <w:jc w:val="right"/>
      </w:pPr>
      <w:r>
        <w:t>اس کا دعوتی، اس کی، اس کا دعوتی مشن جو ہے، صرف چل سکتا ہے اس وقت جب فرشتوں کی مدد آپ کو حاصل ہو۔</w:t>
      </w:r>
    </w:p>
    <w:p>
      <w:r>
        <w:rPr>
          <w:b/>
        </w:rPr>
        <w:t xml:space="preserve">[1:16:28] </w:t>
      </w:r>
      <w:r>
        <w:t>us ke baad nahi chal sakta,</w:t>
      </w:r>
    </w:p>
    <w:p>
      <w:pPr>
        <w:jc w:val="right"/>
      </w:pPr>
      <w:r>
        <w:t>اس کے بعد نہیں چل سکتا،</w:t>
      </w:r>
    </w:p>
    <w:p>
      <w:r>
        <w:rPr>
          <w:b/>
        </w:rPr>
        <w:t xml:space="preserve">[1:16:32] </w:t>
      </w:r>
      <w:r>
        <w:t>us ke baad mumkin hi nahi hai.</w:t>
      </w:r>
    </w:p>
    <w:p>
      <w:pPr>
        <w:jc w:val="right"/>
      </w:pPr>
      <w:r>
        <w:t>اس کے بعد ممکن ہی نہیں ہے۔</w:t>
      </w:r>
    </w:p>
    <w:p>
      <w:r>
        <w:rPr>
          <w:b/>
        </w:rPr>
        <w:t xml:space="preserve">[1:16:36] </w:t>
      </w:r>
      <w:r>
        <w:t>to farishton ki madad kab aayegi? jab Allah taala ka hukum hoga. to dua ka matlab hai ke: "Ae Khuda, tu farishton ko mera saathi bana de."</w:t>
      </w:r>
    </w:p>
    <w:p>
      <w:pPr>
        <w:jc w:val="right"/>
      </w:pPr>
      <w:r>
        <w:t>تو فرشتوں کی مدد کب آئے گی؟ جب اللہ تعالیٰ کا حکم ہوگا۔ تو دعا کا مطلب ہے کہ: "اے خدا، تو فرشتوں کو میرا ساتھی بنا دے۔"</w:t>
      </w:r>
    </w:p>
    <w:p>
      <w:r>
        <w:rPr>
          <w:b/>
        </w:rPr>
        <w:t xml:space="preserve">[1:16:50] </w:t>
      </w:r>
      <w:r>
        <w:t>hamare jo kaam kar rahe hain, jo log, un ko baar baar yeh tajurba hota hai ke anokhe taur par ek kaam ho gaya. to kis ne kiya? farishton ne kiya.</w:t>
      </w:r>
    </w:p>
    <w:p>
      <w:pPr>
        <w:jc w:val="right"/>
      </w:pPr>
      <w:r>
        <w:t>ہمارے جو کام کر رہے ہیں، جو لوگ، ان کو بار بار یہ تجربہ ہوتا ہے کہ انوکھے طور پر ایک کام ہو گیا۔ تو کس نے کیا؟ فرشتوں نے کیا۔</w:t>
      </w:r>
    </w:p>
    <w:p>
      <w:r>
        <w:rPr>
          <w:b/>
        </w:rPr>
        <w:t xml:space="preserve">[1:16:59] </w:t>
      </w:r>
      <w:r>
        <w:t>abhi yahan par ek sahib ne apna qissa bataya tha ke airport par woh dakhil hue, waqt kam tha</w:t>
      </w:r>
    </w:p>
    <w:p>
      <w:pPr>
        <w:jc w:val="right"/>
      </w:pPr>
      <w:r>
        <w:t>ابھی یہاں پر ایک صاحب نے اپنا قصہ بتایا تھا کہ ایئرپورٹ پر وہ داخل ہوئے، وقت کم تھا</w:t>
      </w:r>
    </w:p>
    <w:p>
      <w:r>
        <w:rPr>
          <w:b/>
        </w:rPr>
        <w:t xml:space="preserve">[1:17:05] </w:t>
      </w:r>
      <w:r>
        <w:t>, to ajeeb o ghareeb taur par har ek ne kaha ke: "jaldi aao, jaldi aao!" aur yeh kahan waqea hua? Srinagar ke airport par.</w:t>
      </w:r>
    </w:p>
    <w:p>
      <w:pPr>
        <w:jc w:val="right"/>
      </w:pPr>
      <w:r>
        <w:t>، تو عجیب و غریب طور پر ہر ایک نے کہا کہ: "جلدی آؤ، جلدی آؤ!" اور یہ کہاں واقعہ ہوا؟ سری نگر کے ایئرپورٹ پر۔</w:t>
      </w:r>
    </w:p>
    <w:p>
      <w:r>
        <w:rPr>
          <w:b/>
        </w:rPr>
        <w:t xml:space="preserve">[1:17:14] </w:t>
      </w:r>
      <w:r>
        <w:t>mujh se ab tak log batate thay ke Srinagar ke airport par bari checking hoti hai, bohat checking hoti hai. un ko checking ke baghair kehte kehte gaye log, jo wahan par staff tha, aage jaldi jao, waqt kam hai.</w:t>
      </w:r>
    </w:p>
    <w:p>
      <w:pPr>
        <w:jc w:val="right"/>
      </w:pPr>
      <w:r>
        <w:t>مجھ سے اب تک لوگ بتاتے تھے کہ سری نگر کے ایئرپورٹ پر بڑی چیکنگ ہوتی ہے، بہت چیکنگ ہوتی ہے۔ ان کو چیکنگ کے بغیر کہتے کہتے گئے لوگ، جو وہاں پر اسٹاف تھا، آگے جلدی جاؤ، وقت کم ہے۔</w:t>
      </w:r>
    </w:p>
    <w:p>
      <w:r>
        <w:rPr>
          <w:b/>
        </w:rPr>
        <w:t xml:space="preserve">[1:17:28] </w:t>
      </w:r>
      <w:r>
        <w:t>to is ka kaun kara raha tha? yeh farishte kara rahe thay.</w:t>
      </w:r>
    </w:p>
    <w:p>
      <w:pPr>
        <w:jc w:val="right"/>
      </w:pPr>
      <w:r>
        <w:t>تو اس کا کون کرا رہا تھا؟ یہ فرشتے کرا رہے تھے۔</w:t>
      </w:r>
    </w:p>
    <w:p>
      <w:r>
        <w:rPr>
          <w:b/>
        </w:rPr>
        <w:t xml:space="preserve">[1:17:36] </w:t>
      </w:r>
      <w:r>
        <w:t>aise bohat se waqiat hain hamare sathiyon ke sath ke un usual tor par kaam ban gaya, un usual tor par.</w:t>
      </w:r>
    </w:p>
    <w:p>
      <w:pPr>
        <w:jc w:val="right"/>
      </w:pPr>
      <w:r>
        <w:t>ایسے بہت سے واقعات ہیں ہمارے ساتھیوں کے ساتھ کہ ان یوزل طور پر کام بن گیا، ان یوزل طور پر۔</w:t>
      </w:r>
    </w:p>
    <w:p>
      <w:r>
        <w:rPr>
          <w:b/>
        </w:rPr>
        <w:t xml:space="preserve">[1:17:45] </w:t>
      </w:r>
      <w:r>
        <w:t>woh kaise bana? farishton ki madad se. toh yaad rakhiye, daao work Allah ki nusrat hi se hota hai.</w:t>
      </w:r>
    </w:p>
    <w:p>
      <w:pPr>
        <w:jc w:val="right"/>
      </w:pPr>
      <w:r>
        <w:t>وہ کیسے بنا؟ فرشتوں کی مدد سے۔ تو یاد رکھیے، داؤ ورک اللہ کی نصرت ہی سے ہوتا ہے۔</w:t>
      </w:r>
    </w:p>
    <w:p>
      <w:r>
        <w:rPr>
          <w:b/>
        </w:rPr>
        <w:t xml:space="preserve">[1:17:55] </w:t>
      </w:r>
      <w:r>
        <w:t>Allah ki nusrat ka matlab yeh hai ke farishton ki madad se hota hai. toh jahan bhi aap ko rukawat ho, da</w:t>
      </w:r>
    </w:p>
    <w:p>
      <w:pPr>
        <w:jc w:val="right"/>
      </w:pPr>
      <w:r>
        <w:t>اللہ کی نصرت کا مطلب یہ ہے کہ فرشتوں کی مدد سے ہوتا ہے۔ تو جہاں بھی آپ کو رکاوٹ ہو، د</w:t>
      </w:r>
    </w:p>
    <w:p>
      <w:r>
        <w:rPr>
          <w:b/>
        </w:rPr>
        <w:t xml:space="preserve">[1:18:05] </w:t>
      </w:r>
      <w:r>
        <w:t>ua kijiye. jahan bhi rukawat ho, dua kijiye.</w:t>
      </w:r>
    </w:p>
    <w:p>
      <w:pPr>
        <w:jc w:val="right"/>
      </w:pPr>
      <w:r>
        <w:t>عا کیجئے۔ جہاں بھی رکاوٹ ہو، دعا کیجئے۔</w:t>
      </w:r>
    </w:p>
    <w:p>
      <w:r>
        <w:rPr>
          <w:b/>
        </w:rPr>
        <w:t xml:space="preserve">[1:18:10] </w:t>
      </w:r>
      <w:r>
        <w:t>yeh yahi is is ka jawab hai. Maulana, yeh sawal kya hai Mukhtar Sahab ne Shopein Kashmir se. unhon ne poocha hai ke: "dawat haqeeqi amal hai ya ibadat?" dawat ibadat hai,</w:t>
      </w:r>
    </w:p>
    <w:p>
      <w:pPr>
        <w:jc w:val="right"/>
      </w:pPr>
      <w:r>
        <w:t>یہ یہی اس اس کا جواب ہے۔ مولانا، یہ سوال کیا ہے مختار صاحب نے شوپین کشمیر سے۔ انہوں نے پوچھا ہے کہ: "دعوت حقیقی عمل ہے یا عبادت؟" دعوت عبادت ہے،</w:t>
      </w:r>
    </w:p>
    <w:p>
      <w:r>
        <w:rPr>
          <w:b/>
        </w:rPr>
        <w:t xml:space="preserve">[1:18:29] </w:t>
      </w:r>
      <w:r>
        <w:t>ibadat haqeeqi amal hai. haqeeqi amal aur ibadat koi alag alag cheezein nahi hain.</w:t>
      </w:r>
    </w:p>
    <w:p>
      <w:pPr>
        <w:jc w:val="right"/>
      </w:pPr>
      <w:r>
        <w:t>عبادت حقیقی عمل ہے۔ حقیقی عمل اور عبادت کوئی الگ الگ چیزیں نہیں ہیں۔</w:t>
      </w:r>
    </w:p>
    <w:p>
      <w:r>
        <w:rPr>
          <w:b/>
        </w:rPr>
        <w:t xml:space="preserve">[1:18:37] </w:t>
      </w:r>
      <w:r>
        <w:t>dawat toh sartaapa ibadat hai. dekhiye, ibadat kya hai? har woh cheez jis ka Allah ne hukum diya ho, us ko aap anjam dein toh yeh ibadat hai.</w:t>
      </w:r>
    </w:p>
    <w:p>
      <w:pPr>
        <w:jc w:val="right"/>
      </w:pPr>
      <w:r>
        <w:t>دعوت تو سرتاپا عبادت ہے۔ دیکھیے، عبادت کیا ہے؟ ہر وہ چیز جس کا اللہ نے حکم دیا ہو، اس کو آپ انجام دیں تو یہ عبادت ہے۔</w:t>
      </w:r>
    </w:p>
    <w:p>
      <w:r>
        <w:rPr>
          <w:b/>
        </w:rPr>
        <w:t xml:space="preserve">[1:18:50] </w:t>
      </w:r>
      <w:r>
        <w:t>ibadat ka matlab yeh nahi ke sirf kuch rasmi aamal hain, woh ibadat hai.</w:t>
      </w:r>
    </w:p>
    <w:p>
      <w:pPr>
        <w:jc w:val="right"/>
      </w:pPr>
      <w:r>
        <w:t>عبادت کا مطلب یہ نہیں کہ صرف کچھ رسمی اعمال ہیں، وہ عبادت ہے۔</w:t>
      </w:r>
    </w:p>
    <w:p>
      <w:r>
        <w:rPr>
          <w:b/>
        </w:rPr>
        <w:t xml:space="preserve">[1:18:56] </w:t>
      </w:r>
      <w:r>
        <w:t>har woh ibadat jo Allah ne hukum diya ho, jis se Allah raazi hota ho, yeh toh hadith se sabit hai ke har woh kaam jis ka Allah ne hukum diya ho aur jisay karne se Allah raazi hota ho, woh ibadat hai.</w:t>
      </w:r>
    </w:p>
    <w:p>
      <w:pPr>
        <w:jc w:val="right"/>
      </w:pPr>
      <w:r>
        <w:t>ہر وہ عبادت جو اللہ نے حکم دیا ہو، جس سے اللہ راضی ہوتا ہو، یہ تو حدیث سے ثابت ہے کہ ہر وہ کام جس کا اللہ نے حکم دیا ہو اور جسے کرنے سے اللہ راضی ہوتا ہو، وہ عبادت ہے۔</w:t>
      </w:r>
    </w:p>
    <w:p>
      <w:r>
        <w:rPr>
          <w:b/>
        </w:rPr>
        <w:t xml:space="preserve">[1:19:13] </w:t>
      </w:r>
      <w:r>
        <w:t>toh dawat bhi ibadat hai,</w:t>
      </w:r>
    </w:p>
    <w:p>
      <w:pPr>
        <w:jc w:val="right"/>
      </w:pPr>
      <w:r>
        <w:t>تو دعوت بھی عبادت ہے،</w:t>
      </w:r>
    </w:p>
    <w:p>
      <w:r>
        <w:rPr>
          <w:b/>
        </w:rPr>
        <w:t xml:space="preserve">[1:19:18] </w:t>
      </w:r>
      <w:r>
        <w:t>kyun ke Allah ne hukum diya hai.</w:t>
      </w:r>
    </w:p>
    <w:p>
      <w:pPr>
        <w:jc w:val="right"/>
      </w:pPr>
      <w:r>
        <w:t>کیونکہ اللہ نے حکم دیا ہے۔</w:t>
      </w:r>
    </w:p>
    <w:p>
      <w:r>
        <w:rPr>
          <w:b/>
        </w:rPr>
        <w:t xml:space="preserve">[1:19:22] </w:t>
      </w:r>
      <w:r>
        <w:t>toh Islam mein kuch rituals karna baat nahi hai. Islam mein Allah ki raza hasil karne ke liye jo bhi kaam kiya jaye, woh ibadat o shawar hoga.</w:t>
      </w:r>
    </w:p>
    <w:p>
      <w:pPr>
        <w:jc w:val="right"/>
      </w:pPr>
      <w:r>
        <w:t>تو اسلام میں کچھ ریچولز کرنا بات نہیں ہے۔ اسلام میں اللہ کی رضا حاصل کرنے کے لیے جو بھی کام کیا جائے، وہ عبادت و شوار ہوگا۔</w:t>
      </w:r>
    </w:p>
    <w:p>
      <w:r>
        <w:rPr>
          <w:b/>
        </w:rPr>
        <w:t xml:space="preserve">[1:19:37] </w:t>
      </w:r>
      <w:r>
        <w:t>Maulana, yeh sawal Srinagar se kiya hai Miss Qurat Qurat Dehl ne.</w:t>
      </w:r>
    </w:p>
    <w:p>
      <w:pPr>
        <w:jc w:val="right"/>
      </w:pPr>
      <w:r>
        <w:t>مولانا، یہ سوال سری نگر سے کیا ہے مس قروت قروت دہل نے۔</w:t>
      </w:r>
    </w:p>
    <w:p>
      <w:r>
        <w:rPr>
          <w:b/>
        </w:rPr>
        <w:t xml:space="preserve">[1:19:44] </w:t>
      </w:r>
      <w:r>
        <w:t>Maulana Sahab, you have said that in spite of in spite of Mother Teresa's social service, she died in agony.</w:t>
      </w:r>
    </w:p>
    <w:p>
      <w:pPr>
        <w:jc w:val="right"/>
      </w:pPr>
      <w:r>
        <w:t>مولانا صاحب، یو ہیو سیڈ دیٹ انسپائٹ آف انسپائٹ آف مدر ٹیرسا سوشل سروس، شی ڈائیڈ ان ایگنی۔</w:t>
      </w:r>
    </w:p>
    <w:p>
      <w:r>
        <w:rPr>
          <w:b/>
        </w:rPr>
        <w:t xml:space="preserve">[1:19:55] </w:t>
      </w:r>
      <w:r>
        <w:t>she has herself admitted on this. please explain what was the reason of her agony? dekhiye, un ki life chhupi hai.</w:t>
      </w:r>
    </w:p>
    <w:p>
      <w:pPr>
        <w:jc w:val="right"/>
      </w:pPr>
      <w:r>
        <w:t>شی ہیز ہر سیلف ایڈمیٹڈ آن دس۔ پلیز ایکسپلین واٹ واز دا ریزن آف ہر ایگنی؟ دیکھیں، ان کی لائف چھپی ہے۔</w:t>
      </w:r>
    </w:p>
    <w:p>
      <w:r>
        <w:rPr>
          <w:b/>
        </w:rPr>
        <w:t xml:space="preserve">[1:20:12] </w:t>
      </w:r>
      <w:r>
        <w:t>is ka khulasa maine padha tha jo magazine hota hai, American magazine Time, us mein aaya tha. is ki asal kitab toh mere paas nahi hai, lekin is khulasa maine padha tha Time magazine mein.</w:t>
      </w:r>
    </w:p>
    <w:p>
      <w:pPr>
        <w:jc w:val="right"/>
      </w:pPr>
      <w:r>
        <w:t>اس کا خلاصہ میں نے پڑھا تھا جو میگزین ہوتا ہے، امریکن میگزین ٹائم، اس میں آیا تھا۔ اس کی اصل کتاب تو میرے پاس نہیں ہے، لیکن اس خلاصہ میں نے پڑھا تھا ٹائم میگزین میں۔</w:t>
      </w:r>
    </w:p>
    <w:p>
      <w:r>
        <w:rPr>
          <w:b/>
        </w:rPr>
        <w:t xml:space="preserve">[1:20:31] </w:t>
      </w:r>
      <w:r>
        <w:t>us ko padh kar jo main samjha tha, us mein us ke letters bhi hain, bohat hi private khatoot.</w:t>
      </w:r>
    </w:p>
    <w:p>
      <w:pPr>
        <w:jc w:val="right"/>
      </w:pPr>
      <w:r>
        <w:t>اس کو پڑھ کر جو میں سمجھا تھا، اس میں اس کے لیٹرز بھی ہیں، بہت ہی پرائیویٹ خطوط۔</w:t>
      </w:r>
    </w:p>
    <w:p>
      <w:r>
        <w:rPr>
          <w:b/>
        </w:rPr>
        <w:t xml:space="preserve">[1:20:36] </w:t>
      </w:r>
      <w:r>
        <w:t>jo main samjha tha, woh yahi tha ke woh samajhti thi ke Khuda, yani woh samajhti thi ke ke yani sufferers ke paas Khuda hota hai.</w:t>
      </w:r>
    </w:p>
    <w:p>
      <w:pPr>
        <w:jc w:val="right"/>
      </w:pPr>
      <w:r>
        <w:t>جو میں سمجھا تھا، وہ یہی تھا کہ وہ سمجھتی تھی کہ خدا، یعنی وہ سمجھتی تھی کہ کہ یعنی سفریرز کے پاس خدا ہوتا ہے۔</w:t>
      </w:r>
    </w:p>
    <w:p>
      <w:r>
        <w:rPr>
          <w:b/>
        </w:rPr>
        <w:t xml:space="preserve">[1:20:57] </w:t>
      </w:r>
      <w:r>
        <w:t>sufferers ke paas jo kisi museebat mein hain, pareshani mein hain, wahan Khuda hota hai. wahan agar tum khidmat karo toh Khuda mil jayega.</w:t>
      </w:r>
    </w:p>
    <w:p>
      <w:pPr>
        <w:jc w:val="right"/>
      </w:pPr>
      <w:r>
        <w:t>سفریرز کے پاس جو کسی مصیبت میں ہیں، پریشانی میں ہیں، وہاں خدا ہوتا ہے۔ وہاں اگر تم خدمت کرو تو خدا مل جائے گا۔</w:t>
      </w:r>
    </w:p>
    <w:p>
      <w:r>
        <w:rPr>
          <w:b/>
        </w:rPr>
        <w:t xml:space="preserve">[1:21:05] </w:t>
      </w:r>
      <w:r>
        <w:t>yeh us ka aqeedah tha.</w:t>
      </w:r>
    </w:p>
    <w:p>
      <w:pPr>
        <w:jc w:val="right"/>
      </w:pPr>
      <w:r>
        <w:t>یہ اس کا عقیدہ تھا۔</w:t>
      </w:r>
    </w:p>
    <w:p>
      <w:r>
        <w:rPr>
          <w:b/>
        </w:rPr>
        <w:t xml:space="preserve">[1:21:09] </w:t>
      </w:r>
      <w:r>
        <w:t>toh us ne sufferers ko mein sab se ziyada super jo sufferers hote hain, leprosy ke mareez, us ka intikhab kiya.</w:t>
      </w:r>
    </w:p>
    <w:p>
      <w:pPr>
        <w:jc w:val="right"/>
      </w:pPr>
      <w:r>
        <w:t>تو اس نے سفریرز کو میں سب سے زیادہ سپر جو سفریرز ہوتے ہیں، لیپروسی کے مریض، اس کا انتخاب کیا۔</w:t>
      </w:r>
    </w:p>
    <w:p>
      <w:r>
        <w:rPr>
          <w:b/>
        </w:rPr>
        <w:t xml:space="preserve">[1:21:21] </w:t>
      </w:r>
      <w:r>
        <w:t>kyun ke aap jante hain ke leprosy ke mareez jo super sufferers hote hain, un ka ke us ka hospital banaya. ek muddat tak us ka kaam karti hai, us ko Nobel Prize bhi mila.</w:t>
      </w:r>
    </w:p>
    <w:p>
      <w:pPr>
        <w:jc w:val="right"/>
      </w:pPr>
      <w:r>
        <w:t>کیونکہ آپ جانتے ہیں کہ لیپروسی کے مریض جو سپر سفریرز ہوتے ہیں، ان کا کہ اس کا ہاسپٹل بنایا۔ ایک مدت تک اس کا کام کرتی ہے، اس کو نوبل پرائز بھی ملا۔</w:t>
      </w:r>
    </w:p>
    <w:p>
      <w:r>
        <w:rPr>
          <w:b/>
        </w:rPr>
        <w:t xml:space="preserve">[1:21:36] </w:t>
      </w:r>
      <w:r>
        <w:t>bila shubah us ka kaam qabil e tareef kaam hai, lekin woh tareef hai khidmat e khalq ke aitbar se, Khuda ko paane ke aitbar se nahi.</w:t>
      </w:r>
    </w:p>
    <w:p>
      <w:pPr>
        <w:jc w:val="right"/>
      </w:pPr>
      <w:r>
        <w:t>بلاشبہ اس کا کام قابل تعریف کام ہے، لیکن وہ تعریف ہے خدمت خلق کے اعتبار سے، خدا کو پانے کے اعتبار سے نہیں۔</w:t>
      </w:r>
    </w:p>
    <w:p>
      <w:r>
        <w:rPr>
          <w:b/>
        </w:rPr>
        <w:t xml:space="preserve">[1:21:50] </w:t>
      </w:r>
      <w:r>
        <w:t>yani aap khidmat e khalq karein toh aap ko Khuda mil jaye, aisa nahi ho sakta.</w:t>
      </w:r>
    </w:p>
    <w:p>
      <w:pPr>
        <w:jc w:val="right"/>
      </w:pPr>
      <w:r>
        <w:t>یعنی آپ خدمت خلق کریں تو آپ کو خدا مل جائے، ایسا نہیں ہو سکتا۔</w:t>
      </w:r>
    </w:p>
    <w:p>
      <w:r>
        <w:rPr>
          <w:b/>
        </w:rPr>
        <w:t xml:space="preserve">[1:21:58] </w:t>
      </w:r>
      <w:r>
        <w:t>toh woh muddat tak insaan ki khidmat karte rahi, khidmat karte rahi, lekin us ne dekha ke yahan par us ko woh rooh ko woh taskeen nahi mili jo Khuda ko paane se hoti hai.</w:t>
      </w:r>
    </w:p>
    <w:p>
      <w:pPr>
        <w:jc w:val="right"/>
      </w:pPr>
      <w:r>
        <w:t>تو وہ مدت تک انسان کی خدمت کرتے رہی، خدمت کرتے رہی، لیکن اس نے دیکھا کہ یہاں پر اس کو وہ روح کو وہ تسکین نہیں ملی جو خدا کو پانے سے ہوتی ہے۔</w:t>
      </w:r>
    </w:p>
    <w:p>
      <w:r>
        <w:rPr>
          <w:b/>
        </w:rPr>
        <w:t xml:space="preserve">[1:22:14] </w:t>
      </w:r>
      <w:r>
        <w:t>to aakhir mein woh maashi mari,</w:t>
      </w:r>
    </w:p>
    <w:p>
      <w:pPr>
        <w:jc w:val="right"/>
      </w:pPr>
      <w:r>
        <w:t>تو آخر میں وہ معاشی مری،</w:t>
      </w:r>
    </w:p>
    <w:p>
      <w:r>
        <w:rPr>
          <w:b/>
        </w:rPr>
        <w:t xml:space="preserve">[1:22:19] </w:t>
      </w:r>
      <w:r>
        <w:t>maashi mari ke is ka jo is ki rooh mein jo talab thi ke apne khaliq ko paaye, apne malik ko paaye, woh is ko haasil nahi hua.</w:t>
      </w:r>
    </w:p>
    <w:p>
      <w:pPr>
        <w:jc w:val="right"/>
      </w:pPr>
      <w:r>
        <w:t>معاشی مری کہ اس کا جو اس کی روح میں جو طلب تھی کہ اپنے خالق کو پائے، اپنے مالک کو پائے، وہ اس کو حاصل نہیں ہوا۔</w:t>
      </w:r>
    </w:p>
    <w:p>
      <w:r>
        <w:rPr>
          <w:b/>
        </w:rPr>
        <w:t xml:space="preserve">[1:22:32] </w:t>
      </w:r>
      <w:r>
        <w:t>yeh mein khulasa samjha tha is ko parh kar ke. ab mein apna batata hoon aap ko ke Allah ke fazal se mera jo zindagi ka aaghaz hua, woh yahan se nahi hua.</w:t>
      </w:r>
    </w:p>
    <w:p>
      <w:pPr>
        <w:jc w:val="right"/>
      </w:pPr>
      <w:r>
        <w:t>یہ میں خلاصہ سمجھا تھا اس کو پڑھ کر کے۔ اب میں اپنا بتاتا ہوں آپ کو کہ اللہ کے فضل سے میرا جو زندگی کا آغاز ہوا، وہ یہاں سے نہیں ہوا۔</w:t>
      </w:r>
    </w:p>
    <w:p>
      <w:r>
        <w:rPr>
          <w:b/>
        </w:rPr>
        <w:t xml:space="preserve">[1:22:46] </w:t>
      </w:r>
      <w:r>
        <w:t>dekhein, abhi mein yahan daftar aaya to mujhe aik kitaab di gayi jo abhi bhi chhap kar aayi hai, kitaab marifat.</w:t>
      </w:r>
    </w:p>
    <w:p>
      <w:pPr>
        <w:jc w:val="right"/>
      </w:pPr>
      <w:r>
        <w:t>دیکھیں، ابھی میں یہاں دفتر آیا تو مجھے ایک کتاب دی گئی جو ابھی بھی چھپ کر آئی ہے، کتاب معرفت۔</w:t>
      </w:r>
    </w:p>
    <w:p>
      <w:r>
        <w:rPr>
          <w:b/>
        </w:rPr>
        <w:t xml:space="preserve">[1:22:57] </w:t>
      </w:r>
      <w:r>
        <w:t>is ko dekh kar mujhe apni 70 saal ki tareekh yaad aa gayi.</w:t>
      </w:r>
    </w:p>
    <w:p>
      <w:pPr>
        <w:jc w:val="right"/>
      </w:pPr>
      <w:r>
        <w:t>اس کو دیکھ کر مجھے اپنی 70 سال کی تاریخ یاد آ گئی۔</w:t>
      </w:r>
    </w:p>
    <w:p>
      <w:r>
        <w:rPr>
          <w:b/>
        </w:rPr>
        <w:t xml:space="preserve">[1:23:04] </w:t>
      </w:r>
      <w:r>
        <w:t>ab se taqreeban 70 saal pehle, ghaliban 1941 mein, mere andar bohat shiddat se is se tahs haq ka jazba ubhra.</w:t>
      </w:r>
    </w:p>
    <w:p>
      <w:pPr>
        <w:jc w:val="right"/>
      </w:pPr>
      <w:r>
        <w:t>اب سے تقریباً 70 سال پہلے، غالباً 1941 میں، میرے اندر بہت شدت سے اس سے تحس حق کا جذبہ ابھرا۔</w:t>
      </w:r>
    </w:p>
    <w:p>
      <w:r>
        <w:rPr>
          <w:b/>
        </w:rPr>
        <w:t xml:space="preserve">[1:23:16] </w:t>
      </w:r>
      <w:r>
        <w:t>wohi jazba jo mother teresa mein hua tha, lekin mera mukhtalif tha. achaanak bilkul deewangi ke aalam mein mere dimagh se nikla: "Khuda hai to kab aayega?</w:t>
      </w:r>
    </w:p>
    <w:p>
      <w:pPr>
        <w:jc w:val="right"/>
      </w:pPr>
      <w:r>
        <w:t>وہی جذبہ جو مدر ٹریسا میں ہوا تھا، لیکن میرا مختلف تھا۔ اچانک بالکل دیوانگی کے عالم میں میرے دماغ سے نکلا: "خدا ہے تو کب آئے گا؟</w:t>
      </w:r>
    </w:p>
    <w:p>
      <w:r>
        <w:rPr>
          <w:b/>
        </w:rPr>
        <w:t xml:space="preserve">[1:23:29] </w:t>
      </w:r>
      <w:r>
        <w:t>mein kab tak tere aane ka intezar karoon?"</w:t>
      </w:r>
    </w:p>
    <w:p>
      <w:pPr>
        <w:jc w:val="right"/>
      </w:pPr>
      <w:r>
        <w:t>میں کب تک تیرے آنے کا انتظار کروں؟"</w:t>
      </w:r>
    </w:p>
    <w:p>
      <w:r>
        <w:rPr>
          <w:b/>
        </w:rPr>
        <w:t xml:space="preserve">[1:23:34] </w:t>
      </w:r>
      <w:r>
        <w:t>mein yeh kehta tha aur rota tha</w:t>
      </w:r>
    </w:p>
    <w:p>
      <w:pPr>
        <w:jc w:val="right"/>
      </w:pPr>
      <w:r>
        <w:t>میں یہ کہتا تھا اور روتا تھا</w:t>
      </w:r>
    </w:p>
    <w:p>
      <w:r>
        <w:rPr>
          <w:b/>
        </w:rPr>
        <w:t xml:space="preserve">[1:23:38] </w:t>
      </w:r>
      <w:r>
        <w:t>kyunke meri talash Khuda ko paane ke liye thi.</w:t>
      </w:r>
    </w:p>
    <w:p>
      <w:pPr>
        <w:jc w:val="right"/>
      </w:pPr>
      <w:r>
        <w:t>کیونکہ میری تلاش خدا کو پانے کے لیے تھی۔</w:t>
      </w:r>
    </w:p>
    <w:p>
      <w:r>
        <w:rPr>
          <w:b/>
        </w:rPr>
        <w:t xml:space="preserve">[1:23:44] </w:t>
      </w:r>
      <w:r>
        <w:t>"Khawand, tu kab aayega? mein kab tak tere aane ka intezar karoon?" is par mein ne, yaani us waqt, apne ehsasat ko mein likhta bhi tha.</w:t>
      </w:r>
    </w:p>
    <w:p>
      <w:pPr>
        <w:jc w:val="right"/>
      </w:pPr>
      <w:r>
        <w:t>"خداوند، تو کب آئے گا؟ میں کب تک تیرے آنے کا انتظار کروں؟" اس پر میں نے، یعنی اس وقت، اپنے احساسات کو میں لکھتا بھی تھا۔</w:t>
      </w:r>
    </w:p>
    <w:p>
      <w:r>
        <w:rPr>
          <w:b/>
        </w:rPr>
        <w:t xml:space="preserve">[1:23:56] </w:t>
      </w:r>
      <w:r>
        <w:t>bohat sa likha, mein ne</w:t>
      </w:r>
    </w:p>
    <w:p>
      <w:pPr>
        <w:jc w:val="right"/>
      </w:pPr>
      <w:r>
        <w:t>بہت سا لکھا، میں نے</w:t>
      </w:r>
    </w:p>
    <w:p>
      <w:r>
        <w:rPr>
          <w:b/>
        </w:rPr>
        <w:t xml:space="preserve">[1:23:58] </w:t>
      </w:r>
      <w:r>
        <w:t>hazaaroon hazaar pages likhe, lekin woh chhap nahi sakte the kyunke us waqt mein chhapne ki position mein nahi tha. phir mein Dilli aaya to yahan par kitaabein Allah taala ne likhwaayin aur sainkaron kitaabein chhapin Urdu mein, English mein, Arabic mein, Hindi mein aur zabaanon mein.</w:t>
      </w:r>
    </w:p>
    <w:p>
      <w:pPr>
        <w:jc w:val="right"/>
      </w:pPr>
      <w:r>
        <w:t>ہزاروں ہزار پیجز لکھے، لیکن وہ چھپ نہیں سکتے تھے کیونکہ اس وقت میں چھاپنے کی پوزیشن میں نہیں تھا۔ پھر میں دلی آیا تو یہاں پر کتابیں اللہ تعالیٰ نے لکھوائیں اور سینکڑوں کتابیں چھپیں اردو میں، انگلش میں، عربک میں، ہندی میں اور زبانوں میں۔</w:t>
      </w:r>
    </w:p>
    <w:p>
      <w:r>
        <w:rPr>
          <w:b/>
        </w:rPr>
        <w:t xml:space="preserve">[1:24:21] </w:t>
      </w:r>
      <w:r>
        <w:t>to abhi bhi yeh kitaab aayi hai, kitaab marifat.</w:t>
      </w:r>
    </w:p>
    <w:p>
      <w:pPr>
        <w:jc w:val="right"/>
      </w:pPr>
      <w:r>
        <w:t>تو ابھی بھی یہ کتاب آئی ہے، کتاب معرفت۔</w:t>
      </w:r>
    </w:p>
    <w:p>
      <w:r>
        <w:rPr>
          <w:b/>
        </w:rPr>
        <w:t xml:space="preserve">[1:24:26] </w:t>
      </w:r>
      <w:r>
        <w:t>is ka unwan ka doosra hona chahiye ke "mein ne Khuda ko pa liya. jis Khuda ki talash mein tha, woh Khuda mujhe mil gaya." kitaab marifat to mujhe bilkul mere rooh mein aik aik sukoon ka samandar aa gaya, aik aa gaya.</w:t>
      </w:r>
    </w:p>
    <w:p>
      <w:pPr>
        <w:jc w:val="right"/>
      </w:pPr>
      <w:r>
        <w:t>اس کا عنوان کا دوسرا ہونا چاہیے کہ "میں نے خدا کو پا لیا۔ جس خدا کی تلاش میں تھا، وہ خدا مجھے مل گیا۔" کتاب معرفت تو مجھے بالکل میرے روح میں ایک ایک سکون کا سمندر آ گیا، ایک آ گیا۔</w:t>
      </w:r>
    </w:p>
    <w:p>
      <w:r>
        <w:rPr>
          <w:b/>
        </w:rPr>
        <w:t xml:space="preserve">[1:24:45] </w:t>
      </w:r>
      <w:r>
        <w:t>yeh yaani nahi ke Khudaaya jis ko mein dhoondta tha, us ko mein ne paaya.</w:t>
      </w:r>
    </w:p>
    <w:p>
      <w:pPr>
        <w:jc w:val="right"/>
      </w:pPr>
      <w:r>
        <w:t>یہ یعنی نہیں کہ خدایا جس کو میں ڈھونڈتا تھا، اس کو میں نے پایا۔</w:t>
      </w:r>
    </w:p>
    <w:p>
      <w:r>
        <w:rPr>
          <w:b/>
        </w:rPr>
        <w:t xml:space="preserve">[1:24:53] </w:t>
      </w:r>
      <w:r>
        <w:t>tu ne mujhe tofeeq di ke mein us ko boloon aur likhoon, aur tu ne tofeeq di ke woh chhap kar logon tak pahuche.</w:t>
      </w:r>
    </w:p>
    <w:p>
      <w:pPr>
        <w:jc w:val="right"/>
      </w:pPr>
      <w:r>
        <w:t>تو نے مجھے توفیق دی کہ میں اس کو بولوں اور لکھوں، اور تو نے توفیق دی کہ وہ چھپ کر لوگوں تک پہنچے۔</w:t>
      </w:r>
    </w:p>
    <w:p>
      <w:r>
        <w:rPr>
          <w:b/>
        </w:rPr>
        <w:t xml:space="preserve">[1:25:06] </w:t>
      </w:r>
      <w:r>
        <w:t>to jo Khuda ko dhoondega, woh Khuda ko paayega. jo insaan dhoondega, woh insaan ko paayega.</w:t>
      </w:r>
    </w:p>
    <w:p>
      <w:pPr>
        <w:jc w:val="right"/>
      </w:pPr>
      <w:r>
        <w:t>تو جو خدا کو ڈھونڈے گا، وہ خدا کو پائے گا۔ جو انسان ڈھونڈے گا، وہ انسان کو پائے گا۔</w:t>
      </w:r>
    </w:p>
    <w:p>
      <w:r>
        <w:rPr>
          <w:b/>
        </w:rPr>
        <w:t xml:space="preserve">[1:25:18] </w:t>
      </w:r>
      <w:r>
        <w:t>aap maal ko dhoondhein to maal milega, insaan dhoondhein to insaan milega, lekin kya wahan sukoon mil jayega aap ko? sukoon to aap ko khaliq ko paane mein hai,</w:t>
      </w:r>
    </w:p>
    <w:p>
      <w:pPr>
        <w:jc w:val="right"/>
      </w:pPr>
      <w:r>
        <w:t>آپ مال کو ڈھونڈیں تو مال ملے گا، انسان ڈھونڈیں تو انسان ملے گا، لیکن کیا وہاں سکون مل جائے گا آپ کو؟ سکون تو آپ کو خالق کو پانے میں ہے،</w:t>
      </w:r>
    </w:p>
    <w:p>
      <w:r>
        <w:rPr>
          <w:b/>
        </w:rPr>
        <w:t xml:space="preserve">[1:25:33] </w:t>
      </w:r>
      <w:r>
        <w:t>khaliq ko paane mein hai.</w:t>
      </w:r>
    </w:p>
    <w:p>
      <w:pPr>
        <w:jc w:val="right"/>
      </w:pPr>
      <w:r>
        <w:t>خالق کو پانے میں ہے۔</w:t>
      </w:r>
    </w:p>
    <w:p>
      <w:r>
        <w:rPr>
          <w:b/>
        </w:rPr>
        <w:t xml:space="preserve">[1:25:38] </w:t>
      </w:r>
      <w:r>
        <w:t>makhlooq ko taskeen milegi khaliq ko paane mein aur kisi cheez mein nahi. isi liye log jo hain, koi kuch karta hai, koi kuch karta hai, adha dhungar, lekin marta hai mayoosi mein kyunke is is ko, is ko jo asal jo talab thi, woh to is ko mila nahi.</w:t>
      </w:r>
    </w:p>
    <w:p>
      <w:pPr>
        <w:jc w:val="right"/>
      </w:pPr>
      <w:r>
        <w:t>مخلوق کو تسکین ملے گی خالق کو پانے میں اور کسی چیز میں نہیں۔ اسی لیے لوگ جو ہیں، کوئی کچھ کرتا ہے، کوئی کچھ کرتا ہے، ادھا دھن گار، لیکن مرتا ہے مایوسی میں کیونکہ اس اس کو، اس کو جو اصل جو طلب تھی، وہ تو اس کو ملا نہیں۔</w:t>
      </w:r>
    </w:p>
    <w:p>
      <w:r>
        <w:rPr>
          <w:b/>
        </w:rPr>
        <w:t xml:space="preserve">[1:25:59] </w:t>
      </w:r>
      <w:r>
        <w:t>woh talab thi khud Allah ki.</w:t>
      </w:r>
    </w:p>
    <w:p>
      <w:pPr>
        <w:jc w:val="right"/>
      </w:pPr>
      <w:r>
        <w:t>وہ طلب تھی خود اللہ کی۔</w:t>
      </w:r>
    </w:p>
    <w:p>
      <w:r>
        <w:rPr>
          <w:b/>
        </w:rPr>
        <w:t xml:space="preserve">[1:26:04] </w:t>
      </w:r>
      <w:r>
        <w:t>yeh Allah ka fazal hai ke mein parh ke, mein 70 saal ki talash ke baad, mein Allah ko mein ne paaya aur mujhe tofeeq mili ke mein Allah ke liye boloon, Allah ke liye likhoon.</w:t>
      </w:r>
    </w:p>
    <w:p>
      <w:pPr>
        <w:jc w:val="right"/>
      </w:pPr>
      <w:r>
        <w:t>یہ اللہ کا فضل ہے کہ میں پڑھ کے، میں 70 سال کی تلاش کے بعد، میں اللہ کو میں نے پایا اور مجھے توفیق ملی کہ میں اللہ کے لیے بولوں، اللہ کے لیے لکھوں۔</w:t>
      </w:r>
    </w:p>
    <w:p>
      <w:r>
        <w:rPr>
          <w:b/>
        </w:rPr>
        <w:t xml:space="preserve">[1:26:16] </w:t>
      </w:r>
      <w:r>
        <w:t>yeh kitaab jo hai, jo most modern technique hai, is par chhapi hai. yeh jo mein ne 70 saal par to mamooli lithopress bhi chhapane ki position mein nahi tha.</w:t>
      </w:r>
    </w:p>
    <w:p>
      <w:pPr>
        <w:jc w:val="right"/>
      </w:pPr>
      <w:r>
        <w:t>یہ کتاب جو ہے، جو موسٹ ماڈرن ٹیکنیک ہے، اس پر چھپی ہے۔ یہ جو میں نے 70 سال پر تو معمولی لیتھوپریس بھی چھپانے کی پوزیشن میں نہیں تھا۔</w:t>
      </w:r>
    </w:p>
    <w:p>
      <w:r>
        <w:rPr>
          <w:b/>
        </w:rPr>
        <w:t xml:space="preserve">[1:26:29] </w:t>
      </w:r>
      <w:r>
        <w:t>mein us waqt dunya mein lithopress tha,</w:t>
      </w:r>
    </w:p>
    <w:p>
      <w:pPr>
        <w:jc w:val="right"/>
      </w:pPr>
      <w:r>
        <w:t>میں اس وقت دنیا میں لیتھوپریس تھا،</w:t>
      </w:r>
    </w:p>
    <w:p>
      <w:r>
        <w:rPr>
          <w:b/>
        </w:rPr>
        <w:t xml:space="preserve">[1:26:34] </w:t>
      </w:r>
      <w:r>
        <w:t>is par bhi mein chhapwane ki position mein nahi tha. likhta tha, likh likh kar ke beshumar kagazat likhe mein ne.</w:t>
      </w:r>
    </w:p>
    <w:p>
      <w:pPr>
        <w:jc w:val="right"/>
      </w:pPr>
      <w:r>
        <w:t>اس پر بھی میں چھپوانے کی پوزیشن میں نہیں تھا۔ لکھتا تھا، لکھ لکھ کر کے بے شمار کاغذات لکھے میں نے۔</w:t>
      </w:r>
    </w:p>
    <w:p>
      <w:r>
        <w:rPr>
          <w:b/>
        </w:rPr>
        <w:t xml:space="preserve">[1:26:48] </w:t>
      </w:r>
      <w:r>
        <w:t>to dekhiye, yaad rakhiye, is cheez ki talash kijiye jo talash kar ke milti hai, us ki talash mat kijiye jo talash ke bawajood nahi milti</w:t>
      </w:r>
    </w:p>
    <w:p>
      <w:pPr>
        <w:jc w:val="right"/>
      </w:pPr>
      <w:r>
        <w:t>تو دیکھیے، یاد رکھیے، اس چیز کی تلاش کیجئے جو تلاش کر کے ملتی ہے، اس کی تلاش مت کیجئے جو تلاش کے باوجود نہیں ملتی</w:t>
      </w:r>
    </w:p>
    <w:p>
      <w:r>
        <w:rPr>
          <w:b/>
        </w:rPr>
        <w:t xml:space="preserve">[1:27:01] </w:t>
      </w:r>
      <w:r>
        <w:t>. aap system banane ki koshish karenge, system banne wala nahi. maashi marenge aap. maal mein aap khushi dhoondhein, maal bhi le jayega, khushi nahi milegi.</w:t>
      </w:r>
    </w:p>
    <w:p>
      <w:pPr>
        <w:jc w:val="right"/>
      </w:pPr>
      <w:r>
        <w:t>۔ آپ سسٹم بنانے کی کوشش کریں گے، سسٹم بننے والا نہیں۔ معاشی مریں گے آپ۔ مال میں آپ خوشی ڈھونڈیں، مال بھی لے جائے گا، خوشی نہیں ملے گی۔</w:t>
      </w:r>
    </w:p>
    <w:p>
      <w:r>
        <w:rPr>
          <w:b/>
        </w:rPr>
        <w:t xml:space="preserve">[1:27:14] </w:t>
      </w:r>
      <w:r>
        <w:t>aap insaan ki khidmat kijiye, khidmat kar payenge lekin khushi nahi milegi.</w:t>
      </w:r>
    </w:p>
    <w:p>
      <w:pPr>
        <w:jc w:val="right"/>
      </w:pPr>
      <w:r>
        <w:t>آپ انسان کی خدمت کیجئے، خدمت کر پائیں گے لیکن خوشی نہیں ملے گی۔</w:t>
      </w:r>
    </w:p>
    <w:p>
      <w:r>
        <w:rPr>
          <w:b/>
        </w:rPr>
        <w:t xml:space="preserve">[1:27:24] </w:t>
      </w:r>
      <w:r>
        <w:t>kyunke quran mein dekhi jaye, "allah bi zikrillah tatmain al quloob" ek hi ayat kitni ajeeb o ghareeb hai. "allah bi zikrillah tatmain al quloob" sun lo,</w:t>
      </w:r>
    </w:p>
    <w:p>
      <w:pPr>
        <w:jc w:val="right"/>
      </w:pPr>
      <w:r>
        <w:t>کیونکہ قرآن میں دیکھی جائے، "اللہ بذکر اللہ تطمئن القلوب" ایک ہی آیت کتنی عجیب و غریب ہے۔ "اللہ بذکر اللہ تطمئن القلوب" سن لو،</w:t>
      </w:r>
    </w:p>
    <w:p>
      <w:r>
        <w:rPr>
          <w:b/>
        </w:rPr>
        <w:t xml:space="preserve">[1:27:38] </w:t>
      </w:r>
      <w:r>
        <w:t>sirf allah ke zikr hi se dilon ko itminan hasil hota hai kyunke allah paane wali cheez hai, baqi cheezein paane wali cheez hi nahi hain.</w:t>
      </w:r>
    </w:p>
    <w:p>
      <w:pPr>
        <w:jc w:val="right"/>
      </w:pPr>
      <w:r>
        <w:t>صرف اللہ کے ذکر ہی سے دلوں کو اطمینان حاصل ہوتا ہے کیونکہ اللہ پانے والی چیز ہے، باقی چیزیں پانے والی چیز ہی نہیں ہیں۔</w:t>
      </w:r>
    </w:p>
    <w:p>
      <w:r>
        <w:rPr>
          <w:b/>
        </w:rPr>
        <w:t xml:space="preserve">[1:27:49] </w:t>
      </w:r>
      <w:r>
        <w:t>wo to quran mein hai ke sarab ke peeche daudna hai.</w:t>
      </w:r>
    </w:p>
    <w:p>
      <w:pPr>
        <w:jc w:val="right"/>
      </w:pPr>
      <w:r>
        <w:t>وہ تو قرآن میں ہے کہ سراب کے پیچھے دوڑنا ہے۔</w:t>
      </w:r>
    </w:p>
    <w:p>
      <w:r>
        <w:rPr>
          <w:b/>
        </w:rPr>
        <w:t xml:space="preserve">[1:27:53] </w:t>
      </w:r>
      <w:r>
        <w:t>soorah an noor mein bataya gaya hai ke aadmi sarab ke peeche daud raha hai, aakhir mein maloom hota hai kuch bhi nahi.</w:t>
      </w:r>
    </w:p>
    <w:p>
      <w:pPr>
        <w:jc w:val="right"/>
      </w:pPr>
      <w:r>
        <w:t>سورہ النور میں بتایا گیا ہے کہ آدمی سراب کے پیچھے دوڑ رہا ہے، آخر میں معلوم ہوتا ہے کچھ بھی نہیں۔</w:t>
      </w:r>
    </w:p>
    <w:p>
      <w:r>
        <w:rPr>
          <w:b/>
        </w:rPr>
        <w:t xml:space="preserve">[1:28:04] </w:t>
      </w:r>
      <w:r>
        <w:t>yeh tashbeeh soorah an noor mein aap parh sakte hain.</w:t>
      </w:r>
    </w:p>
    <w:p>
      <w:pPr>
        <w:jc w:val="right"/>
      </w:pPr>
      <w:r>
        <w:t>یہ تشبیہ سورہ النور میں آپ پڑھ سکتے ہیں۔</w:t>
      </w:r>
    </w:p>
    <w:p>
      <w:r>
        <w:rPr>
          <w:b/>
        </w:rPr>
        <w:t xml:space="preserve">[1:28:12] </w:t>
      </w:r>
      <w:r>
        <w:t>to mein keh sakta hoon apna tajruba hai ke mein ek seekhar tha lekin meri fitrat jo hai, wo khuda ki mutalashi ban gayi.</w:t>
      </w:r>
    </w:p>
    <w:p>
      <w:pPr>
        <w:jc w:val="right"/>
      </w:pPr>
      <w:r>
        <w:t>تو میں کہہ سکتا ہوں اپنا تجربہ ہے کہ میں ایک سیکھر تھا لیکن میری فطرت جو ہے، وہ خدا کی متلاشی بن گئی۔</w:t>
      </w:r>
    </w:p>
    <w:p>
      <w:r>
        <w:rPr>
          <w:b/>
        </w:rPr>
        <w:t xml:space="preserve">[1:28:29] </w:t>
      </w:r>
      <w:r>
        <w:t>bohat cheezein mein ne parhin, kahan kahan ka safar kiya, kitne muddaton tak tadapta raha</w:t>
      </w:r>
    </w:p>
    <w:p>
      <w:pPr>
        <w:jc w:val="right"/>
      </w:pPr>
      <w:r>
        <w:t>بہت چیزیں میں نے پڑھیں، کہاں کہاں کا سفر کیا، کتنے مدتوں تک تڑپتا رہا</w:t>
      </w:r>
    </w:p>
    <w:p>
      <w:r>
        <w:rPr>
          <w:b/>
        </w:rPr>
        <w:t xml:space="preserve">[1:28:39] </w:t>
      </w:r>
      <w:r>
        <w:t>yahan tak ke mujh par allah ka darwaza khula. mein ne allah ko paaya</w:t>
      </w:r>
    </w:p>
    <w:p>
      <w:pPr>
        <w:jc w:val="right"/>
      </w:pPr>
      <w:r>
        <w:t>یہاں تک کہ مجھ پر اللہ کا دروازہ کھلا۔ میں نے اللہ کو پایا</w:t>
      </w:r>
    </w:p>
    <w:p>
      <w:r>
        <w:rPr>
          <w:b/>
        </w:rPr>
        <w:t xml:space="preserve">[1:28:49] </w:t>
      </w:r>
      <w:r>
        <w:t>aur isi ka ek yeh misaal, namoona ek kitaab hai, kitaab e maarfat yaani allah ki pehchan, allah ki maarfat.</w:t>
      </w:r>
    </w:p>
    <w:p>
      <w:pPr>
        <w:jc w:val="right"/>
      </w:pPr>
      <w:r>
        <w:t>اور اسی کا ایک یہ مثال، نمونہ ایک کتاب ہے، کتاب معرفت یعنی اللہ کی پہچان، اللہ کی معرفت۔</w:t>
      </w:r>
    </w:p>
    <w:p>
      <w:r>
        <w:rPr>
          <w:b/>
        </w:rPr>
        <w:t xml:space="preserve">[1:29:06] </w:t>
      </w:r>
      <w:r>
        <w:t>to mein is ka agar doosra title doon to wo yeh ka hoga, yeh hoga: "mein ne allah ko talash kiya aur mein ne allah ko pa liya". yeh ek is ki dastaan samajh lijiye.</w:t>
      </w:r>
    </w:p>
    <w:p>
      <w:pPr>
        <w:jc w:val="right"/>
      </w:pPr>
      <w:r>
        <w:t>تو میں اس کا اگر دوسرا ٹائٹل دوں تو وہ یہ کا ہوگا، یہ ہوگا: "میں نے اللہ کو تلاش کیا اور میں نے اللہ کو پا لیا"۔ یہ ایک اس کی داستان سمجھ لیجئے۔</w:t>
      </w:r>
    </w:p>
    <w:p>
      <w:r>
        <w:rPr>
          <w:b/>
        </w:rPr>
        <w:t xml:space="preserve">[1:29:18] </w:t>
      </w:r>
      <w:r>
        <w:t>to mein aap sab logon ko kahunga ke is cheez ke mutalashi baniye jo paane wali cheez hai, hargiz is ke mutalashi na baniye jo jis ka paana mumkin hi nahi.</w:t>
      </w:r>
    </w:p>
    <w:p>
      <w:pPr>
        <w:jc w:val="right"/>
      </w:pPr>
      <w:r>
        <w:t>تو میں آپ سب لوگوں کو کہوں گا کہ اس چیز کے متلاشی بنیے جو پانے والی چیز ہے، ہرگز اس کے متلاشی نہ بنیے جو جس کو جس کا پانا ممکن ہی نہیں۔</w:t>
      </w:r>
    </w:p>
    <w:p>
      <w:r>
        <w:rPr>
          <w:b/>
        </w:rPr>
        <w:t xml:space="preserve">[1:29:35] </w:t>
      </w:r>
      <w:r>
        <w:t>pa lein tab bhi mahroomi hai.</w:t>
      </w:r>
    </w:p>
    <w:p>
      <w:pPr>
        <w:jc w:val="right"/>
      </w:pPr>
      <w:r>
        <w:t>پا لیں تب بھی محرومی ہے۔</w:t>
      </w:r>
    </w:p>
    <w:p>
      <w:r>
        <w:rPr>
          <w:b/>
        </w:rPr>
        <w:t xml:space="preserve">[1:29:41] </w:t>
      </w:r>
      <w:r>
        <w:t>mein ne ek pata internet se niklwaya, super achievers jo hote hain, super achiever jo kaha jata hai, un ko un ki maut aayi to wo kya haalat thi un ki nafsiati?</w:t>
      </w:r>
    </w:p>
    <w:p>
      <w:pPr>
        <w:jc w:val="right"/>
      </w:pPr>
      <w:r>
        <w:t>میں نے ایک پتہ انٹرنیٹ سے نکلوایا، سپر اچیورز جو ہوتے ہیں، سپر اچیور جو کہا جاتا ہے، ان کو ان کی موت آئی تو وہ کیا حالت تھی ان کی نفسیاتی؟</w:t>
      </w:r>
    </w:p>
    <w:p>
      <w:r>
        <w:rPr>
          <w:b/>
        </w:rPr>
        <w:t xml:space="preserve">[1:29:51] </w:t>
      </w:r>
      <w:r>
        <w:t>to 402 top ke super achievers ka nikla ke "they died in despair".</w:t>
      </w:r>
    </w:p>
    <w:p>
      <w:pPr>
        <w:jc w:val="right"/>
      </w:pPr>
      <w:r>
        <w:t>تو 402 ٹاپ کے سپر اچیورز کا نکلا کہ "دے ڈائیڈ ان ڈسپیئر"۔</w:t>
      </w:r>
    </w:p>
    <w:p>
      <w:r>
        <w:rPr>
          <w:b/>
        </w:rPr>
        <w:t xml:space="preserve">[1:30:02] </w:t>
      </w:r>
      <w:r>
        <w:t>"they died in despair"</w:t>
      </w:r>
    </w:p>
    <w:p>
      <w:pPr>
        <w:jc w:val="right"/>
      </w:pPr>
      <w:r>
        <w:t>"دے ڈائیڈ ان ڈسپیئر"</w:t>
      </w:r>
    </w:p>
    <w:p>
      <w:r>
        <w:rPr>
          <w:b/>
        </w:rPr>
        <w:t xml:space="preserve">[1:30:04] </w:t>
      </w:r>
      <w:r>
        <w:t>kyunke sari talash ke baad paya unhon ne kya? paya kya? maal mila bas. to maal to abhi talash ka jawab tha nahi.</w:t>
      </w:r>
    </w:p>
    <w:p>
      <w:pPr>
        <w:jc w:val="right"/>
      </w:pPr>
      <w:r>
        <w:t>کیونکہ ساری تلاش کے بعد پایا انہوں نے کیا؟ پایا کیا؟ مال ملا بس۔ تو مال تو ابھی تلاش کا جواب تھا نہیں۔</w:t>
      </w:r>
    </w:p>
    <w:p>
      <w:r>
        <w:rPr>
          <w:b/>
        </w:rPr>
        <w:t xml:space="preserve">[1:30:18] </w:t>
      </w:r>
      <w:r>
        <w:t>to is cheez ke seekhar baniye</w:t>
      </w:r>
    </w:p>
    <w:p>
      <w:pPr>
        <w:jc w:val="right"/>
      </w:pPr>
      <w:r>
        <w:t>تو اس چیز کے سیکھر بنیے</w:t>
      </w:r>
    </w:p>
    <w:p>
      <w:r>
        <w:rPr>
          <w:b/>
        </w:rPr>
        <w:t xml:space="preserve">[1:30:25] </w:t>
      </w:r>
      <w:r>
        <w:t>jo paane wali cheez hai, jis se aap ke dilon ko itminan milta hai: "allah bi zikrillah tatmain al quloob". allah ke siwa jis ko bhi aap goal banayenge,</w:t>
      </w:r>
    </w:p>
    <w:p>
      <w:pPr>
        <w:jc w:val="right"/>
      </w:pPr>
      <w:r>
        <w:t>جو پانے والی چیز ہے، جس سے آپ کے دلوں کو اطمینان ملتا ہے: "اللہ ذکر بے ذکر اللہ تطمئن القلوب"۔ اللہ کے سوا جس کو بھی آپ گول بنائیں گے،</w:t>
      </w:r>
    </w:p>
    <w:p>
      <w:r>
        <w:rPr>
          <w:b/>
        </w:rPr>
        <w:t xml:space="preserve">[1:30:34] </w:t>
      </w:r>
      <w:r>
        <w:t>aakhir mein sirf despair aaye ga. yaad rakhiye</w:t>
      </w:r>
    </w:p>
    <w:p>
      <w:pPr>
        <w:jc w:val="right"/>
      </w:pPr>
      <w:r>
        <w:t>آخر میں صرف ڈسپیئر آئے گا۔ یاد رکھیے</w:t>
      </w:r>
    </w:p>
    <w:p>
      <w:r>
        <w:rPr>
          <w:b/>
        </w:rPr>
        <w:t xml:space="preserve">[1:30:42] </w:t>
      </w:r>
      <w:r>
        <w:t>to dawat e allah jo hai, yaad rakhiye, mein ne kaha tha ek bar ke yeh yeh do tarafah amal hai. yaani dawat e allah mein kya hai?</w:t>
      </w:r>
    </w:p>
    <w:p>
      <w:pPr>
        <w:jc w:val="right"/>
      </w:pPr>
      <w:r>
        <w:t>تو دعوت اللہ جو ہے، یاد رکھیے، میں نے کہا تھا ایک بار کہ یہ یہ دو طرفہ عمل ہے۔ یعنی دعوت اللہ میں کیا ہے؟</w:t>
      </w:r>
    </w:p>
    <w:p>
      <w:r>
        <w:rPr>
          <w:b/>
        </w:rPr>
        <w:t xml:space="preserve">[1:30:54] </w:t>
      </w:r>
      <w:r>
        <w:t>aap doosre insaan ko allah ka paigham dete hain, isi dauran jo tajruba hota hai, us tajruba se aap khuda ki maarfat lete hain.</w:t>
      </w:r>
    </w:p>
    <w:p>
      <w:pPr>
        <w:jc w:val="right"/>
      </w:pPr>
      <w:r>
        <w:t>آپ دوسرے انسان کو اللہ کا پیغام دیتے ہیں، اسی دوران جو تجربہ ہوتا ہے، اس تجربہ سے آپ خدا کی معرفت لیتے ہیں۔</w:t>
      </w:r>
    </w:p>
    <w:p>
      <w:r>
        <w:rPr>
          <w:b/>
        </w:rPr>
        <w:t xml:space="preserve">[1:31:03] </w:t>
      </w:r>
      <w:r>
        <w:t>achha, mat samjhiye ke yak tarafah amal hai, yeh yaani yeh do tarafah amal hai, bilateral process hai. jab aap doosre ko dene ki koshish karte hain to is se bhi aap ko intense of experience bohat kuch milta hai.</w:t>
      </w:r>
    </w:p>
    <w:p>
      <w:pPr>
        <w:jc w:val="right"/>
      </w:pPr>
      <w:r>
        <w:t>اچھا، مت سمجھیے کہ یک طرفہ عمل ہے، یہ یعنی یہ دو طرفہ عمل ہے، بائی لیٹرل پراسیس ہے۔ جب آپ دوسرے کو دینے کی کوشش کرتے ہیں تو اس سے بھی آپ کو انٹینس آف ایکسپیرینس بہت کچھ ملتا ہے۔</w:t>
      </w:r>
    </w:p>
    <w:p>
      <w:r>
        <w:rPr>
          <w:b/>
        </w:rPr>
        <w:t xml:space="preserve">[1:31:23] </w:t>
      </w:r>
      <w:r>
        <w:t>dena aur lena dono process chalta rehta hai. to main samajhta hoon ke dawat e Allah se bara koi kaam nahin.</w:t>
      </w:r>
    </w:p>
    <w:p>
      <w:pPr>
        <w:jc w:val="right"/>
      </w:pPr>
      <w:r>
        <w:t>دینا اور لینا دونوں پراسیس چلتا رہتا ہے۔ تو میں سمجھتا ہوں کہ دعوت اللہ سے بڑا کوئی کام نہیں۔</w:t>
      </w:r>
    </w:p>
    <w:p>
      <w:r>
        <w:rPr>
          <w:b/>
        </w:rPr>
        <w:t xml:space="preserve">[1:31:34] </w:t>
      </w:r>
      <w:r>
        <w:t>dawat e Allah aap ki rooh ko sukoon deta hai. dawat e Allah aap ke liye intellectual development ka zariya hai.</w:t>
      </w:r>
    </w:p>
    <w:p>
      <w:pPr>
        <w:jc w:val="right"/>
      </w:pPr>
      <w:r>
        <w:t>دعوت اللہ آپ کی روح کو سکون دیتا ہے۔ دعوت اللہ آپ کے لیے انٹلیکچول ڈیویلپمنٹ کا ذریعہ ہے۔</w:t>
      </w:r>
    </w:p>
    <w:p>
      <w:r>
        <w:rPr>
          <w:b/>
        </w:rPr>
        <w:t xml:space="preserve">[1:31:45] </w:t>
      </w:r>
      <w:r>
        <w:t>dawat e Allah aap ki rooh ko Allah se milata hai. dawat e Allah aap ko tension free insaan banata hai.</w:t>
      </w:r>
    </w:p>
    <w:p>
      <w:pPr>
        <w:jc w:val="right"/>
      </w:pPr>
      <w:r>
        <w:t>دعوت اللہ آپ کی روح کو اللہ سے ملاتا ہے۔ دعوت اللہ آپ کو ٹینشن فری انسان بناتا ہے۔</w:t>
      </w:r>
    </w:p>
    <w:p>
      <w:r>
        <w:rPr>
          <w:b/>
        </w:rPr>
        <w:t xml:space="preserve">[1:31:59] </w:t>
      </w:r>
      <w:r>
        <w:t>dawat e Allah ka sab se bara moajza yeh hai ke aap ko 100 percent woh negativity ko khatam kar deta hai, 100 percent positive fikr bandhta hai aap ko.</w:t>
      </w:r>
    </w:p>
    <w:p>
      <w:pPr>
        <w:jc w:val="right"/>
      </w:pPr>
      <w:r>
        <w:t>دعوت اللہ کا سب سے بڑا معجزہ یہ ہے کہ آپ کو 100 فیصد وہ نیگیٹیوٹی کو ختم کر دیتا ہے، 100 فیصد پازیٹیو فکر باندھتا ہے آپ کو۔</w:t>
      </w:r>
    </w:p>
    <w:p>
      <w:r>
        <w:rPr>
          <w:b/>
        </w:rPr>
        <w:t xml:space="preserve">[1:32:13] </w:t>
      </w:r>
      <w:r>
        <w:t>aur yaad rakhen, jannat mein woh log har giz nahin jayenge jin ka dilon mein hate ho, nafrat ho, tashaddud ho. aise logon ke liye jannat nahin hai.</w:t>
      </w:r>
    </w:p>
    <w:p>
      <w:pPr>
        <w:jc w:val="right"/>
      </w:pPr>
      <w:r>
        <w:t>اور یاد رکھیں، جنت میں وہ لوگ ہرگز نہیں جائیں گے جن کا دلوں میں ہیٹ ہو، نفرت ہو، تشدد ہو۔ ایسے لوگوں کے لیے جنت نہیں ہے۔</w:t>
      </w:r>
    </w:p>
    <w:p>
      <w:r>
        <w:rPr>
          <w:b/>
        </w:rPr>
        <w:t xml:space="preserve">[1:32:24] </w:t>
      </w:r>
      <w:r>
        <w:t>jannat to ala qala salam salamah, salamati hi salamati wahan par hai.</w:t>
      </w:r>
    </w:p>
    <w:p>
      <w:pPr>
        <w:jc w:val="right"/>
      </w:pPr>
      <w:r>
        <w:t>جنت تو الا قلا سلام سلامہ، سلامتی ہی سلامتی وہاں پر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