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An Introduction to Islam (English) July 18, 2008</w:t>
      </w:r>
    </w:p>
    <w:p>
      <w:r>
        <w:t>https://youtu.be/FU4NlA3rUhs</w:t>
      </w:r>
    </w:p>
    <w:p>
      <w:r>
        <w:rPr>
          <w:b/>
        </w:rPr>
        <w:t xml:space="preserve">[00:11] </w:t>
      </w:r>
      <w:r>
        <w:t>bismillah hir rahman nir rahim. wa salli allah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[00:26] </w:t>
      </w:r>
      <w:r>
        <w:t>wah-lul uqdatan min lisani yafqahu qawli.</w:t>
      </w:r>
    </w:p>
    <w:p>
      <w:pPr>
        <w:jc w:val="right"/>
      </w:pPr>
      <w:r>
        <w:t>واحل العقدۃ من لسانی یفقہ قولی۔</w:t>
      </w:r>
    </w:p>
    <w:p>
      <w:r>
        <w:rPr>
          <w:b/>
        </w:rPr>
        <w:t xml:space="preserve">[00:35] </w:t>
      </w:r>
      <w:r>
        <w:t>the theme for the present talk is</w:t>
      </w:r>
    </w:p>
    <w:p>
      <w:pPr>
        <w:jc w:val="right"/>
      </w:pPr>
      <w:r>
        <w:t>دا تھیم فار دا پریزنٹ ٹاک از</w:t>
      </w:r>
    </w:p>
    <w:p>
      <w:r>
        <w:rPr>
          <w:b/>
        </w:rPr>
        <w:t xml:space="preserve">[00:42] </w:t>
      </w:r>
      <w:r>
        <w:t>an introduction to islam.</w:t>
      </w:r>
    </w:p>
    <w:p>
      <w:pPr>
        <w:jc w:val="right"/>
      </w:pPr>
      <w:r>
        <w:t>این انٹروڈکشن ٹو اسلام۔</w:t>
      </w:r>
    </w:p>
    <w:p>
      <w:r>
        <w:rPr>
          <w:b/>
        </w:rPr>
        <w:t xml:space="preserve">[00:52] </w:t>
      </w:r>
      <w:r>
        <w:t>you know, there are two branches, two basic branches of religions: Aryan and Semitic.</w:t>
      </w:r>
    </w:p>
    <w:p>
      <w:pPr>
        <w:jc w:val="right"/>
      </w:pPr>
      <w:r>
        <w:t>یو نو، دیر آر ٹو بیس، ٹو بیسک برانچز آف ریلیجنز: آرین اینڈ سیمیٹک۔</w:t>
      </w:r>
    </w:p>
    <w:p>
      <w:r>
        <w:rPr>
          <w:b/>
        </w:rPr>
        <w:t xml:space="preserve">[01:09] </w:t>
      </w:r>
      <w:r>
        <w:t>Hinduism and Jainism belong to Aryan branch of religion.</w:t>
      </w:r>
    </w:p>
    <w:p>
      <w:pPr>
        <w:jc w:val="right"/>
      </w:pPr>
      <w:r>
        <w:t>ہندوازم اینڈ جینزم بیلانگ ٹو آرین برانچ آف ریلیجن۔</w:t>
      </w:r>
    </w:p>
    <w:p>
      <w:r>
        <w:rPr>
          <w:b/>
        </w:rPr>
        <w:t xml:space="preserve">[01:20] </w:t>
      </w:r>
      <w:r>
        <w:t>and Judaism and Christianity and Islam belong to</w:t>
      </w:r>
    </w:p>
    <w:p>
      <w:pPr>
        <w:jc w:val="right"/>
      </w:pPr>
      <w:r>
        <w:t>اینڈ جڈائزم اینڈ کرسچینٹی اینڈ اسلام بیلانگ ٹو</w:t>
      </w:r>
    </w:p>
    <w:p>
      <w:r>
        <w:rPr>
          <w:b/>
        </w:rPr>
        <w:t xml:space="preserve">[01:30] </w:t>
      </w:r>
      <w:r>
        <w:t>the Semitic branch of religion.</w:t>
      </w:r>
    </w:p>
    <w:p>
      <w:pPr>
        <w:jc w:val="right"/>
      </w:pPr>
      <w:r>
        <w:t>دا سیمیٹک برانچ آف ریلیجن۔</w:t>
      </w:r>
    </w:p>
    <w:p>
      <w:r>
        <w:rPr>
          <w:b/>
        </w:rPr>
        <w:t xml:space="preserve">[01:37] </w:t>
      </w:r>
      <w:r>
        <w:t>now,</w:t>
      </w:r>
    </w:p>
    <w:p>
      <w:pPr>
        <w:jc w:val="right"/>
      </w:pPr>
      <w:r>
        <w:t>ناؤ،</w:t>
      </w:r>
    </w:p>
    <w:p>
      <w:r>
        <w:rPr>
          <w:b/>
        </w:rPr>
        <w:t xml:space="preserve">[01:40] </w:t>
      </w:r>
      <w:r>
        <w:t>according to the Semitic belief, religion is based on revelation.</w:t>
      </w:r>
    </w:p>
    <w:p>
      <w:pPr>
        <w:jc w:val="right"/>
      </w:pPr>
      <w:r>
        <w:t>اکارڈنگ ٹو دا سیمیٹک بیلیف، ریلیجن از بیسڈ آن ریولیشن۔</w:t>
      </w:r>
    </w:p>
    <w:p>
      <w:r>
        <w:rPr>
          <w:b/>
        </w:rPr>
        <w:t xml:space="preserve">[01:52] </w:t>
      </w:r>
      <w:r>
        <w:t>religion is based on prophetic revelation.</w:t>
      </w:r>
    </w:p>
    <w:p>
      <w:pPr>
        <w:jc w:val="right"/>
      </w:pPr>
      <w:r>
        <w:t>ریلیجن از بیسڈ آن پرافیٹک ریولیشن۔</w:t>
      </w:r>
    </w:p>
    <w:p>
      <w:r>
        <w:rPr>
          <w:b/>
        </w:rPr>
        <w:t xml:space="preserve">[02:01] </w:t>
      </w:r>
      <w:r>
        <w:t>and all those revealed religions were one and the same.</w:t>
      </w:r>
    </w:p>
    <w:p>
      <w:pPr>
        <w:jc w:val="right"/>
      </w:pPr>
      <w:r>
        <w:t>اینڈ آل دوز ریویلڈ ریلیجنز ویر ون اینڈ دا سیم۔</w:t>
      </w:r>
    </w:p>
    <w:p>
      <w:r>
        <w:rPr>
          <w:b/>
        </w:rPr>
        <w:t xml:space="preserve">[02:09] </w:t>
      </w:r>
      <w:r>
        <w:t>God revealed same then our teachings to every revealed religion.</w:t>
      </w:r>
    </w:p>
    <w:p>
      <w:pPr>
        <w:jc w:val="right"/>
      </w:pPr>
      <w:r>
        <w:t>گاڈ ریویلڈ سیم دین اور ٹیچنگز ٹو ایوری ریویلڈ ریلیجن۔</w:t>
      </w:r>
    </w:p>
    <w:p>
      <w:r>
        <w:rPr>
          <w:b/>
        </w:rPr>
        <w:t xml:space="preserve">[02:23] </w:t>
      </w:r>
      <w:r>
        <w:t>there was no difference at all. Quran says: "la nufarriqu bayna ahadin min rusulihi".</w:t>
      </w:r>
    </w:p>
    <w:p>
      <w:pPr>
        <w:jc w:val="right"/>
      </w:pPr>
      <w:r>
        <w:t>دیر واز نو ڈیفرنس ایٹ آل۔ قرآن سیز: "لا نفرق بین احد رسولہ"۔</w:t>
      </w:r>
    </w:p>
    <w:p>
      <w:r>
        <w:rPr>
          <w:b/>
        </w:rPr>
        <w:t xml:space="preserve">[02:39] </w:t>
      </w:r>
      <w:r>
        <w:t>we are not allowed to differentiate between</w:t>
      </w:r>
    </w:p>
    <w:p>
      <w:pPr>
        <w:jc w:val="right"/>
      </w:pPr>
      <w:r>
        <w:t>وی آر ناٹ الاؤڈ ٹو ڈیفرنشیٹ بٹوین</w:t>
      </w:r>
    </w:p>
    <w:p>
      <w:r>
        <w:rPr>
          <w:b/>
        </w:rPr>
        <w:t xml:space="preserve">[02:48] </w:t>
      </w:r>
      <w:r>
        <w:t>prophets.</w:t>
      </w:r>
    </w:p>
    <w:p>
      <w:pPr>
        <w:jc w:val="right"/>
      </w:pPr>
      <w:r>
        <w:t>پرافٹس۔</w:t>
      </w:r>
    </w:p>
    <w:p>
      <w:r>
        <w:rPr>
          <w:b/>
        </w:rPr>
        <w:t xml:space="preserve">[02:51] </w:t>
      </w:r>
      <w:r>
        <w:t>all prophets were equally prophet of God, and every prophet was revealed the same religion by God.</w:t>
      </w:r>
    </w:p>
    <w:p>
      <w:pPr>
        <w:jc w:val="right"/>
      </w:pPr>
      <w:r>
        <w:t>آل پرافٹس ویر ایکولی پرافٹ آف گاڈ، اینڈ ایوری پرافٹ واز ریویلڈ دا سیم ریلیجن بائی گاڈ۔</w:t>
      </w:r>
    </w:p>
    <w:p>
      <w:r>
        <w:rPr>
          <w:b/>
        </w:rPr>
        <w:t xml:space="preserve">[03:05] </w:t>
      </w:r>
      <w:r>
        <w:t>so, Islam is not a superior religion and not a new religion.</w:t>
      </w:r>
    </w:p>
    <w:p>
      <w:pPr>
        <w:jc w:val="right"/>
      </w:pPr>
      <w:r>
        <w:t>سو، اسلام از ناٹ ا سپیریئر ریلیجن اینڈ ناٹ ا نیو ریلیجن۔</w:t>
      </w:r>
    </w:p>
    <w:p>
      <w:r>
        <w:rPr>
          <w:b/>
        </w:rPr>
        <w:t xml:space="preserve">[03:15] </w:t>
      </w:r>
      <w:r>
        <w:t>the only difference is that Islam is a preserved religion, and authentic version of divine truth.</w:t>
      </w:r>
    </w:p>
    <w:p>
      <w:pPr>
        <w:jc w:val="right"/>
      </w:pPr>
      <w:r>
        <w:t>دا اونلی ڈیفرنس از دیٹ اسلام از ا پریزروڈ ریلیجن، اینڈ اتھینٹک ورژن آف ڈیوائن ٹروتھ۔</w:t>
      </w:r>
    </w:p>
    <w:p>
      <w:r>
        <w:rPr>
          <w:b/>
        </w:rPr>
        <w:t xml:space="preserve">[03:32] </w:t>
      </w:r>
      <w:r>
        <w:t>so, this is the only difference. apart from this, there is no difference at all between this religion and that religion.</w:t>
      </w:r>
    </w:p>
    <w:p>
      <w:pPr>
        <w:jc w:val="right"/>
      </w:pPr>
      <w:r>
        <w:t>سو، دس از دا اونلی ڈیفرنس۔ اپارٹ فرام دس، دیر از نو ڈیفرنس ایٹ آل بٹوین دس ریلیجن اینڈ دیٹ ریلیجن۔</w:t>
      </w:r>
    </w:p>
    <w:p>
      <w:r>
        <w:rPr>
          <w:b/>
        </w:rPr>
        <w:t xml:space="preserve">[03:47] </w:t>
      </w:r>
      <w:r>
        <w:t>this is the Islamic well established Islamic belief.</w:t>
      </w:r>
    </w:p>
    <w:p>
      <w:pPr>
        <w:jc w:val="right"/>
      </w:pPr>
      <w:r>
        <w:t>دس از دا اسلامک ویل اسٹیبلشڈ اسلامک بیلیف۔</w:t>
      </w:r>
    </w:p>
    <w:p>
      <w:r>
        <w:rPr>
          <w:b/>
        </w:rPr>
        <w:t xml:space="preserve">[03:55] </w:t>
      </w:r>
      <w:r>
        <w:t>now, let us take the religion of Islam. Islam is an Arabic word.</w:t>
      </w:r>
    </w:p>
    <w:p>
      <w:pPr>
        <w:jc w:val="right"/>
      </w:pPr>
      <w:r>
        <w:t>ناؤ، لیٹ اس ٹیک دا ریلیجن آف اسلام۔ اسلام از این عربک ورڈ۔</w:t>
      </w:r>
    </w:p>
    <w:p>
      <w:r>
        <w:rPr>
          <w:b/>
        </w:rPr>
        <w:t xml:space="preserve">[04:10] </w:t>
      </w:r>
      <w:r>
        <w:t>literal Islam means submission. submission.</w:t>
      </w:r>
    </w:p>
    <w:p>
      <w:pPr>
        <w:jc w:val="right"/>
      </w:pPr>
      <w:r>
        <w:t>لٹری اسلام مینز سبمیشن۔ سبمیشن۔</w:t>
      </w:r>
    </w:p>
    <w:p>
      <w:r>
        <w:rPr>
          <w:b/>
        </w:rPr>
        <w:t xml:space="preserve">[04:18] </w:t>
      </w:r>
      <w:r>
        <w:t>according to the Quran, submission is the only religion of both man and the universe.</w:t>
      </w:r>
    </w:p>
    <w:p>
      <w:pPr>
        <w:jc w:val="right"/>
      </w:pPr>
      <w:r>
        <w:t>اکارڈنگ ٹو دا قرآن، سبمیشن از دا اونلی ریلیجن آف بوتھ مین اینڈ دا یونیورس۔</w:t>
      </w:r>
    </w:p>
    <w:p>
      <w:r>
        <w:rPr>
          <w:b/>
        </w:rPr>
        <w:t xml:space="preserve">[04:31] </w:t>
      </w:r>
      <w:r>
        <w:t>the only difference is that</w:t>
      </w:r>
    </w:p>
    <w:p>
      <w:pPr>
        <w:jc w:val="right"/>
      </w:pPr>
      <w:r>
        <w:t>دا اونلی ڈیفرنس از دیٹ</w:t>
      </w:r>
    </w:p>
    <w:p>
      <w:r>
        <w:rPr>
          <w:b/>
        </w:rPr>
        <w:t xml:space="preserve">[04:38] </w:t>
      </w:r>
      <w:r>
        <w:t>rest of the universe is following the same religion under compulsion. but man has free will</w:t>
      </w:r>
    </w:p>
    <w:p>
      <w:pPr>
        <w:jc w:val="right"/>
      </w:pPr>
      <w:r>
        <w:t>ریسٹ آف دا یونیورس از فالونگ دا سیم ریلیجن انڈر کمپلسن۔ بٹ مین ہیز فری ول</w:t>
      </w:r>
    </w:p>
    <w:p>
      <w:r>
        <w:rPr>
          <w:b/>
        </w:rPr>
        <w:t xml:space="preserve">[04:46] </w:t>
      </w:r>
      <w:r>
        <w:t>. so, man obey the same religion by his own choice. this is the difference.</w:t>
      </w:r>
    </w:p>
    <w:p>
      <w:pPr>
        <w:jc w:val="right"/>
      </w:pPr>
      <w:r>
        <w:t>۔ سو، مین اوبیڈ دا سیم ریلیجن بائی ہز اون چوائس۔ دس از دا ڈیفرنس۔</w:t>
      </w:r>
    </w:p>
    <w:p>
      <w:r>
        <w:rPr>
          <w:b/>
        </w:rPr>
        <w:t xml:space="preserve">[04:55] </w:t>
      </w:r>
      <w:r>
        <w:t>otherwise, submission is the religion of both man and the universe.</w:t>
      </w:r>
    </w:p>
    <w:p>
      <w:pPr>
        <w:jc w:val="right"/>
      </w:pPr>
      <w:r>
        <w:t>ادروائز، سبمیشن از دا ریلیجن آف بوتھ مین اینڈ دا یونیورس۔</w:t>
      </w:r>
    </w:p>
    <w:p>
      <w:r>
        <w:rPr>
          <w:b/>
        </w:rPr>
        <w:t xml:space="preserve">[05:08] </w:t>
      </w:r>
      <w:r>
        <w:t>so, Quran is a preserved text of this divine religion.</w:t>
      </w:r>
    </w:p>
    <w:p>
      <w:pPr>
        <w:jc w:val="right"/>
      </w:pPr>
      <w:r>
        <w:t>سو، قرآن از ا پریزروڈ ٹیکسٹ آف دس ڈیوائن ریلیجن۔</w:t>
      </w:r>
    </w:p>
    <w:p>
      <w:r>
        <w:rPr>
          <w:b/>
        </w:rPr>
        <w:t xml:space="preserve">[05:20] </w:t>
      </w:r>
      <w:r>
        <w:t>deen, quran was revealed to Muhammad bin Abdullah.</w:t>
      </w:r>
    </w:p>
    <w:p>
      <w:pPr>
        <w:jc w:val="right"/>
      </w:pPr>
      <w:r>
        <w:t>دین، قرآن واز ریویلڈ ٹو محمد بن عبداللہ۔</w:t>
      </w:r>
    </w:p>
    <w:p>
      <w:r>
        <w:rPr>
          <w:b/>
        </w:rPr>
        <w:t xml:space="preserve">[05:27] </w:t>
      </w:r>
      <w:r>
        <w:t>quran is the secret book of islam. quran is the authentic source of the religion of islam.</w:t>
      </w:r>
    </w:p>
    <w:p>
      <w:pPr>
        <w:jc w:val="right"/>
      </w:pPr>
      <w:r>
        <w:t>قرآن از دا سیکرٹ بک آف اسلام۔ قرآن از دا اتھینٹک سورس آف دا ریلیجن آف اسلام۔</w:t>
      </w:r>
    </w:p>
    <w:p>
      <w:r>
        <w:rPr>
          <w:b/>
        </w:rPr>
        <w:t xml:space="preserve">[05:39] </w:t>
      </w:r>
      <w:r>
        <w:t>and quran was revealed to Muhammad bin Abdullah.</w:t>
      </w:r>
    </w:p>
    <w:p>
      <w:pPr>
        <w:jc w:val="right"/>
      </w:pPr>
      <w:r>
        <w:t>اینڈ قرآن واز ریویلڈ ٹو محمد بن عبداللہ۔</w:t>
      </w:r>
    </w:p>
    <w:p>
      <w:r>
        <w:rPr>
          <w:b/>
        </w:rPr>
        <w:t xml:space="preserve">[05:44] </w:t>
      </w:r>
      <w:r>
        <w:t>you know, Muhammad was born in Mecca in 570 AD.</w:t>
      </w:r>
    </w:p>
    <w:p>
      <w:pPr>
        <w:jc w:val="right"/>
      </w:pPr>
      <w:r>
        <w:t>یو نو، محمد واز بارن ان مکہ ان 570 اے ڈی۔</w:t>
      </w:r>
    </w:p>
    <w:p>
      <w:r>
        <w:rPr>
          <w:b/>
        </w:rPr>
        <w:t xml:space="preserve">[05:57] </w:t>
      </w:r>
      <w:r>
        <w:t>he received the first revelation in 610 AD.</w:t>
      </w:r>
    </w:p>
    <w:p>
      <w:pPr>
        <w:jc w:val="right"/>
      </w:pPr>
      <w:r>
        <w:t>ہی ریسیوڈ دا فرسٹ ریولیشن ان 610 اے ڈی۔</w:t>
      </w:r>
    </w:p>
    <w:p>
      <w:r>
        <w:rPr>
          <w:b/>
        </w:rPr>
        <w:t xml:space="preserve">[06:05] </w:t>
      </w:r>
      <w:r>
        <w:t>and in this sense, he was the founder of the religion of islam.</w:t>
      </w:r>
    </w:p>
    <w:p>
      <w:pPr>
        <w:jc w:val="right"/>
      </w:pPr>
      <w:r>
        <w:t>اینڈ ان دس سینس، ہی واز دا فاؤنڈر آف دا ریلیجن آف اسلام۔</w:t>
      </w:r>
    </w:p>
    <w:p>
      <w:r>
        <w:rPr>
          <w:b/>
        </w:rPr>
        <w:t xml:space="preserve">[06:12] </w:t>
      </w:r>
      <w:r>
        <w:t>all though, religion of islam is not a new religion, but in its present form, it was founded by Muhammad bin Abdullah sal-lal-lahu alai-hi wa sal-lam.</w:t>
      </w:r>
    </w:p>
    <w:p>
      <w:pPr>
        <w:jc w:val="right"/>
      </w:pPr>
      <w:r>
        <w:t>آل دو، ریلیجن آف اسلام از ناٹ ا نیو ریلیجن، بٹ ان اٹس پریزنٹ فارم، اٹ واز فاؤنڈڈ بائی محمد بن عبداللہ صلی اللہ علیہ وسلم۔</w:t>
      </w:r>
    </w:p>
    <w:p>
      <w:r>
        <w:rPr>
          <w:b/>
        </w:rPr>
        <w:t xml:space="preserve">[06:29] </w:t>
      </w:r>
      <w:r>
        <w:t>Muhammad was born in Mecca, then he migrated to Medina, and he died in Medina in 632, and he was buried over there.</w:t>
      </w:r>
    </w:p>
    <w:p>
      <w:pPr>
        <w:jc w:val="right"/>
      </w:pPr>
      <w:r>
        <w:t>محمد واز بارن ان مکہ، دین ہی مائیگریٹڈ ٹو مدینہ، اینڈ ہی ڈائیڈ ان مدینہ ان 632، اینڈ ہی واز بریڈ اوور دیر۔</w:t>
      </w:r>
    </w:p>
    <w:p>
      <w:r>
        <w:rPr>
          <w:b/>
        </w:rPr>
        <w:t xml:space="preserve">[06:47] </w:t>
      </w:r>
      <w:r>
        <w:t>now,</w:t>
      </w:r>
    </w:p>
    <w:p>
      <w:pPr>
        <w:jc w:val="right"/>
      </w:pPr>
      <w:r>
        <w:t>ناؤ،</w:t>
      </w:r>
    </w:p>
    <w:p>
      <w:r>
        <w:rPr>
          <w:b/>
        </w:rPr>
        <w:t xml:space="preserve">[06:52] </w:t>
      </w:r>
      <w:r>
        <w:t>the teachings of islam are</w:t>
      </w:r>
    </w:p>
    <w:p>
      <w:pPr>
        <w:jc w:val="right"/>
      </w:pPr>
      <w:r>
        <w:t>دا ٹیچنگز آف اسلام آر</w:t>
      </w:r>
    </w:p>
    <w:p>
      <w:r>
        <w:rPr>
          <w:b/>
        </w:rPr>
        <w:t xml:space="preserve">[06:59] </w:t>
      </w:r>
      <w:r>
        <w:t>basically</w:t>
      </w:r>
    </w:p>
    <w:p>
      <w:pPr>
        <w:jc w:val="right"/>
      </w:pPr>
      <w:r>
        <w:t>بیسیکلی</w:t>
      </w:r>
    </w:p>
    <w:p>
      <w:r>
        <w:rPr>
          <w:b/>
        </w:rPr>
        <w:t xml:space="preserve">[07:04] </w:t>
      </w:r>
      <w:r>
        <w:t>five:</w:t>
      </w:r>
    </w:p>
    <w:p>
      <w:pPr>
        <w:jc w:val="right"/>
      </w:pPr>
      <w:r>
        <w:t>فائیو:</w:t>
      </w:r>
    </w:p>
    <w:p>
      <w:r>
        <w:rPr>
          <w:b/>
        </w:rPr>
        <w:t xml:space="preserve">[07:10] </w:t>
      </w:r>
      <w:r>
        <w:t>iman,</w:t>
      </w:r>
    </w:p>
    <w:p>
      <w:pPr>
        <w:jc w:val="right"/>
      </w:pPr>
      <w:r>
        <w:t>ایمان،</w:t>
      </w:r>
    </w:p>
    <w:p>
      <w:r>
        <w:rPr>
          <w:b/>
        </w:rPr>
        <w:t xml:space="preserve">[07:14] </w:t>
      </w:r>
      <w:r>
        <w:t>and ibadah, and akhlaq, and muamalat, and da'wah.</w:t>
      </w:r>
    </w:p>
    <w:p>
      <w:pPr>
        <w:jc w:val="right"/>
      </w:pPr>
      <w:r>
        <w:t>اینڈ عبادہ، اینڈ اخلاق، اینڈ معاملات، اینڈ دعویٰ۔</w:t>
      </w:r>
    </w:p>
    <w:p>
      <w:r>
        <w:rPr>
          <w:b/>
        </w:rPr>
        <w:t xml:space="preserve">[07:24] </w:t>
      </w:r>
      <w:r>
        <w:t>so, these five trends are basic trends of islam.</w:t>
      </w:r>
    </w:p>
    <w:p>
      <w:pPr>
        <w:jc w:val="right"/>
      </w:pPr>
      <w:r>
        <w:t>تو، دس فائیو ٹرینڈز آر بیسک ٹرینڈز آف اسلام۔</w:t>
      </w:r>
    </w:p>
    <w:p>
      <w:r>
        <w:rPr>
          <w:b/>
        </w:rPr>
        <w:t xml:space="preserve">[07:31] </w:t>
      </w:r>
      <w:r>
        <w:t>now, let us take the first. that is iman. iman means faith, believe.</w:t>
      </w:r>
    </w:p>
    <w:p>
      <w:pPr>
        <w:jc w:val="right"/>
      </w:pPr>
      <w:r>
        <w:t>ناؤ، لیٹ اس ٹیک دا فرسٹ۔ دیٹ از ایمان۔ ایمان مینز فیتھ، بیلیو۔</w:t>
      </w:r>
    </w:p>
    <w:p>
      <w:r>
        <w:rPr>
          <w:b/>
        </w:rPr>
        <w:t xml:space="preserve">[07:46] </w:t>
      </w:r>
      <w:r>
        <w:t>so, when you discover God as the creator, as the sustainer, as the Lord of the universe, so, when you discover this fact that God is the Lord of the universe,</w:t>
      </w:r>
    </w:p>
    <w:p>
      <w:pPr>
        <w:jc w:val="right"/>
      </w:pPr>
      <w:r>
        <w:t>سو، وین یو ڈسکور گاڈ ایز دا کریٹر، ایز دا سسٹینر، ایز دا لارڈ آف دا یونیورس، سو، وین یو ڈسکور دس فیکٹ دیٹ گاڈ از دا لارڈ آف دا یونیورس،</w:t>
      </w:r>
    </w:p>
    <w:p>
      <w:r>
        <w:rPr>
          <w:b/>
        </w:rPr>
        <w:t xml:space="preserve">[08:05] </w:t>
      </w:r>
      <w:r>
        <w:t>and you declare that I believe in God Almighty,</w:t>
      </w:r>
    </w:p>
    <w:p>
      <w:pPr>
        <w:jc w:val="right"/>
      </w:pPr>
      <w:r>
        <w:t>اینڈ یو ڈیکلیئر دیٹ آئی بیلیو ان گاڈ المائٹی،</w:t>
      </w:r>
    </w:p>
    <w:p>
      <w:r>
        <w:rPr>
          <w:b/>
        </w:rPr>
        <w:t xml:space="preserve">[08:12] </w:t>
      </w:r>
      <w:r>
        <w:t>then you recite this kalma: "ash-hadu an la ilaha ill-Allah wa ash-hadu anna Muhammadan abduhu wa rasuluh".</w:t>
      </w:r>
    </w:p>
    <w:p>
      <w:pPr>
        <w:jc w:val="right"/>
      </w:pPr>
      <w:r>
        <w:t>دین یو ریسائیڈ دس کلمہ: "اشھد ان لا الہ الا اللہ واشہد ان محمد عبدہ ورسولہ"۔</w:t>
      </w:r>
    </w:p>
    <w:p>
      <w:r>
        <w:rPr>
          <w:b/>
        </w:rPr>
        <w:t xml:space="preserve">[08:22] </w:t>
      </w:r>
      <w:r>
        <w:t>this is the beginning of islam. it means that I bear witness that God is one.</w:t>
      </w:r>
    </w:p>
    <w:p>
      <w:pPr>
        <w:jc w:val="right"/>
      </w:pPr>
      <w:r>
        <w:t>دس از دا بگننگ آف اسلام۔ اٹ مینز دیٹ آئی بیئر وٹنس دیٹ گاڈ از ون۔</w:t>
      </w:r>
    </w:p>
    <w:p>
      <w:r>
        <w:rPr>
          <w:b/>
        </w:rPr>
        <w:t xml:space="preserve">[08:36] </w:t>
      </w:r>
      <w:r>
        <w:t>there is no God except one God.</w:t>
      </w:r>
    </w:p>
    <w:p>
      <w:pPr>
        <w:jc w:val="right"/>
      </w:pPr>
      <w:r>
        <w:t>دیر نو گاڈ ایکسیپٹ ون گاڈ۔</w:t>
      </w:r>
    </w:p>
    <w:p>
      <w:r>
        <w:rPr>
          <w:b/>
        </w:rPr>
        <w:t xml:space="preserve">[08:40] </w:t>
      </w:r>
      <w:r>
        <w:t>and Muhammad is the prophet of God, and he is the final prophet. he is the last prophet.</w:t>
      </w:r>
    </w:p>
    <w:p>
      <w:pPr>
        <w:jc w:val="right"/>
      </w:pPr>
      <w:r>
        <w:t>اینڈ محمد از دا پرافٹ آف گاڈ، اینڈ ہی از دا فائنل پرافٹ۔ ہی از دا لاسٹ پرافٹ۔</w:t>
      </w:r>
    </w:p>
    <w:p>
      <w:r>
        <w:rPr>
          <w:b/>
        </w:rPr>
        <w:t xml:space="preserve">[08:50] </w:t>
      </w:r>
      <w:r>
        <w:t>so, he is the kalma, and from this kalma iman begins. but kalma is not simply a recitation.</w:t>
      </w:r>
    </w:p>
    <w:p>
      <w:pPr>
        <w:jc w:val="right"/>
      </w:pPr>
      <w:r>
        <w:t>تو، ہی از دا کلمہ، اینڈ فرام دس کلمہ ایمان بگنز۔ بٹ کلمہ از ناٹ سمپلی ا ریسائٹیشن۔</w:t>
      </w:r>
    </w:p>
    <w:p>
      <w:r>
        <w:rPr>
          <w:b/>
        </w:rPr>
        <w:t xml:space="preserve">[09:03] </w:t>
      </w:r>
      <w:r>
        <w:t>kalma is a declaration</w:t>
      </w:r>
    </w:p>
    <w:p>
      <w:pPr>
        <w:jc w:val="right"/>
      </w:pPr>
      <w:r>
        <w:t>کلمہ از ا ڈیکلریشن</w:t>
      </w:r>
    </w:p>
    <w:p>
      <w:r>
        <w:rPr>
          <w:b/>
        </w:rPr>
        <w:t xml:space="preserve">[09:08] </w:t>
      </w:r>
      <w:r>
        <w:t>. is not lip service, but it is a solemn declaration. when you discover the truth, when you discover God, when you discover Muhammad as the prophet of God, so, when you discover this fact,</w:t>
      </w:r>
    </w:p>
    <w:p>
      <w:pPr>
        <w:jc w:val="right"/>
      </w:pPr>
      <w:r>
        <w:t>۔ از ناٹ لفٹ سروس، بٹ اٹ از ا سالم ڈیکلریشن۔ وین یو ڈسکور دا ٹروتھ، وین یو ڈسکور گاڈ، وین یو ڈسکور محمد ایز دا پرافٹ آف گاڈ، سو، وین یو ڈسکور دس فیکٹ،</w:t>
      </w:r>
    </w:p>
    <w:p>
      <w:r>
        <w:rPr>
          <w:b/>
        </w:rPr>
        <w:t xml:space="preserve">[09:37] </w:t>
      </w:r>
      <w:r>
        <w:t>deen you declare</w:t>
      </w:r>
    </w:p>
    <w:p>
      <w:pPr>
        <w:jc w:val="right"/>
      </w:pPr>
      <w:r>
        <w:t>دین یو ڈیکلیئر</w:t>
      </w:r>
    </w:p>
    <w:p>
      <w:r>
        <w:rPr>
          <w:b/>
        </w:rPr>
        <w:t xml:space="preserve">[09:41] </w:t>
      </w:r>
      <w:r>
        <w:t>: "so yeah, just it is a it is a declaration. " it is a solemn pledge. when you say kalma,</w:t>
      </w:r>
    </w:p>
    <w:p>
      <w:pPr>
        <w:jc w:val="right"/>
      </w:pPr>
      <w:r>
        <w:t>: "سو یہ جسٹ اٹ از ا اٹ از ا ڈیکلریشن۔" اٹ از ا سالم پلیج۔ وین یو سی کلمہ،</w:t>
      </w:r>
    </w:p>
    <w:p>
      <w:r>
        <w:rPr>
          <w:b/>
        </w:rPr>
        <w:t xml:space="preserve">[09:55] </w:t>
      </w:r>
      <w:r>
        <w:t>is not lip service. he is very very serious kind of declaration: "ashhadu an la ilaha illallahu wa ashhadu anna Muhammadan abduhu wa rasuluh".</w:t>
      </w:r>
    </w:p>
    <w:p>
      <w:pPr>
        <w:jc w:val="right"/>
      </w:pPr>
      <w:r>
        <w:t>از ناٹ لفٹ سروس۔ ہی از ویری ویری سیریس کائنڈ آف ڈیکلریشن: "اشھد ان لا الہ الا اللہ واشہد ان محمد عبدہ ورسولہ"۔</w:t>
      </w:r>
    </w:p>
    <w:p>
      <w:r>
        <w:rPr>
          <w:b/>
        </w:rPr>
        <w:t xml:space="preserve">[10:10] </w:t>
      </w:r>
      <w:r>
        <w:t>so, this is imaan. islam begins from imaan. deen, you know,</w:t>
      </w:r>
    </w:p>
    <w:p>
      <w:pPr>
        <w:jc w:val="right"/>
      </w:pPr>
      <w:r>
        <w:t>سو، دس از ایمان۔ اسلام بگنز فرام ایمان۔ دین، یو نو،</w:t>
      </w:r>
    </w:p>
    <w:p>
      <w:r>
        <w:rPr>
          <w:b/>
        </w:rPr>
        <w:t xml:space="preserve">[10:22] </w:t>
      </w:r>
      <w:r>
        <w:t>if you discover god as the almighty, as a creator, as a sustainer, so, it is not simple thing.</w:t>
      </w:r>
    </w:p>
    <w:p>
      <w:pPr>
        <w:jc w:val="right"/>
      </w:pPr>
      <w:r>
        <w:t>اف یو ڈسکور گاڈ ایز دا المائٹی، ایز ا کریٹر، ایز ا سسٹینر، سو، اٹ از ناٹ سمپل تھنگ۔</w:t>
      </w:r>
    </w:p>
    <w:p>
      <w:r>
        <w:rPr>
          <w:b/>
        </w:rPr>
        <w:t xml:space="preserve">[10:35] </w:t>
      </w:r>
      <w:r>
        <w:t>it is a great great revolution</w:t>
      </w:r>
    </w:p>
    <w:p>
      <w:pPr>
        <w:jc w:val="right"/>
      </w:pPr>
      <w:r>
        <w:t>اٹ از ا گریٹ گریٹ ریولوشن</w:t>
      </w:r>
    </w:p>
    <w:p>
      <w:r>
        <w:rPr>
          <w:b/>
        </w:rPr>
        <w:t xml:space="preserve">[10:40] </w:t>
      </w:r>
      <w:r>
        <w:t>. it brings about revolution in your personality.</w:t>
      </w:r>
    </w:p>
    <w:p>
      <w:pPr>
        <w:jc w:val="right"/>
      </w:pPr>
      <w:r>
        <w:t>۔ اٹ برنگز اباؤٹ ریولوشن ان یور پرسنیلٹی۔</w:t>
      </w:r>
    </w:p>
    <w:p>
      <w:r>
        <w:rPr>
          <w:b/>
        </w:rPr>
        <w:t xml:space="preserve">[10:47] </w:t>
      </w:r>
      <w:r>
        <w:t>why? because accountability is attach with imaan. when you when you discover god, you also discover the concept of accountability.</w:t>
      </w:r>
    </w:p>
    <w:p>
      <w:pPr>
        <w:jc w:val="right"/>
      </w:pPr>
      <w:r>
        <w:t>وائی؟ بیکاز اکاؤنٹیبلٹی از اٹیچ ود ایمان۔ وین یو وین یو ڈسکور گاڈ، یو السو ڈسکور دا کانسیپٹ آف اکاؤنٹیبلٹی۔</w:t>
      </w:r>
    </w:p>
    <w:p>
      <w:r>
        <w:rPr>
          <w:b/>
        </w:rPr>
        <w:t xml:space="preserve">[11:10] </w:t>
      </w:r>
      <w:r>
        <w:t>it means that man was not created without purpose. is mentioned in the quran that man was not created without any purpose.</w:t>
      </w:r>
    </w:p>
    <w:p>
      <w:pPr>
        <w:jc w:val="right"/>
      </w:pPr>
      <w:r>
        <w:t>اٹ مینز دیٹ مین واز ناٹ کریٹڈ وداؤٹ پرپس۔ از مینشن ان دا قرآن دیٹ مین واز ناٹ کریٹڈ وداؤٹ اینی پرپس۔</w:t>
      </w:r>
    </w:p>
    <w:p>
      <w:r>
        <w:rPr>
          <w:b/>
        </w:rPr>
        <w:t xml:space="preserve">[11:31] </w:t>
      </w:r>
      <w:r>
        <w:t>man was created for a well known purpose.</w:t>
      </w:r>
    </w:p>
    <w:p>
      <w:pPr>
        <w:jc w:val="right"/>
      </w:pPr>
      <w:r>
        <w:t>مین واز کریٹڈ فار ا ویل نون پرپس۔</w:t>
      </w:r>
    </w:p>
    <w:p>
      <w:r>
        <w:rPr>
          <w:b/>
        </w:rPr>
        <w:t xml:space="preserve">[11:36] </w:t>
      </w:r>
      <w:r>
        <w:t>so, according to the creation of according to the creation plan of God, God created man and settled him in this planet earth for test.</w:t>
      </w:r>
    </w:p>
    <w:p>
      <w:pPr>
        <w:jc w:val="right"/>
      </w:pPr>
      <w:r>
        <w:t>سو، اکارڈنگ ٹو دا کریشن آف اکارڈنگ ٹو دا کریشن پلان آف گاڈ، گاڈ کریٹڈ مین اینڈ سیٹلڈ ہم ان دس پلینٹ ارتھ فار ٹیسٹ۔</w:t>
      </w:r>
    </w:p>
    <w:p>
      <w:r>
        <w:rPr>
          <w:b/>
        </w:rPr>
        <w:t xml:space="preserve">[11:52] </w:t>
      </w:r>
      <w:r>
        <w:t>so, this earth is a testing place. is not place to enjoy</w:t>
      </w:r>
    </w:p>
    <w:p>
      <w:pPr>
        <w:jc w:val="right"/>
      </w:pPr>
      <w:r>
        <w:t>سو، دس ارتھ از ا ٹیسٹنگ پلیس۔ از ناٹ پلیس ٹو انجوائے</w:t>
      </w:r>
    </w:p>
    <w:p>
      <w:r>
        <w:rPr>
          <w:b/>
        </w:rPr>
        <w:t xml:space="preserve">[12:00] </w:t>
      </w:r>
      <w:r>
        <w:t>? no. everyone, every man and woman are put in the test.</w:t>
      </w:r>
    </w:p>
    <w:p>
      <w:pPr>
        <w:jc w:val="right"/>
      </w:pPr>
      <w:r>
        <w:t>؟ نو۔ ایوری ون، ایوری مین اینڈ وومن آر پٹ ان دا ٹیسٹ۔</w:t>
      </w:r>
    </w:p>
    <w:p>
      <w:r>
        <w:rPr>
          <w:b/>
        </w:rPr>
        <w:t xml:space="preserve">[12:12] </w:t>
      </w:r>
      <w:r>
        <w:t>so, all those things you see in this earth are a test papers: poverty and richness, power and being powerless</w:t>
      </w:r>
    </w:p>
    <w:p>
      <w:pPr>
        <w:jc w:val="right"/>
      </w:pPr>
      <w:r>
        <w:t>سو، آل دوز تھنگز یو سی ان دس ارتھ آر ا ٹیسٹ پیپرز: پاورٹی اینڈ رچنس، پاور اینڈ بینگ پاورلیس</w:t>
      </w:r>
    </w:p>
    <w:p>
      <w:r>
        <w:rPr>
          <w:b/>
        </w:rPr>
        <w:t xml:space="preserve">[12:28] </w:t>
      </w:r>
      <w:r>
        <w:t>. every situation is a test paper. this is imaan. so, when you see that i believe in god, you</w:t>
      </w:r>
    </w:p>
    <w:p>
      <w:pPr>
        <w:jc w:val="right"/>
      </w:pPr>
      <w:r>
        <w:t>۔ ایوری سچویشن از ا ٹیسٹ پیپر۔ دس از ایمان۔ سو، وین یو سی دیٹ آئی بیلیو ان گاڈ، یو</w:t>
      </w:r>
    </w:p>
    <w:p>
      <w:r>
        <w:rPr>
          <w:b/>
        </w:rPr>
        <w:t xml:space="preserve">[12:43] </w:t>
      </w:r>
      <w:r>
        <w:t>you see that i am accountable to god.</w:t>
      </w:r>
    </w:p>
    <w:p>
      <w:pPr>
        <w:jc w:val="right"/>
      </w:pPr>
      <w:r>
        <w:t>یو سی دیٹ آئی ایم اکاؤنٹیبل ٹو گاڈ۔</w:t>
      </w:r>
    </w:p>
    <w:p>
      <w:r>
        <w:rPr>
          <w:b/>
        </w:rPr>
        <w:t xml:space="preserve">[12:52] </w:t>
      </w:r>
      <w:r>
        <w:t>i accept the creation plan of god.</w:t>
      </w:r>
    </w:p>
    <w:p>
      <w:pPr>
        <w:jc w:val="right"/>
      </w:pPr>
      <w:r>
        <w:t>آئی ایکسیپٹ دا کریشن پلان آف گاڈ۔</w:t>
      </w:r>
    </w:p>
    <w:p>
      <w:r>
        <w:rPr>
          <w:b/>
        </w:rPr>
        <w:t xml:space="preserve">[12:57] </w:t>
      </w:r>
      <w:r>
        <w:t>deen,</w:t>
      </w:r>
    </w:p>
    <w:p>
      <w:pPr>
        <w:jc w:val="right"/>
      </w:pPr>
      <w:r>
        <w:t>دین،</w:t>
      </w:r>
    </w:p>
    <w:p>
      <w:r>
        <w:rPr>
          <w:b/>
        </w:rPr>
        <w:t xml:space="preserve">[13:04] </w:t>
      </w:r>
      <w:r>
        <w:t>it imaan means that you are ready to set your priorities in accordance with the imaan, with the islam.</w:t>
      </w:r>
    </w:p>
    <w:p>
      <w:pPr>
        <w:jc w:val="right"/>
      </w:pPr>
      <w:r>
        <w:t>اٹ ایمان مینز دیٹ یو آر ریڈی ٹو سیٹ یور پرائرٹیز ان اکارڈنس ود دا ایمان، ود دا اسلام۔</w:t>
      </w:r>
    </w:p>
    <w:p>
      <w:r>
        <w:rPr>
          <w:b/>
        </w:rPr>
        <w:t xml:space="preserve">[13:18] </w:t>
      </w:r>
      <w:r>
        <w:t>it means to reset your priorities</w:t>
      </w:r>
    </w:p>
    <w:p>
      <w:pPr>
        <w:jc w:val="right"/>
      </w:pPr>
      <w:r>
        <w:t>اٹ مینز ٹو ری سیٹ یور پرائرٹیز</w:t>
      </w:r>
    </w:p>
    <w:p>
      <w:r>
        <w:rPr>
          <w:b/>
        </w:rPr>
        <w:t xml:space="preserve">[13:22] </w:t>
      </w:r>
      <w:r>
        <w:t>. when you declare imaan, it means that you are declared that i am ready to reset my priorities. so, it is a very very serious thing.</w:t>
      </w:r>
    </w:p>
    <w:p>
      <w:pPr>
        <w:jc w:val="right"/>
      </w:pPr>
      <w:r>
        <w:t>۔ وین یو ڈیکلیئر ایمان، اٹ مینز دیٹ یو آر ڈیکلیئرڈ دیٹ آئی ایم ریڈی ٹو ری سیٹ مائی پرائرٹیز۔ سو، اٹ از ا ویری ویری سیریس تھنگ۔</w:t>
      </w:r>
    </w:p>
    <w:p>
      <w:r>
        <w:rPr>
          <w:b/>
        </w:rPr>
        <w:t xml:space="preserve">[13:41] </w:t>
      </w:r>
      <w:r>
        <w:t>deen, there is ibadah. after imaan,</w:t>
      </w:r>
    </w:p>
    <w:p>
      <w:pPr>
        <w:jc w:val="right"/>
      </w:pPr>
      <w:r>
        <w:t>دین، دیر از عبادہ۔ افٹر ایمان،</w:t>
      </w:r>
    </w:p>
    <w:p>
      <w:r>
        <w:rPr>
          <w:b/>
        </w:rPr>
        <w:t xml:space="preserve">[13:51] </w:t>
      </w:r>
      <w:r>
        <w:t>imaan is a is a kind of intellectual development, spiritual development, inner development.</w:t>
      </w:r>
    </w:p>
    <w:p>
      <w:pPr>
        <w:jc w:val="right"/>
      </w:pPr>
      <w:r>
        <w:t>ایمان از ا از ا کائنڈ آف انٹلیکچول ڈیولپمنٹ، اسپریچول ڈیولپمنٹ، انر ڈیولپمنٹ۔</w:t>
      </w:r>
    </w:p>
    <w:p>
      <w:r>
        <w:rPr>
          <w:b/>
        </w:rPr>
        <w:t xml:space="preserve">[14:00] </w:t>
      </w:r>
      <w:r>
        <w:t>imaan is not simply a lift service. it is a storm in your soul.</w:t>
      </w:r>
    </w:p>
    <w:p>
      <w:pPr>
        <w:jc w:val="right"/>
      </w:pPr>
      <w:r>
        <w:t>ایمان از ناٹ سمپلی ا لفٹ سروس۔ اٹ از ا اسٹورم ان یور سول۔</w:t>
      </w:r>
    </w:p>
    <w:p>
      <w:r>
        <w:rPr>
          <w:b/>
        </w:rPr>
        <w:t xml:space="preserve">[14:10] </w:t>
      </w:r>
      <w:r>
        <w:t>it is an explosion in your mind</w:t>
      </w:r>
    </w:p>
    <w:p>
      <w:pPr>
        <w:jc w:val="right"/>
      </w:pPr>
      <w:r>
        <w:t>اٹ از ا ایکسپلوژن ان یور مائنڈ</w:t>
      </w:r>
    </w:p>
    <w:p>
      <w:r>
        <w:rPr>
          <w:b/>
        </w:rPr>
        <w:t xml:space="preserve">[14:13] </w:t>
      </w:r>
      <w:r>
        <w:t>iman is like an explosion. iman is like an explosion in your mind. iman brings about great great change in your soul.</w:t>
      </w:r>
    </w:p>
    <w:p>
      <w:pPr>
        <w:jc w:val="right"/>
      </w:pPr>
      <w:r>
        <w:t>۔ ایمان از لائک ا ایکسپلوژن۔ ایمان از لائک ان ایکسپلوژن ان یور مائنڈ۔ ایمان برنگز اباؤٹ گریٹ گریٹ چینج ان یور سول۔</w:t>
      </w:r>
    </w:p>
    <w:p>
      <w:r>
        <w:rPr>
          <w:b/>
        </w:rPr>
        <w:t xml:space="preserve">[14:32] </w:t>
      </w:r>
      <w:r>
        <w:t>if you find that your life, if you find that your life is, if you find that there is no change in your life after iman,</w:t>
      </w:r>
    </w:p>
    <w:p>
      <w:pPr>
        <w:jc w:val="right"/>
      </w:pPr>
      <w:r>
        <w:t>اف یو فائنڈ داٹ یور لائف، اف یو فائنڈ دیٹ یور لائف از، اف یو فائنڈ دیٹ دیر از نو چینج ان یور لائف افٹر ایمان،</w:t>
      </w:r>
    </w:p>
    <w:p>
      <w:r>
        <w:rPr>
          <w:b/>
        </w:rPr>
        <w:t xml:space="preserve">[14:46] </w:t>
      </w:r>
      <w:r>
        <w:t>deen it was not iman. Quran says: 'ya aaminu aaminu'.</w:t>
      </w:r>
    </w:p>
    <w:p>
      <w:pPr>
        <w:jc w:val="right"/>
      </w:pPr>
      <w:r>
        <w:t>دین اٹ واز ناٹ ایمان۔ قرآن سیز: "یا آمنوا آمنوا"۔</w:t>
      </w:r>
    </w:p>
    <w:p>
      <w:r>
        <w:rPr>
          <w:b/>
        </w:rPr>
        <w:t xml:space="preserve">[14:55] </w:t>
      </w:r>
      <w:r>
        <w:t>it means that declare your iman again.</w:t>
      </w:r>
    </w:p>
    <w:p>
      <w:pPr>
        <w:jc w:val="right"/>
      </w:pPr>
      <w:r>
        <w:t>اٹ مینز دیٹ ڈیکلیئر یور ایمان اگین۔</w:t>
      </w:r>
    </w:p>
    <w:p>
      <w:r>
        <w:rPr>
          <w:b/>
        </w:rPr>
        <w:t xml:space="preserve">[15:03] </w:t>
      </w:r>
      <w:r>
        <w:t>so, a true iman brings about change in your in your life.</w:t>
      </w:r>
    </w:p>
    <w:p>
      <w:pPr>
        <w:jc w:val="right"/>
      </w:pPr>
      <w:r>
        <w:t>سو، ا ٹرو ایمان برنگ اباؤٹ چینج ان یور ان یور لائف۔</w:t>
      </w:r>
    </w:p>
    <w:p>
      <w:r>
        <w:rPr>
          <w:b/>
        </w:rPr>
        <w:t xml:space="preserve">[15:12] </w:t>
      </w:r>
      <w:r>
        <w:t>iman gives you a new direction of your life.</w:t>
      </w:r>
    </w:p>
    <w:p>
      <w:pPr>
        <w:jc w:val="right"/>
      </w:pPr>
      <w:r>
        <w:t>ایمان گوز یو ا نیو ڈائریکشن آف یور لائف۔</w:t>
      </w:r>
    </w:p>
    <w:p>
      <w:r>
        <w:rPr>
          <w:b/>
        </w:rPr>
        <w:t xml:space="preserve">[15:21] </w:t>
      </w:r>
      <w:r>
        <w:t>iman gives you new priorities for your activities. iman gives you a way of thinking.</w:t>
      </w:r>
    </w:p>
    <w:p>
      <w:pPr>
        <w:jc w:val="right"/>
      </w:pPr>
      <w:r>
        <w:t>ایمان گوز یو ا نیو پرائرٹیز فار یور ایکٹیویٹیز۔ ایمان گوز یو ا وے آف تھنکنگ۔</w:t>
      </w:r>
    </w:p>
    <w:p>
      <w:r>
        <w:rPr>
          <w:b/>
        </w:rPr>
        <w:t xml:space="preserve">[15:35] </w:t>
      </w:r>
      <w:r>
        <w:t>iman</w:t>
      </w:r>
    </w:p>
    <w:p>
      <w:pPr>
        <w:jc w:val="right"/>
      </w:pPr>
      <w:r>
        <w:t>ایمان</w:t>
      </w:r>
    </w:p>
    <w:p>
      <w:r>
        <w:rPr>
          <w:b/>
        </w:rPr>
        <w:t xml:space="preserve">[15:38] </w:t>
      </w:r>
      <w:r>
        <w:t>inculcate</w:t>
      </w:r>
    </w:p>
    <w:p>
      <w:pPr>
        <w:jc w:val="right"/>
      </w:pPr>
      <w:r>
        <w:t>انکلکیٹ</w:t>
      </w:r>
    </w:p>
    <w:p>
      <w:r>
        <w:rPr>
          <w:b/>
        </w:rPr>
        <w:t xml:space="preserve">[15:42] </w:t>
      </w:r>
      <w:r>
        <w:t>the spirit of god oriented thinking. your life becomes god oriented life.</w:t>
      </w:r>
    </w:p>
    <w:p>
      <w:pPr>
        <w:jc w:val="right"/>
      </w:pPr>
      <w:r>
        <w:t>دا سپرٹ آف گاڈ اورینٹڈ تھنکنگ۔ یور لائف بیکمز گاڈ اورینٹڈ لائف۔</w:t>
      </w:r>
    </w:p>
    <w:p>
      <w:r>
        <w:rPr>
          <w:b/>
        </w:rPr>
        <w:t xml:space="preserve">[15:54] </w:t>
      </w:r>
      <w:r>
        <w:t>all these things are result of iman, result of belief, result of declaration.</w:t>
      </w:r>
    </w:p>
    <w:p>
      <w:pPr>
        <w:jc w:val="right"/>
      </w:pPr>
      <w:r>
        <w:t>آل دس تھنگز آر رزلٹ آف ایمان، رزلٹ آف بیلیو، رزلٹ آف ڈیکلریشن۔</w:t>
      </w:r>
    </w:p>
    <w:p>
      <w:r>
        <w:rPr>
          <w:b/>
        </w:rPr>
        <w:t xml:space="preserve">[16:05] </w:t>
      </w:r>
      <w:r>
        <w:t>then, there is ibadah. ibadah means worship. when you declare that you are a momin, you are a believer,</w:t>
      </w:r>
    </w:p>
    <w:p>
      <w:pPr>
        <w:jc w:val="right"/>
      </w:pPr>
      <w:r>
        <w:t>دین، دیر از عبادہ۔ عبادہ مینز پرستش۔ وین یو ڈیکلیئر دیٹ یو آر ا مومن، یو آر ا بیلیور،</w:t>
      </w:r>
    </w:p>
    <w:p>
      <w:r>
        <w:rPr>
          <w:b/>
        </w:rPr>
        <w:t xml:space="preserve">[16:20] </w:t>
      </w:r>
      <w:r>
        <w:t>you accepted god as your god, then it is but natural that you want to worship god.</w:t>
      </w:r>
    </w:p>
    <w:p>
      <w:pPr>
        <w:jc w:val="right"/>
      </w:pPr>
      <w:r>
        <w:t>یو ایکسیپٹڈ گاڈ ایز یور گاڈ، دین اٹ از بٹ نیچرل دیٹ یو وانٹ ٹو ورسپ گاڈ۔</w:t>
      </w:r>
    </w:p>
    <w:p>
      <w:r>
        <w:rPr>
          <w:b/>
        </w:rPr>
        <w:t xml:space="preserve">[16:29] </w:t>
      </w:r>
      <w:r>
        <w:t>worship is the is a symbol of submission.</w:t>
      </w:r>
    </w:p>
    <w:p>
      <w:pPr>
        <w:jc w:val="right"/>
      </w:pPr>
      <w:r>
        <w:t>ورسپ از دا از ا سمبل آف سبمیشن۔</w:t>
      </w:r>
    </w:p>
    <w:p>
      <w:r>
        <w:rPr>
          <w:b/>
        </w:rPr>
        <w:t xml:space="preserve">[16:39] </w:t>
      </w:r>
      <w:r>
        <w:t>when you worship, it means that you are</w:t>
      </w:r>
    </w:p>
    <w:p>
      <w:pPr>
        <w:jc w:val="right"/>
      </w:pPr>
      <w:r>
        <w:t>وین یو ورسپ، اٹ مینز دیٹ یو آر</w:t>
      </w:r>
    </w:p>
    <w:p>
      <w:r>
        <w:rPr>
          <w:b/>
        </w:rPr>
        <w:t xml:space="preserve">[16:47] </w:t>
      </w:r>
      <w:r>
        <w:t>you are presenting your</w:t>
      </w:r>
    </w:p>
    <w:p>
      <w:pPr>
        <w:jc w:val="right"/>
      </w:pPr>
      <w:r>
        <w:t>یو آر پریزنٹنگ یور</w:t>
      </w:r>
    </w:p>
    <w:p>
      <w:r>
        <w:rPr>
          <w:b/>
        </w:rPr>
        <w:t xml:space="preserve">[16:57] </w:t>
      </w:r>
      <w:r>
        <w:t>yourself before god completely.</w:t>
      </w:r>
    </w:p>
    <w:p>
      <w:pPr>
        <w:jc w:val="right"/>
      </w:pPr>
      <w:r>
        <w:t>یور سیلف بیفور گاڈ کمپلیٹلی۔</w:t>
      </w:r>
    </w:p>
    <w:p>
      <w:r>
        <w:rPr>
          <w:b/>
        </w:rPr>
        <w:t xml:space="preserve">[17:05] </w:t>
      </w:r>
      <w:r>
        <w:t>so, ibadah, there is a hadith: "what is ibadah?" ta'abbadullah ka'annaka tarahu.</w:t>
      </w:r>
    </w:p>
    <w:p>
      <w:pPr>
        <w:jc w:val="right"/>
      </w:pPr>
      <w:r>
        <w:t>سو، عبادہ، دیر از ا حدیث: "واٹ از عبادہ؟" تعبد اللہ کانکرا۔</w:t>
      </w:r>
    </w:p>
    <w:p>
      <w:r>
        <w:rPr>
          <w:b/>
        </w:rPr>
        <w:t xml:space="preserve">[17:17] </w:t>
      </w:r>
      <w:r>
        <w:t>do ibadah as if you are seeing god.</w:t>
      </w:r>
    </w:p>
    <w:p>
      <w:pPr>
        <w:jc w:val="right"/>
      </w:pPr>
      <w:r>
        <w:t>ڈو عبادہ ایز اف یو آر سیئنگ گاڈ۔</w:t>
      </w:r>
    </w:p>
    <w:p>
      <w:r>
        <w:rPr>
          <w:b/>
        </w:rPr>
        <w:t xml:space="preserve">[17:23] </w:t>
      </w:r>
      <w:r>
        <w:t>it means that if you are a true believer, you are a true worshipper, then your thought becomes so strong that you feel that you are in the presence of god.</w:t>
      </w:r>
    </w:p>
    <w:p>
      <w:pPr>
        <w:jc w:val="right"/>
      </w:pPr>
      <w:r>
        <w:t>اٹ مینز دیٹ اف یو آر ا ٹرو بیلیور، یو آر ا ٹرو ورشیپر، دین یور تھاٹ بیکم سو سٹرونگ دیٹ یو فیل دیٹ یو آر ان دا پریزنس آف گاڈ۔</w:t>
      </w:r>
    </w:p>
    <w:p>
      <w:r>
        <w:rPr>
          <w:b/>
        </w:rPr>
        <w:t xml:space="preserve">[17:42] </w:t>
      </w:r>
      <w:r>
        <w:t>if your iman is a discovery, a realization of god, if your worship is a true worship, then you strongly believe that you are living in the presence of god.</w:t>
      </w:r>
    </w:p>
    <w:p>
      <w:pPr>
        <w:jc w:val="right"/>
      </w:pPr>
      <w:r>
        <w:t>اف یور ایمان از ا ڈسکوری، ا ریلائزیشن آف گاڈ، اف یور ورشیپ از ا ٹرو ورشیپ، دین یو سٹرونگلی بیلیو دیٹ یو آر لیونگ ان دا پریزنس آف گاڈ۔</w:t>
      </w:r>
    </w:p>
    <w:p>
      <w:r>
        <w:rPr>
          <w:b/>
        </w:rPr>
        <w:t xml:space="preserve">[18:07] </w:t>
      </w:r>
      <w:r>
        <w:t>this is the highest feeling in a in a soul of a faithful person, in a soul of a faithful person.</w:t>
      </w:r>
    </w:p>
    <w:p>
      <w:pPr>
        <w:jc w:val="right"/>
      </w:pPr>
      <w:r>
        <w:t>دس از دا ہائیسٹ فیلنگ ان ا ان ا سول آف ا فیثفل پرسن، ان ا سول آف ا فیتھفل پرسن۔</w:t>
      </w:r>
    </w:p>
    <w:p>
      <w:r>
        <w:rPr>
          <w:b/>
        </w:rPr>
        <w:t xml:space="preserve">[18:19] </w:t>
      </w:r>
      <w:r>
        <w:t>so, ibadah means that you are seeing god</w:t>
      </w:r>
    </w:p>
    <w:p>
      <w:pPr>
        <w:jc w:val="right"/>
      </w:pPr>
      <w:r>
        <w:t>سو، عبادہ مینز دیٹ یو آر سیئنگ گاڈ</w:t>
      </w:r>
    </w:p>
    <w:p>
      <w:r>
        <w:rPr>
          <w:b/>
        </w:rPr>
        <w:t xml:space="preserve">[18:29] </w:t>
      </w:r>
      <w:r>
        <w:t>not directly, but in a direct, in an in an indirect</w:t>
      </w:r>
    </w:p>
    <w:p>
      <w:pPr>
        <w:jc w:val="right"/>
      </w:pPr>
      <w:r>
        <w:t>ناٹ ڈائریکٹلی، بٹ ان ا ڈائریکٹ، ان ان ان ڈائریکٹ</w:t>
      </w:r>
    </w:p>
    <w:p>
      <w:r>
        <w:rPr>
          <w:b/>
        </w:rPr>
        <w:t xml:space="preserve">[18:34] </w:t>
      </w:r>
      <w:r>
        <w:t>. So, without spirit,</w:t>
      </w:r>
    </w:p>
    <w:p>
      <w:pPr>
        <w:jc w:val="right"/>
      </w:pPr>
      <w:r>
        <w:t>۔ سو، وداؤٹ اسپرٹ،</w:t>
      </w:r>
    </w:p>
    <w:p>
      <w:r>
        <w:rPr>
          <w:b/>
        </w:rPr>
        <w:t xml:space="preserve">[18:36] </w:t>
      </w:r>
      <w:r>
        <w:t>simply form is not ibadah.</w:t>
      </w:r>
    </w:p>
    <w:p>
      <w:pPr>
        <w:jc w:val="right"/>
      </w:pPr>
      <w:r>
        <w:t>سمپلی فارم از ناٹ عبادہ۔</w:t>
      </w:r>
    </w:p>
    <w:p>
      <w:r>
        <w:rPr>
          <w:b/>
        </w:rPr>
        <w:t xml:space="preserve">[18:38] </w:t>
      </w:r>
      <w:r>
        <w:t>Prophet saw a man praying.</w:t>
      </w:r>
    </w:p>
    <w:p>
      <w:pPr>
        <w:jc w:val="right"/>
      </w:pPr>
      <w:r>
        <w:t>پرافٹ سا مین پریگ۔</w:t>
      </w:r>
    </w:p>
    <w:p>
      <w:r>
        <w:rPr>
          <w:b/>
        </w:rPr>
        <w:t xml:space="preserve">[18:42] </w:t>
      </w:r>
      <w:r>
        <w:t>After praying, he</w:t>
      </w:r>
    </w:p>
    <w:p>
      <w:pPr>
        <w:jc w:val="right"/>
      </w:pPr>
      <w:r>
        <w:t>افٹر پریگ، ہی</w:t>
      </w:r>
    </w:p>
    <w:p>
      <w:r>
        <w:rPr>
          <w:b/>
        </w:rPr>
        <w:t xml:space="preserve">[18:44] </w:t>
      </w:r>
      <w:r>
        <w:t>came to the Prophet and said: "Assalamu alaikum."</w:t>
      </w:r>
    </w:p>
    <w:p>
      <w:pPr>
        <w:jc w:val="right"/>
      </w:pPr>
      <w:r>
        <w:t>کیم ٹو دا پرافٹ اینڈ سیڈ: "السلام علیکم۔"</w:t>
      </w:r>
    </w:p>
    <w:p>
      <w:r>
        <w:rPr>
          <w:b/>
        </w:rPr>
        <w:t xml:space="preserve">[18:49] </w:t>
      </w:r>
      <w:r>
        <w:t>Prophet said: "Ye</w:t>
      </w:r>
    </w:p>
    <w:p>
      <w:pPr>
        <w:jc w:val="right"/>
      </w:pPr>
      <w:r>
        <w:t>پرافٹ سیڈ: "یہ</w:t>
      </w:r>
    </w:p>
    <w:p>
      <w:r>
        <w:rPr>
          <w:b/>
        </w:rPr>
        <w:t xml:space="preserve">[18:57] </w:t>
      </w:r>
      <w:r>
        <w:t>return back and worship again,</w:t>
      </w:r>
    </w:p>
    <w:p>
      <w:pPr>
        <w:jc w:val="right"/>
      </w:pPr>
      <w:r>
        <w:t>ریٹرن بیک اینڈ ورشیپ اگین،</w:t>
      </w:r>
    </w:p>
    <w:p>
      <w:r>
        <w:rPr>
          <w:b/>
        </w:rPr>
        <w:t xml:space="preserve">[19:01] </w:t>
      </w:r>
      <w:r>
        <w:t>because your worship was not a worship."</w:t>
      </w:r>
    </w:p>
    <w:p>
      <w:pPr>
        <w:jc w:val="right"/>
      </w:pPr>
      <w:r>
        <w:t>بیکاز یور ورشیپ واز ناٹ ا ورشیپ۔"</w:t>
      </w:r>
    </w:p>
    <w:p>
      <w:r>
        <w:rPr>
          <w:b/>
        </w:rPr>
        <w:t xml:space="preserve">[19:06] </w:t>
      </w:r>
      <w:r>
        <w:t>Prophet SA does mean that: "Although he is worshiping, but his worship is simply a worship of form, worship of rituals." It is a spiritless act.</w:t>
      </w:r>
    </w:p>
    <w:p>
      <w:pPr>
        <w:jc w:val="right"/>
      </w:pPr>
      <w:r>
        <w:t>پرافٹ سا دس مین کہ: "الدو ہی از ورشیپنگ، بٹ ہز ورشیپ از سمپلی ا ورشیپ آف فارم، ورشیپ آف ریچولز۔" اٹ از ا سپرٹ لیس ایکٹ۔</w:t>
      </w:r>
    </w:p>
    <w:p>
      <w:r>
        <w:rPr>
          <w:b/>
        </w:rPr>
        <w:t xml:space="preserve">[19:29] </w:t>
      </w:r>
      <w:r>
        <w:t>so, without spirit, there is no ibadah.</w:t>
      </w:r>
    </w:p>
    <w:p>
      <w:pPr>
        <w:jc w:val="right"/>
      </w:pPr>
      <w:r>
        <w:t>سو، وداؤٹ اسپرٹ، دیر از نو عبادہ۔</w:t>
      </w:r>
    </w:p>
    <w:p>
      <w:r>
        <w:rPr>
          <w:b/>
        </w:rPr>
        <w:t xml:space="preserve">[19:34] </w:t>
      </w:r>
      <w:r>
        <w:t>spirit is the crux of the ibadah.</w:t>
      </w:r>
    </w:p>
    <w:p>
      <w:pPr>
        <w:jc w:val="right"/>
      </w:pPr>
      <w:r>
        <w:t>اسپرٹ از دا کرکس آف دا عبادہ۔</w:t>
      </w:r>
    </w:p>
    <w:p>
      <w:r>
        <w:rPr>
          <w:b/>
        </w:rPr>
        <w:t xml:space="preserve">[19:41] </w:t>
      </w:r>
      <w:r>
        <w:t>so, without spirit, simply form is not ibadah.</w:t>
      </w:r>
    </w:p>
    <w:p>
      <w:pPr>
        <w:jc w:val="right"/>
      </w:pPr>
      <w:r>
        <w:t>سو، وداؤٹ اسپرٹ، سمپلی فارم از ناٹ عبادہ۔</w:t>
      </w:r>
    </w:p>
    <w:p>
      <w:r>
        <w:rPr>
          <w:b/>
        </w:rPr>
        <w:t xml:space="preserve">[19:46] </w:t>
      </w:r>
      <w:r>
        <w:t>so, prophet said: "yeh fasal go back</w:t>
      </w:r>
    </w:p>
    <w:p>
      <w:pPr>
        <w:jc w:val="right"/>
      </w:pPr>
      <w:r>
        <w:t>سو، پرافٹ سیڈ: "یہ فصل گو بیک</w:t>
      </w:r>
    </w:p>
    <w:p>
      <w:r>
        <w:rPr>
          <w:b/>
        </w:rPr>
        <w:t xml:space="preserve">[19:55] </w:t>
      </w:r>
      <w:r>
        <w:t>and worship again, because your worship was not correct worship. it was spirit less worship.</w:t>
      </w:r>
    </w:p>
    <w:p>
      <w:pPr>
        <w:jc w:val="right"/>
      </w:pPr>
      <w:r>
        <w:t>اینڈ ورشیپ اگین، بیکاز یور ورشیپ واز ناٹ کریکٹ ورشیپ۔ اٹ واز اسپرٹ لیس ورشیپ۔</w:t>
      </w:r>
    </w:p>
    <w:p>
      <w:r>
        <w:rPr>
          <w:b/>
        </w:rPr>
        <w:t xml:space="preserve">[20:04] </w:t>
      </w:r>
      <w:r>
        <w:t>so, it is not acceptable to god." so, this is the real concept of worship in islam.</w:t>
      </w:r>
    </w:p>
    <w:p>
      <w:pPr>
        <w:jc w:val="right"/>
      </w:pPr>
      <w:r>
        <w:t>سو، اٹ از ناٹ ایکسیپٹیبل ٹو گاڈ۔" سو، دس از دا ریل کانسیپٹ آف ورشیپ ان اسلام۔</w:t>
      </w:r>
    </w:p>
    <w:p>
      <w:r>
        <w:rPr>
          <w:b/>
        </w:rPr>
        <w:t xml:space="preserve">[20:14] </w:t>
      </w:r>
      <w:r>
        <w:t>in islam, worship is to establish communion with god. in islam, the concept of worship is nothing less than communion with god.</w:t>
      </w:r>
    </w:p>
    <w:p>
      <w:pPr>
        <w:jc w:val="right"/>
      </w:pPr>
      <w:r>
        <w:t>ان اسلام، ورشیپ از ٹو اسٹیبلش کمیونین ود گاڈ۔ ان اسلام، دا کانسیپٹ آف ورشیپ از نتھنگ لیس دین کمیونین ود گاڈ۔</w:t>
      </w:r>
    </w:p>
    <w:p>
      <w:r>
        <w:rPr>
          <w:b/>
        </w:rPr>
        <w:t xml:space="preserve">[20:30] </w:t>
      </w:r>
      <w:r>
        <w:t>so, you have to be very very serious</w:t>
      </w:r>
    </w:p>
    <w:p>
      <w:pPr>
        <w:jc w:val="right"/>
      </w:pPr>
      <w:r>
        <w:t>سو، یو ہیو ٹو بی ویری ویری سیریس</w:t>
      </w:r>
    </w:p>
    <w:p>
      <w:r>
        <w:rPr>
          <w:b/>
        </w:rPr>
        <w:t xml:space="preserve">[20:34] </w:t>
      </w:r>
      <w:r>
        <w:t>when you are trying to be in the companionship of god. when you are trying to contact with god, then you have to be very very serious, very very serious, extremely serious.</w:t>
      </w:r>
    </w:p>
    <w:p>
      <w:pPr>
        <w:jc w:val="right"/>
      </w:pPr>
      <w:r>
        <w:t>وین یو آر ٹرائنگ ٹو بی ان دا کمپینین شپ آف گاڈ۔ وین یو آر ٹرائنگ ٹو کنٹیکٹ ود گاڈ، دین یو ہیو ٹو بی ویری ویری سیریس، ویری ویری سیریس، ایکسٹریملی سیریس۔</w:t>
      </w:r>
    </w:p>
    <w:p>
      <w:r>
        <w:rPr>
          <w:b/>
        </w:rPr>
        <w:t xml:space="preserve">[20:55] </w:t>
      </w:r>
      <w:r>
        <w:t>so, this kind of spirit full act is worship.</w:t>
      </w:r>
    </w:p>
    <w:p>
      <w:pPr>
        <w:jc w:val="right"/>
      </w:pPr>
      <w:r>
        <w:t>سو، دس کائنڈ آف اسپرٹ فل ایکٹ از ورشیپ۔</w:t>
      </w:r>
    </w:p>
    <w:p>
      <w:r>
        <w:rPr>
          <w:b/>
        </w:rPr>
        <w:t xml:space="preserve">[21:03] </w:t>
      </w:r>
      <w:r>
        <w:t>for example, you see in namaz: "allah o akbar,</w:t>
      </w:r>
    </w:p>
    <w:p>
      <w:pPr>
        <w:jc w:val="right"/>
      </w:pPr>
      <w:r>
        <w:t>فار ایگزامپل، یو سی ان نماز: "اللہ اکبر،</w:t>
      </w:r>
    </w:p>
    <w:p>
      <w:r>
        <w:rPr>
          <w:b/>
        </w:rPr>
        <w:t xml:space="preserve">[21:12] </w:t>
      </w:r>
      <w:r>
        <w:t>allah o akbar" more than 200 times. now, allah o akbar means god is great, but god is great means that i am not great</w:t>
      </w:r>
    </w:p>
    <w:p>
      <w:pPr>
        <w:jc w:val="right"/>
      </w:pPr>
      <w:r>
        <w:t>اللہ اکبر" مور دین 200 ٹائمز۔ ناو، اللہ اکبر مینز گاڈ از گریٹ، بٹ گاڈ از گریٹ مینز دیٹ آئی ایم ناٹ گریٹ</w:t>
      </w:r>
    </w:p>
    <w:p>
      <w:r>
        <w:rPr>
          <w:b/>
        </w:rPr>
        <w:t xml:space="preserve">[21:33] </w:t>
      </w:r>
      <w:r>
        <w:t>. when you say that god is great, you also saying that i am not great.</w:t>
      </w:r>
    </w:p>
    <w:p>
      <w:pPr>
        <w:jc w:val="right"/>
      </w:pPr>
      <w:r>
        <w:t>۔ وین یو سی دیٹ گاڈ از گریٹ، یو السو سیئنگ دیٹ آئی ایم ناٹ گریٹ۔</w:t>
      </w:r>
    </w:p>
    <w:p>
      <w:r>
        <w:rPr>
          <w:b/>
        </w:rPr>
        <w:t xml:space="preserve">[21:46] </w:t>
      </w:r>
      <w:r>
        <w:t>if you, if your thinking is that i am also great, then you are telling a lie when you say allah o akbar.</w:t>
      </w:r>
    </w:p>
    <w:p>
      <w:pPr>
        <w:jc w:val="right"/>
      </w:pPr>
      <w:r>
        <w:t>اف یو، اف یور تھنکنگ از دیٹ آئی ایم السو گریٹ، دین یو آر ٹیلنگ ا لائی وین یو سی اللہ اکبر۔</w:t>
      </w:r>
    </w:p>
    <w:p>
      <w:r>
        <w:rPr>
          <w:b/>
        </w:rPr>
        <w:t xml:space="preserve">[21:58] </w:t>
      </w:r>
      <w:r>
        <w:t>so, it means that allah o akbar is a lesson of modesty. modesty to</w:t>
      </w:r>
    </w:p>
    <w:p>
      <w:pPr>
        <w:jc w:val="right"/>
      </w:pPr>
      <w:r>
        <w:t>سو، اٹ مینز دیٹ اللہ اکبر از ا لیسن آف ماڈیسٹی۔ ماڈیسٹی تو</w:t>
      </w:r>
    </w:p>
    <w:p>
      <w:r>
        <w:rPr>
          <w:b/>
        </w:rPr>
        <w:t xml:space="preserve">[22:08] </w:t>
      </w:r>
      <w:r>
        <w:t>salat or namaz teaches you modesty,</w:t>
      </w:r>
    </w:p>
    <w:p>
      <w:pPr>
        <w:jc w:val="right"/>
      </w:pPr>
      <w:r>
        <w:t>صلاۃ اور نماز ٹیچز یو ماڈیسٹی،</w:t>
      </w:r>
    </w:p>
    <w:p>
      <w:r>
        <w:rPr>
          <w:b/>
        </w:rPr>
        <w:t xml:space="preserve">[22:13] </w:t>
      </w:r>
      <w:r>
        <w:t>and modesty is the crux of the iman. modesty is the crux of islam.</w:t>
      </w:r>
    </w:p>
    <w:p>
      <w:pPr>
        <w:jc w:val="right"/>
      </w:pPr>
      <w:r>
        <w:t>اینڈ ماڈیسٹی از دا کرکس آف دا ایمان۔ ماڈیسٹی از دا کرکس آف اسلام۔</w:t>
      </w:r>
    </w:p>
    <w:p>
      <w:r>
        <w:rPr>
          <w:b/>
        </w:rPr>
        <w:t xml:space="preserve">[22:24] </w:t>
      </w:r>
      <w:r>
        <w:t>when you discover god, you discover also that i am very very helpless.</w:t>
      </w:r>
    </w:p>
    <w:p>
      <w:pPr>
        <w:jc w:val="right"/>
      </w:pPr>
      <w:r>
        <w:t>وین یو ڈسکور گاڈ، یو ڈسکور السو دیٹ آئی ایم ویری ویری ہیلپ لیس۔</w:t>
      </w:r>
    </w:p>
    <w:p>
      <w:r>
        <w:rPr>
          <w:b/>
        </w:rPr>
        <w:t xml:space="preserve">[22:35] </w:t>
      </w:r>
      <w:r>
        <w:t>sense of helplessness is the source of modesty.</w:t>
      </w:r>
    </w:p>
    <w:p>
      <w:pPr>
        <w:jc w:val="right"/>
      </w:pPr>
      <w:r>
        <w:t>سینس آف ہیلپ لیسنس از دا سورس آف ماڈیسٹی۔</w:t>
      </w:r>
    </w:p>
    <w:p>
      <w:r>
        <w:rPr>
          <w:b/>
        </w:rPr>
        <w:t xml:space="preserve">[22:43] </w:t>
      </w:r>
      <w:r>
        <w:t>sense of helplessness is the source of modesty.</w:t>
      </w:r>
    </w:p>
    <w:p>
      <w:pPr>
        <w:jc w:val="right"/>
      </w:pPr>
      <w:r>
        <w:t>سینس آف ہیلپ لیسنس از دا سورس آف ماڈیسٹی۔</w:t>
      </w:r>
    </w:p>
    <w:p>
      <w:r>
        <w:rPr>
          <w:b/>
        </w:rPr>
        <w:t xml:space="preserve">[22:47] </w:t>
      </w:r>
      <w:r>
        <w:t>so, only that worship is true worship, which which carries this spirit, spirit of modesty.</w:t>
      </w:r>
    </w:p>
    <w:p>
      <w:pPr>
        <w:jc w:val="right"/>
      </w:pPr>
      <w:r>
        <w:t>سو، اونلی دیٹ ورشیپ از ٹرو ورشیپ، وچ وچ کیریز دس سپرٹ، سپرٹ آف ماڈیسٹی۔</w:t>
      </w:r>
    </w:p>
    <w:p>
      <w:r>
        <w:rPr>
          <w:b/>
        </w:rPr>
        <w:t xml:space="preserve">[23:02] </w:t>
      </w:r>
      <w:r>
        <w:t>without the spirit of modesty, it is not a true worship. and then,</w:t>
      </w:r>
    </w:p>
    <w:p>
      <w:pPr>
        <w:jc w:val="right"/>
      </w:pPr>
      <w:r>
        <w:t>وداؤٹ دا سپرٹ آف ماڈیسٹی، اٹ از ناٹ ا ٹرو ورشیپ۔ اینڈ دین،</w:t>
      </w:r>
    </w:p>
    <w:p>
      <w:r>
        <w:rPr>
          <w:b/>
        </w:rPr>
        <w:t xml:space="preserve">[23:13] </w:t>
      </w:r>
      <w:r>
        <w:t>modesty is not required only when you are in the mosque.</w:t>
      </w:r>
    </w:p>
    <w:p>
      <w:pPr>
        <w:jc w:val="right"/>
      </w:pPr>
      <w:r>
        <w:t>ماڈیسٹی از ناٹ ریکوائرڈ اونلی وین یو آر ان دا مسک۔</w:t>
      </w:r>
    </w:p>
    <w:p>
      <w:r>
        <w:rPr>
          <w:b/>
        </w:rPr>
        <w:t xml:space="preserve">[23:19] </w:t>
      </w:r>
      <w:r>
        <w:t>when you are doing ruku, you are doing sajdah in the mosque.</w:t>
      </w:r>
    </w:p>
    <w:p>
      <w:pPr>
        <w:jc w:val="right"/>
      </w:pPr>
      <w:r>
        <w:t>وین یو آر ڈوئنگ رکوع، یو آر ڈوئنگ سجدہ ان دا مسک۔</w:t>
      </w:r>
    </w:p>
    <w:p>
      <w:r>
        <w:rPr>
          <w:b/>
        </w:rPr>
        <w:t xml:space="preserve">[23:27] </w:t>
      </w:r>
      <w:r>
        <w:t>so, modesty is not required only in ruku or sajda in mosque, but modesty is required also in the society.</w:t>
      </w:r>
    </w:p>
    <w:p>
      <w:pPr>
        <w:jc w:val="right"/>
      </w:pPr>
      <w:r>
        <w:t>سو، ماڈیسٹی از ناٹ ریکوائرڈ اونلی ان رکوع اور سجدہ ان مسک، بٹ ماڈیسٹی از ریکوائرڈ السو ان دا سوسائٹی۔</w:t>
      </w:r>
    </w:p>
    <w:p>
      <w:r>
        <w:rPr>
          <w:b/>
        </w:rPr>
        <w:t xml:space="preserve">[23:39] </w:t>
      </w:r>
      <w:r>
        <w:t>when you are outside the mosque, you are in the society, you are interacting with other,</w:t>
      </w:r>
    </w:p>
    <w:p>
      <w:pPr>
        <w:jc w:val="right"/>
      </w:pPr>
      <w:r>
        <w:t>وین یو آر اؤٹ سائیڈ دا مسک، یو آر ان دا سوسائٹی، یو آر انٹریکٹنگ ود ادر،</w:t>
      </w:r>
    </w:p>
    <w:p>
      <w:r>
        <w:rPr>
          <w:b/>
        </w:rPr>
        <w:t xml:space="preserve">[23:51] </w:t>
      </w:r>
      <w:r>
        <w:t>and all those occasions, it is also required to be modest.</w:t>
      </w:r>
    </w:p>
    <w:p>
      <w:pPr>
        <w:jc w:val="right"/>
      </w:pPr>
      <w:r>
        <w:t>اینڈ آل دوز اکسیژنز، اٹ از السو ریکوائرڈ ٹو بی ماڈیسٹ۔</w:t>
      </w:r>
    </w:p>
    <w:p>
      <w:r>
        <w:rPr>
          <w:b/>
        </w:rPr>
        <w:t xml:space="preserve">[24:00] </w:t>
      </w:r>
      <w:r>
        <w:t>modesty is the only true behavior, true social behavior of a muslim, of a momin.</w:t>
      </w:r>
    </w:p>
    <w:p>
      <w:pPr>
        <w:jc w:val="right"/>
      </w:pPr>
      <w:r>
        <w:t>ماڈیسٹی از دا اونلی ٹرو بیہیویئر، ٹرو سوشل بیہیویئر آف ا مسلم، آف ا مومن۔</w:t>
      </w:r>
    </w:p>
    <w:p>
      <w:r>
        <w:rPr>
          <w:b/>
        </w:rPr>
        <w:t xml:space="preserve">[24:17] </w:t>
      </w:r>
      <w:r>
        <w:t>then, after ibadah, the other teaching is akhlaq. akhlaq means morality or ethics.</w:t>
      </w:r>
    </w:p>
    <w:p>
      <w:pPr>
        <w:jc w:val="right"/>
      </w:pPr>
      <w:r>
        <w:t>دین، افٹر عبادہ، دا ادر ٹیچنگ از اخلاق۔ اخلاق مینز موریلٹی اور ایتھکس۔</w:t>
      </w:r>
    </w:p>
    <w:p>
      <w:r>
        <w:rPr>
          <w:b/>
        </w:rPr>
        <w:t xml:space="preserve">[24:34] </w:t>
      </w:r>
      <w:r>
        <w:t>now, what is akhlaq or what is morality? it is the social norms.</w:t>
      </w:r>
    </w:p>
    <w:p>
      <w:pPr>
        <w:jc w:val="right"/>
      </w:pPr>
      <w:r>
        <w:t>ناو، واٹ از اخلاق اور واٹ از موریلٹی؟ اٹ از دا سوشل نارمز۔</w:t>
      </w:r>
    </w:p>
    <w:p>
      <w:r>
        <w:rPr>
          <w:b/>
        </w:rPr>
        <w:t xml:space="preserve">[24:43] </w:t>
      </w:r>
      <w:r>
        <w:t>when you live in a society, you have to follow some values, some good values. when you live in your family, when you live in your neighborhood, when you live in a society with other people, you have to follow some basic norms,</w:t>
      </w:r>
    </w:p>
    <w:p>
      <w:pPr>
        <w:jc w:val="right"/>
      </w:pPr>
      <w:r>
        <w:t>وین یو لیو ان ا سوسائٹی، یو ہیو ٹو فالو سم ویلیوز، سم گڈ ویلیوز۔ وین یو لیو ان یور فیملی، وین یو لیو ان یور نیبرہڈ، وین یو لیو ان ا سوسائٹی ود ادر پیپل، یو ہیو ٹو فالو سم بیسک نارمز،</w:t>
      </w:r>
    </w:p>
    <w:p>
      <w:r>
        <w:rPr>
          <w:b/>
        </w:rPr>
        <w:t xml:space="preserve">[25:06] </w:t>
      </w:r>
      <w:r>
        <w:t>some basic social norms. it is this, it is this social norm that is called akhlaq or morality.</w:t>
      </w:r>
    </w:p>
    <w:p>
      <w:pPr>
        <w:jc w:val="right"/>
      </w:pPr>
      <w:r>
        <w:t>سم بیسک سوشل نارمز۔ اٹ از دس، اٹ از دس سوشل نارم دیٹ از کالڈ اخلاق اور موریلٹی۔</w:t>
      </w:r>
    </w:p>
    <w:p>
      <w:r>
        <w:rPr>
          <w:b/>
        </w:rPr>
        <w:t xml:space="preserve">[25:20] </w:t>
      </w:r>
      <w:r>
        <w:t>so, Islam teaches</w:t>
      </w:r>
    </w:p>
    <w:p>
      <w:pPr>
        <w:jc w:val="right"/>
      </w:pPr>
      <w:r>
        <w:t>سو، اسلام ٹیچز</w:t>
      </w:r>
    </w:p>
    <w:p>
      <w:r>
        <w:rPr>
          <w:b/>
        </w:rPr>
        <w:t xml:space="preserve">[25:25] </w:t>
      </w:r>
      <w:r>
        <w:t>some modern values, some ethical values. these values are to speak truth.</w:t>
      </w:r>
    </w:p>
    <w:p>
      <w:pPr>
        <w:jc w:val="right"/>
      </w:pPr>
      <w:r>
        <w:t>سم ماڈرن ویلیوز، سم ایتھیکل ویلیوز۔ دیز ویلیوز ار ٹو سپیک ٹروتھ۔</w:t>
      </w:r>
    </w:p>
    <w:p>
      <w:r>
        <w:rPr>
          <w:b/>
        </w:rPr>
        <w:t xml:space="preserve">[25:41] </w:t>
      </w:r>
      <w:r>
        <w:t>you have to, you have to speak always truth. telling a lie is not allowed in Islam, neither directly or indirectly.</w:t>
      </w:r>
    </w:p>
    <w:p>
      <w:pPr>
        <w:jc w:val="right"/>
      </w:pPr>
      <w:r>
        <w:t>یو ہیو ٹو، یو ہیو ٹو سپیک الویز ٹروتھ۔ ٹیلنگ ا لائی از ناٹ الاؤڈ ان اسلام، نیدر ڈائریکٹلی اور ان ڈائریکٹلی۔</w:t>
      </w:r>
    </w:p>
    <w:p>
      <w:r>
        <w:rPr>
          <w:b/>
        </w:rPr>
        <w:t xml:space="preserve">[25:55] </w:t>
      </w:r>
      <w:r>
        <w:t>then, honesty. you have to be honest every time. then, peace.</w:t>
      </w:r>
    </w:p>
    <w:p>
      <w:pPr>
        <w:jc w:val="right"/>
      </w:pPr>
      <w:r>
        <w:t>دین، ہونیسٹی۔ یو ہیو ٹو بی ہونیسٹ ایوری ٹائم۔ دین، پیس۔</w:t>
      </w:r>
    </w:p>
    <w:p>
      <w:r>
        <w:rPr>
          <w:b/>
        </w:rPr>
        <w:t xml:space="preserve">[26:05] </w:t>
      </w:r>
      <w:r>
        <w:t>you have to be a peaceful member of your society. and tolerance. tolerance is a very very important value for a muslim.</w:t>
      </w:r>
    </w:p>
    <w:p>
      <w:pPr>
        <w:jc w:val="right"/>
      </w:pPr>
      <w:r>
        <w:t>یو ہیو ٹو بی ا پیسفل ممبر آف یور سوسائٹی۔ اینڈ ٹولرنس۔ ٹولرنس از ا ویری ویری امپورٹنٹ ویلیو فار ا مسلم۔</w:t>
      </w:r>
    </w:p>
    <w:p>
      <w:r>
        <w:rPr>
          <w:b/>
        </w:rPr>
        <w:t xml:space="preserve">[26:18] </w:t>
      </w:r>
      <w:r>
        <w:t>and justice. you have to be just every time</w:t>
      </w:r>
    </w:p>
    <w:p>
      <w:pPr>
        <w:jc w:val="right"/>
      </w:pPr>
      <w:r>
        <w:t>اینڈ جسٹس۔ یو ہیو ٹو بی جسٹ ایوری ٹائم</w:t>
      </w:r>
    </w:p>
    <w:p>
      <w:r>
        <w:rPr>
          <w:b/>
        </w:rPr>
        <w:t xml:space="preserve">[26:24] </w:t>
      </w:r>
      <w:r>
        <w:t>. even when you are angry, even when you are angry, you have to follow justice, principle of justice.</w:t>
      </w:r>
    </w:p>
    <w:p>
      <w:pPr>
        <w:jc w:val="right"/>
      </w:pPr>
      <w:r>
        <w:t>۔ ایون وین یو آر اینگری، ایون وین یو آر اینگری، یو ہیو ٹو فالو جسٹس، پرنسپل آف جسٹس۔</w:t>
      </w:r>
    </w:p>
    <w:p>
      <w:r>
        <w:rPr>
          <w:b/>
        </w:rPr>
        <w:t xml:space="preserve">[26:43] </w:t>
      </w:r>
      <w:r>
        <w:t>it means that if you are angry, even even then, you have to follow the principle of justice.</w:t>
      </w:r>
    </w:p>
    <w:p>
      <w:pPr>
        <w:jc w:val="right"/>
      </w:pPr>
      <w:r>
        <w:t>اٹ مینز دیٹ اف یو آر اینگری، ایون ایون دین، یو ہیو ٹو فالو دا پرنسپل آف جسٹس۔</w:t>
      </w:r>
    </w:p>
    <w:p>
      <w:r>
        <w:rPr>
          <w:b/>
        </w:rPr>
        <w:t xml:space="preserve">[26:56] </w:t>
      </w:r>
      <w:r>
        <w:t>you are not deviate, you are not allowed to deviate from the principle of justice. no excuse is acceptable.</w:t>
      </w:r>
    </w:p>
    <w:p>
      <w:pPr>
        <w:jc w:val="right"/>
      </w:pPr>
      <w:r>
        <w:t>یو آر ناٹ ڈیوریٹ، یو آر ناٹ الاؤڈ ٹو ڈیوریٹ فرام دا پرنسپل آف جسٹس۔ نو ایکسکیوز از ایکسیپٹیبل۔</w:t>
      </w:r>
    </w:p>
    <w:p>
      <w:r>
        <w:rPr>
          <w:b/>
        </w:rPr>
        <w:t xml:space="preserve">[27:09] </w:t>
      </w:r>
      <w:r>
        <w:t>no excuse is acceptable in this regard.</w:t>
      </w:r>
    </w:p>
    <w:p>
      <w:pPr>
        <w:jc w:val="right"/>
      </w:pPr>
      <w:r>
        <w:t>نو ایکسکیوز از ایکسیپٹیبل ان دس ریگارڈ۔</w:t>
      </w:r>
    </w:p>
    <w:p>
      <w:r>
        <w:rPr>
          <w:b/>
        </w:rPr>
        <w:t xml:space="preserve">[27:17] </w:t>
      </w:r>
      <w:r>
        <w:t>so, all these things are</w:t>
      </w:r>
    </w:p>
    <w:p>
      <w:pPr>
        <w:jc w:val="right"/>
      </w:pPr>
      <w:r>
        <w:t>سو، آل دس تھنگز ار</w:t>
      </w:r>
    </w:p>
    <w:p>
      <w:r>
        <w:rPr>
          <w:b/>
        </w:rPr>
        <w:t xml:space="preserve">[27:24] </w:t>
      </w:r>
      <w:r>
        <w:t>among those modern values, which which are</w:t>
      </w:r>
    </w:p>
    <w:p>
      <w:pPr>
        <w:jc w:val="right"/>
      </w:pPr>
      <w:r>
        <w:t>امنگ دوز ماڈرن ویلیوز، وچ وچ ار</w:t>
      </w:r>
    </w:p>
    <w:p>
      <w:r>
        <w:rPr>
          <w:b/>
        </w:rPr>
        <w:t xml:space="preserve">[27:31] </w:t>
      </w:r>
      <w:r>
        <w:t>which are revealed in the Islamic religion.</w:t>
      </w:r>
    </w:p>
    <w:p>
      <w:pPr>
        <w:jc w:val="right"/>
      </w:pPr>
      <w:r>
        <w:t>وچ ار ریویلڈ ان دا اسلامک ریلیجن۔</w:t>
      </w:r>
    </w:p>
    <w:p>
      <w:r>
        <w:rPr>
          <w:b/>
        </w:rPr>
        <w:t xml:space="preserve">[27:38] </w:t>
      </w:r>
      <w:r>
        <w:t>there is a hadith: "bu'ithtu li utammima makarim al-akhlaq". the saying of the prophet of Islam.</w:t>
      </w:r>
    </w:p>
    <w:p>
      <w:pPr>
        <w:jc w:val="right"/>
      </w:pPr>
      <w:r>
        <w:t>دیر از ا حدیث: "بعثت لہتم مما مکارب الاخلاق"۔ دا سینگ آف دا پرافٹ آف اسلام۔</w:t>
      </w:r>
    </w:p>
    <w:p>
      <w:r>
        <w:rPr>
          <w:b/>
        </w:rPr>
        <w:t xml:space="preserve">[27:48] </w:t>
      </w:r>
      <w:r>
        <w:t>he says that: "i was sent to you</w:t>
      </w:r>
    </w:p>
    <w:p>
      <w:pPr>
        <w:jc w:val="right"/>
      </w:pPr>
      <w:r>
        <w:t>ہی سیز دیٹ: "آئی واز سینڈ ٹو یو</w:t>
      </w:r>
    </w:p>
    <w:p>
      <w:r>
        <w:rPr>
          <w:b/>
        </w:rPr>
        <w:t xml:space="preserve">[27:55] </w:t>
      </w:r>
      <w:r>
        <w:t>to complete the modern values."</w:t>
      </w:r>
    </w:p>
    <w:p>
      <w:pPr>
        <w:jc w:val="right"/>
      </w:pPr>
      <w:r>
        <w:t>ٹو کمپلیٹ دا ماڈرن ویلیوز۔"</w:t>
      </w:r>
    </w:p>
    <w:p>
      <w:r>
        <w:rPr>
          <w:b/>
        </w:rPr>
        <w:t xml:space="preserve">[28:02] </w:t>
      </w:r>
      <w:r>
        <w:t>it means that i have set examples of morality in every aspect of life. you know, prophet's life was a very eventful life.</w:t>
      </w:r>
    </w:p>
    <w:p>
      <w:pPr>
        <w:jc w:val="right"/>
      </w:pPr>
      <w:r>
        <w:t>اٹ مینز دیٹ آئی ہیو سیٹ ایگزیمپلز آف موریلٹی ان ایوری آسپیکٹ آف لائف۔ یو نو، پرافٹس لائف واز ا ویری ایونٹ فل لائف۔</w:t>
      </w:r>
    </w:p>
    <w:p>
      <w:r>
        <w:rPr>
          <w:b/>
        </w:rPr>
        <w:t xml:space="preserve">[28:14] </w:t>
      </w:r>
      <w:r>
        <w:t>prophet's life was a very very eventful life</w:t>
      </w:r>
    </w:p>
    <w:p>
      <w:pPr>
        <w:jc w:val="right"/>
      </w:pPr>
      <w:r>
        <w:t>پرافٹس لائف واز ا ویری ویری ایونٹ فل لائف</w:t>
      </w:r>
    </w:p>
    <w:p>
      <w:r>
        <w:rPr>
          <w:b/>
        </w:rPr>
        <w:t xml:space="preserve">[28:19] </w:t>
      </w:r>
      <w:r>
        <w:t>he faced all kind of situation, all kind of situation, from peace to war, from poverty to bitter</w:t>
      </w:r>
    </w:p>
    <w:p>
      <w:pPr>
        <w:jc w:val="right"/>
      </w:pPr>
      <w:r>
        <w:t>۔ ہی فیسڈ آل کائنڈ آف سچویشن، آل کائنڈ آف سچویشن، فرام پیس ٹو وار، فرام پاورٹی ٹو بٹر</w:t>
      </w:r>
    </w:p>
    <w:p>
      <w:r>
        <w:rPr>
          <w:b/>
        </w:rPr>
        <w:t xml:space="preserve">[28:35] </w:t>
      </w:r>
      <w:r>
        <w:t>situation. in every time, in every situation, he followed the modern values.</w:t>
      </w:r>
    </w:p>
    <w:p>
      <w:pPr>
        <w:jc w:val="right"/>
      </w:pPr>
      <w:r>
        <w:t>سچویشن۔ ان ایوری ٹائم، ان ایوری سچویشن، ہی فالوڈ دا ماڈرن ویلیوز۔</w:t>
      </w:r>
    </w:p>
    <w:p>
      <w:r>
        <w:rPr>
          <w:b/>
        </w:rPr>
        <w:t xml:space="preserve">[28:46] </w:t>
      </w:r>
      <w:r>
        <w:t>so, profit is an example. profit is a model of morality.</w:t>
      </w:r>
    </w:p>
    <w:p>
      <w:pPr>
        <w:jc w:val="right"/>
      </w:pPr>
      <w:r>
        <w:t>سو، پرافٹ از این ایگزامپل۔ پرافٹ از ا ماڈل آف موریلٹی۔</w:t>
      </w:r>
    </w:p>
    <w:p>
      <w:r>
        <w:rPr>
          <w:b/>
        </w:rPr>
        <w:t xml:space="preserve">[28:55] </w:t>
      </w:r>
      <w:r>
        <w:t>so, we have to follow all this modern values in our social life.</w:t>
      </w:r>
    </w:p>
    <w:p>
      <w:pPr>
        <w:jc w:val="right"/>
      </w:pPr>
      <w:r>
        <w:t>سو، وی ہیو ٹو فالو آل دس ماڈرن ویلیوز ان اور سوشل لائف۔</w:t>
      </w:r>
    </w:p>
    <w:p>
      <w:r>
        <w:rPr>
          <w:b/>
        </w:rPr>
        <w:t xml:space="preserve">[29:04] </w:t>
      </w:r>
      <w:r>
        <w:t>no excuse is acceptable in this regard. no excuse is acceptable in this regard at all.</w:t>
      </w:r>
    </w:p>
    <w:p>
      <w:pPr>
        <w:jc w:val="right"/>
      </w:pPr>
      <w:r>
        <w:t>نو ایکسکیوز از ایکسیپٹیبل ان دس ریگارڈ۔ نو ایکسکیوز از ایکسیپٹیبل ان دس ریگارڈ ایٹ آل۔</w:t>
      </w:r>
    </w:p>
    <w:p>
      <w:r>
        <w:rPr>
          <w:b/>
        </w:rPr>
        <w:t xml:space="preserve">[29:18] </w:t>
      </w:r>
      <w:r>
        <w:t>without morality, there is no islam.</w:t>
      </w:r>
    </w:p>
    <w:p>
      <w:pPr>
        <w:jc w:val="right"/>
      </w:pPr>
      <w:r>
        <w:t>وداؤٹ موریلٹی، دیر از نو اسلام۔</w:t>
      </w:r>
    </w:p>
    <w:p>
      <w:r>
        <w:rPr>
          <w:b/>
        </w:rPr>
        <w:t xml:space="preserve">[29:25] </w:t>
      </w:r>
      <w:r>
        <w:t>without morality, there is no iman. so, every momin, every muslim is bound to follow these ethical principles.</w:t>
      </w:r>
    </w:p>
    <w:p>
      <w:pPr>
        <w:jc w:val="right"/>
      </w:pPr>
      <w:r>
        <w:t>وداؤٹ موریلٹی، دیر از نو ایمان۔ سو، ایوری مومن، ایوری مسلم از باؤنڈ ٹو فالو دیز ایتھیکل پرنسپلز۔</w:t>
      </w:r>
    </w:p>
    <w:p>
      <w:r>
        <w:rPr>
          <w:b/>
        </w:rPr>
        <w:t xml:space="preserve">[29:43] </w:t>
      </w:r>
      <w:r>
        <w:t>even when he is angry, anger is not an excuse. enivity is not an excuse.</w:t>
      </w:r>
    </w:p>
    <w:p>
      <w:pPr>
        <w:jc w:val="right"/>
      </w:pPr>
      <w:r>
        <w:t>ایون وین ہی از اینگری، اینگر از ناٹ این ایکسکیوز۔ اینویٹی از ناٹ این ایکسکیوز۔</w:t>
      </w:r>
    </w:p>
    <w:p>
      <w:r>
        <w:rPr>
          <w:b/>
        </w:rPr>
        <w:t xml:space="preserve">[29:57] </w:t>
      </w:r>
      <w:r>
        <w:t>no excuse what so ever is acceptable. no excuse what so ever is acceptable in this regard.</w:t>
      </w:r>
    </w:p>
    <w:p>
      <w:pPr>
        <w:jc w:val="right"/>
      </w:pPr>
      <w:r>
        <w:t>نو ایکسکیوز واٹس سو ایور از ایکسیپٹیبل۔ نو ایکسکیوز واٹس سو ایور از ایکسیپٹیبل ان دس ریگارڈ۔</w:t>
      </w:r>
    </w:p>
    <w:p>
      <w:r>
        <w:rPr>
          <w:b/>
        </w:rPr>
        <w:t xml:space="preserve">[30:11] </w:t>
      </w:r>
      <w:r>
        <w:t>so, this is akhlaq.</w:t>
      </w:r>
    </w:p>
    <w:p>
      <w:pPr>
        <w:jc w:val="right"/>
      </w:pPr>
      <w:r>
        <w:t>سو، دس از اخلاق۔</w:t>
      </w:r>
    </w:p>
    <w:p>
      <w:r>
        <w:rPr>
          <w:b/>
        </w:rPr>
        <w:t xml:space="preserve">[30:14] </w:t>
      </w:r>
      <w:r>
        <w:t>when you are living in family, when you are living in your neighbor, when you are living in society, at every time, every time, you have to follow those modern norms, modern values,</w:t>
      </w:r>
    </w:p>
    <w:p>
      <w:pPr>
        <w:jc w:val="right"/>
      </w:pPr>
      <w:r>
        <w:t>وین یو آر لیونگ ان فیملی، وین یو آر لیونگ ان یور نیبر، وین یو آر لیونگ ان سوسائٹی، ایٹ ایوری ٹائم، ایوری ٹائم، یو ہیو ٹو فالو دوز ماڈرن نارمز، ماڈرن ویلیوز،</w:t>
      </w:r>
    </w:p>
    <w:p>
      <w:r>
        <w:rPr>
          <w:b/>
        </w:rPr>
        <w:t xml:space="preserve">[30:27] </w:t>
      </w:r>
      <w:r>
        <w:t>ethical principles.</w:t>
      </w:r>
    </w:p>
    <w:p>
      <w:pPr>
        <w:jc w:val="right"/>
      </w:pPr>
      <w:r>
        <w:t>ایتھیکل پرنسپلز۔</w:t>
      </w:r>
    </w:p>
    <w:p>
      <w:r>
        <w:rPr>
          <w:b/>
        </w:rPr>
        <w:t xml:space="preserve">[30:36] </w:t>
      </w:r>
      <w:r>
        <w:t>and you know, these are not simply a social principles.</w:t>
      </w:r>
    </w:p>
    <w:p>
      <w:pPr>
        <w:jc w:val="right"/>
      </w:pPr>
      <w:r>
        <w:t>اینڈ یو نو، دیز آر ناٹ سمپلی ا سوشل پرنسپلز۔</w:t>
      </w:r>
    </w:p>
    <w:p>
      <w:r>
        <w:rPr>
          <w:b/>
        </w:rPr>
        <w:t xml:space="preserve">[30:46] </w:t>
      </w:r>
      <w:r>
        <w:t>the more important part of this is that: "my is accountable." my is accountable.</w:t>
      </w:r>
    </w:p>
    <w:p>
      <w:pPr>
        <w:jc w:val="right"/>
      </w:pPr>
      <w:r>
        <w:t>دا مور امپورٹنٹ پارٹ آف دس از دیٹ: "مائی از اکاؤنٹیبل۔" مائی از اکاؤنٹیبل۔</w:t>
      </w:r>
    </w:p>
    <w:p>
      <w:r>
        <w:rPr>
          <w:b/>
        </w:rPr>
        <w:t xml:space="preserve">[30:56] </w:t>
      </w:r>
      <w:r>
        <w:t>you will be, you will be, you will presented before god, and god will ask you what kind of contact you observed when you are, when you was in a society,</w:t>
      </w:r>
    </w:p>
    <w:p>
      <w:pPr>
        <w:jc w:val="right"/>
      </w:pPr>
      <w:r>
        <w:t>یو ویل بی، یو ویل بی، یو ویل پریزنٹڈ بیفور گاڈ، اینڈ گاڈ ویل اسک یو واٹ کائنڈ آف کنٹیکٹ یو ابزروڈ وین یو آر، وین یو واز ان ا سوسائٹی،</w:t>
      </w:r>
    </w:p>
    <w:p>
      <w:r>
        <w:rPr>
          <w:b/>
        </w:rPr>
        <w:t xml:space="preserve">[31:14] </w:t>
      </w:r>
      <w:r>
        <w:t>when you were in a society.</w:t>
      </w:r>
    </w:p>
    <w:p>
      <w:pPr>
        <w:jc w:val="right"/>
      </w:pPr>
      <w:r>
        <w:t>وین یو ویر ان ا سوسائٹی۔</w:t>
      </w:r>
    </w:p>
    <w:p>
      <w:r>
        <w:rPr>
          <w:b/>
        </w:rPr>
        <w:t xml:space="preserve">[31:19] </w:t>
      </w:r>
      <w:r>
        <w:t>so, this provides the incentive. in islam, modern values are not simply values, but it entails the incentive.</w:t>
      </w:r>
    </w:p>
    <w:p>
      <w:pPr>
        <w:jc w:val="right"/>
      </w:pPr>
      <w:r>
        <w:t>سو، دس پرووائیڈز دا انسنٹیو۔ ان اسلام، ماڈرن ویلیوز آر ناٹ سمپلی ویلیوز، بٹ اٹ انٹیلز دا انسنٹیو۔</w:t>
      </w:r>
    </w:p>
    <w:p>
      <w:r>
        <w:rPr>
          <w:b/>
        </w:rPr>
        <w:t xml:space="preserve">[31:34] </w:t>
      </w:r>
      <w:r>
        <w:t>when islam says that you are accountable,</w:t>
      </w:r>
    </w:p>
    <w:p>
      <w:pPr>
        <w:jc w:val="right"/>
      </w:pPr>
      <w:r>
        <w:t>وین اسلام سیز دیٹ یو آر اکاؤنٹیبل،</w:t>
      </w:r>
    </w:p>
    <w:p>
      <w:r>
        <w:rPr>
          <w:b/>
        </w:rPr>
        <w:t xml:space="preserve">[31:41] </w:t>
      </w:r>
      <w:r>
        <w:t>god will ask you about your morality</w:t>
      </w:r>
    </w:p>
    <w:p>
      <w:pPr>
        <w:jc w:val="right"/>
      </w:pPr>
      <w:r>
        <w:t>گاڈ ویل اسک یو اباؤٹ یور موریلٹی</w:t>
      </w:r>
    </w:p>
    <w:p>
      <w:r>
        <w:rPr>
          <w:b/>
        </w:rPr>
        <w:t xml:space="preserve">[31:47] </w:t>
      </w:r>
      <w:r>
        <w:t>so, it provides an incentive. without following the ethical principles, without following the modern principles, no one can be granted salvation in the hereafter.</w:t>
      </w:r>
    </w:p>
    <w:p>
      <w:pPr>
        <w:jc w:val="right"/>
      </w:pPr>
      <w:r>
        <w:t>۔ سو، اٹ پرووائیڈز این انسنٹیو۔ وداؤٹ فالونگ دا ایتھیکل پرنسپلز، وداؤٹ فالونگ دا ماڈرن پرنسپلز، نو ون کین بی گرانٹڈ سالویشن ان دا ہیرافتر۔</w:t>
      </w:r>
    </w:p>
    <w:p>
      <w:r>
        <w:rPr>
          <w:b/>
        </w:rPr>
        <w:t xml:space="preserve">[32:04] </w:t>
      </w:r>
      <w:r>
        <w:t>so, this is the, this is what is called akhlaq or modern values or ethical system of islam.</w:t>
      </w:r>
    </w:p>
    <w:p>
      <w:pPr>
        <w:jc w:val="right"/>
      </w:pPr>
      <w:r>
        <w:t>سو، دس از دا، دس از واٹ از کالڈ اخلاق اور ماڈرن ویلیوز اور ایتھیکل سسٹم آف اسلام۔</w:t>
      </w:r>
    </w:p>
    <w:p>
      <w:r>
        <w:rPr>
          <w:b/>
        </w:rPr>
        <w:t xml:space="preserve">[32:16] </w:t>
      </w:r>
      <w:r>
        <w:t>then, there is the muamalat. muamalat means dealing, dealing in money matter, in property matter, in all other matters.</w:t>
      </w:r>
    </w:p>
    <w:p>
      <w:pPr>
        <w:jc w:val="right"/>
      </w:pPr>
      <w:r>
        <w:t>دین، دیر از دا معاملات۔ معاملات مینز ڈیلنگ، ڈیلنگ ان منی میٹر، ان پراپرٹی میٹر، ان آل ادر میٹرز۔</w:t>
      </w:r>
    </w:p>
    <w:p>
      <w:r>
        <w:rPr>
          <w:b/>
        </w:rPr>
        <w:t xml:space="preserve">[32:33] </w:t>
      </w:r>
      <w:r>
        <w:t>so, in dealing, you are,</w:t>
      </w:r>
    </w:p>
    <w:p>
      <w:pPr>
        <w:jc w:val="right"/>
      </w:pPr>
      <w:r>
        <w:t>سو، ان ڈیلنگ، یو آر،</w:t>
      </w:r>
    </w:p>
    <w:p>
      <w:r>
        <w:rPr>
          <w:b/>
        </w:rPr>
        <w:t xml:space="preserve">[32:38] </w:t>
      </w:r>
      <w:r>
        <w:t>you are required to be just.</w:t>
      </w:r>
    </w:p>
    <w:p>
      <w:pPr>
        <w:jc w:val="right"/>
      </w:pPr>
      <w:r>
        <w:t>یو آر ریکوائرڈ ٹو بی جسٹ۔</w:t>
      </w:r>
    </w:p>
    <w:p>
      <w:r>
        <w:rPr>
          <w:b/>
        </w:rPr>
        <w:t xml:space="preserve">[32:47] </w:t>
      </w:r>
      <w:r>
        <w:t>your dealing must be, must be under the, your dealing must be honest dealing, just dealing.</w:t>
      </w:r>
    </w:p>
    <w:p>
      <w:pPr>
        <w:jc w:val="right"/>
      </w:pPr>
      <w:r>
        <w:t>یور ڈیلنگ مسٹ بی، مسٹ بی انڈر دی، یور ڈیلنگ مسٹ بی ہونیسٹ ڈیلنگ، جسٹ ڈیلنگ۔</w:t>
      </w:r>
    </w:p>
    <w:p>
      <w:r>
        <w:rPr>
          <w:b/>
        </w:rPr>
        <w:t xml:space="preserve">[33:06] </w:t>
      </w:r>
      <w:r>
        <w:t>it is very very important. there is a hadith thats: "aldin almaamlah." dealing is the din.</w:t>
      </w:r>
    </w:p>
    <w:p>
      <w:pPr>
        <w:jc w:val="right"/>
      </w:pPr>
      <w:r>
        <w:t>اٹ از ویری ویری امپورٹنٹ۔ دیر از ا حدیث دیٹس: "الدین المعاملہ۔" ڈیلنگ از دا دین۔</w:t>
      </w:r>
    </w:p>
    <w:p>
      <w:r>
        <w:rPr>
          <w:b/>
        </w:rPr>
        <w:t xml:space="preserve">[33:16] </w:t>
      </w:r>
      <w:r>
        <w:t>it is dealing by which you are recognized whether you are true muslim or not.</w:t>
      </w:r>
    </w:p>
    <w:p>
      <w:pPr>
        <w:jc w:val="right"/>
      </w:pPr>
      <w:r>
        <w:t>اٹ از ڈیلنگ بائے وچ یو آر ریکگنائزڈ ویدر یو آر ٹرو مسلم اور ناٹ۔</w:t>
      </w:r>
    </w:p>
    <w:p>
      <w:r>
        <w:rPr>
          <w:b/>
        </w:rPr>
        <w:t xml:space="preserve">[33:27] </w:t>
      </w:r>
      <w:r>
        <w:t>so, dealing is your identity. good dealing means you are your muslim, true momin,</w:t>
      </w:r>
    </w:p>
    <w:p>
      <w:pPr>
        <w:jc w:val="right"/>
      </w:pPr>
      <w:r>
        <w:t>سو، ڈیلنگ از یور آئیڈینٹیٹی۔ گڈ ڈیلنگ مینز یو آر یور مسلم، ٹرو مومن،</w:t>
      </w:r>
    </w:p>
    <w:p>
      <w:r>
        <w:rPr>
          <w:b/>
        </w:rPr>
        <w:t xml:space="preserve">[33:41] </w:t>
      </w:r>
      <w:r>
        <w:t>and bad dealing means, means that you are not a true momin.</w:t>
      </w:r>
    </w:p>
    <w:p>
      <w:pPr>
        <w:jc w:val="right"/>
      </w:pPr>
      <w:r>
        <w:t>اینڈ بیڈ ڈیلنگ مینز، مینز دیٹ یو آر ناٹ ا ٹرو مومن۔</w:t>
      </w:r>
    </w:p>
    <w:p>
      <w:r>
        <w:rPr>
          <w:b/>
        </w:rPr>
        <w:t xml:space="preserve">[33:47] </w:t>
      </w:r>
      <w:r>
        <w:t>good dealing proves that you are a true believer, and bad dealing prove that you are not a true believer.</w:t>
      </w:r>
    </w:p>
    <w:p>
      <w:pPr>
        <w:jc w:val="right"/>
      </w:pPr>
      <w:r>
        <w:t>گڈ ڈیلنگ پروفز دیٹ یو آر ا ٹرو بیلیور، اینڈ بیڈ ڈیلنگ پروف دیٹ یو آر ناٹ ا ٹرو بیلیور۔</w:t>
      </w:r>
    </w:p>
    <w:p>
      <w:r>
        <w:rPr>
          <w:b/>
        </w:rPr>
        <w:t xml:space="preserve">[34:01] </w:t>
      </w:r>
      <w:r>
        <w:t>you are a bad muslim, and you will be accountable before god</w:t>
      </w:r>
    </w:p>
    <w:p>
      <w:pPr>
        <w:jc w:val="right"/>
      </w:pPr>
      <w:r>
        <w:t>یو آر ا بیڈ مسلم، اینڈ یو ویل بی اکاؤنٹیبل بیفور گاڈ</w:t>
      </w:r>
    </w:p>
    <w:p>
      <w:r>
        <w:rPr>
          <w:b/>
        </w:rPr>
        <w:t xml:space="preserve">[34:08] </w:t>
      </w:r>
      <w:r>
        <w:t>. those people who failed to follow the modern principles</w:t>
      </w:r>
    </w:p>
    <w:p>
      <w:pPr>
        <w:jc w:val="right"/>
      </w:pPr>
      <w:r>
        <w:t>۔ دوز پیپل ہو فیلڈ ٹو فالو دا ماڈرن پرنسپلز</w:t>
      </w:r>
    </w:p>
    <w:p>
      <w:r>
        <w:rPr>
          <w:b/>
        </w:rPr>
        <w:t xml:space="preserve">[34:21] </w:t>
      </w:r>
      <w:r>
        <w:t>given by god, will not find entry into the paradise.</w:t>
      </w:r>
    </w:p>
    <w:p>
      <w:pPr>
        <w:jc w:val="right"/>
      </w:pPr>
      <w:r>
        <w:t>گیون بائی گاڈ، ویل ناٹ فائنڈ انٹری انٹو دا پیراڈائز۔</w:t>
      </w:r>
    </w:p>
    <w:p>
      <w:r>
        <w:rPr>
          <w:b/>
        </w:rPr>
        <w:t xml:space="preserve">[34:30] </w:t>
      </w:r>
      <w:r>
        <w:t>paradise is for those people who have proved that they are a man of character, who are just person.</w:t>
      </w:r>
    </w:p>
    <w:p>
      <w:pPr>
        <w:jc w:val="right"/>
      </w:pPr>
      <w:r>
        <w:t>پیراڈائز از فار دوز پیپل ہو ہیو پروف دیٹ دے آر ا مین آف کریکٹر، ہو آر جسٹ پرسن۔</w:t>
      </w:r>
    </w:p>
    <w:p>
      <w:r>
        <w:rPr>
          <w:b/>
        </w:rPr>
        <w:t xml:space="preserve">[34:46] </w:t>
      </w:r>
      <w:r>
        <w:t>so, one who adheres modern values, will be allowed to enter into paradise, and those who fail to adhere these principles, modern principles, they will not allowed to go to paradise.</w:t>
      </w:r>
    </w:p>
    <w:p>
      <w:pPr>
        <w:jc w:val="right"/>
      </w:pPr>
      <w:r>
        <w:t>سو، ون ہو اڈیرس ماڈرن ویلیوز، ویل بی الاؤڈ ٹو انٹر انٹو پیراڈائز، اینڈ دوز ہو فیل ٹو اڈیر دیز پرنسپلز، ماڈرن پرنسپلز، دے ویل ناٹ الاؤڈ ٹو گو ٹو پیراڈائز۔</w:t>
      </w:r>
    </w:p>
    <w:p>
      <w:r>
        <w:rPr>
          <w:b/>
        </w:rPr>
        <w:t xml:space="preserve">[35:02] </w:t>
      </w:r>
      <w:r>
        <w:t>so, it is very important in islam. in islam, modern values are not simply social values,</w:t>
      </w:r>
    </w:p>
    <w:p>
      <w:pPr>
        <w:jc w:val="right"/>
      </w:pPr>
      <w:r>
        <w:t>سو، اٹ از ویری امپورٹنٹ ان اسلام۔ ان اسلام، ماڈرن ویلیوز آر ناٹ سمپلی سوشل ویلیوز،</w:t>
      </w:r>
    </w:p>
    <w:p>
      <w:r>
        <w:rPr>
          <w:b/>
        </w:rPr>
        <w:t xml:space="preserve">[35:10] </w:t>
      </w:r>
      <w:r>
        <w:t>but in islam, modern values are identity of those persons who will go to paradise.</w:t>
      </w:r>
    </w:p>
    <w:p>
      <w:pPr>
        <w:jc w:val="right"/>
      </w:pPr>
      <w:r>
        <w:t>بٹ ان اسلام، ماڈرن ویلیوز آر آئیڈینٹیٹی آف دوز پرسنز ہو ویل گو ٹو پیراڈائز۔</w:t>
      </w:r>
    </w:p>
    <w:p>
      <w:r>
        <w:rPr>
          <w:b/>
        </w:rPr>
        <w:t xml:space="preserve">[35:28] </w:t>
      </w:r>
      <w:r>
        <w:t>so, dealing is very important in islam, very very important.</w:t>
      </w:r>
    </w:p>
    <w:p>
      <w:pPr>
        <w:jc w:val="right"/>
      </w:pPr>
      <w:r>
        <w:t>سو، ڈیلنگ از ویری امپورٹنٹ ان اسلام، ویری ویری امپورٹنٹ۔</w:t>
      </w:r>
    </w:p>
    <w:p>
      <w:r>
        <w:rPr>
          <w:b/>
        </w:rPr>
        <w:t xml:space="preserve">[35:36] </w:t>
      </w:r>
      <w:r>
        <w:t>just dealing, honest dealing, is the</w:t>
      </w:r>
    </w:p>
    <w:p>
      <w:pPr>
        <w:jc w:val="right"/>
      </w:pPr>
      <w:r>
        <w:t>جسٹ ڈیلنگ، ہونیسٹ ڈیلنگ، از دا</w:t>
      </w:r>
    </w:p>
    <w:p>
      <w:r>
        <w:rPr>
          <w:b/>
        </w:rPr>
        <w:t xml:space="preserve">[35:45] </w:t>
      </w:r>
      <w:r>
        <w:t>most important part of islam. without just dealing, without honest dealing, you can not say that you are a muslim.</w:t>
      </w:r>
    </w:p>
    <w:p>
      <w:pPr>
        <w:jc w:val="right"/>
      </w:pPr>
      <w:r>
        <w:t>موسٹ امپورٹنٹ پارٹ آف اسلام۔ وداؤٹ جسٹ ڈیلنگ، وداؤٹ ہونیسٹ ڈیلنگ، یو کین ناٹ سی دیٹ یو آر ا مسلم۔</w:t>
      </w:r>
    </w:p>
    <w:p>
      <w:r>
        <w:rPr>
          <w:b/>
        </w:rPr>
        <w:t xml:space="preserve">[35:58] </w:t>
      </w:r>
      <w:r>
        <w:t>no,</w:t>
      </w:r>
    </w:p>
    <w:p>
      <w:pPr>
        <w:jc w:val="right"/>
      </w:pPr>
      <w:r>
        <w:t>نو،</w:t>
      </w:r>
    </w:p>
    <w:p>
      <w:r>
        <w:rPr>
          <w:b/>
        </w:rPr>
        <w:t xml:space="preserve">[36:07] </w:t>
      </w:r>
      <w:r>
        <w:t>no birth, no birth momin or muslim. simply a birth, birth certificate, only a birth certificate can not give you the title of muslim.</w:t>
      </w:r>
    </w:p>
    <w:p>
      <w:pPr>
        <w:jc w:val="right"/>
      </w:pPr>
      <w:r>
        <w:t>نو برتھ، نو برتھ مومن اور مسلم۔ سمپلی ا برتھ، برتھ سرٹیفیکیٹ، اونلی ا برتھ سرٹیفیکیٹ کین ناٹ گیو یو دا ٹائٹل آف مسلم۔</w:t>
      </w:r>
    </w:p>
    <w:p>
      <w:r>
        <w:rPr>
          <w:b/>
        </w:rPr>
        <w:t xml:space="preserve">[36:25] </w:t>
      </w:r>
      <w:r>
        <w:t>when you adhere the principle of islam, when you follow the teaching of islam, then you are a muslim, then you are momin.</w:t>
      </w:r>
    </w:p>
    <w:p>
      <w:pPr>
        <w:jc w:val="right"/>
      </w:pPr>
      <w:r>
        <w:t>وین یو اڈیر دا پرنسپل آف اسلام، وین یو فالو دا ٹیچنگ آف اسلام، دین یو آر ا مسلم، دین یو آر مومن۔</w:t>
      </w:r>
    </w:p>
    <w:p>
      <w:r>
        <w:rPr>
          <w:b/>
        </w:rPr>
        <w:t xml:space="preserve">[36:39] </w:t>
      </w:r>
      <w:r>
        <w:t>then the fourth talent is da'wah. da'wah is also a very important principle of islam.</w:t>
      </w:r>
    </w:p>
    <w:p>
      <w:pPr>
        <w:jc w:val="right"/>
      </w:pPr>
      <w:r>
        <w:t>دین دا فورتھ ٹیلنٹ از دعویٰ۔ دعویٰ از آل سو ا ویری امپورٹنٹ پرنسپل آف اسلام۔</w:t>
      </w:r>
    </w:p>
    <w:p>
      <w:r>
        <w:rPr>
          <w:b/>
        </w:rPr>
        <w:t xml:space="preserve">[36:50] </w:t>
      </w:r>
      <w:r>
        <w:t>da'wah is a duty, duty towards other people. da'wah means the truth you have discovered.</w:t>
      </w:r>
    </w:p>
    <w:p>
      <w:pPr>
        <w:jc w:val="right"/>
      </w:pPr>
      <w:r>
        <w:t>دعویٰ از ا ڈیوٹی، ڈیوٹی ٹورڈز ادر پیپل۔ دعویٰ مینز دا ٹروتھ یو ہیو ڈسکورڈ۔</w:t>
      </w:r>
    </w:p>
    <w:p>
      <w:r>
        <w:rPr>
          <w:b/>
        </w:rPr>
        <w:t xml:space="preserve">[37:03] </w:t>
      </w:r>
      <w:r>
        <w:t>you have to convey the truth which you have discovered to other people.</w:t>
      </w:r>
    </w:p>
    <w:p>
      <w:pPr>
        <w:jc w:val="right"/>
      </w:pPr>
      <w:r>
        <w:t>یو ہیو ٹو کنوے دا ٹروتھ وچ یو ہیو ڈسکورڈ ٹو ادر پیپل۔</w:t>
      </w:r>
    </w:p>
    <w:p>
      <w:r>
        <w:rPr>
          <w:b/>
        </w:rPr>
        <w:t xml:space="preserve">[37:14] </w:t>
      </w:r>
      <w:r>
        <w:t>you can not live with truth alone. you have to invite people.</w:t>
      </w:r>
    </w:p>
    <w:p>
      <w:pPr>
        <w:jc w:val="right"/>
      </w:pPr>
      <w:r>
        <w:t>یو کین ناٹ لیو ود ٹروتھ الون۔ یو ہیو ٹو انوائٹ پیپل۔</w:t>
      </w:r>
    </w:p>
    <w:p>
      <w:r>
        <w:rPr>
          <w:b/>
        </w:rPr>
        <w:t xml:space="preserve">[37:24] </w:t>
      </w:r>
      <w:r>
        <w:t>you have to convey this truth to other people. so, da'wah is also very very important.</w:t>
      </w:r>
    </w:p>
    <w:p>
      <w:pPr>
        <w:jc w:val="right"/>
      </w:pPr>
      <w:r>
        <w:t>یو ہیو ٹو کنوے دس ٹروتھ ٹو ادر پیپل۔ سو، دعوت از آل سو ویری ویری امپورٹنٹ۔</w:t>
      </w:r>
    </w:p>
    <w:p>
      <w:r>
        <w:rPr>
          <w:b/>
        </w:rPr>
        <w:t xml:space="preserve">[37:38] </w:t>
      </w:r>
      <w:r>
        <w:t>there is no excuse</w:t>
      </w:r>
    </w:p>
    <w:p>
      <w:pPr>
        <w:jc w:val="right"/>
      </w:pPr>
      <w:r>
        <w:t>دیر از نو ایکسکیوز</w:t>
      </w:r>
    </w:p>
    <w:p>
      <w:r>
        <w:rPr>
          <w:b/>
        </w:rPr>
        <w:t xml:space="preserve">[37:43] </w:t>
      </w:r>
      <w:r>
        <w:t>. no excuse can be acceptable. you if you fail to do dawah work.</w:t>
      </w:r>
    </w:p>
    <w:p>
      <w:pPr>
        <w:jc w:val="right"/>
      </w:pPr>
      <w:r>
        <w:t>۔ نو ایکسکیوز کین بی ایکسیپٹیبل۔ یو اف یو فیل ٹو ڈو دعویٰ ورک۔</w:t>
      </w:r>
    </w:p>
    <w:p>
      <w:r>
        <w:rPr>
          <w:b/>
        </w:rPr>
        <w:t xml:space="preserve">[37:54] </w:t>
      </w:r>
      <w:r>
        <w:t>dawah work is a duty of every momin and muslim towards other people.</w:t>
      </w:r>
    </w:p>
    <w:p>
      <w:pPr>
        <w:jc w:val="right"/>
      </w:pPr>
      <w:r>
        <w:t>دعویٰ ورک از ا ڈیوٹی آف ایوری مومن اینڈ مسلم ٹورڈز ادر پیپل۔</w:t>
      </w:r>
    </w:p>
    <w:p>
      <w:r>
        <w:rPr>
          <w:b/>
        </w:rPr>
        <w:t xml:space="preserve">[38:04] </w:t>
      </w:r>
      <w:r>
        <w:t>now, what is dawah? quran is a book of dawah.</w:t>
      </w:r>
    </w:p>
    <w:p>
      <w:pPr>
        <w:jc w:val="right"/>
      </w:pPr>
      <w:r>
        <w:t>ناؤ، واٹ از دعویٰ؟ قرآن از ا بک آف دعویٰ۔</w:t>
      </w:r>
    </w:p>
    <w:p>
      <w:r>
        <w:rPr>
          <w:b/>
        </w:rPr>
        <w:t xml:space="preserve">[38:10] </w:t>
      </w:r>
      <w:r>
        <w:t>if you, if you want to know what are the principles of dawah, what are the tenets of dawah, you read the quran.</w:t>
      </w:r>
    </w:p>
    <w:p>
      <w:pPr>
        <w:jc w:val="right"/>
      </w:pPr>
      <w:r>
        <w:t>اف یو، اف یو وانٹ ٹو نو واٹ آر دا پرنسپلز آف دعویٰ، واٹ آر دا ٹیلنٹس آف دعویٰ، یو ریڈ دا قرآن۔</w:t>
      </w:r>
    </w:p>
    <w:p>
      <w:r>
        <w:rPr>
          <w:b/>
        </w:rPr>
        <w:t xml:space="preserve">[38:23] </w:t>
      </w:r>
      <w:r>
        <w:t>the whole quran is a book of dawah. quran gives you all the details of dawah.</w:t>
      </w:r>
    </w:p>
    <w:p>
      <w:pPr>
        <w:jc w:val="right"/>
      </w:pPr>
      <w:r>
        <w:t>دا ہول قرآن از ا بک آف دعویٰ۔ قرآن گیوز یو آل دا ڈیٹیلز آف دعویٰ۔</w:t>
      </w:r>
    </w:p>
    <w:p>
      <w:r>
        <w:rPr>
          <w:b/>
        </w:rPr>
        <w:t xml:space="preserve">[38:35] </w:t>
      </w:r>
      <w:r>
        <w:t>the most important aspect of dawah is that dawah means to make people aware of the creation plan of god.</w:t>
      </w:r>
    </w:p>
    <w:p>
      <w:pPr>
        <w:jc w:val="right"/>
      </w:pPr>
      <w:r>
        <w:t>دا موسٹ امپورٹنٹ آسپیکٹ آف دعویٰ از دیٹ دعویٰ مینز ٹو میک پیپل اویئر آف دی کریشن پلان آف گاڈ۔</w:t>
      </w:r>
    </w:p>
    <w:p>
      <w:r>
        <w:rPr>
          <w:b/>
        </w:rPr>
        <w:t xml:space="preserve">[38:51] </w:t>
      </w:r>
      <w:r>
        <w:t>god created man with a special plan, which i call creation plan of god.</w:t>
      </w:r>
    </w:p>
    <w:p>
      <w:pPr>
        <w:jc w:val="right"/>
      </w:pPr>
      <w:r>
        <w:t>گاڈ کریٹڈ مین ودا اسپیشل پلان، وچ آئی کال کریشن پلان آف گاڈ۔</w:t>
      </w:r>
    </w:p>
    <w:p>
      <w:r>
        <w:rPr>
          <w:b/>
        </w:rPr>
        <w:t xml:space="preserve">[39:02] </w:t>
      </w:r>
      <w:r>
        <w:t>so, all the prophets were sent for this purpose to tell people about this creation plan.</w:t>
      </w:r>
    </w:p>
    <w:p>
      <w:pPr>
        <w:jc w:val="right"/>
      </w:pPr>
      <w:r>
        <w:t>سو، آل دا پرافٹس ویر سینڈ فار دس پرپس ٹو ٹیل پیپل اباؤٹ دس کریشن پلان۔</w:t>
      </w:r>
    </w:p>
    <w:p>
      <w:r>
        <w:rPr>
          <w:b/>
        </w:rPr>
        <w:t xml:space="preserve">[39:17] </w:t>
      </w:r>
      <w:r>
        <w:t>this was the most important duty of every prophet.</w:t>
      </w:r>
    </w:p>
    <w:p>
      <w:pPr>
        <w:jc w:val="right"/>
      </w:pPr>
      <w:r>
        <w:t>دس واز دا موسٹ امپورٹنٹ ڈیوٹی آف ایوری پرافٹ۔</w:t>
      </w:r>
    </w:p>
    <w:p>
      <w:r>
        <w:rPr>
          <w:b/>
        </w:rPr>
        <w:t xml:space="preserve">[39:26] </w:t>
      </w:r>
      <w:r>
        <w:t>now, muhammad was the prophet. muhammad was the last prophet. muhammad was the final prophet. so, this duty is to be performed by his ummah.</w:t>
      </w:r>
    </w:p>
    <w:p>
      <w:pPr>
        <w:jc w:val="right"/>
      </w:pPr>
      <w:r>
        <w:t>ناؤ، محمد واز دا پرافٹ۔ محمد واز دا لاسٹ پرافٹ۔ محمد واز دا فائنل پرافٹ۔ سو، دس ڈیوٹی از ٹو بی پرفارمڈ بائی ہز امت۔</w:t>
      </w:r>
    </w:p>
    <w:p>
      <w:r>
        <w:rPr>
          <w:b/>
        </w:rPr>
        <w:t xml:space="preserve">[39:40] </w:t>
      </w:r>
      <w:r>
        <w:t>now, ummah muhammadi is</w:t>
      </w:r>
    </w:p>
    <w:p>
      <w:pPr>
        <w:jc w:val="right"/>
      </w:pPr>
      <w:r>
        <w:t>ناؤ، امت محمدی از</w:t>
      </w:r>
    </w:p>
    <w:p>
      <w:r>
        <w:rPr>
          <w:b/>
        </w:rPr>
        <w:t xml:space="preserve">[39:45] </w:t>
      </w:r>
      <w:r>
        <w:t>bound to to perform this duty.</w:t>
      </w:r>
    </w:p>
    <w:p>
      <w:pPr>
        <w:jc w:val="right"/>
      </w:pPr>
      <w:r>
        <w:t>باؤنڈ ٹو ٹو پرفارم دس ڈیوٹی۔</w:t>
      </w:r>
    </w:p>
    <w:p>
      <w:r>
        <w:rPr>
          <w:b/>
        </w:rPr>
        <w:t xml:space="preserve">[39:51] </w:t>
      </w:r>
      <w:r>
        <w:t>every member of this ummah, every member of ummah muhammadi</w:t>
      </w:r>
    </w:p>
    <w:p>
      <w:pPr>
        <w:jc w:val="right"/>
      </w:pPr>
      <w:r>
        <w:t>ایوری ممبر آف دس امت، ایوری ممبر آف امت محمدی</w:t>
      </w:r>
    </w:p>
    <w:p>
      <w:r>
        <w:rPr>
          <w:b/>
        </w:rPr>
        <w:t xml:space="preserve">[40:01] </w:t>
      </w:r>
      <w:r>
        <w:t>is bound to do dawah work. dawah work for a muslim is not an optional.</w:t>
      </w:r>
    </w:p>
    <w:p>
      <w:pPr>
        <w:jc w:val="right"/>
      </w:pPr>
      <w:r>
        <w:t>از باؤنڈ ٹو ڈو دعویٰ ورک۔ دعویٰ ورک فار ا مسلم از ناٹ این آپشنل۔</w:t>
      </w:r>
    </w:p>
    <w:p>
      <w:r>
        <w:rPr>
          <w:b/>
        </w:rPr>
        <w:t xml:space="preserve">[40:10] </w:t>
      </w:r>
      <w:r>
        <w:t>it is obligatory, obligatory according to his capacity.</w:t>
      </w:r>
    </w:p>
    <w:p>
      <w:pPr>
        <w:jc w:val="right"/>
      </w:pPr>
      <w:r>
        <w:t>اٹ از ابلیگیٹری، ابلیگیٹری اکارڈنگ ٹو ہز کیپیسٹی۔</w:t>
      </w:r>
    </w:p>
    <w:p>
      <w:r>
        <w:rPr>
          <w:b/>
        </w:rPr>
        <w:t xml:space="preserve">[40:20] </w:t>
      </w:r>
      <w:r>
        <w:t>according to his capacity, one who can write books, he must write books.</w:t>
      </w:r>
    </w:p>
    <w:p>
      <w:pPr>
        <w:jc w:val="right"/>
      </w:pPr>
      <w:r>
        <w:t>اکارڈنگ ٹو ہز کیپیسٹی، ون ہو کین رائٹ بکس، ہی مسٹ رائٹ بکس۔</w:t>
      </w:r>
    </w:p>
    <w:p>
      <w:r>
        <w:rPr>
          <w:b/>
        </w:rPr>
        <w:t xml:space="preserve">[40:30] </w:t>
      </w:r>
      <w:r>
        <w:t>one who can speak, he must deliver speeches.</w:t>
      </w:r>
    </w:p>
    <w:p>
      <w:pPr>
        <w:jc w:val="right"/>
      </w:pPr>
      <w:r>
        <w:t>ون ہو کین سپیک، ہی مسٹ ڈیلیور سپیچز۔</w:t>
      </w:r>
    </w:p>
    <w:p>
      <w:r>
        <w:rPr>
          <w:b/>
        </w:rPr>
        <w:t xml:space="preserve">[40:38] </w:t>
      </w:r>
      <w:r>
        <w:t>one who can not speak and can not write, he must, must.</w:t>
      </w:r>
    </w:p>
    <w:p>
      <w:pPr>
        <w:jc w:val="right"/>
      </w:pPr>
      <w:r>
        <w:t>ون ہو کین ناٹ سپیک اینڈ کین ناٹ رائٹ، ہی مسٹ، مسٹ۔</w:t>
      </w:r>
    </w:p>
    <w:p>
      <w:r>
        <w:rPr>
          <w:b/>
        </w:rPr>
        <w:t xml:space="preserve">[40:49] </w:t>
      </w:r>
      <w:r>
        <w:t>there are so many islamic books, islamic pamphlets. he can distribute all these pamphlets and books.</w:t>
      </w:r>
    </w:p>
    <w:p>
      <w:pPr>
        <w:jc w:val="right"/>
      </w:pPr>
      <w:r>
        <w:t>دیر آر سو مینی اسلامک بکس، اسلامک پیمفلیٹس۔ ہی کین ڈسٹریبیوٹ آل دیز پیمفلیٹس اینڈ بکس۔</w:t>
      </w:r>
    </w:p>
    <w:p>
      <w:r>
        <w:rPr>
          <w:b/>
        </w:rPr>
        <w:t xml:space="preserve">[41:01] </w:t>
      </w:r>
      <w:r>
        <w:t>so, so those who can not, those who have no capacity to speak, capacity to write, they have to distribute these islamic pamphlets, islamic books to others.</w:t>
      </w:r>
    </w:p>
    <w:p>
      <w:pPr>
        <w:jc w:val="right"/>
      </w:pPr>
      <w:r>
        <w:t>سو، سو دوز ہو کین ناٹ، دوز ہو ہیو نو کیپیسٹی ٹو سپیک، کیپیسٹی ٹو رائٹ، دے ہیو ٹو ڈسٹریبیوٹ دیز اسلامک پیمفلیٹس، اسلامک بکس ٹو ادر۔</w:t>
      </w:r>
    </w:p>
    <w:p>
      <w:r>
        <w:rPr>
          <w:b/>
        </w:rPr>
        <w:t xml:space="preserve">[41:20] </w:t>
      </w:r>
      <w:r>
        <w:t>and if there is any one who can not do even this work, and he can not deliver speeches, he can not write, he can not distribute islamic books,</w:t>
      </w:r>
    </w:p>
    <w:p>
      <w:pPr>
        <w:jc w:val="right"/>
      </w:pPr>
      <w:r>
        <w:t>اینڈ اف دیر از اینی ون ہو کین ناٹ ڈو ایون دس ورک، اینڈ ہی کین ناٹ ڈیلیور سپیچز، ہی کین ناٹ رائٹ، ہی کین ناٹ ڈسٹریبیوٹ اسلامک بکس،</w:t>
      </w:r>
    </w:p>
    <w:p>
      <w:r>
        <w:rPr>
          <w:b/>
        </w:rPr>
        <w:t xml:space="preserve">[41:35] </w:t>
      </w:r>
      <w:r>
        <w:t>then he make dua.</w:t>
      </w:r>
    </w:p>
    <w:p>
      <w:pPr>
        <w:jc w:val="right"/>
      </w:pPr>
      <w:r>
        <w:t>دین ہی میک دعا۔</w:t>
      </w:r>
    </w:p>
    <w:p>
      <w:r>
        <w:rPr>
          <w:b/>
        </w:rPr>
        <w:t xml:space="preserve">[41:40] </w:t>
      </w:r>
      <w:r>
        <w:t>then he make dua.</w:t>
      </w:r>
    </w:p>
    <w:p>
      <w:pPr>
        <w:jc w:val="right"/>
      </w:pPr>
      <w:r>
        <w:t>دین ہی میک دعا۔</w:t>
      </w:r>
    </w:p>
    <w:p>
      <w:r>
        <w:rPr>
          <w:b/>
        </w:rPr>
        <w:t xml:space="preserve">[41:46] </w:t>
      </w:r>
      <w:r>
        <w:t>so, no one is exempted from dawah work.</w:t>
      </w:r>
    </w:p>
    <w:p>
      <w:pPr>
        <w:jc w:val="right"/>
      </w:pPr>
      <w:r>
        <w:t>سو، نو ون از ایگزیمپٹڈ فرام دعویٰ ورک۔</w:t>
      </w:r>
    </w:p>
    <w:p>
      <w:r>
        <w:rPr>
          <w:b/>
        </w:rPr>
        <w:t xml:space="preserve">[41:51] </w:t>
      </w:r>
      <w:r>
        <w:t>either you have to speak, either you have to write, either you have to distribute islamic literatures, or you have to make dua.</w:t>
      </w:r>
    </w:p>
    <w:p>
      <w:pPr>
        <w:jc w:val="right"/>
      </w:pPr>
      <w:r>
        <w:t>ایدر یو ہیو ٹو سپیک، ایدر یو ہیو ٹو رائٹ، ایدر یو ہیو ٹو ڈسٹریبیوٹ اسلامک لٹریچرز، اور یو ہیو ٹو میک دعا۔</w:t>
      </w:r>
    </w:p>
    <w:p>
      <w:r>
        <w:rPr>
          <w:b/>
        </w:rPr>
        <w:t xml:space="preserve">[42:03] </w:t>
      </w:r>
      <w:r>
        <w:t>so, no one is exempted from this dawah work. dawah work is, is a cup.</w:t>
      </w:r>
    </w:p>
    <w:p>
      <w:pPr>
        <w:jc w:val="right"/>
      </w:pPr>
      <w:r>
        <w:t>سو، نو ون از ایگزیمپٹڈ فرام دس دعویٰ ورک۔ دعویٰ ورک از، از ا کپ۔</w:t>
      </w:r>
    </w:p>
    <w:p>
      <w:r>
        <w:rPr>
          <w:b/>
        </w:rPr>
        <w:t xml:space="preserve">[42:14] </w:t>
      </w:r>
      <w:r>
        <w:t>is, is, is a duty of all momin, all the momin and all the muslims.</w:t>
      </w:r>
    </w:p>
    <w:p>
      <w:pPr>
        <w:jc w:val="right"/>
      </w:pPr>
      <w:r>
        <w:t>از، از، از ا ڈیوٹی آف آل مومن، آل دا مومن اینڈ آل دا مسلمز۔</w:t>
      </w:r>
    </w:p>
    <w:p>
      <w:r>
        <w:rPr>
          <w:b/>
        </w:rPr>
        <w:t xml:space="preserve">[42:20] </w:t>
      </w:r>
      <w:r>
        <w:t>is it not enough to follow the islamic talents by your own? is not enough.</w:t>
      </w:r>
    </w:p>
    <w:p>
      <w:pPr>
        <w:jc w:val="right"/>
      </w:pPr>
      <w:r>
        <w:t>از اٹ ناٹ انف ٹو فالو دے اسلامک ٹیلنٹس بائے یور اون؟ از ناٹ انف۔</w:t>
      </w:r>
    </w:p>
    <w:p>
      <w:r>
        <w:rPr>
          <w:b/>
        </w:rPr>
        <w:t xml:space="preserve">[42:29] </w:t>
      </w:r>
      <w:r>
        <w:t>you have to propagate, you have to invite other people, you have to call other people, you have to distribute islamic literatures to other.</w:t>
      </w:r>
    </w:p>
    <w:p>
      <w:pPr>
        <w:jc w:val="right"/>
      </w:pPr>
      <w:r>
        <w:t>یو ہیو ٹو پروپیگیٹ، یو ہیو ٹو انوائٹ ادر پیپل، یو ہیو ٹو کال ادر پیپل، یو ہیو ٹو ڈسٹریبیوٹ اسلامک لٹریچرز ٹو ادر۔</w:t>
      </w:r>
    </w:p>
    <w:p>
      <w:r>
        <w:rPr>
          <w:b/>
        </w:rPr>
        <w:t xml:space="preserve">[42:45] </w:t>
      </w:r>
      <w:r>
        <w:t>so, it is very very important</w:t>
      </w:r>
    </w:p>
    <w:p>
      <w:pPr>
        <w:jc w:val="right"/>
      </w:pPr>
      <w:r>
        <w:t>سو، اٹ از ویری ویری امپورٹنٹ</w:t>
      </w:r>
    </w:p>
    <w:p>
      <w:r>
        <w:rPr>
          <w:b/>
        </w:rPr>
        <w:t xml:space="preserve">[42:49] </w:t>
      </w:r>
      <w:r>
        <w:t>, and there is no excuse will be acceptable in this regard.</w:t>
      </w:r>
    </w:p>
    <w:p>
      <w:pPr>
        <w:jc w:val="right"/>
      </w:pPr>
      <w:r>
        <w:t>، اینڈ دیر از نو ایکسکیوز ویل بی ایکسیپٹیبل ان دس ریگارڈ۔</w:t>
      </w:r>
    </w:p>
    <w:p>
      <w:r>
        <w:rPr>
          <w:b/>
        </w:rPr>
        <w:t xml:space="preserve">[42:58] </w:t>
      </w:r>
      <w:r>
        <w:t>then, all these talents, all these principles, iman and ibadah and akhlaq and muamalat and dawah,</w:t>
      </w:r>
    </w:p>
    <w:p>
      <w:pPr>
        <w:jc w:val="right"/>
      </w:pPr>
      <w:r>
        <w:t>دین، آل دیز ٹیلنٹس، آل دیز پرنسپلز، ایمان اینڈ عبادت اینڈ اخلاق اینڈ معاملات اینڈ دعوت،</w:t>
      </w:r>
    </w:p>
    <w:p>
      <w:r>
        <w:rPr>
          <w:b/>
        </w:rPr>
        <w:t xml:space="preserve">[43:14] </w:t>
      </w:r>
      <w:r>
        <w:t>all these things are</w:t>
      </w:r>
    </w:p>
    <w:p>
      <w:pPr>
        <w:jc w:val="right"/>
      </w:pPr>
      <w:r>
        <w:t>آل دیز تھنگز آر</w:t>
      </w:r>
    </w:p>
    <w:p>
      <w:r>
        <w:rPr>
          <w:b/>
        </w:rPr>
        <w:t xml:space="preserve">[43:18] </w:t>
      </w:r>
      <w:r>
        <w:t>a training course for you, including dawah. dawah is all so training course for you.</w:t>
      </w:r>
    </w:p>
    <w:p>
      <w:pPr>
        <w:jc w:val="right"/>
      </w:pPr>
      <w:r>
        <w:t>ا ٹریننگ کورس فار یو، انکلوڈنگ دعویٰ۔ دعویٰ از آل سو ٹریننگ کورس فار یو۔</w:t>
      </w:r>
    </w:p>
    <w:p>
      <w:r>
        <w:rPr>
          <w:b/>
        </w:rPr>
        <w:t xml:space="preserve">[43:29] </w:t>
      </w:r>
      <w:r>
        <w:t>so, the most important aspect in islam is tazkiyah. tazkiyah means purification.</w:t>
      </w:r>
    </w:p>
    <w:p>
      <w:pPr>
        <w:jc w:val="right"/>
      </w:pPr>
      <w:r>
        <w:t>سو، دا موسٹ امپورٹنٹ آسپیکٹ ان اسلام از تزکیہ۔ تزکیہ مینز پیوریفیکیشن۔</w:t>
      </w:r>
    </w:p>
    <w:p>
      <w:r>
        <w:rPr>
          <w:b/>
        </w:rPr>
        <w:t xml:space="preserve">[43:38] </w:t>
      </w:r>
      <w:r>
        <w:t>zhalika jaza man tadqqa.</w:t>
      </w:r>
    </w:p>
    <w:p>
      <w:pPr>
        <w:jc w:val="right"/>
      </w:pPr>
      <w:r>
        <w:t>ذالک جزا من تدقہ۔</w:t>
      </w:r>
    </w:p>
    <w:p>
      <w:r>
        <w:rPr>
          <w:b/>
        </w:rPr>
        <w:t xml:space="preserve">[43:43] </w:t>
      </w:r>
      <w:r>
        <w:t>paradise will be given to those who are purified soul. so, you have to purify your soul, you have to purify your personality, you have to purify your mind and heart.</w:t>
      </w:r>
    </w:p>
    <w:p>
      <w:pPr>
        <w:jc w:val="right"/>
      </w:pPr>
      <w:r>
        <w:t>پیراڈائز ویل بی گیون ٹو دوز ہو آر پیوریفائیڈ سول۔ سو، یو ہیو ٹو پیوریفائی یور سول، یو ہیو ٹو پیوریفائی یور پرسنیلٹی، یو ہیو ٹو پیوریفائی یور مائنڈ اینڈ ہارٹ۔</w:t>
      </w:r>
    </w:p>
    <w:p>
      <w:r>
        <w:rPr>
          <w:b/>
        </w:rPr>
        <w:t xml:space="preserve">[44:03] </w:t>
      </w:r>
      <w:r>
        <w:t>so, all these things are helpful for you in this process of purification, including dawah.</w:t>
      </w:r>
    </w:p>
    <w:p>
      <w:pPr>
        <w:jc w:val="right"/>
      </w:pPr>
      <w:r>
        <w:t>سو، آل دیز تھنگز آر ہیلپ فل فار یو ان دس پروسیس آف پیوریفیکیشن، انکلوڈنگ دعویٰ۔</w:t>
      </w:r>
    </w:p>
    <w:p>
      <w:r>
        <w:rPr>
          <w:b/>
        </w:rPr>
        <w:t xml:space="preserve">[44:15] </w:t>
      </w:r>
      <w:r>
        <w:t>so, it is very very important to know that only purified soul will find entry into paradise.</w:t>
      </w:r>
    </w:p>
    <w:p>
      <w:pPr>
        <w:jc w:val="right"/>
      </w:pPr>
      <w:r>
        <w:t>سو، اٹ از ویری ویری امپورٹنٹ ٹو نو دیٹ اونلی پیوریفائیڈ سول ویل فائنڈ انٹری انٹو پیراڈائز۔</w:t>
      </w:r>
    </w:p>
    <w:p>
      <w:r>
        <w:rPr>
          <w:b/>
        </w:rPr>
        <w:t xml:space="preserve">[44:30] </w:t>
      </w:r>
      <w:r>
        <w:t>so, and all these talents, all these principles are</w:t>
      </w:r>
    </w:p>
    <w:p>
      <w:pPr>
        <w:jc w:val="right"/>
      </w:pPr>
      <w:r>
        <w:t>سو، اینڈ آل دیز ٹیلنٹس، آل دیز پرنسپلز آر</w:t>
      </w:r>
    </w:p>
    <w:p>
      <w:r>
        <w:rPr>
          <w:b/>
        </w:rPr>
        <w:t xml:space="preserve">[44:39] </w:t>
      </w:r>
      <w:r>
        <w:t>helpful to purify your personality, including dawah. dawah is not only in inviting other, it is also introspection,</w:t>
      </w:r>
    </w:p>
    <w:p>
      <w:pPr>
        <w:jc w:val="right"/>
      </w:pPr>
      <w:r>
        <w:t>ہیلپ فل ٹو پیوریفائی یور پرسنیلٹی، انکلوڈنگ دعویٰ۔ دعویٰ از ناٹ اونلی ان انوائٹنگ ادر، اٹ از آل سو انٹروسپیکشن،</w:t>
      </w:r>
    </w:p>
    <w:p>
      <w:r>
        <w:rPr>
          <w:b/>
        </w:rPr>
        <w:t xml:space="preserve">[44:52] </w:t>
      </w:r>
      <w:r>
        <w:t>it is also self correction.</w:t>
      </w:r>
    </w:p>
    <w:p>
      <w:pPr>
        <w:jc w:val="right"/>
      </w:pPr>
      <w:r>
        <w:t>اٹ از آل سو سیلف کریکشن۔</w:t>
      </w:r>
    </w:p>
    <w:p>
      <w:r>
        <w:rPr>
          <w:b/>
        </w:rPr>
        <w:t xml:space="preserve">[44:59] </w:t>
      </w:r>
      <w:r>
        <w:t>when you interact people, when you dialogue people, when you, when you do dawah work, then there are so many occasion, so many situation that gives you opportunity to purify yourself.</w:t>
      </w:r>
    </w:p>
    <w:p>
      <w:pPr>
        <w:jc w:val="right"/>
      </w:pPr>
      <w:r>
        <w:t>وین یو انٹریکٹ پیپل، وین یو ڈائیلاگ پیپل، وین یو، وین یو ڈو دعویٰ ورک، دین دیر آر سو مینی اوکیژن، سو مینی سچویشن دیٹ گیوز یو اپرچونیٹی ٹو پیوریفائی یور سیلف۔</w:t>
      </w:r>
    </w:p>
    <w:p>
      <w:r>
        <w:rPr>
          <w:b/>
        </w:rPr>
        <w:t xml:space="preserve">[45:27] </w:t>
      </w:r>
      <w:r>
        <w:t>for example, quran says: "bhai jadal ho, phir laite hain ahsan." do the work in a beautiful manner.</w:t>
      </w:r>
    </w:p>
    <w:p>
      <w:pPr>
        <w:jc w:val="right"/>
      </w:pPr>
      <w:r>
        <w:t>فار ایگزامپل، قرآن سیز: "بھئی جادل ہوں، پھر لیتے ہیں احسن۔" ڈو دا ورک ان ا بیوٹی فل مینر۔</w:t>
      </w:r>
    </w:p>
    <w:p>
      <w:r>
        <w:rPr>
          <w:b/>
        </w:rPr>
        <w:t xml:space="preserve">[45:38] </w:t>
      </w:r>
      <w:r>
        <w:t>do the work in a beautiful manner. and what is that beautiful manner? it is also mentioned in the quran.</w:t>
      </w:r>
    </w:p>
    <w:p>
      <w:pPr>
        <w:jc w:val="right"/>
      </w:pPr>
      <w:r>
        <w:t>ڈو دا ورک ان ا بیوٹی فل مینر۔ اینڈ واٹ از دیٹ بیوٹی فل مینر؟ اٹ از آل سو مینشن ان دا قرآن۔</w:t>
      </w:r>
    </w:p>
    <w:p>
      <w:r>
        <w:rPr>
          <w:b/>
        </w:rPr>
        <w:t xml:space="preserve">[45:53] </w:t>
      </w:r>
      <w:r>
        <w:t>you have to, you have to do the work in a beautiful manner. and that beautiful manner is</w:t>
      </w:r>
    </w:p>
    <w:p>
      <w:pPr>
        <w:jc w:val="right"/>
      </w:pPr>
      <w:r>
        <w:t>یو ہیو ٹو، یو ہیو ٹو ڈو دا ورک ان ا بیوٹی فل مینر۔ اینڈ دیٹ بیوٹی فل مینر از</w:t>
      </w:r>
    </w:p>
    <w:p>
      <w:r>
        <w:rPr>
          <w:b/>
        </w:rPr>
        <w:t xml:space="preserve">[46:04] </w:t>
      </w:r>
      <w:r>
        <w:t>responding positively, even in, even against negative behaviors. responding positively, even in negative behaviors.</w:t>
      </w:r>
    </w:p>
    <w:p>
      <w:pPr>
        <w:jc w:val="right"/>
      </w:pPr>
      <w:r>
        <w:t>ریسپانڈنگ پوزیٹیولی، ایون ان، ایون اگینسٹ نیگیٹیو بیہیویئرز۔ ریسپانڈنگ پوزیٹیولی، ایون ان نیگیٹیو بیہیویئرز۔</w:t>
      </w:r>
    </w:p>
    <w:p>
      <w:r>
        <w:rPr>
          <w:b/>
        </w:rPr>
        <w:t xml:space="preserve">[46:21] </w:t>
      </w:r>
      <w:r>
        <w:t>do good deed in detail for bad deed, and then you will find that</w:t>
      </w:r>
    </w:p>
    <w:p>
      <w:pPr>
        <w:jc w:val="right"/>
      </w:pPr>
      <w:r>
        <w:t>ڈو گڈ ڈیڈ ان ڈیٹیل فار بیڈ ڈیڈ، اینڈ دین یو ویل فائنڈ دیٹ</w:t>
      </w:r>
    </w:p>
    <w:p>
      <w:r>
        <w:rPr>
          <w:b/>
        </w:rPr>
        <w:t xml:space="preserve">[46:30] </w:t>
      </w:r>
      <w:r>
        <w:t>one who was, one who was your enemy, he will become your tearist friend. it means dawah gives you a vision, positive vision.</w:t>
      </w:r>
    </w:p>
    <w:p>
      <w:pPr>
        <w:jc w:val="right"/>
      </w:pPr>
      <w:r>
        <w:t>ون ہو واز، ون ہو واز یور اینمی، ہی ویل بیکم یور ٹیئرسٹ فرینڈ۔ اٹ مینز دعویٰ گیوز یو ا ویژن، پوزیٹیو ویژن۔</w:t>
      </w:r>
    </w:p>
    <w:p>
      <w:r>
        <w:rPr>
          <w:b/>
        </w:rPr>
        <w:t xml:space="preserve">[46:45] </w:t>
      </w:r>
      <w:r>
        <w:t>dawah work gives you a positive vision. and what is that positive vision? to see enemy as your friend.</w:t>
      </w:r>
    </w:p>
    <w:p>
      <w:pPr>
        <w:jc w:val="right"/>
      </w:pPr>
      <w:r>
        <w:t>دعویٰ ورک گیوز یو ا پوزیٹیو ویژن۔ اینڈ واٹ از دیٹ پوزیٹیو ویژن؟ ٹو سی اینمی ایز یور فرینڈ۔</w:t>
      </w:r>
    </w:p>
    <w:p>
      <w:r>
        <w:rPr>
          <w:b/>
        </w:rPr>
        <w:t xml:space="preserve">[46:57] </w:t>
      </w:r>
      <w:r>
        <w:t>to see enemy is your potential friend. there is the vision of da'wah, vision of da'i. da'i is a very very unique person.</w:t>
      </w:r>
    </w:p>
    <w:p>
      <w:pPr>
        <w:jc w:val="right"/>
      </w:pPr>
      <w:r>
        <w:t>ٹو سی اینمی ایز یور پوٹینشل فرینڈ۔ دیر از دا ویژن آف دعویٰ، ویژن آف دائی۔ دائی از ا ویری ویری یونیک پرسن۔</w:t>
      </w:r>
    </w:p>
    <w:p>
      <w:r>
        <w:rPr>
          <w:b/>
        </w:rPr>
        <w:t xml:space="preserve">[47:12] </w:t>
      </w:r>
      <w:r>
        <w:t>da'i, a person who is da'i, is a very unique person.</w:t>
      </w:r>
    </w:p>
    <w:p>
      <w:pPr>
        <w:jc w:val="right"/>
      </w:pPr>
      <w:r>
        <w:t>دائی، ا پرسن ہو از دائی، از ا ویری یونیک پرسن۔</w:t>
      </w:r>
    </w:p>
    <w:p>
      <w:r>
        <w:rPr>
          <w:b/>
        </w:rPr>
        <w:t xml:space="preserve">[47:19] </w:t>
      </w:r>
      <w:r>
        <w:t>he is able to, to love other, even he is, he, he is enemy.</w:t>
      </w:r>
    </w:p>
    <w:p>
      <w:pPr>
        <w:jc w:val="right"/>
      </w:pPr>
      <w:r>
        <w:t>ہی از ایبل ٹو، ٹو لو ادر، ایون ہی از، ہی، ہی از اینمی۔</w:t>
      </w:r>
    </w:p>
    <w:p>
      <w:r>
        <w:rPr>
          <w:b/>
        </w:rPr>
        <w:t xml:space="preserve">[47:31] </w:t>
      </w:r>
      <w:r>
        <w:t>jesus christ has rightly said: "love your enemy, love your enemy." the same is required in islam.</w:t>
      </w:r>
    </w:p>
    <w:p>
      <w:pPr>
        <w:jc w:val="right"/>
      </w:pPr>
      <w:r>
        <w:t>جیس کرائسٹ ہیز رائٹلی سیڈ: "لو یور اینمی، لو یور اینمی۔" دا سیم از ریکوائرڈ ان اسلام۔</w:t>
      </w:r>
    </w:p>
    <w:p>
      <w:r>
        <w:rPr>
          <w:b/>
        </w:rPr>
        <w:t xml:space="preserve">[47:44] </w:t>
      </w:r>
      <w:r>
        <w:t>love is a starting point of da'wah. when you want to invite some people, when you want to do da'wah work among some people, you have to love, you have to show love towards them.</w:t>
      </w:r>
    </w:p>
    <w:p>
      <w:pPr>
        <w:jc w:val="right"/>
      </w:pPr>
      <w:r>
        <w:t>لو از ا سٹارٹنگ پوائنٹ آف دعویٰ۔ وین یو وانٹ ٹو انوائٹ سم پیپل، وین یو وانٹ ٹو ڈو دعویٰ ورک امنگ سم پیپل، یو ہیو ٹو لو، یو ہیو ٹو شو لو ٹورڈز دیم۔</w:t>
      </w:r>
    </w:p>
    <w:p>
      <w:r>
        <w:rPr>
          <w:b/>
        </w:rPr>
        <w:t xml:space="preserve">[48:00] </w:t>
      </w:r>
      <w:r>
        <w:t>otherwise, there is no da'wah. without love, without compassion, without well wishing, there is no da'wah.</w:t>
      </w:r>
    </w:p>
    <w:p>
      <w:pPr>
        <w:jc w:val="right"/>
      </w:pPr>
      <w:r>
        <w:t>ادر وائز، دیر از نو دعویٰ۔ وداؤٹ لو، وداؤٹ کمپیشن، وداؤٹ ویل وشنگ، دیر از نو دعویٰ۔</w:t>
      </w:r>
    </w:p>
    <w:p>
      <w:r>
        <w:rPr>
          <w:b/>
        </w:rPr>
        <w:t xml:space="preserve">[48:10] </w:t>
      </w:r>
      <w:r>
        <w:t>so, these are five principles of islam. these are five talents of islam. first is iman.</w:t>
      </w:r>
    </w:p>
    <w:p>
      <w:pPr>
        <w:jc w:val="right"/>
      </w:pPr>
      <w:r>
        <w:t>سو، دیز آر فائیو پرنسپلز آف اسلام۔ دیز آر فائیو ٹیلنٹس آف اسلام۔ فرسٹ از ایمان۔</w:t>
      </w:r>
    </w:p>
    <w:p>
      <w:r>
        <w:rPr>
          <w:b/>
        </w:rPr>
        <w:t xml:space="preserve">[48:22] </w:t>
      </w:r>
      <w:r>
        <w:t>iman is</w:t>
      </w:r>
    </w:p>
    <w:p>
      <w:pPr>
        <w:jc w:val="right"/>
      </w:pPr>
      <w:r>
        <w:t>ایمان از</w:t>
      </w:r>
    </w:p>
    <w:p>
      <w:r>
        <w:rPr>
          <w:b/>
        </w:rPr>
        <w:t xml:space="preserve">[48:27] </w:t>
      </w:r>
      <w:r>
        <w:t>submission before god. iman means submission before god. then ibadah.</w:t>
      </w:r>
    </w:p>
    <w:p>
      <w:pPr>
        <w:jc w:val="right"/>
      </w:pPr>
      <w:r>
        <w:t>سبمیشن بیفور گاڈ۔ ایمان مینز سبمیشن بیفور گاڈ۔ دین عبادہ۔</w:t>
      </w:r>
    </w:p>
    <w:p>
      <w:r>
        <w:rPr>
          <w:b/>
        </w:rPr>
        <w:t xml:space="preserve">[48:39] </w:t>
      </w:r>
      <w:r>
        <w:t>ibadah means</w:t>
      </w:r>
    </w:p>
    <w:p>
      <w:pPr>
        <w:jc w:val="right"/>
      </w:pPr>
      <w:r>
        <w:t>عبادہ مینز</w:t>
      </w:r>
    </w:p>
    <w:p>
      <w:r>
        <w:rPr>
          <w:b/>
        </w:rPr>
        <w:t xml:space="preserve">[48:43] </w:t>
      </w:r>
      <w:r>
        <w:t>doing worship in the presence of god, with this feeling that you are</w:t>
      </w:r>
    </w:p>
    <w:p>
      <w:pPr>
        <w:jc w:val="right"/>
      </w:pPr>
      <w:r>
        <w:t>ڈوئنگ ورشپ ان دا پریزنس آف گاڈ، ود دس فیلنگ دیٹ یو آر</w:t>
      </w:r>
    </w:p>
    <w:p>
      <w:r>
        <w:rPr>
          <w:b/>
        </w:rPr>
        <w:t xml:space="preserve">[48:56] </w:t>
      </w:r>
      <w:r>
        <w:t>in the neighborhood of god.</w:t>
      </w:r>
    </w:p>
    <w:p>
      <w:pPr>
        <w:jc w:val="right"/>
      </w:pPr>
      <w:r>
        <w:t>ان دا نیبرہڈ آف گاڈ۔</w:t>
      </w:r>
    </w:p>
    <w:p>
      <w:r>
        <w:rPr>
          <w:b/>
        </w:rPr>
        <w:t xml:space="preserve">[49:01] </w:t>
      </w:r>
      <w:r>
        <w:t>then akhlaq</w:t>
      </w:r>
    </w:p>
    <w:p>
      <w:pPr>
        <w:jc w:val="right"/>
      </w:pPr>
      <w:r>
        <w:t>دین اخلاق</w:t>
      </w:r>
    </w:p>
    <w:p>
      <w:r>
        <w:rPr>
          <w:b/>
        </w:rPr>
        <w:t xml:space="preserve">[49:02] </w:t>
      </w:r>
      <w:r>
        <w:t>. akhlaq means adopting good behavior in your society,</w:t>
      </w:r>
    </w:p>
    <w:p>
      <w:pPr>
        <w:jc w:val="right"/>
      </w:pPr>
      <w:r>
        <w:t>۔ اخلاق مینز اڈاپٹنگ گڈ بیہیویئر ان یور سوسائٹی،</w:t>
      </w:r>
    </w:p>
    <w:p>
      <w:r>
        <w:rPr>
          <w:b/>
        </w:rPr>
        <w:t xml:space="preserve">[49:15] </w:t>
      </w:r>
      <w:r>
        <w:t>living as a predictable person in your society. there is akhlaq.</w:t>
      </w:r>
    </w:p>
    <w:p>
      <w:pPr>
        <w:jc w:val="right"/>
      </w:pPr>
      <w:r>
        <w:t>لیونگ ایز ا پریڈکٹیبل پرسن ان یور سوسائٹی۔ دیر از اخلاق۔</w:t>
      </w:r>
    </w:p>
    <w:p>
      <w:r>
        <w:rPr>
          <w:b/>
        </w:rPr>
        <w:t xml:space="preserve">[49:23] </w:t>
      </w:r>
      <w:r>
        <w:t>then mu'amalat. mu'amalat means good dealing, just dealing, honest dealing.</w:t>
      </w:r>
    </w:p>
    <w:p>
      <w:pPr>
        <w:jc w:val="right"/>
      </w:pPr>
      <w:r>
        <w:t>دین معاملات۔ معاملات مینز گڈ ڈیلنگ، جسٹ ڈیلنگ، اونس ڈیلنگ۔</w:t>
      </w:r>
    </w:p>
    <w:p>
      <w:r>
        <w:rPr>
          <w:b/>
        </w:rPr>
        <w:t xml:space="preserve">[49:33] </w:t>
      </w:r>
      <w:r>
        <w:t>so, it is all so a very very important part of islam.</w:t>
      </w:r>
    </w:p>
    <w:p>
      <w:pPr>
        <w:jc w:val="right"/>
      </w:pPr>
      <w:r>
        <w:t>سو، اٹ از آل سو ا ویری ویری امپورٹنٹ پارٹ آف اسلام۔</w:t>
      </w:r>
    </w:p>
    <w:p>
      <w:r>
        <w:rPr>
          <w:b/>
        </w:rPr>
        <w:t xml:space="preserve">[49:39] </w:t>
      </w:r>
      <w:r>
        <w:t>good dealing, just dealing, and honest dealing is a very very important part in islam, in islamic life.</w:t>
      </w:r>
    </w:p>
    <w:p>
      <w:pPr>
        <w:jc w:val="right"/>
      </w:pPr>
      <w:r>
        <w:t>گڈ ڈیلنگ، جسٹ ڈیلنگ، اینڈ اونس ڈیلنگ از ا ویری ویری امپورٹنٹ پارٹ ان اسلام، ان اسلامک لائف۔</w:t>
      </w:r>
    </w:p>
    <w:p>
      <w:r>
        <w:rPr>
          <w:b/>
        </w:rPr>
        <w:t xml:space="preserve">[49:52] </w:t>
      </w:r>
      <w:r>
        <w:t>then da'wah.</w:t>
      </w:r>
    </w:p>
    <w:p>
      <w:pPr>
        <w:jc w:val="right"/>
      </w:pPr>
      <w:r>
        <w:t>دین دعویٰ۔</w:t>
      </w:r>
    </w:p>
    <w:p>
      <w:r>
        <w:rPr>
          <w:b/>
        </w:rPr>
        <w:t xml:space="preserve">[50:02] </w:t>
      </w:r>
      <w:r>
        <w:t>da'wah means</w:t>
      </w:r>
    </w:p>
    <w:p>
      <w:pPr>
        <w:jc w:val="right"/>
      </w:pPr>
      <w:r>
        <w:t>دعویٰ مینز</w:t>
      </w:r>
    </w:p>
    <w:p>
      <w:r>
        <w:rPr>
          <w:b/>
        </w:rPr>
        <w:t xml:space="preserve">[50:08] </w:t>
      </w:r>
      <w:r>
        <w:t>conveying the message of god to all mankind.</w:t>
      </w:r>
    </w:p>
    <w:p>
      <w:pPr>
        <w:jc w:val="right"/>
      </w:pPr>
      <w:r>
        <w:t>کنوےئنگ دا میسج آف گاڈ ٹو آل مین کائنڈ۔</w:t>
      </w:r>
    </w:p>
    <w:p>
      <w:r>
        <w:rPr>
          <w:b/>
        </w:rPr>
        <w:t xml:space="preserve">[50:15] </w:t>
      </w:r>
      <w:r>
        <w:t>it is a universal task. da'wah is a universal task. it gives you universal vision.</w:t>
      </w:r>
    </w:p>
    <w:p>
      <w:pPr>
        <w:jc w:val="right"/>
      </w:pPr>
      <w:r>
        <w:t>اٹ از ا یونیورسل ٹاسک۔ دعویٰ از ا یونیورسل ٹاسک۔ اٹ گیوز یو یونیورسل ویژن۔</w:t>
      </w:r>
    </w:p>
    <w:p>
      <w:r>
        <w:rPr>
          <w:b/>
        </w:rPr>
        <w:t xml:space="preserve">[50:28] </w:t>
      </w:r>
      <w:r>
        <w:t>da'wah gives you a universal vision.</w:t>
      </w:r>
    </w:p>
    <w:p>
      <w:pPr>
        <w:jc w:val="right"/>
      </w:pPr>
      <w:r>
        <w:t>دعویٰ گیوز یو ا یونیورسل ویژن۔</w:t>
      </w:r>
    </w:p>
    <w:p>
      <w:r>
        <w:rPr>
          <w:b/>
        </w:rPr>
        <w:t xml:space="preserve">[50:33] </w:t>
      </w:r>
      <w:r>
        <w:t>da'wah gives you the courage to go to global interaction.</w:t>
      </w:r>
    </w:p>
    <w:p>
      <w:pPr>
        <w:jc w:val="right"/>
      </w:pPr>
      <w:r>
        <w:t>دعویٰ گیوز یو دا کریج ٹو گو ٹو گلوبل انٹریکشن۔</w:t>
      </w:r>
    </w:p>
    <w:p>
      <w:r>
        <w:rPr>
          <w:b/>
        </w:rPr>
        <w:t xml:space="preserve">[50:44] </w:t>
      </w:r>
      <w:r>
        <w:t>da'wah makes you a super human being. da'wah makes you friend of all, even your enemy.</w:t>
      </w:r>
    </w:p>
    <w:p>
      <w:pPr>
        <w:jc w:val="right"/>
      </w:pPr>
      <w:r>
        <w:t>دعویٰ میکس یو ا سپر ہیومن بینگ۔ دعویٰ میکس یو فرینڈ آف آل، ایون یور اینمی۔</w:t>
      </w:r>
    </w:p>
    <w:p>
      <w:r>
        <w:rPr>
          <w:b/>
        </w:rPr>
        <w:t xml:space="preserve">[50:58] </w:t>
      </w:r>
      <w:r>
        <w:t>so, da'wah is a very very important aspect of Islam.</w:t>
      </w:r>
    </w:p>
    <w:p>
      <w:pPr>
        <w:jc w:val="right"/>
      </w:pPr>
      <w:r>
        <w:t>سو، دعویٰ از ا ویری ویری امپورٹنٹ آسپیکٹ آف اسلام۔</w:t>
      </w:r>
    </w:p>
    <w:p>
      <w:r>
        <w:rPr>
          <w:b/>
        </w:rPr>
        <w:t xml:space="preserve">[51:08] </w:t>
      </w:r>
      <w:r>
        <w:t>so, these are the five basic talents of Islam: imaan, ibadat, akhlaq, muamalat, and da'wah work.</w:t>
      </w:r>
    </w:p>
    <w:p>
      <w:pPr>
        <w:jc w:val="right"/>
      </w:pPr>
      <w:r>
        <w:t>سو، دیز آر دا فائیو بیسک ٹیلنٹس آف اسلام: ایمان، عبادت، اخلاق، معاملات، اینڈ دعویٰ ورک۔</w:t>
      </w:r>
    </w:p>
    <w:p>
      <w:r>
        <w:rPr>
          <w:b/>
        </w:rPr>
        <w:t xml:space="preserve">[51:22] </w:t>
      </w:r>
      <w:r>
        <w:t>there is called da'wah fi sabilillah.</w:t>
      </w:r>
    </w:p>
    <w:p>
      <w:pPr>
        <w:jc w:val="right"/>
      </w:pPr>
      <w:r>
        <w:t>دیر از کالڈ دعویٰ فی سبیل اللہ۔</w:t>
      </w:r>
    </w:p>
    <w:p>
      <w:r>
        <w:rPr>
          <w:b/>
        </w:rPr>
        <w:t xml:space="preserve">[51:28] </w:t>
      </w:r>
      <w:r>
        <w:t>without following these five principles, no one is a true believer.</w:t>
      </w:r>
    </w:p>
    <w:p>
      <w:pPr>
        <w:jc w:val="right"/>
      </w:pPr>
      <w:r>
        <w:t>وداؤٹ فالونگ دیز فائیو پرنسپلز، نو ون از ا ٹرو بیلیور۔</w:t>
      </w:r>
    </w:p>
    <w:p>
      <w:r>
        <w:rPr>
          <w:b/>
        </w:rPr>
        <w:t xml:space="preserve">[51:38] </w:t>
      </w:r>
      <w:r>
        <w:t>without following these five principles, no one is a true believer or a true Muslim.</w:t>
      </w:r>
    </w:p>
    <w:p>
      <w:pPr>
        <w:jc w:val="right"/>
      </w:pPr>
      <w:r>
        <w:t>وداؤٹ فالونگ دیز فائیو پرنسپلز، نو ون از ا ٹرو بیلیور اور ا ٹرو مسلم۔</w:t>
      </w:r>
    </w:p>
    <w:p>
      <w:r>
        <w:rPr>
          <w:b/>
        </w:rPr>
        <w:t xml:space="preserve">[51:53] </w:t>
      </w:r>
      <w:r>
        <w:t>so, it is a duty of every Muslim to know the details of these five principles.</w:t>
      </w:r>
    </w:p>
    <w:p>
      <w:pPr>
        <w:jc w:val="right"/>
      </w:pPr>
      <w:r>
        <w:t>سو، اٹ از ا ڈیوٹی آف ایوری مسلم ٹو نو دا ڈیٹیلز آف دیز فائیو پرنسپلز۔</w:t>
      </w:r>
    </w:p>
    <w:p>
      <w:r>
        <w:rPr>
          <w:b/>
        </w:rPr>
        <w:t xml:space="preserve">[52:04] </w:t>
      </w:r>
      <w:r>
        <w:t>you can find the details in the Quran, in the hadith, in the life of the prophets, in the life of the companions.</w:t>
      </w:r>
    </w:p>
    <w:p>
      <w:pPr>
        <w:jc w:val="right"/>
      </w:pPr>
      <w:r>
        <w:t>یو کین فائنڈ دا ڈیٹیلز ان دا قرآن، ان دی حدیث، ان دا لائف آف دا پرافٹس، ان دا لائف آف دا کمپینینز۔</w:t>
      </w:r>
    </w:p>
    <w:p>
      <w:r>
        <w:rPr>
          <w:b/>
        </w:rPr>
        <w:t xml:space="preserve">[52:17] </w:t>
      </w:r>
      <w:r>
        <w:t>it is duty of every Muslim, every Muslim, to know the details of these five principles and then follow these principles: imaan,</w:t>
      </w:r>
    </w:p>
    <w:p>
      <w:pPr>
        <w:jc w:val="right"/>
      </w:pPr>
      <w:r>
        <w:t>اٹ از ڈیوٹی آف ایوری مسلم، ایوری مسلم، ٹو نو دا ڈیٹیلز آف دیز فائیو پرنسپلز اینڈ دین فالو دیز پرنسپلز: ایمان،</w:t>
      </w:r>
    </w:p>
    <w:p>
      <w:r>
        <w:rPr>
          <w:b/>
        </w:rPr>
        <w:t xml:space="preserve">[52:32] </w:t>
      </w:r>
      <w:r>
        <w:t>ibadat, akhlaq, muamalat, and da'wah.</w:t>
      </w:r>
    </w:p>
    <w:p>
      <w:pPr>
        <w:jc w:val="right"/>
      </w:pPr>
      <w:r>
        <w:t>عبادت، اخلاق، معاملات، اینڈ دعویٰ۔</w:t>
      </w:r>
    </w:p>
    <w:p>
      <w:r>
        <w:rPr>
          <w:b/>
        </w:rPr>
        <w:t xml:space="preserve">[52:41] </w:t>
      </w:r>
      <w:r>
        <w:t>these five principles makes you a true character, a true human being.</w:t>
      </w:r>
    </w:p>
    <w:p>
      <w:pPr>
        <w:jc w:val="right"/>
      </w:pPr>
      <w:r>
        <w:t>دیز فائیو پرنسپلز میکس یو ا ٹرو کریکٹر، ا ٹرو ہیومن بینگ۔</w:t>
      </w:r>
    </w:p>
    <w:p>
      <w:r>
        <w:rPr>
          <w:b/>
        </w:rPr>
        <w:t xml:space="preserve">[52:51] </w:t>
      </w:r>
      <w:r>
        <w:t>these five principles make you a true human being who is able to find entry into the paradise.</w:t>
      </w:r>
    </w:p>
    <w:p>
      <w:pPr>
        <w:jc w:val="right"/>
      </w:pPr>
      <w:r>
        <w:t>دیز فائیو پرنسپلز میک یو ا ٹرو ہیومن بینگ ہو از ایبل ٹو فائنڈ انٹری انٹو دا پیراڈائز۔</w:t>
      </w:r>
    </w:p>
    <w:p>
      <w:r>
        <w:rPr>
          <w:b/>
        </w:rPr>
        <w:t xml:space="preserve">[53:05] </w:t>
      </w:r>
      <w:r>
        <w:t>those who were, those who will be blessed with paradise.</w:t>
      </w:r>
    </w:p>
    <w:p>
      <w:pPr>
        <w:jc w:val="right"/>
      </w:pPr>
      <w:r>
        <w:t>دوز ہو ویر، دو ہو ویل بی بلیسڈ ود پیراڈائز۔</w:t>
      </w:r>
    </w:p>
    <w:p>
      <w:r>
        <w:rPr>
          <w:b/>
        </w:rPr>
        <w:t xml:space="preserve">[53:12] </w:t>
      </w:r>
      <w:r>
        <w:t>so, these qualities are of those people who will be blessed paradise in the hereafter.</w:t>
      </w:r>
    </w:p>
    <w:p>
      <w:pPr>
        <w:jc w:val="right"/>
      </w:pPr>
      <w:r>
        <w:t>سو، دیز کوالٹیز آر آف دوز پیپل ہو ویل بی بلیسڈ پیراڈائز ان دا ہیر افٹر۔</w:t>
      </w:r>
    </w:p>
    <w:p>
      <w:r>
        <w:rPr>
          <w:b/>
        </w:rPr>
        <w:t xml:space="preserve">[53:24] </w:t>
      </w:r>
      <w:r>
        <w:t>so, you have to study the Quran and hadith. you have to know all the details of these principles so that you may follow with, with, with,</w:t>
      </w:r>
    </w:p>
    <w:p>
      <w:pPr>
        <w:jc w:val="right"/>
      </w:pPr>
      <w:r>
        <w:t>سو، یو ہیو ٹو سٹڈی دا قرآن اینڈ حدیث۔ یو ہیو ٹو نو آل دا ڈیٹیلز آف دیز پرنسپلز سو دیٹ یو می فالو ود، ود، ود،</w:t>
      </w:r>
    </w:p>
    <w:p>
      <w:r>
        <w:rPr>
          <w:b/>
        </w:rPr>
        <w:t xml:space="preserve">[53:45] </w:t>
      </w:r>
      <w:r>
        <w:t>with, with, with complete</w:t>
      </w:r>
    </w:p>
    <w:p>
      <w:pPr>
        <w:jc w:val="right"/>
      </w:pPr>
      <w:r>
        <w:t>ود، ود، ود کمپلیٹ</w:t>
      </w:r>
    </w:p>
    <w:p>
      <w:r>
        <w:rPr>
          <w:b/>
        </w:rPr>
        <w:t xml:space="preserve">[53:56] </w:t>
      </w:r>
      <w:r>
        <w:t>soul and heart.</w:t>
      </w:r>
    </w:p>
    <w:p>
      <w:pPr>
        <w:jc w:val="right"/>
      </w:pPr>
      <w:r>
        <w:t>سول اینڈ ہارٹ۔</w:t>
      </w:r>
    </w:p>
    <w:p>
      <w:r>
        <w:rPr>
          <w:b/>
        </w:rPr>
        <w:t xml:space="preserve">[54:04] </w:t>
      </w:r>
      <w:r>
        <w:t>this is the Islam which was revealed to the prophet of Islam in the first quarter of seven century.</w:t>
      </w:r>
    </w:p>
    <w:p>
      <w:pPr>
        <w:jc w:val="right"/>
      </w:pPr>
      <w:r>
        <w:t>دس از دا اسلام وچ واز ریویلڈ ٹو دا پرافٹ آف اسلام ان دا فرسٹ کوارٹر آف سیون سینچری۔</w:t>
      </w:r>
    </w:p>
    <w:p>
      <w:r>
        <w:rPr>
          <w:b/>
        </w:rPr>
        <w:t xml:space="preserve">[54:15] </w:t>
      </w:r>
      <w:r>
        <w:t>aqool qawli: "astaghfirullah li walakum ajmaeen."</w:t>
      </w:r>
    </w:p>
    <w:p>
      <w:pPr>
        <w:jc w:val="right"/>
      </w:pPr>
      <w:r>
        <w:t>اقول قولی: "استغفراللہ لی 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