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Discovery of The Quran August 4, 2013</w:t>
      </w:r>
    </w:p>
    <w:p>
      <w:r>
        <w:t>https://youtu.be/B76kcz6qc_4</w:t>
      </w:r>
    </w:p>
    <w:p>
      <w:r>
        <w:rPr>
          <w:b/>
        </w:rPr>
        <w:t xml:space="preserve">[00:14] </w:t>
      </w:r>
      <w:r>
        <w:t>bismillah rahman rahim, wa salla Allahu ala an-nabiyyil 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qoolu nuqtah min lisani yafqah qawli.</w:t>
      </w:r>
    </w:p>
    <w:p>
      <w:pPr>
        <w:jc w:val="right"/>
      </w:pPr>
      <w:r>
        <w:t>قولو نقطۃ من لسانی یفقہ قولی۔</w:t>
      </w:r>
    </w:p>
    <w:p>
      <w:r>
        <w:rPr>
          <w:b/>
        </w:rPr>
        <w:t xml:space="preserve">[00:37] </w:t>
      </w:r>
      <w:r>
        <w:t>aaj August 2013 ki 4 tareekh hai, aur</w:t>
      </w:r>
    </w:p>
    <w:p>
      <w:pPr>
        <w:jc w:val="right"/>
      </w:pPr>
      <w:r>
        <w:t>آج اگست 2013 کی 4 تاریخ ہے، اور</w:t>
      </w:r>
    </w:p>
    <w:p>
      <w:r>
        <w:rPr>
          <w:b/>
        </w:rPr>
        <w:t xml:space="preserve">[00:48] </w:t>
      </w:r>
      <w:r>
        <w:t>Ramadan 1434 hijri ki 25 tareekh.</w:t>
      </w:r>
    </w:p>
    <w:p>
      <w:pPr>
        <w:jc w:val="right"/>
      </w:pPr>
      <w:r>
        <w:t>رمضان 1434 ہجری کی 25 تاریخ۔</w:t>
      </w:r>
    </w:p>
    <w:p>
      <w:r>
        <w:rPr>
          <w:b/>
        </w:rPr>
        <w:t xml:space="preserve">[01:00] </w:t>
      </w:r>
      <w:r>
        <w:t>goya ke Ramadan ka mahina ab apne aakhri marhale mein hai.</w:t>
      </w:r>
    </w:p>
    <w:p>
      <w:pPr>
        <w:jc w:val="right"/>
      </w:pPr>
      <w:r>
        <w:t>گویا کہ رمضان کا مہینہ اب اپنے آخری مرحلے میں ہے۔</w:t>
      </w:r>
    </w:p>
    <w:p>
      <w:r>
        <w:rPr>
          <w:b/>
        </w:rPr>
        <w:t xml:space="preserve">[01:10] </w:t>
      </w:r>
      <w:r>
        <w:t>aam taur par kaha jata hai ke Ramadan ka mahina barkat ka mahina hai, fazilat ka mahina hai. lekin yeh sab alfaaz boley jatay hain mysterious sense mein.</w:t>
      </w:r>
    </w:p>
    <w:p>
      <w:pPr>
        <w:jc w:val="right"/>
      </w:pPr>
      <w:r>
        <w:t>عام طور پر کہا جاتا ہے کہ رمضان کا مہینہ برکت کا مہینہ ہے، فضیلت کا مہینہ ہے۔ لیکن یہ سب الفاظ بولے جاتے ہیں مسٹیریس سینس میں۔</w:t>
      </w:r>
    </w:p>
    <w:p>
      <w:r>
        <w:rPr>
          <w:b/>
        </w:rPr>
        <w:t xml:space="preserve">[01:25] </w:t>
      </w:r>
      <w:r>
        <w:t>ya mysteriously aap ko kuch fazilat aur barkat mil jati hai is mahine mein.</w:t>
      </w:r>
    </w:p>
    <w:p>
      <w:pPr>
        <w:jc w:val="right"/>
      </w:pPr>
      <w:r>
        <w:t>یا مسٹیریسلی آپ کو کچھ فضیلت اور برکت مل جاتی ہے اس مہینے میں۔</w:t>
      </w:r>
    </w:p>
    <w:p>
      <w:r>
        <w:rPr>
          <w:b/>
        </w:rPr>
        <w:t xml:space="preserve">[01:31] </w:t>
      </w:r>
      <w:r>
        <w:t>dekhiye, aisa deen insaan ke liye nahi ho sakta jo is ki reason mein, is ke aqal ke liye understandable na ho.</w:t>
      </w:r>
    </w:p>
    <w:p>
      <w:pPr>
        <w:jc w:val="right"/>
      </w:pPr>
      <w:r>
        <w:t>دیکھیے، ایسا دین انسان کے لیے نہیں ہو سکتا جو اس کی ریزن میں، اس کے عقل کے لیے انڈرسٹینڈیبل نہ ہو۔</w:t>
      </w:r>
    </w:p>
    <w:p>
      <w:r>
        <w:rPr>
          <w:b/>
        </w:rPr>
        <w:t xml:space="preserve">[01:45] </w:t>
      </w:r>
      <w:r>
        <w:t>to koi deen jo mysterious sense mein</w:t>
      </w:r>
    </w:p>
    <w:p>
      <w:pPr>
        <w:jc w:val="right"/>
      </w:pPr>
      <w:r>
        <w:t>تو کوئی دین جو مسٹیریس سینس میں</w:t>
      </w:r>
    </w:p>
    <w:p>
      <w:r>
        <w:rPr>
          <w:b/>
        </w:rPr>
        <w:t xml:space="preserve">[01:50] </w:t>
      </w:r>
      <w:r>
        <w:t>barkat wala ho, woh insaan ke liye nahi ho sakta.</w:t>
      </w:r>
    </w:p>
    <w:p>
      <w:pPr>
        <w:jc w:val="right"/>
      </w:pPr>
      <w:r>
        <w:t>برکت والا ہو، وہ انسان کے لیے نہیں ہو سکتا۔</w:t>
      </w:r>
    </w:p>
    <w:p>
      <w:r>
        <w:rPr>
          <w:b/>
        </w:rPr>
        <w:t xml:space="preserve">[01:55] </w:t>
      </w:r>
      <w:r>
        <w:t>insaan ke liye aisa deen hona chahiye jo is ke aqal ko appeal kare, is ke liye rationally understandable ho.</w:t>
      </w:r>
    </w:p>
    <w:p>
      <w:pPr>
        <w:jc w:val="right"/>
      </w:pPr>
      <w:r>
        <w:t>انسان کے لیے ایسا دین ہونا چاہیے جو اس کے عقل کو اپیل کرے، اس کے لیے ریشنلی انڈرسٹینڈیبل ہو۔</w:t>
      </w:r>
    </w:p>
    <w:p>
      <w:r>
        <w:rPr>
          <w:b/>
        </w:rPr>
        <w:t xml:space="preserve">[02:09] </w:t>
      </w:r>
      <w:r>
        <w:t>to is par maine bohat socha hai, to main samajhta hoon ke ziyada sahi baat yeh hai, jaisa ke quran mein aaya hai ke ramzan ka mahina quran ka mahina hai.</w:t>
      </w:r>
    </w:p>
    <w:p>
      <w:pPr>
        <w:jc w:val="right"/>
      </w:pPr>
      <w:r>
        <w:t>تو اس پر میں نے بہت سوچا ہے، تو میں سمجھتا ہوں کہ زیادہ صحیح بات یہ ہے، جیسا کہ قرآن میں آیا ہے کہ رمضان کا مہینہ قرآن کا مہینہ ہے۔</w:t>
      </w:r>
    </w:p>
    <w:p>
      <w:r>
        <w:rPr>
          <w:b/>
        </w:rPr>
        <w:t xml:space="preserve">[02:26] </w:t>
      </w:r>
      <w:r>
        <w:t>yaani quran ko daryaft karne ka mahina.</w:t>
      </w:r>
    </w:p>
    <w:p>
      <w:pPr>
        <w:jc w:val="right"/>
      </w:pPr>
      <w:r>
        <w:t>یعنی قرآن کو دریافت کرنے کا مہینہ۔</w:t>
      </w:r>
    </w:p>
    <w:p>
      <w:r>
        <w:rPr>
          <w:b/>
        </w:rPr>
        <w:t xml:space="preserve">[02:32] </w:t>
      </w:r>
      <w:r>
        <w:t>isi liye aaj ka jo topic hai, is ka title hai "discovery of the quran".</w:t>
      </w:r>
    </w:p>
    <w:p>
      <w:pPr>
        <w:jc w:val="right"/>
      </w:pPr>
      <w:r>
        <w:t>اسی لیے آج کا جو ٹاپک ہے، اس کا ٹائٹل ہے "ڈسکوری آف دا قرآن"۔</w:t>
      </w:r>
    </w:p>
    <w:p>
      <w:r>
        <w:rPr>
          <w:b/>
        </w:rPr>
        <w:t xml:space="preserve">[02:47] </w:t>
      </w:r>
      <w:r>
        <w:t>dekhiye, quran ka utarna aur is ke baad is ka tarjuma padh lena hi kafi nahi hai. zarurat hai ke quran ko aap bar bar discover karen.</w:t>
      </w:r>
    </w:p>
    <w:p>
      <w:pPr>
        <w:jc w:val="right"/>
      </w:pPr>
      <w:r>
        <w:t>دیکھیے، قرآن کا اترنا اور اس کے بعد اس کا ترجمہ پڑھ لینا ہی کافی نہیں ہے۔ ضرورت ہے کہ قرآن کو آپ بار بار ڈسکور کریں۔</w:t>
      </w:r>
    </w:p>
    <w:p>
      <w:r>
        <w:rPr>
          <w:b/>
        </w:rPr>
        <w:t xml:space="preserve">[03:00] </w:t>
      </w:r>
      <w:r>
        <w:t>agar aap bar bar is ko discover na karen to quran aap ke liye koi inqilabi kitaab nahi banega.</w:t>
      </w:r>
    </w:p>
    <w:p>
      <w:pPr>
        <w:jc w:val="right"/>
      </w:pPr>
      <w:r>
        <w:t>اگر آپ بار بار اس کو ڈسکور نہ کریں تو قرآن آپ کے لیے کوئی انقلابی کتاب نہیں بنے گا۔</w:t>
      </w:r>
    </w:p>
    <w:p>
      <w:r>
        <w:rPr>
          <w:b/>
        </w:rPr>
        <w:t xml:space="preserve">[03:14] </w:t>
      </w:r>
      <w:r>
        <w:t>dekhiye, hadith mein aata hai ke "la tanqadi ajaib" . quran ke ajaib kabhi khatam nahi honge. to yeh ajaib kahan hain?</w:t>
      </w:r>
    </w:p>
    <w:p>
      <w:pPr>
        <w:jc w:val="right"/>
      </w:pPr>
      <w:r>
        <w:t>دیکھیے، حدیث میں آتا ہے کہ "لا تنقضی عجائب"۔ قرآن کے عجائب کبھی ختم نہیں ہوں گے۔ تو یہ عجائب کہاں ہیں؟</w:t>
      </w:r>
    </w:p>
    <w:p>
      <w:r>
        <w:rPr>
          <w:b/>
        </w:rPr>
        <w:t xml:space="preserve">[03:25] </w:t>
      </w:r>
      <w:r>
        <w:t>quran ki pages pages mein nahi hain,</w:t>
      </w:r>
    </w:p>
    <w:p>
      <w:pPr>
        <w:jc w:val="right"/>
      </w:pPr>
      <w:r>
        <w:t>قرآن کی پیجز پیجز میں نہیں ہیں،</w:t>
      </w:r>
    </w:p>
    <w:p>
      <w:r>
        <w:rPr>
          <w:b/>
        </w:rPr>
        <w:t xml:space="preserve">[03:28] </w:t>
      </w:r>
      <w:r>
        <w:t>woh padhne wale ke mind mein hain. quran ke ajaib khatam nahi hone ka matlab yeh hai ke quran ka padhne wala qayamat tak quran mein nayi nayi baatein discover karta rahega.</w:t>
      </w:r>
    </w:p>
    <w:p>
      <w:pPr>
        <w:jc w:val="right"/>
      </w:pPr>
      <w:r>
        <w:t>وہ پڑھنے والے کے بائنڈ میں ہیں۔ قرآن کے عجائب ختم نہیں ہونے کا مطلب یہ ہے کہ قرآن کا پڑھنے والا قیامت تک قرآن میں نئی نئی باتیں ڈسکور کرتا رہے گا۔</w:t>
      </w:r>
    </w:p>
    <w:p>
      <w:r>
        <w:rPr>
          <w:b/>
        </w:rPr>
        <w:t xml:space="preserve">[03:45] </w:t>
      </w:r>
      <w:r>
        <w:t>yeh matlab hai is ka. aur agar aisa na ho, yaani aap bar bar nayi baatein discover na karen, to phir aap ke andar stagnation aa jayegi.</w:t>
      </w:r>
    </w:p>
    <w:p>
      <w:pPr>
        <w:jc w:val="right"/>
      </w:pPr>
      <w:r>
        <w:t>یہ مطلب ہے اس کا۔ اور اگر ایسا نہ ہو، یعنی آپ بار بار نئی باتیں ڈسکور نہ کریں، تو پھر آپ کے اندر اسٹیگنیشن آ جائے گا۔</w:t>
      </w:r>
    </w:p>
    <w:p>
      <w:r>
        <w:rPr>
          <w:b/>
        </w:rPr>
        <w:t xml:space="preserve">[03:59] </w:t>
      </w:r>
      <w:r>
        <w:t>islam aap ke liye living religion nahi rahega. aise hi dekhiye, quran mein surah rehman mein hai "kullu yawmin huwa fi sha'n".</w:t>
      </w:r>
    </w:p>
    <w:p>
      <w:pPr>
        <w:jc w:val="right"/>
      </w:pPr>
      <w:r>
        <w:t>اسلام آپ کے لیے لیونگ ریلیجن نہیں رہے گا۔ ایسے ہی دیکھیے، قرآن میں سورہ الرحمن میں ہے "کل یومن ہوا فی شان"۔</w:t>
      </w:r>
    </w:p>
    <w:p>
      <w:r>
        <w:rPr>
          <w:b/>
        </w:rPr>
        <w:t xml:space="preserve">[04:14] </w:t>
      </w:r>
      <w:r>
        <w:t>yaani "every day he is in new state" . khuda har din ek nayi shan ke sath hai.</w:t>
      </w:r>
    </w:p>
    <w:p>
      <w:pPr>
        <w:jc w:val="right"/>
      </w:pPr>
      <w:r>
        <w:t>یعنی "ایوری ڈے ہی از ان نیو سٹیٹ"۔ خدا ہر دن ایک نئی شان کے ساتھ ہے۔</w:t>
      </w:r>
    </w:p>
    <w:p>
      <w:r>
        <w:rPr>
          <w:b/>
        </w:rPr>
        <w:t xml:space="preserve">[04:24] </w:t>
      </w:r>
      <w:r>
        <w:t>to yeh baat bhi khuda ki nisbat se nahi hai, momin ki nisbat se hai. yeh nahi ke khuda koi evolve kar raha hai apne aap ko.</w:t>
      </w:r>
    </w:p>
    <w:p>
      <w:pPr>
        <w:jc w:val="right"/>
      </w:pPr>
      <w:r>
        <w:t>تو یہ بات بھی خدا کی نسبت سے نہیں ہے، مومن کی نسبت سے ہے۔ یہ نہیں کہ خدا کوئی ایوالو کر رہا ہے اپنے آپ کو۔</w:t>
      </w:r>
    </w:p>
    <w:p>
      <w:r>
        <w:rPr>
          <w:b/>
        </w:rPr>
        <w:t xml:space="preserve">[04:36] </w:t>
      </w:r>
      <w:r>
        <w:t>khuda ke andar koi evolutionary process se chal raha hai. aisa nahi hai. khuda to awal din se kamil hai.</w:t>
      </w:r>
    </w:p>
    <w:p>
      <w:pPr>
        <w:jc w:val="right"/>
      </w:pPr>
      <w:r>
        <w:t>خدا کے اندر کوئی ایولیشنری پروسیس سے چل رہا ہے۔ ایسا نہیں ہے۔ خدا تو اول دن سے کامل ہے۔</w:t>
      </w:r>
    </w:p>
    <w:p>
      <w:r>
        <w:rPr>
          <w:b/>
        </w:rPr>
        <w:t xml:space="preserve">[04:46] </w:t>
      </w:r>
      <w:r>
        <w:t>khuda mein koi evolution nahi hota.</w:t>
      </w:r>
    </w:p>
    <w:p>
      <w:pPr>
        <w:jc w:val="right"/>
      </w:pPr>
      <w:r>
        <w:t>خدا میں کوئی ایولیشن نہیں ہوتا۔</w:t>
      </w:r>
    </w:p>
    <w:p>
      <w:r>
        <w:rPr>
          <w:b/>
        </w:rPr>
        <w:t xml:space="preserve">[04:49] </w:t>
      </w:r>
      <w:r>
        <w:t>to yeh jo farmaya ke "kullu yawmin huwa fi sha'n" . "every day he is in new state" .</w:t>
      </w:r>
    </w:p>
    <w:p>
      <w:pPr>
        <w:jc w:val="right"/>
      </w:pPr>
      <w:r>
        <w:t>تو یہ جو فرمایا کہ "کل یومن ہوا فی شان"۔ "ایوری ڈے ہی از ان نیو سٹیٹ"۔</w:t>
      </w:r>
    </w:p>
    <w:p>
      <w:r>
        <w:rPr>
          <w:b/>
        </w:rPr>
        <w:t xml:space="preserve">[05:00] </w:t>
      </w:r>
      <w:r>
        <w:t>yeh momin ki nisbat se hai. yaani agar aap sachhe maano mein momin hain to har din aap ko nayi nayi allah ki nayi nayi shan daryaft hoti rahegi.</w:t>
      </w:r>
    </w:p>
    <w:p>
      <w:pPr>
        <w:jc w:val="right"/>
      </w:pPr>
      <w:r>
        <w:t>یہ مومن کی نسبت سے ہے۔ یعنی اگر آپ سچے معنوں میں مومن ہیں تو ہر دن آپ کو نئی نئی اللہ کی نئی نئی شان دریافت ہوتی رہے گی۔</w:t>
      </w:r>
    </w:p>
    <w:p>
      <w:r>
        <w:rPr>
          <w:b/>
        </w:rPr>
        <w:t xml:space="preserve">[05:18] </w:t>
      </w:r>
      <w:r>
        <w:t>is tarah aap ka ta'alluq barhega, aap ka imaan barhega. aap ka islam creative islam banta rahega. to quran utra hai tadabbur ke liye.</w:t>
      </w:r>
    </w:p>
    <w:p>
      <w:pPr>
        <w:jc w:val="right"/>
      </w:pPr>
      <w:r>
        <w:t>اس طرح آپ کا تعلق بڑھے گا، آپ کا ایمان بڑھے گا۔ آپ کا اسلام کریٹیو اسلام بنتا رہے گا۔ تو قرآن اترا ہے تدبر کے لیے۔</w:t>
      </w:r>
    </w:p>
    <w:p>
      <w:r>
        <w:rPr>
          <w:b/>
        </w:rPr>
        <w:t xml:space="preserve">[05:30] </w:t>
      </w:r>
      <w:r>
        <w:t>allah taala ko matloob hai ke quran mein log sochen, tadabbur karen. is tarah bar bar quran ko rediscover karen.</w:t>
      </w:r>
    </w:p>
    <w:p>
      <w:pPr>
        <w:jc w:val="right"/>
      </w:pPr>
      <w:r>
        <w:t>اللہ تعالیٰ کو مطلوب ہے کہ قرآن میں لوگ سوچیں، تدبر کریں۔ اس طرح بار بار قرآن کو ری ڈسکور کریں۔</w:t>
      </w:r>
    </w:p>
    <w:p>
      <w:r>
        <w:rPr>
          <w:b/>
        </w:rPr>
        <w:t xml:space="preserve">[05:41] </w:t>
      </w:r>
      <w:r>
        <w:t>yeh kaam ek momin ki zindagi mein saal bhar jari rehna chahiye. lekin is ka ek minimum jo course hai woh ramzan hai.</w:t>
      </w:r>
    </w:p>
    <w:p>
      <w:pPr>
        <w:jc w:val="right"/>
      </w:pPr>
      <w:r>
        <w:t>یہ کام ایک مومن کی زندگی میں سال بھر جاری رہنا چاہیے۔ لیکن اس کا ایک منیمم جو کورس ہے وہ رمضان ہے۔</w:t>
      </w:r>
    </w:p>
    <w:p>
      <w:r>
        <w:rPr>
          <w:b/>
        </w:rPr>
        <w:t xml:space="preserve">[05:58] </w:t>
      </w:r>
      <w:r>
        <w:t>saal mein ek mahina to aisa hona hi chahiye ke aap quran mein tadabbur karen aur quran ko rediscover karen.</w:t>
      </w:r>
    </w:p>
    <w:p>
      <w:pPr>
        <w:jc w:val="right"/>
      </w:pPr>
      <w:r>
        <w:t>سال میں ایک مہینہ تو ایسا ہونا ہی چاہیے کہ آپ قرآن میں تدبر کریں اور قرآن کو ری ڈسکور کریں۔</w:t>
      </w:r>
    </w:p>
    <w:p>
      <w:r>
        <w:rPr>
          <w:b/>
        </w:rPr>
        <w:t xml:space="preserve">[06:06] </w:t>
      </w:r>
      <w:r>
        <w:t>warna maximum to yeh hai ke aap saal bhar sochen, saal bhar tadabbur karen aur saal bhar aap quran ko discover karte rahen.</w:t>
      </w:r>
    </w:p>
    <w:p>
      <w:pPr>
        <w:jc w:val="right"/>
      </w:pPr>
      <w:r>
        <w:t>ورنہ میکسیمم تو یہ ہے کہ آپ سال بھر سوچیں، سال بھر تدبر کریں اور سال بھر آپ قرآن کو ڈسکور کرتے رہیں۔</w:t>
      </w:r>
    </w:p>
    <w:p>
      <w:r>
        <w:rPr>
          <w:b/>
        </w:rPr>
        <w:t xml:space="preserve">[06:16] </w:t>
      </w:r>
      <w:r>
        <w:t>yeh discovery kaise hoti hai? is se pehle maine arz kiya hai ke discovery ka method yeh hai ke aap hon ek prepared mind.</w:t>
      </w:r>
    </w:p>
    <w:p>
      <w:pPr>
        <w:jc w:val="right"/>
      </w:pPr>
      <w:r>
        <w:t>یہ ڈسکوری کیسے ہوتی ہے؟ اس سے پہلے میں نے عرض کیا ہے کہ ڈسکوری کا میتھڈ یہ ہے کہ آپ ہوں ایک پریپیرڈ مائنڈ۔</w:t>
      </w:r>
    </w:p>
    <w:p>
      <w:r>
        <w:rPr>
          <w:b/>
        </w:rPr>
        <w:t xml:space="preserve">[06:32] </w:t>
      </w:r>
      <w:r>
        <w:t>aap</w:t>
      </w:r>
    </w:p>
    <w:p>
      <w:pPr>
        <w:jc w:val="right"/>
      </w:pPr>
      <w:r>
        <w:t>آپ</w:t>
      </w:r>
    </w:p>
    <w:p>
      <w:r>
        <w:rPr>
          <w:b/>
        </w:rPr>
        <w:t xml:space="preserve">[06:33] </w:t>
      </w:r>
      <w:r>
        <w:t>ka mutala, aap ka soch, aap ke iman ne aap ko ek prepared mind bana diya ho.</w:t>
      </w:r>
    </w:p>
    <w:p>
      <w:pPr>
        <w:jc w:val="right"/>
      </w:pPr>
      <w:r>
        <w:t>کا مطالعہ، آپ کا سوچ، آپ کے ایمان نے آپ کو ایک پریپیرڈ مائنڈ بنا دیا ہو۔</w:t>
      </w:r>
    </w:p>
    <w:p>
      <w:r>
        <w:rPr>
          <w:b/>
        </w:rPr>
        <w:t xml:space="preserve">[06:44] </w:t>
      </w:r>
      <w:r>
        <w:t>aisa aadmi jab is ke samne jab experience hota hai, koi koi tajurba hota hai, koi baat sunta hai to kya hota hai?</w:t>
      </w:r>
    </w:p>
    <w:p>
      <w:pPr>
        <w:jc w:val="right"/>
      </w:pPr>
      <w:r>
        <w:t>ایسا آدمی جب اس کے سامنے جب ایکسپیرینس ہوتا ہے، کوئی کوئی تجربہ ہوتا ہے، کوئی بات سنتا ہے تو کیا ہوتا ہے؟</w:t>
      </w:r>
    </w:p>
    <w:p>
      <w:r>
        <w:rPr>
          <w:b/>
        </w:rPr>
        <w:t xml:space="preserve">[06:55] </w:t>
      </w:r>
      <w:r>
        <w:t>is ka mind trigger ho jata hai. is ka mind trigger ho jata hai.</w:t>
      </w:r>
    </w:p>
    <w:p>
      <w:pPr>
        <w:jc w:val="right"/>
      </w:pPr>
      <w:r>
        <w:t>اس کا مائنڈ ٹریگر ہو جاتا ہے۔ اس کا مائنڈ ٹریگر ہو جاتا ہے۔</w:t>
      </w:r>
    </w:p>
    <w:p>
      <w:r>
        <w:rPr>
          <w:b/>
        </w:rPr>
        <w:t xml:space="preserve">[07:02] </w:t>
      </w:r>
      <w:r>
        <w:t>yeh trigger hona hi asal cheez hai.</w:t>
      </w:r>
    </w:p>
    <w:p>
      <w:pPr>
        <w:jc w:val="right"/>
      </w:pPr>
      <w:r>
        <w:t>یہ ٹریگر ہونا ہی اصل چیز ہے۔</w:t>
      </w:r>
    </w:p>
    <w:p>
      <w:r>
        <w:rPr>
          <w:b/>
        </w:rPr>
        <w:t xml:space="preserve">[07:09] </w:t>
      </w:r>
      <w:r>
        <w:t>jab mind aap ka trigger hoga tabhi aap ko nai discovery hogi.</w:t>
      </w:r>
    </w:p>
    <w:p>
      <w:pPr>
        <w:jc w:val="right"/>
      </w:pPr>
      <w:r>
        <w:t>جب مائنڈ آپ کا ٹریگر ہوگا تبھی آپ کو نئی ڈسکوری ہوگی۔</w:t>
      </w:r>
    </w:p>
    <w:p>
      <w:r>
        <w:rPr>
          <w:b/>
        </w:rPr>
        <w:t xml:space="preserve">[07:18] </w:t>
      </w:r>
      <w:r>
        <w:t>to jitna zyada aap ka mind prepare hoga utna hi zyada aap ka mind trigger hota rahega.</w:t>
      </w:r>
    </w:p>
    <w:p>
      <w:pPr>
        <w:jc w:val="right"/>
      </w:pPr>
      <w:r>
        <w:t>تو جتنا زیادہ آپ کا مائنڈ پریپیر ہوگا اتنا ہی زیادہ آپ کا مائنڈ ٹریگر ہوتا رہے گا۔</w:t>
      </w:r>
    </w:p>
    <w:p>
      <w:r>
        <w:rPr>
          <w:b/>
        </w:rPr>
        <w:t xml:space="preserve">[07:26] </w:t>
      </w:r>
      <w:r>
        <w:t>jaise dekhiye, quran mein hai ke "in fi khalq al-samawat wa al-ard wa ikhtilaf al-layl wa al-nahar la ayat al-ulil albab alladhina yadhkurun Allah qiyaman wa quudan wa 'ala junubihim wa yatafakkarun fi khalq al-samawat wa al-ard Rabbana ma khalaqta hadha batilan".</w:t>
      </w:r>
    </w:p>
    <w:p>
      <w:pPr>
        <w:jc w:val="right"/>
      </w:pPr>
      <w:r>
        <w:t>جیسے دیکھیے، قرآن میں ہے کہ "إن فی خلق السماوات والارض واختلاف الليل والنهار لا آیات الاولی الالباب الذین یذکرون اللہ قیام وقود وعلی جنبہم ویتفکرون فی خلق السماوات والارض ربنا ما خلقتھ باطلا"۔</w:t>
      </w:r>
    </w:p>
    <w:p>
      <w:r>
        <w:rPr>
          <w:b/>
        </w:rPr>
        <w:t xml:space="preserve">[07:47] </w:t>
      </w:r>
      <w:r>
        <w:t>yeh kya? yeh trigger hona hai.</w:t>
      </w:r>
    </w:p>
    <w:p>
      <w:pPr>
        <w:jc w:val="right"/>
      </w:pPr>
      <w:r>
        <w:t>یہ کیا؟ یہ ٹریگر ہونا ہے۔</w:t>
      </w:r>
    </w:p>
    <w:p>
      <w:r>
        <w:rPr>
          <w:b/>
        </w:rPr>
        <w:t xml:space="preserve">[07:51] </w:t>
      </w:r>
      <w:r>
        <w:t>yani aap ne zameen o aasman ko socha, khuda ki takhleeqat pe ghor kiya to hote hote kya hua? aap ka mind trigger ho gaya.</w:t>
      </w:r>
    </w:p>
    <w:p>
      <w:pPr>
        <w:jc w:val="right"/>
      </w:pPr>
      <w:r>
        <w:t>یعنی آپ نے زمین و آسمان کو سوچا، خدا کی تخلیقات پہ غور کیا تو ہوتے ہوتے کیا ہوا؟ آپ کا مائنڈ ٹریگر ہو گیا۔</w:t>
      </w:r>
    </w:p>
    <w:p>
      <w:r>
        <w:rPr>
          <w:b/>
        </w:rPr>
        <w:t xml:space="preserve">[07:59] </w:t>
      </w:r>
      <w:r>
        <w:t>aap yeh keh pade ke "Rabbana ma khalaqta hadha batilan".</w:t>
      </w:r>
    </w:p>
    <w:p>
      <w:pPr>
        <w:jc w:val="right"/>
      </w:pPr>
      <w:r>
        <w:t>آپ یہ کہہ پڑے کہ "ربنا ما خلقتھ باطلا"۔</w:t>
      </w:r>
    </w:p>
    <w:p>
      <w:r>
        <w:rPr>
          <w:b/>
        </w:rPr>
        <w:t xml:space="preserve">[08:06] </w:t>
      </w:r>
      <w:r>
        <w:t>yani kainat par ghor o fikr se aap ka mind trigger hua, aap ko daryaft hui aur phir aap keh pade ke "Rabbana ma khalaqta hadha batilan".</w:t>
      </w:r>
    </w:p>
    <w:p>
      <w:pPr>
        <w:jc w:val="right"/>
      </w:pPr>
      <w:r>
        <w:t>یعنی کائنات پر غور و فکر سے آپ کا مائنڈ ٹریگر ہوا، آپ کو دریافت ہوئی اور پھر آپ کہہ پڑے کہ "ربنا ما خلقتھ باطلا"۔</w:t>
      </w:r>
    </w:p>
    <w:p>
      <w:r>
        <w:rPr>
          <w:b/>
        </w:rPr>
        <w:t xml:space="preserve">[08:16] </w:t>
      </w:r>
      <w:r>
        <w:t>yeh yeh jo trigger hona hai, is tarah yeh ek keyword hai iman aur islam ke liye.</w:t>
      </w:r>
    </w:p>
    <w:p>
      <w:pPr>
        <w:jc w:val="right"/>
      </w:pPr>
      <w:r>
        <w:t>یہ یہ جو ٹریگر ہونا ہے، اس طرح یہ ایک کی ورڈ ہے ایمان اور اسلام کے لیے۔</w:t>
      </w:r>
    </w:p>
    <w:p>
      <w:r>
        <w:rPr>
          <w:b/>
        </w:rPr>
        <w:t xml:space="preserve">[08:28] </w:t>
      </w:r>
      <w:r>
        <w:t>jaise hadith mein aata hai ke rasool Allah ke bare mein ke "kana yadhkur Allah fi kulli ahinihi".</w:t>
      </w:r>
    </w:p>
    <w:p>
      <w:pPr>
        <w:jc w:val="right"/>
      </w:pPr>
      <w:r>
        <w:t>جیسے حدیث میں آتا ہے کہ رسول اللہ کے بارے میں کہ "کان یذکر اللہ فی کل احیانی"۔</w:t>
      </w:r>
    </w:p>
    <w:p>
      <w:r>
        <w:rPr>
          <w:b/>
        </w:rPr>
        <w:t xml:space="preserve">[08:40] </w:t>
      </w:r>
      <w:r>
        <w:t>yani har hien par aap Allah ko yaad karte the. yeh kya</w:t>
      </w:r>
    </w:p>
    <w:p>
      <w:pPr>
        <w:jc w:val="right"/>
      </w:pPr>
      <w:r>
        <w:t>یعنی ہر حین پر آپ اللہ کو یاد کرتے تھے۔ یہ کیا</w:t>
      </w:r>
    </w:p>
    <w:p>
      <w:r>
        <w:rPr>
          <w:b/>
        </w:rPr>
        <w:t xml:space="preserve">[08:43] </w:t>
      </w:r>
      <w:r>
        <w:t>hai? yeh bhi agar aaj kal ki zaban mein kaha jaye ke to har hien aap ke mind ko trigger kar deta tha. har occasion aap ka mind ko trigger kar deta tha aur aap ka ek is mein se ek nai baat daryaft karte the.</w:t>
      </w:r>
    </w:p>
    <w:p>
      <w:pPr>
        <w:jc w:val="right"/>
      </w:pPr>
      <w:r>
        <w:t>ہے؟ یہ بھی اگر آج کل کی زبان میں کہا جائے کہ تو ہر حین آپ کے مائنڈ کو ٹریگر کر دیتا تھا۔ ہر اوکیژن آپ کا مائنڈ کو ٹریگر کر دیتا تھا اور آپ کا ایک اس میں سے ایک نئی بات دریافت کرتے تھے۔</w:t>
      </w:r>
    </w:p>
    <w:p>
      <w:r>
        <w:rPr>
          <w:b/>
        </w:rPr>
        <w:t xml:space="preserve">[09:01] </w:t>
      </w:r>
      <w:r>
        <w:t>is tarah musalsal aap ek musalsal aap ko Allah ka rizq milta tha aur musalsal aap ka iman mein izafa hota rehta tha.</w:t>
      </w:r>
    </w:p>
    <w:p>
      <w:pPr>
        <w:jc w:val="right"/>
      </w:pPr>
      <w:r>
        <w:t>اس طرح مسلسل آپ ایک مسلسل آپ کو اللہ کا رزق ملتا تھا اور مسلسل آپ کا ایمان میں اضافہ ہوتا رہتا تھا۔</w:t>
      </w:r>
    </w:p>
    <w:p>
      <w:r>
        <w:rPr>
          <w:b/>
        </w:rPr>
        <w:t xml:space="preserve">[09:13] </w:t>
      </w:r>
      <w:r>
        <w:t>yahi har momin ko karna hai.</w:t>
      </w:r>
    </w:p>
    <w:p>
      <w:pPr>
        <w:jc w:val="right"/>
      </w:pPr>
      <w:r>
        <w:t>یہی ہر مومن کو کرنا ہے۔</w:t>
      </w:r>
    </w:p>
    <w:p>
      <w:r>
        <w:rPr>
          <w:b/>
        </w:rPr>
        <w:t xml:space="preserve">[09:18] </w:t>
      </w:r>
      <w:r>
        <w:t>is ki mein ek ek misal deta hoon aaj ki. dekhiye, yeh aaj ka angrezi akhbar hai. aaj ke angrezi akhbar mein yeh ek advertisement chapa hai ek magazine ka.</w:t>
      </w:r>
    </w:p>
    <w:p>
      <w:pPr>
        <w:jc w:val="right"/>
      </w:pPr>
      <w:r>
        <w:t>اس کی میں ایک ایک مثال دیتا ہوں آج کی۔ دیکھیے، یہ آج کا انگریزی اخبار ہے۔ آج کے انگریزی اخبار میں یہ ایک ایڈورٹائزمنٹ چھپا ہے ایک میگزین کا۔</w:t>
      </w:r>
    </w:p>
    <w:p>
      <w:r>
        <w:rPr>
          <w:b/>
        </w:rPr>
        <w:t xml:space="preserve">[09:38] </w:t>
      </w:r>
      <w:r>
        <w:t>aap dekh rahe hain ke is mein taj mahal ka photo hai aur is pe likha hua hai "there is only one". "there is only one".</w:t>
      </w:r>
    </w:p>
    <w:p>
      <w:pPr>
        <w:jc w:val="right"/>
      </w:pPr>
      <w:r>
        <w:t>آپ دیکھ رہے ہیں کہ اس میں تاج محل کا فوٹو ہے اور اس پہ لکھا ہوا ہے "دیر از اونلی ون"۔ "دیر از اونلی ون"۔</w:t>
      </w:r>
    </w:p>
    <w:p>
      <w:r>
        <w:rPr>
          <w:b/>
        </w:rPr>
        <w:t xml:space="preserve">[09:49] </w:t>
      </w:r>
      <w:r>
        <w:t>yani taj mahal jaisi building ek hi hai. to woh kehna chahte hain ke hamara majalla bhi ek hi hai.</w:t>
      </w:r>
    </w:p>
    <w:p>
      <w:pPr>
        <w:jc w:val="right"/>
      </w:pPr>
      <w:r>
        <w:t>یعنی تاج محل جیسی بلڈنگ ایک ہی ہے۔ تو وہ کہنا چاہتے ہیں کہ ہمارا مجلہ بھی ایک ہی ہے۔</w:t>
      </w:r>
    </w:p>
    <w:p>
      <w:r>
        <w:rPr>
          <w:b/>
        </w:rPr>
        <w:t xml:space="preserve">[09:58] </w:t>
      </w:r>
      <w:r>
        <w:t>to is ko padh kar mera mind trigger ho gaya</w:t>
      </w:r>
    </w:p>
    <w:p>
      <w:pPr>
        <w:jc w:val="right"/>
      </w:pPr>
      <w:r>
        <w:t>تو اس کو پڑھ کر میرا مائنڈ ٹریگر ہو گیا</w:t>
      </w:r>
    </w:p>
    <w:p>
      <w:r>
        <w:rPr>
          <w:b/>
        </w:rPr>
        <w:t xml:space="preserve">[10:05] </w:t>
      </w:r>
      <w:r>
        <w:t>ke taj mahal ko dekh kar kisi ne kaha ke "there is only one". to maine socha ke is se bari ek baat hai.</w:t>
      </w:r>
    </w:p>
    <w:p>
      <w:pPr>
        <w:jc w:val="right"/>
      </w:pPr>
      <w:r>
        <w:t>کہ تاج محل کو دیکھ کر کسی نے کہا کہ "دیر از اونلی ون"۔ تو میں نے سوچا کہ اس سے بڑی ایک بات ہے۔</w:t>
      </w:r>
    </w:p>
    <w:p>
      <w:r>
        <w:rPr>
          <w:b/>
        </w:rPr>
        <w:t xml:space="preserve">[10:17] </w:t>
      </w:r>
      <w:r>
        <w:t>woh yeh hai ke quran hi ek aisi kitab hai jo authentic book hai.</w:t>
      </w:r>
    </w:p>
    <w:p>
      <w:pPr>
        <w:jc w:val="right"/>
      </w:pPr>
      <w:r>
        <w:t>وہ یہ ہے کہ قرآن ہی ایک ایسی کتاب ہے جو اتھینٹک بک ہے۔</w:t>
      </w:r>
    </w:p>
    <w:p>
      <w:r>
        <w:rPr>
          <w:b/>
        </w:rPr>
        <w:t xml:space="preserve">[10:23] </w:t>
      </w:r>
      <w:r>
        <w:t>"There is only one book" jo ke authentic hai, jo preserved hai, jo jis par hum keh sakte hain yaqeen ke sath ke woh word of God hai.</w:t>
      </w:r>
    </w:p>
    <w:p>
      <w:pPr>
        <w:jc w:val="right"/>
      </w:pPr>
      <w:r>
        <w:t>"دیر از اونلی ون بک"۔ جو کہ اتھینٹک ہے، جو پریزروڈ ہے، جو جس پر ہم کہہ سکتے ہیں یقین کے ساتھ کہ وہ ورڈ آف گاڈ ہے۔</w:t>
      </w:r>
    </w:p>
    <w:p>
      <w:r>
        <w:rPr>
          <w:b/>
        </w:rPr>
        <w:t xml:space="preserve">[10:34] </w:t>
      </w:r>
      <w:r>
        <w:t>to "there is only one such book" under the sky. to yeh baat to taj mahal ki thi lekin mere mind mein jab mera mind trigger hua to maine quran ko discover kiya</w:t>
      </w:r>
    </w:p>
    <w:p>
      <w:pPr>
        <w:jc w:val="right"/>
      </w:pPr>
      <w:r>
        <w:t>تو "دیر از اونلی ون سچ بک" انڈر دا سکائی۔ تو یہ بات تو تاج محل کی تھی لیکن میرے مائنڈ میں جب میرا مائنڈ ٹریگر ہوا تو میں نے قرآن کو ڈسکور کیا</w:t>
      </w:r>
    </w:p>
    <w:p>
      <w:r>
        <w:rPr>
          <w:b/>
        </w:rPr>
        <w:t xml:space="preserve">[10:52] </w:t>
      </w:r>
      <w:r>
        <w:t>ke taj mahal se billion ten time bara aik waqia hai aur woh hai quran. aap sochiye ke jis hasti ne itne bhi kainat ko paida kiya hai,</w:t>
      </w:r>
    </w:p>
    <w:p>
      <w:pPr>
        <w:jc w:val="right"/>
      </w:pPr>
      <w:r>
        <w:t>کہ تاج محل سے بلین ٹین ٹائم بڑا ایک واقعہ ہے اور وہ ہے قرآن۔ آپ سوچیے کہ جس ہستی نے اتنے بھی کائنات کو پیدا کیا ہے،</w:t>
      </w:r>
    </w:p>
    <w:p>
      <w:r>
        <w:rPr>
          <w:b/>
        </w:rPr>
        <w:t xml:space="preserve">[11:08] </w:t>
      </w:r>
      <w:r>
        <w:t>iska authentic word sirf aik hi ho to kitni bari baat ho jaye gi.</w:t>
      </w:r>
    </w:p>
    <w:p>
      <w:pPr>
        <w:jc w:val="right"/>
      </w:pPr>
      <w:r>
        <w:t>اس کا اتھینٹک ورڈ صرف ایک ہی ہو تو کتنی بڑی بات ہو جائے گی۔</w:t>
      </w:r>
    </w:p>
    <w:p>
      <w:r>
        <w:rPr>
          <w:b/>
        </w:rPr>
        <w:t xml:space="preserve">[11:16] </w:t>
      </w:r>
      <w:r>
        <w:t>to quran is the only authentic word of god aur koi bhi aisi book nahi hai jis ko yaqeen ke sath kaha ja sake ke word of god hai kyunke is mein alteration hai, is mein bohat changes hue hain.</w:t>
      </w:r>
    </w:p>
    <w:p>
      <w:pPr>
        <w:jc w:val="right"/>
      </w:pPr>
      <w:r>
        <w:t>تو قرآن از دا اونلی اتھینٹک ورڈ آف گاڈ اور کوئی بھی ایسی بک نہیں ہے جس کو یقین کے ساتھ کہا جا سکے کہ ورڈ آف گاڈ ہے کیونکہ اس میں الٹریشن ہے، اس میں بہت چینجز ہوئے ہیں۔</w:t>
      </w:r>
    </w:p>
    <w:p>
      <w:r>
        <w:rPr>
          <w:b/>
        </w:rPr>
        <w:t xml:space="preserve">[11:38] </w:t>
      </w:r>
      <w:r>
        <w:t>to yeh aap ko har din daryaft hona chahiye, har din. lekin ramzan mein kam az kam lazman hona chahiye.</w:t>
      </w:r>
    </w:p>
    <w:p>
      <w:pPr>
        <w:jc w:val="right"/>
      </w:pPr>
      <w:r>
        <w:t>تو یہ آپ کو ہر دن دریافت ہونا چاہیے، ہر دن۔ لیکن رمضان میں کم از کم لازماً ہونا چاہیے۔</w:t>
      </w:r>
    </w:p>
    <w:p>
      <w:r>
        <w:rPr>
          <w:b/>
        </w:rPr>
        <w:t xml:space="preserve">[11:50] </w:t>
      </w:r>
      <w:r>
        <w:t>to woh kaise hota hai? woh is tarah hota hai ke aap quran mein tadabbur karein, sochein. lekin amalan kya hai ke aaj quran mein tadabbur nahi kiya jata, sirf tilawat ki jati hai, parha jata hai bas.</w:t>
      </w:r>
    </w:p>
    <w:p>
      <w:pPr>
        <w:jc w:val="right"/>
      </w:pPr>
      <w:r>
        <w:t>تو وہ کیسے ہوتا ہے؟ وہ اس طرح ہوتا ہے کہ آپ قرآن میں تدبر کریں، سوچیں۔ لیکن عملاً کیا ہے کہ آج قرآن میں تدبر نہیں کیا جاتا، صرف تلاوت کی جاتی ہے، پڑھا جاتا ہے بس۔</w:t>
      </w:r>
    </w:p>
    <w:p>
      <w:r>
        <w:rPr>
          <w:b/>
        </w:rPr>
        <w:t xml:space="preserve">[12:06] </w:t>
      </w:r>
      <w:r>
        <w:t>to in ka mind bhi trigger nahi hota, in ko koi quran mein koi discovery bhi nahi hoti. mujhe apna aik waqia yaad aata hai, ghaliban yeh baat hai 1942 ki,</w:t>
      </w:r>
    </w:p>
    <w:p>
      <w:pPr>
        <w:jc w:val="right"/>
      </w:pPr>
      <w:r>
        <w:t>تو ان کا مائنڈ بھی ٹریگر نہیں ہوتا، ان کو کوئی قرآن میں کوئی ڈسکوری بھی نہیں ہوتی۔ مجھے اپنا ایک واقعہ یاد آتا ہے، غالباً یہ بات ہے 1942 کی،</w:t>
      </w:r>
    </w:p>
    <w:p>
      <w:r>
        <w:rPr>
          <w:b/>
        </w:rPr>
        <w:t xml:space="preserve">[12:20] </w:t>
      </w:r>
      <w:r>
        <w:t>bohat pehle ki, yani second world war ke zamaney ki. to mein gaya tha gorakhpur</w:t>
      </w:r>
    </w:p>
    <w:p>
      <w:pPr>
        <w:jc w:val="right"/>
      </w:pPr>
      <w:r>
        <w:t>بہت پہلے کی، یعنی سیکنڈ ورلڈ وار کے زمانے کی۔ تو میں گیا تھا گورکھ پور</w:t>
      </w:r>
    </w:p>
    <w:p>
      <w:r>
        <w:rPr>
          <w:b/>
        </w:rPr>
        <w:t xml:space="preserve">[12:30] </w:t>
      </w:r>
      <w:r>
        <w:t>. to aik bohat bare muslim afsar they wahan, bohat bara bungalow tha un ka, un se mujhe milna tha. to mein jab gaya to un ke bunglow ke bahar maine dekha ke aik hafiz sahib quran ki tilawat kar rahe hain,</w:t>
      </w:r>
    </w:p>
    <w:p>
      <w:pPr>
        <w:jc w:val="right"/>
      </w:pPr>
      <w:r>
        <w:t>۔ تو ایک بہت بڑے مسلم افسر تھے وہاں، بہت بڑا بنگلہ تھا ان کا، ان سے مجھے ملنا تھا۔ تو میں جب گیا تو ان کے بنگلے کے باہر میں نے دیکھا کہ ایک حافظ صاحب قرآن کی تلاوت کر رہے ہیں،</w:t>
      </w:r>
    </w:p>
    <w:p>
      <w:r>
        <w:rPr>
          <w:b/>
        </w:rPr>
        <w:t xml:space="preserve">[12:48] </w:t>
      </w:r>
      <w:r>
        <w:t>akele baithe hue they aur quran ko le kar woh parh rahe they.</w:t>
      </w:r>
    </w:p>
    <w:p>
      <w:pPr>
        <w:jc w:val="right"/>
      </w:pPr>
      <w:r>
        <w:t>اکیلے بیٹھے ہوئے تھے اور قرآن کو لے کر وہ پڑھ رہے تھے۔</w:t>
      </w:r>
    </w:p>
    <w:p>
      <w:r>
        <w:rPr>
          <w:b/>
        </w:rPr>
        <w:t xml:space="preserve">[12:53] </w:t>
      </w:r>
      <w:r>
        <w:t>to jab muslim afsar se meri mulaqat hui to maine kaha ke yeh kaun sahib they? kya kar rahe they woh? to woh ramzan ka mahina tha.</w:t>
      </w:r>
    </w:p>
    <w:p>
      <w:pPr>
        <w:jc w:val="right"/>
      </w:pPr>
      <w:r>
        <w:t>تو جب مسلم افسر سے میری ملاقات ہوئی تو میں نے کہا کہ یہ کون صاحب تھے؟ کیا کر رہے تھے وہ؟ تو وہ رمضان کا مہینہ تھا۔</w:t>
      </w:r>
    </w:p>
    <w:p>
      <w:r>
        <w:rPr>
          <w:b/>
        </w:rPr>
        <w:t xml:space="preserve">[13:04] </w:t>
      </w:r>
      <w:r>
        <w:t>to muslim afsar sahib ne kaha ke bhai hum to parh nahi payein ge, hum ko itna time nahi milta. to hum ne hafiz sahib ko keh diya ke aap parh dijiye, aa kar ke poora quran kam az kam aik khatam ramzan mein ho jaye to un ko kuch hum de dein ge, un ko kuch paisa.</w:t>
      </w:r>
    </w:p>
    <w:p>
      <w:pPr>
        <w:jc w:val="right"/>
      </w:pPr>
      <w:r>
        <w:t>تو مسلم افسر صاحب نے کہا کہ بھئی ہم تو پڑھ نہیں پائیں گے، ہم کو اتنا ٹائم نہیں ملتا۔ تو ہم نے حافظ صاحب کو کہہ دیا کہ آپ پڑھ دیجئے، آ کر کے پورا قرآن کم از کم ایک ختم رمضان میں ہو جائے تو ان کو کچھ ہم دے دیں گے، ان کو کچھ پیسہ۔</w:t>
      </w:r>
    </w:p>
    <w:p>
      <w:r>
        <w:rPr>
          <w:b/>
        </w:rPr>
        <w:t xml:space="preserve">[13:24] </w:t>
      </w:r>
      <w:r>
        <w:t>to is tarah log quran ko samajhte hain ke bas tilawat ho gayi, is ki awaz buland ho gayi to bas kafi hai. yani khud unhone quran ko parh kar tadabbur nahi kiya, kisi hafiz se keh diya ke aap aa kar ke tilawat kar dijiye.</w:t>
      </w:r>
    </w:p>
    <w:p>
      <w:pPr>
        <w:jc w:val="right"/>
      </w:pPr>
      <w:r>
        <w:t>تو اس طرح لوگ قرآن کو سمجھتے ہیں کہ بس تلاوت ہو گئی، اس کی آواز بلند ہو گئی تو بس کافی ہے۔ یعنی خود انہوں نے قرآن کو پڑھ کر تدبر نہیں کیا، کسی حافظ سے کہہ دیا کہ آپ آ کر کے تلاوت کر دیجئے۔</w:t>
      </w:r>
    </w:p>
    <w:p>
      <w:r>
        <w:rPr>
          <w:b/>
        </w:rPr>
        <w:t xml:space="preserve">[13:41] </w:t>
      </w:r>
      <w:r>
        <w:t>aise hi abhi chand din ki baat hai, aik sahib se mulaqat hui, woh parhe likhe aadmi they.</w:t>
      </w:r>
    </w:p>
    <w:p>
      <w:pPr>
        <w:jc w:val="right"/>
      </w:pPr>
      <w:r>
        <w:t>ایسے ہی ابھی چند دن کی بات ہے، ایک صاحب سے ملاقات ہوئی، وہ پڑھے لکھے آدمی تھے۔</w:t>
      </w:r>
    </w:p>
    <w:p>
      <w:r>
        <w:rPr>
          <w:b/>
        </w:rPr>
        <w:t xml:space="preserve">[13:49] </w:t>
      </w:r>
      <w:r>
        <w:t>to baat guftagu ke darmiyan unhone kaha ke alhamdulillah meri taraveh koi nagha nahi hoti. alhamdulillah ab meri taraveh koi nagha nahi hoti.</w:t>
      </w:r>
    </w:p>
    <w:p>
      <w:pPr>
        <w:jc w:val="right"/>
      </w:pPr>
      <w:r>
        <w:t>تو بات گفتگو کے دوران انہوں نے کہا کہ الحمدللہ میری تراویح کوئی ناغہ نہیں ہوتی۔ الحمدللہ اب میری تراویح کوئی ناغہ نہیں ہوتی۔</w:t>
      </w:r>
    </w:p>
    <w:p>
      <w:r>
        <w:rPr>
          <w:b/>
        </w:rPr>
        <w:t xml:space="preserve">[14:02] </w:t>
      </w:r>
      <w:r>
        <w:t>ab dekhiye, woh samajhte hain taraveh ka matlab kya hai ke bas taraveh mein khare ho gaye aur qari ke peechay woh parh raha hai, aap khare ho sun rahe hain, bas ho gaya.</w:t>
      </w:r>
    </w:p>
    <w:p>
      <w:pPr>
        <w:jc w:val="right"/>
      </w:pPr>
      <w:r>
        <w:t>اب دیکھیے، وہ سمجھتے ہیں تراویح کا مطلب کیا ہے کہ بس تراویح میں کھڑے ہوگئے اور قاری کے پیچھے وہ پڑھ رہا ہے، آپ کھڑے ہو سن رہے ہیں، بس ہو گیا۔</w:t>
      </w:r>
    </w:p>
    <w:p>
      <w:r>
        <w:rPr>
          <w:b/>
        </w:rPr>
        <w:t xml:space="preserve">[14:16] </w:t>
      </w:r>
      <w:r>
        <w:t>is mein tadabbur ka koi koi khana nahi hota hai. to taraveh mein quran ko khatam kar lena ya kisi hafiz sahib se khatam karwa dena ya khud tilawat kar ke khatam kar lena, yeh tadabbur nahi hai.</w:t>
      </w:r>
    </w:p>
    <w:p>
      <w:pPr>
        <w:jc w:val="right"/>
      </w:pPr>
      <w:r>
        <w:t>اس میں تدبر کا کوئی کوئی خانہ نہیں ہوتا ہے۔ تو تراویح میں قرآن کو ختم کر لینا یا کسی حافظ صاحب سے ختم کروا دینا یا خود تلاوت کر کے ختم کر لینا، یہ تدبر نہیں ہے۔</w:t>
      </w:r>
    </w:p>
    <w:p>
      <w:r>
        <w:rPr>
          <w:b/>
        </w:rPr>
        <w:t xml:space="preserve">[14:33] </w:t>
      </w:r>
      <w:r>
        <w:t>is se aap ko discovery bhi nahi ho sakti. aur jab tak aap ko koi discovery na ho, aap ko thrilling marifat bhi nahi hogi quran ke baray mein.</w:t>
      </w:r>
    </w:p>
    <w:p>
      <w:pPr>
        <w:jc w:val="right"/>
      </w:pPr>
      <w:r>
        <w:t>اس سے آپ کو ڈسکوری بھی نہیں ہو سکتی۔ اور جب تک آپ کو کوئی ڈسکوری نہ ہو، آپ کو تھرلنگ معرفت بھی نہیں ہوگی قرآن کے بارے میں۔</w:t>
      </w:r>
    </w:p>
    <w:p>
      <w:r>
        <w:rPr>
          <w:b/>
        </w:rPr>
        <w:t xml:space="preserve">[14:47] </w:t>
      </w:r>
      <w:r>
        <w:t>thrilling marifat nahi ho sakti. ab jaise mein aap ko aik misal deta hoon, kal mujhe quran ki aik ayat ka aik naya mafhoom samajh mein aaya.</w:t>
      </w:r>
    </w:p>
    <w:p>
      <w:pPr>
        <w:jc w:val="right"/>
      </w:pPr>
      <w:r>
        <w:t>تھرلنگ معرفت نہیں ہو سکتی۔ اب جیسے میں آپ کو ایک مثال دیتا ہوں، کل مجھے قرآن کی ایک آیت کا ایک نیا مفہوم سمجھ میں آیا۔</w:t>
      </w:r>
    </w:p>
    <w:p>
      <w:r>
        <w:rPr>
          <w:b/>
        </w:rPr>
        <w:t xml:space="preserve">[14:59] </w:t>
      </w:r>
      <w:r>
        <w:t>mein barabar mera mind jo hai, barabar quran ko le kar sochta rehta hoon. quran ki ayatein mere mind mein ghoomti rehti hain, saal bhar, poora saal, raat din.</w:t>
      </w:r>
    </w:p>
    <w:p>
      <w:pPr>
        <w:jc w:val="right"/>
      </w:pPr>
      <w:r>
        <w:t>میں برابر میرا مائنڈ جو ہے، برابر قرآنی کو لے کر سوچتا رہتا ہوں۔ قرآن کی آیتیں میرے مائنڈ میں گھومتی رہتی ہیں، سال بھر، پورا سال، رات دن۔</w:t>
      </w:r>
    </w:p>
    <w:p>
      <w:r>
        <w:rPr>
          <w:b/>
        </w:rPr>
        <w:t xml:space="preserve">[15:12] </w:t>
      </w:r>
      <w:r>
        <w:t>to quran mein aik ayat hai ke qayamat mein cheezein bolen gi, bol parein gi, insan ki khaal bol pare gi.</w:t>
      </w:r>
    </w:p>
    <w:p>
      <w:pPr>
        <w:jc w:val="right"/>
      </w:pPr>
      <w:r>
        <w:t>تو قرآن میں ایک آیت ہے کہ قیامت میں چیزیں بولیں گی، بول پڑیں گی، انسان کی کھال بول پڑے گی۔</w:t>
      </w:r>
    </w:p>
    <w:p>
      <w:r>
        <w:rPr>
          <w:b/>
        </w:rPr>
        <w:t xml:space="preserve">[15:25] </w:t>
      </w:r>
      <w:r>
        <w:t>to insan ki khaal bol kar bataye gi is ka haal, to woh kahe ga aik apni khaal se ke tum ne kyun kyun bol rahe ho?</w:t>
      </w:r>
    </w:p>
    <w:p>
      <w:pPr>
        <w:jc w:val="right"/>
      </w:pPr>
      <w:r>
        <w:t>تو انسان کی کھال بول کر بتائے گی اس کا حال، تو وہ کہے گا ایک اپنی کھال سے کہ تم نے کیوں کیوں بول رہے ہو؟</w:t>
      </w:r>
    </w:p>
    <w:p>
      <w:r>
        <w:rPr>
          <w:b/>
        </w:rPr>
        <w:t xml:space="preserve">[15:33] </w:t>
      </w:r>
      <w:r>
        <w:t>tum hamari batein kyun bata rahe ho?</w:t>
      </w:r>
    </w:p>
    <w:p>
      <w:pPr>
        <w:jc w:val="right"/>
      </w:pPr>
      <w:r>
        <w:t>تم ہماری باتیں کیوں بتا رہے ہو؟</w:t>
      </w:r>
    </w:p>
    <w:p>
      <w:r>
        <w:rPr>
          <w:b/>
        </w:rPr>
        <w:t xml:space="preserve">[15:37] </w:t>
      </w:r>
      <w:r>
        <w:t>to is ka jawab yeh hoga ke "intaqna Allah allazi intaq kulla shai". yani hum ko is ne bulwaya hai jis ne sab cheezon ko bulwaya hai.</w:t>
      </w:r>
    </w:p>
    <w:p>
      <w:pPr>
        <w:jc w:val="right"/>
      </w:pPr>
      <w:r>
        <w:t>تو اس کا جواب یہ ہوگا کہ "انتقنا اللہ الذی انتق کل شی"۔ یعنی ہم کو اس نے بلوایا ہے جس نے سب چیزوں کو بلوایا ہے۔</w:t>
      </w:r>
    </w:p>
    <w:p>
      <w:r>
        <w:rPr>
          <w:b/>
        </w:rPr>
        <w:t xml:space="preserve">[15:50] </w:t>
      </w:r>
      <w:r>
        <w:t>"intaqnaullah allazi intaq kull shay" to mere zehn mein kya sawal aaya ke har cheez ya har insan kis zuban mein boley ga ke sab log samjhein us ko?</w:t>
      </w:r>
    </w:p>
    <w:p>
      <w:pPr>
        <w:jc w:val="right"/>
      </w:pPr>
      <w:r>
        <w:t>"انتقنا اللہ الذی انتق کل شی"۔ تو میرے ذہن میں کیا سوال آیا کہ ہر چیز یا ہر انسان کس زبان میں بولے گا کہ سب لوگ سمجھیں اس کو؟</w:t>
      </w:r>
    </w:p>
    <w:p>
      <w:r>
        <w:rPr>
          <w:b/>
        </w:rPr>
        <w:t xml:space="preserve">[16:02] </w:t>
      </w:r>
      <w:r>
        <w:t>yani beshumar log wahan ikhatta honge hashar ke maidan mein.</w:t>
      </w:r>
    </w:p>
    <w:p>
      <w:pPr>
        <w:jc w:val="right"/>
      </w:pPr>
      <w:r>
        <w:t>یعنی بے شمار لوگ وہاں اکٹھا ہوں گے حشر کے میدان میں۔</w:t>
      </w:r>
    </w:p>
    <w:p>
      <w:r>
        <w:rPr>
          <w:b/>
        </w:rPr>
        <w:t xml:space="preserve">[16:07] </w:t>
      </w:r>
      <w:r>
        <w:t>to dunya mein to woh tarah tarah ki zubanein bolte the, sankaron alag alag zubanein theen, balkeh hazaron to un ko bolte thay.</w:t>
      </w:r>
    </w:p>
    <w:p>
      <w:pPr>
        <w:jc w:val="right"/>
      </w:pPr>
      <w:r>
        <w:t>تو دنیا میں تو وہ طرح طرح کی زبانیں بولتے تھے، سینکڑوں الگ الگ زبانیں تھیں، بلکہ ہزاروں تو ان کو بولتے تھے۔</w:t>
      </w:r>
    </w:p>
    <w:p>
      <w:r>
        <w:rPr>
          <w:b/>
        </w:rPr>
        <w:t xml:space="preserve">[16:16] </w:t>
      </w:r>
      <w:r>
        <w:t>woh to wahan kon si zuban bolein ge ke sab log samjhein us ko? yani har ek woh kon si zuban boley ga ke sunne wala samjhe us ko?</w:t>
      </w:r>
    </w:p>
    <w:p>
      <w:pPr>
        <w:jc w:val="right"/>
      </w:pPr>
      <w:r>
        <w:t>وہ تو وہاں کون سی زبان بولیں گے کہ سب لوگ سمجھیں اس کو؟ یعنی ہر ایک وہ کون سی زبان بولے گا کہ سننے والا سمجھے اس کو؟</w:t>
      </w:r>
    </w:p>
    <w:p>
      <w:r>
        <w:rPr>
          <w:b/>
        </w:rPr>
        <w:t xml:space="preserve">[16:30] </w:t>
      </w:r>
      <w:r>
        <w:t>tab meri samajh mein aaya, aur yeh ek ek yeh ke yani linguistics ke mahireen ne is ka ishara bhi kiya hai ke asal zuban jo hai, woh fitrat ki zuban hai.</w:t>
      </w:r>
    </w:p>
    <w:p>
      <w:pPr>
        <w:jc w:val="right"/>
      </w:pPr>
      <w:r>
        <w:t>تب میری سمجھ میں آیا، اور یہ ایک ایک یہ کہ یعنی لنگوسٹکس کے ماہرین نے اس کا اشارہ بھی کیا ہے کہ اصل زبان جو ہے، وہ فطرت کی زبان ہے۔</w:t>
      </w:r>
    </w:p>
    <w:p>
      <w:r>
        <w:rPr>
          <w:b/>
        </w:rPr>
        <w:t xml:space="preserve">[16:45] </w:t>
      </w:r>
      <w:r>
        <w:t>har aadmi ke mind mein ek zuban pehle se maujood hai,</w:t>
      </w:r>
    </w:p>
    <w:p>
      <w:pPr>
        <w:jc w:val="right"/>
      </w:pPr>
      <w:r>
        <w:t>ہر آدمی کے مائنڈ میں ایک زبان پہلے سے موجود ہے،</w:t>
      </w:r>
    </w:p>
    <w:p>
      <w:r>
        <w:rPr>
          <w:b/>
        </w:rPr>
        <w:t xml:space="preserve">[16:52] </w:t>
      </w:r>
      <w:r>
        <w:t>woh us waqt se maujood hai jab ke Allah taala ne farmaya tha ke "allam al asma kullu". to ek fitrat ki zuban hai jo har aadmi ke zehn mein pehle se maujood hai, wahi sab ki zuban hai.</w:t>
      </w:r>
    </w:p>
    <w:p>
      <w:pPr>
        <w:jc w:val="right"/>
      </w:pPr>
      <w:r>
        <w:t>وہ اس وقت سے موجود ہے جب کہ اللہ تعالی نے فرمایا تھا کہ "علم آدم الاسماء کلا"۔ تو ایک فطرت کی زبان ہے جو ہر آدمی کے ذہن میں پہلے سے موجود ہے، وہی سب کی زبان ہے۔</w:t>
      </w:r>
    </w:p>
    <w:p>
      <w:r>
        <w:rPr>
          <w:b/>
        </w:rPr>
        <w:t xml:space="preserve">[17:09] </w:t>
      </w:r>
      <w:r>
        <w:t>ab jo zuban hum bolte hain, chahe english ya arabi ya urdu ya hindi, woh is fitrat ki zuban ka transition hota hai,</w:t>
      </w:r>
    </w:p>
    <w:p>
      <w:pPr>
        <w:jc w:val="right"/>
      </w:pPr>
      <w:r>
        <w:t>اب جو زبان ہم بولتے ہیں، چاہے انگلش یا عربی یا اردو یا ہندی، وہ اس فطرت کی زبان کا ٹرانزیشن ہوتا ہے،</w:t>
      </w:r>
    </w:p>
    <w:p>
      <w:r>
        <w:rPr>
          <w:b/>
        </w:rPr>
        <w:t xml:space="preserve">[17:20] </w:t>
      </w:r>
      <w:r>
        <w:t>woh is ka transition hota hai. to maine socha ke qayamat mein yeh hoga ke woh fitrat ki zuban unfold ho jaye gi,</w:t>
      </w:r>
    </w:p>
    <w:p>
      <w:pPr>
        <w:jc w:val="right"/>
      </w:pPr>
      <w:r>
        <w:t>وہ اس کا ٹرانزیشن ہوتا ہے۔ تو میں نے سوچا کہ قیامت میں یہ ہوگا کہ وہ فطرت کی زبان ان فولڈ ہو جائے گی،</w:t>
      </w:r>
    </w:p>
    <w:p>
      <w:r>
        <w:rPr>
          <w:b/>
        </w:rPr>
        <w:t xml:space="preserve">[17:32] </w:t>
      </w:r>
      <w:r>
        <w:t>is ka mind mein jo Allah taala ne mehfooz kar di thi, woh khul jaye gi. to har aadmi fitrat ki zuban boley ga.</w:t>
      </w:r>
    </w:p>
    <w:p>
      <w:pPr>
        <w:jc w:val="right"/>
      </w:pPr>
      <w:r>
        <w:t>اس کا مائنڈ میں جو اللہ تعالی نے محفوظ کر دی تھی، وہ کھل جائے گی۔ تو ہر آدمی فطرت کی زبان بولے گا۔</w:t>
      </w:r>
    </w:p>
    <w:p>
      <w:r>
        <w:rPr>
          <w:b/>
        </w:rPr>
        <w:t xml:space="preserve">[17:45] </w:t>
      </w:r>
      <w:r>
        <w:t>to maine socha ek kaisa ajeeb thrilling experience hoga ke har ek har ek insan ke darmiyan language gap na ho.</w:t>
      </w:r>
    </w:p>
    <w:p>
      <w:pPr>
        <w:jc w:val="right"/>
      </w:pPr>
      <w:r>
        <w:t>تو میں نے سوچا ایک کیسا عجیب تھرلنگ ایکسپیرینس ہوگا کہ ہر ایک ہر ایک انسان کے درمیان لینگویج گیپ نہ ہو۔</w:t>
      </w:r>
    </w:p>
    <w:p>
      <w:r>
        <w:rPr>
          <w:b/>
        </w:rPr>
        <w:t xml:space="preserve">[17:55] </w:t>
      </w:r>
      <w:r>
        <w:t>aisi dunya kaisi ajeeb dunya hogi jahan insano ke darmiyan koi language gap na ho.</w:t>
      </w:r>
    </w:p>
    <w:p>
      <w:pPr>
        <w:jc w:val="right"/>
      </w:pPr>
      <w:r>
        <w:t>ایسی دنیا کیسی عجیب دنیا ہوگی جہاں انسانوں کے درمیان کوئی لینگویج گیپ نہ ہو۔</w:t>
      </w:r>
    </w:p>
    <w:p>
      <w:r>
        <w:rPr>
          <w:b/>
        </w:rPr>
        <w:t xml:space="preserve">[18:03] </w:t>
      </w:r>
      <w:r>
        <w:t>mujhe kai baar aisa ittefaq pada hai ke kisi aisi jagah gaya, aisi jagah jahan ki zuban aisi thi jo jo muswa nahi ho sakta tha, to exchange nahi ho sakta tha.</w:t>
      </w:r>
    </w:p>
    <w:p>
      <w:pPr>
        <w:jc w:val="right"/>
      </w:pPr>
      <w:r>
        <w:t>مجھے کئی بار ایسا اتفاق پڑا ہے کہ کسی ایسی جگہ گیا، ایسی جگہ جہاں کی زبان ایسی تھی جو جو مسوا نہیں ہو سکتا تھا، تو ایکسچینج نہیں ہو سکتا تھا۔</w:t>
      </w:r>
    </w:p>
    <w:p>
      <w:r>
        <w:rPr>
          <w:b/>
        </w:rPr>
        <w:t xml:space="preserve">[18:16] </w:t>
      </w:r>
      <w:r>
        <w:t>jaise moscow mein gaya to mera guide chala gaya tha apni maa ke se milne ke liye. to hotel mein main tha to wahan saare log russian bolte thay.</w:t>
      </w:r>
    </w:p>
    <w:p>
      <w:pPr>
        <w:jc w:val="right"/>
      </w:pPr>
      <w:r>
        <w:t>جیسے ماسکو میں گیا تو میرا گائیڈ چلا گیا تھا اپنی ماں کے سے ملنے کے لیے۔ تو ہوٹل میں میں تھا تو وہاں سارے لوگ رشین بولتے تھے۔</w:t>
      </w:r>
    </w:p>
    <w:p>
      <w:r>
        <w:rPr>
          <w:b/>
        </w:rPr>
        <w:t xml:space="preserve">[18:27] </w:t>
      </w:r>
      <w:r>
        <w:t>ab un ki boli mein na samjhoon, meri boli woh na samjhein.</w:t>
      </w:r>
    </w:p>
    <w:p>
      <w:pPr>
        <w:jc w:val="right"/>
      </w:pPr>
      <w:r>
        <w:t>اب ان کی بولی میں نہ سمجھوں، میری بولی وہ نہ سمجھیں۔</w:t>
      </w:r>
    </w:p>
    <w:p>
      <w:r>
        <w:rPr>
          <w:b/>
        </w:rPr>
        <w:t xml:space="preserve">[18:31] </w:t>
      </w:r>
      <w:r>
        <w:t>yani language gap poore maanon mein. aise hi main casablanca gaya to wahan sab log french bolte thay.</w:t>
      </w:r>
    </w:p>
    <w:p>
      <w:pPr>
        <w:jc w:val="right"/>
      </w:pPr>
      <w:r>
        <w:t>یعنی لینگویج گیپ پورے معنوں میں۔ ایسے ہی میں کیسا بلانکا گیا تو وہاں سب لوگ فرنچ بولتے تھے۔</w:t>
      </w:r>
    </w:p>
    <w:p>
      <w:r>
        <w:rPr>
          <w:b/>
        </w:rPr>
        <w:t xml:space="preserve">[18:41] </w:t>
      </w:r>
      <w:r>
        <w:t>to french mein na samjhoon, meri zuban woh na samjhein. to wahan bhi ek language gap tha. to ajeeb ajnabiyat ka ehsas hota hai, us waqt ajeeb tanhai ka ehsas hota hai.</w:t>
      </w:r>
    </w:p>
    <w:p>
      <w:pPr>
        <w:jc w:val="right"/>
      </w:pPr>
      <w:r>
        <w:t>تو فرنچ میں نہ سمجھوں، میری زبان وہ نہ سمجھیں۔ تو وہاں بھی ایک لینگویج گیپ تھا۔ تو عجیب اجنبیت کا احساس ہوتا ہے، اس وقت عجیب تنہائی کا احساس ہوتا ہے۔</w:t>
      </w:r>
    </w:p>
    <w:p>
      <w:r>
        <w:rPr>
          <w:b/>
        </w:rPr>
        <w:t xml:space="preserve">[18:53] </w:t>
      </w:r>
      <w:r>
        <w:t>to maine socha ke qayamat mein, akhirat mein jab language gap nahi hoga, sab log ek hi fitrat ki zuban bolein ge to kaisa ajeeb tajurba hoga, kaisa thrilling tajurba.</w:t>
      </w:r>
    </w:p>
    <w:p>
      <w:pPr>
        <w:jc w:val="right"/>
      </w:pPr>
      <w:r>
        <w:t>تو میں نے سوچا کہ قیامت میں، آخرت میں جب لینگویج گیپ نہیں ہوگا، سب لوگ ایک ہی فطرت کی زبان بولیں گے تو کیسا عجیب تجربہ ہوگا، کیسا تھرلنگ تجربہ۔</w:t>
      </w:r>
    </w:p>
    <w:p>
      <w:r>
        <w:rPr>
          <w:b/>
        </w:rPr>
        <w:t xml:space="preserve">[19:19] </w:t>
      </w:r>
      <w:r>
        <w:t>to is tarah se Allah ke fazal se mujhe rozana quran ki koi nai nai baatein daryaft hoti rehti hain. is tarah mera quran se jo taalluq hai, creative taalluq, woh creative taalluq musalsal baqi rehta hai.</w:t>
      </w:r>
    </w:p>
    <w:p>
      <w:pPr>
        <w:jc w:val="right"/>
      </w:pPr>
      <w:r>
        <w:t>تو اس طرح سے اللہ کے فضل سے مجھے روزانہ قرآن کی کوئی نئی نئی باتیں دریافت ہوتی رہتی ہیں۔ اس طرح میرا قرآن سے جو تعلق ہے، کریٹیو تعلق، وہ کریٹیو تعلق مسلسل باقی رہتا ہے۔</w:t>
      </w:r>
    </w:p>
    <w:p>
      <w:r>
        <w:rPr>
          <w:b/>
        </w:rPr>
        <w:t xml:space="preserve">[19:34] </w:t>
      </w:r>
      <w:r>
        <w:t>musalsal woh creative taalluq musalsal baqi rehta hai, is mein kami nahi hoti.</w:t>
      </w:r>
    </w:p>
    <w:p>
      <w:pPr>
        <w:jc w:val="right"/>
      </w:pPr>
      <w:r>
        <w:t>مسلسل وہ کریٹیو تعلق مسلسل باقی رہتا ہے، اس میں کمی نہیں ہوتی۔</w:t>
      </w:r>
    </w:p>
    <w:p>
      <w:r>
        <w:rPr>
          <w:b/>
        </w:rPr>
        <w:t xml:space="preserve">[19:46] </w:t>
      </w:r>
      <w:r>
        <w:t>to aap logon ko jaisa ke pichle hafte maine kaha tha ke har aadmi ko quran ka jo pocket size mein hai tarjuma, har aadmi ko chahiye ke woh apne pocket mein rakhe,</w:t>
      </w:r>
    </w:p>
    <w:p>
      <w:pPr>
        <w:jc w:val="right"/>
      </w:pPr>
      <w:r>
        <w:t>تو آپ لوگوں کو جیسا کہ پچھلے ہفتے میں نے کہا تھا کہ ہر آدمی کو قرآن کا جو پاکٹ سائز میں ہے ترجمہ، ہر آدمی کو چاہیے کہ وہ اپنے پاکٹ میں رکھے،</w:t>
      </w:r>
    </w:p>
    <w:p>
      <w:r>
        <w:rPr>
          <w:b/>
        </w:rPr>
        <w:t xml:space="preserve">[20:03] </w:t>
      </w:r>
      <w:r>
        <w:t>jahan mauqa ho us ko to parh le. dekhiye, quran ek ajeeb kitab hai.</w:t>
      </w:r>
    </w:p>
    <w:p>
      <w:pPr>
        <w:jc w:val="right"/>
      </w:pPr>
      <w:r>
        <w:t>جہاں موقع ہو اس کو تو پڑھ لے۔ دیکھیے، قرآن ایک عجیب کتاب ہے۔</w:t>
      </w:r>
    </w:p>
    <w:p>
      <w:r>
        <w:rPr>
          <w:b/>
        </w:rPr>
        <w:t xml:space="preserve">[20:09] </w:t>
      </w:r>
      <w:r>
        <w:t>quran ke baray mein log yeh sawal karte hain ke quran ka jo usloob hai, woh anokha usloob hai. yani matlab is mein story wala andaaz nahi hai, silsile war.</w:t>
      </w:r>
    </w:p>
    <w:p>
      <w:pPr>
        <w:jc w:val="right"/>
      </w:pPr>
      <w:r>
        <w:t>قرآن کے بارے میں لوگ یہ سوال کرتے ہیں کہ قرآن کا جو اسلوب ہے، وہ انوکھا اسلوب ہے۔ یعنی مطلب اس میں سٹوری والا انداز نہیں ہے، سلسلے وار۔</w:t>
      </w:r>
    </w:p>
    <w:p>
      <w:r>
        <w:rPr>
          <w:b/>
        </w:rPr>
        <w:t xml:space="preserve">[20:23] </w:t>
      </w:r>
      <w:r>
        <w:t>balkeh aisa lagta hai ke har ayat apni jagah pe independent hai, har paragraph apni jagah pe independent hai. yeh to bohat acha hai, bohat acha hai</w:t>
      </w:r>
    </w:p>
    <w:p>
      <w:pPr>
        <w:jc w:val="right"/>
      </w:pPr>
      <w:r>
        <w:t>بلکہ ایسا لگتا ہے کہ ہر آیت اپنی جگہ پہ انڈیپینڈنٹ ہے، ہر پیراگراف اپنی جگہ پہ انڈیپینڈنٹ ہے۔ یہ تو بہت اچھا ہے، بہت اچھا ہے</w:t>
      </w:r>
    </w:p>
    <w:p>
      <w:r>
        <w:rPr>
          <w:b/>
        </w:rPr>
        <w:t xml:space="preserve">[20:35] </w:t>
      </w:r>
      <w:r>
        <w:t>ke aap ko paanch minute ka mauqa mila, kahin aap ne khola to jo page aap parhein ge, jo ayatein aap parhein ge, ek do, usi mein aap ko ek ek poora message mil jaye ga.</w:t>
      </w:r>
    </w:p>
    <w:p>
      <w:pPr>
        <w:jc w:val="right"/>
      </w:pPr>
      <w:r>
        <w:t>کہ آپ کو پانچ منٹ کا موقع ملا، کہیں آپ نے کھولا تو جو پیج آپ پڑھیں گے، جو آیتیں آپ پڑھیں گے، ایک دو، اسی میں آپ کو ایک ایک پورا میسج مل جائے گا۔</w:t>
      </w:r>
    </w:p>
    <w:p>
      <w:r>
        <w:rPr>
          <w:b/>
        </w:rPr>
        <w:t xml:space="preserve">[20:54] </w:t>
      </w:r>
      <w:r>
        <w:t>isi mein aap ko aik poora message mil jaye ga. yeh nahi ke poora aik se zed tak parhein, tab ja ke maloom ho ke is mein kya baat kahi gayi hai. jaise novel hoti hai,</w:t>
      </w:r>
    </w:p>
    <w:p>
      <w:pPr>
        <w:jc w:val="right"/>
      </w:pPr>
      <w:r>
        <w:t>اسی میں آپ کو ایک پورا میسج مل جائے گا۔ یہ نہیں کہ پورا ایک سے زیڈ تک پڑھیں، تب جا کے معلوم ہو کہ اس میں کیا بات کہی گئی ہے۔ جیسے ناول ہوتی ہے،</w:t>
      </w:r>
    </w:p>
    <w:p>
      <w:r>
        <w:rPr>
          <w:b/>
        </w:rPr>
        <w:t xml:space="preserve">[21:04] </w:t>
      </w:r>
      <w:r>
        <w:t>novel ko jab tak aap aik zed tak na parhein, aap nahi samajh paate ke is ki theme kya hai.</w:t>
      </w:r>
    </w:p>
    <w:p>
      <w:pPr>
        <w:jc w:val="right"/>
      </w:pPr>
      <w:r>
        <w:t>ناول کو جب تک آپ ایک زیڈ تک نہ پڑھیں، آپ نہیں سمجھ پاتے کہ اس کی تھیم کیا ہے۔</w:t>
      </w:r>
    </w:p>
    <w:p>
      <w:r>
        <w:rPr>
          <w:b/>
        </w:rPr>
        <w:t xml:space="preserve">[21:12] </w:t>
      </w:r>
      <w:r>
        <w:t>to quran aisi kitaab nahi hai.</w:t>
      </w:r>
    </w:p>
    <w:p>
      <w:pPr>
        <w:jc w:val="right"/>
      </w:pPr>
      <w:r>
        <w:t>تو قرآن ایسی کتاب نہیں ہے۔</w:t>
      </w:r>
    </w:p>
    <w:p>
      <w:r>
        <w:rPr>
          <w:b/>
        </w:rPr>
        <w:t xml:space="preserve">[21:18] </w:t>
      </w:r>
      <w:r>
        <w:t>quran mazahibon ke collection of wisdom hai.</w:t>
      </w:r>
    </w:p>
    <w:p>
      <w:pPr>
        <w:jc w:val="right"/>
      </w:pPr>
      <w:r>
        <w:t>قرآن مذہبوں کے کلیکشن آف وزڈم ہے۔</w:t>
      </w:r>
    </w:p>
    <w:p>
      <w:r>
        <w:rPr>
          <w:b/>
        </w:rPr>
        <w:t xml:space="preserve">[21:24] </w:t>
      </w:r>
      <w:r>
        <w:t>yani</w:t>
      </w:r>
    </w:p>
    <w:p>
      <w:pPr>
        <w:jc w:val="right"/>
      </w:pPr>
      <w:r>
        <w:t>یعنی</w:t>
      </w:r>
    </w:p>
    <w:p>
      <w:r>
        <w:rPr>
          <w:b/>
        </w:rPr>
        <w:t xml:space="preserve">[21:27] </w:t>
      </w:r>
      <w:r>
        <w:t>yani bohat hi aqal wali baatein, wisdom wali baatein, baseerat wali baatein poore quran mein bikhri hui hain.</w:t>
      </w:r>
    </w:p>
    <w:p>
      <w:pPr>
        <w:jc w:val="right"/>
      </w:pPr>
      <w:r>
        <w:t>یعنی بہت ہی عقل والی باتیں، وزڈم والی باتیں، بصیرت والی باتیں پورے قرآن میں بکھری ہوئی ہیں۔</w:t>
      </w:r>
    </w:p>
    <w:p>
      <w:r>
        <w:rPr>
          <w:b/>
        </w:rPr>
        <w:t xml:space="preserve">[21:38] </w:t>
      </w:r>
      <w:r>
        <w:t>isi liye quran ko basaair kaha gaya. yani baseerat wali baaton ka majmooa. isi ko mein ne kaha collection of wisdom.</w:t>
      </w:r>
    </w:p>
    <w:p>
      <w:pPr>
        <w:jc w:val="right"/>
      </w:pPr>
      <w:r>
        <w:t>اسی لیے قرآن کو بصائر کہا گیا۔ یعنی بصیرت والی باتوں کا مجموعہ۔ اسی کو میں نے کہا کلیکشن آف وزڈم۔</w:t>
      </w:r>
    </w:p>
    <w:p>
      <w:r>
        <w:rPr>
          <w:b/>
        </w:rPr>
        <w:t xml:space="preserve">[21:49] </w:t>
      </w:r>
      <w:r>
        <w:t>to yeh bohat hi ziyada helpful tareeqa hai hamare liye. agar agar aisa hota ke shuru se aakhir tak aik silsila war kahani hoti quran ki, tab to poora quran jab tak na parhte, aik aik baithak mein aap to aap samajh na paate ke quran mein kya kaha gaya hai.</w:t>
      </w:r>
    </w:p>
    <w:p>
      <w:pPr>
        <w:jc w:val="right"/>
      </w:pPr>
      <w:r>
        <w:t>تو یہ بہت ہی زیادہ ہیلپ فل طریقہ ہے ہمارے لیے۔ اگر اگر ایسا ہوتا کہ شروع سے آخر تک ایک سلسلے وار کہانی ہوتی قرآن کی، تب تو پورا قرآن جب تک نہ پڑھتے، ایک ایک بیٹھک میں آپ تو آپ سمجھ نہ پاتے کہ قرآن میں کیا کہا گیا ہے۔</w:t>
      </w:r>
    </w:p>
    <w:p>
      <w:r>
        <w:rPr>
          <w:b/>
        </w:rPr>
        <w:t xml:space="preserve">[22:08] </w:t>
      </w:r>
      <w:r>
        <w:t>ab to jo hi koi bhi page kholiye, har page mein aap ko aik masla mil jaye ga.</w:t>
      </w:r>
    </w:p>
    <w:p>
      <w:pPr>
        <w:jc w:val="right"/>
      </w:pPr>
      <w:r>
        <w:t>اب تو جو ہی کوئی بھی پیج کھولیے، ہر پیج میں آپ کو ایک مسئلہ مل جائے گا۔</w:t>
      </w:r>
    </w:p>
    <w:p>
      <w:r>
        <w:rPr>
          <w:b/>
        </w:rPr>
        <w:t xml:space="preserve">[22:19] </w:t>
      </w:r>
      <w:r>
        <w:t>is tarah se aap ke liye possible ho gaya hai ke aap har din quran mein aik nai baat discover karein.</w:t>
      </w:r>
    </w:p>
    <w:p>
      <w:pPr>
        <w:jc w:val="right"/>
      </w:pPr>
      <w:r>
        <w:t>اس طرح سے آپ کے لیے پاسیبل ہو گیا ہے کہ آپ ہر دن قرآن میں ایک نئی بات ڈسکور کریں۔</w:t>
      </w:r>
    </w:p>
    <w:p>
      <w:r>
        <w:rPr>
          <w:b/>
        </w:rPr>
        <w:t xml:space="preserve">[22:28] </w:t>
      </w:r>
      <w:r>
        <w:t>aur yaad rakhiye, agar aap ko quran sirf is maani mein mila hai ke aap ka iman hai quran majeed par, ya is maani mein mila hai ke aap is ka tarjuma aap ne parh liya hai, to aap ko abhi quran bohat kam mila hai.</w:t>
      </w:r>
    </w:p>
    <w:p>
      <w:pPr>
        <w:jc w:val="right"/>
      </w:pPr>
      <w:r>
        <w:t>اور یاد رکھیے، اگر آپ کو قرآن صرف اس معنی میں ملا ہے کہ آپ کا ایمان ہے قرآن مجید پر، یا اس معنی میں ملا ہے کہ آپ اس کا ترجمہ آپ نے پڑھ لیا ہے، تو آپ کو ابھی قرآن بہت کم ملا ہے۔</w:t>
      </w:r>
    </w:p>
    <w:p>
      <w:r>
        <w:rPr>
          <w:b/>
        </w:rPr>
        <w:t xml:space="preserve">[22:48] </w:t>
      </w:r>
      <w:r>
        <w:t>quran ka milna yeh hai ke aap har din aap ko discovery hoti rahe. kisi ne kisi aik aik aik aik aik bare intellectual thay, bohat parhe likhe aadmi,</w:t>
      </w:r>
    </w:p>
    <w:p>
      <w:pPr>
        <w:jc w:val="right"/>
      </w:pPr>
      <w:r>
        <w:t>قرآن کا ملنا یہ ہے کہ آپ ہر دن آپ کو ڈسکوری ہوتی رہے۔ کسی نے کسی ایک ایک ایک ایک ایک بڑے انٹلیکچول تھے، بہت پڑھے لکھے آدمی،</w:t>
      </w:r>
    </w:p>
    <w:p>
      <w:r>
        <w:rPr>
          <w:b/>
        </w:rPr>
        <w:t xml:space="preserve">[23:07] </w:t>
      </w:r>
      <w:r>
        <w:t>to unhon ne quran, unhon ne quran ko parha. to unhon ne kaha ke aaj ke zamane mein, yani jadeed daur mein, quran ko phir se reveal hona chahiye.</w:t>
      </w:r>
    </w:p>
    <w:p>
      <w:pPr>
        <w:jc w:val="right"/>
      </w:pPr>
      <w:r>
        <w:t>تو انہوں نے قرآن، انہوں نے قرآن کو پڑھا۔ تو انہوں نے کہا کہ آج کے زمانے میں، یعنی جدید دور میں، قرآن کو پھر سے ریویل ہونا چاہیے۔</w:t>
      </w:r>
    </w:p>
    <w:p>
      <w:r>
        <w:rPr>
          <w:b/>
        </w:rPr>
        <w:t xml:space="preserve">[23:21] </w:t>
      </w:r>
      <w:r>
        <w:t>to unhon ne kaha ke Quran has to be revealed today.</w:t>
      </w:r>
    </w:p>
    <w:p>
      <w:pPr>
        <w:jc w:val="right"/>
      </w:pPr>
      <w:r>
        <w:t>تو انہوں نے کہا کہ قرآن ہیز ٹو بی ریویل ٹوڈے۔</w:t>
      </w:r>
    </w:p>
    <w:p>
      <w:r>
        <w:rPr>
          <w:b/>
        </w:rPr>
        <w:t xml:space="preserve">[23:26] </w:t>
      </w:r>
      <w:r>
        <w:t>mein kahoon ga ke yeh galat hai. quran has to be reveal today nahi, yeh ke quran has to be re discover today. aur today ki baat nahi hai, yeh hamesha hi ki baat hai.</w:t>
      </w:r>
    </w:p>
    <w:p>
      <w:pPr>
        <w:jc w:val="right"/>
      </w:pPr>
      <w:r>
        <w:t>میں کہوں گا کہ یہ غلط ہے۔ قرآن ہیز ٹو بی ریویل ٹوڈے نہیں، یہ کہ قرآن ہیز ٹو بی ری ڈسکور ٹوڈے۔ اور ٹوڈے کی بات نہیں ہے، یہ ہمیشہ ہی کی بات ہے۔</w:t>
      </w:r>
    </w:p>
    <w:p>
      <w:r>
        <w:rPr>
          <w:b/>
        </w:rPr>
        <w:t xml:space="preserve">[23:38] </w:t>
      </w:r>
      <w:r>
        <w:t>har din</w:t>
      </w:r>
    </w:p>
    <w:p>
      <w:pPr>
        <w:jc w:val="right"/>
      </w:pPr>
      <w:r>
        <w:t>ہر دن</w:t>
      </w:r>
    </w:p>
    <w:p>
      <w:r>
        <w:rPr>
          <w:b/>
        </w:rPr>
        <w:t xml:space="preserve">[23:42] </w:t>
      </w:r>
      <w:r>
        <w:t>jo aadmi quran ko har din discover kare, isi quran ki azmat ko paye ga.</w:t>
      </w:r>
    </w:p>
    <w:p>
      <w:pPr>
        <w:jc w:val="right"/>
      </w:pPr>
      <w:r>
        <w:t>جو آدمی قرآن کو ہر دن ڈسکور کرے، اسی قرآن کی عظمت کو پائے گا۔</w:t>
      </w:r>
    </w:p>
    <w:p>
      <w:r>
        <w:rPr>
          <w:b/>
        </w:rPr>
        <w:t xml:space="preserve">[23:48] </w:t>
      </w:r>
      <w:r>
        <w:t>dekhiye, discover ka matlab yeh nahi ke saara quran har din kisi ayat ka koi naya mafhoom, saare quran ka mafhoom nahi, mein keh raha hoon, har din quran ki kisi ayat ka koi naya mafhoom, har din quran ki kisi ayat ka aik naya pehlu,</w:t>
      </w:r>
    </w:p>
    <w:p>
      <w:pPr>
        <w:jc w:val="right"/>
      </w:pPr>
      <w:r>
        <w:t>دیکھیے، ڈسکور کا مطلب یہ نہیں کہ سارا قرآن ہر دن کسی آیت کا کوئی نیا مفہوم، سارے قرآن کا مفہوم نہیں، میں کہہ رہا ہوں، ہر دن قرآن کی کسی آیت کا کوئی نیا مفہوم، ہر دن قرآن کی کسی آیت کا ایک نیا پہلو،</w:t>
      </w:r>
    </w:p>
    <w:p>
      <w:r>
        <w:rPr>
          <w:b/>
        </w:rPr>
        <w:t xml:space="preserve">[24:09] </w:t>
      </w:r>
      <w:r>
        <w:t>tab aap ka quran se creative taluq rahe ga.</w:t>
      </w:r>
    </w:p>
    <w:p>
      <w:pPr>
        <w:jc w:val="right"/>
      </w:pPr>
      <w:r>
        <w:t>تب آپ کا قرآن سے کریٹیو تعلق رہے گا۔</w:t>
      </w:r>
    </w:p>
    <w:p>
      <w:r>
        <w:rPr>
          <w:b/>
        </w:rPr>
        <w:t xml:space="preserve">[24:15] </w:t>
      </w:r>
      <w:r>
        <w:t>tab woh quran aap ke liye aik aik living book bani rahe gi, zinda book. tab woh baat hogi jo quran mein hai ke woh hadees mein bhi hai, quran mein bhi hai ke ke quran aik Allah aur bande ke darmiyan rassi hai, yani taluq ko qaim karne wala.</w:t>
      </w:r>
    </w:p>
    <w:p>
      <w:pPr>
        <w:jc w:val="right"/>
      </w:pPr>
      <w:r>
        <w:t>تب وہ قرآن آپ کے لیے ایک ایک لیونگ بک بنی رہے گی، زندہ بک۔ تب وہ بات ہوگی جو قرآن میں ہے کہ وہ حدیث میں بھی ہے، قرآن میں بھی ہے کہ کہ قرآن ایک اللہ اور بندے کے درمیان رسی ہے، یعنی تعلق کو قائم کرنے والا۔</w:t>
      </w:r>
    </w:p>
    <w:p>
      <w:r>
        <w:rPr>
          <w:b/>
        </w:rPr>
        <w:t xml:space="preserve">[24:35] </w:t>
      </w:r>
      <w:r>
        <w:t>to Allah aur bande ka taluq jab qaim, kab qaim hoga?</w:t>
      </w:r>
    </w:p>
    <w:p>
      <w:pPr>
        <w:jc w:val="right"/>
      </w:pPr>
      <w:r>
        <w:t>تو اللہ اور بندے کا تعلق جب قائم، کب قائم ہوگا؟</w:t>
      </w:r>
    </w:p>
    <w:p>
      <w:r>
        <w:rPr>
          <w:b/>
        </w:rPr>
        <w:t xml:space="preserve">[24:40] </w:t>
      </w:r>
      <w:r>
        <w:t>jab ke har din aap ko discovery hoti rahe gi, warna stagnation aa jaye ga. hamara iman hai ke quran khaliq e kainat ki kitaab kitaab hai,</w:t>
      </w:r>
    </w:p>
    <w:p>
      <w:pPr>
        <w:jc w:val="right"/>
      </w:pPr>
      <w:r>
        <w:t>جب کہ ہر دن آپ کو ڈسکوری ہوتی رہے گی، ورنہ اسٹیگنیشن آ جائے گا۔ ہمارا ایمان ہے کہ قرآن خالق کائنات کی کتاب کتاب ہے،</w:t>
      </w:r>
    </w:p>
    <w:p>
      <w:r>
        <w:rPr>
          <w:b/>
        </w:rPr>
        <w:t xml:space="preserve">[24:56] </w:t>
      </w:r>
      <w:r>
        <w:t>aur khaliq e kainat ki sifat quran mein yeh batai gayi hai ke har din woh nai shaan ke sath hota hai.</w:t>
      </w:r>
    </w:p>
    <w:p>
      <w:pPr>
        <w:jc w:val="right"/>
      </w:pPr>
      <w:r>
        <w:t>اور خالق کائنات کی صفت قرآن میں یہ بتائی گئی ہے کہ ہر دن وہ نئی شان کے ساتھ ہوتا ہے۔</w:t>
      </w:r>
    </w:p>
    <w:p>
      <w:r>
        <w:rPr>
          <w:b/>
        </w:rPr>
        <w:t xml:space="preserve">[25:07] </w:t>
      </w:r>
      <w:r>
        <w:t>to is ka matlab hai ke itni ziyada is ki sifatein hain, itni ziyada is ki qualities hain jo kabhi khatam na hon, endless qualities.</w:t>
      </w:r>
    </w:p>
    <w:p>
      <w:pPr>
        <w:jc w:val="right"/>
      </w:pPr>
      <w:r>
        <w:t>تو اس کا معنی ہے کہ اتنی زیادہ اس کی صفات ہیں، اتنی زیادہ اس کی کوالٹیز ہیں جو کبھی ختم نہ ہوں، اینڈ لیس کوالٹیز۔</w:t>
      </w:r>
    </w:p>
    <w:p>
      <w:r>
        <w:rPr>
          <w:b/>
        </w:rPr>
        <w:t xml:space="preserve">[25:17] </w:t>
      </w:r>
      <w:r>
        <w:t>to isi ka, isi ki jhalak aye gi quran majeed mein.</w:t>
      </w:r>
    </w:p>
    <w:p>
      <w:pPr>
        <w:jc w:val="right"/>
      </w:pPr>
      <w:r>
        <w:t>تو اسی کا، اسی کی ظاہر ہے کہ اسی کی جھلک آئے گی قرآن مجید میں۔</w:t>
      </w:r>
    </w:p>
    <w:p>
      <w:r>
        <w:rPr>
          <w:b/>
        </w:rPr>
        <w:t xml:space="preserve">[25:26] </w:t>
      </w:r>
      <w:r>
        <w:t>to jab aap barabar quran ko padhte rahen, soch kar ke, tadabbur kar ke, to har din aap ko nai nai baaten samajh mein aati rahen gi.</w:t>
      </w:r>
    </w:p>
    <w:p>
      <w:pPr>
        <w:jc w:val="right"/>
      </w:pPr>
      <w:r>
        <w:t>تو جب آپ برابر قرآن کو پڑھتے رہیں، سوچ کر کے، تدبر کر کے، تو ہر دن آپ کو نئی نئی باتیں سمجھ میں آتی رہیں گی۔</w:t>
      </w:r>
    </w:p>
    <w:p>
      <w:r>
        <w:rPr>
          <w:b/>
        </w:rPr>
        <w:t xml:space="preserve">[25:35] </w:t>
      </w:r>
      <w:r>
        <w:t>har din,</w:t>
      </w:r>
    </w:p>
    <w:p>
      <w:pPr>
        <w:jc w:val="right"/>
      </w:pPr>
      <w:r>
        <w:t>ہر دن،</w:t>
      </w:r>
    </w:p>
    <w:p>
      <w:r>
        <w:rPr>
          <w:b/>
        </w:rPr>
        <w:t xml:space="preserve">[25:39] </w:t>
      </w:r>
      <w:r>
        <w:t>jaise main padh raha tha namaz mein, alhamdulillah rabbul alameen, to achaanak mere zehan mein aaya</w:t>
      </w:r>
    </w:p>
    <w:p>
      <w:pPr>
        <w:jc w:val="right"/>
      </w:pPr>
      <w:r>
        <w:t>جیسے میں پڑھ رہا تھا نماز میں، الحمدللہ رب العالمین، تو اچانک میرے ذہن میں آیا</w:t>
      </w:r>
    </w:p>
    <w:p>
      <w:r>
        <w:rPr>
          <w:b/>
        </w:rPr>
        <w:t xml:space="preserve">[25:51] </w:t>
      </w:r>
      <w:r>
        <w:t>ke is ayat ka matlab yeh hai ke sari tareef Allah rabbul alameen ki hai. Is ka matlab yeh hai</w:t>
      </w:r>
    </w:p>
    <w:p>
      <w:pPr>
        <w:jc w:val="right"/>
      </w:pPr>
      <w:r>
        <w:t>کہ اس آیت کا مطلب یہ ہے کہ ساری تعریف اللہ رب العالمین کی ہے۔ اس کا مطلب یہ ہے</w:t>
      </w:r>
    </w:p>
    <w:p>
      <w:r>
        <w:rPr>
          <w:b/>
        </w:rPr>
        <w:t xml:space="preserve">[26:00] </w:t>
      </w:r>
      <w:r>
        <w:t>sari tareef Allah rabbul alameen ki hai, yaani Allah rabbul alameen jo hai, wo har aitbaar se kamil hai, har aitbaar se perfect hai, yaani is mein kisi qism ki koi kami nahi hai.</w:t>
      </w:r>
    </w:p>
    <w:p>
      <w:pPr>
        <w:jc w:val="right"/>
      </w:pPr>
      <w:r>
        <w:t>ساری تعریف اللہ رب العالمین کی ہے، یعنی اللہ رب العالمین جو ہے، وہ ہر اعتبار سے کامل ہے، ہر اعتبار سے پرفیکٹ ہے، یعنی اس میں کسی قسم کی کوئی کمی نہیں ہے۔</w:t>
      </w:r>
    </w:p>
    <w:p>
      <w:r>
        <w:rPr>
          <w:b/>
        </w:rPr>
        <w:t xml:space="preserve">[26:18] </w:t>
      </w:r>
      <w:r>
        <w:t>to kaisa aadmi tareef karega? Kyunke dunya mein hum dekhte hain logon ko ke har aadmi complaint jee raha hai, shikayat mein jee raha hai,</w:t>
      </w:r>
    </w:p>
    <w:p>
      <w:pPr>
        <w:jc w:val="right"/>
      </w:pPr>
      <w:r>
        <w:t>تو کیسا آدمی تعریف کرے گا؟ کیونکہ دنیا میں ہم دیکھتے ہیں لوگوں کو کہ ہر آدمی کمپلینٹ جی رہا ہے، شکایت میں جی رہا ہے،</w:t>
      </w:r>
    </w:p>
    <w:p>
      <w:r>
        <w:rPr>
          <w:b/>
        </w:rPr>
        <w:t xml:space="preserve">[26:28] </w:t>
      </w:r>
      <w:r>
        <w:t>har aadmi koi na koi yeh nuksan hoga, wo nuksan hoga, yeh zulm hoga, wo zulm hoga, yaani har aadmi cheekh raha hai complaint mein, protest mein.</w:t>
      </w:r>
    </w:p>
    <w:p>
      <w:pPr>
        <w:jc w:val="right"/>
      </w:pPr>
      <w:r>
        <w:t>ہر آدمی کوئی نہ کوئی یہ نقصان ہوگا، وہ نقصان ہوگا، یہ ظلم ہوگا، وہ ظلم ہوگا، یعنی ہر آدمی چیخ رہا ہے کمپلینٹ میں، پروٹیسٹ میں۔</w:t>
      </w:r>
    </w:p>
    <w:p>
      <w:r>
        <w:rPr>
          <w:b/>
        </w:rPr>
        <w:t xml:space="preserve">[26:38] </w:t>
      </w:r>
      <w:r>
        <w:t>to sachche dil se kaise keh payega wo? Wo to lafz service ke taur par kahega,</w:t>
      </w:r>
    </w:p>
    <w:p>
      <w:pPr>
        <w:jc w:val="right"/>
      </w:pPr>
      <w:r>
        <w:t>تو سچے دل سے کیسے کہہ پائے گا وہ؟ وہ تو لفظ سروس کے طور پر کہے گا،</w:t>
      </w:r>
    </w:p>
    <w:p>
      <w:r>
        <w:rPr>
          <w:b/>
        </w:rPr>
        <w:t xml:space="preserve">[26:46] </w:t>
      </w:r>
      <w:r>
        <w:t>yaani kainat, yaani yeh yeh dunya jo hai, dunya aur us ko dikhai pad rahi hai, evil se bhari hui, evil se bhari hui.</w:t>
      </w:r>
    </w:p>
    <w:p>
      <w:pPr>
        <w:jc w:val="right"/>
      </w:pPr>
      <w:r>
        <w:t>یعنی کائنات، یعنی یہ یہ دنیا جو ہے، دنیا اور اس کو دکھائی پڑ رہی ہے، ایول سے بھری ہوئی، ایول سے بھری ہوئی۔</w:t>
      </w:r>
    </w:p>
    <w:p>
      <w:r>
        <w:rPr>
          <w:b/>
        </w:rPr>
        <w:t xml:space="preserve">[27:00] </w:t>
      </w:r>
      <w:r>
        <w:t>to Khuda to wo wo evil se bhari hui dunya mein jee raha hai, har waqt us ko shikayat us ke mind mein aa rahi hai, har waqt ki conspiracy aur zulm, yeh sab khayalat us ke dil mein aa rahe hain.</w:t>
      </w:r>
    </w:p>
    <w:p>
      <w:pPr>
        <w:jc w:val="right"/>
      </w:pPr>
      <w:r>
        <w:t>تو خدا تو وہ وہ ایول سے بھری ہوئی دنیا میں جی رہا ہے، ہر وقت اس کو شکایت اس کے مائنڈ میں آ رہی ہے، ہر وقت کی کانسپریسی اور ظلم، یہ سب خیالات اس کے دل میں آ رہے ہیں۔</w:t>
      </w:r>
    </w:p>
    <w:p>
      <w:r>
        <w:rPr>
          <w:b/>
        </w:rPr>
        <w:t xml:space="preserve">[27:16] </w:t>
      </w:r>
      <w:r>
        <w:t>to ek evil se bhari hui dunya mein kaise kahega wo? Alhamdulillah rabbul alameen,</w:t>
      </w:r>
    </w:p>
    <w:p>
      <w:pPr>
        <w:jc w:val="right"/>
      </w:pPr>
      <w:r>
        <w:t>تو ایک ایول سے بھری ہوئی دنیا میں کیسے کہے گا وہ؟ الحمدللہ رب العالمین،</w:t>
      </w:r>
    </w:p>
    <w:p>
      <w:r>
        <w:rPr>
          <w:b/>
        </w:rPr>
        <w:t xml:space="preserve">[27:26] </w:t>
      </w:r>
      <w:r>
        <w:t>wo to nahi keh sakta. Isi liye aam taur par musalman kahan bhi is ko padh lete hain. To mujhe ek discovery hui, main ne kaha ke yeh mamla test ka mamla hai, imtehan ka mamla hai.</w:t>
      </w:r>
    </w:p>
    <w:p>
      <w:pPr>
        <w:jc w:val="right"/>
      </w:pPr>
      <w:r>
        <w:t>وہ تو نہیں کہہ سکتا۔ اسی لیے عام طور پر مسلمان کہاں بھی اس کو پڑھ لیتے ہیں۔ تو مجھے ایک ڈسکوری ہوئی، میں نے کہا کہ یہ معاملہ ٹیسٹ کا معاملہ ہے، امتحان کا معاملہ ہے۔</w:t>
      </w:r>
    </w:p>
    <w:p>
      <w:r>
        <w:rPr>
          <w:b/>
        </w:rPr>
        <w:t xml:space="preserve">[27:41] </w:t>
      </w:r>
      <w:r>
        <w:t>is ka mani yeh hai ke agarchay dunya mein evil hai, lekin evil ke bawajood tum ko yeh karna hai ke dunya ko ek aise kamil dunya ki taraf daryaft karo ke tumhara dil Allah ke hamd se bhar jaye.</w:t>
      </w:r>
    </w:p>
    <w:p>
      <w:pPr>
        <w:jc w:val="right"/>
      </w:pPr>
      <w:r>
        <w:t>اس کا معنی یہ ہے کہ اگرچہ دنیا میں ایول ہے، لیکن ایول کے باوجود تم کو یہ کرنا ہے کہ دنیا کو ایک ایسے کامل دنیا کی طرف دریافت کرو کہ تمہارا دل اللہ کے حمد سے بھر جائے۔</w:t>
      </w:r>
    </w:p>
    <w:p>
      <w:r>
        <w:rPr>
          <w:b/>
        </w:rPr>
        <w:t xml:space="preserve">[27:58] </w:t>
      </w:r>
      <w:r>
        <w:t>yaani in spite of all do evils, you have to discover the creation in in in a way that you your your heart is full of gods glory.</w:t>
      </w:r>
    </w:p>
    <w:p>
      <w:pPr>
        <w:jc w:val="right"/>
      </w:pPr>
      <w:r>
        <w:t>یعنی ان سپائٹ آف آل دو ایولز، یو ہیو ٹو ڈسکور دا کریشن ان ان ان ا وے دیٹ یو یور یور ہارٹ از فل آف گاڈز گلوری۔</w:t>
      </w:r>
    </w:p>
    <w:p>
      <w:r>
        <w:rPr>
          <w:b/>
        </w:rPr>
        <w:t xml:space="preserve">[28:17] </w:t>
      </w:r>
      <w:r>
        <w:t>ke to phir main ne socha to masla ke evil jis ko hum kehte hain, wo evil nahi hai, wo wo challenges hain.</w:t>
      </w:r>
    </w:p>
    <w:p>
      <w:pPr>
        <w:jc w:val="right"/>
      </w:pPr>
      <w:r>
        <w:t>کہ تو پھر میں نے سوچا تو مسئلہ کہ ایول جس کو ہم کہتے ہیں، وہ ایول نہیں ہے، وہ وہ چیلنجز ہیں۔</w:t>
      </w:r>
    </w:p>
    <w:p>
      <w:r>
        <w:rPr>
          <w:b/>
        </w:rPr>
        <w:t xml:space="preserve">[28:29] </w:t>
      </w:r>
      <w:r>
        <w:t>abhi mere paas ek sahab aaye the jo is student ke the, wo senior professor hain, yahi baat un se hui. Unhon ne kaha ke yeh yeh yeh problem hai, wo problem hai, is ki baat karne lage.</w:t>
      </w:r>
    </w:p>
    <w:p>
      <w:pPr>
        <w:jc w:val="right"/>
      </w:pPr>
      <w:r>
        <w:t>ابھی میرے پاس ایک صاحب آئے تھے جو اس سٹوڈنٹ کے تھے، وہ سینئر پروفیسر ہیں، یہی بات ان سے ہوئی۔ انہوں نے کہا کہ یہ یہ یہ پرابلم ہے، وہ پرابلم ہے، اس کی بات کرنے لگے۔</w:t>
      </w:r>
    </w:p>
    <w:p>
      <w:r>
        <w:rPr>
          <w:b/>
        </w:rPr>
        <w:t xml:space="preserve">[28:41] </w:t>
      </w:r>
      <w:r>
        <w:t>wo main ne kaha jis cheez ko aap problem kehte hain, wo problem nahi, wo challenge hai. Challenge na ho, taraqqi na ho, agar challenge na ho, taraqqi nahi hogi.</w:t>
      </w:r>
    </w:p>
    <w:p>
      <w:pPr>
        <w:jc w:val="right"/>
      </w:pPr>
      <w:r>
        <w:t>وہ میں نے کہا جس چیز کو آپ پرابلم کہتے ہیں، وہ پرابلم نہیں، وہ چیلنج ہے۔ چیلنج نہ ہو، ترقی نہ ہو، اگر چیلنج نہ ہو، ترقی نہیں ہوگی۔</w:t>
      </w:r>
    </w:p>
    <w:p>
      <w:r>
        <w:rPr>
          <w:b/>
        </w:rPr>
        <w:t xml:space="preserve">[28:55] </w:t>
      </w:r>
      <w:r>
        <w:t>to aap ko kya karna padega?</w:t>
      </w:r>
    </w:p>
    <w:p>
      <w:pPr>
        <w:jc w:val="right"/>
      </w:pPr>
      <w:r>
        <w:t>تو آپ کو کیا کرنا پڑے گا؟</w:t>
      </w:r>
    </w:p>
    <w:p>
      <w:r>
        <w:rPr>
          <w:b/>
        </w:rPr>
        <w:t xml:space="preserve">[28:57] </w:t>
      </w:r>
      <w:r>
        <w:t>aap ko convert karna padega evil ko good mein. Tab aisa hoga ke aap alhamdulillah rabbul alameen keh payenge, warna aap ka alhamdulillah lafz service hoga, yaani zabaan se bolne ka dil mein kuch nahi hoga.</w:t>
      </w:r>
    </w:p>
    <w:p>
      <w:pPr>
        <w:jc w:val="right"/>
      </w:pPr>
      <w:r>
        <w:t>آپ کو کنورٹ کرنا پڑے گا ایول کو گڈ میں۔ تب ایسا ہوگا کہ آپ الحمدللہ رب العالمین کہہ پائیں گے، ورنہ آپ کا الحمدللہ لفظ سروس ہوگا، یعنی زبان سے بولنے کا دل میں کچھ نہیں ہوگا۔</w:t>
      </w:r>
    </w:p>
    <w:p>
      <w:r>
        <w:rPr>
          <w:b/>
        </w:rPr>
        <w:t xml:space="preserve">[29:16] </w:t>
      </w:r>
      <w:r>
        <w:t>to aap ko dunya mein dunya ko aise andaaz se explain karna hai, cheezon ko aisa explain karna hai ke aap ka dil jo hai, shikayaton se khali ho jaye,</w:t>
      </w:r>
    </w:p>
    <w:p>
      <w:pPr>
        <w:jc w:val="right"/>
      </w:pPr>
      <w:r>
        <w:t>تو آپ کو دنیا میں دنیا کو ایسے انداز سے ایکسپلین کرنا ہے، چیزوں کو ایسا ایکسپلین کرنا ہے کہ آپ کا دل جو ہے، شکایتوں سے خالی ہو جائے،</w:t>
      </w:r>
    </w:p>
    <w:p>
      <w:r>
        <w:rPr>
          <w:b/>
        </w:rPr>
        <w:t xml:space="preserve">[29:32] </w:t>
      </w:r>
      <w:r>
        <w:t>complaint se khali ho jaye, negative thought aap ke dil mein na rahen. Tab ja kar aisa hoga ke aap sachche dil se keh payenge ke alhamdulillah rabbul alameen.</w:t>
      </w:r>
    </w:p>
    <w:p>
      <w:pPr>
        <w:jc w:val="right"/>
      </w:pPr>
      <w:r>
        <w:t>کمپلینٹ سے خالی ہو جائے، نیگیٹیو تھاٹ آپ کے دل میں نہ رہیں۔ تب جا کر ایسا ہوگا کہ آپ سچے دل سے کہہ پائیں گے کہ الحمدللہ رب العالمین۔</w:t>
      </w:r>
    </w:p>
    <w:p>
      <w:r>
        <w:rPr>
          <w:b/>
        </w:rPr>
        <w:t xml:space="preserve">[29:41] </w:t>
      </w:r>
      <w:r>
        <w:t>yeh matlab hai is ayat ka.</w:t>
      </w:r>
    </w:p>
    <w:p>
      <w:pPr>
        <w:jc w:val="right"/>
      </w:pPr>
      <w:r>
        <w:t>یہ مطلب ہے اس آیت کا۔</w:t>
      </w:r>
    </w:p>
    <w:p>
      <w:r>
        <w:rPr>
          <w:b/>
        </w:rPr>
        <w:t xml:space="preserve">[29:47] </w:t>
      </w:r>
      <w:r>
        <w:t>is ka mani kya hua hai? Iman ek ek kalma dohrane ka naam nahi hai, ulama iman ek process ka naam hai. Iman yeh nahi ke aap ne ek kalma padh diya to iman mil gaya.</w:t>
      </w:r>
    </w:p>
    <w:p>
      <w:pPr>
        <w:jc w:val="right"/>
      </w:pPr>
      <w:r>
        <w:t>اس کا معنی کیا ہوا ہے؟ ایمان ایک ایک کلمہ دہرانے کا نام نہیں ہے، علماء ایمان ایک پروسیس کا نام ہے۔ ایمان یہ نہیں کہ آپ نے ایک کلمہ پڑھ دیا تو ایمان مل گیا۔</w:t>
      </w:r>
    </w:p>
    <w:p>
      <w:r>
        <w:rPr>
          <w:b/>
        </w:rPr>
        <w:t xml:space="preserve">[29:59] </w:t>
      </w:r>
      <w:r>
        <w:t>nahi, ek continuous process. Har din hamein sochna hai, har din hamein negative thought ko positive thought mein badalna hai.</w:t>
      </w:r>
    </w:p>
    <w:p>
      <w:pPr>
        <w:jc w:val="right"/>
      </w:pPr>
      <w:r>
        <w:t>نہیں، ایک کنٹینیوس پروسیس۔ ہر دن ہمیں سوچنا ہے، ہر دن ہمیں نیگیٹیو تھاٹ کو پازیٹیو تھاٹ میں بدلنا ہے۔</w:t>
      </w:r>
    </w:p>
    <w:p>
      <w:r>
        <w:rPr>
          <w:b/>
        </w:rPr>
        <w:t xml:space="preserve">[30:11] </w:t>
      </w:r>
      <w:r>
        <w:t>har din hamein apne aap ko complaint free banana hai. Jab</w:t>
      </w:r>
    </w:p>
    <w:p>
      <w:pPr>
        <w:jc w:val="right"/>
      </w:pPr>
      <w:r>
        <w:t>ہر دن ہمیں اپنے آپ کو کمپلینٹ فری بنانا ہے۔ جب</w:t>
      </w:r>
    </w:p>
    <w:p>
      <w:r>
        <w:rPr>
          <w:b/>
        </w:rPr>
        <w:t xml:space="preserve">[30:17] </w:t>
      </w:r>
      <w:r>
        <w:t>bhi koi tajruba ho negative to us ko convert karna hai hamein positive experience mein. tab ja kar yeh mumkin hoga ke hum Allah ke baray mein yeh darja hamein mile ke hum Alhamdulillah Rabb al-Alameen keh sakein sachay dil ke sath ke sach much hi hamein mehsoos ho ke waqai Allah is is qabil e hamd hai.</w:t>
      </w:r>
    </w:p>
    <w:p>
      <w:pPr>
        <w:jc w:val="right"/>
      </w:pPr>
      <w:r>
        <w:t>بھی کوئی تجربہ ہو نیگیٹیو تو اس کو کنورٹ کرنا ہے ہمیں پازیٹیو ایکسپیرینس میں۔ تب جا کر یہ ممکن ہوگا کہ ہم اللہ کے بارے میں یہ درجہ ہمیں ملے کہ ہم الحمدللہ رب العالمین کہہ سکیں سچے دل کے ساتھ کہ سچ مچ ہی ہمیں محسوس ہو کہ واقعی اللہ اس اس قابل حمد ہے۔</w:t>
      </w:r>
    </w:p>
    <w:p>
      <w:r>
        <w:rPr>
          <w:b/>
        </w:rPr>
        <w:t xml:space="preserve">[30:41] </w:t>
      </w:r>
      <w:r>
        <w:t>warna woh lafz service hoga.</w:t>
      </w:r>
    </w:p>
    <w:p>
      <w:pPr>
        <w:jc w:val="right"/>
      </w:pPr>
      <w:r>
        <w:t>ورنہ وہ لفظ سروس ہوگا۔</w:t>
      </w:r>
    </w:p>
    <w:p>
      <w:r>
        <w:rPr>
          <w:b/>
        </w:rPr>
        <w:t xml:space="preserve">[30:49] </w:t>
      </w:r>
      <w:r>
        <w:t>to jab tak aap ko yeh halat na ho jaye ke aap itna zyada prepared mind ban jayein, itna shaoor aap ka develop ho jaye ke jo tajrube guzarte hain, aap ko us se aap ka mind trigger hota rahe aur trigger ho kar ke nayi nayi baaton tak pohnchta rahe,</w:t>
      </w:r>
    </w:p>
    <w:p>
      <w:pPr>
        <w:jc w:val="right"/>
      </w:pPr>
      <w:r>
        <w:t>تو جب تک آپ کو یہ حالت نہ ہو جائے کہ آپ اتنا زیادہ پیپرڈ مائنڈ بن جائیں، اتنا شعور آپ کا ڈیولپ ہو جائے کہ جو تجربے گزرتے ہیں، آپ کو اس سے آپ کا مائنڈ ٹریگر ہوتا رہے اور ٹریگر ہو کر کے نئی نئی باتیں تک پہنچتا رہے،</w:t>
      </w:r>
    </w:p>
    <w:p>
      <w:r>
        <w:rPr>
          <w:b/>
        </w:rPr>
        <w:t xml:space="preserve">[31:09] </w:t>
      </w:r>
      <w:r>
        <w:t>tab tak Quran aap ke liye ek living book ke taur par aap ki zindagi mein shamil nahi hoga.</w:t>
      </w:r>
    </w:p>
    <w:p>
      <w:pPr>
        <w:jc w:val="right"/>
      </w:pPr>
      <w:r>
        <w:t>تب تک قرآن آپ کے لیے ایک لیونگ بک کے طور پر آپ کی زندگی میں شامل نہیں ہوگا۔</w:t>
      </w:r>
    </w:p>
    <w:p>
      <w:r>
        <w:rPr>
          <w:b/>
        </w:rPr>
        <w:t xml:space="preserve">[31:15] </w:t>
      </w:r>
      <w:r>
        <w:t>bas aap barkat ke taur par manenge is ko aur kahin oonchi jagah par rakh denge. bas is se zyada aur kuch nahi.</w:t>
      </w:r>
    </w:p>
    <w:p>
      <w:pPr>
        <w:jc w:val="right"/>
      </w:pPr>
      <w:r>
        <w:t>بس آپ برکت کے طور پر مانیں گے اس کو اور کہیں اونچی جگہ پر رکھ دیں گے۔ بس اس سے زیادہ اور کچھ نہیں۔</w:t>
      </w:r>
    </w:p>
    <w:p>
      <w:r>
        <w:rPr>
          <w:b/>
        </w:rPr>
        <w:t xml:space="preserve">[31:30] </w:t>
      </w:r>
      <w:r>
        <w:t>to Allah taala ne yeh jo</w:t>
      </w:r>
    </w:p>
    <w:p>
      <w:pPr>
        <w:jc w:val="right"/>
      </w:pPr>
      <w:r>
        <w:t>تو اللہ تعالی نے یہ جو</w:t>
      </w:r>
    </w:p>
    <w:p>
      <w:r>
        <w:rPr>
          <w:b/>
        </w:rPr>
        <w:t xml:space="preserve">[31:35] </w:t>
      </w:r>
      <w:r>
        <w:t>mahina Ramzan ka, Ramzan ka jo mahina hai, farmaya ke shahr Ramzan allazi unzila fihi al-Quran.</w:t>
      </w:r>
    </w:p>
    <w:p>
      <w:pPr>
        <w:jc w:val="right"/>
      </w:pPr>
      <w:r>
        <w:t>مہینہ رمضان کا، رمضان کا جو مہینہ ہے، فرمایا کہ شر رمضان الذی انزل فی القرآن۔</w:t>
      </w:r>
    </w:p>
    <w:p>
      <w:r>
        <w:rPr>
          <w:b/>
        </w:rPr>
        <w:t xml:space="preserve">[31:44] </w:t>
      </w:r>
      <w:r>
        <w:t>to yeh is ka matlab hai ke maximum to yeh hai ke aap sara saal Quran par ghaur karein, minimum yeh hai ke aap kam az kam ek mahina aisa guzarein ke Quran par ghaur karein,</w:t>
      </w:r>
    </w:p>
    <w:p>
      <w:pPr>
        <w:jc w:val="right"/>
      </w:pPr>
      <w:r>
        <w:t>تو یہ اس کا مطلب ہے کہ میکسیمم تو یہ ہے کہ آپ سارا سال قرآن پر غور کریں، منیمم یہ ہے کہ آپ کم از کم ایک مہینہ ایسا گزاریں کہ قرآن پر غور کریں،</w:t>
      </w:r>
    </w:p>
    <w:p>
      <w:r>
        <w:rPr>
          <w:b/>
        </w:rPr>
        <w:t xml:space="preserve">[32:00] </w:t>
      </w:r>
      <w:r>
        <w:t>Quran par ghaur karein.</w:t>
      </w:r>
    </w:p>
    <w:p>
      <w:pPr>
        <w:jc w:val="right"/>
      </w:pPr>
      <w:r>
        <w:t>قرآن پر غور کریں۔</w:t>
      </w:r>
    </w:p>
    <w:p>
      <w:r>
        <w:rPr>
          <w:b/>
        </w:rPr>
        <w:t xml:space="preserve">[32:03] </w:t>
      </w:r>
      <w:r>
        <w:t>aise hi mein ek baat meri samajh mein aayi, mein soch raha tha ke</w:t>
      </w:r>
    </w:p>
    <w:p>
      <w:pPr>
        <w:jc w:val="right"/>
      </w:pPr>
      <w:r>
        <w:t>ایسے ہی میں ایک بات میری سمجھ میں آئی، میں سوچ رہا تھا کہ</w:t>
      </w:r>
    </w:p>
    <w:p>
      <w:r>
        <w:rPr>
          <w:b/>
        </w:rPr>
        <w:t xml:space="preserve">[32:14] </w:t>
      </w:r>
      <w:r>
        <w:t>Quran mein ek surah hai: "Inna anzalnahu fi laylatul qadr", yani Quran ko utara Allah taala ne Laylatul Qadr mein.</w:t>
      </w:r>
    </w:p>
    <w:p>
      <w:pPr>
        <w:jc w:val="right"/>
      </w:pPr>
      <w:r>
        <w:t>قرآن میں ایک سورہ ہے: "انا انزلنا فی لیلۃ القدر"، یعنی قرآن کو اتارا اللہ تعالی نے لیلۃ القدر میں۔</w:t>
      </w:r>
    </w:p>
    <w:p>
      <w:r>
        <w:rPr>
          <w:b/>
        </w:rPr>
        <w:t xml:space="preserve">[32:26] </w:t>
      </w:r>
      <w:r>
        <w:t>Laylatul Qadr ka matlab hai night of destiny, night of destiny, yani Allah taala ne Quran ko utara night of destiny mein,</w:t>
      </w:r>
    </w:p>
    <w:p>
      <w:pPr>
        <w:jc w:val="right"/>
      </w:pPr>
      <w:r>
        <w:t>لیلۃ القدر کا مطلب ہے نائٹ آف ڈیسٹنی، نائٹ آف ڈیسٹنی، یعنی اللہ تعالی نے قرآن کو اتارا نائٹ آف ڈیسٹنی میں،</w:t>
      </w:r>
    </w:p>
    <w:p>
      <w:r>
        <w:rPr>
          <w:b/>
        </w:rPr>
        <w:t xml:space="preserve">[32:41] </w:t>
      </w:r>
      <w:r>
        <w:t>destiny ki raat mein. to sochte sochte mujhe samajh aaya ke koi raat destiny ki raat nahi ho sakti. to phir kya cheez hai destiny jis ko kaha gaya hai?</w:t>
      </w:r>
    </w:p>
    <w:p>
      <w:pPr>
        <w:jc w:val="right"/>
      </w:pPr>
      <w:r>
        <w:t>ڈیسٹنی کی رات میں۔ تو سوچتے سوچتے مجھے سمجھ آیا کہ کوئی رات ڈیسٹنی کی رات نہیں ہو سکتی۔ تو پھر کیا چیز ہے ڈیسٹنی جس کو کہا گیا ہے؟</w:t>
      </w:r>
    </w:p>
    <w:p>
      <w:r>
        <w:rPr>
          <w:b/>
        </w:rPr>
        <w:t xml:space="preserve">[32:53] </w:t>
      </w:r>
      <w:r>
        <w:t>to yeh dekhiye, Quran ka usloob hai.</w:t>
      </w:r>
    </w:p>
    <w:p>
      <w:pPr>
        <w:jc w:val="right"/>
      </w:pPr>
      <w:r>
        <w:t>تو یہ دیکھیے، قرآن کا اسلوب ہے۔</w:t>
      </w:r>
    </w:p>
    <w:p>
      <w:r>
        <w:rPr>
          <w:b/>
        </w:rPr>
        <w:t xml:space="preserve">[32:56] </w:t>
      </w:r>
      <w:r>
        <w:t>jo baat kahi gayi hai raat ki nisbat se, woh haqiqatan hai Quran ki nisbat se. yeh book of destiny Quran hai, na ke raat.</w:t>
      </w:r>
    </w:p>
    <w:p>
      <w:pPr>
        <w:jc w:val="right"/>
      </w:pPr>
      <w:r>
        <w:t>جو بات کہی گئی ہے رات کی نسبت سے، وہ حقیقتاً ہے قرآن کی نسبت سے۔ یہ بک آف ڈیسٹنی قرآن ہے، نہ کہ رات۔</w:t>
      </w:r>
    </w:p>
    <w:p>
      <w:r>
        <w:rPr>
          <w:b/>
        </w:rPr>
        <w:t xml:space="preserve">[33:06] </w:t>
      </w:r>
      <w:r>
        <w:t>yeh ajeeb ghareeb cheez mujhe daryaft hui. jab tak hum raat ko night of destiny samajh samjhe hue the, tab tak ek mysterious maani tha, mysterious</w:t>
      </w:r>
    </w:p>
    <w:p>
      <w:pPr>
        <w:jc w:val="right"/>
      </w:pPr>
      <w:r>
        <w:t>یہ عجیب غریب چیز مجھے دریافت ہوئی۔ جب تک ہم رات کو نائٹ آف ڈیسٹنی سمجھ سمجھے ہوئے تھے، تب تک ایک مسٹیریس معنی تھا، مسٹیریس</w:t>
      </w:r>
    </w:p>
    <w:p>
      <w:r>
        <w:rPr>
          <w:b/>
        </w:rPr>
        <w:t xml:space="preserve">[33:19] </w:t>
      </w:r>
      <w:r>
        <w:t>kuch matlab is ka samajh nahi aata tha ke ek raat jo hai, night of destiny ho. ek dam mysterious tha yeh, lekin jab maine yeh daryaft kiya ke jo baat kahi gayi hai raat ki nisbat se, woh haqiqatan Quran ki nisbat se hai, woh yani is raat ko Allah ne book of destiny utari.</w:t>
      </w:r>
    </w:p>
    <w:p>
      <w:pPr>
        <w:jc w:val="right"/>
      </w:pPr>
      <w:r>
        <w:t>کچھ مطلب اس کا سمجھ نہیں آتا تھا کہ ایک رات جو ہے، نائٹ آف ڈیسٹنی ہو۔ ایک دم مسٹیریس تھا یہ، لیکن جب میں نے یہ دریافت کیا کہ جو بات کہی گئی ہے رات کی نسبت سے، وہ حقیقتاً قرآن کی نسبت سے ہے، وہ یعنی اس رات کو اللہ نے بک آف ڈیسٹنی اتاری۔</w:t>
      </w:r>
    </w:p>
    <w:p>
      <w:r>
        <w:rPr>
          <w:b/>
        </w:rPr>
        <w:t xml:space="preserve">[33:38] </w:t>
      </w:r>
      <w:r>
        <w:t>yeh matlab hai is ka</w:t>
      </w:r>
    </w:p>
    <w:p>
      <w:pPr>
        <w:jc w:val="right"/>
      </w:pPr>
      <w:r>
        <w:t>یہ مطلب ہے اس کا</w:t>
      </w:r>
    </w:p>
    <w:p>
      <w:r>
        <w:rPr>
          <w:b/>
        </w:rPr>
        <w:t xml:space="preserve">[33:43] </w:t>
      </w:r>
      <w:r>
        <w:t>ghaliban woh satayeesween raat hai Ramzan ki</w:t>
      </w:r>
    </w:p>
    <w:p>
      <w:pPr>
        <w:jc w:val="right"/>
      </w:pPr>
      <w:r>
        <w:t>غالباً وہ ستائیسویں رات ہے رمضان کی</w:t>
      </w:r>
    </w:p>
    <w:p>
      <w:r>
        <w:rPr>
          <w:b/>
        </w:rPr>
        <w:t xml:space="preserve">[33:50] </w:t>
      </w:r>
      <w:r>
        <w:t>ke is raat ko Allah ne book of destiny utari. achha, book of destiny ka matlab kya hai? book of destiny ka matlab hai ke is mein woh qanoon, woh kisi ne plan bataya gaya Allah taala ka, jis ko follow kar ke aap apni qismat bana sakte hain.</w:t>
      </w:r>
    </w:p>
    <w:p>
      <w:pPr>
        <w:jc w:val="right"/>
      </w:pPr>
      <w:r>
        <w:t>کہ اس رات کو اللہ نے بک آف ڈیسٹنی اتاری۔ اچھا، بک آف ڈیسٹنی کا مطلب کیا ہے؟ بک آف ڈیسٹنی کا مطلب ہے کہ اس میں وہ قانون، وہ کسی نے پلان بتایا گیا اللہ تعالی کا، جس کو فالو کر کے آپ اپنی قسمت بنا سکتے ہیں۔</w:t>
      </w:r>
    </w:p>
    <w:p>
      <w:r>
        <w:rPr>
          <w:b/>
        </w:rPr>
        <w:t xml:space="preserve">[34:14] </w:t>
      </w:r>
      <w:r>
        <w:t>book of destiny bhi koi purasrar cheez nahi hai.</w:t>
      </w:r>
    </w:p>
    <w:p>
      <w:pPr>
        <w:jc w:val="right"/>
      </w:pPr>
      <w:r>
        <w:t>بک آف ڈیسٹنی بھی کوئی پراسرار چیز نہیں ہے۔</w:t>
      </w:r>
    </w:p>
    <w:p>
      <w:r>
        <w:rPr>
          <w:b/>
        </w:rPr>
        <w:t xml:space="preserve">[34:22] </w:t>
      </w:r>
      <w:r>
        <w:t>to asal cheez yeh nahi ke koi raat aisi hai jo book of, jo ke night of destiny ho. nahi, ek raat ko Allah taala ne woh kitab utari jo jo kitab ka book of destiny hai, yani insan ke qismat ke qanoon is mein bayan kiye gaye hain.</w:t>
      </w:r>
    </w:p>
    <w:p>
      <w:pPr>
        <w:jc w:val="right"/>
      </w:pPr>
      <w:r>
        <w:t>تو اصل چیز یہ نہیں کہ کوئی رات ایسی ہے جو بک آف، جو کہ نائٹ آف ڈیسٹنی ہو۔ نہیں، ایک رات کو اللہ تعالی نے وہ کتاب اتاری جو جو کتاب کا بک آف ڈیسٹنی ہے، یعنی انسان کے قسمت کے قوانین اس میں بیان کیے گئے ہیں۔</w:t>
      </w:r>
    </w:p>
    <w:p>
      <w:r>
        <w:rPr>
          <w:b/>
        </w:rPr>
        <w:t xml:space="preserve">[34:39] </w:t>
      </w:r>
      <w:r>
        <w:t>insan ki taqdeer kaise banti hai, us ke qanoon is mein bayan kiye gaye hain.</w:t>
      </w:r>
    </w:p>
    <w:p>
      <w:pPr>
        <w:jc w:val="right"/>
      </w:pPr>
      <w:r>
        <w:t>انسان کی تقدیر کیسے بنتی ہے، اس کے قوانین اس میں بیان کیے گئے ہیں۔</w:t>
      </w:r>
    </w:p>
    <w:p>
      <w:r>
        <w:rPr>
          <w:b/>
        </w:rPr>
        <w:t xml:space="preserve">[34:46] </w:t>
      </w:r>
      <w:r>
        <w:t>woh kaise? ab mein ek misaal deta hoon ke Quran book of destiny kaise hai.</w:t>
      </w:r>
    </w:p>
    <w:p>
      <w:pPr>
        <w:jc w:val="right"/>
      </w:pPr>
      <w:r>
        <w:t>وہ کیسے؟ اب میں ایک مثال دیتا ہوں کہ قرآن بک آف ڈیسٹنی کیسے ہے۔</w:t>
      </w:r>
    </w:p>
    <w:p>
      <w:r>
        <w:rPr>
          <w:b/>
        </w:rPr>
        <w:t xml:space="preserve">[34:54] </w:t>
      </w:r>
      <w:r>
        <w:t>ek hadith aur ek Quran ki ek aayat le kar ke ghaur kijiye.</w:t>
      </w:r>
    </w:p>
    <w:p>
      <w:pPr>
        <w:jc w:val="right"/>
      </w:pPr>
      <w:r>
        <w:t>ایک حدیث اور ایک قرآن کی ایک آیت لے کر کے غور کیجئے۔</w:t>
      </w:r>
    </w:p>
    <w:p>
      <w:r>
        <w:rPr>
          <w:b/>
        </w:rPr>
        <w:t xml:space="preserve">[35:00] </w:t>
      </w:r>
      <w:r>
        <w:t>yani book of destiny hai Quran, yeh mysterious si baat nahi hai. Dekhein, Quran mein hai ke Mola tanaza'a fatufassal wa tazahbariya,</w:t>
      </w:r>
    </w:p>
    <w:p>
      <w:pPr>
        <w:jc w:val="right"/>
      </w:pPr>
      <w:r>
        <w:t>یعنی بک آف ڈیسٹنی ہے قرآن، یہ مسٹیریس سی بات نہیں ہے۔ دیکھیں، قرآن میں ہے کہ مولا تنازع فتفصل و تذہبریہ،</w:t>
      </w:r>
    </w:p>
    <w:p>
      <w:r>
        <w:rPr>
          <w:b/>
        </w:rPr>
        <w:t xml:space="preserve">[35:16] </w:t>
      </w:r>
      <w:r>
        <w:t>niza'a na karo, conflict mein mat pado kyunke tumhare andar bazliya kamzori aa jayegi aur tumhara dabdaba khatm ho jayega.</w:t>
      </w:r>
    </w:p>
    <w:p>
      <w:pPr>
        <w:jc w:val="right"/>
      </w:pPr>
      <w:r>
        <w:t>نزاع نہ کرو، کانفلکٹ میں مت پڑو کیونکہ تمہارے اندر بذلیہ کمزوری آ جائے گی اور تمہارا دبدبہ ختم ہو جائے گا۔</w:t>
      </w:r>
    </w:p>
    <w:p>
      <w:r>
        <w:rPr>
          <w:b/>
        </w:rPr>
        <w:t xml:space="preserve">[35:28] </w:t>
      </w:r>
      <w:r>
        <w:t>tumhari hawa ukhad jayegi, tumhara tumhara dabdaba khatm ho jayega. Yahi baat dekhein, is mein hai hadith mein.</w:t>
      </w:r>
    </w:p>
    <w:p>
      <w:pPr>
        <w:jc w:val="right"/>
      </w:pPr>
      <w:r>
        <w:t>تمہاری ہوا اکھڑ جائے گی، تمہارا تمہارا دبدبہ ختم ہو جائے گا۔ یہی بات دیکھیں، اس میں ہے حدیث میں۔</w:t>
      </w:r>
    </w:p>
    <w:p>
      <w:r>
        <w:rPr>
          <w:b/>
        </w:rPr>
        <w:t xml:space="preserve">[35:38] </w:t>
      </w:r>
      <w:r>
        <w:t>Ek hadith hai ke Rasool Allah salallahu alaihi wasallam ne farmaya ek Ramzan ke mahine mein ke mujhe Lailatul Qadr ka ilm diya gaya tha.</w:t>
      </w:r>
    </w:p>
    <w:p>
      <w:pPr>
        <w:jc w:val="right"/>
      </w:pPr>
      <w:r>
        <w:t>ایک حدیث ہے کہ رسول اللہ صلی اللہ علیہ وسلم نے فرمایا ایک رمضان کے مہینے میں کہ مجھے لیلۃ القدر کا علم دیا گیا تھا۔</w:t>
      </w:r>
    </w:p>
    <w:p>
      <w:r>
        <w:rPr>
          <w:b/>
        </w:rPr>
        <w:t xml:space="preserve">[35:55] </w:t>
      </w:r>
      <w:r>
        <w:t>To main masjid se bahar nikla ke tum ko bata doon Lailatul Qadr ke bare mein.</w:t>
      </w:r>
    </w:p>
    <w:p>
      <w:pPr>
        <w:jc w:val="right"/>
      </w:pPr>
      <w:r>
        <w:t>تو میں مسجد سے باہر نکلا کہ تم کو بتا دوں لیلۃ القدر کے بارے میں۔</w:t>
      </w:r>
    </w:p>
    <w:p>
      <w:r>
        <w:rPr>
          <w:b/>
        </w:rPr>
        <w:t xml:space="preserve">[36:03] </w:t>
      </w:r>
      <w:r>
        <w:t>To us baad is ke baad alfaaz hain ke fatlaha rajulan min al-Ansar fa-rufi'a, fatlaha rajulan min al-Ansar fa-rufi'a, yani Madine ke do musalman aapas mein lad gaye to ilm utha liya gaya.</w:t>
      </w:r>
    </w:p>
    <w:p>
      <w:pPr>
        <w:jc w:val="right"/>
      </w:pPr>
      <w:r>
        <w:t>تو اس بعد اس کے بعد الفاظ ہیں کہ فتلاہ رجلان من الانصار فرفع، فتلاہ رجلان من الانصار فرفع، یعنی مدینے کے دو مسلمان آپس میں لڑ گئے تو علم اٹھا لیا گیا۔</w:t>
      </w:r>
    </w:p>
    <w:p>
      <w:r>
        <w:rPr>
          <w:b/>
        </w:rPr>
        <w:t xml:space="preserve">[36:23] </w:t>
      </w:r>
      <w:r>
        <w:t>To ilm utha liya gaya.</w:t>
      </w:r>
    </w:p>
    <w:p>
      <w:pPr>
        <w:jc w:val="right"/>
      </w:pPr>
      <w:r>
        <w:t>تو علم اٹھا لیا گیا۔</w:t>
      </w:r>
    </w:p>
    <w:p>
      <w:r>
        <w:rPr>
          <w:b/>
        </w:rPr>
        <w:t xml:space="preserve">[36:27] </w:t>
      </w:r>
      <w:r>
        <w:t>Yeh hai ek ek ek item destiny ka</w:t>
      </w:r>
    </w:p>
    <w:p>
      <w:pPr>
        <w:jc w:val="right"/>
      </w:pPr>
      <w:r>
        <w:t>یہ ہے ایک ایک ایک آئٹم ڈیسٹنی کا</w:t>
      </w:r>
    </w:p>
    <w:p>
      <w:r>
        <w:rPr>
          <w:b/>
        </w:rPr>
        <w:t xml:space="preserve">[36:33] </w:t>
      </w:r>
      <w:r>
        <w:t>. To dekhein, is par gaur kijiye aap ke agar nizam mein musalman jee rahe hain, lade ladai jhagde mein jee rahe hain to Allah ka jo aaya hua ilm hai, utha liya jayega.</w:t>
      </w:r>
    </w:p>
    <w:p>
      <w:pPr>
        <w:jc w:val="right"/>
      </w:pPr>
      <w:r>
        <w:t>۔ تو دیکھیں، اس پر غور کیجئے آپ کہ اگر نظام میں مسلمان جی رہے ہیں، لڑے لڑائی جھگڑے میں جی رہے ہیں تو اللہ کا جو آیا ہوا علم ہے، اٹھا لیا جائے گا۔</w:t>
      </w:r>
    </w:p>
    <w:p>
      <w:r>
        <w:rPr>
          <w:b/>
        </w:rPr>
        <w:t xml:space="preserve">[36:46] </w:t>
      </w:r>
      <w:r>
        <w:t>Wo kaise utha liya jayega? Kyunke jab ladai jhagde ka mahaul ho, gun aur bomb ka mahaul ho to kya hoga?</w:t>
      </w:r>
    </w:p>
    <w:p>
      <w:pPr>
        <w:jc w:val="right"/>
      </w:pPr>
      <w:r>
        <w:t>وہ کیسے اٹھا لیا جائے گا؟ کیونکہ جب لڑائی جھگڑے کا ماحول ہو، گن اور بم کا ماحول ہو تو کیا ہوگا؟</w:t>
      </w:r>
    </w:p>
    <w:p>
      <w:r>
        <w:rPr>
          <w:b/>
        </w:rPr>
        <w:t xml:space="preserve">[36:56] </w:t>
      </w:r>
      <w:r>
        <w:t>Quran mein tadabbur nahi hoga, Quran mein gaur o fikr nahi hoga.</w:t>
      </w:r>
    </w:p>
    <w:p>
      <w:pPr>
        <w:jc w:val="right"/>
      </w:pPr>
      <w:r>
        <w:t>قرآن میں تدبر نہیں ہوگا، قرآن میں غور و فکر نہیں ہوگا۔</w:t>
      </w:r>
    </w:p>
    <w:p>
      <w:r>
        <w:rPr>
          <w:b/>
        </w:rPr>
        <w:t xml:space="preserve">[37:02] </w:t>
      </w:r>
      <w:r>
        <w:t>Log sochenge sirf negative baatein, Quran to almari mein rakha hua hoga, bahut juzz da mein lapet kar ke, lekin gaur o fikr ka mauzu to is se doosra hoga.</w:t>
      </w:r>
    </w:p>
    <w:p>
      <w:pPr>
        <w:jc w:val="right"/>
      </w:pPr>
      <w:r>
        <w:t>لوگ سوچیں گے صرف نیگیٹیو باتیں، قرآن تو الماری میں رکھا ہوا ہوگا، بہت جوز دا میں لپیٹ کر کے، لیکن غور و فکر کا موضوع تو اس سے دوسرا ہوگا۔</w:t>
      </w:r>
    </w:p>
    <w:p>
      <w:r>
        <w:rPr>
          <w:b/>
        </w:rPr>
        <w:t xml:space="preserve">[37:13] </w:t>
      </w:r>
      <w:r>
        <w:t>To haq haqiqatein nahi khulengi, koi baatein samajh mein nahi aayengi logon ki. Aur aaj ke musalmanon ko aap dekh lijiye, har jagah har jagah nafratein hain, tashaddud hai, ladai hai, aur koi aql ki baat unki samajh mein nahi aati.</w:t>
      </w:r>
    </w:p>
    <w:p>
      <w:pPr>
        <w:jc w:val="right"/>
      </w:pPr>
      <w:r>
        <w:t>تو حق حقیقتیں نہیں کھلیں گی، کوئی باتیں سمجھ میں نہیں آئیں گی لوگوں کی۔ اور آج کے مسلمانوں کو آپ دیکھ لیجئے، ہر جگہ ہر جگہ نفرتیں ہیں، تشدد ہے، لڑائی ہے، اور کوئی عقل کی بات ان کی سمجھ میں نہیں آتی۔</w:t>
      </w:r>
    </w:p>
    <w:p>
      <w:r>
        <w:rPr>
          <w:b/>
        </w:rPr>
        <w:t xml:space="preserve">[37:29] </w:t>
      </w:r>
      <w:r>
        <w:t>Koi aql ki baat unki samajh mein nahi aati.</w:t>
      </w:r>
    </w:p>
    <w:p>
      <w:pPr>
        <w:jc w:val="right"/>
      </w:pPr>
      <w:r>
        <w:t>کوئی عقل کی بات ان کی سمجھ میں نہیں آتی۔</w:t>
      </w:r>
    </w:p>
    <w:p>
      <w:r>
        <w:rPr>
          <w:b/>
        </w:rPr>
        <w:t xml:space="preserve">[37:39] </w:t>
      </w:r>
      <w:r>
        <w:t>To to Quran book of destiny hai is mani mein ke Quran mein wo usool aur wo principle, wo qawaneen bataye gaye hain jo insaan ki taqdeer ko banane wale hain,</w:t>
      </w:r>
    </w:p>
    <w:p>
      <w:pPr>
        <w:jc w:val="right"/>
      </w:pPr>
      <w:r>
        <w:t>تو تو قرآن بک آف ڈیسٹنی ہے اس معنی میں کہ قرآن میں وہ اصول اور وہ پرنسپل، وہ قوانین بتائے گئے ہیں جو انسان کی تقدیر کو بنانے والے ہیں،</w:t>
      </w:r>
    </w:p>
    <w:p>
      <w:r>
        <w:rPr>
          <w:b/>
        </w:rPr>
        <w:t xml:space="preserve">[37:54] </w:t>
      </w:r>
      <w:r>
        <w:t>jin ko follow kar ke aadmi taraqqi karta hai, kamyabi hasil karta hai. To agar musalman ladai jhagde mein mashgool hon to ilm utha liya jayega,</w:t>
      </w:r>
    </w:p>
    <w:p>
      <w:pPr>
        <w:jc w:val="right"/>
      </w:pPr>
      <w:r>
        <w:t>جن کو فالو کر کے آدمی ترقی کرتا ہے، کامیابی حاصل کرتا ہے۔ تو اگر مسلمان لڑائی جھگڑے میں مشغول ہوں تو علم اٹھا لیا جائے گا،</w:t>
      </w:r>
    </w:p>
    <w:p>
      <w:r>
        <w:rPr>
          <w:b/>
        </w:rPr>
        <w:t xml:space="preserve">[38:08] </w:t>
      </w:r>
      <w:r>
        <w:t>utha liya jayega. Ma'ani hai ke phir gaur o fikr ka aap ko time hi nahi rahega. Phir to aap ladai ki baatein sochenge, khali aap ki planning jo hai saari hogi is par ke kaise unko zer karein, kaise unhein munh maarein, kaise unko bomb maarein, kaise unko unko qatal karein.</w:t>
      </w:r>
    </w:p>
    <w:p>
      <w:pPr>
        <w:jc w:val="right"/>
      </w:pPr>
      <w:r>
        <w:t>اٹھا لیا جائے گا۔ معنی ہے کہ پھر غور و فکر کا آپ کو ٹائم ہی نہیں رہے گا۔ پھر تو آپ لڑائی کی باتیں سوچیں گے، خالی آپ کی پلاننگ جو ہے ساری ہوگی اس پر کہ کیسے ان کو زیر کریں، کیسے انہیں منہ ماریں، کیسے ان کو بم ماریں، کیسے ان کو ان کو کل کریں۔</w:t>
      </w:r>
    </w:p>
    <w:p>
      <w:r>
        <w:rPr>
          <w:b/>
        </w:rPr>
        <w:t xml:space="preserve">[38:28] </w:t>
      </w:r>
      <w:r>
        <w:t>Yeh isi pe dimagh chalega. Aur phir kya hoga?</w:t>
      </w:r>
    </w:p>
    <w:p>
      <w:pPr>
        <w:jc w:val="right"/>
      </w:pPr>
      <w:r>
        <w:t>یہ اسی پہ دماغ چلے گا۔ اور پھر کیا ہوگا؟</w:t>
      </w:r>
    </w:p>
    <w:p>
      <w:r>
        <w:rPr>
          <w:b/>
        </w:rPr>
        <w:t xml:space="preserve">[38:34] </w:t>
      </w:r>
      <w:r>
        <w:t>Jo badi badi opportunities hain, is se aap bekhabar ho jayenge. Masalan is zamane mein dekhein, maujudah zamane mein dawat ke mauqe itne khul gaye hain jo modern painting ka daur hai ke aap Quran ko chhaap kar ke lakhon billion trillion ka bhi bana sakte hain.</w:t>
      </w:r>
    </w:p>
    <w:p>
      <w:pPr>
        <w:jc w:val="right"/>
      </w:pPr>
      <w:r>
        <w:t>جو بڑی بڑی اپرچونیٹیز ہیں، اس سے آپ بے خبر ہو جائیں گے۔ مثلاً اس زمانے میں دیکھیں، موجودہ زمانے میں دعوت کے مواقع اتنے کھل گئے ہیں جو ماڈرن پینٹنگ کا دور ہے کہ آپ قرآن کو چھاپ کر کے لاکھوں بلین ٹریل کا بھی بنا سکتے ہیں۔</w:t>
      </w:r>
    </w:p>
    <w:p>
      <w:r>
        <w:rPr>
          <w:b/>
        </w:rPr>
        <w:t xml:space="preserve">[38:55] </w:t>
      </w:r>
      <w:r>
        <w:t>Modern jo communication hai, is ke zariye se saari duniya mein pahuncha sakte hain aap,</w:t>
      </w:r>
    </w:p>
    <w:p>
      <w:pPr>
        <w:jc w:val="right"/>
      </w:pPr>
      <w:r>
        <w:t>ماڈرن جو کمیونیکیشن ہے، اس کے ذریعے سے ساری دنیا میں پہنچا سکتے ہیں آپ،</w:t>
      </w:r>
    </w:p>
    <w:p>
      <w:r>
        <w:rPr>
          <w:b/>
        </w:rPr>
        <w:t xml:space="preserve">[39:01] </w:t>
      </w:r>
      <w:r>
        <w:t>yani chhaapayi kar ke bhi aur aur internet ke zariye bhi. Yeh yeh enormous opportunities hain jo pehle kabhi bhi nahi thi, lekin musalman is se bekhabar hain,</w:t>
      </w:r>
    </w:p>
    <w:p>
      <w:pPr>
        <w:jc w:val="right"/>
      </w:pPr>
      <w:r>
        <w:t>یعنی چھپائی کر کے بھی اور اور انٹرنیٹ کے ذریعے بھی۔ یہ یہ انارمس اپرچونیٹیز ہیں جو پہلے کبھی بھی نہیں تھیں، لیکن مسلمان اس سے بے خبر ہیں،</w:t>
      </w:r>
    </w:p>
    <w:p>
      <w:r>
        <w:rPr>
          <w:b/>
        </w:rPr>
        <w:t xml:space="preserve">[39:18] </w:t>
      </w:r>
      <w:r>
        <w:t>is se bekhabar hain, unhein kuch pata nahi hai.</w:t>
      </w:r>
    </w:p>
    <w:p>
      <w:pPr>
        <w:jc w:val="right"/>
      </w:pPr>
      <w:r>
        <w:t>اس سے بے خبر ہیں، انہیں کچھ پتہ نہیں ہے۔</w:t>
      </w:r>
    </w:p>
    <w:p>
      <w:r>
        <w:rPr>
          <w:b/>
        </w:rPr>
        <w:t xml:space="preserve">[39:24] </w:t>
      </w:r>
      <w:r>
        <w:t>To ladai jhagde se kya hota hai? Nafratein aati hain.</w:t>
      </w:r>
    </w:p>
    <w:p>
      <w:pPr>
        <w:jc w:val="right"/>
      </w:pPr>
      <w:r>
        <w:t>تو لڑائی جھگڑے سے کیا ہوتا ہے؟ نفرتیں آتی ہیں۔</w:t>
      </w:r>
    </w:p>
    <w:p>
      <w:r>
        <w:rPr>
          <w:b/>
        </w:rPr>
        <w:t xml:space="preserve">[39:29] </w:t>
      </w:r>
      <w:r>
        <w:t>Nafratein aayengi to kya hoga? Positive thinking khatm ho jayegi. To phir kya hoga? Masail ki baatein hongi, opportunities ki baatein nahi hongi. Nafrat hogi, khair khwahi nahi hogi.</w:t>
      </w:r>
    </w:p>
    <w:p>
      <w:pPr>
        <w:jc w:val="right"/>
      </w:pPr>
      <w:r>
        <w:t>نفرتیں آئیں گی تو کیا ہوگا؟ پازیٹیو تھنکنگ ختم ہو جائے گی۔ تو پھر کیا ہوگا؟ مسائل کی باتیں ہوں گی، اپرچونیٹیز کی باتیں نہیں ہوں گی۔ نفرت ہوگی، خیر خواہی نہیں ہوگی۔</w:t>
      </w:r>
    </w:p>
    <w:p>
      <w:r>
        <w:rPr>
          <w:b/>
        </w:rPr>
        <w:t xml:space="preserve">[39:41] </w:t>
      </w:r>
      <w:r>
        <w:t>Dawat ka kaam karne ke liye khair khwahi chahiye. Agar khair khwahi aap ke dil mein hai nahi to aap dawat ka kaam kya karenge?</w:t>
      </w:r>
    </w:p>
    <w:p>
      <w:pPr>
        <w:jc w:val="right"/>
      </w:pPr>
      <w:r>
        <w:t>دعوت کا کام کرنے کے لیے خیر خواہی چاہیے۔ اگر خیر خواہی آپ کے دل میں ہے نہیں تو آپ دعوت کا کام کیا کریں گے؟</w:t>
      </w:r>
    </w:p>
    <w:p>
      <w:r>
        <w:rPr>
          <w:b/>
        </w:rPr>
        <w:t xml:space="preserve">[39:54] </w:t>
      </w:r>
      <w:r>
        <w:t>to yeh hai matlab lailatul</w:t>
      </w:r>
    </w:p>
    <w:p>
      <w:pPr>
        <w:jc w:val="right"/>
      </w:pPr>
      <w:r>
        <w:t>تو یہ ہے مطلب لیلۃ</w:t>
      </w:r>
    </w:p>
    <w:p>
      <w:r>
        <w:rPr>
          <w:b/>
        </w:rPr>
        <w:t xml:space="preserve">[39:58] </w:t>
      </w:r>
      <w:r>
        <w:t>qadr ka ke lailatul qadr ka matlab night of destiny is mani mein hai ke is raat ko book of destiny utari gai aur quran mein woh usool bataye gaye hain jo insan ki taqdeer ko banane wale hain.</w:t>
      </w:r>
    </w:p>
    <w:p>
      <w:pPr>
        <w:jc w:val="right"/>
      </w:pPr>
      <w:r>
        <w:t>القدر کا کہ لیلۃ القدر کا مطلب نائٹ آف ڈیسٹنی اس معنی میں ہے کہ اس رات کو بک آف ڈیسٹنی اتاری گئی اور قرآن میں وہ اصول بتائے گئے ہیں جو انسان کی تقدیر کو بنانے والے ہیں۔</w:t>
      </w:r>
    </w:p>
    <w:p>
      <w:r>
        <w:rPr>
          <w:b/>
        </w:rPr>
        <w:t xml:space="preserve">[40:14] </w:t>
      </w:r>
      <w:r>
        <w:t>is tarah se jab aap har din nai baatein daryaft karenge quran mein, tab aap ke liye quran mein yaqeen ka sarchashma ban jayega.</w:t>
      </w:r>
    </w:p>
    <w:p>
      <w:pPr>
        <w:jc w:val="right"/>
      </w:pPr>
      <w:r>
        <w:t>اس طرح سے جب آپ ہر دن نئی باتیں دریافت کریں گے قرآن میں، تب آپ کے لیے قرآن میں یقین کا سرچشمہ بن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