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Attributes of a Dayee October 31, 2010</w:t>
      </w:r>
    </w:p>
    <w:p>
      <w:r>
        <w:t>https://youtu.be/-inz5O22QGE</w:t>
      </w:r>
    </w:p>
    <w:p>
      <w:r>
        <w:rPr>
          <w:b/>
        </w:rPr>
        <w:t xml:space="preserve">[00:13] </w:t>
      </w:r>
      <w:r>
        <w:t>bismillah hir rahman nir rahim, wa sallallahu ala nabiyyil kareem. rab ishrah li sadri, wa yassir li amri,</w:t>
      </w:r>
    </w:p>
    <w:p>
      <w:pPr>
        <w:jc w:val="right"/>
      </w:pPr>
      <w:r>
        <w:t>بسم اللہ الرحمن الرحیم، وصلی اللہ علی النبی الکریم۔ رب اشرحلی صدری، و یسرلی امری،</w:t>
      </w:r>
    </w:p>
    <w:p>
      <w:r>
        <w:rPr>
          <w:b/>
        </w:rPr>
        <w:t xml:space="preserve">[00:29] </w:t>
      </w:r>
      <w:r>
        <w:t>wahlul uqdata min lisani, yafqahu qawli.</w:t>
      </w:r>
    </w:p>
    <w:p>
      <w:pPr>
        <w:jc w:val="right"/>
      </w:pPr>
      <w:r>
        <w:t>واحل العقدۃ من لسانی ،یفقہ قولی۔</w:t>
      </w:r>
    </w:p>
    <w:p>
      <w:r>
        <w:rPr>
          <w:b/>
        </w:rPr>
        <w:t xml:space="preserve">[00:37] </w:t>
      </w:r>
      <w:r>
        <w:t>aaj</w:t>
      </w:r>
    </w:p>
    <w:p>
      <w:pPr>
        <w:jc w:val="right"/>
      </w:pPr>
      <w:r>
        <w:t>آج</w:t>
      </w:r>
    </w:p>
    <w:p>
      <w:r>
        <w:rPr>
          <w:b/>
        </w:rPr>
        <w:t xml:space="preserve">[00:38] </w:t>
      </w:r>
      <w:r>
        <w:t>ka topic hai: da'i ki sifat, yani attributes of a da'i.</w:t>
      </w:r>
    </w:p>
    <w:p>
      <w:pPr>
        <w:jc w:val="right"/>
      </w:pPr>
      <w:r>
        <w:t>کا ٹاپکہے: داعی کیصف ات، یعنی ایٹریبیوٹس آفاےداعی۔</w:t>
      </w:r>
    </w:p>
    <w:p>
      <w:r>
        <w:rPr>
          <w:b/>
        </w:rPr>
        <w:t xml:space="preserve">[00:51] </w:t>
      </w:r>
      <w:r>
        <w:t>yani jo aadmi sachchai ka, sachchai ki da'wat le kar utha hai,</w:t>
      </w:r>
    </w:p>
    <w:p>
      <w:pPr>
        <w:jc w:val="right"/>
      </w:pPr>
      <w:r>
        <w:t>یعنیجوآدمی سچائیکا ،سچائیکیدعوتلےکراٹھاہے،</w:t>
      </w:r>
    </w:p>
    <w:p>
      <w:r>
        <w:rPr>
          <w:b/>
        </w:rPr>
        <w:t xml:space="preserve">[01:02] </w:t>
      </w:r>
      <w:r>
        <w:t>khudai paigham le kar utha hai, to uske andar kya sifat honi chahiye?</w:t>
      </w:r>
    </w:p>
    <w:p>
      <w:pPr>
        <w:jc w:val="right"/>
      </w:pPr>
      <w:r>
        <w:t>خدائی پیغام لےکراٹھاہے، تواسکےاندر کیا صفاتہونیچاہییں؟</w:t>
      </w:r>
    </w:p>
    <w:p>
      <w:r>
        <w:rPr>
          <w:b/>
        </w:rPr>
        <w:t xml:space="preserve">[01:14] </w:t>
      </w:r>
      <w:r>
        <w:t>kya khusoosiyat iske andar honi chahiye?</w:t>
      </w:r>
    </w:p>
    <w:p>
      <w:pPr>
        <w:jc w:val="right"/>
      </w:pPr>
      <w:r>
        <w:t>کیا خصوصیتیںاسکےاندرہونیچاہییں؟</w:t>
      </w:r>
    </w:p>
    <w:p>
      <w:r>
        <w:rPr>
          <w:b/>
        </w:rPr>
        <w:t xml:space="preserve">[01:20] </w:t>
      </w:r>
      <w:r>
        <w:t>dekhiye, pehli cheez yeh hai</w:t>
      </w:r>
    </w:p>
    <w:p>
      <w:pPr>
        <w:jc w:val="right"/>
      </w:pPr>
      <w:r>
        <w:t>دیکھیے،پہلیچیزیہہے</w:t>
      </w:r>
    </w:p>
    <w:p>
      <w:r>
        <w:rPr>
          <w:b/>
        </w:rPr>
        <w:t xml:space="preserve">[01:24] </w:t>
      </w:r>
      <w:r>
        <w:t>ke aap yeh jaanein ke doosre tamam insaan aap ke liye mad'oo hain. woh na dushman hain, na woh aap ke rival hain,</w:t>
      </w:r>
    </w:p>
    <w:p>
      <w:pPr>
        <w:jc w:val="right"/>
      </w:pPr>
      <w:r>
        <w:t>کہآپیہ جان یں کہ دوسرےتمام انسان آپکےلیے مد عوہیں۔ وہ نہدشمنہیں، نہ وہآپکےرائیولہیں،</w:t>
      </w:r>
    </w:p>
    <w:p>
      <w:r>
        <w:rPr>
          <w:b/>
        </w:rPr>
        <w:t xml:space="preserve">[01:39] </w:t>
      </w:r>
      <w:r>
        <w:t>na woh aap ke conspirator hain, na woh aap ke liye ajnabi hain.</w:t>
      </w:r>
    </w:p>
    <w:p>
      <w:pPr>
        <w:jc w:val="right"/>
      </w:pPr>
      <w:r>
        <w:t>نہوہآپکے کانسپریٹرہیں، نہوہآپکےلیےاجنبیہیں۔</w:t>
      </w:r>
    </w:p>
    <w:p>
      <w:r>
        <w:rPr>
          <w:b/>
        </w:rPr>
        <w:t xml:space="preserve">[01:48] </w:t>
      </w:r>
      <w:r>
        <w:t>woh sirf aap ke mad'oo hain. yani aap ko, aap ke paas Allah ka ek paigham hai, is paigham ko in insano tak pahunchana hai.</w:t>
      </w:r>
    </w:p>
    <w:p>
      <w:pPr>
        <w:jc w:val="right"/>
      </w:pPr>
      <w:r>
        <w:t>وہصرف آپ کے مدعوہیں۔ یعنیآپ کو، آپ کےپاس اللہ کاایک پیغامہے، اس پیغامکو انانسانوںتکپہنچاناہے۔</w:t>
      </w:r>
    </w:p>
    <w:p>
      <w:r>
        <w:rPr>
          <w:b/>
        </w:rPr>
        <w:t xml:space="preserve">[02:01] </w:t>
      </w:r>
      <w:r>
        <w:t>sab se pehli jo sifat hai ya shart, woh yeh hai.</w:t>
      </w:r>
    </w:p>
    <w:p>
      <w:pPr>
        <w:jc w:val="right"/>
      </w:pPr>
      <w:r>
        <w:t>سبسے پہ لیجو صفتہے یا شرط،وہ یہہے۔</w:t>
      </w:r>
    </w:p>
    <w:p>
      <w:r>
        <w:rPr>
          <w:b/>
        </w:rPr>
        <w:t xml:space="preserve">[02:10] </w:t>
      </w:r>
      <w:r>
        <w:t>bad qismati se yahi shart jo hai, aaj musalmano mein bilkul ghayab ho chuki hai. saara dunya ke musalmano ka haal yeh hai ke woh insaan ko insaan ke roop mein nahi dekhte.</w:t>
      </w:r>
    </w:p>
    <w:p>
      <w:pPr>
        <w:jc w:val="right"/>
      </w:pPr>
      <w:r>
        <w:t>بد قسم تیسےیہی شرطجوہے، آج مسلمانوںمیںبالکلغائبہوچکیہے۔ ساریدنیا کےمسلمانوںکاحالیہہےکہوہانسان کو انسان کےروپمیںنہیںدیکھتے۔</w:t>
      </w:r>
    </w:p>
    <w:p>
      <w:r>
        <w:rPr>
          <w:b/>
        </w:rPr>
        <w:t xml:space="preserve">[02:22] </w:t>
      </w:r>
      <w:r>
        <w:t>insaan ko woh apna dushman samajhte hain, samajhte hain ke woh hamare khilaf sazish karne wale log hain, ya zalim hain,</w:t>
      </w:r>
    </w:p>
    <w:p>
      <w:pPr>
        <w:jc w:val="right"/>
      </w:pPr>
      <w:r>
        <w:t>انسان کو وہاپنادشمنسمجھتےہیں، سمجھتےہیںکہوہہمارےخلاف سازشکرنےوالےلوگ ہیں، یاظالمہیں،</w:t>
      </w:r>
    </w:p>
    <w:p>
      <w:r>
        <w:rPr>
          <w:b/>
        </w:rPr>
        <w:t xml:space="preserve">[02:33] </w:t>
      </w:r>
      <w:r>
        <w:t>ya ajnabi hain, waghera waghera. jo log insaan ke bare mein is tarah ki rai rakhein, woh da'wat ka kaam nahi kar sakte.</w:t>
      </w:r>
    </w:p>
    <w:p>
      <w:pPr>
        <w:jc w:val="right"/>
      </w:pPr>
      <w:r>
        <w:t>یااجنبیہیں، وغیرہوغیرہ۔ جولوگ انسان کے بارےمیں اسطرح کی رائےرکھیں، وہ دعوتکاکامنہیںکرسکتے۔</w:t>
      </w:r>
    </w:p>
    <w:p>
      <w:r>
        <w:rPr>
          <w:b/>
        </w:rPr>
        <w:t xml:space="preserve">[02:48] </w:t>
      </w:r>
      <w:r>
        <w:t>agar woh apne ko da'i kahein to un par Quran ki ayat apply hogi ke "يَحِبُّونَيُحْمَدُوا بِمَالَمْيَفْعَلُوا" . yani ek aise kaam ka credit lena jo aadmi ne kiya hi na ho.</w:t>
      </w:r>
    </w:p>
    <w:p>
      <w:pPr>
        <w:jc w:val="right"/>
      </w:pPr>
      <w:r>
        <w:t>اگر وہاپنے کوداعیکہیں تو انپر قرآنکیآیت اپلائیہوگی کہ"يَحِبُّونَيُحْمَدُوا بِمَالَمْيَفْعَلُوا"۔یعنی ایک ایسےکام کا کریڈٹلینا جو آدمینےکیاہینہیں۔</w:t>
      </w:r>
    </w:p>
    <w:p>
      <w:r>
        <w:rPr>
          <w:b/>
        </w:rPr>
        <w:t xml:space="preserve">[03:07] </w:t>
      </w:r>
      <w:r>
        <w:t>dekhiye, yeh bohat zyada important baat hai.</w:t>
      </w:r>
    </w:p>
    <w:p>
      <w:pPr>
        <w:jc w:val="right"/>
      </w:pPr>
      <w:r>
        <w:t>دیکھیے،یہبہت زیادہ امپورٹنٹبات ہے۔</w:t>
      </w:r>
    </w:p>
    <w:p>
      <w:r>
        <w:rPr>
          <w:b/>
        </w:rPr>
        <w:t xml:space="preserve">[03:12] </w:t>
      </w:r>
      <w:r>
        <w:t>ek businessman jab ek business kholta hai to uska haal kya hota hai? sab insano ko apna customer samajhta hai, bas aur kuch nahi.</w:t>
      </w:r>
    </w:p>
    <w:p>
      <w:pPr>
        <w:jc w:val="right"/>
      </w:pPr>
      <w:r>
        <w:t>ایک بزنس مینجب ایک بزنس کھولتاہے تو اسکاحالکیاہوتاہے ؟ سب انسان وںکو اپنا کسٹمرسمجھتاہے،بساورکچھنہیں ۔</w:t>
      </w:r>
    </w:p>
    <w:p>
      <w:r>
        <w:rPr>
          <w:b/>
        </w:rPr>
        <w:t xml:space="preserve">[03:26] </w:t>
      </w:r>
      <w:r>
        <w:t>aur uska kya culture hota hai? customer friendly. saare insano ke liye woh customer friendly ban jata hai.</w:t>
      </w:r>
    </w:p>
    <w:p>
      <w:pPr>
        <w:jc w:val="right"/>
      </w:pPr>
      <w:r>
        <w:t>اور اسکا کیا کلچرہوتاہے؟ کسٹمر فرینڈلی۔ سارےانسانوںکےلیے وہ کسٹمرفرینڈلیبنجاتا ہے۔</w:t>
      </w:r>
    </w:p>
    <w:p>
      <w:r>
        <w:rPr>
          <w:b/>
        </w:rPr>
        <w:t xml:space="preserve">[03:39] </w:t>
      </w:r>
      <w:r>
        <w:t>aise hi da'i ka mamla hona chahiye. da'i ke andar mad'oo friendly behavior aana chahiye, warna woh da'i nahi hai.</w:t>
      </w:r>
    </w:p>
    <w:p>
      <w:pPr>
        <w:jc w:val="right"/>
      </w:pPr>
      <w:r>
        <w:t>ایسےہی داعی کامعاملہہوناچاہیے۔ داعیکےاندر مدعوفرینڈلی بیہیویئرآناچاہیے، ورنہوہداعینہیںہے۔</w:t>
      </w:r>
    </w:p>
    <w:p>
      <w:r>
        <w:rPr>
          <w:b/>
        </w:rPr>
        <w:t xml:space="preserve">[03:52] </w:t>
      </w:r>
      <w:r>
        <w:t>dekhiye, rasool Allah sallallahu alaihi wasallam ne 610 isvi mein Makka mein da'wat shuru ki to wahan har qism ke log the.</w:t>
      </w:r>
    </w:p>
    <w:p>
      <w:pPr>
        <w:jc w:val="right"/>
      </w:pPr>
      <w:r>
        <w:t>دیکھیے،رسولاللہصلیاللہعلیہوسلم نے 6 10عیسویمیں مکہمیں دعوت شروع کی تووہاںہرقسم کےلوگ تھے۔</w:t>
      </w:r>
    </w:p>
    <w:p>
      <w:r>
        <w:rPr>
          <w:b/>
        </w:rPr>
        <w:t xml:space="preserve">[04:04] </w:t>
      </w:r>
      <w:r>
        <w:t>woh log bhi the jinko aaj kal ke musalman mushrik kehte hain, kafir kehte hain, dushman kehte hain, sazish kehte hain, waghera.</w:t>
      </w:r>
    </w:p>
    <w:p>
      <w:pPr>
        <w:jc w:val="right"/>
      </w:pPr>
      <w:r>
        <w:t>وہلوگ بھیتھےجنکوآجکلکےمس لمان مشرککہتےہیں،کافرکہتےہیں، دشمنکہتےہیں، ساز شیکہتےہیں، وغیرہ۔</w:t>
      </w:r>
    </w:p>
    <w:p>
      <w:r>
        <w:rPr>
          <w:b/>
        </w:rPr>
        <w:t xml:space="preserve">[04:15] </w:t>
      </w:r>
      <w:r>
        <w:t>yeh saare log wahan maujood thay. magar aap ne kya kiya? Aap ka ek hi kalma hota tha "Ayuhannasu qooloo la ilaha illallahu tuflihoon".</w:t>
      </w:r>
    </w:p>
    <w:p>
      <w:pPr>
        <w:jc w:val="right"/>
      </w:pPr>
      <w:r>
        <w:t>یہ سارےلوگ وہاںموجود تھے۔ مگرآپنےکیا کیا ؟ آپ کا ایکہی کلمہہوتاتھا "أَيُّهَاالنَّاسُ قُولُوا لَاإِلَٰهَإِلَّااللَّهُ تُفْلَحُوا"۔</w:t>
      </w:r>
    </w:p>
    <w:p>
      <w:r>
        <w:rPr>
          <w:b/>
        </w:rPr>
        <w:t xml:space="preserve">[04:33] </w:t>
      </w:r>
      <w:r>
        <w:t>Ae insano! Naas woh hai, jama hai insaan ki. Ae insano!</w:t>
      </w:r>
    </w:p>
    <w:p>
      <w:pPr>
        <w:jc w:val="right"/>
      </w:pPr>
      <w:r>
        <w:t>اےانسان وں! ناسجوہے، جمع ہے انسان کی۔ اےانسانوں!</w:t>
      </w:r>
    </w:p>
    <w:p>
      <w:r>
        <w:rPr>
          <w:b/>
        </w:rPr>
        <w:t xml:space="preserve">[04:43] </w:t>
      </w:r>
      <w:r>
        <w:t>kaho ke Allah ke siwa koi aur ilah nahi, tum falaah pao ge. Aap ne aisa nahi kaha ke "Ayuhal kuffaru ayuhal zanadiqa". Yeh sab aap ki zabaan nahi thi.</w:t>
      </w:r>
    </w:p>
    <w:p>
      <w:pPr>
        <w:jc w:val="right"/>
      </w:pPr>
      <w:r>
        <w:t>کہوکہ اللہ کےسواکوئیاور الہنہیں ،تم فلاحپاؤگے۔ آپ نےایسانہیںکہاکہ"أَيُّهَاالْكُفَّارُ أَيُّهَاالْزَنَادِقَةُ" ۔یہسب آپکیزبان نہیںتھی۔</w:t>
      </w:r>
    </w:p>
    <w:p>
      <w:r>
        <w:rPr>
          <w:b/>
        </w:rPr>
        <w:t xml:space="preserve">[05:02] </w:t>
      </w:r>
      <w:r>
        <w:t>Ae mushriqon! Ae kafiron! Ae zandiqon! Ae dushmano! Ae saazish karne walon! Ae jahannamiyon!</w:t>
      </w:r>
    </w:p>
    <w:p>
      <w:pPr>
        <w:jc w:val="right"/>
      </w:pPr>
      <w:r>
        <w:t>اےمشرکوں!اےکافروں! اےزند یقوں!اےدشمنوں! اےسازشکرنےوالوں! اےجہنمیوں!</w:t>
      </w:r>
    </w:p>
    <w:p>
      <w:r>
        <w:rPr>
          <w:b/>
        </w:rPr>
        <w:t xml:space="preserve">[05:11] </w:t>
      </w:r>
      <w:r>
        <w:t>Yeh sab nahi kaha aap ne. Aap ne sirf yeh kaha ke ae insano! Bas. Aaj kal ke jis musalman ko toliye, jis musalman ko iscrutinize kijiye, andar se kya niklega?</w:t>
      </w:r>
    </w:p>
    <w:p>
      <w:pPr>
        <w:jc w:val="right"/>
      </w:pPr>
      <w:r>
        <w:t>یہسبنہیںکہاآپنے۔ آپنےصرفیہکہاکہاےانسانوں! بس۔ آجکلکے جس مس لمانکوٹٹولیے، جس مس لمانکو اسکروٹنیکیجیے،اندرسے کیانکلےگا؟</w:t>
      </w:r>
    </w:p>
    <w:p>
      <w:r>
        <w:rPr>
          <w:b/>
        </w:rPr>
        <w:t xml:space="preserve">[05:29] </w:t>
      </w:r>
      <w:r>
        <w:t>Woh doosre tamam logon ko yeh hi samajhte hain.</w:t>
      </w:r>
    </w:p>
    <w:p>
      <w:pPr>
        <w:jc w:val="right"/>
      </w:pPr>
      <w:r>
        <w:t>وہ دوسرےتمام لوگوںکو یہیسبسمجھتےہیں۔</w:t>
      </w:r>
    </w:p>
    <w:p>
      <w:r>
        <w:rPr>
          <w:b/>
        </w:rPr>
        <w:t xml:space="preserve">[05:37] </w:t>
      </w:r>
      <w:r>
        <w:t>Doosre logon ke bare mein negative, apni sirf apni qaum ke bare mein woh friendly behaviour uske andar hai.</w:t>
      </w:r>
    </w:p>
    <w:p>
      <w:pPr>
        <w:jc w:val="right"/>
      </w:pPr>
      <w:r>
        <w:t>دوسرےلوگوں کےبارےمیںنیگیٹیو، اپنی صرفاپنی قومکےبارےمیں وہ فرینڈلیبیہیویئراسکےاندرہے۔</w:t>
      </w:r>
    </w:p>
    <w:p>
      <w:r>
        <w:rPr>
          <w:b/>
        </w:rPr>
        <w:t xml:space="preserve">[05:47] </w:t>
      </w:r>
      <w:r>
        <w:t>Saare log jo hain, woh kya hain? Woh mushrik hain, kafir hain, zindiq hain, murtad hain, shaatim hain, waghera waghera.</w:t>
      </w:r>
    </w:p>
    <w:p>
      <w:pPr>
        <w:jc w:val="right"/>
      </w:pPr>
      <w:r>
        <w:t>سارےلوگ جوہیں،وہکیاہیں؟وہ مشرکہیں،کافرہیں،زندیقہیں،مرتدہیں، شاتمہیں،وغیرہوغیرہ۔</w:t>
      </w:r>
    </w:p>
    <w:p>
      <w:r>
        <w:rPr>
          <w:b/>
        </w:rPr>
        <w:t xml:space="preserve">[05:55] </w:t>
      </w:r>
      <w:r>
        <w:t>Yeh sab jo hai, yeh deviation hai, inhiraf hai. Rasool Allah ke namune se hatna hai. Aise zehan ko le kar dawat ka kaam nahi kiya ja sakta.</w:t>
      </w:r>
    </w:p>
    <w:p>
      <w:pPr>
        <w:jc w:val="right"/>
      </w:pPr>
      <w:r>
        <w:t>یہ سبجوہے، یہ ڈیویایشنہے، انحرافہے۔ رسولاللہ کےنم ونےسےہٹناہے۔ایسے ذہنکولےکر دعوتکاکام نہیں کیا جاسکتا۔</w:t>
      </w:r>
    </w:p>
    <w:p>
      <w:r>
        <w:rPr>
          <w:b/>
        </w:rPr>
        <w:t xml:space="preserve">[06:09] </w:t>
      </w:r>
      <w:r>
        <w:t>Asal mein yeh baat jo hai, bohat peechay tak jaati hai. Yeh saada baat nahi hai.</w:t>
      </w:r>
    </w:p>
    <w:p>
      <w:pPr>
        <w:jc w:val="right"/>
      </w:pPr>
      <w:r>
        <w:t>اصلمیںیہباتجوہے،بہت پیچھےتک جاتیہے۔ یہسادہباتنہیںہے۔</w:t>
      </w:r>
    </w:p>
    <w:p>
      <w:r>
        <w:rPr>
          <w:b/>
        </w:rPr>
        <w:t xml:space="preserve">[06:17] </w:t>
      </w:r>
      <w:r>
        <w:t>Islam ki tareekh jab shuru hui, yaani saatwein sadi isavi ke first quarter mein, to tab yeh hi Islam tha.</w:t>
      </w:r>
    </w:p>
    <w:p>
      <w:pPr>
        <w:jc w:val="right"/>
      </w:pPr>
      <w:r>
        <w:t>اسلام کی تاریخ جبشروع ہوئی، یعنی ساتویںصدی عیسویکے فرسٹکوارٹرمیں، تبتویہیاسلام تھا۔</w:t>
      </w:r>
    </w:p>
    <w:p>
      <w:r>
        <w:rPr>
          <w:b/>
        </w:rPr>
        <w:t xml:space="preserve">[06:29] </w:t>
      </w:r>
      <w:r>
        <w:t>Daai mad'u ka equation tha us zamane mein. Rasool aur ashaab-e-rasool ke zamane mein aisa hi tha. Abbasi daur mein fiqh bani.</w:t>
      </w:r>
    </w:p>
    <w:p>
      <w:pPr>
        <w:jc w:val="right"/>
      </w:pPr>
      <w:r>
        <w:t>داعی مدعوکاایکویشنتھااسزمانےمیں۔ رس ول اور اصحابرسولکےزمان ےمیں ایساہیتھا۔ عب اسی دورمیں فقہبنی ۔</w:t>
      </w:r>
    </w:p>
    <w:p>
      <w:r>
        <w:rPr>
          <w:b/>
        </w:rPr>
        <w:t xml:space="preserve">[06:41] </w:t>
      </w:r>
      <w:r>
        <w:t>Yeh saara fiqh ka, fiqh se yeh sab cheezein shuru huin.</w:t>
      </w:r>
    </w:p>
    <w:p>
      <w:pPr>
        <w:jc w:val="right"/>
      </w:pPr>
      <w:r>
        <w:t>یہسارافقہکا، فقہسےیہسبچیزیںشروع ہوئیں۔</w:t>
      </w:r>
    </w:p>
    <w:p>
      <w:r>
        <w:rPr>
          <w:b/>
        </w:rPr>
        <w:t xml:space="preserve">[06:47] </w:t>
      </w:r>
      <w:r>
        <w:t>Fiqh ne insano ko categorization kiya. Yeh da'awa al-harb hai, woh da'awa al-kufr hai, woh da'awa al-islam hai. Yeh sab mubtada'ana istilaahaat thi.</w:t>
      </w:r>
    </w:p>
    <w:p>
      <w:pPr>
        <w:jc w:val="right"/>
      </w:pPr>
      <w:r>
        <w:t>فقہنے انسانوںکو کی ٹیگرائزیشنکیا۔ یہدعاالحربہے،وہدعاالکفرہے،وہدعاالاسلامہے۔ یہسب مبتدان ہاصطلاحاتتھیں۔</w:t>
      </w:r>
    </w:p>
    <w:p>
      <w:r>
        <w:rPr>
          <w:b/>
        </w:rPr>
        <w:t xml:space="preserve">[07:02] </w:t>
      </w:r>
      <w:r>
        <w:t>Main is ko yaqeeni taur par bid'at samajhta hoon. Kyun ke Rasool Allah (SAW) ne jab nahi kaha aisa ke da'awa al-islam hai, woh da'awa al-kufr hai, woh da'awa al-shirk hai, to kisi aur ko kya haq hai?</w:t>
      </w:r>
    </w:p>
    <w:p>
      <w:pPr>
        <w:jc w:val="right"/>
      </w:pPr>
      <w:r>
        <w:t>میںاسکو یقینیطورپربدعتسمجھتاہوں۔ کیونکہرسولاللہصلیاللہعلیہوسلمنے جب نہیں کہاایسا کہ دعاالاسلامہے،وہدعاالکفرہے،وہدعاالشرکہے، توکسی اورکو کیاحقہے؟</w:t>
      </w:r>
    </w:p>
    <w:p>
      <w:r>
        <w:rPr>
          <w:b/>
        </w:rPr>
        <w:t xml:space="preserve">[07:14] </w:t>
      </w:r>
      <w:r>
        <w:t>Kya haq hai kisi aur ko?</w:t>
      </w:r>
    </w:p>
    <w:p>
      <w:pPr>
        <w:jc w:val="right"/>
      </w:pPr>
      <w:r>
        <w:t>کیاحقہےکسیاور کو ؟</w:t>
      </w:r>
    </w:p>
    <w:p>
      <w:r>
        <w:rPr>
          <w:b/>
        </w:rPr>
        <w:t xml:space="preserve">[07:18] </w:t>
      </w:r>
      <w:r>
        <w:t>Iski wajah se kya hua? Yeh khalis fiqhi bid'at hai, fiqhi bid'at. Ke insano ke bare mein is tarah ke title waz' hue: kafir aur mushrik aur zindiq aur shaatim aur harbiy aur zimmi.</w:t>
      </w:r>
    </w:p>
    <w:p>
      <w:pPr>
        <w:jc w:val="right"/>
      </w:pPr>
      <w:r>
        <w:t>اسکیوجہسےکیاہوا؟یہ خالص فقہی بد عتہے،فقہیبدعت۔ کہانسانوںکےبارےمیں اسطرح کے ٹائٹل وضعہوئے: کافراور مشرکاورزندیق اور شاتم اور ح ربیاور ذ می۔</w:t>
      </w:r>
    </w:p>
    <w:p>
      <w:r>
        <w:rPr>
          <w:b/>
        </w:rPr>
        <w:t xml:space="preserve">[07:36] </w:t>
      </w:r>
      <w:r>
        <w:t>Yeh kahan Quran o Hadees mein tha? Yeh sab alfaaz</w:t>
      </w:r>
    </w:p>
    <w:p>
      <w:pPr>
        <w:jc w:val="right"/>
      </w:pPr>
      <w:r>
        <w:t>یہکہاں قرآنوحدیثمیںتھا؟یہسبالفاظ</w:t>
      </w:r>
    </w:p>
    <w:p>
      <w:r>
        <w:rPr>
          <w:b/>
        </w:rPr>
        <w:t xml:space="preserve">[07:42] </w:t>
      </w:r>
      <w:r>
        <w:t>Na Quran mein tha, na Hadees mein tha.</w:t>
      </w:r>
    </w:p>
    <w:p>
      <w:pPr>
        <w:jc w:val="right"/>
      </w:pPr>
      <w:r>
        <w:t>نہ قرآنمیںتھا،نہحدیثمیںتھا۔</w:t>
      </w:r>
    </w:p>
    <w:p>
      <w:r>
        <w:rPr>
          <w:b/>
        </w:rPr>
        <w:t xml:space="preserve">[07:45] </w:t>
      </w:r>
      <w:r>
        <w:t>Fiqh ne yeh bohat bhaari ghalti ki hai ke insano ko yeh taqseem ko, equation ko badal diya.</w:t>
      </w:r>
    </w:p>
    <w:p>
      <w:pPr>
        <w:jc w:val="right"/>
      </w:pPr>
      <w:r>
        <w:t>فقہ نے یہبہت بھاری غلطیکیہے کہانسان وںکو یہتقسیمکو ، ایکویشنکوبدلدیا۔</w:t>
      </w:r>
    </w:p>
    <w:p>
      <w:r>
        <w:rPr>
          <w:b/>
        </w:rPr>
        <w:t xml:space="preserve">[07:57] </w:t>
      </w:r>
      <w:r>
        <w:t>Us waqt se ab tak musalmano ka haal hi hai</w:t>
      </w:r>
    </w:p>
    <w:p>
      <w:pPr>
        <w:jc w:val="right"/>
      </w:pPr>
      <w:r>
        <w:t>اس وقت سےابتک مسلمانوںکاحالیہیہے</w:t>
      </w:r>
    </w:p>
    <w:p>
      <w:r>
        <w:rPr>
          <w:b/>
        </w:rPr>
        <w:t xml:space="preserve">[08:02] </w:t>
      </w:r>
      <w:r>
        <w:t>ke yeh shaatim hai, yeh harbiy hai, yeh zimmi hai, yeh kafir hai, yeh mushrik hai, yeh zindiq hai, yeh murtad hai. Rasool Allah ke zamane mein yeh sab terms nahi istemaal hote thay.</w:t>
      </w:r>
    </w:p>
    <w:p>
      <w:pPr>
        <w:jc w:val="right"/>
      </w:pPr>
      <w:r>
        <w:t>کہیہشاتمہے، یہحربیہے،یہذ میہے، یہ کافر ہے،یہمشرکہے،یہ زندیقہے،یہمرتدہے۔ رسولاللہکےزمانےمیںیہسب ٹرمنہیں استعمال ہوتےتھے۔</w:t>
      </w:r>
    </w:p>
    <w:p>
      <w:r>
        <w:rPr>
          <w:b/>
        </w:rPr>
        <w:t xml:space="preserve">[08:16] </w:t>
      </w:r>
      <w:r>
        <w:t>Us waqt saare log sirf insaan thay, bas.</w:t>
      </w:r>
    </w:p>
    <w:p>
      <w:pPr>
        <w:jc w:val="right"/>
      </w:pPr>
      <w:r>
        <w:t>اسوقت سارےلوگ صرف انسان تھے، بس۔</w:t>
      </w:r>
    </w:p>
    <w:p>
      <w:r>
        <w:rPr>
          <w:b/>
        </w:rPr>
        <w:t xml:space="preserve">[08:24] </w:t>
      </w:r>
      <w:r>
        <w:t>Aur kuch nahi.</w:t>
      </w:r>
    </w:p>
    <w:p>
      <w:pPr>
        <w:jc w:val="right"/>
      </w:pPr>
      <w:r>
        <w:t>اور کچھبھینہیں ۔</w:t>
      </w:r>
    </w:p>
    <w:p>
      <w:r>
        <w:rPr>
          <w:b/>
        </w:rPr>
        <w:t xml:space="preserve">[08:29] </w:t>
      </w:r>
      <w:r>
        <w:t>Ek bade bade muhaddis ne kaha tha ke "Lan yuslihu aakhiru haadhihil ummati in wasalo bi awwaliha". Yaani is ummat ka aakhir isi cheez se durust hoga jis se inka awwal durust hua tha.</w:t>
      </w:r>
    </w:p>
    <w:p>
      <w:pPr>
        <w:jc w:val="right"/>
      </w:pPr>
      <w:r>
        <w:t>ایک بڑےبڑےمحدثنےکہاتھا کہ"لَنْيَصْلُوا آخِرُهٰذِهِالْأُمَّةِإِنْوَصَلُوْابِأَوَّلُهَا" ۔یعنیاسامتکا آخر اسیچیزسے درستہوگا جسسےانکااولدرستہواتھا۔</w:t>
      </w:r>
    </w:p>
    <w:p>
      <w:r>
        <w:rPr>
          <w:b/>
        </w:rPr>
        <w:t xml:space="preserve">[08:46] </w:t>
      </w:r>
      <w:r>
        <w:t>ab musalmanon ko lotna hai is zamane ki taraf.</w:t>
      </w:r>
    </w:p>
    <w:p>
      <w:pPr>
        <w:jc w:val="right"/>
      </w:pPr>
      <w:r>
        <w:t>اب مس لمانوںکولوٹناہےاسیزمان ےکیطرف ۔</w:t>
      </w:r>
    </w:p>
    <w:p>
      <w:r>
        <w:rPr>
          <w:b/>
        </w:rPr>
        <w:t xml:space="preserve">[08:52] </w:t>
      </w:r>
      <w:r>
        <w:t>agar woh chahte hain ke unke apne halaat durust hon. un saari istilaahon ko darya mein gharq karna hoga.</w:t>
      </w:r>
    </w:p>
    <w:p>
      <w:pPr>
        <w:jc w:val="right"/>
      </w:pPr>
      <w:r>
        <w:t>اگروہچاہتےہیںکہانکےاپنے حالاتدرست ہوں۔ ان سارے اصطلاحاتکو دریا میںغرقکرناہوگا۔</w:t>
      </w:r>
    </w:p>
    <w:p>
      <w:r>
        <w:rPr>
          <w:b/>
        </w:rPr>
        <w:t xml:space="preserve">[09:05] </w:t>
      </w:r>
      <w:r>
        <w:t>tab ja kar aapke dil mein insaan ke liye mohabbat paida hogi. insaan ke liye khairkhwahi paida hogi.</w:t>
      </w:r>
    </w:p>
    <w:p>
      <w:pPr>
        <w:jc w:val="right"/>
      </w:pPr>
      <w:r>
        <w:t>تب جاکرآپکےدلمیںانسانکےلیے محبتپیدا ہوگی۔ انسان کےلیے خیرخواہیپیدا ہوگی۔</w:t>
      </w:r>
    </w:p>
    <w:p>
      <w:r>
        <w:rPr>
          <w:b/>
        </w:rPr>
        <w:t xml:space="preserve">[09:15] </w:t>
      </w:r>
      <w:r>
        <w:t>insaan ke liye dost ban jayenge aap. yaani human friendly behaviour paida hoga. tab dawat ka kaam hoga.</w:t>
      </w:r>
    </w:p>
    <w:p>
      <w:pPr>
        <w:jc w:val="right"/>
      </w:pPr>
      <w:r>
        <w:t>انسان کےلیےدوستبنجائیںگےآپ ۔یعنی ہیومنفرینڈلیبیہیویئرپیداہوگا۔ تب دعوتکاکامہوگا۔</w:t>
      </w:r>
    </w:p>
    <w:p>
      <w:r>
        <w:rPr>
          <w:b/>
        </w:rPr>
        <w:t xml:space="preserve">[09:24] </w:t>
      </w:r>
      <w:r>
        <w:t>dekhiye, yaad rakhiye, achhe tareeqe se. dawat koi announcement nahi hai ke ailaan kar diya aapne, dawat ho gayi.</w:t>
      </w:r>
    </w:p>
    <w:p>
      <w:pPr>
        <w:jc w:val="right"/>
      </w:pPr>
      <w:r>
        <w:t>دیکھیے،یادرکھیے،اچھےطریقےسے۔ دعوتکوئیاناؤنسمنٹنہیںہے کہاعلانکردیا آپنے،دعوتہوگئی ۔</w:t>
      </w:r>
    </w:p>
    <w:p>
      <w:r>
        <w:rPr>
          <w:b/>
        </w:rPr>
        <w:t xml:space="preserve">[09:34] </w:t>
      </w:r>
      <w:r>
        <w:t>dawat insaan se mohabbat karne ka naam hai. insaan ka khairkhwah banne ka naam hai.</w:t>
      </w:r>
    </w:p>
    <w:p>
      <w:pPr>
        <w:jc w:val="right"/>
      </w:pPr>
      <w:r>
        <w:t>دعوت انسان سے محبتکرنے کانامہے۔ انسان کا خیرخواہبننےکانامہے۔</w:t>
      </w:r>
    </w:p>
    <w:p>
      <w:r>
        <w:rPr>
          <w:b/>
        </w:rPr>
        <w:t xml:space="preserve">[09:41] </w:t>
      </w:r>
      <w:r>
        <w:t>woh itna hi khairkhwah jitna ek baap apne bete ke liye hota hai. yaad rakhiye. jo aadmi apne bete se mohabbat karta ho aur doosron ko kaafir o mushrik batata ho, aur phir woh da'i hai apne aap ko, to woh jhoot bolta hai.</w:t>
      </w:r>
    </w:p>
    <w:p>
      <w:pPr>
        <w:jc w:val="right"/>
      </w:pPr>
      <w:r>
        <w:t>وہاتناہیخیر خواہجتناایکباپاپنےبیٹےکےلیےہوتاہے۔ یادرکھیے۔ جو آدمیاپنے بیٹےسےمحبتکرتاہو اوردوسروںکو کافرومشرکبتاتاہو، اورپھروہداعیکہےاپنےآپکو ،تووہجھوٹبولتاہے۔</w:t>
      </w:r>
    </w:p>
    <w:p>
      <w:r>
        <w:rPr>
          <w:b/>
        </w:rPr>
        <w:t xml:space="preserve">[10:03] </w:t>
      </w:r>
      <w:r>
        <w:t>to mad'u friendly behaviour jab aayega to yeh saari cheezein khatam ho jayengi.</w:t>
      </w:r>
    </w:p>
    <w:p>
      <w:pPr>
        <w:jc w:val="right"/>
      </w:pPr>
      <w:r>
        <w:t>تو مدعوفرینڈلیبیہیویئرجبآئےگا تو یہساریچیزیںختمہوجائیںگی۔</w:t>
      </w:r>
    </w:p>
    <w:p>
      <w:r>
        <w:rPr>
          <w:b/>
        </w:rPr>
        <w:t xml:space="preserve">[10:08] </w:t>
      </w:r>
      <w:r>
        <w:t>jo musalman bhadakte hain, ladte hain, bura bhala karte hain, saazishon ka ailaan karte hain, yeh dushman nahi, woh zalim hain, yeh sab baatein boli jaati hain unke stages mein.</w:t>
      </w:r>
    </w:p>
    <w:p>
      <w:pPr>
        <w:jc w:val="right"/>
      </w:pPr>
      <w:r>
        <w:t>جو مسلمانبھڑکتےہیں،لڑتےہیں، برابھلاکرتےہیں، سازشوںکااعلانکرتےہیں، یہدشمنہیں،وہظالم ہیں، یہسب بول یاںبولیجاتیہیںانکےاسٹیجسے۔</w:t>
      </w:r>
    </w:p>
    <w:p>
      <w:r>
        <w:rPr>
          <w:b/>
        </w:rPr>
        <w:t xml:space="preserve">[10:21] </w:t>
      </w:r>
      <w:r>
        <w:t>yeh sab khatam ho jayega. tab ja kar dawat ka aaghaz hoga. aur tab ja kar ummat ki islaah. abhi to starting point bhi nahi aaya.</w:t>
      </w:r>
    </w:p>
    <w:p>
      <w:pPr>
        <w:jc w:val="right"/>
      </w:pPr>
      <w:r>
        <w:t>یہسبختمہوجائےگا۔ تب جاکرکےدعوت کاآغاز ہوگا۔ اورتب جاکرامتکیاصلاح ۔ابھیتو سٹارٹنگپوائنٹبھینہیںآیا۔</w:t>
      </w:r>
    </w:p>
    <w:p>
      <w:r>
        <w:rPr>
          <w:b/>
        </w:rPr>
        <w:t xml:space="preserve">[10:30] </w:t>
      </w:r>
      <w:r>
        <w:t>abhi, abhi shuru bhi nahi hua. ab beginning bhi nahi hui.</w:t>
      </w:r>
    </w:p>
    <w:p>
      <w:pPr>
        <w:jc w:val="right"/>
      </w:pPr>
      <w:r>
        <w:t>ابھی، ابھیشروع بھینہیںہوا۔اببگننگبھینہیںہوئی ۔</w:t>
      </w:r>
    </w:p>
    <w:p>
      <w:r>
        <w:rPr>
          <w:b/>
        </w:rPr>
        <w:t xml:space="preserve">[10:38] </w:t>
      </w:r>
      <w:r>
        <w:t>yeh sab baatein bahut zyada sochne ki hain. bahut zyada sochne ki hain. saare insaanon ko insaan samajhna hoga.</w:t>
      </w:r>
    </w:p>
    <w:p>
      <w:pPr>
        <w:jc w:val="right"/>
      </w:pPr>
      <w:r>
        <w:t>یہ سب باتیں بہت زیادہسوچنےکیہیں۔ بہت زیادہسوچنےکیہیں۔ سارےانسانوںکوانسان سمجھناہوگا۔</w:t>
      </w:r>
    </w:p>
    <w:p>
      <w:r>
        <w:rPr>
          <w:b/>
        </w:rPr>
        <w:t xml:space="preserve">[10:49] </w:t>
      </w:r>
      <w:r>
        <w:t>waise hi insaan jaise aapke family ke members hote hain. apne behn bhai jaise hote hain. waise hi sab ko samjhiye aap.</w:t>
      </w:r>
    </w:p>
    <w:p>
      <w:pPr>
        <w:jc w:val="right"/>
      </w:pPr>
      <w:r>
        <w:t>ویسےہیانسان جیسےآپکے فیملیکےممبرہوتےہیں۔ اپنے بہنبھائیجیسےہوتےہیں۔ ویسےہیسبکوسمجھیےآپ۔</w:t>
      </w:r>
    </w:p>
    <w:p>
      <w:r>
        <w:rPr>
          <w:b/>
        </w:rPr>
        <w:t xml:space="preserve">[11:03] </w:t>
      </w:r>
      <w:r>
        <w:t>rasool Allah ne farmaya tha ke "إِنَّالْعِبَادَكُلُّهُمْإِخْوَةٌ" . saare insaan bhai bhai hain.</w:t>
      </w:r>
    </w:p>
    <w:p>
      <w:pPr>
        <w:jc w:val="right"/>
      </w:pPr>
      <w:r>
        <w:t>رسولاللہنےفرمایاتھاکہ"إِنَّالْعِبَادَكُلُّهُمْإِخْوَةٌ" ۔سارےانسان بھائیبھائیہیں۔</w:t>
      </w:r>
    </w:p>
    <w:p>
      <w:r>
        <w:rPr>
          <w:b/>
        </w:rPr>
        <w:t xml:space="preserve">[11:14] </w:t>
      </w:r>
      <w:r>
        <w:t>saare log jo hain, woh hamare liye. saari khawateen hamari sister hain. saare insaan hamare brother hain.</w:t>
      </w:r>
    </w:p>
    <w:p>
      <w:pPr>
        <w:jc w:val="right"/>
      </w:pPr>
      <w:r>
        <w:t>سارےلوگ جوہیں، وہ ہمارےلیے۔ ساریخواتین ہماریسسٹرہیں۔ سارےانسانہمارے برادر ہیں۔</w:t>
      </w:r>
    </w:p>
    <w:p>
      <w:r>
        <w:rPr>
          <w:b/>
        </w:rPr>
        <w:t xml:space="preserve">[11:27] </w:t>
      </w:r>
      <w:r>
        <w:t>yeh jab tak nahi aayega, jab tak dawat ka aaghaz bhi nahi hua.</w:t>
      </w:r>
    </w:p>
    <w:p>
      <w:pPr>
        <w:jc w:val="right"/>
      </w:pPr>
      <w:r>
        <w:t>یہجبتکنہیں آئےگا،جب تک دعوتکا آغاز بھینہیںہوا ۔</w:t>
      </w:r>
    </w:p>
    <w:p>
      <w:r>
        <w:rPr>
          <w:b/>
        </w:rPr>
        <w:t xml:space="preserve">[11:37] </w:t>
      </w:r>
      <w:r>
        <w:t>asal mein dekhiye, hua kya? Islam jab shuru hua to woh sar ta pa ek dawat se shuru hua.</w:t>
      </w:r>
    </w:p>
    <w:p>
      <w:pPr>
        <w:jc w:val="right"/>
      </w:pPr>
      <w:r>
        <w:t>اصلمیںدیکھیے،ہوا کیا ؟ اسلام جبشروع ہواتووہ سرتاپا ایک دعوتسےشروع ہوا۔</w:t>
      </w:r>
    </w:p>
    <w:p>
      <w:r>
        <w:rPr>
          <w:b/>
        </w:rPr>
        <w:t xml:space="preserve">[11:47] </w:t>
      </w:r>
      <w:r>
        <w:t>baad ko aisa hua ke musalmanon ki empire ban gayi. hukoomat ban gayi. tab yeh equation badla. pehla equation tha da'i mad'u ka equation.</w:t>
      </w:r>
    </w:p>
    <w:p>
      <w:pPr>
        <w:jc w:val="right"/>
      </w:pPr>
      <w:r>
        <w:t>بعد کو ایساہوا کہمسلمانوںکیایمپائربنگئی ۔حکومت بنگئی ۔ تب یہایکویشنبدلا۔ پہلاایکویشنتھا داعیمدعوکاایک ویشن۔</w:t>
      </w:r>
    </w:p>
    <w:p>
      <w:r>
        <w:rPr>
          <w:b/>
        </w:rPr>
        <w:t xml:space="preserve">[11:58] </w:t>
      </w:r>
      <w:r>
        <w:t>ab ban gaya ruler aur ruled ka equation. hakim aur mahkoom ka equation.</w:t>
      </w:r>
    </w:p>
    <w:p>
      <w:pPr>
        <w:jc w:val="right"/>
      </w:pPr>
      <w:r>
        <w:t>اببنگیا رولراوررولڈکاایکویشن۔ حاکماورمحکومکاایکویشن۔</w:t>
      </w:r>
    </w:p>
    <w:p>
      <w:r>
        <w:rPr>
          <w:b/>
        </w:rPr>
        <w:t xml:space="preserve">[12:05] </w:t>
      </w:r>
      <w:r>
        <w:t>woh us zamane mein fiqh mein is tarah istilahein bani. jab equation badla. yaani da'i mad'u ka equation tha pehle.</w:t>
      </w:r>
    </w:p>
    <w:p>
      <w:pPr>
        <w:jc w:val="right"/>
      </w:pPr>
      <w:r>
        <w:t>وہاسزمانےمیںفقہمیںاسطرحاصطلاحیںبنیں۔ جب ایکویشنبدلا۔ یعنیداعیمدعوکاایکویشنتھاپہلے۔</w:t>
      </w:r>
    </w:p>
    <w:p>
      <w:r>
        <w:rPr>
          <w:b/>
        </w:rPr>
        <w:t xml:space="preserve">[12:16] </w:t>
      </w:r>
      <w:r>
        <w:t>phir aaya ruler aur ruled. hakim aur mahkoom. tab yeh saari istilahein bani. apne baare mein superior hone ka ehsaas.</w:t>
      </w:r>
    </w:p>
    <w:p>
      <w:pPr>
        <w:jc w:val="right"/>
      </w:pPr>
      <w:r>
        <w:t>پھرآیا رولراوررولڈ۔حاکماورمحکوم ۔تب یہساریاصطلاحیںبنیں۔ اپنے بارےمیں سپیریئر ہونے کااحساس۔</w:t>
      </w:r>
    </w:p>
    <w:p>
      <w:r>
        <w:rPr>
          <w:b/>
        </w:rPr>
        <w:t xml:space="preserve">[12:25] </w:t>
      </w:r>
      <w:r>
        <w:t>doosre ke baare mein inferior hone ka ehsaas.</w:t>
      </w:r>
    </w:p>
    <w:p>
      <w:pPr>
        <w:jc w:val="right"/>
      </w:pPr>
      <w:r>
        <w:t>دوسرےکےبارےمیںانفیئرہونےکااحساس۔</w:t>
      </w:r>
    </w:p>
    <w:p>
      <w:r>
        <w:rPr>
          <w:b/>
        </w:rPr>
        <w:t xml:space="preserve">[12:30] </w:t>
      </w:r>
      <w:r>
        <w:t>isse saari terms bani.</w:t>
      </w:r>
    </w:p>
    <w:p>
      <w:pPr>
        <w:jc w:val="right"/>
      </w:pPr>
      <w:r>
        <w:t>اسیسے ساری ٹرمبنیں۔</w:t>
      </w:r>
    </w:p>
    <w:p>
      <w:r>
        <w:rPr>
          <w:b/>
        </w:rPr>
        <w:t xml:space="preserve">[12:36] </w:t>
      </w:r>
      <w:r>
        <w:t>jo dawat ke qaatil hain. yeh sab jo terms hain, yeh sab dawat ke qaatil hain. main iske bilkul iske khilaaf hoon ke yeh zimmi hai aur woh shatmi hai ya harbi hai.</w:t>
      </w:r>
    </w:p>
    <w:p>
      <w:pPr>
        <w:jc w:val="right"/>
      </w:pPr>
      <w:r>
        <w:t>جو دعوت کےقاتلہیں۔ یہ سب جوٹرمہیں، یہسب دعوتکےقاتلہیں۔ میں اسکےبالکل اسکےخلاف ہوںکہیہذمیہے اور وہ شاتمہے یاحربیہے۔</w:t>
      </w:r>
    </w:p>
    <w:p>
      <w:r>
        <w:rPr>
          <w:b/>
        </w:rPr>
        <w:t xml:space="preserve">[12:52] </w:t>
      </w:r>
      <w:r>
        <w:t>woh kaafir hai ya mushrik hai, woh zindiq hai, woh murtad hai. main isko bilkul nahi maanta. saare log insaan hain.</w:t>
      </w:r>
    </w:p>
    <w:p>
      <w:pPr>
        <w:jc w:val="right"/>
      </w:pPr>
      <w:r>
        <w:t>وہکافر ہےیامشرکہے،وہزندیقہے، وہ مرت دہے۔ میںاسکوبالکلنہیںمانتا۔ سارےلوگانسانہیں۔</w:t>
      </w:r>
    </w:p>
    <w:p>
      <w:r>
        <w:rPr>
          <w:b/>
        </w:rPr>
        <w:t xml:space="preserve">[13:01] </w:t>
      </w:r>
      <w:r>
        <w:t>agar aap kisi ke andar burai paate hain to uski islaah ki koshish kijiye. iske liye duaen kijiye. is par dawati amal kijiye.</w:t>
      </w:r>
    </w:p>
    <w:p>
      <w:pPr>
        <w:jc w:val="right"/>
      </w:pPr>
      <w:r>
        <w:t>اگر آپ کسی کےاندربرائیپاتےہیں تو اسکی اصلاحکیکوششکیجیے۔ اسکےلیےدعائیںکیجیے۔ اسپردعوتیعملکیجیے۔</w:t>
      </w:r>
    </w:p>
    <w:p>
      <w:r>
        <w:rPr>
          <w:b/>
        </w:rPr>
        <w:t xml:space="preserve">[13:10] </w:t>
      </w:r>
      <w:r>
        <w:t>aap usko ek title kyun dete hain? yeh murtaad hogi ya shaitaan hoga. yeh title kyun dete hain? kis ka right hai aap ko title dene ka ?</w:t>
      </w:r>
    </w:p>
    <w:p>
      <w:pPr>
        <w:jc w:val="right"/>
      </w:pPr>
      <w:r>
        <w:t>آپاسکو ایک ٹائٹلکیوںدیتےہیں؟ یہ مرت دہوگیایاشاتمہوگیا۔ یہٹائٹلکیوںدیتےہیں؟ کسکارائٹہےآپکوٹائٹلدینےکا ؟</w:t>
      </w:r>
    </w:p>
    <w:p>
      <w:r>
        <w:rPr>
          <w:b/>
        </w:rPr>
        <w:t xml:space="preserve">[13:28] </w:t>
      </w:r>
      <w:r>
        <w:t>kuch log hawala dete hain ke quran mein hai "qul ya ayyuhal kafirun". yeh bohat galat hawala hai. bohat hi galat hawala hai. dekhiye, yeh kalma dawat nahi hai.</w:t>
      </w:r>
    </w:p>
    <w:p>
      <w:pPr>
        <w:jc w:val="right"/>
      </w:pPr>
      <w:r>
        <w:t>کچھلوگ حوالہ دیتےہیںکہقرآنمیںہے"قُلْيَاأَيُّهَاالْكَافِرُونَ" ۔یہبہتغلطحوالہ ہے۔ بہت ہیغلطحوالہ ہے۔ دیکھیے،یہ کلمہدعوتنہیںہے۔</w:t>
      </w:r>
    </w:p>
    <w:p>
      <w:r>
        <w:rPr>
          <w:b/>
        </w:rPr>
        <w:t xml:space="preserve">[13:39] </w:t>
      </w:r>
      <w:r>
        <w:t>yeh, yeh kalma barat hai.</w:t>
      </w:r>
    </w:p>
    <w:p>
      <w:pPr>
        <w:jc w:val="right"/>
      </w:pPr>
      <w:r>
        <w:t>یہ ،یہکلمہ براتہے۔</w:t>
      </w:r>
    </w:p>
    <w:p>
      <w:r>
        <w:rPr>
          <w:b/>
        </w:rPr>
        <w:t xml:space="preserve">[13:44] </w:t>
      </w:r>
      <w:r>
        <w:t>yaani rasool Allah sal Allah alaih wasallam ne saari mehnatain keen aur sab kuch apna is mein luta diya.</w:t>
      </w:r>
    </w:p>
    <w:p>
      <w:pPr>
        <w:jc w:val="right"/>
      </w:pPr>
      <w:r>
        <w:t>یعنی رسولاللہصلیاللہعلیہوسلمنے ساری محنتیں کیںاور سب کچھ اپنااسیمیںلٹادیا۔</w:t>
      </w:r>
    </w:p>
    <w:p>
      <w:r>
        <w:rPr>
          <w:b/>
        </w:rPr>
        <w:t xml:space="preserve">[13:53] </w:t>
      </w:r>
      <w:r>
        <w:t>tehra saal tak. aur yeh makkah walon ke bare mein hai.</w:t>
      </w:r>
    </w:p>
    <w:p>
      <w:pPr>
        <w:jc w:val="right"/>
      </w:pPr>
      <w:r>
        <w:t>تیرہسال تک ۔اوریہمکہوالوںکےبارےمیںہے۔</w:t>
      </w:r>
    </w:p>
    <w:p>
      <w:r>
        <w:rPr>
          <w:b/>
        </w:rPr>
        <w:t xml:space="preserve">[14:00] </w:t>
      </w:r>
      <w:r>
        <w:t>makkah walon par tehra saal ke musalsal amal ke baad jab aap ne itba'e hujjat kar diya to Allah ki taraf se yeh ailaan kiya gaya hai. yeh kalma rasool nahi tha. yeh Allah ka ailaan tha.</w:t>
      </w:r>
    </w:p>
    <w:p>
      <w:pPr>
        <w:jc w:val="right"/>
      </w:pPr>
      <w:r>
        <w:t>مکہوالوںپر تیرہسال کے مسلسلعمل کےبعد جبآپنےاتباعحجتکردیا تو اللہ کیطرفسےیہاعلانکیاگیاہے۔ یہکلمہرسولنہیںتھا۔یہ اللہ کااعلانتھا۔</w:t>
      </w:r>
    </w:p>
    <w:p>
      <w:r>
        <w:rPr>
          <w:b/>
        </w:rPr>
        <w:t xml:space="preserve">[14:12] </w:t>
      </w:r>
      <w:r>
        <w:t>rasool Allah ne kabhi bhi apne logon ko is tarah khitaab nahi kiya.</w:t>
      </w:r>
    </w:p>
    <w:p>
      <w:pPr>
        <w:jc w:val="right"/>
      </w:pPr>
      <w:r>
        <w:t>رسولاللہنے کبھیبھی اپنے لوگوں کواسطرحخطابنہیںکیا۔</w:t>
      </w:r>
    </w:p>
    <w:p>
      <w:r>
        <w:rPr>
          <w:b/>
        </w:rPr>
        <w:t xml:space="preserve">[14:19] </w:t>
      </w:r>
      <w:r>
        <w:t>ae kafiron! ae mushrikon! kar khitaab nahi kiya aap ne</w:t>
      </w:r>
    </w:p>
    <w:p>
      <w:pPr>
        <w:jc w:val="right"/>
      </w:pPr>
      <w:r>
        <w:t>اےکافروں!اےمشرکوں!کرخطابنہیںکیا آپنے</w:t>
      </w:r>
    </w:p>
    <w:p>
      <w:r>
        <w:rPr>
          <w:b/>
        </w:rPr>
        <w:t xml:space="preserve">[14:22] </w:t>
      </w:r>
      <w:r>
        <w:t>. yeh to itba'e hujjat ke baad Allah taala ki taraf se kalma barat tha. yeh ailaan khudawandi hai.</w:t>
      </w:r>
    </w:p>
    <w:p>
      <w:pPr>
        <w:jc w:val="right"/>
      </w:pPr>
      <w:r>
        <w:t>۔ یہتو اتباعحجتکےبعد اللہ تعالیٰکیطرف سے کلمہبراتتھا۔ یہاعلانخداوندیہے۔</w:t>
      </w:r>
    </w:p>
    <w:p>
      <w:r>
        <w:rPr>
          <w:b/>
        </w:rPr>
        <w:t xml:space="preserve">[14:31] </w:t>
      </w:r>
      <w:r>
        <w:t>yeh, yeh kalma dawat nahi hai.</w:t>
      </w:r>
    </w:p>
    <w:p>
      <w:pPr>
        <w:jc w:val="right"/>
      </w:pPr>
      <w:r>
        <w:t>یہ ،یہ کلمہدعوتنہیںہے۔</w:t>
      </w:r>
    </w:p>
    <w:p>
      <w:r>
        <w:rPr>
          <w:b/>
        </w:rPr>
        <w:t xml:space="preserve">[14:36] </w:t>
      </w:r>
      <w:r>
        <w:t>humein haq nahi hai. Allah ko haq hai ke woh kisi ke bare mein ailaan kare ke tum par itba'e hujjat ho chuka. humein haq nahi hai yeh bhi kehne ka ke itba'e hujjat ho chuka.</w:t>
      </w:r>
    </w:p>
    <w:p>
      <w:pPr>
        <w:jc w:val="right"/>
      </w:pPr>
      <w:r>
        <w:t>ہمیںحق نہیںہے۔ اللہ کوحقہےکہوہکسیکےبارےمیںاعلانکرےکہتمپراتباعحجتہوچکا۔ ہمیںحقنہیںہے یہبھی کہنےکا کہاتباعحجتہوچکا۔</w:t>
      </w:r>
    </w:p>
    <w:p>
      <w:r>
        <w:rPr>
          <w:b/>
        </w:rPr>
        <w:t xml:space="preserve">[14:47] </w:t>
      </w:r>
      <w:r>
        <w:t>hum hazar saal bhi dawat dein, tab bhi humein yeh haq nahi rakhte.</w:t>
      </w:r>
    </w:p>
    <w:p>
      <w:pPr>
        <w:jc w:val="right"/>
      </w:pPr>
      <w:r>
        <w:t>ہم ہزار سالبھیدعوت دیں، تببھیہمیہحقنہیںرکھتے۔</w:t>
      </w:r>
    </w:p>
    <w:p>
      <w:r>
        <w:rPr>
          <w:b/>
        </w:rPr>
        <w:t xml:space="preserve">[14:52] </w:t>
      </w:r>
      <w:r>
        <w:t>yaad rakhiye.</w:t>
      </w:r>
    </w:p>
    <w:p>
      <w:pPr>
        <w:jc w:val="right"/>
      </w:pPr>
      <w:r>
        <w:t>یادرکھیے۔</w:t>
      </w:r>
    </w:p>
    <w:p>
      <w:r>
        <w:rPr>
          <w:b/>
        </w:rPr>
        <w:t xml:space="preserve">[14:58] </w:t>
      </w:r>
      <w:r>
        <w:t>to jab hukoomatain qaim ho gayeen, muslim empire ban gaya to yeh nazar, yeh zehan bana ke hum hakim hain, woh mahkum hain.</w:t>
      </w:r>
    </w:p>
    <w:p>
      <w:pPr>
        <w:jc w:val="right"/>
      </w:pPr>
      <w:r>
        <w:t>تو جب حکومت یںقائمہوگئیں، مسلم ایمپائربنگیا تو یہ نظر ، یہذہنبنا کہہمحاکمہیں،وہمحکومہیں۔</w:t>
      </w:r>
    </w:p>
    <w:p>
      <w:r>
        <w:rPr>
          <w:b/>
        </w:rPr>
        <w:t xml:space="preserve">[15:07] </w:t>
      </w:r>
      <w:r>
        <w:t>to yeh sab baatein huin.</w:t>
      </w:r>
    </w:p>
    <w:p>
      <w:pPr>
        <w:jc w:val="right"/>
      </w:pPr>
      <w:r>
        <w:t>تویہسبباتیںہوئیں۔</w:t>
      </w:r>
    </w:p>
    <w:p>
      <w:r>
        <w:rPr>
          <w:b/>
        </w:rPr>
        <w:t xml:space="preserve">[15:13] </w:t>
      </w:r>
      <w:r>
        <w:t>to wohin se dawat ka mizaj khatam ho gaya.</w:t>
      </w:r>
    </w:p>
    <w:p>
      <w:pPr>
        <w:jc w:val="right"/>
      </w:pPr>
      <w:r>
        <w:t>تو وہیںسے دعوتکامزاجختمہوگیا۔</w:t>
      </w:r>
    </w:p>
    <w:p>
      <w:r>
        <w:rPr>
          <w:b/>
        </w:rPr>
        <w:t xml:space="preserve">[15:16] </w:t>
      </w:r>
      <w:r>
        <w:t>chunancha dekhiye, is baad jo literature bana, abu Huraera ke baad se ab tak jo tafaseer likhi gayeen, jo kitabein likhi gayeen, jo sharhein likhi gayeen, is mein dawat hadaf ho gaya.</w:t>
      </w:r>
    </w:p>
    <w:p>
      <w:pPr>
        <w:jc w:val="right"/>
      </w:pPr>
      <w:r>
        <w:t>چنانچہدیکھیے،اسبعد جو لٹریچربنا، عب اسیدور کےبعدسےابتک جو تفسیریںلکھیگئیں،جوکتاب یںلکھیگئیں، جو شرحیںلکھیگئیں، اسمیں دعوت حذفہوگیا۔</w:t>
      </w:r>
    </w:p>
    <w:p>
      <w:r>
        <w:rPr>
          <w:b/>
        </w:rPr>
        <w:t xml:space="preserve">[15:29] </w:t>
      </w:r>
      <w:r>
        <w:t>daai mad'u ka ta'alluq hadaf ho gaya. abu yeh bahashein hain, wohi bahashein hain.</w:t>
      </w:r>
    </w:p>
    <w:p>
      <w:pPr>
        <w:jc w:val="right"/>
      </w:pPr>
      <w:r>
        <w:t>داعیمدعوکاتعلقحذفہوگیا۔ ابوہی بحثیںہیں،وہیبحثیںہیں۔</w:t>
      </w:r>
    </w:p>
    <w:p>
      <w:r>
        <w:rPr>
          <w:b/>
        </w:rPr>
        <w:t xml:space="preserve">[15:33] </w:t>
      </w:r>
      <w:r>
        <w:t>yeh da'i al harbi hai, woh da'i al kufr hai, woh da'i al Islam hai, woh zimmi hai, woh woh zindiq hai, woh kafir hai, woh murtaad hai, woh harbi hai, falan. yeh sab baatein jo hain, daur e hukoomat mein bani hain jin ko ke mein zahiri taur par bid'at samajhta hoon.</w:t>
      </w:r>
    </w:p>
    <w:p>
      <w:pPr>
        <w:jc w:val="right"/>
      </w:pPr>
      <w:r>
        <w:t>یہدعاالحربہے،وہدعاالکفرہے، وہدعاالاسلام ہے، وہ ذ میہے،وہ وہ زندیقہے،وہکافرہے،وہمرت دہے، وہ ح ربیہے،فلاں۔یہسب باتیںجوہیں، دور حکومت میںبنی ہیں جنکو کہمیںظاہریطورپربدعتسمجھتاہوں۔</w:t>
      </w:r>
    </w:p>
    <w:p>
      <w:r>
        <w:rPr>
          <w:b/>
        </w:rPr>
        <w:t xml:space="preserve">[15:52] </w:t>
      </w:r>
      <w:r>
        <w:t>tab bhi haq nahi tha ke aap is tarah se categorize karein insaan ko. tab bhi insaan insaan tha.</w:t>
      </w:r>
    </w:p>
    <w:p>
      <w:pPr>
        <w:jc w:val="right"/>
      </w:pPr>
      <w:r>
        <w:t>تببھیحقنہیںتھاکہآپ اسطرحسے کیٹیگرائزکریںانسانکو ۔ تب بھیانسان انسانتھا۔</w:t>
      </w:r>
    </w:p>
    <w:p>
      <w:r>
        <w:rPr>
          <w:b/>
        </w:rPr>
        <w:t xml:space="preserve">[16:03] </w:t>
      </w:r>
      <w:r>
        <w:t>dekhiye, madine mein rasool Allah ke ne state qaim ho chuki thi. madine mein aap jante hain, hijrat ke baad madine mein state qaim hui thi.</w:t>
      </w:r>
    </w:p>
    <w:p>
      <w:pPr>
        <w:jc w:val="right"/>
      </w:pPr>
      <w:r>
        <w:t>دیکھیے،مدینےمیںرسولاللہ کے نے اسٹیٹقائمہوچکیتھی۔ مدینہمیںآپجانتےہیں،ہجرتکےبعد مدینہمیں اسٹیٹقائمہوئی تھی۔</w:t>
      </w:r>
    </w:p>
    <w:p>
      <w:r>
        <w:rPr>
          <w:b/>
        </w:rPr>
        <w:t xml:space="preserve">[16:14] </w:t>
      </w:r>
      <w:r>
        <w:t>rasool Allah sal Allah alaih wasallam iske tasaddur the. ek baar to aap rasool Allah sal Allah alaih wasallam madine mein aap ne dekha ke ek janaza ja raha hai. iski respect mein aap khare ho gaye.</w:t>
      </w:r>
    </w:p>
    <w:p>
      <w:pPr>
        <w:jc w:val="right"/>
      </w:pPr>
      <w:r>
        <w:t>رسولاللہصلیاللہعلیہوسلماسکےتص در تھے۔ ایکبارتوآپرسولاللہ صلیاللہعلیہوسلممدینےمیں آپنےدیکھاکہ ایک جنازہجارہاہے۔ اسکیریسپیکٹمیںآپکھڑےہوگئے۔</w:t>
      </w:r>
    </w:p>
    <w:p>
      <w:r>
        <w:rPr>
          <w:b/>
        </w:rPr>
        <w:t xml:space="preserve">[16:28] </w:t>
      </w:r>
      <w:r>
        <w:t>to ek sahib ne kaha ke yeh to yahudi ka janaza tha, yeh ghair muslim ka janaza tha. aap ne farmaya "alaisat nafsan".</w:t>
      </w:r>
    </w:p>
    <w:p>
      <w:pPr>
        <w:jc w:val="right"/>
      </w:pPr>
      <w:r>
        <w:t>توایکصاحبنےکہاکہیہتویہودیکاجنازہتھا، یہغیر مسلمکاجنازہتھا۔ آپنےفرمایا"أَلَيْسَتْنَفْسًا"۔</w:t>
      </w:r>
    </w:p>
    <w:p>
      <w:r>
        <w:rPr>
          <w:b/>
        </w:rPr>
        <w:t xml:space="preserve">[16:38] </w:t>
      </w:r>
      <w:r>
        <w:t>kya woh insaan nahi ?</w:t>
      </w:r>
    </w:p>
    <w:p>
      <w:pPr>
        <w:jc w:val="right"/>
      </w:pPr>
      <w:r>
        <w:t>کیا وہانساننہیں ؟</w:t>
      </w:r>
    </w:p>
    <w:p>
      <w:r>
        <w:rPr>
          <w:b/>
        </w:rPr>
        <w:t xml:space="preserve">[16:43] </w:t>
      </w:r>
      <w:r>
        <w:t>yani as ko bhi aap ne insan samjha ke chahe aap hukmra hon, tab bhi aap ko halke insan samajhna paray ga. aap ko</w:t>
      </w:r>
    </w:p>
    <w:p>
      <w:pPr>
        <w:jc w:val="right"/>
      </w:pPr>
      <w:r>
        <w:t>یعنیاسکوبھیآپ نےانسانسمجھا کہچاہےآپحاکمہوں، تببھیآپ سبکوانسانسمجھناپڑےگا۔آپکو</w:t>
      </w:r>
    </w:p>
    <w:p>
      <w:r>
        <w:rPr>
          <w:b/>
        </w:rPr>
        <w:t xml:space="preserve">[16:51] </w:t>
      </w:r>
      <w:r>
        <w:t>aap yeh nahi keh sakte ke yeh rabbi hai, yeh zimmi hai, yeh yeh shiatma hai, yeh zindiq hai, yeh kafir hai, yeh murtad hai. yeh haq nahi hai aap ko.</w:t>
      </w:r>
    </w:p>
    <w:p>
      <w:pPr>
        <w:jc w:val="right"/>
      </w:pPr>
      <w:r>
        <w:t>آپ یہنہیںکہہسکتےکہح ربی ہے،یہ ذ میہے،یہ یہ شاتمہے،یہزندیقہے،یہکافرہے،یہمرت دہے۔ یہ حقنہیںہےآپکو ۔</w:t>
      </w:r>
    </w:p>
    <w:p>
      <w:r>
        <w:rPr>
          <w:b/>
        </w:rPr>
        <w:t xml:space="preserve">[17:01] </w:t>
      </w:r>
      <w:r>
        <w:t>yeh khuda ke domain mein dakhil hona hai. Allah taala ko haq hai ke woh ailan kare apne ilm ke mutabiq, farishton ke record ke mutabiq.</w:t>
      </w:r>
    </w:p>
    <w:p>
      <w:pPr>
        <w:jc w:val="right"/>
      </w:pPr>
      <w:r>
        <w:t>یہ خداکے ڈومینمیںداخلہوناہے۔ اللہ تعالیٰکوحقہےکہوہاعلانکرے اپنےعلم کےمطابق، فرشتوںکےریکارڈکےمطابق ۔</w:t>
      </w:r>
    </w:p>
    <w:p>
      <w:r>
        <w:rPr>
          <w:b/>
        </w:rPr>
        <w:t xml:space="preserve">[17:12] </w:t>
      </w:r>
      <w:r>
        <w:t>ailan e khawandiki ko aap apne hisse mein nahi le sakte. yaad rakhiye, aap ko sirf dawat, dawat, dawat, dawat dete hain, bhar jana hai.</w:t>
      </w:r>
    </w:p>
    <w:p>
      <w:pPr>
        <w:jc w:val="right"/>
      </w:pPr>
      <w:r>
        <w:t>اعلان خداوندیکو آپ اپنے حصےمیںنہیںلےسکتے۔ یادرکھیے،آپکوصرفدعوت،دعوت،دعوت، دعوتدیتےہیں،بھرجاناہے۔</w:t>
      </w:r>
    </w:p>
    <w:p>
      <w:r>
        <w:rPr>
          <w:b/>
        </w:rPr>
        <w:t xml:space="preserve">[17:21] </w:t>
      </w:r>
      <w:r>
        <w:t>baqi Allah par chhodna hai.</w:t>
      </w:r>
    </w:p>
    <w:p>
      <w:pPr>
        <w:jc w:val="right"/>
      </w:pPr>
      <w:r>
        <w:t>باقیاللہ پرچھوڑناہے۔</w:t>
      </w:r>
    </w:p>
    <w:p>
      <w:r>
        <w:rPr>
          <w:b/>
        </w:rPr>
        <w:t xml:space="preserve">[17:26] </w:t>
      </w:r>
      <w:r>
        <w:t>iske baad dekhiye, kya hua? ek bohat bara inhiraf aaya. bohat bara inhiraf.</w:t>
      </w:r>
    </w:p>
    <w:p>
      <w:pPr>
        <w:jc w:val="right"/>
      </w:pPr>
      <w:r>
        <w:t>اسکےبعد دیکھیے،کیا ہوا ؟ ایک بہت بڑا انحراف آیا۔ بہت بڑاانحراف ۔</w:t>
      </w:r>
    </w:p>
    <w:p>
      <w:r>
        <w:rPr>
          <w:b/>
        </w:rPr>
        <w:t xml:space="preserve">[17:33] </w:t>
      </w:r>
      <w:r>
        <w:t>woh yeh hai</w:t>
      </w:r>
    </w:p>
    <w:p>
      <w:pPr>
        <w:jc w:val="right"/>
      </w:pPr>
      <w:r>
        <w:t>وہیہہے</w:t>
      </w:r>
    </w:p>
    <w:p>
      <w:r>
        <w:rPr>
          <w:b/>
        </w:rPr>
        <w:t xml:space="preserve">[17:39] </w:t>
      </w:r>
      <w:r>
        <w:t>ke</w:t>
      </w:r>
    </w:p>
    <w:p>
      <w:pPr>
        <w:jc w:val="right"/>
      </w:pPr>
      <w:r>
        <w:t>کہ</w:t>
      </w:r>
    </w:p>
    <w:p>
      <w:r>
        <w:rPr>
          <w:b/>
        </w:rPr>
        <w:t xml:space="preserve">[17:43] </w:t>
      </w:r>
      <w:r>
        <w:t>yeh baat hai, mein is liye keh raha hoon ke woh jo muhaddis ka qaul mein ne sunaya aap ko "lan yusallu akhiru hadhihi al-ummah illa wa ma salla bi awwaliha".</w:t>
      </w:r>
    </w:p>
    <w:p>
      <w:pPr>
        <w:jc w:val="right"/>
      </w:pPr>
      <w:r>
        <w:t>یہباتہے،میںاسلیےکہہرہاہوںکہوہجو محدث کاقولمیںنےسنایا آپکو "لَنْيَصْلُواآخِرُهٰذِهِالْأُمَّةِإِلَّاوَمَاصَلَىب ِأَوَّلُهَا"۔</w:t>
      </w:r>
    </w:p>
    <w:p>
      <w:r>
        <w:rPr>
          <w:b/>
        </w:rPr>
        <w:t xml:space="preserve">[17:54] </w:t>
      </w:r>
      <w:r>
        <w:t>ke baad ke daur ke logon ki durust giyas mein hai ke woh pichhle daur ki taraf lautain. hamein janna paray ga ke kahan se inhiraf hua, kahan se deviation hua,</w:t>
      </w:r>
    </w:p>
    <w:p>
      <w:pPr>
        <w:jc w:val="right"/>
      </w:pPr>
      <w:r>
        <w:t>کہ بعد کے دور کےلوگوںکیدرستگیاسیمیںہےکہوہپچھلےدور کیطرفلوٹیں۔ ہمیںجانناپڑےگاکہکہاںسےانحرافہوا، کہاںسےڈیویایشنہوا ،</w:t>
      </w:r>
    </w:p>
    <w:p>
      <w:r>
        <w:rPr>
          <w:b/>
        </w:rPr>
        <w:t xml:space="preserve">[18:04] </w:t>
      </w:r>
      <w:r>
        <w:t>kahan se derailment hua. tabhi to lautenge hum.</w:t>
      </w:r>
    </w:p>
    <w:p>
      <w:pPr>
        <w:jc w:val="right"/>
      </w:pPr>
      <w:r>
        <w:t>کہاںسے ڈیریلمنٹہوا ۔ تبھیتولوٹیںگےہم۔</w:t>
      </w:r>
    </w:p>
    <w:p>
      <w:r>
        <w:rPr>
          <w:b/>
        </w:rPr>
        <w:t xml:space="preserve">[18:11] </w:t>
      </w:r>
      <w:r>
        <w:t>to dekhein, phir kya hua? ke woh sari ayatein aur hadisein jo dawat ke liye theen, woh sab qital par aur harb par muntebeq ki jaane lagin.</w:t>
      </w:r>
    </w:p>
    <w:p>
      <w:pPr>
        <w:jc w:val="right"/>
      </w:pPr>
      <w:r>
        <w:t>تودیکھیں،پھرکیاہوا ؟ کہوہ ساری آیتیںاورحدیثیںجو دعوتکےلیےتھیں، وہ سب قتالپراور حربپر منط بقکیجانےلگیں۔</w:t>
      </w:r>
    </w:p>
    <w:p>
      <w:r>
        <w:rPr>
          <w:b/>
        </w:rPr>
        <w:t xml:space="preserve">[18:26] </w:t>
      </w:r>
      <w:r>
        <w:t>dekhiye, misaal ke taur par Quran majeed mein hai "innallaha ishtara minal mu'mineena anfusahum wa amwalahum bi annalahumul jannata".</w:t>
      </w:r>
    </w:p>
    <w:p>
      <w:pPr>
        <w:jc w:val="right"/>
      </w:pPr>
      <w:r>
        <w:t>دیکھیے،مثالکےطورپرقرآنمجیدمیںہے "إِنَّاللَّهَاَشْتَرَعَ مِنَالْ مُؤْمِنِينَأَلْفَسَبُوَأَمْالًابَنَّهُلُمُالْجَنَّةَ"۔</w:t>
      </w:r>
    </w:p>
    <w:p>
      <w:r>
        <w:rPr>
          <w:b/>
        </w:rPr>
        <w:t xml:space="preserve">[18:38] </w:t>
      </w:r>
      <w:r>
        <w:t>yeh is ayat mein chuki lafz qital aa gaya hai, is ko qital se jod diya gaya. nahi, yeh dawat hi ka yeh dawat ka ta'alluq dawat se hai.</w:t>
      </w:r>
    </w:p>
    <w:p>
      <w:pPr>
        <w:jc w:val="right"/>
      </w:pPr>
      <w:r>
        <w:t>یہ اس آیتمیں چونکہلفظ قتالآگیاہے، اسکو قتالسےجوڑدیاگیا۔ نہیں،یہدعوتہی کایہدعوت کاتعلقدعوتسےہے۔</w:t>
      </w:r>
    </w:p>
    <w:p>
      <w:r>
        <w:rPr>
          <w:b/>
        </w:rPr>
        <w:t xml:space="preserve">[18:48] </w:t>
      </w:r>
      <w:r>
        <w:t>qital to ek waqti, ek waqti daur pesh aane wala waqia tha. chuki is zamane mein yeh tha ke religious persecution ka zamana tha.</w:t>
      </w:r>
    </w:p>
    <w:p>
      <w:pPr>
        <w:jc w:val="right"/>
      </w:pPr>
      <w:r>
        <w:t>قتال تو ایک وق تی، ایک وق تی دور پیش آنےوالاواقعہتھا۔ چونکہ اسزمان ےمیں یہتھا کہ ریلیجسپرسیکیوشنکازمانہتھا۔</w:t>
      </w:r>
    </w:p>
    <w:p>
      <w:r>
        <w:rPr>
          <w:b/>
        </w:rPr>
        <w:t xml:space="preserve">[19:04] </w:t>
      </w:r>
      <w:r>
        <w:t>wa ma an aqabu minhum illa ayyahum billahil azizil hameed. yani sirf iman par wahan par secution hota tha. kalma tauheed bolne par woh maarte the. woh kalma tauheed bolne ki ijazat nahi thi.</w:t>
      </w:r>
    </w:p>
    <w:p>
      <w:pPr>
        <w:jc w:val="right"/>
      </w:pPr>
      <w:r>
        <w:t>وَمَامَنْأَقَبُوامِنْهُمْإِلَّاأَيُّهُمْبِاللَّه ِالْ عَ زِيزِالْعَمِيدِ۔یعنیصرف ایمانپر وہاں پرسیکیوشنہوتاتھا۔ کلمہتوحید بولنےپروہمارتےتھے۔وہ کلمہتوحیدبولنےکیاجازتنہیںتھی۔</w:t>
      </w:r>
    </w:p>
    <w:p>
      <w:r>
        <w:rPr>
          <w:b/>
        </w:rPr>
        <w:t xml:space="preserve">[19:20] </w:t>
      </w:r>
      <w:r>
        <w:t>kyunki shirk jo hai, shirk logon ka mazhab bana hua tha. aur is zamane ke jo sardar the, jo jo badshah the, woh shirk ko apnaaye hue the.</w:t>
      </w:r>
    </w:p>
    <w:p>
      <w:pPr>
        <w:jc w:val="right"/>
      </w:pPr>
      <w:r>
        <w:t>کیونکہ شرکجوہے، شرکلوگوںکا مذہببناہواتھا۔ اوراسزمان ےکےجوسردارتھے،جو جو بادشاہتھے، وہ شرککو اپنائےہوئےتھے۔</w:t>
      </w:r>
    </w:p>
    <w:p>
      <w:r>
        <w:rPr>
          <w:b/>
        </w:rPr>
        <w:t xml:space="preserve">[19:31] </w:t>
      </w:r>
      <w:r>
        <w:t>wan nasu ala deeni mulukihim. ka daur tha.</w:t>
      </w:r>
    </w:p>
    <w:p>
      <w:pPr>
        <w:jc w:val="right"/>
      </w:pPr>
      <w:r>
        <w:t>وَالنَّاسُعَلَ ىٰدِينِمُلُكِهِمْ۔کادورتھا۔</w:t>
      </w:r>
    </w:p>
    <w:p>
      <w:r>
        <w:rPr>
          <w:b/>
        </w:rPr>
        <w:t xml:space="preserve">[19:37] </w:t>
      </w:r>
      <w:r>
        <w:t>to aslan to dawat karte the ahl e iman. mad'u ki taraf se yeh hota tha ke shiddat ke sath mukhalifat hoti thi.</w:t>
      </w:r>
    </w:p>
    <w:p>
      <w:pPr>
        <w:jc w:val="right"/>
      </w:pPr>
      <w:r>
        <w:t>تو اصلاًتو دعوت کرتے تھے اہلایمان۔ مدعوکیطرفسے یہہوتاتھاکہ شدتکےساتھ مخالفتہوتیتھی۔</w:t>
      </w:r>
    </w:p>
    <w:p>
      <w:r>
        <w:rPr>
          <w:b/>
        </w:rPr>
        <w:t xml:space="preserve">[19:47] </w:t>
      </w:r>
      <w:r>
        <w:t>woh maarte peette the.</w:t>
      </w:r>
    </w:p>
    <w:p>
      <w:pPr>
        <w:jc w:val="right"/>
      </w:pPr>
      <w:r>
        <w:t>وہمارتےپیٹتےتھے۔</w:t>
      </w:r>
    </w:p>
    <w:p>
      <w:r>
        <w:rPr>
          <w:b/>
        </w:rPr>
        <w:t xml:space="preserve">[19:49] </w:t>
      </w:r>
      <w:r>
        <w:t>to to qital ki nobat aati thi. qital baraye khud aslan nahi hai. yeh is ayat mein jo bataya gaya ke Allah ne khareed liya hai ahl e iman ke jan o maal ko, to khareeda hai kis kaam ke liye? dawat ila Allah ke liye.</w:t>
      </w:r>
    </w:p>
    <w:p>
      <w:pPr>
        <w:jc w:val="right"/>
      </w:pPr>
      <w:r>
        <w:t>تو توقتالکینوبتآتیتھی۔ قتال برائےخود اصلنہیںہے۔ یہ اسآیتمیںجوبتایاگیاکہ اللہ نے خریدلیاہے اہلایمانکے جانومالکو ،توخریداہےکسکامکےلیے؟دعوتالیاللہکےلیے۔</w:t>
      </w:r>
    </w:p>
    <w:p>
      <w:r>
        <w:rPr>
          <w:b/>
        </w:rPr>
        <w:t xml:space="preserve">[20:10] </w:t>
      </w:r>
      <w:r>
        <w:t>ladai ke liye nahi khareeda hai. woh to waqti cheez thi. yeh dawat ila Allah ke liye aap safar karen.</w:t>
      </w:r>
    </w:p>
    <w:p>
      <w:pPr>
        <w:jc w:val="right"/>
      </w:pPr>
      <w:r>
        <w:t>لڑائیکےلیےنہیںخری داہے۔ وہتو وقتیچیزتھی۔ یہدعوتالیاللہکےلیےآپسفرکریں۔</w:t>
      </w:r>
    </w:p>
    <w:p>
      <w:r>
        <w:rPr>
          <w:b/>
        </w:rPr>
        <w:t xml:space="preserve">[20:18] </w:t>
      </w:r>
      <w:r>
        <w:t>dawat ila Allah ke liye aap samundar mein kashti par chalna paray aap ko.</w:t>
      </w:r>
    </w:p>
    <w:p>
      <w:pPr>
        <w:jc w:val="right"/>
      </w:pPr>
      <w:r>
        <w:t>دعوت الی اللہکےلیےآپسم ندرمیں ک شتیپرچلناپڑےآپکو ۔</w:t>
      </w:r>
    </w:p>
    <w:p>
      <w:r>
        <w:rPr>
          <w:b/>
        </w:rPr>
        <w:t xml:space="preserve">[20:26] </w:t>
      </w:r>
      <w:r>
        <w:t>dawat ila Allah ke liye is zamane mein is ko kahenge ejector. woh jo ladaiyan pesh aain, woh ejector ki wajah se pesh aain. woh yani fuqaha yeh mante hain ke yeh jo qital hai Islam mein, woh husn e zat hi nahi hai, husn e ghair hi hai.</w:t>
      </w:r>
    </w:p>
    <w:p>
      <w:pPr>
        <w:jc w:val="right"/>
      </w:pPr>
      <w:r>
        <w:t>دعوتالیاللہکےلیے اسزمانےمیں اسکوکہیںگےایجفیکٹر۔ وہجولڑائیاںپیشآئیں،وہایجفیکٹرکیوجہسےپیشآئیں۔ وہ یعنی فقہاء یہمانتےہیںکہ یہجو قتالہےاسلام میں، وہ حسن لذاتہینہیںہے، حسنلغیرہیہے۔</w:t>
      </w:r>
    </w:p>
    <w:p>
      <w:r>
        <w:rPr>
          <w:b/>
        </w:rPr>
        <w:t xml:space="preserve">[20:48] </w:t>
      </w:r>
      <w:r>
        <w:t>ke aslan aap dawat ke liye uthein ge. mad'u ka radd e amal kya hoga, us par munhasir hai ke peaceful rahay ga ya kahin takrao pesh aa jayega.</w:t>
      </w:r>
    </w:p>
    <w:p>
      <w:pPr>
        <w:jc w:val="right"/>
      </w:pPr>
      <w:r>
        <w:t>کہاصلاً آپ دعوتکےلیےاٹھیںگے۔ مدعو کا ردعملکیاہوگا،اسپرمنحصرہے کہ پیسفلرہےگایاکہیں ٹکراؤپیشآجائےگا۔</w:t>
      </w:r>
    </w:p>
    <w:p>
      <w:r>
        <w:rPr>
          <w:b/>
        </w:rPr>
        <w:t xml:space="preserve">[21:03] </w:t>
      </w:r>
      <w:r>
        <w:t>tu as zaman e kay jo mad'ooha hay, usnay aik naya culture paida kiya hay. aik nayi civilization paida ki hay.</w:t>
      </w:r>
    </w:p>
    <w:p>
      <w:pPr>
        <w:jc w:val="right"/>
      </w:pPr>
      <w:r>
        <w:t>تواس زمان ےکاجومدعوہے، اسنے ایک نیا کلچرپیدا کیاہے۔ ایک نئی سویلائزیشنپیدا کیہے۔</w:t>
      </w:r>
    </w:p>
    <w:p>
      <w:r>
        <w:rPr>
          <w:b/>
        </w:rPr>
        <w:t xml:space="preserve">[21:13] </w:t>
      </w:r>
      <w:r>
        <w:t>aur ab religious persecution haram ho chuka hay.</w:t>
      </w:r>
    </w:p>
    <w:p>
      <w:pPr>
        <w:jc w:val="right"/>
      </w:pPr>
      <w:r>
        <w:t>اور اب ریلیجس پرسیکیوشنحرامہوچکاہے۔</w:t>
      </w:r>
    </w:p>
    <w:p>
      <w:r>
        <w:rPr>
          <w:b/>
        </w:rPr>
        <w:t xml:space="preserve">[21:19] </w:t>
      </w:r>
      <w:r>
        <w:t>ab to mazhabi azadi hay. mukammal azadi hay. mukammal azadi hay. mukammal azadi hay. to mad'oona nay khud ailan kardiya kay humein tumse larnanahi hay.</w:t>
      </w:r>
    </w:p>
    <w:p>
      <w:pPr>
        <w:jc w:val="right"/>
      </w:pPr>
      <w:r>
        <w:t>ابتومذہبیآزادیہے۔ مک مل آز ادیہے۔مکملآز ادیہے۔مکملآزادیہے۔ تو مدعونےخودہیاعلانکردیاکہہمیںتمسےلڑنانہیںہے۔</w:t>
      </w:r>
    </w:p>
    <w:p>
      <w:r>
        <w:rPr>
          <w:b/>
        </w:rPr>
        <w:t xml:space="preserve">[21:28] </w:t>
      </w:r>
      <w:r>
        <w:t>tum jo chahe mazhab ikhtiyar karo.</w:t>
      </w:r>
    </w:p>
    <w:p>
      <w:pPr>
        <w:jc w:val="right"/>
      </w:pPr>
      <w:r>
        <w:t>تم جوچاہےمذہباختیارکرو ۔</w:t>
      </w:r>
    </w:p>
    <w:p>
      <w:r>
        <w:rPr>
          <w:b/>
        </w:rPr>
        <w:t xml:space="preserve">[21:35] </w:t>
      </w:r>
      <w:r>
        <w:t>yani 1948 mein aqwam mutahidda bani aur dunya kay saray mulkon nay is pay dastakhat kiye.</w:t>
      </w:r>
    </w:p>
    <w:p>
      <w:pPr>
        <w:jc w:val="right"/>
      </w:pPr>
      <w:r>
        <w:t>یعنی19 4 8میں اقوام متحدہ بنی اور دنیا کے سارے ملکوںنےاسپردستخطکیے۔</w:t>
      </w:r>
    </w:p>
    <w:p>
      <w:r>
        <w:rPr>
          <w:b/>
        </w:rPr>
        <w:t xml:space="preserve">[21:46] </w:t>
      </w:r>
      <w:r>
        <w:t>taqreeban do sou malik iskay member hain.</w:t>
      </w:r>
    </w:p>
    <w:p>
      <w:pPr>
        <w:jc w:val="right"/>
      </w:pPr>
      <w:r>
        <w:t>تقریباً دو سوممالکاسکے ممبرہیں۔</w:t>
      </w:r>
    </w:p>
    <w:p>
      <w:r>
        <w:rPr>
          <w:b/>
        </w:rPr>
        <w:t xml:space="preserve">[21:52] </w:t>
      </w:r>
      <w:r>
        <w:t>aur iska aik charter banaya gaya. declaration of human rights. universal declaration of human rights.</w:t>
      </w:r>
    </w:p>
    <w:p>
      <w:pPr>
        <w:jc w:val="right"/>
      </w:pPr>
      <w:r>
        <w:t>اوراسکاایک چارٹربنایاگیا۔ ڈیکلیریشنآفہیومنرائٹس۔ یونیورسل ڈیکلیریشنآفہیومنرائٹس۔</w:t>
      </w:r>
    </w:p>
    <w:p>
      <w:r>
        <w:rPr>
          <w:b/>
        </w:rPr>
        <w:t xml:space="preserve">[22:02] </w:t>
      </w:r>
      <w:r>
        <w:t>to sari qomon nay dastakhat kiya kay ab dunya mein har aik ko azadi rahegi. mazhab ki. mazhab par amal karne ki. aqeeday ki.</w:t>
      </w:r>
    </w:p>
    <w:p>
      <w:pPr>
        <w:jc w:val="right"/>
      </w:pPr>
      <w:r>
        <w:t>توساری قوموںنےدست خطکیا کہ اب دنیا میں ہرایک کوآزادیرہےگی۔ مذہبکی۔ مذہبپرعمل کرنے کی۔ عقیدےکی۔</w:t>
      </w:r>
    </w:p>
    <w:p>
      <w:r>
        <w:rPr>
          <w:b/>
        </w:rPr>
        <w:t xml:space="preserve">[22:11] </w:t>
      </w:r>
      <w:r>
        <w:t>mazeed iski tablegh karne ki bhi.</w:t>
      </w:r>
    </w:p>
    <w:p>
      <w:pPr>
        <w:jc w:val="right"/>
      </w:pPr>
      <w:r>
        <w:t>مزید اسکیتبلیغکرنے کیبھی۔</w:t>
      </w:r>
    </w:p>
    <w:p>
      <w:r>
        <w:rPr>
          <w:b/>
        </w:rPr>
        <w:t xml:space="preserve">[22:16] </w:t>
      </w:r>
      <w:r>
        <w:t>sirf aik shart hay kay woh piraaman rahay. woh jarahiyat na kare. bas. aur koi shart nahi. to ab to goya kay saray insanon nay mil kar yeh ailan kardiya kay ab qital khatam.</w:t>
      </w:r>
    </w:p>
    <w:p>
      <w:pPr>
        <w:jc w:val="right"/>
      </w:pPr>
      <w:r>
        <w:t>صرفایکشرطہےکہوہ پرامنرہے۔ وہ جارحیتنہکرے۔ بس۔اور کوئیشرطہینہیں ۔ تو ابتو گویاکہ سارےانسانوںنےملکریہ اعلانکردیا کہابقتالختم ۔</w:t>
      </w:r>
    </w:p>
    <w:p>
      <w:r>
        <w:rPr>
          <w:b/>
        </w:rPr>
        <w:t xml:space="preserve">[22:30] </w:t>
      </w:r>
      <w:r>
        <w:t>mazhabi pakar dhakar khatam. mazhabi izhar e ahsas khatam. to ab qital kis liye? to in ayaton ka ab jo hay intabaq, woh hoga dawat par.</w:t>
      </w:r>
    </w:p>
    <w:p>
      <w:pPr>
        <w:jc w:val="right"/>
      </w:pPr>
      <w:r>
        <w:t>مذہبیپکڑدھکڑختم۔ مذہبی اظہار احسانیختم ۔ توابقتالکسلیے ؟ تو ان آیتوںکا ابجوہے انطباق ،وہہوگادعوتپر ۔</w:t>
      </w:r>
    </w:p>
    <w:p>
      <w:r>
        <w:rPr>
          <w:b/>
        </w:rPr>
        <w:t xml:space="preserve">[22:44] </w:t>
      </w:r>
      <w:r>
        <w:t>qital par nahi.</w:t>
      </w:r>
    </w:p>
    <w:p>
      <w:pPr>
        <w:jc w:val="right"/>
      </w:pPr>
      <w:r>
        <w:t>قتالپرنہیں ۔</w:t>
      </w:r>
    </w:p>
    <w:p>
      <w:r>
        <w:rPr>
          <w:b/>
        </w:rPr>
        <w:t xml:space="preserve">[22:46] </w:t>
      </w:r>
      <w:r>
        <w:t>to ab yeh kaha jaye kay Allah nay khareed liya hay ahl e iman kay jan o maal ko kis liye? dawat ila Allah ka kaam karein woh. yeh matlab hoga iska.</w:t>
      </w:r>
    </w:p>
    <w:p>
      <w:pPr>
        <w:jc w:val="right"/>
      </w:pPr>
      <w:r>
        <w:t>توابیہکہاجائےکہاللہ نے خریدلیاہے اہلایمانکےجانومالکو کسلیے؟ دعوتالیاللہکاکامکریںوہ۔ یہمطلبہوگااسکا ۔</w:t>
      </w:r>
    </w:p>
    <w:p>
      <w:r>
        <w:rPr>
          <w:b/>
        </w:rPr>
        <w:t xml:space="preserve">[22:57] </w:t>
      </w:r>
      <w:r>
        <w:t>kyun kay woh to arzi tha. qital arzi tha. asal to dawat thi. to arzi jo amil tha, woh hadaf ho gaya.</w:t>
      </w:r>
    </w:p>
    <w:p>
      <w:pPr>
        <w:jc w:val="right"/>
      </w:pPr>
      <w:r>
        <w:t>کیونکہوہتوعارضیتھا۔ قتال عارضیتھا۔ اصلتودعوتتھی۔ تو عارضی جو عاملتھا،وہ حذفہوگیا۔</w:t>
      </w:r>
    </w:p>
    <w:p>
      <w:r>
        <w:rPr>
          <w:b/>
        </w:rPr>
        <w:t xml:space="preserve">[23:08] </w:t>
      </w:r>
      <w:r>
        <w:t>to asal jo hay, woh barqarar rahega.</w:t>
      </w:r>
    </w:p>
    <w:p>
      <w:pPr>
        <w:jc w:val="right"/>
      </w:pPr>
      <w:r>
        <w:t>تو اصلجوہے،وہبرقراررہےگا۔</w:t>
      </w:r>
    </w:p>
    <w:p>
      <w:r>
        <w:rPr>
          <w:b/>
        </w:rPr>
        <w:t xml:space="preserve">[23:13] </w:t>
      </w:r>
      <w:r>
        <w:t>ab koi jo adan nahi hay is ma'non kay liye kay khwamkhwah laraiyan chhedein idhar udhar. kyun? us waqt jo nam nahad jihad ho raha hay, kis liye ho raha hay?</w:t>
      </w:r>
    </w:p>
    <w:p>
      <w:pPr>
        <w:jc w:val="right"/>
      </w:pPr>
      <w:r>
        <w:t>ابکوئی جوادنہیںہے اسمعنوںکےلیےکہخوامخواہلڑائیاںچھڑیںادھرادھر۔ کیوں ؟ اسوقتجو نام نہادجہادہورہاہے،کسلیےہورہاہے؟</w:t>
      </w:r>
    </w:p>
    <w:p>
      <w:r>
        <w:rPr>
          <w:b/>
        </w:rPr>
        <w:t xml:space="preserve">[23:24] </w:t>
      </w:r>
      <w:r>
        <w:t>land kay liye ho raha hay. zameen kay liye ho raha hay. maal kay liye ho raha hay. maal kay liye aur zameen ki larai to jaiz nahi Islam mein.</w:t>
      </w:r>
    </w:p>
    <w:p>
      <w:pPr>
        <w:jc w:val="right"/>
      </w:pPr>
      <w:r>
        <w:t>لینڈکےلیےہورہاہے۔زمین کےلیےہورہاہے۔ مالکےلیےہورہاہے۔ مال کےلیےاورزمین کیلڑائیتوجائزہینہیںاسلام میں۔</w:t>
      </w:r>
    </w:p>
    <w:p>
      <w:r>
        <w:rPr>
          <w:b/>
        </w:rPr>
        <w:t xml:space="preserve">[23:35] </w:t>
      </w:r>
      <w:r>
        <w:t>Islam mein dekhiye, difa kay liye larai hay.</w:t>
      </w:r>
    </w:p>
    <w:p>
      <w:pPr>
        <w:jc w:val="right"/>
      </w:pPr>
      <w:r>
        <w:t>اسلام میں دیکھیے،دفاعکےلیے لڑائیہے۔</w:t>
      </w:r>
    </w:p>
    <w:p>
      <w:r>
        <w:rPr>
          <w:b/>
        </w:rPr>
        <w:t xml:space="preserve">[23:38] </w:t>
      </w:r>
      <w:r>
        <w:t>maal chheen nay kay liye nahi hay. land kay liye nahi hay. yeh sab laraiyan jo hain, yeh iska Islam say koi talluq nahi hay.</w:t>
      </w:r>
    </w:p>
    <w:p>
      <w:pPr>
        <w:jc w:val="right"/>
      </w:pPr>
      <w:r>
        <w:t>مال چھیننےکےلیےنہیںہے۔ لینڈکےلیےنہیں ہے۔ یہسب لڑائیاںجوہیں، یہاسکا اسلام سےکوئیتعلقنہیںہے۔</w:t>
      </w:r>
    </w:p>
    <w:p>
      <w:r>
        <w:rPr>
          <w:b/>
        </w:rPr>
        <w:t xml:space="preserve">[23:52] </w:t>
      </w:r>
      <w:r>
        <w:t>Islam yeh hay kay aap Allah par iman layein. Allah ko apni zindagi ka rehnuma banayein. Allah ki dawat uthlay kar uthein. Allah ka paigham pohanchayein.</w:t>
      </w:r>
    </w:p>
    <w:p>
      <w:pPr>
        <w:jc w:val="right"/>
      </w:pPr>
      <w:r>
        <w:t>اسلام یہہےکہآپ اللہ پرایمانلائیں۔ اللہ کو اپنی زندگی کارہنمابنائیں۔ اللہ کیدعوت اٹھلےکراٹھیں۔اللہ کاپیغامپہنچائیں۔</w:t>
      </w:r>
    </w:p>
    <w:p>
      <w:r>
        <w:rPr>
          <w:b/>
        </w:rPr>
        <w:t xml:space="preserve">[24:04] </w:t>
      </w:r>
      <w:r>
        <w:t>mohabbat kay sath, khair khwahi kay sath. aur aman kay sath, peace kay sath, shanti kay sath.</w:t>
      </w:r>
    </w:p>
    <w:p>
      <w:pPr>
        <w:jc w:val="right"/>
      </w:pPr>
      <w:r>
        <w:t>محبتکےساتھ ،خیرخواہیکےساتھ ۔اور امنکےساتھ ،پیسکےساتھ،شانتیکےساتھ ۔</w:t>
      </w:r>
    </w:p>
    <w:p>
      <w:r>
        <w:rPr>
          <w:b/>
        </w:rPr>
        <w:t xml:space="preserve">[24:13] </w:t>
      </w:r>
      <w:r>
        <w:t>doosra agar aap par waar kare to aap iska difa kar sakte hain. defense kar sakte hain. warna nahi.</w:t>
      </w:r>
    </w:p>
    <w:p>
      <w:pPr>
        <w:jc w:val="right"/>
      </w:pPr>
      <w:r>
        <w:t>دوس را اگرآپ پر وارکرےتوآپاسکودفاعکرسکتےہیں۔ڈیفنسکرسکتےہیں۔ ورنہنہیں۔</w:t>
      </w:r>
    </w:p>
    <w:p>
      <w:r>
        <w:rPr>
          <w:b/>
        </w:rPr>
        <w:t xml:space="preserve">[24:20] </w:t>
      </w:r>
      <w:r>
        <w:t>to ab to doosray nay unilaterally, yak tarfa taur par ailan kardiya kay humein to phir larnahina hay. to bas to larai khatam ho gayi.</w:t>
      </w:r>
    </w:p>
    <w:p>
      <w:pPr>
        <w:jc w:val="right"/>
      </w:pPr>
      <w:r>
        <w:t>تو ابتودوسرےنے یون یلیٹرلطورپر، یکطرفہطورپراعلانکردیاکہہمیںتوپھرلڑناہینہیںہے۔ تو بس تو لڑائیختمہوگئی۔</w:t>
      </w:r>
    </w:p>
    <w:p>
      <w:r>
        <w:rPr>
          <w:b/>
        </w:rPr>
        <w:t xml:space="preserve">[24:36] </w:t>
      </w:r>
      <w:r>
        <w:t>to goya kay is tarah ki jo ayatein hain, hadith hain, jismein yeh hay kay Allah nay ahl e iman kay iman ko, ahl e iman ki dolat, maal ko aur aur zindagi ko aur har cheez ko khareed liya hay apnay kaam kay liye.</w:t>
      </w:r>
    </w:p>
    <w:p>
      <w:pPr>
        <w:jc w:val="right"/>
      </w:pPr>
      <w:r>
        <w:t>تو گویاکہ اسطرحکیجوآیتیںہیں،حدیثیںہیں، جسمیںیہہےکہاللہ نے اہلایمانکےایمانکو ،اہلایمانکیدولت ،مال کواور اورزندگی کو اورہرچیزکوخریدلیاہے اپنے کامکےلیے۔</w:t>
      </w:r>
    </w:p>
    <w:p>
      <w:r>
        <w:rPr>
          <w:b/>
        </w:rPr>
        <w:t xml:space="preserve">[24:50] </w:t>
      </w:r>
      <w:r>
        <w:t>to apnay kaam say murad kiya hay? dawat ila Allah hay. bas.</w:t>
      </w:r>
    </w:p>
    <w:p>
      <w:pPr>
        <w:jc w:val="right"/>
      </w:pPr>
      <w:r>
        <w:t>تو اپنےکام سےمرادکیاہے؟دعوت الیاللہ ہے۔ بس۔</w:t>
      </w:r>
    </w:p>
    <w:p>
      <w:r>
        <w:rPr>
          <w:b/>
        </w:rPr>
        <w:t xml:space="preserve">[24:58] </w:t>
      </w:r>
      <w:r>
        <w:t>aise hi dekhiye, yeh jo maal ke liye aur land ke liye jo laraiyan chhod dein musalmanon ne, is se kya hua?</w:t>
      </w:r>
    </w:p>
    <w:p>
      <w:pPr>
        <w:jc w:val="right"/>
      </w:pPr>
      <w:r>
        <w:t>ایسےہیدیکھیے،یہجو مال کےلیے اور لینڈکےلیےجو لڑائیاںچھڑدیںمسلمانوںنے، اسسےکیاہوا ؟</w:t>
      </w:r>
    </w:p>
    <w:p>
      <w:r>
        <w:rPr>
          <w:b/>
        </w:rPr>
        <w:t xml:space="preserve">[25:06] </w:t>
      </w:r>
      <w:r>
        <w:t>dushmani yan paida huin. yeh aaj kal jo musalmanon ka yeh haal hai ke doosre logon ko dushman samajhte hain, rival samajhte hain, sazish samajhte hain, zalim samajhte hain. kyun?</w:t>
      </w:r>
    </w:p>
    <w:p>
      <w:pPr>
        <w:jc w:val="right"/>
      </w:pPr>
      <w:r>
        <w:t>دشمنیاںپیدا ہوئیں۔ یہ آجکلجومسلمانوںکا یہحال ہے کہ دوسرےلوگوںکودشمنسمجھتےہیں، رائیولسمجھتےہیں، ساز شیسمجھتےہیں،ظالمسمجھتےہیں۔کیوں ؟</w:t>
      </w:r>
    </w:p>
    <w:p>
      <w:r>
        <w:rPr>
          <w:b/>
        </w:rPr>
        <w:t xml:space="preserve">[25:20] </w:t>
      </w:r>
      <w:r>
        <w:t>islam ka masla nahin hai yahan par. yeh phir islam ka masla nahin hai. koi deen ka masla nahin hai. yeh hai masla zameen ka, maal ka, property ka.</w:t>
      </w:r>
    </w:p>
    <w:p>
      <w:pPr>
        <w:jc w:val="right"/>
      </w:pPr>
      <w:r>
        <w:t>اسلام کامسئلہنہیںہےیہاںپر ۔ یہپھر اسلام کامسئلہنہیںہے۔ کوئی دینکامسئلہنہیںہے۔ یہہےمسئلہ زمین کا ،مال کا ، پراپرٹیکا ۔</w:t>
      </w:r>
    </w:p>
    <w:p>
      <w:r>
        <w:rPr>
          <w:b/>
        </w:rPr>
        <w:t xml:space="preserve">[25:36] </w:t>
      </w:r>
      <w:r>
        <w:t>iski wajah se kya hua? ke woh jo shart hai, woh khatam ho gayi. daee ki shart kya hai? daee ki sifat. daee ki sifat yeh hai ke</w:t>
      </w:r>
    </w:p>
    <w:p>
      <w:pPr>
        <w:jc w:val="right"/>
      </w:pPr>
      <w:r>
        <w:t>اسکیوجہسےکیا ہوا؟ کہ وہجو شرطہے،وہختمہوگئی۔ داعیکیشرطکیاہے؟ داعیکیصفت ۔داعیکیصفتیہہےکہ</w:t>
      </w:r>
    </w:p>
    <w:p>
      <w:r>
        <w:rPr>
          <w:b/>
        </w:rPr>
        <w:t xml:space="preserve">[25:50] </w:t>
      </w:r>
      <w:r>
        <w:t>inna lakum nashe an. main tumhara khair khwah hoon. quran mein hai ke peghambar ne kaha ke main tumhara khair khwah hoon. main tumhara naseeh hoon.</w:t>
      </w:r>
    </w:p>
    <w:p>
      <w:pPr>
        <w:jc w:val="right"/>
      </w:pPr>
      <w:r>
        <w:t>إِنَّالْكُمْنَاسِعًا ۔میںتمہاراخیرخواہہوں۔ قرآنمیںہےکہپیغمبرنےکہا کہمیںتمہاراخیرخواہہوں۔میںتمہاراناصحہوں۔</w:t>
      </w:r>
    </w:p>
    <w:p>
      <w:r>
        <w:rPr>
          <w:b/>
        </w:rPr>
        <w:t xml:space="preserve">[26:01] </w:t>
      </w:r>
      <w:r>
        <w:t>naseeh mani khair khwah.</w:t>
      </w:r>
    </w:p>
    <w:p>
      <w:pPr>
        <w:jc w:val="right"/>
      </w:pPr>
      <w:r>
        <w:t>ناصحمعنیخیرخواہ۔</w:t>
      </w:r>
    </w:p>
    <w:p>
      <w:r>
        <w:rPr>
          <w:b/>
        </w:rPr>
        <w:t xml:space="preserve">[26:08] </w:t>
      </w:r>
      <w:r>
        <w:t>lekin jab aap ne laraiyan chhod dein, land ke liye, mulk ke liye, maal ke liye, to khair khwahi ka mizaj hi khatam ho gaya.</w:t>
      </w:r>
    </w:p>
    <w:p>
      <w:pPr>
        <w:jc w:val="right"/>
      </w:pPr>
      <w:r>
        <w:t>لیکن جب آپ نے لڑائیاںچھڑ دیں، لینڈکےلیے، ملککےلیے،مالکےلیے، تو خیرخواہی کامزاجہیختمہوگیا۔</w:t>
      </w:r>
    </w:p>
    <w:p>
      <w:r>
        <w:rPr>
          <w:b/>
        </w:rPr>
        <w:t xml:space="preserve">[26:20] </w:t>
      </w:r>
      <w:r>
        <w:t>ab aap ko dushman ki nazar se dekhne lage.</w:t>
      </w:r>
    </w:p>
    <w:p>
      <w:pPr>
        <w:jc w:val="right"/>
      </w:pPr>
      <w:r>
        <w:t>ابآپکودشمنکینظر دیکھنےلگے۔</w:t>
      </w:r>
    </w:p>
    <w:p>
      <w:r>
        <w:rPr>
          <w:b/>
        </w:rPr>
        <w:t xml:space="preserve">[26:28] </w:t>
      </w:r>
      <w:r>
        <w:t>to jo cheez aap se dawat ka mizaj chheen le, woh islam mein jaiz nahin hai.</w:t>
      </w:r>
    </w:p>
    <w:p>
      <w:pPr>
        <w:jc w:val="right"/>
      </w:pPr>
      <w:r>
        <w:t>تو جو چیز آپ سے دعوتکامزاج چھینلے، وہ اسلام میںجائزہینہیںہے۔</w:t>
      </w:r>
    </w:p>
    <w:p>
      <w:r>
        <w:rPr>
          <w:b/>
        </w:rPr>
        <w:t xml:space="preserve">[26:37] </w:t>
      </w:r>
      <w:r>
        <w:t>aap ghor kijiye, dawat ka mizaj yeh hai ke aap insaan se mohabbat karen. insaan ke khair khwah banen. to ek aisa kaam jo aap se insaan ki khair khwahi chheen le,</w:t>
      </w:r>
    </w:p>
    <w:p>
      <w:pPr>
        <w:jc w:val="right"/>
      </w:pPr>
      <w:r>
        <w:t>آپ غورکیجیے، دعوتکامزاجیہہےکہآپ انسانسے محبتکریں۔ انسان کےخیرخواہبنیں۔ تو ایک ایسا کام جوآپ سےانسانکیخیرخواہیچھینلے،</w:t>
      </w:r>
    </w:p>
    <w:p>
      <w:r>
        <w:rPr>
          <w:b/>
        </w:rPr>
        <w:t xml:space="preserve">[26:50] </w:t>
      </w:r>
      <w:r>
        <w:t>bilkul woh najaaiz rahega islam mein. is liye dekhiye kya hai? ke musalmanon ko saari laraiyan mauqoof karni padengi. jo zameen ke liye, mulk ke liye, maal ke liye lar rahe hain, woh yak tarafah taur par khatam karna padega.</w:t>
      </w:r>
    </w:p>
    <w:p>
      <w:pPr>
        <w:jc w:val="right"/>
      </w:pPr>
      <w:r>
        <w:t>بالکل وہناجائزرہےگااسلام میں۔اسلیےدیکھیےکیاہے؟ کہ مس لمانوںکوس اریلڑائیاںموقوفکرنیپڑیںگی۔ جو زمین کےلیے،ملککےلیے،مالکےلیے لڑرہےہیں،وہ یک طرفہطورپرختمکرناپڑےگا۔</w:t>
      </w:r>
    </w:p>
    <w:p>
      <w:r>
        <w:rPr>
          <w:b/>
        </w:rPr>
        <w:t xml:space="preserve">[27:08] </w:t>
      </w:r>
      <w:r>
        <w:t>warna Allah ki rehmaton se woh mehroom rahenge. yak tarafah taur par khatam.</w:t>
      </w:r>
    </w:p>
    <w:p>
      <w:pPr>
        <w:jc w:val="right"/>
      </w:pPr>
      <w:r>
        <w:t>ورنہاللہکیرحمتوںسےوہمحرومرہیںگے۔ یک طرفہطورپرختم ۔</w:t>
      </w:r>
    </w:p>
    <w:p>
      <w:r>
        <w:rPr>
          <w:b/>
        </w:rPr>
        <w:t xml:space="preserve">[27:16] </w:t>
      </w:r>
      <w:r>
        <w:t>taake unke andar insaan ke liye khair khwahi aaye. taake daee o mad'oo ke darmiyan mu'addal ta'alluqat qaim hon.</w:t>
      </w:r>
    </w:p>
    <w:p>
      <w:pPr>
        <w:jc w:val="right"/>
      </w:pPr>
      <w:r>
        <w:t>تاکہانکےاندرانسانکےلیےخیرخواہیآئے۔ تاکہ داعیومدعوکےدرمیان معدلتعلقات قائمہوں۔</w:t>
      </w:r>
    </w:p>
    <w:p>
      <w:r>
        <w:rPr>
          <w:b/>
        </w:rPr>
        <w:t xml:space="preserve">[27:27] </w:t>
      </w:r>
      <w:r>
        <w:t>mu'addal ta'alluqat ki ahmiyat itni zyada hai ke Hudaibiyah ke mauqe par Rasool Allah sal Allah aleh wasallam ne yak tarafah taur par sab sharton ko maan liya tha.</w:t>
      </w:r>
    </w:p>
    <w:p>
      <w:pPr>
        <w:jc w:val="right"/>
      </w:pPr>
      <w:r>
        <w:t>معدلتعلقات کی اہمیتاتنیزیادہ ہے کہحدی بیہکےموقع پررسولاللہصلیاللہعلیہوسلمنے یک طرفہطورپرسب شرطوںکومانلیاتھا۔</w:t>
      </w:r>
    </w:p>
    <w:p>
      <w:r>
        <w:rPr>
          <w:b/>
        </w:rPr>
        <w:t xml:space="preserve">[27:37] </w:t>
      </w:r>
      <w:r>
        <w:t>yahan tak ke kaghaz par likha gaya tha Muhammad rasool Allah. unhon ne kaha hum rasool nahin mante aap ko. isko mitaiye. to Rasool Allah ne lafz Rasool Allah ko kaghaz se mita diya.</w:t>
      </w:r>
    </w:p>
    <w:p>
      <w:pPr>
        <w:jc w:val="right"/>
      </w:pPr>
      <w:r>
        <w:t>یہاںتککہکاغذپرلکھاگیاتھا مَحْمَدٌرَسُولُاللَّهِ ۔انہوںنےکہاہمرسولنہیںمانتےآپکو ۔ اسکومٹائیے۔ تورسولاللہ نے لفظرسولاللہکوکاغذسےمٹادیا۔</w:t>
      </w:r>
    </w:p>
    <w:p>
      <w:r>
        <w:rPr>
          <w:b/>
        </w:rPr>
        <w:t xml:space="preserve">[27:51] </w:t>
      </w:r>
      <w:r>
        <w:t>yani apni hesiyat ko khatam kar diya kaghaz par. kyun? ta'alluqat ko normalize karne ke liye.</w:t>
      </w:r>
    </w:p>
    <w:p>
      <w:pPr>
        <w:jc w:val="right"/>
      </w:pPr>
      <w:r>
        <w:t>یعنیاپنیحیثیتکوختمکردیا کاغذپر ۔ کیوں ؟ تعلقاتکو نارملائزکرنےکےلیے۔</w:t>
      </w:r>
    </w:p>
    <w:p>
      <w:r>
        <w:rPr>
          <w:b/>
        </w:rPr>
        <w:t xml:space="preserve">[28:00] </w:t>
      </w:r>
      <w:r>
        <w:t>daee o mad'oo ke darmiyan ta'alluqat ko mu'addal banane ke liye.</w:t>
      </w:r>
    </w:p>
    <w:p>
      <w:pPr>
        <w:jc w:val="right"/>
      </w:pPr>
      <w:r>
        <w:t>داعیومدعوکےدرمیان تعلقاتکو معدلبنانےکےلیے۔</w:t>
      </w:r>
    </w:p>
    <w:p>
      <w:r>
        <w:rPr>
          <w:b/>
        </w:rPr>
        <w:t xml:space="preserve">[28:08] </w:t>
      </w:r>
      <w:r>
        <w:t>itni zyada ahmiyat hai iski.</w:t>
      </w:r>
    </w:p>
    <w:p>
      <w:pPr>
        <w:jc w:val="right"/>
      </w:pPr>
      <w:r>
        <w:t>اتنیزیادہاہمیتہےاسکی۔</w:t>
      </w:r>
    </w:p>
    <w:p>
      <w:r>
        <w:rPr>
          <w:b/>
        </w:rPr>
        <w:t xml:space="preserve">[28:12] </w:t>
      </w:r>
      <w:r>
        <w:t>aap tafseer padh lijiye, Hudaibiyah ka mu'ahida hua tha. sab sharten is mein unilaterally thin. yani mukhalifeen ke mutabiq thin. Rasool Allah ke mutabiq nahin thin.</w:t>
      </w:r>
    </w:p>
    <w:p>
      <w:pPr>
        <w:jc w:val="right"/>
      </w:pPr>
      <w:r>
        <w:t>آپ تفسیرپڑھلیجیے ،حدیبیہکامعاہدہہواتھا۔ سب شرطیںاسمیں یون یلیٹرلتھیں۔ یعنیمخالفین کے مط ابق تھیں۔رسولاللہکےمطابق نہیںتھیں۔</w:t>
      </w:r>
    </w:p>
    <w:p>
      <w:r>
        <w:rPr>
          <w:b/>
        </w:rPr>
        <w:t xml:space="preserve">[28:25] </w:t>
      </w:r>
      <w:r>
        <w:t>sirf is liye ke bas jang khatam ho jaye. jang ki jo takrao ka mahol khatam ho jaye. bas. is ke liye aap ne sab kuch qurban kar diya.</w:t>
      </w:r>
    </w:p>
    <w:p>
      <w:pPr>
        <w:jc w:val="right"/>
      </w:pPr>
      <w:r>
        <w:t>صرف اسلیےکہبسجنگختمہوجائے۔جنگ ی جو ٹکراؤکاماحولختمہوجائے۔ بس۔ اسکےلیےآپنےسبکچھقربانکردیا۔</w:t>
      </w:r>
    </w:p>
    <w:p>
      <w:r>
        <w:rPr>
          <w:b/>
        </w:rPr>
        <w:t xml:space="preserve">[28:38] </w:t>
      </w:r>
      <w:r>
        <w:t>Hazrat Umar ne, Hazrat Umar is ke shuru shuru mein is ke khilaf khilaf the to unhon ne yahan tak keh diya tha ke laman u'ti ad dunya min deenina.</w:t>
      </w:r>
    </w:p>
    <w:p>
      <w:pPr>
        <w:jc w:val="right"/>
      </w:pPr>
      <w:r>
        <w:t>حضرتعمر نے، حضرتعمر اسکےشروعشروع میںاسکےخلاف خلاف تھےتوانہوںنےیہاںتککہہدیاتھاکہ لَمَانُعْطِيالدَّنْيَةَمِنْدِينِنا۔</w:t>
      </w:r>
    </w:p>
    <w:p>
      <w:r>
        <w:rPr>
          <w:b/>
        </w:rPr>
        <w:t xml:space="preserve">[28:48] </w:t>
      </w:r>
      <w:r>
        <w:t>yani is ko woh zaleel sharton par mu'ahida samajhte the. lekin Rasool Allah ne kaha ke nahin. mujhe to yeh hi karna hai.</w:t>
      </w:r>
    </w:p>
    <w:p>
      <w:pPr>
        <w:jc w:val="right"/>
      </w:pPr>
      <w:r>
        <w:t>یعنیاسکو وہ ذلیل شرطوںپر معاہدہسمجھتےتھے۔ لیکن رسولاللہنےکہاکہنہیں۔ مجھےتویہیکرناہے۔</w:t>
      </w:r>
    </w:p>
    <w:p>
      <w:r>
        <w:rPr>
          <w:b/>
        </w:rPr>
        <w:t xml:space="preserve">[29:01] </w:t>
      </w:r>
      <w:r>
        <w:t>is ke mani hain ke koi bhi shart, XYZ, par hamein</w:t>
      </w:r>
    </w:p>
    <w:p>
      <w:pPr>
        <w:jc w:val="right"/>
      </w:pPr>
      <w:r>
        <w:t>اس کےمعنیہیںکہکوئیبھی شرط ،ایکسوائیزیڈ، پر ہمیں</w:t>
      </w:r>
    </w:p>
    <w:p>
      <w:r>
        <w:rPr>
          <w:b/>
        </w:rPr>
        <w:t xml:space="preserve">[29:11] </w:t>
      </w:r>
      <w:r>
        <w:t>takrao ko khatam kar dena hai. taake dawat ka mahol bane. yeh hai islam</w:t>
      </w:r>
    </w:p>
    <w:p>
      <w:pPr>
        <w:jc w:val="right"/>
      </w:pPr>
      <w:r>
        <w:t>ٹکراؤکوختمکردیناہے۔ تاکہدعوتکاماحولبنے۔ یہہے اسلام</w:t>
      </w:r>
    </w:p>
    <w:p>
      <w:r>
        <w:rPr>
          <w:b/>
        </w:rPr>
        <w:t xml:space="preserve">[29:19] </w:t>
      </w:r>
      <w:r>
        <w:t>. to main aksar yeh kaha karta hoon ke musalman jo kar rahe hain is ka islam naam, is ka naam islam nahin hai. musalman jo kar rahe hain is ka naam nahin hai islam.</w:t>
      </w:r>
    </w:p>
    <w:p>
      <w:pPr>
        <w:jc w:val="right"/>
      </w:pPr>
      <w:r>
        <w:t>۔تومیںاکثریہکہاکرتاہوںکہ مس لمانجو کررہےہیںاسکااسلام نام ،اسکانام اسلام نہیںہے۔ مسلمانجوکررہےہیں اسکانامنہیںہےاسلام ۔</w:t>
      </w:r>
    </w:p>
    <w:p>
      <w:r>
        <w:rPr>
          <w:b/>
        </w:rPr>
        <w:t xml:space="preserve">[29:31] </w:t>
      </w:r>
      <w:r>
        <w:t>quran, hadith aur sahabi se iska naam hai islam .</w:t>
      </w:r>
    </w:p>
    <w:p>
      <w:pPr>
        <w:jc w:val="right"/>
      </w:pPr>
      <w:r>
        <w:t>قرآن،حدیثاورصحابیسےاسکانامہےاسلام ۔</w:t>
      </w:r>
    </w:p>
    <w:p>
      <w:r>
        <w:rPr>
          <w:b/>
        </w:rPr>
        <w:t xml:space="preserve">[29:37] </w:t>
      </w:r>
      <w:r>
        <w:t>to kisi ne kaha tha ke every religion begins as an ideology but after some generations it is reduced to a culture . to musalman jo hain is mein exception nahin hain.</w:t>
      </w:r>
    </w:p>
    <w:p>
      <w:pPr>
        <w:jc w:val="right"/>
      </w:pPr>
      <w:r>
        <w:t>تو کسی نےکہاتھاکہ every relig ion beg ins as anide ology but after some gener ations itisreducedto a cul ture ۔تو مسلمان جوہیںاسمیںex ceptionنہیںہیں۔</w:t>
      </w:r>
    </w:p>
    <w:p>
      <w:r>
        <w:rPr>
          <w:b/>
        </w:rPr>
        <w:t xml:space="preserve">[29:57] </w:t>
      </w:r>
      <w:r>
        <w:t>islam apne aaghaz mein ek ideology tha. ek nazariya hayat tha. ek aqeeda tha. dheere dheere kai generation, kai naslein guzarne ke baad phir kya hua? wahi hoga.</w:t>
      </w:r>
    </w:p>
    <w:p>
      <w:pPr>
        <w:jc w:val="right"/>
      </w:pPr>
      <w:r>
        <w:t>اسلام اپنے آغاز میںایکide ologyتھا۔ ایک نظریہحیاتتھا۔ایک عقیدہتھا۔ دھیرےدھیرے کئی gener ation ،کئینسلیںگزرنےکےبعد پھرکیاہوا؟وہیہوگا۔</w:t>
      </w:r>
    </w:p>
    <w:p>
      <w:r>
        <w:rPr>
          <w:b/>
        </w:rPr>
        <w:t xml:space="preserve">[30:10] </w:t>
      </w:r>
      <w:r>
        <w:t>ek culture ban gaya. ek qoumi culture ban gaya. aaj jo musalman nahin woh qoumi culture par hain woh. to sahi maano mein islam ki ideology par nahin hain.</w:t>
      </w:r>
    </w:p>
    <w:p>
      <w:pPr>
        <w:jc w:val="right"/>
      </w:pPr>
      <w:r>
        <w:t>ایک کلچربنگیا۔ ایک قومیکلچربنگیا۔ آججومس لمانہیںوہقومیکلچرپرہیںوہ۔ توصحیحمعنوںمیںاسلام کیide ologyپرنہیںہیں۔</w:t>
      </w:r>
    </w:p>
    <w:p>
      <w:r>
        <w:rPr>
          <w:b/>
        </w:rPr>
        <w:t xml:space="preserve">[30:23] </w:t>
      </w:r>
      <w:r>
        <w:t>to unhein lotna parega. lotna parega.</w:t>
      </w:r>
    </w:p>
    <w:p>
      <w:pPr>
        <w:jc w:val="right"/>
      </w:pPr>
      <w:r>
        <w:t>توانہیں لوٹناپڑےگا۔ لوٹناپڑےگا۔</w:t>
      </w:r>
    </w:p>
    <w:p>
      <w:r>
        <w:rPr>
          <w:b/>
        </w:rPr>
        <w:t xml:space="preserve">[30:31] </w:t>
      </w:r>
      <w:r>
        <w:t>har us qurbani ko dena padega jisse aap aur mad'u ke darmiyan muaddal ta'alluqat qaim hon.</w:t>
      </w:r>
    </w:p>
    <w:p>
      <w:pPr>
        <w:jc w:val="right"/>
      </w:pPr>
      <w:r>
        <w:t>ہر اس قربانیکو دیناپڑےگاجسسےآپ اور مدعوکےدرمیان معدلتعلقاتقائمہوں۔</w:t>
      </w:r>
    </w:p>
    <w:p>
      <w:r>
        <w:rPr>
          <w:b/>
        </w:rPr>
        <w:t xml:space="preserve">[30:40] </w:t>
      </w:r>
      <w:r>
        <w:t>warna jannat, jannat khatre mein rahegi. warna jannat khatre mein rahegi. jo quran mein hai ke man na'lamuhu al jannah</w:t>
      </w:r>
    </w:p>
    <w:p>
      <w:pPr>
        <w:jc w:val="right"/>
      </w:pPr>
      <w:r>
        <w:t>ورنہجنت،جنتخطرےمیںرہےگی۔ ورنہجنتخطرےمیںرہےگی۔ جوقرآنمیںہےکہمَنْنَعْلَمُهُالْجَنَّةَ</w:t>
      </w:r>
    </w:p>
    <w:p>
      <w:r>
        <w:rPr>
          <w:b/>
        </w:rPr>
        <w:t xml:space="preserve">[30:51] </w:t>
      </w:r>
      <w:r>
        <w:t>. jannat kab milegi? jab aap is qurbani ko den.</w:t>
      </w:r>
    </w:p>
    <w:p>
      <w:pPr>
        <w:jc w:val="right"/>
      </w:pPr>
      <w:r>
        <w:t>۔جنتکبملےگی؟ جبآپ اس قربانیکودیں۔</w:t>
      </w:r>
    </w:p>
    <w:p>
      <w:r>
        <w:rPr>
          <w:b/>
        </w:rPr>
        <w:t xml:space="preserve">[30:59] </w:t>
      </w:r>
      <w:r>
        <w:t>warna jannat khatre mein rahegi.</w:t>
      </w:r>
    </w:p>
    <w:p>
      <w:pPr>
        <w:jc w:val="right"/>
      </w:pPr>
      <w:r>
        <w:t>ورنہجنتخطرےمیںرہےگی۔</w:t>
      </w:r>
    </w:p>
    <w:p>
      <w:r>
        <w:rPr>
          <w:b/>
        </w:rPr>
        <w:t xml:space="preserve">[31:04] </w:t>
      </w:r>
      <w:r>
        <w:t>to is zamane mein yeh jo angrezi, yeh jo no abadiyati zamana tha, jo kehte hain colonialism, uske zamane mein jo takrao shuru hua, ab tak woh jari hai.</w:t>
      </w:r>
    </w:p>
    <w:p>
      <w:pPr>
        <w:jc w:val="right"/>
      </w:pPr>
      <w:r>
        <w:t>تواس زمان ےمیں یہجو انگریزی ،یہجو نو آبادیاتیزمان ہتھا، جوکہتےہیں colon ial ism، اسکےزمانےمیںجوٹکراؤشروعہوا، ابتک وہجاریہے۔</w:t>
      </w:r>
    </w:p>
    <w:p>
      <w:r>
        <w:rPr>
          <w:b/>
        </w:rPr>
        <w:t xml:space="preserve">[31:17] </w:t>
      </w:r>
      <w:r>
        <w:t>ab har jagah takrao. falasteen mein takrao. kashmir mein takrao. aaiyudhiya mein takrao. bosnia mein takrao. shinkiyang mein takrao. jahan dekhein takrao, takrao, takrao, takrao.</w:t>
      </w:r>
    </w:p>
    <w:p>
      <w:pPr>
        <w:jc w:val="right"/>
      </w:pPr>
      <w:r>
        <w:t>ابہرجگہٹکراؤ۔فلسطینمیںٹکراؤ۔ کشمیرمیںٹکراؤ۔ ای ودھیامیںٹکراؤ۔ بوسنیامیںٹکراؤ۔شینکانگمیںٹکراؤ۔ جہاںدیکھیںٹکراؤ،ٹکراؤ،ٹکراؤ،ٹکراؤ۔</w:t>
      </w:r>
    </w:p>
    <w:p>
      <w:r>
        <w:rPr>
          <w:b/>
        </w:rPr>
        <w:t xml:space="preserve">[31:29] </w:t>
      </w:r>
      <w:r>
        <w:t>is takrao se kya hua hai? ek naya culture bana, ba namuslamanon mein. ke sab dushman hain. sab sazishi hain. sab zalim hain.</w:t>
      </w:r>
    </w:p>
    <w:p>
      <w:pPr>
        <w:jc w:val="right"/>
      </w:pPr>
      <w:r>
        <w:t>اسٹکراؤسےکیاہواہے؟ ایک نیا کلچربنا ،بنامس لمانوںمیں۔ کہسبدشمنہیں۔ سب ساز شی ہیں۔سب ظالمہیں۔</w:t>
      </w:r>
    </w:p>
    <w:p>
      <w:r>
        <w:rPr>
          <w:b/>
        </w:rPr>
        <w:t xml:space="preserve">[31:39] </w:t>
      </w:r>
      <w:r>
        <w:t>to kya hua? doosron ke khilaf hamare andar negative jazbat ho gaye. negative thinking aa gayi .</w:t>
      </w:r>
    </w:p>
    <w:p>
      <w:pPr>
        <w:jc w:val="right"/>
      </w:pPr>
      <w:r>
        <w:t>توکیاہوا ؟ دوسروںکےخلاف ہمارےاندر منفی جذباتہوگئے۔ neg ative thinkingآگئی ۔</w:t>
      </w:r>
    </w:p>
    <w:p>
      <w:r>
        <w:rPr>
          <w:b/>
        </w:rPr>
        <w:t xml:space="preserve">[31:47] </w:t>
      </w:r>
      <w:r>
        <w:t>yeh sab islam mein bilkul jaiz nahin hain.</w:t>
      </w:r>
    </w:p>
    <w:p>
      <w:pPr>
        <w:jc w:val="right"/>
      </w:pPr>
      <w:r>
        <w:t>یہ سب اسلام میںبالکل جائزہینہیںہے۔</w:t>
      </w:r>
    </w:p>
    <w:p>
      <w:r>
        <w:rPr>
          <w:b/>
        </w:rPr>
        <w:t xml:space="preserve">[31:53] </w:t>
      </w:r>
      <w:r>
        <w:t>jaiz nahin hain. jaiz nahin hain. jaiz nahin hain. aapko chhodna padega in cheezon ko .</w:t>
      </w:r>
    </w:p>
    <w:p>
      <w:pPr>
        <w:jc w:val="right"/>
      </w:pPr>
      <w:r>
        <w:t>جائزہینہیںہے۔جائز ہینہیںہے۔جائزہینہیںہے۔ آپکوچھوڑناپڑےگاانچیزوںکو ۔</w:t>
      </w:r>
    </w:p>
    <w:p>
      <w:r>
        <w:rPr>
          <w:b/>
        </w:rPr>
        <w:t xml:space="preserve">[32:01] </w:t>
      </w:r>
      <w:r>
        <w:t>to chhodna padega.</w:t>
      </w:r>
    </w:p>
    <w:p>
      <w:pPr>
        <w:jc w:val="right"/>
      </w:pPr>
      <w:r>
        <w:t>توچھوڑناپڑےگا۔</w:t>
      </w:r>
    </w:p>
    <w:p>
      <w:r>
        <w:rPr>
          <w:b/>
        </w:rPr>
        <w:t xml:space="preserve">[32:05] </w:t>
      </w:r>
      <w:r>
        <w:t>aur dekhiye, dawat jo hai koi saada baat nahin hai.</w:t>
      </w:r>
    </w:p>
    <w:p>
      <w:pPr>
        <w:jc w:val="right"/>
      </w:pPr>
      <w:r>
        <w:t>اور دیکھیے، دعوتجوہے کوئیسادہباتنہیں ہے۔</w:t>
      </w:r>
    </w:p>
    <w:p>
      <w:r>
        <w:rPr>
          <w:b/>
        </w:rPr>
        <w:t xml:space="preserve">[32:12] </w:t>
      </w:r>
      <w:r>
        <w:t>yani chhodna padega dawat ke liye to yeh koi saada baat nahin hai yeh.</w:t>
      </w:r>
    </w:p>
    <w:p>
      <w:pPr>
        <w:jc w:val="right"/>
      </w:pPr>
      <w:r>
        <w:t>یعنیچھوڑناپڑےگادعوتکےلیےتویہکوئیسادہباتنہیںہے یہ۔</w:t>
      </w:r>
    </w:p>
    <w:p>
      <w:r>
        <w:rPr>
          <w:b/>
        </w:rPr>
        <w:t xml:space="preserve">[32:18] </w:t>
      </w:r>
      <w:r>
        <w:t>yani ke dawat hi par to musalman ka musalman hona mauqoof hai.</w:t>
      </w:r>
    </w:p>
    <w:p>
      <w:pPr>
        <w:jc w:val="right"/>
      </w:pPr>
      <w:r>
        <w:t>یعنیکہدعوتہی پرتومسلمانکامسلمانہونا موقوفہے۔</w:t>
      </w:r>
    </w:p>
    <w:p>
      <w:r>
        <w:rPr>
          <w:b/>
        </w:rPr>
        <w:t xml:space="preserve">[32:26] </w:t>
      </w:r>
      <w:r>
        <w:t>isi par to mauqoof hai.</w:t>
      </w:r>
    </w:p>
    <w:p>
      <w:pPr>
        <w:jc w:val="right"/>
      </w:pPr>
      <w:r>
        <w:t>اسیپرتوموقوفہے۔</w:t>
      </w:r>
    </w:p>
    <w:p>
      <w:r>
        <w:rPr>
          <w:b/>
        </w:rPr>
        <w:t xml:space="preserve">[32:32] </w:t>
      </w:r>
      <w:r>
        <w:t>musalman kya hain? quran mein hai ke</w:t>
      </w:r>
    </w:p>
    <w:p>
      <w:pPr>
        <w:jc w:val="right"/>
      </w:pPr>
      <w:r>
        <w:t>مسلمانکیاہیں ؟ قرآنمیں ہے کہ</w:t>
      </w:r>
    </w:p>
    <w:p>
      <w:r>
        <w:rPr>
          <w:b/>
        </w:rPr>
        <w:t xml:space="preserve">[32:39] </w:t>
      </w:r>
      <w:r>
        <w:t>musalman ummat wastah hain. ummat wast. beech ki ummat.</w:t>
      </w:r>
    </w:p>
    <w:p>
      <w:pPr>
        <w:jc w:val="right"/>
      </w:pPr>
      <w:r>
        <w:t>مسلمان امت وسطہیں۔ امت وسط۔ بیچکیامت۔</w:t>
      </w:r>
    </w:p>
    <w:p>
      <w:r>
        <w:rPr>
          <w:b/>
        </w:rPr>
        <w:t xml:space="preserve">[32:47] </w:t>
      </w:r>
      <w:r>
        <w:t>yeh kai log isko ummat wastah keh lete hain ke behtareen ummat. yeh bilkul galat hai yeh. sad feesad galat hai yeh. behtareen ummat iska hargiz matlab nahin hai. iska matlab beech ki ummat.</w:t>
      </w:r>
    </w:p>
    <w:p>
      <w:pPr>
        <w:jc w:val="right"/>
      </w:pPr>
      <w:r>
        <w:t>یہ کئیلوگ اسکو امت وسطکہہلیتےہیںکہبہترین امت۔یہبالکلغلطہےیہ۔ صدفیصدغلطہےیہ۔ بہترینامتاسکاہرگزمطلبنہیںہے۔اسکامطلب بیچکیامت۔</w:t>
      </w:r>
    </w:p>
    <w:p>
      <w:r>
        <w:rPr>
          <w:b/>
        </w:rPr>
        <w:t xml:space="preserve">[33:00] </w:t>
      </w:r>
      <w:r>
        <w:t>hamesha kisi kaam mein ek beech ka aadmi hota hai. yeh hazrat musa alehissalam ke zamane mein ek rajul al momin tha.</w:t>
      </w:r>
    </w:p>
    <w:p>
      <w:pPr>
        <w:jc w:val="right"/>
      </w:pPr>
      <w:r>
        <w:t>ہمیشہکسی کام میںایکبیچکاآدمیہوتاہے۔ یہحضرتموسیٰعلیہالسلامکےزمان ےمیں ایک رجلالمومن تھا۔</w:t>
      </w:r>
    </w:p>
    <w:p>
      <w:r>
        <w:rPr>
          <w:b/>
        </w:rPr>
        <w:t xml:space="preserve">[33:09] </w:t>
      </w:r>
      <w:r>
        <w:t>woh beech ka tha. woh rajul awsat tha woh. rajul wast tha woh. yani</w:t>
      </w:r>
    </w:p>
    <w:p>
      <w:pPr>
        <w:jc w:val="right"/>
      </w:pPr>
      <w:r>
        <w:t>وہ بیچکاتھا۔ وہرجل اوسطتھاوہ ۔ رجل وسطتھاوہ۔ یعنی</w:t>
      </w:r>
    </w:p>
    <w:p>
      <w:r>
        <w:rPr>
          <w:b/>
        </w:rPr>
        <w:t xml:space="preserve">[33:18] </w:t>
      </w:r>
      <w:r>
        <w:t>yeh musa aur firon ke darmiyan ek role ada kiya isne. to woh har jagah wasit tha woh. yeh allah ta'ala ka qanoon hai ke hamesha ek beech ka insaan hota hai.</w:t>
      </w:r>
    </w:p>
    <w:p>
      <w:pPr>
        <w:jc w:val="right"/>
      </w:pPr>
      <w:r>
        <w:t>یہ موسی ٰاورفرعونکےدرمیان ایک رولاداکیا اسنے۔ تووہرجل وسطتھاوہ۔ یہ اللہ تعالیٰکاقانون ہے کہہمیشہایکبیچکاانسانہوتاہے۔</w:t>
      </w:r>
    </w:p>
    <w:p>
      <w:r>
        <w:rPr>
          <w:b/>
        </w:rPr>
        <w:t xml:space="preserve">[33:30] </w:t>
      </w:r>
      <w:r>
        <w:t>ek beech ka ek role hota hai. to musalmanon ko ek beech ka role ada karna hai. woh kya? ek taraf allah ta'ala hai.</w:t>
      </w:r>
    </w:p>
    <w:p>
      <w:pPr>
        <w:jc w:val="right"/>
      </w:pPr>
      <w:r>
        <w:t>ایک بیچکا ایک رولہوتاہے۔ تو مسلمانوںکو ایک بیچکارولاداکرناہے۔وہکیا ؟ایکطرف اللہتعالیٰ ہے۔</w:t>
      </w:r>
    </w:p>
    <w:p>
      <w:r>
        <w:rPr>
          <w:b/>
        </w:rPr>
        <w:t xml:space="preserve">[33:41] </w:t>
      </w:r>
      <w:r>
        <w:t>doosri taraf iske insaan hain. iske bande hain.</w:t>
      </w:r>
    </w:p>
    <w:p>
      <w:pPr>
        <w:jc w:val="right"/>
      </w:pPr>
      <w:r>
        <w:t>دوسریطرفاسکے انسان ہیں۔ اسکےبندےہیں۔</w:t>
      </w:r>
    </w:p>
    <w:p>
      <w:r>
        <w:rPr>
          <w:b/>
        </w:rPr>
        <w:t xml:space="preserve">[33:47] </w:t>
      </w:r>
      <w:r>
        <w:t>to quran mein hai ke wa kadhalika ja'alnakum ummatan wasatan litakoonu shuhada'a 'alan nasi wa yakoonar rasoolu 'alaikum shaheeda. ya'ni musalmanon ka beech ka kirdar kya hai?</w:t>
      </w:r>
    </w:p>
    <w:p>
      <w:pPr>
        <w:jc w:val="right"/>
      </w:pPr>
      <w:r>
        <w:t>تو قرآنمیںہےکہ وَكَذَالِكَجَعَلْنَاكُمْأُمَّةًوَسَطًالَتَكُونُواشَهَدًاعَلَىالنَّاسِ وَيَكُونُالرَّسُولُعَلَيْكُمْشَهِيدًا ۔یعنیمسلمانوںکا بیچکاکردارکیاہے؟</w:t>
      </w:r>
    </w:p>
    <w:p>
      <w:r>
        <w:rPr>
          <w:b/>
        </w:rPr>
        <w:t xml:space="preserve">[34:02] </w:t>
      </w:r>
      <w:r>
        <w:t>beech ka kirdar yeh hai ke ek taraf rasool allah hain, unse aapko mila hai. doosri taraf insaan hain. rasool allah se lena aur insaanon tak pahunchana. li</w:t>
      </w:r>
    </w:p>
    <w:p>
      <w:pPr>
        <w:jc w:val="right"/>
      </w:pPr>
      <w:r>
        <w:t>بیچکاکرداریہہےکہ ایک طرف رسولاللہ ہیں، انسےآپکوملاہے۔ دوسریطرفانسانہیں۔ رسولاللہسےلینا اورانسانوںتکپہنچانا۔ل ِ</w:t>
      </w:r>
    </w:p>
    <w:p>
      <w:r>
        <w:rPr>
          <w:b/>
        </w:rPr>
        <w:t xml:space="preserve">[34:15] </w:t>
      </w:r>
      <w:r>
        <w:t>yakoonur rasoolu 'alaikum shaheeda wa takoon</w:t>
      </w:r>
    </w:p>
    <w:p>
      <w:pPr>
        <w:jc w:val="right"/>
      </w:pPr>
      <w:r>
        <w:t>يَكُونُالرَّسُولُشَهِيدًاعَلَيْكُمْوَتَكُون</w:t>
      </w:r>
    </w:p>
    <w:p>
      <w:r>
        <w:rPr>
          <w:b/>
        </w:rPr>
        <w:t xml:space="preserve">[34:24] </w:t>
      </w:r>
      <w:r>
        <w:t>u shuhada'a 'alaikum. liyakoonar rasoolu 'alaikum shaheeda wa takoonu shuhada'a 'alan nas. to rasool se tumko mila, tumhein logon tak pahunchana hai. to musalman jo hai, rasool aur aur insaanon ke beech mein ummat wasta hai. beech ki ummat hai yeh.</w:t>
      </w:r>
    </w:p>
    <w:p>
      <w:pPr>
        <w:jc w:val="right"/>
      </w:pPr>
      <w:r>
        <w:t>ُواشَهَدًاعَلَيْكُمْ۔لِيَكُونُالرَّسُولُشَهِيدًاعَلَيْكُمْوَتَكُونُواشَهَدًاعَلَىالنَّاسِ۔تورسولسےتمکوملا،تمہیںلوگوںتکپہنچاناہے۔ تو مسلمانجوہے،رسول اور اورانسانوںکےبیچمیں امت وسطہے۔ بیچکیامتہےیہ۔</w:t>
      </w:r>
    </w:p>
    <w:p>
      <w:r>
        <w:rPr>
          <w:b/>
        </w:rPr>
        <w:t xml:space="preserve">[34:34] </w:t>
      </w:r>
      <w:r>
        <w:t>yeh hai asal haysiyat musalman ki. is haysiyat hi par inka islam muthaqiq hoga. agar woh ummat wasat na bane woh to inka islam hi muthaqiq nahi hua.</w:t>
      </w:r>
    </w:p>
    <w:p>
      <w:pPr>
        <w:jc w:val="right"/>
      </w:pPr>
      <w:r>
        <w:t>یہہے اصلحیثیتمسلمان کی۔ اس حیثیتہیپرانکا اسلام متحققہوگا۔ اگر وہامتوسطنہبنےوہ توانکا اسلام ہیمتحققنہیںہوا ۔</w:t>
      </w:r>
    </w:p>
    <w:p>
      <w:r>
        <w:rPr>
          <w:b/>
        </w:rPr>
        <w:t xml:space="preserve">[34:49] </w:t>
      </w:r>
      <w:r>
        <w:t>inka islam hi doubtful ho gaya.</w:t>
      </w:r>
    </w:p>
    <w:p>
      <w:pPr>
        <w:jc w:val="right"/>
      </w:pPr>
      <w:r>
        <w:t>انکااسلام ہیdoubtfulہوگیا۔</w:t>
      </w:r>
    </w:p>
    <w:p>
      <w:r>
        <w:rPr>
          <w:b/>
        </w:rPr>
        <w:t xml:space="preserve">[34:55] </w:t>
      </w:r>
      <w:r>
        <w:t>quran ki jo ayat hai, yeh musalmanon ke mansab ko batati hai. unki duty ko batati hai. ya'ni woh asal unki zimmedari jo hai, usko batati hai. wa kadhalika ja'alnakum ummatan wasatan litakoonu shuhada'a 'alaikum wa yakoonur rasoolu 'alaikum shaheeda 'alaikum. to ummat wasat ka role ada karna hai. wa kadhalika ja'alnakum ummatan wasatan litakoonu shuhada'a 'alan nas.</w:t>
      </w:r>
    </w:p>
    <w:p>
      <w:pPr>
        <w:jc w:val="right"/>
      </w:pPr>
      <w:r>
        <w:t>قرآنکیجوآیتہے، یہ مس لمانوںکے منصبکوبت اتیہے۔انکیڈیوٹیکوبت اتیہے۔ یعنیوہاصل انکیذمہداریجوہے، اسکوبت اتیہے۔وَكَذَ الِكَجَعَلْنَاكُمْأُمَّةًوَسَطًالَتَكُونُواشَهَدًاعَلَيْكُمْوَيَكُونُالرَّسُولُعَلَيْكُمْشَهِيدًاعَلَيْكُمْ۔توامتوسطکارولاداکرناہے۔و َكَذَالِكَجَعَلْنَاكُمْأُمَّةًوَسَطًالَتَكُونُواشَهَدًاعَلَىالنَّاسِ۔</w:t>
      </w:r>
    </w:p>
    <w:p>
      <w:r>
        <w:rPr>
          <w:b/>
        </w:rPr>
        <w:t xml:space="preserve">[35:10] </w:t>
      </w:r>
      <w:r>
        <w:t>wa yakoonur rasoolu 'alaikum shaheeda 'alaikum. to ummat wasat ka role ada karna hai musalmanon ko.</w:t>
      </w:r>
    </w:p>
    <w:p>
      <w:pPr>
        <w:jc w:val="right"/>
      </w:pPr>
      <w:r>
        <w:t>وَيَكُونُالرَّسُولُعَلَيْكُمْشَهِيدًاعَلَيْكُ مْ ۔توامت وسطکارولاداکرناہے مسلمانوںکو ۔</w:t>
      </w:r>
    </w:p>
    <w:p>
      <w:r>
        <w:rPr>
          <w:b/>
        </w:rPr>
        <w:t xml:space="preserve">[35:18] </w:t>
      </w:r>
      <w:r>
        <w:t>beech ki ummat ka role. ke rasool allah se hamein deen mila hai. is deen ko hamein saare insaanon tak pahunchana hai.</w:t>
      </w:r>
    </w:p>
    <w:p>
      <w:pPr>
        <w:jc w:val="right"/>
      </w:pPr>
      <w:r>
        <w:t>بیچکیامتکارول۔ کہرسولاللہسے ہمیں دینملاہے۔ اسدینکوہمیںسارےانسانوںتکپہنچاناہے۔</w:t>
      </w:r>
    </w:p>
    <w:p>
      <w:r>
        <w:rPr>
          <w:b/>
        </w:rPr>
        <w:t xml:space="preserve">[35:28] </w:t>
      </w:r>
      <w:r>
        <w:t>qayamat tak, qayamat tak, qayamat tak. har tareeqe se dua karna hai. naseehat karna hai.</w:t>
      </w:r>
    </w:p>
    <w:p>
      <w:pPr>
        <w:jc w:val="right"/>
      </w:pPr>
      <w:r>
        <w:t>قیامتتک،قیامتتک،قیامتتک۔ ہرطریقےسے دعاکرناہے۔ نصیحتکرناہے۔</w:t>
      </w:r>
    </w:p>
    <w:p>
      <w:r>
        <w:rPr>
          <w:b/>
        </w:rPr>
        <w:t xml:space="preserve">[35:39] </w:t>
      </w:r>
      <w:r>
        <w:t>important andaaz mein dawati amal karna hai.</w:t>
      </w:r>
    </w:p>
    <w:p>
      <w:pPr>
        <w:jc w:val="right"/>
      </w:pPr>
      <w:r>
        <w:t>ام پورمنااندازمیں دعوتی عملکرناہے۔</w:t>
      </w:r>
    </w:p>
    <w:p>
      <w:r>
        <w:rPr>
          <w:b/>
        </w:rPr>
        <w:t xml:space="preserve">[35:44] </w:t>
      </w:r>
      <w:r>
        <w:t>yeh woh sab jo hota hai, tareeqa kisi baat ko dilon mein utarne ka, woh sab karna hai.</w:t>
      </w:r>
    </w:p>
    <w:p>
      <w:pPr>
        <w:jc w:val="right"/>
      </w:pPr>
      <w:r>
        <w:t>یہ وہ سب جو ہوتاہے، طریقہ کسی باتکو دلوںمیںاتارنےکا ،وہسبکرناہے۔</w:t>
      </w:r>
    </w:p>
    <w:p>
      <w:r>
        <w:rPr>
          <w:b/>
        </w:rPr>
        <w:t xml:space="preserve">[35:59] </w:t>
      </w:r>
      <w:r>
        <w:t>ek baat yahan mein yeh shamil karunga ke is zamane mein kuch kai log dawati kaam karte hain.</w:t>
      </w:r>
    </w:p>
    <w:p>
      <w:pPr>
        <w:jc w:val="right"/>
      </w:pPr>
      <w:r>
        <w:t>ایکباتیہاںمیں یہ شامل کروںگا کہ اسزمان ےمیںکچھکئیلوگ دعوتیکامکرتےہیں۔</w:t>
      </w:r>
    </w:p>
    <w:p>
      <w:r>
        <w:rPr>
          <w:b/>
        </w:rPr>
        <w:t xml:space="preserve">[36:08] </w:t>
      </w:r>
      <w:r>
        <w:t>dawate ke naam se. lekin in sab ka</w:t>
      </w:r>
    </w:p>
    <w:p>
      <w:pPr>
        <w:jc w:val="right"/>
      </w:pPr>
      <w:r>
        <w:t>دعوتکےنامسے۔لیکن انسبکا</w:t>
      </w:r>
    </w:p>
    <w:p>
      <w:r>
        <w:rPr>
          <w:b/>
        </w:rPr>
        <w:t xml:space="preserve">[36:10] </w:t>
      </w:r>
      <w:r>
        <w:t>kaam kis mein hota hai? awam mein hota hai. ya'ni downtrodden mein hota hai. kam padhe likhe log mein hota hai. mein bahut din sochta tha ke aisa kyun hai?</w:t>
      </w:r>
    </w:p>
    <w:p>
      <w:pPr>
        <w:jc w:val="right"/>
      </w:pPr>
      <w:r>
        <w:t>کام کسمیںہوتاہے؟عواممیںہوتاہے۔ ی عنی ڈاؤنٹراڈنمیںہوتاہے۔ کم پڑھےلکھےلوگ میںہوتاہے۔ میںبہت دنسوچتاتھاکہایساکیوںہے ؟</w:t>
      </w:r>
    </w:p>
    <w:p>
      <w:r>
        <w:rPr>
          <w:b/>
        </w:rPr>
        <w:t xml:space="preserve">[36:20] </w:t>
      </w:r>
      <w:r>
        <w:t>ke dawat ka naam lete hain aur kaam karte hain downtrodden mein. halanke quran mein to hai ke peghambar ne jo kaam kiya tha woh milaye qaum mein tha.</w:t>
      </w:r>
    </w:p>
    <w:p>
      <w:pPr>
        <w:jc w:val="right"/>
      </w:pPr>
      <w:r>
        <w:t>کہدعوتکاناملیتےہیں اورکامکرتےہیںڈاؤنٹراڈنمیں۔ حالانکہقرآنمیںتوہےکہ پیغمبرنےجوکامکیاتھاوہ ملائےقوممیںتھا۔</w:t>
      </w:r>
    </w:p>
    <w:p>
      <w:r>
        <w:rPr>
          <w:b/>
        </w:rPr>
        <w:t xml:space="preserve">[36:29] </w:t>
      </w:r>
      <w:r>
        <w:t>ya'ni waqt ke sarbarah, sarbarah log, waqt ke intellectuals, waqt ke intelligensia, waqt ke sardar, waqt ke intellectual leaders is mein karte the woh.</w:t>
      </w:r>
    </w:p>
    <w:p>
      <w:pPr>
        <w:jc w:val="right"/>
      </w:pPr>
      <w:r>
        <w:t>یعنیوقت کے س ربراہ،سربراہلوگ ، وقت کےانٹلیکچولز، وقت کےانٹیلیجنسیا، وقت کےسردار، وقت کے انٹلیکچوللیڈرز اسمیںکرتے تھےوہ۔</w:t>
      </w:r>
    </w:p>
    <w:p>
      <w:r>
        <w:rPr>
          <w:b/>
        </w:rPr>
        <w:t xml:space="preserve">[36:44] </w:t>
      </w:r>
      <w:r>
        <w:t>ab jo karte hain, downtrodden mein karte hain.</w:t>
      </w:r>
    </w:p>
    <w:p>
      <w:pPr>
        <w:jc w:val="right"/>
      </w:pPr>
      <w:r>
        <w:t>ابجوکرتےہیں،ڈاؤنٹراڈنمیںکرتےہیں۔</w:t>
      </w:r>
    </w:p>
    <w:p>
      <w:r>
        <w:rPr>
          <w:b/>
        </w:rPr>
        <w:t xml:space="preserve">[36:50] </w:t>
      </w:r>
      <w:r>
        <w:t>to yeh iske peeche bhi ek bahut badi, ek almiya yeh hai, bahut badi kahani iske peeche hai. woh kya</w:t>
      </w:r>
    </w:p>
    <w:p>
      <w:pPr>
        <w:jc w:val="right"/>
      </w:pPr>
      <w:r>
        <w:t>تویہ اسکےپیچھےبھیایکبہت بڑی، ایک الم یہایکہے،بہتبڑی کہانی اسکےپیچھےہے۔ وہکیا</w:t>
      </w:r>
    </w:p>
    <w:p>
      <w:r>
        <w:rPr>
          <w:b/>
        </w:rPr>
        <w:t xml:space="preserve">[36:58] </w:t>
      </w:r>
      <w:r>
        <w:t>hai? chuna ke musalmanon mein dawat ka shaur nahi tha, is liye unhone asal haazir ke mutabiq tayari nahi ki. to be tayari hain to kya karein? woh nahi jaake kalma sunate hain unko?</w:t>
      </w:r>
    </w:p>
    <w:p>
      <w:pPr>
        <w:jc w:val="right"/>
      </w:pPr>
      <w:r>
        <w:t>ہے؟ چونکہ مسلمانوںمیںدعوتکاشور نہیںتھا، اسلیےانہوںنے اصلحاضریکےمطابقتیارینہیںکی۔ توبےتیاریہیںتوکیاکریں؟وہنہیںجاکے کلمہسناتےہیںانکو ؟</w:t>
      </w:r>
    </w:p>
    <w:p>
      <w:r>
        <w:rPr>
          <w:b/>
        </w:rPr>
        <w:t xml:space="preserve">[37:12] </w:t>
      </w:r>
      <w:r>
        <w:t>apne ko tayar na karne ki qeemat hai ke asal mad'u woh hai, wahan tak inki pahunch nahi ho pati.</w:t>
      </w:r>
    </w:p>
    <w:p>
      <w:pPr>
        <w:jc w:val="right"/>
      </w:pPr>
      <w:r>
        <w:t>اپنے کوتیار نہکرنے کیقیمتہے کہ اصلمدعوجوہے، وہاںتک انکیپہنچنہیںہوپاتی۔</w:t>
      </w:r>
    </w:p>
    <w:p>
      <w:r>
        <w:rPr>
          <w:b/>
        </w:rPr>
        <w:t xml:space="preserve">[37:20] </w:t>
      </w:r>
      <w:r>
        <w:t>ke aaj ka insaan jo hai, woh iske modern thought hote hain, modern education hoti hai, modern philosophy mein sochta hai woh.</w:t>
      </w:r>
    </w:p>
    <w:p>
      <w:pPr>
        <w:jc w:val="right"/>
      </w:pPr>
      <w:r>
        <w:t>کہآجکاانسانجوہے،وہ اسکےماڈرنتھاٹہوتےہیں، ماڈرنایجوکیشنہوتیہے، ماڈرنفلاسفیمیں سوچتاہےوہ ۔</w:t>
      </w:r>
    </w:p>
    <w:p>
      <w:r>
        <w:rPr>
          <w:b/>
        </w:rPr>
        <w:t xml:space="preserve">[37:30] </w:t>
      </w:r>
      <w:r>
        <w:t>to aaj ka jawan insaan hai, woh yeh log hain ya millat e qaum hain? yaani aaj ki dunya ko jo chala rahe hain, jo waqt ke intellectual leaders hain, jo opinion makers hain, woh kaun hain?</w:t>
      </w:r>
    </w:p>
    <w:p>
      <w:pPr>
        <w:jc w:val="right"/>
      </w:pPr>
      <w:r>
        <w:t>تو آجکاجوانسان ہے، وہ ییہ یلوگہیںیاملائےقومہیں؟ یعنیآجکیدنیا کوجو چلارہےہیں، جووقت کے انٹلیکچوللیڈرزہیں، جو اوپنمیکرزہیں، وہکونہیں؟</w:t>
      </w:r>
    </w:p>
    <w:p>
      <w:r>
        <w:rPr>
          <w:b/>
        </w:rPr>
        <w:t xml:space="preserve">[37:46] </w:t>
      </w:r>
      <w:r>
        <w:t>wohi hain jinhon ne jadeed taleem hasil ki hai?</w:t>
      </w:r>
    </w:p>
    <w:p>
      <w:pPr>
        <w:jc w:val="right"/>
      </w:pPr>
      <w:r>
        <w:t>وہیہیںجنہوںنےجدیدتعلیم حاصل کیہے؟</w:t>
      </w:r>
    </w:p>
    <w:p>
      <w:r>
        <w:rPr>
          <w:b/>
        </w:rPr>
        <w:t xml:space="preserve">[37:51] </w:t>
      </w:r>
      <w:r>
        <w:t>jo jadeed afkar se mutasir hain? jinhon ne jadeed philosophy ko parha hai?</w:t>
      </w:r>
    </w:p>
    <w:p>
      <w:pPr>
        <w:jc w:val="right"/>
      </w:pPr>
      <w:r>
        <w:t>جو جدیدافکارسےمتاثرہیں؟ جنہوںنےجدیدفلاسفیکوپڑھاہے؟</w:t>
      </w:r>
    </w:p>
    <w:p>
      <w:r>
        <w:rPr>
          <w:b/>
        </w:rPr>
        <w:t xml:space="preserve">[38:00] </w:t>
      </w:r>
      <w:r>
        <w:t>to unke mind ko address karne ke liye aap ko tayyar hona padega. unke mind ko address karne ke liye aap ko modern thought janna hoga. modern philosophy janni hogi.</w:t>
      </w:r>
    </w:p>
    <w:p>
      <w:pPr>
        <w:jc w:val="right"/>
      </w:pPr>
      <w:r>
        <w:t>تو انکے مائنڈکوایڈریسکرنےکےلیےآپکوتیارہوناپڑےگا۔ انکےمائنڈکوایڈریسکرنےکےلیےآپکوماڈرنتھاٹجانناہوگا۔ ماڈرنفلاسفیجاننیہوگی۔</w:t>
      </w:r>
    </w:p>
    <w:p>
      <w:r>
        <w:rPr>
          <w:b/>
        </w:rPr>
        <w:t xml:space="preserve">[38:11] </w:t>
      </w:r>
      <w:r>
        <w:t>to chounke apne ko tayyar nahin kiya, to kya hai? downtrodden mein ja kar kaam karte hain. nichle tabqe mein.</w:t>
      </w:r>
    </w:p>
    <w:p>
      <w:pPr>
        <w:jc w:val="right"/>
      </w:pPr>
      <w:r>
        <w:t>تو چونکہ اپنے کوتیارنہیںکیا، توکیاہے ؟ ڈاؤنٹراڈنمیںجاکےکامکرتےہیں۔نچلےطبقےمیں۔</w:t>
      </w:r>
    </w:p>
    <w:p>
      <w:r>
        <w:rPr>
          <w:b/>
        </w:rPr>
        <w:t xml:space="preserve">[38:21] </w:t>
      </w:r>
      <w:r>
        <w:t>yeh haqeeqi maano mein dawat ka kaam nahin hai yeh. dekhiye, yaad rakhiye, jab tak aap millat e qaum ko deen na pahunchayein, tab tak deen dawat ka hua nahin.</w:t>
      </w:r>
    </w:p>
    <w:p>
      <w:pPr>
        <w:jc w:val="right"/>
      </w:pPr>
      <w:r>
        <w:t>یہ حقیقیمعنوںمیںدعوتکاکامنہیںہےیہ۔ دیکھیے،یادرکھیے،جبتکآپ مل ائےقومکو دیننہپہنچائیں، تبتک دین دعوتکاہوانہیں ۔</w:t>
      </w:r>
    </w:p>
    <w:p>
      <w:r>
        <w:rPr>
          <w:b/>
        </w:rPr>
        <w:t xml:space="preserve">[38:34] </w:t>
      </w:r>
      <w:r>
        <w:t>jo waqt ka numainda tabqa hai, jo waqt ka sarbarah tabqa hai, jo waqt ke intellectual leaders hain, unka agar aap ne dawat na pahunchai to dawat pahunchi nahin.</w:t>
      </w:r>
    </w:p>
    <w:p>
      <w:pPr>
        <w:jc w:val="right"/>
      </w:pPr>
      <w:r>
        <w:t>جو وقت کانمائندہطبقہہے، جو وقت کاسربراہطب قہہے، جو وقت کے انٹلیکچوللیڈرزہیں، انتکاگرآپنےدعوتنہیںپہنچائی تو دعوتپہنچیبھینہیں۔</w:t>
      </w:r>
    </w:p>
    <w:p>
      <w:r>
        <w:rPr>
          <w:b/>
        </w:rPr>
        <w:t xml:space="preserve">[38:49] </w:t>
      </w:r>
      <w:r>
        <w:t>saare paighambaron ne waqt ke sarbarah tabqe ko khitab kiya. unko millat e qaum kaha gaya hai Quran Majeed mein. to kitna bada dekhiye, almiya hai.</w:t>
      </w:r>
    </w:p>
    <w:p>
      <w:pPr>
        <w:jc w:val="right"/>
      </w:pPr>
      <w:r>
        <w:t>سارے پیغمبروںنے وقت کے سربراہ طبقہخطابکیا۔ انکوملائےقومکہاگیاہےقرآنمجیدمیں۔ توکتنابڑا دیکھیے،المیہہے۔</w:t>
      </w:r>
    </w:p>
    <w:p>
      <w:r>
        <w:rPr>
          <w:b/>
        </w:rPr>
        <w:t xml:space="preserve">[39:00] </w:t>
      </w:r>
      <w:r>
        <w:t>kitni badi tragedy hai yeh.</w:t>
      </w:r>
    </w:p>
    <w:p>
      <w:pPr>
        <w:jc w:val="right"/>
      </w:pPr>
      <w:r>
        <w:t>کتنیبڑیٹریجڈیہے یہ۔</w:t>
      </w:r>
    </w:p>
    <w:p>
      <w:r>
        <w:rPr>
          <w:b/>
        </w:rPr>
        <w:t xml:space="preserve">[39:06] </w:t>
      </w:r>
      <w:r>
        <w:t>yaani wohi tragedy wohi dekh rahe hain dunya ke mamlaat mein bhi. chounke musalmanon ne jab India mein jab angrez aaye to modern education le aaye woh.</w:t>
      </w:r>
    </w:p>
    <w:p>
      <w:pPr>
        <w:jc w:val="right"/>
      </w:pPr>
      <w:r>
        <w:t>یعنیوہیٹریجڈیجوہمدیکھرہےہیںدنیاکےمعاملات میںبھی۔ چونکہ مسلمانوںنے جب انڈیامیںجبانگریزآئے تو ماڈرن ایجوکیشنلےآئےوہ۔</w:t>
      </w:r>
    </w:p>
    <w:p>
      <w:r>
        <w:rPr>
          <w:b/>
        </w:rPr>
        <w:t xml:space="preserve">[39:16] </w:t>
      </w:r>
      <w:r>
        <w:t>hamare logon ne, hamare log chounke nafrat karte the angrez se, to unke schoolon mein parhne se apne bachon ko nahin bheja. unhon ne angrezi nahin parhai, modern education nahin liya.</w:t>
      </w:r>
    </w:p>
    <w:p>
      <w:pPr>
        <w:jc w:val="right"/>
      </w:pPr>
      <w:r>
        <w:t>ہمارےلوگوںنے ،ہمارےلوگچونکہنفرتکرتےتھےانگریزسے، توانکےاسکولوںمیںپڑھنےسے اپنےبچوںکونہیںبھیجا۔ انہوںنےانگریزینہیںپڑھ وائی،ماڈرنایجوکیشننہیںلیا۔</w:t>
      </w:r>
    </w:p>
    <w:p>
      <w:r>
        <w:rPr>
          <w:b/>
        </w:rPr>
        <w:t xml:space="preserve">[39:29] </w:t>
      </w:r>
      <w:r>
        <w:t>to peechhe ho gaye. iski wajah se aap dunya ke job mein peechhe hain.</w:t>
      </w:r>
    </w:p>
    <w:p>
      <w:pPr>
        <w:jc w:val="right"/>
      </w:pPr>
      <w:r>
        <w:t>تو پیچھےہوگئے۔اسکیوجہسےآپدنیا کےجابمیںپیچھےہیں۔</w:t>
      </w:r>
    </w:p>
    <w:p>
      <w:r>
        <w:rPr>
          <w:b/>
        </w:rPr>
        <w:t xml:space="preserve">[39:33] </w:t>
      </w:r>
      <w:r>
        <w:t>musalman saari dunya mein second class, third class job mein rehte hain. jo first class job hai, woh musalmanon ko nahin milta. kyun? iski education nahin hai unke mutabiq.</w:t>
      </w:r>
    </w:p>
    <w:p>
      <w:pPr>
        <w:jc w:val="right"/>
      </w:pPr>
      <w:r>
        <w:t>مس لمان ساریدنیا میں سیکنڈکلاس،تھرڈکلاسجابمیںرہتےہیں۔ جو فرسٹکلاسجابہے،وہمسلمانوںکونہیںملتا۔ کیوں؟اسکیایجوکیشننہیںہےانکےمطابق ۔</w:t>
      </w:r>
    </w:p>
    <w:p>
      <w:r>
        <w:rPr>
          <w:b/>
        </w:rPr>
        <w:t xml:space="preserve">[39:46] </w:t>
      </w:r>
      <w:r>
        <w:t>yeh dunya vi inko mil raha hai. aur dawat ke lihaaz se yeh hai ke chounke waqt ke mayar ke mutabiq unhon ne apne aap ko tayyar nahin kiya,</w:t>
      </w:r>
    </w:p>
    <w:p>
      <w:pPr>
        <w:jc w:val="right"/>
      </w:pPr>
      <w:r>
        <w:t>یہ دنیا ویانکو ملرہاہے۔ اور دعوتکےلحاظسےیہہے کہ چونکہوقت کے معیارکےمطابق انہوںنے اپنے آپکوتیارنہیںکیا،</w:t>
      </w:r>
    </w:p>
    <w:p>
      <w:r>
        <w:rPr>
          <w:b/>
        </w:rPr>
        <w:t xml:space="preserve">[39:59] </w:t>
      </w:r>
      <w:r>
        <w:t>to waqt ka jo asal mad'ua hai, us satah tak pahunch inki pahunch nahin hai.</w:t>
      </w:r>
    </w:p>
    <w:p>
      <w:pPr>
        <w:jc w:val="right"/>
      </w:pPr>
      <w:r>
        <w:t>تو وقت کاجو اصل مدعوہے،اس سطحتکپہنچانکیپہنچبھینہیںہے۔</w:t>
      </w:r>
    </w:p>
    <w:p>
      <w:r>
        <w:rPr>
          <w:b/>
        </w:rPr>
        <w:t xml:space="preserve">[40:06] </w:t>
      </w:r>
      <w:r>
        <w:t>ab kya karte hain? ke dawat ke naam se jaate hain kahan? ke jail khane mein ja kar kaam karein. America mein jail khane mein jo band rehte hain, blacks, un mein ja kar dawat ka kaam karte hain.</w:t>
      </w:r>
    </w:p>
    <w:p>
      <w:pPr>
        <w:jc w:val="right"/>
      </w:pPr>
      <w:r>
        <w:t>ابکیاکرتے ہیں؟ کہدعوتکےنامسےجاتےہیںکہاں؟کہجیلخانےمیںجاکر کام کریں۔امریک ہمیں جیلخانےمیںجو بندرہتےہیں، بلیکس،انمیںجاکردعوتیکامکرتےہیں۔</w:t>
      </w:r>
    </w:p>
    <w:p>
      <w:r>
        <w:rPr>
          <w:b/>
        </w:rPr>
        <w:t xml:space="preserve">[40:17] </w:t>
      </w:r>
      <w:r>
        <w:t>India mein jo downtrodden hain, un mein ja kar kaam karte hain.</w:t>
      </w:r>
    </w:p>
    <w:p>
      <w:pPr>
        <w:jc w:val="right"/>
      </w:pPr>
      <w:r>
        <w:t>انڈیامیںجوڈاؤنٹراڈنہے،انمیںجاکرکامکرتے ہیں۔</w:t>
      </w:r>
    </w:p>
    <w:p>
      <w:r>
        <w:rPr>
          <w:b/>
        </w:rPr>
        <w:t xml:space="preserve">[40:22] </w:t>
      </w:r>
      <w:r>
        <w:t>yaad rakhiye, is se dawat ki zimmedari ada nahin hogi.</w:t>
      </w:r>
    </w:p>
    <w:p>
      <w:pPr>
        <w:jc w:val="right"/>
      </w:pPr>
      <w:r>
        <w:t>یادرکھیے،اسسے دعوتکیذمہداریادانہیںہوگی۔</w:t>
      </w:r>
    </w:p>
    <w:p>
      <w:r>
        <w:rPr>
          <w:b/>
        </w:rPr>
        <w:t xml:space="preserve">[40:27] </w:t>
      </w:r>
      <w:r>
        <w:t>Allah taala ke haan sabakdosh nahin ho sakti ummat ki.</w:t>
      </w:r>
    </w:p>
    <w:p>
      <w:pPr>
        <w:jc w:val="right"/>
      </w:pPr>
      <w:r>
        <w:t>اللہ تعالیٰکےہاںسبکدوشینہیںہوسکتیامتکی۔</w:t>
      </w:r>
    </w:p>
    <w:p>
      <w:r>
        <w:rPr>
          <w:b/>
        </w:rPr>
        <w:t xml:space="preserve">[40:32] </w:t>
      </w:r>
      <w:r>
        <w:t>agar aap downtrodden mein kaam karte hain to yaad rakhiye, kabhi bhi Allah taala ke haan ba're uzr ban nahin qarar paayenge.</w:t>
      </w:r>
    </w:p>
    <w:p>
      <w:pPr>
        <w:jc w:val="right"/>
      </w:pPr>
      <w:r>
        <w:t>اگر آپ ڈاؤنٹراڈنمیںکامکرتے ہیںتو یادرکھیے، کبھیبھیاللہ تعالیٰکےہاںبریعذربننہیںقرار پائیںگے۔</w:t>
      </w:r>
    </w:p>
    <w:p>
      <w:r>
        <w:rPr>
          <w:b/>
        </w:rPr>
        <w:t xml:space="preserve">[40:41] </w:t>
      </w:r>
      <w:r>
        <w:t>unko bhi dawat, dawat pahunchna hai.</w:t>
      </w:r>
    </w:p>
    <w:p>
      <w:pPr>
        <w:jc w:val="right"/>
      </w:pPr>
      <w:r>
        <w:t>انکوبھی دعوت ،دعوتپہنچناہے۔</w:t>
      </w:r>
    </w:p>
    <w:p>
      <w:r>
        <w:rPr>
          <w:b/>
        </w:rPr>
        <w:t xml:space="preserve">[40:45] </w:t>
      </w:r>
      <w:r>
        <w:t>is mein koi shikan nahin. lekin aap ko samajhna chahiye ke primary kaam aur secondary kaam, awwal darje mein aap ko dawat pahunchana hai khawas ke tabqe mein.</w:t>
      </w:r>
    </w:p>
    <w:p>
      <w:pPr>
        <w:jc w:val="right"/>
      </w:pPr>
      <w:r>
        <w:t>اسمیںکوئیشکنہیں۔لیکن آپ کوسمجھناچاہیےکہ پرائمریکاماورسیکنڈریکام، اول درج ےمیںآپکو دعوتپہنچاناہے خواصکےطبقےمیں۔</w:t>
      </w:r>
    </w:p>
    <w:p>
      <w:r>
        <w:rPr>
          <w:b/>
        </w:rPr>
        <w:t xml:space="preserve">[40:58] </w:t>
      </w:r>
      <w:r>
        <w:t>wo percolate kar ke awam tak pahunchegi. woh sahi hai. to chounke aap ne inko tayyar nahin kiya, modern mind ko address karne ke qabil nahin banaya apne aap ko,</w:t>
      </w:r>
    </w:p>
    <w:p>
      <w:pPr>
        <w:jc w:val="right"/>
      </w:pPr>
      <w:r>
        <w:t>وہ پرکولیٹکرکےعوامتکپہنچےگی۔ وہصحیحہے۔ تو چونکہآپنےانکوتیارنہیںکیا، ماڈرنمائنڈکو ایڈریسکرنےکےقابلنہیںبنایااپنےآپکو،</w:t>
      </w:r>
    </w:p>
    <w:p>
      <w:r>
        <w:rPr>
          <w:b/>
        </w:rPr>
        <w:t xml:space="preserve">[41:13] </w:t>
      </w:r>
      <w:r>
        <w:t>to iski qeemat de rahe hain ke woh sirf downtrodden mein ja kar kaam karte hain.</w:t>
      </w:r>
    </w:p>
    <w:p>
      <w:pPr>
        <w:jc w:val="right"/>
      </w:pPr>
      <w:r>
        <w:t>تواسکیقیمتیہدےرہےہیںکہوہ صرفڈاؤنٹراڈنمیںجاکرکامکرتے ہیں۔</w:t>
      </w:r>
    </w:p>
    <w:p>
      <w:r>
        <w:rPr>
          <w:b/>
        </w:rPr>
        <w:t xml:space="preserve">[41:21] </w:t>
      </w:r>
      <w:r>
        <w:t>main samajhta hoon ke yeh bohat badi bhool hai, is ka islah bohat zaroori</w:t>
      </w:r>
    </w:p>
    <w:p>
      <w:pPr>
        <w:jc w:val="right"/>
      </w:pPr>
      <w:r>
        <w:t>میںسمجھتاہوںکہ یہبہت بڑی بھولہے، اسکا اصلاحبہتضروری</w:t>
      </w:r>
    </w:p>
    <w:p>
      <w:r>
        <w:rPr>
          <w:b/>
        </w:rPr>
        <w:t xml:space="preserve">[41:27] </w:t>
      </w:r>
      <w:r>
        <w:t>hai. Yani ummat ko, keh muntakhab afraad ko parhna paray ga jadeed taleem ko, jadeed uloom ko, jadeed falsafe ko.</w:t>
      </w:r>
    </w:p>
    <w:p>
      <w:pPr>
        <w:jc w:val="right"/>
      </w:pPr>
      <w:r>
        <w:t>ہے۔یعنیامتکو ،کہ منتخب افراد کو پڑھناپڑےگاجدید تعلیم کو ،جدید علومکو،جدیدفلس فےکو ۔</w:t>
      </w:r>
    </w:p>
    <w:p>
      <w:r>
        <w:rPr>
          <w:b/>
        </w:rPr>
        <w:t xml:space="preserve">[41:35] </w:t>
      </w:r>
      <w:r>
        <w:t>apne ko tayyar karna paray ga. Agar nahi tayyar kar sakte aap to kam se kam jo literature tayyar hua, us ko istemal kijiye aap. Allah ke fazl se hamare mission mein aisa literature tayyar hua hai jo modern mind ko address karta hai.</w:t>
      </w:r>
    </w:p>
    <w:p>
      <w:pPr>
        <w:jc w:val="right"/>
      </w:pPr>
      <w:r>
        <w:t>اپنےکوتیارکرناپڑےگا۔ اگر نہیںتیارکرسکتےآپتوکمسےکم جو لٹریچرتیارہوا،اسکواستعمال کیجیےآپ۔ اللہ کےفضلسےہمارےمشنمیں ایسالٹریچرتیارہواہے جو ماڈرنمائنڈکوایڈریسکرتاہے۔</w:t>
      </w:r>
    </w:p>
    <w:p>
      <w:r>
        <w:rPr>
          <w:b/>
        </w:rPr>
        <w:t xml:space="preserve">[41:49] </w:t>
      </w:r>
      <w:r>
        <w:t>Hamara jo mission hai yeh, is mein aisa literature</w:t>
      </w:r>
    </w:p>
    <w:p>
      <w:pPr>
        <w:jc w:val="right"/>
      </w:pPr>
      <w:r>
        <w:t>ہماراجومشنہےیہ، اسمیںایسا لٹریچر</w:t>
      </w:r>
    </w:p>
    <w:p>
      <w:r>
        <w:rPr>
          <w:b/>
        </w:rPr>
        <w:t xml:space="preserve">[41:53] </w:t>
      </w:r>
      <w:r>
        <w:t>taqreeban 200 kitaben aisi mukhtalif zubanon mein chhap kar maujood hain jo modern mind ko address karti hain. To us ko phailaiye aap.</w:t>
      </w:r>
    </w:p>
    <w:p>
      <w:pPr>
        <w:jc w:val="right"/>
      </w:pPr>
      <w:r>
        <w:t>تقریباً200کتاب یںایسی مختلف زبانوںمیںچھپکر موجود ہیںجو ماڈرنمائنڈکوایڈریسکرتیہیں۔ تواسکوپھیلائیےآپ۔</w:t>
      </w:r>
    </w:p>
    <w:p>
      <w:r>
        <w:rPr>
          <w:b/>
        </w:rPr>
        <w:t xml:space="preserve">[42:05] </w:t>
      </w:r>
      <w:r>
        <w:t>Agar aap khud nahi modern, yani uloom mein maharat paida kar sakte to is asas mein kia mushkil hai? Kitaben rakhiye apne bag mein aur logon ko pohanchate rahiye.</w:t>
      </w:r>
    </w:p>
    <w:p>
      <w:pPr>
        <w:jc w:val="right"/>
      </w:pPr>
      <w:r>
        <w:t>اگر آپخود نہیں ماڈرن ،یعنی علوم میں مہارتپیدا کرسکتےتو اس اساسمیں کیامشکلہے؟ کتاب یںرکھیےاپنےبیگمیں اورلوگوںکوپہنچاتےرہیے۔</w:t>
      </w:r>
    </w:p>
    <w:p>
      <w:r>
        <w:rPr>
          <w:b/>
        </w:rPr>
        <w:t xml:space="preserve">[42:19] </w:t>
      </w:r>
      <w:r>
        <w:t>Abhi mere paas kal telephone aaya ek sahib ka Hyderabad se. Woh bataya ke wahan ek sahib thay jo bohat hi barhe uhde par hain, woh bohat barhe uhde par.</w:t>
      </w:r>
    </w:p>
    <w:p>
      <w:pPr>
        <w:jc w:val="right"/>
      </w:pPr>
      <w:r>
        <w:t>ابھیمیرےپاسکل ٹیلیفونآیاایکصاحبکا حیدرآبادسے ۔ وہبتایاکہوہاںایکصاحبتھےجوبہتہیبڑےعہدےپرہیں،وہ بہت بڑےعہدےپر۔</w:t>
      </w:r>
    </w:p>
    <w:p>
      <w:r>
        <w:rPr>
          <w:b/>
        </w:rPr>
        <w:t xml:space="preserve">[42:30] </w:t>
      </w:r>
      <w:r>
        <w:t>To woh Musalmanon ke khilaf bohat ziyada bura bhala kehte thay. Bohat ziyada, bohat ziyada. Ke Musalman to bohat hi kharab hote hain. Lirne bhirne ke siwa un ka koi kaam nahi.</w:t>
      </w:r>
    </w:p>
    <w:p>
      <w:pPr>
        <w:jc w:val="right"/>
      </w:pPr>
      <w:r>
        <w:t>تووہمسلمانوںکےخلاف بہتزیادہ برابھلاکہتےتھے۔ بہت زیادہ ،بہتزیادہ ۔ کہمسلمانتوبہتہیخرابہوتےہیں۔ لڑنےبھڑنےکےسواانکاکوئیکامنہیں ۔</w:t>
      </w:r>
    </w:p>
    <w:p>
      <w:r>
        <w:rPr>
          <w:b/>
        </w:rPr>
        <w:t xml:space="preserve">[42:41] </w:t>
      </w:r>
      <w:r>
        <w:t>To unhon ne kia ki keh unhon ne hamare chhapi hui kitab de di un ko.</w:t>
      </w:r>
    </w:p>
    <w:p>
      <w:pPr>
        <w:jc w:val="right"/>
      </w:pPr>
      <w:r>
        <w:t>توانہوںنےکیا کیاکہانہوںنے ہمارےچھپیہوئیکتاب دےدیانکو۔</w:t>
      </w:r>
    </w:p>
    <w:p>
      <w:r>
        <w:rPr>
          <w:b/>
        </w:rPr>
        <w:t xml:space="preserve">[42:46] </w:t>
      </w:r>
      <w:r>
        <w:t>The Prophet of Peace. Yahan se ek kitab chhapi hai. Yani Penguin ne chhapi hai, woh yahan se milti hai. The Prophet of Peace.</w:t>
      </w:r>
    </w:p>
    <w:p>
      <w:pPr>
        <w:jc w:val="right"/>
      </w:pPr>
      <w:r>
        <w:t>دا دا پرافٹآفپیس۔ یہاںسےایککتاب چھپیہے۔ یعنیپینگوئننےچھاپیہے، وہیہاںسے ملتیہے۔ داپرافٹآفپیس۔</w:t>
      </w:r>
    </w:p>
    <w:p>
      <w:r>
        <w:rPr>
          <w:b/>
        </w:rPr>
        <w:t xml:space="preserve">[42:57] </w:t>
      </w:r>
      <w:r>
        <w:t>Woh un ko diya. Woh acha Angrezi jante thay. To raat hi ko parh dala unhon ne.</w:t>
      </w:r>
    </w:p>
    <w:p>
      <w:pPr>
        <w:jc w:val="right"/>
      </w:pPr>
      <w:r>
        <w:t>وہانکودیا ۔ وہاچھا انگریزیجانتےتھے۔ تو راتہیکوپڑھڈالاانہوںنے۔</w:t>
      </w:r>
    </w:p>
    <w:p>
      <w:r>
        <w:rPr>
          <w:b/>
        </w:rPr>
        <w:t xml:space="preserve">[43:06] </w:t>
      </w:r>
      <w:r>
        <w:t>Agley din telephone aaya keh tum ne aisi kitab dekhi mein nahi samajhta tha keh Musalman bhi aisi kitab likh sakte hain. Musalman.</w:t>
      </w:r>
    </w:p>
    <w:p>
      <w:pPr>
        <w:jc w:val="right"/>
      </w:pPr>
      <w:r>
        <w:t>اگلےدن ٹیلیفونآیا کہتمنےایسیکتاب دیکہمیں نہیںسمجھتاتھاکہ مس لمانبھیایسیکتابلکھسکتےہیں۔مسلمان ۔</w:t>
      </w:r>
    </w:p>
    <w:p>
      <w:r>
        <w:rPr>
          <w:b/>
        </w:rPr>
        <w:t xml:space="preserve">[43:14] </w:t>
      </w:r>
      <w:r>
        <w:t>Hum samajhte hain Musalman to bilkul kuch jante nahi. Ek dam un ka rawaiyya badal gaya. Islam ke bare mein, Musalman ke bare mein.</w:t>
      </w:r>
    </w:p>
    <w:p>
      <w:pPr>
        <w:jc w:val="right"/>
      </w:pPr>
      <w:r>
        <w:t>ہمسمجھتےہیںمسلمانتوبالکل کچھجانتےنہیں۔ ایک دمانکا روی ہبدلگیا۔ اسلام کےبارےمیں،مسلمانکےبارےمیں۔</w:t>
      </w:r>
    </w:p>
    <w:p>
      <w:r>
        <w:rPr>
          <w:b/>
        </w:rPr>
        <w:t xml:space="preserve">[43:24] </w:t>
      </w:r>
      <w:r>
        <w:t>To aap ek kitab mein maujood hain, un ko phailaiye. To kaam bahar haal karna hai khawass o aam ko. Chahe aap logon ko tayyar karen ya un kitabon ko istemal karen.</w:t>
      </w:r>
    </w:p>
    <w:p>
      <w:pPr>
        <w:jc w:val="right"/>
      </w:pPr>
      <w:r>
        <w:t>توآپ ایک کتاب یںموجود ہیں،انکوپھیلائیے۔ تو کام بہرحالکرناہے خواصمیں۔ چاہےآپلوگوںکوتیارکریں یا انکتاب وںکواستعمال کریں۔</w:t>
      </w:r>
    </w:p>
    <w:p>
      <w:r>
        <w:rPr>
          <w:b/>
        </w:rPr>
        <w:t xml:space="preserve">[43:37] </w:t>
      </w:r>
      <w:r>
        <w:t>Aur koi third option nahi hai, yaad rakhiye.</w:t>
      </w:r>
    </w:p>
    <w:p>
      <w:pPr>
        <w:jc w:val="right"/>
      </w:pPr>
      <w:r>
        <w:t>اور کوئی تھرڈآپشن نہیں ہے، یادرکھیے۔</w:t>
      </w:r>
    </w:p>
    <w:p>
      <w:r>
        <w:rPr>
          <w:b/>
        </w:rPr>
        <w:t xml:space="preserve">[43:44] </w:t>
      </w:r>
      <w:r>
        <w:t>Koi third option nahi hai.</w:t>
      </w:r>
    </w:p>
    <w:p>
      <w:pPr>
        <w:jc w:val="right"/>
      </w:pPr>
      <w:r>
        <w:t>کوئیتھرڈآپشننہیںہے۔</w:t>
      </w:r>
    </w:p>
    <w:p>
      <w:r>
        <w:rPr>
          <w:b/>
        </w:rPr>
        <w:t xml:space="preserve">[43:52] </w:t>
      </w:r>
      <w:r>
        <w:t>To hamein pure moamle mein reassess karna hai. Phir se sochna hai. Strategic planning karni hai.</w:t>
      </w:r>
    </w:p>
    <w:p>
      <w:pPr>
        <w:jc w:val="right"/>
      </w:pPr>
      <w:r>
        <w:t>تو ہمیں پورےمعاملےمیں ریایسسکرناہے۔ پھرسےسوچناہے۔ اسٹریٹجکپلاننگکرنیہے۔</w:t>
      </w:r>
    </w:p>
    <w:p>
      <w:r>
        <w:rPr>
          <w:b/>
        </w:rPr>
        <w:t xml:space="preserve">[44:02] </w:t>
      </w:r>
      <w:r>
        <w:t>Aur ghaltiyon ko manna hai. Hamein kehna paray ga keh abhi hum ghalt thay. Hamein kehna paray ga keh hum ghalti par thay. Jab</w:t>
      </w:r>
    </w:p>
    <w:p>
      <w:pPr>
        <w:jc w:val="right"/>
      </w:pPr>
      <w:r>
        <w:t>اور غلطیوںکومانناہے۔ ہمیںکہناپڑےگاکہابھیہمغلطتھے۔ ہمیںکہناپڑےگاکہہمغلطیپرتھے۔ جب</w:t>
      </w:r>
    </w:p>
    <w:p>
      <w:r>
        <w:rPr>
          <w:b/>
        </w:rPr>
        <w:t xml:space="preserve">[44:11] </w:t>
      </w:r>
      <w:r>
        <w:t>tak aap ghalti na manen, tab tak aap islaah ki taraf bhi aage nahi barh sakte.</w:t>
      </w:r>
    </w:p>
    <w:p>
      <w:pPr>
        <w:jc w:val="right"/>
      </w:pPr>
      <w:r>
        <w:t>تکآپ غلطینہمانیں، تب تکآپ اصلاحکیطرف بھی آگےنہیںبڑھسکتے۔</w:t>
      </w:r>
    </w:p>
    <w:p>
      <w:r>
        <w:rPr>
          <w:b/>
        </w:rPr>
        <w:t xml:space="preserve">[44:24] </w:t>
      </w:r>
      <w:r>
        <w:t>Yeh bohat ziyada sochne ki baat hai.</w:t>
      </w:r>
    </w:p>
    <w:p>
      <w:pPr>
        <w:jc w:val="right"/>
      </w:pPr>
      <w:r>
        <w:t>یہبہت زیادہسوچنےکیبات ہے۔</w:t>
      </w:r>
    </w:p>
    <w:p>
      <w:r>
        <w:rPr>
          <w:b/>
        </w:rPr>
        <w:t xml:space="preserve">[44:30] </w:t>
      </w:r>
      <w:r>
        <w:t>Is liye keh dekhiye, is se maut jurri hui hai. Hamari zindagi se maut jurri hui hai. Hum aaj nahi yahan, kal nahi honge yahan.</w:t>
      </w:r>
    </w:p>
    <w:p>
      <w:pPr>
        <w:jc w:val="right"/>
      </w:pPr>
      <w:r>
        <w:t>اسلیےکہدیکھیے، اسسے موتجڑیہوئیہے۔ہماریزندگی سے موتجڑیہوئیہے۔ ہمآجہیں یہاں،کل نہیںہوںگےیہاں ۔</w:t>
      </w:r>
    </w:p>
    <w:p>
      <w:r>
        <w:rPr>
          <w:b/>
        </w:rPr>
        <w:t xml:space="preserve">[44:40] </w:t>
      </w:r>
      <w:r>
        <w:t>Kal kahan honge?</w:t>
      </w:r>
    </w:p>
    <w:p>
      <w:pPr>
        <w:jc w:val="right"/>
      </w:pPr>
      <w:r>
        <w:t>کل کہاںہوںگے؟</w:t>
      </w:r>
    </w:p>
    <w:p>
      <w:r>
        <w:rPr>
          <w:b/>
        </w:rPr>
        <w:t xml:space="preserve">[44:41] </w:t>
      </w:r>
      <w:r>
        <w:t>Khuda ke samne honge. To hamari zindagi se maut jurri hui hai, yaad rakhiye.</w:t>
      </w:r>
    </w:p>
    <w:p>
      <w:pPr>
        <w:jc w:val="right"/>
      </w:pPr>
      <w:r>
        <w:t>خداکےسامنےہوںگے۔ توہماریزندگی سے موتجڑیہوئیہے،یادرکھیے۔</w:t>
      </w:r>
    </w:p>
    <w:p>
      <w:r>
        <w:rPr>
          <w:b/>
        </w:rPr>
        <w:t xml:space="preserve">[44:50] </w:t>
      </w:r>
      <w:r>
        <w:t>To bohat jald woh waqt aye ga keh ek ek aadmi mar jaye ga. Aur har aadmi Allah ke samne apne aap ko paye ga. To Allah taala pooche ga keh tumhari jo duty thi, woh kitna tum ne anjam diya?</w:t>
      </w:r>
    </w:p>
    <w:p>
      <w:pPr>
        <w:jc w:val="right"/>
      </w:pPr>
      <w:r>
        <w:t>تو بہت جلدوہوقتآئےگاکہ ایکایکآدمیمرجائےگا۔ اور ہرآدمیاللہکےسامنے اپنےآپ کوپائےگا۔ تواللہ تعالیٰپوچھےگا کہتمہاریجوڈیوٹیتھی،وہکتناتمنےانجام دیا ؟</w:t>
      </w:r>
    </w:p>
    <w:p>
      <w:r>
        <w:rPr>
          <w:b/>
        </w:rPr>
        <w:t xml:space="preserve">[45:05] </w:t>
      </w:r>
      <w:r>
        <w:t>Yeh duty thi tumhari, bahaisiyat Musalman ke. To kitna anjam diya tum ne?</w:t>
      </w:r>
    </w:p>
    <w:p>
      <w:pPr>
        <w:jc w:val="right"/>
      </w:pPr>
      <w:r>
        <w:t>یہڈیوٹیتھیتمہ اری ،بحیثیت مسلمانکے۔توکتناانجام دیاتمنے ؟</w:t>
      </w:r>
    </w:p>
    <w:p>
      <w:r>
        <w:rPr>
          <w:b/>
        </w:rPr>
        <w:t xml:space="preserve">[45:16] </w:t>
      </w:r>
      <w:r>
        <w:t>Yeh bohat hi sangin baat hai. Har insaan maut ke samne khara hua hai. Har insaan maut ke samne khara hua hai.</w:t>
      </w:r>
    </w:p>
    <w:p>
      <w:pPr>
        <w:jc w:val="right"/>
      </w:pPr>
      <w:r>
        <w:t>یہبہت ہی سنگ ینباتہے۔ ہرانسان موتکےسامنےکھڑاہواہے۔ ہرانسان موتکےسامنےکھڑاہواہے۔</w:t>
      </w:r>
    </w:p>
    <w:p>
      <w:r>
        <w:rPr>
          <w:b/>
        </w:rPr>
        <w:t xml:space="preserve">[45:26] </w:t>
      </w:r>
      <w:r>
        <w:t>har lamha aesaa ho sakta hai ke achaanak</w:t>
      </w:r>
    </w:p>
    <w:p>
      <w:pPr>
        <w:jc w:val="right"/>
      </w:pPr>
      <w:r>
        <w:t>ہر لمحہ ایساہوسکتاہےکہ اچانک</w:t>
      </w:r>
    </w:p>
    <w:p>
      <w:r>
        <w:rPr>
          <w:b/>
        </w:rPr>
        <w:t xml:space="preserve">[45:33] </w:t>
      </w:r>
      <w:r>
        <w:t>agli agli shaam is haalat mein aaye ke main Allah apne aap ko Allah ke saamne khada hua paaoon. ya agli subah is haalat mein aaye ke main apne aap ko Allah ke saamne khada hua paaoon.</w:t>
      </w:r>
    </w:p>
    <w:p>
      <w:pPr>
        <w:jc w:val="right"/>
      </w:pPr>
      <w:r>
        <w:t>اگلی اگلیشام اسحالمیںآئے کہمیں اللہ اپنےآپکواللہ کےسامنے کھڑاہواپاؤں۔ یااگلیصبحاسحالمیںآئے کہمیںاپنےآپکو اللہ کےسامنے کھڑاہواپاؤں۔</w:t>
      </w:r>
    </w:p>
    <w:p>
      <w:r>
        <w:rPr>
          <w:b/>
        </w:rPr>
        <w:t xml:space="preserve">[45:48] </w:t>
      </w:r>
      <w:r>
        <w:t>to phir kya hoga?</w:t>
      </w:r>
    </w:p>
    <w:p>
      <w:pPr>
        <w:jc w:val="right"/>
      </w:pPr>
      <w:r>
        <w:t>توپھرکیاہوگا؟</w:t>
      </w:r>
    </w:p>
    <w:p>
      <w:r>
        <w:rPr>
          <w:b/>
        </w:rPr>
        <w:t xml:space="preserve">[45:52] </w:t>
      </w:r>
      <w:r>
        <w:t>yeh sawaal lazman</w:t>
      </w:r>
    </w:p>
    <w:p>
      <w:pPr>
        <w:jc w:val="right"/>
      </w:pPr>
      <w:r>
        <w:t>یہسوال لازماً</w:t>
      </w:r>
    </w:p>
    <w:p>
      <w:r>
        <w:rPr>
          <w:b/>
        </w:rPr>
        <w:t xml:space="preserve">[45:54] </w:t>
      </w:r>
      <w:r>
        <w:t>pesh aaye. is sawaal ka jawab lazman dena hoga ke jo duty tumhari thi, usko kitna anjaam diya tumne?</w:t>
      </w:r>
    </w:p>
    <w:p>
      <w:pPr>
        <w:jc w:val="right"/>
      </w:pPr>
      <w:r>
        <w:t>پیش آئے۔ اسسوال کاجوابلازماًدیناہوگا کہجو ڈیوٹیتمہاریتھی، اسکو کتناانجام دیا تمنے ؟</w:t>
      </w:r>
    </w:p>
    <w:p>
      <w:r>
        <w:rPr>
          <w:b/>
        </w:rPr>
        <w:t xml:space="preserve">[46:06] </w:t>
      </w:r>
      <w:r>
        <w:t>yani dawat e ila Allah ki duty, Allah ke paigham insaanon tak pohnchaane ki duty.</w:t>
      </w:r>
    </w:p>
    <w:p>
      <w:pPr>
        <w:jc w:val="right"/>
      </w:pPr>
      <w:r>
        <w:t>یعنیدعوتالیاللہکیڈیوٹی ، اللہ کےپیغام انسان وںتکپہنچانےکیڈیوٹی۔</w:t>
      </w:r>
    </w:p>
    <w:p>
      <w:r>
        <w:rPr>
          <w:b/>
        </w:rPr>
        <w:t xml:space="preserve">[46:13] </w:t>
      </w:r>
      <w:r>
        <w:t>kyun ke dekhiye, iski significance ko samjhiye. kyun aesaa hai ke Allah taala ne dawat ke kaam ko apna kaam bataya hai?</w:t>
      </w:r>
    </w:p>
    <w:p>
      <w:pPr>
        <w:jc w:val="right"/>
      </w:pPr>
      <w:r>
        <w:t>کیونکہدیکھیے، اسکیسنگ ینیکوسمجھیے۔ کیوں ایساہےکہاللہتعالیٰنے دعوت کےکامکواپناکام بت ایاہے؟</w:t>
      </w:r>
    </w:p>
    <w:p>
      <w:r>
        <w:rPr>
          <w:b/>
        </w:rPr>
        <w:t xml:space="preserve">[46:25] </w:t>
      </w:r>
      <w:r>
        <w:t>dawat ke kaam jo karte hain, jo log, unke liye aaya hai ke woh Allah ki madad kar rahe hain.</w:t>
      </w:r>
    </w:p>
    <w:p>
      <w:pPr>
        <w:jc w:val="right"/>
      </w:pPr>
      <w:r>
        <w:t>دعوتکےکام جو کرتے ہیں،جولوگ ،انکےلیےآیاہےکہوہاللہ کیمددکررہےہیں۔</w:t>
      </w:r>
    </w:p>
    <w:p>
      <w:r>
        <w:rPr>
          <w:b/>
        </w:rPr>
        <w:t xml:space="preserve">[46:33] </w:t>
      </w:r>
      <w:r>
        <w:t>woh ansaar Allah hain. aesaa kyun hai? iska jawab Quran se maloom hota hai ke rusul mubashireen wa munzireen la Allah yakun li naasi ala Allah hujjat ba'd ar rusul yani Allah par hujjat na rahe.</w:t>
      </w:r>
    </w:p>
    <w:p>
      <w:pPr>
        <w:jc w:val="right"/>
      </w:pPr>
      <w:r>
        <w:t>وہ انصاراللہ ہیں۔ ایساکیوںہے ؟ اسکاجوابقرآنسےمعلومہوتاہے کہ رسل مبشرین ومن ظرین لااللہ یکن للناسعلیاللہحجت بعد الرسول یعنیاللہ پرحجتنہرہے۔</w:t>
      </w:r>
    </w:p>
    <w:p>
      <w:r>
        <w:rPr>
          <w:b/>
        </w:rPr>
        <w:t xml:space="preserve">[46:53] </w:t>
      </w:r>
      <w:r>
        <w:t>yeh jo dawat ka kaam anjaam diya jaata hai duniya mein, iska maqsad kya hai? zahir hai ke pehla maqsad to yahi hai ke logon ki islaah ho.</w:t>
      </w:r>
    </w:p>
    <w:p>
      <w:pPr>
        <w:jc w:val="right"/>
      </w:pPr>
      <w:r>
        <w:t>یہجو دعوتکاکام انجام دیاجاتاہےدنیا میں، اسکامقصدکیاہے؟ ظاہرہےکہپہلامقصدتویہیہےکہلوگوںکیاصلاحہو۔</w:t>
      </w:r>
    </w:p>
    <w:p>
      <w:r>
        <w:rPr>
          <w:b/>
        </w:rPr>
        <w:t xml:space="preserve">[47:03] </w:t>
      </w:r>
      <w:r>
        <w:t>aur iske baad yeh hai ke Allah par hujjat qaaim na rahe. hujjat ka matlab yeh hai ke saare insaan ek din aaye ga ke sab mar jayenge.</w:t>
      </w:r>
    </w:p>
    <w:p>
      <w:pPr>
        <w:jc w:val="right"/>
      </w:pPr>
      <w:r>
        <w:t>اوراسکےبعد یہہےکہاللہ پرحجتقائم نہرہے۔ حجتکامطلبیہہے کہ سارےانسان ایکدنآئےگاکہسبمرجائیںگے۔</w:t>
      </w:r>
    </w:p>
    <w:p>
      <w:r>
        <w:rPr>
          <w:b/>
        </w:rPr>
        <w:t xml:space="preserve">[47:15] </w:t>
      </w:r>
      <w:r>
        <w:t>sab hashr ke maidan mein jama honge. wahan Allah hoga, uske farishte honge.</w:t>
      </w:r>
    </w:p>
    <w:p>
      <w:pPr>
        <w:jc w:val="right"/>
      </w:pPr>
      <w:r>
        <w:t>سب حشرکےمیدانمیں جمع ہوںگے۔ وہاںاللہہوگا،اسکےفرشتےہوںگے۔</w:t>
      </w:r>
    </w:p>
    <w:p>
      <w:r>
        <w:rPr>
          <w:b/>
        </w:rPr>
        <w:t xml:space="preserve">[47:23] </w:t>
      </w:r>
      <w:r>
        <w:t>logon ke liye jannat ka aur jahannum ka faisla kiya jayega.</w:t>
      </w:r>
    </w:p>
    <w:p>
      <w:pPr>
        <w:jc w:val="right"/>
      </w:pPr>
      <w:r>
        <w:t>لوگوںکےلیےجنتکااورجہنمکافیصلہکیاجائےگا۔</w:t>
      </w:r>
    </w:p>
    <w:p>
      <w:r>
        <w:rPr>
          <w:b/>
        </w:rPr>
        <w:t xml:space="preserve">[47:28] </w:t>
      </w:r>
      <w:r>
        <w:t>us waqt agar log khade ho kar yeh kahein ke khudaaya aap humko saza de rahe hain, humein to pata hi nahi tha ke humein kya karna hai, kya nahi karna hai.</w:t>
      </w:r>
    </w:p>
    <w:p>
      <w:pPr>
        <w:jc w:val="right"/>
      </w:pPr>
      <w:r>
        <w:t>اس وقت اگر لوگ کھڑےہوکریہ کہیں کہ خدایاآپہمکو سزادےرہےہیں،ہمیںتوپتہہینہیںتھاکہہمیں کیا کرناہے،کیانہیںکرناہے۔</w:t>
      </w:r>
    </w:p>
    <w:p>
      <w:r>
        <w:rPr>
          <w:b/>
        </w:rPr>
        <w:t xml:space="preserve">[47:43] </w:t>
      </w:r>
      <w:r>
        <w:t>yani matlab hum aap ke creation plan se aagah nahi the. aap ki scheme kya thi, takhleeq ke bare mein, humse usse aagah nahi the. h</w:t>
      </w:r>
    </w:p>
    <w:p>
      <w:pPr>
        <w:jc w:val="right"/>
      </w:pPr>
      <w:r>
        <w:t>یعنیمطلبہمآپ کے کریشنپلانسےآگاہنہیںتھے۔ آپ کی اسکیم کیا تھی،تخلیقکےبارےمیں،ہمسےاسسےآگاہنہیںتھے۔ہ</w:t>
      </w:r>
    </w:p>
    <w:p>
      <w:r>
        <w:rPr>
          <w:b/>
        </w:rPr>
        <w:t xml:space="preserve">[47:52] </w:t>
      </w:r>
      <w:r>
        <w:t>hum mein hum to pata tha ke paida hue, jiye aur mar gaye. to aap kis baat ki humein saza de rahe hain? kya aap bekhabri ki saza de rahe hain aap anko?</w:t>
      </w:r>
    </w:p>
    <w:p>
      <w:pPr>
        <w:jc w:val="right"/>
      </w:pPr>
      <w:r>
        <w:t>مہمیں ہمتوپتہتھا کہ پیدا ہوئے، جیےاورمرگئے۔ توآپکسباتکیہمیںسزادےرہےہیں؟ کیاآپ بےخبریکیسزادےرہےہیںآپانکو ؟</w:t>
      </w:r>
    </w:p>
    <w:p>
      <w:r>
        <w:rPr>
          <w:b/>
        </w:rPr>
        <w:t xml:space="preserve">[48:03] </w:t>
      </w:r>
      <w:r>
        <w:t>to yeh koi kehne ka mauqa na paaye wahan par. yeh hujjat ka matlab. yani Allah taala ko matloob hai ke aap ke qayamat mein koi yeh na kar sake ke hum to bekhabar the,</w:t>
      </w:r>
    </w:p>
    <w:p>
      <w:pPr>
        <w:jc w:val="right"/>
      </w:pPr>
      <w:r>
        <w:t>تو یہ کوئی کہنےکا موقعنہپائےوہاںپر ۔ یہ حجت کامطلب ۔ یعنیاللہتعالیٰ کو مطلوبہے کہ آپ کے قیامتمیں کوئییہنہکرسکےکہ ہمتوبےخبرتھے،</w:t>
      </w:r>
    </w:p>
    <w:p>
      <w:r>
        <w:rPr>
          <w:b/>
        </w:rPr>
        <w:t xml:space="preserve">[48:19] </w:t>
      </w:r>
      <w:r>
        <w:t>humein kuch pata nahi tha. to Allah taala ne paighambaron ko bheja aur yeh ummat, ummat e wasat banai. ummat e wasat</w:t>
      </w:r>
    </w:p>
    <w:p>
      <w:pPr>
        <w:jc w:val="right"/>
      </w:pPr>
      <w:r>
        <w:t>ہمیںکچھپتہنہیںتھا۔ تو اللہ تعالیٰنے پیغمبروںکوبھیجا اوریہامت،امت وسطبنائی۔امتوسط</w:t>
      </w:r>
    </w:p>
    <w:p>
      <w:r>
        <w:rPr>
          <w:b/>
        </w:rPr>
        <w:t xml:space="preserve">[48:29] </w:t>
      </w:r>
      <w:r>
        <w:t>khatam, yani khatam e nabuwat ke baad,</w:t>
      </w:r>
    </w:p>
    <w:p>
      <w:pPr>
        <w:jc w:val="right"/>
      </w:pPr>
      <w:r>
        <w:t>ختم ،یعنیختمنبوتکےبعد،</w:t>
      </w:r>
    </w:p>
    <w:p>
      <w:r>
        <w:rPr>
          <w:b/>
        </w:rPr>
        <w:t xml:space="preserve">[48:34] </w:t>
      </w:r>
      <w:r>
        <w:t>taake Allah ka yeh kaam barabar hota rahe har generation mein, har zamaney mein, har har har mulk mein. aur wahan par yeh na ho ke koi yeh khada ho kar keh sake ke hum to bekhabar the,</w:t>
      </w:r>
    </w:p>
    <w:p>
      <w:pPr>
        <w:jc w:val="right"/>
      </w:pPr>
      <w:r>
        <w:t>تاکہاللہ کایہکام برابرہوتارہے ہر جنریشنمیں ،ہرزمان ےمیں،ہر ہر ہرملکمیں۔ اور وہاںپریہ نہہو کہکوئییہکھڑاہوکرکہہسکے کہہمتوبےخبرتھے،</w:t>
      </w:r>
    </w:p>
    <w:p>
      <w:r>
        <w:rPr>
          <w:b/>
        </w:rPr>
        <w:t xml:space="preserve">[48:50] </w:t>
      </w:r>
      <w:r>
        <w:t>humein pata hi nahi tha ke mansooba ilahi kya hai, humein kaisay anjaam se dochar hona hai.</w:t>
      </w:r>
    </w:p>
    <w:p>
      <w:pPr>
        <w:jc w:val="right"/>
      </w:pPr>
      <w:r>
        <w:t>ہمیںپتہہینہیںتھاکہ منصوبہالہیکیاہے، ہمیںکسانجام سے دوچارہوناہے۔</w:t>
      </w:r>
    </w:p>
    <w:p>
      <w:r>
        <w:rPr>
          <w:b/>
        </w:rPr>
        <w:t xml:space="preserve">[49:01] </w:t>
      </w:r>
      <w:r>
        <w:t>is hujjat ko hatane ke liye, yeh hujjat Allah par na rahe, uske liye dawat e ila Allah hai. to kitni sangin baat hai, ghore kijiye.</w:t>
      </w:r>
    </w:p>
    <w:p>
      <w:pPr>
        <w:jc w:val="right"/>
      </w:pPr>
      <w:r>
        <w:t>اس حجتکوہٹانےکےلیے ،یہحجتاللہ پرنہرہے، اسکےلیےدعوت الیاللہہے۔ تو کتنیسنگینباتہے،غورکیجیے۔</w:t>
      </w:r>
    </w:p>
    <w:p>
      <w:r>
        <w:rPr>
          <w:b/>
        </w:rPr>
        <w:t xml:space="preserve">[49:13] </w:t>
      </w:r>
      <w:r>
        <w:t>uske liye aap har qurbani jo karenge, woh Allah ke yahan likhi jayegi. aur bahut zyada iska inaam milega.</w:t>
      </w:r>
    </w:p>
    <w:p>
      <w:pPr>
        <w:jc w:val="right"/>
      </w:pPr>
      <w:r>
        <w:t>اسکےلیےآپ ہر قربانیجوکریںگے، وہ اللہ کے یہاںلکھیجائےگی۔ اوربہت زیادہ اسکاانعامملےگا۔</w:t>
      </w:r>
    </w:p>
    <w:p>
      <w:r>
        <w:rPr>
          <w:b/>
        </w:rPr>
        <w:t xml:space="preserve">[49:25] </w:t>
      </w:r>
      <w:r>
        <w:t>bahut zyada inaam milega iska.</w:t>
      </w:r>
    </w:p>
    <w:p>
      <w:pPr>
        <w:jc w:val="right"/>
      </w:pPr>
      <w:r>
        <w:t>بہت زیادہانعامملےگااسکا ۔</w:t>
      </w:r>
    </w:p>
    <w:p>
      <w:r>
        <w:rPr>
          <w:b/>
        </w:rPr>
        <w:t xml:space="preserve">[49:28] </w:t>
      </w:r>
      <w:r>
        <w:t>to dawat ka kaam koi saada kaam nahi hai. na yeh announcement hai, na yeh hai ke kuch tadad badh jaye.</w:t>
      </w:r>
    </w:p>
    <w:p>
      <w:pPr>
        <w:jc w:val="right"/>
      </w:pPr>
      <w:r>
        <w:t>تو دعوتکاکام کوئیسادہکامنہیںہے۔ نہ یہنہاناؤنسمنٹہے، نہیہہےکہکچھتعداد بڑھجائے۔</w:t>
      </w:r>
    </w:p>
    <w:p>
      <w:r>
        <w:rPr>
          <w:b/>
        </w:rPr>
        <w:t xml:space="preserve">[49:40] </w:t>
      </w:r>
      <w:r>
        <w:t>tidadh barhane ke liye nahin dawat-e-haq ka kaam hota hai.</w:t>
      </w:r>
    </w:p>
    <w:p>
      <w:pPr>
        <w:jc w:val="right"/>
      </w:pPr>
      <w:r>
        <w:t>تعداد بڑھانےکےلیےنہیںدعوتکاکامہوتا۔</w:t>
      </w:r>
    </w:p>
    <w:p>
      <w:r>
        <w:rPr>
          <w:b/>
        </w:rPr>
        <w:t xml:space="preserve">[49:45] </w:t>
      </w:r>
      <w:r>
        <w:t>sachchai logon ke dilon mein utre, is ke liye hota hai. Allah par hujjat rahe, is ke liye utarta hai.</w:t>
      </w:r>
    </w:p>
    <w:p>
      <w:pPr>
        <w:jc w:val="right"/>
      </w:pPr>
      <w:r>
        <w:t>سچائیلوگوںکےدلوںمیںاترے، اسکےلیےہوتاہے۔ اللہ پرحجتنہرہے، اسکےلیے اتراہے۔</w:t>
      </w:r>
    </w:p>
    <w:p>
      <w:r>
        <w:rPr>
          <w:b/>
        </w:rPr>
        <w:t xml:space="preserve">[49:55] </w:t>
      </w:r>
      <w:r>
        <w:t>hota hai.</w:t>
      </w:r>
    </w:p>
    <w:p>
      <w:pPr>
        <w:jc w:val="right"/>
      </w:pPr>
      <w:r>
        <w:t>ہوتاہے۔</w:t>
      </w:r>
    </w:p>
    <w:p>
      <w:r>
        <w:rPr>
          <w:b/>
        </w:rPr>
        <w:t xml:space="preserve">[49:56] </w:t>
      </w:r>
      <w:r>
        <w:t>logon ko jannat ka rasta maloom ho jaye, is ke liye dawat-e-haq ka kaam kiya jata hai. Log jahannum se agah ho jayen, is ke liye dawat-e-haq ka kaam hota hai.</w:t>
      </w:r>
    </w:p>
    <w:p>
      <w:pPr>
        <w:jc w:val="right"/>
      </w:pPr>
      <w:r>
        <w:t>لوگوںکو جنت کاراستہمعلومہوجائے، اسکےلیےدعوتکاکامکیاجاتاہے۔ لوگ جہنمسےآگاہہوجائیں، اسکےلیےدعوتکاکامہوتاہے۔</w:t>
      </w:r>
    </w:p>
    <w:p>
      <w:r>
        <w:rPr>
          <w:b/>
        </w:rPr>
        <w:t xml:space="preserve">[50:09] </w:t>
      </w:r>
      <w:r>
        <w:t>yeh kaam masla akhirat ke liye kaam hota hai. Yani kaam hota hai dunya mein, lekin asal mein woh masla akhirat uska muharrik hota hai.</w:t>
      </w:r>
    </w:p>
    <w:p>
      <w:pPr>
        <w:jc w:val="right"/>
      </w:pPr>
      <w:r>
        <w:t>گ امسئلہآخرتکےلیےکامہوتاہے۔ یعنیکامہوتاہےدنیا میں ،لیکن اصلمیںوہمسئلہآخرت اسکا محرکہوتاہے۔</w:t>
      </w:r>
    </w:p>
    <w:p>
      <w:r>
        <w:rPr>
          <w:b/>
        </w:rPr>
        <w:t xml:space="preserve">[50:23] </w:t>
      </w:r>
      <w:r>
        <w:t>to sochiye, kitna sangin hai.</w:t>
      </w:r>
    </w:p>
    <w:p>
      <w:pPr>
        <w:jc w:val="right"/>
      </w:pPr>
      <w:r>
        <w:t>تو سوچیے،کتناسنگ ینہے۔</w:t>
      </w:r>
    </w:p>
    <w:p>
      <w:r>
        <w:rPr>
          <w:b/>
        </w:rPr>
        <w:t xml:space="preserve">[50:27] </w:t>
      </w:r>
      <w:r>
        <w:t>kitna sangin hai.</w:t>
      </w:r>
    </w:p>
    <w:p>
      <w:pPr>
        <w:jc w:val="right"/>
      </w:pPr>
      <w:r>
        <w:t>کتناسنگ ینہے۔</w:t>
      </w:r>
    </w:p>
    <w:p>
      <w:r>
        <w:rPr>
          <w:b/>
        </w:rPr>
        <w:t xml:space="preserve">[50:32] </w:t>
      </w:r>
      <w:r>
        <w:t>kitna sangin hai yeh kaam. To yeh kaam jo hai, aap ko is tarah karna hoga ke qaumi jazbat ko kuchalna hoga.</w:t>
      </w:r>
    </w:p>
    <w:p>
      <w:pPr>
        <w:jc w:val="right"/>
      </w:pPr>
      <w:r>
        <w:t>کتناسنگ ینہےیہکام ۔ تویہکام جوہے، آپ کو اسطرحکرناہوگا کہ قومیجذباتکوکچلناہوگا۔</w:t>
      </w:r>
    </w:p>
    <w:p>
      <w:r>
        <w:rPr>
          <w:b/>
        </w:rPr>
        <w:t xml:space="preserve">[50:48] </w:t>
      </w:r>
      <w:r>
        <w:t>qaumi jazbat ko kuchal kar khatm karna hoga.</w:t>
      </w:r>
    </w:p>
    <w:p>
      <w:pPr>
        <w:jc w:val="right"/>
      </w:pPr>
      <w:r>
        <w:t>قومیجذباتکو کچلکرختمکرناہوگا۔</w:t>
      </w:r>
    </w:p>
    <w:p>
      <w:r>
        <w:rPr>
          <w:b/>
        </w:rPr>
        <w:t xml:space="preserve">[50:55] </w:t>
      </w:r>
      <w:r>
        <w:t>sirf yeh dekhna hoga ke Allah ki marzi kya hai. Bas dawat-e-haq ka faida kis mein hai. Bas hamare qaumi jazbat is ko peeche theek karna padega.</w:t>
      </w:r>
    </w:p>
    <w:p>
      <w:pPr>
        <w:jc w:val="right"/>
      </w:pPr>
      <w:r>
        <w:t>صرفیہدیکھناہوگاکہ اللہ کیمرضیکیاہے۔ بس دعوتکافائدہکسمیںہے۔ بس ہمارےقومیجذبات اسکو پیچھےٹھیککرناپڑےگا۔</w:t>
      </w:r>
    </w:p>
    <w:p>
      <w:r>
        <w:rPr>
          <w:b/>
        </w:rPr>
        <w:t xml:space="preserve">[51:09] </w:t>
      </w:r>
      <w:r>
        <w:t>woh Allah ka concern nahin hai. Hamare qaumi jazbat jo hain, woh Allah ka concern nahin hai. Woh to qaumi jazbat ke mamle mein aap ko nuqsan uthana padega.</w:t>
      </w:r>
    </w:p>
    <w:p>
      <w:pPr>
        <w:jc w:val="right"/>
      </w:pPr>
      <w:r>
        <w:t>وہاللہ کاکنسرننہیںہے۔ ہمارےقومیجذبات جوہیں،وہاللہ کا کنسرننہیںہے۔وہ تو قومیجذباتکےمعاملےمیںآپکو نقصاناٹھاناپڑےگا۔</w:t>
      </w:r>
    </w:p>
    <w:p>
      <w:r>
        <w:rPr>
          <w:b/>
        </w:rPr>
        <w:t xml:space="preserve">[51:21] </w:t>
      </w:r>
      <w:r>
        <w:t>peeche hatna padega.</w:t>
      </w:r>
    </w:p>
    <w:p>
      <w:pPr>
        <w:jc w:val="right"/>
      </w:pPr>
      <w:r>
        <w:t>پیچھےہٹناپڑےگا۔</w:t>
      </w:r>
    </w:p>
    <w:p>
      <w:r>
        <w:rPr>
          <w:b/>
        </w:rPr>
        <w:t xml:space="preserve">[51:28] </w:t>
      </w:r>
      <w:r>
        <w:t>dusron, dusre aap ko satayein, tab bhi aap ke apne dil mein un ke khilaf manfi jazbat na ayein. Yeh yeh yeh karna hoga.</w:t>
      </w:r>
    </w:p>
    <w:p>
      <w:pPr>
        <w:jc w:val="right"/>
      </w:pPr>
      <w:r>
        <w:t>دوسروں،دوسرےآپکوست ائیں، تببھیآپکے اپنےدلمیں انکے خلاف منفیجذبات نہآئیں۔ یہیہ یہکرناہوگا۔</w:t>
      </w:r>
    </w:p>
    <w:p>
      <w:r>
        <w:rPr>
          <w:b/>
        </w:rPr>
        <w:t xml:space="preserve">[51:38] </w:t>
      </w:r>
      <w:r>
        <w:t>yeh sab se zyada sangin kaam jo is zameen par hai, woh dawat ila Allah hai. Is tarah sangin kaam aur koi nahin hai. Jitna sangin hota hai aadmi, ek jo business wala aadmi hai, jo customer friendly ban jata hai, woh is se billion times zyada sangin kaam hai. Yeh</w:t>
      </w:r>
    </w:p>
    <w:p>
      <w:pPr>
        <w:jc w:val="right"/>
      </w:pPr>
      <w:r>
        <w:t>یہسبسے زیادہ سنجیدہکامجواسزمین پرہے، وہ دعوت الیاللہہے۔ اسطرحسنجیدہکام اورکوئینہیںہے۔ جتناسنجیدہہوتاہےآدمی، ایک جو بزنسوالاآدمی ہے،جوکسٹمرفرینڈلیبنجاتاہے،وہ اسسے بل ینٹائمزیادہسنجیدہکامہے۔یہ</w:t>
      </w:r>
    </w:p>
    <w:p>
      <w:r>
        <w:rPr>
          <w:b/>
        </w:rPr>
        <w:t xml:space="preserve">[51:58] </w:t>
      </w:r>
      <w:r>
        <w:t>billion times zyada.</w:t>
      </w:r>
    </w:p>
    <w:p>
      <w:pPr>
        <w:jc w:val="right"/>
      </w:pPr>
      <w:r>
        <w:t>بل ینٹائمزیادہ ۔</w:t>
      </w:r>
    </w:p>
    <w:p>
      <w:r>
        <w:rPr>
          <w:b/>
        </w:rPr>
        <w:t xml:space="preserve">[52:07] </w:t>
      </w:r>
      <w:r>
        <w:t>ek sahib ne mujhe is tarah bataya, purane Dilli ka. Is se pehle main purane Dilli mein rehta tha ke purane Dilli mein Musalman zyada hain.</w:t>
      </w:r>
    </w:p>
    <w:p>
      <w:pPr>
        <w:jc w:val="right"/>
      </w:pPr>
      <w:r>
        <w:t>ایکصاحبنےمجھے اسطرحبتایا،پرانےدلیکا۔ اسسےپہلے میںپرانےدلیمیںرہتاتھا کہ پرانےدلیمیں مس لمانزیادہ ہیں۔</w:t>
      </w:r>
    </w:p>
    <w:p>
      <w:r>
        <w:rPr>
          <w:b/>
        </w:rPr>
        <w:t xml:space="preserve">[52:17] </w:t>
      </w:r>
      <w:r>
        <w:t>baaz area Musalman hi Musalman hain. Is ilaqe mein ek Hindu ne kapde ki dukan kholi.</w:t>
      </w:r>
    </w:p>
    <w:p>
      <w:pPr>
        <w:jc w:val="right"/>
      </w:pPr>
      <w:r>
        <w:t>بعض ایریامس لمانہیمسلمانہیں۔ اس علاق ےمیں ایک ہندو نے کپڑےکیدکانکھولی۔</w:t>
      </w:r>
    </w:p>
    <w:p>
      <w:r>
        <w:rPr>
          <w:b/>
        </w:rPr>
        <w:t xml:space="preserve">[52:28] </w:t>
      </w:r>
      <w:r>
        <w:t>yani saari abadi Musalmanon ki hai aas pas, aur dukan kapde ki Hindu ne kholi. To ek ek ek ek senior Musalman wohi,</w:t>
      </w:r>
    </w:p>
    <w:p>
      <w:pPr>
        <w:jc w:val="right"/>
      </w:pPr>
      <w:r>
        <w:t>یعنیسارے آبادی مسلمانوںکیہےآسپاس، اوردکان کپڑےکیہندو نےکھولی۔ تو ایک ایک ایک ایک سین ئرمسلمانجوہیں،</w:t>
      </w:r>
    </w:p>
    <w:p>
      <w:r>
        <w:rPr>
          <w:b/>
        </w:rPr>
        <w:t xml:space="preserve">[52:42] </w:t>
      </w:r>
      <w:r>
        <w:t>zyada umar wale, to un ko Musalmanon se shikayatein hua karti thin. Un se shikayat, un se shikayat, jaisa aksar hota hai.</w:t>
      </w:r>
    </w:p>
    <w:p>
      <w:pPr>
        <w:jc w:val="right"/>
      </w:pPr>
      <w:r>
        <w:t>زیادہ عمر والے، توانکو مسلمانوںسےشکایتیںہواکرتیتھیں۔ انسےشکایت،انسےشکایت، جیسااکثرہوتاہے۔</w:t>
      </w:r>
    </w:p>
    <w:p>
      <w:r>
        <w:rPr>
          <w:b/>
        </w:rPr>
        <w:t xml:space="preserve">[52:52] </w:t>
      </w:r>
      <w:r>
        <w:t>to un ki dukan pe aa ke baithne</w:t>
      </w:r>
    </w:p>
    <w:p>
      <w:pPr>
        <w:jc w:val="right"/>
      </w:pPr>
      <w:r>
        <w:t>تو انکیدکانپہآکےبیٹھنے</w:t>
      </w:r>
    </w:p>
    <w:p>
      <w:r>
        <w:rPr>
          <w:b/>
        </w:rPr>
        <w:t xml:space="preserve">[52:54] </w:t>
      </w:r>
      <w:r>
        <w:t>lage. Is Hindu ki dukan pe aa ke baithne lage. Aur karte the, kahin shikayatein ke daftar kholte the. Dekho falan aisa hai, dekho falan aisa hai, dekho falan aisa hai.</w:t>
      </w:r>
    </w:p>
    <w:p>
      <w:pPr>
        <w:jc w:val="right"/>
      </w:pPr>
      <w:r>
        <w:t>لگے۔ اسہندو کیدکانپہآکےبیٹھنےلگے۔ اور کرتے تھے،کہاشکایتیںکےدفترکھولتےتھے۔ دیکھوفلاںایساہے،دیکھوفلاںایساہے،دیکھوفلاںایساہے۔</w:t>
      </w:r>
    </w:p>
    <w:p>
      <w:r>
        <w:rPr>
          <w:b/>
        </w:rPr>
        <w:t xml:space="preserve">[53:07] </w:t>
      </w:r>
      <w:r>
        <w:t>to aakhir mein ek din kya hua ke woh dukan dar jo tha, us ne woh haath joṛ ke khada ho gaya. Ke bhai sahib,</w:t>
      </w:r>
    </w:p>
    <w:p>
      <w:pPr>
        <w:jc w:val="right"/>
      </w:pPr>
      <w:r>
        <w:t>تو آخرمیںایکدنکیاہواکہوہدکاندارجوتھا، اسنےوہ ہاتھجوڑکےکھڑاہوگیا۔ کہبھائیصاحب،</w:t>
      </w:r>
    </w:p>
    <w:p>
      <w:r>
        <w:rPr>
          <w:b/>
        </w:rPr>
        <w:t xml:space="preserve">[53:19] </w:t>
      </w:r>
      <w:r>
        <w:t>yeh daftar aap mat kholiye yahan.</w:t>
      </w:r>
    </w:p>
    <w:p>
      <w:pPr>
        <w:jc w:val="right"/>
      </w:pPr>
      <w:r>
        <w:t>یہ دفترآپمتکھولیےیہاں ۔</w:t>
      </w:r>
    </w:p>
    <w:p>
      <w:r>
        <w:rPr>
          <w:b/>
        </w:rPr>
        <w:t xml:space="preserve">[53:24] </w:t>
      </w:r>
      <w:r>
        <w:t>us ne jab baat kahi thi, badi anokhi baat thi.</w:t>
      </w:r>
    </w:p>
    <w:p>
      <w:pPr>
        <w:jc w:val="right"/>
      </w:pPr>
      <w:r>
        <w:t>اسنےجبباتکہیتھی،بڑیانوکھیباتتھی۔</w:t>
      </w:r>
    </w:p>
    <w:p>
      <w:r>
        <w:rPr>
          <w:b/>
        </w:rPr>
        <w:t xml:space="preserve">[53:29] </w:t>
      </w:r>
      <w:r>
        <w:t>us ne kaha ke jin ki aap shikayatein karte hain, woh mere gahak hain. Woh mere customer hain. Agar un ke liye mere dil mein nafrat aa jaye to main un se business nahin kar sakta.</w:t>
      </w:r>
    </w:p>
    <w:p>
      <w:pPr>
        <w:jc w:val="right"/>
      </w:pPr>
      <w:r>
        <w:t>اسنےکہاکہ جنکیآپشکایتیںکرتےہیں، وہ میرےگاہکہیں۔ وہمیرےکسٹمر ہیں۔ اگر انکےلیےمیرےدلمیںنفرتآجائے تو میںانسے بزنسنہیںکرسکتا۔</w:t>
      </w:r>
    </w:p>
    <w:p>
      <w:r>
        <w:rPr>
          <w:b/>
        </w:rPr>
        <w:t xml:space="preserve">[53:45] </w:t>
      </w:r>
      <w:r>
        <w:t>business chalti hai mohabbat par, meethe bol par, khair khwahi par. to aap ki baat sun kar keh agar mere dil mein nafrat aa gayi</w:t>
      </w:r>
    </w:p>
    <w:p>
      <w:pPr>
        <w:jc w:val="right"/>
      </w:pPr>
      <w:r>
        <w:t>بزنسچلتیہے محبت پر ،میٹھےبول پر ،خیرخواہیپر ۔ توآپ کیباتسن سنکرکہاگرمیرےدلمیںنفرتآگئی</w:t>
      </w:r>
    </w:p>
    <w:p>
      <w:r>
        <w:rPr>
          <w:b/>
        </w:rPr>
        <w:t xml:space="preserve">[53:55] </w:t>
      </w:r>
      <w:r>
        <w:t>to mein un se business nahin kar sakta.</w:t>
      </w:r>
    </w:p>
    <w:p>
      <w:pPr>
        <w:jc w:val="right"/>
      </w:pPr>
      <w:r>
        <w:t>تومیں انسے بزنسنہیںکرسکتا۔</w:t>
      </w:r>
    </w:p>
    <w:p>
      <w:r>
        <w:rPr>
          <w:b/>
        </w:rPr>
        <w:t xml:space="preserve">[54:00] </w:t>
      </w:r>
      <w:r>
        <w:t>yahi baat woh hai, brilliant time zyada hona chahiye ek da'ee ke andar. aise akhbaron ko musalman kehna chahiye keh tum mutaakhbaron mein aisi khabrein chhaapo jis se hamare dil mein nafrat aati hai.</w:t>
      </w:r>
    </w:p>
    <w:p>
      <w:pPr>
        <w:jc w:val="right"/>
      </w:pPr>
      <w:r>
        <w:t>یہیباتجوہے، بل ینٹائمزیادہ ہوناچاہیےایکداعیکےاندر۔ ایسےاخباروںکو مس لمانکہناچاہیےکہتممتاخباروںمیںایسی خبریں چھاپو جسسےہمارےدلمیںنفرتآتیہے۔</w:t>
      </w:r>
    </w:p>
    <w:p>
      <w:r>
        <w:rPr>
          <w:b/>
        </w:rPr>
        <w:t xml:space="preserve">[54:16] </w:t>
      </w:r>
      <w:r>
        <w:t>aise jalsay jo karte ho, aise aise jalsay ko band karo. musalmanon ko kehna chahiye keh aise jalsay band karo, aisi taq</w:t>
      </w:r>
    </w:p>
    <w:p>
      <w:pPr>
        <w:jc w:val="right"/>
      </w:pPr>
      <w:r>
        <w:t>ایسےجلسے جو کرتے ہو، ایسے ایسےجلسےکوبندکرو۔ مسلمانوںکوکہناچاہیےکہایسےجلسےبندکرو، ایسیتق</w:t>
      </w:r>
    </w:p>
    <w:p>
      <w:r>
        <w:rPr>
          <w:b/>
        </w:rPr>
        <w:t xml:space="preserve">[54:24] </w:t>
      </w:r>
      <w:r>
        <w:t>reerein band karo, aise akhbar band karo . kyunke padh padh kar aur sun kar ke hamare dil mein nafrat aati hai insanon ke bare mein. kyunke woh hamare mad'oo hain. aaj kal kya hai, dekhiye.</w:t>
      </w:r>
    </w:p>
    <w:p>
      <w:pPr>
        <w:jc w:val="right"/>
      </w:pPr>
      <w:r>
        <w:t>ریریںبندکرو،ایسےاخباربندکرو ۔کیونکہپڑھپڑھکراورسنکرکےہمارےدلمیں نفرتآتیہےانسانوںکےبارےمیں۔ کیونکہوہہمارےمدعوہیں۔ آجکلکیاہے،دیکھیے۔</w:t>
      </w:r>
    </w:p>
    <w:p>
      <w:r>
        <w:rPr>
          <w:b/>
        </w:rPr>
        <w:t xml:space="preserve">[54:36] </w:t>
      </w:r>
      <w:r>
        <w:t>musalmanon, kisi akhbar ko padhiye. musalmanon, kisi jalsay mein jaiye. musalmanon, kisi taqreer ko suniye. hatta keh kisi majlis mein baithiye.</w:t>
      </w:r>
    </w:p>
    <w:p>
      <w:pPr>
        <w:jc w:val="right"/>
      </w:pPr>
      <w:r>
        <w:t>مسلمانوں،کسیاخبارکوپڑھیے۔ مسلمانوں،کسی جلسےمیںجائیے۔ مسلمانوں،کسی تقریرکوسنیے۔ حتیٰکہ کسی مجلس میںبیٹھیے۔</w:t>
      </w:r>
    </w:p>
    <w:p>
      <w:r>
        <w:rPr>
          <w:b/>
        </w:rPr>
        <w:t xml:space="preserve">[54:46] </w:t>
      </w:r>
      <w:r>
        <w:t>bas shikayat, ihtijaj, yeh baatein hoti hain.</w:t>
      </w:r>
    </w:p>
    <w:p>
      <w:pPr>
        <w:jc w:val="right"/>
      </w:pPr>
      <w:r>
        <w:t>بسشکایت ،احتجاج، یہباتیںہوتیہیں۔</w:t>
      </w:r>
    </w:p>
    <w:p>
      <w:r>
        <w:rPr>
          <w:b/>
        </w:rPr>
        <w:t xml:space="preserve">[54:51] </w:t>
      </w:r>
      <w:r>
        <w:t>hindu ne yeh kar diya, america ne yeh kar diya, yahudi ne yeh kar diya. sab zulm ki dastaan hain. to aap ko chala kar kehna chahiye keh logon ko band karo is is karobar ko .</w:t>
      </w:r>
    </w:p>
    <w:p>
      <w:pPr>
        <w:jc w:val="right"/>
      </w:pPr>
      <w:r>
        <w:t>ہندو نےیہکردیا،امریکہنےیہکردیا،یہودینےیہکردیا۔ سب ظلمکیداستان یں۔ توآپ کوچلاکرکہناچاہیےکہلوگوںکوبندکرواس اسکاروبارکو ۔</w:t>
      </w:r>
    </w:p>
    <w:p>
      <w:r>
        <w:rPr>
          <w:b/>
        </w:rPr>
        <w:t xml:space="preserve">[55:03] </w:t>
      </w:r>
      <w:r>
        <w:t>is ne hamein mutanaffir rakh kar rakha hai insaan se .</w:t>
      </w:r>
    </w:p>
    <w:p>
      <w:pPr>
        <w:jc w:val="right"/>
      </w:pPr>
      <w:r>
        <w:t>اسنےہمیںمتنفررکھکررکھاہےانسانسے ۔</w:t>
      </w:r>
    </w:p>
    <w:p>
      <w:r>
        <w:rPr>
          <w:b/>
        </w:rPr>
        <w:t xml:space="preserve">[55:09] </w:t>
      </w:r>
      <w:r>
        <w:t>tumhari baaton ne, tumhari taqreeron ne, tumhare akhbaron mein, yeh jo tum akhbar nikaalte ho, yeh jo jalsay karte ho, yeh jo taqreerein karte ho, is ne hamein mad'oo ke bare mein mutanaffir kar diya hai.</w:t>
      </w:r>
    </w:p>
    <w:p>
      <w:pPr>
        <w:jc w:val="right"/>
      </w:pPr>
      <w:r>
        <w:t>تمہاری باتوںنے،تمہاریتقریروںنے،تمہارے اخباروںمیں ،یہجوتم اخبارنکالتےہو،یہجوجلسےکرتے ہو، یہجوتقریریںکرتےہو،اسنےہمیں مدعوکےبارےمیںمتنفرکردیا ہے۔</w:t>
      </w:r>
    </w:p>
    <w:p>
      <w:r>
        <w:rPr>
          <w:b/>
        </w:rPr>
        <w:t xml:space="preserve">[55:21] </w:t>
      </w:r>
      <w:r>
        <w:t>mad'oo ke bare mein negative bana diya hai. band karo is kaam ko . warna tum bhi pakde jaoge, hum bhi pakde jayenge Allah ta'ala ke haan.</w:t>
      </w:r>
    </w:p>
    <w:p>
      <w:pPr>
        <w:jc w:val="right"/>
      </w:pPr>
      <w:r>
        <w:t>مدعوکےبارےمیںنیگیٹیوبنادیاہے۔ بندکرو اسکامکو ۔ ورنہتمبھیپکڑجاؤگے،ہمبھیپکڑجائیںگےاللہتعالیٰکےہاں۔</w:t>
      </w:r>
    </w:p>
    <w:p>
      <w:r>
        <w:rPr>
          <w:b/>
        </w:rPr>
        <w:t xml:space="preserve">[55:36] </w:t>
      </w:r>
      <w:r>
        <w:t>dekhiye, yeh bohat zyada sanjeeda baat hai. bohat zyada sochne ki baat hai. yeh koi shaa'ireen nahin hai, yeh koi khitabatt nahin hai, yeh koi inshaa pardazi nahin hai.</w:t>
      </w:r>
    </w:p>
    <w:p>
      <w:pPr>
        <w:jc w:val="right"/>
      </w:pPr>
      <w:r>
        <w:t>دیکھیے،یہبہت زیادہ سنجیدہباتہے۔ بہت زیادہ سوچنےکیباتہے۔ یہکوئیشاعرینہیںہے، یہکوئیخطابت نہیںہے، یہکوئیانشاءپردازینہیںہے۔</w:t>
      </w:r>
    </w:p>
    <w:p>
      <w:r>
        <w:rPr>
          <w:b/>
        </w:rPr>
        <w:t xml:space="preserve">[55:51] </w:t>
      </w:r>
      <w:r>
        <w:t>ek haqeeqat hai keh yeh jo akhbarat nikalte hain musalmanon ke, yeh jalsay jo hote hain musalmanon ke , jo taqreerein hoti hain muslim sahabaan ki, yeh sab munfi hoti hain, munfi hoti hain, munfi hoti hain.</w:t>
      </w:r>
    </w:p>
    <w:p>
      <w:pPr>
        <w:jc w:val="right"/>
      </w:pPr>
      <w:r>
        <w:t>ایک حقیقتہےکہ یہجو اخباراتنکلتےہیںمسلمانوںکے، یہجلسےجوہوتےہیںمسلمانوںکے ،جوتقریریںہوتیہیں مسلم صاحبان کی، یہسب من فیہوتیہیں،منفیہوتیہیں،منفیہوتیہیں۔</w:t>
      </w:r>
    </w:p>
    <w:p>
      <w:r>
        <w:rPr>
          <w:b/>
        </w:rPr>
        <w:t xml:space="preserve">[56:05] </w:t>
      </w:r>
      <w:r>
        <w:t>aur is ki wajah se kya hota hai? musalmanon ke andar negative thinking aati hai.</w:t>
      </w:r>
    </w:p>
    <w:p>
      <w:pPr>
        <w:jc w:val="right"/>
      </w:pPr>
      <w:r>
        <w:t>اوراسکیوجہسےکیاہوتاہے؟مسلمانوںکےاندر نیگیٹیوتھنکنگآتیہے۔</w:t>
      </w:r>
    </w:p>
    <w:p>
      <w:r>
        <w:rPr>
          <w:b/>
        </w:rPr>
        <w:t xml:space="preserve">[56:13] </w:t>
      </w:r>
      <w:r>
        <w:t>to mad'oo friendly behaviour na ho kar ke mad'oo unfriendly behaviour ban bangiya hai. kyunke dushman samajhte hain in ko</w:t>
      </w:r>
    </w:p>
    <w:p>
      <w:pPr>
        <w:jc w:val="right"/>
      </w:pPr>
      <w:r>
        <w:t>تو مدعوفرینڈلیبیہیویئرنہہوکرکےمدعوانفرینڈلیبیہیویئربن بنگیاہے۔ کیونکہدشمنسمجھتےہیںانکو</w:t>
      </w:r>
    </w:p>
    <w:p>
      <w:r>
        <w:rPr>
          <w:b/>
        </w:rPr>
        <w:t xml:space="preserve">[56:20] </w:t>
      </w:r>
      <w:r>
        <w:t>keh yeh zulm kar rahe hain, yeh sazish kar rahe hain.</w:t>
      </w:r>
    </w:p>
    <w:p>
      <w:pPr>
        <w:jc w:val="right"/>
      </w:pPr>
      <w:r>
        <w:t>کہیہظلمکررہےہیں،یہ سازشکررہےہیں۔</w:t>
      </w:r>
    </w:p>
    <w:p>
      <w:r>
        <w:rPr>
          <w:b/>
        </w:rPr>
        <w:t xml:space="preserve">[56:27] </w:t>
      </w:r>
      <w:r>
        <w:t>to yeh hai bohat hi sanjeeda baat jis par saare musalmanon ko sochna chahiye.</w:t>
      </w:r>
    </w:p>
    <w:p>
      <w:pPr>
        <w:jc w:val="right"/>
      </w:pPr>
      <w:r>
        <w:t>تویہہے بہت ہی سنجیدہبات جسپر سارےمسلمانوںکوسوچناچاہیے۔</w:t>
      </w:r>
    </w:p>
    <w:p>
      <w:r>
        <w:rPr>
          <w:b/>
        </w:rPr>
        <w:t xml:space="preserve">[56:37] </w:t>
      </w:r>
      <w:r>
        <w:t>kyunke maut bohat qareeb hai. qyamat ba'ta qareeb hai. Allah ke samne hazri ba'ta qareeb hai. jannat aur jahannum bohat qareeb hain hamare.</w:t>
      </w:r>
    </w:p>
    <w:p>
      <w:pPr>
        <w:jc w:val="right"/>
      </w:pPr>
      <w:r>
        <w:t>کیونکہ موتبہت قریبہے۔ قیامتبہتقریبہے۔ اللہ کےسامنے حاضریبہت قریبہے۔ جنتاورجہنم بہت قریبہیںہمارے۔</w:t>
      </w:r>
    </w:p>
    <w:p>
      <w:r>
        <w:rPr>
          <w:b/>
        </w:rPr>
        <w:t xml:space="preserve">[56:52] </w:t>
      </w:r>
      <w:r>
        <w:t>to is se pehle keh</w:t>
      </w:r>
    </w:p>
    <w:p>
      <w:pPr>
        <w:jc w:val="right"/>
      </w:pPr>
      <w:r>
        <w:t>تواسسےپہلے کہ</w:t>
      </w:r>
    </w:p>
    <w:p>
      <w:r>
        <w:rPr>
          <w:b/>
        </w:rPr>
        <w:t xml:space="preserve">[56:57] </w:t>
      </w:r>
      <w:r>
        <w:t>kaam ka waqt khatam ho jaye, hamein apni islaah kar lena chahiye.</w:t>
      </w:r>
    </w:p>
    <w:p>
      <w:pPr>
        <w:jc w:val="right"/>
      </w:pPr>
      <w:r>
        <w:t>کام کاوقتختمہوجائے، ہمیںاپنی اصلاحکرلیناچاہیے۔</w:t>
      </w:r>
    </w:p>
    <w:p>
      <w:r>
        <w:rPr>
          <w:b/>
        </w:rPr>
        <w:t xml:space="preserve">[57:04] </w:t>
      </w:r>
      <w:r>
        <w:t>is se pehle keh maut ka farishta aa jaye ya israf yel apna bigul baja dein qyamat ka , in sab waqeyaat se pehle pehle hamein apni islaah kar lena chahiye.</w:t>
      </w:r>
    </w:p>
    <w:p>
      <w:pPr>
        <w:jc w:val="right"/>
      </w:pPr>
      <w:r>
        <w:t>اسسےپہلے کہموتکافرشتہآجائے یا اسراف یل اپنابگلبجادیںقیامتکا ،ان سب واقعاتسےپہلے پہلے ہمیںاپنی اصلاحکرلیناچاہیے۔</w:t>
      </w:r>
    </w:p>
    <w:p>
      <w:r>
        <w:rPr>
          <w:b/>
        </w:rPr>
        <w:t xml:space="preserve">[57:25] </w:t>
      </w:r>
      <w:r>
        <w:t>warna kya hoga keh hum</w:t>
      </w:r>
    </w:p>
    <w:p>
      <w:pPr>
        <w:jc w:val="right"/>
      </w:pPr>
      <w:r>
        <w:t>ورنہکیاہوگا کہہم</w:t>
      </w:r>
    </w:p>
    <w:p>
      <w:r>
        <w:rPr>
          <w:b/>
        </w:rPr>
        <w:t xml:space="preserve">[57:37] </w:t>
      </w:r>
      <w:r>
        <w:t>pachtayenge aur pachtane ka waqt bhi nahin hoga. lotna chahenge, lotne ka waqt nahin hoga. dua hai keh Allah ta'ala mujh ko aur aap ko</w:t>
      </w:r>
    </w:p>
    <w:p>
      <w:pPr>
        <w:jc w:val="right"/>
      </w:pPr>
      <w:r>
        <w:t>پچھتائیںگےاورپچھتانےکاوقتبھینہیںہوگا۔ لوٹناچاہیںگے،لوٹنےکاوقتنہیںہوگا۔ دعاہےکہاللہتعالیٰمجھکواورآپکو</w:t>
      </w:r>
    </w:p>
    <w:p>
      <w:r>
        <w:rPr>
          <w:b/>
        </w:rPr>
        <w:t xml:space="preserve">[57:47] </w:t>
      </w:r>
      <w:r>
        <w:t>hidayat ki roshni ata farmaye. aqool qawli hadha wa astaghfirullaha li walakum ajmaeen</w:t>
      </w:r>
    </w:p>
    <w:p>
      <w:pPr>
        <w:jc w:val="right"/>
      </w:pPr>
      <w:r>
        <w:t>ہدایت کیروشنیعطافرمائے۔ أقول قوليهذا واستغفر اللہ ليولكماجمعین</w:t>
      </w:r>
    </w:p>
    <w:p>
      <w:r>
        <w:rPr>
          <w:b/>
        </w:rPr>
        <w:t xml:space="preserve">[58:06] </w:t>
      </w:r>
      <w:r>
        <w:t>okay, we'll start to the quiz answers. Maulana, yeh sawal Ms Gul Zehra Ahmed ne kiya hai Maryland, USA se.</w:t>
      </w:r>
    </w:p>
    <w:p>
      <w:pPr>
        <w:jc w:val="right"/>
      </w:pPr>
      <w:r>
        <w:t>اوکے،ویلسٹارٹوددیکوئسچنانسرز۔ مولانا،یہ سوال مس گل زیبہ احمد نےکیا ہے میریلینڈ،یوایساےسے۔</w:t>
      </w:r>
    </w:p>
    <w:p>
      <w:r>
        <w:rPr>
          <w:b/>
        </w:rPr>
        <w:t xml:space="preserve">[58:15] </w:t>
      </w:r>
      <w:r>
        <w:t>unho ne likha hai ke molana sahib, how can we send isal-e-sawab to deceased directly to all Muslims?</w:t>
      </w:r>
    </w:p>
    <w:p>
      <w:pPr>
        <w:jc w:val="right"/>
      </w:pPr>
      <w:r>
        <w:t>انہوں نےلکھاہےکہ مول اناصاحب،ہاؤکینوی سینڈ ایصال ثواب ٹوا ڈیسیز ڈریلیٹواورامسلم ؟</w:t>
      </w:r>
    </w:p>
    <w:p>
      <w:r>
        <w:rPr>
          <w:b/>
        </w:rPr>
        <w:t xml:space="preserve">[58:24] </w:t>
      </w:r>
      <w:r>
        <w:t>can we do Hajj and do some nafil ibadah for him and her? kind element.</w:t>
      </w:r>
    </w:p>
    <w:p>
      <w:pPr>
        <w:jc w:val="right"/>
      </w:pPr>
      <w:r>
        <w:t>کینویڈو حج اور ڈو سم نفی عبادہفار ہماور ہر ؟ کائنڈلیکمنٹ۔</w:t>
      </w:r>
    </w:p>
    <w:p>
      <w:r>
        <w:rPr>
          <w:b/>
        </w:rPr>
        <w:t xml:space="preserve">[58:32] </w:t>
      </w:r>
      <w:r>
        <w:t>dekhiye, eisal sawab ka jo concept hai, yeh musalmanon ka rawaj hai. islam se is ka koi taluq nahi hai. yeh hai he nahi.</w:t>
      </w:r>
    </w:p>
    <w:p>
      <w:pPr>
        <w:jc w:val="right"/>
      </w:pPr>
      <w:r>
        <w:t>دیکھیے،ایصال ثوابکاجوکانسیپٹہے، یہ مسلمانوںکارواجہے۔ اسلام سے اسکاکوئیتعلقنہیں ہے۔ یہ ہےہینہیں۔</w:t>
      </w:r>
    </w:p>
    <w:p>
      <w:r>
        <w:rPr>
          <w:b/>
        </w:rPr>
        <w:t xml:space="preserve">[58:42] </w:t>
      </w:r>
      <w:r>
        <w:t>eisal sawab ka lafz hi aik baat ko paida hua . quran mein na yeh lafz hai, na hadith mein yeh lafz hai. yeh to door e zawal mein musalmanon ne nikal rakha hai.</w:t>
      </w:r>
    </w:p>
    <w:p>
      <w:pPr>
        <w:jc w:val="right"/>
      </w:pPr>
      <w:r>
        <w:t>ایصالثوابکالفظہیایک باتکوپیدا ہوا ۔ قرآنمیں نہیہلفظہے،نہحدیثمیںیہلفظہے۔ یہتو دور زوالمیں مسلمانوںنےنکالرکھاہے۔</w:t>
      </w:r>
    </w:p>
    <w:p>
      <w:r>
        <w:rPr>
          <w:b/>
        </w:rPr>
        <w:t xml:space="preserve">[58:54] </w:t>
      </w:r>
      <w:r>
        <w:t>yeh sab eisal sawab, yeh hai he nahi islam mein. "laysa lil insani illa ma sa'a" quran majeed mein hai.</w:t>
      </w:r>
    </w:p>
    <w:p>
      <w:pPr>
        <w:jc w:val="right"/>
      </w:pPr>
      <w:r>
        <w:t>یہسبایصال ثواب ،یہہےہینہیںاسلام میں۔ ليس لل إنسان إلا ما صابقرآنمجیدمیںہے۔</w:t>
      </w:r>
    </w:p>
    <w:p>
      <w:r>
        <w:rPr>
          <w:b/>
        </w:rPr>
        <w:t xml:space="preserve">[59:02] </w:t>
      </w:r>
      <w:r>
        <w:t>yani khud apna hi amal kaam aayega. kisi aur ka amal jo hai, woh mujh ko nahi pahunch sakta.</w:t>
      </w:r>
    </w:p>
    <w:p>
      <w:pPr>
        <w:jc w:val="right"/>
      </w:pPr>
      <w:r>
        <w:t>یعنیخود اپناہیعمل کامآئےگا۔ کسی اور کاعملجوہے، وہمجھکونہیںپہنچسکتا۔</w:t>
      </w:r>
    </w:p>
    <w:p>
      <w:r>
        <w:rPr>
          <w:b/>
        </w:rPr>
        <w:t xml:space="preserve">[59:11] </w:t>
      </w:r>
      <w:r>
        <w:t>aur bhi eisal sawab bhala kahan hai? yeh india, pakistan aur bangladesh mein hai. abhi bhi arab mein nahi hai. sab arab mein aik concept nahi hai. eisal sawab ka.</w:t>
      </w:r>
    </w:p>
    <w:p>
      <w:pPr>
        <w:jc w:val="right"/>
      </w:pPr>
      <w:r>
        <w:t>اور بھیایصالثواببھیکہاںہے؟یہ انڈیا، پاکستاناوربنگلہدیشمیںہے۔ ابھیبھیعربمیںنہیںہے۔ سب عرب میں ایککانسیپٹنہیں۔ایصالثوابکا۔</w:t>
      </w:r>
    </w:p>
    <w:p>
      <w:r>
        <w:rPr>
          <w:b/>
        </w:rPr>
        <w:t xml:space="preserve">[59:21] </w:t>
      </w:r>
      <w:r>
        <w:t>eisal sawab mani sawab pahunch ana. is ka literal meaning hai sawab pahunch ana. ya</w:t>
      </w:r>
    </w:p>
    <w:p>
      <w:pPr>
        <w:jc w:val="right"/>
      </w:pPr>
      <w:r>
        <w:t>ایصالثوابمعنیثوابپہنچ انا۔ اسکیلٹرلمیننگہےثوابپہنچ انا۔یع</w:t>
      </w:r>
    </w:p>
    <w:p>
      <w:r>
        <w:rPr>
          <w:b/>
        </w:rPr>
        <w:t xml:space="preserve">[59:28] </w:t>
      </w:r>
      <w:r>
        <w:t>yani mein aik kaam karoon aur sawab kisi mare hue admi ko jo mar chuka hai. mein hajj karoon aur is ka sawab mare hue admi ko pahunch jaye.</w:t>
      </w:r>
    </w:p>
    <w:p>
      <w:pPr>
        <w:jc w:val="right"/>
      </w:pPr>
      <w:r>
        <w:t>نیمیں ایککامکروں اور ثوابکسی مرے آدمیکو جومرچکاہے۔ میں حجکروںاوراسکاثواب مرےہوئےآدمیکوپہنچجائے۔</w:t>
      </w:r>
    </w:p>
    <w:p>
      <w:r>
        <w:rPr>
          <w:b/>
        </w:rPr>
        <w:t xml:space="preserve">[59:40] </w:t>
      </w:r>
      <w:r>
        <w:t>bilkul, yani koi be asal baat hai. baseless baat hai. is ka taluq na quran se hai, na hadith se. sahaba ke zamane mein bhi is ka koi rawaj nahi tha. aaj bhi arbon mein is ka rawaj nahi hai.</w:t>
      </w:r>
    </w:p>
    <w:p>
      <w:pPr>
        <w:jc w:val="right"/>
      </w:pPr>
      <w:r>
        <w:t>بالکل،یعنیکوئی بےاصلباتہے۔ بیسلیسباتہے۔یہ اسکا تعلق نہقرآنسےہے،نہحدیثسے۔صحابہکےزمانےمیںبھی اسکاکوئیرواجنہیںتھا۔آجبھیعربوںمیںاسکارواجنہیںہے۔</w:t>
      </w:r>
    </w:p>
    <w:p>
      <w:r>
        <w:rPr>
          <w:b/>
        </w:rPr>
        <w:t xml:space="preserve">[59:51] </w:t>
      </w:r>
      <w:r>
        <w:t>aaj bhi nahi hai.</w:t>
      </w:r>
    </w:p>
    <w:p>
      <w:pPr>
        <w:jc w:val="right"/>
      </w:pPr>
      <w:r>
        <w:t>آجبھینہیںہے۔</w:t>
      </w:r>
    </w:p>
    <w:p>
      <w:r>
        <w:rPr>
          <w:b/>
        </w:rPr>
        <w:t xml:space="preserve">[59:52] </w:t>
      </w:r>
      <w:r>
        <w:t>yeh sirf yeh jo yeh jo log hain, india aur pakistan aur bangladesh ke log, yehi hain. yehi sab cheezein. to mein yeh kahunga ke sab se pehle to yeh daryaft kijiye, kya is eisal sawab hai islam mein?</w:t>
      </w:r>
    </w:p>
    <w:p>
      <w:pPr>
        <w:jc w:val="right"/>
      </w:pPr>
      <w:r>
        <w:t>یہصرفیہجو یہجو لوگ ہیں، انڈیااور پاکستان اوربنگلہدیشکےلوگ ،یہیہیں۔یہسبچیزیں۔ تو میںیہکہوںگاکہ سبسے پہلے تویہ دریا فتکیجئے،کیا اس ایصالثوابہے اسلاممیں؟</w:t>
      </w:r>
    </w:p>
    <w:p>
      <w:r>
        <w:rPr>
          <w:b/>
        </w:rPr>
        <w:t xml:space="preserve">[1:00:10] </w:t>
      </w:r>
      <w:r>
        <w:t>sab se pehle to yeh pata kijiye,</w:t>
      </w:r>
    </w:p>
    <w:p>
      <w:pPr>
        <w:jc w:val="right"/>
      </w:pPr>
      <w:r>
        <w:t>سبسےپہلےتویہپتہکیجئے،</w:t>
      </w:r>
    </w:p>
    <w:p>
      <w:r>
        <w:rPr>
          <w:b/>
        </w:rPr>
        <w:t xml:space="preserve">[1:00:15] </w:t>
      </w:r>
      <w:r>
        <w:t>kuch bhi haqeeqat is eisal sawab ki nahi hai.</w:t>
      </w:r>
    </w:p>
    <w:p>
      <w:pPr>
        <w:jc w:val="right"/>
      </w:pPr>
      <w:r>
        <w:t>کچھبھی حقیقت اسایصالثوابکینہیںہے۔</w:t>
      </w:r>
    </w:p>
    <w:p>
      <w:r>
        <w:rPr>
          <w:b/>
        </w:rPr>
        <w:t xml:space="preserve">[1:00:18] </w:t>
      </w:r>
      <w:r>
        <w:t>haan, sirf aik cheez hai, dekhiye, woh hai wasiyat . agar admi ne wasiyat ki ho, kuch maal is ke paas hai, maal se wasiyat ki ho ke dekho bhai, mohalle walon ke paas pani ka sadan nahi hai, tum mere is paise se kuan bana dena taake mohalle walon ko pani milne lage.</w:t>
      </w:r>
    </w:p>
    <w:p>
      <w:pPr>
        <w:jc w:val="right"/>
      </w:pPr>
      <w:r>
        <w:t>ہاں،صرف ایکچیزہے، دیکھیے، وہہے وصیت ۔ اگر آدمینے وصیتکیہو، کچھ مال اسکےپاس ہے، مالسےوصیتکیہوکہدیکھوبھئی، مح لےوالوںکےپاس پانیکاصادرنہیںہے، تم میرےاسپیسےسےکنواںبنادینا تاکہمح لےوالوںکوپانیملنےلگے۔</w:t>
      </w:r>
    </w:p>
    <w:p>
      <w:r>
        <w:rPr>
          <w:b/>
        </w:rPr>
        <w:t xml:space="preserve">[1:00:39] </w:t>
      </w:r>
      <w:r>
        <w:t>is ke baad woh mar jaye. ab beton ne kuan bana diya</w:t>
      </w:r>
    </w:p>
    <w:p>
      <w:pPr>
        <w:jc w:val="right"/>
      </w:pPr>
      <w:r>
        <w:t>اسکےبعدوہمرجائے۔ اب بیٹوںنے کنواںبنادیا</w:t>
      </w:r>
    </w:p>
    <w:p>
      <w:r>
        <w:rPr>
          <w:b/>
        </w:rPr>
        <w:t xml:space="preserve">[1:00:46] </w:t>
      </w:r>
      <w:r>
        <w:t>to is ka sawab is ko milega. is liye ke is ne niyat is ki shamil thi. is mein is ki niyat yeh thi, paisa diya is ne, wasiyat is ne ki to is ka sawab milega. is ko aise hi hajj ka mamla hai.</w:t>
      </w:r>
    </w:p>
    <w:p>
      <w:pPr>
        <w:jc w:val="right"/>
      </w:pPr>
      <w:r>
        <w:t>تو اسکا ثواباسکو ملےگا۔ اسلیےکہاسنے نیت اسکیشامل تھی۔اسمیں اسکینیت یہتھی، پیسہدیا اسنے،وصیتاسنےکی تو اسکا ثوابملےگا۔اسکو ایسےہی حجکامعاملہہے۔</w:t>
      </w:r>
    </w:p>
    <w:p>
      <w:r>
        <w:rPr>
          <w:b/>
        </w:rPr>
        <w:t xml:space="preserve">[1:01:04] </w:t>
      </w:r>
      <w:r>
        <w:t>agar aik shakhs jo hai, is ne paisa ikattha kiya hajj karne ke liye,</w:t>
      </w:r>
    </w:p>
    <w:p>
      <w:pPr>
        <w:jc w:val="right"/>
      </w:pPr>
      <w:r>
        <w:t>اگر ایکشخص جوہے، اسنےپیسہاکٹھاکیاحجکرنےکےلیے،</w:t>
      </w:r>
    </w:p>
    <w:p>
      <w:r>
        <w:rPr>
          <w:b/>
        </w:rPr>
        <w:t xml:space="preserve">[1:01:10] </w:t>
      </w:r>
      <w:r>
        <w:t>lekin woh hajj nahi kar sakta to is ne wasiyat ki ke dekho bhai, yeh mera jo paisa hai, is se hajj badal karwa dena kisi ka meri taraf se wasiyat kar li jiye.</w:t>
      </w:r>
    </w:p>
    <w:p>
      <w:pPr>
        <w:jc w:val="right"/>
      </w:pPr>
      <w:r>
        <w:t>لیکن وہحجنہیںکرسکاتواسنے وصیتکیکہدیکھوبھئی،یہمیراجو پیسہہے، اسسے حج بدلکروادیناکسی کا میریطرفسے وصیتکرلیجئے۔</w:t>
      </w:r>
    </w:p>
    <w:p>
      <w:r>
        <w:rPr>
          <w:b/>
        </w:rPr>
        <w:t xml:space="preserve">[1:01:23] </w:t>
      </w:r>
      <w:r>
        <w:t>tab is ka sawab is ko milega. aaj kal kya rawaj hai ke baghair wasiyat he ke hajj badal karwate hain log ? woh bilkul is ka koi sawab nahi pahunchega marne</w:t>
      </w:r>
    </w:p>
    <w:p>
      <w:pPr>
        <w:jc w:val="right"/>
      </w:pPr>
      <w:r>
        <w:t>تب اسکاثواباسکوملےگا۔ آجکلکیا رواجہے کہ بغیر وصیتہیکےحجبدلکرواتےہیںلوگ ؟ وہبالکلاسکاکوئیثوابنہیںپہنچےگامرنے</w:t>
      </w:r>
    </w:p>
    <w:p>
      <w:r>
        <w:rPr>
          <w:b/>
        </w:rPr>
        <w:t xml:space="preserve">[1:01:33] </w:t>
      </w:r>
      <w:r>
        <w:t>walay ko . yaad rakhiye, aaj kal jo rawaj hai hajj badal ka, to woh samajhte hain ke bas kisi ko hajj karwa do, kisi molvi ko, aur is ka sawab jo hai, mere dada ko mil jayega, mere nana ko mil jayega. yeh bilkul be asal baat hai.</w:t>
      </w:r>
    </w:p>
    <w:p>
      <w:pPr>
        <w:jc w:val="right"/>
      </w:pPr>
      <w:r>
        <w:t>والےکو ۔ یادرکھیے، آجکلجورواجہےحجبدلکا، تو وہسمجھتےہیںکہبس کسی کوحجکروادو،کسیمول ویکو، اور اسکا ثوابجوہے، میرے داداکوملجائےگا،میرےناناکوملجائےگا۔یہبالکل بےاصلباتہے۔</w:t>
      </w:r>
    </w:p>
    <w:p>
      <w:r>
        <w:rPr>
          <w:b/>
        </w:rPr>
        <w:t xml:space="preserve">[1:01:46] </w:t>
      </w:r>
      <w:r>
        <w:t>baseless hai. dekhein, hajj badal sirf woh hai, yaad rakhiye, jis ki wasiyat karke mara ho admi. yani paisa ikattha kiya is ne, janay tha is ko hajj par janay ka, bemar ho gaya, is ke baad farz kijiye,</w:t>
      </w:r>
    </w:p>
    <w:p>
      <w:pPr>
        <w:jc w:val="right"/>
      </w:pPr>
      <w:r>
        <w:t>بیسلیسہے۔ دیکھیں،حج بدلصرفوہہے،یادرکھیے، جسکی وصیتکرکےمراہوآدمی۔ یعنیپیسہاکٹھیاکیااسنے ،جاناتھااسکو حج پرجانےکا،بیمارہوگیا،اسکےبعد فرضکیجئے،</w:t>
      </w:r>
    </w:p>
    <w:p>
      <w:r>
        <w:rPr>
          <w:b/>
        </w:rPr>
        <w:t xml:space="preserve">[1:02:03] </w:t>
      </w:r>
      <w:r>
        <w:t>aik accident ho gaya kuch, ab woh woh apne beton se kahe ke dekho bhai, mein ne paisa ikattha kiya tha janay ka, ab mein janay qabil nahi hoon.</w:t>
      </w:r>
    </w:p>
    <w:p>
      <w:pPr>
        <w:jc w:val="right"/>
      </w:pPr>
      <w:r>
        <w:t>ایکسیڈنٹہوگیا کچھ، ابوہ وہ اپنےبیٹوںسےکہے کہدیکھوبھئی،میںنےپیسہاکٹھاکیاتھاجانےکا، ابمیںجانےقابلہوںنہیں۔</w:t>
      </w:r>
    </w:p>
    <w:p>
      <w:r>
        <w:rPr>
          <w:b/>
        </w:rPr>
        <w:t xml:space="preserve">[1:02:13] </w:t>
      </w:r>
      <w:r>
        <w:t>aur yeh is tareeqay se woh mar jaye. ab bete kisi ko hajj karwaein is paise se to is ka naam hajj badal hai. basa aur koi hajj badal islam mein nahi hai. yaad rakhiye,</w:t>
      </w:r>
    </w:p>
    <w:p>
      <w:pPr>
        <w:jc w:val="right"/>
      </w:pPr>
      <w:r>
        <w:t>اوریہ اسطریقےسےوہمرجائے۔ اب بیٹےکسیکوحجکروائیں اسپیسےسے تواسکانام حج بدلہے۔ بساور کوئیحجبدلاسلاممیںنہیںہے۔یادرکھیے،</w:t>
      </w:r>
    </w:p>
    <w:p>
      <w:r>
        <w:rPr>
          <w:b/>
        </w:rPr>
        <w:t xml:space="preserve">[1:02:25] </w:t>
      </w:r>
      <w:r>
        <w:t>aaj kal jo hajj badal huwa karta hai na, is ka koi haqeeqat nahi hai. yeh musalmanon ka apna rawaj hai jis ka islam se koi taluq nahi hai.</w:t>
      </w:r>
    </w:p>
    <w:p>
      <w:pPr>
        <w:jc w:val="right"/>
      </w:pPr>
      <w:r>
        <w:t>آجکلجوحجبدلہواکرتاہےنا، اسکیکوئیحقیقتنہیںہے۔ یہ مسلمانوںکااپنا رواجہے جسکااسلام سےکوئیتعلقنہیںہے۔</w:t>
      </w:r>
    </w:p>
    <w:p>
      <w:r>
        <w:rPr>
          <w:b/>
        </w:rPr>
        <w:t xml:space="preserve">[1:02:39] </w:t>
      </w:r>
      <w:r>
        <w:t>Maulana, agla sawal kya hai Miss Nazat Bano ne, Mood, Madhya Pradesh se. Unhone likha hai ki How can we increase our wisdom to manage any type of crisis is iske bare mein aap bataein.</w:t>
      </w:r>
    </w:p>
    <w:p>
      <w:pPr>
        <w:jc w:val="right"/>
      </w:pPr>
      <w:r>
        <w:t>مولانا،اگلاسوال کیاہے مس نزت بانونے ،موع ود،مدھےپردیشسے ۔ انہوںنےلکھاہےکہ How can we increase ourwisdom to manage any type of cris is اسکےبارےمیں آپبت ائیں۔</w:t>
      </w:r>
    </w:p>
    <w:p>
      <w:r>
        <w:rPr>
          <w:b/>
        </w:rPr>
        <w:t xml:space="preserve">[1:02:55] </w:t>
      </w:r>
      <w:r>
        <w:t>bahut aasan hai.</w:t>
      </w:r>
    </w:p>
    <w:p>
      <w:pPr>
        <w:jc w:val="right"/>
      </w:pPr>
      <w:r>
        <w:t>بہت آ سانہے۔</w:t>
      </w:r>
    </w:p>
    <w:p>
      <w:r>
        <w:rPr>
          <w:b/>
        </w:rPr>
        <w:t xml:space="preserve">[1:03:00] </w:t>
      </w:r>
      <w:r>
        <w:t>jab koi waqea pesh aaye to aap react na kijiye. sochiye. quran o hadith mein talash kijiye.</w:t>
      </w:r>
    </w:p>
    <w:p>
      <w:pPr>
        <w:jc w:val="right"/>
      </w:pPr>
      <w:r>
        <w:t>جب کوئی واقع ہ پیش آئےتوآپ ریایکٹنہکیجئے۔ سوچیے۔ قرآنوحدیثمیںتلاشکیجئے۔</w:t>
      </w:r>
    </w:p>
    <w:p>
      <w:r>
        <w:rPr>
          <w:b/>
        </w:rPr>
        <w:t xml:space="preserve">[1:03:12] </w:t>
      </w:r>
      <w:r>
        <w:t>bahut hi aasan hai crisis ko manage karna. fail hote hain log kyun? foran react karne lagte hain. koi baat hui, khade ho gaye jhanda le kar ke.</w:t>
      </w:r>
    </w:p>
    <w:p>
      <w:pPr>
        <w:jc w:val="right"/>
      </w:pPr>
      <w:r>
        <w:t>بہت ہیآسانہےکرائسزکومینجکرنا۔ فیل ہوتےہیں لوگکیوں ؟ فوراًریایکٹکرنےلگتےہیں۔ کوئیباتہوئی ،کھڑےہوگئے جھنڈالےکرکے ۔</w:t>
      </w:r>
    </w:p>
    <w:p>
      <w:r>
        <w:rPr>
          <w:b/>
        </w:rPr>
        <w:t xml:space="preserve">[1:03:25] </w:t>
      </w:r>
      <w:r>
        <w:t>yeh ghar mein hota hai, miyan biwi ke mamle mein ki koi baat hui, dhar se khade ho gaye. yeh hota hai yahi. abhi. abhi. abhi. abhi. abhi</w:t>
      </w:r>
    </w:p>
    <w:p>
      <w:pPr>
        <w:jc w:val="right"/>
      </w:pPr>
      <w:r>
        <w:t>یہگھرمیںہوتاہے،میاںبیویکےمعاملےمیں کہکوئیباتہوئی ، دھڑسےکھڑےہوگئے۔ یہ ہوتاہے یہی۔ابیہی۔ابیہی۔ابیہی۔ابیہی۔ابیہی</w:t>
      </w:r>
    </w:p>
    <w:p>
      <w:r>
        <w:rPr>
          <w:b/>
        </w:rPr>
        <w:t xml:space="preserve">[1:03:37] </w:t>
      </w:r>
      <w:r>
        <w:t>. abhi. ab jab koi aisi cheez pesh aaye, koi serious situation pesh aaye to aap chup ho kar ke sochiye, discuss kijiye, quran o hadith ko padhiye.</w:t>
      </w:r>
    </w:p>
    <w:p>
      <w:pPr>
        <w:jc w:val="right"/>
      </w:pPr>
      <w:r>
        <w:t>۔ابیہی۔ابجب کوئی ایسیچیز پیش آئے، کوئی سیریس سچویشن پیش آئے تو آپ چپہوکرکےسوچیے، ڈسکسکیجئے، قرآنوحدیثکوپڑھیے۔</w:t>
      </w:r>
    </w:p>
    <w:p>
      <w:r>
        <w:rPr>
          <w:b/>
        </w:rPr>
        <w:t xml:space="preserve">[1:03:53] </w:t>
      </w:r>
      <w:r>
        <w:t>bas aap ko rasta maloom ho jayega. maine arz kiya na ki inaction bhi crisis ko manage kar leta hai. inaction. jab chahein aap tajurba kar lijiye.</w:t>
      </w:r>
    </w:p>
    <w:p>
      <w:pPr>
        <w:jc w:val="right"/>
      </w:pPr>
      <w:r>
        <w:t>بس آپکو راستہمعلومہوجائےگا۔ میںنےعرضکیاناکہانایکشنبھی کرائسزکومینجکرلیتاہے۔انایکشن۔ جب چاہیںآپتجربہکرلیجئے۔</w:t>
      </w:r>
    </w:p>
    <w:p>
      <w:r>
        <w:rPr>
          <w:b/>
        </w:rPr>
        <w:t xml:space="preserve">[1:04:04] </w:t>
      </w:r>
      <w:r>
        <w:t>na karna bhi ek bahut bada karna hai. yaad rakhiye. na karna bhi ek bahut bada karna hai.</w:t>
      </w:r>
    </w:p>
    <w:p>
      <w:pPr>
        <w:jc w:val="right"/>
      </w:pPr>
      <w:r>
        <w:t>نہکرنا بھیایکبہت بڑاکرناہے۔ یادرکھیے۔ نہکرنابھیایکبہتبڑاکرناہے۔</w:t>
      </w:r>
    </w:p>
    <w:p>
      <w:r>
        <w:rPr>
          <w:b/>
        </w:rPr>
        <w:t xml:space="preserve">[1:04:12] </w:t>
      </w:r>
      <w:r>
        <w:t>har family mein dekhiye, kabhi miyan biwi mein jhanjhat ho jata hai, kabhi ek rishtedar, doosre rishtedar ke darmiyan jhanjhat hota hai. hote rehte hain har jagah.</w:t>
      </w:r>
    </w:p>
    <w:p>
      <w:pPr>
        <w:jc w:val="right"/>
      </w:pPr>
      <w:r>
        <w:t>ہر فیملیمیںدیکھیے، کبھیمیاںبیویمیںجھنجھٹہوجاتاہے، کبھی ایک رشتہدار،دوسرےرشتہدارکےدرمیانجھنجھٹہوتاہے۔ ہوتےرہتےہیں ہرجگہ ۔</w:t>
      </w:r>
    </w:p>
    <w:p>
      <w:r>
        <w:rPr>
          <w:b/>
        </w:rPr>
        <w:t xml:space="preserve">[1:04:22] </w:t>
      </w:r>
      <w:r>
        <w:t>sirf aap yeh kijiye, kuch na kijiye. aur ek do din ke baad sab sab thanda ho jayega. jab chahein kar ke dekh lijiye.</w:t>
      </w:r>
    </w:p>
    <w:p>
      <w:pPr>
        <w:jc w:val="right"/>
      </w:pPr>
      <w:r>
        <w:t>صرف آپیہکیجئے،کچھنہکیجئے۔ اورایکدودنکےبعد سب سب ٹھنڈاہوجائےگا۔ جب چاہیںکرکےدیکھلیجئے۔</w:t>
      </w:r>
    </w:p>
    <w:p>
      <w:r>
        <w:rPr>
          <w:b/>
        </w:rPr>
        <w:t xml:space="preserve">[1:04:33] </w:t>
      </w:r>
      <w:r>
        <w:t>to agar aadmi aql na kaam kar rahi ho to yeh itna woh ho sakta hai na ki kuch na kare woh?</w:t>
      </w:r>
    </w:p>
    <w:p>
      <w:pPr>
        <w:jc w:val="right"/>
      </w:pPr>
      <w:r>
        <w:t>تواگر آدمیعقلنہکامکررہیہوتو یہاتناتوہوسکتاہےناکہکچھنہکرےوہ؟</w:t>
      </w:r>
    </w:p>
    <w:p>
      <w:r>
        <w:rPr>
          <w:b/>
        </w:rPr>
        <w:t xml:space="preserve">[1:04:40] </w:t>
      </w:r>
      <w:r>
        <w:t>agar aap ki aql kaam karti hai, aap wise planning karne ki position mein hain to wise planning kijiye. agar aap is position mein nahin hain to aap kuch na kijiye, sirf bas kuch na kijiye aur mamla khatam ho jayega.</w:t>
      </w:r>
    </w:p>
    <w:p>
      <w:pPr>
        <w:jc w:val="right"/>
      </w:pPr>
      <w:r>
        <w:t>اگر آپ کیعقلکامکرتیہے، آپ وائسپلاننگکرنےکیپوزیشنمیںہیں تو وائسپلاننگکیجئے۔ اگر آپاسکیپوزیشنمیںنہیںہیںتوآپکچھنہکیجئے،صرف بس کچھنہکیجئےاورمعاملہختمہوجائےگا۔</w:t>
      </w:r>
    </w:p>
    <w:p>
      <w:r>
        <w:rPr>
          <w:b/>
        </w:rPr>
        <w:t xml:space="preserve">[1:04:58] </w:t>
      </w:r>
      <w:r>
        <w:t>na karna bhi karna hai. inaction bhi action hai. yaani is se zyada aasan formula koi ho sakta hai? yaad rakhiye.</w:t>
      </w:r>
    </w:p>
    <w:p>
      <w:pPr>
        <w:jc w:val="right"/>
      </w:pPr>
      <w:r>
        <w:t>نہکرنابھی کرناہے۔ ان ایکشنبھی ایکشنہے۔ یعنیاسسےزیادہآسانفارمولاکوئیہوسکتاہے؟یادرکھیے۔</w:t>
      </w:r>
    </w:p>
    <w:p>
      <w:r>
        <w:rPr>
          <w:b/>
        </w:rPr>
        <w:t xml:space="preserve">[1:05:10] </w:t>
      </w:r>
      <w:r>
        <w:t>main aap ko itni badi misaal de di ki miss musalmanon ne tatariyon ki jab masjid dhaai thi, kuch nahin kiya to kitna bada iska reward mila unko?</w:t>
      </w:r>
    </w:p>
    <w:p>
      <w:pPr>
        <w:jc w:val="right"/>
      </w:pPr>
      <w:r>
        <w:t>میں آپکواتنیبڑیمثالدےدی کہ مس لمانوںنےتاتاریوںکیجبمسجدڈھائیتھی، کچھنہیںکیا تو کتنابڑا اسکا ریوارڈملاانکو ؟</w:t>
      </w:r>
    </w:p>
    <w:p>
      <w:r>
        <w:rPr>
          <w:b/>
        </w:rPr>
        <w:t xml:space="preserve">[1:05:22] </w:t>
      </w:r>
      <w:r>
        <w:t>na karne ka reward.</w:t>
      </w:r>
    </w:p>
    <w:p>
      <w:pPr>
        <w:jc w:val="right"/>
      </w:pPr>
      <w:r>
        <w:t>نہکرنے کاریوارڈ۔</w:t>
      </w:r>
    </w:p>
    <w:p>
      <w:r>
        <w:rPr>
          <w:b/>
        </w:rPr>
        <w:t xml:space="preserve">[1:05:27] </w:t>
      </w:r>
      <w:r>
        <w:t>to</w:t>
      </w:r>
    </w:p>
    <w:p>
      <w:pPr>
        <w:jc w:val="right"/>
      </w:pPr>
      <w:r>
        <w:t>تو</w:t>
      </w:r>
    </w:p>
    <w:p>
      <w:r>
        <w:rPr>
          <w:b/>
        </w:rPr>
        <w:t xml:space="preserve">[1:05:28] </w:t>
      </w:r>
      <w:r>
        <w:t>crisis ko manage karna bahut aasan hai. ya to aap soch samajh kar ke jo ek jo jo wise rasta hai, us ko daryaft kijiye, us pe chaliye.</w:t>
      </w:r>
    </w:p>
    <w:p>
      <w:pPr>
        <w:jc w:val="right"/>
      </w:pPr>
      <w:r>
        <w:t>کرائسزکو مینجکرنابہت آسانہے۔ یاتوآپ سوچسمجھکرکے جو ایک جو جو وائز راستہہے،اسکودریافتکیجئے،اسپہچلیے۔</w:t>
      </w:r>
    </w:p>
    <w:p>
      <w:r>
        <w:rPr>
          <w:b/>
        </w:rPr>
        <w:t xml:space="preserve">[1:05:40] </w:t>
      </w:r>
      <w:r>
        <w:t>agar aap ke andar ihtiyati aql nahin hai to chup ho jaiye, bas simply chup ho jaiye. idhar sab theek ho jayega is ke baad. maulana raipur se miss shabana ne sawal</w:t>
      </w:r>
    </w:p>
    <w:p>
      <w:pPr>
        <w:jc w:val="right"/>
      </w:pPr>
      <w:r>
        <w:t>اگر آپ کےاندراحتیاطیعقلنہیںہےتو چپہوجائیے،بس سمپلیچپہوجائیے۔ ادھرسبٹھیکہوجائےگااسکےبعد۔ مول انارائےپورسے مس شبانہنے سوال</w:t>
      </w:r>
    </w:p>
    <w:p>
      <w:r>
        <w:rPr>
          <w:b/>
        </w:rPr>
        <w:t xml:space="preserve">[1:05:53] </w:t>
      </w:r>
      <w:r>
        <w:t>kya hai. unhone likha hai What should be the role of individual Muslim after the Ayodhya verdict? yahi yahi ki masjid ja ke dua karein.</w:t>
      </w:r>
    </w:p>
    <w:p>
      <w:pPr>
        <w:jc w:val="right"/>
      </w:pPr>
      <w:r>
        <w:t>کیاہے۔ انہوںنےلکھاہے Whatshouldbetheroleof individ ual Muslim after the Ayodhya verd ict? یہی یہی کہ مسجدجاکےدعاکریں۔</w:t>
      </w:r>
    </w:p>
    <w:p>
      <w:r>
        <w:rPr>
          <w:b/>
        </w:rPr>
        <w:t xml:space="preserve">[1:06:08] </w:t>
      </w:r>
      <w:r>
        <w:t>aajkal jo taqreerein hoti hain, band karo. ayodhya ki masjid ke bare mein taqreerein band karo, jalse band karo. allah taala se dua karo, bas. agar koi aql nahin, kaam nahin karti aap ki.</w:t>
      </w:r>
    </w:p>
    <w:p>
      <w:pPr>
        <w:jc w:val="right"/>
      </w:pPr>
      <w:r>
        <w:t>آجکل جو تقریریںہوتیہیں،بندکردو ۔ ایودھیاکیمسجدکےبارےمیںتقریریںبندکرو، جلسےبندکرو۔ اللہ تعالیٰسےدعاکرو،بس ۔اگر کوئیعقلنہیں، کامنہیںکرتیآپکی۔</w:t>
      </w:r>
    </w:p>
    <w:p>
      <w:r>
        <w:rPr>
          <w:b/>
        </w:rPr>
        <w:t xml:space="preserve">[1:06:23] </w:t>
      </w:r>
      <w:r>
        <w:t>aur mera formula to aap lein to aap raazi ho jayen us pe. relocation pe abhi baat khatam.</w:t>
      </w:r>
    </w:p>
    <w:p>
      <w:pPr>
        <w:jc w:val="right"/>
      </w:pPr>
      <w:r>
        <w:t>اورمیرافارمولاتوآپلیں توآپراضیہوجائیںاسپہ۔ ریلوکیشنپر ابھیباتختم ۔</w:t>
      </w:r>
    </w:p>
    <w:p>
      <w:r>
        <w:rPr>
          <w:b/>
        </w:rPr>
        <w:t xml:space="preserve">[1:06:33] </w:t>
      </w:r>
      <w:r>
        <w:t>yaani main wahan gaya hoon pehle, ab bhi gaya hoon. pehle to wahan ek structure hua karta tha. ab bhai, main gaya hoon to wahan koi ek eent ka ek tukda bhi nahin hai bab masjid ka.</w:t>
      </w:r>
    </w:p>
    <w:p>
      <w:pPr>
        <w:jc w:val="right"/>
      </w:pPr>
      <w:r>
        <w:t>یعنی میںوہاںگیاہوںپہلے ،اببھیگیاہوں۔ پہلے تووہاںایکاسٹرکچرہواکرتاتھا۔ اب بھئی،میںگیاہوںتووہاںکوئی ایک اینٹکاایکٹکڑابھینہیںہےبابمسجدکا۔</w:t>
      </w:r>
    </w:p>
    <w:p>
      <w:r>
        <w:rPr>
          <w:b/>
        </w:rPr>
        <w:t xml:space="preserve">[1:06:45] </w:t>
      </w:r>
      <w:r>
        <w:t>yaani bab masjid jo hai, woh wahan exist nahin karti. sarr se rooh ki shakal mein bhi nahin hai.</w:t>
      </w:r>
    </w:p>
    <w:p>
      <w:pPr>
        <w:jc w:val="right"/>
      </w:pPr>
      <w:r>
        <w:t>یعنیباب مسجدجوہے،وہاںایگزسٹہینہیںکرتی۔سرےسے روئینکیشکل میںبھینہیںہے۔</w:t>
      </w:r>
    </w:p>
    <w:p>
      <w:r>
        <w:rPr>
          <w:b/>
        </w:rPr>
        <w:t xml:space="preserve">[1:06:52] </w:t>
      </w:r>
      <w:r>
        <w:t>yaad rakhiye, log samajhte hain ki bab masjid khadi hui hai wahan par. wahan to baori masjid ki ek eent bhi nahin hai. wahan to baoli masjid mandir hai, woh non existent hai. woh to jo baori masjid exist nahin karti, us ke upar tehrik chal rahi hai.</w:t>
      </w:r>
    </w:p>
    <w:p>
      <w:pPr>
        <w:jc w:val="right"/>
      </w:pPr>
      <w:r>
        <w:t>یادرکھیے، لوگسمجھتےہیںکہبابمسجدکھڑیہوئیہےوہاںپر۔ وہاںتوباوریمسجدکیایکاینٹبھینہیںہے۔ وہاںتوبیکشفٹمندرہے،وہ نانایگزسٹنٹہے۔وہ توجو باوریمسجدایگزسٹنہیںکرتی،اسکےاوپرتحریکیںچلرہیہیں۔</w:t>
      </w:r>
    </w:p>
    <w:p>
      <w:r>
        <w:rPr>
          <w:b/>
        </w:rPr>
        <w:t xml:space="preserve">[1:07:10] </w:t>
      </w:r>
      <w:r>
        <w:t>ab bataiye ki is se zyada stupid policy koi ho sakti hai?</w:t>
      </w:r>
    </w:p>
    <w:p>
      <w:pPr>
        <w:jc w:val="right"/>
      </w:pPr>
      <w:r>
        <w:t>اببتائیےکہاسسےزیادہ اسٹیپڈپالیسیکوئیہوسکتیہے؟</w:t>
      </w:r>
    </w:p>
    <w:p>
      <w:r>
        <w:rPr>
          <w:b/>
        </w:rPr>
        <w:t xml:space="preserve">[1:07:17] </w:t>
      </w:r>
      <w:r>
        <w:t>yani isiku yah nahien. aur ek bahut bari ek gunah kar rahay hain musalman. yaad rakhiye, woh bhi sun lijye aap is mamle mein ke gunah, gunah, gunah.</w:t>
      </w:r>
    </w:p>
    <w:p>
      <w:pPr>
        <w:jc w:val="right"/>
      </w:pPr>
      <w:r>
        <w:t>یعنیکسیکو یانہیں ۔اورایکبہت بڑی ایک گناہکررہےہیںمسلمان۔یادرکھیے، وہبھیسنلیجئےآپ اس معاملےمیںکہ گناہ،گناہ،گناہ۔</w:t>
      </w:r>
    </w:p>
    <w:p>
      <w:r>
        <w:rPr>
          <w:b/>
        </w:rPr>
        <w:t xml:space="preserve">[1:07:28] </w:t>
      </w:r>
      <w:r>
        <w:t>woh kia hadith mein aata hai ke sirf teen masjidon ka special mamla hai, woh hai makka ki masjid aur madine ki masjid aur yerushalim ki masjid.</w:t>
      </w:r>
    </w:p>
    <w:p>
      <w:pPr>
        <w:jc w:val="right"/>
      </w:pPr>
      <w:r>
        <w:t>وہکیا حدیث میںآتاہےکہ صرف تین مسجدوںکا اسپیشلمعاملہہے، وہہے مکہکیمسجد اور مدینےکیمسجداور یروشلمکیمسجد۔</w:t>
      </w:r>
    </w:p>
    <w:p>
      <w:r>
        <w:rPr>
          <w:b/>
        </w:rPr>
        <w:t xml:space="preserve">[1:07:46] </w:t>
      </w:r>
      <w:r>
        <w:t>baqi sab masjidain barabar hain. yeh baqayda hadith hai ke teen masjidon ke sath sari masjidain barabar hain. ab aap ko agar pata ho, nahin pata ho to ja kar ke dekhiye border par rajasthan aur haryana aur punjab, jahan ke pakistan ki sarhadain milti hain,</w:t>
      </w:r>
    </w:p>
    <w:p>
      <w:pPr>
        <w:jc w:val="right"/>
      </w:pPr>
      <w:r>
        <w:t>باقیسبمسجدیںبرابرہیں۔ یہباقاعدہحدیثہے کہ تینمسجدوںکےساتھ ساریمسجدیںبرابرہیں۔ ابآپکواگر پتہہو ، نہیںپتہہوتوجاکرکےدیکھیے بارڈرپر راجستھان اور ہریانہاور پنج اب،جہاںکے پاکستانکیسرحدیںملتیہیں،</w:t>
      </w:r>
    </w:p>
    <w:p>
      <w:r>
        <w:rPr>
          <w:b/>
        </w:rPr>
        <w:t xml:space="preserve">[1:08:07] </w:t>
      </w:r>
      <w:r>
        <w:t>abhi bhi wahan par masjidon ki roeen pari hui hai. masjidain toor di gayeen.</w:t>
      </w:r>
    </w:p>
    <w:p>
      <w:pPr>
        <w:jc w:val="right"/>
      </w:pPr>
      <w:r>
        <w:t>ابھیبھیوہاںپہمسجدوںکیروئینپڑیہوئیہے۔ مسجدیںتوڑدیگئیں۔</w:t>
      </w:r>
    </w:p>
    <w:p>
      <w:r>
        <w:rPr>
          <w:b/>
        </w:rPr>
        <w:t xml:space="preserve">[1:08:13] </w:t>
      </w:r>
      <w:r>
        <w:t>main ne khud dekha hai, koi masjid toor di gayi, kisi masjid ko unhon ne ghar bana liya, kisi masjid bel bandhne lage, kuch bhi kiya.</w:t>
      </w:r>
    </w:p>
    <w:p>
      <w:pPr>
        <w:jc w:val="right"/>
      </w:pPr>
      <w:r>
        <w:t>میںنےخود دیکھاہے، کوئی مسجدتوڑدیگئی ،کسی مسجدکو انہوںنے گھربنالیا، کسیمسجد بیلباندھنےلگے،کچھبھیکیا۔</w:t>
      </w:r>
    </w:p>
    <w:p>
      <w:r>
        <w:rPr>
          <w:b/>
        </w:rPr>
        <w:t xml:space="preserve">[1:08:23] </w:t>
      </w:r>
      <w:r>
        <w:t>to wahan par kyon nahin aap jihad karte hain? aap baqi masjid single out kyon karte hain? kisi ek masjid ko single out karna, yeh to islam mein bilkul jaiz nahin hai.</w:t>
      </w:r>
    </w:p>
    <w:p>
      <w:pPr>
        <w:jc w:val="right"/>
      </w:pPr>
      <w:r>
        <w:t>تو وہاںپرکیوںنہیںآپ جہادکرتے ہیں؟ آپ با ویمسجدسنگلآؤٹکیوںکرتےہیں؟ کسی ایک مسجدکوسنگلآؤٹکرنا،یہتواسلام میںبالکلجائزہینہیںہے۔</w:t>
      </w:r>
    </w:p>
    <w:p>
      <w:r>
        <w:rPr>
          <w:b/>
        </w:rPr>
        <w:t xml:space="preserve">[1:08:37] </w:t>
      </w:r>
      <w:r>
        <w:t>siwa teen ke agar aap ko tehreek chalani hai to sari masjidon ke liye chalaiye. sankron masjidain hain jo dhaai gayi hain partition ke waqt border par, un sab ke liye aap chalaiye.</w:t>
      </w:r>
    </w:p>
    <w:p>
      <w:pPr>
        <w:jc w:val="right"/>
      </w:pPr>
      <w:r>
        <w:t>سواتینکے اگر آپ کو تحریکچلاناہےتوساریمسجدوںکےلیےچلائیے۔ سینکڑوںمسجدیںہیںجوڈھائیگئیہیں پارٹیشنکےوقت بارڈرپر، انسبکےلیےآپچلائیے۔</w:t>
      </w:r>
    </w:p>
    <w:p>
      <w:r>
        <w:rPr>
          <w:b/>
        </w:rPr>
        <w:t xml:space="preserve">[1:08:51] </w:t>
      </w:r>
      <w:r>
        <w:t>hangama kijiye. ek masjid ko agar aap usay gola out karke us par tehreek chalate hain to aap gunah ka kaam karte hain. yaad rakhiye,</w:t>
      </w:r>
    </w:p>
    <w:p>
      <w:pPr>
        <w:jc w:val="right"/>
      </w:pPr>
      <w:r>
        <w:t>ہنگامہکیجئے۔ ایک مسجدکواگرآپ اسے گلاآؤٹکرکےاسپرتحریکچلاتےہیںتوآپگناہکاکامکرتے ہیں۔یادرکھیے،</w:t>
      </w:r>
    </w:p>
    <w:p>
      <w:r>
        <w:rPr>
          <w:b/>
        </w:rPr>
        <w:t xml:space="preserve">[1:09:01] </w:t>
      </w:r>
      <w:r>
        <w:t>kisi ek masjid ko single out nahin kar sakte aap, yeh aap jaiz nahin hai islam mein. hadith mein aata hai ke latash dal rahal illa ila salat al-masajid yeh makka ki bait, makka ki jo woh hai masjid haram makka, us ko kaha jata hai.</w:t>
      </w:r>
    </w:p>
    <w:p>
      <w:pPr>
        <w:jc w:val="right"/>
      </w:pPr>
      <w:r>
        <w:t>کسیایک مسجدکوسنگلآؤٹ نہیںکرسکتےآپ ،یہآپ کیاجازتہینہیںہےاسلام میں۔ حدیثمیںآتاہےکہلاتش دالرحال الا الىصلاۃ المساجد یہمکہکی بیت، مکہکیجو وہہے مسجد حراممک ہ،اسکوکہاجاتاہے۔</w:t>
      </w:r>
    </w:p>
    <w:p>
      <w:r>
        <w:rPr>
          <w:b/>
        </w:rPr>
        <w:t xml:space="preserve">[1:09:22] </w:t>
      </w:r>
      <w:r>
        <w:t>madine ki masjid ko masjid nabwi kaha jata hai aur yerushalim ki masjid ko masjid aqsa kaha jata hai.</w:t>
      </w:r>
    </w:p>
    <w:p>
      <w:pPr>
        <w:jc w:val="right"/>
      </w:pPr>
      <w:r>
        <w:t>مدینےکیمسجد کومسجدنبویکہاجاتاہے اور یروشلمکیمسجدکومسجداقصیٰکہاجاتاہے۔</w:t>
      </w:r>
    </w:p>
    <w:p>
      <w:r>
        <w:rPr>
          <w:b/>
        </w:rPr>
        <w:t xml:space="preserve">[1:09:29] </w:t>
      </w:r>
      <w:r>
        <w:t>yeh teen masjidain hain jo hain islam mein, in ka khaas darja mana gaya hai. baqi sab barabar hain. to kaise musalmanon ne aisa kiya ke babri masjid ko unhon ne single out kiya?</w:t>
      </w:r>
    </w:p>
    <w:p>
      <w:pPr>
        <w:jc w:val="right"/>
      </w:pPr>
      <w:r>
        <w:t>یہ تینمسجدیںہیںجوہیںاسلام میں، انکا خاص درجہماناگیاہے۔ باقیسببرابرہیں۔ تو کیسے مسلمانوںنےایساکیا کہ بابریمسجدکوانہوںنےسنگلآؤٹکیا؟</w:t>
      </w:r>
    </w:p>
    <w:p>
      <w:r>
        <w:rPr>
          <w:b/>
        </w:rPr>
        <w:t xml:space="preserve">[1:09:43] </w:t>
      </w:r>
      <w:r>
        <w:t>ismein hangama, 60 baras hangama kiye hue hain, jab ke isi mulk mein sankron masjidain aaj bhi ja kar koi dekh le un ki halat border par.</w:t>
      </w:r>
    </w:p>
    <w:p>
      <w:pPr>
        <w:jc w:val="right"/>
      </w:pPr>
      <w:r>
        <w:t>اسمیںہنگامہ ،60برسہنگامہکیےہوئےہیں، جب کہاسیદેશ میں سینکڑوںمسجدیں آجبھیجاکےکوئیدیکھلےانکیحالت بارڈرپر۔</w:t>
      </w:r>
    </w:p>
    <w:p>
      <w:r>
        <w:rPr>
          <w:b/>
        </w:rPr>
        <w:t xml:space="preserve">[1:09:56] </w:t>
      </w:r>
      <w:r>
        <w:t>wohi haal hua hai jo jo ayodhya mein hua.</w:t>
      </w:r>
    </w:p>
    <w:p>
      <w:pPr>
        <w:jc w:val="right"/>
      </w:pPr>
      <w:r>
        <w:t>وہیحالہواہےجو جو ایودھیامیںہوا۔</w:t>
      </w:r>
    </w:p>
    <w:p>
      <w:r>
        <w:rPr>
          <w:b/>
        </w:rPr>
        <w:t xml:space="preserve">[1:09:59] </w:t>
      </w:r>
      <w:r>
        <w:t>us ko aap chup kyon nahin? yeh to islam mein jaiz nahin hai.</w:t>
      </w:r>
    </w:p>
    <w:p>
      <w:pPr>
        <w:jc w:val="right"/>
      </w:pPr>
      <w:r>
        <w:t>اسکوآپچپکیوںہیں؟ یہتو اسلاممیںجائزہینہیںہے۔</w:t>
      </w:r>
    </w:p>
    <w:p>
      <w:r>
        <w:rPr>
          <w:b/>
        </w:rPr>
        <w:t xml:space="preserve">[1:10:07] </w:t>
      </w:r>
      <w:r>
        <w:t>to bahut hi zyada sochne ki zaroorat hai ke sara ismein musalmanon ka jo hai tareeqa, sab ka sab islam ke khilaf hai.</w:t>
      </w:r>
    </w:p>
    <w:p>
      <w:pPr>
        <w:jc w:val="right"/>
      </w:pPr>
      <w:r>
        <w:t>تو بہت ہی زیادہ سوچنےکیضرورتہے کہ سارا اسمیں مسلمانوںکاجوہےطریقہ،سبکاسباسلام کےخلاف ہے۔</w:t>
      </w:r>
    </w:p>
    <w:p>
      <w:r>
        <w:rPr>
          <w:b/>
        </w:rPr>
        <w:t xml:space="preserve">[1:10:17] </w:t>
      </w:r>
      <w:r>
        <w:t>aise zed tak babri masjid ke mamle mein musalmanon ka tareeqa aise zed tak khilaf hai. aur yeh bahut zabardast Allah taala ka sawal kiya jayega musalmanon se.</w:t>
      </w:r>
    </w:p>
    <w:p>
      <w:pPr>
        <w:jc w:val="right"/>
      </w:pPr>
      <w:r>
        <w:t>اےسےزیڈتک بابریمسجدکےمعاملےمیںمسلمانوںکاطریقہاےسےزیڈتکخلاف ہے۔ اور یہ بہت زبردستاللہ تعالیٰکا سوالکیاجائےگامسلمانوںسے۔</w:t>
      </w:r>
    </w:p>
    <w:p>
      <w:r>
        <w:rPr>
          <w:b/>
        </w:rPr>
        <w:t xml:space="preserve">[1:10:29] </w:t>
      </w:r>
      <w:r>
        <w:t>bahut zabardast sawal kiya jayega. yaad rakhiye, isi point ko kia musalman jawab de sakte hain? Allah taala kia tumhara right tha? is is right se tum ne ek masjid ko single out kiya.</w:t>
      </w:r>
    </w:p>
    <w:p>
      <w:pPr>
        <w:jc w:val="right"/>
      </w:pPr>
      <w:r>
        <w:t>بہت زبردستسوالکیاجائےگا۔یادرکھیے، اسیپوائنٹکوکیامسلمانجوابدےسکتےہیں؟اللہتعالیٰکیا کہتمہارارائٹتھا؟ اس اس رائٹسےتمنےایک مسجدکوسنگلآؤٹکیا۔</w:t>
      </w:r>
    </w:p>
    <w:p>
      <w:r>
        <w:rPr>
          <w:b/>
        </w:rPr>
        <w:t xml:space="preserve">[1:10:41] </w:t>
      </w:r>
      <w:r>
        <w:t>baqi masjidon ko jo ka wahi anjam hua tha, us ke bare mein chup ho gaye tum. kyon tum ne aisa kiya?</w:t>
      </w:r>
    </w:p>
    <w:p>
      <w:pPr>
        <w:jc w:val="right"/>
      </w:pPr>
      <w:r>
        <w:t>باقی مسجدوںکوجو کاوہیانجام ہواتھا،اسکےبارےمیںچپ ہوگئےتم ۔ کیوںتمنےایساکیا ؟</w:t>
      </w:r>
    </w:p>
    <w:p>
      <w:r>
        <w:rPr>
          <w:b/>
        </w:rPr>
        <w:t xml:space="preserve">[1:10:50] </w:t>
      </w:r>
      <w:r>
        <w:t>yeh saada baat nahin. yaad rakhiye, bahut hi gumbheer baat hai, bahut hi siri baat hai, bahut siri baat hai.</w:t>
      </w:r>
    </w:p>
    <w:p>
      <w:pPr>
        <w:jc w:val="right"/>
      </w:pPr>
      <w:r>
        <w:t>یہ سادہباتنہیں۔یادرکھیے، بہتہی گمبھیرباتہے،بہتہیسیریسباتہے، بہت سیریسباتہے۔</w:t>
      </w:r>
    </w:p>
    <w:p>
      <w:r>
        <w:rPr>
          <w:b/>
        </w:rPr>
        <w:t xml:space="preserve">[1:11:00] </w:t>
      </w:r>
      <w:r>
        <w:t>yeh masla hindu muslim ka nahin hai, yeh masla barah e rast islam ka hai, barah e rast Allah taala ke qanoon ka hai. aur bilashubah is par musalmanon se poocha jayega qayamat mein ke tum ne kis right, kis haq se tum ne ek masjid ko single out kiya?</w:t>
      </w:r>
    </w:p>
    <w:p>
      <w:pPr>
        <w:jc w:val="right"/>
      </w:pPr>
      <w:r>
        <w:t>یہمسئلہہندو مسلمکانہیںہے، یہمسئلہ براہراستاسلام کاہے، براہراستاللہتعالیٰکے قانون کاہے۔ اوربلاشبہاسپرمسلمانوںسےپوچھاجائےگاقیامتمیں کہتمنے کس رائٹ،کسحق سے تمنےایک مسجدکوسنگلآؤٹکیا؟</w:t>
      </w:r>
    </w:p>
    <w:p>
      <w:r>
        <w:rPr>
          <w:b/>
        </w:rPr>
        <w:t xml:space="preserve">[1:11:18] </w:t>
      </w:r>
      <w:r>
        <w:t>batao to kia aap musalman jawab denge is ka? yaad rakhiye, yeh saada baat nahin hai.</w:t>
      </w:r>
    </w:p>
    <w:p>
      <w:pPr>
        <w:jc w:val="right"/>
      </w:pPr>
      <w:r>
        <w:t>بتاؤ توکیا آپمسلمانجوابدیںگےاسکا ؟ یادرکھیے،یہسادہباتنہیںہے۔</w:t>
      </w:r>
    </w:p>
    <w:p>
      <w:r>
        <w:rPr>
          <w:b/>
        </w:rPr>
        <w:t xml:space="preserve">[1:11:30] </w:t>
      </w:r>
      <w:r>
        <w:t>maulana, yeh sawal doctor farida khan ne kiya hai new delhi se. unhon ne poocha hai what is the concept of leadership in islam? what is the criteria to judge a leader?</w:t>
      </w:r>
    </w:p>
    <w:p>
      <w:pPr>
        <w:jc w:val="right"/>
      </w:pPr>
      <w:r>
        <w:t>مولانا،یہسوال ڈاکٹرفریدہخانمنےکیاہے نئیدلیسے ۔ انہوںنےپوچھاہے Whatis the con cept of lead ership in Islam ?Whatisthecrit eria to judge ale ader?</w:t>
      </w:r>
    </w:p>
    <w:p>
      <w:r>
        <w:rPr>
          <w:b/>
        </w:rPr>
        <w:t xml:space="preserve">[1:11:43] </w:t>
      </w:r>
      <w:r>
        <w:t>there are innumerable leaders among the muslims. how can they take a decision unitedly? is there any possibility of this? or we are doomed to live under the shadow of our incompetent leaders?</w:t>
      </w:r>
    </w:p>
    <w:p>
      <w:pPr>
        <w:jc w:val="right"/>
      </w:pPr>
      <w:r>
        <w:t>There areinn umerablelead ers amongtheMuslims. How can theytakeadecision un ited ly? Is there any poss ibil ityof this ?Or weare doomedtolive under the shadowofourincompetentlead ers?</w:t>
      </w:r>
    </w:p>
    <w:p>
      <w:r>
        <w:rPr>
          <w:b/>
        </w:rPr>
        <w:t xml:space="preserve">[1:12:07] </w:t>
      </w:r>
      <w:r>
        <w:t>dekhiye, islam mein leader ko imam kaha jata hai. imam to islam ka usool hai amr-hum shura bain-hum yani jab zaroorat ho imam muqarrar karne ki, yani leader muqarrar karne ki,</w:t>
      </w:r>
    </w:p>
    <w:p>
      <w:pPr>
        <w:jc w:val="right"/>
      </w:pPr>
      <w:r>
        <w:t>دیکھیے،اسلام میںلیڈرکوامامکہاجاتاہے۔ ام ام تو اسلام کااصولہے امرہم شوریبین ہم یعنیجبضرورتہو امام مقررکرنےکی ،یعنیلیڈرمقررکرنےکی،</w:t>
      </w:r>
    </w:p>
    <w:p>
      <w:r>
        <w:rPr>
          <w:b/>
        </w:rPr>
        <w:t xml:space="preserve">[1:12:25] </w:t>
      </w:r>
      <w:r>
        <w:t>to us ke liye mashwara kiya jaye, discuss kiya jaye, sab log baith kar ke rai karein, aur consensus se jis aadmi ko tay ho jaye, us ko imam maan liya jaye.</w:t>
      </w:r>
    </w:p>
    <w:p>
      <w:pPr>
        <w:jc w:val="right"/>
      </w:pPr>
      <w:r>
        <w:t>تو اسکےلیے مشورہکیاجائے،ڈسکسکیاجائے، سب لوگبیٹھکرکےرائےکریں، اور ک نس نسسسے جس آدمیکو طےہوجائے،اسکواماممانلیاجائے۔</w:t>
      </w:r>
    </w:p>
    <w:p>
      <w:r>
        <w:rPr>
          <w:b/>
        </w:rPr>
        <w:t xml:space="preserve">[1:12:37] </w:t>
      </w:r>
      <w:r>
        <w:t>yeh to ideal baat hai, ideal baat keh jab bhi aik leader farz karay mar gaya, leader ne resign kar diya, kisi bhi baat se woh paida hoga,</w:t>
      </w:r>
    </w:p>
    <w:p>
      <w:pPr>
        <w:jc w:val="right"/>
      </w:pPr>
      <w:r>
        <w:t>یہتوآئیڈیل باتہے، آئیڈیلبات کہجب بھی ایک لیڈرفرضکیےمرگیا، لیڈرنے ریزائنکردیا ،کسی بھیباتسے وہپیدا ہوگا،</w:t>
      </w:r>
    </w:p>
    <w:p>
      <w:r>
        <w:rPr>
          <w:b/>
        </w:rPr>
        <w:t xml:space="preserve">[1:12:52] </w:t>
      </w:r>
      <w:r>
        <w:t>yani</w:t>
      </w:r>
    </w:p>
    <w:p>
      <w:pPr>
        <w:jc w:val="right"/>
      </w:pPr>
      <w:r>
        <w:t>یعنی</w:t>
      </w:r>
    </w:p>
    <w:p>
      <w:r>
        <w:rPr>
          <w:b/>
        </w:rPr>
        <w:t xml:space="preserve">[1:12:54] </w:t>
      </w:r>
      <w:r>
        <w:t>leader ki na raha, to log baithein aur discuss karein, aur jis aadmi ke naam par consensus ho jaye,</w:t>
      </w:r>
    </w:p>
    <w:p>
      <w:pPr>
        <w:jc w:val="right"/>
      </w:pPr>
      <w:r>
        <w:t>لیڈرکی نہرہا، تو لوگ بیٹھیں اور ڈسکسکریں، اور جس آدمی کے نام پر کنس نسسہوجائے،</w:t>
      </w:r>
    </w:p>
    <w:p>
      <w:r>
        <w:rPr>
          <w:b/>
        </w:rPr>
        <w:t xml:space="preserve">[1:13:08] </w:t>
      </w:r>
      <w:r>
        <w:t>sab log usko hi leader maan lein, sab log maan lein usko. Yeh hai ideal surat. Doosri surat jo hai secondary darjay mein, woh kya hai?</w:t>
      </w:r>
    </w:p>
    <w:p>
      <w:pPr>
        <w:jc w:val="right"/>
      </w:pPr>
      <w:r>
        <w:t>سبلوگاسکو ہیلیڈرمانلیں، سب لوگ مانلیںاسکو۔ یہہے آئیڈیلصورت ۔ دوسریصورت جوہے سیکنڈریدرجےمیں،وہکیاہے؟</w:t>
      </w:r>
    </w:p>
    <w:p>
      <w:r>
        <w:rPr>
          <w:b/>
        </w:rPr>
        <w:t xml:space="preserve">[1:13:21] </w:t>
      </w:r>
      <w:r>
        <w:t>Woh hai uske liye bhi hadith mein bata diya gaya hai, woh yeh hai keh "atba'u sawad al-a'zam". "Atba'u sawad al-a'zam" ka matlab yeh hai keh kisi bhi tareeqay se agar koi aadmi leader ban gaya, chahe ghalat tareeqay se bana ho kyun na ho, to maan lo uske khilaf jhanda na uthao.</w:t>
      </w:r>
    </w:p>
    <w:p>
      <w:pPr>
        <w:jc w:val="right"/>
      </w:pPr>
      <w:r>
        <w:t>وہہے اسکےلیےبھی حدیثمیںبتادیاگیاہے، وہیہہےکہ ات بعسو اد الاعظم اتبعسوادالاعظمکامطلبیہہے کہکسی بھیطریقےسےاگر کوئیآدمی لیڈربنگیا، چاہےغلططریقےسےبناہوکیوںنہہو، تو مانلواسکےخلافجھنڈانہاٹھاؤ۔</w:t>
      </w:r>
    </w:p>
    <w:p>
      <w:r>
        <w:rPr>
          <w:b/>
        </w:rPr>
        <w:t xml:space="preserve">[1:13:47] </w:t>
      </w:r>
      <w:r>
        <w:t>Yaani aik ideal shakal yeh hai keh mashwaray se, discussion se,</w:t>
      </w:r>
    </w:p>
    <w:p>
      <w:pPr>
        <w:jc w:val="right"/>
      </w:pPr>
      <w:r>
        <w:t>یعنیایک آئیڈیلشکلیہہےکہ مشورےسے،ڈسکشنسے،</w:t>
      </w:r>
    </w:p>
    <w:p>
      <w:r>
        <w:rPr>
          <w:b/>
        </w:rPr>
        <w:t xml:space="preserve">[1:13:54] </w:t>
      </w:r>
      <w:r>
        <w:t>keh kisi shakhs ko banaya jaye aur sab log usko maan lein. Lekin agar yeh ideal shakal possible na ho aur koi aadmi kisi bhi aur tareeqay se leader ban jaye, to phir usko maan lo aap ta keh kam se kam pehsto qaim rahe.</w:t>
      </w:r>
    </w:p>
    <w:p>
      <w:pPr>
        <w:jc w:val="right"/>
      </w:pPr>
      <w:r>
        <w:t>کہکسیشخص کو بن ایاجائےاورسبلوگاسکومانلیں۔ لیکن اگر یہآئیڈیلشکل پاسیبلنہہو اورکوئیآدمیکسیبھیاورطریقےسے لیڈربنجائے، تو پھراسکومان لیجئےآپ تاکہکمسےکم پیستوقائمرہے۔</w:t>
      </w:r>
    </w:p>
    <w:p>
      <w:r>
        <w:rPr>
          <w:b/>
        </w:rPr>
        <w:t xml:space="preserve">[1:14:12] </w:t>
      </w:r>
      <w:r>
        <w:t>Aap jab maan lengay to kam se kam pehsto qaim ho jaye gi.</w:t>
      </w:r>
    </w:p>
    <w:p>
      <w:pPr>
        <w:jc w:val="right"/>
      </w:pPr>
      <w:r>
        <w:t>آپ جبمان لیںگےتوکمسےکمپیستوقائمہوجائےگی۔</w:t>
      </w:r>
    </w:p>
    <w:p>
      <w:r>
        <w:rPr>
          <w:b/>
        </w:rPr>
        <w:t xml:space="preserve">[1:14:18] </w:t>
      </w:r>
      <w:r>
        <w:t>Bas yeh do shaklein hain. Teesri shakal jo aaj kal musalmanon mein hai keh kharay ho jatay hain jhanda le kar ke,</w:t>
      </w:r>
    </w:p>
    <w:p>
      <w:pPr>
        <w:jc w:val="right"/>
      </w:pPr>
      <w:r>
        <w:t>بسیہدوشکلیںہیں۔ تیسریشکلجوآجکلمسلمانوںمیںہے کہ کھڑےہوجاتےہیںجھنڈالےکرکے،</w:t>
      </w:r>
    </w:p>
    <w:p>
      <w:r>
        <w:rPr>
          <w:b/>
        </w:rPr>
        <w:t xml:space="preserve">[1:14:29] </w:t>
      </w:r>
      <w:r>
        <w:t>jaise musalmanon ke muslim mulkon mein democracy kyun nahi hai? Iski misaal aap Pakistan dekh lijiye, aik election hoga, koi jeetega, ab kya hai? Doosra khara ho jaye ga.</w:t>
      </w:r>
    </w:p>
    <w:p>
      <w:pPr>
        <w:jc w:val="right"/>
      </w:pPr>
      <w:r>
        <w:t>جیسے مسلمانوںکےمسلمکرنے میںڈیموکریسیکیوںنہیںہے؟ اسکیمثالآپ پاکستاندیکھلیجئے، ایکالیکشنہوگا، کوئی جیتےگا، ابکیاہے؟دوسرا کھڑاہوجائےگا۔</w:t>
      </w:r>
    </w:p>
    <w:p>
      <w:r>
        <w:rPr>
          <w:b/>
        </w:rPr>
        <w:t xml:space="preserve">[1:14:40] </w:t>
      </w:r>
      <w:r>
        <w:t>Rigging hui hai, rigging hui hai, rigging hui hai. Ab usko down karne ke liye yeh Islam mein jaiz nahi hai.</w:t>
      </w:r>
    </w:p>
    <w:p>
      <w:pPr>
        <w:jc w:val="right"/>
      </w:pPr>
      <w:r>
        <w:t>ریگنگہوئیہے،ریگنگہوئیہے،ریگنگہوئیہے۔ اباسکو ڈاؤنکرنےکےلیے یہ اسلام میں جائزنہیںہے۔</w:t>
      </w:r>
    </w:p>
    <w:p>
      <w:r>
        <w:rPr>
          <w:b/>
        </w:rPr>
        <w:t xml:space="preserve">[1:14:48] </w:t>
      </w:r>
      <w:r>
        <w:t>Islam mein jaiz nahi hai. Yeh jaise bhi elect ho kar ke, jaise bhi woh ban kar ke seat par aa gaya, to bas maan lo usko.</w:t>
      </w:r>
    </w:p>
    <w:p>
      <w:pPr>
        <w:jc w:val="right"/>
      </w:pPr>
      <w:r>
        <w:t>اسلام میںجائز ہینہیںہے۔یہ جیسے بھی الیکٹہوکرکے،جیسےبھیوہ بنکرکے سیٹپرآگیا،توبسمانلیجئےاسکو۔</w:t>
      </w:r>
    </w:p>
    <w:p>
      <w:r>
        <w:rPr>
          <w:b/>
        </w:rPr>
        <w:t xml:space="preserve">[1:15:01] </w:t>
      </w:r>
      <w:r>
        <w:t>Yeh hai Islam ka tareeqa. Kyun ke Islam mein dekhiye, jo jo supreme hai, woh kya hai? Normal peace. Yeh hai supreme Islam mein.</w:t>
      </w:r>
    </w:p>
    <w:p>
      <w:pPr>
        <w:jc w:val="right"/>
      </w:pPr>
      <w:r>
        <w:t>یہہےاسلام کاطریقہ۔کیونکہ اسلام میں دیکھیے، جو جوسپریمہے، وہکیاہے؟ نارمل سی پیس۔ یہہے سپریم اسلام میں۔</w:t>
      </w:r>
    </w:p>
    <w:p>
      <w:r>
        <w:rPr>
          <w:b/>
        </w:rPr>
        <w:t xml:space="preserve">[1:15:14] </w:t>
      </w:r>
      <w:r>
        <w:t>Us par bohat sari hadith hain aur yahan par detail ka mauqa nahi hai, lekin mein mukhtasaran yeh hi kahunga keh agar musalmanon mein, yaani constructive soch ho,</w:t>
      </w:r>
    </w:p>
    <w:p>
      <w:pPr>
        <w:jc w:val="right"/>
      </w:pPr>
      <w:r>
        <w:t>اسپربہتساریحدیثیںہیں اور یہاںپر ڈیٹیلکاموقعنہیںہے، لیکن میں مخت صراًیہیکہوںگاکہاگر مسلمانوںمیں ،یعنی کنسٹرکٹوسوچہو،</w:t>
      </w:r>
    </w:p>
    <w:p>
      <w:r>
        <w:rPr>
          <w:b/>
        </w:rPr>
        <w:t xml:space="preserve">[1:15:27] </w:t>
      </w:r>
      <w:r>
        <w:t>woh is position mein hon keh discussion kar ke aik aadmi ko bana dein, to bara acha hai. Nahi to jo aadmi bhi kisi bhi tareeqay se ho jaye, woh chahe rigging kar ke ho jaye, tab bhi usko maan lo gi</w:t>
      </w:r>
    </w:p>
    <w:p>
      <w:pPr>
        <w:jc w:val="right"/>
      </w:pPr>
      <w:r>
        <w:t>وہ اس پوزیشنمیںہوںکہڈسکشنکرکےایکآدمیکوبنادیں، توبڑااچھاہے۔ نہیں توجوآدمیبھیکسیبھیطریقےسےہوجائے،وہ چاہےریگنگکرکےہوجائے،تببھی اسکو مانلیجئےکی</w:t>
      </w:r>
    </w:p>
    <w:p>
      <w:r>
        <w:rPr>
          <w:b/>
        </w:rPr>
        <w:t xml:space="preserve">[1:15:40] </w:t>
      </w:r>
      <w:r>
        <w:t>kyun keh "atba'u sawad al-a'zam" farmaya Rasool Allah (SAW) ne. Maulana, unka aik sawal aur hai.</w:t>
      </w:r>
    </w:p>
    <w:p>
      <w:pPr>
        <w:jc w:val="right"/>
      </w:pPr>
      <w:r>
        <w:t>ونکہاتبعسوادالاعظم فرمایارسولاللہصلیاللہعلیہوسلمنے۔ مولانا،انکا ایک سوال اور ہے۔</w:t>
      </w:r>
    </w:p>
    <w:p>
      <w:r>
        <w:rPr>
          <w:b/>
        </w:rPr>
        <w:t xml:space="preserve">[1:15:49] </w:t>
      </w:r>
      <w:r>
        <w:t>Unhon ne likha hai keh There was no media in the thirteenth century. That is why Muslims were able to opt for the policy of inaction.</w:t>
      </w:r>
    </w:p>
    <w:p>
      <w:pPr>
        <w:jc w:val="right"/>
      </w:pPr>
      <w:r>
        <w:t>انہوںنےلکھاہےکہ Therewas no media inthe thirteenthcent ury. That is whyMuslimswere ableto optfor thepol icyof inaction.</w:t>
      </w:r>
    </w:p>
    <w:p>
      <w:r>
        <w:rPr>
          <w:b/>
        </w:rPr>
        <w:t xml:space="preserve">[1:15:59] </w:t>
      </w:r>
      <w:r>
        <w:t>Now is there any possibility of Muslims refraining from giving provocative statements in the media and aggravating the situation further?</w:t>
      </w:r>
    </w:p>
    <w:p>
      <w:pPr>
        <w:jc w:val="right"/>
      </w:pPr>
      <w:r>
        <w:t>Now is there any poss ibil ityof Muslims ref rainingfrom giving prov ocative stat ements inthemedia and aggravating thesitu ation fur ther?</w:t>
      </w:r>
    </w:p>
    <w:p>
      <w:r>
        <w:rPr>
          <w:b/>
        </w:rPr>
        <w:t xml:space="preserve">[1:16:11] </w:t>
      </w:r>
      <w:r>
        <w:t>Bilkul, hum ko dekhiye, hamari team yeh sab nahi kaam kar rahi hai. Train karne ki zaroorat hai, hum train kar rahe hain logon ko. To hamare jo itnay saathi hain, koi yeh sab kaam nahi karta.</w:t>
      </w:r>
    </w:p>
    <w:p>
      <w:pPr>
        <w:jc w:val="right"/>
      </w:pPr>
      <w:r>
        <w:t>بالکل ،ہمکودیکھیے،ہماریٹیم یہسبنہیںکامکررہیہے۔ ٹرینکرنےکیضرورتہے،ہمٹرینکررہےہیںلوگوںکو ۔تو ہمارےجواتنےساتھیہیں،کوئییہسبکامنہیںکرتا ۔</w:t>
      </w:r>
    </w:p>
    <w:p>
      <w:r>
        <w:rPr>
          <w:b/>
        </w:rPr>
        <w:t xml:space="preserve">[1:16:25] </w:t>
      </w:r>
      <w:r>
        <w:t>Pehle jo hai, traditionally log aise thay, ab aap ko logon ke mind ki re-engineering karni hogi. Bas yeh hai.</w:t>
      </w:r>
    </w:p>
    <w:p>
      <w:pPr>
        <w:jc w:val="right"/>
      </w:pPr>
      <w:r>
        <w:t>پہلے جوہے، ٹریڈیشنلیلوگایسےتھے، ابآپکو لوگوںکے مائنڈکیریانجینئرنگکرنیہوگی۔ بسیہہے۔</w:t>
      </w:r>
    </w:p>
    <w:p>
      <w:r>
        <w:rPr>
          <w:b/>
        </w:rPr>
        <w:t xml:space="preserve">[1:16:35] </w:t>
      </w:r>
      <w:r>
        <w:t>Pehle to apne aap hi log jut thay, woh kingship ka zamana tha, log ab chup chap rehte thay. Ab woh daur khatam ho gaya, woh zamana khatam ho gaya, woh tradition toot gayi.</w:t>
      </w:r>
    </w:p>
    <w:p>
      <w:pPr>
        <w:jc w:val="right"/>
      </w:pPr>
      <w:r>
        <w:t>پہلےتواپنےآپہیلوگجوتھے،وہ کنگشپکازمانہتھا، لوگ اب چپچاپرہتےتھے۔ ابوہدور ختمہوگیا،وہزمان ہختمہوگیا، وہ ٹریڈیشنٹوٹگئی ۔</w:t>
      </w:r>
    </w:p>
    <w:p>
      <w:r>
        <w:rPr>
          <w:b/>
        </w:rPr>
        <w:t xml:space="preserve">[1:16:46] </w:t>
      </w:r>
      <w:r>
        <w:t>Lekin ab aap logon ke mind ki re-engineering kijiye, logon ko phir se samjhaiye.</w:t>
      </w:r>
    </w:p>
    <w:p>
      <w:pPr>
        <w:jc w:val="right"/>
      </w:pPr>
      <w:r>
        <w:t>لیکن ابآپ لوگوںکے مائنڈکیریانجینئرنگکیجئے،لوگوںکوپھرسےسمجھائیے۔</w:t>
      </w:r>
    </w:p>
    <w:p>
      <w:r>
        <w:rPr>
          <w:b/>
        </w:rPr>
        <w:t xml:space="preserve">[1:16:53] </w:t>
      </w:r>
      <w:r>
        <w:t>Abhi aaj mere paas aik Talha Sahab ka subah unka keh aap ki kitabein parhne se pehle mein sab ko dushman samajhta tha keh sab dushman hain, Hindu dushman hain, Yahoodi dushman hain, Amreeka dushman hain.</w:t>
      </w:r>
    </w:p>
    <w:p>
      <w:pPr>
        <w:jc w:val="right"/>
      </w:pPr>
      <w:r>
        <w:t>ابھی آج میرےپاسایکطلحہص احبکا صبح انکاکہ آپ کیکتاب یںپڑھنےسے پہلے میں سبکودشمنسمجھتاتھاکہسبدشمنہیں، ہندو دشمنہیں،یہودیدشمنہیں،امریکندشمنہیں۔</w:t>
      </w:r>
    </w:p>
    <w:p>
      <w:r>
        <w:rPr>
          <w:b/>
        </w:rPr>
        <w:t xml:space="preserve">[1:17:04] </w:t>
      </w:r>
      <w:r>
        <w:t>Islam ke sab khilaf saazish se karte hain, sab ke khilaf mere dil mein dushmani hoti thi. Aap ki kitabein parhne ke baad mera zehn bilkul badal gaya.</w:t>
      </w:r>
    </w:p>
    <w:p>
      <w:pPr>
        <w:jc w:val="right"/>
      </w:pPr>
      <w:r>
        <w:t>اسلام کےسبخلاف سائزسےکرتے ہیں، سبکےخلاف میرےدلمیں دشمنیہوتیتھی۔ آپ کیکتاب یںپڑھنےکےبعد میراذہنبالکلبدلگیا۔</w:t>
      </w:r>
    </w:p>
    <w:p>
      <w:r>
        <w:rPr>
          <w:b/>
        </w:rPr>
        <w:t xml:space="preserve">[1:17:15] </w:t>
      </w:r>
      <w:r>
        <w:t>Ab mein samajhta hoon keh sab insaan hain, koi dushman nahi hai. Yeh hai re-engineering of mind.</w:t>
      </w:r>
    </w:p>
    <w:p>
      <w:pPr>
        <w:jc w:val="right"/>
      </w:pPr>
      <w:r>
        <w:t>ابمیںسمجھتاہوںکہسبانسانہیں، کوئیدشمننہیںہے۔ یہہے ری انجینئرنگآف مائنڈ۔</w:t>
      </w:r>
    </w:p>
    <w:p>
      <w:r>
        <w:rPr>
          <w:b/>
        </w:rPr>
        <w:t xml:space="preserve">[1:17:25] </w:t>
      </w:r>
      <w:r>
        <w:t>to pehle jo aap cheez apne aap hath ho jati thi, uske liye aap ko koshish karni pare gi. itna hi farq huwa hai.</w:t>
      </w:r>
    </w:p>
    <w:p>
      <w:pPr>
        <w:jc w:val="right"/>
      </w:pPr>
      <w:r>
        <w:t>تو پہلے جوآپ چیزاپنےآپہاتھہوجاتیتھی،اسکےلیےآپکو کوششکرنیپڑےگی۔ اتناہیفرقہواہے۔</w:t>
      </w:r>
    </w:p>
    <w:p>
      <w:r>
        <w:rPr>
          <w:b/>
        </w:rPr>
        <w:t xml:space="preserve">[1:17:35] </w:t>
      </w:r>
      <w:r>
        <w:t>maulana, agla sawal kya hai? mr. jaan butt ne afghanistan se. unho ne poocha hai ke Qu iteoften one sees that Islamic principles and values are being better observed by non-Muslims than by Muslims.</w:t>
      </w:r>
    </w:p>
    <w:p>
      <w:pPr>
        <w:jc w:val="right"/>
      </w:pPr>
      <w:r>
        <w:t>مولانا،اگلاسوال کیاہے؟مسٹرجان بٹنےافغان ستانسے ۔انہوںنے پوچھاہےکہ Qu iteoften one seesthat Islam ic princip les and val ues are being better observedby non -Muslims than by Muslims.</w:t>
      </w:r>
    </w:p>
    <w:p>
      <w:r>
        <w:rPr>
          <w:b/>
        </w:rPr>
        <w:t xml:space="preserve">[1:17:52] </w:t>
      </w:r>
      <w:r>
        <w:t>At the same time, some Muslims have abandoned the principles of Islam while claiming allegiance to the religion of the Prophet.</w:t>
      </w:r>
    </w:p>
    <w:p>
      <w:pPr>
        <w:jc w:val="right"/>
      </w:pPr>
      <w:r>
        <w:t>At thesame time, some Muslimshave ab andonedtheprincip lesof Islam while claiming allegiancetotherelig ionofthe Prophet.</w:t>
      </w:r>
    </w:p>
    <w:p>
      <w:r>
        <w:rPr>
          <w:b/>
        </w:rPr>
        <w:t xml:space="preserve">[1:18:02] </w:t>
      </w:r>
      <w:r>
        <w:t>Is it time for us to re assess what constitutes a Muslim? Should we not consider a Muslim as one who adheres to Islamic values rather than one who claims allegiance to Islam while contravening its principles?</w:t>
      </w:r>
    </w:p>
    <w:p>
      <w:pPr>
        <w:jc w:val="right"/>
      </w:pPr>
      <w:r>
        <w:t>Isit time for us to re assess what const itut es aMuslim ? Shouldwenot consider a Muslim as one who adheresto Islam ic val ues ratherthan one who cla ims allegianceto Islam while contra veningits princip les?</w:t>
      </w:r>
    </w:p>
    <w:p>
      <w:r>
        <w:rPr>
          <w:b/>
        </w:rPr>
        <w:t xml:space="preserve">[1:18:20] </w:t>
      </w:r>
      <w:r>
        <w:t>kindly let me.</w:t>
      </w:r>
    </w:p>
    <w:p>
      <w:pPr>
        <w:jc w:val="right"/>
      </w:pPr>
      <w:r>
        <w:t>کائنڈلیکمنٹ۔</w:t>
      </w:r>
    </w:p>
    <w:p>
      <w:r>
        <w:rPr>
          <w:b/>
        </w:rPr>
        <w:t xml:space="preserve">[1:18:24] </w:t>
      </w:r>
      <w:r>
        <w:t>agar main sahi samajhta hoon, samjha hoon isko is question ko to iska matlab غالباً yeh hai ke hum declare karein ke jo musalman Islam se door ho gaya. غالباً yeh matlab hai.</w:t>
      </w:r>
    </w:p>
    <w:p>
      <w:pPr>
        <w:jc w:val="right"/>
      </w:pPr>
      <w:r>
        <w:t>اگر میںصحیحسمجھتاہوں،سمجھاہوں اسکوئسچنکو تواسکامطلب غالباًیہہےکہہمڈیکلیئرکریںکہیہمسلمانجوہےاسلام سےدورہوگیا۔ غالباًیہمطلبہے۔</w:t>
      </w:r>
    </w:p>
    <w:p>
      <w:r>
        <w:rPr>
          <w:b/>
        </w:rPr>
        <w:t xml:space="preserve">[1:18:36] </w:t>
      </w:r>
      <w:r>
        <w:t>maulana, jo Islam ko adhere kar raha hai, ji, usko kahein ke bhai yeh true Muslim hai. jo hat gaya, usko declare karein ke Islam se hat gaya.</w:t>
      </w:r>
    </w:p>
    <w:p>
      <w:pPr>
        <w:jc w:val="right"/>
      </w:pPr>
      <w:r>
        <w:t>مولانا، جواسلام کو اڈیرکررہاہے، جی،اسکو کہیںکہبھئییہٹرومسلمہے۔ جوہٹگیا،اسکوڈیکلیئرکریںکہ اسلام سےہٹگیا۔</w:t>
      </w:r>
    </w:p>
    <w:p>
      <w:r>
        <w:rPr>
          <w:b/>
        </w:rPr>
        <w:t xml:space="preserve">[1:18:45] </w:t>
      </w:r>
      <w:r>
        <w:t>yeh matlab hai. maulana, declare ka word nahi aaya, but jo aap matlab wohi hai, matlab hi yeh hai. haan,</w:t>
      </w:r>
    </w:p>
    <w:p>
      <w:pPr>
        <w:jc w:val="right"/>
      </w:pPr>
      <w:r>
        <w:t>یہمطلبہے۔ مولانا،ڈیکلیئرکاورڈنہیںآیا،بٹ جوآپ مطلبتویہیہے،مطلبیہیہے۔ ہاں،</w:t>
      </w:r>
    </w:p>
    <w:p>
      <w:r>
        <w:rPr>
          <w:b/>
        </w:rPr>
        <w:t xml:space="preserve">[1:18:52] </w:t>
      </w:r>
      <w:r>
        <w:t>dekhein, yeh Islam ki taleem nahi hai. Islam mein dekhiye, ek hai ideal, ek hai practical. ek hai ideal, ek hai practical.</w:t>
      </w:r>
    </w:p>
    <w:p>
      <w:pPr>
        <w:jc w:val="right"/>
      </w:pPr>
      <w:r>
        <w:t>دیکھیں،یہ اسلام کی تعلیم نہیںہے۔ اسلام میں دیکھیے،ایک ہےآئیڈیل ،ایک ہےپریکٹیکل۔ ایکہےآئیڈیل،ایکہےپریکٹیکل۔</w:t>
      </w:r>
    </w:p>
    <w:p>
      <w:r>
        <w:rPr>
          <w:b/>
        </w:rPr>
        <w:t xml:space="preserve">[1:19:06] </w:t>
      </w:r>
      <w:r>
        <w:t>to ideal situation agar yani achievable nahi ho to humein practical par raazi hona parta hai. to ideal toh wohi hai ke main saare musalman Islam ko follow kar rahe hon.</w:t>
      </w:r>
    </w:p>
    <w:p>
      <w:pPr>
        <w:jc w:val="right"/>
      </w:pPr>
      <w:r>
        <w:t>تو آئیڈیلسچویشناگر یعنی اچی ویبل نہہو تو ہمیں پریکٹیکلپرراضیہوناپڑتاہے۔ تو آئیڈیلتووہیہےکہمیںسارےمسلمان اسلام کو فالوکررہےہوں۔</w:t>
      </w:r>
    </w:p>
    <w:p>
      <w:r>
        <w:rPr>
          <w:b/>
        </w:rPr>
        <w:t xml:space="preserve">[1:19:22] </w:t>
      </w:r>
      <w:r>
        <w:t>woh achhi baat hai, lekin Islam ko agar follow na karein, in mein degeneration aa jaye, tab humein kya karna hai? humein samjhana bujhana hai, preaching karna hai,</w:t>
      </w:r>
    </w:p>
    <w:p>
      <w:pPr>
        <w:jc w:val="right"/>
      </w:pPr>
      <w:r>
        <w:t>وہاچھیباتہے، لیکن اسلام کواگر فالونہکریں، انمیںڈیجنریشنآجائے، تب ہمیںکیاکرناہے؟ ہمیں سمجھانابجھاناہے، پریچنگکرناہے،</w:t>
      </w:r>
    </w:p>
    <w:p>
      <w:r>
        <w:rPr>
          <w:b/>
        </w:rPr>
        <w:t xml:space="preserve">[1:19:37] </w:t>
      </w:r>
      <w:r>
        <w:t>fatwa nahi dena hai. fatwa ek activism Islam mein hai hi nahi. aajkal jo fatwa activism chala hua hai na, Islam mein nahi hai. yeh sab galat hai.</w:t>
      </w:r>
    </w:p>
    <w:p>
      <w:pPr>
        <w:jc w:val="right"/>
      </w:pPr>
      <w:r>
        <w:t>فتوینہیں دیناہے۔ فتوی ایک ٹیوزماسلام میںہےنہیں۔آجکل جوفتوی ایکٹیوچلاہواہےنا،اسلام میںنہیںہے۔ یہ سبغلطہے۔</w:t>
      </w:r>
    </w:p>
    <w:p>
      <w:r>
        <w:rPr>
          <w:b/>
        </w:rPr>
        <w:t xml:space="preserve">[1:19:47] </w:t>
      </w:r>
      <w:r>
        <w:t>misal ke taur par dekhiye, ek firqa hai, usko Ahmadi firqa kehte hain, kuch log Qadiani kehte hain usko. iske baad khoob fatwa activism chalaya gaya.</w:t>
      </w:r>
    </w:p>
    <w:p>
      <w:pPr>
        <w:jc w:val="right"/>
      </w:pPr>
      <w:r>
        <w:t>مثالکےطورپردیکھیے، ایک فرقہہے،اسکواحمد یفرقہکہتےہیں، کچھلوگ قادیانیکہتےہیںاسکو ۔ اسکےبعد خوبفتوی ایکٹیوزمچلایاگیا۔</w:t>
      </w:r>
    </w:p>
    <w:p>
      <w:r>
        <w:rPr>
          <w:b/>
        </w:rPr>
        <w:t xml:space="preserve">[1:19:58] </w:t>
      </w:r>
      <w:r>
        <w:t>yeh mere nazdeek sar ta pa galat tha bilkul. yani agar kisi ne aisa yani baat kahi thi jo aap ke nazdeek Islam ke khilaf hai to aap samjhaiye bujhaiye usko. fatwa dene ka matlab kya hai? yeh kafir hain, yeh Islam se nikal gaye hain, yeh Islam mein hai hi nahi.</w:t>
      </w:r>
    </w:p>
    <w:p>
      <w:pPr>
        <w:jc w:val="right"/>
      </w:pPr>
      <w:r>
        <w:t>یہ میرےنزدیکسرتاپہغلطتھابالکل ۔ یعنیاگر کسی نےایسا یعنی باتکہیتھی جوآپ کےنزدیکاسلام کےخلاف ہے توآپسمجھائیےبجھائیںاسکو۔فتویدینےکامطلبکیاہے؟یہکافر ہیں،یہ اسلام سےنکلگئےہیں، یہ اسلام میںہےہینہیں۔</w:t>
      </w:r>
    </w:p>
    <w:p>
      <w:r>
        <w:rPr>
          <w:b/>
        </w:rPr>
        <w:t xml:space="preserve">[1:20:19] </w:t>
      </w:r>
      <w:r>
        <w:t>Imam Muslim ne likha hai, mere paas maujood hai kitab ke</w:t>
      </w:r>
    </w:p>
    <w:p>
      <w:pPr>
        <w:jc w:val="right"/>
      </w:pPr>
      <w:r>
        <w:t>اماممسلم نےلکھاہے، میرےپاسموجود ہے کتاب کہ</w:t>
      </w:r>
    </w:p>
    <w:p>
      <w:r>
        <w:rPr>
          <w:b/>
        </w:rPr>
        <w:t xml:space="preserve">[1:20:29] </w:t>
      </w:r>
      <w:r>
        <w:t>la yukaffiru ahadun minna ahla al qibla la yukaffiru ahadun minna ahla al qibla yani jo qibla rukh par namaz parhaye, uski takfeer nahi ki jaye gi.</w:t>
      </w:r>
    </w:p>
    <w:p>
      <w:pPr>
        <w:jc w:val="right"/>
      </w:pPr>
      <w:r>
        <w:t>لا یکفر احد مناہلالقبلہ لا یکفر احد مناہلالقبلہیعنی جو قبل ہ رخپرنمازپڑھائے،اسکی تکفیرنہیںکیجائےگی۔</w:t>
      </w:r>
    </w:p>
    <w:p>
      <w:r>
        <w:rPr>
          <w:b/>
        </w:rPr>
        <w:t xml:space="preserve">[1:20:42] </w:t>
      </w:r>
      <w:r>
        <w:t>ab aap jaiye, agar Qadianiyon ko dekhiye, Ahmadi logon ko dekhiye to qibla ki taraf namaz parhte hain. woh</w:t>
      </w:r>
    </w:p>
    <w:p>
      <w:pPr>
        <w:jc w:val="right"/>
      </w:pPr>
      <w:r>
        <w:t>ابآپجائیے،اگرقادیانوںکودیکھیے،احمد یلوگوںکودیکھیںتو قبل ہ کیطرفنمازپڑھتےہیں۔وہ</w:t>
      </w:r>
    </w:p>
    <w:p>
      <w:r>
        <w:rPr>
          <w:b/>
        </w:rPr>
        <w:t xml:space="preserve">[1:20:49] </w:t>
      </w:r>
      <w:r>
        <w:t>unka, woh namaz parhte hain aur unka, unka, unka kaba, unka qibla bhi kaba hai. to aap ne takfeer kyun ki unki? to yeh jo saare ulama mashgool thay, yani Qadianiyon ya Ahmediyon ki takfeer bhi, yeh bilkul galat kaam kiya unho ne.</w:t>
      </w:r>
    </w:p>
    <w:p>
      <w:pPr>
        <w:jc w:val="right"/>
      </w:pPr>
      <w:r>
        <w:t>انکا،وہنمازپڑھتےہیںاورانکا،انکا، انکا کعبہ،انکاقبل ہبھیکعبہہے۔ تو آپنےتکفیرکیوںکیانکی ؟ تو یہ جو سارےعلم اءمشغولتھے، یعنی قادی انیوںیااحمد یوںکی تکفیربھی،یہبالکل غلطکامکیا انہوںنے۔</w:t>
      </w:r>
    </w:p>
    <w:p>
      <w:r>
        <w:rPr>
          <w:b/>
        </w:rPr>
        <w:t xml:space="preserve">[1:21:07] </w:t>
      </w:r>
      <w:r>
        <w:t>aap ko dawat karna hai, aap ko samjhana hai, aap ko yeh right hai hi nahi ke takfeer karein. aap declare karein ke yeh kafir hai, yeh fasiq hai, yeh falan hai.</w:t>
      </w:r>
    </w:p>
    <w:p>
      <w:pPr>
        <w:jc w:val="right"/>
      </w:pPr>
      <w:r>
        <w:t>آپ کو دعوتکرناہے،آپکوسمجھاناہے، آپ کو یہ رائٹہےہینہیںکہتکفیرکریں۔آپ ڈیکلیئرکریںکہیہکافر ہے، یہفزندق ہے،یہفلاںہے۔</w:t>
      </w:r>
    </w:p>
    <w:p>
      <w:r>
        <w:rPr>
          <w:b/>
        </w:rPr>
        <w:t xml:space="preserve">[1:21:21] </w:t>
      </w:r>
      <w:r>
        <w:t>aap ko, aap ko yeh you have no right to declare such fatwa you have no right to issue such fatwa to chahe Qadiani ka masla ho, chahe Ahmadi ka masla ho, chahe Barelvi ka masla ho, koi bhi masla mein aap ko ikhtilaf ho sakta hai,</w:t>
      </w:r>
    </w:p>
    <w:p>
      <w:pPr>
        <w:jc w:val="right"/>
      </w:pPr>
      <w:r>
        <w:t>آپکو ،آپکو یہyouhaveno righttodeclar esuchfat wa youhave no rightto issuesuchfatwa تو چاہے قادیانیکامسئلہہو،چاہےاحمد یکامسئلہہو،چاہےبر یلویکامسئلہہو، کوئیبھیمسئلہ میں آپ کواختلافہوسکتاہے،</w:t>
      </w:r>
    </w:p>
    <w:p>
      <w:r>
        <w:rPr>
          <w:b/>
        </w:rPr>
        <w:t xml:space="preserve">[1:21:42] </w:t>
      </w:r>
      <w:r>
        <w:t>lekin aap ko fatwa dene ka haq nahi hai. aap ko samjhaiye, islah kijiye, tablegh kijiye, dawat kijiye.</w:t>
      </w:r>
    </w:p>
    <w:p>
      <w:pPr>
        <w:jc w:val="right"/>
      </w:pPr>
      <w:r>
        <w:t>لیکنآپ کوفتویدینےکاحقنہیںہے۔ آپ کوسمجھائیے، اصلاحکیجئے،تبلیغکیجئے،دعوتکیجئے۔</w:t>
      </w:r>
    </w:p>
    <w:p>
      <w:r>
        <w:rPr>
          <w:b/>
        </w:rPr>
        <w:t xml:space="preserve">[1:21:55] </w:t>
      </w:r>
      <w:r>
        <w:t>to yeh bohat, yeh, yeh, yeh isko kehte hain globaal extremism. extremism Islam mein hai hi nahi. la ghulu fil Islam yeh dars fatwa dete hain to Qadianiyon ke mamle mein ya Ahmediyon ke mamle mein jo ulama ne kiya, woh sab ghulu tha. ghulu dars fatwa</w:t>
      </w:r>
    </w:p>
    <w:p>
      <w:pPr>
        <w:jc w:val="right"/>
      </w:pPr>
      <w:r>
        <w:t>تویہ بہت،یہ،یہ، یہاسکوکہتےہیں گولوایکسٹ ریمز م۔ ایکسٹریمزم اسلام میںہےہینہیں۔لاغلو فیالاسلام یہدرسفتویدیتےہیں تو قادیانیوںکےمعاملےمیںیااحمدیوںکےمعاملےمیںجوعلماءنےکیا،وہسبغلوتھا۔غلو درسفتوید</w:t>
      </w:r>
    </w:p>
    <w:p>
      <w:r>
        <w:rPr>
          <w:b/>
        </w:rPr>
        <w:t xml:space="preserve">[1:22:14] </w:t>
      </w:r>
      <w:r>
        <w:t>de diya, yeh kafir hain, aur halan ke in mein se kisi ne jahan tak main janta hoon, yeh nahi kiya ke woh logon se mile, h mardard ke sath, khair khwah ke sath samjhaye ke tumhara aqeedah kya hai.</w:t>
      </w:r>
    </w:p>
    <w:p>
      <w:pPr>
        <w:jc w:val="right"/>
      </w:pPr>
      <w:r>
        <w:t>ےدیا، یہکافرہیں، اور حالانکہ انمیںسےکسی نےجہاںتکمیںجانتاہوں،یہنہیںکیا کہ وہلوگوںسےملے، ہ مدردیکےساتھ،خرخائےکےساتھسمجھائے کہتمہاراعقیدہکیاہے۔</w:t>
      </w:r>
    </w:p>
    <w:p>
      <w:r>
        <w:rPr>
          <w:b/>
        </w:rPr>
        <w:t xml:space="preserve">[1:22:28] </w:t>
      </w:r>
      <w:r>
        <w:t>samjhe is poore aqeeday ko ke aap waqt ta'an dawa karte ho ke main nabi hoon ya kuch aur, tum kehte ho usko samjho, aur phir agar tumhare nazdeek woh galat unka aqeedah hai to usko samjhao, unke aqeeday ko durust karo.</w:t>
      </w:r>
    </w:p>
    <w:p>
      <w:pPr>
        <w:jc w:val="right"/>
      </w:pPr>
      <w:r>
        <w:t>سمجھےاسپورےعقیدےکو کہ آپواقعتاتمدعویٰکرتےہوکہمیں نبیہوں یاکچھاور،تمکہتےہو اسکوسمجھو، اورپھراگرتمہارےنزدیکوہغلطانکا عقیدہہےتواسکوسمجھاؤ، انکےعقیدےکودرستکرو۔</w:t>
      </w:r>
    </w:p>
    <w:p>
      <w:r>
        <w:rPr>
          <w:b/>
        </w:rPr>
        <w:t xml:space="preserve">[1:22:42] </w:t>
      </w:r>
      <w:r>
        <w:t>bas fatwa dena jaiz nahi, aur maar na kaatna aur bhi jaiz nahi hai. aajkal kya hai? maarne kaatne shuru kar dete hain, yeh qatl hadh shuru ho jata hai.</w:t>
      </w:r>
    </w:p>
    <w:p>
      <w:pPr>
        <w:jc w:val="right"/>
      </w:pPr>
      <w:r>
        <w:t>بسفت ویدیناجائزنہیں، اور مار ناکاٹنااوربھی ناجائزہے۔ آجکلکیاہے؟ مارنےکاٹنےشروعکردیتےہیں، یقت الحدشروع ہوجاتا ہے۔</w:t>
      </w:r>
    </w:p>
    <w:p>
      <w:r>
        <w:rPr>
          <w:b/>
        </w:rPr>
        <w:t xml:space="preserve">[1:22:55] </w:t>
      </w:r>
      <w:r>
        <w:t>yeh sab bilkul islam ke khilaf hai. sirf hamare liye ek hi option hai, woh hai dawat, islah, tafheem.</w:t>
      </w:r>
    </w:p>
    <w:p>
      <w:pPr>
        <w:jc w:val="right"/>
      </w:pPr>
      <w:r>
        <w:t>یہسببالکل اسلام کےخلاف ہے۔ صرفہمارےلیے ایکہیآپشنہے، وہہےدعوت ، اصلاح ،تفہیم۔</w:t>
      </w:r>
    </w:p>
    <w:p>
      <w:r>
        <w:rPr>
          <w:b/>
        </w:rPr>
        <w:t xml:space="preserve">[1:23:04] </w:t>
      </w:r>
      <w:r>
        <w:t>bas we have no option other than this</w:t>
      </w:r>
    </w:p>
    <w:p>
      <w:pPr>
        <w:jc w:val="right"/>
      </w:pPr>
      <w:r>
        <w:t>بس wehave nooptionother than this</w:t>
      </w:r>
    </w:p>
    <w:p>
      <w:r>
        <w:rPr>
          <w:b/>
        </w:rPr>
        <w:t xml:space="preserve">[1:23:12] </w:t>
      </w:r>
      <w:r>
        <w:t>yeh mein poore, yaani poore conviction se keh raha hoon ke yeh hi islam hai, aur iske khilaf jo baat log kehte hain, woh islam nahi hai. woh unka apne ghar banaya hua islam hai.</w:t>
      </w:r>
    </w:p>
    <w:p>
      <w:pPr>
        <w:jc w:val="right"/>
      </w:pPr>
      <w:r>
        <w:t>یہمیں پورے ،یعنی پورے کن وکشنسےکہہرہاہوںکہیہیاسلامہے، اوراسکےخلاف جوبات لوگکہتےہیں،وہاسلام نہیں ہے۔وہانکااپنےگھر بنایاہوا اسلام ہے۔</w:t>
      </w:r>
    </w:p>
    <w:p>
      <w:r>
        <w:rPr>
          <w:b/>
        </w:rPr>
        <w:t xml:space="preserve">[1:23:27] </w:t>
      </w:r>
      <w:r>
        <w:t>molana, yeh sawal kiya hai molana abdul basit ne doha, qatar se</w:t>
      </w:r>
    </w:p>
    <w:p>
      <w:pPr>
        <w:jc w:val="right"/>
      </w:pPr>
      <w:r>
        <w:t>مولانا، یہسوال کیا ہے مول اناعبدالب اسطنے دوحہ،قطرسے</w:t>
      </w:r>
    </w:p>
    <w:p>
      <w:r>
        <w:rPr>
          <w:b/>
        </w:rPr>
        <w:t xml:space="preserve">[1:23:34] </w:t>
      </w:r>
      <w:r>
        <w:t>. unhone likha hai: "molana hazrat ali ka ek waqia maine padha tha ke kisi jang mein jab hazrat ali ne ek mushrik par qaboo paya to usne ali ke munh par thook diya.</w:t>
      </w:r>
    </w:p>
    <w:p>
      <w:pPr>
        <w:jc w:val="right"/>
      </w:pPr>
      <w:r>
        <w:t>۔انہوںنےلکھاہے: "مول انا حضرت علی کا ایک واقع ہمیںنےپڑھاتھا کہکسی جنگ میںجب حضرت علی نےایک مشرکپر قابوپایا تو اسنے علی کےمنہپر تھوکدیا ۔</w:t>
      </w:r>
    </w:p>
    <w:p>
      <w:r>
        <w:rPr>
          <w:b/>
        </w:rPr>
        <w:t xml:space="preserve">[1:23:48] </w:t>
      </w:r>
      <w:r>
        <w:t>to hazrat ali ne aise mauqe par ek baat kahi aur use qatl karne ki bajaye chhod diya.</w:t>
      </w:r>
    </w:p>
    <w:p>
      <w:pPr>
        <w:jc w:val="right"/>
      </w:pPr>
      <w:r>
        <w:t>تو حضرت علی نےایسے موقعپر ایک بات کہی اور اسے قتلکرنے کی بجائے چھوڑدیا ۔</w:t>
      </w:r>
    </w:p>
    <w:p>
      <w:r>
        <w:rPr>
          <w:b/>
        </w:rPr>
        <w:t xml:space="preserve">[1:23:56] </w:t>
      </w:r>
      <w:r>
        <w:t>poochha gaya to bataya ke main agar uske thookne ke baad qatl karta to woh khud khuda ki raah mein nahi hota balke mera jazbati amal hota." molana, ismein jazbat ko aur iman ko alag kiya gaya hai,</w:t>
      </w:r>
    </w:p>
    <w:p>
      <w:pPr>
        <w:jc w:val="right"/>
      </w:pPr>
      <w:r>
        <w:t>پوچھاگیا تو بتایا کہ میں اگر اسکے تھوکنےکےبعد قتلکرتا تو وہ خ داکی راہمیںنہہوتا بلکہ میرا جذباتی اعمالہوتا۔" مول انا،اسمیں جذبات کو اور ایمانکو الگ کیاگیا ہے،</w:t>
      </w:r>
    </w:p>
    <w:p>
      <w:r>
        <w:rPr>
          <w:b/>
        </w:rPr>
        <w:t xml:space="preserve">[1:24:12] </w:t>
      </w:r>
      <w:r>
        <w:t>magar aaj jazbat hi ko islam ki nishani samjha ja raha hai. aisa kyun hai ?</w:t>
      </w:r>
    </w:p>
    <w:p>
      <w:pPr>
        <w:jc w:val="right"/>
      </w:pPr>
      <w:r>
        <w:t>مگر آج جذبات ہیکو اسلام کی علامتسمجھاجارہاہے۔ ایسا کیوں ہے ؟</w:t>
      </w:r>
    </w:p>
    <w:p>
      <w:r>
        <w:rPr>
          <w:b/>
        </w:rPr>
        <w:t xml:space="preserve">[1:24:22] </w:t>
      </w:r>
      <w:r>
        <w:t>bhai, aisa kyun hai? yeh dekhein, musalman daur-e-zawwal mein hain,</w:t>
      </w:r>
    </w:p>
    <w:p>
      <w:pPr>
        <w:jc w:val="right"/>
      </w:pPr>
      <w:r>
        <w:t>بھئی،ایساکیوںہے؟یہ دیکھیں،مسلمان دور زوالمیںہیں،</w:t>
      </w:r>
    </w:p>
    <w:p>
      <w:r>
        <w:rPr>
          <w:b/>
        </w:rPr>
        <w:t xml:space="preserve">[1:24:27] </w:t>
      </w:r>
      <w:r>
        <w:t>degeneration inka ho chuka hai. yeh to quran hadith se sabit hai ke musalmanon ka ek zamana aayega ke jab koi degeneration ho jayega.</w:t>
      </w:r>
    </w:p>
    <w:p>
      <w:pPr>
        <w:jc w:val="right"/>
      </w:pPr>
      <w:r>
        <w:t>ڈی جنریشن انکاہوچکاہے۔ یہتو قرآنحدیثسےثابتہےکہمسلمانوںکاایکزمانہآئےگاکہ جب کوئی ڈیجنریشنہوجائےگا۔</w:t>
      </w:r>
    </w:p>
    <w:p>
      <w:r>
        <w:rPr>
          <w:b/>
        </w:rPr>
        <w:t xml:space="preserve">[1:24:39] </w:t>
      </w:r>
      <w:r>
        <w:t>lam yakun al-islam illa ism wa lam yakun al-muslimun illa asma. islam ka sirf naam baqi reh jayega, yahan tak ke masjidon mein namazi honge lekin hidayat nahi hogi. inmein masjidon mein aam reh, woh kharab ho, yeh masjidon mein namazi bhari honge lekin hidayat se khali honge.</w:t>
      </w:r>
    </w:p>
    <w:p>
      <w:pPr>
        <w:jc w:val="right"/>
      </w:pPr>
      <w:r>
        <w:t>لمیک م الاسلامالا اسبو اسلام کاصرفنامباقیرہجائےگا، یہاںتککہ مسجدیں میںنمازیہوںگےلیکن ہدایتنہیںہوگی۔انمیں مساجد عام رہ،وہ خراب ہ ،یہمسجدیںنمازیبھریہوںگیلیکنہدایتسےخالیہوںگی۔</w:t>
      </w:r>
    </w:p>
    <w:p>
      <w:r>
        <w:rPr>
          <w:b/>
        </w:rPr>
        <w:t xml:space="preserve">[1:24:57] </w:t>
      </w:r>
      <w:r>
        <w:t>yeh to, yeh to hone wala tha, aur yeh to law of degeneration hai, sab ke liye hota hai, koi musalmanon ke liye nahi hai. ibn khaldun ne likha hai ke lawaam aamar kal afraad aamar matlab jis tarah se afraad jo hain jo jawana hote hain, phir boodhe hote hain,</w:t>
      </w:r>
    </w:p>
    <w:p>
      <w:pPr>
        <w:jc w:val="right"/>
      </w:pPr>
      <w:r>
        <w:t>یہتو،یہتوہونےوالاتھا، اوریہتو لاءآف ڈی جنریشنجوہے، سبکےلیےہوتاہے، کوئیمس لمانوںکےلیےنہیں۔ ابن خلدوننےلکھاہےکہ ل لاقوام اعمار کماللافراد اعمار مطلبجسطرحسے افراد جوہیں جوانہوتےہیں،پھربوڑھےہوتےہیں،</w:t>
      </w:r>
    </w:p>
    <w:p>
      <w:r>
        <w:rPr>
          <w:b/>
        </w:rPr>
        <w:t xml:space="preserve">[1:25:17] </w:t>
      </w:r>
      <w:r>
        <w:t>aisi qaumein bhi jawana hoti hain, boodhi hoti hain. matlab unka degeneration hota hai. to musalman aaj ka degenerated lot hai, main to inko manta hoon,</w:t>
      </w:r>
    </w:p>
    <w:p>
      <w:pPr>
        <w:jc w:val="right"/>
      </w:pPr>
      <w:r>
        <w:t>ایسی قومیںبھیجوانہوتیہیں،بوڑھیہوتیہیں۔ مطلبانکاڈیجنریشنہوتاہے۔ تو مس لمانآجکا ڈی جنریٹڈلاٹہے،میںتوانکومانتاہوں،</w:t>
      </w:r>
    </w:p>
    <w:p>
      <w:r>
        <w:rPr>
          <w:b/>
        </w:rPr>
        <w:t xml:space="preserve">[1:25:29] </w:t>
      </w:r>
      <w:r>
        <w:t>main inko degeneration ke aakhri hadd par samajhta hoon. in logon ko quran o hadith inka ek business hai, bas iski spirit kahin maujood nahi hai.</w:t>
      </w:r>
    </w:p>
    <w:p>
      <w:pPr>
        <w:jc w:val="right"/>
      </w:pPr>
      <w:r>
        <w:t>میںانکو ڈی جنریشنکےآخریحدپرسمجھتاہوں۔انلوگوںکو قرآنوحدیث انکا ایک بزنسہے، بس اسکیسپرٹکہیںموجود نہیں ہے۔</w:t>
      </w:r>
    </w:p>
    <w:p>
      <w:r>
        <w:rPr>
          <w:b/>
        </w:rPr>
        <w:t xml:space="preserve">[1:25:40] </w:t>
      </w:r>
      <w:r>
        <w:t>jis maamle mein dekhiye, jis maamle mein dekhiye, woh quran o hadith hate hue hain, woh to daur-e-zawwal mein hain, yeh aur aur zawal to har qaum ko aata hai.</w:t>
      </w:r>
    </w:p>
    <w:p>
      <w:pPr>
        <w:jc w:val="right"/>
      </w:pPr>
      <w:r>
        <w:t>جس معاملےمیںدیکھیے،جسمعاملےمیںدیکھیے، وہقرآنوحدیثہٹےہوئےہیں،وہ تو دور زوالمیںہیں،یہ اور اور زوالتوہرقومکوآتاہے۔</w:t>
      </w:r>
    </w:p>
    <w:p>
      <w:r>
        <w:rPr>
          <w:b/>
        </w:rPr>
        <w:t xml:space="preserve">[1:25:51] </w:t>
      </w:r>
      <w:r>
        <w:t>zawal, daur-e-zawwal jo hai, aisa nahi ke musalman exception hain.</w:t>
      </w:r>
    </w:p>
    <w:p>
      <w:pPr>
        <w:jc w:val="right"/>
      </w:pPr>
      <w:r>
        <w:t>زوال،دور زوالجوہے، ایسانہیںکہ مس لمان ایکسیپشنہیں۔</w:t>
      </w:r>
    </w:p>
    <w:p>
      <w:r>
        <w:rPr>
          <w:b/>
        </w:rPr>
        <w:t xml:space="preserve">[1:25:56] </w:t>
      </w:r>
      <w:r>
        <w:t>yeh isaiyon ko zawal aaya, mazhabi, mazhabi zawal, yahudiyon ko mazhabi zawal aaya, to musalmanon ko mazhabi zawal aayega. to ab hamein jo karna hai, woh hai ke phir se,</w:t>
      </w:r>
    </w:p>
    <w:p>
      <w:pPr>
        <w:jc w:val="right"/>
      </w:pPr>
      <w:r>
        <w:t>یہ عیسائیوںکوزوالآیا، مذہبی،مذہبیزوال، یہودوںکومذہبیزوالآیا، تومسلمانوںکومذہبیزوالآئےگا۔ تو ابہمیںجوکرناہے،وہ ہے کہ پھر سے،</w:t>
      </w:r>
    </w:p>
    <w:p>
      <w:r>
        <w:rPr>
          <w:b/>
        </w:rPr>
        <w:t xml:space="preserve">[1:26:12] </w:t>
      </w:r>
      <w:r>
        <w:t>phir se logon ko samjhayein, phir se logon ke</w:t>
      </w:r>
    </w:p>
    <w:p>
      <w:pPr>
        <w:jc w:val="right"/>
      </w:pPr>
      <w:r>
        <w:t>پھرسےلوگوںکوسمجھائیں، پھرسےلوگوںکے</w:t>
      </w:r>
    </w:p>
    <w:p>
      <w:r>
        <w:rPr>
          <w:b/>
        </w:rPr>
        <w:t xml:space="preserve">[1:26:18] </w:t>
      </w:r>
      <w:r>
        <w:t>zehniyat taameer karein. jisko main kehta hoon re-engineering of mind,</w:t>
      </w:r>
    </w:p>
    <w:p>
      <w:pPr>
        <w:jc w:val="right"/>
      </w:pPr>
      <w:r>
        <w:t>ذہنیتعمیرکریں۔ جسکومیںکہتاہوں ری انجینئرنگآفمائنڈ،</w:t>
      </w:r>
    </w:p>
    <w:p>
      <w:r>
        <w:rPr>
          <w:b/>
        </w:rPr>
        <w:t xml:space="preserve">[1:26:27] </w:t>
      </w:r>
      <w:r>
        <w:t>jo existing situation hai musalmanon ki, woh to yahi hai. lekin hamesha aisa hota hai ke aap inko samjha bujha kar ke ek naya insaan bana sakte hain.</w:t>
      </w:r>
    </w:p>
    <w:p>
      <w:pPr>
        <w:jc w:val="right"/>
      </w:pPr>
      <w:r>
        <w:t>جو ایگزسٹنگسچویشنہےمسلمانوںکی،وہتویہیہے۔ لیکن ہمیشہایساہوتاہےکہآپ انکو سمجھابجھاکرکے ایکنیاانسانبناسکتےہیں۔</w:t>
      </w:r>
    </w:p>
    <w:p>
      <w:r>
        <w:rPr>
          <w:b/>
        </w:rPr>
        <w:t xml:space="preserve">[1:26:36] </w:t>
      </w:r>
      <w:r>
        <w:t>jaise maine bataya ke aaj mere paas jo telephone aaya ke woh aadmi ne kaha ke main sabse nafrat karta tha, meri kitabein padhte padhte ab sab ka woh kharab ban gaya, sab ko insaan samajhne laga.</w:t>
      </w:r>
    </w:p>
    <w:p>
      <w:pPr>
        <w:jc w:val="right"/>
      </w:pPr>
      <w:r>
        <w:t>جیسےمیںنےبتایاکہآجمیرےپاسجوٹیلیفونآیا کہوہآدمینےکہاکہمیںسبسےنفرتکرتاتھا، میریکتابیںپڑھتےپڑھتے ابسب کا وہ خرخابنگیا،سبکوانسانسمجھنےلگا۔</w:t>
      </w:r>
    </w:p>
    <w:p>
      <w:r>
        <w:rPr>
          <w:b/>
        </w:rPr>
        <w:t xml:space="preserve">[1:26:48] </w:t>
      </w:r>
      <w:r>
        <w:t>to logon ke zehan ko badliye, logon ke soch ko badliye. yahan se, here is the starting point.</w:t>
      </w:r>
    </w:p>
    <w:p>
      <w:pPr>
        <w:jc w:val="right"/>
      </w:pPr>
      <w:r>
        <w:t>تو لوگوںکےذہنکوبدلیے، لوگوںکےسوچکوبدلیے۔ یہاںسے ،ہیرازداسٹارٹنگپوائنٹ۔</w:t>
      </w:r>
    </w:p>
    <w:p>
      <w:r>
        <w:rPr>
          <w:b/>
        </w:rPr>
        <w:t xml:space="preserve">[1:27:00] </w:t>
      </w:r>
      <w:r>
        <w:t>molana, yeh sawal kiya hai mr. khwaja kaleemuddin ne pennsylvania, usa se. unhone likha hai: "molana sahib, i would like to share with you a similar unwise attitude of muslims here in the usa.</w:t>
      </w:r>
    </w:p>
    <w:p>
      <w:pPr>
        <w:jc w:val="right"/>
      </w:pPr>
      <w:r>
        <w:t>مولانا،یہسوال کیاہے مسٹر خواجہ کلیم الدیننے پینسلوینیا،یوایساےسے۔ انہوںنےلکھاہے: "مول اناصاحب،آئیوڈلائکٹوشیئرودیو اسم یلر ان وائز ایٹیٹیوڈآف مسلم ز ہیراندایوایساے۔</w:t>
      </w:r>
    </w:p>
    <w:p>
      <w:r>
        <w:rPr>
          <w:b/>
        </w:rPr>
        <w:t xml:space="preserve">[1:27:16] </w:t>
      </w:r>
      <w:r>
        <w:t>muslims here choose a controversial place for their cultural religious activities.</w:t>
      </w:r>
    </w:p>
    <w:p>
      <w:pPr>
        <w:jc w:val="right"/>
      </w:pPr>
      <w:r>
        <w:t>مسلمزہیر چوز ا کنٹروورشلپلیس فار دیر کلچرل ریلیجیسایکٹیویٹیز۔</w:t>
      </w:r>
    </w:p>
    <w:p>
      <w:r>
        <w:rPr>
          <w:b/>
        </w:rPr>
        <w:t xml:space="preserve">[1:27:23] </w:t>
      </w:r>
      <w:r>
        <w:t>according to study, majority of americans do not like that centre to be built at that particular place. the so called islamophobia increases many folds because of this."</w:t>
      </w:r>
    </w:p>
    <w:p>
      <w:pPr>
        <w:jc w:val="right"/>
      </w:pPr>
      <w:r>
        <w:t>اکارڈنگٹوا سٹڈی، میجورٹیآف امریک نز ڈوناٹلائکدیٹ سینٹربی بلٹایٹدیٹپرٹیکولرپلیس۔ دا سو کالڈ اسلام وفوبیا انکریز مینی فولڈزبیکازآف دس۔</w:t>
      </w:r>
    </w:p>
    <w:p>
      <w:r>
        <w:rPr>
          <w:b/>
        </w:rPr>
        <w:t xml:space="preserve">[1:27:37] </w:t>
      </w:r>
      <w:r>
        <w:t>It's a point, no not any Muslim leader or Muslim organization is advising the group to build at some other place, except it.</w:t>
      </w:r>
    </w:p>
    <w:p>
      <w:pPr>
        <w:jc w:val="right"/>
      </w:pPr>
      <w:r>
        <w:t>ایٹدسپوائنٹ، نو نوٹوردی مسلم لیڈر اور مسلم ارگنائزیشن از ایڈوائزنگدا گروپٹوبلڈدیٹ سین ٹر اوےفرامدا کنٹروورشلپلیس، ایکسیپٹیو۔</w:t>
      </w:r>
    </w:p>
    <w:p>
      <w:r>
        <w:rPr>
          <w:b/>
        </w:rPr>
        <w:t xml:space="preserve">[1:27:50] </w:t>
      </w:r>
      <w:r>
        <w:t>Molana Saheb, my question is: What makes Muslims of today's world over to act counter to the prophetic wisdom and get furious and violent when someone makes a critical study of the Prophet's life, when they themselves are not acting on his model?</w:t>
      </w:r>
    </w:p>
    <w:p>
      <w:pPr>
        <w:jc w:val="right"/>
      </w:pPr>
      <w:r>
        <w:t>مول اناصاحب،مائیکوئسچنٹویواز: واٹ میڈمسلمزآف ٹوڈے ورلڈاوور ٹو ایکٹ کاؤنٹرٹودا پروفیتکوز ڈم اینڈگیٹ فیوریساینڈوائلنٹ وینسیمونڈز اکریٹیکل سٹڈی آفدا پرافٹسلائف، ویندےدیمسیلوزآر ناٹ ایکٹنگان ہز ماڈل؟</w:t>
      </w:r>
    </w:p>
    <w:p>
      <w:r>
        <w:rPr>
          <w:b/>
        </w:rPr>
        <w:t xml:space="preserve">[1:28:11] </w:t>
      </w:r>
      <w:r>
        <w:t>kindlikment. dekhiye, mus limanj wohin woh qaum Islam par hain, yeh qaumi mazhab par hain, yeh khudae mazhab par nahin hain.</w:t>
      </w:r>
    </w:p>
    <w:p>
      <w:pPr>
        <w:jc w:val="right"/>
      </w:pPr>
      <w:r>
        <w:t>کائنڈلیکمنٹ۔ دیکھیے،مس لمانجوہیںوہ قوم اسلام پرہیں،یہ قومی مذہبپرہیں، یہخدائیمذہبپرنہیںہیں۔</w:t>
      </w:r>
    </w:p>
    <w:p>
      <w:r>
        <w:rPr>
          <w:b/>
        </w:rPr>
        <w:t xml:space="preserve">[1:28:22] </w:t>
      </w:r>
      <w:r>
        <w:t>musalman jo aj hain woh sab qaumi mazhab par hain, khudae mazhab par nahin hain. woh tu qaumi mazhab kiya hai? taassurat par chalta hai, nafraton par chalta hai, reaction par chalta hai.</w:t>
      </w:r>
    </w:p>
    <w:p>
      <w:pPr>
        <w:jc w:val="right"/>
      </w:pPr>
      <w:r>
        <w:t>مسلمانجوآجہیںوہسبقومیمذہبپرہیں،خدائیمذہبپرنہیںہیں۔وہ تو قومیمذہبکیاہے؟ تاثراتپہچلتاہے، نفرتوںپہچلتاہے، ریایکشنپہچلتاہے۔</w:t>
      </w:r>
    </w:p>
    <w:p>
      <w:r>
        <w:rPr>
          <w:b/>
        </w:rPr>
        <w:t xml:space="preserve">[1:28:35] </w:t>
      </w:r>
      <w:r>
        <w:t>tu musalmanon ne, yaani agar Islam par chalte hote, woh tu unke haan dawat ka concept hota. dawat ke concept mein kiya hota hai? ke saari duniya ko aap ko yeksana taur par insan samajhna parta hai,</w:t>
      </w:r>
    </w:p>
    <w:p>
      <w:pPr>
        <w:jc w:val="right"/>
      </w:pPr>
      <w:r>
        <w:t>تو مسلمانوں نے ،یعنی اگر اسلام پر چلتے ہوتے،وہتو انکےہاںدعوتکاکانسیپٹہوتا۔ دعوتکےکانسیپٹمیںکیاہوتاہے؟کہ ساریدنیا کوآپکو یکساںطورپرانسانسمجھناپڑتاہے،</w:t>
      </w:r>
    </w:p>
    <w:p>
      <w:r>
        <w:rPr>
          <w:b/>
        </w:rPr>
        <w:t xml:space="preserve">[1:28:50] </w:t>
      </w:r>
      <w:r>
        <w:t>sab ko insan samajhna, sab ka khair khwah hona, chahe woh aap ke saath zulm karen, tab bhi.</w:t>
      </w:r>
    </w:p>
    <w:p>
      <w:pPr>
        <w:jc w:val="right"/>
      </w:pPr>
      <w:r>
        <w:t>سب کوانسان سمجھنا، سب کا خیرخواہہونا، چاہےوہآپکےساتھ ظلمکریں،تببھی۔</w:t>
      </w:r>
    </w:p>
    <w:p>
      <w:r>
        <w:rPr>
          <w:b/>
        </w:rPr>
        <w:t xml:space="preserve">[1:29:03] </w:t>
      </w:r>
      <w:r>
        <w:t>yeh hai Islam ki taleem, Quran mein likha hua hai. yeh</w:t>
      </w:r>
    </w:p>
    <w:p>
      <w:pPr>
        <w:jc w:val="right"/>
      </w:pPr>
      <w:r>
        <w:t>یہہے اسلام کیتعلیم ،قرآنمیںلکھاہواہے۔یہ</w:t>
      </w:r>
    </w:p>
    <w:p>
      <w:r>
        <w:rPr>
          <w:b/>
        </w:rPr>
        <w:t xml:space="preserve">[1:29:07] </w:t>
      </w:r>
      <w:r>
        <w:t>wa lanasbranna alayma aza'tumuna yaani chahe tum eza rasani karo, hum sabr karenge, chahe tumhare khilaf karrawai karo, hum tumhare khair khwah bane rahenge.</w:t>
      </w:r>
    </w:p>
    <w:p>
      <w:pPr>
        <w:jc w:val="right"/>
      </w:pPr>
      <w:r>
        <w:t>و َلَنَسْبْرَنَّ عَلَىمَاأَذَعْتُمُونَ یعنیچاہےتم ایذا رسانیکرو، ہم صبریکریںگے ،چاہےتمہمارےخلاف کارروائیکرو،ہمتمہارےخیرخواہبنےرہیںگے۔</w:t>
      </w:r>
    </w:p>
    <w:p>
      <w:r>
        <w:rPr>
          <w:b/>
        </w:rPr>
        <w:t xml:space="preserve">[1:29:20] </w:t>
      </w:r>
      <w:r>
        <w:t>yeh hai da'i ka culture. tu musalmanon mein dawat thag gai hai, dawat tu hai hi nahin. agar dawat hoti, saari duniya un ko mad'u nazar aati hai, saari duniya un ko insan nazar aati hai.</w:t>
      </w:r>
    </w:p>
    <w:p>
      <w:pPr>
        <w:jc w:val="right"/>
      </w:pPr>
      <w:r>
        <w:t>یہہے داعیکا کلچر۔ تو مسلمانوںمیںدعوتاٹھگئیہے، دعوتتوہےہینہیں ۔ اگر دعوتہوتی، ساریدنیا انکومدعونظرآتیہے،ساریدنیاانکوانساننظر آتیہے۔</w:t>
      </w:r>
    </w:p>
    <w:p>
      <w:r>
        <w:rPr>
          <w:b/>
        </w:rPr>
        <w:t xml:space="preserve">[1:29:34] </w:t>
      </w:r>
      <w:r>
        <w:t>insan friendly behaviour banta hai,</w:t>
      </w:r>
    </w:p>
    <w:p>
      <w:pPr>
        <w:jc w:val="right"/>
      </w:pPr>
      <w:r>
        <w:t>انسان فرینڈلیبیہیویئربنتاہے،</w:t>
      </w:r>
    </w:p>
    <w:p>
      <w:r>
        <w:rPr>
          <w:b/>
        </w:rPr>
        <w:t xml:space="preserve">[1:29:37] </w:t>
      </w:r>
      <w:r>
        <w:t>sahih Islami mizaj agar ho tu insan friendly behaviour. ab kiya hai? unfriendly behaviour bana hua hai, kyun ke Islam par nahin hain. musalman yaad rakhiye, masjidon mein agar aap dekhen ke namazi aa rahe hain, ja rahe hain, is ka matlab nahin ke Islam zinda hai.</w:t>
      </w:r>
    </w:p>
    <w:p>
      <w:pPr>
        <w:jc w:val="right"/>
      </w:pPr>
      <w:r>
        <w:t>صحیحاسلامی مزاجاگر ہوتو ان سان فرینڈلیبیہیویئر۔ ابکیاہے؟انفرینڈلیبیہیویئربناہواہے،کیونکہاسلام پرہےہینہیں۔مسلمان یادرکھیے، مسجدوںمیںاگر آپ دیکھیںکہ نمازیآرہےہیں،جارہےہیں،اسکامطلبنہیںکہاسلام زندہہے۔</w:t>
      </w:r>
    </w:p>
    <w:p>
      <w:r>
        <w:rPr>
          <w:b/>
        </w:rPr>
        <w:t xml:space="preserve">[1:29:56] </w:t>
      </w:r>
      <w:r>
        <w:t>spirit zinda hai tu Islam zinda hai. shakk len jo idhar udhar dekhte hain, aap asas se nahin sabit hota ke Islam zinda hai.</w:t>
      </w:r>
    </w:p>
    <w:p>
      <w:pPr>
        <w:jc w:val="right"/>
      </w:pPr>
      <w:r>
        <w:t>اسپیریٹزندہہےتواسلام زندہہے۔ شک لیںجوادھرادھردیکھتےہیں،آپ اساسسےنہیںثابتہوتاکہاسلام زندہہے۔</w:t>
      </w:r>
    </w:p>
    <w:p>
      <w:r>
        <w:rPr>
          <w:b/>
        </w:rPr>
        <w:t xml:space="preserve">[1:30:06] </w:t>
      </w:r>
      <w:r>
        <w:t>Islam tu na tu, yaani jahan jahan bhi jahad ho raha hai, woh kiya Islam? woh tu ladaiyan ho rahi hain, woh jahad nahin hai, woh qaumi ladai ho rahi hai.</w:t>
      </w:r>
    </w:p>
    <w:p>
      <w:pPr>
        <w:jc w:val="right"/>
      </w:pPr>
      <w:r>
        <w:t>اسلام تو نہتو ،یعنی جہاںجہاںبھیجہ ادہورہاہے،وہکیااسلام ؟وہتولڑائیاںہورہیہیں،وہجہادنہیںہے،وہ قومیلڑائیہورہیہے۔</w:t>
      </w:r>
    </w:p>
    <w:p>
      <w:r>
        <w:rPr>
          <w:b/>
        </w:rPr>
        <w:t xml:space="preserve">[1:30:18] </w:t>
      </w:r>
      <w:r>
        <w:t>tu asal cheez dekhiye, yeh hai ke hamare haan jo islaah ka kaam hai, woh hua hi nahin. yaani yeh tu hona hi tha ke thak ke musalman wohi, un ka degeneration ho, un ka zawal aa jaye, un ke upar. yeh tu hona hi hona tha.</w:t>
      </w:r>
    </w:p>
    <w:p>
      <w:pPr>
        <w:jc w:val="right"/>
      </w:pPr>
      <w:r>
        <w:t>تو اصلچیزدیکھیے،یہہےکہ ہمارے ہاں جو اصلاحیکامہے، وہ ہواہینہیں۔ یعنییہتوہوناہیتھا کہ تھاکہمسلمانجوہیں،انکا ڈیجنریشنہو،انکازوال آجائے،انکےاوپر۔یہتوہوناہیہوناتھا۔</w:t>
      </w:r>
    </w:p>
    <w:p>
      <w:r>
        <w:rPr>
          <w:b/>
        </w:rPr>
        <w:t xml:space="preserve">[1:30:34] </w:t>
      </w:r>
      <w:r>
        <w:t>ab is ke baad kiya karna tha? woh tha ke phir se logon ke zehn ko badalna, phir se soch ko badalna, phir se un ke andar jo kehte hain, ahyae millat karna, woh woh kaam nahin hua.</w:t>
      </w:r>
    </w:p>
    <w:p>
      <w:pPr>
        <w:jc w:val="right"/>
      </w:pPr>
      <w:r>
        <w:t>اباسکےبعد کیا کرناتھا؟ وہتھا کہ پھرسےلوگوںکےذہنکوبدلنا،پھرسےسوچکوبدلنا، پھرسےانکےاندر جوکہتےہیں، احیائےملتکرنا،وہ وہ کامہینہیںہوا۔</w:t>
      </w:r>
    </w:p>
    <w:p>
      <w:r>
        <w:rPr>
          <w:b/>
        </w:rPr>
        <w:t xml:space="preserve">[1:30:47] </w:t>
      </w:r>
      <w:r>
        <w:t>har aadmi bas jahad karne khada ho gaya, ladai bhidai ke liye khada ho gaya. jitne bhi so called reformer hamare haan hain, woh woh ladai bhidai wale reformer hain.</w:t>
      </w:r>
    </w:p>
    <w:p>
      <w:pPr>
        <w:jc w:val="right"/>
      </w:pPr>
      <w:r>
        <w:t>ہرآدمیبسجہادکرنے کھڑاہوگیا، لڑائیبھڑائیکےلیےکھڑاہوگیا۔ جتنےبھی سو کالڈریفارمرہمارےہاںہیں،وہ وہ لڑائیبھڑائیوالے ریفارمرہیں۔</w:t>
      </w:r>
    </w:p>
    <w:p>
      <w:r>
        <w:rPr>
          <w:b/>
        </w:rPr>
        <w:t xml:space="preserve">[1:30:58] </w:t>
      </w:r>
      <w:r>
        <w:t>zehn ki islaah karne wala kaun hai? jaise maine misaal di aap ko ke qadiyaniyon ya ahmadion ke khilaf ek hungama khada kar diya logon ne. yeh kaha ke maar do in ko, kaha qatl karo in ko, in ko kafir banao.</w:t>
      </w:r>
    </w:p>
    <w:p>
      <w:pPr>
        <w:jc w:val="right"/>
      </w:pPr>
      <w:r>
        <w:t>ذہنکیاصلاحکرنے والاکونہے؟ جیسےمیںنےمثالدیآپکوکہ قادیانیوں یا احمدیوںکےخلاف ایک ہنگامہکھڑاکردیالوگوںنے۔یہ کہاکہ ماروانکو،کہاقتلکروانکو ،انکوکافربناؤ۔</w:t>
      </w:r>
    </w:p>
    <w:p>
      <w:r>
        <w:rPr>
          <w:b/>
        </w:rPr>
        <w:t xml:space="preserve">[1:31:11] </w:t>
      </w:r>
      <w:r>
        <w:t>ek bhi mujhe bata dijiye, koi ek shakhs jo un ki islaah ke liye tarpah ho, jo un ki hidayat ke liye roya ho, jo un</w:t>
      </w:r>
    </w:p>
    <w:p>
      <w:pPr>
        <w:jc w:val="right"/>
      </w:pPr>
      <w:r>
        <w:t>ایکبھی مجھےبتادیا،کوئیایکشخص جو انکی اصلاحکےلیے تڑپاہو، جو انکی ہدایتکےلیےرویاہو، جو ان</w:t>
      </w:r>
    </w:p>
    <w:p>
      <w:r>
        <w:rPr>
          <w:b/>
        </w:rPr>
        <w:t xml:space="preserve">[1:31:20] </w:t>
      </w:r>
      <w:r>
        <w:t>ke un ke haan ja kar ke un ki bastiyon mein samjhaya ho ke un ke nazariyat kiya hain, aur phir un ki un ki taleem ki ho, yeh tu koi ek bhi shakhs nahin. tu jo cheez leek kar rahi hai, woh hai sachche mslheen.</w:t>
      </w:r>
    </w:p>
    <w:p>
      <w:pPr>
        <w:jc w:val="right"/>
      </w:pPr>
      <w:r>
        <w:t>کےانکےہاںجاکرکےانکیبستیوںمیںسمجھاہوکہانکے نظ ریاتکیا ہیں، اورپھرانکی انکیتعلیم کیہو،یہتوکوئیایکبھیشخص نہیں۔ تو جو چیز لیککررہیہے،وہہے سچےمصلحین۔</w:t>
      </w:r>
    </w:p>
    <w:p>
      <w:r>
        <w:rPr>
          <w:b/>
        </w:rPr>
        <w:t xml:space="preserve">[1:31:34] </w:t>
      </w:r>
      <w:r>
        <w:t>woh musalmanon mein jo girawat aai, woh tu honi hi honi thi, lekin is ke baad jo mslheen uthne chahiye the, woh mslheen nahin uthe. jo uthe, woh sab ladai bhidai wale the.</w:t>
      </w:r>
    </w:p>
    <w:p>
      <w:pPr>
        <w:jc w:val="right"/>
      </w:pPr>
      <w:r>
        <w:t>وہ مسلمانوںمیںجوگراوٹآئی،وہتوہونیہونیتھی، لیکن اسکےبعد جو مصلحیناٹھنےچاہیےتھے،وہمصلحیننہیںاٹھے۔ جواٹھے،وہسب لڑائیبھڑائیوالے تھے۔</w:t>
      </w:r>
    </w:p>
    <w:p>
      <w:r>
        <w:rPr>
          <w:b/>
        </w:rPr>
        <w:t xml:space="preserve">[1:31:44] </w:t>
      </w:r>
      <w:r>
        <w:t>yaani hamare assumption ko agar alag kar dijiye to koi utha nahin, koi islaah tahreek</w:t>
      </w:r>
    </w:p>
    <w:p>
      <w:pPr>
        <w:jc w:val="right"/>
      </w:pPr>
      <w:r>
        <w:t>یعنیہمارےاسمشنکواگر الگکردیجئے تو کوئیاٹھےنہیں،کوئیاصلاحیتحر</w:t>
      </w:r>
    </w:p>
    <w:p>
      <w:r>
        <w:rPr>
          <w:b/>
        </w:rPr>
        <w:t xml:space="preserve">[1:31:49] </w:t>
      </w:r>
      <w:r>
        <w:t>yak. musalmanon mein sab woh jahadi tehreek, takrao ki tehreek, ladai ki tehreek uthi. tu musalmanon ko jab aap ne soch nahin di, tu woh soch kaise? woh</w:t>
      </w:r>
    </w:p>
    <w:p>
      <w:pPr>
        <w:jc w:val="right"/>
      </w:pPr>
      <w:r>
        <w:t>یک۔مسلمانوںمیں سب وہجہادی تحریک،ٹکراؤکیتحریک،لڑائیکیتحریکاٹھی۔ تو مسلمانوںکو جب آپنےسوچہینہیںدی،تو وہسوچاکیسے؟وہ</w:t>
      </w:r>
    </w:p>
    <w:p>
      <w:r>
        <w:rPr>
          <w:b/>
        </w:rPr>
        <w:t xml:space="preserve">[1:32:01] </w:t>
      </w:r>
      <w:r>
        <w:t>ek bhi shakhs mujhe bata dijiye, hamare assumption ke bahar jinhon ne musalmanon ko sachche ma'non mein, yaani islaah karne ki koshish ki ho, jisko dekhiye, woh ladai bhidai ki baaten karta hai.</w:t>
      </w:r>
    </w:p>
    <w:p>
      <w:pPr>
        <w:jc w:val="right"/>
      </w:pPr>
      <w:r>
        <w:t>ایک بھیشخص مجھےبتادیجئے،ہمارےاسمشنکےباہر جنہوںنےمسلمانوںکو سچےمعنوںمیں ،یعنیاصلاحکرنےکیکوششکیہو، جسکودیکھیے،وہیلڑائیبھڑائیکیباتیںکرتاہے۔</w:t>
      </w:r>
    </w:p>
    <w:p>
      <w:r>
        <w:rPr>
          <w:b/>
        </w:rPr>
        <w:t xml:space="preserve">[1:32:15] </w:t>
      </w:r>
      <w:r>
        <w:t>tu asal cheez jo leek kar rahi hai, woh sachche mslheen.</w:t>
      </w:r>
    </w:p>
    <w:p>
      <w:pPr>
        <w:jc w:val="right"/>
      </w:pPr>
      <w:r>
        <w:t>تو اصلچیزجو لیککررہیہے،وہسچےمصلحینہیں۔</w:t>
      </w:r>
    </w:p>
    <w:p>
      <w:r>
        <w:rPr>
          <w:b/>
        </w:rPr>
        <w:t xml:space="preserve">[1:32:20] </w:t>
      </w:r>
      <w:r>
        <w:t>sachche mslheen nahin hain tu yeh ahwal musalmanon ka ho raha hai.</w:t>
      </w:r>
    </w:p>
    <w:p>
      <w:pPr>
        <w:jc w:val="right"/>
      </w:pPr>
      <w:r>
        <w:t>سچےمصلحیننہیںہیںتو یہ احوالمسلمانوںکاہورہاہے۔</w:t>
      </w:r>
    </w:p>
    <w:p>
      <w:r>
        <w:rPr>
          <w:b/>
        </w:rPr>
        <w:t xml:space="preserve">[1:32:27] </w:t>
      </w:r>
      <w:r>
        <w:t>maulana, yeh sawal kya hai miss abida ne new delhi se. unhone poocha hai: "kya shohar maa baap, bhai behan marne wale ki maghfirat ke liye tilawat quran karke eesaal-e-sawab pahuncha sakta hai ?</w:t>
      </w:r>
    </w:p>
    <w:p>
      <w:pPr>
        <w:jc w:val="right"/>
      </w:pPr>
      <w:r>
        <w:t>مولانا،یہسوال کیا ہے مس عابدہنے نئیدلیسے ۔انہوںنےپوچھاہے: "کیا شوہر ماںباپ،بھائی بہن مرنےوالے کی مغ فرتکےلیے تلاوت قرآن کرکے ایصال ثواب پہنچاسکتاہے ؟</w:t>
      </w:r>
    </w:p>
    <w:p>
      <w:r>
        <w:rPr>
          <w:b/>
        </w:rPr>
        <w:t xml:space="preserve">[1:32:43] </w:t>
      </w:r>
      <w:r>
        <w:t>iska sahi tareeqa kya hai ?" bhai, to main abhi jawab de chuka hoon. iska</w:t>
      </w:r>
    </w:p>
    <w:p>
      <w:pPr>
        <w:jc w:val="right"/>
      </w:pPr>
      <w:r>
        <w:t>اسکا صحیحطریقہکیا ہے ؟" بھائی،تومیںابھیجوابدےچکاہوں۔اسکا</w:t>
      </w:r>
    </w:p>
    <w:p>
      <w:r>
        <w:rPr>
          <w:b/>
        </w:rPr>
        <w:t xml:space="preserve">[1:32:49] </w:t>
      </w:r>
      <w:r>
        <w:t>eesaal-e-sawab ka concept hi ghair islami hai. eesaal-e-sawab mani sawab pahunchana, yani amal aap karein aur yeh niyat karein ke yeh mera amal jo hai, iska sawab pahunch jaye falan shakhs ko.</w:t>
      </w:r>
    </w:p>
    <w:p>
      <w:pPr>
        <w:jc w:val="right"/>
      </w:pPr>
      <w:r>
        <w:t>ایصالثواب کانسیپٹہی غیر اسلامی ہے۔ ایصالثوابمعنیثواب پہنچانا، یعنی عمل آپ کریں اور یہ نیتکریںکہیہمیراعملجوہے،اسکاثوابپہنچجائےفلاںشخص کو۔</w:t>
      </w:r>
    </w:p>
    <w:p>
      <w:r>
        <w:rPr>
          <w:b/>
        </w:rPr>
        <w:t xml:space="preserve">[1:33:04] </w:t>
      </w:r>
      <w:r>
        <w:t>yeh kahin yeh bilkul ilmi hai islam mein. kahin bhi quran o hadith mein nahi hai ke kisi aur ka amal kisi aur ko pahunch sakta hai. kuch bhi nahi hai, iski koi haqeeqat nahi hai. iski</w:t>
      </w:r>
    </w:p>
    <w:p>
      <w:pPr>
        <w:jc w:val="right"/>
      </w:pPr>
      <w:r>
        <w:t>یہکہیںیہبالکلایلینہےاسلام میں۔ کہیںبھی قرآنوحدیثمیںنہیںہےکہ کسی اور کاعمل کسی اورکوپہنچسکتاہے۔ کچھبھینہیںہے،اسکیکوئیحقیقتہینہیںہے۔اسکی</w:t>
      </w:r>
    </w:p>
    <w:p>
      <w:r>
        <w:rPr>
          <w:b/>
        </w:rPr>
        <w:t xml:space="preserve">[1:33:17] </w:t>
      </w:r>
      <w:r>
        <w:t>jahan bhi eesaal-e-sawab ke ke ke jo riwaj hain, hamare india mein, arabon mein to nahi hain. india mein sab bilkul baseless hain, islam se iska koi taluq nahi hai, aur marne wale ko isse kuch bhi faida nahi pahunchta hai,</w:t>
      </w:r>
    </w:p>
    <w:p>
      <w:pPr>
        <w:jc w:val="right"/>
      </w:pPr>
      <w:r>
        <w:t>جد یںبھی ایصالثوابکے کےکےجو رواجہیں،ہمارےانڈیامیں، عرب وںمیںتونہیںہیں۔ انڈ یامیں سب بالکل بیسلیسہیں، اسلام سے اسکاکوئیتعلقنہیںہے، اورمرنےوالے کواسسےکچھبھیفائدہنہیںپہنچتاہے،</w:t>
      </w:r>
    </w:p>
    <w:p>
      <w:r>
        <w:rPr>
          <w:b/>
        </w:rPr>
        <w:t xml:space="preserve">[1:33:33] </w:t>
      </w:r>
      <w:r>
        <w:t>one percent bhi nahi. yeh yeh concept islam mein ajnabi hai. amal koi kare, sawab kisi aur ko mil jaye.</w:t>
      </w:r>
    </w:p>
    <w:p>
      <w:pPr>
        <w:jc w:val="right"/>
      </w:pPr>
      <w:r>
        <w:t>ون پرسنٹبھینہیں۔ یہ یہ کانسیپٹ اسلام میںاجنبیہے۔ عمل کوئیکرے، ثوابکسیاورکوملجائے۔</w:t>
      </w:r>
    </w:p>
    <w:p>
      <w:r>
        <w:rPr>
          <w:b/>
        </w:rPr>
        <w:t xml:space="preserve">[1:33:45] </w:t>
      </w:r>
      <w:r>
        <w:t>saaf saaf quran mein hai ke laysa lil insaani illa ma sa. khud aadmi ne jo kuch kiya hoga, marne se pehle bas wohi iska amal hai, wohi iske kaam aayega marne ke baad.</w:t>
      </w:r>
    </w:p>
    <w:p>
      <w:pPr>
        <w:jc w:val="right"/>
      </w:pPr>
      <w:r>
        <w:t>صافصافقرآنمیںہےکہ لَيْسَلِلْإِنْسَانِإِلَّامَاصَا خود آدمینےجوکچھکیاہوگا، مرنےسےپہلے بسوہیاسکا عمل ہے، وہیاسکےکامآئےگامرنےکےبعد ۔</w:t>
      </w:r>
    </w:p>
    <w:p>
      <w:r>
        <w:rPr>
          <w:b/>
        </w:rPr>
        <w:t xml:space="preserve">[1:33:58] </w:t>
      </w:r>
      <w:r>
        <w:t>kisi aur ka amal marne ke baad iske kaam aane wala nahi hai.</w:t>
      </w:r>
    </w:p>
    <w:p>
      <w:pPr>
        <w:jc w:val="right"/>
      </w:pPr>
      <w:r>
        <w:t>کسی اورکا عمل مرنےکےبعد اسکےکامآنےوالانہیںہے۔</w:t>
      </w:r>
    </w:p>
    <w:p>
      <w:r>
        <w:rPr>
          <w:b/>
        </w:rPr>
        <w:t xml:space="preserve">[1:34:07] </w:t>
      </w:r>
      <w:r>
        <w:t>maulana, ek sawal aur poocha gaya hai delhi se. likhne wale ne apna naam nahi diya hai.</w:t>
      </w:r>
    </w:p>
    <w:p>
      <w:pPr>
        <w:jc w:val="right"/>
      </w:pPr>
      <w:r>
        <w:t>مولانا،ایکسوال اور پوچھاگیاہے دلیسے ۔ لکھنےوالے نےاپنانام نہیںدیا ہے۔</w:t>
      </w:r>
    </w:p>
    <w:p>
      <w:r>
        <w:rPr>
          <w:b/>
        </w:rPr>
        <w:t xml:space="preserve">[1:34:13] </w:t>
      </w:r>
      <w:r>
        <w:t>poocha hai ke "We feel we must accept LHC verdict. What is your opinion? How can we compel Waqf Board for not going for appeal?"</w:t>
      </w:r>
    </w:p>
    <w:p>
      <w:pPr>
        <w:jc w:val="right"/>
      </w:pPr>
      <w:r>
        <w:t>پوچھاہے کہ "Wefeelwe must accept LC H Cverd ict. Whatisyouropinion? How canwe comp el وق ف بورڈ for not goingfor appe al?</w:t>
      </w:r>
    </w:p>
    <w:p>
      <w:r>
        <w:rPr>
          <w:b/>
        </w:rPr>
        <w:t xml:space="preserve">[1:34:27] </w:t>
      </w:r>
      <w:r>
        <w:t>Shouldamosquebe re built at joiningto Ram Mandir?" kind like ment. dekhiye, aajkal jo rujhana hai musalmanon ka, woh kya hai?</w:t>
      </w:r>
    </w:p>
    <w:p>
      <w:pPr>
        <w:jc w:val="right"/>
      </w:pPr>
      <w:r>
        <w:t>Shouldamosquebe re built at joiningto Ram Mandir?" کائنڈلیکمنٹ۔ دیکھیے،آجکل جورجحانہےمسلمانوںکا،وہ کیاہے؟</w:t>
      </w:r>
    </w:p>
    <w:p>
      <w:r>
        <w:rPr>
          <w:b/>
        </w:rPr>
        <w:t xml:space="preserve">[1:34:36] </w:t>
      </w:r>
      <w:r>
        <w:t>musalmanon ka nahi, so called leaderon ka ke hum supreme court jayenge.</w:t>
      </w:r>
    </w:p>
    <w:p>
      <w:pPr>
        <w:jc w:val="right"/>
      </w:pPr>
      <w:r>
        <w:t>مسلمانوںکانہیں،سوکالڈلیڈروںکا کہہمسپریمکورٹبجائیںگے۔</w:t>
      </w:r>
    </w:p>
    <w:p>
      <w:r>
        <w:rPr>
          <w:b/>
        </w:rPr>
        <w:t xml:space="preserve">[1:34:41] </w:t>
      </w:r>
      <w:r>
        <w:t>yeh bilkul steped baat hai, steped.</w:t>
      </w:r>
    </w:p>
    <w:p>
      <w:pPr>
        <w:jc w:val="right"/>
      </w:pPr>
      <w:r>
        <w:t>یہبالکل اسٹیپڈباتہے،اسٹیپڈ۔</w:t>
      </w:r>
    </w:p>
    <w:p>
      <w:r>
        <w:rPr>
          <w:b/>
        </w:rPr>
        <w:t xml:space="preserve">[1:34:46] </w:t>
      </w:r>
      <w:r>
        <w:t>yani agar abhi jo judgment aaya hai, isko musalman samajhte hain ke musalmanon ke ke saath insaaf nahi hua hai, aur aur chahte hain ke supreme court jaye.</w:t>
      </w:r>
    </w:p>
    <w:p>
      <w:pPr>
        <w:jc w:val="right"/>
      </w:pPr>
      <w:r>
        <w:t>یعنی اگر ابھیجو ججمنٹآیاہے، اسکو مسلمانسمجھتےہیںکہ مس لمانوںکے کےساتھ انصافنہیںہواہے، اور اورچاہتےہیںکہ سپریمکورٹبجائے۔</w:t>
      </w:r>
    </w:p>
    <w:p>
      <w:r>
        <w:rPr>
          <w:b/>
        </w:rPr>
        <w:t xml:space="preserve">[1:35:01] </w:t>
      </w:r>
      <w:r>
        <w:t>jaise suppose supreme court ka judgment ekdum musalmanon ke haq mein ho jaye.</w:t>
      </w:r>
    </w:p>
    <w:p>
      <w:pPr>
        <w:jc w:val="right"/>
      </w:pPr>
      <w:r>
        <w:t>جیسےسپوز سپریمکورٹکا ججمنٹایکدممسلمانوںکےحقمیںہوجائے۔</w:t>
      </w:r>
    </w:p>
    <w:p>
      <w:r>
        <w:rPr>
          <w:b/>
        </w:rPr>
        <w:t xml:space="preserve">[1:35:07] </w:t>
      </w:r>
      <w:r>
        <w:t>suppose is judgment supreme court kar de ke woh jo zameen hai, woh saari ke saari musalmanon ko de di jaye.</w:t>
      </w:r>
    </w:p>
    <w:p>
      <w:pPr>
        <w:jc w:val="right"/>
      </w:pPr>
      <w:r>
        <w:t>سپ وز اسججمنٹ سپریم کورٹکردے کہوہجو زمین ہے، وہ ساری کیساری مسلمانوںکو دےدیجائے۔</w:t>
      </w:r>
    </w:p>
    <w:p>
      <w:r>
        <w:rPr>
          <w:b/>
        </w:rPr>
        <w:t xml:space="preserve">[1:35:15] </w:t>
      </w:r>
      <w:r>
        <w:t>farz kijiye, to aap samajhte hain ke aisa ho jayega?</w:t>
      </w:r>
    </w:p>
    <w:p>
      <w:pPr>
        <w:jc w:val="right"/>
      </w:pPr>
      <w:r>
        <w:t>فرضکیجئے، توآپسمجھتےہیںکہایساہوجائےگا؟</w:t>
      </w:r>
    </w:p>
    <w:p>
      <w:r>
        <w:rPr>
          <w:b/>
        </w:rPr>
        <w:t xml:space="preserve">[1:35:22] </w:t>
      </w:r>
      <w:r>
        <w:t>musalmanon ne 1985 mein isi mulk mein shabanon ke mamle mein jo kiya, woh bhool gaye. woh</w:t>
      </w:r>
    </w:p>
    <w:p>
      <w:pPr>
        <w:jc w:val="right"/>
      </w:pPr>
      <w:r>
        <w:t>مسلمان وںنے 19 8 5 میں اسیملکمیں شع بانوںکےمعاملےمیں جو کیا،وہبھولگئے۔وہ</w:t>
      </w:r>
    </w:p>
    <w:p>
      <w:r>
        <w:rPr>
          <w:b/>
        </w:rPr>
        <w:t xml:space="preserve">[1:35:34] </w:t>
      </w:r>
      <w:r>
        <w:t>shabanon ke case jo tha, supreme court ne judgment diya apna. supreme court ne aur saare musalmanon ke khilaf khade hue, uth ke kaha ke hum nahi mante isko.</w:t>
      </w:r>
    </w:p>
    <w:p>
      <w:pPr>
        <w:jc w:val="right"/>
      </w:pPr>
      <w:r>
        <w:t>شع بانوں کےکیسجوتھا، سپریمکورٹنے ججمنٹدیا اپنا۔سپریمکورٹنے اور سارے مسلمانوںکےخلاف کھڑےہوئے،اٹھکے کہاکہہمنہیںمانتےاسکو۔</w:t>
      </w:r>
    </w:p>
    <w:p>
      <w:r>
        <w:rPr>
          <w:b/>
        </w:rPr>
        <w:t xml:space="preserve">[1:35:45] </w:t>
      </w:r>
      <w:r>
        <w:t>radd kar diya is faisle ko. to jo musalmanon ne kiya, woh hindu ke, yani hindu ko iska haq nahi hai. agar musalman samajhte hain ke hamara right hai ke hum supreme court ke faisle ko na maane, to aap kya samajhte hain ke hindu ka right nahi hai? yeh</w:t>
      </w:r>
    </w:p>
    <w:p>
      <w:pPr>
        <w:jc w:val="right"/>
      </w:pPr>
      <w:r>
        <w:t>ردکردیا اسفیصلےکو۔ توجو مس لمانوںنےکیا،وہہندو کے ،یعنی ہندو کو اسکاحقنہیںہے۔ اگر مس لمانسمجھتےہیںکہہمارارائٹہےکہہم سپریمکورٹکےفیصلےکونہمانیں، تو آپکیا سمجھتےہیںکہ ہندو کارائٹنہیںہے؟یہ</w:t>
      </w:r>
    </w:p>
    <w:p>
      <w:r>
        <w:rPr>
          <w:b/>
        </w:rPr>
        <w:t xml:space="preserve">[1:36:02] </w:t>
      </w:r>
      <w:r>
        <w:t>to suppose supreme court faisla de de aapke haq mein, tab bhi woh chalne wala nahi hai. to hindu committee khadi ho jayegi ke hum nahi mante, jaise ke aap khade hue shabanon ke mamle mein.</w:t>
      </w:r>
    </w:p>
    <w:p>
      <w:pPr>
        <w:jc w:val="right"/>
      </w:pPr>
      <w:r>
        <w:t>تو سپوز سپریمکورٹفیصلہدےدےآپکےحق میں، تببھیوہچلنےوالانہیںہے۔ توہندو کمیٹیکھڑیہوجائےگی کہہمنہیںمانتے، جیسےکہآپکھڑےہوئے شعبانوںکےمعاملےمیں۔</w:t>
      </w:r>
    </w:p>
    <w:p>
      <w:r>
        <w:rPr>
          <w:b/>
        </w:rPr>
        <w:t xml:space="preserve">[1:36:14] </w:t>
      </w:r>
      <w:r>
        <w:t>yeh sab bilkul steped baatein hain, ahmaqana baatein hain. kuch nahi, aap isko full stop lagaiye, koi kaam mat lagaiye.</w:t>
      </w:r>
    </w:p>
    <w:p>
      <w:pPr>
        <w:jc w:val="right"/>
      </w:pPr>
      <w:r>
        <w:t>یہسببالکل اسٹیپڈباتیںہیں،احمقانہباتیںہیں۔ کچھنہیں،آپ اسکو فل سٹاپلگائیے، کوئی کام متلگائیے۔</w:t>
      </w:r>
    </w:p>
    <w:p>
      <w:r>
        <w:rPr>
          <w:b/>
        </w:rPr>
        <w:t xml:space="preserve">[1:36:24] </w:t>
      </w:r>
      <w:r>
        <w:t>jo log kehte hain ke out of court isko decide kiya jaye, dono committee mil kar ke, woh is baat se ke aap phir kaam lag rahe hain.</w:t>
      </w:r>
    </w:p>
    <w:p>
      <w:pPr>
        <w:jc w:val="right"/>
      </w:pPr>
      <w:r>
        <w:t>جولوگیہکہتےہیںکہ آؤٹآفکورٹ اسکوڈیسائیڈکیاجائے، دونوںکمیٹیملکرکے، وہاسباتسےکہآپپھرکاملگارہےہیں۔</w:t>
      </w:r>
    </w:p>
    <w:p>
      <w:r>
        <w:rPr>
          <w:b/>
        </w:rPr>
        <w:t xml:space="preserve">[1:36:34] </w:t>
      </w:r>
      <w:r>
        <w:t>jo yeh kehte hain ke supreme court mein hum jayein, iska matlab hai woh kaam lag rahe hain. maine bar bar yeh kaha hai ke ismein kaam lagayenge to lagta rahega kaam, for ever.</w:t>
      </w:r>
    </w:p>
    <w:p>
      <w:pPr>
        <w:jc w:val="right"/>
      </w:pPr>
      <w:r>
        <w:t>جویہکہتےہیںکہسپریمکورٹمیںہمجائیں، اسکامطلبہےوہکام لگارہےہیں۔ میںنےباربار یہکہاہےکہاسمیںکام لگائیںگےتولگتاہیرہےگاکام، فار ایور۔</w:t>
      </w:r>
    </w:p>
    <w:p>
      <w:r>
        <w:rPr>
          <w:b/>
        </w:rPr>
        <w:t xml:space="preserve">[1:36:44] </w:t>
      </w:r>
      <w:r>
        <w:t>aap full stop lagaiye, kahin na kahin rok dijiye. bas to</w:t>
      </w:r>
    </w:p>
    <w:p>
      <w:pPr>
        <w:jc w:val="right"/>
      </w:pPr>
      <w:r>
        <w:t>آپفلسٹاپلگائیے، کہیںنہکہیںروکدیجئے۔بس تو</w:t>
      </w:r>
    </w:p>
    <w:p>
      <w:r>
        <w:rPr>
          <w:b/>
        </w:rPr>
        <w:t xml:space="preserve">[1:36:50] </w:t>
      </w:r>
      <w:r>
        <w:t>ab jo ab jo sahi stand musalmanon ka hona chahiye, wahi yeh hona chahiye ke court ke jo bhi faisle hote hain, usko implement karne ki zimmedari hoti hai government ki, administration ki.</w:t>
      </w:r>
    </w:p>
    <w:p>
      <w:pPr>
        <w:jc w:val="right"/>
      </w:pPr>
      <w:r>
        <w:t>ابجو ابجو صحیحسٹینڈمسلمانوںکاہوناچاہیے،وہیہہوناچاہیے کہ کورٹکےجوبھیفیصلےہوتےہیں، اسکو امپلیمنٹکرنےکیذمہداریہوتیہے گورنمنٹکی، ایڈمنسٹریشنکی۔</w:t>
      </w:r>
    </w:p>
    <w:p>
      <w:r>
        <w:rPr>
          <w:b/>
        </w:rPr>
        <w:t xml:space="preserve">[1:37:03] </w:t>
      </w:r>
      <w:r>
        <w:t>to jo faisla kiya hai court ne, ab ab court ke faisle ke baad ab jo kaam hai, government ka shuru hota hai. government ko implement kare.</w:t>
      </w:r>
    </w:p>
    <w:p>
      <w:pPr>
        <w:jc w:val="right"/>
      </w:pPr>
      <w:r>
        <w:t>توجو فیصلہ کیاہےکورٹنے، اب اب کورٹ کے فیصلےکےبعد ابجو کام ہے،گورنمنٹکاشروعہوتاہے۔گورنمنٹکوامپلیمنٹکرے۔</w:t>
      </w:r>
    </w:p>
    <w:p>
      <w:r>
        <w:rPr>
          <w:b/>
        </w:rPr>
        <w:t xml:space="preserve">[1:37:13] </w:t>
      </w:r>
      <w:r>
        <w:t>agar government ke nazdeek faisle mein koi laiqoon hai to usko clarify karwaye, khud government. government clarify karwaye, phir se isse musalman isse alag ho jaye. bilkul musalman ka role khatam ho gaya,</w:t>
      </w:r>
    </w:p>
    <w:p>
      <w:pPr>
        <w:jc w:val="right"/>
      </w:pPr>
      <w:r>
        <w:t>اگر گورنمنٹکےنزدیک فیصلےمیںکوئیلیکوناہے تو اسکو کلیریفائی کروائے،خود گورنمنٹ۔ گورنمنٹکلیریفائیکروائے،پھرسےاسسے مسلماناسسےالگہوجائے۔بالکل مسلمانکا رولختمہوگیا،</w:t>
      </w:r>
    </w:p>
    <w:p>
      <w:r>
        <w:rPr>
          <w:b/>
        </w:rPr>
        <w:t xml:space="preserve">[1:37:31] </w:t>
      </w:r>
      <w:r>
        <w:t>aur kaam lagayenge to kamaal lagta rahega, yahan tak ke aap barbaad hote rahenge. aur koi kahein bhi, yani kabhi bhi cheez se decide nahi hogi, kabhi bhi nahi hogi decide.</w:t>
      </w:r>
    </w:p>
    <w:p>
      <w:pPr>
        <w:jc w:val="right"/>
      </w:pPr>
      <w:r>
        <w:t>اور کام لگائیںگےتو کماللگتارہےگا،یہاںتککہآپبربادہوتےرہیںگے۔ اور کوئی کہیںبھی ،یعنی کبھیکبھیبھیچیزسےڈیسائیڈنہیںہوگی، کبھیبھینہیںہوگیڈیسائیڈ۔</w:t>
      </w:r>
    </w:p>
    <w:p>
      <w:r>
        <w:rPr>
          <w:b/>
        </w:rPr>
        <w:t xml:space="preserve">[1:37:44] </w:t>
      </w:r>
      <w:r>
        <w:t>yeh now and never ka mamla hai, yani aaj ya to aaj aap full stop laga dijiye, aur nahi to kabhi full stop nahi lagega.</w:t>
      </w:r>
    </w:p>
    <w:p>
      <w:pPr>
        <w:jc w:val="right"/>
      </w:pPr>
      <w:r>
        <w:t>یہناؤاورنیورکامعاملہہے،یعنیآج یاتوآجآپ فل سٹاپلگادیجئے، اورنہیںتوکبھی فلسٹاپنہیںلگےگا۔</w:t>
      </w:r>
    </w:p>
    <w:p>
      <w:r>
        <w:rPr>
          <w:b/>
        </w:rPr>
        <w:t xml:space="preserve">[1:37:54] </w:t>
      </w:r>
      <w:r>
        <w:t>maine 1952 mein bhi kaha tha ke full stop lagao, aur kaam mat lagao, nahi to lagta jaake kaam aaye, ek ke baad ek ke baad ek baat. wahi ho raha hai, 60 baras se kaamil lag rahe hain, to abhi 60 baras aur kaam lagte rahenge.</w:t>
      </w:r>
    </w:p>
    <w:p>
      <w:pPr>
        <w:jc w:val="right"/>
      </w:pPr>
      <w:r>
        <w:t>میںنے1952میںبھیکہاتھا کہ فلسٹاپلگاؤ، اورکام متلگاؤ،نہیںتو لگتاجاکےکامآئے،ایککےبعدایککےبعدایکبات۔وہیہورہاہے، 60برسسےکاملگرہےہیں، تو ابھی 60برساورکام لگتےرہیںگے۔</w:t>
      </w:r>
    </w:p>
    <w:p>
      <w:r>
        <w:rPr>
          <w:b/>
        </w:rPr>
        <w:t xml:space="preserve">[1:38:09] </w:t>
      </w:r>
      <w:r>
        <w:t>kuch bhi nahi, musalman is mamle mein khamosh ho jayein, aur yeh maan lein ke adalat ka faisla jo hai, usko implement karna government ka kaam hai, woh kare.</w:t>
      </w:r>
    </w:p>
    <w:p>
      <w:pPr>
        <w:jc w:val="right"/>
      </w:pPr>
      <w:r>
        <w:t>کچھبھینہیں ، مس لمان اسمعاملےمیںخاموشہوجائیں، اور یہ مان لیںکہ عدالتکافیصلہ جوہے، اسکو امپلیمنٹکرناگورنمنٹکاکامہے، وہ کرے۔</w:t>
      </w:r>
    </w:p>
    <w:p>
      <w:r>
        <w:rPr>
          <w:b/>
        </w:rPr>
        <w:t xml:space="preserve">[1:38:22] </w:t>
      </w:r>
      <w:r>
        <w:t>clarification chahiye government ko, to woh khud pooche court se. ab ab kaam government ka hai, musalmanon ka kuch bhi nahi hai. Maulana, yeh sawal matlab isse peace, isse peace qaim hoga, normal tea qaim ho</w:t>
      </w:r>
    </w:p>
    <w:p>
      <w:pPr>
        <w:jc w:val="right"/>
      </w:pPr>
      <w:r>
        <w:t>کلیریفیکیشنچاہیےگورنمنٹکو،تووہخود پوچھے کورٹسے۔ ابابکامگورنمنٹکاہے،مسلمانوںکاکچھبھینہیںہے۔ مولانا،یہ سوالمطلباسسےپیس،اسسےپیسقائمہوگا، نارمل ٹیقائمہو</w:t>
      </w:r>
    </w:p>
    <w:p>
      <w:r>
        <w:rPr>
          <w:b/>
        </w:rPr>
        <w:t xml:space="preserve">[1:38:37] </w:t>
      </w:r>
      <w:r>
        <w:t>gi. Hindu musalmanon ke talluqat jo hain, normal ho jayenge, aur woh supreme. wohi ko mein supreme samajhta hoon.</w:t>
      </w:r>
    </w:p>
    <w:p>
      <w:pPr>
        <w:jc w:val="right"/>
      </w:pPr>
      <w:r>
        <w:t>گی۔ ہندو مسلموںکےتعلقاتجوہیں،نارملہوجائیںگے، اوروہسپریمہے۔ وہیکو میںسپریمسمجھتاہوں۔</w:t>
      </w:r>
    </w:p>
    <w:p>
      <w:r>
        <w:rPr>
          <w:b/>
        </w:rPr>
        <w:t xml:space="preserve">[1:38:47] </w:t>
      </w:r>
      <w:r>
        <w:t>Maulana, yeh sawal kiya hai Maulana Abdul Basit ne Doha, Qatar se. unhone likha hai: "Maulana Babri Masjid se mutalliq adalat adalti faisle mein musalmanon ko bhi ek hissa dene ki baat kahi gayi hai.</w:t>
      </w:r>
    </w:p>
    <w:p>
      <w:pPr>
        <w:jc w:val="right"/>
      </w:pPr>
      <w:r>
        <w:t>مولانا،یہسوال کیا ہے مول اناعبدالب اسطعمرینے دوحہ،قطرسے۔ انہوںنےلکھاہے: "مول انا بابری مسجدسے متعلق عد التعدالتیفیصلےمیں مسلمانوںکوبھی ایک حصہدینےکیبات کہیگئی ہے۔</w:t>
      </w:r>
    </w:p>
    <w:p>
      <w:r>
        <w:rPr>
          <w:b/>
        </w:rPr>
        <w:t xml:space="preserve">[1:39:03] </w:t>
      </w:r>
      <w:r>
        <w:t>yeh pehle se to behtar thi,</w:t>
      </w:r>
    </w:p>
    <w:p>
      <w:pPr>
        <w:jc w:val="right"/>
      </w:pPr>
      <w:r>
        <w:t>یہ پہلے سے تو بہترتھی،</w:t>
      </w:r>
    </w:p>
    <w:p>
      <w:r>
        <w:rPr>
          <w:b/>
        </w:rPr>
        <w:t xml:space="preserve">[1:39:06] </w:t>
      </w:r>
      <w:r>
        <w:t>musalman usko accept karte aur dawat ul Allah ke liye poori tarah mustaid hote, magar aisa nahi hua.</w:t>
      </w:r>
    </w:p>
    <w:p>
      <w:pPr>
        <w:jc w:val="right"/>
      </w:pPr>
      <w:r>
        <w:t>مس لمان اسکو ایکسیپٹکرتے اور دعوت الا اللہ کےلیے پوریطرح مستعدہوتے، مگر ایسا نہیں ہوا ۔</w:t>
      </w:r>
    </w:p>
    <w:p>
      <w:r>
        <w:rPr>
          <w:b/>
        </w:rPr>
        <w:t xml:space="preserve">[1:39:16] </w:t>
      </w:r>
      <w:r>
        <w:t>ab supreme court mein mukadma dair karne ki baat kar rahe hain. kya yeh soorat e haal wohi nahi hai jo Arab mein Falasteen ke mutalliq hua?</w:t>
      </w:r>
    </w:p>
    <w:p>
      <w:pPr>
        <w:jc w:val="right"/>
      </w:pPr>
      <w:r>
        <w:t>اب سپریمکورٹمیں مقدمہدائرکرنے کیبات کررہےہیں۔ کیا یہ صورت حالوہینہیں ہے جو عرب میں فلس طینکے متعلقہوا ؟</w:t>
      </w:r>
    </w:p>
    <w:p>
      <w:r>
        <w:rPr>
          <w:b/>
        </w:rPr>
        <w:t xml:space="preserve">[1:39:27] </w:t>
      </w:r>
      <w:r>
        <w:t>1947 mein jo baat kahi gayi, to use musalmanon ne mana nahi. ab musalman usse bhi haath dho baithe hain.</w:t>
      </w:r>
    </w:p>
    <w:p>
      <w:pPr>
        <w:jc w:val="right"/>
      </w:pPr>
      <w:r>
        <w:t>19 4 7 میںجو بات کہیگئی ،تو اسے مس لمانوںنے مانانہیں ۔ اب مس لمان اسسےبھی ہاتھ د ھوبیٹھےہیں۔</w:t>
      </w:r>
    </w:p>
    <w:p>
      <w:r>
        <w:rPr>
          <w:b/>
        </w:rPr>
        <w:t xml:space="preserve">[1:39:36] </w:t>
      </w:r>
      <w:r>
        <w:t>iske bare mein batayein." Haan, sahi baat hai. 1948 mein Falasteen ko taqseem kiya gaya, usko partition kiya gaya.</w:t>
      </w:r>
    </w:p>
    <w:p>
      <w:pPr>
        <w:jc w:val="right"/>
      </w:pPr>
      <w:r>
        <w:t>اسکےبارےمیں بتائیں۔" ہاں،صحیحباتہے۔ 19 4 8 میں فلسطینکو تقسیمکیا گیا، اسکوپارٹیشنکیاگیا۔</w:t>
      </w:r>
    </w:p>
    <w:p>
      <w:r>
        <w:rPr>
          <w:b/>
        </w:rPr>
        <w:t xml:space="preserve">[1:39:48] </w:t>
      </w:r>
      <w:r>
        <w:t>refly aadha diya gaya</w:t>
      </w:r>
    </w:p>
    <w:p>
      <w:pPr>
        <w:jc w:val="right"/>
      </w:pPr>
      <w:r>
        <w:t>رفلیآدھا دیا گیا یہ ودیلوگوںکو ، آدھادیاعرب وںکو ۔ مسلمانوںکوملناچاہیےتھااسکو، لیکن انہوںنےکام لگادیا، اورآجتککامہیلگرہاہے۔</w:t>
      </w:r>
    </w:p>
    <w:p>
      <w:r>
        <w:rPr>
          <w:b/>
        </w:rPr>
        <w:t xml:space="preserve">[1:40:02] </w:t>
      </w:r>
      <w:r>
        <w:t>aur jo tha, woh bhi kho kho diya Arabon ne.</w:t>
      </w:r>
    </w:p>
    <w:p>
      <w:pPr>
        <w:jc w:val="right"/>
      </w:pPr>
      <w:r>
        <w:t>اورجو تھا،وہبھی کھو کھودیاعربوںنے۔</w:t>
      </w:r>
    </w:p>
    <w:p>
      <w:r>
        <w:rPr>
          <w:b/>
        </w:rPr>
        <w:t xml:space="preserve">[1:40:05] </w:t>
      </w:r>
      <w:r>
        <w:t>dekhiye, controversy mamlaat mein aap ko status quo ko manna padta hai. yaad rakhiye, controversy mamlaat mein agar status quo na maane to kabhi bhi baat khatam nahi hoti,</w:t>
      </w:r>
    </w:p>
    <w:p>
      <w:pPr>
        <w:jc w:val="right"/>
      </w:pPr>
      <w:r>
        <w:t>دیکھیے، کنٹروورشلمعاملات میں آپ کو اسٹیٹسکوکومانناپڑتاہے۔یادرکھیے، کنٹروورشلمعاملاتمیںاگراسٹیٹسکونہمانیںتو کبھیبھیباتختمنہیںہوتی،</w:t>
      </w:r>
    </w:p>
    <w:p>
      <w:r>
        <w:rPr>
          <w:b/>
        </w:rPr>
        <w:t xml:space="preserve">[1:40:20] </w:t>
      </w:r>
      <w:r>
        <w:t>kabhi baat khatam nahi hoti. 48 mein jo status quo tha Falasteen ka, usko manna chahiye tha. inko Kashmir mein yahi jo 47 ke baad jo status quo tha, usko manna chahiye tha.</w:t>
      </w:r>
    </w:p>
    <w:p>
      <w:pPr>
        <w:jc w:val="right"/>
      </w:pPr>
      <w:r>
        <w:t>کبھیبات ختمنہیںہوتی۔ 4 8 میں جو اسٹیٹسکوتھا فلسطینکا،اسکومانناچاہیےتھا۔انکو کشمیرمیںیہی جو 4 7 کےبعدجو اسٹیٹسکوتھا، اسکو مان ناچاہیےتھا۔</w:t>
      </w:r>
    </w:p>
    <w:p>
      <w:r>
        <w:rPr>
          <w:b/>
        </w:rPr>
        <w:t xml:space="preserve">[1:40:34] </w:t>
      </w:r>
      <w:r>
        <w:t>aisi yahan bhi jo status quo tha Babri Masjid mein, woh man lena chahiye tha. usko nahi mana to dekhiye, lad rahe hain, mar rahe hain, kat rahe hain, tabaah ho rahe hain. har har har jagah faida kuch bhi nahi.</w:t>
      </w:r>
    </w:p>
    <w:p>
      <w:pPr>
        <w:jc w:val="right"/>
      </w:pPr>
      <w:r>
        <w:t>ایسی یہاںبھیجو اسٹیٹسکوتھا بابریمسجدمیں،وہمانلیناچاہیےتھا۔اسکو نہیںماناتودیکھیے، لڑرہےہیں،مررہےہیں،کٹرہےہیں،تباہہورہےہیں۔ ہرہر ہرجگہ فائدہکچھبھینہیں ۔</w:t>
      </w:r>
    </w:p>
    <w:p>
      <w:r>
        <w:rPr>
          <w:b/>
        </w:rPr>
        <w:t xml:space="preserve">[1:40:50] </w:t>
      </w:r>
      <w:r>
        <w:t>you have to accept this status quo, this is the only option for you.</w:t>
      </w:r>
    </w:p>
    <w:p>
      <w:pPr>
        <w:jc w:val="right"/>
      </w:pPr>
      <w:r>
        <w:t>یو ہیوٹوایکسیپٹدیسٹیٹسکو ، دیزاونلیآپشنفار یو۔</w:t>
      </w:r>
    </w:p>
    <w:p>
      <w:r>
        <w:rPr>
          <w:b/>
        </w:rPr>
        <w:t xml:space="preserve">[1:40:58] </w:t>
      </w:r>
      <w:r>
        <w:t>Maulana, yeh sawal kiya hai Mr. Faiq ne California se.</w:t>
      </w:r>
    </w:p>
    <w:p>
      <w:pPr>
        <w:jc w:val="right"/>
      </w:pPr>
      <w:r>
        <w:t>مولانا،یہسوال کیا ہے مسٹر فائقنے کیلیفورنیاسے۔</w:t>
      </w:r>
    </w:p>
    <w:p>
      <w:r>
        <w:rPr>
          <w:b/>
        </w:rPr>
        <w:t xml:space="preserve">[1:41:03] </w:t>
      </w:r>
      <w:r>
        <w:t>unhone poocha hai ke Abu Hurairah, Abu Hurairah reported that Allah Messenger one said: "When a human being dies, all of his deeds are terminated except for three types:</w:t>
      </w:r>
    </w:p>
    <w:p>
      <w:pPr>
        <w:jc w:val="right"/>
      </w:pPr>
      <w:r>
        <w:t>انہوںنےپوچھاہے کہ ابو ہریرہ، ابو ہریرہرپورٹڈ دیٹاللہ می سنجر ون سیڈ: "ویناہیومنبینگڈائز، ال اف ہز ڈیڈزار ٹرمینیٹڈ ایکسیپٹفار تھریٹائپس:</w:t>
      </w:r>
    </w:p>
    <w:p>
      <w:r>
        <w:rPr>
          <w:b/>
        </w:rPr>
        <w:t xml:space="preserve">[1:41:21] </w:t>
      </w:r>
      <w:r>
        <w:t>an ongoing charity, an knowledge of Islam from which others gain benefit, and thirdly a righteous child who makes dua for him."</w:t>
      </w:r>
    </w:p>
    <w:p>
      <w:pPr>
        <w:jc w:val="right"/>
      </w:pPr>
      <w:r>
        <w:t>این انگوئنگ صدقہ، انالجاف اسلام فر اموچادر زبینیفٹ، اینڈ تھرڈلی ارائٹی ئسچائلڈ ہو میکس دعافار ہم۔"</w:t>
      </w:r>
    </w:p>
    <w:p>
      <w:r>
        <w:rPr>
          <w:b/>
        </w:rPr>
        <w:t xml:space="preserve">[1:41:32] </w:t>
      </w:r>
      <w:r>
        <w:t>The Abu Hadith clearly indicates that dua is helpful to the dead. What is your comment on this? Nahi, nahi, woh aap ne sahi hadith nahi naqal ki hai.</w:t>
      </w:r>
    </w:p>
    <w:p>
      <w:pPr>
        <w:jc w:val="right"/>
      </w:pPr>
      <w:r>
        <w:t>دی ابوحدیث کلی ئرلیانڈیکیٹسدیٹدعااز ہیلپفلٹوداڈیڈ۔ واٹازیورکمنٹاندس؟نہیں ،نہیں، وہ آپنےصحیححدیثنہیںنقلکیہے۔</w:t>
      </w:r>
    </w:p>
    <w:p>
      <w:r>
        <w:rPr>
          <w:b/>
        </w:rPr>
        <w:t xml:space="preserve">[1:41:42] </w:t>
      </w:r>
      <w:r>
        <w:t>istarah nahien hai,</w:t>
      </w:r>
    </w:p>
    <w:p>
      <w:pPr>
        <w:jc w:val="right"/>
      </w:pPr>
      <w:r>
        <w:t>اسطرحنہیںہے،</w:t>
      </w:r>
    </w:p>
    <w:p>
      <w:r>
        <w:rPr>
          <w:b/>
        </w:rPr>
        <w:t xml:space="preserve">[1:41:45] </w:t>
      </w:r>
      <w:r>
        <w:t>woh hadith us tareeqay say hai keh woh beta jiskay bananay mein baap ka hath ho, to choonkeh is baitay ko baap nay banaya hai,</w:t>
      </w:r>
    </w:p>
    <w:p>
      <w:pPr>
        <w:jc w:val="right"/>
      </w:pPr>
      <w:r>
        <w:t>وہحدیث اسطریقےسےہے کہ وہ بیٹا جسکے بنانےمیں باپکاہاتھہو، تو چونکہ اس بیٹےکوباپنےبنایاہے،</w:t>
      </w:r>
    </w:p>
    <w:p>
      <w:r>
        <w:rPr>
          <w:b/>
        </w:rPr>
        <w:t xml:space="preserve">[1:41:59] </w:t>
      </w:r>
      <w:r>
        <w:t>saleh banaya hai, naik banaya hai, to is wajah say isko sawab miltarahay ga. yeh nahien keh woh beta dua karay ga to isko sawab mil jaye ga. yeh matlab nahien hai.</w:t>
      </w:r>
    </w:p>
    <w:p>
      <w:pPr>
        <w:jc w:val="right"/>
      </w:pPr>
      <w:r>
        <w:t>صالحبنایاہے،نیکبنایاہے، تو اس وجہ سےاسکو ثوابملتارہےگا۔ یہنہیں کہوہبیٹا دعاکردےگاتو اسکوثوابملجائےگا۔ یہمطلبنہیںہے۔</w:t>
      </w:r>
    </w:p>
    <w:p>
      <w:r>
        <w:rPr>
          <w:b/>
        </w:rPr>
        <w:t xml:space="preserve">[1:42:07] </w:t>
      </w:r>
      <w:r>
        <w:t>is hadith ko phir say parhiye. hmm,</w:t>
      </w:r>
    </w:p>
    <w:p>
      <w:pPr>
        <w:jc w:val="right"/>
      </w:pPr>
      <w:r>
        <w:t>اسحدیثکوپھرسےپڑھیے۔ ہمم،</w:t>
      </w:r>
    </w:p>
    <w:p>
      <w:r>
        <w:rPr>
          <w:b/>
        </w:rPr>
        <w:t xml:space="preserve">[1:42:10] </w:t>
      </w:r>
      <w:r>
        <w:t>yani woh cheez jo baap kay merne kay baad baqi rahi, woh aik saleh baita hai jis kay bananay mein baap ka hissa tha. agar baap ki niyat nah ho shamil, apnay aap woh saleh hoga, tab bhi nahien kuch mile ga isko. yaad rakhiye,</w:t>
      </w:r>
    </w:p>
    <w:p>
      <w:pPr>
        <w:jc w:val="right"/>
      </w:pPr>
      <w:r>
        <w:t>یعنی وہ چیز جو باپکےمرنےکےبعدباقیرہی، وہایک صالحبیٹاہے جس کے بن انےمیںباپکاحصہتھا۔اگرباپکینیتنہہوشامل ، اپنےآپوہصالحہوگا، تببھینہیںکچھملےگااسکو۔یادرکھیے،</w:t>
      </w:r>
    </w:p>
    <w:p>
      <w:r>
        <w:rPr>
          <w:b/>
        </w:rPr>
        <w:t xml:space="preserve">[1:42:25] </w:t>
      </w:r>
      <w:r>
        <w:t>yani baap ka intention agar shamil hai baitay ko bananay mein, to choonkeh baap nay banaya hai baitay ko, to yeh iska aik amal qarar paye ga.</w:t>
      </w:r>
    </w:p>
    <w:p>
      <w:pPr>
        <w:jc w:val="right"/>
      </w:pPr>
      <w:r>
        <w:t>یعنیباپ کاانٹینشناگرشامل ہے بیٹےکوبنانےمیں، تو چونکہ باپ نےبنایاہےبیٹےکو، تویہاسکاایکعمل قرار پائےگا۔</w:t>
      </w:r>
    </w:p>
    <w:p>
      <w:r>
        <w:rPr>
          <w:b/>
        </w:rPr>
        <w:t xml:space="preserve">[1:42:37] </w:t>
      </w:r>
      <w:r>
        <w:t>yeh baap ka aik amal qarar paye ga keh usnay aap baitay ko saleh banaya. is amal ka isko ajr mile ga. yeh unhon nay naqal kiya hai na?</w:t>
      </w:r>
    </w:p>
    <w:p>
      <w:pPr>
        <w:jc w:val="right"/>
      </w:pPr>
      <w:r>
        <w:t>یہباپکاایکعمل قرار پائےگاکہاسنےآپبیٹےکوصالحبنایا۔ اس عمل کا اسکواجرملےگا۔ یہ انہوں نےنقلکیاہےنا؟</w:t>
      </w:r>
    </w:p>
    <w:p>
      <w:r>
        <w:rPr>
          <w:b/>
        </w:rPr>
        <w:t xml:space="preserve">[1:42:46] </w:t>
      </w:r>
      <w:r>
        <w:t>yeh in ko mein kahoon ga keh phir say iskay text ko parhein. text ko. hmm, inka aik sawal aur hai.</w:t>
      </w:r>
    </w:p>
    <w:p>
      <w:pPr>
        <w:jc w:val="right"/>
      </w:pPr>
      <w:r>
        <w:t>یہ ان کو میںکہوںگاکہپھرسے اسکے ٹیکسٹکوپڑھیں۔ٹیکسٹکو۔ ہمم، انکا ایک سوالاورہے۔</w:t>
      </w:r>
    </w:p>
    <w:p>
      <w:r>
        <w:rPr>
          <w:b/>
        </w:rPr>
        <w:t xml:space="preserve">[1:42:55] </w:t>
      </w:r>
      <w:r>
        <w:t>maulana, unhon nay poocha hai: "why was slavery not abolished in Islam?" like alcohol. kiya? why? why was slavery?</w:t>
      </w:r>
    </w:p>
    <w:p>
      <w:pPr>
        <w:jc w:val="right"/>
      </w:pPr>
      <w:r>
        <w:t>مولانا،انہوںنے پوچھاہے: "وائیواز سلیوری ناٹ اب ولشان اسلام ؟ "لائک الکوحل۔ کیا ؟وائی؟وائیوازسلیوری؟</w:t>
      </w:r>
    </w:p>
    <w:p>
      <w:r>
        <w:rPr>
          <w:b/>
        </w:rPr>
        <w:t xml:space="preserve">[1:43:04] </w:t>
      </w:r>
      <w:r>
        <w:t>hmm, not abolished in Islam?</w:t>
      </w:r>
    </w:p>
    <w:p>
      <w:pPr>
        <w:jc w:val="right"/>
      </w:pPr>
      <w:r>
        <w:t>ہمم، ناٹ اب ولشاناسلام؟</w:t>
      </w:r>
    </w:p>
    <w:p>
      <w:r>
        <w:rPr>
          <w:b/>
        </w:rPr>
        <w:t xml:space="preserve">[1:43:07] </w:t>
      </w:r>
      <w:r>
        <w:t>like alcohol consumption and eating pork was declared haram? nahien, aesa nahien hai. alcohol ko dekhiye, achanak khatam nahien kiya gaya tha.</w:t>
      </w:r>
    </w:p>
    <w:p>
      <w:pPr>
        <w:jc w:val="right"/>
      </w:pPr>
      <w:r>
        <w:t>لائک الکوحلکنزمشن اینڈایٹنگپورک وازڈیکلیئرڈ حرام ؟ نہیں،ایسانہیں ہے۔ الکوحلبھیدیکھیے،اچانکختمنہیںکیاگیاتھا۔</w:t>
      </w:r>
    </w:p>
    <w:p>
      <w:r>
        <w:rPr>
          <w:b/>
        </w:rPr>
        <w:t xml:space="preserve">[1:43:19] </w:t>
      </w:r>
      <w:r>
        <w:t>kuch stages mein khatam kiya gaya tha. Islam ka tareeqa yeh nahien hai keh radically aap achanak elan kar dein keh sab khatam. gradual tareeqay say khatam kiya jata hai.</w:t>
      </w:r>
    </w:p>
    <w:p>
      <w:pPr>
        <w:jc w:val="right"/>
      </w:pPr>
      <w:r>
        <w:t>کئیسٹیجزمیںختمکیاگیاتھا۔ اسلام کاطریقہ یہنہیںہےکہ ریڈیکلیآپاچانکاعلانکردیںکہسبختم۔ گریجولطریقےسےختمکیاجاتا ہے۔</w:t>
      </w:r>
    </w:p>
    <w:p>
      <w:r>
        <w:rPr>
          <w:b/>
        </w:rPr>
        <w:t xml:space="preserve">[1:43:29] </w:t>
      </w:r>
      <w:r>
        <w:t>to slavery bhi khatam ki gayi gradual tareeqay say. keh as slavery woh hai, aaj aap samajh nahien paate keh slavery kiya cheez hai.</w:t>
      </w:r>
    </w:p>
    <w:p>
      <w:pPr>
        <w:jc w:val="right"/>
      </w:pPr>
      <w:r>
        <w:t>تو سلیوریبھیختمکی گئیگریجولطریقےسے ۔ کہاسسلیوریجوہے، آجآپ سمجھنہیںپاتےکہسلیوریکیاچیزہے۔</w:t>
      </w:r>
    </w:p>
    <w:p>
      <w:r>
        <w:rPr>
          <w:b/>
        </w:rPr>
        <w:t xml:space="preserve">[1:43:36] </w:t>
      </w:r>
      <w:r>
        <w:t>slavery us zamanay ki aik employment thi.</w:t>
      </w:r>
    </w:p>
    <w:p>
      <w:pPr>
        <w:jc w:val="right"/>
      </w:pPr>
      <w:r>
        <w:t>سلیوری اسزمانےکیایمپلائمنٹتھی۔</w:t>
      </w:r>
    </w:p>
    <w:p>
      <w:r>
        <w:rPr>
          <w:b/>
        </w:rPr>
        <w:t xml:space="preserve">[1:43:41] </w:t>
      </w:r>
      <w:r>
        <w:t>log samajhte nahien slavery kiya cheez hai. is zamanay mein jab keh aaj kal ki tarah say industry nahien thi, aaj ki tarah say yeh jo itnay saray tareeqay hain kamany kay, woh sab nahien thay.</w:t>
      </w:r>
    </w:p>
    <w:p>
      <w:pPr>
        <w:jc w:val="right"/>
      </w:pPr>
      <w:r>
        <w:t>لوگ سمجھتےنہیںسلیوریکیاچیزہے۔ اس زمان ےمیںجب کہآجکل کیطرحسےانڈسٹرینہیںتھی، آجکیطرحسے یہجو اتنےسارےطریقےہیںکمان ےکے،وہسبنہیںتھے۔</w:t>
      </w:r>
    </w:p>
    <w:p>
      <w:r>
        <w:rPr>
          <w:b/>
        </w:rPr>
        <w:t xml:space="preserve">[1:43:54] </w:t>
      </w:r>
      <w:r>
        <w:t>to is zamanay mein slavery aik aik employment tha. to achanak abalish kar diya jaye to bohat saray log bayrozgar ho jayen gay.</w:t>
      </w:r>
    </w:p>
    <w:p>
      <w:pPr>
        <w:jc w:val="right"/>
      </w:pPr>
      <w:r>
        <w:t>تو اس زمانےمیںسلیوری ایک ایک ایمپلائمنٹتھا۔ تو اچانک ابالشکردیا جائے تو بہت سارےلوگ بےروزگارہوجائیںگے۔</w:t>
      </w:r>
    </w:p>
    <w:p>
      <w:r>
        <w:rPr>
          <w:b/>
        </w:rPr>
        <w:t xml:space="preserve">[1:44:05] </w:t>
      </w:r>
      <w:r>
        <w:t>us waqt woh kahan khapen gay? woh log achanak bohat say log bayrozgar ho jayen gay. is liye Islam nay isko gradual tareeqay say khatam kiya. aik arab nay bohat achha likha hai.</w:t>
      </w:r>
    </w:p>
    <w:p>
      <w:pPr>
        <w:jc w:val="right"/>
      </w:pPr>
      <w:r>
        <w:t>اسوقتوہکہاںکھپیںگے؟وہلوگ اچانکبہتسےلوگبےروزگارہوجائیںگے۔ اس لیے اسلام نےاسکو گریجولطریقےسےختمکیا۔ ایک عرب نےبہتاچھالکھاہے۔</w:t>
      </w:r>
    </w:p>
    <w:p>
      <w:r>
        <w:rPr>
          <w:b/>
        </w:rPr>
        <w:t xml:space="preserve">[1:44:16] </w:t>
      </w:r>
      <w:r>
        <w:t>aik inka mein nay parha, inki aik kitab hai,</w:t>
      </w:r>
    </w:p>
    <w:p>
      <w:pPr>
        <w:jc w:val="right"/>
      </w:pPr>
      <w:r>
        <w:t>ایک انکا میںنےپڑھا،انکیایک کتاب ہے،</w:t>
      </w:r>
    </w:p>
    <w:p>
      <w:r>
        <w:rPr>
          <w:b/>
        </w:rPr>
        <w:t xml:space="preserve">[1:44:20] </w:t>
      </w:r>
      <w:r>
        <w:t>woh mushkilat al quran iska naam hai keh Islam nay slavery kay mamlay mein aik form jo usool ikhtiyar kiya, wohi tha keh tazeequ al madkhal aur tausee al makhraj,</w:t>
      </w:r>
    </w:p>
    <w:p>
      <w:pPr>
        <w:jc w:val="right"/>
      </w:pPr>
      <w:r>
        <w:t>وہ مشکلات القرآن اسکانامہے کہ اسلام نے سلیوریکےمعاملےمیں ایک فارم جو اصول اختیارکیا،وہیہتھا کہ تضیق المد خل اور ت وسیع المخرج،</w:t>
      </w:r>
    </w:p>
    <w:p>
      <w:r>
        <w:rPr>
          <w:b/>
        </w:rPr>
        <w:t xml:space="preserve">[1:44:39] </w:t>
      </w:r>
      <w:r>
        <w:t>yani gradual tor par yeh karna keh naye slave nah banen aur pichlay slave wohi, woh khatam hotay chalay jayen.</w:t>
      </w:r>
    </w:p>
    <w:p>
      <w:pPr>
        <w:jc w:val="right"/>
      </w:pPr>
      <w:r>
        <w:t>یعنی گریجولطورپر یہکرنا کہ نئے سلیونہبنیں اورپچھلےسلیوجوہیں،وہختمہوتےچلےج ائیں۔</w:t>
      </w:r>
    </w:p>
    <w:p>
      <w:r>
        <w:rPr>
          <w:b/>
        </w:rPr>
        <w:t xml:space="preserve">[1:44:49] </w:t>
      </w:r>
      <w:r>
        <w:t>mukhtalif cheezon mein, mislan kaffara ada karna, mukhtalif cheezon ko azaad karne ka sawab jo bataya gaya waghera. to Islam nay yeh tareeqa ikhtiyar kiya keh achanak khatam nah kar kay gradual tor par khatam karna.</w:t>
      </w:r>
    </w:p>
    <w:p>
      <w:pPr>
        <w:jc w:val="right"/>
      </w:pPr>
      <w:r>
        <w:t>مختلف چیزوںمیں،مثلاًکفارہاداکرنا، مختلف چیزوںکو آزادکرنے کا ثواب جوبتایاگیا وغیرہ۔ تو اسلام نے یہ طریقہاختیارکیا کہاچانک ختمنہکرکے گریجولطورپرختمکرنا۔</w:t>
      </w:r>
    </w:p>
    <w:p>
      <w:r>
        <w:rPr>
          <w:b/>
        </w:rPr>
        <w:t xml:space="preserve">[1:45:03] </w:t>
      </w:r>
      <w:r>
        <w:t>aur woh tareeqa yeh tha keh nayi slavery to band ki gayi, kar di gayi</w:t>
      </w:r>
    </w:p>
    <w:p>
      <w:pPr>
        <w:jc w:val="right"/>
      </w:pPr>
      <w:r>
        <w:t>اوروہطریقہیہتھاکہ نئی سلیوری توبندکی گئی،کردیگئی</w:t>
      </w:r>
    </w:p>
    <w:p>
      <w:r>
        <w:rPr>
          <w:b/>
        </w:rPr>
        <w:t xml:space="preserve">[1:45:08] </w:t>
      </w:r>
      <w:r>
        <w:t>usi waqt. lekin jo already jo slave thay, unkay liye mukhtalif tareeqon say yeh kiya gaya keh dheeray dheeray, dheeray dheeray woh azaad ho kar society mein abdal hotay chalay jayen.</w:t>
      </w:r>
    </w:p>
    <w:p>
      <w:pPr>
        <w:jc w:val="right"/>
      </w:pPr>
      <w:r>
        <w:t>اسیوقت۔ لیکن جو الریڈیجوسلیوتھے، انکےلیے مختلف طریقوںسےیہکیاگیاکہدھیرےدھیرے،دھیرےدھیرےوہ آزادہوکر سوسائٹیمیںابدالہوتےچلےجائیں۔</w:t>
      </w:r>
    </w:p>
    <w:p>
      <w:r>
        <w:rPr>
          <w:b/>
        </w:rPr>
        <w:t xml:space="preserve">[1:45:19] </w:t>
      </w:r>
      <w:r>
        <w:t>usi ko unhon nay kaha hai keh tazeequ al makhraj aur tausee al madkhal. yeh bohat bohat hi sahih hai, mein samajhta hoon keh isko</w:t>
      </w:r>
    </w:p>
    <w:p>
      <w:pPr>
        <w:jc w:val="right"/>
      </w:pPr>
      <w:r>
        <w:t>اسیکوانہوںنےکہاہےکہ تضیق المخرج اور توسیع المد خل۔ یہبہتبہت ہیصحیحہے، میںسمجھتاہوںکہاسکو</w:t>
      </w:r>
    </w:p>
    <w:p>
      <w:r>
        <w:rPr>
          <w:b/>
        </w:rPr>
        <w:t xml:space="preserve">[1:45:30] </w:t>
      </w:r>
      <w:r>
        <w:t>. to Islam mein yeh ho keh naye slave nah banaye jayen aur pichlay jo slave wohi, jo goya keh inka rozgar wohi tha kahin, to inko dheeray dheeray, dheeray dheeray khatam kiya jaye aur inko society mein abzar kar diya jaye.</w:t>
      </w:r>
    </w:p>
    <w:p>
      <w:pPr>
        <w:jc w:val="right"/>
      </w:pPr>
      <w:r>
        <w:t>۔تو اسلام میںیہہوکہنئے سلیونہبنائےجائیں اور پچھلےجوسلیوہیں، جو گویاکہ انکاروزگاروہیتھاکہیں، تو انکو دھیرےدھیرے،دھیرےدھیرےختمکیاجائے اور انکو سوسائٹیمیںابزاربکردیا جائے۔</w:t>
      </w:r>
    </w:p>
    <w:p>
      <w:r>
        <w:rPr>
          <w:b/>
        </w:rPr>
        <w:t xml:space="preserve">[1:45:46] </w:t>
      </w:r>
      <w:r>
        <w:t>aaj koi isliyo banaye to bilkul haram hoga. woh isliyo banaye, ab islam mein jaiz nahi hai. jo the mazi ke, bas woh the isliyo. aaj aap isliyo banaye to jaiz nahi hai.</w:t>
      </w:r>
    </w:p>
    <w:p>
      <w:pPr>
        <w:jc w:val="right"/>
      </w:pPr>
      <w:r>
        <w:t>آجکوئیسلیوبنائےتوبالکل حرامہوگا۔وہ سلیوبنا،اباسلام میںجائزنہیںہے۔ جو تھے ماضیکے، بسوہ تھےسلیو۔ آجآپ سلیوبنائیںتو جائزنہیںہے۔</w:t>
      </w:r>
    </w:p>
    <w:p>
      <w:r>
        <w:rPr>
          <w:b/>
        </w:rPr>
        <w:t xml:space="preserve">[1:46:01] </w:t>
      </w:r>
      <w:r>
        <w:t>molana, yeh sawal kiya hai miss sadia ne delhi se: "christians and jews, you said according to the law of nature, degenerated.</w:t>
      </w:r>
    </w:p>
    <w:p>
      <w:pPr>
        <w:jc w:val="right"/>
      </w:pPr>
      <w:r>
        <w:t>مولانا،یہسوال کیاہے مس سعدیہنے نئیدلیسے :"کرسچنز اینڈجیوز،یوسیڈ اکارڈنگٹودالاءاف نیچر، ڈیجنریٹڈ۔</w:t>
      </w:r>
    </w:p>
    <w:p>
      <w:r>
        <w:rPr>
          <w:b/>
        </w:rPr>
        <w:t xml:space="preserve">[1:46:12] </w:t>
      </w:r>
      <w:r>
        <w:t>we do that you want today, both jews and christians have failed to regenerate their people?" haan, inka woh masle paida nahi hue.</w:t>
      </w:r>
    </w:p>
    <w:p>
      <w:pPr>
        <w:jc w:val="right"/>
      </w:pPr>
      <w:r>
        <w:t>وڈیوسے دیٹایون ٹوڈے، بوتھ جیوز اینڈکرسچنز ہیو فیل ٹو ری جنریٹدیرپیپل؟" ہاں،انکاوہمسئلےپیدا نہیںہوئے۔</w:t>
      </w:r>
    </w:p>
    <w:p>
      <w:r>
        <w:rPr>
          <w:b/>
        </w:rPr>
        <w:t xml:space="preserve">[1:46:25] </w:t>
      </w:r>
      <w:r>
        <w:t>hum logon ki jo mission hai, aisa mission kahin nahi hai. yaad rakhiye, nahi, nahi, yeh woh deen mein nahi, isaiyon mein.</w:t>
      </w:r>
    </w:p>
    <w:p>
      <w:pPr>
        <w:jc w:val="right"/>
      </w:pPr>
      <w:r>
        <w:t>ہملوگوںکیجومشنہے،ایسامشنکہیںنہیںہے۔ یادرکھیے،نہیں ،نہیں،یہ ودیوںمیںنہیں،عیسائیوںمیں۔</w:t>
      </w:r>
    </w:p>
    <w:p>
      <w:r>
        <w:rPr>
          <w:b/>
        </w:rPr>
        <w:t xml:space="preserve">[1:46:31] </w:t>
      </w:r>
      <w:r>
        <w:t>inke yahan woh social social kaam hota hai. sab ke yahan, sab ka social kaam hota hai. baqi yeh jo kaam hamare yahan ho raha hai, re-engineering of mind, yani is original mazhab ko phir se revive karna, yeh toh kahin bhi nahi ho raha hai.</w:t>
      </w:r>
    </w:p>
    <w:p>
      <w:pPr>
        <w:jc w:val="right"/>
      </w:pPr>
      <w:r>
        <w:t>انکےہاںوہسوشل سوشلکامہوتاہے۔سبکےہاں، سب کاسوشلکامہوتاہے۔ باقییہجوکام ہمارےہاںہورہاہے، ریانجینئرنگافمائن، یعنی اس اوریجنلمذہبکوپھرسےریوائیوکرنا ،یہتوکہیںبھینہیںہورہاہے۔</w:t>
      </w:r>
    </w:p>
    <w:p>
      <w:r>
        <w:rPr>
          <w:b/>
        </w:rPr>
        <w:t xml:space="preserve">[1:46:50] </w:t>
      </w:r>
      <w:r>
        <w:t>yeh toh Allah taala ne yeh mission jo khada kiya hai, bahut unique hai. na aisa muslim mission musalmanon mein kahin hai, na yahudiyon mein hai, na isaiyon mein</w:t>
      </w:r>
    </w:p>
    <w:p>
      <w:pPr>
        <w:jc w:val="right"/>
      </w:pPr>
      <w:r>
        <w:t>یہتو اللہ تعالینے یہمشنجوکھڑاکیاہے، بہت یون یکہے۔ نہایسا مسلم مشن مسلمانوںمیںکہیںہے، نہیہودیوںمیںہے،نہعیسائیوںمیں</w:t>
      </w:r>
    </w:p>
    <w:p>
      <w:r>
        <w:rPr>
          <w:b/>
        </w:rPr>
        <w:t xml:space="preserve">[1:47:01] </w:t>
      </w:r>
      <w:r>
        <w:t>hai. aap logon ko shukr karna chahiye ke aap log is se jude aur aap logon ke zamane mein mission khada hua. warna yeh toh iske, iske, yani saari muslim duniya mein, ah, jo hai,</w:t>
      </w:r>
    </w:p>
    <w:p>
      <w:pPr>
        <w:jc w:val="right"/>
      </w:pPr>
      <w:r>
        <w:t>ہے۔ آپلوگوںکوشکرکرناچاہیےکہآپلوگ اسسے جڑے اور آپلوگوںکےزمان ےمیںمشنکھڑاہوا۔ ورنہیہتواسکے،اسکے، یعنی سارےمسلمدنیامیں، اہ ،جوہے،</w:t>
      </w:r>
    </w:p>
    <w:p>
      <w:r>
        <w:rPr>
          <w:b/>
        </w:rPr>
        <w:t xml:space="preserve">[1:47:14] </w:t>
      </w:r>
      <w:r>
        <w:t>kuch tha hi nahi. siwa andhere, andhere, andhere ke. christan aur yahudiyon ki bhi kuch nahi thi. political tahrikain inke yahan hain aur social kaam hain aur doosre doosre kaam</w:t>
      </w:r>
    </w:p>
    <w:p>
      <w:pPr>
        <w:jc w:val="right"/>
      </w:pPr>
      <w:r>
        <w:t>کچھ تھاہینہیں۔ سوااندھیرے،اندھیرے،اندھیرےکے ۔کرسچناوریہودیوںکیبھیکچھبھینہیںتھی۔ پولیٹیکلتحریکیںانکےہاںہیں اور سوشلکام ہیں اور دوسرےدوسرےکام</w:t>
      </w:r>
    </w:p>
    <w:p>
      <w:r>
        <w:rPr>
          <w:b/>
        </w:rPr>
        <w:t xml:space="preserve">[1:47:29] </w:t>
      </w:r>
      <w:r>
        <w:t>hain. yeh yeh jo revival hai, yeh toh, yeh toh aaj kahin bhi nahi, kahin bhi nahi hai.</w:t>
      </w:r>
    </w:p>
    <w:p>
      <w:pPr>
        <w:jc w:val="right"/>
      </w:pPr>
      <w:r>
        <w:t>ہیں۔ یہ یہجو ریوائیولہے، یہتو،یہتو آجکہیںبھینہیں، کہیںبھینہیںہے۔</w:t>
      </w:r>
    </w:p>
    <w:p>
      <w:r>
        <w:rPr>
          <w:b/>
        </w:rPr>
        <w:t xml:space="preserve">[1:47:39] </w:t>
      </w:r>
      <w:r>
        <w:t>molana, yeh sawal kiya hai mister muhammad tauqeer alam ne muzaffarpur se. unhone poocha hai: "what is the meaning of masjid ?</w:t>
      </w:r>
    </w:p>
    <w:p>
      <w:pPr>
        <w:jc w:val="right"/>
      </w:pPr>
      <w:r>
        <w:t>مولانا،یہسوال کیا ہے مسٹرمحمد توقیرعالمنے مظفر پورسے ۔انہوںنےپوچھاہے:"واٹازدامیننگاف مسجد ؟</w:t>
      </w:r>
    </w:p>
    <w:p>
      <w:r>
        <w:rPr>
          <w:b/>
        </w:rPr>
        <w:t xml:space="preserve">[1:47:49] </w:t>
      </w:r>
      <w:r>
        <w:t>"is ke bare mein bataein.</w:t>
      </w:r>
    </w:p>
    <w:p>
      <w:pPr>
        <w:jc w:val="right"/>
      </w:pPr>
      <w:r>
        <w:t>"اسکےبارےمیںبت ائیں۔</w:t>
      </w:r>
    </w:p>
    <w:p>
      <w:r>
        <w:rPr>
          <w:b/>
        </w:rPr>
        <w:t xml:space="preserve">[1:47:54] </w:t>
      </w:r>
      <w:r>
        <w:t>dekhein, masjid ke literal meaning toh hai sajda karne ki jagah ya ibadat karne ki jagah. jahan namaz padhi jaye, woh masjid hai aur namaz toh sari zameen par padhi ja sakti hai.</w:t>
      </w:r>
    </w:p>
    <w:p>
      <w:pPr>
        <w:jc w:val="right"/>
      </w:pPr>
      <w:r>
        <w:t>دیکھیں،مسجد کے لٹرلمیننگتوہے سجدہکرنے کیجگہ یا عبادتکرنےکیجگہ۔ جہاںنمازپڑھیجائے، وہمسجد ہے اور نمازتو ساری زمین پرپڑھیجاسکتیہے۔</w:t>
      </w:r>
    </w:p>
    <w:p>
      <w:r>
        <w:rPr>
          <w:b/>
        </w:rPr>
        <w:t xml:space="preserve">[1:48:11] </w:t>
      </w:r>
      <w:r>
        <w:t>ek lihaz se sari masjid, sari zameen masjid hai. aur jo masjid banayi jati hai, us ke bare mein hadith mein aata hai ke: "al masajid buyoot al muttaqin"</w:t>
      </w:r>
    </w:p>
    <w:p>
      <w:pPr>
        <w:jc w:val="right"/>
      </w:pPr>
      <w:r>
        <w:t>ایکلحاظسےساریمسجد، سارینبینیمسجدہے۔ اور جو مسجدبنائیجاتیہے، اسکےبارےمیںحدیثمیںآتاہےکہ: " المساجد بیوت المت قین"</w:t>
      </w:r>
    </w:p>
    <w:p>
      <w:r>
        <w:rPr>
          <w:b/>
        </w:rPr>
        <w:t xml:space="preserve">[1:48:24] </w:t>
      </w:r>
      <w:r>
        <w:t>. masjidain muttaqin ka ghar hain, yani Allah se darne walon ka ghar hai. "al masajid buyoot al muttaqin". aajkal kya hai?</w:t>
      </w:r>
    </w:p>
    <w:p>
      <w:pPr>
        <w:jc w:val="right"/>
      </w:pPr>
      <w:r>
        <w:t>۔مسجدیں متقیوںکاگھرہیں، یعنیاللہ سےڈرنےوالوںکاگھرہے۔ "المساجد بیوت المتقین"۔آجکلکیاہے؟</w:t>
      </w:r>
    </w:p>
    <w:p>
      <w:r>
        <w:rPr>
          <w:b/>
        </w:rPr>
        <w:t xml:space="preserve">[1:48:33] </w:t>
      </w:r>
      <w:r>
        <w:t>aajkal yeh ho gaya "al masajid buyoot al siyaseen". aajkal yeh ho gaya har jagah, india mein bhi aur arab duniya mein bhi, pakistan mein har jagah.</w:t>
      </w:r>
    </w:p>
    <w:p>
      <w:pPr>
        <w:jc w:val="right"/>
      </w:pPr>
      <w:r>
        <w:t>آجکل یہہوگیا" المساجدبیوت سیاسی ین"۔ آجکلیہہوگیا ہرجگہ ،انڈیامیںبھیاور عربدنیا میںبھی، پاکستانمیںہرجگہ۔</w:t>
      </w:r>
    </w:p>
    <w:p>
      <w:r>
        <w:rPr>
          <w:b/>
        </w:rPr>
        <w:t xml:space="preserve">[1:48:42] </w:t>
      </w:r>
      <w:r>
        <w:t>"al masajid buyoot al siyaseen" yani siyasat pasand log, siyasi leader logon ka markaz ban gaya. takreerein karenge jazbat ke andaaz ke logon ko pharkayenge.</w:t>
      </w:r>
    </w:p>
    <w:p>
      <w:pPr>
        <w:jc w:val="right"/>
      </w:pPr>
      <w:r>
        <w:t>" المساجد بیوت سیاسی ین" یعنیسیاست پسندلوگ ،سیاسی لیڈرلوگوںکا مرکزبنگیا۔ تخیریںکریںگےجذباتکےاندازکےلوگوںکوپھڑکائیںگے۔</w:t>
      </w:r>
    </w:p>
    <w:p>
      <w:r>
        <w:rPr>
          <w:b/>
        </w:rPr>
        <w:t xml:space="preserve">[1:48:53] </w:t>
      </w:r>
      <w:r>
        <w:t>yeh toh is is ka misuse hai, yani mazhab ko yeh masjid ka misuse hai."</w:t>
      </w:r>
    </w:p>
    <w:p>
      <w:pPr>
        <w:jc w:val="right"/>
      </w:pPr>
      <w:r>
        <w:t>یہتو اس اسکا مس یوزہے، یعنیمذہبکو یہ مسجدکامسیوزہے۔"</w:t>
      </w:r>
    </w:p>
    <w:p>
      <w:r>
        <w:rPr>
          <w:b/>
        </w:rPr>
        <w:t xml:space="preserve">[1:49:02] </w:t>
      </w:r>
      <w:r>
        <w:t>"al masajid buyoot al muttaqin" yani masjid ke andar kya hai? akhirat ki baat ho, jannat jahannum ki baat ho, accountability ki baat ho aur insaniyat ki baat ho, dawat ki baat ho.</w:t>
      </w:r>
    </w:p>
    <w:p>
      <w:pPr>
        <w:jc w:val="right"/>
      </w:pPr>
      <w:r>
        <w:t>المساجد بیوت المت قین"یعنیمسجدکےاندر کیاہے؟آخرتکیباتہو ، جنتجہنمکیباتہو ، اکاؤنٹیبل ٹیکیباتہو اور انسانیتکیباتہو، دعوتکیباتہو۔</w:t>
      </w:r>
    </w:p>
    <w:p>
      <w:r>
        <w:rPr>
          <w:b/>
        </w:rPr>
        <w:t xml:space="preserve">[1:49:16] </w:t>
      </w:r>
      <w:r>
        <w:t>baqi yeh jo siyasat ki baatein hoti hain masjidon mein, yeh toh masjid ka misuse hai.</w:t>
      </w:r>
    </w:p>
    <w:p>
      <w:pPr>
        <w:jc w:val="right"/>
      </w:pPr>
      <w:r>
        <w:t>باقییہجوسیاست کیباتیںہوتیہیںمسجدوںمیں،یہتومسجدکامسیوزہے۔</w:t>
      </w:r>
    </w:p>
    <w:p>
      <w:r>
        <w:rPr>
          <w:b/>
        </w:rPr>
        <w:t xml:space="preserve">[1:49:25] </w:t>
      </w:r>
      <w:r>
        <w:t>molana, yeh sawal miss mehrin ne kiya hai delhi se. unhone likha hai: "islam char panch firqon mein kaise bat gaya jab ke prophet of islam ki wafat ke baad sahaba prophet ke bataye hue raste par chalte aaye?</w:t>
      </w:r>
    </w:p>
    <w:p>
      <w:pPr>
        <w:jc w:val="right"/>
      </w:pPr>
      <w:r>
        <w:t>مولانا،یہسوال مس مہریننےکیاہے دلیسے۔ انہوںنےلکھاہے: "اسلام چار پانچ فرقوںمیںکیسے بٹگیا جب کہ پرافٹافاسلام کی وف اتکےبعد صحابہ پرافٹکےبت ائےہوئے راستےپر چلتے آئے؟</w:t>
      </w:r>
    </w:p>
    <w:p>
      <w:r>
        <w:rPr>
          <w:b/>
        </w:rPr>
        <w:t xml:space="preserve">[1:49:42] </w:t>
      </w:r>
      <w:r>
        <w:t>aaj ke samay mein jo muslim sahi hadith se door hain aur bidat karte hain, unhein kaise roka jaye</w:t>
      </w:r>
    </w:p>
    <w:p>
      <w:pPr>
        <w:jc w:val="right"/>
      </w:pPr>
      <w:r>
        <w:t>آجکےسمےمیںجو مسلم صحیححدیثسےدور ہیں اور بدعتکرتے ہیں، انہیں کیسے روکاجائے</w:t>
      </w:r>
    </w:p>
    <w:p>
      <w:r>
        <w:rPr>
          <w:b/>
        </w:rPr>
        <w:t xml:space="preserve">[1:49:50] </w:t>
      </w:r>
      <w:r>
        <w:t>jab woh hamare baat manne se inkar karein aur yeh jawab dein ke aaj ke time mein bahut se nayi nayi hadith nikal rahi hain jo ke galat hain ?</w:t>
      </w:r>
    </w:p>
    <w:p>
      <w:pPr>
        <w:jc w:val="right"/>
      </w:pPr>
      <w:r>
        <w:t>جب وہہمارے بات ماننےسے انکار کریں اور یہ جوابدیں کہ آجکے ٹائممیں بہت سے نئینئیحدیثیںنکلرہیہیں جو کہ غلطہیں ؟</w:t>
      </w:r>
    </w:p>
    <w:p>
      <w:r>
        <w:rPr>
          <w:b/>
        </w:rPr>
        <w:t xml:space="preserve">[1:50:01] </w:t>
      </w:r>
      <w:r>
        <w:t>"is ke bare mein bataein. dekhein, yeh aap yeh yahan mein detail nahi bata sakta. meri ek kitab hai, is ka naam hai "tajdeed-e-deen".</w:t>
      </w:r>
    </w:p>
    <w:p>
      <w:pPr>
        <w:jc w:val="right"/>
      </w:pPr>
      <w:r>
        <w:t>"اسکےبارےمیںبت ائیں۔ دیکھیں،یہآپ یہ یہاںمیںڈیٹیلنہیںبتاسکتا۔ میریایککتاب ہے، اسکانامہے "تجدید دین"۔</w:t>
      </w:r>
    </w:p>
    <w:p>
      <w:r>
        <w:rPr>
          <w:b/>
        </w:rPr>
        <w:t xml:space="preserve">[1:50:13] </w:t>
      </w:r>
      <w:r>
        <w:t>is mein aap is ki tafseel padh lijiye.</w:t>
      </w:r>
    </w:p>
    <w:p>
      <w:pPr>
        <w:jc w:val="right"/>
      </w:pPr>
      <w:r>
        <w:t>اسمیںآپ اسکیتفصیلپڑھلیجئے۔</w:t>
      </w:r>
    </w:p>
    <w:p>
      <w:r>
        <w:rPr>
          <w:b/>
        </w:rPr>
        <w:t xml:space="preserve">[1:50:15] </w:t>
      </w:r>
      <w:r>
        <w:t>yeh charon jo woh bane hain, fiqhi school, is ki haqeeqat kya hai? is mein aap is ko pa sakte hain. molana, in ka ek aur sawal hai.</w:t>
      </w:r>
    </w:p>
    <w:p>
      <w:pPr>
        <w:jc w:val="right"/>
      </w:pPr>
      <w:r>
        <w:t>یہچاروںجو وہبنےہیں، فقہیاسکول، اسکیحقیقتکیاہے؟ اسمیںآپاسکوپاسکتےہیں۔ مولانا،انکاایک اور سوال ہے۔</w:t>
      </w:r>
    </w:p>
    <w:p>
      <w:r>
        <w:rPr>
          <w:b/>
        </w:rPr>
        <w:t xml:space="preserve">[1:50:26] </w:t>
      </w:r>
      <w:r>
        <w:t>woh poochh rahee hain keh "ghair muslim ko dawat dene ka sahi tareeqa kya hai?" sahi tareeqa hai un ke khair khwah ban jaiye.</w:t>
      </w:r>
    </w:p>
    <w:p>
      <w:pPr>
        <w:jc w:val="right"/>
      </w:pPr>
      <w:r>
        <w:t>وہ پوچھرہیہیںکہ"غیر مسلم کو دعوتدینےکا صحیحطریقہکیاہے ؟" صحیحطریقہہےانکےخیرخواہبنجائیے۔</w:t>
      </w:r>
    </w:p>
    <w:p>
      <w:r>
        <w:rPr>
          <w:b/>
        </w:rPr>
        <w:t xml:space="preserve">[1:50:37] </w:t>
      </w:r>
      <w:r>
        <w:t>yeh jab maa khair khwah hoti hai apne bete ki to kya beta koi maa jaa ke poochhti hai mehle mein keh bhai mein kya karoon bete ke liye? Kya koi maa aisi dekhi hai aap ne keh beta paida ho to mehle mein ghoome? Arre bhai, mere haan beta paida hua hai, batao mein mujhe kya karna hai?</w:t>
      </w:r>
    </w:p>
    <w:p>
      <w:pPr>
        <w:jc w:val="right"/>
      </w:pPr>
      <w:r>
        <w:t>یہجب ماںخیرخواہہوتیہےاپنےبیٹےکی تو کیا بیٹا کوئیماںجاکےپوچھتیہےمحلےمیںکہبھئیمیںکیاکروںبیٹےکےلیے ؟ کیاکوئیماںایسیدیکھیہےآپنے کہبیٹا پیدا ہوتو مح لےمیںگھومے؟ارےبھائی،میرےہاںبیٹاپیدا ہواہے، بتاؤ میںمجھےکیاکرناہے ؟</w:t>
      </w:r>
    </w:p>
    <w:p>
      <w:r>
        <w:rPr>
          <w:b/>
        </w:rPr>
        <w:t xml:space="preserve">[1:50:56] </w:t>
      </w:r>
      <w:r>
        <w:t>maa ki mohabbat, maa ki khair khwahi apne aap mein bata deti hai keh use kya karna hai.</w:t>
      </w:r>
    </w:p>
    <w:p>
      <w:pPr>
        <w:jc w:val="right"/>
      </w:pPr>
      <w:r>
        <w:t>ماںکی مح بت،ماںکیخیرخواہی اپنےآپمیںبتادیتیہےکہ اسےکیاکرناہے۔</w:t>
      </w:r>
    </w:p>
    <w:p>
      <w:r>
        <w:rPr>
          <w:b/>
        </w:rPr>
        <w:t xml:space="preserve">[1:51:03] </w:t>
      </w:r>
      <w:r>
        <w:t>to dawat woh hai, kahan se shuru hoti hai? Yaad rakhiye, khair khwahi se, mohabbat se shuru hoti hai. Logon ko mohabbat nahin to dawat kya denge? Woh</w:t>
      </w:r>
    </w:p>
    <w:p>
      <w:pPr>
        <w:jc w:val="right"/>
      </w:pPr>
      <w:r>
        <w:t>تو دعوتجوہے، کہاںسےشروع ہوتیہے؟یادرکھیے،خیرخواہیسے، محبتسےشروع ہوتیہے۔ لوگوںکومحبتہینہیں تو دعوتکیادیںگے؟وہ</w:t>
      </w:r>
    </w:p>
    <w:p>
      <w:r>
        <w:rPr>
          <w:b/>
        </w:rPr>
        <w:t xml:space="preserve">[1:51:15] </w:t>
      </w:r>
      <w:r>
        <w:t>"Inni lakum nasih" Quran mein aata hai keh mein tumhara khair khwah hoon. To maa khair khwah hoti hai, is liye woh jaan leti hai keh mujhe kya karna hai apne bete ke bare mein.</w:t>
      </w:r>
    </w:p>
    <w:p>
      <w:pPr>
        <w:jc w:val="right"/>
      </w:pPr>
      <w:r>
        <w:t>"انیلکمناصح"قرآنمیں آتاہےکہمیںتمہاراخیرخواہہوں۔ تو ماںخیرخواہہوتیہے، اسلیےوہجانلیتیہےکہمجھےکیاکرناہےاپنےبیٹےکےبارےمیں۔</w:t>
      </w:r>
    </w:p>
    <w:p>
      <w:r>
        <w:rPr>
          <w:b/>
        </w:rPr>
        <w:t xml:space="preserve">[1:51:25] </w:t>
      </w:r>
      <w:r>
        <w:t>musalman khair khwah nahin hai doosron ke to kya jaane keh kya karna hai? Woh</w:t>
      </w:r>
    </w:p>
    <w:p>
      <w:pPr>
        <w:jc w:val="right"/>
      </w:pPr>
      <w:r>
        <w:t>مسلمانخیرخواہینہیںہےدوسروںکے توکیا جانےکہکیاکرناہے؟وہ</w:t>
      </w:r>
    </w:p>
    <w:p>
      <w:r>
        <w:rPr>
          <w:b/>
        </w:rPr>
        <w:t xml:space="preserve">[1:51:33] </w:t>
      </w:r>
      <w:r>
        <w:t>to sab se pehli jo cheez darkar hai, woh yeh hai keh aap...</w:t>
      </w:r>
    </w:p>
    <w:p>
      <w:pPr>
        <w:jc w:val="right"/>
      </w:pPr>
      <w:r>
        <w:t>توسب سے پہلیجوچیز درکارہے، وہیہہے کہآپ...</w:t>
      </w:r>
    </w:p>
    <w:p>
      <w:r>
        <w:rPr>
          <w:b/>
        </w:rPr>
        <w:t xml:space="preserve">[1:51:41] </w:t>
      </w:r>
      <w:r>
        <w:t>mein aik baar tha wahan gaya tha Bhopal to aik naujawan ne keh keh aap dawat ki baatein karte hain. Dawat to sabhi baatein karte hain, sabhi log dawat ka kaam karte hain.</w:t>
      </w:r>
    </w:p>
    <w:p>
      <w:pPr>
        <w:jc w:val="right"/>
      </w:pPr>
      <w:r>
        <w:t>میںایکبارتھا وہاںگیاتھا بھوپال توایکنوجواننے کہاکہ آپ دعوتکیباتیںکرتےہیں۔دعوتتوسبھیباتکرتےہیں،سبھیلوگدعوتکاکامکرتے ہیں۔</w:t>
      </w:r>
    </w:p>
    <w:p>
      <w:r>
        <w:rPr>
          <w:b/>
        </w:rPr>
        <w:t xml:space="preserve">[1:51:53] </w:t>
      </w:r>
      <w:r>
        <w:t>to aap dawat dawat karte hain, taaza taaza. Maine kaha aap ne dawat ko samjha nahin.</w:t>
      </w:r>
    </w:p>
    <w:p>
      <w:pPr>
        <w:jc w:val="right"/>
      </w:pPr>
      <w:r>
        <w:t>توآپدعوتدعوتکرتےہیں،تازہتازہ۔ میںنےکہاآپ نےدعوتکوسمجھانہیں۔</w:t>
      </w:r>
    </w:p>
    <w:p>
      <w:r>
        <w:rPr>
          <w:b/>
        </w:rPr>
        <w:t xml:space="preserve">[1:52:01] </w:t>
      </w:r>
      <w:r>
        <w:t>dawat ko aap samajhte hain keh jaise saari taqreerein hoti hain, aise kuch aur taqreerein kar do to dawat ho gayi. To mein us waqt mere dimagh se nikla tha keh mauzu se mohabbat karna padta hai, us ke baad dawat ka aaghaz hota hai.</w:t>
      </w:r>
    </w:p>
    <w:p>
      <w:pPr>
        <w:jc w:val="right"/>
      </w:pPr>
      <w:r>
        <w:t>دعوتکوآپسمجھتےہیںکہ جیسےساریتقریریںہوتیہیں،ایسےکچھاورتقریریںکردوتودعوتہوگئی۔ تومیں اسوقت میرےدماغسےنکلاتھا کہ موضوعسے محبتکرناپڑتاہے،اسکےبعد دعوتکاآغاز ہوتاہے۔</w:t>
      </w:r>
    </w:p>
    <w:p>
      <w:r>
        <w:rPr>
          <w:b/>
        </w:rPr>
        <w:t xml:space="preserve">[1:52:17] </w:t>
      </w:r>
      <w:r>
        <w:t>mauzu se mohabbat karna hota hai, mauzu se mohabbat karna padta hai, us ke baad dawat ka aaghaz hota hai. To logon ko mohabbat to hai nahin aur dawat ki baatein karte hain.</w:t>
      </w:r>
    </w:p>
    <w:p>
      <w:pPr>
        <w:jc w:val="right"/>
      </w:pPr>
      <w:r>
        <w:t>موضوعسے محبت کرناہوتاہے، موضوعسےمحبتکرناپڑتاہے، اسکےبعد دعوتکاآغاز ہوتاہے۔ تولوگوںکومحبتتوہےہینہیں اوردعوتکیباتیں کرتے ہیں۔</w:t>
      </w:r>
    </w:p>
    <w:p>
      <w:r>
        <w:rPr>
          <w:b/>
        </w:rPr>
        <w:t xml:space="preserve">[1:52:29] </w:t>
      </w:r>
      <w:r>
        <w:t>yaad rakhiye, mauzu se aap ko wohi mohabbat karni padegi jo maa ko apne bete se hoti hai. Yaad rakhiye, is se kam agar aap ka ta'alluq hai to aap ko dawat ka naam nahin lena chahiye.</w:t>
      </w:r>
    </w:p>
    <w:p>
      <w:pPr>
        <w:jc w:val="right"/>
      </w:pPr>
      <w:r>
        <w:t>یادرکھیے، موضوعسےآپکو وہیمحبتکرنیپڑےگی جو ماںکواپنےبیٹےسےہوتیہے۔ یادرکھیے، اسسے کم اگر آپکا تعلقہے توآپ کو دعوتکانامنہیںلیناچاہیے۔</w:t>
      </w:r>
    </w:p>
    <w:p>
      <w:r>
        <w:rPr>
          <w:b/>
        </w:rPr>
        <w:t xml:space="preserve">[1:52:47] </w:t>
      </w:r>
      <w:r>
        <w:t>dawat ka naam nahin lena chahiye. Aap yeh is ko Quran Majeed mein kaha gaya hai keh "Yahibbuna ma a'taahumullah minal fadlihi fa in yatawallau fa qul hasbiyallahu la ilaha illa huwa alayhi tawakkaltu wa huwa rabbul arshil azeem" yani aise kaam ka credit lena jis ko aadmi ne kiya hi nahin.</w:t>
      </w:r>
    </w:p>
    <w:p>
      <w:pPr>
        <w:jc w:val="right"/>
      </w:pPr>
      <w:r>
        <w:t>دعوتکانامنہیںلیناچاہیے۔آپ یہاسکو قرآنمجیدمیںکہاگیاہےکہ "ی حبون یحمدب ماعلم یفعل" یعنی ایسے کام کا کریڈٹلیناجسکوآدمینےکیاہینہیں۔</w:t>
      </w:r>
    </w:p>
    <w:p>
      <w:r>
        <w:rPr>
          <w:b/>
        </w:rPr>
        <w:t xml:space="preserve">[1:53:00] </w:t>
      </w:r>
      <w:r>
        <w:t>to dawat to di nahin aur is ka credit lena chahte hain dawat ka.</w:t>
      </w:r>
    </w:p>
    <w:p>
      <w:pPr>
        <w:jc w:val="right"/>
      </w:pPr>
      <w:r>
        <w:t>تودعوتتودینہیں اور اسکاکریڈٹلیناچاہتےہیںدعوتکا ۔</w:t>
      </w:r>
    </w:p>
    <w:p>
      <w:r>
        <w:rPr>
          <w:b/>
        </w:rPr>
        <w:t xml:space="preserve">[1:53:06] </w:t>
      </w:r>
      <w:r>
        <w:t>to yaad rakhiye, agar aap ko dawat ka Allah Ta'ala ke haan reward lena hai to mauzu se woh mohabbat karna seekhein jo maa ko apne bete se hoti hai.</w:t>
      </w:r>
    </w:p>
    <w:p>
      <w:pPr>
        <w:jc w:val="right"/>
      </w:pPr>
      <w:r>
        <w:t>تو یادرکھیے، اگر آپ کو دعوت کا اللہ تعالی ٰکےہاںریوارڈلیناہے تو موضوعسے وہ محبتکرناسیکھیںجوماںکواپنےبیٹےسےہوتیہے۔</w:t>
      </w:r>
    </w:p>
    <w:p>
      <w:r>
        <w:rPr>
          <w:b/>
        </w:rPr>
        <w:t xml:space="preserve">[1:53:20] </w:t>
      </w:r>
      <w:r>
        <w:t>nahin to dawat ka inaam aap ko milne wala nahin hai.</w:t>
      </w:r>
    </w:p>
    <w:p>
      <w:pPr>
        <w:jc w:val="right"/>
      </w:pPr>
      <w:r>
        <w:t>نہیںتودعوتکاانعامآپکوملنےوالانہیںہے۔</w:t>
      </w:r>
    </w:p>
    <w:p>
      <w:r>
        <w:rPr>
          <w:b/>
        </w:rPr>
        <w:t xml:space="preserve">[1:53:25] </w:t>
      </w:r>
      <w:r>
        <w:t>Maulana, yeh sawal Miss Naghma Siddiqui ne kiya hai New Delhi se.</w:t>
      </w:r>
    </w:p>
    <w:p>
      <w:pPr>
        <w:jc w:val="right"/>
      </w:pPr>
      <w:r>
        <w:t>مولانا،یہسوال مس نغمہصدی قینےکیاہے نئیدلیسے۔</w:t>
      </w:r>
    </w:p>
    <w:p>
      <w:r>
        <w:rPr>
          <w:b/>
        </w:rPr>
        <w:t xml:space="preserve">[1:53:30] </w:t>
      </w:r>
      <w:r>
        <w:t>unhon ne poocha hai keh "How can Muslims be made to realize that they are not following Islam principles?" Bhai, wohi toh woh log kar rahe hain.</w:t>
      </w:r>
    </w:p>
    <w:p>
      <w:pPr>
        <w:jc w:val="right"/>
      </w:pPr>
      <w:r>
        <w:t>انہوں نے پوچھاہے کہ "ہاؤکین مسلمز بی میڈٹوریلائز دیٹدےآرناٹ فالونگ اسلام کپرنسپلز؟" بھئی،وہیتوہملوگکررہےہیں۔</w:t>
      </w:r>
    </w:p>
    <w:p>
      <w:r>
        <w:rPr>
          <w:b/>
        </w:rPr>
        <w:t xml:space="preserve">[1:53:41] </w:t>
      </w:r>
      <w:r>
        <w:t>literature phailaiye, risa'il parhaiye, kitabein parhaiye, logon ko samjhaiye. Yeh toh aik lamba process hai, aik lamba process hai.</w:t>
      </w:r>
    </w:p>
    <w:p>
      <w:pPr>
        <w:jc w:val="right"/>
      </w:pPr>
      <w:r>
        <w:t>لٹریچرپھیلائیے، رس الہپڑھوائیے،کتاب یںپڑھوائیے، لوگوںکوسمجھائیے۔ یہتوایکلمبا پروسیسہے، ایکلمباپروسیسہے۔</w:t>
      </w:r>
    </w:p>
    <w:p>
      <w:r>
        <w:rPr>
          <w:b/>
        </w:rPr>
        <w:t xml:space="preserve">[1:54:01] </w:t>
      </w:r>
      <w:r>
        <w:t>aik majlis mein aap ne umeed kar sakte hain keh woh aadmi samajh lega is baat ko. Is ko bohat kuch parhna padega, bohat kuch seekhna padega.</w:t>
      </w:r>
    </w:p>
    <w:p>
      <w:pPr>
        <w:jc w:val="right"/>
      </w:pPr>
      <w:r>
        <w:t>ایک مجلس میںآپنے امیدکرسکتےہیںکہوہآدمیسمجھلےگااسباتکو ۔ اسکوبہت کچھ پڑھناپڑےگا،بہت کچھسیکھناپڑےگا۔</w:t>
      </w:r>
    </w:p>
    <w:p>
      <w:r>
        <w:rPr>
          <w:b/>
        </w:rPr>
        <w:t xml:space="preserve">[1:54:10] </w:t>
      </w:r>
      <w:r>
        <w:t>is ke mind ki yani deconditioning karni hogi. Har aadmi conditioning ka case hai aur deconditioning aik bohat hi zyada mushkil process hai.</w:t>
      </w:r>
    </w:p>
    <w:p>
      <w:pPr>
        <w:jc w:val="right"/>
      </w:pPr>
      <w:r>
        <w:t>اسکے مائنڈکی یعنی ڈیکنڈیشننگکرنیہوگی۔ ہرآدمی کنڈیشننگکاکیسہے اور ڈیکنڈیشننگایکبہت ہی زیادہ مشکل پروسیسہے۔</w:t>
      </w:r>
    </w:p>
    <w:p>
      <w:r>
        <w:rPr>
          <w:b/>
        </w:rPr>
        <w:t xml:space="preserve">[1:54:24] </w:t>
      </w:r>
      <w:r>
        <w:t>jab tak deconditioning na ho jaye, aadmi kuch nahin samjhega.</w:t>
      </w:r>
    </w:p>
    <w:p>
      <w:pPr>
        <w:jc w:val="right"/>
      </w:pPr>
      <w:r>
        <w:t>جب تک ڈی کنڈیشننگنہہوجائے، آدمیکچھنہیںسمجھےگا۔</w:t>
      </w:r>
    </w:p>
    <w:p>
      <w:r>
        <w:rPr>
          <w:b/>
        </w:rPr>
        <w:t xml:space="preserve">[1:54:30] </w:t>
      </w:r>
      <w:r>
        <w:t>to yeh toh aik lamba process hai, aik bohat hi yani bohat bari aik aik aik campaign chalani hai aur subah shaam sochna hai, subah shaam isi ke liye ghalna hai,</w:t>
      </w:r>
    </w:p>
    <w:p>
      <w:pPr>
        <w:jc w:val="right"/>
      </w:pPr>
      <w:r>
        <w:t>تو یہتوایکلمباپروسیسہے، ایکبہت ہی یعنیبہتبڑی ایک ایک ایک کیمپینچلاناہے اور صبح شام سوچناہے، صبحشاماسیکےلیے گھلناہے،</w:t>
      </w:r>
    </w:p>
    <w:p>
      <w:r>
        <w:rPr>
          <w:b/>
        </w:rPr>
        <w:t xml:space="preserve">[1:54:43] </w:t>
      </w:r>
      <w:r>
        <w:t>subah shaam isi ke liye planning karni hai. Tab ja ke result niklega. Aise result nikalne wala nahin hai. Maulana, yeh sawal kiya hai Maulana Zikwan Indwin ne New Delhi se.</w:t>
      </w:r>
    </w:p>
    <w:p>
      <w:pPr>
        <w:jc w:val="right"/>
      </w:pPr>
      <w:r>
        <w:t>صبحشاماسیکےلیےپلاننگکرناہے۔ تب جاکےرزلٹنکلےگا۔ ایسےرزلٹنکلنےوالانہیںہے۔ مولانا،یہسوال کیاہے مول انازکوان ندوینے نئیدلیسے ۔</w:t>
      </w:r>
    </w:p>
    <w:p>
      <w:r>
        <w:rPr>
          <w:b/>
        </w:rPr>
        <w:t xml:space="preserve">[1:54:58] </w:t>
      </w:r>
      <w:r>
        <w:t>unhon ne aap se poocha hai keh kya maujud musalmanon ko tehreek ke zariye reform ya change kiya ja sakta hai? Kya kisi degenerated ahl-e-kitab community ke bare mein aisa samajhna sahi hai?</w:t>
      </w:r>
    </w:p>
    <w:p>
      <w:pPr>
        <w:jc w:val="right"/>
      </w:pPr>
      <w:r>
        <w:t>انہوںنے آپسےپوچھاہےکہ کیا موجود ہ مسلمان وںکو تحریککےذریعے ریفارمیا چینجکیا جاسکتاہے ؟کیا کسی ڈی جنریٹڈاہلکتاب کمیونٹیکےبارےمیں ایسا سمجھنا صحیحہے ؟</w:t>
      </w:r>
    </w:p>
    <w:p>
      <w:r>
        <w:rPr>
          <w:b/>
        </w:rPr>
        <w:t xml:space="preserve">[1:55:13] </w:t>
      </w:r>
      <w:r>
        <w:t>bilkul sahih hai aur quran mein bataya gaya hai ke mardah zameen ko khuda zindah karta hai. yeh to paighambar bhi nahi kar sakta ke poori poori qaum ko zindah kar de.</w:t>
      </w:r>
    </w:p>
    <w:p>
      <w:pPr>
        <w:jc w:val="right"/>
      </w:pPr>
      <w:r>
        <w:t>بالکلصحیحہے اورقرآنمیں بتایاگیاہے کہ مرد ہزمین کوخدازندہکرتاہے۔ یہ تو پیغمبربھینہیںکرسکتاکہپوریپوریقومکوزندہکردے۔</w:t>
      </w:r>
    </w:p>
    <w:p>
      <w:r>
        <w:rPr>
          <w:b/>
        </w:rPr>
        <w:t xml:space="preserve">[1:55:24] </w:t>
      </w:r>
      <w:r>
        <w:t>hazrat musa jowahin, sare yahudiyon ko zindah nahi kar sake.</w:t>
      </w:r>
    </w:p>
    <w:p>
      <w:pPr>
        <w:jc w:val="right"/>
      </w:pPr>
      <w:r>
        <w:t>حضرتموسیٰجوہیں،سارے یہودیوںکوزندہنہیںکرسکے۔</w:t>
      </w:r>
    </w:p>
    <w:p>
      <w:r>
        <w:rPr>
          <w:b/>
        </w:rPr>
        <w:t xml:space="preserve">[1:55:29] </w:t>
      </w:r>
      <w:r>
        <w:t>khud rasool allah sallallahu alaihi wasallam jo quraish the ya jo jo wahan arab ke log the, woh ibrahimi ummat apne ko samajhte the. to ek ek fard thoda hi ho gaya. dekhiye, islah ka natija huma fard par nikalta hai,</w:t>
      </w:r>
    </w:p>
    <w:p>
      <w:pPr>
        <w:jc w:val="right"/>
      </w:pPr>
      <w:r>
        <w:t>خود رسولاللہصلیاللہعلیہوسلم جو قریشتھے یا جو جووہاں عرب کےلوگتھے،وہ ابراہیمی امت اپنےکوسمجھتےتھے۔ توایکایکفردتھوڑیہوگیا۔ دیکھیے، اصلاح کانتیجہہمابفردپرنکلتاہے،</w:t>
      </w:r>
    </w:p>
    <w:p>
      <w:r>
        <w:rPr>
          <w:b/>
        </w:rPr>
        <w:t xml:space="preserve">[1:55:42] </w:t>
      </w:r>
      <w:r>
        <w:t>ijtimah par nahi nikalta. chahe paighambar ka kaam ho ya hamara aapka kaam ho,</w:t>
      </w:r>
    </w:p>
    <w:p>
      <w:pPr>
        <w:jc w:val="right"/>
      </w:pPr>
      <w:r>
        <w:t>اجتماع پرنہیںنکلتا۔ چاہے پیغمبرکاکامہو یا ہماراآپکاکام ہو،</w:t>
      </w:r>
    </w:p>
    <w:p>
      <w:r>
        <w:rPr>
          <w:b/>
        </w:rPr>
        <w:t xml:space="preserve">[1:55:49] </w:t>
      </w:r>
      <w:r>
        <w:t>kuch fard ki islah ho jayegi aur sari ki sari community one to all ek dam iska ooverhaul ho jayega.</w:t>
      </w:r>
    </w:p>
    <w:p>
      <w:pPr>
        <w:jc w:val="right"/>
      </w:pPr>
      <w:r>
        <w:t>کچھ فرد کیاصلاحہوجائےگی اور ساری کیساریکمیونٹی ون ٹوال ایکدم اسکااوورہالہوجائے۔</w:t>
      </w:r>
    </w:p>
    <w:p>
      <w:r>
        <w:rPr>
          <w:b/>
        </w:rPr>
        <w:t xml:space="preserve">[1:55:58] </w:t>
      </w:r>
      <w:r>
        <w:t>aisa kabhi tareekh mein hua nahi, na aaj ho sakta hai. to hamara target fard hona chahiye, individual. hamara jo target hai, individual hona chahiye</w:t>
      </w:r>
    </w:p>
    <w:p>
      <w:pPr>
        <w:jc w:val="right"/>
      </w:pPr>
      <w:r>
        <w:t>ایسا کبھیتاریخ میںہوا نہیں،نہآجہوسکتاہے۔ توہماراٹارگٹ فردہوناچاہیے،انڈیویجول۔ ہماراجوٹارگٹہے،انڈیویجولہوناچاہیے</w:t>
      </w:r>
    </w:p>
    <w:p>
      <w:r>
        <w:rPr>
          <w:b/>
        </w:rPr>
        <w:t xml:space="preserve">[1:56:11] </w:t>
      </w:r>
      <w:r>
        <w:t>aur individual level par aaj aaj bhi khuda ke fazl se yani logon ko islah ho rahi hai, logon ko sachai mil rahi hai.</w:t>
      </w:r>
    </w:p>
    <w:p>
      <w:pPr>
        <w:jc w:val="right"/>
      </w:pPr>
      <w:r>
        <w:t>اورانڈیویجوللیولپرآجآجبھی خداکےفضلسے یعنی لوگوںکواصلاحہورہیہے،لوگوںکو سچائیملرہیہے۔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