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Remembering Maulana Wahiduddin Khan April 21, 2024</w:t>
      </w:r>
    </w:p>
    <w:p>
      <w:r>
        <w:t>https://youtu.be/4ihrHq1uR3w</w:t>
      </w:r>
    </w:p>
    <w:p>
      <w:r>
        <w:rPr>
          <w:b/>
        </w:rPr>
        <w:t xml:space="preserve">[00:06] </w:t>
      </w:r>
      <w:r>
        <w:t>Assalamualaikum. Today is 21 April, a day that no CPS member can forget, as it was this date three years ago that founder of CPS International and world-renowned Islamic spiritual scholar Maulana Waiduddin Khan Sahib passed away.</w:t>
      </w:r>
    </w:p>
    <w:p>
      <w:pPr>
        <w:jc w:val="right"/>
      </w:pPr>
      <w:r>
        <w:t>Assalamualaikum. Today is 21 April, a day that no CPS member can forget, as it was this date three years ago that founder of CPS International and world-renowned Islamic spiritual scholar Maulana Waiduddin Khan Sahib passed away.</w:t>
      </w:r>
    </w:p>
    <w:p>
      <w:r>
        <w:rPr>
          <w:b/>
        </w:rPr>
        <w:t xml:space="preserve">[00:27] </w:t>
      </w:r>
      <w:r>
        <w:t>Throughout his almost a century-long stay in this world, he influenced and transformed innumerable lives. Tod</w:t>
      </w:r>
    </w:p>
    <w:p>
      <w:pPr>
        <w:jc w:val="right"/>
      </w:pPr>
      <w:r>
        <w:t>Throughout his almost a century-long stay in this world, he influenced and transformed innumerable lives. Tod</w:t>
      </w:r>
    </w:p>
    <w:p>
      <w:r>
        <w:rPr>
          <w:b/>
        </w:rPr>
        <w:t xml:space="preserve">[00:36] </w:t>
      </w:r>
      <w:r>
        <w:t>ay we carry his legacy forward as at a collective level, CPS members at a global level are carrying his message of peace and spirituality forward.</w:t>
      </w:r>
    </w:p>
    <w:p>
      <w:pPr>
        <w:jc w:val="right"/>
      </w:pPr>
      <w:r>
        <w:t>ay we carry his legacy forward as at a collective level, CPS members at a global level are carrying his message of peace and spirituality forward.</w:t>
      </w:r>
    </w:p>
    <w:p>
      <w:r>
        <w:rPr>
          <w:b/>
        </w:rPr>
        <w:t xml:space="preserve">[00:48] </w:t>
      </w:r>
      <w:r>
        <w:t>I vividly recall my interactions with him, my travels with him, and his guidance to me since I first met him in 2001.</w:t>
      </w:r>
    </w:p>
    <w:p>
      <w:pPr>
        <w:jc w:val="right"/>
      </w:pPr>
      <w:r>
        <w:t>I vividly recall my interactions with him, my travels with him, and his guidance to me since I first met him in 2001.</w:t>
      </w:r>
    </w:p>
    <w:p>
      <w:r>
        <w:rPr>
          <w:b/>
        </w:rPr>
        <w:t xml:space="preserve">[00:58] </w:t>
      </w:r>
      <w:r>
        <w:t>And like many other CPS members, I underwent a complete transformation as he instilled in me a lifelong purpose.</w:t>
      </w:r>
    </w:p>
    <w:p>
      <w:pPr>
        <w:jc w:val="right"/>
      </w:pPr>
      <w:r>
        <w:t>And like many other CPS members, I underwent a complete transformation as he instilled in me a lifelong purpose.</w:t>
      </w:r>
    </w:p>
    <w:p>
      <w:r>
        <w:rPr>
          <w:b/>
        </w:rPr>
        <w:t xml:space="preserve">[01:07] </w:t>
      </w:r>
      <w:r>
        <w:t>So today, let us remember our Maulana Sahib and rededicate ourselves for the mission that he built all his life.</w:t>
      </w:r>
    </w:p>
    <w:p>
      <w:pPr>
        <w:jc w:val="right"/>
      </w:pPr>
      <w:r>
        <w:t>So today, let us remember our Maulana Sahib and rededicate ourselves for the mission that he built all his life.</w:t>
      </w:r>
    </w:p>
    <w:p>
      <w:r>
        <w:rPr>
          <w:b/>
        </w:rPr>
        <w:t xml:space="preserve">[01:16] </w:t>
      </w:r>
      <w:r>
        <w:t>So I have today with me his daughter, Professor Farida Khanam, his son, Dr. Sanes Nain Khan Sahib, and Maulana Farhad Ahmed</w:t>
      </w:r>
    </w:p>
    <w:p>
      <w:pPr>
        <w:jc w:val="right"/>
      </w:pPr>
      <w:r>
        <w:t>So I have today with me his daughter, Professor Farida Khanam, his son, Dr. Sanes Nain Khan Sahib, and Maulana Farhad Ahmed</w:t>
      </w:r>
    </w:p>
    <w:p>
      <w:r>
        <w:rPr>
          <w:b/>
        </w:rPr>
        <w:t xml:space="preserve">[01:25] </w:t>
      </w:r>
      <w:r>
        <w:t>Umri. to chaliye in teeno se baatchit karte hain. Assalam walekum, aap. Walekum assalam. Assalam walekum, doctor sahib. Walekum assalam, farhad sahib. Welcome to all three of you in todays program, remembering Maulana Waheeduddin Khan Sahib. to aap sabse pehle to mera sawal aapse hi hai ke wahan se shuru karte hain ke unke bachpan ke bare mein kuch baatein aap hum sabse share karein.</w:t>
      </w:r>
    </w:p>
    <w:p>
      <w:pPr>
        <w:jc w:val="right"/>
      </w:pPr>
      <w:r>
        <w:t>Umri. तो चलिए इन तीनों से बातचीत करते हैं। अस्सलाम वालेकुम, आप। वालेकुम अस्सलाम। अस्सलाम वालेकुम, डॉक्टर साहब। अस्सलाम वालेकुम, फराद साहब। वेलकम टू ऑल थ्री ऑफ यू इन टुडेज प्रोग्राम, रिमेंबरिंग मौलाना वाइदुद्दीन खान साहब। तो आप सबसे पहले तो मेरा सवाल आपसे ही है कि वहाँ से शुरू करते हैं कि उनके बचपन के बारे में कुछ बातें आप हम सबसे शेयर करें।</w:t>
      </w:r>
    </w:p>
    <w:p>
      <w:r>
        <w:rPr>
          <w:b/>
        </w:rPr>
        <w:t xml:space="preserve">[01:52] </w:t>
      </w:r>
      <w:r>
        <w:t>Maulana ke bachpan ki baatein kuch to unhone apni writings mein likhi hain, aur kuch humne dadi se bahut sari baatein maloom huin humein. to unhone jo bataya, wo yeh tha ke taqreeban char-paanch saal ke the Maulana jab unke father ka inteqal ho gaya. to pehle to bahut shauk hi karte the,</w:t>
      </w:r>
    </w:p>
    <w:p>
      <w:pPr>
        <w:jc w:val="right"/>
      </w:pPr>
      <w:r>
        <w:t>मौलाना के बचपन की बातें कुछ तो उन्होंने अपनी राइटिंग्स में लिखी हैं, और कुछ हमने दादी से बहुत सारी बातें मालूम हुईं हमें। तो उन्होंने जो बताया, वो ये था कि तकरीबन चार-पाँच साल के थे मौलाना जब उनके फादर का इंतकाल हो गया। तो पहले तो बहुत शौक ही करते थे,</w:t>
      </w:r>
    </w:p>
    <w:p>
      <w:r>
        <w:rPr>
          <w:b/>
        </w:rPr>
        <w:t xml:space="preserve">[02:16] </w:t>
      </w:r>
      <w:r>
        <w:t>unke inteqal ke baad wo bilkul khamosh ho gaye. aur ghar mein unka dil nahi lagta tha. to ab choonke hum log dehat mein rehte the, to bahari khet-baag sab the, to wo bahar chale jate the. wahan ek chhoti si darya bhi thi, pul tha, wahin baithe rehte the. to unka zyada tar waqt jo hai, wo nature mein guzra,</w:t>
      </w:r>
    </w:p>
    <w:p>
      <w:pPr>
        <w:jc w:val="right"/>
      </w:pPr>
      <w:r>
        <w:t>उनके इंतकाल के बाद वो बिल्कुल खामोश हो गए। और घर में उनका दिल नहीं लगता था। तो अब चूँकि हम लोग देहात में रहते थे, तो बाहरी खेत-बाग सब थे, तो वो बाहर चले जाते थे। वहाँ एक छोटी सी दरिया भी थी, पुल था, वहीं बैठे रहते थे। तो उनका ज्यादातर वक्त जो है, वो नेचर में गुज़रा,</w:t>
      </w:r>
    </w:p>
    <w:p>
      <w:r>
        <w:rPr>
          <w:b/>
        </w:rPr>
        <w:t xml:space="preserve">[02:41] </w:t>
      </w:r>
      <w:r>
        <w:t>jisko hum keh sakte hain ke he was a child of nature. to</w:t>
      </w:r>
    </w:p>
    <w:p>
      <w:pPr>
        <w:jc w:val="right"/>
      </w:pPr>
      <w:r>
        <w:t>जिसको हम कह सकते हैं कि he was a child of nature । तो</w:t>
      </w:r>
    </w:p>
    <w:p>
      <w:r>
        <w:rPr>
          <w:b/>
        </w:rPr>
        <w:t xml:space="preserve">[02:45] </w:t>
      </w:r>
      <w:r>
        <w:t>nature se unhone bahut kuch seekha. aur unki writing mein hum log dekh sakte hain ke baar baar wo nature ke references dete hain ke nature mein kis tarah nature peaceful hai, uske andar koi nafrat nahi, inteqam nahi, badle ki bhavna nahi. aksar misale dete hain, jaise ek chidiya hoti hai. ab aap usko kankri maarein, wo ek shaakh se udkar doosri shaakh par baith jayegi</w:t>
      </w:r>
    </w:p>
    <w:p>
      <w:pPr>
        <w:jc w:val="right"/>
      </w:pPr>
      <w:r>
        <w:t>नेचर से उन्होंने बहुत कुछ सीखा। और उनकी राइटिंग में हम लोग देख सकते हैं कि बार-बार वो नेचर के रेफरेंसेस देते हैं कि नेचर में किस तरह नेचर पीसफुल है, उसके अंदर कोई नफरत नहीं, इंतकाम नहीं, बदले की भावना नहीं। अक्सर मिसाले देते हैं, जैसे एक चिड़िया होती है। अब आप उसको चिड़िया को कंकरी मारें, वो एक शाख से उड़कर दूसरी शाख पर बैठ जाएगी</w:t>
      </w:r>
    </w:p>
    <w:p>
      <w:r>
        <w:rPr>
          <w:b/>
        </w:rPr>
        <w:t xml:space="preserve">[03:14] </w:t>
      </w:r>
      <w:r>
        <w:t>. ab wo usi tarah chahchahayegi jaise pehle chahchahayegi. to isi tarah drakht hain. ab aam ke drakht wahan zyada hote the. ab aam ke drakht mein bachche jo hain, patthar maarte hain aur aam girane ke liye. wo patthar bachche maarte hain, wo aam deta hai. to is tarah ki bahut sari cheezein, jaise cow hai, ke cow jo hai, ghaas charti hai aur doodh deti hai. to</w:t>
      </w:r>
    </w:p>
    <w:p>
      <w:pPr>
        <w:jc w:val="right"/>
      </w:pPr>
      <w:r>
        <w:t>। अब वो उसी तरह चहचहाएगी जैसे पहले चहचहाती थी। तो इसी तरह दरख्त हैं। अब आम के दरख्त वहाँ ज्यादा होते थे। अब आम के दरख्त में बच्चे जो हैं, पत्थर मारते हैं और आम गिराने के लिए। वो पत्थर बच्चे मारते हैं, वो आम देता है। तो इस तरीके की बहुत सारी चीजें, जैसे काऊ है, कि काऊ जो है, घास चरती है और दूध देती है। तो</w:t>
      </w:r>
    </w:p>
    <w:p>
      <w:r>
        <w:rPr>
          <w:b/>
        </w:rPr>
        <w:t xml:space="preserve">[03:37] </w:t>
      </w:r>
      <w:r>
        <w:t>yeh sab cheezein wo us waqt to itna mature nahi the, lekin choonke sanjeeda the aur khamosh rehte the, to he was a thinking person. har waqt sochte rehte the, har baat pe sochte the. matlab unka observation bahut zabardast tha. ek baar jo unhone observe kar liya, to wo usko bhulte nahi the.</w:t>
      </w:r>
    </w:p>
    <w:p>
      <w:pPr>
        <w:jc w:val="right"/>
      </w:pPr>
      <w:r>
        <w:t>ये सब चीजें वो उस वक्त तो इतना मैच्योर नहीं थे, लेकिन चूँकि संजीदा थे और खामोश रहते थे, तो he was a thinking person । हर वक्त सोचते रहते थे, हर बात पे सोचते थे। मतलब उनका ऑब्जर्वेशन बहुत जबरदस्त था। एक बार जो उन्होंने ऑब्जर्व कर लिया, तो वो उसको भूलते नहीं थे।</w:t>
      </w:r>
    </w:p>
    <w:p>
      <w:r>
        <w:rPr>
          <w:b/>
        </w:rPr>
        <w:t xml:space="preserve">[04:00] </w:t>
      </w:r>
      <w:r>
        <w:t>to is tarah se unke andar bahut zyada peaceful soch jo hai, wo develop hui nature ke mahaul mein. poora-poora din wo rehte the khet mein, baag mein, darya ke kinare ghoomte rehte. to is tarah se unhone aur shaam ko kya karte?</w:t>
      </w:r>
    </w:p>
    <w:p>
      <w:pPr>
        <w:jc w:val="right"/>
      </w:pPr>
      <w:r>
        <w:t>तो इस तरीके से उनके अंदर बहुत ज्यादा पीसफुल सोच जो है, वो डेवलप हुई नेचर के माहौल में। पूरा-पूरा दिन वो रहते थे खेत में, बाग में, दरिया के किनारे घूमते रहते। तो इस तरीके से उन्होंने और शाम को क्या करते?</w:t>
      </w:r>
    </w:p>
    <w:p>
      <w:r>
        <w:rPr>
          <w:b/>
        </w:rPr>
        <w:t xml:space="preserve">[04:20] </w:t>
      </w:r>
      <w:r>
        <w:t>kaliyan le aate phoolon. phoolon ke jo ped hote hain, to kaliyan nikalti hain.</w:t>
      </w:r>
    </w:p>
    <w:p>
      <w:pPr>
        <w:jc w:val="right"/>
      </w:pPr>
      <w:r>
        <w:t>कलियाँ ले आते फूलों। फूलों के जो पेड़ होते हैं, तो कलियाँ निकलती हैं।</w:t>
      </w:r>
    </w:p>
    <w:p>
      <w:r>
        <w:rPr>
          <w:b/>
        </w:rPr>
        <w:t xml:space="preserve">[04:25] </w:t>
      </w:r>
      <w:r>
        <w:t>kaliyan le aate aur apne takiye ke neeche rakh lete. aur subah ko dekhte to kaliyan jo hain, wo phool badi ho ke phool ban gayi thin. to yeh sari cheezein jo hain, wo ab jo bahar ki jo duniya thi, usmein nafrat hi nafrat thi. zabardast siyasi tehrikein chal rahi thin. aur kahin zabardast ek tehreek thi, khilafat tehreek. doosri angrezon ke khilaf tehreek chal rahi thi.</w:t>
      </w:r>
    </w:p>
    <w:p>
      <w:pPr>
        <w:jc w:val="right"/>
      </w:pPr>
      <w:r>
        <w:t>कलियाँ ले आते और अपने तकिए के नीचे रख लेते। और सुबह को देखते तो कलियाँ जो हैं, वो फूल बड़ी हो के फूल बन गई थीं। तो ये सारी चीजें जो हैं, वो अब जो बाहर की जो दुनिया थी, उसमें नफरत ही नफरत थी। जबरदस्त सियासी तहरीकें चल रही थीं। और कहीं जबरदस्त एक तहरीक थी, खिलाफत तहरीक। दूसरी अंग्रेजों के खिलाफ तहरीक चल रही थी।</w:t>
      </w:r>
    </w:p>
    <w:p>
      <w:r>
        <w:rPr>
          <w:b/>
        </w:rPr>
        <w:t xml:space="preserve">[04:53] </w:t>
      </w:r>
      <w:r>
        <w:t>matlab nafrat hi nafrat thi bahar ki duniya mein. lekin hamara gaon jo hai, wo itna door tha, ek remote village tha ke wahan to akhbar bhi nahi aate the, koi communication nahi tha. to is tarah se wo poore tarike se wo bache rahe.</w:t>
      </w:r>
    </w:p>
    <w:p>
      <w:pPr>
        <w:jc w:val="right"/>
      </w:pPr>
      <w:r>
        <w:t>मतलब नफरत ही नफरत थी बाहर की दुनिया में। लेकिन हमारा गाँव जो है, वो इतना दूर था, एक रिमोट विलेज था कि वहाँ तो अखबार भी नहीं आते थे, कोई कम्युनिकेशन नहीं था। तो इस तरीके से वो पूरे तरीके से वो बचे रहे।</w:t>
      </w:r>
    </w:p>
    <w:p>
      <w:r>
        <w:rPr>
          <w:b/>
        </w:rPr>
        <w:t xml:space="preserve">[05:08] </w:t>
      </w:r>
      <w:r>
        <w:t>nafrat ka itna zyada badh gayi thi. kisi ne tamatar ka naam liya, kyunke tamatar angrez laye the na, to wo gussa hue. tamatar, lal baingan kaho usko, tamatar keh do. hamare ghar mein nasraniyat, yani Christianity ko nasraniyat kehte hain, nasraniyat hamare ghar mein ghus gayi hai. to yeh nafrat jo hai na, jo bahar ke mahaul mein thi, usse bilkul hundred percent wo bache rahe</w:t>
      </w:r>
    </w:p>
    <w:p>
      <w:pPr>
        <w:jc w:val="right"/>
      </w:pPr>
      <w:r>
        <w:t>नफरत का इतना ज्यादा बढ़ गई थी। किसी ने टमाटर का नाम लिया, क्योंकि टमाटर अंग्रेज लाए थे ना, तो वो गुस्सा हुए। टमाटर, लाल बैंगन कहो उसको, टमाटर कह दो। हमारे घर में नसरानियत, यानी Christianity को नसरानियत कहते हैं, नसरानियत हमारे घर में घुस गई है। तो ये नफरत जो है ना, जो बाहर के माहौल में थी, उससे बिल्कुल हंड्रेड परसेंट वो बचे रहे</w:t>
      </w:r>
    </w:p>
    <w:p>
      <w:r>
        <w:rPr>
          <w:b/>
        </w:rPr>
        <w:t xml:space="preserve">[05:34] </w:t>
      </w:r>
      <w:r>
        <w:t>. baar baar likha hai ke fitrat hi meri sabse badi teacher ban gayi. to wo jo conditioning ho jati hai na, agar kisi bade shahar mein rehte to conditioning se bach gaye. to yeh jo umr hoti hai, jisko formative period kehte hain psychology mein, to us formative period mein unko yeh sari cheezein mili. mat</w:t>
      </w:r>
    </w:p>
    <w:p>
      <w:pPr>
        <w:jc w:val="right"/>
      </w:pPr>
      <w:r>
        <w:t>। बार-बार लिखा है कि फितरत ही मेरी सबसे बड़ी टीचर बन गई। तो वो जो कंडीशनिंग हो जाती है ना, अगर किसी बड़े शहर में रहते तो कंडीशनिंग से बच गए। तो ये जो उम्र होती है, जिसको फॉर्मेटिव पीरियड कहते हैं साइकोलॉजी में, तो उस फॉर्मेटिव पीरियड में उनको ये सारी चीजें मिलीं। मत</w:t>
      </w:r>
    </w:p>
    <w:p>
      <w:r>
        <w:rPr>
          <w:b/>
        </w:rPr>
        <w:t xml:space="preserve">[05:55] </w:t>
      </w:r>
      <w:r>
        <w:t>lab khuda ke jo abdi usool hain, jo nature mein illustrate kiye hain Allah taala ne, to wo sari cheezein. aur khaas taur pe main dekhti thi ke hamesha dekhte ke suraj kab nikalta hai, kab ghuroob hota hai. wo yeh dekhte the ke ek secondon ki bhi taakhir nahi hoti, na nikalne mein, na doobne mein.</w:t>
      </w:r>
    </w:p>
    <w:p>
      <w:pPr>
        <w:jc w:val="right"/>
      </w:pPr>
      <w:r>
        <w:t>लब खुदा के जो अब्दी उसूल हैं, जो नेचर में इलस्ट्रेट किए हैं अल्लाह ताला ने, तो वो सारी चीजें। और खासतौर पे मैं देखती थी कि हमेशा देखते कि सूरज कब निकलता है, कब गुरूब होता है। वो ये देखते थे कि एक सेकंडों की भी ताखीर नहीं होती, ना निकलने में, ना डूबने में।</w:t>
      </w:r>
    </w:p>
    <w:p>
      <w:r>
        <w:rPr>
          <w:b/>
        </w:rPr>
        <w:t xml:space="preserve">[06:15] </w:t>
      </w:r>
      <w:r>
        <w:t>to khud bhi time ke itne punctual the ke kahin jana hota to thoda pehle nikalte. aur farz kariye ke wahan nau baje pahunchna hai, to aur nau se pehle pahunch gaye to bahar kahin wait kar lete. aur wo uske yahan time se jate. to yeh sari cheezein jo unki ek jo personality bani, jo spiritual personality, usmein nature ka bahut zyada dakhal tha. to ek baar maine poocha tha ke wahan kya karte the</w:t>
      </w:r>
    </w:p>
    <w:p>
      <w:pPr>
        <w:jc w:val="right"/>
      </w:pPr>
      <w:r>
        <w:t>तो खुद भी टाइम के इतने पंक्चुअल थे कि कहीं जाना होता तो थोड़ा पहले निकलते। और फर्ज करिए कि वहाँ नौ बजे पहुँचना है, तो और नौ से पहले पहुँच गए तो बाहर कहीं वेट कर लेते। और वो उसके यहाँ टाइम से जाते। तो ये सारी चीजें जो उनकी एक जो पर्सनालिटी बनी, जो स्पिरिचुअल पर्सनालिटी, उसमें नेचर का बहुत ज्यादा दखल था। तो एक बार मैंने पूछा था कि वहाँ क्या करते थे</w:t>
      </w:r>
    </w:p>
    <w:p>
      <w:r>
        <w:rPr>
          <w:b/>
        </w:rPr>
        <w:t xml:space="preserve">[06:43] </w:t>
      </w:r>
      <w:r>
        <w:t>, jo hardam bahar rehte the kheton mein, bagon mein. To wo kehne lage, "main kuch talash kar raha tha," kyunke</w:t>
      </w:r>
    </w:p>
    <w:p>
      <w:pPr>
        <w:jc w:val="right"/>
      </w:pPr>
      <w:r>
        <w:t>, जो हरदम बाहर रहते थे खेतों में, बागों में। तो वो कहने लगे, "मैं कुछ तलाश कर रहा था," क्योंकि</w:t>
      </w:r>
    </w:p>
    <w:p>
      <w:r>
        <w:rPr>
          <w:b/>
        </w:rPr>
        <w:t xml:space="preserve">[06:58] </w:t>
      </w:r>
      <w:r>
        <w:t>wo asal mein apne baap ko talash kar rahe the. Us umar mein bachche ko kuch pata nahin ki mera baap kahan gaya. To uski talash mein wo ghoomte rehte, ghoomte rehte.</w:t>
      </w:r>
    </w:p>
    <w:p>
      <w:pPr>
        <w:jc w:val="right"/>
      </w:pPr>
      <w:r>
        <w:t>वो असल में अपने बाप को तलाश कर रहे थे। उस उम्र में बच्चे को कुछ पता नहीं कि मेरा बाप कहाँ गया। तो उसकी तलाश में वो घूमते रहते, घूमते रहते।</w:t>
      </w:r>
    </w:p>
    <w:p>
      <w:r>
        <w:rPr>
          <w:b/>
        </w:rPr>
        <w:t xml:space="preserve">[07:11] </w:t>
      </w:r>
      <w:r>
        <w:t>To baad mein yahi talash, jo baap ki talash thi, wahi talash aakhir mein Khuda ki talash mein convert ho gayi. To phir wo bahut lamba safar hai unka Khuda ki talash ka, kyunke bahar ki jo duniya thi, usmein original Islam bilkul gayab ho chuka tha. Wo siyasi Islam har jagah siyasi Islam tha.</w:t>
      </w:r>
    </w:p>
    <w:p>
      <w:pPr>
        <w:jc w:val="right"/>
      </w:pPr>
      <w:r>
        <w:t>तो बाद में यही तलाश, जो बाप की तलाश थी, वही तलाश आख़िर में खुदा की तलाश में कन्वर्ट हो गई। तो फिर वो बहुत लंबा सफर है उनका खुदा की तलाश का, क्योंकि बाहर की जो दुनिया थी, उसमें ओरिजिनल इस्लाम बिल्कुल गायब हो चुका था। वो सियासी इस्लाम हर जगह सियासी इस्लाम था।</w:t>
      </w:r>
    </w:p>
    <w:p>
      <w:r>
        <w:rPr>
          <w:b/>
        </w:rPr>
        <w:t xml:space="preserve">[07:37] </w:t>
      </w:r>
      <w:r>
        <w:t>To wo usmein siway hukoomat ke, galba ke, kyunke musalmanon ne hazaar baras hukoomat ki thi, to wo samajhte the ki hamara hi haq hai hukoomat karne ka. Halanki saaf-saaf Quran mein likha hua tha ki ye din jo hai, wo hum badalte rehte hain. Aur ye sabko milta hai ye din, kyunke ye siyasi hukoomat jo power hai, ye bhi ek parcha hai.</w:t>
      </w:r>
    </w:p>
    <w:p>
      <w:pPr>
        <w:jc w:val="right"/>
      </w:pPr>
      <w:r>
        <w:t>तो वो उसमें सिवाय हुकूमत के, गलबा के, क्योंकि मुसलमानों ने हज़ार बरस हुकूमत की थी, तो वो समझते थे कि हमारा ही हक़ है हुकूमत करने का। हालाँकि साफ-साफ कुरान में लिखा हुआ था कि ये दिन जो है, वो हम बदलते रहते हैं। और ये सबको मिलता है ये दिन, क्योंकि ये सियासी हुकूमत जो पावर है, ये भी एक पर्चा है।</w:t>
      </w:r>
    </w:p>
    <w:p>
      <w:r>
        <w:rPr>
          <w:b/>
        </w:rPr>
        <w:t xml:space="preserve">[08:03] </w:t>
      </w:r>
      <w:r>
        <w:t>Is duniya mein Allah taala ne har insaan ko test ke liye bheja hai. Koi chahe wo common king ho ya commoner ho, sab test ke liye aaye hain. Lekin musalmanon ne ye samajh liya tha ki hukoomat jo hai, wo hamara haq hai. Hum aakhiri paighambar ke ummati hain, jannat hamare liye hai. Sare buzurgon se jo unka vasta tha, ki buzurg unko jannat mein jagah dilayenge, to wo apne aap ko superior samajhne lage the.</w:t>
      </w:r>
    </w:p>
    <w:p>
      <w:pPr>
        <w:jc w:val="right"/>
      </w:pPr>
      <w:r>
        <w:t>इस दुनिया में अल्लाह ताला ने हर इंसान को टेस्ट के लिए भेजा है। कोई चाहे वो कामन किंग हो या कामनर हो, सब टेस्ट के लिए आए हैं। लेकिन मुसलमानों ने ये समझ लिया था कि हुकूमत जो है, वो हमारा हक़ है। हम आख़िरी पैगंबर के उम्मती हैं, जन्नत हमारे लिए है। सारे बुजुर्गों से जो उनका वास्ता था, कि बुजुर्ग उनको जन्नत में जगह दिलाएंगे, तो वो अपने आप को सुपीरियर समझने लगे थे।</w:t>
      </w:r>
    </w:p>
    <w:p>
      <w:r>
        <w:rPr>
          <w:b/>
        </w:rPr>
        <w:t xml:space="preserve">[08:30] </w:t>
      </w:r>
      <w:r>
        <w:t>To is cheez se wo bilkul bach gaye. Aur jo hai, nature mein jo unka parvarish hui, to usne unko ek bahut bada optimist bana diya. Matlab jo sare log wo kar rahe the, nafrat ki politics chala rahe the, usse bilkul bach gaye. Itna optimist the ki bade se badi opposition hoti, bade se bade masla pesh aata, to wo usse ghabrate nahin the.</w:t>
      </w:r>
    </w:p>
    <w:p>
      <w:pPr>
        <w:jc w:val="right"/>
      </w:pPr>
      <w:r>
        <w:t>तो इस चीज़ से वो बिल्कुल बच गए। और जो है, नेचर में जो उनका परवरिश हुई, तो उसने उनको एक बहुत बड़ा ऑप्टिमिस्ट बना दिया। मतलब जो सारे लोग वो कर रहे थे, नफरत की पॉलिटिक्स चला रहे थे, उससे बिल्कुल बच गए। इतना ऑप्टिमिस्ट थे कि बड़े से बड़ी अपोजिशन होती, बड़े से बड़े मसला पेश आता, तो वो उससे घबराते नहीं थे।</w:t>
      </w:r>
    </w:p>
    <w:p>
      <w:r>
        <w:rPr>
          <w:b/>
        </w:rPr>
        <w:t xml:space="preserve">[08:57] </w:t>
      </w:r>
      <w:r>
        <w:t>Phir uske baad mujhe yaad aata hai, jab hum log Rampur gaye, to main paanch-chhe saal ki us waqt thi. To bas hum yahi dekhte the ki har waqt padhte hain, likhte hain, padhte hain, likhte hain. Subah hi nashta karke Jamat-e-Islami ke daftar mein chale jaate. Lunch wahin milta tha mess mein. Phir shaam-raat ko hi aate the. Ramadan mein bhi bilkul wo nahin hota tha. Aaram nahin karte the. Din bhar padhte rehte the.</w:t>
      </w:r>
    </w:p>
    <w:p>
      <w:pPr>
        <w:jc w:val="right"/>
      </w:pPr>
      <w:r>
        <w:t>फिर उसके बाद मुझे याद आता है, जब हम लोग रामपुर गए, तो मैं पाँच-छह साल की उस वक्त थी। तो बस हम यही देखते थे कि हर वक्त पढ़ते हैं, लिखते हैं, पढ़ते हैं, लिखते हैं। सुबह ही नाश्ता करके जमात इस्लामी के दफ्तर में चले जाते। लंच वहीं मिलता था मेस में। फिर शाम-रात को ही आते थे। रमजान में भी बिल्कुल वो नहीं होता था। आराम नहीं करते थे। दिन भर पढ़ते रहते थे।</w:t>
      </w:r>
    </w:p>
    <w:p>
      <w:r>
        <w:rPr>
          <w:b/>
        </w:rPr>
        <w:t xml:space="preserve">[09:24] </w:t>
      </w:r>
      <w:r>
        <w:t>To jo hai, yahan tak ki itna padhte-likhte the ki hum logon ka naam rakhne ki bhi fursat nahin thi. Mera to naam hi nahin tha. Sab mujhe Khanam-Khanam kehte the. To ek baar jab main paanch saal ki ho gayi, to amma ne kaha ki ek pados mein ek ladki aati, Fareeda naam ki, to hum yahi naam rakh dete hain. To is tarike se hamara naam rakha gaya. Phir Sane Snain ka bhi naam nahin</w:t>
      </w:r>
    </w:p>
    <w:p>
      <w:pPr>
        <w:jc w:val="right"/>
      </w:pPr>
      <w:r>
        <w:t>तो जो है, यहाँ तक कि इतना पढ़ते-लिखते थे कि हम लोगों का नाम रखने की भी फुर्सत नहीं थी। मेरा तो नाम ही नहीं था। सब मुझे खानम-खानम कहते थे। तो एक बार जब मैं पाँच साल की हो गई, तो अम्मा ने कहा कि एक पड़ोस में एक लड़की आती, फरीदा नाम की, तो हम यही नाम रख देते हैं। तो इस तरीके से हमारा नाम रखा गया। फिर साने स्नैन का भी नाम नहीं</w:t>
      </w:r>
    </w:p>
    <w:p>
      <w:r>
        <w:rPr>
          <w:b/>
        </w:rPr>
        <w:t xml:space="preserve">[09:53] </w:t>
      </w:r>
      <w:r>
        <w:t>rakha gaya, kyunke wo to din-raat padhte rehte the. Ek din Quran padh rahe the, to Sane Snain is juma fulgaar is ayat tak pahunche, to amma se kaha ki ye Sane Snain naam theek lag raha hai, to rakh dete hain. To is tarike se Sane Snain ka naam rakha gaya. To log wahan par ek doctor wakeel Ahmed the, homeopathic doct</w:t>
      </w:r>
    </w:p>
    <w:p>
      <w:pPr>
        <w:jc w:val="right"/>
      </w:pPr>
      <w:r>
        <w:t>रखा गया, क्योंकि वो तो दिन-रात पढ़ते रहते थे। एक दिन कुरान पढ़ रहे थे, तो साने स्नैन इस जुमा फुलगार इस आयत तक पहुँचे, तो अम्मा से कहा कि ये साने स्नैन नामठीक लग रहा है, तो रख देते हैं। तो इस तरीके से साने स्नैन का नाम रखा गया। तो लोग वहाँ पर एक डॉक्टर वकील अहमद थे, होम्योपैथिक डॉक्</w:t>
      </w:r>
    </w:p>
    <w:p>
      <w:r>
        <w:rPr>
          <w:b/>
        </w:rPr>
        <w:t xml:space="preserve">[10:17] </w:t>
      </w:r>
      <w:r>
        <w:t>or. To unki Mrs. ne ek baar kahin se dekha, kehne lage, "aaj maine Waheed bhai ko dekha, wo to bilkul majnu lag rahe the." To siway padhne-likhne ke, unko kuch bhi hosh nahin tha. To padhte-likhte the, phir wo har waqt sochte rehte the, Khuda ki yaad mein gark rehte the. Aur agar koi aata-jata tha, to usse ilm ki baatein karte the. Wahi jo padhte the, wahi baatein karte the. Koi tafri-vafri ki baat wo bilkul nahin karte the. To yahi sab baatein main apna sunti reh</w:t>
      </w:r>
    </w:p>
    <w:p>
      <w:pPr>
        <w:jc w:val="right"/>
      </w:pPr>
      <w:r>
        <w:t>टर। तो उनकी मिसेज ने एक बार कहीं से देखा, कहने लगे, "आज मैंने वहीद भाई को देखा, वो तो बिल्कुल मजनू लग रहे थे।" तो सिवाय पढ़ने-लिखने के, उनको कुछ भी होश नहीं था। तो पढ़ते-लिखते थे, फिर वो हर वक्त सोचते रहते थे, खुदा की याद में गर्क रहते थे। और अगर कोई आता-जाता था, तो उससे इल्म की बातें करते थे। वही जो पढ़ते थे, वही बातें करते थे। कोई तफरी-वफरी की बात वो बिल्कुल नहीं करते थे। तो यही सब बातें मैं अपना सुनती रह</w:t>
      </w:r>
    </w:p>
    <w:p>
      <w:r>
        <w:rPr>
          <w:b/>
        </w:rPr>
        <w:t xml:space="preserve">[10:46] </w:t>
      </w:r>
      <w:r>
        <w:t>ti thi. To isi wajah se mujhe jo hai, wo dheere-dheere main mission ki taraf aayi, kyunke us zamane mein auraton ka to koi wo nahin tha. Auraton ka to koi darja hi nahin tha. Bas ghar ke kaam, uske baad sasural jaana hai, unka kaam hi kya hai. Lekin ye baatein sunte-sunte mujhe ehsaas hua ki humein bhi kuch kaam karna hai, is mission mein involve hona hai. To</w:t>
      </w:r>
    </w:p>
    <w:p>
      <w:pPr>
        <w:jc w:val="right"/>
      </w:pPr>
      <w:r>
        <w:t>ती थी। तो इसी वजह से मुझे जो है, वो धीरे-धीरे मैं मिशन की तरफ आई, क्योंकि उस जमाने में औरतों का तो कोई वही नहीं था। औरतों का तो कोई दर्जा ही नहीं था। बस घर के काम, उसके बाद ससुराल जाना है, उनका काम ही क्या है। लेकिन ये बातें सुनते-सुनते मुझे एहसास हुआ कि हमें भी कुछ काम करना है, इस मिशन में इन्वॉल्व होना है। तो</w:t>
      </w:r>
    </w:p>
    <w:p>
      <w:r>
        <w:rPr>
          <w:b/>
        </w:rPr>
        <w:t xml:space="preserve">[11:15] </w:t>
      </w:r>
      <w:r>
        <w:t>. Ji, jaisa ki Allah aap in fact Maulana, jaisa aapne bataya, aap ki hamesha nature mein time spend karte the. Hum logon ko bhi yahi kehte the ki subah utho aur nature mein waqt guzaro, contemplation karo. Tabhi aksar jo jo insaan Maulana se milta tha,</w:t>
      </w:r>
    </w:p>
    <w:p>
      <w:pPr>
        <w:jc w:val="right"/>
      </w:pPr>
      <w:r>
        <w:t>। जी, जैसा कि अल्लाह आप इनफैक्ट मौलाना, जैसे आपने बताया, आप कि हमेशा नेचर में टाइम स्पेंड करते थे। हम लोगों को भी यही कहते थे कि सुबह उठो और नेचर में वक्त गुजारो, कंटेंप्लेशन करो। तभी अक्सर जो जो इंसान मौलाना से मिलता था,</w:t>
      </w:r>
    </w:p>
    <w:p>
      <w:r>
        <w:rPr>
          <w:b/>
        </w:rPr>
        <w:t xml:space="preserve">[11:35] </w:t>
      </w:r>
      <w:r>
        <w:t>usko unka chehra dekh ke hi bada peaceful lagta tha.</w:t>
      </w:r>
    </w:p>
    <w:p>
      <w:pPr>
        <w:jc w:val="right"/>
      </w:pPr>
      <w:r>
        <w:t>उसको उनका चेहरा देख के ही बड़ा पीसफुल लगता था।</w:t>
      </w:r>
    </w:p>
    <w:p>
      <w:r>
        <w:rPr>
          <w:b/>
        </w:rPr>
        <w:t xml:space="preserve">[11:38] </w:t>
      </w:r>
      <w:r>
        <w:t>Probably, this is one of the reasons, he was always positive thinker and he spent so much time in nature. Achha, aap ek sawal yahan pe main poochna chahunga. Jaisa ki hum jaante hain ki he did his education from Madrasatul Islah, which is in Azamgarh,</w:t>
      </w:r>
    </w:p>
    <w:p>
      <w:pPr>
        <w:jc w:val="right"/>
      </w:pPr>
      <w:r>
        <w:t>प्रोबेबली, दिस इज वन ऑफ द रीजन, आप ही वाज ऑलवेज पॉजिटिव थिंकर एंड ही स्पेंड सो मच टाइम इन नेचर। अच्छा, आप एक सवाल यहाँ पे मैं पूछना चाहूँगा। जैसा कि हम जानते हैं कि ही डिड हिज एजुकेशन फ्रॉम मदरसतुल इस्लाह, व्हिच इज इन आजमगढ़,</w:t>
      </w:r>
    </w:p>
    <w:p>
      <w:r>
        <w:rPr>
          <w:b/>
        </w:rPr>
        <w:t xml:space="preserve">[11:57] </w:t>
      </w:r>
      <w:r>
        <w:t>and there he did his extensive education in Arabic. Also, he developed his deeper understanding about Quran. It began there.</w:t>
      </w:r>
    </w:p>
    <w:p>
      <w:pPr>
        <w:jc w:val="right"/>
      </w:pPr>
      <w:r>
        <w:t>एंड देयर ही डिड हिज एक्सटेंसिव एजुकेशन इन अरेबिक। आल्सो, ही डेवलप्ड हिज डीपर अंडरस्टैंडिंग अबाउट कुरान। इट बिगन दे</w:t>
      </w:r>
    </w:p>
    <w:p>
      <w:r>
        <w:rPr>
          <w:b/>
        </w:rPr>
        <w:t xml:space="preserve">[12:07] </w:t>
      </w:r>
      <w:r>
        <w:t>To kuch experience Madrasa ke education ke, wo aap hum sabse share kijiye. Ibtida taalim to Maulana ke wahin gaon mein ek maktab khula tha, usi zamane mein. To usmein ek achhe ustaad the, Faiz,</w:t>
      </w:r>
    </w:p>
    <w:p>
      <w:pPr>
        <w:jc w:val="right"/>
      </w:pPr>
      <w:r>
        <w:t>यर। तो कुछ एक्सपीरियंस मदरसा के एजुकेशन के, वो आप हम सबसे शेयर कीजिए। इब्तिदा तालीम तो मौलाना के वहीं गाँव में एक मकतब खुला था, उसी जमाने में। तो उसमें एक अच्छे उस्ताद थे, फैज,</w:t>
      </w:r>
    </w:p>
    <w:p>
      <w:r>
        <w:rPr>
          <w:b/>
        </w:rPr>
        <w:t xml:space="preserve">[12:23] </w:t>
      </w:r>
      <w:r>
        <w:t>kuch Fayyaz sahab, Faizur Rahman. Faizur Rahman sahab. To wo wahan unhone padha do-teen saal. Phir uske baad Madrasatul Islah gaye. Madrasatul Islah jo hai, wo zyada door nahin</w:t>
      </w:r>
    </w:p>
    <w:p>
      <w:pPr>
        <w:jc w:val="right"/>
      </w:pPr>
      <w:r>
        <w:t>कुछ फैयाज साहब, फैजुर रहमान। फैजुर रहमान साहब। तो वो वहाँ उन्होंने पढ़ा दो-तीन साल। फिर उसके बाद मदरसतुल इस्लाह गए। मदरसतुल इस्लाह जो है, वो ज्यादा दूर नहीं</w:t>
      </w:r>
    </w:p>
    <w:p>
      <w:r>
        <w:rPr>
          <w:b/>
        </w:rPr>
        <w:t xml:space="preserve">[12:36] </w:t>
      </w:r>
      <w:r>
        <w:t>tha. To lekin wahan par us zamane mein bahut achhe-achhe teachers the. To wahan par Maulana Mina San Islahi the aur wahi sadar mudarris the, jinhone Tadabbur-e-Quran likhi aur baad mein Pakistan chale gaye. To wo bahut achhe teachers the.</w:t>
      </w:r>
    </w:p>
    <w:p>
      <w:pPr>
        <w:jc w:val="right"/>
      </w:pPr>
      <w:r>
        <w:t>था। तो लेकिन वहाँ पर उस जमाने में बहुत अच्छे-अच्छे टीचर्स थे। तो वहाँ पर मौलाना मीना सन इस्लाही थे और वही सदर मुदरस थे, जिन्होंने तदब्बुर कुरान लिखी और बाद में पाकिस्तान चले गए। तो वो बहुत अच्छे टीचर्स थे।</w:t>
      </w:r>
    </w:p>
    <w:p>
      <w:r>
        <w:rPr>
          <w:b/>
        </w:rPr>
        <w:t xml:space="preserve">[12:53] </w:t>
      </w:r>
      <w:r>
        <w:t>To unse Maulana ne bahut kuch seekha aur wahan ka ek ilmi mahaul tha. Magazine aate the, sab tarah ke. Aur ek magazine, 'Kalmi' magazine, nikalta bhi tha. Wahin se likhna shuru kar diya tha. To wo baar-baar jab bhi koi Islah ki baat hoti thi, to kehte the, "ek cheez se mujhe wahan ki bahut zyada faida hua, bahut zyada learning hui." To ek baar aisa hua ki Maulana Mina San Islahi ne class mein ek sawal poocha ki</w:t>
      </w:r>
    </w:p>
    <w:p>
      <w:pPr>
        <w:jc w:val="right"/>
      </w:pPr>
      <w:r>
        <w:t>तो उनसे मौलाना ने बहुत कुछ सीखा और वहाँ का एक इल्मी माहौल था। मैगजीन आते थे, सब तरह के। और एक मैगजीन, कलमी मैगजीन, निकलता भी था। वहीं से लिखना शुरू कर दिया था। तो वो बार-बार जब भी कोई इस्लाह की बात होती थी, तो कहते थे, "एक चीज से मुझे वहाँ की बहुत ज्यादा फायदा हुआ, बहुत ज्यादा लर्निंग हुई।" तो एक बार ऐसा हुआ कि मौलाना मीना सन इस्लाही ने क्लास में एक सवाल पूछा कि</w:t>
      </w:r>
    </w:p>
    <w:p>
      <w:r>
        <w:rPr>
          <w:b/>
        </w:rPr>
        <w:t xml:space="preserve">[13:23] </w:t>
      </w:r>
      <w:r>
        <w:t>oont ke sum, sum kehte hain hoof ko, H-O-O-F, hoof. Oont ke sum phate hote hain ya jude hote hain? To yaani ghode ki maanind ya bail ki maanind, dono ke alag-alag sum hote hain. To lekin kisi ko clear samajh mein nahin aaya. To koi kehta phate hue, koi kehta jude hue. To har aadmi guess kar raha tha.</w:t>
      </w:r>
    </w:p>
    <w:p>
      <w:pPr>
        <w:jc w:val="right"/>
      </w:pPr>
      <w:r>
        <w:t>ऊंट के सुम, सुम कहते हैं हूफ को, एच डबल ओ एफ, हूफ। ऊंट के सुम फटे होते हैं या जुड़े होते हैं? तो यानी घोड़े की मानिंद या बैल की मानिंद, दोनों के अलग-अलग सुम होते हैं। तो लेकिन किसी को क्लियर समझ में नहीं आया। तो कोई कहता फटे हुए, कोई कहता जुड़े हुए। तो हर आदमी गेस कर रहा था।</w:t>
      </w:r>
    </w:p>
    <w:p>
      <w:r>
        <w:rPr>
          <w:b/>
        </w:rPr>
        <w:t xml:space="preserve">[13:45] </w:t>
      </w:r>
      <w:r>
        <w:t>To is par unhone ek zabardast taqreer ki ki "La adri inna ful ilm." To unhone kaha ki "dekhiye, agar aap jaante ki main nahin jaanta, to aap apne na jaan ne ko jaanna bana lete." To ye baat jo hai, unko aisa dimaag mein baith gayi ki har cheez ki tehqeeq karne lage. Chhoti-chhoti baat ki hum log kehte the, "chhoti-chhoti baat ki tehqeeq karte hain, ye to aadmi ko samajh mein aa hi jata hai." Lekin wo har cheez ki tehqeeq karne lage. To</w:t>
      </w:r>
    </w:p>
    <w:p>
      <w:pPr>
        <w:jc w:val="right"/>
      </w:pPr>
      <w:r>
        <w:t>तो इस पर उन्होंने एक जबरदस्त तकरीर की कि "ला अदरीन इस फुल इल्म।" तो उन्होंने कहा कि "देखिए, अगर आप जानते कि मैं नहीं जानता, तो आप अपने ना जानने को जानना बना लेते।" तो ये बात जो है, उनको ऐसा दिमाग में बैठ गई कि हर चीज को की तहकीक करने लगे। छोटी-छोटी बात की हम लोग कहते थे, "छोटी-छोटी बात की तहकीक करते हैं, ये तो आदमी को समझ में आ ही जाता है।" लेकिन वो हर चीज की तहकीक करने लगे। तो</w:t>
      </w:r>
    </w:p>
    <w:p>
      <w:r>
        <w:rPr>
          <w:b/>
        </w:rPr>
        <w:t xml:space="preserve">[14:15] </w:t>
      </w:r>
      <w:r>
        <w:t>iska matlab hai ki bahut zyada observant the. Koi cheez bhi kahin se bhi seekha, to usko apni zindagi mein wo apply karte the. Kehte the, "main har din apne la adri ko discover karta hoon." Aur isi wajah se itna zyada tanqeed ki aur chunke itni zyada tehqeeq ke saath tanqeed karte the, to is wajah se kahin koi galti pakad nahin pata tha.</w:t>
      </w:r>
    </w:p>
    <w:p>
      <w:pPr>
        <w:jc w:val="right"/>
      </w:pPr>
      <w:r>
        <w:t>इसका मतलब है कि बहुत ज्यादा ऑब्जर्वेंट थे। कोई चीज भी कहीं से भी सीखा, तो उसको अपनी जिंदगी में वो अप्लाई करते थे। कहते थे, "मैं हर दिन अपने ला अदरी को डिस्कवर करता हूँ।" और इसी वजह से इतना ज्यादा तनकीद की और चूँकि इतनी ज्यादा तहकीक के साथ तनकीद करते थे, तो इस वजह से कहीं कोई गलती पकड़ नहीं पाता था।</w:t>
      </w:r>
    </w:p>
    <w:p>
      <w:r>
        <w:rPr>
          <w:b/>
        </w:rPr>
        <w:t xml:space="preserve">[14:39] </w:t>
      </w:r>
      <w:r>
        <w:t>Bahut saare log the, jinhone badi koshishen ki, lekin koi galti pakad nahin paaye. To ta'ne karne lage. Isko kehte hain ki bila wajah aib nikalna. To ye jo scientific thinking bani, to ye wahin par uska nashonuma wahin par hui. To khud hi kehte the ki "main I am a born scientist.</w:t>
      </w:r>
    </w:p>
    <w:p>
      <w:pPr>
        <w:jc w:val="right"/>
      </w:pPr>
      <w:r>
        <w:t>बहुत सारे लोग थे, जिन्होंने बड़ी कोशिशें की, लेकिन कोई गलती पकड़ नहीं पाए। तो ताईब करने लगे। इसको कहते हैं कि बिला वजह ऐब निकालना। तो ये जो साइंटिफिक थिंकिंग बनी, तो ये वहीं पर उसका नशोनमा वहीं पर हुई। तो खुद ही कहते थे कि "मैं आई एम अ बोर्न साइंटिस्ट।</w:t>
      </w:r>
    </w:p>
    <w:p>
      <w:r>
        <w:rPr>
          <w:b/>
        </w:rPr>
        <w:t xml:space="preserve">[15:02] </w:t>
      </w:r>
      <w:r>
        <w:t>" Matlab ek jo science, science jo hai, jo paida hui spirit of inquiry se ki har cheez ko jaanna, har cheez ke baare mein ek tajassus. To tabhi jaise Newton ko gravity ke baare mein pata chala, tajassus ki wajah se ki aakhir ye seb upar kyun nahin chala gaya, neeche kyun aaya. To isi tarike se unke andar tajassus ka mizaj bahut zyada tha. Har cheez ke baare mein sochne lagte ki aise kyun hua, waise kyun hua. Aur uske baare mein</w:t>
      </w:r>
    </w:p>
    <w:p>
      <w:pPr>
        <w:jc w:val="right"/>
      </w:pPr>
      <w:r>
        <w:t>" मतलब एक जो साइंस, साइंस जो है, जो पैदा हुई स्पिरिट ऑफ इंक्वायरी से कि हर चीज को जानना, हर चीज के बारे में एक तजस्सुस। तो तभी जैसे न्यूटन को ग्रेविटी के बारे में पता चला, तजस्सुस की वजह से कि आखिर ये सेब ऊपर क्यों नहीं चला गया, नीचे क्यों आया। तो इसी तरीके से उनके अंदर तजस्सुस का मिजाज बहुत ज्यादा था। हर चीज के बारे में सोचने लगते कि ऐसे क्यों हुआ, वैसे क्यों हुआ। और उसके बारे में</w:t>
      </w:r>
    </w:p>
    <w:p>
      <w:r>
        <w:rPr>
          <w:b/>
        </w:rPr>
        <w:t xml:space="preserve">[15:32] </w:t>
      </w:r>
      <w:r>
        <w:t>phir jitna bhi available literature hota, wo usko padhte. To is tarike se unhone ye baat jo hai, baar-baar hum logon ko bataya ki apne na jaan ne ko discover karo. Kyunke discover karte hi hum jaan lenge. Kisi se bhi hum pooch lenge aur hum usko apna jaanna bana lenge.</w:t>
      </w:r>
    </w:p>
    <w:p>
      <w:pPr>
        <w:jc w:val="right"/>
      </w:pPr>
      <w:r>
        <w:t>फिर जितना भी अवेलेबल लिटरेचर होता, वो उसको पढ़ते। तो इस तरीके से उन्होंने ये बात जो है, बार-बार हम लोगों को बताया कि अपने ना जानने को डिस्कवर करो। क्योंकि डिस्कवर करते ही हमें हम जान लेंगे। किसी से भी हम पूछ लेंगे और हम उसको अपना जानना बना लेंगे।</w:t>
      </w:r>
    </w:p>
    <w:p>
      <w:r>
        <w:rPr>
          <w:b/>
        </w:rPr>
        <w:t xml:space="preserve">[15:53] </w:t>
      </w:r>
      <w:r>
        <w:t>ji, aur aap ek cheez yahan par main add karna chahunga ki jaise aapne bataya ki maulana sahab bahut observant the. aur sabse badi cheez ki unka ek positive nazariya har cheez ko lekar aur wo kis tarah link karte</w:t>
      </w:r>
    </w:p>
    <w:p>
      <w:pPr>
        <w:jc w:val="right"/>
      </w:pPr>
      <w:r>
        <w:t>जी, और आप एक चीज यहाँ पर मैं ऐड करना चाहूँगा कि जैसे आपने बताया कि मौलाना साहब बहुत ऑब्जर्वेंट थे। और सबसे बड़ी चीज कि उनका एक पॉजिटिव नजरिया हर चीज को लेकर और वो किस तरीके से लिंक करते</w:t>
      </w:r>
    </w:p>
    <w:p>
      <w:r>
        <w:rPr>
          <w:b/>
        </w:rPr>
        <w:t xml:space="preserve">[16:08] </w:t>
      </w:r>
      <w:r>
        <w:t>the. to ek example humne pehle bhi is class mein share kiya tha, wo mujhe bahut pasand aaya. jo unhone radio ki misal di thi al wisala mein ki kis tarah pehle ek transistor tha, ek mamuli sa transistor tha, jisko maulana sunte the. aur wo ek ek meter band ka transistor tha. to uski jo frequency thi, wo sirf daily ke programs ko pakadti thi. aur kai saal tak wo transistor maulana sunte rahe</w:t>
      </w:r>
    </w:p>
    <w:p>
      <w:pPr>
        <w:jc w:val="right"/>
      </w:pPr>
      <w:r>
        <w:t>थे। तो एक एग्जांपल हमने पहले भी इस क्लास में शेयर किया था, वो मुझे बहुत पसंद आया। जो उन्होंने रेडियो की मिसाल दी थी अल विसाला में कि किस तरह पहले एक ट्रांसिस्टर था, एक मामूली सा ट्रांसिस्टर था, जिसको मौलाना सुनते थे। और वो एक एक मीटर बैंड का ट्रांसिस्टर था। तो उसकी जो फ्रीक्वेंसी थी, वो सिर्फ डेली के प्रोग्राम्स को पकड़ती थी। और कई साल तक वो ट्रांसिस्टर मौलाना सुनते रहे</w:t>
      </w:r>
    </w:p>
    <w:p>
      <w:r>
        <w:rPr>
          <w:b/>
        </w:rPr>
        <w:t xml:space="preserve">[16:35] </w:t>
      </w:r>
      <w:r>
        <w:t>। phir aisa hua ki char meter band ka bada radio set ghar par aaya. to maulana ne likha ki jab char meter band ka bada radio set aaya, to wo tamam mulkon ko unki jo frequency hai, usko pakadne laga. to maulana usmein jaise bbc aur international programs sunne lage. to unhone likha ki itni badi jo daulat thi, usse wo mahroom the.</w:t>
      </w:r>
    </w:p>
    <w:p>
      <w:pPr>
        <w:jc w:val="right"/>
      </w:pPr>
      <w:r>
        <w:t>। फिर ऐसा हुआ कि चार मीटर बैंड का बड़ा रेडियो सेट घर पर आया। तो मौलाना ने लिखा कि जब चार मीटर बैंड का बड़ा रेडियो सेट आया, तो वो तमाम मुल्कों को उनकी जो फ्रीक्वेंसी है, उसको पकड़ने लगा। तो मौलाना उसमें जैसे बीबीसी और इंटरनेशनल प्रोग्राम्स सुनने लगे। तो उन्होंने लिखा कि इतनी बड़ी जो दौलत थी, उससे वो महरूम थे।</w:t>
      </w:r>
    </w:p>
    <w:p>
      <w:r>
        <w:rPr>
          <w:b/>
        </w:rPr>
        <w:t xml:space="preserve">[17:02] </w:t>
      </w:r>
      <w:r>
        <w:t>ye unko realize hua jab char meter ka band ghar par aaya. aur naturally, there was a intellectual treasure that unfolded. kyunki bahut si information, maloomat, knowledge milne lagi. to maulana ne usko bahut achhe se link kiya. unhone likha ki yahi mamla insan aur khuda ka bhi hai. ki khuda ki jo blessings hain, wo musalsal har waqt barasti rehti hain, barish ki tarah.</w:t>
      </w:r>
    </w:p>
    <w:p>
      <w:pPr>
        <w:jc w:val="right"/>
      </w:pPr>
      <w:r>
        <w:t>ये उनको रिलाइज हुआ जब चार मीटर का बैंड घर पर आया। और नेचुरली, देर वाज अ इंटेलेक्चुअल ट्रेजर दैट अनफोल्डेड। क्योंकि बहुत सी इंफॉर्मेशन, मालूमात, नॉलेज मिलने लगी। तो मौलाना ने उसको बहुत अच्छे से लिंक किया। उन्होंने लिखा कि यही मामला इंसान और खुदा का भी है। कि खुदा की जो ब्लेसिंग्स हैं, वो मुसलसल हर वक्त बरसती रहती हैं, बारिश की तरह।</w:t>
      </w:r>
    </w:p>
    <w:p>
      <w:r>
        <w:rPr>
          <w:b/>
        </w:rPr>
        <w:t xml:space="preserve">[17:29] </w:t>
      </w:r>
      <w:r>
        <w:t>ab ye aap par depend karta hai ki aapka radio set chhota hai ya bada hai. agar aapka radio set chhota hai, to wo us frequency pe nahi aa payega, jis frequency pe allah taala apni maarifat barsa rahe hain. aur aksar aisa hota hai ki hum dekhte hain ki bahut seemit soch hoti hai logon ki. wo ya to sectarian thinking mein rehta hai ya communal ya community based thinking mein. ya phir wo worldly cheezon mein phans ke reh jata hai. lekin</w:t>
      </w:r>
    </w:p>
    <w:p>
      <w:pPr>
        <w:jc w:val="right"/>
      </w:pPr>
      <w:r>
        <w:t>अब ये आप पर डिपेंड करता है कि आपका रेडियो सेट छोटा है या बड़ा है। अगर आपका रेडियो सेट छोटा है, तो वो उस फ्रीक्वेंसी पे नहीं आ पाएगा, जिस फ्रीक्वेंसी पे अल्लाह ताला अपनी मारेफत बरसा रहे हैं। और अक्सर ऐसा होता है कि हम देखते हैं कि बहुत सीमित सोच होती है लोगों की। वो या तो सेक्टेरियन थिंकिंग में रहता है या कम्युनल या कम्युनिटी बेस्ड थिंकिंग में। या फिर वो वर्ल्डली चीजों में फंस के रह जाता है। लेकिन</w:t>
      </w:r>
    </w:p>
    <w:p>
      <w:r>
        <w:rPr>
          <w:b/>
        </w:rPr>
        <w:t xml:space="preserve">[17:55] </w:t>
      </w:r>
      <w:r>
        <w:t>agar hum apne zehan ko bada karein, apni frequency ko allah ki frequency se milayein, to naturally jo maarifat ki barish hogi, usmein aisa hoga ki jaise ek insan samundar mein naha utha ho. to maulana ne bada achha likha hai ki band ghar mein suraj ki roshni nahi pahunchti</w:t>
      </w:r>
    </w:p>
    <w:p>
      <w:pPr>
        <w:jc w:val="right"/>
      </w:pPr>
      <w:r>
        <w:t>अगर हम अपने जहन को बड़ा करें, अपनी फ्रीक्वेंसी को अल्लाह की फ्रीक्वेंसी से मिलाएं, तो नेचुरली जो मारेफत की बारिश होगी, उसमें ऐसा होगा कि जैसे एक इंसान समुंदर में नहा उठा हो। तो मौलाना ने बड़ा अच्छा लिखा है कि बंद घर में सूरज की रोशनी नहीं पहुंचती</w:t>
      </w:r>
    </w:p>
    <w:p>
      <w:r>
        <w:rPr>
          <w:b/>
        </w:rPr>
        <w:t xml:space="preserve">[18:15] </w:t>
      </w:r>
      <w:r>
        <w:t>। lekin jab aap isi tarah se, jab aap band zehan rakhenge, to aap kuch nahi hasil kar sakte. lekin agar aap apne zehan ke darwaze ko khol denge, to aap bahut kuch pa sakte hain. to this is very important aspect that to be positive and to be always linking things with wisdom.</w:t>
      </w:r>
    </w:p>
    <w:p>
      <w:pPr>
        <w:jc w:val="right"/>
      </w:pPr>
      <w:r>
        <w:t>। लेकिन जब आप इसी तरीके से, जब आप बंद जहन रखेंगे, तो आप कुछ नहीं हासिल कर सकते। लेकिन अगर आप अपने जहन के दरवाजे को खोल देंगे, तो आप बहुत कुछ पा सकते हैं। तो दिस इज वेरी इंपॉर्टेंट एस्पेक्ट दैट टू बी पॉजिटिव एंड टू बी ऑलवेज लिंकिंग थिंग्स विद विजडम।</w:t>
      </w:r>
    </w:p>
    <w:p>
      <w:r>
        <w:rPr>
          <w:b/>
        </w:rPr>
        <w:t xml:space="preserve">[18:37] </w:t>
      </w:r>
      <w:r>
        <w:t>aap yahan pe agla sawal puchna chahunga, lekin usse pehle main ye kehna chahta tha ki maulana ka jo tareeka tha sachchai ko batane ka, bahut creative tha. matlab ek martaba wo mujhe is duniya aur akhirat ke bare mein doosri tarah se samjha rahe the. to unhone mujhe kaha ki ye life ek tip of iceberg ki tarah hai. matlab tip jo hai, wo is world mein hai. aur jo real iceberg hai, that is in the hereafter</w:t>
      </w:r>
    </w:p>
    <w:p>
      <w:pPr>
        <w:jc w:val="right"/>
      </w:pPr>
      <w:r>
        <w:t>आप यहाँ पे अगला सवाल पूछना चाहूँगा, लेकिन उससे पहले मैं ये कहना चाहता था कि मौलाना का जो तरीका था सच्चाई को बताने का, बहुत क्रिएटिव था। मतलब एक मर्तबा वो मुझे इस दुनिया और आखिरत के बारे में दूसरी तरीके से समझा रहे थे। तो उन्होंने मुझे कहा कि ये लाइफ एक टिप ऑफ आइसबर्ग की तरह है। मतलब टिप जो है, वो इस वर्ल्ड में है। और जो रियल आइसबर्ग है, दैट इज इन द हियर आफ्</w:t>
      </w:r>
    </w:p>
    <w:p>
      <w:r>
        <w:rPr>
          <w:b/>
        </w:rPr>
        <w:t xml:space="preserve">[19:05] </w:t>
      </w:r>
      <w:r>
        <w:t>। to unhone kaha ki a soul is the span of a soul is divided into two parts. the first part, i mean, it experiences two parts, a general level of distribution and a selective distribution. to jab aap general level of distribution dekhte hain, matlab is is duniya mein sab aise hain jaise ek line mein khade</w:t>
      </w:r>
    </w:p>
    <w:p>
      <w:pPr>
        <w:jc w:val="right"/>
      </w:pPr>
      <w:r>
        <w:t>टर। तो उन्होंने कहा कि अ सोल इज द स्पैन ऑफ अ सोल इज डिवाइडेड इनटू टू पार्ट्स। द फर्स्ट पार्ट, आई मीन, इट एक्सपीरियंस टू पार्ट्स, अ जनरल लेवल ऑफ डिस्ट्रीब्यूशन एंड अ सिलेक्टिव डिस्ट्रीब्यूशन। तो जब आप जनरल लेवल ऑफ डिस्ट्रीब्यूशन देखते हैं, मतलब इस इस दुनिया में सब ऐसे हैं जैसे एक लाइन में खड़े</w:t>
      </w:r>
    </w:p>
    <w:p>
      <w:r>
        <w:rPr>
          <w:b/>
        </w:rPr>
        <w:t xml:space="preserve">[19:27] </w:t>
      </w:r>
      <w:r>
        <w:t>ho. ab aap agar ek line mein khade hain aur agar distribution ho raha hai, to aapke aage wale ko bhi wahi milega jo aapke peeche wale ko milega. aur wahi aapko bhi milega. to matlab jo life support system hai, jo khana, peena, oxygen, it is given at the level of general distribution. lekin aane wale waqt mein yahi general distribution selective distribution mein tabdeel ho jayega. aur wo selective distribution kya hai?</w:t>
      </w:r>
    </w:p>
    <w:p>
      <w:pPr>
        <w:jc w:val="right"/>
      </w:pPr>
      <w:r>
        <w:t>हो। अब आप अगर एक लाइन में खड़े हैं और अगर डिस्ट्रीब्यूशन हो रहा है, तो आपके आगे वाले को भी वही मिलेगा जो आपके पीछे वाले को मिलेगा। और वही आपको भी मिलेगा। तो मतलब जो लाइफ सपोर्ट सिस्टम है, जो खाना, पीना, ऑक्सीजन, इट इज गिवन एट द लेवल ऑफ जनरल डिस्ट्रीब्यूशन। लेकिन आने वाले वक्त में यही जनरल डिस्ट्रीब्यूशन सिलेक्टिव डिस्ट्रीब्यूशन में तब्दील हो जाएगा। और वो सिलेक्टिव डिस्ट्रीब्यूशन क्या है?</w:t>
      </w:r>
    </w:p>
    <w:p>
      <w:r>
        <w:rPr>
          <w:b/>
        </w:rPr>
        <w:t xml:space="preserve">[19:53] </w:t>
      </w:r>
      <w:r>
        <w:t>jannat. aur wo kaise</w:t>
      </w:r>
    </w:p>
    <w:p>
      <w:pPr>
        <w:jc w:val="right"/>
      </w:pPr>
      <w:r>
        <w:t>जन्नत। और वो कैसे</w:t>
      </w:r>
    </w:p>
    <w:p>
      <w:r>
        <w:rPr>
          <w:b/>
        </w:rPr>
        <w:t xml:space="preserve">[19:55] </w:t>
      </w:r>
      <w:r>
        <w:t>milegi? wo is is baat par depend karti hai ki aapke deeds kaise hain. aapki good deeds hain, bad deeds hain. aapka conduct is duniya mein kaisa raha. aur kis tarah angels ne apni kitabon mein usko darj kiya.</w:t>
      </w:r>
    </w:p>
    <w:p>
      <w:pPr>
        <w:jc w:val="right"/>
      </w:pPr>
      <w:r>
        <w:t>मिलेगी? वो इस इस बात पर डिपेंड करती है कि आपके डीड्स कैसे हैं। आपकी गुड डीड्स हैं, बैड डीड्स हैं। आपका कंडक्ट इस दुनिया में कैसा रहा। और किस तरह एंजल्स ने अपनी किताबों में उसको दर्ज किया।</w:t>
      </w:r>
    </w:p>
    <w:p>
      <w:r>
        <w:rPr>
          <w:b/>
        </w:rPr>
        <w:t xml:space="preserve">[20:10] </w:t>
      </w:r>
      <w:r>
        <w:t>to aap jis tarike se Maulana samjhate the, unki unki baaton se hamesha aisa hi lagta raha ke</w:t>
      </w:r>
    </w:p>
    <w:p>
      <w:pPr>
        <w:jc w:val="right"/>
      </w:pPr>
      <w:r>
        <w:t>तो आप जिस तरीके से मौलाना समझाते थे, उनकी उनकी बातों से हमेशा ऐसा ही लगता रहा कि</w:t>
      </w:r>
    </w:p>
    <w:p>
      <w:r>
        <w:rPr>
          <w:b/>
        </w:rPr>
        <w:t xml:space="preserve">[20:18] </w:t>
      </w:r>
      <w:r>
        <w:t>unki jo search of truth ki jo journey thi, wo ek aisi journey thi jo ek lambe arse</w:t>
      </w:r>
    </w:p>
    <w:p>
      <w:pPr>
        <w:jc w:val="right"/>
      </w:pPr>
      <w:r>
        <w:t>उनकी जो सर्च ऑफ ट्रुथ की जो जर्नी थी, वो एक ऐसी जर्नी थी जो एक लंबे अरसे</w:t>
      </w:r>
    </w:p>
    <w:p>
      <w:r>
        <w:rPr>
          <w:b/>
        </w:rPr>
        <w:t xml:space="preserve">[20:25] </w:t>
      </w:r>
      <w:r>
        <w:t>tak chali aur aasan nahi thi, bohat mushkil thi.</w:t>
      </w:r>
    </w:p>
    <w:p>
      <w:pPr>
        <w:jc w:val="right"/>
      </w:pPr>
      <w:r>
        <w:t>तक चली और आसान नहीं थी, बहुत मुश्किल थी।</w:t>
      </w:r>
    </w:p>
    <w:p>
      <w:r>
        <w:rPr>
          <w:b/>
        </w:rPr>
        <w:t xml:space="preserve">[20:28] </w:t>
      </w:r>
      <w:r>
        <w:t>to main chahunga ke aap iske bare mein batayein ke kis tarah unki search of truth ki jo</w:t>
      </w:r>
    </w:p>
    <w:p>
      <w:pPr>
        <w:jc w:val="right"/>
      </w:pPr>
      <w:r>
        <w:t>तो मैं चाहूँगा कि आप इसके बारे में बताएं कि किस तरह उनकी सर्च ऑफ ट्रुथ की जो</w:t>
      </w:r>
    </w:p>
    <w:p>
      <w:r>
        <w:rPr>
          <w:b/>
        </w:rPr>
        <w:t xml:space="preserve">[20:33] </w:t>
      </w:r>
      <w:r>
        <w:t>journey thi, wo kis tarah unfold hui.</w:t>
      </w:r>
    </w:p>
    <w:p>
      <w:pPr>
        <w:jc w:val="right"/>
      </w:pPr>
      <w:r>
        <w:t>जर्नी थी, वो किस तरह अनफोल्ड हुई।</w:t>
      </w:r>
    </w:p>
    <w:p>
      <w:r>
        <w:rPr>
          <w:b/>
        </w:rPr>
        <w:t xml:space="preserve">[20:36] </w:t>
      </w:r>
      <w:r>
        <w:t>iske bare mein hum sab ko aap batayein.</w:t>
      </w:r>
    </w:p>
    <w:p>
      <w:pPr>
        <w:jc w:val="right"/>
      </w:pPr>
      <w:r>
        <w:t>इसके बारे में हम सबको आप बताएं।</w:t>
      </w:r>
    </w:p>
    <w:p>
      <w:r>
        <w:rPr>
          <w:b/>
        </w:rPr>
        <w:t xml:space="preserve">[20:40] </w:t>
      </w:r>
      <w:r>
        <w:t>wo sachchai ki talash jo unko bachpan se thi, wo to unconscious level par thi. wahi jo baap ko talash karte-karte, wo wo khuda ki talash mein divert ho gayi. to lekin wo unconscious level pe thi. baad mein jab unhone kafi mutaliq kiya, kafi gaur o fikar kiya, to uske baad unko ehsaas hua. balki madrasatul islah mein</w:t>
      </w:r>
    </w:p>
    <w:p>
      <w:pPr>
        <w:jc w:val="right"/>
      </w:pPr>
      <w:r>
        <w:t>वो सच्चाई की तलाश जो उनको बचपन से थी, वो तो अनकॉन्शियस लेवल पर थी। वही जो बाप को तलाश करते-करते, वो वो खुदा की तलाश में डाइवर्ट हो गई। तो लेकिन वो अनकॉन्शियस लेवल पे थी। बाद में जब उन्होंने काफी मुतालिक किया, काफी गौरो फिक्र किया, तो उसके बाद उनको एहसास हुआ। बल्कि मदरसतुल इस्लाह में</w:t>
      </w:r>
    </w:p>
    <w:p>
      <w:r>
        <w:rPr>
          <w:b/>
        </w:rPr>
        <w:t xml:space="preserve">[21:07] </w:t>
      </w:r>
      <w:r>
        <w:t>padhne ke baad unko ehsaas hua ki humne jo padhai, jo traditional uloom ko padha hai, usse jo naye-naye sawalaat logon ke andar paida ho rahe hain. kyunki galba tha western sciences ka, western thoughts ka jo galba tha, to uski wajah se naye-naye sawalaat paida ho rahe the. aur jo hamari jo traditional uloom the, usko padhne se uske jawabaat logon ko nahi mil rahe the. to</w:t>
      </w:r>
    </w:p>
    <w:p>
      <w:pPr>
        <w:jc w:val="right"/>
      </w:pPr>
      <w:r>
        <w:t>पढ़ने के बाद उनको एहसास हुआ कि हमने जो पढ़ाई, जो ट्रेडिशनल उलूम को पढ़ा है, उससे जो नए-नए सवालात लोगों के अंदर पैदा हो रहे हैं। क्योंकि गालबा था वेस्टर्न साइंसेस का, वेस्टर्न थॉट्स का जो गालबा था, तो उसकी वजह से नए-नए सवालात पैदा हो रहे थे। और जो हमारी जो ट्रेडिशनल उलूम थे, उसको पढ़ने से उसके जवाबात लोगों को नहीं मिल रहे थे। तो</w:t>
      </w:r>
    </w:p>
    <w:p>
      <w:r>
        <w:rPr>
          <w:b/>
        </w:rPr>
        <w:t xml:space="preserve">[21:35] </w:t>
      </w:r>
      <w:r>
        <w:t>yeh ehsaas unko har baat ko bahut hi gehra ehsaas hota tha. to yeh ehsaas hua, to unhone talash karna shuru kar diya, sachchai ki talash. to uske liye safar karna shuru kar diya. kahin bhi chale jate. to isi mein kerala, unhone suna ki kanyakumari mein swami vivekanand ko sachchai mi</w:t>
      </w:r>
    </w:p>
    <w:p>
      <w:pPr>
        <w:jc w:val="right"/>
      </w:pPr>
      <w:r>
        <w:t>यह एहसास उनको हर बात को बहुत ही गहरा एहसास होता था। तो यह एहसास हुआ, तो उन्होंने तलाश करना शुरू कर दिया, सच्चाई की तलाश। तो उसके लिए सफर करना शुरू कर दिया। कहीं भी चले जाते। तो इसी में केरला, उन्होंने सुना कि कन्याकुमारी में स्वामी विवेकानंद को सच्चाई मि</w:t>
      </w:r>
    </w:p>
    <w:p>
      <w:r>
        <w:rPr>
          <w:b/>
        </w:rPr>
        <w:t xml:space="preserve">[21:58] </w:t>
      </w:r>
      <w:r>
        <w:t>li thi. to wahan pahunch gaye sachchai ki talash mein. wahan jaakar usi patthar par, jahan swami vivekanand baithe the, wahin jaakar der tak baithe rahe, yahan tak ki suraj ghuroob ho gaya. to isi tarah se, usi chakkar mein wo lahore chale gaye the. to lekin wo matlab bechaini ka ek alam tha. ghar mein unko sukoon milta nahi tha. to</w:t>
      </w:r>
    </w:p>
    <w:p>
      <w:pPr>
        <w:jc w:val="right"/>
      </w:pPr>
      <w:r>
        <w:t>ली थी। तो वहां पहुंच गए सच्चाई की तलाश में। वहां जाकर उसी पत्थर पर, जहां स्वामी विवेकानंद बैठे थे, वहीं जाकर देर तक बैठे रहे, यहां तक कि सूरज गुरूब हो गया। तो इसी तरीके से, उसी चक्कर में वह लाहौर चले गए थे। तो लेकिन वह मतलब बेचैनी का एक आलम था। घर में उनको सुकून मिलता नहीं था। तो</w:t>
      </w:r>
    </w:p>
    <w:p>
      <w:r>
        <w:rPr>
          <w:b/>
        </w:rPr>
        <w:t xml:space="preserve">[22:21] </w:t>
      </w:r>
      <w:r>
        <w:t>wo idhar-udhar, idhar-udhar chale jate the. aur raste mein kehte jate the, "khuda vand, tu kab aayega? main kab tak tera intezar karu?</w:t>
      </w:r>
    </w:p>
    <w:p>
      <w:pPr>
        <w:jc w:val="right"/>
      </w:pPr>
      <w:r>
        <w:t>वह इधर-उधर, इधर-उधर चले जाते थे। और रास्ते में कहते जाते थे, "खुदा वंद, तू कब आएगा? मैं कब तक तेरा इंतजार करूं?</w:t>
      </w:r>
    </w:p>
    <w:p>
      <w:r>
        <w:rPr>
          <w:b/>
        </w:rPr>
        <w:t xml:space="preserve">[22:31] </w:t>
      </w:r>
      <w:r>
        <w:t>main kab tak tere aane ka intezar karu?" to bahut saalon yeh guzra aisa. to isi tarah se talash karte-karte aur mutaliq karte-karte, finally unko laga ki unko ab sachchai ki daryaft ho gayi. unhone islam ki sachchai ko ab daryaft kiya hai.</w:t>
      </w:r>
    </w:p>
    <w:p>
      <w:pPr>
        <w:jc w:val="right"/>
      </w:pPr>
      <w:r>
        <w:t>मैं कब तक तेरे आने का इंतजार करूं?" तो बहुत सालों यह गुजरा ऐसा। तो इसी तरीके से तलाश करते-करते और मुतालिक करते-करते, फाइनली उनको लगा कि उनको अब सच्चाई की दरयाफ्त हो गई। उन्होंने इस्लाम की सच्चाई को अब दरयाफ्त किया है।</w:t>
      </w:r>
    </w:p>
    <w:p>
      <w:r>
        <w:rPr>
          <w:b/>
        </w:rPr>
        <w:t xml:space="preserve">[22:52] </w:t>
      </w:r>
      <w:r>
        <w:t>kyunki iske liye unhone english padhi. english taqreeban 10 saal tak padhte rahe. aur english mein tamam kitabein, yahan tak ki bertrand russell ki bhi sari kitabein padh daali, jo ki bahut bada atheist tha. to sari kitabein padhne ke baad, jo unhone apni kitab "mazhab aur jadeed challenge" mein likha hai, aur doosri kitabon mein uski detail likhi hai, to</w:t>
      </w:r>
    </w:p>
    <w:p>
      <w:pPr>
        <w:jc w:val="right"/>
      </w:pPr>
      <w:r>
        <w:t>क्योंकि इसके लिए उन्होंने इंग्लिश पढ़ी। इंग्लिश तकरीबन 10 साल तक पढ़ते रहे। और इंग्लिश में तमाम किताबें, यहां तक कि बर्टन रसल की भी सारी किताबें पढ़ डाली, जो कि बहुत बड़ा एथीस्ट था। तो सारी किताबें पढ़ने के बाद, जो उन्होंने अपनी किताब "मजहब और जदीद चैलेंज" में लिखा है, और दूसरी किताबों में उसकी डिटेल लिखी है, तो</w:t>
      </w:r>
    </w:p>
    <w:p>
      <w:r>
        <w:rPr>
          <w:b/>
        </w:rPr>
        <w:t xml:space="preserve">[23:15] </w:t>
      </w:r>
      <w:r>
        <w:t>uske baad unko ehsaas hua ki wo unko sachchai mil gayi hai. to phir dobara kalma padha, aansuon ke saath. phir jo hai, unko phir usi ek samajh liya ki yahi sachchai hai. aur isi ke liye apni tan man dhan sab laga dena hai.</w:t>
      </w:r>
    </w:p>
    <w:p>
      <w:pPr>
        <w:jc w:val="right"/>
      </w:pPr>
      <w:r>
        <w:t>उसके बाद उनको एहसास हुआ कि वह उनको सच्चाई मिल गई है। तो फिर दोबारा कलमा पढ़ा, आंसुओं के साथ। फिर जो है, उनको फिर उसी एक समझ लिया कि यही सच्चाई है। और इसी के लिए अपनी तन मन धन सब लगा देना है।</w:t>
      </w:r>
    </w:p>
    <w:p>
      <w:r>
        <w:rPr>
          <w:b/>
        </w:rPr>
        <w:t xml:space="preserve">[23:35] </w:t>
      </w:r>
      <w:r>
        <w:t>to aur isi dauran, jo kerala mein safar karne kerala gaye the, to wahan par unko ek isai padri ne ek wo diya, leaflet. leaflet diya. to leaflet jo hai,</w:t>
      </w:r>
    </w:p>
    <w:p>
      <w:pPr>
        <w:jc w:val="right"/>
      </w:pPr>
      <w:r>
        <w:t>तो और इसी दौरान, जो केरला में सफर करने केरला गए थे, तो वहां पर उनको एक ईसाई पादरी ने एक वो दिया, लीफलेट। लीफलेट दिया। तो लीफलेट जो है,</w:t>
      </w:r>
    </w:p>
    <w:p>
      <w:r>
        <w:rPr>
          <w:b/>
        </w:rPr>
        <w:t xml:space="preserve">[23:53] </w:t>
      </w:r>
      <w:r>
        <w:t>yeh maulana ko bahut achha laga ki yeh dawat ka mission jo hai, yeh to bahut achha tareeka hai.</w:t>
      </w:r>
    </w:p>
    <w:p>
      <w:pPr>
        <w:jc w:val="right"/>
      </w:pPr>
      <w:r>
        <w:t>यह मौलाना को बहुत अच्छा लगा कि यह दावत का मिशन जो है, यह तो बहुत अच्छा तरीका है।</w:t>
      </w:r>
    </w:p>
    <w:p>
      <w:r>
        <w:rPr>
          <w:b/>
        </w:rPr>
        <w:t xml:space="preserve">[24:00] </w:t>
      </w:r>
      <w:r>
        <w:t>isi tarah se hamare paas leaflet hone chahiye. aur humein logon ko leaflet dena chahiye. to yeh wahan se unko dawat ki ka jo hai, ki kaise kiya jaye, uske liye literature ki tayyari ki jaye. to is tarah se unhone shuru kiya ki dawat e ilallah ka mission shuru kiya. aur jo unhone nayi-nayi baatein batai ki yeh kaam humein peaceful tareeqe se karna hai, logon ke saath khair khwahi ke saath kaam karna hai,</w:t>
      </w:r>
    </w:p>
    <w:p>
      <w:pPr>
        <w:jc w:val="right"/>
      </w:pPr>
      <w:r>
        <w:t>इसी तरीके से हमारे पास लीफलेट होने चाहिए। और हमें लोगों को लीफलेट देना चाहिए। तो यह वहां से उनको दावत की का जो है, कि कैसे किया जाए, उसके लिए लिटरेचर की तैयारी की जाए। तो इस तरीके से उन्होंने शुरू किया कि दावत इ अल्लाह का मिशन शुरू किया। और जो उन्होंने नई-नई बातें बताई कि यह काम हमें पीसफुल तरीके से करना है, लोगों के साथ खैर खवाई के साथ काम करना है,</w:t>
      </w:r>
    </w:p>
    <w:p>
      <w:r>
        <w:rPr>
          <w:b/>
        </w:rPr>
        <w:t xml:space="preserve">[24:29] </w:t>
      </w:r>
      <w:r>
        <w:t>daai madhu ka rishta humein bataya. kyunki us zamane mein bas har aadmi se log nafrat kar rahe the. kyunki musalman samjhte the, inhone hamari political power ko chheena hai. to yeh sara bataya ki humein sabse mohabbat karni hai, nafrat nahi karna hai. sabr bardasht ke saath humein unko khuda ka paigham pahunchana hai. to yeh hai. ji, jazaakallah aap.</w:t>
      </w:r>
    </w:p>
    <w:p>
      <w:pPr>
        <w:jc w:val="right"/>
      </w:pPr>
      <w:r>
        <w:t>दाई मधु का रिश्ता हमें बताया। क्योंकि उस जमाने में बस हर आदमी से लोग नफरत कर रहे थे। क्योंकि मुसलमान समझते थे, इन्होंने हमारी पॉलिटिकल पावर को छीना है। तो यह सारा बताया कि हमें सबसे मोहब्बत करनी है, नफरत नहीं करना है। सबर बर्दाश्त के साथ हमें उनको खुदा का पैगाम पहुंचाना है। तो यह है। जी, जजाकल्लाह आप।</w:t>
      </w:r>
    </w:p>
    <w:p>
      <w:r>
        <w:rPr>
          <w:b/>
        </w:rPr>
        <w:t xml:space="preserve">[24:55] </w:t>
      </w:r>
      <w:r>
        <w:t>doctor sahab, as we know ke Maulana sahab ne al risala start kiya 1976 mein, and was basically</w:t>
      </w:r>
    </w:p>
    <w:p>
      <w:pPr>
        <w:jc w:val="right"/>
      </w:pPr>
      <w:r>
        <w:t>डॉक्टर साहब, एज वी नो कि मौलाना साहब ने अल रिसाला स्टार्ट किया 1976 में, एंड वाज बेसिकली</w:t>
      </w:r>
    </w:p>
    <w:p>
      <w:r>
        <w:rPr>
          <w:b/>
        </w:rPr>
        <w:t xml:space="preserve">[25:03] </w:t>
      </w:r>
      <w:r>
        <w:t>to address the modern mind, explain them the contemporary, in the contemporary way, what Islam is all about.</w:t>
      </w:r>
    </w:p>
    <w:p>
      <w:pPr>
        <w:jc w:val="right"/>
      </w:pPr>
      <w:r>
        <w:t>टू एड्रेस द मॉडर्न माइंड, एक्सप्लेन देम द कंटेंपररी, इन द कंटेंपररी वे, व्हाट इस्लाम इज ऑल अबाउट।</w:t>
      </w:r>
    </w:p>
    <w:p>
      <w:r>
        <w:rPr>
          <w:b/>
        </w:rPr>
        <w:t xml:space="preserve">[25:11] </w:t>
      </w:r>
      <w:r>
        <w:t>lekin bahut se challenge aaye.</w:t>
      </w:r>
    </w:p>
    <w:p>
      <w:pPr>
        <w:jc w:val="right"/>
      </w:pPr>
      <w:r>
        <w:t>लेकिन बहुत से चैलेंज आए।</w:t>
      </w:r>
    </w:p>
    <w:p>
      <w:r>
        <w:rPr>
          <w:b/>
        </w:rPr>
        <w:t xml:space="preserve">[25:12] </w:t>
      </w:r>
      <w:r>
        <w:t>to main chahunga aap batayein ke kis tarah al risala shuru hua, kya challenge the, phir uski publishing</w:t>
      </w:r>
    </w:p>
    <w:p>
      <w:pPr>
        <w:jc w:val="right"/>
      </w:pPr>
      <w:r>
        <w:t>तो मैं चाहूंगा आप बताएं कि किस तरह अल रिसाला शुरू हुआ, क्या चैलेंज थे, फिर उसकी पब्लिशिंग</w:t>
      </w:r>
    </w:p>
    <w:p>
      <w:r>
        <w:rPr>
          <w:b/>
        </w:rPr>
        <w:t xml:space="preserve">[25:19] </w:t>
      </w:r>
      <w:r>
        <w:t>ki shuruat kahan se hui, iske bare mein doctor sahab hum sab ko batayein.</w:t>
      </w:r>
    </w:p>
    <w:p>
      <w:pPr>
        <w:jc w:val="right"/>
      </w:pPr>
      <w:r>
        <w:t>की शुरुआत कहां से हुई, इसके बारे में डॉक्टर साहब हम सबको बताएं।</w:t>
      </w:r>
    </w:p>
    <w:p>
      <w:r>
        <w:rPr>
          <w:b/>
        </w:rPr>
        <w:t xml:space="preserve">[25:26] </w:t>
      </w:r>
      <w:r>
        <w:t>Bismillah hir rahman nir rahim, Rabbish rahli sadri, wa yassirli amri, wahl uqdatam mil lisani yaf kahhu li.</w:t>
      </w:r>
    </w:p>
    <w:p>
      <w:pPr>
        <w:jc w:val="right"/>
      </w:pPr>
      <w:r>
        <w:t>बिस्मिल्लाह रहमान रहीम, रब्बिश वली सदरी, वसरली अमरी, वल उकत म लिसानी यफ कली।</w:t>
      </w:r>
    </w:p>
    <w:p>
      <w:r>
        <w:rPr>
          <w:b/>
        </w:rPr>
        <w:t xml:space="preserve">[25:35] </w:t>
      </w:r>
      <w:r>
        <w:t>1967 mein Maulana Delhi aaye aur yahan ek weekly akhbar tha ya magazine, uske editor rahe kafi saal. Phir woh kisi wajah se Al Jamiyat naam tha uska, woh band ho gaya.</w:t>
      </w:r>
    </w:p>
    <w:p>
      <w:pPr>
        <w:jc w:val="right"/>
      </w:pPr>
      <w:r>
        <w:t>1967 में मौलाना दिल्ली आए और यहां एक वीकली अखबार था या मैगजीन, उसके एडिटर रहे काफी साल। फिर वह किसी वजह से अल जमयत नाम था उसका, वह बंद हो गया।</w:t>
      </w:r>
    </w:p>
    <w:p>
      <w:r>
        <w:rPr>
          <w:b/>
        </w:rPr>
        <w:t xml:space="preserve">[25:55] </w:t>
      </w:r>
      <w:r>
        <w:t>To phir Maulana ne kaha ki chalo ab gaon chalte hain hamari walida se, mother se. To hamari walida waise to bolti nahi thi, lekin is baat par unhone jawab diya ki nahi, hum gaon nahi jayenge, bachche yahan padh rahe hain hamare. To hamari walida ki wajah se hum log ek tarike se yahan reh gaye. To phir bhai sahib aaye,</w:t>
      </w:r>
    </w:p>
    <w:p>
      <w:pPr>
        <w:jc w:val="right"/>
      </w:pPr>
      <w:r>
        <w:t>तो फिर मौलाना ने कहा कि चलो अब गांव चलते हैं हमारी वालिदा से, मदर से। तो हमारी वालिदा वैसे तो बोलती नहीं थी, लेकिन इस बात पर उन्होंने जवाब दिया कि नहीं, हम गांव नहीं जाएंगे, बच्चे यहां पढ़ रहे हैं हमारे। तो हमारी वालिदा की वजह से हम लोग एक तरीके से यहां रह गए। तो फिर भाई साहब आए,</w:t>
      </w:r>
    </w:p>
    <w:p>
      <w:r>
        <w:rPr>
          <w:b/>
        </w:rPr>
        <w:t xml:space="preserve">[26:21] </w:t>
      </w:r>
      <w:r>
        <w:t>Doctor Zafarul Islam sahib, us waqt Misr mein the ya Libya mein the.</w:t>
      </w:r>
    </w:p>
    <w:p>
      <w:pPr>
        <w:jc w:val="right"/>
      </w:pPr>
      <w:r>
        <w:t>डॉक्टर जफरुल इस्लाम साहब, उस वक्त मिस्र में थे या लीबिया में थे।</w:t>
      </w:r>
    </w:p>
    <w:p>
      <w:r>
        <w:rPr>
          <w:b/>
        </w:rPr>
        <w:t xml:space="preserve">[26:26] </w:t>
      </w:r>
      <w:r>
        <w:t>To unhone kaha Maulana se ki aap apna magazine nikaliye aur naam bhi bataya uska ki Al Risala naam hona chahiye, yaani the message. To 1976 mein Al Risala nikalna shuru hua. To Maulana ne mujhse kaha ki yeh tum iski printing karvao. To main us waqt 10th class mein tha,</w:t>
      </w:r>
    </w:p>
    <w:p>
      <w:pPr>
        <w:jc w:val="right"/>
      </w:pPr>
      <w:r>
        <w:t>तो उन्होंने कहा मौलाना से कि आप अपना मैगजीन निकालिए और नाम भी बताया उसका कि अल रिसाला नाम होना चाहिए, यानी द मैसेज। तो 1976 में अल रिसाला निकलना शुरू हुआ। तो मौलाना ने मुझसे कहा कि यह तुम इसकी प्रिंटिंग करवाओ। तो मैं उस वक्त थ क्लास में था,</w:t>
      </w:r>
    </w:p>
    <w:p>
      <w:r>
        <w:rPr>
          <w:b/>
        </w:rPr>
        <w:t xml:space="preserve">[26:49] </w:t>
      </w:r>
      <w:r>
        <w:t>I was about 15 years old.</w:t>
      </w:r>
    </w:p>
    <w:p>
      <w:pPr>
        <w:jc w:val="right"/>
      </w:pPr>
      <w:r>
        <w:t>आई वाज अबाउट 15 इयर्स ओल्ड।</w:t>
      </w:r>
    </w:p>
    <w:p>
      <w:r>
        <w:rPr>
          <w:b/>
        </w:rPr>
        <w:t xml:space="preserve">[26:52] </w:t>
      </w:r>
      <w:r>
        <w:t>To phir maine usko mahine mein ek do din mujhe yeh kaam karna hota tha ki uski printing jo bhi hoti thi, paper aur printing aur binding, aur phir usko le jaakar post karna. To yeh mera kaam hota tha. Yeh to phir yeh silsila chalta raha. Us zamane mein mujhe yaad hai ki Al Risale ki price Rs hoti thi aur subscription Rs.</w:t>
      </w:r>
    </w:p>
    <w:p>
      <w:pPr>
        <w:jc w:val="right"/>
      </w:pPr>
      <w:r>
        <w:t>तो फिर मैंने उसको महीने में एक दो दिन मुझे यह काम करना होता था कि उसकी प्रिंटिंग जो भी होती थी, पेपर और प्रिंटिंग और बाइंडिंग, और फिर उसको ले जाकर पोस्ट करना। तो यह मेरा काम होता था। यह तो फिर यह सिलसिला चलता रहा। उस जमाने में मुझे याद है कि अल रिसाले की प्राइस र होती थी और सब्सक्रिप्शन₹।</w:t>
      </w:r>
    </w:p>
    <w:p>
      <w:r>
        <w:rPr>
          <w:b/>
        </w:rPr>
        <w:t xml:space="preserve">[27:19] </w:t>
      </w:r>
      <w:r>
        <w:t>To hum 1000 copies publish karte the. Aur jo sabse zyada achha response aaya Al Risala ka, woh aaya Malegaon se aur Patna se aur Srinagar se. Hum samajh rahe the ki UP se aayega, lekin UP se koi khaas response nahi aaya. To is tarah se woh Risala chalta raha. Hum samajhte the yeh ek Risala hai.</w:t>
      </w:r>
    </w:p>
    <w:p>
      <w:pPr>
        <w:jc w:val="right"/>
      </w:pPr>
      <w:r>
        <w:t>तो हम 1000 कॉपीज शाय करते थे। और जो सबसे ज्यादा अच्छा रिस्पांस आया अल रिसाला का, वह आया मालेगांव से और पटना से और श्रीनगर से। हम समझ रहे थे कि यूपी से आएगा, लेकिन यूपी से कोई खास रिस्पांस नहीं आया। तो इस तरीके से वह रिसाला चलता रहा। हम समझते थे यह एक रिसाला है।</w:t>
      </w:r>
    </w:p>
    <w:p>
      <w:r>
        <w:rPr>
          <w:b/>
        </w:rPr>
        <w:t xml:space="preserve">[27:45] </w:t>
      </w:r>
      <w:r>
        <w:t>Risala waise to matlab hai the message, lekin hum Urdu mein kehte hain magazine ko. To ab chunki hum log chhote the, to hum bhi samajhte the ki yeh ek ek Risala hai, jaise aur bhi risale bahut nikalte hain. Us zamane mein risalo ka kaafi daur tha,</w:t>
      </w:r>
    </w:p>
    <w:p>
      <w:pPr>
        <w:jc w:val="right"/>
      </w:pPr>
      <w:r>
        <w:t>रिसाला वैसे तो मतलब है द मैसेज, लेकिन हम उर्दू में कहते हैं मैगजीन को। तो अब चूंकि हम लोग छोटे थे, तो हम भी समझते थे कि यह एक एक रिसाला है, जैसे और भी रिसाले बहुत निकलते हैं। उस जमाने में रिसालो का काफी दौर था,</w:t>
      </w:r>
    </w:p>
    <w:p>
      <w:r>
        <w:rPr>
          <w:b/>
        </w:rPr>
        <w:t xml:space="preserve">[28:01] </w:t>
      </w:r>
      <w:r>
        <w:t>Al Sana aur Noor aur Batool aur Shama aur Sushma aur 20vi Sadi aur Ruby. Yeh sab bahut magazine hote the.</w:t>
      </w:r>
    </w:p>
    <w:p>
      <w:pPr>
        <w:jc w:val="right"/>
      </w:pPr>
      <w:r>
        <w:t>अलसना और नूर और बतूल और शमा और सुषमा और 20वीं सदी और रूबी। यह सब बहुत मैगजीन होते थे।</w:t>
      </w:r>
    </w:p>
    <w:p>
      <w:r>
        <w:rPr>
          <w:b/>
        </w:rPr>
        <w:t xml:space="preserve">[28:10] </w:t>
      </w:r>
      <w:r>
        <w:t>To hamare zehan mein tha ki yeh bhi ek magazine hai aur jaise saare magazine hote hain. Lekin haan, ismein koi achhi baatein hain, log usko usse fayda hota hoga. To khair, yeh lamba chalta raha. Alhamdulillah, response achha raha. Aur phir English Risala nikla.</w:t>
      </w:r>
    </w:p>
    <w:p>
      <w:pPr>
        <w:jc w:val="right"/>
      </w:pPr>
      <w:r>
        <w:t>तो हमारे जहन में था कि यह भी एक मैगजीन है और जैसे सारे मैगजीन होते हैं। लेकिन हां, इसमें कोई अच्छी बातें हैं, लोग उसको उससे फायदा होता होगा। तो खैर, यह लंबा चलता रहा। अल्हम्दुलिल्लाह, रिस्पांस अच्छा रहा। और फिर इंग्लिश रिसाला निकला।</w:t>
      </w:r>
    </w:p>
    <w:p>
      <w:r>
        <w:rPr>
          <w:b/>
        </w:rPr>
        <w:t xml:space="preserve">[28:29] </w:t>
      </w:r>
      <w:r>
        <w:t>Aapne English mein Risala nikala, translation karke kafi kafi saalon chala. Aur Alhamdulillah, woh kafi maqbool bhi hua. Aur Kaleem sahib us zamane mein Nigeria mein the. Ji, to Kaleem sahib ne wahan se usko publish karna shuru kiya aur distribution karna shuru kiya. To phir Hindi Risala bhi nikla kuch arse.</w:t>
      </w:r>
    </w:p>
    <w:p>
      <w:pPr>
        <w:jc w:val="right"/>
      </w:pPr>
      <w:r>
        <w:t>आपने इंग्लिश में रिसाला निकाला, ट्रांसलेशन करके काफी काफी सालों चला। और अल्हम्दुलिल्लाह, वह काफी मकबूल भी हुआ। और कलीम साहब उस जमाने में नाइजीरिया में थे। जी, तो कलीम साहब ने वहां से उसको पब्लिश करना शुरू किया और डिस्ट्रीब्यूशन करना शुरू किया। तो फिर हिंदी रिसाला भी निकला कुछ अरसे।</w:t>
      </w:r>
    </w:p>
    <w:p>
      <w:r>
        <w:rPr>
          <w:b/>
        </w:rPr>
        <w:t xml:space="preserve">[28:56] </w:t>
      </w:r>
      <w:r>
        <w:t>Hindi Al Risala, mere khayal hai, chand saal woh bhi chala. Woh phir kisi wajah se band ho gaya. Phir Haroon Sheikh sahib ne English Risale ko revive kiya, uska naam rakha Spiritual Message. Bombay se woh kafi saalon chalta raha. Phir uske baad Sara Fatima sahiba ne The Spirit of Islam karke Bangalore se usko nikalna shuru kiya, jo abhi tak jaari hai. Aur bahut hi dedication ke saath woh kaam karti hain.</w:t>
      </w:r>
    </w:p>
    <w:p>
      <w:pPr>
        <w:jc w:val="right"/>
      </w:pPr>
      <w:r>
        <w:t>हिंदी अल रिसाला, मेरे ख्याल है, चंद साल वह भी चला। वह फिर किसी वजह से बंद हो गया। फिर हारून शेख साहब ने इंग्लिश रिसाले को रिवाइव किया, उसका नाम रखा स्पिरिचुअल मैसेज। बॉम्बे से वह काफी सालों चलता रहा। फिर उसके बाद सारा फातिमा साहिबा ने द स्पिरिट ऑफ इस्लाम करके बेंगलोर से उसको निकालना शुरू किया, जो अभी तक जारी है। और बहुत ही डेडिकेशन के साथ वह काम करती हैं।</w:t>
      </w:r>
    </w:p>
    <w:p>
      <w:r>
        <w:rPr>
          <w:b/>
        </w:rPr>
        <w:t xml:space="preserve">[29:23] </w:t>
      </w:r>
      <w:r>
        <w:t>To is tarah se India mein, India se bahar yeh Maulana ka paigham pahunchna shuru ho gaya. Aur jab CPS mission bana, to yahi saare jo readers the, jo qareen the, jo Maulana ke thought ko pasand karte the,</w:t>
      </w:r>
    </w:p>
    <w:p>
      <w:pPr>
        <w:jc w:val="right"/>
      </w:pPr>
      <w:r>
        <w:t>तो इस तरीके से इंडिया में, इंडिया से बाहर यह मौलाना का पैगाम पहुंचना शुरू हो गया। और जब सीपीएस मिशन बना, तो यही सारे जो रीडर्स थे, जो कारीन थे, जो मौलाना के थॉट को पसंद करते थे,</w:t>
      </w:r>
    </w:p>
    <w:p>
      <w:r>
        <w:rPr>
          <w:b/>
        </w:rPr>
        <w:t xml:space="preserve">[29:42] </w:t>
      </w:r>
      <w:r>
        <w:t>Aap logon ne unse contact kiya. Aur woh ek tarike se wahi log member ban gaye aur unko ek mission mil gaya.</w:t>
      </w:r>
    </w:p>
    <w:p>
      <w:pPr>
        <w:jc w:val="right"/>
      </w:pPr>
      <w:r>
        <w:t>आप लोगों ने उनसे कांटेक्ट किया। और वह एक तरीके से वही लोग मेंबर बन गए और उनको एक मिशन मिल गया।</w:t>
      </w:r>
    </w:p>
    <w:p>
      <w:r>
        <w:rPr>
          <w:b/>
        </w:rPr>
        <w:t xml:space="preserve">[29:49] </w:t>
      </w:r>
      <w:r>
        <w:t>Pehle samajhte the ki bas kitab hai ya magazine hai. To ek ek mission ka woh silsila ban gaya. Ab jaise Kaleem sahib ne jo idara qayam kiya New York mein, uska naam tha Al Risala Forum International. Ji,</w:t>
      </w:r>
    </w:p>
    <w:p>
      <w:pPr>
        <w:jc w:val="right"/>
      </w:pPr>
      <w:r>
        <w:t>पहले समझते थे कि बस किताब है या मैगजीन है। तो एक एक मिशन का वो सिलसिला बन गया। अब जैसे कलीम साहब ने जो इदार कायम किया न्यूयॉर्क में, उसका नाम था अल रिसाला फोरम इंटरनेशनल। जी,</w:t>
      </w:r>
    </w:p>
    <w:p>
      <w:r>
        <w:rPr>
          <w:b/>
        </w:rPr>
        <w:t xml:space="preserve">[30:08] </w:t>
      </w:r>
      <w:r>
        <w:t>Ab woh US CPS USA ke naam se</w:t>
      </w:r>
    </w:p>
    <w:p>
      <w:pPr>
        <w:jc w:val="right"/>
      </w:pPr>
      <w:r>
        <w:t>अब वह यूएस सीपीएस यूएस यूएसए के नाम से</w:t>
      </w:r>
    </w:p>
    <w:p>
      <w:r>
        <w:rPr>
          <w:b/>
        </w:rPr>
        <w:t xml:space="preserve">[30:12] </w:t>
      </w:r>
      <w:r>
        <w:t>hai. To is tarah se yeh kaam shuru hua. UK mein ek sahib hain, Shamshad Khan sahib. Unhone bhi Al Risala bahut pasand kiya. Woh keh rahe the ki main gaya tha South Africa Ahmed Deedat se milne. To Ahmed Deedat ne kaha ki India se ek magazine chhapta hai, Al Risala, woh padho. To unhone phir humse contact kiya. Phir unhone kafi badi taad mein Risala mangaya aur Maulana ki kitabein Maulana gaye bhi kai baar unke yahan Birmingham. To woh is tarah</w:t>
      </w:r>
    </w:p>
    <w:p>
      <w:pPr>
        <w:jc w:val="right"/>
      </w:pPr>
      <w:r>
        <w:t>है। तो इस तरीके से यह काम शुरू हुआ। यूके में एक साहब हैं, शमशाद खान साहब। उन्होंने भी अल रिसाला बहुत पसंद किया। वह कह रहे थे कि मैं गया था साउथ अफ्रीका अहमद दीदा से मिलने। तो अहमद दीदा ने कहा कि इंडिया से एक मैगजीन छपता है, अल रिसाला, वो पढ़ा करो। तो उन्होंने फिर हमसे कांटेक्ट किया। फिर उन्होंने काफी बड़ी तादाद में रिसाला मंगाया और मौलाना की किताबें मौलाना गए भी कई बार उनके यहां बर्मिंघम। तो वह इस तरह</w:t>
      </w:r>
    </w:p>
    <w:p>
      <w:r>
        <w:rPr>
          <w:b/>
        </w:rPr>
        <w:t xml:space="preserve">[30:40] </w:t>
      </w:r>
      <w:r>
        <w:t>India aur India se bahar kai jagahon par yeh kaam shuru ho gaya. To baharhal, yahi ek mission ki ek tarike se buniyad hai, yaani jisse ek yeh kaam shuru hua aur logon tak pahunchi baatein. Aur jahan tak kitabon ka taalluq hai,</w:t>
      </w:r>
    </w:p>
    <w:p>
      <w:pPr>
        <w:jc w:val="right"/>
      </w:pPr>
      <w:r>
        <w:t>इंडिया और इंडिया से बाहर कई जगहों पर यह काम शुरू हो गया। तो बहरहाल, यही एक मिशन की एक तरीके से बुनियाद है, यानी जिससे एक यह काम शुरू हुआ और लोगों तक पहुंची बातें। और जहां तक किताबों का ताल्लुक है,</w:t>
      </w:r>
    </w:p>
    <w:p>
      <w:r>
        <w:rPr>
          <w:b/>
        </w:rPr>
        <w:t xml:space="preserve">[31:01] </w:t>
      </w:r>
      <w:r>
        <w:t>kitab kitabein shuru mein hi. Ab jaise Al Risala nikalne se pehle hi Maulana ne kitabein likhi thi. Ji,</w:t>
      </w:r>
    </w:p>
    <w:p>
      <w:pPr>
        <w:jc w:val="right"/>
      </w:pPr>
      <w:r>
        <w:t>किताब किताबें शुरू में ही। अब जैसे अल रिसाला निकलने से पहले ही मौलाना ने किताबें लिखी थीं। जी,</w:t>
      </w:r>
    </w:p>
    <w:p>
      <w:r>
        <w:rPr>
          <w:b/>
        </w:rPr>
        <w:t xml:space="preserve">[31:07] </w:t>
      </w:r>
      <w:r>
        <w:t>Ji, jaise Taabeer ki Ghalat Thi, woh pehle likhi thi. Hamare yahan aane se, Delhi aane se pehle hi likhi thi. Aur Mazhab aur Jadeed Challenge, God Raisers ke naam se jo chhapi, woh Lucknow mein likhi thi.</w:t>
      </w:r>
    </w:p>
    <w:p>
      <w:pPr>
        <w:jc w:val="right"/>
      </w:pPr>
      <w:r>
        <w:t>जी, जैसे जैसे ताबीर की गलत थी, वह पहले लिखी थी। हमारे यहां आने से, दिल्ली आने से पहले ही लिखी थी। और मजहब और जदीद चैलेंज, गॉड राइजर्स के नाम से जो छपी, वह लखनऊ में लिखी थी।</w:t>
      </w:r>
    </w:p>
    <w:p>
      <w:r>
        <w:rPr>
          <w:b/>
        </w:rPr>
        <w:t xml:space="preserve">[31:20] </w:t>
      </w:r>
      <w:r>
        <w:t>aisi kuch aur bhi kitabein thi, insaan ki manzil aur quran ka matlab insaan.</w:t>
      </w:r>
    </w:p>
    <w:p>
      <w:pPr>
        <w:jc w:val="right"/>
      </w:pPr>
      <w:r>
        <w:t>ऐसी कुछ और भी किताबें थीं, इंसान की मंजिल और कुरान का मतलब इंसान।</w:t>
      </w:r>
    </w:p>
    <w:p>
      <w:r>
        <w:rPr>
          <w:b/>
        </w:rPr>
        <w:t xml:space="preserve">[31:24] </w:t>
      </w:r>
      <w:r>
        <w:t>aur kai sari kitabein.</w:t>
      </w:r>
    </w:p>
    <w:p>
      <w:pPr>
        <w:jc w:val="right"/>
      </w:pPr>
      <w:r>
        <w:t>और कई सारी किताबें।</w:t>
      </w:r>
    </w:p>
    <w:p>
      <w:r>
        <w:rPr>
          <w:b/>
        </w:rPr>
        <w:t xml:space="preserve">[31:25] </w:t>
      </w:r>
      <w:r>
        <w:t>aur jab jab jamaat islami the, jab jamaat islami mein the, to us waqt bhi kai books wahan</w:t>
      </w:r>
    </w:p>
    <w:p>
      <w:pPr>
        <w:jc w:val="right"/>
      </w:pPr>
      <w:r>
        <w:t>और जब जब जमात इस्लामी थे, जब जमात इस्लामी में थे, तो उस वक्त भी कई बुक्स वहां</w:t>
      </w:r>
    </w:p>
    <w:p>
      <w:r>
        <w:rPr>
          <w:b/>
        </w:rPr>
        <w:t xml:space="preserve">[31:31] </w:t>
      </w:r>
      <w:r>
        <w:t>se chhapi thi, Marxism aur socialism aur is tarah kai kai booklets aur kitabein.</w:t>
      </w:r>
    </w:p>
    <w:p>
      <w:pPr>
        <w:jc w:val="right"/>
      </w:pPr>
      <w:r>
        <w:t>से छपी थीं, मार्क्सिज्म और सोशलिज्म और इस तरह कई कई बुकलेट्स और किताबें।</w:t>
      </w:r>
    </w:p>
    <w:p>
      <w:r>
        <w:rPr>
          <w:b/>
        </w:rPr>
        <w:t xml:space="preserve">[31:38] </w:t>
      </w:r>
      <w:r>
        <w:t>aur phir Maulana ne kya kiya ke compilation shuru kiya.</w:t>
      </w:r>
    </w:p>
    <w:p>
      <w:pPr>
        <w:jc w:val="right"/>
      </w:pPr>
      <w:r>
        <w:t>और फिर मौलाना ने क्या किया कि कंपाइलेशन शुरू किया।</w:t>
      </w:r>
    </w:p>
    <w:p>
      <w:r>
        <w:rPr>
          <w:b/>
        </w:rPr>
        <w:t xml:space="preserve">[31:43] </w:t>
      </w:r>
      <w:r>
        <w:t>compilation, yaani jo articles aate the al risala mein, usko compile kiya.</w:t>
      </w:r>
    </w:p>
    <w:p>
      <w:pPr>
        <w:jc w:val="right"/>
      </w:pPr>
      <w:r>
        <w:t>कंपाइलेशन, यानी जो आर्टिकल्स आते थे अल रिसाला में, उसको कंपाइल किया।</w:t>
      </w:r>
    </w:p>
    <w:p>
      <w:r>
        <w:rPr>
          <w:b/>
        </w:rPr>
        <w:t xml:space="preserve">[31:48] </w:t>
      </w:r>
      <w:r>
        <w:t>usse bahut kitabein bani,</w:t>
      </w:r>
    </w:p>
    <w:p>
      <w:pPr>
        <w:jc w:val="right"/>
      </w:pPr>
      <w:r>
        <w:t>उससे बहुत किताबें बनी,</w:t>
      </w:r>
    </w:p>
    <w:p>
      <w:r>
        <w:rPr>
          <w:b/>
        </w:rPr>
        <w:t xml:space="preserve">[31:50] </w:t>
      </w:r>
      <w:r>
        <w:t>jaise Allah Hu Akbar, Raaz e Hayat. Aur aise bahut sari kitabein, mere khayal se 202 kitabein aisi hongi jo Al Risala ke mazameen se bani. Ji, to is tarah se kitabein bhi logon tak pahunchni shuru ho gayin. Aur jo Maulana ki kitabon ka khaas topic hai,</w:t>
      </w:r>
    </w:p>
    <w:p>
      <w:pPr>
        <w:jc w:val="right"/>
      </w:pPr>
      <w:r>
        <w:t>जैसे अल्लाह हू अकबर, राज हयात। और ऐसे बहुत सारी किताबें, मेरे ख्याल से 202 किताबें ऐसी होंगी जो अल रिसाला के मजमीन से बनी। जी, तो इस तरीके से किताबें भी लोगों तक पहुंचनी शुरू हो गईं। और जो मौलाना की किताबों का खास टॉपिक है,</w:t>
      </w:r>
    </w:p>
    <w:p>
      <w:r>
        <w:rPr>
          <w:b/>
        </w:rPr>
        <w:t xml:space="preserve">[32:10] </w:t>
      </w:r>
      <w:r>
        <w:t>yaani kitabon ka jo khaas jo subject, woh hai Maarif aur Ruhaniyat.</w:t>
      </w:r>
    </w:p>
    <w:p>
      <w:pPr>
        <w:jc w:val="right"/>
      </w:pPr>
      <w:r>
        <w:t>यानी किताबों का जो खास जो सब्जेक्ट, वह है मारिफ और रूहानियत।</w:t>
      </w:r>
    </w:p>
    <w:p>
      <w:r>
        <w:rPr>
          <w:b/>
        </w:rPr>
        <w:t xml:space="preserve">[32:17] </w:t>
      </w:r>
      <w:r>
        <w:t>jaise kitabein marif hai, allah hoo akbar hai, rabbaniya hai, tuskia nafs hai, aakhri safar hai, sachcha rasta, haqeeqat ki talash, mand azmat, momin, khuda aur insan, khuda ki daryaft, haqeeqat haj. ab jaise haqeeqat haj hai, woh mujhe behad pasand aayi ki kitab is lihaz se ki maulana ne haj ko explain is tarah kiya hai ki jo aaj shayad hi koi janta ho.</w:t>
      </w:r>
    </w:p>
    <w:p>
      <w:pPr>
        <w:jc w:val="right"/>
      </w:pPr>
      <w:r>
        <w:t>जैसे किताबें मारिफ है, अल्लाह हू अकबर है, रब्बानिया है, तस्किया नफ्स है, आखिरी सफर है, सच्चा रास्ता, हकीकत की तलाश, मंद अजमत, मोमिन, खुदा और इंसान, खुदा की दरयाफ्त, हकीकत हज। अब जैसे हकीकत हज है, वह मुझे बेहद पसंद आई कि किताब इस लिहाज से कि मौलाना ने हज को एक्सप्लेन इस तरह किया है कि जो आज शायद ही कोई जानता हो।</w:t>
      </w:r>
    </w:p>
    <w:p>
      <w:r>
        <w:rPr>
          <w:b/>
        </w:rPr>
        <w:t xml:space="preserve">[32:43] </w:t>
      </w:r>
      <w:r>
        <w:t>log yeh samajhte hain ki haj yeh hai ki hum makka jaen, wahan par hum tawaaf karein aur phir saee karein, safa marwa ke darmiyan aur zamzam piyein aur phir arafat jaen aur mustalfa mein rukein aur meena mein qayam karein aur phir qurbaani karein. aur aur yeh yeh haj</w:t>
      </w:r>
    </w:p>
    <w:p>
      <w:pPr>
        <w:jc w:val="right"/>
      </w:pPr>
      <w:r>
        <w:t>लोग यह समझते हैं कि हज यह है कि हम मक्का जाएं, वहां पर हम तवाफ करें और फिर सही करें, सफा मरवा के दरमियान और जमजम पिए और फिर अरफात जाएं और मुस्तलफा में रुके और मीना में कयाम करें और फिर कुर्बानी करें। और और यह यह हज</w:t>
      </w:r>
    </w:p>
    <w:p>
      <w:r>
        <w:rPr>
          <w:b/>
        </w:rPr>
        <w:t xml:space="preserve">[33:02] </w:t>
      </w:r>
      <w:r>
        <w:t>ho gaya. ji, yeh toh ek ritualistic aspect hai haj ka. lekin maulana ne jo baat haqeeqat haj mein batai, woh bahut hi aham hai ki haj jo hai, woh hazrat ibrahim al salam ki zindagi ko follow karna hai. jo hum yeh saare ritualistic amal karte hain, tawaaf aur saee waghera, yeh hazrat ibrahim al salam ki zindagi ko follow karna hai. iska matlab yeh nahi hai ki sirf humne woh sab aamaal kiye aur wapas aa gaye, balki jo unki zindagi thi, woh ek daawati zindagi thi.</w:t>
      </w:r>
    </w:p>
    <w:p>
      <w:pPr>
        <w:jc w:val="right"/>
      </w:pPr>
      <w:r>
        <w:t>हो गया। जी, यह तो एक रिचुअलिस्टिक एस्पेक्ट है हज का। लेकिन मौलाना ने जो बात हकीकत हज में बताई, वह बहुत ही अहम है कि हज जो है, वह हजरत इब्राहिम अल सलाम की जिंदगी को फॉलो करना है। जो हम यह सारे रिचुअलिस्टिक अमल करते हैं, तवाफ और सई वगैरह, यह हजरत इब्राहिम अल सलाम की जिंदगी को फॉलो करना है। इसका मतलब यह नहीं है कि सिर्फ हमने वह सब आमाल किए और वापस आ गए, बल्कि जो उनकी जिंदगी थी, वह एक दावती जिंदगी थी।</w:t>
      </w:r>
    </w:p>
    <w:p>
      <w:r>
        <w:rPr>
          <w:b/>
        </w:rPr>
        <w:t xml:space="preserve">[33:31] </w:t>
      </w:r>
      <w:r>
        <w:t>saari zindagi woh safar karte rahe. toh wahi daawati zindagi agar apnayenge hum, tab woh haj ka waqai haqeeqi faida hoga. toh isi tarah aur bhi bahut saare hain. main thodi le raha hoon, jaise mutala-e-quran ek maulana ka khaas topic hai, jisme tasqeel-e-quran khud ek usi andaaz ki kitab hai, azmat-e-quran, marif-e-quran, quran ka matlab insan. bahut saari kitabein hain. aise hi mutala-e-hadith,</w:t>
      </w:r>
    </w:p>
    <w:p>
      <w:pPr>
        <w:jc w:val="right"/>
      </w:pPr>
      <w:r>
        <w:t>सारी जिंदगी वह सफर करते रहे। तो वही दावती जिंदगी अगर अपनाएंगे हम, तब वह हज का वाकई हकीकी फायदा होगा। तो इसी तरीके से और भी बहुत सारे हैं। मैं थोड़ी ले रहा हूं, जैसे मुताल कुरान एक मौलाना का खास टॉपिक है, जिसमें तस्किल कुरान खुद एक उसी अंदाज की किताब है, अजमत कुरान, मारिफ कुरान, कुरान का मतलब इंसान। बहुत सारी किताबें हैं। ऐसे ही मुताल हदीस,</w:t>
      </w:r>
    </w:p>
    <w:p>
      <w:r>
        <w:rPr>
          <w:b/>
        </w:rPr>
        <w:t xml:space="preserve">[33:58] </w:t>
      </w:r>
      <w:r>
        <w:t>mutala-e-hadith, hadith rasool, islami taaleemat, islami zindagi, saug-e-ramzan. aur abhi compilation, furqan sahab bhi usmein kaafi ne furqan sahab ne kaam kiya hai</w:t>
      </w:r>
    </w:p>
    <w:p>
      <w:pPr>
        <w:jc w:val="right"/>
      </w:pPr>
      <w:r>
        <w:t>मुताल हदीस, हदीस रसूल, इस्लामी तालीमा, इस्लामी जिंदगी, सौम रमजान। और अभी कंपाइलेशन, फरात साहब भी उसमें काफी ने फरात साहब ने काम किया है</w:t>
      </w:r>
    </w:p>
    <w:p>
      <w:r>
        <w:rPr>
          <w:b/>
        </w:rPr>
        <w:t xml:space="preserve">[34:09] </w:t>
      </w:r>
      <w:r>
        <w:t>ke aha dees ko Maulana ne explain kiya hai.</w:t>
      </w:r>
    </w:p>
    <w:p>
      <w:pPr>
        <w:jc w:val="right"/>
      </w:pPr>
      <w:r>
        <w:t>कि अहा दीस को मौलाना ने एक्सप्लेन किया है।</w:t>
      </w:r>
    </w:p>
    <w:p>
      <w:r>
        <w:rPr>
          <w:b/>
        </w:rPr>
        <w:t xml:space="preserve">[34:12] </w:t>
      </w:r>
      <w:r>
        <w:t>ji, aur wo explanation inshallah ek book form mein bhi aayega, lekin abhi al risala mein aa raha</w:t>
      </w:r>
    </w:p>
    <w:p>
      <w:pPr>
        <w:jc w:val="right"/>
      </w:pPr>
      <w:r>
        <w:t>जी, और वह एक्सप्लेनेशन इंशाल्लाह एक बुक फॉर्म में भी आएगा, लेकिन अभी अल रिसाला में आ रहा</w:t>
      </w:r>
    </w:p>
    <w:p>
      <w:r>
        <w:rPr>
          <w:b/>
        </w:rPr>
        <w:t xml:space="preserve">[34:19] </w:t>
      </w:r>
      <w:r>
        <w:t>hai. to wo ek bahut hi alag tarah ka explanation hai hadith ka.</w:t>
      </w:r>
    </w:p>
    <w:p>
      <w:pPr>
        <w:jc w:val="right"/>
      </w:pPr>
      <w:r>
        <w:t>है। तो वह एक बहुत ही अलग तरह का एक्सप्लेनेशन है हदीस का।</w:t>
      </w:r>
    </w:p>
    <w:p>
      <w:r>
        <w:rPr>
          <w:b/>
        </w:rPr>
        <w:t xml:space="preserve">[34:22] </w:t>
      </w:r>
      <w:r>
        <w:t>to usse inshallah bahut faida hoga.</w:t>
      </w:r>
    </w:p>
    <w:p>
      <w:pPr>
        <w:jc w:val="right"/>
      </w:pPr>
      <w:r>
        <w:t>तो उससे इंशाल्लाह बहुत फायदा होगा।</w:t>
      </w:r>
    </w:p>
    <w:p>
      <w:r>
        <w:rPr>
          <w:b/>
        </w:rPr>
        <w:t xml:space="preserve">[34:25] </w:t>
      </w:r>
      <w:r>
        <w:t>aise hi mutal seerat, yaani rasoolullah ki seerat ke upar paighamabar e inqilab, paighamabar e Islam, zahar e Islam, azmat e sahaba,</w:t>
      </w:r>
    </w:p>
    <w:p>
      <w:pPr>
        <w:jc w:val="right"/>
      </w:pPr>
      <w:r>
        <w:t>ऐसे ही मुताल सीरत, यानी रसूलल्लाह की सीरत के ऊपर पैगंबर इंकलाब, पैगंबर इस्लाम, जहर इस्लाम, अजमत सहाबा,</w:t>
      </w:r>
    </w:p>
    <w:p>
      <w:r>
        <w:rPr>
          <w:b/>
        </w:rPr>
        <w:t xml:space="preserve">[34:33] </w:t>
      </w:r>
      <w:r>
        <w:t>seerat e rasool, ummatul momineen, aisi dawat illallah ke upar bahut sari books hain.</w:t>
      </w:r>
    </w:p>
    <w:p>
      <w:pPr>
        <w:jc w:val="right"/>
      </w:pPr>
      <w:r>
        <w:t>सीरत रसूल, उम्मत उम्मतुल मोमिनीन, ऐसी दावत इल्लल्लाह के ऊपर बहुत सारी बुक्स हैं।</w:t>
      </w:r>
    </w:p>
    <w:p>
      <w:r>
        <w:rPr>
          <w:b/>
        </w:rPr>
        <w:t xml:space="preserve">[34:38] </w:t>
      </w:r>
      <w:r>
        <w:t>dawat illallah khud ek booklet hai, jo hum kafi distributor hain.</w:t>
      </w:r>
    </w:p>
    <w:p>
      <w:pPr>
        <w:jc w:val="right"/>
      </w:pPr>
      <w:r>
        <w:t>दावत इल्लल्लाह खुद एक बुकलेट है, जो हम काफी डिस्ट्रीब्यूटर हैं।</w:t>
      </w:r>
    </w:p>
    <w:p>
      <w:r>
        <w:rPr>
          <w:b/>
        </w:rPr>
        <w:t xml:space="preserve">[34:43] </w:t>
      </w:r>
      <w:r>
        <w:t>dawat e Islam, dawat e haq, ihya e Islam, daur e dawat, shahadat, ummate muslima ka mission, islami dawat, maqsad e hayat, tareekh</w:t>
      </w:r>
    </w:p>
    <w:p>
      <w:pPr>
        <w:jc w:val="right"/>
      </w:pPr>
      <w:r>
        <w:t>दावत इस्लाम, दावत हक, इहया इस्लाम, दौर दावत, शहादत, उम्मते मुस्लिमा का मिशन, इस्लामी दावत, मकसद हयात, तारीख</w:t>
      </w:r>
    </w:p>
    <w:p>
      <w:r>
        <w:rPr>
          <w:b/>
        </w:rPr>
        <w:t xml:space="preserve">[34:51] </w:t>
      </w:r>
      <w:r>
        <w:t>e dawat e haq, roshan</w:t>
      </w:r>
    </w:p>
    <w:p>
      <w:pPr>
        <w:jc w:val="right"/>
      </w:pPr>
      <w:r>
        <w:t>दावत हक, रोशन</w:t>
      </w:r>
    </w:p>
    <w:p>
      <w:r>
        <w:rPr>
          <w:b/>
        </w:rPr>
        <w:t xml:space="preserve">[34:53] </w:t>
      </w:r>
      <w:r>
        <w:t>mustaqbil, islam kya hai. is is subject par bhi bahut zyada kitabein hain. dawat, chunke dawat maulana ka mehboob tareen subject tha. aur aise hi hikmat-e-hayat, yaani art of living, yeh bhi ek subject maulana ka bahut aham tha. aur raaz</w:t>
      </w:r>
    </w:p>
    <w:p>
      <w:pPr>
        <w:jc w:val="right"/>
      </w:pPr>
      <w:r>
        <w:t>मुस्तकबिल, इस्लाम क्या है। इस इस सब्जेक्ट पर भी बहुत ज्यादा किताबें हैं। दावत, चूंकि दावत मौलाना का महबूब तरीन सब्जेक्ट था। और ऐसे ही हिकमत हयात, यानी आर्ट ऑफ लिविंग, यह भी एक सब्जेक्ट मौलाना का बहुत अहम था। और राज</w:t>
      </w:r>
    </w:p>
    <w:p>
      <w:r>
        <w:rPr>
          <w:b/>
        </w:rPr>
        <w:t xml:space="preserve">[35:08] </w:t>
      </w:r>
      <w:r>
        <w:t>e hayat bahut hi aham kitab hai, secret of success se jo kitab bani english mein, taameer-e-hayat, rehnuma-e-hayat, kitab-e-zindagi, mansooba band, amal, taameer ki taraf, sirat-e-mustaqeem, haliya hai, rah band nahi, rah-e-amal, sabak aamoz, waqiyat, tasawwur-e-millat, ittehad-e-millat,</w:t>
      </w:r>
    </w:p>
    <w:p>
      <w:pPr>
        <w:jc w:val="right"/>
      </w:pPr>
      <w:r>
        <w:t>हयात बहुत ही अहम किताब है, सीक्रेट ऑफ सक्सेस से जो किताब बनी इंग्लिश में, तामीर हयात, रहनुमा हयात, किताब जिंदगी, मंसूबा बंद, अमल, तामीर की तरफ, सिरात मुस्तकीम, हलिया है, राह बंद नहीं, राह अमल, सबक आमोज, वाक्यात, तसव्वुर मिल्लत, इत्तेहाद मिल्लत,</w:t>
      </w:r>
    </w:p>
    <w:p>
      <w:r>
        <w:rPr>
          <w:b/>
        </w:rPr>
        <w:t xml:space="preserve">[35:29] </w:t>
      </w:r>
      <w:r>
        <w:t>tarbiyat-e-aulad. is tarah ki bahut saari kitabein hain, dasiyon kitabein hain.</w:t>
      </w:r>
    </w:p>
    <w:p>
      <w:pPr>
        <w:jc w:val="right"/>
      </w:pPr>
      <w:r>
        <w:t>तरबियत औलाद। इस तरह की बहुत सारी किताबें हैं, दसियों किताबें हैं।</w:t>
      </w:r>
    </w:p>
    <w:p>
      <w:r>
        <w:rPr>
          <w:b/>
        </w:rPr>
        <w:t xml:space="preserve">[35:33] </w:t>
      </w:r>
      <w:r>
        <w:t>aise hi ek aur subject jo bahut achha maulana ka hai, woh hai islami islam asri usloob mein, yaani islam in the modern idiom, jo traditional hai. toh usmein yeh yeh books aa sakti hain, ilm-e-jadeed ka challenge, god raizers, mazhab aur jadeed challenge, aqaliya-e-islam, izhaar-e-deen,</w:t>
      </w:r>
    </w:p>
    <w:p>
      <w:pPr>
        <w:jc w:val="right"/>
      </w:pPr>
      <w:r>
        <w:t>ऐसे ही एक और सब्जेक्ट जो बहुत अच्छा मौलाना का है, वह है इस्लामी इस्लाम असरी उसलूब में, यानी इस्लाम इन द मॉडर्न इडियम, जो ट्रेडिशनल है। तो उसमें यह यह बुक्स आ सकती हैं, इल्म जदीद का चैलेंज, गॉड राइजर्स, मजहब और जदीद चैलेंज, अकलिया इस्लाम, इजहार दीन,</w:t>
      </w:r>
    </w:p>
    <w:p>
      <w:r>
        <w:rPr>
          <w:b/>
        </w:rPr>
        <w:t xml:space="preserve">[35:53] </w:t>
      </w:r>
      <w:r>
        <w:t>islam aur asr-e-hazir, islam deen-e-fitrat, islam ek taaruf, deen-e-insaniyat, deen-e-kamil, hikmat-e-islam, majmua-e-islam, islam daur-e-jadeed ka khaliq, kal allah, kal rasool, nashri taqreer hai, mazameen-e-islam, deen kya hai, deeni taaleem, deen-e-kamil. aur aise hi nazariya-e-aman, yaani peace ke upar maulana ka bahut bada contribution hai. bahut likha hai aur bahut,</w:t>
      </w:r>
    </w:p>
    <w:p>
      <w:pPr>
        <w:jc w:val="right"/>
      </w:pPr>
      <w:r>
        <w:t>इस्लाम और असर हाजिर, इस्लाम दीन फितरत, इस्लाम एक तारुफ, दीन इंसानियत, दीन कामिल, हिकमत इस्लाम, मजम इस्लाम, इस्लाम दौर जदीद का खालिक, काल अल्लाह, काल रसूल, नशरी तकरीर है, मजमीन इस्लाम, दीन क्या है, दीनी तालीम, दीन कामिल। और ऐसे ही नजरिया अमन, यानी पीस के ऊपर मौलाना का बहुत बड़ा कंट्रीब्यूशन है। बहुत लिखा है और बहुत,</w:t>
      </w:r>
    </w:p>
    <w:p>
      <w:r>
        <w:rPr>
          <w:b/>
        </w:rPr>
        <w:t xml:space="preserve">[36:17] </w:t>
      </w:r>
      <w:r>
        <w:t>yaani logon ko usse faida hua hai. is ismein bhi bahut saari books hain, jaise aman-e-alam, islami jihad, taameer-e-millat, qiyadat nama, hindustani musalman, kashmir mein aman, safarnama spain aur falasteen,</w:t>
      </w:r>
    </w:p>
    <w:p>
      <w:pPr>
        <w:jc w:val="right"/>
      </w:pPr>
      <w:r>
        <w:t>यानी लोगों को उससे फायदा हुआ है। इस इसमें भी बहुत सारी बुक्स हैं, जैसे अमन आलम, इस्लामी जिहाद, तामीर मिल्लत, कयादत नामा, हिंदुस्तानी मुसलमान, कश्मीर में अमन, सफरनामा स्पेन और फलस्तीन,</w:t>
      </w:r>
    </w:p>
    <w:p>
      <w:r>
        <w:rPr>
          <w:b/>
        </w:rPr>
        <w:t xml:space="preserve">[36:31] </w:t>
      </w:r>
      <w:r>
        <w:t>a hind pak diary, fasad ka masla, qayamat ka ailaan, taameer-e-insaniyat. aise hi bahut saare safar jo kiye hain, woh likhte the. jab bhi aap bhi saath mein rahe safar mein kaafi, toh aapne dekha ki maulana likhte the, baad mein dictate karane lage. toh woh compilation kaafi hua.</w:t>
      </w:r>
    </w:p>
    <w:p>
      <w:pPr>
        <w:jc w:val="right"/>
      </w:pPr>
      <w:r>
        <w:t>अ हिंद पाक डायरी, फसाद का मसला, कयामत का ऐलान, तामीर इंसानियत। ऐसे ही बहुत सारे सफर जो किए हैं, वह लिखते थे। जब भी आप भी साथ में रहे सफर में काफी, तो आपने देखा कि मौलाना लिखते थे, बाद में डिक्टेट कराने लगे। तो वह कंपाइलेशन काफी हुआ।</w:t>
      </w:r>
    </w:p>
    <w:p>
      <w:r>
        <w:rPr>
          <w:b/>
        </w:rPr>
        <w:t xml:space="preserve">[36:47] </w:t>
      </w:r>
      <w:r>
        <w:t>usmein kuch safar jo India ke safar hain, asfar e hind ke naam se, jo foreign ke safar hain,</w:t>
      </w:r>
    </w:p>
    <w:p>
      <w:pPr>
        <w:jc w:val="right"/>
      </w:pPr>
      <w:r>
        <w:t>उसमें कुछ सफर जो इंडिया के सफर हैं, असफार हिंद के नाम से, जो फॉरेन के सफर हैं,</w:t>
      </w:r>
    </w:p>
    <w:p>
      <w:r>
        <w:rPr>
          <w:b/>
        </w:rPr>
        <w:t xml:space="preserve">[36:53] </w:t>
      </w:r>
      <w:r>
        <w:t>wah safarnama ghair mulki asfar.</w:t>
      </w:r>
    </w:p>
    <w:p>
      <w:pPr>
        <w:jc w:val="right"/>
      </w:pPr>
      <w:r>
        <w:t>वह सफरनामा गैर मुल्की असफार।</w:t>
      </w:r>
    </w:p>
    <w:p>
      <w:r>
        <w:rPr>
          <w:b/>
        </w:rPr>
        <w:t xml:space="preserve">[36:55] </w:t>
      </w:r>
      <w:r>
        <w:t>aisi ek mewat mein kai baar jaya karte the.</w:t>
      </w:r>
    </w:p>
    <w:p>
      <w:pPr>
        <w:jc w:val="right"/>
      </w:pPr>
      <w:r>
        <w:t>ऐसी एक मेवात में कई बार जाया करते थे।</w:t>
      </w:r>
    </w:p>
    <w:p>
      <w:r>
        <w:rPr>
          <w:b/>
        </w:rPr>
        <w:t xml:space="preserve">[36:58] </w:t>
      </w:r>
      <w:r>
        <w:t>ji, qareeb mein yahan haryana mein hai.</w:t>
      </w:r>
    </w:p>
    <w:p>
      <w:pPr>
        <w:jc w:val="right"/>
      </w:pPr>
      <w:r>
        <w:t>जी, करीब में यहां हरियाणा में है।</w:t>
      </w:r>
    </w:p>
    <w:p>
      <w:r>
        <w:rPr>
          <w:b/>
        </w:rPr>
        <w:t xml:space="preserve">[37:00] </w:t>
      </w:r>
      <w:r>
        <w:t>to mewat ka safar ek kitaab hai, bahut hi umda kitaab hai.</w:t>
      </w:r>
    </w:p>
    <w:p>
      <w:pPr>
        <w:jc w:val="right"/>
      </w:pPr>
      <w:r>
        <w:t>तो मेवात का सफर एक किताब है, बहुत ही उम्दा किताब है।</w:t>
      </w:r>
    </w:p>
    <w:p>
      <w:r>
        <w:rPr>
          <w:b/>
        </w:rPr>
        <w:t xml:space="preserve">[37:04] </w:t>
      </w:r>
      <w:r>
        <w:t>aisi maulana apni diary likhte the.</w:t>
      </w:r>
    </w:p>
    <w:p>
      <w:pPr>
        <w:jc w:val="right"/>
      </w:pPr>
      <w:r>
        <w:t>ऐसी मौलाना अपनी डायरी लिखते थे।</w:t>
      </w:r>
    </w:p>
    <w:p>
      <w:r>
        <w:rPr>
          <w:b/>
        </w:rPr>
        <w:t xml:space="preserve">[37:06] </w:t>
      </w:r>
      <w:r>
        <w:t>hum jo kuch diaries chhapi hain, jo 1986</w:t>
      </w:r>
    </w:p>
    <w:p>
      <w:pPr>
        <w:jc w:val="right"/>
      </w:pPr>
      <w:r>
        <w:t>हम जो कुछ डायरीज छपी हैं, जो 1986</w:t>
      </w:r>
    </w:p>
    <w:p>
      <w:r>
        <w:rPr>
          <w:b/>
        </w:rPr>
        <w:t xml:space="preserve">[37:12] </w:t>
      </w:r>
      <w:r>
        <w:t>se lekar 1993 ki, wah chaar diaries chhapi hain.</w:t>
      </w:r>
    </w:p>
    <w:p>
      <w:pPr>
        <w:jc w:val="right"/>
      </w:pPr>
      <w:r>
        <w:t>से लेकर 1993 की, वह चार डायरीज छपी हैं।</w:t>
      </w:r>
    </w:p>
    <w:p>
      <w:r>
        <w:rPr>
          <w:b/>
        </w:rPr>
        <w:t xml:space="preserve">[37:17] </w:t>
      </w:r>
      <w:r>
        <w:t>aise hi a afkar ka mutal, yani jo thoughts hain logon ke, w unke unke bare mein bhi</w:t>
      </w:r>
    </w:p>
    <w:p>
      <w:pPr>
        <w:jc w:val="right"/>
      </w:pPr>
      <w:r>
        <w:t>ऐसे ही अ अफकार का मुताल, यानी जो थॉट्स हैं लोगों के, व उनके उनके बारे में भी</w:t>
      </w:r>
    </w:p>
    <w:p>
      <w:r>
        <w:rPr>
          <w:b/>
        </w:rPr>
        <w:t xml:space="preserve">[37:24] </w:t>
      </w:r>
      <w:r>
        <w:t>maulana ne taabeer ki galti jo hai, maulana madoodi ke afkar, a political thought ke upar</w:t>
      </w:r>
    </w:p>
    <w:p>
      <w:pPr>
        <w:jc w:val="right"/>
      </w:pPr>
      <w:r>
        <w:t>मौलाना ने ताबीर की गलती जो है, मौलाना मदूदी के अफकार, अ पॉलिटिकल थॉट के ऊपर</w:t>
      </w:r>
    </w:p>
    <w:p>
      <w:r>
        <w:rPr>
          <w:b/>
        </w:rPr>
        <w:t xml:space="preserve">[37:30] </w:t>
      </w:r>
      <w:r>
        <w:t>hai. deen ki siyasi taabeer, a al islam, fikr-e-islami, a masail-e-ijtehad, tajdeed-e-deen, shatm rasool ka masla, socialism, ek ghair siyasi, ghair islami nazariya, social aur marxism, jisko tareekh radd</w:t>
      </w:r>
    </w:p>
    <w:p>
      <w:pPr>
        <w:jc w:val="right"/>
      </w:pPr>
      <w:r>
        <w:t>है। दीन की सियासी ताबीर, अ अल इस्लाम, फिक्र इस्लामी, अ मसाइल इज्तिहाद, तजदीद दीन, शतम रसूल का मसला, सोशलिज्म, एक गैर सियासी, गैर इस्लामी नजरिया, सोश अ और मार्क्सिज्म, जिसको तारीख रद्</w:t>
      </w:r>
    </w:p>
    <w:p>
      <w:r>
        <w:rPr>
          <w:b/>
        </w:rPr>
        <w:t xml:space="preserve">[37:46] </w:t>
      </w:r>
      <w:r>
        <w:t>da kar chuki hai.</w:t>
      </w:r>
    </w:p>
    <w:p>
      <w:pPr>
        <w:jc w:val="right"/>
      </w:pPr>
      <w:r>
        <w:t>द कर चुकी है।</w:t>
      </w:r>
    </w:p>
    <w:p>
      <w:r>
        <w:rPr>
          <w:b/>
        </w:rPr>
        <w:t xml:space="preserve">[37:46] </w:t>
      </w:r>
      <w:r>
        <w:t>islam 15wi sadi mein, ulma aur daur jadeed, deen aur shariyat, asbaaq tareekh, sawal aur jawab, tabligh tehreek.</w:t>
      </w:r>
    </w:p>
    <w:p>
      <w:pPr>
        <w:jc w:val="right"/>
      </w:pPr>
      <w:r>
        <w:t>इस्लाम 15वीं सदी में, उलमा और दौर जदीद, दीन और शरीयत, असबाक तारीख, सवाल और जवाब, तबलीग तहरीक।</w:t>
      </w:r>
    </w:p>
    <w:p>
      <w:r>
        <w:rPr>
          <w:b/>
        </w:rPr>
        <w:t xml:space="preserve">[37:53] </w:t>
      </w:r>
      <w:r>
        <w:t>tabligh tehreek par bhi maulana gaye.</w:t>
      </w:r>
    </w:p>
    <w:p>
      <w:pPr>
        <w:jc w:val="right"/>
      </w:pPr>
      <w:r>
        <w:t>तबलीग तहरीक पर भी मौलाना गए।</w:t>
      </w:r>
    </w:p>
    <w:p>
      <w:r>
        <w:rPr>
          <w:b/>
        </w:rPr>
        <w:t xml:space="preserve">[37:56] </w:t>
      </w:r>
      <w:r>
        <w:t>us ek zamane mein tabligh se talluq tha unka.</w:t>
      </w:r>
    </w:p>
    <w:p>
      <w:pPr>
        <w:jc w:val="right"/>
      </w:pPr>
      <w:r>
        <w:t>उस एक जमाने में तबलीग से ताल्लुक था उनका।</w:t>
      </w:r>
    </w:p>
    <w:p>
      <w:r>
        <w:rPr>
          <w:b/>
        </w:rPr>
        <w:t xml:space="preserve">[37:58] </w:t>
      </w:r>
      <w:r>
        <w:t>hindustani musalman, hindustan azadi ke baad, khaleej diary.</w:t>
      </w:r>
    </w:p>
    <w:p>
      <w:pPr>
        <w:jc w:val="right"/>
      </w:pPr>
      <w:r>
        <w:t>हिंदुस्तानी मुसलमान, हिंदुस्तान आजादी के बाद, खलीज डायरी।</w:t>
      </w:r>
    </w:p>
    <w:p>
      <w:r>
        <w:rPr>
          <w:b/>
        </w:rPr>
        <w:t xml:space="preserve">[38:03] </w:t>
      </w:r>
      <w:r>
        <w:t>to yeh kitabein hain jo behtar hain.</w:t>
      </w:r>
    </w:p>
    <w:p>
      <w:pPr>
        <w:jc w:val="right"/>
      </w:pPr>
      <w:r>
        <w:t>तो यह किताबें हैं जो बेहतर हैं।</w:t>
      </w:r>
    </w:p>
    <w:p>
      <w:r>
        <w:rPr>
          <w:b/>
        </w:rPr>
        <w:t xml:space="preserve">[38:06] </w:t>
      </w:r>
      <w:r>
        <w:t>aur iske alawa bhi hain jo ismein nahin list mein aa saki.</w:t>
      </w:r>
    </w:p>
    <w:p>
      <w:pPr>
        <w:jc w:val="right"/>
      </w:pPr>
      <w:r>
        <w:t>और इसके अलावा भी हैं जो इसमें नहीं लिस्ट में आ सकी।</w:t>
      </w:r>
    </w:p>
    <w:p>
      <w:r>
        <w:rPr>
          <w:b/>
        </w:rPr>
        <w:t xml:space="preserve">[38:09] </w:t>
      </w:r>
      <w:r>
        <w:t>yeh iqbal umri sahib ne list tayyar ki, mujhe di, jisse mujhe badi aasani ho gayi.</w:t>
      </w:r>
    </w:p>
    <w:p>
      <w:pPr>
        <w:jc w:val="right"/>
      </w:pPr>
      <w:r>
        <w:t>यह इकबाल उमरी साहब ने लिस्ट तैयार की, मुझे दी, जिससे मुझे बड़ी आसानी हो गई।</w:t>
      </w:r>
    </w:p>
    <w:p>
      <w:r>
        <w:rPr>
          <w:b/>
        </w:rPr>
        <w:t xml:space="preserve">[38:14] </w:t>
      </w:r>
      <w:r>
        <w:t>अ ऐसे ही treasure of wisdom for all of us.</w:t>
      </w:r>
    </w:p>
    <w:p>
      <w:pPr>
        <w:jc w:val="right"/>
      </w:pPr>
      <w:r>
        <w:t>अ ऐसे ही ट्रेजर ऑफ विजडम फॉर ऑल ऑफ अस।</w:t>
      </w:r>
    </w:p>
    <w:p>
      <w:r>
        <w:rPr>
          <w:b/>
        </w:rPr>
        <w:t xml:space="preserve">[38:17] </w:t>
      </w:r>
      <w:r>
        <w:t>ji haan, for all times.</w:t>
      </w:r>
    </w:p>
    <w:p>
      <w:pPr>
        <w:jc w:val="right"/>
      </w:pPr>
      <w:r>
        <w:t>जी हां, फॉर ऑल टाइम्स।</w:t>
      </w:r>
    </w:p>
    <w:p>
      <w:r>
        <w:rPr>
          <w:b/>
        </w:rPr>
        <w:t xml:space="preserve">[38:18] </w:t>
      </w:r>
      <w:r>
        <w:t>ji, aise hi english mein bahut books hain jo aapne translate ki.</w:t>
      </w:r>
    </w:p>
    <w:p>
      <w:pPr>
        <w:jc w:val="right"/>
      </w:pPr>
      <w:r>
        <w:t>जी, ऐसे ही इंग्लिश में बहुत बुक्स हैं जो आपने ट्रांसलेट की।</w:t>
      </w:r>
    </w:p>
    <w:p>
      <w:r>
        <w:rPr>
          <w:b/>
        </w:rPr>
        <w:t xml:space="preserve">[38:23] </w:t>
      </w:r>
      <w:r>
        <w:t>ji, a kaafi had tak english mein bhi literature aa gaya hai. aur bahut si aur jo hindi mein bhi kuch books hain, gujarati mein hai, marathi mein hai, punjabi mein aa rahi hai, tamil, telugu, bengali, french. french mein bhi ek book, balki teen teen chaar books aur chhap chuki hain. doctor sahab, jitni kitabein jaise aapne doosri languages ki batai, main yeh bhi viewers ko kehna chahunga ki yeh humne upload bhi kari hai. cps website par available hai. they can download these</w:t>
      </w:r>
    </w:p>
    <w:p>
      <w:pPr>
        <w:jc w:val="right"/>
      </w:pPr>
      <w:r>
        <w:t>जी, अ काफी हद तक इंग्लिश में भी लिटरेचर आ गया है। और बहुत सी और जो हिंदी में भी कुछ बुक्स हैं, गुजराती में है, मराठी में है, पंजाबी में आ रही है, तमिल, तेलुगु, बंगाली, फ्रेंच। फ्रेंच में भी एक बुक, बल्कि तीन तीन चार बुक्स और छप चुकी है। डॉक्टर साहब, जितनी किताबें जैसे आपने दूसरी लैंग्वेजेस की बताई, मैं यह भी व्यूवर्स को कहना चाहूंगा कि यह हमने अपलोड भी करी है। सीपीएस वेबसाइट पर अवेलेबल है। दे कैन डाउनलोड दीज</w:t>
      </w:r>
    </w:p>
    <w:p>
      <w:r>
        <w:rPr>
          <w:b/>
        </w:rPr>
        <w:t xml:space="preserve">[38:51] </w:t>
      </w:r>
      <w:r>
        <w:t>books. in fact, all the books and of other languages, its is easily downloadable, that you can circulate in your circles. bilkul. toh french, portuguese, spanish, arabic mein toh kaafi kitabein hain. chunke bhai sahab doctor zafar islam sahab ne translate ki thi. aur jo libya ke saathi hain, unhone bhi kaafi saari kitabein translate karwai. aur jaise aapko pata hai, tareq badr sahab pakistan mein kai languages mein kaam karwa rahe hain, sindhi, pushto vagaira</w:t>
      </w:r>
    </w:p>
    <w:p>
      <w:pPr>
        <w:jc w:val="right"/>
      </w:pPr>
      <w:r>
        <w:t>बुक्स। इनफैक्ट, ऑल दी बुक्स एंड ऑफ अदर लैंग्वेजेस, इट्स इजली डाउनलोडेबल, दैट यू कैन सर्कुलेट इन योर सर्कल्स। बिल्कुल। तो फ्रेंच, पोर्तुगीज, स्पेनिश, अरेबिक में तो काफी किताबें हैं। चूंकि भाई साहब डॉक्टर जफर इस्लाम साहब ने ट्रांसलेट की थी। और जो लीबिया के साथी हैं, उन्होंने भी काफी सारी किताबें ट्रांसलेट करवाई। और जैसे आपको पता है, तारिक बदर साहब पाकिस्तान में कई लैंग्वेजेस में काम करवा रहे हैं, सिंधी, पुश्त वगै</w:t>
      </w:r>
    </w:p>
    <w:p>
      <w:r>
        <w:rPr>
          <w:b/>
        </w:rPr>
        <w:t xml:space="preserve">[39:20] </w:t>
      </w:r>
      <w:r>
        <w:t>raha. toh is tarah se, a yaani yeh literature maulana ka har ghar mein pahunch raha hai. aur jab se cps qaayam hua aur cps ki website par saari kitabein, saare thought, saare audio, saare video, sab cheezein aa gayin, toh alhamdulillah, woh uski reach bahut hi multiply ho gayi hai. alhamdulillah. toh is tarah se, alhamdulillah, hum log koshish kar rahe hain aur isko aage badhane ke liye allah taala aasani farmaye.</w:t>
      </w:r>
    </w:p>
    <w:p>
      <w:pPr>
        <w:jc w:val="right"/>
      </w:pPr>
      <w:r>
        <w:t>रह। तो इस तरीके से, अ यानी यह लिटरेचर मौलाना का हर घर में पहुंच रहा है। और जब से सीपीएस कायम हुआ और सीपीएस की वेबसाइट पर सारी किताबें, सारे थॉट, सारे ऑडियो, सारे वीडियो, सब चीजें आ गईं, तो अल्हम्दुलिल्लाह, वो उसकी रीच बहुत ही मल्टीप्लाई हो गई है। अल्हम्दुलिल्लाह। तो इस तरीके से, अल्हम्दुलिल्लाह, हम लोग कोशिश कर रहे हैं और इसको आगे बढ़ाने के लिए अल्लाह ताला आसानी फरमाए।</w:t>
      </w:r>
    </w:p>
    <w:p>
      <w:r>
        <w:rPr>
          <w:b/>
        </w:rPr>
        <w:t xml:space="preserve">[39:45] </w:t>
      </w:r>
      <w:r>
        <w:t>mashaallah, doctor sahib, bahut achhe se aapne elaborate way mein bataya.</w:t>
      </w:r>
    </w:p>
    <w:p>
      <w:pPr>
        <w:jc w:val="right"/>
      </w:pPr>
      <w:r>
        <w:t>माशाल्लाह, डॉक्टर साहब, बहुत अच्छे से आपने एलेबोरेट वे में बताया।</w:t>
      </w:r>
    </w:p>
    <w:p>
      <w:r>
        <w:rPr>
          <w:b/>
        </w:rPr>
        <w:t xml:space="preserve">[39:48] </w:t>
      </w:r>
      <w:r>
        <w:t>aur doctor sahib, bada interesting cheez mere ko bhi ek yaad aayi.</w:t>
      </w:r>
    </w:p>
    <w:p>
      <w:pPr>
        <w:jc w:val="right"/>
      </w:pPr>
      <w:r>
        <w:t>और डॉक्टर साहब, बड़ा इंटरेस्टिंग चीज मेरे को भी एक याद आई।</w:t>
      </w:r>
    </w:p>
    <w:p>
      <w:r>
        <w:rPr>
          <w:b/>
        </w:rPr>
        <w:t xml:space="preserve">[39:51] </w:t>
      </w:r>
      <w:r>
        <w:t>aap jis tarah al risala ka bhi bata rahe the ki kaise shuruaat hui aur maulana ki kitabein.</w:t>
      </w:r>
    </w:p>
    <w:p>
      <w:pPr>
        <w:jc w:val="right"/>
      </w:pPr>
      <w:r>
        <w:t>आप जिस तरह अल रिसाला का भी बता रहे थे कि कैसे शुरुआत हुई और मौलाना की किताबें।</w:t>
      </w:r>
    </w:p>
    <w:p>
      <w:r>
        <w:rPr>
          <w:b/>
        </w:rPr>
        <w:t xml:space="preserve">[39:57] </w:t>
      </w:r>
      <w:r>
        <w:t>to maulana ki kitabein aksar influence karti rahi, abhi tak influence karti hain, opinion makers.</w:t>
      </w:r>
    </w:p>
    <w:p>
      <w:pPr>
        <w:jc w:val="right"/>
      </w:pPr>
      <w:r>
        <w:t>तो मौलाना की किताबें अक्सर इन्फ्लुएंस करती रही, अभी तक इन्फ्लुएंस करती हैं, ओपिनियन मेकर्स।</w:t>
      </w:r>
    </w:p>
    <w:p>
      <w:r>
        <w:rPr>
          <w:b/>
        </w:rPr>
        <w:t xml:space="preserve">[40:02] </w:t>
      </w:r>
      <w:r>
        <w:t>aur hum log, hamari mulaqat bhi hoti thi, jaise javed gamdi sahib ke sath mulaqat hui.</w:t>
      </w:r>
    </w:p>
    <w:p>
      <w:pPr>
        <w:jc w:val="right"/>
      </w:pPr>
      <w:r>
        <w:t>और हम लोग, हमारी मुलाकात भी होती थी, जैसे जावेद गामदी साहब के साथ मुलाकात हुई।</w:t>
      </w:r>
    </w:p>
    <w:p>
      <w:r>
        <w:rPr>
          <w:b/>
        </w:rPr>
        <w:t xml:space="preserve">[40:07] </w:t>
      </w:r>
      <w:r>
        <w:t>woh bahut regularly al risala padhte the.</w:t>
      </w:r>
    </w:p>
    <w:p>
      <w:pPr>
        <w:jc w:val="right"/>
      </w:pPr>
      <w:r>
        <w:t>वह बहुत रेगुलरली अल रिसाला पढ़ते थे।</w:t>
      </w:r>
    </w:p>
    <w:p>
      <w:r>
        <w:rPr>
          <w:b/>
        </w:rPr>
        <w:t xml:space="preserve">[40:09] </w:t>
      </w:r>
      <w:r>
        <w:t>aur ek martaba ek embassy ke official aaye the Maulana se milne.</w:t>
      </w:r>
    </w:p>
    <w:p>
      <w:pPr>
        <w:jc w:val="right"/>
      </w:pPr>
      <w:r>
        <w:t>और एक मर्तबा एक अ एंबेसी के ऑफिशियल आए थे मौलाना से मिलने।</w:t>
      </w:r>
    </w:p>
    <w:p>
      <w:r>
        <w:rPr>
          <w:b/>
        </w:rPr>
        <w:t xml:space="preserve">[40:14] </w:t>
      </w:r>
      <w:r>
        <w:t>to woh pehle Pakistan mein posted the.</w:t>
      </w:r>
    </w:p>
    <w:p>
      <w:pPr>
        <w:jc w:val="right"/>
      </w:pPr>
      <w:r>
        <w:t>तो वह पहले पाकिस्तान में पोस्टेड थे।</w:t>
      </w:r>
    </w:p>
    <w:p>
      <w:r>
        <w:rPr>
          <w:b/>
        </w:rPr>
        <w:t xml:space="preserve">[40:16] </w:t>
      </w:r>
      <w:r>
        <w:t>to unka Delhi tabadla ho raha tha.</w:t>
      </w:r>
    </w:p>
    <w:p>
      <w:pPr>
        <w:jc w:val="right"/>
      </w:pPr>
      <w:r>
        <w:t>तो उनका दिल्ली तबादला हो रहा था।</w:t>
      </w:r>
    </w:p>
    <w:p>
      <w:r>
        <w:rPr>
          <w:b/>
        </w:rPr>
        <w:t xml:space="preserve">[40:18] </w:t>
      </w:r>
      <w:r>
        <w:t>to woh Javed Gamdi sahab se mile.</w:t>
      </w:r>
    </w:p>
    <w:p>
      <w:pPr>
        <w:jc w:val="right"/>
      </w:pPr>
      <w:r>
        <w:t>तो वह जावेद गामदी साहब से मिले।</w:t>
      </w:r>
    </w:p>
    <w:p>
      <w:r>
        <w:rPr>
          <w:b/>
        </w:rPr>
        <w:t xml:space="preserve">[40:20] </w:t>
      </w:r>
      <w:r>
        <w:t>to Javed Gamdi sahab ne kaha ki woh non muslim the.</w:t>
      </w:r>
    </w:p>
    <w:p>
      <w:pPr>
        <w:jc w:val="right"/>
      </w:pPr>
      <w:r>
        <w:t>तो जावेद गामदी साहब ने कहा कि वो नॉन मुस्लिम थे।</w:t>
      </w:r>
    </w:p>
    <w:p>
      <w:r>
        <w:rPr>
          <w:b/>
        </w:rPr>
        <w:t xml:space="preserve">[40:24] </w:t>
      </w:r>
      <w:r>
        <w:t>unhone kaha, "bhaiya, aap India ja rahe hain."</w:t>
      </w:r>
    </w:p>
    <w:p>
      <w:pPr>
        <w:jc w:val="right"/>
      </w:pPr>
      <w:r>
        <w:t>उन्होंने कहा, "भैया, आप इंडिया जा रहे हैं।"</w:t>
      </w:r>
    </w:p>
    <w:p>
      <w:r>
        <w:rPr>
          <w:b/>
        </w:rPr>
        <w:t xml:space="preserve">[40:25] </w:t>
      </w:r>
      <w:r>
        <w:t>to India mein to do hi cheezein hain dekhne ke liye,</w:t>
      </w:r>
    </w:p>
    <w:p>
      <w:pPr>
        <w:jc w:val="right"/>
      </w:pPr>
      <w:r>
        <w:t>तो इंडिया में तो दो ही चीजें हैं देखने के लिए,</w:t>
      </w:r>
    </w:p>
    <w:p>
      <w:r>
        <w:rPr>
          <w:b/>
        </w:rPr>
        <w:t xml:space="preserve">[40:28] </w:t>
      </w:r>
      <w:r>
        <w:t>ek Taj Mahal aur doosre Maulana Wahiduddin Khan sahab.</w:t>
      </w:r>
    </w:p>
    <w:p>
      <w:pPr>
        <w:jc w:val="right"/>
      </w:pPr>
      <w:r>
        <w:t>एक ताजमहल और दूसरे मौलाना वहीदुद्दीन खान साहब।</w:t>
      </w:r>
    </w:p>
    <w:p>
      <w:r>
        <w:rPr>
          <w:b/>
        </w:rPr>
        <w:t xml:space="preserve">[40:31] </w:t>
      </w:r>
      <w:r>
        <w:t>to matlab is tarah Maulana ko log pyaar karte the, padhte the, pasand karte the.</w:t>
      </w:r>
    </w:p>
    <w:p>
      <w:pPr>
        <w:jc w:val="right"/>
      </w:pPr>
      <w:r>
        <w:t>तो मतलब इस तरह मौलाना को लोग प्यार करते थे, पढ़ते थे, पसंद करते थे।</w:t>
      </w:r>
    </w:p>
    <w:p>
      <w:r>
        <w:rPr>
          <w:b/>
        </w:rPr>
        <w:t xml:space="preserve">[40:37] </w:t>
      </w:r>
      <w:r>
        <w:t>and still now, even now, Al Risala jaari hai.</w:t>
      </w:r>
    </w:p>
    <w:p>
      <w:pPr>
        <w:jc w:val="right"/>
      </w:pPr>
      <w:r>
        <w:t>एंड स्टिल नाउ, इवन नाउ, अल रिसाला जारी है।</w:t>
      </w:r>
    </w:p>
    <w:p>
      <w:r>
        <w:rPr>
          <w:b/>
        </w:rPr>
        <w:t xml:space="preserve">[40:41] </w:t>
      </w:r>
      <w:r>
        <w:t>aur kabhi late ho jata hai, to phone calls aate hain, messages aate hain ki Al Risala is</w:t>
      </w:r>
    </w:p>
    <w:p>
      <w:pPr>
        <w:jc w:val="right"/>
      </w:pPr>
      <w:r>
        <w:t>और कभी लेट हो जाता है, तो फोन कॉल्स आते हैं, मैसेजेस आते हैं कि अल रिसाला इस</w:t>
      </w:r>
    </w:p>
    <w:p>
      <w:r>
        <w:rPr>
          <w:b/>
        </w:rPr>
        <w:t xml:space="preserve">[40:46] </w:t>
      </w:r>
      <w:r>
        <w:t>baar aaya nahin.</w:t>
      </w:r>
    </w:p>
    <w:p>
      <w:pPr>
        <w:jc w:val="right"/>
      </w:pPr>
      <w:r>
        <w:t>बार आया नहीं।</w:t>
      </w:r>
    </w:p>
    <w:p>
      <w:r>
        <w:rPr>
          <w:b/>
        </w:rPr>
        <w:t xml:space="preserve">[40:48] </w:t>
      </w:r>
      <w:r>
        <w:t>aur ek achhi baat hui ki Hindi mein bhi usmein kuch mazameen aane lage.</w:t>
      </w:r>
    </w:p>
    <w:p>
      <w:pPr>
        <w:jc w:val="right"/>
      </w:pPr>
      <w:r>
        <w:t>और एक अच्छी बात हुई कि हिंदी में भी उसमें कुछ मजमीन आने लगे।</w:t>
      </w:r>
    </w:p>
    <w:p>
      <w:r>
        <w:rPr>
          <w:b/>
        </w:rPr>
        <w:t xml:space="preserve">[40:51] </w:t>
      </w:r>
      <w:r>
        <w:t>ji ji ji.</w:t>
      </w:r>
    </w:p>
    <w:p>
      <w:pPr>
        <w:jc w:val="right"/>
      </w:pPr>
      <w:r>
        <w:t>जी जी जी।</w:t>
      </w:r>
    </w:p>
    <w:p>
      <w:r>
        <w:rPr>
          <w:b/>
        </w:rPr>
        <w:t xml:space="preserve">[40:52] </w:t>
      </w:r>
      <w:r>
        <w:t>to yaani ghar mein yeh hota hai ki bachche hote hain jinko Urdu nahin aati.</w:t>
      </w:r>
    </w:p>
    <w:p>
      <w:pPr>
        <w:jc w:val="right"/>
      </w:pPr>
      <w:r>
        <w:t>तो यानी घर में यह होता है कि बच्चे होते हैं जिनको उर्दू नहीं आती।</w:t>
      </w:r>
    </w:p>
    <w:p>
      <w:r>
        <w:rPr>
          <w:b/>
        </w:rPr>
        <w:t xml:space="preserve">[40:56] </w:t>
      </w:r>
      <w:r>
        <w:t>ya kuch log hain jinko Urdu nahin aati.</w:t>
      </w:r>
    </w:p>
    <w:p>
      <w:pPr>
        <w:jc w:val="right"/>
      </w:pPr>
      <w:r>
        <w:t>या कुछ लोग हैं जिनको उर्दू नहीं आती।</w:t>
      </w:r>
    </w:p>
    <w:p>
      <w:r>
        <w:rPr>
          <w:b/>
        </w:rPr>
        <w:t xml:space="preserve">[40:58] </w:t>
      </w:r>
      <w:r>
        <w:t>to ab Inshallah, umeed hai ki shayad English ka bhi section usmein shamil ho jaye.</w:t>
      </w:r>
    </w:p>
    <w:p>
      <w:pPr>
        <w:jc w:val="right"/>
      </w:pPr>
      <w:r>
        <w:t>तो अब इंशाल्लाह, उम्मीद है कि शायद इंग्लिश का भी सेक्शन उसमें शामिल हो जाए।</w:t>
      </w:r>
    </w:p>
    <w:p>
      <w:r>
        <w:rPr>
          <w:b/>
        </w:rPr>
        <w:t xml:space="preserve">[41:03] </w:t>
      </w:r>
      <w:r>
        <w:t>Urdu, Hindi, English ho jaye.</w:t>
      </w:r>
    </w:p>
    <w:p>
      <w:pPr>
        <w:jc w:val="right"/>
      </w:pPr>
      <w:r>
        <w:t>उर्दू, हिंदी, इंग्लिश हो जाए।</w:t>
      </w:r>
    </w:p>
    <w:p>
      <w:r>
        <w:rPr>
          <w:b/>
        </w:rPr>
        <w:t xml:space="preserve">[41:04] </w:t>
      </w:r>
      <w:r>
        <w:t>woh back waqt.</w:t>
      </w:r>
    </w:p>
    <w:p>
      <w:pPr>
        <w:jc w:val="right"/>
      </w:pPr>
      <w:r>
        <w:t>वो बैक वक्त।</w:t>
      </w:r>
    </w:p>
    <w:p>
      <w:r>
        <w:rPr>
          <w:b/>
        </w:rPr>
        <w:t xml:space="preserve">[41:05] </w:t>
      </w:r>
      <w:r>
        <w:t>to</w:t>
      </w:r>
    </w:p>
    <w:p>
      <w:pPr>
        <w:jc w:val="right"/>
      </w:pPr>
      <w:r>
        <w:t>तो</w:t>
      </w:r>
    </w:p>
    <w:p>
      <w:r>
        <w:rPr>
          <w:b/>
        </w:rPr>
        <w:t xml:space="preserve">[41:06] </w:t>
      </w:r>
      <w:r>
        <w:t>Doctor sahab, Al Risala se hi ab agla sawal main Maulana Farhat sahab se poochna chahunga.</w:t>
      </w:r>
    </w:p>
    <w:p>
      <w:pPr>
        <w:jc w:val="right"/>
      </w:pPr>
      <w:r>
        <w:t>डॉक्टर साहब, अल रिसाला से ही अब अगला सवाल मैं मौलाना फरात साहब से पूछना चाहूंगा।</w:t>
      </w:r>
    </w:p>
    <w:p>
      <w:r>
        <w:rPr>
          <w:b/>
        </w:rPr>
        <w:t xml:space="preserve">[41:11] </w:t>
      </w:r>
      <w:r>
        <w:t>kyunki unka association kaafi lamba aur close raha.</w:t>
      </w:r>
    </w:p>
    <w:p>
      <w:pPr>
        <w:jc w:val="right"/>
      </w:pPr>
      <w:r>
        <w:t>क्योंकि उनका एसोसिएशन काफी लंबा और क्लोज रहा।</w:t>
      </w:r>
    </w:p>
    <w:p>
      <w:r>
        <w:rPr>
          <w:b/>
        </w:rPr>
        <w:t xml:space="preserve">[41:15] </w:t>
      </w:r>
      <w:r>
        <w:t>aur Al Risala mein khaas Farhat sahab ka taawun tha.</w:t>
      </w:r>
    </w:p>
    <w:p>
      <w:pPr>
        <w:jc w:val="right"/>
      </w:pPr>
      <w:r>
        <w:t>और अल रिसाला में खास फरात साहब का तावुन था।</w:t>
      </w:r>
    </w:p>
    <w:p>
      <w:r>
        <w:rPr>
          <w:b/>
        </w:rPr>
        <w:t xml:space="preserve">[41:19] </w:t>
      </w:r>
      <w:r>
        <w:t>aur taawun hai aur rahega, Inshallah.</w:t>
      </w:r>
    </w:p>
    <w:p>
      <w:pPr>
        <w:jc w:val="right"/>
      </w:pPr>
      <w:r>
        <w:t>और तावुन है और रहेगा, इंशाल्लाह।</w:t>
      </w:r>
    </w:p>
    <w:p>
      <w:r>
        <w:rPr>
          <w:b/>
        </w:rPr>
        <w:t xml:space="preserve">[41:22] </w:t>
      </w:r>
      <w:r>
        <w:t>to Farhat sahab, yeh bataiye ki aapki</w:t>
      </w:r>
    </w:p>
    <w:p>
      <w:pPr>
        <w:jc w:val="right"/>
      </w:pPr>
      <w:r>
        <w:t>तो फरात साहब, यह बताइए कि आपकी</w:t>
      </w:r>
    </w:p>
    <w:p>
      <w:r>
        <w:rPr>
          <w:b/>
        </w:rPr>
        <w:t xml:space="preserve">[41:25] </w:t>
      </w:r>
      <w:r>
        <w:t>mulaqat kaise hui molana sahib se.</w:t>
      </w:r>
    </w:p>
    <w:p>
      <w:pPr>
        <w:jc w:val="right"/>
      </w:pPr>
      <w:r>
        <w:t>मुलाकात कैसे हुई मौलाना साहब से।</w:t>
      </w:r>
    </w:p>
    <w:p>
      <w:r>
        <w:rPr>
          <w:b/>
        </w:rPr>
        <w:t xml:space="preserve">[41:27] </w:t>
      </w:r>
      <w:r>
        <w:t>aur kuch uske bare mein apne kuch experience hum sabke sath share karein.</w:t>
      </w:r>
    </w:p>
    <w:p>
      <w:pPr>
        <w:jc w:val="right"/>
      </w:pPr>
      <w:r>
        <w:t>और कुछ उसके बारे में अपने कुछ एक्सपीरियंस हम सबके साथ शेयर करें।</w:t>
      </w:r>
    </w:p>
    <w:p>
      <w:r>
        <w:rPr>
          <w:b/>
        </w:rPr>
        <w:t xml:space="preserve">[41:34] </w:t>
      </w:r>
      <w:r>
        <w:t>bismillah rehman rehim.</w:t>
      </w:r>
    </w:p>
    <w:p>
      <w:pPr>
        <w:jc w:val="right"/>
      </w:pPr>
      <w:r>
        <w:t>बिस्मिल्लाह रहमान रहीम।</w:t>
      </w:r>
    </w:p>
    <w:p>
      <w:r>
        <w:rPr>
          <w:b/>
        </w:rPr>
        <w:t xml:space="preserve">[41:37] </w:t>
      </w:r>
      <w:r>
        <w:t>maulana ke paas aane se pehle, chunke ek baat jo ek haqeeqat hai ki bahut saari galatfehmiyan phaili hui hain. toh maine kitabein padhi thi aur risale bhi dekhe the apne padhai ke zamane mein. yahan tak ki yeh kitab bhi dekhi thi, kisi sahab ne ek kitab likhi, wahiduddin khan ki gumrahiyan. toh yeh bhi dekhi thi. soye se door hi raha. lekin hamare ek saathi the,</w:t>
      </w:r>
    </w:p>
    <w:p>
      <w:pPr>
        <w:jc w:val="right"/>
      </w:pPr>
      <w:r>
        <w:t>मौलाना के पास आने से पहले, चूंकि एक बात जो एक हकीकत है कि बहुत सारी गलतफहमियां फैली हुई हैं। तो मैंने किताबें पढ़ी थीं और रिसाले भी देखे थे अपने पढ़ाई के जमाने में। यहां तक कि यह किताब भी देखी थी, किसी साहब ने एक किताब लिखी, वहीदुद्दीन खान की गुमराहियां। तो यह भी देखी थी। सोए से दूर ही रहा। लेकिन हमारे एक साथी थे,</w:t>
      </w:r>
    </w:p>
    <w:p>
      <w:r>
        <w:rPr>
          <w:b/>
        </w:rPr>
        <w:t xml:space="preserve">[42:01] </w:t>
      </w:r>
      <w:r>
        <w:t>unhone mulaqat ki thi maulana se. aur ek team ke saath mulaqat ki thi. chunke maulana ke paas aane se pehle hum dawat ka kaam karte the. toh usmein ek yeh tha ki hum ulama ko train karte the. jitne bhi naujawan ulama, unko train karte the dawat ka kaam karna hai. toh usmein ek tareeka yeh tha ki jitne bhi hindustan ke aalim hain ya ba asar shakhsiyat hain, unse mulaqat karte the musalmanon mein. toh delhi mein ek team aayi thi hamari. toh usne maulana se mu</w:t>
      </w:r>
    </w:p>
    <w:p>
      <w:pPr>
        <w:jc w:val="right"/>
      </w:pPr>
      <w:r>
        <w:t>उन्होंने मुलाकात की थी मौलाना से। और एक टीम के साथ मुलाकात की थी। चूंकि मौलाना के पास आने से पहले हम दावत का काम करते थे। तो उसमें एक यह था कि हम उलमा को ट्रेन करते थे। जितने भी नौजवान उलमा, उनको ट्रेन करते थे दावत का काम करना है। तो उसमें एक तरीका यह था कि जितने भी हिंदुस्तान के आलिम हैं या बा असर शख्सियत हैं, उनसे मुलाकात करते थे मुसलमानों में। तो दिल्ली में एक टीम आई थी हमारी। तो उसने मौलाना से मु</w:t>
      </w:r>
    </w:p>
    <w:p>
      <w:r>
        <w:rPr>
          <w:b/>
        </w:rPr>
        <w:t xml:space="preserve">[42:31] </w:t>
      </w:r>
      <w:r>
        <w:t>laqat kiya. toh usmein ek saathi the hamare, maulana siraj ahmad nadvi. unhone apna tasur yeh bayan kiya ki main samajhta tha unse milne se pehle ki woh bahut achhe aadmi nahi honge. lekin unse mulaqat ke baad main yeh kehta hoon ki woh mujahid aadmi hain. aur unhone bahut hi itmeenan aur umeed dilayi humko. usse behtar kisi aurat ne dawat ke taalluq se umeed nahi dilayi. toh shakhsiyat ke taalluq se jo ek achha imp</w:t>
      </w:r>
    </w:p>
    <w:p>
      <w:pPr>
        <w:jc w:val="right"/>
      </w:pPr>
      <w:r>
        <w:t>लाकात किया। तो उसमें एक साथी थे हमारे, मौलाना सिराज अहमद नदवी। उन्होंने अपना तासुर यह बयान किया कि मैं समझता था उनसे मिलने से पहले कि वह बहुत अच्छे आदमी नहीं होंगे। लेकिन उनसे मुलाकात के बाद मैं यह कहता हूं कि वह मुजाहिद आदमी हैं। और उन्होंने बहुत ही इत्मीनान और उम्मीद दिलाई हमको। उससे बेहतर किसी औरत ने दावत के ताल्लुक से उम्मीद नहीं दिलाई। तो शख्सियत के ताल्लुक से जो एक अच्छा इंप्र</w:t>
      </w:r>
    </w:p>
    <w:p>
      <w:r>
        <w:rPr>
          <w:b/>
        </w:rPr>
        <w:t xml:space="preserve">[42:57] </w:t>
      </w:r>
      <w:r>
        <w:t>eshan tha, maulana siraj ahmed nadvi ke is tasur ne mujhe mere upar kiya. doosri cheez yeh hui ke maulana se direct mulakat meri jamiadar ussalam, umarabad mein hui. 2010 mein maulana wahan gaye the.</w:t>
      </w:r>
    </w:p>
    <w:p>
      <w:pPr>
        <w:jc w:val="right"/>
      </w:pPr>
      <w:r>
        <w:t>ेशन था, मौलाना सिराज अहमद नदवी के इस तासुर ने मुझे मेरे ऊपर किया। दूसरी चीज यह हुई कि मौलाना से डायरेक्ट मुलाकात मेरी जामियादार उस्सलाम, उमराबाद में हुई। 2010 में मौलाना वहां गए थे।</w:t>
      </w:r>
    </w:p>
    <w:p>
      <w:r>
        <w:rPr>
          <w:b/>
        </w:rPr>
        <w:t xml:space="preserve">[43:14] </w:t>
      </w:r>
      <w:r>
        <w:t>wahan bhi ek shoba tha dawat ka. to usmein unko madu kiya gaya tha ke yahan aakar aap batayein dawat ke talluq se. to gaye the. to wahan par mulakat hui. ab chunke musalmanon mein ek mizaj hai, us aitbar se kafi cheezein huin. magar hamare jo sathi the, maulana fayyaz ahmed umri, fayyazuddin umri, maulana sir iqbal ahmed umri aur maulana asrar umri waghera, unki kitabein padhte the. kafi mutasir the unse. to</w:t>
      </w:r>
    </w:p>
    <w:p>
      <w:pPr>
        <w:jc w:val="right"/>
      </w:pPr>
      <w:r>
        <w:t>वहां भी एक शोभा था दावत का। तो उसमें उनको मदू किया गया था कि यहां आकर आप बताएं दावत के ताल्लुक से। तो गए थे। तो वहां पर मुलाकात हुई। अब चूंकि मुसलमानों में एक मिजाज है, उस ऐतबार से काफी चीजें हुईं। मगर हमारे जो साथी थे, मौलाना फैयाज अहमद उमरी, फैयाजुद्दीन उमरी, मौलाना सिर इकबाल अहमद उमरी और मौलाना असरार उमरी वगैरह, उनकी किताबें पढ़ते थे। काफी मुतासिर थे उनसे। तो</w:t>
      </w:r>
    </w:p>
    <w:p>
      <w:r>
        <w:rPr>
          <w:b/>
        </w:rPr>
        <w:t xml:space="preserve">[43:42] </w:t>
      </w:r>
      <w:r>
        <w:t>usmein to koi khas tasur mera nahi hua ke aur qareeb ho jaun. lekin us darmian ek waqia hua. main samajhta hoon ke ismein dua ka bada role tha, jis wajah se main aur qareeb hua. woh yeh hua ke maulana ke wapas aane ke baad hamari team jo thi, ulama ki, woh daure par gayi. tamil nadu se bahar bangalore wapas hum aaye. to humne dekha ke kafi</w:t>
      </w:r>
    </w:p>
    <w:p>
      <w:pPr>
        <w:jc w:val="right"/>
      </w:pPr>
      <w:r>
        <w:t>उसमें तो कोई खास तासुर मेरा नहीं हुआ कि और करीब हो जाऊं। लेकिन उस दरमियान एक वाकया हुआ। मैं समझता हूं कि इसमें दुआ का बड़ा रोल था, जिस वजह से मैं और करीब हुआ। वह यह हुआ कि मौलाना के वापस आने के बाद हमारी टीम जो थी, उलमा की, वह दौरे पर गई। तमिलनाडु से बाहर बेंगलोर वापस हम आए। तो हमने देखा कि काफी</w:t>
      </w:r>
    </w:p>
    <w:p>
      <w:r>
        <w:rPr>
          <w:b/>
        </w:rPr>
        <w:t xml:space="preserve">[44:03] </w:t>
      </w:r>
      <w:r>
        <w:t>parche rakhe hue hain ke maulana ka falan jus group se talluq hai.</w:t>
      </w:r>
    </w:p>
    <w:p>
      <w:pPr>
        <w:jc w:val="right"/>
      </w:pPr>
      <w:r>
        <w:t>पर्चे रखे हुए हैं कि मौलाना का फलां जूस ग्रुप से ताल्लुक है।</w:t>
      </w:r>
    </w:p>
    <w:p>
      <w:r>
        <w:rPr>
          <w:b/>
        </w:rPr>
        <w:t xml:space="preserve">[44:10] </w:t>
      </w:r>
      <w:r>
        <w:t>to yeh cheez ka mere upar uska koi khas impression nahi hua.</w:t>
      </w:r>
    </w:p>
    <w:p>
      <w:pPr>
        <w:jc w:val="right"/>
      </w:pPr>
      <w:r>
        <w:t>तो यह चीज का मेरे ऊपर उसका कोई खास इंप्रेशन नहीं हुआ।</w:t>
      </w:r>
    </w:p>
    <w:p>
      <w:r>
        <w:rPr>
          <w:b/>
        </w:rPr>
        <w:t xml:space="preserve">[44:13] </w:t>
      </w:r>
      <w:r>
        <w:t>uska reason main samajhta hoon.</w:t>
      </w:r>
    </w:p>
    <w:p>
      <w:pPr>
        <w:jc w:val="right"/>
      </w:pPr>
      <w:r>
        <w:t>उसका रीजन मैं समझता हूं।</w:t>
      </w:r>
    </w:p>
    <w:p>
      <w:r>
        <w:rPr>
          <w:b/>
        </w:rPr>
        <w:t xml:space="preserve">[44:15] </w:t>
      </w:r>
      <w:r>
        <w:t>halanki pure jamiya ke andar is par kafi</w:t>
      </w:r>
    </w:p>
    <w:p>
      <w:pPr>
        <w:jc w:val="right"/>
      </w:pPr>
      <w:r>
        <w:t>हालांकि पूरे जामिया के अंदर इस पर काफी</w:t>
      </w:r>
    </w:p>
    <w:p>
      <w:r>
        <w:rPr>
          <w:b/>
        </w:rPr>
        <w:t xml:space="preserve">[44:18] </w:t>
      </w:r>
      <w:r>
        <w:t>hangama macha hua tha.</w:t>
      </w:r>
    </w:p>
    <w:p>
      <w:pPr>
        <w:jc w:val="right"/>
      </w:pPr>
      <w:r>
        <w:t>हंगामा मचा हुआ था।</w:t>
      </w:r>
    </w:p>
    <w:p>
      <w:r>
        <w:rPr>
          <w:b/>
        </w:rPr>
        <w:t xml:space="preserve">[44:21] </w:t>
      </w:r>
      <w:r>
        <w:t>reason main yeh samajhta hoon ki main hamesha usse pehle ek dua karta tha.</w:t>
      </w:r>
    </w:p>
    <w:p>
      <w:pPr>
        <w:jc w:val="right"/>
      </w:pPr>
      <w:r>
        <w:t>रीजन मैं यह समझता हूं कि मैं हमेशा उससे पहले एक दुआ करता था।</w:t>
      </w:r>
    </w:p>
    <w:p>
      <w:r>
        <w:rPr>
          <w:b/>
        </w:rPr>
        <w:t xml:space="preserve">[44:25] </w:t>
      </w:r>
      <w:r>
        <w:t>woh dua yeh thi: "allah rabba jibril, mikail, israfel, fatir, samawati, alim, gaibi, shahadati, andar tahakkum, bana, ibadika,</w:t>
      </w:r>
    </w:p>
    <w:p>
      <w:pPr>
        <w:jc w:val="right"/>
      </w:pPr>
      <w:r>
        <w:t>वह दुआ यह थी: "अल्लाह रब्बा जिब्राईल, मिकाइल, इसराफिल, फातिर, समावाती, आलिम, गैबी, शहादती, अंदर तहकम, बना, इबादिका,</w:t>
      </w:r>
    </w:p>
    <w:p>
      <w:r>
        <w:rPr>
          <w:b/>
        </w:rPr>
        <w:t xml:space="preserve">[44:34] </w:t>
      </w:r>
      <w:r>
        <w:t>feema, kaan, fe, yakhtalif, ik,</w:t>
      </w:r>
    </w:p>
    <w:p>
      <w:pPr>
        <w:jc w:val="right"/>
      </w:pPr>
      <w:r>
        <w:t>फीमा, कान, फी, यख्तलिफ, इक,</w:t>
      </w:r>
    </w:p>
    <w:p>
      <w:r>
        <w:rPr>
          <w:b/>
        </w:rPr>
        <w:t xml:space="preserve">[44:41] </w:t>
      </w:r>
      <w:r>
        <w:t>tahdeem, tasha, ila, sirat, mustaqeem</w:t>
      </w:r>
    </w:p>
    <w:p>
      <w:pPr>
        <w:jc w:val="right"/>
      </w:pPr>
      <w:r>
        <w:t>तहदीम, तशा, इला, सिरात, मुस्तकीम</w:t>
      </w:r>
    </w:p>
    <w:p>
      <w:r>
        <w:rPr>
          <w:b/>
        </w:rPr>
        <w:t xml:space="preserve">[44:43] </w:t>
      </w:r>
      <w:r>
        <w:t>." yeh rasoolullah sallallahu alaihi wasallam yeh dua tahajjud mein padhte the.</w:t>
      </w:r>
    </w:p>
    <w:p>
      <w:pPr>
        <w:jc w:val="right"/>
      </w:pPr>
      <w:r>
        <w:t>।" यह रसूलल्लाह सल्लल्लाहु अलैहि वसल्लम यह दुआ तहज्जुद में पढ़ते थे।</w:t>
      </w:r>
    </w:p>
    <w:p>
      <w:r>
        <w:rPr>
          <w:b/>
        </w:rPr>
        <w:t xml:space="preserve">[44:47] </w:t>
      </w:r>
      <w:r>
        <w:t>namaz tahajjud ki namaz shuru karne se pehle main aam taur se yeh dua karta tha ki "ae allah,</w:t>
      </w:r>
    </w:p>
    <w:p>
      <w:pPr>
        <w:jc w:val="right"/>
      </w:pPr>
      <w:r>
        <w:t>नमाज तहज्जुद की नमाज शुरू करने से पहले मैं आमतौर से यह दुआ करता था कि "ऐ अल्लाह,</w:t>
      </w:r>
    </w:p>
    <w:p>
      <w:r>
        <w:rPr>
          <w:b/>
        </w:rPr>
        <w:t xml:space="preserve">[44:52] </w:t>
      </w:r>
      <w:r>
        <w:t>jibril, mikail aur israfel ke rab, aasman aur zameen ke paida karne wale, gayab aur hazir cheez ko</w:t>
      </w:r>
    </w:p>
    <w:p>
      <w:pPr>
        <w:jc w:val="right"/>
      </w:pPr>
      <w:r>
        <w:t>जिब्राइल, मिकाइल और इसराफील के रब, आसमान और जमीन के पैदा करने वाले, ग़ायब और हाज़िर चीज़ को</w:t>
      </w:r>
    </w:p>
    <w:p>
      <w:r>
        <w:rPr>
          <w:b/>
        </w:rPr>
        <w:t xml:space="preserve">[44:59] </w:t>
      </w:r>
      <w:r>
        <w:t>janne wale, tu logon ke darmiyan us cheez mein faisla karega jisme woh ikhtilaf karte hain.</w:t>
      </w:r>
    </w:p>
    <w:p>
      <w:pPr>
        <w:jc w:val="right"/>
      </w:pPr>
      <w:r>
        <w:t>जानने वाले, तू लोगों के दरमियान उस चीज़ में फैसला करेगा जिसमें वह اختلاف करते हैं।</w:t>
      </w:r>
    </w:p>
    <w:p>
      <w:r>
        <w:rPr>
          <w:b/>
        </w:rPr>
        <w:t xml:space="preserve">[45:04] </w:t>
      </w:r>
      <w:r>
        <w:t>mujhe hidayat de un cheezon mein jisme log ikhtilaf kar rahe hain.</w:t>
      </w:r>
    </w:p>
    <w:p>
      <w:pPr>
        <w:jc w:val="right"/>
      </w:pPr>
      <w:r>
        <w:t>मुझे हिदायत दे उन चीज़ों में जिसमें लोग اختلاف कर रहे हैं।</w:t>
      </w:r>
    </w:p>
    <w:p>
      <w:r>
        <w:rPr>
          <w:b/>
        </w:rPr>
        <w:t xml:space="preserve">[45:08] </w:t>
      </w:r>
      <w:r>
        <w:t>tu jisko chahta hai, sirat mustaqeem ki taraf hidayat deta."</w:t>
      </w:r>
    </w:p>
    <w:p>
      <w:pPr>
        <w:jc w:val="right"/>
      </w:pPr>
      <w:r>
        <w:t>तू जिसको चाहता है, सिरात मुस्तकीम की तरफ हिदायत देता।"</w:t>
      </w:r>
    </w:p>
    <w:p>
      <w:r>
        <w:rPr>
          <w:b/>
        </w:rPr>
        <w:t xml:space="preserve">[45:11] </w:t>
      </w:r>
      <w:r>
        <w:t>main barabar yeh dua karta tha.</w:t>
      </w:r>
    </w:p>
    <w:p>
      <w:pPr>
        <w:jc w:val="right"/>
      </w:pPr>
      <w:r>
        <w:t>मैं बराबर यह दुआ करता था।</w:t>
      </w:r>
    </w:p>
    <w:p>
      <w:r>
        <w:rPr>
          <w:b/>
        </w:rPr>
        <w:t xml:space="preserve">[45:13] </w:t>
      </w:r>
      <w:r>
        <w:t>is buniyad par maulana ke talluq se mere andar koi manfi soch paida nahi hui. main samajhta hoon is dua ka nateeja tha. balki main qareeb ho gaya. uske baad ek aur cheez jo mere andar bahut pehle se thi,</w:t>
      </w:r>
    </w:p>
    <w:p>
      <w:pPr>
        <w:jc w:val="right"/>
      </w:pPr>
      <w:r>
        <w:t>इस बुनियाद पर मौलाना के ताल्लुक से मेरे अंदर कोई मनफी सोच पैदा नहीं हुई। मैं समझता हूं इस दुआ का नतीजा था। बल्कि मैं करीब हो गया। उसके बाद एक और चीज़ जो मेरे अंदर बहुत पहले से थी,</w:t>
      </w:r>
    </w:p>
    <w:p>
      <w:r>
        <w:rPr>
          <w:b/>
        </w:rPr>
        <w:t xml:space="preserve">[45:28] </w:t>
      </w:r>
      <w:r>
        <w:t>madarse ke andar koi bhi insan jo padhta hai, to uski ek hope hoti hai, jayenge samaj mein to hum logon ko deen ki baat batayenge. lekin hota kya hai ke jab samaj mein aate hain to apne ilm ko samaj ke andar jo cheez chalan hoti hai, us se relate nahi kar pate. unko samajh mein nahi aata samaj</w:t>
      </w:r>
    </w:p>
    <w:p>
      <w:pPr>
        <w:jc w:val="right"/>
      </w:pPr>
      <w:r>
        <w:t>मदरसे के अंदर कोई भी इंसान जो पढ़ता है, तो उसकी एक होप होती है, जाएंगे समाज में तो हम लोगों को दीन की बात बताएंगे। लेकिन होता क्या है कि जब समाज में आते हैं तो अपने इल्म को समाज के अंदर जो चीज़ चलन होती है, उससे रिलेट नहीं कर पाते। उनको समझ में नहीं आता समाज</w:t>
      </w:r>
    </w:p>
    <w:p>
      <w:r>
        <w:rPr>
          <w:b/>
        </w:rPr>
        <w:t xml:space="preserve">[45:43] </w:t>
      </w:r>
      <w:r>
        <w:t>mein kya cheez hai jis ki taraf woh rahnumai karein. padhte hain kuch aur samaj mein zyada kuch aur cheezein hoti</w:t>
      </w:r>
    </w:p>
    <w:p>
      <w:pPr>
        <w:jc w:val="right"/>
      </w:pPr>
      <w:r>
        <w:t>में क्या चीज़ है जिसकी तरफ वह रहनुमाई करें। पढ़ते हैं कुछ और समाज में ज्यादा कुछ और चीज़ें होती</w:t>
      </w:r>
    </w:p>
    <w:p>
      <w:r>
        <w:rPr>
          <w:b/>
        </w:rPr>
        <w:t xml:space="preserve">[45:50] </w:t>
      </w:r>
      <w:r>
        <w:t>hain. to mere andar ek sawal tha ke aisa kyun hai. maulana ki kitabein maine padhi thi aur yeh sawal mere andar aur zyada is liye uth gaya kyunke maine dawat ki field ko chuna. to ismein ulama ki jo kitabein hain, usmein aapko bahut zyada rahnumai nahi milegi. aapko to mere andar yeh sawal tha ke is ko kaise hal kiya jaye. to kuch kitabein maine maulana ki padhi thi. ek kitab mujhe yaad hai abhi tak,</w:t>
      </w:r>
    </w:p>
    <w:p>
      <w:pPr>
        <w:jc w:val="right"/>
      </w:pPr>
      <w:r>
        <w:t>हैं। तो मेरे अंदर एक सवाल था कि ऐसा क्यों है। मौलाना की किताबें मैंने पढ़ी थीं और यह सवाल मेरे अंदर और ज्यादा इसलिए उठ गया क्योंकि मैंने दावत की फील्ड को चुना। तो इसमें उलमा की जो किताबें हैं, उसमें आपको बहुत ज्यादा रहनुमाई नहीं मिलेगी। आपको तो मेरे अंदर यह सवाल था कि इसको कैसे हल किया जाए। तो कुछ किताबें मैंने मौलाना की पढ़ी थीं। एक किताब मुझे याद है अभी तक,</w:t>
      </w:r>
    </w:p>
    <w:p>
      <w:r>
        <w:rPr>
          <w:b/>
        </w:rPr>
        <w:t xml:space="preserve">[46:15] </w:t>
      </w:r>
      <w:r>
        <w:t>galib dawat haq thi. usmein ek waqia tha yunus alaihis salam ka waqia. maulana ne yeh kaha ke yunus alaihis salam ne dawat ke kaam ko chhod diya. to unko machhli ke pet mein jana pada tha. musalmanon ne dawat ke kaam ko chhod diya. to woh masail ke pet mein chale gaye. mujhe abhi tak yaad hai yeh. to maine maulana asrar umri se kaha tha ke bahut achha likh raha hai. to maulana ne, maulana asrar umri ne yeh kaha tha us par, "haan, maulana ki tamam tehreer aisi hi aapko padhni chahiye." to</w:t>
      </w:r>
    </w:p>
    <w:p>
      <w:pPr>
        <w:jc w:val="right"/>
      </w:pPr>
      <w:r>
        <w:t>गालिब दावत हक थी। उसमें एक वाकया था यूनुस अलैहि सलाम का वाकया। मौलाना ने यह कहा कि यूनुस अलैहि सलाम ने दावत के काम को छोड़ दिया। तो उनको मछली के पेट में जाना पड़ा था। मुसलमानों ने दावत के काम को छोड़ दिया। तो वह मसाइल के पेट में चले गए। मुझे अभी तक याद है यह। तो मैंने मौलाना असरार उमरी से कहा था कि बहुत अच्छा लिख रहा है। तो मौलाना ने, मौलाना असरार उमरी ने यह कहा था उस पर, "हां, मौलाना की तमाम तहरीर ऐसी ही आपको पढ़नी चाहिए।" तो</w:t>
      </w:r>
    </w:p>
    <w:p>
      <w:r>
        <w:rPr>
          <w:b/>
        </w:rPr>
        <w:t xml:space="preserve">[46:41] </w:t>
      </w:r>
      <w:r>
        <w:t>uske baad kya hua?</w:t>
      </w:r>
    </w:p>
    <w:p>
      <w:pPr>
        <w:jc w:val="right"/>
      </w:pPr>
      <w:r>
        <w:t>उसके बाद क्या हुआ?</w:t>
      </w:r>
    </w:p>
    <w:p>
      <w:r>
        <w:rPr>
          <w:b/>
        </w:rPr>
        <w:t xml:space="preserve">[46:42] </w:t>
      </w:r>
      <w:r>
        <w:t>yeh ikhtilaf paida hua.</w:t>
      </w:r>
    </w:p>
    <w:p>
      <w:pPr>
        <w:jc w:val="right"/>
      </w:pPr>
      <w:r>
        <w:t>यह اختلاف पैदा हुआ।</w:t>
      </w:r>
    </w:p>
    <w:p>
      <w:r>
        <w:rPr>
          <w:b/>
        </w:rPr>
        <w:t xml:space="preserve">[46:43] </w:t>
      </w:r>
      <w:r>
        <w:t>to uski wajah se mere andar molana se qurbat paida hui.</w:t>
      </w:r>
    </w:p>
    <w:p>
      <w:pPr>
        <w:jc w:val="right"/>
      </w:pPr>
      <w:r>
        <w:t>तो उसकी वजह से मेरे अंदर मौलाना से कुर्बत पैदा हुई।</w:t>
      </w:r>
    </w:p>
    <w:p>
      <w:r>
        <w:rPr>
          <w:b/>
        </w:rPr>
        <w:t xml:space="preserve">[46:47] </w:t>
      </w:r>
      <w:r>
        <w:t>lekin chunke conditioning thi pehle ki, to molana iqbal umri sahib aur molana asrar umri sahib se meri</w:t>
      </w:r>
    </w:p>
    <w:p>
      <w:pPr>
        <w:jc w:val="right"/>
      </w:pPr>
      <w:r>
        <w:t>लेकिन चूंकि कंडीशनिंग थी पहले की, तो मौलाना इकबाल उमरी साहब और मौलाना असरार उमरी साहब से मेरी</w:t>
      </w:r>
    </w:p>
    <w:p>
      <w:r>
        <w:rPr>
          <w:b/>
        </w:rPr>
        <w:t xml:space="preserve">[46:52] </w:t>
      </w:r>
      <w:r>
        <w:t>kafi bahas hui.</w:t>
      </w:r>
    </w:p>
    <w:p>
      <w:pPr>
        <w:jc w:val="right"/>
      </w:pPr>
      <w:r>
        <w:t>काफी बहस हुई।</w:t>
      </w:r>
    </w:p>
    <w:p>
      <w:r>
        <w:rPr>
          <w:b/>
        </w:rPr>
        <w:t xml:space="preserve">[46:53] </w:t>
      </w:r>
      <w:r>
        <w:t>is par kafi bahas hui ki molana yeh kehte hain, molana falan kaam kehte hain, yeh kaise ho</w:t>
      </w:r>
    </w:p>
    <w:p>
      <w:pPr>
        <w:jc w:val="right"/>
      </w:pPr>
      <w:r>
        <w:t>इस पर काफी बहस हुई कि मौलाना यह कहते हैं, मौलाना फलां काम कहते हैं, यह कैसे हो</w:t>
      </w:r>
    </w:p>
    <w:p>
      <w:r>
        <w:rPr>
          <w:b/>
        </w:rPr>
        <w:t xml:space="preserve">[46:58] </w:t>
      </w:r>
      <w:r>
        <w:t>sakta hai theek. phir baharhal, ab chunke main apne aap ko daleel se qareeb nahi pata tha, to dheere dheere</w:t>
      </w:r>
    </w:p>
    <w:p>
      <w:pPr>
        <w:jc w:val="right"/>
      </w:pPr>
      <w:r>
        <w:t>सकता हैठीक। फिर बहरहाल, अब चूंकि मैं अपने आप को दलील से करीब नहीं पाता था, तो धीरे-धीरे</w:t>
      </w:r>
    </w:p>
    <w:p>
      <w:r>
        <w:rPr>
          <w:b/>
        </w:rPr>
        <w:t xml:space="preserve">[47:03] </w:t>
      </w:r>
      <w:r>
        <w:t>woh cheez khatm hui.</w:t>
      </w:r>
    </w:p>
    <w:p>
      <w:pPr>
        <w:jc w:val="right"/>
      </w:pPr>
      <w:r>
        <w:t>वह चीज़ खत्म हुई।</w:t>
      </w:r>
    </w:p>
    <w:p>
      <w:r>
        <w:rPr>
          <w:b/>
        </w:rPr>
        <w:t xml:space="preserve">[47:04] </w:t>
      </w:r>
      <w:r>
        <w:t>aur waqea aisa hua ke mujhe phir umarabad se dilli shift hona pada.</w:t>
      </w:r>
    </w:p>
    <w:p>
      <w:pPr>
        <w:jc w:val="right"/>
      </w:pPr>
      <w:r>
        <w:t>और वाकया ऐसा हुआ कि मुझे फिर उमराबाद से दिल्ली शिफ्ट होना पड़ा।</w:t>
      </w:r>
    </w:p>
    <w:p>
      <w:r>
        <w:rPr>
          <w:b/>
        </w:rPr>
        <w:t xml:space="preserve">[47:08] </w:t>
      </w:r>
      <w:r>
        <w:t>dilli shift hua toh yahan aakar barabar maulana ko sunne aur samajhne ka</w:t>
      </w:r>
    </w:p>
    <w:p>
      <w:pPr>
        <w:jc w:val="right"/>
      </w:pPr>
      <w:r>
        <w:t>दिल्ली शिफ्ट हुआ तो यहां आकर बराबर मौलाना को सुनने और समझने का</w:t>
      </w:r>
    </w:p>
    <w:p>
      <w:r>
        <w:rPr>
          <w:b/>
        </w:rPr>
        <w:t xml:space="preserve">[47:11] </w:t>
      </w:r>
      <w:r>
        <w:t>mauka mila. aur mera intellectual level jo tha, woh ek 90 degree change hua</w:t>
      </w:r>
    </w:p>
    <w:p>
      <w:pPr>
        <w:jc w:val="right"/>
      </w:pPr>
      <w:r>
        <w:t>मौका मिला। और मेरा इंटेलेक्चुअल लेवल जो था, वह एक 90 डिग्री चेंज हुआ</w:t>
      </w:r>
    </w:p>
    <w:p>
      <w:r>
        <w:rPr>
          <w:b/>
        </w:rPr>
        <w:t xml:space="preserve">[47:18] </w:t>
      </w:r>
      <w:r>
        <w:t>maulana ke talluq se bhi. aur islam ko samaj mein jo hum dekh rahe hain ke relate nahi ho pa raha tha, woh kyun nahi ho pa raha, woh cheezein mujhe samajh mein aa gayin. to aur maulana, uske baad maulana ki barabar sohbat mili. to main samajhta hoon ke abhi jo farhad ahmed yahan par baithkar hai, woh woh nahi hai jo faragat ke baad tha ya maulana se milne se pehle</w:t>
      </w:r>
    </w:p>
    <w:p>
      <w:pPr>
        <w:jc w:val="right"/>
      </w:pPr>
      <w:r>
        <w:t>मौलाना के ताल्लुक से भी। और इस्लाम को समाज में जो हम देख रहे हैं कि रिलेट नहीं हो पा रहा था, वह क्यों नहीं हो पा रहा, वह चीज़ें मुझे समझ में आ गईं। तो और मौलाना, उसके बाद मौलाना की बराबर सोहबत मिली। तो मैं समझता हूं कि अभी जो फरहाद अहमद यहां पर बैठकर है, वह वह नहीं है जो फरागत के बाद था या मौलाना से मिलने से पहले</w:t>
      </w:r>
    </w:p>
    <w:p>
      <w:r>
        <w:rPr>
          <w:b/>
        </w:rPr>
        <w:t xml:space="preserve">[47:40] </w:t>
      </w:r>
      <w:r>
        <w:t>tha. bahut hi usmein change hai.</w:t>
      </w:r>
    </w:p>
    <w:p>
      <w:pPr>
        <w:jc w:val="right"/>
      </w:pPr>
      <w:r>
        <w:t>था। बहुत ही उसमें चेंज है।</w:t>
      </w:r>
    </w:p>
    <w:p>
      <w:r>
        <w:rPr>
          <w:b/>
        </w:rPr>
        <w:t xml:space="preserve">[47:42] </w:t>
      </w:r>
      <w:r>
        <w:t>aur main samajhta hoon ke islam ko main jis yaqeen ke saath</w:t>
      </w:r>
    </w:p>
    <w:p>
      <w:pPr>
        <w:jc w:val="right"/>
      </w:pPr>
      <w:r>
        <w:t>और मैं समझता हूं कि इस्लाम को मैं जिस यकीन के साथ</w:t>
      </w:r>
    </w:p>
    <w:p>
      <w:r>
        <w:rPr>
          <w:b/>
        </w:rPr>
        <w:t xml:space="preserve">[47:47] </w:t>
      </w:r>
      <w:r>
        <w:t>islam par amal kar pa raha hoon, woh aisa toh pehle bilkul bhi nahi tha.</w:t>
      </w:r>
    </w:p>
    <w:p>
      <w:pPr>
        <w:jc w:val="right"/>
      </w:pPr>
      <w:r>
        <w:t>इस्लाम पर अमल कर पा रहा हूं, वह ऐसा तो पहले बिल्कुल भी नहीं था।</w:t>
      </w:r>
    </w:p>
    <w:p>
      <w:r>
        <w:rPr>
          <w:b/>
        </w:rPr>
        <w:t xml:space="preserve">[47:50] </w:t>
      </w:r>
      <w:r>
        <w:t>ek tareeqe se samajh lijiye ke inferior,</w:t>
      </w:r>
    </w:p>
    <w:p>
      <w:pPr>
        <w:jc w:val="right"/>
      </w:pPr>
      <w:r>
        <w:t>एक तरीके से समझ लीजिए कि इनफीरियर,</w:t>
      </w:r>
    </w:p>
    <w:p>
      <w:r>
        <w:rPr>
          <w:b/>
        </w:rPr>
        <w:t xml:space="preserve">[47:55] </w:t>
      </w:r>
      <w:r>
        <w:t>inferior complexion ka shikar tha islam ke talluq se.</w:t>
      </w:r>
    </w:p>
    <w:p>
      <w:pPr>
        <w:jc w:val="right"/>
      </w:pPr>
      <w:r>
        <w:t>इनफीरियर कॉम्प्लेक्शन का शिकार था इस्लाम के ताल्लुक से।</w:t>
      </w:r>
    </w:p>
    <w:p>
      <w:r>
        <w:rPr>
          <w:b/>
        </w:rPr>
        <w:t xml:space="preserve">[47:57] </w:t>
      </w:r>
      <w:r>
        <w:t>kahin bhi jaaun ke kya main bata sakta hoon ya nahi bata sakta hoon.</w:t>
      </w:r>
    </w:p>
    <w:p>
      <w:pPr>
        <w:jc w:val="right"/>
      </w:pPr>
      <w:r>
        <w:t>कहीं भी जाऊं कि क्या मैं बता सकता हूं या नहीं बता सकता हूं।</w:t>
      </w:r>
    </w:p>
    <w:p>
      <w:r>
        <w:rPr>
          <w:b/>
        </w:rPr>
        <w:t xml:space="preserve">[48:00] </w:t>
      </w:r>
      <w:r>
        <w:t>aur doosra hai ke ek jaam bhi tha ke mere mere paas ilm hai, toh woh cheez aaj</w:t>
      </w:r>
    </w:p>
    <w:p>
      <w:pPr>
        <w:jc w:val="right"/>
      </w:pPr>
      <w:r>
        <w:t>और दूसरा है कि एक जाम भी था कि मेरे मेरे पास इल्म है, तो वह चीज़ आज</w:t>
      </w:r>
    </w:p>
    <w:p>
      <w:r>
        <w:rPr>
          <w:b/>
        </w:rPr>
        <w:t xml:space="preserve">[48:05] </w:t>
      </w:r>
      <w:r>
        <w:t>khatm ho chuki hai.</w:t>
      </w:r>
    </w:p>
    <w:p>
      <w:pPr>
        <w:jc w:val="right"/>
      </w:pPr>
      <w:r>
        <w:t>खत्म हो चुकी है।</w:t>
      </w:r>
    </w:p>
    <w:p>
      <w:r>
        <w:rPr>
          <w:b/>
        </w:rPr>
        <w:t xml:space="preserve">[48:06] </w:t>
      </w:r>
      <w:r>
        <w:t>ek yaqeen ke saath main islam par khada hua hoon.</w:t>
      </w:r>
    </w:p>
    <w:p>
      <w:pPr>
        <w:jc w:val="right"/>
      </w:pPr>
      <w:r>
        <w:t>एक यकीन के साथ मैं इस्लाम पर खड़ा हुआ हूं।</w:t>
      </w:r>
    </w:p>
    <w:p>
      <w:r>
        <w:rPr>
          <w:b/>
        </w:rPr>
        <w:t xml:space="preserve">[48:09] </w:t>
      </w:r>
      <w:r>
        <w:t>yeh maulana ki sohbat aur uski taalim ka nateeja hai.</w:t>
      </w:r>
    </w:p>
    <w:p>
      <w:pPr>
        <w:jc w:val="right"/>
      </w:pPr>
      <w:r>
        <w:t>यह मौलाना की सोहबत और उसकी तालीम का नतीजा है।</w:t>
      </w:r>
    </w:p>
    <w:p>
      <w:r>
        <w:rPr>
          <w:b/>
        </w:rPr>
        <w:t xml:space="preserve">[48:12] </w:t>
      </w:r>
      <w:r>
        <w:t>mashaallah,</w:t>
      </w:r>
    </w:p>
    <w:p>
      <w:pPr>
        <w:jc w:val="right"/>
      </w:pPr>
      <w:r>
        <w:t>माशाल्लाह,</w:t>
      </w:r>
    </w:p>
    <w:p>
      <w:r>
        <w:rPr>
          <w:b/>
        </w:rPr>
        <w:t xml:space="preserve">[48:14] </w:t>
      </w:r>
      <w:r>
        <w:t>faraat sahab, ek sawal aur aapse karunga, lekin us se pehle kuch comments padhna chahunga. comments bahut sare aa rahe hain. hum sare comments to nahi le payenge, but few comments that i would like to read.</w:t>
      </w:r>
    </w:p>
    <w:p>
      <w:pPr>
        <w:jc w:val="right"/>
      </w:pPr>
      <w:r>
        <w:t>फरात साहब, एक सवाल और आपसे करूंगा, लेकिन उससे पहले कुछ कमेंट्स पढ़ना चाहूंगा। कमेंट्स बहुत सारे आ रहे हैं। हम सारे कमेंट्स तो नहीं ले पाएंगे, बट फ्यू कमेंट्स दैट आई वुड लाइक टू रीड।</w:t>
      </w:r>
    </w:p>
    <w:p>
      <w:r>
        <w:rPr>
          <w:b/>
        </w:rPr>
        <w:t xml:space="preserve">[48:25] </w:t>
      </w:r>
      <w:r>
        <w:t>yeh comment bheja hai miss fatima sara ne bangalore se. miss fatima sara spirit of islam abhi publish karti rahi hain. jo doctor sahab ne bhi zikr kiya, kai saal se woh jari hai. unhone likha hai, "this day, three years ago, on 21 of april 2021, maulana sahab passed away from this ephemeral world. each one of us struggle to cope with this in our own way</w:t>
      </w:r>
    </w:p>
    <w:p>
      <w:pPr>
        <w:jc w:val="right"/>
      </w:pPr>
      <w:r>
        <w:t>यह कमेंट भेजा है मिस फातिमा सारा ने बेंगलोर से। मिस फातिमा सारा स्पिरिट ऑफ इस्लाम अभी पब्लिश करती रही हैं। जो डॉक्टर साहब ने भी जिक्र किया, कई साल से वह जारी है। उन्होंने लिखा है, "दिस डे, थ्री इयर्स अगो, ऑन 21 ऑफ अप्रैल 2021, मौलाना साहब पास्ड अवे फ्रॉम दिस एफेमरल वर्ल्ड। ईच वन ऑफ अस स्ट्रगल टू कोप विद दिस इन आवर ओन वे</w:t>
      </w:r>
    </w:p>
    <w:p>
      <w:r>
        <w:rPr>
          <w:b/>
        </w:rPr>
        <w:t xml:space="preserve">[48:52] </w:t>
      </w:r>
      <w:r>
        <w:t>. maulana sahab teaching help us to overcome the initial deep felt grief and sense of loss.</w:t>
      </w:r>
    </w:p>
    <w:p>
      <w:pPr>
        <w:jc w:val="right"/>
      </w:pPr>
      <w:r>
        <w:t>। मौलाना साहब टीचिंग हेल्प अस टू ओवरकम दी इनिशियल डीप फेल्ट ग्रीफ एंड सेंस ऑफ लॉस।</w:t>
      </w:r>
    </w:p>
    <w:p>
      <w:r>
        <w:rPr>
          <w:b/>
        </w:rPr>
        <w:t xml:space="preserve">[49:00] </w:t>
      </w:r>
      <w:r>
        <w:t>after this, we all realize the enormous task ahead of continuing the mission without maulana sahab physical presence.</w:t>
      </w:r>
    </w:p>
    <w:p>
      <w:pPr>
        <w:jc w:val="right"/>
      </w:pPr>
      <w:r>
        <w:t>आफ्टर दिस, वी ऑल रिलाइज द एनॉर्मस टास्क अहेड ऑफ कंटिन्यूइंग द मिशन विदाउट मौलाना साहब फिजिकल प्रेजेंस।</w:t>
      </w:r>
    </w:p>
    <w:p>
      <w:r>
        <w:rPr>
          <w:b/>
        </w:rPr>
        <w:t xml:space="preserve">[49:08] </w:t>
      </w:r>
      <w:r>
        <w:t>we all know the importance he gave to the literature and a strong team in the continuation of</w:t>
      </w:r>
    </w:p>
    <w:p>
      <w:pPr>
        <w:jc w:val="right"/>
      </w:pPr>
      <w:r>
        <w:t>वी ऑल नो द इंपॉर्टेंस ही गेव टू द लिटरेचर एंड अ स्ट्रांग टीम इन द कंटिन्यूएशन ऑफ</w:t>
      </w:r>
    </w:p>
    <w:p>
      <w:r>
        <w:rPr>
          <w:b/>
        </w:rPr>
        <w:t xml:space="preserve">[49:14] </w:t>
      </w:r>
      <w:r>
        <w:t>the mission. mashaallah, our cps family has been exemplar with regard to this and the mission continues.</w:t>
      </w:r>
    </w:p>
    <w:p>
      <w:pPr>
        <w:jc w:val="right"/>
      </w:pPr>
      <w:r>
        <w:t>द मिशन। माशाल्लाह, आवर सीपीएस फैमिली हैज़ बीन एग्जांपलर विद रिगार्ड टू दिस एंड द मिशन कंटिन्यूस।</w:t>
      </w:r>
    </w:p>
    <w:p>
      <w:r>
        <w:rPr>
          <w:b/>
        </w:rPr>
        <w:t xml:space="preserve">[49:22] </w:t>
      </w:r>
      <w:r>
        <w:t>e</w:t>
      </w:r>
    </w:p>
    <w:p>
      <w:pPr>
        <w:jc w:val="right"/>
      </w:pPr>
      <w:r>
        <w:t>ई</w:t>
      </w:r>
    </w:p>
    <w:p>
      <w:r>
        <w:rPr>
          <w:b/>
        </w:rPr>
        <w:t xml:space="preserve">[49:23] </w:t>
      </w:r>
      <w:r>
        <w:t>member is precious and are trying their best to fulfill their part in this mission with utmost sincerity. let us reiterate the unity of our team, which maulana sahab nurtured with so much of love and care. may allah shower him with his choicest, rewards and give him a high rank. sharing a few thoughts with my cps family, we are all planning and working for the future, which is paradise. this keeps us going indeed</w:t>
      </w:r>
    </w:p>
    <w:p>
      <w:pPr>
        <w:jc w:val="right"/>
      </w:pPr>
      <w:r>
        <w:t>च मेंबर इज़ प्रेशियस एंड आर ट्राइंग देयर बेस्ट टू फुलफिल देयर पार्ट इन दिस मिशन विद अट मोस्ट सिंसेरिटी। लेट अस रिइटरेट द यूनिटी ऑफ आवर टीम, व्हिच मौलाना साहब नर्चर विद सो मच ऑफ लव एंड केयर। मे अल्लाह शावर हिम विद हिज चॉइसेज, रिवॉर्ड्स एंड गिव हिम अ हाई रैंक। शेयरिंग अ फ्यू थॉट्स विद माय सीपीएस फैमिली, वी आर ऑल प्लानिंग एंड वर्किंग फॉर द फ्यूचर, व्हिच इज़ पैराडाइस। दिस कीप्स अस गोइंग इनडी</w:t>
      </w:r>
    </w:p>
    <w:p>
      <w:r>
        <w:rPr>
          <w:b/>
        </w:rPr>
        <w:t xml:space="preserve">[49:51] </w:t>
      </w:r>
      <w:r>
        <w:t>". the vision of paradise, which allah has to give us from his kindness, keeps our hopes alive. without this motivation, we would break. it adds life to our life and helps us go to go through the struggle with smiles. so let us look ahead and walk on this path with faith that we are being led and guided by the almighty. and we are all companions in this beautiful journey</w:t>
      </w:r>
    </w:p>
    <w:p>
      <w:pPr>
        <w:jc w:val="right"/>
      </w:pPr>
      <w:r>
        <w:t>ड। द विजन ऑफ पैराडाइस, व्हिच अल्लाह हैज़ टू गिव अस फ्रॉम हिज काइंडनेस, कीप्स आवर होप्स अलाइव। विदाउट दिस मोटिवेशन, वी वुड ब्रेक। इट ऐड्स लाइफ टू आवर लाइफ एंड हेल्प्स अस गो टू गो थ्रू द स्ट्रगल विद स्माइल्स। सो लेट अस लुक अहेड एंड वॉक ऑन दिस पाथ विद फेथ दैट वी आर बीइंग लेड एंड गाइडेड बाय द ऑलमाइटी। एंड वी आर ऑल कंपैनियंस इन दिस ब्यूटीफुल जर्नी</w:t>
      </w:r>
    </w:p>
    <w:p>
      <w:r>
        <w:rPr>
          <w:b/>
        </w:rPr>
        <w:t xml:space="preserve">[50:20] </w:t>
      </w:r>
      <w:r>
        <w:t>". tough, no doubt, but bright as the road is lit by the light of the stars, which a believer heart can perceive. let us value our unity and not be divided over any issue, big or small, as we all have to walk together to be strong. may allah bless our togetherness and count us among those who for his sake love each other. amen.</w:t>
      </w:r>
    </w:p>
    <w:p>
      <w:pPr>
        <w:jc w:val="right"/>
      </w:pPr>
      <w:r>
        <w:t>। टफ, नो डाउट, बट ब्राइट एज द रोड इज़ लिट बाय द लाइट ऑफ द स्टार्स, व्हिच अ बिलीवर हार्ट कैन परसीव। लेट अस वैल्यू आवर यूनिटी एंड नॉट बी डिवाइडेड ओवर एनी इशू, बिग और स्मॉल, एज वी ऑल हैव टू वॉक टुगेदर टू बी स्ट्रांग। मे अल्लाह ब्लेस आवर टुगेदरनेस एंड काउंट अस अमंग दोज़ हु फॉर हिज सेक लव ईच अदर। आमीन।</w:t>
      </w:r>
    </w:p>
    <w:p>
      <w:r>
        <w:rPr>
          <w:b/>
        </w:rPr>
        <w:t xml:space="preserve">[50:47] </w:t>
      </w:r>
      <w:r>
        <w:t>qunain shaheedi sahab ne saudi se likha hai, "i remember maulana sahab wrote somewhere, those who listen to the silent voice of nature are destined to emerge as super achievers." jizakallah. miss farida kamran ne pakistan se likha hai, "jajakallah, cps team for amazing and outstanding session in memory of maulana sahab. maulana sahab was a gem who developed allah marefa in our mind and soul.</w:t>
      </w:r>
    </w:p>
    <w:p>
      <w:pPr>
        <w:jc w:val="right"/>
      </w:pPr>
      <w:r>
        <w:t>कुनेन शहीदी साहब ने सऊदी से लिखा है, "आई रिमेंबर मौलाना साहब रोट समवेयर, दोज़ हु लिसन टू बी साइलेंट वॉइस ऑफ नेचर आर डेस्टाइन टू इमर्ज एज सुपर अचीवर्स।" जिजाकल्लाह। मिस फरीदा कामरान ने पाकिस्तान से लिखा है, "जजाकल्लाह, सीपीएस टीम फॉर अमेजिंग एंड आउटस्टैंडिंग सेशन इन मेमोरी ऑफ मौलाना साहब। मौलाना साहब वाज़ अ जेम हु डेवलप्ड अल्लाह मारेफा इन आवर माइंड एंड सोल।</w:t>
      </w:r>
    </w:p>
    <w:p>
      <w:r>
        <w:rPr>
          <w:b/>
        </w:rPr>
        <w:t xml:space="preserve">[51:14] </w:t>
      </w:r>
      <w:r>
        <w:t>". for us, maulana staff still is still alive in our heart. an innocent and beautiful soul will never be forgotten. may allah grant him jannatul firdous and grant us to wear we will meet him, inshallah. i miss you, maulana sahab, too much." tareekh badar sahab, jo pakistan mein team ke sath dekh rahe hain, unhone likha hai, "maulana maulana waheeduddin khan sahab, touching life of millions in pakistan by his books and wisdom.</w:t>
      </w:r>
    </w:p>
    <w:p>
      <w:pPr>
        <w:jc w:val="right"/>
      </w:pPr>
      <w:r>
        <w:t>फॉर अस, मौलाना स्टाफ स्टिल इज़ स्टिल अलाइव इन आवर हार्ट। एन इनोसेंट एंड ब्यूटीफुल सोल विल नेवर बी फॉरगॉटन। मे अल्लाह ग्रांट हिम जन्नतुल फिरदौस एंड ग्रांट अस टू वेर वी विल मीट हिम, इंशाल्लाह। आई मिस यू, मौलाना साहब, टू मच।" तारीक बदर साहब, जो पाकिस्तान में टीम के साथ देख रहे हैं, उन्होंने लिखा है, "मौलाना मौलाना वैदुद्दीन खान साहब, टचिंग लाइफ ऑफ मिलियंस इन पाकिस्तान बाय हिज बुक्स एंड विजडम।</w:t>
      </w:r>
    </w:p>
    <w:p>
      <w:r>
        <w:rPr>
          <w:b/>
        </w:rPr>
        <w:t xml:space="preserve">[51:44] </w:t>
      </w:r>
      <w:r>
        <w:t>". i am thankful to allah that he connected me with him and his team. his literature is great nemat for all of us." mehboob bhai ne mumbai se likha hai, "alhamdulillah, kal hi maharashtra ki online meeting thi. malegaon ka discussion hua, jahan cps ki baqayda center hai. wahan ka sabse purana ek book store hai, jis ka naam hai savera book store.</w:t>
      </w:r>
    </w:p>
    <w:p>
      <w:pPr>
        <w:jc w:val="right"/>
      </w:pPr>
      <w:r>
        <w:t>आई एम थैंकफूल टू अल्लाह दैट ही कनेक्टेड मी विद हिम एंड हिज टीम। हिज लिटरेचर इज़ ग्रेट नेमत फॉर ऑल ऑफ अस।" महबूब भाई ने मुंबई से लिखा है, "अल्हम्दुलिल्लाह, कल ही महाराष्ट्र की ऑनलाइन मीटिंग थी। मालेगांव का डिस्कशन हुआ, जहां सीपीएस की बाकायदा सेंटर है। वहां का सबसे पुराना एक बुक स्टोर है, जिसका नाम है सवेरा बुक स्टोर।</w:t>
      </w:r>
    </w:p>
    <w:p>
      <w:r>
        <w:rPr>
          <w:b/>
        </w:rPr>
        <w:t xml:space="preserve">[52:11] </w:t>
      </w:r>
      <w:r>
        <w:t>". malegaon ke ek instagram page mein last week is savera book store ka video aaya hai. us par aaj bhi al risala ki kai copies aati hain. to jo doctor sane salen khan sahab keh rahe the ke malegaon se sabse achha response aaya, woh silsila aaj bhi jari hai. is mission par allah ki khas madad hai, yeh samajh mein aata hai. jazaakallah, apa. jazaakallah, doctor sahab."</w:t>
      </w:r>
    </w:p>
    <w:p>
      <w:pPr>
        <w:jc w:val="right"/>
      </w:pPr>
      <w:r>
        <w:t>मालेगांव के एक Instagram पेज में लास्ट वीक इस सवेरा बुक स्टोर का वीडियो आया है। उस पर आज भी अल रिसाला की कई कॉपीज आती हैं। तो जो डॉक्टर साने सलेन खान साहब कह रहे थे कि मालेगांव से सबसे अच्छा रिस्पांस आया, वह सिलसिला आज भी जारी है। इस मिशन पर अल्लाह की खास मदद है, यह समझ में आता है। जजाकल्लाह, आपा। जजाकल्लाह, डॉक्टर साहब।"</w:t>
      </w:r>
    </w:p>
    <w:p>
      <w:r>
        <w:rPr>
          <w:b/>
        </w:rPr>
        <w:t xml:space="preserve">[52:40] </w:t>
      </w:r>
      <w:r>
        <w:t>faraat sahab, aapne bahut dil se aur passionately bataya aapka jo experience Maulana sahab ke saath raha aur kis tarah aapke andar tabdeeli aayi. To aaj jo hum faraat sahab ko dekh rahe hain, wah faraat sahab waise nahi the mission mein aane se pehle. To faraat sahab, agla sawal main aapse poochna chahunga kyunki aapne itne qareebi se mission ko dekha hai Maulana sahab ke saath. Aap waqt bitate the ki Al Risala mission kya hai.</w:t>
      </w:r>
    </w:p>
    <w:p>
      <w:pPr>
        <w:jc w:val="right"/>
      </w:pPr>
      <w:r>
        <w:t>फरात साहब, आपने बहुत दिल से और पैशनेटली बताया आपका जो एक्सपीरियंस मौलाना साहब के साथ रहा और किस तरह आपके अंदर तब्दीली आई। तो आज जो हम फरात साहब को देख रहे हैं, वह फरात साहब वैसे नहीं थे मिशन में आने से पहले। तो फरात साहब, अगला सवाल मैं आपसे पूछना चाहूंगा क्योंकि आपने इतने करीबी से मिशन को देखा है मौलाना साहब के साथ। आप वक्त बिताते थे कि अल रिसाला मिशन क्या है।</w:t>
      </w:r>
    </w:p>
    <w:p>
      <w:r>
        <w:rPr>
          <w:b/>
        </w:rPr>
        <w:t xml:space="preserve">[53:08] </w:t>
      </w:r>
      <w:r>
        <w:t>main chahunga ki yeh aap sab viewers ko batayein.</w:t>
      </w:r>
    </w:p>
    <w:p>
      <w:pPr>
        <w:jc w:val="right"/>
      </w:pPr>
      <w:r>
        <w:t>मैं चाहूंगा कि यह आप सब व्यूवर्स को बताएं।</w:t>
      </w:r>
    </w:p>
    <w:p>
      <w:r>
        <w:rPr>
          <w:b/>
        </w:rPr>
        <w:t xml:space="preserve">[53:14] </w:t>
      </w:r>
      <w:r>
        <w:t>isko bayan karne ke mukhtalif pehlu ho sakte hain. Ji, main yahan Kashmir ki team jo aayi thi, main jab Delhi aaya tha December 2012 mein, to us waqt ittefaq ki baat yeh thi aur yeh isko husn ittefaq keh sakte hain. Kashmir team ka ko lekar da'wa meet ho rahi thi.</w:t>
      </w:r>
    </w:p>
    <w:p>
      <w:pPr>
        <w:jc w:val="right"/>
      </w:pPr>
      <w:r>
        <w:t>इसको बयान करने के मुख्तलिफ पहलू हो सकते हैं। जी, मैं यहां कश्मीर की टीम जो आई थी, मैं जब दिल्ली आया था दिसंबर 2012 में, तो उस वक्त इत्तेफाक की बात यह थी और यह इसको हुस्न इत्तेफाक कह सकते हैं। कश्मीर टीम का को लेकर दवा मीट हो रही थी।</w:t>
      </w:r>
    </w:p>
    <w:p>
      <w:r>
        <w:rPr>
          <w:b/>
        </w:rPr>
        <w:t xml:space="preserve">[53:37] </w:t>
      </w:r>
      <w:r>
        <w:t>to us waqt ek sahab ne apna tasur bayan kiya tha ki woh kaise Maulana ke paas aaye. To unhone yeh kaha tha ki ek martaba woh namaz padhkar, ghalib namaz padhkar bahar nikle, to unhone dekha ki ek bahut hi khoobsurat pamphlet hai, lekin kisi ne usko phaadkar phenk diya hai. To unhone un tamam tukdon ko jama kiya aur usko padha. To yeh tha creation plan of God ka pamphlet, leaflet tha.</w:t>
      </w:r>
    </w:p>
    <w:p>
      <w:pPr>
        <w:jc w:val="right"/>
      </w:pPr>
      <w:r>
        <w:t>तो उस वक्त एक साहब ने अपना तासुर बयान किया था कि वह कैसे मौलाना के पास आए। तो उन्होंने यह कहा था कि एक मर्तबा वह नमाज पढ़कर, गालिब नमाज पढ़कर बाहर निकले, तो उन्होंने देखा कि एक बहुत ही खूबसूरत पंपलेट है, लेकिन किसी ने उसको फाड़कर फेंक दिया है। तो उन्होंने उन तमाम टुकड़ों को जमा किया और उसको पढ़ा। तो यह था क्रिएशन प्लान ऑफ गॉड का पंपलेट, लीफलेट था।</w:t>
      </w:r>
    </w:p>
    <w:p>
      <w:r>
        <w:rPr>
          <w:b/>
        </w:rPr>
        <w:t xml:space="preserve">[54:05] </w:t>
      </w:r>
      <w:r>
        <w:t>toh woh bol rahe hain ke usse pehle main bahut hi mutashaddid insaan tha aur yeh main pasand</w:t>
      </w:r>
    </w:p>
    <w:p>
      <w:pPr>
        <w:jc w:val="right"/>
      </w:pPr>
      <w:r>
        <w:t>तो वह बोल रहे हैं कि उससे पहले मैं बहुत ही मुतशद्दत इंसान था और यह मैं पसंद</w:t>
      </w:r>
    </w:p>
    <w:p>
      <w:r>
        <w:rPr>
          <w:b/>
        </w:rPr>
        <w:t xml:space="preserve">[54:09] </w:t>
      </w:r>
      <w:r>
        <w:t>karta, lekin usko padhne ke baad mere andar bahut 90 degree change aa gaya aur ab main yahan</w:t>
      </w:r>
    </w:p>
    <w:p>
      <w:pPr>
        <w:jc w:val="right"/>
      </w:pPr>
      <w:r>
        <w:t>करता, लेकिन उसको पढ़ने के बाद मेरे अंदर बहुत 90 डिग्री चेंज आ गया और अब मैं यहां</w:t>
      </w:r>
    </w:p>
    <w:p>
      <w:r>
        <w:rPr>
          <w:b/>
        </w:rPr>
        <w:t xml:space="preserve">[54:15] </w:t>
      </w:r>
      <w:r>
        <w:t>par khada hua hoon.</w:t>
      </w:r>
    </w:p>
    <w:p>
      <w:pPr>
        <w:jc w:val="right"/>
      </w:pPr>
      <w:r>
        <w:t>पर खड़ा हुआ हूं।</w:t>
      </w:r>
    </w:p>
    <w:p>
      <w:r>
        <w:rPr>
          <w:b/>
        </w:rPr>
        <w:t xml:space="preserve">[54:16] </w:t>
      </w:r>
      <w:r>
        <w:t>toh creation plan kya cheez hai al risala ke bare mein kahein, toh usse logon ko aagah karta</w:t>
      </w:r>
    </w:p>
    <w:p>
      <w:pPr>
        <w:jc w:val="right"/>
      </w:pPr>
      <w:r>
        <w:t>तो क्रिएशन प्लान क्या चीज है अल रिसाला के बारे में कहें, तो उससे लोगों को आगाह करता</w:t>
      </w:r>
    </w:p>
    <w:p>
      <w:r>
        <w:rPr>
          <w:b/>
        </w:rPr>
        <w:t xml:space="preserve">[54:23] </w:t>
      </w:r>
      <w:r>
        <w:t>hai. usmein bhi ek aur cheez jo kashmir se relate karke main bayan karunga, maulana ne yeh record</w:t>
      </w:r>
    </w:p>
    <w:p>
      <w:pPr>
        <w:jc w:val="right"/>
      </w:pPr>
      <w:r>
        <w:t>है। उसमें भी एक और चीज जो कश्मीर से रिलेट करके मैं बयान करूंगा, मौलाना ने यह रिकॉर्ड</w:t>
      </w:r>
    </w:p>
    <w:p>
      <w:r>
        <w:rPr>
          <w:b/>
        </w:rPr>
        <w:t xml:space="preserve">[54:29] </w:t>
      </w:r>
      <w:r>
        <w:t>karwaya tha june 2012 mein.</w:t>
      </w:r>
    </w:p>
    <w:p>
      <w:pPr>
        <w:jc w:val="right"/>
      </w:pPr>
      <w:r>
        <w:t>करवाया था जून 2012 में।</w:t>
      </w:r>
    </w:p>
    <w:p>
      <w:r>
        <w:rPr>
          <w:b/>
        </w:rPr>
        <w:t xml:space="preserve">[54:32] </w:t>
      </w:r>
      <w:r>
        <w:t>record karwaya tha jab unki kashmir ke andar hi meet hui aur maulana ne uske liye record karwaya</w:t>
      </w:r>
    </w:p>
    <w:p>
      <w:pPr>
        <w:jc w:val="right"/>
      </w:pPr>
      <w:r>
        <w:t>रिकॉर्ड करवाया था जब उनकी कश्मीर के अंदर ही मीट हुई और मौलाना ने उसके लिए रिकॉर्ड करवाया</w:t>
      </w:r>
    </w:p>
    <w:p>
      <w:r>
        <w:rPr>
          <w:b/>
        </w:rPr>
        <w:t xml:space="preserve">[54:36] </w:t>
      </w:r>
      <w:r>
        <w:t>tha. to usko shuru mein</w:t>
      </w:r>
    </w:p>
    <w:p>
      <w:pPr>
        <w:jc w:val="right"/>
      </w:pPr>
      <w:r>
        <w:t>था। तो उसको शुरू में</w:t>
      </w:r>
    </w:p>
    <w:p>
      <w:r>
        <w:rPr>
          <w:b/>
        </w:rPr>
        <w:t xml:space="preserve">[54:39] </w:t>
      </w:r>
      <w:r>
        <w:t>ek paragraph yeh tha, jisko main padhkar aap logon ke saamne sunata hoon. Har cheez ka ek super formula hota hai. Islam ka super formula ya central theme kya hai?</w:t>
      </w:r>
    </w:p>
    <w:p>
      <w:pPr>
        <w:jc w:val="right"/>
      </w:pPr>
      <w:r>
        <w:t>एक पैराग्राफ यह था, जिसको मैं पढ़कर आप लोगों के सामने सुनाता हूं। हर चीज का एक सुपर फार्मूला होता है। इस्लाम का सुपर फार्मूला या सेंट्रल थीम क्या है?</w:t>
      </w:r>
    </w:p>
    <w:p>
      <w:r>
        <w:rPr>
          <w:b/>
        </w:rPr>
        <w:t xml:space="preserve">[54:52] </w:t>
      </w:r>
      <w:r>
        <w:t>woh hai shukr. Yaani pehli aayat jo Quran Majeed ki, "Alhamdulillah Rabbil Aalameen", wahi central theme hai. In insaan ke andar shukr ki nafsiyat paida karna ki Allah taala se connect hokar aap kaise rahein, Allah ki nematton ko yaad karein aur sanjeeda insaan bankar rahe</w:t>
      </w:r>
    </w:p>
    <w:p>
      <w:pPr>
        <w:jc w:val="right"/>
      </w:pPr>
      <w:r>
        <w:t>वह है शुक्र। यानी पहली आयत जो कुरान मजीद की, "अल्हम्दुलिल्लाह रब्बिल आलमीन", वही सेंट्रल थीम है। इन इंसान के अंदर शुक्र की नफ्सियत पैदा करना कि अल्लाह ताला से कनेक्ट होकर आप कैसे रहें, अल्लाह की नेमतों को याद करें और संजीदा इंसान बनकर रह</w:t>
      </w:r>
    </w:p>
    <w:p>
      <w:r>
        <w:rPr>
          <w:b/>
        </w:rPr>
        <w:t xml:space="preserve">[55:09] </w:t>
      </w:r>
      <w:r>
        <w:t>in. Us talluq se ek aur waqia jo Maulana ne likha hai, yeh Nander ke ek sahab hain, Kishan Rao Patil.</w:t>
      </w:r>
    </w:p>
    <w:p>
      <w:pPr>
        <w:jc w:val="right"/>
      </w:pPr>
      <w:r>
        <w:t>ें। उस ताल्लुक से एक और वाकया जो मौलाना ने लिखा है, यह नांडेर के एक साहब हैं, किशन राव पाटिल।</w:t>
      </w:r>
    </w:p>
    <w:p>
      <w:r>
        <w:rPr>
          <w:b/>
        </w:rPr>
        <w:t xml:space="preserve">[55:19] </w:t>
      </w:r>
      <w:r>
        <w:t>inko Urdu nahi aati thi Al Risala ke bare mein. Suna unke mazameen mazmoon ko suna to inhone Urdu seekhi aur Al Risala padhna shuru kiya. Aur abhi tak uske paas saare Al Risala maujood hain, woh padhte hain aur us logon ke darmiyan phailate hain. To Maulana ne unse tasur poocha tha ki</w:t>
      </w:r>
    </w:p>
    <w:p>
      <w:pPr>
        <w:jc w:val="right"/>
      </w:pPr>
      <w:r>
        <w:t>इनको उर्दू नहीं आती थी अल रिसाले के बारे में। सुना उनके मजमीन मजमून को सुना तो इन्होंने उर्दू सीखी और अल रिसाला पढ़ना शुरू किया। और अभी तक उसके पास सारे अल रिसाले मौजूद हैं, वह पढ़ते हैं और उस लोगों के दरमियान फैलाते हैं। तो मौलाना ने उनसे तासुर पूछा था कि</w:t>
      </w:r>
    </w:p>
    <w:p>
      <w:r>
        <w:rPr>
          <w:b/>
        </w:rPr>
        <w:t xml:space="preserve">[55:37] </w:t>
      </w:r>
      <w:r>
        <w:t>al risale se aapko kya mila.</w:t>
      </w:r>
    </w:p>
    <w:p>
      <w:pPr>
        <w:jc w:val="right"/>
      </w:pPr>
      <w:r>
        <w:t>अल रिसाले से आपको क्या मिला।</w:t>
      </w:r>
    </w:p>
    <w:p>
      <w:r>
        <w:rPr>
          <w:b/>
        </w:rPr>
        <w:t xml:space="preserve">[55:39] </w:t>
      </w:r>
      <w:r>
        <w:t>to unhone do cheezein batai thi.</w:t>
      </w:r>
    </w:p>
    <w:p>
      <w:pPr>
        <w:jc w:val="right"/>
      </w:pPr>
      <w:r>
        <w:t>तो उन्होंने दो चीजें बताई थीं।</w:t>
      </w:r>
    </w:p>
    <w:p>
      <w:r>
        <w:rPr>
          <w:b/>
        </w:rPr>
        <w:t xml:space="preserve">[55:42] </w:t>
      </w:r>
      <w:r>
        <w:t>pehli cheez to yeh batai thi ke pehle main baat karta tha, uske baad sochta tha.</w:t>
      </w:r>
    </w:p>
    <w:p>
      <w:pPr>
        <w:jc w:val="right"/>
      </w:pPr>
      <w:r>
        <w:t>पहली चीज तो यह बताई थी कि पहले मैं बात करता था, उसके बाद सोचता था।</w:t>
      </w:r>
    </w:p>
    <w:p>
      <w:r>
        <w:rPr>
          <w:b/>
        </w:rPr>
        <w:t xml:space="preserve">[55:45] </w:t>
      </w:r>
      <w:r>
        <w:t>lekin ab main sochta hoon, uske baad baat karta hoon.</w:t>
      </w:r>
    </w:p>
    <w:p>
      <w:pPr>
        <w:jc w:val="right"/>
      </w:pPr>
      <w:r>
        <w:t>लेकिन अब मैं सोचता हूं, उसके बाद बात करता हूं।</w:t>
      </w:r>
    </w:p>
    <w:p>
      <w:r>
        <w:rPr>
          <w:b/>
        </w:rPr>
        <w:t xml:space="preserve">[55:48] </w:t>
      </w:r>
      <w:r>
        <w:t>main doosri cheez unhone yeh batai ke unse kisi professor ne poocha tha al risale ke ko lekar,</w:t>
      </w:r>
    </w:p>
    <w:p>
      <w:pPr>
        <w:jc w:val="right"/>
      </w:pPr>
      <w:r>
        <w:t>मैं दूसरी चीज उन्होंने यह बताई कि उनसे किसी प्रोफेसर ने पूछा था अल रिसाले के को लेकर,</w:t>
      </w:r>
    </w:p>
    <w:p>
      <w:r>
        <w:rPr>
          <w:b/>
        </w:rPr>
        <w:t xml:space="preserve">[55:54] </w:t>
      </w:r>
      <w:r>
        <w:t>to unhone yeh kaha tha ke main maut ki yaad mein jeeta hoon, maut ki tayyari kar raha</w:t>
      </w:r>
    </w:p>
    <w:p>
      <w:pPr>
        <w:jc w:val="right"/>
      </w:pPr>
      <w:r>
        <w:t>तो उन्होंने यह कहा था कि मैं मौत की याद में जीता हूं, मौत की तैयारी कर रहा</w:t>
      </w:r>
    </w:p>
    <w:p>
      <w:r>
        <w:rPr>
          <w:b/>
        </w:rPr>
        <w:t xml:space="preserve">[55:58] </w:t>
      </w:r>
      <w:r>
        <w:t>hoon. main to ek insaan ke andar jo sanjeedgi honi chahiye, tayyari kis cheez ki karni hai, woh</w:t>
      </w:r>
    </w:p>
    <w:p>
      <w:pPr>
        <w:jc w:val="right"/>
      </w:pPr>
      <w:r>
        <w:t>हूं। मैं तो एक इंसान के अंदर जो संजीदगी होनी चाहिए, तैयारी किस चीज की करनी है, वह</w:t>
      </w:r>
    </w:p>
    <w:p>
      <w:r>
        <w:rPr>
          <w:b/>
        </w:rPr>
        <w:t xml:space="preserve">[56:04] </w:t>
      </w:r>
      <w:r>
        <w:t>al risala mission sikhata hai.</w:t>
      </w:r>
    </w:p>
    <w:p>
      <w:pPr>
        <w:jc w:val="right"/>
      </w:pPr>
      <w:r>
        <w:t>अल रिसाला मिशन सिखाता है।</w:t>
      </w:r>
    </w:p>
    <w:p>
      <w:r>
        <w:rPr>
          <w:b/>
        </w:rPr>
        <w:t xml:space="preserve">[56:05] </w:t>
      </w:r>
      <w:r>
        <w:t>yeh aapko ek rabbani insaan banane ki ghiza</w:t>
      </w:r>
    </w:p>
    <w:p>
      <w:pPr>
        <w:jc w:val="right"/>
      </w:pPr>
      <w:r>
        <w:t>यह आपको एक रब्बानी इंसान बनाने की गिजा</w:t>
      </w:r>
    </w:p>
    <w:p>
      <w:r>
        <w:rPr>
          <w:b/>
        </w:rPr>
        <w:t xml:space="preserve">[56:08] </w:t>
      </w:r>
      <w:r>
        <w:t>deta hai, marifat wali ghiza deta hai. Aapke andar yeh soch paida karta hai ki aap apna ehsaab karein,</w:t>
      </w:r>
    </w:p>
    <w:p>
      <w:pPr>
        <w:jc w:val="right"/>
      </w:pPr>
      <w:r>
        <w:t>देता है, मारफत वाली गिजा देता है। आपके अंदर यह सोच पैदा करता है कि आप अपना एहतसाब करें,</w:t>
      </w:r>
    </w:p>
    <w:p>
      <w:r>
        <w:rPr>
          <w:b/>
        </w:rPr>
        <w:t xml:space="preserve">[56:16] </w:t>
      </w:r>
      <w:r>
        <w:t>aap kahan galat hain, usko aap theek karein. Doosron ko dekhne ke bajaye aap apni islah ki fikr karein aur uske baad doosron ke bare mein bhi sochein. Yakeenan to yeh cheezein Al Risala mission sikhata hai. Agar kisi ke andar yeh cheez nahi hai, tawazu nahi hai, to iska matlab woh padhne ke bawajood bhi usne Al Risala ko nahi padha. Hamare andar yeh cheez paida honi chahiye ki tawazu ho, rabbani nafsiyat ho, Khuda ki yaad mein jeene wale bane. To Al Risala mission se aapko gi</w:t>
      </w:r>
    </w:p>
    <w:p>
      <w:pPr>
        <w:jc w:val="right"/>
      </w:pPr>
      <w:r>
        <w:t>आप कहां गलत हैं, उसको आपठीक करें। दूसरों को देखने के बजाय आप अपनी इस्लाह की फिक्र करें और उसके बाद दूसरों के बारे में भी सोचें। यकीनन तो यह चीजें अल रिसाला मिशन सिखाता है। अगर किसी के अंदर यह चीज नहीं है, तवाजू नहीं है, तो इसका मतलब वह पढ़ने के बावजूद भी उसने अल रिसाले को नहीं पढ़ा। हमारे अंदर यह चीज पैदा होनी चाहिए कि तवाजू हो, रब्बानी नफ्सियत हो, खुदा की याद में जीने वाले बने। तो अल रिसाला मिशन से आपको ग</w:t>
      </w:r>
    </w:p>
    <w:p>
      <w:r>
        <w:rPr>
          <w:b/>
        </w:rPr>
        <w:t xml:space="preserve">[56:43] </w:t>
      </w:r>
      <w:r>
        <w:t>za mil rahi hai. Aur agar yeh cheez nahi hai, to aapko Al Risala mission ko aapne padha, lekin nahi padha aapne. To yeh main samajhta hoon ki Al Risala mission se yahi paigham milta hai ki aap apne aap ko Khuda mein jeene wale insaan banayein</w:t>
      </w:r>
    </w:p>
    <w:p>
      <w:pPr>
        <w:jc w:val="right"/>
      </w:pPr>
      <w:r>
        <w:t>िजा मिल रही है। और अगर यह चीज नहीं है, तो आपको अल रिसाला मिशन को आपने पढ़ा, लेकिन नहीं पढ़ा आपने। तो यह मैं समझता हूं कि अल रिसाला मिशन से यही पैगाम मिलता है कि आप अपने आप को खुदा में जीने वाले इंसान बनाएं</w:t>
      </w:r>
    </w:p>
    <w:p>
      <w:r>
        <w:rPr>
          <w:b/>
        </w:rPr>
        <w:t xml:space="preserve">[56:58] </w:t>
      </w:r>
      <w:r>
        <w:t>। Aur faraat sahab yeh bhi ki matlab is par Maulana emphasize karte the ki Khuda se judna. Matlab woh kehte the ki insaan ke paas agar jo sabse precious cheez hai, woh hai mohabbat. Aur aapne agar Khuda se mohabbat nahi kahi, kari, to aapne kuch nahi diya. To ek example bada achha batate the ki ek forest officer the,</w:t>
      </w:r>
    </w:p>
    <w:p>
      <w:pPr>
        <w:jc w:val="right"/>
      </w:pPr>
      <w:r>
        <w:t>। और फरात साहब यह भी कि मतलब इस पर मौलाना एमफसाइज करते थे कि खुदा से जुड़ना। मतलब वह कहते थे कि इंसान के पास अगर जो सबसे प्रेशियस चीज है, वह है मोहब्बत। और आपने अगर खुदा से मोहब्बत नहीं कही, करी, तो आपने कुछ नहीं दिया। तो एक एग्जांपल बड़ा अच्छा बताते थे कि एक फॉरेस्ट ऑफिसर थे,</w:t>
      </w:r>
    </w:p>
    <w:p>
      <w:r>
        <w:rPr>
          <w:b/>
        </w:rPr>
        <w:t xml:space="preserve">[57:21] </w:t>
      </w:r>
      <w:r>
        <w:t>jo kai dinon ke baad ghar laute.</w:t>
      </w:r>
    </w:p>
    <w:p>
      <w:pPr>
        <w:jc w:val="right"/>
      </w:pPr>
      <w:r>
        <w:t>जो कई दिनों के बाद घर लौटे।</w:t>
      </w:r>
    </w:p>
    <w:p>
      <w:r>
        <w:rPr>
          <w:b/>
        </w:rPr>
        <w:t xml:space="preserve">[57:24] </w:t>
      </w:r>
      <w:r>
        <w:t>ab woh ghar laute to jo bachcha tha, woh unka unse lipat gaya aur usne apne father se kaha ki mere liye kya gift lekar aaye hain. To unhone kaha ki main to kuch nahi lekar aaya. To woh bachcha itna naraz ho gaya, usne kaha ki agar aap mere liye kuch nahi lekar aaye, to aap ghar kyun aaye hain?</w:t>
      </w:r>
    </w:p>
    <w:p>
      <w:pPr>
        <w:jc w:val="right"/>
      </w:pPr>
      <w:r>
        <w:t>अब वह घर लौटे तो जो बच्चा था, वह उनका उनसे लिपट गया और उसने अपने फादर से कहा कि मेरे लिए क्या गिफ्ट लेकर आए हैं। तो उन्होंने कहा कि मैं तो कुछ नहीं लेकर आया। तो वह बच्चा इतना नाराज हो गया, उसने कहा कि अगर आप मेरे लिए कुछ नहीं लेकर आए, तो आप घर क्यों आए हैं?</w:t>
      </w:r>
    </w:p>
    <w:p>
      <w:r>
        <w:rPr>
          <w:b/>
        </w:rPr>
        <w:t xml:space="preserve">[57:39] </w:t>
      </w:r>
      <w:r>
        <w:t>aap wapas forest chale jayein. To Maulana ne isse link kiya ki agar isi tarike se Khuda aakhirat mein hamein yeh keh de ki tumhare paas jo sabse achhi cheez thi, woh tumne agar mujhe nahi di, to tumne kya diya</w:t>
      </w:r>
    </w:p>
    <w:p>
      <w:pPr>
        <w:jc w:val="right"/>
      </w:pPr>
      <w:r>
        <w:t>आप वापस फॉरेस्ट चले जाएं। तो मौलाना ने इससे लिंक किया कि अगर इसी तरीके से खुदा आखिरत में हमें यह कह दे कि तुम्हारे पास जो सबसे अच्छी चीज थी, वह तुमने अगर मुझे नहीं दी, तो तुमने क्या दिया</w:t>
      </w:r>
    </w:p>
    <w:p>
      <w:r>
        <w:rPr>
          <w:b/>
        </w:rPr>
        <w:t xml:space="preserve">[57:52] </w:t>
      </w:r>
      <w:r>
        <w:t>? To isliye yeh bahut zaroori hai ki hum apni saari mohabbat Khuda ke liye, hum Khuda ko de dein aur baqi doosri cheezein jo hain, woh secondary kar dein. Matlab jaise family, job ya apna friend circle. Asal cheez to yahi hai ki Khuda se mohabbat. Yeh bahut important hai. Haan, uske liye ek lafz bhi Maulana use karte the ki Khuda ko apna soul concern banana. Ji, ji, bilkul. Soul concern, supreme concern banana, yeh bahut badi cheez hai. Ji,</w:t>
      </w:r>
    </w:p>
    <w:p>
      <w:pPr>
        <w:jc w:val="right"/>
      </w:pPr>
      <w:r>
        <w:t>? तो इसलिए यह बहुत जरूरी है कि हम अपनी सारी मोहब्बत खुदा के लिए, हम खुदा को दे दें और बाकी दूसरी चीजें जो हैं, वह सेकेंडरी कर दें। मतलब जैसे फैमिली, जॉब या अपना फ्रेंड सर्कल। असल चीज तो यही है कि खुदा से मोहब्बत। यह बहुत इंपॉर्टेंट है। हां, उसके लिए एक लफ्ज भी मौलाना यूज करते थे कि खुदा को अपना सोल कंसर्न बनाना। जी, जी, बिल्कुल। सोल कंसर्न, सुप्रीम कंसर्न बनाना, यह बहुत बड़ी चीज है। जी,</w:t>
      </w:r>
    </w:p>
    <w:p>
      <w:r>
        <w:rPr>
          <w:b/>
        </w:rPr>
        <w:t xml:space="preserve">[58:21] </w:t>
      </w:r>
      <w:r>
        <w:t>Doctor sahab, jaisa hum jaante hain, Tazkirul Quran is hugely popular. And aap bhi, aapne bhi kai martaba yahi kaha hai ki agar deeper meaning of Quran samajhna hai, to Maulana ka Tazkirul Quran English mein, Urdu mein ya Arabic mein aap study karein. And there is no commentary like the commentary that we have of Maulana Wahiduddin Khan sahab</w:t>
      </w:r>
    </w:p>
    <w:p>
      <w:pPr>
        <w:jc w:val="right"/>
      </w:pPr>
      <w:r>
        <w:t>डॉक्टर साहब, जैसा हम जानते हैं, तस्किरुल कुरान इज ह्यूजली पॉपुलर। एंड आप भी, आपने भी कई मर्तबा यही कहा है कि अगर डीपर मीनिंग ऑफ कुरान समझना है, तो मौलाना का तस्किरुल कुरान इंग्लिश में, उर्दू में या अरबी में आप स्टडी करें। एंड देयर इज नो कमेंट्री लाइक द कमेंट्री दैट वी हैव ऑफ मौलाना वैदुद्दीन खान साहब</w:t>
      </w:r>
    </w:p>
    <w:p>
      <w:r>
        <w:rPr>
          <w:b/>
        </w:rPr>
        <w:t xml:space="preserve">[58:44] </w:t>
      </w:r>
      <w:r>
        <w:t>. to yeh bataiye ke what inspired maulana sahab to write a commentary of the quran?</w:t>
      </w:r>
    </w:p>
    <w:p>
      <w:pPr>
        <w:jc w:val="right"/>
      </w:pPr>
      <w:r>
        <w:t>। तो यह बताइए कि व्हाट इंस्पायर्ड मौलाना साहब टू राइट अ कमेंट्री ऑफ द कुरान?</w:t>
      </w:r>
    </w:p>
    <w:p>
      <w:r>
        <w:rPr>
          <w:b/>
        </w:rPr>
        <w:t xml:space="preserve">[58:51] </w:t>
      </w:r>
      <w:r>
        <w:t>iske bare mein bataein.</w:t>
      </w:r>
    </w:p>
    <w:p>
      <w:pPr>
        <w:jc w:val="right"/>
      </w:pPr>
      <w:r>
        <w:t>इसके बारे में बताएं।</w:t>
      </w:r>
    </w:p>
    <w:p>
      <w:r>
        <w:rPr>
          <w:b/>
        </w:rPr>
        <w:t xml:space="preserve">[58:53] </w:t>
      </w:r>
      <w:r>
        <w:t>maulana ne likha hai al risala mein ke jab unko burn ka waqia hua tha, na electric burn,</w:t>
      </w:r>
    </w:p>
    <w:p>
      <w:pPr>
        <w:jc w:val="right"/>
      </w:pPr>
      <w:r>
        <w:t>मौलाना ने लिखा है अल रिसाला में कि जब उनको बर्न का वाकया हुआ था, ना इलेक्ट्रिक बर्न,</w:t>
      </w:r>
    </w:p>
    <w:p>
      <w:r>
        <w:rPr>
          <w:b/>
        </w:rPr>
        <w:t xml:space="preserve">[59:00] </w:t>
      </w:r>
      <w:r>
        <w:t>bahut shadeed waqia hua tha.</w:t>
      </w:r>
    </w:p>
    <w:p>
      <w:pPr>
        <w:jc w:val="right"/>
      </w:pPr>
      <w:r>
        <w:t>बहुत शदीद वाकया हुआ था।</w:t>
      </w:r>
    </w:p>
    <w:p>
      <w:r>
        <w:rPr>
          <w:b/>
        </w:rPr>
        <w:t xml:space="preserve">[59:01] </w:t>
      </w:r>
      <w:r>
        <w:t>plastic surgery hui.</w:t>
      </w:r>
    </w:p>
    <w:p>
      <w:pPr>
        <w:jc w:val="right"/>
      </w:pPr>
      <w:r>
        <w:t>प्लास्टिक सर्जरी हुई।</w:t>
      </w:r>
    </w:p>
    <w:p>
      <w:r>
        <w:rPr>
          <w:b/>
        </w:rPr>
        <w:t xml:space="preserve">[59:03] </w:t>
      </w:r>
      <w:r>
        <w:t>to uske baad unko ehsaas hua ke ab mujhe tafsir likhni chahiye.</w:t>
      </w:r>
    </w:p>
    <w:p>
      <w:pPr>
        <w:jc w:val="right"/>
      </w:pPr>
      <w:r>
        <w:t>तो उसके बाद उनको एहसास हुआ कि अब मुझे तफसीर लिखनी चाहिए।</w:t>
      </w:r>
    </w:p>
    <w:p>
      <w:r>
        <w:rPr>
          <w:b/>
        </w:rPr>
        <w:t xml:space="preserve">[59:08] </w:t>
      </w:r>
      <w:r>
        <w:t>ji, kyunke unhe aisa lag raha tha ke mera waqt hi qareeb aa gaya is tajrube ke baad.</w:t>
      </w:r>
    </w:p>
    <w:p>
      <w:pPr>
        <w:jc w:val="right"/>
      </w:pPr>
      <w:r>
        <w:t>जी, क्योंकि उन्हें ऐसा लग रहा था कि मेरा वक्त ही करीब आ गया इस तजुर्बे के बाद।</w:t>
      </w:r>
    </w:p>
    <w:p>
      <w:r>
        <w:rPr>
          <w:b/>
        </w:rPr>
        <w:t xml:space="preserve">[59:13] </w:t>
      </w:r>
      <w:r>
        <w:t>yeh baat hai taqreeban 1980 ke aas paas ki.</w:t>
      </w:r>
    </w:p>
    <w:p>
      <w:pPr>
        <w:jc w:val="right"/>
      </w:pPr>
      <w:r>
        <w:t>यह बात है तकरीबन 1980 के आसपास की।</w:t>
      </w:r>
    </w:p>
    <w:p>
      <w:r>
        <w:rPr>
          <w:b/>
        </w:rPr>
        <w:t xml:space="preserve">[59:16] </w:t>
      </w:r>
      <w:r>
        <w:t>to us waqt likhna shuru kiya.</w:t>
      </w:r>
    </w:p>
    <w:p>
      <w:pPr>
        <w:jc w:val="right"/>
      </w:pPr>
      <w:r>
        <w:t>तो उस वक्त लिखना शुरू किया।</w:t>
      </w:r>
    </w:p>
    <w:p>
      <w:r>
        <w:rPr>
          <w:b/>
        </w:rPr>
        <w:t xml:space="preserve">[59:19] </w:t>
      </w:r>
      <w:r>
        <w:t>aur mujhe yaad hai ki Maulana likhte the. Aur jab 10 paare shuru complete ho gaye, to mujhse kaha gaya, "ab isko print kar do. Pata nahi main baqi likh sakoon ya nahi." Ji, to khair, maine 10 paare ki ek volume banwai. Phir jab 15 ho gaye, to unhone kaha, "15 print kar do." Ji, to maine kaha, "theek hai, woh 15 print kiya." To aadha ko aadhi tafsir kahin hogi abhi</w:t>
      </w:r>
    </w:p>
    <w:p>
      <w:pPr>
        <w:jc w:val="right"/>
      </w:pPr>
      <w:r>
        <w:t>और मुझे याद है कि मौलाना लिखते थे। और जब 10 पारे शुरू कंप्लीट हो गए, तो मुझसे कहा गया, "अब इसको प्रिंट कर दो। पता नहीं मैं बाकी लिख सकूं या नहीं।" जी, तो खैर, मैंने 10 पारे की एक वॉल्यूम बनवाई। फिर जब 15 हो गए, तो उन्होंने कहा, "15 प्रिंट कर दो।" जी, तो मैंने कहा, "ठीक है, वो 15 प्रिंट किया।" तो आधा को आधी तफसीर कहीं होगी अभी</w:t>
      </w:r>
    </w:p>
    <w:p>
      <w:r>
        <w:rPr>
          <w:b/>
        </w:rPr>
        <w:t xml:space="preserve">[59:47] </w:t>
      </w:r>
      <w:r>
        <w:t>bhi. Ji, phir jab 15 complete, poori complete ho gayi, to phir humne doosra volume. Phir shuru shuru mein do volumes mein aati thi, phir single volume mein kar liya usko. To is tarike se woh tafsir, alhamdulillah, complete hui kaafi saalon mein.</w:t>
      </w:r>
    </w:p>
    <w:p>
      <w:pPr>
        <w:jc w:val="right"/>
      </w:pPr>
      <w:r>
        <w:t>भी। जी, फिर जब 15 कंप्लीट, पूरी कंप्लीट हो गई, तो फिर हमने दूसरा वॉल्यूम। फिर शुरू शुरू में दो वॉल्यूम्स में आती थी, फिर सिंगल वॉल्यूम में कर लिया उसको। तो इस तरीके से वो तफसीर, अल्हम्दुलिल्लाह, कंप्लीट हुई काफी सालों में।</w:t>
      </w:r>
    </w:p>
    <w:p>
      <w:r>
        <w:rPr>
          <w:b/>
        </w:rPr>
        <w:t xml:space="preserve">[1:00:04] </w:t>
      </w:r>
      <w:r>
        <w:t>to ab Quran ki jo tafsirein hain, beshumar hain. Aap jaise pata hai, lekin Tazkirul Quran bahut hi unique tafsir hai kai tabar se ki jo Quran ka theme hai,</w:t>
      </w:r>
    </w:p>
    <w:p>
      <w:pPr>
        <w:jc w:val="right"/>
      </w:pPr>
      <w:r>
        <w:t>तो अब कुरान की जो तफसीरें हैं, बेशुमार हैं। आप जैसे पता है, लेकिन तस्किरुल कुरान बहुत ही यूनिक तफसीर है कई तबार से कि जो कुरान का थीम है,</w:t>
      </w:r>
    </w:p>
    <w:p>
      <w:r>
        <w:rPr>
          <w:b/>
        </w:rPr>
        <w:t xml:space="preserve">[1:00:19] </w:t>
      </w:r>
      <w:r>
        <w:t>woh maulana ne uske andar ujaagar kiya hai.</w:t>
      </w:r>
    </w:p>
    <w:p>
      <w:pPr>
        <w:jc w:val="right"/>
      </w:pPr>
      <w:r>
        <w:t>वह मौलाना ने उसके अंदर उजागर किया है।</w:t>
      </w:r>
    </w:p>
    <w:p>
      <w:r>
        <w:rPr>
          <w:b/>
        </w:rPr>
        <w:t xml:space="preserve">[1:00:23] </w:t>
      </w:r>
      <w:r>
        <w:t>yaani jo marfat khuda hai, yaani qurb ilahi, zikr ilahi, fikr akhirat, dawat aur taameeri soch aur peace</w:t>
      </w:r>
    </w:p>
    <w:p>
      <w:pPr>
        <w:jc w:val="right"/>
      </w:pPr>
      <w:r>
        <w:t>यानी जो मारफत खुदा है, यानी कुर्ब इलाही, जिक्र इलाही, फिक्र आखिरत, दावत और तामीरी सोच और पीस</w:t>
      </w:r>
    </w:p>
    <w:p>
      <w:r>
        <w:rPr>
          <w:b/>
        </w:rPr>
        <w:t xml:space="preserve">[1:00:33] </w:t>
      </w:r>
      <w:r>
        <w:t>aur spirituality, yeh jo subject hai, isko maulana ne ismein</w:t>
      </w:r>
    </w:p>
    <w:p>
      <w:pPr>
        <w:jc w:val="right"/>
      </w:pPr>
      <w:r>
        <w:t>और स्पिरिचुअलिटी, यह जो सब्जेक्ट है, इसको मौलाना ने इसमें</w:t>
      </w:r>
    </w:p>
    <w:p>
      <w:r>
        <w:rPr>
          <w:b/>
        </w:rPr>
        <w:t xml:space="preserve">[1:00:38] </w:t>
      </w:r>
      <w:r>
        <w:t>apni tafsir mein ujaagar kiya hai.</w:t>
      </w:r>
    </w:p>
    <w:p>
      <w:pPr>
        <w:jc w:val="right"/>
      </w:pPr>
      <w:r>
        <w:t>अपनी तफसीर में उजागर किया है।</w:t>
      </w:r>
    </w:p>
    <w:p>
      <w:r>
        <w:rPr>
          <w:b/>
        </w:rPr>
        <w:t xml:space="preserve">[1:00:41] </w:t>
      </w:r>
      <w:r>
        <w:t>aur ismein jo sabse aham baat maulana ne batai hai ke insaan ko yeh chahiye ke woh gaur</w:t>
      </w:r>
    </w:p>
    <w:p>
      <w:pPr>
        <w:jc w:val="right"/>
      </w:pPr>
      <w:r>
        <w:t>और इसमें जो सबसे अहम बात मौलाना ने बताई है कि इंसान को यह चाहिए कि वह गौर</w:t>
      </w:r>
    </w:p>
    <w:p>
      <w:r>
        <w:rPr>
          <w:b/>
        </w:rPr>
        <w:t xml:space="preserve">[1:00:52] </w:t>
      </w:r>
      <w:r>
        <w:t>fikr kare,</w:t>
      </w:r>
    </w:p>
    <w:p>
      <w:pPr>
        <w:jc w:val="right"/>
      </w:pPr>
      <w:r>
        <w:t>फिक्र करे,</w:t>
      </w:r>
    </w:p>
    <w:p>
      <w:r>
        <w:rPr>
          <w:b/>
        </w:rPr>
        <w:t xml:space="preserve">[1:00:56] </w:t>
      </w:r>
      <w:r>
        <w:t>quran ki baaton par soche aur gehrai se</w:t>
      </w:r>
    </w:p>
    <w:p>
      <w:pPr>
        <w:jc w:val="right"/>
      </w:pPr>
      <w:r>
        <w:t>कुरान की बातों पर सोचे और गहराई से</w:t>
      </w:r>
    </w:p>
    <w:p>
      <w:r>
        <w:rPr>
          <w:b/>
        </w:rPr>
        <w:t xml:space="preserve">[1:01:01] </w:t>
      </w:r>
      <w:r>
        <w:t>contemplate kare aur tadabbur aur tawas kare.</w:t>
      </w:r>
    </w:p>
    <w:p>
      <w:pPr>
        <w:jc w:val="right"/>
      </w:pPr>
      <w:r>
        <w:t>कंटेंपलेट करे और तदब्बुर और तवस करे।</w:t>
      </w:r>
    </w:p>
    <w:p>
      <w:r>
        <w:rPr>
          <w:b/>
        </w:rPr>
        <w:t xml:space="preserve">[1:01:05] </w:t>
      </w:r>
      <w:r>
        <w:t>to tadhkirul quran khas taur se yahi uska</w:t>
      </w:r>
    </w:p>
    <w:p>
      <w:pPr>
        <w:jc w:val="right"/>
      </w:pPr>
      <w:r>
        <w:t>तो तस्किरुल कुरान खास तौर से यही उसका</w:t>
      </w:r>
    </w:p>
    <w:p>
      <w:r>
        <w:rPr>
          <w:b/>
        </w:rPr>
        <w:t xml:space="preserve">[1:01:09] </w:t>
      </w:r>
      <w:r>
        <w:t>theme hai, yahi uska andaaz hai ki</w:t>
      </w:r>
    </w:p>
    <w:p>
      <w:pPr>
        <w:jc w:val="right"/>
      </w:pPr>
      <w:r>
        <w:t>थीम है, यही उसका अंदाज है कि</w:t>
      </w:r>
    </w:p>
    <w:p>
      <w:r>
        <w:rPr>
          <w:b/>
        </w:rPr>
        <w:t xml:space="preserve">[1:01:14] </w:t>
      </w:r>
      <w:r>
        <w:t>jo gehre quran ki maana hai, jo between the line meaning hai, usko maulana ne usmein se</w:t>
      </w:r>
    </w:p>
    <w:p>
      <w:pPr>
        <w:jc w:val="right"/>
      </w:pPr>
      <w:r>
        <w:t>जो गहरे कुरान की माना है, जो बिटवीन द लाइन मीनिंग है, उसको मौलाना ने उसमें से</w:t>
      </w:r>
    </w:p>
    <w:p>
      <w:r>
        <w:rPr>
          <w:b/>
        </w:rPr>
        <w:t xml:space="preserve">[1:01:23] </w:t>
      </w:r>
      <w:r>
        <w:t>nikala hai aur waz kiya hai.</w:t>
      </w:r>
    </w:p>
    <w:p>
      <w:pPr>
        <w:jc w:val="right"/>
      </w:pPr>
      <w:r>
        <w:t>निकाला है और वाज किया है।</w:t>
      </w:r>
    </w:p>
    <w:p>
      <w:r>
        <w:rPr>
          <w:b/>
        </w:rPr>
        <w:t xml:space="preserve">[1:01:25] </w:t>
      </w:r>
      <w:r>
        <w:t>ji, kyunki maulana kehte the ki quran ek bahut chhoti kitab hai.</w:t>
      </w:r>
    </w:p>
    <w:p>
      <w:pPr>
        <w:jc w:val="right"/>
      </w:pPr>
      <w:r>
        <w:t>जी, क्योंकि मौलाना कहते थे कि कुरान एक बहुत छोटी किताब है।</w:t>
      </w:r>
    </w:p>
    <w:p>
      <w:r>
        <w:rPr>
          <w:b/>
        </w:rPr>
        <w:t xml:space="preserve">[1:01:29] </w:t>
      </w:r>
      <w:r>
        <w:t>yani if we compare it from Bible, it is 1/6 of the Bible.</w:t>
      </w:r>
    </w:p>
    <w:p>
      <w:pPr>
        <w:jc w:val="right"/>
      </w:pPr>
      <w:r>
        <w:t>यानी इफ वी कंपेयर इट फ्रॉम बाइबल, इट इज 1/6 ऑफ द बाइबल।</w:t>
      </w:r>
    </w:p>
    <w:p>
      <w:r>
        <w:rPr>
          <w:b/>
        </w:rPr>
        <w:t xml:space="preserve">[1:01:33] </w:t>
      </w:r>
      <w:r>
        <w:t>to us lihaz se quran bahut chhoti kitab hai. lekin quran ke jo meaning hain, woh woh bitween the line hain. hum woh aapko nazar nahi aate. woh jab aap gehrai se sochte hain, tadabbur karte hain aur khuda se dua karte hain,</w:t>
      </w:r>
    </w:p>
    <w:p>
      <w:pPr>
        <w:jc w:val="right"/>
      </w:pPr>
      <w:r>
        <w:t>तो उस लिहाज से कुरान बहुत छोटी किताब है। लेकिन कुरान के जो मीनिंग हैं, वह वो बिटवीन द लाइन हैं। हम वह आपको नजर नहीं आते। वह जब आप गहराई से सोचते हैं, तदब्बुर करते हैं और खुदा से दुआ करते हैं,</w:t>
      </w:r>
    </w:p>
    <w:p>
      <w:r>
        <w:rPr>
          <w:b/>
        </w:rPr>
        <w:t xml:space="preserve">[1:01:48] </w:t>
      </w:r>
      <w:r>
        <w:t>aur tab aapko woh cheezein samajh mein aati hain.</w:t>
      </w:r>
    </w:p>
    <w:p>
      <w:pPr>
        <w:jc w:val="right"/>
      </w:pPr>
      <w:r>
        <w:t>और तब आपको वह चीजें समझ में आती हैं।</w:t>
      </w:r>
    </w:p>
    <w:p>
      <w:r>
        <w:rPr>
          <w:b/>
        </w:rPr>
        <w:t xml:space="preserve">[1:01:54] </w:t>
      </w:r>
      <w:r>
        <w:t>to to yaani jo daawati aur tazeer pehlu hai aur jo asri usloob mein, modern idiom mein jo woh woh pehlu hai, usko wazeh kiya Maulana ne. to iski wajah se jo aam aur khawas, khawas aur awam, har kisi ke liye yeh bahut hi mauzu tafsir ban gayi. aur ek tarike se quran ko samajhne ke liye,</w:t>
      </w:r>
    </w:p>
    <w:p>
      <w:pPr>
        <w:jc w:val="right"/>
      </w:pPr>
      <w:r>
        <w:t>तो तो यानी जो दावती और तस्कीर पहलू है और जो असरी उसलूब में, मॉडर्न इडियम में जो वह वह पहलू है, उसको वाज किया मौलाना ने। तो इसकी वजह से जो आम और खवास, खवास और आवाम, हर किसी के लिए यह बहुत ही मौजू तफसीर बन गई। और एक तरीके से कुरान को समझने के लिए,</w:t>
      </w:r>
    </w:p>
    <w:p>
      <w:r>
        <w:rPr>
          <w:b/>
        </w:rPr>
        <w:t xml:space="preserve">[1:02:19] </w:t>
      </w:r>
      <w:r>
        <w:t>its a key to understand the quran. aur jo sabse unique cheez hai, aam taur se aap agar quran arabic mein padhein, to usmein koi paragraph nahi hai. hum</w:t>
      </w:r>
    </w:p>
    <w:p>
      <w:pPr>
        <w:jc w:val="right"/>
      </w:pPr>
      <w:r>
        <w:t>इट्स ए की टू अंडरस्टैंड जी द कुरान। और जो सबसे यूनिक चीज है, आमतौर से आप अगर कुरान अरेबिक में पढ़ें, तो उसमें कोई पैराग्राफ नहीं है। हम</w:t>
      </w:r>
    </w:p>
    <w:p>
      <w:r>
        <w:rPr>
          <w:b/>
        </w:rPr>
        <w:t xml:space="preserve">[1:02:30] </w:t>
      </w:r>
      <w:r>
        <w:t>aap padhte chale jaiye, padhte chale jaiye. kuch log kehte hain ki yeh quran hamare samajh mein nahi aata ki kabhi koi subject hai, kabhi koi subject hai. koi baat kuch ho rahi hai, phir kuch ho rahi hai. to woh quran ka bada unique style hai, jisko Maulana ne samjhaya hai ki quran jo hai, woh paragraphs mein hai. yaani parts parts mein hai. aur ek part maan lijiye char line ka hai ya paanch line ka hai, 10 line ka hai. uske baad baat badal jati hai.</w:t>
      </w:r>
    </w:p>
    <w:p>
      <w:pPr>
        <w:jc w:val="right"/>
      </w:pPr>
      <w:r>
        <w:t>आप पढ़ते चले जाइए, पढ़ते चले जाइए। कुछ लोग कहते हैं कि यह कुरान हमारे समझ में नहीं आता कि कभी कोई सब्जेक्ट है, कभी कोई सब्जेक्ट है। कोई बात कुछ हो रही है, फिर कुछ हो रही है। तो वह कुरान का बड़ा यूनिक स्टाइल है, जिसको मौलाना ने समझाया है कि कुरान जो है, वह पैराग्राफ्स में है। यानी पार्ट्स पार्ट्स में है। और एक पार्ट मान लीजिए चार लाइन का है या पांच लाइन का है, 10 लाइन का है। उसके बाद बात बदल जाती है।</w:t>
      </w:r>
    </w:p>
    <w:p>
      <w:r>
        <w:rPr>
          <w:b/>
        </w:rPr>
        <w:t xml:space="preserve">[1:02:59] </w:t>
      </w:r>
      <w:r>
        <w:t>to Maulana ne kya kiya hai ki un parts ko identification ki hai aur usi ek part ki tafsir ki hai, phir doosre part ki tafsir ki hai. to bahut hi clarity aa gayi. to yeh yeh ek bahut hi aham cheez hai.</w:t>
      </w:r>
    </w:p>
    <w:p>
      <w:pPr>
        <w:jc w:val="right"/>
      </w:pPr>
      <w:r>
        <w:t>तो मौलाना ने क्या किया है कि उन पार्ट्स को आइडेंटिफिकेशन की है और उसी एक पार्ट की तफसीर की है, फिर दूसरे पार्ट की तफसीर की है। तो बहुत ही क्लेरिटी आ गई। तो यह यह एक बहुत ही अहम चीज है।</w:t>
      </w:r>
    </w:p>
    <w:p>
      <w:r>
        <w:rPr>
          <w:b/>
        </w:rPr>
        <w:t xml:space="preserve">[1:03:15] </w:t>
      </w:r>
      <w:r>
        <w:t>aisi Maulana ne tazkirul quran ke preface mein kuch baatein likhi hain ki quran, tazkirul quran ka khaas maqsad quran ki yaad dehani hai. hum aur quran ki asal haiysiyat yeh hai ki woh naseehat hai, reminder hai. aur quran aam kitab ki abwab, quran mein aam kitabon ki tarah abwab nahi hai. yaani chapters nahi hain, balki shajaraat</w:t>
      </w:r>
    </w:p>
    <w:p>
      <w:pPr>
        <w:jc w:val="right"/>
      </w:pPr>
      <w:r>
        <w:t>ऐसी मौलाना ने तस्किरुल कुरान के प्रीफेस में कुछ बातें लिखी हैं कि कुरान, तस्किरुल कुरान का खास मकसद कुरान की याद दहानी है। हम और कुरान की असल हैसियत यह है कि वह नसीहत है, रिमाइंडर है। और कुरान आम किताब की अब्बाब, कुरान में आम किताबों की तरह अब्बाब नहीं है। यानी चैप्टर्स नहीं है, बल्कि शजरात</w:t>
      </w:r>
    </w:p>
    <w:p>
      <w:r>
        <w:rPr>
          <w:b/>
        </w:rPr>
        <w:t xml:space="preserve">[1:03:43] </w:t>
      </w:r>
      <w:r>
        <w:t>hain. shajaraat wohi jo main abhi chhote chhote tukde, yaani paragraphs hain. to agar aap bahut gaur se dekhein quran ko, to aapko lagega ki ek char-paanch verses mein ek baat hai, phir agle char-paanch-chhah verses mein ek baat hai. to woh aap identification samajh mein aati hai.</w:t>
      </w:r>
    </w:p>
    <w:p>
      <w:pPr>
        <w:jc w:val="right"/>
      </w:pPr>
      <w:r>
        <w:t>है। शजरात वही जो मैं अभी छोटे-छोटे टुकड़े, यानी पैराग्राफ्स हैं। तो अगर आप बहुत गौर से देखें कुरान को, तो आपको लगेगा कि एक चार-पांच वर्सेस में एक बात है, फिर अगले चार-पांच-छह वर्सेस में एक बात है। तो वह आप आइडेंटिफिकेशन समझ में आती है।</w:t>
      </w:r>
    </w:p>
    <w:p>
      <w:r>
        <w:rPr>
          <w:b/>
        </w:rPr>
        <w:t xml:space="preserve">[1:04:01] </w:t>
      </w:r>
      <w:r>
        <w:t>to Maulana ne usi ko follow kiya hai. aur is tarah ki tafsir likhi hai ki agar ek safa bhi koi padhe, to bhi woh usko koi take away mil mil jayega. aur sabse aham baat jo hai tazkirul quran ki, woh technical andaaz ki nahi hai. technical se matlab yeh hai,</w:t>
      </w:r>
    </w:p>
    <w:p>
      <w:pPr>
        <w:jc w:val="right"/>
      </w:pPr>
      <w:r>
        <w:t>तो मौलाना ने उसी को फॉलो किया है। और इस तरीके की तफसीर लिखी है कि अगर एक सफा भी कोई पढ़े, तो भी वह उसको कोई टेक अवे मिल मिल जाएगा। और सबसे अहम बात जो है तस्किरुल कुरान की, वह टेक्निकल अंदाज की नहीं है। टेक्निकल से मतलब यह है,</w:t>
      </w:r>
    </w:p>
    <w:p>
      <w:r>
        <w:rPr>
          <w:b/>
        </w:rPr>
        <w:t xml:space="preserve">[1:04:20] </w:t>
      </w:r>
      <w:r>
        <w:t>zyadatar tafsir jo hain, tafsir jo hain, woh technical andaaz ki hain. usmein bahut sari baatein hain.</w:t>
      </w:r>
    </w:p>
    <w:p>
      <w:pPr>
        <w:jc w:val="right"/>
      </w:pPr>
      <w:r>
        <w:t>ज्यादातर तफसीर जो हैं, तफसीर जो हैं, वह टेक्निकल अंदाज की हैं। उसमें बहुत सारी बातें हैं।</w:t>
      </w:r>
    </w:p>
    <w:p>
      <w:r>
        <w:rPr>
          <w:b/>
        </w:rPr>
        <w:t xml:space="preserve">[1:04:27] </w:t>
      </w:r>
      <w:r>
        <w:t>misal ke taur par shane nazool hai ki yeh kis-kis mauqe par nazil hui hai, surat aur kya background tha uska. ek yeh yeh</w:t>
      </w:r>
    </w:p>
    <w:p>
      <w:pPr>
        <w:jc w:val="right"/>
      </w:pPr>
      <w:r>
        <w:t>मिसाल के तौर पर शाने नजूल है कि यह किस-किस मौके पर नाजिल हुई है, सूरत और क्या बैकग्राउंड था उसका। एक यह यह</w:t>
      </w:r>
    </w:p>
    <w:p>
      <w:r>
        <w:rPr>
          <w:b/>
        </w:rPr>
        <w:t xml:space="preserve">[1:04:39] </w:t>
      </w:r>
      <w:r>
        <w:t>baat hoti hai. phir aur bahut sari cheezein hoti hain usmein. yaani jo jo bade-bade scholars guzre hain, jinhein hum imam kehte hain, woh un scholars ka qaul. to agar koi hum ek paragraph padh rahe hain, quran ke kuch ayatein padh rahe hain, uski tafsir mein bahut sare logon ki ki commentary maujood hai. koi kuch keh raha hai, koi kuch keh raha hai, aur verb words ko explain kar raha hai. koi ab har word ke bahut sare meaning hote</w:t>
      </w:r>
    </w:p>
    <w:p>
      <w:pPr>
        <w:jc w:val="right"/>
      </w:pPr>
      <w:r>
        <w:t>बात होती है। फिर और बहुत सारी चीजें होती हैं उसमें। यानी जो जो बड़े-बड़े स्कॉलर्स गुजरे हैं, जिन्हें हम इमाम कहते हैं, वह उन स्कॉलर्स का कौल। तो अगर कोई हम एक पैराग्राफ पढ़ रहे हैं, कुरान के कुछ आयतें पढ़ रहे हैं, उसकी तफसीर में बहुत सारे लोगों की की कमेंट्री मौजूद है। कोई कुछ कह रहा है, कोई कुछ कह रहा है, और वर्ब वर्ड्स को एक्सप्लेन कर रहा है। कोई अब हर वर्ड के बहुत सारे मीनिंग होते</w:t>
      </w:r>
    </w:p>
    <w:p>
      <w:r>
        <w:rPr>
          <w:b/>
        </w:rPr>
        <w:t xml:space="preserve">[1:05:08] </w:t>
      </w:r>
      <w:r>
        <w:t>hain. to dasiyon meaning samjha rahe hain. to jo aam ek qari hai, jo ek ek reader hai, jisko quran se kuch jaanna chahta hai, woh usko woh idhar-udhar gum ho jata hai. woh jo jo main us topic hai, us se woh hat jata</w:t>
      </w:r>
    </w:p>
    <w:p>
      <w:pPr>
        <w:jc w:val="right"/>
      </w:pPr>
      <w:r>
        <w:t>हैं। तो दसियों मीनिंग समझा रहे हैं। तो जो आम एक कारी है, जो एक एक रीडर है, जिसको कुरान से कुछ जानना चाहता है, वह उसको वह इधर-उधर गुम हो जाता है। वो जो जो मेन उस टॉपिक है, उससे वह हट जाता</w:t>
      </w:r>
    </w:p>
    <w:p>
      <w:r>
        <w:rPr>
          <w:b/>
        </w:rPr>
        <w:t xml:space="preserve">[1:05:26] </w:t>
      </w:r>
      <w:r>
        <w:t>hai. To maulana ne yeh sab cheezein,</w:t>
      </w:r>
    </w:p>
    <w:p>
      <w:pPr>
        <w:jc w:val="right"/>
      </w:pPr>
      <w:r>
        <w:t>है। तो मौलाना ने यह सब चीजें,</w:t>
      </w:r>
    </w:p>
    <w:p>
      <w:r>
        <w:rPr>
          <w:b/>
        </w:rPr>
        <w:t xml:space="preserve">[1:05:29] </w:t>
      </w:r>
      <w:r>
        <w:t>yeh sab cheezon ko avoid kiya hai.</w:t>
      </w:r>
    </w:p>
    <w:p>
      <w:pPr>
        <w:jc w:val="right"/>
      </w:pPr>
      <w:r>
        <w:t>यह सब चीजों को अवॉइड किया है।</w:t>
      </w:r>
    </w:p>
    <w:p>
      <w:r>
        <w:rPr>
          <w:b/>
        </w:rPr>
        <w:t xml:space="preserve">[1:05:31] </w:t>
      </w:r>
      <w:r>
        <w:t>iski wajah se bahut hi clarity hai aur bahut hi</w:t>
      </w:r>
    </w:p>
    <w:p>
      <w:pPr>
        <w:jc w:val="right"/>
      </w:pPr>
      <w:r>
        <w:t>इसकी वजह से बहुत ही क्लेरिटी है और बहुत ही</w:t>
      </w:r>
    </w:p>
    <w:p>
      <w:r>
        <w:rPr>
          <w:b/>
        </w:rPr>
        <w:t xml:space="preserve">[1:05:36] </w:t>
      </w:r>
      <w:r>
        <w:t>precise aur bahut hi chhoti tafsir hai.</w:t>
      </w:r>
    </w:p>
    <w:p>
      <w:pPr>
        <w:jc w:val="right"/>
      </w:pPr>
      <w:r>
        <w:t>प्रेसा इज और बहुत ही छोटी तफसीर है।</w:t>
      </w:r>
    </w:p>
    <w:p>
      <w:r>
        <w:rPr>
          <w:b/>
        </w:rPr>
        <w:t xml:space="preserve">[1:05:38] </w:t>
      </w:r>
      <w:r>
        <w:t>yaani single volume mein, jaisa aap jante hain.</w:t>
      </w:r>
    </w:p>
    <w:p>
      <w:pPr>
        <w:jc w:val="right"/>
      </w:pPr>
      <w:r>
        <w:t>यानी सिंगल वॉल्यूम में, जैसा आप जानते हैं।</w:t>
      </w:r>
    </w:p>
    <w:p>
      <w:r>
        <w:rPr>
          <w:b/>
        </w:rPr>
        <w:t xml:space="preserve">[1:05:41] </w:t>
      </w:r>
      <w:r>
        <w:t>aur tadhkirul quran ke tarjume kai zubanon mein ho gaye, alhamdulillah.</w:t>
      </w:r>
    </w:p>
    <w:p>
      <w:pPr>
        <w:jc w:val="right"/>
      </w:pPr>
      <w:r>
        <w:t>और तस्किरुल कुरान के तर्जुमे कई जुबानों में हो गए, अल्हम्दुलिल्लाह।</w:t>
      </w:r>
    </w:p>
    <w:p>
      <w:r>
        <w:rPr>
          <w:b/>
        </w:rPr>
        <w:t xml:space="preserve">[1:05:46] </w:t>
      </w:r>
      <w:r>
        <w:t>english mein aapne kiya, phir hindi mein hua, phir arabic mein hua, aur thai language mein hua, pashto</w:t>
      </w:r>
    </w:p>
    <w:p>
      <w:pPr>
        <w:jc w:val="right"/>
      </w:pPr>
      <w:r>
        <w:t>इंग्लिश में आपने किया, फिर हिंदी में हुआ, फिर अरेबिक में हुआ, और थाई लैंग्वेज में हुआ, पश्तो</w:t>
      </w:r>
    </w:p>
    <w:p>
      <w:r>
        <w:rPr>
          <w:b/>
        </w:rPr>
        <w:t xml:space="preserve">[1:05:54] </w:t>
      </w:r>
      <w:r>
        <w:t>mein aur sindhi mein karaya tariq badar sahab ne.</w:t>
      </w:r>
    </w:p>
    <w:p>
      <w:pPr>
        <w:jc w:val="right"/>
      </w:pPr>
      <w:r>
        <w:t>में और सिंधी में कराया तारिक बदर साहब ने।</w:t>
      </w:r>
    </w:p>
    <w:p>
      <w:r>
        <w:rPr>
          <w:b/>
        </w:rPr>
        <w:t xml:space="preserve">[1:05:57] </w:t>
      </w:r>
      <w:r>
        <w:t>aur aur bhi kisi zuban mein ghalib ho raha hai, wahan dari wagera mein.</w:t>
      </w:r>
    </w:p>
    <w:p>
      <w:pPr>
        <w:jc w:val="right"/>
      </w:pPr>
      <w:r>
        <w:t>और और भी किसी जुबान में गालिब हो रहा है, वहां दरी वगैरह में।</w:t>
      </w:r>
    </w:p>
    <w:p>
      <w:r>
        <w:rPr>
          <w:b/>
        </w:rPr>
        <w:t xml:space="preserve">[1:06:00] </w:t>
      </w:r>
      <w:r>
        <w:t>aur aise hi india mein bhi kai zubanon mein kaam chal raha hai, tamil, telugu, bengali aur bhi</w:t>
      </w:r>
    </w:p>
    <w:p>
      <w:pPr>
        <w:jc w:val="right"/>
      </w:pPr>
      <w:r>
        <w:t>और ऐसे ही इंडिया में भी कई जुबानों में काम चल रहा है, तमिल, तेलुगु, बंगाली और भी</w:t>
      </w:r>
    </w:p>
    <w:p>
      <w:r>
        <w:rPr>
          <w:b/>
        </w:rPr>
        <w:t xml:space="preserve">[1:06:05] </w:t>
      </w:r>
      <w:r>
        <w:t>kuch languages mein kaam chal</w:t>
      </w:r>
    </w:p>
    <w:p>
      <w:pPr>
        <w:jc w:val="right"/>
      </w:pPr>
      <w:r>
        <w:t>कुछ लैंग्वेजेस में काम चल</w:t>
      </w:r>
    </w:p>
    <w:p>
      <w:r>
        <w:rPr>
          <w:b/>
        </w:rPr>
        <w:t xml:space="preserve">[1:06:07] </w:t>
      </w:r>
      <w:r>
        <w:t>raha hai. aur pakistan mein, bahut pehle ki baat hai ki Tariq Rehman sahab ke father Fazlur Rehman sahab ne Maulana ki kai kitabein shaya ki thin. aur us waqt,</w:t>
      </w:r>
    </w:p>
    <w:p>
      <w:pPr>
        <w:jc w:val="right"/>
      </w:pPr>
      <w:r>
        <w:t>रहा है। और पाकिस्तान में, बहुत पहले की बात है कि तारिक रहमान साहब के फादर फजलुर रहमान साहब ने मौलाना की कई किताबें शाय की थीं। और उस वक्त,</w:t>
      </w:r>
    </w:p>
    <w:p>
      <w:r>
        <w:rPr>
          <w:b/>
        </w:rPr>
        <w:t xml:space="preserve">[1:06:23] </w:t>
      </w:r>
      <w:r>
        <w:t>woh yaani ek tarike se unhone hi pehli baar introduce kiya Maulana ko wahan. aur uski wajah se Payamber Inqilab ko award bhi mila tha seerat. to</w:t>
      </w:r>
    </w:p>
    <w:p>
      <w:pPr>
        <w:jc w:val="right"/>
      </w:pPr>
      <w:r>
        <w:t>वो यानी एक तरीके से उन्होंने ही पहली बार इंट्रोड्यूस किया मौलाना को वहां। और उसकी वजह से पैगंबर इंकलाब को अवार्ड भी मिला था सीरत। तो</w:t>
      </w:r>
    </w:p>
    <w:p>
      <w:r>
        <w:rPr>
          <w:b/>
        </w:rPr>
        <w:t xml:space="preserve">[1:06:32] </w:t>
      </w:r>
      <w:r>
        <w:t>ab tariq badar sahab is kaam ko aage badha rahe hain.</w:t>
      </w:r>
    </w:p>
    <w:p>
      <w:pPr>
        <w:jc w:val="right"/>
      </w:pPr>
      <w:r>
        <w:t>अब तारिक बदर साहब इस काम को आगे बढ़ा रहे हैं।</w:t>
      </w:r>
    </w:p>
    <w:p>
      <w:r>
        <w:rPr>
          <w:b/>
        </w:rPr>
        <w:t xml:space="preserve">[1:06:37] </w:t>
      </w:r>
      <w:r>
        <w:t>aur woh aksar book fairs mein jaate hain.</w:t>
      </w:r>
    </w:p>
    <w:p>
      <w:pPr>
        <w:jc w:val="right"/>
      </w:pPr>
      <w:r>
        <w:t>और वह अक्सर बुक फेयर्स में जाते हैं।</w:t>
      </w:r>
    </w:p>
    <w:p>
      <w:r>
        <w:rPr>
          <w:b/>
        </w:rPr>
        <w:t xml:space="preserve">[1:06:40] </w:t>
      </w:r>
      <w:r>
        <w:t>book fairs mein aapne dekha ki bahut achha, ji, zabardast, bahut achha response milta hai.</w:t>
      </w:r>
    </w:p>
    <w:p>
      <w:pPr>
        <w:jc w:val="right"/>
      </w:pPr>
      <w:r>
        <w:t>बुक फेयर्स में आपने देखा कि बहुत अच्छा, जी, जबरदस्त, बहुत अच्छा रिस्पांस मिलता है।</w:t>
      </w:r>
    </w:p>
    <w:p>
      <w:r>
        <w:rPr>
          <w:b/>
        </w:rPr>
        <w:t xml:space="preserve">[1:06:44] </w:t>
      </w:r>
      <w:r>
        <w:t>to kehte hain ki tadhkirul quran ki to bahut hi wahan demand rehti hai.</w:t>
      </w:r>
    </w:p>
    <w:p>
      <w:pPr>
        <w:jc w:val="right"/>
      </w:pPr>
      <w:r>
        <w:t>तो कहते हैं कि तस्किरुल कुरान की तो बहुत ही वहां डिमांड रहती है।</w:t>
      </w:r>
    </w:p>
    <w:p>
      <w:r>
        <w:rPr>
          <w:b/>
        </w:rPr>
        <w:t xml:space="preserve">[1:06:47] </w:t>
      </w:r>
      <w:r>
        <w:t>ji, to alhamdulillah, is tarike se tadhkirul quran ek bahut hi unique tafsir hai.</w:t>
      </w:r>
    </w:p>
    <w:p>
      <w:pPr>
        <w:jc w:val="right"/>
      </w:pPr>
      <w:r>
        <w:t>जी, तो अल्हम्दुलिल्लाह, इस तरीके से तस्किरुल कुरान एक बहुत ही यूनिक तफसीर है।</w:t>
      </w:r>
    </w:p>
    <w:p>
      <w:r>
        <w:rPr>
          <w:b/>
        </w:rPr>
        <w:t xml:space="preserve">[1:06:53] </w:t>
      </w:r>
      <w:r>
        <w:t>agar koi quran ke gehre maane ko samajhna chahta hai, deeper meaning, between the line meaning, to uske</w:t>
      </w:r>
    </w:p>
    <w:p>
      <w:pPr>
        <w:jc w:val="right"/>
      </w:pPr>
      <w:r>
        <w:t>अगर कोई कुरान के गहरे माने को समझना चाहता है, डीपर मीनिंग, बिटवीन द लाइन मीनिंग, तो उसके</w:t>
      </w:r>
    </w:p>
    <w:p>
      <w:r>
        <w:rPr>
          <w:b/>
        </w:rPr>
        <w:t xml:space="preserve">[1:06:59] </w:t>
      </w:r>
      <w:r>
        <w:t>liye tazirul quran padhna chahiye.</w:t>
      </w:r>
    </w:p>
    <w:p>
      <w:pPr>
        <w:jc w:val="right"/>
      </w:pPr>
      <w:r>
        <w:t>लिए तस्किरुल कुरान पढ़ना चाहिए।</w:t>
      </w:r>
    </w:p>
    <w:p>
      <w:r>
        <w:rPr>
          <w:b/>
        </w:rPr>
        <w:t xml:space="preserve">[1:07:01] </w:t>
      </w:r>
      <w:r>
        <w:t>use bilkul.</w:t>
      </w:r>
    </w:p>
    <w:p>
      <w:pPr>
        <w:jc w:val="right"/>
      </w:pPr>
      <w:r>
        <w:t>उसे बिल्कुल।</w:t>
      </w:r>
    </w:p>
    <w:p>
      <w:r>
        <w:rPr>
          <w:b/>
        </w:rPr>
        <w:t xml:space="preserve">[1:07:02] </w:t>
      </w:r>
      <w:r>
        <w:t>aur doctor sahab, yeh bhi main viewers ko batana chahunga ki ab baqayda tazkirul quran ki app bhi hai, tazkirul quran ke naam se. aap download kar sakte hain. and it is very easy to download and to read, go through it. so you can have the quran handy in your mobile phone. aap agar travel kar rahe hain, to you can read one or two pages and benefit from its wisdom. paanch languages mein hai. main bhool gaya app ka zikr karna. aapne achha kiya. ji, usmein five languages mein tazkirul quran.</w:t>
      </w:r>
    </w:p>
    <w:p>
      <w:pPr>
        <w:jc w:val="right"/>
      </w:pPr>
      <w:r>
        <w:t>और डॉक्टर साहब, यह भी मैं व्यूवर्स को बताना चाहूंगा कि अब बकायदा तस्किरुल कुरान की ऐप भी है, तस्किरुल कुरान के नाम से। आप डाउनलोड कर सकते हैं। एंड इट इज वेरी इजी टू डाउनलोड एंड टू रीड, गो थ्रू इट। सो यू कैन हैव द कुरान हैंडी इन योर मोबाइल फोन। आप अगर ट्रेवल कर रहे हैं, तो यू कैन रीड वन और टू पेजेस एंड बेनिफिट फ्रॉम इट्स विजडम। पांच लैंग्वेजेस में है। मैं भूल गया ऐप का जिक्र करना। आपने अच्छा किया। जी, उसमें फाइव लैंग्वेजेस में तस्किरुल कुरान।</w:t>
      </w:r>
    </w:p>
    <w:p>
      <w:r>
        <w:rPr>
          <w:b/>
        </w:rPr>
        <w:t xml:space="preserve">[1:07:32] </w:t>
      </w:r>
      <w:r>
        <w:t>ji, aur doctor sahab, 2019 mein aapko yaad hoga, quran conference humne delhi mein kari thi. to Maulana sahab ne call diya tha to take the quran to the whole world. and alhamdulillah, CPS International and Goodword Books is jointly realizing this dream. to doctor sahab, main chahunga ki aap yeh bhi batayein ki how did this publication of quran come about and what what is happening in the distribution, especially in Turkey.</w:t>
      </w:r>
    </w:p>
    <w:p>
      <w:pPr>
        <w:jc w:val="right"/>
      </w:pPr>
      <w:r>
        <w:t>जी, और डॉक्टर साहब, 2019 में आपको याद होगा, कुरान कॉन्फ्रेंस हमने दिल्ली में करी थी। तो मौलाना साहब ने कॉल दिया था टू टेक द कुरान टू द होल वर्ल्ड। एंड अल्हम्दुलिल्लाह, सीपीएस इंटरनेशनल एंड गुडवर्ड बुक्स इज जॉइंट रिलाइजिंग दिस ड्रीम। तो डॉक्टर साहब, मैं चाहूंगा कि आप यह भी बताएं कि हाउ डिड दिस पब्लिकेशन ऑफ कुरान कम अबाउट एंड व्हाट व्हाट इज हैपनिंग इन द डिस्ट्रीब्यूशन, स्पेशली इन टर्की।</w:t>
      </w:r>
    </w:p>
    <w:p>
      <w:r>
        <w:rPr>
          <w:b/>
        </w:rPr>
        <w:t xml:space="preserve">[1:08:01] </w:t>
      </w:r>
      <w:r>
        <w:t>to iske bare mein bhi aap hum sabko batayein. zaroor. haan, 2019 ke 2009, 2009 mein yeh tarjuma shuru kiya. asal mein jab aap log aaye, to quran ke Maulana ne kaha ki aap quran padhein. to mujhe yaad hai, shuru shuru mein aap Abdullah Yusuf Ali ka tarjuma padhte the. sabse pehle Pickthall padha, doctor sahab, jo bahut hi difficult tha. haan, woh phir Yusuf Ali</w:t>
      </w:r>
    </w:p>
    <w:p>
      <w:pPr>
        <w:jc w:val="right"/>
      </w:pPr>
      <w:r>
        <w:t>तो इसके बारे में भी आप हम सबको बताएं। जरूर। हां, 2019 के 2009, 2009 में यह तर्जुमा आपने शुरू किया। असल में जब आप लोग आए, तो कुरान के मौलाना ने कहा कि आप कुरान पढ़ें। तो मुझे याद है, शुरू शुरू में आप अब्दुल्ला यूसुफ अली का तर्जुमा पढ़ते थे। सबसे पहले पिकॉल पढ़ा, डॉक्टर साहब, जो बहुत ही डिफिकल्ट था। हां, वो फिर यूसुफ अली</w:t>
      </w:r>
    </w:p>
    <w:p>
      <w:r>
        <w:rPr>
          <w:b/>
        </w:rPr>
        <w:t xml:space="preserve">[1:08:30] </w:t>
      </w:r>
      <w:r>
        <w:t>padha. To samajh mein tabhi aaya jab Maulana ka translation.</w:t>
      </w:r>
    </w:p>
    <w:p>
      <w:pPr>
        <w:jc w:val="right"/>
      </w:pPr>
      <w:r>
        <w:t>पढ़ा। तो समझ में तभी आया जब मौलाना का ट्रांसलेशन।</w:t>
      </w:r>
    </w:p>
    <w:p>
      <w:r>
        <w:rPr>
          <w:b/>
        </w:rPr>
        <w:t xml:space="preserve">[1:08:34] </w:t>
      </w:r>
      <w:r>
        <w:t>ji, ji, ji, padha.</w:t>
      </w:r>
    </w:p>
    <w:p>
      <w:pPr>
        <w:jc w:val="right"/>
      </w:pPr>
      <w:r>
        <w:t>जी, जी, जी, पढ़ा।</w:t>
      </w:r>
    </w:p>
    <w:p>
      <w:r>
        <w:rPr>
          <w:b/>
        </w:rPr>
        <w:t xml:space="preserve">[1:08:35] </w:t>
      </w:r>
      <w:r>
        <w:t>ji, to phir woh tarjuma shuru hua.</w:t>
      </w:r>
    </w:p>
    <w:p>
      <w:pPr>
        <w:jc w:val="right"/>
      </w:pPr>
      <w:r>
        <w:t>जी, तो फिर वो तर्जुमा शुरू हुआ।</w:t>
      </w:r>
    </w:p>
    <w:p>
      <w:r>
        <w:rPr>
          <w:b/>
        </w:rPr>
        <w:t xml:space="preserve">[1:08:37] </w:t>
      </w:r>
      <w:r>
        <w:t>aur aapne aur sab logon ne milkar kafi mehnat ki.</w:t>
      </w:r>
    </w:p>
    <w:p>
      <w:pPr>
        <w:jc w:val="right"/>
      </w:pPr>
      <w:r>
        <w:t>और आपने और सब लोगों ने मिलकर काफी मेहनत की।</w:t>
      </w:r>
    </w:p>
    <w:p>
      <w:r>
        <w:rPr>
          <w:b/>
        </w:rPr>
        <w:t xml:space="preserve">[1:08:40] </w:t>
      </w:r>
      <w:r>
        <w:t>aur Maulana ki guidance mein woh translation taiyar hua, jo is tarah se ek bahut hi handy aur</w:t>
      </w:r>
    </w:p>
    <w:p>
      <w:pPr>
        <w:jc w:val="right"/>
      </w:pPr>
      <w:r>
        <w:t>और मौलाना की गाइडेंस में वो ट्रांसलेशन तैयार हुआ, जो इस तरीके से एक बहुत ही हैंडी और</w:t>
      </w:r>
    </w:p>
    <w:p>
      <w:r>
        <w:rPr>
          <w:b/>
        </w:rPr>
        <w:t xml:space="preserve">[1:08:46] </w:t>
      </w:r>
      <w:r>
        <w:t>bahut hi thin.</w:t>
      </w:r>
    </w:p>
    <w:p>
      <w:pPr>
        <w:jc w:val="right"/>
      </w:pPr>
      <w:r>
        <w:t>बहुत ही थिन।</w:t>
      </w:r>
    </w:p>
    <w:p>
      <w:r>
        <w:rPr>
          <w:b/>
        </w:rPr>
        <w:t xml:space="preserve">[1:08:48] </w:t>
      </w:r>
      <w:r>
        <w:t>asal mein, jaise aapne kaha hai ki ek Christian ne, kisi Christian ne Kerala mein ek leaflet diya</w:t>
      </w:r>
    </w:p>
    <w:p>
      <w:pPr>
        <w:jc w:val="right"/>
      </w:pPr>
      <w:r>
        <w:t>असल में, जैसे आपने कहा है कि एक क्रिश्चियन ने, किसी क्रिश्चियन ने केरला में एक लीफलेट दिया</w:t>
      </w:r>
    </w:p>
    <w:p>
      <w:r>
        <w:rPr>
          <w:b/>
        </w:rPr>
        <w:t xml:space="preserve">[1:08:56] </w:t>
      </w:r>
      <w:r>
        <w:t>tha, jis par printed in Ohio likha hua tha.</w:t>
      </w:r>
    </w:p>
    <w:p>
      <w:pPr>
        <w:jc w:val="right"/>
      </w:pPr>
      <w:r>
        <w:t>था, जिस पर प्रिंटेड इन ओहायो लिखा हुआ था।</w:t>
      </w:r>
    </w:p>
    <w:p>
      <w:r>
        <w:rPr>
          <w:b/>
        </w:rPr>
        <w:t xml:space="preserve">[1:08:59] </w:t>
      </w:r>
      <w:r>
        <w:t>to Maulana us waqt se mutasir hue ki yeh jo dawat ka tareeqa hai, aisa hota</w:t>
      </w:r>
    </w:p>
    <w:p>
      <w:pPr>
        <w:jc w:val="right"/>
      </w:pPr>
      <w:r>
        <w:t>तो मौलाना उस वक्त से मुतासिर हुए कि यह जो दावत का तरीका है, ऐसा होता</w:t>
      </w:r>
    </w:p>
    <w:p>
      <w:r>
        <w:rPr>
          <w:b/>
        </w:rPr>
        <w:t xml:space="preserve">[1:09:03] </w:t>
      </w:r>
      <w:r>
        <w:t>hai. ji, main bhi isi se mutasir hua. ek din meri beti Sufia aayi school college se, to woh ek bible lekar aayi, isi tarah ki chhoti si. ji, to usne kaha ki koi distributor rahe the wahan. to maine kaha, bahut achha hai, yeh humein bhi isi size ka quran chhapna chahiye ki log aasani se le le, aasani se padh sake aur bahut hi easy</w:t>
      </w:r>
    </w:p>
    <w:p>
      <w:pPr>
        <w:jc w:val="right"/>
      </w:pPr>
      <w:r>
        <w:t>है। जी, मैं भी इसी से मुतासिर हुआ। एक दिन मेरी बेटी सूफिया आई स्कूल कॉलेज से, तो वह एक बाइबल लेकर आई, इसी तरह की छोटी सी। जी, तो उसने कहा कि कोई डिस्ट्रीब्यूटर रहे थे वहां। तो मैंने कहा, बहुत अच्छा है, ये हमें भी इसी साइज का कुरान छापना चाहिए कि लोग आसानी से ले ले, आसानी से पढ़ सके और बहुत ही इजी</w:t>
      </w:r>
    </w:p>
    <w:p>
      <w:r>
        <w:rPr>
          <w:b/>
        </w:rPr>
        <w:t xml:space="preserve">[1:09:25] </w:t>
      </w:r>
      <w:r>
        <w:t>ho. to is tarah se yeh quran publish hua english mein. aur isko iska distribution karna shuru kiya. chunki Maulana ne kafi inspire kiya hai team ko ki quran ko logon tak pahunchaye. aur yeh hamara farz hai. yeh hum quran mein yeh yeh baat aayi hai ki pahuncha do. yaani hamara kaam sirf pahunchana hai,</w:t>
      </w:r>
    </w:p>
    <w:p>
      <w:pPr>
        <w:jc w:val="right"/>
      </w:pPr>
      <w:r>
        <w:t>हो। तो इस तरीके से यह कुरान पब्लिश हुआ इंग्लिश में। और इसको इसका डिस्ट्रीब्यूशन करना शुरू किया। चूंकि मौलाना ने काफी इंस्पायर किया है टीम को कि कुरान को लोगों तक पहुंचाए। और यह हमारा फर्ज है। यह हम कुरान में यह यह बात आई है कि पहुंचा दो। यानी हमारा काम सिर्फ पहुंचाना है,</w:t>
      </w:r>
    </w:p>
    <w:p>
      <w:r>
        <w:rPr>
          <w:b/>
        </w:rPr>
        <w:t xml:space="preserve">[1:09:52] </w:t>
      </w:r>
      <w:r>
        <w:t>jisko iblagh kehte hain ki quran hum logon tak pahuncha dein. baqi jo hai, Allah taala ke upar hai ki woh hidayat de ya jo bhi ho. to quran pahunchane tak ki zimmedari hai. hum ya rasool balagh ma unzila ilaika min rabbik ki ae paighambar, pahuncha do jo tumhare rab ki taraf se tumhein baat pahunchi hai.</w:t>
      </w:r>
    </w:p>
    <w:p>
      <w:pPr>
        <w:jc w:val="right"/>
      </w:pPr>
      <w:r>
        <w:t>जिसको इबलाग कहते हैं कि कुरान हम लोगों तक पहुंचा दें। बाकी जो है, अल्लाह ताला के ऊपर है कि वह हिदायत दे या जो भी हो। तो कुरान पहुंचाने तक की जिम्मेदारी है। हम या य रसूल बलग माजला इका मिन रबिक कि ऐ पैगंबर, पहुंचा दो जो तुम्हारे रब की तरफ से तुम्हें बात पहुंची है।</w:t>
      </w:r>
    </w:p>
    <w:p>
      <w:r>
        <w:rPr>
          <w:b/>
        </w:rPr>
        <w:t xml:space="preserve">[1:10:16] </w:t>
      </w:r>
      <w:r>
        <w:t>to wahi cheez dawat ki sabse achhi kitab dawat ke liye yahi hai quran. chunki koi bhi insan jo Islam ke bare mein kuch jaanna chahta hai, kuch padhna chahta hai, to sabse pehle woh quran padhna chahta hai. aur yeh quran itna simple hai iski language ki log hairaan ho jate hain ki yeh samajh mein aa raha hai hamare. hum</w:t>
      </w:r>
    </w:p>
    <w:p>
      <w:pPr>
        <w:jc w:val="right"/>
      </w:pPr>
      <w:r>
        <w:t>तो वही चीज दावत की सबसे अच्छी किताब दावत के लिए यही है कुरान। चूंकि कोई भी इंसान जो इस्लाम के बारे में कुछ जानना चाहता है, कुछ पढ़ना चाहता है, तो सबसे पहले वह कुरान पढ़ना चाहता है। और यह कुरान इतना सिंपल है इसकी लैंग्वेज कि लोग हैरान हो जाते हैं कि यह समझ में आ रहा है हमारे। हम</w:t>
      </w:r>
    </w:p>
    <w:p>
      <w:r>
        <w:rPr>
          <w:b/>
        </w:rPr>
        <w:t xml:space="preserve">[1:10:37] </w:t>
      </w:r>
      <w:r>
        <w:t>bilkul aam taur se quran ki language jo hai, wo itni mushkil hai aur technical andaaz ki ke woh samajh nahin aata. aur itna handy hone ki wajah se handy bhi hai aur accessible hai. toh</w:t>
      </w:r>
    </w:p>
    <w:p>
      <w:pPr>
        <w:jc w:val="right"/>
      </w:pPr>
      <w:r>
        <w:t>बिल्कुल आमतौर से कुरान की लैंग्वेज जो है, वो इतनी मुश्किल है और टेक्निकल अंदाज की कि वह समझ नहीं आता। और इतना हैंडी होने की वजह से हैंडी भी है और एक्सेसिबल है। तो</w:t>
      </w:r>
    </w:p>
    <w:p>
      <w:r>
        <w:rPr>
          <w:b/>
        </w:rPr>
        <w:t xml:space="preserve">[1:10:51] </w:t>
      </w:r>
      <w:r>
        <w:t>yeh alhamdulillah kaafi maqbool hua. aur jaise aapne turkey ke bare mein bataya, toh main turkey ek baar kahin se bahar se aa raha tha. toh turkey ruka, toh wahan par blue mosque gaya. zahir hai, blue mosque toh jaate hi hain. jab wahan jaate hain, toh toh</w:t>
      </w:r>
    </w:p>
    <w:p>
      <w:pPr>
        <w:jc w:val="right"/>
      </w:pPr>
      <w:r>
        <w:t>यह अल्हम्दुलिल्लाह काफी मकबूल हुआ। और जैसे आपने टर्की के बारे में बताया, तो मैं टर्की एक बार कहीं से बाहर से आ रहा था। तो टर्की रुका, तो वहां पर ब्लू मॉस्क गया। जाहिर है, ब्लू मॉस्क तो जाते ही हैं। जब वहां जाते हैं, तो तो</w:t>
      </w:r>
    </w:p>
    <w:p>
      <w:r>
        <w:rPr>
          <w:b/>
        </w:rPr>
        <w:t xml:space="preserve">[1:11:09] </w:t>
      </w:r>
      <w:r>
        <w:t>maine dekha ki bahut tourist hain wahan par. aur jab main bahar ki taraf aaya, toh jo gate tha, jisse log bahar aa rahe the, toh ek masjid ka ek official baitha hua tha,</w:t>
      </w:r>
    </w:p>
    <w:p>
      <w:pPr>
        <w:jc w:val="right"/>
      </w:pPr>
      <w:r>
        <w:t>मैंने देखा कि बहुत टूरिस्ट हैं वहां पर। और जब मैं बाहर की तरफ आया, तो जो गेट था, जिससे लोग बाहर आ रहे थे, तो एक मस्जिद का एक ऑफिशियल बैठा हुआ था,</w:t>
      </w:r>
    </w:p>
    <w:p>
      <w:r>
        <w:rPr>
          <w:b/>
        </w:rPr>
        <w:t xml:space="preserve">[1:11:24] </w:t>
      </w:r>
      <w:r>
        <w:t>is chair aur table liye hue. aur table par kuch receipts thin, donations ki receipt. ji, aur woh keh raha tha ki donations for the mosque.</w:t>
      </w:r>
    </w:p>
    <w:p>
      <w:pPr>
        <w:jc w:val="right"/>
      </w:pPr>
      <w:r>
        <w:t>इस चेयर और टेबल लिए हुए। और टेबल पर कुछ रिसीप्ट्स थीं, डोनेशंस की रिसीप्ट। जी, और वह कह रहा था कि डोनेशंस फॉर द मॉस्क।</w:t>
      </w:r>
    </w:p>
    <w:p>
      <w:r>
        <w:rPr>
          <w:b/>
        </w:rPr>
        <w:t xml:space="preserve">[1:11:33] </w:t>
      </w:r>
      <w:r>
        <w:t>toh woh mujhe badi hairani hui ki itne tourist aa rahe hain poori duniya se aur unse woh donation maang rahe hain, binnispit kuch de unko quran waghera. toh</w:t>
      </w:r>
    </w:p>
    <w:p>
      <w:pPr>
        <w:jc w:val="right"/>
      </w:pPr>
      <w:r>
        <w:t>तो वह मुझे बड़ी हैरानी हुई कि इतने टूरिस्ट आ रहे हैं पूरी दुनिया से और उनसे वह डोनेशन मांग रहे हैं, बनिस्बत कुछ दे उनको कुरान वगैरह। तो</w:t>
      </w:r>
    </w:p>
    <w:p>
      <w:r>
        <w:rPr>
          <w:b/>
        </w:rPr>
        <w:t xml:space="preserve">[1:11:43] </w:t>
      </w:r>
      <w:r>
        <w:t>phir main gaya wahan ek saahab ko, ek turkish mere dost the, woh lekar mujhe gaye kisi department mein, jo koi wahan religious department tha. toh humne kaha ki yeh quran humne publish kiya hai, hum chahte hain ki yeh aap rakhein yahan. toh unhone kaha, nahin, nahin, woh toh hum karte hain. toh maine kaha, kaun sa quran hai, dikhaein. toh unhone dikhaya ek hard bound, badi bada sa quran, jisme arabic thi aur bada achha, bahut hi high end printing hui hui thi.</w:t>
      </w:r>
    </w:p>
    <w:p>
      <w:pPr>
        <w:jc w:val="right"/>
      </w:pPr>
      <w:r>
        <w:t>फिर मैं गया वहां एक साहब को, एक टर्किश मेरे दोस्त थे, वह लेकर मुझे गए किसी डिपार्टमेंट में, जो कोई वहां रिलीजस डिपार्टमेंट था। तो हमने कहा कि यह कुरान हमने पब्लिश किया है, हम चाहते हैं कि यह आप रखें यहां। तो उन्होंने कहा, नहीं, नहीं, वह तो हम करते हैं। तो मैंने कहा, कौन सा कुरान है, दिखाएं। तो उन्होंने दिखाया एक हार्ड बाउंड, बड़ी बड़ा सा कुरान, जिसमें अरेबिक थी और बड़ा अच्छा, बहुत ही हाई एंड प्रिंटिंग हुई हुई थी।</w:t>
      </w:r>
    </w:p>
    <w:p>
      <w:r>
        <w:rPr>
          <w:b/>
        </w:rPr>
        <w:t xml:space="preserve">[1:12:09] </w:t>
      </w:r>
      <w:r>
        <w:t>toh khair, woh baat bani nahin. phir main jaata raha. phir kaise-kaise ek masjid mein rustam pasha, jahan aap bhi gaye hain. ji, ji, maulana bhi, maulana bhi apa aur maulana hum log gaye the. toh uske imam saahab se mila, toh unhone bada achha response diya aur wahan rakhna shuru kar diya. ji, ji, humne dekha. phir wahan shuru ho gaya. phir ahista-ahista blue mosque mein shuru ho gaya. phir turkey mein bahut saari masjidें hain, jahan tourist aate hain,</w:t>
      </w:r>
    </w:p>
    <w:p>
      <w:pPr>
        <w:jc w:val="right"/>
      </w:pPr>
      <w:r>
        <w:t>तो खैर, वह बात बनी नहीं। फिर मैं जाता रहा। फिर कैसे-कैसे एक मस्जिद में रुस्तम पाशा, जहां आप भी गए हैं। जी, जी, मौलाना भी, मौलाना भी आपा और मौलाना हम लोग गए थे। तो उसके इमाम साहब से मिला, तो उन्होंने बड़ा अच्छा रिस्पांस दिया और वहां रखना शुरू कर दिया। जी, जी, हमने देखा। फिर वहां शुरू हो गया। फिर आहिस्ता-आहिस्ता ब्लू मॉस्क में शुरू हो गया। फिर टर्की में बहुत सारी मस्जिदें हैं, जहां टूरिस्ट आते हैं,</w:t>
      </w:r>
    </w:p>
    <w:p>
      <w:r>
        <w:rPr>
          <w:b/>
        </w:rPr>
        <w:t xml:space="preserve">[1:12:37] </w:t>
      </w:r>
      <w:r>
        <w:t>istanbul mein bhi aur istanbul ke bahar bhi. hayat sufia mein bhi ho raha hai ab. ji, aur suleymania mosque mein bhi ho raha hai. aur ek bahut badi masjid bani hai abhi recently, usmein bhi ho raha hai. toh wahan par alhamdulillah, chunki sirf blue mosque mein 10000 tourist aate hain per day. 10000 tourist jab season hota hai, yaani jab winter ka season hota hai, toh bahut tourist aate hain.</w:t>
      </w:r>
    </w:p>
    <w:p>
      <w:pPr>
        <w:jc w:val="right"/>
      </w:pPr>
      <w:r>
        <w:t>इस्तांबुल में भी और इस्तांबुल के बाहर भी। हयात सूफिया में भी हो रहा है अब। जी, और सुलेमानिया मॉस्क में भी हो रहा है। और एक बहुत बड़ी मस्जिद बनी है अभी रिसेंटली, उसमें भी हो रहा है। तो वहां पर अल्हम्दुलिल्लाह, चूंकि सिर्फ ब्लू मॉस्क में 10000 टूरिस्ट आते हैं पर डे। 10000 टूरिस्ट जब सीजन होता है, यानी जब विंटर का सीजन होता है, तो बहुत टूरिस्ट आते हैं।</w:t>
      </w:r>
    </w:p>
    <w:p>
      <w:r>
        <w:rPr>
          <w:b/>
        </w:rPr>
        <w:t xml:space="preserve">[1:13:01] </w:t>
      </w:r>
      <w:r>
        <w:t>toh alhamdulillah, woh kaam chal raha hai. aur khaas taur se haroon sheikh saahab ismein bahut assist karte hain, kaleem saahab bhi. toh wahan par printing hoti hai aur wahin distribution ho jata hai. toh yeh ek achha silsila shuru ho gaya hai turkey ke lihaaz se. lot of development, doctor saahab. in fact, cps is also working on a website, quran for all. inshallah, woh bhi jaldi aa jayegi.</w:t>
      </w:r>
    </w:p>
    <w:p>
      <w:pPr>
        <w:jc w:val="right"/>
      </w:pPr>
      <w:r>
        <w:t>तो अल्हम्दुलिल्लाह, वह काम चल रहा है। और खास तौर से हारून शेख साहब इसमें बहुत असिस्ट करते हैं, कलीम साहब भी। तो वहां पर प्रिंटिंग होती है और वहीं डिस्ट्रीब्यूशन हो जाता है। तो यह एक अच्छा सिलसिला शुरू हो गया है टर्की के लिहाज से। लॉट ऑफ डेवलपमेंट, डॉक्टर साहब। इनफैक्ट, सीपीएस इज आल्सो वर्किंग ऑन अ वेबसाइट, कुरान फॉर ऑल। इंशाल्लाह, वो भी जल्दी आ जाएगी।</w:t>
      </w:r>
    </w:p>
    <w:p>
      <w:r>
        <w:rPr>
          <w:b/>
        </w:rPr>
        <w:t xml:space="preserve">[1:13:25] </w:t>
      </w:r>
      <w:r>
        <w:t>so, aur ek baat aur main batana chahunga ki maulana ne chunki humein inspire kiya hai ki quran apni language mein padhni chahiye, yaani jo mother tongue hai aapki, aapki hindi hai, urdu hai, english hai, jo bhi hai, aap usmein padhein taaki aap samajh sakein ki bina samjhe aap quran ke jo message hain, woh kaise aap usko samajh payenge. toh alhamdulillah, humne koshish karke ab is waqt taqriban 50 languages mein ji</w:t>
      </w:r>
    </w:p>
    <w:p>
      <w:pPr>
        <w:jc w:val="right"/>
      </w:pPr>
      <w:r>
        <w:t>सो, और एक बात और मैं बताना चाहूंगा कि मौलाना ने चूंकि हमें इंस्पायर किया है कि कुरान अपनी लैंग्वेज में पढ़नी चाहिए, यानी जो मदर टंग है आपकी, आपकी हिंदी है, उर्दू है, इंग्लिश है, जो भी है, आप उसमें पढ़ें ताकि आप समझ सकें कि बिना समझे आप कुरान के जो मैसेज हैं, वह कैसे आप उसको समझ पाएंगे। तो अल्हम्दुलिल्लाह, हमने कोशिश करके अब इस वक्त तकरीबन 50 लैंग्वेजेस में जी</w:t>
      </w:r>
    </w:p>
    <w:p>
      <w:r>
        <w:rPr>
          <w:b/>
        </w:rPr>
        <w:t xml:space="preserve">[1:13:51] </w:t>
      </w:r>
      <w:r>
        <w:t>quran shaya ho chuka hai, jismein english, french, spanish, german, dutch, italian, russian, portuguese, polish, japanese, korean, thai, chinese, ukrainian, chichwa, filipino, hebrew,</w:t>
      </w:r>
    </w:p>
    <w:p>
      <w:pPr>
        <w:jc w:val="right"/>
      </w:pPr>
      <w:r>
        <w:t>कुरान शाय हो चुका है, जिसमें इंग्लिश, फ्रेंच, स्पेनिश, जर्मन, डच, इटालियन, रशियन, पोर्तुगीज, पोलिश, जापानीज, कोरियन, थाई, चाइनीज, यूक्रेनियन, चिचवा, फिलिपीनो, हिब्रो,</w:t>
      </w:r>
    </w:p>
    <w:p>
      <w:r>
        <w:rPr>
          <w:b/>
        </w:rPr>
        <w:t xml:space="preserve">[1:14:04] </w:t>
      </w:r>
      <w:r>
        <w:t>sinhali, burmi, swahili, roandi, chek, romanian, bangali, urdu, hindi, malyalam, tamil, marathi, telugu, gujarati, punjabi, kannad, dogri, assami,</w:t>
      </w:r>
    </w:p>
    <w:p>
      <w:pPr>
        <w:jc w:val="right"/>
      </w:pPr>
      <w:r>
        <w:t>सिन्हाली, बर्मीज, स्वाहिली, रोांडी, चेक, रोमानियन, बंगाली, उर्दू, हिंदी, मलयालम, तमिल, मराठी, तेलुगु, गुजराती, पंजाबी, कन्नड़, डोगरी, आसामी,</w:t>
      </w:r>
    </w:p>
    <w:p>
      <w:r>
        <w:rPr>
          <w:b/>
        </w:rPr>
        <w:t xml:space="preserve">[1:14:17] </w:t>
      </w:r>
      <w:r>
        <w:t>manipuri. Aur iske alawa bahut sari languages hain, jo khas taur se East European countries ki, ki</w:t>
      </w:r>
    </w:p>
    <w:p>
      <w:pPr>
        <w:jc w:val="right"/>
      </w:pPr>
      <w:r>
        <w:t>मणिपुरी। और इस इसके अलावा बहुत सारी लैंग्वेजेस हैं, जो खास तौर से ईस्ट यूरोपियन कंट्रीज की, कि</w:t>
      </w:r>
    </w:p>
    <w:p>
      <w:r>
        <w:rPr>
          <w:b/>
        </w:rPr>
        <w:t xml:space="preserve">[1:14:25] </w:t>
      </w:r>
      <w:r>
        <w:t>jaise Ukraine hai, Serbia hai, Bosnia hai, Chechnya hai, in sab ke Alhamdulillah ho rahe hain.</w:t>
      </w:r>
    </w:p>
    <w:p>
      <w:pPr>
        <w:jc w:val="right"/>
      </w:pPr>
      <w:r>
        <w:t>जैसे यूक्रेन है, सर्बिया है, बोजनिया है, चेनिया है, इन सब के अल्हम्दुलिल्लाह हो रहे हैं।</w:t>
      </w:r>
    </w:p>
    <w:p>
      <w:r>
        <w:rPr>
          <w:b/>
        </w:rPr>
        <w:t xml:space="preserve">[1:14:32] </w:t>
      </w:r>
      <w:r>
        <w:t>a quran a publish.</w:t>
      </w:r>
    </w:p>
    <w:p>
      <w:pPr>
        <w:jc w:val="right"/>
      </w:pPr>
      <w:r>
        <w:t>अ कुरान अ पब्लिश।</w:t>
      </w:r>
    </w:p>
    <w:p>
      <w:r>
        <w:rPr>
          <w:b/>
        </w:rPr>
        <w:t xml:space="preserve">[1:14:35] </w:t>
      </w:r>
      <w:r>
        <w:t>to</w:t>
      </w:r>
    </w:p>
    <w:p>
      <w:pPr>
        <w:jc w:val="right"/>
      </w:pPr>
      <w:r>
        <w:t>तो</w:t>
      </w:r>
    </w:p>
    <w:p>
      <w:r>
        <w:rPr>
          <w:b/>
        </w:rPr>
        <w:t xml:space="preserve">[1:14:36] </w:t>
      </w:r>
      <w:r>
        <w:t>ahista-ahista is kaam ko badhana hai. aur humne braille mein bhi shaya kiya tha, hindi aur english. ji, toh yeh kaam alhamdulillah ho raha hai. yaani phir bhi bahut kam hai. agar aap dekhein toh bible 3000 languages mein available hai. toh kaam aap andaaza kariye ki kitna bada kaam hai. aur humne abhi bahut hi kam kaam kiya hai. ji, ji, inshallah.</w:t>
      </w:r>
    </w:p>
    <w:p>
      <w:pPr>
        <w:jc w:val="right"/>
      </w:pPr>
      <w:r>
        <w:t>आहिस्ता-आहिस्ता इस काम को बढ़ाना है। और हमने ब्रेल में भी शाय किया था, हिंदी और इंग्लिश। जी, तो यह काम अल्हम्दुलिल्लाह हो रहा है। यानी फिर भी बहुत कम है। अगर आप देखें तो बाइबल 3000 लैंग्वेजेस में अवेलेबल है। तो काम आप अंदाजा करिए कि कितना बड़ा काम है। और हमने अभी बहुत ही कम काम किया है। जी, जी, इंशाल्लाह।</w:t>
      </w:r>
    </w:p>
    <w:p>
      <w:r>
        <w:rPr>
          <w:b/>
        </w:rPr>
        <w:t xml:space="preserve">[1:15:01] </w:t>
      </w:r>
      <w:r>
        <w:t>aap, agla sawal aapse hi hai ki quran jab hum padhte hain ya hadith dekhte hain, to usmein</w:t>
      </w:r>
    </w:p>
    <w:p>
      <w:pPr>
        <w:jc w:val="right"/>
      </w:pPr>
      <w:r>
        <w:t>आप, अगला सवाल आपसे ही है कि कुरान जब हम पढ़ते हैं या हदीस देखते हैं, तो उसमें</w:t>
      </w:r>
    </w:p>
    <w:p>
      <w:r>
        <w:rPr>
          <w:b/>
        </w:rPr>
        <w:t xml:space="preserve">[1:15:07] </w:t>
      </w:r>
      <w:r>
        <w:t>dooms day ki nishaniyan,</w:t>
      </w:r>
    </w:p>
    <w:p>
      <w:pPr>
        <w:jc w:val="right"/>
      </w:pPr>
      <w:r>
        <w:t>डूम्स डे की निशानियां,</w:t>
      </w:r>
    </w:p>
    <w:p>
      <w:r>
        <w:rPr>
          <w:b/>
        </w:rPr>
        <w:t xml:space="preserve">[1:15:10] </w:t>
      </w:r>
      <w:r>
        <w:t>dooms day ka zikr hai.</w:t>
      </w:r>
    </w:p>
    <w:p>
      <w:pPr>
        <w:jc w:val="right"/>
      </w:pPr>
      <w:r>
        <w:t>डूम्स डे का जिक्र है।</w:t>
      </w:r>
    </w:p>
    <w:p>
      <w:r>
        <w:rPr>
          <w:b/>
        </w:rPr>
        <w:t xml:space="preserve">[1:15:12] </w:t>
      </w:r>
      <w:r>
        <w:t>and aap, humanity also witnessed covid-19 and much has happened after that.</w:t>
      </w:r>
    </w:p>
    <w:p>
      <w:pPr>
        <w:jc w:val="right"/>
      </w:pPr>
      <w:r>
        <w:t>एंड आप, ह्यूमैनिटी आल्सो विटनेस्ड कोविड-19 एंड मच हैज हैपेंड आफ्टर दैट।</w:t>
      </w:r>
    </w:p>
    <w:p>
      <w:r>
        <w:rPr>
          <w:b/>
        </w:rPr>
        <w:t xml:space="preserve">[1:15:17] </w:t>
      </w:r>
      <w:r>
        <w:t>it seems that dooms day is knocking at the door.</w:t>
      </w:r>
    </w:p>
    <w:p>
      <w:pPr>
        <w:jc w:val="right"/>
      </w:pPr>
      <w:r>
        <w:t>इट सीम्स दैट डूम्स डे इज नॉकिंग एट द डोर।</w:t>
      </w:r>
    </w:p>
    <w:p>
      <w:r>
        <w:rPr>
          <w:b/>
        </w:rPr>
        <w:t xml:space="preserve">[1:15:21] </w:t>
      </w:r>
      <w:r>
        <w:t>and therefore, there is great urgency to step up on the work.</w:t>
      </w:r>
    </w:p>
    <w:p>
      <w:pPr>
        <w:jc w:val="right"/>
      </w:pPr>
      <w:r>
        <w:t>एंड देयर फोर, देयर इज ग्रेट अर्जेंसी टू स्टेप अप ऑन द वर्क।</w:t>
      </w:r>
    </w:p>
    <w:p>
      <w:r>
        <w:rPr>
          <w:b/>
        </w:rPr>
        <w:t xml:space="preserve">[1:15:24] </w:t>
      </w:r>
      <w:r>
        <w:t>to main chahunga ki iske bare mein aap hum sabko thoda sa batayein.</w:t>
      </w:r>
    </w:p>
    <w:p>
      <w:pPr>
        <w:jc w:val="right"/>
      </w:pPr>
      <w:r>
        <w:t>तो मैं चाहूंगा कि इसके बारे में आप हम सबको थोड़ा सा बताएं।</w:t>
      </w:r>
    </w:p>
    <w:p>
      <w:r>
        <w:rPr>
          <w:b/>
        </w:rPr>
        <w:t xml:space="preserve">[1:15:32] </w:t>
      </w:r>
      <w:r>
        <w:t>ji, kaafi dinon se yeh global warming ki wajah se bahut zyada changes aa gayi hain duniya mein. jo life support system hai, woh bilkul khatam ho raha hai. abhi, abhi latest jo hua hai, woh dubai aur uske aas paas mein zabardast toofan aaya. poora-poora shehar doob gaya toofan mein. itni baarish, itni baarish hui ki woh aaj tak ke record toot gaye.</w:t>
      </w:r>
    </w:p>
    <w:p>
      <w:pPr>
        <w:jc w:val="right"/>
      </w:pPr>
      <w:r>
        <w:t>जी, काफी दिनों से यह ग्लोबल वार्मिंग की वजह से बहुत ज्यादा चेंजेज आ गई हैं दुनिया में। जो लाइफ सपोर्ट सिस्टम है, वह बिल्कुल खत्म हो रहा है। अभी, अभी लेटेस्ट जो हुआ है, वह दुबई और उसके आसपास में जबरदस्त तूफान आया। पूरा-पूरा शहर डूब गया तूफान में। इतनी बारिश, इतनी बारिश हुई कि वो आज तक के रिकॉर्ड टूट गए।</w:t>
      </w:r>
    </w:p>
    <w:p>
      <w:r>
        <w:rPr>
          <w:b/>
        </w:rPr>
        <w:t xml:space="preserve">[1:15:56] </w:t>
      </w:r>
      <w:r>
        <w:t>toh pehle toh logon ne samjha ki yeh cloud seeding ki wajah se, yaani artificial rain create karte hain. toh woh baad mein logon ne bahut saare ismein articles aaye ki cloud seeding se itna zabardast ho hi nahin sakta hai baarish. yeh toh global warming ki wajah se hai.</w:t>
      </w:r>
    </w:p>
    <w:p>
      <w:pPr>
        <w:jc w:val="right"/>
      </w:pPr>
      <w:r>
        <w:t>तो पहले तो लोगों ने समझा कि यह क्लाउड सीडिंग की वजह से, यानी आर्टिफिशियल रेन क्रिएट करते हैं। तो वह बाद में लोगों ने बहुत सारे इसमें आर्टिकल्स आए कि क्लाउड सीडिंग से इतना जबरदस्त हो ही नहीं सकता है बारिश। यह तो ग्लोबल वार्मिंग की वजह से है।</w:t>
      </w:r>
    </w:p>
    <w:p>
      <w:r>
        <w:rPr>
          <w:b/>
        </w:rPr>
        <w:t xml:space="preserve">[1:16:15] </w:t>
      </w:r>
      <w:r>
        <w:t>toh yeh bahut hi zyada humein alert karne ke liye hai yeh sab cheezein. aur abhi maine dekha toh aatish fasha ek zabardast indonesia mein phat gaya hai. aur wahan itne oonche-oonche uske woh ja rahe hain ki taqriban 1600 feet aur upar tak dhuein ja rahe hain uske</w:t>
      </w:r>
    </w:p>
    <w:p>
      <w:pPr>
        <w:jc w:val="right"/>
      </w:pPr>
      <w:r>
        <w:t>तो यह बहुत ही ज्यादा हमें अलर्ट करने के लिए है यह सब चीजें। और अभी मैंने देखा तो आतिश फशा एक जबरदस्त इंडोनेशिया में फट गया है। और वहां इतने ऊंचे-ऊंचे उसके वह जा रहे हैं कि तकरीबन 1600 फीट और ऊपर तक धुएं जा रहे हैं उसके</w:t>
      </w:r>
    </w:p>
    <w:p>
      <w:r>
        <w:rPr>
          <w:b/>
        </w:rPr>
        <w:t xml:space="preserve">[1:16:35] </w:t>
      </w:r>
      <w:r>
        <w:t>। toh yeh sab cheezein jo hain, humein batati hain ki kitna zyada urgency hai. kyunki jab tak maulana ne kaha tha ki jab tak ke yeh paigham saari duniya mein pahunch nahin jayega, qayamat t</w:t>
      </w:r>
    </w:p>
    <w:p>
      <w:pPr>
        <w:jc w:val="right"/>
      </w:pPr>
      <w:r>
        <w:t>। तो यह सब चीजें जो हैं, हमें बताती हैं कि कितना ज्यादा अर्जेंसी है। क्योंकि जब तक मौलाना ने कहा था कि जब तक के यह पैगाम सारी दुनिया में पहुंच नहीं जाएगा, कयामत ट</w:t>
      </w:r>
    </w:p>
    <w:p>
      <w:r>
        <w:rPr>
          <w:b/>
        </w:rPr>
        <w:t xml:space="preserve">[1:16:50] </w:t>
      </w:r>
      <w:r>
        <w:t>ali rahegi. chahe kitne bhi halaat kharab ho jayein, kitne bhi masail badh jayein, lekin qayamat nahin aayegi. kyunki yeh allah taala ka tareeqa nahin hai ki apne creation plan se logon ko aagah kiye baghair woh qayamat aa jaye aur log khatam ho jayein. kyunki un logon ki wahan accountability hai. wahan pooche jayenge ki tumne kyun nahin hamare paigham ko,</w:t>
      </w:r>
    </w:p>
    <w:p>
      <w:pPr>
        <w:jc w:val="right"/>
      </w:pPr>
      <w:r>
        <w:t>ली रहेगी। चाहे कितने भी हालात खराब हो जाएं, कितने भी मसाइल बढ़ जाएं, लेकिन कयामत नहीं आएगी। क्योंकि यह अल्लाह ताला का तरीका नहीं है कि अपने क्रिएशन प्लान से लोगों को आगाह किए बगैर वह कयामत आ जाए और लोग खत्म हो जाएं। क्योंकि उन लोगों की वहां अकाउंटेबिलिटी है। वहां पूछे जाएंगे कि तुमने क्यों नहीं हमारे पैगाम को,</w:t>
      </w:r>
    </w:p>
    <w:p>
      <w:r>
        <w:rPr>
          <w:b/>
        </w:rPr>
        <w:t xml:space="preserve">[1:17:16] </w:t>
      </w:r>
      <w:r>
        <w:t>usko accept kiya, kyun nahin usko follow kiya.</w:t>
      </w:r>
    </w:p>
    <w:p>
      <w:pPr>
        <w:jc w:val="right"/>
      </w:pPr>
      <w:r>
        <w:t>उसको एक्सेप्ट किया, क्यों नहीं उसको फॉलो किया।</w:t>
      </w:r>
    </w:p>
    <w:p>
      <w:r>
        <w:rPr>
          <w:b/>
        </w:rPr>
        <w:t xml:space="preserve">[1:17:20] </w:t>
      </w:r>
      <w:r>
        <w:t>toh is wajah se hamari jo zimmedariyan hain, woh bahut zyada badh gayi hain. kyunki hamare paas time bahut kam hai. aur chunki insaan itna bada kaam kar nahin sakta tha ki poore global level par is paigham ko pahunchaye, toh allah taala ne poora daur hi badal diya. sabse pehle toh allah taala ne religious freedom le aaye. kyunki pehle religious persecution ki wajah se koi kaam nahin ho pata tha.</w:t>
      </w:r>
    </w:p>
    <w:p>
      <w:pPr>
        <w:jc w:val="right"/>
      </w:pPr>
      <w:r>
        <w:t>तो इस वजह से हमारी जो जिम्मेदारियां हैं, वह बहुत ज्यादा बढ़ गई हैं। क्योंकि हमारे पास टाइम बहुत कम है। और चूंकि इंसान इतना बड़ा काम कर नहीं सकता था कि पूरे ग्लोबल लेवल पर इस पैगाम को पहुंचाए, तो अल्लाह ताला ने पूरा दौर ही बदल दिया। सबसे पहले तो अल्लाह ताला ने रिलीजस फ्रीडम ले आए। क्योंकि पहले रिलीजस परसक्यूशन की वजह से कोई काम नहीं हो पाता था।</w:t>
      </w:r>
    </w:p>
    <w:p>
      <w:r>
        <w:rPr>
          <w:b/>
        </w:rPr>
        <w:t xml:space="preserve">[1:17:50] </w:t>
      </w:r>
      <w:r>
        <w:t>phir uske baad technology aur communication ka jo inqilaab aaya, woh ek secondon mein woh saari duniya mein hum koi bhi paigham pahuncha sakte hain. toh yeh sab cheezein humein bahut zyada gaur fikr karna hai. aur ismein bilkul apne aap ko total sense mein apne aap ko dedicate kar dena hai. toh maulana ne iske liye ab poori zindagi apni laga di.</w:t>
      </w:r>
    </w:p>
    <w:p>
      <w:pPr>
        <w:jc w:val="right"/>
      </w:pPr>
      <w:r>
        <w:t>फिर उसके बाद टेक्नोलॉजी और कम्युनिकेशन का जो इंकलाब आया, वह एक सेकंडों में वह सारी दुनिया में हम कोई भी पैगाम पहुंचा सकते हैं। तो यह सब चीजें हमें बहुत ज्यादा गौर फिक्र करना है। और इसमें बिल्कुल अपने आप को टोटल सेंस में अपने आप को डेडिकेट कर देना है। तो मौलाना ने इसके लिए अब पूरी जिंदगी अपनी लगा दी।</w:t>
      </w:r>
    </w:p>
    <w:p>
      <w:r>
        <w:rPr>
          <w:b/>
        </w:rPr>
        <w:t xml:space="preserve">[1:18:16] </w:t>
      </w:r>
      <w:r>
        <w:t>ab poori anathak mehnat karke ek poori team taiyar kar di. toh yeh team jo hai, woh uske paas literature hai, uske paas saara communication ka poora network hai, websites hain aur har tarah ke literature hai hamare paas. har zubaan mein literature hai. jaise abhi doctor saahab ne bataya ki saat taqriban bahut saari jo major languages mein toh quran aa hi gaya hai.</w:t>
      </w:r>
    </w:p>
    <w:p>
      <w:pPr>
        <w:jc w:val="right"/>
      </w:pPr>
      <w:r>
        <w:t>अब पूरी अनथक मेहनत करके एक पूरी टीम तैयार कर दी। तो यह टीम जो है, वह उसके पास लिटरेचर है, उसके पास सारा कम्युनिकेशन का पूरा नेटवर्क है, वेबसाइट्स हैं और हर तरह के लिटरेचर है हमारे पास। हर जबान में लिटरेचर है। जैसे अभी डॉक्टर साहब ने बताया कि सात तकरीबन बहुत सारी जो मेजर लैंग्वेजेस में तो कुरान आ ही गया है।</w:t>
      </w:r>
    </w:p>
    <w:p>
      <w:r>
        <w:rPr>
          <w:b/>
        </w:rPr>
        <w:t xml:space="preserve">[1:18:43] </w:t>
      </w:r>
      <w:r>
        <w:t>toh humein is kaam ko karna hai. lekin kaam bahut bada hai. ek baar doctor naghma ne maulana se poocha ki maulana, itna bada kaam hai, hum kaise karenge?</w:t>
      </w:r>
    </w:p>
    <w:p>
      <w:pPr>
        <w:jc w:val="right"/>
      </w:pPr>
      <w:r>
        <w:t>तो हमें इस काम को करना है। लेकिन काम बहुत बड़ा है। एक बार डॉक्टर नगमा ने मौलाना से पूछा कि मौलाना, इतना बड़ा काम है, हम कैसे करेंगे?</w:t>
      </w:r>
    </w:p>
    <w:p>
      <w:r>
        <w:rPr>
          <w:b/>
        </w:rPr>
        <w:t xml:space="preserve">[1:18:54] </w:t>
      </w:r>
      <w:r>
        <w:t>toh maulana ne kaha ki aap bas, aap bas karte rahiye, karte rahiye, yahan tak ki aapki maut aa jaye. toh humein is kaam ko bas karte rehna hai, karte rehna hai. aur yeh humein khuda ki madad milegi. aur hum yeh kaam khuda ki madad se kar paayenge.</w:t>
      </w:r>
    </w:p>
    <w:p>
      <w:pPr>
        <w:jc w:val="right"/>
      </w:pPr>
      <w:r>
        <w:t>तो मौलाना ने कहा कि आप बस, आप बस करते रहिए, करते रहिए, यहां तक कि आपकी मौत आ जाए। तो हमें इस काम को बस करते रहना है, करते रहना है। और यह हमें खुदा की मदद मिलेगी। और हम यह काम खुदा की मदद से कर पाएंगे।</w:t>
      </w:r>
    </w:p>
    <w:p>
      <w:r>
        <w:rPr>
          <w:b/>
        </w:rPr>
        <w:t xml:space="preserve">[1:19:11] </w:t>
      </w:r>
      <w:r>
        <w:t>kyunki khuda ka kaam hai, to khuda zaroor hamari madad karega. to hamein kabhi ismein himmat nahin haarni hai. ji, bilkul sahi kaha aapne. momin ki, in fact, sirf maulana kehte the ki zimmedari hi zimmedari hai,</w:t>
      </w:r>
    </w:p>
    <w:p>
      <w:pPr>
        <w:jc w:val="right"/>
      </w:pPr>
      <w:r>
        <w:t>क्योंकि खुदा का काम है, तो खुदा जरूर हमारी मदद करेगा। तो हमें कभी इसमें हिम्मत नहीं हारनी है। जी, बिल्कुल सही कहा आपने। मोमिन की, इनफैक्ट, सिर्फ मौलाना कहते थे कि जिम्मेदारी ही जिम्मेदारी है,</w:t>
      </w:r>
    </w:p>
    <w:p>
      <w:r>
        <w:rPr>
          <w:b/>
        </w:rPr>
        <w:t xml:space="preserve">[1:19:26] </w:t>
      </w:r>
      <w:r>
        <w:t>uska koi right nahin hai. and isiliye duty consciousness ko bahut emphasize karte the. aur afraad sahab, jis tarah aapne bhi abhi bataya ki zimmedari wale aspect ko lekar, to daawa work, yaani calling people to god, uske reference se sawal karna chahunga.</w:t>
      </w:r>
    </w:p>
    <w:p>
      <w:pPr>
        <w:jc w:val="right"/>
      </w:pPr>
      <w:r>
        <w:t>उसका कोई राइट नहीं है। एंड इसीलिए ड्यूटी कॉन्शसनेस को बहुत एमफसा इज करते थे। और अफराद साहब, जिस तरह आपने भी अभी बताया कि जिम्मेदारी वाले एस्पेक्ट को लेकर, तो दावा वर्क, यानी कॉलिंग पीपल टू गॉड, उसके रेफरेंस से सवाल करना चाहूंगा।</w:t>
      </w:r>
    </w:p>
    <w:p>
      <w:r>
        <w:rPr>
          <w:b/>
        </w:rPr>
        <w:t xml:space="preserve">[1:19:45] </w:t>
      </w:r>
      <w:r>
        <w:t>quran mein bhi chapter 61 mein daawa ko lekar kaha gaya hai ki it has been mentioned as helpers of god. and daawa work is not like what it is normally perceived about conversion. cps international mein time and again, maulana sahab ne bhi is cheez ko waz ki hai ki it is not about conversion, but it is about inviting people, telling people about the creation plan of god. to main chahunga ki dawat kya hai,</w:t>
      </w:r>
    </w:p>
    <w:p>
      <w:pPr>
        <w:jc w:val="right"/>
      </w:pPr>
      <w:r>
        <w:t>कुरान में भी चैप्टर 61 में दावा को लेकर कहा गया है कि इट हैज बीन मेंशन एज हेल्पर्स ऑफ गॉड। एंड दावा वर्क इज नॉट लाइक व्हाट इट इज नॉर्मली पर्सीवड अबाउट कन्वर्जन। सीपीएस इंटरनेशनल में टाइम एंड अगेन, मौलाना साहब ने भी इस चीज को वाज की है कि इट इज नॉट अबाउट कन्वर्जन, बट इट इज अबाउट इनवाइटिंग पीपल, टेलिंग पीपल अबाउट द क्रिएशन प्लान ऑफ गॉड। तो मैं चाहूंगा कि दावत क्या है,</w:t>
      </w:r>
    </w:p>
    <w:p>
      <w:r>
        <w:rPr>
          <w:b/>
        </w:rPr>
        <w:t xml:space="preserve">[1:20:12] </w:t>
      </w:r>
      <w:r>
        <w:t>iske baare mein aap hum sabko bataein.</w:t>
      </w:r>
    </w:p>
    <w:p>
      <w:pPr>
        <w:jc w:val="right"/>
      </w:pPr>
      <w:r>
        <w:t>इसके बारे में आप हम सबको बताएं।</w:t>
      </w:r>
    </w:p>
    <w:p>
      <w:r>
        <w:rPr>
          <w:b/>
        </w:rPr>
        <w:t xml:space="preserve">[1:20:15] </w:t>
      </w:r>
      <w:r>
        <w:t>dekhiye, dawat kya hai, iski ahmiyat ke baare mein jo haqeeqi dawat kya hoti hai, us par mujhe maulana ke paas hi aakar maloom hua.</w:t>
      </w:r>
    </w:p>
    <w:p>
      <w:pPr>
        <w:jc w:val="right"/>
      </w:pPr>
      <w:r>
        <w:t>देखिए, दावत क्या है, इसकी अहमियत के बारे में जो हकीकी दावत क्या होती है, उस पर मुझे मौलाना के पास ही आकर मालूम हुआ।</w:t>
      </w:r>
    </w:p>
    <w:p>
      <w:r>
        <w:rPr>
          <w:b/>
        </w:rPr>
        <w:t xml:space="preserve">[1:20:25] </w:t>
      </w:r>
      <w:r>
        <w:t>dawat ke baare mein quran aur hadees padhein to beshumar baatein hain. balki agar gaur karein to in insaanon mein sabse jo allah ke nazdeek sabse kareeb group hai, woh nabiyon ka group hai. lekin nabiyon ke baare mein bhi aap dekhein to maloom hoga ki nabi ko isliye nabi banaya gaya kyunki unka allah taala ka maqsad yeh tha ki in logon, is group ke zariye se logon ko khuda ke creation plan se aagah kiya jae.</w:t>
      </w:r>
    </w:p>
    <w:p>
      <w:pPr>
        <w:jc w:val="right"/>
      </w:pPr>
      <w:r>
        <w:t>दावत के बारे में कुरान और हदीस पढ़ें तो बेशुमार बातें हैं। बल्कि अगर गौर करें तो इन इंसानों में सबसे जो अल्लाह के नजदीक सबसे करीब ग्रुप है, वह नबियों का ग्रुप है। लेकिन नबियों के बारे में भी आप देखें तो मालूम होगा कि नबी को इसलिए नबी बनाया गया क्योंकि उनका अल्लाह ताला का मकसद यह था कि इन लोगों, इस ग्रुप के जरिए से लोगों को खुदा के क्रिएशन प्लान से आगाह किया जाए।</w:t>
      </w:r>
    </w:p>
    <w:p>
      <w:r>
        <w:rPr>
          <w:b/>
        </w:rPr>
        <w:t xml:space="preserve">[1:20:51] </w:t>
      </w:r>
      <w:r>
        <w:t>isliye adam al salam ka waqea jo sur al baqara mein hai, usmein adam ko jab zameen par bheja ja raha tha, us waqt allah taala ne yeh kaha tha, "ki</w:t>
      </w:r>
    </w:p>
    <w:p>
      <w:pPr>
        <w:jc w:val="right"/>
      </w:pPr>
      <w:r>
        <w:t>इसलिए आदम अल सलाम का वाकया जो सूर अल बकरा में है, उसमें आदम को जब जमीन पर भेजा जा रहा था, उस वक्त अल्लाह ताला ने यह कहा था, "कि</w:t>
      </w:r>
    </w:p>
    <w:p>
      <w:r>
        <w:rPr>
          <w:b/>
        </w:rPr>
        <w:t xml:space="preserve">[1:21:06] </w:t>
      </w:r>
      <w:r>
        <w:t>tum mein se jiske paas bhi hidayat aai aur usne hidayat ki pairvi ki, to uske liye khauf aur husn nahin hoga." yaani allah taala goya us waqt hi elaan kar raha tha ki hidayat ko bhejne ka silsila hamari taraf se shuru hoga. to yeh silsila shuru hua. rasoolon ko bheja gaya, jiske baare mein quran mein "rasool mubashir wa munzirun lalla</w:t>
      </w:r>
    </w:p>
    <w:p>
      <w:pPr>
        <w:jc w:val="right"/>
      </w:pPr>
      <w:r>
        <w:t>तुम में से जिसके पास भी हिदायत आई और उसने हिदायत की पैरवी की, तो उसके लिए खौफ और हुस्न नहीं होगा।" यानी अल्लाह ताला गोया उस वक्त ही ऐलान कर रहा था कि हिदायत को भेजने का सिलसिला हमारी तरफ से शुरू होगा। तो यह सिलसिला शुरू हुआ। रसूलों को भेजा गया, जिसके बारे में कुरान में "रसूल मुबशर व मनर लल्ला</w:t>
      </w:r>
    </w:p>
    <w:p>
      <w:r>
        <w:rPr>
          <w:b/>
        </w:rPr>
        <w:t xml:space="preserve">[1:21:28] </w:t>
      </w:r>
      <w:r>
        <w:t>hujjat baad ar rusul" ki rasoolon ko khushkhabri dene wala aur aagah karne wala banakar bh</w:t>
      </w:r>
    </w:p>
    <w:p>
      <w:pPr>
        <w:jc w:val="right"/>
      </w:pPr>
      <w:r>
        <w:t>हुजत बाद الرसूल" कि रसूलों को खुशखबरी देने वाला और आगाह करने वाला बनाकर भ</w:t>
      </w:r>
    </w:p>
    <w:p>
      <w:r>
        <w:rPr>
          <w:b/>
        </w:rPr>
        <w:t xml:space="preserve">[1:21:35] </w:t>
      </w:r>
      <w:r>
        <w:t>eja. conversion ki baat nahin, yahan par aagah karna, aagah karne wala banakar bheja, khabar kar dene wala banakar bheja taaki logon ko allah ke upar hujjat qaim karne ka mauka na mila qayamat ke din. to dawat ki ahmiyat jo hai, importance jo hai, yeh maine maulana ke paas aakar poori tarah se samjhi ki dawat kya cheez hai. logon ko khuda ke creation plan se aagah kiya jae, unko bataya jae ki allah taala ne aapko is duniya mein kis liye bheja hai.</w:t>
      </w:r>
    </w:p>
    <w:p>
      <w:pPr>
        <w:jc w:val="right"/>
      </w:pPr>
      <w:r>
        <w:t>ेजा। कन्वर्जन की बात नहीं, यहां पर आगाह करना, आगाह करने वाला बनाकर भेजा, खबर कर देने वाला बनाकर भेजा ताकि लोगों को अल्लाह के ऊपर हुज्जत कायम करने का मौका ना मिला कयामत के दिन। तो दावत की अहमियत जो है, इंपॉर्टेंस जो है, यह मैंने मौलाना के पास आकर पूरी तरह से समझी कि दावत क्या चीज है। लोगों को खुदा के क्रिएशन प्लान से आगाह किया जाए, उनको बताया जाए कि अल्लाह ताला ने आपको इस दुनिया में किस लिए भेजा है।</w:t>
      </w:r>
    </w:p>
    <w:p>
      <w:r>
        <w:rPr>
          <w:b/>
        </w:rPr>
        <w:t xml:space="preserve">[1:22:02] </w:t>
      </w:r>
      <w:r>
        <w:t>is talluq se maulana ka ek, maulana ne ek paragraph likha, "dawat ila" . woh main padhna chahunga ki dawat ila ka matlab hai insaan ko khuda ke takhleeqi mansooba, creation plan se aagah kar, ba-khabar karna. is duniya mein khuda ko sabse zyada jo cheez matloob hai, woh yeh hai ki khuda ke bando tak khuda ka paigham pahunche. aisi halat mein jab tak insaan dawat ka kaam karta hai, to uska yeh ehsaas hota hai ki woh khud khuda ka ek kaam kar raha</w:t>
      </w:r>
    </w:p>
    <w:p>
      <w:pPr>
        <w:jc w:val="right"/>
      </w:pPr>
      <w:r>
        <w:t>इस ताल्लुक से मौलाना का एक, मौलाना ने एक पैराग्राफ लिखा, "दावत हकम"। वो मैं पढ़ना चाहूंगा कि दावत इला का मतलब है इंसान को खुदा के تخلیقی मंसूबा, क्रिएशन प्लान से आगाह कर, बाखबर करना। इस दुनिया में खुदा को सबसे ज्यादा जो चीज मतलूब है, वह यह है कि खुदा के बंदों तक खुदा का पैगाम पहुंचे। ऐसी हालत में जब तक इंसान दावत का काम करता है, तो उसका यह एहसास होता है कि वह खुद खुदा का एक काम कर रहा</w:t>
      </w:r>
    </w:p>
    <w:p>
      <w:r>
        <w:rPr>
          <w:b/>
        </w:rPr>
        <w:t xml:space="preserve">[1:22:30] </w:t>
      </w:r>
      <w:r>
        <w:t>hai. Kisi bande ke liye bila shubah isse zyada lazeez koi tajurba nahi ki woh mehsoos kare ki</w:t>
      </w:r>
    </w:p>
    <w:p>
      <w:pPr>
        <w:jc w:val="right"/>
      </w:pPr>
      <w:r>
        <w:t>है। किसी बंदे के लिए बिला शुभ इससे ज्यादा लजीज कोई تجربा नहीं कि वह महसूस करे कि</w:t>
      </w:r>
    </w:p>
    <w:p>
      <w:r>
        <w:rPr>
          <w:b/>
        </w:rPr>
        <w:t xml:space="preserve">[1:22:35] </w:t>
      </w:r>
      <w:r>
        <w:t>main apne Rab ke kaam mein masroof hoon</w:t>
      </w:r>
    </w:p>
    <w:p>
      <w:pPr>
        <w:jc w:val="right"/>
      </w:pPr>
      <w:r>
        <w:t>मैं अपने रब के काम में मसरूफ हूं</w:t>
      </w:r>
    </w:p>
    <w:p>
      <w:r>
        <w:rPr>
          <w:b/>
        </w:rPr>
        <w:t xml:space="preserve">[1:22:39] </w:t>
      </w:r>
      <w:r>
        <w:t>aur apne rab ke mansooba ki takbeel kar raha hoon.</w:t>
      </w:r>
    </w:p>
    <w:p>
      <w:pPr>
        <w:jc w:val="right"/>
      </w:pPr>
      <w:r>
        <w:t>और अपने रब के मंसूबा की तकबील कर रहा हूं।</w:t>
      </w:r>
    </w:p>
    <w:p>
      <w:r>
        <w:rPr>
          <w:b/>
        </w:rPr>
        <w:t xml:space="preserve">[1:22:43] </w:t>
      </w:r>
      <w:r>
        <w:t>aur ek aur jagah maulana ne yeh bilkul waaz tor par likha hai aur bataya hai ke kaar</w:t>
      </w:r>
    </w:p>
    <w:p>
      <w:pPr>
        <w:jc w:val="right"/>
      </w:pPr>
      <w:r>
        <w:t>और एक और जगह मौलाना ने यह बिल्कुल वाज तौर पर लिखा है और बताया है कि कार्य</w:t>
      </w:r>
    </w:p>
    <w:p>
      <w:r>
        <w:rPr>
          <w:b/>
        </w:rPr>
        <w:t xml:space="preserve">[1:22:48] </w:t>
      </w:r>
      <w:r>
        <w:t>daawat ke baghair ummate mohammadi ka ummate mohammadi hona amar mushtaba hai.</w:t>
      </w:r>
    </w:p>
    <w:p>
      <w:pPr>
        <w:jc w:val="right"/>
      </w:pPr>
      <w:r>
        <w:t>दावत के बगैर उम्मते मोहम्मदी का उम्मते मोहम्मदी होना अमर मुश्तबा है।</w:t>
      </w:r>
    </w:p>
    <w:p>
      <w:r>
        <w:rPr>
          <w:b/>
        </w:rPr>
        <w:t xml:space="preserve">[1:22:53] </w:t>
      </w:r>
      <w:r>
        <w:t>uske liye woh ek ayat yeh bhi pesh karte thay, "jaanak ummat takoon shahada alnaas" ke</w:t>
      </w:r>
    </w:p>
    <w:p>
      <w:pPr>
        <w:jc w:val="right"/>
      </w:pPr>
      <w:r>
        <w:t>उसके लिए वह एक आयत यह भी पेश करते थे, "जानक उम्मत तकून शहादा अलनास" कि</w:t>
      </w:r>
    </w:p>
    <w:p>
      <w:r>
        <w:rPr>
          <w:b/>
        </w:rPr>
        <w:t xml:space="preserve">[1:23:01] </w:t>
      </w:r>
      <w:r>
        <w:t>humne tumko beech ki ummat banaya taake tum logon ke upar gawah bano.</w:t>
      </w:r>
    </w:p>
    <w:p>
      <w:pPr>
        <w:jc w:val="right"/>
      </w:pPr>
      <w:r>
        <w:t>हमने तुमको बीच की उम्मत बनाया ताकि तुम लोगों के ऊपर गवाह बनो।</w:t>
      </w:r>
    </w:p>
    <w:p>
      <w:r>
        <w:rPr>
          <w:b/>
        </w:rPr>
        <w:t xml:space="preserve">[1:23:06] </w:t>
      </w:r>
      <w:r>
        <w:t>toh rasool ke baad ab nabuwat ka silsila toh khatm ho gaya, lekin</w:t>
      </w:r>
    </w:p>
    <w:p>
      <w:pPr>
        <w:jc w:val="right"/>
      </w:pPr>
      <w:r>
        <w:t>तो रसूल के बाद अब नबूवत का सिलसिला तो खत्म हो गया, लेकिन</w:t>
      </w:r>
    </w:p>
    <w:p>
      <w:r>
        <w:rPr>
          <w:b/>
        </w:rPr>
        <w:t xml:space="preserve">[1:23:11] </w:t>
      </w:r>
      <w:r>
        <w:t>nabuwat ka amal jo hai, yaani logon ko paida ho rahe hain musalsal is duniya ke andar aur ja rahe hain is duniya se, to yeh silsila jaari hai. to nabuwat ka kaam ba</w:t>
      </w:r>
    </w:p>
    <w:p>
      <w:pPr>
        <w:jc w:val="right"/>
      </w:pPr>
      <w:r>
        <w:t>नबूवत का अमल जो है, यानी लोगों को पैदा हो रहे हैं मुसलसल इस दुनिया के अंदर और जा रहे हैं इस दुनिया से, तो यह सिलसिला जारी है। तो नबूवत का काम बा</w:t>
      </w:r>
    </w:p>
    <w:p>
      <w:r>
        <w:rPr>
          <w:b/>
        </w:rPr>
        <w:t xml:space="preserve">[1:23:21] </w:t>
      </w:r>
      <w:r>
        <w:t>qi hai. usi ko yahan par is ayat mein ishara kiya gaya hai ki ummat basat ho, rasool se tumne paigham liya, usko logon tak pahunchao. uske liye ek ayat yeh bhi karte the, "lazurka bihi wa man balagh" ki taaki tum logon tak pahunchao aur jinko yeh paigham pahunche, woh bhi logon tak pahunchae. to maulana ne is par ubhara tha aur usi ka nateeja hai ki aaj hum dekh rahe hain ki</w:t>
      </w:r>
    </w:p>
    <w:p>
      <w:pPr>
        <w:jc w:val="right"/>
      </w:pPr>
      <w:r>
        <w:t>की है। उसी को यहां पर इस आयत में इशारा किया गया है कि उम्मत बसत हो, रसूल से तुमने पैगाम लिया, उसको लोगों तक पहुंचाओ। उसके लिए एक आयत यह भी करते थे, "लजरक बही वम बलग" कि ताकि तुम लोगों तक पहुंचाओ और जिनको यह पैगाम पहुंचे, वह भी लोगों तक पहुंचाए। तो मौलाना ने इस पर उभारा था और उसी का नतीजा है कि आज हम देख रहे हैं कि</w:t>
      </w:r>
    </w:p>
    <w:p>
      <w:r>
        <w:rPr>
          <w:b/>
        </w:rPr>
        <w:t xml:space="preserve">[1:23:44] </w:t>
      </w:r>
      <w:r>
        <w:t>NGO ki satah par agar kisi ne sabse zyada quran ka translation karke poori duniya mein failane ka</w:t>
      </w:r>
    </w:p>
    <w:p>
      <w:pPr>
        <w:jc w:val="right"/>
      </w:pPr>
      <w:r>
        <w:t>एनजीओ की سطح पर अगर किसी ने सबसे ज्यादा कुरान का ट्रांसलेशन करके पूरी दुनिया में फैलाने का</w:t>
      </w:r>
    </w:p>
    <w:p>
      <w:r>
        <w:rPr>
          <w:b/>
        </w:rPr>
        <w:t xml:space="preserve">[1:23:49] </w:t>
      </w:r>
      <w:r>
        <w:t>kaam kiya hai, aur balki main samjhun kahoon ke free of cost itna zyada kaam ho raha hai,</w:t>
      </w:r>
    </w:p>
    <w:p>
      <w:pPr>
        <w:jc w:val="right"/>
      </w:pPr>
      <w:r>
        <w:t>काम किया है, और बल्कि मैं समझूं कहूं कि फ्री ऑफ कॉस्ट इतना ज्यादा काम हो रहा है,</w:t>
      </w:r>
    </w:p>
    <w:p>
      <w:r>
        <w:rPr>
          <w:b/>
        </w:rPr>
        <w:t xml:space="preserve">[1:23:56] </w:t>
      </w:r>
      <w:r>
        <w:t>toh yeh allah ki madad ke baghair toh nahi ho sakta.</w:t>
      </w:r>
    </w:p>
    <w:p>
      <w:pPr>
        <w:jc w:val="right"/>
      </w:pPr>
      <w:r>
        <w:t>तो यह अल्लाह की मदद के बगैर तो नहीं हो सकता।</w:t>
      </w:r>
    </w:p>
    <w:p>
      <w:r>
        <w:rPr>
          <w:b/>
        </w:rPr>
        <w:t xml:space="preserve">[1:23:59] </w:t>
      </w:r>
      <w:r>
        <w:t>zahair si baat hai.</w:t>
      </w:r>
    </w:p>
    <w:p>
      <w:pPr>
        <w:jc w:val="right"/>
      </w:pPr>
      <w:r>
        <w:t>जाहिर सी बात है।</w:t>
      </w:r>
    </w:p>
    <w:p>
      <w:r>
        <w:rPr>
          <w:b/>
        </w:rPr>
        <w:t xml:space="preserve">[1:23:59] </w:t>
      </w:r>
      <w:r>
        <w:t>aur maulana ka yeh inspiration hai ke koi bhi NGO, government ke alawa koi bhi idara itna bada</w:t>
      </w:r>
    </w:p>
    <w:p>
      <w:pPr>
        <w:jc w:val="right"/>
      </w:pPr>
      <w:r>
        <w:t>और मौलाना का यह इंस्पिरेशन है कि कोई भी एनजीओ, गवर्नमेंट के अलावा कोई भी इदार इतना बड़ा</w:t>
      </w:r>
    </w:p>
    <w:p>
      <w:r>
        <w:rPr>
          <w:b/>
        </w:rPr>
        <w:t xml:space="preserve">[1:24:05] </w:t>
      </w:r>
      <w:r>
        <w:t>kaam kare aur sari duniya mein quran ko easy to understand language mein pahunchane ki koshish kare.</w:t>
      </w:r>
    </w:p>
    <w:p>
      <w:pPr>
        <w:jc w:val="right"/>
      </w:pPr>
      <w:r>
        <w:t>काम करे और सारी दुनिया में कुरान को इजी टू अंडरस्टैंड लैंग्वेज में पहुंचाने की कोशिश करे।</w:t>
      </w:r>
    </w:p>
    <w:p>
      <w:r>
        <w:rPr>
          <w:b/>
        </w:rPr>
        <w:t xml:space="preserve">[1:24:10] </w:t>
      </w:r>
      <w:r>
        <w:t>toh yeh isi ka nateeja hai jo hum dekh rahe hain ke itni ahmiyat ko samjha maulana</w:t>
      </w:r>
    </w:p>
    <w:p>
      <w:pPr>
        <w:jc w:val="right"/>
      </w:pPr>
      <w:r>
        <w:t>तो यह इसी का नतीजा है जो हम देख रहे हैं कि इतनी अहमियत को समझा मौलाना</w:t>
      </w:r>
    </w:p>
    <w:p>
      <w:r>
        <w:rPr>
          <w:b/>
        </w:rPr>
        <w:t xml:space="preserve">[1:24:14] </w:t>
      </w:r>
      <w:r>
        <w:t>ne aur hum logon ko bataya ki aapko yeh kaam karna hai taaki logon par allah taala ki hujjat qaim ho. usi ka nateeja yeh hum dekh rahe hain.</w:t>
      </w:r>
    </w:p>
    <w:p>
      <w:pPr>
        <w:jc w:val="right"/>
      </w:pPr>
      <w:r>
        <w:t>ने और हम लोगों को बताया कि आपको यह काम करना है ताकि लोगों पर अल्लाह ताला की हुज्जत कायम हो। उसी का नतीजा यह हम देख रहे हैं।</w:t>
      </w:r>
    </w:p>
    <w:p>
      <w:r>
        <w:rPr>
          <w:b/>
        </w:rPr>
        <w:t xml:space="preserve">[1:24:24] </w:t>
      </w:r>
      <w:r>
        <w:t>to ise hum samajh sakte hain ki maulana ke nazdeek kya ahmiyat thi dawat ila ki, aur uske liye woh din raat usi ko yaad karte the. to aam zubaan mein hum kahein to maulana ka two point formula tha apne liye bhi aur doosron ko bhi diya, khuda ki marifat mein jeena aur dawat ila ka kaam karna. ji, jazaakallah faraz sahab.</w:t>
      </w:r>
    </w:p>
    <w:p>
      <w:pPr>
        <w:jc w:val="right"/>
      </w:pPr>
      <w:r>
        <w:t>तो इसे हम समझ सकते हैं कि मौलाना के नजदीक क्या अहमियत थी दावत इला की, और उसके लिए वह दिन रात उसी को याद करते थे। तो आम जबान में हम कहें तो मौलाना का टू पॉइंट फार्मूला था अपने लिए भी और दूसरों को भी दिया, खुदा की मारफत में जीना और दावत इला का काम करना। जी, जजाकल्लाह फराज साहब।</w:t>
      </w:r>
    </w:p>
    <w:p>
      <w:r>
        <w:rPr>
          <w:b/>
        </w:rPr>
        <w:t xml:space="preserve">[1:24:48] </w:t>
      </w:r>
      <w:r>
        <w:t>to jo yeh hujjat ka kaam hai, yeh naturally aap, yeh to bahut bada kaam hai aur yeh ek individual ke level par to nahin ho sakta. iske liye team darkaar hai aur team mein unity is very important. hazrat umar bin khattab ka woh mujhe call bahut hi zabardast lagta hai ki jab unhone kaha ki "the humility of obedience brings a man to a closer good as against dignity earned through disobedience"</w:t>
      </w:r>
    </w:p>
    <w:p>
      <w:pPr>
        <w:jc w:val="right"/>
      </w:pPr>
      <w:r>
        <w:t>तो जो यह हुज्जत का काम है, यह नेचुरली आप, यह तो बहुत बड़ा काम है और यह एक इंडिविजुअल के लेवल पर तो हो नहीं सकता। इसके लिए टीम दरकार है और टीम में यूनिटी इज वेरी इंपॉर्टेंट। हजरत उमर बिन खताब का वह मुझे कॉल बहुत ही जबरदस्त लगता है कि जब उन्होंने कहा कि "द ह्यूमिली ऑफ ओबेडिएंस ब्रिंग्स अ मैन टू अ क्लोजर गुड एज अगेंस्ट डिग्निटी अर्न थ्रू डिस ओबेडिएंस"</w:t>
      </w:r>
    </w:p>
    <w:p>
      <w:r>
        <w:rPr>
          <w:b/>
        </w:rPr>
        <w:t xml:space="preserve">[1:25:18] </w:t>
      </w:r>
      <w:r>
        <w:t>. Toh maulana isi liye bahut zyada emphasize karte thay team spirit par.</w:t>
      </w:r>
    </w:p>
    <w:p>
      <w:pPr>
        <w:jc w:val="right"/>
      </w:pPr>
      <w:r>
        <w:t>। तो मौलाना इसीलिए बहुत ज्यादा एमफसा इज करते थे टीम स्पिरिट पर।</w:t>
      </w:r>
    </w:p>
    <w:p>
      <w:r>
        <w:rPr>
          <w:b/>
        </w:rPr>
        <w:t xml:space="preserve">[1:25:23] </w:t>
      </w:r>
      <w:r>
        <w:t>woh kehte thay ke "team is everything" aur allah ka hath jo hai, woh team par hota hai.</w:t>
      </w:r>
    </w:p>
    <w:p>
      <w:pPr>
        <w:jc w:val="right"/>
      </w:pPr>
      <w:r>
        <w:t>वह कहते थे कि "टीम इज एवरीथिंग" और अल्लाह का हाथ जो है, वह टीम पर होता है।</w:t>
      </w:r>
    </w:p>
    <w:p>
      <w:r>
        <w:rPr>
          <w:b/>
        </w:rPr>
        <w:t xml:space="preserve">[1:25:30] </w:t>
      </w:r>
      <w:r>
        <w:t>and isi liye woh kehte thay ke team se bilkul alag mat hoiye.</w:t>
      </w:r>
    </w:p>
    <w:p>
      <w:pPr>
        <w:jc w:val="right"/>
      </w:pPr>
      <w:r>
        <w:t>एंड इसीलिए वह कहते थे कि टीम से बिल्कुल अलग मत होइए।</w:t>
      </w:r>
    </w:p>
    <w:p>
      <w:r>
        <w:rPr>
          <w:b/>
        </w:rPr>
        <w:t xml:space="preserve">[1:25:34] </w:t>
      </w:r>
      <w:r>
        <w:t>unity par bahut zyada emphasize jitna maulana ne kiya hai, itne talks mein aap, hum sab ne</w:t>
      </w:r>
    </w:p>
    <w:p>
      <w:pPr>
        <w:jc w:val="right"/>
      </w:pPr>
      <w:r>
        <w:t>यूनिटी पर बहुत ज्यादा एमफसा इज जितना मौलाना ने किया है, इतने टॉक्स में आप, हम सब ने</w:t>
      </w:r>
    </w:p>
    <w:p>
      <w:r>
        <w:rPr>
          <w:b/>
        </w:rPr>
        <w:t xml:space="preserve">[1:25:40] </w:t>
      </w:r>
      <w:r>
        <w:t>personally usko experience kiya hai.</w:t>
      </w:r>
    </w:p>
    <w:p>
      <w:pPr>
        <w:jc w:val="right"/>
      </w:pPr>
      <w:r>
        <w:t>पर्सनली उसको एक्सपीरियंस किया है।</w:t>
      </w:r>
    </w:p>
    <w:p>
      <w:r>
        <w:rPr>
          <w:b/>
        </w:rPr>
        <w:t xml:space="preserve">[1:25:42] </w:t>
      </w:r>
      <w:r>
        <w:t>toh yeh jo important aspect hai, isko mind mein rakh ke ke itna bada kaam hamare samne hai,</w:t>
      </w:r>
    </w:p>
    <w:p>
      <w:pPr>
        <w:jc w:val="right"/>
      </w:pPr>
      <w:r>
        <w:t>तो यह जो इंपॉर्टेंट एस्पेक्ट है, इसको माइंड में रख के कि इतना बड़ा काम हमारे सामने है,</w:t>
      </w:r>
    </w:p>
    <w:p>
      <w:r>
        <w:rPr>
          <w:b/>
        </w:rPr>
        <w:t xml:space="preserve">[1:25:48] </w:t>
      </w:r>
      <w:r>
        <w:t>aap, main chahunga ki iski importance, iski ahmiyat aap hum sabko bataein. is par maulana ne bahut baar, bahut hi shiddat ke saath is par baat ki hai. kyunki maulana keh rahe the ki allah ne sara intezam allah ne kar diya hai aur maine bahut zyada duaen ki hain. to team taiyar ho gayi hai, literature taiyar ho gaya hai.</w:t>
      </w:r>
    </w:p>
    <w:p>
      <w:pPr>
        <w:jc w:val="right"/>
      </w:pPr>
      <w:r>
        <w:t>आप, मैं चाहूंगा कि इसकी इंपॉर्टेंस, इसकी अहमियत आप हम सबको बताएं। इस पर मौलाना ने बहुत बार, बहुत ही शिद्दत के साथ इस पर बात की है। क्योंकि मौलाना कह रहे थे कि अल्लाह ने सारा इंतजाम अल्लाह ने कर दिया है और मैंने बहुत ज्यादा दुआएं की हैं। तो टीम तैयार हो गई है, लिटरेचर तैयार हो गया है।</w:t>
      </w:r>
    </w:p>
    <w:p>
      <w:r>
        <w:rPr>
          <w:b/>
        </w:rPr>
        <w:t xml:space="preserve">[1:26:16] </w:t>
      </w:r>
      <w:r>
        <w:t>lekin sirf ek cheez se kehte the, main darta hoon aur woh hai ikhtilaf. kyunki shaitan hamari ragon mein tairta hai, musalsal ek doosre ke khilaf uksata rehta hai. aksar, aksar log kehte hain ki yahan hamari koi se nahin hai, isliye nikal jaate hain. to mission mein aisa nahin hota ki har aadmi ki baat jo hai, woh usko acceptance mile. hamein to khuda ke liye kaam karna hai,</w:t>
      </w:r>
    </w:p>
    <w:p>
      <w:pPr>
        <w:jc w:val="right"/>
      </w:pPr>
      <w:r>
        <w:t>लेकिन सिर्फ एक चीज से कहते थे, मैं डरता हूं और वह है इख्तिलाफ। क्योंकि शैतान हमारी रगों में तैरता है, मुसलसल एक दूसरे के खिलाफ उकसा रहता है। अक्सर, अक्सर लोग कहते हैं कि यहां हमारी कोई से नहीं है, इसलिए निकल जाते हैं। तो मिशन में ऐसा नहीं होता कि हर आदमी की बात जो है, वह उसको एक्सेप्टेंस मिले। हमें तो खुदा के लिए काम करना है,</w:t>
      </w:r>
    </w:p>
    <w:p>
      <w:r>
        <w:rPr>
          <w:b/>
        </w:rPr>
        <w:t xml:space="preserve">[1:26:44] </w:t>
      </w:r>
      <w:r>
        <w:t>se ho ya</w:t>
      </w:r>
    </w:p>
    <w:p>
      <w:pPr>
        <w:jc w:val="right"/>
      </w:pPr>
      <w:r>
        <w:t>से हो या</w:t>
      </w:r>
    </w:p>
    <w:p>
      <w:r>
        <w:rPr>
          <w:b/>
        </w:rPr>
        <w:t xml:space="preserve">[1:26:45] </w:t>
      </w:r>
      <w:r>
        <w:t>na ho, dono barabar hai hamare liye. to is tarah ki jo hai, na khuda ke liye yeh sab kuch excuse nahin hai. hum ek baar ek mission establish ho jae aur logon ko pata chal jae ki yeh khuda ka kaam hai, phir uske baad usko w chhod nahin sakte. usko chhodna jo hai, woh bahut bada gunah ka kaam hai. aur humko sahaba se is saari misaal humein milti hain,</w:t>
      </w:r>
    </w:p>
    <w:p>
      <w:pPr>
        <w:jc w:val="right"/>
      </w:pPr>
      <w:r>
        <w:t>ना हो, दोनों बराबर है हमारे लिए। तो इस तरीके की जो है, ना खुदा के लिए यह सब कुछ एक्सक्यूज नहीं है। हम एक बार एक मिशन एस्टेब्लिश हो जाए और लोगों को पता चल जाए कि यह खुदा का काम है, फिर उसके बाद उसको व छोड़ नहीं सकते। उसको छोड़ना जो है, वह बहुत बड़ा गुनाह का काम है। और हमको सहाबा से इस सारी मिसाले हमें मिलती हैं,</w:t>
      </w:r>
    </w:p>
    <w:p>
      <w:r>
        <w:rPr>
          <w:b/>
        </w:rPr>
        <w:t xml:space="preserve">[1:27:10] </w:t>
      </w:r>
      <w:r>
        <w:t>bahut sari misale hain.</w:t>
      </w:r>
    </w:p>
    <w:p>
      <w:pPr>
        <w:jc w:val="right"/>
      </w:pPr>
      <w:r>
        <w:t>बहुत सारी मिसाले हैं।</w:t>
      </w:r>
    </w:p>
    <w:p>
      <w:r>
        <w:rPr>
          <w:b/>
        </w:rPr>
        <w:t xml:space="preserve">[1:27:12] </w:t>
      </w:r>
      <w:r>
        <w:t>ek bahut hi clear misaal jab hazrat khalid itne bade general the, bahut si futuha unhone ki. aur unko jab ekdum aam generalship se hatakar aam soldier bana diya, to tamam log jama ho gaye ki nahin, aap is hukm ko khalifa ke mat maniye, hum aapke saath hain. to unhone kaha ki main dekho, khuda ke liye ladta hoon, umar ke rab ke liye ladta hoon, umar ke liye nahin l</w:t>
      </w:r>
    </w:p>
    <w:p>
      <w:pPr>
        <w:jc w:val="right"/>
      </w:pPr>
      <w:r>
        <w:t>एक बहुत ही क्लियर मिसाल जब हजरत खालिद इतने बड़े जनरल थे, बहुत सी फतुहा उन्होंने की। और उनको जब एकदम आम जनरल शिप से हटाकर आम सोल्जर बना दिया, तो तमाम लोग जमा हो गए कि नहीं, आप इस हुक्म को खलीफा के मत मानिए, हम आपके साथ हैं। तो उन्होंने कहा कि मैं देखो, खुदा के लिए लड़ता हूं, उमर के रब के लिए लड़ता हूं, उमर के लिए नहीं ल</w:t>
      </w:r>
    </w:p>
    <w:p>
      <w:r>
        <w:rPr>
          <w:b/>
        </w:rPr>
        <w:t xml:space="preserve">[1:27:37] </w:t>
      </w:r>
      <w:r>
        <w:t>dta hoon. Ji, to main ekdum usi waqt ek soldier banke aur ladai mein shamil ho gaye. To yahi hamein karna hai ki hum Khuda ke liye kaam kar rahe hain. Koi hamari qadar karta hai, nahin karta hai, isse koi fark nahin padta. Kyunki yeh to shaitani culture hai. Shaitan ne kaha tha, "ana khairum min, main usse behtar hoon" aur usne surrender nahin kiya. Aur angelic culture hai surrender</w:t>
      </w:r>
    </w:p>
    <w:p>
      <w:pPr>
        <w:jc w:val="right"/>
      </w:pPr>
      <w:r>
        <w:t>ड़ता हूं। जी, तो मैं एकदम उसी वक्त एक सोल्जर बनके और लड़ाई में शामिल हो गए। तो यही हमें करना है कि हम खुदा के लिए काम कर रहे हैं। कोई हमारी कदर करता है, नहीं करता है, इससे कोई फर्क नहीं पड़ता। क्योंकि यह तो शैतानी कल्चर है। शैतान ने कहा था, "आना खैरुम मिन, मैं उससे बेहतर हूं" और उसने सरेंडर नहीं किया। और एंजेलिक कल्चर है सरेंड</w:t>
      </w:r>
    </w:p>
    <w:p>
      <w:r>
        <w:rPr>
          <w:b/>
        </w:rPr>
        <w:t xml:space="preserve">[1:28:06] </w:t>
      </w:r>
      <w:r>
        <w:t>ka. To yeh jo hai, halanki koi physical takleef thodi koi hamein deta hai, woh word ki hoti hai, psychological hoti hai. To yahan par ek Kabir ka ek doha hai, usmein uski ek line hai, "chot sahe jo shabd ki,</w:t>
      </w:r>
    </w:p>
    <w:p>
      <w:pPr>
        <w:jc w:val="right"/>
      </w:pPr>
      <w:r>
        <w:t>र का। तो यह जो है, हालांकि कोई फिजिकल तकलीफ थोड़ी कोई हमें देता है, वह वर्ड की होती है, साइकोलॉजिकल होती है। तो यहां पर एक कबीर का एक दोहा है, उसमें उसकी एक लाइन है, "चोट सहे जो शबद की,</w:t>
      </w:r>
    </w:p>
    <w:p>
      <w:r>
        <w:rPr>
          <w:b/>
        </w:rPr>
        <w:t xml:space="preserve">[1:28:25] </w:t>
      </w:r>
      <w:r>
        <w:t>waay Guru main daas". To yeh hai to mushkil, lekin agar aadmi yeh kaam kar le, to yeh bahut badi cheez hai.</w:t>
      </w:r>
    </w:p>
    <w:p>
      <w:pPr>
        <w:jc w:val="right"/>
      </w:pPr>
      <w:r>
        <w:t>वाय गुरु मैं दास"। तो यह है तो मुश्किल, लेकिन अगर आदमी यह काम कर ले, तो यह बहुत बड़ी चीज है।</w:t>
      </w:r>
    </w:p>
    <w:p>
      <w:r>
        <w:rPr>
          <w:b/>
        </w:rPr>
        <w:t xml:space="preserve">[1:28:33] </w:t>
      </w:r>
      <w:r>
        <w:t>Duniya mein bhi bahut kaam aati hai aur akhirat mein bhi. To yeh alfaaz hi ki chot hoti hai, usko hum bardasht kar le. Hamare dada kaha karte the, "sabr badle mein dayam bhisht payam" ki sabr kar lo, phir hamesha hamesha ke liye paradise hai. To reward bahut bada hai aur qeemat uski bahut kam hai.</w:t>
      </w:r>
    </w:p>
    <w:p>
      <w:pPr>
        <w:jc w:val="right"/>
      </w:pPr>
      <w:r>
        <w:t>दुनिया में भी बहुत काम आती है और आखिरत में भी। तो यह अल्फाज ही की चोट होती है, उसको हम बर्दाश्त कर ले। हमारे दादा कहा करते थे, "सबर बदले में दायम भिष्ट पायम" कि सबर कर लो, फिर हमेशा हमेशा के लिए पैराडाइस है। तो रिवर्ड बहुत बड़ा है और कीमत उसकी बहुत कम है।</w:t>
      </w:r>
    </w:p>
    <w:p>
      <w:r>
        <w:rPr>
          <w:b/>
        </w:rPr>
        <w:t xml:space="preserve">[1:28:56] </w:t>
      </w:r>
      <w:r>
        <w:t>To isi tarah se Sahaba ne yeh example set kar di ki unhone Rasulullah sallallahu alaihi wasallam se pledge liya ki woh kabhi ikhtilaf nahin karenge. Aur isi wajah se unhone sari duniya mein, us waqt ki jo aabad duniya thi, Khuda ka paigham pahuncha diya. To hamein is culture ko apnana hai. Jab bhi hum dekhte hain kisi ka inteqal hota hai, to log dua dete hain ki unko Jannatul Firdaus mein jagah mi</w:t>
      </w:r>
    </w:p>
    <w:p>
      <w:pPr>
        <w:jc w:val="right"/>
      </w:pPr>
      <w:r>
        <w:t>तो इसी तरीके से सहाबा ने यह एग्जांपल सेट कर दी कि उन्होंने रसूलल्लाह सल्लल्लाहु अलैहि वसल्लम से प्लेज लिया कि वह कभी इख्तिलाफ नहीं करेंगे। और इसी वजह से उन्होंने सारी दुनिया में, उस वक्त की जो आबाद दुनिया थी, खुदा का पैगाम पहुंचा दिया। तो हमें इस कल्चर को अपनाना है। जब भी हम देखते हैं किसी का इंतकाल होता है, तो लोग दुआ देते हैं कि उनको जन्नतुल फिरदौस में जगह मि</w:t>
      </w:r>
    </w:p>
    <w:p>
      <w:r>
        <w:rPr>
          <w:b/>
        </w:rPr>
        <w:t xml:space="preserve">[1:29:26] </w:t>
      </w:r>
      <w:r>
        <w:t>le. Lekin Jannatul Firdaus mein jagah milne ke liye hamein Jannatul Firdaus ka culture ko apnana hoga. Kyunki aise nahin jagah milti ki kisi ne keh diya to hamein jagah mil jaye. To yahi culture jo hai, jo Sahaba culture hai, usi culture par chal kar hamein Jannatul Firdaus mein jagah milegi.</w:t>
      </w:r>
    </w:p>
    <w:p>
      <w:pPr>
        <w:jc w:val="right"/>
      </w:pPr>
      <w:r>
        <w:t>ले। लेकिन जन्नतुल फिरदौस में जगह मिलने के लिए हमें जन्नतुल फिरदौस का कल्चर को अपनाना होगा। क्योंकि ऐसे नहीं जगह मिलती कि किसी ने कह दिया तो हमें जगह मिल जाए। तो यही कल्चर जो है, जो सहाबा कल्चर है, उसी कल्चर पर चलकर हमें जन्नतुल फिरदौस में जगह मिलेगी।</w:t>
      </w:r>
    </w:p>
    <w:p>
      <w:r>
        <w:rPr>
          <w:b/>
        </w:rPr>
        <w:t xml:space="preserve">[1:29:46] </w:t>
      </w:r>
      <w:r>
        <w:t>To hum dua karte hain ki Allah taala hamein apni marifat ke liye qabool farmae aur hamein ikhtilaf se upar uthkar kaam karne ki, amal karne ki taufeeq ata farmae. Ameen. JazakAllah aap, for clarifying that and giving us guidance. Its a very important thing that we need to bear in mind. Doctor sahab, ek aakhri sawal aapse aur phir aakhri sawal Faraz sahab se</w:t>
      </w:r>
    </w:p>
    <w:p>
      <w:pPr>
        <w:jc w:val="right"/>
      </w:pPr>
      <w:r>
        <w:t>तो हम दुआ करते हैं कि अल्लाह ताला हमें अपनी मारफत के लिए कबूल फरमाए और हमें इख्तिलाफ से ऊपर उठकर काम करने की, अमल करने की तौफीक अता फरमाए। आमीन। जजाकल्लाह आप, फॉर क्लेरिफाइंग दैट एंड गिविंग अस गाइडेंस। इट्स अ वेरी इंपॉर्टेंट थिंग दैट वी नीड टू बेयर इन माइंड। डॉक्टर साहब, एक आखिरी सवाल आपसे और फिर आखिरी सवाल फराज साहब से</w:t>
      </w:r>
    </w:p>
    <w:p>
      <w:r>
        <w:rPr>
          <w:b/>
        </w:rPr>
        <w:t xml:space="preserve">[1:30:13] </w:t>
      </w:r>
      <w:r>
        <w:t>. Aapne Doctor sahab jaise taskal Quran ke bare mein bataya, Quran publication, different translations ke bare mein bhi bataya. And as we know, that millions of copies have been distributed all over the world. New centers, Quran distributor centers have also come up in Africa and in many parts of the world.</w:t>
      </w:r>
    </w:p>
    <w:p>
      <w:pPr>
        <w:jc w:val="right"/>
      </w:pPr>
      <w:r>
        <w:t>। आपने डॉक्टर साहब जैसे तस्कल कुरान के बारे में बताया, कुरान पब्लिकेशन, डिफरेंट ट्रांसलेशंस के बारे में भी बताया। एंड एज वी नो, दैट मिलियंस ऑफ कॉपीज हैव बीन डिस्ट्रीब्यूटर ऑल ओवर द वर्ल्ड। न्यू सेंटर्स, कुरान डिस्ट्रीब्यूटर सेंटर्स हैव आल्सो कम अप इन अफ्रीका एंड इन मेनी पार्ट्स ऑफ द वर्ल्ड।</w:t>
      </w:r>
    </w:p>
    <w:p>
      <w:r>
        <w:rPr>
          <w:b/>
        </w:rPr>
        <w:t xml:space="preserve">[1:30:32] </w:t>
      </w:r>
      <w:r>
        <w:t>To Doctor sahab, main chahunga ki with respect to Israel and Turkey, aap thoda sa hamein batayein ki what are the efforts that have been undertaken in these two countries and what are the plans, future plans for worldwide distribution. Iske bare mein aap hum sabko batayein. Zaroor. Asal mein, kai saal, kafi saal pehle ki baat hai ki maine kahin padha ke Jerusalem mein book</w:t>
      </w:r>
    </w:p>
    <w:p>
      <w:pPr>
        <w:jc w:val="right"/>
      </w:pPr>
      <w:r>
        <w:t>तो डॉक्टर साहब, मैं चाहूंगा कि विद रिस्पेक्ट टू इजराइल एंड टर्की, आप थोड़ा सा हमें बताएं कि व्हाट आर द एफर्ट्स दैट हैव बीन अंडरटेकन इन दीज टू कंट्रीज एंड व्हाट आर द प्लांस, फ्यूचर प्लांस फॉर वर्ल्ड वाइड डिस्ट्रीब्यूशन। इसके बारे में आप हम सबको बताएं। जरूर। असल में, कई साल, काफी साल पहले की बात है कि मैंने कहीं पढ़ा के जेरूसलम में ब</w:t>
      </w:r>
    </w:p>
    <w:p>
      <w:r>
        <w:rPr>
          <w:b/>
        </w:rPr>
        <w:t xml:space="preserve">[1:31:00] </w:t>
      </w:r>
      <w:r>
        <w:t>fair ho rahi hai. Ji, to maine socha ki jaya jaye wahan Quran lekar gaye the. Ji, to wahan gaye hum. To humne dena shuru kiya. Aap bhi to the shayad saath mein. Ji, ji, ji, aap bhi saath mein the. Ji, to bade logon ne shauq se liya. Ji, aur to hamare andar aur himmat paida hui. Phir hum log Al Aqsa masjid gaye. Masjid Al Aqsa to wahan dekha ki wahan bhi tourist aa rahe hain.</w:t>
      </w:r>
    </w:p>
    <w:p>
      <w:pPr>
        <w:jc w:val="right"/>
      </w:pPr>
      <w:r>
        <w:t>ुक फेयर हो रही है। जी, तो मैंने सोचा कि जाया जाए वहां कुरान लेकर गए थे। जी, तो वहां गए हम। तो हमने देना शुरू किया। आप भी तो थे शायद साथ में। जी, जी, जी, आप भी साथ में थे। जी, तो बड़े लोगों ने शौक से लिया। जी, और तो हमारे अंदर और हिम्मत पैदा हुई। फिर हम लोग अल अकसा मस्जिद गए। मस्जिद अल अकसा तो वहां देखा कि वहां भी टूरिस्ट आ रहे हैं।</w:t>
      </w:r>
    </w:p>
    <w:p>
      <w:r>
        <w:rPr>
          <w:b/>
        </w:rPr>
        <w:t xml:space="preserve">[1:31:26] </w:t>
      </w:r>
      <w:r>
        <w:t>To wahan humne koshish ki ki koi zariya ban jaye ki tourist ko Quran de sakein. Hum to koi bana nahin, woh silsila koi mila nahin wahan aisa. To phir main agle saal gaya book fair mein. To wahan par ek sahab mil gaye jo kuch pamphlets distributor the. Tariq bin Shahab aur ek sahab the Sheikh Mursee.</w:t>
      </w:r>
    </w:p>
    <w:p>
      <w:pPr>
        <w:jc w:val="right"/>
      </w:pPr>
      <w:r>
        <w:t>तो वहां हमने कोशिश की कि कोई जरिया बन जाए कि टूरिस्ट को कुरान दे सके। हम तो कोई बना नहीं, वह सिलसिला कोई मिला नहीं वहां ऐसा। तो फिर मैं अगले साल गया बुक फेयर में। तो वहां पर एक साहब मिल गए जो कुछ पेंफलेट्स डिस्ट्रीब्यूटर थे। तारिक बिन शहाब और एक साहब थे शेख मुर्सी।</w:t>
      </w:r>
    </w:p>
    <w:p>
      <w:r>
        <w:rPr>
          <w:b/>
        </w:rPr>
        <w:t xml:space="preserve">[1:31:53] </w:t>
      </w:r>
      <w:r>
        <w:t>To unko maine kaha ki yeh Quran hamara hai, aap yeh distributor aur ek kitab bhi le gaya tha. Main woh "What is Islam" to unhone kaha nahin, nahin, yeh to kitab hum Quran nahin de dete. Hum to yeh leaflets dete hain. Woh leaflets the, pamphlets. To maine dekha kya hai. To usmein tha ki "Is Jesus Son of God?</w:t>
      </w:r>
    </w:p>
    <w:p>
      <w:pPr>
        <w:jc w:val="right"/>
      </w:pPr>
      <w:r>
        <w:t>तो उनको मैंने कहा कि यह कुरान हमारा है, आप यह डिस्ट्रीब्यूटर और एक किताब भी ले गया था। मैं वह "व्हाट इज इस्लाम" तो उन्होंने कहा नहीं, नहीं, यह तो किताब हम कुरान नहीं दे देते। हम तो यह लीफलेट्स देते हैं। वो लीफलेट्स थे, पेंफलेट्स। तो मैंने देखा क्या है। तो उसमें था कि "इज जीसस सन ऑफ गॉड?</w:t>
      </w:r>
    </w:p>
    <w:p>
      <w:r>
        <w:rPr>
          <w:b/>
        </w:rPr>
        <w:t xml:space="preserve">[1:32:16] </w:t>
      </w:r>
      <w:r>
        <w:t>Is Bible Word of</w:t>
      </w:r>
    </w:p>
    <w:p>
      <w:pPr>
        <w:jc w:val="right"/>
      </w:pPr>
      <w:r>
        <w:t>इज बाइबल वर्ड ऑफ</w:t>
      </w:r>
    </w:p>
    <w:p>
      <w:r>
        <w:rPr>
          <w:b/>
        </w:rPr>
        <w:t xml:space="preserve">[1:32:18] </w:t>
      </w:r>
      <w:r>
        <w:t>God?" To maine kaha yeh to isse kya fayda hai? Aap ek direct jo Quran hamein diya hai Allah ne aur woh woh de, isse to koi fayda nahin hai. To woh maane nahin. Khair, unhone woh rakh liya Quran. Ji, to maine kaha ki aap mujhe call kariyega agar aapke samajh mein aaye. To agle din unka phone aaya. Woh English teacher hain, waise achhi English hai</w:t>
      </w:r>
    </w:p>
    <w:p>
      <w:pPr>
        <w:jc w:val="right"/>
      </w:pPr>
      <w:r>
        <w:t>गॉड?" तो मैंने कहा यह तो इससे क्या फायदा है? आप एक डायरेक्ट जो कुरान हमें दिया है अल्लाह ने और वो वो दे, इससे तो कोई फायदा नहीं है। तो वो माने नहीं। खैर, उन्होंने वो रख लिया कुरान। जी, तो मैंने कहा कि आप मुझे कॉल करिएगा अगर आपके समझ में आए। तो अगले दिन उनका फोन आया। वो इंग्लिश टीचर हैं, वैसे अच्छी इंग्लिश है</w:t>
      </w:r>
    </w:p>
    <w:p>
      <w:r>
        <w:rPr>
          <w:b/>
        </w:rPr>
        <w:t xml:space="preserve">[1:32:40] </w:t>
      </w:r>
      <w:r>
        <w:t>unki. To unhone kaha maine Quran bhi padha kafi aur aapki booklet bhi padhi raat ko aur mujhe bahut pasand aaye. Hum isi se karenge ab dawati kaam. Aap bhejiye. Masha Allah. To Alhamdulillah, humne wahan bhejna shuru kiya aur woh silsila chala, bahut achha chala, abhi bhi chal raha hai. Halanki abhi halat theek nahin hain, lekin phir bhi hum Inshallah ek shipment bhej rahe hain. To yaani aur phir wahan par Hebrew translation hua. Hum ek ek sahab mile jinhone Hebrew translation</w:t>
      </w:r>
    </w:p>
    <w:p>
      <w:pPr>
        <w:jc w:val="right"/>
      </w:pPr>
      <w:r>
        <w:t>उनकी। तो उन्होंने कहा मैंने कुरान भी पढ़ा काफी और आपकी बुकलेट भी पढ़ी रात को और मुझे बहुत पसंद आए। हम इसी से करेंगे अब दावती काम। आप भेजिए। माशाल्लाह। तो अल्हम्दुलिल्लाह, हमने वहां भेजना शुरू किया और वह सिलसिला चला, बहुत अच्छा चला, अभी भी चल रहा है। हालांकि अभी हालातठीक नहीं हैं, लेकिन फिर भी हम इंशाल्लाह एक शिपमेंट भेज रहे हैं। तो यानी और फिर वहां पर हिब्रू ट्रांसलेशन हुआ। हम एक एक साहब मिले जिन्होंने हिब्रू ट्रांसले</w:t>
      </w:r>
    </w:p>
    <w:p>
      <w:r>
        <w:rPr>
          <w:b/>
        </w:rPr>
        <w:t xml:space="preserve">[1:33:09] </w:t>
      </w:r>
      <w:r>
        <w:t>kiya. Phir wahan bahut sari languages mein jaane laga. Chuki sari nationality aati hain wahan, to matlab mera kehne ka yeh hai ki Israel jaisi jagah, jahan aam taur se log samajhte hain ki badi pabandi hogi, yeh hogi, woh hogi, wahan bhi opportunity maujood hain. Agar aap peaceful tarike se dawati kaam karein. To</w:t>
      </w:r>
    </w:p>
    <w:p>
      <w:pPr>
        <w:jc w:val="right"/>
      </w:pPr>
      <w:r>
        <w:t>शन किया। फिर वहां बहुत सारी लैंग्वेजेस में जाने लगा। चूंकि सारी नेशनलिटी आती हैं वहां, तो मतलब मेरा कहने का यह है कि इजराइल जैसी जगह, जहां आमतौर से लोग समझते हैं कि बड़ी पाबंदी होगी, यह होगी, वो होगी, वहां भी अपॉर्चुनिटी मौजूद हैं। अगर आप पीसफुल तरीके से दावती काम करें। तो</w:t>
      </w:r>
    </w:p>
    <w:p>
      <w:r>
        <w:rPr>
          <w:b/>
        </w:rPr>
        <w:t xml:space="preserve">[1:33:29] </w:t>
      </w:r>
      <w:r>
        <w:t>yeh silsila raha. Aur iske baad main thoda sa yeh batana chahunga ki ab jo focus hai hamara, khas taur se Kaleem sahab jo kaam kar rahe hain, woh hai char languages par kaam kar rahe hain. Woh aur woh hai English, Portuguese, French aur Spanish.</w:t>
      </w:r>
    </w:p>
    <w:p>
      <w:pPr>
        <w:jc w:val="right"/>
      </w:pPr>
      <w:r>
        <w:t>यह सिलसिला रहा। और इसके बाद मैं थोड़ा सा यह बताना चाहूंगा कि अब जो फोकस है हमारा, खास तौर से कलीम साहब जो काम कर रहे हैं, वह है चार लैंग्वेजेस पर काम कर रहे हैं। वो और वह है इंग्लिश, पोर्तुगीज, फ्रेंच और स्पेनिश।</w:t>
      </w:r>
    </w:p>
    <w:p>
      <w:r>
        <w:rPr>
          <w:b/>
        </w:rPr>
        <w:t xml:space="preserve">[1:33:50] </w:t>
      </w:r>
      <w:r>
        <w:t>ji, unke kehne ke mutabiq agar yeh chaar languages par humne kaam kar liya aur in countries mein</w:t>
      </w:r>
    </w:p>
    <w:p>
      <w:pPr>
        <w:jc w:val="right"/>
      </w:pPr>
      <w:r>
        <w:t>जी, उनके कहने के मुताबिक अगर यह चार लैंग्वेजेस पर हमने काम कर लिया और इन कंट्रीज में</w:t>
      </w:r>
    </w:p>
    <w:p>
      <w:r>
        <w:rPr>
          <w:b/>
        </w:rPr>
        <w:t xml:space="preserve">[1:33:56] </w:t>
      </w:r>
      <w:r>
        <w:t>pahuncha diye, toh major world cover ho jata hai ismein.</w:t>
      </w:r>
    </w:p>
    <w:p>
      <w:pPr>
        <w:jc w:val="right"/>
      </w:pPr>
      <w:r>
        <w:t>पहुंचा दिए, तो मेजर वर्ल्ड कवर हो जाता है इसमें।</w:t>
      </w:r>
    </w:p>
    <w:p>
      <w:r>
        <w:rPr>
          <w:b/>
        </w:rPr>
        <w:t xml:space="preserve">[1:34:01] </w:t>
      </w:r>
      <w:r>
        <w:t>hum toh abhi unka focus yeh hai ke woh travel bhi karte hain African countries mein, jahan French</w:t>
      </w:r>
    </w:p>
    <w:p>
      <w:pPr>
        <w:jc w:val="right"/>
      </w:pPr>
      <w:r>
        <w:t>हम तो अभी उनका फोकस यह है कि वह ट्रेवल भी करते हैं अफ्रीकन कंट्रीज में, जहां फ्रेंच</w:t>
      </w:r>
    </w:p>
    <w:p>
      <w:r>
        <w:rPr>
          <w:b/>
        </w:rPr>
        <w:t xml:space="preserve">[1:34:06] </w:t>
      </w:r>
      <w:r>
        <w:t>zyadatar chalti hai.</w:t>
      </w:r>
    </w:p>
    <w:p>
      <w:pPr>
        <w:jc w:val="right"/>
      </w:pPr>
      <w:r>
        <w:t>ज्यादातर चलती है।</w:t>
      </w:r>
    </w:p>
    <w:p>
      <w:r>
        <w:rPr>
          <w:b/>
        </w:rPr>
        <w:t xml:space="preserve">[1:34:08] </w:t>
      </w:r>
      <w:r>
        <w:t>aur Latin American countries mein, South American countries jo hain, Brazil aur Argentina aur Chile aur woh sab</w:t>
      </w:r>
    </w:p>
    <w:p>
      <w:pPr>
        <w:jc w:val="right"/>
      </w:pPr>
      <w:r>
        <w:t>और लैटिन अमेरिकन कंट्रीज में, साउथ अमेरिकन कंट्रीज जो हैं, ब्राजील और अर्जेंटीना और चिली और वह सब</w:t>
      </w:r>
    </w:p>
    <w:p>
      <w:r>
        <w:rPr>
          <w:b/>
        </w:rPr>
        <w:t xml:space="preserve">[1:34:14] </w:t>
      </w:r>
      <w:r>
        <w:t>countries, wahan jaate hain.</w:t>
      </w:r>
    </w:p>
    <w:p>
      <w:pPr>
        <w:jc w:val="right"/>
      </w:pPr>
      <w:r>
        <w:t>कंट्रीज, वहां जाते हैं।</w:t>
      </w:r>
    </w:p>
    <w:p>
      <w:r>
        <w:rPr>
          <w:b/>
        </w:rPr>
        <w:t xml:space="preserve">[1:34:16] </w:t>
      </w:r>
      <w:r>
        <w:t>to wahan par bahut achha response milta hai.</w:t>
      </w:r>
    </w:p>
    <w:p>
      <w:pPr>
        <w:jc w:val="right"/>
      </w:pPr>
      <w:r>
        <w:t>तो वहां पर बहुत अच्छा रिस्पांस मिलता है।</w:t>
      </w:r>
    </w:p>
    <w:p>
      <w:r>
        <w:rPr>
          <w:b/>
        </w:rPr>
        <w:t xml:space="preserve">[1:34:19] </w:t>
      </w:r>
      <w:r>
        <w:t>ji,</w:t>
      </w:r>
    </w:p>
    <w:p>
      <w:pPr>
        <w:jc w:val="right"/>
      </w:pPr>
      <w:r>
        <w:t>जी,</w:t>
      </w:r>
    </w:p>
    <w:p>
      <w:r>
        <w:rPr>
          <w:b/>
        </w:rPr>
        <w:t xml:space="preserve">[1:34:20] </w:t>
      </w:r>
      <w:r>
        <w:t>unke kehne ke mutabik wahan ke log jo hain, woh badi unke andar spiritual yani knowledge gain karne ki gain karna chahte hain. To bahut hi yani khushi se woh jab Quran dete hain. Aur badi-badi masjidें hain wahan, jin masjidon mein tourist aate hain. Poore jo woh region hai,</w:t>
      </w:r>
    </w:p>
    <w:p>
      <w:pPr>
        <w:jc w:val="right"/>
      </w:pPr>
      <w:r>
        <w:t>उनके कहने के मुताबिक वहां के लोग जो हैं, वह बड़ी उनके अंदर स्पिरिचुअल यानी नॉलेज गेन करने की गेन करना चाहते हैं। तो बहुत ही यानी खुशी से वह जब कुरान देते हैं। और बड़ी-बड़ी मस्जिदें हैं वहां, जिन मस्जिदों में टूरिस्ट आते हैं। पूरे जो वो रीजन है,</w:t>
      </w:r>
    </w:p>
    <w:p>
      <w:r>
        <w:rPr>
          <w:b/>
        </w:rPr>
        <w:t xml:space="preserve">[1:34:42] </w:t>
      </w:r>
      <w:r>
        <w:t>uske log aate hain aur badi achhi, badi-badi aalishan masjidें bana rakhi hain,</w:t>
      </w:r>
    </w:p>
    <w:p>
      <w:pPr>
        <w:jc w:val="right"/>
      </w:pPr>
      <w:r>
        <w:t>उसके लोग आते हैं और बड़ी अच्छी, बड़ी-बड़ी आलीशान मस्जिदें बना रखी हैं,</w:t>
      </w:r>
    </w:p>
    <w:p>
      <w:r>
        <w:rPr>
          <w:b/>
        </w:rPr>
        <w:t xml:space="preserve">[1:34:47] </w:t>
      </w:r>
      <w:r>
        <w:t>Taj Mahal ke andaaz ki. To woh dekhne ke liye aate hain. To woh Quran wahan. To is waqt jo main kaam hai, woh inhi countries mein hai, Latin American countries aur African countries mein. Aur Kaleem sahab US to cover karte hi hain, US, Canada aur aas paas ki jo countries hain.</w:t>
      </w:r>
    </w:p>
    <w:p>
      <w:pPr>
        <w:jc w:val="right"/>
      </w:pPr>
      <w:r>
        <w:t>ताजमहल के अंदाज की। तो वह देखने के लिए आते हैं। तो वह कुरान वहां। तो इस वक्त जो मेन काम है, वह इन्हीं कंट्रीज में है, लैटिन अमेरिकन कंट्रीज और अफ्रीकन कंट्रीज में। और कलीम साहब यूएस तो कवर करते ही हैं, यूएस, कनाडा और आसपास की जो कंट्रीज हैं।</w:t>
      </w:r>
    </w:p>
    <w:p>
      <w:r>
        <w:rPr>
          <w:b/>
        </w:rPr>
        <w:t xml:space="preserve">[1:35:06] </w:t>
      </w:r>
      <w:r>
        <w:t>To Alhamdulillah, woh kaam achha chal raha hai. Aur Turkey ke bare mein to maine thoda zikr kiya tha ki woh ek achha silsila wahan par hai. Aur Turkish government ki jo religious woh hai,</w:t>
      </w:r>
    </w:p>
    <w:p>
      <w:pPr>
        <w:jc w:val="right"/>
      </w:pPr>
      <w:r>
        <w:t>तो अल्हम्दुलिल्लाह, वह काम अच्छा चल रहा है। और टर्की के बारे में तो मैंने थोड़ा जिक्र किया था कि वह एक अच्छा सिलसिला वहां पर है। और टर्किश गवर्नमेंट की जो रिलीजियस वो है,</w:t>
      </w:r>
    </w:p>
    <w:p>
      <w:r>
        <w:rPr>
          <w:b/>
        </w:rPr>
        <w:t xml:space="preserve">[1:35:21] </w:t>
      </w:r>
      <w:r>
        <w:t>religious ministry hai, usko kehte hain Diyanet. To Diyanet se bhi hamara Alhamdulillah silsila shuru hua hai.</w:t>
      </w:r>
    </w:p>
    <w:p>
      <w:pPr>
        <w:jc w:val="right"/>
      </w:pPr>
      <w:r>
        <w:t>रिलीजियस मिनिस्ट्री है, उसको कहते हैं दयानत। तो दयानत से भी हमारा अल्हम्दुलिल्लाह सिलसिला शुरू हुआ है।</w:t>
      </w:r>
    </w:p>
    <w:p>
      <w:r>
        <w:rPr>
          <w:b/>
        </w:rPr>
        <w:t xml:space="preserve">[1:35:28] </w:t>
      </w:r>
      <w:r>
        <w:t>Unhone hamara Hindi tarjuma liya Maulana ka aur usko shaya kiya aur unse hum kai languages, kai translations lete hain. To woh bade shauq se hamein de</w:t>
      </w:r>
    </w:p>
    <w:p>
      <w:pPr>
        <w:jc w:val="right"/>
      </w:pPr>
      <w:r>
        <w:t>उन्होंने हमारा हिंदी तजुर्बा लिया मौलाना का और उसको शाय किया और उनसे हम कई लैंग्वेजेस, कई ट्रांसलेशंस लेते हैं। तो वह बड़े शौक से हमें दे</w:t>
      </w:r>
    </w:p>
    <w:p>
      <w:r>
        <w:rPr>
          <w:b/>
        </w:rPr>
        <w:t xml:space="preserve">[1:35:39] </w:t>
      </w:r>
      <w:r>
        <w:t>te hain. To Turkey mein main yaani kafi mawaqe hain dawati kaam karne ke. To usko hum avail karenge, Inshallah. Aur Allah taala hum sabko yeh taufeeq de ki hum is kaam ko aur aage badha sakein taki log jo Allah taala ka creation plan hai, woh samajh sakein. Aur Maulana ka jo khas khwab tha ki har ghar mein Kalima pahunch jaye Allah ka, to woh Allah taala hamare zariye isko anjam de, Inshallah.</w:t>
      </w:r>
    </w:p>
    <w:p>
      <w:pPr>
        <w:jc w:val="right"/>
      </w:pPr>
      <w:r>
        <w:t>ते हैं। तो टर्की में मैं यानी काफी मवाके हैं दावती काम करने के। तो उसको हम अवेल करेंगे, इंशाल्लाह। और अल्लाह ताला हम सबको यह तौफीक दे कि हम इस काम को और आगे बढ़ा सके ताकि लोग जो अल्लाह ताला का क्रिएशन प्लान है, वह समझ सके। और मौलाना का जो खास ख्वाब था कि हर घर में कलिमा पहुंच जाए अल्लाह का, तो वह अल्लाह ताला हमारे जरिए इसको अंजाम दे, इंशाल्लाह।</w:t>
      </w:r>
    </w:p>
    <w:p>
      <w:r>
        <w:rPr>
          <w:b/>
        </w:rPr>
        <w:t xml:space="preserve">[1:36:08] </w:t>
      </w:r>
      <w:r>
        <w:t>Jazakallah, Doctor Sahib, for sharing many encouraging updates regarding the Quran distribution. And also, Doctor Sahib, I will take the opportunity to share that even CPS Center will be relaunched with improvement after the renovation is complete, two months from now. So, it will have a Quran conference hall, where we will have sessions of youth, women and ulema.</w:t>
      </w:r>
    </w:p>
    <w:p>
      <w:pPr>
        <w:jc w:val="right"/>
      </w:pPr>
      <w:r>
        <w:t>जजाकल्लाह, डॉक्टर साहब, फॉर शेयरिंग मेनी इनकरेजिंग अपडेट्स रिगार्डिंग दी कुरान डिस्ट्रीब्यूशन। एंड आल्सो, डॉक्टर साहब, आई विल टेक दी अपॉर्चुनिटी टू शेयर दैट इवन सीपीएस सेंटर विल बी रीलॉन्च्ड विद इंप्रूवमेंट आफ्टर दी रिनोवेशन इज कंप्लीट, टू मंथ्स फ्रॉम नाउ। सो, इट विल हैव अ कुरान कॉन्फ्रेंस हॉल, वेयर वी विल हैव सेशंस ऑफ यूथ, वुमेन एंड उले</w:t>
      </w:r>
    </w:p>
    <w:p>
      <w:r>
        <w:rPr>
          <w:b/>
        </w:rPr>
        <w:t xml:space="preserve">[1:36:35] </w:t>
      </w:r>
      <w:r>
        <w:t>ma. and also, there is a legacy hall of Maulana Wahiduddin Khan sahib, which will give great insights about his works and his timelines. So, we will share more of these details as we approach near completion. But the idea behind is that every year, we get more and more organized. We are able to amplify the message of CPS to the whole world. And this is making things easier for us.</w:t>
      </w:r>
    </w:p>
    <w:p>
      <w:pPr>
        <w:jc w:val="right"/>
      </w:pPr>
      <w:r>
        <w:t>मा। एंड आल्सो, देयर इज अ लेगासी हॉल ऑफ मौलाना वैदुद्दीन खान साहब, व्हिच विल गिव ग्रेट इनसाइट्स अबाउट हिज वर्क्स एंड हिज टाइमलाइंस। सो, वी विल शेयर मोर ऑफ दीज डिटेल्स एज वी अप्रोच नियर कंप्लीशन। बट द आइडिया बिहाइंड इज दैट एवरी ईयर, वी गेट मोर एंड मोर ऑर्गेनाइज। वी आर एबल टू एमप्लीफाई दी मैसेज ऑफ सीपीएस टू द होल वर्ल्ड। एंड दिस इज अ मेकिंग थिंग्स इजियर फॉर अस ए</w:t>
      </w:r>
    </w:p>
    <w:p>
      <w:r>
        <w:rPr>
          <w:b/>
        </w:rPr>
        <w:t xml:space="preserve">[1:37:04] </w:t>
      </w:r>
      <w:r>
        <w:t>nd better, inshallah. we will come with more details later. so, now come to the last question for today. faraz sahib, main chahunga aap is par khatam karen ke koi aisi baat maulana wahiduddin khan sahib ki jisne aapko bahut mutasir kiya ho, main chahunga woh aap hum sab se share karen.</w:t>
      </w:r>
    </w:p>
    <w:p>
      <w:pPr>
        <w:jc w:val="right"/>
      </w:pPr>
      <w:r>
        <w:t>ंड बेटर, इंशाल्लाह। वी विल कम विद मोर डिटेल्स लेटर। सो, नाउ कम टू द लास्ट क्वेश्चन फॉर टुडे। फराज साहब, मैं चाहूंगा आप इस पर खत्म करें कि कोई ऐसी बात मौलाना वैदुद्दीन खान साहब की जिसने आपको बहुत मुतासिर किया हो, मैं चाहूंगा वह आप हम सब से शेयर करें।</w:t>
      </w:r>
    </w:p>
    <w:p>
      <w:r>
        <w:rPr>
          <w:b/>
        </w:rPr>
        <w:t xml:space="preserve">[1:37:25] </w:t>
      </w:r>
      <w:r>
        <w:t>is talluq se main do baaten kehna chahunga. ek to yeh ke maulana har waqt khuda aur akhirat mein jeene wale insan the. duniya mein kitne bhi zyada waqiyat ho jaen, us se woh khuda ke talluq se kya lesson hai, akhirat ke talluq se kya lesson hai, woh lete the.</w:t>
      </w:r>
    </w:p>
    <w:p>
      <w:pPr>
        <w:jc w:val="right"/>
      </w:pPr>
      <w:r>
        <w:t>इस ताल्लुक से मैं दो बातें कहना चाहूंगा। एक तो यह कि मौलाना हर वक्त खुदा और आखिरत में जीने वाले इंसान थे। दुनिया में कितने भी ज्यादा वाक्यात हो जाए, उससे वह खुदा के ताल्लुक से क्या लेसन है, आखिरत के ताल्लुक से क्या लेसन है, वह लेते थे।</w:t>
      </w:r>
    </w:p>
    <w:p>
      <w:r>
        <w:rPr>
          <w:b/>
        </w:rPr>
        <w:t xml:space="preserve">[1:37:42] </w:t>
      </w:r>
      <w:r>
        <w:t>mujhe yaad aata hai ke ghalib aakhri din the, aakhri saal ka waqya hai ke hamare cps team ke ek member aaye, un se unhon ne poocha koi news hai. aur yeh sab se poochte the maulana. to unhon ne kaha koi news nahi hai. aur saathi ki murad thi political news, jaisa ke akhbar waghera mein aati hai. to unhon ne kaha aap kaise keh rahe hain ke news nahi hai?</w:t>
      </w:r>
    </w:p>
    <w:p>
      <w:pPr>
        <w:jc w:val="right"/>
      </w:pPr>
      <w:r>
        <w:t>मुझे याद आता है कि गालिब आखिरी दिन थे, आखिरी साल का वाकया है कि हमारे सीपीएस टीम के एक मेंबर आए, उनसे उन्होंने पूछा कोई न्यूज है। और यह सबसे पूछते थे मौलाना। तो उन्होंने कहा कोई न्यूज नहीं है। और साथी की मुराद थी पॉलिटिकल न्यूज, जैसा कि अखबार वगैरह में आती है। तो उन्होंने कहा आप कैसे कह रहे हैं कि न्यूज नहीं है?</w:t>
      </w:r>
    </w:p>
    <w:p>
      <w:r>
        <w:rPr>
          <w:b/>
        </w:rPr>
        <w:t xml:space="preserve">[1:38:06] </w:t>
      </w:r>
      <w:r>
        <w:t>yeh suraj nikal raha hai, yeh news nahi hai aap ke liye. yeh oxygen mil raha hai, aap ko yeh news nahi hai. yeh hawa chal rahi hai, yeh news nahi hai.</w:t>
      </w:r>
    </w:p>
    <w:p>
      <w:pPr>
        <w:jc w:val="right"/>
      </w:pPr>
      <w:r>
        <w:t>यह सूरज निकल रहा है, यह न्यूज नहीं है आपके लिए। यह ऑक्सीजन मिल रहा है, आपको यह न्यूज नहीं है। यह हवा चल रही है, यह न्यूज नहीं है।</w:t>
      </w:r>
    </w:p>
    <w:p>
      <w:r>
        <w:rPr>
          <w:b/>
        </w:rPr>
        <w:t xml:space="preserve">[1:38:14] </w:t>
      </w:r>
      <w:r>
        <w:t>duniya mein aap aasani ke sath reh rahe hain, yeh news nahi hai. yeh to super news hai ke allah taala yeh sari cheez aap ko provide kara raha hai. yeh news ke ke item hain. to is se hum samajhte sakte hain ke maulana har cheez ko khuda ke taur se dekhte the. doosri cheez jo mera zati tajurba bhi us mein hai, aur maine dekha ke aadmi pareshan hokar aata tha maulana ke paas, lekin maulana hope dilate the.</w:t>
      </w:r>
    </w:p>
    <w:p>
      <w:pPr>
        <w:jc w:val="right"/>
      </w:pPr>
      <w:r>
        <w:t>दुनिया में आप आसानी के साथ रह रहे हैं, यह न्यूज नहीं है। यह तो सुपर न्यूज है कि अल्लाह ताला यह सारी चीज आपको प्रोवाइड करा रहा है। यह न्यूज के के आइटम हैं। तो इससे हम समझते सकते हैं कि मौलाना हर चीज को खुदा के तौर से देखते थे। दूसरी चीज जो मेरा जाती तजुर्बा भी उसमें है, और मैंने देखा कि आदमी परेशान होकर आता था मौलाना के पास, लेकिन मौलाना होप दिलाते थे।</w:t>
      </w:r>
    </w:p>
    <w:p>
      <w:r>
        <w:rPr>
          <w:b/>
        </w:rPr>
        <w:t xml:space="preserve">[1:38:38] </w:t>
      </w:r>
      <w:r>
        <w:t>aap is waqae se mujhe koi bhi, mera khyal hai ki kisi aalim ka, jahan tak mujhe ilm</w:t>
      </w:r>
    </w:p>
    <w:p>
      <w:pPr>
        <w:jc w:val="right"/>
      </w:pPr>
      <w:r>
        <w:t>आप इस वाकए से मुझे कोई भी, मेरा ख्याल है कि किसी आलिम का, जहां तक मुझे इल्म</w:t>
      </w:r>
    </w:p>
    <w:p>
      <w:r>
        <w:rPr>
          <w:b/>
        </w:rPr>
        <w:t xml:space="preserve">[1:38:43] </w:t>
      </w:r>
      <w:r>
        <w:t>hai, aisa waqea nahi mila ki unki tehreer ko padhkar koi suicide karne wala insan usko chhod diya</w:t>
      </w:r>
    </w:p>
    <w:p>
      <w:pPr>
        <w:jc w:val="right"/>
      </w:pPr>
      <w:r>
        <w:t>है, ऐसा वाकया नहीं मिला कि उनकी तहरीर को पढ़कर कोई सुसाइड करने वाला इंसान उसको छोड़ दिया</w:t>
      </w:r>
    </w:p>
    <w:p>
      <w:r>
        <w:rPr>
          <w:b/>
        </w:rPr>
        <w:t xml:space="preserve">[1:38:49] </w:t>
      </w:r>
      <w:r>
        <w:t>ho aur phir ek nayi zindagi jeene laga ho.</w:t>
      </w:r>
    </w:p>
    <w:p>
      <w:pPr>
        <w:jc w:val="right"/>
      </w:pPr>
      <w:r>
        <w:t>हो और फिर एक नई जिंदगी जीने लगा हो।</w:t>
      </w:r>
    </w:p>
    <w:p>
      <w:r>
        <w:rPr>
          <w:b/>
        </w:rPr>
        <w:t xml:space="preserve">[1:38:51] </w:t>
      </w:r>
      <w:r>
        <w:t>aisa maine suna hai Maulana ki tehreer ko padhkar, takreer ko padhkar.</w:t>
      </w:r>
    </w:p>
    <w:p>
      <w:pPr>
        <w:jc w:val="right"/>
      </w:pPr>
      <w:r>
        <w:t>ऐसा मैंने सुना है मौलाना की तहरीर को पढ़कर, तकरीर को पढ़कर।</w:t>
      </w:r>
    </w:p>
    <w:p>
      <w:r>
        <w:rPr>
          <w:b/>
        </w:rPr>
        <w:t xml:space="preserve">[1:38:55] </w:t>
      </w:r>
      <w:r>
        <w:t>to mujhe yaad aaya Hazrat Ali ka ek qaul hai.</w:t>
      </w:r>
    </w:p>
    <w:p>
      <w:pPr>
        <w:jc w:val="right"/>
      </w:pPr>
      <w:r>
        <w:t>तो मुझे याद आया हजरत अली का एक कौल है।</w:t>
      </w:r>
    </w:p>
    <w:p>
      <w:r>
        <w:rPr>
          <w:b/>
        </w:rPr>
        <w:t xml:space="preserve">[1:38:58] </w:t>
      </w:r>
      <w:r>
        <w:t>Hazrat Ali ne yeh kaha tha ki haqeeqi faqeeh aur aalim woh hai jo logon ko Allah ki</w:t>
      </w:r>
    </w:p>
    <w:p>
      <w:pPr>
        <w:jc w:val="right"/>
      </w:pPr>
      <w:r>
        <w:t>हजरत अली ने यह कहा था कि हकीकी फकीह और आलिम वह है जो लोगों को अल्लाह की</w:t>
      </w:r>
    </w:p>
    <w:p>
      <w:r>
        <w:rPr>
          <w:b/>
        </w:rPr>
        <w:t xml:space="preserve">[1:39:03] </w:t>
      </w:r>
      <w:r>
        <w:t>rehmat se na umeed na karen.</w:t>
      </w:r>
    </w:p>
    <w:p>
      <w:pPr>
        <w:jc w:val="right"/>
      </w:pPr>
      <w:r>
        <w:t>रहमत से ना उम्मीद ना करें।</w:t>
      </w:r>
    </w:p>
    <w:p>
      <w:r>
        <w:rPr>
          <w:b/>
        </w:rPr>
        <w:t xml:space="preserve">[1:39:05] </w:t>
      </w:r>
      <w:r>
        <w:t>malam yuknas min rahmat Allah.</w:t>
      </w:r>
    </w:p>
    <w:p>
      <w:pPr>
        <w:jc w:val="right"/>
      </w:pPr>
      <w:r>
        <w:t>मलम युकनस मिन रहमत अल्लाह।</w:t>
      </w:r>
    </w:p>
    <w:p>
      <w:r>
        <w:rPr>
          <w:b/>
        </w:rPr>
        <w:t xml:space="preserve">[1:39:08] </w:t>
      </w:r>
      <w:r>
        <w:t>to</w:t>
      </w:r>
    </w:p>
    <w:p>
      <w:pPr>
        <w:jc w:val="right"/>
      </w:pPr>
      <w:r>
        <w:t>तो</w:t>
      </w:r>
    </w:p>
    <w:p>
      <w:r>
        <w:rPr>
          <w:b/>
        </w:rPr>
        <w:t xml:space="preserve">[1:39:08] </w:t>
      </w:r>
      <w:r>
        <w:t>maulana se koi bhi aadmi kitna pareshan ho, woh jata tha, milta tha, pareshani ka zikr karta tha. maulana aisi baat bolte the, woh pur umeed ho jata tha. us ki sari museebaten, pareshaniyan, zehni takleef jo thi, door ho jaya karti thi.</w:t>
      </w:r>
    </w:p>
    <w:p>
      <w:pPr>
        <w:jc w:val="right"/>
      </w:pPr>
      <w:r>
        <w:t>मौलाना से कोई भी आदमी कितना परेशान हो, वह जाता था, मिलता था, परेशानी का जिक्र करता था। मौलाना ऐसी बात बोलते थे, वह पुर उम्मीद हो जाता था। उसकी सारी मुसीबतें, परेशानियां, जहनी तकलीफ जो थी, दूर हो जाया करती थी।</w:t>
      </w:r>
    </w:p>
    <w:p>
      <w:r>
        <w:rPr>
          <w:b/>
        </w:rPr>
        <w:t xml:space="preserve">[1:39:23] </w:t>
      </w:r>
      <w:r>
        <w:t>to yeh dono cheezen main samajhta hoon ke mujhe bahut hi unique lagi maulana ki. khuda ki yaad mein jeena aur umeed dilana, pur umeed khud bhi rehna aur doosron ko umeed mein jeene wala banana. jajakallah, faraz sahib. thank you, doctor sahib. thank you, aap for doing a brilliant session today. and i just want to say that maulana wahiduddin khan sahib started the cps mission when he was 75 years old.</w:t>
      </w:r>
    </w:p>
    <w:p>
      <w:pPr>
        <w:jc w:val="right"/>
      </w:pPr>
      <w:r>
        <w:t>तो यह दोनों चीजें मैं समझता हूं कि मुझे बहुत ही यूनिक लगी मौलाना की। खुदा की याद में जीना और उम्मीद दिलाना, पुर उम्मीद खुद भी रहना और दूसरों को उम्मीद में जीने वाला बनाना। जजाकल्लाह, फराज साहब। थैंक यू, डॉक्टर साहब। थैंक यू, आप फॉर डूइंग अ ब्रिलियंट सेशन टुडे। एंड आई जस्ट वांट टू से दैट मौलाना वैदुद्दीन खान साहब स्टार्टेड द सीपीएस मिशन व्हेन ही वाज 75 इयर्स ओल्ड।</w:t>
      </w:r>
    </w:p>
    <w:p>
      <w:r>
        <w:rPr>
          <w:b/>
        </w:rPr>
        <w:t xml:space="preserve">[1:39:52] </w:t>
      </w:r>
      <w:r>
        <w:t>as did not slow him down. and he justified every single organ of his body by working in the way of god. woh hamesha kehte the ke main apni jhalak team mein dekhta hoon. he was very hopeful about the team, that the team will carry on his mission after him. when we look at maulana sahib, you know, last phase of his life, he was 96 years old when he passed away. but he kept working till the last moment</w:t>
      </w:r>
    </w:p>
    <w:p>
      <w:pPr>
        <w:jc w:val="right"/>
      </w:pPr>
      <w:r>
        <w:t>एज डिड नॉट स्लो हिम डाउन। एंड ही जस्टिफाइड एवरी सिंगल ऑर्गन ऑफ हिज बॉडी बाय वर्किंग इन द वे ऑफ गॉड। वह हमेशा कहते थे कि मैं अपनी झलक टीम में देखता हूं। ही वाज वेरी होपफुल अबाउट द टीम, दैट द टीम विल कैरी ऑन हिज मिशन आफ्टर हिम। व्हेन वी लुक एट मौलाना साहब, यू नो, लास्ट फेज ऑफ हिज लाइफ, ही वाज 96 इयर्स ओल्ड व्हेन ही पास्ड अवे। बट ही केप्ट वर्किंग टिल द लास्ट मोमेंट</w:t>
      </w:r>
    </w:p>
    <w:p>
      <w:r>
        <w:rPr>
          <w:b/>
        </w:rPr>
        <w:t xml:space="preserve">[1:40:21] </w:t>
      </w:r>
      <w:r>
        <w:t>and therefore, there is no justification for us, whether its work, age, any other difficulty, that we we quote, that we do not forward the message, that we learn from him directly or through his videos, articles or books. hazrat maas bin jabal ne ek martaba kaha ke you are more needy of your here after over the world. so prefer your here after.</w:t>
      </w:r>
    </w:p>
    <w:p>
      <w:pPr>
        <w:jc w:val="right"/>
      </w:pPr>
      <w:r>
        <w:t>। एंड देयर फोर, देयर इज नो जस्टिफिकेशन फॉर अस, वेदर इट्स वर्क, एज, एनी अदर डिफिकल्टी, दैट वी वी कोट, दैट वी डू नॉट फॉरवर्ड द मैसेज, दैट वी लर्न फ्रॉम हिम डायरेक्टली और थ्रू हिज वीडियोस, आर्टिकल्स और बुक्स। हजरत मास बिन जबल ने एक मर्तबा कहा कि यू आर मोर नीडी ऑफ योर हेयर आफ्टर ओवर द वर्ल्ड। सो प्रेफर योर हेयर आफ्टर।</w:t>
      </w:r>
    </w:p>
    <w:p>
      <w:r>
        <w:rPr>
          <w:b/>
        </w:rPr>
        <w:t xml:space="preserve">[1:40:48] </w:t>
      </w:r>
      <w:r>
        <w:t>when we read maulana wahiduddin khan sahib books, articles, it helps us prepare for the here after. it is very important for us, that we forward his literature, his works, and the quran translation, that he did. and doctor sahib spoke about today to the whole world. but this is possible only and only if we work and live together in unity. there is team</w:t>
      </w:r>
    </w:p>
    <w:p>
      <w:pPr>
        <w:jc w:val="right"/>
      </w:pPr>
      <w:r>
        <w:t>व्हेन वी रीड मौलाना वैदुद्दीन खान साहब बुक्स, आर्टिकल्स, इट हेल्प्स अस प्रिपेयर फॉर द हेयर आफ्टर। इट इज वेरी इंपॉर्टेंट फॉर अस, दैट वी फॉरवर्ड हिज लिटरेचर, हिज वर्क्स, एंड द कुरान ट्रांसलेशन, दैट ही डिड। एंड डॉक्टर साहब स्पोक अबाउट टुडे टू द होल वर्ल्ड। बट दिस इज पॉसिबल ओनली एंड ओनली इफ वी वर्क एंड लिव टुगेदर इन यूनिटी। देयर इज टीम</w:t>
      </w:r>
    </w:p>
    <w:p>
      <w:r>
        <w:rPr>
          <w:b/>
        </w:rPr>
        <w:t xml:space="preserve">[1:41:13] </w:t>
      </w:r>
      <w:r>
        <w:t>work. and second, and most importantly, something that maulana sahib said, that it is his last discovery, that to be a positive personality, have a positive frame of mind. in his last of his videos, he said that the greatest success in this world is to live in this world in a manner, that you do not have any iota of negative thought against a other person. you should depart from this world with a completely positive</w:t>
      </w:r>
    </w:p>
    <w:p>
      <w:pPr>
        <w:jc w:val="right"/>
      </w:pPr>
      <w:r>
        <w:t>वर्क। एंड सेकंड, एंड मोस्ट इंपॉर्टेंटली, समथिंग दैट मौलाना साहब सेड, दैट इट इज हिज लास्ट डिस्कवरी, दैट टू बी अ पॉजिटिव पर्सनालिटी, हैव अ पॉजिटिव फ्रेम ऑफ माइंड। इन हिज लास्ट ऑफ हिज वीडियोस, ही सेड दैट द ग्रेटेस्ट सक्सेस इन दिस वर्ल्ड इज टू लिव इन दिस वर्ल्ड इन अ मैनर, दैट यू डू नॉट हैव एनी आयोटा ऑफ नेगेटिव थॉट अगेंस्ट अ अदर पर्सन। यू शुड डिपार्ट फ्रॉम दिस वर्ल्ड विद अ कंपलीटली पॉजिटिव</w:t>
      </w:r>
    </w:p>
    <w:p>
      <w:r>
        <w:rPr>
          <w:b/>
        </w:rPr>
        <w:t xml:space="preserve">[1:41:42] </w:t>
      </w:r>
      <w:r>
        <w:t>mindset. and then he said, this is his last discovery in this world. so let us come together. let us re dedicate ourselves. let us pledge, that we take this mission forward together to the whole world. and main sab ki taraf se dua karta hoon, that may allah grant maulana sahib jannatul firdous, unka maqam sabse buland ho akhirat mein. aameen.</w:t>
      </w:r>
    </w:p>
    <w:p>
      <w:pPr>
        <w:jc w:val="right"/>
      </w:pPr>
      <w:r>
        <w:t>माइंडसेट। एंड देन ही सेड, दिस इज हिज लास्ट डिस्कवरी इन दिस वर्ल्ड। सो लेट अस कम टुगेदर। लेट अस री डेडिकेट आवर सेल्व्स। लेट अस प्लेज, दैट वी टेक दिस मिशन फॉरवर्ड टुगेदर टू द होल वर्ल्ड। एंड मैं सबकी तरफ से दुआ करता हूं, दैट मे अल्लाह ग्रांड मौलाना साहब जन्नतुल फरदोस, उनका मकाम सबसे बुलंद हो आखिरत में। आमीन।</w:t>
      </w:r>
    </w:p>
    <w:p>
      <w:r>
        <w:rPr>
          <w:b/>
        </w:rPr>
        <w:t xml:space="preserve">[1:42:10] </w:t>
      </w:r>
      <w:r>
        <w:t>we will end today's session, and we will be back next sunday at 10:30 am. thank you.</w:t>
      </w:r>
    </w:p>
    <w:p>
      <w:pPr>
        <w:jc w:val="right"/>
      </w:pPr>
      <w:r>
        <w:t>वी विल एंड टुडेज सेशन, एंड वी विल बी बैक नेक्स्ट संडे एट 10:30 एम।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