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Month of Spirituality July 28, 2013</w:t>
      </w:r>
    </w:p>
    <w:p>
      <w:r>
        <w:t>https://youtu.be/p4MM2gjJBxA</w:t>
      </w:r>
    </w:p>
    <w:p>
      <w:r>
        <w:rPr>
          <w:b/>
        </w:rPr>
        <w:t xml:space="preserve">[00:14] </w:t>
      </w:r>
      <w:r>
        <w:t>bismillah rahman rahim, wasallahu ala nabiyyil karim. rab ishrah li sadri, wa yassir li amri, wahalul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yafqa qawli.</w:t>
      </w:r>
    </w:p>
    <w:p>
      <w:pPr>
        <w:jc w:val="right"/>
      </w:pPr>
      <w:r>
        <w:t>یفقہ قولی۔</w:t>
      </w:r>
    </w:p>
    <w:p>
      <w:r>
        <w:rPr>
          <w:b/>
        </w:rPr>
        <w:t xml:space="preserve">[00:36] </w:t>
      </w:r>
      <w:r>
        <w:t>aaj july 2013 ki</w:t>
      </w:r>
    </w:p>
    <w:p>
      <w:pPr>
        <w:jc w:val="right"/>
      </w:pPr>
      <w:r>
        <w:t>آج جولائی 2013 کی</w:t>
      </w:r>
    </w:p>
    <w:p>
      <w:r>
        <w:rPr>
          <w:b/>
        </w:rPr>
        <w:t xml:space="preserve">[00:43] </w:t>
      </w:r>
      <w:r>
        <w:t>28 tareekh hai, aur ramadan ki 18 tareekh.</w:t>
      </w:r>
    </w:p>
    <w:p>
      <w:pPr>
        <w:jc w:val="right"/>
      </w:pPr>
      <w:r>
        <w:t>28 تاریخ ہے، اور رمضان کی 18 تاریخ۔</w:t>
      </w:r>
    </w:p>
    <w:p>
      <w:r>
        <w:rPr>
          <w:b/>
        </w:rPr>
        <w:t xml:space="preserve">[00:55] </w:t>
      </w:r>
      <w:r>
        <w:t>aap jante hain ke jab ramadan ka mahina aata hai to masjidon mein taqreeren hoti hain.</w:t>
      </w:r>
    </w:p>
    <w:p>
      <w:pPr>
        <w:jc w:val="right"/>
      </w:pPr>
      <w:r>
        <w:t>آپ جانتے ہیں کہ جب رمضان کا مہینہ آتا ہے تو مسجدوں میں تقریریں ہوتی ہیں۔</w:t>
      </w:r>
    </w:p>
    <w:p>
      <w:r>
        <w:rPr>
          <w:b/>
        </w:rPr>
        <w:t xml:space="preserve">[01:05] </w:t>
      </w:r>
      <w:r>
        <w:t>musalmanon ke jo akhbar aur magazine hain us mein mazameen aate hain. in sab ka khulasa sirf ek hota hai. woh kya?</w:t>
      </w:r>
    </w:p>
    <w:p>
      <w:pPr>
        <w:jc w:val="right"/>
      </w:pPr>
      <w:r>
        <w:t>مسلمانوں کے جو اخبار اور میگزین ہیں اس میں مضامین آتے ہیں۔ ان سب کا خلاصہ صرف ایک ہوتا ہے۔ وہ کیا؟</w:t>
      </w:r>
    </w:p>
    <w:p>
      <w:r>
        <w:rPr>
          <w:b/>
        </w:rPr>
        <w:t xml:space="preserve">[01:16] </w:t>
      </w:r>
      <w:r>
        <w:t>ke yeh barkat ka mahina hai, yeh fazail ka mahina hai. bas.</w:t>
      </w:r>
    </w:p>
    <w:p>
      <w:pPr>
        <w:jc w:val="right"/>
      </w:pPr>
      <w:r>
        <w:t>کہ یہ برکت کا مہینہ ہے، یہ فضائل کا مہینہ ہے۔ بس۔</w:t>
      </w:r>
    </w:p>
    <w:p>
      <w:r>
        <w:rPr>
          <w:b/>
        </w:rPr>
        <w:t xml:space="preserve">[01:25] </w:t>
      </w:r>
      <w:r>
        <w:t>lekin barkat ka lafz aur fazilat ka lafz yeh ek mysterious lafz hai, purasar lafz hai.</w:t>
      </w:r>
    </w:p>
    <w:p>
      <w:pPr>
        <w:jc w:val="right"/>
      </w:pPr>
      <w:r>
        <w:t>لیکن برکت کا لفظ اور فضیلت کا لفظ یہ ایک mysterious لفظ ہے، پراسرار لفظ ہے۔</w:t>
      </w:r>
    </w:p>
    <w:p>
      <w:r>
        <w:rPr>
          <w:b/>
        </w:rPr>
        <w:t xml:space="preserve">[01:34] </w:t>
      </w:r>
      <w:r>
        <w:t>insan ek aisi makhlooq hai jis ke andar rational thinking hai. to jab tak is ka reason address na ho, us ke dil mein baat baithegi nahi,</w:t>
      </w:r>
    </w:p>
    <w:p>
      <w:pPr>
        <w:jc w:val="right"/>
      </w:pPr>
      <w:r>
        <w:t>انسان ایک ایسی مخلوق ہے جس کے اندر rational thinking ہے۔ تو جب تک اس کا reason address نہ ہو، اس کے دل میں بات بیٹھے گی نہیں،</w:t>
      </w:r>
    </w:p>
    <w:p>
      <w:r>
        <w:rPr>
          <w:b/>
        </w:rPr>
        <w:t xml:space="preserve">[01:49] </w:t>
      </w:r>
      <w:r>
        <w:t>aur woh koi faida bhi is ka nahi hoga.</w:t>
      </w:r>
    </w:p>
    <w:p>
      <w:pPr>
        <w:jc w:val="right"/>
      </w:pPr>
      <w:r>
        <w:t>اور وہ کوئی فائدہ بھی اس کا نہیں ہوگا۔</w:t>
      </w:r>
    </w:p>
    <w:p>
      <w:r>
        <w:rPr>
          <w:b/>
        </w:rPr>
        <w:t xml:space="preserve">[01:56] </w:t>
      </w:r>
      <w:r>
        <w:t>hamare ek saathi kal gaye the ramzan mein ek iftar party mein. is mein sab ke sab musalman the, aur sab ke sab aalim log the.</w:t>
      </w:r>
    </w:p>
    <w:p>
      <w:pPr>
        <w:jc w:val="right"/>
      </w:pPr>
      <w:r>
        <w:t>ہمارے ایک ساتھی کل گئے تھے رمضان میں ایک افطار party میں۔ اس میں سب کے سب مسلمان تھے، اور سب کے سب عالم لوگ تھے۔</w:t>
      </w:r>
    </w:p>
    <w:p>
      <w:r>
        <w:rPr>
          <w:b/>
        </w:rPr>
        <w:t xml:space="preserve">[02:12] </w:t>
      </w:r>
      <w:r>
        <w:t>maine un se poocha ke wahan kya baatein huin? to kuch nahi, bas kha pee rahe hain, kha pee rahe hain bas. koi khaas baat wahan par nahi hui jis ko woh bata sakein.</w:t>
      </w:r>
    </w:p>
    <w:p>
      <w:pPr>
        <w:jc w:val="right"/>
      </w:pPr>
      <w:r>
        <w:t>میں نے ان سے پوچھا کہ وہاں کیا باتیں ہوئیں؟ تو کچھ نہیں، بس کھا پی رہے ہیں، کھا پی رہے ہیں بس۔ کوئی خاص بات وہاں پر نہیں ہوئی جس کو وہ بتا سکیں۔</w:t>
      </w:r>
    </w:p>
    <w:p>
      <w:r>
        <w:rPr>
          <w:b/>
        </w:rPr>
        <w:t xml:space="preserve">[02:28] </w:t>
      </w:r>
      <w:r>
        <w:t>bahut se bahut. ek sahab ne wahan kaha ke aaj satrah ramzan hai, aur satrah ramzan ko badr ka ghazwa hua tha.</w:t>
      </w:r>
    </w:p>
    <w:p>
      <w:pPr>
        <w:jc w:val="right"/>
      </w:pPr>
      <w:r>
        <w:t>بہت سے بہت۔ ایک صاحب نے وہاں کہا کہ آج سترہ رمضان ہے، اور سترہ رمضان کو بدر کا غزوہ ہوا تھا۔</w:t>
      </w:r>
    </w:p>
    <w:p>
      <w:r>
        <w:rPr>
          <w:b/>
        </w:rPr>
        <w:t xml:space="preserve">[02:41] </w:t>
      </w:r>
      <w:r>
        <w:t>to yeh goya fateh ka din hai. yeh koi baat nahi hai.</w:t>
      </w:r>
    </w:p>
    <w:p>
      <w:pPr>
        <w:jc w:val="right"/>
      </w:pPr>
      <w:r>
        <w:t>تو یہ گویا فتح کا دن ہے۔ یہ کوئی بات نہیں ہے۔</w:t>
      </w:r>
    </w:p>
    <w:p>
      <w:r>
        <w:rPr>
          <w:b/>
        </w:rPr>
        <w:t xml:space="preserve">[02:48] </w:t>
      </w:r>
      <w:r>
        <w:t>chunki log barkat aur fazilat ke istilaahon mein ramzan ko jante hain, is liye kuch un ko ramzan ka mahina aata hai, chala jata hai, kuch un ko milta nahi.</w:t>
      </w:r>
    </w:p>
    <w:p>
      <w:pPr>
        <w:jc w:val="right"/>
      </w:pPr>
      <w:r>
        <w:t>چونکہ لوگ برکت اور فضیلت کے اصطلاحوں میں رمضان کو جانتے ہیں، اس لیے کچھ ان کو رمضان کا مہینہ آتا ہے، چلا جاتا ہے، کچھ ان کو ملتا نہیں۔</w:t>
      </w:r>
    </w:p>
    <w:p>
      <w:r>
        <w:rPr>
          <w:b/>
        </w:rPr>
        <w:t xml:space="preserve">[03:05] </w:t>
      </w:r>
      <w:r>
        <w:t>dekhiye, ramzan ke jo faayde hain, haqeeqat mein woh quran ke faayde hain.</w:t>
      </w:r>
    </w:p>
    <w:p>
      <w:pPr>
        <w:jc w:val="right"/>
      </w:pPr>
      <w:r>
        <w:t>دیکھیے، رمضان کے جو فائدے ہیں، حقیقت میں وہ قرآن کے فائدے ہیں۔</w:t>
      </w:r>
    </w:p>
    <w:p>
      <w:r>
        <w:rPr>
          <w:b/>
        </w:rPr>
        <w:t xml:space="preserve">[03:18] </w:t>
      </w:r>
      <w:r>
        <w:t>yaad rakhiye, ramzan to ek mahina saal mein muqarrar kiya gaya. to khud woh mahina ya is mahine mein bhook pyas ka tajurba karna yeh apne aap mein barkat wali baat nahi hai.</w:t>
      </w:r>
    </w:p>
    <w:p>
      <w:pPr>
        <w:jc w:val="right"/>
      </w:pPr>
      <w:r>
        <w:t>یاد رکھیے، رمضان تو ایک مہینہ سال میں مقرر کیا گیا۔ تو خود وہ مہینہ یا اس مہینے میں بھوک پیاس کا تجربہ کرنا یہ اپنے آپ میں برکت والی بات نہیں ہے۔</w:t>
      </w:r>
    </w:p>
    <w:p>
      <w:r>
        <w:rPr>
          <w:b/>
        </w:rPr>
        <w:t xml:space="preserve">[03:38] </w:t>
      </w:r>
      <w:r>
        <w:t>ramzan ke mahine mein jo quran se tadabbur kiya jaye, quran ke saath zindagi guzari jaye, is ka faayda asal mein hai.</w:t>
      </w:r>
    </w:p>
    <w:p>
      <w:pPr>
        <w:jc w:val="right"/>
      </w:pPr>
      <w:r>
        <w:t>رمضان کے مہینے میں جو قرآن سے تدبر کیا جائے، قرآن کے ساتھ زندگی گزاری جائے، اس کا فائدہ اصل میں ہے۔</w:t>
      </w:r>
    </w:p>
    <w:p>
      <w:r>
        <w:rPr>
          <w:b/>
        </w:rPr>
        <w:t xml:space="preserve">[03:49] </w:t>
      </w:r>
      <w:r>
        <w:t>isi liye quran mein dekhiye, kaha gaya hai ke shahar ramzan allahu</w:t>
      </w:r>
    </w:p>
    <w:p>
      <w:pPr>
        <w:jc w:val="right"/>
      </w:pPr>
      <w:r>
        <w:t>اسی لیے قرآن میں دیکھیے، کہا گیا ہے کہ شهر رمضان رضی اللہ عنہ قرآن</w:t>
      </w:r>
    </w:p>
    <w:p>
      <w:r>
        <w:rPr>
          <w:b/>
        </w:rPr>
        <w:t xml:space="preserve">[04:03] </w:t>
      </w:r>
      <w:r>
        <w:t>yahan bhi aap dekhiye, zikr to ramzan ka hai lekin focus quran par hai.</w:t>
      </w:r>
    </w:p>
    <w:p>
      <w:pPr>
        <w:jc w:val="right"/>
      </w:pPr>
      <w:r>
        <w:t>یہاں بھی آپ دیکھیے، ذکر تو رمضان کا ہے لیکن focus قرآن پر ہے۔</w:t>
      </w:r>
    </w:p>
    <w:p>
      <w:r>
        <w:rPr>
          <w:b/>
        </w:rPr>
        <w:t xml:space="preserve">[04:11] </w:t>
      </w:r>
      <w:r>
        <w:t>to ramzan ka mahina muqarrar kiya gaya ke kam az kam saal mein ek mahine. yoon to poore saal aisa karna chahiye insaan ko.</w:t>
      </w:r>
    </w:p>
    <w:p>
      <w:pPr>
        <w:jc w:val="right"/>
      </w:pPr>
      <w:r>
        <w:t>تو رمضان کا مہینہ مقرر کیا گیا کہ کم از کم سال میں ایک مہینے۔ یوں تو پورے سال ایسا کرنا چاہیے انسان کو۔</w:t>
      </w:r>
    </w:p>
    <w:p>
      <w:r>
        <w:rPr>
          <w:b/>
        </w:rPr>
        <w:t xml:space="preserve">[04:21] </w:t>
      </w:r>
      <w:r>
        <w:t>yeksu ho kar apne aap ko distraction se door le ja kar</w:t>
      </w:r>
    </w:p>
    <w:p>
      <w:pPr>
        <w:jc w:val="right"/>
      </w:pPr>
      <w:r>
        <w:t>یکسو ہو کر اپنے آپ کو distraction سے دور لے جا کر</w:t>
      </w:r>
    </w:p>
    <w:p>
      <w:r>
        <w:rPr>
          <w:b/>
        </w:rPr>
        <w:t xml:space="preserve">[04:30] </w:t>
      </w:r>
      <w:r>
        <w:t>poore concentration ke saath woh quran ka mutala kare.</w:t>
      </w:r>
    </w:p>
    <w:p>
      <w:pPr>
        <w:jc w:val="right"/>
      </w:pPr>
      <w:r>
        <w:t>پورے concentration کے ساتھ وہ قرآن کا مطالعہ کرے۔</w:t>
      </w:r>
    </w:p>
    <w:p>
      <w:r>
        <w:rPr>
          <w:b/>
        </w:rPr>
        <w:t xml:space="preserve">[04:37] </w:t>
      </w:r>
      <w:r>
        <w:t>to saare faayde quran mein hain na ke kisi mahine mein.</w:t>
      </w:r>
    </w:p>
    <w:p>
      <w:pPr>
        <w:jc w:val="right"/>
      </w:pPr>
      <w:r>
        <w:t>تو سارے فائدے قرآن میں ہیں نہ کہ کسی مہینے میں۔</w:t>
      </w:r>
    </w:p>
    <w:p>
      <w:r>
        <w:rPr>
          <w:b/>
        </w:rPr>
        <w:t xml:space="preserve">[04:44] </w:t>
      </w:r>
      <w:r>
        <w:t>to quran ko samajhne ke liye ramzan ka mahina goya supporting month hai. is ka supporting role hai. roze ka ya ramzan ka jo role hai woh supporting role hai.</w:t>
      </w:r>
    </w:p>
    <w:p>
      <w:pPr>
        <w:jc w:val="right"/>
      </w:pPr>
      <w:r>
        <w:t>تو قرآن کو سمجھنے کے لیے رمضان کا مہینہ گویا supporting month ہے۔ اس کا supporting role ہے۔ روزہ کا یا رمضان کا جو role ہے وہ supporting role ہے۔</w:t>
      </w:r>
    </w:p>
    <w:p>
      <w:r>
        <w:rPr>
          <w:b/>
        </w:rPr>
        <w:t xml:space="preserve">[04:58] </w:t>
      </w:r>
      <w:r>
        <w:t>asal role to quran ka hota hai.</w:t>
      </w:r>
    </w:p>
    <w:p>
      <w:pPr>
        <w:jc w:val="right"/>
      </w:pPr>
      <w:r>
        <w:t>اصل role تو قرآن کا ہوتا ہے۔</w:t>
      </w:r>
    </w:p>
    <w:p>
      <w:r>
        <w:rPr>
          <w:b/>
        </w:rPr>
        <w:t xml:space="preserve">[05:03] </w:t>
      </w:r>
      <w:r>
        <w:t>kyunki quran se aap ki fikr activate karti hai. quran se aap ko naye naye maani zehen mein aate hain.</w:t>
      </w:r>
    </w:p>
    <w:p>
      <w:pPr>
        <w:jc w:val="right"/>
      </w:pPr>
      <w:r>
        <w:t>کیونکہ قرآن سے آپ کی فکر activate کرتی ہے۔ قرآن سے آپ کو نئے نئے معنی ذہن میں آتے ہیں۔</w:t>
      </w:r>
    </w:p>
    <w:p>
      <w:r>
        <w:rPr>
          <w:b/>
        </w:rPr>
        <w:t xml:space="preserve">[05:13] </w:t>
      </w:r>
      <w:r>
        <w:t>quran se aap ke band zehen khulta hai aap ka. woh hai asal barkat, woh hai asal fazilat. to yeh koi mysterious baat nahi hai.</w:t>
      </w:r>
    </w:p>
    <w:p>
      <w:pPr>
        <w:jc w:val="right"/>
      </w:pPr>
      <w:r>
        <w:t>قرآن سے آپ کے بند ذہن کھلتا ہے آپ کا۔ وہ ہے اصل برکت، وہ ہے اصل فضیلت۔ تو یہ کوئی mysterious بات نہیں ہے۔</w:t>
      </w:r>
    </w:p>
    <w:p>
      <w:r>
        <w:rPr>
          <w:b/>
        </w:rPr>
        <w:t xml:space="preserve">[05:29] </w:t>
      </w:r>
      <w:r>
        <w:t>to doosre lafzon mein yeh kahunga ke ramzan ka mahina sochne ka mahina hai.</w:t>
      </w:r>
    </w:p>
    <w:p>
      <w:pPr>
        <w:jc w:val="right"/>
      </w:pPr>
      <w:r>
        <w:t>تو دوسرے لفظوں میں یہ کہوں گا کہ رمضان کا مہینہ سوچنے کا مہینہ ہے۔</w:t>
      </w:r>
    </w:p>
    <w:p>
      <w:r>
        <w:rPr>
          <w:b/>
        </w:rPr>
        <w:t xml:space="preserve">[05:38] </w:t>
      </w:r>
      <w:r>
        <w:t>quran ko padhein aur sochein. soch soch kar gehre maani tak pahunchein.</w:t>
      </w:r>
    </w:p>
    <w:p>
      <w:pPr>
        <w:jc w:val="right"/>
      </w:pPr>
      <w:r>
        <w:t>قرآن کو پڑھیں اور سوچیں۔ سوچ سوچ کر گہرے معنی تک پہنچیں۔</w:t>
      </w:r>
    </w:p>
    <w:p>
      <w:r>
        <w:rPr>
          <w:b/>
        </w:rPr>
        <w:t xml:space="preserve">[05:48] </w:t>
      </w:r>
      <w:r>
        <w:t>quran mein kaha gaya hai ramzan ko shahar al taqwa. hadith mein aaya hai ke shahar al sabr.</w:t>
      </w:r>
    </w:p>
    <w:p>
      <w:pPr>
        <w:jc w:val="right"/>
      </w:pPr>
      <w:r>
        <w:t>قرآن میں کہا گیا ہے رمضان کو شہر التقویٰ۔ حدیث میں آیا ہے کہ شہر الصبر۔</w:t>
      </w:r>
    </w:p>
    <w:p>
      <w:r>
        <w:rPr>
          <w:b/>
        </w:rPr>
        <w:t xml:space="preserve">[05:56] </w:t>
      </w:r>
      <w:r>
        <w:t>yeh taqwa aur sabr kya hai?</w:t>
      </w:r>
    </w:p>
    <w:p>
      <w:pPr>
        <w:jc w:val="right"/>
      </w:pPr>
      <w:r>
        <w:t>یہ تقویٰ اور صبر کیا ہے؟</w:t>
      </w:r>
    </w:p>
    <w:p>
      <w:r>
        <w:rPr>
          <w:b/>
        </w:rPr>
        <w:t xml:space="preserve">[06:00] </w:t>
      </w:r>
      <w:r>
        <w:t>agar main lafz badal kar kahun to woh wahi cheez hai jis ko kehte hain spirituality. month of spirituality hai. roohaniyat ka mahina hai.</w:t>
      </w:r>
    </w:p>
    <w:p>
      <w:pPr>
        <w:jc w:val="right"/>
      </w:pPr>
      <w:r>
        <w:t>اگر میں لفظ بدل کر کہوں تو وہ وہی چیز ہے جس کو کہتے ہیں spirituality۔ month of spirituality ہے۔ روحانیت کا مہینہ ہے۔</w:t>
      </w:r>
    </w:p>
    <w:p>
      <w:r>
        <w:rPr>
          <w:b/>
        </w:rPr>
        <w:t xml:space="preserve">[06:12] </w:t>
      </w:r>
      <w:r>
        <w:t>woh kis maani mein? ke jab aap quran se judte hain, quran ka study karte hain, quran ke maaniyon mein ghore karte hain to is se aap ko roohani rizq milta hai.</w:t>
      </w:r>
    </w:p>
    <w:p>
      <w:pPr>
        <w:jc w:val="right"/>
      </w:pPr>
      <w:r>
        <w:t>وہ کس معنی میں؟ کہ جب آپ قرآن سے جڑتے ہیں، قرآن کا study کرتے ہیں، قرآن کے معنیوں میں غور کرتے ہیں تو اس سے آپ کو روحانی رزق ملتا ہے۔</w:t>
      </w:r>
    </w:p>
    <w:p>
      <w:r>
        <w:rPr>
          <w:b/>
        </w:rPr>
        <w:t xml:space="preserve">[06:25] </w:t>
      </w:r>
      <w:r>
        <w:t>intellectual food milta hai.</w:t>
      </w:r>
    </w:p>
    <w:p>
      <w:pPr>
        <w:jc w:val="right"/>
      </w:pPr>
      <w:r>
        <w:t>intellectual food ملتا ہے۔</w:t>
      </w:r>
    </w:p>
    <w:p>
      <w:r>
        <w:rPr>
          <w:b/>
        </w:rPr>
        <w:t xml:space="preserve">[06:28] </w:t>
      </w:r>
      <w:r>
        <w:t>jaise mein kal shaam ki ek tajurba arz karta hoon.</w:t>
      </w:r>
    </w:p>
    <w:p>
      <w:pPr>
        <w:jc w:val="right"/>
      </w:pPr>
      <w:r>
        <w:t>جیسے میں کل شام کی ایک تجربہ عرض کرتا ہوں۔</w:t>
      </w:r>
    </w:p>
    <w:p>
      <w:r>
        <w:rPr>
          <w:b/>
        </w:rPr>
        <w:t xml:space="preserve">[06:35] </w:t>
      </w:r>
      <w:r>
        <w:t>kal shaam ko mujhe ek tajurba hua.</w:t>
      </w:r>
    </w:p>
    <w:p>
      <w:pPr>
        <w:jc w:val="right"/>
      </w:pPr>
      <w:r>
        <w:t>کل شام کو مجھے ایک تجربہ ہوا۔</w:t>
      </w:r>
    </w:p>
    <w:p>
      <w:r>
        <w:rPr>
          <w:b/>
        </w:rPr>
        <w:t xml:space="preserve">[06:40] </w:t>
      </w:r>
      <w:r>
        <w:t>shaam ko maine jab kuch khaya to</w:t>
      </w:r>
    </w:p>
    <w:p>
      <w:pPr>
        <w:jc w:val="right"/>
      </w:pPr>
      <w:r>
        <w:t>شام کو میں نے جب کچھ کھایا تو</w:t>
      </w:r>
    </w:p>
    <w:p>
      <w:r>
        <w:rPr>
          <w:b/>
        </w:rPr>
        <w:t xml:space="preserve">[06:50] </w:t>
      </w:r>
      <w:r>
        <w:t>ek hadith yaad aayi.</w:t>
      </w:r>
    </w:p>
    <w:p>
      <w:pPr>
        <w:jc w:val="right"/>
      </w:pPr>
      <w:r>
        <w:t>ایک حدیث یاد آئی۔</w:t>
      </w:r>
    </w:p>
    <w:p>
      <w:r>
        <w:rPr>
          <w:b/>
        </w:rPr>
        <w:t xml:space="preserve">[06:55] </w:t>
      </w:r>
      <w:r>
        <w:t>hadith mein hai ke li-s-sa-imi fara-hatani fara-hatun in da-l-fitri wa fara-hatun in da-l-liqa-i Rabbihi rozedaar ke liye do khushiyan hain.</w:t>
      </w:r>
    </w:p>
    <w:p>
      <w:pPr>
        <w:jc w:val="right"/>
      </w:pPr>
      <w:r>
        <w:t>حدیث میں ہے کہ لِلسَّائِمِ فَرَهَتَانٌ فَرَهَةٌ اِنْ دَ الْفِطْرِ وَفَرَهَةٌ اِنْ دَ الْلَقَاءِ رَبِّهِ روزے دار کے لیے دو خوشیاں ہیں۔</w:t>
      </w:r>
    </w:p>
    <w:p>
      <w:r>
        <w:rPr>
          <w:b/>
        </w:rPr>
        <w:t xml:space="preserve">[07:16] </w:t>
      </w:r>
      <w:r>
        <w:t>shaam ko jab ke woh iftar karta hai aur phir woh waqt jab ke woh Allah se milega.</w:t>
      </w:r>
    </w:p>
    <w:p>
      <w:pPr>
        <w:jc w:val="right"/>
      </w:pPr>
      <w:r>
        <w:t>شام کو جب کہ وہ افطار کرتا ہے اور پھر وہ وقت جب کہ وہ اللہ سے ملے گا۔</w:t>
      </w:r>
    </w:p>
    <w:p>
      <w:r>
        <w:rPr>
          <w:b/>
        </w:rPr>
        <w:t xml:space="preserve">[07:27] </w:t>
      </w:r>
      <w:r>
        <w:t>to achaanak ek baat nayi samajh mein aayi mujhe. ke aap jab iftar karte hain to kya khate hain? dunya ki cheezein khate hain.</w:t>
      </w:r>
    </w:p>
    <w:p>
      <w:pPr>
        <w:jc w:val="right"/>
      </w:pPr>
      <w:r>
        <w:t>تو اچانک ایک بات نئی سمجھ میں آئی مجھے۔ کہ آپ جب افطار کرتے ہیں تو کیا کھاتے ہیں؟ دنیا کی چیزیں کھاتے ہیں۔</w:t>
      </w:r>
    </w:p>
    <w:p>
      <w:r>
        <w:rPr>
          <w:b/>
        </w:rPr>
        <w:t xml:space="preserve">[07:37] </w:t>
      </w:r>
      <w:r>
        <w:t>Allah ke paas kya milega aap ko? jannat ki cheezein milengi.</w:t>
      </w:r>
    </w:p>
    <w:p>
      <w:pPr>
        <w:jc w:val="right"/>
      </w:pPr>
      <w:r>
        <w:t>اللہ کے پاس کیا ملے گا آپ کو؟ جنت کی چیزیں ملیں گی۔</w:t>
      </w:r>
    </w:p>
    <w:p>
      <w:r>
        <w:rPr>
          <w:b/>
        </w:rPr>
        <w:t xml:space="preserve">[07:43] </w:t>
      </w:r>
      <w:r>
        <w:t>quran mein jannat ko Allah ka paros kaha gaya hai. Allah ki</w:t>
      </w:r>
    </w:p>
    <w:p>
      <w:pPr>
        <w:jc w:val="right"/>
      </w:pPr>
      <w:r>
        <w:t>قرآن میں جنت کو اللہ کا پڑوس کہا گیا ہے۔ اللہ کی</w:t>
      </w:r>
    </w:p>
    <w:p>
      <w:r>
        <w:rPr>
          <w:b/>
        </w:rPr>
        <w:t xml:space="preserve">[07:53] </w:t>
      </w:r>
      <w:r>
        <w:t>mehmani kaha gaya hai. Allah ke yaani Allah ke guest house mein zindagi guzarna kaha hai. jannat mein rehna. is ka matlab kya hua?</w:t>
      </w:r>
    </w:p>
    <w:p>
      <w:pPr>
        <w:jc w:val="right"/>
      </w:pPr>
      <w:r>
        <w:t>مہمانی کہا گیا ہے۔ اللہ کے یعنی اللہ کے guest house میں زندگی گزارنا کہا ہے۔ جنت میں رہنا۔ اس کا مطلب کیا ہوا؟</w:t>
      </w:r>
    </w:p>
    <w:p>
      <w:r>
        <w:rPr>
          <w:b/>
        </w:rPr>
        <w:t xml:space="preserve">[08:04] </w:t>
      </w:r>
      <w:r>
        <w:t>ke din ko roza rakh kar shaam ko jab iftar karte hain to dunya ki cheez kha kha kar iftar karte hain.</w:t>
      </w:r>
    </w:p>
    <w:p>
      <w:pPr>
        <w:jc w:val="right"/>
      </w:pPr>
      <w:r>
        <w:t>کہ دن کو روزہ رکھ کر شام کو جب افطار کرتے ہیں تو دنیا کی چیز کھا کھا کر افطار کرتے ہیں۔</w:t>
      </w:r>
    </w:p>
    <w:p>
      <w:r>
        <w:rPr>
          <w:b/>
        </w:rPr>
        <w:t xml:space="preserve">[08:12] </w:t>
      </w:r>
      <w:r>
        <w:t>aakhirat mein aap ko kaha hoga Khuda ka jo guest house jo hai wahan aap ko cheezein milengi.</w:t>
      </w:r>
    </w:p>
    <w:p>
      <w:pPr>
        <w:jc w:val="right"/>
      </w:pPr>
      <w:r>
        <w:t>آخرت میں آپ کو کہا ہوگا خدا کا جو guest house جو ہے وہاں آپ کو چیزیں ملیں گی۔</w:t>
      </w:r>
    </w:p>
    <w:p>
      <w:r>
        <w:rPr>
          <w:b/>
        </w:rPr>
        <w:t xml:space="preserve">[08:21] </w:t>
      </w:r>
      <w:r>
        <w:t>to maine socha ke jo aap insaan ko jo taste buds diye gaye hain, taste buds jo.</w:t>
      </w:r>
    </w:p>
    <w:p>
      <w:pPr>
        <w:jc w:val="right"/>
      </w:pPr>
      <w:r>
        <w:t>تو میں نے سوچا کہ جو آپ انسان کو جو taste buds دیے گئے ہیں، taste buds جو۔</w:t>
      </w:r>
    </w:p>
    <w:p>
      <w:r>
        <w:rPr>
          <w:b/>
        </w:rPr>
        <w:t xml:space="preserve">[08:31] </w:t>
      </w:r>
      <w:r>
        <w:t>to hamare taste buds ka jo level hai woh bohat hi high hai.</w:t>
      </w:r>
    </w:p>
    <w:p>
      <w:pPr>
        <w:jc w:val="right"/>
      </w:pPr>
      <w:r>
        <w:t>تو ہمارے taste buds کا جو level ہے وہ بہت ہی high ہے۔</w:t>
      </w:r>
    </w:p>
    <w:p>
      <w:r>
        <w:rPr>
          <w:b/>
        </w:rPr>
        <w:t xml:space="preserve">[08:37] </w:t>
      </w:r>
      <w:r>
        <w:t>dunya ki koi cheez is ko poori tarah se taskeen nahi deti.</w:t>
      </w:r>
    </w:p>
    <w:p>
      <w:pPr>
        <w:jc w:val="right"/>
      </w:pPr>
      <w:r>
        <w:t>دنیا کی کوئی چیز اس کو پوری طرح سے تسکین نہیں دیتی۔</w:t>
      </w:r>
    </w:p>
    <w:p>
      <w:r>
        <w:rPr>
          <w:b/>
        </w:rPr>
        <w:t xml:space="preserve">[08:46] </w:t>
      </w:r>
      <w:r>
        <w:t>dunya mein jo cheezein aap paate hain woh aap ke taste buds ke level se bohat kam hoti hain.</w:t>
      </w:r>
    </w:p>
    <w:p>
      <w:pPr>
        <w:jc w:val="right"/>
      </w:pPr>
      <w:r>
        <w:t>دنیا میں جو چیزیں آپ پاتے ہیں وہ آپ کے taste buds کے level سے بہت کم ہوتی ہیں۔</w:t>
      </w:r>
    </w:p>
    <w:p>
      <w:r>
        <w:rPr>
          <w:b/>
        </w:rPr>
        <w:t xml:space="preserve">[08:57] </w:t>
      </w:r>
      <w:r>
        <w:t>to is hadith ka matlab mere zehan mein aaya ke ek khushi woh hai jab ke dunya ki satah par aadmi ke</w:t>
      </w:r>
    </w:p>
    <w:p>
      <w:pPr>
        <w:jc w:val="right"/>
      </w:pPr>
      <w:r>
        <w:t>تو اس حدیث کا مطلب میرے ذہن میں آیا کہ ایک خوشی وہ ہے جب کہ دنیا کی سطح پر آدمی کے</w:t>
      </w:r>
    </w:p>
    <w:p>
      <w:r>
        <w:rPr>
          <w:b/>
        </w:rPr>
        <w:t xml:space="preserve">[09:09] </w:t>
      </w:r>
      <w:r>
        <w:t>taste buds ko taskeen milegi.</w:t>
      </w:r>
    </w:p>
    <w:p>
      <w:pPr>
        <w:jc w:val="right"/>
      </w:pPr>
      <w:r>
        <w:t>taste buds کو تسکین ملے گی۔</w:t>
      </w:r>
    </w:p>
    <w:p>
      <w:r>
        <w:rPr>
          <w:b/>
        </w:rPr>
        <w:t xml:space="preserve">[09:13] </w:t>
      </w:r>
      <w:r>
        <w:t>dunya ki satah par woh apne taste ko, is ka taste feed kiya jayega. aur aakhirat mein jab bakhshish Allah taala ki jin ko milegi, jin ko Allah taala ki maghfirat milegi to woh high taste buds aap ke andar hain.</w:t>
      </w:r>
    </w:p>
    <w:p>
      <w:pPr>
        <w:jc w:val="right"/>
      </w:pPr>
      <w:r>
        <w:t>دنیا کی سطح پر وہ اپنے taste کو، اس کا taste feed کیا جائے گا۔ اور آخرت میں جب بخشش اللہ تعالیٰ کی جن کو ملے گی، جن کو اللہ تعالیٰ کی مغفرت ملے گی تو وہ high taste buds آپ کے اندر ہیں۔</w:t>
      </w:r>
    </w:p>
    <w:p>
      <w:r>
        <w:rPr>
          <w:b/>
        </w:rPr>
        <w:t xml:space="preserve">[09:33] </w:t>
      </w:r>
      <w:r>
        <w:t>jo high taste hai is is taste ki satah par woh nematein milengi.</w:t>
      </w:r>
    </w:p>
    <w:p>
      <w:pPr>
        <w:jc w:val="right"/>
      </w:pPr>
      <w:r>
        <w:t>جو high taste ہے اس اس taste کی سطح پر وہ نعمتیں ملیں گی۔</w:t>
      </w:r>
    </w:p>
    <w:p>
      <w:r>
        <w:rPr>
          <w:b/>
        </w:rPr>
        <w:t xml:space="preserve">[09:40] </w:t>
      </w:r>
      <w:r>
        <w:t>is taste ki satah par nematein milengi.</w:t>
      </w:r>
    </w:p>
    <w:p>
      <w:pPr>
        <w:jc w:val="right"/>
      </w:pPr>
      <w:r>
        <w:t>اس taste کی سطح پر نعمتیں ملیں گی۔</w:t>
      </w:r>
    </w:p>
    <w:p>
      <w:r>
        <w:rPr>
          <w:b/>
        </w:rPr>
        <w:t xml:space="preserve">[09:43] </w:t>
      </w:r>
      <w:r>
        <w:t>to kaisi ajeeb, kaisa ajeeb enjoyment hoga phir yeh sochte hue maine socha ke is ka ek expanded explanation hai.</w:t>
      </w:r>
    </w:p>
    <w:p>
      <w:pPr>
        <w:jc w:val="right"/>
      </w:pPr>
      <w:r>
        <w:t>تو کیسی عجیب، کیسا عجیب enjoyment ہوگا۔ پھر یہ سوچتے ہوئے میں نے سوچا کہ اس کا ایک expanded explanation ہے۔</w:t>
      </w:r>
    </w:p>
    <w:p>
      <w:r>
        <w:rPr>
          <w:b/>
        </w:rPr>
        <w:t xml:space="preserve">[09:56] </w:t>
      </w:r>
      <w:r>
        <w:t>yeh jo hadith hai bazahir yaani is maani mein hai ke aap ko rizq ka taam mila.</w:t>
      </w:r>
    </w:p>
    <w:p>
      <w:pPr>
        <w:jc w:val="right"/>
      </w:pPr>
      <w:r>
        <w:t>یہ جو حدیث ہے بظاہر یعنی اس معنی میں ہے کہ آپ کو رزق کا طعام ملا۔</w:t>
      </w:r>
    </w:p>
    <w:p>
      <w:r>
        <w:rPr>
          <w:b/>
        </w:rPr>
        <w:t xml:space="preserve">[10:08] </w:t>
      </w:r>
      <w:r>
        <w:t>dunya mein phir rizq ka taam milega aakhirat mein. aakhirat ka zyada high level ka hoga. lekin is ka ek extended application hai. waseeh tar application hai.</w:t>
      </w:r>
    </w:p>
    <w:p>
      <w:pPr>
        <w:jc w:val="right"/>
      </w:pPr>
      <w:r>
        <w:t>دنیا میں پھر رزق کا طعام ملے گا آخرت میں۔ آخرت کا زیادہ high level کا ہوگا۔ لیکن اس کا ایک extended application ہے۔ وسیع تر application ہے۔</w:t>
      </w:r>
    </w:p>
    <w:p>
      <w:r>
        <w:rPr>
          <w:b/>
        </w:rPr>
        <w:t xml:space="preserve">[10:18] </w:t>
      </w:r>
      <w:r>
        <w:t>woh kya hai? khane ke siwa bohat sari aur nematein hain.</w:t>
      </w:r>
    </w:p>
    <w:p>
      <w:pPr>
        <w:jc w:val="right"/>
      </w:pPr>
      <w:r>
        <w:t>وہ کیا ہے؟ کھانے کے سوا بہت ساری اور نعمتیں ہیں۔</w:t>
      </w:r>
    </w:p>
    <w:p>
      <w:r>
        <w:rPr>
          <w:b/>
        </w:rPr>
        <w:t xml:space="preserve">[10:25] </w:t>
      </w:r>
      <w:r>
        <w:t>aap jante hain ke insaan ke andar hawass e khamsa kahe jate hain. paanch hawass. yaani dekhna, sunna aur chakhna, chhoona aur soonghna.</w:t>
      </w:r>
    </w:p>
    <w:p>
      <w:pPr>
        <w:jc w:val="right"/>
      </w:pPr>
      <w:r>
        <w:t>آپ جانتے ہیں کہ انسان کے اندر حواس خمسہ کہے جاتے ہیں۔ پانچ حواس۔ یعنی دیکھنا، سننا اور چکھنا، چھونا اور سونگھنا۔</w:t>
      </w:r>
    </w:p>
    <w:p>
      <w:r>
        <w:rPr>
          <w:b/>
        </w:rPr>
        <w:t xml:space="preserve">[10:42] </w:t>
      </w:r>
      <w:r>
        <w:t>yaani basri, sam'i, za'iqi, lamsi aur sham'i.</w:t>
      </w:r>
    </w:p>
    <w:p>
      <w:pPr>
        <w:jc w:val="right"/>
      </w:pPr>
      <w:r>
        <w:t>یعنی باصری، سامعی، ذائقی، لامس اور شمع۔</w:t>
      </w:r>
    </w:p>
    <w:p>
      <w:r>
        <w:rPr>
          <w:b/>
        </w:rPr>
        <w:t xml:space="preserve">[10:51] </w:t>
      </w:r>
      <w:r>
        <w:t>toh in sab ko dunya mein aap ko dunya ki satah par yaani yeh sab bhi bohat hi mayari taste hain aap ke andar.</w:t>
      </w:r>
    </w:p>
    <w:p>
      <w:pPr>
        <w:jc w:val="right"/>
      </w:pPr>
      <w:r>
        <w:t>تو ان سب کو دنیا میں آپ کو دنیا کی سطح پر یعنی یہ سب بھی بہت ہی معیاری taste ہیں آپ کے اندر۔</w:t>
      </w:r>
    </w:p>
    <w:p>
      <w:r>
        <w:rPr>
          <w:b/>
        </w:rPr>
        <w:t xml:space="preserve">[11:01] </w:t>
      </w:r>
      <w:r>
        <w:t>insaan ke andar jo taste hain woh sab bohat hi aala mayar ke hain. toh dunya mein aap ko is aala mayar par</w:t>
      </w:r>
    </w:p>
    <w:p>
      <w:pPr>
        <w:jc w:val="right"/>
      </w:pPr>
      <w:r>
        <w:t>انسان کے اندر جو taste ہیں وہ سب بہت ہی اعلیٰ معیار کے ہیں۔ تو دنیا میں آپ کو اس اعلیٰ معیار پر</w:t>
      </w:r>
    </w:p>
    <w:p>
      <w:r>
        <w:rPr>
          <w:b/>
        </w:rPr>
        <w:t xml:space="preserve">[11:12] </w:t>
      </w:r>
      <w:r>
        <w:t>nahin milti koi bhi cheez.</w:t>
      </w:r>
    </w:p>
    <w:p>
      <w:pPr>
        <w:jc w:val="right"/>
      </w:pPr>
      <w:r>
        <w:t>نہیں ملتی کوئی بھی چیز۔</w:t>
      </w:r>
    </w:p>
    <w:p>
      <w:r>
        <w:rPr>
          <w:b/>
        </w:rPr>
        <w:t xml:space="preserve">[11:16] </w:t>
      </w:r>
      <w:r>
        <w:t>toh kaha yeh yeh hadees yaad dilati hai ke ek waqt aayega jab ke tum Allah ke paros mein pahunchoge aur tum ko Allah ki maghfirat milegi.</w:t>
      </w:r>
    </w:p>
    <w:p>
      <w:pPr>
        <w:jc w:val="right"/>
      </w:pPr>
      <w:r>
        <w:t>تو کہا یہ یہ حدیث یاد دلاتی ہے کہ ایک وقت آئے گا جب کہ تم اللہ کے پڑوس میں پہنچو گے اور تم کو اللہ کی مغفرت ملے گی۔</w:t>
      </w:r>
    </w:p>
    <w:p>
      <w:r>
        <w:rPr>
          <w:b/>
        </w:rPr>
        <w:t xml:space="preserve">[11:28] </w:t>
      </w:r>
      <w:r>
        <w:t>toh kya hoga? aap ki aankhein jo manazir dekhna chahti thin woh dunya mein nahin mila tha aap ko dekhne ke liye.</w:t>
      </w:r>
    </w:p>
    <w:p>
      <w:pPr>
        <w:jc w:val="right"/>
      </w:pPr>
      <w:r>
        <w:t>تو کیا ہوگا؟ آپ کی آنکھیں جو مناظر دیکھنا چاہتی تھیں وہ دنیا میں نہیں ملا تھا آپ کو دیکھنے کے لیے۔</w:t>
      </w:r>
    </w:p>
    <w:p>
      <w:r>
        <w:rPr>
          <w:b/>
        </w:rPr>
        <w:t xml:space="preserve">[11:39] </w:t>
      </w:r>
      <w:r>
        <w:t>wahan milega aap ko.</w:t>
      </w:r>
    </w:p>
    <w:p>
      <w:pPr>
        <w:jc w:val="right"/>
      </w:pPr>
      <w:r>
        <w:t>وہاں ملے گا آپ کو۔</w:t>
      </w:r>
    </w:p>
    <w:p>
      <w:r>
        <w:rPr>
          <w:b/>
        </w:rPr>
        <w:t xml:space="preserve">[11:42] </w:t>
      </w:r>
      <w:r>
        <w:t>aap ke kaan jo naghme sunna chahte the jo dunya mein nahin mile the aap ko woh wahan woh naghme milenge. aap ka za'iqah jin cheezon ko taste lena chahta tha woh nahin mile the toh wahan is ka taste milega.</w:t>
      </w:r>
    </w:p>
    <w:p>
      <w:pPr>
        <w:jc w:val="right"/>
      </w:pPr>
      <w:r>
        <w:t>آپ کے کان جو نغمے سننا چاہتے تھے جو دنیا میں نہیں ملے تھے آپ کو وہ وہاں وہ نغمے ملیں گے۔ آپ کا ذائقہ جن چیزوں کو taste لینا چاہتا تھا وہ نہیں ملے تھے تو وہاں اس کا taste ملے گا۔</w:t>
      </w:r>
    </w:p>
    <w:p>
      <w:r>
        <w:rPr>
          <w:b/>
        </w:rPr>
        <w:t xml:space="preserve">[12:01] </w:t>
      </w:r>
      <w:r>
        <w:t>aap ki quwwat sham'i jo hai jin cheezon ko chahti thi jo khushboo woh khushboo dunya mein nahin mili aap ko toh wahan woh khushboo milegi.</w:t>
      </w:r>
    </w:p>
    <w:p>
      <w:pPr>
        <w:jc w:val="right"/>
      </w:pPr>
      <w:r>
        <w:t>آپ کی قوت شمع جو ہے جن چیزوں کو چاہتی تھی جو خوشبو وہ خوشبو دنیا میں نہیں ملی آپ کو تو وہاں وہ خوشبو ملے گی۔</w:t>
      </w:r>
    </w:p>
    <w:p>
      <w:r>
        <w:rPr>
          <w:b/>
        </w:rPr>
        <w:t xml:space="preserve">[12:14] </w:t>
      </w:r>
      <w:r>
        <w:t>yahan tak ke aap ko mila hai sochne ka thinking power mind mila hai. dekhiye sochne ke liye aap ko ek environment chahiye.</w:t>
      </w:r>
    </w:p>
    <w:p>
      <w:pPr>
        <w:jc w:val="right"/>
      </w:pPr>
      <w:r>
        <w:t>یہاں تک کہ آپ کو ملا ہے سوچنے کا thinking power mind ملا ہے۔ دیکھیے سوچنے کے لیے آپ کو ایک environment چاہیے۔</w:t>
      </w:r>
    </w:p>
    <w:p>
      <w:r>
        <w:rPr>
          <w:b/>
        </w:rPr>
        <w:t xml:space="preserve">[12:24] </w:t>
      </w:r>
      <w:r>
        <w:t>ek mahol chahiye. dunya mein aap ko mahol nahin milta.</w:t>
      </w:r>
    </w:p>
    <w:p>
      <w:pPr>
        <w:jc w:val="right"/>
      </w:pPr>
      <w:r>
        <w:t>ایک ماحول چاہیے۔ دنیا میں آپ کو ماحول نہیں ملتا۔</w:t>
      </w:r>
    </w:p>
    <w:p>
      <w:r>
        <w:rPr>
          <w:b/>
        </w:rPr>
        <w:t xml:space="preserve">[12:31] </w:t>
      </w:r>
      <w:r>
        <w:t>aap ka mind toh bohat hi high level ka hai. bohat hi ideal level ka hai. lekin is mind ko sochne ke liye work karne ke liye jo dunya mili hui hai woh bohat hi lower level ki dunya hai.</w:t>
      </w:r>
    </w:p>
    <w:p>
      <w:pPr>
        <w:jc w:val="right"/>
      </w:pPr>
      <w:r>
        <w:t>آپ کا mind تو بہت ہی high level کا ہے۔ بہت ہی ideal level کا ہے۔ لیکن اس mind کو سوچنے کے لیے work کرنے کے لیے جو دنیا ملی ہوئی ہے وہ بہت ہی lower level کی دنیا ہے۔</w:t>
      </w:r>
    </w:p>
    <w:p>
      <w:r>
        <w:rPr>
          <w:b/>
        </w:rPr>
        <w:t xml:space="preserve">[12:48] </w:t>
      </w:r>
      <w:r>
        <w:t>toh kaha yeh hadees yaad dilati hai ke ek waqt aayega jab ke tum ko woh mahol mile jahan tum apne aakhri darje mein apne mind ko istemal kar sako.</w:t>
      </w:r>
    </w:p>
    <w:p>
      <w:pPr>
        <w:jc w:val="right"/>
      </w:pPr>
      <w:r>
        <w:t>تو کہا یہ حدیث یاد دلاتی ہے کہ ایک وقت آئے گا جب کہ تم کو وہ ماحول ملے جہاں تم اپنے آخری درجے میں اپنے mind کو استعمال کر سکو۔</w:t>
      </w:r>
    </w:p>
    <w:p>
      <w:r>
        <w:rPr>
          <w:b/>
        </w:rPr>
        <w:t xml:space="preserve">[13:04] </w:t>
      </w:r>
      <w:r>
        <w:t>isi tarah se dekhiye Quran mein ek ayat hai jannat ke bare mein ke أولئك yaani ahle jannat ke bare mein أولئك هم النبیین والصديقين والشهداء والصالحین وحسن أولئك رفیقہ yaani jannat wale jo hain wahan par ek aise muhasre mein rahenge ek hi society mein</w:t>
      </w:r>
    </w:p>
    <w:p>
      <w:pPr>
        <w:jc w:val="right"/>
      </w:pPr>
      <w:r>
        <w:t>اسی طرح سے دیکھیے قرآن میں ایک آیت ہے جنت کے بارے میں کہ أولئك یعنی اہل جنت کے بارے میں أولئك هم النبیین والصديقین والشهداء والصالحین وحسن أولئك رفیقہ یعنی جنت والے جو ہیں وہاں پر ایک ایسے محاصرے میں رہیں گے ایک ہی سوسائٹی میں</w:t>
      </w:r>
    </w:p>
    <w:p>
      <w:r>
        <w:rPr>
          <w:b/>
        </w:rPr>
        <w:t xml:space="preserve">[13:33] </w:t>
      </w:r>
      <w:r>
        <w:t>۔ jo society ke member kaun honge? Prophet honge, siddiq honge, shuhada honge, salheen honge.</w:t>
      </w:r>
    </w:p>
    <w:p>
      <w:pPr>
        <w:jc w:val="right"/>
      </w:pPr>
      <w:r>
        <w:t>۔ جو سوسائٹی کے ممبر کون ہوں گے؟ Prophet ہوں گے، صدیق ہوں گے، شہداء ہوں گے، صالحین ہوں گے۔</w:t>
      </w:r>
    </w:p>
    <w:p>
      <w:r>
        <w:rPr>
          <w:b/>
        </w:rPr>
        <w:t xml:space="preserve">[13:42] </w:t>
      </w:r>
      <w:r>
        <w:t>yaani poori tareekh ke selected log, poori jo mankind hai jo insaan paida hue hain, jo aurat aur mard, un sab mein se behtareen afraad chune chunn liye jayenge.</w:t>
      </w:r>
    </w:p>
    <w:p>
      <w:pPr>
        <w:jc w:val="right"/>
      </w:pPr>
      <w:r>
        <w:t>یعنی پوری تاریخ کے selected لوگ، پوری جو mankind ہے جو انسان پیدا ہوئے ہیں، جو عورت اور مرد، ان سب میں سے بہترین افراد چنے چن لیے جائیں گے۔</w:t>
      </w:r>
    </w:p>
    <w:p>
      <w:r>
        <w:rPr>
          <w:b/>
        </w:rPr>
        <w:t xml:space="preserve">[13:54] </w:t>
      </w:r>
      <w:r>
        <w:t>un sab ko wahan ekattha kiya jayega. un ki sohbat mein rehne milega.</w:t>
      </w:r>
    </w:p>
    <w:p>
      <w:pPr>
        <w:jc w:val="right"/>
      </w:pPr>
      <w:r>
        <w:t>ان سب کو وہاں اکٹھا کیا جائے گا۔ ان کی صحبت میں رہنے ملے گا۔</w:t>
      </w:r>
    </w:p>
    <w:p>
      <w:r>
        <w:rPr>
          <w:b/>
        </w:rPr>
        <w:t xml:space="preserve">[14:00] </w:t>
      </w:r>
      <w:r>
        <w:t>toh yeh hadees in sab baaton ki yaad dilati hai. in sab baaton ki yaad dilati hai. toh kaisa ajeeb hai yeh tajurba.</w:t>
      </w:r>
    </w:p>
    <w:p>
      <w:pPr>
        <w:jc w:val="right"/>
      </w:pPr>
      <w:r>
        <w:t>تو یہ حدیث ان سب باتوں کی یاد دلاتی ہے۔ ان سب باتوں کی یاد دلاتی ہے۔ تو کیسا عجیب ہے یہ تجربہ۔</w:t>
      </w:r>
    </w:p>
    <w:p>
      <w:r>
        <w:rPr>
          <w:b/>
        </w:rPr>
        <w:t xml:space="preserve">[14:11] </w:t>
      </w:r>
      <w:r>
        <w:t>yeh iftar ka tajurba. phir dekhiye ek bohat hi ajeeb cheez hadees mein aayi hai.</w:t>
      </w:r>
    </w:p>
    <w:p>
      <w:pPr>
        <w:jc w:val="right"/>
      </w:pPr>
      <w:r>
        <w:t>یہ افطار کا تجربہ۔ پھر دیکھیے ایک بہت ہی عجیب چیز حدیث میں آئی ہے۔</w:t>
      </w:r>
    </w:p>
    <w:p>
      <w:r>
        <w:rPr>
          <w:b/>
        </w:rPr>
        <w:t xml:space="preserve">[14:23] </w:t>
      </w:r>
      <w:r>
        <w:t>bohat hi ajeeb cheez.</w:t>
      </w:r>
    </w:p>
    <w:p>
      <w:pPr>
        <w:jc w:val="right"/>
      </w:pPr>
      <w:r>
        <w:t>بہت ہی عجیب چیز۔</w:t>
      </w:r>
    </w:p>
    <w:p>
      <w:r>
        <w:rPr>
          <w:b/>
        </w:rPr>
        <w:t xml:space="preserve">[14:29] </w:t>
      </w:r>
      <w:r>
        <w:t>ek hadees hai ke bande banda jo amal karta hai toh is ka jo reward hai woh das guney se le kar saat sau guna tak milta hai.</w:t>
      </w:r>
    </w:p>
    <w:p>
      <w:pPr>
        <w:jc w:val="right"/>
      </w:pPr>
      <w:r>
        <w:t>ایک حدیث ہے کہ بندے بندہ جو عمل کرتا ہے تو اس کا جو reward ہے وہ دس گنے سے لے کر سات سو گنا تک ملتا ہے۔</w:t>
      </w:r>
    </w:p>
    <w:p>
      <w:r>
        <w:rPr>
          <w:b/>
        </w:rPr>
        <w:t xml:space="preserve">[14:45] </w:t>
      </w:r>
      <w:r>
        <w:t>das guney se saat sau guna tak milta hai. matlab jitna is ke andar jazba hoga, jitni spirit hogi is ke lihaz se.</w:t>
      </w:r>
    </w:p>
    <w:p>
      <w:pPr>
        <w:jc w:val="right"/>
      </w:pPr>
      <w:r>
        <w:t>دس گنے سے سات سو گنا تک ملتا ہے۔ مطلب جتنا اس کے اندر جذبہ ہوگا، جتنی spirit ہوگی اس کے لحاظ سے۔</w:t>
      </w:r>
    </w:p>
    <w:p>
      <w:r>
        <w:rPr>
          <w:b/>
        </w:rPr>
        <w:t xml:space="preserve">[14:56] </w:t>
      </w:r>
      <w:r>
        <w:t>is ke baad farmaya ke</w:t>
      </w:r>
    </w:p>
    <w:p>
      <w:pPr>
        <w:jc w:val="right"/>
      </w:pPr>
      <w:r>
        <w:t>اس کے بعد فرمایا کہ</w:t>
      </w:r>
    </w:p>
    <w:p>
      <w:r>
        <w:rPr>
          <w:b/>
        </w:rPr>
        <w:t xml:space="preserve">[15:01] </w:t>
      </w:r>
      <w:r>
        <w:t>roze ka maamla exceptional maamla hai.</w:t>
      </w:r>
    </w:p>
    <w:p>
      <w:pPr>
        <w:jc w:val="right"/>
      </w:pPr>
      <w:r>
        <w:t>روزے کا معاملہ exceptional معاملہ ہے۔</w:t>
      </w:r>
    </w:p>
    <w:p>
      <w:r>
        <w:rPr>
          <w:b/>
        </w:rPr>
        <w:t xml:space="preserve">[15:07] </w:t>
      </w:r>
      <w:r>
        <w:t>kyun? farmaya ke fa innahu li wa ana ajzi bihi yani woh khalis Allah ke liye hai aur Allah hi iska badla dega.</w:t>
      </w:r>
    </w:p>
    <w:p>
      <w:pPr>
        <w:jc w:val="right"/>
      </w:pPr>
      <w:r>
        <w:t>کیوں؟ فرمایا کہ فَإِنَّهُ لِي وَأَنَا أَجْزِي بِهِ یعنی وہ خالص اللہ کے لیے ہے اور اللہ ہی اس کا بدلہ دے گا۔</w:t>
      </w:r>
    </w:p>
    <w:p>
      <w:r>
        <w:rPr>
          <w:b/>
        </w:rPr>
        <w:t xml:space="preserve">[15:20] </w:t>
      </w:r>
      <w:r>
        <w:t>yani ek ek aisa amal hai jo lillah amal hai. For the sake of God amal hai.</w:t>
      </w:r>
    </w:p>
    <w:p>
      <w:pPr>
        <w:jc w:val="right"/>
      </w:pPr>
      <w:r>
        <w:t>یعنی ایک ایک ایسا عمل ہے جو للہ عمل ہے۔ For the sake of God عمل ہے۔</w:t>
      </w:r>
    </w:p>
    <w:p>
      <w:r>
        <w:rPr>
          <w:b/>
        </w:rPr>
        <w:t xml:space="preserve">[15:27] </w:t>
      </w:r>
      <w:r>
        <w:t>main sochta raha ke For the sake of God ka koi mysterious lafz hai. Koi purasar baat hai. To ek ajeeb ghareeb baat samajh mein aayi.</w:t>
      </w:r>
    </w:p>
    <w:p>
      <w:pPr>
        <w:jc w:val="right"/>
      </w:pPr>
      <w:r>
        <w:t>میں سوچتا رہا کہ For the sake of God کا کوئی mysterious لفظ ہے۔ کوئی پراسرار بات ہے۔ تو ایک عجیب غریب بات سمجھ میں آئی۔</w:t>
      </w:r>
    </w:p>
    <w:p>
      <w:r>
        <w:rPr>
          <w:b/>
        </w:rPr>
        <w:t xml:space="preserve">[15:37] </w:t>
      </w:r>
      <w:r>
        <w:t>bahut hi ajeeb baat.</w:t>
      </w:r>
    </w:p>
    <w:p>
      <w:pPr>
        <w:jc w:val="right"/>
      </w:pPr>
      <w:r>
        <w:t>بہت ہی عجیب بات۔</w:t>
      </w:r>
    </w:p>
    <w:p>
      <w:r>
        <w:rPr>
          <w:b/>
        </w:rPr>
        <w:t xml:space="preserve">[15:42] </w:t>
      </w:r>
      <w:r>
        <w:t>wo baat yeh hai.</w:t>
      </w:r>
    </w:p>
    <w:p>
      <w:pPr>
        <w:jc w:val="right"/>
      </w:pPr>
      <w:r>
        <w:t>وہ بات یہ ہے۔</w:t>
      </w:r>
    </w:p>
    <w:p>
      <w:r>
        <w:rPr>
          <w:b/>
        </w:rPr>
        <w:t xml:space="preserve">[15:46] </w:t>
      </w:r>
      <w:r>
        <w:t>dekhiye point of reference aap ke paas ho to tab baatein samajh mein aati hain. To is hadith ko sochte hue mujhe ek waqea yaad aaya.</w:t>
      </w:r>
    </w:p>
    <w:p>
      <w:pPr>
        <w:jc w:val="right"/>
      </w:pPr>
      <w:r>
        <w:t>دیکھیے point of reference آپ کے پاس ہو تو تب باتیں سمجھ میں آتی ہیں۔ تو اس حدیث کو سوچتے ہوئے مجھے ایک واقعہ یاد آیا۔</w:t>
      </w:r>
    </w:p>
    <w:p>
      <w:r>
        <w:rPr>
          <w:b/>
        </w:rPr>
        <w:t xml:space="preserve">[15:57] </w:t>
      </w:r>
      <w:r>
        <w:t>ek sahab the jo hamare zile adam garh ke the woh. Allahabad university se padha tha unhone. Lekin woh English literature mein unki taleem hui thi.</w:t>
      </w:r>
    </w:p>
    <w:p>
      <w:pPr>
        <w:jc w:val="right"/>
      </w:pPr>
      <w:r>
        <w:t>ایک صاحب تھے جو ہمارے ضلع آدم گڑھ کے تھے وہ۔ الہ آباد یونیورسٹی سے پڑھا تھا انہوں نے۔ لیکن وہ انگلش literature میں ان کی تعلیم ہوئی تھی۔</w:t>
      </w:r>
    </w:p>
    <w:p>
      <w:r>
        <w:rPr>
          <w:b/>
        </w:rPr>
        <w:t xml:space="preserve">[16:10] </w:t>
      </w:r>
      <w:r>
        <w:t>Bombay mein unhein job mila ek factory mein jo rubber factory thi.</w:t>
      </w:r>
    </w:p>
    <w:p>
      <w:pPr>
        <w:jc w:val="right"/>
      </w:pPr>
      <w:r>
        <w:t>بامبے میں انہیں جاب ملا ایک factory میں جو rubber factory تھی۔</w:t>
      </w:r>
    </w:p>
    <w:p>
      <w:r>
        <w:rPr>
          <w:b/>
        </w:rPr>
        <w:t xml:space="preserve">[16:16] </w:t>
      </w:r>
      <w:r>
        <w:t>taleem unki hui thi English literature ki. Aur jo kaam unko mila woh rubber factory mein.</w:t>
      </w:r>
    </w:p>
    <w:p>
      <w:pPr>
        <w:jc w:val="right"/>
      </w:pPr>
      <w:r>
        <w:t>تعلیم ان کی ہوئی تھی انگلش literature کی۔ اور جو کام ان کو ملا وہ rubber factory میں۔</w:t>
      </w:r>
    </w:p>
    <w:p>
      <w:r>
        <w:rPr>
          <w:b/>
        </w:rPr>
        <w:t xml:space="preserve">[16:26] </w:t>
      </w:r>
      <w:r>
        <w:t>yani manager ka kaam. Woh factory abhi ibtedai halaat mein thi. Zyada taraqqi nahi kiya tha usne. Woh us zamane ki baat hai.</w:t>
      </w:r>
    </w:p>
    <w:p>
      <w:pPr>
        <w:jc w:val="right"/>
      </w:pPr>
      <w:r>
        <w:t>یعنی manager کا کام۔ وہ factory ابھی ابتدائی حالات میں تھی۔ زیادہ ترقی نہیں کیا تھا اس نے۔ وہ اس زمانے کی بات ہے۔</w:t>
      </w:r>
    </w:p>
    <w:p>
      <w:r>
        <w:rPr>
          <w:b/>
        </w:rPr>
        <w:t xml:space="preserve">[16:36] </w:t>
      </w:r>
      <w:r>
        <w:t>to unhone bataya ke main to literature ka aadmi tha. Ab woh thi industry ek thi.</w:t>
      </w:r>
    </w:p>
    <w:p>
      <w:pPr>
        <w:jc w:val="right"/>
      </w:pPr>
      <w:r>
        <w:t>تو انہوں نے بتایا کہ میں تو literature کا آدمی تھا۔ اب وہ تھی industry ایک تھی۔</w:t>
      </w:r>
    </w:p>
    <w:p>
      <w:r>
        <w:rPr>
          <w:b/>
        </w:rPr>
        <w:t xml:space="preserve">[16:49] </w:t>
      </w:r>
      <w:r>
        <w:t>industry ke bare mein meri koi jaankari nahi thi. To unhone bataya ke maine kya kiya? Ek faisla kiya maine. Apne aap yani malikan ne kuch nahi kaha tha unse.</w:t>
      </w:r>
    </w:p>
    <w:p>
      <w:pPr>
        <w:jc w:val="right"/>
      </w:pPr>
      <w:r>
        <w:t>Industry کے بارے میں میری کوئی جانکاری نہیں تھی۔ تو انہوں نے بتایا کہ میں نے کیا کیا؟ ایک فیصلہ کیا میں نے۔ اپنے آپ یعنی مالکان نے کچھ نہیں کہا تھا ان سے۔</w:t>
      </w:r>
    </w:p>
    <w:p>
      <w:r>
        <w:rPr>
          <w:b/>
        </w:rPr>
        <w:t xml:space="preserve">[17:04] </w:t>
      </w:r>
      <w:r>
        <w:t>factory ke malikan ne unse kuch bhi nahi kaha tha. Apne aap woh kya hai? Ke mujhko rubber technology ko padhna hai.</w:t>
      </w:r>
    </w:p>
    <w:p>
      <w:pPr>
        <w:jc w:val="right"/>
      </w:pPr>
      <w:r>
        <w:t>Factory کے مالکان نے ان سے کچھ بھی نہیں کہا تھا۔ اپنے آپ وہ کیا ہے؟ کہ مجھ کو rubber ٹیکنالوجی کو پڑھنا ہے۔</w:t>
      </w:r>
    </w:p>
    <w:p>
      <w:r>
        <w:rPr>
          <w:b/>
        </w:rPr>
        <w:t xml:space="preserve">[17:15] </w:t>
      </w:r>
      <w:r>
        <w:t>kyunki English woh jante the, English language. To rubber technology ko padhna shuru kiya unhone. Raat din, raat din, raat din. To rubber technology ko padh dala unhone.</w:t>
      </w:r>
    </w:p>
    <w:p>
      <w:pPr>
        <w:jc w:val="right"/>
      </w:pPr>
      <w:r>
        <w:t>کیونکہ انگلش وہ جانتے تھے، انگلش language۔ تو rubber ٹیکنالوجی کو پڑھنا شروع کیا انہوں نے۔ رات دن، رات دن، رات دن۔ تو rubber ٹیکنالوجی کو پڑھ ڈالا انہوں نے۔</w:t>
      </w:r>
    </w:p>
    <w:p>
      <w:r>
        <w:rPr>
          <w:b/>
        </w:rPr>
        <w:t xml:space="preserve">[17:28] </w:t>
      </w:r>
      <w:r>
        <w:t>the bahut intelligent aadmi, zaheen aadmi.</w:t>
      </w:r>
    </w:p>
    <w:p>
      <w:pPr>
        <w:jc w:val="right"/>
      </w:pPr>
      <w:r>
        <w:t>تھے بہت intelligent آدمی، ذہین آدمی۔</w:t>
      </w:r>
    </w:p>
    <w:p>
      <w:r>
        <w:rPr>
          <w:b/>
        </w:rPr>
        <w:t xml:space="preserve">[17:34] </w:t>
      </w:r>
      <w:r>
        <w:t>wo jumla maine kabhi yahan dohrata tha, woh inhi ka jumla tha. Ke insaan apne aap ko radiate karta rehta hai. Insaan har lamha apne aap ko radiate karta rehta hai.</w:t>
      </w:r>
    </w:p>
    <w:p>
      <w:pPr>
        <w:jc w:val="right"/>
      </w:pPr>
      <w:r>
        <w:t>وہ جملہ میں نے کبھی یہاں دہرایا تھا، وہ انہی کا جملہ تھا۔ کہ انسان اپنے آپ کو radiate کرتا رہتا ہے۔ انسان ہر لمحہ اپنے آپ کو radiate کرتا رہتا ہے۔</w:t>
      </w:r>
    </w:p>
    <w:p>
      <w:r>
        <w:rPr>
          <w:b/>
        </w:rPr>
        <w:t xml:space="preserve">[17:47] </w:t>
      </w:r>
      <w:r>
        <w:t>is tarah aap samajh sakte hain kitne zaheen aadmi honge woh. To rubber technology padh dala unhone. Aur phir unhone is factory ko taraqqi dena shuru kiya.</w:t>
      </w:r>
    </w:p>
    <w:p>
      <w:pPr>
        <w:jc w:val="right"/>
      </w:pPr>
      <w:r>
        <w:t>اس طرح آپ سمجھ سکتے ہیں کتنے ذہین آدمی ہوں گے وہ۔ تو rubber ٹیکنالوجی پڑھ ڈالی انہوں نے۔ اور پھر انہوں نے اس factory کو ترقی دینا شروع کیا۔</w:t>
      </w:r>
    </w:p>
    <w:p>
      <w:r>
        <w:rPr>
          <w:b/>
        </w:rPr>
        <w:t xml:space="preserve">[18:01] </w:t>
      </w:r>
      <w:r>
        <w:t>ab bahut zyada taraqqi factory ko ho gayi. Aur malik jo log the woh unko itna pasand karne lage ke chhodna chahte the to unhone kaha ke aap ko chhodna nahi hai.</w:t>
      </w:r>
    </w:p>
    <w:p>
      <w:pPr>
        <w:jc w:val="right"/>
      </w:pPr>
      <w:r>
        <w:t>اب بہت زیادہ ترقی factory کو ہو گئی۔ اور مالک جو لوگ تھے وہ ان کو اتنا پسند کرنے لگے کہ چھوڑنا چاہتے تھے تو انہوں نے کہا کہ آپ کو چھوڑنا نہیں ہے۔</w:t>
      </w:r>
    </w:p>
    <w:p>
      <w:r>
        <w:rPr>
          <w:b/>
        </w:rPr>
        <w:t xml:space="preserve">[18:12] </w:t>
      </w:r>
      <w:r>
        <w:t>kisi qeemat par unhone factory chhodne nahi diya. Aur sara ikhtiyar unko de diya.</w:t>
      </w:r>
    </w:p>
    <w:p>
      <w:pPr>
        <w:jc w:val="right"/>
      </w:pPr>
      <w:r>
        <w:t>کسی قیمت پر انہوں نے factory چھوڑنے نہیں دیا۔ اور سارا اختیار ان کو دے دیا۔</w:t>
      </w:r>
    </w:p>
    <w:p>
      <w:r>
        <w:rPr>
          <w:b/>
        </w:rPr>
        <w:t xml:space="preserve">[18:21] </w:t>
      </w:r>
      <w:r>
        <w:t>full fledged ikhtiyar unko de diya ke jaise chahe waise factory chalai.</w:t>
      </w:r>
    </w:p>
    <w:p>
      <w:pPr>
        <w:jc w:val="right"/>
      </w:pPr>
      <w:r>
        <w:t>Full fledged اختیار ان کو دے دیا کہ جیسے چاہے ویسے factory چلائی۔</w:t>
      </w:r>
    </w:p>
    <w:p>
      <w:r>
        <w:rPr>
          <w:b/>
        </w:rPr>
        <w:t xml:space="preserve">[18:25] </w:t>
      </w:r>
      <w:r>
        <w:t>sirf is liye kis liye yeh qeemat mili unko? Ke unhone bashor khud yeh faisla kiya ke mujhe rubber technology ko padhna hai.</w:t>
      </w:r>
    </w:p>
    <w:p>
      <w:pPr>
        <w:jc w:val="right"/>
      </w:pPr>
      <w:r>
        <w:t>صرف اس لیے کس لیے یہ قیمت ملی ان کو؟ کہ انہوں نے بطور خود یہ فیصلہ کیا کہ مجھے rubber ٹیکنالوجی کو پڑھنا ہے۔</w:t>
      </w:r>
    </w:p>
    <w:p>
      <w:r>
        <w:rPr>
          <w:b/>
        </w:rPr>
        <w:t xml:space="preserve">[18:37] </w:t>
      </w:r>
      <w:r>
        <w:t>is mein apne andar salahiyat paida ki.</w:t>
      </w:r>
    </w:p>
    <w:p>
      <w:pPr>
        <w:jc w:val="right"/>
      </w:pPr>
      <w:r>
        <w:t>اس میں اپنے اندر صلاحیت پیدا کی۔</w:t>
      </w:r>
    </w:p>
    <w:p>
      <w:r>
        <w:rPr>
          <w:b/>
        </w:rPr>
        <w:t xml:space="preserve">[18:41] </w:t>
      </w:r>
      <w:r>
        <w:t>is waqea jab yaad aaya tab mujhe woh hadith samajh aayi.</w:t>
      </w:r>
    </w:p>
    <w:p>
      <w:pPr>
        <w:jc w:val="right"/>
      </w:pPr>
      <w:r>
        <w:t>اس واقعہ جب یاد آیا تب مجھے وہ حدیث سمجھ آئی۔</w:t>
      </w:r>
    </w:p>
    <w:p>
      <w:r>
        <w:rPr>
          <w:b/>
        </w:rPr>
        <w:t xml:space="preserve">[18:46] </w:t>
      </w:r>
      <w:r>
        <w:t>ke dekhiye ek qism ke woh hain dindar jo routine ki dindari karte hain. Routine ki dindari. Bas uske baad apne bachchon mein hain, apni business mein hain, apne job mein hain.</w:t>
      </w:r>
    </w:p>
    <w:p>
      <w:pPr>
        <w:jc w:val="right"/>
      </w:pPr>
      <w:r>
        <w:t>کہ دیکھیے ایک قسم کے وہ ہیں دیندار جو routine کی دینداری کرتے ہیں۔ Routine کی دینداری۔ بس اس کے بعد اپنے بچوں میں ہیں، اپنی business میں ہیں، اپنے جاب میں ہیں۔</w:t>
      </w:r>
    </w:p>
    <w:p>
      <w:r>
        <w:rPr>
          <w:b/>
        </w:rPr>
        <w:t xml:space="preserve">[18:59] </w:t>
      </w:r>
      <w:r>
        <w:t>Routine ki deendari ke baad in ka koi talluq deen se nahi hota.</w:t>
      </w:r>
    </w:p>
    <w:p>
      <w:pPr>
        <w:jc w:val="right"/>
      </w:pPr>
      <w:r>
        <w:t>Routine کی دینداری کے بعد ان کا کوئی تعلق دین سے نہیں ہوتا۔</w:t>
      </w:r>
    </w:p>
    <w:p>
      <w:r>
        <w:rPr>
          <w:b/>
        </w:rPr>
        <w:t xml:space="preserve">[19:04] </w:t>
      </w:r>
      <w:r>
        <w:t>Doosra deendar woh hai jo</w:t>
      </w:r>
    </w:p>
    <w:p>
      <w:pPr>
        <w:jc w:val="right"/>
      </w:pPr>
      <w:r>
        <w:t>دوسرا دیندار وہ ہے جو</w:t>
      </w:r>
    </w:p>
    <w:p>
      <w:r>
        <w:rPr>
          <w:b/>
        </w:rPr>
        <w:t xml:space="preserve">[19:11] </w:t>
      </w:r>
      <w:r>
        <w:t>Allah ki khatir itna apne ko involve kare ke mujhe yeh faisla kare ke mujhe apni marifat ko badhana hai. Mujhe apne dua o work ko badhana hai.</w:t>
      </w:r>
    </w:p>
    <w:p>
      <w:pPr>
        <w:jc w:val="right"/>
      </w:pPr>
      <w:r>
        <w:t>اللہ کی خاطر اتنا اپنے کو involve کرے کہ مجھے یہ فیصلہ کرے کہ مجھے اپنی معرفت کو بڑھانا ہے۔ مجھے اپنے دعا و ورک کو بڑھانا ہے۔</w:t>
      </w:r>
    </w:p>
    <w:p>
      <w:r>
        <w:rPr>
          <w:b/>
        </w:rPr>
        <w:t xml:space="preserve">[19:24] </w:t>
      </w:r>
      <w:r>
        <w:t>Mujhe apni deendari ke level ko badhana hai.</w:t>
      </w:r>
    </w:p>
    <w:p>
      <w:pPr>
        <w:jc w:val="right"/>
      </w:pPr>
      <w:r>
        <w:t>مجھے اپنی دینداری کے level کو بڑھانا ہے۔</w:t>
      </w:r>
    </w:p>
    <w:p>
      <w:r>
        <w:rPr>
          <w:b/>
        </w:rPr>
        <w:t xml:space="preserve">[19:29] </w:t>
      </w:r>
      <w:r>
        <w:t>Aur phir woh Quran mein ka mutala karta hai, Hadees ka mutala karta hai, Rasool Allah ki zindagi ka mutala karta hai, Sahaba ki zindagi ka mutala karta hai.</w:t>
      </w:r>
    </w:p>
    <w:p>
      <w:pPr>
        <w:jc w:val="right"/>
      </w:pPr>
      <w:r>
        <w:t>اور پھر وہ قرآن میں کا مطالعہ کرتا ہے، حدیث کا مطالعہ کرتا ہے، رسول اللہ کی زندگی کا مطالعہ کرتا ہے، صحابہ کی زندگی کا مطالعہ کرتا ہے۔</w:t>
      </w:r>
    </w:p>
    <w:p>
      <w:r>
        <w:rPr>
          <w:b/>
        </w:rPr>
        <w:t xml:space="preserve">[19:38] </w:t>
      </w:r>
      <w:r>
        <w:t>In saare studies ke baad apne aap ko bohat ooncha uthata hai woh.</w:t>
      </w:r>
    </w:p>
    <w:p>
      <w:pPr>
        <w:jc w:val="right"/>
      </w:pPr>
      <w:r>
        <w:t>ان سارے studies کے بعد اپنے آپ کو بہت اونچا اٹھاتا ہے وہ۔</w:t>
      </w:r>
    </w:p>
    <w:p>
      <w:r>
        <w:rPr>
          <w:b/>
        </w:rPr>
        <w:t xml:space="preserve">[19:50] </w:t>
      </w:r>
      <w:r>
        <w:t>Yaani iski routine ki deendari marifat ki deendari ban jati hai. Iska imaan ek discovery ka imaan ban jata hai. Iski namaz jo misaal wali namaz thi woh khushu wali namaz ban jati hai.</w:t>
      </w:r>
    </w:p>
    <w:p>
      <w:pPr>
        <w:jc w:val="right"/>
      </w:pPr>
      <w:r>
        <w:t>یعنی اس کی routine کی دینداری معرفت کی دینداری بن جاتی ہے۔ اس کا ایمان ایک discovery کا ایمان بن جاتا ہے۔ اس کی نماز جو مثال والی نماز تھی وہ خشوع والی نماز بن جاتی ہے۔</w:t>
      </w:r>
    </w:p>
    <w:p>
      <w:r>
        <w:rPr>
          <w:b/>
        </w:rPr>
        <w:t xml:space="preserve">[20:07] </w:t>
      </w:r>
      <w:r>
        <w:t>Iske har amal mein ek nayi jaan aa jati hai. Har amal mein ek nayi jaan aa jati hai. Toh Allah ke liye isne mazeed apne aap ko tayyar kiya.</w:t>
      </w:r>
    </w:p>
    <w:p>
      <w:pPr>
        <w:jc w:val="right"/>
      </w:pPr>
      <w:r>
        <w:t>اس کے ہر عمل میں ایک نئی جان آ جاتی ہے۔ ہر عمل میں ایک نئی جان آ جاتی ہے۔ تو اللہ کے لیے اس نے مزید اپنے آپ کو تیار کیا۔</w:t>
      </w:r>
    </w:p>
    <w:p>
      <w:r>
        <w:rPr>
          <w:b/>
        </w:rPr>
        <w:t xml:space="preserve">[20:22] </w:t>
      </w:r>
      <w:r>
        <w:t>Allah ke liye isi par qanaat nahi ke unhone isne ke routine ki namaz padh le, routine ka roza rakh le.</w:t>
      </w:r>
    </w:p>
    <w:p>
      <w:pPr>
        <w:jc w:val="right"/>
      </w:pPr>
      <w:r>
        <w:t>اللہ کے لیے اسی پر قناعت نہیں کہ انہوں نے اس نے کہ routine کی نماز پڑھ لے، routine کا روزہ رکھ لے۔</w:t>
      </w:r>
    </w:p>
    <w:p>
      <w:r>
        <w:rPr>
          <w:b/>
        </w:rPr>
        <w:t xml:space="preserve">[20:32] </w:t>
      </w:r>
      <w:r>
        <w:t>Balkeh yaani For the sake of God iske andar jo spirit jaagi toh isne faisla kiya ke ab mujhe apne level ko oopar oopar uthana hai.</w:t>
      </w:r>
    </w:p>
    <w:p>
      <w:pPr>
        <w:jc w:val="right"/>
      </w:pPr>
      <w:r>
        <w:t>بلکہ یعنی For the sake of God اس کے اندر جو spirit جاگی تو اس نے فیصلہ کیا کہ اب مجھے اپنے level کو اوپر اوپر اٹھانا ہے۔</w:t>
      </w:r>
    </w:p>
    <w:p>
      <w:r>
        <w:rPr>
          <w:b/>
        </w:rPr>
        <w:t xml:space="preserve">[20:46] </w:t>
      </w:r>
      <w:r>
        <w:t>Aur phir ek nayi spirit aayi iske andar, ek naya intellectual development hua iske andar. Ek nayi shakhsiyat bani iske andar. Aur phir is satah par woh Allah ka se talluq qaim hua iske andar.</w:t>
      </w:r>
    </w:p>
    <w:p>
      <w:pPr>
        <w:jc w:val="right"/>
      </w:pPr>
      <w:r>
        <w:t>اور پھر ایک نئی spirit آئی اس کے اندر، ایک نیا intellectual development ہوا اس کے اندر۔ ایک نئی شخصیت بنی اس کے اندر۔ اور پھر اس سطح پر وہ اللہ کا سے تعلق قائم ہوا اس کے اندر۔</w:t>
      </w:r>
    </w:p>
    <w:p>
      <w:r>
        <w:rPr>
          <w:b/>
        </w:rPr>
        <w:t xml:space="preserve">[21:02] </w:t>
      </w:r>
      <w:r>
        <w:t>Yeh hai woh baat jiski wajah se Allah ne farmaya ke فَإِنَّهُ لِي وَأَنَا أَجْزِي بِهِ ke iska amal For the sake of God amal hai aur iske liye main beshumar majboor doonga.</w:t>
      </w:r>
    </w:p>
    <w:p>
      <w:pPr>
        <w:jc w:val="right"/>
      </w:pPr>
      <w:r>
        <w:t>یہ ہے وہ بات جس کی وجہ سے اللہ نے فرمایا کہ فَإِنَّهُ لِي وَأَنَا أَجْزِي بِهِ کہ اس کا عمل For the sake of God عمل ہے اور اس کے لیے میں بے شمار مجبور دوں گا۔</w:t>
      </w:r>
    </w:p>
    <w:p>
      <w:r>
        <w:rPr>
          <w:b/>
        </w:rPr>
        <w:t xml:space="preserve">[21:19] </w:t>
      </w:r>
      <w:r>
        <w:t>Jaisa ke rubber factory ke malikan ne poori factory unke hawale kar di ke jis tarah chaho tum chalao. Kyunke woh poora faith ho gaya unko.</w:t>
      </w:r>
    </w:p>
    <w:p>
      <w:pPr>
        <w:jc w:val="right"/>
      </w:pPr>
      <w:r>
        <w:t>جیسا کہ rubber factory کے مالکان نے پوری factory ان کے حوالے کر دی کہ جس طرح چاہو تم چلاؤ۔ کیونکہ وہ پورا faith ہو گیا ان کو۔</w:t>
      </w:r>
    </w:p>
    <w:p>
      <w:r>
        <w:rPr>
          <w:b/>
        </w:rPr>
        <w:t xml:space="preserve">[21:30] </w:t>
      </w:r>
      <w:r>
        <w:t>Aur bohat taraqqi diya unhone factory ko. Toh yeh jo bataya yeh jo Hadees hai yeh Hadees jo hai yeh Bukhari mein bhi hai Muslim mein bhi hai aap padh sakte hain isko.</w:t>
      </w:r>
    </w:p>
    <w:p>
      <w:pPr>
        <w:jc w:val="right"/>
      </w:pPr>
      <w:r>
        <w:t>اور بہت ترقی دیا انہوں نے factory کو۔ تو یہ جو بتایا یہ جو حدیث ہے یہ حدیث جو ہے یہ بخاری میں بھی ہے مسلم میں بھی ہے آپ پڑھ سکتے ہیں اس کو۔</w:t>
      </w:r>
    </w:p>
    <w:p>
      <w:r>
        <w:rPr>
          <w:b/>
        </w:rPr>
        <w:t xml:space="preserve">[21:46] </w:t>
      </w:r>
      <w:r>
        <w:t>Ke har amal ka badla, har amal ka inaam, inaam, har amal ka reward</w:t>
      </w:r>
    </w:p>
    <w:p>
      <w:pPr>
        <w:jc w:val="right"/>
      </w:pPr>
      <w:r>
        <w:t>کہ ہر عمل کا بدلہ، ہر عمل کا انعام، انعام، ہر عمل کا reward</w:t>
      </w:r>
    </w:p>
    <w:p>
      <w:r>
        <w:rPr>
          <w:b/>
        </w:rPr>
        <w:t xml:space="preserve">[21:55] </w:t>
      </w:r>
      <w:r>
        <w:t>Iske ikhlas aur spirit ke aitbar se das guney se saat sau guna tak diya jata hai. Lekin roza فَإِنَّهُ لِي وَأَنَا أَجْزِي بِهِ الا الصوم فَإِنَّهُ لِي وَأَنَا أَجْزِي بِهِ siwa rozay ke ke is woh mere liye hai woh main hi iska badla doonga.</w:t>
      </w:r>
    </w:p>
    <w:p>
      <w:pPr>
        <w:jc w:val="right"/>
      </w:pPr>
      <w:r>
        <w:t>اس کے اخلاص اور spirit کے اعتبار سے دس گنے سے سات سو گنا تک دیا جاتا ہے۔ لیکن روزہ فَإِنَّهُ لِي وَأَنَا أَجْزِي بِهِ الا الصوم فَإِنَّهُ لِي وَأَنَا أَجْزِي بِهِ سوا روزے کے کہ اس وہ میرے لیے ہے وہ میں ہی اس کا بدلہ دوں گا۔</w:t>
      </w:r>
    </w:p>
    <w:p>
      <w:r>
        <w:rPr>
          <w:b/>
        </w:rPr>
        <w:t xml:space="preserve">[22:17] </w:t>
      </w:r>
      <w:r>
        <w:t>Toh yeh is liye nahi ke aadmi subah shaam tak bhooka rehta hai. Yeh bhook pyas ka mamla nahi hai.</w:t>
      </w:r>
    </w:p>
    <w:p>
      <w:pPr>
        <w:jc w:val="right"/>
      </w:pPr>
      <w:r>
        <w:t>تو یہ اس لیے نہیں کہ آدمی صبح شام تک بھوکا رہتا ہے۔ یہ بھوک پیاس کا معاملہ نہیں ہے۔</w:t>
      </w:r>
    </w:p>
    <w:p>
      <w:r>
        <w:rPr>
          <w:b/>
        </w:rPr>
        <w:t xml:space="preserve">[22:27] </w:t>
      </w:r>
      <w:r>
        <w:t>Yeh bhook pyas ka mamla, bhook pyas dekhiye yeh symbol hai distraction se apne aap ko bachane ka.</w:t>
      </w:r>
    </w:p>
    <w:p>
      <w:pPr>
        <w:jc w:val="right"/>
      </w:pPr>
      <w:r>
        <w:t>یہ بھوک پیاس کا معاملہ، بھوک پیاس دیکھیے یہ symbol ہے distraction سے اپنے آپ کو بچانے کا۔</w:t>
      </w:r>
    </w:p>
    <w:p>
      <w:r>
        <w:rPr>
          <w:b/>
        </w:rPr>
        <w:t xml:space="preserve">[22:38] </w:t>
      </w:r>
      <w:r>
        <w:t>Bhook pyas mein aadmi jab apne aap ko dalta hai toh goya yeh keh raha hota hai ke Khuda ya main apne aap ko har distraction se bachaoonga.</w:t>
      </w:r>
    </w:p>
    <w:p>
      <w:pPr>
        <w:jc w:val="right"/>
      </w:pPr>
      <w:r>
        <w:t>بھوک پیاس میں آدمی جب اپنے آپ کو ڈالتا ہے تو گویا یہ کہہ رہا ہوتا ہے کہ خدایا میں اپنے آپ کو ہر distraction سے بچاؤں گا۔</w:t>
      </w:r>
    </w:p>
    <w:p>
      <w:r>
        <w:rPr>
          <w:b/>
        </w:rPr>
        <w:t xml:space="preserve">[22:49] </w:t>
      </w:r>
      <w:r>
        <w:t>Chahe iski list jo hai khaali paray tak pahunch jaye.</w:t>
      </w:r>
    </w:p>
    <w:p>
      <w:pPr>
        <w:jc w:val="right"/>
      </w:pPr>
      <w:r>
        <w:t>چاہے اس کی list جو ہے خالی پرے تک پہنچ جائے۔</w:t>
      </w:r>
    </w:p>
    <w:p>
      <w:r>
        <w:rPr>
          <w:b/>
        </w:rPr>
        <w:t xml:space="preserve">[22:59] </w:t>
      </w:r>
      <w:r>
        <w:t>Jo aadmi Ramzan ke mahine mein roza rakhta hai woh amal ki zaban se goya yeh keh raha hota hai ke aye mere malik maabood!</w:t>
      </w:r>
    </w:p>
    <w:p>
      <w:pPr>
        <w:jc w:val="right"/>
      </w:pPr>
      <w:r>
        <w:t>جو آدمی رمضان کے مہینے میں روزہ رکھتا ہے وہ عمل کی زبان سے گویا یہ کہہ رہا ہوتا ہے کہ اے میرے مالک معبود!</w:t>
      </w:r>
    </w:p>
    <w:p>
      <w:r>
        <w:rPr>
          <w:b/>
        </w:rPr>
        <w:t xml:space="preserve">[23:10] </w:t>
      </w:r>
      <w:r>
        <w:t>Main teri khatir</w:t>
      </w:r>
    </w:p>
    <w:p>
      <w:pPr>
        <w:jc w:val="right"/>
      </w:pPr>
      <w:r>
        <w:t>میں تیری خاطر</w:t>
      </w:r>
    </w:p>
    <w:p>
      <w:r>
        <w:rPr>
          <w:b/>
        </w:rPr>
        <w:t xml:space="preserve">[23:14] </w:t>
      </w:r>
      <w:r>
        <w:t>Apne aap ko har distraction se bachaoonga. Chahe iski list khane peene tak pahunch jaye.</w:t>
      </w:r>
    </w:p>
    <w:p>
      <w:pPr>
        <w:jc w:val="right"/>
      </w:pPr>
      <w:r>
        <w:t>اپنے آپ کو ہر distraction سے بچاؤں گا۔ چاہے اس کی list کھانے پینے تک پہنچ جائے۔</w:t>
      </w:r>
    </w:p>
    <w:p>
      <w:r>
        <w:rPr>
          <w:b/>
        </w:rPr>
        <w:t xml:space="preserve">[23:24] </w:t>
      </w:r>
      <w:r>
        <w:t>Toh phir bachaoonga kis liye? In distraction se bacha kar kya karunga?</w:t>
      </w:r>
    </w:p>
    <w:p>
      <w:pPr>
        <w:jc w:val="right"/>
      </w:pPr>
      <w:r>
        <w:t>تو پھر بچاؤں گا کس لیے؟ ان distraction سے بچا کر کیا کروں گا؟</w:t>
      </w:r>
    </w:p>
    <w:p>
      <w:r>
        <w:rPr>
          <w:b/>
        </w:rPr>
        <w:t xml:space="preserve">[23:30] </w:t>
      </w:r>
      <w:r>
        <w:t>Woh hai ke Khuda ya kitab ko padhna, Khuda ya kitab mein tadabbur karna, Khuda ya kitab mein</w:t>
      </w:r>
    </w:p>
    <w:p>
      <w:pPr>
        <w:jc w:val="right"/>
      </w:pPr>
      <w:r>
        <w:t>وہ ہے کہ خدایا کتاب کو پڑھنا، خدایا کتاب میں تدبر کرنا، خدایا کتاب میں</w:t>
      </w:r>
    </w:p>
    <w:p>
      <w:r>
        <w:rPr>
          <w:b/>
        </w:rPr>
        <w:t xml:space="preserve">[23:37] </w:t>
      </w:r>
      <w:r>
        <w:t>ma'ni ki talash karna.</w:t>
      </w:r>
    </w:p>
    <w:p>
      <w:pPr>
        <w:jc w:val="right"/>
      </w:pPr>
      <w:r>
        <w:t>معنی کی تلاش کرنا۔</w:t>
      </w:r>
    </w:p>
    <w:p>
      <w:r>
        <w:rPr>
          <w:b/>
        </w:rPr>
        <w:t xml:space="preserve">[23:43] </w:t>
      </w:r>
      <w:r>
        <w:t>aik sahib ne aik aik aik slogan diya tha aik bar mujhe pata chala mujhe ke "One verse a day keeps Satan away" .</w:t>
      </w:r>
    </w:p>
    <w:p>
      <w:pPr>
        <w:jc w:val="right"/>
      </w:pPr>
      <w:r>
        <w:t>ایک صاحب نے ایک ایک ایک سلوگن دیا تھا ایک بار مجھے پتہ چلا مجھے کہ "One verse a day keeps Satan away" ۔</w:t>
      </w:r>
    </w:p>
    <w:p>
      <w:r>
        <w:rPr>
          <w:b/>
        </w:rPr>
        <w:t xml:space="preserve">[23:54] </w:t>
      </w:r>
      <w:r>
        <w:t>yani quran ka aik verse rozana parho to shaitan bhag jayega.</w:t>
      </w:r>
    </w:p>
    <w:p>
      <w:pPr>
        <w:jc w:val="right"/>
      </w:pPr>
      <w:r>
        <w:t>یعنی قرآن کا ایک verse روزانہ پڑھو تو شیطان بھاگ جائے گا۔</w:t>
      </w:r>
    </w:p>
    <w:p>
      <w:r>
        <w:rPr>
          <w:b/>
        </w:rPr>
        <w:t xml:space="preserve">[24:00] </w:t>
      </w:r>
      <w:r>
        <w:t>yeh baat bohat achhe intention mein kahi gayi hai lekin yeh phir bhi mysterious baat hai. asal baat yeh nahi hai. asal baat yeh hai ke quran ka mutalia karoge, quran ke ma'ni ko gehrai mein utro ge to to is ke andar tumhare andar llahiyat paida hogi, rabbaniyat paida hogi.</w:t>
      </w:r>
    </w:p>
    <w:p>
      <w:pPr>
        <w:jc w:val="right"/>
      </w:pPr>
      <w:r>
        <w:t>یہ بات بہت اچھے intention میں کہی گئی ہے لیکن یہ پھر بھی mysterious بات ہے۔ اصل بات یہ نہیں ہے۔ اصل بات یہ ہے کہ قرآن کا مطالعہ کرو گے، قرآن کے معنی کو گہرائی میں اترو گے تو تو اس کے اندر تمہارے اندر للہیت پیدا ہوگی، ربانیت پیدا ہوگی۔</w:t>
      </w:r>
    </w:p>
    <w:p>
      <w:r>
        <w:rPr>
          <w:b/>
        </w:rPr>
        <w:t xml:space="preserve">[24:22] </w:t>
      </w:r>
      <w:r>
        <w:t>tumhare andar aik nai percentage aye gi. woh shaitan ko bhaga degi.</w:t>
      </w:r>
    </w:p>
    <w:p>
      <w:pPr>
        <w:jc w:val="right"/>
      </w:pPr>
      <w:r>
        <w:t>تمہارے اندر ایک نئی percentage آئے گی۔ وہ شیطان کو بھگا دے گی۔</w:t>
      </w:r>
    </w:p>
    <w:p>
      <w:r>
        <w:rPr>
          <w:b/>
        </w:rPr>
        <w:t xml:space="preserve">[24:28] </w:t>
      </w:r>
      <w:r>
        <w:t>to mein aap sab logon se yeh kahunga ke aap sab log jo hain yeh karen. ke quran ka jo jo pocket side mein chhupa hai is ka tarjuma urdu mein, english mein woh hamesha apne paas rakhen, apne pocket mein.</w:t>
      </w:r>
    </w:p>
    <w:p>
      <w:pPr>
        <w:jc w:val="right"/>
      </w:pPr>
      <w:r>
        <w:t>تو میں آپ سب لوگوں سے یہ کہوں گا کہ آپ سب لوگ جو ہیں یہ کریں۔ کہ قرآن کا جو جو pocket side میں چھپا ہے اس کا ترجمہ اردو میں، انگلش میں وہ ہمیشہ اپنے پاس رکھیں، اپنے pocket میں۔</w:t>
      </w:r>
    </w:p>
    <w:p>
      <w:r>
        <w:rPr>
          <w:b/>
        </w:rPr>
        <w:t xml:space="preserve">[24:47] </w:t>
      </w:r>
      <w:r>
        <w:t>yani jo pocket aap ka hai is mein rahe. aur rozana aap is mein kuch na kuch hissa padhen.</w:t>
      </w:r>
    </w:p>
    <w:p>
      <w:pPr>
        <w:jc w:val="right"/>
      </w:pPr>
      <w:r>
        <w:t>یعنی جو pocket آپ کا ہے اس میں رہے۔ اور روزانہ آپ اس میں کچھ نہ کچھ حصہ پڑھیں۔</w:t>
      </w:r>
    </w:p>
    <w:p>
      <w:r>
        <w:rPr>
          <w:b/>
        </w:rPr>
        <w:t xml:space="preserve">[24:57] </w:t>
      </w:r>
      <w:r>
        <w:t>aik few page padhna bhi kafi hai rozana. kyunke quran ka andaaz aisa hai ke aap aik page padhen usi mein aap ko aik aik aik rizq mil jayega, aik point mil jayega.</w:t>
      </w:r>
    </w:p>
    <w:p>
      <w:pPr>
        <w:jc w:val="right"/>
      </w:pPr>
      <w:r>
        <w:t>ایک few page پڑھنا بھی کافی ہے روزانہ۔ کیونکہ قرآن کا انداز ایسا ہے کہ آپ ایک page پڑھیں اسی میں آپ کو ایک ایک ایک رزق مل جائے گا، ایک point مل جائے گا۔</w:t>
      </w:r>
    </w:p>
    <w:p>
      <w:r>
        <w:rPr>
          <w:b/>
        </w:rPr>
        <w:t xml:space="preserve">[25:10] </w:t>
      </w:r>
      <w:r>
        <w:t>sochne ke liye. to har din quran ka koi hissa padhen aur sochte rahen, sochte rahen, sochte rahen.</w:t>
      </w:r>
    </w:p>
    <w:p>
      <w:pPr>
        <w:jc w:val="right"/>
      </w:pPr>
      <w:r>
        <w:t>سوچنے کے لیے۔ تو ہر دن قرآن کا کوئی حصہ پڑھیں اور سوچتے رہیں، سوچتے رہیں، سوچتے رہیں۔</w:t>
      </w:r>
    </w:p>
    <w:p>
      <w:r>
        <w:rPr>
          <w:b/>
        </w:rPr>
        <w:t xml:space="preserve">[25:19] </w:t>
      </w:r>
      <w:r>
        <w:t>mein ne apni zindagi mein sirf aik aadmi aisa paya hai jo jis ka thinking process quran ko le kar chalta tha.</w:t>
      </w:r>
    </w:p>
    <w:p>
      <w:pPr>
        <w:jc w:val="right"/>
      </w:pPr>
      <w:r>
        <w:t>میں نے اپنی زندگی میں صرف ایک آدمی ایسا پایا ہے جو جس کا thinking process قرآن کو لے کر چلتا تھا۔</w:t>
      </w:r>
    </w:p>
    <w:p>
      <w:r>
        <w:rPr>
          <w:b/>
        </w:rPr>
        <w:t xml:space="preserve">[25:27] </w:t>
      </w:r>
      <w:r>
        <w:t>woh the maulana jaleel ul hassan nadvi.</w:t>
      </w:r>
    </w:p>
    <w:p>
      <w:pPr>
        <w:jc w:val="right"/>
      </w:pPr>
      <w:r>
        <w:t>وہ تھے مولانا جلیل الحسن ندوی۔</w:t>
      </w:r>
    </w:p>
    <w:p>
      <w:r>
        <w:rPr>
          <w:b/>
        </w:rPr>
        <w:t xml:space="preserve">[25:33] </w:t>
      </w:r>
      <w:r>
        <w:t>woh un ka jo thinking process tha woh subah sham raat din isi par sochte rehte the, sochte rehte the. chunancha unhon ne bohat si nai nai baaten daryaft ki theen.</w:t>
      </w:r>
    </w:p>
    <w:p>
      <w:pPr>
        <w:jc w:val="right"/>
      </w:pPr>
      <w:r>
        <w:t>وہ ان کا جو thinking process تھا وہ صبح شام رات دن اسی پر سوچتے رہتے تھے، سوچتے رہتے تھے۔ چنانچہ انہوں نے بہت سی نئی نئی باتیں دریافت کی تھیں۔</w:t>
      </w:r>
    </w:p>
    <w:p>
      <w:r>
        <w:rPr>
          <w:b/>
        </w:rPr>
        <w:t xml:space="preserve">[25:44] </w:t>
      </w:r>
      <w:r>
        <w:t>jo ke tafsiron mein nahi theen. woh bohat achhe arabi zaban ke aalim the woh.</w:t>
      </w:r>
    </w:p>
    <w:p>
      <w:pPr>
        <w:jc w:val="right"/>
      </w:pPr>
      <w:r>
        <w:t>جو کہ تفسیروں میں نہیں تھیں۔ وہ بہت اچھے عربی زبان کے عالم تھے وہ۔</w:t>
      </w:r>
    </w:p>
    <w:p>
      <w:r>
        <w:rPr>
          <w:b/>
        </w:rPr>
        <w:t xml:space="preserve">[25:52] </w:t>
      </w:r>
      <w:r>
        <w:t>to un ki aik misaal woh hai jo mein ne apni tafsir mein likhi hai, tazkir ul quran mein. aap surah yusuf mein jo waqea hua tha ke hazrat yusuf ka jo bhai the binyamin, un ko un ko wapas kiya gaya tha.</w:t>
      </w:r>
    </w:p>
    <w:p>
      <w:pPr>
        <w:jc w:val="right"/>
      </w:pPr>
      <w:r>
        <w:t>تو ان کی ایک مثال وہ ہے جو میں نے اپنی تفسیر میں لکھی ہے، تذکر القرآن میں۔ آپ سورہ یوسف میں جو واقعہ ہوا تھا کہ حضرت یوسف کا جو بھائی تھے بنیامین، ان کو ان کو واپس کیا گیا تھا۔</w:t>
      </w:r>
    </w:p>
    <w:p>
      <w:r>
        <w:rPr>
          <w:b/>
        </w:rPr>
        <w:t xml:space="preserve">[26:12] </w:t>
      </w:r>
      <w:r>
        <w:t>to sari tafsiron mein is tarah bataya gaya jaise ke hazrat yusuf ne jaan boojh kar unhein nauzubillah chor banaya. aur phir chor ke hisse se unhein pakad kar apne paas rakha, rok liya.</w:t>
      </w:r>
    </w:p>
    <w:p>
      <w:pPr>
        <w:jc w:val="right"/>
      </w:pPr>
      <w:r>
        <w:t>تو ساری تفسیروں میں اس طرح بتایا گیا جیسے کہ حضرت یوسف نے جان بوجھ کر انہیں نعوذ باللہ چور بنایا۔ اور پھر چور کے حصے سے انہیں پکڑ کر اپنے پاس رکھا، روک لیا۔</w:t>
      </w:r>
    </w:p>
    <w:p>
      <w:r>
        <w:rPr>
          <w:b/>
        </w:rPr>
        <w:t xml:space="preserve">[26:25] </w:t>
      </w:r>
      <w:r>
        <w:t>sari tafsiron mein yahi baat hai. ke goya peghambar ne apne bhai ko chor banaya.</w:t>
      </w:r>
    </w:p>
    <w:p>
      <w:pPr>
        <w:jc w:val="right"/>
      </w:pPr>
      <w:r>
        <w:t>ساری تفسیروں میں یہی بات ہے۔ کہ گویا پیغمبر نے اپنے بھائی کو چور بنایا۔</w:t>
      </w:r>
    </w:p>
    <w:p>
      <w:r>
        <w:rPr>
          <w:b/>
        </w:rPr>
        <w:t xml:space="preserve">[26:32] </w:t>
      </w:r>
      <w:r>
        <w:t>lekin maulana jaleel ul hassan nadvi ne bohat dinon sochte sochte is mein aik bohat ajeeb anokhi baat daryaft ki. aur bohat hi shandar baat.</w:t>
      </w:r>
    </w:p>
    <w:p>
      <w:pPr>
        <w:jc w:val="right"/>
      </w:pPr>
      <w:r>
        <w:t>لیکن مولانا جلیل الحسن ندوی نے بہت دنوں سوچتے سوچتے اس میں ایک بہت عجیب انوکھی بات دریافت کی۔ اور بہت ہی شاندار بات۔</w:t>
      </w:r>
    </w:p>
    <w:p>
      <w:r>
        <w:rPr>
          <w:b/>
        </w:rPr>
        <w:t xml:space="preserve">[26:42] </w:t>
      </w:r>
      <w:r>
        <w:t>jis mein woh yeh cheez hadaf, yeh yeh hazrat yusuf par yeh ilzam khatam ho jata hai. is baat ko samajhne ke liye aap meri tafsir jo hai tazkir ul quran use padhen.</w:t>
      </w:r>
    </w:p>
    <w:p>
      <w:pPr>
        <w:jc w:val="right"/>
      </w:pPr>
      <w:r>
        <w:t>جس میں وہ یہ چیز ہدف، یہ یہ حضرت یوسف پر یہ الزام ختم ہو جاتا ہے۔ اس بات کو سمجھنے کے لیے آپ میری تفسیر جو ہے تذکر القرآن اسے پڑھیے۔</w:t>
      </w:r>
    </w:p>
    <w:p>
      <w:r>
        <w:rPr>
          <w:b/>
        </w:rPr>
        <w:t xml:space="preserve">[26:54] </w:t>
      </w:r>
      <w:r>
        <w:t>jo baat mein ne likhi hai woh inhi ki baat hai. maulana jaleel ul hassan nadvi ki baat hai woh.</w:t>
      </w:r>
    </w:p>
    <w:p>
      <w:pPr>
        <w:jc w:val="right"/>
      </w:pPr>
      <w:r>
        <w:t>جو بات میں نے لکھی ہے وہ انہی کی بات ہے۔ مولانا جلیل الحسن ندوی کی بات ہے وہ۔</w:t>
      </w:r>
    </w:p>
    <w:p>
      <w:r>
        <w:rPr>
          <w:b/>
        </w:rPr>
        <w:t xml:space="preserve">[27:01] </w:t>
      </w:r>
      <w:r>
        <w:t>to mein yeh keh raha tha ke yeh jo yani jo yeh jo bataya ke itna zyada sawab, itna zyada sawab to yeh sawab na to kisi mahine ka hai na kisi bhook pyas ka hai.</w:t>
      </w:r>
    </w:p>
    <w:p>
      <w:pPr>
        <w:jc w:val="right"/>
      </w:pPr>
      <w:r>
        <w:t>تو میں یہ کہہ رہا تھا کہ یہ جو یعنی جو یہ جو بتایا کہ اتنا زیادہ ثواب، اتنا زیادہ ثواب تو یہ ثواب نہ تو کسی مہینے کا ہے نہ کسی بھوک پیاس کا ہے۔</w:t>
      </w:r>
    </w:p>
    <w:p>
      <w:r>
        <w:rPr>
          <w:b/>
        </w:rPr>
        <w:t xml:space="preserve">[27:18] </w:t>
      </w:r>
      <w:r>
        <w:t>balke is mah tarbiyat mein,</w:t>
      </w:r>
    </w:p>
    <w:p>
      <w:pPr>
        <w:jc w:val="right"/>
      </w:pPr>
      <w:r>
        <w:t>بلکہ اس ماہ تربیت میں،</w:t>
      </w:r>
    </w:p>
    <w:p>
      <w:r>
        <w:rPr>
          <w:b/>
        </w:rPr>
        <w:t xml:space="preserve">[27:25] </w:t>
      </w:r>
      <w:r>
        <w:t>is mah tarbiyat mein apne aap ko is course mein dalne ka hai. is course mein dalne ka hai.</w:t>
      </w:r>
    </w:p>
    <w:p>
      <w:pPr>
        <w:jc w:val="right"/>
      </w:pPr>
      <w:r>
        <w:t>اس ماہ تربیت میں اپنے آپ کو اس کورس میں ڈالنے کا ہے۔ اس کورس میں ڈالنے کا ہے۔</w:t>
      </w:r>
    </w:p>
    <w:p>
      <w:r>
        <w:rPr>
          <w:b/>
        </w:rPr>
        <w:t xml:space="preserve">[27:36] </w:t>
      </w:r>
      <w:r>
        <w:t>is course mein dalne ka hai aur rozana aap ko quran padhna hai.</w:t>
      </w:r>
    </w:p>
    <w:p>
      <w:pPr>
        <w:jc w:val="right"/>
      </w:pPr>
      <w:r>
        <w:t>اس کورس میں ڈالنے کا ہے اور روزانہ آپ کو قرآن پڑھنا ہے۔</w:t>
      </w:r>
    </w:p>
    <w:p>
      <w:r>
        <w:rPr>
          <w:b/>
        </w:rPr>
        <w:t xml:space="preserve">[27:40] </w:t>
      </w:r>
      <w:r>
        <w:t>aap, aap sab log jo meri awaz sun rahe hain un sab ko mein kahunga ke aap pocket size ka quran rakhen apni jeeb mein aur padhte rahen. yeh baat mere zehen mein yani is liye ayi ke aaj aaj ke akhbar dekh kar ke aik baat ke har aadmi ko quran rakhna chahiye apne paas aur safha do safha kuch na kuch to padhta rahe</w:t>
      </w:r>
    </w:p>
    <w:p>
      <w:pPr>
        <w:jc w:val="right"/>
      </w:pPr>
      <w:r>
        <w:t>آپ، آپ سب لوگ جو میری آواز سن رہے ہیں ان سب کو میں کہوں گا کہ آپ pocket size کا قرآن رکھیں اپنی جیب میں اور پڑھتے رہیں۔ یہ بات میرے ذہن میں یعنی اس لیے آئی کہ آج آج کے اخبار دیکھ کر کے ایک بات کہ ہر آدمی کو قرآن رکھنا چاہیے اپنے پاس اور صفحہ دو صفحہ کچھ نہ کچھ تو پڑھتا رہے</w:t>
      </w:r>
    </w:p>
    <w:p>
      <w:r>
        <w:rPr>
          <w:b/>
        </w:rPr>
        <w:t xml:space="preserve">[28:01] </w:t>
      </w:r>
      <w:r>
        <w:t>woh. lekin dekhiye aaj ke akhbar mein abhi aap jante honge ke misr mein arse se aapas ka takrao chal raha hai.</w:t>
      </w:r>
    </w:p>
    <w:p>
      <w:pPr>
        <w:jc w:val="right"/>
      </w:pPr>
      <w:r>
        <w:t>وہ۔ لیکن دیکھیے آج کے اخبار میں ابھی آپ جانتے ہوں گے کہ مصر میں عرصے سے آپس کا ٹکراؤ چل رہا ہے۔</w:t>
      </w:r>
    </w:p>
    <w:p>
      <w:r>
        <w:rPr>
          <w:b/>
        </w:rPr>
        <w:t xml:space="preserve">[28:10] </w:t>
      </w:r>
      <w:r>
        <w:t>yani aap, yani musalman musalman aapas mein lad rahe hain. aur bohat ziyada tabahi hui hai. aaj ka jo akhbar hai woh batata hai ke dekhiye yeh aaj ka akhbar hai.</w:t>
      </w:r>
    </w:p>
    <w:p>
      <w:pPr>
        <w:jc w:val="right"/>
      </w:pPr>
      <w:r>
        <w:t>یعنی آپ، یعنی مسلمان مسلمان آپس میں لڑ رہے ہیں۔ اور بہت زیادہ تباہی ہوئی ہے۔ آج کا جو اخبار ہے وہ بتاتا ہے کہ دیکھیے یہ آج کا اخبار ہے۔</w:t>
      </w:r>
    </w:p>
    <w:p>
      <w:r>
        <w:rPr>
          <w:b/>
        </w:rPr>
        <w:t xml:space="preserve">[28:28] </w:t>
      </w:r>
      <w:r>
        <w:t>Bullet bath in Egypt over</w:t>
      </w:r>
    </w:p>
    <w:p>
      <w:pPr>
        <w:jc w:val="right"/>
      </w:pPr>
      <w:r>
        <w:t>Bullet bath in Egypt over</w:t>
      </w:r>
    </w:p>
    <w:p>
      <w:r>
        <w:rPr>
          <w:b/>
        </w:rPr>
        <w:t xml:space="preserve">[28:31] </w:t>
      </w:r>
      <w:r>
        <w:t>100 killed in clashes yeh musalman aapas mein lad rahe hain. aur hazaron aadmi bahar aa chuke hain.</w:t>
      </w:r>
    </w:p>
    <w:p>
      <w:pPr>
        <w:jc w:val="right"/>
      </w:pPr>
      <w:r>
        <w:t>100 killed in clashes یہ مسلمان آپس میں لڑ رہے ہیں۔ اور ہزاروں آدمی باہر آ چکے ہیں۔</w:t>
      </w:r>
    </w:p>
    <w:p>
      <w:r>
        <w:rPr>
          <w:b/>
        </w:rPr>
        <w:t xml:space="preserve">[28:44] </w:t>
      </w:r>
      <w:r>
        <w:t>ab agar quran rozana parhein woh to is ayat pe jab woh pahunchenge quran mein do ayatein bohat chaunka dene wali hain is silsile mein.</w:t>
      </w:r>
    </w:p>
    <w:p>
      <w:pPr>
        <w:jc w:val="right"/>
      </w:pPr>
      <w:r>
        <w:t>اب اگر قرآن روزانہ پڑھیں وہ تو اس آیت پہ جب وہ پہنچیں گے قرآن میں دو آیتیں بہت چونکا دینے والی ہیں اس سلسلے میں۔</w:t>
      </w:r>
    </w:p>
    <w:p>
      <w:r>
        <w:rPr>
          <w:b/>
        </w:rPr>
        <w:t xml:space="preserve">[28:55] </w:t>
      </w:r>
      <w:r>
        <w:t>ek ayat woh hai jis mein yeh hai ke man qatal nafsan ek ayat hai ke jis ne ek shakhs ko mara, ek ek single aadmi ko mara to us ne saare insano ko maar dala.</w:t>
      </w:r>
    </w:p>
    <w:p>
      <w:pPr>
        <w:jc w:val="right"/>
      </w:pPr>
      <w:r>
        <w:t>ایک آیت وہ ہے جس میں یہ ہے کہ من قتل نفسا ایک آیت ہے کہ جس نے ایک شخص کو مارا، ایک ایک سنگل آدمی کو مارا تو اس نے سارے انسانوں کو مار ڈالا۔</w:t>
      </w:r>
    </w:p>
    <w:p>
      <w:r>
        <w:rPr>
          <w:b/>
        </w:rPr>
        <w:t xml:space="preserve">[29:09] </w:t>
      </w:r>
      <w:r>
        <w:t>fakana qatal al-nas jameea</w:t>
      </w:r>
    </w:p>
    <w:p>
      <w:pPr>
        <w:jc w:val="right"/>
      </w:pPr>
      <w:r>
        <w:t>فكانه قتل الناس جمیعا</w:t>
      </w:r>
    </w:p>
    <w:p>
      <w:r>
        <w:rPr>
          <w:b/>
        </w:rPr>
        <w:t xml:space="preserve">[29:16] </w:t>
      </w:r>
      <w:r>
        <w:t>ek aur ayat hai woh ke man qatal moomnan mutaammidan fa-jaza jahannam jis ne jaan boojh kar ek momin ko mara woh jahannam mein jayega.</w:t>
      </w:r>
    </w:p>
    <w:p>
      <w:pPr>
        <w:jc w:val="right"/>
      </w:pPr>
      <w:r>
        <w:t>ایک اور آیت ہے وہ کہ من قتل مؤمنا متعمدا فجزاء جہنم جس نے جان بوجھ کر ایک مومن کو مارا وہ جہنم میں جائے گا۔</w:t>
      </w:r>
    </w:p>
    <w:p>
      <w:r>
        <w:rPr>
          <w:b/>
        </w:rPr>
        <w:t xml:space="preserve">[29:31] </w:t>
      </w:r>
      <w:r>
        <w:t>to agar rozana aap quran ko parhein to kabhi na kabhi is par aap ki nazar aa jayegi ke arey yeh to bohat hi, bohat hi, bohat hi ziyada serious muamla hai.</w:t>
      </w:r>
    </w:p>
    <w:p>
      <w:pPr>
        <w:jc w:val="right"/>
      </w:pPr>
      <w:r>
        <w:t>تو اگر روزانہ آپ قرآن کو پڑھیں تو کبھی نہ کبھی اس پر آپ کی نظر آ جائے گی کہ ارے یہ تو بہت ہی، بہت ہی، بہت ہی زیادہ serious معاملہ ہے۔</w:t>
      </w:r>
    </w:p>
    <w:p>
      <w:r>
        <w:rPr>
          <w:b/>
        </w:rPr>
        <w:t xml:space="preserve">[29:43] </w:t>
      </w:r>
      <w:r>
        <w:t>to aap apni gun ko aur bomb ko phenk denge aur phir yeh waqea nahi hoga jo waqea aap dekh rahe hain. yeh saari duniya mein ho raha hai, koi misr ki baat nahi hai.</w:t>
      </w:r>
    </w:p>
    <w:p>
      <w:pPr>
        <w:jc w:val="right"/>
      </w:pPr>
      <w:r>
        <w:t>تو آپ اپنی گن کو اور بم کو پھینک دیں گے اور پھر یہ واقعہ نہیں ہوگا جو واقعہ آپ دیکھ رہے ہیں۔ یہ ساری دنیا میں ہو رہا ہے، کوئی مصر کی بات نہیں ہے۔</w:t>
      </w:r>
    </w:p>
    <w:p>
      <w:r>
        <w:rPr>
          <w:b/>
        </w:rPr>
        <w:t xml:space="preserve">[29:57] </w:t>
      </w:r>
      <w:r>
        <w:t>jab quran mein aap padhenge ke asl al-khair peace is the best</w:t>
      </w:r>
    </w:p>
    <w:p>
      <w:pPr>
        <w:jc w:val="right"/>
      </w:pPr>
      <w:r>
        <w:t>جب قرآن میں آپ پڑھیں گے کہ أصل الخير peace is the best</w:t>
      </w:r>
    </w:p>
    <w:p>
      <w:r>
        <w:rPr>
          <w:b/>
        </w:rPr>
        <w:t xml:space="preserve">[30:04] </w:t>
      </w:r>
      <w:r>
        <w:t>to is ke mani ke aap ko yeh daryaft hoga ke is duniya mein result jo hai, result allah ne rakh diya us ko peace mein, maar kaat mein nahi rakha hai.</w:t>
      </w:r>
    </w:p>
    <w:p>
      <w:pPr>
        <w:jc w:val="right"/>
      </w:pPr>
      <w:r>
        <w:t>تو اس کے معنی کہ آپ کو یہ دریافت ہوگا کہ اس دنیا میں result جو ہے، result اللہ نے رکھ دیا اس کو peace میں، مار کاٹ میں نہیں رکھا ہے۔</w:t>
      </w:r>
    </w:p>
    <w:p>
      <w:r>
        <w:rPr>
          <w:b/>
        </w:rPr>
        <w:t xml:space="preserve">[30:15] </w:t>
      </w:r>
      <w:r>
        <w:t>to main aap sab se kahunga ke aap sab log quran ka jeeb bhi shayad apne saath mustaqil rakhein aur jahan mauqa ho khol ke kuch na kuch to padh lein.</w:t>
      </w:r>
    </w:p>
    <w:p>
      <w:pPr>
        <w:jc w:val="right"/>
      </w:pPr>
      <w:r>
        <w:t>تو میں آپ سب سے کہوں گا کہ آپ سب لوگ قرآن کا جیب بھی شاید اپنے ساتھ مستقل رکھیں اور جہاں موقع ہو کھول کے کچھ نہ کچھ تو پڑھ لیں۔</w:t>
      </w:r>
    </w:p>
    <w:p>
      <w:r>
        <w:rPr>
          <w:b/>
        </w:rPr>
        <w:t xml:space="preserve">[30:32] </w:t>
      </w:r>
      <w:r>
        <w:t>to yeh pichli baar maine aap ko yaad hoga ek hadith batai thi jis mein taahhud ka lafz hai. yani commitment, mustaqil commitment quran se.</w:t>
      </w:r>
    </w:p>
    <w:p>
      <w:pPr>
        <w:jc w:val="right"/>
      </w:pPr>
      <w:r>
        <w:t>تو یہ پچھلی بار میں نے آپ کو یاد ہوگا ایک حدیث بتائی تھی جس میں تعہد کا لفظ ہے۔ یعنی commitment، مسلسل commitment قرآن سے۔</w:t>
      </w:r>
    </w:p>
    <w:p>
      <w:r>
        <w:rPr>
          <w:b/>
        </w:rPr>
        <w:t xml:space="preserve">[30:44] </w:t>
      </w:r>
      <w:r>
        <w:t>to is par mujhe ek waqea yaad aata hai ke What is commitment? What is taahhud? is ko samajhne ke liye.</w:t>
      </w:r>
    </w:p>
    <w:p>
      <w:pPr>
        <w:jc w:val="right"/>
      </w:pPr>
      <w:r>
        <w:t>تو اس پر مجھے ایک واقعہ یاد آتا ہے کہ What is commitment? What is تعہد? اس کو سمجھنے کے لیے۔</w:t>
      </w:r>
    </w:p>
    <w:p>
      <w:r>
        <w:rPr>
          <w:b/>
        </w:rPr>
        <w:t xml:space="preserve">[30:55] </w:t>
      </w:r>
      <w:r>
        <w:t>india ke ek sahab, unhone unki taleem hui london mein.</w:t>
      </w:r>
    </w:p>
    <w:p>
      <w:pPr>
        <w:jc w:val="right"/>
      </w:pPr>
      <w:r>
        <w:t>انڈیا کے ایک صاحب، انہوں نے ان کی تعلیم ہوئی لندن میں۔</w:t>
      </w:r>
    </w:p>
    <w:p>
      <w:r>
        <w:rPr>
          <w:b/>
        </w:rPr>
        <w:t xml:space="preserve">[31:02] </w:t>
      </w:r>
      <w:r>
        <w:t>to padh kar wapas aa gaye. ek arse ke baad dobara woh london gaye to ek woh professor jo un ka ustad tha, us se milne gaye woh.</w:t>
      </w:r>
    </w:p>
    <w:p>
      <w:pPr>
        <w:jc w:val="right"/>
      </w:pPr>
      <w:r>
        <w:t>تو پڑھ کر واپس آ گئے۔ ایک عرصے کے بعد دوبارہ وہ لندن گئے۔ تو ایک وہ پروفیسر جو ان کا استاد تھا، اس سے ملنے گئے وہ۔</w:t>
      </w:r>
    </w:p>
    <w:p>
      <w:r>
        <w:rPr>
          <w:b/>
        </w:rPr>
        <w:t xml:space="preserve">[31:13] </w:t>
      </w:r>
      <w:r>
        <w:t>appointment le, appointment le kar ke. to woh Shakespeare padhata tha woh, woh professor. aur abhi bhi woh padhata tha, abhi senior professor ho chuka tha.</w:t>
      </w:r>
    </w:p>
    <w:p>
      <w:pPr>
        <w:jc w:val="right"/>
      </w:pPr>
      <w:r>
        <w:t>اپوائنٹمنٹ لے، اپوائنٹمنٹ لے کر کے۔ تو وہ Shakespeare پڑھاتا تھا وہ، وہ پروفیسر۔ اور ابھی بھی وہ پڑھاتا تھا، ابھی سینئر پروفیسر ہو چکا تھا۔</w:t>
      </w:r>
    </w:p>
    <w:p>
      <w:r>
        <w:rPr>
          <w:b/>
        </w:rPr>
        <w:t xml:space="preserve">[31:25] </w:t>
      </w:r>
      <w:r>
        <w:t>to us ne raat ka waqt diya tha milne ke liye. raat ka waqt.</w:t>
      </w:r>
    </w:p>
    <w:p>
      <w:pPr>
        <w:jc w:val="right"/>
      </w:pPr>
      <w:r>
        <w:t>تو اس نے رات کا وقت دیا تھا ملنے کے لیے۔ رات کا وقت۔</w:t>
      </w:r>
    </w:p>
    <w:p>
      <w:r>
        <w:rPr>
          <w:b/>
        </w:rPr>
        <w:t xml:space="preserve">[31:30] </w:t>
      </w:r>
      <w:r>
        <w:t>jab woh pahunche to dekha unhone us ki mez ke saamne Shakespeare ki kitab phaili hui hai. to us ne poocha un se ke aap to ek senior professor hain.</w:t>
      </w:r>
    </w:p>
    <w:p>
      <w:pPr>
        <w:jc w:val="right"/>
      </w:pPr>
      <w:r>
        <w:t>جب وہ پہنچے تو دیکھا انہوں نے اس کی میز کے سامنے Shakespeare کی کتاب پھیلی ہوئی ہے۔ تو اس نے پوچھا ان سے کہ آپ تو ایک سینئر پروفیسر ہیں۔</w:t>
      </w:r>
    </w:p>
    <w:p>
      <w:r>
        <w:rPr>
          <w:b/>
        </w:rPr>
        <w:t xml:space="preserve">[31:43] </w:t>
      </w:r>
      <w:r>
        <w:t>itni lambi muddat se aap Shakespeare ko padha rahe hain. aur abhi bhi Shakespeare ki study karte hain aap? to bohat hi sanjeedgi se unhone jawab diya tha.</w:t>
      </w:r>
    </w:p>
    <w:p>
      <w:pPr>
        <w:jc w:val="right"/>
      </w:pPr>
      <w:r>
        <w:t>اتنی لمبی مدت سے آپ Shakespeare کو پڑھا رہے ہیں۔ اور ابھی بھی Shakespeare کی study کرتے ہیں آپ؟ تو بہت ہی سنجیدگی سے انہوں نے جواب دیا تھا۔</w:t>
      </w:r>
    </w:p>
    <w:p>
      <w:r>
        <w:rPr>
          <w:b/>
        </w:rPr>
        <w:t xml:space="preserve">[31:56] </w:t>
      </w:r>
      <w:r>
        <w:t>us us senior professor ne, britania ke. ke You know, the students are committed to my care.</w:t>
      </w:r>
    </w:p>
    <w:p>
      <w:pPr>
        <w:jc w:val="right"/>
      </w:pPr>
      <w:r>
        <w:t>اس اس سینئر پروفیسر نے، برطانیہ کے۔ کہ You know, the students are committed to my care.</w:t>
      </w:r>
    </w:p>
    <w:p>
      <w:r>
        <w:rPr>
          <w:b/>
        </w:rPr>
        <w:t xml:space="preserve">[32:09] </w:t>
      </w:r>
      <w:r>
        <w:t>You know, the students are committed to my care.</w:t>
      </w:r>
    </w:p>
    <w:p>
      <w:pPr>
        <w:jc w:val="right"/>
      </w:pPr>
      <w:r>
        <w:t>You know, the students are committed to my care.</w:t>
      </w:r>
    </w:p>
    <w:p>
      <w:r>
        <w:rPr>
          <w:b/>
        </w:rPr>
        <w:t xml:space="preserve">[32:15] </w:t>
      </w:r>
      <w:r>
        <w:t>I must prepare myself to do justice to them.</w:t>
      </w:r>
    </w:p>
    <w:p>
      <w:pPr>
        <w:jc w:val="right"/>
      </w:pPr>
      <w:r>
        <w:t>I must prepare myself to do justice to them.</w:t>
      </w:r>
    </w:p>
    <w:p>
      <w:r>
        <w:rPr>
          <w:b/>
        </w:rPr>
        <w:t xml:space="preserve">[32:21] </w:t>
      </w:r>
      <w:r>
        <w:t>to aap ko agar yeh ehsaas ho ke mujhe bohat ziyada samajhna hai ke quran mein allah taala ki kya marzi hai.</w:t>
      </w:r>
    </w:p>
    <w:p>
      <w:pPr>
        <w:jc w:val="right"/>
      </w:pPr>
      <w:r>
        <w:t>تو آپ کو اگر یہ احساس ہو کہ مجھے بہت زیادہ سمجھنا ہے کہ قرآن میں اللہ تعالیٰ کی کیا مرضی ہے۔</w:t>
      </w:r>
    </w:p>
    <w:p>
      <w:r>
        <w:rPr>
          <w:b/>
        </w:rPr>
        <w:t xml:space="preserve">[32:31] </w:t>
      </w:r>
      <w:r>
        <w:t>kyun ke mujhe face karna hai allah taala ko marne ke baad. to bohat ziyada aap serious ho jayenge. ke marne se pehle pehle khoob khoob jaan lein ke jab main allah ke saamne khada hounga to mujhe pehle pata hona chahiye ke allah kya poochne wala hai mujh se.</w:t>
      </w:r>
    </w:p>
    <w:p>
      <w:pPr>
        <w:jc w:val="right"/>
      </w:pPr>
      <w:r>
        <w:t>کیونکہ مجھے face کرنا ہے اللہ تعالیٰ کو مرنے کے بعد۔ تو بہت زیادہ آپ serious ہو جائیں گے۔ کہ مرنے سے پہلے پہلے خوب خوب جان لیں کہ جب میں اللہ کے سامنے کھڑا ہوں گا تو مجھے پہلے پتہ ہونا چاہیے کہ اللہ کیا پوچھنے والا ہے مجھ سے۔</w:t>
      </w:r>
    </w:p>
    <w:p>
      <w:r>
        <w:rPr>
          <w:b/>
        </w:rPr>
        <w:t xml:space="preserve">[32:49] </w:t>
      </w:r>
      <w:r>
        <w:t>aise aap ko dawat ka jo jazba aap ke andar hai woh aap ko bohat ziyada yaani bohat ziyada aap ko majboor karega ke quran ko parhen.</w:t>
      </w:r>
    </w:p>
    <w:p>
      <w:pPr>
        <w:jc w:val="right"/>
      </w:pPr>
      <w:r>
        <w:t>ایسے آپ کو دعوت کا جو جذبہ آپ کے اندر ہے وہ آپ کو بہت زیادہ یعنی بہت زیادہ آپ کو مجبور کرے گا کہ قرآن کو پڑھیں۔</w:t>
      </w:r>
    </w:p>
    <w:p>
      <w:r>
        <w:rPr>
          <w:b/>
        </w:rPr>
        <w:t xml:space="preserve">[33:02] </w:t>
      </w:r>
      <w:r>
        <w:t>taake wahi baat kahein jo jo allah taala chahte hain kehna. koi aur na baat keh keh daalein aap. jaise quran mein ek nabi ne kaha tha inni lakum nasir ameen mein tumhare liye ameen hoon, honest hoon.</w:t>
      </w:r>
    </w:p>
    <w:p>
      <w:pPr>
        <w:jc w:val="right"/>
      </w:pPr>
      <w:r>
        <w:t>تاکہ وہی بات کہیں جو جو اللہ تعالیٰ چاہتے ہیں کہنا۔ کوئی اور نہ بات کہہ کہہ ڈالیں آپ۔ جیسے قرآن میں ایک نبی نے کہا تھا إني لكم ناصر أمين میں تمہارے لیے امین ہوں، honest ہوں۔</w:t>
      </w:r>
    </w:p>
    <w:p>
      <w:r>
        <w:rPr>
          <w:b/>
        </w:rPr>
        <w:t xml:space="preserve">[33:18] </w:t>
      </w:r>
      <w:r>
        <w:t>matlab wahi baat keh raha hoon jo allah se mujhe mili hai.</w:t>
      </w:r>
    </w:p>
    <w:p>
      <w:pPr>
        <w:jc w:val="right"/>
      </w:pPr>
      <w:r>
        <w:t>مطلب وہی بات کہہ رہا ہوں جو اللہ سے مجھے ملی ہے۔</w:t>
      </w:r>
    </w:p>
    <w:p>
      <w:r>
        <w:rPr>
          <w:b/>
        </w:rPr>
        <w:t xml:space="preserve">[33:24] </w:t>
      </w:r>
      <w:r>
        <w:t>toh toh aap ka yahi haal ho jayega jo is professor ka haal tha. ke rozana aap quran ko consult karenge.</w:t>
      </w:r>
    </w:p>
    <w:p>
      <w:pPr>
        <w:jc w:val="right"/>
      </w:pPr>
      <w:r>
        <w:t>تو تو آپ کا یہی حال ہو جائے گا جو اس پروفیسر کا حال تھا۔ کہ روزانہ آپ قرآن کو consult کریں گے۔</w:t>
      </w:r>
    </w:p>
    <w:p>
      <w:r>
        <w:rPr>
          <w:b/>
        </w:rPr>
        <w:t xml:space="preserve">[33:36] </w:t>
      </w:r>
      <w:r>
        <w:t>yaani is woh professor toh agle din class mein us ko jo parhana tha bachon ko woh wahi masla us ke samne tha.</w:t>
      </w:r>
    </w:p>
    <w:p>
      <w:pPr>
        <w:jc w:val="right"/>
      </w:pPr>
      <w:r>
        <w:t>یعنی اس وہ پروفیسر تو اگلے دن کلاس میں اس کو جو پڑھانا تھا بچوں کو وہ وہی مسئلہ اس کے سامنے تھا۔</w:t>
      </w:r>
    </w:p>
    <w:p>
      <w:r>
        <w:rPr>
          <w:b/>
        </w:rPr>
        <w:t xml:space="preserve">[33:46] </w:t>
      </w:r>
      <w:r>
        <w:t>aur aap ke samne toh yeh masla hai ke marne maut ke baad jo eternal life aane wali hai us ka mamla hai. kahin mamla bigad na jaye mera.</w:t>
      </w:r>
    </w:p>
    <w:p>
      <w:pPr>
        <w:jc w:val="right"/>
      </w:pPr>
      <w:r>
        <w:t>اور آپ کے سامنے تو یہ مسئلہ ہے کہ مرنے موت کے بعد جو eternal life آنے والی ہے اس کا معاملہ ہے۔ کہیں معاملہ بگڑ نہ جائے میرا۔</w:t>
      </w:r>
    </w:p>
    <w:p>
      <w:r>
        <w:rPr>
          <w:b/>
        </w:rPr>
        <w:t xml:space="preserve">[33:56] </w:t>
      </w:r>
      <w:r>
        <w:t>eternal life mamla bigad na jaye mera.</w:t>
      </w:r>
    </w:p>
    <w:p>
      <w:pPr>
        <w:jc w:val="right"/>
      </w:pPr>
      <w:r>
        <w:t>Eternal life معاملہ بگڑ نہ جائے میرا۔</w:t>
      </w:r>
    </w:p>
    <w:p>
      <w:r>
        <w:rPr>
          <w:b/>
        </w:rPr>
        <w:t xml:space="preserve">[34:00] </w:t>
      </w:r>
      <w:r>
        <w:t>toh bohat hi ziyada aap keen ho jayenge yeh janne ke liye ke quran mujh se kya chahta hai. mujhe kya follow karna hai.</w:t>
      </w:r>
    </w:p>
    <w:p>
      <w:pPr>
        <w:jc w:val="right"/>
      </w:pPr>
      <w:r>
        <w:t>تو بہت ہی زیادہ آپ keen ہو جائیں گے یہ جاننے کے لیے کہ قرآن مجھ سے کیا چاہتا ہے۔ مجھے کیا follow کرنا ہے۔</w:t>
      </w:r>
    </w:p>
    <w:p>
      <w:r>
        <w:rPr>
          <w:b/>
        </w:rPr>
        <w:t xml:space="preserve">[34:10] </w:t>
      </w:r>
      <w:r>
        <w:t>aur kaha bhai aur mein daawti kaam kar raha hoon toh kya cheez hai jo mujhe pahunchaun insanon tak.</w:t>
      </w:r>
    </w:p>
    <w:p>
      <w:pPr>
        <w:jc w:val="right"/>
      </w:pPr>
      <w:r>
        <w:t>اور کہا بھئی اور میں دعوتی کام کر رہا ہوں تو کیا چیز ہے جو مجھے پہنچاؤں انسانوں تک۔</w:t>
      </w:r>
    </w:p>
    <w:p>
      <w:r>
        <w:rPr>
          <w:b/>
        </w:rPr>
        <w:t xml:space="preserve">[34:19] </w:t>
      </w:r>
      <w:r>
        <w:t>toh aap is is professor se million billion times ziyada aap is mamle mein keen ho jayenge.</w:t>
      </w:r>
    </w:p>
    <w:p>
      <w:pPr>
        <w:jc w:val="right"/>
      </w:pPr>
      <w:r>
        <w:t>تو آپ اس اس پروفیسر سے million بلین times زیادہ آپ اس معاملے میں keen ہو جائیں گے۔</w:t>
      </w:r>
    </w:p>
    <w:p>
      <w:r>
        <w:rPr>
          <w:b/>
        </w:rPr>
        <w:t xml:space="preserve">[34:31] </w:t>
      </w:r>
      <w:r>
        <w:t>aise hi mein ek baar ek ek wakeel ke haan gaya.</w:t>
      </w:r>
    </w:p>
    <w:p>
      <w:pPr>
        <w:jc w:val="right"/>
      </w:pPr>
      <w:r>
        <w:t>ایسے ہی میں ایک بار ایک ایک وکیل کے ہاں گیا۔</w:t>
      </w:r>
    </w:p>
    <w:p>
      <w:r>
        <w:rPr>
          <w:b/>
        </w:rPr>
        <w:t xml:space="preserve">[34:37] </w:t>
      </w:r>
      <w:r>
        <w:t>woh bhi senior wakeel tha. toh mein ne dekha un ke kamre mein sab law ki kitabein hain. law ki, qanoon ki kitabein.</w:t>
      </w:r>
    </w:p>
    <w:p>
      <w:pPr>
        <w:jc w:val="right"/>
      </w:pPr>
      <w:r>
        <w:t>وہ بھی سینئر وکیل تھا۔ تو میں نے دیکھا ان کے کمرے میں سب law کی کتابیں ہیں۔ Law کی، قانون کی کتابیں۔</w:t>
      </w:r>
    </w:p>
    <w:p>
      <w:r>
        <w:rPr>
          <w:b/>
        </w:rPr>
        <w:t xml:space="preserve">[34:47] </w:t>
      </w:r>
      <w:r>
        <w:t>un ki mez par bhi qanoon ki kitabein phaili hui thi. toh mein ne kaha ke aap senior wakeel hain. aap abhi bhi itna ziyada qanoon ko padhte hain.</w:t>
      </w:r>
    </w:p>
    <w:p>
      <w:pPr>
        <w:jc w:val="right"/>
      </w:pPr>
      <w:r>
        <w:t>ان کی میز پر بھی قانون کی کتابیں پھیلی ہوئی تھیں۔ تو میں نے کہا کہ آپ سینئر وکیل ہیں۔ آپ ابھی بھی اتنا زیادہ قانون کو پڑھتے ہیں۔</w:t>
      </w:r>
    </w:p>
    <w:p>
      <w:r>
        <w:rPr>
          <w:b/>
        </w:rPr>
        <w:t xml:space="preserve">[35:00] </w:t>
      </w:r>
      <w:r>
        <w:t>toh us ne kaha ke jab hum judge ke samne khade hote hain</w:t>
      </w:r>
    </w:p>
    <w:p>
      <w:pPr>
        <w:jc w:val="right"/>
      </w:pPr>
      <w:r>
        <w:t>تو اس نے کہا کہ جب ہم جج کے سامنے کھڑے ہوتے ہیں</w:t>
      </w:r>
    </w:p>
    <w:p>
      <w:r>
        <w:rPr>
          <w:b/>
        </w:rPr>
        <w:t xml:space="preserve">[35:08] </w:t>
      </w:r>
      <w:r>
        <w:t>toh hum ek kisi ghalti ko afford nahi kar sakte. kyunke ek ek lafz agar hum munh se hamara ghalt nikal gaya toh wahi hamara case bigad jayega.</w:t>
      </w:r>
    </w:p>
    <w:p>
      <w:pPr>
        <w:jc w:val="right"/>
      </w:pPr>
      <w:r>
        <w:t>تو ہم ایک کسی غلطی کو afford نہیں کر سکتے۔ کیونکہ ایک ایک لفظ اگر ہم منہ سے ہمارا غلط نکل گیا تو وہی ہمارا case بگڑ جائے گا۔</w:t>
      </w:r>
    </w:p>
    <w:p>
      <w:r>
        <w:rPr>
          <w:b/>
        </w:rPr>
        <w:t xml:space="preserve">[35:23] </w:t>
      </w:r>
      <w:r>
        <w:t>kaisi ajeeb baat kahi us ne.</w:t>
      </w:r>
    </w:p>
    <w:p>
      <w:pPr>
        <w:jc w:val="right"/>
      </w:pPr>
      <w:r>
        <w:t>کیسی عجیب بات کہی اس نے۔</w:t>
      </w:r>
    </w:p>
    <w:p>
      <w:r>
        <w:rPr>
          <w:b/>
        </w:rPr>
        <w:t xml:space="preserve">[35:28] </w:t>
      </w:r>
      <w:r>
        <w:t>we cannot afford a single mistake kyunke isi ek lafz ki bina par agar yaani isi hum yaani is ek lafz ki bina par hamara case bigad sakta hai.</w:t>
      </w:r>
    </w:p>
    <w:p>
      <w:pPr>
        <w:jc w:val="right"/>
      </w:pPr>
      <w:r>
        <w:t>We cannot afford a single mistake کیونکہ اسی ایک لفظ کی بنا پر اگر یعنی اسی ہم یعنی اس ایک لفظ کی بنا پر ہمارا case بگڑ سکتا ہے۔</w:t>
      </w:r>
    </w:p>
    <w:p>
      <w:r>
        <w:rPr>
          <w:b/>
        </w:rPr>
        <w:t xml:space="preserve">[35:44] </w:t>
      </w:r>
      <w:r>
        <w:t>aur faisla hamare khilaf ho sakta hai. toh hum ko bohat ziyada padhna padta hai. bohat ziyada ba-khabar hona padta hai.</w:t>
      </w:r>
    </w:p>
    <w:p>
      <w:pPr>
        <w:jc w:val="right"/>
      </w:pPr>
      <w:r>
        <w:t>اور فیصلہ ہمارے خلاف ہو سکتا ہے۔ تو ہم کو بہت زیادہ پڑھنا پڑتا ہے۔ بہت زیادہ باخبر ہونا پڑتا ہے۔</w:t>
      </w:r>
    </w:p>
    <w:p>
      <w:r>
        <w:rPr>
          <w:b/>
        </w:rPr>
        <w:t xml:space="preserve">[35:52] </w:t>
      </w:r>
      <w:r>
        <w:t>aap ghor kijiye ke ek case mein jeetne ke liye dunya ke ek case mein jeetne ke liye jis se us ko kuch paise milte hain us ke liye wakeel itna itna ziyada sanjeeda hai.</w:t>
      </w:r>
    </w:p>
    <w:p>
      <w:pPr>
        <w:jc w:val="right"/>
      </w:pPr>
      <w:r>
        <w:t>آپ غور کیجیے کہ ایک case میں جیتنے کے لیے دنیا کے ایک case میں جیتنے کے لیے جس سے اس کو کچھ پیسے ملتے ہیں اس کے لیے وکیل اتنا اتنا زیادہ سنجیدہ ہے۔</w:t>
      </w:r>
    </w:p>
    <w:p>
      <w:r>
        <w:rPr>
          <w:b/>
        </w:rPr>
        <w:t xml:space="preserve">[36:05] </w:t>
      </w:r>
      <w:r>
        <w:t>itna ziyada serious hai. toh aap ka mamla toh allah ka mamla hai. eternal life mamla hai. jannat jahannum ka mamla hai.</w:t>
      </w:r>
    </w:p>
    <w:p>
      <w:pPr>
        <w:jc w:val="right"/>
      </w:pPr>
      <w:r>
        <w:t>اتنا زیادہ serious ہے۔ تو آپ کا معاملہ تو اللہ کا معاملہ ہے۔ Eternal life معاملہ ہے۔ جنت جہنم کا معاملہ ہے۔</w:t>
      </w:r>
    </w:p>
    <w:p>
      <w:r>
        <w:rPr>
          <w:b/>
        </w:rPr>
        <w:t xml:space="preserve">[36:15] </w:t>
      </w:r>
      <w:r>
        <w:t>toh aap kitna ziyada serious honge.</w:t>
      </w:r>
    </w:p>
    <w:p>
      <w:pPr>
        <w:jc w:val="right"/>
      </w:pPr>
      <w:r>
        <w:t>تو آپ کتنا زیادہ serious ہوں گے۔</w:t>
      </w:r>
    </w:p>
    <w:p>
      <w:r>
        <w:rPr>
          <w:b/>
        </w:rPr>
        <w:t xml:space="preserve">[36:19] </w:t>
      </w:r>
      <w:r>
        <w:t>isi liye mein kehta hoon ke hum har shakhs ko rozana kuch safhat quran ke padhne chahiye. aur phir us ko sochte rahen. us par sochte rahen, sochte rahen, sochte rahen. jo baat quran mein kahi gayi hai woh kya baat hai.</w:t>
      </w:r>
    </w:p>
    <w:p>
      <w:pPr>
        <w:jc w:val="right"/>
      </w:pPr>
      <w:r>
        <w:t>اسی لیے میں کہتا ہوں کہ ہم ہر شخص کو روزانہ کچھ صفحات قرآن کے پڑھنے چاہیے۔ اور پھر اس کو سوچتے رہیں۔ اس پر سوچتے رہیں، سوچتے رہیں، سوچتے رہیں۔ جو بات قرآن میں کہی گئی ہے وہ کیا بات ہے۔</w:t>
      </w:r>
    </w:p>
    <w:p>
      <w:r>
        <w:rPr>
          <w:b/>
        </w:rPr>
        <w:t xml:space="preserve">[36:35] </w:t>
      </w:r>
      <w:r>
        <w:t>toh is tarah ki ek zindagi ka naam hai taahud. yaani commitment. isi mein apne ko lagaye rehna, lagaye rehna, lagaye rehna.</w:t>
      </w:r>
    </w:p>
    <w:p>
      <w:pPr>
        <w:jc w:val="right"/>
      </w:pPr>
      <w:r>
        <w:t>تو اس طرح کی ایک زندگی کا نام ہے تعہد۔ یعنی commitment۔ اسی میں اپنے کو لگائے رہنا، لگائے رہنا، لگائے رہنا۔</w:t>
      </w:r>
    </w:p>
    <w:p>
      <w:r>
        <w:rPr>
          <w:b/>
        </w:rPr>
        <w:t xml:space="preserve">[36:48] </w:t>
      </w:r>
      <w:r>
        <w:t>isi par sochna. aap ka thinking process isi par chale. is ke bare mein tehqeeq karna. koi mil jaye toh us se poochein bhai bhaya aaya tha is mein kya matlab hai is ka.</w:t>
      </w:r>
    </w:p>
    <w:p>
      <w:pPr>
        <w:jc w:val="right"/>
      </w:pPr>
      <w:r>
        <w:t>اسی پر سوچنا۔ آپ کا thinking process اسی پر چلے۔ اس کے بارے میں تحقیق کرنا۔ کوئی مل جائے تو اس سے پوچھیں بھئی بھیا آیا تھا اس میں کیا مطلب ہے اس کا۔</w:t>
      </w:r>
    </w:p>
    <w:p>
      <w:r>
        <w:rPr>
          <w:b/>
        </w:rPr>
        <w:t xml:space="preserve">[36:58] </w:t>
      </w:r>
      <w:r>
        <w:t>aap lughat mein consult karen. tafseeron ko dekhen.</w:t>
      </w:r>
    </w:p>
    <w:p>
      <w:pPr>
        <w:jc w:val="right"/>
      </w:pPr>
      <w:r>
        <w:t>آپ لغت میں consult کریں۔ تفسیروں کو دیکھیں۔</w:t>
      </w:r>
    </w:p>
    <w:p>
      <w:r>
        <w:rPr>
          <w:b/>
        </w:rPr>
        <w:t xml:space="preserve">[37:04] </w:t>
      </w:r>
      <w:r>
        <w:t>kyunke phir aap ka zehn yeh ho ke ek maa ek wahid ghalti bhi agar maine kar di to is ka khamiyaza mujhe eternal life mein bhugtna pare ga.</w:t>
      </w:r>
    </w:p>
    <w:p>
      <w:pPr>
        <w:jc w:val="right"/>
      </w:pPr>
      <w:r>
        <w:t>کیونکہ پھر آپ کا ذہن یہ ہو کہ ایک ماں ایک واحد غلطی بھی اگر میں نے کر دی تو اس کا خمیازہ مجھے eternal life میں بھگتنا پڑے گا۔</w:t>
      </w:r>
    </w:p>
    <w:p>
      <w:r>
        <w:rPr>
          <w:b/>
        </w:rPr>
        <w:t xml:space="preserve">[37:21] </w:t>
      </w:r>
      <w:r>
        <w:t>jab is tarah ki zindagi aap guzaren ge, ta'ahud ki zindagi, tab woh hadees aap ko apply hogi jo farmaya ke</w:t>
      </w:r>
    </w:p>
    <w:p>
      <w:pPr>
        <w:jc w:val="right"/>
      </w:pPr>
      <w:r>
        <w:t>جب اس طرح کی زندگی آپ گزاریں گے، تعہد کی زندگی، تب وہ حدیث آپ کو اپلائی ہوگی جو فرمایا کہ</w:t>
      </w:r>
    </w:p>
    <w:p>
      <w:r>
        <w:rPr>
          <w:b/>
        </w:rPr>
        <w:t xml:space="preserve">[37:32] </w:t>
      </w:r>
      <w:r>
        <w:t>illa as-sawm fa innahu li wa 'an 'azizi bi yani doosre a'maal ka ke reward ki had jo hai saat sau guna hai.</w:t>
      </w:r>
    </w:p>
    <w:p>
      <w:pPr>
        <w:jc w:val="right"/>
      </w:pPr>
      <w:r>
        <w:t>إلا الصوم فإنه لي وعن عزي به یعنی دوسرے اعمال کا کہ ریوارڈ کی حد جو ہے سات سو گنا ہے۔</w:t>
      </w:r>
    </w:p>
    <w:p>
      <w:r>
        <w:rPr>
          <w:b/>
        </w:rPr>
        <w:t xml:space="preserve">[37:41] </w:t>
      </w:r>
      <w:r>
        <w:t>saat sau guna par in ki had aa jati hai.</w:t>
      </w:r>
    </w:p>
    <w:p>
      <w:pPr>
        <w:jc w:val="right"/>
      </w:pPr>
      <w:r>
        <w:t>سات سو گنا پر ان کی حد آ جاتی ہے۔</w:t>
      </w:r>
    </w:p>
    <w:p>
      <w:r>
        <w:rPr>
          <w:b/>
        </w:rPr>
        <w:t xml:space="preserve">[37:44] </w:t>
      </w:r>
      <w:r>
        <w:t>lekin yeh jo ta'ahud wali zindagi hai, apne ko yaksū kar ke Allah ki kitab mein hidayat dhoondne ki jo yeh wali zindagi hai.</w:t>
      </w:r>
    </w:p>
    <w:p>
      <w:pPr>
        <w:jc w:val="right"/>
      </w:pPr>
      <w:r>
        <w:t>لیکن یہ جو تعہد والی زندگی ہے، اپنے کو یکسو کر کے اللہ کی کتاب میں ہدایت ڈھونڈنے کی جو یہ والی زندگی ہے۔</w:t>
      </w:r>
    </w:p>
    <w:p>
      <w:r>
        <w:rPr>
          <w:b/>
        </w:rPr>
        <w:t xml:space="preserve">[37:57] </w:t>
      </w:r>
      <w:r>
        <w:t>yani yeh yeh jo sawab hai is is is yani is tarz zindagi ke liye ke aap apne aap ko distraction se bacha rahe hain, yaksū kar rahe hain apne aap ko.</w:t>
      </w:r>
    </w:p>
    <w:p>
      <w:pPr>
        <w:jc w:val="right"/>
      </w:pPr>
      <w:r>
        <w:t>یعنی یہ یہ جو ثواب ہے اس اس اس یعنی اس طرز زندگی کے لیے کہ آپ اپنے آپ کو distraction سے بچا رہے ہیں، یکسو کر رہے ہیں اپنے آپ کو۔</w:t>
      </w:r>
    </w:p>
    <w:p>
      <w:r>
        <w:rPr>
          <w:b/>
        </w:rPr>
        <w:t xml:space="preserve">[38:10] </w:t>
      </w:r>
      <w:r>
        <w:t>apne aap ko</w:t>
      </w:r>
    </w:p>
    <w:p>
      <w:pPr>
        <w:jc w:val="right"/>
      </w:pPr>
      <w:r>
        <w:t>اپنے آپ کو</w:t>
      </w:r>
    </w:p>
    <w:p>
      <w:r>
        <w:rPr>
          <w:b/>
        </w:rPr>
        <w:t xml:space="preserve">[38:14] </w:t>
      </w:r>
      <w:r>
        <w:t>poori tarah se ek hi focus par aap ka dhyan lag gaya hai ke kis tarah main jaan loon ke Allah ki kitab mein kya hidayat aayi hai.</w:t>
      </w:r>
    </w:p>
    <w:p>
      <w:pPr>
        <w:jc w:val="right"/>
      </w:pPr>
      <w:r>
        <w:t>پوری طریقے سے ایک ہی focus پر آپ کا دھیان لگ گیا ہے کہ کس طرح میں جان لوں کہ اللہ کی کتاب میں کیا ہدایت آئی ہے۔</w:t>
      </w:r>
    </w:p>
    <w:p>
      <w:r>
        <w:rPr>
          <w:b/>
        </w:rPr>
        <w:t xml:space="preserve">[38:24] </w:t>
      </w:r>
      <w:r>
        <w:t>mujh se Allah kya chahta hai. mujhe doosre insano ko kaun si baat pahunchani hai. to yeh jo ta'ahud ki zindagi hai, yeh jo jo ikhtiyar kare is ke liye woh hadees hai</w:t>
      </w:r>
    </w:p>
    <w:p>
      <w:pPr>
        <w:jc w:val="right"/>
      </w:pPr>
      <w:r>
        <w:t>مجھ سے اللہ کیا چاہتا ہے۔ مجھے دوسرے انسانوں کو کون سی بات پہنچانی ہے۔ تو یہ جو تعہد کی زندگی ہے، یہ جو جو اختیار کرے اس کے لیے وہ حدیث ہے</w:t>
      </w:r>
    </w:p>
    <w:p>
      <w:r>
        <w:rPr>
          <w:b/>
        </w:rPr>
        <w:t xml:space="preserve">[38:39] </w:t>
      </w:r>
      <w:r>
        <w:t>ke be hisab gunah is ko ajr mile ga. is ke ajr ka koi hisab kitab nahi hai.</w:t>
      </w:r>
    </w:p>
    <w:p>
      <w:pPr>
        <w:jc w:val="right"/>
      </w:pPr>
      <w:r>
        <w:t>کہ بے حساب گناہ اس کو اجر ملے گا۔ اس کے اجر کا کوئی حساب کتاب نہیں ہے۔</w:t>
      </w:r>
    </w:p>
    <w:p>
      <w:r>
        <w:rPr>
          <w:b/>
        </w:rPr>
        <w:t xml:space="preserve">[38:48] </w:t>
      </w:r>
      <w:r>
        <w:t>to agar musalman is tarah zindagi guzaren to kya aap samajhte hain ke phir bhi yeh aisa hoga ke bare kaaten ge, ek doosre ko qatl karen ge?</w:t>
      </w:r>
    </w:p>
    <w:p>
      <w:pPr>
        <w:jc w:val="right"/>
      </w:pPr>
      <w:r>
        <w:t>تو اگر مسلمان اس طرح زندگی گزاریں تو کیا آپ سمجھتے ہیں کہ پھر بھی یہ ایسا ہوگا کہ بارے کاٹیں گے، ایک دوسرے کو قتل کریں گے؟</w:t>
      </w:r>
    </w:p>
    <w:p>
      <w:r>
        <w:rPr>
          <w:b/>
        </w:rPr>
        <w:t xml:space="preserve">[39:03] </w:t>
      </w:r>
      <w:r>
        <w:t>phir to un ke hath ruk jayen ge, un ke paon ruk jayen ge, un ki zaban ruk jayegi.</w:t>
      </w:r>
    </w:p>
    <w:p>
      <w:pPr>
        <w:jc w:val="right"/>
      </w:pPr>
      <w:r>
        <w:t>پھر تو ان کے ہاتھ رک جائیں گے، ان کے پاؤں رک جائیں گے، ان کی زبان رک جائے گی۔</w:t>
      </w:r>
    </w:p>
    <w:p>
      <w:r>
        <w:rPr>
          <w:b/>
        </w:rPr>
        <w:t xml:space="preserve">[39:11] </w:t>
      </w:r>
      <w:r>
        <w:t>un ke andar ek nayi shakhsiyat jaage gi. aman wali shakhsiyat, peace wali shakhsiyat, mohabbat wali shakhsiyat, khair khwahi wali shakhsiyat.</w:t>
      </w:r>
    </w:p>
    <w:p>
      <w:pPr>
        <w:jc w:val="right"/>
      </w:pPr>
      <w:r>
        <w:t>ان کے اندر ایک نئی شخصیت جاگے گی۔ امن والی شخصیت، peace والی شخصیت، محبت والی شخصیت، خیر خواہی والی شخصیت۔</w:t>
      </w:r>
    </w:p>
    <w:p>
      <w:r>
        <w:rPr>
          <w:b/>
        </w:rPr>
        <w:t xml:space="preserve">[39:23] </w:t>
      </w:r>
      <w:r>
        <w:t>yeh jaage ga.</w:t>
      </w:r>
    </w:p>
    <w:p>
      <w:pPr>
        <w:jc w:val="right"/>
      </w:pPr>
      <w:r>
        <w:t>یہ جاگے گا۔</w:t>
      </w:r>
    </w:p>
    <w:p>
      <w:r>
        <w:rPr>
          <w:b/>
        </w:rPr>
        <w:t xml:space="preserve">[39:28] </w:t>
      </w:r>
      <w:r>
        <w:t>to Ramadan ka mahina is liye nahi ke ise bhook pyas mein guzar diya jaye. nahi. Ramadan ka mahina hai ke apne aap ko yaksū kar ke aap Allah ki hidayat ko talash karna.</w:t>
      </w:r>
    </w:p>
    <w:p>
      <w:pPr>
        <w:jc w:val="right"/>
      </w:pPr>
      <w:r>
        <w:t>تو رمضان کا مہینہ اس لیے نہیں کہ اسے بھوک پیاس میں گزار دیا جائے۔ نہیں۔ رمضان کا مہینہ ہے کہ اپنے آپ کو یکسو کر کے آپ اللہ کی ہدایت کو تلاش کرنا۔</w:t>
      </w:r>
    </w:p>
    <w:p>
      <w:r>
        <w:rPr>
          <w:b/>
        </w:rPr>
        <w:t xml:space="preserve">[39:48] </w:t>
      </w:r>
      <w:r>
        <w:t>agar yeh yeh jo aapas mein lad rahe hain, agar yeh hidayat mili hui hai to kya aapas mein ladte hain yeh?</w:t>
      </w:r>
    </w:p>
    <w:p>
      <w:pPr>
        <w:jc w:val="right"/>
      </w:pPr>
      <w:r>
        <w:t>اگر یہ یہ جو آپس میں لڑ رہے ہیں، اگر یہ ہدایت ملی ہوئی ہے تو کیا آپس میں لڑتے ہیں یہ؟</w:t>
      </w:r>
    </w:p>
    <w:p>
      <w:r>
        <w:rPr>
          <w:b/>
        </w:rPr>
        <w:t xml:space="preserve">[39:56] </w:t>
      </w:r>
      <w:r>
        <w:t>to dunya ki dunya, aalam ka aalam jo hai Allah ki hidayat se be khabar hai. Allah chahta hai kuch, aap chahte hain kuch.</w:t>
      </w:r>
    </w:p>
    <w:p>
      <w:pPr>
        <w:jc w:val="right"/>
      </w:pPr>
      <w:r>
        <w:t>تو دنیا کی دنیا، عالم کا عالم جو ہے اللہ کی ہدایت سے بے خبر ہے۔ اللہ چاہتا ہے کچھ، آپ چاہتے ہیں کچھ۔</w:t>
      </w:r>
    </w:p>
    <w:p>
      <w:r>
        <w:rPr>
          <w:b/>
        </w:rPr>
        <w:t xml:space="preserve">[40:05] </w:t>
      </w:r>
      <w:r>
        <w:t>Allah ki marzi kuch hai, aap ki marzi kuch hai. Allah chahta hai ke aap kahin aur apni taqat ko lagayen, aap kahin aur lagaye gaye hain.</w:t>
      </w:r>
    </w:p>
    <w:p>
      <w:pPr>
        <w:jc w:val="right"/>
      </w:pPr>
      <w:r>
        <w:t>اللہ کی مرضی کچھ ہے، آپ کی مرضی کچھ ہے۔ اللہ چاہتا ہے کہ آپ کہیں اور اپنی طاقت کو لگائیں، آپ کہیں اور لگائے گئے ہیں۔</w:t>
      </w:r>
    </w:p>
    <w:p>
      <w:r>
        <w:rPr>
          <w:b/>
        </w:rPr>
        <w:t xml:space="preserve">[40:20] </w:t>
      </w:r>
      <w:r>
        <w:t>Allah chahta hai ke aap sara dhyan aap ka akhirat par focus kare.</w:t>
      </w:r>
    </w:p>
    <w:p>
      <w:pPr>
        <w:jc w:val="right"/>
      </w:pPr>
      <w:r>
        <w:t>اللہ چاہتا ہے کہ آپ سارا دھیان آپ کا آخرت پر focus کرے۔</w:t>
      </w:r>
    </w:p>
    <w:p>
      <w:r>
        <w:rPr>
          <w:b/>
        </w:rPr>
        <w:t xml:space="preserve">[40:26] </w:t>
      </w:r>
      <w:r>
        <w:t>aur aap ka dhyan focus kar raha hai dunya par.</w:t>
      </w:r>
    </w:p>
    <w:p>
      <w:pPr>
        <w:jc w:val="right"/>
      </w:pPr>
      <w:r>
        <w:t>اور آپ کا دھیان focus کر رہا ہے دنیا پر۔</w:t>
      </w:r>
    </w:p>
    <w:p>
      <w:r>
        <w:rPr>
          <w:b/>
        </w:rPr>
        <w:t xml:space="preserve">[40:32] </w:t>
      </w:r>
      <w:r>
        <w:t>to yeh is tarah ki soch wali zindagi jo aadmi ki ho, is ka sara focus Quran par aa gaya ho.</w:t>
      </w:r>
    </w:p>
    <w:p>
      <w:pPr>
        <w:jc w:val="right"/>
      </w:pPr>
      <w:r>
        <w:t>تو یہ اس طرح کی سوچ والی زندگی جو آدمی کی ہو، اس کا سارا focus قرآن پر آ گیا ہو۔</w:t>
      </w:r>
    </w:p>
    <w:p>
      <w:r>
        <w:rPr>
          <w:b/>
        </w:rPr>
        <w:t xml:space="preserve">[40:43] </w:t>
      </w:r>
      <w:r>
        <w:t>is aur Quran se woh hidayat talash kar raha ho. Quran se woh yeh janne ki koshish kar raha ho ke Allah ki marzi kya hai. to yeh Allah ko bohat pasand hai.</w:t>
      </w:r>
    </w:p>
    <w:p>
      <w:pPr>
        <w:jc w:val="right"/>
      </w:pPr>
      <w:r>
        <w:t>اس اور قرآن سے وہ ہدایت تلاش کر رہا ہو۔ قرآن سے وہ یہ جاننے کی کوشش کر رہا ہو کہ اللہ کی مرضی کیا ہے۔ تو یہ اللہ کو بہت پسند ہے۔</w:t>
      </w:r>
    </w:p>
    <w:p>
      <w:r>
        <w:rPr>
          <w:b/>
        </w:rPr>
        <w:t xml:space="preserve">[40:56] </w:t>
      </w:r>
      <w:r>
        <w:t>yeh Allah ko bohat pasand hai ke aadmi itna zyada keen ho jaye Allah ki marzi janne ke liye. poori zindagi us ki ta'ahud ki zindagi ho jaye.</w:t>
      </w:r>
    </w:p>
    <w:p>
      <w:pPr>
        <w:jc w:val="right"/>
      </w:pPr>
      <w:r>
        <w:t>یہ اللہ کو بہت پسند ہے کہ آدمی اتنا زیادہ keen ہو جائے اللہ کی مرضی جاننے کے لیے۔ پوری زندگی اس کی تعہد کی زندگی ہو جائے۔</w:t>
      </w:r>
    </w:p>
    <w:p>
      <w:r>
        <w:rPr>
          <w:b/>
        </w:rPr>
        <w:t xml:space="preserve">[41:06] </w:t>
      </w:r>
      <w:r>
        <w:t>to is ke liye hai ke is ke ajr ka koi koi hisab kitab nahi. be shumar ajr is ko diya jayega.</w:t>
      </w:r>
    </w:p>
    <w:p>
      <w:pPr>
        <w:jc w:val="right"/>
      </w:pPr>
      <w:r>
        <w:t>تو اس کے لیے ہے کہ اس کے اجر کا کوئی کوئی حساب کتاب نہیں۔ بے شمار اجر اس کو دیا جائے گا۔</w:t>
      </w:r>
    </w:p>
    <w:p>
      <w:r>
        <w:rPr>
          <w:b/>
        </w:rPr>
        <w:t xml:space="preserve">[41:22] </w:t>
      </w:r>
      <w:r>
        <w:t>to ghor kijiye ke ek kaisi ajeeb basharat hai.</w:t>
      </w:r>
    </w:p>
    <w:p>
      <w:pPr>
        <w:jc w:val="right"/>
      </w:pPr>
      <w:r>
        <w:t>تو غور کیجیے کہ ایک کیسی عجیب بشارت ہے۔</w:t>
      </w:r>
    </w:p>
    <w:p>
      <w:r>
        <w:rPr>
          <w:b/>
        </w:rPr>
        <w:t xml:space="preserve">[41:27] </w:t>
      </w:r>
      <w:r>
        <w:t>yeh jo basharat ya good tiding jo hai aik kaisi ajeeb hai.</w:t>
      </w:r>
    </w:p>
    <w:p>
      <w:pPr>
        <w:jc w:val="right"/>
      </w:pPr>
      <w:r>
        <w:t>یہ جو بشارت یا good tiding جو ہے ایک کیسی عجیب ہے۔</w:t>
      </w:r>
    </w:p>
    <w:p>
      <w:r>
        <w:rPr>
          <w:b/>
        </w:rPr>
        <w:t xml:space="preserve">[41:36] </w:t>
      </w:r>
      <w:r>
        <w:t>keh be hisab gunah ajr. Aap ghor kijiye dene wala jo hai woh kainaat ka malik hai. To woh woh jab be hisab gunah de ga to is ka kitna ziyada hoga.</w:t>
      </w:r>
    </w:p>
    <w:p>
      <w:pPr>
        <w:jc w:val="right"/>
      </w:pPr>
      <w:r>
        <w:t>کہ بے حساب گناہ اجر۔ آپ غور کیجیے دینے والا جو ہے وہ کائنات کا مالک ہے۔ تو وہ وہ جب بے حساب گناہ دے گا تو اس کا کتنا زیادہ ہوگا۔</w:t>
      </w:r>
    </w:p>
    <w:p>
      <w:r>
        <w:rPr>
          <w:b/>
        </w:rPr>
        <w:t xml:space="preserve">[41:48] </w:t>
      </w:r>
      <w:r>
        <w:t>million billion is ke liye na qabil hain.</w:t>
      </w:r>
    </w:p>
    <w:p>
      <w:pPr>
        <w:jc w:val="right"/>
      </w:pPr>
      <w:r>
        <w:t>ملین بلین اس کے لیے ناکافی ہیں۔</w:t>
      </w:r>
    </w:p>
    <w:p>
      <w:r>
        <w:rPr>
          <w:b/>
        </w:rPr>
        <w:t xml:space="preserve">[41:52] </w:t>
      </w:r>
      <w:r>
        <w:t>dekhen aik hadith hai.</w:t>
      </w:r>
    </w:p>
    <w:p>
      <w:pPr>
        <w:jc w:val="right"/>
      </w:pPr>
      <w:r>
        <w:t>دیکھیں ایک حدیث ہے۔</w:t>
      </w:r>
    </w:p>
    <w:p>
      <w:r>
        <w:rPr>
          <w:b/>
        </w:rPr>
        <w:t xml:space="preserve">[41:56] </w:t>
      </w:r>
      <w:r>
        <w:t>is moqa par mein aik hadith aap ko yaad dilana chahta hoon. Aik hadith hai keh agar sare insan jo Adam se le kar qayamat tak paida hue hain, sare insan aik maidan mein jama hon.</w:t>
      </w:r>
    </w:p>
    <w:p>
      <w:pPr>
        <w:jc w:val="right"/>
      </w:pPr>
      <w:r>
        <w:t>اس موقع پر میں ایک حدیث آپ کو یاد دلانا چاہتا ہوں۔ ایک حدیث ہے کہ اگر سارے انسان جو آدم سے لے کر قیامت تک پیدا ہوئے ہیں، سارے انسان ایک میدان میں جمع ہوں۔</w:t>
      </w:r>
    </w:p>
    <w:p>
      <w:r>
        <w:rPr>
          <w:b/>
        </w:rPr>
        <w:t xml:space="preserve">[42:13] </w:t>
      </w:r>
      <w:r>
        <w:t>har insan apni marzi jitni is ke dil mein hai sab mangen Allah se. Jo kuch is ke dil mein hai sab mangen Allah se. Aur Allah sab ko woh cheez de de jo is ne manga tha.</w:t>
      </w:r>
    </w:p>
    <w:p>
      <w:pPr>
        <w:jc w:val="right"/>
      </w:pPr>
      <w:r>
        <w:t>ہر انسان اپنی مرضی جتنی اس کے دل میں ہے سب مانگے اللہ سے۔ جو کچھ اس کے دل میں ہے سب مانگے اللہ سے۔ اور اللہ سب کو وہ چیز دے دے جو اس نے مانگا تھا۔</w:t>
      </w:r>
    </w:p>
    <w:p>
      <w:r>
        <w:rPr>
          <w:b/>
        </w:rPr>
        <w:t xml:space="preserve">[42:27] </w:t>
      </w:r>
      <w:r>
        <w:t>in sare insanon ko woh kuch de de jo is ne manga tha.</w:t>
      </w:r>
    </w:p>
    <w:p>
      <w:pPr>
        <w:jc w:val="right"/>
      </w:pPr>
      <w:r>
        <w:t>ان سارے انسانوں کو وہ کچھ دے دے جو اس نے مانگا تھا۔</w:t>
      </w:r>
    </w:p>
    <w:p>
      <w:r>
        <w:rPr>
          <w:b/>
        </w:rPr>
        <w:t xml:space="preserve">[42:33] </w:t>
      </w:r>
      <w:r>
        <w:t>tab bhi Allah ke khazane mein koi kami nahi hogi. Yani itni bhi kami nahi jitni samandar se aik qatra nikal lete hain aap.</w:t>
      </w:r>
    </w:p>
    <w:p>
      <w:pPr>
        <w:jc w:val="right"/>
      </w:pPr>
      <w:r>
        <w:t>تب بھی اللہ کے خزانے میں کوئی کمی نہیں ہوگی۔ یعنی اتنی بھی کمی نہیں جتنی سمندر سے ایک قطرہ نکال لیتے ہیں آپ۔</w:t>
      </w:r>
    </w:p>
    <w:p>
      <w:r>
        <w:rPr>
          <w:b/>
        </w:rPr>
        <w:t xml:space="preserve">[42:44] </w:t>
      </w:r>
      <w:r>
        <w:t>to aisa Rab ul Alameen, aisa malik kainaat, aise khazain ka jis ke paas hain, woh jab yeh kahe keh keh mein be hisab ajr is ko doon ga.</w:t>
      </w:r>
    </w:p>
    <w:p>
      <w:pPr>
        <w:jc w:val="right"/>
      </w:pPr>
      <w:r>
        <w:t>تو ایسا رب العالمین، ایسا مالک کائنات، ایسے خزائن کا جس کے پاس ہیں، وہ جب یہ کہے کہ کہ میں بے حساب اجر اس کو دوں گا۔</w:t>
      </w:r>
    </w:p>
    <w:p>
      <w:r>
        <w:rPr>
          <w:b/>
        </w:rPr>
        <w:t xml:space="preserve">[43:00] </w:t>
      </w:r>
      <w:r>
        <w:t>to ghor kijiye woh kya hoga. Is ko aap soch nahi sakte. Aap soch nahi sakte keh woh kya hoga.</w:t>
      </w:r>
    </w:p>
    <w:p>
      <w:pPr>
        <w:jc w:val="right"/>
      </w:pPr>
      <w:r>
        <w:t>تو غور کیجیے وہ کیا ہوگا۔ اس کو آپ سوچ نہیں سکتے۔ آپ سوچ نہیں سکتے کہ وہ کیا ہوگا۔</w:t>
      </w:r>
    </w:p>
    <w:p>
      <w:r>
        <w:rPr>
          <w:b/>
        </w:rPr>
        <w:t xml:space="preserve">[43:12] </w:t>
      </w:r>
      <w:r>
        <w:t>kitna bara</w:t>
      </w:r>
    </w:p>
    <w:p>
      <w:pPr>
        <w:jc w:val="right"/>
      </w:pPr>
      <w:r>
        <w:t>کتنا بڑا</w:t>
      </w:r>
    </w:p>
    <w:p>
      <w:r>
        <w:rPr>
          <w:b/>
        </w:rPr>
        <w:t xml:space="preserve">[43:13] </w:t>
      </w:r>
      <w:r>
        <w:t>khazana hoga. Kitni bari blessing hogi.</w:t>
      </w:r>
    </w:p>
    <w:p>
      <w:pPr>
        <w:jc w:val="right"/>
      </w:pPr>
      <w:r>
        <w:t>خزانہ ہوگا۔ کتنی بڑی blessing ہوگی۔</w:t>
      </w:r>
    </w:p>
    <w:p>
      <w:r>
        <w:rPr>
          <w:b/>
        </w:rPr>
        <w:t xml:space="preserve">[43:24] </w:t>
      </w:r>
      <w:r>
        <w:t>to Ramzan ki barkat, Ramzan ki fazilat aik pur asrar lafz hai. Is ke pur asrarit ko todiye. Is ke andar jo maanoiyat hai us ko daryaft kijiye.</w:t>
      </w:r>
    </w:p>
    <w:p>
      <w:pPr>
        <w:jc w:val="right"/>
      </w:pPr>
      <w:r>
        <w:t>تو رمضان کی برکت، رمضان کی فضیلت ایک پراسرار لفظ ہے۔ اس کے پراسراریت کو توڑیے۔ اس کے اندر جو معنویت ہے اس کو دریافت کیجیے۔</w:t>
      </w:r>
    </w:p>
    <w:p>
      <w:r>
        <w:rPr>
          <w:b/>
        </w:rPr>
        <w:t xml:space="preserve">[43:38] </w:t>
      </w:r>
      <w:r>
        <w:t>tab aap ka mind address hoga. Aur tab aap ke andar woh shakhsiyat banegi jis ko rabbani shakhsiyat kaha jata hai.</w:t>
      </w:r>
    </w:p>
    <w:p>
      <w:pPr>
        <w:jc w:val="right"/>
      </w:pPr>
      <w:r>
        <w:t>تب آپ کا mind address ہوگا۔ اور تب آپ کے اندر وہ شخصیت بنے گی جس کو ربانی شخصیت کہا جاتا ہے۔</w:t>
      </w:r>
    </w:p>
    <w:p>
      <w:r>
        <w:rPr>
          <w:b/>
        </w:rPr>
        <w:t xml:space="preserve">[43:46] </w:t>
      </w:r>
      <w:r>
        <w:t>Aur tab aap mustahiq honge is baat ke keh Allah aap ko be had hisab reward de de. Unlimited reward.</w:t>
      </w:r>
    </w:p>
    <w:p>
      <w:pPr>
        <w:jc w:val="right"/>
      </w:pPr>
      <w:r>
        <w:t>اور تب آپ مستحق ہوں گے اس بات کے کہ اللہ آپ کو بے حد حساب ریوارڈ دے دے۔ Unlimited ریوارڈ۔</w:t>
      </w:r>
    </w:p>
    <w:p>
      <w:r>
        <w:rPr>
          <w:b/>
        </w:rPr>
        <w:t xml:space="preserve">[44:11] </w:t>
      </w:r>
      <w:r>
        <w:t>jab aap is tarah zindagi guzarenge to aap ke andar aik</w:t>
      </w:r>
    </w:p>
    <w:p>
      <w:pPr>
        <w:jc w:val="right"/>
      </w:pPr>
      <w:r>
        <w:t>جب آپ اس طرح زندگی گزاریں گے تو آپ کے اندر ایک</w:t>
      </w:r>
    </w:p>
    <w:p>
      <w:r>
        <w:rPr>
          <w:b/>
        </w:rPr>
        <w:t xml:space="preserve">[44:21] </w:t>
      </w:r>
      <w:r>
        <w:t>aik nai is mahine mein aap ke andar aik nai personality</w:t>
      </w:r>
    </w:p>
    <w:p>
      <w:pPr>
        <w:jc w:val="right"/>
      </w:pPr>
      <w:r>
        <w:t>ایک نئی اس مہینے میں آپ کے اندر ایک نئی personality</w:t>
      </w:r>
    </w:p>
    <w:p>
      <w:r>
        <w:rPr>
          <w:b/>
        </w:rPr>
        <w:t xml:space="preserve">[44:27] </w:t>
      </w:r>
      <w:r>
        <w:t>paida hogi jo phir saal bhar aap ka aap ke kaam aayegi.</w:t>
      </w:r>
    </w:p>
    <w:p>
      <w:pPr>
        <w:jc w:val="right"/>
      </w:pPr>
      <w:r>
        <w:t>پیدا ہوگی جو پھر سال بھر آپ کا آپ کے کام آئے گی۔</w:t>
      </w:r>
    </w:p>
    <w:p>
      <w:r>
        <w:rPr>
          <w:b/>
        </w:rPr>
        <w:t xml:space="preserve">[44:33] </w:t>
      </w:r>
      <w:r>
        <w:t>aik nai bedari, aik nai awakening, aik naya development</w:t>
      </w:r>
    </w:p>
    <w:p>
      <w:pPr>
        <w:jc w:val="right"/>
      </w:pPr>
      <w:r>
        <w:t>ایک نئی بیداری، ایک نئی awakening، ایک نیا development</w:t>
      </w:r>
    </w:p>
    <w:p>
      <w:r>
        <w:rPr>
          <w:b/>
        </w:rPr>
        <w:t xml:space="preserve">[44:40] </w:t>
      </w:r>
      <w:r>
        <w:t>aayega aap ke andar. Jo is poore saal aap ko sarshaar rakhega.</w:t>
      </w:r>
    </w:p>
    <w:p>
      <w:pPr>
        <w:jc w:val="right"/>
      </w:pPr>
      <w:r>
        <w:t>آئے گا آپ کے اندر۔ جو اس پورے سال آپ کو سرشار رکھے گا۔</w:t>
      </w:r>
    </w:p>
    <w:p>
      <w:r>
        <w:rPr>
          <w:b/>
        </w:rPr>
        <w:t xml:space="preserve">[44:49] </w:t>
      </w:r>
      <w:r>
        <w:t>to meri dua hai keh Allah taala mujh ko aur aap ko apni super blessing mein hissa daar banaye.</w:t>
      </w:r>
    </w:p>
    <w:p>
      <w:pPr>
        <w:jc w:val="right"/>
      </w:pPr>
      <w:r>
        <w:t>تو میری دعا ہے کہ اللہ تعالیٰ مجھ کو اور آپ کو اپنی super blessing میں حصہ دار بنائے۔</w:t>
      </w:r>
    </w:p>
    <w:p>
      <w:r>
        <w:rPr>
          <w:b/>
        </w:rPr>
        <w:t xml:space="preserve">[45:01] </w:t>
      </w:r>
      <w:r>
        <w:t>aqool qawli haza</w:t>
      </w:r>
    </w:p>
    <w:p>
      <w:pPr>
        <w:jc w:val="right"/>
      </w:pPr>
      <w:r>
        <w:t>أقول قولي هذا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