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(English) July 4, 2009</w:t>
      </w:r>
    </w:p>
    <w:p>
      <w:r>
        <w:t>https://youtu.be/1DoXQna1vuY</w:t>
      </w:r>
    </w:p>
    <w:p>
      <w:r>
        <w:rPr>
          <w:b/>
        </w:rPr>
        <w:t xml:space="preserve">[00:10] </w:t>
      </w:r>
      <w:r>
        <w:t>Bismillah Rehman ur Rahim, wa salla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[00:24] </w:t>
      </w:r>
      <w:r>
        <w:t>wah al uqdata min lisani, yafqahu qawli.</w:t>
      </w:r>
    </w:p>
    <w:p>
      <w:pPr>
        <w:jc w:val="right"/>
      </w:pPr>
      <w:r>
        <w:t>واحل العقدۃ من لسانی، یفقہ قولی۔</w:t>
      </w:r>
    </w:p>
    <w:p>
      <w:r>
        <w:rPr>
          <w:b/>
        </w:rPr>
        <w:t xml:space="preserve">[00:32] </w:t>
      </w:r>
      <w:r>
        <w:t>da topic for this evening is message of the Quran.</w:t>
      </w:r>
    </w:p>
    <w:p>
      <w:pPr>
        <w:jc w:val="right"/>
      </w:pPr>
      <w:r>
        <w:t>دا ٹاپک فار دس ایوننگ از میسج آف دا قرآن۔</w:t>
      </w:r>
    </w:p>
    <w:p>
      <w:r>
        <w:rPr>
          <w:b/>
        </w:rPr>
        <w:t xml:space="preserve">[00:42] </w:t>
      </w:r>
      <w:r>
        <w:t>you know, Quran is the most sacred book of the religion of Islam.</w:t>
      </w:r>
    </w:p>
    <w:p>
      <w:pPr>
        <w:jc w:val="right"/>
      </w:pPr>
      <w:r>
        <w:t>یو نو، قرآن از دا موسٹ سیکرٹ بک آف دا ریلیجن آف اسلام۔</w:t>
      </w:r>
    </w:p>
    <w:p>
      <w:r>
        <w:rPr>
          <w:b/>
        </w:rPr>
        <w:t xml:space="preserve">[00:55] </w:t>
      </w:r>
      <w:r>
        <w:t>there are more than one billion muslims who believe that this book was revealed by God Almighty to Prophet Muhammad in the first quarter of seven century.</w:t>
      </w:r>
    </w:p>
    <w:p>
      <w:pPr>
        <w:jc w:val="right"/>
      </w:pPr>
      <w:r>
        <w:t>دیر آر مور دین ون بلین مسلمز ہو بیلیو دیٹ دس بک واز ریویلڈ بائی گاڈ المائٹی ٹو پرافٹ محمد ان دا فرسٹ کوارٹر آف سیون سینچری۔</w:t>
      </w:r>
    </w:p>
    <w:p>
      <w:r>
        <w:rPr>
          <w:b/>
        </w:rPr>
        <w:t xml:space="preserve">[01:16] </w:t>
      </w:r>
      <w:r>
        <w:t>quran is an arabic word, literally it means to be read or to be study.</w:t>
      </w:r>
    </w:p>
    <w:p>
      <w:pPr>
        <w:jc w:val="right"/>
      </w:pPr>
      <w:r>
        <w:t>قرآن از این عربک ورڈ، لٹرلی اٹ مینز ٹو بی ریڈ اور ٹو بی سٹڈی۔</w:t>
      </w:r>
    </w:p>
    <w:p>
      <w:r>
        <w:rPr>
          <w:b/>
        </w:rPr>
        <w:t xml:space="preserve">[01:29] </w:t>
      </w:r>
      <w:r>
        <w:t>so quran was revealed not for the purpose of recitation, no, it was revealed for the purpose of study contemplation.</w:t>
      </w:r>
    </w:p>
    <w:p>
      <w:pPr>
        <w:jc w:val="right"/>
      </w:pPr>
      <w:r>
        <w:t>سو قرآن واز ریویلڈ ناٹ فار دا پرپس آف ریسیٹیشن، نو، اٹ واز ریویلڈ فار دا پرپس آف اسٹڈی کنٹمپلیشن۔</w:t>
      </w:r>
    </w:p>
    <w:p>
      <w:r>
        <w:rPr>
          <w:b/>
        </w:rPr>
        <w:t xml:space="preserve">[01:45] </w:t>
      </w:r>
      <w:r>
        <w:t>so everyone who believe that quran is a is a book of god, he must read it, he must study it.</w:t>
      </w:r>
    </w:p>
    <w:p>
      <w:pPr>
        <w:jc w:val="right"/>
      </w:pPr>
      <w:r>
        <w:t>سو ایوری ون ہو بیلیو دیٹ قرآن از اے از اے بک آف گاڈ، ہی مسٹ ریڈ اٹ، ہی مسٹ اسٹڈی اٹ۔</w:t>
      </w:r>
    </w:p>
    <w:p>
      <w:r>
        <w:rPr>
          <w:b/>
        </w:rPr>
        <w:t xml:space="preserve">[01:57] </w:t>
      </w:r>
      <w:r>
        <w:t>simply recitation is not enough.</w:t>
      </w:r>
    </w:p>
    <w:p>
      <w:pPr>
        <w:jc w:val="right"/>
      </w:pPr>
      <w:r>
        <w:t>سمپلی ریسیٹیشن از ناٹ انف۔</w:t>
      </w:r>
    </w:p>
    <w:p>
      <w:r>
        <w:rPr>
          <w:b/>
        </w:rPr>
        <w:t xml:space="preserve">[02:02] </w:t>
      </w:r>
      <w:r>
        <w:t>deen</w:t>
      </w:r>
    </w:p>
    <w:p>
      <w:pPr>
        <w:jc w:val="right"/>
      </w:pPr>
      <w:r>
        <w:t>دین</w:t>
      </w:r>
    </w:p>
    <w:p>
      <w:r>
        <w:rPr>
          <w:b/>
        </w:rPr>
        <w:t xml:space="preserve">[02:06] </w:t>
      </w:r>
      <w:r>
        <w:t>there are 114 chapters in the quran, and its verses, number of its verses is about 6400.</w:t>
      </w:r>
    </w:p>
    <w:p>
      <w:pPr>
        <w:jc w:val="right"/>
      </w:pPr>
      <w:r>
        <w:t>دیر آر 114 چیپٹرز ان دا قرآن، اینڈ اٹس ورسز، نمبر آف اٹس ورسز از اباؤٹ 6400۔</w:t>
      </w:r>
    </w:p>
    <w:p>
      <w:r>
        <w:rPr>
          <w:b/>
        </w:rPr>
        <w:t xml:space="preserve">[02:28] </w:t>
      </w:r>
      <w:r>
        <w:t>quran was revealed paradically</w:t>
      </w:r>
    </w:p>
    <w:p>
      <w:pPr>
        <w:jc w:val="right"/>
      </w:pPr>
      <w:r>
        <w:t>قرآن واز ریویلڈ پیراڈیکلی</w:t>
      </w:r>
    </w:p>
    <w:p>
      <w:r>
        <w:rPr>
          <w:b/>
        </w:rPr>
        <w:t xml:space="preserve">[02:32] </w:t>
      </w:r>
      <w:r>
        <w:t>. it was not revealed as a, it was not sent as a, as a book, book form, no.</w:t>
      </w:r>
    </w:p>
    <w:p>
      <w:pPr>
        <w:jc w:val="right"/>
      </w:pPr>
      <w:r>
        <w:t>۔ اٹ واز ناٹ ریویلڈ ایز اے، اٹ واز ناٹ سینڈ ایز اے، ایز اے بک، بک فارم، نو۔</w:t>
      </w:r>
    </w:p>
    <w:p>
      <w:r>
        <w:rPr>
          <w:b/>
        </w:rPr>
        <w:t xml:space="preserve">[02:44] </w:t>
      </w:r>
      <w:r>
        <w:t>it was revealed paradically. why? because quran is a book of mission.</w:t>
      </w:r>
    </w:p>
    <w:p>
      <w:pPr>
        <w:jc w:val="right"/>
      </w:pPr>
      <w:r>
        <w:t>اٹ واز ریویلڈ پیراڈیکلی۔ وائی؟ بیکاز قرآن از اے بک آف مشن۔</w:t>
      </w:r>
    </w:p>
    <w:p>
      <w:r>
        <w:rPr>
          <w:b/>
        </w:rPr>
        <w:t xml:space="preserve">[02:54] </w:t>
      </w:r>
      <w:r>
        <w:t>prophet muhammad sallallahu alaihi wasallam was a man of mission</w:t>
      </w:r>
    </w:p>
    <w:p>
      <w:pPr>
        <w:jc w:val="right"/>
      </w:pPr>
      <w:r>
        <w:t>پرافٹ محمد صلی اللہ علیہ وسلم واز اے مین آف مشن</w:t>
      </w:r>
    </w:p>
    <w:p>
      <w:r>
        <w:rPr>
          <w:b/>
        </w:rPr>
        <w:t xml:space="preserve">[03:00] </w:t>
      </w:r>
      <w:r>
        <w:t>. he started a mission in mecca and in arabia.</w:t>
      </w:r>
    </w:p>
    <w:p>
      <w:pPr>
        <w:jc w:val="right"/>
      </w:pPr>
      <w:r>
        <w:t>۔ ہی سٹارٹڈ اے مشن ان مکہ اینڈ ان عربیہ۔</w:t>
      </w:r>
    </w:p>
    <w:p>
      <w:r>
        <w:rPr>
          <w:b/>
        </w:rPr>
        <w:t xml:space="preserve">[03:09] </w:t>
      </w:r>
      <w:r>
        <w:t>so during this period, quran was revealed according to the situation. it was not like a book that you see in the shelf of library,</w:t>
      </w:r>
    </w:p>
    <w:p>
      <w:pPr>
        <w:jc w:val="right"/>
      </w:pPr>
      <w:r>
        <w:t>سو ڈیورنگ دس پیریڈ، قرآن واز ریویلڈ اکارڈنگ ٹو دا سچویشن۔ اٹ واز ناٹ لائک اے بک دیٹ یو سی ان دا شیلف آف لائبریری،</w:t>
      </w:r>
    </w:p>
    <w:p>
      <w:r>
        <w:rPr>
          <w:b/>
        </w:rPr>
        <w:t xml:space="preserve">[03:27] </w:t>
      </w:r>
      <w:r>
        <w:t>no.</w:t>
      </w:r>
    </w:p>
    <w:p>
      <w:pPr>
        <w:jc w:val="right"/>
      </w:pPr>
      <w:r>
        <w:t>نو۔</w:t>
      </w:r>
    </w:p>
    <w:p>
      <w:r>
        <w:rPr>
          <w:b/>
        </w:rPr>
        <w:t xml:space="preserve">[03:30] </w:t>
      </w:r>
      <w:r>
        <w:t>quran was revealed for purpose too. that purpose was to bring about revolution, religious revolution, spiritual revolution.</w:t>
      </w:r>
    </w:p>
    <w:p>
      <w:pPr>
        <w:jc w:val="right"/>
      </w:pPr>
      <w:r>
        <w:t>قرآن واز ریویلڈ فار پرپس ٹو۔ دیٹ پرپس واز ٹو برنگ اباؤٹ ریولوشن، ریلیجس ریولوشن، سپریچول ریولوشن۔</w:t>
      </w:r>
    </w:p>
    <w:p>
      <w:r>
        <w:rPr>
          <w:b/>
        </w:rPr>
        <w:t xml:space="preserve">[03:44] </w:t>
      </w:r>
      <w:r>
        <w:t>so</w:t>
      </w:r>
    </w:p>
    <w:p>
      <w:pPr>
        <w:jc w:val="right"/>
      </w:pPr>
      <w:r>
        <w:t>سو</w:t>
      </w:r>
    </w:p>
    <w:p>
      <w:r>
        <w:rPr>
          <w:b/>
        </w:rPr>
        <w:t xml:space="preserve">[03:47] </w:t>
      </w:r>
      <w:r>
        <w:t>the guide was god himself</w:t>
      </w:r>
    </w:p>
    <w:p>
      <w:pPr>
        <w:jc w:val="right"/>
      </w:pPr>
      <w:r>
        <w:t>دا گائیڈ واز گاڈ ہم سیلف</w:t>
      </w:r>
    </w:p>
    <w:p>
      <w:r>
        <w:rPr>
          <w:b/>
        </w:rPr>
        <w:t xml:space="preserve">[03:51] </w:t>
      </w:r>
      <w:r>
        <w:t>. so god always send required portion of the quran to muhammad sallallahu alaihi wasallam according to the situation.</w:t>
      </w:r>
    </w:p>
    <w:p>
      <w:pPr>
        <w:jc w:val="right"/>
      </w:pPr>
      <w:r>
        <w:t>۔ سو گاڈ الویز سینڈ ریکوائرڈ پورشن آف دا قرآن ٹو محمد صلی اللہ علیہ وسلم اکارڈنگ ٹو دا سچویشن۔</w:t>
      </w:r>
    </w:p>
    <w:p>
      <w:r>
        <w:rPr>
          <w:b/>
        </w:rPr>
        <w:t xml:space="preserve">[04:04] </w:t>
      </w:r>
      <w:r>
        <w:t>this is the</w:t>
      </w:r>
    </w:p>
    <w:p>
      <w:pPr>
        <w:jc w:val="right"/>
      </w:pPr>
      <w:r>
        <w:t>دس از دا</w:t>
      </w:r>
    </w:p>
    <w:p>
      <w:r>
        <w:rPr>
          <w:b/>
        </w:rPr>
        <w:t xml:space="preserve">[04:08] </w:t>
      </w:r>
      <w:r>
        <w:t>simple introduction of the quran. then quran is a unique book among all the ancient books.</w:t>
      </w:r>
    </w:p>
    <w:p>
      <w:pPr>
        <w:jc w:val="right"/>
      </w:pPr>
      <w:r>
        <w:t>سمپل انٹروڈکشن آف دا قرآن۔ دین قرآن از اے یونیک بک امنگ آل دا اینسینٹ بکس۔</w:t>
      </w:r>
    </w:p>
    <w:p>
      <w:r>
        <w:rPr>
          <w:b/>
        </w:rPr>
        <w:t xml:space="preserve">[04:20] </w:t>
      </w:r>
      <w:r>
        <w:t>it is a historical fact accepted by all the historians.</w:t>
      </w:r>
    </w:p>
    <w:p>
      <w:pPr>
        <w:jc w:val="right"/>
      </w:pPr>
      <w:r>
        <w:t>اٹ از اے ہسٹوریکل فیکٹ ایکسیپٹڈ بائی آل دا ہسٹورینز۔</w:t>
      </w:r>
    </w:p>
    <w:p>
      <w:r>
        <w:rPr>
          <w:b/>
        </w:rPr>
        <w:t xml:space="preserve">[04:28] </w:t>
      </w:r>
      <w:r>
        <w:t>Quran is preserved in according to Quran is a preserved book until this, till this date.</w:t>
      </w:r>
    </w:p>
    <w:p>
      <w:pPr>
        <w:jc w:val="right"/>
      </w:pPr>
      <w:r>
        <w:t>قرآن از پریزروڈ ان اکارڈنگ ٹو قرآن از اے پریزروڈ بک انٹل دس، ٹل دس ڈیٹ۔</w:t>
      </w:r>
    </w:p>
    <w:p>
      <w:r>
        <w:rPr>
          <w:b/>
        </w:rPr>
        <w:t xml:space="preserve">[04:40] </w:t>
      </w:r>
      <w:r>
        <w:t>its text is preserved in its original language, that is arabic language.</w:t>
      </w:r>
    </w:p>
    <w:p>
      <w:pPr>
        <w:jc w:val="right"/>
      </w:pPr>
      <w:r>
        <w:t>اٹس ٹیکسٹ از پریزروڈ ان اٹس اوریجنل لینگویج، دیٹ از عربک لینگویج۔</w:t>
      </w:r>
    </w:p>
    <w:p>
      <w:r>
        <w:rPr>
          <w:b/>
        </w:rPr>
        <w:t xml:space="preserve">[04:51] </w:t>
      </w:r>
      <w:r>
        <w:t>so it is a, although it was revealed in the first quarter of seven century, but it is preserved.</w:t>
      </w:r>
    </w:p>
    <w:p>
      <w:pPr>
        <w:jc w:val="right"/>
      </w:pPr>
      <w:r>
        <w:t>سو اٹ از اے، ال دو اٹ واز ریویلڈ ان دا فرسٹ کوارٹر آف سیون سینچری، بٹ اٹ از پریزروڈ۔</w:t>
      </w:r>
    </w:p>
    <w:p>
      <w:r>
        <w:rPr>
          <w:b/>
        </w:rPr>
        <w:t xml:space="preserve">[05:02] </w:t>
      </w:r>
      <w:r>
        <w:t>its text was preserved completely. then the language of the quran, that is arabic, is an alive language.</w:t>
      </w:r>
    </w:p>
    <w:p>
      <w:pPr>
        <w:jc w:val="right"/>
      </w:pPr>
      <w:r>
        <w:t>اٹس ٹیکسٹ واز پریزروڈ کمپلیٹلی۔ دین دا لینگویج آف دا قرآن، دیٹ از عربک، از اینڈ الائیو لینگویج۔</w:t>
      </w:r>
    </w:p>
    <w:p>
      <w:r>
        <w:rPr>
          <w:b/>
        </w:rPr>
        <w:t xml:space="preserve">[05:20] </w:t>
      </w:r>
      <w:r>
        <w:t>it is also a very unique phenomena of the quran, that its language is not a dead language, just but it is, its language is a,</w:t>
      </w:r>
    </w:p>
    <w:p>
      <w:pPr>
        <w:jc w:val="right"/>
      </w:pPr>
      <w:r>
        <w:t>اٹ از السو ا ویری یونیک فیناومینا آف دا قرآن، دیٹ اٹس لینگویج از ناٹ ا ڈیڈ لینگویج، جسٹ بٹ اٹ از، اٹس لینگویج از ا،</w:t>
      </w:r>
    </w:p>
    <w:p>
      <w:r>
        <w:rPr>
          <w:b/>
        </w:rPr>
        <w:t xml:space="preserve">[05:36] </w:t>
      </w:r>
      <w:r>
        <w:t>is a living language.</w:t>
      </w:r>
    </w:p>
    <w:p>
      <w:pPr>
        <w:jc w:val="right"/>
      </w:pPr>
      <w:r>
        <w:t>از ا لیونگ لینگویج۔</w:t>
      </w:r>
    </w:p>
    <w:p>
      <w:r>
        <w:rPr>
          <w:b/>
        </w:rPr>
        <w:t xml:space="preserve">[05:41] </w:t>
      </w:r>
      <w:r>
        <w:t>then</w:t>
      </w:r>
    </w:p>
    <w:p>
      <w:pPr>
        <w:jc w:val="right"/>
      </w:pPr>
      <w:r>
        <w:t>دین</w:t>
      </w:r>
    </w:p>
    <w:p>
      <w:r>
        <w:rPr>
          <w:b/>
        </w:rPr>
        <w:t xml:space="preserve">[05:44] </w:t>
      </w:r>
      <w:r>
        <w:t>so this means that all the verses of quran were revealed according to the situation.</w:t>
      </w:r>
    </w:p>
    <w:p>
      <w:pPr>
        <w:jc w:val="right"/>
      </w:pPr>
      <w:r>
        <w:t>سو دس مینز دیٹ آل دا ورسز آف قرآن ویر ریویلڈ اکارڈنگ ٹو دا سچویشن۔</w:t>
      </w:r>
    </w:p>
    <w:p>
      <w:r>
        <w:rPr>
          <w:b/>
        </w:rPr>
        <w:t xml:space="preserve">[05:53] </w:t>
      </w:r>
      <w:r>
        <w:t>so you have to know that situation, otherwise you fail to understand the message of the quran. it is called in our arabic tafsir shan-e-nazool or asbab-e-nazool</w:t>
      </w:r>
    </w:p>
    <w:p>
      <w:pPr>
        <w:jc w:val="right"/>
      </w:pPr>
      <w:r>
        <w:t>سو یو ہیو ٹو نو دیٹ سچویشن، ادروائز یو فل ٹو انڈرسٹینڈ دا میسج آف دا قرآن۔ اٹ از کالڈ ان اور عربک تفسیر شان نزول اور اسباب نزول</w:t>
      </w:r>
    </w:p>
    <w:p>
      <w:r>
        <w:rPr>
          <w:b/>
        </w:rPr>
        <w:t xml:space="preserve">[06:08] </w:t>
      </w:r>
      <w:r>
        <w:t>, that is background of the revelation. so if you want to know the real meaning of the quran, you have to know the background or asbab-e-nazool.</w:t>
      </w:r>
    </w:p>
    <w:p>
      <w:pPr>
        <w:jc w:val="right"/>
      </w:pPr>
      <w:r>
        <w:t>، دیٹ از بیک گراؤنڈ آف دا ریولیشن۔ سو اف یو وانٹ ٹو نو دا ریئل میننگ آف دا قرآن، یو ہیو ٹو نو دا بیک گراؤنڈ اور اسباب نزول۔</w:t>
      </w:r>
    </w:p>
    <w:p>
      <w:r>
        <w:rPr>
          <w:b/>
        </w:rPr>
        <w:t xml:space="preserve">[06:21] </w:t>
      </w:r>
      <w:r>
        <w:t>without this, you can't understand the quran, because quran is not just like other books. i go, i will go your example.</w:t>
      </w:r>
    </w:p>
    <w:p>
      <w:pPr>
        <w:jc w:val="right"/>
      </w:pPr>
      <w:r>
        <w:t>وداؤٹ دس، یو کینٹ انڈرسٹینڈ دا قرآن، بیکاز قرآن از ناٹ جسٹ لائک ادر بکس۔ ائی گو، ائی ویل گو یور ایگزامپل۔</w:t>
      </w:r>
    </w:p>
    <w:p>
      <w:r>
        <w:rPr>
          <w:b/>
        </w:rPr>
        <w:t xml:space="preserve">[06:32] </w:t>
      </w:r>
      <w:r>
        <w:t>if you,</w:t>
      </w:r>
    </w:p>
    <w:p>
      <w:pPr>
        <w:jc w:val="right"/>
      </w:pPr>
      <w:r>
        <w:t>اف یو،</w:t>
      </w:r>
    </w:p>
    <w:p>
      <w:r>
        <w:rPr>
          <w:b/>
        </w:rPr>
        <w:t xml:space="preserve">[06:34] </w:t>
      </w:r>
      <w:r>
        <w:t>if you take a copy of the quran and start reading, you will find a verse qataluhum.</w:t>
      </w:r>
    </w:p>
    <w:p>
      <w:pPr>
        <w:jc w:val="right"/>
      </w:pPr>
      <w:r>
        <w:t>اف یو ٹیک ا کاپی آف دا قرآن اینڈ سٹارٹ ریڈنگ، یو ویل فائنڈ ا ورس قاتلوہم۔</w:t>
      </w:r>
    </w:p>
    <w:p>
      <w:r>
        <w:rPr>
          <w:b/>
        </w:rPr>
        <w:t xml:space="preserve">[06:45] </w:t>
      </w:r>
      <w:r>
        <w:t>qataluhum, it means fight, fight with them. so you, you may, you may think that quran is a book of war, book of violence, but it is not</w:t>
      </w:r>
    </w:p>
    <w:p>
      <w:pPr>
        <w:jc w:val="right"/>
      </w:pPr>
      <w:r>
        <w:t>قاتلوہم، اٹ مینز فائٹ، فائٹ ود دیم۔ سو یو، یو می، یو می تھنک دیٹ قرآن از اے بک آف وار، بک آف وائیلنس، بٹ اٹ از نا</w:t>
      </w:r>
    </w:p>
    <w:p>
      <w:r>
        <w:rPr>
          <w:b/>
        </w:rPr>
        <w:t xml:space="preserve">[07:00] </w:t>
      </w:r>
      <w:r>
        <w:t>t. this verse was revealed time of war, time of war. it was not revealed in a normal situation.</w:t>
      </w:r>
    </w:p>
    <w:p>
      <w:pPr>
        <w:jc w:val="right"/>
      </w:pPr>
      <w:r>
        <w:t>ٹ۔ دس ورس واز ریویلڈ ٹائم آف وار، ٹائم آف وار۔ اٹ واز ناٹ ریویلڈ ان ا نارمل سچویشن۔</w:t>
      </w:r>
    </w:p>
    <w:p>
      <w:r>
        <w:rPr>
          <w:b/>
        </w:rPr>
        <w:t xml:space="preserve">[07:14] </w:t>
      </w:r>
      <w:r>
        <w:t>so all the verses of the quran have some background. without knowing this background, you can't understand the message of the quran.</w:t>
      </w:r>
    </w:p>
    <w:p>
      <w:pPr>
        <w:jc w:val="right"/>
      </w:pPr>
      <w:r>
        <w:t>سو آل دا ورسز آف دا قرآن ہیو سم بیک گراؤنڈ۔ وداؤٹ نوئنگ دس بیک گراؤنڈ، یو کینٹ انڈرسٹینڈ دا میسج آف دا قرآن۔</w:t>
      </w:r>
    </w:p>
    <w:p>
      <w:r>
        <w:rPr>
          <w:b/>
        </w:rPr>
        <w:t xml:space="preserve">[07:25] </w:t>
      </w:r>
      <w:r>
        <w:t>now, if you take a, if you take a copy of the quran and start reading it, you will find the first verse of the quran is bismillah-hir-rahman-nir-rahim.</w:t>
      </w:r>
    </w:p>
    <w:p>
      <w:pPr>
        <w:jc w:val="right"/>
      </w:pPr>
      <w:r>
        <w:t>ناو، اف یو ٹیک ا، اف یو ٹیک ا کاپی آف دا قرآن اینڈ سٹارٹ ریڈنگ اٹ، یو ویل فائنڈ دا فرسٹ ورس آف دا قرآن از بسم اللہ الرحمن الرحیم۔</w:t>
      </w:r>
    </w:p>
    <w:p>
      <w:r>
        <w:rPr>
          <w:b/>
        </w:rPr>
        <w:t xml:space="preserve">[07:40] </w:t>
      </w:r>
      <w:r>
        <w:t>the first verse, and this verse is repeated in the quran no less than 114 times. 114 times,</w:t>
      </w:r>
    </w:p>
    <w:p>
      <w:pPr>
        <w:jc w:val="right"/>
      </w:pPr>
      <w:r>
        <w:t>دا فرسٹ ورس، اینڈ دس ورس از ریپیٹڈ ان دا قرآن نو لیس دین 114 ٹائمز۔ 114 ٹائمز،</w:t>
      </w:r>
    </w:p>
    <w:p>
      <w:r>
        <w:rPr>
          <w:b/>
        </w:rPr>
        <w:t xml:space="preserve">[07:53] </w:t>
      </w:r>
      <w:r>
        <w:t>it means in the name of god, most merciful, most compassionate. now, it is very simple thing</w:t>
      </w:r>
    </w:p>
    <w:p>
      <w:pPr>
        <w:jc w:val="right"/>
      </w:pPr>
      <w:r>
        <w:t>اٹ مینز ان دا نیم آف گاڈ، موسٹ مرسی فل، موسٹ کمپیشنٹ۔ ناو، اٹ از ویری سمپل تھنگ</w:t>
      </w:r>
    </w:p>
    <w:p>
      <w:r>
        <w:rPr>
          <w:b/>
        </w:rPr>
        <w:t xml:space="preserve">[08:06] </w:t>
      </w:r>
      <w:r>
        <w:t>. when you read this verse, it means that quran gives you a very, very positive kind of ideology, that, that in this world you have to hopeful every time</w:t>
      </w:r>
    </w:p>
    <w:p>
      <w:pPr>
        <w:jc w:val="right"/>
      </w:pPr>
      <w:r>
        <w:t>۔ وین یو ریڈ دس ورس، اٹ مینز دیٹ قرآن گیوز یو ا ویری، ویری پازیٹیو کائنڈ آف ائیڈیالوجی، دیٹ، دیٹ ان دس ورلڈ یو ہیو ٹو ہوپ فل ایوری ٹائم</w:t>
      </w:r>
    </w:p>
    <w:p>
      <w:r>
        <w:rPr>
          <w:b/>
        </w:rPr>
        <w:t xml:space="preserve">[08:26] </w:t>
      </w:r>
      <w:r>
        <w:t>. there is no place of hope and despair in this world, because god who is the creator, the creator of the universe, is rahim or rahman and compassionate, merciful</w:t>
      </w:r>
    </w:p>
    <w:p>
      <w:pPr>
        <w:jc w:val="right"/>
      </w:pPr>
      <w:r>
        <w:t>۔ دیر از نو پلیس آف ہوپ اینڈ ڈیسپر ان دس ورلڈ، بیکاز گاڈ ہو از دا کریٹر، دا کریٹر آف دا یونیورس، از رحیم اور رحمان اینڈ کمپیشنٹ، مرسی فل</w:t>
      </w:r>
    </w:p>
    <w:p>
      <w:r>
        <w:rPr>
          <w:b/>
        </w:rPr>
        <w:t xml:space="preserve">[08:46] </w:t>
      </w:r>
      <w:r>
        <w:t>. so if the creator is compassionate and merciful, then you have to be hopeful every time in every situation.</w:t>
      </w:r>
    </w:p>
    <w:p>
      <w:pPr>
        <w:jc w:val="right"/>
      </w:pPr>
      <w:r>
        <w:t>۔ سو اف دا کریٹر از کمپیشنٹ اینڈ مرسی فل، دین یو ہیو ٹو بی ہوپ فل ایوری ٹائم ان ایوری سچویشن۔</w:t>
      </w:r>
    </w:p>
    <w:p>
      <w:r>
        <w:rPr>
          <w:b/>
        </w:rPr>
        <w:t xml:space="preserve">[08:58] </w:t>
      </w:r>
      <w:r>
        <w:t>so the first verse gives you a message of hope, message of hope. you have to live with hope. then the first, the first chapter is al-fatiha.</w:t>
      </w:r>
    </w:p>
    <w:p>
      <w:pPr>
        <w:jc w:val="right"/>
      </w:pPr>
      <w:r>
        <w:t>سو دا فرسٹ ورس گیوز یو ا میسج آف ہوپ، میسج آف ہوپ۔ یو ہیو ٹو لیو ود ہوپ۔ دین دا فرسٹ، دا فرسٹ چیپٹر از الفاتحہ۔</w:t>
      </w:r>
    </w:p>
    <w:p>
      <w:r>
        <w:rPr>
          <w:b/>
        </w:rPr>
        <w:t xml:space="preserve">[09:16] </w:t>
      </w:r>
      <w:r>
        <w:t>al-fatiha, this chapter begins from this verse. alhamdulillah-hirabbil-alameen, it means praise be to god almighty, who is the lord of the universe.</w:t>
      </w:r>
    </w:p>
    <w:p>
      <w:pPr>
        <w:jc w:val="right"/>
      </w:pPr>
      <w:r>
        <w:t>الفاتحہ، دس چیپٹر بیگنز فرام دس ورس۔ الحمدللہ رب العالمین، اٹ مینز پریز بی ٹو گاڈ المائٹی، ہو از دا لارڈ آف دا یونیورس۔</w:t>
      </w:r>
    </w:p>
    <w:p>
      <w:r>
        <w:rPr>
          <w:b/>
        </w:rPr>
        <w:t xml:space="preserve">[09:36] </w:t>
      </w:r>
      <w:r>
        <w:t>now, here the sit, here the question:</w:t>
      </w:r>
    </w:p>
    <w:p>
      <w:pPr>
        <w:jc w:val="right"/>
      </w:pPr>
      <w:r>
        <w:t>ناو، ہیر دا سچ، ہیر دا کوئسچن:</w:t>
      </w:r>
    </w:p>
    <w:p>
      <w:r>
        <w:rPr>
          <w:b/>
        </w:rPr>
        <w:t xml:space="preserve">[09:40] </w:t>
      </w:r>
      <w:r>
        <w:t>is this verse want you to be praise worthy to your, to your creator?</w:t>
      </w:r>
    </w:p>
    <w:p>
      <w:pPr>
        <w:jc w:val="right"/>
      </w:pPr>
      <w:r>
        <w:t>از دس ورس وانٹ یو ٹو بی پریز وردی ٹو یور، ٹو یور کریٹر؟</w:t>
      </w:r>
    </w:p>
    <w:p>
      <w:r>
        <w:rPr>
          <w:b/>
        </w:rPr>
        <w:t xml:space="preserve">[09:49] </w:t>
      </w:r>
      <w:r>
        <w:t>but when you live in this world, you will find that every time there are problems, every time there are difficulties.</w:t>
      </w:r>
    </w:p>
    <w:p>
      <w:pPr>
        <w:jc w:val="right"/>
      </w:pPr>
      <w:r>
        <w:t>بٹ وین یو لیو ان دس ورلڈ، یو ویل فائنڈ دیٹ ایوری ٹائم دیر ار پرابلمز، ایوری ٹائم دیر ار ڈیفیکلٹیز۔</w:t>
      </w:r>
    </w:p>
    <w:p>
      <w:r>
        <w:rPr>
          <w:b/>
        </w:rPr>
        <w:t xml:space="preserve">[10:01] </w:t>
      </w:r>
      <w:r>
        <w:t>so how you can say: o god, i am thankful to you?</w:t>
      </w:r>
    </w:p>
    <w:p>
      <w:pPr>
        <w:jc w:val="right"/>
      </w:pPr>
      <w:r>
        <w:t>سو ہاؤ یو کین سے: او گاڈ، ائی ایم تھینک فل ٹو یو؟</w:t>
      </w:r>
    </w:p>
    <w:p>
      <w:r>
        <w:rPr>
          <w:b/>
        </w:rPr>
        <w:t xml:space="preserve">[10:07] </w:t>
      </w:r>
      <w:r>
        <w:t>wen you are facing problems, wen you are facing difficulties, then how you can say: o god, i am thankful to you?</w:t>
      </w:r>
    </w:p>
    <w:p>
      <w:pPr>
        <w:jc w:val="right"/>
      </w:pPr>
      <w:r>
        <w:t>وین یو آر فیسنگ پرابلمز، وین یو آر فیسنگ ڈیفیکلٹیز، دین ہاؤ یو کین سے: او گاڈ، ائی ایم تھینک فل ٹو یو؟</w:t>
      </w:r>
    </w:p>
    <w:p>
      <w:r>
        <w:rPr>
          <w:b/>
        </w:rPr>
        <w:t xml:space="preserve">[10:18] </w:t>
      </w:r>
      <w:r>
        <w:t>you have give me so beautiful word. a question: even in the quran, there is a verse: laqad khalaqna al-insana fi kabad.</w:t>
      </w:r>
    </w:p>
    <w:p>
      <w:pPr>
        <w:jc w:val="right"/>
      </w:pPr>
      <w:r>
        <w:t>یو ہیو گیو می سو بیوٹی فل ورڈ۔ ا کوئسچن: ایون ان دا قرآن، دیر از ا ورس: لقد خلق الانسان فی کبت۔</w:t>
      </w:r>
    </w:p>
    <w:p>
      <w:r>
        <w:rPr>
          <w:b/>
        </w:rPr>
        <w:t xml:space="preserve">[10:32] </w:t>
      </w:r>
      <w:r>
        <w:t>this is quranic verse,</w:t>
      </w:r>
    </w:p>
    <w:p>
      <w:pPr>
        <w:jc w:val="right"/>
      </w:pPr>
      <w:r>
        <w:t>دس از قرآنک ورس،</w:t>
      </w:r>
    </w:p>
    <w:p>
      <w:r>
        <w:rPr>
          <w:b/>
        </w:rPr>
        <w:t xml:space="preserve">[10:35] </w:t>
      </w:r>
      <w:r>
        <w:t>it means that we have created man with difficulties. we have created man with difficulties.</w:t>
      </w:r>
    </w:p>
    <w:p>
      <w:pPr>
        <w:jc w:val="right"/>
      </w:pPr>
      <w:r>
        <w:t>اٹ مینز دیٹ وی ہیو کریٹڈ مین ود ڈیفیکلٹیز۔ وی ہیو کریٹڈ مین ود ڈیفیکلٹیز۔</w:t>
      </w:r>
    </w:p>
    <w:p>
      <w:r>
        <w:rPr>
          <w:b/>
        </w:rPr>
        <w:t xml:space="preserve">[10:47] </w:t>
      </w:r>
      <w:r>
        <w:t>so if man was created with difficulties, so how you can be thankful every time to your, to your creator?</w:t>
      </w:r>
    </w:p>
    <w:p>
      <w:pPr>
        <w:jc w:val="right"/>
      </w:pPr>
      <w:r>
        <w:t>سو اف مین واز کریٹڈ ود ڈیفیکلٹیز، سو ہاؤ یو کین بی تھینک فل ایوری ٹائم ٹو یور، ٹو یور کریٹر؟</w:t>
      </w:r>
    </w:p>
    <w:p>
      <w:r>
        <w:rPr>
          <w:b/>
        </w:rPr>
        <w:t xml:space="preserve">[10:57] </w:t>
      </w:r>
      <w:r>
        <w:t>a question:</w:t>
      </w:r>
    </w:p>
    <w:p>
      <w:pPr>
        <w:jc w:val="right"/>
      </w:pPr>
      <w:r>
        <w:t>ا کوئسچن:</w:t>
      </w:r>
    </w:p>
    <w:p>
      <w:r>
        <w:rPr>
          <w:b/>
        </w:rPr>
        <w:t xml:space="preserve">[11:00] </w:t>
      </w:r>
      <w:r>
        <w:t>it means that quran wants to activate your mind, to think, to think. there is verse in the quran that quran says: kitab anzalnahu ilayka mubarak,</w:t>
      </w:r>
    </w:p>
    <w:p>
      <w:pPr>
        <w:jc w:val="right"/>
      </w:pPr>
      <w:r>
        <w:t>اٹ مینز دیٹ قرآن وانٹس ٹو ایکٹیویٹ یور مائنڈ، ٹو تھنک، ٹو تھنک۔ دیر از ورس ان دا قرآن دیٹ قرآن سیز: کتاب انزلنا الیک مبارک،</w:t>
      </w:r>
    </w:p>
    <w:p>
      <w:r>
        <w:rPr>
          <w:b/>
        </w:rPr>
        <w:t xml:space="preserve">[11:17] </w:t>
      </w:r>
      <w:r>
        <w:t>tadabbara ayati. this quran was revealed to you for contemplation, ghor o fikr</w:t>
      </w:r>
    </w:p>
    <w:p>
      <w:pPr>
        <w:jc w:val="right"/>
      </w:pPr>
      <w:r>
        <w:t>دبر ایاتی۔ دس قرآن واز ریویلڈ ٹو یو فار کنٹمپلیشن، غور و فکر</w:t>
      </w:r>
    </w:p>
    <w:p>
      <w:r>
        <w:rPr>
          <w:b/>
        </w:rPr>
        <w:t xml:space="preserve">[11:29] </w:t>
      </w:r>
      <w:r>
        <w:t>. it means that quran wants to activate your thinking, to activate your mind. very important to understand this point:</w:t>
      </w:r>
    </w:p>
    <w:p>
      <w:pPr>
        <w:jc w:val="right"/>
      </w:pPr>
      <w:r>
        <w:t>۔ اٹ مینز دیٹ قرآن وانٹس ٹو ایکٹیویٹ یور تھنکنگ، ٹو ایکٹیویٹ یور مائنڈ۔ ویری امپورٹنٹ ٹو انڈرسٹینڈ دس پوائنٹ:</w:t>
      </w:r>
    </w:p>
    <w:p>
      <w:r>
        <w:rPr>
          <w:b/>
        </w:rPr>
        <w:t xml:space="preserve">[11:40] </w:t>
      </w:r>
      <w:r>
        <w:t>when you face some problems, then you will ponder over this problem. then you discover that problem is only way to progress.</w:t>
      </w:r>
    </w:p>
    <w:p>
      <w:pPr>
        <w:jc w:val="right"/>
      </w:pPr>
      <w:r>
        <w:t>وین یو فیس سم پرابلمز، دین یو ویل پونڈر اوور دس پرابلم۔ دین یو ڈسکور دیٹ پرابلم از اونلی وے ٹو پروگریس۔</w:t>
      </w:r>
    </w:p>
    <w:p>
      <w:r>
        <w:rPr>
          <w:b/>
        </w:rPr>
        <w:t xml:space="preserve">[11:55] </w:t>
      </w:r>
      <w:r>
        <w:t>without problem, there is no progress.</w:t>
      </w:r>
    </w:p>
    <w:p>
      <w:pPr>
        <w:jc w:val="right"/>
      </w:pPr>
      <w:r>
        <w:t>وداؤٹ پرابلم، دیر از نو پروگریس۔</w:t>
      </w:r>
    </w:p>
    <w:p>
      <w:r>
        <w:rPr>
          <w:b/>
        </w:rPr>
        <w:t xml:space="preserve">[11:59] </w:t>
      </w:r>
      <w:r>
        <w:t>god created you with great potentials. your mind is, is a great mind.</w:t>
      </w:r>
    </w:p>
    <w:p>
      <w:pPr>
        <w:jc w:val="right"/>
      </w:pPr>
      <w:r>
        <w:t>گاڈ کریٹڈ یو ود گریٹ پوٹینشلز۔ یور مائنڈ از، از ا گریٹ مائنڈ۔</w:t>
      </w:r>
    </w:p>
    <w:p>
      <w:r>
        <w:rPr>
          <w:b/>
        </w:rPr>
        <w:t xml:space="preserve">[12:08] </w:t>
      </w:r>
      <w:r>
        <w:t>it has enormous potential, but it is in dormant position. you have to activate it.</w:t>
      </w:r>
    </w:p>
    <w:p>
      <w:pPr>
        <w:jc w:val="right"/>
      </w:pPr>
      <w:r>
        <w:t>اٹ ہیز انارمس پوٹینشل، بٹ اٹ از ان ڈورمنٹ پوزیشن۔ یو ہیو ٹو ایکٹیویٹ اٹ۔</w:t>
      </w:r>
    </w:p>
    <w:p>
      <w:r>
        <w:rPr>
          <w:b/>
        </w:rPr>
        <w:t xml:space="preserve">[12:20] </w:t>
      </w:r>
      <w:r>
        <w:t>you have to turn this potential into actual. but how?</w:t>
      </w:r>
    </w:p>
    <w:p>
      <w:pPr>
        <w:jc w:val="right"/>
      </w:pPr>
      <w:r>
        <w:t>یو ہیو ٹو ٹرن دس پوٹینشل انٹو ایکچول۔ بٹ ہاؤ؟</w:t>
      </w:r>
    </w:p>
    <w:p>
      <w:r>
        <w:rPr>
          <w:b/>
        </w:rPr>
        <w:t xml:space="preserve">[12:27] </w:t>
      </w:r>
      <w:r>
        <w:t>difficulties and problems activate you? then you start thinking, and then you are able to turn your potential into actual.</w:t>
      </w:r>
    </w:p>
    <w:p>
      <w:pPr>
        <w:jc w:val="right"/>
      </w:pPr>
      <w:r>
        <w:t>ڈیفیکلٹیز اینڈ پرابلمز ایکٹیویٹ یو؟ دین یو سٹارٹ تھنکنگ، اینڈ دین یو آر ایبل ٹو ٹرن یور پوٹینشل انٹو ایکچول۔</w:t>
      </w:r>
    </w:p>
    <w:p>
      <w:r>
        <w:rPr>
          <w:b/>
        </w:rPr>
        <w:t xml:space="preserve">[12:39] </w:t>
      </w:r>
      <w:r>
        <w:t>so all the progress, all the development are due to problem, due to difficulties.</w:t>
      </w:r>
    </w:p>
    <w:p>
      <w:pPr>
        <w:jc w:val="right"/>
      </w:pPr>
      <w:r>
        <w:t>سو آل دا پروگریس، آل دا ڈیویلپمنٹ ار ڈیو ٹو پرابلم، ڈیو ٹو ڈیفیکلٹیز۔</w:t>
      </w:r>
    </w:p>
    <w:p>
      <w:r>
        <w:rPr>
          <w:b/>
        </w:rPr>
        <w:t xml:space="preserve">[12:49] </w:t>
      </w:r>
      <w:r>
        <w:t>difficulties are not evil, not curse. difficulties or problems are placing.</w:t>
      </w:r>
    </w:p>
    <w:p>
      <w:pPr>
        <w:jc w:val="right"/>
      </w:pPr>
      <w:r>
        <w:t>ڈیفیکلٹیز ار ناٹ ایول، ناٹ کرس۔ ڈیفیکلٹیز اور پرابلمز ار پلیسنگ۔</w:t>
      </w:r>
    </w:p>
    <w:p>
      <w:r>
        <w:rPr>
          <w:b/>
        </w:rPr>
        <w:t xml:space="preserve">[12:57] </w:t>
      </w:r>
      <w:r>
        <w:t>so when you think in this way, then you will say: alhamdulillah rabbil alamin. o god, you are lord of the universe.</w:t>
      </w:r>
    </w:p>
    <w:p>
      <w:pPr>
        <w:jc w:val="right"/>
      </w:pPr>
      <w:r>
        <w:t>سو وین یو تھنک ان دس وے، دین یو ویل سے: الحمدللہ رب العالمین۔ او گاڈ، یو آر لارڈ آف دا یونیورس۔</w:t>
      </w:r>
    </w:p>
    <w:p>
      <w:r>
        <w:rPr>
          <w:b/>
        </w:rPr>
        <w:t xml:space="preserve">[13:07] </w:t>
      </w:r>
      <w:r>
        <w:t>you have created this world in such a way that i can develop my mind. i can develop my mind.</w:t>
      </w:r>
    </w:p>
    <w:p>
      <w:pPr>
        <w:jc w:val="right"/>
      </w:pPr>
      <w:r>
        <w:t>یو ہیو کریٹڈ دس ورلڈ ان سچ ا وے دیٹ ائی کین ڈیویلپ مائی مائنڈ۔ ائی کین ڈیویلپ مائی مائنڈ۔</w:t>
      </w:r>
    </w:p>
    <w:p>
      <w:r>
        <w:rPr>
          <w:b/>
        </w:rPr>
        <w:t xml:space="preserve">[13:19] </w:t>
      </w:r>
      <w:r>
        <w:t>today, i today, i travel for the first time the metro, for the first time.</w:t>
      </w:r>
    </w:p>
    <w:p>
      <w:pPr>
        <w:jc w:val="right"/>
      </w:pPr>
      <w:r>
        <w:t>ٹوڈے، ائی ٹوڈے، ائی ٹریول فار دا فرسٹ ٹائم دا میٹرو، فار دا فرسٹ ٹائم۔</w:t>
      </w:r>
    </w:p>
    <w:p>
      <w:r>
        <w:rPr>
          <w:b/>
        </w:rPr>
        <w:t xml:space="preserve">[13:29] </w:t>
      </w:r>
      <w:r>
        <w:t>so when i was in the metro, the whole history was coming in my mind.</w:t>
      </w:r>
    </w:p>
    <w:p>
      <w:pPr>
        <w:jc w:val="right"/>
      </w:pPr>
      <w:r>
        <w:t>سو وین ائی واز ان دا میٹرو، دا ہول ہسٹری واز کمنگ ان مائی مائنڈ۔</w:t>
      </w:r>
    </w:p>
    <w:p>
      <w:r>
        <w:rPr>
          <w:b/>
        </w:rPr>
        <w:t xml:space="preserve">[13:39] </w:t>
      </w:r>
      <w:r>
        <w:t>how god created this world? 15 billion years ago.</w:t>
      </w:r>
    </w:p>
    <w:p>
      <w:pPr>
        <w:jc w:val="right"/>
      </w:pPr>
      <w:r>
        <w:t>ہاؤ گاڈ کریٹڈ دس ورلڈ؟ 15 بلین ایئرز اگو۔</w:t>
      </w:r>
    </w:p>
    <w:p>
      <w:r>
        <w:rPr>
          <w:b/>
        </w:rPr>
        <w:t xml:space="preserve">[13:45] </w:t>
      </w:r>
      <w:r>
        <w:t>then how god created all those stars, planets and solar system? then how god created this planet? and this planet, and this planet, he so many minerals,</w:t>
      </w:r>
    </w:p>
    <w:p>
      <w:pPr>
        <w:jc w:val="right"/>
      </w:pPr>
      <w:r>
        <w:t>دین ہاؤ گاڈ کریٹڈ آل دو سٹارز، پلینٹس اینڈ سولر سسٹم؟ دین ہاؤ گاڈ کریٹڈ دس پلینٹ؟ اینڈ دس پلینٹ، اینڈ دس پلینٹ، ہی سو مینی منرلز،</w:t>
      </w:r>
    </w:p>
    <w:p>
      <w:r>
        <w:rPr>
          <w:b/>
        </w:rPr>
        <w:t xml:space="preserve">[13:59] </w:t>
      </w:r>
      <w:r>
        <w:t>so many, so many thing. then god gave mind. god gave you mind.</w:t>
      </w:r>
    </w:p>
    <w:p>
      <w:pPr>
        <w:jc w:val="right"/>
      </w:pPr>
      <w:r>
        <w:t>سو مینی، سو مینی تھنگ۔ دین گاڈ گیو مائنڈ۔ گاڈ گیو یو مائنڈ۔</w:t>
      </w:r>
    </w:p>
    <w:p>
      <w:r>
        <w:rPr>
          <w:b/>
        </w:rPr>
        <w:t xml:space="preserve">[14:09] </w:t>
      </w:r>
      <w:r>
        <w:t>through this mind, you started thinking, and then after long time, you are able to convert non metro into metro.</w:t>
      </w:r>
    </w:p>
    <w:p>
      <w:pPr>
        <w:jc w:val="right"/>
      </w:pPr>
      <w:r>
        <w:t>تھرو دس مائنڈ، یو سٹارٹڈ تھنکنگ، اینڈ دین افٹر لانگ ٹائم، یو آر ایبل ٹو کنورٹ نان میٹرو انٹو میٹرو۔</w:t>
      </w:r>
    </w:p>
    <w:p>
      <w:r>
        <w:rPr>
          <w:b/>
        </w:rPr>
        <w:t xml:space="preserve">[14:25] </w:t>
      </w:r>
      <w:r>
        <w:t>deen this kind of plan has two very important aspects</w:t>
      </w:r>
    </w:p>
    <w:p>
      <w:pPr>
        <w:jc w:val="right"/>
      </w:pPr>
      <w:r>
        <w:t>دین دس کائنڈ آف پلان ہیو ٹو ویری امپورٹنٹ اسپیکٹ</w:t>
      </w:r>
    </w:p>
    <w:p>
      <w:r>
        <w:rPr>
          <w:b/>
        </w:rPr>
        <w:t xml:space="preserve">[14:32] </w:t>
      </w:r>
      <w:r>
        <w:t>. when i was traveling in metro, a storm of gratefulness towards men kind. i felt a storm.</w:t>
      </w:r>
    </w:p>
    <w:p>
      <w:pPr>
        <w:jc w:val="right"/>
      </w:pPr>
      <w:r>
        <w:t>۔ وین ائی واز ٹریولنگ ان میٹرو، ا سٹارم آف گریٹ فلنس ٹورڈز مین کائنڈ۔ ائی فیلٹ ا سٹارم۔</w:t>
      </w:r>
    </w:p>
    <w:p>
      <w:r>
        <w:rPr>
          <w:b/>
        </w:rPr>
        <w:t xml:space="preserve">[14:43] </w:t>
      </w:r>
      <w:r>
        <w:t>i said that human civilization, so many people, busy to create a civilization, to create, create all those cars and airplane and metro.</w:t>
      </w:r>
    </w:p>
    <w:p>
      <w:pPr>
        <w:jc w:val="right"/>
      </w:pPr>
      <w:r>
        <w:t>ائی سیڈ دیٹ ہیومن سیولائزیشن، سو مینی پیپل، بزی ٹو کریٹ ا سیولائزیشن، ٹو کریٹ، کریٹ آل دو کارز اینڈ ایئرپلون اینڈ میٹرو۔</w:t>
      </w:r>
    </w:p>
    <w:p>
      <w:r>
        <w:rPr>
          <w:b/>
        </w:rPr>
        <w:t xml:space="preserve">[14:58] </w:t>
      </w:r>
      <w:r>
        <w:t>so i thought that i have to be grateful to all these people, to hold men kind. so it was then i understand the ahadith, the prophet of islam.</w:t>
      </w:r>
    </w:p>
    <w:p>
      <w:pPr>
        <w:jc w:val="right"/>
      </w:pPr>
      <w:r>
        <w:t>سو ائی تھاٹ دیٹ ائی ہیو ٹو بی گریٹ فل ٹو آل دیز پیپل، ٹو ہولڈ مین کائنڈ۔ سو اٹ واز دین ائی انڈرسٹینڈ دا احادیث، دا پرافٹ آف اسلام۔</w:t>
      </w:r>
    </w:p>
    <w:p>
      <w:r>
        <w:rPr>
          <w:b/>
        </w:rPr>
        <w:t xml:space="preserve">[15:12] </w:t>
      </w:r>
      <w:r>
        <w:t>i said:</w:t>
      </w:r>
    </w:p>
    <w:p>
      <w:pPr>
        <w:jc w:val="right"/>
      </w:pPr>
      <w:r>
        <w:t>ائی سیڈ:</w:t>
      </w:r>
    </w:p>
    <w:p>
      <w:r>
        <w:rPr>
          <w:b/>
        </w:rPr>
        <w:t xml:space="preserve">[15:17] </w:t>
      </w:r>
      <w:r>
        <w:t>one who is not grateful to men, he will not be grateful to god also. so why?</w:t>
      </w:r>
    </w:p>
    <w:p>
      <w:pPr>
        <w:jc w:val="right"/>
      </w:pPr>
      <w:r>
        <w:t>ون ہو از ناٹ گریٹ فل ٹو مین، ہی ول ناٹ بی گریٹ فل ٹو گاڈ السو۔ سو وائی؟</w:t>
      </w:r>
    </w:p>
    <w:p>
      <w:r>
        <w:rPr>
          <w:b/>
        </w:rPr>
        <w:t xml:space="preserve">[15:26] </w:t>
      </w:r>
      <w:r>
        <w:t>when i discover that god created this world as a potential, then i discover that it was men who converted this potential into actual.</w:t>
      </w:r>
    </w:p>
    <w:p>
      <w:pPr>
        <w:jc w:val="right"/>
      </w:pPr>
      <w:r>
        <w:t>وین ائی ڈسکور دیٹ گاڈ کریٹڈ دس ورلڈ ایز ا پوٹینشل، دین ائی ڈسکور دیٹ اٹ واز مین ہو کنورٹڈ دس پوٹینشل انٹو ایکچول۔</w:t>
      </w:r>
    </w:p>
    <w:p>
      <w:r>
        <w:rPr>
          <w:b/>
        </w:rPr>
        <w:t xml:space="preserve">[15:42] </w:t>
      </w:r>
      <w:r>
        <w:t>so it was two fold gratefulness. at one side, i become grateful to god who created such beautiful world, such potential.</w:t>
      </w:r>
    </w:p>
    <w:p>
      <w:pPr>
        <w:jc w:val="right"/>
      </w:pPr>
      <w:r>
        <w:t>سو اٹ واز ٹو فولڈ گریٹ فلنس۔ ایٹ ون سائیڈ، ائی بیکم گریٹ فل ٹو گاڈ ہو کریٹڈ سچ بیوٹی فل ورلڈ، سچ پوٹینشل۔</w:t>
      </w:r>
    </w:p>
    <w:p>
      <w:r>
        <w:rPr>
          <w:b/>
        </w:rPr>
        <w:t xml:space="preserve">[15:54] </w:t>
      </w:r>
      <w:r>
        <w:t>then i was grateful to. all these whole humanity was busy to create a civilization.</w:t>
      </w:r>
    </w:p>
    <w:p>
      <w:pPr>
        <w:jc w:val="right"/>
      </w:pPr>
      <w:r>
        <w:t>دین ائی واز گریٹ فل ٹو۔ آل دیز ہول ہیومنٹی واز بزی ٹو کریٹ ا سیولائزیشن۔</w:t>
      </w:r>
    </w:p>
    <w:p>
      <w:r>
        <w:rPr>
          <w:b/>
        </w:rPr>
        <w:t xml:space="preserve">[16:05] </w:t>
      </w:r>
      <w:r>
        <w:t>so this is the creation plan of god.</w:t>
      </w:r>
    </w:p>
    <w:p>
      <w:pPr>
        <w:jc w:val="right"/>
      </w:pPr>
      <w:r>
        <w:t>سو دس از دا کریشن پلان اف گاڈ۔</w:t>
      </w:r>
    </w:p>
    <w:p>
      <w:r>
        <w:rPr>
          <w:b/>
        </w:rPr>
        <w:t xml:space="preserve">[16:11] </w:t>
      </w:r>
      <w:r>
        <w:t>so when i, so when you read in the quran Alhamdulillah Rabb al-Alamin and you think about all those issues, all the history, then you will find a great kind of development.</w:t>
      </w:r>
    </w:p>
    <w:p>
      <w:pPr>
        <w:jc w:val="right"/>
      </w:pPr>
      <w:r>
        <w:t>سو وین ائی، سو وین یو ریڈ ان دا قرآن الحمدللہ رب العالمین اینڈ یو تھنک اباؤٹ آل دو ایشوز، آل دا ہسٹری، دین یو ویل فائنڈ ا گریٹ کائنڈ اف ڈیویلپمنٹ۔</w:t>
      </w:r>
    </w:p>
    <w:p>
      <w:r>
        <w:rPr>
          <w:b/>
        </w:rPr>
        <w:t xml:space="preserve">[16:31] </w:t>
      </w:r>
      <w:r>
        <w:t>this is the way of development.</w:t>
      </w:r>
    </w:p>
    <w:p>
      <w:pPr>
        <w:jc w:val="right"/>
      </w:pPr>
      <w:r>
        <w:t>دس از دا وے اف ڈیویلپمنٹ۔</w:t>
      </w:r>
    </w:p>
    <w:p>
      <w:r>
        <w:rPr>
          <w:b/>
        </w:rPr>
        <w:t xml:space="preserve">[16:34] </w:t>
      </w:r>
      <w:r>
        <w:t>quran says that:</w:t>
      </w:r>
    </w:p>
    <w:p>
      <w:pPr>
        <w:jc w:val="right"/>
      </w:pPr>
      <w:r>
        <w:t>قرآن سیز دیٹ:</w:t>
      </w:r>
    </w:p>
    <w:p>
      <w:r>
        <w:rPr>
          <w:b/>
        </w:rPr>
        <w:t xml:space="preserve">[16:40] </w:t>
      </w:r>
      <w:r>
        <w:t>yani paradise is for those purify their soul, purify their mind, develop their mind.</w:t>
      </w:r>
    </w:p>
    <w:p>
      <w:pPr>
        <w:jc w:val="right"/>
      </w:pPr>
      <w:r>
        <w:t>یعنی پیراڈائز از فار دو پیوریفائی دیر سول، پیوریفائی دیر مائنڈ، ڈیویلپ دیر مائنڈ۔</w:t>
      </w:r>
    </w:p>
    <w:p>
      <w:r>
        <w:rPr>
          <w:b/>
        </w:rPr>
        <w:t xml:space="preserve">[16:51] </w:t>
      </w:r>
      <w:r>
        <w:t>so this is the way of development. when you contemplate about all these things, you discover so many things.</w:t>
      </w:r>
    </w:p>
    <w:p>
      <w:pPr>
        <w:jc w:val="right"/>
      </w:pPr>
      <w:r>
        <w:t>سو دس از دا وے اف ڈیویلپمنٹ۔ وین یو کنٹمپلیٹ اباؤٹ آل دیز تھنگز، یو ڈسکور سو مینی تھنگز۔</w:t>
      </w:r>
    </w:p>
    <w:p>
      <w:r>
        <w:rPr>
          <w:b/>
        </w:rPr>
        <w:t xml:space="preserve">[17:02] </w:t>
      </w:r>
      <w:r>
        <w:t>so it is a way of discovery.</w:t>
      </w:r>
    </w:p>
    <w:p>
      <w:pPr>
        <w:jc w:val="right"/>
      </w:pPr>
      <w:r>
        <w:t>سو اٹ از ا وے اف ڈسکوری۔</w:t>
      </w:r>
    </w:p>
    <w:p>
      <w:r>
        <w:rPr>
          <w:b/>
        </w:rPr>
        <w:t xml:space="preserve">[17:05] </w:t>
      </w:r>
      <w:r>
        <w:t>its the way of discovery. when you, when you find something by the way of discovery, then you feel a thrill, great thrill.</w:t>
      </w:r>
    </w:p>
    <w:p>
      <w:pPr>
        <w:jc w:val="right"/>
      </w:pPr>
      <w:r>
        <w:t>اٹس دی وے اف ڈسکوری۔ وین یو، وین یو فائنڈ سمتھنگ بائی دا وے اف ڈسکوری، دین یو فیل ا تھرل، گریٹ تھرل۔</w:t>
      </w:r>
    </w:p>
    <w:p>
      <w:r>
        <w:rPr>
          <w:b/>
        </w:rPr>
        <w:t xml:space="preserve">[17:15] </w:t>
      </w:r>
      <w:r>
        <w:t>you know, archimedes was in pursuit of hydrostatics, the law of hydrostatics.</w:t>
      </w:r>
    </w:p>
    <w:p>
      <w:pPr>
        <w:jc w:val="right"/>
      </w:pPr>
      <w:r>
        <w:t>یو نو، ارکی میڈیز واز ان پرسوٹ اف ہائیڈرو اسٹیٹکس، دا لاء اف ہائیڈرو اسٹیٹکس۔</w:t>
      </w:r>
    </w:p>
    <w:p>
      <w:r>
        <w:rPr>
          <w:b/>
        </w:rPr>
        <w:t xml:space="preserve">[17:24] </w:t>
      </w:r>
      <w:r>
        <w:t>and suddenly, he discovered when he was taking bath in a tub,</w:t>
      </w:r>
    </w:p>
    <w:p>
      <w:pPr>
        <w:jc w:val="right"/>
      </w:pPr>
      <w:r>
        <w:t>اینڈ سڈنلی، ہی ڈسکورڈ وین ہی واز ٹیکنگ باتھ ان ا ٹب،</w:t>
      </w:r>
    </w:p>
    <w:p>
      <w:r>
        <w:rPr>
          <w:b/>
        </w:rPr>
        <w:t xml:space="preserve">[17:30] </w:t>
      </w:r>
      <w:r>
        <w:t>he was so thrill that he run without dress. that i eureka, eureka, i found, i found.</w:t>
      </w:r>
    </w:p>
    <w:p>
      <w:pPr>
        <w:jc w:val="right"/>
      </w:pPr>
      <w:r>
        <w:t>ہی واز سو تھرل دیٹ ہی رن وداؤٹ ڈریس۔ دیٹ ائی یوریکا، یوریکا، ائی فاؤنڈ، ائی فاؤنڈ۔</w:t>
      </w:r>
    </w:p>
    <w:p>
      <w:r>
        <w:rPr>
          <w:b/>
        </w:rPr>
        <w:t xml:space="preserve">[17:41] </w:t>
      </w:r>
      <w:r>
        <w:t>so was the case all those scientist. for example, when newton discovered the law of gravity,</w:t>
      </w:r>
    </w:p>
    <w:p>
      <w:pPr>
        <w:jc w:val="right"/>
      </w:pPr>
      <w:r>
        <w:t>سو واز دا کیس آل دو سائنٹسٹ۔ فار ایگزیمپل، وین نیوٹن ڈسکورڈ دا لاء اف گریویٹی،</w:t>
      </w:r>
    </w:p>
    <w:p>
      <w:r>
        <w:rPr>
          <w:b/>
        </w:rPr>
        <w:t xml:space="preserve">[17:56] </w:t>
      </w:r>
      <w:r>
        <w:t>so he was so thrill.</w:t>
      </w:r>
    </w:p>
    <w:p>
      <w:pPr>
        <w:jc w:val="right"/>
      </w:pPr>
      <w:r>
        <w:t>سو ہی واز سو تھرل۔</w:t>
      </w:r>
    </w:p>
    <w:p>
      <w:r>
        <w:rPr>
          <w:b/>
        </w:rPr>
        <w:t xml:space="preserve">[17:59] </w:t>
      </w:r>
      <w:r>
        <w:t>he became the, he became the founder of modern science. so was the case of einstein.</w:t>
      </w:r>
    </w:p>
    <w:p>
      <w:pPr>
        <w:jc w:val="right"/>
      </w:pPr>
      <w:r>
        <w:t>ہی بیکم دا، ہی بیکم دا فاؤنڈر اف ماڈرن سائنس۔ سو واز دا کیس اف ائنسٹین۔</w:t>
      </w:r>
    </w:p>
    <w:p>
      <w:r>
        <w:rPr>
          <w:b/>
        </w:rPr>
        <w:t xml:space="preserve">[18:08] </w:t>
      </w:r>
      <w:r>
        <w:t>when einstein discovered that matter is convert, matter converted into energy, he was so thrill that azrael offered him presidentship, but he refused.</w:t>
      </w:r>
    </w:p>
    <w:p>
      <w:pPr>
        <w:jc w:val="right"/>
      </w:pPr>
      <w:r>
        <w:t>وین ائنسٹین ڈسکورڈ دیٹ میٹر از کنورٹ، میٹر کنورٹڈ انٹو انرجی، ہی واز سو تھرل دیٹ عزرائیل افرڈ ہم پریزیڈنٹ شپ، بٹ ہی ریفیوز۔</w:t>
      </w:r>
    </w:p>
    <w:p>
      <w:r>
        <w:rPr>
          <w:b/>
        </w:rPr>
        <w:t xml:space="preserve">[18:22] </w:t>
      </w:r>
      <w:r>
        <w:t>he said: "my liberty is better than the president house in israel."</w:t>
      </w:r>
    </w:p>
    <w:p>
      <w:pPr>
        <w:jc w:val="right"/>
      </w:pPr>
      <w:r>
        <w:t>ہی سیڈ: "مائی لیبرٹی از بیٹر دین دی پریزیڈنٹ ہاؤس ان اسرائیل۔"</w:t>
      </w:r>
    </w:p>
    <w:p>
      <w:r>
        <w:rPr>
          <w:b/>
        </w:rPr>
        <w:t xml:space="preserve">[18:30] </w:t>
      </w:r>
      <w:r>
        <w:t>so god want to every human being to live among discoveries. every day, you have to develop your mind.</w:t>
      </w:r>
    </w:p>
    <w:p>
      <w:pPr>
        <w:jc w:val="right"/>
      </w:pPr>
      <w:r>
        <w:t>سو گاڈ وانٹ ٹو ایوری ہیومن بینگ ٹو لیو امنگ ڈسکوریز۔ ایوری ڈے، یو ہیو ٹو ڈیویلپ یور مائنڈ۔</w:t>
      </w:r>
    </w:p>
    <w:p>
      <w:r>
        <w:rPr>
          <w:b/>
        </w:rPr>
        <w:t xml:space="preserve">[18:40] </w:t>
      </w:r>
      <w:r>
        <w:t>every day, you have to discover something. every day, you have to realize some new thing. this is the method given in the quran.</w:t>
      </w:r>
    </w:p>
    <w:p>
      <w:pPr>
        <w:jc w:val="right"/>
      </w:pPr>
      <w:r>
        <w:t>ایوری ڈے، یو ہیو ٹو ڈسکور سمتھنگ۔ ایوری ڈے، یو ہیو ٹو ریلائز سم نیو تھنگ۔ دس از دا میتھڈ گیون ان دا قرآن۔</w:t>
      </w:r>
    </w:p>
    <w:p>
      <w:r>
        <w:rPr>
          <w:b/>
        </w:rPr>
        <w:t xml:space="preserve">[18:52] </w:t>
      </w:r>
      <w:r>
        <w:t>i can see that</w:t>
      </w:r>
    </w:p>
    <w:p>
      <w:pPr>
        <w:jc w:val="right"/>
      </w:pPr>
      <w:r>
        <w:t>ائی کین سی دیٹ</w:t>
      </w:r>
    </w:p>
    <w:p>
      <w:r>
        <w:rPr>
          <w:b/>
        </w:rPr>
        <w:t xml:space="preserve">[18:57] </w:t>
      </w:r>
      <w:r>
        <w:t>the subject of quran is ideology of man. ideology of man. you know, everyone face some questions: "who am i?</w:t>
      </w:r>
    </w:p>
    <w:p>
      <w:pPr>
        <w:jc w:val="right"/>
      </w:pPr>
      <w:r>
        <w:t>دا سبجیکٹ اف قرآن از ائیڈیالوجی اف مین۔ ائیڈیالوجی اف مین۔ یو نو، ایوری ون فیس سم کوئسچنز: "ہو ایم ائی؟</w:t>
      </w:r>
    </w:p>
    <w:p>
      <w:r>
        <w:rPr>
          <w:b/>
        </w:rPr>
        <w:t xml:space="preserve">[19:09] </w:t>
      </w:r>
      <w:r>
        <w:t>why i am? why i am in this, in this planet?</w:t>
      </w:r>
    </w:p>
    <w:p>
      <w:pPr>
        <w:jc w:val="right"/>
      </w:pPr>
      <w:r>
        <w:t>وائی ائی ایم؟ وائی ائی ایم ان دس، ان دس پلینٹ؟</w:t>
      </w:r>
    </w:p>
    <w:p>
      <w:r>
        <w:rPr>
          <w:b/>
        </w:rPr>
        <w:t xml:space="preserve">[19:14] </w:t>
      </w:r>
      <w:r>
        <w:t>why is the? why is life? why is death? why is pre death period? why is in the post death period?" all these questions are very, very common.</w:t>
      </w:r>
    </w:p>
    <w:p>
      <w:pPr>
        <w:jc w:val="right"/>
      </w:pPr>
      <w:r>
        <w:t>وائی از دا؟ وائی از لائف؟ وائی از ڈیتھ؟ وائی از پری ڈیتھ پیریڈ؟ وائی از ان دا پوسٹ ڈیتھ پیریڈ؟" آل دیز کوئسچنز ار ویری، ویری کامن۔</w:t>
      </w:r>
    </w:p>
    <w:p>
      <w:r>
        <w:rPr>
          <w:b/>
        </w:rPr>
        <w:t xml:space="preserve">[19:28] </w:t>
      </w:r>
      <w:r>
        <w:t>so this is ideology. so quran gives you an ideology of life. by this ideology, we can explain the life.</w:t>
      </w:r>
    </w:p>
    <w:p>
      <w:pPr>
        <w:jc w:val="right"/>
      </w:pPr>
      <w:r>
        <w:t>سو دس از ائیڈیالوجی۔ سو قرآن گیوز یو این ائیڈیالوجی اف لائف۔ بائی دس ائیڈیالوجی، وی کین ایکسپلین دا لائف۔</w:t>
      </w:r>
    </w:p>
    <w:p>
      <w:r>
        <w:rPr>
          <w:b/>
        </w:rPr>
        <w:t xml:space="preserve">[19:38] </w:t>
      </w:r>
      <w:r>
        <w:t>we can understand our purpose. we can set our goal.</w:t>
      </w:r>
    </w:p>
    <w:p>
      <w:pPr>
        <w:jc w:val="right"/>
      </w:pPr>
      <w:r>
        <w:t>وی کین انڈرسٹینڈ اور پرپس۔ وی کین سیٹ اور گول۔</w:t>
      </w:r>
    </w:p>
    <w:p>
      <w:r>
        <w:rPr>
          <w:b/>
        </w:rPr>
        <w:t xml:space="preserve">[19:44] </w:t>
      </w:r>
      <w:r>
        <w:t>so quran is a book of ideology. quran is not simply for the purpose of recitation. for example, when you read the quran, you will find this verse in the very beginning: "kitab fil mutaqin."</w:t>
      </w:r>
    </w:p>
    <w:p>
      <w:pPr>
        <w:jc w:val="right"/>
      </w:pPr>
      <w:r>
        <w:t>سو قرآن از ا بک اف ائیڈیالوجی۔ قرآن از ناٹ سمپلی فار دا پرپس اف ریسٹیشن۔ فار ایگزیمپل، وین یو ریڈ دا قرآن، یو ویل فائنڈ دس ورس ان دا ویری بگننگ: "کتاب فی المتقین۔"</w:t>
      </w:r>
    </w:p>
    <w:p>
      <w:r>
        <w:rPr>
          <w:b/>
        </w:rPr>
        <w:t xml:space="preserve">[20:05] </w:t>
      </w:r>
      <w:r>
        <w:t>this is the book. there no doubt about it.</w:t>
      </w:r>
    </w:p>
    <w:p>
      <w:pPr>
        <w:jc w:val="right"/>
      </w:pPr>
      <w:r>
        <w:t>دس از دا بک۔ دیر نو ڈاؤٹ اباؤٹ اٹ۔</w:t>
      </w:r>
    </w:p>
    <w:p>
      <w:r>
        <w:rPr>
          <w:b/>
        </w:rPr>
        <w:t xml:space="preserve">[20:09] </w:t>
      </w:r>
      <w:r>
        <w:t>but this book is, this is a book of guidance.</w:t>
      </w:r>
    </w:p>
    <w:p>
      <w:pPr>
        <w:jc w:val="right"/>
      </w:pPr>
      <w:r>
        <w:t>بٹ دس بک از، دس از ا بک اف گائیڈنس۔</w:t>
      </w:r>
    </w:p>
    <w:p>
      <w:r>
        <w:rPr>
          <w:b/>
        </w:rPr>
        <w:t xml:space="preserve">[20:17] </w:t>
      </w:r>
      <w:r>
        <w:t>but this book guides only those people who are mindful. mindful mutaqi means mindful.</w:t>
      </w:r>
    </w:p>
    <w:p>
      <w:pPr>
        <w:jc w:val="right"/>
      </w:pPr>
      <w:r>
        <w:t>بٹ دس بک گائیڈس اونلی دو پیپل ہو ار مائنڈ فل۔ مائنڈ فل متقی مینز مائنڈ فل۔</w:t>
      </w:r>
    </w:p>
    <w:p>
      <w:r>
        <w:rPr>
          <w:b/>
        </w:rPr>
        <w:t xml:space="preserve">[20:27] </w:t>
      </w:r>
      <w:r>
        <w:t>it means that those seek, those sincere, those want to know the truth, they can find the truth.</w:t>
      </w:r>
    </w:p>
    <w:p>
      <w:pPr>
        <w:jc w:val="right"/>
      </w:pPr>
      <w:r>
        <w:t>اٹ مینز دیٹ دو سیکر، دو سنسیر، دو وانٹ ٹو نو دا ٹروتھ، دے کین فائنڈ دا ٹروتھ۔</w:t>
      </w:r>
    </w:p>
    <w:p>
      <w:r>
        <w:rPr>
          <w:b/>
        </w:rPr>
        <w:t xml:space="preserve">[20:38] </w:t>
      </w:r>
      <w:r>
        <w:t>so first of all, you have to seek, then you can be a finder. so newton, first newton, first, first of all, became seeker.</w:t>
      </w:r>
    </w:p>
    <w:p>
      <w:pPr>
        <w:jc w:val="right"/>
      </w:pPr>
      <w:r>
        <w:t>تو فرسٹ اف ال، یو ہیو ٹو سی، دین یو کین بی ا فائنڈر۔ تو نیوٹن، فرسٹ نیوٹن، فرسٹ، فرسٹ اف ال، بیکم سیکر۔</w:t>
      </w:r>
    </w:p>
    <w:p>
      <w:r>
        <w:rPr>
          <w:b/>
        </w:rPr>
        <w:t xml:space="preserve">[20:51] </w:t>
      </w:r>
      <w:r>
        <w:t>he wanted to know the law of creativity, gravity. so first stage was seeking stage. then he, then he discovered the law of gravity.</w:t>
      </w:r>
    </w:p>
    <w:p>
      <w:pPr>
        <w:jc w:val="right"/>
      </w:pPr>
      <w:r>
        <w:t>ہی وانٹڈ ٹو نو دا لاء اف کریٹیوٹی، گریویٹی۔ تو فرسٹ سٹیج واز سیکنگ سٹیج۔ دین ہی، دین ہی ڈسکورڈ دا لاء اف گریٹیوٹی۔</w:t>
      </w:r>
    </w:p>
    <w:p>
      <w:r>
        <w:rPr>
          <w:b/>
        </w:rPr>
        <w:t xml:space="preserve">[21:10] </w:t>
      </w:r>
      <w:r>
        <w:t>so all those scientist, all those great scholars, first of all, they became seeker, then they became finder.</w:t>
      </w:r>
    </w:p>
    <w:p>
      <w:pPr>
        <w:jc w:val="right"/>
      </w:pPr>
      <w:r>
        <w:t>سو آل دو سائنٹسٹ، آل دو گریٹ سکالرز، فرسٹ اف ال، دے بیکم سیکر، دین دے بیکم فائنڈر۔</w:t>
      </w:r>
    </w:p>
    <w:p>
      <w:r>
        <w:rPr>
          <w:b/>
        </w:rPr>
        <w:t xml:space="preserve">[21:21] </w:t>
      </w:r>
      <w:r>
        <w:t>so one who, one who, to know what is the ideology of life, what is the creation plan of god. this is the subject of the quran.</w:t>
      </w:r>
    </w:p>
    <w:p>
      <w:pPr>
        <w:jc w:val="right"/>
      </w:pPr>
      <w:r>
        <w:t>سو ون ہو، ون ہو، ٹو نو واٹ از دا ائیڈیالوجی اف لائف، واٹ از دا کریشن پلان اف گاڈ۔ دس از دا سبجیکٹ اف دا قرآن۔</w:t>
      </w:r>
    </w:p>
    <w:p>
      <w:r>
        <w:rPr>
          <w:b/>
        </w:rPr>
        <w:t xml:space="preserve">[21:30] </w:t>
      </w:r>
      <w:r>
        <w:t>the subject of quran is ideology of life, creation plan of god. this is the subject of the quran.</w:t>
      </w:r>
    </w:p>
    <w:p>
      <w:pPr>
        <w:jc w:val="right"/>
      </w:pPr>
      <w:r>
        <w:t>دا سبجیکٹ اف قرآن از ائیڈیالوجی اف لائف، کریشن پلان اف گاڈ۔ دس از دا سبجیکٹ اف دا قرآن۔</w:t>
      </w:r>
    </w:p>
    <w:p>
      <w:r>
        <w:rPr>
          <w:b/>
        </w:rPr>
        <w:t xml:space="preserve">[21:39] </w:t>
      </w:r>
      <w:r>
        <w:t>so one who, want, there is a verse in the quran: "kaseer kaseer". yani quran gives guidance for some people, and also it misguide for some people.</w:t>
      </w:r>
    </w:p>
    <w:p>
      <w:pPr>
        <w:jc w:val="right"/>
      </w:pPr>
      <w:r>
        <w:t>سو ون ہو، وانٹ، دیر از ا ورس ان دا قرآن: "کثیر کثیر"۔ یعنی قرآن گیوز گائیڈنس فار سم پیپل، اینڈ السو اٹ مس گائیڈ فار سم پیپل۔</w:t>
      </w:r>
    </w:p>
    <w:p>
      <w:r>
        <w:rPr>
          <w:b/>
        </w:rPr>
        <w:t xml:space="preserve">[21:57] </w:t>
      </w:r>
      <w:r>
        <w:t>why? it means those seek, they will find guidance in the quran, and those seek, they can not find anything.</w:t>
      </w:r>
    </w:p>
    <w:p>
      <w:pPr>
        <w:jc w:val="right"/>
      </w:pPr>
      <w:r>
        <w:t>وائی؟ اٹ مینز دو سیکر، دے ویل فائنڈ گائیڈنس ان دا قرآن، اینڈ دو سیکر، دے کین ناٹ فائنڈ اینی تھنگ۔</w:t>
      </w:r>
    </w:p>
    <w:p>
      <w:r>
        <w:rPr>
          <w:b/>
        </w:rPr>
        <w:t xml:space="preserve">[22:11] </w:t>
      </w:r>
      <w:r>
        <w:t>so everyone who wants to know what is the message of the quran. what is the message of of this book?</w:t>
      </w:r>
    </w:p>
    <w:p>
      <w:pPr>
        <w:jc w:val="right"/>
      </w:pPr>
      <w:r>
        <w:t>سو ایوری ون ہو وانٹس ٹو نو واٹ از دا میسج اف دا قرآن۔ واٹ از دا میسج اف اف دس بک؟</w:t>
      </w:r>
    </w:p>
    <w:p>
      <w:r>
        <w:rPr>
          <w:b/>
        </w:rPr>
        <w:t xml:space="preserve">[22:23] </w:t>
      </w:r>
      <w:r>
        <w:t>first of all, he must be a seeker, true seeker. then he can, he can</w:t>
      </w:r>
    </w:p>
    <w:p>
      <w:pPr>
        <w:jc w:val="right"/>
      </w:pPr>
      <w:r>
        <w:t>فرسٹ اف ال، ہی مسٹ بی ا سیکر، ٹرو سیکر۔ دین ہی کین، ہی کین</w:t>
      </w:r>
    </w:p>
    <w:p>
      <w:r>
        <w:rPr>
          <w:b/>
        </w:rPr>
        <w:t xml:space="preserve">[22:34] </w:t>
      </w:r>
      <w:r>
        <w:t>discover the meaning of the quran.</w:t>
      </w:r>
    </w:p>
    <w:p>
      <w:pPr>
        <w:jc w:val="right"/>
      </w:pPr>
      <w:r>
        <w:t>ڈسکور دا میننگ اف دا قرآن۔</w:t>
      </w:r>
    </w:p>
    <w:p>
      <w:r>
        <w:rPr>
          <w:b/>
        </w:rPr>
        <w:t xml:space="preserve">[22:37] </w:t>
      </w:r>
      <w:r>
        <w:t>yesterday, i happen to meet a doctor.</w:t>
      </w:r>
    </w:p>
    <w:p>
      <w:pPr>
        <w:jc w:val="right"/>
      </w:pPr>
      <w:r>
        <w:t>یسٹرڈے، ائی ہیپن ٹو میٹ ا ڈاکٹر۔</w:t>
      </w:r>
    </w:p>
    <w:p>
      <w:r>
        <w:rPr>
          <w:b/>
        </w:rPr>
        <w:t xml:space="preserve">[22:47] </w:t>
      </w:r>
      <w:r>
        <w:t>he said that:</w:t>
      </w:r>
    </w:p>
    <w:p>
      <w:pPr>
        <w:jc w:val="right"/>
      </w:pPr>
      <w:r>
        <w:t>ہی سیڈ دیٹ:</w:t>
      </w:r>
    </w:p>
    <w:p>
      <w:r>
        <w:rPr>
          <w:b/>
        </w:rPr>
        <w:t xml:space="preserve">[22:52] </w:t>
      </w:r>
      <w:r>
        <w:t>you know, this is the english translation of the quran. english translation of the quran, published by our institution.</w:t>
      </w:r>
    </w:p>
    <w:p>
      <w:pPr>
        <w:jc w:val="right"/>
      </w:pPr>
      <w:r>
        <w:t>"یو نو، دس از دا انگلش ٹرانسلیشن اف دا قرآن۔ انگلش ٹرانسلیشن اف دا قرآن، پبلش بائی اور انسٹیٹیوشن۔</w:t>
      </w:r>
    </w:p>
    <w:p>
      <w:r>
        <w:rPr>
          <w:b/>
        </w:rPr>
        <w:t xml:space="preserve">[23:03] </w:t>
      </w:r>
      <w:r>
        <w:t>so he said that, this gentleman said that: "i presented this quran to a senior journalist from delhi." he belongs to delhi.</w:t>
      </w:r>
    </w:p>
    <w:p>
      <w:pPr>
        <w:jc w:val="right"/>
      </w:pPr>
      <w:r>
        <w:t>" سو ہی سیڈ دیٹ، دس جنٹلمین سیڈ دیٹ: "ائی پریزنٹڈ دس قرآن ٹو ا سینیئر جرنلسٹ فرام دہلی۔" ہی بیلنگز ٹو دہلی۔</w:t>
      </w:r>
    </w:p>
    <w:p>
      <w:r>
        <w:rPr>
          <w:b/>
        </w:rPr>
        <w:t xml:space="preserve">[23:19] </w:t>
      </w:r>
      <w:r>
        <w:t>so after, after seeing the title: "the quran", the journalist said: "is choti si book ne duniya mein tehalka macha rakha hai." although it is small book,</w:t>
      </w:r>
    </w:p>
    <w:p>
      <w:pPr>
        <w:jc w:val="right"/>
      </w:pPr>
      <w:r>
        <w:t>سو افٹر، افٹر سینگ دا ٹائٹل: "دا قرآن"، دا جرنلسٹ سیڈ: "اس چھوٹی سی بک نے دنیا میں تہلکہ مچا رکھا ہے۔" الدو اٹ از سمال بک،</w:t>
      </w:r>
    </w:p>
    <w:p>
      <w:r>
        <w:rPr>
          <w:b/>
        </w:rPr>
        <w:t xml:space="preserve">[23:40] </w:t>
      </w:r>
      <w:r>
        <w:t>that this book has created a storm, a great storm throughout the world.</w:t>
      </w:r>
    </w:p>
    <w:p>
      <w:pPr>
        <w:jc w:val="right"/>
      </w:pPr>
      <w:r>
        <w:t>دیٹ دس بک ہیز کریٹڈ ا سٹارم، ا گریٹ سٹارم تھروٹ دی ورلڈ۔</w:t>
      </w:r>
    </w:p>
    <w:p>
      <w:r>
        <w:rPr>
          <w:b/>
        </w:rPr>
        <w:t xml:space="preserve">[23:49] </w:t>
      </w:r>
      <w:r>
        <w:t>why? i started thinking: "why? what is the? what is the? what is the reason?" so i, i discover that it is, it is a, it is a,</w:t>
      </w:r>
    </w:p>
    <w:p>
      <w:pPr>
        <w:jc w:val="right"/>
      </w:pPr>
      <w:r>
        <w:t>وائی؟ ائی سٹارٹڈ تھنکنگ: "وائی؟ واٹ از دا؟ واٹ از دا؟ واٹ از دا ریزن؟" سو ائی، ائی ڈسکور دیٹ اٹ از، اٹ از ا، اٹ از ا،</w:t>
      </w:r>
    </w:p>
    <w:p>
      <w:r>
        <w:rPr>
          <w:b/>
        </w:rPr>
        <w:t xml:space="preserve">[24:07] </w:t>
      </w:r>
      <w:r>
        <w:t>it is a planning of god. it is a planning of god. it is a fact that quran is in the news these de</w:t>
      </w:r>
    </w:p>
    <w:p>
      <w:pPr>
        <w:jc w:val="right"/>
      </w:pPr>
      <w:r>
        <w:t>اٹ از ا پلاننگ اف گاڈ۔ اٹ از ا پلاننگ اف گاڈ۔ اٹ از ا فیکٹ دیٹ قرآن از ان دا نیوز دیز ڈی</w:t>
      </w:r>
    </w:p>
    <w:p>
      <w:r>
        <w:rPr>
          <w:b/>
        </w:rPr>
        <w:t xml:space="preserve">[24:17] </w:t>
      </w:r>
      <w:r>
        <w:t>ys. every day, quran is in the news.</w:t>
      </w:r>
    </w:p>
    <w:p>
      <w:pPr>
        <w:jc w:val="right"/>
      </w:pPr>
      <w:r>
        <w:t>ز۔ ایوری ڈے، قرآن از ان دا نیوز۔</w:t>
      </w:r>
    </w:p>
    <w:p>
      <w:r>
        <w:rPr>
          <w:b/>
        </w:rPr>
        <w:t xml:space="preserve">[24:22] </w:t>
      </w:r>
      <w:r>
        <w:t>in electronic media or in print media, every day you find some item, either negative item or positive item, but it is there.</w:t>
      </w:r>
    </w:p>
    <w:p>
      <w:pPr>
        <w:jc w:val="right"/>
      </w:pPr>
      <w:r>
        <w:t>ان الیکٹرانک میڈیا اور ان پرنٹ میڈیا، ایوری ڈے یو فائنڈ سم ائٹم، ائیدر نیگیٹیو ائٹم اور پازیٹیو ائٹم، بٹ اٹ از دیر۔</w:t>
      </w:r>
    </w:p>
    <w:p>
      <w:r>
        <w:rPr>
          <w:b/>
        </w:rPr>
        <w:t xml:space="preserve">[24:36] </w:t>
      </w:r>
      <w:r>
        <w:t>for example, the speech delivered by obama at cairo,</w:t>
      </w:r>
    </w:p>
    <w:p>
      <w:pPr>
        <w:jc w:val="right"/>
      </w:pPr>
      <w:r>
        <w:t>فار ایگزیمپل، دا سپیچ ڈیلیورڈ بائی اوباما ایٹ کائرو،</w:t>
      </w:r>
    </w:p>
    <w:p>
      <w:r>
        <w:rPr>
          <w:b/>
        </w:rPr>
        <w:t xml:space="preserve">[24:45] </w:t>
      </w:r>
      <w:r>
        <w:t>in this speech, there were number references from this quran, but all the references were positive, in positive tone.</w:t>
      </w:r>
    </w:p>
    <w:p>
      <w:pPr>
        <w:jc w:val="right"/>
      </w:pPr>
      <w:r>
        <w:t>ان دس سپیچ، دیر واز نمبر ریفرنسز فرام دس قرآن، بٹ ال دی ریفرنسز وار پازیٹیو، ان پازیٹیو ٹون۔</w:t>
      </w:r>
    </w:p>
    <w:p>
      <w:r>
        <w:rPr>
          <w:b/>
        </w:rPr>
        <w:t xml:space="preserve">[24:56] </w:t>
      </w:r>
      <w:r>
        <w:t>so that was a positive news. then there are some negative news also, as you know. so why islam is, why, why, why quran is in the news?</w:t>
      </w:r>
    </w:p>
    <w:p>
      <w:pPr>
        <w:jc w:val="right"/>
      </w:pPr>
      <w:r>
        <w:t>سو دیٹ واز ا پازیٹیو نیوز۔ دین دیر ار سم نیگیٹیو نیوز السو، ایز یو نو۔ سو وائی اسلام از، وائی، وائی، وائی قرآن از ان دا نیوز؟</w:t>
      </w:r>
    </w:p>
    <w:p>
      <w:r>
        <w:rPr>
          <w:b/>
        </w:rPr>
        <w:t xml:space="preserve">[25:10] </w:t>
      </w:r>
      <w:r>
        <w:t>why?</w:t>
      </w:r>
    </w:p>
    <w:p>
      <w:pPr>
        <w:jc w:val="right"/>
      </w:pPr>
      <w:r>
        <w:t>وائی؟</w:t>
      </w:r>
    </w:p>
    <w:p>
      <w:r>
        <w:rPr>
          <w:b/>
        </w:rPr>
        <w:t xml:space="preserve">[25:11] </w:t>
      </w:r>
      <w:r>
        <w:t>i think it is due to a planning from god. due to planning from god. god wants to make people aware what is the ideology of life.</w:t>
      </w:r>
    </w:p>
    <w:p>
      <w:pPr>
        <w:jc w:val="right"/>
      </w:pPr>
      <w:r>
        <w:t>ائی تھنک اٹ از ڈیو ٹو ا پلاننگ فرام گاڈ۔ ڈیو ٹو پلاننگ فرام گاڈ۔ گاڈ وانٹس ٹو میک پیپل اویر واٹ از دا ائیڈیالوجی اف لائف۔</w:t>
      </w:r>
    </w:p>
    <w:p>
      <w:r>
        <w:rPr>
          <w:b/>
        </w:rPr>
        <w:t xml:space="preserve">[25:28] </w:t>
      </w:r>
      <w:r>
        <w:t>why god created you? why you are here in this planet? what is the purpose of life?</w:t>
      </w:r>
    </w:p>
    <w:p>
      <w:pPr>
        <w:jc w:val="right"/>
      </w:pPr>
      <w:r>
        <w:t>وائی گاڈ کریٹڈ یو؟ وائی یو ار ہیر ان دس پلینٹ؟ واٹ از دا پرپس اف لائف؟</w:t>
      </w:r>
    </w:p>
    <w:p>
      <w:r>
        <w:rPr>
          <w:b/>
        </w:rPr>
        <w:t xml:space="preserve">[25:38] </w:t>
      </w:r>
      <w:r>
        <w:t>so people ana</w:t>
      </w:r>
    </w:p>
    <w:p>
      <w:pPr>
        <w:jc w:val="right"/>
      </w:pPr>
      <w:r>
        <w:t>سو پیپل انا</w:t>
      </w:r>
    </w:p>
    <w:p>
      <w:r>
        <w:rPr>
          <w:b/>
        </w:rPr>
        <w:t xml:space="preserve">[25:41] </w:t>
      </w:r>
      <w:r>
        <w:t>now, god almighty wants to make them aware, because this book is the only book that gives you the ideology of life</w:t>
      </w:r>
    </w:p>
    <w:p>
      <w:pPr>
        <w:jc w:val="right"/>
      </w:pPr>
      <w:r>
        <w:t>ناؤ، گاڈ المائٹی وانٹس ٹو میک دیم اویر، بیکاز دس بک از دا اونلی بک دیٹ گیوز یو دا ائیڈیالوجی اف لائف</w:t>
      </w:r>
    </w:p>
    <w:p>
      <w:r>
        <w:rPr>
          <w:b/>
        </w:rPr>
        <w:t xml:space="preserve">[25:54] </w:t>
      </w:r>
      <w:r>
        <w:t>in an authentic manner.</w:t>
      </w:r>
    </w:p>
    <w:p>
      <w:pPr>
        <w:jc w:val="right"/>
      </w:pPr>
      <w:r>
        <w:t>ان این اتھینٹک مینر۔</w:t>
      </w:r>
    </w:p>
    <w:p>
      <w:r>
        <w:rPr>
          <w:b/>
        </w:rPr>
        <w:t xml:space="preserve">[25:57] </w:t>
      </w:r>
      <w:r>
        <w:t>i have so many books, and but this is the only book that can give you the authentic version of the ideology of life,</w:t>
      </w:r>
    </w:p>
    <w:p>
      <w:pPr>
        <w:jc w:val="right"/>
      </w:pPr>
      <w:r>
        <w:t>ائی ہیو سو مینی بکس، اینڈ بٹ دس از دا اونلی بک دیٹ کین گیو یو دا اتھینٹک ورژن اف دی ائیڈیالوجی اف لائف،</w:t>
      </w:r>
    </w:p>
    <w:p>
      <w:r>
        <w:rPr>
          <w:b/>
        </w:rPr>
        <w:t xml:space="preserve">[26:09] </w:t>
      </w:r>
      <w:r>
        <w:t>authentic version of the creation plan of god.</w:t>
      </w:r>
    </w:p>
    <w:p>
      <w:pPr>
        <w:jc w:val="right"/>
      </w:pPr>
      <w:r>
        <w:t>اتھینٹک ورژن اف دا کریشن پلان اف گاڈ۔</w:t>
      </w:r>
    </w:p>
    <w:p>
      <w:r>
        <w:rPr>
          <w:b/>
        </w:rPr>
        <w:t xml:space="preserve">[26:17] </w:t>
      </w:r>
      <w:r>
        <w:t>then there is a very, very serious news for you, very serious news.</w:t>
      </w:r>
    </w:p>
    <w:p>
      <w:pPr>
        <w:jc w:val="right"/>
      </w:pPr>
      <w:r>
        <w:t>دین دیر از ا ویری، ویری سیریس نیوز فار یو، ویری سیریس نیوز۔</w:t>
      </w:r>
    </w:p>
    <w:p>
      <w:r>
        <w:rPr>
          <w:b/>
        </w:rPr>
        <w:t xml:space="preserve">[26:28] </w:t>
      </w:r>
      <w:r>
        <w:t>you know,</w:t>
      </w:r>
    </w:p>
    <w:p>
      <w:pPr>
        <w:jc w:val="right"/>
      </w:pPr>
      <w:r>
        <w:t>یو نو،</w:t>
      </w:r>
    </w:p>
    <w:p>
      <w:r>
        <w:rPr>
          <w:b/>
        </w:rPr>
        <w:t xml:space="preserve">[26:32] </w:t>
      </w:r>
      <w:r>
        <w:t>recently some courts</w:t>
      </w:r>
    </w:p>
    <w:p>
      <w:pPr>
        <w:jc w:val="right"/>
      </w:pPr>
      <w:r>
        <w:t>ریسنٹلی سم کورس</w:t>
      </w:r>
    </w:p>
    <w:p>
      <w:r>
        <w:rPr>
          <w:b/>
        </w:rPr>
        <w:t xml:space="preserve">[26:41] </w:t>
      </w:r>
      <w:r>
        <w:t>issued verdict in favor of homosexuality, or now it is in the news every day, and everywhere in the world, you can find that people are</w:t>
      </w:r>
    </w:p>
    <w:p>
      <w:pPr>
        <w:jc w:val="right"/>
      </w:pPr>
      <w:r>
        <w:t>ایشوڈ ورڈکٹ ان فیور اف ہومو سیکشولٹی، اور ناؤ اٹ از ان دا نیوز ایوری ڈے، اینڈ ایوری ویر ان دا ورلڈ، یو کین فائنڈ دیٹ پیپل ار</w:t>
      </w:r>
    </w:p>
    <w:p>
      <w:r>
        <w:rPr>
          <w:b/>
        </w:rPr>
        <w:t xml:space="preserve">[26:58] </w:t>
      </w:r>
      <w:r>
        <w:t>in favor of this pr</w:t>
      </w:r>
    </w:p>
    <w:p>
      <w:pPr>
        <w:jc w:val="right"/>
      </w:pPr>
      <w:r>
        <w:t>ان فیور اف دس پر</w:t>
      </w:r>
    </w:p>
    <w:p>
      <w:r>
        <w:rPr>
          <w:b/>
        </w:rPr>
        <w:t xml:space="preserve">[27:00] </w:t>
      </w:r>
      <w:r>
        <w:t>actices. this is right. everyone is free, everyone is free. so he is free to exercise freedom.</w:t>
      </w:r>
    </w:p>
    <w:p>
      <w:pPr>
        <w:jc w:val="right"/>
      </w:pPr>
      <w:r>
        <w:t>یکٹس۔ دس از رائٹ۔ ایوری ون از فری، ایوری ون از فری۔ سو ہی از فری ٹو ایکسرسائز فریڈم۔</w:t>
      </w:r>
    </w:p>
    <w:p>
      <w:r>
        <w:rPr>
          <w:b/>
        </w:rPr>
        <w:t xml:space="preserve">[27:11] </w:t>
      </w:r>
      <w:r>
        <w:t>ayon the president of America has said that it is, it is their freedom, it is their option.</w:t>
      </w:r>
    </w:p>
    <w:p>
      <w:pPr>
        <w:jc w:val="right"/>
      </w:pPr>
      <w:r>
        <w:t>ایون دا پریزیڈنٹ اف امریکہ ہیز سیڈ دیٹ اٹ از، اٹ از دیر فریڈم، اٹ از دیر اپشن۔</w:t>
      </w:r>
    </w:p>
    <w:p>
      <w:r>
        <w:rPr>
          <w:b/>
        </w:rPr>
        <w:t xml:space="preserve">[27:21] </w:t>
      </w:r>
      <w:r>
        <w:t>so there, there free to opt for this kind of practice. its very serious problem, very, very serious.</w:t>
      </w:r>
    </w:p>
    <w:p>
      <w:pPr>
        <w:jc w:val="right"/>
      </w:pPr>
      <w:r>
        <w:t>سو دیر، دیر فری ٹو اپٹ فار دس کائنڈ اف پریکٹس۔ اٹس ویری سیریس پرابلم، ویری، ویری سیریس۔</w:t>
      </w:r>
    </w:p>
    <w:p>
      <w:r>
        <w:rPr>
          <w:b/>
        </w:rPr>
        <w:t xml:space="preserve">[27:32] </w:t>
      </w:r>
      <w:r>
        <w:t>homosexuality is, is not a simple thing. it is in natural practice. there no doubt about it.</w:t>
      </w:r>
    </w:p>
    <w:p>
      <w:pPr>
        <w:jc w:val="right"/>
      </w:pPr>
      <w:r>
        <w:t>ہومو سیکشولٹی از، از ناٹ ا سمپل تھنگ۔ اٹ از ان نیچرل پریکٹس۔ دیر نو ڈاؤٹ اباؤٹ اٹ۔</w:t>
      </w:r>
    </w:p>
    <w:p>
      <w:r>
        <w:rPr>
          <w:b/>
        </w:rPr>
        <w:t xml:space="preserve">[27:42] </w:t>
      </w:r>
      <w:r>
        <w:t>it is an in natural practice. and here, i would like to remind you a very important aspect of the issue.</w:t>
      </w:r>
    </w:p>
    <w:p>
      <w:pPr>
        <w:jc w:val="right"/>
      </w:pPr>
      <w:r>
        <w:t>اٹ از این ان نیچرل پریکٹس۔ اینڈ ہیر، ائی وڈ لائک ٹو ریمائنڈ یو ا ویری امپورٹنٹ اسپیکٹ اف دا ایشو۔</w:t>
      </w:r>
    </w:p>
    <w:p>
      <w:r>
        <w:rPr>
          <w:b/>
        </w:rPr>
        <w:t xml:space="preserve">[27:55] </w:t>
      </w:r>
      <w:r>
        <w:t>god almighty created man with freedom. every one enjoy freedom. so when people are free, there also free to misuse their freedom.</w:t>
      </w:r>
    </w:p>
    <w:p>
      <w:pPr>
        <w:jc w:val="right"/>
      </w:pPr>
      <w:r>
        <w:t>گاڈ المائٹی کریٹڈ مین ود فریڈم۔ ایوری ون انجوائے فریڈم۔ سو وین پیپل ار فری، دیر السو فری ٹو مس یو دیر فریڈم۔</w:t>
      </w:r>
    </w:p>
    <w:p>
      <w:r>
        <w:rPr>
          <w:b/>
        </w:rPr>
        <w:t xml:space="preserve">[28:13] </w:t>
      </w:r>
      <w:r>
        <w:t>when one is free, it means he is also free to misuse this freedom. so it is misuse of freedom that creates all kind of crimes.</w:t>
      </w:r>
    </w:p>
    <w:p>
      <w:pPr>
        <w:jc w:val="right"/>
      </w:pPr>
      <w:r>
        <w:t>وین ون از فری، اٹ مینز ہی از السو فری ٹو مس یو دس فریڈم۔ سو اٹ از مس یوز اف فریڈم دیٹ کریٹس ال کائنڈ اف کرائمز۔</w:t>
      </w:r>
    </w:p>
    <w:p>
      <w:r>
        <w:rPr>
          <w:b/>
        </w:rPr>
        <w:t xml:space="preserve">[28:24] </w:t>
      </w:r>
      <w:r>
        <w:t>what is</w:t>
      </w:r>
    </w:p>
    <w:p>
      <w:pPr>
        <w:jc w:val="right"/>
      </w:pPr>
      <w:r>
        <w:t>واٹ از</w:t>
      </w:r>
    </w:p>
    <w:p>
      <w:r>
        <w:rPr>
          <w:b/>
        </w:rPr>
        <w:t xml:space="preserve">[28:25] </w:t>
      </w:r>
      <w:r>
        <w:t>crime? only the other name of misuse of freedom.</w:t>
      </w:r>
    </w:p>
    <w:p>
      <w:pPr>
        <w:jc w:val="right"/>
      </w:pPr>
      <w:r>
        <w:t>کرائم؟ اونلی دی ادر نیم اف مس یوز اف فریڈم۔</w:t>
      </w:r>
    </w:p>
    <w:p>
      <w:r>
        <w:rPr>
          <w:b/>
        </w:rPr>
        <w:t xml:space="preserve">[28:31] </w:t>
      </w:r>
      <w:r>
        <w:t>crime is only the other name of misuse of freedom. so when god almighty created man and gave freedom, at the same time, he, he,</w:t>
      </w:r>
    </w:p>
    <w:p>
      <w:pPr>
        <w:jc w:val="right"/>
      </w:pPr>
      <w:r>
        <w:t>کرائم از اونلی دی ادر نیم اف مس یوز اف فریڈم۔ سو وین گاڈ المائٹی کریٹڈ مین اینڈ گیو فریڈم، ایٹ دا سیم ٹائم، ہی، ہی،</w:t>
      </w:r>
    </w:p>
    <w:p>
      <w:r>
        <w:rPr>
          <w:b/>
        </w:rPr>
        <w:t xml:space="preserve">[28:46] </w:t>
      </w:r>
      <w:r>
        <w:t>he wanted to. a control system in this world to manage this problem,</w:t>
      </w:r>
    </w:p>
    <w:p>
      <w:pPr>
        <w:jc w:val="right"/>
      </w:pPr>
      <w:r>
        <w:t>ہی وانٹڈ ٹو۔ ا کنٹرول سسٹم ان دس ورلڈ ٹو مینج دس پرابلم،</w:t>
      </w:r>
    </w:p>
    <w:p>
      <w:r>
        <w:rPr>
          <w:b/>
        </w:rPr>
        <w:t xml:space="preserve">[28:56] </w:t>
      </w:r>
      <w:r>
        <w:t>and this control system consists. there three parts of this control system: social conscience, social conscience.</w:t>
      </w:r>
    </w:p>
    <w:p>
      <w:pPr>
        <w:jc w:val="right"/>
      </w:pPr>
      <w:r>
        <w:t>اینڈ دس کنٹرول سسٹم کنسسٹ۔ دیر تھری پارٹس اف دس کنٹرول سسٹم: سوشل کانسنس، سوشل کانسنس۔</w:t>
      </w:r>
    </w:p>
    <w:p>
      <w:r>
        <w:rPr>
          <w:b/>
        </w:rPr>
        <w:t xml:space="preserve">[29:08] </w:t>
      </w:r>
      <w:r>
        <w:t>it is check against all those crimes. then judiciary, judicial system</w:t>
      </w:r>
    </w:p>
    <w:p>
      <w:pPr>
        <w:jc w:val="right"/>
      </w:pPr>
      <w:r>
        <w:t>اٹ از چیک اگینسٹ ال دو کرائمز۔ دین جوڈیشری، جوڈیشل سسٹم</w:t>
      </w:r>
    </w:p>
    <w:p>
      <w:r>
        <w:rPr>
          <w:b/>
        </w:rPr>
        <w:t xml:space="preserve">[29:17] </w:t>
      </w:r>
      <w:r>
        <w:t>. then administrative agencies, social conscience, judicial system, and administrative agencies.</w:t>
      </w:r>
    </w:p>
    <w:p>
      <w:pPr>
        <w:jc w:val="right"/>
      </w:pPr>
      <w:r>
        <w:t>۔ دین ایڈمنسٹریٹیو ایجنسیز، سوشل کانسنس، جوڈیشل سسٹم، اینڈ ایڈمنسٹریٹیو ایجنسیز۔</w:t>
      </w:r>
    </w:p>
    <w:p>
      <w:r>
        <w:rPr>
          <w:b/>
        </w:rPr>
        <w:t xml:space="preserve">[29:29] </w:t>
      </w:r>
      <w:r>
        <w:t>and now, i see all three, all these three institutions are fail in this regard.</w:t>
      </w:r>
    </w:p>
    <w:p>
      <w:pPr>
        <w:jc w:val="right"/>
      </w:pPr>
      <w:r>
        <w:t>اینڈ ناؤ، ائی سی ال تھری، ال دیز تھری انسٹیٹیوشنز ار فیل ان دس ریگارڈ۔</w:t>
      </w:r>
    </w:p>
    <w:p>
      <w:r>
        <w:rPr>
          <w:b/>
        </w:rPr>
        <w:t xml:space="preserve">[29:40] </w:t>
      </w:r>
      <w:r>
        <w:t>there is social conscience, is completely failure.</w:t>
      </w:r>
    </w:p>
    <w:p>
      <w:pPr>
        <w:jc w:val="right"/>
      </w:pPr>
      <w:r>
        <w:t>دیر از سوشل کانسنس، از کمپلیٹلی فیلیر۔</w:t>
      </w:r>
    </w:p>
    <w:p>
      <w:r>
        <w:rPr>
          <w:b/>
        </w:rPr>
        <w:t xml:space="preserve">[29:46] </w:t>
      </w:r>
      <w:r>
        <w:t>social conscience in this regard. and about, about homosexuality throughout the world, social conscience is dead.</w:t>
      </w:r>
    </w:p>
    <w:p>
      <w:pPr>
        <w:jc w:val="right"/>
      </w:pPr>
      <w:r>
        <w:t>سوشل کانسنس ان دس ریگارڈ۔ اینڈ اباؤٹ، اباؤٹ ہومو سیکشولٹی تھروٹ دا ورلڈ، سوشل کانسنس از ڈیڈ۔</w:t>
      </w:r>
    </w:p>
    <w:p>
      <w:r>
        <w:rPr>
          <w:b/>
        </w:rPr>
        <w:t xml:space="preserve">[29:58] </w:t>
      </w:r>
      <w:r>
        <w:t>social conscience is dead in this regard. so people are free, people find them self free. then you know, judicial system also has given verdict in favor of this practice,</w:t>
      </w:r>
    </w:p>
    <w:p>
      <w:pPr>
        <w:jc w:val="right"/>
      </w:pPr>
      <w:r>
        <w:t>سوشل کانسنس از ڈیڈ ان دس ریگارڈ۔ سو پیپل ار فری، پیپل فائنڈ دیم سیلف فری۔ دین یو نو، جوڈیشل سسٹم السو ہیز گیون ورڈکٹ ان فیور اف دس پریکٹس،</w:t>
      </w:r>
    </w:p>
    <w:p>
      <w:r>
        <w:rPr>
          <w:b/>
        </w:rPr>
        <w:t xml:space="preserve">[30:16] </w:t>
      </w:r>
      <w:r>
        <w:t>and, and our administrative agencies, administrative agencies also silent.</w:t>
      </w:r>
    </w:p>
    <w:p>
      <w:pPr>
        <w:jc w:val="right"/>
      </w:pPr>
      <w:r>
        <w:t>اینڈ، اینڈ اور ایڈمنسٹریٹیو ایجنسیز، ایڈمنسٹریٹیو ایجنسیز السو سائلنٹ۔</w:t>
      </w:r>
    </w:p>
    <w:p>
      <w:r>
        <w:rPr>
          <w:b/>
        </w:rPr>
        <w:t xml:space="preserve">[30:26] </w:t>
      </w:r>
      <w:r>
        <w:t>thereby silence, there given green signal. so the, so the system of, so the control system is collapse regarding homosexuality.</w:t>
      </w:r>
    </w:p>
    <w:p>
      <w:pPr>
        <w:jc w:val="right"/>
      </w:pPr>
      <w:r>
        <w:t>دیر بائی سائلنس، دیر گیون گرین سگنل۔ سو دا، سو دا سسٹم اف، سو دا کنٹرول سسٹم از کولیپس ریگارڈنگ ہومو سیکشولٹی۔</w:t>
      </w:r>
    </w:p>
    <w:p>
      <w:r>
        <w:rPr>
          <w:b/>
        </w:rPr>
        <w:t xml:space="preserve">[30:42] </w:t>
      </w:r>
      <w:r>
        <w:t>here, i, here, i will, here, i will remind you that four thousand years ago, there is a great</w:t>
      </w:r>
    </w:p>
    <w:p>
      <w:pPr>
        <w:jc w:val="right"/>
      </w:pPr>
      <w:r>
        <w:t>ہیر، ائی، ہیر، ائی ویل، ہیر، ائی ویل ریمائنڈ یو دیٹ فور تھا ایرز اگو، دیر از ا گریٹ</w:t>
      </w:r>
    </w:p>
    <w:p>
      <w:r>
        <w:rPr>
          <w:b/>
        </w:rPr>
        <w:t xml:space="preserve">[30:58] </w:t>
      </w:r>
      <w:r>
        <w:t>example in. there was a great example in what is called loth</w:t>
      </w:r>
    </w:p>
    <w:p>
      <w:pPr>
        <w:jc w:val="right"/>
      </w:pPr>
      <w:r>
        <w:t>ایگزیمپل ان۔ دیر واز ا گریٹ ایگزیمپل ان واٹ از کالڈ لوتھ</w:t>
      </w:r>
    </w:p>
    <w:p>
      <w:r>
        <w:rPr>
          <w:b/>
        </w:rPr>
        <w:t xml:space="preserve">[31:08] </w:t>
      </w:r>
      <w:r>
        <w:t>. so four thousand years ago, there was a loth community, lot. they were living in, in between, in,</w:t>
      </w:r>
    </w:p>
    <w:p>
      <w:pPr>
        <w:jc w:val="right"/>
      </w:pPr>
      <w:r>
        <w:t>۔ سو فور تھا ایرز اگو، دیر واز ا لوتھ کمیونٹی، ایل او ٹی۔ دے وار لیونگ ان، ان بٹوین، ان،</w:t>
      </w:r>
    </w:p>
    <w:p>
      <w:r>
        <w:rPr>
          <w:b/>
        </w:rPr>
        <w:t xml:space="preserve">[31:21] </w:t>
      </w:r>
      <w:r>
        <w:t>in the between present israel and, and syria.</w:t>
      </w:r>
    </w:p>
    <w:p>
      <w:pPr>
        <w:jc w:val="right"/>
      </w:pPr>
      <w:r>
        <w:t>ان دا بٹوین پریزنٹ اسرائیل اینڈ، اینڈ سیریا۔</w:t>
      </w:r>
    </w:p>
    <w:p>
      <w:r>
        <w:rPr>
          <w:b/>
        </w:rPr>
        <w:t xml:space="preserve">[31:33] </w:t>
      </w:r>
      <w:r>
        <w:t>so they were, they, they consisted four, about about four lakh people. so this detail you can see in the quran and in bible,</w:t>
      </w:r>
    </w:p>
    <w:p>
      <w:pPr>
        <w:jc w:val="right"/>
      </w:pPr>
      <w:r>
        <w:t>سو دے ویر، دے، دے، دے کنسسٹڈ فور، اب اباؤٹ فور لاکھ پیپل۔ تو دس ڈیٹیل یو کین سی ان دا قرآن اینڈ ان بائبل،</w:t>
      </w:r>
    </w:p>
    <w:p>
      <w:r>
        <w:rPr>
          <w:b/>
        </w:rPr>
        <w:t xml:space="preserve">[31:46] </w:t>
      </w:r>
      <w:r>
        <w:t>in, in, in the both book. their details. so loth community adopted homosexuality in large scale,</w:t>
      </w:r>
    </w:p>
    <w:p>
      <w:pPr>
        <w:jc w:val="right"/>
      </w:pPr>
      <w:r>
        <w:t>ان، ان، ان دا بوتھ بک۔ دیر ڈیٹیلز۔ سو لوتھ کمیونٹی اڈاپٹڈ ہومو سیکشولٹی ان لارج سکیل،</w:t>
      </w:r>
    </w:p>
    <w:p>
      <w:r>
        <w:rPr>
          <w:b/>
        </w:rPr>
        <w:t xml:space="preserve">[32:00] </w:t>
      </w:r>
      <w:r>
        <w:t>in large scale</w:t>
      </w:r>
    </w:p>
    <w:p>
      <w:pPr>
        <w:jc w:val="right"/>
      </w:pPr>
      <w:r>
        <w:t>ان لارج سکیل</w:t>
      </w:r>
    </w:p>
    <w:p>
      <w:r>
        <w:rPr>
          <w:b/>
        </w:rPr>
        <w:t xml:space="preserve">[32:01] </w:t>
      </w:r>
      <w:r>
        <w:t>so the social conscience was dead. the social conscience became dead. there was no social check.</w:t>
      </w:r>
    </w:p>
    <w:p>
      <w:pPr>
        <w:jc w:val="right"/>
      </w:pPr>
      <w:r>
        <w:t>۔ سو دیر سوشل کانسنس واز ڈیڈ۔ دیر سوشل کانسنس بیکم ڈیڈ۔ دیر واز نو سوشل چیک۔</w:t>
      </w:r>
    </w:p>
    <w:p>
      <w:r>
        <w:rPr>
          <w:b/>
        </w:rPr>
        <w:t xml:space="preserve">[32:11] </w:t>
      </w:r>
      <w:r>
        <w:t>the judicial system also was failure in this regard. and the administrative, the administrative system also allow people to do what they want to do.</w:t>
      </w:r>
    </w:p>
    <w:p>
      <w:pPr>
        <w:jc w:val="right"/>
      </w:pPr>
      <w:r>
        <w:t>دیر جوڈیشل سسٹم السو واز فیلیر ان دس ریگارڈ۔ اینڈ دیر ایڈمنسٹریٹ، دیر ایڈمنسٹریٹ سسٹم السو الا پیپل ٹو ڈو واٹ دے وانٹ ٹو ڈو۔</w:t>
      </w:r>
    </w:p>
    <w:p>
      <w:r>
        <w:rPr>
          <w:b/>
        </w:rPr>
        <w:t xml:space="preserve">[32:26] </w:t>
      </w:r>
      <w:r>
        <w:t>so what happened? what happened?</w:t>
      </w:r>
    </w:p>
    <w:p>
      <w:pPr>
        <w:jc w:val="right"/>
      </w:pPr>
      <w:r>
        <w:t>سو واٹ ہیپن؟ واٹ ہیپن؟</w:t>
      </w:r>
    </w:p>
    <w:p>
      <w:r>
        <w:rPr>
          <w:b/>
        </w:rPr>
        <w:t xml:space="preserve">[32:31] </w:t>
      </w:r>
      <w:r>
        <w:t>this kind of situation invites god wrath, w r a t e wrath. this kind of situation invites wrath of god.</w:t>
      </w:r>
    </w:p>
    <w:p>
      <w:pPr>
        <w:jc w:val="right"/>
      </w:pPr>
      <w:r>
        <w:t>دس کائنڈ اف سچویشن انوائٹس گاڈ رات، ڈبلیو ار اے ٹی سی رات۔ دس کائنڈ اف سچویشن انوائٹس رات اف گاڈ۔</w:t>
      </w:r>
    </w:p>
    <w:p>
      <w:r>
        <w:rPr>
          <w:b/>
        </w:rPr>
        <w:t xml:space="preserve">[32:44] </w:t>
      </w:r>
      <w:r>
        <w:t>so it happened. the whole area was destroyed by a, by a very powerful earth quake.</w:t>
      </w:r>
    </w:p>
    <w:p>
      <w:pPr>
        <w:jc w:val="right"/>
      </w:pPr>
      <w:r>
        <w:t>سو اٹ ہیپن۔ دا ہول ایریا واز ڈسٹرائڈ بائے ا، بائے ا ویری پاورفل ارتھ کویک۔</w:t>
      </w:r>
    </w:p>
    <w:p>
      <w:r>
        <w:rPr>
          <w:b/>
        </w:rPr>
        <w:t xml:space="preserve">[32:53] </w:t>
      </w:r>
      <w:r>
        <w:t>the whole area,</w:t>
      </w:r>
    </w:p>
    <w:p>
      <w:pPr>
        <w:jc w:val="right"/>
      </w:pPr>
      <w:r>
        <w:t>دا ہول ایریا،</w:t>
      </w:r>
    </w:p>
    <w:p>
      <w:r>
        <w:rPr>
          <w:b/>
        </w:rPr>
        <w:t xml:space="preserve">[32:57] </w:t>
      </w:r>
      <w:r>
        <w:t>and present, present dead sea is a remnant, is a, is a, is a sign of that what that, that earth quake happened in this area.</w:t>
      </w:r>
    </w:p>
    <w:p>
      <w:pPr>
        <w:jc w:val="right"/>
      </w:pPr>
      <w:r>
        <w:t>اینڈ پریزنٹ، پریزنٹ ڈیڈ سی از ا ریمننٹ، از ا، از ا، از ا سائن اف دیٹ واٹ دیٹ، دیٹ ارتھ کویک ہیپن ان دس ایریا۔</w:t>
      </w:r>
    </w:p>
    <w:p>
      <w:r>
        <w:rPr>
          <w:b/>
        </w:rPr>
        <w:t xml:space="preserve">[33:13] </w:t>
      </w:r>
      <w:r>
        <w:t>so it was this, when this kind of practice was become popular among a community, there was no check.</w:t>
      </w:r>
    </w:p>
    <w:p>
      <w:pPr>
        <w:jc w:val="right"/>
      </w:pPr>
      <w:r>
        <w:t>سو اٹ واز دس، وین دس کائنڈ اف پریکٹس واز بیکم پاپولر امنگ ا کمیونٹی، دیر واز نو چیک۔</w:t>
      </w:r>
    </w:p>
    <w:p>
      <w:r>
        <w:rPr>
          <w:b/>
        </w:rPr>
        <w:t xml:space="preserve">[33:25] </w:t>
      </w:r>
      <w:r>
        <w:t>the whole control system collapse. then, then they invited god wrath, and god destroyed the whole community.</w:t>
      </w:r>
    </w:p>
    <w:p>
      <w:pPr>
        <w:jc w:val="right"/>
      </w:pPr>
      <w:r>
        <w:t>دا ہول کنٹرول سسٹم کولیپس۔ دین، دین دے انوائٹڈ گاڈ رات، اینڈ گاڈ ڈسٹرائڈ دا ہول کمیونٹی۔</w:t>
      </w:r>
    </w:p>
    <w:p>
      <w:r>
        <w:rPr>
          <w:b/>
        </w:rPr>
        <w:t xml:space="preserve">[33:40] </w:t>
      </w:r>
      <w:r>
        <w:t>it was little doomsday</w:t>
      </w:r>
    </w:p>
    <w:p>
      <w:pPr>
        <w:jc w:val="right"/>
      </w:pPr>
      <w:r>
        <w:t>اٹ واز لٹل ڈومز ڈ</w:t>
      </w:r>
    </w:p>
    <w:p>
      <w:r>
        <w:rPr>
          <w:b/>
        </w:rPr>
        <w:t xml:space="preserve">[33:43] </w:t>
      </w:r>
      <w:r>
        <w:t>e. it was like, like small doomsday, or little doomsday. now, the whole world is like lot community.</w:t>
      </w:r>
    </w:p>
    <w:p>
      <w:pPr>
        <w:jc w:val="right"/>
      </w:pPr>
      <w:r>
        <w:t>ے۔ اٹ واز لائک، لائک سمال ڈومز ڈے، اور لٹل ڈومز ڈے۔ ناؤ، دا ہول ورلڈ از لائک لوتھ کمیونٹی۔</w:t>
      </w:r>
    </w:p>
    <w:p>
      <w:r>
        <w:rPr>
          <w:b/>
        </w:rPr>
        <w:t xml:space="preserve">[33:54] </w:t>
      </w:r>
      <w:r>
        <w:t>whole world, in the whole world, i see social conscience is collapse. judiciary is not doing its duty.</w:t>
      </w:r>
    </w:p>
    <w:p>
      <w:pPr>
        <w:jc w:val="right"/>
      </w:pPr>
      <w:r>
        <w:t>ہول ورلڈ، ان دا ہول ورلڈ، ائی سی سوشل کانسنس از کولیپس۔ جوڈیشری از ناٹ ڈوئنگ اٹس ڈیوٹی۔</w:t>
      </w:r>
    </w:p>
    <w:p>
      <w:r>
        <w:rPr>
          <w:b/>
        </w:rPr>
        <w:t xml:space="preserve">[34:07] </w:t>
      </w:r>
      <w:r>
        <w:t>administrative system is also not performing its duty.</w:t>
      </w:r>
    </w:p>
    <w:p>
      <w:pPr>
        <w:jc w:val="right"/>
      </w:pPr>
      <w:r>
        <w:t>ایڈمنسٹریٹ سسٹم از السو ناٹ پرفارمنگ اٹس ڈیوٹی۔</w:t>
      </w:r>
    </w:p>
    <w:p>
      <w:r>
        <w:rPr>
          <w:b/>
        </w:rPr>
        <w:t xml:space="preserve">[34:13] </w:t>
      </w:r>
      <w:r>
        <w:t>so the same situation prevails in larger scale, and global scale. very bad sign, very bad sign.</w:t>
      </w:r>
    </w:p>
    <w:p>
      <w:pPr>
        <w:jc w:val="right"/>
      </w:pPr>
      <w:r>
        <w:t>سو دا سیم سچویشن پرویز ان لارجر سکیل، اینڈ گلوبل سکیل۔ ویری بیڈ سائن، ویری بیڈ سائن۔</w:t>
      </w:r>
    </w:p>
    <w:p>
      <w:r>
        <w:rPr>
          <w:b/>
        </w:rPr>
        <w:t xml:space="preserve">[34:25] </w:t>
      </w:r>
      <w:r>
        <w:t>so according to the Quranic,</w:t>
      </w:r>
    </w:p>
    <w:p>
      <w:pPr>
        <w:jc w:val="right"/>
      </w:pPr>
      <w:r>
        <w:t>سو اکارڈنگ ٹو دا قرآنک،</w:t>
      </w:r>
    </w:p>
    <w:p>
      <w:r>
        <w:rPr>
          <w:b/>
        </w:rPr>
        <w:t xml:space="preserve">[34:31] </w:t>
      </w:r>
      <w:r>
        <w:t>according to the creation plan given in the Quran, i can see that a sign that the doomsday is coming.</w:t>
      </w:r>
    </w:p>
    <w:p>
      <w:pPr>
        <w:jc w:val="right"/>
      </w:pPr>
      <w:r>
        <w:t>اکارڈنگ ٹو دا کریشن پلان گیون ان دا قرآن، ائی کین سی دیٹ ا سائن دیٹ دا ڈومز ڈے از کمنگ۔</w:t>
      </w:r>
    </w:p>
    <w:p>
      <w:r>
        <w:rPr>
          <w:b/>
        </w:rPr>
        <w:t xml:space="preserve">[34:42] </w:t>
      </w:r>
      <w:r>
        <w:t>big doomsday is coming. what happened in, in, in, in the with the lot community?</w:t>
      </w:r>
    </w:p>
    <w:p>
      <w:pPr>
        <w:jc w:val="right"/>
      </w:pPr>
      <w:r>
        <w:t>بگ ڈومز ڈے از کمنگ۔ واٹ ہیپن ان، ان، ان، ان دا ود دی لوتھ کمیونٹی؟</w:t>
      </w:r>
    </w:p>
    <w:p>
      <w:r>
        <w:rPr>
          <w:b/>
        </w:rPr>
        <w:t xml:space="preserve">[34:51] </w:t>
      </w:r>
      <w:r>
        <w:t>that was little doomsday. now, the big doomsday is coming. the whole planet be destroyed.</w:t>
      </w:r>
    </w:p>
    <w:p>
      <w:pPr>
        <w:jc w:val="right"/>
      </w:pPr>
      <w:r>
        <w:t>دیٹ واز لٹل ڈومز ڈے۔ ناؤ، دا بگ ڈومز ڈے از کمنگ۔ دا ہول پلینٹ بی ڈسٹرائڈ۔</w:t>
      </w:r>
    </w:p>
    <w:p>
      <w:r>
        <w:rPr>
          <w:b/>
        </w:rPr>
        <w:t xml:space="preserve">[35:02] </w:t>
      </w:r>
      <w:r>
        <w:t>if you read the Quran, you will find that, that god has created this world for limited time. not for ever.</w:t>
      </w:r>
    </w:p>
    <w:p>
      <w:pPr>
        <w:jc w:val="right"/>
      </w:pPr>
      <w:r>
        <w:t>اف یو ریڈ دا قرآن، یو ویل فائنڈ دیٹ، دیٹ گاڈ ہیز کریٹڈ دس ورلڈ فار لمیٹڈ ٹائم۔ ناٹ فار ایور۔</w:t>
      </w:r>
    </w:p>
    <w:p>
      <w:r>
        <w:rPr>
          <w:b/>
        </w:rPr>
        <w:t xml:space="preserve">[35:12] </w:t>
      </w:r>
      <w:r>
        <w:t>this planet, this solar system is not going to live for ever. so god will, it is, it is, it is pre, pre decided by the god, by god almighty, that some time he will destroy the whole world, and then he will create a new world,</w:t>
      </w:r>
    </w:p>
    <w:p>
      <w:pPr>
        <w:jc w:val="right"/>
      </w:pPr>
      <w:r>
        <w:t>دس پلینٹ، دس سولر سسٹم از ناٹ گوئنگ ٹو لیو فار ایور۔ سو گاڈ ویل، اٹ از، اٹ از، اٹ از پری، پری ڈیسائیڈڈ بائے دا گاڈ، بائے گاڈ المائٹی، دیٹ سم ٹائم ہی ویل ڈسٹرائے دا ہول ورلڈ، اینڈ دین ہی ویل کریٹ ا نیو ورلڈ،</w:t>
      </w:r>
    </w:p>
    <w:p>
      <w:r>
        <w:rPr>
          <w:b/>
        </w:rPr>
        <w:t xml:space="preserve">[35:34] </w:t>
      </w:r>
      <w:r>
        <w:t>a new world.</w:t>
      </w:r>
    </w:p>
    <w:p>
      <w:pPr>
        <w:jc w:val="right"/>
      </w:pPr>
      <w:r>
        <w:t>ا نیو ورلڈ۔</w:t>
      </w:r>
    </w:p>
    <w:p>
      <w:r>
        <w:rPr>
          <w:b/>
        </w:rPr>
        <w:t xml:space="preserve">[35:37] </w:t>
      </w:r>
      <w:r>
        <w:t>man was created as a, as an eternal being. man is eternal, but his life is divided into two parts: in pre death period and post death period.</w:t>
      </w:r>
    </w:p>
    <w:p>
      <w:pPr>
        <w:jc w:val="right"/>
      </w:pPr>
      <w:r>
        <w:t>مین واز کریٹڈ ایز ا، ایز این ایٹرنل بینگ۔ مین از ایٹرنل، بٹ ہز لائف از ڈیوائیڈڈ انٹو ٹو پارٹس: ان پری ڈیتھ پیریڈ اینڈ پوسٹ ڈیتھ پیریڈ۔</w:t>
      </w:r>
    </w:p>
    <w:p>
      <w:r>
        <w:rPr>
          <w:b/>
        </w:rPr>
        <w:t xml:space="preserve">[35:52] </w:t>
      </w:r>
      <w:r>
        <w:t>we are at present, we are in, in our pre death period, but after doomsday, we will enter into our post death period.</w:t>
      </w:r>
    </w:p>
    <w:p>
      <w:pPr>
        <w:jc w:val="right"/>
      </w:pPr>
      <w:r>
        <w:t>وی ار ایٹ پریزنٹ، وی ار ان، ان اور پری ڈیتھ پیریڈ، بٹ افٹر ڈومز ڈے، وی ویل انٹر انٹو اور پوسٹ ڈیتھ پیریڈ۔</w:t>
      </w:r>
    </w:p>
    <w:p>
      <w:r>
        <w:rPr>
          <w:b/>
        </w:rPr>
        <w:t xml:space="preserve">[36:01] </w:t>
      </w:r>
      <w:r>
        <w:t>eternal period.</w:t>
      </w:r>
    </w:p>
    <w:p>
      <w:pPr>
        <w:jc w:val="right"/>
      </w:pPr>
      <w:r>
        <w:t>ایٹرنل پیریڈ۔</w:t>
      </w:r>
    </w:p>
    <w:p>
      <w:r>
        <w:rPr>
          <w:b/>
        </w:rPr>
        <w:t xml:space="preserve">[36:04] </w:t>
      </w:r>
      <w:r>
        <w:t>so this situation is an, is an, is an alarm. The present situation, that, that homosexuality is now universal culture,</w:t>
      </w:r>
    </w:p>
    <w:p>
      <w:pPr>
        <w:jc w:val="right"/>
      </w:pPr>
      <w:r>
        <w:t>سو دس سچویشن از ا، از ا، از این الارم۔ دا پریزنٹ سچویشن، دیٹ، دیٹ ہومو سیکشولٹی از ناؤ یونیورسل کلچر،</w:t>
      </w:r>
    </w:p>
    <w:p>
      <w:r>
        <w:rPr>
          <w:b/>
        </w:rPr>
        <w:t xml:space="preserve">[36:21] </w:t>
      </w:r>
      <w:r>
        <w:t>a global culture. There is no social consensus that can check it. There is no judicial system that can check it.</w:t>
      </w:r>
    </w:p>
    <w:p>
      <w:pPr>
        <w:jc w:val="right"/>
      </w:pPr>
      <w:r>
        <w:t>ا گلوبل کلچر۔ دیر نو سوشل کانسنس دیٹ کین چیک اٹ۔ دیر نو جوڈیشل سسٹم دیٹ کین چیک اٹ۔</w:t>
      </w:r>
    </w:p>
    <w:p>
      <w:r>
        <w:rPr>
          <w:b/>
        </w:rPr>
        <w:t xml:space="preserve">[36:31] </w:t>
      </w:r>
      <w:r>
        <w:t>There is no administrative system that can check it.</w:t>
      </w:r>
    </w:p>
    <w:p>
      <w:pPr>
        <w:jc w:val="right"/>
      </w:pPr>
      <w:r>
        <w:t>دیر نو ایڈمنسٹریٹ سسٹم دیٹ کین چیک اٹ۔</w:t>
      </w:r>
    </w:p>
    <w:p>
      <w:r>
        <w:rPr>
          <w:b/>
        </w:rPr>
        <w:t xml:space="preserve">[36:34] </w:t>
      </w:r>
      <w:r>
        <w:t>It is a universal culture. So this kind of situation invites wrath of God.</w:t>
      </w:r>
    </w:p>
    <w:p>
      <w:pPr>
        <w:jc w:val="right"/>
      </w:pPr>
      <w:r>
        <w:t>اٹ از ا یونیورسل کلچر۔ سو دس کائنڈ اف سچویشن انوائٹس رات اف گاڈ۔</w:t>
      </w:r>
    </w:p>
    <w:p>
      <w:r>
        <w:rPr>
          <w:b/>
        </w:rPr>
        <w:t xml:space="preserve">[36:45] </w:t>
      </w:r>
      <w:r>
        <w:t>I don't think that is a very good news, but it is a fact. How can God can tolerate this kind of situation?</w:t>
      </w:r>
    </w:p>
    <w:p>
      <w:pPr>
        <w:jc w:val="right"/>
      </w:pPr>
      <w:r>
        <w:t>ائی ڈونٹ تھنک دیٹ از ا ویری گڈ نیوز، بٹ اٹ از ا فیکٹ۔ ہاؤ کین گاڈ کین ٹولریٹ دس کائنڈ اف سچویشن؟</w:t>
      </w:r>
    </w:p>
    <w:p>
      <w:r>
        <w:rPr>
          <w:b/>
        </w:rPr>
        <w:t xml:space="preserve">[36:56] </w:t>
      </w:r>
      <w:r>
        <w:t>God, it is God. It is the duty of God to intervene in the history.</w:t>
      </w:r>
    </w:p>
    <w:p>
      <w:pPr>
        <w:jc w:val="right"/>
      </w:pPr>
      <w:r>
        <w:t>گاڈ، اٹ از گاڈ۔ اٹ از دا ڈیوٹی اف گاڈ ٹو انٹروین ان دا ہسٹری۔</w:t>
      </w:r>
    </w:p>
    <w:p>
      <w:r>
        <w:rPr>
          <w:b/>
        </w:rPr>
        <w:t xml:space="preserve">[37:02] </w:t>
      </w:r>
      <w:r>
        <w:t>You know what happened with Lot's community? That's why intervention by God in the history.</w:t>
      </w:r>
    </w:p>
    <w:p>
      <w:pPr>
        <w:jc w:val="right"/>
      </w:pPr>
      <w:r>
        <w:t>یو نو واٹ ہیپن ود لوتھ کمیونٹی؟ دیٹس وائی انٹروینشن بائے گاڈ ان دا ہسٹری۔</w:t>
      </w:r>
    </w:p>
    <w:p>
      <w:r>
        <w:rPr>
          <w:b/>
        </w:rPr>
        <w:t xml:space="preserve">[37:12] </w:t>
      </w:r>
      <w:r>
        <w:t>No, again, God is going to intervene in the human history on a larger scale. That is Doomsday.</w:t>
      </w:r>
    </w:p>
    <w:p>
      <w:pPr>
        <w:jc w:val="right"/>
      </w:pPr>
      <w:r>
        <w:t>نو، اگین، گاڈ از گوئنگ ٹو انٹروین ان دا ہیومن ہسٹری ان لارجر سکیل۔ دیٹ از ڈومز ڈے۔</w:t>
      </w:r>
    </w:p>
    <w:p>
      <w:r>
        <w:rPr>
          <w:b/>
        </w:rPr>
        <w:t xml:space="preserve">[37:23] </w:t>
      </w:r>
      <w:r>
        <w:t>So God wants that people must read this Quran.</w:t>
      </w:r>
    </w:p>
    <w:p>
      <w:pPr>
        <w:jc w:val="right"/>
      </w:pPr>
      <w:r>
        <w:t>سو گاڈ وانٹ دیٹ پیپل مسٹ ریڈ دس قرآن۔</w:t>
      </w:r>
    </w:p>
    <w:p>
      <w:r>
        <w:rPr>
          <w:b/>
        </w:rPr>
        <w:t xml:space="preserve">[37:33] </w:t>
      </w:r>
      <w:r>
        <w:t>This is. Any, any, for this purpose, now Quran is in the news. What said the journalist?</w:t>
      </w:r>
    </w:p>
    <w:p>
      <w:pPr>
        <w:jc w:val="right"/>
      </w:pPr>
      <w:r>
        <w:t>دس از۔ اینی، اینی، فار دس پرپس، ناؤ قرآن از ان دا نیوز۔ واٹ سیڈ دا جرنلسٹ؟</w:t>
      </w:r>
    </w:p>
    <w:p>
      <w:r>
        <w:rPr>
          <w:b/>
        </w:rPr>
        <w:t xml:space="preserve">[37:45] </w:t>
      </w:r>
      <w:r>
        <w:t>that choti si book ne sari dunya mein tehalka macha rakha hai. This small book has created a storm throughout the world.</w:t>
      </w:r>
    </w:p>
    <w:p>
      <w:pPr>
        <w:jc w:val="right"/>
      </w:pPr>
      <w:r>
        <w:t>دیٹ چھوٹی سی بک نے ساری دنیا میں تہلکہ مچا رکھا ہے۔ دس سمال بک ہیز کریٹڈ اسٹارم تھروور دا ورلڈ۔</w:t>
      </w:r>
    </w:p>
    <w:p>
      <w:r>
        <w:rPr>
          <w:b/>
        </w:rPr>
        <w:t xml:space="preserve">[37:57] </w:t>
      </w:r>
      <w:r>
        <w:t>I think it was a right true statement, but for what purpose</w:t>
      </w:r>
    </w:p>
    <w:p>
      <w:pPr>
        <w:jc w:val="right"/>
      </w:pPr>
      <w:r>
        <w:t>ائی تھنک اٹ واز رائٹ ٹرو سٹیٹمنٹ، بٹ فار واٹ پرپس</w:t>
      </w:r>
    </w:p>
    <w:p>
      <w:r>
        <w:rPr>
          <w:b/>
        </w:rPr>
        <w:t xml:space="preserve">[38:03] </w:t>
      </w:r>
      <w:r>
        <w:t>? It is God's planning. God is going to. Now, the now, the history of mankind is, is, is reaching to its end.</w:t>
      </w:r>
    </w:p>
    <w:p>
      <w:pPr>
        <w:jc w:val="right"/>
      </w:pPr>
      <w:r>
        <w:t>؟ اٹ از گاڈ پلاننگ۔ گاڈ از گوئنگ ٹو۔ ناؤ، دا ناؤ، دا ہسٹری اف مین کائنڈ از، از، از ریچنگ ٹو اٹس اینڈ۔</w:t>
      </w:r>
    </w:p>
    <w:p>
      <w:r>
        <w:rPr>
          <w:b/>
        </w:rPr>
        <w:t xml:space="preserve">[38:16] </w:t>
      </w:r>
      <w:r>
        <w:t>There is no doubt about it.</w:t>
      </w:r>
    </w:p>
    <w:p>
      <w:pPr>
        <w:jc w:val="right"/>
      </w:pPr>
      <w:r>
        <w:t>دیر نو ڈاؤٹ اباؤٹ اٹ۔</w:t>
      </w:r>
    </w:p>
    <w:p>
      <w:r>
        <w:rPr>
          <w:b/>
        </w:rPr>
        <w:t xml:space="preserve">[38:19] </w:t>
      </w:r>
      <w:r>
        <w:t>There is so much corruption, so much evil, that it leads that God must intervene, and he must create the other world that was predestined at the time of creation.</w:t>
      </w:r>
    </w:p>
    <w:p>
      <w:pPr>
        <w:jc w:val="right"/>
      </w:pPr>
      <w:r>
        <w:t>دیر از سو مچ کرپشن، سو مچ ایول، دیٹ اٹ لیڈ دیٹ گاڈ مسٹ انٹروین، اینڈ ہی مسٹ کریٹ دی ادر ورلڈ دیٹ واز پری ڈسٹن ایٹ دا ٹائم اف کریشن۔</w:t>
      </w:r>
    </w:p>
    <w:p>
      <w:r>
        <w:rPr>
          <w:b/>
        </w:rPr>
        <w:t xml:space="preserve">[38:39] </w:t>
      </w:r>
      <w:r>
        <w:t>So for this purpose, Quran is every day in the news.</w:t>
      </w:r>
    </w:p>
    <w:p>
      <w:pPr>
        <w:jc w:val="right"/>
      </w:pPr>
      <w:r>
        <w:t>سو فار دس پرپس، قرآن از ایوری ڈے ان دا نیوز۔</w:t>
      </w:r>
    </w:p>
    <w:p>
      <w:r>
        <w:rPr>
          <w:b/>
        </w:rPr>
        <w:t xml:space="preserve">[38:47] </w:t>
      </w:r>
      <w:r>
        <w:t>God wants everyone, everyone, everyone being to read the Quran, to study the Quran, to find the ideology of life, to find the Christian plan of God, to find what is going to happen in the future.</w:t>
      </w:r>
    </w:p>
    <w:p>
      <w:pPr>
        <w:jc w:val="right"/>
      </w:pPr>
      <w:r>
        <w:t>گاڈ وانٹس ایوری ون، ایوری ون، ایوری ون بینگ ٹو ریڈ دا قرآن، ٹو سٹڈی دا قرآن، ٹو فائنڈ دا ائیڈیالوجی اف لائف، ٹو فائنڈ دا کرسچن پلان اف گاڈ، ٹو فائنڈ واٹ از گوئنگ ٹو ہیپن ان دا فیوچر۔</w:t>
      </w:r>
    </w:p>
    <w:p>
      <w:r>
        <w:rPr>
          <w:b/>
        </w:rPr>
        <w:t xml:space="preserve">[39:04] </w:t>
      </w:r>
      <w:r>
        <w:t>There is a hadith that. La yabqa ala zahiri larze bait wa madhar illa kalmatul Islam.</w:t>
      </w:r>
    </w:p>
    <w:p>
      <w:pPr>
        <w:jc w:val="right"/>
      </w:pPr>
      <w:r>
        <w:t>دیر از ا حدیث دیٹ۔ لا یبقہ علی ظاہری لرزے بیت و مدرن الا اللہ کلمۃ الاسلام۔</w:t>
      </w:r>
    </w:p>
    <w:p>
      <w:r>
        <w:rPr>
          <w:b/>
        </w:rPr>
        <w:t xml:space="preserve">[39:17] </w:t>
      </w:r>
      <w:r>
        <w:t>It means that the day will come when the word of God will enter into every house.</w:t>
      </w:r>
    </w:p>
    <w:p>
      <w:pPr>
        <w:jc w:val="right"/>
      </w:pPr>
      <w:r>
        <w:t>اٹ مینز دیٹ دا ڈے ویل کم وین دی ورڈ اف گاڈ ویل انٹر انٹو ایوری ہاؤس۔</w:t>
      </w:r>
    </w:p>
    <w:p>
      <w:r>
        <w:rPr>
          <w:b/>
        </w:rPr>
        <w:t xml:space="preserve">[39:27] </w:t>
      </w:r>
      <w:r>
        <w:t>began small. So this is the word of God.</w:t>
      </w:r>
    </w:p>
    <w:p>
      <w:pPr>
        <w:jc w:val="right"/>
      </w:pPr>
      <w:r>
        <w:t>بیگن سمال۔ سو دس از دا ورڈ اف گاڈ۔</w:t>
      </w:r>
    </w:p>
    <w:p>
      <w:r>
        <w:rPr>
          <w:b/>
        </w:rPr>
        <w:t xml:space="preserve">[39:31] </w:t>
      </w:r>
      <w:r>
        <w:t>So God created all those. God created all those conditions, and God created modern communication.</w:t>
      </w:r>
    </w:p>
    <w:p>
      <w:pPr>
        <w:jc w:val="right"/>
      </w:pPr>
      <w:r>
        <w:t>سو گاڈ کریٹڈ ال دوز۔ گاڈ کریٹڈ ال دوز کنڈیشنز، اینڈ گاڈ کریٹڈ ماڈرن کمیونیکیشن۔</w:t>
      </w:r>
    </w:p>
    <w:p>
      <w:r>
        <w:rPr>
          <w:b/>
        </w:rPr>
        <w:t xml:space="preserve">[39:44] </w:t>
      </w:r>
      <w:r>
        <w:t>God created modern opportunities,</w:t>
      </w:r>
    </w:p>
    <w:p>
      <w:pPr>
        <w:jc w:val="right"/>
      </w:pPr>
      <w:r>
        <w:t>گاڈ کریٹڈ ماڈرن اپرچونیٹیز،</w:t>
      </w:r>
    </w:p>
    <w:p>
      <w:r>
        <w:rPr>
          <w:b/>
        </w:rPr>
        <w:t xml:space="preserve">[39:49] </w:t>
      </w:r>
      <w:r>
        <w:t>and now God wants to enter this world in every home, in every house, so that people know what is, what is in God's mind, and what is going to happen in the future.</w:t>
      </w:r>
    </w:p>
    <w:p>
      <w:pPr>
        <w:jc w:val="right"/>
      </w:pPr>
      <w:r>
        <w:t>اینڈ ناؤ گاڈ وانٹس ٹو انٹر دس ورلڈ ان ایوری ہوم، ان ایوری ہاؤس، سو دیٹ پیپل نو واٹ از، واٹ از ان گاڈ مائنڈ، اینڈ واٹ از گوئنگ ان ٹو ہیپن ان دا فیوچر۔</w:t>
      </w:r>
    </w:p>
    <w:p>
      <w:r>
        <w:rPr>
          <w:b/>
        </w:rPr>
        <w:t xml:space="preserve">[40:08] </w:t>
      </w:r>
      <w:r>
        <w:t>I am saying this with very sincerity. It is not a joke. It is not a joke.</w:t>
      </w:r>
    </w:p>
    <w:p>
      <w:pPr>
        <w:jc w:val="right"/>
      </w:pPr>
      <w:r>
        <w:t>ائی ایم سینگ دس ود ویری سنسیرٹی۔ اٹ از ناٹ ا جوک۔ اٹ ناٹ ا جوک۔</w:t>
      </w:r>
    </w:p>
    <w:p>
      <w:r>
        <w:rPr>
          <w:b/>
        </w:rPr>
        <w:t xml:space="preserve">[40:14] </w:t>
      </w:r>
      <w:r>
        <w:t>Here you can see that yesterday there was some comments on the, on that judicial verdict, which gave green signal to homosexuals.</w:t>
      </w:r>
    </w:p>
    <w:p>
      <w:pPr>
        <w:jc w:val="right"/>
      </w:pPr>
      <w:r>
        <w:t>ہیر یو کین سی دیٹ یسٹرڈے دیر واز سم کمنٹس ان دا، ان دیٹ جوڈیشل ورڈکٹ، وچ گیو گرین سگنل ٹو ہومو سیکشولز۔</w:t>
      </w:r>
    </w:p>
    <w:p>
      <w:r>
        <w:rPr>
          <w:b/>
        </w:rPr>
        <w:t xml:space="preserve">[40:33] </w:t>
      </w:r>
      <w:r>
        <w:t>so</w:t>
      </w:r>
    </w:p>
    <w:p>
      <w:pPr>
        <w:jc w:val="right"/>
      </w:pPr>
      <w:r>
        <w:t>سو</w:t>
      </w:r>
    </w:p>
    <w:p>
      <w:r>
        <w:rPr>
          <w:b/>
        </w:rPr>
        <w:t xml:space="preserve">[40:36] </w:t>
      </w:r>
      <w:r>
        <w:t>the newspaper has published several comments on this, on this event.</w:t>
      </w:r>
    </w:p>
    <w:p>
      <w:pPr>
        <w:jc w:val="right"/>
      </w:pPr>
      <w:r>
        <w:t>دس نیوز پیپر ہیز پبلش سیورل کمنٹس ان دس، ان دس ایونٹ۔</w:t>
      </w:r>
    </w:p>
    <w:p>
      <w:r>
        <w:rPr>
          <w:b/>
        </w:rPr>
        <w:t xml:space="preserve">[40:46] </w:t>
      </w:r>
      <w:r>
        <w:t>so the, the capture of this report is: it is okay to be gay.</w:t>
      </w:r>
    </w:p>
    <w:p>
      <w:pPr>
        <w:jc w:val="right"/>
      </w:pPr>
      <w:r>
        <w:t>سو دا، دا کیپچر اف دس رپورٹ از: اٹ از اوکے ٹو بی گے۔</w:t>
      </w:r>
    </w:p>
    <w:p>
      <w:r>
        <w:rPr>
          <w:b/>
        </w:rPr>
        <w:t xml:space="preserve">[40:56] </w:t>
      </w:r>
      <w:r>
        <w:t>it is okay to be gay.</w:t>
      </w:r>
    </w:p>
    <w:p>
      <w:pPr>
        <w:jc w:val="right"/>
      </w:pPr>
      <w:r>
        <w:t>اٹ از اوکے ٹو بی گے۔</w:t>
      </w:r>
    </w:p>
    <w:p>
      <w:r>
        <w:rPr>
          <w:b/>
        </w:rPr>
        <w:t xml:space="preserve">[41:00] </w:t>
      </w:r>
      <w:r>
        <w:t>you see these words: it is okay to be gay. its challenge to god almighty. god created this world for what purpose?</w:t>
      </w:r>
    </w:p>
    <w:p>
      <w:pPr>
        <w:jc w:val="right"/>
      </w:pPr>
      <w:r>
        <w:t>یو سی دیز ورڈز: اٹ از اوکے ٹو بی گے۔ اٹس چیلنج ٹو گاڈ المائٹی۔ گاڈ کریٹڈ دس ورلڈ فار واٹ پرپس؟</w:t>
      </w:r>
    </w:p>
    <w:p>
      <w:r>
        <w:rPr>
          <w:b/>
        </w:rPr>
        <w:t xml:space="preserve">[41:13] </w:t>
      </w:r>
      <w:r>
        <w:t>people must follow the, the way of nature.</w:t>
      </w:r>
    </w:p>
    <w:p>
      <w:pPr>
        <w:jc w:val="right"/>
      </w:pPr>
      <w:r>
        <w:t>پیپل مسٹ فالو دا، دا وے اف نیچر۔</w:t>
      </w:r>
    </w:p>
    <w:p>
      <w:r>
        <w:rPr>
          <w:b/>
        </w:rPr>
        <w:t xml:space="preserve">[41:20] </w:t>
      </w:r>
      <w:r>
        <w:t>they must use their freedom in a proper way, not this in this way. abuse nature,</w:t>
      </w:r>
    </w:p>
    <w:p>
      <w:pPr>
        <w:jc w:val="right"/>
      </w:pPr>
      <w:r>
        <w:t>دے مسٹ یوز دیر فریڈم ان ا پراپر وے، ناٹ دس ان دس وے۔ ابیز نیچر،</w:t>
      </w:r>
    </w:p>
    <w:p>
      <w:r>
        <w:rPr>
          <w:b/>
        </w:rPr>
        <w:t xml:space="preserve">[41:29] </w:t>
      </w:r>
      <w:r>
        <w:t>abuse nature is not tolerable for god. abuse nature is not tolerable for god. so now the time is when god must intervene in the history.</w:t>
      </w:r>
    </w:p>
    <w:p>
      <w:pPr>
        <w:jc w:val="right"/>
      </w:pPr>
      <w:r>
        <w:t>ابیز نیچر از ناٹ ٹولریبل فار گاڈ۔ ابیز نیچر از ناٹ ٹولریبل فار گاڈ۔ سو ناؤ دا ٹائم از وین گاڈ مسٹ انٹروین ان دا ہسٹری۔</w:t>
      </w:r>
    </w:p>
    <w:p>
      <w:r>
        <w:rPr>
          <w:b/>
        </w:rPr>
        <w:t xml:space="preserve">[41:43] </w:t>
      </w:r>
      <w:r>
        <w:t>so doomsday is coming. previously there was so many news about global warming. that was also a very alarming news.</w:t>
      </w:r>
    </w:p>
    <w:p>
      <w:pPr>
        <w:jc w:val="right"/>
      </w:pPr>
      <w:r>
        <w:t>سو ڈومز ڈے از کمنگ۔ پریویسلی دیر واز سو مینی نیوز اباؤٹ گلوبل وارمنگ۔ دیٹ واز السو ا ویری الارمنگ نیوز۔</w:t>
      </w:r>
    </w:p>
    <w:p>
      <w:r>
        <w:rPr>
          <w:b/>
        </w:rPr>
        <w:t xml:space="preserve">[41:57] </w:t>
      </w:r>
      <w:r>
        <w:t>what is global warm</w:t>
      </w:r>
    </w:p>
    <w:p>
      <w:pPr>
        <w:jc w:val="right"/>
      </w:pPr>
      <w:r>
        <w:t>واٹ از گلوبل وارم</w:t>
      </w:r>
    </w:p>
    <w:p>
      <w:r>
        <w:rPr>
          <w:b/>
        </w:rPr>
        <w:t xml:space="preserve">[41:58] </w:t>
      </w:r>
      <w:r>
        <w:t>ing? It is also an alarm that doomsday is coming.</w:t>
      </w:r>
    </w:p>
    <w:p>
      <w:pPr>
        <w:jc w:val="right"/>
      </w:pPr>
      <w:r>
        <w:t>نگ؟ اٹ از السو ان الارم دیٹ ڈومز ڈے از کمنگ۔</w:t>
      </w:r>
    </w:p>
    <w:p>
      <w:r>
        <w:rPr>
          <w:b/>
        </w:rPr>
        <w:t xml:space="preserve">[42:07] </w:t>
      </w:r>
      <w:r>
        <w:t>what you call global warming is nothing but, but, but a news that doomsday is coming.</w:t>
      </w:r>
    </w:p>
    <w:p>
      <w:pPr>
        <w:jc w:val="right"/>
      </w:pPr>
      <w:r>
        <w:t>واٹ یو کال گلوبل وارمنگ از نتھنگ بٹ، بٹ، بٹ ا نیوز دیٹ ڈومز ڈے از کمنگ۔</w:t>
      </w:r>
    </w:p>
    <w:p>
      <w:r>
        <w:rPr>
          <w:b/>
        </w:rPr>
        <w:t xml:space="preserve">[42:18] </w:t>
      </w:r>
      <w:r>
        <w:t>now this, this situation which we face at present that is okay to be.</w:t>
      </w:r>
    </w:p>
    <w:p>
      <w:pPr>
        <w:jc w:val="right"/>
      </w:pPr>
      <w:r>
        <w:t>ناؤ دس، دس سچویشن وچ وی فیس ایٹ پریزنٹ دیٹ از اوکے ٹو بی۔</w:t>
      </w:r>
    </w:p>
    <w:p>
      <w:r>
        <w:rPr>
          <w:b/>
        </w:rPr>
        <w:t xml:space="preserve">[42:28] </w:t>
      </w:r>
      <w:r>
        <w:t>is okay to be gay. it means that man is not ready to follow the nature path.</w:t>
      </w:r>
    </w:p>
    <w:p>
      <w:pPr>
        <w:jc w:val="right"/>
      </w:pPr>
      <w:r>
        <w:t>از اوکے ٹو بی گے۔ اٹ مینز دیٹ مین از ناٹ ریڈی ٹو فالو دا نیچر پاتھ۔</w:t>
      </w:r>
    </w:p>
    <w:p>
      <w:r>
        <w:rPr>
          <w:b/>
        </w:rPr>
        <w:t xml:space="preserve">[42:43] </w:t>
      </w:r>
      <w:r>
        <w:t>has decided to misuse his freedom completely.</w:t>
      </w:r>
    </w:p>
    <w:p>
      <w:pPr>
        <w:jc w:val="right"/>
      </w:pPr>
      <w:r>
        <w:t>ہیز ڈیسائیڈڈ ٹو مس یوز ہز فریڈم کمپلیٹلی۔</w:t>
      </w:r>
    </w:p>
    <w:p>
      <w:r>
        <w:rPr>
          <w:b/>
        </w:rPr>
        <w:t xml:space="preserve">[42:49] </w:t>
      </w:r>
      <w:r>
        <w:t>so this situation is not tolerable for god. god will destroy this world, and he will create another world.</w:t>
      </w:r>
    </w:p>
    <w:p>
      <w:pPr>
        <w:jc w:val="right"/>
      </w:pPr>
      <w:r>
        <w:t>سو دس سچویشن از ناٹ ٹولریبل فار گاڈ۔ گاڈ ویل ڈسٹرائے دس ورلڈ، اینڈ ہی ویل کریٹ انادر ورلڈ۔</w:t>
      </w:r>
    </w:p>
    <w:p>
      <w:r>
        <w:rPr>
          <w:b/>
        </w:rPr>
        <w:t xml:space="preserve">[43:00] </w:t>
      </w:r>
      <w:r>
        <w:t>then what is going to happen? all those people who refrain them self from misuse of freedom, they will be given paradise.</w:t>
      </w:r>
    </w:p>
    <w:p>
      <w:pPr>
        <w:jc w:val="right"/>
      </w:pPr>
      <w:r>
        <w:t>دین واٹ از گوئنگ ٹو ہیپن؟ ال دوز پیپل ہو ریفرنٹ دیم سیلف فرام مس یوز اف فریڈم، دے ویل بی گیون پیراڈائز۔</w:t>
      </w:r>
    </w:p>
    <w:p>
      <w:r>
        <w:rPr>
          <w:b/>
        </w:rPr>
        <w:t xml:space="preserve">[43:11] </w:t>
      </w:r>
      <w:r>
        <w:t>this is the, this is the only criteria.</w:t>
      </w:r>
    </w:p>
    <w:p>
      <w:pPr>
        <w:jc w:val="right"/>
      </w:pPr>
      <w:r>
        <w:t>دس از دا، دس از دا اونلی کرائٹیریا۔</w:t>
      </w:r>
    </w:p>
    <w:p>
      <w:r>
        <w:rPr>
          <w:b/>
        </w:rPr>
        <w:t xml:space="preserve">[43:15] </w:t>
      </w:r>
      <w:r>
        <w:t>those people who use properly their freedom, they will go to heaven to paradise, and those who misuse their freedom, they will go to hell.</w:t>
      </w:r>
    </w:p>
    <w:p>
      <w:pPr>
        <w:jc w:val="right"/>
      </w:pPr>
      <w:r>
        <w:t>دوز پیپل ہو یوز پراپرلی دیر فریڈم، دے ویل گو ٹو ہیون ٹو پیراڈائز، اینڈ دوز ہو مس یوز دیر فریڈم، دے ویل گو ٹو ہیل۔</w:t>
      </w:r>
    </w:p>
    <w:p>
      <w:r>
        <w:rPr>
          <w:b/>
        </w:rPr>
        <w:t xml:space="preserve">[43:31] </w:t>
      </w:r>
      <w:r>
        <w:t>so, so in the, in the other world, god will decide the fate of all, all, all the men and women.</w:t>
      </w:r>
    </w:p>
    <w:p>
      <w:pPr>
        <w:jc w:val="right"/>
      </w:pPr>
      <w:r>
        <w:t>سو، سو ان دی، ان دی ادر ورلڈ، گاڈ ویل ڈیسائیڈ دا فیٹ اف ال، ال، ال دا مین اینڈ وومن۔</w:t>
      </w:r>
    </w:p>
    <w:p>
      <w:r>
        <w:rPr>
          <w:b/>
        </w:rPr>
        <w:t xml:space="preserve">[43:43] </w:t>
      </w:r>
      <w:r>
        <w:t>very serious news, but it is, it is, it is not a joke. all the signs tell us this story.</w:t>
      </w:r>
    </w:p>
    <w:p>
      <w:pPr>
        <w:jc w:val="right"/>
      </w:pPr>
      <w:r>
        <w:t>ویری سیریس نیوز، بٹ اٹ از، اٹ از، اٹ از ناٹ ا جوک۔ ال دا سائن ٹیل اس دس سٹوری۔</w:t>
      </w:r>
    </w:p>
    <w:p>
      <w:r>
        <w:rPr>
          <w:b/>
        </w:rPr>
        <w:t xml:space="preserve">[43:57] </w:t>
      </w:r>
      <w:r>
        <w:t>now,</w:t>
      </w:r>
    </w:p>
    <w:p>
      <w:pPr>
        <w:jc w:val="right"/>
      </w:pPr>
      <w:r>
        <w:t>ناؤ،</w:t>
      </w:r>
    </w:p>
    <w:p>
      <w:r>
        <w:rPr>
          <w:b/>
        </w:rPr>
        <w:t xml:space="preserve">[44:04] </w:t>
      </w:r>
      <w:r>
        <w:t>you know, i am, i spend all my life in study. i have study law</w:t>
      </w:r>
    </w:p>
    <w:p>
      <w:pPr>
        <w:jc w:val="right"/>
      </w:pPr>
      <w:r>
        <w:t>یو نو، ائی ایم، ائی سپینڈ ال مائی لائف ان سٹڈی۔ ائی ہیو سٹڈی لا</w:t>
      </w:r>
    </w:p>
    <w:p>
      <w:r>
        <w:rPr>
          <w:b/>
        </w:rPr>
        <w:t xml:space="preserve">[44:12] </w:t>
      </w:r>
      <w:r>
        <w:t>it. i have study philosophy. i have study religion. i have study spirituality. i have study science. i have spend all my life in study.</w:t>
      </w:r>
    </w:p>
    <w:p>
      <w:pPr>
        <w:jc w:val="right"/>
      </w:pPr>
      <w:r>
        <w:t>ٹ۔ ائی ہیو سٹڈی فلاسفی۔ ائی ہیو سٹڈی ریلیجن۔ ائی ہیو سٹڈی سپرچولیٹی۔ ائی ہیو سٹڈی سائنس۔ ائی ہیو سپینڈ ال مائی لائف ان سٹڈی۔</w:t>
      </w:r>
    </w:p>
    <w:p>
      <w:r>
        <w:rPr>
          <w:b/>
        </w:rPr>
        <w:t xml:space="preserve">[44:24] </w:t>
      </w:r>
      <w:r>
        <w:t>now, i can see that with all sincerity that, that all though in the basis of this, this book that is quran, that this, this world is not going for eternity.</w:t>
      </w:r>
    </w:p>
    <w:p>
      <w:pPr>
        <w:jc w:val="right"/>
      </w:pPr>
      <w:r>
        <w:t>ناؤ، ائی کین سی دیٹ ود ال سنسیرٹی دیٹ، دیٹ ال دو ان دا بیس اف دس، دس بک دیٹ از قرآن، دیٹ دس، دس ورلڈ از ناٹ گوئنگ فار ایٹرنٹی۔</w:t>
      </w:r>
    </w:p>
    <w:p>
      <w:r>
        <w:rPr>
          <w:b/>
        </w:rPr>
        <w:t xml:space="preserve">[44:45] </w:t>
      </w:r>
      <w:r>
        <w:t>no, you know scientist like this.</w:t>
      </w:r>
    </w:p>
    <w:p>
      <w:pPr>
        <w:jc w:val="right"/>
      </w:pPr>
      <w:r>
        <w:t>نو، ایون سائنٹسٹ سے لائک دس۔</w:t>
      </w:r>
    </w:p>
    <w:p>
      <w:r>
        <w:rPr>
          <w:b/>
        </w:rPr>
        <w:t xml:space="preserve">[44:49] </w:t>
      </w:r>
      <w:r>
        <w:t>you know,</w:t>
      </w:r>
    </w:p>
    <w:p>
      <w:pPr>
        <w:jc w:val="right"/>
      </w:pPr>
      <w:r>
        <w:t>یو نو،</w:t>
      </w:r>
    </w:p>
    <w:p>
      <w:r>
        <w:rPr>
          <w:b/>
        </w:rPr>
        <w:t xml:space="preserve">[44:53] </w:t>
      </w:r>
      <w:r>
        <w:t>at the time of Newton, it was discovered that what we call law of entropy. law of entropy means that the life of the, of the world is not,</w:t>
      </w:r>
    </w:p>
    <w:p>
      <w:pPr>
        <w:jc w:val="right"/>
      </w:pPr>
      <w:r>
        <w:t>ایٹ دا ٹائم اف نیوٹن، اٹ واز ڈسکورڈ دیٹ واٹ وی کال لا اف انٹروپی۔ لا اف انٹروپی مینز دیٹ دا لائف اف دا، اف دا ورلڈ از ناٹ،</w:t>
      </w:r>
    </w:p>
    <w:p>
      <w:r>
        <w:rPr>
          <w:b/>
        </w:rPr>
        <w:t xml:space="preserve">[45:09] </w:t>
      </w:r>
      <w:r>
        <w:t>not, there is no. the life of the, our world is not going to for eternity.</w:t>
      </w:r>
    </w:p>
    <w:p>
      <w:pPr>
        <w:jc w:val="right"/>
      </w:pPr>
      <w:r>
        <w:t>ناٹ، دیر از نو۔ دا لائف اف دا، اور ورلڈ از ناٹ گوئنگ ٹو فار ایٹرنٹی۔</w:t>
      </w:r>
    </w:p>
    <w:p>
      <w:r>
        <w:rPr>
          <w:b/>
        </w:rPr>
        <w:t xml:space="preserve">[45:18] </w:t>
      </w:r>
      <w:r>
        <w:t>law of entropy, law of entropy means that we are heading to the end. our history heading to the end.</w:t>
      </w:r>
    </w:p>
    <w:p>
      <w:pPr>
        <w:jc w:val="right"/>
      </w:pPr>
      <w:r>
        <w:t>لا اف انٹروپی، لا اف انٹروپی مینز دیٹ وی ار ہیڈنگ ٹو دا اینڈ۔ اور ہسٹری ہیڈنگ ٹو دا اینڈ۔</w:t>
      </w:r>
    </w:p>
    <w:p>
      <w:r>
        <w:rPr>
          <w:b/>
        </w:rPr>
        <w:t xml:space="preserve">[45:29] </w:t>
      </w:r>
      <w:r>
        <w:t>now, global warming has, global warming is given same news that doomsday is coming.</w:t>
      </w:r>
    </w:p>
    <w:p>
      <w:pPr>
        <w:jc w:val="right"/>
      </w:pPr>
      <w:r>
        <w:t>ناؤ، گلوبل وارمنگ ہیز، گلوبل وارمنگ از گیون سیم نیوز دیٹ ڈومز ڈے از کمنگ۔</w:t>
      </w:r>
    </w:p>
    <w:p>
      <w:r>
        <w:rPr>
          <w:b/>
        </w:rPr>
        <w:t xml:space="preserve">[45:39] </w:t>
      </w:r>
      <w:r>
        <w:t>then this is the third news that people have decided not to follow the way of nature.</w:t>
      </w:r>
    </w:p>
    <w:p>
      <w:pPr>
        <w:jc w:val="right"/>
      </w:pPr>
      <w:r>
        <w:t>دین دس از دا تھرڈ نیوز دیٹ پیپل ہیو ڈیسائیڈڈ ناٹ ٹو فالو دا وے اف نیچر۔</w:t>
      </w:r>
    </w:p>
    <w:p>
      <w:r>
        <w:rPr>
          <w:b/>
        </w:rPr>
        <w:t xml:space="preserve">[45:49] </w:t>
      </w:r>
      <w:r>
        <w:t>they are, they have decided to misuse the, the divine path completely. they misuse their freedom completely.</w:t>
      </w:r>
    </w:p>
    <w:p>
      <w:pPr>
        <w:jc w:val="right"/>
      </w:pPr>
      <w:r>
        <w:t>دے ار، دے ہیو ڈیسائیڈڈ ٹو مس یوز دا، دا ڈیوائن پاتھ کمپلیٹلی۔ دے مس یوز دیر فریڈم کمپلیٹلی۔</w:t>
      </w:r>
    </w:p>
    <w:p>
      <w:r>
        <w:rPr>
          <w:b/>
        </w:rPr>
        <w:t xml:space="preserve">[46:02] </w:t>
      </w:r>
      <w:r>
        <w:t>so this situation is very, very, very, very serious.</w:t>
      </w:r>
    </w:p>
    <w:p>
      <w:pPr>
        <w:jc w:val="right"/>
      </w:pPr>
      <w:r>
        <w:t>سو دس سچویشن از ویری، ویری، ویری، ویری سیریس۔</w:t>
      </w:r>
    </w:p>
    <w:p>
      <w:r>
        <w:rPr>
          <w:b/>
        </w:rPr>
        <w:t xml:space="preserve">[46:09] </w:t>
      </w:r>
      <w:r>
        <w:t>so I invite</w:t>
      </w:r>
    </w:p>
    <w:p>
      <w:pPr>
        <w:jc w:val="right"/>
      </w:pPr>
      <w:r>
        <w:t>سو ائی انوائٹ</w:t>
      </w:r>
    </w:p>
    <w:p>
      <w:r>
        <w:rPr>
          <w:b/>
        </w:rPr>
        <w:t xml:space="preserve">[46:14] </w:t>
      </w:r>
      <w:r>
        <w:t>every sincere people to read this book at least one in their life to find what is ideology of life given in this, in this book.</w:t>
      </w:r>
    </w:p>
    <w:p>
      <w:pPr>
        <w:jc w:val="right"/>
      </w:pPr>
      <w:r>
        <w:t>ایوری سنسیر پیپل ٹو ریڈ دس بک ایٹ لیسٹ ون ان دیر لائف ٹو فائنڈ واٹ از ائیڈیالوجی اف لائف گیون ان دس، ان دس بک۔</w:t>
      </w:r>
    </w:p>
    <w:p>
      <w:r>
        <w:rPr>
          <w:b/>
        </w:rPr>
        <w:t xml:space="preserve">[46:28] </w:t>
      </w:r>
      <w:r>
        <w:t>what is scheme of God given in this book? what is the Christian plan given in this book? it is very important</w:t>
      </w:r>
    </w:p>
    <w:p>
      <w:pPr>
        <w:jc w:val="right"/>
      </w:pPr>
      <w:r>
        <w:t>واٹ از سکیم اف گاڈ گیون ان دس بک؟ واٹ از دا کرسچن پلان گیون ان دس بک؟ اٹ از ویری امپورٹنٹ</w:t>
      </w:r>
    </w:p>
    <w:p>
      <w:r>
        <w:rPr>
          <w:b/>
        </w:rPr>
        <w:t xml:space="preserve">[46:37] </w:t>
      </w:r>
      <w:r>
        <w:t>. for this purpose, God has created so much, created the present situation that this book is every day in the news.</w:t>
      </w:r>
    </w:p>
    <w:p>
      <w:pPr>
        <w:jc w:val="right"/>
      </w:pPr>
      <w:r>
        <w:t>۔ فار دس پرپس، گاڈ ہیز کریٹڈ سو مچ، کریٹڈ دا پریزنٹ سچویشن دیٹ دس بک از ایوری ڈے ان دا نیوز۔</w:t>
      </w:r>
    </w:p>
    <w:p>
      <w:r>
        <w:rPr>
          <w:b/>
        </w:rPr>
        <w:t xml:space="preserve">[46:49] </w:t>
      </w:r>
      <w:r>
        <w:t>only to, only for the sole purpose that people must read this book.</w:t>
      </w:r>
    </w:p>
    <w:p>
      <w:pPr>
        <w:jc w:val="right"/>
      </w:pPr>
      <w:r>
        <w:t>اونلی ٹو، اونلی فار دا سول پرپس دیٹ پیپل مسٹ ریڈ دس بک۔</w:t>
      </w:r>
    </w:p>
    <w:p>
      <w:r>
        <w:rPr>
          <w:b/>
        </w:rPr>
        <w:t xml:space="preserve">[46:56] </w:t>
      </w:r>
      <w:r>
        <w:t>but I, I will, I will repeat that it is very, very important to know the background of those verses, because this book was not revealed as a, as a, as a,</w:t>
      </w:r>
    </w:p>
    <w:p>
      <w:pPr>
        <w:jc w:val="right"/>
      </w:pPr>
      <w:r>
        <w:t>بٹ ائی، ائی ویل، ائی ویل ریپیٹ دیٹ اٹ از ویری، ویری امپورٹنٹ ٹو نو دا بیک گراؤنڈ اف دوز ورسز، بیکاز دس بک واز ناٹ ریویلڈ ایز اے، ایز اے، ایز اے،</w:t>
      </w:r>
    </w:p>
    <w:p>
      <w:r>
        <w:rPr>
          <w:b/>
        </w:rPr>
        <w:t xml:space="preserve">[47:12] </w:t>
      </w:r>
      <w:r>
        <w:t>other like other books that you see in library. no, it was, it was revealed according to the situation.</w:t>
      </w:r>
    </w:p>
    <w:p>
      <w:pPr>
        <w:jc w:val="right"/>
      </w:pPr>
      <w:r>
        <w:t>ادر لائک ادر بکس دیٹ یو سی ان لائبریری۔ نو، اٹ واز، اٹ واز ریویلڈ اکارڈنگ ٹو دا سچویشن۔</w:t>
      </w:r>
    </w:p>
    <w:p>
      <w:r>
        <w:rPr>
          <w:b/>
        </w:rPr>
        <w:t xml:space="preserve">[47:25] </w:t>
      </w:r>
      <w:r>
        <w:t>it is a paradic. it was paradical. so every verse has some, some background.</w:t>
      </w:r>
    </w:p>
    <w:p>
      <w:pPr>
        <w:jc w:val="right"/>
      </w:pPr>
      <w:r>
        <w:t>اٹ از ا پیراڈک۔ اٹ واز پیراڈیکل۔ سو ایوری ورس ہیز سم، سم بیک گراؤنڈ۔</w:t>
      </w:r>
    </w:p>
    <w:p>
      <w:r>
        <w:rPr>
          <w:b/>
        </w:rPr>
        <w:t xml:space="preserve">[47:34] </w:t>
      </w:r>
      <w:r>
        <w:t>without knowing that, that background, you can understand this book. the greatest misunderstanding is that Quran reaches violence.</w:t>
      </w:r>
    </w:p>
    <w:p>
      <w:pPr>
        <w:jc w:val="right"/>
      </w:pPr>
      <w:r>
        <w:t>وداؤٹ نوئنگ دیٹ، دیٹ بیک گراؤنڈ، یو کین انڈرسٹینڈ دس بک۔ دا گریٹسٹ مس انڈرسٹینڈنگ از دیٹ قرآن ریچز وائلنس۔</w:t>
      </w:r>
    </w:p>
    <w:p>
      <w:r>
        <w:rPr>
          <w:b/>
        </w:rPr>
        <w:t xml:space="preserve">[47:47] </w:t>
      </w:r>
      <w:r>
        <w:t>why? because they read some verses.</w:t>
      </w:r>
    </w:p>
    <w:p>
      <w:pPr>
        <w:jc w:val="right"/>
      </w:pPr>
      <w:r>
        <w:t>وائی؟ بیکاز دے ریڈ سم ورسز۔</w:t>
      </w:r>
    </w:p>
    <w:p>
      <w:r>
        <w:rPr>
          <w:b/>
        </w:rPr>
        <w:t xml:space="preserve">[47:52] </w:t>
      </w:r>
      <w:r>
        <w:t>you know, there are 6400 verses in the Quran, and more than 99 percent of the verses peace and tolerance and compassion and love.</w:t>
      </w:r>
    </w:p>
    <w:p>
      <w:pPr>
        <w:jc w:val="right"/>
      </w:pPr>
      <w:r>
        <w:t>یو نو، دیر ار 6400 ورسز ان دا قرآن، اینڈ مور دین 99 پرسنٹ اف دا ورسز پیس اینڈ ٹولرنس اینڈ کمپیشن اینڈ لو۔</w:t>
      </w:r>
    </w:p>
    <w:p>
      <w:r>
        <w:rPr>
          <w:b/>
        </w:rPr>
        <w:t xml:space="preserve">[48:08] </w:t>
      </w:r>
      <w:r>
        <w:t>and less than one percent verses are those in which you can find,</w:t>
      </w:r>
    </w:p>
    <w:p>
      <w:pPr>
        <w:jc w:val="right"/>
      </w:pPr>
      <w:r>
        <w:t>اینڈ لیس دین ون پرسنٹ ورسز ار دو ان وچ یو کین فائنڈ،</w:t>
      </w:r>
    </w:p>
    <w:p>
      <w:r>
        <w:rPr>
          <w:b/>
        </w:rPr>
        <w:t xml:space="preserve">[48:17] </w:t>
      </w:r>
      <w:r>
        <w:t>can find the issue of jihad or qital.</w:t>
      </w:r>
    </w:p>
    <w:p>
      <w:pPr>
        <w:jc w:val="right"/>
      </w:pPr>
      <w:r>
        <w:t>کین فائنڈ دا ایشو اف جہاد اور قتال۔</w:t>
      </w:r>
    </w:p>
    <w:p>
      <w:r>
        <w:rPr>
          <w:b/>
        </w:rPr>
        <w:t xml:space="preserve">[48:23] </w:t>
      </w:r>
      <w:r>
        <w:t>so if you know what was the background, then you can understand these verses. so these verses, these few verses were revealed at the time of war.</w:t>
      </w:r>
    </w:p>
    <w:p>
      <w:pPr>
        <w:jc w:val="right"/>
      </w:pPr>
      <w:r>
        <w:t>سو اف یو نو واٹ واز دا بیک گراؤنڈ، دین یو کین انڈرسٹینڈ دیز ورسز۔ تو دیز ورسز، دیز فیو ورسز ویر ریویلڈ ایٹ دا ٹائم اف وار۔</w:t>
      </w:r>
    </w:p>
    <w:p>
      <w:r>
        <w:rPr>
          <w:b/>
        </w:rPr>
        <w:t xml:space="preserve">[48:37] </w:t>
      </w:r>
      <w:r>
        <w:t>you know, when property started mission, so people became hostile.</w:t>
      </w:r>
    </w:p>
    <w:p>
      <w:pPr>
        <w:jc w:val="right"/>
      </w:pPr>
      <w:r>
        <w:t>یو نو، وین پراپرٹی سٹارٹڈ مشن، سو پیپل بیکم ہوسٹائل۔</w:t>
      </w:r>
    </w:p>
    <w:p>
      <w:r>
        <w:rPr>
          <w:b/>
        </w:rPr>
        <w:t xml:space="preserve">[48:44] </w:t>
      </w:r>
      <w:r>
        <w:t>some people accepted his mission, and majority turned hostile.</w:t>
      </w:r>
    </w:p>
    <w:p>
      <w:pPr>
        <w:jc w:val="right"/>
      </w:pPr>
      <w:r>
        <w:t>سم پیپل ایکسیپٹڈ ہز مشن، اینڈ میجورٹی ٹرنڈ ہوسٹائل۔</w:t>
      </w:r>
    </w:p>
    <w:p>
      <w:r>
        <w:rPr>
          <w:b/>
        </w:rPr>
        <w:t xml:space="preserve">[48:55] </w:t>
      </w:r>
      <w:r>
        <w:t>so up, but prophet always avoided, always he patience, patience.</w:t>
      </w:r>
    </w:p>
    <w:p>
      <w:pPr>
        <w:jc w:val="right"/>
      </w:pPr>
      <w:r>
        <w:t>سو اپ، بٹ پرافٹ الویز اوائیڈڈ، الویز ہی پیشنس، پیشنس۔</w:t>
      </w:r>
    </w:p>
    <w:p>
      <w:r>
        <w:rPr>
          <w:b/>
        </w:rPr>
        <w:t xml:space="preserve">[49:06] </w:t>
      </w:r>
      <w:r>
        <w:t>he</w:t>
      </w:r>
    </w:p>
    <w:p>
      <w:pPr>
        <w:jc w:val="right"/>
      </w:pPr>
      <w:r>
        <w:t>ہی</w:t>
      </w:r>
    </w:p>
    <w:p>
      <w:r>
        <w:rPr>
          <w:b/>
        </w:rPr>
        <w:t xml:space="preserve">[49:12] </w:t>
      </w:r>
      <w:r>
        <w:t>tried to convey his message to everyone, but at the same time he became patient, he became tolerant.</w:t>
      </w:r>
    </w:p>
    <w:p>
      <w:pPr>
        <w:jc w:val="right"/>
      </w:pPr>
      <w:r>
        <w:t>ٹرائی ٹو کنوے ہز میسج ٹو ایوری ون، بٹ ایٹ دا سیم ٹائم ہی بیکم پیشنٹ، ہی بیکم ٹولرنٹ۔</w:t>
      </w:r>
    </w:p>
    <w:p>
      <w:r>
        <w:rPr>
          <w:b/>
        </w:rPr>
        <w:t xml:space="preserve">[49:23] </w:t>
      </w:r>
      <w:r>
        <w:t>but yeh,</w:t>
      </w:r>
    </w:p>
    <w:p>
      <w:pPr>
        <w:jc w:val="right"/>
      </w:pPr>
      <w:r>
        <w:t>بٹ یہ،</w:t>
      </w:r>
    </w:p>
    <w:p>
      <w:r>
        <w:rPr>
          <w:b/>
        </w:rPr>
        <w:t xml:space="preserve">[49:29] </w:t>
      </w:r>
      <w:r>
        <w:t>but, but after some time, he was compelled to leave Mecca, and he migrated to Medina.</w:t>
      </w:r>
    </w:p>
    <w:p>
      <w:pPr>
        <w:jc w:val="right"/>
      </w:pPr>
      <w:r>
        <w:t>بٹ، بٹ افٹر سم ٹائم، ہی واز کمپل ٹو لیو مکہ، اینڈ ہی مائیگریٹڈ ٹو مدینہ۔</w:t>
      </w:r>
    </w:p>
    <w:p>
      <w:r>
        <w:rPr>
          <w:b/>
        </w:rPr>
        <w:t xml:space="preserve">[49:38] </w:t>
      </w:r>
      <w:r>
        <w:t>he settled in Medina peacefully. But those people who in the position of leadership at the time, that is Quraish.</w:t>
      </w:r>
    </w:p>
    <w:p>
      <w:pPr>
        <w:jc w:val="right"/>
      </w:pPr>
      <w:r>
        <w:t>ہی سیٹل ان مدینہ پیس فلی۔ بٹ دوز پیپل ہو ان دا پوزیشن اف لیڈرشپ ایٹ دا ٹائم، دیٹ از قریش۔</w:t>
      </w:r>
    </w:p>
    <w:p>
      <w:r>
        <w:rPr>
          <w:b/>
        </w:rPr>
        <w:t xml:space="preserve">[49:50] </w:t>
      </w:r>
      <w:r>
        <w:t>they attacked Medina.</w:t>
      </w:r>
    </w:p>
    <w:p>
      <w:pPr>
        <w:jc w:val="right"/>
      </w:pPr>
      <w:r>
        <w:t>دے اٹیک مدینہ۔</w:t>
      </w:r>
    </w:p>
    <w:p>
      <w:r>
        <w:rPr>
          <w:b/>
        </w:rPr>
        <w:t xml:space="preserve">[49:55] </w:t>
      </w:r>
      <w:r>
        <w:t>then there was some war. But you know, these wars are not really wars. They were skirmishes, because there were three or four wars:</w:t>
      </w:r>
    </w:p>
    <w:p>
      <w:pPr>
        <w:jc w:val="right"/>
      </w:pPr>
      <w:r>
        <w:t>دین دیر واز سم وار۔ بٹ یو نو، دیز وارز ار ناٹ ریلی وارز۔ دے وار اسکرمیشنز، بیکاز دیر وار تھری اف فور وارز:</w:t>
      </w:r>
    </w:p>
    <w:p>
      <w:r>
        <w:rPr>
          <w:b/>
        </w:rPr>
        <w:t xml:space="preserve">[50:10] </w:t>
      </w:r>
      <w:r>
        <w:t>Badr, Hunayn, and Uhud, and Khyber. And all these wars lasted only half half days.</w:t>
      </w:r>
    </w:p>
    <w:p>
      <w:pPr>
        <w:jc w:val="right"/>
      </w:pPr>
      <w:r>
        <w:t>بدر، حنین، اینڈ احد، اینڈ خیبر۔ اینڈ ال دیز وارز لاسٹڈ اونلی ہاف ہاف ڈے۔</w:t>
      </w:r>
    </w:p>
    <w:p>
      <w:r>
        <w:rPr>
          <w:b/>
        </w:rPr>
        <w:t xml:space="preserve">[50:21] </w:t>
      </w:r>
      <w:r>
        <w:t>all these wars started afternoon and ended at the sunset. So these war, these wars are not war.</w:t>
      </w:r>
    </w:p>
    <w:p>
      <w:pPr>
        <w:jc w:val="right"/>
      </w:pPr>
      <w:r>
        <w:t>ال دیز وارز سٹارٹڈ افٹر نون اینڈ اینڈڈ ایٹ دا سن سیٹ۔ سو دیز وار، دیز وارز ار ناٹ وار۔</w:t>
      </w:r>
    </w:p>
    <w:p>
      <w:r>
        <w:rPr>
          <w:b/>
        </w:rPr>
        <w:t xml:space="preserve">[50:34] </w:t>
      </w:r>
      <w:r>
        <w:t>skirmish, there was no war in the history that ended in few days.</w:t>
      </w:r>
    </w:p>
    <w:p>
      <w:pPr>
        <w:jc w:val="right"/>
      </w:pPr>
      <w:r>
        <w:t>اسکرمیشن، دیر واز نو وار ان دا ہسٹری دیٹ اینڈڈ ان فیو ڈیز۔</w:t>
      </w:r>
    </w:p>
    <w:p>
      <w:r>
        <w:rPr>
          <w:b/>
        </w:rPr>
        <w:t xml:space="preserve">[50:46] </w:t>
      </w:r>
      <w:r>
        <w:t>all those wars were fought for months and years. So Prophet was a tolerant person.</w:t>
      </w:r>
    </w:p>
    <w:p>
      <w:pPr>
        <w:jc w:val="right"/>
      </w:pPr>
      <w:r>
        <w:t>ال دوز وارز ویر فاٹ فار منتھ اینڈ ایئرز۔ سو پرافٹ واز ا ٹولرڈ پرسن۔</w:t>
      </w:r>
    </w:p>
    <w:p>
      <w:r>
        <w:rPr>
          <w:b/>
        </w:rPr>
        <w:t xml:space="preserve">[50:57] </w:t>
      </w:r>
      <w:r>
        <w:t>he was a peaceful person. He never engaged in violence. He never started any war.</w:t>
      </w:r>
    </w:p>
    <w:p>
      <w:pPr>
        <w:jc w:val="right"/>
      </w:pPr>
      <w:r>
        <w:t>ہی واز ا پیس فل پرسن۔ ہی نیور انگیج ان وائلنس۔ ہی نیور سٹارٹڈ اینی وار۔</w:t>
      </w:r>
    </w:p>
    <w:p>
      <w:r>
        <w:rPr>
          <w:b/>
        </w:rPr>
        <w:t xml:space="preserve">[51:05] </w:t>
      </w:r>
      <w:r>
        <w:t>but sometimes as a defense, he</w:t>
      </w:r>
    </w:p>
    <w:p>
      <w:pPr>
        <w:jc w:val="right"/>
      </w:pPr>
      <w:r>
        <w:t>بٹ سم ٹائم ایز ا ڈیفنس، ہی</w:t>
      </w:r>
    </w:p>
    <w:p>
      <w:r>
        <w:rPr>
          <w:b/>
        </w:rPr>
        <w:t xml:space="preserve">[51:12] </w:t>
      </w:r>
      <w:r>
        <w:t>he was compelled to go to war for a very short period. Otherwise, his life was completely life of mission.</w:t>
      </w:r>
    </w:p>
    <w:p>
      <w:pPr>
        <w:jc w:val="right"/>
      </w:pPr>
      <w:r>
        <w:t>ہی واز کمپل ٹو گو ٹو وار فار ا ویری شارٹ پیریڈ۔ ادروائز، ہز لائف واز کمپلیٹلی لائف اف مشن۔</w:t>
      </w:r>
    </w:p>
    <w:p>
      <w:r>
        <w:rPr>
          <w:b/>
        </w:rPr>
        <w:t xml:space="preserve">[51:23] </w:t>
      </w:r>
      <w:r>
        <w:t>he always wanted to convey his message.</w:t>
      </w:r>
    </w:p>
    <w:p>
      <w:pPr>
        <w:jc w:val="right"/>
      </w:pPr>
      <w:r>
        <w:t>ہی الویز وانٹڈ ٹو کنوے ہز میسج۔</w:t>
      </w:r>
    </w:p>
    <w:p>
      <w:r>
        <w:rPr>
          <w:b/>
        </w:rPr>
        <w:t xml:space="preserve">[51:27] </w:t>
      </w:r>
      <w:r>
        <w:t>he was not a political power, was not his</w:t>
      </w:r>
    </w:p>
    <w:p>
      <w:pPr>
        <w:jc w:val="right"/>
      </w:pPr>
      <w:r>
        <w:t>ہی واز ناٹ ا پولیٹیکل پاور، واز ناٹ ہز</w:t>
      </w:r>
    </w:p>
    <w:p>
      <w:r>
        <w:rPr>
          <w:b/>
        </w:rPr>
        <w:t xml:space="preserve">[51:35] </w:t>
      </w:r>
      <w:r>
        <w:t>target. No power, no money, no land was his target. His target was only to convey the message of God peacefully.</w:t>
      </w:r>
    </w:p>
    <w:p>
      <w:pPr>
        <w:jc w:val="right"/>
      </w:pPr>
      <w:r>
        <w:t>ٹارگٹ۔ نو پاور، نو منی، نو لینڈ واز ہز ٹارگٹ۔ ہز ٹارگٹ واز اونلی ٹو کنوے دا میسج اف گاڈ پیس فلی۔</w:t>
      </w:r>
    </w:p>
    <w:p>
      <w:r>
        <w:rPr>
          <w:b/>
        </w:rPr>
        <w:t xml:space="preserve">[51:51] </w:t>
      </w:r>
      <w:r>
        <w:t>so if you know the background, if you read the Quran, the life of the Prophet with an objective mind, you will find that Prophet of Islam was a Prophet of peace</w:t>
      </w:r>
    </w:p>
    <w:p>
      <w:pPr>
        <w:jc w:val="right"/>
      </w:pPr>
      <w:r>
        <w:t>سو اف یو نو دا بیک گراؤنڈ، اف یو ریڈ دا قرآن، دا لائف اف دا پرافٹ ود ان ابجیکٹو مائنڈ، یو ویل فائنڈ دیٹ پرافٹ اف اسلام واز ا پرافٹ اف پیس</w:t>
      </w:r>
    </w:p>
    <w:p>
      <w:r>
        <w:rPr>
          <w:b/>
        </w:rPr>
        <w:t xml:space="preserve">[52:12] </w:t>
      </w:r>
      <w:r>
        <w:t>. I have compiled a book with this title: Prophet of Peace and how it is under print: Prophet of Peace.</w:t>
      </w:r>
    </w:p>
    <w:p>
      <w:pPr>
        <w:jc w:val="right"/>
      </w:pPr>
      <w:r>
        <w:t>۔ ائی ہیو کمپائلڈ ا بک ود دس ٹائٹل: پرافٹ اف پیس اینڈ ہاؤ اٹ از انڈر پرنٹ: پرافٹ اف پیس۔</w:t>
      </w:r>
    </w:p>
    <w:p>
      <w:r>
        <w:rPr>
          <w:b/>
        </w:rPr>
        <w:t xml:space="preserve">[52:23] </w:t>
      </w:r>
      <w:r>
        <w:t>so I have studied Islam in detail, and I have found that Islam is religion of peace. Prophet of Islam was Prophet of peace.</w:t>
      </w:r>
    </w:p>
    <w:p>
      <w:pPr>
        <w:jc w:val="right"/>
      </w:pPr>
      <w:r>
        <w:t>سو ائی ہیو سٹڈی اسلام ان ڈیٹیل، اینڈ ائی ہیو فاؤنڈ دیٹ اسلام از ریلیجن اف پیس۔ پرافٹ اف اسلام واز پرافٹ اف پیس۔</w:t>
      </w:r>
    </w:p>
    <w:p>
      <w:r>
        <w:rPr>
          <w:b/>
        </w:rPr>
        <w:t xml:space="preserve">[52:35] </w:t>
      </w:r>
      <w:r>
        <w:t>so it was a complete, it was a mission of peace in complete sense of the word.</w:t>
      </w:r>
    </w:p>
    <w:p>
      <w:pPr>
        <w:jc w:val="right"/>
      </w:pPr>
      <w:r>
        <w:t>سو اٹ واز ا کمپلیٹ، اٹ واز ا مشن اف پیس ان کمپلیٹ سینس اف دا ورڈ۔</w:t>
      </w:r>
    </w:p>
    <w:p>
      <w:r>
        <w:rPr>
          <w:b/>
        </w:rPr>
        <w:t xml:space="preserve">[52:45] </w:t>
      </w:r>
      <w:r>
        <w:t>so I, I, I request everyone to read Quran with an objective mind, and also by keeping in mind that background in which all these verses were revealed,</w:t>
      </w:r>
    </w:p>
    <w:p>
      <w:pPr>
        <w:jc w:val="right"/>
      </w:pPr>
      <w:r>
        <w:t>سو ائی، ائی، ائی ریکویسٹ ایوری ون ٹو ریڈ قرآن ود ان ابجیکٹو مائنڈ، اینڈ السو بائی کیپنگ ان مائنڈ دیٹ بیک گراؤنڈ ان وچ ال دیز ورسز ویر ریویلڈ،</w:t>
      </w:r>
    </w:p>
    <w:p>
      <w:r>
        <w:rPr>
          <w:b/>
        </w:rPr>
        <w:t xml:space="preserve">[53:09] </w:t>
      </w:r>
      <w:r>
        <w:t>so that they may understand the message of Quran in a proper way.</w:t>
      </w:r>
    </w:p>
    <w:p>
      <w:pPr>
        <w:jc w:val="right"/>
      </w:pPr>
      <w:r>
        <w:t>سو دیٹ دے می انڈرسٹینڈ دا میسج اف قرآن ان ا پراپر وے۔</w:t>
      </w:r>
    </w:p>
    <w:p>
      <w:r>
        <w:rPr>
          <w:b/>
        </w:rPr>
        <w:t xml:space="preserve">[53:19] </w:t>
      </w:r>
      <w:r>
        <w:t>this is the according to my knowledge, according to my study, this is the message of the Quran. Message of, message of Quran is to, to,</w:t>
      </w:r>
    </w:p>
    <w:p>
      <w:pPr>
        <w:jc w:val="right"/>
      </w:pPr>
      <w:r>
        <w:t>دس از دا اکارڈنگ ٹو مائی نالج، اکارڈنگ ٹو مائی سٹڈی، دس از دا میسج اف دا قرآن۔ میسج اف، میسج اف قرآن از ٹو، ٹو،</w:t>
      </w:r>
    </w:p>
    <w:p>
      <w:r>
        <w:rPr>
          <w:b/>
        </w:rPr>
        <w:t xml:space="preserve">[53:34] </w:t>
      </w:r>
      <w:r>
        <w:t>to make people aware about the christian plan of God, about the ideology of life, about the scheme of God.</w:t>
      </w:r>
    </w:p>
    <w:p>
      <w:pPr>
        <w:jc w:val="right"/>
      </w:pPr>
      <w:r>
        <w:t>ٹو میک پیپل اویر اباؤٹ دی کرسچن پلان اف گاڈ، اباؤٹ دا ائیڈیالوجی اف لائف، اباؤٹ دا سکیم اف گاڈ۔</w:t>
      </w:r>
    </w:p>
    <w:p>
      <w:r>
        <w:rPr>
          <w:b/>
        </w:rPr>
        <w:t xml:space="preserve">[53:48] </w:t>
      </w:r>
      <w:r>
        <w:t>it is not a political system. the political power is not its target.</w:t>
      </w:r>
    </w:p>
    <w:p>
      <w:pPr>
        <w:jc w:val="right"/>
      </w:pPr>
      <w:r>
        <w:t>اٹ از ناٹ ا پولیٹیکل سسٹم۔ دا پولیٹیکل پاور از ناٹ اٹس ٹارگٹ۔</w:t>
      </w:r>
    </w:p>
    <w:p>
      <w:r>
        <w:rPr>
          <w:b/>
        </w:rPr>
        <w:t xml:space="preserve">[53:56] </w:t>
      </w:r>
      <w:r>
        <w:t>those people who gave interpretation, those people who gave political interpretation, they are completely wrong, completely wrong.</w:t>
      </w:r>
    </w:p>
    <w:p>
      <w:pPr>
        <w:jc w:val="right"/>
      </w:pPr>
      <w:r>
        <w:t>دوز پیپل ہو گیو انٹرپریشن، دوز پیپل ہو گیو پولیٹیکل انٹرپریشن، دے ار کمپلیٹلی رونگ، کمپلیٹلی رونگ۔</w:t>
      </w:r>
    </w:p>
    <w:p>
      <w:r>
        <w:rPr>
          <w:b/>
        </w:rPr>
        <w:t xml:space="preserve">[54:08] </w:t>
      </w:r>
      <w:r>
        <w:t>i know that there are some people who are trying to give political interpretation of Islam and of Quran, that all these books are nothing but fallacy, fallacy based on some fallacy.</w:t>
      </w:r>
    </w:p>
    <w:p>
      <w:pPr>
        <w:jc w:val="right"/>
      </w:pPr>
      <w:r>
        <w:t>ائی نو دیٹ دیر ار سم پیپل ہو ار ٹرائنگ ٹو گیو پولیٹیکل انٹرپریشن اف اسلام اینڈ اف قرآن، دیٹ ال دیز بکس ار نتھنگ بٹ فلیسی، فلیسی بیسڈ ان سم فلیسی۔</w:t>
      </w:r>
    </w:p>
    <w:p>
      <w:r>
        <w:rPr>
          <w:b/>
        </w:rPr>
        <w:t xml:space="preserve">[54:33] </w:t>
      </w:r>
      <w:r>
        <w:t>political power is not the target of Islam.</w:t>
      </w:r>
    </w:p>
    <w:p>
      <w:pPr>
        <w:jc w:val="right"/>
      </w:pPr>
      <w:r>
        <w:t>پولیٹیکل پاور از ناٹ دا ٹارگٹ اف اسلام۔</w:t>
      </w:r>
    </w:p>
    <w:p>
      <w:r>
        <w:rPr>
          <w:b/>
        </w:rPr>
        <w:t xml:space="preserve">[54:37] </w:t>
      </w:r>
      <w:r>
        <w:t>islamic target is spiritual target to change the mind of man, to change the soul of man, to give man a new vision.</w:t>
      </w:r>
    </w:p>
    <w:p>
      <w:pPr>
        <w:jc w:val="right"/>
      </w:pPr>
      <w:r>
        <w:t>اسلامک ٹارگٹ از سپرچول ٹارگٹ ٹو چینج دا مائنڈ اف مین، ٹو چینج دا سول اف مین، ٹو گیو مین ا نیو ویژن۔</w:t>
      </w:r>
    </w:p>
    <w:p>
      <w:r>
        <w:rPr>
          <w:b/>
        </w:rPr>
        <w:t xml:space="preserve">[54:53] </w:t>
      </w:r>
      <w:r>
        <w:t>i can see in a word that God oriented thinking, God oriented speech, God oriented behaviour,</w:t>
      </w:r>
    </w:p>
    <w:p>
      <w:pPr>
        <w:jc w:val="right"/>
      </w:pPr>
      <w:r>
        <w:t>ائی کین سی ان ا ورڈ دیٹ گاڈ اورینٹڈ تھنکنگ، گاڈ اورینٹڈ سپیچ، گاڈ اورینٹڈ بیہیویئر،</w:t>
      </w:r>
    </w:p>
    <w:p>
      <w:r>
        <w:rPr>
          <w:b/>
        </w:rPr>
        <w:t xml:space="preserve">[55:03] </w:t>
      </w:r>
      <w:r>
        <w:t>this is the target of the Quran. to create that kind of man. i have read a book, the title was the mind: Quran builds.</w:t>
      </w:r>
    </w:p>
    <w:p>
      <w:pPr>
        <w:jc w:val="right"/>
      </w:pPr>
      <w:r>
        <w:t>دس از دا ٹارگٹ اف دا قرآن۔ ٹو کریٹ دیٹ کائنڈ اف مین۔ ائی ہیو ریڈ ا بک، دا ٹائٹل واز دا مائنڈ: القرآن بلڈز۔</w:t>
      </w:r>
    </w:p>
    <w:p>
      <w:r>
        <w:rPr>
          <w:b/>
        </w:rPr>
        <w:t xml:space="preserve">[55:19] </w:t>
      </w:r>
      <w:r>
        <w:t>the mind: Quran builds. but this book was not very clear. i fail to understand the real message of this book</w:t>
      </w:r>
    </w:p>
    <w:p>
      <w:pPr>
        <w:jc w:val="right"/>
      </w:pPr>
      <w:r>
        <w:t>دا مائنڈ: القرآن بلڈز۔ بٹ دس بک واز ناٹ ویری کلیئر۔ ائی فیل ٹو انڈرسٹینڈ دا ریل میسج اف دس بک</w:t>
      </w:r>
    </w:p>
    <w:p>
      <w:r>
        <w:rPr>
          <w:b/>
        </w:rPr>
        <w:t xml:space="preserve">[55:30] </w:t>
      </w:r>
      <w:r>
        <w:t>, but i can say that Quran wants to build a mind that is God oriented mind.</w:t>
      </w:r>
    </w:p>
    <w:p>
      <w:pPr>
        <w:jc w:val="right"/>
      </w:pPr>
      <w:r>
        <w:t>، بٹ ائی کین سے دیٹ قرآن وانٹس ٹو بلڈ ا مائنڈ دیٹ از گاڈ اورینٹڈ مائنڈ۔</w:t>
      </w:r>
    </w:p>
    <w:p>
      <w:r>
        <w:rPr>
          <w:b/>
        </w:rPr>
        <w:t xml:space="preserve">[55:45] </w:t>
      </w:r>
      <w:r>
        <w:t>this is the best expression of Quranic mind.</w:t>
      </w:r>
    </w:p>
    <w:p>
      <w:pPr>
        <w:jc w:val="right"/>
      </w:pPr>
      <w:r>
        <w:t>دس از دا بیسٹ ایکسپریشن اف قرآنک مائنڈ۔</w:t>
      </w:r>
    </w:p>
    <w:p>
      <w:r>
        <w:rPr>
          <w:b/>
        </w:rPr>
        <w:t xml:space="preserve">[55:51] </w:t>
      </w:r>
      <w:r>
        <w:t>Quran wants to build such mind that is God oriented.</w:t>
      </w:r>
    </w:p>
    <w:p>
      <w:pPr>
        <w:jc w:val="right"/>
      </w:pPr>
      <w:r>
        <w:t>قرآن وانٹس ٹو بلڈ سچ مائنڈ دیٹ از گاڈ اورینٹڈ۔</w:t>
      </w:r>
    </w:p>
    <w:p>
      <w:r>
        <w:rPr>
          <w:b/>
        </w:rPr>
        <w:t xml:space="preserve">[55:58] </w:t>
      </w:r>
      <w:r>
        <w:t>so God oriented thinking, God oriented speech, God oriented behaviour, this is the only target of Islam and the Quran.</w:t>
      </w:r>
    </w:p>
    <w:p>
      <w:pPr>
        <w:jc w:val="right"/>
      </w:pPr>
      <w:r>
        <w:t>سو گاڈ اورینٹڈ تھنکنگ، گاڈ اورینٹڈ سپیچ، گاڈ اورینٹڈ بیہیویئر، دس از دا اونلی ٹارگٹ اف اسلام اینڈ دا قرآن۔</w:t>
      </w:r>
    </w:p>
    <w:p>
      <w:r>
        <w:rPr>
          <w:b/>
        </w:rPr>
        <w:t xml:space="preserve">[56:12] </w:t>
      </w:r>
      <w:r>
        <w:t>Quran wants make people,</w:t>
      </w:r>
    </w:p>
    <w:p>
      <w:pPr>
        <w:jc w:val="right"/>
      </w:pPr>
      <w:r>
        <w:t>قرآن وانٹس میک پیپل،</w:t>
      </w:r>
    </w:p>
    <w:p>
      <w:r>
        <w:rPr>
          <w:b/>
        </w:rPr>
        <w:t xml:space="preserve">[56:17] </w:t>
      </w:r>
      <w:r>
        <w:t>make people to live in</w:t>
      </w:r>
    </w:p>
    <w:p>
      <w:pPr>
        <w:jc w:val="right"/>
      </w:pPr>
      <w:r>
        <w:t>میک پیپل ٹو لیو ان</w:t>
      </w:r>
    </w:p>
    <w:p>
      <w:r>
        <w:rPr>
          <w:b/>
        </w:rPr>
        <w:t xml:space="preserve">[56:23] </w:t>
      </w:r>
      <w:r>
        <w:t>spiritual line,</w:t>
      </w:r>
    </w:p>
    <w:p>
      <w:pPr>
        <w:jc w:val="right"/>
      </w:pPr>
      <w:r>
        <w:t>سپرچول لائن،</w:t>
      </w:r>
    </w:p>
    <w:p>
      <w:r>
        <w:rPr>
          <w:b/>
        </w:rPr>
        <w:t xml:space="preserve">[56:25] </w:t>
      </w:r>
      <w:r>
        <w:t>because you know, the according to the Quran, our life is divided to part. here we are for test, and after death, we will go to the, we will enter to other world, where there is paradise and there is heaven.</w:t>
      </w:r>
    </w:p>
    <w:p>
      <w:pPr>
        <w:jc w:val="right"/>
      </w:pPr>
      <w:r>
        <w:t>بیکاز یو نو، دا اکارڈنگ ٹو دا قرآن، اور لائف از ڈیوائیڈڈ ٹو پارٹ۔ ہیر وی ار فار ٹیسٹ، اینڈ افٹر ڈیتھ، وی ول گو ٹو دی، وی ول انٹر ٹو ادر ورلڈ، ویر دیر از پیراڈائز اینڈ دیر از ہیون۔</w:t>
      </w:r>
    </w:p>
    <w:p>
      <w:r>
        <w:rPr>
          <w:b/>
        </w:rPr>
        <w:t xml:space="preserve">[56:49] </w:t>
      </w:r>
      <w:r>
        <w:t>so the only condition to find entry into paradise is to purify your soul, not to misuse your freedom, to follow the commandment of God.</w:t>
      </w:r>
    </w:p>
    <w:p>
      <w:pPr>
        <w:jc w:val="right"/>
      </w:pPr>
      <w:r>
        <w:t>سو دا اونلی کنڈیشن ٹو فائن انٹری انٹو پیراڈائز از ٹو پیریفائی یور سول، ناٹ ٹو مس یوز یور فریڈم، ٹو فالو دا کمانڈمنٹ اف گاڈ۔</w:t>
      </w:r>
    </w:p>
    <w:p>
      <w:r>
        <w:rPr>
          <w:b/>
        </w:rPr>
        <w:t xml:space="preserve">[57:05] </w:t>
      </w:r>
      <w:r>
        <w:t>this is the main purpose of the Quran.</w:t>
      </w:r>
    </w:p>
    <w:p>
      <w:pPr>
        <w:jc w:val="right"/>
      </w:pPr>
      <w:r>
        <w:t>دس از دا مین پرپس اف دا قرآن۔</w:t>
      </w:r>
    </w:p>
    <w:p>
      <w:r>
        <w:rPr>
          <w:b/>
        </w:rPr>
        <w:t xml:space="preserve">[57:10] </w:t>
      </w:r>
      <w:r>
        <w:t>so individual is the target of the Islam, not the system. very important</w:t>
      </w:r>
    </w:p>
    <w:p>
      <w:pPr>
        <w:jc w:val="right"/>
      </w:pPr>
      <w:r>
        <w:t>سو انڈیویجول از دا ٹارگٹ اف دا اسلام، ناٹ دا سسٹم۔ ویری امپورٹنٹ</w:t>
      </w:r>
    </w:p>
    <w:p>
      <w:r>
        <w:rPr>
          <w:b/>
        </w:rPr>
        <w:t xml:space="preserve">[57:17] </w:t>
      </w:r>
      <w:r>
        <w:t>, system is not the target of Islam, our system is not the target of the Quran. it is individual that is target of the Quran.</w:t>
      </w:r>
    </w:p>
    <w:p>
      <w:pPr>
        <w:jc w:val="right"/>
      </w:pPr>
      <w:r>
        <w:t>، سسٹم از ناٹ دا ٹارگٹ اف اسلام، اور سسٹم از ناٹ دا ٹارگٹ اف دا قرآن۔ اٹ از انڈیویجول دیٹ از ٹارگٹ اف دا قرآن۔</w:t>
      </w:r>
    </w:p>
    <w:p>
      <w:r>
        <w:rPr>
          <w:b/>
        </w:rPr>
        <w:t xml:space="preserve">[57:29] </w:t>
      </w:r>
      <w:r>
        <w:t>Quran wants to re engineer your mind. Quran wants to</w:t>
      </w:r>
    </w:p>
    <w:p>
      <w:pPr>
        <w:jc w:val="right"/>
      </w:pPr>
      <w:r>
        <w:t>قرآن وانٹس ٹو ری انجینئر یور مائنڈ۔ قرآن وانٹس ٹو</w:t>
      </w:r>
    </w:p>
    <w:p>
      <w:r>
        <w:rPr>
          <w:b/>
        </w:rPr>
        <w:t xml:space="preserve">[57:39] </w:t>
      </w:r>
      <w:r>
        <w:t>make you a purified soul. Quran wants to activate your mind in a positive way.</w:t>
      </w:r>
    </w:p>
    <w:p>
      <w:pPr>
        <w:jc w:val="right"/>
      </w:pPr>
      <w:r>
        <w:t>میک یو ا پیریفائیڈ سول۔ قرآن وانٹس ٹو ایکٹیویٹ یور مائنڈ ان ا پوزیٹیو وے۔</w:t>
      </w:r>
    </w:p>
    <w:p>
      <w:r>
        <w:rPr>
          <w:b/>
        </w:rPr>
        <w:t xml:space="preserve">[57:48] </w:t>
      </w:r>
      <w:r>
        <w:t>Quran wants to</w:t>
      </w:r>
    </w:p>
    <w:p>
      <w:pPr>
        <w:jc w:val="right"/>
      </w:pPr>
      <w:r>
        <w:t>قرآن وانٹس ٹو</w:t>
      </w:r>
    </w:p>
    <w:p>
      <w:r>
        <w:rPr>
          <w:b/>
        </w:rPr>
        <w:t xml:space="preserve">[57:54] </w:t>
      </w:r>
      <w:r>
        <w:t>inculcate into positivity. Quran wants to build a positive personality in every human being.</w:t>
      </w:r>
    </w:p>
    <w:p>
      <w:pPr>
        <w:jc w:val="right"/>
      </w:pPr>
      <w:r>
        <w:t>انکلکیٹ انٹو پوزیٹیوٹی۔ قرآن وانٹس ٹو بلڈ ا پوزیٹیو پرسنیلٹی ان ایوری ہیومن بینگ۔</w:t>
      </w:r>
    </w:p>
    <w:p>
      <w:r>
        <w:rPr>
          <w:b/>
        </w:rPr>
        <w:t xml:space="preserve">[58:04] </w:t>
      </w:r>
      <w:r>
        <w:t>i think that the positive personality is the only, only target of the quran.</w:t>
      </w:r>
    </w:p>
    <w:p>
      <w:pPr>
        <w:jc w:val="right"/>
      </w:pPr>
      <w:r>
        <w:t>ائی تھنک دیٹ دا پوزیٹیو پرسنیلٹی از دا اونلی، اونلی ٹارگٹ اف دا قرآن۔</w:t>
      </w:r>
    </w:p>
    <w:p>
      <w:r>
        <w:rPr>
          <w:b/>
        </w:rPr>
        <w:t xml:space="preserve">[58:12] </w:t>
      </w:r>
      <w:r>
        <w:t>but in this world, where there are negative experiences, so we have to learn the, learn the art of</w:t>
      </w:r>
    </w:p>
    <w:p>
      <w:pPr>
        <w:jc w:val="right"/>
      </w:pPr>
      <w:r>
        <w:t>بٹ ان دس ورلڈ، ویر دیر ار نیگیٹیو ایکسپیرینسز، سو وی ہیو ٹو لرن دا، لرن دا ارٹ اف</w:t>
      </w:r>
    </w:p>
    <w:p>
      <w:r>
        <w:rPr>
          <w:b/>
        </w:rPr>
        <w:t xml:space="preserve">[58:26] </w:t>
      </w:r>
      <w:r>
        <w:t>managing the negativity. we have to manage, we have to turn the negativity into positivity. then we will be able to live as a positive person.</w:t>
      </w:r>
    </w:p>
    <w:p>
      <w:pPr>
        <w:jc w:val="right"/>
      </w:pPr>
      <w:r>
        <w:t>مینیجنگ دا نیگیٹیوٹی۔ وی ہیو ٹو مینیج، وی ہیو ٹو ٹرن دا نیگیٹیوٹی انٹو پوزیٹیوٹی۔ دین وی ول بی ایبل ٹو لیو ایز ا پوزیٹیو پرسن۔</w:t>
      </w:r>
    </w:p>
    <w:p>
      <w:r>
        <w:rPr>
          <w:b/>
        </w:rPr>
        <w:t xml:space="preserve">[58:40] </w:t>
      </w:r>
      <w:r>
        <w:t>so positive mind is the only mind which quran wants to build in every human being. i say my word and ask forgiveness from allah for you all.</w:t>
      </w:r>
    </w:p>
    <w:p>
      <w:pPr>
        <w:jc w:val="right"/>
      </w:pPr>
      <w:r>
        <w:t>تو پوزیٹیو مائنڈ از دا اونلی مائنڈ وچ قرآن وانٹس ٹو بلڈ ان ایوری ہیومن بینگ۔ اقول قولی واستغفراللہ لکم اجمعین۔</w:t>
      </w:r>
    </w:p>
    <w:p>
      <w:r>
        <w:rPr>
          <w:b/>
        </w:rPr>
        <w:t xml:space="preserve">[59:05] </w:t>
      </w:r>
      <w:r>
        <w:t>he is also mentioned that the homosexuals claim that this they were born with this nature, and it is not their choice to be gay or lesbian.</w:t>
      </w:r>
    </w:p>
    <w:p>
      <w:pPr>
        <w:jc w:val="right"/>
      </w:pPr>
      <w:r>
        <w:t>ہی از السو مینشن دیٹ دی ہومو سیکشولز کلیم دیٹ دس دے وار بورن ود دس نیچر، اینڈ اٹ از ناٹ دیر چوائس ٹو بی گے اور لیسبین۔</w:t>
      </w:r>
    </w:p>
    <w:p>
      <w:r>
        <w:rPr>
          <w:b/>
        </w:rPr>
        <w:t xml:space="preserve">[59:16] </w:t>
      </w:r>
      <w:r>
        <w:t>why you can say they are born? meaning man was living at this world, and this planet earth, since meaning since then and then, but since billion years.</w:t>
      </w:r>
    </w:p>
    <w:p>
      <w:pPr>
        <w:jc w:val="right"/>
      </w:pPr>
      <w:r>
        <w:t>وائی یو کین سے دیر ار بورن؟ یعنی مین واز لیونگ ایٹ دس ورلڈ، اینڈ دس پلینٹ ارتھ، سنس یعنی سن تھا اینڈ تھا، بٹ سن بلین ایئرز۔</w:t>
      </w:r>
    </w:p>
    <w:p>
      <w:r>
        <w:rPr>
          <w:b/>
        </w:rPr>
        <w:t xml:space="preserve">[59:28] </w:t>
      </w:r>
      <w:r>
        <w:t>but this context was not there. it is only a recent phenomenon.</w:t>
      </w:r>
    </w:p>
    <w:p>
      <w:pPr>
        <w:jc w:val="right"/>
      </w:pPr>
      <w:r>
        <w:t>بٹ دس کانٹیکٹ واز ناٹ دیر۔ اٹ از اونلی ا ریسنٹ فیناومینا۔</w:t>
      </w:r>
    </w:p>
    <w:p>
      <w:r>
        <w:rPr>
          <w:b/>
        </w:rPr>
        <w:t xml:space="preserve">[59:34] </w:t>
      </w:r>
      <w:r>
        <w:t>it is a misuse of freedom, and nothing. it is not natural. it is misuse of freedom. and in our present world, people are facing some problem in their marriages, so they have adopted this kind of.</w:t>
      </w:r>
    </w:p>
    <w:p>
      <w:pPr>
        <w:jc w:val="right"/>
      </w:pPr>
      <w:r>
        <w:t>اٹ از ا مس یوز اف فریڈم، اینڈ نتھنگ۔ اٹ از ناٹ نیچرل۔ اٹ از مس یوز اف فریڈم۔ اینڈ ان اور پریزنٹ ورلڈ، پیپل ار فیسنگ سم پرابلم ان دیر میریجز، سو دے ہیو اڈاپٹڈ دس کائنڈ اف۔</w:t>
      </w:r>
    </w:p>
    <w:p>
      <w:r>
        <w:rPr>
          <w:b/>
        </w:rPr>
        <w:t xml:space="preserve">[59:53] </w:t>
      </w:r>
      <w:r>
        <w:t>it is sexual anarchy. simply claim is not enough.</w:t>
      </w:r>
    </w:p>
    <w:p>
      <w:pPr>
        <w:jc w:val="right"/>
      </w:pPr>
      <w:r>
        <w:t>اٹ از سیکشول انارکی۔ سمپلی کلیم از ناٹ انف۔</w:t>
      </w:r>
    </w:p>
    <w:p>
      <w:r>
        <w:rPr>
          <w:b/>
        </w:rPr>
        <w:t xml:space="preserve">[1:00:01] </w:t>
      </w:r>
      <w:r>
        <w:t>i don't think that there is any substantial evidence that supports this kind of practice. no substantial report is available.</w:t>
      </w:r>
    </w:p>
    <w:p>
      <w:pPr>
        <w:jc w:val="right"/>
      </w:pPr>
      <w:r>
        <w:t>ائی ڈونٹ تھنک دیٹ دیر از اینی سبسٹینشل ایویڈنس دیٹ سپورٹس دس کائنڈ اف پریکٹس۔ نو سبسٹینشل رپورٹ از اویلیبل۔</w:t>
      </w:r>
    </w:p>
    <w:p>
      <w:r>
        <w:rPr>
          <w:b/>
        </w:rPr>
        <w:t xml:space="preserve">[1:00:11] </w:t>
      </w:r>
      <w:r>
        <w:t>simply claim is not enough.</w:t>
      </w:r>
    </w:p>
    <w:p>
      <w:pPr>
        <w:jc w:val="right"/>
      </w:pPr>
      <w:r>
        <w:t>سمپلی کلیم از ناٹ انف۔</w:t>
      </w:r>
    </w:p>
    <w:p>
      <w:r>
        <w:rPr>
          <w:b/>
        </w:rPr>
        <w:t xml:space="preserve">[1:00:16] </w:t>
      </w:r>
      <w:r>
        <w:t>his second question is: should gays and lesbians be abroad and discriminated in the society?</w:t>
      </w:r>
    </w:p>
    <w:p>
      <w:pPr>
        <w:jc w:val="right"/>
      </w:pPr>
      <w:r>
        <w:t>ہز سیکنڈ کوسچن از: شوڈ گیز اینڈ لیسبینز بی ابہاڈ اینڈ ڈسکرمینیٹڈ ان دا سوسائٹی؟</w:t>
      </w:r>
    </w:p>
    <w:p>
      <w:r>
        <w:rPr>
          <w:b/>
        </w:rPr>
        <w:t xml:space="preserve">[1:00:24] </w:t>
      </w:r>
      <w:r>
        <w:t>how can this culture be arrested</w:t>
      </w:r>
    </w:p>
    <w:p>
      <w:pPr>
        <w:jc w:val="right"/>
      </w:pPr>
      <w:r>
        <w:t>ہاؤ کین دس کلچر بی اریسٹڈ</w:t>
      </w:r>
    </w:p>
    <w:p>
      <w:r>
        <w:rPr>
          <w:b/>
        </w:rPr>
        <w:t xml:space="preserve">[1:00:27] </w:t>
      </w:r>
      <w:r>
        <w:t>? what should be the approach of general public and the government towards these people and the act of it self? very difficult question.</w:t>
      </w:r>
    </w:p>
    <w:p>
      <w:pPr>
        <w:jc w:val="right"/>
      </w:pPr>
      <w:r>
        <w:t>؟ واٹ شوڈ بی دا اپروچ اف جنرل پبلک اینڈ دی گورنمنٹ ٹورڈز دیز پیپل اینڈ دی ایکٹ اف اٹ سیلف؟ ویری ڈیفیکلٹ کوسچن۔</w:t>
      </w:r>
    </w:p>
    <w:p>
      <w:r>
        <w:rPr>
          <w:b/>
        </w:rPr>
        <w:t xml:space="preserve">[1:00:40] </w:t>
      </w:r>
      <w:r>
        <w:t>as i said in my speech, that whole system is now been collapsed.</w:t>
      </w:r>
    </w:p>
    <w:p>
      <w:pPr>
        <w:jc w:val="right"/>
      </w:pPr>
      <w:r>
        <w:t>ایز ائی سیڈ ان مائی سپیچ، دیٹ ہول سسٹم از ناؤ بین کولیپسڈ۔</w:t>
      </w:r>
    </w:p>
    <w:p>
      <w:r>
        <w:rPr>
          <w:b/>
        </w:rPr>
        <w:t xml:space="preserve">[1:00:47] </w:t>
      </w:r>
      <w:r>
        <w:t>meaning social conscious is now dead, and judiciary is not performing duty, and also administrative services, administrative agencies are not performing their duties.</w:t>
      </w:r>
    </w:p>
    <w:p>
      <w:pPr>
        <w:jc w:val="right"/>
      </w:pPr>
      <w:r>
        <w:t>یعنی سوشل کانشیس از ناؤ ڈیڈ، اینڈ جوڈیشری از ناٹ پرفارمنگ ڈیوٹی، اینڈ السو ایڈمنسٹریٹو سروسز، ایڈمنسٹریٹیو ایجنسیز ار ناٹ پرفارمنگ دیر ڈیوٹیز۔</w:t>
      </w:r>
    </w:p>
    <w:p>
      <w:r>
        <w:rPr>
          <w:b/>
        </w:rPr>
        <w:t xml:space="preserve">[1:01:06] </w:t>
      </w:r>
      <w:r>
        <w:t>so it is very difficult time.</w:t>
      </w:r>
    </w:p>
    <w:p>
      <w:pPr>
        <w:jc w:val="right"/>
      </w:pPr>
      <w:r>
        <w:t>سو اٹ از ویری ڈیفیکلٹ ٹائم۔</w:t>
      </w:r>
    </w:p>
    <w:p>
      <w:r>
        <w:rPr>
          <w:b/>
        </w:rPr>
        <w:t xml:space="preserve">[1:01:10] </w:t>
      </w:r>
      <w:r>
        <w:t>according to my analysis, there is no silver lining at present. i can say that mankind is heading towards doom today.</w:t>
      </w:r>
    </w:p>
    <w:p>
      <w:pPr>
        <w:jc w:val="right"/>
      </w:pPr>
      <w:r>
        <w:t>اکارڈنگ ٹو مائی انالیسز، دیر از نو سلور لائننگ ایٹ پریزنٹ۔ ائی کین سے دیٹ مین کائنڈ از ہیڈنگ ٹورڈز ڈوم ٹوڈے۔</w:t>
      </w:r>
    </w:p>
    <w:p>
      <w:r>
        <w:rPr>
          <w:b/>
        </w:rPr>
        <w:t xml:space="preserve">[1:01:27] </w:t>
      </w:r>
      <w:r>
        <w:t>it is my, it is my assessment. this question is from mr abdul aziz from nanded</w:t>
      </w:r>
    </w:p>
    <w:p>
      <w:pPr>
        <w:jc w:val="right"/>
      </w:pPr>
      <w:r>
        <w:t>اٹ از مائی، اٹ از مائی اسیسمنٹ۔ دس کوسچن از فرام مسٹر عبدالعزیز فرام ناندیر</w:t>
      </w:r>
    </w:p>
    <w:p>
      <w:r>
        <w:rPr>
          <w:b/>
        </w:rPr>
        <w:t xml:space="preserve">[1:01:39] </w:t>
      </w:r>
      <w:r>
        <w:t>: people's tendency towards the doomsday is that it can not, they say that it can not happen so soon, and this could also be one of the biggest signs of the fact that doomsday is near.</w:t>
      </w:r>
    </w:p>
    <w:p>
      <w:pPr>
        <w:jc w:val="right"/>
      </w:pPr>
      <w:r>
        <w:t>: پیپلز ٹینڈنسی ٹورڈز دا ڈومز ڈے از دیٹ اٹ کین ناٹ، دے سے دیٹ اٹ کین ناٹ ہیپن سو سون، اینڈ دس کڈ السو بی ون اف دا بگسٹ سائنز اف دا فیکٹ دیٹ ڈومز ڈے از نیئر۔</w:t>
      </w:r>
    </w:p>
    <w:p>
      <w:r>
        <w:rPr>
          <w:b/>
        </w:rPr>
        <w:t xml:space="preserve">[1:01:53] </w:t>
      </w:r>
      <w:r>
        <w:t>what do you think about this?</w:t>
      </w:r>
    </w:p>
    <w:p>
      <w:pPr>
        <w:jc w:val="right"/>
      </w:pPr>
      <w:r>
        <w:t>واٹ ڈو یو تھنک اباؤٹ دس؟</w:t>
      </w:r>
    </w:p>
    <w:p>
      <w:r>
        <w:rPr>
          <w:b/>
        </w:rPr>
        <w:t xml:space="preserve">[1:01:58] </w:t>
      </w:r>
      <w:r>
        <w:t>no, this kind of thinking is not correct.</w:t>
      </w:r>
    </w:p>
    <w:p>
      <w:pPr>
        <w:jc w:val="right"/>
      </w:pPr>
      <w:r>
        <w:t>نو، دس کائنڈ اف تھنکنگ از ناٹ کریکٹ۔</w:t>
      </w:r>
    </w:p>
    <w:p>
      <w:r>
        <w:rPr>
          <w:b/>
        </w:rPr>
        <w:t xml:space="preserve">[1:02:03] </w:t>
      </w:r>
      <w:r>
        <w:t>there is a verse in the quran: la tatikum illa bahtah. it means that doomsday will, will come to you suddenly.</w:t>
      </w:r>
    </w:p>
    <w:p>
      <w:pPr>
        <w:jc w:val="right"/>
      </w:pPr>
      <w:r>
        <w:t>دیر از اے ورس ان دا قرآن: لا تاتیکم الا بختہ۔ اٹ مینز دیٹ ڈوم ڈے ول، ول کم ٹو یو سڈنلی۔</w:t>
      </w:r>
    </w:p>
    <w:p>
      <w:r>
        <w:rPr>
          <w:b/>
        </w:rPr>
        <w:t xml:space="preserve">[1:02:19] </w:t>
      </w:r>
      <w:r>
        <w:t>so no one know only god know when it is, it will come.</w:t>
      </w:r>
    </w:p>
    <w:p>
      <w:pPr>
        <w:jc w:val="right"/>
      </w:pPr>
      <w:r>
        <w:t>سو نو ون نو اونلی گاڈ نو وین اٹ از، اٹ ول کم۔</w:t>
      </w:r>
    </w:p>
    <w:p>
      <w:r>
        <w:rPr>
          <w:b/>
        </w:rPr>
        <w:t xml:space="preserve">[1:02:28] </w:t>
      </w:r>
      <w:r>
        <w:t>so any at any time, it may come even today or tomorrow. so meaning just like earth quake, no one know about earth quake.</w:t>
      </w:r>
    </w:p>
    <w:p>
      <w:pPr>
        <w:jc w:val="right"/>
      </w:pPr>
      <w:r>
        <w:t>سو اینی ایٹ اینی ٹائم، اٹ می کم ایون ٹوڈے اور ٹومارو۔ سو یعنی جسٹ لائک ارتھ کویک، نو ون نو اباؤٹ ارتھ کویک۔</w:t>
      </w:r>
    </w:p>
    <w:p>
      <w:r>
        <w:rPr>
          <w:b/>
        </w:rPr>
        <w:t xml:space="preserve">[1:02:41] </w:t>
      </w:r>
      <w:r>
        <w:t>aur meteorology department cannot predict an earthquake. so earthquake is also a sign. by earthquake, you can understand the nature of doomsday.</w:t>
      </w:r>
    </w:p>
    <w:p>
      <w:pPr>
        <w:jc w:val="right"/>
      </w:pPr>
      <w:r>
        <w:t>اور میٹرولوجی ڈیپارٹمنٹ کین ناٹ پریڈکٹ ان ارتھ کویک۔ سو ارتھ کویک از السو ا سائن۔ بائی ارتھ کویک، یو کین انڈرسٹینڈ دا نیچر اف ڈومز ڈے۔</w:t>
      </w:r>
    </w:p>
    <w:p>
      <w:r>
        <w:rPr>
          <w:b/>
        </w:rPr>
        <w:t xml:space="preserve">[1:02:56] </w:t>
      </w:r>
      <w:r>
        <w:t>earthquake happen suddenly. no one, no one can predict earthquake.</w:t>
      </w:r>
    </w:p>
    <w:p>
      <w:pPr>
        <w:jc w:val="right"/>
      </w:pPr>
      <w:r>
        <w:t>ارتھ کویک ہیپن سڈنلی۔ نو ون، نو ون کین پریڈکٹ ارتھ کویک۔</w:t>
      </w:r>
    </w:p>
    <w:p>
      <w:r>
        <w:rPr>
          <w:b/>
        </w:rPr>
        <w:t xml:space="preserve">[1:03:05] </w:t>
      </w:r>
      <w:r>
        <w:t>is not possible for man. so is the case of doomsday. doomsday will come suddenly. we cannot say anything in advance.</w:t>
      </w:r>
    </w:p>
    <w:p>
      <w:pPr>
        <w:jc w:val="right"/>
      </w:pPr>
      <w:r>
        <w:t>از ناٹ پاسیبل فار مین۔ سو از دا کیس اف ڈومز ڈے۔ ڈومز ڈے ول کم سڈنلی۔ وی کین ناٹ سے اینی تھنگ ان ایڈوانس۔</w:t>
      </w:r>
    </w:p>
    <w:p>
      <w:r>
        <w:rPr>
          <w:b/>
        </w:rPr>
        <w:t xml:space="preserve">[1:03:19] </w:t>
      </w:r>
      <w:r>
        <w:t>that is. yani big earthquake</w:t>
      </w:r>
    </w:p>
    <w:p>
      <w:pPr>
        <w:jc w:val="right"/>
      </w:pPr>
      <w:r>
        <w:t>دیٹ از۔ یعنی بگ ارتھ کویک</w:t>
      </w:r>
    </w:p>
    <w:p>
      <w:r>
        <w:rPr>
          <w:b/>
        </w:rPr>
        <w:t xml:space="preserve">[1:03:23] </w:t>
      </w:r>
      <w:r>
        <w:t>. this earthquakes are facing is small earthquake, a little earthquake, and doomsday is the big earthquake.</w:t>
      </w:r>
    </w:p>
    <w:p>
      <w:pPr>
        <w:jc w:val="right"/>
      </w:pPr>
      <w:r>
        <w:t>۔ دس ارتھ کویکس ار فیسنگ از اسمال ارتھ کویک، ا لٹل ارتھ کویک، اینڈ ڈومز ڈے از دا بگ ارتھ کویک۔</w:t>
      </w:r>
    </w:p>
    <w:p>
      <w:r>
        <w:rPr>
          <w:b/>
        </w:rPr>
        <w:t xml:space="preserve">[1:03:39] </w:t>
      </w:r>
      <w:r>
        <w:t>it will come suddenly, just like earthquake. this question is from Maulana Zakwan Nadvi from Delhi</w:t>
      </w:r>
    </w:p>
    <w:p>
      <w:pPr>
        <w:jc w:val="right"/>
      </w:pPr>
      <w:r>
        <w:t>اٹ ول کم سڈنلی، جسٹ لائک ارتھ کویک۔ دس کوسچن از فرام مولانا زکوان ندوی فرام دہلی</w:t>
      </w:r>
    </w:p>
    <w:p>
      <w:r>
        <w:rPr>
          <w:b/>
        </w:rPr>
        <w:t xml:space="preserve">[1:03:47] </w:t>
      </w:r>
      <w:r>
        <w:t>: what is the difference between practice of ancient lot people in 2061 BC and the practice of modern people in 2009 AD?</w:t>
      </w:r>
    </w:p>
    <w:p>
      <w:pPr>
        <w:jc w:val="right"/>
      </w:pPr>
      <w:r>
        <w:t>: واٹ از دا ڈیفرنس بٹوین پریکٹس اف اینشینٹ لاٹ پیپل ان 2061 بی سی اینڈ دی پریکٹس اف ماڈرن پیپل ان 2009 اے ڈی؟</w:t>
      </w:r>
    </w:p>
    <w:p>
      <w:r>
        <w:rPr>
          <w:b/>
        </w:rPr>
        <w:t xml:space="preserve">[1:04:00] </w:t>
      </w:r>
      <w:r>
        <w:t>is the practice of today homosexuality and ideological justified evil? yes, you are right.</w:t>
      </w:r>
    </w:p>
    <w:p>
      <w:pPr>
        <w:jc w:val="right"/>
      </w:pPr>
      <w:r>
        <w:t>از دی پریکٹس اف ٹوڈے ہومو سیکشولٹی اینڈ ائیڈیالوجیکل جسٹیفائیڈ ایول؟ یس، یو ار رائٹ۔</w:t>
      </w:r>
    </w:p>
    <w:p>
      <w:r>
        <w:rPr>
          <w:b/>
        </w:rPr>
        <w:t xml:space="preserve">[1:04:10] </w:t>
      </w:r>
      <w:r>
        <w:t>those people were called love community,</w:t>
      </w:r>
    </w:p>
    <w:p>
      <w:pPr>
        <w:jc w:val="right"/>
      </w:pPr>
      <w:r>
        <w:t>دو پیپل وار کالڈ لو کمیونٹی،</w:t>
      </w:r>
    </w:p>
    <w:p>
      <w:r>
        <w:rPr>
          <w:b/>
        </w:rPr>
        <w:t xml:space="preserve">[1:04:15] </w:t>
      </w:r>
      <w:r>
        <w:t>they were doing this evil, but they have no, they were not able to evolve and justify evil.</w:t>
      </w:r>
    </w:p>
    <w:p>
      <w:pPr>
        <w:jc w:val="right"/>
      </w:pPr>
      <w:r>
        <w:t>دے وار ڈوئنگ دس ایول، بٹ دے ہیو نو، دے وار ناٹ ایبل ٹو ایولو اینڈ جسٹیفائی ایول۔</w:t>
      </w:r>
    </w:p>
    <w:p>
      <w:r>
        <w:rPr>
          <w:b/>
        </w:rPr>
        <w:t xml:space="preserve">[1:04:29] </w:t>
      </w:r>
      <w:r>
        <w:t>now, we are living in an age where we can justify our evils, but those people evil doer, but they have no such justified ideology.</w:t>
      </w:r>
    </w:p>
    <w:p>
      <w:pPr>
        <w:jc w:val="right"/>
      </w:pPr>
      <w:r>
        <w:t>ناو، وی ار لیونگ ان این ایج ویئر وی کین جسٹیفائی اور ایولز، بٹ دو پیپل ایول ڈوئیر، بٹ دے ہیو نو سچ جسٹیفائیڈ ائیڈیالوجی۔</w:t>
      </w:r>
    </w:p>
    <w:p>
      <w:r>
        <w:rPr>
          <w:b/>
        </w:rPr>
        <w:t xml:space="preserve">[1:04:42] </w:t>
      </w:r>
      <w:r>
        <w:t>so the difference between this world and that community is that they were in an evil, evil of security, but that was a perversion, that was a misuse of freedom.</w:t>
      </w:r>
    </w:p>
    <w:p>
      <w:pPr>
        <w:jc w:val="right"/>
      </w:pPr>
      <w:r>
        <w:t>سو دا ڈیفرنس بٹوین دس ورلڈ اینڈ دیٹ کمیونٹی از دیٹ دے ویر ان ان ایول، ایول اف سیکیورٹی، بٹ دیٹ واز ا پرورژن، دیٹ واز ا مس یوز اف فریڈم۔</w:t>
      </w:r>
    </w:p>
    <w:p>
      <w:r>
        <w:rPr>
          <w:b/>
        </w:rPr>
        <w:t xml:space="preserve">[1:04:57] </w:t>
      </w:r>
      <w:r>
        <w:t>they fail to, they were not able to evolve and ideology, which I call yani ideologically justified evil.</w:t>
      </w:r>
    </w:p>
    <w:p>
      <w:pPr>
        <w:jc w:val="right"/>
      </w:pPr>
      <w:r>
        <w:t>دے فیل ٹو، دے وار ناٹ ایبل ٹو ایولو اینڈ ائیڈیالوجی، وچ ائی کال یعنی ائیڈیالوجیکلی جسٹیفائیڈ ایول۔</w:t>
      </w:r>
    </w:p>
    <w:p>
      <w:r>
        <w:rPr>
          <w:b/>
        </w:rPr>
        <w:t xml:space="preserve">[1:05:10] </w:t>
      </w:r>
      <w:r>
        <w:t>ideologically justified e</w:t>
      </w:r>
    </w:p>
    <w:p>
      <w:pPr>
        <w:jc w:val="right"/>
      </w:pPr>
      <w:r>
        <w:t>ائیڈیالوجیکلی جسٹیفائیڈ ای</w:t>
      </w:r>
    </w:p>
    <w:p>
      <w:r>
        <w:rPr>
          <w:b/>
        </w:rPr>
        <w:t xml:space="preserve">[1:05:12] </w:t>
      </w:r>
      <w:r>
        <w:t>vil to the present homosexuality is ideologically justified evil. their homosexuality was simply homosexuality, a perversion, a misuse of freedom.</w:t>
      </w:r>
    </w:p>
    <w:p>
      <w:pPr>
        <w:jc w:val="right"/>
      </w:pPr>
      <w:r>
        <w:t>ول تو دا پریزنٹ ہومو سیکشولٹی از ائیڈیالوجیکلی جسٹیفائیڈ ایول۔ دیر ہومو سیکسٹی واز سمپلی ہومو سیکشولٹی، ا پرورژن، ا مس یوز اف فریڈم۔</w:t>
      </w:r>
    </w:p>
    <w:p>
      <w:r>
        <w:rPr>
          <w:b/>
        </w:rPr>
        <w:t xml:space="preserve">[1:05:25] </w:t>
      </w:r>
      <w:r>
        <w:t>they were not so philosophers, they were no great thinkers, they were not able to evolve such kind of philosophy that I call ideologically justified evil.</w:t>
      </w:r>
    </w:p>
    <w:p>
      <w:pPr>
        <w:jc w:val="right"/>
      </w:pPr>
      <w:r>
        <w:t>دے وار ناٹ سو فلاسفرز، دے وار نو گریٹ تھنکرز، دے وار ناٹ ایبل ٹو ایولو سچ کائنڈ اف فلاسفی دیٹ ائی کال ائیڈیالوجیکلی جسٹیفائیڈ ایول۔</w:t>
      </w:r>
    </w:p>
    <w:p>
      <w:r>
        <w:rPr>
          <w:b/>
        </w:rPr>
        <w:t xml:space="preserve">[1:05:43] </w:t>
      </w:r>
      <w:r>
        <w:t>so present people are, are present, present people have evolved such kind of ideologically justified e</w:t>
      </w:r>
    </w:p>
    <w:p>
      <w:pPr>
        <w:jc w:val="right"/>
      </w:pPr>
      <w:r>
        <w:t>سو پریزنٹ پیپل ار، ار پریزنٹ، پریزنٹ پیپل ہیو ایولو سچ کائنڈ اف ائیڈیالوجیکلی جسٹیفائیڈ ای</w:t>
      </w:r>
    </w:p>
    <w:p>
      <w:r>
        <w:rPr>
          <w:b/>
        </w:rPr>
        <w:t xml:space="preserve">[1:05:52] </w:t>
      </w:r>
      <w:r>
        <w:t>vil. so they are, they are, they are sinner in a, they are super sinner.</w:t>
      </w:r>
    </w:p>
    <w:p>
      <w:pPr>
        <w:jc w:val="right"/>
      </w:pPr>
      <w:r>
        <w:t>ول۔ سو دے ار، دے ار، دے ار سنر ان اے، دے ار سپر سنر۔</w:t>
      </w:r>
    </w:p>
    <w:p>
      <w:r>
        <w:rPr>
          <w:b/>
        </w:rPr>
        <w:t xml:space="preserve">[1:06:03] </w:t>
      </w:r>
      <w:r>
        <w:t>present people are super sinner. if they, if they were simply sinner, present people are super sinner. this question is from Mr. Idris from Delhi: God has given freedom, and with it comes right to misuse the freedom.</w:t>
      </w:r>
    </w:p>
    <w:p>
      <w:pPr>
        <w:jc w:val="right"/>
      </w:pPr>
      <w:r>
        <w:t>پریزنٹ پیپل ار سپر سنر۔ اف دے، اف دے ویر سمپلی سنر، پریزنٹ پیپل ار سپر سنر۔ دس کوسچن از فرام مسٹر ادریس فرام دہلی: گاڈ ہیز گیون فریڈم، اینڈ ود اٹ کمز رائٹ ٹو مس یوز دا فریڈم۔</w:t>
      </w:r>
    </w:p>
    <w:p>
      <w:r>
        <w:rPr>
          <w:b/>
        </w:rPr>
        <w:t xml:space="preserve">[1:06:21] </w:t>
      </w:r>
      <w:r>
        <w:t>when all other misuses are allowed, why only being gay should be treated differently? kindly comment.</w:t>
      </w:r>
    </w:p>
    <w:p>
      <w:pPr>
        <w:jc w:val="right"/>
      </w:pPr>
      <w:r>
        <w:t>وین ال ادر مس یوزز ار الاؤڈ، وائی اونلی بینگ گے شوڈ بی ٹریٹڈ ڈفرنٹلی؟ کائنڈلی کمنٹ۔</w:t>
      </w:r>
    </w:p>
    <w:p>
      <w:r>
        <w:rPr>
          <w:b/>
        </w:rPr>
        <w:t xml:space="preserve">[1:06:30] </w:t>
      </w:r>
      <w:r>
        <w:t>they are allowed in this period. in previous period, they are allowed.</w:t>
      </w:r>
    </w:p>
    <w:p>
      <w:pPr>
        <w:jc w:val="right"/>
      </w:pPr>
      <w:r>
        <w:t>دے ار الاؤڈ ان دس پیریڈ۔ ان پریویس پیریڈ، دے ار الاؤڈ۔</w:t>
      </w:r>
    </w:p>
    <w:p>
      <w:r>
        <w:rPr>
          <w:b/>
        </w:rPr>
        <w:t xml:space="preserve">[1:06:38] </w:t>
      </w:r>
      <w:r>
        <w:t>I am not saying that, that not allowed. God has given them freedom, and they are yani practicing it every day and night.</w:t>
      </w:r>
    </w:p>
    <w:p>
      <w:pPr>
        <w:jc w:val="right"/>
      </w:pPr>
      <w:r>
        <w:t>ائی ایم ناٹ سینگ دیٹ، دیٹ ناٹ الاؤڈ۔ گاڈ ہیز گیون دیم فریڈم، اینڈ دے ار یعنی پریکٹسنگ اٹ ایوری ڈے اینڈ نائٹ۔</w:t>
      </w:r>
    </w:p>
    <w:p>
      <w:r>
        <w:rPr>
          <w:b/>
        </w:rPr>
        <w:t xml:space="preserve">[1:06:49] </w:t>
      </w:r>
      <w:r>
        <w:t>so they are allowed.</w:t>
      </w:r>
    </w:p>
    <w:p>
      <w:pPr>
        <w:jc w:val="right"/>
      </w:pPr>
      <w:r>
        <w:t>سو دے ار الاؤڈ۔</w:t>
      </w:r>
    </w:p>
    <w:p>
      <w:r>
        <w:rPr>
          <w:b/>
        </w:rPr>
        <w:t xml:space="preserve">[1:06:52] </w:t>
      </w:r>
      <w:r>
        <w:t>this yani this freedom will be abolish only in the post period.</w:t>
      </w:r>
    </w:p>
    <w:p>
      <w:pPr>
        <w:jc w:val="right"/>
      </w:pPr>
      <w:r>
        <w:t>دس یعنی دس فریڈم ول بی ابولش اونلی ان دا پوسٹ پریڈ۔</w:t>
      </w:r>
    </w:p>
    <w:p>
      <w:r>
        <w:rPr>
          <w:b/>
        </w:rPr>
        <w:t xml:space="preserve">[1:07:01] </w:t>
      </w:r>
      <w:r>
        <w:t>in previous period, it is allowed. I am what I am saying, I am saying about the ideology. no one can abolish that freedom.</w:t>
      </w:r>
    </w:p>
    <w:p>
      <w:pPr>
        <w:jc w:val="right"/>
      </w:pPr>
      <w:r>
        <w:t>ان پریویس پیریڈ، اٹ از الاؤڈ۔ ائی ایم واٹ ائی ایم سینگ، ائی ایم سینگ اباؤٹ دی ائیڈیالوجی۔ نو ون کین ابولش دیٹ فریڈم۔</w:t>
      </w:r>
    </w:p>
    <w:p>
      <w:r>
        <w:rPr>
          <w:b/>
        </w:rPr>
        <w:t xml:space="preserve">[1:07:11] </w:t>
      </w:r>
      <w:r>
        <w:t>at not possible for anyone to abolish that freedom, because this reason they have surrender.</w:t>
      </w:r>
    </w:p>
    <w:p>
      <w:pPr>
        <w:jc w:val="right"/>
      </w:pPr>
      <w:r>
        <w:t>اٹ ناٹ پاسیبل فار اینی ون ٹو ابولش دیٹ فریڈم، بیکاز دس ریزن دے ہیو سرینڈر۔</w:t>
      </w:r>
    </w:p>
    <w:p>
      <w:r>
        <w:rPr>
          <w:b/>
        </w:rPr>
        <w:t xml:space="preserve">[1:07:19] </w:t>
      </w:r>
      <w:r>
        <w:t>so in previous period, we can abolish that freedom, and you see that they are practicing that freedom.</w:t>
      </w:r>
    </w:p>
    <w:p>
      <w:pPr>
        <w:jc w:val="right"/>
      </w:pPr>
      <w:r>
        <w:t>سو ان پریویس پیریڈ، وی کین ابولش دیٹ فریڈم، اینڈ یو سی دیٹ دے ار پریکٹسنگ دیٹ فریڈم۔</w:t>
      </w:r>
    </w:p>
    <w:p>
      <w:r>
        <w:rPr>
          <w:b/>
        </w:rPr>
        <w:t xml:space="preserve">[1:07:33] </w:t>
      </w:r>
      <w:r>
        <w:t>but in the post period, this, this, this freedom is abolish, and they will, will be punished for their misuse of freedom.</w:t>
      </w:r>
    </w:p>
    <w:p>
      <w:pPr>
        <w:jc w:val="right"/>
      </w:pPr>
      <w:r>
        <w:t>بٹ ان دا پوسٹ پیریڈ، دس، دس، دس فریڈم از ابولش، اینڈ دے ول، ول بی پنشڈ فار دیر مس یوز اف فریڈم۔</w:t>
      </w:r>
    </w:p>
    <w:p>
      <w:r>
        <w:rPr>
          <w:b/>
        </w:rPr>
        <w:t xml:space="preserve">[1:07:49] </w:t>
      </w:r>
      <w:r>
        <w:t>and those people who save them self from this kind of misuse of freedom, they will be rewarded paradise.</w:t>
      </w:r>
    </w:p>
    <w:p>
      <w:pPr>
        <w:jc w:val="right"/>
      </w:pPr>
      <w:r>
        <w:t>اینڈ دو پیپل ہو سیو دیم سیلف فرام دس کائنڈ اف مس یوز اف فریڈم، دے ول بی ریوارڈڈ پیراڈائز۔</w:t>
      </w:r>
    </w:p>
    <w:p>
      <w:r>
        <w:rPr>
          <w:b/>
        </w:rPr>
        <w:t xml:space="preserve">[1:07:59] </w:t>
      </w:r>
      <w:r>
        <w:t>this question is from miss noorma from delhi</w:t>
      </w:r>
    </w:p>
    <w:p>
      <w:pPr>
        <w:jc w:val="right"/>
      </w:pPr>
      <w:r>
        <w:t>دس کوسچن از فرام مس نگما فرام دہلی</w:t>
      </w:r>
    </w:p>
    <w:p>
      <w:r>
        <w:rPr>
          <w:b/>
        </w:rPr>
        <w:t xml:space="preserve">[1:08:03] </w:t>
      </w:r>
      <w:r>
        <w:t>: how does the same quran guide some people and misguide others? what is the criteria that one must follow to be guided by the quran?</w:t>
      </w:r>
    </w:p>
    <w:p>
      <w:pPr>
        <w:jc w:val="right"/>
      </w:pPr>
      <w:r>
        <w:t>: ہاؤ ڈز دا سیم قرآن گائیڈ سم پیپل اینڈ مس گائیڈ ادر؟ واٹ از دا کرائٹیریا دیٹ ون مسٹ فالو ٹو بی گائیڈڈ بائے دا قرآن؟</w:t>
      </w:r>
    </w:p>
    <w:p>
      <w:r>
        <w:rPr>
          <w:b/>
        </w:rPr>
        <w:t xml:space="preserve">[1:08:16] </w:t>
      </w:r>
      <w:r>
        <w:t>i have said earlier in my speech that the basic criteria is seeking spirit.</w:t>
      </w:r>
    </w:p>
    <w:p>
      <w:pPr>
        <w:jc w:val="right"/>
      </w:pPr>
      <w:r>
        <w:t>ائی ہیو سیڈ ایلیر ان مائی سپیچ دیٹ دا بیسک کرائٹیریا از سیکنگ اسپیٹ۔</w:t>
      </w:r>
    </w:p>
    <w:p>
      <w:r>
        <w:rPr>
          <w:b/>
        </w:rPr>
        <w:t xml:space="preserve">[1:08:26] </w:t>
      </w:r>
      <w:r>
        <w:t>seeking spirit is called in science, spirit of inquiry.</w:t>
      </w:r>
    </w:p>
    <w:p>
      <w:pPr>
        <w:jc w:val="right"/>
      </w:pPr>
      <w:r>
        <w:t>سیکنگ اسپیٹ از کالڈ ان سائنس، سپرٹ اف انکوائری۔</w:t>
      </w:r>
    </w:p>
    <w:p>
      <w:r>
        <w:rPr>
          <w:b/>
        </w:rPr>
        <w:t xml:space="preserve">[1:08:33] </w:t>
      </w:r>
      <w:r>
        <w:t>if you have spirit inquiry, then you can, you can discover the truth. for example, before newton, there was all those phenomena were there.</w:t>
      </w:r>
    </w:p>
    <w:p>
      <w:pPr>
        <w:jc w:val="right"/>
      </w:pPr>
      <w:r>
        <w:t>اف یو ہیو سپرٹ انکوائری، دین یو کین، یو کین ڈسکور دا ٹروتھ۔ فار ایگزامپل، بیفور نیوٹن، دیر واز ال دو فیناومیناز وار دیر۔</w:t>
      </w:r>
    </w:p>
    <w:p>
      <w:r>
        <w:rPr>
          <w:b/>
        </w:rPr>
        <w:t xml:space="preserve">[1:08:46] </w:t>
      </w:r>
      <w:r>
        <w:t>all the apples were falling from, from tree to the, to the earth, but there was no spirit of inquiry.</w:t>
      </w:r>
    </w:p>
    <w:p>
      <w:pPr>
        <w:jc w:val="right"/>
      </w:pPr>
      <w:r>
        <w:t>ال دا ایپرس وار فالنگ فرام، فرام ٹری ٹو دا، ٹو دا ارتھ، بٹ دیر واز نو سپرٹ اف انکوائری۔</w:t>
      </w:r>
    </w:p>
    <w:p>
      <w:r>
        <w:rPr>
          <w:b/>
        </w:rPr>
        <w:t xml:space="preserve">[1:08:57] </w:t>
      </w:r>
      <w:r>
        <w:t>so they fail to discover the, the law of gravity gravity</w:t>
      </w:r>
    </w:p>
    <w:p>
      <w:pPr>
        <w:jc w:val="right"/>
      </w:pPr>
      <w:r>
        <w:t>سو دے فیل ٹو ڈسکور دا، دا لاء اف گریٹیو گریویٹی</w:t>
      </w:r>
    </w:p>
    <w:p>
      <w:r>
        <w:rPr>
          <w:b/>
        </w:rPr>
        <w:t xml:space="preserve">[1:09:02] </w:t>
      </w:r>
      <w:r>
        <w:t>. newton was first to inculcate spirit of inquiry, so he was able to discover the law of gravity.</w:t>
      </w:r>
    </w:p>
    <w:p>
      <w:pPr>
        <w:jc w:val="right"/>
      </w:pPr>
      <w:r>
        <w:t>۔ نیوٹن واز فرسٹ ٹو انکلکیٹ سپرٹ اف انکوائری، سو ہی واز ایبل ٹو ڈسکور دا لاء اف گریویٹی۔</w:t>
      </w:r>
    </w:p>
    <w:p>
      <w:r>
        <w:rPr>
          <w:b/>
        </w:rPr>
        <w:t xml:space="preserve">[1:09:12] </w:t>
      </w:r>
      <w:r>
        <w:t>so is the case of truth</w:t>
      </w:r>
    </w:p>
    <w:p>
      <w:pPr>
        <w:jc w:val="right"/>
      </w:pPr>
      <w:r>
        <w:t>سو از دا کیس اف ٹروتھ</w:t>
      </w:r>
    </w:p>
    <w:p>
      <w:r>
        <w:rPr>
          <w:b/>
        </w:rPr>
        <w:t xml:space="preserve">[1:09:15] </w:t>
      </w:r>
      <w:r>
        <w:t>in this sense. that, that, that verse, that verse, you can read in this sense that those people who have inculcate among them self spirit of inquiry, who are seeker in true sense of the world.</w:t>
      </w:r>
    </w:p>
    <w:p>
      <w:pPr>
        <w:jc w:val="right"/>
      </w:pPr>
      <w:r>
        <w:t>ان دس سینس۔ دیٹ، دیٹ، دیٹ ورس، دیٹ ورس، یو کین ریڈ ان دس سینس دیٹ دو پیپل ہو ہیو انکلکیٹ امنگ دیلز سپرٹ اف انکوائری، ہو ار سیکر ان ٹو سینس اف دا ورلڈ۔</w:t>
      </w:r>
    </w:p>
    <w:p>
      <w:r>
        <w:rPr>
          <w:b/>
        </w:rPr>
        <w:t xml:space="preserve">[1:09:33] </w:t>
      </w:r>
      <w:r>
        <w:t>they will find the answer of their questions, b</w:t>
      </w:r>
    </w:p>
    <w:p>
      <w:pPr>
        <w:jc w:val="right"/>
      </w:pPr>
      <w:r>
        <w:t>دے ول فائنڈ دا انسر اف دیر کوسچنز، ب</w:t>
      </w:r>
    </w:p>
    <w:p>
      <w:r>
        <w:rPr>
          <w:b/>
        </w:rPr>
        <w:t xml:space="preserve">[1:09:38] </w:t>
      </w:r>
      <w:r>
        <w:t>ut those people who are not sincere, who are not seeker, they have no spirit of inquiry. they will not find anything, they cannot realize the truth, although it is there,</w:t>
      </w:r>
    </w:p>
    <w:p>
      <w:pPr>
        <w:jc w:val="right"/>
      </w:pPr>
      <w:r>
        <w:t>ٹ دو پیپل ہو ار ناٹ سنسیر، ہو ار ناٹ سیکر، دے ہیو نو سپرٹ اف انکوائری۔ دے ول ناٹ فائنڈ اینی تھنگ، دے کین ناٹ ریلائز دا ٹروتھ، الدو اٹ از دیر،</w:t>
      </w:r>
    </w:p>
    <w:p>
      <w:r>
        <w:rPr>
          <w:b/>
        </w:rPr>
        <w:t xml:space="preserve">[1:09:51] </w:t>
      </w:r>
      <w:r>
        <w:t>although it is there, but they will fail to realize, they will fail to discover that truth.</w:t>
      </w:r>
    </w:p>
    <w:p>
      <w:pPr>
        <w:jc w:val="right"/>
      </w:pPr>
      <w:r>
        <w:t>الدو اٹ از دیر، بٹ دے ول فیل ٹو ریلائز، دے ول فیل ٹو ڈسکور دیٹ ٹروتھ۔</w:t>
      </w:r>
    </w:p>
    <w:p>
      <w:r>
        <w:rPr>
          <w:b/>
        </w:rPr>
        <w:t xml:space="preserve">[1:10:01] </w:t>
      </w:r>
      <w:r>
        <w:t>this question is from doctor farida khanum from delhi:</w:t>
      </w:r>
    </w:p>
    <w:p>
      <w:pPr>
        <w:jc w:val="right"/>
      </w:pPr>
      <w:r>
        <w:t>دس کوسچن از فرام ڈاکٹر فریدہ خانم فرام دہلی:</w:t>
      </w:r>
    </w:p>
    <w:p>
      <w:r>
        <w:rPr>
          <w:b/>
        </w:rPr>
        <w:t xml:space="preserve">[1:10:06] </w:t>
      </w:r>
      <w:r>
        <w:t>why is it that a great number of people devoted them self to material progress and manage to produce a great civilization?</w:t>
      </w:r>
    </w:p>
    <w:p>
      <w:pPr>
        <w:jc w:val="right"/>
      </w:pPr>
      <w:r>
        <w:t>وائی از اٹ دیٹ ا گریٹ نمبر اف پیپل ڈیوٹیڈ دیم سیلف ٹو مٹیریل پروگریس اینڈ مینج ٹو پروڈیوس ا گریٹ سولائزیشن؟</w:t>
      </w:r>
    </w:p>
    <w:p>
      <w:r>
        <w:rPr>
          <w:b/>
        </w:rPr>
        <w:t xml:space="preserve">[1:10:15] </w:t>
      </w:r>
      <w:r>
        <w:t>but why the same man could not devoted him self to spiritual progress, which is far greater than the material progress?</w:t>
      </w:r>
    </w:p>
    <w:p>
      <w:pPr>
        <w:jc w:val="right"/>
      </w:pPr>
      <w:r>
        <w:t>بٹ وائی دا سیم مین کڈ ناٹ ڈیوٹیڈ ہم سیلف ٹو سپرچول پروگریس، وچ از فار گریٹر دین دا مٹیریل پروگریس؟</w:t>
      </w:r>
    </w:p>
    <w:p>
      <w:r>
        <w:rPr>
          <w:b/>
        </w:rPr>
        <w:t xml:space="preserve">[1:10:29] </w:t>
      </w:r>
      <w:r>
        <w:t>they verse in the quran:</w:t>
      </w:r>
    </w:p>
    <w:p>
      <w:pPr>
        <w:jc w:val="right"/>
      </w:pPr>
      <w:r>
        <w:t>دے ورس ان دا قرآن:</w:t>
      </w:r>
    </w:p>
    <w:p>
      <w:r>
        <w:rPr>
          <w:b/>
        </w:rPr>
        <w:t xml:space="preserve">[1:10:36] </w:t>
      </w:r>
      <w:r>
        <w:t>it means that people, people tend to, tend to, tend to follow the immediate gain.</w:t>
      </w:r>
    </w:p>
    <w:p>
      <w:pPr>
        <w:jc w:val="right"/>
      </w:pPr>
      <w:r>
        <w:t>اٹ مینز دیٹ پیپل، پیپل ٹینڈ ٹو، ٹینڈ ٹو، ٹینڈ ٹو فالو دا امیڈیٹ گین۔</w:t>
      </w:r>
    </w:p>
    <w:p>
      <w:r>
        <w:rPr>
          <w:b/>
        </w:rPr>
        <w:t xml:space="preserve">[1:10:46] </w:t>
      </w:r>
      <w:r>
        <w:t>people always run after immediate gain, so material civilization what was immediate gain for them?</w:t>
      </w:r>
    </w:p>
    <w:p>
      <w:pPr>
        <w:jc w:val="right"/>
      </w:pPr>
      <w:r>
        <w:t>پیپل الرز رن افٹر امیڈیٹ گین، سو مٹیریل سولائزیشن واٹ واز امیڈیٹ گین فار دیم؟</w:t>
      </w:r>
    </w:p>
    <w:p>
      <w:r>
        <w:rPr>
          <w:b/>
        </w:rPr>
        <w:t xml:space="preserve">[1:10:57] </w:t>
      </w:r>
      <w:r>
        <w:t>yani</w:t>
      </w:r>
    </w:p>
    <w:p>
      <w:pPr>
        <w:jc w:val="right"/>
      </w:pPr>
      <w:r>
        <w:t>یعنی</w:t>
      </w:r>
    </w:p>
    <w:p>
      <w:r>
        <w:rPr>
          <w:b/>
        </w:rPr>
        <w:t xml:space="preserve">[1:10:59] </w:t>
      </w:r>
      <w:r>
        <w:t>immediate gain and spirituality and. and the higher truth was immediate gain in this sense.</w:t>
      </w:r>
    </w:p>
    <w:p>
      <w:pPr>
        <w:jc w:val="right"/>
      </w:pPr>
      <w:r>
        <w:t>امیڈیٹ گین اینڈ سپرچولٹی اینڈ۔ اینڈ دا ہائر ٹروتھ واز امیڈیٹ گین ان دس سینس۔</w:t>
      </w:r>
    </w:p>
    <w:p>
      <w:r>
        <w:rPr>
          <w:b/>
        </w:rPr>
        <w:t xml:space="preserve">[1:11:10] </w:t>
      </w:r>
      <w:r>
        <w:t>so it is human nature that they always run after immediate gain. It was this tendency that they became successful to create material civilization, but they fail to create spiritual civilization.</w:t>
      </w:r>
    </w:p>
    <w:p>
      <w:pPr>
        <w:jc w:val="right"/>
      </w:pPr>
      <w:r>
        <w:t>سو اٹ از ہیومن نیچر دیٹ دے الویز رن افٹر امیڈیٹ گین۔ اٹ واز دس ٹینڈنسی دیٹ دے بیکم سکسیس فل ٹو کریٹ مٹیریل سولائزیشن، بٹ دے فیل ٹو کریٹ سپرچول سولائزیشن۔</w:t>
      </w:r>
    </w:p>
    <w:p>
      <w:r>
        <w:rPr>
          <w:b/>
        </w:rPr>
        <w:t xml:space="preserve">[1:11:31] </w:t>
      </w:r>
      <w:r>
        <w:t>this my experience. Second question is: how did you manage to totally devoted yourself to spiritual and intellectual development in a world where people were interested only in material progress?</w:t>
      </w:r>
    </w:p>
    <w:p>
      <w:pPr>
        <w:jc w:val="right"/>
      </w:pPr>
      <w:r>
        <w:t>دس مائی ایکسپیرینس۔ سیکنڈ کوسچن از: ہاؤ ڈیڈ یو مینج ٹو ٹوٹلی ڈیوٹیڈ یور سیلف ٹو سپرچول اینڈ انٹلیکچول ڈیولپمنٹ ان ا ورلڈ ویئر پیپل وار انٹرسٹڈ اونلی ان مٹیریل پروگریس؟</w:t>
      </w:r>
    </w:p>
    <w:p>
      <w:r>
        <w:rPr>
          <w:b/>
        </w:rPr>
        <w:t xml:space="preserve">[1:11:48] </w:t>
      </w:r>
      <w:r>
        <w:t>did you receive divine inspiration, or you are a self-made man?</w:t>
      </w:r>
    </w:p>
    <w:p>
      <w:pPr>
        <w:jc w:val="right"/>
      </w:pPr>
      <w:r>
        <w:t>ڈیڈ یو ریسیو ڈیوائن انسپیریشن، اور یو ار ا سیلف میڈ مین؟</w:t>
      </w:r>
    </w:p>
    <w:p>
      <w:r>
        <w:rPr>
          <w:b/>
        </w:rPr>
        <w:t xml:space="preserve">[1:11:57] </w:t>
      </w:r>
      <w:r>
        <w:t>doctor farida:</w:t>
      </w:r>
    </w:p>
    <w:p>
      <w:pPr>
        <w:jc w:val="right"/>
      </w:pPr>
      <w:r>
        <w:t>ڈاکٹر فریدہ:</w:t>
      </w:r>
    </w:p>
    <w:p>
      <w:r>
        <w:rPr>
          <w:b/>
        </w:rPr>
        <w:t xml:space="preserve">[1:12:01] </w:t>
      </w:r>
      <w:r>
        <w:t>a personal question, I don't know what is the answer.</w:t>
      </w:r>
    </w:p>
    <w:p>
      <w:pPr>
        <w:jc w:val="right"/>
      </w:pPr>
      <w:r>
        <w:t>ا پرسنل کوسچن، ائی ڈونٹ نو واٹ از دا انسر۔</w:t>
      </w:r>
    </w:p>
    <w:p>
      <w:r>
        <w:rPr>
          <w:b/>
        </w:rPr>
        <w:t xml:space="preserve">[1:12:11] </w:t>
      </w:r>
      <w:r>
        <w:t>according to my personal experience, I am nothing. God Almighty was, was,</w:t>
      </w:r>
    </w:p>
    <w:p>
      <w:pPr>
        <w:jc w:val="right"/>
      </w:pPr>
      <w:r>
        <w:t>اکارڈنگ ٹو مائی پرسنل ایکسپیرینس، ائی ایم نتھنگ۔ گاڈ المائٹی واز، واز،</w:t>
      </w:r>
    </w:p>
    <w:p>
      <w:r>
        <w:rPr>
          <w:b/>
        </w:rPr>
        <w:t xml:space="preserve">[1:12:24] </w:t>
      </w:r>
      <w:r>
        <w:t>it was God Almighty blessing that I was, I save myself from all kind of destruction.</w:t>
      </w:r>
    </w:p>
    <w:p>
      <w:pPr>
        <w:jc w:val="right"/>
      </w:pPr>
      <w:r>
        <w:t>اٹ واز گاڈ المائٹی بلیسنگ دیٹ ائی واز، ائی سیو مائی سیلف فرام ال کائنڈ اف ڈسٹرکشن۔</w:t>
      </w:r>
    </w:p>
    <w:p>
      <w:r>
        <w:rPr>
          <w:b/>
        </w:rPr>
        <w:t xml:space="preserve">[1:12:31] </w:t>
      </w:r>
      <w:r>
        <w:t>it was in my nature since my childhood. I hate all those destructions.</w:t>
      </w:r>
    </w:p>
    <w:p>
      <w:pPr>
        <w:jc w:val="right"/>
      </w:pPr>
      <w:r>
        <w:t>اٹ واز ان مائی نیچر سنس مائی چائلڈ ہڈ۔ ائی ہیٹ ال دو ڈسٹرکشنز۔</w:t>
      </w:r>
    </w:p>
    <w:p>
      <w:r>
        <w:rPr>
          <w:b/>
        </w:rPr>
        <w:t xml:space="preserve">[1:12:41] </w:t>
      </w:r>
      <w:r>
        <w:t>I am a, I yani I publish an article that I am like, like Arjun. Arjun, you know, Arjun was a, was a single targeted man.</w:t>
      </w:r>
    </w:p>
    <w:p>
      <w:pPr>
        <w:jc w:val="right"/>
      </w:pPr>
      <w:r>
        <w:t>ائی ایم اے، ائی یعنی ائی پبلش ان ارٹیکل دیٹ ائی ایم لائک، لائک ارجن۔ ارجن، یو نو، ارجن واز ا، واز ا سنگل ٹارگٹڈ مین۔</w:t>
      </w:r>
    </w:p>
    <w:p>
      <w:r>
        <w:rPr>
          <w:b/>
        </w:rPr>
        <w:t xml:space="preserve">[1:12:58] </w:t>
      </w:r>
      <w:r>
        <w:t>so I was single targeted man, single goal. So I save myself all kind of destructions. So it was this nature that was given to me by God Almighty, that saved me to deviate in different path and follow only the truth</w:t>
      </w:r>
    </w:p>
    <w:p>
      <w:pPr>
        <w:jc w:val="right"/>
      </w:pPr>
      <w:r>
        <w:t>سو ائی واز سنگل ٹارگٹڈ مین، سنگل گول۔ سو ائی سیو مائی سیلف ال کائنڈ اف ڈسٹرکشنز۔ سو اٹ واز دس نیچر دیٹ واز گیون ٹو می بائی گاڈ المائٹی، دیٹ سیوڈ می ٹو ڈیویٹ ان ڈفرنٹ پاتھ اینڈ فالو اونلی دا ٹروتھ</w:t>
      </w:r>
    </w:p>
    <w:p>
      <w:r>
        <w:rPr>
          <w:b/>
        </w:rPr>
        <w:t xml:space="preserve">[1:13:26] </w:t>
      </w:r>
      <w:r>
        <w:t>. This is my personal experience. This question is from Mr. Basit Jamal from Delhi: Maulana, why did Prophet give amnesty to murders in his last sermon?</w:t>
      </w:r>
    </w:p>
    <w:p>
      <w:pPr>
        <w:jc w:val="right"/>
      </w:pPr>
      <w:r>
        <w:t>۔ دس از مائی پرسنل ایکسپیرینس۔ دس کوسچن از فرام مسٹر باسط جمال فرام دہلی: مولانا، وائی ڈیڈ پرافٹ گیو ایمنسٹی ٹو مرڈرز ان ہز لاسٹ سرمن؟</w:t>
      </w:r>
    </w:p>
    <w:p>
      <w:r>
        <w:rPr>
          <w:b/>
        </w:rPr>
        <w:t xml:space="preserve">[1:13:42] </w:t>
      </w:r>
      <w:r>
        <w:t>was he being likeable who gave amnesty to his brothers? Was he being like Abraham who sought amnesty from God for people of love</w:t>
      </w:r>
    </w:p>
    <w:p>
      <w:pPr>
        <w:jc w:val="right"/>
      </w:pPr>
      <w:r>
        <w:t>واز ہی بینگ لائک ایبل ہو گیو ایمنسٹی ٹو ہز برادرز؟ واز ہی بینگ لائک ابراہم ہو ساٹ ایمنسٹی فرام گاڈ فار پیپل اف لو</w:t>
      </w:r>
    </w:p>
    <w:p>
      <w:r>
        <w:rPr>
          <w:b/>
        </w:rPr>
        <w:t xml:space="preserve">[1:13:54] </w:t>
      </w:r>
      <w:r>
        <w:t>? Was he being like Jesus who gave Mary Magdalene amnesty from punishment of being a prostitute?</w:t>
      </w:r>
    </w:p>
    <w:p>
      <w:pPr>
        <w:jc w:val="right"/>
      </w:pPr>
      <w:r>
        <w:t>ٹ؟ واز ہی بینگ لائک جیسس ہو گیو میری میگڈلین ایمنسٹی فرام پنشمنٹ اف بینگ ا پروسٹیٹیوٹ؟</w:t>
      </w:r>
    </w:p>
    <w:p>
      <w:r>
        <w:rPr>
          <w:b/>
        </w:rPr>
        <w:t xml:space="preserve">[1:14:02] </w:t>
      </w:r>
      <w:r>
        <w:t>was he being like Joseph who gave amnesty to his brothers? Maulana, isn't giving amnesty a sunnah for Prophet?</w:t>
      </w:r>
    </w:p>
    <w:p>
      <w:pPr>
        <w:jc w:val="right"/>
      </w:pPr>
      <w:r>
        <w:t>واز ہی بینگ لائک یوسف ہو گیو ایمنسٹی ٹو ہز برادرز؟ مولانا، ازنٹ گیونگ ایمنسٹی ا سنت فار پرافٹ؟</w:t>
      </w:r>
    </w:p>
    <w:p>
      <w:r>
        <w:rPr>
          <w:b/>
        </w:rPr>
        <w:t xml:space="preserve">[1:14:13] </w:t>
      </w:r>
      <w:r>
        <w:t>isn't giving amnesty a sunnah for Prophet? Did it, but no Muslim talks about this sunnah. Why is this so? Please answer, giving light on these in brief.</w:t>
      </w:r>
    </w:p>
    <w:p>
      <w:pPr>
        <w:jc w:val="right"/>
      </w:pPr>
      <w:r>
        <w:t>ازنٹ گیونگ ایمنسٹی ا سنت فار پرافٹ؟ ڈیڈ اٹ، بٹ نو مسلم ٹاکس اباؤٹ دس سنت۔ وائی از دس سو؟ پلیز انسر، گیونگ لائٹ ان دیز ان بریف۔</w:t>
      </w:r>
    </w:p>
    <w:p>
      <w:r>
        <w:rPr>
          <w:b/>
        </w:rPr>
        <w:t xml:space="preserve">[1:14:28] </w:t>
      </w:r>
      <w:r>
        <w:t>amnesty, it was forgiveness. Forgiveness is a, is a, is a big value, great big value.</w:t>
      </w:r>
    </w:p>
    <w:p>
      <w:pPr>
        <w:jc w:val="right"/>
      </w:pPr>
      <w:r>
        <w:t>ایمنسٹی، اٹ واز فارگیونس۔ فارگیونس از ا، از ا، از ا بال ویلیو، گریٹ بال ویلیو۔</w:t>
      </w:r>
    </w:p>
    <w:p>
      <w:r>
        <w:rPr>
          <w:b/>
        </w:rPr>
        <w:t xml:space="preserve">[1:14:39] </w:t>
      </w:r>
      <w:r>
        <w:t>we have to inculcate ourself the nature of forgiveness.</w:t>
      </w:r>
    </w:p>
    <w:p>
      <w:pPr>
        <w:jc w:val="right"/>
      </w:pPr>
      <w:r>
        <w:t>وی ہیو ٹو انکلکیٹ اور سیلف دا نیچر اف فارگیونس۔</w:t>
      </w:r>
    </w:p>
    <w:p>
      <w:r>
        <w:rPr>
          <w:b/>
        </w:rPr>
        <w:t xml:space="preserve">[1:14:47] </w:t>
      </w:r>
      <w:r>
        <w:t>because, amnesty is not better word for this purpose. Best word is forgiveness.</w:t>
      </w:r>
    </w:p>
    <w:p>
      <w:pPr>
        <w:jc w:val="right"/>
      </w:pPr>
      <w:r>
        <w:t>کاز ابن الغیب، ایمنسٹی از ناٹ بیٹر ورڈ فار دس پرپس۔ بیسٹ ورڈ از فارگیونس۔</w:t>
      </w:r>
    </w:p>
    <w:p>
      <w:r>
        <w:rPr>
          <w:b/>
        </w:rPr>
        <w:t xml:space="preserve">[1:14:57] </w:t>
      </w:r>
      <w:r>
        <w:t>forgiveness is, is, is a, is a great human value, great moral value, great ethical value.</w:t>
      </w:r>
    </w:p>
    <w:p>
      <w:pPr>
        <w:jc w:val="right"/>
      </w:pPr>
      <w:r>
        <w:t>فارگیونس از، از، از ا، از ا گریٹ ہیومن ویلیو، گریٹ مورل ویلیو، گریٹ ایتھیکل ویلیو۔</w:t>
      </w:r>
    </w:p>
    <w:p>
      <w:r>
        <w:rPr>
          <w:b/>
        </w:rPr>
        <w:t xml:space="preserve">[1:15:10] </w:t>
      </w:r>
      <w:r>
        <w:t>so you have to inculcate this, this value, but as far the world after is concerned, God will punish those people who misuse freedom.</w:t>
      </w:r>
    </w:p>
    <w:p>
      <w:pPr>
        <w:jc w:val="right"/>
      </w:pPr>
      <w:r>
        <w:t>سو یو ہیو ٹو انکلکیٹ دس، دس ویلیو، بٹ ایز ف دا ورلڈ افٹر از کنسرن، گاڈ ول پنش دو پیپل ہو مس یوز فریڈم۔</w:t>
      </w:r>
    </w:p>
    <w:p>
      <w:r>
        <w:rPr>
          <w:b/>
        </w:rPr>
        <w:t xml:space="preserve">[1:15:24] </w:t>
      </w:r>
      <w:r>
        <w:t>for, for, for you, it is ethical requirement. It is, it is to follow a moral value.</w:t>
      </w:r>
    </w:p>
    <w:p>
      <w:pPr>
        <w:jc w:val="right"/>
      </w:pPr>
      <w:r>
        <w:t>فار، فار، فار یو، اٹ از ایتھیکل ریکوائرمنٹ۔ اٹ از، اٹ از ٹو فالو ا مورل ویلیو۔</w:t>
      </w:r>
    </w:p>
    <w:p>
      <w:r>
        <w:rPr>
          <w:b/>
        </w:rPr>
        <w:t xml:space="preserve">[1:15:33] </w:t>
      </w:r>
      <w:r>
        <w:t>so you will be given reward if you adopt forgiveness, but it doesn't mean that God will forgive those people.</w:t>
      </w:r>
    </w:p>
    <w:p>
      <w:pPr>
        <w:jc w:val="right"/>
      </w:pPr>
      <w:r>
        <w:t>سو یو ول بی گیون ریوارڈ اف یو اڈاپٹ فارگیونس، بٹ اٹ ڈزنٹ مین دیٹ گاڈ ول فارگیو دو پیپل۔</w:t>
      </w:r>
    </w:p>
    <w:p>
      <w:r>
        <w:rPr>
          <w:b/>
        </w:rPr>
        <w:t xml:space="preserve">[1:15:42] </w:t>
      </w:r>
      <w:r>
        <w:t>He will, He will punish them.</w:t>
      </w:r>
    </w:p>
    <w:p>
      <w:pPr>
        <w:jc w:val="right"/>
      </w:pPr>
      <w:r>
        <w:t>ہی ول، ہی ول پنش دیم۔</w:t>
      </w:r>
    </w:p>
    <w:p>
      <w:r>
        <w:rPr>
          <w:b/>
        </w:rPr>
        <w:t xml:space="preserve">[1:15:49] </w:t>
      </w:r>
      <w:r>
        <w:t>g</w:t>
      </w:r>
    </w:p>
    <w:p>
      <w:pPr>
        <w:jc w:val="right"/>
      </w:pPr>
      <w:r>
        <w:t>گ</w:t>
      </w:r>
    </w:p>
    <w:p>
      <w:r>
        <w:rPr>
          <w:b/>
        </w:rPr>
        <w:t xml:space="preserve">[1:15:50] </w:t>
      </w:r>
      <w:r>
        <w:t>God Almighty will only those people who will be saved from punishment who adopt tauba.</w:t>
      </w:r>
    </w:p>
    <w:p>
      <w:pPr>
        <w:jc w:val="right"/>
      </w:pPr>
      <w:r>
        <w:t>اڈ المائٹی ول اونلی دو پیپل ہو ول بی سیو فرام پنشمنٹ ہو اڈاپٹ توبہ۔</w:t>
      </w:r>
    </w:p>
    <w:p>
      <w:r>
        <w:rPr>
          <w:b/>
        </w:rPr>
        <w:t xml:space="preserve">[1:15:58] </w:t>
      </w:r>
      <w:r>
        <w:t>tauba means repentance in this world. one who dies without repentance, he will be punished by God. but as far as the man is concerned, he must adopt forgiveness.</w:t>
      </w:r>
    </w:p>
    <w:p>
      <w:pPr>
        <w:jc w:val="right"/>
      </w:pPr>
      <w:r>
        <w:t>توبہ مینز ریپنٹنس ان دس ورلڈ۔ ون ہو ڈائی وداؤٹ ریپنٹنس، ہی ول بی پنشڈ بائی گاڈ۔ بٹ ایز فار دا مین از کنسرن، ہی مسٹ اڈاپٹ فارگیونس۔</w:t>
      </w:r>
    </w:p>
    <w:p>
      <w:r>
        <w:rPr>
          <w:b/>
        </w:rPr>
        <w:t xml:space="preserve">[1:16:13] </w:t>
      </w:r>
      <w:r>
        <w:t>it is a high ball well.</w:t>
      </w:r>
    </w:p>
    <w:p>
      <w:pPr>
        <w:jc w:val="right"/>
      </w:pPr>
      <w:r>
        <w:t>اٹ از ا ہائی بال ویل۔</w:t>
      </w:r>
    </w:p>
    <w:p>
      <w:r>
        <w:rPr>
          <w:b/>
        </w:rPr>
        <w:t xml:space="preserve">[1:16:17] </w:t>
      </w:r>
      <w:r>
        <w:t>this question is from Mr. Khwaja Kaleemuddin from Pennsylvania: Maulana, are we obligated to love Prophet in the same, in the same way as we love Allah.</w:t>
      </w:r>
    </w:p>
    <w:p>
      <w:pPr>
        <w:jc w:val="right"/>
      </w:pPr>
      <w:r>
        <w:t>دس کوسچن از فرام مسٹر خواجہ کلیم الدین فرام پینسلوینیا: مولانا، ار وی ابلیگیٹڈ ٹو لو پرافٹ ان دا سیم، ان دا سیم وین ایز وی لو اللہ۔</w:t>
      </w:r>
    </w:p>
    <w:p>
      <w:r>
        <w:rPr>
          <w:b/>
        </w:rPr>
        <w:t xml:space="preserve">[1:16:31] </w:t>
      </w:r>
      <w:r>
        <w:t>please explain about the love of Allah, the love of Prophet, and the following of the Prophet.</w:t>
      </w:r>
    </w:p>
    <w:p>
      <w:pPr>
        <w:jc w:val="right"/>
      </w:pPr>
      <w:r>
        <w:t>پلیز ایکسپلین اباؤٹ دا لو اف اللہ، دا لو اف پرافٹ، اینڈ دا فالونگ اف دا پرافٹ۔</w:t>
      </w:r>
    </w:p>
    <w:p>
      <w:r>
        <w:rPr>
          <w:b/>
        </w:rPr>
        <w:t xml:space="preserve">[1:16:41] </w:t>
      </w:r>
      <w:r>
        <w:t>there is verse in the Quran: wal-ladheena aamano ashadd hubban lil-laah. so according to my study, all other love are,</w:t>
      </w:r>
    </w:p>
    <w:p>
      <w:pPr>
        <w:jc w:val="right"/>
      </w:pPr>
      <w:r>
        <w:t>دیر از ورس ان دا قرآن: والذین امنو اشد حبا للہ۔ سو اکارڈ ٹو مائی سٹڈی، دا ال ادر لو ار،</w:t>
      </w:r>
    </w:p>
    <w:p>
      <w:r>
        <w:rPr>
          <w:b/>
        </w:rPr>
        <w:t xml:space="preserve">[1:16:55] </w:t>
      </w:r>
      <w:r>
        <w:t>are subject to love of God. absolute, in absolute sense, you have to love God.</w:t>
      </w:r>
    </w:p>
    <w:p>
      <w:pPr>
        <w:jc w:val="right"/>
      </w:pPr>
      <w:r>
        <w:t>ار سبجیکٹ ٹو لو اف گاڈ۔ ایبسولیوٹ، ان ایبسولیوٹ سینس، یو ہیو ٹو لو گاڈ۔</w:t>
      </w:r>
    </w:p>
    <w:p>
      <w:r>
        <w:rPr>
          <w:b/>
        </w:rPr>
        <w:t xml:space="preserve">[1:17:05] </w:t>
      </w:r>
      <w:r>
        <w:t>absolute love is only for God,</w:t>
      </w:r>
    </w:p>
    <w:p>
      <w:pPr>
        <w:jc w:val="right"/>
      </w:pPr>
      <w:r>
        <w:t>ایبسولیوٹ لو از اونلی فار گاڈ،</w:t>
      </w:r>
    </w:p>
    <w:p>
      <w:r>
        <w:rPr>
          <w:b/>
        </w:rPr>
        <w:t xml:space="preserve">[1:17:10] </w:t>
      </w:r>
      <w:r>
        <w:t>and all other love are not absolute. there is subject to God all right. so you can love Prophet, you can love your, your family, but there is subject to God,</w:t>
      </w:r>
    </w:p>
    <w:p>
      <w:pPr>
        <w:jc w:val="right"/>
      </w:pPr>
      <w:r>
        <w:t>اینڈ ال ادر لو ار ناٹ ایبسولیوٹ۔ دیر از سبجیکٹ ٹو گاڈ ال وائٹ۔ سو یو کین لو پرافٹ، یو کین لو یور، یور فیملی، بٹ دیر از سبجیکٹ ٹو گاڈ،</w:t>
      </w:r>
    </w:p>
    <w:p>
      <w:r>
        <w:rPr>
          <w:b/>
        </w:rPr>
        <w:t xml:space="preserve">[1:17:25] </w:t>
      </w:r>
      <w:r>
        <w:t>and you have to make God your supreme concern.</w:t>
      </w:r>
    </w:p>
    <w:p>
      <w:pPr>
        <w:jc w:val="right"/>
      </w:pPr>
      <w:r>
        <w:t>اینڈ یو ہیو ٹو میک گاڈ یور سپریم کنسرن۔</w:t>
      </w:r>
    </w:p>
    <w:p>
      <w:r>
        <w:rPr>
          <w:b/>
        </w:rPr>
        <w:t xml:space="preserve">[1:17:31] </w:t>
      </w:r>
      <w:r>
        <w:t>so your supreme concern is God Almighty.</w:t>
      </w:r>
    </w:p>
    <w:p>
      <w:pPr>
        <w:jc w:val="right"/>
      </w:pPr>
      <w:r>
        <w:t>سو یور سپریم کنسرن از گاڈ المائٹی۔</w:t>
      </w:r>
    </w:p>
    <w:p>
      <w:r>
        <w:rPr>
          <w:b/>
        </w:rPr>
        <w:t xml:space="preserve">[1:17:37] </w:t>
      </w:r>
      <w:r>
        <w:t>no, no, if you, if you make any other person or other thing your supreme concern, that is shirk.</w:t>
      </w:r>
    </w:p>
    <w:p>
      <w:pPr>
        <w:jc w:val="right"/>
      </w:pPr>
      <w:r>
        <w:t>نو، نو، اف یو، اف یو میک اینی ادر پرسن یا ادر تھنگ یور سپریم کنسرن، دیٹ از شرک۔</w:t>
      </w:r>
    </w:p>
    <w:p>
      <w:r>
        <w:rPr>
          <w:b/>
        </w:rPr>
        <w:t xml:space="preserve">[1:17:53] </w:t>
      </w:r>
      <w:r>
        <w:t>so I don't think that in love, there is</w:t>
      </w:r>
    </w:p>
    <w:p>
      <w:pPr>
        <w:jc w:val="right"/>
      </w:pPr>
      <w:r>
        <w:t>سو ائی ڈونٹ تھنک دیٹ ان لو، دیر از</w:t>
      </w:r>
    </w:p>
    <w:p>
      <w:r>
        <w:rPr>
          <w:b/>
        </w:rPr>
        <w:t xml:space="preserve">[1:18:00] </w:t>
      </w:r>
      <w:r>
        <w:t>any, there is any, no one is a partner in this thing. you cannot make any other, any other person, other partner, na other Prophet, na your family, na your business.</w:t>
      </w:r>
    </w:p>
    <w:p>
      <w:pPr>
        <w:jc w:val="right"/>
      </w:pPr>
      <w:r>
        <w:t>اینی، دیر از اینی، نو ون از اے پارٹنر ان دس تھنگ۔ یو کین ناٹ میک اینی ادر، اینی ادر پرسن، ادر پارٹنر، نہ ادر پرافٹ، نہ یور فیملی، نہ یور بزنس۔</w:t>
      </w:r>
    </w:p>
    <w:p>
      <w:r>
        <w:rPr>
          <w:b/>
        </w:rPr>
        <w:t xml:space="preserve">[1:18:18] </w:t>
      </w:r>
      <w:r>
        <w:t>all the things are subject to God.</w:t>
      </w:r>
    </w:p>
    <w:p>
      <w:pPr>
        <w:jc w:val="right"/>
      </w:pPr>
      <w:r>
        <w:t>ال دا تھنگز ار سبجیکٹ ٹو گاڈ۔</w:t>
      </w:r>
    </w:p>
    <w:p>
      <w:r>
        <w:rPr>
          <w:b/>
        </w:rPr>
        <w:t xml:space="preserve">[1:18:23] </w:t>
      </w:r>
      <w:r>
        <w:t>I, I remember a book that was written by an American author. he says that the supreme concern of God of Islam is Allah.</w:t>
      </w:r>
    </w:p>
    <w:p>
      <w:pPr>
        <w:jc w:val="right"/>
      </w:pPr>
      <w:r>
        <w:t>ائی، ائی ریممبر ا بک دیٹ واز رٹن بائی ا امریکن اتھر۔ ہی سیز دیٹ دا سپریم کنسرن اف گاڈ اف اسلام از اللہ۔</w:t>
      </w:r>
    </w:p>
    <w:p>
      <w:r>
        <w:rPr>
          <w:b/>
        </w:rPr>
        <w:t xml:space="preserve">[1:18:37] </w:t>
      </w:r>
      <w:r>
        <w:t>the supreme concern of Islam is Allah. I think it is a right statement. only God is your supreme concern.</w:t>
      </w:r>
    </w:p>
    <w:p>
      <w:pPr>
        <w:jc w:val="right"/>
      </w:pPr>
      <w:r>
        <w:t>دا سپریم کنسرن اف اسلام از اللہ۔ ائی تھنک اٹ از ا رائٹ سٹیٹمنٹ۔ اونلی گاڈ از یور سپریم کنسرن۔</w:t>
      </w:r>
    </w:p>
    <w:p>
      <w:r>
        <w:rPr>
          <w:b/>
        </w:rPr>
        <w:t xml:space="preserve">[1:18:47] </w:t>
      </w:r>
      <w:r>
        <w:t>all other people or other thing are subject to God.</w:t>
      </w:r>
    </w:p>
    <w:p>
      <w:pPr>
        <w:jc w:val="right"/>
      </w:pPr>
      <w:r>
        <w:t>ال ادر پیپل ار ادر تھنگ ار سبجیکٹ ٹو گاڈ۔</w:t>
      </w:r>
    </w:p>
    <w:p>
      <w:r>
        <w:rPr>
          <w:b/>
        </w:rPr>
        <w:t xml:space="preserve">[1:18:53] </w:t>
      </w:r>
      <w:r>
        <w:t>this is the true tauheed. this is the true sense of the, of the tauheed. this question is from Dr. Fareeda Khanam from Delhi:</w:t>
      </w:r>
    </w:p>
    <w:p>
      <w:pPr>
        <w:jc w:val="right"/>
      </w:pPr>
      <w:r>
        <w:t>دس از دا ٹرو توحید۔ دس از دا ٹرو سینس اف دا، اف دا توحید۔ دس کوسچن از فرام ڈاکٹر فریدہ خانم فرام دہلی:</w:t>
      </w:r>
    </w:p>
    <w:p>
      <w:r>
        <w:rPr>
          <w:b/>
        </w:rPr>
        <w:t xml:space="preserve">[1:19:07] </w:t>
      </w:r>
      <w:r>
        <w:t>the present world is full of corruptions, evils. why homosexuality alone is regarded so hence a crime that it invites God's wrath?</w:t>
      </w:r>
    </w:p>
    <w:p>
      <w:pPr>
        <w:jc w:val="right"/>
      </w:pPr>
      <w:r>
        <w:t>دا پریزنٹ ورلڈ از فل اف کرپشنز، ایولز۔ وائی ہومو سیکشولٹی الون از ریگارڈڈ سو ہینس ا کرائم دیٹ اٹ انوائٹس گاڈز ریتھ؟</w:t>
      </w:r>
    </w:p>
    <w:p>
      <w:r>
        <w:rPr>
          <w:b/>
        </w:rPr>
        <w:t xml:space="preserve">[1:19:20] </w:t>
      </w:r>
      <w:r>
        <w:t>I am not saying this</w:t>
      </w:r>
    </w:p>
    <w:p>
      <w:pPr>
        <w:jc w:val="right"/>
      </w:pPr>
      <w:r>
        <w:t>ائی ایم ناٹ سینگ دس</w:t>
      </w:r>
    </w:p>
    <w:p>
      <w:r>
        <w:rPr>
          <w:b/>
        </w:rPr>
        <w:t xml:space="preserve">[1:19:24] </w:t>
      </w:r>
      <w:r>
        <w:t>. my emphasis is that when, when the control system collapses, if you see, there are so many other evils, but judiciary is giving its word against those evils.</w:t>
      </w:r>
    </w:p>
    <w:p>
      <w:pPr>
        <w:jc w:val="right"/>
      </w:pPr>
      <w:r>
        <w:t>۔ مائی ایمفیسز از دیٹ وین، وین دا کنٹرول سسٹم کلپس، اف یو سی، دیر ار سو می ادر ایولز، بٹ جوڈیشری از گیونگ اٹس ورڈ اگینسٹ دو ایولز۔</w:t>
      </w:r>
    </w:p>
    <w:p>
      <w:r>
        <w:rPr>
          <w:b/>
        </w:rPr>
        <w:t xml:space="preserve">[1:19:43] </w:t>
      </w:r>
      <w:r>
        <w:t>murder and steal are all those things. also, there are social conscience. so, there are also so many evils,</w:t>
      </w:r>
    </w:p>
    <w:p>
      <w:pPr>
        <w:jc w:val="right"/>
      </w:pPr>
      <w:r>
        <w:t>مارڈر اینڈ سٹیل ار ال دو تھنگز۔ السو، دیر ار سوشل کانشنس۔ سو، دیر ار الدو سو می ایولز،</w:t>
      </w:r>
    </w:p>
    <w:p>
      <w:r>
        <w:rPr>
          <w:b/>
        </w:rPr>
        <w:t xml:space="preserve">[1:19:55] </w:t>
      </w:r>
      <w:r>
        <w:t>but, but it is a, but according to my analysis, according to my experience, there is only evil in our present world where I find that the whole system of control is collapsed.</w:t>
      </w:r>
    </w:p>
    <w:p>
      <w:pPr>
        <w:jc w:val="right"/>
      </w:pPr>
      <w:r>
        <w:t>بٹ، بٹ اٹ از ا، بٹ اکارڈ ٹو مائی انالیسز، اکارڈ ٹو مائی ایکسپیرینس، دیر از اونلی ایول ان اور پریزنٹ ورلڈ ویئر ائی فائنڈ دیٹ دا ہول سسٹم اف کنٹرول از کلیکسڈ۔</w:t>
      </w:r>
    </w:p>
    <w:p>
      <w:r>
        <w:rPr>
          <w:b/>
        </w:rPr>
        <w:t xml:space="preserve">[1:20:10] </w:t>
      </w:r>
      <w:r>
        <w:t>social conscience, judicial system and administrative agency.</w:t>
      </w:r>
    </w:p>
    <w:p>
      <w:pPr>
        <w:jc w:val="right"/>
      </w:pPr>
      <w:r>
        <w:t>سوشل کانشنس، جوڈیشل سسٹم اینڈ ایڈمنسٹریٹیو ایجنسی۔</w:t>
      </w:r>
    </w:p>
    <w:p>
      <w:r>
        <w:rPr>
          <w:b/>
        </w:rPr>
        <w:t xml:space="preserve">[1:20:19] </w:t>
      </w:r>
      <w:r>
        <w:t>I can see that no other evil you can refer that, that is like this.</w:t>
      </w:r>
    </w:p>
    <w:p>
      <w:pPr>
        <w:jc w:val="right"/>
      </w:pPr>
      <w:r>
        <w:t>ائی کین سی دیٹ نو ادر ایول یو کین ریفر دیٹ، دیٹ از لائک دس۔</w:t>
      </w:r>
    </w:p>
    <w:p>
      <w:r>
        <w:rPr>
          <w:b/>
        </w:rPr>
        <w:t xml:space="preserve">[1:20:30] </w:t>
      </w:r>
      <w:r>
        <w:t>homo sex, according to my knowledge, homosexuality in our present world is the only evil about which all the control system has been collapsed.</w:t>
      </w:r>
    </w:p>
    <w:p>
      <w:pPr>
        <w:jc w:val="right"/>
      </w:pPr>
      <w:r>
        <w:t>ہومو سیکس، اکارڈ ٹو مائی نالج، ہومو سیکشولٹی ان اور پریزنٹ ورلڈ از دا اونلی ایول اباؤٹ وچ ال دا کنٹرول سسٹم ہیز بین کلپسڈ۔</w:t>
      </w:r>
    </w:p>
    <w:p>
      <w:r>
        <w:rPr>
          <w:b/>
        </w:rPr>
        <w:t xml:space="preserve">[1:20:47] </w:t>
      </w:r>
      <w:r>
        <w:t>and also, it is the only habit about which man has evolved. ideologically justified philosophy.</w:t>
      </w:r>
    </w:p>
    <w:p>
      <w:pPr>
        <w:jc w:val="right"/>
      </w:pPr>
      <w:r>
        <w:t>اینڈ السو، اٹ از دا اونلی ہیبٹ اباؤٹ وچ مین ہیز ایوالوڈ۔ ائیڈالوجیکلی جسٹیفائیڈ فلاسفی۔</w:t>
      </w:r>
    </w:p>
    <w:p>
      <w:r>
        <w:rPr>
          <w:b/>
        </w:rPr>
        <w:t xml:space="preserve">[1:20:59] </w:t>
      </w:r>
      <w:r>
        <w:t>no, no such ideology you can find in, in for example, in, in, in murder.</w:t>
      </w:r>
    </w:p>
    <w:p>
      <w:pPr>
        <w:jc w:val="right"/>
      </w:pPr>
      <w:r>
        <w:t>نو، نو سچ ائیڈالوجی یو کین فائنڈ ان، ان فار ایگزیمپل، ان، ان، ان مارڈر۔</w:t>
      </w:r>
    </w:p>
    <w:p>
      <w:r>
        <w:rPr>
          <w:b/>
        </w:rPr>
        <w:t xml:space="preserve">[1:21:08] </w:t>
      </w:r>
      <w:r>
        <w:t>for example, in theft, you can not refer any, any such ideology in theft or murder or telling lies.</w:t>
      </w:r>
    </w:p>
    <w:p>
      <w:pPr>
        <w:jc w:val="right"/>
      </w:pPr>
      <w:r>
        <w:t>فار ایگزیمپل، ان تھیفٹ، یو کین ناٹ ریفر اینی، اینی سچ ائیڈالوجی ان تھیفٹ اور مارڈر اور ٹیلنگ لائیو۔</w:t>
      </w:r>
    </w:p>
    <w:p>
      <w:r>
        <w:rPr>
          <w:b/>
        </w:rPr>
        <w:t xml:space="preserve">[1:21:21] </w:t>
      </w:r>
      <w:r>
        <w:t>but it is very strange that man has evolved such kind of ideology, which I see that ideologically justified evil.</w:t>
      </w:r>
    </w:p>
    <w:p>
      <w:pPr>
        <w:jc w:val="right"/>
      </w:pPr>
      <w:r>
        <w:t>بٹ اٹ از ویری سٹرینج دیٹ مین ہیز ایوالوڈ سچ کائنڈ اف ائیڈالوجی، وچ ائی سی دیٹ ائیڈالوجیکلی جسٹیفائیڈ ایول۔</w:t>
      </w:r>
    </w:p>
    <w:p>
      <w:r>
        <w:rPr>
          <w:b/>
        </w:rPr>
        <w:t xml:space="preserve">[1:21:31] </w:t>
      </w:r>
      <w:r>
        <w:t>so, it is a exceptional situation for homosexuality.</w:t>
      </w:r>
    </w:p>
    <w:p>
      <w:pPr>
        <w:jc w:val="right"/>
      </w:pPr>
      <w:r>
        <w:t>سو، اٹ از ا ایکسیپشنل سچویشن فار ہومو سیکشولٹی۔</w:t>
      </w:r>
    </w:p>
    <w:p>
      <w:r>
        <w:rPr>
          <w:b/>
        </w:rPr>
        <w:t xml:space="preserve">[1:21:40] </w:t>
      </w:r>
      <w:r>
        <w:t>this question is from Mr. Idrees from Delhi: will there be freedom in paradise, or is freedom, freedom only for pre-death period?</w:t>
      </w:r>
    </w:p>
    <w:p>
      <w:pPr>
        <w:jc w:val="right"/>
      </w:pPr>
      <w:r>
        <w:t>دس کوسچن از فرام مسٹر ادریس فرام دہلی: ویل دیر بی فریڈم ان پیراڈائز، اور از فریڈم، فریڈم اونلی فار پری ڈیتھ پیریڈ؟</w:t>
      </w:r>
    </w:p>
    <w:p>
      <w:r>
        <w:rPr>
          <w:b/>
        </w:rPr>
        <w:t xml:space="preserve">[1:21:52] </w:t>
      </w:r>
      <w:r>
        <w:t>in paradise, there is freedom, but in paradise, only those people will find who, who, who, who exercise their freedom in a disciplined way.</w:t>
      </w:r>
    </w:p>
    <w:p>
      <w:pPr>
        <w:jc w:val="right"/>
      </w:pPr>
      <w:r>
        <w:t>ان پیراڈائز، دیر از فریڈم، بٹ ان پیراڈائز، اونلی دو پیپل ول فائنڈ ہو، ہو، ہو، ہو ایکسرسائز دیر فریڈم ان ا ڈسپلن وے۔</w:t>
      </w:r>
    </w:p>
    <w:p>
      <w:r>
        <w:rPr>
          <w:b/>
        </w:rPr>
        <w:t xml:space="preserve">[1:22:05] </w:t>
      </w:r>
      <w:r>
        <w:t>in paradise, there is disciplined freedom. only those people will find entry to paradise, develop personality, develop their soul, develop their mind</w:t>
      </w:r>
    </w:p>
    <w:p>
      <w:pPr>
        <w:jc w:val="right"/>
      </w:pPr>
      <w:r>
        <w:t>ان پیراڈائز، دیر از ڈسپلن فریڈم۔ اونلی دو پیپل ول فائنڈ اینٹری ٹو پرائز، ڈیولپ پرسنلٹی، ڈیولپ دیر سول، ڈیولپ دیر م</w:t>
      </w:r>
    </w:p>
    <w:p>
      <w:r>
        <w:rPr>
          <w:b/>
        </w:rPr>
        <w:t xml:space="preserve">[1:22:16] </w:t>
      </w:r>
      <w:r>
        <w:t>mind, so that they are able to exercise their freedom in, in completely in a, in a disciplined manner.</w:t>
      </w:r>
    </w:p>
    <w:p>
      <w:pPr>
        <w:jc w:val="right"/>
      </w:pPr>
      <w:r>
        <w:t>ائنڈ، سو دیٹ دے ار ایبل ٹو ایکسرسائز دیر فریڈم ان، ان کمپلیٹلی ان ا، ان ا ڈسپلن مینر۔</w:t>
      </w:r>
    </w:p>
    <w:p>
      <w:r>
        <w:rPr>
          <w:b/>
        </w:rPr>
        <w:t xml:space="preserve">[1:22:25] </w:t>
      </w:r>
      <w:r>
        <w:t>in this world,</w:t>
      </w:r>
    </w:p>
    <w:p>
      <w:pPr>
        <w:jc w:val="right"/>
      </w:pPr>
      <w:r>
        <w:t>ان دس ورلڈ،</w:t>
      </w:r>
    </w:p>
    <w:p>
      <w:r>
        <w:rPr>
          <w:b/>
        </w:rPr>
        <w:t xml:space="preserve">[1:22:29] </w:t>
      </w:r>
      <w:r>
        <w:t>freedom is in the both. freedom is in, in, in the both world. in this world, there is freedom.</w:t>
      </w:r>
    </w:p>
    <w:p>
      <w:pPr>
        <w:jc w:val="right"/>
      </w:pPr>
      <w:r>
        <w:t>فریڈم از ان دا بوتھ۔ فریڈم از ان، ان، ان دا بوتھ ورلڈ۔ ان دس ورلڈ، دیر از فریڈم۔</w:t>
      </w:r>
    </w:p>
    <w:p>
      <w:r>
        <w:rPr>
          <w:b/>
        </w:rPr>
        <w:t xml:space="preserve">[1:22:38] </w:t>
      </w:r>
      <w:r>
        <w:t>in paradise, also, there is freedom,</w:t>
      </w:r>
    </w:p>
    <w:p>
      <w:pPr>
        <w:jc w:val="right"/>
      </w:pPr>
      <w:r>
        <w:t>ان پیراڈائز، السو، دیر از فریڈم،</w:t>
      </w:r>
    </w:p>
    <w:p>
      <w:r>
        <w:rPr>
          <w:b/>
        </w:rPr>
        <w:t xml:space="preserve">[1:22:40] </w:t>
      </w:r>
      <w:r>
        <w:t>but in this world, there are so many people who not able to exercise their freedom in, in a disciplined manner.</w:t>
      </w:r>
    </w:p>
    <w:p>
      <w:pPr>
        <w:jc w:val="right"/>
      </w:pPr>
      <w:r>
        <w:t>بٹ ان دس ورلڈ، دیر ار سو مینی پیپل ہو ناٹ ایبل ٹو ایکسرسائز دیر فریڈم ان، ان ا ڈسپلن مینر۔</w:t>
      </w:r>
    </w:p>
    <w:p>
      <w:r>
        <w:rPr>
          <w:b/>
        </w:rPr>
        <w:t xml:space="preserve">[1:22:50] </w:t>
      </w:r>
      <w:r>
        <w:t>in paradise, there will be complete freedom, complete freedom, but this freedom will be given to those persons who, who will not misuse their freedom, because there are, there are any, there are developed personality</w:t>
      </w:r>
    </w:p>
    <w:p>
      <w:pPr>
        <w:jc w:val="right"/>
      </w:pPr>
      <w:r>
        <w:t>ان پیراڈائز، دیر ول بی کمپلیٹ فریڈم، کمپلیٹ فریڈم، بٹ دس فریڈم ول بی گیون ٹو دو پرسن ہو، ہو ول ناٹ مس یو دیر فریڈم، بیکاز دیر ار، دیر ار اینی، دیر ار ڈیولپ پرسنلٹی</w:t>
      </w:r>
    </w:p>
    <w:p>
      <w:r>
        <w:rPr>
          <w:b/>
        </w:rPr>
        <w:t xml:space="preserve">[1:23:08] </w:t>
      </w:r>
      <w:r>
        <w:t>. due to their developed mind, they will not misuse their freedom without any compulsion.</w:t>
      </w:r>
    </w:p>
    <w:p>
      <w:pPr>
        <w:jc w:val="right"/>
      </w:pPr>
      <w:r>
        <w:t>۔ ڈیو ٹو دیر ڈیولپ مائنڈ، دے ول ناٹ مس یو دیر فریڈم وداؤٹ اینی کمپلشن۔</w:t>
      </w:r>
    </w:p>
    <w:p>
      <w:r>
        <w:rPr>
          <w:b/>
        </w:rPr>
        <w:t xml:space="preserve">[1:23:17] </w:t>
      </w:r>
      <w:r>
        <w:t>without, there is no compulsion in the paradise.</w:t>
      </w:r>
    </w:p>
    <w:p>
      <w:pPr>
        <w:jc w:val="right"/>
      </w:pPr>
      <w:r>
        <w:t>وداؤٹ، دیر از نو کمپلشن ان دا پیراڈائز۔</w:t>
      </w:r>
    </w:p>
    <w:p>
      <w:r>
        <w:rPr>
          <w:b/>
        </w:rPr>
        <w:t xml:space="preserve">[1:23:25] </w:t>
      </w:r>
      <w:r>
        <w:t>this question is from Dr. Fareeda Khanam from Delhi</w:t>
      </w:r>
    </w:p>
    <w:p>
      <w:pPr>
        <w:jc w:val="right"/>
      </w:pPr>
      <w:r>
        <w:t>دس کوسچن از فرام ڈاکٹر فریدہ خانم فرام دہلی</w:t>
      </w:r>
    </w:p>
    <w:p>
      <w:r>
        <w:rPr>
          <w:b/>
        </w:rPr>
        <w:t xml:space="preserve">[1:23:29] </w:t>
      </w:r>
      <w:r>
        <w:t>: when the Quran does not give any importance to political power, how is it that the majority of Muslims believe political power to be their ultimate goal,</w:t>
      </w:r>
    </w:p>
    <w:p>
      <w:pPr>
        <w:jc w:val="right"/>
      </w:pPr>
      <w:r>
        <w:t>: وین دی قرآن ڈز ناٹ گیو اینی امپورٹنس ٹو پولیٹیکل پاور، ہاؤ از اٹ دیٹ دا میجورٹی اف مسلمز بیلیو پولیٹیکل پاور ٹو بی دیر الٹیمیٹ گول،</w:t>
      </w:r>
    </w:p>
    <w:p>
      <w:r>
        <w:rPr>
          <w:b/>
        </w:rPr>
        <w:t xml:space="preserve">[1:23:42] </w:t>
      </w:r>
      <w:r>
        <w:t>and they claim to have derived their ideology from the Quran itself? no, these people have derived their ideology from history and not from the Quran.</w:t>
      </w:r>
    </w:p>
    <w:p>
      <w:pPr>
        <w:jc w:val="right"/>
      </w:pPr>
      <w:r>
        <w:t>اینڈ دے کلیم ٹو ہیو ڈیرائیو دیر ائیڈیالوجی فرام دا قرآن اٹ سیلف؟ نو، دیز پیپل ہیو ڈرائیو دیر ائیڈیالوجی فرام ہسٹری اینڈ ناٹ فرام دی قرآن۔</w:t>
      </w:r>
    </w:p>
    <w:p>
      <w:r>
        <w:rPr>
          <w:b/>
        </w:rPr>
        <w:t xml:space="preserve">[1:23:58] </w:t>
      </w:r>
      <w:r>
        <w:t>no, it is a fact that in later period Muslims were able to develop, Muslims were able to establish an empire.</w:t>
      </w:r>
    </w:p>
    <w:p>
      <w:pPr>
        <w:jc w:val="right"/>
      </w:pPr>
      <w:r>
        <w:t>نو، اٹ از ا فیکٹ دیٹ ان لیٹر پیریڈ مسلم ویر ایبل ٹو ڈیولپ، مسلم ویر ایبل ٹو اسٹیبلش این ایمپائر۔</w:t>
      </w:r>
    </w:p>
    <w:p>
      <w:r>
        <w:rPr>
          <w:b/>
        </w:rPr>
        <w:t xml:space="preserve">[1:24:11] </w:t>
      </w:r>
      <w:r>
        <w:t>it is a fact. so, present Muslims derive their concept, their, their thinking, their ideology from this history and not from the Quran.</w:t>
      </w:r>
    </w:p>
    <w:p>
      <w:pPr>
        <w:jc w:val="right"/>
      </w:pPr>
      <w:r>
        <w:t>اٹ از ا فیکٹ۔ سو، پریزنٹ مسلمز ڈرائیو دیر کانسیپٹ، دیر، دیر تھنکنگ، دیر ائیڈیالوجی فرام دس ہسٹری اینڈ ناٹ فرام دا قرآن۔</w:t>
      </w:r>
    </w:p>
    <w:p>
      <w:r>
        <w:rPr>
          <w:b/>
        </w:rPr>
        <w:t xml:space="preserve">[1:24:24] </w:t>
      </w:r>
      <w:r>
        <w:t>if you survey, if you conduct a survey, you will find that all the Muslims only recite the Quran.</w:t>
      </w:r>
    </w:p>
    <w:p>
      <w:pPr>
        <w:jc w:val="right"/>
      </w:pPr>
      <w:r>
        <w:t>اف یو سروے، اف یو کنڈکٹ ا سروے، یو ویل فائنڈ دیٹ ال دا مسلمز اونلی ریسائیڈ دا قرآن۔</w:t>
      </w:r>
    </w:p>
    <w:p>
      <w:r>
        <w:rPr>
          <w:b/>
        </w:rPr>
        <w:t xml:space="preserve">[1:24:33] </w:t>
      </w:r>
      <w:r>
        <w:t>no Muslim is able to, to, to, to, to contemplate the Quran.</w:t>
      </w:r>
    </w:p>
    <w:p>
      <w:pPr>
        <w:jc w:val="right"/>
      </w:pPr>
      <w:r>
        <w:t>نو مسلم از ایبل ٹو، ٹو، ٹو، ٹو، ٹو کنٹمپریٹ دا قرآن۔</w:t>
      </w:r>
    </w:p>
    <w:p>
      <w:r>
        <w:rPr>
          <w:b/>
        </w:rPr>
        <w:t xml:space="preserve">[1:24:42] </w:t>
      </w:r>
      <w:r>
        <w:t>Quran verses, meaning tadabbur completely abandoned practice among Muslims. tadabbur Quran, they only recite, recite, recite.</w:t>
      </w:r>
    </w:p>
    <w:p>
      <w:pPr>
        <w:jc w:val="right"/>
      </w:pPr>
      <w:r>
        <w:t>قرآن ورسز یعنی تدبر کمپلیٹلی ابینڈن پریکٹس امنگ مسلمز۔ تدبر قرآن، دے اونلی ریسائیڈ، ریسائیڈ، ریسائیڈ۔</w:t>
      </w:r>
    </w:p>
    <w:p>
      <w:r>
        <w:rPr>
          <w:b/>
        </w:rPr>
        <w:t xml:space="preserve">[1:24:52] </w:t>
      </w:r>
      <w:r>
        <w:t>I have met so many alim who know Arabic. I wanted, I, I, I asked you read Quran every day.</w:t>
      </w:r>
    </w:p>
    <w:p>
      <w:pPr>
        <w:jc w:val="right"/>
      </w:pPr>
      <w:r>
        <w:t>ائی ہیو میٹ سو مینی عالم ہو نو عربک۔ ائی وانٹڈ، ائی، ائی، ائی اسکڈ یو ریڈ قرآن ایوری ڈے۔</w:t>
      </w:r>
    </w:p>
    <w:p>
      <w:r>
        <w:rPr>
          <w:b/>
        </w:rPr>
        <w:t xml:space="preserve">[1:25:01] </w:t>
      </w:r>
      <w:r>
        <w:t>So, what is the gist of the Quran? What is the central message of the Quran? It is stated that no one is able to give the answer.</w:t>
      </w:r>
    </w:p>
    <w:p>
      <w:pPr>
        <w:jc w:val="right"/>
      </w:pPr>
      <w:r>
        <w:t>سو، واٹ از دا جسٹ اف دا قرآن؟ واٹ از دا سینٹرل میسج اف دا قرآن؟ اٹ از سٹیٹ دیٹ نو ور ایبل ٹو گیو دا انسر۔</w:t>
      </w:r>
    </w:p>
    <w:p>
      <w:r>
        <w:rPr>
          <w:b/>
        </w:rPr>
        <w:t xml:space="preserve">[1:25:13] </w:t>
      </w:r>
      <w:r>
        <w:t>They said we read Quran for blessing.</w:t>
      </w:r>
    </w:p>
    <w:p>
      <w:pPr>
        <w:jc w:val="right"/>
      </w:pPr>
      <w:r>
        <w:t>دے سیڈ وی ریڈ قرآن فار بلیسنگ۔</w:t>
      </w:r>
    </w:p>
    <w:p>
      <w:r>
        <w:rPr>
          <w:b/>
        </w:rPr>
        <w:t xml:space="preserve">[1:25:19] </w:t>
      </w:r>
      <w:r>
        <w:t>They, they recite Quran daily, but they are not able, they were not able to give answer to this question.</w:t>
      </w:r>
    </w:p>
    <w:p>
      <w:pPr>
        <w:jc w:val="right"/>
      </w:pPr>
      <w:r>
        <w:t>دے، دے ریسائیڈ قرآن ڈیلی، بٹ دے ار ناٹ ایبل، دے ویر ناٹ ایبل ٹو گیو انسر ٹو دس کوسچن۔</w:t>
      </w:r>
    </w:p>
    <w:p>
      <w:r>
        <w:rPr>
          <w:b/>
        </w:rPr>
        <w:t xml:space="preserve">[1:25:31] </w:t>
      </w:r>
      <w:r>
        <w:t>Why? Because they, they recite the Quran only for blessing and not for, for tadabbur.</w:t>
      </w:r>
    </w:p>
    <w:p>
      <w:pPr>
        <w:jc w:val="right"/>
      </w:pPr>
      <w:r>
        <w:t>وائی؟ بیکاز دے، دے ریسائیڈ دا قرآن اونلی فار بلیسنگ اینڈ ناٹ فار، فار تدبر۔</w:t>
      </w:r>
    </w:p>
    <w:p>
      <w:r>
        <w:rPr>
          <w:b/>
        </w:rPr>
        <w:t xml:space="preserve">[1:25:41] </w:t>
      </w:r>
      <w:r>
        <w:t>dat is contemplation.</w:t>
      </w:r>
    </w:p>
    <w:p>
      <w:pPr>
        <w:jc w:val="right"/>
      </w:pPr>
      <w:r>
        <w:t>دیٹ از کنٹمپلیشن۔</w:t>
      </w:r>
    </w:p>
    <w:p>
      <w:r>
        <w:rPr>
          <w:b/>
        </w:rPr>
        <w:t xml:space="preserve">[1:25:43] </w:t>
      </w:r>
      <w:r>
        <w:t>very sad dat muslims have adopted quran as a book of recitation and not as a book of contemplation.</w:t>
      </w:r>
    </w:p>
    <w:p>
      <w:pPr>
        <w:jc w:val="right"/>
      </w:pPr>
      <w:r>
        <w:t>ویری سیڈ دیٹ مسلمز ہیو اڈاپٹڈ قرآن ایز ا بک اف ریسیٹیشن اینڈ ناٹ ایز ا بک اف کنٹمپلیشن۔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