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July 30, 2007</w:t>
      </w:r>
    </w:p>
    <w:p>
      <w:r>
        <w:t>https://youtu.be/9D_8jxwLKlE</w:t>
      </w:r>
    </w:p>
    <w:p>
      <w:r>
        <w:rPr>
          <w:b/>
        </w:rPr>
        <w:t xml:space="preserve">[00:11] </w:t>
      </w:r>
      <w:r>
        <w:t>yeh Quran ka dars hai.</w:t>
      </w:r>
    </w:p>
    <w:p>
      <w:pPr>
        <w:jc w:val="right"/>
      </w:pPr>
      <w:r>
        <w:t>یہ قرآن کا درس ہے۔</w:t>
      </w:r>
    </w:p>
    <w:p>
      <w:r>
        <w:rPr>
          <w:b/>
        </w:rPr>
        <w:t xml:space="preserve">[00:16] </w:t>
      </w:r>
      <w:r>
        <w:t>is waqt mein</w:t>
      </w:r>
    </w:p>
    <w:p>
      <w:pPr>
        <w:jc w:val="right"/>
      </w:pPr>
      <w:r>
        <w:t>اس وقت میں</w:t>
      </w:r>
    </w:p>
    <w:p>
      <w:r>
        <w:rPr>
          <w:b/>
        </w:rPr>
        <w:t xml:space="preserve">[00:19] </w:t>
      </w:r>
      <w:r>
        <w:t>Quran ki kuch mutfarriq aayaton ko lekar</w:t>
      </w:r>
    </w:p>
    <w:p>
      <w:pPr>
        <w:jc w:val="right"/>
      </w:pPr>
      <w:r>
        <w:t>قرآن کی کچھ متفرق آیتوں کو لے کر</w:t>
      </w:r>
    </w:p>
    <w:p>
      <w:r>
        <w:rPr>
          <w:b/>
        </w:rPr>
        <w:t xml:space="preserve">[00:25] </w:t>
      </w:r>
      <w:r>
        <w:t>yeh batane ki koshish karunga</w:t>
      </w:r>
    </w:p>
    <w:p>
      <w:pPr>
        <w:jc w:val="right"/>
      </w:pPr>
      <w:r>
        <w:t>یہ بتانے کی کوشش کروں گا</w:t>
      </w:r>
    </w:p>
    <w:p>
      <w:r>
        <w:rPr>
          <w:b/>
        </w:rPr>
        <w:t xml:space="preserve">[00:29] </w:t>
      </w:r>
      <w:r>
        <w:t>ki Quran ko</w:t>
      </w:r>
    </w:p>
    <w:p>
      <w:pPr>
        <w:jc w:val="right"/>
      </w:pPr>
      <w:r>
        <w:t>کہ قرآن کو</w:t>
      </w:r>
    </w:p>
    <w:p>
      <w:r>
        <w:rPr>
          <w:b/>
        </w:rPr>
        <w:t xml:space="preserve">[00:32] </w:t>
      </w:r>
      <w:r>
        <w:t>kis tarah padha jaye</w:t>
      </w:r>
    </w:p>
    <w:p>
      <w:pPr>
        <w:jc w:val="right"/>
      </w:pPr>
      <w:r>
        <w:t>کس طرح پڑھا جائے</w:t>
      </w:r>
    </w:p>
    <w:p>
      <w:r>
        <w:rPr>
          <w:b/>
        </w:rPr>
        <w:t xml:space="preserve">[00:36] </w:t>
      </w:r>
      <w:r>
        <w:t>aur kaise aisa ho sakta hai ki aadmi</w:t>
      </w:r>
    </w:p>
    <w:p>
      <w:pPr>
        <w:jc w:val="right"/>
      </w:pPr>
      <w:r>
        <w:t>اور کیسے ایسا ہو سکتا ہے کہ آدمی</w:t>
      </w:r>
    </w:p>
    <w:p>
      <w:r>
        <w:rPr>
          <w:b/>
        </w:rPr>
        <w:t xml:space="preserve">[00:41] </w:t>
      </w:r>
      <w:r>
        <w:t>Quran ko gehrai ke sath samajh sake.</w:t>
      </w:r>
    </w:p>
    <w:p>
      <w:pPr>
        <w:jc w:val="right"/>
      </w:pPr>
      <w:r>
        <w:t>قرآن کو گہرائی کے ساتھ سمجھ سکے۔</w:t>
      </w:r>
    </w:p>
    <w:p>
      <w:r>
        <w:rPr>
          <w:b/>
        </w:rPr>
        <w:t xml:space="preserve">[00:48] </w:t>
      </w:r>
      <w:r>
        <w:t>koi bhi kitab jo sanjeeda mozu par ho to us ko samajhne ke liye kuch conditions hoti hain.</w:t>
      </w:r>
    </w:p>
    <w:p>
      <w:pPr>
        <w:jc w:val="right"/>
      </w:pPr>
      <w:r>
        <w:t>کوئی بھی کتاب جو سنجیدہ موضوع پر ہو تو اس کو سمجھنے کے لیے کچھ کنڈیشنز ہوتی ہیں۔</w:t>
      </w:r>
    </w:p>
    <w:p>
      <w:r>
        <w:rPr>
          <w:b/>
        </w:rPr>
        <w:t xml:space="preserve">[01:01] </w:t>
      </w:r>
      <w:r>
        <w:t>yeh sirf quran ki baat nahi hai. kisi bhi baat ko, kisi bhi kitab ko samajhne ke liye kuch conditions hamesha zaroori hoti hain.</w:t>
      </w:r>
    </w:p>
    <w:p>
      <w:pPr>
        <w:jc w:val="right"/>
      </w:pPr>
      <w:r>
        <w:t>یہ صرف قرآن کی بات نہیں ہے۔ کسی بھی بات کو، کسی بھی کتاب کو سمجھنے کے لیے کچھ کنڈیشنز ہمیشہ ضروری ہوتی ہیں۔</w:t>
      </w:r>
    </w:p>
    <w:p>
      <w:r>
        <w:rPr>
          <w:b/>
        </w:rPr>
        <w:t xml:space="preserve">[01:14] </w:t>
      </w:r>
      <w:r>
        <w:t>wo conditions agar aap poori na karein to aap is kitab ko samajh nahi sakte. misaal ke taur par background.</w:t>
      </w:r>
    </w:p>
    <w:p>
      <w:pPr>
        <w:jc w:val="right"/>
      </w:pPr>
      <w:r>
        <w:t>وہ کنڈیشنز اگر آپ پوری نہ کریں تو آپ اس کتاب کو سمجھ نہیں سکتے۔ مثال کے طور پر بیک گراؤنڈ۔</w:t>
      </w:r>
    </w:p>
    <w:p>
      <w:r>
        <w:rPr>
          <w:b/>
        </w:rPr>
        <w:t xml:space="preserve">[01:28] </w:t>
      </w:r>
      <w:r>
        <w:t>har kitab ke musannif ka ek background hota hai. is background ki base par woh bolta hai.</w:t>
      </w:r>
    </w:p>
    <w:p>
      <w:pPr>
        <w:jc w:val="right"/>
      </w:pPr>
      <w:r>
        <w:t>ہر کتاب کے مصنف کا ایک بیک گراؤنڈ ہوتا ہے۔ اس بیک گراؤنڈ کی بیس پر وہ بولتا ہے۔</w:t>
      </w:r>
    </w:p>
    <w:p>
      <w:r>
        <w:rPr>
          <w:b/>
        </w:rPr>
        <w:t xml:space="preserve">[01:38] </w:t>
      </w:r>
      <w:r>
        <w:t>to dekhein, kisi bhi kitab mein koi bhi author apne background ko nahi bayan kar sakta. woh alag se aap ko janna parta hai.</w:t>
      </w:r>
    </w:p>
    <w:p>
      <w:pPr>
        <w:jc w:val="right"/>
      </w:pPr>
      <w:r>
        <w:t>تو دیکھیں، کسی بھی کتاب میں کوئی بھی آتھر اپنے بیک گراؤنڈ کو نہیں بیان کر سکتا۔ وہ الگ سے آپ کو جاننا پڑتا ہے۔</w:t>
      </w:r>
    </w:p>
    <w:p>
      <w:r>
        <w:rPr>
          <w:b/>
        </w:rPr>
        <w:t xml:space="preserve">[01:51] </w:t>
      </w:r>
      <w:r>
        <w:t>phir to har kitab encyclopedia ban jayegi.</w:t>
      </w:r>
    </w:p>
    <w:p>
      <w:pPr>
        <w:jc w:val="right"/>
      </w:pPr>
      <w:r>
        <w:t>پھر تو ہر کتاب انسائیکلوپیڈیا بن جائے گی۔</w:t>
      </w:r>
    </w:p>
    <w:p>
      <w:r>
        <w:rPr>
          <w:b/>
        </w:rPr>
        <w:t xml:space="preserve">[01:57] </w:t>
      </w:r>
      <w:r>
        <w:t>to</w:t>
      </w:r>
    </w:p>
    <w:p>
      <w:pPr>
        <w:jc w:val="right"/>
      </w:pPr>
      <w:r>
        <w:t>تو</w:t>
      </w:r>
    </w:p>
    <w:p>
      <w:r>
        <w:rPr>
          <w:b/>
        </w:rPr>
        <w:t xml:space="preserve">[01:58] </w:t>
      </w:r>
      <w:r>
        <w:t>jab tak aap kuch aur baaton ko, jo is kitab se relevant hain, un ko na jaanein, aap is kitab ko samajh nahi sakte.</w:t>
      </w:r>
    </w:p>
    <w:p>
      <w:pPr>
        <w:jc w:val="right"/>
      </w:pPr>
      <w:r>
        <w:t>جب تک آپ کچھ اور باتوں کو، جو اس کتاب سے ریلیونٹ ہیں، ان کو نہ جانیں، آپ اس کتاب کو سمجھ نہیں سکتے۔</w:t>
      </w:r>
    </w:p>
    <w:p>
      <w:r>
        <w:rPr>
          <w:b/>
        </w:rPr>
        <w:t xml:space="preserve">[02:11] </w:t>
      </w:r>
      <w:r>
        <w:t>to quran ka moamla bhi yahi hai. quran ko samajhne ke liye bhi zaroori hai ke kuch baatein aap ko</w:t>
      </w:r>
    </w:p>
    <w:p>
      <w:pPr>
        <w:jc w:val="right"/>
      </w:pPr>
      <w:r>
        <w:t>تو قرآن کا معاملہ بھی یہی ہے۔ قرآن کو سمجھنے کے لیے بھی ضروری ہے کہ کچھ باتیں آپ کو</w:t>
      </w:r>
    </w:p>
    <w:p>
      <w:r>
        <w:rPr>
          <w:b/>
        </w:rPr>
        <w:t xml:space="preserve">[02:20] </w:t>
      </w:r>
      <w:r>
        <w:t>peshgi tor par maloom hon. aap ek prepared mind hon.</w:t>
      </w:r>
    </w:p>
    <w:p>
      <w:pPr>
        <w:jc w:val="right"/>
      </w:pPr>
      <w:r>
        <w:t>پیشگی طور پر معلوم ہوں۔ آپ ایک پریپیرڈ مائنڈ ہوں۔</w:t>
      </w:r>
    </w:p>
    <w:p>
      <w:r>
        <w:rPr>
          <w:b/>
        </w:rPr>
        <w:t xml:space="preserve">[02:29] </w:t>
      </w:r>
      <w:r>
        <w:t>tab aap quran ko samjhenge. kal ek sahib mujh se milne ke liye aaye. woh quran par ek kitab likh rahe hain, english mein.</w:t>
      </w:r>
    </w:p>
    <w:p>
      <w:pPr>
        <w:jc w:val="right"/>
      </w:pPr>
      <w:r>
        <w:t>تب آپ قرآن کو سمجھیں گے۔ کل ایک صاحب مجھ سے ملنے کے لیے آئے۔ وہ قرآن پر ایک کتاب لکھ رہے ہیں، انگلش میں۔</w:t>
      </w:r>
    </w:p>
    <w:p>
      <w:r>
        <w:rPr>
          <w:b/>
        </w:rPr>
        <w:t xml:space="preserve">[02:40] </w:t>
      </w:r>
      <w:r>
        <w:t>un ke sawalat ajeeb o ghareeb qism ke thay. to maine kaha ke dekhein, aap quran par kitab likh rahe hain to aap prepared mind nahi hain is ke liye.</w:t>
      </w:r>
    </w:p>
    <w:p>
      <w:pPr>
        <w:jc w:val="right"/>
      </w:pPr>
      <w:r>
        <w:t>ان کے سوالات عجیب و غریب قسم کے تھے۔ تو میں نے کہا کہ دیکھیں، آپ قرآن پر کتاب لکھ رہے ہیں تو آپ پریپیرڈ مائنڈ نہیں ہیں اس کے لیے۔</w:t>
      </w:r>
    </w:p>
    <w:p>
      <w:r>
        <w:rPr>
          <w:b/>
        </w:rPr>
        <w:t xml:space="preserve">[02:54] </w:t>
      </w:r>
      <w:r>
        <w:t>jab tak aap prepared mind na banein, tab tak aap likh nahi sakte hain kisi bhi kitab par. kisi bhi kitab par.</w:t>
      </w:r>
    </w:p>
    <w:p>
      <w:pPr>
        <w:jc w:val="right"/>
      </w:pPr>
      <w:r>
        <w:t>جب تک آپ پریپیرڈ مائنڈ نہ بنیں، تب تک آپ لکھ نہیں سکتے ہیں کسی بھی کتاب پر۔ کسی بھی کتاب پر۔</w:t>
      </w:r>
    </w:p>
    <w:p>
      <w:r>
        <w:rPr>
          <w:b/>
        </w:rPr>
        <w:t xml:space="preserve">[03:04] </w:t>
      </w:r>
      <w:r>
        <w:t>ek bohat bare alam ka waqia hai ke un se un ke student ne poocha ke main kab likhoon?</w:t>
      </w:r>
    </w:p>
    <w:p>
      <w:pPr>
        <w:jc w:val="right"/>
      </w:pPr>
      <w:r>
        <w:t>ایک بہت بڑے عالم کا واقعہ ہے کہ ان سے ان کے اسٹوڈنٹ نے پوچھا کہ میں کب لکھوں؟</w:t>
      </w:r>
    </w:p>
    <w:p>
      <w:r>
        <w:rPr>
          <w:b/>
        </w:rPr>
        <w:t xml:space="preserve">[03:14] </w:t>
      </w:r>
      <w:r>
        <w:t>matlab un ko writing ka shauq tha to writing ka kaam mein kab karoon?</w:t>
      </w:r>
    </w:p>
    <w:p>
      <w:pPr>
        <w:jc w:val="right"/>
      </w:pPr>
      <w:r>
        <w:t>مطلب ان کو رائٹنگ کا شوق تھا تو رائٹنگ کا کام میں کب کروں؟</w:t>
      </w:r>
    </w:p>
    <w:p>
      <w:r>
        <w:rPr>
          <w:b/>
        </w:rPr>
        <w:t xml:space="preserve">[03:20] </w:t>
      </w:r>
      <w:r>
        <w:t>to ustad ne jawab diya ke itna parho ya itna parho ke ubalne lage. is ke baad likho.</w:t>
      </w:r>
    </w:p>
    <w:p>
      <w:pPr>
        <w:jc w:val="right"/>
      </w:pPr>
      <w:r>
        <w:t>تو استاد نے جواب دیا کہ اتنا پڑھو یا اتنا پڑھو کہ ابلنے لگے۔ اس کے بعد لکھو۔</w:t>
      </w:r>
    </w:p>
    <w:p>
      <w:r>
        <w:rPr>
          <w:b/>
        </w:rPr>
        <w:t xml:space="preserve">[03:31] </w:t>
      </w:r>
      <w:r>
        <w:t>isi ko main in lafzon mein kehta hoon ke aadmi ko pehle apne aap ko prepared mind banana chahiye.</w:t>
      </w:r>
    </w:p>
    <w:p>
      <w:pPr>
        <w:jc w:val="right"/>
      </w:pPr>
      <w:r>
        <w:t>اسی کو میں ان لفظوں میں کہتا ہوں کہ آدمی کو پہلے اپنے آپ کو پریپیرڈ مائنڈ بنانا چاہیے۔</w:t>
      </w:r>
    </w:p>
    <w:p>
      <w:r>
        <w:rPr>
          <w:b/>
        </w:rPr>
        <w:t xml:space="preserve">[03:41] </w:t>
      </w:r>
      <w:r>
        <w:t>tabhi woh kisi mauzu par, kisi subject par aisi cheez likh sakta hai jo readable ho, jo parhne ke qabil ho.</w:t>
      </w:r>
    </w:p>
    <w:p>
      <w:pPr>
        <w:jc w:val="right"/>
      </w:pPr>
      <w:r>
        <w:t>تبھی وہ کسی موضوع پر، کسی سبجیکٹ پر ایسی چیز لکھ سکتا ہے جو ریڈیبل ہو، جو پڑھنے کے قابل ہو۔</w:t>
      </w:r>
    </w:p>
    <w:p>
      <w:r>
        <w:rPr>
          <w:b/>
        </w:rPr>
        <w:t xml:space="preserve">[03:51] </w:t>
      </w:r>
      <w:r>
        <w:t>warna is ki kitaab kya hogi? koi parhega nahi is ko. koi chhaap kar baantega idhar udhar. to behal Quran ko samajhne ke liye sab se pehli zaroori baat yeh hai ke aap ek prepared mind hon.</w:t>
      </w:r>
    </w:p>
    <w:p>
      <w:pPr>
        <w:jc w:val="right"/>
      </w:pPr>
      <w:r>
        <w:t>ورنہ اس کی کتاب کیا ہوگی؟ کوئی پڑھے گا نہیں اس کو۔ کوئی چھاپ کر بانٹے گا ادھر ادھر۔ تو بہرحال قرآن کو سمجھنے کے لیے سب سے پہلی ضروری بات یہ ہے کہ آپ ایک پریپیرڈ مائنڈ ہوں۔</w:t>
      </w:r>
    </w:p>
    <w:p>
      <w:r>
        <w:rPr>
          <w:b/>
        </w:rPr>
        <w:t xml:space="preserve">[04:05] </w:t>
      </w:r>
      <w:r>
        <w:t>prepared mind ho kar ke jab aap parhenge Quran ko, tabhi yeh Quran aap ki samajh mein aayega.</w:t>
      </w:r>
    </w:p>
    <w:p>
      <w:pPr>
        <w:jc w:val="right"/>
      </w:pPr>
      <w:r>
        <w:t>پریپیرڈ مائنڈ ہو کر کے جب آپ پڑھیں گے قرآن کو، تبھی یہ قرآن آپ کی سمجھ میں آئے گا۔</w:t>
      </w:r>
    </w:p>
    <w:p>
      <w:r>
        <w:rPr>
          <w:b/>
        </w:rPr>
        <w:t xml:space="preserve">[04:14] </w:t>
      </w:r>
      <w:r>
        <w:t>to pehli baat mein yeh kehna chahunga ke pehli baat hai taqwa ka mizaj. taqwa ka mizaj.</w:t>
      </w:r>
    </w:p>
    <w:p>
      <w:pPr>
        <w:jc w:val="right"/>
      </w:pPr>
      <w:r>
        <w:t>تو پہلی بات میں یہ کہنا چاہوں گا کہ پہلی بات ہے تقویٰ کا مزاج۔ تقویٰ کا مزاج۔</w:t>
      </w:r>
    </w:p>
    <w:p>
      <w:r>
        <w:rPr>
          <w:b/>
        </w:rPr>
        <w:t xml:space="preserve">[04:30] </w:t>
      </w:r>
      <w:r>
        <w:t>God consciousness. taqwa ka matlab hai God consciousness. ya Khuda ko apna concern banana.</w:t>
      </w:r>
    </w:p>
    <w:p>
      <w:pPr>
        <w:jc w:val="right"/>
      </w:pPr>
      <w:r>
        <w:t>گاڈ کانشیسنس۔ تقویٰ کا مطلب ہے گاڈ کانشیسنس۔ یا خدا کو اپنا کنسرن بنانا۔</w:t>
      </w:r>
    </w:p>
    <w:p>
      <w:r>
        <w:rPr>
          <w:b/>
        </w:rPr>
        <w:t xml:space="preserve">[04:42] </w:t>
      </w:r>
      <w:r>
        <w:t>to jab tak aadmi is subject ko ahmiyat na de, is ke bare mein sincere na ho, to kaise woh samjhega?</w:t>
      </w:r>
    </w:p>
    <w:p>
      <w:pPr>
        <w:jc w:val="right"/>
      </w:pPr>
      <w:r>
        <w:t>تو جب تک آدمی اس سبجیکٹ کو اہمیت نہ دے، اس کے بارے میں سنسیئر نہ ہو، تو کیسے وہ سمجھے گا؟</w:t>
      </w:r>
    </w:p>
    <w:p>
      <w:r>
        <w:rPr>
          <w:b/>
        </w:rPr>
        <w:t xml:space="preserve">[04:55] </w:t>
      </w:r>
      <w:r>
        <w:t>to taqwa ka mizaj jo hai yeh pehli shart hai.</w:t>
      </w:r>
    </w:p>
    <w:p>
      <w:pPr>
        <w:jc w:val="right"/>
      </w:pPr>
      <w:r>
        <w:t>تو تقویٰ کا مزاج جو ہے یہ پہلی شرط ہے۔</w:t>
      </w:r>
    </w:p>
    <w:p>
      <w:r>
        <w:rPr>
          <w:b/>
        </w:rPr>
        <w:t xml:space="preserve">[05:01] </w:t>
      </w:r>
      <w:r>
        <w:t>taqwa ke matlab hote hain ehtiyat ka mizaj.</w:t>
      </w:r>
    </w:p>
    <w:p>
      <w:pPr>
        <w:jc w:val="right"/>
      </w:pPr>
      <w:r>
        <w:t>تقویٰ کے مطلب ہوتے ہیں احتیاط کا مزاج۔</w:t>
      </w:r>
    </w:p>
    <w:p>
      <w:r>
        <w:rPr>
          <w:b/>
        </w:rPr>
        <w:t xml:space="preserve">[05:08] </w:t>
      </w:r>
      <w:r>
        <w:t>taqwa kya hai? taqwa koi mysterious cheez ka naam nahi hai. jab aap</w:t>
      </w:r>
    </w:p>
    <w:p>
      <w:pPr>
        <w:jc w:val="right"/>
      </w:pPr>
      <w:r>
        <w:t>تقویٰ کیا ہے؟ تقویٰ کوئی مسٹیریس چیز کا نام نہیں ہے۔ جب آپ</w:t>
      </w:r>
    </w:p>
    <w:p>
      <w:r>
        <w:rPr>
          <w:b/>
        </w:rPr>
        <w:t xml:space="preserve">[05:18] </w:t>
      </w:r>
      <w:r>
        <w:t>ehtiyat ke sath muamla karen cheezon ke sath to yahi taqwa hai.</w:t>
      </w:r>
    </w:p>
    <w:p>
      <w:pPr>
        <w:jc w:val="right"/>
      </w:pPr>
      <w:r>
        <w:t>احتیاط کے ساتھ معاملہ کریں چیزوں کے ساتھ تو یہی تقویٰ ہے۔</w:t>
      </w:r>
    </w:p>
    <w:p>
      <w:r>
        <w:rPr>
          <w:b/>
        </w:rPr>
        <w:t xml:space="preserve">[05:24] </w:t>
      </w:r>
      <w:r>
        <w:t>misalan aap ek jhaari mein chal rahe hon, kaantey daar jhaariyan hon har taraf wahan, to aap bohat bach bach kar, bach bach kar niklenge is se taake aap ka daaman is mein phans na jaye.</w:t>
      </w:r>
    </w:p>
    <w:p>
      <w:pPr>
        <w:jc w:val="right"/>
      </w:pPr>
      <w:r>
        <w:t>مثلاً آپ ایک جھاڑی میں چل رہے ہوں، کانٹے دار جھاڑیاں ہوں ہر طرف وہاں، تو آپ بہت بچ بچ کر، بچ بچ کر نکلیں گے اس سے تاکہ آپ کا دامن اس میں پھنس نہ جائے۔</w:t>
      </w:r>
    </w:p>
    <w:p>
      <w:r>
        <w:rPr>
          <w:b/>
        </w:rPr>
        <w:t xml:space="preserve">[05:37] </w:t>
      </w:r>
      <w:r>
        <w:t>aap ko koi kaanta na chubh jaye. is ko kehte hain ehtiyat. isi ka naam hai taqwa.</w:t>
      </w:r>
    </w:p>
    <w:p>
      <w:pPr>
        <w:jc w:val="right"/>
      </w:pPr>
      <w:r>
        <w:t>آپ کو کوئی کانٹا نہ چبھ جائے۔ اس کو کہتے ہیں احتیاط۔ اسی کا نام ہے تقویٰ۔</w:t>
      </w:r>
    </w:p>
    <w:p>
      <w:r>
        <w:rPr>
          <w:b/>
        </w:rPr>
        <w:t xml:space="preserve">[05:47] </w:t>
      </w:r>
      <w:r>
        <w:t>to muhatat zehan ke sath jo Quran ko parhega, wahi Quran ko samjhega. agar aadmi ka zehan jo hai aisa ho ke woh bilkul careless hai,</w:t>
      </w:r>
    </w:p>
    <w:p>
      <w:pPr>
        <w:jc w:val="right"/>
      </w:pPr>
      <w:r>
        <w:t>تو محتاط ذہن کے ساتھ جو قرآن کو پڑھے گا، وہی قرآن کو سمجھے گا۔ اگر آدمی کا ذہن جو ہے ایسا ہو کہ وہ بالکل کیرلس ہے،</w:t>
      </w:r>
    </w:p>
    <w:p>
      <w:r>
        <w:rPr>
          <w:b/>
        </w:rPr>
        <w:t xml:space="preserve">[06:01] </w:t>
      </w:r>
      <w:r>
        <w:t>insensitive hai, insincere hai, baaton par gehrai ke sath dhyan nahi deta hai, to aise hi hoga jaise ke jhaariyon mein koi daude.</w:t>
      </w:r>
    </w:p>
    <w:p>
      <w:pPr>
        <w:jc w:val="right"/>
      </w:pPr>
      <w:r>
        <w:t>ان سینسٹیو ہے، ان سنسیئر ہے، باتوں پر گہرائی کے ساتھ دھیان نہیں دیتا ہے، تو ایسے ہی ہوگا جیسے کہ جھاڑیوں میں کوئی دوڑے۔</w:t>
      </w:r>
    </w:p>
    <w:p>
      <w:r>
        <w:rPr>
          <w:b/>
        </w:rPr>
        <w:t xml:space="preserve">[06:14] </w:t>
      </w:r>
      <w:r>
        <w:t>kaantey daar jhaari ho aur is mein carelessly aap lagen chal lein to zahir hai ke kaante chhubenge. isi tarike se agar aadmi ke andar taqwa ka mizaj na ho, matlab yeh hai ke woh sincerity ka mizaj na ho,</w:t>
      </w:r>
    </w:p>
    <w:p>
      <w:pPr>
        <w:jc w:val="right"/>
      </w:pPr>
      <w:r>
        <w:t>کانٹے دار جھاڑی ہو اور اس میں کیرلسلی آپ لگیں چل لیں تو ظاہر ہے کہ کانٹے چبھیں گے۔ اسی طریقے سے اگر آدمی کے اندر تقویٰ کا مزاج نہ ہو، مطلب یہ ہے کہ وہ سنسیرٹی کا مزاج نہ ہو،</w:t>
      </w:r>
    </w:p>
    <w:p>
      <w:r>
        <w:rPr>
          <w:b/>
        </w:rPr>
        <w:t xml:space="preserve">[06:32] </w:t>
      </w:r>
      <w:r>
        <w:t>woh baaton ke muamle mein sincere na ho,</w:t>
      </w:r>
    </w:p>
    <w:p>
      <w:pPr>
        <w:jc w:val="right"/>
      </w:pPr>
      <w:r>
        <w:t>وہ باتوں کے معاملے میں سن سیریس نہ ہو،</w:t>
      </w:r>
    </w:p>
    <w:p>
      <w:r>
        <w:rPr>
          <w:b/>
        </w:rPr>
        <w:t xml:space="preserve">[06:38] </w:t>
      </w:r>
      <w:r>
        <w:t>to kuch samjhein ke us ki samajh mein kuch baat aayegi nahi.</w:t>
      </w:r>
    </w:p>
    <w:p>
      <w:pPr>
        <w:jc w:val="right"/>
      </w:pPr>
      <w:r>
        <w:t>تو کچھ سمجھیں کہ اس کی سمجھ میں کچھ بات آئے گی نہیں۔</w:t>
      </w:r>
    </w:p>
    <w:p>
      <w:r>
        <w:rPr>
          <w:b/>
        </w:rPr>
        <w:t xml:space="preserve">[06:44] </w:t>
      </w:r>
      <w:r>
        <w:t>is tarah se aap sirf novel parh sakte hain. novel ke liye aap ko taqwa ke mizaj ki zaroorat nahi hai kyunke novel to ek kahani hai. kahani hai, parhte jaiye, parhte jaiye, parhte jaiye.</w:t>
      </w:r>
    </w:p>
    <w:p>
      <w:pPr>
        <w:jc w:val="right"/>
      </w:pPr>
      <w:r>
        <w:t>اس طرح سے آپ صرف ناول پڑھ سکتے ہیں۔ ناول کے لیے آپ کو تقویٰ کے مزاج کی ضرورت نہیں ہے کیونکہ ناول تو ایک کہانی ہے۔ کہانی ہے، پڑھتے جائیے، پڑھتے جائیے، پڑھتے جائیے۔</w:t>
      </w:r>
    </w:p>
    <w:p>
      <w:r>
        <w:rPr>
          <w:b/>
        </w:rPr>
        <w:t xml:space="preserve">[06:57] </w:t>
      </w:r>
      <w:r>
        <w:t>lekin koi sanjeeda kitaab jo hai, koi ilmi kitaab, koi wisdom ki kitaab, aap is tarah nahi parh sakte. to pehli cheez jo chahiye woh hai taqwa ka mizaj.</w:t>
      </w:r>
    </w:p>
    <w:p>
      <w:pPr>
        <w:jc w:val="right"/>
      </w:pPr>
      <w:r>
        <w:t>لیکن کوئی سنجیدہ کتاب جو ہے، کوئی علمی کتاب، کوئی وزڈم کی کتاب، آپ اس طرح نہیں پڑھ سکتے۔ تو پہلی چیز جو چاہیے وہ ہے تقویٰ کا مزاج۔</w:t>
      </w:r>
    </w:p>
    <w:p>
      <w:r>
        <w:rPr>
          <w:b/>
        </w:rPr>
        <w:t xml:space="preserve">[07:12] </w:t>
      </w:r>
      <w:r>
        <w:t>isi liye Quran mein kaha gaya hai ke ittaqullah wa yualimkumullah.</w:t>
      </w:r>
    </w:p>
    <w:p>
      <w:pPr>
        <w:jc w:val="right"/>
      </w:pPr>
      <w:r>
        <w:t>اسی لیے قرآن میں کہا گیا ہے کہ اتقوا اللہ ويعلمکم اللہ۔</w:t>
      </w:r>
    </w:p>
    <w:p>
      <w:r>
        <w:rPr>
          <w:b/>
        </w:rPr>
        <w:t xml:space="preserve">[07:22] </w:t>
      </w:r>
      <w:r>
        <w:t>taqwa ikhtiyar karo aur Allah tum ko ilm dega.</w:t>
      </w:r>
    </w:p>
    <w:p>
      <w:pPr>
        <w:jc w:val="right"/>
      </w:pPr>
      <w:r>
        <w:t>تقویٰ اختیار کرو اور اللہ تم کو علم دے گا۔</w:t>
      </w:r>
    </w:p>
    <w:p>
      <w:r>
        <w:rPr>
          <w:b/>
        </w:rPr>
        <w:t xml:space="preserve">[07:29] </w:t>
      </w:r>
      <w:r>
        <w:t>tumhare andar learning aa jayegi. to khud Quran mein yeh is shart ko bataya gaya hai: ittaqullah wa yualimkumullah.</w:t>
      </w:r>
    </w:p>
    <w:p>
      <w:pPr>
        <w:jc w:val="right"/>
      </w:pPr>
      <w:r>
        <w:t>تمہارے اندر لرننگ آ جائے گی۔ تو خود قرآن میں یہ اس شرط کو بتایا گیا ہے: اتقوا اللہ ويعلمکم اللہ۔</w:t>
      </w:r>
    </w:p>
    <w:p>
      <w:r>
        <w:rPr>
          <w:b/>
        </w:rPr>
        <w:t xml:space="preserve">[07:39] </w:t>
      </w:r>
      <w:r>
        <w:t>taqwa se ilm aata hai.</w:t>
      </w:r>
    </w:p>
    <w:p>
      <w:pPr>
        <w:jc w:val="right"/>
      </w:pPr>
      <w:r>
        <w:t>تقویٰ سے علم آتا ہے۔</w:t>
      </w:r>
    </w:p>
    <w:p>
      <w:r>
        <w:rPr>
          <w:b/>
        </w:rPr>
        <w:t xml:space="preserve">[07:41] </w:t>
      </w:r>
      <w:r>
        <w:t>taqwa se aadmi ke andar wisdom aati hai. taqwa se aadmi ke andar samajhne ki taqat paida hoti hai. to yeh khud Quran mein bhi yeh cheez batayi gayi hai ke ittaqullah wa yualimkumullah.</w:t>
      </w:r>
    </w:p>
    <w:p>
      <w:pPr>
        <w:jc w:val="right"/>
      </w:pPr>
      <w:r>
        <w:t>تقویٰ سے آدمی کے اندر وزڈم آتی ہے۔ تقویٰ سے آدمی کے اندر سمجھنے کی طاقت پیدا ہوتی ہے۔ تو یہ خود قرآن میں بھی یہ چیز بتائی گئی ہے کہ اتقوا اللہ ويعلمکم اللہ۔</w:t>
      </w:r>
    </w:p>
    <w:p>
      <w:r>
        <w:rPr>
          <w:b/>
        </w:rPr>
        <w:t xml:space="preserve">[07:57] </w:t>
      </w:r>
      <w:r>
        <w:t>is tarah se ek aur ayat hai: ittaqu ya ulil albab. yeh Quran ki ek ayat hai: ittaqu ya ulil albab.</w:t>
      </w:r>
    </w:p>
    <w:p>
      <w:pPr>
        <w:jc w:val="right"/>
      </w:pPr>
      <w:r>
        <w:t>اس طرح سے ایک اور آیت ہے: اتقوا یا اولی الالباب۔ یہ قرآن کی ایک آیت ہے: اتقوا یا اولی الالباب۔</w:t>
      </w:r>
    </w:p>
    <w:p>
      <w:r>
        <w:rPr>
          <w:b/>
        </w:rPr>
        <w:t xml:space="preserve">[08:13] </w:t>
      </w:r>
      <w:r>
        <w:t>ae aqal walo! mujh se daro. yani Allah ne farmaya: ae aqal walo! mujh se daro.</w:t>
      </w:r>
    </w:p>
    <w:p>
      <w:pPr>
        <w:jc w:val="right"/>
      </w:pPr>
      <w:r>
        <w:t>اے عقل والو! مجھ سے ڈرو۔ یعنی اللہ نے فرمایا: اے عقل والو! مجھ سے ڈرو۔</w:t>
      </w:r>
    </w:p>
    <w:p>
      <w:r>
        <w:rPr>
          <w:b/>
        </w:rPr>
        <w:t xml:space="preserve">[08:24] </w:t>
      </w:r>
      <w:r>
        <w:t>to is ke ma'ni kya hue ke taqwa jo hai wo aqal ki baat hai.</w:t>
      </w:r>
    </w:p>
    <w:p>
      <w:pPr>
        <w:jc w:val="right"/>
      </w:pPr>
      <w:r>
        <w:t>تو اس کے معنی کیا ہوئے کہ تقویٰ جو ہے وہ عقل کی بات ہے۔</w:t>
      </w:r>
    </w:p>
    <w:p>
      <w:r>
        <w:rPr>
          <w:b/>
        </w:rPr>
        <w:t xml:space="preserve">[08:31] </w:t>
      </w:r>
      <w:r>
        <w:t>aqal wale hi samajh sakte hain ke taqwa ki ahmiyat kya hai.</w:t>
      </w:r>
    </w:p>
    <w:p>
      <w:pPr>
        <w:jc w:val="right"/>
      </w:pPr>
      <w:r>
        <w:t>عقل والے ہی سمجھ سکتے ہیں کہ تقویٰ کی اہمیت کیا ہے۔</w:t>
      </w:r>
    </w:p>
    <w:p>
      <w:r>
        <w:rPr>
          <w:b/>
        </w:rPr>
        <w:t xml:space="preserve">[08:38] </w:t>
      </w:r>
      <w:r>
        <w:t>yani taqwa mein ulil albab ka matlab hai aqal wale.</w:t>
      </w:r>
    </w:p>
    <w:p>
      <w:pPr>
        <w:jc w:val="right"/>
      </w:pPr>
      <w:r>
        <w:t>یعنی تقویٰ میں اولی الباب کا مطلب ہے عقل والے۔</w:t>
      </w:r>
    </w:p>
    <w:p>
      <w:r>
        <w:rPr>
          <w:b/>
        </w:rPr>
        <w:t xml:space="preserve">[08:45] </w:t>
      </w:r>
      <w:r>
        <w:t>to aap dekhiye ke yahan par taqwa ka talluq joda gaya hai aqal se.</w:t>
      </w:r>
    </w:p>
    <w:p>
      <w:pPr>
        <w:jc w:val="right"/>
      </w:pPr>
      <w:r>
        <w:t>تو آپ دیکھیے کہ یہاں پر تقویٰ کا تعلق جوڑا گیا ہے عقل سے۔</w:t>
      </w:r>
    </w:p>
    <w:p>
      <w:r>
        <w:rPr>
          <w:b/>
        </w:rPr>
        <w:t xml:space="preserve">[08:53] </w:t>
      </w:r>
      <w:r>
        <w:t>lubb lubb ma'ni aqal, feham. to jis ke andar taqwa hoga, wo</w:t>
      </w:r>
    </w:p>
    <w:p>
      <w:pPr>
        <w:jc w:val="right"/>
      </w:pPr>
      <w:r>
        <w:t>لب لب معنی عقل، فہم۔ تو جس کے اندر تقویٰ ہوگا، وہ</w:t>
      </w:r>
    </w:p>
    <w:p>
      <w:r>
        <w:rPr>
          <w:b/>
        </w:rPr>
        <w:t xml:space="preserve">[09:06] </w:t>
      </w:r>
      <w:r>
        <w:t>jis ke andar lubb hoga, jis ke andar aqal hogi, wo mutaqqi banega.</w:t>
      </w:r>
    </w:p>
    <w:p>
      <w:pPr>
        <w:jc w:val="right"/>
      </w:pPr>
      <w:r>
        <w:t>جس کے اندر لب ہوگا، جس کے اندر عقل ہوگی، وہ متقی بنے گا۔</w:t>
      </w:r>
    </w:p>
    <w:p>
      <w:r>
        <w:rPr>
          <w:b/>
        </w:rPr>
        <w:t xml:space="preserve">[09:12] </w:t>
      </w:r>
      <w:r>
        <w:t>to taqwa aur aqal dono sath sath chalte hain. to farmaya ke ittaqu ya ulil albab. ae aqal walo!</w:t>
      </w:r>
    </w:p>
    <w:p>
      <w:pPr>
        <w:jc w:val="right"/>
      </w:pPr>
      <w:r>
        <w:t>تو تقویٰ اور عقل دونوں ساتھ ساتھ چلتے ہیں۔ تو فرمایا کہ اتقوا یا اولی الالباب۔ اے عقل والو!</w:t>
      </w:r>
    </w:p>
    <w:p>
      <w:r>
        <w:rPr>
          <w:b/>
        </w:rPr>
        <w:t xml:space="preserve">[09:20] </w:t>
      </w:r>
      <w:r>
        <w:t>mujh se daro. is ka matlab yeh hua ke aap ke paas aqal ho aur taqwa ho to kya hoga?</w:t>
      </w:r>
    </w:p>
    <w:p>
      <w:pPr>
        <w:jc w:val="right"/>
      </w:pPr>
      <w:r>
        <w:t>مجھ سے ڈرو۔ اس کا مطلب یہ ہوا کہ آپ کے پاس عقل ہو اور تقویٰ ہو تو کیا ہوگا؟</w:t>
      </w:r>
    </w:p>
    <w:p>
      <w:r>
        <w:rPr>
          <w:b/>
        </w:rPr>
        <w:t xml:space="preserve">[09:30] </w:t>
      </w:r>
      <w:r>
        <w:t>aap ke andar sanjidgi aayegi.</w:t>
      </w:r>
    </w:p>
    <w:p>
      <w:pPr>
        <w:jc w:val="right"/>
      </w:pPr>
      <w:r>
        <w:t>آپ کے اندر سنجیدگی آئے گی۔</w:t>
      </w:r>
    </w:p>
    <w:p>
      <w:r>
        <w:rPr>
          <w:b/>
        </w:rPr>
        <w:t xml:space="preserve">[09:33] </w:t>
      </w:r>
      <w:r>
        <w:t>sanjidgi jab aayegi to aap Quran ko gehrai ke sath samajhne ki position mein ho jayenge.</w:t>
      </w:r>
    </w:p>
    <w:p>
      <w:pPr>
        <w:jc w:val="right"/>
      </w:pPr>
      <w:r>
        <w:t>سنجیدگی جب آئے گی تو آپ قرآن کو گہرائی کے ساتھ سمجھنے کی پوزیشن میں ہو جائیں گے۔</w:t>
      </w:r>
    </w:p>
    <w:p>
      <w:r>
        <w:rPr>
          <w:b/>
        </w:rPr>
        <w:t xml:space="preserve">[09:46] </w:t>
      </w:r>
      <w:r>
        <w:t>isi tarah dekhiye, da'wati mizaj bhi bohat zaroori hai. Quran ko samajhne ke liye da'wati mizaj bohat zaroori hai.</w:t>
      </w:r>
    </w:p>
    <w:p>
      <w:pPr>
        <w:jc w:val="right"/>
      </w:pPr>
      <w:r>
        <w:t>اسی طرح دیکھیے، دعوتی مزاج بھی بہت ضروری ہے۔ قرآن کو سمجھنے کے لیے دعوتی مزاج بہت ضروری ہے۔</w:t>
      </w:r>
    </w:p>
    <w:p>
      <w:r>
        <w:rPr>
          <w:b/>
        </w:rPr>
        <w:t xml:space="preserve">[09:59] </w:t>
      </w:r>
      <w:r>
        <w:t>is liye ke aap Quran ko padhiye to jagah jagah kya hai is mein? ayyuhal nas! ayyuhal insan! ae logon!</w:t>
      </w:r>
    </w:p>
    <w:p>
      <w:pPr>
        <w:jc w:val="right"/>
      </w:pPr>
      <w:r>
        <w:t>اس لیے کہ آپ قرآن کو پڑھیے تو جگہ جگہ کیا ہے اس میں؟ ایہا الناس! ایہا الانسان! اے لوگوں!</w:t>
      </w:r>
    </w:p>
    <w:p>
      <w:r>
        <w:rPr>
          <w:b/>
        </w:rPr>
        <w:t xml:space="preserve">[10:10] </w:t>
      </w:r>
      <w:r>
        <w:t>ae insan! yani poora Quran jo hai khitab karta hai insanon ko: ayyuhal nas!</w:t>
      </w:r>
    </w:p>
    <w:p>
      <w:pPr>
        <w:jc w:val="right"/>
      </w:pPr>
      <w:r>
        <w:t>اے انسان! یعنی پورا قرآن جو ہے خطاب کرتا ہے انسانوں کو: ایہا الناس!</w:t>
      </w:r>
    </w:p>
    <w:p>
      <w:r>
        <w:rPr>
          <w:b/>
        </w:rPr>
        <w:t xml:space="preserve">[10:18] </w:t>
      </w:r>
      <w:r>
        <w:t>ayyuhal insan! to kya yeh dawat hai?</w:t>
      </w:r>
    </w:p>
    <w:p>
      <w:pPr>
        <w:jc w:val="right"/>
      </w:pPr>
      <w:r>
        <w:t>ایہا الانسان! تو کیا یہ دعوت ہے؟</w:t>
      </w:r>
    </w:p>
    <w:p>
      <w:r>
        <w:rPr>
          <w:b/>
        </w:rPr>
        <w:t xml:space="preserve">[10:23] </w:t>
      </w:r>
      <w:r>
        <w:t>to Quran ka jo khitab hai, jo is ka jo jo address karta hai, Quran is ka andaz da'wati hota hai.</w:t>
      </w:r>
    </w:p>
    <w:p>
      <w:pPr>
        <w:jc w:val="right"/>
      </w:pPr>
      <w:r>
        <w:t>تو قرآن کا جو خطاب ہے، جو اس کا جو جو ایڈریس کرتا ہے، قرآن اس کا انداز دعوتی ہوتا ہے۔</w:t>
      </w:r>
    </w:p>
    <w:p>
      <w:r>
        <w:rPr>
          <w:b/>
        </w:rPr>
        <w:t xml:space="preserve">[10:35] </w:t>
      </w:r>
      <w:r>
        <w:t>yani logon ko koi message dena yeh dawat hai. to Quran ka poora andaz da'wati andaz hai. Allah taala ne Quran mein bataya ke har zamane mein paighambar bheje gaye.</w:t>
      </w:r>
    </w:p>
    <w:p>
      <w:pPr>
        <w:jc w:val="right"/>
      </w:pPr>
      <w:r>
        <w:t>یعنی لوگوں کو کوئی میسج دینا یہ دعوت ہے۔ تو قرآن کا پورا انداز دعوتی انداز ہے۔ اللہ تعالی نے قرآن میں بتایا کہ ہر زمانے میں پیغمبر بھیجے گئے۔</w:t>
      </w:r>
    </w:p>
    <w:p>
      <w:r>
        <w:rPr>
          <w:b/>
        </w:rPr>
        <w:t xml:space="preserve">[10:54] </w:t>
      </w:r>
      <w:r>
        <w:t>to Quran bhi ek paighambar ki bheji hui wahi ka record hai. to farmaya yulqi ar-rooha min amrihi 'ala man yashaa'u min 'ibadihi li-yunzira yawm at-talaq. yulqi ar-rooha min amrihi 'ala man yashaa'u min 'ibadihi li-yunzira yawm at-talaq.</w:t>
      </w:r>
    </w:p>
    <w:p>
      <w:pPr>
        <w:jc w:val="right"/>
      </w:pPr>
      <w:r>
        <w:t>تو قرآن بھی ایک پیغمبر کی بھیجی ہوئی وحی کا ریکارڈ ہے۔ تو فرمایا کہیلق الرگ من نور ربی لین ذرا یوم الطلاق۔یلق الرگ من نور ربی لین ذرا یوم الطلاق۔</w:t>
      </w:r>
    </w:p>
    <w:p>
      <w:r>
        <w:rPr>
          <w:b/>
        </w:rPr>
        <w:t xml:space="preserve">[11:19] </w:t>
      </w:r>
      <w:r>
        <w:t>yani Khuda wahi karta hai kuch insanon par.</w:t>
      </w:r>
    </w:p>
    <w:p>
      <w:pPr>
        <w:jc w:val="right"/>
      </w:pPr>
      <w:r>
        <w:t>یعنی خدا وحی کرتا ہے کچھ انسانوں پر۔</w:t>
      </w:r>
    </w:p>
    <w:p>
      <w:r>
        <w:rPr>
          <w:b/>
        </w:rPr>
        <w:t xml:space="preserve">[11:25] </w:t>
      </w:r>
      <w:r>
        <w:t>yulqi ar-rooha ke ma'ni yahan par wahi ke hain: yulqi ar-rooha min amrihi 'ala man yashaa'u min 'ibadihi li-yunzira yawm at-talaq.</w:t>
      </w:r>
    </w:p>
    <w:p>
      <w:pPr>
        <w:jc w:val="right"/>
      </w:pPr>
      <w:r>
        <w:t>یلق الرگ روح کے معنی یہاں پر وحی کے ہیں:یلق الرگ من نمر علی من عبادی لین ذرا یوم الطلاق۔</w:t>
      </w:r>
    </w:p>
    <w:p>
      <w:r>
        <w:rPr>
          <w:b/>
        </w:rPr>
        <w:t xml:space="preserve">[11:43] </w:t>
      </w:r>
      <w:r>
        <w:t>is tarah ayat hai yeh: yulqi ar-rooha min amrihi 'ala man yashaa'u min 'ibadihi li-yunzira yawm at-talaq. ke Khuda</w:t>
      </w:r>
    </w:p>
    <w:p>
      <w:pPr>
        <w:jc w:val="right"/>
      </w:pPr>
      <w:r>
        <w:t>اس طرح آیت ہے یہ:یلق الرگ من نمر علی یشا من عبادی لین ذرا یوم الطلاق۔ کہ خدا</w:t>
      </w:r>
    </w:p>
    <w:p>
      <w:r>
        <w:rPr>
          <w:b/>
        </w:rPr>
        <w:t xml:space="preserve">[11:55] </w:t>
      </w:r>
      <w:r>
        <w:t>apna revelation bhejta hai, wahi bhejta hai kisi insan par, yani paighambar par, taake woh logon ko khabardar kar de mulaqat ke din se.</w:t>
      </w:r>
    </w:p>
    <w:p>
      <w:pPr>
        <w:jc w:val="right"/>
      </w:pPr>
      <w:r>
        <w:t>اپنا ریویلیشن بھیجتا ہے، وحی بھیجتا ہے کسی انسان پر، یعنی پیغمبر پر، تاکہ وہ لوگوں کو خبردار کر دے ملاقات کے دن سے۔</w:t>
      </w:r>
    </w:p>
    <w:p>
      <w:r>
        <w:rPr>
          <w:b/>
        </w:rPr>
        <w:t xml:space="preserve">[12:11] </w:t>
      </w:r>
      <w:r>
        <w:t>yani so that he may warn</w:t>
      </w:r>
    </w:p>
    <w:p>
      <w:pPr>
        <w:jc w:val="right"/>
      </w:pPr>
      <w:r>
        <w:t>یعنی سو دیٹ ہی می وارن</w:t>
      </w:r>
    </w:p>
    <w:p>
      <w:r>
        <w:rPr>
          <w:b/>
        </w:rPr>
        <w:t xml:space="preserve">[12:18] </w:t>
      </w:r>
      <w:r>
        <w:t>of the day of meeting.</w:t>
      </w:r>
    </w:p>
    <w:p>
      <w:pPr>
        <w:jc w:val="right"/>
      </w:pPr>
      <w:r>
        <w:t>اف دی ڈے اف میٹنگ۔</w:t>
      </w:r>
    </w:p>
    <w:p>
      <w:r>
        <w:rPr>
          <w:b/>
        </w:rPr>
        <w:t xml:space="preserve">[12:23] </w:t>
      </w:r>
      <w:r>
        <w:t>yani ek din aane wala hai jab ke insan aur Khuda, jab ke insan Khuda ke samne hoga. yeh day of judgment ki baat hai.</w:t>
      </w:r>
    </w:p>
    <w:p>
      <w:pPr>
        <w:jc w:val="right"/>
      </w:pPr>
      <w:r>
        <w:t>یعنی ایک دن آنے والا ہے جب کہ انسان اور خدا، جب کہ انسان خدا کے سامنے ہوگا۔ یہ ڈے اف ججمنٹ کی بات ہے۔</w:t>
      </w:r>
    </w:p>
    <w:p>
      <w:r>
        <w:rPr>
          <w:b/>
        </w:rPr>
        <w:t xml:space="preserve">[12:35] </w:t>
      </w:r>
      <w:r>
        <w:t>yani yeh jo insaan paida ho rahe hain, mar rahe hain, to aisa nahi ke bas paida hue aur mar gaye aur khatam ho gaye. nahi,</w:t>
      </w:r>
    </w:p>
    <w:p>
      <w:pPr>
        <w:jc w:val="right"/>
      </w:pPr>
      <w:r>
        <w:t>یعنی یہ جو انسان پیدا ہو رہے ہیں، مر رہے ہیں، تو ایسا نہیں کہ بس پیدا ہوئے اور مر گئے اور ختم ہو گئے۔ نہیں،</w:t>
      </w:r>
    </w:p>
    <w:p>
      <w:r>
        <w:rPr>
          <w:b/>
        </w:rPr>
        <w:t xml:space="preserve">[12:46] </w:t>
      </w:r>
      <w:r>
        <w:t>ek day of judgement aane wala hai, peshi ka din aane wala hai, aur saare insaan phir wahan ikattha kiye jayenge Khuda ke samne, aur phir unka hisab hoga.</w:t>
      </w:r>
    </w:p>
    <w:p>
      <w:pPr>
        <w:jc w:val="right"/>
      </w:pPr>
      <w:r>
        <w:t>ایک ڈے اف ججمنٹ آنے والا ہے، پیشی کا دن آنے والا ہے، اور سارے انسان پھر وہاں اکٹھا کیے جائیں گے خدا کے سامنے، اور پھر ان کا حساب ہوگا۔</w:t>
      </w:r>
    </w:p>
    <w:p>
      <w:r>
        <w:rPr>
          <w:b/>
        </w:rPr>
        <w:t xml:space="preserve">[12:59] </w:t>
      </w:r>
      <w:r>
        <w:t>unke liye punishment ka, yeh reward ka faisla hoga. to farmaya ke peghambar is liye aate hain taake woh logon ko is aane wali mulaqat ke din se unhein ba-khabar kar dein.</w:t>
      </w:r>
    </w:p>
    <w:p>
      <w:pPr>
        <w:jc w:val="right"/>
      </w:pPr>
      <w:r>
        <w:t>ان کے لیے پنشمنٹ کا، یہ ریوارڈ کا فیصلہ ہوگا۔ تو فرمایا کہ پیغمبر اس لیے آتے ہیں تاکہ وہ لوگوں کو اس آنے والی ملاقات کے دن سے انہیں باخبر کر دیں۔</w:t>
      </w:r>
    </w:p>
    <w:p>
      <w:r>
        <w:rPr>
          <w:b/>
        </w:rPr>
        <w:t xml:space="preserve">[13:19] </w:t>
      </w:r>
      <w:r>
        <w:t>peghambar is liye aata hai ke woh mulaqat ke din se logon ko aagah kar de. so that he may warn of the day of judgement,</w:t>
      </w:r>
    </w:p>
    <w:p>
      <w:pPr>
        <w:jc w:val="right"/>
      </w:pPr>
      <w:r>
        <w:t>پیغمبر اس لیے آتا ہے کہ وہ ملاقات کے دن سے لوگوں کو آگاہ کر دے۔ سو دیٹ ہی می وارن اف دا ڈے اف ججمنٹ،</w:t>
      </w:r>
    </w:p>
    <w:p>
      <w:r>
        <w:rPr>
          <w:b/>
        </w:rPr>
        <w:t xml:space="preserve">[13:34] </w:t>
      </w:r>
      <w:r>
        <w:t>of the day of meeting. to yeh hai dawat. yani woh ka maqsad hi Quran ka dawat hai.</w:t>
      </w:r>
    </w:p>
    <w:p>
      <w:pPr>
        <w:jc w:val="right"/>
      </w:pPr>
      <w:r>
        <w:t>اف دا ڈے اف میٹنگ۔ تو یہ ہے دعوت۔ یعنی وہ کا مقصد ہی قرآن کا دعوت ہے۔</w:t>
      </w:r>
    </w:p>
    <w:p>
      <w:r>
        <w:rPr>
          <w:b/>
        </w:rPr>
        <w:t xml:space="preserve">[13:45] </w:t>
      </w:r>
      <w:r>
        <w:t>to jab tak aap koi aadmi kisi aadmi ke andar dawati mizaj na ho, to woh kahin samjhega.</w:t>
      </w:r>
    </w:p>
    <w:p>
      <w:pPr>
        <w:jc w:val="right"/>
      </w:pPr>
      <w:r>
        <w:t>تو جب تک آپ کوئی آدمی کسی آدمی کے اندر دعوتی مزاج نہ ہو، تو وہ کہیں سمجھے گا۔</w:t>
      </w:r>
    </w:p>
    <w:p>
      <w:r>
        <w:rPr>
          <w:b/>
        </w:rPr>
        <w:t xml:space="preserve">[13:56] </w:t>
      </w:r>
      <w:r>
        <w:t>misalan aap qaumi mizaj le kar Quran ko parhein. qaumi mizaj. qaumi mizaj kya hai?</w:t>
      </w:r>
    </w:p>
    <w:p>
      <w:pPr>
        <w:jc w:val="right"/>
      </w:pPr>
      <w:r>
        <w:t>مثلاً آپ قومی مزاج لے کر قرآن کو پڑھیں۔ قومی مزاج۔ قومی مزاج کیا ہے؟</w:t>
      </w:r>
    </w:p>
    <w:p>
      <w:r>
        <w:rPr>
          <w:b/>
        </w:rPr>
        <w:t xml:space="preserve">[14:06] </w:t>
      </w:r>
      <w:r>
        <w:t>qaumi mizaj yeh hai ke aap ko shikayat hai ke kisi ne aap ke khilaf zulm kar rakha hai, kisi ne aap ki land chheen rakhi hai, kisi ne aap ke mulk par political rule chala rakha hai.</w:t>
      </w:r>
    </w:p>
    <w:p>
      <w:pPr>
        <w:jc w:val="right"/>
      </w:pPr>
      <w:r>
        <w:t>قومی مزاج یہ ہے کہ آپ کو شکایت ہے کہ کسی نے آپ کے خلاف ظلم کر رکھا ہے، کسی نے آپ کی لینڈ چھین رکھی ہے، کسی نے آپ کے ملک پر پولیٹیکل رول چلا رکھا ہے۔</w:t>
      </w:r>
    </w:p>
    <w:p>
      <w:r>
        <w:rPr>
          <w:b/>
        </w:rPr>
        <w:t xml:space="preserve">[14:22] </w:t>
      </w:r>
      <w:r>
        <w:t>to qaumi mizaj hota hai hamesha shikayati mizaj. har qaum ko doosri qaum se shikayat hoti hai kyunke qaumein aapas mein rivalry qaim kar leti hain.</w:t>
      </w:r>
    </w:p>
    <w:p>
      <w:pPr>
        <w:jc w:val="right"/>
      </w:pPr>
      <w:r>
        <w:t>تو قومی مزاج ہوتا ہے ہمیشہ شکایتی مزاج۔ ہر قوم کو دوسری قوم سے شکایت ہوتی ہے کیونکہ قومیں آپس میں رائیولری قائم کر لیتی ہیں۔</w:t>
      </w:r>
    </w:p>
    <w:p>
      <w:r>
        <w:rPr>
          <w:b/>
        </w:rPr>
        <w:t xml:space="preserve">[14:35] </w:t>
      </w:r>
      <w:r>
        <w:t>duniya mein jis qaum ko aap dekhiye, har qaum kisi qaum se rivalry qaim ki hui hogi, apna hareef samajhti hogi.</w:t>
      </w:r>
    </w:p>
    <w:p>
      <w:pPr>
        <w:jc w:val="right"/>
      </w:pPr>
      <w:r>
        <w:t>دنیا میں جس قوم کو آپ دیکھیے، ہر قوم کسی قوم سے رائیولری قائم کی ہوئی ہوگی، اپنا حریف سمجھتی ہوگی۔</w:t>
      </w:r>
    </w:p>
    <w:p>
      <w:r>
        <w:rPr>
          <w:b/>
        </w:rPr>
        <w:t xml:space="preserve">[14:45] </w:t>
      </w:r>
      <w:r>
        <w:t>sab qaumon ka yahi haal hai, chahe woh super power ho, chahe doosre countries ho. to kya hota hai? qaumon mein mizaj kya hota hai?</w:t>
      </w:r>
    </w:p>
    <w:p>
      <w:pPr>
        <w:jc w:val="right"/>
      </w:pPr>
      <w:r>
        <w:t>سب قوموں کا یہی حال ہے، چاہے وہ سپر پاور ہو، چاہے دوسرے کنٹریز ہوں۔ تو کیا ہوتا ہے؟ قوموں میں مزاج کیا ہوتا ہے؟</w:t>
      </w:r>
    </w:p>
    <w:p>
      <w:r>
        <w:rPr>
          <w:b/>
        </w:rPr>
        <w:t xml:space="preserve">[14:57] </w:t>
      </w:r>
      <w:r>
        <w:t>shikayat ka, apne hareef ko zeher karne ka, apne dushman ko kill karne ka. yeh har qaum mein mizaj hota hai.</w:t>
      </w:r>
    </w:p>
    <w:p>
      <w:pPr>
        <w:jc w:val="right"/>
      </w:pPr>
      <w:r>
        <w:t>شکایت کا، اپنے حریف کو زہر کرنے کا، اپنے دشمن کو کل کرنے کا۔ یہ ہر قوم میں مزاج ہوتا ہے۔</w:t>
      </w:r>
    </w:p>
    <w:p>
      <w:r>
        <w:rPr>
          <w:b/>
        </w:rPr>
        <w:t xml:space="preserve">[15:10] </w:t>
      </w:r>
      <w:r>
        <w:t>to qaumi mizaj hota hai hareefana mizaj. ab qaumi mizaj le kar koi Quran ko parhe to kya dikhai padega us ko?</w:t>
      </w:r>
    </w:p>
    <w:p>
      <w:pPr>
        <w:jc w:val="right"/>
      </w:pPr>
      <w:r>
        <w:t>تو قومی مزاج ہوتا ہے حریفانہ مزاج۔ اب قومی مزاج لے کر کوئی قرآن کو پڑھے تو کیا دکھائی پڑے گا اس کو؟</w:t>
      </w:r>
    </w:p>
    <w:p>
      <w:r>
        <w:rPr>
          <w:b/>
        </w:rPr>
        <w:t xml:space="preserve">[15:19] </w:t>
      </w:r>
      <w:r>
        <w:t>bas us ko jihad o qital dikhai de padega ke dekho Quran keh raha hai hum ko lad kar jihad karna hai</w:t>
      </w:r>
    </w:p>
    <w:p>
      <w:pPr>
        <w:jc w:val="right"/>
      </w:pPr>
      <w:r>
        <w:t>بس اس کو جہاد و قتال دکھائی دے پڑے گا کہ دیکھو قرآن کہہ رہا ہے ہم کو لڑ کر جہاد کرنا ہے</w:t>
      </w:r>
    </w:p>
    <w:p>
      <w:r>
        <w:rPr>
          <w:b/>
        </w:rPr>
        <w:t xml:space="preserve">[15:26] </w:t>
      </w:r>
      <w:r>
        <w:t>aur apne hareafon ko humein kill karna hai. bas yeh milega us ko Quran mein. yani Quran ko padh kar woh ladai chhod dega aur samjhega ke woh yani Quran ki ko follow kar raha hai,</w:t>
      </w:r>
    </w:p>
    <w:p>
      <w:pPr>
        <w:jc w:val="right"/>
      </w:pPr>
      <w:r>
        <w:t>اور اپنے حریفوں کو ہمیں کل کرنا ہے۔ بس یہ ملے گا اس کو قرآن میں۔ یعنی قرآن کو پڑھ کر وہ لڑائی چھوڑ دے گا اور سمجھے گا کہ وہ یعنی قرآن کی کو فالو کر رہا ہے،</w:t>
      </w:r>
    </w:p>
    <w:p>
      <w:r>
        <w:rPr>
          <w:b/>
        </w:rPr>
        <w:t xml:space="preserve">[15:44] </w:t>
      </w:r>
      <w:r>
        <w:t>halanke woh Quran ko follow nahi kar raha hoga. kyunke Quran to kehta hai dawat dena, chahe dushman ho, chahe dost ho, dono ko.</w:t>
      </w:r>
    </w:p>
    <w:p>
      <w:pPr>
        <w:jc w:val="right"/>
      </w:pPr>
      <w:r>
        <w:t>حالانکہ وہ قرآن کو فالو نہیں کر رہا ہوگا۔ کیونکہ قرآن تو کہتا ہے دعوت دینا، چاہے دشمن ہو، چاہے دوست ہو، دونوں کو۔</w:t>
      </w:r>
    </w:p>
    <w:p>
      <w:r>
        <w:rPr>
          <w:b/>
        </w:rPr>
        <w:t xml:space="preserve">[15:56] </w:t>
      </w:r>
      <w:r>
        <w:t>Quran mein hai ke wa jadil billati ahsan</w:t>
      </w:r>
    </w:p>
    <w:p>
      <w:pPr>
        <w:jc w:val="right"/>
      </w:pPr>
      <w:r>
        <w:t>قرآن میں ہے کہ وجادل بلتی احسن</w:t>
      </w:r>
    </w:p>
    <w:p>
      <w:r>
        <w:rPr>
          <w:b/>
        </w:rPr>
        <w:t xml:space="preserve">[16:02] </w:t>
      </w:r>
      <w:r>
        <w:t>fa izzallati bainaka wa bainahu waliyyun hamim. yani Quran mein hai ke tumhara dushman bhi tumhara mad'u hai.</w:t>
      </w:r>
    </w:p>
    <w:p>
      <w:pPr>
        <w:jc w:val="right"/>
      </w:pPr>
      <w:r>
        <w:t>فیض الذی بینک بین ولی حمیم۔ یعنی قرآن میں ہے کہ تمہارا دشمن بھی تمہارا مدعو ہے۔</w:t>
      </w:r>
    </w:p>
    <w:p>
      <w:r>
        <w:rPr>
          <w:b/>
        </w:rPr>
        <w:t xml:space="preserve">[16:13] </w:t>
      </w:r>
      <w:r>
        <w:t>dushman ko bhi isi tarah se message pahunchana hai Khuda ka, jis tarah se tum apne dost ko pahunchaoge.</w:t>
      </w:r>
    </w:p>
    <w:p>
      <w:pPr>
        <w:jc w:val="right"/>
      </w:pPr>
      <w:r>
        <w:t>دشمن کو بھی اسی طرح سے میسج پہنچانا ہے خدا کا، جس طرح سے تم اپنے دوست کو پہنچاؤ گے۔</w:t>
      </w:r>
    </w:p>
    <w:p>
      <w:r>
        <w:rPr>
          <w:b/>
        </w:rPr>
        <w:t xml:space="preserve">[16:22] </w:t>
      </w:r>
      <w:r>
        <w:t>to dushman ho ya dost, sab ke sab Quran ke mutabiq mad'u hain. to agar dawati zehan hoga to aap ko jagah jagah dawat ka food milega,</w:t>
      </w:r>
    </w:p>
    <w:p>
      <w:pPr>
        <w:jc w:val="right"/>
      </w:pPr>
      <w:r>
        <w:t>تو دشمن ہو یا دوست، سب کے سب قرآن کے مطابق مدعو ہیں۔ تو اگر دعوتی ذہن ہوگا تو آپ کو جگہ جگہ دعوت کا فوڈ ملے گا،</w:t>
      </w:r>
    </w:p>
    <w:p>
      <w:r>
        <w:rPr>
          <w:b/>
        </w:rPr>
        <w:t xml:space="preserve">[16:40] </w:t>
      </w:r>
      <w:r>
        <w:t>dawat ka direction milega, dawat ki baatein milengi,</w:t>
      </w:r>
    </w:p>
    <w:p>
      <w:pPr>
        <w:jc w:val="right"/>
      </w:pPr>
      <w:r>
        <w:t>دعوت کا ڈائریکشن ملے گا، دعوت کی باتیں ملیں گی،</w:t>
      </w:r>
    </w:p>
    <w:p>
      <w:r>
        <w:rPr>
          <w:b/>
        </w:rPr>
        <w:t xml:space="preserve">[16:48] </w:t>
      </w:r>
      <w:r>
        <w:t>dawat wali wisdom milegi jagah jagah. aur agar qaumi mizaj hai to bas ladai, qatl, jihad, maro, kaato, yeh milega.</w:t>
      </w:r>
    </w:p>
    <w:p>
      <w:pPr>
        <w:jc w:val="right"/>
      </w:pPr>
      <w:r>
        <w:t>دعوت والی وزڈم ملے گی جگہ جگہ۔ اور اگر قومی مزاج ہے تو بس لڑائی، قتل، جہاد، مارو، کاٹو، یہ ملے گا۔</w:t>
      </w:r>
    </w:p>
    <w:p>
      <w:r>
        <w:rPr>
          <w:b/>
        </w:rPr>
        <w:t xml:space="preserve">[17:00] </w:t>
      </w:r>
      <w:r>
        <w:t>kyunke aap ka mind bhara hua hai ke duniya meri dushman hai, duniya mere khilaf conspiracy kar rahi hai, duniya ne meri land ko occupy kar rakha hai, doosri qaumon ne mere political role ko khatam kar rakha hai.</w:t>
      </w:r>
    </w:p>
    <w:p>
      <w:pPr>
        <w:jc w:val="right"/>
      </w:pPr>
      <w:r>
        <w:t>کیونکہ آپ کا مائنڈ بھرا ہوا ہے کہ دنیا میری دشمن ہے، دنیا میرے خلاف کانسپریسی کر رہی ہے، دنیا نے میری لینڈ کو اکوپائی کر رکھا ہے، دوسری قوموں نے میرے پولیٹیکل رول کو ختم کر رکھا ہے۔</w:t>
      </w:r>
    </w:p>
    <w:p>
      <w:r>
        <w:rPr>
          <w:b/>
        </w:rPr>
        <w:t xml:space="preserve">[17:16] </w:t>
      </w:r>
      <w:r>
        <w:t>ab mind mein to yeh bhara hua hai qaumi shikayat. to wohi karein, wohi dekhenge aap Quran mein.</w:t>
      </w:r>
    </w:p>
    <w:p>
      <w:pPr>
        <w:jc w:val="right"/>
      </w:pPr>
      <w:r>
        <w:t>اب مائنڈ میں تو یہ بھرا ہوا ہے قومی شکایت۔ تو وہی کریں، وہی دیکھیں گے آپ قرآن میں۔</w:t>
      </w:r>
    </w:p>
    <w:p>
      <w:r>
        <w:rPr>
          <w:b/>
        </w:rPr>
        <w:t xml:space="preserve">[17:26] </w:t>
      </w:r>
      <w:r>
        <w:t>to Quran ko padh kar koi aadmi Quran se be-khabar rahega. yani Quran mein woh padhega khud apne mind ko, apne mind ko.</w:t>
      </w:r>
    </w:p>
    <w:p>
      <w:pPr>
        <w:jc w:val="right"/>
      </w:pPr>
      <w:r>
        <w:t>تو قرآن کو پڑھ کر کوئی آدمی قرآن سے بے خبر رہے گا۔ یعنی قرآن میں وہ پڑھے گا خود اپنے مائنڈ کو، اپنے مائنڈ کو۔</w:t>
      </w:r>
    </w:p>
    <w:p>
      <w:r>
        <w:rPr>
          <w:b/>
        </w:rPr>
        <w:t xml:space="preserve">[17:40] </w:t>
      </w:r>
      <w:r>
        <w:t>jaise meri mulaqat hui falasteen ke kuch ulma se, to jihadi ulma se, to main ne kaha aap kyon maar kaat ki hui hai falasteen mein?</w:t>
      </w:r>
    </w:p>
    <w:p>
      <w:pPr>
        <w:jc w:val="right"/>
      </w:pPr>
      <w:r>
        <w:t>جیسے میری ملاقات ہوئی فلسطین کے کچھ علماء سے، تو جہادی علماء سے، تو میں نے کہا کہ آپ کیوں مار کاٹ کی ہوئی ہیں فلسطین میں؟</w:t>
      </w:r>
    </w:p>
    <w:p>
      <w:r>
        <w:rPr>
          <w:b/>
        </w:rPr>
        <w:t xml:space="preserve">[17:54] </w:t>
      </w:r>
      <w:r>
        <w:t>maar kaat kyon ki hui hai falasteen mein? bomb marte hain, goli marte hain, ladai chhede hue hain, kyon aisa kar rahe hain?</w:t>
      </w:r>
    </w:p>
    <w:p>
      <w:pPr>
        <w:jc w:val="right"/>
      </w:pPr>
      <w:r>
        <w:t>مار کاٹ کیوں کی ہوئی ہیں فلسطین میں؟ بم مارتے ہیں، گولی مارتے ہیں، لڑائی چھیڑے ہوئے ہیں، کیوں ایسا کر رہے ہیں؟</w:t>
      </w:r>
    </w:p>
    <w:p>
      <w:r>
        <w:rPr>
          <w:b/>
        </w:rPr>
        <w:t xml:space="preserve">[18:03] </w:t>
      </w:r>
      <w:r>
        <w:t>to unhon ne kaha ke woh hamare dushman hain, hum to marenge un ko, woh hamare dushman hain.</w:t>
      </w:r>
    </w:p>
    <w:p>
      <w:pPr>
        <w:jc w:val="right"/>
      </w:pPr>
      <w:r>
        <w:t>تو انہوں نے کہا کہ وہ ہمارے دشمن ہیں، ہم تو ماریں گے ان کو، وہ ہمارے دشمن ہیں۔</w:t>
      </w:r>
    </w:p>
    <w:p>
      <w:r>
        <w:rPr>
          <w:b/>
        </w:rPr>
        <w:t xml:space="preserve">[18:10] </w:t>
      </w:r>
      <w:r>
        <w:t>main ne kaha quran mein likha hua hai ke</w:t>
      </w:r>
    </w:p>
    <w:p>
      <w:pPr>
        <w:jc w:val="right"/>
      </w:pPr>
      <w:r>
        <w:t>میں نے کہا قرآن میں لکھا ہوا ہے کہ</w:t>
      </w:r>
    </w:p>
    <w:p>
      <w:r>
        <w:rPr>
          <w:b/>
        </w:rPr>
        <w:t xml:space="preserve">[18:16] </w:t>
      </w:r>
      <w:r>
        <w:t>la tastawee al hasanatu wa al sayyi'ah, idfa' bil lati hi ahsan, fa izal lazi bainaka wa bainahu 'adawatun, ka annahu waliyun hameem. ke tumhara dushman agar tumhare sath bura sulook kare to tum us ke sath acha sulook karo.</w:t>
      </w:r>
    </w:p>
    <w:p>
      <w:pPr>
        <w:jc w:val="right"/>
      </w:pPr>
      <w:r>
        <w:t>لا تستوی الحسنۃ والسیہ، اتفاء بلتی احسن، فیض الذی بینک بین وداوہ کن کن ولی حمیم کہ تمہارا دشمن اگر تمہارے ساتھ برا سلوک کرے تو تم اس کے ساتھ اچھا سلوک کرو۔</w:t>
      </w:r>
    </w:p>
    <w:p>
      <w:r>
        <w:rPr>
          <w:b/>
        </w:rPr>
        <w:t xml:space="preserve">[18:36] </w:t>
      </w:r>
      <w:r>
        <w:t>phir kya hoga ke jo tumhara dushman hai woh tumhara dost ban jayega. to main ne kaha ke aap falasteen mein yahudiyon ko apna dushman bata kar ke un se ladai chhede hue hain,</w:t>
      </w:r>
    </w:p>
    <w:p>
      <w:pPr>
        <w:jc w:val="right"/>
      </w:pPr>
      <w:r>
        <w:t>پھر کیا ہوگا کہ جو تمہارا دشمن ہے وہ تمہارا دوست بن جائے گا۔ تو میں نے کہا کہ آپ فلسطین میں یہودیوں کو اپنا دشمن بتا کر کے ان سے لڑائی چھیڑے ہوئے ہیں،</w:t>
      </w:r>
    </w:p>
    <w:p>
      <w:r>
        <w:rPr>
          <w:b/>
        </w:rPr>
        <w:t xml:space="preserve">[18:52] </w:t>
      </w:r>
      <w:r>
        <w:t>aur quran to kehta hai ke har dushman, har dushman tumhara dost hai, har dushman tumhara potential sense mein har dushman tumhara friend hai.</w:t>
      </w:r>
    </w:p>
    <w:p>
      <w:pPr>
        <w:jc w:val="right"/>
      </w:pPr>
      <w:r>
        <w:t>اور قرآن تو کہتا ہے کہ ہر دشمن، ہر دشمن تمہارا دوست ہے، ہر دشمن تمہارا پوٹینشل سینس میں ہر دشمن تمہارا فرینڈ ہے۔</w:t>
      </w:r>
    </w:p>
    <w:p>
      <w:r>
        <w:rPr>
          <w:b/>
        </w:rPr>
        <w:t xml:space="preserve">[19:02] </w:t>
      </w:r>
      <w:r>
        <w:t>so you have to turn this potential to actual. to aap yahudi mein apna dost talash kijiye,</w:t>
      </w:r>
    </w:p>
    <w:p>
      <w:pPr>
        <w:jc w:val="right"/>
      </w:pPr>
      <w:r>
        <w:t>سو یو ہیو ٹو ٹرن دس پوٹینشل ٹو ایکچول۔ تو آپ یہودی میں اپنا دوست تلاش کیجئے،</w:t>
      </w:r>
    </w:p>
    <w:p>
      <w:r>
        <w:rPr>
          <w:b/>
        </w:rPr>
        <w:t xml:space="preserve">[19:16] </w:t>
      </w:r>
      <w:r>
        <w:t>yahudi ke andar yeh yeh potential talash kijiye ke woh aap ke dost ban sakte hain, aur phir un par khuda ka deen pahunchaiye. rasool Allah ke zamane mein bohat se yahudi the jo rasool Allah par iman laye, rasool Allah ke saathi ban gaye.</w:t>
      </w:r>
    </w:p>
    <w:p>
      <w:pPr>
        <w:jc w:val="right"/>
      </w:pPr>
      <w:r>
        <w:t>یہودی کے اندر یہ یہ پوٹینشل تلاش کیجئے کہ وہ آپ کے دوست بن سکتے ہیں، اور پھر ان پر خدا کا دین پہنچائیے۔ رسول اللہ کے زمانے میں بہت سے یہودی تھے جو رسول اللہ پر ایمان لائے، رسول اللہ کے ساتھی بن گئے۔</w:t>
      </w:r>
    </w:p>
    <w:p>
      <w:r>
        <w:rPr>
          <w:b/>
        </w:rPr>
        <w:t xml:space="preserve">[19:33] </w:t>
      </w:r>
      <w:r>
        <w:t>ab dekhiye ke unhon ne woh arabi zaban jante the.</w:t>
      </w:r>
    </w:p>
    <w:p>
      <w:pPr>
        <w:jc w:val="right"/>
      </w:pPr>
      <w:r>
        <w:t>اب دیکھیے کہ انہوں نے وہ عربی زبان جانتے تھے۔</w:t>
      </w:r>
    </w:p>
    <w:p>
      <w:r>
        <w:rPr>
          <w:b/>
        </w:rPr>
        <w:t xml:space="preserve">[19:39] </w:t>
      </w:r>
      <w:r>
        <w:t>yeh log jo the falasteen ke, woh arabi zaban jante the, quran ko unhon ne bar bar padha tha, lekin padh ke mila kya unhein?</w:t>
      </w:r>
    </w:p>
    <w:p>
      <w:pPr>
        <w:jc w:val="right"/>
      </w:pPr>
      <w:r>
        <w:t>یہ لوگ جو تھے فلسطین کے، وہ عربی زبان جانتے تھے، قرآن کو انہوں نے بار بار پڑھا تھا، لیکن پڑھ کے ملا کیا انہیں؟</w:t>
      </w:r>
    </w:p>
    <w:p>
      <w:r>
        <w:rPr>
          <w:b/>
        </w:rPr>
        <w:t xml:space="preserve">[19:51] </w:t>
      </w:r>
      <w:r>
        <w:t>mulk yeh mila ke yeh dushman hain, unhein maro. bas halanke quran yeh bata raha hai ke yeh dushman hain, un se dosti ka muamla karo.</w:t>
      </w:r>
    </w:p>
    <w:p>
      <w:pPr>
        <w:jc w:val="right"/>
      </w:pPr>
      <w:r>
        <w:t>ملک یہ ملا کہ یہ دشمن ہیں، انہیں مارو۔ بس حالانکہ قرآن یہ بتا رہا ہے کہ یہ دشمن ہیں، ان سے دوستی کا معاملہ کرو۔</w:t>
      </w:r>
    </w:p>
    <w:p>
      <w:r>
        <w:rPr>
          <w:b/>
        </w:rPr>
        <w:t xml:space="preserve">[20:05] </w:t>
      </w:r>
      <w:r>
        <w:t>yani every enemy is your potential friend. so you have to turn this potential into actual. yeh hai quran ka message:</w:t>
      </w:r>
    </w:p>
    <w:p>
      <w:pPr>
        <w:jc w:val="right"/>
      </w:pPr>
      <w:r>
        <w:t>یعنی ایوری اینمی از یور پوٹینشل فرینڈ۔ سو یو ہیو ٹو ٹرن دس پوٹینشل انٹو ایکچول۔ یہ ہے قرآن کا میسج:</w:t>
      </w:r>
    </w:p>
    <w:p>
      <w:r>
        <w:rPr>
          <w:b/>
        </w:rPr>
        <w:t xml:space="preserve">[20:18] </w:t>
      </w:r>
      <w:r>
        <w:t>la tastawee al hasanatu wa al sayyi'ah, idfa' bil lati hi ahsan, fa izal lazi bainaka wa bainahu 'adawatun, ka annahu waliyun hameem. do good deed in return for bad deed.</w:t>
      </w:r>
    </w:p>
    <w:p>
      <w:pPr>
        <w:jc w:val="right"/>
      </w:pPr>
      <w:r>
        <w:t>لا تستوی الحسنۃ والسیہ، اتفاء بلتی احسن، فیض الذی بینک بین وداوہ کن ولی حمیم۔ ڈو گڈ ڈیڈ ان ریٹرن فار بیڈ ڈیڈ۔</w:t>
      </w:r>
    </w:p>
    <w:p>
      <w:r>
        <w:rPr>
          <w:b/>
        </w:rPr>
        <w:t xml:space="preserve">[20:32] </w:t>
      </w:r>
      <w:r>
        <w:t>yani quran yeh keh raha hai ke do good deed in return for bad deed, and you will find that your enemy has become your dearest friend.</w:t>
      </w:r>
    </w:p>
    <w:p>
      <w:pPr>
        <w:jc w:val="right"/>
      </w:pPr>
      <w:r>
        <w:t>یعنی قرآن یہ کہہ رہا ہے کہ ڈو گڈ ڈیڈ ان ریٹرن فار بیڈ ڈیڈ، اینڈ یو ویل فائنڈ دیٹ یور اینمی ہیز بیکم یور ڈیئرسٹ فرینڈ۔</w:t>
      </w:r>
    </w:p>
    <w:p>
      <w:r>
        <w:rPr>
          <w:b/>
        </w:rPr>
        <w:t xml:space="preserve">[20:46] </w:t>
      </w:r>
      <w:r>
        <w:t>so according to this, enemy is your potential friend. so you have to turn this potential into actual.</w:t>
      </w:r>
    </w:p>
    <w:p>
      <w:pPr>
        <w:jc w:val="right"/>
      </w:pPr>
      <w:r>
        <w:t>سو اکارڈنگ ٹو دس، اینمی از یور پوٹینشل فرینڈ۔ سو یو ہیو ٹو ٹرن دس پوٹینشل انٹو ایکچول۔</w:t>
      </w:r>
    </w:p>
    <w:p>
      <w:r>
        <w:rPr>
          <w:b/>
        </w:rPr>
        <w:t xml:space="preserve">[20:59] </w:t>
      </w:r>
      <w:r>
        <w:t>to yeh main keh raha hoon ke agar aap ke andar woh mizaj na ho jis ko main dawati mizaj keh raha hoon, to aap quran ko padhenge aur is mein se kuch nahi milega aap ko.</w:t>
      </w:r>
    </w:p>
    <w:p>
      <w:pPr>
        <w:jc w:val="right"/>
      </w:pPr>
      <w:r>
        <w:t>تو یہ میں کہہ رہا ہوں کہ اگر آپ کے اندر وہ مزاج نہ ہو جس کو میں دعوتی مزاج کہہ رہا ہوں، تو آپ قرآن کو پڑھیں گے اور اس میں سے کچھ نہیں ملے گا آپ کو۔</w:t>
      </w:r>
    </w:p>
    <w:p>
      <w:r>
        <w:rPr>
          <w:b/>
        </w:rPr>
        <w:t xml:space="preserve">[21:14] </w:t>
      </w:r>
      <w:r>
        <w:t>ek bar mujh se ek sahib mile, balke kai bar mile, to un ke ek guru ji the. guru ji ko woh mante the khabir.</w:t>
      </w:r>
    </w:p>
    <w:p>
      <w:pPr>
        <w:jc w:val="right"/>
      </w:pPr>
      <w:r>
        <w:t>ایک بار مجھ سے ایک صاحب ملے، بلکہ کئی بار ملے، تو ان کے ایک گرو جی تھے۔ گرو جی کو وہ مانتے تھے خبیر۔</w:t>
      </w:r>
    </w:p>
    <w:p>
      <w:r>
        <w:rPr>
          <w:b/>
        </w:rPr>
        <w:t xml:space="preserve">[21:25] </w:t>
      </w:r>
      <w:r>
        <w:t>khabir yani janne wala.</w:t>
      </w:r>
    </w:p>
    <w:p>
      <w:pPr>
        <w:jc w:val="right"/>
      </w:pPr>
      <w:r>
        <w:t>خبیر یعنی جاننے والا۔</w:t>
      </w:r>
    </w:p>
    <w:p>
      <w:r>
        <w:rPr>
          <w:b/>
        </w:rPr>
        <w:t xml:space="preserve">[21:30] </w:t>
      </w:r>
      <w:r>
        <w:t>to woh woh khabir, woh kehte the ke khabir jo hai, hamara jo hai, sari baaton ko janta hai, yani seen aur unseen dono baaton ko.</w:t>
      </w:r>
    </w:p>
    <w:p>
      <w:pPr>
        <w:jc w:val="right"/>
      </w:pPr>
      <w:r>
        <w:t>تو وہ وہ خبیر، وہ کہتے تھے کہ خبیر جو ہے، ہمارا جو ہے، ساری باتوں کو جانتا ہے، یعنی سین اور ان سین دونوں باتوں کو۔</w:t>
      </w:r>
    </w:p>
    <w:p>
      <w:r>
        <w:rPr>
          <w:b/>
        </w:rPr>
        <w:t xml:space="preserve">[21:41] </w:t>
      </w:r>
      <w:r>
        <w:t>to khabir hai, woh har baat ko janne wala. to main ne kaha ke yeh is ka kya proof hai ke aap ke guru guru ji jo hai, woh khabir hain aur sab kuch jante hain, woh seen aur unseen dono baaton ko</w:t>
      </w:r>
    </w:p>
    <w:p>
      <w:pPr>
        <w:jc w:val="right"/>
      </w:pPr>
      <w:r>
        <w:t>تو خبیر ہے، وہ ہر بات کو جاننے والا۔ تو میں نے کہا کہ یہ اس کا کیا پروف ہے کہ آپ کے گرو گرو جی جو ہے، وہ خبیر ہیں اور سب کچھ جانتے ہیں، وہ سین اور ان سین دونوں باتوں کو</w:t>
      </w:r>
    </w:p>
    <w:p>
      <w:r>
        <w:rPr>
          <w:b/>
        </w:rPr>
        <w:t xml:space="preserve">[21:58] </w:t>
      </w:r>
      <w:r>
        <w:t>. to yeh to quran mein likha hua hai, yeh to khud quran hi mein likha hua hai. to woh urdu zaban jante the aur un ke pas fateh muhammad jalundhri ka urdu tarjuma tha.</w:t>
      </w:r>
    </w:p>
    <w:p>
      <w:pPr>
        <w:jc w:val="right"/>
      </w:pPr>
      <w:r>
        <w:t>۔ تو یہ تو قرآن میں لکھا ہوا ہے، یہ تو خود قرآن ہی میں لکھا ہوا ہے۔ تو وہ اردو زبان جانتے تھے اور ان کے پاس فتح محمد جالندھری کا اردو ترجمہ تھا۔</w:t>
      </w:r>
    </w:p>
    <w:p>
      <w:r>
        <w:rPr>
          <w:b/>
        </w:rPr>
        <w:t xml:space="preserve">[22:13] </w:t>
      </w:r>
      <w:r>
        <w:t>ek sahib fateh, ek sahib the fateh muhammad jalundhri. to quran ka urdu mein unhon ne tarjuma kiya hai.</w:t>
      </w:r>
    </w:p>
    <w:p>
      <w:pPr>
        <w:jc w:val="right"/>
      </w:pPr>
      <w:r>
        <w:t>ایک صاحب فتح، ایک صاحب تھے فتح محمد جالندھری۔ تو قرآن کا اردو میں انہوں نے ترجمہ کیا ہے۔</w:t>
      </w:r>
    </w:p>
    <w:p>
      <w:r>
        <w:rPr>
          <w:b/>
        </w:rPr>
        <w:t xml:space="preserve">[22:23] </w:t>
      </w:r>
      <w:r>
        <w:t>yeh tarjuma un ke pas tha.</w:t>
      </w:r>
    </w:p>
    <w:p>
      <w:pPr>
        <w:jc w:val="right"/>
      </w:pPr>
      <w:r>
        <w:t>یہ ترجمہ ان کے پاس تھا۔</w:t>
      </w:r>
    </w:p>
    <w:p>
      <w:r>
        <w:rPr>
          <w:b/>
        </w:rPr>
        <w:t xml:space="preserve">[22:26] </w:t>
      </w:r>
      <w:r>
        <w:t>to unhon ne kaha ke main ne quran ke tarjume ko pachas bar padha hai, pachas bar, aur quran mein likha hua hai hamare guru ji ke bare mein ke woh khabir hain aur un ke un se jano baaton ko, un se pucho baaton ko.</w:t>
      </w:r>
    </w:p>
    <w:p>
      <w:pPr>
        <w:jc w:val="right"/>
      </w:pPr>
      <w:r>
        <w:t>تو انہوں نے کہا کہ میں نے قرآن کے ترجمے کو پچاس بار پڑھا ہے، پچاس بار، اور قرآن میں لکھا ہوا ہے ہمارے گرو جی کے بارے میں کہ وہ خبیر ہیں اور ان کے ان سے جانو باتوں کو، ان سے پوچھو باتوں کو۔</w:t>
      </w:r>
    </w:p>
    <w:p>
      <w:r>
        <w:rPr>
          <w:b/>
        </w:rPr>
        <w:t xml:space="preserve">[22:44] </w:t>
      </w:r>
      <w:r>
        <w:t>to mein ne kaha kahan likha hua hai? kaha ke dekhein, likha hai: fasal bihi khabeera. quran ki aik aayat hai: fasal bihi khabeera.</w:t>
      </w:r>
    </w:p>
    <w:p>
      <w:pPr>
        <w:jc w:val="right"/>
      </w:pPr>
      <w:r>
        <w:t>تو میں نے کہا کہاں لکھا ہوا ہے؟ کہا کہ دیکھیں، لکھا ہے: فسال بہی خبیرا۔ قرآن کی ایک آیت ہے: فسال بہی خبیرا۔</w:t>
      </w:r>
    </w:p>
    <w:p>
      <w:r>
        <w:rPr>
          <w:b/>
        </w:rPr>
        <w:t xml:space="preserve">[22:55] </w:t>
      </w:r>
      <w:r>
        <w:t>aur</w:t>
      </w:r>
    </w:p>
    <w:p>
      <w:pPr>
        <w:jc w:val="right"/>
      </w:pPr>
      <w:r>
        <w:t>اور</w:t>
      </w:r>
    </w:p>
    <w:p>
      <w:r>
        <w:rPr>
          <w:b/>
        </w:rPr>
        <w:t xml:space="preserve">[22:56] </w:t>
      </w:r>
      <w:r>
        <w:t>poochho is ke bare mein aur poochh lo is ke bare mein kisi khabeer se. ab yeh aayat ka context doosra hai, is ka guru ji se koi matlab nahin.</w:t>
      </w:r>
    </w:p>
    <w:p>
      <w:pPr>
        <w:jc w:val="right"/>
      </w:pPr>
      <w:r>
        <w:t>پوچھو اس کے بارے میں اور پوچھ لو اس کے بارے میں کسی خبیر سے۔ اب یہ آیت کا کنٹیکسٹ دوسرا ہے، اس کا گرو جی سے کوئی مطلب نہیں۔</w:t>
      </w:r>
    </w:p>
    <w:p>
      <w:r>
        <w:rPr>
          <w:b/>
        </w:rPr>
        <w:t xml:space="preserve">[23:11] </w:t>
      </w:r>
      <w:r>
        <w:t>ab out of context sirf aik lafz ko le kar ke, lafz aur us ke literal maani ko le kar ke, baghair yeh dekhe hue ke us context mein quran use kar raha hai is maani mein.</w:t>
      </w:r>
    </w:p>
    <w:p>
      <w:pPr>
        <w:jc w:val="right"/>
      </w:pPr>
      <w:r>
        <w:t>اب آؤٹ آف کنٹیکسٹ صرف ایک لفظ کو لے کر کے، لفظ اور اس کے لٹرل معنی کو لے کر کے، بغیر یہ دیکھے ہوئے کہ اس کنٹیکسٹ میں قرآن یوز کر رہا ہے اس معنی میں۔</w:t>
      </w:r>
    </w:p>
    <w:p>
      <w:r>
        <w:rPr>
          <w:b/>
        </w:rPr>
        <w:t xml:space="preserve">[23:25] </w:t>
      </w:r>
      <w:r>
        <w:t>to kahin apply kar diya hai, kahin. ab in ko yaqeen hai ke hamare guru ji jo hai, woh quran mein mention hain. to jis ko dekhiye, woh quran mein apna matlab nikal hi rahe hain.</w:t>
      </w:r>
    </w:p>
    <w:p>
      <w:pPr>
        <w:jc w:val="right"/>
      </w:pPr>
      <w:r>
        <w:t>تو کہیں اپلائی کر دیا ہے، کہیں۔ اب ان کو یقین ہے کہ ہمارے گرو جی جو ہے، وہ قرآن میں مینشن ہیں۔ تو جس کو دیکھیے، وہ قرآن میں اپنا مطلب نکال ہی رہے ہیں۔</w:t>
      </w:r>
    </w:p>
    <w:p>
      <w:r>
        <w:rPr>
          <w:b/>
        </w:rPr>
        <w:t xml:space="preserve">[23:40] </w:t>
      </w:r>
      <w:r>
        <w:t>meri naujawani ke zamane mein communism ka bara zor tha, ishtirakiyat ka. to us zamane mein kai log the jo quran se nikalte the ishtirakiyat ya communism quran se.</w:t>
      </w:r>
    </w:p>
    <w:p>
      <w:pPr>
        <w:jc w:val="right"/>
      </w:pPr>
      <w:r>
        <w:t>میری نوجوانی کے زمانے میں کمیونزم کا بڑا زور تھا، اشتراکیت کا۔ تو اس زمانے میں کئی لوگ تھے جو قرآن سے نکالتے تھے اشتراکیت یا کمیونزم قرآن سے۔</w:t>
      </w:r>
    </w:p>
    <w:p>
      <w:r>
        <w:rPr>
          <w:b/>
        </w:rPr>
        <w:t xml:space="preserve">[23:56] </w:t>
      </w:r>
      <w:r>
        <w:t>to woh kis aayat se nikalte the? woh woh nikalte the is aayat se ke</w:t>
      </w:r>
    </w:p>
    <w:p>
      <w:pPr>
        <w:jc w:val="right"/>
      </w:pPr>
      <w:r>
        <w:t>تو وہ کس آیت سے نکالتے تھے؟ وہ وہ نکالتے تھے اس آیت سے کہ</w:t>
      </w:r>
    </w:p>
    <w:p>
      <w:r>
        <w:rPr>
          <w:b/>
        </w:rPr>
        <w:t xml:space="preserve">[24:05] </w:t>
      </w:r>
      <w:r>
        <w:t>woh: "al-arzu lillah, innal arza lillah". quran mein hai aik aayat ke: "innal arza lillah".</w:t>
      </w:r>
    </w:p>
    <w:p>
      <w:pPr>
        <w:jc w:val="right"/>
      </w:pPr>
      <w:r>
        <w:t>وہ: "الارض للہ، ان الارض للہ"۔ قرآن میں ہے ایک آیت کہ: "ان الارض للہ"۔</w:t>
      </w:r>
    </w:p>
    <w:p>
      <w:r>
        <w:rPr>
          <w:b/>
        </w:rPr>
        <w:t xml:space="preserve">[24:15] </w:t>
      </w:r>
      <w:r>
        <w:t>zameen hai Allah ke liye. to unhon ne kaha ke dekhiye, yeh hai Allah ka matlab hai state. zameen hai state ke liye.</w:t>
      </w:r>
    </w:p>
    <w:p>
      <w:pPr>
        <w:jc w:val="right"/>
      </w:pPr>
      <w:r>
        <w:t>زمین ہے اللہ کے لیے۔ تو انہوں نے کہا کہ دیکھیے، یہ ہے اللہ کا مطلب ہے اسٹیٹ۔ زمین ہے اسٹیٹ کے لیے۔</w:t>
      </w:r>
    </w:p>
    <w:p>
      <w:r>
        <w:rPr>
          <w:b/>
        </w:rPr>
        <w:t xml:space="preserve">[24:25] </w:t>
      </w:r>
      <w:r>
        <w:t>to "innal arza lillah" ka matlab unhon ne yeh nikal liya ke zameen state ke liye hai. yeh state jo jab chahe qabza kar le is ko. ab har aadmi apne matlab ki baat is tarah se nikal sakta hai kahin bhi.</w:t>
      </w:r>
    </w:p>
    <w:p>
      <w:pPr>
        <w:jc w:val="right"/>
      </w:pPr>
      <w:r>
        <w:t>تو "ان الارض للہ" کا مطلب انہوں نے یہ نکال لیا کہ زمین اسٹیٹ کے لیے ہے۔ یہ اسٹیٹ جو جب چاہے قبضہ کر لے اس کو۔ اب ہر آدمی اپنے مطلب کی بات اس طرح سے نکال سکتا ہے کہیں بھی۔</w:t>
      </w:r>
    </w:p>
    <w:p>
      <w:r>
        <w:rPr>
          <w:b/>
        </w:rPr>
        <w:t xml:space="preserve">[24:41] </w:t>
      </w:r>
      <w:r>
        <w:t>is liye mein ne arz kiya ke do cheezein bohat hi zaroori hain. aik hai taqwa, yaani Allah ka dar.</w:t>
      </w:r>
    </w:p>
    <w:p>
      <w:pPr>
        <w:jc w:val="right"/>
      </w:pPr>
      <w:r>
        <w:t>اس لیے میں نے عرض کیا کہ دو چیزیں بہت ہی ضروری ہیں۔ ایک ہے تقویٰ، یعنی اللہ کا ڈر۔</w:t>
      </w:r>
    </w:p>
    <w:p>
      <w:r>
        <w:rPr>
          <w:b/>
        </w:rPr>
        <w:t xml:space="preserve">[24:52] </w:t>
      </w:r>
      <w:r>
        <w:t>Allah ke dar se aadmi ke andar sincerity aati hai, ehtiyat aati hai, woh careful ban jata hai, us ke andar seriousness aa jati hai.</w:t>
      </w:r>
    </w:p>
    <w:p>
      <w:pPr>
        <w:jc w:val="right"/>
      </w:pPr>
      <w:r>
        <w:t>اللہ کے ڈر سے آدمی کے اندر سنسیرٹی آتی ہے، احتیاط آتی ہے، وہ کیئرفل بن جاتا ہے، اس کے اندر سیریسنس آ جاتی ہے۔</w:t>
      </w:r>
    </w:p>
    <w:p>
      <w:r>
        <w:rPr>
          <w:b/>
        </w:rPr>
        <w:t xml:space="preserve">[25:03] </w:t>
      </w:r>
      <w:r>
        <w:t>yeh hai taqwa ka faida. aur doosri cheez hai dawat ka mizaj. yeh jaanna ke "liyun dharra yawm al-talaq" yeh hai asal goal quran ka</w:t>
      </w:r>
    </w:p>
    <w:p>
      <w:pPr>
        <w:jc w:val="right"/>
      </w:pPr>
      <w:r>
        <w:t>یہ ہے تقویٰ کا فائدہ۔ اور دوسری چیز ہے دعوت کا مزاج۔ یہ جاننا کہ "لیون ذرا یوم الطلاق" یہ ہے اصل گول قرآن کا</w:t>
      </w:r>
    </w:p>
    <w:p>
      <w:r>
        <w:rPr>
          <w:b/>
        </w:rPr>
        <w:t xml:space="preserve">[25:22] </w:t>
      </w:r>
      <w:r>
        <w:t>ke peghambar Khuda ne bheje is liye ke woh logon ko deep judgment se aagah kar dein.</w:t>
      </w:r>
    </w:p>
    <w:p>
      <w:pPr>
        <w:jc w:val="right"/>
      </w:pPr>
      <w:r>
        <w:t>کہ پیغمبر خدا نے بھیجے اس لیے کہ وہ لوگوں کو ڈیپ ججمنٹ سے آگاہ کر دیں۔</w:t>
      </w:r>
    </w:p>
    <w:p>
      <w:r>
        <w:rPr>
          <w:b/>
        </w:rPr>
        <w:t xml:space="preserve">[25:32] </w:t>
      </w:r>
      <w:r>
        <w:t>yeh bata dein ke aik din aane wala hai jab ke tumhari mulaqat Khuda se hogi. to yeh jo quran hai, yeh bohat se peghambar aaye to unhi mein se aik peghambar yaani Muhammad sallallahu alaihi wasallam par utri hui wahi ka record hai.</w:t>
      </w:r>
    </w:p>
    <w:p>
      <w:pPr>
        <w:jc w:val="right"/>
      </w:pPr>
      <w:r>
        <w:t>یہ بتا دیں کہ ایک دن آنے والا ہے جب کہ تمہاری ملاقات خدا سے ہوگی۔ تو یہ جو قرآن ہے، یہ بہت سے پیغمبر آئے تو انہی میں سے ایک پیغمبر یعنی محمد صلی اللہ علیہ وسلم پر اتری ہوئی وحی کا ریکارڈ ہے۔</w:t>
      </w:r>
    </w:p>
    <w:p>
      <w:r>
        <w:rPr>
          <w:b/>
        </w:rPr>
        <w:t xml:space="preserve">[25:52] </w:t>
      </w:r>
      <w:r>
        <w:t>jo aap par jo kalam Khuda ka reveal hua, us ka record hai quran. to yeh is liye utra ke aap ko yeh order, yeh Khuda ne hukum diya ke tum logon ko bata do,</w:t>
      </w:r>
    </w:p>
    <w:p>
      <w:pPr>
        <w:jc w:val="right"/>
      </w:pPr>
      <w:r>
        <w:t>جو آپ پر جو کلام خدا کا ریویل ہوا، اس کا ریکارڈ ہے قرآن۔ تو یہ اس لیے اترا کہ آپ کو یہ آرڈر، یہ خدا نے حکم دیا کہ تم لوگوں کو بتا دو،</w:t>
      </w:r>
    </w:p>
    <w:p>
      <w:r>
        <w:rPr>
          <w:b/>
        </w:rPr>
        <w:t xml:space="preserve">[26:10] </w:t>
      </w:r>
      <w:r>
        <w:t>is haqeeqat se logon ko aagah kar do ke saare log aik din Khuda ke samne pesh kiye jayenge. "liyun dharra yawm al-talaq"</w:t>
      </w:r>
    </w:p>
    <w:p>
      <w:pPr>
        <w:jc w:val="right"/>
      </w:pPr>
      <w:r>
        <w:t>اس حقیقت سے لوگوں کو آگاہ کر دو کہ سارے لوگ ایک دن خدا کے سامنے پیش کیے جائیں گے۔ "لیون ذرا یوم الطلاق"</w:t>
      </w:r>
    </w:p>
    <w:p>
      <w:r>
        <w:rPr>
          <w:b/>
        </w:rPr>
        <w:t xml:space="preserve">[26:26] </w:t>
      </w:r>
      <w:r>
        <w:t>. so that he ma so that he me warn of the de meeting. to yeh jab tak aadmi ke andar taqwa ka mizaj na ho, dawat ka mizaj na ho, tab tak woh prepared mind nahin hai.</w:t>
      </w:r>
    </w:p>
    <w:p>
      <w:pPr>
        <w:jc w:val="right"/>
      </w:pPr>
      <w:r>
        <w:t>۔ سو دیٹ ہی ما سو دیٹ ہی می وارن آف دی ڈی میٹنگ۔ تو یہ جب تک آدمی کے اندر تقویٰ کا مزاج نہ ہو، دعوت کا مزاج نہ ہو، تب تک وہ پریپیئرڈ مائنڈ نہیں ہے۔</w:t>
      </w:r>
    </w:p>
    <w:p>
      <w:r>
        <w:rPr>
          <w:b/>
        </w:rPr>
        <w:t xml:space="preserve">[26:44] </w:t>
      </w:r>
      <w:r>
        <w:t>woh ab prepared mind nahin hai to kuch bhi samajh mein nahin</w:t>
      </w:r>
    </w:p>
    <w:p>
      <w:pPr>
        <w:jc w:val="right"/>
      </w:pPr>
      <w:r>
        <w:t>وہ اب پریپیئرڈ مائنڈ نہیں ہے تو کچھ بھی سمجھ میں نہیں</w:t>
      </w:r>
    </w:p>
    <w:p>
      <w:r>
        <w:rPr>
          <w:b/>
        </w:rPr>
        <w:t xml:space="preserve">[26:48] </w:t>
      </w:r>
      <w:r>
        <w:t>aayega is ki. ab dekhiye, mein aik misaal deta hoon ke</w:t>
      </w:r>
    </w:p>
    <w:p>
      <w:pPr>
        <w:jc w:val="right"/>
      </w:pPr>
      <w:r>
        <w:t>آئے گا اس کی۔ اب دیکھیے، میں ایک مثال دیتا ہوں کہ</w:t>
      </w:r>
    </w:p>
    <w:p>
      <w:r>
        <w:rPr>
          <w:b/>
        </w:rPr>
        <w:t xml:space="preserve">[26:58] </w:t>
      </w:r>
      <w:r>
        <w:t>rasool Allah sallallahu alaihi wasallam ke zamane mein</w:t>
      </w:r>
    </w:p>
    <w:p>
      <w:pPr>
        <w:jc w:val="right"/>
      </w:pPr>
      <w:r>
        <w:t>رسول اللہ صلی اللہ علیہ وسلم کے زمانے میں</w:t>
      </w:r>
    </w:p>
    <w:p>
      <w:r>
        <w:rPr>
          <w:b/>
        </w:rPr>
        <w:t xml:space="preserve">[27:04] </w:t>
      </w:r>
      <w:r>
        <w:t>aik waqia hua jis ko kehte hain Hudaybiyyah. Hudaybiyyah to aisa tha ke rasool Allah ne jab Makka se migrate kar ke aap Madina pahunche to jo aap ke dushman the Makka mein,</w:t>
      </w:r>
    </w:p>
    <w:p>
      <w:pPr>
        <w:jc w:val="right"/>
      </w:pPr>
      <w:r>
        <w:t>ایک واقعہ ہوا جس کو کہتے ہیں حدیبیہ۔ حدیبیہ تو ایسا تھا کہ رسول اللہ نے جب مکہ سے مائیگریٹ کر کے آپ مدینہ پہنچے تو جو آپ کے دشمن تھے مکہ میں،</w:t>
      </w:r>
    </w:p>
    <w:p>
      <w:r>
        <w:rPr>
          <w:b/>
        </w:rPr>
        <w:t xml:space="preserve">[27:22] </w:t>
      </w:r>
      <w:r>
        <w:t>unhon ne aap par attack karna shuru kar diya. woh chahte the ke aap se ladaai ho aur chuki woh taqatwar the, sara Arab un ke sath tha, to woh chahte the ke ladaai ke maidan mein lada kar ke unhein khatam kar diya jaye,</w:t>
      </w:r>
    </w:p>
    <w:p>
      <w:pPr>
        <w:jc w:val="right"/>
      </w:pPr>
      <w:r>
        <w:t>انہوں نے آپ پر اٹیک کرنا شروع کر دیا۔ وہ چاہتے تھے کہ آپ سے لڑائی ہو اور چونکہ وہ طاقتور تھے، سارا عرب ان کے ساتھ تھا، تو وہ چاہتے تھے کہ لڑائی کے میدان میں لڑ کر کے انہیں ختم کر دیا جائے،</w:t>
      </w:r>
    </w:p>
    <w:p>
      <w:r>
        <w:rPr>
          <w:b/>
        </w:rPr>
        <w:t xml:space="preserve">[27:40] </w:t>
      </w:r>
      <w:r>
        <w:t>un ke mission ko khatam kar diya jaye. to rasool Allah sallallahu alaihi wasallam ne un se negotiation kiya, sulah ka.</w:t>
      </w:r>
    </w:p>
    <w:p>
      <w:pPr>
        <w:jc w:val="right"/>
      </w:pPr>
      <w:r>
        <w:t>ان کے مشن کو ختم کر دیا جائے۔ تو رسول اللہ صلی اللہ علیہ وسلم نے ان سے نیگوشی ایشن کیا، صلح کا۔</w:t>
      </w:r>
    </w:p>
    <w:p>
      <w:r>
        <w:rPr>
          <w:b/>
        </w:rPr>
        <w:t xml:space="preserve">[27:52] </w:t>
      </w:r>
      <w:r>
        <w:t>yun kehte hain Hudaybiyyah agreement darasal peace agreement tha jo aap ne kiya.</w:t>
      </w:r>
    </w:p>
    <w:p>
      <w:pPr>
        <w:jc w:val="right"/>
      </w:pPr>
      <w:r>
        <w:t>یوں کہتے ہیں حدیبیہ ایگریمنٹ دراصل پیس ایگریمنٹ تھا جو آپ نے کیا۔</w:t>
      </w:r>
    </w:p>
    <w:p>
      <w:r>
        <w:rPr>
          <w:b/>
        </w:rPr>
        <w:t xml:space="preserve">[28:01] </w:t>
      </w:r>
      <w:r>
        <w:t>to makka walon se do haftay tak aap ne negoshi ation kiya isi liye ke peace qaim karne ke liye ek agreement ho jaye.</w:t>
      </w:r>
    </w:p>
    <w:p>
      <w:pPr>
        <w:jc w:val="right"/>
      </w:pPr>
      <w:r>
        <w:t>تو مکہ والوں سے دو ہفتے تک آپ نے نیگوشی ایشن کیا اسی لیے کہ پیس قائم کرنے کے لیے ایک ایگریمنٹ ہو جائے۔</w:t>
      </w:r>
    </w:p>
    <w:p>
      <w:r>
        <w:rPr>
          <w:b/>
        </w:rPr>
        <w:t xml:space="preserve">[28:14] </w:t>
      </w:r>
      <w:r>
        <w:t>to unhon ne kaha ke theek hai, hum tayyar hain peace ke liye. peace ka matlab tha no war pact,</w:t>
      </w:r>
    </w:p>
    <w:p>
      <w:pPr>
        <w:jc w:val="right"/>
      </w:pPr>
      <w:r>
        <w:t>تو انہوں نے کہا کہ ٹھیک ہے، ہم تیار ہیں پیس کے لیے۔ پیس کا مطلب تھا نو وار پیکٹ،</w:t>
      </w:r>
    </w:p>
    <w:p>
      <w:r>
        <w:rPr>
          <w:b/>
        </w:rPr>
        <w:t xml:space="preserve">[28:22] </w:t>
      </w:r>
      <w:r>
        <w:t>yani is mein tha likha hua ke das saal tak,</w:t>
      </w:r>
    </w:p>
    <w:p>
      <w:pPr>
        <w:jc w:val="right"/>
      </w:pPr>
      <w:r>
        <w:t>یعنی اس میں تھا لکھا ہوا کہ دس سال تک،</w:t>
      </w:r>
    </w:p>
    <w:p>
      <w:r>
        <w:rPr>
          <w:b/>
        </w:rPr>
        <w:t xml:space="preserve">[28:30] </w:t>
      </w:r>
      <w:r>
        <w:t>is das saal tak, yani musbanon aur quraish ke darmiyan larai nahi hogi. das saal tak makka aur madina walon ke beech mein larai nahi hogi.</w:t>
      </w:r>
    </w:p>
    <w:p>
      <w:pPr>
        <w:jc w:val="right"/>
      </w:pPr>
      <w:r>
        <w:t>اس دس سال تک، یعنی مسبانوں اور قریش کے درمیان لڑائی نہیں ہوگی۔ دس سال تک مکہ اور مدینہ والوں کے بیچ میں لڑائی نہیں ہوگی۔</w:t>
      </w:r>
    </w:p>
    <w:p>
      <w:r>
        <w:rPr>
          <w:b/>
        </w:rPr>
        <w:t xml:space="preserve">[28:43] </w:t>
      </w:r>
      <w:r>
        <w:t>to yeh tha no war pact.</w:t>
      </w:r>
    </w:p>
    <w:p>
      <w:pPr>
        <w:jc w:val="right"/>
      </w:pPr>
      <w:r>
        <w:t>تو یہ تھا نو وار پیکٹ۔</w:t>
      </w:r>
    </w:p>
    <w:p>
      <w:r>
        <w:rPr>
          <w:b/>
        </w:rPr>
        <w:t xml:space="preserve">[28:47] </w:t>
      </w:r>
      <w:r>
        <w:t>to aap ne chaha ke jo larai chher rakhi hai unhon ne, us ki wajah se koi constructive kaam nahi ho pa raha hai, koi daawa work nahi ho raha hai.</w:t>
      </w:r>
    </w:p>
    <w:p>
      <w:pPr>
        <w:jc w:val="right"/>
      </w:pPr>
      <w:r>
        <w:t>تو آپ نے چاہا کہ جو لڑائی چھیڑ رکھی ہے انہوں نے، اس کی وجہ سے کوئی کنسٹرکٹو کام نہیں ہو پا رہا ہے، کوئی دعویٰ ورک نہیں ہو رہا ہے۔</w:t>
      </w:r>
    </w:p>
    <w:p>
      <w:r>
        <w:rPr>
          <w:b/>
        </w:rPr>
        <w:t xml:space="preserve">[28:58] </w:t>
      </w:r>
      <w:r>
        <w:t>aap jo chahte the logon ka mind banana, woh sab nahi ho raha hai, sab jeopardize ho ho gaya hai. to aap chahte the ke yeh situation khatam kari</w:t>
      </w:r>
    </w:p>
    <w:p>
      <w:pPr>
        <w:jc w:val="right"/>
      </w:pPr>
      <w:r>
        <w:t>آپ جو چاہتے تھے لوگوں کا مائنڈ بنانا، وہ سب نہیں ہو رہا ہے، سب جیپرٹائز ہو ہو گیا ہے۔ تو آپ چاہتے تھے کہ یہ سچویشن ختم کری</w:t>
      </w:r>
    </w:p>
    <w:p>
      <w:r>
        <w:rPr>
          <w:b/>
        </w:rPr>
        <w:t xml:space="preserve">[29:12] </w:t>
      </w:r>
      <w:r>
        <w:t>n, larai ki situation aur peace ki situation layein. to aap ne un ko kaha ke das saal ka no war pact hamare aur tumhare beech mein ho jaye, yani na hum attack karein tumhare upar na tum hamare upar attack karo.</w:t>
      </w:r>
    </w:p>
    <w:p>
      <w:pPr>
        <w:jc w:val="right"/>
      </w:pPr>
      <w:r>
        <w:t>ں، لڑائی کی سچویشن اور پیس کی سچویشن لائیں۔ تو آپ نے ان کو کہا کہ دس سال کا نو وار پیکٹ ہمارے اور تمہارے بیچ میں ہو جائے، یعنی نہ ہم اٹیک کریں تمہارے اوپر نہ تم ہمارے اوپر اٹیک کرو۔</w:t>
      </w:r>
    </w:p>
    <w:p>
      <w:r>
        <w:rPr>
          <w:b/>
        </w:rPr>
        <w:t xml:space="preserve">[29:31] </w:t>
      </w:r>
      <w:r>
        <w:t>yeh tha hudaybiya agreement.</w:t>
      </w:r>
    </w:p>
    <w:p>
      <w:pPr>
        <w:jc w:val="right"/>
      </w:pPr>
      <w:r>
        <w:t>یہ تھا حدیبیہ ایگریمنٹ۔</w:t>
      </w:r>
    </w:p>
    <w:p>
      <w:r>
        <w:rPr>
          <w:b/>
        </w:rPr>
        <w:t xml:space="preserve">[29:37] </w:t>
      </w:r>
      <w:r>
        <w:t>to makka wale jo the, chunchke is waqt woh ziyada strong the, un ke paas ziyada manpower bhi tha aur har cheez ziyada thi,</w:t>
      </w:r>
    </w:p>
    <w:p>
      <w:pPr>
        <w:jc w:val="right"/>
      </w:pPr>
      <w:r>
        <w:t>تو مکہ والے جو تھے، چونکہ اس وقت وہ زیادہ اسٹرانگ تھے، ان کے پاس زیادہ مین پاور بھی تھا اور ہر چیز زیادہ تھی،</w:t>
      </w:r>
    </w:p>
    <w:p>
      <w:r>
        <w:rPr>
          <w:b/>
        </w:rPr>
        <w:t xml:space="preserve">[29:50] </w:t>
      </w:r>
      <w:r>
        <w:t>to unhon ne unhon ne lateral bases par kaha ke agreement hoga. yani jitni bhi condition is mein rakhi gayi, sab un ke favor mein thi, makka walon ke favor mein.</w:t>
      </w:r>
    </w:p>
    <w:p>
      <w:pPr>
        <w:jc w:val="right"/>
      </w:pPr>
      <w:r>
        <w:t>تو انہوں نے انہوں نے لیٹرل بیسز پر کہا کہ ایگریمنٹ ہوگا۔ یعنی جتنی بھی کنڈیشن اس میں رکھی گئی، سب ان کے فیور میں تھی، مکہ والوں کے فیور میں۔</w:t>
      </w:r>
    </w:p>
    <w:p>
      <w:r>
        <w:rPr>
          <w:b/>
        </w:rPr>
        <w:t xml:space="preserve">[30:06] </w:t>
      </w:r>
      <w:r>
        <w:t>yahi ek baat maani unhon ne rasool Allah ki ke das saal tak hamare tumhare beech mein larai nahi hogi. no war pact tha woh, lekin baqi jitni bhi condition theen,</w:t>
      </w:r>
    </w:p>
    <w:p>
      <w:pPr>
        <w:jc w:val="right"/>
      </w:pPr>
      <w:r>
        <w:t>یہی ایک بات مانی انہوں نے رسول اللہ کی کہ دس سال تک ہمارے تمہارے بیچ میں لڑائی نہیں ہوگی۔ نو وار پیکٹ تھا وہ، لیکن باقی جتنی بھی کنڈیشن تھیں،</w:t>
      </w:r>
    </w:p>
    <w:p>
      <w:r>
        <w:rPr>
          <w:b/>
        </w:rPr>
        <w:t xml:space="preserve">[30:19] </w:t>
      </w:r>
      <w:r>
        <w:t>sab makka walon ke favor mein theen. woh is agreement mein aap ne maan liya us ko aur us par aap ne stamp laga diya.</w:t>
      </w:r>
    </w:p>
    <w:p>
      <w:pPr>
        <w:jc w:val="right"/>
      </w:pPr>
      <w:r>
        <w:t>سب مکہ والوں کے فیور میں تھیں۔ وہ اس ایگریمنٹ میں آپ نے مان لیا اس کو اور اس پر آپ نے اسٹیمپ لگا دیا۔</w:t>
      </w:r>
    </w:p>
    <w:p>
      <w:r>
        <w:rPr>
          <w:b/>
        </w:rPr>
        <w:t xml:space="preserve">[30:31] </w:t>
      </w:r>
      <w:r>
        <w:t>to aaj kal jo idhar udhar larai chher rakhi hai musalmanon ne, to maine yeh misaal pesh ki bar bar ke aap logon se hudaybiya ki policy chalaiye.</w:t>
      </w:r>
    </w:p>
    <w:p>
      <w:pPr>
        <w:jc w:val="right"/>
      </w:pPr>
      <w:r>
        <w:t>تو آج کل جو ادھر ادھر لڑائی چھیڑ رکھی ہے مسمانوں نے، تو میں نے یہ مثال پیش کی بار بار کہ آپ لوگوں سے حدیبیہ کی پالیسی چلائیے۔</w:t>
      </w:r>
    </w:p>
    <w:p>
      <w:r>
        <w:rPr>
          <w:b/>
        </w:rPr>
        <w:t xml:space="preserve">[30:44] </w:t>
      </w:r>
      <w:r>
        <w:t>aap kehte hain ke woh conspiracy karte hain, aap kehte hain ke woh hamare upar aggression karte hain, aap kehte hain ke wahan par zulm karte hain. to theek hai, yahi to tha wahan par rasool Allah ke khilaf, yahi sab to kar rahe the woh log.</w:t>
      </w:r>
    </w:p>
    <w:p>
      <w:pPr>
        <w:jc w:val="right"/>
      </w:pPr>
      <w:r>
        <w:t>آپ کہتے ہیں کہ وہ کانسپریسی کرتے ہیں، آپ کہتے ہیں کہ وہ ہمارے اوپر ایگریشن کرتے ہیں، آپ کہتے ہیں کہ وہاں پر ظلم کرتے ہیں۔ تو ٹھیک ہے، یہی تو تھا وہاں پر رسول اللہ کے خلاف، یہی سب تو کر رہے تھے وہ لوگ۔</w:t>
      </w:r>
    </w:p>
    <w:p>
      <w:r>
        <w:rPr>
          <w:b/>
        </w:rPr>
        <w:t xml:space="preserve">[31:00] </w:t>
      </w:r>
      <w:r>
        <w:t>tab bhi aap ne larai ke bajaye yeh option liya ke un se no war pact kar lein, peace treaty kar lein.</w:t>
      </w:r>
    </w:p>
    <w:p>
      <w:pPr>
        <w:jc w:val="right"/>
      </w:pPr>
      <w:r>
        <w:t>تب بھی آپ نے لڑائی کے بجائے یہ آپشن لیا کہ ان سے نو وار پیکٹ کر لیں، پیس ٹریٹی کر لیں۔</w:t>
      </w:r>
    </w:p>
    <w:p>
      <w:r>
        <w:rPr>
          <w:b/>
        </w:rPr>
        <w:t xml:space="preserve">[31:10] </w:t>
      </w:r>
      <w:r>
        <w:t>to aap bhi kar lijiye, yani unilateral peace treaty,</w:t>
      </w:r>
    </w:p>
    <w:p>
      <w:pPr>
        <w:jc w:val="right"/>
      </w:pPr>
      <w:r>
        <w:t>تو آپ بھی کر لیجئے، یعنی یونی لیٹرل پیس ٹریٹی،</w:t>
      </w:r>
    </w:p>
    <w:p>
      <w:r>
        <w:rPr>
          <w:b/>
        </w:rPr>
        <w:t xml:space="preserve">[31:17] </w:t>
      </w:r>
      <w:r>
        <w:t>unilateral peace treaty. to maine kaha ke dekhiye, is zamane mein ek universal norm hai jo</w:t>
      </w:r>
    </w:p>
    <w:p>
      <w:pPr>
        <w:jc w:val="right"/>
      </w:pPr>
      <w:r>
        <w:t>یونی لیٹرل پیس ٹریٹی۔ تو میں نے کہا کہ دیکھیے، اس زمانے میں ایک یونیورسل نارم ہے جو</w:t>
      </w:r>
    </w:p>
    <w:p>
      <w:r>
        <w:rPr>
          <w:b/>
        </w:rPr>
        <w:t xml:space="preserve">[31:27] </w:t>
      </w:r>
      <w:r>
        <w:t>united nations ke zariye</w:t>
      </w:r>
    </w:p>
    <w:p>
      <w:pPr>
        <w:jc w:val="right"/>
      </w:pPr>
      <w:r>
        <w:t>یونائٹڈ نیشنز کے ذریعے</w:t>
      </w:r>
    </w:p>
    <w:p>
      <w:r>
        <w:rPr>
          <w:b/>
        </w:rPr>
        <w:t xml:space="preserve">[31:31] </w:t>
      </w:r>
      <w:r>
        <w:t>sari nations ne sign kiye hain united nations ke charter par. yani duniya mein taqreeban 200 countries hain, 200 ke do do do sau countries hain aur sab ke sab member hain united nations ke.</w:t>
      </w:r>
    </w:p>
    <w:p>
      <w:pPr>
        <w:jc w:val="right"/>
      </w:pPr>
      <w:r>
        <w:t>ساری نیشنز نے سائن کیے ہیں یونائٹڈ نیشنز کے چارٹر پر۔ یعنی دنیا میں تقریباً 200 کنٹریز ہیں، 200 کے دو دو دو سو کنٹریز ہیں اور سب کے سب ممبر ہیں یونائٹڈ نیشنز کے۔</w:t>
      </w:r>
    </w:p>
    <w:p>
      <w:r>
        <w:rPr>
          <w:b/>
        </w:rPr>
        <w:t xml:space="preserve">[31:46] </w:t>
      </w:r>
      <w:r>
        <w:t>to unhon ne is par sign kiya hai. is mein yeh hai ke har ek ko religious freedom rahegi,</w:t>
      </w:r>
    </w:p>
    <w:p>
      <w:pPr>
        <w:jc w:val="right"/>
      </w:pPr>
      <w:r>
        <w:t>تو انہوں نے اس پر سائن کیا ہے۔ اس میں یہ ہے کہ ہر ایک کو ریلیجس فریڈم رہے گی،</w:t>
      </w:r>
    </w:p>
    <w:p>
      <w:r>
        <w:rPr>
          <w:b/>
        </w:rPr>
        <w:t xml:space="preserve">[31:56] </w:t>
      </w:r>
      <w:r>
        <w:t>kisi ki freedom abalish nahi ki ja sakti. aur is mein yeh hai ke koi country doosri country ke upar kabhi bhi attack nahi karega,</w:t>
      </w:r>
    </w:p>
    <w:p>
      <w:pPr>
        <w:jc w:val="right"/>
      </w:pPr>
      <w:r>
        <w:t>کسی کی فریڈم ابالش نہیں کی جا سکتی۔ اور اس میں یہ ہے کہ کوئی کنٹری دوسری کنٹری کے اوپر کبھی بھی اٹیک نہیں کرے گا،</w:t>
      </w:r>
    </w:p>
    <w:p>
      <w:r>
        <w:rPr>
          <w:b/>
        </w:rPr>
        <w:t xml:space="preserve">[32:06] </w:t>
      </w:r>
      <w:r>
        <w:t>kisi ke khilaf violence nahi karega. to sare countries ne apne aap ko baandh liya hai is mein ke woh logon ko freedom denge aur kisi ke upar attack nahi karenge.</w:t>
      </w:r>
    </w:p>
    <w:p>
      <w:pPr>
        <w:jc w:val="right"/>
      </w:pPr>
      <w:r>
        <w:t>کسی کے خلاف وائیلنس نہیں کرے گا۔ تو سارے کنٹریز نے اپنے آپ کو باندھ لیا ہے اس میں کہ وہ لوگوں کو فریڈم دیں گے اور کسی کے اوپر اٹیک نہیں کریں گے۔</w:t>
      </w:r>
    </w:p>
    <w:p>
      <w:r>
        <w:rPr>
          <w:b/>
        </w:rPr>
        <w:t xml:space="preserve">[32:21] </w:t>
      </w:r>
      <w:r>
        <w:t>to already unhon ne apne aap ko is ka paband kar liya hai,</w:t>
      </w:r>
    </w:p>
    <w:p>
      <w:pPr>
        <w:jc w:val="right"/>
      </w:pPr>
      <w:r>
        <w:t>تو الریڈی انہوں نے اپنے آپ کو اس کا پابند کر لیا ہے،</w:t>
      </w:r>
    </w:p>
    <w:p>
      <w:r>
        <w:rPr>
          <w:b/>
        </w:rPr>
        <w:t xml:space="preserve">[32:27] </w:t>
      </w:r>
      <w:r>
        <w:t>yani no war ka paband kar liya already unhon ne. yani rasool Allah sallallahu alaihi wasallam jo chahte the ke aap ke un ke beech mein war na ho, to united nations ke tehat tamam countries mein, tamam nations ne already no war ko apni policy bana liya hai.</w:t>
      </w:r>
    </w:p>
    <w:p>
      <w:pPr>
        <w:jc w:val="right"/>
      </w:pPr>
      <w:r>
        <w:t>یعنی نو وار کا پابند کر لیا الریڈی انہوں نے۔ یعنی رسول اللہ صلی اللہ علیہ وسلم جو چاہتے تھے کہ آپ کے ان کے بیچ میں وار نہ ہو، تو یونائٹڈ نیشنز کے تحت تمام کنٹریز میں، تمام نیشنز نے الریڈی نو وار کو اپنی پالیسی بنا لیا ہے۔</w:t>
      </w:r>
    </w:p>
    <w:p>
      <w:r>
        <w:rPr>
          <w:b/>
        </w:rPr>
        <w:t xml:space="preserve">[32:50] </w:t>
      </w:r>
      <w:r>
        <w:t>to aap is ko lijye, is opportunity ko avail kijiye, aap unilateral tor par band</w:t>
      </w:r>
    </w:p>
    <w:p>
      <w:pPr>
        <w:jc w:val="right"/>
      </w:pPr>
      <w:r>
        <w:t>تو آپ اس کو لیجئے، اس اپرچونیٹی کو اویل کیجئے، آپ یونی لیٹرل طور پر بند</w:t>
      </w:r>
    </w:p>
    <w:p>
      <w:r>
        <w:rPr>
          <w:b/>
        </w:rPr>
        <w:t xml:space="preserve">[32:56] </w:t>
      </w:r>
      <w:r>
        <w:t>kar dijiye ye jo aap goli chalate hain, bomb chalate hain, suicide bombing karte hain, sab khatam, sab khatam. aur in se ye kahiye ke theek hai, aap no war, no war ki policy adopt kar rakhi hai aap ne, hum bhi isi ko adopt karte hain.</w:t>
      </w:r>
    </w:p>
    <w:p>
      <w:pPr>
        <w:jc w:val="right"/>
      </w:pPr>
      <w:r>
        <w:t>کر دیجئے یہ جو آپ گولی چلاتے ہیں، بمب چلاتے ہیں، سوسائیڈ بمبنگ کرتے ہیں، سب ختم، سب ختم۔ اور ان سے یہ کہیے کہ ٹھیک ہے، آپ نو وار، نو وار کی پالیسی اڈاپٹ کر رکھی ہے آپ نے، ہم بھی اسی کو اڈاپٹ کرتے ہیں۔</w:t>
      </w:r>
    </w:p>
    <w:p>
      <w:r>
        <w:rPr>
          <w:b/>
        </w:rPr>
        <w:t xml:space="preserve">[33:14] </w:t>
      </w:r>
      <w:r>
        <w:t>to ye Hudaybiyyah policy hai. ab sab ke sab logon ne kaha ke ye to, ye to buzdiili hai, ye to cowardice hai.</w:t>
      </w:r>
    </w:p>
    <w:p>
      <w:pPr>
        <w:jc w:val="right"/>
      </w:pPr>
      <w:r>
        <w:t>تو یہ حدیبیہ پالیسی ہے۔ اب سب کے سب لوگوں نے کہا کہ یہ تو، یہ تو بزدلی ہے، یہ تو کاورڈیس ہے۔</w:t>
      </w:r>
    </w:p>
    <w:p>
      <w:r>
        <w:rPr>
          <w:b/>
        </w:rPr>
        <w:t xml:space="preserve">[33:24] </w:t>
      </w:r>
      <w:r>
        <w:t>ab bataiye ke ye to, ye to Quran mein is ke bare mein kaha gaya tha jab Hudaybiyyah agreement hua tha ke "Inna fatahna laka fat-han mubeena".</w:t>
      </w:r>
    </w:p>
    <w:p>
      <w:pPr>
        <w:jc w:val="right"/>
      </w:pPr>
      <w:r>
        <w:t>اب بتائیے کہ یہ تو، یہ تو قرآن میں اس کے بارے میں کہا گیا تھا جب حدیبیہ ایگریمنٹ ہوا تھا کہ "انا فتحنا لک فتح مبینہ"۔</w:t>
      </w:r>
    </w:p>
    <w:p>
      <w:r>
        <w:rPr>
          <w:b/>
        </w:rPr>
        <w:t xml:space="preserve">[33:34] </w:t>
      </w:r>
      <w:r>
        <w:t>jis din Rasool Allah ne Hudaybiyyah ke maqam par peace treaty ki ya no war pact kiya in in se, us din Quran mein ye ayat utri "Inna fatahna laka fat-han mubeena".</w:t>
      </w:r>
    </w:p>
    <w:p>
      <w:pPr>
        <w:jc w:val="right"/>
      </w:pPr>
      <w:r>
        <w:t>جس دن رسول اللہ نے حدیبیہ کے مقام پر پیس ٹریٹی کی یا نو وار پیکٹ کیا ان ان سے، اس دن قرآن میں یہ آیت اتری "انا فتحنا لک فتح مبینہ"۔</w:t>
      </w:r>
    </w:p>
    <w:p>
      <w:r>
        <w:rPr>
          <w:b/>
        </w:rPr>
        <w:t xml:space="preserve">[33:50] </w:t>
      </w:r>
      <w:r>
        <w:t>tum kamyab ho gaye,</w:t>
      </w:r>
    </w:p>
    <w:p>
      <w:pPr>
        <w:jc w:val="right"/>
      </w:pPr>
      <w:r>
        <w:t>تم کامیاب ہو گئے،</w:t>
      </w:r>
    </w:p>
    <w:p>
      <w:r>
        <w:rPr>
          <w:b/>
        </w:rPr>
        <w:t xml:space="preserve">[33:53] </w:t>
      </w:r>
      <w:r>
        <w:t>tum kamyab ho gaye. to jis cheez ko Khuda keh raha hai kamyabi, wo kaise aap ko buzdiili dikhai deta hai?</w:t>
      </w:r>
    </w:p>
    <w:p>
      <w:pPr>
        <w:jc w:val="right"/>
      </w:pPr>
      <w:r>
        <w:t>تم کامیاب ہو گئے۔ تو جس چیز کو خدا کہہ رہا ہے کامیابی، وہ کیسے آپ کو بزدلی دکھائی دیتا ہے؟</w:t>
      </w:r>
    </w:p>
    <w:p>
      <w:r>
        <w:rPr>
          <w:b/>
        </w:rPr>
        <w:t xml:space="preserve">[34:04] </w:t>
      </w:r>
      <w:r>
        <w:t>to strategy nahi hai Quran wali. itni bari opportunity ko aaj kal ke musalman avail nahi kar pa rahe.</w:t>
      </w:r>
    </w:p>
    <w:p>
      <w:pPr>
        <w:jc w:val="right"/>
      </w:pPr>
      <w:r>
        <w:t>تو اسٹریٹ نہیں ہے قرآن والی۔ اتنی بڑی اپرچونیٹی کو آج کل کے مسلمان اویل نہیں کر پا رہے۔</w:t>
      </w:r>
    </w:p>
    <w:p>
      <w:r>
        <w:rPr>
          <w:b/>
        </w:rPr>
        <w:t xml:space="preserve">[34:14] </w:t>
      </w:r>
      <w:r>
        <w:t>ye sari dunya jo hai</w:t>
      </w:r>
    </w:p>
    <w:p>
      <w:pPr>
        <w:jc w:val="right"/>
      </w:pPr>
      <w:r>
        <w:t>یہ ساری دنیا جو ہے</w:t>
      </w:r>
    </w:p>
    <w:p>
      <w:r>
        <w:rPr>
          <w:b/>
        </w:rPr>
        <w:t xml:space="preserve">[34:18] </w:t>
      </w:r>
      <w:r>
        <w:t>United Nations ke tehat ye maan chuki hai ke no war policy hum chalayenge, no war policy, religious freedom rahegi har ek ko, yani no religious prosecution,</w:t>
      </w:r>
    </w:p>
    <w:p>
      <w:pPr>
        <w:jc w:val="right"/>
      </w:pPr>
      <w:r>
        <w:t>یونائٹڈ نیشنز کے تحت یہ مان چکی ہے کہ نو وار پالیسی ہم چلائیں گے، نو وار پالیسی، ریلیجس فریڈم رہے گی ہر ایک کو، یعنی نو ریلیجس پرسیکیوشن،</w:t>
      </w:r>
    </w:p>
    <w:p>
      <w:r>
        <w:rPr>
          <w:b/>
        </w:rPr>
        <w:t xml:space="preserve">[34:33] </w:t>
      </w:r>
      <w:r>
        <w:t>no war, no violence. ye already is ko, is is norm ko already accept kar chuke hain.</w:t>
      </w:r>
    </w:p>
    <w:p>
      <w:pPr>
        <w:jc w:val="right"/>
      </w:pPr>
      <w:r>
        <w:t>نو وار، نو وائیلنس۔ یہ الریڈی اس کو، اس اس نارم کو الریڈی ایکسیپٹ کر چکے ہیں۔</w:t>
      </w:r>
    </w:p>
    <w:p>
      <w:r>
        <w:rPr>
          <w:b/>
        </w:rPr>
        <w:t xml:space="preserve">[34:42] </w:t>
      </w:r>
      <w:r>
        <w:t>lekin aap khwamkhwah bomb maar kar ke in se kehte hain ke aap bhai mujhe maar, yani aap bomb maar kar unhe mauqa dete hain retaliate karne ka.</w:t>
      </w:r>
    </w:p>
    <w:p>
      <w:pPr>
        <w:jc w:val="right"/>
      </w:pPr>
      <w:r>
        <w:t>لیکن آپ خوامخواہ بم مار کر کے ان سے کہتے ہیں کہ آپ بھائی مجھے مار، یعنی آپ بم مار کر انہیں موقع دیتے ہیں ریٹیلیٹ کرنے کا۔</w:t>
      </w:r>
    </w:p>
    <w:p>
      <w:r>
        <w:rPr>
          <w:b/>
        </w:rPr>
        <w:t xml:space="preserve">[34:53] </w:t>
      </w:r>
      <w:r>
        <w:t>agar aap suicide bombing na karein, agar aap gun ko use na chalayein, aap apni taraf se violence na karein, to wo to already is par apne ko paband kar chuke hain ke hum violence nahi karenge.</w:t>
      </w:r>
    </w:p>
    <w:p>
      <w:pPr>
        <w:jc w:val="right"/>
      </w:pPr>
      <w:r>
        <w:t>اگر آپ سوسائیڈ بمبنگ نہ کریں، اگر آپ گن کو اس نہ چلائیں، آپ اپنی طرف سے وائیلنس نہ کریں، تو وہ تو الریڈی اس پر اپنے کو پابند کر چکے ہیں کہ ہم وائیلنس نہیں کریں گے۔</w:t>
      </w:r>
    </w:p>
    <w:p>
      <w:r>
        <w:rPr>
          <w:b/>
        </w:rPr>
        <w:t xml:space="preserve">[35:06] </w:t>
      </w:r>
      <w:r>
        <w:t>lekin aap bomb chala kar un ko mauqa dete hain retaliate karne ka,</w:t>
      </w:r>
    </w:p>
    <w:p>
      <w:pPr>
        <w:jc w:val="right"/>
      </w:pPr>
      <w:r>
        <w:t>لیکن آپ بم چلا کر ان کو موقع دیتے ہیں ریٹیلیٹ کرنے کا،</w:t>
      </w:r>
    </w:p>
    <w:p>
      <w:r>
        <w:rPr>
          <w:b/>
        </w:rPr>
        <w:t xml:space="preserve">[35:11] </w:t>
      </w:r>
      <w:r>
        <w:t>yani matlab jawabi karrawai karne ka. to aap sirf itna karna hai ke aap na violence kijiye, na suicide bombing kijiye, na bomb daliye, na gun chalaiye.</w:t>
      </w:r>
    </w:p>
    <w:p>
      <w:pPr>
        <w:jc w:val="right"/>
      </w:pPr>
      <w:r>
        <w:t>یعنی مطلب جوابی کارروائی کرنے کا۔ تو آپ صرف اتنا کرنا ہے کہ آپ نہ وائیلنس کیجئے، نہ سوسائیڈ بمبنگ کیجئے، نہ بم ڈالیے، نہ گن چلائیے۔</w:t>
      </w:r>
    </w:p>
    <w:p>
      <w:r>
        <w:rPr>
          <w:b/>
        </w:rPr>
        <w:t xml:space="preserve">[35:23] </w:t>
      </w:r>
      <w:r>
        <w:t>to phir kya hoga? wahi situation prevail karegi jo already wo maane hue hain, matlab no war policy ki situation.</w:t>
      </w:r>
    </w:p>
    <w:p>
      <w:pPr>
        <w:jc w:val="right"/>
      </w:pPr>
      <w:r>
        <w:t>تو پھر کیا ہوگا؟ وہی سچویشن پرویل کرے گی جو الریڈی وہ مانے ہوئے ہیں، مطلب نو وار پالیسی کی سچویشن۔</w:t>
      </w:r>
    </w:p>
    <w:p>
      <w:r>
        <w:rPr>
          <w:b/>
        </w:rPr>
        <w:t xml:space="preserve">[35:35] </w:t>
      </w:r>
      <w:r>
        <w:t>ab har taraf hamare khilaf log karne lage ke sahab ye to buzdiili sikhate hain.</w:t>
      </w:r>
    </w:p>
    <w:p>
      <w:pPr>
        <w:jc w:val="right"/>
      </w:pPr>
      <w:r>
        <w:t>اب ہر طرف ہمارے خلاف لوگ کرنے لگے کہ صاحب یہ تو بزدلی سکھاتے ہیں۔</w:t>
      </w:r>
    </w:p>
    <w:p>
      <w:r>
        <w:rPr>
          <w:b/>
        </w:rPr>
        <w:t xml:space="preserve">[35:40] </w:t>
      </w:r>
      <w:r>
        <w:t>to ek Quran ki baat jo hai unhe buzdiili dikhai deti hai. kyun? Quran wala mizaj nahi, Quran wala mizaj nahi.</w:t>
      </w:r>
    </w:p>
    <w:p>
      <w:pPr>
        <w:jc w:val="right"/>
      </w:pPr>
      <w:r>
        <w:t>تو ایک قرآن کی بات جو ہے انہیں بزدلی دکھائی دیتی ہے۔ کیوں؟ قرآن والا مزاج نہیں، قرآن والا مزاج نہیں۔</w:t>
      </w:r>
    </w:p>
    <w:p>
      <w:r>
        <w:rPr>
          <w:b/>
        </w:rPr>
        <w:t xml:space="preserve">[35:52] </w:t>
      </w:r>
      <w:r>
        <w:t>to yaad rakhiye, Arabi zaban janna kafi nahi hai ke aap Quran ko samajh lein. ye sare Arab jo hain wo Arabi zaban jante hain aur sare Arab jo hain is policy ko apna nahi rahe, Hudaybiyyah policy ko apnane ko tayar nahi hain.</w:t>
      </w:r>
    </w:p>
    <w:p>
      <w:pPr>
        <w:jc w:val="right"/>
      </w:pPr>
      <w:r>
        <w:t>تو یاد رکھیے، عربی زبان جاننا کافی نہیں ہے کہ آپ قرآن کو سمجھ لیں۔ یہ سارے عرب جو ہیں وہ عربی زبان جانتے ہیں اور سارے عرب جو ہیں اس پالیسی کو اپنا نہیں رہے، حدیبیہ پالیسی کو اپنانے کو تیار نہیں ہیں۔</w:t>
      </w:r>
    </w:p>
    <w:p>
      <w:r>
        <w:rPr>
          <w:b/>
        </w:rPr>
        <w:t xml:space="preserve">[36:14] </w:t>
      </w:r>
      <w:r>
        <w:t>main Falasteen gaya, jahan Arab log rehte hain, is hisse mein jis hisse mein Arab log rehte hain, Falasteen ke. aap jante hain ke Falasteen ke do hisse hain: ek hisse mein Yahudi log rehte hain, ek hisse mein Arab log rehte hain.</w:t>
      </w:r>
    </w:p>
    <w:p>
      <w:pPr>
        <w:jc w:val="right"/>
      </w:pPr>
      <w:r>
        <w:t>میں فلسطین گیا، جہاں عرب لوگ رہتے ہیں، اس حصے میں جس حصے میں عرب لوگ رہتے ہیں، فلسطین کے۔ آپ جانتے ہیں کہ فلسطین کے دو حصے ہیں: ایک حصے میں یہودی لوگ رہتے ہیں، ایک حصے میں عرب لوگ رہتے ہیں۔</w:t>
      </w:r>
    </w:p>
    <w:p>
      <w:r>
        <w:rPr>
          <w:b/>
        </w:rPr>
        <w:t xml:space="preserve">[36:29] </w:t>
      </w:r>
      <w:r>
        <w:t>Arab wale hisse mein gaya main to wahan par kya hai? un ka ek qaumi tarana hai, qaumi song, national song un ka ek hai,</w:t>
      </w:r>
    </w:p>
    <w:p>
      <w:pPr>
        <w:jc w:val="right"/>
      </w:pPr>
      <w:r>
        <w:t>عرب والے حصے میں گیا میں تو وہاں پر کیا ہے؟ ان کا ایک قومی ترانہ ہے، قومی سانگ، نیشنل سانگ ان کا ایک ہے،</w:t>
      </w:r>
    </w:p>
    <w:p>
      <w:r>
        <w:rPr>
          <w:b/>
        </w:rPr>
        <w:t xml:space="preserve">[36:40] </w:t>
      </w:r>
      <w:r>
        <w:t>Falastiniyon ka, jis ko un ke naujawan gaate hain idhar udhar. to is mein ye hai ke "Hulm nuqatil, hulm nuqatil, fa'inna al-qital, sabeel ar-rashadi".</w:t>
      </w:r>
    </w:p>
    <w:p>
      <w:pPr>
        <w:jc w:val="right"/>
      </w:pPr>
      <w:r>
        <w:t>فلسطینیوں کا، جس کو ان کے نوجوان گاتے ہیں ادھر ادھر۔ تو اس میں یہ ہے کہ "حلم نقاتل، حلم نقاتل، فین القتال، سبیل الرشادی"۔</w:t>
      </w:r>
    </w:p>
    <w:p>
      <w:r>
        <w:rPr>
          <w:b/>
        </w:rPr>
        <w:t xml:space="preserve">[36:57] </w:t>
      </w:r>
      <w:r>
        <w:t>ye Falastiniyon ka qaumi tarana hai, yani Falastini Arabon ka, ye Falastini Arabon ka qaumi tarana hai.</w:t>
      </w:r>
    </w:p>
    <w:p>
      <w:pPr>
        <w:jc w:val="right"/>
      </w:pPr>
      <w:r>
        <w:t>یہ فلسطینیوں کا قومی ترانہ ہے، یعنی فلسطینی عربوں کا، یہ فلسطینی عربوں کا قومی ترانہ ہے۔</w:t>
      </w:r>
    </w:p>
    <w:p>
      <w:r>
        <w:rPr>
          <w:b/>
        </w:rPr>
        <w:t xml:space="preserve">[37:07] </w:t>
      </w:r>
      <w:r>
        <w:t>sare Arab in ke hami hain, sare Arab in ke peeche hain,</w:t>
      </w:r>
    </w:p>
    <w:p>
      <w:pPr>
        <w:jc w:val="right"/>
      </w:pPr>
      <w:r>
        <w:t>سارے عرب ان کے حامی ہیں، سارے عرب ان کے پیچھے ہیں،</w:t>
      </w:r>
    </w:p>
    <w:p>
      <w:r>
        <w:rPr>
          <w:b/>
        </w:rPr>
        <w:t xml:space="preserve">[37:11] </w:t>
      </w:r>
      <w:r>
        <w:t>sare Arab in ka saath de rahe hain ke "Hulm nuqatil, hulm nuqatil, fa'inna al-qital, sabeel ar-rashadi". let us make war, let us make war, for war is the way to success.</w:t>
      </w:r>
    </w:p>
    <w:p>
      <w:pPr>
        <w:jc w:val="right"/>
      </w:pPr>
      <w:r>
        <w:t>سارے عرب ان کا ساتھ دے رہے ہیں کہ "حلم نقاتل، حلم نقاتل، فین القتال، سبیل الرشادی"۔ لیٹ اس میک وار، لیٹ اس میک وار، فار وار از دا وے ٹو سکسیس۔</w:t>
      </w:r>
    </w:p>
    <w:p>
      <w:r>
        <w:rPr>
          <w:b/>
        </w:rPr>
        <w:t xml:space="preserve">[37:28] </w:t>
      </w:r>
      <w:r>
        <w:t>aao hum larein, aao hum larein, kyunke kamyabi ladai mein hai. ab bataiye ke quran mein kahan likha hua hai ke kamyabi ladai mein hai?</w:t>
      </w:r>
    </w:p>
    <w:p>
      <w:pPr>
        <w:jc w:val="right"/>
      </w:pPr>
      <w:r>
        <w:t>اؤ ہم لڑیں، اؤ ہم لڑیں، کیونکہ کامیابی لڑائی میں ہے۔ اب بتائیے کہ قرآن میں کہاں لکھا ہوا ہے کہ کامیابی لڑائی میں ہے؟</w:t>
      </w:r>
    </w:p>
    <w:p>
      <w:r>
        <w:rPr>
          <w:b/>
        </w:rPr>
        <w:t xml:space="preserve">[37:38] </w:t>
      </w:r>
      <w:r>
        <w:t>quran mein to ulta hai "alsulh khair".</w:t>
      </w:r>
    </w:p>
    <w:p>
      <w:pPr>
        <w:jc w:val="right"/>
      </w:pPr>
      <w:r>
        <w:t>قرآن میں تو الٹا ہے "الصلح خیر"۔</w:t>
      </w:r>
    </w:p>
    <w:p>
      <w:r>
        <w:rPr>
          <w:b/>
        </w:rPr>
        <w:t xml:space="preserve">[37:42] </w:t>
      </w:r>
      <w:r>
        <w:t>kamyabi sulah mein hai. quran ki yeh aayat hai, yeh "alsulh khair". reconciliation is the best policy.</w:t>
      </w:r>
    </w:p>
    <w:p>
      <w:pPr>
        <w:jc w:val="right"/>
      </w:pPr>
      <w:r>
        <w:t>کامیابی صلح میں ہے۔ قرآن کی یہ آیت ہے، یہ "الصلح خیر"۔ ریکنسلیشن از دا بیسٹ پالیسی۔</w:t>
      </w:r>
    </w:p>
    <w:p>
      <w:r>
        <w:rPr>
          <w:b/>
        </w:rPr>
        <w:t xml:space="preserve">[37:54] </w:t>
      </w:r>
      <w:r>
        <w:t>jab controversy ho to aap kya karein? aap musalehat karein, aap sulah ki shakalain talash karein, peace qaim karne ki shakalain talash karein,</w:t>
      </w:r>
    </w:p>
    <w:p>
      <w:pPr>
        <w:jc w:val="right"/>
      </w:pPr>
      <w:r>
        <w:t>جب کنٹروورسی ہو تو آپ کیا کریں؟ آپ مصالحت کریں، آپ صلح کی شکلیں تلاش کریں، پیس قائم کرنے کی شکلیں تلاش کریں،</w:t>
      </w:r>
    </w:p>
    <w:p>
      <w:r>
        <w:rPr>
          <w:b/>
        </w:rPr>
        <w:t xml:space="preserve">[38:08] </w:t>
      </w:r>
      <w:r>
        <w:t>takrao na karein.</w:t>
      </w:r>
    </w:p>
    <w:p>
      <w:pPr>
        <w:jc w:val="right"/>
      </w:pPr>
      <w:r>
        <w:t>ٹکراؤ نہ کریں۔</w:t>
      </w:r>
    </w:p>
    <w:p>
      <w:r>
        <w:rPr>
          <w:b/>
        </w:rPr>
        <w:t xml:space="preserve">[38:11] </w:t>
      </w:r>
      <w:r>
        <w:t>goya ke confrontational course of action yeh quran ke khilaf hai aur peaceful course of action yeh quran ke mutabiq hai.</w:t>
      </w:r>
    </w:p>
    <w:p>
      <w:pPr>
        <w:jc w:val="right"/>
      </w:pPr>
      <w:r>
        <w:t>گویا کہ کنفرنٹل کنفرنٹیشنل کورس آف ایکشن یہ قرآن کے خلاف ہے اور پیس فل کورس آف ایکشن یہ قرآن کے مطابق ہے۔</w:t>
      </w:r>
    </w:p>
    <w:p>
      <w:r>
        <w:rPr>
          <w:b/>
        </w:rPr>
        <w:t xml:space="preserve">[38:25] </w:t>
      </w:r>
      <w:r>
        <w:t>to ab dekhiye ke jo log arabi zaban jante hain, kuch beshumar log quran ke hafiz hain, lekin quran ke khilaf chal rahe hain.</w:t>
      </w:r>
    </w:p>
    <w:p>
      <w:pPr>
        <w:jc w:val="right"/>
      </w:pPr>
      <w:r>
        <w:t>تو اب دیکھیے کہ جو لوگ عربی زبان جانتے ہیں، کچھ بے شمار لوگ قرآن کے حافظ ہیں، لیکن قرآن کے خلاف چل رہے ہیں۔</w:t>
      </w:r>
    </w:p>
    <w:p>
      <w:r>
        <w:rPr>
          <w:b/>
        </w:rPr>
        <w:t xml:space="preserve">[38:38] </w:t>
      </w:r>
      <w:r>
        <w:t>hudaybiya</w:t>
      </w:r>
    </w:p>
    <w:p>
      <w:pPr>
        <w:jc w:val="right"/>
      </w:pPr>
      <w:r>
        <w:t>حدیبی</w:t>
      </w:r>
    </w:p>
    <w:p>
      <w:r>
        <w:rPr>
          <w:b/>
        </w:rPr>
        <w:t xml:space="preserve">[38:39] </w:t>
      </w:r>
      <w:r>
        <w:t>yeh hikmat, yani hudaybiya ka jo wisdom hai, hudaybiya ke peeche jo, yani jo great wisdom hai, us ko samajh nahi paa rahe hain.</w:t>
      </w:r>
    </w:p>
    <w:p>
      <w:pPr>
        <w:jc w:val="right"/>
      </w:pPr>
      <w:r>
        <w:t>ہ حکمت، یعنی حدیبیہ کا جو وزڈم ہے، حدیبیہ کے پیچھے جو، یعنی جو گریٹ وزڈم ہے، اس کو سمجھ نہیں پا رہے ہیں۔</w:t>
      </w:r>
    </w:p>
    <w:p>
      <w:r>
        <w:rPr>
          <w:b/>
        </w:rPr>
        <w:t xml:space="preserve">[38:51] </w:t>
      </w:r>
      <w:r>
        <w:t>yeh to kitni bari baat hai, kitni bari baat hai ke aise jaise ke makkah wale is zamane mein jo the, unhone no war ki policy declare nahi ki thi, woh to war ki policy par the.</w:t>
      </w:r>
    </w:p>
    <w:p>
      <w:pPr>
        <w:jc w:val="right"/>
      </w:pPr>
      <w:r>
        <w:t>یہ تو کتنی بڑی بات ہے، کتنی بڑی بات ہے کہ ایسے جیسے کہ مکہ والے اس زمانے میں جو تھے، انہوں نے نو وار کی پالیسی ڈیکلیئر نہیں کی تھی، وہ تو وار کی پالیسی پر تھے۔</w:t>
      </w:r>
    </w:p>
    <w:p>
      <w:r>
        <w:rPr>
          <w:b/>
        </w:rPr>
        <w:t xml:space="preserve">[39:02] </w:t>
      </w:r>
      <w:r>
        <w:t>woh hamein ladna hai tum se.</w:t>
      </w:r>
    </w:p>
    <w:p>
      <w:pPr>
        <w:jc w:val="right"/>
      </w:pPr>
      <w:r>
        <w:t>وہ ہمیں لڑنا ہے تم سے۔</w:t>
      </w:r>
    </w:p>
    <w:p>
      <w:r>
        <w:rPr>
          <w:b/>
        </w:rPr>
        <w:t xml:space="preserve">[39:05] </w:t>
      </w:r>
      <w:r>
        <w:t>aaj ki duniya jo hai, yeh 200 nations ki jo organization hai, UNO, woh already is policy ko apna chuki hai, jis ko mein keh raha hoon ke no war policy.</w:t>
      </w:r>
    </w:p>
    <w:p>
      <w:pPr>
        <w:jc w:val="right"/>
      </w:pPr>
      <w:r>
        <w:t>آج کی دنیا جو ہے، یہ 200 نیشنز کی جو ارگنائزیشن ہے، یو این او، وہ الریڈی اس پالیسی کو اپنا چکی ہے، جس کو میں کہہ رہا ہوں کہ نو وار پالیسی۔</w:t>
      </w:r>
    </w:p>
    <w:p>
      <w:r>
        <w:rPr>
          <w:b/>
        </w:rPr>
        <w:t xml:space="preserve">[39:22] </w:t>
      </w:r>
      <w:r>
        <w:t>to is ko avail kijiye, yeh opportunity aap ke liye hai. to avail kyun nahi kar paa rahe hain? aap is liye ke aap ghusse mein hain, jhijhlahat mein hain,</w:t>
      </w:r>
    </w:p>
    <w:p>
      <w:pPr>
        <w:jc w:val="right"/>
      </w:pPr>
      <w:r>
        <w:t>تو اس کو اویل کیجئے، یہ اپرچونیٹی آپ کے لیے ہے۔ تو اویل کیوں نہیں کر پا رہے ہیں؟ آپ اس لیے کہ آپ غصے میں ہیں، جھجلاہٹ میں ہیں،</w:t>
      </w:r>
    </w:p>
    <w:p>
      <w:r>
        <w:rPr>
          <w:b/>
        </w:rPr>
        <w:t xml:space="preserve">[39:34] </w:t>
      </w:r>
      <w:r>
        <w:t>aap hate mein jee rahe hain, aap dushman samajh rakha hai sab sab logon ko. to aap bomb marte hain, goli marte hain, suicide bombing karte hain.</w:t>
      </w:r>
    </w:p>
    <w:p>
      <w:pPr>
        <w:jc w:val="right"/>
      </w:pPr>
      <w:r>
        <w:t>آپ ہیٹ میں جی رہے ہیں، آپ دشمن سمجھ رکھا ہے سب سب لوگوں کو۔ تو آپ بم مارتے ہیں، گولی مارتے ہیں، سوسائیڈ بمبنگ کرتے ہیں۔</w:t>
      </w:r>
    </w:p>
    <w:p>
      <w:r>
        <w:rPr>
          <w:b/>
        </w:rPr>
        <w:t xml:space="preserve">[39:44] </w:t>
      </w:r>
      <w:r>
        <w:t>is se kya hota hai? un ke andar revenge bhadakta hai, inteqam bhadakta hai, retaliation karte hain.</w:t>
      </w:r>
    </w:p>
    <w:p>
      <w:pPr>
        <w:jc w:val="right"/>
      </w:pPr>
      <w:r>
        <w:t>اس سے کیا ہوتا ہے؟ ان کے اندر ریونج بھڑکتا ہے، انتقام بھڑکتا ہے، ریٹیلیشن کرتے ہیں۔</w:t>
      </w:r>
    </w:p>
    <w:p>
      <w:r>
        <w:rPr>
          <w:b/>
        </w:rPr>
        <w:t xml:space="preserve">[39:52] </w:t>
      </w:r>
      <w:r>
        <w:t>woh</w:t>
      </w:r>
    </w:p>
    <w:p>
      <w:pPr>
        <w:jc w:val="right"/>
      </w:pPr>
      <w:r>
        <w:t>وہ</w:t>
      </w:r>
    </w:p>
    <w:p>
      <w:r>
        <w:rPr>
          <w:b/>
        </w:rPr>
        <w:t xml:space="preserve">[39:56] </w:t>
      </w:r>
      <w:r>
        <w:t>to jo situation already ban chuki hai,</w:t>
      </w:r>
    </w:p>
    <w:p>
      <w:pPr>
        <w:jc w:val="right"/>
      </w:pPr>
      <w:r>
        <w:t>تو جو سچویشن الریڈی بن چکی ہے،</w:t>
      </w:r>
    </w:p>
    <w:p>
      <w:r>
        <w:rPr>
          <w:b/>
        </w:rPr>
        <w:t xml:space="preserve">[40:03] </w:t>
      </w:r>
      <w:r>
        <w:t>no war policy ki situation, us ko hum avail kyun nahi kar paa rahe hain? is liye ke hum apni taraf se is ko disturb karte rehte hain,</w:t>
      </w:r>
    </w:p>
    <w:p>
      <w:pPr>
        <w:jc w:val="right"/>
      </w:pPr>
      <w:r>
        <w:t>نو وار پالیسی کی سچویشن، اس کو ہم اویل کیوں نہیں کر پا رہے ہیں؟ اس لیے کہ ہم اپنی طرف سے اس کو ڈسٹرب کرتے رہتے ہیں،</w:t>
      </w:r>
    </w:p>
    <w:p>
      <w:r>
        <w:rPr>
          <w:b/>
        </w:rPr>
        <w:t xml:space="preserve">[40:14] </w:t>
      </w:r>
      <w:r>
        <w:t>apni taraf se is ko sara mamla jo hai gadbad karte rehte hain aur retaliation ki logon ko mauqa dete hain.</w:t>
      </w:r>
    </w:p>
    <w:p>
      <w:pPr>
        <w:jc w:val="right"/>
      </w:pPr>
      <w:r>
        <w:t>اپنی طرف سے اس کو سارا معاملہ جو ہے گڑبڑ کرتے رہتے ہیں اور ریٹیلیشن کی لوگوں کو موقع دیتے ہیں۔</w:t>
      </w:r>
    </w:p>
    <w:p>
      <w:r>
        <w:rPr>
          <w:b/>
        </w:rPr>
        <w:t xml:space="preserve">[40:28] </w:t>
      </w:r>
      <w:r>
        <w:t>isi liye mein yeh arz kar raha hoon ke</w:t>
      </w:r>
    </w:p>
    <w:p>
      <w:pPr>
        <w:jc w:val="right"/>
      </w:pPr>
      <w:r>
        <w:t>اسی لیے میں یہ عرض کر رہا ہوں کہ</w:t>
      </w:r>
    </w:p>
    <w:p>
      <w:r>
        <w:rPr>
          <w:b/>
        </w:rPr>
        <w:t xml:space="preserve">[40:35] </w:t>
      </w:r>
      <w:r>
        <w:t>yeh bohat hi zaroori hai quran wala mizaj. sirf arabi zaban janna kafi nahi hai,</w:t>
      </w:r>
    </w:p>
    <w:p>
      <w:pPr>
        <w:jc w:val="right"/>
      </w:pPr>
      <w:r>
        <w:t>یہ بہت ہی ضروری ہے قرآن والا مزاج۔ صرف عربی زبان جاننا کافی نہیں ہے،</w:t>
      </w:r>
    </w:p>
    <w:p>
      <w:r>
        <w:rPr>
          <w:b/>
        </w:rPr>
        <w:t xml:space="preserve">[40:43] </w:t>
      </w:r>
      <w:r>
        <w:t>sirf quran ka hafiz hona kafi nahi hai, sirf yeh nahi kafi hai ke aap quran ke bohat hi beautiful copy tayyar karayein, bohat hi beautiful qism ke chhape hue nuskhay aur us ko beautiful jaldan mein rakh kar ke aap apne ghar mein sajayein.</w:t>
      </w:r>
    </w:p>
    <w:p>
      <w:pPr>
        <w:jc w:val="right"/>
      </w:pPr>
      <w:r>
        <w:t>صرف قرآن کا حافظ ہونا کافی نہیں ہے، صرف یہ نہیں کافی ہے کہ آپ قرآن کے بہت ہی بیوٹی فل کاپی تیار کرائیں، بہت ہی بیوٹی فل قسم کے چھپے ہوئے نسخے اور اس کو بیوٹی فل جذدان میں رکھ کر کے آپ اپنے گھر میں سجائیں۔</w:t>
      </w:r>
    </w:p>
    <w:p>
      <w:r>
        <w:rPr>
          <w:b/>
        </w:rPr>
        <w:t xml:space="preserve">[41:01] </w:t>
      </w:r>
      <w:r>
        <w:t>yeh sab kafi nahi hai.</w:t>
      </w:r>
    </w:p>
    <w:p>
      <w:pPr>
        <w:jc w:val="right"/>
      </w:pPr>
      <w:r>
        <w:t>یہ سب کافی نہیں ہے۔</w:t>
      </w:r>
    </w:p>
    <w:p>
      <w:r>
        <w:rPr>
          <w:b/>
        </w:rPr>
        <w:t xml:space="preserve">[41:04] </w:t>
      </w:r>
      <w:r>
        <w:t>qurani mind darkar hai, qurani mizaj darkar hai, qurani thinking darkar hai.</w:t>
      </w:r>
    </w:p>
    <w:p>
      <w:pPr>
        <w:jc w:val="right"/>
      </w:pPr>
      <w:r>
        <w:t>قرآنی مائنڈ درکار ہے، قرآنی مزاج درکار ہے، قرآنی تھنکنگ درکار ہے۔</w:t>
      </w:r>
    </w:p>
    <w:p>
      <w:r>
        <w:rPr>
          <w:b/>
        </w:rPr>
        <w:t xml:space="preserve">[41:12] </w:t>
      </w:r>
      <w:r>
        <w:t>tab ja kar aisa hoga ke quran se hamein guidance milegi. is tarah se dekhiye ke aap logon ke taqreeron ko suniye,</w:t>
      </w:r>
    </w:p>
    <w:p>
      <w:pPr>
        <w:jc w:val="right"/>
      </w:pPr>
      <w:r>
        <w:t>تب جا کر ایسا ہوگا کہ قرآن سے ہمیں گائیڈنس ملے گی۔ اس طرح سے دیکھیے کہ آپ لوگوں کے تقریروں کو سنیے،</w:t>
      </w:r>
    </w:p>
    <w:p>
      <w:r>
        <w:rPr>
          <w:b/>
        </w:rPr>
        <w:t xml:space="preserve">[41:27] </w:t>
      </w:r>
      <w:r>
        <w:t>logon ke article ko parhiye, un ki kitabon ko parhiye to sab mein aap payenge ke is ka mizaj, yani pride ka mizaj, fakhr ka mizaj, islam hamara pride hai,</w:t>
      </w:r>
    </w:p>
    <w:p>
      <w:pPr>
        <w:jc w:val="right"/>
      </w:pPr>
      <w:r>
        <w:t>لوگوں کے آرٹیکل کو پڑھیے، ان کی کتابوں کو پڑھیے تو سب میں آپ پائیں گے کہ اس کا مزاج، یعنی پرائیڈ کا مزاج، فخر کا مزاج، اسلام ہمارا پرائیڈ ہے،</w:t>
      </w:r>
    </w:p>
    <w:p>
      <w:r>
        <w:rPr>
          <w:b/>
        </w:rPr>
        <w:t xml:space="preserve">[41:42] </w:t>
      </w:r>
      <w:r>
        <w:t>humein fakhr hai ke hum, hum, hum ko fakhr hai ke hum musalman hain.</w:t>
      </w:r>
    </w:p>
    <w:p>
      <w:pPr>
        <w:jc w:val="right"/>
      </w:pPr>
      <w:r>
        <w:t>ہمیں فخر ہے کہ ہم، ہم، ہم کو فخر ہے کہ ہم مسلمان ہیں۔</w:t>
      </w:r>
    </w:p>
    <w:p>
      <w:r>
        <w:rPr>
          <w:b/>
        </w:rPr>
        <w:t xml:space="preserve">[41:49] </w:t>
      </w:r>
      <w:r>
        <w:t>yeh yeh kya hai? yani kyun log kehte hain ke hum ko fakhr hai ke hum musalman hain? kya aap sochiye is ko ke quran sab se ziyada importance deta hai taqwa par,</w:t>
      </w:r>
    </w:p>
    <w:p>
      <w:pPr>
        <w:jc w:val="right"/>
      </w:pPr>
      <w:r>
        <w:t>یہ یہ کیا ہے؟ یعنی کیوں لوگ کہتے ہیں کہ ہم کو فخر ہے کہ ہم مسلمان ہیں؟ کیا آپ سوچیے اس کو کہ قرآن سب سے زیادہ امپورٹنس دیتا ہے تقویٰ پر،</w:t>
      </w:r>
    </w:p>
    <w:p>
      <w:r>
        <w:rPr>
          <w:b/>
        </w:rPr>
        <w:t xml:space="preserve">[42:03] </w:t>
      </w:r>
      <w:r>
        <w:t>khuda se khauf par? to kya koi kahega mujhe fakhr hai ke main khuda se darta hoon? yeh koi kehne ki baat hai?</w:t>
      </w:r>
    </w:p>
    <w:p>
      <w:pPr>
        <w:jc w:val="right"/>
      </w:pPr>
      <w:r>
        <w:t>خدا سے خوف پر؟ تو کیا کوئی کہے گا مجھے فخر ہے کہ میں خدا سے ڈرتا ہوں؟ یہ کوئی کہنے کی بات ہے؟</w:t>
      </w:r>
    </w:p>
    <w:p>
      <w:r>
        <w:rPr>
          <w:b/>
        </w:rPr>
        <w:t xml:space="preserve">[42:12] </w:t>
      </w:r>
      <w:r>
        <w:t>yeh koi kehne ki baat hai?</w:t>
      </w:r>
    </w:p>
    <w:p>
      <w:pPr>
        <w:jc w:val="right"/>
      </w:pPr>
      <w:r>
        <w:t>یہ کوئی کہنے کی بات ہے؟</w:t>
      </w:r>
    </w:p>
    <w:p>
      <w:r>
        <w:rPr>
          <w:b/>
        </w:rPr>
        <w:t xml:space="preserve">[42:17] </w:t>
      </w:r>
      <w:r>
        <w:t>quran ke shuru hi mein likha hua hai "hadal mutaqeen" ke taqwa sab se bari cheez hai, khuda ka khauf sab se bari cheez hai. doosri jagah quran majeed mein hai ke "walam yaksh illa Allah".</w:t>
      </w:r>
    </w:p>
    <w:p>
      <w:pPr>
        <w:jc w:val="right"/>
      </w:pPr>
      <w:r>
        <w:t>قرآن کے شروع ہی میں لکھا ہوا ہے "حدل المتقین" کہ تقویٰ سب سے بڑی چیز ہے، خدا کا خوف سب سے بڑی چیز ہے۔ دوسری جگہ قرآن مجید میں ہے کہ "ولم یکش الا اللہ"۔</w:t>
      </w:r>
    </w:p>
    <w:p>
      <w:r>
        <w:rPr>
          <w:b/>
        </w:rPr>
        <w:t xml:space="preserve">[42:32] </w:t>
      </w:r>
      <w:r>
        <w:t>momin woh hai jo sirf khuda se dare.</w:t>
      </w:r>
    </w:p>
    <w:p>
      <w:pPr>
        <w:jc w:val="right"/>
      </w:pPr>
      <w:r>
        <w:t>مومن وہ ہے جو صرف خدا سے ڈرے۔</w:t>
      </w:r>
    </w:p>
    <w:p>
      <w:r>
        <w:rPr>
          <w:b/>
        </w:rPr>
        <w:t xml:space="preserve">[42:36] </w:t>
      </w:r>
      <w:r>
        <w:t>to kya koi yeh kahega ke mujhe fakhr hai ke main sirf ke main darta hoon khuda se? dekhiye, darr jo hai aap ke andar modesty paida karta hai, jab pride nahin.</w:t>
      </w:r>
    </w:p>
    <w:p>
      <w:pPr>
        <w:jc w:val="right"/>
      </w:pPr>
      <w:r>
        <w:t>تو کیا کوئی یہ کہے گا کہ مجھے فخر ہے کہ میں صرف کہ میں ڈرتا ہوں خدا سے؟ دیکھیے، ڈر جو ہے آپ کے اندر ماڈیسٹی پیدا کرتا ہے، جب پرائیڈ نہیں۔</w:t>
      </w:r>
    </w:p>
    <w:p>
      <w:r>
        <w:rPr>
          <w:b/>
        </w:rPr>
        <w:t xml:space="preserve">[42:54] </w:t>
      </w:r>
      <w:r>
        <w:t>aap ke andar khuda ka darr jab aayega to modesty aayegi, fakhr aur aur pride nahin aayega.</w:t>
      </w:r>
    </w:p>
    <w:p>
      <w:pPr>
        <w:jc w:val="right"/>
      </w:pPr>
      <w:r>
        <w:t>آپ کے اندر خدا کا ڈر جب آئے گا تو ماڈیسٹی آئے گی، فخر اور اور پرائیڈ نہیں آئے گا۔</w:t>
      </w:r>
    </w:p>
    <w:p>
      <w:r>
        <w:rPr>
          <w:b/>
        </w:rPr>
        <w:t xml:space="preserve">[43:04] </w:t>
      </w:r>
      <w:r>
        <w:t>ab sochiye ke log jo hain islam ko apna pride banaye hue hain to kaise?</w:t>
      </w:r>
    </w:p>
    <w:p>
      <w:pPr>
        <w:jc w:val="right"/>
      </w:pPr>
      <w:r>
        <w:t>اب سوچیے کہ لوگ جو ہیں اسلام کو اپنا پرائیڈ بنائے ہوئے ہیں تو کیسے؟</w:t>
      </w:r>
    </w:p>
    <w:p>
      <w:r>
        <w:rPr>
          <w:b/>
        </w:rPr>
        <w:t xml:space="preserve">[43:13] </w:t>
      </w:r>
      <w:r>
        <w:t>sach poochhein to woh islam nahin hai, woh history hai jis ko paya hai unhon ne. "The Islam is derived from history rather than from the Islamic teachings".</w:t>
      </w:r>
    </w:p>
    <w:p>
      <w:pPr>
        <w:jc w:val="right"/>
      </w:pPr>
      <w:r>
        <w:t>سچ پوچھیں تو وہ اسلام نہیں ہے، وہ ہسٹری ہے جس کو پایا ہے انہوں نے۔ "دا اسلام از ڈرائیو فرام ہسٹری رادر دین فرام دا اسلامک ٹیچنگز"۔</w:t>
      </w:r>
    </w:p>
    <w:p>
      <w:r>
        <w:rPr>
          <w:b/>
        </w:rPr>
        <w:t xml:space="preserve">[43:27] </w:t>
      </w:r>
      <w:r>
        <w:t>fakhr ki fakhr ki cheez tareekh hoti hai, fakhr ki cheez islam ki teaching nahin hoti hai.</w:t>
      </w:r>
    </w:p>
    <w:p>
      <w:pPr>
        <w:jc w:val="right"/>
      </w:pPr>
      <w:r>
        <w:t>فخر کی فخر کی چیز تاریخ ہوتی ہے، فخر کی چیز اسلام کی ٹیچنگ نہیں ہوتی ہے۔</w:t>
      </w:r>
    </w:p>
    <w:p>
      <w:r>
        <w:rPr>
          <w:b/>
        </w:rPr>
        <w:t xml:space="preserve">[43:36] </w:t>
      </w:r>
      <w:r>
        <w:t>ke jaise ke jo log shuru early period mein jo log quran ko manane wale the, woh uthe, unhon ne bohat bara empire banaya dunya mein.</w:t>
      </w:r>
    </w:p>
    <w:p>
      <w:pPr>
        <w:jc w:val="right"/>
      </w:pPr>
      <w:r>
        <w:t>کہ جیسے کہ جو لوگ شروع ارلی پیریڈ میں جو لوگ قرآن کو ماننے والے تھے، وہ اٹھے، انہوں نے بہت بڑا ایمپائر بنایا دنیا میں۔</w:t>
      </w:r>
    </w:p>
    <w:p>
      <w:r>
        <w:rPr>
          <w:b/>
        </w:rPr>
        <w:t xml:space="preserve">[43:48] </w:t>
      </w:r>
      <w:r>
        <w:t>ek zamane mein dunya ke bohat bare hisse par musalmanon ka empire qaim tha: umayyad period, abbasi period, spain ki hukumat aur mughal period.</w:t>
      </w:r>
    </w:p>
    <w:p>
      <w:pPr>
        <w:jc w:val="right"/>
      </w:pPr>
      <w:r>
        <w:t>ایک زمانے میں دنیا کے بہت بڑے حصے پر مسلمانوں کا ایمپائر قائم تھا: امیہ پیریڈ، عباسی پیریڈ، اسپین کی حکومت اور مغل پیریڈ۔</w:t>
      </w:r>
    </w:p>
    <w:p>
      <w:r>
        <w:rPr>
          <w:b/>
        </w:rPr>
        <w:t xml:space="preserve">[44:01] </w:t>
      </w:r>
      <w:r>
        <w:t>dunya mein ke bare hisse par empire qaim tha: ottoman period</w:t>
      </w:r>
    </w:p>
    <w:p>
      <w:pPr>
        <w:jc w:val="right"/>
      </w:pPr>
      <w:r>
        <w:t>دنیا میں کے بڑے حصے پر ایمپائر قائم تھا: اٹمان پیریڈ</w:t>
      </w:r>
    </w:p>
    <w:p>
      <w:r>
        <w:rPr>
          <w:b/>
        </w:rPr>
        <w:t xml:space="preserve">[44:08] </w:t>
      </w:r>
      <w:r>
        <w:t>to ottoman empire, mughal empire, abbasi empire. jidhar dekhein, muslim empire qaim tha. yeh hai jis se pride niklta hai.</w:t>
      </w:r>
    </w:p>
    <w:p>
      <w:pPr>
        <w:jc w:val="right"/>
      </w:pPr>
      <w:r>
        <w:t>تو اٹمان ایمپائر، مغل ایمپائر، عباسی ایمپائر۔ جدھر دیکھیں، مسلم ایمپائر قائم تھا۔ یہ ہے جس سے پرائیڈ نکلتا ہے۔</w:t>
      </w:r>
    </w:p>
    <w:p>
      <w:r>
        <w:rPr>
          <w:b/>
        </w:rPr>
        <w:t xml:space="preserve">[44:21] </w:t>
      </w:r>
      <w:r>
        <w:t>agar koi aadmi kahe ke mujhe fakhr hai islam par to samjhiye ke woh islam ka lafz to bol raha hai, lekin us ke mind mein kya hai?</w:t>
      </w:r>
    </w:p>
    <w:p>
      <w:pPr>
        <w:jc w:val="right"/>
      </w:pPr>
      <w:r>
        <w:t>اگر کوئی آدمی کہے کہ مجھے فخر ہے اسلام پر تو سمجھیے کہ وہ اسلام کا لفظ تو بول رہا ہے، لیکن اس کے مائنڈ میں کیا ہے؟</w:t>
      </w:r>
    </w:p>
    <w:p>
      <w:r>
        <w:rPr>
          <w:b/>
        </w:rPr>
        <w:t xml:space="preserve">[44:30] </w:t>
      </w:r>
      <w:r>
        <w:t>history hai, tareekh hai. kyunke islam par fakhr kya hai?</w:t>
      </w:r>
    </w:p>
    <w:p>
      <w:pPr>
        <w:jc w:val="right"/>
      </w:pPr>
      <w:r>
        <w:t>ہسٹری ہے، تاریخ ہے۔ کیونکہ اسلام پر فخر کیا ہے؟</w:t>
      </w:r>
    </w:p>
    <w:p>
      <w:r>
        <w:rPr>
          <w:b/>
        </w:rPr>
        <w:t xml:space="preserve">[44:38] </w:t>
      </w:r>
      <w:r>
        <w:t>aap kahenge mujhe, main, main, mujhe fakhr hai ke main khuda se darta hoon. yeh koi kehne ki baat hai? jo aadmi khuda se darega, us ki zuban band ho jayegi,</w:t>
      </w:r>
    </w:p>
    <w:p>
      <w:pPr>
        <w:jc w:val="right"/>
      </w:pPr>
      <w:r>
        <w:t>آپ کہیں گے مجھے، میں، میں، مجھے فخر ہے کہ میں خدا سے ڈرتا ہوں۔ یہ کوئی کہنے کی بات ہے؟ جو آدمی خدا سے ڈرے گا، اس کی زبان بند ہو جائے گی،</w:t>
      </w:r>
    </w:p>
    <w:p>
      <w:r>
        <w:rPr>
          <w:b/>
        </w:rPr>
        <w:t xml:space="preserve">[44:51] </w:t>
      </w:r>
      <w:r>
        <w:t>us ke andar modesty aayegi, us ke andar submission aayega, us ke andar pride nahin aayega. pride ka source kya hai?</w:t>
      </w:r>
    </w:p>
    <w:p>
      <w:pPr>
        <w:jc w:val="right"/>
      </w:pPr>
      <w:r>
        <w:t>اس کے اندر ماڈیسٹی آئے گی، اس کے اندر سبمیشن آئے گا، اس کے اندر پرائیڈ نہیں آئے گا۔ پرائیڈ کا سورس کیا ہے؟</w:t>
      </w:r>
    </w:p>
    <w:p>
      <w:r>
        <w:rPr>
          <w:b/>
        </w:rPr>
        <w:t xml:space="preserve">[45:01] </w:t>
      </w:r>
      <w:r>
        <w:t>history.</w:t>
      </w:r>
    </w:p>
    <w:p>
      <w:pPr>
        <w:jc w:val="right"/>
      </w:pPr>
      <w:r>
        <w:t>ہسٹری۔</w:t>
      </w:r>
    </w:p>
    <w:p>
      <w:r>
        <w:rPr>
          <w:b/>
        </w:rPr>
        <w:t xml:space="preserve">[45:03] </w:t>
      </w:r>
      <w:r>
        <w:t>ab bare bare qaleh dekhte hain jo musalmanon ne banaye, bare mahal dekhte hain jo musalmanon ne banaye, un ki history parhte hain jo musalmanon ne banai ke yahan fateh kiya, wahan fateh kiya.</w:t>
      </w:r>
    </w:p>
    <w:p>
      <w:pPr>
        <w:jc w:val="right"/>
      </w:pPr>
      <w:r>
        <w:t>اب بڑے بڑے قلعے دیکھتے ہیں جو مسلمانوں نے بنائے، بڑے مال دیکھتے ہیں جو مسلمانوں نے بنائے، ان کی ہسٹری پڑھتے ہیں جو مسلمانوں نے بنائی کہ یہاں فتح کیا، وہاں فتح کیا۔</w:t>
      </w:r>
    </w:p>
    <w:p>
      <w:r>
        <w:rPr>
          <w:b/>
        </w:rPr>
        <w:t xml:space="preserve">[45:13] </w:t>
      </w:r>
      <w:r>
        <w:t>is se pride aata hai. ab bataiye ke pride ka mizaj le kar jo quran ko parhe, woh kya samjhega quran ko?</w:t>
      </w:r>
    </w:p>
    <w:p>
      <w:pPr>
        <w:jc w:val="right"/>
      </w:pPr>
      <w:r>
        <w:t>اس سے پرائیڈ آتا ہے۔ اب بتائیے کہ پرائیڈ کا مزاج لے کر جو قرآن کو پڑھے، وہ کیا سمجھے گا قرآن کو؟</w:t>
      </w:r>
    </w:p>
    <w:p>
      <w:r>
        <w:rPr>
          <w:b/>
        </w:rPr>
        <w:t xml:space="preserve">[45:24] </w:t>
      </w:r>
      <w:r>
        <w:t>yeh mizaj to us ne liya hai history se, to quran samajh mein kaise aayega is ke?</w:t>
      </w:r>
    </w:p>
    <w:p>
      <w:pPr>
        <w:jc w:val="right"/>
      </w:pPr>
      <w:r>
        <w:t>یہ مزاج تو اس نے لیا ہے ہسٹری سے، تو قرآن سمجھ میں کیسے آئے گا اس کے؟</w:t>
      </w:r>
    </w:p>
    <w:p>
      <w:r>
        <w:rPr>
          <w:b/>
        </w:rPr>
        <w:t xml:space="preserve">[45:35] </w:t>
      </w:r>
      <w:r>
        <w:t>quran wala mizaj chahiye, na ke history wala mizaj.</w:t>
      </w:r>
    </w:p>
    <w:p>
      <w:pPr>
        <w:jc w:val="right"/>
      </w:pPr>
      <w:r>
        <w:t>قرآن والا مزاج چاہیے، نہ کہ ہسٹری والا مزاج۔</w:t>
      </w:r>
    </w:p>
    <w:p>
      <w:r>
        <w:rPr>
          <w:b/>
        </w:rPr>
        <w:t xml:space="preserve">[45:43] </w:t>
      </w:r>
      <w:r>
        <w:t>quran wala mizaj chahiye, na ke history wala mizaj. quran wala mizaj kya hai? sincerity, modesty, submission,</w:t>
      </w:r>
    </w:p>
    <w:p>
      <w:pPr>
        <w:jc w:val="right"/>
      </w:pPr>
      <w:r>
        <w:t>قرآن والا مزاج چاہیے، نہ کہ ہسٹری والا مزاج۔ قرآن والا مزاج کیا ہے؟ سنسیرٹی، ماڈیسٹی، سبمیشن،</w:t>
      </w:r>
    </w:p>
    <w:p>
      <w:r>
        <w:rPr>
          <w:b/>
        </w:rPr>
        <w:t xml:space="preserve">[45:57] </w:t>
      </w:r>
      <w:r>
        <w:t>yeh sab cheezein, introspection. aur history ka mizaj kya hai?</w:t>
      </w:r>
    </w:p>
    <w:p>
      <w:pPr>
        <w:jc w:val="right"/>
      </w:pPr>
      <w:r>
        <w:t>یہ سب چیزیں، انٹروسپیکشن۔ اور ہسٹری کا مزاج کیا ہے؟</w:t>
      </w:r>
    </w:p>
    <w:p>
      <w:r>
        <w:rPr>
          <w:b/>
        </w:rPr>
        <w:t xml:space="preserve">[46:04] </w:t>
      </w:r>
      <w:r>
        <w:t>mizaj yeh hai ke hum ne fateh kiya, hum ne dunya mein jhanda gaad diya, hum ne empire qaim ki. yeh hai history ka mizaj.</w:t>
      </w:r>
    </w:p>
    <w:p>
      <w:pPr>
        <w:jc w:val="right"/>
      </w:pPr>
      <w:r>
        <w:t>مزاج یہ ہے کہ ہم نے فتح کیا، ہم نے دنیا میں جھنڈا گاڑ دیا، ہم نے ایمپائر قائم کی۔ یہ ہے ہسٹری کا مزاج۔</w:t>
      </w:r>
    </w:p>
    <w:p>
      <w:r>
        <w:rPr>
          <w:b/>
        </w:rPr>
        <w:t xml:space="preserve">[46:18] </w:t>
      </w:r>
      <w:r>
        <w:t>to jab log yeh kahein ke hum ko fakhr hai ke hum islam ko mante hain to samajh lijiye ke woh islam ko us ko mila hi nahi hai.</w:t>
      </w:r>
    </w:p>
    <w:p>
      <w:pPr>
        <w:jc w:val="right"/>
      </w:pPr>
      <w:r>
        <w:t>تو جب لوگ یہ کہیں کہ ہم کو فخر ہے کہ ہم اسلام کو مانتے ہیں تو سمجھ لیجئے کہ وہ اسلام کو اس کو ملا ہی نہیں ہے۔</w:t>
      </w:r>
    </w:p>
    <w:p>
      <w:r>
        <w:rPr>
          <w:b/>
        </w:rPr>
        <w:t xml:space="preserve">[46:27] </w:t>
      </w:r>
      <w:r>
        <w:t>islam us ko history mili hai,</w:t>
      </w:r>
    </w:p>
    <w:p>
      <w:pPr>
        <w:jc w:val="right"/>
      </w:pPr>
      <w:r>
        <w:t>اسلام اس کو ہسٹری ملی ہے،</w:t>
      </w:r>
    </w:p>
    <w:p>
      <w:r>
        <w:rPr>
          <w:b/>
        </w:rPr>
        <w:t xml:space="preserve">[46:31] </w:t>
      </w:r>
      <w:r>
        <w:t>woh history ko janta hai, sirf usi par fakhr kar raha hai. to mein yeh kahunga ke quran ko samajhne ke liye yeh bhi ek bahut hi zaroori condition hai ke is ka islam history se drive na ho,</w:t>
      </w:r>
    </w:p>
    <w:p>
      <w:pPr>
        <w:jc w:val="right"/>
      </w:pPr>
      <w:r>
        <w:t>وہ ہسٹری کو جانتا ہے، صرف اسی پر فخر کر رہا ہے۔ تو میں یہ کہوں گا کہ قرآن کو سمجھنے کے لیے یہ بھی ایک بہت ہی ضروری کنڈیشن ہے کہ اس کا اسلام ہسٹری سے ڈرائیو نہ ہو،</w:t>
      </w:r>
    </w:p>
    <w:p>
      <w:r>
        <w:rPr>
          <w:b/>
        </w:rPr>
        <w:t xml:space="preserve">[46:52] </w:t>
      </w:r>
      <w:r>
        <w:t>is ka islam khuda ki kitab se derived ho. tab woh quran ko samjhega.</w:t>
      </w:r>
    </w:p>
    <w:p>
      <w:pPr>
        <w:jc w:val="right"/>
      </w:pPr>
      <w:r>
        <w:t>اس کا اسلام خدا کی کتاب سے ڈرائیوڈ ہو۔ تب وہ قرآن کو سمجھے گا۔</w:t>
      </w:r>
    </w:p>
    <w:p>
      <w:r>
        <w:rPr>
          <w:b/>
        </w:rPr>
        <w:t xml:space="preserve">[46:58] </w:t>
      </w:r>
      <w:r>
        <w:t>jis aadmi ke mind mein political fotehat bhari hon, shaan o shaukat yani siyasi shaan o shaukat bhari hui ho, badi badi buildingen jo banai muslim badshahon ne, woh bhara hua ho,</w:t>
      </w:r>
    </w:p>
    <w:p>
      <w:pPr>
        <w:jc w:val="right"/>
      </w:pPr>
      <w:r>
        <w:t>جس آدمی کے مائنڈ میں پولیٹیکل فتوحات بھری ہوں، شان و شوکت یعنی سیاسی شان و شوکت بھری ہوئی ہو، بڑی بڑی بلڈنگیں جو بنائی مسلم بادشاہوں نے، وہ بھرا ہوا ہو،</w:t>
      </w:r>
    </w:p>
    <w:p>
      <w:r>
        <w:rPr>
          <w:b/>
        </w:rPr>
        <w:t xml:space="preserve">[47:15] </w:t>
      </w:r>
      <w:r>
        <w:t>jo azmat ki tareekh banai un logon ne, woh is ke mind mein chhaya hua ho, aisa aadmi kabhi bhi quran ko samajh nahi sakta, kabhi bhi nahi.</w:t>
      </w:r>
    </w:p>
    <w:p>
      <w:pPr>
        <w:jc w:val="right"/>
      </w:pPr>
      <w:r>
        <w:t>جو عظمت کی تاریخ بنائی ان لوگوں نے، وہ اس کے مائنڈ میں چھایا ہوا ہو، ایسا آدمی کبھی بھی قرآن کو سمجھ نہیں سکتا، کبھی بھی نہیں۔</w:t>
      </w:r>
    </w:p>
    <w:p>
      <w:r>
        <w:rPr>
          <w:b/>
        </w:rPr>
        <w:t xml:space="preserve">[47:28] </w:t>
      </w:r>
      <w:r>
        <w:t>kyun ke quran to book of modesty hai. wa la tamshi fil arz maraha. quran kehta hai ke wa la tamshi fil arz maraha ke zameen par fakhr ke sath na chalo, zameen par akad kar ke na chalo,</w:t>
      </w:r>
    </w:p>
    <w:p>
      <w:pPr>
        <w:jc w:val="right"/>
      </w:pPr>
      <w:r>
        <w:t>کیونکہ قرآن تو بک آف ماڈیسٹی ہے۔ ولا تمش فی الارض مرہا۔ قرآن کہتا ہے کہ ولا تمش فی الارض مرہا کہ زمین پر فخر کے ساتھ نہ چلو، زمین پر اکڑ کر کے نہ چلو،</w:t>
      </w:r>
    </w:p>
    <w:p>
      <w:r>
        <w:rPr>
          <w:b/>
        </w:rPr>
        <w:t xml:space="preserve">[47:45] </w:t>
      </w:r>
      <w:r>
        <w:t>zameen par submission ke sath chalo, modesty ke sath chalo. chalo ka matlab hai ke dunya mein raho,</w:t>
      </w:r>
    </w:p>
    <w:p>
      <w:pPr>
        <w:jc w:val="right"/>
      </w:pPr>
      <w:r>
        <w:t>زمین پر سبمیشن کے ساتھ چلو، ماڈیسٹی کے ساتھ چلو۔ چلو کا مطلب ہے کہ دنیا میں رہو،</w:t>
      </w:r>
    </w:p>
    <w:p>
      <w:r>
        <w:rPr>
          <w:b/>
        </w:rPr>
        <w:t xml:space="preserve">[47:54] </w:t>
      </w:r>
      <w:r>
        <w:t>zameen par yeh khuda ki jo zameen hai, yahan par tum raho to modesty ke sath, submission ke sath, fakhr ke sath nahi.</w:t>
      </w:r>
    </w:p>
    <w:p>
      <w:pPr>
        <w:jc w:val="right"/>
      </w:pPr>
      <w:r>
        <w:t>زمین پر یہ خدا کی جو زمین ہے، یہاں پر تم رہو تو ماڈیسٹی کے ساتھ، سبمیشن کے ساتھ، فخر کے ساتھ نہیں۔</w:t>
      </w:r>
    </w:p>
    <w:p>
      <w:r>
        <w:rPr>
          <w:b/>
        </w:rPr>
        <w:t xml:space="preserve">[48:06] </w:t>
      </w:r>
      <w:r>
        <w:t>to jo aadmi fakhr mein jeeta ho, pride mein jeeta ho, woh jee raha hai kahan? history ke waqiyat mein, history ke political fotehat mein,</w:t>
      </w:r>
    </w:p>
    <w:p>
      <w:pPr>
        <w:jc w:val="right"/>
      </w:pPr>
      <w:r>
        <w:t>تو جو آدمی فخر میں جیتا ہو، پرائیڈ میں جیتا ہو، وہ جی رہا ہے کہاں؟ ہسٹری کے واقعات میں، ہسٹری کے پولیٹیکل فتوحات میں،</w:t>
      </w:r>
    </w:p>
    <w:p>
      <w:r>
        <w:rPr>
          <w:b/>
        </w:rPr>
        <w:t xml:space="preserve">[48:20] </w:t>
      </w:r>
      <w:r>
        <w:t>badshahon ki banai hui tareekh mein,</w:t>
      </w:r>
    </w:p>
    <w:p>
      <w:pPr>
        <w:jc w:val="right"/>
      </w:pPr>
      <w:r>
        <w:t>بادشاہوں کی بنائی ہوئی تاریخ میں،</w:t>
      </w:r>
    </w:p>
    <w:p>
      <w:r>
        <w:rPr>
          <w:b/>
        </w:rPr>
        <w:t xml:space="preserve">[48:24] </w:t>
      </w:r>
      <w:r>
        <w:t>yani khuda ki utari hui kitab mein nahi jee raha hai. woh khuda ne jo kitab utari hai quran ki shakal mein, us mein nahi jee raha hai. woh woh jee raha hai un waqiyat mein, unhein un is is history mein jo badshahon ne banai.</w:t>
      </w:r>
    </w:p>
    <w:p>
      <w:pPr>
        <w:jc w:val="right"/>
      </w:pPr>
      <w:r>
        <w:t>یعنی خدا کی اتاری ہوئی کتاب میں نہیں جی رہا ہے۔ وہ خدا نے جو کتاب اتاری ہے قرآن کی شکل میں، اس میں نہیں جی رہا ہے۔ وہ وہ جی رہا ہے ان واقعات میں، انہیں ان اس اس ہسٹری میں جو بادشاہوں نے بنائی۔</w:t>
      </w:r>
    </w:p>
    <w:p>
      <w:r>
        <w:rPr>
          <w:b/>
        </w:rPr>
        <w:t xml:space="preserve">[48:43] </w:t>
      </w:r>
      <w:r>
        <w:t>to woh samjhega kya quran ko? woh mindset hi galat hai, is ka is ka mindset galat hai. to woh kaise samjhega quran ko?</w:t>
      </w:r>
    </w:p>
    <w:p>
      <w:pPr>
        <w:jc w:val="right"/>
      </w:pPr>
      <w:r>
        <w:t>تو وہ سمجھے گا کیا قرآن کو؟ وہ مائنڈ سیٹ ہی غلط ہے، اس کا اس کا مائنڈ سیٹ غلط ہے۔ تو وہ کیسے سمجھے گا قرآن کو؟</w:t>
      </w:r>
    </w:p>
    <w:p>
      <w:r>
        <w:rPr>
          <w:b/>
        </w:rPr>
        <w:t xml:space="preserve">[48:55] </w:t>
      </w:r>
      <w:r>
        <w:t>to yeh bahut hi zaroori hai ke aadmi apne mindset ko durust kare.</w:t>
      </w:r>
    </w:p>
    <w:p>
      <w:pPr>
        <w:jc w:val="right"/>
      </w:pPr>
      <w:r>
        <w:t>تو یہ بہت ہی ضروری ہے کہ آدمی اپنے مائنڈ سیٹ کو درست کرے۔</w:t>
      </w:r>
    </w:p>
    <w:p>
      <w:r>
        <w:rPr>
          <w:b/>
        </w:rPr>
        <w:t xml:space="preserve">[49:05] </w:t>
      </w:r>
      <w:r>
        <w:t>mindset kuch aur hai to woh quran ko samajh nahi sakta, us ko samajh nahi sakta hai.</w:t>
      </w:r>
    </w:p>
    <w:p>
      <w:pPr>
        <w:jc w:val="right"/>
      </w:pPr>
      <w:r>
        <w:t>مائنڈ سیٹ کچھ اور ہے تو وہ قرآن کو سمجھ نہیں سکتا، اس کو سمجھ نہیں سکتا ہے۔</w:t>
      </w:r>
    </w:p>
    <w:p>
      <w:r>
        <w:rPr>
          <w:b/>
        </w:rPr>
        <w:t xml:space="preserve">[49:14] </w:t>
      </w:r>
      <w:r>
        <w:t>woh</w:t>
      </w:r>
    </w:p>
    <w:p>
      <w:pPr>
        <w:jc w:val="right"/>
      </w:pPr>
      <w:r>
        <w:t>وہ</w:t>
      </w:r>
    </w:p>
    <w:p>
      <w:r>
        <w:rPr>
          <w:b/>
        </w:rPr>
        <w:t xml:space="preserve">[49:16] </w:t>
      </w:r>
      <w:r>
        <w:t>aap koi bhi kitab padhiye in hazrat ki, jis mein aap ko milega wahi fakhr ki baatein, pride ki baatein.</w:t>
      </w:r>
    </w:p>
    <w:p>
      <w:pPr>
        <w:jc w:val="right"/>
      </w:pPr>
      <w:r>
        <w:t>آپ کوئی بھی کتاب پڑھیے ان حضرات کی، جس میں آپ کو ملے گا وہی فخر کی باتیں، پرائیڈ کی باتیں۔</w:t>
      </w:r>
    </w:p>
    <w:p>
      <w:r>
        <w:rPr>
          <w:b/>
        </w:rPr>
        <w:t xml:space="preserve">[49:32] </w:t>
      </w:r>
      <w:r>
        <w:t>mein ne ek shayar ka sher padha to us mein tha ke hum hi chhaye hue the sharq se ta gharb dunya mein, na tha palda kisi millat ka dunya mein graan hum se.</w:t>
      </w:r>
    </w:p>
    <w:p>
      <w:pPr>
        <w:jc w:val="right"/>
      </w:pPr>
      <w:r>
        <w:t>میں نے ایک شاعر کا شعر پڑھا تو اس میں تھا کہ ہم ہی چھائے ہوئے تھے شرق سے تا غرب دنیا میں، نہ تھا پلہ کسی ملت کا دنیا میں گراں ہم سے۔</w:t>
      </w:r>
    </w:p>
    <w:p>
      <w:r>
        <w:rPr>
          <w:b/>
        </w:rPr>
        <w:t xml:space="preserve">[49:49] </w:t>
      </w:r>
      <w:r>
        <w:t>hum hi chhaye hue the sharq se ta gharb dunya mein, na tha palda kisi millat ka dunya mein graan hum se</w:t>
      </w:r>
    </w:p>
    <w:p>
      <w:pPr>
        <w:jc w:val="right"/>
      </w:pPr>
      <w:r>
        <w:t>ہم ہی چھائے ہوئے تھے شرق سے تا غرب دنیا میں، نہ تھا پلہ کسی ملت کا دنیا میں گراں ہم سے</w:t>
      </w:r>
    </w:p>
    <w:p>
      <w:r>
        <w:rPr>
          <w:b/>
        </w:rPr>
        <w:t xml:space="preserve">[49:59] </w:t>
      </w:r>
      <w:r>
        <w:t>. ab dekhiye ke yahan par shayar kis cheez ko refer kar raha hai? quran ki teaching ko refer nahi kar raha hai, woh woh history ko refer kar raha hai, woh history ko refer kar raha hai.</w:t>
      </w:r>
    </w:p>
    <w:p>
      <w:pPr>
        <w:jc w:val="right"/>
      </w:pPr>
      <w:r>
        <w:t>۔ اب دیکھیے کہ یہاں پر شاعر کس چیز کو ریفر کر رہا ہے؟ قرآن کی ٹیچنگ کو ریفر نہیں کر رہا ہے، وہ وہ ہسٹری کو ریفر کر رہا ہے، وہ ہسٹری کو ریفر کر رہا ہے۔</w:t>
      </w:r>
    </w:p>
    <w:p>
      <w:r>
        <w:rPr>
          <w:b/>
        </w:rPr>
        <w:t xml:space="preserve">[50:15] </w:t>
      </w:r>
      <w:r>
        <w:t>to jo aadmi apne mind mein history ko liye hue hai, history ki barhai is mind mein bhari hui hai, to woh kaise quran ko samjhega?</w:t>
      </w:r>
    </w:p>
    <w:p>
      <w:pPr>
        <w:jc w:val="right"/>
      </w:pPr>
      <w:r>
        <w:t>تو جو آدمی اپنے مائنڈ میں ہسٹری کو لیے ہوئے ہے، ہسٹری کی بڑائی اس مائنڈ میں بھری ہوئی ہے، تو وہ کیسے قرآن کو سمجھے گا؟</w:t>
      </w:r>
    </w:p>
    <w:p>
      <w:r>
        <w:rPr>
          <w:b/>
        </w:rPr>
        <w:t xml:space="preserve">[50:27] </w:t>
      </w:r>
      <w:r>
        <w:t>kabhi nahi samajh sakta woh quran ko.</w:t>
      </w:r>
    </w:p>
    <w:p>
      <w:pPr>
        <w:jc w:val="right"/>
      </w:pPr>
      <w:r>
        <w:t>کبھی نہیں سمجھ سکتا وہ قرآن کو۔</w:t>
      </w:r>
    </w:p>
    <w:p>
      <w:r>
        <w:rPr>
          <w:b/>
        </w:rPr>
        <w:t xml:space="preserve">[50:29] </w:t>
      </w:r>
      <w:r>
        <w:t>is ka mind set hi doosra hai, is ka mind set woh hai hi nahi jis jo jis mind ke sath, jis mind ke sath quran aadmi ke samajh mein aata hai.</w:t>
      </w:r>
    </w:p>
    <w:p>
      <w:pPr>
        <w:jc w:val="right"/>
      </w:pPr>
      <w:r>
        <w:t>اس کا مائنڈ سیٹ ہی دوسرا ہے، اس کا مائنڈ سیٹ وہ ہے ہی نہیں جس جو جس مائنڈ کے ساتھ، جس مائنڈ کے ساتھ قرآن آدمی کے سمجھ میں آتا ہے۔</w:t>
      </w:r>
    </w:p>
    <w:p>
      <w:r>
        <w:rPr>
          <w:b/>
        </w:rPr>
        <w:t xml:space="preserve">[50:42] </w:t>
      </w:r>
      <w:r>
        <w:t>sare quran mein aap padhiye, jagah jagah taqwa, akhbat, inabat, khushu, is tarah ki cheezein hain.</w:t>
      </w:r>
    </w:p>
    <w:p>
      <w:pPr>
        <w:jc w:val="right"/>
      </w:pPr>
      <w:r>
        <w:t>سارے قرآن میں آپ پڑھیے، جگہ جگہ تقویٰ، اخبات، عنابت، خشوع، اس طرح کی چیزیں ہیں۔</w:t>
      </w:r>
    </w:p>
    <w:p>
      <w:r>
        <w:rPr>
          <w:b/>
        </w:rPr>
        <w:t xml:space="preserve">[50:54] </w:t>
      </w:r>
      <w:r>
        <w:t>is ka matlab yeh hai ke quran jo mizaj banana chahta hai, mizaj woh kya hai? woh wahi hai yeh submission ka mizaj, surrender ka mizaj</w:t>
      </w:r>
    </w:p>
    <w:p>
      <w:pPr>
        <w:jc w:val="right"/>
      </w:pPr>
      <w:r>
        <w:t>اس کا مطلب یہ ہے کہ قرآن جو مزاج بنانا چاہتا ہے، مزاج وہ کیا ہے؟ وہ وہی ہے یہ سبمیشن کا مزاج، سرینڈر کا مزاج</w:t>
      </w:r>
    </w:p>
    <w:p>
      <w:r>
        <w:rPr>
          <w:b/>
        </w:rPr>
        <w:t xml:space="preserve">[51:08] </w:t>
      </w:r>
      <w:r>
        <w:t>aur modesty ka mizaj. kyunke jab khuda ki kitab hai quran to khuda ke muqable mein kya fakhr paida hoga?</w:t>
      </w:r>
    </w:p>
    <w:p>
      <w:pPr>
        <w:jc w:val="right"/>
      </w:pPr>
      <w:r>
        <w:t>اور ماڈیسٹی کا مزاج۔ کیونکہ جب خدا کی کتاب ہے قرآن تو خدا کے مقابلے میں کیا فخر پیدا ہوگا؟</w:t>
      </w:r>
    </w:p>
    <w:p>
      <w:r>
        <w:rPr>
          <w:b/>
        </w:rPr>
        <w:t xml:space="preserve">[51:19] </w:t>
      </w:r>
      <w:r>
        <w:t>yani khuda ke muqable mein insaan ke andar fakhr paida ho sakta hai?</w:t>
      </w:r>
    </w:p>
    <w:p>
      <w:pPr>
        <w:jc w:val="right"/>
      </w:pPr>
      <w:r>
        <w:t>یعنی خدا کے مقابلے میں انسان کے اندر فخر پیدا ہو سکتا ہے؟</w:t>
      </w:r>
    </w:p>
    <w:p>
      <w:r>
        <w:rPr>
          <w:b/>
        </w:rPr>
        <w:t xml:space="preserve">[51:24] </w:t>
      </w:r>
      <w:r>
        <w:t>khuda itna bara hai to aur hum us ke muqable mein kuch bhi nahi hain. to hum jab khuda ko discover karenge to fakhr aayega hamare andar.</w:t>
      </w:r>
    </w:p>
    <w:p>
      <w:pPr>
        <w:jc w:val="right"/>
      </w:pPr>
      <w:r>
        <w:t>خدا اتنا بڑا ہے تو اور ہم اس کے مقابلے میں کچھ بھی نہیں ہیں۔ تو ہم جب خدا کو ڈسکور کریں گے تو فخر آئے گا ہمارے اندر۔</w:t>
      </w:r>
    </w:p>
    <w:p>
      <w:r>
        <w:rPr>
          <w:b/>
        </w:rPr>
        <w:t xml:space="preserve">[51:37] </w:t>
      </w:r>
      <w:r>
        <w:t>khuda ko discover karne se aadmi ke andar modesty aati hai, submission aata hai.</w:t>
      </w:r>
    </w:p>
    <w:p>
      <w:pPr>
        <w:jc w:val="right"/>
      </w:pPr>
      <w:r>
        <w:t>خدا کو ڈسکور کرنے سے آدمی کے اندر ماڈیسٹی آتی ہے، سبمیشن آتا ہے۔</w:t>
      </w:r>
    </w:p>
    <w:p>
      <w:r>
        <w:rPr>
          <w:b/>
        </w:rPr>
        <w:t xml:space="preserve">[51:45] </w:t>
      </w:r>
      <w:r>
        <w:t>to jo aadmi khuda ki, jis aadmi ko khuda ka iman mil jaye, jo aadmi khuda ko realize kare, jis aadmi ko khuda ki daryaft ho jaye, usi ka naam momin hai.</w:t>
      </w:r>
    </w:p>
    <w:p>
      <w:pPr>
        <w:jc w:val="right"/>
      </w:pPr>
      <w:r>
        <w:t>تو جو آدمی خدا کی، جس آدمی کو خدا کا ایمان مل جائے، جو آدمی خدا کو ریلائز کرے، جس آدمی کو خدا کی دریافت ہو جائے، اسی کا نام مومن ہے۔</w:t>
      </w:r>
    </w:p>
    <w:p>
      <w:r>
        <w:rPr>
          <w:b/>
        </w:rPr>
        <w:t xml:space="preserve">[52:00] </w:t>
      </w:r>
      <w:r>
        <w:t>momin kis ko kehte hain? momin woh hai jis ko khuda ki marifat ho jaye.</w:t>
      </w:r>
    </w:p>
    <w:p>
      <w:pPr>
        <w:jc w:val="right"/>
      </w:pPr>
      <w:r>
        <w:t>مومن کس کو کہتے ہیں؟ مومن وہ ہے جس کو خدا کی معرفت ہو جائے۔</w:t>
      </w:r>
    </w:p>
    <w:p>
      <w:r>
        <w:rPr>
          <w:b/>
        </w:rPr>
        <w:t xml:space="preserve">[52:08] </w:t>
      </w:r>
      <w:r>
        <w:t>to khuda ki marifat sab se bari hasti ki marifat hai.</w:t>
      </w:r>
    </w:p>
    <w:p>
      <w:pPr>
        <w:jc w:val="right"/>
      </w:pPr>
      <w:r>
        <w:t>تو خدا کی معرفت سب سے بڑی ہستی کی معرفت ہے۔</w:t>
      </w:r>
    </w:p>
    <w:p>
      <w:r>
        <w:rPr>
          <w:b/>
        </w:rPr>
        <w:t xml:space="preserve">[52:17] </w:t>
      </w:r>
      <w:r>
        <w:t>jab aadmi kehta hai Allah Akbar, is ka matlab kya hota hai? ke God is great and I am not great.</w:t>
      </w:r>
    </w:p>
    <w:p>
      <w:pPr>
        <w:jc w:val="right"/>
      </w:pPr>
      <w:r>
        <w:t>جب آدمی کہتا ہے اللہ اکبر، اس کا مطلب کیا ہوتا ہے؟ کہ گاڈ از گریٹ اینڈ آئی ایم ناٹ گریٹ۔</w:t>
      </w:r>
    </w:p>
    <w:p>
      <w:r>
        <w:rPr>
          <w:b/>
        </w:rPr>
        <w:t xml:space="preserve">[52:27] </w:t>
      </w:r>
      <w:r>
        <w:t>jab hum kehte hain Allah Akbar to is ka matlab kya hota hai? ke God is great and I am not great.</w:t>
      </w:r>
    </w:p>
    <w:p>
      <w:pPr>
        <w:jc w:val="right"/>
      </w:pPr>
      <w:r>
        <w:t>جب ہم کہتے ہیں اللہ اکبر تو اس کا مطلب کیا ہوتا ہے؟ کہ گاڈ از گریٹ اینڈ آئی ایم ناٹ گریٹ۔</w:t>
      </w:r>
    </w:p>
    <w:p>
      <w:r>
        <w:rPr>
          <w:b/>
        </w:rPr>
        <w:t xml:space="preserve">[52:35] </w:t>
      </w:r>
      <w:r>
        <w:t>to iman ka matlab hai khuda ki greatness ko discover karna. aur jab khuda ki greatness ko aap discover karte hain to doosri cheez kya aap ke andar aayegi?</w:t>
      </w:r>
    </w:p>
    <w:p>
      <w:pPr>
        <w:jc w:val="right"/>
      </w:pPr>
      <w:r>
        <w:t>تو ایمان کا مطلب ہے خدا کی گریٹنس کو ڈسکور کرنا۔ اور جب خدا کی گریٹنس کو آپ ڈسکور کرتے ہیں تو دوسری چیز کیا آپ کے اندر آئے گی؟</w:t>
      </w:r>
    </w:p>
    <w:p>
      <w:r>
        <w:rPr>
          <w:b/>
        </w:rPr>
        <w:t xml:space="preserve">[52:48] </w:t>
      </w:r>
      <w:r>
        <w:t>ke khuda ke muqable mein to kuch bhi nahi hoon, mein kuch bhi nahi hoon. mein</w:t>
      </w:r>
    </w:p>
    <w:p>
      <w:pPr>
        <w:jc w:val="right"/>
      </w:pPr>
      <w:r>
        <w:t>کہ خدا کے مقابلے میں تو کچھ بھی نہیں ہوں، میں کچھ بھی نہیں ہوں۔ میں</w:t>
      </w:r>
    </w:p>
    <w:p>
      <w:r>
        <w:rPr>
          <w:b/>
        </w:rPr>
        <w:t xml:space="preserve">[52:55] </w:t>
      </w:r>
      <w:r>
        <w:t>to jab aap yeh daryaft karenge ke barhai sirf khuda ki hai, mere andar koi barhai nahi hai, to is ke baad kahan se pride aa jayega?</w:t>
      </w:r>
    </w:p>
    <w:p>
      <w:pPr>
        <w:jc w:val="right"/>
      </w:pPr>
      <w:r>
        <w:t>تو جب آپ یہ دریافت کریں گے کہ بڑائی صرف خدا کی ہے، میرے اندر کوئی بڑائی نہیں ہے، تو اس کے بعد کہاں سے پرائیڈ آ جائے گا؟</w:t>
      </w:r>
    </w:p>
    <w:p>
      <w:r>
        <w:rPr>
          <w:b/>
        </w:rPr>
        <w:t xml:space="preserve">[53:08] </w:t>
      </w:r>
      <w:r>
        <w:t>pride aur fakhr to ka koi guzar hi nahi wahan par jahan ke khuda ki marifat hai.</w:t>
      </w:r>
    </w:p>
    <w:p>
      <w:pPr>
        <w:jc w:val="right"/>
      </w:pPr>
      <w:r>
        <w:t>پرائیڈ اور فخر تو کا کوئی گزر ہی نہیں وہاں پر جہاں کہ خدا کی معرفت ہے۔</w:t>
      </w:r>
    </w:p>
    <w:p>
      <w:r>
        <w:rPr>
          <w:b/>
        </w:rPr>
        <w:t xml:space="preserve">[53:18] </w:t>
      </w:r>
      <w:r>
        <w:t>isi ko mein keh raha hoon ke quraani mizaj ke sath jo quran ko padhega, wahi sab quran ko samjhega. sirf yeh hai ke aap arab mein paida hue, arabi zaban khoob aati hai aap ko,</w:t>
      </w:r>
    </w:p>
    <w:p>
      <w:pPr>
        <w:jc w:val="right"/>
      </w:pPr>
      <w:r>
        <w:t>اسی کو میں کہہ رہا ہوں کہ قرآنی مزاج کے ساتھ جو قرآن کو پڑھے گا، وہی سب قرآن کو سمجھے گا۔ صرف یہ ہے کہ آپ عرب میں پیدا ہوئے، عربی زبان خوب آتی ہے آپ کو،</w:t>
      </w:r>
    </w:p>
    <w:p>
      <w:r>
        <w:rPr>
          <w:b/>
        </w:rPr>
        <w:t xml:space="preserve">[53:35] </w:t>
      </w:r>
      <w:r>
        <w:t>is se aap quran ko samajh nahi sakte hain.</w:t>
      </w:r>
    </w:p>
    <w:p>
      <w:pPr>
        <w:jc w:val="right"/>
      </w:pPr>
      <w:r>
        <w:t>اس سے آپ قرآن کو سمجھ نہیں سکتے ہیں۔</w:t>
      </w:r>
    </w:p>
    <w:p>
      <w:r>
        <w:rPr>
          <w:b/>
        </w:rPr>
        <w:t xml:space="preserve">[53:41] </w:t>
      </w:r>
      <w:r>
        <w:t>quran ko samajhne ke liye zaroori hai ke aap ke andar qaumi mizaj na ho, fakhr ka mizaj na ho, pride ka mizaj na ho, tareekhi barhai ka mizaj na ho,</w:t>
      </w:r>
    </w:p>
    <w:p>
      <w:pPr>
        <w:jc w:val="right"/>
      </w:pPr>
      <w:r>
        <w:t>قرآن کو سمجھنے کے لیے ضروری ہے کہ آپ کے اندر قومی مزاج نہ ہو، فخر کا مزاج نہ ہو، پرائیڈ کا مزاج نہ ہو، تاریخی بڑائی کا مزاج نہ ہو،</w:t>
      </w:r>
    </w:p>
    <w:p>
      <w:r>
        <w:rPr>
          <w:b/>
        </w:rPr>
        <w:t xml:space="preserve">[53:57] </w:t>
      </w:r>
      <w:r>
        <w:t>balke khawand yani khudai mizaj ho,</w:t>
      </w:r>
    </w:p>
    <w:p>
      <w:pPr>
        <w:jc w:val="right"/>
      </w:pPr>
      <w:r>
        <w:t>بلکہ خداوند یعنی خدائی مزاج ہو،</w:t>
      </w:r>
    </w:p>
    <w:p>
      <w:r>
        <w:rPr>
          <w:b/>
        </w:rPr>
        <w:t xml:space="preserve">[54:04] </w:t>
      </w:r>
      <w:r>
        <w:t>jis ko taqwa ka mizaj kaha jata hai, jis ko mein quraani mizaj keh raha hoon.</w:t>
      </w:r>
    </w:p>
    <w:p>
      <w:pPr>
        <w:jc w:val="right"/>
      </w:pPr>
      <w:r>
        <w:t>جس کو تقویٰ کا مزاج کہا جاتا ہے، جس کو میں قرآنی مزاج کہہ رہا ہوں۔</w:t>
      </w:r>
    </w:p>
    <w:p>
      <w:r>
        <w:rPr>
          <w:b/>
        </w:rPr>
        <w:t xml:space="preserve">[54:12] </w:t>
      </w:r>
      <w:r>
        <w:t>is mizaj ko le kar jab aap padhenge quran majeed ko, tab aap quran ko samjhenge. warna sara quran padh darenge, milega kuch bhi nahi.</w:t>
      </w:r>
    </w:p>
    <w:p>
      <w:pPr>
        <w:jc w:val="right"/>
      </w:pPr>
      <w:r>
        <w:t>اس مزاج کو لے کر جب آپ پڑھیں گے قرآن مجید کو، تب آپ قرآن کو سمجھیں گے۔ ورنہ سارا قرآن پڑھ ڈالیں گے، ملے گا کچھ بھی نہیں۔</w:t>
      </w:r>
    </w:p>
    <w:p>
      <w:r>
        <w:rPr>
          <w:b/>
        </w:rPr>
        <w:t xml:space="preserve">[54:25] </w:t>
      </w:r>
      <w:r>
        <w:t>ek aadmi ne kaha ke agar aap</w:t>
      </w:r>
    </w:p>
    <w:p>
      <w:pPr>
        <w:jc w:val="right"/>
      </w:pPr>
      <w:r>
        <w:t>ایک آدمی نے کہا کہ اگر آپ</w:t>
      </w:r>
    </w:p>
    <w:p>
      <w:r>
        <w:rPr>
          <w:b/>
        </w:rPr>
        <w:t xml:space="preserve">[54:29] </w:t>
      </w:r>
      <w:r>
        <w:t>ek ton namak hain, namak jo hai woh ek ton hai aur us ke andar ek ek tola ke barabar ek chota sa yani ek ton namak hai aur ek ek tea spoon ke barabar is mein shakar daal dein.</w:t>
      </w:r>
    </w:p>
    <w:p>
      <w:pPr>
        <w:jc w:val="right"/>
      </w:pPr>
      <w:r>
        <w:t>ایک ٹن نمک ہیں، نمک جو ہے وہ ایک ٹن ہے اور اس کے اندر ایک ایک تولہ کے برابر ایک چھوٹا سا یعنی ایک ٹن نمک ہے اور ایک ایک ٹی سپون کے برابر اس میں شکر ڈال دیں۔</w:t>
      </w:r>
    </w:p>
    <w:p>
      <w:r>
        <w:rPr>
          <w:b/>
        </w:rPr>
        <w:t xml:space="preserve">[54:48] </w:t>
      </w:r>
      <w:r>
        <w:t>aap</w:t>
      </w:r>
    </w:p>
    <w:p>
      <w:pPr>
        <w:jc w:val="right"/>
      </w:pPr>
      <w:r>
        <w:t>آپ</w:t>
      </w:r>
    </w:p>
    <w:p>
      <w:r>
        <w:rPr>
          <w:b/>
        </w:rPr>
        <w:t xml:space="preserve">[54:50] </w:t>
      </w:r>
      <w:r>
        <w:t>ti spoon ke barabar shakar hai aur pahaar ke barabar namak hai. ab wahan choti aayegi to namak se us ko koi matlab nahi hoga, bas woh shakar le legi.</w:t>
      </w:r>
    </w:p>
    <w:p>
      <w:pPr>
        <w:jc w:val="right"/>
      </w:pPr>
      <w:r>
        <w:t>ٹی سپون کے برابر شکر ہے اور پہاڑ کے برابر نمک ہے۔ اب وہاں چوٹی آئے گی تو نمک سے اس کو کوئی مطلب نہیں ہوگا، بس وہ شکر لے لے گی۔</w:t>
      </w:r>
    </w:p>
    <w:p>
      <w:r>
        <w:rPr>
          <w:b/>
        </w:rPr>
        <w:t xml:space="preserve">[55:06] </w:t>
      </w:r>
      <w:r>
        <w:t>namak ka pahaar use dikhai nahi dega, is se is se us ko koi food nahi milega, is se us ki rooh ko koi ghiza nahi milegi.</w:t>
      </w:r>
    </w:p>
    <w:p>
      <w:pPr>
        <w:jc w:val="right"/>
      </w:pPr>
      <w:r>
        <w:t>نمک کا پہاڑ اسے دکھائی نہیں دے گا، اس سے اس سے اس کو کوئی فوڈ نہیں ملے گا، اس سے اس کی روح کو کوئی غذا نہیں ملے گی۔</w:t>
      </w:r>
    </w:p>
    <w:p>
      <w:r>
        <w:rPr>
          <w:b/>
        </w:rPr>
        <w:t xml:space="preserve">[55:16] </w:t>
      </w:r>
      <w:r>
        <w:t>lekin is mein jo ek ek ti spoon jo is mein namak hai, bas us ko le lijiye. woh</w:t>
      </w:r>
    </w:p>
    <w:p>
      <w:pPr>
        <w:jc w:val="right"/>
      </w:pPr>
      <w:r>
        <w:t>لیکن اس میں جو ایک ایک ٹی سپون جو اس میں نمک ہے، بس اس کو لے لیجئے۔ وہ</w:t>
      </w:r>
    </w:p>
    <w:p>
      <w:r>
        <w:rPr>
          <w:b/>
        </w:rPr>
        <w:t xml:space="preserve">[55:24] </w:t>
      </w:r>
      <w:r>
        <w:t>yahi haal hota hai in logon ka jo galat zehn le kar quran ko parhte hain,</w:t>
      </w:r>
    </w:p>
    <w:p>
      <w:pPr>
        <w:jc w:val="right"/>
      </w:pPr>
      <w:r>
        <w:t>یہی حال ہوتا ہے ان لوگوں کا جو غلط ذہن لے کر قرآن کو پڑھتے ہیں،</w:t>
      </w:r>
    </w:p>
    <w:p>
      <w:r>
        <w:rPr>
          <w:b/>
        </w:rPr>
        <w:t xml:space="preserve">[55:33] </w:t>
      </w:r>
      <w:r>
        <w:t>yaani ghair quraani mizaj le kar quran ko parhte hain.</w:t>
      </w:r>
    </w:p>
    <w:p>
      <w:pPr>
        <w:jc w:val="right"/>
      </w:pPr>
      <w:r>
        <w:t>یعنی غیر قرآنی مزاج لے کر قرآن کو پڑھتے ہیں۔</w:t>
      </w:r>
    </w:p>
    <w:p>
      <w:r>
        <w:rPr>
          <w:b/>
        </w:rPr>
        <w:t xml:space="preserve">[55:39] </w:t>
      </w:r>
      <w:r>
        <w:t>qaumi mizaj hai, jihadi mizaj hai, shikayat ka mizaj hai, protest ka mizaj hai. logon ko aap dushman banaye hue hain, yeh mizaj hai.</w:t>
      </w:r>
    </w:p>
    <w:p>
      <w:pPr>
        <w:jc w:val="right"/>
      </w:pPr>
      <w:r>
        <w:t>قومی مزاج ہے، جہادی مزاج ہے، شکایت کا مزاج ہے، پروٹیسٹ کا مزاج ہے۔ لوگوں کو آپ دشمن بنائے ہوئے ہیں، یہ مزاج ہے۔</w:t>
      </w:r>
    </w:p>
    <w:p>
      <w:r>
        <w:rPr>
          <w:b/>
        </w:rPr>
        <w:t xml:space="preserve">[55:51] </w:t>
      </w:r>
      <w:r>
        <w:t>aap samajhte hain ke saari duniya aap ke khilaaf conspiracy kar rahi hai, yeh mizaj hai. to aap ko kuch bhi nahi milega quran majeed mein, kuch bhi nahi mileg</w:t>
      </w:r>
    </w:p>
    <w:p>
      <w:pPr>
        <w:jc w:val="right"/>
      </w:pPr>
      <w:r>
        <w:t>آپ سمجھتے ہیں کہ ساری دنیا آپ کے خلاف کانسپریسی کر رہی ہے، یہ مزاج ہے۔ تو آپ کو کچھ بھی نہیں ملے گا قرآن مجید میں، کچھ بھی نہیں ملے گ</w:t>
      </w:r>
    </w:p>
    <w:p>
      <w:r>
        <w:rPr>
          <w:b/>
        </w:rPr>
        <w:t xml:space="preserve">[56:01] </w:t>
      </w:r>
      <w:r>
        <w:t>a. woh kahin ek adha lafz mil jayega, agar is ka yaani jihad ya qital ka lafz jo zamnan aaya hoga kisi mauqe par, bas usi ko le lenge.</w:t>
      </w:r>
    </w:p>
    <w:p>
      <w:pPr>
        <w:jc w:val="right"/>
      </w:pPr>
      <w:r>
        <w:t>ا۔ وہ کہیں ایک ادھ لفظ مل جائے گا، اگر اس کا یعنی جہاد یا قتال کا لفظ جو ضمناً آیا ہوگا کسی موقع پر، بس اسی کو لے لیں گے۔</w:t>
      </w:r>
    </w:p>
    <w:p>
      <w:r>
        <w:rPr>
          <w:b/>
        </w:rPr>
        <w:t xml:space="preserve">[56:12] </w:t>
      </w:r>
      <w:r>
        <w:t>aap bas dekho, islam jo hai jihad sikhata hai, qital sikhata hai, lado.</w:t>
      </w:r>
    </w:p>
    <w:p>
      <w:pPr>
        <w:jc w:val="right"/>
      </w:pPr>
      <w:r>
        <w:t>آپ بس دیکھو، اسلام جو ہے جہاد سکھاتا ہے، قتال سکھاتا ہے، لڑو۔</w:t>
      </w:r>
    </w:p>
    <w:p>
      <w:r>
        <w:rPr>
          <w:b/>
        </w:rPr>
        <w:t xml:space="preserve">[56:21] </w:t>
      </w:r>
      <w:r>
        <w:t>halanke dekhiye, main arz karoon ke quran mein qital ki baat jo hai woh itni kam hai ke woh ek percent se bhi kam hai.</w:t>
      </w:r>
    </w:p>
    <w:p>
      <w:pPr>
        <w:jc w:val="right"/>
      </w:pPr>
      <w:r>
        <w:t>حالانکہ دیکھیے، میں عرض کروں کہ قرآن میں قتال کی بات جو ہے وہ اتنی کم ہے کہ وہ ایک پرسنٹ سے بھی کم ہے۔</w:t>
      </w:r>
    </w:p>
    <w:p>
      <w:r>
        <w:rPr>
          <w:b/>
        </w:rPr>
        <w:t xml:space="preserve">[56:34] </w:t>
      </w:r>
      <w:r>
        <w:t>ab woh qital kab ke liye hai? defence ke liye. jab rasool allah par logon ne hamla kiya to allah taala ne kaha ke tum defence mein lado.</w:t>
      </w:r>
    </w:p>
    <w:p>
      <w:pPr>
        <w:jc w:val="right"/>
      </w:pPr>
      <w:r>
        <w:t>اب وہ قتال کب کے لیے ہے؟ ڈیفنس کے لیے۔ جب رسول اللہ پر لوگوں نے حملہ کیا تو اللہ تعالیٰ نے کہا کہ تم ڈیفنس میں لڑو۔</w:t>
      </w:r>
    </w:p>
    <w:p>
      <w:r>
        <w:rPr>
          <w:b/>
        </w:rPr>
        <w:t xml:space="preserve">[56:47] </w:t>
      </w:r>
      <w:r>
        <w:t>qatal alladhina yuqatiloonakum</w:t>
      </w:r>
    </w:p>
    <w:p>
      <w:pPr>
        <w:jc w:val="right"/>
      </w:pPr>
      <w:r>
        <w:t>قاتل الذین یقاتلونکم</w:t>
      </w:r>
    </w:p>
    <w:p>
      <w:r>
        <w:rPr>
          <w:b/>
        </w:rPr>
        <w:t xml:space="preserve">[56:51] </w:t>
      </w:r>
      <w:r>
        <w:t>wa hum bidookum awwal al marrah. unhone attack karne mein shuruaat ki hai to tum defence mein un se lad sakte ho.</w:t>
      </w:r>
    </w:p>
    <w:p>
      <w:pPr>
        <w:jc w:val="right"/>
      </w:pPr>
      <w:r>
        <w:t>وھم بدوکم اول المرہ۔ انہوں نے اٹیک کرنے میں شروعات کی ہے تو تم ڈیفنس میں ان سے لڑ سکتے ہو۔</w:t>
      </w:r>
    </w:p>
    <w:p>
      <w:r>
        <w:rPr>
          <w:b/>
        </w:rPr>
        <w:t xml:space="preserve">[57:02] </w:t>
      </w:r>
      <w:r>
        <w:t>is tarah se kuch aayatein hain qital ki jo defensive wars ke bare mein hain, to woh ek percent se bhi kam hain.</w:t>
      </w:r>
    </w:p>
    <w:p>
      <w:pPr>
        <w:jc w:val="right"/>
      </w:pPr>
      <w:r>
        <w:t>اس طرح سے کچھ آیتیں ہیں قتال کی جو ڈیفنسو وارز کے بارے میں ہیں، تو وہ ایک پرسنٹ سے بھی کم ہیں۔</w:t>
      </w:r>
    </w:p>
    <w:p>
      <w:r>
        <w:rPr>
          <w:b/>
        </w:rPr>
        <w:t xml:space="preserve">[57:14] </w:t>
      </w:r>
      <w:r>
        <w:t>lekin jo aadmi woh liye hue hain mizaj ke sab mere dushman hain, sab meri mere khilaaf conspiracy kar rahe hain, sab zalim hain, sab ke sab enemies of islam hain, to wahi aap ko dikhai dega.</w:t>
      </w:r>
    </w:p>
    <w:p>
      <w:pPr>
        <w:jc w:val="right"/>
      </w:pPr>
      <w:r>
        <w:t>لیکن جو آدمی وہ لیے ہوئے ہیں مزاج کہ سب میرے دشمن ہیں، سب میری میرے خلاف کانسپریسی کر رہے ہیں، سب ظالم ہیں، سب کے سب اینمیز آف اسلام ہیں، تو وہی آپ کو دکھائی دے گا۔</w:t>
      </w:r>
    </w:p>
    <w:p>
      <w:r>
        <w:rPr>
          <w:b/>
        </w:rPr>
        <w:t xml:space="preserve">[57:30] </w:t>
      </w:r>
      <w:r>
        <w:t>bas kahenge dekho, quran mein mil gaya, quran mein formula mil gaya. formula yeh hai ke gun khareedo aur logon ko maaro.</w:t>
      </w:r>
    </w:p>
    <w:p>
      <w:pPr>
        <w:jc w:val="right"/>
      </w:pPr>
      <w:r>
        <w:t>بس کہیں گے دیکھو، قرآن میں مل گیا، قرآن میں فارمولا مل گیا۔ فارمولا یہ ہے کہ گن خریدو اور لوگوں کو مارو۔</w:t>
      </w:r>
    </w:p>
    <w:p>
      <w:r>
        <w:rPr>
          <w:b/>
        </w:rPr>
        <w:t xml:space="preserve">[57:42] </w:t>
      </w:r>
      <w:r>
        <w:t>to dekhiye, yeh bahut hi zaroori hai ke aap samjhein ke quran ka reference hi kaafi nahi hai. right reference hona chahiye ke defence ke liye chand aayatein agar quran majeed mein hain, us ko le kar kahein ke ab mujhe duniya se ladai karni hai,</w:t>
      </w:r>
    </w:p>
    <w:p>
      <w:pPr>
        <w:jc w:val="right"/>
      </w:pPr>
      <w:r>
        <w:t>تو دیکھیے، یہ بہت ہی ضروری ہے کہ آپ سمجھیں کہ قرآن کا ریفرنس ہی کافی نہیں ہے۔ رائٹ ریفرنس ہونا چاہیے کہ ڈیفنس کے لیے چند آیتیں اگر قرآن مجید میں ہیں، اس کو لے کر کہیں کہ اب مجھے دنیا سے لڑائی کرنی ہے،</w:t>
      </w:r>
    </w:p>
    <w:p>
      <w:r>
        <w:rPr>
          <w:b/>
        </w:rPr>
        <w:t xml:space="preserve">[58:01] </w:t>
      </w:r>
      <w:r>
        <w:t>to aap ne quran ka reference to diya, lekin yeh jhootha reference hai, galat reference hai, baseless reference hai.</w:t>
      </w:r>
    </w:p>
    <w:p>
      <w:pPr>
        <w:jc w:val="right"/>
      </w:pPr>
      <w:r>
        <w:t>تو آپ نے قرآن کا ریفرنس تو دیا، لیکن یہ جھوٹا ریفرنس ہے، غلط ریفرنس ہے، بیسلیس ریفرنس ہے۔</w:t>
      </w:r>
    </w:p>
    <w:p>
      <w:r>
        <w:rPr>
          <w:b/>
        </w:rPr>
        <w:t xml:space="preserve">[58:10] </w:t>
      </w:r>
      <w:r>
        <w:t>is ka quran se koi taalluq nahi hai.</w:t>
      </w:r>
    </w:p>
    <w:p>
      <w:pPr>
        <w:jc w:val="right"/>
      </w:pPr>
      <w:r>
        <w:t>اس کا قرآن سے کوئی تعلق نہیں ہے۔</w:t>
      </w:r>
    </w:p>
    <w:p>
      <w:r>
        <w:rPr>
          <w:b/>
        </w:rPr>
        <w:t xml:space="preserve">[58:15] </w:t>
      </w:r>
      <w:r>
        <w:t>to quran allah ki kitab hai aur allah ki kitab se hi hum guidance pa sakte hain, lekin hamein quraani mizaj le kar quran ko parhna chahiye.</w:t>
      </w:r>
    </w:p>
    <w:p>
      <w:pPr>
        <w:jc w:val="right"/>
      </w:pPr>
      <w:r>
        <w:t>تو قرآن خدا کی کتاب ہے اور خدا کی کتاب سے ہی ہم گائیڈنس پا سکتے ہیں، لیکن ہمیں قرآنی مزاج لے کر قرآن کو پڑھنا چاہیے۔</w:t>
      </w:r>
    </w:p>
    <w:p>
      <w:r>
        <w:rPr>
          <w:b/>
        </w:rPr>
        <w:t xml:space="preserve">[58:33] </w:t>
      </w:r>
      <w:r>
        <w:t>aqool qawli haza wastaghfirullaha lakum ajmaeen.</w:t>
      </w:r>
    </w:p>
    <w:p>
      <w:pPr>
        <w:jc w:val="right"/>
      </w:pPr>
      <w:r>
        <w:t>اقول قولھذا واستغفراللہ علیکم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