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Peace November 29, 2013</w:t>
      </w:r>
    </w:p>
    <w:p>
      <w:r>
        <w:t>https://youtu.be/ojJ4gCFf-YE</w:t>
      </w:r>
    </w:p>
    <w:p>
      <w:r>
        <w:rPr>
          <w:b/>
        </w:rPr>
        <w:t xml:space="preserve">[00:14] </w:t>
      </w:r>
      <w:r>
        <w:t>bismillah rahman rahim.</w:t>
      </w:r>
    </w:p>
    <w:p>
      <w:pPr>
        <w:jc w:val="right"/>
      </w:pPr>
      <w:r>
        <w:t>بسم اللہ الرحمن الرحیم۔</w:t>
      </w:r>
    </w:p>
    <w:p>
      <w:r>
        <w:rPr>
          <w:b/>
        </w:rPr>
        <w:t xml:space="preserve">[00:19] </w:t>
      </w:r>
      <w:r>
        <w:t>i am thankful to the organizer of this conference for giving me the opportunity to share my views with this learned audience.</w:t>
      </w:r>
    </w:p>
    <w:p>
      <w:pPr>
        <w:jc w:val="right"/>
      </w:pPr>
      <w:r>
        <w:t>ایم تھینک فل ٹو دا ارگنائزر اف دس کانفرنس فار گیونگ می دا اپرچونیٹی ٹو شیئر مائی ویوز ود دس لرنڈ اڈینس۔</w:t>
      </w:r>
    </w:p>
    <w:p>
      <w:r>
        <w:rPr>
          <w:b/>
        </w:rPr>
        <w:t xml:space="preserve">[00:34] </w:t>
      </w:r>
      <w:r>
        <w:t>thank you very much. and now the topic for the present discussion is peace</w:t>
      </w:r>
    </w:p>
    <w:p>
      <w:pPr>
        <w:jc w:val="right"/>
      </w:pPr>
      <w:r>
        <w:t>تھینک یو ویری مچ۔ اینڈ ناؤ دا ٹاپک فار دا پریزنٹ ڈسکشن از پیس</w:t>
      </w:r>
    </w:p>
    <w:p>
      <w:r>
        <w:rPr>
          <w:b/>
        </w:rPr>
        <w:t xml:space="preserve">[00:46] </w:t>
      </w:r>
      <w:r>
        <w:t>. it is a very good topic, there is no doubt about it. regarding myself, i would say that i am a born pacifist.</w:t>
      </w:r>
    </w:p>
    <w:p>
      <w:pPr>
        <w:jc w:val="right"/>
      </w:pPr>
      <w:r>
        <w:t>۔ اٹ از ا ویری گڈ ٹاپک، دیر از نو ڈاؤٹ اباؤٹ اٹ۔ ریگارڈنگ مائی سیلف، ائی وڈ سے دیٹ ائی ایم ا بورن پیسیفسٹ۔</w:t>
      </w:r>
    </w:p>
    <w:p>
      <w:r>
        <w:rPr>
          <w:b/>
        </w:rPr>
        <w:t xml:space="preserve">[01:00] </w:t>
      </w:r>
      <w:r>
        <w:t>I would say that I was born with peace. I live in peace.</w:t>
      </w:r>
    </w:p>
    <w:p>
      <w:pPr>
        <w:jc w:val="right"/>
      </w:pPr>
      <w:r>
        <w:t>ائی وڈ سے دیٹ ائی واز بورن ود پیس۔ ائی لیو ان پیس۔</w:t>
      </w:r>
    </w:p>
    <w:p>
      <w:r>
        <w:rPr>
          <w:b/>
        </w:rPr>
        <w:t xml:space="preserve">[01:10] </w:t>
      </w:r>
      <w:r>
        <w:t>ai want to die in pes.</w:t>
      </w:r>
    </w:p>
    <w:p>
      <w:pPr>
        <w:jc w:val="right"/>
      </w:pPr>
      <w:r>
        <w:t>ائی وانٹ ٹو ڈائی ان پیس۔</w:t>
      </w:r>
    </w:p>
    <w:p>
      <w:r>
        <w:rPr>
          <w:b/>
        </w:rPr>
        <w:t xml:space="preserve">[01:17] </w:t>
      </w:r>
      <w:r>
        <w:t>also, I want to to be bred in the graveyard of peace.</w:t>
      </w:r>
    </w:p>
    <w:p>
      <w:pPr>
        <w:jc w:val="right"/>
      </w:pPr>
      <w:r>
        <w:t>السو، ائی وانٹ ٹو ٹو بی بریڈ ان دا گریو یارڈ اف پیس۔</w:t>
      </w:r>
    </w:p>
    <w:p>
      <w:r>
        <w:rPr>
          <w:b/>
        </w:rPr>
        <w:t xml:space="preserve">[01:27] </w:t>
      </w:r>
      <w:r>
        <w:t>Peace is very very important in every religion. There is no exception.</w:t>
      </w:r>
    </w:p>
    <w:p>
      <w:pPr>
        <w:jc w:val="right"/>
      </w:pPr>
      <w:r>
        <w:t>پیس از ویری ویری امپورٹنٹ ان ایوری ریلیجن۔ دیر از نو ایکسیپشن۔</w:t>
      </w:r>
    </w:p>
    <w:p>
      <w:r>
        <w:rPr>
          <w:b/>
        </w:rPr>
        <w:t xml:space="preserve">[01:38] </w:t>
      </w:r>
      <w:r>
        <w:t>For example, let us take, let us take the Buddhist discipline.</w:t>
      </w:r>
    </w:p>
    <w:p>
      <w:pPr>
        <w:jc w:val="right"/>
      </w:pPr>
      <w:r>
        <w:t>فار ایگزامپل، لیٹ اس ٹیک، لیٹ اس ٹیک دا بدھسٹ ڈسپلن۔</w:t>
      </w:r>
    </w:p>
    <w:p>
      <w:r>
        <w:rPr>
          <w:b/>
        </w:rPr>
        <w:t xml:space="preserve">[01:47] </w:t>
      </w:r>
      <w:r>
        <w:t>I think that their sense of Buddhism is tolerance, and tolerance is only the other name of peace.</w:t>
      </w:r>
    </w:p>
    <w:p>
      <w:pPr>
        <w:jc w:val="right"/>
      </w:pPr>
      <w:r>
        <w:t>ائی تھنک دیٹ دیر سینس اف بدھزم از ٹولرنس، اینڈ ٹولرنس از اونلی دی ادر نیم اف پیس۔</w:t>
      </w:r>
    </w:p>
    <w:p>
      <w:r>
        <w:rPr>
          <w:b/>
        </w:rPr>
        <w:t xml:space="preserve">[02:00] </w:t>
      </w:r>
      <w:r>
        <w:t>When I see a Buddhist monk, it is very a strange sight for me.</w:t>
      </w:r>
    </w:p>
    <w:p>
      <w:pPr>
        <w:jc w:val="right"/>
      </w:pPr>
      <w:r>
        <w:t>وین ائی سی ا بدھسٹ منک، اٹ از ویری اسٹرینج سائیڈ فار می۔</w:t>
      </w:r>
    </w:p>
    <w:p>
      <w:r>
        <w:rPr>
          <w:b/>
        </w:rPr>
        <w:t xml:space="preserve">[02:10] </w:t>
      </w:r>
      <w:r>
        <w:t>Buddhist monk is an embodiment of peace.</w:t>
      </w:r>
    </w:p>
    <w:p>
      <w:pPr>
        <w:jc w:val="right"/>
      </w:pPr>
      <w:r>
        <w:t>بدھسٹ منک از این ایمبڈیمنٹ اف پیس۔</w:t>
      </w:r>
    </w:p>
    <w:p>
      <w:r>
        <w:rPr>
          <w:b/>
        </w:rPr>
        <w:t xml:space="preserve">[02:18] </w:t>
      </w:r>
      <w:r>
        <w:t>I think that Buddhism is peace, and peace is Buddhism.</w:t>
      </w:r>
    </w:p>
    <w:p>
      <w:pPr>
        <w:jc w:val="right"/>
      </w:pPr>
      <w:r>
        <w:t>ائی تھنک دیٹ بدھزم از پیس، اینڈ پیس از بدھزم۔</w:t>
      </w:r>
    </w:p>
    <w:p>
      <w:r>
        <w:rPr>
          <w:b/>
        </w:rPr>
        <w:t xml:space="preserve">[02:25] </w:t>
      </w:r>
      <w:r>
        <w:t>Then, let us take Hinduism and Jainism. According to my study,</w:t>
      </w:r>
    </w:p>
    <w:p>
      <w:pPr>
        <w:jc w:val="right"/>
      </w:pPr>
      <w:r>
        <w:t>دین، لیٹ اس ٹیک ہندوازم اینڈ جینزم۔ اکارڈنگ ٹو مائی سٹڈی،</w:t>
      </w:r>
    </w:p>
    <w:p>
      <w:r>
        <w:rPr>
          <w:b/>
        </w:rPr>
        <w:t xml:space="preserve">[02:38] </w:t>
      </w:r>
      <w:r>
        <w:t>Hinduism and Jainism both are common in a belief that is non-violence or ahimsa.</w:t>
      </w:r>
    </w:p>
    <w:p>
      <w:pPr>
        <w:jc w:val="right"/>
      </w:pPr>
      <w:r>
        <w:t>ہندوازم اینڈ اینڈ جینزم بوتھ ار کامن ان اے بیلیف دیٹ از نان وائیلنس اور اہنسہ۔</w:t>
      </w:r>
    </w:p>
    <w:p>
      <w:r>
        <w:rPr>
          <w:b/>
        </w:rPr>
        <w:t xml:space="preserve">[02:53] </w:t>
      </w:r>
      <w:r>
        <w:t>And it is very, it is obvious that non-violence is only the other name of peace.</w:t>
      </w:r>
    </w:p>
    <w:p>
      <w:pPr>
        <w:jc w:val="right"/>
      </w:pPr>
      <w:r>
        <w:t>اینڈ اٹ از ویری، اٹ از ابویس دیٹ نان وائیلنس از اونلی دی ادر نیم اف پیس۔</w:t>
      </w:r>
    </w:p>
    <w:p>
      <w:r>
        <w:rPr>
          <w:b/>
        </w:rPr>
        <w:t xml:space="preserve">[03:05] </w:t>
      </w:r>
      <w:r>
        <w:t>Then, let us take Christianity and Judaism. If you read Bible, New Testament and Old Testament, you will find that peace is very very important in the teachings of both the religions.</w:t>
      </w:r>
    </w:p>
    <w:p>
      <w:pPr>
        <w:jc w:val="right"/>
      </w:pPr>
      <w:r>
        <w:t>دین، لیٹ اس ٹیک کرسچینٹی اینڈ جڈائز۔ اف یو ریڈ بائبل، نیو ٹیسٹمنٹ اینڈ اولڈ ٹیسٹمنٹ، یو ویل فائنڈ دیٹ پیس از ویری ویری امپورٹنٹ ان دا ٹیچنگز اف بوتھ دا ریلیجن۔</w:t>
      </w:r>
    </w:p>
    <w:p>
      <w:r>
        <w:rPr>
          <w:b/>
        </w:rPr>
        <w:t xml:space="preserve">[03:26] </w:t>
      </w:r>
      <w:r>
        <w:t>For example, Jesus Christ, he said: "Love your enemy.</w:t>
      </w:r>
    </w:p>
    <w:p>
      <w:pPr>
        <w:jc w:val="right"/>
      </w:pPr>
      <w:r>
        <w:t>فار ایگزامپل، یس کرائسٹ ہیز سیڈ: "لو یور اینمی۔</w:t>
      </w:r>
    </w:p>
    <w:p>
      <w:r>
        <w:rPr>
          <w:b/>
        </w:rPr>
        <w:t xml:space="preserve">[03:36] </w:t>
      </w:r>
      <w:r>
        <w:t>"What is what it means? You cannot love your enemy without living in peace.</w:t>
      </w:r>
    </w:p>
    <w:p>
      <w:pPr>
        <w:jc w:val="right"/>
      </w:pPr>
      <w:r>
        <w:t>" واٹ از واٹ اٹ مینز؟ یو کین ناٹ لو یور اینمی وداؤٹ لیونگ ان پیس۔</w:t>
      </w:r>
    </w:p>
    <w:p>
      <w:r>
        <w:rPr>
          <w:b/>
        </w:rPr>
        <w:t xml:space="preserve">[03:46] </w:t>
      </w:r>
      <w:r>
        <w:t>If you are living in peace, if your case is a peaceful mind, then you are able to love your enemy, otherwise not.</w:t>
      </w:r>
    </w:p>
    <w:p>
      <w:pPr>
        <w:jc w:val="right"/>
      </w:pPr>
      <w:r>
        <w:t>اف یو ار لیونگ ان پیس، اف یور کیس از ا پیس فل مائنڈ، دین یو ار ایبل ٹو لو یور اینمی، ادروائز ناٹ۔</w:t>
      </w:r>
    </w:p>
    <w:p>
      <w:r>
        <w:rPr>
          <w:b/>
        </w:rPr>
        <w:t xml:space="preserve">[04:02] </w:t>
      </w:r>
      <w:r>
        <w:t>So, in every religion, peace has a great importance. Now, if you consult dictionary to find out the meaning of peace, dictionary will tell you that peace is absence of war.</w:t>
      </w:r>
    </w:p>
    <w:p>
      <w:pPr>
        <w:jc w:val="right"/>
      </w:pPr>
      <w:r>
        <w:t>سو، ان ایوری ریلیجن، پیس ہیز ا گریٹ امپورٹنس۔ ناو، اف یو کنسلٹ ڈکشنری ٹو فائنڈ اؤٹ دا میننگ اف پیس، ڈکشنری ول ٹیل یو دیٹ پیس از ایبسنس اف وار۔</w:t>
      </w:r>
    </w:p>
    <w:p>
      <w:r>
        <w:rPr>
          <w:b/>
        </w:rPr>
        <w:t xml:space="preserve">[04:29] </w:t>
      </w:r>
      <w:r>
        <w:t>pes mins absens of var.</w:t>
      </w:r>
    </w:p>
    <w:p>
      <w:pPr>
        <w:jc w:val="right"/>
      </w:pPr>
      <w:r>
        <w:t>پیس مینز ایبسنس اف وار۔</w:t>
      </w:r>
    </w:p>
    <w:p>
      <w:r>
        <w:rPr>
          <w:b/>
        </w:rPr>
        <w:t xml:space="preserve">[04:32] </w:t>
      </w:r>
      <w:r>
        <w:t>I think it is not two definitions. It is a very, it is an incomplete definition, because the absence of war means</w:t>
      </w:r>
    </w:p>
    <w:p>
      <w:pPr>
        <w:jc w:val="right"/>
      </w:pPr>
      <w:r>
        <w:t>ائی تھنک اٹ از ناٹ ٹو ڈیفینیشن۔ اٹ از ا ویری، اٹ از ان کمپلیٹ ڈیفینیشن، بیکاز دا ایبسنس اف وار مینز</w:t>
      </w:r>
    </w:p>
    <w:p>
      <w:r>
        <w:rPr>
          <w:b/>
        </w:rPr>
        <w:t xml:space="preserve">[04:49] </w:t>
      </w:r>
      <w:r>
        <w:t>so meni adr minings.</w:t>
      </w:r>
    </w:p>
    <w:p>
      <w:pPr>
        <w:jc w:val="right"/>
      </w:pPr>
      <w:r>
        <w:t>سو مینی ادر میننگز۔</w:t>
      </w:r>
    </w:p>
    <w:p>
      <w:r>
        <w:rPr>
          <w:b/>
        </w:rPr>
        <w:t xml:space="preserve">[04:51] </w:t>
      </w:r>
      <w:r>
        <w:t>For example, the absence of war means absence of all kind of evils, absence of anger, absence of intolerance,</w:t>
      </w:r>
    </w:p>
    <w:p>
      <w:pPr>
        <w:jc w:val="right"/>
      </w:pPr>
      <w:r>
        <w:t>فار ایگزامپل، دا ایبسنس اف وار مینز ایبسنس اف ال کائنڈ اف ایولز، ایبسنس اف اینگر، ایبسنس اف انٹولرنس،</w:t>
      </w:r>
    </w:p>
    <w:p>
      <w:r>
        <w:rPr>
          <w:b/>
        </w:rPr>
        <w:t xml:space="preserve">[05:07] </w:t>
      </w:r>
      <w:r>
        <w:t>absence of it. Without absence all these things, you cannot have peace.</w:t>
      </w:r>
    </w:p>
    <w:p>
      <w:pPr>
        <w:jc w:val="right"/>
      </w:pPr>
      <w:r>
        <w:t>ایبسنس اف ہیٹ۔ وداؤٹ ایبسنس ال دیز تھنگز، یو کین ناٹ ہیو پیس۔</w:t>
      </w:r>
    </w:p>
    <w:p>
      <w:r>
        <w:rPr>
          <w:b/>
        </w:rPr>
        <w:t xml:space="preserve">[05:21] </w:t>
      </w:r>
      <w:r>
        <w:t>So, peace is not simply the absence of war. Peace means it means presence of all kind of goods.</w:t>
      </w:r>
    </w:p>
    <w:p>
      <w:pPr>
        <w:jc w:val="right"/>
      </w:pPr>
      <w:r>
        <w:t>سو، پیس از ناٹ سمپلی دا ایبسنس اف وار۔ پیس مینز اٹ مینز پریزنس اف ال کائنڈ اف گڈز۔</w:t>
      </w:r>
    </w:p>
    <w:p>
      <w:r>
        <w:rPr>
          <w:b/>
        </w:rPr>
        <w:t xml:space="preserve">[05:31] </w:t>
      </w:r>
      <w:r>
        <w:t>where there is peace, there is love, there is tolerance, there is compassion.</w:t>
      </w:r>
    </w:p>
    <w:p>
      <w:pPr>
        <w:jc w:val="right"/>
      </w:pPr>
      <w:r>
        <w:t>ویر دیر از پیس، دیر از لو، دیر از ٹولرنس، دیر از کمپیشن۔</w:t>
      </w:r>
    </w:p>
    <w:p>
      <w:r>
        <w:rPr>
          <w:b/>
        </w:rPr>
        <w:t xml:space="preserve">[05:39] </w:t>
      </w:r>
      <w:r>
        <w:t>and more than that, where there is peace, there are opportunities.</w:t>
      </w:r>
    </w:p>
    <w:p>
      <w:pPr>
        <w:jc w:val="right"/>
      </w:pPr>
      <w:r>
        <w:t>اینڈ مور دین دیٹ، ویر دیر از پیس، دیر اپرچونیٹیز۔</w:t>
      </w:r>
    </w:p>
    <w:p>
      <w:r>
        <w:rPr>
          <w:b/>
        </w:rPr>
        <w:t xml:space="preserve">[05:46] </w:t>
      </w:r>
      <w:r>
        <w:t>without opportunity, you can not do anything.</w:t>
      </w:r>
    </w:p>
    <w:p>
      <w:pPr>
        <w:jc w:val="right"/>
      </w:pPr>
      <w:r>
        <w:t>وداؤٹ اپرچونیٹی، یو کین ناٹ ڈو اینی تھنگ۔</w:t>
      </w:r>
    </w:p>
    <w:p>
      <w:r>
        <w:rPr>
          <w:b/>
        </w:rPr>
        <w:t xml:space="preserve">[05:51] </w:t>
      </w:r>
      <w:r>
        <w:t>you can not opportunities, you can organize a conference. Without opportunities, we cannot establish an industry.</w:t>
      </w:r>
    </w:p>
    <w:p>
      <w:pPr>
        <w:jc w:val="right"/>
      </w:pPr>
      <w:r>
        <w:t>یو کین ناٹ اپرچونیٹیز، یو کین ارگنائز ا کانفرنس۔ وداؤٹ اپرچونیٹیز، وی کین ناٹ اسٹیبلش این انڈسٹری۔</w:t>
      </w:r>
    </w:p>
    <w:p>
      <w:r>
        <w:rPr>
          <w:b/>
        </w:rPr>
        <w:t xml:space="preserve">[06:02] </w:t>
      </w:r>
      <w:r>
        <w:t>without opportunity, we cannot have a job. We cannot establish an educational institution.</w:t>
      </w:r>
    </w:p>
    <w:p>
      <w:pPr>
        <w:jc w:val="right"/>
      </w:pPr>
      <w:r>
        <w:t>وداؤٹ اپرچونیٹی، وی کین ناٹ ہیو ا جاب۔ وی کین ناٹ اسٹیبلش این ایجوکیشنل انسٹیٹیوشنز۔</w:t>
      </w:r>
    </w:p>
    <w:p>
      <w:r>
        <w:rPr>
          <w:b/>
        </w:rPr>
        <w:t xml:space="preserve">[06:12] </w:t>
      </w:r>
      <w:r>
        <w:t>opportunity basic for all kind of constructive activities.</w:t>
      </w:r>
    </w:p>
    <w:p>
      <w:pPr>
        <w:jc w:val="right"/>
      </w:pPr>
      <w:r>
        <w:t>اپرچونیٹی بیسک فار ال کائنڈ اف کنسٹرکٹیو ایکٹیویٹیز۔</w:t>
      </w:r>
    </w:p>
    <w:p>
      <w:r>
        <w:rPr>
          <w:b/>
        </w:rPr>
        <w:t xml:space="preserve">[06:17] </w:t>
      </w:r>
      <w:r>
        <w:t>opportunity is integral part of peace. without peace, there is no opportunity.</w:t>
      </w:r>
    </w:p>
    <w:p>
      <w:pPr>
        <w:jc w:val="right"/>
      </w:pPr>
      <w:r>
        <w:t>اپرچونیٹی از انٹیگرل پارٹ اف پیس۔ وداؤٹ پیس، دیر از نو اپرچونیٹی۔</w:t>
      </w:r>
    </w:p>
    <w:p>
      <w:r>
        <w:rPr>
          <w:b/>
        </w:rPr>
        <w:t xml:space="preserve">[06:29] </w:t>
      </w:r>
      <w:r>
        <w:t>due to this importance, peace has great, very great place in Islam.</w:t>
      </w:r>
    </w:p>
    <w:p>
      <w:pPr>
        <w:jc w:val="right"/>
      </w:pPr>
      <w:r>
        <w:t>ڈیو ٹو دس امپورٹنس، پیس ہاز گریٹ، ویری گریٹ پلیس ان اسلام۔</w:t>
      </w:r>
    </w:p>
    <w:p>
      <w:r>
        <w:rPr>
          <w:b/>
        </w:rPr>
        <w:t xml:space="preserve">[06:38] </w:t>
      </w:r>
      <w:r>
        <w:t>first of all, i would say that</w:t>
      </w:r>
    </w:p>
    <w:p>
      <w:pPr>
        <w:jc w:val="right"/>
      </w:pPr>
      <w:r>
        <w:t>فرسٹ اف ال، ائی وڈ سے دیٹ</w:t>
      </w:r>
    </w:p>
    <w:p>
      <w:r>
        <w:rPr>
          <w:b/>
        </w:rPr>
        <w:t xml:space="preserve">[06:43] </w:t>
      </w:r>
      <w:r>
        <w:t>There is a, there are so many names of of of God almighty. One name is Assalam.</w:t>
      </w:r>
    </w:p>
    <w:p>
      <w:pPr>
        <w:jc w:val="right"/>
      </w:pPr>
      <w:r>
        <w:t>دیر از ا، دیر ار سو مینی نیمز اف اف اف گاڈ المائٹی۔ ون نیم از السلام۔</w:t>
      </w:r>
    </w:p>
    <w:p>
      <w:r>
        <w:rPr>
          <w:b/>
        </w:rPr>
        <w:t xml:space="preserve">[06:53] </w:t>
      </w:r>
      <w:r>
        <w:t>Assalam means peace. so, God himself is peace.</w:t>
      </w:r>
    </w:p>
    <w:p>
      <w:pPr>
        <w:jc w:val="right"/>
      </w:pPr>
      <w:r>
        <w:t>السلام مینز پیس۔ سو، گاڈ ہم سیلف از پیس۔</w:t>
      </w:r>
    </w:p>
    <w:p>
      <w:r>
        <w:rPr>
          <w:b/>
        </w:rPr>
        <w:t xml:space="preserve">[07:02] </w:t>
      </w:r>
      <w:r>
        <w:t>prophet of Islam, there is a dua of prophet Islam:</w:t>
      </w:r>
    </w:p>
    <w:p>
      <w:pPr>
        <w:jc w:val="right"/>
      </w:pPr>
      <w:r>
        <w:t>پرافٹ اف اسلام، دیر از ا دعا اف پرافٹ اسلام:</w:t>
      </w:r>
    </w:p>
    <w:p>
      <w:r>
        <w:rPr>
          <w:b/>
        </w:rPr>
        <w:t xml:space="preserve">[07:12] </w:t>
      </w:r>
      <w:r>
        <w:t>"Allahumma ant Assalam wa mink Assalam, wa ilaika Assalam. Allahumma rabbana rabbana bisalam, atba' darat darat Assalam." it means that, o God, you are peace.</w:t>
      </w:r>
    </w:p>
    <w:p>
      <w:pPr>
        <w:jc w:val="right"/>
      </w:pPr>
      <w:r>
        <w:t>"اللہم انت السلام ومنک السلام، والیک السلام۔ اللہم ربنا ربنا بسلام، اتبع دارت دارت السلام۔" اٹ مینز دیٹ، او گاڈ، یو ار پیس۔</w:t>
      </w:r>
    </w:p>
    <w:p>
      <w:r>
        <w:rPr>
          <w:b/>
        </w:rPr>
        <w:t xml:space="preserve">[07:26] </w:t>
      </w:r>
      <w:r>
        <w:t>peace comes from you. peace return to you.</w:t>
      </w:r>
    </w:p>
    <w:p>
      <w:pPr>
        <w:jc w:val="right"/>
      </w:pPr>
      <w:r>
        <w:t>پیس کمز فرام یو۔ پیس ریٹرن ٹو یو۔</w:t>
      </w:r>
    </w:p>
    <w:p>
      <w:r>
        <w:rPr>
          <w:b/>
        </w:rPr>
        <w:t xml:space="preserve">[07:33] </w:t>
      </w:r>
      <w:r>
        <w:t>bless, bless us to live in peace. so, peace is very very important in Islam.</w:t>
      </w:r>
    </w:p>
    <w:p>
      <w:pPr>
        <w:jc w:val="right"/>
      </w:pPr>
      <w:r>
        <w:t>بلیس، بلیس اس ٹو لیو ان پیس۔ سو، پیس از ویری ویری امپورٹنٹ ان اسلام۔</w:t>
      </w:r>
    </w:p>
    <w:p>
      <w:r>
        <w:rPr>
          <w:b/>
        </w:rPr>
        <w:t xml:space="preserve">[07:42] </w:t>
      </w:r>
      <w:r>
        <w:t>there is a verse in the Quran:</w:t>
      </w:r>
    </w:p>
    <w:p>
      <w:pPr>
        <w:jc w:val="right"/>
      </w:pPr>
      <w:r>
        <w:t>دیر از ا ورس ان دا قران:</w:t>
      </w:r>
    </w:p>
    <w:p>
      <w:r>
        <w:rPr>
          <w:b/>
        </w:rPr>
        <w:t xml:space="preserve">[07:51] </w:t>
      </w:r>
      <w:r>
        <w:t>"Wallahido Assalam, and God calls to the home of peace." and God calls to the home of peace.</w:t>
      </w:r>
    </w:p>
    <w:p>
      <w:pPr>
        <w:jc w:val="right"/>
      </w:pPr>
      <w:r>
        <w:t>"واللہیدو السلام، اینڈ گاڈ کالز ٹو دا ہوم اف پیس۔" اینڈ گاڈ کالز ٹو دا ہوم اف پیس۔</w:t>
      </w:r>
    </w:p>
    <w:p>
      <w:r>
        <w:rPr>
          <w:b/>
        </w:rPr>
        <w:t xml:space="preserve">[08:03] </w:t>
      </w:r>
      <w:r>
        <w:t>it means that God wants to to establish a peaceful society.</w:t>
      </w:r>
    </w:p>
    <w:p>
      <w:pPr>
        <w:jc w:val="right"/>
      </w:pPr>
      <w:r>
        <w:t>اٹ مینز دیٹ گاڈ وانٹس ٹو ٹو اسٹیبلش ا پیس فل سوسائٹی۔</w:t>
      </w:r>
    </w:p>
    <w:p>
      <w:r>
        <w:rPr>
          <w:b/>
        </w:rPr>
        <w:t xml:space="preserve">[08:12] </w:t>
      </w:r>
      <w:r>
        <w:t>it is God's</w:t>
      </w:r>
    </w:p>
    <w:p>
      <w:pPr>
        <w:jc w:val="right"/>
      </w:pPr>
      <w:r>
        <w:t>اٹ از گاڈز</w:t>
      </w:r>
    </w:p>
    <w:p>
      <w:r>
        <w:rPr>
          <w:b/>
        </w:rPr>
        <w:t xml:space="preserve">[08:16] </w:t>
      </w:r>
      <w:r>
        <w:t>done. God has directed people that they must establish a peaceful society,</w:t>
      </w:r>
    </w:p>
    <w:p>
      <w:pPr>
        <w:jc w:val="right"/>
      </w:pPr>
      <w:r>
        <w:t>ڈون۔ گاڈ ہیز ڈائریکٹڈ پیپل دیٹ دے مسٹ اسٹیبلش ا پیس فل سوسائٹی،</w:t>
      </w:r>
    </w:p>
    <w:p>
      <w:r>
        <w:rPr>
          <w:b/>
        </w:rPr>
        <w:t xml:space="preserve">[08:28] </w:t>
      </w:r>
      <w:r>
        <w:t>because a peaceful society must for all kind of constructive activities.</w:t>
      </w:r>
    </w:p>
    <w:p>
      <w:pPr>
        <w:jc w:val="right"/>
      </w:pPr>
      <w:r>
        <w:t>بیکاز ا پیس فل سوسائٹی مسٹ فار ال کائنڈ اف کنسٹرکٹیو ایکٹیویٹیز۔</w:t>
      </w:r>
    </w:p>
    <w:p>
      <w:r>
        <w:rPr>
          <w:b/>
        </w:rPr>
        <w:t xml:space="preserve">[08:39] </w:t>
      </w:r>
      <w:r>
        <w:t>then, you see, peace is</w:t>
      </w:r>
    </w:p>
    <w:p>
      <w:pPr>
        <w:jc w:val="right"/>
      </w:pPr>
      <w:r>
        <w:t>دین، یو سی، پیس از</w:t>
      </w:r>
    </w:p>
    <w:p>
      <w:r>
        <w:rPr>
          <w:b/>
        </w:rPr>
        <w:t xml:space="preserve">[08:48] </w:t>
      </w:r>
      <w:r>
        <w:t>culture of the whole universe.</w:t>
      </w:r>
    </w:p>
    <w:p>
      <w:pPr>
        <w:jc w:val="right"/>
      </w:pPr>
      <w:r>
        <w:t>کلچر اف دا ہول یونیورس۔</w:t>
      </w:r>
    </w:p>
    <w:p>
      <w:r>
        <w:rPr>
          <w:b/>
        </w:rPr>
        <w:t xml:space="preserve">[08:55] </w:t>
      </w:r>
      <w:r>
        <w:t>you know that universe, there are numerous bodies: stars, planets, so many things. all these bodies are in the moving state</w:t>
      </w:r>
    </w:p>
    <w:p>
      <w:pPr>
        <w:jc w:val="right"/>
      </w:pPr>
      <w:r>
        <w:t>یو نو دیٹ یونیورس، دیر ار نیومرس باڈیز: سٹارز، پلینٹس، سو مینی تھنگز۔ ال دیز باڈیز ار ان دا موونگ اسٹیٹ</w:t>
      </w:r>
    </w:p>
    <w:p>
      <w:r>
        <w:rPr>
          <w:b/>
        </w:rPr>
        <w:t xml:space="preserve">[09:09] </w:t>
      </w:r>
      <w:r>
        <w:t>. stars are moving, planets are moving, sun and moon are moving. you know, moving lest accident.</w:t>
      </w:r>
    </w:p>
    <w:p>
      <w:pPr>
        <w:jc w:val="right"/>
      </w:pPr>
      <w:r>
        <w:t>۔ سٹارز ار موونگ، پلینٹس ار موونگ، سن اینڈ مون ار موونگ۔ یو نو، موونگ لیسٹر ایکسیڈنٹ۔</w:t>
      </w:r>
    </w:p>
    <w:p>
      <w:r>
        <w:rPr>
          <w:b/>
        </w:rPr>
        <w:t xml:space="preserve">[09:24] </w:t>
      </w:r>
      <w:r>
        <w:t>our roads are very good illustration. in our roads, there are movement.</w:t>
      </w:r>
    </w:p>
    <w:p>
      <w:pPr>
        <w:jc w:val="right"/>
      </w:pPr>
      <w:r>
        <w:t>اور روڈز ار ویری گڈ السٹریشن۔ ان اور روڈز، دیر ار موومنٹ۔</w:t>
      </w:r>
    </w:p>
    <w:p>
      <w:r>
        <w:rPr>
          <w:b/>
        </w:rPr>
        <w:t xml:space="preserve">[09:33] </w:t>
      </w:r>
      <w:r>
        <w:t>cars are moving, trucks are moving, different kind of vehicles are moving</w:t>
      </w:r>
    </w:p>
    <w:p>
      <w:pPr>
        <w:jc w:val="right"/>
      </w:pPr>
      <w:r>
        <w:t>کارز ار موونگ، ٹرکس ار موونگ، ڈفرنٹ کائنڈ اف وہیکلز ار موونگ</w:t>
      </w:r>
    </w:p>
    <w:p>
      <w:r>
        <w:rPr>
          <w:b/>
        </w:rPr>
        <w:t xml:space="preserve">[09:38] </w:t>
      </w:r>
      <w:r>
        <w:t>Then, what happens? In every second, there is accident in our in our roads.</w:t>
      </w:r>
    </w:p>
    <w:p>
      <w:pPr>
        <w:jc w:val="right"/>
      </w:pPr>
      <w:r>
        <w:t>۔ دین، واٹ ہیپنز؟ ان ایوری سیکنڈ، دیر از ایکسیڈنٹ ان اور ان اور روڈز۔</w:t>
      </w:r>
    </w:p>
    <w:p>
      <w:r>
        <w:rPr>
          <w:b/>
        </w:rPr>
        <w:t xml:space="preserve">[09:48] </w:t>
      </w:r>
      <w:r>
        <w:t>every second. But, if you see the universe, there is no accident. There are movement, but no accident.</w:t>
      </w:r>
    </w:p>
    <w:p>
      <w:pPr>
        <w:jc w:val="right"/>
      </w:pPr>
      <w:r>
        <w:t>ایوری سیکنڈ۔ بٹ، اف یو سی دا یونیورس، دیر از نو ایکسیڈنٹ۔ دیر ار موومنٹ، بٹ نو ایکسیڈنٹ۔</w:t>
      </w:r>
    </w:p>
    <w:p>
      <w:r>
        <w:rPr>
          <w:b/>
        </w:rPr>
        <w:t xml:space="preserve">[09:59] </w:t>
      </w:r>
      <w:r>
        <w:t>Why? Because God Almighty controls the universe.</w:t>
      </w:r>
    </w:p>
    <w:p>
      <w:pPr>
        <w:jc w:val="right"/>
      </w:pPr>
      <w:r>
        <w:t>وائی؟ بیکاز گاڈ المائٹی کنٹرولز دا یونیورس۔</w:t>
      </w:r>
    </w:p>
    <w:p>
      <w:r>
        <w:rPr>
          <w:b/>
        </w:rPr>
        <w:t xml:space="preserve">[10:06] </w:t>
      </w:r>
      <w:r>
        <w:t>God Almighty has demonstration. demonstrated. It is a divine demonstration in the universe. That, O men, O men and women, you have to live in peace, like stars and planets.</w:t>
      </w:r>
    </w:p>
    <w:p>
      <w:pPr>
        <w:jc w:val="right"/>
      </w:pPr>
      <w:r>
        <w:t>گاڈ المائٹی ہیز ڈیمونسٹریشن۔ ڈیمونسٹریٹڈ۔ اٹ از ا ڈیوائن ڈیمونسٹریشن ان دا یونیورس۔ دیٹ، او مین، او مین اینڈ وومن، یو ہیو ٹو لیو ان پیس، لائک سٹارز اینڈ پلینٹس۔</w:t>
      </w:r>
    </w:p>
    <w:p>
      <w:r>
        <w:rPr>
          <w:b/>
        </w:rPr>
        <w:t xml:space="preserve">[10:20] </w:t>
      </w:r>
      <w:r>
        <w:t>This is the culture of universe. Divine culture, universal culture.</w:t>
      </w:r>
    </w:p>
    <w:p>
      <w:pPr>
        <w:jc w:val="right"/>
      </w:pPr>
      <w:r>
        <w:t>دس از دا کلچر اف یونیورس۔ ڈیوائن کلچر، یونیورسل کلچر۔</w:t>
      </w:r>
    </w:p>
    <w:p>
      <w:r>
        <w:rPr>
          <w:b/>
        </w:rPr>
        <w:t xml:space="preserve">[10:30] </w:t>
      </w:r>
      <w:r>
        <w:t>According to Western thought, freedom is the summum bonum. Western people believe that freedom is summum bonum, but I don't subscribe to this concept.</w:t>
      </w:r>
    </w:p>
    <w:p>
      <w:pPr>
        <w:jc w:val="right"/>
      </w:pPr>
      <w:r>
        <w:t>اکارڈنگ ٹو ویسٹرن تھاٹ، فریڈم از دا سوم بونم۔ ویسٹرن پیپل بیلیو دیٹ فریڈم از سوم بونم، بٹ ائی ڈونٹ سبسکرائب دس کانسیپٹ۔</w:t>
      </w:r>
    </w:p>
    <w:p>
      <w:r>
        <w:rPr>
          <w:b/>
        </w:rPr>
        <w:t xml:space="preserve">[10:44] </w:t>
      </w:r>
      <w:r>
        <w:t>In fact, peace is the summum bonum. Peace, not the freedom. Freedom has some negative points, but peace has no negative point.</w:t>
      </w:r>
    </w:p>
    <w:p>
      <w:pPr>
        <w:jc w:val="right"/>
      </w:pPr>
      <w:r>
        <w:t>ان فیکٹ، پیس از دا سوم بونم۔ پیس ناٹ دا فریڈم۔ فریڈم ہیز سم نیگیٹیو پوائنٹ، بٹ پیس ہیز نو نیگیٹیو پوائنٹ۔</w:t>
      </w:r>
    </w:p>
    <w:p>
      <w:r>
        <w:rPr>
          <w:b/>
        </w:rPr>
        <w:t xml:space="preserve">[10:59] </w:t>
      </w:r>
      <w:r>
        <w:t>so, pes iz da sum bonam. and ḍis iz menśan in da quran in ḍiz vars: "alṣulḥ ḵair, pes iz da greṭar gud, pes da besṭ, pes iz da sum bonam."</w:t>
      </w:r>
    </w:p>
    <w:p>
      <w:pPr>
        <w:jc w:val="right"/>
      </w:pPr>
      <w:r>
        <w:t>سو، پیس از دا سوم بونم۔ اینڈ دس از مینشن ان دا قران ان دیز ورس: "الصلح خیر، پیس از دا گریٹر گڈ، پیس دا بیسٹ، پیس از دا سوم بونم۔"</w:t>
      </w:r>
    </w:p>
    <w:p>
      <w:r>
        <w:rPr>
          <w:b/>
        </w:rPr>
        <w:t xml:space="preserve">[11:19] </w:t>
      </w:r>
      <w:r>
        <w:t>I know that there are some Muslims are engaged in violence, but they are not following Islam.</w:t>
      </w:r>
    </w:p>
    <w:p>
      <w:pPr>
        <w:jc w:val="right"/>
      </w:pPr>
      <w:r>
        <w:t>ائی نو دیٹ دیر ار سم مسلمز ار انگیج ان وائیلنس، بٹ دے ار ناٹ فالونگ اسلام۔</w:t>
      </w:r>
    </w:p>
    <w:p>
      <w:r>
        <w:rPr>
          <w:b/>
        </w:rPr>
        <w:t xml:space="preserve">[11:26] </w:t>
      </w:r>
      <w:r>
        <w:t>I would say that you have to differentiate between Muslims and and Islam. You have to judge Muslims in the light of Islamic teachings, not vice versa.</w:t>
      </w:r>
    </w:p>
    <w:p>
      <w:pPr>
        <w:jc w:val="right"/>
      </w:pPr>
      <w:r>
        <w:t>ائی وڈ سے دیٹ یو ہیو ٹو ڈیفرنشیٹ بٹوین مسلمز اینڈ اینڈ اسلام۔ یو ہیو ٹو جج مسلمز ان دا لائٹ اف اسلامک ٹیچنگز، ناٹ وائس ورسا۔</w:t>
      </w:r>
    </w:p>
    <w:p>
      <w:r>
        <w:rPr>
          <w:b/>
        </w:rPr>
        <w:t xml:space="preserve">[11:43] </w:t>
      </w:r>
      <w:r>
        <w:t>So, Islam is based on Muslims are not representative of Islam.</w:t>
      </w:r>
    </w:p>
    <w:p>
      <w:pPr>
        <w:jc w:val="right"/>
      </w:pPr>
      <w:r>
        <w:t>سو، اسلام از بیسڈ ان مسلمز۔ ار ناٹ ریپریزنٹیٹیو اف اسلام۔</w:t>
      </w:r>
    </w:p>
    <w:p>
      <w:r>
        <w:rPr>
          <w:b/>
        </w:rPr>
        <w:t xml:space="preserve">[11:53] </w:t>
      </w:r>
      <w:r>
        <w:t>If you want to, if you want to know what is Islam, you have to see the text Quran and Sunnah, not the Muslim practice.</w:t>
      </w:r>
    </w:p>
    <w:p>
      <w:pPr>
        <w:jc w:val="right"/>
      </w:pPr>
      <w:r>
        <w:t>اف یو وانٹ ٹو، اف یو وانٹ ٹو نو واٹ از اسلام، یو ہیو ٹو سی دا ٹیکسٹ قران اینڈ سنت، ناٹ دا مسلم پریکٹس۔</w:t>
      </w:r>
    </w:p>
    <w:p>
      <w:r>
        <w:rPr>
          <w:b/>
        </w:rPr>
        <w:t xml:space="preserve">[12:07] </w:t>
      </w:r>
      <w:r>
        <w:t>If you read the sirah of the Prophet of Islam, you will find that the whole whole whole life of the Prophet was based on peace.</w:t>
      </w:r>
    </w:p>
    <w:p>
      <w:pPr>
        <w:jc w:val="right"/>
      </w:pPr>
      <w:r>
        <w:t>اف یو ریڈ دا سیرہ اف دا پرافٹ اف اسلام، یو ویل فائنڈ دیٹ دا ہول ہول ہول لائف اف دا پرافٹ واز بیسڈ ان پیس۔</w:t>
      </w:r>
    </w:p>
    <w:p>
      <w:r>
        <w:rPr>
          <w:b/>
        </w:rPr>
        <w:t xml:space="preserve">[12:19] </w:t>
      </w:r>
      <w:r>
        <w:t>Prophet never engaged in violence, ni</w:t>
      </w:r>
    </w:p>
    <w:p>
      <w:pPr>
        <w:jc w:val="right"/>
      </w:pPr>
      <w:r>
        <w:t>پرافٹ نیور انگیج ان وائیلنس، نی</w:t>
      </w:r>
    </w:p>
    <w:p>
      <w:r>
        <w:rPr>
          <w:b/>
        </w:rPr>
        <w:t xml:space="preserve">[12:23] </w:t>
      </w:r>
      <w:r>
        <w:t>var, nivar, nivar.</w:t>
      </w:r>
    </w:p>
    <w:p>
      <w:pPr>
        <w:jc w:val="right"/>
      </w:pPr>
      <w:r>
        <w:t>ور، نیور، نیور۔</w:t>
      </w:r>
    </w:p>
    <w:p>
      <w:r>
        <w:rPr>
          <w:b/>
        </w:rPr>
        <w:t xml:space="preserve">[12:27] </w:t>
      </w:r>
      <w:r>
        <w:t>I will give you some example. There are so many excuses or reason for prophet.</w:t>
      </w:r>
    </w:p>
    <w:p>
      <w:pPr>
        <w:jc w:val="right"/>
      </w:pPr>
      <w:r>
        <w:t>ائی ویل گیو یو سم ایگزامپل۔ دیر ار سو مینی ایکسکیوزز اور ریزن فار پرافٹ۔</w:t>
      </w:r>
    </w:p>
    <w:p>
      <w:r>
        <w:rPr>
          <w:b/>
        </w:rPr>
        <w:t xml:space="preserve">[12:38] </w:t>
      </w:r>
      <w:r>
        <w:t>For example, when you know, Prophet of Islam was born in 570 AD, then he started mission in 610 AD in Makkah.</w:t>
      </w:r>
    </w:p>
    <w:p>
      <w:pPr>
        <w:jc w:val="right"/>
      </w:pPr>
      <w:r>
        <w:t>فار ایگزامپل، وین یو نو، پرافٹ اف اسلام واز born ان 570 اے ڈی، دین ہی سٹارٹڈ مشن ان 610 اے ڈی ان مکہ۔</w:t>
      </w:r>
    </w:p>
    <w:p>
      <w:r>
        <w:rPr>
          <w:b/>
        </w:rPr>
        <w:t xml:space="preserve">[12:51] </w:t>
      </w:r>
      <w:r>
        <w:t>ID, ID, you know, Kaaba is the holiest place in Islam. Kaaba is the holiest place in Islam.</w:t>
      </w:r>
    </w:p>
    <w:p>
      <w:pPr>
        <w:jc w:val="right"/>
      </w:pPr>
      <w:r>
        <w:t>ایٹ دیٹ ٹائم، یو نو، کعبہ از دا ہولیسٹ پلیس ان اسلام۔ کعبہ از دا ہولیسٹ پلیس ان اسلام۔</w:t>
      </w:r>
    </w:p>
    <w:p>
      <w:r>
        <w:rPr>
          <w:b/>
        </w:rPr>
        <w:t xml:space="preserve">[13:00] </w:t>
      </w:r>
      <w:r>
        <w:t>and I.D. I.D., there were 360 idols in Ka'bah.</w:t>
      </w:r>
    </w:p>
    <w:p>
      <w:pPr>
        <w:jc w:val="right"/>
      </w:pPr>
      <w:r>
        <w:t>اینڈ ایٹ دیٹ ٹائم، دیر وار 360 ارڈرز ان کعبہ۔</w:t>
      </w:r>
    </w:p>
    <w:p>
      <w:r>
        <w:rPr>
          <w:b/>
        </w:rPr>
        <w:t xml:space="preserve">[13:06] </w:t>
      </w:r>
      <w:r>
        <w:t>Kaaba was built by Prophet Abraham, but after some time, the Arab people became idol worshipers after some centuries, and they placed so many idols in the premises of Kaaba.</w:t>
      </w:r>
    </w:p>
    <w:p>
      <w:pPr>
        <w:jc w:val="right"/>
      </w:pPr>
      <w:r>
        <w:t>کعبہ واز بلٹ بائی پرافٹ ابراہم، بٹ افٹر سم ٹائم، دے دا عرب پیپل بیکم ائیڈل ورسپرز افٹر سم سینچریز، اینڈ دے پلیس سو مینی بارڈرز ان دی پریمسز اف کعبہ۔</w:t>
      </w:r>
    </w:p>
    <w:p>
      <w:r>
        <w:rPr>
          <w:b/>
        </w:rPr>
        <w:t xml:space="preserve">[13:33] </w:t>
      </w:r>
      <w:r>
        <w:t>Prophet of Islam was Prophet of of Tauheed. He was muwahhid. That is his main message.</w:t>
      </w:r>
    </w:p>
    <w:p>
      <w:pPr>
        <w:jc w:val="right"/>
      </w:pPr>
      <w:r>
        <w:t>پرافٹ اف اسلام واز پرافٹ اف اف توحید۔ ہی واز مواہد۔ دیٹ از ہز مین میسج۔</w:t>
      </w:r>
    </w:p>
    <w:p>
      <w:r>
        <w:rPr>
          <w:b/>
        </w:rPr>
        <w:t xml:space="preserve">[13:42] </w:t>
      </w:r>
      <w:r>
        <w:t>His main message was that God is one. God is one. God is one. So, for Prophet, it was horrible sight that in Kaaba there are so many idols.</w:t>
      </w:r>
    </w:p>
    <w:p>
      <w:pPr>
        <w:jc w:val="right"/>
      </w:pPr>
      <w:r>
        <w:t>ہز مین میسج واز دیٹ گاڈ از ون۔ گاڈ از ون۔ گاڈ از ون۔ سو، فار پرافٹ، اٹ واز ہوریبل سائیٹ دیٹ ان کعبہ دیر ار سو مینی ارڈرز۔</w:t>
      </w:r>
    </w:p>
    <w:p>
      <w:r>
        <w:rPr>
          <w:b/>
        </w:rPr>
        <w:t xml:space="preserve">[13:57] </w:t>
      </w:r>
      <w:r>
        <w:t>iṭ iz a veri provokēṭiv sen,</w:t>
      </w:r>
    </w:p>
    <w:p>
      <w:pPr>
        <w:jc w:val="right"/>
      </w:pPr>
      <w:r>
        <w:t>اٹ از ا ویری پرووکیٹیو سین،</w:t>
      </w:r>
    </w:p>
    <w:p>
      <w:r>
        <w:rPr>
          <w:b/>
        </w:rPr>
        <w:t xml:space="preserve">[14:02] </w:t>
      </w:r>
      <w:r>
        <w:t>horrible sight, but prophet never reacted. Prophet lived this situation up to thirteen years in Makkah, but history shows that he never reacted against these idols.</w:t>
      </w:r>
    </w:p>
    <w:p>
      <w:pPr>
        <w:jc w:val="right"/>
      </w:pPr>
      <w:r>
        <w:t>ہوریبل سائیٹ، بٹ پرافٹ نیور ری ایکٹڈ۔ پرافٹ لیوڈ دس سچویشن اپ ٹو تھرٹین ایئرز ان مکہ، بٹ ہسٹری شوز دیٹ ہی نیور ری ایکٹڈ اگینسٹ دیز ائیڈلز۔</w:t>
      </w:r>
    </w:p>
    <w:p>
      <w:r>
        <w:rPr>
          <w:b/>
        </w:rPr>
        <w:t xml:space="preserve">[14:23] </w:t>
      </w:r>
      <w:r>
        <w:t>hi simpli,</w:t>
      </w:r>
    </w:p>
    <w:p>
      <w:pPr>
        <w:jc w:val="right"/>
      </w:pPr>
      <w:r>
        <w:t>ہی سمپلی،</w:t>
      </w:r>
    </w:p>
    <w:p>
      <w:r>
        <w:rPr>
          <w:b/>
        </w:rPr>
        <w:t xml:space="preserve">[14:27] </w:t>
      </w:r>
      <w:r>
        <w:t>he simply tired to make people aware of the heartiness of tauheed. that is peaceful persuasion, peaceful dua work.</w:t>
      </w:r>
    </w:p>
    <w:p>
      <w:pPr>
        <w:jc w:val="right"/>
      </w:pPr>
      <w:r>
        <w:t>ہی سمپلی ٹائرڈ ٹو میک پیپل اویئر اف دا ہیرٹی اف توحید۔ دیٹ از پیس فل پرسویشن، پیس فل دعا ورک۔</w:t>
      </w:r>
    </w:p>
    <w:p>
      <w:r>
        <w:rPr>
          <w:b/>
        </w:rPr>
        <w:t xml:space="preserve">[14:41] </w:t>
      </w:r>
      <w:r>
        <w:t>This was the prophet culture at that time. He never reacted against those idols. Why?</w:t>
      </w:r>
    </w:p>
    <w:p>
      <w:pPr>
        <w:jc w:val="right"/>
      </w:pPr>
      <w:r>
        <w:t>دس واز دا پرافٹ کلچر ایٹ دیٹ ٹائم۔ ہی نیور ری ایکٹڈ اگینسٹ دوز ائیڈلز۔ وائی؟</w:t>
      </w:r>
    </w:p>
    <w:p>
      <w:r>
        <w:rPr>
          <w:b/>
        </w:rPr>
        <w:t xml:space="preserve">[14:48] </w:t>
      </w:r>
      <w:r>
        <w:t>because this, he knew, he was knowing that his reaction will lead to violence.</w:t>
      </w:r>
    </w:p>
    <w:p>
      <w:pPr>
        <w:jc w:val="right"/>
      </w:pPr>
      <w:r>
        <w:t>بیکاز دس، ہی نو، ہی واز نوئنگ دیٹ ہز ری ایکشن ول لیڈ ٹو وائیلنس۔</w:t>
      </w:r>
    </w:p>
    <w:p>
      <w:r>
        <w:rPr>
          <w:b/>
        </w:rPr>
        <w:t xml:space="preserve">[14:57] </w:t>
      </w:r>
      <w:r>
        <w:t>violence to to to war. And then peace, then there is no peace.</w:t>
      </w:r>
    </w:p>
    <w:p>
      <w:pPr>
        <w:jc w:val="right"/>
      </w:pPr>
      <w:r>
        <w:t>وائیلنس ٹو ٹو ٹو وار۔ اینڈ دین پیس، دین دیر از نو پیس۔</w:t>
      </w:r>
    </w:p>
    <w:p>
      <w:r>
        <w:rPr>
          <w:b/>
        </w:rPr>
        <w:t xml:space="preserve">[15:10] </w:t>
      </w:r>
      <w:r>
        <w:t>all the opportunities will capitalize.</w:t>
      </w:r>
    </w:p>
    <w:p>
      <w:pPr>
        <w:jc w:val="right"/>
      </w:pPr>
      <w:r>
        <w:t>ال دا اپرچونیٹیز ول کیپٹلائز۔</w:t>
      </w:r>
    </w:p>
    <w:p>
      <w:r>
        <w:rPr>
          <w:b/>
        </w:rPr>
        <w:t xml:space="preserve">[15:15] </w:t>
      </w:r>
      <w:r>
        <w:t>so, Prophet tolerated the presence of orders in Kaaba. And then what happened?</w:t>
      </w:r>
    </w:p>
    <w:p>
      <w:pPr>
        <w:jc w:val="right"/>
      </w:pPr>
      <w:r>
        <w:t>سو، پرافٹ ٹولریٹڈ دا پریزنس اف ارڈرز ان کعبہ۔ اینڈ دین واٹ ہیپن؟</w:t>
      </w:r>
    </w:p>
    <w:p>
      <w:r>
        <w:rPr>
          <w:b/>
        </w:rPr>
        <w:t xml:space="preserve">[15:27] </w:t>
      </w:r>
      <w:r>
        <w:t>Makkah people, Makkan people, became against the prophet. They wanted to kill him, but he never tried to go to war.</w:t>
      </w:r>
    </w:p>
    <w:p>
      <w:pPr>
        <w:jc w:val="right"/>
      </w:pPr>
      <w:r>
        <w:t>مکہ پیپل، میکن پیپل، بیکم اگینسٹ دا پرافٹ۔ دے وانٹڈ ٹو کل ہم، بٹ ہی نیور ٹرائی ٹو گو ٹو وار۔</w:t>
      </w:r>
    </w:p>
    <w:p>
      <w:r>
        <w:rPr>
          <w:b/>
        </w:rPr>
        <w:t xml:space="preserve">[15:41] </w:t>
      </w:r>
      <w:r>
        <w:t>he simply migrated from Makkah to Madinah. This was also act of peace. At that time, there were two options before before prophet:</w:t>
      </w:r>
    </w:p>
    <w:p>
      <w:pPr>
        <w:jc w:val="right"/>
      </w:pPr>
      <w:r>
        <w:t>ہی سمپلی مائیگریٹڈ فرام مکہ ٹو مدینہ۔ دس واز السو ایکٹ اف پیس۔ ایٹ دیٹ ٹائم، دیر وار ٹو اپشنز بیفور بیفور پرافٹ:</w:t>
      </w:r>
    </w:p>
    <w:p>
      <w:r>
        <w:rPr>
          <w:b/>
        </w:rPr>
        <w:t xml:space="preserve">[15:53] </w:t>
      </w:r>
      <w:r>
        <w:t>war or migration. either engage in war or migrate from Makkah. So at that time, there were, there were two options before before prophet:</w:t>
      </w:r>
    </w:p>
    <w:p>
      <w:pPr>
        <w:jc w:val="right"/>
      </w:pPr>
      <w:r>
        <w:t>وار اور مائیگریشن۔ ائیدر انگیج ان وار اور مائیگریٹ فرام مکہ۔ تو ایٹ دیٹ ٹائم، دیر وار، دیر وار ٹو اپشنز بیفور بیفور پرافٹ:</w:t>
      </w:r>
    </w:p>
    <w:p>
      <w:r>
        <w:rPr>
          <w:b/>
        </w:rPr>
        <w:t xml:space="preserve">[16:08] </w:t>
      </w:r>
      <w:r>
        <w:t>migration or war. so, he opted for migration. he left Makkah, he settled in Madinah.</w:t>
      </w:r>
    </w:p>
    <w:p>
      <w:pPr>
        <w:jc w:val="right"/>
      </w:pPr>
      <w:r>
        <w:t>مائیگریشن اور وار۔ سو، ہی اپٹڈ فار مائیگریشن۔ ہی لیفٹ مکہ، ہی سیٹل ان مدینہ۔</w:t>
      </w:r>
    </w:p>
    <w:p>
      <w:r>
        <w:rPr>
          <w:b/>
        </w:rPr>
        <w:t xml:space="preserve">[16:22] </w:t>
      </w:r>
      <w:r>
        <w:t>then, you know, at that time, there were three Jewish tribes in Madinah. Almost half the population of Madinah consisted Jews.</w:t>
      </w:r>
    </w:p>
    <w:p>
      <w:pPr>
        <w:jc w:val="right"/>
      </w:pPr>
      <w:r>
        <w:t>دین، یو نو، ایٹ دیٹ ٹائم، دیر وار تھری جوس ٹرائبز ان مدینہ۔ الموسٹ ہاف دا پاپولیشن اف مدینہ کنسسٹڈ جوس۔</w:t>
      </w:r>
    </w:p>
    <w:p>
      <w:r>
        <w:rPr>
          <w:b/>
        </w:rPr>
        <w:t xml:space="preserve">[16:40] </w:t>
      </w:r>
      <w:r>
        <w:t>but prophet, what he</w:t>
      </w:r>
    </w:p>
    <w:p>
      <w:pPr>
        <w:jc w:val="right"/>
      </w:pPr>
      <w:r>
        <w:t>بٹ پرافٹ، واٹ ہی</w:t>
      </w:r>
    </w:p>
    <w:p>
      <w:r>
        <w:rPr>
          <w:b/>
        </w:rPr>
        <w:t xml:space="preserve">[16:43] </w:t>
      </w:r>
      <w:r>
        <w:t>happened? when prophet</w:t>
      </w:r>
    </w:p>
    <w:p>
      <w:pPr>
        <w:jc w:val="right"/>
      </w:pPr>
      <w:r>
        <w:t>پن؟ وین پرافٹ</w:t>
      </w:r>
    </w:p>
    <w:p>
      <w:r>
        <w:rPr>
          <w:b/>
        </w:rPr>
        <w:t xml:space="preserve">[16:47] </w:t>
      </w:r>
      <w:r>
        <w:t>settled in Madinah, he opted the qibla of Yehud.</w:t>
      </w:r>
    </w:p>
    <w:p>
      <w:pPr>
        <w:jc w:val="right"/>
      </w:pPr>
      <w:r>
        <w:t>سیٹلڈ ان مدینہ، ہی اپٹڈ دا قبلہ اف یہود۔</w:t>
      </w:r>
    </w:p>
    <w:p>
      <w:r>
        <w:rPr>
          <w:b/>
        </w:rPr>
        <w:t xml:space="preserve">[16:59] </w:t>
      </w:r>
      <w:r>
        <w:t>prophet's qibla was Kaaba, but he opted for qibla of yehud. why? only to avoid confliction.</w:t>
      </w:r>
    </w:p>
    <w:p>
      <w:pPr>
        <w:jc w:val="right"/>
      </w:pPr>
      <w:r>
        <w:t>پرافٹس قبلہ واز کعبہ، بٹ ہی اپٹڈ فار قبلہ اف یہود۔ وائی؟ اونلی ٹو اوائڈ کنفلکٹیشن۔</w:t>
      </w:r>
    </w:p>
    <w:p>
      <w:r>
        <w:rPr>
          <w:b/>
        </w:rPr>
        <w:t xml:space="preserve">[17:14] </w:t>
      </w:r>
      <w:r>
        <w:t>very strange. At that time, again, there were two options: either to adopt Kaaba as Qibla or confliction, violence, hate,</w:t>
      </w:r>
    </w:p>
    <w:p>
      <w:pPr>
        <w:jc w:val="right"/>
      </w:pPr>
      <w:r>
        <w:t>ویری سٹرینج۔ ایٹ دیٹ ٹائم، اگین، دیر وار ٹو اپشنز: ائیدر ٹو اڈاپٹ کعبہ از قبلہ اور کنفلکٹیشن، وائیلنس، ہیٹ،</w:t>
      </w:r>
    </w:p>
    <w:p>
      <w:r>
        <w:rPr>
          <w:b/>
        </w:rPr>
        <w:t xml:space="preserve">[17:28] </w:t>
      </w:r>
      <w:r>
        <w:t>that was bound to lead to war. So prophet left Kaaba and he opted qibla as qibla.</w:t>
      </w:r>
    </w:p>
    <w:p>
      <w:pPr>
        <w:jc w:val="right"/>
      </w:pPr>
      <w:r>
        <w:t>دیٹ واز باؤنڈ لیڈ ٹو ٹو ٹو وار۔ تو پرافٹ لیفٹ کعبہ اینڈ ہی اپٹڈ قبلہ ایز قبلہ۔</w:t>
      </w:r>
    </w:p>
    <w:p>
      <w:r>
        <w:rPr>
          <w:b/>
        </w:rPr>
        <w:t xml:space="preserve">[17:41] </w:t>
      </w:r>
      <w:r>
        <w:t>this was, this was policy of peace. policy of peace. then, when prophet settled in madinah, he issued a declaration called in in history: sahifat al-madinah.</w:t>
      </w:r>
    </w:p>
    <w:p>
      <w:pPr>
        <w:jc w:val="right"/>
      </w:pPr>
      <w:r>
        <w:t>دس واز، دس واز پالیسی اف پیس۔ پالیسی اف پیس۔ دین، وین پرافٹ سیٹل ان مدینہ، ہی ایشوڈ ا ڈیکلریشن کالڈ ان ان ہسٹری: صحیفۃ المدینہ۔</w:t>
      </w:r>
    </w:p>
    <w:p>
      <w:r>
        <w:rPr>
          <w:b/>
        </w:rPr>
        <w:t xml:space="preserve">[18:03] </w:t>
      </w:r>
      <w:r>
        <w:t>sahifat al-madinah means madinah declaration. in this madinah declaration, he included a provision in these verses:</w:t>
      </w:r>
    </w:p>
    <w:p>
      <w:pPr>
        <w:jc w:val="right"/>
      </w:pPr>
      <w:r>
        <w:t>صحیفۃ المدینہ مینز مدینہ ڈیکلریشن۔ ان دس مدینہ ڈیکلریشن، ہی انکلوڈڈ ا پروویژن ان دیز ورس:</w:t>
      </w:r>
    </w:p>
    <w:p>
      <w:r>
        <w:rPr>
          <w:b/>
        </w:rPr>
        <w:t xml:space="preserve">[18:20] </w:t>
      </w:r>
      <w:r>
        <w:t>"lil yahud dinuhum walil muslimin dinuhum, faaju darjan far muslim darjan." it means that he</w:t>
      </w:r>
    </w:p>
    <w:p>
      <w:pPr>
        <w:jc w:val="right"/>
      </w:pPr>
      <w:r>
        <w:t>"للیہود دینہم وللمسلمین دینہم، فاجو دیرجن فار مسلم دیرجن۔" اٹ مینز دیٹ ہی</w:t>
      </w:r>
    </w:p>
    <w:p>
      <w:r>
        <w:rPr>
          <w:b/>
        </w:rPr>
        <w:t xml:space="preserve">[18:35] </w:t>
      </w:r>
      <w:r>
        <w:t>he placed the both communities on equal level. there is no difference between muslims and jews.</w:t>
      </w:r>
    </w:p>
    <w:p>
      <w:pPr>
        <w:jc w:val="right"/>
      </w:pPr>
      <w:r>
        <w:t>ہی پلیس دا بوتھ کمیونٹیز ان ایکول لیول۔ دیر نو ڈیفرنس بٹوین مسلمز اینڈ جیو۔</w:t>
      </w:r>
    </w:p>
    <w:p>
      <w:r>
        <w:rPr>
          <w:b/>
        </w:rPr>
        <w:t xml:space="preserve">[18:46] </w:t>
      </w:r>
      <w:r>
        <w:t>he gave equal status to the both communities: muslims and jews, lil muslimin dinuhum, walil yahud dinuhum.</w:t>
      </w:r>
    </w:p>
    <w:p>
      <w:pPr>
        <w:jc w:val="right"/>
      </w:pPr>
      <w:r>
        <w:t>ہی گیو ایکول سٹیٹس ٹو دا بوتھ کمیونٹی: مسلمز اینڈ جیو، للمسلمین دینہم، وللیہود دینہم۔</w:t>
      </w:r>
    </w:p>
    <w:p>
      <w:r>
        <w:rPr>
          <w:b/>
        </w:rPr>
        <w:t xml:space="preserve">[19:00] </w:t>
      </w:r>
      <w:r>
        <w:t>then, i will,</w:t>
      </w:r>
    </w:p>
    <w:p>
      <w:pPr>
        <w:jc w:val="right"/>
      </w:pPr>
      <w:r>
        <w:t>دین، ائی ویل،</w:t>
      </w:r>
    </w:p>
    <w:p>
      <w:r>
        <w:rPr>
          <w:b/>
        </w:rPr>
        <w:t xml:space="preserve">[19:04] </w:t>
      </w:r>
      <w:r>
        <w:t>i will tell you a very very strange story.</w:t>
      </w:r>
    </w:p>
    <w:p>
      <w:pPr>
        <w:jc w:val="right"/>
      </w:pPr>
      <w:r>
        <w:t>ائی ویل ٹیل یو ا ویری ویری سٹرینج سٹوری۔</w:t>
      </w:r>
    </w:p>
    <w:p>
      <w:r>
        <w:rPr>
          <w:b/>
        </w:rPr>
        <w:t xml:space="preserve">[19:11] </w:t>
      </w:r>
      <w:r>
        <w:t>when prophet was in madinah, it happened one day that prophet saw a funeral procession passing through a street in madinah.</w:t>
      </w:r>
    </w:p>
    <w:p>
      <w:pPr>
        <w:jc w:val="right"/>
      </w:pPr>
      <w:r>
        <w:t>وین پرافٹ واز ان مدینہ، اٹ ہیپنڈ ون ڈے دیٹ پرافٹ سا ا فیونرل پروسیشن پاسنگ تھرو ا سٹریٹ ان مدینہ۔</w:t>
      </w:r>
    </w:p>
    <w:p>
      <w:r>
        <w:rPr>
          <w:b/>
        </w:rPr>
        <w:t xml:space="preserve">[19:26] </w:t>
      </w:r>
      <w:r>
        <w:t>prophet was seated at that time. he stood up in respect in seeing that funeral.</w:t>
      </w:r>
    </w:p>
    <w:p>
      <w:pPr>
        <w:jc w:val="right"/>
      </w:pPr>
      <w:r>
        <w:t>پرافٹ واز سیٹڈ ایٹ دیٹ ٹائم۔ ہی سٹوڈ اپ ان ڈسپیکٹ ان سینگ دیٹ فیونرل۔</w:t>
      </w:r>
    </w:p>
    <w:p>
      <w:r>
        <w:rPr>
          <w:b/>
        </w:rPr>
        <w:t xml:space="preserve">[19:36] </w:t>
      </w:r>
      <w:r>
        <w:t>he stood up in respect. so, one of the companions said: "o prophet, it was funeral of jew, not of muslim,</w:t>
      </w:r>
    </w:p>
    <w:p>
      <w:pPr>
        <w:jc w:val="right"/>
      </w:pPr>
      <w:r>
        <w:t>ہی سٹوڈ اپ ان ڈسپیکٹ۔ سو، ون اف دا اف اس کا پیجنٹ سیڈ: "او پرافٹ، اٹ واز فیونرل اف جیو، ناٹ اف مسلم،</w:t>
      </w:r>
    </w:p>
    <w:p>
      <w:r>
        <w:rPr>
          <w:b/>
        </w:rPr>
        <w:t xml:space="preserve">[19:50] </w:t>
      </w:r>
      <w:r>
        <w:t>and you are respecting a jewish body." then, what was the reply? the prophet of islam said: "alihi nafs, alihi nafs, was he not a human being." here you can see that prophet was able to discover a commonality between muslim and jew:</w:t>
      </w:r>
    </w:p>
    <w:p>
      <w:pPr>
        <w:jc w:val="right"/>
      </w:pPr>
      <w:r>
        <w:t>اینڈ یو ار ریسپیکٹنگ ا جیوش باڈی۔" دین، واٹ واز دا ریپلائی؟ دا پرافٹ اف اسلام سیڈ: "علیہ نفس، علیہ نفس، واز ہی ناٹ ا ہیومن بینگ۔" ہیر یو کین سی دیٹ پرافٹ واز ایبل ٹو ڈسکور ا کامنلٹی بٹوین مسلم اینڈ جیو:</w:t>
      </w:r>
    </w:p>
    <w:p>
      <w:r>
        <w:rPr>
          <w:b/>
        </w:rPr>
        <w:t xml:space="preserve">[20:17] </w:t>
      </w:r>
      <w:r>
        <w:t>equal status,</w:t>
      </w:r>
    </w:p>
    <w:p>
      <w:pPr>
        <w:jc w:val="right"/>
      </w:pPr>
      <w:r>
        <w:t>ایکول سٹیٹس،</w:t>
      </w:r>
    </w:p>
    <w:p>
      <w:r>
        <w:rPr>
          <w:b/>
        </w:rPr>
        <w:t xml:space="preserve">[20:19] </w:t>
      </w:r>
      <w:r>
        <w:t>no difference at all. alihi nafs, was he not a human being. this is the true spirit of islam.</w:t>
      </w:r>
    </w:p>
    <w:p>
      <w:pPr>
        <w:jc w:val="right"/>
      </w:pPr>
      <w:r>
        <w:t>نو ڈیفرنس ایٹ ال۔ علیہ نفس، واز ہی ناٹ ا ہیومن بینگ۔ دس از دا ٹرو اسپیٹ اف اسلام۔</w:t>
      </w:r>
    </w:p>
    <w:p>
      <w:r>
        <w:rPr>
          <w:b/>
        </w:rPr>
        <w:t xml:space="preserve">[20:30] </w:t>
      </w:r>
      <w:r>
        <w:t>those muslim who say that this community is enemy of islam, that community is enemy of islam.</w:t>
      </w:r>
    </w:p>
    <w:p>
      <w:pPr>
        <w:jc w:val="right"/>
      </w:pPr>
      <w:r>
        <w:t>دوز مسلم ہو سیو دیٹ دس کمیونٹی از اینمی اف اسلام، دیٹ کمیونٹی از اینمی اف اسلام۔</w:t>
      </w:r>
    </w:p>
    <w:p>
      <w:r>
        <w:rPr>
          <w:b/>
        </w:rPr>
        <w:t xml:space="preserve">[20:41] </w:t>
      </w:r>
      <w:r>
        <w:t>all these thinking is completely unislamic thinking.</w:t>
      </w:r>
    </w:p>
    <w:p>
      <w:pPr>
        <w:jc w:val="right"/>
      </w:pPr>
      <w:r>
        <w:t>ال دیز تھنکنگ از کمپلیٹلی ان اسلامک تھنکنگ۔</w:t>
      </w:r>
    </w:p>
    <w:p>
      <w:r>
        <w:rPr>
          <w:b/>
        </w:rPr>
        <w:t xml:space="preserve">[20:47] </w:t>
      </w:r>
      <w:r>
        <w:t>according to islam, no our enemy,</w:t>
      </w:r>
    </w:p>
    <w:p>
      <w:pPr>
        <w:jc w:val="right"/>
      </w:pPr>
      <w:r>
        <w:t>اکارڈنگ ٹو اسلام، نو اور اینمی،</w:t>
      </w:r>
    </w:p>
    <w:p>
      <w:r>
        <w:rPr>
          <w:b/>
        </w:rPr>
        <w:t xml:space="preserve">[20:53] </w:t>
      </w:r>
      <w:r>
        <w:t>including jew, no community, no nation, is the enemy of islam. i will tell you a story: once, when i was in usa,</w:t>
      </w:r>
    </w:p>
    <w:p>
      <w:pPr>
        <w:jc w:val="right"/>
      </w:pPr>
      <w:r>
        <w:t>انکلوڈنگ جیو، نو کمیونٹی، نو نیشن، از دی اینمی اف اسلام۔ ائی ویل ٹیل یو ا سٹوری: ونس، وین ائی واز ان یو ایس اے،</w:t>
      </w:r>
    </w:p>
    <w:p>
      <w:r>
        <w:rPr>
          <w:b/>
        </w:rPr>
        <w:t xml:space="preserve">[21:07] </w:t>
      </w:r>
      <w:r>
        <w:t>i was invited to give a lecture in a in a church.</w:t>
      </w:r>
    </w:p>
    <w:p>
      <w:pPr>
        <w:jc w:val="right"/>
      </w:pPr>
      <w:r>
        <w:t>ائی واز انوائٹڈ ٹو گیو ا لیکچر ان ا ان ا چرچ۔</w:t>
      </w:r>
    </w:p>
    <w:p>
      <w:r>
        <w:rPr>
          <w:b/>
        </w:rPr>
        <w:t xml:space="preserve">[21:14] </w:t>
      </w:r>
      <w:r>
        <w:t>in a church. so, what happen? after my lecture, a a christian scholar ask a question.</w:t>
      </w:r>
    </w:p>
    <w:p>
      <w:pPr>
        <w:jc w:val="right"/>
      </w:pPr>
      <w:r>
        <w:t>ان ا چرچ۔ سو، واٹ ہیپن؟ افٹر مائی لیکچر، اے ا کرسچن سکالر اسک ا کوئسچن۔</w:t>
      </w:r>
    </w:p>
    <w:p>
      <w:r>
        <w:rPr>
          <w:b/>
        </w:rPr>
        <w:t xml:space="preserve">[21:27] </w:t>
      </w:r>
      <w:r>
        <w:t>he said that in christianity, we have a very good teaching. prophet of good teaching: "jesus christ has said, love your enemy."</w:t>
      </w:r>
    </w:p>
    <w:p>
      <w:pPr>
        <w:jc w:val="right"/>
      </w:pPr>
      <w:r>
        <w:t>ہی سیڈ دیٹ ان کرسچینٹی، وی ہیو ا ویری گڈ ٹیچنگ۔ پرافٹ اف گڈ ٹیچنگ: "جیسس کرائسٹ ہیز سیڈ، لو یور اینمی۔"</w:t>
      </w:r>
    </w:p>
    <w:p>
      <w:r>
        <w:rPr>
          <w:b/>
        </w:rPr>
        <w:t xml:space="preserve">[21:43] </w:t>
      </w:r>
      <w:r>
        <w:t>very nice teaching, very good teaching. can you cite any example from islam of this of this kind?</w:t>
      </w:r>
    </w:p>
    <w:p>
      <w:pPr>
        <w:jc w:val="right"/>
      </w:pPr>
      <w:r>
        <w:t>ویری نائس ٹیچنگ، ویری گڈ ٹیچنگ۔ کین یو سائیڈ اینی ایگزامپل فرام اسلام اف دس اف دس کائنڈ؟</w:t>
      </w:r>
    </w:p>
    <w:p>
      <w:r>
        <w:rPr>
          <w:b/>
        </w:rPr>
        <w:t xml:space="preserve">[21:56] </w:t>
      </w:r>
      <w:r>
        <w:t>i said: "yes,</w:t>
      </w:r>
    </w:p>
    <w:p>
      <w:pPr>
        <w:jc w:val="right"/>
      </w:pPr>
      <w:r>
        <w:t>ائی سیڈ: "یس،</w:t>
      </w:r>
    </w:p>
    <w:p>
      <w:r>
        <w:rPr>
          <w:b/>
        </w:rPr>
        <w:t xml:space="preserve">[22:00] </w:t>
      </w:r>
      <w:r>
        <w:t>you can see the chapter number 41." there are 140 chapters in the quran, some bigger, some small.</w:t>
      </w:r>
    </w:p>
    <w:p>
      <w:pPr>
        <w:jc w:val="right"/>
      </w:pPr>
      <w:r>
        <w:t>یو کین سی دا چیپٹر نمبر 41۔" دیر ار 140 چیپٹرز ان دا قران، سم بیگر، سم سمال۔</w:t>
      </w:r>
    </w:p>
    <w:p>
      <w:r>
        <w:rPr>
          <w:b/>
        </w:rPr>
        <w:t xml:space="preserve">[22:12] </w:t>
      </w:r>
      <w:r>
        <w:t>so, in chapter number 41, there is a verse that:</w:t>
      </w:r>
    </w:p>
    <w:p>
      <w:pPr>
        <w:jc w:val="right"/>
      </w:pPr>
      <w:r>
        <w:t>سو، ان چیپٹر نمبر 41، دیر از ا ورس دیٹ:</w:t>
      </w:r>
    </w:p>
    <w:p>
      <w:r>
        <w:rPr>
          <w:b/>
        </w:rPr>
        <w:t xml:space="preserve">[22:21] </w:t>
      </w:r>
      <w:r>
        <w:t>la tastabil hasrat</w:t>
      </w:r>
    </w:p>
    <w:p>
      <w:pPr>
        <w:jc w:val="right"/>
      </w:pPr>
      <w:r>
        <w:t>"لا تستبل حسرت</w:t>
      </w:r>
    </w:p>
    <w:p>
      <w:r>
        <w:rPr>
          <w:b/>
        </w:rPr>
        <w:t xml:space="preserve">[22:32] </w:t>
      </w:r>
      <w:r>
        <w:t>wa la hamid. this verse you can see in the chapter number 41.</w:t>
      </w:r>
    </w:p>
    <w:p>
      <w:pPr>
        <w:jc w:val="right"/>
      </w:pPr>
      <w:r>
        <w:t>ولی حمید۔" دس ورس یو کین سی ان دا چیپٹر نمبر 41۔</w:t>
      </w:r>
    </w:p>
    <w:p>
      <w:r>
        <w:rPr>
          <w:b/>
        </w:rPr>
        <w:t xml:space="preserve">[22:39] </w:t>
      </w:r>
      <w:r>
        <w:t>it means that</w:t>
      </w:r>
    </w:p>
    <w:p>
      <w:pPr>
        <w:jc w:val="right"/>
      </w:pPr>
      <w:r>
        <w:t>اٹ مینز دیٹ</w:t>
      </w:r>
    </w:p>
    <w:p>
      <w:r>
        <w:rPr>
          <w:b/>
        </w:rPr>
        <w:t xml:space="preserve">[22:43] </w:t>
      </w:r>
      <w:r>
        <w:t>good deed and bad deed are not equal.</w:t>
      </w:r>
    </w:p>
    <w:p>
      <w:pPr>
        <w:jc w:val="right"/>
      </w:pPr>
      <w:r>
        <w:t>گڈ ڈیڈ اینڈ بڈ ڈیڈ ار ناٹ ایکول۔</w:t>
      </w:r>
    </w:p>
    <w:p>
      <w:r>
        <w:rPr>
          <w:b/>
        </w:rPr>
        <w:t xml:space="preserve">[22:51] </w:t>
      </w:r>
      <w:r>
        <w:t>do good deed in term of bad deed, and you will find that your enemy has become your dearest friend.</w:t>
      </w:r>
    </w:p>
    <w:p>
      <w:pPr>
        <w:jc w:val="right"/>
      </w:pPr>
      <w:r>
        <w:t>ڈو گڈ ڈیڈ ان ٹرم اف بڈ ڈیڈ، اینڈ یو ویل فائنڈ دیٹ یور اینمی ہیز بیکم یور ڈیئرسٹ فرینڈ۔</w:t>
      </w:r>
    </w:p>
    <w:p>
      <w:r>
        <w:rPr>
          <w:b/>
        </w:rPr>
        <w:t xml:space="preserve">[23:03] </w:t>
      </w:r>
      <w:r>
        <w:t>it means that according to islam, this categorize wrong.</w:t>
      </w:r>
    </w:p>
    <w:p>
      <w:pPr>
        <w:jc w:val="right"/>
      </w:pPr>
      <w:r>
        <w:t>اٹ مینز دیٹ اکارڈنگ ٹو اسلام، دس کیٹگرائز رونگ۔</w:t>
      </w:r>
    </w:p>
    <w:p>
      <w:r>
        <w:rPr>
          <w:b/>
        </w:rPr>
        <w:t xml:space="preserve">[23:12] </w:t>
      </w:r>
      <w:r>
        <w:t>there is no two categories: enemy category and friend category. this concept is unislamic. according to islam, everyone is either</w:t>
      </w:r>
    </w:p>
    <w:p>
      <w:pPr>
        <w:jc w:val="right"/>
      </w:pPr>
      <w:r>
        <w:t>دیر از نو ٹو کیٹگریز: اینمی کیٹگری اینڈ فرینڈ کیٹگری۔ دس کانسیپٹ از ان اسلامک۔ اکارڈنگ ٹو اسلام، ایوری ون از ائیدر</w:t>
      </w:r>
    </w:p>
    <w:p>
      <w:r>
        <w:rPr>
          <w:b/>
        </w:rPr>
        <w:t xml:space="preserve">[23:29] </w:t>
      </w:r>
      <w:r>
        <w:t>friend or potential friend.</w:t>
      </w:r>
    </w:p>
    <w:p>
      <w:pPr>
        <w:jc w:val="right"/>
      </w:pPr>
      <w:r>
        <w:t>فرینڈ اور پوٹینشل فرینڈ۔</w:t>
      </w:r>
    </w:p>
    <w:p>
      <w:r>
        <w:rPr>
          <w:b/>
        </w:rPr>
        <w:t xml:space="preserve">[23:33] </w:t>
      </w:r>
      <w:r>
        <w:t>enemy, enemy is potential friend. if some people are our friend, other people are potential friend.</w:t>
      </w:r>
    </w:p>
    <w:p>
      <w:pPr>
        <w:jc w:val="right"/>
      </w:pPr>
      <w:r>
        <w:t>اینمی، اینمی از پوٹینشل فرینڈ۔ اف سم پیپل ار اور فرینڈ، ادر پیپل ار پوٹینشل فرینڈ۔</w:t>
      </w:r>
    </w:p>
    <w:p>
      <w:r>
        <w:rPr>
          <w:b/>
        </w:rPr>
        <w:t xml:space="preserve">[23:42] </w:t>
      </w:r>
      <w:r>
        <w:t>so, what is the duty of muslim? that is to turn this potential to actual</w:t>
      </w:r>
    </w:p>
    <w:p>
      <w:pPr>
        <w:jc w:val="right"/>
      </w:pPr>
      <w:r>
        <w:t>سو، واٹ از دا ڈیوٹی اف مسلم؟ دیٹ از ٹو ٹرن دس پوٹینشل ٹو ایکچول</w:t>
      </w:r>
    </w:p>
    <w:p>
      <w:r>
        <w:rPr>
          <w:b/>
        </w:rPr>
        <w:t xml:space="preserve">[23:54] </w:t>
      </w:r>
      <w:r>
        <w:t>through good deed. this is the true spirit of islam. this is the true spirit of islam.</w:t>
      </w:r>
    </w:p>
    <w:p>
      <w:pPr>
        <w:jc w:val="right"/>
      </w:pPr>
      <w:r>
        <w:t>تھرو گڈ ڈیڈ۔ دس از دا ٹرو اسپیٹ اف اسلام۔ دس از دا ٹرو اسپیٹ اف اسلام۔</w:t>
      </w:r>
    </w:p>
    <w:p>
      <w:r>
        <w:rPr>
          <w:b/>
        </w:rPr>
        <w:t xml:space="preserve">[24:07] </w:t>
      </w:r>
      <w:r>
        <w:t>don't see what is appearing in media, don't see what muslims are practicing, but please see the quran, the surah, the hadith.</w:t>
      </w:r>
    </w:p>
    <w:p>
      <w:pPr>
        <w:jc w:val="right"/>
      </w:pPr>
      <w:r>
        <w:t>ڈونٹ سی واٹ از اپیئرنگ ان میڈیا، ڈونٹ سی واٹ مسلمز ار پریکٹسنگ، بٹ پلیز سی دا قران، دا سورہ، دا حدیث۔</w:t>
      </w:r>
    </w:p>
    <w:p>
      <w:r>
        <w:rPr>
          <w:b/>
        </w:rPr>
        <w:t xml:space="preserve">[24:25] </w:t>
      </w:r>
      <w:r>
        <w:t>fortunately, we have authentic version of islam, that is quran or sunnah. that is authentic version.</w:t>
      </w:r>
    </w:p>
    <w:p>
      <w:pPr>
        <w:jc w:val="right"/>
      </w:pPr>
      <w:r>
        <w:t>فارچونیٹلی، وی ہیو اتھینٹک ورژن اف اسلام، دیٹ از قران اور سنت۔ دیٹ از اتھینٹک ورژن۔</w:t>
      </w:r>
    </w:p>
    <w:p>
      <w:r>
        <w:rPr>
          <w:b/>
        </w:rPr>
        <w:t xml:space="preserve">[24:35] </w:t>
      </w:r>
      <w:r>
        <w:t>so, if you want to know what is islam, don't see media, don't see muslim practices or anything.</w:t>
      </w:r>
    </w:p>
    <w:p>
      <w:pPr>
        <w:jc w:val="right"/>
      </w:pPr>
      <w:r>
        <w:t>سو، اف یو وانٹ ٹو نو واٹ از اسلام، ڈونٹ سی میڈیا، ڈونٹ سی مسلم پریکٹسز اور اینی تھنگ۔</w:t>
      </w:r>
    </w:p>
    <w:p>
      <w:r>
        <w:rPr>
          <w:b/>
        </w:rPr>
        <w:t xml:space="preserve">[24:46] </w:t>
      </w:r>
      <w:r>
        <w:t>see directly the quran. quran is available in different different languages. its translation is available in different languages.</w:t>
      </w:r>
    </w:p>
    <w:p>
      <w:pPr>
        <w:jc w:val="right"/>
      </w:pPr>
      <w:r>
        <w:t>سی ڈائریکٹلی دا قران۔ قران از اویلیبل ان ڈفرنٹ ڈفرنٹ لینگویجز۔ اس ٹرانسلیشن از اویلیبل ان ڈفرنٹ لینگویجز۔</w:t>
      </w:r>
    </w:p>
    <w:p>
      <w:r>
        <w:rPr>
          <w:b/>
        </w:rPr>
        <w:t xml:space="preserve">[24:56] </w:t>
      </w:r>
      <w:r>
        <w:t>so, you easily can find a copy of the quran,</w:t>
      </w:r>
    </w:p>
    <w:p>
      <w:pPr>
        <w:jc w:val="right"/>
      </w:pPr>
      <w:r>
        <w:t>سو، یو ایزیلی کین فائنڈ ا کاپی اف دا قران،</w:t>
      </w:r>
    </w:p>
    <w:p>
      <w:r>
        <w:rPr>
          <w:b/>
        </w:rPr>
        <w:t xml:space="preserve">[25:01] </w:t>
      </w:r>
      <w:r>
        <w:t>and by by by seeing the quran, you can discover what is islam.</w:t>
      </w:r>
    </w:p>
    <w:p>
      <w:pPr>
        <w:jc w:val="right"/>
      </w:pPr>
      <w:r>
        <w:t>اینڈ بائی بائی بائی سینگ دا قران، یو کین ڈسکور واٹ از اسلام۔</w:t>
      </w:r>
    </w:p>
    <w:p>
      <w:r>
        <w:rPr>
          <w:b/>
        </w:rPr>
        <w:t xml:space="preserve">[25:16] </w:t>
      </w:r>
      <w:r>
        <w:t>if you start studying the quran, the first chapter, the very first chapter,</w:t>
      </w:r>
    </w:p>
    <w:p>
      <w:pPr>
        <w:jc w:val="right"/>
      </w:pPr>
      <w:r>
        <w:t>اف یو سٹارٹ اسٹڈنگ دا قران، دا فرسٹ چیپٹر، دا ویری فرسٹ چیپٹر،</w:t>
      </w:r>
    </w:p>
    <w:p>
      <w:r>
        <w:rPr>
          <w:b/>
        </w:rPr>
        <w:t xml:space="preserve">[25:26] </w:t>
      </w:r>
      <w:r>
        <w:t>you can see the very first verse:</w:t>
      </w:r>
    </w:p>
    <w:p>
      <w:pPr>
        <w:jc w:val="right"/>
      </w:pPr>
      <w:r>
        <w:t>یو کین سی دا ویری فرسٹ ورس:</w:t>
      </w:r>
    </w:p>
    <w:p>
      <w:r>
        <w:rPr>
          <w:b/>
        </w:rPr>
        <w:t xml:space="preserve">[25:31] </w:t>
      </w:r>
      <w:r>
        <w:t>"alhamdulillah rabbil alameen." here quran introduces god almighty as rabb alameen and not rabbil muslimeen.</w:t>
      </w:r>
    </w:p>
    <w:p>
      <w:pPr>
        <w:jc w:val="right"/>
      </w:pPr>
      <w:r>
        <w:t>"الحمدللہ رب العالمین۔" ہیر قران انٹروڈیوسز گاڈ المائٹ ایز رب العالمین اینڈ ناٹ رب المسلمین۔</w:t>
      </w:r>
    </w:p>
    <w:p>
      <w:r>
        <w:rPr>
          <w:b/>
        </w:rPr>
        <w:t xml:space="preserve">[25:46] </w:t>
      </w:r>
      <w:r>
        <w:t>yani quran gave the here, quran gave the introduction of god almighty, and he says that god is rabb al</w:t>
      </w:r>
    </w:p>
    <w:p>
      <w:pPr>
        <w:jc w:val="right"/>
      </w:pPr>
      <w:r>
        <w:t>یعنی قران گیو دا ہیر، قران گیو دا انٹروڈکشن اف گاڈ المائٹی، اینڈ ہی سیز دیٹ گاڈ از رب العالم</w:t>
      </w:r>
    </w:p>
    <w:p>
      <w:r>
        <w:rPr>
          <w:b/>
        </w:rPr>
        <w:t xml:space="preserve">[25:57] </w:t>
      </w:r>
      <w:r>
        <w:t>ameen. that is god is rabb alameen</w:t>
      </w:r>
    </w:p>
    <w:p>
      <w:pPr>
        <w:jc w:val="right"/>
      </w:pPr>
      <w:r>
        <w:t>ین۔ دیٹ از گاڈ از رب العالمین</w:t>
      </w:r>
    </w:p>
    <w:p>
      <w:r>
        <w:rPr>
          <w:b/>
        </w:rPr>
        <w:t xml:space="preserve">[26:02] </w:t>
      </w:r>
      <w:r>
        <w:t>and not the rabbil muslimeen. so, all the verses of quran are based on peace and love and compassion.</w:t>
      </w:r>
    </w:p>
    <w:p>
      <w:pPr>
        <w:jc w:val="right"/>
      </w:pPr>
      <w:r>
        <w:t>اینڈ ناٹ دا رب المسلمین۔ سو، ال دا ورسز اف قران ار بیسڈ ان پیس اینڈ لو اینڈ کمپیشن۔</w:t>
      </w:r>
    </w:p>
    <w:p>
      <w:r>
        <w:rPr>
          <w:b/>
        </w:rPr>
        <w:t xml:space="preserve">[26:14] </w:t>
      </w:r>
      <w:r>
        <w:t>hate is hate is taboo in islam. hate is unloved in islam.</w:t>
      </w:r>
    </w:p>
    <w:p>
      <w:pPr>
        <w:jc w:val="right"/>
      </w:pPr>
      <w:r>
        <w:t>ہیٹ از ہیٹ از ٹیبو ان اسلام۔ ہیٹ از ان لافڈ ان اسلام۔</w:t>
      </w:r>
    </w:p>
    <w:p>
      <w:r>
        <w:rPr>
          <w:b/>
        </w:rPr>
        <w:t xml:space="preserve">[26:20] </w:t>
      </w:r>
      <w:r>
        <w:t>no one is allowed to hate anyone, because anyone, every human being is is was created by god almighty.</w:t>
      </w:r>
    </w:p>
    <w:p>
      <w:pPr>
        <w:jc w:val="right"/>
      </w:pPr>
      <w:r>
        <w:t>نو ون از الاؤڈ ٹو ہیٹ اینی ون، بیکاز اینی ون، ایوری ہیومن بینگ از از واز کریٹڈ بائی گاڈ المائٹی۔</w:t>
      </w:r>
    </w:p>
    <w:p>
      <w:r>
        <w:rPr>
          <w:b/>
        </w:rPr>
        <w:t xml:space="preserve">[26:33] </w:t>
      </w:r>
      <w:r>
        <w:t>no one was created by satan. no man or woman or created by satan.</w:t>
      </w:r>
    </w:p>
    <w:p>
      <w:pPr>
        <w:jc w:val="right"/>
      </w:pPr>
      <w:r>
        <w:t>نو ون واز کریٹڈ بائی سیٹن۔ نو مین اور وومن اور کریٹڈ بائی سیٹن۔</w:t>
      </w:r>
    </w:p>
    <w:p>
      <w:r>
        <w:rPr>
          <w:b/>
        </w:rPr>
        <w:t xml:space="preserve">[26:43] </w:t>
      </w:r>
      <w:r>
        <w:t>every man, every man or woman were created by god almighty.</w:t>
      </w:r>
    </w:p>
    <w:p>
      <w:pPr>
        <w:jc w:val="right"/>
      </w:pPr>
      <w:r>
        <w:t>ایوری مین، ایوری مین اور وومن ویر کریٹڈ بائی گاڈ المائٹی۔</w:t>
      </w:r>
    </w:p>
    <w:p>
      <w:r>
        <w:rPr>
          <w:b/>
        </w:rPr>
        <w:t xml:space="preserve">[26:53] </w:t>
      </w:r>
      <w:r>
        <w:t>so,</w:t>
      </w:r>
    </w:p>
    <w:p>
      <w:pPr>
        <w:jc w:val="right"/>
      </w:pPr>
      <w:r>
        <w:t>سو،</w:t>
      </w:r>
    </w:p>
    <w:p>
      <w:r>
        <w:rPr>
          <w:b/>
        </w:rPr>
        <w:t xml:space="preserve">[26:56] </w:t>
      </w:r>
      <w:r>
        <w:t>there is no difference between this and that.</w:t>
      </w:r>
    </w:p>
    <w:p>
      <w:pPr>
        <w:jc w:val="right"/>
      </w:pPr>
      <w:r>
        <w:t>دیر از نو ڈیفرنس بٹوین دس اینڈ دیٹ۔</w:t>
      </w:r>
    </w:p>
    <w:p>
      <w:r>
        <w:rPr>
          <w:b/>
        </w:rPr>
        <w:t xml:space="preserve">[27:02] </w:t>
      </w:r>
      <w:r>
        <w:t>you have to adopt friendly behavior towards every human being. towards every human being.</w:t>
      </w:r>
    </w:p>
    <w:p>
      <w:pPr>
        <w:jc w:val="right"/>
      </w:pPr>
      <w:r>
        <w:t>یو ہیو ٹو اڈاپٹ فرینڈلی بیہیویئر ٹورڈز ایوری ہیومن بینگ۔ ٹورڈز ایوری ہیومن بینگ۔</w:t>
      </w:r>
    </w:p>
    <w:p>
      <w:r>
        <w:rPr>
          <w:b/>
        </w:rPr>
        <w:t xml:space="preserve">[27:12] </w:t>
      </w:r>
      <w:r>
        <w:t>there is a hadith:</w:t>
      </w:r>
    </w:p>
    <w:p>
      <w:pPr>
        <w:jc w:val="right"/>
      </w:pPr>
      <w:r>
        <w:t>دیر از اے حدیث:</w:t>
      </w:r>
    </w:p>
    <w:p>
      <w:r>
        <w:rPr>
          <w:b/>
        </w:rPr>
        <w:t xml:space="preserve">[27:17] </w:t>
      </w:r>
      <w:r>
        <w:t>the prophet of islam has said:</w:t>
      </w:r>
    </w:p>
    <w:p>
      <w:pPr>
        <w:jc w:val="right"/>
      </w:pPr>
      <w:r>
        <w:t>دا پرافٹ اف اسلام ہیز سیڈ:</w:t>
      </w:r>
    </w:p>
    <w:p>
      <w:r>
        <w:rPr>
          <w:b/>
        </w:rPr>
        <w:t xml:space="preserve">[27:22] </w:t>
      </w:r>
      <w:r>
        <w:t>"al muslimu man salima al nasu,</w:t>
      </w:r>
    </w:p>
    <w:p>
      <w:pPr>
        <w:jc w:val="right"/>
      </w:pPr>
      <w:r>
        <w:t>"المسلم من سلم الناس،</w:t>
      </w:r>
    </w:p>
    <w:p>
      <w:r>
        <w:rPr>
          <w:b/>
        </w:rPr>
        <w:t xml:space="preserve">[27:28] </w:t>
      </w:r>
      <w:r>
        <w:t>al muslimu man salima al nasu bisani bibadi." yani muslim is one by whose hands and tongue</w:t>
      </w:r>
    </w:p>
    <w:p>
      <w:pPr>
        <w:jc w:val="right"/>
      </w:pPr>
      <w:r>
        <w:t>المسلم من سلم الناس بلسانی بیدی۔" یعنی مسلم از ون بائی ہوز ہینڈز اینڈ ٹنگ</w:t>
      </w:r>
    </w:p>
    <w:p>
      <w:r>
        <w:rPr>
          <w:b/>
        </w:rPr>
        <w:t xml:space="preserve">[27:39] </w:t>
      </w:r>
      <w:r>
        <w:t>. People are safe, people are safe. It means that Muslim is a peaceful member of society.</w:t>
      </w:r>
    </w:p>
    <w:p>
      <w:pPr>
        <w:jc w:val="right"/>
      </w:pPr>
      <w:r>
        <w:t>۔ پیپل ار سیف، پیپل ار سیف۔ اٹ مینز دیٹ مسلم از ا پیس فل ممبر اف سوسائٹی۔</w:t>
      </w:r>
    </w:p>
    <w:p>
      <w:r>
        <w:rPr>
          <w:b/>
        </w:rPr>
        <w:t xml:space="preserve">[27:51] </w:t>
      </w:r>
      <w:r>
        <w:t>A Muslim is a peaceful member of society. Anyone who claims to be a Muslim, but he is not peaceful towards society, he is not a Muslim.</w:t>
      </w:r>
    </w:p>
    <w:p>
      <w:pPr>
        <w:jc w:val="right"/>
      </w:pPr>
      <w:r>
        <w:t>مسلم از ا پیس فل ممبر اف سوسائٹی۔ اینی ون ہو کلیم ٹو بی ا مسلم، بٹ ہی از ناٹ پیس فل ٹورڈز سوسائٹی۔ ہی از ناٹ ا مسلم، مسلم۔</w:t>
      </w:r>
    </w:p>
    <w:p>
      <w:r>
        <w:rPr>
          <w:b/>
        </w:rPr>
        <w:t xml:space="preserve">[28:01] </w:t>
      </w:r>
      <w:r>
        <w:t>hi iz nat a muslim,</w:t>
      </w:r>
    </w:p>
    <w:p>
      <w:pPr>
        <w:jc w:val="right"/>
      </w:pPr>
      <w:r>
        <w:t>ہی از ناٹ ا مسلم،</w:t>
      </w:r>
    </w:p>
    <w:p>
      <w:r>
        <w:rPr>
          <w:b/>
        </w:rPr>
        <w:t xml:space="preserve">[28:06] </w:t>
      </w:r>
      <w:r>
        <w:t>hi iz nat a muslim.</w:t>
      </w:r>
    </w:p>
    <w:p>
      <w:pPr>
        <w:jc w:val="right"/>
      </w:pPr>
      <w:r>
        <w:t>ہی از ناٹ ا مسلم۔</w:t>
      </w:r>
    </w:p>
    <w:p>
      <w:r>
        <w:rPr>
          <w:b/>
        </w:rPr>
        <w:t xml:space="preserve">[28:09] </w:t>
      </w:r>
      <w:r>
        <w:t>This is the criterion. This is the criterion: every Muslim must be a peaceful member of society.</w:t>
      </w:r>
    </w:p>
    <w:p>
      <w:pPr>
        <w:jc w:val="right"/>
      </w:pPr>
      <w:r>
        <w:t>دس از دا کرائٹیرین۔ دس از دا کرائٹیرین: ایوری مسلم مسٹ بی ا پیس فل ممبر اف سوسائٹی۔</w:t>
      </w:r>
    </w:p>
    <w:p>
      <w:r>
        <w:rPr>
          <w:b/>
        </w:rPr>
        <w:t xml:space="preserve">[28:17] </w:t>
      </w:r>
      <w:r>
        <w:t>dis iz da kraiterian.</w:t>
      </w:r>
    </w:p>
    <w:p>
      <w:pPr>
        <w:jc w:val="right"/>
      </w:pPr>
      <w:r>
        <w:t>دس از دا کرائٹیرین۔</w:t>
      </w:r>
    </w:p>
    <w:p>
      <w:r>
        <w:rPr>
          <w:b/>
        </w:rPr>
        <w:t xml:space="preserve">[28:22] </w:t>
      </w:r>
      <w:r>
        <w:t>dis iz da kraiterian.</w:t>
      </w:r>
    </w:p>
    <w:p>
      <w:pPr>
        <w:jc w:val="right"/>
      </w:pPr>
      <w:r>
        <w:t>دس از دا کرائٹیرین۔</w:t>
      </w:r>
    </w:p>
    <w:p>
      <w:r>
        <w:rPr>
          <w:b/>
        </w:rPr>
        <w:t xml:space="preserve">[28:29] </w:t>
      </w:r>
      <w:r>
        <w:t>one of prophet's companions said: "O prophet, this this hadith, as hadith you can understand this one, you you you know the the suggestion of this wanted advice." At the time, prophet was facing problems,</w:t>
      </w:r>
    </w:p>
    <w:p>
      <w:pPr>
        <w:jc w:val="right"/>
      </w:pPr>
      <w:r>
        <w:t>ون اف پرافٹس کمپینین سیڈ: "او پرافٹ، دس دس حدیث، اس حدیث یو کین انڈرسٹینڈ دس وین یو یو یو نو دا دا سچویشن وین دس وانٹڈ ایڈوائس۔" ایٹ دیٹ ٹائم، پرافٹ واز فیسنگ پرابلمز،</w:t>
      </w:r>
    </w:p>
    <w:p>
      <w:r>
        <w:rPr>
          <w:b/>
        </w:rPr>
        <w:t xml:space="preserve">[28:56] </w:t>
      </w:r>
      <w:r>
        <w:t>itrastiz, so mani itrastiz</w:t>
      </w:r>
    </w:p>
    <w:p>
      <w:pPr>
        <w:jc w:val="right"/>
      </w:pPr>
      <w:r>
        <w:t>اٹراسٹیز، سو مینی اٹراسٹیز</w:t>
      </w:r>
    </w:p>
    <w:p>
      <w:r>
        <w:rPr>
          <w:b/>
        </w:rPr>
        <w:t xml:space="preserve">[28:59] </w:t>
      </w:r>
      <w:r>
        <w:t>۔ in di dat sachesan, a kampainian af da prafit ask: "ya rasulallah, kalmat</w:t>
      </w:r>
    </w:p>
    <w:p>
      <w:pPr>
        <w:jc w:val="right"/>
      </w:pPr>
      <w:r>
        <w:t>۔ ان دیٹ سچویشن، ا کمپینین اف دا پرافٹ اسک: "یا رسول اللہ، کلمات</w:t>
      </w:r>
    </w:p>
    <w:p>
      <w:r>
        <w:rPr>
          <w:b/>
        </w:rPr>
        <w:t xml:space="preserve">[29:13] </w:t>
      </w:r>
      <w:r>
        <w:t>it means that O Prophet, give me a master advice.</w:t>
      </w:r>
    </w:p>
    <w:p>
      <w:pPr>
        <w:jc w:val="right"/>
      </w:pPr>
      <w:r>
        <w:t>اٹ مینز دیٹ او پرافٹ، گیو می ا ماسٹر ایڈوائس۔</w:t>
      </w:r>
    </w:p>
    <w:p>
      <w:r>
        <w:rPr>
          <w:b/>
        </w:rPr>
        <w:t xml:space="preserve">[29:19] </w:t>
      </w:r>
      <w:r>
        <w:t>O prophet, give me a master advice by which I am able to manage all the affairs of my life, when I am living in a family, when I am living in a society, when I am living with those people who are who are yani who subscribe some other religion.</w:t>
      </w:r>
    </w:p>
    <w:p>
      <w:pPr>
        <w:jc w:val="right"/>
      </w:pPr>
      <w:r>
        <w:t>او پرافٹ، گیو می ا ماسٹر ایڈوائس بائے وچ ائی ایم ایبل ٹو مینج ال دا افیئرز اف مائی لائف، وین ائی ایم لیونگ ان ا فیملی، وین ائی ایم لیونگ ان ا سوسائٹی، وین ائی ایم لیونگ ود دوز پیپل ہو ار ہو ار یعنی ہو سبسکرائب سم ادر ریلیجن۔</w:t>
      </w:r>
    </w:p>
    <w:p>
      <w:r>
        <w:rPr>
          <w:b/>
        </w:rPr>
        <w:t xml:space="preserve">[29:42] </w:t>
      </w:r>
      <w:r>
        <w:t>dat de kret prablm</w:t>
      </w:r>
    </w:p>
    <w:p>
      <w:pPr>
        <w:jc w:val="right"/>
      </w:pPr>
      <w:r>
        <w:t>دیٹ دے کریٹ پرابلم</w:t>
      </w:r>
    </w:p>
    <w:p>
      <w:r>
        <w:rPr>
          <w:b/>
        </w:rPr>
        <w:t xml:space="preserve">[29:43] </w:t>
      </w:r>
      <w:r>
        <w:t>z. So so how so so how behave with them? Prophet Sahib, la taghḍab, don't be angry.</w:t>
      </w:r>
    </w:p>
    <w:p>
      <w:pPr>
        <w:jc w:val="right"/>
      </w:pPr>
      <w:r>
        <w:t>ز۔ سو سو ہاؤ سو سو ہاؤ بیہیو ود دیم؟ پرافٹ صاحب، لا تغضب، ڈونٹ بی اینگری۔</w:t>
      </w:r>
    </w:p>
    <w:p>
      <w:r>
        <w:rPr>
          <w:b/>
        </w:rPr>
        <w:t xml:space="preserve">[30:01] </w:t>
      </w:r>
      <w:r>
        <w:t>What is what is anger? People angry when they are provoked. Without provocation, there is no anger. Affect</w:t>
      </w:r>
    </w:p>
    <w:p>
      <w:pPr>
        <w:jc w:val="right"/>
      </w:pPr>
      <w:r>
        <w:t>واٹ از واٹ از اینگر؟ پیپل اینگری وین دے ار پرووکڈ۔ وداؤٹ پرووکیشن، دیر از نو اینگر۔ ایفیکٹ</w:t>
      </w:r>
    </w:p>
    <w:p>
      <w:r>
        <w:rPr>
          <w:b/>
        </w:rPr>
        <w:t xml:space="preserve">[30:12] </w:t>
      </w:r>
      <w:r>
        <w:t>Anger is a result of provocation. So it means that when Prophet said: "La taghdhab, don't be angry." It means that don't be angry even when provoked.</w:t>
      </w:r>
    </w:p>
    <w:p>
      <w:pPr>
        <w:jc w:val="right"/>
      </w:pPr>
      <w:r>
        <w:t>اینگر از رزلٹ اف پرووکیشن۔ سو اٹ مینز دیٹ وین پرافٹ سیڈ: "لا لا تغضب، ڈونٹ بی اینگری۔" اٹ مینز دیٹ ڈونٹ بی اینگری ایون وین پرووکڈ۔</w:t>
      </w:r>
    </w:p>
    <w:p>
      <w:r>
        <w:rPr>
          <w:b/>
        </w:rPr>
        <w:t xml:space="preserve">[30:28] </w:t>
      </w:r>
      <w:r>
        <w:t>This is simple answer. It means that don't be angry even when provoked. This is the true aspect of Islam.</w:t>
      </w:r>
    </w:p>
    <w:p>
      <w:pPr>
        <w:jc w:val="right"/>
      </w:pPr>
      <w:r>
        <w:t>دس از سمپل انسر۔ اٹ مینز دیٹ ڈونٹ بی اینگری ایون وین پرووکڈ۔ دس از دا ٹرو اسپیٹ اف اسلام۔</w:t>
      </w:r>
    </w:p>
    <w:p>
      <w:r>
        <w:rPr>
          <w:b/>
        </w:rPr>
        <w:t xml:space="preserve">[30:39] </w:t>
      </w:r>
      <w:r>
        <w:t>iz da tru aspit af islam.</w:t>
      </w:r>
    </w:p>
    <w:p>
      <w:pPr>
        <w:jc w:val="right"/>
      </w:pPr>
      <w:r>
        <w:t>از دا ٹرو اسپیٹ اف اسلام۔</w:t>
      </w:r>
    </w:p>
    <w:p>
      <w:r>
        <w:rPr>
          <w:b/>
        </w:rPr>
        <w:t xml:space="preserve">[30:43] </w:t>
      </w:r>
      <w:r>
        <w:t>Negative reaction is an Islamic. Negative thinking is an Islamic.</w:t>
      </w:r>
    </w:p>
    <w:p>
      <w:pPr>
        <w:jc w:val="right"/>
      </w:pPr>
      <w:r>
        <w:t>نیگیٹیو ری ایکشن از ان اسلامک۔ نیگیٹیو تھنکنگ از ان اسلامک۔</w:t>
      </w:r>
    </w:p>
    <w:p>
      <w:r>
        <w:rPr>
          <w:b/>
        </w:rPr>
        <w:t xml:space="preserve">[30:51] </w:t>
      </w:r>
      <w:r>
        <w:t>and violence and killing, all these things are un-Islamic. You know the word Islam itself conveys have a contention of peace, because its the root word of Islam is salm.</w:t>
      </w:r>
    </w:p>
    <w:p>
      <w:pPr>
        <w:jc w:val="right"/>
      </w:pPr>
      <w:r>
        <w:t>ان وائلنس اینڈ کلنگ، ال دیز تھنگز ار ان اسلامک۔ یو نو دا ورڈ اسلام اٹ سیلف کنوٹس ہیو ا کنٹینشن اف پیس، بیکاز اٹس دا روٹ ورڈ اف اسلام از سلم۔</w:t>
      </w:r>
    </w:p>
    <w:p>
      <w:r>
        <w:rPr>
          <w:b/>
        </w:rPr>
        <w:t xml:space="preserve">[31:10] </w:t>
      </w:r>
      <w:r>
        <w:t>as ai ai el em salm.</w:t>
      </w:r>
    </w:p>
    <w:p>
      <w:pPr>
        <w:jc w:val="right"/>
      </w:pPr>
      <w:r>
        <w:t>ایس ائی ایل ایم سلم۔</w:t>
      </w:r>
    </w:p>
    <w:p>
      <w:r>
        <w:rPr>
          <w:b/>
        </w:rPr>
        <w:t xml:space="preserve">[31:13] </w:t>
      </w:r>
      <w:r>
        <w:t>da rut vard af islam iz salm. salm minz pis.</w:t>
      </w:r>
    </w:p>
    <w:p>
      <w:pPr>
        <w:jc w:val="right"/>
      </w:pPr>
      <w:r>
        <w:t>دا روٹ ورڈ اف اسلام از سلم۔ سلم مینز پیس۔</w:t>
      </w:r>
    </w:p>
    <w:p>
      <w:r>
        <w:rPr>
          <w:b/>
        </w:rPr>
        <w:t xml:space="preserve">[31:19] </w:t>
      </w:r>
      <w:r>
        <w:t>So Islam is a religion of peace. The very name of Islam has a connotation of peace.</w:t>
      </w:r>
    </w:p>
    <w:p>
      <w:pPr>
        <w:jc w:val="right"/>
      </w:pPr>
      <w:r>
        <w:t>سو اسلام از ا ریلیجن اف پیس۔ دا ویری نیم اف اسلام ہیز ا کنوٹشن اف پیس۔</w:t>
      </w:r>
    </w:p>
    <w:p>
      <w:r>
        <w:rPr>
          <w:b/>
        </w:rPr>
        <w:t xml:space="preserve">[31:32] </w:t>
      </w:r>
      <w:r>
        <w:t>islam iz riliijn af pis.</w:t>
      </w:r>
    </w:p>
    <w:p>
      <w:pPr>
        <w:jc w:val="right"/>
      </w:pPr>
      <w:r>
        <w:t>اسلام از ریلیجن اف پیس۔</w:t>
      </w:r>
    </w:p>
    <w:p>
      <w:r>
        <w:rPr>
          <w:b/>
        </w:rPr>
        <w:t xml:space="preserve">[31:46] </w:t>
      </w:r>
      <w:r>
        <w:t>There are so many stories about the Prophet of Islam that he was engaged in so many wars. Completely wrong.</w:t>
      </w:r>
    </w:p>
    <w:p>
      <w:pPr>
        <w:jc w:val="right"/>
      </w:pPr>
      <w:r>
        <w:t>دیر ار سو مینی اسٹوریز اباؤٹ دا پرافٹ اف اسلام دیٹ ہی واز انگیجڈ ان سو مینی وارز۔ کمپلیٹلی رونگ۔</w:t>
      </w:r>
    </w:p>
    <w:p>
      <w:r>
        <w:rPr>
          <w:b/>
        </w:rPr>
        <w:t xml:space="preserve">[31:56] </w:t>
      </w:r>
      <w:r>
        <w:t>prophet of islam never involved any any any war, except some time when he was compelled to leave for defence.</w:t>
      </w:r>
    </w:p>
    <w:p>
      <w:pPr>
        <w:jc w:val="right"/>
      </w:pPr>
      <w:r>
        <w:t>پرافٹ اف اسلام نیور انوالو اینی اینی اینی وار، ایکسیپٹ سم ٹائم وین ہی واز کمپیر ٹو لیو فار ڈیفنس۔</w:t>
      </w:r>
    </w:p>
    <w:p>
      <w:r>
        <w:rPr>
          <w:b/>
        </w:rPr>
        <w:t xml:space="preserve">[32:07] </w:t>
      </w:r>
      <w:r>
        <w:t>there are some some small skirmishes, not war skirmishes. all those ghazwat, all those so called war are skirmishes, because these ghazwat lasted only one day.</w:t>
      </w:r>
    </w:p>
    <w:p>
      <w:pPr>
        <w:jc w:val="right"/>
      </w:pPr>
      <w:r>
        <w:t>دیر ار سم سم اسمال اسکرمیشنز، ناٹ وار اسکرمیشنز۔ ال دوز غضبات، ال دوز سو کالڈ وار ار اسکرمیشنز، بیکاز دیز غضبات لاسٹڈ اونلی ون ڈے۔</w:t>
      </w:r>
    </w:p>
    <w:p>
      <w:r>
        <w:rPr>
          <w:b/>
        </w:rPr>
        <w:t xml:space="preserve">[32:28] </w:t>
      </w:r>
      <w:r>
        <w:t>according to the scholar definition, it is six day to call an act a war.</w:t>
      </w:r>
    </w:p>
    <w:p>
      <w:pPr>
        <w:jc w:val="right"/>
      </w:pPr>
      <w:r>
        <w:t>اکارڈنگ ٹو دی اسکالر ڈیفینیشن، اٹ از سکس ڈے ٹو کال ان ایکٹ ا وار۔</w:t>
      </w:r>
    </w:p>
    <w:p>
      <w:r>
        <w:rPr>
          <w:b/>
        </w:rPr>
        <w:t xml:space="preserve">[32:39] </w:t>
      </w:r>
      <w:r>
        <w:t>a minimum period must be six day, then is a war. so there was no full fledged war.</w:t>
      </w:r>
    </w:p>
    <w:p>
      <w:pPr>
        <w:jc w:val="right"/>
      </w:pPr>
      <w:r>
        <w:t>اے منیمم پیریڈ مسٹ بی سکس ڈے، دین از ا وار۔ سو دیر واز نو فل فلیج وار۔</w:t>
      </w:r>
    </w:p>
    <w:p>
      <w:r>
        <w:rPr>
          <w:b/>
        </w:rPr>
        <w:t xml:space="preserve">[32:49] </w:t>
      </w:r>
      <w:r>
        <w:t>there was some established.</w:t>
      </w:r>
    </w:p>
    <w:p>
      <w:pPr>
        <w:jc w:val="right"/>
      </w:pPr>
      <w:r>
        <w:t>دیر واز سم اسٹیبلش۔</w:t>
      </w:r>
    </w:p>
    <w:p>
      <w:r>
        <w:rPr>
          <w:b/>
        </w:rPr>
        <w:t xml:space="preserve">[32:53] </w:t>
      </w:r>
      <w:r>
        <w:t>why? what is the reason?</w:t>
      </w:r>
    </w:p>
    <w:p>
      <w:pPr>
        <w:jc w:val="right"/>
      </w:pPr>
      <w:r>
        <w:t>وائی؟ واٹ از دا ریزن؟</w:t>
      </w:r>
    </w:p>
    <w:p>
      <w:r>
        <w:rPr>
          <w:b/>
        </w:rPr>
        <w:t xml:space="preserve">[32:58] </w:t>
      </w:r>
      <w:r>
        <w:t>islam has a mission, a great mission. and what is that mission</w:t>
      </w:r>
    </w:p>
    <w:p>
      <w:pPr>
        <w:jc w:val="right"/>
      </w:pPr>
      <w:r>
        <w:t>اسلام ہیز ا مشن، ا گریٹ مشن۔ اینڈ واٹ از دیٹ مشن</w:t>
      </w:r>
    </w:p>
    <w:p>
      <w:r>
        <w:rPr>
          <w:b/>
        </w:rPr>
        <w:t xml:space="preserve">[33:05] </w:t>
      </w:r>
      <w:r>
        <w:t>? that mission is to to make full, to make people aware of the creation plan of god.</w:t>
      </w:r>
    </w:p>
    <w:p>
      <w:pPr>
        <w:jc w:val="right"/>
      </w:pPr>
      <w:r>
        <w:t>؟ دیٹ مشن از ٹو ٹو میک فل، ٹو میک پیپل اویئر اف دا کریشن پلان اف گاڈ۔</w:t>
      </w:r>
    </w:p>
    <w:p>
      <w:r>
        <w:rPr>
          <w:b/>
        </w:rPr>
        <w:t xml:space="preserve">[33:16] </w:t>
      </w:r>
      <w:r>
        <w:t>this is the islamic mission: to make people aware of the creation plan of god. yani why god almighty created man?</w:t>
      </w:r>
    </w:p>
    <w:p>
      <w:pPr>
        <w:jc w:val="right"/>
      </w:pPr>
      <w:r>
        <w:t>دس از دا اسلامک مشن: ٹو میک پیپل اویئر اف دا کریشن پلان اف گاڈ۔ یعنی وائی گاڈ المائٹی کریٹڈ مین؟</w:t>
      </w:r>
    </w:p>
    <w:p>
      <w:r>
        <w:rPr>
          <w:b/>
        </w:rPr>
        <w:t xml:space="preserve">[33:30] </w:t>
      </w:r>
      <w:r>
        <w:t>what is the right path? what is wrong path?</w:t>
      </w:r>
    </w:p>
    <w:p>
      <w:pPr>
        <w:jc w:val="right"/>
      </w:pPr>
      <w:r>
        <w:t>واٹ از دا رائٹ پاتھ؟ واٹ از رونگ پاتھ؟</w:t>
      </w:r>
    </w:p>
    <w:p>
      <w:r>
        <w:rPr>
          <w:b/>
        </w:rPr>
        <w:t xml:space="preserve">[33:34] </w:t>
      </w:r>
      <w:r>
        <w:t>what is death? what is pre death? and what is post death? what is the successful way of life for man?</w:t>
      </w:r>
    </w:p>
    <w:p>
      <w:pPr>
        <w:jc w:val="right"/>
      </w:pPr>
      <w:r>
        <w:t>واٹ از ڈیتھ؟ واٹ از پری ڈیتھ؟ اینڈ واٹ از پوسٹ ڈیتھ؟ واٹ از دا سکسیس فل وے اف لائف فار مین؟</w:t>
      </w:r>
    </w:p>
    <w:p>
      <w:r>
        <w:rPr>
          <w:b/>
        </w:rPr>
        <w:t xml:space="preserve">[33:45] </w:t>
      </w:r>
      <w:r>
        <w:t>how man can find entry into paradise? what is the salvation? all these questions are very important questions, and this is the only mission of prophet that to make people aware of these issues.</w:t>
      </w:r>
    </w:p>
    <w:p>
      <w:pPr>
        <w:jc w:val="right"/>
      </w:pPr>
      <w:r>
        <w:t>ہاؤ مین کین فائنڈ انٹری انٹو پیراڈائز؟ واٹ از دا سالویشن؟ ال دیز کوئسچنز ار ویری امپورٹنٹ کوئسچنز، اینڈ دس از دا اونلی مشن اف پرافٹ دیٹ ٹو میک پیپل اویئر اف دیز ایشوز۔</w:t>
      </w:r>
    </w:p>
    <w:p>
      <w:r>
        <w:rPr>
          <w:b/>
        </w:rPr>
        <w:t xml:space="preserve">[34:04] </w:t>
      </w:r>
      <w:r>
        <w:t>so what is the these issues? are yani there is no need for why fighting? no need for fighting.</w:t>
      </w:r>
    </w:p>
    <w:p>
      <w:pPr>
        <w:jc w:val="right"/>
      </w:pPr>
      <w:r>
        <w:t>سو واٹ از دا دیز ایشوز؟ ار یعنی دیر از نو نیڈ فار وائی فائٹنگ؟ نو نیڈ فار فائٹنگ۔</w:t>
      </w:r>
    </w:p>
    <w:p>
      <w:r>
        <w:rPr>
          <w:b/>
        </w:rPr>
        <w:t xml:space="preserve">[34:16] </w:t>
      </w:r>
      <w:r>
        <w:t>islam wants peace so that he may complete his mission.</w:t>
      </w:r>
    </w:p>
    <w:p>
      <w:pPr>
        <w:jc w:val="right"/>
      </w:pPr>
      <w:r>
        <w:t>اسلام وانٹس پیس سو دیٹ ہی می کمپلیٹ ہز مشن۔</w:t>
      </w:r>
    </w:p>
    <w:p>
      <w:r>
        <w:rPr>
          <w:b/>
        </w:rPr>
        <w:t xml:space="preserve">[34:23] </w:t>
      </w:r>
      <w:r>
        <w:t>this kind of mission cannot be completed except in the situation of peace. it required normalcy.</w:t>
      </w:r>
    </w:p>
    <w:p>
      <w:pPr>
        <w:jc w:val="right"/>
      </w:pPr>
      <w:r>
        <w:t>دس کائنڈ اف مشن کین ناٹ بی کمپلیٹڈ ایکسیپٹ ان دا سچویشن اف پیس۔ اٹ ریکوائرڈ نارمل سی۔</w:t>
      </w:r>
    </w:p>
    <w:p>
      <w:r>
        <w:rPr>
          <w:b/>
        </w:rPr>
        <w:t xml:space="preserve">[34:31] </w:t>
      </w:r>
      <w:r>
        <w:t>if there is hate, if there are non, if there hate, violence, provocation, then you cannot perform this mission.</w:t>
      </w:r>
    </w:p>
    <w:p>
      <w:pPr>
        <w:jc w:val="right"/>
      </w:pPr>
      <w:r>
        <w:t>اف دیر از ہیٹ، اف دیر ار نان، اف دیر ہیٹ، وائلنس، پرووکیشن، دین یو کین ناٹ پرفارم دس مشن۔</w:t>
      </w:r>
    </w:p>
    <w:p>
      <w:r>
        <w:rPr>
          <w:b/>
        </w:rPr>
        <w:t xml:space="preserve">[34:42] </w:t>
      </w:r>
      <w:r>
        <w:t>so the only concern of islam or prophet of islam was to make people aware of the creation plan of god.</w:t>
      </w:r>
    </w:p>
    <w:p>
      <w:pPr>
        <w:jc w:val="right"/>
      </w:pPr>
      <w:r>
        <w:t>سو دا اونلی کنسرن اف اسلام اور پرافٹ اف اسلام واز ٹو میک پیپل اویئر اف دا کریشن پلان اف گاڈ۔</w:t>
      </w:r>
    </w:p>
    <w:p>
      <w:r>
        <w:rPr>
          <w:b/>
        </w:rPr>
        <w:t xml:space="preserve">[34:52] </w:t>
      </w:r>
      <w:r>
        <w:t>this is the only concern, not conversion. conversion was not the concern of islam. no,</w:t>
      </w:r>
    </w:p>
    <w:p>
      <w:pPr>
        <w:jc w:val="right"/>
      </w:pPr>
      <w:r>
        <w:t>دس از دا اونلی کنسرن، ناٹ کنورژن۔ کنورژن واز ناٹ دا کنسرن اف اسلام۔ نو،</w:t>
      </w:r>
    </w:p>
    <w:p>
      <w:r>
        <w:rPr>
          <w:b/>
        </w:rPr>
        <w:t xml:space="preserve">[35:01] </w:t>
      </w:r>
      <w:r>
        <w:t>only tabligh, only da'wah, only conveying the message of god to all mankind.</w:t>
      </w:r>
    </w:p>
    <w:p>
      <w:pPr>
        <w:jc w:val="right"/>
      </w:pPr>
      <w:r>
        <w:t>اونلی تبلیغ، اونلی دعوی، اونلی کنوینگ دا میسج اف گاڈ ٹو ال مین کائنڈ۔</w:t>
      </w:r>
    </w:p>
    <w:p>
      <w:r>
        <w:rPr>
          <w:b/>
        </w:rPr>
        <w:t xml:space="preserve">[35:12] </w:t>
      </w:r>
      <w:r>
        <w:t>god almighty, it is god almighty concern that people must be aware. why? what is the purpose of life?</w:t>
      </w:r>
    </w:p>
    <w:p>
      <w:pPr>
        <w:jc w:val="right"/>
      </w:pPr>
      <w:r>
        <w:t>گاڈ المائٹی، اٹ از گاڈ المائٹی کنسرن دیٹ پیپل مسٹ بی اویئر۔ وائی؟ واٹ از دا پرپس اف لائف؟</w:t>
      </w:r>
    </w:p>
    <w:p>
      <w:r>
        <w:rPr>
          <w:b/>
        </w:rPr>
        <w:t xml:space="preserve">[35:23] </w:t>
      </w:r>
      <w:r>
        <w:t>what is the purpose of life? what is the end? what is the end of life? what is paradise? how they can find int</w:t>
      </w:r>
    </w:p>
    <w:p>
      <w:pPr>
        <w:jc w:val="right"/>
      </w:pPr>
      <w:r>
        <w:t>واٹ از دا پرپس اف لائف؟ واٹ از دا اینڈ؟ واٹ از دا اینڈ اف لائف؟ واٹ از پیراڈائز؟ ہاؤ دے کین فائنڈ انٹ</w:t>
      </w:r>
    </w:p>
    <w:p>
      <w:r>
        <w:rPr>
          <w:b/>
        </w:rPr>
        <w:t xml:space="preserve">[35:31] </w:t>
      </w:r>
      <w:r>
        <w:t>ry into paradise? all these things are concern of islam. so it is a peaceful mission. this kind of mission, a mission of this kind can be performed only in a in a normal situation, in a peaceful situation.</w:t>
      </w:r>
    </w:p>
    <w:p>
      <w:pPr>
        <w:jc w:val="right"/>
      </w:pPr>
      <w:r>
        <w:t>ری انٹو پیراڈائز؟ ال دیز تھنگز ار کنسرن اف اسلام۔ سو اٹ از ا پیس فل مشن۔ دس کائنڈ اف مشن، ا مشن اف دس کائنڈ کین بی پرفارمڈ اونلی ان ا ان ا نارمل سچویشن، ان ا پیس فل سچویشن۔</w:t>
      </w:r>
    </w:p>
    <w:p>
      <w:r>
        <w:rPr>
          <w:b/>
        </w:rPr>
        <w:t xml:space="preserve">[35:49] </w:t>
      </w:r>
      <w:r>
        <w:t>if there are war, if there are fighting, then you cannot perform this kind of mission.</w:t>
      </w:r>
    </w:p>
    <w:p>
      <w:pPr>
        <w:jc w:val="right"/>
      </w:pPr>
      <w:r>
        <w:t>اف دیر ار وار، اف دیر ار فائٹنگ، دین یو کین ناٹ پرفارم دس کائنڈ اف مشن۔</w:t>
      </w:r>
    </w:p>
    <w:p>
      <w:r>
        <w:rPr>
          <w:b/>
        </w:rPr>
        <w:t xml:space="preserve">[35:56] </w:t>
      </w:r>
      <w:r>
        <w:t>so all those muslims who are engaged in war, it is their, it is their concern, it not islamic concern.</w:t>
      </w:r>
    </w:p>
    <w:p>
      <w:pPr>
        <w:jc w:val="right"/>
      </w:pPr>
      <w:r>
        <w:t>سو ال دوز مسلمز ہو ار انگیج ان وار، اٹ از دیر، اٹ از دیر کنسرن، اٹ ناٹ اسلامک کنسرن۔</w:t>
      </w:r>
    </w:p>
    <w:p>
      <w:r>
        <w:rPr>
          <w:b/>
        </w:rPr>
        <w:t xml:space="preserve">[36:05] </w:t>
      </w:r>
      <w:r>
        <w:t>it is not jihad. it is, it is their yani former fighting. it is not jihad.</w:t>
      </w:r>
    </w:p>
    <w:p>
      <w:pPr>
        <w:jc w:val="right"/>
      </w:pPr>
      <w:r>
        <w:t>اٹ از ناٹ جہاد۔ اٹ از، اٹ از دیر یعنی فارمی فائٹنگ۔ اٹ از ناٹ جہاد۔</w:t>
      </w:r>
    </w:p>
    <w:p>
      <w:r>
        <w:rPr>
          <w:b/>
        </w:rPr>
        <w:t xml:space="preserve">[36:18] </w:t>
      </w:r>
      <w:r>
        <w:t>ayon in falasteen, ayon in kashmir, ayon and all those countries well they are engaged in jihad. is not jihad, because you see word jihad.</w:t>
      </w:r>
    </w:p>
    <w:p>
      <w:pPr>
        <w:jc w:val="right"/>
      </w:pPr>
      <w:r>
        <w:t>ایون ان فلسطین، ایون ان کشمیر، ایون اینڈ ال دوز کنٹریز ویل دے ار انگیج ان جہاد۔ از ناٹ جہاد، بیکاز یو سی ورڈ جہاد۔</w:t>
      </w:r>
    </w:p>
    <w:p>
      <w:r>
        <w:rPr>
          <w:b/>
        </w:rPr>
        <w:t xml:space="preserve">[36:32] </w:t>
      </w:r>
      <w:r>
        <w:t>what what the meaning of word jihad? jihad means to strive, to struggle. jihad, jihad is not equivalent to qital.</w:t>
      </w:r>
    </w:p>
    <w:p>
      <w:pPr>
        <w:jc w:val="right"/>
      </w:pPr>
      <w:r>
        <w:t>واٹ واٹ دا میننگ اف ورڈ جہاد؟ جہاد مینز ٹو سٹرائیو، ٹو سٹرگل۔ جہاد، جہاد از ناٹ ایکولنٹ ٹو قتال۔</w:t>
      </w:r>
    </w:p>
    <w:p>
      <w:r>
        <w:rPr>
          <w:b/>
        </w:rPr>
        <w:t xml:space="preserve">[36:46] </w:t>
      </w:r>
      <w:r>
        <w:t>that is fighting.</w:t>
      </w:r>
    </w:p>
    <w:p>
      <w:pPr>
        <w:jc w:val="right"/>
      </w:pPr>
      <w:r>
        <w:t>دیٹ از فائٹنگ۔</w:t>
      </w:r>
    </w:p>
    <w:p>
      <w:r>
        <w:rPr>
          <w:b/>
        </w:rPr>
        <w:t xml:space="preserve">[36:48] </w:t>
      </w:r>
      <w:r>
        <w:t>jihad is, jihad means simply struggle, to strive. there is a verse in the quran: "wajahidhum bihajaatin kabirah, wajahidhum bihajadun kabirah." do great jihad with the help of the quran.</w:t>
      </w:r>
    </w:p>
    <w:p>
      <w:pPr>
        <w:jc w:val="right"/>
      </w:pPr>
      <w:r>
        <w:t>جہاد از، جہاد مینز سمپلی سٹرگل، ٹو سٹرائیو۔ دیر از ا ورس ان دا قران: "وجاہدھم بحاجت کبیرہ، وجاہدھم بہ جہادا کبیرہ۔" ڈو گریٹ جہاد ود دی ہیلپ اف دا قران۔</w:t>
      </w:r>
    </w:p>
    <w:p>
      <w:r>
        <w:rPr>
          <w:b/>
        </w:rPr>
        <w:t xml:space="preserve">[37:08] </w:t>
      </w:r>
      <w:r>
        <w:t>this is a verse quranic verse:</w:t>
      </w:r>
    </w:p>
    <w:p>
      <w:pPr>
        <w:jc w:val="right"/>
      </w:pPr>
      <w:r>
        <w:t>دس از ا ورس قرانک ورس:</w:t>
      </w:r>
    </w:p>
    <w:p>
      <w:r>
        <w:rPr>
          <w:b/>
        </w:rPr>
        <w:t xml:space="preserve">[37:12] </w:t>
      </w:r>
      <w:r>
        <w:t>"wajahidhum bihajadun kabirah." do great jihad with the help of the quran. now you can see jihad, you can see that quran is not sword.</w:t>
      </w:r>
    </w:p>
    <w:p>
      <w:pPr>
        <w:jc w:val="right"/>
      </w:pPr>
      <w:r>
        <w:t>"وجاہدھم بہ جہادا کبیرہ۔" ڈو گریٹ جہاد ود دی ہیلپ اف دا قران۔ ناؤ یو کین سی جہاد، یو کین سی دیٹ قران از ناٹ سورڈ۔</w:t>
      </w:r>
    </w:p>
    <w:p>
      <w:r>
        <w:rPr>
          <w:b/>
        </w:rPr>
        <w:t xml:space="preserve">[37:27] </w:t>
      </w:r>
      <w:r>
        <w:t>quran is a bomb, quran is a gun. how can we of war through by the by using the quran?</w:t>
      </w:r>
    </w:p>
    <w:p>
      <w:pPr>
        <w:jc w:val="right"/>
      </w:pPr>
      <w:r>
        <w:t>قران از ا بوم، قران از ا گن۔ ہاؤ کین وے اف وار تھرو بائی دا بائی یوزنگ دا قران؟</w:t>
      </w:r>
    </w:p>
    <w:p>
      <w:r>
        <w:rPr>
          <w:b/>
        </w:rPr>
        <w:t xml:space="preserve">[37:36] </w:t>
      </w:r>
      <w:r>
        <w:t>quran is book, book of ideology.</w:t>
      </w:r>
    </w:p>
    <w:p>
      <w:pPr>
        <w:jc w:val="right"/>
      </w:pPr>
      <w:r>
        <w:t>قران از بک، بک اف ائیڈیالوجی۔</w:t>
      </w:r>
    </w:p>
    <w:p>
      <w:r>
        <w:rPr>
          <w:b/>
        </w:rPr>
        <w:t xml:space="preserve">[37:41] </w:t>
      </w:r>
      <w:r>
        <w:t>so this verse means that</w:t>
      </w:r>
    </w:p>
    <w:p>
      <w:pPr>
        <w:jc w:val="right"/>
      </w:pPr>
      <w:r>
        <w:t>سو دس ورس مینز دیٹ</w:t>
      </w:r>
    </w:p>
    <w:p>
      <w:r>
        <w:rPr>
          <w:b/>
        </w:rPr>
        <w:t xml:space="preserve">[37:46] </w:t>
      </w:r>
      <w:r>
        <w:t>islam believe in ideological jihad. islam believe in ideological jihad, not violent jihad.</w:t>
      </w:r>
    </w:p>
    <w:p>
      <w:pPr>
        <w:jc w:val="right"/>
      </w:pPr>
      <w:r>
        <w:t>اسلام بیلیو ان ائیڈیالوجیکل جہاد۔ اسلام بیلیو ان ائیڈیالوجیکل جہاد، ناٹ وائلنٹ جہاد۔</w:t>
      </w:r>
    </w:p>
    <w:p>
      <w:r>
        <w:rPr>
          <w:b/>
        </w:rPr>
        <w:t xml:space="preserve">[37:55] </w:t>
      </w:r>
      <w:r>
        <w:t>violent jihad is out the, out the, out of the scheme of of of of islam.</w:t>
      </w:r>
    </w:p>
    <w:p>
      <w:pPr>
        <w:jc w:val="right"/>
      </w:pPr>
      <w:r>
        <w:t>وائلنٹ جہاد از اؤٹ دا، اؤٹ دا، اؤٹ اف دا اسکیم اف اف اف اف اسلام۔</w:t>
      </w:r>
    </w:p>
    <w:p>
      <w:r>
        <w:rPr>
          <w:b/>
        </w:rPr>
        <w:t xml:space="preserve">[38:04] </w:t>
      </w:r>
      <w:r>
        <w:t>violent jihad is out the, out of the scheme of of of the islam.</w:t>
      </w:r>
    </w:p>
    <w:p>
      <w:pPr>
        <w:jc w:val="right"/>
      </w:pPr>
      <w:r>
        <w:t>وائلنٹ جہاد از اؤٹ دا، اؤٹ اف دا اسکیم اف اف اف دا اسلام۔</w:t>
      </w:r>
    </w:p>
    <w:p>
      <w:r>
        <w:rPr>
          <w:b/>
        </w:rPr>
        <w:t xml:space="preserve">[38:12] </w:t>
      </w:r>
      <w:r>
        <w:t>the only jihad is ideological jihad through the quran. that is conveying the message of quran to all mankind, to all mankind.</w:t>
      </w:r>
    </w:p>
    <w:p>
      <w:pPr>
        <w:jc w:val="right"/>
      </w:pPr>
      <w:r>
        <w:t>دا اونلی جہاد از ائیڈیالوجیکل جہاد تھرو دا قران۔ دیٹ از کنوینگ دا میسج اف قران ٹو ال مین کائنڈ، ٹو ال مین کائنڈ۔</w:t>
      </w:r>
    </w:p>
    <w:p>
      <w:r>
        <w:rPr>
          <w:b/>
        </w:rPr>
        <w:t xml:space="preserve">[38:25] </w:t>
      </w:r>
      <w:r>
        <w:t>the gist of that message is: "wallahul ilal salam, and god calls to the home of peace." o people, o pe</w:t>
      </w:r>
    </w:p>
    <w:p>
      <w:pPr>
        <w:jc w:val="right"/>
      </w:pPr>
      <w:r>
        <w:t>دا جسٹ اف دیٹ میسج از: "واللہ الہ السلام، اینڈ گاڈ کالز ٹو دا ہوم اف پیس۔" او پیپل، او پی</w:t>
      </w:r>
    </w:p>
    <w:p>
      <w:r>
        <w:rPr>
          <w:b/>
        </w:rPr>
        <w:t xml:space="preserve">[38:35] </w:t>
      </w:r>
      <w:r>
        <w:t>ople, you people, you have to live in peace, establish peaceful society. so that you can by by doing this, you can receive all kind blessing from god.</w:t>
      </w:r>
    </w:p>
    <w:p>
      <w:pPr>
        <w:jc w:val="right"/>
      </w:pPr>
      <w:r>
        <w:t>پل، یو پیپل، یو ہیو ٹو لیو ان پیس، اسٹیبلش پیس فل سوسائٹی۔ سو دیٹ یو کین بائی بائی ڈوئنگ دس، یو کین ریسیو ال کائنڈ بلیسنگ فرام گاڈ۔</w:t>
      </w:r>
    </w:p>
    <w:p>
      <w:r>
        <w:rPr>
          <w:b/>
        </w:rPr>
        <w:t xml:space="preserve">[38:50] </w:t>
      </w:r>
      <w:r>
        <w:t>yani if you want, if you want blessing, if you are divine blessing, then establish peaceful society. wallahul ilal salam.</w:t>
      </w:r>
    </w:p>
    <w:p>
      <w:pPr>
        <w:jc w:val="right"/>
      </w:pPr>
      <w:r>
        <w:t>یعنی اف یو وانٹ، اف یو وانٹ بلیسنگ، اف یو ار ڈیوائن بلیسنگ، دین اسٹیبلش پیس فل سوسائٹی۔ واللہ الہ السلام۔</w:t>
      </w:r>
    </w:p>
    <w:p>
      <w:r>
        <w:rPr>
          <w:b/>
        </w:rPr>
        <w:t xml:space="preserve">[39:05] </w:t>
      </w:r>
      <w:r>
        <w:t>this verse tells us that if you want to receive divine blessing, then you have to live in peace.</w:t>
      </w:r>
    </w:p>
    <w:p>
      <w:pPr>
        <w:jc w:val="right"/>
      </w:pPr>
      <w:r>
        <w:t>دس ورس ٹیلز اس دیٹ اف یو وانٹ ٹو ریسیو ڈیوائن بلیسنگ، دین یو ہیو ٹو لیو ان پیس۔</w:t>
      </w:r>
    </w:p>
    <w:p>
      <w:r>
        <w:rPr>
          <w:b/>
        </w:rPr>
        <w:t xml:space="preserve">[39:14] </w:t>
      </w:r>
      <w:r>
        <w:t>then you have to establish peaceful society. then you will be able to receive the blessing of god.</w:t>
      </w:r>
    </w:p>
    <w:p>
      <w:pPr>
        <w:jc w:val="right"/>
      </w:pPr>
      <w:r>
        <w:t>دین یو ہیو ٹو اسٹیبلش پیس فل سوسائٹی۔ دین یو ویل بی ایبل ٹو ریسیو دا بلیسنگ اف گاڈ۔</w:t>
      </w:r>
    </w:p>
    <w:p>
      <w:r>
        <w:rPr>
          <w:b/>
        </w:rPr>
        <w:t xml:space="preserve">[39:27] </w:t>
      </w:r>
      <w:r>
        <w:t>this is the essence of islam. this is the gist of the islam.</w:t>
      </w:r>
    </w:p>
    <w:p>
      <w:pPr>
        <w:jc w:val="right"/>
      </w:pPr>
      <w:r>
        <w:t>دس از دا ایسنس اف اسلام۔ دس از دا جسٹ اف دا اسلام۔</w:t>
      </w:r>
    </w:p>
    <w:p>
      <w:r>
        <w:rPr>
          <w:b/>
        </w:rPr>
        <w:t xml:space="preserve">[39:34] </w:t>
      </w:r>
      <w:r>
        <w:t>i spend all my life in in this, in the study of islam. i can share that i have, i have read all those books, authentic books about islam.</w:t>
      </w:r>
    </w:p>
    <w:p>
      <w:pPr>
        <w:jc w:val="right"/>
      </w:pPr>
      <w:r>
        <w:t>ائی سپینڈ ال مائی لائف ان ان دس، ان دا اسٹڈی اف اسلام۔ ائی کین شیئر دیٹ ائی ہیو، ائی ہیو ریڈ ال دوز بکس، اتھینٹک بکس اباؤٹ اسلام۔</w:t>
      </w:r>
    </w:p>
    <w:p>
      <w:r>
        <w:rPr>
          <w:b/>
        </w:rPr>
        <w:t xml:space="preserve">[39:49] </w:t>
      </w:r>
      <w:r>
        <w:t>and what i am saying, i am saying with conviction, conviction by by by own finding.</w:t>
      </w:r>
    </w:p>
    <w:p>
      <w:pPr>
        <w:jc w:val="right"/>
      </w:pPr>
      <w:r>
        <w:t>اینڈ واٹ ائی ایم سینگ، ائی ایم سینگ ود کنوکشن، کنوکشن بائے بائے بائی اون فائنڈنگ۔</w:t>
      </w:r>
    </w:p>
    <w:p>
      <w:r>
        <w:rPr>
          <w:b/>
        </w:rPr>
        <w:t xml:space="preserve">[40:02] </w:t>
      </w:r>
      <w:r>
        <w:t>what i am saying is saying after long long study of the islamic literature.</w:t>
      </w:r>
    </w:p>
    <w:p>
      <w:pPr>
        <w:jc w:val="right"/>
      </w:pPr>
      <w:r>
        <w:t>واٹ ائی ایم سینگ از سینگ افٹر لانگ لانگ اسٹڈی اف دا اسلامک لٹریچر۔</w:t>
      </w:r>
    </w:p>
    <w:p>
      <w:r>
        <w:rPr>
          <w:b/>
        </w:rPr>
        <w:t xml:space="preserve">[40:17] </w:t>
      </w:r>
      <w:r>
        <w:t>so in short, i would say that islam is religion of peace. islam is religion of compassion.</w:t>
      </w:r>
    </w:p>
    <w:p>
      <w:pPr>
        <w:jc w:val="right"/>
      </w:pPr>
      <w:r>
        <w:t>سو ان شارٹ، ائی وڈ سی دیٹ اسلام از ریلیجن اف پیس۔ اسلام از ریلیجن اف کمپیشن۔</w:t>
      </w:r>
    </w:p>
    <w:p>
      <w:r>
        <w:rPr>
          <w:b/>
        </w:rPr>
        <w:t xml:space="preserve">[40:27] </w:t>
      </w:r>
      <w:r>
        <w:t>islam advocates people to live with friendly behavior in society.</w:t>
      </w:r>
    </w:p>
    <w:p>
      <w:pPr>
        <w:jc w:val="right"/>
      </w:pPr>
      <w:r>
        <w:t>اسلام ایڈوکیٹس پیپل ٹو لیو ود فرینڈلی بیہیویئر ان سوسائٹی۔</w:t>
      </w:r>
    </w:p>
    <w:p>
      <w:r>
        <w:rPr>
          <w:b/>
        </w:rPr>
        <w:t xml:space="preserve">[40:34] </w:t>
      </w:r>
      <w:r>
        <w:t>and this is the, this is the formula to establish a good, a better society in this world. also, this is the formula that by following which one can find entry into paradise.</w:t>
      </w:r>
    </w:p>
    <w:p>
      <w:pPr>
        <w:jc w:val="right"/>
      </w:pPr>
      <w:r>
        <w:t>اینڈ دس از دا، دس از دا فارمولا ٹو اسٹیبلش ا گڈ، ا بیٹر سوسائٹی ان دس ورلڈ۔ السو، دس از دا فارمولا دیٹ بائی فالونگ وچ ون کین فائنڈ انٹری انٹو پیراڈائز۔</w:t>
      </w:r>
    </w:p>
    <w:p>
      <w:r>
        <w:rPr>
          <w:b/>
        </w:rPr>
        <w:t xml:space="preserve">[40:50] </w:t>
      </w:r>
      <w:r>
        <w:t>thank you.</w:t>
      </w:r>
    </w:p>
    <w:p>
      <w:pPr>
        <w:jc w:val="right"/>
      </w:pPr>
      <w:r>
        <w:t>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